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香奈美女仆.mtl</w:t>
        <w:br/>
        <w:t>o Body_香奈美女仆</w:t>
        <w:br/>
        <w:t>v -1.234644 18.972034 0.207334</w:t>
        <w:br/>
        <w:t>v -1.246014 18.861412 0.202027</w:t>
        <w:br/>
        <w:t>v -1.212875 18.850559 0.257753</w:t>
        <w:br/>
        <w:t>v -1.202084 18.967796 0.269160</w:t>
        <w:br/>
        <w:t>v -1.248642 18.965569 0.198430</w:t>
        <w:br/>
        <w:t>v -1.257483 18.872040 0.191890</w:t>
        <w:br/>
        <w:t>v -1.246014 18.861412 0.202027</w:t>
        <w:br/>
        <w:t>v -1.257483 18.872040 0.191890</w:t>
        <w:br/>
        <w:t>v -1.292169 18.858219 0.206592</w:t>
        <w:br/>
        <w:t>v -1.286245 18.850597 0.221621</w:t>
        <w:br/>
        <w:t>v -1.255219 18.837715 0.280215</w:t>
        <w:br/>
        <w:t>v -1.212875 18.850559 0.257753</w:t>
        <w:br/>
        <w:t>v -1.320692 18.878616 0.237643</w:t>
        <w:br/>
        <w:t>v -1.314744 18.887268 0.221043</w:t>
        <w:br/>
        <w:t>v -1.305487 18.970715 0.222539</w:t>
        <w:br/>
        <w:t>v -1.309977 18.980747 0.239429</w:t>
        <w:br/>
        <w:t>v -1.277165 18.972336 0.305154</w:t>
        <w:br/>
        <w:t>v -1.289214 18.869713 0.301154</w:t>
        <w:br/>
        <w:t>v -1.236304 18.994469 0.289106</w:t>
        <w:br/>
        <w:t>v -1.202084 18.967796 0.269160</w:t>
        <w:br/>
        <w:t>v -1.206133 18.956928 0.285182</w:t>
        <w:br/>
        <w:t>v -1.231374 18.980145 0.301519</w:t>
        <w:br/>
        <w:t>v -1.267632 19.000458 0.226287</w:t>
        <w:br/>
        <w:t>v -1.275920 18.990673 0.212365</w:t>
        <w:br/>
        <w:t>v -1.215302 18.862408 0.273134</w:t>
        <w:br/>
        <w:t>v -1.245334 18.848747 0.291571</w:t>
        <w:br/>
        <w:t>v -1.261746 18.959583 0.309619</w:t>
        <w:br/>
        <w:t>v -1.270802 18.877949 0.304424</w:t>
        <w:br/>
        <w:t>v -1.255219 18.837715 0.280215</w:t>
        <w:br/>
        <w:t>v -1.245334 18.848747 0.291571</w:t>
        <w:br/>
        <w:t>v -1.286245 18.850597 0.221621</w:t>
        <w:br/>
        <w:t>v -1.292169 18.858219 0.206592</w:t>
        <w:br/>
        <w:t>v -1.236304 18.994469 0.289106</w:t>
        <w:br/>
        <w:t>v -1.277165 18.972336 0.305154</w:t>
        <w:br/>
        <w:t>v -1.243033 18.913063 0.283560</w:t>
        <w:br/>
        <w:t>v -1.206133 18.956928 0.285182</w:t>
        <w:br/>
        <w:t>v -1.215302 18.862408 0.273134</w:t>
        <w:br/>
        <w:t>v -1.270802 18.877949 0.304424</w:t>
        <w:br/>
        <w:t>v -1.261746 18.959583 0.309619</w:t>
        <w:br/>
        <w:t>v -1.231374 18.980145 0.301519</w:t>
        <w:br/>
        <w:t>v -1.245334 18.848747 0.291571</w:t>
        <w:br/>
        <w:t>v -1.206133 18.956928 0.285182</w:t>
        <w:br/>
        <w:t>v -1.271745 18.919426 0.219206</w:t>
        <w:br/>
        <w:t>v -1.257483 18.872040 0.191890</w:t>
        <w:br/>
        <w:t>v -1.248642 18.965569 0.198430</w:t>
        <w:br/>
        <w:t>v -1.305487 18.970715 0.222539</w:t>
        <w:br/>
        <w:t>v -1.314744 18.887268 0.221043</w:t>
        <w:br/>
        <w:t>v -1.275920 18.990673 0.212365</w:t>
        <w:br/>
        <w:t>v -1.305487 18.970715 0.222539</w:t>
        <w:br/>
        <w:t>v -1.292169 18.858219 0.206592</w:t>
        <w:br/>
        <w:t>v -0.762505 14.477172 0.166772</w:t>
        <w:br/>
        <w:t>v -0.643658 14.477171 0.087666</w:t>
        <w:br/>
        <w:t>v -0.766668 14.679502 0.082485</w:t>
        <w:br/>
        <w:t>v -0.887313 14.686014 0.176255</w:t>
        <w:br/>
        <w:t>v -0.931117 14.920012 0.103526</w:t>
        <w:br/>
        <w:t>v -1.030269 14.925293 0.221807</w:t>
        <w:br/>
        <w:t>v -1.163856 15.193400 0.346050</w:t>
        <w:br/>
        <w:t>v -1.093918 15.172107 0.174545</w:t>
        <w:br/>
        <w:t>v -1.182795 15.404280 0.335021</w:t>
        <w:br/>
        <w:t>v -1.195724 15.620858 0.656827</w:t>
        <w:br/>
        <w:t>v -1.216098 15.432074 0.528183</w:t>
        <w:br/>
        <w:t>v -1.198245 15.656173 0.526301</w:t>
        <w:br/>
        <w:t>v -1.153190 15.835250 0.660788</w:t>
        <w:br/>
        <w:t>v -1.143192 15.793168 0.730714</w:t>
        <w:br/>
        <w:t>v -1.115523 16.002918 0.674209</w:t>
        <w:br/>
        <w:t>v -1.064790 15.984832 0.755138</w:t>
        <w:br/>
        <w:t>v -0.992111 16.167263 0.737217</w:t>
        <w:br/>
        <w:t>v -1.072360 16.182182 0.679680</w:t>
        <w:br/>
        <w:t>v -1.017029 16.376438 0.631386</w:t>
        <w:br/>
        <w:t>v -0.917432 16.364014 0.671115</w:t>
        <w:br/>
        <w:t>v -0.966470 16.542965 0.553778</w:t>
        <w:br/>
        <w:t>v -0.859064 16.534334 0.581119</w:t>
        <w:br/>
        <w:t>v -0.918129 16.710951 0.430554</w:t>
        <w:br/>
        <w:t>v -0.806281 16.699781 0.452663</w:t>
        <w:br/>
        <w:t>v -0.887385 16.817144 0.261452</w:t>
        <w:br/>
        <w:t>v -0.771909 16.807800 0.276782</w:t>
        <w:br/>
        <w:t>v -0.878317 16.843643 0.067158</w:t>
        <w:br/>
        <w:t>v -0.758515 16.839809 0.075396</w:t>
        <w:br/>
        <w:t>v -0.883525 16.786316 -0.135084</w:t>
        <w:br/>
        <w:t>v -0.763357 16.784571 -0.135385</w:t>
        <w:br/>
        <w:t>v -0.893712 16.659218 -0.310864</w:t>
        <w:br/>
        <w:t>v -0.772639 16.655476 -0.298175</w:t>
        <w:br/>
        <w:t>v -0.909487 16.484734 -0.406169</w:t>
        <w:br/>
        <w:t>v -0.792409 16.482346 -0.404220</w:t>
        <w:br/>
        <w:t>v -0.925572 16.250446 -0.480245</w:t>
        <w:br/>
        <w:t>v -0.810218 16.248362 -0.475390</w:t>
        <w:br/>
        <w:t>v -0.943531 15.995109 -0.469266</w:t>
        <w:br/>
        <w:t>v -0.833950 15.981200 -0.469090</w:t>
        <w:br/>
        <w:t>v -0.968044 15.751379 -0.365159</w:t>
        <w:br/>
        <w:t>v -0.872748 15.720415 -0.379823</w:t>
        <w:br/>
        <w:t>v -0.987534 15.580312 -0.250550</w:t>
        <w:br/>
        <w:t>v -0.893386 15.575192 -0.300328</w:t>
        <w:br/>
        <w:t>v -0.972014 15.332105 -0.107079</w:t>
        <w:br/>
        <w:t>v -1.016409 15.346541 -0.066872</w:t>
        <w:br/>
        <w:t>v -0.972291 15.270680 -0.115266</w:t>
        <w:br/>
        <w:t>v -1.038456 15.317491 -0.075839</w:t>
        <w:br/>
        <w:t>v -1.077129 15.148376 0.098684</w:t>
        <w:br/>
        <w:t>v -1.000249 15.137760 0.004499</w:t>
        <w:br/>
        <w:t>v -0.612179 14.477171 0.103098</w:t>
        <w:br/>
        <w:t>v -0.736723 14.677790 0.090471</w:t>
        <w:br/>
        <w:t>v -0.766668 14.679502 0.082485</w:t>
        <w:br/>
        <w:t>v -0.643658 14.477171 0.087666</w:t>
        <w:br/>
        <w:t>v -0.387678 14.169592 0.160107</w:t>
        <w:br/>
        <w:t>v -0.436072 14.150976 0.122641</w:t>
        <w:br/>
        <w:t>v -0.588322 14.152575 0.176330</w:t>
        <w:br/>
        <w:t>v -0.578424 14.157278 0.212953</w:t>
        <w:br/>
        <w:t>v -0.758405 14.477172 0.191963</w:t>
        <w:br/>
        <w:t>v -0.670169 14.299342 0.184442</w:t>
        <w:br/>
        <w:t>v -0.672496 14.297392 0.166156</w:t>
        <w:br/>
        <w:t>v -0.898493 14.917408 0.099929</w:t>
        <w:br/>
        <w:t>v -1.063068 14.925143 0.213482</w:t>
        <w:br/>
        <w:t>v -1.111098 15.014185 0.248633</w:t>
        <w:br/>
        <w:t>v -1.083505 15.006212 0.289393</w:t>
        <w:br/>
        <w:t>v -1.038947 14.920995 0.258958</w:t>
        <w:br/>
        <w:t>v -1.068879 15.173795 0.169615</w:t>
        <w:br/>
        <w:t>v -1.161742 15.409324 0.329789</w:t>
        <w:br/>
        <w:t>v -1.182795 15.404280 0.335021</w:t>
        <w:br/>
        <w:t>v -1.093918 15.172107 0.174545</w:t>
        <w:br/>
        <w:t>v -1.088032 15.033792 0.262920</w:t>
        <w:br/>
        <w:t>v -1.163856 15.193400 0.346050</w:t>
        <w:br/>
        <w:t>v -1.149380 15.198920 0.366877</w:t>
        <w:br/>
        <w:t>v -1.072412 15.032019 0.281835</w:t>
        <w:br/>
        <w:t>v -1.172709 15.655909 0.525064</w:t>
        <w:br/>
        <w:t>v -1.198245 15.656173 0.526301</w:t>
        <w:br/>
        <w:t>v -1.195724 15.620858 0.656827</w:t>
        <w:br/>
        <w:t>v -1.143192 15.793168 0.730714</w:t>
        <w:br/>
        <w:t>v -1.117699 15.785057 0.732261</w:t>
        <w:br/>
        <w:t>v -1.172734 15.613276 0.664876</w:t>
        <w:br/>
        <w:t>v -1.143657 15.834041 0.619790</w:t>
        <w:br/>
        <w:t>v -1.153190 15.835250 0.660788</w:t>
        <w:br/>
        <w:t>v -1.064790 15.984832 0.755138</w:t>
        <w:br/>
        <w:t>v -1.039147 15.975313 0.749403</w:t>
        <w:br/>
        <w:t>v -1.103689 16.000114 0.650213</w:t>
        <w:br/>
        <w:t>v -0.992111 16.167263 0.737217</w:t>
        <w:br/>
        <w:t>v -0.899749 16.352957 0.656414</w:t>
        <w:br/>
        <w:t>v -0.970014 16.156839 0.725584</w:t>
        <w:br/>
        <w:t>v -1.061457 16.176899 0.654766</w:t>
        <w:br/>
        <w:t>v -1.009655 16.368065 0.608397</w:t>
        <w:br/>
        <w:t>v -1.017029 16.376438 0.631386</w:t>
        <w:br/>
        <w:t>v -1.072360 16.182182 0.679680</w:t>
        <w:br/>
        <w:t>v -0.859064 16.534334 0.581119</w:t>
        <w:br/>
        <w:t>v -0.844035 16.520542 0.566090</w:t>
        <w:br/>
        <w:t>v -0.962216 16.530392 0.533177</w:t>
        <w:br/>
        <w:t>v -0.966470 16.542965 0.553778</w:t>
        <w:br/>
        <w:t>v -0.806281 16.699781 0.452663</w:t>
        <w:br/>
        <w:t>v -0.793792 16.681080 0.441294</w:t>
        <w:br/>
        <w:t>v -0.913709 16.694059 0.414695</w:t>
        <w:br/>
        <w:t>v -0.918129 16.710951 0.430554</w:t>
        <w:br/>
        <w:t>v -0.771909 16.807800 0.276782</w:t>
        <w:br/>
        <w:t>v -0.759962 16.785725 0.271223</w:t>
        <w:br/>
        <w:t>v -0.887487 16.796381 0.252812</w:t>
        <w:br/>
        <w:t>v -0.887385 16.817144 0.261452</w:t>
        <w:br/>
        <w:t>v -0.758515 16.839809 0.075396</w:t>
        <w:br/>
        <w:t>v -0.747674 16.819595 0.077471</w:t>
        <w:br/>
        <w:t>v -0.879513 16.822628 0.067862</w:t>
        <w:br/>
        <w:t>v -0.878317 16.843643 0.067158</w:t>
        <w:br/>
        <w:t>v -0.763357 16.784571 -0.135385</w:t>
        <w:br/>
        <w:t>v -0.751762 16.764536 -0.124809</w:t>
        <w:br/>
        <w:t>v -0.883450 16.766548 -0.124557</w:t>
        <w:br/>
        <w:t>v -0.883525 16.786316 -0.135084</w:t>
        <w:br/>
        <w:t>v -0.772639 16.655476 -0.298175</w:t>
        <w:br/>
        <w:t>v -0.761911 16.640039 -0.281461</w:t>
        <w:br/>
        <w:t>v -0.893976 16.644253 -0.293937</w:t>
        <w:br/>
        <w:t>v -0.893712 16.659218 -0.310864</w:t>
        <w:br/>
        <w:t>v -0.792409 16.482346 -0.404220</w:t>
        <w:br/>
        <w:t>v -0.782687 16.471983 -0.383444</w:t>
        <w:br/>
        <w:t>v -0.904503 16.474854 -0.385733</w:t>
        <w:br/>
        <w:t>v -0.909487 16.484734 -0.406169</w:t>
        <w:br/>
        <w:t>v -0.810218 16.248362 -0.475390</w:t>
        <w:br/>
        <w:t>v -0.801326 16.244436 -0.452099</w:t>
        <w:br/>
        <w:t>v -0.921029 16.246861 -0.457834</w:t>
        <w:br/>
        <w:t>v -0.925572 16.250446 -0.480245</w:t>
        <w:br/>
        <w:t>v -0.833950 15.981200 -0.469090</w:t>
        <w:br/>
        <w:t>v -0.823800 15.983337 -0.446364</w:t>
        <w:br/>
        <w:t>v -0.934787 15.999913 -0.446528</w:t>
        <w:br/>
        <w:t>v -0.943531 15.995109 -0.469266</w:t>
        <w:br/>
        <w:t>v -0.872748 15.720415 -0.379823</w:t>
        <w:br/>
        <w:t>v -0.857002 15.726048 -0.361298</w:t>
        <w:br/>
        <w:t>v -0.963688 15.762973 -0.343590</w:t>
        <w:br/>
        <w:t>v -0.968044 15.751379 -0.365159</w:t>
        <w:br/>
        <w:t>v -1.007354 15.359331 -0.048762</w:t>
        <w:br/>
        <w:t>v -1.016409 15.346541 -0.066872</w:t>
        <w:br/>
        <w:t>v -0.987534 15.580312 -0.250550</w:t>
        <w:br/>
        <w:t>v -0.983082 15.582688 -0.223008</w:t>
        <w:br/>
        <w:t>v -0.875578 15.576590 -0.282645</w:t>
        <w:br/>
        <w:t>v -0.942837 15.288363 -0.112499</w:t>
        <w:br/>
        <w:t>v -0.921457 15.291267 -0.100765</w:t>
        <w:br/>
        <w:t>v -1.002928 15.022108 0.122265</w:t>
        <w:br/>
        <w:t>v -0.982742 15.036118 0.120995</w:t>
        <w:br/>
        <w:t>v -1.030269 14.925293 0.221807</w:t>
        <w:br/>
        <w:t>v -1.002928 15.022108 0.122265</w:t>
        <w:br/>
        <w:t>v -1.033099 15.022875 0.111751</w:t>
        <w:br/>
        <w:t>v -1.063068 14.925143 0.213482</w:t>
        <w:br/>
        <w:t>v -1.064477 15.122330 0.163302</w:t>
        <w:br/>
        <w:t>v -1.088032 15.033792 0.262920</w:t>
        <w:br/>
        <w:t>v -1.111098 15.014185 0.248633</w:t>
        <w:br/>
        <w:t>v -1.086234 15.107955 0.137985</w:t>
        <w:br/>
        <w:t>v -1.042619 15.162939 0.142299</w:t>
        <w:br/>
        <w:t>v -0.972014 15.332105 -0.107079</w:t>
        <w:br/>
        <w:t>v -1.016409 15.346541 -0.066872</w:t>
        <w:br/>
        <w:t>v -1.038456 15.317491 -0.075839</w:t>
        <w:br/>
        <w:t>v -1.000664 15.308875 -0.114084</w:t>
        <w:br/>
        <w:t>v -1.000249 15.137760 0.004499</w:t>
        <w:br/>
        <w:t>v -0.953955 15.144954 0.024886</w:t>
        <w:br/>
        <w:t>v -1.015077 14.922400 0.242671</w:t>
        <w:br/>
        <w:t>v -1.038947 14.920995 0.258958</w:t>
        <w:br/>
        <w:t>v -1.072412 15.032019 0.281835</w:t>
        <w:br/>
        <w:t>v -1.083505 15.006212 0.289393</w:t>
        <w:br/>
        <w:t>v -1.077129 15.148376 0.098684</w:t>
        <w:br/>
        <w:t>v -1.038456 15.317491 -0.075839</w:t>
        <w:br/>
        <w:t>v -0.972291 15.270680 -0.115266</w:t>
        <w:br/>
        <w:t>v -1.000664 15.308875 -0.114084</w:t>
        <w:br/>
        <w:t>v -0.942837 15.288363 -0.112499</w:t>
        <w:br/>
        <w:t>v -0.672496 14.297392 0.166156</w:t>
        <w:br/>
        <w:t>v -0.531313 14.301065 0.086748</w:t>
        <w:br/>
        <w:t>v -0.531313 14.301065 0.086748</w:t>
        <w:br/>
        <w:t>v -0.502123 14.301718 0.112643</w:t>
        <w:br/>
        <w:t>v -0.878799 14.685526 0.199999</w:t>
        <w:br/>
        <w:t>v -1.030269 14.925293 0.221807</w:t>
        <w:br/>
        <w:t>v -1.015077 14.922400 0.242671</w:t>
        <w:br/>
        <w:t>v -1.088032 15.033792 0.262920</w:t>
        <w:br/>
        <w:t>v -1.064477 15.122330 0.163302</w:t>
        <w:br/>
        <w:t>v -1.064477 15.122330 0.163302</w:t>
        <w:br/>
        <w:t>v -1.044870 15.138793 0.167377</w:t>
        <w:br/>
        <w:t>v -1.216098 15.432074 0.528183</w:t>
        <w:br/>
        <w:t>v -1.193447 15.443393 0.552040</w:t>
        <w:br/>
        <w:t>v -1.086234 15.107955 0.137985</w:t>
        <w:br/>
        <w:t>v -1.033099 15.022875 0.111751</w:t>
        <w:br/>
        <w:t>v -0.893386 15.575192 -0.300328</w:t>
        <w:br/>
        <w:t>v -0.451717 14.172582 0.110279</w:t>
        <w:br/>
        <w:t>v -0.600697 14.166786 0.163251</w:t>
        <w:br/>
        <w:t>v -0.436072 14.150976 0.122641</w:t>
        <w:br/>
        <w:t>v -0.387678 14.169592 0.160107</w:t>
        <w:br/>
        <w:t>v -0.431846 14.175578 0.121761</w:t>
        <w:br/>
        <w:t>v -0.608117 14.172497 0.183574</w:t>
        <w:br/>
        <w:t>v -0.600697 14.166786 0.163251</w:t>
        <w:br/>
        <w:t>v -0.982742 15.036118 0.120995</w:t>
        <w:br/>
        <w:t>v -1.044870 15.138793 0.167377</w:t>
        <w:br/>
        <w:t>v 0.000007 16.859934 0.853355</w:t>
        <w:br/>
        <w:t>v 0.078283 16.759563 0.887148</w:t>
        <w:br/>
        <w:t>v 0.000007 16.785381 0.943817</w:t>
        <w:br/>
        <w:t>v 0.078283 16.759563 0.887148</w:t>
        <w:br/>
        <w:t>v 0.000007 16.859934 0.853355</w:t>
        <w:br/>
        <w:t>v 0.000007 16.742270 0.873490</w:t>
        <w:br/>
        <w:t>v 0.000007 16.664448 0.982477</w:t>
        <w:br/>
        <w:t>v 0.078283 16.759563 0.887148</w:t>
        <w:br/>
        <w:t>v 0.000007 16.664448 0.982477</w:t>
        <w:br/>
        <w:t>v 0.000007 16.785381 0.943817</w:t>
        <w:br/>
        <w:t>v -0.078269 16.759563 0.887148</w:t>
        <w:br/>
        <w:t>v 0.000007 16.859934 0.853355</w:t>
        <w:br/>
        <w:t>v 0.000007 16.785381 0.943817</w:t>
        <w:br/>
        <w:t>v 0.000007 16.859934 0.853355</w:t>
        <w:br/>
        <w:t>v -0.078269 16.759563 0.887148</w:t>
        <w:br/>
        <w:t>v 0.000007 16.742270 0.873490</w:t>
        <w:br/>
        <w:t>v 0.000007 16.664448 0.982477</w:t>
        <w:br/>
        <w:t>v 0.000007 16.664448 0.982477</w:t>
        <w:br/>
        <w:t>v -0.078269 16.759563 0.887148</w:t>
        <w:br/>
        <w:t>v 0.000007 16.785381 0.943817</w:t>
        <w:br/>
        <w:t>v -0.894505 15.828719 1.542181</w:t>
        <w:br/>
        <w:t>v -0.888393 15.801416 1.595077</w:t>
        <w:br/>
        <w:t>v -0.904592 15.774089 1.599793</w:t>
        <w:br/>
        <w:t>v -0.926223 15.789053 1.537829</w:t>
        <w:br/>
        <w:t>v -0.892242 15.749728 1.664348</w:t>
        <w:br/>
        <w:t>v -0.884180 15.826632 1.528296</w:t>
        <w:br/>
        <w:t>v -0.878043 15.797907 1.593631</w:t>
        <w:br/>
        <w:t>v -0.888393 15.801416 1.595077</w:t>
        <w:br/>
        <w:t>v -0.894505 15.828719 1.542181</w:t>
        <w:br/>
        <w:t>v -0.884180 15.826632 1.528296</w:t>
        <w:br/>
        <w:t>v -0.892242 15.749728 1.664348</w:t>
        <w:br/>
        <w:t>v -0.106690 9.149345 -2.706817</w:t>
        <w:br/>
        <w:t>v -0.000003 9.547112 -2.558515</w:t>
        <w:br/>
        <w:t>v -0.192448 9.226236 -2.673150</w:t>
        <w:br/>
        <w:t>v -0.965057 9.218553 -2.378911</w:t>
        <w:br/>
        <w:t>v -0.899458 9.285811 -2.398329</w:t>
        <w:br/>
        <w:t>v -1.020845 9.569837 -2.180542</w:t>
        <w:br/>
        <w:t>v -0.612602 9.155433 -2.587856</w:t>
        <w:br/>
        <w:t>v -0.530100 9.546056 -2.472530</w:t>
        <w:br/>
        <w:t>v -0.729726 9.134981 -2.547096</w:t>
        <w:br/>
        <w:t>v -0.544903 9.236789 -2.592258</w:t>
        <w:br/>
        <w:t>v -0.000004 9.127072 -2.717834</w:t>
        <w:br/>
        <w:t>v -0.484297 9.152842 -2.645381</w:t>
        <w:br/>
        <w:t>v -0.000002 10.176687 -2.290247</w:t>
        <w:br/>
        <w:t>v -0.000001 10.881872 -1.960982</w:t>
        <w:br/>
        <w:t>v -0.485338 10.894765 -1.890856</w:t>
        <w:br/>
        <w:t>v -0.514077 10.179167 -2.218787</w:t>
        <w:br/>
        <w:t>v -0.000000 11.619053 -1.554675</w:t>
        <w:br/>
        <w:t>v -0.438893 11.624512 -1.471820</w:t>
        <w:br/>
        <w:t>v 0.000001 12.359943 -1.053061</w:t>
        <w:br/>
        <w:t>v -0.371809 12.361466 -1.008566</w:t>
        <w:br/>
        <w:t>v 0.000001 13.049520 -0.484781</w:t>
        <w:br/>
        <w:t>v -0.317314 13.051406 -0.442952</w:t>
        <w:br/>
        <w:t>v 0.000003 13.600331 0.027294</w:t>
        <w:br/>
        <w:t>v -0.257550 13.599549 0.040525</w:t>
        <w:br/>
        <w:t>v 0.000003 13.746240 0.154694</w:t>
        <w:br/>
        <w:t>v -0.243036 13.746240 0.160819</w:t>
        <w:br/>
        <w:t>v -0.706028 12.370543 -0.866716</w:t>
        <w:br/>
        <w:t>v -0.815041 11.643415 -1.333630</w:t>
        <w:br/>
        <w:t>v -0.888174 10.907805 -1.681859</w:t>
        <w:br/>
        <w:t>v -1.072091 11.673409 -0.996933</w:t>
        <w:br/>
        <w:t>v -1.177457 10.933321 -1.284243</w:t>
        <w:br/>
        <w:t>v -0.958213 10.194532 -1.972275</w:t>
        <w:br/>
        <w:t>v -1.251256 10.213007 -1.488636</w:t>
        <w:br/>
        <w:t>v -1.200047 9.604258 -1.926284</w:t>
        <w:br/>
        <w:t>v -0.917790 12.384529 -0.644968</w:t>
        <w:br/>
        <w:t>v -0.704480 13.062738 -0.249464</w:t>
        <w:br/>
        <w:t>v -0.520171 13.594621 0.108513</w:t>
        <w:br/>
        <w:t>v -0.917790 12.384529 -0.644968</w:t>
        <w:br/>
        <w:t>v -0.890197 12.383096 -0.548670</w:t>
        <w:br/>
        <w:t>v -1.017094 11.666451 -0.807268</w:t>
        <w:br/>
        <w:t>v -1.141328 9.309957 -1.271078</w:t>
        <w:br/>
        <w:t>v -1.222018 9.263110 -1.407092</w:t>
        <w:br/>
        <w:t>v -1.224419 9.678358 -1.364835</w:t>
        <w:br/>
        <w:t>v -1.106138 9.413837 -1.210497</w:t>
        <w:br/>
        <w:t>v -1.131027 9.696128 -1.176062</w:t>
        <w:br/>
        <w:t>v -1.114301 9.331964 -1.154520</w:t>
        <w:br/>
        <w:t>v -1.299551 9.657267 -1.643453</w:t>
        <w:br/>
        <w:t>v -1.319423 9.225091 -1.862233</w:t>
        <w:br/>
        <w:t>v -1.260075 9.245378 -1.984565</w:t>
        <w:br/>
        <w:t>v -1.326906 9.268731 -1.725590</w:t>
        <w:br/>
        <w:t>v -1.123832 10.208729 -1.111972</w:t>
        <w:br/>
        <w:t>v -1.091120 10.916670 -0.992683</w:t>
        <w:br/>
        <w:t>v -1.083611 11.667145 -0.714517</w:t>
        <w:br/>
        <w:t>v -1.176979 10.918582 -0.866517</w:t>
        <w:br/>
        <w:t>v -0.938918 12.383410 -0.486342</w:t>
        <w:br/>
        <w:t>v -1.233549 10.213498 -0.935059</w:t>
        <w:br/>
        <w:t>v -1.185382 9.738296 -1.022504</w:t>
        <w:br/>
        <w:t>v -1.278373 9.288050 -1.536969</w:t>
        <w:br/>
        <w:t>v -1.299602 9.371719 -1.627607</w:t>
        <w:br/>
        <w:t>v -1.190892 9.321114 -2.054414</w:t>
        <w:br/>
        <w:t>v -1.056827 9.168887 -2.315903</w:t>
        <w:br/>
        <w:t>v -1.459875 9.770441 -0.994169</w:t>
        <w:br/>
        <w:t>v -1.314743 9.762870 -0.939311</w:t>
        <w:br/>
        <w:t>v -1.233549 10.213498 -0.935059</w:t>
        <w:br/>
        <w:t>v -1.407519 10.267374 -0.949585</w:t>
        <w:br/>
        <w:t>v -1.343819 10.289144 -1.338939</w:t>
        <w:br/>
        <w:t>v -1.484424 9.760745 -1.146671</w:t>
        <w:br/>
        <w:t>v -1.437953 10.287118 -1.061389</w:t>
        <w:br/>
        <w:t>v -1.501063 9.356614 -1.009375</w:t>
        <w:br/>
        <w:t>v -1.459875 9.770441 -0.994169</w:t>
        <w:br/>
        <w:t>v -1.535284 9.382171 -1.118174</w:t>
        <w:br/>
        <w:t>v -1.405596 9.375704 -0.949109</w:t>
        <w:br/>
        <w:t>v -1.324301 9.466619 -0.938519</w:t>
        <w:br/>
        <w:t>v -1.266513 9.338415 -0.958415</w:t>
        <w:br/>
        <w:t>v -1.507591 9.505143 -1.197971</w:t>
        <w:br/>
        <w:t>v -1.386504 9.787283 -1.436092</w:t>
        <w:br/>
        <w:t>v -1.441753 9.411613 -1.318541</w:t>
        <w:br/>
        <w:t>v -1.390089 9.370587 -1.453260</w:t>
        <w:br/>
        <w:t>v -1.333644 10.934138 -0.870113</w:t>
        <w:br/>
        <w:t>v -1.648811 9.852567 -1.620991</w:t>
        <w:br/>
        <w:t>v -1.547081 9.480568 -1.667600</w:t>
        <w:br/>
        <w:t>v -1.386504 9.787283 -1.436092</w:t>
        <w:br/>
        <w:t>v -1.612554 9.404393 -1.742329</w:t>
        <w:br/>
        <w:t>v -1.176979 10.918582 -0.866517</w:t>
        <w:br/>
        <w:t>v -1.333644 10.934138 -0.870113</w:t>
        <w:br/>
        <w:t>v -1.017785 12.405619 -0.625248</w:t>
        <w:br/>
        <w:t>v -1.183128 11.689870 -0.929989</w:t>
        <w:br/>
        <w:t>v -1.204357 11.680285 -0.715309</w:t>
        <w:br/>
        <w:t>v -1.024576 12.392351 -0.485122</w:t>
        <w:br/>
        <w:t>v -1.204357 11.680285 -0.715309</w:t>
        <w:br/>
        <w:t>v -1.024576 12.392351 -0.485122</w:t>
        <w:br/>
        <w:t>v -0.795521 13.068872 -0.175464</w:t>
        <w:br/>
        <w:t>v -0.820183 13.083285 -0.244295</w:t>
        <w:br/>
        <w:t>v -0.721081 13.052209 -0.177702</w:t>
        <w:br/>
        <w:t>v -0.601289 13.597236 0.129377</w:t>
        <w:br/>
        <w:t>v -0.560189 13.746241 0.215375</w:t>
        <w:br/>
        <w:t>v -0.721081 13.052209 -0.177702</w:t>
        <w:br/>
        <w:t>v -0.795521 13.068872 -0.175464</w:t>
        <w:br/>
        <w:t>v -1.177975 9.297366 -1.048827</w:t>
        <w:br/>
        <w:t>v -1.880331 9.450929 -1.726496</w:t>
        <w:br/>
        <w:t>v -1.648811 9.852567 -1.620991</w:t>
        <w:br/>
        <w:t>v -1.918211 9.540860 -1.644422</w:t>
        <w:br/>
        <w:t>v -1.980137 9.910457 -1.495214</w:t>
        <w:br/>
        <w:t>v -1.599674 10.341160 -1.472462</w:t>
        <w:br/>
        <w:t>v -1.495728 10.964022 -1.273704</w:t>
        <w:br/>
        <w:t>v -1.765820 11.058244 -1.080517</w:t>
        <w:br/>
        <w:t>v -1.932786 10.417539 -1.293437</w:t>
        <w:br/>
        <w:t>v -1.331165 11.727889 -0.977830</w:t>
        <w:br/>
        <w:t>v -1.553214 11.787475 -0.811883</w:t>
        <w:br/>
        <w:t>v -1.133564 12.445173 -0.629474</w:t>
        <w:br/>
        <w:t>v -1.183128 11.689870 -0.929989</w:t>
        <w:br/>
        <w:t>v -1.017785 12.405619 -0.625248</w:t>
        <w:br/>
        <w:t>v -1.860822 11.100413 -0.767250</w:t>
        <w:br/>
        <w:t>v -2.031322 10.478445 -0.914144</w:t>
        <w:br/>
        <w:t>v -2.154157 9.949555 -1.004129</w:t>
        <w:br/>
        <w:t>v -2.144247 9.944502 -1.237171</w:t>
        <w:br/>
        <w:t>v -1.684161 11.104095 -0.529204</w:t>
        <w:br/>
        <w:t>v -1.795829 10.473125 -0.599809</w:t>
        <w:br/>
        <w:t>v -2.027537 9.989788 -0.787588</w:t>
        <w:br/>
        <w:t>v -1.624184 11.817091 -0.565310</w:t>
        <w:br/>
        <w:t>v -0.820183 13.083285 -0.244295</w:t>
        <w:br/>
        <w:t>v -0.763877 13.602757 0.244326</w:t>
        <w:br/>
        <w:t>v -0.962862 13.109104 -0.144388</w:t>
        <w:br/>
        <w:t>v -1.343351 12.493642 -0.310523</w:t>
        <w:br/>
        <w:t>v -1.033995 13.108717 -0.004424</w:t>
        <w:br/>
        <w:t>v -1.016249 13.098013 0.029809</w:t>
        <w:br/>
        <w:t>v -1.286443 12.478592 -0.206944</w:t>
        <w:br/>
        <w:t>v -1.508380 11.826612 -0.394874</w:t>
        <w:br/>
        <w:t>v -0.710200 13.746241 0.297135</w:t>
        <w:br/>
        <w:t>v -1.755888 9.388674 -1.740657</w:t>
        <w:br/>
        <w:t>v -2.215203 9.627978 -1.408022</w:t>
        <w:br/>
        <w:t>v -2.191975 9.508339 -1.489618</w:t>
        <w:br/>
        <w:t>v -2.011856 9.467715 -1.635430</w:t>
        <w:br/>
        <w:t>v -1.974176 9.617072 -0.708697</w:t>
        <w:br/>
        <w:t>v -1.873954 10.026185 -0.663283</w:t>
        <w:br/>
        <w:t>v -1.889511 9.728726 -0.649839</w:t>
        <w:br/>
        <w:t>v -1.898000 10.106434 -0.430656</w:t>
        <w:br/>
        <w:t>v -2.000963 9.771673 -0.349325</w:t>
        <w:br/>
        <w:t>v -1.934196 9.697536 -0.458249</w:t>
        <w:br/>
        <w:t>v -1.835859 10.559248 -0.396800</w:t>
        <w:br/>
        <w:t>v -2.004157 10.623224 -0.263263</w:t>
        <w:br/>
        <w:t>v -2.099801 10.215106 -0.274960</w:t>
        <w:br/>
        <w:t>v -1.713075 11.161582 -0.342846</w:t>
        <w:br/>
        <w:t>v -1.522239 11.855562 -0.248144</w:t>
        <w:br/>
        <w:t>v -1.613833 11.890713 -0.160059</w:t>
        <w:br/>
        <w:t>v -1.831708 11.238400 -0.232261</w:t>
        <w:br/>
        <w:t>v -1.717060 11.933210 -0.172270</w:t>
        <w:br/>
        <w:t>v -1.965497 11.293210 -0.254232</w:t>
        <w:br/>
        <w:t>v -2.167060 10.690357 -0.293610</w:t>
        <w:br/>
        <w:t>v -2.285743 10.298099 -0.304074</w:t>
        <w:br/>
        <w:t>v -1.965497 11.293210 -0.254232</w:t>
        <w:br/>
        <w:t>v -1.717060 11.933210 -0.172270</w:t>
        <w:br/>
        <w:t>v -1.685003 11.955646 -0.300538</w:t>
        <w:br/>
        <w:t>v -1.919064 11.321118 -0.440564</w:t>
        <w:br/>
        <w:t>v -2.167060 10.690357 -0.293610</w:t>
        <w:br/>
        <w:t>v -2.108517 10.719800 -0.538599</w:t>
        <w:br/>
        <w:t>v -1.431536 12.547545 -0.040645</w:t>
        <w:br/>
        <w:t>v -1.314362 12.490374 -0.081129</w:t>
        <w:br/>
        <w:t>v -1.044572 13.112339 0.115442</w:t>
        <w:br/>
        <w:t>v -2.045346 9.900117 -0.337302</w:t>
        <w:br/>
        <w:t>v -2.085503 9.585581 -0.793500</w:t>
        <w:br/>
        <w:t>v -2.333484 9.900356 -0.613769</w:t>
        <w:br/>
        <w:t>v -2.355292 9.938073 -0.482157</w:t>
        <w:br/>
        <w:t>v -2.227025 10.310187 -0.588540</w:t>
        <w:br/>
        <w:t>v -2.160142 10.754840 -0.764547</w:t>
        <w:br/>
        <w:t>v -2.228810 10.317945 -0.738615</w:t>
        <w:br/>
        <w:t>v -2.304633 10.328120 -0.863574</w:t>
        <w:br/>
        <w:t>v -2.382457 9.982482 -0.934468</w:t>
        <w:br/>
        <w:t>v -2.305526 10.077005 -0.814577</w:t>
        <w:br/>
        <w:t>v -2.320518 9.932277 -0.735760</w:t>
        <w:br/>
        <w:t>v -2.363768 10.059361 -0.386500</w:t>
        <w:br/>
        <w:t>v -2.285743 10.298099 -0.304074</w:t>
        <w:br/>
        <w:t>v -2.488752 9.998466 -1.005940</w:t>
        <w:br/>
        <w:t>v -2.493531 10.390498 -0.948930</w:t>
        <w:br/>
        <w:t>v -2.572927 10.073712 -1.035582</w:t>
        <w:br/>
        <w:t>v -2.540680 10.880604 -0.812513</w:t>
        <w:br/>
        <w:t>v -2.331861 10.809584 -0.819317</w:t>
        <w:br/>
        <w:t>v -2.278184 11.451975 -0.634782</w:t>
        <w:br/>
        <w:t>v -1.968891 12.066120 -0.417548</w:t>
        <w:br/>
        <w:t>v -1.961170 11.348961 -0.608636</w:t>
        <w:br/>
        <w:t>v -1.718946 11.978060 -0.414505</w:t>
        <w:br/>
        <w:t>v -1.619604 12.645855 -0.173779</w:t>
        <w:br/>
        <w:t>v -1.438566 12.578282 -0.185890</w:t>
        <w:br/>
        <w:t>v -1.124054 13.152610 0.068620</w:t>
        <w:br/>
        <w:t>v -1.718946 11.978060 -0.414505</w:t>
        <w:br/>
        <w:t>v -1.961170 11.348961 -0.608636</w:t>
        <w:br/>
        <w:t>v -1.412885 12.562752 -0.118267</w:t>
        <w:br/>
        <w:t>v -1.438566 12.578282 -0.185890</w:t>
        <w:br/>
        <w:t>v -1.103115 13.140006 0.100766</w:t>
        <w:br/>
        <w:t>v -1.431536 12.547545 -0.040645</w:t>
        <w:br/>
        <w:t>v -1.109730 13.132837 0.135213</w:t>
        <w:br/>
        <w:t>v -1.124054 13.152610 0.068620</w:t>
        <w:br/>
        <w:t>v -2.704099 10.124509 -1.026464</w:t>
        <w:br/>
        <w:t>v -2.591150 10.202305 -1.008656</w:t>
        <w:br/>
        <w:t>v -2.718562 10.473404 -0.928745</w:t>
        <w:br/>
        <w:t>v -2.872183 10.145158 -0.993124</w:t>
        <w:br/>
        <w:t>v -2.984641 10.343552 -0.813683</w:t>
        <w:br/>
        <w:t>v -2.921269 10.554209 -0.725862</w:t>
        <w:br/>
        <w:t>v -2.399787 9.931418 -0.306980</w:t>
        <w:br/>
        <w:t>v -2.319499 9.848177 -0.260057</w:t>
        <w:br/>
        <w:t>v -2.399787 9.931418 -0.306980</w:t>
        <w:br/>
        <w:t>v -3.226625 10.382829 -0.323492</w:t>
        <w:br/>
        <w:t>v -3.187725 10.448755 -0.383909</w:t>
        <w:br/>
        <w:t>v -3.093138 10.666250 -0.228413</w:t>
        <w:br/>
        <w:t>v -3.248620 10.332800 -0.210580</w:t>
        <w:br/>
        <w:t>v -2.848626 11.029143 -0.393680</w:t>
        <w:br/>
        <w:t>v -2.525311 11.589976 -0.276215</w:t>
        <w:br/>
        <w:t>v -2.178364 12.136447 -0.123121</w:t>
        <w:br/>
        <w:t>v -2.209365 12.212911 0.250273</w:t>
        <w:br/>
        <w:t>v -2.558034 11.667573 0.164589</w:t>
        <w:br/>
        <w:t>v -1.771817 12.692818 0.063551</w:t>
        <w:br/>
        <w:t>v -1.823619 12.726006 0.366191</w:t>
        <w:br/>
        <w:t>v -1.372024 13.226219 0.380705</w:t>
        <w:br/>
        <w:t>v -1.233067 13.185723 0.123316</w:t>
        <w:br/>
        <w:t>v -2.853682 11.139728 0.078905</w:t>
        <w:br/>
        <w:t>v -3.223141 10.294995 -0.506768</w:t>
        <w:br/>
        <w:t>v -3.037512 10.626925 -0.480495</w:t>
        <w:br/>
        <w:t>v -3.176143 10.242652 -0.641386</w:t>
        <w:br/>
        <w:t>v -3.075368 10.250160 -0.763365</w:t>
        <w:br/>
        <w:t>v -2.488676 11.139438 0.379922</w:t>
        <w:br/>
        <w:t>v -2.849645 10.740688 0.247705</w:t>
        <w:br/>
        <w:t>v -3.044869 10.697427 0.009080</w:t>
        <w:br/>
        <w:t>v -3.229140 10.335153 -0.057236</w:t>
        <w:br/>
        <w:t>v -2.919029 10.392800 0.269839</w:t>
        <w:br/>
        <w:t>v -3.041298 10.430139 0.187413</w:t>
        <w:br/>
        <w:t>v -2.635330 10.785234 0.341211</w:t>
        <w:br/>
        <w:t>v -2.772790 10.423008 0.312800</w:t>
        <w:br/>
        <w:t>v -2.172190 11.124283 0.278078</w:t>
        <w:br/>
        <w:t>v -2.405772 10.814286 0.300451</w:t>
        <w:br/>
        <w:t>v -2.488676 11.139438 0.379922</w:t>
        <w:br/>
        <w:t>v -2.253823 11.645424 0.436693</w:t>
        <w:br/>
        <w:t>v -2.253823 11.645424 0.436693</w:t>
        <w:br/>
        <w:t>v -2.019600 11.659876 0.356002</w:t>
        <w:br/>
        <w:t>v -2.511126 10.459517 0.247655</w:t>
        <w:br/>
        <w:t>v -2.246944 10.836721 0.246309</w:t>
        <w:br/>
        <w:t>v -2.385449 10.500706 0.217949</w:t>
        <w:br/>
        <w:t>v -2.624225 10.479401 0.290968</w:t>
        <w:br/>
        <w:t>v -2.670947 10.540574 0.317944</w:t>
        <w:br/>
        <w:t>v -2.270903 10.600160 0.261024</w:t>
        <w:br/>
        <w:t>v -2.167650 10.882449 0.354819</w:t>
        <w:br/>
        <w:t>v -2.247926 10.590512 0.354932</w:t>
        <w:br/>
        <w:t>v -2.219931 10.638503 0.451594</w:t>
        <w:br/>
        <w:t>v -2.188338 10.753011 0.500743</w:t>
        <w:br/>
        <w:t>v -2.147855 10.914959 0.486796</w:t>
        <w:br/>
        <w:t>v -2.192564 10.690444 0.569222</w:t>
        <w:br/>
        <w:t>v -2.127317 10.954826 0.646228</w:t>
        <w:br/>
        <w:t>v -2.214283 10.722993 0.753152</w:t>
        <w:br/>
        <w:t>v -2.187860 10.992242 0.771879</w:t>
        <w:br/>
        <w:t>v -2.339293 10.721407 0.622948</w:t>
        <w:br/>
        <w:t>v -2.296194 10.742888 0.713348</w:t>
        <w:br/>
        <w:t>v -2.187860 10.992242 0.771879</w:t>
        <w:br/>
        <w:t>v -2.251925 10.990520 0.641738</w:t>
        <w:br/>
        <w:t>v -2.243624 10.787018 0.786354</w:t>
        <w:br/>
        <w:t>v -2.129719 11.342381 0.663885</w:t>
        <w:br/>
        <w:t>v -2.068786 11.342179 0.771427</w:t>
        <w:br/>
        <w:t>v -2.356422 11.008842 0.526374</w:t>
        <w:br/>
        <w:t>v -2.226733 11.361196 0.574970</w:t>
        <w:br/>
        <w:t>v -2.382984 10.745227 0.548508</w:t>
        <w:br/>
        <w:t>v -2.243624 10.787018 0.786354</w:t>
        <w:br/>
        <w:t>v -2.040514 11.272094 0.641814</w:t>
        <w:br/>
        <w:t>v -2.068786 11.342179 0.771427</w:t>
        <w:br/>
        <w:t>v -2.068648 11.207726 0.490041</w:t>
        <w:br/>
        <w:t>v -2.287693 10.647723 0.218691</w:t>
        <w:br/>
        <w:t>v -2.287693 10.647723 0.218691</w:t>
        <w:br/>
        <w:t>v -2.246944 10.836721 0.246309</w:t>
        <w:br/>
        <w:t>v -2.426863 10.795218 0.508339</w:t>
        <w:br/>
        <w:t>v -2.496687 10.754873 0.514489</w:t>
        <w:br/>
        <w:t>v -2.356422 11.008842 0.526374</w:t>
        <w:br/>
        <w:t>v -2.469019 11.047629 0.618145</w:t>
        <w:br/>
        <w:t>v -2.581717 10.741106 0.585093</w:t>
        <w:br/>
        <w:t>v -2.533737 11.074820 0.771992</w:t>
        <w:br/>
        <w:t>v -2.611397 10.896712 0.764157</w:t>
        <w:br/>
        <w:t>v -2.624565 10.792050 0.691175</w:t>
        <w:br/>
        <w:t>v -2.668356 10.811973 0.827504</w:t>
        <w:br/>
        <w:t>v -2.530392 11.120836 1.175934</w:t>
        <w:br/>
        <w:t>v -2.672984 10.831288 1.097243</w:t>
        <w:br/>
        <w:t>v -2.694728 10.780922 0.959632</w:t>
        <w:br/>
        <w:t>v -2.563606 11.093647 0.966876</w:t>
        <w:br/>
        <w:t>v -2.607259 10.948325 1.168577</w:t>
        <w:br/>
        <w:t>v -2.486727 10.902888 1.505613</w:t>
        <w:br/>
        <w:t>v -2.329270 11.180890 1.539544</w:t>
        <w:br/>
        <w:t>v -2.413758 11.015648 1.544273</w:t>
        <w:br/>
        <w:t>v -2.390253 10.958539 1.610437</w:t>
        <w:br/>
        <w:t>v -2.615258 10.864303 1.247368</w:t>
        <w:br/>
        <w:t>v -2.452217 11.145173 1.355073</w:t>
        <w:br/>
        <w:t>v -2.571153 10.843438 1.389306</w:t>
        <w:br/>
        <w:t>v -2.303199 11.492773 1.320765</w:t>
        <w:br/>
        <w:t>v -2.097309 11.917768 1.283401</w:t>
        <w:br/>
        <w:t>v -1.879448 11.933868 1.541972</w:t>
        <w:br/>
        <w:t>v -2.061643 11.532628 1.606237</w:t>
        <w:br/>
        <w:t>v -2.406916 11.448893 0.968726</w:t>
        <w:br/>
        <w:t>v -2.189469 11.890148 0.969129</w:t>
        <w:br/>
        <w:t>v -1.785351 11.546448 1.702887</w:t>
        <w:br/>
        <w:t>v -2.038213 11.228150 1.728593</w:t>
        <w:br/>
        <w:t>v -1.624397 11.946983 1.634220</w:t>
        <w:br/>
        <w:t>v -1.651222 12.388794 1.464690</w:t>
        <w:br/>
        <w:t>v -1.433637 12.390341 1.550487</w:t>
        <w:br/>
        <w:t>v -1.624397 11.946983 1.634220</w:t>
        <w:br/>
        <w:t>v -1.433637 12.390341 1.550487</w:t>
        <w:br/>
        <w:t>v -1.330032 12.392504 1.476462</w:t>
        <w:br/>
        <w:t>v -1.521585 11.959030 1.526314</w:t>
        <w:br/>
        <w:t>v -1.231520 12.827473 1.461334</w:t>
        <w:br/>
        <w:t>v -1.404748 12.833143 1.381536</w:t>
        <w:br/>
        <w:t>v -1.076603 13.263090 1.332791</w:t>
        <w:br/>
        <w:t>v -1.842598 12.385862 1.240101</w:t>
        <w:br/>
        <w:t>v -1.561098 12.837708 1.196499</w:t>
        <w:br/>
        <w:t>v -1.923012 12.368820 0.975141</w:t>
        <w:br/>
        <w:t>v -1.628433 12.829597 0.987844</w:t>
        <w:br/>
        <w:t>v -1.257930 13.275681 1.140611</w:t>
        <w:br/>
        <w:t>v -0.990680 13.630511 1.103963</w:t>
        <w:br/>
        <w:t>v -0.861130 13.631266 1.257659</w:t>
        <w:br/>
        <w:t>v -0.899288 13.255321 1.386895</w:t>
        <w:br/>
        <w:t>v -1.082389 12.825798 1.436169</w:t>
        <w:br/>
        <w:t>v -0.814333 13.746240 1.237147</w:t>
        <w:br/>
        <w:t>v -0.645753 13.746240 1.369684</w:t>
        <w:br/>
        <w:t>v -0.663294 13.630140 1.390215</w:t>
        <w:br/>
        <w:t>v -1.721475 11.553340 1.640860</w:t>
        <w:br/>
        <w:t>v -1.692826 11.563276 1.570444</w:t>
        <w:br/>
        <w:t>v -1.378528 11.977392 1.537872</w:t>
        <w:br/>
        <w:t>v -1.553366 11.575840 1.576267</w:t>
        <w:br/>
        <w:t>v -1.692826 11.563276 1.570444</w:t>
        <w:br/>
        <w:t>v -1.521585 11.959030 1.526314</w:t>
        <w:br/>
        <w:t>v -1.665976 11.317394 1.594289</w:t>
        <w:br/>
        <w:t>v -1.791275 11.332333 1.594767</w:t>
        <w:br/>
        <w:t>v -1.791275 11.332333 1.594767</w:t>
        <w:br/>
        <w:t>v -1.824024 11.266548 1.686500</w:t>
        <w:br/>
        <w:t>v -1.201375 12.404339 1.492371</w:t>
        <w:br/>
        <w:t>v -1.901394 11.248236 1.745332</w:t>
        <w:br/>
        <w:t>v -1.916436 10.989690 1.716142</w:t>
        <w:br/>
        <w:t>v -2.005074 10.983980 1.780860</w:t>
        <w:br/>
        <w:t>v -2.076785 11.056068 1.758726</w:t>
        <w:br/>
        <w:t>v -2.183371 10.956903 1.756638</w:t>
        <w:br/>
        <w:t>v -1.863665 11.154996 1.609129</w:t>
        <w:br/>
        <w:t>v -2.315800 10.929536 1.697001</w:t>
        <w:br/>
        <w:t>v -2.204247 11.202783 1.651927</w:t>
        <w:br/>
        <w:t>v -1.511411 11.327944 1.701265</w:t>
        <w:br/>
        <w:t>v -1.400952 11.580793 1.675043</w:t>
        <w:br/>
        <w:t>v -1.722582 11.066407 1.614587</w:t>
        <w:br/>
        <w:t>v -1.813183 11.091761 1.587259</w:t>
        <w:br/>
        <w:t>v -1.233899 11.985781 1.617355</w:t>
        <w:br/>
        <w:t>v -1.231849 11.972750 1.801663</w:t>
        <w:br/>
        <w:t>v -1.364845 11.576543 1.882227</w:t>
        <w:br/>
        <w:t>v -1.072392 12.407705 1.558573</w:t>
        <w:br/>
        <w:t>v -0.922291 12.827493 1.501503</w:t>
        <w:br/>
        <w:t>v -0.779963 13.253243 1.443614</w:t>
        <w:br/>
        <w:t>v -0.815705 13.269820 1.489669</w:t>
        <w:br/>
        <w:t>v -0.779963 13.253243 1.443614</w:t>
        <w:br/>
        <w:t>v -0.663294 13.630140 1.390215</w:t>
        <w:br/>
        <w:t>v -0.952537 12.840499 1.603171</w:t>
        <w:br/>
        <w:t>v -0.922291 12.827493 1.501503</w:t>
        <w:br/>
        <w:t>v -1.090124 12.407670 1.706988</w:t>
        <w:br/>
        <w:t>v -1.072392 12.407705 1.558573</w:t>
        <w:br/>
        <w:t>v -1.446869 11.334963 1.928130</w:t>
        <w:br/>
        <w:t>v -1.643917 11.099431 1.674439</w:t>
        <w:br/>
        <w:t>v -1.578117 11.151509 1.722883</w:t>
        <w:br/>
        <w:t>v -1.567766 11.100637 1.789739</w:t>
        <w:br/>
        <w:t>v -1.542299 11.090866 1.866380</w:t>
        <w:br/>
        <w:t>v -1.514480 11.131538 1.930809</w:t>
        <w:br/>
        <w:t>v -1.490623 11.203476 1.953321</w:t>
        <w:br/>
        <w:t>v -2.226585 9.600825 -1.037722</w:t>
        <w:br/>
        <w:t>v -2.272766 9.536195 -1.172491</w:t>
        <w:br/>
        <w:t>v -2.187812 9.698582 -0.978210</w:t>
        <w:br/>
        <w:t>v -2.162420 9.614358 -0.906160</w:t>
        <w:br/>
        <w:t>v -0.830683 13.612542 0.302366</w:t>
        <w:br/>
        <w:t>v -2.157024 9.826118 -0.281412</w:t>
        <w:br/>
        <w:t>v -0.898256 13.746240 0.562673</w:t>
        <w:br/>
        <w:t>v -0.977865 13.623520 0.532163</w:t>
        <w:br/>
        <w:t>v -0.830683 13.612542 0.302366</w:t>
        <w:br/>
        <w:t>v -1.988699 12.196536 0.508970</w:t>
        <w:br/>
        <w:t>v -1.681505 12.721839 0.589611</w:t>
        <w:br/>
        <w:t>v -1.332735 13.218885 0.678037</w:t>
        <w:br/>
        <w:t>v -1.019329 13.623369 0.756476</w:t>
        <w:br/>
        <w:t>v -0.975689 13.746240 0.904438</w:t>
        <w:br/>
        <w:t>v -1.280983 13.215429 0.661235</w:t>
        <w:br/>
        <w:t>v -1.332735 13.218885 0.678037</w:t>
        <w:br/>
        <w:t>v -1.019329 13.623369 0.756476</w:t>
        <w:br/>
        <w:t>v -1.681505 12.721839 0.589611</w:t>
        <w:br/>
        <w:t>v -1.580529 12.720697 0.551982</w:t>
        <w:br/>
        <w:t>v -1.988699 12.196536 0.508970</w:t>
        <w:br/>
        <w:t>v -1.828613 12.200811 0.449811</w:t>
        <w:br/>
        <w:t>v -2.019600 11.659876 0.356002</w:t>
        <w:br/>
        <w:t>v -1.828613 12.200811 0.449811</w:t>
        <w:br/>
        <w:t>v -1.763052 12.217613 0.587699</w:t>
        <w:br/>
        <w:t>v -1.934092 11.688685 0.530173</w:t>
        <w:br/>
        <w:t>v -2.172190 11.124283 0.278078</w:t>
        <w:br/>
        <w:t>v -1.721575 12.287677 0.799021</w:t>
        <w:br/>
        <w:t>v -1.912159 11.801322 0.781375</w:t>
        <w:br/>
        <w:t>v -1.580529 12.720697 0.551982</w:t>
        <w:br/>
        <w:t>v -1.280983 13.215429 0.661235</w:t>
        <w:br/>
        <w:t>v -1.271790 13.238241 0.830866</w:t>
        <w:br/>
        <w:t>v -1.500354 12.762463 0.821055</w:t>
        <w:br/>
        <w:t>v -1.912159 11.801322 0.781375</w:t>
        <w:br/>
        <w:t>v -1.950907 11.822325 0.703477</w:t>
        <w:br/>
        <w:t>v -1.721575 12.287677 0.799021</w:t>
        <w:br/>
        <w:t>v -2.360949 11.414306 0.750047</w:t>
        <w:br/>
        <w:t>v -2.226733 11.361196 0.574970</w:t>
        <w:br/>
        <w:t>v -2.030717 11.825846 0.636771</w:t>
        <w:br/>
        <w:t>v -1.798078 12.306993 0.696762</w:t>
        <w:br/>
        <w:t>v -2.030717 11.825846 0.636771</w:t>
        <w:br/>
        <w:t>v -1.798078 12.306993 0.696762</w:t>
        <w:br/>
        <w:t>v -1.500354 12.762463 0.821055</w:t>
        <w:br/>
        <w:t>v -1.545126 12.777804 0.760563</w:t>
        <w:br/>
        <w:t>v -1.271790 13.238241 0.830866</w:t>
        <w:br/>
        <w:t>v -1.027340 13.627231 0.896841</w:t>
        <w:br/>
        <w:t>v -0.931105 13.746240 1.100706</w:t>
        <w:br/>
        <w:t>v -1.545126 12.777804 0.760563</w:t>
        <w:br/>
        <w:t>v -1.109730 13.132837 0.135213</w:t>
        <w:br/>
        <w:t>v -2.124100 9.459704 -1.591123</w:t>
        <w:br/>
        <w:t>v -2.277092 9.552745 -1.326439</w:t>
        <w:br/>
        <w:t>v -1.871992 9.693501 -0.578656</w:t>
        <w:br/>
        <w:t>v -3.155806 10.397944 0.066893</w:t>
        <w:br/>
        <w:t>v -0.601289 13.597236 0.129377</w:t>
        <w:br/>
        <w:t>v -1.289966 10.924505 -1.180210</w:t>
        <w:br/>
        <w:t>v -0.763877 13.602757 0.244326</w:t>
        <w:br/>
        <w:t>v -1.270936 12.475934 -0.481538</w:t>
        <w:br/>
        <w:t>v -1.407519 10.267374 -0.949585</w:t>
        <w:br/>
        <w:t>v -1.343819 10.289144 -1.338939</w:t>
        <w:br/>
        <w:t>v -1.289966 10.924505 -1.180210</w:t>
        <w:br/>
        <w:t>v -1.455738 9.378850 -1.600090</w:t>
        <w:br/>
        <w:t>v -3.082335 10.492330 0.134266</w:t>
        <w:br/>
        <w:t>v -2.982855 10.228453 -0.887406</w:t>
        <w:br/>
        <w:t>v -2.197079 10.679755 0.671443</w:t>
        <w:br/>
        <w:t>v -1.785351 11.546448 1.702887</w:t>
        <w:br/>
        <w:t>v -1.863665 11.154996 1.609129</w:t>
        <w:br/>
        <w:t>v -0.352798 9.120131 -2.683048</w:t>
        <w:br/>
        <w:t>v -0.252010 9.156212 -2.688821</w:t>
        <w:br/>
        <w:t>v -0.841908 9.180847 -2.474216</w:t>
        <w:br/>
        <w:t>v -1.163161 9.203574 -2.177222</w:t>
        <w:br/>
        <w:t>v -0.000003 9.538120 -2.536142</w:t>
        <w:br/>
        <w:t>v -0.112110 9.129575 -2.687198</w:t>
        <w:br/>
        <w:t>v -0.188902 9.200619 -2.658121</w:t>
        <w:br/>
        <w:t>v -0.892000 9.259915 -2.385048</w:t>
        <w:br/>
        <w:t>v -0.945915 9.200781 -2.367894</w:t>
        <w:br/>
        <w:t>v -1.004709 9.561886 -2.162960</w:t>
        <w:br/>
        <w:t>v -0.522416 9.536636 -2.450509</w:t>
        <w:br/>
        <w:t>v -0.597548 9.136302 -2.573419</w:t>
        <w:br/>
        <w:t>v -0.722935 9.114142 -2.529011</w:t>
        <w:br/>
        <w:t>v -0.538451 9.210504 -2.579279</w:t>
        <w:br/>
        <w:t>v -0.000004 9.103454 -2.700189</w:t>
        <w:br/>
        <w:t>v -0.486561 9.133020 -2.624856</w:t>
        <w:br/>
        <w:t>v -0.478736 10.883822 -1.869187</w:t>
        <w:br/>
        <w:t>v -0.000001 10.871246 -1.940017</w:t>
        <w:br/>
        <w:t>v -0.000002 10.167155 -2.268867</w:t>
        <w:br/>
        <w:t>v -0.506770 10.169558 -2.196728</w:t>
        <w:br/>
        <w:t>v -0.433183 11.611733 -1.475606</w:t>
        <w:br/>
        <w:t>v -0.000000 11.606715 -1.534489</w:t>
        <w:br/>
        <w:t>v -0.366766 12.346601 -0.988909</w:t>
        <w:br/>
        <w:t>v 0.000001 12.345693 -1.034008</w:t>
        <w:br/>
        <w:t>v -0.312384 13.035183 -0.424376</w:t>
        <w:br/>
        <w:t>v 0.000001 13.033764 -0.466633</w:t>
        <w:br/>
        <w:t>v -0.253991 13.583502 0.059565</w:t>
        <w:br/>
        <w:t>v 0.000003 13.584168 0.045694</w:t>
        <w:br/>
        <w:t>v -0.239754 13.740644 0.188084</w:t>
        <w:br/>
        <w:t>v 0.000003 13.739661 0.181582</w:t>
        <w:br/>
        <w:t>v -0.694143 12.356700 -0.849398</w:t>
        <w:br/>
        <w:t>v -0.801496 11.631992 -1.315784</w:t>
        <w:br/>
        <w:t>v -1.048284 11.666791 -0.992268</w:t>
        <w:br/>
        <w:t>v -0.873019 10.898560 -1.664026</w:t>
        <w:br/>
        <w:t>v -1.153084 10.928680 -1.280168</w:t>
        <w:br/>
        <w:t>v -0.942241 10.186307 -1.954669</w:t>
        <w:br/>
        <w:t>v -1.178868 9.598197 -1.914136</w:t>
        <w:br/>
        <w:t>v -1.226569 10.209121 -1.485794</w:t>
        <w:br/>
        <w:t>v -0.894724 12.375738 -0.640164</w:t>
        <w:br/>
        <w:t>v -0.687024 13.049104 -0.237554</w:t>
        <w:br/>
        <w:t>v -0.515165 13.580196 0.128509</w:t>
        <w:br/>
        <w:t>v -0.992595 11.662024 -0.803608</w:t>
        <w:br/>
        <w:t>v -0.866352 12.375992 -0.545023</w:t>
        <w:br/>
        <w:t>v -0.894724 12.375738 -0.640164</w:t>
        <w:br/>
        <w:t>v -1.198638 9.251552 -1.418361</w:t>
        <w:br/>
        <w:t>v -1.115609 9.301820 -1.280586</w:t>
        <w:br/>
        <w:t>v -1.200989 9.678925 -1.373977</w:t>
        <w:br/>
        <w:t>v -1.074094 9.402456 -1.219062</w:t>
        <w:br/>
        <w:t>v -1.105974 9.697270 -1.177949</w:t>
        <w:br/>
        <w:t>v -1.074094 9.402456 -1.219062</w:t>
        <w:br/>
        <w:t>v -1.088821 9.321576 -1.152620</w:t>
        <w:br/>
        <w:t>v -1.105974 9.697270 -1.177949</w:t>
        <w:br/>
        <w:t>v -1.238166 9.228024 -1.978716</w:t>
        <w:br/>
        <w:t>v -1.297288 9.208287 -1.856071</w:t>
        <w:br/>
        <w:t>v -1.274575 9.654577 -1.642208</w:t>
        <w:br/>
        <w:t>v -1.301828 9.256243 -1.721050</w:t>
        <w:br/>
        <w:t>v -1.098817 10.207710 -1.109469</w:t>
        <w:br/>
        <w:t>v -1.066319 10.914180 -0.989338</w:t>
        <w:br/>
        <w:t>v -1.165987 10.913965 -0.844370</w:t>
        <w:br/>
        <w:t>v -1.073160 11.659674 -0.692885</w:t>
        <w:br/>
        <w:t>v -0.929536 12.372721 -0.465603</w:t>
        <w:br/>
        <w:t>v -1.223211 10.211521 -0.912221</w:t>
        <w:br/>
        <w:t>v -1.165700 9.737717 -1.006859</w:t>
        <w:br/>
        <w:t>v -1.255949 9.276705 -1.550501</w:t>
        <w:br/>
        <w:t>v -1.275216 9.353999 -1.633292</w:t>
        <w:br/>
        <w:t>v -1.174542 9.297721 -2.042642</w:t>
        <w:br/>
        <w:t>v -1.041018 9.148929 -2.302748</w:t>
        <w:br/>
        <w:t>v -1.223211 10.211521 -0.912221</w:t>
        <w:br/>
        <w:t>v -1.312165 9.762418 -0.914296</w:t>
        <w:br/>
        <w:t>v -1.478803 9.771937 -0.977669</w:t>
        <w:br/>
        <w:t>v -1.424446 10.267488 -0.930984</w:t>
        <w:br/>
        <w:t>v -1.509351 9.763412 -1.148671</w:t>
        <w:br/>
        <w:t>v -1.367211 10.289018 -1.329695</w:t>
        <w:br/>
        <w:t>v -1.462830 10.290627 -1.062647</w:t>
        <w:br/>
        <w:t>v -1.478803 9.771937 -0.977669</w:t>
        <w:br/>
        <w:t>v -1.518872 9.345784 -0.995679</w:t>
        <w:br/>
        <w:t>v -1.560488 9.373706 -1.124877</w:t>
        <w:br/>
        <w:t>v -1.406614 9.364549 -0.923792</w:t>
        <w:br/>
        <w:t>v -1.324390 9.446459 -0.907078</w:t>
        <w:br/>
        <w:t>v -1.261986 9.327537 -0.933992</w:t>
        <w:br/>
        <w:t>v -1.410576 9.785936 -1.428911</w:t>
        <w:br/>
        <w:t>v -1.534052 9.490743 -1.208825</w:t>
        <w:br/>
        <w:t>v -1.467573 9.401299 -1.323132</w:t>
        <w:br/>
        <w:t>v -1.414148 9.358125 -1.451449</w:t>
        <w:br/>
        <w:t>v -1.353351 10.934667 -0.854494</w:t>
        <w:br/>
        <w:t>v -1.560739 9.459516 -1.652773</w:t>
        <w:br/>
        <w:t>v -1.652559 9.845260 -1.597209</w:t>
        <w:br/>
        <w:t>v -1.410576 9.785936 -1.428911</w:t>
        <w:br/>
        <w:t>v -1.614113 9.385465 -1.720786</w:t>
        <w:br/>
        <w:t>v -1.165987 10.913965 -0.844370</w:t>
        <w:br/>
        <w:t>v -1.353351 10.934667 -0.854494</w:t>
        <w:br/>
        <w:t>v -1.223700 11.680148 -0.699236</w:t>
        <w:br/>
        <w:t>v -1.204319 11.688349 -0.916520</w:t>
        <w:br/>
        <w:t>v -1.037505 12.403054 -0.609842</w:t>
        <w:br/>
        <w:t>v -1.042975 12.390893 -0.468030</w:t>
        <w:br/>
        <w:t>v -1.223700 11.680148 -0.699236</w:t>
        <w:br/>
        <w:t>v -1.042975 12.390893 -0.468030</w:t>
        <w:br/>
        <w:t>v -0.832470 13.073841 -0.224474</w:t>
        <w:br/>
        <w:t>v -0.811342 13.064485 -0.156398</w:t>
        <w:br/>
        <w:t>v -0.706857 13.039318 -0.161454</w:t>
        <w:br/>
        <w:t>v -0.594585 13.583227 0.149160</w:t>
        <w:br/>
        <w:t>v -0.550140 13.743250 0.241069</w:t>
        <w:br/>
        <w:t>v -0.706857 13.039318 -0.161454</w:t>
        <w:br/>
        <w:t>v -0.811342 13.064485 -0.156398</w:t>
        <w:br/>
        <w:t>v -1.159060 9.283695 -1.033786</w:t>
        <w:br/>
        <w:t>v -1.652559 9.845260 -1.597209</w:t>
        <w:br/>
        <w:t>v -1.883450 9.432113 -1.705204</w:t>
        <w:br/>
        <w:t>v -1.912414 9.512778 -1.627393</w:t>
        <w:br/>
        <w:t>v -1.966743 9.901541 -1.475884</w:t>
        <w:br/>
        <w:t>v -1.601296 10.333728 -1.448491</w:t>
        <w:br/>
        <w:t>v -1.748113 11.048409 -1.065601</w:t>
        <w:br/>
        <w:t>v -1.495704 10.955658 -1.249997</w:t>
        <w:br/>
        <w:t>v -1.915405 10.408107 -1.277892</w:t>
        <w:br/>
        <w:t>v -1.329354 11.717564 -0.954978</w:t>
        <w:br/>
        <w:t>v -1.535796 11.775917 -0.797886</w:t>
        <w:br/>
        <w:t>v -1.204319 11.688349 -0.916520</w:t>
        <w:br/>
        <w:t>v -1.129526 12.432346 -0.608207</w:t>
        <w:br/>
        <w:t>v -1.037505 12.403054 -0.609842</w:t>
        <w:br/>
        <w:t>v -1.836776 11.094149 -0.771149</w:t>
        <w:br/>
        <w:t>v -2.007313 10.472208 -0.918294</w:t>
        <w:br/>
        <w:t>v -2.130224 9.944375 -1.009864</w:t>
        <w:br/>
        <w:t>v -2.121634 9.936111 -1.230028</w:t>
        <w:br/>
        <w:t>v -1.659952 11.099720 -0.534461</w:t>
        <w:br/>
        <w:t>v -1.771518 10.469353 -0.605066</w:t>
        <w:br/>
        <w:t>v -2.008282 9.987273 -0.803573</w:t>
        <w:br/>
        <w:t>v -1.600502 11.809170 -0.568416</w:t>
        <w:br/>
        <w:t>v -0.832470 13.073841 -0.224474</w:t>
        <w:br/>
        <w:t>v -0.750911 13.589314 0.261178</w:t>
        <w:br/>
        <w:t>v -0.948639 13.093587 -0.130616</w:t>
        <w:br/>
        <w:t>v -0.993134 13.088469 0.027042</w:t>
        <w:br/>
        <w:t>v -1.011407 13.097788 -0.006235</w:t>
        <w:br/>
        <w:t>v -1.320298 12.483769 -0.312510</w:t>
        <w:br/>
        <w:t>v -1.262799 12.470903 -0.210767</w:t>
        <w:br/>
        <w:t>v -1.484472 11.820840 -0.400194</w:t>
        <w:br/>
        <w:t>v -0.691499 13.743576 0.317219</w:t>
        <w:br/>
        <w:t>v -1.757975 9.369872 -1.719667</w:t>
        <w:br/>
        <w:t>v -2.205532 9.604723 -1.398062</w:t>
        <w:br/>
        <w:t>v -2.183713 9.490442 -1.469320</w:t>
        <w:br/>
        <w:t>v -1.999832 9.448298 -1.618363</w:t>
        <w:br/>
        <w:t>v -1.850939 10.024360 -0.673268</w:t>
        <w:br/>
        <w:t>v -1.953878 9.603879 -0.723487</w:t>
        <w:br/>
        <w:t>v -1.864157 9.715321 -0.661372</w:t>
        <w:br/>
        <w:t>v -1.876809 10.103567 -0.417413</w:t>
        <w:br/>
        <w:t>v -1.916098 9.682421 -0.443045</w:t>
        <w:br/>
        <w:t>v -1.993606 9.762707 -0.325128</w:t>
        <w:br/>
        <w:t>v -1.998737 10.620987 -0.238802</w:t>
        <w:br/>
        <w:t>v -1.815561 10.554534 -0.382727</w:t>
        <w:br/>
        <w:t>v -2.093790 10.214314 -0.250549</w:t>
        <w:br/>
        <w:t>v -1.692688 11.155255 -0.329540</w:t>
        <w:br/>
        <w:t>v -1.502041 11.846936 -0.235882</w:t>
        <w:br/>
        <w:t>v -1.608362 11.884965 -0.136189</w:t>
        <w:br/>
        <w:t>v -1.826174 11.234742 -0.208001</w:t>
        <w:br/>
        <w:t>v -1.736717 11.939057 -0.157707</w:t>
        <w:br/>
        <w:t>v -1.985405 11.299006 -0.239995</w:t>
        <w:br/>
        <w:t>v -2.187043 10.696018 -0.279411</w:t>
        <w:br/>
        <w:t>v -2.305464 10.304462 -0.289812</w:t>
        <w:br/>
        <w:t>v -1.708408 11.964526 -0.298148</w:t>
        <w:br/>
        <w:t>v -1.736717 11.939057 -0.157707</w:t>
        <w:br/>
        <w:t>v -1.985405 11.299006 -0.239995</w:t>
        <w:br/>
        <w:t>v -1.942922 11.328953 -0.439131</w:t>
        <w:br/>
        <w:t>v -2.187043 10.696018 -0.279411</w:t>
        <w:br/>
        <w:t>v -2.132726 10.726567 -0.537919</w:t>
        <w:br/>
        <w:t>v -1.448163 12.551847 -0.022258</w:t>
        <w:br/>
        <w:t>v -1.299069 12.480110 -0.064000</w:t>
        <w:br/>
        <w:t>v -1.031303 13.099938 0.132848</w:t>
        <w:br/>
        <w:t>v -2.040026 9.881328 -0.313079</w:t>
        <w:br/>
        <w:t>v -2.068097 9.570377 -0.810051</w:t>
        <w:br/>
        <w:t>v -2.383073 9.936816 -0.487451</w:t>
        <w:br/>
        <w:t>v -2.361102 9.894182 -0.617077</w:t>
        <w:br/>
        <w:t>v -2.251147 10.317014 -0.590753</w:t>
        <w:br/>
        <w:t>v -2.252491 10.322976 -0.731836</w:t>
        <w:br/>
        <w:t>v -2.178542 10.755996 -0.747418</w:t>
        <w:br/>
        <w:t>v -2.329812 10.062505 -0.810137</w:t>
        <w:br/>
        <w:t>v -2.398278 9.969277 -0.914534</w:t>
        <w:br/>
        <w:t>v -2.321511 10.328333 -0.844923</w:t>
        <w:br/>
        <w:t>v -2.348651 9.928089 -0.741093</w:t>
        <w:br/>
        <w:t>v -2.396869 10.055814 -0.398322</w:t>
        <w:br/>
        <w:t>v -2.305464 10.304462 -0.289812</w:t>
        <w:br/>
        <w:t>v -2.504410 9.983500 -0.987427</w:t>
        <w:br/>
        <w:t>v -2.498964 10.385520 -0.924884</w:t>
        <w:br/>
        <w:t>v -2.591779 10.062783 -1.016491</w:t>
        <w:br/>
        <w:t>v -2.337118 10.804515 -0.795258</w:t>
        <w:br/>
        <w:t>v -2.533260 10.870279 -0.790806</w:t>
        <w:br/>
        <w:t>v -2.271519 11.441323 -0.612987</w:t>
        <w:br/>
        <w:t>v -1.977683 11.348985 -0.589658</w:t>
        <w:br/>
        <w:t>v -1.962036 12.054235 -0.396470</w:t>
        <w:br/>
        <w:t>v -1.734466 11.977619 -0.394710</w:t>
        <w:br/>
        <w:t>v -1.612561 12.632197 -0.153858</w:t>
        <w:br/>
        <w:t>v -1.453004 12.577024 -0.165328</w:t>
        <w:br/>
        <w:t>v -1.134166 13.147062 0.090969</w:t>
        <w:br/>
        <w:t>v -1.977683 11.348985 -0.589658</w:t>
        <w:br/>
        <w:t>v -1.734466 11.977619 -0.394710</w:t>
        <w:br/>
        <w:t>v -1.453004 12.577024 -0.165328</w:t>
        <w:br/>
        <w:t>v -1.435712 12.572474 -0.114154</w:t>
        <w:br/>
        <w:t>v -1.448163 12.551847 -0.022258</w:t>
        <w:br/>
        <w:t>v -1.125413 13.149804 0.107041</w:t>
        <w:br/>
        <w:t>v -1.126004 13.135945 0.154140</w:t>
        <w:br/>
        <w:t>v -1.134166 13.147062 0.090969</w:t>
        <w:br/>
        <w:t>v -2.699244 10.104258 -1.006908</w:t>
        <w:br/>
        <w:t>v -2.600883 10.176639 -0.995966</w:t>
        <w:br/>
        <w:t>v -2.711556 10.464149 -0.906434</w:t>
        <w:br/>
        <w:t>v -2.870699 10.125251 -0.972826</w:t>
        <w:br/>
        <w:t>v -2.980981 10.315696 -0.804402</w:t>
        <w:br/>
        <w:t>v -2.904932 10.542536 -0.710720</w:t>
        <w:br/>
        <w:t>v -2.423317 9.927345 -0.303068</w:t>
        <w:br/>
        <w:t>v -2.396869 10.055814 -0.398322</w:t>
        <w:br/>
        <w:t>v -2.328454 9.837310 -0.237658</w:t>
        <w:br/>
        <w:t>v -3.178494 10.421816 -0.379482</w:t>
        <w:br/>
        <w:t>v -3.208037 10.362619 -0.330610</w:t>
        <w:br/>
        <w:t>v -3.070903 10.654579 -0.226866</w:t>
        <w:br/>
        <w:t>v -3.231341 10.310565 -0.214555</w:t>
        <w:br/>
        <w:t>v -2.829346 11.016253 -0.383933</w:t>
        <w:br/>
        <w:t>v -2.506522 11.576509 -0.266317</w:t>
        <w:br/>
        <w:t>v -2.160404 12.121671 -0.113538</w:t>
        <w:br/>
        <w:t>v -2.188627 12.200120 0.244035</w:t>
        <w:br/>
        <w:t>v -2.536969 11.656455 0.156540</w:t>
        <w:br/>
        <w:t>v -1.803509 12.711579 0.361726</w:t>
        <w:br/>
        <w:t>v -1.754977 12.676516 0.072682</w:t>
        <w:br/>
        <w:t>v -1.354656 13.208574 0.385119</w:t>
        <w:br/>
        <w:t>v -1.222452 13.169083 0.138910</w:t>
        <w:br/>
        <w:t>v -2.832465 11.129101 0.070542</w:t>
        <w:br/>
        <w:t>v -3.017692 10.614964 -0.470661</w:t>
        <w:br/>
        <w:t>v -3.211608 10.274282 -0.490670</w:t>
        <w:br/>
        <w:t>v -3.163918 10.219436 -0.630394</w:t>
        <w:br/>
        <w:t>v -3.058528 10.227887 -0.758171</w:t>
        <w:br/>
        <w:t>v -2.835057 10.735243 0.227948</w:t>
        <w:br/>
        <w:t>v -2.483860 11.138859 0.355247</w:t>
        <w:br/>
        <w:t>v -3.023212 10.687629 0.000842</w:t>
        <w:br/>
        <w:t>v -3.210942 10.313256 -0.058594</w:t>
        <w:br/>
        <w:t>v -3.033374 10.414017 0.165254</w:t>
        <w:br/>
        <w:t>v -2.908780 10.376702 0.248749</w:t>
        <w:br/>
        <w:t>v -2.762428 10.411249 0.289031</w:t>
        <w:br/>
        <w:t>v -2.632400 10.786028 0.316247</w:t>
        <w:br/>
        <w:t>v -2.412702 10.819027 0.276744</w:t>
        <w:br/>
        <w:t>v -2.162280 11.125237 0.254988</w:t>
        <w:br/>
        <w:t>v -2.483860 11.138859 0.355247</w:t>
        <w:br/>
        <w:t>v -2.248591 11.645287 0.412093</w:t>
        <w:br/>
        <w:t>v -2.009740 11.660631 0.332874</w:t>
        <w:br/>
        <w:t>v -2.248591 11.645287 0.412093</w:t>
        <w:br/>
        <w:t>v -2.238996 10.837929 0.222477</w:t>
        <w:br/>
        <w:t>v -2.519087 10.452614 0.221382</w:t>
        <w:br/>
        <w:t>v -2.385978 10.495750 0.189929</w:t>
        <w:br/>
        <w:t>v -2.638738 10.473578 0.267035</w:t>
        <w:br/>
        <w:t>v -2.675587 10.524776 0.293118</w:t>
        <w:br/>
        <w:t>v -2.144358 10.877481 0.346745</w:t>
        <w:br/>
        <w:t>v -2.253107 10.583910 0.247391</w:t>
        <w:br/>
        <w:t>v -2.227162 10.571648 0.352907</w:t>
        <w:br/>
        <w:t>v -2.197293 10.623299 0.459040</w:t>
        <w:br/>
        <w:t>v -2.170732 10.726766 0.502969</w:t>
        <w:br/>
        <w:t>v -2.123557 10.908758 0.484822</w:t>
        <w:br/>
        <w:t>v -2.172165 10.672699 0.561978</w:t>
        <w:br/>
        <w:t>v -2.103284 10.949055 0.650843</w:t>
        <w:br/>
        <w:t>v -2.201468 10.709447 0.772457</w:t>
        <w:br/>
        <w:t>v -2.188250 10.994555 0.796918</w:t>
        <w:br/>
        <w:t>v -2.188250 10.994555 0.796918</w:t>
        <w:br/>
        <w:t>v -2.318869 10.738059 0.729257</w:t>
        <w:br/>
        <w:t>v -2.362937 10.714440 0.637034</w:t>
        <w:br/>
        <w:t>v -2.272110 10.996190 0.655635</w:t>
        <w:br/>
        <w:t>v -2.251447 10.778493 0.808992</w:t>
        <w:br/>
        <w:t>v -2.148885 11.348118 0.679128</w:t>
        <w:br/>
        <w:t>v -2.067729 11.341665 0.796542</w:t>
        <w:br/>
        <w:t>v -2.359227 11.006429 0.551250</w:t>
        <w:br/>
        <w:t>v -2.226696 11.357297 0.599821</w:t>
        <w:br/>
        <w:t>v -2.405710 10.737833 0.563676</w:t>
        <w:br/>
        <w:t>v -2.251447 10.778493 0.808992</w:t>
        <w:br/>
        <w:t>v -2.016669 11.265149 0.645800</w:t>
        <w:br/>
        <w:t>v -2.067729 11.341665 0.796542</w:t>
        <w:br/>
        <w:t>v -2.044765 11.201941 0.484659</w:t>
        <w:br/>
        <w:t>v -2.276788 10.636580 0.191224</w:t>
        <w:br/>
        <w:t>v -2.238996 10.837929 0.222477</w:t>
        <w:br/>
        <w:t>v -2.276788 10.636580 0.191224</w:t>
        <w:br/>
        <w:t>v -2.433076 10.780932 0.526210</w:t>
        <w:br/>
        <w:t>v -2.433076 10.780932 0.526210</w:t>
        <w:br/>
        <w:t>v -2.484815 10.736676 0.532637</w:t>
        <w:br/>
        <w:t>v -2.359227 11.006429 0.551250</w:t>
        <w:br/>
        <w:t>v -2.451349 11.038548 0.633563</w:t>
        <w:br/>
        <w:t>v -2.568473 10.719862 0.599393</w:t>
        <w:br/>
        <w:t>v -2.600166 10.868188 0.770847</w:t>
        <w:br/>
        <w:t>v -2.511930 11.064834 0.779576</w:t>
        <w:br/>
        <w:t>v -2.611108 10.773602 0.708330</w:t>
        <w:br/>
        <w:t>v -2.648636 10.791335 0.824787</w:t>
        <w:br/>
        <w:t>v -2.676945 10.758409 0.961355</w:t>
        <w:br/>
        <w:t>v -2.653050 10.811558 1.103041</w:t>
        <w:br/>
        <w:t>v -2.508006 11.110650 1.170690</w:t>
        <w:br/>
        <w:t>v -2.540642 11.083433 0.967983</w:t>
        <w:br/>
        <w:t>v -2.593928 10.920318 1.165785</w:t>
        <w:br/>
        <w:t>v -2.310908 11.170941 1.525534</w:t>
        <w:br/>
        <w:t>v -2.465888 10.883784 1.506279</w:t>
        <w:br/>
        <w:t>v -2.401748 10.989715 1.541166</w:t>
        <w:br/>
        <w:t>v -2.380493 10.938353 1.592931</w:t>
        <w:br/>
        <w:t>v -2.431176 11.135363 1.345389</w:t>
        <w:br/>
        <w:t>v -2.599839 10.843966 1.234465</w:t>
        <w:br/>
        <w:t>v -2.553684 10.821632 1.383256</w:t>
        <w:br/>
        <w:t>v -2.282699 11.481854 1.311119</w:t>
        <w:br/>
        <w:t>v -1.865865 11.924408 1.523032</w:t>
        <w:br/>
        <w:t>v -2.077162 11.906511 1.273415</w:t>
        <w:br/>
        <w:t>v -2.047897 11.523219 1.587385</w:t>
        <w:br/>
        <w:t>v -2.384341 11.437814 0.969405</w:t>
        <w:br/>
        <w:t>v -2.167574 11.878101 0.971958</w:t>
        <w:br/>
        <w:t>v -2.030918 11.221560 1.705440</w:t>
        <w:br/>
        <w:t>v -1.790671 11.544159 1.678413</w:t>
        <w:br/>
        <w:t>v -1.629831 11.944794 1.609759</w:t>
        <w:br/>
        <w:t>v -1.637854 12.378555 1.446002</w:t>
        <w:br/>
        <w:t>v -1.437699 12.387424 1.525837</w:t>
        <w:br/>
        <w:t>v -1.336472 12.392050 1.452152</w:t>
        <w:br/>
        <w:t>v -1.437699 12.387424 1.525837</w:t>
        <w:br/>
        <w:t>v -1.629831 11.944794 1.609759</w:t>
        <w:br/>
        <w:t>v -1.530099 11.959583 1.502645</w:t>
        <w:br/>
        <w:t>v -1.228263 12.821684 1.437087</w:t>
        <w:br/>
        <w:t>v -1.391480 12.821913 1.363351</w:t>
        <w:br/>
        <w:t>v -1.066341 13.252592 1.312367</w:t>
        <w:br/>
        <w:t>v -1.823117 12.373600 1.229951</w:t>
        <w:br/>
        <w:t>v -1.542385 12.824342 1.186325</w:t>
        <w:br/>
        <w:t>v -1.901544 12.356043 0.978033</w:t>
        <w:br/>
        <w:t>v -1.607694 12.815524 0.990045</w:t>
        <w:br/>
        <w:t>v -1.239217 13.260928 1.132550</w:t>
        <w:br/>
        <w:t>v -0.970822 13.618085 1.094820</w:t>
        <w:br/>
        <w:t>v -0.846252 13.621583 1.239839</w:t>
        <w:br/>
        <w:t>v -0.891365 13.248289 1.364081</w:t>
        <w:br/>
        <w:t>v -1.077660 12.820829 1.411972</w:t>
        <w:br/>
        <w:t>v -0.638100 13.622198 1.396415</w:t>
        <w:br/>
        <w:t>v -0.623184 13.757382 1.375312</w:t>
        <w:br/>
        <w:t>v -0.795544 13.749308 1.216736</w:t>
        <w:br/>
        <w:t>v -1.742264 11.559642 1.628183</w:t>
        <w:br/>
        <w:t>v -1.706887 11.567086 1.549932</w:t>
        <w:br/>
        <w:t>v -1.706887 11.567086 1.549932</w:t>
        <w:br/>
        <w:t>v -1.545757 11.570254 1.552951</w:t>
        <w:br/>
        <w:t>v -1.370919 11.971571 1.514619</w:t>
        <w:br/>
        <w:t>v -1.530099 11.959583 1.502645</w:t>
        <w:br/>
        <w:t>v -1.807108 11.337604 1.575940</w:t>
        <w:br/>
        <w:t>v -1.658367 11.313371 1.570658</w:t>
        <w:br/>
        <w:t>v -1.845592 11.272947 1.675231</w:t>
        <w:br/>
        <w:t>v -1.807108 11.337604 1.575940</w:t>
        <w:br/>
        <w:t>v -1.193867 12.398638 1.469054</w:t>
        <w:br/>
        <w:t>v -1.937451 10.983904 1.698447</w:t>
        <w:br/>
        <w:t>v -1.908059 11.247317 1.721097</w:t>
        <w:br/>
        <w:t>v -2.016469 10.970722 1.758047</w:t>
        <w:br/>
        <w:t>v -2.073176 11.034046 1.738704</w:t>
        <w:br/>
        <w:t>v -2.170341 10.938654 1.738880</w:t>
        <w:br/>
        <w:t>v -1.888591 11.148593 1.590868</w:t>
        <w:br/>
        <w:t>v -2.304972 10.908332 1.681180</w:t>
        <w:br/>
        <w:t>v -2.190363 11.193993 1.632886</w:t>
        <w:br/>
        <w:t>v -1.492043 11.319557 1.687594</w:t>
        <w:br/>
        <w:t>v -1.381421 11.571537 1.662164</w:t>
        <w:br/>
        <w:t>v -1.821094 11.079849 1.565238</w:t>
        <w:br/>
        <w:t>v -1.712433 11.049504 1.596087</w:t>
        <w:br/>
        <w:t>v -1.213827 11.976690 1.605207</w:t>
        <w:br/>
        <w:t>v -1.207048 11.966198 1.813070</w:t>
        <w:br/>
        <w:t>v -1.339189 11.568658 1.890514</w:t>
        <w:br/>
        <w:t>v -1.051452 12.398966 1.547707</w:t>
        <w:br/>
        <w:t>v -0.900484 12.819294 1.492008</w:t>
        <w:br/>
        <w:t>v -0.756445 13.245837 1.438672</w:t>
        <w:br/>
        <w:t>v -0.623184 13.757382 1.375312</w:t>
        <w:br/>
        <w:t>v -0.689936 13.639202 1.412689</w:t>
        <w:br/>
        <w:t>v -0.645753 13.746240 1.369684</w:t>
        <w:br/>
        <w:t>v -0.806134 13.272535 1.515174</w:t>
        <w:br/>
        <w:t>v -0.689936 13.639202 1.412689</w:t>
        <w:br/>
        <w:t>v -0.638100 13.622198 1.396415</w:t>
        <w:br/>
        <w:t>v -0.756445 13.245837 1.438672</w:t>
        <w:br/>
        <w:t>v -0.900484 12.819294 1.492008</w:t>
        <w:br/>
        <w:t>v -0.932666 12.838362 1.622752</w:t>
        <w:br/>
        <w:t>v -1.066945 12.402980 1.722092</w:t>
        <w:br/>
        <w:t>v -1.051452 12.398966 1.547707</w:t>
        <w:br/>
        <w:t>v -1.421591 11.327895 1.937940</w:t>
        <w:br/>
        <w:t>v -1.625040 11.081596 1.663899</w:t>
        <w:br/>
        <w:t>v -1.562635 11.126796 1.711891</w:t>
        <w:br/>
        <w:t>v -1.552348 11.080541 1.777301</w:t>
        <w:br/>
        <w:t>v -1.523183 11.070478 1.863613</w:t>
        <w:br/>
        <w:t>v -1.492547 11.116056 1.939084</w:t>
        <w:br/>
        <w:t>v -1.467004 11.194886 1.966287</w:t>
        <w:br/>
        <w:t>v -2.251335 9.517405 -1.173862</w:t>
        <w:br/>
        <w:t>v -2.201935 9.586715 -1.036615</w:t>
        <w:br/>
        <w:t>v -2.169727 9.675326 -0.985492</w:t>
        <w:br/>
        <w:t>v -2.146272 9.599555 -0.924584</w:t>
        <w:br/>
        <w:t>v -0.816333 13.598191 0.317206</w:t>
        <w:br/>
        <w:t>v -2.147366 9.811667 -0.260384</w:t>
        <w:br/>
        <w:t>v -0.960434 13.606933 0.539495</w:t>
        <w:br/>
        <w:t>v -0.873103 13.743134 0.573778</w:t>
        <w:br/>
        <w:t>v -0.816333 13.598191 0.317206</w:t>
        <w:br/>
        <w:t>v -1.982272 12.195593 0.484673</w:t>
        <w:br/>
        <w:t>v -1.673871 12.720332 0.565691</w:t>
        <w:br/>
        <w:t>v -1.322008 13.213693 0.655890</w:t>
        <w:br/>
        <w:t>v -0.998628 13.609246 0.758614</w:t>
        <w:br/>
        <w:t>v -0.948172 13.745638 0.904740</w:t>
        <w:br/>
        <w:t>v -1.322008 13.213693 0.655890</w:t>
        <w:br/>
        <w:t>v -1.267816 13.212788 0.639968</w:t>
        <w:br/>
        <w:t>v -0.998628 13.609246 0.758614</w:t>
        <w:br/>
        <w:t>v -1.673871 12.720332 0.565691</w:t>
        <w:br/>
        <w:t>v -1.568946 12.720307 0.529659</w:t>
        <w:br/>
        <w:t>v -1.982272 12.195593 0.484673</w:t>
        <w:br/>
        <w:t>v -1.819206 12.201579 0.426494</w:t>
        <w:br/>
        <w:t>v -1.739924 12.209137 0.582593</w:t>
        <w:br/>
        <w:t>v -1.819206 12.201579 0.426494</w:t>
        <w:br/>
        <w:t>v -2.009740 11.660631 0.332874</w:t>
        <w:br/>
        <w:t>v -1.910298 11.682184 0.525231</w:t>
        <w:br/>
        <w:t>v -2.162280 11.125237 0.254988</w:t>
        <w:br/>
        <w:t>v -1.714771 12.283540 0.822878</w:t>
        <w:br/>
        <w:t>v -1.906714 11.800442 0.805924</w:t>
        <w:br/>
        <w:t>v -1.568946 12.720307 0.529659</w:t>
        <w:br/>
        <w:t>v -1.250938 13.224195 0.831696</w:t>
        <w:br/>
        <w:t>v -1.267816 13.212788 0.639968</w:t>
        <w:br/>
        <w:t>v -1.492154 12.757495 0.844309</w:t>
        <w:br/>
        <w:t>v -1.969495 11.828437 0.719285</w:t>
        <w:br/>
        <w:t>v -1.906714 11.800442 0.805924</w:t>
        <w:br/>
        <w:t>v -1.714771 12.283540 0.822878</w:t>
        <w:br/>
        <w:t>v -2.341116 11.403591 0.761202</w:t>
        <w:br/>
        <w:t>v -2.226696 11.357297 0.599821</w:t>
        <w:br/>
        <w:t>v -2.027950 11.820539 0.661195</w:t>
        <w:br/>
        <w:t>v -1.796984 12.302491 0.721474</w:t>
        <w:br/>
        <w:t>v -2.027950 11.820539 0.661195</w:t>
        <w:br/>
        <w:t>v -1.492154 12.757495 0.844309</w:t>
        <w:br/>
        <w:t>v -1.796984 12.302491 0.721474</w:t>
        <w:br/>
        <w:t>v -1.543931 12.773367 0.785288</w:t>
        <w:br/>
        <w:t>v -1.250938 13.224195 0.831696</w:t>
        <w:br/>
        <w:t>v -1.005394 13.614954 0.896225</w:t>
        <w:br/>
        <w:t>v -0.906594 13.747737 1.088808</w:t>
        <w:br/>
        <w:t>v -1.543931 12.773367 0.785288</w:t>
        <w:br/>
        <w:t>v -1.126004 13.135945 0.154140</w:t>
        <w:br/>
        <w:t>v -2.114668 9.438916 -1.573768</w:t>
        <w:br/>
        <w:t>v -2.256756 9.532334 -1.328791</w:t>
        <w:br/>
        <w:t>v -1.849154 9.681175 -0.578267</w:t>
        <w:br/>
        <w:t>v -3.134992 10.378765 0.066730</w:t>
        <w:br/>
        <w:t>v -0.594585 13.583227 0.149160</w:t>
        <w:br/>
        <w:t>v -1.312037 10.923262 -1.168213</w:t>
        <w:br/>
        <w:t>v -0.750911 13.589314 0.261178</w:t>
        <w:br/>
        <w:t>v -1.254234 12.462279 -0.468622</w:t>
        <w:br/>
        <w:t>v -1.320298 12.483769 -0.312510</w:t>
        <w:br/>
        <w:t>v -1.424446 10.267488 -0.930984</w:t>
        <w:br/>
        <w:t>v -1.312037 10.923262 -1.168213</w:t>
        <w:br/>
        <w:t>v -1.367211 10.289018 -1.329695</w:t>
        <w:br/>
        <w:t>v -1.478904 9.364363 -1.590557</w:t>
        <w:br/>
        <w:t>v -3.070362 10.470019 0.125273</w:t>
        <w:br/>
        <w:t>v -2.980705 10.210177 -0.865310</w:t>
        <w:br/>
        <w:t>v -2.176995 10.661758 0.677379</w:t>
        <w:br/>
        <w:t>v -1.790671 11.544159 1.678413</w:t>
        <w:br/>
        <w:t>v -1.888591 11.148593 1.590868</w:t>
        <w:br/>
        <w:t>v -0.240226 9.137259 -2.671326</w:t>
        <w:br/>
        <w:t>v -0.348534 9.098486 -2.665214</w:t>
        <w:br/>
        <w:t>v -0.840122 9.161983 -2.453036</w:t>
        <w:br/>
        <w:t>v -1.149981 9.184937 -2.159854</w:t>
        <w:br/>
        <w:t>v -0.112110 9.129575 -2.687198</w:t>
        <w:br/>
        <w:t>v -0.106690 9.149345 -2.706817</w:t>
        <w:br/>
        <w:t>v -0.192448 9.226236 -2.673150</w:t>
        <w:br/>
        <w:t>v -0.188902 9.200619 -2.658121</w:t>
        <w:br/>
        <w:t>v -0.892000 9.259915 -2.385048</w:t>
        <w:br/>
        <w:t>v -0.899458 9.285811 -2.398329</w:t>
        <w:br/>
        <w:t>v -0.965057 9.218553 -2.378911</w:t>
        <w:br/>
        <w:t>v -0.945915 9.200781 -2.367894</w:t>
        <w:br/>
        <w:t>v -0.597548 9.136302 -2.573419</w:t>
        <w:br/>
        <w:t>v -0.612602 9.155433 -2.587856</w:t>
        <w:br/>
        <w:t>v -0.729726 9.134981 -2.547096</w:t>
        <w:br/>
        <w:t>v -0.722935 9.114142 -2.529011</w:t>
        <w:br/>
        <w:t>v -0.538451 9.210504 -2.579279</w:t>
        <w:br/>
        <w:t>v -0.544903 9.236789 -2.592258</w:t>
        <w:br/>
        <w:t>v -0.000004 9.103454 -2.700189</w:t>
        <w:br/>
        <w:t>v -0.000004 9.127072 -2.717834</w:t>
        <w:br/>
        <w:t>v -0.486561 9.133020 -2.624856</w:t>
        <w:br/>
        <w:t>v -0.484297 9.152842 -2.645381</w:t>
        <w:br/>
        <w:t>v -0.538451 9.210504 -2.579279</w:t>
        <w:br/>
        <w:t>v -1.198638 9.251552 -1.418361</w:t>
        <w:br/>
        <w:t>v -1.222018 9.263110 -1.407092</w:t>
        <w:br/>
        <w:t>v -1.141328 9.309957 -1.271078</w:t>
        <w:br/>
        <w:t>v -1.115609 9.301820 -1.280586</w:t>
        <w:br/>
        <w:t>v -1.106138 9.413837 -1.210497</w:t>
        <w:br/>
        <w:t>v -1.074094 9.402456 -1.219062</w:t>
        <w:br/>
        <w:t>v -1.074094 9.402456 -1.219062</w:t>
        <w:br/>
        <w:t>v -1.106138 9.413837 -1.210497</w:t>
        <w:br/>
        <w:t>v -1.088821 9.321576 -1.152620</w:t>
        <w:br/>
        <w:t>v -1.238166 9.228024 -1.978716</w:t>
        <w:br/>
        <w:t>v -1.260075 9.245378 -1.984565</w:t>
        <w:br/>
        <w:t>v -1.319423 9.225091 -1.862233</w:t>
        <w:br/>
        <w:t>v -1.297288 9.208287 -1.856071</w:t>
        <w:br/>
        <w:t>v -1.301828 9.256243 -1.721050</w:t>
        <w:br/>
        <w:t>v -1.255949 9.276705 -1.550501</w:t>
        <w:br/>
        <w:t>v -1.278373 9.288050 -1.536969</w:t>
        <w:br/>
        <w:t>v -1.275216 9.353999 -1.633292</w:t>
        <w:br/>
        <w:t>v -1.299602 9.371719 -1.627607</w:t>
        <w:br/>
        <w:t>v -1.299602 9.371719 -1.627607</w:t>
        <w:br/>
        <w:t>v -1.275216 9.353999 -1.633292</w:t>
        <w:br/>
        <w:t>v -1.174542 9.297721 -2.042642</w:t>
        <w:br/>
        <w:t>v -1.190892 9.321114 -2.054414</w:t>
        <w:br/>
        <w:t>v -1.056827 9.168887 -2.315903</w:t>
        <w:br/>
        <w:t>v -1.041018 9.148929 -2.302748</w:t>
        <w:br/>
        <w:t>v -1.518872 9.345784 -0.995679</w:t>
        <w:br/>
        <w:t>v -1.535284 9.382171 -1.118174</w:t>
        <w:br/>
        <w:t>v -1.560488 9.373706 -1.124877</w:t>
        <w:br/>
        <w:t>v -1.406614 9.364549 -0.923792</w:t>
        <w:br/>
        <w:t>v -1.405596 9.375704 -0.949109</w:t>
        <w:br/>
        <w:t>v -1.261986 9.327537 -0.933992</w:t>
        <w:br/>
        <w:t>v -1.324301 9.466619 -0.938519</w:t>
        <w:br/>
        <w:t>v -1.324390 9.446459 -0.907078</w:t>
        <w:br/>
        <w:t>v -1.324390 9.446459 -0.907078</w:t>
        <w:br/>
        <w:t>v -1.324301 9.466619 -0.938519</w:t>
        <w:br/>
        <w:t>v -1.534052 9.490743 -1.208825</w:t>
        <w:br/>
        <w:t>v -1.507591 9.505143 -1.197971</w:t>
        <w:br/>
        <w:t>v -1.441753 9.411613 -1.318541</w:t>
        <w:br/>
        <w:t>v -1.467573 9.401299 -1.323132</w:t>
        <w:br/>
        <w:t>v -1.390089 9.370587 -1.453260</w:t>
        <w:br/>
        <w:t>v -1.414148 9.358125 -1.451449</w:t>
        <w:br/>
        <w:t>v -1.560739 9.459516 -1.652773</w:t>
        <w:br/>
        <w:t>v -1.612554 9.404393 -1.742329</w:t>
        <w:br/>
        <w:t>v -1.614113 9.385465 -1.720786</w:t>
        <w:br/>
        <w:t>v -1.507591 9.505143 -1.197971</w:t>
        <w:br/>
        <w:t>v -1.534052 9.490743 -1.208825</w:t>
        <w:br/>
        <w:t>v -1.159060 9.283695 -1.033786</w:t>
        <w:br/>
        <w:t>v -1.883450 9.432113 -1.705204</w:t>
        <w:br/>
        <w:t>v -1.880331 9.450929 -1.726496</w:t>
        <w:br/>
        <w:t>v -1.918211 9.540860 -1.644422</w:t>
        <w:br/>
        <w:t>v -1.912414 9.512778 -1.627393</w:t>
        <w:br/>
        <w:t>v -1.757975 9.369872 -1.719667</w:t>
        <w:br/>
        <w:t>v -1.755888 9.388674 -1.740657</w:t>
        <w:br/>
        <w:t>v -2.183713 9.490442 -1.469320</w:t>
        <w:br/>
        <w:t>v -2.191975 9.508339 -1.489618</w:t>
        <w:br/>
        <w:t>v -2.205532 9.604723 -1.398062</w:t>
        <w:br/>
        <w:t>v -1.912414 9.512778 -1.627393</w:t>
        <w:br/>
        <w:t>v -1.918211 9.540860 -1.644422</w:t>
        <w:br/>
        <w:t>v -2.011856 9.467715 -1.635430</w:t>
        <w:br/>
        <w:t>v -1.999832 9.448298 -1.618363</w:t>
        <w:br/>
        <w:t>v -1.953878 9.603879 -0.723487</w:t>
        <w:br/>
        <w:t>v -1.974176 9.617072 -0.708697</w:t>
        <w:br/>
        <w:t>v -1.889511 9.728726 -0.649839</w:t>
        <w:br/>
        <w:t>v -1.864157 9.715321 -0.661372</w:t>
        <w:br/>
        <w:t>v -1.916098 9.682421 -0.443045</w:t>
        <w:br/>
        <w:t>v -2.000963 9.771673 -0.349325</w:t>
        <w:br/>
        <w:t>v -1.993606 9.762707 -0.325128</w:t>
        <w:br/>
        <w:t>v -2.068097 9.570377 -0.810051</w:t>
        <w:br/>
        <w:t>v -2.085503 9.585581 -0.793500</w:t>
        <w:br/>
        <w:t>v -2.383073 9.936816 -0.487451</w:t>
        <w:br/>
        <w:t>v -2.355292 9.938073 -0.482157</w:t>
        <w:br/>
        <w:t>v -2.333484 9.900356 -0.613769</w:t>
        <w:br/>
        <w:t>v -2.361102 9.894182 -0.617077</w:t>
        <w:br/>
        <w:t>v -2.329812 10.062505 -0.810137</w:t>
        <w:br/>
        <w:t>v -2.382457 9.982482 -0.934468</w:t>
        <w:br/>
        <w:t>v -2.398278 9.969277 -0.914534</w:t>
        <w:br/>
        <w:t>v -2.320518 9.932277 -0.735760</w:t>
        <w:br/>
        <w:t>v -2.348651 9.928089 -0.741093</w:t>
        <w:br/>
        <w:t>v -2.396869 10.055814 -0.398322</w:t>
        <w:br/>
        <w:t>v -2.363768 10.059361 -0.386500</w:t>
        <w:br/>
        <w:t>v -2.329812 10.062505 -0.810137</w:t>
        <w:br/>
        <w:t>v -2.488752 9.998466 -1.005940</w:t>
        <w:br/>
        <w:t>v -2.504410 9.983500 -0.987427</w:t>
        <w:br/>
        <w:t>v -2.572927 10.073712 -1.035582</w:t>
        <w:br/>
        <w:t>v -2.591779 10.062783 -1.016491</w:t>
        <w:br/>
        <w:t>v -2.600883 10.176639 -0.995966</w:t>
        <w:br/>
        <w:t>v -2.704099 10.124509 -1.026464</w:t>
        <w:br/>
        <w:t>v -2.699244 10.104258 -1.006908</w:t>
        <w:br/>
        <w:t>v -2.872183 10.145158 -0.993124</w:t>
        <w:br/>
        <w:t>v -2.870699 10.125251 -0.972826</w:t>
        <w:br/>
        <w:t>v -2.423317 9.927345 -0.303068</w:t>
        <w:br/>
        <w:t>v -2.363768 10.059361 -0.386500</w:t>
        <w:br/>
        <w:t>v -2.396869 10.055814 -0.398322</w:t>
        <w:br/>
        <w:t>v -2.328454 9.837310 -0.237658</w:t>
        <w:br/>
        <w:t>v -3.178494 10.421816 -0.379482</w:t>
        <w:br/>
        <w:t>v -3.226625 10.382829 -0.323492</w:t>
        <w:br/>
        <w:t>v -3.208037 10.362619 -0.330610</w:t>
        <w:br/>
        <w:t>v -3.248620 10.332800 -0.210580</w:t>
        <w:br/>
        <w:t>v -3.231341 10.310565 -0.214555</w:t>
        <w:br/>
        <w:t>v -3.211608 10.274282 -0.490670</w:t>
        <w:br/>
        <w:t>v -3.223141 10.294995 -0.506768</w:t>
        <w:br/>
        <w:t>v -3.187725 10.448755 -0.383909</w:t>
        <w:br/>
        <w:t>v -3.178494 10.421816 -0.379482</w:t>
        <w:br/>
        <w:t>v -3.163918 10.219436 -0.630394</w:t>
        <w:br/>
        <w:t>v -3.176143 10.242652 -0.641386</w:t>
        <w:br/>
        <w:t>v -3.058528 10.227887 -0.758171</w:t>
        <w:br/>
        <w:t>v -3.075368 10.250160 -0.763365</w:t>
        <w:br/>
        <w:t>v -3.033374 10.414017 0.165254</w:t>
        <w:br/>
        <w:t>v -3.041298 10.430139 0.187413</w:t>
        <w:br/>
        <w:t>v -2.919029 10.392800 0.269839</w:t>
        <w:br/>
        <w:t>v -2.908780 10.376702 0.248749</w:t>
        <w:br/>
        <w:t>v -2.762428 10.411249 0.289031</w:t>
        <w:br/>
        <w:t>v -2.519087 10.452614 0.221382</w:t>
        <w:br/>
        <w:t>v -2.511126 10.459517 0.247655</w:t>
        <w:br/>
        <w:t>v -2.385449 10.500706 0.217949</w:t>
        <w:br/>
        <w:t>v -2.385978 10.495750 0.189929</w:t>
        <w:br/>
        <w:t>v -2.638738 10.473578 0.267035</w:t>
        <w:br/>
        <w:t>v -2.624225 10.479401 0.290968</w:t>
        <w:br/>
        <w:t>v -2.675587 10.524776 0.293118</w:t>
        <w:br/>
        <w:t>v -2.253107 10.583910 0.247391</w:t>
        <w:br/>
        <w:t>v -2.270903 10.600160 0.261024</w:t>
        <w:br/>
        <w:t>v -2.247926 10.590512 0.354932</w:t>
        <w:br/>
        <w:t>v -2.227162 10.571648 0.352907</w:t>
        <w:br/>
        <w:t>v -2.219931 10.638503 0.451594</w:t>
        <w:br/>
        <w:t>v -2.197293 10.623299 0.459040</w:t>
        <w:br/>
        <w:t>v -2.188338 10.753011 0.500743</w:t>
        <w:br/>
        <w:t>v -2.170732 10.726766 0.502969</w:t>
        <w:br/>
        <w:t>v -2.170732 10.726766 0.502969</w:t>
        <w:br/>
        <w:t>v -2.188338 10.753011 0.500743</w:t>
        <w:br/>
        <w:t>v -2.192564 10.690444 0.569222</w:t>
        <w:br/>
        <w:t>v -2.172165 10.672699 0.561978</w:t>
        <w:br/>
        <w:t>v -2.318869 10.738059 0.729257</w:t>
        <w:br/>
        <w:t>v -2.296194 10.742888 0.713348</w:t>
        <w:br/>
        <w:t>v -2.339293 10.721407 0.622948</w:t>
        <w:br/>
        <w:t>v -2.362937 10.714440 0.637034</w:t>
        <w:br/>
        <w:t>v -2.251447 10.778493 0.808992</w:t>
        <w:br/>
        <w:t>v -2.382984 10.745227 0.548508</w:t>
        <w:br/>
        <w:t>v -2.405710 10.737833 0.563676</w:t>
        <w:br/>
        <w:t>v -2.201468 10.709447 0.772457</w:t>
        <w:br/>
        <w:t>v -2.251447 10.778493 0.808992</w:t>
        <w:br/>
        <w:t>v -2.276788 10.636580 0.191224</w:t>
        <w:br/>
        <w:t>v -2.276788 10.636580 0.191224</w:t>
        <w:br/>
        <w:t>v -2.433076 10.780932 0.526210</w:t>
        <w:br/>
        <w:t>v -2.496687 10.754873 0.514489</w:t>
        <w:br/>
        <w:t>v -2.484815 10.736676 0.532637</w:t>
        <w:br/>
        <w:t>v -2.581717 10.741106 0.585093</w:t>
        <w:br/>
        <w:t>v -2.568473 10.719862 0.599393</w:t>
        <w:br/>
        <w:t>v -2.611108 10.773602 0.708330</w:t>
        <w:br/>
        <w:t>v -2.624565 10.792050 0.691175</w:t>
        <w:br/>
        <w:t>v -2.611397 10.896712 0.764157</w:t>
        <w:br/>
        <w:t>v -2.600166 10.868188 0.770847</w:t>
        <w:br/>
        <w:t>v -2.600166 10.868188 0.770847</w:t>
        <w:br/>
        <w:t>v -2.668356 10.811973 0.827504</w:t>
        <w:br/>
        <w:t>v -2.648636 10.791335 0.824787</w:t>
        <w:br/>
        <w:t>v -2.676945 10.758409 0.961355</w:t>
        <w:br/>
        <w:t>v -2.694728 10.780922 0.959632</w:t>
        <w:br/>
        <w:t>v -2.672984 10.831288 1.097243</w:t>
        <w:br/>
        <w:t>v -2.653050 10.811558 1.103041</w:t>
        <w:br/>
        <w:t>v -2.593928 10.920318 1.165785</w:t>
        <w:br/>
        <w:t>v -2.465888 10.883784 1.506279</w:t>
        <w:br/>
        <w:t>v -2.486727 10.902888 1.505613</w:t>
        <w:br/>
        <w:t>v -2.401748 10.989715 1.541166</w:t>
        <w:br/>
        <w:t>v -2.401748 10.989715 1.541166</w:t>
        <w:br/>
        <w:t>v -2.413758 11.015648 1.544273</w:t>
        <w:br/>
        <w:t>v -2.390253 10.958539 1.610437</w:t>
        <w:br/>
        <w:t>v -2.380493 10.938353 1.592931</w:t>
        <w:br/>
        <w:t>v -2.599839 10.843966 1.234465</w:t>
        <w:br/>
        <w:t>v -2.615258 10.864303 1.247368</w:t>
        <w:br/>
        <w:t>v -2.571153 10.843438 1.389306</w:t>
        <w:br/>
        <w:t>v -2.553684 10.821632 1.383256</w:t>
        <w:br/>
        <w:t>v -2.593928 10.920318 1.165785</w:t>
        <w:br/>
        <w:t>v -2.607259 10.948325 1.168577</w:t>
        <w:br/>
        <w:t>v -2.016469 10.970722 1.758047</w:t>
        <w:br/>
        <w:t>v -2.005074 10.983980 1.780860</w:t>
        <w:br/>
        <w:t>v -1.937451 10.983904 1.698447</w:t>
        <w:br/>
        <w:t>v -2.073176 11.034046 1.738704</w:t>
        <w:br/>
        <w:t>v -2.005074 10.983980 1.780860</w:t>
        <w:br/>
        <w:t>v -2.016469 10.970722 1.758047</w:t>
        <w:br/>
        <w:t>v -2.170341 10.938654 1.738880</w:t>
        <w:br/>
        <w:t>v -2.183371 10.956903 1.756638</w:t>
        <w:br/>
        <w:t>v -2.073176 11.034046 1.738704</w:t>
        <w:br/>
        <w:t>v -1.888591 11.148593 1.590868</w:t>
        <w:br/>
        <w:t>v -2.304972 10.908332 1.681180</w:t>
        <w:br/>
        <w:t>v -2.315800 10.929536 1.697001</w:t>
        <w:br/>
        <w:t>v -1.821094 11.079849 1.565238</w:t>
        <w:br/>
        <w:t>v -1.813183 11.091761 1.587259</w:t>
        <w:br/>
        <w:t>v -1.722582 11.066407 1.614587</w:t>
        <w:br/>
        <w:t>v -1.712433 11.049504 1.596087</w:t>
        <w:br/>
        <w:t>v -1.339189 11.568658 1.890514</w:t>
        <w:br/>
        <w:t>v -1.364845 11.576543 1.882227</w:t>
        <w:br/>
        <w:t>v -1.231849 11.972750 1.801663</w:t>
        <w:br/>
        <w:t>v -1.207048 11.966198 1.813070</w:t>
        <w:br/>
        <w:t>v -0.645753 13.746240 1.369684</w:t>
        <w:br/>
        <w:t>v -0.689936 13.639202 1.412689</w:t>
        <w:br/>
        <w:t>v -0.806134 13.272535 1.515174</w:t>
        <w:br/>
        <w:t>v -0.932666 12.838362 1.622752</w:t>
        <w:br/>
        <w:t>v -0.815705 13.269820 1.489669</w:t>
        <w:br/>
        <w:t>v -1.066945 12.402980 1.722092</w:t>
        <w:br/>
        <w:t>v -1.421591 11.327895 1.937940</w:t>
        <w:br/>
        <w:t>v -1.446869 11.334963 1.928130</w:t>
        <w:br/>
        <w:t>v -1.625040 11.081596 1.663899</w:t>
        <w:br/>
        <w:t>v -1.578117 11.151509 1.722883</w:t>
        <w:br/>
        <w:t>v -1.562635 11.126796 1.711891</w:t>
        <w:br/>
        <w:t>v -1.562635 11.126796 1.711891</w:t>
        <w:br/>
        <w:t>v -1.578117 11.151509 1.722883</w:t>
        <w:br/>
        <w:t>v -1.567766 11.100637 1.789739</w:t>
        <w:br/>
        <w:t>v -1.552348 11.080541 1.777301</w:t>
        <w:br/>
        <w:t>v -1.523183 11.070478 1.863613</w:t>
        <w:br/>
        <w:t>v -1.542299 11.090866 1.866380</w:t>
        <w:br/>
        <w:t>v -1.514480 11.131538 1.930809</w:t>
        <w:br/>
        <w:t>v -1.492547 11.116056 1.939084</w:t>
        <w:br/>
        <w:t>v -1.467004 11.194886 1.966287</w:t>
        <w:br/>
        <w:t>v -1.490623 11.203476 1.953321</w:t>
        <w:br/>
        <w:t>v -2.251335 9.517405 -1.173862</w:t>
        <w:br/>
        <w:t>v -2.272766 9.536195 -1.172491</w:t>
        <w:br/>
        <w:t>v -2.226585 9.600825 -1.037722</w:t>
        <w:br/>
        <w:t>v -2.201935 9.586715 -1.036615</w:t>
        <w:br/>
        <w:t>v -2.169727 9.675326 -0.985492</w:t>
        <w:br/>
        <w:t>v -2.169727 9.675326 -0.985492</w:t>
        <w:br/>
        <w:t>v -2.187812 9.698582 -0.978210</w:t>
        <w:br/>
        <w:t>v -2.162420 9.614358 -0.906160</w:t>
        <w:br/>
        <w:t>v -2.146272 9.599555 -0.924584</w:t>
        <w:br/>
        <w:t>v -2.040026 9.881328 -0.313079</w:t>
        <w:br/>
        <w:t>v -2.045346 9.900117 -0.337302</w:t>
        <w:br/>
        <w:t>v -2.157024 9.826118 -0.281412</w:t>
        <w:br/>
        <w:t>v -2.147366 9.811667 -0.260384</w:t>
        <w:br/>
        <w:t>v -3.229140 10.335153 -0.057236</w:t>
        <w:br/>
        <w:t>v -3.210942 10.313256 -0.058594</w:t>
        <w:br/>
        <w:t>v -2.124100 9.459704 -1.591123</w:t>
        <w:br/>
        <w:t>v -2.114668 9.438916 -1.573768</w:t>
        <w:br/>
        <w:t>v -2.256756 9.532334 -1.328791</w:t>
        <w:br/>
        <w:t>v -2.277092 9.552745 -1.326439</w:t>
        <w:br/>
        <w:t>v -1.849154 9.681175 -0.578267</w:t>
        <w:br/>
        <w:t>v -3.155806 10.397944 0.066893</w:t>
        <w:br/>
        <w:t>v -3.134992 10.378765 0.066730</w:t>
        <w:br/>
        <w:t>v -1.478904 9.364363 -1.590557</w:t>
        <w:br/>
        <w:t>v -1.455738 9.378850 -1.600090</w:t>
        <w:br/>
        <w:t>v -1.560739 9.459516 -1.652773</w:t>
        <w:br/>
        <w:t>v -2.205532 9.604723 -1.398062</w:t>
        <w:br/>
        <w:t>v -1.864157 9.715321 -0.661372</w:t>
        <w:br/>
        <w:t>v -1.889511 9.728726 -0.649839</w:t>
        <w:br/>
        <w:t>v -2.980981 10.315696 -0.804402</w:t>
        <w:br/>
        <w:t>v -2.591150 10.202305 -1.008656</w:t>
        <w:br/>
        <w:t>v -2.600883 10.176639 -0.995966</w:t>
        <w:br/>
        <w:t>v -2.045346 9.900117 -0.337302</w:t>
        <w:br/>
        <w:t>v -2.040026 9.881328 -0.313079</w:t>
        <w:br/>
        <w:t>v -3.070362 10.470019 0.125273</w:t>
        <w:br/>
        <w:t>v -3.070362 10.470019 0.125273</w:t>
        <w:br/>
        <w:t>v -2.980705 10.210177 -0.865310</w:t>
        <w:br/>
        <w:t>v -2.982855 10.228453 -0.887406</w:t>
        <w:br/>
        <w:t>v -2.984641 10.343552 -0.813683</w:t>
        <w:br/>
        <w:t>v -2.980981 10.315696 -0.804402</w:t>
        <w:br/>
        <w:t>v -2.197079 10.679755 0.671443</w:t>
        <w:br/>
        <w:t>v -2.176995 10.661758 0.677379</w:t>
        <w:br/>
        <w:t>v -2.675587 10.524776 0.293118</w:t>
        <w:br/>
        <w:t>v -2.670947 10.540574 0.317944</w:t>
        <w:br/>
        <w:t>v -1.888591 11.148593 1.590868</w:t>
        <w:br/>
        <w:t>v -1.863665 11.154996 1.609129</w:t>
        <w:br/>
        <w:t>v -0.240226 9.137259 -2.671326</w:t>
        <w:br/>
        <w:t>v -0.252010 9.156212 -2.688821</w:t>
        <w:br/>
        <w:t>v -0.352798 9.120131 -2.683048</w:t>
        <w:br/>
        <w:t>v -0.348534 9.098486 -2.665214</w:t>
        <w:br/>
        <w:t>v -0.188902 9.200619 -2.658121</w:t>
        <w:br/>
        <w:t>v -0.192448 9.226236 -2.673150</w:t>
        <w:br/>
        <w:t>v -0.841908 9.180847 -2.474216</w:t>
        <w:br/>
        <w:t>v -0.840122 9.161983 -2.453036</w:t>
        <w:br/>
        <w:t>v -0.899458 9.285811 -2.398329</w:t>
        <w:br/>
        <w:t>v -0.892000 9.259915 -2.385048</w:t>
        <w:br/>
        <w:t>v -1.163161 9.203574 -2.177222</w:t>
        <w:br/>
        <w:t>v -1.149981 9.184937 -2.159854</w:t>
        <w:br/>
        <w:t>v -1.190892 9.321114 -2.054414</w:t>
        <w:br/>
        <w:t>v -1.174542 9.297721 -2.042642</w:t>
        <w:br/>
        <w:t>v 0.106682 9.149345 -2.706817</w:t>
        <w:br/>
        <w:t>v 0.192441 9.226236 -2.673150</w:t>
        <w:br/>
        <w:t>v 0.899450 9.285809 -2.398327</w:t>
        <w:br/>
        <w:t>v 0.965049 9.218550 -2.378909</w:t>
        <w:br/>
        <w:t>v 1.020838 9.569832 -2.180540</w:t>
        <w:br/>
        <w:t>v 0.530093 9.546054 -2.472529</w:t>
        <w:br/>
        <w:t>v 0.612594 9.155432 -2.587856</w:t>
        <w:br/>
        <w:t>v 0.729718 9.134981 -2.547095</w:t>
        <w:br/>
        <w:t>v 0.544895 9.236788 -2.592257</w:t>
        <w:br/>
        <w:t>v 0.484289 9.152841 -2.645380</w:t>
        <w:br/>
        <w:t>v 0.485336 10.894763 -1.890855</w:t>
        <w:br/>
        <w:t>v 0.514072 10.179164 -2.218786</w:t>
        <w:br/>
        <w:t>v 0.438892 11.624508 -1.471820</w:t>
        <w:br/>
        <w:t>v 0.371810 12.361463 -1.008565</w:t>
        <w:br/>
        <w:t>v 0.317317 13.051407 -0.442951</w:t>
        <w:br/>
        <w:t>v 0.257556 13.599549 0.040525</w:t>
        <w:br/>
        <w:t>v 0.243043 13.746240 0.160819</w:t>
        <w:br/>
        <w:t>v 0.706028 12.370542 -0.866715</w:t>
        <w:br/>
        <w:t>v 0.815040 11.643412 -1.333628</w:t>
        <w:br/>
        <w:t>v 1.072089 11.673404 -0.996931</w:t>
        <w:br/>
        <w:t>v 0.888171 10.907804 -1.681858</w:t>
        <w:br/>
        <w:t>v 1.177454 10.933319 -1.284240</w:t>
        <w:br/>
        <w:t>v 0.958208 10.194530 -1.972273</w:t>
        <w:br/>
        <w:t>v 1.200039 9.604255 -1.926282</w:t>
        <w:br/>
        <w:t>v 1.251251 10.213003 -1.488633</w:t>
        <w:br/>
        <w:t>v 0.917790 12.384529 -0.644966</w:t>
        <w:br/>
        <w:t>v 0.704482 13.062731 -0.249462</w:t>
        <w:br/>
        <w:t>v 0.520177 13.594618 0.108513</w:t>
        <w:br/>
        <w:t>v 1.017093 11.666450 -0.807266</w:t>
        <w:br/>
        <w:t>v 0.890198 12.383096 -0.548669</w:t>
        <w:br/>
        <w:t>v 0.917790 12.384529 -0.644966</w:t>
        <w:br/>
        <w:t>v 1.222010 9.263107 -1.407089</w:t>
        <w:br/>
        <w:t>v 1.141320 9.309953 -1.271075</w:t>
        <w:br/>
        <w:t>v 1.224413 9.678355 -1.364831</w:t>
        <w:br/>
        <w:t>v 1.106131 9.413833 -1.210494</w:t>
        <w:br/>
        <w:t>v 1.131020 9.696125 -1.176059</w:t>
        <w:br/>
        <w:t>v 1.114293 9.331963 -1.154516</w:t>
        <w:br/>
        <w:t>v 1.260067 9.245374 -1.984561</w:t>
        <w:br/>
        <w:t>v 1.319414 9.225088 -1.862230</w:t>
        <w:br/>
        <w:t>v 1.299544 9.657264 -1.643450</w:t>
        <w:br/>
        <w:t>v 1.326897 9.268728 -1.725587</w:t>
        <w:br/>
        <w:t>v 1.123827 10.208728 -1.111969</w:t>
        <w:br/>
        <w:t>v 1.091117 10.916667 -0.992681</w:t>
        <w:br/>
        <w:t>v 1.176976 10.918579 -0.866514</w:t>
        <w:br/>
        <w:t>v 1.083609 11.667140 -0.714514</w:t>
        <w:br/>
        <w:t>v 0.938919 12.383410 -0.486340</w:t>
        <w:br/>
        <w:t>v 1.233543 10.213495 -0.935056</w:t>
        <w:br/>
        <w:t>v 1.185375 9.738292 -1.022500</w:t>
        <w:br/>
        <w:t>v 1.278365 9.288046 -1.536966</w:t>
        <w:br/>
        <w:t>v 1.299594 9.371716 -1.627604</w:t>
        <w:br/>
        <w:t>v 1.190884 9.321111 -2.054411</w:t>
        <w:br/>
        <w:t>v 1.056819 9.168883 -2.315901</w:t>
        <w:br/>
        <w:t>v 1.233543 10.213495 -0.935056</w:t>
        <w:br/>
        <w:t>v 1.314736 9.762867 -0.939308</w:t>
        <w:br/>
        <w:t>v 1.459868 9.770437 -0.994166</w:t>
        <w:br/>
        <w:t>v 1.407513 10.267370 -0.949582</w:t>
        <w:br/>
        <w:t>v 1.484418 9.760741 -1.146668</w:t>
        <w:br/>
        <w:t>v 1.343814 10.289141 -1.338936</w:t>
        <w:br/>
        <w:t>v 1.437948 10.287116 -1.061386</w:t>
        <w:br/>
        <w:t>v 1.459868 9.770437 -0.994166</w:t>
        <w:br/>
        <w:t>v 1.501056 9.356611 -1.009371</w:t>
        <w:br/>
        <w:t>v 1.535276 9.382166 -1.118170</w:t>
        <w:br/>
        <w:t>v 1.405588 9.375701 -0.949105</w:t>
        <w:br/>
        <w:t>v 1.324294 9.466617 -0.938516</w:t>
        <w:br/>
        <w:t>v 1.266505 9.338412 -0.958412</w:t>
        <w:br/>
        <w:t>v 1.386498 9.787279 -1.436089</w:t>
        <w:br/>
        <w:t>v 1.507583 9.505139 -1.197967</w:t>
        <w:br/>
        <w:t>v 1.441746 9.411607 -1.318538</w:t>
        <w:br/>
        <w:t>v 1.390081 9.370584 -1.453256</w:t>
        <w:br/>
        <w:t>v 1.333640 10.934134 -0.870111</w:t>
        <w:br/>
        <w:t>v 1.547073 9.480564 -1.667596</w:t>
        <w:br/>
        <w:t>v 1.648804 9.852563 -1.620988</w:t>
        <w:br/>
        <w:t>v 1.386498 9.787279 -1.436089</w:t>
        <w:br/>
        <w:t>v 1.612546 9.404388 -1.742326</w:t>
        <w:br/>
        <w:t>v 1.176976 10.918579 -0.866514</w:t>
        <w:br/>
        <w:t>v 1.333640 10.934134 -0.870111</w:t>
        <w:br/>
        <w:t>v 1.204355 11.680285 -0.715307</w:t>
        <w:br/>
        <w:t>v 1.183127 11.689864 -0.929987</w:t>
        <w:br/>
        <w:t>v 1.017785 12.405618 -0.625247</w:t>
        <w:br/>
        <w:t>v 1.024577 12.392350 -0.485120</w:t>
        <w:br/>
        <w:t>v 1.204355 11.680285 -0.715307</w:t>
        <w:br/>
        <w:t>v 1.024577 12.392350 -0.485120</w:t>
        <w:br/>
        <w:t>v 0.820185 13.083281 -0.244293</w:t>
        <w:br/>
        <w:t>v 0.795523 13.068871 -0.175462</w:t>
        <w:br/>
        <w:t>v 0.721084 13.052205 -0.177701</w:t>
        <w:br/>
        <w:t>v 0.601295 13.597234 0.129377</w:t>
        <w:br/>
        <w:t>v 0.560195 13.746240 0.215375</w:t>
        <w:br/>
        <w:t>v 0.721084 13.052205 -0.177701</w:t>
        <w:br/>
        <w:t>v 0.795523 13.068871 -0.175462</w:t>
        <w:br/>
        <w:t>v 1.177967 9.297363 -1.048823</w:t>
        <w:br/>
        <w:t>v 1.648804 9.852563 -1.620988</w:t>
        <w:br/>
        <w:t>v 1.880323 9.450922 -1.726492</w:t>
        <w:br/>
        <w:t>v 1.918204 9.540855 -1.644418</w:t>
        <w:br/>
        <w:t>v 1.980131 9.910452 -1.495211</w:t>
        <w:br/>
        <w:t>v 1.599669 10.341156 -1.472460</w:t>
        <w:br/>
        <w:t>v 1.765817 11.058238 -1.080515</w:t>
        <w:br/>
        <w:t>v 1.495726 10.964017 -1.273701</w:t>
        <w:br/>
        <w:t>v 1.932781 10.417533 -1.293434</w:t>
        <w:br/>
        <w:t>v 1.331164 11.727884 -0.977828</w:t>
        <w:br/>
        <w:t>v 1.553214 11.787472 -0.811881</w:t>
        <w:br/>
        <w:t>v 1.183127 11.689864 -0.929987</w:t>
        <w:br/>
        <w:t>v 1.133564 12.445172 -0.629472</w:t>
        <w:br/>
        <w:t>v 1.017785 12.405618 -0.625247</w:t>
        <w:br/>
        <w:t>v 1.860820 11.100407 -0.767249</w:t>
        <w:br/>
        <w:t>v 2.031318 10.478440 -0.914142</w:t>
        <w:br/>
        <w:t>v 2.154151 9.949551 -1.004127</w:t>
        <w:br/>
        <w:t>v 2.144241 9.944495 -1.237168</w:t>
        <w:br/>
        <w:t>v 1.684159 11.104094 -0.529202</w:t>
        <w:br/>
        <w:t>v 1.795824 10.473121 -0.599806</w:t>
        <w:br/>
        <w:t>v 2.027532 9.989783 -0.787586</w:t>
        <w:br/>
        <w:t>v 1.624183 11.817089 -0.565308</w:t>
        <w:br/>
        <w:t>v 0.820185 13.083281 -0.244293</w:t>
        <w:br/>
        <w:t>v 0.763883 13.602756 0.244326</w:t>
        <w:br/>
        <w:t>v 0.962865 13.109102 -0.144386</w:t>
        <w:br/>
        <w:t>v 1.016252 13.098010 0.029810</w:t>
        <w:br/>
        <w:t>v 1.033998 13.108712 -0.004423</w:t>
        <w:br/>
        <w:t>v 1.343352 12.493641 -0.310521</w:t>
        <w:br/>
        <w:t>v 1.286443 12.478585 -0.206942</w:t>
        <w:br/>
        <w:t>v 1.508379 11.826611 -0.394872</w:t>
        <w:br/>
        <w:t>v 0.710207 13.746240 0.297135</w:t>
        <w:br/>
        <w:t>v 1.755880 9.388667 -1.740653</w:t>
        <w:br/>
        <w:t>v 2.215196 9.627972 -1.408019</w:t>
        <w:br/>
        <w:t>v 2.191967 9.508334 -1.489615</w:t>
        <w:br/>
        <w:t>v 2.011848 9.467710 -1.635426</w:t>
        <w:br/>
        <w:t>v 1.873948 10.026177 -0.663280</w:t>
        <w:br/>
        <w:t>v 1.974169 9.617066 -0.708694</w:t>
        <w:br/>
        <w:t>v 1.889505 9.728721 -0.649836</w:t>
        <w:br/>
        <w:t>v 1.897995 10.106428 -0.430654</w:t>
        <w:br/>
        <w:t>v 1.934189 9.697531 -0.458248</w:t>
        <w:br/>
        <w:t>v 2.000958 9.771667 -0.349324</w:t>
        <w:br/>
        <w:t>v 2.004153 10.623219 -0.263262</w:t>
        <w:br/>
        <w:t>v 1.835855 10.559241 -0.396798</w:t>
        <w:br/>
        <w:t>v 2.099797 10.215100 -0.274959</w:t>
        <w:br/>
        <w:t>v 1.713072 11.161575 -0.342844</w:t>
        <w:br/>
        <w:t>v 1.522238 11.855558 -0.248143</w:t>
        <w:br/>
        <w:t>v 1.613832 11.890709 -0.160059</w:t>
        <w:br/>
        <w:t>v 1.831706 11.238394 -0.232260</w:t>
        <w:br/>
        <w:t>v 1.717060 11.933206 -0.172270</w:t>
        <w:br/>
        <w:t>v 1.965495 11.293203 -0.254231</w:t>
        <w:br/>
        <w:t>v 2.167057 10.690351 -0.293609</w:t>
        <w:br/>
        <w:t>v 2.285740 10.298093 -0.304073</w:t>
        <w:br/>
        <w:t>v 1.685002 11.955641 -0.300537</w:t>
        <w:br/>
        <w:t>v 1.717060 11.933206 -0.172270</w:t>
        <w:br/>
        <w:t>v 1.965495 11.293203 -0.254231</w:t>
        <w:br/>
        <w:t>v 1.919063 11.321112 -0.440564</w:t>
        <w:br/>
        <w:t>v 2.167057 10.690351 -0.293609</w:t>
        <w:br/>
        <w:t>v 2.108513 10.719794 -0.538598</w:t>
        <w:br/>
        <w:t>v 1.431537 12.547544 -0.040644</w:t>
        <w:br/>
        <w:t>v 1.314363 12.490371 -0.081128</w:t>
        <w:br/>
        <w:t>v 1.044575 13.112334 0.115443</w:t>
        <w:br/>
        <w:t>v 2.045340 9.900110 -0.337300</w:t>
        <w:br/>
        <w:t>v 2.085496 9.585576 -0.793497</w:t>
        <w:br/>
        <w:t>v 2.355286 9.938067 -0.482156</w:t>
        <w:br/>
        <w:t>v 2.333479 9.900350 -0.613768</w:t>
        <w:br/>
        <w:t>v 2.227020 10.310180 -0.588539</w:t>
        <w:br/>
        <w:t>v 2.228806 10.317939 -0.738614</w:t>
        <w:br/>
        <w:t>v 2.160139 10.754831 -0.764546</w:t>
        <w:br/>
        <w:t>v 2.305522 10.076999 -0.814576</w:t>
        <w:br/>
        <w:t>v 2.382452 9.982474 -0.934467</w:t>
        <w:br/>
        <w:t>v 2.304629 10.328113 -0.863573</w:t>
        <w:br/>
        <w:t>v 2.320513 9.932269 -0.735760</w:t>
        <w:br/>
        <w:t>v 2.363763 10.059353 -0.386499</w:t>
        <w:br/>
        <w:t>v 2.285740 10.298093 -0.304073</w:t>
        <w:br/>
        <w:t>v 2.488748 9.998460 -1.005939</w:t>
        <w:br/>
        <w:t>v 2.493527 10.390491 -0.948930</w:t>
        <w:br/>
        <w:t>v 2.572922 10.073704 -1.035582</w:t>
        <w:br/>
        <w:t>v 2.331858 10.809577 -0.819317</w:t>
        <w:br/>
        <w:t>v 2.540678 10.880597 -0.812513</w:t>
        <w:br/>
        <w:t>v 2.278183 11.451967 -0.634782</w:t>
        <w:br/>
        <w:t>v 1.961169 11.348955 -0.608635</w:t>
        <w:br/>
        <w:t>v 1.968891 12.066113 -0.417549</w:t>
        <w:br/>
        <w:t>v 1.718947 11.978051 -0.414505</w:t>
        <w:br/>
        <w:t>v 1.619606 12.645852 -0.173779</w:t>
        <w:br/>
        <w:t>v 1.438568 12.578279 -0.185890</w:t>
        <w:br/>
        <w:t>v 1.124058 13.152603 0.068621</w:t>
        <w:br/>
        <w:t>v 1.961169 11.348955 -0.608635</w:t>
        <w:br/>
        <w:t>v 1.718947 11.978051 -0.414505</w:t>
        <w:br/>
        <w:t>v 1.438568 12.578279 -0.185890</w:t>
        <w:br/>
        <w:t>v 1.412887 12.562745 -0.118266</w:t>
        <w:br/>
        <w:t>v 1.431537 12.547544 -0.040644</w:t>
        <w:br/>
        <w:t>v 1.103118 13.140002 0.100766</w:t>
        <w:br/>
        <w:t>v 1.109733 13.132836 0.135213</w:t>
        <w:br/>
        <w:t>v 1.124058 13.152603 0.068621</w:t>
        <w:br/>
        <w:t>v 2.704094 10.124500 -1.026464</w:t>
        <w:br/>
        <w:t>v 2.591146 10.202296 -1.008655</w:t>
        <w:br/>
        <w:t>v 2.718558 10.473395 -0.928745</w:t>
        <w:br/>
        <w:t>v 2.872179 10.145151 -0.993124</w:t>
        <w:br/>
        <w:t>v 2.984637 10.343542 -0.813683</w:t>
        <w:br/>
        <w:t>v 2.921266 10.554199 -0.725862</w:t>
        <w:br/>
        <w:t>v 2.399782 9.931412 -0.306979</w:t>
        <w:br/>
        <w:t>v 2.319494 9.848169 -0.260056</w:t>
        <w:br/>
        <w:t>v 2.399782 9.931412 -0.306979</w:t>
        <w:br/>
        <w:t>v 3.187722 10.448745 -0.383909</w:t>
        <w:br/>
        <w:t>v 3.226621 10.382818 -0.323492</w:t>
        <w:br/>
        <w:t>v 3.093135 10.666241 -0.228413</w:t>
        <w:br/>
        <w:t>v 3.248617 10.332789 -0.210580</w:t>
        <w:br/>
        <w:t>v 2.848624 11.029135 -0.393680</w:t>
        <w:br/>
        <w:t>v 2.525311 11.589968 -0.276215</w:t>
        <w:br/>
        <w:t>v 2.178364 12.136441 -0.123122</w:t>
        <w:br/>
        <w:t>v 2.209365 12.212905 0.250273</w:t>
        <w:br/>
        <w:t>v 2.558034 11.667564 0.164589</w:t>
        <w:br/>
        <w:t>v 1.823622 12.726001 0.366191</w:t>
        <w:br/>
        <w:t>v 1.771819 12.692810 0.063551</w:t>
        <w:br/>
        <w:t>v 1.372027 13.226216 0.380705</w:t>
        <w:br/>
        <w:t>v 1.233070 13.185720 0.123316</w:t>
        <w:br/>
        <w:t>v 2.853680 11.139719 0.078905</w:t>
        <w:br/>
        <w:t>v 3.037509 10.626915 -0.480495</w:t>
        <w:br/>
        <w:t>v 3.223137 10.294986 -0.506768</w:t>
        <w:br/>
        <w:t>v 3.176139 10.242642 -0.641386</w:t>
        <w:br/>
        <w:t>v 3.075364 10.250150 -0.763365</w:t>
        <w:br/>
        <w:t>v 2.849643 10.740682 0.247705</w:t>
        <w:br/>
        <w:t>v 2.488674 11.139429 0.379922</w:t>
        <w:br/>
        <w:t>v 3.044867 10.697418 0.009080</w:t>
        <w:br/>
        <w:t>v 3.229136 10.335141 -0.057236</w:t>
        <w:br/>
        <w:t>v 3.041295 10.430130 0.187414</w:t>
        <w:br/>
        <w:t>v 2.919027 10.392791 0.269839</w:t>
        <w:br/>
        <w:t>v 2.772788 10.422999 0.312801</w:t>
        <w:br/>
        <w:t>v 2.635328 10.785226 0.341211</w:t>
        <w:br/>
        <w:t>v 2.405770 10.814278 0.300451</w:t>
        <w:br/>
        <w:t>v 2.172189 11.124274 0.278078</w:t>
        <w:br/>
        <w:t>v 2.488674 11.139429 0.379922</w:t>
        <w:br/>
        <w:t>v 2.253822 11.645416 0.436693</w:t>
        <w:br/>
        <w:t>v 2.019599 11.659868 0.356002</w:t>
        <w:br/>
        <w:t>v 2.253822 11.645416 0.436693</w:t>
        <w:br/>
        <w:t>v 2.246942 10.836715 0.246310</w:t>
        <w:br/>
        <w:t>v 2.511122 10.459510 0.247655</w:t>
        <w:br/>
        <w:t>v 2.385446 10.500698 0.217949</w:t>
        <w:br/>
        <w:t>v 2.624222 10.479392 0.290968</w:t>
        <w:br/>
        <w:t>v 2.670944 10.540565 0.317945</w:t>
        <w:br/>
        <w:t>v 2.167648 10.882444 0.354819</w:t>
        <w:br/>
        <w:t>v 2.270900 10.600152 0.261024</w:t>
        <w:br/>
        <w:t>v 2.247923 10.590506 0.354932</w:t>
        <w:br/>
        <w:t>v 2.219928 10.638496 0.451594</w:t>
        <w:br/>
        <w:t>v 2.188336 10.753005 0.500743</w:t>
        <w:br/>
        <w:t>v 2.147852 10.914955 0.486796</w:t>
        <w:br/>
        <w:t>v 2.192562 10.690438 0.569222</w:t>
        <w:br/>
        <w:t>v 2.127315 10.954821 0.646228</w:t>
        <w:br/>
        <w:t>v 2.214281 10.722985 0.753152</w:t>
        <w:br/>
        <w:t>v 2.187858 10.992235 0.771879</w:t>
        <w:br/>
        <w:t>v 2.187858 10.992235 0.771879</w:t>
        <w:br/>
        <w:t>v 2.296192 10.742881 0.713348</w:t>
        <w:br/>
        <w:t>v 2.339290 10.721398 0.622948</w:t>
        <w:br/>
        <w:t>v 2.251922 10.990511 0.641738</w:t>
        <w:br/>
        <w:t>v 2.243622 10.787012 0.786354</w:t>
        <w:br/>
        <w:t>v 2.129718 11.342375 0.663886</w:t>
        <w:br/>
        <w:t>v 2.068785 11.342174 0.771427</w:t>
        <w:br/>
        <w:t>v 2.356420 11.008835 0.526374</w:t>
        <w:br/>
        <w:t>v 2.226732 11.361189 0.574970</w:t>
        <w:br/>
        <w:t>v 2.382981 10.745219 0.548509</w:t>
        <w:br/>
        <w:t>v 2.243622 10.787012 0.786354</w:t>
        <w:br/>
        <w:t>v 2.040513 11.272087 0.641814</w:t>
        <w:br/>
        <w:t>v 2.068785 11.342174 0.771427</w:t>
        <w:br/>
        <w:t>v 2.068647 11.207718 0.490041</w:t>
        <w:br/>
        <w:t>v 2.287689 10.647716 0.218691</w:t>
        <w:br/>
        <w:t>v 2.246942 10.836715 0.246310</w:t>
        <w:br/>
        <w:t>v 2.287689 10.647716 0.218691</w:t>
        <w:br/>
        <w:t>v 2.426860 10.795213 0.508339</w:t>
        <w:br/>
        <w:t>v 2.496685 10.754865 0.514489</w:t>
        <w:br/>
        <w:t>v 2.469016 11.047621 0.618145</w:t>
        <w:br/>
        <w:t>v 2.356420 11.008835 0.526374</w:t>
        <w:br/>
        <w:t>v 2.581715 10.741095 0.585093</w:t>
        <w:br/>
        <w:t>v 2.611395 10.896704 0.764157</w:t>
        <w:br/>
        <w:t>v 2.533735 11.074810 0.771992</w:t>
        <w:br/>
        <w:t>v 2.624563 10.792043 0.691176</w:t>
        <w:br/>
        <w:t>v 2.668354 10.811965 0.827504</w:t>
        <w:br/>
        <w:t>v 2.694726 10.780913 0.959632</w:t>
        <w:br/>
        <w:t>v 2.672982 10.831282 1.097244</w:t>
        <w:br/>
        <w:t>v 2.530391 11.120827 1.175935</w:t>
        <w:br/>
        <w:t>v 2.563604 11.093637 0.966877</w:t>
        <w:br/>
        <w:t>v 2.607258 10.948318 1.168577</w:t>
        <w:br/>
        <w:t>v 2.329268 11.180880 1.539544</w:t>
        <w:br/>
        <w:t>v 2.486725 10.902879 1.505613</w:t>
        <w:br/>
        <w:t>v 2.413757 11.015640 1.544274</w:t>
        <w:br/>
        <w:t>v 2.390251 10.958531 1.610438</w:t>
        <w:br/>
        <w:t>v 2.452215 11.145163 1.355073</w:t>
        <w:br/>
        <w:t>v 2.615256 10.864294 1.247369</w:t>
        <w:br/>
        <w:t>v 2.571151 10.843430 1.389306</w:t>
        <w:br/>
        <w:t>v 2.303198 11.492764 1.320765</w:t>
        <w:br/>
        <w:t>v 1.879448 11.933861 1.541973</w:t>
        <w:br/>
        <w:t>v 2.097310 11.917761 1.283401</w:t>
        <w:br/>
        <w:t>v 2.061643 11.532620 1.606239</w:t>
        <w:br/>
        <w:t>v 2.406915 11.448886 0.968726</w:t>
        <w:br/>
        <w:t>v 2.189470 11.890143 0.969129</w:t>
        <w:br/>
        <w:t>v 2.038212 11.228145 1.728594</w:t>
        <w:br/>
        <w:t>v 1.785351 11.546443 1.702889</w:t>
        <w:br/>
        <w:t>v 1.624398 11.946979 1.634221</w:t>
        <w:br/>
        <w:t>v 1.651224 12.388789 1.464691</w:t>
        <w:br/>
        <w:t>v 1.433639 12.390336 1.550487</w:t>
        <w:br/>
        <w:t>v 1.330034 12.392500 1.476462</w:t>
        <w:br/>
        <w:t>v 1.433639 12.390336 1.550487</w:t>
        <w:br/>
        <w:t>v 1.624398 11.946979 1.634221</w:t>
        <w:br/>
        <w:t>v 1.521586 11.959026 1.526316</w:t>
        <w:br/>
        <w:t>v 1.231524 12.827470 1.461334</w:t>
        <w:br/>
        <w:t>v 1.404751 12.833140 1.381536</w:t>
        <w:br/>
        <w:t>v 1.076607 13.263091 1.332791</w:t>
        <w:br/>
        <w:t>v 1.842600 12.385858 1.240101</w:t>
        <w:br/>
        <w:t>v 1.561101 12.837707 1.196500</w:t>
        <w:br/>
        <w:t>v 1.923013 12.368815 0.975141</w:t>
        <w:br/>
        <w:t>v 1.628435 12.829594 0.987844</w:t>
        <w:br/>
        <w:t>v 1.257934 13.275677 1.140611</w:t>
        <w:br/>
        <w:t>v 0.990686 13.630510 1.103963</w:t>
        <w:br/>
        <w:t>v 0.861136 13.631264 1.257659</w:t>
        <w:br/>
        <w:t>v 0.899292 13.255321 1.386895</w:t>
        <w:br/>
        <w:t>v 1.082392 12.825797 1.436168</w:t>
        <w:br/>
        <w:t>v 0.661976 13.628736 1.391963</w:t>
        <w:br/>
        <w:t>v 0.629126 13.746238 1.376067</w:t>
        <w:br/>
        <w:t>v 0.814340 13.746239 1.237147</w:t>
        <w:br/>
        <w:t>v 1.721475 11.553337 1.640862</w:t>
        <w:br/>
        <w:t>v 1.692827 11.563272 1.570447</w:t>
        <w:br/>
        <w:t>v 1.692827 11.563272 1.570447</w:t>
        <w:br/>
        <w:t>v 1.553367 11.575836 1.576270</w:t>
        <w:br/>
        <w:t>v 1.378529 11.977389 1.537873</w:t>
        <w:br/>
        <w:t>v 1.521586 11.959026 1.526316</w:t>
        <w:br/>
        <w:t>v 1.791274 11.332329 1.594769</w:t>
        <w:br/>
        <w:t>v 1.665975 11.317389 1.594291</w:t>
        <w:br/>
        <w:t>v 1.824023 11.266541 1.686501</w:t>
        <w:br/>
        <w:t>v 1.791274 11.332329 1.594769</w:t>
        <w:br/>
        <w:t>v 1.201378 12.404334 1.492372</w:t>
        <w:br/>
        <w:t>v 1.916435 10.989685 1.716143</w:t>
        <w:br/>
        <w:t>v 1.901393 11.248230 1.745334</w:t>
        <w:br/>
        <w:t>v 2.005073 10.983974 1.780861</w:t>
        <w:br/>
        <w:t>v 2.076784 11.056063 1.758727</w:t>
        <w:br/>
        <w:t>v 2.183369 10.956895 1.756639</w:t>
        <w:br/>
        <w:t>v 1.863664 11.154989 1.609131</w:t>
        <w:br/>
        <w:t>v 2.315799 10.929528 1.697002</w:t>
        <w:br/>
        <w:t>v 2.204246 11.202776 1.651928</w:t>
        <w:br/>
        <w:t>v 1.511411 11.327942 1.701267</w:t>
        <w:br/>
        <w:t>v 1.400953 11.580792 1.675045</w:t>
        <w:br/>
        <w:t>v 1.813182 11.091755 1.587260</w:t>
        <w:br/>
        <w:t>v 1.722582 11.066401 1.614589</w:t>
        <w:br/>
        <w:t>v 1.233900 11.985776 1.617356</w:t>
        <w:br/>
        <w:t>v 1.231850 11.972746 1.801664</w:t>
        <w:br/>
        <w:t>v 1.364846 11.576540 1.882229</w:t>
        <w:br/>
        <w:t>v 1.072394 12.407705 1.558574</w:t>
        <w:br/>
        <w:t>v 0.922294 12.827494 1.501503</w:t>
        <w:br/>
        <w:t>v 0.779967 13.253243 1.443614</w:t>
        <w:br/>
        <w:t>v 0.681195 13.631540 1.388467</w:t>
        <w:br/>
        <w:t>v 0.662391 13.746238 1.363302</w:t>
        <w:br/>
        <w:t>v 0.629126 13.746238 1.376067</w:t>
        <w:br/>
        <w:t>v 0.661976 13.628736 1.391963</w:t>
        <w:br/>
        <w:t>v 0.815709 13.269820 1.489669</w:t>
        <w:br/>
        <w:t>v 0.779967 13.253243 1.443614</w:t>
        <w:br/>
        <w:t>v 0.922294 12.827494 1.501503</w:t>
        <w:br/>
        <w:t>v 0.952541 12.840497 1.603171</w:t>
        <w:br/>
        <w:t>v 1.090126 12.407664 1.706988</w:t>
        <w:br/>
        <w:t>v 1.072394 12.407705 1.558574</w:t>
        <w:br/>
        <w:t>v 1.446869 11.334959 1.928133</w:t>
        <w:br/>
        <w:t>v 1.643916 11.099428 1.674441</w:t>
        <w:br/>
        <w:t>v 1.578116 11.151506 1.722885</w:t>
        <w:br/>
        <w:t>v 1.567766 11.100635 1.789742</w:t>
        <w:br/>
        <w:t>v 1.542299 11.090863 1.866383</w:t>
        <w:br/>
        <w:t>v 1.514480 11.131536 1.930812</w:t>
        <w:br/>
        <w:t>v 1.490622 11.203473 1.953324</w:t>
        <w:br/>
        <w:t>v 2.272759 9.536187 -1.172488</w:t>
        <w:br/>
        <w:t>v 2.226578 9.600818 -1.037719</w:t>
        <w:br/>
        <w:t>v 2.187805 9.698576 -0.978207</w:t>
        <w:br/>
        <w:t>v 2.162413 9.614351 -0.906157</w:t>
        <w:br/>
        <w:t>v 0.830689 13.612538 0.302366</w:t>
        <w:br/>
        <w:t>v 2.157019 9.826110 -0.281411</w:t>
        <w:br/>
        <w:t>v 0.977871 13.623518 0.532163</w:t>
        <w:br/>
        <w:t>v 0.898262 13.746239 0.562673</w:t>
        <w:br/>
        <w:t>v 0.830689 13.612538 0.302366</w:t>
        <w:br/>
        <w:t>v 1.988699 12.196530 0.508970</w:t>
        <w:br/>
        <w:t>v 1.681508 12.721838 0.589611</w:t>
        <w:br/>
        <w:t>v 1.332738 13.218880 0.678037</w:t>
        <w:br/>
        <w:t>v 1.019335 13.623366 0.756476</w:t>
        <w:br/>
        <w:t>v 0.975695 13.746239 0.904438</w:t>
        <w:br/>
        <w:t>v 1.332738 13.218880 0.678037</w:t>
        <w:br/>
        <w:t>v 1.280986 13.215423 0.661235</w:t>
        <w:br/>
        <w:t>v 1.019335 13.623366 0.756476</w:t>
        <w:br/>
        <w:t>v 1.681508 12.721838 0.589611</w:t>
        <w:br/>
        <w:t>v 1.580532 12.720695 0.551982</w:t>
        <w:br/>
        <w:t>v 1.988699 12.196530 0.508970</w:t>
        <w:br/>
        <w:t>v 1.828614 12.200806 0.449811</w:t>
        <w:br/>
        <w:t>v 1.763053 12.217608 0.587699</w:t>
        <w:br/>
        <w:t>v 1.828614 12.200806 0.449811</w:t>
        <w:br/>
        <w:t>v 2.019599 11.659868 0.356002</w:t>
        <w:br/>
        <w:t>v 1.934092 11.688681 0.530173</w:t>
        <w:br/>
        <w:t>v 2.172189 11.124274 0.278078</w:t>
        <w:br/>
        <w:t>v 1.721576 12.287670 0.799021</w:t>
        <w:br/>
        <w:t>v 1.912159 11.801314 0.781375</w:t>
        <w:br/>
        <w:t>v 1.580532 12.720695 0.551982</w:t>
        <w:br/>
        <w:t>v 1.271793 13.238237 0.830866</w:t>
        <w:br/>
        <w:t>v 1.280986 13.215423 0.661235</w:t>
        <w:br/>
        <w:t>v 1.500357 12.762462 0.821055</w:t>
        <w:br/>
        <w:t>v 1.950907 11.822317 0.703477</w:t>
        <w:br/>
        <w:t>v 1.912159 11.801314 0.781375</w:t>
        <w:br/>
        <w:t>v 1.721576 12.287670 0.799021</w:t>
        <w:br/>
        <w:t>v 2.360948 11.414301 0.750047</w:t>
        <w:br/>
        <w:t>v 2.226732 11.361189 0.574970</w:t>
        <w:br/>
        <w:t>v 2.030717 11.825840 0.636772</w:t>
        <w:br/>
        <w:t>v 1.798079 12.306987 0.696762</w:t>
        <w:br/>
        <w:t>v 2.030717 11.825840 0.636772</w:t>
        <w:br/>
        <w:t>v 1.500357 12.762462 0.821055</w:t>
        <w:br/>
        <w:t>v 1.798079 12.306987 0.696762</w:t>
        <w:br/>
        <w:t>v 1.545130 12.777802 0.760563</w:t>
        <w:br/>
        <w:t>v 1.271793 13.238237 0.830866</w:t>
        <w:br/>
        <w:t>v 1.027347 13.627229 0.896842</w:t>
        <w:br/>
        <w:t>v 0.931112 13.746239 1.100706</w:t>
        <w:br/>
        <w:t>v 1.545130 12.777802 0.760563</w:t>
        <w:br/>
        <w:t>v 1.109733 13.132836 0.135213</w:t>
        <w:br/>
        <w:t>v 2.124092 9.459699 -1.591119</w:t>
        <w:br/>
        <w:t>v 2.277085 9.552738 -1.326436</w:t>
        <w:br/>
        <w:t>v 1.871986 9.693495 -0.578654</w:t>
        <w:br/>
        <w:t>v 3.155803 10.397935 0.066894</w:t>
        <w:br/>
        <w:t>v 0.601295 13.597234 0.129377</w:t>
        <w:br/>
        <w:t>v 1.289963 10.924502 -1.180208</w:t>
        <w:br/>
        <w:t>v 0.763883 13.602756 0.244326</w:t>
        <w:br/>
        <w:t>v 1.270936 12.475933 -0.481536</w:t>
        <w:br/>
        <w:t>v 1.407513 10.267370 -0.949582</w:t>
        <w:br/>
        <w:t>v 1.289963 10.924502 -1.180208</w:t>
        <w:br/>
        <w:t>v 1.343814 10.289141 -1.338936</w:t>
        <w:br/>
        <w:t>v 1.455730 9.378846 -1.600086</w:t>
        <w:br/>
        <w:t>v 3.082331 10.492320 0.134266</w:t>
        <w:br/>
        <w:t>v 2.982852 10.228443 -0.887406</w:t>
        <w:br/>
        <w:t>v 2.197077 10.679748 0.671443</w:t>
        <w:br/>
        <w:t>v 1.785351 11.546443 1.702889</w:t>
        <w:br/>
        <w:t>v 1.863664 11.154989 1.609131</w:t>
        <w:br/>
        <w:t>v 0.252003 9.156210 -2.688820</w:t>
        <w:br/>
        <w:t>v 0.352790 9.120128 -2.683047</w:t>
        <w:br/>
        <w:t>v 0.841900 9.180845 -2.474214</w:t>
        <w:br/>
        <w:t>v 1.163152 9.203569 -2.177220</w:t>
        <w:br/>
        <w:t>v 0.112103 9.129575 -2.687198</w:t>
        <w:br/>
        <w:t>v -0.000003 9.538120 -2.536142</w:t>
        <w:br/>
        <w:t>v 0.188894 9.200619 -2.658121</w:t>
        <w:br/>
        <w:t>v 0.945907 9.200779 -2.367892</w:t>
        <w:br/>
        <w:t>v 0.891992 9.259914 -2.385047</w:t>
        <w:br/>
        <w:t>v 1.004702 9.561884 -2.162958</w:t>
        <w:br/>
        <w:t>v 0.597540 9.136302 -2.573417</w:t>
        <w:br/>
        <w:t>v 0.522409 9.536635 -2.450508</w:t>
        <w:br/>
        <w:t>v 0.722927 9.114142 -2.529010</w:t>
        <w:br/>
        <w:t>v 0.538443 9.210502 -2.579278</w:t>
        <w:br/>
        <w:t>v -0.000004 9.103454 -2.700189</w:t>
        <w:br/>
        <w:t>v 0.486553 9.133020 -2.624856</w:t>
        <w:br/>
        <w:t>v -0.000002 10.167155 -2.268867</w:t>
        <w:br/>
        <w:t>v -0.000001 10.871246 -1.940017</w:t>
        <w:br/>
        <w:t>v 0.478733 10.883821 -1.869186</w:t>
        <w:br/>
        <w:t>v 0.506765 10.169556 -2.196727</w:t>
        <w:br/>
        <w:t>v -0.000000 11.606715 -1.534489</w:t>
        <w:br/>
        <w:t>v 0.433182 11.611732 -1.475605</w:t>
        <w:br/>
        <w:t>v 0.000001 12.345693 -1.034008</w:t>
        <w:br/>
        <w:t>v 0.366767 12.346597 -0.988909</w:t>
        <w:br/>
        <w:t>v 0.000001 13.033764 -0.466633</w:t>
        <w:br/>
        <w:t>v 0.312388 13.035180 -0.424376</w:t>
        <w:br/>
        <w:t>v 0.000003 13.584168 0.045694</w:t>
        <w:br/>
        <w:t>v 0.253996 13.583502 0.059565</w:t>
        <w:br/>
        <w:t>v 0.000003 13.739661 0.181582</w:t>
        <w:br/>
        <w:t>v 0.239760 13.740644 0.188084</w:t>
        <w:br/>
        <w:t>v 0.694144 12.356696 -0.849397</w:t>
        <w:br/>
        <w:t>v 0.801495 11.631991 -1.315782</w:t>
        <w:br/>
        <w:t>v 0.873016 10.898560 -1.664024</w:t>
        <w:br/>
        <w:t>v 1.048282 11.666788 -0.992266</w:t>
        <w:br/>
        <w:t>v 1.153081 10.928679 -1.280166</w:t>
        <w:br/>
        <w:t>v 0.942236 10.186305 -1.954666</w:t>
        <w:br/>
        <w:t>v 1.226564 10.209116 -1.485791</w:t>
        <w:br/>
        <w:t>v 1.178861 9.598193 -1.914133</w:t>
        <w:br/>
        <w:t>v 0.894725 12.375738 -0.640162</w:t>
        <w:br/>
        <w:t>v 0.687026 13.049098 -0.237552</w:t>
        <w:br/>
        <w:t>v 0.515171 13.580194 0.128509</w:t>
        <w:br/>
        <w:t>v 0.894725 12.375738 -0.640162</w:t>
        <w:br/>
        <w:t>v 0.866353 12.375989 -0.545021</w:t>
        <w:br/>
        <w:t>v 0.992594 11.662023 -0.803606</w:t>
        <w:br/>
        <w:t>v 1.115601 9.301816 -1.280582</w:t>
        <w:br/>
        <w:t>v 1.198630 9.251548 -1.418357</w:t>
        <w:br/>
        <w:t>v 1.200983 9.678920 -1.373974</w:t>
        <w:br/>
        <w:t>v 1.074086 9.402452 -1.219058</w:t>
        <w:br/>
        <w:t>v 1.105968 9.697268 -1.177945</w:t>
        <w:br/>
        <w:t>v 1.088813 9.321572 -1.152617</w:t>
        <w:br/>
        <w:t>v 1.074086 9.402452 -1.219058</w:t>
        <w:br/>
        <w:t>v 1.105968 9.697268 -1.177945</w:t>
        <w:br/>
        <w:t>v 1.274567 9.654571 -1.642205</w:t>
        <w:br/>
        <w:t>v 1.297280 9.208285 -1.856068</w:t>
        <w:br/>
        <w:t>v 1.238158 9.228017 -1.978713</w:t>
        <w:br/>
        <w:t>v 1.301820 9.256239 -1.721047</w:t>
        <w:br/>
        <w:t>v 1.098812 10.207707 -1.109466</w:t>
        <w:br/>
        <w:t>v 1.066316 10.914177 -0.989336</w:t>
        <w:br/>
        <w:t>v 1.073158 11.659672 -0.692883</w:t>
        <w:br/>
        <w:t>v 1.165984 10.913962 -0.844367</w:t>
        <w:br/>
        <w:t>v 0.929536 12.372720 -0.465601</w:t>
        <w:br/>
        <w:t>v 1.223206 10.211519 -0.912217</w:t>
        <w:br/>
        <w:t>v 1.165693 9.737714 -1.006855</w:t>
        <w:br/>
        <w:t>v 1.255941 9.276700 -1.550498</w:t>
        <w:br/>
        <w:t>v 1.275208 9.353995 -1.633288</w:t>
        <w:br/>
        <w:t>v 1.174534 9.297717 -2.042639</w:t>
        <w:br/>
        <w:t>v 1.041010 9.148925 -2.302746</w:t>
        <w:br/>
        <w:t>v 1.478796 9.771935 -0.977666</w:t>
        <w:br/>
        <w:t>v 1.312158 9.762413 -0.914293</w:t>
        <w:br/>
        <w:t>v 1.223206 10.211519 -0.912217</w:t>
        <w:br/>
        <w:t>v 1.424441 10.267485 -0.930981</w:t>
        <w:br/>
        <w:t>v 1.367206 10.289015 -1.329692</w:t>
        <w:br/>
        <w:t>v 1.509344 9.763408 -1.148667</w:t>
        <w:br/>
        <w:t>v 1.462825 10.290624 -1.062644</w:t>
        <w:br/>
        <w:t>v 1.518864 9.345781 -0.995676</w:t>
        <w:br/>
        <w:t>v 1.478796 9.771935 -0.977666</w:t>
        <w:br/>
        <w:t>v 1.560480 9.373701 -1.124873</w:t>
        <w:br/>
        <w:t>v 1.406607 9.364546 -0.923789</w:t>
        <w:br/>
        <w:t>v 1.324382 9.446456 -0.907074</w:t>
        <w:br/>
        <w:t>v 1.261978 9.327534 -0.933988</w:t>
        <w:br/>
        <w:t>v 1.534044 9.490738 -1.208821</w:t>
        <w:br/>
        <w:t>v 1.410569 9.785933 -1.428908</w:t>
        <w:br/>
        <w:t>v 1.467565 9.401295 -1.323128</w:t>
        <w:br/>
        <w:t>v 1.414140 9.358122 -1.451446</w:t>
        <w:br/>
        <w:t>v 1.353348 10.934664 -0.854491</w:t>
        <w:br/>
        <w:t>v 1.652552 9.845257 -1.597206</w:t>
        <w:br/>
        <w:t>v 1.560731 9.459512 -1.652769</w:t>
        <w:br/>
        <w:t>v 1.410569 9.785933 -1.428908</w:t>
        <w:br/>
        <w:t>v 1.614106 9.385462 -1.720783</w:t>
        <w:br/>
        <w:t>v 1.165984 10.913962 -0.844367</w:t>
        <w:br/>
        <w:t>v 1.353348 10.934664 -0.854491</w:t>
        <w:br/>
        <w:t>v 1.037505 12.403052 -0.609841</w:t>
        <w:br/>
        <w:t>v 1.204318 11.688345 -0.916518</w:t>
        <w:br/>
        <w:t>v 1.223698 11.680145 -0.699234</w:t>
        <w:br/>
        <w:t>v 1.042976 12.390890 -0.468028</w:t>
        <w:br/>
        <w:t>v 1.223698 11.680145 -0.699234</w:t>
        <w:br/>
        <w:t>v 1.042976 12.390890 -0.468028</w:t>
        <w:br/>
        <w:t>v 0.811344 13.064480 -0.156397</w:t>
        <w:br/>
        <w:t>v 0.832473 13.073838 -0.224473</w:t>
        <w:br/>
        <w:t>v 0.706860 13.039313 -0.161453</w:t>
        <w:br/>
        <w:t>v 0.594591 13.583225 0.149160</w:t>
        <w:br/>
        <w:t>v 0.550147 13.743246 0.241069</w:t>
        <w:br/>
        <w:t>v 0.706860 13.039313 -0.161453</w:t>
        <w:br/>
        <w:t>v 0.811344 13.064480 -0.156397</w:t>
        <w:br/>
        <w:t>v 1.159052 9.283692 -1.033782</w:t>
        <w:br/>
        <w:t>v 1.883442 9.432106 -1.705200</w:t>
        <w:br/>
        <w:t>v 1.652552 9.845257 -1.597206</w:t>
        <w:br/>
        <w:t>v 1.912406 9.512773 -1.627390</w:t>
        <w:br/>
        <w:t>v 1.966737 9.901534 -1.475881</w:t>
        <w:br/>
        <w:t>v 1.601291 10.333724 -1.448489</w:t>
        <w:br/>
        <w:t>v 1.495700 10.955655 -1.249994</w:t>
        <w:br/>
        <w:t>v 1.748110 11.048405 -1.065599</w:t>
        <w:br/>
        <w:t>v 1.915400 10.408100 -1.277890</w:t>
        <w:br/>
        <w:t>v 1.329353 11.717560 -0.954976</w:t>
        <w:br/>
        <w:t>v 1.535795 11.775915 -0.797884</w:t>
        <w:br/>
        <w:t>v 1.129527 12.432343 -0.608205</w:t>
        <w:br/>
        <w:t>v 1.204318 11.688345 -0.916518</w:t>
        <w:br/>
        <w:t>v 1.037505 12.403052 -0.609841</w:t>
        <w:br/>
        <w:t>v 1.836774 11.094143 -0.771147</w:t>
        <w:br/>
        <w:t>v 2.007309 10.472202 -0.918292</w:t>
        <w:br/>
        <w:t>v 2.130218 9.944368 -1.009862</w:t>
        <w:br/>
        <w:t>v 2.121628 9.936108 -1.230024</w:t>
        <w:br/>
        <w:t>v 1.659949 11.099716 -0.534459</w:t>
        <w:br/>
        <w:t>v 1.771514 10.469346 -0.605063</w:t>
        <w:br/>
        <w:t>v 2.008277 9.987267 -0.803570</w:t>
        <w:br/>
        <w:t>v 1.600501 11.809164 -0.568415</w:t>
        <w:br/>
        <w:t>v 0.832473 13.073838 -0.224473</w:t>
        <w:br/>
        <w:t>v 0.750917 13.589312 0.261178</w:t>
        <w:br/>
        <w:t>v 0.948641 13.093582 -0.130615</w:t>
        <w:br/>
        <w:t>v 1.320299 12.483767 -0.312509</w:t>
        <w:br/>
        <w:t>v 1.011410 13.097787 -0.006234</w:t>
        <w:br/>
        <w:t>v 0.993137 13.088464 0.027043</w:t>
        <w:br/>
        <w:t>v 1.262800 12.470903 -0.210765</w:t>
        <w:br/>
        <w:t>v 1.484471 11.820837 -0.400192</w:t>
        <w:br/>
        <w:t>v 0.691506 13.743575 0.317219</w:t>
        <w:br/>
        <w:t>v 1.757967 9.369866 -1.719664</w:t>
        <w:br/>
        <w:t>v 2.205525 9.604716 -1.398058</w:t>
        <w:br/>
        <w:t>v 2.183705 9.490436 -1.469317</w:t>
        <w:br/>
        <w:t>v 1.999825 9.448293 -1.618360</w:t>
        <w:br/>
        <w:t>v 1.953871 9.603872 -0.723484</w:t>
        <w:br/>
        <w:t>v 1.850933 10.024353 -0.673266</w:t>
        <w:br/>
        <w:t>v 1.864150 9.715314 -0.661369</w:t>
        <w:br/>
        <w:t>v 1.876803 10.103561 -0.417412</w:t>
        <w:br/>
        <w:t>v 1.993600 9.762700 -0.325126</w:t>
        <w:br/>
        <w:t>v 1.916092 9.682413 -0.443043</w:t>
        <w:br/>
        <w:t>v 1.815557 10.554527 -0.382725</w:t>
        <w:br/>
        <w:t>v 1.998733 10.620980 -0.238801</w:t>
        <w:br/>
        <w:t>v 2.093785 10.214309 -0.250548</w:t>
        <w:br/>
        <w:t>v 1.692686 11.155252 -0.329539</w:t>
        <w:br/>
        <w:t>v 1.502041 11.846932 -0.235881</w:t>
        <w:br/>
        <w:t>v 1.608361 11.884961 -0.136189</w:t>
        <w:br/>
        <w:t>v 1.826173 11.234735 -0.208000</w:t>
        <w:br/>
        <w:t>v 1.736717 11.939053 -0.157707</w:t>
        <w:br/>
        <w:t>v 1.985404 11.299000 -0.239995</w:t>
        <w:br/>
        <w:t>v 2.187040 10.696012 -0.279410</w:t>
        <w:br/>
        <w:t>v 2.305459 10.304454 -0.289811</w:t>
        <w:br/>
        <w:t>v 1.985404 11.299000 -0.239995</w:t>
        <w:br/>
        <w:t>v 1.736717 11.939053 -0.157707</w:t>
        <w:br/>
        <w:t>v 1.708407 11.964520 -0.298148</w:t>
        <w:br/>
        <w:t>v 1.942920 11.328947 -0.439130</w:t>
        <w:br/>
        <w:t>v 2.187040 10.696012 -0.279410</w:t>
        <w:br/>
        <w:t>v 2.132723 10.726560 -0.537919</w:t>
        <w:br/>
        <w:t>v 1.448164 12.551842 -0.022258</w:t>
        <w:br/>
        <w:t>v 1.299070 12.480107 -0.063999</w:t>
        <w:br/>
        <w:t>v 1.031307 13.099935 0.132849</w:t>
        <w:br/>
        <w:t>v 2.040020 9.881322 -0.313078</w:t>
        <w:br/>
        <w:t>v 2.068090 9.570371 -0.810048</w:t>
        <w:br/>
        <w:t>v 2.361097 9.894175 -0.617076</w:t>
        <w:br/>
        <w:t>v 2.383068 9.936809 -0.487451</w:t>
        <w:br/>
        <w:t>v 2.251142 10.317008 -0.590753</w:t>
        <w:br/>
        <w:t>v 2.178539 10.755990 -0.747417</w:t>
        <w:br/>
        <w:t>v 2.252487 10.322968 -0.731835</w:t>
        <w:br/>
        <w:t>v 2.321507 10.328325 -0.844923</w:t>
        <w:br/>
        <w:t>v 2.398273 9.969268 -0.914534</w:t>
        <w:br/>
        <w:t>v 2.329807 10.062499 -0.810137</w:t>
        <w:br/>
        <w:t>v 2.348646 9.928081 -0.741092</w:t>
        <w:br/>
        <w:t>v 2.396864 10.055807 -0.398321</w:t>
        <w:br/>
        <w:t>v 2.305459 10.304454 -0.289811</w:t>
        <w:br/>
        <w:t>v 2.504406 9.983493 -0.987427</w:t>
        <w:br/>
        <w:t>v 2.498961 10.385513 -0.924884</w:t>
        <w:br/>
        <w:t>v 2.591774 10.062775 -1.016491</w:t>
        <w:br/>
        <w:t>v 2.533258 10.870270 -0.790806</w:t>
        <w:br/>
        <w:t>v 2.337115 10.804507 -0.795258</w:t>
        <w:br/>
        <w:t>v 2.271518 11.441315 -0.612987</w:t>
        <w:br/>
        <w:t>v 1.962037 12.054228 -0.396471</w:t>
        <w:br/>
        <w:t>v 1.977682 11.348980 -0.589657</w:t>
        <w:br/>
        <w:t>v 1.734466 11.977612 -0.394710</w:t>
        <w:br/>
        <w:t>v 1.612563 12.632192 -0.153858</w:t>
        <w:br/>
        <w:t>v 1.453006 12.577022 -0.165327</w:t>
        <w:br/>
        <w:t>v 1.134169 13.147058 0.090969</w:t>
        <w:br/>
        <w:t>v 1.734466 11.977612 -0.394710</w:t>
        <w:br/>
        <w:t>v 1.977682 11.348980 -0.589657</w:t>
        <w:br/>
        <w:t>v 1.435713 12.572467 -0.114154</w:t>
        <w:br/>
        <w:t>v 1.453006 12.577022 -0.165327</w:t>
        <w:br/>
        <w:t>v 1.125415 13.149800 0.107042</w:t>
        <w:br/>
        <w:t>v 1.448164 12.551842 -0.022258</w:t>
        <w:br/>
        <w:t>v 1.126007 13.135942 0.154140</w:t>
        <w:br/>
        <w:t>v 1.134169 13.147058 0.090969</w:t>
        <w:br/>
        <w:t>v 2.699240 10.104251 -1.006907</w:t>
        <w:br/>
        <w:t>v 2.600880 10.176630 -0.995966</w:t>
        <w:br/>
        <w:t>v 2.711553 10.464139 -0.906434</w:t>
        <w:br/>
        <w:t>v 2.870695 10.125241 -0.972826</w:t>
        <w:br/>
        <w:t>v 2.980978 10.315685 -0.804402</w:t>
        <w:br/>
        <w:t>v 2.904929 10.542526 -0.710720</w:t>
        <w:br/>
        <w:t>v 2.396864 10.055807 -0.398321</w:t>
        <w:br/>
        <w:t>v 2.423312 9.927338 -0.303068</w:t>
        <w:br/>
        <w:t>v 2.328448 9.837302 -0.237658</w:t>
        <w:br/>
        <w:t>v 3.208033 10.362609 -0.330610</w:t>
        <w:br/>
        <w:t>v 3.178491 10.421805 -0.379482</w:t>
        <w:br/>
        <w:t>v 3.070899 10.654570 -0.226866</w:t>
        <w:br/>
        <w:t>v 3.231337 10.310555 -0.214555</w:t>
        <w:br/>
        <w:t>v 2.829345 11.016244 -0.383933</w:t>
        <w:br/>
        <w:t>v 2.506521 11.576498 -0.266317</w:t>
        <w:br/>
        <w:t>v 2.160405 12.121663 -0.113539</w:t>
        <w:br/>
        <w:t>v 2.188627 12.200114 0.244035</w:t>
        <w:br/>
        <w:t>v 2.536968 11.656446 0.156540</w:t>
        <w:br/>
        <w:t>v 1.754979 12.676514 0.072682</w:t>
        <w:br/>
        <w:t>v 1.803512 12.711577 0.361726</w:t>
        <w:br/>
        <w:t>v 1.354659 13.208571 0.385119</w:t>
        <w:br/>
        <w:t>v 1.222456 13.169080 0.138910</w:t>
        <w:br/>
        <w:t>v 2.832464 11.129091 0.070542</w:t>
        <w:br/>
        <w:t>v 3.211605 10.274273 -0.490670</w:t>
        <w:br/>
        <w:t>v 3.017689 10.614955 -0.470661</w:t>
        <w:br/>
        <w:t>v 3.163915 10.219426 -0.630394</w:t>
        <w:br/>
        <w:t>v 3.058524 10.227877 -0.758171</w:t>
        <w:br/>
        <w:t>v 2.483857 11.138851 0.355247</w:t>
        <w:br/>
        <w:t>v 2.835054 10.735235 0.227948</w:t>
        <w:br/>
        <w:t>v 3.023210 10.687620 0.000843</w:t>
        <w:br/>
        <w:t>v 3.210938 10.313246 -0.058594</w:t>
        <w:br/>
        <w:t>v 2.908777 10.376694 0.248749</w:t>
        <w:br/>
        <w:t>v 3.033371 10.414008 0.165254</w:t>
        <w:br/>
        <w:t>v 2.632397 10.786019 0.316247</w:t>
        <w:br/>
        <w:t>v 2.762425 10.411241 0.289031</w:t>
        <w:br/>
        <w:t>v 2.162278 11.125232 0.254988</w:t>
        <w:br/>
        <w:t>v 2.412699 10.819019 0.276744</w:t>
        <w:br/>
        <w:t>v 2.483857 11.138851 0.355247</w:t>
        <w:br/>
        <w:t>v 2.248590 11.645279 0.412093</w:t>
        <w:br/>
        <w:t>v 2.248590 11.645279 0.412093</w:t>
        <w:br/>
        <w:t>v 2.009739 11.660624 0.332874</w:t>
        <w:br/>
        <w:t>v 2.519083 10.452605 0.221383</w:t>
        <w:br/>
        <w:t>v 2.238994 10.837921 0.222477</w:t>
        <w:br/>
        <w:t>v 2.385974 10.495742 0.189929</w:t>
        <w:br/>
        <w:t>v 2.638736 10.473571 0.267035</w:t>
        <w:br/>
        <w:t>v 2.675584 10.524770 0.293119</w:t>
        <w:br/>
        <w:t>v 2.253104 10.583902 0.247391</w:t>
        <w:br/>
        <w:t>v 2.144356 10.877476 0.346745</w:t>
        <w:br/>
        <w:t>v 2.227159 10.571642 0.352907</w:t>
        <w:br/>
        <w:t>v 2.197290 10.623293 0.459040</w:t>
        <w:br/>
        <w:t>v 2.170729 10.726759 0.502969</w:t>
        <w:br/>
        <w:t>v 2.123555 10.908754 0.484822</w:t>
        <w:br/>
        <w:t>v 2.172163 10.672693 0.561978</w:t>
        <w:br/>
        <w:t>v 2.103282 10.949047 0.650843</w:t>
        <w:br/>
        <w:t>v 2.201466 10.709441 0.772457</w:t>
        <w:br/>
        <w:t>v 2.188248 10.994550 0.796919</w:t>
        <w:br/>
        <w:t>v 2.362935 10.714433 0.637034</w:t>
        <w:br/>
        <w:t>v 2.318867 10.738051 0.729257</w:t>
        <w:br/>
        <w:t>v 2.188248 10.994550 0.796919</w:t>
        <w:br/>
        <w:t>v 2.272108 10.996181 0.655635</w:t>
        <w:br/>
        <w:t>v 2.251445 10.778484 0.808992</w:t>
        <w:br/>
        <w:t>v 2.148884 11.348110 0.679128</w:t>
        <w:br/>
        <w:t>v 2.067728 11.341657 0.796542</w:t>
        <w:br/>
        <w:t>v 2.359224 11.006418 0.551251</w:t>
        <w:br/>
        <w:t>v 2.226695 11.357290 0.599821</w:t>
        <w:br/>
        <w:t>v 2.405707 10.737824 0.563676</w:t>
        <w:br/>
        <w:t>v 2.251445 10.778484 0.808992</w:t>
        <w:br/>
        <w:t>v 2.016668 11.265144 0.645801</w:t>
        <w:br/>
        <w:t>v 2.067728 11.341657 0.796542</w:t>
        <w:br/>
        <w:t>v 2.044764 11.201935 0.484659</w:t>
        <w:br/>
        <w:t>v 2.276786 10.636573 0.191224</w:t>
        <w:br/>
        <w:t>v 2.276786 10.636573 0.191224</w:t>
        <w:br/>
        <w:t>v 2.238994 10.837921 0.222477</w:t>
        <w:br/>
        <w:t>v 2.433073 10.780926 0.526211</w:t>
        <w:br/>
        <w:t>v 2.484813 10.736668 0.532637</w:t>
        <w:br/>
        <w:t>v 2.433073 10.780926 0.526211</w:t>
        <w:br/>
        <w:t>v 2.359224 11.006418 0.551251</w:t>
        <w:br/>
        <w:t>v 2.451347 11.038540 0.633564</w:t>
        <w:br/>
        <w:t>v 2.568471 10.719852 0.599393</w:t>
        <w:br/>
        <w:t>v 2.511928 11.064825 0.779576</w:t>
        <w:br/>
        <w:t>v 2.600164 10.868181 0.770848</w:t>
        <w:br/>
        <w:t>v 2.611105 10.773592 0.708330</w:t>
        <w:br/>
        <w:t>v 2.648634 10.791327 0.824788</w:t>
        <w:br/>
        <w:t>v 2.508004 11.110640 1.170690</w:t>
        <w:br/>
        <w:t>v 2.653048 10.811548 1.103041</w:t>
        <w:br/>
        <w:t>v 2.676943 10.758401 0.961355</w:t>
        <w:br/>
        <w:t>v 2.540640 11.083428 0.967983</w:t>
        <w:br/>
        <w:t>v 2.593927 10.920310 1.165785</w:t>
        <w:br/>
        <w:t>v 2.465886 10.883776 1.506280</w:t>
        <w:br/>
        <w:t>v 2.310907 11.170933 1.525534</w:t>
        <w:br/>
        <w:t>v 2.401746 10.989708 1.541167</w:t>
        <w:br/>
        <w:t>v 2.380492 10.938345 1.592932</w:t>
        <w:br/>
        <w:t>v 2.599838 10.843960 1.234465</w:t>
        <w:br/>
        <w:t>v 2.431175 11.135353 1.345389</w:t>
        <w:br/>
        <w:t>v 2.553682 10.821623 1.383257</w:t>
        <w:br/>
        <w:t>v 2.282698 11.481848 1.311119</w:t>
        <w:br/>
        <w:t>v 2.077162 11.906504 1.273416</w:t>
        <w:br/>
        <w:t>v 1.865866 11.924402 1.523033</w:t>
        <w:br/>
        <w:t>v 2.047897 11.523215 1.587387</w:t>
        <w:br/>
        <w:t>v 2.384340 11.437806 0.969405</w:t>
        <w:br/>
        <w:t>v 2.167574 11.878095 0.971959</w:t>
        <w:br/>
        <w:t>v 1.790671 11.544154 1.678415</w:t>
        <w:br/>
        <w:t>v 2.030918 11.221557 1.705441</w:t>
        <w:br/>
        <w:t>v 1.629832 11.944789 1.609760</w:t>
        <w:br/>
        <w:t>v 1.637855 12.378551 1.446002</w:t>
        <w:br/>
        <w:t>v 1.437701 12.387421 1.525837</w:t>
        <w:br/>
        <w:t>v 1.629832 11.944789 1.609760</w:t>
        <w:br/>
        <w:t>v 1.437701 12.387421 1.525837</w:t>
        <w:br/>
        <w:t>v 1.336473 12.392046 1.452152</w:t>
        <w:br/>
        <w:t>v 1.530101 11.959579 1.502647</w:t>
        <w:br/>
        <w:t>v 1.228266 12.821684 1.437086</w:t>
        <w:br/>
        <w:t>v 1.391483 12.821910 1.363351</w:t>
        <w:br/>
        <w:t>v 1.066345 13.252590 1.312367</w:t>
        <w:br/>
        <w:t>v 1.823118 12.373595 1.229952</w:t>
        <w:br/>
        <w:t>v 1.542387 12.824338 1.186325</w:t>
        <w:br/>
        <w:t>v 1.901545 12.356040 0.978034</w:t>
        <w:br/>
        <w:t>v 1.607697 12.815520 0.990045</w:t>
        <w:br/>
        <w:t>v 1.239220 13.260924 1.132549</w:t>
        <w:br/>
        <w:t>v 0.970828 13.618083 1.094820</w:t>
        <w:br/>
        <w:t>v 0.846258 13.621579 1.239838</w:t>
        <w:br/>
        <w:t>v 0.891369 13.248289 1.364081</w:t>
        <w:br/>
        <w:t>v 1.077664 12.820827 1.411971</w:t>
        <w:br/>
        <w:t>v 0.795550 13.749307 1.216736</w:t>
        <w:br/>
        <w:t>v 0.623190 13.757380 1.375312</w:t>
        <w:br/>
        <w:t>v 0.638106 13.622196 1.396415</w:t>
        <w:br/>
        <w:t>v 1.742264 11.559636 1.628185</w:t>
        <w:br/>
        <w:t>v 1.706887 11.567081 1.549934</w:t>
        <w:br/>
        <w:t>v 1.370920 11.971565 1.514619</w:t>
        <w:br/>
        <w:t>v 1.545758 11.570251 1.552953</w:t>
        <w:br/>
        <w:t>v 1.706887 11.567081 1.549934</w:t>
        <w:br/>
        <w:t>v 1.530101 11.959579 1.502647</w:t>
        <w:br/>
        <w:t>v 1.658366 11.313364 1.570660</w:t>
        <w:br/>
        <w:t>v 1.807108 11.337599 1.575942</w:t>
        <w:br/>
        <w:t>v 1.807108 11.337599 1.575942</w:t>
        <w:br/>
        <w:t>v 1.845592 11.272943 1.675233</w:t>
        <w:br/>
        <w:t>v 1.193869 12.398638 1.469054</w:t>
        <w:br/>
        <w:t>v 1.908059 11.247313 1.721099</w:t>
        <w:br/>
        <w:t>v 1.937450 10.983899 1.698448</w:t>
        <w:br/>
        <w:t>v 2.016467 10.970717 1.758048</w:t>
        <w:br/>
        <w:t>v 2.073175 11.034040 1.738705</w:t>
        <w:br/>
        <w:t>v 2.170340 10.938647 1.738881</w:t>
        <w:br/>
        <w:t>v 1.888590 11.148587 1.590870</w:t>
        <w:br/>
        <w:t>v 2.304970 10.908325 1.681180</w:t>
        <w:br/>
        <w:t>v 2.190362 11.193985 1.632887</w:t>
        <w:br/>
        <w:t>v 1.492043 11.319554 1.687596</w:t>
        <w:br/>
        <w:t>v 1.381422 11.571536 1.662167</w:t>
        <w:br/>
        <w:t>v 1.712432 11.049498 1.596089</w:t>
        <w:br/>
        <w:t>v 1.821093 11.079844 1.565239</w:t>
        <w:br/>
        <w:t>v 1.213828 11.976684 1.605207</w:t>
        <w:br/>
        <w:t>v 1.207049 11.966194 1.813071</w:t>
        <w:br/>
        <w:t>v 1.339190 11.568655 1.890517</w:t>
        <w:br/>
        <w:t>v 1.051454 12.398964 1.547708</w:t>
        <w:br/>
        <w:t>v 0.900487 12.819295 1.492008</w:t>
        <w:br/>
        <w:t>v 0.756449 13.245836 1.438672</w:t>
        <w:br/>
        <w:t>v 0.662391 13.746238 1.363302</w:t>
        <w:br/>
        <w:t>v 0.689942 13.639201 1.412689</w:t>
        <w:br/>
        <w:t>v 0.623190 13.757380 1.375312</w:t>
        <w:br/>
        <w:t>v 0.638106 13.622196 1.396415</w:t>
        <w:br/>
        <w:t>v 0.689942 13.639201 1.412689</w:t>
        <w:br/>
        <w:t>v 0.806139 13.272536 1.515174</w:t>
        <w:br/>
        <w:t>v 0.756449 13.245836 1.438672</w:t>
        <w:br/>
        <w:t>v 0.932670 12.838362 1.622752</w:t>
        <w:br/>
        <w:t>v 0.900487 12.819295 1.492008</w:t>
        <w:br/>
        <w:t>v 1.066948 12.402975 1.722093</w:t>
        <w:br/>
        <w:t>v 1.051454 12.398964 1.547708</w:t>
        <w:br/>
        <w:t>v 1.421590 11.327892 1.937943</w:t>
        <w:br/>
        <w:t>v 1.625039 11.081594 1.663901</w:t>
        <w:br/>
        <w:t>v 1.562635 11.126793 1.711894</w:t>
        <w:br/>
        <w:t>v 1.552347 11.080537 1.777303</w:t>
        <w:br/>
        <w:t>v 1.523182 11.070477 1.863616</w:t>
        <w:br/>
        <w:t>v 1.492546 11.116054 1.939087</w:t>
        <w:br/>
        <w:t>v 1.467004 11.194883 1.966290</w:t>
        <w:br/>
        <w:t>v 2.201928 9.586706 -1.036612</w:t>
        <w:br/>
        <w:t>v 2.251328 9.517398 -1.173859</w:t>
        <w:br/>
        <w:t>v 2.169720 9.675320 -0.985489</w:t>
        <w:br/>
        <w:t>v 2.146265 9.599549 -0.924581</w:t>
        <w:br/>
        <w:t>v 0.816339 13.598189 0.317206</w:t>
        <w:br/>
        <w:t>v 2.147360 9.811661 -0.260383</w:t>
        <w:br/>
        <w:t>v 0.873109 13.743132 0.573778</w:t>
        <w:br/>
        <w:t>v 0.960440 13.606932 0.539495</w:t>
        <w:br/>
        <w:t>v 0.816339 13.598189 0.317206</w:t>
        <w:br/>
        <w:t>v 1.982273 12.195587 0.484673</w:t>
        <w:br/>
        <w:t>v 1.673874 12.720330 0.565691</w:t>
        <w:br/>
        <w:t>v 1.322010 13.213688 0.655890</w:t>
        <w:br/>
        <w:t>v 0.998634 13.609245 0.758614</w:t>
        <w:br/>
        <w:t>v 0.948178 13.745634 0.904740</w:t>
        <w:br/>
        <w:t>v 1.267819 13.212783 0.639968</w:t>
        <w:br/>
        <w:t>v 1.322010 13.213688 0.655890</w:t>
        <w:br/>
        <w:t>v 0.998634 13.609245 0.758614</w:t>
        <w:br/>
        <w:t>v 1.673874 12.720330 0.565691</w:t>
        <w:br/>
        <w:t>v 1.568949 12.720304 0.529659</w:t>
        <w:br/>
        <w:t>v 1.982273 12.195587 0.484673</w:t>
        <w:br/>
        <w:t>v 1.819207 12.201573 0.426494</w:t>
        <w:br/>
        <w:t>v 2.009739 11.660624 0.332874</w:t>
        <w:br/>
        <w:t>v 1.819207 12.201573 0.426494</w:t>
        <w:br/>
        <w:t>v 1.739925 12.209130 0.582593</w:t>
        <w:br/>
        <w:t>v 1.910297 11.682180 0.525231</w:t>
        <w:br/>
        <w:t>v 2.162278 11.125232 0.254988</w:t>
        <w:br/>
        <w:t>v 1.714772 12.283534 0.822878</w:t>
        <w:br/>
        <w:t>v 1.906713 11.800435 0.805924</w:t>
        <w:br/>
        <w:t>v 1.568949 12.720304 0.529659</w:t>
        <w:br/>
        <w:t>v 1.267819 13.212783 0.639968</w:t>
        <w:br/>
        <w:t>v 1.250941 13.224188 0.831696</w:t>
        <w:br/>
        <w:t>v 1.492157 12.757493 0.844309</w:t>
        <w:br/>
        <w:t>v 1.906713 11.800435 0.805924</w:t>
        <w:br/>
        <w:t>v 1.969495 11.828427 0.719285</w:t>
        <w:br/>
        <w:t>v 1.714772 12.283534 0.822878</w:t>
        <w:br/>
        <w:t>v 2.341115 11.403585 0.761202</w:t>
        <w:br/>
        <w:t>v 2.226695 11.357290 0.599821</w:t>
        <w:br/>
        <w:t>v 2.027950 11.820534 0.661195</w:t>
        <w:br/>
        <w:t>v 1.796985 12.302486 0.721474</w:t>
        <w:br/>
        <w:t>v 2.027950 11.820534 0.661195</w:t>
        <w:br/>
        <w:t>v 1.796985 12.302486 0.721474</w:t>
        <w:br/>
        <w:t>v 1.492157 12.757493 0.844309</w:t>
        <w:br/>
        <w:t>v 1.543935 12.773366 0.785288</w:t>
        <w:br/>
        <w:t>v 1.250941 13.224188 0.831696</w:t>
        <w:br/>
        <w:t>v 1.005401 13.614954 0.896225</w:t>
        <w:br/>
        <w:t>v 0.906600 13.747735 1.088808</w:t>
        <w:br/>
        <w:t>v 1.543935 12.773366 0.785288</w:t>
        <w:br/>
        <w:t>v 1.126007 13.135942 0.154140</w:t>
        <w:br/>
        <w:t>v 2.114660 9.438911 -1.573764</w:t>
        <w:br/>
        <w:t>v 2.256749 9.532327 -1.328788</w:t>
        <w:br/>
        <w:t>v 1.849147 9.681170 -0.578264</w:t>
        <w:br/>
        <w:t>v 3.134989 10.378756 0.066730</w:t>
        <w:br/>
        <w:t>v 0.594591 13.583225 0.149160</w:t>
        <w:br/>
        <w:t>v 1.312034 10.923259 -1.168210</w:t>
        <w:br/>
        <w:t>v 0.750917 13.589312 0.261178</w:t>
        <w:br/>
        <w:t>v 1.254235 12.462274 -0.468620</w:t>
        <w:br/>
        <w:t>v 1.320299 12.483767 -0.312509</w:t>
        <w:br/>
        <w:t>v 1.424441 10.267485 -0.930981</w:t>
        <w:br/>
        <w:t>v 1.367206 10.289015 -1.329692</w:t>
        <w:br/>
        <w:t>v 1.312034 10.923259 -1.168210</w:t>
        <w:br/>
        <w:t>v 1.478896 9.364359 -1.590554</w:t>
        <w:br/>
        <w:t>v 3.070359 10.470011 0.125273</w:t>
        <w:br/>
        <w:t>v 2.980701 10.210168 -0.865310</w:t>
        <w:br/>
        <w:t>v 2.176992 10.661750 0.677379</w:t>
        <w:br/>
        <w:t>v 1.790671 11.544154 1.678415</w:t>
        <w:br/>
        <w:t>v 1.888590 11.148587 1.590870</w:t>
        <w:br/>
        <w:t>v 0.348527 9.098483 -2.665214</w:t>
        <w:br/>
        <w:t>v 0.240219 9.137259 -2.671326</w:t>
        <w:br/>
        <w:t>v 0.840114 9.161982 -2.453035</w:t>
        <w:br/>
        <w:t>v 1.149972 9.184932 -2.159852</w:t>
        <w:br/>
        <w:t>v 0.192441 9.226236 -2.673150</w:t>
        <w:br/>
        <w:t>v 0.106682 9.149345 -2.706817</w:t>
        <w:br/>
        <w:t>v 0.112103 9.129575 -2.687198</w:t>
        <w:br/>
        <w:t>v 0.188894 9.200619 -2.658121</w:t>
        <w:br/>
        <w:t>v 0.965049 9.218550 -2.378909</w:t>
        <w:br/>
        <w:t>v 0.899450 9.285809 -2.398327</w:t>
        <w:br/>
        <w:t>v 0.891992 9.259914 -2.385047</w:t>
        <w:br/>
        <w:t>v 0.945907 9.200779 -2.367892</w:t>
        <w:br/>
        <w:t>v 0.729718 9.134981 -2.547095</w:t>
        <w:br/>
        <w:t>v 0.612594 9.155432 -2.587856</w:t>
        <w:br/>
        <w:t>v 0.597540 9.136302 -2.573417</w:t>
        <w:br/>
        <w:t>v 0.722927 9.114142 -2.529010</w:t>
        <w:br/>
        <w:t>v 0.544895 9.236788 -2.592257</w:t>
        <w:br/>
        <w:t>v 0.538443 9.210502 -2.579278</w:t>
        <w:br/>
        <w:t>v 0.484289 9.152841 -2.645380</w:t>
        <w:br/>
        <w:t>v 0.486553 9.133020 -2.624856</w:t>
        <w:br/>
        <w:t>v 0.538443 9.210502 -2.579278</w:t>
        <w:br/>
        <w:t>v 1.141320 9.309953 -1.271075</w:t>
        <w:br/>
        <w:t>v 1.222010 9.263107 -1.407089</w:t>
        <w:br/>
        <w:t>v 1.198630 9.251548 -1.418357</w:t>
        <w:br/>
        <w:t>v 1.115601 9.301816 -1.280582</w:t>
        <w:br/>
        <w:t>v 1.106131 9.413833 -1.210494</w:t>
        <w:br/>
        <w:t>v 1.074086 9.402452 -1.219058</w:t>
        <w:br/>
        <w:t>v 1.106131 9.413833 -1.210494</w:t>
        <w:br/>
        <w:t>v 1.074086 9.402452 -1.219058</w:t>
        <w:br/>
        <w:t>v 1.088813 9.321572 -1.152617</w:t>
        <w:br/>
        <w:t>v 1.319414 9.225088 -1.862230</w:t>
        <w:br/>
        <w:t>v 1.260067 9.245374 -1.984561</w:t>
        <w:br/>
        <w:t>v 1.238158 9.228017 -1.978713</w:t>
        <w:br/>
        <w:t>v 1.297280 9.208285 -1.856068</w:t>
        <w:br/>
        <w:t>v 1.301820 9.256239 -1.721047</w:t>
        <w:br/>
        <w:t>v 1.278365 9.288046 -1.536966</w:t>
        <w:br/>
        <w:t>v 1.255941 9.276700 -1.550498</w:t>
        <w:br/>
        <w:t>v 1.299594 9.371716 -1.627604</w:t>
        <w:br/>
        <w:t>v 1.275208 9.353995 -1.633288</w:t>
        <w:br/>
        <w:t>v 1.299594 9.371716 -1.627604</w:t>
        <w:br/>
        <w:t>v 1.275208 9.353995 -1.633288</w:t>
        <w:br/>
        <w:t>v 1.190884 9.321111 -2.054411</w:t>
        <w:br/>
        <w:t>v 1.174534 9.297717 -2.042639</w:t>
        <w:br/>
        <w:t>v 1.056819 9.168883 -2.315901</w:t>
        <w:br/>
        <w:t>v 1.041010 9.148925 -2.302746</w:t>
        <w:br/>
        <w:t>v 1.535276 9.382166 -1.118170</w:t>
        <w:br/>
        <w:t>v 1.518864 9.345781 -0.995676</w:t>
        <w:br/>
        <w:t>v 1.560480 9.373701 -1.124873</w:t>
        <w:br/>
        <w:t>v 1.405588 9.375701 -0.949105</w:t>
        <w:br/>
        <w:t>v 1.406607 9.364546 -0.923789</w:t>
        <w:br/>
        <w:t>v 1.324294 9.466617 -0.938516</w:t>
        <w:br/>
        <w:t>v 1.261978 9.327534 -0.933988</w:t>
        <w:br/>
        <w:t>v 1.324382 9.446456 -0.907074</w:t>
        <w:br/>
        <w:t>v 1.324294 9.466617 -0.938516</w:t>
        <w:br/>
        <w:t>v 1.324382 9.446456 -0.907074</w:t>
        <w:br/>
        <w:t>v 1.441746 9.411607 -1.318538</w:t>
        <w:br/>
        <w:t>v 1.507583 9.505139 -1.197967</w:t>
        <w:br/>
        <w:t>v 1.534044 9.490738 -1.208821</w:t>
        <w:br/>
        <w:t>v 1.467565 9.401295 -1.323128</w:t>
        <w:br/>
        <w:t>v 1.390081 9.370584 -1.453256</w:t>
        <w:br/>
        <w:t>v 1.414140 9.358122 -1.451446</w:t>
        <w:br/>
        <w:t>v 1.612546 9.404388 -1.742326</w:t>
        <w:br/>
        <w:t>v 1.560731 9.459512 -1.652769</w:t>
        <w:br/>
        <w:t>v 1.614106 9.385462 -1.720783</w:t>
        <w:br/>
        <w:t>v 1.507583 9.505139 -1.197967</w:t>
        <w:br/>
        <w:t>v 1.534044 9.490738 -1.208821</w:t>
        <w:br/>
        <w:t>v 1.159052 9.283692 -1.033782</w:t>
        <w:br/>
        <w:t>v 1.918204 9.540855 -1.644418</w:t>
        <w:br/>
        <w:t>v 1.880323 9.450922 -1.726492</w:t>
        <w:br/>
        <w:t>v 1.883442 9.432106 -1.705200</w:t>
        <w:br/>
        <w:t>v 1.912406 9.512773 -1.627390</w:t>
        <w:br/>
        <w:t>v 1.755880 9.388667 -1.740653</w:t>
        <w:br/>
        <w:t>v 1.757967 9.369866 -1.719664</w:t>
        <w:br/>
        <w:t>v 2.191967 9.508334 -1.489615</w:t>
        <w:br/>
        <w:t>v 2.183705 9.490436 -1.469317</w:t>
        <w:br/>
        <w:t>v 2.205525 9.604716 -1.398058</w:t>
        <w:br/>
        <w:t>v 2.011848 9.467710 -1.635426</w:t>
        <w:br/>
        <w:t>v 1.918204 9.540855 -1.644418</w:t>
        <w:br/>
        <w:t>v 1.912406 9.512773 -1.627390</w:t>
        <w:br/>
        <w:t>v 1.999825 9.448293 -1.618360</w:t>
        <w:br/>
        <w:t>v 1.889505 9.728721 -0.649836</w:t>
        <w:br/>
        <w:t>v 1.974169 9.617066 -0.708694</w:t>
        <w:br/>
        <w:t>v 1.953871 9.603872 -0.723484</w:t>
        <w:br/>
        <w:t>v 1.864150 9.715314 -0.661369</w:t>
        <w:br/>
        <w:t>v 2.000958 9.771667 -0.349324</w:t>
        <w:br/>
        <w:t>v 1.916092 9.682413 -0.443043</w:t>
        <w:br/>
        <w:t>v 1.993600 9.762700 -0.325126</w:t>
        <w:br/>
        <w:t>v 2.085496 9.585576 -0.793497</w:t>
        <w:br/>
        <w:t>v 2.068090 9.570371 -0.810048</w:t>
        <w:br/>
        <w:t>v 2.333479 9.900350 -0.613768</w:t>
        <w:br/>
        <w:t>v 2.355286 9.938067 -0.482156</w:t>
        <w:br/>
        <w:t>v 2.383068 9.936809 -0.487451</w:t>
        <w:br/>
        <w:t>v 2.361097 9.894175 -0.617076</w:t>
        <w:br/>
        <w:t>v 2.382452 9.982474 -0.934467</w:t>
        <w:br/>
        <w:t>v 2.329807 10.062499 -0.810137</w:t>
        <w:br/>
        <w:t>v 2.398273 9.969268 -0.914534</w:t>
        <w:br/>
        <w:t>v 2.320513 9.932269 -0.735760</w:t>
        <w:br/>
        <w:t>v 2.348646 9.928081 -0.741092</w:t>
        <w:br/>
        <w:t>v 2.363763 10.059353 -0.386499</w:t>
        <w:br/>
        <w:t>v 2.396864 10.055807 -0.398321</w:t>
        <w:br/>
        <w:t>v 2.329807 10.062499 -0.810137</w:t>
        <w:br/>
        <w:t>v 2.488748 9.998460 -1.005939</w:t>
        <w:br/>
        <w:t>v 2.504406 9.983493 -0.987427</w:t>
        <w:br/>
        <w:t>v 2.572922 10.073704 -1.035582</w:t>
        <w:br/>
        <w:t>v 2.591774 10.062775 -1.016491</w:t>
        <w:br/>
        <w:t>v 2.704094 10.124500 -1.026464</w:t>
        <w:br/>
        <w:t>v 2.600880 10.176630 -0.995966</w:t>
        <w:br/>
        <w:t>v 2.699240 10.104251 -1.006907</w:t>
        <w:br/>
        <w:t>v 2.872179 10.145151 -0.993124</w:t>
        <w:br/>
        <w:t>v 2.870695 10.125241 -0.972826</w:t>
        <w:br/>
        <w:t>v 2.363763 10.059353 -0.386499</w:t>
        <w:br/>
        <w:t>v 2.423312 9.927338 -0.303068</w:t>
        <w:br/>
        <w:t>v 2.396864 10.055807 -0.398321</w:t>
        <w:br/>
        <w:t>v 2.328448 9.837302 -0.237658</w:t>
        <w:br/>
        <w:t>v 3.226621 10.382818 -0.323492</w:t>
        <w:br/>
        <w:t>v 3.178491 10.421805 -0.379482</w:t>
        <w:br/>
        <w:t>v 3.208033 10.362609 -0.330610</w:t>
        <w:br/>
        <w:t>v 3.248617 10.332789 -0.210580</w:t>
        <w:br/>
        <w:t>v 3.231337 10.310555 -0.214555</w:t>
        <w:br/>
        <w:t>v 3.187722 10.448745 -0.383909</w:t>
        <w:br/>
        <w:t>v 3.223137 10.294986 -0.506768</w:t>
        <w:br/>
        <w:t>v 3.211605 10.274273 -0.490670</w:t>
        <w:br/>
        <w:t>v 3.178491 10.421805 -0.379482</w:t>
        <w:br/>
        <w:t>v 3.176139 10.242642 -0.641386</w:t>
        <w:br/>
        <w:t>v 3.163915 10.219426 -0.630394</w:t>
        <w:br/>
        <w:t>v 3.075364 10.250150 -0.763365</w:t>
        <w:br/>
        <w:t>v 3.058524 10.227877 -0.758171</w:t>
        <w:br/>
        <w:t>v 2.919027 10.392791 0.269839</w:t>
        <w:br/>
        <w:t>v 3.041295 10.430130 0.187414</w:t>
        <w:br/>
        <w:t>v 3.033371 10.414008 0.165254</w:t>
        <w:br/>
        <w:t>v 2.908777 10.376694 0.248749</w:t>
        <w:br/>
        <w:t>v 2.762425 10.411241 0.289031</w:t>
        <w:br/>
        <w:t>v 2.385446 10.500698 0.217949</w:t>
        <w:br/>
        <w:t>v 2.511122 10.459510 0.247655</w:t>
        <w:br/>
        <w:t>v 2.519083 10.452605 0.221383</w:t>
        <w:br/>
        <w:t>v 2.385974 10.495742 0.189929</w:t>
        <w:br/>
        <w:t>v 2.624222 10.479392 0.290968</w:t>
        <w:br/>
        <w:t>v 2.638736 10.473571 0.267035</w:t>
        <w:br/>
        <w:t>v 2.675584 10.524770 0.293119</w:t>
        <w:br/>
        <w:t>v 2.247923 10.590506 0.354932</w:t>
        <w:br/>
        <w:t>v 2.270900 10.600152 0.261024</w:t>
        <w:br/>
        <w:t>v 2.253104 10.583902 0.247391</w:t>
        <w:br/>
        <w:t>v 2.227159 10.571642 0.352907</w:t>
        <w:br/>
        <w:t>v 2.219928 10.638496 0.451594</w:t>
        <w:br/>
        <w:t>v 2.197290 10.623293 0.459040</w:t>
        <w:br/>
        <w:t>v 2.188336 10.753005 0.500743</w:t>
        <w:br/>
        <w:t>v 2.170729 10.726759 0.502969</w:t>
        <w:br/>
        <w:t>v 2.192562 10.690438 0.569222</w:t>
        <w:br/>
        <w:t>v 2.188336 10.753005 0.500743</w:t>
        <w:br/>
        <w:t>v 2.170729 10.726759 0.502969</w:t>
        <w:br/>
        <w:t>v 2.172163 10.672693 0.561978</w:t>
        <w:br/>
        <w:t>v 2.339290 10.721398 0.622948</w:t>
        <w:br/>
        <w:t>v 2.296192 10.742881 0.713348</w:t>
        <w:br/>
        <w:t>v 2.318867 10.738051 0.729257</w:t>
        <w:br/>
        <w:t>v 2.362935 10.714433 0.637034</w:t>
        <w:br/>
        <w:t>v 2.251445 10.778484 0.808992</w:t>
        <w:br/>
        <w:t>v 2.382981 10.745219 0.548509</w:t>
        <w:br/>
        <w:t>v 2.405707 10.737824 0.563676</w:t>
        <w:br/>
        <w:t>v 2.201466 10.709441 0.772457</w:t>
        <w:br/>
        <w:t>v 2.251445 10.778484 0.808992</w:t>
        <w:br/>
        <w:t>v 2.276786 10.636573 0.191224</w:t>
        <w:br/>
        <w:t>v 2.276786 10.636573 0.191224</w:t>
        <w:br/>
        <w:t>v 2.433073 10.780926 0.526211</w:t>
        <w:br/>
        <w:t>v 2.496685 10.754865 0.514489</w:t>
        <w:br/>
        <w:t>v 2.484813 10.736668 0.532637</w:t>
        <w:br/>
        <w:t>v 2.581715 10.741095 0.585093</w:t>
        <w:br/>
        <w:t>v 2.568471 10.719852 0.599393</w:t>
        <w:br/>
        <w:t>v 2.611395 10.896704 0.764157</w:t>
        <w:br/>
        <w:t>v 2.624563 10.792043 0.691176</w:t>
        <w:br/>
        <w:t>v 2.611105 10.773592 0.708330</w:t>
        <w:br/>
        <w:t>v 2.600164 10.868181 0.770848</w:t>
        <w:br/>
        <w:t>v 2.668354 10.811965 0.827504</w:t>
        <w:br/>
        <w:t>v 2.600164 10.868181 0.770848</w:t>
        <w:br/>
        <w:t>v 2.648634 10.791327 0.824788</w:t>
        <w:br/>
        <w:t>v 2.672982 10.831282 1.097244</w:t>
        <w:br/>
        <w:t>v 2.694726 10.780913 0.959632</w:t>
        <w:br/>
        <w:t>v 2.676943 10.758401 0.961355</w:t>
        <w:br/>
        <w:t>v 2.653048 10.811548 1.103041</w:t>
        <w:br/>
        <w:t>v 2.593927 10.920310 1.165785</w:t>
        <w:br/>
        <w:t>v 2.486725 10.902879 1.505613</w:t>
        <w:br/>
        <w:t>v 2.465886 10.883776 1.506280</w:t>
        <w:br/>
        <w:t>v 2.401746 10.989708 1.541167</w:t>
        <w:br/>
        <w:t>v 2.390251 10.958531 1.610438</w:t>
        <w:br/>
        <w:t>v 2.413757 11.015640 1.544274</w:t>
        <w:br/>
        <w:t>v 2.401746 10.989708 1.541167</w:t>
        <w:br/>
        <w:t>v 2.380492 10.938345 1.592932</w:t>
        <w:br/>
        <w:t>v 2.571151 10.843430 1.389306</w:t>
        <w:br/>
        <w:t>v 2.615256 10.864294 1.247369</w:t>
        <w:br/>
        <w:t>v 2.599838 10.843960 1.234465</w:t>
        <w:br/>
        <w:t>v 2.553682 10.821623 1.383257</w:t>
        <w:br/>
        <w:t>v 2.607258 10.948318 1.168577</w:t>
        <w:br/>
        <w:t>v 2.593927 10.920310 1.165785</w:t>
        <w:br/>
        <w:t>v 2.005073 10.983974 1.780861</w:t>
        <w:br/>
        <w:t>v 2.016467 10.970717 1.758048</w:t>
        <w:br/>
        <w:t>v 1.937450 10.983899 1.698448</w:t>
        <w:br/>
        <w:t>v 2.005073 10.983974 1.780861</w:t>
        <w:br/>
        <w:t>v 2.073175 11.034040 1.738705</w:t>
        <w:br/>
        <w:t>v 2.016467 10.970717 1.758048</w:t>
        <w:br/>
        <w:t>v 2.183369 10.956895 1.756639</w:t>
        <w:br/>
        <w:t>v 2.170340 10.938647 1.738881</w:t>
        <w:br/>
        <w:t>v 2.073175 11.034040 1.738705</w:t>
        <w:br/>
        <w:t>v 1.888590 11.148587 1.590870</w:t>
        <w:br/>
        <w:t>v 2.315799 10.929528 1.697002</w:t>
        <w:br/>
        <w:t>v 2.304970 10.908325 1.681180</w:t>
        <w:br/>
        <w:t>v 1.722582 11.066401 1.614589</w:t>
        <w:br/>
        <w:t>v 1.813182 11.091755 1.587260</w:t>
        <w:br/>
        <w:t>v 1.821093 11.079844 1.565239</w:t>
        <w:br/>
        <w:t>v 1.712432 11.049498 1.596089</w:t>
        <w:br/>
        <w:t>v 1.231850 11.972746 1.801664</w:t>
        <w:br/>
        <w:t>v 1.364846 11.576540 1.882229</w:t>
        <w:br/>
        <w:t>v 1.339190 11.568655 1.890517</w:t>
        <w:br/>
        <w:t>v 1.207049 11.966194 1.813071</w:t>
        <w:br/>
        <w:t>v 0.689942 13.639201 1.412689</w:t>
        <w:br/>
        <w:t>v 0.662391 13.746238 1.363302</w:t>
        <w:br/>
        <w:t>v 0.681195 13.631540 1.388467</w:t>
        <w:br/>
        <w:t>v 0.806139 13.272536 1.515174</w:t>
        <w:br/>
        <w:t>v 0.815709 13.269820 1.489669</w:t>
        <w:br/>
        <w:t>v 0.932670 12.838362 1.622752</w:t>
        <w:br/>
        <w:t>v 1.066948 12.402975 1.722093</w:t>
        <w:br/>
        <w:t>v 1.446869 11.334959 1.928133</w:t>
        <w:br/>
        <w:t>v 1.421590 11.327892 1.937943</w:t>
        <w:br/>
        <w:t>v 1.578116 11.151506 1.722885</w:t>
        <w:br/>
        <w:t>v 1.625039 11.081594 1.663901</w:t>
        <w:br/>
        <w:t>v 1.562635 11.126793 1.711894</w:t>
        <w:br/>
        <w:t>v 1.567766 11.100635 1.789742</w:t>
        <w:br/>
        <w:t>v 1.578116 11.151506 1.722885</w:t>
        <w:br/>
        <w:t>v 1.562635 11.126793 1.711894</w:t>
        <w:br/>
        <w:t>v 1.552347 11.080537 1.777303</w:t>
        <w:br/>
        <w:t>v 1.514480 11.131536 1.930812</w:t>
        <w:br/>
        <w:t>v 1.542299 11.090863 1.866383</w:t>
        <w:br/>
        <w:t>v 1.523182 11.070477 1.863616</w:t>
        <w:br/>
        <w:t>v 1.492546 11.116054 1.939087</w:t>
        <w:br/>
        <w:t>v 1.490622 11.203473 1.953324</w:t>
        <w:br/>
        <w:t>v 1.467004 11.194883 1.966290</w:t>
        <w:br/>
        <w:t>v 2.226578 9.600818 -1.037719</w:t>
        <w:br/>
        <w:t>v 2.272759 9.536187 -1.172488</w:t>
        <w:br/>
        <w:t>v 2.251328 9.517398 -1.173859</w:t>
        <w:br/>
        <w:t>v 2.201928 9.586706 -1.036612</w:t>
        <w:br/>
        <w:t>v 2.169720 9.675320 -0.985489</w:t>
        <w:br/>
        <w:t>v 2.162413 9.614351 -0.906157</w:t>
        <w:br/>
        <w:t>v 2.187805 9.698576 -0.978207</w:t>
        <w:br/>
        <w:t>v 2.169720 9.675320 -0.985489</w:t>
        <w:br/>
        <w:t>v 2.146265 9.599549 -0.924581</w:t>
        <w:br/>
        <w:t>v 2.157019 9.826110 -0.281411</w:t>
        <w:br/>
        <w:t>v 2.045340 9.900110 -0.337300</w:t>
        <w:br/>
        <w:t>v 2.040020 9.881322 -0.313078</w:t>
        <w:br/>
        <w:t>v 2.147360 9.811661 -0.260383</w:t>
        <w:br/>
        <w:t>v 3.229136 10.335141 -0.057236</w:t>
        <w:br/>
        <w:t>v 3.210938 10.313246 -0.058594</w:t>
        <w:br/>
        <w:t>v 2.124092 9.459699 -1.591119</w:t>
        <w:br/>
        <w:t>v 2.114660 9.438911 -1.573764</w:t>
        <w:br/>
        <w:t>v 2.277085 9.552738 -1.326436</w:t>
        <w:br/>
        <w:t>v 2.256749 9.532327 -1.328788</w:t>
        <w:br/>
        <w:t>v 1.849147 9.681170 -0.578264</w:t>
        <w:br/>
        <w:t>v 3.155803 10.397935 0.066894</w:t>
        <w:br/>
        <w:t>v 3.134989 10.378756 0.066730</w:t>
        <w:br/>
        <w:t>v 1.455730 9.378846 -1.600086</w:t>
        <w:br/>
        <w:t>v 1.478896 9.364359 -1.590554</w:t>
        <w:br/>
        <w:t>v 1.560731 9.459512 -1.652769</w:t>
        <w:br/>
        <w:t>v 2.205525 9.604716 -1.398058</w:t>
        <w:br/>
        <w:t>v 1.889505 9.728721 -0.649836</w:t>
        <w:br/>
        <w:t>v 1.864150 9.715314 -0.661369</w:t>
        <w:br/>
        <w:t>v 2.980978 10.315685 -0.804402</w:t>
        <w:br/>
        <w:t>v 2.591146 10.202296 -1.008655</w:t>
        <w:br/>
        <w:t>v 2.600880 10.176630 -0.995966</w:t>
        <w:br/>
        <w:t>v 2.045340 9.900110 -0.337300</w:t>
        <w:br/>
        <w:t>v 2.040020 9.881322 -0.313078</w:t>
        <w:br/>
        <w:t>v 3.070359 10.470011 0.125273</w:t>
        <w:br/>
        <w:t>v 3.070359 10.470011 0.125273</w:t>
        <w:br/>
        <w:t>v 2.984637 10.343542 -0.813683</w:t>
        <w:br/>
        <w:t>v 2.982852 10.228443 -0.887406</w:t>
        <w:br/>
        <w:t>v 2.980701 10.210168 -0.865310</w:t>
        <w:br/>
        <w:t>v 2.980978 10.315685 -0.804402</w:t>
        <w:br/>
        <w:t>v 2.197077 10.679748 0.671443</w:t>
        <w:br/>
        <w:t>v 2.176992 10.661750 0.677379</w:t>
        <w:br/>
        <w:t>v 2.670944 10.540565 0.317945</w:t>
        <w:br/>
        <w:t>v 2.675584 10.524770 0.293119</w:t>
        <w:br/>
        <w:t>v 1.863664 11.154989 1.609131</w:t>
        <w:br/>
        <w:t>v 1.888590 11.148587 1.590870</w:t>
        <w:br/>
        <w:t>v 0.352790 9.120128 -2.683047</w:t>
        <w:br/>
        <w:t>v 0.252003 9.156210 -2.688820</w:t>
        <w:br/>
        <w:t>v 0.240219 9.137259 -2.671326</w:t>
        <w:br/>
        <w:t>v 0.348527 9.098483 -2.665214</w:t>
        <w:br/>
        <w:t>v 0.192441 9.226236 -2.673150</w:t>
        <w:br/>
        <w:t>v 0.188894 9.200619 -2.658121</w:t>
        <w:br/>
        <w:t>v 0.841900 9.180845 -2.474214</w:t>
        <w:br/>
        <w:t>v 0.840114 9.161982 -2.453035</w:t>
        <w:br/>
        <w:t>v 0.899450 9.285809 -2.398327</w:t>
        <w:br/>
        <w:t>v 0.891992 9.259914 -2.385047</w:t>
        <w:br/>
        <w:t>v 1.163152 9.203569 -2.177220</w:t>
        <w:br/>
        <w:t>v 1.149972 9.184932 -2.159852</w:t>
        <w:br/>
        <w:t>v 1.190884 9.321111 -2.054411</w:t>
        <w:br/>
        <w:t>v 1.174534 9.297717 -2.042639</w:t>
        <w:br/>
        <w:t>v -1.181063 13.395222 -0.016597</w:t>
        <w:br/>
        <w:t>v -1.187477 13.367640 0.002883</w:t>
        <w:br/>
        <w:t>v -1.294000 13.282133 0.028678</w:t>
        <w:br/>
        <w:t>v -1.333791 13.272225 0.020101</w:t>
        <w:br/>
        <w:t>v -1.310010 13.271545 0.043782</w:t>
        <w:br/>
        <w:t>v -1.181981 13.382909 0.066470</w:t>
        <w:br/>
        <w:t>v -1.172889 13.416627 0.072393</w:t>
        <w:br/>
        <w:t>v -1.327931 13.293101 0.110123</w:t>
        <w:br/>
        <w:t>v -1.289711 13.297136 0.092742</w:t>
        <w:br/>
        <w:t>v -1.307369 13.281155 0.084995</w:t>
        <w:br/>
        <w:t>v -1.347412 13.236822 0.015548</w:t>
        <w:br/>
        <w:t>v -1.326535 13.250230 -0.007316</w:t>
        <w:br/>
        <w:t>v -1.333791 13.272225 0.020101</w:t>
        <w:br/>
        <w:t>v -1.327931 13.293101 0.110123</w:t>
        <w:br/>
        <w:t>v -1.340683 13.262113 0.124900</w:t>
        <w:br/>
        <w:t>v -1.166248 13.379677 -0.045636</w:t>
        <w:br/>
        <w:t>v -1.181063 13.395222 -0.016597</w:t>
        <w:br/>
        <w:t>v -1.172889 13.416627 0.072393</w:t>
        <w:br/>
        <w:t>v -1.153181 13.414350 0.098024</w:t>
        <w:br/>
        <w:t>v -1.317090 13.284035 0.138143</w:t>
        <w:br/>
        <w:t>v -1.133097 13.427580 0.074154</w:t>
        <w:br/>
        <w:t>v -1.143347 13.401459 -0.033462</w:t>
        <w:br/>
        <w:t>v -1.166663 13.393373 0.050712</w:t>
        <w:br/>
        <w:t>v -1.166663 13.393373 0.050712</w:t>
        <w:br/>
        <w:t>v -1.170336 13.383539 0.009901</w:t>
        <w:br/>
        <w:t>v -1.181063 13.395222 -0.016597</w:t>
        <w:br/>
        <w:t>v -1.172889 13.416627 0.072393</w:t>
        <w:br/>
        <w:t>v -1.170336 13.383539 0.009901</w:t>
        <w:br/>
        <w:t>v -1.133097 13.427580 0.074154</w:t>
        <w:br/>
        <w:t>v -1.143347 13.401459 -0.033462</w:t>
        <w:br/>
        <w:t>v -1.170336 13.383539 0.009901</w:t>
        <w:br/>
        <w:t>v -1.166663 13.393373 0.050712</w:t>
        <w:br/>
        <w:t>v -1.187477 13.367640 0.002883</w:t>
        <w:br/>
        <w:t>v -1.166248 13.379677 -0.045636</w:t>
        <w:br/>
        <w:t>v -1.294000 13.282133 0.028678</w:t>
        <w:br/>
        <w:t>v -1.326535 13.250230 -0.007316</w:t>
        <w:br/>
        <w:t>v -1.310010 13.271545 0.043782</w:t>
        <w:br/>
        <w:t>v -1.347412 13.236822 0.015548</w:t>
        <w:br/>
        <w:t>v -1.307369 13.281155 0.084995</w:t>
        <w:br/>
        <w:t>v -1.340683 13.262113 0.124900</w:t>
        <w:br/>
        <w:t>v -1.289711 13.297136 0.092742</w:t>
        <w:br/>
        <w:t>v -1.317090 13.284035 0.138143</w:t>
        <w:br/>
        <w:t>v -1.181981 13.382909 0.066470</w:t>
        <w:br/>
        <w:t>v -1.153181 13.414350 0.098024</w:t>
        <w:br/>
        <w:t>v -1.284862 18.890579 0.229343</w:t>
        <w:br/>
        <w:t>v -1.314756 18.786068 0.173843</w:t>
        <w:br/>
        <w:t>v -1.339456 18.901985 0.085972</w:t>
        <w:br/>
        <w:t>v -1.290069 18.949562 0.190017</w:t>
        <w:br/>
        <w:t>v -1.254804 18.963871 0.251063</w:t>
        <w:br/>
        <w:t>v -1.252390 18.924511 0.271311</w:t>
        <w:br/>
        <w:t>v -1.357805 18.853642 0.009167</w:t>
        <w:br/>
        <w:t>v -1.312002 18.723446 0.111061</w:t>
        <w:br/>
        <w:t>v -1.297615 18.722843 0.096800</w:t>
        <w:br/>
        <w:t>v -1.348952 18.858921 -0.005686</w:t>
        <w:br/>
        <w:t>v -1.357805 18.853642 0.009167</w:t>
        <w:br/>
        <w:t>v -1.312002 18.723446 0.111061</w:t>
        <w:br/>
        <w:t>v -1.280737 18.736515 0.091530</w:t>
        <w:br/>
        <w:t>v -1.263118 18.774723 0.121311</w:t>
        <w:br/>
        <w:t>v -1.313448 18.910183 0.024712</w:t>
        <w:br/>
        <w:t>v -1.334941 18.872532 -0.008339</w:t>
        <w:br/>
        <w:t>v -1.287528 18.946064 0.090524</w:t>
        <w:br/>
        <w:t>v -1.252063 18.835995 0.169278</w:t>
        <w:br/>
        <w:t>v -1.248755 18.894501 0.213132</w:t>
        <w:br/>
        <w:t>v -1.267670 18.964226 0.171580</w:t>
        <w:br/>
        <w:t>v -1.238392 18.928318 0.264595</w:t>
        <w:br/>
        <w:t>v -1.248051 18.968334 0.246523</w:t>
        <w:br/>
        <w:t>v -1.274097 18.950089 0.180949</w:t>
        <w:br/>
        <w:t>v -1.254804 18.963871 0.251063</w:t>
        <w:br/>
        <w:t>v -1.290069 18.949562 0.190017</w:t>
        <w:br/>
        <w:t>v -1.339456 18.901985 0.085972</w:t>
        <w:br/>
        <w:t>v -1.295565 18.914455 0.109565</w:t>
        <w:br/>
        <w:t>v -1.348952 18.858921 -0.005686</w:t>
        <w:br/>
        <w:t>v -1.357805 18.853642 0.009167</w:t>
        <w:br/>
        <w:t>v -1.334941 18.872532 -0.008339</w:t>
        <w:br/>
        <w:t>v -1.313448 18.910183 0.024712</w:t>
        <w:br/>
        <w:t>v -1.287528 18.946064 0.090524</w:t>
        <w:br/>
        <w:t>v -1.267670 18.964226 0.171580</w:t>
        <w:br/>
        <w:t>v -1.274097 18.950089 0.180949</w:t>
        <w:br/>
        <w:t>v -1.248051 18.968334 0.246523</w:t>
        <w:br/>
        <w:t>v -1.254804 18.963871 0.251063</w:t>
        <w:br/>
        <w:t>v -1.271179 18.901417 0.212956</w:t>
        <w:br/>
        <w:t>v -1.284862 18.890579 0.229343</w:t>
        <w:br/>
        <w:t>v -1.252390 18.924511 0.271311</w:t>
        <w:br/>
        <w:t>v -1.314756 18.786068 0.173843</w:t>
        <w:br/>
        <w:t>v -1.296156 18.849663 0.156815</w:t>
        <w:br/>
        <w:t>v -1.312002 18.723446 0.111061</w:t>
        <w:br/>
        <w:t>v -1.248755 18.894501 0.213132</w:t>
        <w:br/>
        <w:t>v -1.271179 18.901417 0.212956</w:t>
        <w:br/>
        <w:t>v -1.238392 18.928318 0.264595</w:t>
        <w:br/>
        <w:t>v -1.252063 18.835995 0.169278</w:t>
        <w:br/>
        <w:t>v -1.296156 18.849663 0.156815</w:t>
        <w:br/>
        <w:t>v -1.263118 18.774723 0.121311</w:t>
        <w:br/>
        <w:t>v -1.280737 18.736515 0.091530</w:t>
        <w:br/>
        <w:t>v -1.297615 18.722843 0.096800</w:t>
        <w:br/>
        <w:t>v 0.239122 15.990540 1.612002</w:t>
        <w:br/>
        <w:t>v 0.142648 16.212639 1.381652</w:t>
        <w:br/>
        <w:t>v 0.246454 16.220373 1.339773</w:t>
        <w:br/>
        <w:t>v 0.324918 16.000624 1.556087</w:t>
        <w:br/>
        <w:t>v 0.339896 15.998049 1.488765</w:t>
        <w:br/>
        <w:t>v 0.255622 16.211119 1.278752</w:t>
        <w:br/>
        <w:t>v 0.161450 16.194542 1.199458</w:t>
        <w:br/>
        <w:t>v 0.196601 16.000401 1.397372</w:t>
        <w:br/>
        <w:t>v 0.277216 16.198616 1.145731</w:t>
        <w:br/>
        <w:t>v 0.345204 16.029123 1.359304</w:t>
        <w:br/>
        <w:t>v 0.256553 16.014059 1.361379</w:t>
        <w:br/>
        <w:t>v 0.209328 16.186054 1.149101</w:t>
        <w:br/>
        <w:t>v 0.135404 15.966605 1.614605</w:t>
        <w:br/>
        <w:t>v 0.326868 16.177588 1.111598</w:t>
        <w:br/>
        <w:t>v 0.398163 16.028318 1.313462</w:t>
        <w:br/>
        <w:t>v -0.000044 15.956582 1.643934</w:t>
        <w:br/>
        <w:t>v -0.000962 16.208778 1.387525</w:t>
        <w:br/>
        <w:t>v 0.170732 16.398958 1.111247</w:t>
        <w:br/>
        <w:t>v 0.098581 16.390545 1.146461</w:t>
        <w:br/>
        <w:t>v 0.083635 16.556940 0.880234</w:t>
        <w:br/>
        <w:t>v 0.181120 16.396883 1.074863</w:t>
        <w:br/>
        <w:t>v 0.181120 16.396883 1.074863</w:t>
        <w:br/>
        <w:t>v 0.083635 16.556940 0.880234</w:t>
        <w:br/>
        <w:t>v 0.127796 16.391878 1.003102</w:t>
        <w:br/>
        <w:t>v 0.128736 16.549809 0.824436</w:t>
        <w:br/>
        <w:t>v 0.160998 16.389200 0.967888</w:t>
        <w:br/>
        <w:t>v 0.000007 16.365078 1.146435</w:t>
        <w:br/>
        <w:t>v 0.244354 16.383301 0.929467</w:t>
        <w:br/>
        <w:t>v 0.196601 16.000401 1.397372</w:t>
        <w:br/>
        <w:t>v 0.161450 16.194542 1.199458</w:t>
        <w:br/>
        <w:t>v 0.127796 16.391878 1.003102</w:t>
        <w:br/>
        <w:t>v 0.255622 16.211119 1.278752</w:t>
        <w:br/>
        <w:t>v 0.339896 15.998049 1.488765</w:t>
        <w:br/>
        <w:t>v 0.316291 15.992579 1.550604</w:t>
        <w:br/>
        <w:t>v 0.235248 15.979736 1.601853</w:t>
        <w:br/>
        <w:t>v 0.239122 15.990540 1.612002</w:t>
        <w:br/>
        <w:t>v 0.324918 16.000624 1.556087</w:t>
        <w:br/>
        <w:t>v 0.191797 15.999383 1.398831</w:t>
        <w:br/>
        <w:t>v 0.331307 15.996942 1.493054</w:t>
        <w:br/>
        <w:t>v 0.341947 16.017756 1.350362</w:t>
        <w:br/>
        <w:t>v 0.253899 16.004036 1.353280</w:t>
        <w:br/>
        <w:t>v 0.256553 16.014059 1.361379</w:t>
        <w:br/>
        <w:t>v 0.345204 16.029123 1.359304</w:t>
        <w:br/>
        <w:t>v 0.134473 15.956004 1.602783</w:t>
        <w:br/>
        <w:t>v 0.135404 15.966605 1.614605</w:t>
        <w:br/>
        <w:t>v 0.390643 16.017982 1.307036</w:t>
        <w:br/>
        <w:t>v 0.398163 16.028318 1.313462</w:t>
        <w:br/>
        <w:t>v 0.319058 16.166822 1.104028</w:t>
        <w:br/>
        <w:t>v 0.390643 16.017982 1.307036</w:t>
        <w:br/>
        <w:t>v 0.398163 16.028318 1.313462</w:t>
        <w:br/>
        <w:t>v 0.326868 16.177588 1.111598</w:t>
        <w:br/>
        <w:t>v -0.000044 15.945780 1.632250</w:t>
        <w:br/>
        <w:t>v -0.000044 15.956582 1.643934</w:t>
        <w:br/>
        <w:t>v 0.128736 16.549809 0.824436</w:t>
        <w:br/>
        <w:t>v 0.236406 16.372736 0.920965</w:t>
        <w:br/>
        <w:t>v 0.244354 16.383301 0.929467</w:t>
        <w:br/>
        <w:t>v -0.241285 16.204817 1.331334</w:t>
        <w:br/>
        <w:t>v -0.142246 16.194805 1.370786</w:t>
        <w:br/>
        <w:t>v -0.234809 15.983610 1.596169</w:t>
        <w:br/>
        <w:t>v -0.309425 16.000978 1.549510</w:t>
        <w:br/>
        <w:t>v -0.254201 16.197647 1.271872</w:t>
        <w:br/>
        <w:t>v -0.327736 16.000336 1.479547</w:t>
        <w:br/>
        <w:t>v -0.193684 15.990590 1.396191</w:t>
        <w:br/>
        <w:t>v -0.162381 16.187775 1.195898</w:t>
        <w:br/>
        <w:t>v -0.255572 15.997293 1.362901</w:t>
        <w:br/>
        <w:t>v -0.341444 16.016546 1.390519</w:t>
        <w:br/>
        <w:t>v -0.278536 16.200855 1.150686</w:t>
        <w:br/>
        <w:t>v -0.210988 16.185827 1.151478</w:t>
        <w:br/>
        <w:t>v -0.128563 15.964544 1.625120</w:t>
        <w:br/>
        <w:t>v -0.331533 16.169844 1.110366</w:t>
        <w:br/>
        <w:t>v -0.396139 16.004852 1.318431</w:t>
        <w:br/>
        <w:t>v -0.005577 16.535740 0.917975</w:t>
        <w:br/>
        <w:t>v -0.099574 16.376146 1.137682</w:t>
        <w:br/>
        <w:t>v -0.086528 16.549616 0.891702</w:t>
        <w:br/>
        <w:t>v -0.179773 16.392633 1.072976</w:t>
        <w:br/>
        <w:t>v -0.129895 16.387953 1.003077</w:t>
        <w:br/>
        <w:t>v -0.129895 16.387953 1.003077</w:t>
        <w:br/>
        <w:t>v -0.160984 16.384710 0.967045</w:t>
        <w:br/>
        <w:t>v -0.086528 16.549616 0.891702</w:t>
        <w:br/>
        <w:t>v -0.168857 16.393663 1.109335</w:t>
        <w:br/>
        <w:t>v -0.243385 16.382586 0.930812</w:t>
        <w:br/>
        <w:t>v -0.193684 15.990590 1.396191</w:t>
        <w:br/>
        <w:t>v -0.162381 16.187775 1.195898</w:t>
        <w:br/>
        <w:t>v -0.179773 16.392633 1.072976</w:t>
        <w:br/>
        <w:t>v -0.254201 16.197647 1.271872</w:t>
        <w:br/>
        <w:t>v -0.327736 16.000336 1.479547</w:t>
        <w:br/>
        <w:t>v -0.234809 15.983610 1.596169</w:t>
        <w:br/>
        <w:t>v -0.230797 15.971840 1.585277</w:t>
        <w:br/>
        <w:t>v -0.300269 15.991545 1.543335</w:t>
        <w:br/>
        <w:t>v -0.309425 16.000978 1.549510</w:t>
        <w:br/>
        <w:t>v -0.317725 15.999443 1.482930</w:t>
        <w:br/>
        <w:t>v -0.188854 15.990088 1.397675</w:t>
        <w:br/>
        <w:t>v -0.255572 15.997293 1.362901</w:t>
        <w:br/>
        <w:t>v -0.253271 15.987900 1.354500</w:t>
        <w:br/>
        <w:t>v -0.338602 16.005356 1.382231</w:t>
        <w:br/>
        <w:t>v -0.341444 16.016546 1.390519</w:t>
        <w:br/>
        <w:t>v -0.128563 15.964544 1.625120</w:t>
        <w:br/>
        <w:t>v -0.127871 15.954195 1.613600</w:t>
        <w:br/>
        <w:t>v -0.388354 15.994668 1.311866</w:t>
        <w:br/>
        <w:t>v -0.396139 16.004852 1.318431</w:t>
        <w:br/>
        <w:t>v -0.396139 16.004852 1.318431</w:t>
        <w:br/>
        <w:t>v -0.388354 15.994668 1.311866</w:t>
        <w:br/>
        <w:t>v -0.322894 16.158899 1.102858</w:t>
        <w:br/>
        <w:t>v -0.331533 16.169844 1.110366</w:t>
        <w:br/>
        <w:t>v -0.243385 16.382586 0.930812</w:t>
        <w:br/>
        <w:t>v -0.235286 16.371920 0.922235</w:t>
        <w:br/>
        <w:t>v -0.131677 16.543121 0.829475</w:t>
        <w:br/>
        <w:t>v -0.131677 16.543121 0.829475</w:t>
        <w:br/>
        <w:t>v -0.783455 15.840490 1.600648</w:t>
        <w:br/>
        <w:t>v -0.817726 15.797948 1.627750</w:t>
        <w:br/>
        <w:t>v -0.799742 15.895087 1.524662</w:t>
        <w:br/>
        <w:t>v -0.772225 15.836996 1.594222</w:t>
        <w:br/>
        <w:t>v -0.783455 15.840490 1.600648</w:t>
        <w:br/>
        <w:t>v -0.799742 15.895087 1.524662</w:t>
        <w:br/>
        <w:t>v -0.786512 15.891928 1.502665</w:t>
        <w:br/>
        <w:t>v -0.817726 15.797948 1.627750</w:t>
        <w:br/>
        <w:t>v -0.892782 15.719972 1.699097</w:t>
        <w:br/>
        <w:t>v -0.872182 15.793645 1.593694</w:t>
        <w:br/>
        <w:t>v -0.869101 15.831573 1.549890</w:t>
        <w:br/>
        <w:t>v -0.868095 15.827788 1.536031</w:t>
        <w:br/>
        <w:t>v -0.786512 15.891928 1.502665</w:t>
        <w:br/>
        <w:t>v -0.872182 15.793645 1.593694</w:t>
        <w:br/>
        <w:t>v -1.081908 15.055033 0.140346</w:t>
        <w:br/>
        <w:t>v -1.059157 15.001534 0.134284</w:t>
        <w:br/>
        <w:t>v -1.065772 15.031390 0.127757</w:t>
        <w:br/>
        <w:t>v -1.106947 15.038684 0.190563</w:t>
        <w:br/>
        <w:t>v -1.084197 14.985185 0.184501</w:t>
        <w:br/>
        <w:t>v -1.067357 14.983198 0.158242</w:t>
        <w:br/>
        <w:t>v -1.098747 15.057034 0.166605</w:t>
        <w:br/>
        <w:t>v -1.100332 15.008841 0.197091</w:t>
        <w:br/>
        <w:t>v 0.081892 16.874432 0.861165</w:t>
        <w:br/>
        <w:t>v 0.087087 16.902945 0.872257</w:t>
        <w:br/>
        <w:t>v 0.093614 16.894608 0.850764</w:t>
        <w:br/>
        <w:t>v 0.090570 16.910301 0.854701</w:t>
        <w:br/>
        <w:t>v 0.078987 16.921898 0.857619</w:t>
        <w:br/>
        <w:t>v 0.071630 16.890091 0.874685</w:t>
        <w:br/>
        <w:t>v 0.061720 16.904934 0.876936</w:t>
        <w:br/>
        <w:t>v 0.057670 16.924704 0.843621</w:t>
        <w:br/>
        <w:t>v 0.056614 16.919144 0.866007</w:t>
        <w:br/>
        <w:t>v 0.034039 16.905750 0.859631</w:t>
        <w:br/>
        <w:t>v 0.035913 16.911547 0.837949</w:t>
        <w:br/>
        <w:t>v 0.018847 16.889528 0.827737</w:t>
        <w:br/>
        <w:t>v 0.030467 16.867315 0.812016</w:t>
        <w:br/>
        <w:t>v 0.051697 16.894571 0.816041</w:t>
        <w:br/>
        <w:t>v 0.035913 16.911547 0.837949</w:t>
        <w:br/>
        <w:t>v 0.009540 16.847961 0.824429</w:t>
        <w:br/>
        <w:t>v 0.018143 16.883112 0.850739</w:t>
        <w:br/>
        <w:t>v 0.006937 16.849510 0.842313</w:t>
        <w:br/>
        <w:t>v 0.073655 16.908819 0.823285</w:t>
        <w:br/>
        <w:t>v 0.087401 16.913612 0.836704</w:t>
        <w:br/>
        <w:t>v 0.078987 16.921898 0.857619</w:t>
        <w:br/>
        <w:t>v 0.037183 16.893890 0.867831</w:t>
        <w:br/>
        <w:t>v 0.023135 16.874058 0.858549</w:t>
        <w:br/>
        <w:t>v 0.011804 16.841751 0.851443</w:t>
        <w:br/>
        <w:t>v 0.000007 16.818195 0.852990</w:t>
        <w:br/>
        <w:t>v 0.000007 16.810900 0.862775</w:t>
        <w:br/>
        <w:t>v 0.030040 16.864174 0.848336</w:t>
        <w:br/>
        <w:t>v 0.019325 16.824509 0.849947</w:t>
        <w:br/>
        <w:t>v 0.011804 16.841751 0.851443</w:t>
        <w:br/>
        <w:t>v 0.048578 16.882999 0.854110</w:t>
        <w:br/>
        <w:t>v 0.059921 16.864323 0.850877</w:t>
        <w:br/>
        <w:t>v 0.038101 16.847710 0.848703</w:t>
        <w:br/>
        <w:t>v 0.085703 16.883566 0.830604</w:t>
        <w:br/>
        <w:t>v 0.093614 16.894608 0.850764</w:t>
        <w:br/>
        <w:t>v 0.087401 16.913612 0.836704</w:t>
        <w:br/>
        <w:t>v 0.085703 16.883566 0.830604</w:t>
        <w:br/>
        <w:t>v 0.090570 16.910301 0.854701</w:t>
        <w:br/>
        <w:t>v 0.073655 16.908819 0.823285</w:t>
        <w:br/>
        <w:t>v 0.051697 16.894571 0.816041</w:t>
        <w:br/>
        <w:t>v 0.050734 16.871616 0.825435</w:t>
        <w:br/>
        <w:t>v 0.050734 16.871616 0.825435</w:t>
        <w:br/>
        <w:t>v 0.059921 16.864323 0.850877</w:t>
        <w:br/>
        <w:t>v 0.030824 16.850601 0.823876</w:t>
        <w:br/>
        <w:t>v 0.038101 16.847710 0.848703</w:t>
        <w:br/>
        <w:t>v 0.081892 16.874432 0.861165</w:t>
        <w:br/>
        <w:t>v 0.030467 16.867315 0.812016</w:t>
        <w:br/>
        <w:t>v 0.030824 16.850601 0.823876</w:t>
        <w:br/>
        <w:t>v 0.000007 16.810900 0.862775</w:t>
        <w:br/>
        <w:t>v 0.019325 16.824509 0.849947</w:t>
        <w:br/>
        <w:t>v 0.037183 16.893890 0.867831</w:t>
        <w:br/>
        <w:t>v 0.023135 16.874058 0.858549</w:t>
        <w:br/>
        <w:t>v -0.087072 16.902945 0.872257</w:t>
        <w:br/>
        <w:t>v -0.081878 16.874432 0.861165</w:t>
        <w:br/>
        <w:t>v -0.093599 16.894608 0.850764</w:t>
        <w:br/>
        <w:t>v -0.090555 16.910301 0.854701</w:t>
        <w:br/>
        <w:t>v -0.078973 16.921898 0.857619</w:t>
        <w:br/>
        <w:t>v -0.071615 16.890091 0.874685</w:t>
        <w:br/>
        <w:t>v -0.061705 16.904934 0.876936</w:t>
        <w:br/>
        <w:t>v -0.034024 16.905750 0.859631</w:t>
        <w:br/>
        <w:t>v -0.056599 16.919144 0.866007</w:t>
        <w:br/>
        <w:t>v -0.057656 16.924704 0.843621</w:t>
        <w:br/>
        <w:t>v -0.035898 16.911547 0.837949</w:t>
        <w:br/>
        <w:t>v -0.051682 16.894571 0.816041</w:t>
        <w:br/>
        <w:t>v -0.030453 16.867315 0.812016</w:t>
        <w:br/>
        <w:t>v -0.018832 16.889528 0.827737</w:t>
        <w:br/>
        <w:t>v -0.035898 16.911547 0.837949</w:t>
        <w:br/>
        <w:t>v -0.009526 16.847961 0.824429</w:t>
        <w:br/>
        <w:t>v -0.006922 16.849510 0.842313</w:t>
        <w:br/>
        <w:t>v -0.018128 16.883112 0.850739</w:t>
        <w:br/>
        <w:t>v -0.073640 16.908819 0.823285</w:t>
        <w:br/>
        <w:t>v -0.078973 16.921898 0.857619</w:t>
        <w:br/>
        <w:t>v -0.087386 16.913612 0.836704</w:t>
        <w:br/>
        <w:t>v -0.037169 16.893890 0.867831</w:t>
        <w:br/>
        <w:t>v -0.023121 16.874058 0.858549</w:t>
        <w:br/>
        <w:t>v -0.011789 16.841751 0.851443</w:t>
        <w:br/>
        <w:t>v 0.000007 16.818195 0.852990</w:t>
        <w:br/>
        <w:t>v 0.000007 16.810900 0.862775</w:t>
        <w:br/>
        <w:t>v -0.019310 16.824509 0.849947</w:t>
        <w:br/>
        <w:t>v -0.030025 16.864174 0.848336</w:t>
        <w:br/>
        <w:t>v -0.011789 16.841751 0.851443</w:t>
        <w:br/>
        <w:t>v -0.038087 16.847710 0.848703</w:t>
        <w:br/>
        <w:t>v -0.059907 16.864323 0.850877</w:t>
        <w:br/>
        <w:t>v -0.048563 16.882999 0.854110</w:t>
        <w:br/>
        <w:t>v -0.085688 16.883566 0.830604</w:t>
        <w:br/>
        <w:t>v -0.087386 16.913612 0.836704</w:t>
        <w:br/>
        <w:t>v -0.093599 16.894608 0.850764</w:t>
        <w:br/>
        <w:t>v -0.085688 16.883566 0.830604</w:t>
        <w:br/>
        <w:t>v -0.090555 16.910301 0.854701</w:t>
        <w:br/>
        <w:t>v -0.051682 16.894571 0.816041</w:t>
        <w:br/>
        <w:t>v -0.073640 16.908819 0.823285</w:t>
        <w:br/>
        <w:t>v -0.050720 16.871616 0.825435</w:t>
        <w:br/>
        <w:t>v -0.050720 16.871616 0.825435</w:t>
        <w:br/>
        <w:t>v -0.059907 16.864323 0.850877</w:t>
        <w:br/>
        <w:t>v -0.030809 16.850601 0.823876</w:t>
        <w:br/>
        <w:t>v -0.038087 16.847710 0.848703</w:t>
        <w:br/>
        <w:t>v -0.081878 16.874432 0.861165</w:t>
        <w:br/>
        <w:t>v -0.030453 16.867315 0.812016</w:t>
        <w:br/>
        <w:t>v -0.030809 16.850601 0.823876</w:t>
        <w:br/>
        <w:t>v 0.000007 16.810900 0.862775</w:t>
        <w:br/>
        <w:t>v -0.019310 16.824509 0.849947</w:t>
        <w:br/>
        <w:t>v -0.037169 16.893890 0.867831</w:t>
        <w:br/>
        <w:t>v -0.023121 16.874058 0.858549</w:t>
        <w:br/>
        <w:t>v -0.164445 14.277921 0.000357</w:t>
        <w:br/>
        <w:t>v -0.172708 14.250392 0.020655</w:t>
        <w:br/>
        <w:t>v -0.146838 14.258731 0.018479</w:t>
        <w:br/>
        <w:t>v -0.146549 14.308331 0.016203</w:t>
        <w:br/>
        <w:t>v -0.183272 14.298886 0.019335</w:t>
        <w:br/>
        <w:t>v -0.164445 14.277921 0.000357</w:t>
        <w:br/>
        <w:t>v -0.337434 14.152071 0.029962</w:t>
        <w:br/>
        <w:t>v -0.311061 14.139129 0.010393</w:t>
        <w:br/>
        <w:t>v -0.110216 14.234924 0.015750</w:t>
        <w:br/>
        <w:t>v -0.084459 14.225892 -0.005617</w:t>
        <w:br/>
        <w:t>v -0.084459 14.225892 -0.005617</w:t>
        <w:br/>
        <w:t>v -0.110216 14.234924 0.015750</w:t>
        <w:br/>
        <w:t>v -0.115837 14.213392 0.016455</w:t>
        <w:br/>
        <w:t>v -0.311061 14.139129 0.010393</w:t>
        <w:br/>
        <w:t>v -0.275458 14.153806 0.027622</w:t>
        <w:br/>
        <w:t>v -0.281482 14.132385 0.027660</w:t>
        <w:br/>
        <w:t>v -0.311061 14.139129 0.010393</w:t>
        <w:br/>
        <w:t>v -0.232723 14.087906 0.004784</w:t>
        <w:br/>
        <w:t>v -0.245551 14.108909 0.025095</w:t>
        <w:br/>
        <w:t>v -0.342855 14.121974 0.029786</w:t>
        <w:br/>
        <w:t>v -0.342855 14.121974 0.029786</w:t>
        <w:br/>
        <w:t>v -0.337434 14.152071 0.029962</w:t>
        <w:br/>
        <w:t>v -0.275458 14.153806 0.027622</w:t>
        <w:br/>
        <w:t>v -0.281482 14.132385 0.027660</w:t>
        <w:br/>
        <w:t>v -0.232723 14.087906 0.004784</w:t>
        <w:br/>
        <w:t>v -0.248431 14.060122 0.022982</w:t>
        <w:br/>
        <w:t>v -0.211167 14.069442 0.020831</w:t>
        <w:br/>
        <w:t>v -0.054225 14.214914 0.009588</w:t>
        <w:br/>
        <w:t>v -0.084459 14.225892 -0.005617</w:t>
        <w:br/>
        <w:t>v -0.219392 14.117195 0.023623</w:t>
        <w:br/>
        <w:t>v -0.232723 14.087906 0.004784</w:t>
        <w:br/>
        <w:t>v -0.049471 14.245197 0.008796</w:t>
        <w:br/>
        <w:t>v -0.146549 14.308331 0.016203</w:t>
        <w:br/>
        <w:t>v -0.146838 14.258731 0.018479</w:t>
        <w:br/>
        <w:t>v -0.172708 14.250392 0.020655</w:t>
        <w:br/>
        <w:t>v -0.183272 14.298886 0.019335</w:t>
        <w:br/>
        <w:t>v -0.049471 14.245197 0.008796</w:t>
        <w:br/>
        <w:t>v -0.110216 14.234924 0.015750</w:t>
        <w:br/>
        <w:t>v -0.115837 14.213392 0.016455</w:t>
        <w:br/>
        <w:t>v -0.054225 14.214914 0.009588</w:t>
        <w:br/>
        <w:t>v -0.248431 14.060122 0.022982</w:t>
        <w:br/>
        <w:t>v -0.245551 14.108909 0.025095</w:t>
        <w:br/>
        <w:t>v -0.219392 14.117195 0.023623</w:t>
        <w:br/>
        <w:t>v -0.211167 14.069442 0.020831</w:t>
        <w:br/>
        <w:t>v 0.014391 14.372924 -0.067771</w:t>
        <w:br/>
        <w:t>v 0.040009 14.393146 -0.074676</w:t>
        <w:br/>
        <w:t>v 0.010467 14.408767 -0.069192</w:t>
        <w:br/>
        <w:t>v 0.141010 14.227982 -0.015957</w:t>
        <w:br/>
        <w:t>v 0.173344 14.240720 -0.020761</w:t>
        <w:br/>
        <w:t>v -0.063004 14.377842 0.008366</w:t>
        <w:br/>
        <w:t>v -0.045938 14.347267 -0.003443</w:t>
        <w:br/>
        <w:t>v -0.010498 14.336766 0.009549</w:t>
        <w:br/>
        <w:t>v -0.016119 14.355846 -0.004474</w:t>
        <w:br/>
        <w:t>v 0.014391 14.372924 -0.067771</w:t>
        <w:br/>
        <w:t>v 0.011561 14.367678 -0.033978</w:t>
        <w:br/>
        <w:t>v 0.032413 14.355267 -0.036506</w:t>
        <w:br/>
        <w:t>v -0.045938 14.347267 -0.003443</w:t>
        <w:br/>
        <w:t>v 0.141010 14.227982 -0.015957</w:t>
        <w:br/>
        <w:t>v 0.120750 14.254253 -0.000211</w:t>
        <w:br/>
        <w:t>v 0.127315 14.235301 0.013736</w:t>
        <w:br/>
        <w:t>v 0.082040 14.201005 0.050120</w:t>
        <w:br/>
        <w:t>v 0.100288 14.222939 0.043983</w:t>
        <w:br/>
        <w:t>v 0.078581 14.235111 0.046737</w:t>
        <w:br/>
        <w:t>v 0.141010 14.227982 -0.015957</w:t>
        <w:br/>
        <w:t>v 0.127315 14.235301 0.013736</w:t>
        <w:br/>
        <w:t>v -0.057521 14.351619 0.029105</w:t>
        <w:br/>
        <w:t>v -0.045938 14.347267 -0.003443</w:t>
        <w:br/>
        <w:t>v 0.077902 14.197018 0.085875</w:t>
        <w:br/>
        <w:t>v 0.082040 14.201005 0.050120</w:t>
        <w:br/>
        <w:t>v 0.108639 14.181738 0.080002</w:t>
        <w:br/>
        <w:t>v 0.180060 14.214751 -0.000299</w:t>
        <w:br/>
        <w:t>v 0.011561 14.367678 -0.033978</w:t>
        <w:br/>
        <w:t>v -0.016119 14.355846 -0.004474</w:t>
        <w:br/>
        <w:t>v -0.063004 14.377842 0.008366</w:t>
        <w:br/>
        <w:t>v 0.010467 14.408767 -0.069192</w:t>
        <w:br/>
        <w:t>v 0.040009 14.393146 -0.074676</w:t>
        <w:br/>
        <w:t>v 0.032413 14.355267 -0.036506</w:t>
        <w:br/>
        <w:t>v 0.173344 14.240720 -0.020761</w:t>
        <w:br/>
        <w:t>v 0.120750 14.254253 -0.000211</w:t>
        <w:br/>
        <w:t>v 0.180060 14.214751 -0.000299</w:t>
        <w:br/>
        <w:t>v 0.127315 14.235301 0.013736</w:t>
        <w:br/>
        <w:t>v 0.108639 14.181738 0.080002</w:t>
        <w:br/>
        <w:t>v 0.100288 14.222939 0.043983</w:t>
        <w:br/>
        <w:t>v 0.077902 14.197018 0.085875</w:t>
        <w:br/>
        <w:t>v 0.078581 14.235111 0.046737</w:t>
        <w:br/>
        <w:t>v -0.057521 14.351619 0.029105</w:t>
        <w:br/>
        <w:t>v -0.010498 14.336766 0.009549</w:t>
        <w:br/>
        <w:t>v -0.535501 14.246283 0.091586</w:t>
        <w:br/>
        <w:t>v -0.553234 14.279822 0.094127</w:t>
        <w:br/>
        <w:t>v -0.541928 14.212576 0.103924</w:t>
        <w:br/>
        <w:t>v -0.612242 14.276137 0.126473</w:t>
        <w:br/>
        <w:t>v -0.600597 14.207885 0.135679</w:t>
        <w:br/>
        <w:t>v -0.568992 14.197511 0.122197</w:t>
        <w:br/>
        <w:t>v -0.584561 14.292173 0.110552</w:t>
        <w:br/>
        <w:t>v -0.618568 14.239831 0.136547</w:t>
        <w:br/>
        <w:t>v 0.230642 13.691536 -0.620003</w:t>
        <w:br/>
        <w:t>v 0.174614 13.643127 -0.647735</w:t>
        <w:br/>
        <w:t>v 0.193768 13.628150 -0.656186</w:t>
        <w:br/>
        <w:t>v 0.243256 13.681649 -0.625575</w:t>
        <w:br/>
        <w:t>v 0.127566 13.618115 -0.661858</w:t>
        <w:br/>
        <w:t>v 0.170200 13.584761 -0.680698</w:t>
        <w:br/>
        <w:t>v 0.117819 13.595514 -0.674623</w:t>
        <w:br/>
        <w:t>v 0.145437 13.573907 -0.686822</w:t>
        <w:br/>
        <w:t>v 0.112147 13.566587 -0.690520</w:t>
        <w:br/>
        <w:t>v 0.104551 13.531713 -0.710051</w:t>
        <w:br/>
        <w:t>v 0.129565 13.515088 -0.720200</w:t>
        <w:br/>
        <w:t>v 0.074594 13.556400 -0.696707</w:t>
        <w:br/>
        <w:t>v 0.052271 13.575581 -0.686042</w:t>
        <w:br/>
        <w:t>v 0.030865 13.537724 -0.707410</w:t>
        <w:br/>
        <w:t>v 0.072066 13.527110 -0.713497</w:t>
        <w:br/>
        <w:t>v 0.034864 13.515528 -0.719798</w:t>
        <w:br/>
        <w:t>v 0.088616 13.492539 -0.732927</w:t>
        <w:br/>
        <w:t>v 0.107631 13.482944 -0.737832</w:t>
        <w:br/>
        <w:t>v 0.127414 13.485382 -0.736813</w:t>
        <w:br/>
        <w:t>v 0.016767 13.497354 -0.730324</w:t>
        <w:br/>
        <w:t>v 0.020942 13.477523 -0.741366</w:t>
        <w:br/>
        <w:t>v 0.043957 13.476075 -0.742347</w:t>
        <w:br/>
        <w:t>v -0.001670 13.484477 -0.737442</w:t>
        <w:br/>
        <w:t>v -0.002488 13.497795 -0.729922</w:t>
        <w:br/>
        <w:t>v -0.034696 13.484389 -0.737493</w:t>
        <w:br/>
        <w:t>v -0.023302 13.475471 -0.742536</w:t>
        <w:br/>
        <w:t>v 0.062922 13.493582 -0.732185</w:t>
        <w:br/>
        <w:t>v 0.031280 13.458695 -0.752006</w:t>
        <w:br/>
        <w:t>v 0.023306 13.439000 -0.763124</w:t>
        <w:br/>
        <w:t>v 0.034701 13.430082 -0.768167</w:t>
        <w:br/>
        <w:t>v 0.046585 13.459399 -0.751603</w:t>
        <w:br/>
        <w:t>v 0.001662 13.429996 -0.768204</w:t>
        <w:br/>
        <w:t>v 0.002480 13.416664 -0.775738</w:t>
        <w:br/>
        <w:t>v 0.028313 13.587979 -0.678522</w:t>
        <w:br/>
        <w:t>v 0.018654 13.570499 -0.688746</w:t>
        <w:br/>
        <w:t>v -0.031275 13.455777 -0.753653</w:t>
        <w:br/>
        <w:t>v -0.046581 13.455071 -0.754056</w:t>
        <w:br/>
        <w:t>v -0.020938 13.436951 -0.764280</w:t>
        <w:br/>
        <w:t>v -0.031187 13.427014 -0.769890</w:t>
        <w:br/>
        <w:t>v 0.018138 13.552979 -0.698292</w:t>
        <w:br/>
        <w:t>v 0.146530 13.495481 -0.730764</w:t>
        <w:br/>
        <w:t>v -1.818161 13.316609 -0.669423</w:t>
        <w:br/>
        <w:t>v -1.788619 13.158787 -0.747410</w:t>
        <w:br/>
        <w:t>v -1.636368 13.343697 -0.718798</w:t>
        <w:br/>
        <w:t>v -1.866643 13.323991 -0.556059</w:t>
        <w:br/>
        <w:t>v -1.854859 13.105036 -0.622790</w:t>
        <w:br/>
        <w:t>v -1.796366 12.851871 -0.752944</w:t>
        <w:br/>
        <w:t>v -1.711261 12.956244 -0.908037</w:t>
        <w:br/>
        <w:t>v -1.498983 13.037787 -0.955902</w:t>
        <w:br/>
        <w:t>v -1.654567 12.692728 -0.874131</w:t>
        <w:br/>
        <w:t>v -1.586245 12.723001 -1.048151</w:t>
        <w:br/>
        <w:t>v -1.586245 12.723001 -1.048151</w:t>
        <w:br/>
        <w:t>v -1.106348 12.334291 -1.299000</w:t>
        <w:br/>
        <w:t>v -0.918209 12.487444 -1.283885</w:t>
        <w:br/>
        <w:t>v -1.054432 12.769320 -1.154082</w:t>
        <w:br/>
        <w:t>v -1.304402 12.673146 -1.178971</w:t>
        <w:br/>
        <w:t>v -1.468524 12.491060 -1.131496</w:t>
        <w:br/>
        <w:t>v -1.534714 12.425933 -0.963097</w:t>
        <w:br/>
        <w:t>v -1.357751 12.203783 -1.118655</w:t>
        <w:br/>
        <w:t>v -1.267931 12.239552 -1.242507</w:t>
        <w:br/>
        <w:t>v -1.232514 13.117421 -0.935855</w:t>
        <w:br/>
        <w:t>v -1.380450 13.433568 -0.681647</w:t>
        <w:br/>
        <w:t>v -1.810049 13.358589 -0.414247</w:t>
        <w:br/>
        <w:t>v -1.731509 12.933002 -0.580169</w:t>
        <w:br/>
        <w:t>v -1.796366 12.851871 -0.752944</w:t>
        <w:br/>
        <w:t>v -1.654567 12.692728 -0.874131</w:t>
        <w:br/>
        <w:t>v -1.553994 12.572750 -0.802383</w:t>
        <w:br/>
        <w:t>v -1.320236 12.234067 -0.984540</w:t>
        <w:br/>
        <w:t>v -1.682951 13.424362 -0.286734</w:t>
        <w:br/>
        <w:t>v -1.450979 13.513427 -0.189204</w:t>
        <w:br/>
        <w:t>v -1.312387 13.071820 -0.393572</w:t>
        <w:br/>
        <w:t>v -1.567261 13.003127 -0.464541</w:t>
        <w:br/>
        <w:t>v -1.407013 12.623974 -0.677750</w:t>
        <w:br/>
        <w:t>v -1.631150 12.809276 -0.692955</w:t>
        <w:br/>
        <w:t>v -1.164338 12.750303 -0.617383</w:t>
        <w:br/>
        <w:t>v -0.777751 12.637053 -0.859190</w:t>
        <w:br/>
        <w:t>v -0.984331 13.034165 -0.468993</w:t>
        <w:br/>
        <w:t>v -1.180474 12.327435 -0.908314</w:t>
        <w:br/>
        <w:t>v -0.464329 13.280791 -0.633111</w:t>
        <w:br/>
        <w:t>v -0.921147 13.068023 -0.934258</w:t>
        <w:br/>
        <w:t>v -0.733022 12.646827 -1.189514</w:t>
        <w:br/>
        <w:t>v -0.361005 12.951840 -0.870973</w:t>
        <w:br/>
        <w:t>v -0.494490 13.300349 -0.356747</w:t>
        <w:br/>
        <w:t>v -0.391453 12.977472 -0.635756</w:t>
        <w:br/>
        <w:t>v -1.118043 13.526141 -0.615064</w:t>
        <w:br/>
        <w:t>v -1.179114 13.589076 -0.144005</w:t>
        <w:br/>
        <w:t>v -0.979993 12.471747 -0.887751</w:t>
        <w:br/>
        <w:t>v -1.639814 13.353871 -0.658368</w:t>
        <w:br/>
        <w:t>v -1.792316 13.341120 -0.625154</w:t>
        <w:br/>
        <w:t>v -1.831051 13.359192 -0.544816</w:t>
        <w:br/>
        <w:t>v -1.866643 13.323991 -0.556059</w:t>
        <w:br/>
        <w:t>v -1.077184 12.292726 -1.265119</w:t>
        <w:br/>
        <w:t>v -0.879997 12.442975 -1.247323</w:t>
        <w:br/>
        <w:t>v -1.300705 12.192124 -1.127509</w:t>
        <w:br/>
        <w:t>v -1.221599 12.209267 -1.219995</w:t>
        <w:br/>
        <w:t>v -1.396045 13.435531 -0.617809</w:t>
        <w:br/>
        <w:t>v -1.780092 13.400543 -0.433451</w:t>
        <w:br/>
        <w:t>v -1.810049 13.358589 -0.414247</w:t>
        <w:br/>
        <w:t>v -1.273427 12.235148 -1.030671</w:t>
        <w:br/>
        <w:t>v -1.357751 12.203783 -1.118655</w:t>
        <w:br/>
        <w:t>v -1.664917 13.464380 -0.320691</w:t>
        <w:br/>
        <w:t>v -1.682951 13.424362 -0.286734</w:t>
        <w:br/>
        <w:t>v -1.442854 13.550265 -0.227537</w:t>
        <w:br/>
        <w:t>v -1.450979 13.513427 -0.189204</w:t>
        <w:br/>
        <w:t>v -0.777273 12.647051 -0.928901</w:t>
        <w:br/>
        <w:t>v -0.970975 12.478527 -0.959801</w:t>
        <w:br/>
        <w:t>v -1.153674 12.329849 -0.974743</w:t>
        <w:br/>
        <w:t>v -0.587932 13.684480 -0.112122</w:t>
        <w:br/>
        <w:t>v -1.179114 13.589076 -0.144005</w:t>
        <w:br/>
        <w:t>v -1.176661 13.625083 -0.181193</w:t>
        <w:br/>
        <w:t>v -0.587643 13.715254 -0.151826</w:t>
        <w:br/>
        <w:t>v -0.391453 12.977472 -0.635756</w:t>
        <w:br/>
        <w:t>v -0.392257 12.995959 -0.693306</w:t>
        <w:br/>
        <w:t>v -0.695878 12.601851 -1.168230</w:t>
        <w:br/>
        <w:t>v -1.136744 13.522923 -0.552584</w:t>
        <w:br/>
        <w:t>v -0.695878 12.601851 -1.168230</w:t>
        <w:br/>
        <w:t>v -1.019884 12.833396 -0.875224</w:t>
        <w:br/>
        <w:t>v -0.392257 12.995959 -0.693306</w:t>
        <w:br/>
        <w:t>v -0.879997 12.442975 -1.247323</w:t>
        <w:br/>
        <w:t>v -1.077184 12.292726 -1.265119</w:t>
        <w:br/>
        <w:t>v -1.350721 12.673400 -0.939026</w:t>
        <w:br/>
        <w:t>v -1.221599 12.209267 -1.219995</w:t>
        <w:br/>
        <w:t>v -1.300705 12.192124 -1.127509</w:t>
        <w:br/>
        <w:t>v -1.300705 12.192124 -1.127509</w:t>
        <w:br/>
        <w:t>v -1.273427 12.235148 -1.030671</w:t>
        <w:br/>
        <w:t>v -1.350721 12.673400 -0.939026</w:t>
        <w:br/>
        <w:t>v -1.153674 12.329849 -0.974743</w:t>
        <w:br/>
        <w:t>v -0.970975 12.478527 -0.959801</w:t>
        <w:br/>
        <w:t>v -0.777273 12.647051 -0.928901</w:t>
        <w:br/>
        <w:t>v -1.019884 12.833396 -0.875224</w:t>
        <w:br/>
        <w:t>v -1.664917 13.464380 -0.320691</w:t>
        <w:br/>
        <w:t>v -1.780092 13.400543 -0.433451</w:t>
        <w:br/>
        <w:t>v -1.603741 13.213021 -0.587731</w:t>
        <w:br/>
        <w:t>v -1.831051 13.359192 -0.544816</w:t>
        <w:br/>
        <w:t>v -1.792316 13.341120 -0.625154</w:t>
        <w:br/>
        <w:t>v -1.792316 13.341120 -0.625154</w:t>
        <w:br/>
        <w:t>v -1.639814 13.353871 -0.658368</w:t>
        <w:br/>
        <w:t>v -1.603741 13.213021 -0.587731</w:t>
        <w:br/>
        <w:t>v -1.396045 13.435531 -0.617809</w:t>
        <w:br/>
        <w:t>v -1.136744 13.522923 -0.552584</w:t>
        <w:br/>
        <w:t>v -1.333825 13.292673 -0.592241</w:t>
        <w:br/>
        <w:t>v -0.004399 13.469925 -0.324086</w:t>
        <w:br/>
        <w:t>v -0.004788 13.661313 -0.197365</w:t>
        <w:br/>
        <w:t>v -0.564704 13.647946 -0.411185</w:t>
        <w:br/>
        <w:t>v -0.587643 13.715254 -0.151826</w:t>
        <w:br/>
        <w:t>v -0.579710 13.583336 -0.227296</w:t>
        <w:br/>
        <w:t>v -0.002902 13.731779 -0.125742</w:t>
        <w:br/>
        <w:t>v -0.002902 13.731779 -0.125742</w:t>
        <w:br/>
        <w:t>v -0.003418 13.706625 -0.088013</w:t>
        <w:br/>
        <w:t>v -0.587932 13.684480 -0.112122</w:t>
        <w:br/>
        <w:t>v -0.003418 13.706625 -0.088013</w:t>
        <w:br/>
        <w:t>v -0.003192 13.499368 -0.180903</w:t>
        <w:br/>
        <w:t>v -0.003293 13.227818 -0.369324</w:t>
        <w:br/>
        <w:t>v -0.003293 13.227818 -0.369324</w:t>
        <w:br/>
        <w:t>v -0.360376 12.903373 -0.851807</w:t>
        <w:br/>
        <w:t>v -0.392257 12.995959 -0.693306</w:t>
        <w:br/>
        <w:t>v -0.003293 13.227818 -0.369324</w:t>
        <w:br/>
        <w:t>v 0.001284 13.152675 -0.486186</w:t>
        <w:br/>
        <w:t>v -0.360376 12.903373 -0.851807</w:t>
        <w:br/>
        <w:t>v 0.001284 13.152675 -0.486186</w:t>
        <w:br/>
        <w:t>v -0.001683 13.204313 -0.506143</w:t>
        <w:br/>
        <w:t>v -0.841373 13.587047 -0.519346</w:t>
        <w:br/>
        <w:t>v -0.841373 13.587047 -0.519346</w:t>
        <w:br/>
        <w:t>v -0.857647 13.579531 -0.458080</w:t>
        <w:br/>
        <w:t>v -1.122641 13.390749 -0.516549</w:t>
        <w:br/>
        <w:t>v -0.392257 12.995959 -0.693306</w:t>
        <w:br/>
        <w:t>v -0.981194 13.591472 -0.219180</w:t>
        <w:br/>
        <w:t>v -1.149031 13.546584 -0.264072</w:t>
        <w:br/>
        <w:t>v -1.176661 13.625083 -0.181193</w:t>
        <w:br/>
        <w:t>v -0.857647 13.579531 -0.458080</w:t>
        <w:br/>
        <w:t>v -0.856228 13.492464 -0.422346</w:t>
        <w:br/>
        <w:t>v -0.578551 13.563034 -0.329175</w:t>
        <w:br/>
        <w:t>v -0.857647 13.579531 -0.458080</w:t>
        <w:br/>
        <w:t>v -0.574525 13.647180 -0.368591</w:t>
        <w:br/>
        <w:t>v -0.578551 13.563034 -0.329175</w:t>
        <w:br/>
        <w:t>v -1.442854 13.550265 -0.227537</w:t>
        <w:br/>
        <w:t>v -1.419387 13.494819 -0.306036</w:t>
        <w:br/>
        <w:t>v -1.593634 13.427411 -0.379154</w:t>
        <w:br/>
        <w:t>v -0.004788 13.661313 -0.197365</w:t>
        <w:br/>
        <w:t>v -0.574525 13.647180 -0.368591</w:t>
        <w:br/>
        <w:t>v -0.564704 13.647946 -0.411185</w:t>
        <w:br/>
        <w:t>v -0.000000 11.514592 2.332708</w:t>
        <w:br/>
        <w:t>v 0.000000 11.833728 2.236102</w:t>
        <w:br/>
        <w:t>v 0.288452 11.839184 2.213966</w:t>
        <w:br/>
        <w:t>v 0.331233 11.544480 2.302971</w:t>
        <w:br/>
        <w:t>v 0.000002 12.769965 1.919330</w:t>
        <w:br/>
        <w:t>v 0.402384 12.774758 1.882607</w:t>
        <w:br/>
        <w:t>v 0.483074 12.260470 2.060085</w:t>
        <w:br/>
        <w:t>v 0.000001 12.249330 2.107096</w:t>
        <w:br/>
        <w:t>v 0.338823 13.260911 1.686579</w:t>
        <w:br/>
        <w:t>v 0.673067 13.264235 1.626778</w:t>
        <w:br/>
        <w:t>v 0.832008 12.790191 1.801086</w:t>
        <w:br/>
        <w:t>v 0.000001 13.261316 1.715241</w:t>
        <w:br/>
        <w:t>v 0.994457 12.289322 1.960982</w:t>
        <w:br/>
        <w:t>v 1.080833 12.821847 1.600215</w:t>
        <w:br/>
        <w:t>v 1.277402 12.361058 1.715490</w:t>
        <w:br/>
        <w:t>v 1.193622 11.602858 2.143050</w:t>
        <w:br/>
        <w:t>v 1.128021 11.881552 2.069363</w:t>
        <w:br/>
        <w:t>v 1.392135 11.918484 1.894564</w:t>
        <w:br/>
        <w:t>v 1.464983 11.613991 1.969512</w:t>
        <w:br/>
        <w:t>v 0.821813 11.853878 2.137527</w:t>
        <w:br/>
        <w:t>v 0.539778 11.845533 2.182384</w:t>
        <w:br/>
        <w:t>v 0.502444 13.747798 1.440144</w:t>
        <w:br/>
        <w:t>v 0.273478 13.747458 1.476678</w:t>
        <w:br/>
        <w:t>v 0.000003 13.747409 1.498146</w:t>
        <w:br/>
        <w:t>v 0.702019 13.747407 1.367175</w:t>
        <w:br/>
        <w:t>v 0.907970 13.266174 1.495555</w:t>
        <w:br/>
        <w:t>v 0.820564 13.253319 1.492373</w:t>
        <w:br/>
        <w:t>v 0.907970 13.266174 1.495555</w:t>
        <w:br/>
        <w:t>v 0.702019 13.747407 1.367175</w:t>
        <w:br/>
        <w:t>v 0.664391 13.745948 1.360548</w:t>
        <w:br/>
        <w:t>v 0.965263 12.800977 1.611455</w:t>
        <w:br/>
        <w:t>v 1.080833 12.821847 1.600215</w:t>
        <w:br/>
        <w:t>v 1.231851 11.972748 1.801664</w:t>
        <w:br/>
        <w:t>v 1.438051 11.969526 1.794236</w:t>
        <w:br/>
        <w:t>v 1.277402 12.361058 1.715490</w:t>
        <w:br/>
        <w:t>v 1.090126 12.407666 1.706988</w:t>
        <w:br/>
        <w:t>v 1.549995 11.631450 1.839991</w:t>
        <w:br/>
        <w:t>v 1.364846 11.576540 1.882230</w:t>
        <w:br/>
        <w:t>v 1.549995 11.631450 1.839991</w:t>
        <w:br/>
        <w:t>v 1.668353 11.302801 1.890341</w:t>
        <w:br/>
        <w:t>v 1.574369 11.296147 2.072599</w:t>
        <w:br/>
        <w:t>v 0.611252 11.297354 2.327421</w:t>
        <w:br/>
        <w:t>v 0.356969 11.214675 2.380053</w:t>
        <w:br/>
        <w:t>v 0.355774 11.233414 2.402980</w:t>
        <w:br/>
        <w:t>v 0.612045 11.316708 2.349568</w:t>
        <w:br/>
        <w:t>v 0.154740 11.179963 2.400691</w:t>
        <w:br/>
        <w:t>v -0.000001 11.175838 2.406815</w:t>
        <w:br/>
        <w:t>v -0.000001 11.195458 2.429314</w:t>
        <w:br/>
        <w:t>v 0.154224 11.199206 2.423379</w:t>
        <w:br/>
        <w:t>v 1.560397 11.274716 2.058915</w:t>
        <w:br/>
        <w:t>v 1.384729 11.280465 2.159853</w:t>
        <w:br/>
        <w:t>v 1.395758 11.301167 2.177109</w:t>
        <w:br/>
        <w:t>v 1.574369 11.296147 2.072599</w:t>
        <w:br/>
        <w:t>v 1.115806 11.326847 2.236984</w:t>
        <w:br/>
        <w:t>v 0.837955 11.384256 2.274788</w:t>
        <w:br/>
        <w:t>v 0.840760 11.404242 2.296156</w:t>
        <w:br/>
        <w:t>v 1.122686 11.347170 2.256364</w:t>
        <w:br/>
        <w:t>v 1.655525 11.283949 1.881148</w:t>
        <w:br/>
        <w:t>v 1.668353 11.302801 1.890341</w:t>
        <w:br/>
        <w:t>v 1.395758 11.301167 2.177109</w:t>
        <w:br/>
        <w:t>v 1.122686 11.347170 2.256364</w:t>
        <w:br/>
        <w:t>v 0.840155 11.604959 2.219111</w:t>
        <w:br/>
        <w:t>v 0.575911 11.581120 2.265976</w:t>
        <w:br/>
        <w:t>v 1.438051 11.969526 1.794236</w:t>
        <w:br/>
        <w:t>v 1.795248 10.976075 1.931565</w:t>
        <w:br/>
        <w:t>v 1.765933 11.048392 1.923668</w:t>
        <w:br/>
        <w:t>v 1.502168 11.257488 1.935704</w:t>
        <w:br/>
        <w:t>v 1.532766 11.171893 1.949903</w:t>
        <w:br/>
        <w:t>v -0.000001 10.895033 2.546363</w:t>
        <w:br/>
        <w:t>v 0.207472 10.906841 2.540742</w:t>
        <w:br/>
        <w:t>v 0.216967 10.831005 2.578999</w:t>
        <w:br/>
        <w:t>v -0.000001 10.817348 2.584972</w:t>
        <w:br/>
        <w:t>v 0.467276 10.959008 2.366684</w:t>
        <w:br/>
        <w:t>v 0.491561 10.883147 2.368495</w:t>
        <w:br/>
        <w:t>v 0.436489 10.896316 2.365866</w:t>
        <w:br/>
        <w:t>v 0.414858 10.982892 2.369728</w:t>
        <w:br/>
        <w:t>v 1.753972 10.978454 2.042665</w:t>
        <w:br/>
        <w:t>v 1.765933 11.048392 1.923668</w:t>
        <w:br/>
        <w:t>v 1.795248 10.976075 1.931565</w:t>
        <w:br/>
        <w:t>v 1.790582 10.896214 2.041922</w:t>
        <w:br/>
        <w:t>v 0.406733 10.939753 2.438269</w:t>
        <w:br/>
        <w:t>v 0.413814 10.864533 2.454782</w:t>
        <w:br/>
        <w:t>v 0.388246 10.854548 2.521525</w:t>
        <w:br/>
        <w:t>v 0.380398 10.934522 2.497718</w:t>
        <w:br/>
        <w:t>v 0.548533 10.835934 2.507213</w:t>
        <w:br/>
        <w:t>v 0.539025 10.912464 2.484450</w:t>
        <w:br/>
        <w:t>v 0.692961 10.903709 2.505817</w:t>
        <w:br/>
        <w:t>v 0.706820 10.824641 2.526304</w:t>
        <w:br/>
        <w:t>v 0.381279 10.872204 2.401345</w:t>
        <w:br/>
        <w:t>v 0.376185 10.943829 2.396893</w:t>
        <w:br/>
        <w:t>v 0.415222 10.935967 2.412840</w:t>
        <w:br/>
        <w:t>v 0.426415 10.858521 2.430170</w:t>
        <w:br/>
        <w:t>v 0.491561 10.883147 2.368495</w:t>
        <w:br/>
        <w:t>v 0.467276 10.959008 2.366684</w:t>
        <w:br/>
        <w:t>v 1.061828 10.984466 2.222823</w:t>
        <w:br/>
        <w:t>v 1.092401 10.904327 2.225891</w:t>
        <w:br/>
        <w:t>v 0.982194 10.909848 2.232003</w:t>
        <w:br/>
        <w:t>v 0.957406 10.985685 2.233148</w:t>
        <w:br/>
        <w:t>v 0.965806 10.865768 2.388340</w:t>
        <w:br/>
        <w:t>v 0.951570 10.943049 2.374356</w:t>
        <w:br/>
        <w:t>v 0.895982 10.975849 2.269858</w:t>
        <w:br/>
        <w:t>v 0.897315 10.896240 2.279856</w:t>
        <w:br/>
        <w:t>v 1.129539 10.836740 2.404187</w:t>
        <w:br/>
        <w:t>v 1.116975 10.919368 2.385989</w:t>
        <w:br/>
        <w:t>v 1.263000 10.911447 2.374934</w:t>
        <w:br/>
        <w:t>v 1.277187 10.832754 2.390277</w:t>
        <w:br/>
        <w:t>v 1.092401 10.904327 2.225891</w:t>
        <w:br/>
        <w:t>v 1.061828 10.984466 2.222823</w:t>
        <w:br/>
        <w:t>v 0.981615 10.949465 2.345694</w:t>
        <w:br/>
        <w:t>v 0.996074 10.873968 2.358421</w:t>
        <w:br/>
        <w:t>v 0.897315 10.896240 2.279856</w:t>
        <w:br/>
        <w:t>v 0.895982 10.975849 2.269858</w:t>
        <w:br/>
        <w:t>v 1.516038 10.956861 2.175837</w:t>
        <w:br/>
        <w:t>v 1.544813 10.867203 2.184741</w:t>
        <w:br/>
        <w:t>v 1.502707 10.886520 2.133781</w:t>
        <w:br/>
        <w:t>v 1.480900 10.972530 2.140661</w:t>
        <w:br/>
        <w:t>v 1.489276 10.874247 2.255458</w:t>
        <w:br/>
        <w:t>v 1.474058 10.952497 2.239285</w:t>
        <w:br/>
        <w:t>v 1.425626 10.968946 2.147037</w:t>
        <w:br/>
        <w:t>v 1.434279 10.887123 2.148860</w:t>
        <w:br/>
        <w:t>v 1.511096 10.981573 2.079427</w:t>
        <w:br/>
        <w:t>v 1.537959 10.896896 2.079237</w:t>
        <w:br/>
        <w:t>v 1.483113 10.902959 2.088871</w:t>
        <w:br/>
        <w:t>v 1.453157 10.979548 2.093651</w:t>
        <w:br/>
        <w:t>v 1.692611 10.867981 2.141654</w:t>
        <w:br/>
        <w:t>v 1.664591 10.953440 2.134901</w:t>
        <w:br/>
        <w:t>v 1.434279 10.887123 2.148860</w:t>
        <w:br/>
        <w:t>v 1.425626 10.968946 2.147037</w:t>
        <w:br/>
        <w:t>v 0.853813 10.913368 2.456605</w:t>
        <w:br/>
        <w:t>v 0.951570 10.943049 2.374356</w:t>
        <w:br/>
        <w:t>v 0.965806 10.865768 2.388340</w:t>
        <w:br/>
        <w:t>v 0.867886 10.835320 2.473395</w:t>
        <w:br/>
        <w:t>v 1.397027 10.927656 2.316793</w:t>
        <w:br/>
        <w:t>v 1.474058 10.952497 2.239285</w:t>
        <w:br/>
        <w:t>v 1.489276 10.874247 2.255458</w:t>
        <w:br/>
        <w:t>v 1.416923 10.848690 2.332942</w:t>
        <w:br/>
        <w:t>v 0.376185 10.943829 2.396893</w:t>
        <w:br/>
        <w:t>v 0.381279 10.872204 2.401345</w:t>
        <w:br/>
        <w:t>v 1.480900 10.972530 2.140661</w:t>
        <w:br/>
        <w:t>v 1.502707 10.886520 2.133781</w:t>
        <w:br/>
        <w:t>v 1.537959 10.896896 2.079237</w:t>
        <w:br/>
        <w:t>v 1.511096 10.981573 2.079427</w:t>
        <w:br/>
        <w:t>v 1.795248 10.976075 1.931565</w:t>
        <w:br/>
        <w:t>v 1.532766 11.171893 1.949903</w:t>
        <w:br/>
        <w:t>v 1.587561 11.031741 1.964441</w:t>
        <w:br/>
        <w:t>v 1.861915 10.797705 1.945461</w:t>
        <w:br/>
        <w:t>v 1.795248 10.976075 1.931565</w:t>
        <w:br/>
        <w:t>v 1.861915 10.797705 1.945461</w:t>
        <w:br/>
        <w:t>v 1.852772 10.732220 2.039395</w:t>
        <w:br/>
        <w:t>v 1.790582 10.896214 2.041922</w:t>
        <w:br/>
        <w:t>v 1.745143 10.703633 2.149363</w:t>
        <w:br/>
        <w:t>v 1.692611 10.867981 2.141654</w:t>
        <w:br/>
        <w:t>v 1.544813 10.867203 2.184741</w:t>
        <w:br/>
        <w:t>v 1.588994 10.706853 2.192575</w:t>
        <w:br/>
        <w:t>v 1.540311 10.735213 2.137969</w:t>
        <w:br/>
        <w:t>v 1.502707 10.886520 2.133781</w:t>
        <w:br/>
        <w:t>v 1.502707 10.886520 2.133781</w:t>
        <w:br/>
        <w:t>v 1.540311 10.735213 2.137969</w:t>
        <w:br/>
        <w:t>v 1.576330 10.746304 2.067528</w:t>
        <w:br/>
        <w:t>v 1.537959 10.896896 2.079237</w:t>
        <w:br/>
        <w:t>v 1.537959 10.896896 2.079237</w:t>
        <w:br/>
        <w:t>v 1.576330 10.746304 2.067528</w:t>
        <w:br/>
        <w:t>v 1.507436 10.754277 2.078645</w:t>
        <w:br/>
        <w:t>v 1.483113 10.902959 2.088871</w:t>
        <w:br/>
        <w:t>v 1.446641 10.734812 2.155953</w:t>
        <w:br/>
        <w:t>v 1.434279 10.887123 2.148860</w:t>
        <w:br/>
        <w:t>v 1.489276 10.874247 2.255458</w:t>
        <w:br/>
        <w:t>v 1.434279 10.887123 2.148860</w:t>
        <w:br/>
        <w:t>v 1.446641 10.734812 2.155953</w:t>
        <w:br/>
        <w:t>v 1.519987 10.710954 2.287390</w:t>
        <w:br/>
        <w:t>v 1.519987 10.710954 2.287390</w:t>
        <w:br/>
        <w:t>v 1.458564 10.667174 2.365552</w:t>
        <w:br/>
        <w:t>v 1.416923 10.848690 2.332942</w:t>
        <w:br/>
        <w:t>v 1.489276 10.874247 2.255458</w:t>
        <w:br/>
        <w:t>v 1.314702 10.636261 2.424926</w:t>
        <w:br/>
        <w:t>v 1.154528 10.646309 2.438319</w:t>
        <w:br/>
        <w:t>v 1.129539 10.836740 2.404187</w:t>
        <w:br/>
        <w:t>v 1.277187 10.832754 2.390277</w:t>
        <w:br/>
        <w:t>v 1.092401 10.904327 2.225891</w:t>
        <w:br/>
        <w:t>v 0.996074 10.873968 2.358421</w:t>
        <w:br/>
        <w:t>v 1.032575 10.711795 2.390655</w:t>
        <w:br/>
        <w:t>v 1.129564 10.770779 2.228984</w:t>
        <w:br/>
        <w:t>v 1.092401 10.904327 2.225891</w:t>
        <w:br/>
        <w:t>v 1.129564 10.770779 2.228984</w:t>
        <w:br/>
        <w:t>v 1.005774 10.780197 2.231663</w:t>
        <w:br/>
        <w:t>v 0.982194 10.909848 2.232003</w:t>
        <w:br/>
        <w:t>v 0.901956 10.767962 2.288810</w:t>
        <w:br/>
        <w:t>v 0.897315 10.896240 2.279856</w:t>
        <w:br/>
        <w:t>v 0.965806 10.865768 2.388340</w:t>
        <w:br/>
        <w:t>v 0.897315 10.896240 2.279856</w:t>
        <w:br/>
        <w:t>v 0.901956 10.767962 2.288810</w:t>
        <w:br/>
        <w:t>v 0.995373 10.703293 2.419191</w:t>
        <w:br/>
        <w:t>v 0.995373 10.703293 2.419191</w:t>
        <w:br/>
        <w:t>v 0.896585 10.664934 2.525034</w:t>
        <w:br/>
        <w:t>v 0.867886 10.835320 2.473395</w:t>
        <w:br/>
        <w:t>v 0.965806 10.865768 2.388340</w:t>
        <w:br/>
        <w:t>v 0.728702 10.651893 2.568221</w:t>
        <w:br/>
        <w:t>v 0.565649 10.671460 2.548728</w:t>
        <w:br/>
        <w:t>v 0.548533 10.835934 2.507213</w:t>
        <w:br/>
        <w:t>v 0.706820 10.824641 2.526304</w:t>
        <w:br/>
        <w:t>v 0.426415 10.858521 2.430170</w:t>
        <w:br/>
        <w:t>v 0.440149 10.707719 2.459598</w:t>
        <w:br/>
        <w:t>v 0.508250 10.749071 2.377852</w:t>
        <w:br/>
        <w:t>v 0.491561 10.883147 2.368495</w:t>
        <w:br/>
        <w:t>v 0.491561 10.883147 2.368495</w:t>
        <w:br/>
        <w:t>v 0.508250 10.749071 2.377852</w:t>
        <w:br/>
        <w:t>v 0.464534 10.754001 2.376946</w:t>
        <w:br/>
        <w:t>v 0.436489 10.896316 2.365866</w:t>
        <w:br/>
        <w:t>v 0.394106 10.716887 2.422335</w:t>
        <w:br/>
        <w:t>v 0.381279 10.872204 2.401345</w:t>
        <w:br/>
        <w:t>v 0.381279 10.872204 2.401345</w:t>
        <w:br/>
        <w:t>v 0.394106 10.716887 2.422335</w:t>
        <w:br/>
        <w:t>v 0.429270 10.695468 2.490775</w:t>
        <w:br/>
        <w:t>v 0.413814 10.864533 2.454782</w:t>
        <w:br/>
        <w:t>v 0.406959 10.676364 2.573453</w:t>
        <w:br/>
        <w:t>v 0.388246 10.854548 2.521525</w:t>
        <w:br/>
        <w:t>v 0.236360 10.643403 2.634021</w:t>
        <w:br/>
        <w:t>v 0.216967 10.831005 2.578999</w:t>
        <w:br/>
        <w:t>v -0.000002 10.633454 2.648018</w:t>
        <w:br/>
        <w:t>v -0.000001 10.817348 2.584972</w:t>
        <w:br/>
        <w:t>v -0.000001 10.895033 2.546363</w:t>
        <w:br/>
        <w:t>v -0.000001 11.175838 2.406815</w:t>
        <w:br/>
        <w:t>v 0.154740 11.179963 2.400691</w:t>
        <w:br/>
        <w:t>v 0.207472 10.906841 2.540742</w:t>
        <w:br/>
        <w:t>v 0.356969 11.214675 2.380053</w:t>
        <w:br/>
        <w:t>v 0.380398 10.934522 2.497718</w:t>
        <w:br/>
        <w:t>v 0.406733 10.939753 2.438269</w:t>
        <w:br/>
        <w:t>v 0.376185 10.943829 2.396893</w:t>
        <w:br/>
        <w:t>v 0.356969 11.214675 2.380053</w:t>
        <w:br/>
        <w:t>v 0.376185 10.943829 2.396893</w:t>
        <w:br/>
        <w:t>v 0.356969 11.214675 2.380053</w:t>
        <w:br/>
        <w:t>v 0.414858 10.982892 2.369728</w:t>
        <w:br/>
        <w:t>v 0.467276 10.959008 2.366684</w:t>
        <w:br/>
        <w:t>v 0.415222 10.935967 2.412840</w:t>
        <w:br/>
        <w:t>v 0.467276 10.959008 2.366684</w:t>
        <w:br/>
        <w:t>v 0.356969 11.214675 2.380053</w:t>
        <w:br/>
        <w:t>v 0.539025 10.912464 2.484450</w:t>
        <w:br/>
        <w:t>v 0.415222 10.935967 2.412840</w:t>
        <w:br/>
        <w:t>v 0.853813 10.913368 2.456605</w:t>
        <w:br/>
        <w:t>v 0.611252 11.297354 2.327421</w:t>
        <w:br/>
        <w:t>v 0.837955 11.384256 2.274788</w:t>
        <w:br/>
        <w:t>v 0.895982 10.975849 2.269858</w:t>
        <w:br/>
        <w:t>v 0.951570 10.943049 2.374356</w:t>
        <w:br/>
        <w:t>v 0.837955 11.384256 2.274788</w:t>
        <w:br/>
        <w:t>v 0.957406 10.985685 2.233148</w:t>
        <w:br/>
        <w:t>v 0.895982 10.975849 2.269858</w:t>
        <w:br/>
        <w:t>v 0.837955 11.384256 2.274788</w:t>
        <w:br/>
        <w:t>v 1.061828 10.984466 2.222823</w:t>
        <w:br/>
        <w:t>v 0.981615 10.949465 2.345694</w:t>
        <w:br/>
        <w:t>v 1.061828 10.984466 2.222823</w:t>
        <w:br/>
        <w:t>v 0.837955 11.384256 2.274788</w:t>
        <w:br/>
        <w:t>v 1.116975 10.919368 2.385989</w:t>
        <w:br/>
        <w:t>v 0.981615 10.949465 2.345694</w:t>
        <w:br/>
        <w:t>v 1.397027 10.927656 2.316793</w:t>
        <w:br/>
        <w:t>v 1.263000 10.911447 2.374934</w:t>
        <w:br/>
        <w:t>v 1.115806 11.326847 2.236984</w:t>
        <w:br/>
        <w:t>v 1.425626 10.968946 2.147037</w:t>
        <w:br/>
        <w:t>v 1.474058 10.952497 2.239285</w:t>
        <w:br/>
        <w:t>v 1.384729 11.280465 2.159853</w:t>
        <w:br/>
        <w:t>v 1.453157 10.979548 2.093651</w:t>
        <w:br/>
        <w:t>v 1.511096 10.981573 2.079427</w:t>
        <w:br/>
        <w:t>v 1.384729 11.280465 2.159853</w:t>
        <w:br/>
        <w:t>v 1.480900 10.972530 2.140661</w:t>
        <w:br/>
        <w:t>v 1.511096 10.981573 2.079427</w:t>
        <w:br/>
        <w:t>v 1.384729 11.280465 2.159853</w:t>
        <w:br/>
        <w:t>v 1.516038 10.956861 2.175837</w:t>
        <w:br/>
        <w:t>v 1.480900 10.972530 2.140661</w:t>
        <w:br/>
        <w:t>v 1.384729 11.280465 2.159853</w:t>
        <w:br/>
        <w:t>v 1.516038 10.956861 2.175837</w:t>
        <w:br/>
        <w:t>v 1.560397 11.274716 2.058915</w:t>
        <w:br/>
        <w:t>v 1.753972 10.978454 2.042665</w:t>
        <w:br/>
        <w:t>v 1.655525 11.283949 1.881148</w:t>
        <w:br/>
        <w:t>v 1.655525 11.283949 1.881148</w:t>
        <w:br/>
        <w:t>v 1.502168 11.257488 1.935704</w:t>
        <w:br/>
        <w:t>v 1.765933 11.048392 1.923668</w:t>
        <w:br/>
        <w:t>v 0.426415 10.858521 2.430170</w:t>
        <w:br/>
        <w:t>v 0.415222 10.935967 2.412840</w:t>
        <w:br/>
        <w:t>v 0.951570 10.943049 2.374356</w:t>
        <w:br/>
        <w:t>v 0.692961 10.903709 2.505817</w:t>
        <w:br/>
        <w:t>v 0.440149 10.707719 2.459598</w:t>
        <w:br/>
        <w:t>v 0.426415 10.858521 2.430170</w:t>
        <w:br/>
        <w:t>v 0.996074 10.873968 2.358421</w:t>
        <w:br/>
        <w:t>v 0.981615 10.949465 2.345694</w:t>
        <w:br/>
        <w:t>v 1.474058 10.952497 2.239285</w:t>
        <w:br/>
        <w:t>v 1.032575 10.711795 2.390655</w:t>
        <w:br/>
        <w:t>v 0.996074 10.873968 2.358421</w:t>
        <w:br/>
        <w:t>v 1.544813 10.867203 2.184741</w:t>
        <w:br/>
        <w:t>v 1.516038 10.956861 2.175837</w:t>
        <w:br/>
        <w:t>v 1.588994 10.706853 2.192575</w:t>
        <w:br/>
        <w:t>v 1.544813 10.867203 2.184741</w:t>
        <w:br/>
        <w:t>v 1.664591 10.953440 2.134901</w:t>
        <w:br/>
        <w:t>v 1.765933 11.048392 1.923668</w:t>
        <w:br/>
        <w:t>v 1.447322 11.453272 1.903764</w:t>
        <w:br/>
        <w:t>v 1.510443 11.262280 1.958920</w:t>
        <w:br/>
        <w:t>v 1.502168 11.257488 1.935704</w:t>
        <w:br/>
        <w:t>v 0.236360 10.643403 2.634021</w:t>
        <w:br/>
        <w:t>v 0.232675 10.635858 2.610515</w:t>
        <w:br/>
        <w:t>v -0.000002 10.625808 2.624060</w:t>
        <w:br/>
        <w:t>v -0.000002 10.633454 2.648018</w:t>
        <w:br/>
        <w:t>v 0.406959 10.676364 2.573453</w:t>
        <w:br/>
        <w:t>v 0.391930 10.670443 2.557745</w:t>
        <w:br/>
        <w:t>v 0.429270 10.695468 2.490775</w:t>
        <w:br/>
        <w:t>v 0.406620 10.693381 2.492737</w:t>
        <w:br/>
        <w:t>v 0.394106 10.716887 2.422335</w:t>
        <w:br/>
        <w:t>v 0.377090 10.715012 2.417606</w:t>
        <w:br/>
        <w:t>v 0.464534 10.754001 2.376946</w:t>
        <w:br/>
        <w:t>v 0.458812 10.751133 2.353554</w:t>
        <w:br/>
        <w:t>v 0.508250 10.749071 2.377852</w:t>
        <w:br/>
        <w:t>v 0.535981 10.750251 2.375815</w:t>
        <w:br/>
        <w:t>v 0.459227 10.707519 2.450267</w:t>
        <w:br/>
        <w:t>v 0.565649 10.671460 2.548728</w:t>
        <w:br/>
        <w:t>v 0.573484 10.666857 2.526014</w:t>
        <w:br/>
        <w:t>v 0.728702 10.651893 2.568221</w:t>
        <w:br/>
        <w:t>v 0.726766 10.645377 2.544414</w:t>
        <w:br/>
        <w:t>v 0.896585 10.664934 2.525034</w:t>
        <w:br/>
        <w:t>v 0.885744 10.657665 2.504157</w:t>
        <w:br/>
        <w:t>v 0.995373 10.703293 2.419191</w:t>
        <w:br/>
        <w:t>v 0.976031 10.699002 2.414663</w:t>
        <w:br/>
        <w:t>v 0.901956 10.767962 2.288810</w:t>
        <w:br/>
        <w:t>v 0.887719 10.767609 2.287263</w:t>
        <w:br/>
        <w:t>v 1.005774 10.780197 2.231663</w:t>
        <w:br/>
        <w:t>v 0.999297 10.778929 2.208083</w:t>
        <w:br/>
        <w:t>v 1.129564 10.770779 2.228984</w:t>
        <w:br/>
        <w:t>v 1.137035 10.773005 2.225841</w:t>
        <w:br/>
        <w:t>v 1.032575 10.711795 2.390655</w:t>
        <w:br/>
        <w:t>v 1.047779 10.713128 2.383134</w:t>
        <w:br/>
        <w:t>v 1.154528 10.646309 2.438319</w:t>
        <w:br/>
        <w:t>v 1.157106 10.642272 2.414147</w:t>
        <w:br/>
        <w:t>v 1.314702 10.636261 2.424926</w:t>
        <w:br/>
        <w:t>v 1.309256 10.630954 2.401156</w:t>
        <w:br/>
        <w:t>v 1.458564 10.667174 2.365552</w:t>
        <w:br/>
        <w:t>v 1.445924 10.660848 2.345342</w:t>
        <w:br/>
        <w:t>v 1.519987 10.710954 2.287390</w:t>
        <w:br/>
        <w:t>v 1.499701 10.706224 2.282497</w:t>
        <w:br/>
        <w:t>v 1.446641 10.734812 2.155953</w:t>
        <w:br/>
        <w:t>v 1.427362 10.733328 2.156041</w:t>
        <w:br/>
        <w:t>v 1.507436 10.754277 2.078645</w:t>
        <w:br/>
        <w:t>v 1.495765 10.753675 2.058259</w:t>
        <w:br/>
        <w:t>v 1.576330 10.746304 2.067528</w:t>
        <w:br/>
        <w:t>v 1.584819 10.749273 2.061554</w:t>
        <w:br/>
        <w:t>v 1.540311 10.735213 2.137969</w:t>
        <w:br/>
        <w:t>v 1.560710 10.740005 2.136950</w:t>
        <w:br/>
        <w:t>v 1.588994 10.706853 2.192575</w:t>
        <w:br/>
        <w:t>v 1.595446 10.707569 2.173120</w:t>
        <w:br/>
        <w:t>v 1.745143 10.703633 2.149363</w:t>
        <w:br/>
        <w:t>v 1.733434 10.699002 2.128410</w:t>
        <w:br/>
        <w:t>v 1.852772 10.732220 2.039395</w:t>
        <w:br/>
        <w:t>v 1.833316 10.724850 2.026604</w:t>
        <w:br/>
        <w:t>v 1.849251 10.793818 1.954101</w:t>
        <w:br/>
        <w:t>v 1.587561 11.031741 1.964441</w:t>
        <w:br/>
        <w:t>v 1.596830 11.037300 1.987154</w:t>
        <w:br/>
        <w:t>v 1.532766 11.171893 1.949903</w:t>
        <w:br/>
        <w:t>v 1.541783 11.177691 1.972654</w:t>
        <w:br/>
        <w:t>v 1.502168 11.257488 1.935704</w:t>
        <w:br/>
        <w:t>v 1.510443 11.262280 1.958920</w:t>
        <w:br/>
        <w:t>v 1.541783 11.177691 1.972654</w:t>
        <w:br/>
        <w:t>v 1.532766 11.171893 1.949903</w:t>
        <w:br/>
        <w:t>v 1.775138 10.969398 1.945135</w:t>
        <w:br/>
        <w:t>v 1.541783 11.177691 1.972654</w:t>
        <w:br/>
        <w:t>v 1.510443 11.262280 1.958920</w:t>
        <w:br/>
        <w:t>v 1.745924 11.041387 1.937213</w:t>
        <w:br/>
        <w:t>v 0.213773 10.822014 2.555720</w:t>
        <w:br/>
        <w:t>v 0.205523 10.896077 2.518092</w:t>
        <w:br/>
        <w:t>v -0.000001 10.883727 2.523889</w:t>
        <w:br/>
        <w:t>v -0.000001 10.807891 2.561744</w:t>
        <w:br/>
        <w:t>v 0.430276 10.894555 2.341557</w:t>
        <w:br/>
        <w:t>v 0.515784 10.888932 2.364961</w:t>
        <w:br/>
        <w:t>v 0.490581 10.967712 2.362949</w:t>
        <w:br/>
        <w:t>v 0.410484 10.971862 2.345130</w:t>
        <w:br/>
        <w:t>v 1.775138 10.969398 1.945135</w:t>
        <w:br/>
        <w:t>v 1.745924 11.041387 1.937213</w:t>
        <w:br/>
        <w:t>v 1.734843 10.968995 2.029347</w:t>
        <w:br/>
        <w:t>v 1.770674 10.888241 2.028780</w:t>
        <w:br/>
        <w:t>v 0.372060 10.847190 2.503729</w:t>
        <w:br/>
        <w:t>v 0.388862 10.862081 2.456820</w:t>
        <w:br/>
        <w:t>v 0.381907 10.936522 2.440696</w:t>
        <w:br/>
        <w:t>v 0.365998 10.925667 2.479093</w:t>
        <w:br/>
        <w:t>v 0.691036 10.895170 2.482236</w:t>
        <w:br/>
        <w:t>v 0.545678 10.906338 2.460982</w:t>
        <w:br/>
        <w:t>v 0.556430 10.830956 2.483858</w:t>
        <w:br/>
        <w:t>v 0.704682 10.818027 2.502132</w:t>
        <w:br/>
        <w:t>v 0.351636 10.942055 2.391724</w:t>
        <w:br/>
        <w:t>v 0.357056 10.869967 2.394906</w:t>
        <w:br/>
        <w:t>v 0.464363 10.936495 2.401239</w:t>
        <w:br/>
        <w:t>v 0.490581 10.967712 2.362949</w:t>
        <w:br/>
        <w:t>v 0.515784 10.888932 2.364961</w:t>
        <w:br/>
        <w:t>v 0.463080 10.857414 2.414537</w:t>
        <w:br/>
        <w:t>v 0.975453 10.908127 2.207831</w:t>
        <w:br/>
        <w:t>v 1.114573 10.911572 2.216459</w:t>
        <w:br/>
        <w:t>v 1.082503 10.993897 2.212044</w:t>
        <w:br/>
        <w:t>v 0.949910 10.984779 2.209152</w:t>
        <w:br/>
        <w:t>v 0.871634 10.972479 2.264539</w:t>
        <w:br/>
        <w:t>v 0.928580 10.936196 2.366810</w:t>
        <w:br/>
        <w:t>v 0.942112 10.860260 2.381977</w:t>
        <w:br/>
        <w:t>v 0.872363 10.894555 2.277178</w:t>
        <w:br/>
        <w:t>v 1.257454 10.903824 2.351617</w:t>
        <w:br/>
        <w:t>v 1.118736 10.913810 2.361515</w:t>
        <w:br/>
        <w:t>v 1.132117 10.832366 2.379550</w:t>
        <w:br/>
        <w:t>v 1.271653 10.827097 2.366395</w:t>
        <w:br/>
        <w:t>v 1.014981 10.952835 2.332979</w:t>
        <w:br/>
        <w:t>v 1.082503 10.993897 2.212044</w:t>
        <w:br/>
        <w:t>v 1.114573 10.911572 2.216459</w:t>
        <w:br/>
        <w:t>v 1.025507 10.875779 2.347140</w:t>
        <w:br/>
        <w:t>v 0.872363 10.894555 2.277178</w:t>
        <w:br/>
        <w:t>v 0.871634 10.972479 2.264539</w:t>
        <w:br/>
        <w:t>v 1.527068 10.892721 2.132888</w:t>
        <w:br/>
        <w:t>v 1.552447 10.867755 2.160783</w:t>
        <w:br/>
        <w:t>v 1.522918 10.956596 2.151652</w:t>
        <w:br/>
        <w:t>v 1.504921 10.979724 2.138598</w:t>
        <w:br/>
        <w:t>v 1.400876 10.965488 2.149955</w:t>
        <w:br/>
        <w:t>v 1.450993 10.945819 2.231802</w:t>
        <w:br/>
        <w:t>v 1.465607 10.868587 2.249132</w:t>
        <w:br/>
        <w:t>v 1.409264 10.884633 2.149804</w:t>
        <w:br/>
        <w:t>v 1.470449 10.901070 2.067227</w:t>
        <w:br/>
        <w:t>v 1.558019 10.903421 2.065541</w:t>
        <w:br/>
        <w:t>v 1.529307 10.989346 2.063920</w:t>
        <w:br/>
        <w:t>v 1.438543 10.978618 2.073201</w:t>
        <w:br/>
        <w:t>v 1.653096 10.946446 2.113659</w:t>
        <w:br/>
        <w:t>v 1.680664 10.862761 2.120148</w:t>
        <w:br/>
        <w:t>v 1.409264 10.884633 2.149804</w:t>
        <w:br/>
        <w:t>v 1.400876 10.965488 2.149955</w:t>
        <w:br/>
        <w:t>v 0.942112 10.860260 2.381977</w:t>
        <w:br/>
        <w:t>v 0.928580 10.936196 2.366810</w:t>
        <w:br/>
        <w:t>v 0.843802 10.905282 2.434999</w:t>
        <w:br/>
        <w:t>v 0.856794 10.828200 2.451977</w:t>
        <w:br/>
        <w:t>v 1.465607 10.868587 2.249132</w:t>
        <w:br/>
        <w:t>v 1.450993 10.945819 2.231802</w:t>
        <w:br/>
        <w:t>v 1.385055 10.919457 2.296243</w:t>
        <w:br/>
        <w:t>v 1.404120 10.841999 2.312341</w:t>
        <w:br/>
        <w:t>v 0.357056 10.869967 2.394906</w:t>
        <w:br/>
        <w:t>v 0.351636 10.942055 2.391724</w:t>
        <w:br/>
        <w:t>v 1.558019 10.903421 2.065541</w:t>
        <w:br/>
        <w:t>v 1.529307 10.989346 2.063920</w:t>
        <w:br/>
        <w:t>v 1.541783 11.177691 1.972654</w:t>
        <w:br/>
        <w:t>v 1.775138 10.969398 1.945135</w:t>
        <w:br/>
        <w:t>v 1.849251 10.793818 1.954101</w:t>
        <w:br/>
        <w:t>v 1.596830 11.037300 1.987154</w:t>
        <w:br/>
        <w:t>v 1.833316 10.724850 2.026604</w:t>
        <w:br/>
        <w:t>v 1.849251 10.793818 1.954101</w:t>
        <w:br/>
        <w:t>v 1.775138 10.969398 1.945135</w:t>
        <w:br/>
        <w:t>v 1.770674 10.888241 2.028780</w:t>
        <w:br/>
        <w:t>v 1.680664 10.862761 2.120148</w:t>
        <w:br/>
        <w:t>v 1.733434 10.699002 2.128410</w:t>
        <w:br/>
        <w:t>v 1.560710 10.740005 2.136950</w:t>
        <w:br/>
        <w:t>v 1.595446 10.707569 2.173120</w:t>
        <w:br/>
        <w:t>v 1.552447 10.867755 2.160783</w:t>
        <w:br/>
        <w:t>v 1.527068 10.892721 2.132888</w:t>
        <w:br/>
        <w:t>v 1.584819 10.749273 2.061554</w:t>
        <w:br/>
        <w:t>v 1.558019 10.903421 2.065541</w:t>
        <w:br/>
        <w:t>v 1.495765 10.753675 2.058259</w:t>
        <w:br/>
        <w:t>v 1.584819 10.749273 2.061554</w:t>
        <w:br/>
        <w:t>v 1.558019 10.903421 2.065541</w:t>
        <w:br/>
        <w:t>v 1.470449 10.901070 2.067227</w:t>
        <w:br/>
        <w:t>v 1.427362 10.733328 2.156041</w:t>
        <w:br/>
        <w:t>v 1.409264 10.884633 2.149804</w:t>
        <w:br/>
        <w:t>v 1.409264 10.884633 2.149804</w:t>
        <w:br/>
        <w:t>v 1.465607 10.868587 2.249132</w:t>
        <w:br/>
        <w:t>v 1.499701 10.706224 2.282497</w:t>
        <w:br/>
        <w:t>v 1.427362 10.733328 2.156041</w:t>
        <w:br/>
        <w:t>v 1.404120 10.841999 2.312341</w:t>
        <w:br/>
        <w:t>v 1.445924 10.660848 2.345342</w:t>
        <w:br/>
        <w:t>v 1.499701 10.706224 2.282497</w:t>
        <w:br/>
        <w:t>v 1.465607 10.868587 2.249132</w:t>
        <w:br/>
        <w:t>v 1.132117 10.832366 2.379550</w:t>
        <w:br/>
        <w:t>v 1.157106 10.642272 2.414147</w:t>
        <w:br/>
        <w:t>v 1.309256 10.630954 2.401156</w:t>
        <w:br/>
        <w:t>v 1.271653 10.827097 2.366395</w:t>
        <w:br/>
        <w:t>v 1.025507 10.875779 2.347140</w:t>
        <w:br/>
        <w:t>v 1.114573 10.911572 2.216459</w:t>
        <w:br/>
        <w:t>v 1.137035 10.773005 2.225841</w:t>
        <w:br/>
        <w:t>v 1.047779 10.713128 2.383134</w:t>
        <w:br/>
        <w:t>v 0.999297 10.778929 2.208083</w:t>
        <w:br/>
        <w:t>v 1.137035 10.773005 2.225841</w:t>
        <w:br/>
        <w:t>v 1.114573 10.911572 2.216459</w:t>
        <w:br/>
        <w:t>v 0.975453 10.908127 2.207831</w:t>
        <w:br/>
        <w:t>v 0.887719 10.767609 2.287263</w:t>
        <w:br/>
        <w:t>v 0.872363 10.894555 2.277178</w:t>
        <w:br/>
        <w:t>v 0.872363 10.894555 2.277178</w:t>
        <w:br/>
        <w:t>v 0.942112 10.860260 2.381977</w:t>
        <w:br/>
        <w:t>v 0.976031 10.699002 2.414663</w:t>
        <w:br/>
        <w:t>v 0.887719 10.767609 2.287263</w:t>
        <w:br/>
        <w:t>v 0.856794 10.828200 2.451977</w:t>
        <w:br/>
        <w:t>v 0.885744 10.657665 2.504157</w:t>
        <w:br/>
        <w:t>v 0.976031 10.699002 2.414663</w:t>
        <w:br/>
        <w:t>v 0.942112 10.860260 2.381977</w:t>
        <w:br/>
        <w:t>v 0.556430 10.830956 2.483858</w:t>
        <w:br/>
        <w:t>v 0.573484 10.666857 2.526014</w:t>
        <w:br/>
        <w:t>v 0.726766 10.645377 2.544414</w:t>
        <w:br/>
        <w:t>v 0.704682 10.818027 2.502132</w:t>
        <w:br/>
        <w:t>v 0.463080 10.857414 2.414537</w:t>
        <w:br/>
        <w:t>v 0.515784 10.888932 2.364961</w:t>
        <w:br/>
        <w:t>v 0.535981 10.750251 2.375815</w:t>
        <w:br/>
        <w:t>v 0.459227 10.707519 2.450267</w:t>
        <w:br/>
        <w:t>v 0.458812 10.751133 2.353554</w:t>
        <w:br/>
        <w:t>v 0.535981 10.750251 2.375815</w:t>
        <w:br/>
        <w:t>v 0.515784 10.888932 2.364961</w:t>
        <w:br/>
        <w:t>v 0.430276 10.894555 2.341557</w:t>
        <w:br/>
        <w:t>v 0.377090 10.715012 2.417606</w:t>
        <w:br/>
        <w:t>v 0.357056 10.869967 2.394906</w:t>
        <w:br/>
        <w:t>v 0.406620 10.693381 2.492737</w:t>
        <w:br/>
        <w:t>v 0.377090 10.715012 2.417606</w:t>
        <w:br/>
        <w:t>v 0.357056 10.869967 2.394906</w:t>
        <w:br/>
        <w:t>v 0.388862 10.862081 2.456820</w:t>
        <w:br/>
        <w:t>v 0.391930 10.670443 2.557745</w:t>
        <w:br/>
        <w:t>v 0.372060 10.847190 2.503729</w:t>
        <w:br/>
        <w:t>v 0.213773 10.822014 2.555720</w:t>
        <w:br/>
        <w:t>v 0.232675 10.635858 2.610515</w:t>
        <w:br/>
        <w:t>v -0.000001 10.807891 2.561744</w:t>
        <w:br/>
        <w:t>v -0.000002 10.625808 2.624060</w:t>
        <w:br/>
        <w:t>v 0.153608 11.168884 2.378167</w:t>
        <w:br/>
        <w:t>v -0.000001 11.164484 2.384367</w:t>
        <w:br/>
        <w:t>v -0.000001 10.883727 2.523889</w:t>
        <w:br/>
        <w:t>v 0.205523 10.896077 2.518092</w:t>
        <w:br/>
        <w:t>v 0.355032 11.204676 2.357076</w:t>
        <w:br/>
        <w:t>v 0.365998 10.925667 2.479093</w:t>
        <w:br/>
        <w:t>v 0.381907 10.936522 2.440696</w:t>
        <w:br/>
        <w:t>v 0.351636 10.942055 2.391724</w:t>
        <w:br/>
        <w:t>v 0.355032 11.204676 2.357076</w:t>
        <w:br/>
        <w:t>v 0.351636 10.942055 2.391724</w:t>
        <w:br/>
        <w:t>v 0.410484 10.971862 2.345130</w:t>
        <w:br/>
        <w:t>v 0.490581 10.967712 2.362949</w:t>
        <w:br/>
        <w:t>v 0.490581 10.967712 2.362949</w:t>
        <w:br/>
        <w:t>v 0.464363 10.936495 2.401239</w:t>
        <w:br/>
        <w:t>v 0.355032 11.204676 2.357076</w:t>
        <w:br/>
        <w:t>v 0.464363 10.936495 2.401239</w:t>
        <w:br/>
        <w:t>v 0.545678 10.906338 2.460982</w:t>
        <w:br/>
        <w:t>v 0.355032 11.204676 2.357076</w:t>
        <w:br/>
        <w:t>v 0.609353 11.288210 2.304066</w:t>
        <w:br/>
        <w:t>v 0.843802 10.905282 2.434999</w:t>
        <w:br/>
        <w:t>v 0.834535 11.375479 2.251522</w:t>
        <w:br/>
        <w:t>v 0.928580 10.936196 2.366810</w:t>
        <w:br/>
        <w:t>v 0.871634 10.972479 2.264539</w:t>
        <w:br/>
        <w:t>v 0.834535 11.375479 2.251522</w:t>
        <w:br/>
        <w:t>v 0.871634 10.972479 2.264539</w:t>
        <w:br/>
        <w:t>v 0.949910 10.984779 2.209152</w:t>
        <w:br/>
        <w:t>v 1.082503 10.993897 2.212044</w:t>
        <w:br/>
        <w:t>v 1.082503 10.993897 2.212044</w:t>
        <w:br/>
        <w:t>v 1.014981 10.952835 2.332979</w:t>
        <w:br/>
        <w:t>v 0.834535 11.375479 2.251522</w:t>
        <w:br/>
        <w:t>v 1.014981 10.952835 2.332979</w:t>
        <w:br/>
        <w:t>v 1.118736 10.913810 2.361515</w:t>
        <w:br/>
        <w:t>v 1.257454 10.903824 2.351617</w:t>
        <w:br/>
        <w:t>v 1.385055 10.919457 2.296243</w:t>
        <w:br/>
        <w:t>v 1.109380 11.317640 2.214561</w:t>
        <w:br/>
        <w:t>v 1.450993 10.945819 2.231802</w:t>
        <w:br/>
        <w:t>v 1.400876 10.965488 2.149955</w:t>
        <w:br/>
        <w:t>v 1.374604 11.272480 2.138461</w:t>
        <w:br/>
        <w:t>v 1.438543 10.978618 2.073201</w:t>
        <w:br/>
        <w:t>v 1.529307 10.989346 2.063920</w:t>
        <w:br/>
        <w:t>v 1.374604 11.272480 2.138461</w:t>
        <w:br/>
        <w:t>v 1.529307 10.989346 2.063920</w:t>
        <w:br/>
        <w:t>v 1.504921 10.979724 2.138598</w:t>
        <w:br/>
        <w:t>v 1.374604 11.272480 2.138461</w:t>
        <w:br/>
        <w:t>v 1.522918 10.956596 2.151652</w:t>
        <w:br/>
        <w:t>v 1.522918 10.956596 2.151652</w:t>
        <w:br/>
        <w:t>v 1.544626 11.265714 2.042918</w:t>
        <w:br/>
        <w:t>v 1.734843 10.968995 2.029347</w:t>
        <w:br/>
        <w:t>v 1.621100 11.278749 1.930001</w:t>
        <w:br/>
        <w:t>v 1.745924 11.041387 1.937213</w:t>
        <w:br/>
        <w:t>v 1.510443 11.262280 1.958920</w:t>
        <w:br/>
        <w:t>v 1.447322 11.453272 1.903764</w:t>
        <w:br/>
        <w:t>v 1.621100 11.278749 1.930001</w:t>
        <w:br/>
        <w:t>v 0.464363 10.936495 2.401239</w:t>
        <w:br/>
        <w:t>v 0.463080 10.857414 2.414537</w:t>
        <w:br/>
        <w:t>v 0.928580 10.936196 2.366810</w:t>
        <w:br/>
        <w:t>v 0.691036 10.895170 2.482236</w:t>
        <w:br/>
        <w:t>v 0.459227 10.707519 2.450267</w:t>
        <w:br/>
        <w:t>v 0.463080 10.857414 2.414537</w:t>
        <w:br/>
        <w:t>v 1.014981 10.952835 2.332979</w:t>
        <w:br/>
        <w:t>v 1.025507 10.875779 2.347140</w:t>
        <w:br/>
        <w:t>v 1.450993 10.945819 2.231802</w:t>
        <w:br/>
        <w:t>v 1.047779 10.713128 2.383134</w:t>
        <w:br/>
        <w:t>v 1.025507 10.875779 2.347140</w:t>
        <w:br/>
        <w:t>v 1.522918 10.956596 2.151652</w:t>
        <w:br/>
        <w:t>v 1.552447 10.867755 2.160783</w:t>
        <w:br/>
        <w:t>v 1.595446 10.707569 2.173120</w:t>
        <w:br/>
        <w:t>v 1.552447 10.867755 2.160783</w:t>
        <w:br/>
        <w:t>v 1.653096 10.946446 2.113659</w:t>
        <w:br/>
        <w:t>v 1.745924 11.041387 1.937213</w:t>
        <w:br/>
        <w:t>v 1.668353 11.302801 1.890341</w:t>
        <w:br/>
        <w:t>v 1.655525 11.283949 1.881148</w:t>
        <w:br/>
        <w:t>v -0.000000 11.499105 2.284153</w:t>
        <w:br/>
        <w:t>v 0.330558 11.529887 2.254120</w:t>
        <w:br/>
        <w:t>v 0.288452 11.839184 2.161803</w:t>
        <w:br/>
        <w:t>v 0.000000 11.833725 2.183939</w:t>
        <w:br/>
        <w:t>v 0.483074 12.260469 2.007922</w:t>
        <w:br/>
        <w:t>v 0.402384 12.774758 1.830444</w:t>
        <w:br/>
        <w:t>v 0.000002 12.769967 1.867168</w:t>
        <w:br/>
        <w:t>v 0.000001 12.249328 2.054934</w:t>
        <w:br/>
        <w:t>v 0.832008 12.790192 1.748923</w:t>
        <w:br/>
        <w:t>v 0.673067 13.264235 1.574615</w:t>
        <w:br/>
        <w:t>v 0.338823 13.260910 1.634416</w:t>
        <w:br/>
        <w:t>v 0.000001 13.261316 1.663079</w:t>
        <w:br/>
        <w:t>v 0.965263 12.800977 1.611455</w:t>
        <w:br/>
        <w:t>v 0.994457 12.289322 1.908819</w:t>
        <w:br/>
        <w:t>v 1.090126 12.407666 1.706988</w:t>
        <w:br/>
        <w:t>v 1.303228 11.622614 1.970063</w:t>
        <w:br/>
        <w:t>v 1.231851 11.972748 1.801664</w:t>
        <w:br/>
        <w:t>v 1.127996 11.881552 2.017200</w:t>
        <w:br/>
        <w:t>v 1.184994 11.588305 2.096855</w:t>
        <w:br/>
        <w:t>v 0.536299 11.846010 2.126283</w:t>
        <w:br/>
        <w:t>v 0.821813 11.853878 2.085364</w:t>
        <w:br/>
        <w:t>v 0.502444 13.747798 1.387981</w:t>
        <w:br/>
        <w:t>v 0.273478 13.747460 1.424516</w:t>
        <w:br/>
        <w:t>v 0.000003 13.747408 1.445984</w:t>
        <w:br/>
        <w:t>v 0.820564 13.253319 1.492373</w:t>
        <w:br/>
        <w:t>v 0.664391 13.745948 1.360548</w:t>
        <w:br/>
        <w:t>v 1.374604 11.272480 2.138461</w:t>
        <w:br/>
        <w:t>v 1.109380 11.317640 2.214561</w:t>
        <w:br/>
        <w:t>v 1.544626 11.265714 2.042918</w:t>
        <w:br/>
        <w:t>v 1.364846 11.576540 1.882230</w:t>
        <w:br/>
        <w:t>v 0.836451 11.590494 2.171041</w:t>
        <w:br/>
        <w:t>v 0.572826 11.567110 2.215174</w:t>
        <w:br/>
        <w:t>v 0.609353 11.288210 2.304066</w:t>
        <w:br/>
        <w:t>v 1.544626 11.265714 2.042918</w:t>
        <w:br/>
        <w:t>v 1.655525 11.283949 1.881148</w:t>
        <w:br/>
        <w:t>v 1.447322 11.453272 1.903764</w:t>
        <w:br/>
        <w:t>v 1.447322 11.453272 1.903764</w:t>
        <w:br/>
        <w:t>v 0.840760 11.404242 2.296156</w:t>
        <w:br/>
        <w:t>v 0.612045 11.316708 2.349568</w:t>
        <w:br/>
        <w:t>v -0.000001 11.195458 2.429314</w:t>
        <w:br/>
        <w:t>v 0.154224 11.199206 2.423379</w:t>
        <w:br/>
        <w:t>v 1.447322 11.453272 1.903764</w:t>
        <w:br/>
        <w:t>v 0.355774 11.233414 2.402980</w:t>
        <w:br/>
        <w:t>v 0.834535 11.375479 2.251522</w:t>
        <w:br/>
        <w:t>v -0.000001 11.164484 2.384367</w:t>
        <w:br/>
        <w:t>v 0.153608 11.168884 2.378167</w:t>
        <w:br/>
        <w:t>v 0.355032 11.204676 2.357076</w:t>
        <w:br/>
        <w:t>v -0.288451 11.839186 2.213965</w:t>
        <w:br/>
        <w:t>v -0.331233 11.544480 2.302970</w:t>
        <w:br/>
        <w:t>v -0.483072 12.260472 2.060085</w:t>
        <w:br/>
        <w:t>v -0.402381 12.774761 1.882607</w:t>
        <w:br/>
        <w:t>v -0.832005 12.790191 1.801086</w:t>
        <w:br/>
        <w:t>v -0.673064 13.264235 1.626778</w:t>
        <w:br/>
        <w:t>v -0.338820 13.260911 1.686580</w:t>
        <w:br/>
        <w:t>v -1.080829 12.821849 1.600216</w:t>
        <w:br/>
        <w:t>v -0.994455 12.289324 1.960981</w:t>
        <w:br/>
        <w:t>v -1.277400 12.361063 1.715490</w:t>
        <w:br/>
        <w:t>v -1.392133 11.918488 1.894563</w:t>
        <w:br/>
        <w:t>v -1.128020 11.881556 2.069361</w:t>
        <w:br/>
        <w:t>v -1.193621 11.602861 2.143048</w:t>
        <w:br/>
        <w:t>v -1.464982 11.613992 1.969509</w:t>
        <w:br/>
        <w:t>v -0.821812 11.853878 2.137527</w:t>
        <w:br/>
        <w:t>v -0.539777 11.845535 2.182383</w:t>
        <w:br/>
        <w:t>v -0.502438 13.747798 1.440144</w:t>
        <w:br/>
        <w:t>v -0.273471 13.747458 1.476678</w:t>
        <w:br/>
        <w:t>v -0.907966 13.266172 1.495555</w:t>
        <w:br/>
        <w:t>v -0.702013 13.747409 1.367175</w:t>
        <w:br/>
        <w:t>v -0.702013 13.747409 1.367175</w:t>
        <w:br/>
        <w:t>v -0.907966 13.266172 1.495555</w:t>
        <w:br/>
        <w:t>v -0.820560 13.253319 1.492373</w:t>
        <w:br/>
        <w:t>v -0.664384 13.745951 1.360548</w:t>
        <w:br/>
        <w:t>v -1.080829 12.821849 1.600216</w:t>
        <w:br/>
        <w:t>v -0.965259 12.800977 1.611455</w:t>
        <w:br/>
        <w:t>v -1.277400 12.361063 1.715490</w:t>
        <w:br/>
        <w:t>v -1.438050 11.969528 1.794235</w:t>
        <w:br/>
        <w:t>v -1.231849 11.972750 1.801663</w:t>
        <w:br/>
        <w:t>v -1.090124 12.407670 1.706988</w:t>
        <w:br/>
        <w:t>v -1.549994 11.631454 1.839988</w:t>
        <w:br/>
        <w:t>v -1.364845 11.576543 1.882227</w:t>
        <w:br/>
        <w:t>v -1.574369 11.296151 2.072596</w:t>
        <w:br/>
        <w:t>v -1.668353 11.302805 1.890338</w:t>
        <w:br/>
        <w:t>v -1.549994 11.631454 1.839988</w:t>
        <w:br/>
        <w:t>v -0.355775 11.233414 2.402980</w:t>
        <w:br/>
        <w:t>v -0.356970 11.214677 2.380053</w:t>
        <w:br/>
        <w:t>v -0.611253 11.297354 2.327420</w:t>
        <w:br/>
        <w:t>v -0.612045 11.316709 2.349567</w:t>
        <w:br/>
        <w:t>v -0.154741 11.179964 2.400691</w:t>
        <w:br/>
        <w:t>v -0.154226 11.199206 2.423378</w:t>
        <w:br/>
        <w:t>v -1.395759 11.301169 2.177106</w:t>
        <w:br/>
        <w:t>v -1.384729 11.280468 2.159851</w:t>
        <w:br/>
        <w:t>v -1.560397 11.274720 2.058913</w:t>
        <w:br/>
        <w:t>v -1.574369 11.296151 2.072596</w:t>
        <w:br/>
        <w:t>v -0.840760 11.404243 2.296155</w:t>
        <w:br/>
        <w:t>v -0.837956 11.384260 2.274788</w:t>
        <w:br/>
        <w:t>v -1.115807 11.326849 2.236982</w:t>
        <w:br/>
        <w:t>v -1.122686 11.347173 2.256362</w:t>
        <w:br/>
        <w:t>v -1.655525 11.283955 1.881145</w:t>
        <w:br/>
        <w:t>v -1.668353 11.302805 1.890338</w:t>
        <w:br/>
        <w:t>v -1.395759 11.301169 2.177106</w:t>
        <w:br/>
        <w:t>v -1.122686 11.347173 2.256362</w:t>
        <w:br/>
        <w:t>v -0.840155 11.604960 2.219111</w:t>
        <w:br/>
        <w:t>v -0.575911 11.581121 2.265975</w:t>
        <w:br/>
        <w:t>v -1.438050 11.969528 1.794235</w:t>
        <w:br/>
        <w:t>v -1.502168 11.257492 1.935701</w:t>
        <w:br/>
        <w:t>v -1.765934 11.048397 1.923665</w:t>
        <w:br/>
        <w:t>v -1.795249 10.976082 1.931564</w:t>
        <w:br/>
        <w:t>v -1.532766 11.171896 1.949900</w:t>
        <w:br/>
        <w:t>v -0.216970 10.831005 2.578999</w:t>
        <w:br/>
        <w:t>v -0.207475 10.906841 2.540741</w:t>
        <w:br/>
        <w:t>v -0.000001 10.895033 2.546363</w:t>
        <w:br/>
        <w:t>v -0.000001 10.817348 2.584972</w:t>
        <w:br/>
        <w:t>v -0.436492 10.896317 2.365866</w:t>
        <w:br/>
        <w:t>v -0.491564 10.883150 2.368495</w:t>
        <w:br/>
        <w:t>v -0.467279 10.959011 2.366684</w:t>
        <w:br/>
        <w:t>v -0.414860 10.982893 2.369727</w:t>
        <w:br/>
        <w:t>v -1.795249 10.976082 1.931564</w:t>
        <w:br/>
        <w:t>v -1.765934 11.048397 1.923665</w:t>
        <w:br/>
        <w:t>v -1.753973 10.978458 2.042663</w:t>
        <w:br/>
        <w:t>v -1.790583 10.896220 2.041922</w:t>
        <w:br/>
        <w:t>v -0.388249 10.854550 2.521524</w:t>
        <w:br/>
        <w:t>v -0.413816 10.864535 2.454781</w:t>
        <w:br/>
        <w:t>v -0.406736 10.939755 2.438268</w:t>
        <w:br/>
        <w:t>v -0.380401 10.934523 2.497717</w:t>
        <w:br/>
        <w:t>v -0.692963 10.903710 2.505816</w:t>
        <w:br/>
        <w:t>v -0.539027 10.912464 2.484449</w:t>
        <w:br/>
        <w:t>v -0.548535 10.835937 2.507212</w:t>
        <w:br/>
        <w:t>v -0.706822 10.824644 2.526303</w:t>
        <w:br/>
        <w:t>v -0.376188 10.943830 2.396892</w:t>
        <w:br/>
        <w:t>v -0.381281 10.872207 2.401344</w:t>
        <w:br/>
        <w:t>v -0.491564 10.883150 2.368495</w:t>
        <w:br/>
        <w:t>v -0.426418 10.858524 2.430169</w:t>
        <w:br/>
        <w:t>v -0.415225 10.935969 2.412839</w:t>
        <w:br/>
        <w:t>v -0.467279 10.959011 2.366684</w:t>
        <w:br/>
        <w:t>v -0.982196 10.909852 2.232002</w:t>
        <w:br/>
        <w:t>v -1.092403 10.904332 2.225889</w:t>
        <w:br/>
        <w:t>v -1.061830 10.984468 2.222821</w:t>
        <w:br/>
        <w:t>v -0.957407 10.985687 2.233146</w:t>
        <w:br/>
        <w:t>v -0.895984 10.975852 2.269857</w:t>
        <w:br/>
        <w:t>v -0.951572 10.943051 2.374355</w:t>
        <w:br/>
        <w:t>v -0.965809 10.865769 2.388340</w:t>
        <w:br/>
        <w:t>v -0.897317 10.896242 2.279855</w:t>
        <w:br/>
        <w:t>v -1.263002 10.911449 2.374933</w:t>
        <w:br/>
        <w:t>v -1.116977 10.919373 2.385988</w:t>
        <w:br/>
        <w:t>v -1.129541 10.836744 2.404185</w:t>
        <w:br/>
        <w:t>v -1.277189 10.832758 2.390276</w:t>
        <w:br/>
        <w:t>v -0.981617 10.949468 2.345693</w:t>
        <w:br/>
        <w:t>v -1.061830 10.984468 2.222821</w:t>
        <w:br/>
        <w:t>v -1.092403 10.904332 2.225889</w:t>
        <w:br/>
        <w:t>v -0.996076 10.873970 2.358420</w:t>
        <w:br/>
        <w:t>v -0.897317 10.896242 2.279855</w:t>
        <w:br/>
        <w:t>v -0.895984 10.975852 2.269857</w:t>
        <w:br/>
        <w:t>v -1.502709 10.886523 2.133779</w:t>
        <w:br/>
        <w:t>v -1.544815 10.867208 2.184739</w:t>
        <w:br/>
        <w:t>v -1.516040 10.956863 2.175835</w:t>
        <w:br/>
        <w:t>v -1.480901 10.972534 2.140659</w:t>
        <w:br/>
        <w:t>v -1.425628 10.968950 2.147035</w:t>
        <w:br/>
        <w:t>v -1.474060 10.952500 2.239283</w:t>
        <w:br/>
        <w:t>v -1.489277 10.874249 2.255456</w:t>
        <w:br/>
        <w:t>v -1.434281 10.887128 2.148859</w:t>
        <w:br/>
        <w:t>v -1.483115 10.902963 2.088869</w:t>
        <w:br/>
        <w:t>v -1.537961 10.896899 2.079235</w:t>
        <w:br/>
        <w:t>v -1.511097 10.981577 2.079424</w:t>
        <w:br/>
        <w:t>v -1.453158 10.979552 2.093648</w:t>
        <w:br/>
        <w:t>v -1.664593 10.953444 2.134899</w:t>
        <w:br/>
        <w:t>v -1.692613 10.867986 2.141653</w:t>
        <w:br/>
        <w:t>v -1.434281 10.887128 2.148859</w:t>
        <w:br/>
        <w:t>v -1.425628 10.968950 2.147035</w:t>
        <w:br/>
        <w:t>v -0.965809 10.865769 2.388340</w:t>
        <w:br/>
        <w:t>v -0.951572 10.943051 2.374355</w:t>
        <w:br/>
        <w:t>v -0.853815 10.913371 2.456604</w:t>
        <w:br/>
        <w:t>v -0.867888 10.835320 2.473394</w:t>
        <w:br/>
        <w:t>v -1.489277 10.874249 2.255456</w:t>
        <w:br/>
        <w:t>v -1.474060 10.952500 2.239283</w:t>
        <w:br/>
        <w:t>v -1.397029 10.927661 2.316792</w:t>
        <w:br/>
        <w:t>v -1.416926 10.848694 2.332940</w:t>
        <w:br/>
        <w:t>v -0.381281 10.872207 2.401344</w:t>
        <w:br/>
        <w:t>v -0.376188 10.943830 2.396892</w:t>
        <w:br/>
        <w:t>v -1.537961 10.896899 2.079235</w:t>
        <w:br/>
        <w:t>v -1.502709 10.886523 2.133779</w:t>
        <w:br/>
        <w:t>v -1.480901 10.972534 2.140659</w:t>
        <w:br/>
        <w:t>v -1.511097 10.981577 2.079424</w:t>
        <w:br/>
        <w:t>v -1.587562 11.031745 1.964438</w:t>
        <w:br/>
        <w:t>v -1.532766 11.171896 1.949900</w:t>
        <w:br/>
        <w:t>v -1.795249 10.976082 1.931564</w:t>
        <w:br/>
        <w:t>v -1.861917 10.797709 1.945460</w:t>
        <w:br/>
        <w:t>v -1.852774 10.732224 2.039394</w:t>
        <w:br/>
        <w:t>v -1.861917 10.797709 1.945460</w:t>
        <w:br/>
        <w:t>v -1.795249 10.976082 1.931564</w:t>
        <w:br/>
        <w:t>v -1.790583 10.896220 2.041922</w:t>
        <w:br/>
        <w:t>v -1.692613 10.867986 2.141653</w:t>
        <w:br/>
        <w:t>v -1.745145 10.703638 2.149362</w:t>
        <w:br/>
        <w:t>v -1.540313 10.735218 2.137967</w:t>
        <w:br/>
        <w:t>v -1.588996 10.706857 2.192574</w:t>
        <w:br/>
        <w:t>v -1.544815 10.867208 2.184739</w:t>
        <w:br/>
        <w:t>v -1.502709 10.886523 2.133779</w:t>
        <w:br/>
        <w:t>v -1.576331 10.746308 2.067527</w:t>
        <w:br/>
        <w:t>v -1.540313 10.735218 2.137967</w:t>
        <w:br/>
        <w:t>v -1.502709 10.886523 2.133779</w:t>
        <w:br/>
        <w:t>v -1.537961 10.896899 2.079235</w:t>
        <w:br/>
        <w:t>v -1.507438 10.754282 2.078645</w:t>
        <w:br/>
        <w:t>v -1.576331 10.746308 2.067527</w:t>
        <w:br/>
        <w:t>v -1.537961 10.896899 2.079235</w:t>
        <w:br/>
        <w:t>v -1.483115 10.902963 2.088869</w:t>
        <w:br/>
        <w:t>v -1.446644 10.734815 2.155952</w:t>
        <w:br/>
        <w:t>v -1.434281 10.887128 2.148859</w:t>
        <w:br/>
        <w:t>v -1.446644 10.734815 2.155952</w:t>
        <w:br/>
        <w:t>v -1.434281 10.887128 2.148859</w:t>
        <w:br/>
        <w:t>v -1.489277 10.874249 2.255456</w:t>
        <w:br/>
        <w:t>v -1.519989 10.710958 2.287388</w:t>
        <w:br/>
        <w:t>v -1.416926 10.848694 2.332940</w:t>
        <w:br/>
        <w:t>v -1.458566 10.667177 2.365550</w:t>
        <w:br/>
        <w:t>v -1.519989 10.710958 2.287388</w:t>
        <w:br/>
        <w:t>v -1.489277 10.874249 2.255456</w:t>
        <w:br/>
        <w:t>v -1.129541 10.836744 2.404185</w:t>
        <w:br/>
        <w:t>v -1.154531 10.646312 2.438318</w:t>
        <w:br/>
        <w:t>v -1.314704 10.636264 2.424924</w:t>
        <w:br/>
        <w:t>v -1.277189 10.832758 2.390276</w:t>
        <w:br/>
        <w:t>v -1.032577 10.711798 2.390653</w:t>
        <w:br/>
        <w:t>v -0.996076 10.873970 2.358420</w:t>
        <w:br/>
        <w:t>v -1.092403 10.904332 2.225889</w:t>
        <w:br/>
        <w:t>v -1.129566 10.770783 2.228983</w:t>
        <w:br/>
        <w:t>v -1.005777 10.780201 2.231662</w:t>
        <w:br/>
        <w:t>v -1.129566 10.770783 2.228983</w:t>
        <w:br/>
        <w:t>v -1.092403 10.904332 2.225889</w:t>
        <w:br/>
        <w:t>v -0.982196 10.909852 2.232002</w:t>
        <w:br/>
        <w:t>v -0.901958 10.767963 2.288809</w:t>
        <w:br/>
        <w:t>v -0.897317 10.896242 2.279855</w:t>
        <w:br/>
        <w:t>v -0.901958 10.767963 2.288809</w:t>
        <w:br/>
        <w:t>v -0.897317 10.896242 2.279855</w:t>
        <w:br/>
        <w:t>v -0.965809 10.865769 2.388340</w:t>
        <w:br/>
        <w:t>v -0.995376 10.703296 2.419189</w:t>
        <w:br/>
        <w:t>v -0.867888 10.835320 2.473394</w:t>
        <w:br/>
        <w:t>v -0.896588 10.664935 2.525032</w:t>
        <w:br/>
        <w:t>v -0.995376 10.703296 2.419189</w:t>
        <w:br/>
        <w:t>v -0.965809 10.865769 2.388340</w:t>
        <w:br/>
        <w:t>v -0.548535 10.835937 2.507212</w:t>
        <w:br/>
        <w:t>v -0.565652 10.671460 2.548727</w:t>
        <w:br/>
        <w:t>v -0.728705 10.651895 2.568220</w:t>
        <w:br/>
        <w:t>v -0.706822 10.824644 2.526303</w:t>
        <w:br/>
        <w:t>v -0.508253 10.749071 2.377851</w:t>
        <w:br/>
        <w:t>v -0.440152 10.707717 2.459598</w:t>
        <w:br/>
        <w:t>v -0.426418 10.858524 2.430169</w:t>
        <w:br/>
        <w:t>v -0.491564 10.883150 2.368495</w:t>
        <w:br/>
        <w:t>v -0.464537 10.754002 2.376946</w:t>
        <w:br/>
        <w:t>v -0.508253 10.749071 2.377851</w:t>
        <w:br/>
        <w:t>v -0.491564 10.883150 2.368495</w:t>
        <w:br/>
        <w:t>v -0.436492 10.896317 2.365866</w:t>
        <w:br/>
        <w:t>v -0.394109 10.716887 2.422334</w:t>
        <w:br/>
        <w:t>v -0.381281 10.872207 2.401344</w:t>
        <w:br/>
        <w:t>v -0.429273 10.695472 2.490774</w:t>
        <w:br/>
        <w:t>v -0.394109 10.716887 2.422334</w:t>
        <w:br/>
        <w:t>v -0.381281 10.872207 2.401344</w:t>
        <w:br/>
        <w:t>v -0.413816 10.864535 2.454781</w:t>
        <w:br/>
        <w:t>v -0.406963 10.676367 2.573452</w:t>
        <w:br/>
        <w:t>v -0.388249 10.854550 2.521524</w:t>
        <w:br/>
        <w:t>v -0.216970 10.831005 2.578999</w:t>
        <w:br/>
        <w:t>v -0.236363 10.643403 2.634020</w:t>
        <w:br/>
        <w:t>v -0.000001 10.817348 2.584972</w:t>
        <w:br/>
        <w:t>v -0.000002 10.633454 2.648018</w:t>
        <w:br/>
        <w:t>v -0.154741 11.179964 2.400691</w:t>
        <w:br/>
        <w:t>v -0.000001 10.895033 2.546363</w:t>
        <w:br/>
        <w:t>v -0.207475 10.906841 2.540741</w:t>
        <w:br/>
        <w:t>v -0.356970 11.214677 2.380053</w:t>
        <w:br/>
        <w:t>v -0.380401 10.934523 2.497717</w:t>
        <w:br/>
        <w:t>v -0.406736 10.939755 2.438268</w:t>
        <w:br/>
        <w:t>v -0.376188 10.943830 2.396892</w:t>
        <w:br/>
        <w:t>v -0.356970 11.214677 2.380053</w:t>
        <w:br/>
        <w:t>v -0.356970 11.214677 2.380053</w:t>
        <w:br/>
        <w:t>v -0.376188 10.943830 2.396892</w:t>
        <w:br/>
        <w:t>v -0.414860 10.982893 2.369727</w:t>
        <w:br/>
        <w:t>v -0.467279 10.959011 2.366684</w:t>
        <w:br/>
        <w:t>v -0.467279 10.959011 2.366684</w:t>
        <w:br/>
        <w:t>v -0.415225 10.935969 2.412839</w:t>
        <w:br/>
        <w:t>v -0.356970 11.214677 2.380053</w:t>
        <w:br/>
        <w:t>v -0.415225 10.935969 2.412839</w:t>
        <w:br/>
        <w:t>v -0.539027 10.912464 2.484449</w:t>
        <w:br/>
        <w:t>v -0.611253 11.297354 2.327420</w:t>
        <w:br/>
        <w:t>v -0.853815 10.913371 2.456604</w:t>
        <w:br/>
        <w:t>v -0.837956 11.384260 2.274788</w:t>
        <w:br/>
        <w:t>v -0.951572 10.943051 2.374355</w:t>
        <w:br/>
        <w:t>v -0.895984 10.975852 2.269857</w:t>
        <w:br/>
        <w:t>v -0.837956 11.384260 2.274788</w:t>
        <w:br/>
        <w:t>v -0.895984 10.975852 2.269857</w:t>
        <w:br/>
        <w:t>v -0.957407 10.985687 2.233146</w:t>
        <w:br/>
        <w:t>v -0.837956 11.384260 2.274788</w:t>
        <w:br/>
        <w:t>v -1.061830 10.984468 2.222821</w:t>
        <w:br/>
        <w:t>v -1.061830 10.984468 2.222821</w:t>
        <w:br/>
        <w:t>v -0.981617 10.949468 2.345693</w:t>
        <w:br/>
        <w:t>v -0.837956 11.384260 2.274788</w:t>
        <w:br/>
        <w:t>v -0.981617 10.949468 2.345693</w:t>
        <w:br/>
        <w:t>v -1.116977 10.919373 2.385988</w:t>
        <w:br/>
        <w:t>v -1.263002 10.911449 2.374933</w:t>
        <w:br/>
        <w:t>v -1.397029 10.927661 2.316792</w:t>
        <w:br/>
        <w:t>v -1.115807 11.326849 2.236982</w:t>
        <w:br/>
        <w:t>v -1.474060 10.952500 2.239283</w:t>
        <w:br/>
        <w:t>v -1.425628 10.968950 2.147035</w:t>
        <w:br/>
        <w:t>v -1.384729 11.280468 2.159851</w:t>
        <w:br/>
        <w:t>v -1.453158 10.979552 2.093648</w:t>
        <w:br/>
        <w:t>v -1.511097 10.981577 2.079424</w:t>
        <w:br/>
        <w:t>v -1.384729 11.280468 2.159851</w:t>
        <w:br/>
        <w:t>v -1.511097 10.981577 2.079424</w:t>
        <w:br/>
        <w:t>v -1.480901 10.972534 2.140659</w:t>
        <w:br/>
        <w:t>v -1.384729 11.280468 2.159851</w:t>
        <w:br/>
        <w:t>v -1.480901 10.972534 2.140659</w:t>
        <w:br/>
        <w:t>v -1.516040 10.956863 2.175835</w:t>
        <w:br/>
        <w:t>v -1.384729 11.280468 2.159851</w:t>
        <w:br/>
        <w:t>v -1.516040 10.956863 2.175835</w:t>
        <w:br/>
        <w:t>v -1.560397 11.274720 2.058913</w:t>
        <w:br/>
        <w:t>v -1.753973 10.978458 2.042663</w:t>
        <w:br/>
        <w:t>v -1.655525 11.283955 1.881145</w:t>
        <w:br/>
        <w:t>v -1.502168 11.257492 1.935701</w:t>
        <w:br/>
        <w:t>v -1.655525 11.283955 1.881145</w:t>
        <w:br/>
        <w:t>v -1.765934 11.048397 1.923665</w:t>
        <w:br/>
        <w:t>v -0.415225 10.935969 2.412839</w:t>
        <w:br/>
        <w:t>v -0.426418 10.858524 2.430169</w:t>
        <w:br/>
        <w:t>v -0.951572 10.943051 2.374355</w:t>
        <w:br/>
        <w:t>v -0.692963 10.903710 2.505816</w:t>
        <w:br/>
        <w:t>v -0.440152 10.707717 2.459598</w:t>
        <w:br/>
        <w:t>v -0.426418 10.858524 2.430169</w:t>
        <w:br/>
        <w:t>v -0.981617 10.949468 2.345693</w:t>
        <w:br/>
        <w:t>v -0.996076 10.873970 2.358420</w:t>
        <w:br/>
        <w:t>v -1.474060 10.952500 2.239283</w:t>
        <w:br/>
        <w:t>v -1.032577 10.711798 2.390653</w:t>
        <w:br/>
        <w:t>v -0.996076 10.873970 2.358420</w:t>
        <w:br/>
        <w:t>v -1.516040 10.956863 2.175835</w:t>
        <w:br/>
        <w:t>v -1.544815 10.867208 2.184739</w:t>
        <w:br/>
        <w:t>v -1.588996 10.706857 2.192574</w:t>
        <w:br/>
        <w:t>v -1.544815 10.867208 2.184739</w:t>
        <w:br/>
        <w:t>v -1.664593 10.953444 2.134899</w:t>
        <w:br/>
        <w:t>v -1.765934 11.048397 1.923665</w:t>
        <w:br/>
        <w:t>v -1.510443 11.262282 1.958917</w:t>
        <w:br/>
        <w:t>v -1.447322 11.453275 1.903761</w:t>
        <w:br/>
        <w:t>v -1.502168 11.257492 1.935701</w:t>
        <w:br/>
        <w:t>v -0.000002 10.625808 2.624060</w:t>
        <w:br/>
        <w:t>v -0.232678 10.635858 2.610515</w:t>
        <w:br/>
        <w:t>v -0.236363 10.643403 2.634020</w:t>
        <w:br/>
        <w:t>v -0.000002 10.633454 2.648018</w:t>
        <w:br/>
        <w:t>v -0.391934 10.670443 2.557745</w:t>
        <w:br/>
        <w:t>v -0.406963 10.676367 2.573452</w:t>
        <w:br/>
        <w:t>v -0.406623 10.693382 2.492736</w:t>
        <w:br/>
        <w:t>v -0.429273 10.695472 2.490774</w:t>
        <w:br/>
        <w:t>v -0.377093 10.715014 2.417605</w:t>
        <w:br/>
        <w:t>v -0.394109 10.716887 2.422334</w:t>
        <w:br/>
        <w:t>v -0.458815 10.751134 2.353554</w:t>
        <w:br/>
        <w:t>v -0.464537 10.754002 2.376946</w:t>
        <w:br/>
        <w:t>v -0.535984 10.750255 2.375814</w:t>
        <w:br/>
        <w:t>v -0.508253 10.749071 2.377851</w:t>
        <w:br/>
        <w:t>v -0.459230 10.707519 2.450266</w:t>
        <w:br/>
        <w:t>v -0.573487 10.666860 2.526014</w:t>
        <w:br/>
        <w:t>v -0.565652 10.671460 2.548727</w:t>
        <w:br/>
        <w:t>v -0.726769 10.645380 2.544413</w:t>
        <w:br/>
        <w:t>v -0.728705 10.651895 2.568220</w:t>
        <w:br/>
        <w:t>v -0.885747 10.657667 2.504156</w:t>
        <w:br/>
        <w:t>v -0.896588 10.664935 2.525032</w:t>
        <w:br/>
        <w:t>v -0.976033 10.699006 2.414662</w:t>
        <w:br/>
        <w:t>v -0.995376 10.703296 2.419189</w:t>
        <w:br/>
        <w:t>v -0.901958 10.767963 2.288809</w:t>
        <w:br/>
        <w:t>v -0.887722 10.767611 2.287262</w:t>
        <w:br/>
        <w:t>v -0.999300 10.778931 2.208081</w:t>
        <w:br/>
        <w:t>v -1.005777 10.780201 2.231662</w:t>
        <w:br/>
        <w:t>v -1.137037 10.773009 2.225839</w:t>
        <w:br/>
        <w:t>v -1.129566 10.770783 2.228983</w:t>
        <w:br/>
        <w:t>v -1.032577 10.711798 2.390653</w:t>
        <w:br/>
        <w:t>v -1.047782 10.713131 2.383132</w:t>
        <w:br/>
        <w:t>v -1.157109 10.642276 2.414146</w:t>
        <w:br/>
        <w:t>v -1.154531 10.646312 2.438318</w:t>
        <w:br/>
        <w:t>v -1.309259 10.630957 2.401154</w:t>
        <w:br/>
        <w:t>v -1.314704 10.636264 2.424924</w:t>
        <w:br/>
        <w:t>v -1.445927 10.660852 2.345340</w:t>
        <w:br/>
        <w:t>v -1.458566 10.667177 2.365550</w:t>
        <w:br/>
        <w:t>v -1.499704 10.706229 2.282496</w:t>
        <w:br/>
        <w:t>v -1.519989 10.710958 2.287388</w:t>
        <w:br/>
        <w:t>v -1.446644 10.734815 2.155952</w:t>
        <w:br/>
        <w:t>v -1.427364 10.733332 2.156039</w:t>
        <w:br/>
        <w:t>v -1.495767 10.753679 2.058258</w:t>
        <w:br/>
        <w:t>v -1.507438 10.754282 2.078645</w:t>
        <w:br/>
        <w:t>v -1.584820 10.749276 2.061553</w:t>
        <w:br/>
        <w:t>v -1.576331 10.746308 2.067527</w:t>
        <w:br/>
        <w:t>v -1.560712 10.740008 2.136948</w:t>
        <w:br/>
        <w:t>v -1.540313 10.735218 2.137967</w:t>
        <w:br/>
        <w:t>v -1.595448 10.707575 2.173118</w:t>
        <w:br/>
        <w:t>v -1.588996 10.706857 2.192574</w:t>
        <w:br/>
        <w:t>v -1.733436 10.699010 2.128410</w:t>
        <w:br/>
        <w:t>v -1.745145 10.703638 2.149362</w:t>
        <w:br/>
        <w:t>v -1.833318 10.724854 2.026603</w:t>
        <w:br/>
        <w:t>v -1.852774 10.732224 2.039394</w:t>
        <w:br/>
        <w:t>v -1.849253 10.793823 1.954100</w:t>
        <w:br/>
        <w:t>v -1.587562 11.031745 1.964438</w:t>
        <w:br/>
        <w:t>v -1.596831 11.037304 1.987151</w:t>
        <w:br/>
        <w:t>v -1.541784 11.177694 1.972651</w:t>
        <w:br/>
        <w:t>v -1.532766 11.171896 1.949900</w:t>
        <w:br/>
        <w:t>v -1.541784 11.177694 1.972651</w:t>
        <w:br/>
        <w:t>v -1.510443 11.262282 1.958917</w:t>
        <w:br/>
        <w:t>v -1.502168 11.257492 1.935701</w:t>
        <w:br/>
        <w:t>v -1.532766 11.171896 1.949900</w:t>
        <w:br/>
        <w:t>v -1.510443 11.262282 1.958917</w:t>
        <w:br/>
        <w:t>v -1.541784 11.177694 1.972651</w:t>
        <w:br/>
        <w:t>v -1.775139 10.969403 1.945134</w:t>
        <w:br/>
        <w:t>v -1.745924 11.041391 1.937210</w:t>
        <w:br/>
        <w:t>v -0.205525 10.896075 2.518091</w:t>
        <w:br/>
        <w:t>v -0.213776 10.822014 2.555720</w:t>
        <w:br/>
        <w:t>v -0.490583 10.967713 2.362948</w:t>
        <w:br/>
        <w:t>v -0.515786 10.888934 2.364960</w:t>
        <w:br/>
        <w:t>v -0.430279 10.894556 2.341556</w:t>
        <w:br/>
        <w:t>v -0.410486 10.971865 2.345130</w:t>
        <w:br/>
        <w:t>v -1.734845 10.969002 2.029345</w:t>
        <w:br/>
        <w:t>v -1.745924 11.041391 1.937210</w:t>
        <w:br/>
        <w:t>v -1.775139 10.969403 1.945134</w:t>
        <w:br/>
        <w:t>v -1.770675 10.888247 2.028780</w:t>
        <w:br/>
        <w:t>v -0.381910 10.936523 2.440696</w:t>
        <w:br/>
        <w:t>v -0.388865 10.862082 2.456819</w:t>
        <w:br/>
        <w:t>v -0.372063 10.847193 2.503729</w:t>
        <w:br/>
        <w:t>v -0.366001 10.925669 2.479091</w:t>
        <w:br/>
        <w:t>v -0.556433 10.830957 2.483857</w:t>
        <w:br/>
        <w:t>v -0.545680 10.906339 2.460981</w:t>
        <w:br/>
        <w:t>v -0.691039 10.895174 2.482235</w:t>
        <w:br/>
        <w:t>v -0.704684 10.818029 2.502131</w:t>
        <w:br/>
        <w:t>v -0.357059 10.869968 2.394904</w:t>
        <w:br/>
        <w:t>v -0.351638 10.942058 2.391723</w:t>
        <w:br/>
        <w:t>v -0.515786 10.888934 2.364960</w:t>
        <w:br/>
        <w:t>v -0.490583 10.967713 2.362948</w:t>
        <w:br/>
        <w:t>v -0.464365 10.936497 2.401239</w:t>
        <w:br/>
        <w:t>v -0.463082 10.857417 2.414536</w:t>
        <w:br/>
        <w:t>v -1.082505 10.993900 2.212043</w:t>
        <w:br/>
        <w:t>v -1.114575 10.911576 2.216457</w:t>
        <w:br/>
        <w:t>v -0.975455 10.908128 2.207830</w:t>
        <w:br/>
        <w:t>v -0.949912 10.984782 2.209151</w:t>
        <w:br/>
        <w:t>v -0.942114 10.860261 2.381976</w:t>
        <w:br/>
        <w:t>v -0.928582 10.936197 2.366809</w:t>
        <w:br/>
        <w:t>v -0.871636 10.972481 2.264538</w:t>
        <w:br/>
        <w:t>v -0.872366 10.894557 2.277177</w:t>
        <w:br/>
        <w:t>v -1.132119 10.832369 2.379548</w:t>
        <w:br/>
        <w:t>v -1.118738 10.913814 2.361514</w:t>
        <w:br/>
        <w:t>v -1.257456 10.903829 2.351616</w:t>
        <w:br/>
        <w:t>v -1.271655 10.827099 2.366393</w:t>
        <w:br/>
        <w:t>v -1.114575 10.911576 2.216457</w:t>
        <w:br/>
        <w:t>v -1.082505 10.993900 2.212043</w:t>
        <w:br/>
        <w:t>v -1.014982 10.952838 2.332978</w:t>
        <w:br/>
        <w:t>v -1.025509 10.875782 2.347139</w:t>
        <w:br/>
        <w:t>v -0.872366 10.894557 2.277177</w:t>
        <w:br/>
        <w:t>v -0.871636 10.972481 2.264538</w:t>
        <w:br/>
        <w:t>v -1.522919 10.956600 2.151651</w:t>
        <w:br/>
        <w:t>v -1.552449 10.867760 2.160781</w:t>
        <w:br/>
        <w:t>v -1.527070 10.892723 2.132887</w:t>
        <w:br/>
        <w:t>v -1.504922 10.979729 2.138596</w:t>
        <w:br/>
        <w:t>v -1.465609 10.868590 2.249131</w:t>
        <w:br/>
        <w:t>v -1.450995 10.945821 2.231800</w:t>
        <w:br/>
        <w:t>v -1.400878 10.965492 2.149953</w:t>
        <w:br/>
        <w:t>v -1.409266 10.884638 2.149802</w:t>
        <w:br/>
        <w:t>v -1.529308 10.989349 2.063917</w:t>
        <w:br/>
        <w:t>v -1.558020 10.903428 2.065540</w:t>
        <w:br/>
        <w:t>v -1.470451 10.901074 2.067225</w:t>
        <w:br/>
        <w:t>v -1.438544 10.978621 2.073199</w:t>
        <w:br/>
        <w:t>v -1.680665 10.862769 2.120146</w:t>
        <w:br/>
        <w:t>v -1.653098 10.946451 2.113657</w:t>
        <w:br/>
        <w:t>v -1.409266 10.884638 2.149802</w:t>
        <w:br/>
        <w:t>v -1.400878 10.965492 2.149953</w:t>
        <w:br/>
        <w:t>v -0.843804 10.905283 2.434999</w:t>
        <w:br/>
        <w:t>v -0.928582 10.936197 2.366809</w:t>
        <w:br/>
        <w:t>v -0.942114 10.860261 2.381976</w:t>
        <w:br/>
        <w:t>v -0.856796 10.828204 2.451977</w:t>
        <w:br/>
        <w:t>v -1.385056 10.919460 2.296242</w:t>
        <w:br/>
        <w:t>v -1.450995 10.945821 2.231800</w:t>
        <w:br/>
        <w:t>v -1.465609 10.868590 2.249131</w:t>
        <w:br/>
        <w:t>v -1.404122 10.842003 2.312340</w:t>
        <w:br/>
        <w:t>v -0.351638 10.942058 2.391723</w:t>
        <w:br/>
        <w:t>v -0.357059 10.869968 2.394904</w:t>
        <w:br/>
        <w:t>v -1.558020 10.903428 2.065540</w:t>
        <w:br/>
        <w:t>v -1.529308 10.989349 2.063917</w:t>
        <w:br/>
        <w:t>v -1.849253 10.793823 1.954100</w:t>
        <w:br/>
        <w:t>v -1.775139 10.969403 1.945134</w:t>
        <w:br/>
        <w:t>v -1.541784 11.177694 1.972651</w:t>
        <w:br/>
        <w:t>v -1.596831 11.037304 1.987151</w:t>
        <w:br/>
        <w:t>v -1.775139 10.969403 1.945134</w:t>
        <w:br/>
        <w:t>v -1.849253 10.793823 1.954100</w:t>
        <w:br/>
        <w:t>v -1.833318 10.724854 2.026603</w:t>
        <w:br/>
        <w:t>v -1.770675 10.888247 2.028780</w:t>
        <w:br/>
        <w:t>v -1.733436 10.699010 2.128410</w:t>
        <w:br/>
        <w:t>v -1.680665 10.862769 2.120146</w:t>
        <w:br/>
        <w:t>v -1.552449 10.867760 2.160781</w:t>
        <w:br/>
        <w:t>v -1.595448 10.707575 2.173118</w:t>
        <w:br/>
        <w:t>v -1.560712 10.740008 2.136948</w:t>
        <w:br/>
        <w:t>v -1.527070 10.892723 2.132887</w:t>
        <w:br/>
        <w:t>v -1.584820 10.749276 2.061553</w:t>
        <w:br/>
        <w:t>v -1.558020 10.903428 2.065540</w:t>
        <w:br/>
        <w:t>v -1.558020 10.903428 2.065540</w:t>
        <w:br/>
        <w:t>v -1.584820 10.749276 2.061553</w:t>
        <w:br/>
        <w:t>v -1.495767 10.753679 2.058258</w:t>
        <w:br/>
        <w:t>v -1.470451 10.901074 2.067225</w:t>
        <w:br/>
        <w:t>v -1.427364 10.733332 2.156039</w:t>
        <w:br/>
        <w:t>v -1.409266 10.884638 2.149802</w:t>
        <w:br/>
        <w:t>v -1.499704 10.706229 2.282496</w:t>
        <w:br/>
        <w:t>v -1.465609 10.868590 2.249131</w:t>
        <w:br/>
        <w:t>v -1.409266 10.884638 2.149802</w:t>
        <w:br/>
        <w:t>v -1.427364 10.733332 2.156039</w:t>
        <w:br/>
        <w:t>v -1.499704 10.706229 2.282496</w:t>
        <w:br/>
        <w:t>v -1.445927 10.660852 2.345340</w:t>
        <w:br/>
        <w:t>v -1.404122 10.842003 2.312340</w:t>
        <w:br/>
        <w:t>v -1.465609 10.868590 2.249131</w:t>
        <w:br/>
        <w:t>v -1.309259 10.630957 2.401154</w:t>
        <w:br/>
        <w:t>v -1.157109 10.642276 2.414146</w:t>
        <w:br/>
        <w:t>v -1.132119 10.832369 2.379548</w:t>
        <w:br/>
        <w:t>v -1.271655 10.827099 2.366393</w:t>
        <w:br/>
        <w:t>v -1.137037 10.773009 2.225839</w:t>
        <w:br/>
        <w:t>v -1.114575 10.911576 2.216457</w:t>
        <w:br/>
        <w:t>v -1.025509 10.875782 2.347139</w:t>
        <w:br/>
        <w:t>v -1.047782 10.713131 2.383132</w:t>
        <w:br/>
        <w:t>v -1.114575 10.911576 2.216457</w:t>
        <w:br/>
        <w:t>v -1.137037 10.773009 2.225839</w:t>
        <w:br/>
        <w:t>v -0.999300 10.778931 2.208081</w:t>
        <w:br/>
        <w:t>v -0.975455 10.908128 2.207830</w:t>
        <w:br/>
        <w:t>v -0.887722 10.767611 2.287262</w:t>
        <w:br/>
        <w:t>v -0.872366 10.894557 2.277177</w:t>
        <w:br/>
        <w:t>v -0.976033 10.699006 2.414662</w:t>
        <w:br/>
        <w:t>v -0.942114 10.860261 2.381976</w:t>
        <w:br/>
        <w:t>v -0.872366 10.894557 2.277177</w:t>
        <w:br/>
        <w:t>v -0.887722 10.767611 2.287262</w:t>
        <w:br/>
        <w:t>v -0.976033 10.699006 2.414662</w:t>
        <w:br/>
        <w:t>v -0.885747 10.657667 2.504156</w:t>
        <w:br/>
        <w:t>v -0.856796 10.828204 2.451977</w:t>
        <w:br/>
        <w:t>v -0.942114 10.860261 2.381976</w:t>
        <w:br/>
        <w:t>v -0.726769 10.645380 2.544413</w:t>
        <w:br/>
        <w:t>v -0.573487 10.666860 2.526014</w:t>
        <w:br/>
        <w:t>v -0.556433 10.830957 2.483857</w:t>
        <w:br/>
        <w:t>v -0.704684 10.818029 2.502131</w:t>
        <w:br/>
        <w:t>v -0.535984 10.750255 2.375814</w:t>
        <w:br/>
        <w:t>v -0.515786 10.888934 2.364960</w:t>
        <w:br/>
        <w:t>v -0.463082 10.857417 2.414536</w:t>
        <w:br/>
        <w:t>v -0.459230 10.707519 2.450266</w:t>
        <w:br/>
        <w:t>v -0.515786 10.888934 2.364960</w:t>
        <w:br/>
        <w:t>v -0.535984 10.750255 2.375814</w:t>
        <w:br/>
        <w:t>v -0.458815 10.751134 2.353554</w:t>
        <w:br/>
        <w:t>v -0.430279 10.894556 2.341556</w:t>
        <w:br/>
        <w:t>v -0.377093 10.715014 2.417605</w:t>
        <w:br/>
        <w:t>v -0.357059 10.869968 2.394904</w:t>
        <w:br/>
        <w:t>v -0.357059 10.869968 2.394904</w:t>
        <w:br/>
        <w:t>v -0.377093 10.715014 2.417605</w:t>
        <w:br/>
        <w:t>v -0.406623 10.693382 2.492736</w:t>
        <w:br/>
        <w:t>v -0.388865 10.862082 2.456819</w:t>
        <w:br/>
        <w:t>v -0.391934 10.670443 2.557745</w:t>
        <w:br/>
        <w:t>v -0.372063 10.847193 2.503729</w:t>
        <w:br/>
        <w:t>v -0.232678 10.635858 2.610515</w:t>
        <w:br/>
        <w:t>v -0.213776 10.822014 2.555720</w:t>
        <w:br/>
        <w:t>v -0.153609 11.168884 2.378166</w:t>
        <w:br/>
        <w:t>v -0.205525 10.896075 2.518091</w:t>
        <w:br/>
        <w:t>v -0.355033 11.204678 2.357075</w:t>
        <w:br/>
        <w:t>v -0.366001 10.925669 2.479091</w:t>
        <w:br/>
        <w:t>v -0.381910 10.936523 2.440696</w:t>
        <w:br/>
        <w:t>v -0.351638 10.942058 2.391723</w:t>
        <w:br/>
        <w:t>v -0.355033 11.204678 2.357075</w:t>
        <w:br/>
        <w:t>v -0.351638 10.942058 2.391723</w:t>
        <w:br/>
        <w:t>v -0.410486 10.971865 2.345130</w:t>
        <w:br/>
        <w:t>v -0.490583 10.967713 2.362948</w:t>
        <w:br/>
        <w:t>v -0.464365 10.936497 2.401239</w:t>
        <w:br/>
        <w:t>v -0.490583 10.967713 2.362948</w:t>
        <w:br/>
        <w:t>v -0.355033 11.204678 2.357075</w:t>
        <w:br/>
        <w:t>v -0.545680 10.906339 2.460981</w:t>
        <w:br/>
        <w:t>v -0.464365 10.936497 2.401239</w:t>
        <w:br/>
        <w:t>v -0.355033 11.204678 2.357075</w:t>
        <w:br/>
        <w:t>v -0.843804 10.905283 2.434999</w:t>
        <w:br/>
        <w:t>v -0.609354 11.288212 2.304065</w:t>
        <w:br/>
        <w:t>v -0.834535 11.375481 2.251521</w:t>
        <w:br/>
        <w:t>v -0.871636 10.972481 2.264538</w:t>
        <w:br/>
        <w:t>v -0.928582 10.936197 2.366809</w:t>
        <w:br/>
        <w:t>v -0.834535 11.375481 2.251521</w:t>
        <w:br/>
        <w:t>v -0.949912 10.984782 2.209151</w:t>
        <w:br/>
        <w:t>v -0.871636 10.972481 2.264538</w:t>
        <w:br/>
        <w:t>v -1.082505 10.993900 2.212043</w:t>
        <w:br/>
        <w:t>v -1.014982 10.952838 2.332978</w:t>
        <w:br/>
        <w:t>v -1.082505 10.993900 2.212043</w:t>
        <w:br/>
        <w:t>v -0.834535 11.375481 2.251521</w:t>
        <w:br/>
        <w:t>v -1.118738 10.913814 2.361514</w:t>
        <w:br/>
        <w:t>v -1.014982 10.952838 2.332978</w:t>
        <w:br/>
        <w:t>v -1.385056 10.919460 2.296242</w:t>
        <w:br/>
        <w:t>v -1.257456 10.903829 2.351616</w:t>
        <w:br/>
        <w:t>v -1.109381 11.317644 2.214559</w:t>
        <w:br/>
        <w:t>v -1.400878 10.965492 2.149953</w:t>
        <w:br/>
        <w:t>v -1.450995 10.945821 2.231800</w:t>
        <w:br/>
        <w:t>v -1.374605 11.272482 2.138459</w:t>
        <w:br/>
        <w:t>v -1.438544 10.978621 2.073199</w:t>
        <w:br/>
        <w:t>v -1.529308 10.989349 2.063917</w:t>
        <w:br/>
        <w:t>v -1.374605 11.272482 2.138459</w:t>
        <w:br/>
        <w:t>v -1.504922 10.979729 2.138596</w:t>
        <w:br/>
        <w:t>v -1.529308 10.989349 2.063917</w:t>
        <w:br/>
        <w:t>v -1.374605 11.272482 2.138459</w:t>
        <w:br/>
        <w:t>v -1.522919 10.956600 2.151651</w:t>
        <w:br/>
        <w:t>v -1.522919 10.956600 2.151651</w:t>
        <w:br/>
        <w:t>v -1.544626 11.265717 2.042915</w:t>
        <w:br/>
        <w:t>v -1.734845 10.969002 2.029345</w:t>
        <w:br/>
        <w:t>v -1.621100 11.278752 1.929998</w:t>
        <w:br/>
        <w:t>v -1.447322 11.453275 1.903761</w:t>
        <w:br/>
        <w:t>v -1.510443 11.262282 1.958917</w:t>
        <w:br/>
        <w:t>v -1.745924 11.041391 1.937210</w:t>
        <w:br/>
        <w:t>v -1.621100 11.278752 1.929998</w:t>
        <w:br/>
        <w:t>v -0.463082 10.857417 2.414536</w:t>
        <w:br/>
        <w:t>v -0.464365 10.936497 2.401239</w:t>
        <w:br/>
        <w:t>v -0.928582 10.936197 2.366809</w:t>
        <w:br/>
        <w:t>v -0.691039 10.895174 2.482235</w:t>
        <w:br/>
        <w:t>v -0.459230 10.707519 2.450266</w:t>
        <w:br/>
        <w:t>v -0.463082 10.857417 2.414536</w:t>
        <w:br/>
        <w:t>v -1.025509 10.875782 2.347139</w:t>
        <w:br/>
        <w:t>v -1.014982 10.952838 2.332978</w:t>
        <w:br/>
        <w:t>v -1.450995 10.945821 2.231800</w:t>
        <w:br/>
        <w:t>v -1.047782 10.713131 2.383132</w:t>
        <w:br/>
        <w:t>v -1.025509 10.875782 2.347139</w:t>
        <w:br/>
        <w:t>v -1.552449 10.867760 2.160781</w:t>
        <w:br/>
        <w:t>v -1.522919 10.956600 2.151651</w:t>
        <w:br/>
        <w:t>v -1.595448 10.707575 2.173118</w:t>
        <w:br/>
        <w:t>v -1.552449 10.867760 2.160781</w:t>
        <w:br/>
        <w:t>v -1.653098 10.946451 2.113657</w:t>
        <w:br/>
        <w:t>v -1.745924 11.041391 1.937210</w:t>
        <w:br/>
        <w:t>v -1.668353 11.302805 1.890338</w:t>
        <w:br/>
        <w:t>v -1.655525 11.283955 1.881145</w:t>
        <w:br/>
        <w:t>v -0.288451 11.839184 2.161803</w:t>
        <w:br/>
        <w:t>v -0.330558 11.529887 2.254119</w:t>
        <w:br/>
        <w:t>v -0.402381 12.774762 1.830445</w:t>
        <w:br/>
        <w:t>v -0.483072 12.260474 2.007922</w:t>
        <w:br/>
        <w:t>v -0.338820 13.260911 1.634417</w:t>
        <w:br/>
        <w:t>v -0.673063 13.264234 1.574615</w:t>
        <w:br/>
        <w:t>v -0.832004 12.790190 1.748924</w:t>
        <w:br/>
        <w:t>v -0.994455 12.289326 1.908819</w:t>
        <w:br/>
        <w:t>v -0.965259 12.800977 1.611455</w:t>
        <w:br/>
        <w:t>v -1.090124 12.407670 1.706988</w:t>
        <w:br/>
        <w:t>v -1.127995 11.881556 2.017198</w:t>
        <w:br/>
        <w:t>v -1.231849 11.972750 1.801663</w:t>
        <w:br/>
        <w:t>v -1.303227 11.622617 1.970061</w:t>
        <w:br/>
        <w:t>v -1.184994 11.588308 2.096854</w:t>
        <w:br/>
        <w:t>v -0.536297 11.846012 2.126283</w:t>
        <w:br/>
        <w:t>v -0.821812 11.853878 2.085365</w:t>
        <w:br/>
        <w:t>v -0.502438 13.747798 1.387981</w:t>
        <w:br/>
        <w:t>v -0.273471 13.747460 1.424516</w:t>
        <w:br/>
        <w:t>v -0.664384 13.745951 1.360548</w:t>
        <w:br/>
        <w:t>v -0.820560 13.253319 1.492373</w:t>
        <w:br/>
        <w:t>v -1.374605 11.272482 2.138459</w:t>
        <w:br/>
        <w:t>v -1.109381 11.317644 2.214559</w:t>
        <w:br/>
        <w:t>v -1.364845 11.576543 1.882227</w:t>
        <w:br/>
        <w:t>v -1.544626 11.265717 2.042915</w:t>
        <w:br/>
        <w:t>v -0.836451 11.590493 2.171040</w:t>
        <w:br/>
        <w:t>v -0.572826 11.567113 2.215174</w:t>
        <w:br/>
        <w:t>v -0.609354 11.288212 2.304065</w:t>
        <w:br/>
        <w:t>v -1.655525 11.283955 1.881145</w:t>
        <w:br/>
        <w:t>v -1.544626 11.265717 2.042915</w:t>
        <w:br/>
        <w:t>v -1.447322 11.453275 1.903761</w:t>
        <w:br/>
        <w:t>v -1.447322 11.453275 1.903761</w:t>
        <w:br/>
        <w:t>v -0.612045 11.316709 2.349567</w:t>
        <w:br/>
        <w:t>v -0.840760 11.404243 2.296155</w:t>
        <w:br/>
        <w:t>v -0.154226 11.199206 2.423378</w:t>
        <w:br/>
        <w:t>v -1.447322 11.453275 1.903761</w:t>
        <w:br/>
        <w:t>v -0.355775 11.233414 2.402980</w:t>
        <w:br/>
        <w:t>v -0.834535 11.375481 2.251521</w:t>
        <w:br/>
        <w:t>v -0.153609 11.168884 2.378166</w:t>
        <w:br/>
        <w:t>v -0.355033 11.204678 2.357075</w:t>
        <w:br/>
        <w:t>v -0.368956 1.355793 -0.302640</w:t>
        <w:br/>
        <w:t>v -0.362190 1.408475 -0.278720</w:t>
        <w:br/>
        <w:t>v -0.370729 1.466930 -0.274896</w:t>
        <w:br/>
        <w:t>v -0.565526 1.383574 -0.493928</w:t>
        <w:br/>
        <w:t>v -0.468989 1.374431 -0.428593</w:t>
        <w:br/>
        <w:t>v -0.478107 1.496007 -0.391618</w:t>
        <w:br/>
        <w:t>v -0.568519 1.514067 -0.449420</w:t>
        <w:br/>
        <w:t>v -0.615341 1.387548 -0.485288</w:t>
        <w:br/>
        <w:t>v -0.612033 1.514331 -0.446313</w:t>
        <w:br/>
        <w:t>v -0.619931 1.381197 -0.458676</w:t>
        <w:br/>
        <w:t>v -0.615341 1.387548 -0.485288</w:t>
        <w:br/>
        <w:t>v -0.612033 1.514331 -0.446313</w:t>
        <w:br/>
        <w:t>v -0.625930 1.507766 -0.422481</w:t>
        <w:br/>
        <w:t>v -0.611166 1.378997 -0.441660</w:t>
        <w:br/>
        <w:t>v -0.606864 1.504685 -0.403252</w:t>
        <w:br/>
        <w:t>v -0.561439 1.380392 -0.438541</w:t>
        <w:br/>
        <w:t>v -0.565488 1.499817 -0.397592</w:t>
        <w:br/>
        <w:t>v -0.521697 1.495404 -0.372653</w:t>
        <w:br/>
        <w:t>v -0.516604 1.374041 -0.409263</w:t>
        <w:br/>
        <w:t>v -0.368340 1.402753 -0.257139</w:t>
        <w:br/>
        <w:t>v -0.377231 1.470439 -0.252158</w:t>
        <w:br/>
        <w:t>v -0.492570 1.360245 -0.428782</w:t>
        <w:br/>
        <w:t>v -0.374767 1.340839 -0.282229</w:t>
        <w:br/>
        <w:t>v -0.368956 1.355793 -0.302640</w:t>
        <w:br/>
        <w:t>v -0.468989 1.374431 -0.428593</w:t>
        <w:br/>
        <w:t>v -0.478107 1.496007 -0.391618</w:t>
        <w:br/>
        <w:t>v -0.370729 1.466930 -0.274896</w:t>
        <w:br/>
        <w:t>v -0.377231 1.470439 -0.252158</w:t>
        <w:br/>
        <w:t>v -0.502518 1.501969 -0.385255</w:t>
        <w:br/>
        <w:t>v -0.557841 1.514080 -0.412470</w:t>
        <w:br/>
        <w:t>v -0.568519 1.514067 -0.449420</w:t>
        <w:br/>
        <w:t>v -0.565526 1.383574 -0.493928</w:t>
        <w:br/>
        <w:t>v -0.533997 1.365867 -0.464373</w:t>
        <w:br/>
        <w:t>v -0.468989 1.374431 -0.428593</w:t>
        <w:br/>
        <w:t>v -0.598702 1.518783 -0.416683</w:t>
        <w:br/>
        <w:t>v -0.587120 1.372746 -0.487778</w:t>
        <w:br/>
        <w:t>v -0.612033 1.514331 -0.446313</w:t>
        <w:br/>
        <w:t>v -0.615341 1.387548 -0.485288</w:t>
        <w:br/>
        <w:t>v -0.625930 1.507766 -0.422481</w:t>
        <w:br/>
        <w:t>v -0.619931 1.381197 -0.458676</w:t>
        <w:br/>
        <w:t>v -0.615341 1.387548 -0.485288</w:t>
        <w:br/>
        <w:t>v -0.606864 1.504685 -0.403252</w:t>
        <w:br/>
        <w:t>v -0.611166 1.378997 -0.441660</w:t>
        <w:br/>
        <w:t>v -0.565488 1.499817 -0.397592</w:t>
        <w:br/>
        <w:t>v -0.561439 1.380392 -0.438541</w:t>
        <w:br/>
        <w:t>v -0.533997 1.365867 -0.464373</w:t>
        <w:br/>
        <w:t>v -0.611166 1.378997 -0.441660</w:t>
        <w:br/>
        <w:t>v -0.504593 1.508005 -0.381306</w:t>
        <w:br/>
        <w:t>v -0.502518 1.501969 -0.385255</w:t>
        <w:br/>
        <w:t>v -0.521697 1.495404 -0.372653</w:t>
        <w:br/>
        <w:t>v -0.504593 1.508005 -0.381306</w:t>
        <w:br/>
        <w:t>v -0.521697 1.495404 -0.372653</w:t>
        <w:br/>
        <w:t>v -0.516604 1.374041 -0.409263</w:t>
        <w:br/>
        <w:t>v -0.492570 1.360245 -0.428782</w:t>
        <w:br/>
        <w:t>v -0.504593 1.508005 -0.381306</w:t>
        <w:br/>
        <w:t>v -0.557841 1.514080 -0.412470</w:t>
        <w:br/>
        <w:t>v -0.492570 1.360245 -0.428782</w:t>
        <w:br/>
        <w:t>v -0.516604 1.374041 -0.409263</w:t>
        <w:br/>
        <w:t>v -0.374767 1.340839 -0.282229</w:t>
        <w:br/>
        <w:t>v -0.675418 1.674591 0.517758</w:t>
        <w:br/>
        <w:t>v -0.675531 1.663486 0.492983</w:t>
        <w:br/>
        <w:t>v -0.683706 1.658317 0.510200</w:t>
        <w:br/>
        <w:t>v -0.699276 1.657651 0.480570</w:t>
        <w:br/>
        <w:t>v -0.699087 1.650985 0.494152</w:t>
        <w:br/>
        <w:t>v -0.722907 1.662883 0.492920</w:t>
        <w:br/>
        <w:t>v -0.699087 1.650985 0.494152</w:t>
        <w:br/>
        <w:t>v -0.699276 1.657651 0.480570</w:t>
        <w:br/>
        <w:t>v -0.722794 1.673937 0.517695</w:t>
        <w:br/>
        <w:t>v -0.714342 1.657940 0.510162</w:t>
        <w:br/>
        <w:t>v -0.699062 1.679811 0.522546</w:t>
        <w:br/>
        <w:t>v -0.698949 1.662595 0.527174</w:t>
        <w:br/>
        <w:t>v -0.722794 1.673937 0.517695</w:t>
        <w:br/>
        <w:t>v -0.675418 1.674591 0.517758</w:t>
        <w:br/>
        <w:t>v -0.698949 1.662595 0.527174</w:t>
        <w:br/>
        <w:t>v -0.699062 1.679811 0.522546</w:t>
        <w:br/>
        <w:t>v -0.698949 1.650798 0.513302</w:t>
        <w:br/>
        <w:t>v -0.698949 1.650798 0.513302</w:t>
        <w:br/>
        <w:t>v -0.698949 1.662595 0.527174</w:t>
        <w:br/>
        <w:t>v -0.698949 1.662595 0.527174</w:t>
        <w:br/>
        <w:t>v -0.684461 1.793879 0.452399</w:t>
        <w:br/>
        <w:t>v -0.698873 1.787742 0.438603</w:t>
        <w:br/>
        <w:t>v -0.698873 1.787742 0.438603</w:t>
        <w:br/>
        <w:t>v -0.713198 1.793553 0.452412</w:t>
        <w:br/>
        <w:t>v -0.713198 1.793553 0.452412</w:t>
        <w:br/>
        <w:t>v -0.698785 1.799677 0.458709</w:t>
        <w:br/>
        <w:t>v -0.698785 1.799677 0.458709</w:t>
        <w:br/>
        <w:t>v -0.684461 1.793879 0.452399</w:t>
        <w:br/>
        <w:t>v -0.698798 1.799187 0.450387</w:t>
        <w:br/>
        <w:t>v -0.698798 1.799187 0.450387</w:t>
        <w:br/>
        <w:t>v -0.698785 1.799677 0.458709</w:t>
        <w:br/>
        <w:t>v -4.987925 13.331217 0.294846</w:t>
        <w:br/>
        <w:t>v -4.979387 13.293182 0.288143</w:t>
        <w:br/>
        <w:t>v -4.977010 13.288973 0.315358</w:t>
        <w:br/>
        <w:t>v -4.985315 13.326969 0.322036</w:t>
        <w:br/>
        <w:t>v -5.018459 13.347696 0.327821</w:t>
        <w:br/>
        <w:t>v -5.020992 13.352144 0.300719</w:t>
        <w:br/>
        <w:t>v -5.079587 13.305561 0.322904</w:t>
        <w:br/>
        <w:t>v -5.057527 13.338737 0.328073</w:t>
        <w:br/>
        <w:t>v -4.998511 13.255949 0.312013</w:t>
        <w:br/>
        <w:t>v -5.037444 13.247017 0.312629</w:t>
        <w:br/>
        <w:t>v -5.040040 13.251072 0.285514</w:t>
        <w:br/>
        <w:t>v -5.037444 13.247017 0.312629</w:t>
        <w:br/>
        <w:t>v -4.998511 13.255949 0.312013</w:t>
        <w:br/>
        <w:t>v -5.001108 13.260199 0.284860</w:t>
        <w:br/>
        <w:t>v -5.071145 13.267591 0.316641</w:t>
        <w:br/>
        <w:t>v -5.073693 13.271856 0.289627</w:t>
        <w:br/>
        <w:t>v -5.082337 13.309849 0.295902</w:t>
        <w:br/>
        <w:t>v -5.079587 13.305561 0.322904</w:t>
        <w:br/>
        <w:t>v -5.057527 13.338737 0.328073</w:t>
        <w:br/>
        <w:t>v -5.060089 13.342999 0.301021</w:t>
        <w:br/>
        <w:t>v -5.018459 13.347696 0.327821</w:t>
        <w:br/>
        <w:t>v -4.977010 13.288973 0.315358</w:t>
        <w:br/>
        <w:t>v -5.071145 13.267591 0.316641</w:t>
        <w:br/>
        <w:t>v -4.985315 13.326969 0.322036</w:t>
        <w:br/>
        <w:t>v -2.591586 14.824654 0.098403</w:t>
        <w:br/>
        <w:t>v -2.539599 14.863192 0.097850</w:t>
        <w:br/>
        <w:t>v -2.524362 14.849474 -0.063040</w:t>
        <w:br/>
        <w:t>v -2.579529 14.810072 -0.061405</w:t>
        <w:br/>
        <w:t>v -2.591586 14.824654 0.098403</w:t>
        <w:br/>
        <w:t>v -2.641098 14.891212 0.220734</w:t>
        <w:br/>
        <w:t>v -2.591138 14.929104 0.219150</w:t>
        <w:br/>
        <w:t>v -2.539599 14.863192 0.097850</w:t>
        <w:br/>
        <w:t>v -2.715260 15.000343 0.293754</w:t>
        <w:br/>
        <w:t>v -2.818861 15.142183 0.297011</w:t>
        <w:br/>
        <w:t>v -2.772292 15.183163 0.294395</w:t>
        <w:br/>
        <w:t>v -2.665480 15.036337 0.290169</w:t>
        <w:br/>
        <w:t>v -2.851212 15.297373 0.213944</w:t>
        <w:br/>
        <w:t>v -2.903861 15.259842 0.215390</w:t>
        <w:br/>
        <w:t>v -2.954945 15.327023 0.081288</w:t>
        <w:br/>
        <w:t>v -2.965383 15.339640 -0.077905</w:t>
        <w:br/>
        <w:t>v -2.909144 15.382574 -0.076710</w:t>
        <w:br/>
        <w:t>v -2.900194 15.367004 0.081325</w:t>
        <w:br/>
        <w:t>v -2.933937 15.297499 -0.228432</w:t>
        <w:br/>
        <w:t>v -2.862559 15.203857 -0.338086</w:t>
        <w:br/>
        <w:t>v -2.806015 15.253576 -0.337785</w:t>
        <w:br/>
        <w:t>v -2.877053 15.343714 -0.226860</w:t>
        <w:br/>
        <w:t>v -2.609996 14.991028 -0.336968</w:t>
        <w:br/>
        <w:t>v -2.666743 14.942020 -0.332038</w:t>
        <w:br/>
        <w:t>v -2.602627 14.848946 -0.215505</w:t>
        <w:br/>
        <w:t>v -2.545638 14.892677 -0.219152</w:t>
        <w:br/>
        <w:t>v -2.704242 15.121233 -0.382758</w:t>
        <w:br/>
        <w:t>v -2.760061 15.069195 -0.379363</w:t>
        <w:br/>
        <w:t>v -2.524362 14.849474 -0.063040</w:t>
        <w:br/>
        <w:t>v -2.539599 14.863192 0.097850</w:t>
        <w:br/>
        <w:t>v -2.543281 14.885876 0.090417</w:t>
        <w:br/>
        <w:t>v -2.528547 14.873405 -0.060890</w:t>
        <w:br/>
        <w:t>v -2.591586 14.824654 0.098403</w:t>
        <w:br/>
        <w:t>v -2.579529 14.810072 -0.061405</w:t>
        <w:br/>
        <w:t>v -2.600981 14.821667 -0.059796</w:t>
        <w:br/>
        <w:t>v -2.612286 14.834652 0.090782</w:t>
        <w:br/>
        <w:t>v -2.539599 14.863192 0.097850</w:t>
        <w:br/>
        <w:t>v -2.591138 14.929104 0.219150</w:t>
        <w:br/>
        <w:t>v -2.591646 14.946596 0.203090</w:t>
        <w:br/>
        <w:t>v -2.543281 14.885876 0.090417</w:t>
        <w:br/>
        <w:t>v -2.641098 14.891212 0.220734</w:t>
        <w:br/>
        <w:t>v -2.591586 14.824654 0.098403</w:t>
        <w:br/>
        <w:t>v -2.612286 14.834652 0.090782</w:t>
        <w:br/>
        <w:t>v -2.658605 14.896000 0.205052</w:t>
        <w:br/>
        <w:t>v -2.665480 15.036337 0.290169</w:t>
        <w:br/>
        <w:t>v -2.772292 15.183163 0.294395</w:t>
        <w:br/>
        <w:t>v -2.761590 15.185886 0.273128</w:t>
        <w:br/>
        <w:t>v -2.661090 15.046484 0.269179</w:t>
        <w:br/>
        <w:t>v -2.818861 15.142183 0.297011</w:t>
        <w:br/>
        <w:t>v -2.715260 15.000343 0.293754</w:t>
        <w:br/>
        <w:t>v -2.728068 14.998096 0.273682</w:t>
        <w:br/>
        <w:t>v -2.824151 15.130976 0.276398</w:t>
        <w:br/>
        <w:t>v -2.903861 15.259842 0.215390</w:t>
        <w:br/>
        <w:t>v -2.904274 15.241413 0.199946</w:t>
        <w:br/>
        <w:t>v -2.851212 15.297373 0.213944</w:t>
        <w:br/>
        <w:t>v -2.834277 15.291168 0.198098</w:t>
        <w:br/>
        <w:t>v -2.900194 15.367004 0.081325</w:t>
        <w:br/>
        <w:t>v -2.909144 15.382574 -0.076710</w:t>
        <w:br/>
        <w:t>v -2.887544 15.371643 -0.074132</w:t>
        <w:br/>
        <w:t>v -2.879496 15.356573 0.074258</w:t>
        <w:br/>
        <w:t>v -2.965383 15.339640 -0.077905</w:t>
        <w:br/>
        <w:t>v -2.954945 15.327023 0.081288</w:t>
        <w:br/>
        <w:t>v -2.951393 15.304094 0.074257</w:t>
        <w:br/>
        <w:t>v -2.960697 15.315884 -0.075402</w:t>
        <w:br/>
        <w:t>v -2.877053 15.343714 -0.226860</w:t>
        <w:br/>
        <w:t>v -2.806015 15.253576 -0.337785</w:t>
        <w:br/>
        <w:t>v -2.790765 15.252153 -0.319322</w:t>
        <w:br/>
        <w:t>v -2.857321 15.335863 -0.215227</w:t>
        <w:br/>
        <w:t>v -2.862559 15.203857 -0.338086</w:t>
        <w:br/>
        <w:t>v -2.933937 15.297499 -0.228432</w:t>
        <w:br/>
        <w:t>v -2.930918 15.276562 -0.216711</w:t>
        <w:br/>
        <w:t>v -2.864004 15.189329 -0.319197</w:t>
        <w:br/>
        <w:t>v -2.602627 14.848946 -0.215505</w:t>
        <w:br/>
        <w:t>v -2.666743 14.942020 -0.332038</w:t>
        <w:br/>
        <w:t>v -2.681646 14.945108 -0.313613</w:t>
        <w:br/>
        <w:t>v -2.622158 14.858086 -0.204739</w:t>
        <w:br/>
        <w:t>v -2.609996 14.991028 -0.336968</w:t>
        <w:br/>
        <w:t>v -2.545638 14.892677 -0.219152</w:t>
        <w:br/>
        <w:t>v -2.547768 14.913942 -0.207833</w:t>
        <w:br/>
        <w:t>v -2.607584 15.006372 -0.318568</w:t>
        <w:br/>
        <w:t>v -2.704242 15.121233 -0.382758</w:t>
        <w:br/>
        <w:t>v -2.695418 15.128387 -0.361718</w:t>
        <w:br/>
        <w:t>v -2.760061 15.069195 -0.379363</w:t>
        <w:br/>
        <w:t>v -2.768204 15.063627 -0.357832</w:t>
        <w:br/>
        <w:t>v -0.288255 17.344110 0.174294</w:t>
        <w:br/>
        <w:t>v -0.267833 17.306179 0.316269</w:t>
        <w:br/>
        <w:t>v -0.281478 17.147263 0.308208</w:t>
        <w:br/>
        <w:t>v -0.300707 17.195593 0.161906</w:t>
        <w:br/>
        <w:t>v -0.235021 17.106653 0.426778</w:t>
        <w:br/>
        <w:t>v -0.251180 17.280809 0.377416</w:t>
        <w:br/>
        <w:t>v -0.169183 17.211929 0.503055</w:t>
        <w:br/>
        <w:t>v -0.161801 17.061668 0.502249</w:t>
        <w:br/>
        <w:t>v 0.000008 17.024542 0.547889</w:t>
        <w:br/>
        <w:t>v 0.000008 17.172123 0.578589</w:t>
        <w:br/>
        <w:t>v -0.178376 17.365776 -0.033481</w:t>
        <w:br/>
        <w:t>v -0.152147 17.223953 -0.051604</w:t>
        <w:br/>
        <w:t>v -0.180790 17.505325 -0.025067</w:t>
        <w:br/>
        <w:t>v 0.000008 17.368984 -0.061111</w:t>
        <w:br/>
        <w:t>v 0.000008 17.503830 -0.059678</w:t>
        <w:br/>
        <w:t>v 0.000008 17.688160 -0.078844</w:t>
        <w:br/>
        <w:t>v -0.192575 17.688755 -0.027809</w:t>
        <w:br/>
        <w:t>v -0.374003 17.676468 0.229178</w:t>
        <w:br/>
        <w:t>v -0.296972 17.495945 0.175439</w:t>
        <w:br/>
        <w:t>v -0.331494 17.677288 0.109375</w:t>
        <w:br/>
        <w:t>v -0.294658 17.452795 0.328808</w:t>
        <w:br/>
        <w:t>v -0.388855 17.867882 0.077141</w:t>
        <w:br/>
        <w:t>v -0.540787 17.896263 0.226375</w:t>
        <w:br/>
        <w:t>v -0.578517 17.971718 0.188645</w:t>
        <w:br/>
        <w:t>v -0.324829 17.569817 0.342868</w:t>
        <w:br/>
        <w:t>v -0.490481 17.833382 0.289257</w:t>
        <w:br/>
        <w:t>v -0.440176 17.770496 0.339563</w:t>
        <w:br/>
        <w:t>v -0.364717 17.632156 0.477904</w:t>
        <w:br/>
        <w:t>v -0.187796 17.352661 0.527076</w:t>
        <w:br/>
        <w:t>v -0.050306 17.468662 0.679127</w:t>
        <w:br/>
        <w:t>v -0.000001 17.456085 0.691703</w:t>
        <w:br/>
        <w:t>v 0.000008 17.298445 0.599491</w:t>
        <w:br/>
        <w:t>v -0.415023 17.707527 0.402438</w:t>
        <w:br/>
        <w:t>v -0.653975 18.084908 0.138340</w:t>
        <w:br/>
        <w:t>v -0.301835 17.581852 0.540786</w:t>
        <w:br/>
        <w:t>v -0.238953 17.531544 0.591091</w:t>
        <w:br/>
        <w:t>v -0.176071 17.506393 0.616244</w:t>
        <w:br/>
        <w:t>v -0.125765 17.481239 0.653974</w:t>
        <w:br/>
        <w:t>v -0.317006 17.941441 -0.087283</w:t>
        <w:br/>
        <w:t>v -0.351653 18.193222 -0.277755</w:t>
        <w:br/>
        <w:t>v -0.655940 18.314846 -0.096516</w:t>
        <w:br/>
        <w:t>v 0.000008 17.906582 -0.165483</w:t>
        <w:br/>
        <w:t>v 0.000007 18.207382 -0.332626</w:t>
        <w:br/>
        <w:t>v -0.767163 18.298706 0.138340</w:t>
        <w:br/>
        <w:t>v 0.000008 17.224932 -0.082919</w:t>
        <w:br/>
        <w:t>v 0.281493 17.147263 0.308208</w:t>
        <w:br/>
        <w:t>v 0.267849 17.306179 0.316269</w:t>
        <w:br/>
        <w:t>v 0.288271 17.344110 0.174294</w:t>
        <w:br/>
        <w:t>v 0.300723 17.195593 0.161906</w:t>
        <w:br/>
        <w:t>v 0.169199 17.211929 0.503055</w:t>
        <w:br/>
        <w:t>v 0.251196 17.280809 0.377416</w:t>
        <w:br/>
        <w:t>v 0.235036 17.106653 0.426778</w:t>
        <w:br/>
        <w:t>v 0.161816 17.061668 0.502249</w:t>
        <w:br/>
        <w:t>v 0.000008 17.024542 0.547889</w:t>
        <w:br/>
        <w:t>v 0.000008 17.172123 0.578589</w:t>
        <w:br/>
        <w:t>v 0.178392 17.365776 -0.033481</w:t>
        <w:br/>
        <w:t>v 0.152163 17.223953 -0.051604</w:t>
        <w:br/>
        <w:t>v 0.000008 17.368984 -0.061111</w:t>
        <w:br/>
        <w:t>v 0.180807 17.505325 -0.025067</w:t>
        <w:br/>
        <w:t>v 0.000008 17.503830 -0.059678</w:t>
        <w:br/>
        <w:t>v 0.192591 17.688751 -0.027809</w:t>
        <w:br/>
        <w:t>v 0.000008 17.688160 -0.078844</w:t>
        <w:br/>
        <w:t>v 0.296988 17.495943 0.175439</w:t>
        <w:br/>
        <w:t>v 0.374018 17.676468 0.229178</w:t>
        <w:br/>
        <w:t>v 0.331510 17.677284 0.109374</w:t>
        <w:br/>
        <w:t>v 0.294674 17.452795 0.328808</w:t>
        <w:br/>
        <w:t>v 0.388871 17.867882 0.077141</w:t>
        <w:br/>
        <w:t>v 0.540786 17.896263 0.226375</w:t>
        <w:br/>
        <w:t>v 0.578515 17.971718 0.188645</w:t>
        <w:br/>
        <w:t>v 0.324844 17.569817 0.342868</w:t>
        <w:br/>
        <w:t>v 0.440175 17.770496 0.339563</w:t>
        <w:br/>
        <w:t>v 0.490480 17.833382 0.289257</w:t>
        <w:br/>
        <w:t>v 0.364716 17.632156 0.477904</w:t>
        <w:br/>
        <w:t>v 0.187812 17.352661 0.527076</w:t>
        <w:br/>
        <w:t>v -0.000001 17.456085 0.691703</w:t>
        <w:br/>
        <w:t>v 0.050305 17.468662 0.679127</w:t>
        <w:br/>
        <w:t>v 0.000008 17.298445 0.599491</w:t>
        <w:br/>
        <w:t>v 0.415022 17.707615 0.402445</w:t>
        <w:br/>
        <w:t>v 0.653974 18.084908 0.138340</w:t>
        <w:br/>
        <w:t>v 0.301834 17.581852 0.540786</w:t>
        <w:br/>
        <w:t>v 0.176069 17.506393 0.616244</w:t>
        <w:br/>
        <w:t>v 0.238952 17.531544 0.591091</w:t>
        <w:br/>
        <w:t>v 0.125764 17.481239 0.653974</w:t>
        <w:br/>
        <w:t>v 0.351670 18.193222 -0.277755</w:t>
        <w:br/>
        <w:t>v 0.317022 17.941441 -0.087283</w:t>
        <w:br/>
        <w:t>v 0.655957 18.314846 -0.096516</w:t>
        <w:br/>
        <w:t>v 0.000007 18.207382 -0.332626</w:t>
        <w:br/>
        <w:t>v 0.000008 17.906582 -0.165483</w:t>
        <w:br/>
        <w:t>v 0.767162 18.298706 0.138339</w:t>
        <w:br/>
        <w:t>v -0.092561 17.011652 -0.051605</w:t>
        <w:br/>
        <w:t>v 0.000008 17.012634 -0.082920</w:t>
        <w:br/>
        <w:t>v 0.092576 17.011652 -0.051605</w:t>
        <w:br/>
        <w:t>v 0.079354 18.673935 -1.175094</w:t>
        <w:br/>
        <w:t>v 0.000009 18.775928 -1.161712</w:t>
        <w:br/>
        <w:t>v 0.000009 18.551579 -1.190475</w:t>
        <w:br/>
        <w:t>v 0.000009 18.787437 -1.139213</w:t>
        <w:br/>
        <w:t>v 0.095627 18.669735 -1.154594</w:t>
        <w:br/>
        <w:t>v 0.081253 18.667736 -1.133214</w:t>
        <w:br/>
        <w:t>v 0.000009 18.768120 -1.121744</w:t>
        <w:br/>
        <w:t>v 0.095627 18.669735 -1.154594</w:t>
        <w:br/>
        <w:t>v 0.000009 18.523182 -1.171196</w:t>
        <w:br/>
        <w:t>v 0.000009 18.546597 -1.147879</w:t>
        <w:br/>
        <w:t>v 0.081253 18.667736 -1.133214</w:t>
        <w:br/>
        <w:t>v 0.079354 18.673935 -1.175094</w:t>
        <w:br/>
        <w:t>v 0.000009 18.775928 -1.161712</w:t>
        <w:br/>
        <w:t>v 0.000009 18.551579 -1.190475</w:t>
        <w:br/>
        <w:t>v 0.000009 18.523182 -1.171195</w:t>
        <w:br/>
        <w:t>v 0.095627 18.669735 -1.154594</w:t>
        <w:br/>
        <w:t>v 0.079354 18.673935 -1.175094</w:t>
        <w:br/>
        <w:t>v 0.000009 18.775928 -1.161712</w:t>
        <w:br/>
        <w:t>v -0.079336 18.673935 -1.175094</w:t>
        <w:br/>
        <w:t>v 0.000009 18.551579 -1.190475</w:t>
        <w:br/>
        <w:t>v -0.081235 18.667736 -1.133214</w:t>
        <w:br/>
        <w:t>v -0.095610 18.669735 -1.154594</w:t>
        <w:br/>
        <w:t>v 0.000009 18.787437 -1.139213</w:t>
        <w:br/>
        <w:t>v 0.000009 18.768120 -1.121744</w:t>
        <w:br/>
        <w:t>v 0.000009 18.546597 -1.147879</w:t>
        <w:br/>
        <w:t>v 0.000009 18.523182 -1.171195</w:t>
        <w:br/>
        <w:t>v -0.095610 18.669735 -1.154594</w:t>
        <w:br/>
        <w:t>v -0.081235 18.667736 -1.133214</w:t>
        <w:br/>
        <w:t>v -0.079336 18.673935 -1.175094</w:t>
        <w:br/>
        <w:t>v 0.000009 18.775928 -1.161712</w:t>
        <w:br/>
        <w:t>v -0.095610 18.669735 -1.154594</w:t>
        <w:br/>
        <w:t>v 0.000009 18.523182 -1.171195</w:t>
        <w:br/>
        <w:t>v 0.000009 18.551579 -1.190475</w:t>
        <w:br/>
        <w:t>v -0.079336 18.673935 -1.175094</w:t>
        <w:br/>
        <w:t>v -0.605267 16.732847 0.047536</w:t>
        <w:br/>
        <w:t>v -0.819096 16.662867 0.279370</w:t>
        <w:br/>
        <w:t>v -0.828478 16.740555 0.029414</w:t>
        <w:br/>
        <w:t>v -0.807249 16.518452 0.451478</w:t>
        <w:br/>
        <w:t>v -0.624325 16.539843 0.535678</w:t>
        <w:br/>
        <w:t>v -0.756528 16.652754 -0.221575</w:t>
        <w:br/>
        <w:t>v -1.115424 16.272749 -0.391181</w:t>
        <w:br/>
        <w:t>v -1.172102 16.531393 -0.273993</w:t>
        <w:br/>
        <w:t>v -1.280169 16.474222 -0.285400</w:t>
        <w:br/>
        <w:t>v -1.211624 16.225866 -0.388087</w:t>
        <w:br/>
        <w:t>v -1.065432 16.015194 -0.378278</w:t>
        <w:br/>
        <w:t>v -1.143918 15.984333 -0.368619</w:t>
        <w:br/>
        <w:t>v -1.201166 16.683558 -0.016478</w:t>
        <w:br/>
        <w:t>v -1.313475 16.635687 -0.030413</w:t>
        <w:br/>
        <w:t>v -1.054718 16.716667 0.002764</w:t>
        <w:br/>
        <w:t>v -1.043956 16.633095 0.259600</w:t>
        <w:br/>
        <w:t>v -1.185553 16.587004 0.263448</w:t>
        <w:br/>
        <w:t>v -1.113091 16.145391 0.501532</w:t>
        <w:br/>
        <w:t>v -1.150982 16.351501 0.437078</w:t>
        <w:br/>
        <w:t>v -1.014965 16.346342 0.489509</w:t>
        <w:br/>
        <w:t>v -1.004798 16.140549 0.624316</w:t>
        <w:br/>
        <w:t>v -1.029050 16.496096 0.397085</w:t>
        <w:br/>
        <w:t>v -0.972448 16.610325 -0.255103</w:t>
        <w:br/>
        <w:t>v -0.914996 16.344992 -0.395595</w:t>
        <w:br/>
        <w:t>v -0.692351 16.417891 -0.379183</w:t>
        <w:br/>
        <w:t>v -0.768678 16.106434 -0.417982</w:t>
        <w:br/>
        <w:t>v -0.817537 16.337818 0.624090</w:t>
        <w:br/>
        <w:t>v -0.605267 16.732847 0.047536</w:t>
        <w:br/>
        <w:t>v -1.035090 15.872454 -0.237774</w:t>
        <w:br/>
        <w:t>v -1.305219 16.165869 -0.383812</w:t>
        <w:br/>
        <w:t>v -1.227430 15.953192 -0.360898</w:t>
        <w:br/>
        <w:t>v -1.390810 16.394735 -0.294632</w:t>
        <w:br/>
        <w:t>v -1.435974 16.569658 -0.057830</w:t>
        <w:br/>
        <w:t>v -1.086795 15.857927 -0.212282</w:t>
        <w:br/>
        <w:t>v -1.062959 15.829128 -0.110438</w:t>
        <w:br/>
        <w:t>v -1.672640 16.169334 -0.272434</w:t>
        <w:br/>
        <w:t>v -1.569388 16.008482 -0.372581</w:t>
        <w:br/>
        <w:t>v -1.193324 15.912676 0.238634</w:t>
        <w:br/>
        <w:t>v -1.118962 15.916397 0.256190</w:t>
        <w:br/>
        <w:t>v -1.090473 15.862183 0.075844</w:t>
        <w:br/>
        <w:t>v -1.171432 15.861496 0.054879</w:t>
        <w:br/>
        <w:t>v -1.156705 15.813122 -0.128272</w:t>
        <w:br/>
        <w:t>v -1.142841 15.976971 0.388847</w:t>
        <w:br/>
        <w:t>v -1.261313 16.055296 0.370913</w:t>
        <w:br/>
        <w:t>v -1.190851 16.112398 0.424111</w:t>
        <w:br/>
        <w:t>v -1.731054 16.262192 -0.065099</w:t>
        <w:br/>
        <w:t>v -1.090473 15.862183 0.075844</w:t>
        <w:br/>
        <w:t>v -1.171432 15.861496 0.054879</w:t>
        <w:br/>
        <w:t>v -1.953734 16.040766 -0.048373</w:t>
        <w:br/>
        <w:t>v -1.929330 16.000950 0.146273</w:t>
        <w:br/>
        <w:t>v -2.148279 15.836872 0.141871</w:t>
        <w:br/>
        <w:t>v -2.174680 15.877674 -0.039834</w:t>
        <w:br/>
        <w:t>v -1.854021 15.890839 0.278765</w:t>
        <w:br/>
        <w:t>v -2.075624 15.730295 0.268867</w:t>
        <w:br/>
        <w:t>v -1.740984 15.728846 0.296221</w:t>
        <w:br/>
        <w:t>v -1.964112 15.571566 0.281205</w:t>
        <w:br/>
        <w:t>v -1.820045 15.851795 -0.359703</w:t>
        <w:br/>
        <w:t>v -1.913335 15.990093 -0.246326</w:t>
        <w:br/>
        <w:t>v -2.142492 15.830336 -0.231008</w:t>
        <w:br/>
        <w:t>v -2.054381 15.701744 -0.343291</w:t>
        <w:br/>
        <w:t>v -1.296504 16.544313 0.260329</w:t>
        <w:br/>
        <w:t>v -1.251175 16.328741 0.404870</w:t>
        <w:br/>
        <w:t>v -1.417121 16.488127 0.232045</w:t>
        <w:br/>
        <w:t>v -1.345851 16.282417 0.380660</w:t>
        <w:br/>
        <w:t>v -1.701696 16.213865 0.175023</w:t>
        <w:br/>
        <w:t>v -1.608548 16.070993 0.296272</w:t>
        <w:br/>
        <w:t>v -1.498181 15.898090 0.300107</w:t>
        <w:br/>
        <w:t>v -0.207416 16.426151 -0.414536</w:t>
        <w:br/>
        <w:t>v -0.435591 16.161440 -0.474740</w:t>
        <w:br/>
        <w:t>v 0.000006 16.160074 -0.379486</w:t>
        <w:br/>
        <w:t>v 0.000007 16.450649 -0.342611</w:t>
        <w:br/>
        <w:t>v -0.350587 15.857674 -0.454215</w:t>
        <w:br/>
        <w:t>v 0.000006 15.860902 -0.338864</w:t>
        <w:br/>
        <w:t>v -0.755800 15.576059 -0.314341</w:t>
        <w:br/>
        <w:t>v -0.565192 15.578286 -0.371085</w:t>
        <w:br/>
        <w:t>v -0.782185 15.722402 -0.361401</w:t>
        <w:br/>
        <w:t>v -0.342954 15.583265 -0.365401</w:t>
        <w:br/>
        <w:t>v 0.000006 15.587114 -0.247924</w:t>
        <w:br/>
        <w:t>v -0.703042 15.359545 -0.228557</w:t>
        <w:br/>
        <w:t>v -0.640148 15.157493 -0.138233</w:t>
        <w:br/>
        <w:t>v -0.481748 15.340542 -0.230506</w:t>
        <w:br/>
        <w:t>v 0.000005 14.904491 0.142045</w:t>
        <w:br/>
        <w:t>v -0.335585 14.903687 -0.010042</w:t>
        <w:br/>
        <w:t>v -0.326946 14.469484 0.165248</w:t>
        <w:br/>
        <w:t>v 0.000004 14.475057 0.284485</w:t>
        <w:br/>
        <w:t>v 0.000005 15.347421 -0.128361</w:t>
        <w:br/>
        <w:t>v -0.345369 15.344200 -0.222407</w:t>
        <w:br/>
        <w:t>v -0.548139 14.907058 -0.049117</w:t>
        <w:br/>
        <w:t>v -0.610635 14.471826 0.241008</w:t>
        <w:br/>
        <w:t>v -0.326631 14.294373 0.206989</w:t>
        <w:br/>
        <w:t>v 0.000004 14.294373 0.298017</w:t>
        <w:br/>
        <w:t>v -0.494851 15.853686 -0.445085</w:t>
        <w:br/>
        <w:t>v -0.610190 15.948172 -0.441576</w:t>
        <w:br/>
        <w:t>v -0.601640 14.294374 0.305890</w:t>
        <w:br/>
        <w:t>v 0.000007 16.637674 -0.318866</w:t>
        <w:br/>
        <w:t>v -0.326632 14.159927 0.243673</w:t>
        <w:br/>
        <w:t>v 0.000003 14.159927 0.334701</w:t>
        <w:br/>
        <w:t>v 0.000006 16.160074 -0.379486</w:t>
        <w:br/>
        <w:t>v 0.435604 16.161442 -0.474739</w:t>
        <w:br/>
        <w:t>v 0.207430 16.426151 -0.414536</w:t>
        <w:br/>
        <w:t>v 0.000007 16.450649 -0.342611</w:t>
        <w:br/>
        <w:t>v 0.000006 15.860902 -0.338864</w:t>
        <w:br/>
        <w:t>v 0.350599 15.857671 -0.454215</w:t>
        <w:br/>
        <w:t>v 0.565203 15.578284 -0.371085</w:t>
        <w:br/>
        <w:t>v 0.755811 15.576058 -0.314341</w:t>
        <w:br/>
        <w:t>v 0.782197 15.722399 -0.361401</w:t>
        <w:br/>
        <w:t>v 0.342965 15.583265 -0.365401</w:t>
        <w:br/>
        <w:t>v 0.000006 15.587114 -0.247924</w:t>
        <w:br/>
        <w:t>v 0.640158 15.157490 -0.138233</w:t>
        <w:br/>
        <w:t>v 0.703053 15.359543 -0.228557</w:t>
        <w:br/>
        <w:t>v 0.481758 15.340540 -0.230506</w:t>
        <w:br/>
        <w:t>v 0.326953 14.469484 0.165248</w:t>
        <w:br/>
        <w:t>v 0.335594 14.903686 -0.010042</w:t>
        <w:br/>
        <w:t>v 0.000005 14.904491 0.142045</w:t>
        <w:br/>
        <w:t>v 0.000004 14.475057 0.284485</w:t>
        <w:br/>
        <w:t>v 0.000005 15.347421 -0.128361</w:t>
        <w:br/>
        <w:t>v 0.345379 15.344200 -0.222407</w:t>
        <w:br/>
        <w:t>v 0.610643 14.471826 0.241008</w:t>
        <w:br/>
        <w:t>v 0.548148 14.907056 -0.049117</w:t>
        <w:br/>
        <w:t>v 0.326639 14.294373 0.206989</w:t>
        <w:br/>
        <w:t>v 0.000004 14.294373 0.298017</w:t>
        <w:br/>
        <w:t>v 0.494863 15.853683 -0.445085</w:t>
        <w:br/>
        <w:t>v 0.610202 15.948171 -0.441576</w:t>
        <w:br/>
        <w:t>v 0.601647 14.294372 0.305890</w:t>
        <w:br/>
        <w:t>v 0.000007 16.637674 -0.318866</w:t>
        <w:br/>
        <w:t>v 0.326638 14.159927 0.243673</w:t>
        <w:br/>
        <w:t>v 0.000003 14.159927 0.334701</w:t>
        <w:br/>
        <w:t>v 0.000004 14.427919 1.560176</w:t>
        <w:br/>
        <w:t>v -0.195145 14.430207 1.557761</w:t>
        <w:br/>
        <w:t>v 0.000004 14.579843 1.600999</w:t>
        <w:br/>
        <w:t>v -0.207859 14.294370 1.498991</w:t>
        <w:br/>
        <w:t>v 0.000004 14.294370 1.511077</w:t>
        <w:br/>
        <w:t>v -0.375981 14.067957 1.447566</w:t>
        <w:br/>
        <w:t>v -0.370750 13.900037 1.431568</w:t>
        <w:br/>
        <w:t>v -0.548480 13.898841 1.348048</w:t>
        <w:br/>
        <w:t>v -0.564490 14.072057 1.409698</w:t>
        <w:br/>
        <w:t>v -0.201974 14.068044 1.475347</w:t>
        <w:br/>
        <w:t>v -0.339950 14.298394 1.513743</w:t>
        <w:br/>
        <w:t>v -0.730084 14.069278 1.261938</w:t>
        <w:br/>
        <w:t>v -0.685261 13.900652 1.229478</w:t>
        <w:br/>
        <w:t>v -0.195585 13.900828 1.459903</w:t>
        <w:br/>
        <w:t>v 0.000003 14.068296 1.464091</w:t>
        <w:br/>
        <w:t>v 0.000003 13.904274 1.440988</w:t>
        <w:br/>
        <w:t>v -0.476216 14.166368 1.454495</w:t>
        <w:br/>
        <w:t>v 0.195152 14.430207 1.557761</w:t>
        <w:br/>
        <w:t>v 0.000004 14.427919 1.560176</w:t>
        <w:br/>
        <w:t>v 0.000004 14.579843 1.600999</w:t>
        <w:br/>
        <w:t>v 0.207867 14.294370 1.498991</w:t>
        <w:br/>
        <w:t>v 0.000004 14.294370 1.511077</w:t>
        <w:br/>
        <w:t>v 0.548487 13.898840 1.348048</w:t>
        <w:br/>
        <w:t>v 0.370756 13.900034 1.431568</w:t>
        <w:br/>
        <w:t>v 0.375988 14.067955 1.447566</w:t>
        <w:br/>
        <w:t>v 0.564496 14.072056 1.409698</w:t>
        <w:br/>
        <w:t>v 0.201981 14.068044 1.475347</w:t>
        <w:br/>
        <w:t>v 0.339957 14.298394 1.513743</w:t>
        <w:br/>
        <w:t>v 0.730090 14.069274 1.261938</w:t>
        <w:br/>
        <w:t>v 0.685268 13.900651 1.229478</w:t>
        <w:br/>
        <w:t>v 0.195592 13.900828 1.459903</w:t>
        <w:br/>
        <w:t>v 0.000003 13.904274 1.440988</w:t>
        <w:br/>
        <w:t>v 0.000003 14.068296 1.464091</w:t>
        <w:br/>
        <w:t>v 0.476223 14.166367 1.454495</w:t>
        <w:br/>
        <w:t>v -3.300238 14.817977 -0.286876</w:t>
        <w:br/>
        <w:t>v -3.486896 14.698891 -0.282487</w:t>
        <w:br/>
        <w:t>v -3.368888 14.514992 -0.316356</w:t>
        <w:br/>
        <w:t>v -3.195095 14.641227 -0.321713</w:t>
        <w:br/>
        <w:t>v -3.091496 14.769423 0.191884</w:t>
        <w:br/>
        <w:t>v -3.205461 14.939394 0.142484</w:t>
        <w:br/>
        <w:t>v -3.079606 15.036564 0.161663</w:t>
        <w:br/>
        <w:t>v -2.961848 14.862101 0.207504</w:t>
        <w:br/>
        <w:t>v -2.872988 14.717209 -0.162847</w:t>
        <w:br/>
        <w:t>v -2.859416 14.701979 -0.045308</w:t>
        <w:br/>
        <w:t>v -2.617739 14.856510 -0.031033</w:t>
        <w:br/>
        <w:t>v -2.642880 14.883430 -0.159816</w:t>
        <w:br/>
        <w:t>v -3.114980 14.505163 -0.183850</w:t>
        <w:br/>
        <w:t>v -3.283389 14.372246 -0.196490</w:t>
        <w:br/>
        <w:t>v -3.257833 14.323421 -0.022067</w:t>
        <w:br/>
        <w:t>v -3.093454 14.471962 -0.036253</w:t>
        <w:br/>
        <w:t>v -3.594644 14.866364 -0.006107</w:t>
        <w:br/>
        <w:t>v -3.575021 14.834917 -0.175285</w:t>
        <w:br/>
        <w:t>v -3.378089 14.943215 -0.186742</w:t>
        <w:br/>
        <w:t>v -3.388731 14.963982 -0.020243</w:t>
        <w:br/>
        <w:t>v -2.887342 14.747213 0.087323</w:t>
        <w:br/>
        <w:t>v -2.730864 15.022867 0.223766</w:t>
        <w:br/>
        <w:t>v -2.648842 14.904514 0.126625</w:t>
        <w:br/>
        <w:t>v -3.131406 15.126871 -0.003541</w:t>
        <w:br/>
        <w:t>v -2.896532 15.271025 0.119709</w:t>
        <w:br/>
        <w:t>v -2.829340 15.171719 0.213768</w:t>
        <w:br/>
        <w:t>v -3.738475 14.723883 -0.183209</w:t>
        <w:br/>
        <w:t>v -3.654234 14.583015 -0.295655</w:t>
        <w:br/>
        <w:t>v -3.540843 14.390158 -0.314746</w:t>
        <w:br/>
        <w:t>v -3.451254 14.245409 -0.207482</w:t>
        <w:br/>
        <w:t>v -3.423892 14.198786 -0.014195</w:t>
        <w:br/>
        <w:t>v -3.423892 14.198786 -0.014195</w:t>
        <w:br/>
        <w:t>v -3.467017 14.266338 0.157486</w:t>
        <w:br/>
        <w:t>v -3.301835 14.393173 0.145275</w:t>
        <w:br/>
        <w:t>v -3.257833 14.323421 -0.022067</w:t>
        <w:br/>
        <w:t>v -2.988815 14.615707 -0.172896</w:t>
        <w:br/>
        <w:t>v -2.972305 14.591019 -0.040931</w:t>
        <w:br/>
        <w:t>v -3.014042 14.653584 0.087235</w:t>
        <w:br/>
        <w:t>v -3.262754 15.024548 -0.020771</w:t>
        <w:br/>
        <w:t>v -3.117552 15.104517 -0.190754</w:t>
        <w:br/>
        <w:t>v -2.859416 14.701979 -0.045308</w:t>
        <w:br/>
        <w:t>v -3.072314 14.740396 -0.308759</w:t>
        <w:br/>
        <w:t>v -2.902441 15.283894 -0.184704</w:t>
        <w:br/>
        <w:t>v -2.920439 15.308691 -0.005276</w:t>
        <w:br/>
        <w:t>v -2.718559 15.004395 -0.283958</w:t>
        <w:br/>
        <w:t>v -2.947939 14.840855 -0.295642</w:t>
        <w:br/>
        <w:t>v -2.617739 14.856510 -0.031033</w:t>
        <w:br/>
        <w:t>v -3.050875 14.998535 -0.288460</w:t>
        <w:br/>
        <w:t>v -2.838295 15.175503 -0.287554</w:t>
        <w:br/>
        <w:t>v -3.510327 14.728952 0.134862</w:t>
        <w:br/>
        <w:t>v -3.323165 14.848536 0.124550</w:t>
        <w:br/>
        <w:t>v -3.219387 14.677999 0.176465</w:t>
        <w:br/>
        <w:t>v -3.410450 14.559072 0.196826</w:t>
        <w:br/>
        <w:t>v -3.258028 15.017546 -0.188590</w:t>
        <w:br/>
        <w:t>v -3.181763 14.903770 -0.287630</w:t>
        <w:br/>
        <w:t>v -3.713152 14.017366 -0.005957</w:t>
        <w:br/>
        <w:t>v -3.739545 14.055174 -0.211179</w:t>
        <w:br/>
        <w:t>v -3.928409 14.378584 -0.298409</w:t>
        <w:br/>
        <w:t>v -3.819567 14.184242 -0.322757</w:t>
        <w:br/>
        <w:t>v -3.746598 14.073528 0.162202</w:t>
        <w:br/>
        <w:t>v -3.713152 14.017366 -0.005957</w:t>
        <w:br/>
        <w:t>v -4.154455 13.814307 -0.196478</w:t>
        <w:br/>
        <w:t>v -4.133933 13.780576 0.008254</w:t>
        <w:br/>
        <w:t>v -4.218042 13.921439 -0.287657</w:t>
        <w:br/>
        <w:t>v -3.999728 14.502668 -0.181448</w:t>
        <w:br/>
        <w:t>v -4.023539 14.536089 -0.009314</w:t>
        <w:br/>
        <w:t>v -4.378372 14.190104 -0.004057</w:t>
        <w:br/>
        <w:t>v -4.363115 14.164505 -0.154019</w:t>
        <w:br/>
        <w:t>v -3.947119 14.408762 0.181634</w:t>
        <w:br/>
        <w:t>v -3.765036 14.757315 -0.006007</w:t>
        <w:br/>
        <w:t>v -3.679976 14.606977 0.153777</w:t>
        <w:br/>
        <w:t>v -4.312868 14.080333 -0.256919</w:t>
        <w:br/>
        <w:t>v -3.851813 14.249479 0.233335</w:t>
        <w:br/>
        <w:t>v -3.578194 14.445196 0.209566</w:t>
        <w:br/>
        <w:t>v -4.328536 14.106494 0.171510</w:t>
        <w:br/>
        <w:t>v -4.624375 13.490293 0.011222</w:t>
        <w:br/>
        <w:t>v -4.647572 13.524190 -0.159855</w:t>
        <w:br/>
        <w:t>v -4.889093 13.366318 -0.137117</w:t>
        <w:br/>
        <w:t>v -4.863379 13.331139 0.008506</w:t>
        <w:br/>
        <w:t>v -4.763749 13.707424 -0.205947</w:t>
        <w:br/>
        <w:t>v -4.996624 13.519955 -0.198075</w:t>
        <w:br/>
        <w:t>v -4.937207 13.434748 -0.202376</w:t>
        <w:br/>
        <w:t>v -4.697595 13.605923 -0.229113</w:t>
        <w:br/>
        <w:t>v -4.721424 13.634017 0.192260</w:t>
        <w:br/>
        <w:t>v -4.775884 13.720499 0.137377</w:t>
        <w:br/>
        <w:t>v -4.248261 13.974160 0.240655</w:t>
        <w:br/>
        <w:t>v -4.796385 13.761490 -0.129080</w:t>
        <w:br/>
        <w:t>v -5.028062 13.566242 -0.127093</w:t>
        <w:br/>
        <w:t>v -4.812565 13.783922 -0.005642</w:t>
        <w:br/>
        <w:t>v -5.043542 13.586649 -0.009428</w:t>
        <w:br/>
        <w:t>v -4.955961 13.457558 0.177583</w:t>
        <w:br/>
        <w:t>v -5.009815 13.534636 0.129994</w:t>
        <w:br/>
        <w:t>v -4.624375 13.490293 0.011222</w:t>
        <w:br/>
        <w:t>v -4.863379 13.331139 0.008506</w:t>
        <w:br/>
        <w:t>v -4.886216 13.362232 0.144910</w:t>
        <w:br/>
        <w:t>v -4.645652 13.522180 0.147136</w:t>
        <w:br/>
        <w:t>v -4.163558 13.830200 0.171849</w:t>
        <w:br/>
        <w:t>v -4.133933 13.780576 0.008254</w:t>
        <w:br/>
        <w:t>v -3.134253 14.538460 0.111922</w:t>
        <w:br/>
        <w:t>v -3.093454 14.471962 -0.036253</w:t>
        <w:br/>
        <w:t>v -2.972305 14.591019 -0.040931</w:t>
        <w:br/>
        <w:t>v 0.020507 16.912830 0.842440</w:t>
        <w:br/>
        <w:t>v 0.000007 16.925306 0.849949</w:t>
        <w:br/>
        <w:t>v 0.014445 16.930979 0.837473</w:t>
        <w:br/>
        <w:t>v 0.023576 16.920702 0.822356</w:t>
        <w:br/>
        <w:t>v 0.000007 16.937695 0.820583</w:t>
        <w:br/>
        <w:t>v 0.000007 16.935354 0.838944</w:t>
        <w:br/>
        <w:t>v 0.024808 16.899725 0.815917</w:t>
        <w:br/>
        <w:t>v 0.020444 16.885729 0.833825</w:t>
        <w:br/>
        <w:t>v 0.019576 16.874851 0.814596</w:t>
        <w:br/>
        <w:t>v 0.011867 16.842970 0.839397</w:t>
        <w:br/>
        <w:t>v 0.000007 16.844870 0.836253</w:t>
        <w:br/>
        <w:t>v 0.000007 16.881491 0.840529</w:t>
        <w:br/>
        <w:t>v 0.020444 16.885729 0.833825</w:t>
        <w:br/>
        <w:t>v 0.000007 16.909233 0.849886</w:t>
        <w:br/>
        <w:t>v 0.024808 16.899725 0.815917</w:t>
        <w:br/>
        <w:t>v 0.000007 16.888258 0.799467</w:t>
        <w:br/>
        <w:t>v 0.000007 16.925985 0.808647</w:t>
        <w:br/>
        <w:t>v 0.005226 16.816206 0.849973</w:t>
        <w:br/>
        <w:t>v 0.000007 16.818195 0.852992</w:t>
        <w:br/>
        <w:t>v 0.011867 16.842970 0.839397</w:t>
        <w:br/>
        <w:t>v 0.000007 16.925306 0.849949</w:t>
        <w:br/>
        <w:t>v -0.020492 16.912830 0.842440</w:t>
        <w:br/>
        <w:t>v -0.014430 16.930977 0.837473</w:t>
        <w:br/>
        <w:t>v -0.023561 16.920702 0.822356</w:t>
        <w:br/>
        <w:t>v 0.000007 16.937695 0.820583</w:t>
        <w:br/>
        <w:t>v 0.000007 16.935354 0.838944</w:t>
        <w:br/>
        <w:t>v 0.000007 16.937695 0.820583</w:t>
        <w:br/>
        <w:t>v -0.020429 16.885729 0.833825</w:t>
        <w:br/>
        <w:t>v -0.024793 16.899725 0.815917</w:t>
        <w:br/>
        <w:t>v -0.019562 16.874851 0.814596</w:t>
        <w:br/>
        <w:t>v -0.011852 16.842970 0.839397</w:t>
        <w:br/>
        <w:t>v 0.000007 16.881491 0.840529</w:t>
        <w:br/>
        <w:t>v 0.000007 16.844870 0.836253</w:t>
        <w:br/>
        <w:t>v -0.020429 16.885729 0.833825</w:t>
        <w:br/>
        <w:t>v 0.000007 16.909233 0.849886</w:t>
        <w:br/>
        <w:t>v 0.000007 16.888258 0.799467</w:t>
        <w:br/>
        <w:t>v -0.024793 16.899725 0.815917</w:t>
        <w:br/>
        <w:t>v 0.000007 16.925985 0.808647</w:t>
        <w:br/>
        <w:t>v 0.000007 16.818195 0.852992</w:t>
        <w:br/>
        <w:t>v -0.005212 16.816206 0.849973</w:t>
        <w:br/>
        <w:t>v -0.011852 16.842970 0.839397</w:t>
        <w:br/>
        <w:t>v -0.194187 15.535941 1.777801</w:t>
        <w:br/>
        <w:t>v -0.256591 15.708385 1.660978</w:t>
        <w:br/>
        <w:t>v -0.104442 15.706326 1.548583</w:t>
        <w:br/>
        <w:t>v -0.066449 15.513929 1.671240</w:t>
        <w:br/>
        <w:t>v -0.948391 15.810563 1.270396</w:t>
        <w:br/>
        <w:t>v -0.745751 15.866687 1.396182</w:t>
        <w:br/>
        <w:t>v -0.798774 15.773596 1.543967</w:t>
        <w:br/>
        <w:t>v -0.992174 15.718926 1.443029</w:t>
        <w:br/>
        <w:t>v -0.888871 15.929883 1.044959</w:t>
        <w:br/>
        <w:t>v -0.695986 15.970670 1.226626</w:t>
        <w:br/>
        <w:t>v -0.544126 15.866976 1.500969</w:t>
        <w:br/>
        <w:t>v -0.616503 15.766050 1.648365</w:t>
        <w:br/>
        <w:t>v -0.457374 15.699597 1.743090</w:t>
        <w:br/>
        <w:t>v -0.369452 15.815288 1.573384</w:t>
        <w:br/>
        <w:t>v -0.447916 16.139849 1.098673</w:t>
        <w:br/>
        <w:t>v -0.218572 16.131523 1.119299</w:t>
        <w:br/>
        <w:t>v -0.283970 15.937605 1.378864</w:t>
        <w:br/>
        <w:t>v -0.489393 15.981084 1.327854</w:t>
        <w:br/>
        <w:t>v -0.746921 16.115250 0.961741</w:t>
        <w:br/>
        <w:t>v 0.000006 16.134089 1.102836</w:t>
        <w:br/>
        <w:t>v 0.000006 15.890569 1.338128</w:t>
        <w:br/>
        <w:t>v -0.493530 16.331562 0.869153</w:t>
        <w:br/>
        <w:t>v -0.203744 16.320620 0.908040</w:t>
        <w:br/>
        <w:t>v 0.000007 16.314205 0.925068</w:t>
        <w:br/>
        <w:t>v 0.000006 15.689989 1.510602</w:t>
        <w:br/>
        <w:t>v 0.000005 15.499517 1.635196</w:t>
        <w:br/>
        <w:t>v -0.244693 16.525503 0.747389</w:t>
        <w:br/>
        <w:t>v 0.000007 16.521791 0.702563</w:t>
        <w:br/>
        <w:t>v -1.132125 15.666145 0.929507</w:t>
        <w:br/>
        <w:t>v -1.160237 15.612588 0.994470</w:t>
        <w:br/>
        <w:t>v -1.214878 15.473084 0.851017</w:t>
        <w:br/>
        <w:t>v -0.959651 15.895163 0.987837</w:t>
        <w:br/>
        <w:t>v -1.013244 15.804638 1.069381</w:t>
        <w:br/>
        <w:t>v -1.052623 15.726725 1.150547</w:t>
        <w:br/>
        <w:t>v -0.276350 15.064626 1.920517</w:t>
        <w:br/>
        <w:t>v -0.191798 15.304556 1.883178</w:t>
        <w:br/>
        <w:t>v -0.056501 15.265960 1.779083</w:t>
        <w:br/>
        <w:t>v -0.119849 14.981534 1.799368</w:t>
        <w:br/>
        <w:t>v -0.343910 15.538416 1.855423</w:t>
        <w:br/>
        <w:t>v -0.341068 15.335973 1.943004</w:t>
        <w:br/>
        <w:t>v -0.997833 15.665526 1.542559</w:t>
        <w:br/>
        <w:t>v -1.176396 15.590207 1.303934</w:t>
        <w:br/>
        <w:t>v -0.422865 15.157175 1.972722</w:t>
        <w:br/>
        <w:t>v -0.491809 15.356362 1.968283</w:t>
        <w:br/>
        <w:t>v 0.000005 15.240421 1.717270</w:t>
        <w:br/>
        <w:t>v -0.848690 15.681097 1.668449</w:t>
        <w:br/>
        <w:t>v -0.712512 15.643606 1.785183</w:t>
        <w:br/>
        <w:t>v -0.573404 15.545988 1.890260</w:t>
        <w:br/>
        <w:t>v 0.000005 14.940924 1.689538</w:t>
        <w:br/>
        <w:t>v -1.236340 15.494992 1.092316</w:t>
        <w:br/>
        <w:t>v 0.000007 16.727318 0.630919</w:t>
        <w:br/>
        <w:t>v -1.213318 15.403952 0.880911</w:t>
        <w:br/>
        <w:t>v 0.104453 15.706325 1.548582</w:t>
        <w:br/>
        <w:t>v 0.256602 15.708387 1.660977</w:t>
        <w:br/>
        <w:t>v 0.194198 15.535940 1.777800</w:t>
        <w:br/>
        <w:t>v 0.066459 15.513929 1.671240</w:t>
        <w:br/>
        <w:t>v 0.798785 15.773596 1.543966</w:t>
        <w:br/>
        <w:t>v 0.745763 15.866688 1.396181</w:t>
        <w:br/>
        <w:t>v 0.948403 15.810562 1.270395</w:t>
        <w:br/>
        <w:t>v 0.992185 15.718926 1.443028</w:t>
        <w:br/>
        <w:t>v 0.888883 15.929882 1.044959</w:t>
        <w:br/>
        <w:t>v 0.695998 15.970670 1.226626</w:t>
        <w:br/>
        <w:t>v 0.616515 15.766050 1.648363</w:t>
        <w:br/>
        <w:t>v 0.544137 15.866980 1.500968</w:t>
        <w:br/>
        <w:t>v 0.369463 15.815287 1.573383</w:t>
        <w:br/>
        <w:t>v 0.457385 15.699596 1.743089</w:t>
        <w:br/>
        <w:t>v 0.283982 15.937604 1.378863</w:t>
        <w:br/>
        <w:t>v 0.218585 16.131523 1.119299</w:t>
        <w:br/>
        <w:t>v 0.447928 16.139847 1.098673</w:t>
        <w:br/>
        <w:t>v 0.489405 15.981080 1.327853</w:t>
        <w:br/>
        <w:t>v 0.746933 16.115246 0.961741</w:t>
        <w:br/>
        <w:t>v 0.000006 15.890569 1.338128</w:t>
        <w:br/>
        <w:t>v 0.000006 16.134089 1.102836</w:t>
        <w:br/>
        <w:t>v 0.203757 16.320620 0.908040</w:t>
        <w:br/>
        <w:t>v 0.493543 16.331562 0.869153</w:t>
        <w:br/>
        <w:t>v 0.000007 16.314205 0.925068</w:t>
        <w:br/>
        <w:t>v 0.000006 15.689989 1.510602</w:t>
        <w:br/>
        <w:t>v 0.000005 15.499517 1.635196</w:t>
        <w:br/>
        <w:t>v 0.244706 16.525503 0.747389</w:t>
        <w:br/>
        <w:t>v 0.000007 16.521791 0.702563</w:t>
        <w:br/>
        <w:t>v 1.160248 15.612585 0.994469</w:t>
        <w:br/>
        <w:t>v 1.132136 15.666142 0.929507</w:t>
        <w:br/>
        <w:t>v 1.214889 15.473081 0.851017</w:t>
        <w:br/>
        <w:t>v 0.959663 15.895162 0.987837</w:t>
        <w:br/>
        <w:t>v 1.052634 15.726719 1.150546</w:t>
        <w:br/>
        <w:t>v 1.013255 15.804634 1.069381</w:t>
        <w:br/>
        <w:t>v 0.056511 15.265961 1.779082</w:t>
        <w:br/>
        <w:t>v 0.191808 15.304561 1.883178</w:t>
        <w:br/>
        <w:t>v 0.276359 15.064625 1.920517</w:t>
        <w:br/>
        <w:t>v 0.119858 14.981532 1.799368</w:t>
        <w:br/>
        <w:t>v 0.343920 15.538420 1.855422</w:t>
        <w:br/>
        <w:t>v 0.341078 15.335976 1.943003</w:t>
        <w:br/>
        <w:t>v 1.176407 15.590205 1.303933</w:t>
        <w:br/>
        <w:t>v 0.997844 15.665527 1.542557</w:t>
        <w:br/>
        <w:t>v 0.422875 15.157172 1.972721</w:t>
        <w:br/>
        <w:t>v 0.491819 15.356360 1.968282</w:t>
        <w:br/>
        <w:t>v 0.000005 15.240421 1.717270</w:t>
        <w:br/>
        <w:t>v 0.848701 15.681098 1.668447</w:t>
        <w:br/>
        <w:t>v 0.712523 15.643606 1.785182</w:t>
        <w:br/>
        <w:t>v 0.573415 15.545988 1.890258</w:t>
        <w:br/>
        <w:t>v 0.000005 14.940924 1.689538</w:t>
        <w:br/>
        <w:t>v 1.236351 15.494989 1.092316</w:t>
        <w:br/>
        <w:t>v 0.000007 16.727318 0.630919</w:t>
        <w:br/>
        <w:t>v 1.213329 15.403949 0.880911</w:t>
        <w:br/>
        <w:t>v 0.045869 13.821486 -0.504827</w:t>
        <w:br/>
        <w:t>v 0.017094 13.817677 -0.511165</w:t>
        <w:br/>
        <w:t>v 0.062684 13.801101 -0.522220</w:t>
        <w:br/>
        <w:t>v 0.040675 13.845572 -0.482630</w:t>
        <w:br/>
        <w:t>v 0.004141 13.855783 -0.475562</w:t>
        <w:br/>
        <w:t>v 0.056874 13.867367 -0.454572</w:t>
        <w:br/>
        <w:t>v 0.020779 13.885211 -0.439341</w:t>
        <w:br/>
        <w:t>v 0.048548 13.900781 -0.428664</w:t>
        <w:br/>
        <w:t>v 0.082178 13.881238 -0.437203</w:t>
        <w:br/>
        <w:t>v 0.145248 13.897925 -0.370926</w:t>
        <w:br/>
        <w:t>v 0.153373 13.880960 -0.416138</w:t>
        <w:br/>
        <w:t>v 0.176362 13.899936 -0.363782</w:t>
        <w:br/>
        <w:t>v 0.103042 13.878758 -0.438398</w:t>
        <w:br/>
        <w:t>v 0.104652 13.906941 -0.373353</w:t>
        <w:br/>
        <w:t>v 0.016063 13.935164 -0.400229</w:t>
        <w:br/>
        <w:t>v 0.049014 13.955034 -0.348200</w:t>
        <w:br/>
        <w:t>v 0.000003 14.014268 -0.312181</w:t>
        <w:br/>
        <w:t>v 0.000003 13.968592 -0.369416</w:t>
        <w:br/>
        <w:t>v -0.017088 13.817677 -0.511165</w:t>
        <w:br/>
        <w:t>v -0.045863 13.821486 -0.504827</w:t>
        <w:br/>
        <w:t>v -0.062678 13.801101 -0.522220</w:t>
        <w:br/>
        <w:t>v -0.004134 13.855782 -0.475562</w:t>
        <w:br/>
        <w:t>v -0.040669 13.845571 -0.482630</w:t>
        <w:br/>
        <w:t>v -0.020773 13.885211 -0.439342</w:t>
        <w:br/>
        <w:t>v -0.056867 13.867367 -0.454572</w:t>
        <w:br/>
        <w:t>v -0.048542 13.900781 -0.428664</w:t>
        <w:br/>
        <w:t>v -0.082171 13.881235 -0.437203</w:t>
        <w:br/>
        <w:t>v -0.153366 13.880960 -0.416138</w:t>
        <w:br/>
        <w:t>v -0.145242 13.897924 -0.370926</w:t>
        <w:br/>
        <w:t>v -0.176356 13.899936 -0.363782</w:t>
        <w:br/>
        <w:t>v -0.103036 13.878759 -0.438398</w:t>
        <w:br/>
        <w:t>v -0.104645 13.906941 -0.373353</w:t>
        <w:br/>
        <w:t>v -0.016057 13.935164 -0.400229</w:t>
        <w:br/>
        <w:t>v -0.049007 13.955034 -0.348200</w:t>
        <w:br/>
        <w:t>v 0.000003 13.968592 -0.369416</w:t>
        <w:br/>
        <w:t>v 0.000003 14.014268 -0.312181</w:t>
        <w:br/>
        <w:t>v -0.000425 13.485230 -0.741377</w:t>
        <w:br/>
        <w:t>v -0.018322 13.495179 -0.735919</w:t>
        <w:br/>
        <w:t>v -0.021529 13.477308 -0.745855</w:t>
        <w:br/>
        <w:t>v -0.000614 13.496826 -0.734825</w:t>
        <w:br/>
        <w:t>v 0.020917 13.477849 -0.745553</w:t>
        <w:br/>
        <w:t>v 0.030198 13.486161 -0.740849</w:t>
        <w:br/>
        <w:t>v -0.092900 13.492123 -0.737177</w:t>
        <w:br/>
        <w:t>v -0.051950 13.534431 -0.713282</w:t>
        <w:br/>
        <w:t>v -0.078864 13.518194 -0.722689</w:t>
        <w:br/>
        <w:t>v -0.041953 13.473925 -0.747917</w:t>
        <w:br/>
        <w:t>v -0.041890 13.513616 -0.725129</w:t>
        <w:br/>
        <w:t>v -0.067483 13.488149 -0.739529</w:t>
        <w:br/>
        <w:t>v -0.030005 13.458733 -0.756343</w:t>
        <w:br/>
        <w:t>v -0.043311 13.458570 -0.756431</w:t>
        <w:br/>
        <w:t>v -0.030194 13.432045 -0.771410</w:t>
        <w:br/>
        <w:t>v -0.020912 13.440358 -0.766719</w:t>
        <w:br/>
        <w:t>v -0.123636 13.487130 -0.739981</w:t>
        <w:br/>
        <w:t>v -0.093918 13.514886 -0.724311</w:t>
        <w:br/>
        <w:t>v -0.106709 13.518018 -0.722538</w:t>
        <w:br/>
        <w:t>v -0.124077 13.508308 -0.728021</w:t>
        <w:br/>
        <w:t>v -0.132528 13.525890 -0.718086</w:t>
        <w:br/>
        <w:t>v -0.116908 13.530946 -0.715231</w:t>
        <w:br/>
        <w:t>v -0.049033 13.560526 -0.698530</w:t>
        <w:br/>
        <w:t>v -0.073104 13.558300 -0.699787</w:t>
        <w:br/>
        <w:t>v -0.082121 13.542127 -0.708918</w:t>
        <w:br/>
        <w:t>v -0.077040 13.531449 -0.714954</w:t>
        <w:br/>
        <w:t>v -0.094157 13.563519 -0.696844</w:t>
        <w:br/>
        <w:t>v -0.098068 13.549421 -0.704805</w:t>
        <w:br/>
        <w:t>v -0.116706 13.567129 -0.694807</w:t>
        <w:br/>
        <w:t>v -0.118153 13.548515 -0.705560</w:t>
        <w:br/>
        <w:t>v -0.119976 13.575455 -0.690279</w:t>
        <w:br/>
        <w:t>v -0.150084 13.547409 -0.706101</w:t>
        <w:br/>
        <w:t>v -0.139331 13.544893 -0.707358</w:t>
        <w:br/>
        <w:t>v -0.154725 13.562739 -0.697285</w:t>
        <w:br/>
        <w:t>v -0.144085 13.568349 -0.694115</w:t>
        <w:br/>
        <w:t>v -0.168408 13.560513 -0.698190</w:t>
        <w:br/>
        <w:t>v -0.167314 13.547472 -0.705547</w:t>
        <w:br/>
        <w:t>v -0.139822 13.576663 -0.689412</w:t>
        <w:br/>
        <w:t>v -0.121045 13.590458 -0.681627</w:t>
        <w:br/>
        <w:t>v -0.139973 13.584145 -0.685198</w:t>
        <w:br/>
        <w:t>v -0.154373 13.590132 -0.681816</w:t>
        <w:br/>
        <w:t>v -0.145745 13.589465 -0.682180</w:t>
        <w:br/>
        <w:t>v -0.131722 13.604280 -0.673817</w:t>
        <w:br/>
        <w:t>v -0.150386 13.611398 -0.669805</w:t>
        <w:br/>
        <w:t>v -0.164119 13.606920 -0.672333</w:t>
        <w:br/>
        <w:t>v -0.161818 13.581593 -0.686645</w:t>
        <w:br/>
        <w:t>v -0.172835 13.577278 -0.688456</w:t>
        <w:br/>
        <w:t>v -0.175262 13.606556 -0.672572</w:t>
        <w:br/>
        <w:t>v 0.000618 13.421380 -0.777434</w:t>
        <w:br/>
        <w:t>v 0.000417 13.432977 -0.770895</w:t>
        <w:br/>
        <w:t>v 0.031066 13.432814 -0.770983</w:t>
        <w:br/>
        <w:t>v 0.021520 13.440900 -0.766417</w:t>
        <w:br/>
        <w:t>v 0.043316 13.459639 -0.755828</w:t>
        <w:br/>
        <w:t>v 0.029997 13.459461 -0.755929</w:t>
        <w:br/>
        <w:t>v -0.186078 13.614805 -0.667919</w:t>
        <w:br/>
        <w:t>v -0.194014 13.595122 -0.678281</w:t>
        <w:br/>
        <w:t>v -0.196579 13.629683 -0.659518</w:t>
        <w:br/>
        <w:t>v -0.216877 13.607851 -0.671088</w:t>
        <w:br/>
        <w:t>v -0.248294 13.614893 -0.667202</w:t>
        <w:br/>
        <w:t>v -0.207106 13.653416 -0.646124</w:t>
        <w:br/>
        <w:t>v -0.249312 13.667979 -0.637848</w:t>
        <w:br/>
        <w:t>v -0.270063 13.647718 -0.649293</w:t>
        <w:br/>
        <w:t>v -0.359130 13.739200 -0.597251</w:t>
        <w:br/>
        <w:t>v -0.364575 13.734144 -0.600069</w:t>
        <w:br/>
        <w:t>v -0.864136 13.648438 -0.015931</w:t>
        <w:br/>
        <w:t>v -0.873430 13.618066 -0.002814</w:t>
        <w:br/>
        <w:t>v -0.982255 13.531828 -0.009479</w:t>
        <w:br/>
        <w:t>v -1.020122 13.524458 -0.025828</w:t>
        <w:br/>
        <w:t>v -1.000428 13.519163 0.000821</w:t>
        <w:br/>
        <w:t>v -0.878259 13.622012 0.062521</w:t>
        <w:br/>
        <w:t>v -0.870412 13.653982 0.075575</w:t>
        <w:br/>
        <w:t>v -1.028825 13.529360 0.066219</w:t>
        <w:br/>
        <w:t>v -0.988342 13.535462 0.056082</w:t>
        <w:br/>
        <w:t>v -1.004452 13.521451 0.042977</w:t>
        <w:br/>
        <w:t>v -1.032649 13.490678 -0.038568</w:t>
        <w:br/>
        <w:t>v -1.008439 13.507341 -0.055157</w:t>
        <w:br/>
        <w:t>v -1.020122 13.524458 -0.025828</w:t>
        <w:br/>
        <w:t>v -1.028825 13.529360 0.066219</w:t>
        <w:br/>
        <w:t>v -1.043628 13.496574 0.073161</w:t>
        <w:br/>
        <w:t>v -0.844781 13.637810 -0.044505</w:t>
        <w:br/>
        <w:t>v -0.864136 13.648438 -0.015931</w:t>
        <w:br/>
        <w:t>v -0.870412 13.653982 0.075575</w:t>
        <w:br/>
        <w:t>v -0.855043 13.646890 0.103218</w:t>
        <w:br/>
        <w:t>v -1.022575 13.515338 0.093597</w:t>
        <w:br/>
        <w:t>v -0.831462 13.663565 0.085498</w:t>
        <w:br/>
        <w:t>v -0.824231 13.656636 -0.025263</w:t>
        <w:br/>
        <w:t>v -0.860678 13.634687 0.051454</w:t>
        <w:br/>
        <w:t>v -0.860678 13.634687 0.051454</w:t>
        <w:br/>
        <w:t>v -0.857722 13.632125 0.009486</w:t>
        <w:br/>
        <w:t>v -0.864136 13.648438 -0.015931</w:t>
        <w:br/>
        <w:t>v -0.870412 13.653982 0.075575</w:t>
        <w:br/>
        <w:t>v -0.857722 13.632125 0.009486</w:t>
        <w:br/>
        <w:t>v -0.831462 13.663565 0.085498</w:t>
        <w:br/>
        <w:t>v -0.824231 13.656636 -0.025263</w:t>
        <w:br/>
        <w:t>v -0.857722 13.632125 0.009486</w:t>
        <w:br/>
        <w:t>v -0.860678 13.634687 0.051454</w:t>
        <w:br/>
        <w:t>v -0.873430 13.618066 -0.002814</w:t>
        <w:br/>
        <w:t>v -0.844781 13.637810 -0.044505</w:t>
        <w:br/>
        <w:t>v -0.982255 13.531828 -0.009479</w:t>
        <w:br/>
        <w:t>v -1.008439 13.507341 -0.055157</w:t>
        <w:br/>
        <w:t>v -1.000428 13.519163 0.000821</w:t>
        <w:br/>
        <w:t>v -1.032649 13.490678 -0.038568</w:t>
        <w:br/>
        <w:t>v -1.004452 13.521451 0.042977</w:t>
        <w:br/>
        <w:t>v -1.043628 13.496574 0.073161</w:t>
        <w:br/>
        <w:t>v -0.988342 13.535462 0.056082</w:t>
        <w:br/>
        <w:t>v -1.022575 13.515338 0.093597</w:t>
        <w:br/>
        <w:t>v -0.878259 13.622012 0.062521</w:t>
        <w:br/>
        <w:t>v -0.855043 13.646890 0.103218</w:t>
        <w:br/>
        <w:t>v -1.341514 13.315562 0.030011</w:t>
        <w:br/>
        <w:t>v -1.347525 13.301213 0.061565</w:t>
        <w:br/>
        <w:t>v -1.322033 13.304332 0.052397</w:t>
        <w:br/>
        <w:t>v -1.319467 13.347268 0.027609</w:t>
        <w:br/>
        <w:t>v -1.355524 13.345004 0.039556</w:t>
        <w:br/>
        <w:t>v -1.341514 13.315562 0.030011</w:t>
        <w:br/>
        <w:t>v -1.513081 13.239299 0.136710</w:t>
        <w:br/>
        <w:t>v -1.491311 13.215757 0.121958</w:t>
        <w:br/>
        <w:t>v -1.266759 13.256502 0.038035</w:t>
        <w:br/>
        <w:t>v -1.228778 13.275506 0.037192</w:t>
        <w:br/>
        <w:t>v -1.287812 13.277292 0.056082</w:t>
        <w:br/>
        <w:t>v -1.266759 13.256502 0.038035</w:t>
        <w:br/>
        <w:t>v -1.287812 13.277292 0.056082</w:t>
        <w:br/>
        <w:t>v -1.294364 13.259233 0.067325</w:t>
        <w:br/>
        <w:t>v -1.452500 13.231842 0.125642</w:t>
        <w:br/>
        <w:t>v -1.491311 13.215757 0.121958</w:t>
        <w:br/>
        <w:t>v -1.459568 13.213644 0.136295</w:t>
        <w:br/>
        <w:t>v -1.491311 13.215757 0.121958</w:t>
        <w:br/>
        <w:t>v -1.418092 13.157780 0.130145</w:t>
        <w:br/>
        <w:t>v -1.425977 13.187072 0.140055</w:t>
        <w:br/>
        <w:t>v -1.520061 13.213242 0.151085</w:t>
        <w:br/>
        <w:t>v -1.431825 13.143239 0.160957</w:t>
        <w:br/>
        <w:t>v -1.418092 13.157780 0.130145</w:t>
        <w:br/>
        <w:t>v -1.395064 13.145769 0.149865</w:t>
        <w:br/>
        <w:t>v -1.234953 13.249620 0.052410</w:t>
        <w:br/>
        <w:t>v -1.400082 13.190401 0.131490</w:t>
        <w:br/>
        <w:t>v -1.418092 13.157780 0.130145</w:t>
        <w:br/>
        <w:t>v -1.287812 13.277292 0.056082</w:t>
        <w:br/>
        <w:t>v -1.322033 13.304332 0.052397</w:t>
        <w:br/>
        <w:t>v -1.319467 13.347268 0.027609</w:t>
        <w:br/>
        <w:t>v -1.228778 13.275506 0.037192</w:t>
        <w:br/>
        <w:t>v -1.294364 13.259233 0.067325</w:t>
        <w:br/>
        <w:t>v -1.234953 13.249620 0.052410</w:t>
        <w:br/>
        <w:t>v -1.400082 13.190401 0.131490</w:t>
        <w:br/>
        <w:t>v -1.395064 13.145769 0.149865</w:t>
        <w:br/>
        <w:t>v -1.425977 13.187072 0.140055</w:t>
        <w:br/>
        <w:t>v -1.431825 13.143239 0.160957</w:t>
        <w:br/>
        <w:t>v -1.459568 13.213644 0.136295</w:t>
        <w:br/>
        <w:t>v -1.520061 13.213242 0.151085</w:t>
        <w:br/>
        <w:t>v -1.452500 13.231842 0.125642</w:t>
        <w:br/>
        <w:t>v -1.513081 13.239299 0.136710</w:t>
        <w:br/>
        <w:t>v -1.347525 13.301213 0.061565</w:t>
        <w:br/>
        <w:t>v -1.355524 13.345004 0.039556</w:t>
        <w:br/>
        <w:t>v -1.614714 11.638180 1.923402</w:t>
        <w:br/>
        <w:t>v -1.597849 11.623077 1.947021</w:t>
        <w:br/>
        <w:t>v -1.598956 11.608299 1.934155</w:t>
        <w:br/>
        <w:t>v -1.613167 11.631351 1.908487</w:t>
        <w:br/>
        <w:t>v -1.578204 11.611343 1.970753</w:t>
        <w:br/>
        <w:t>v -1.550763 11.612639 1.993440</w:t>
        <w:br/>
        <w:t>v -1.547241 11.598275 1.983945</w:t>
        <w:br/>
        <w:t>v -1.575488 11.596439 1.960163</w:t>
        <w:br/>
        <w:t>v -1.406951 11.723750 2.030051</w:t>
        <w:br/>
        <w:t>v -1.509889 11.629114 2.022530</w:t>
        <w:br/>
        <w:t>v -1.550763 11.612639 1.993440</w:t>
        <w:br/>
        <w:t>v -1.581260 11.744211 1.895357</w:t>
        <w:br/>
        <w:t>v -1.550763 11.612639 1.993440</w:t>
        <w:br/>
        <w:t>v -1.578204 11.611343 1.970753</w:t>
        <w:br/>
        <w:t>v -1.597849 11.623077 1.947021</w:t>
        <w:br/>
        <w:t>v -1.509889 11.629114 2.022530</w:t>
        <w:br/>
        <w:t>v -1.505211 11.616776 2.011110</w:t>
        <w:br/>
        <w:t>v -1.218896 11.583209 2.187143</w:t>
        <w:br/>
        <w:t>v -1.243432 11.561653 2.177208</w:t>
        <w:br/>
        <w:t>v -1.246274 11.578606 2.185319</w:t>
        <w:br/>
        <w:t>v -1.232944 11.589385 2.191457</w:t>
        <w:br/>
        <w:t>v -1.218896 11.583209 2.187143</w:t>
        <w:br/>
        <w:t>v -1.232944 11.589385 2.191457</w:t>
        <w:br/>
        <w:t>v -1.213513 11.703766 2.156532</w:t>
        <w:br/>
        <w:t>v -1.197666 11.699513 2.151426</w:t>
        <w:br/>
        <w:t>v -1.284243 11.551377 2.150671</w:t>
        <w:br/>
        <w:t>v -1.282947 11.568923 2.161210</w:t>
        <w:br/>
        <w:t>v -1.213513 11.703766 2.156532</w:t>
        <w:br/>
        <w:t>v -1.232944 11.589385 2.191457</w:t>
        <w:br/>
        <w:t>v -1.246274 11.578606 2.185319</w:t>
        <w:br/>
        <w:t>v -1.323683 11.562421 2.118966</w:t>
        <w:br/>
        <w:t>v -1.321570 11.578455 2.132435</w:t>
        <w:br/>
        <w:t>v -1.282947 11.568923 2.161210</w:t>
        <w:br/>
        <w:t>v -1.321570 11.578455 2.132435</w:t>
        <w:br/>
        <w:t>v -1.389130 11.585297 2.095851</w:t>
        <w:br/>
        <w:t>v -1.350143 11.598514 2.108251</w:t>
        <w:br/>
        <w:t>v -1.345867 11.583648 2.101422</w:t>
        <w:br/>
        <w:t>v -1.385156 11.565363 2.089612</w:t>
        <w:br/>
        <w:t>v -1.435688 11.579032 2.075765</w:t>
        <w:br/>
        <w:t>v -1.389130 11.585297 2.095851</w:t>
        <w:br/>
        <w:t>v -1.098588 12.302206 1.934282</w:t>
        <w:br/>
        <w:t>v -1.080553 12.300077 1.928836</w:t>
        <w:br/>
        <w:t>v -1.098588 12.302206 1.934282</w:t>
        <w:br/>
        <w:t>v -1.265075 12.321850 1.846662</w:t>
        <w:br/>
        <w:t>v -1.406220 12.338501 1.724922</w:t>
        <w:br/>
        <w:t>v -1.244927 12.824279 1.598014</w:t>
        <w:br/>
        <w:t>v -1.242512 12.824868 1.614200</w:t>
        <w:br/>
        <w:t>v -1.407088 12.337307 1.748352</w:t>
        <w:br/>
        <w:t>v -1.581147 11.744629 1.880366</w:t>
        <w:br/>
        <w:t>v -1.581260 11.744211 1.895357</w:t>
        <w:br/>
        <w:t>v -1.614714 11.638180 1.923402</w:t>
        <w:br/>
        <w:t>v -1.613167 11.631351 1.908487</w:t>
        <w:br/>
        <w:t>v -1.614714 11.638180 1.923402</w:t>
        <w:br/>
        <w:t>v -1.242512 12.824868 1.614200</w:t>
        <w:br/>
        <w:t>v -1.067322 13.303326 1.476552</w:t>
        <w:br/>
        <w:t>v -0.993989 13.297201 1.518281</w:t>
        <w:br/>
        <w:t>v -1.135939 12.817009 1.688163</w:t>
        <w:br/>
        <w:t>v -1.435688 11.579032 2.075765</w:t>
        <w:br/>
        <w:t>v -1.434997 11.559905 2.067415</w:t>
        <w:br/>
        <w:t>v -1.477354 11.575148 2.040438</w:t>
        <w:br/>
        <w:t>v -1.478410 11.591622 2.050022</w:t>
        <w:br/>
        <w:t>v -0.887076 13.277040 1.537435</w:t>
        <w:br/>
        <w:t>v -0.902872 13.282459 1.544301</w:t>
        <w:br/>
        <w:t>v -0.819464 13.747611 1.388895</w:t>
        <w:br/>
        <w:t>v -0.805404 13.740972 1.384682</w:t>
        <w:br/>
        <w:t>v -0.819464 13.747611 1.388895</w:t>
        <w:br/>
        <w:t>v -0.902872 13.282459 1.544301</w:t>
        <w:br/>
        <w:t>v -0.853370 13.757647 1.358171</w:t>
        <w:br/>
        <w:t>v -0.982481 12.801461 1.731073</w:t>
        <w:br/>
        <w:t>v -0.997925 12.804027 1.737915</w:t>
        <w:br/>
        <w:t>v -0.885554 13.767068 1.335231</w:t>
        <w:br/>
        <w:t>v -1.069837 13.299917 1.462290</w:t>
        <w:br/>
        <w:t>v -0.884988 13.766098 1.321611</w:t>
        <w:br/>
        <w:t>v -0.885554 13.767068 1.335231</w:t>
        <w:br/>
        <w:t>v -1.067322 13.303326 1.476552</w:t>
        <w:br/>
        <w:t>v -1.478410 11.591622 2.050022</w:t>
        <w:br/>
        <w:t>v -1.350143 11.598514 2.108251</w:t>
        <w:br/>
        <w:t>v -1.407088 12.337307 1.748352</w:t>
        <w:br/>
        <w:t>v -0.997925 12.804027 1.737915</w:t>
        <w:br/>
        <w:t>v 0.772912 13.267239 1.246818</w:t>
        <w:br/>
        <w:t>v 0.895015 12.795359 1.303398</w:t>
        <w:br/>
        <w:t>v 0.392285 12.784758 1.529698</w:t>
        <w:br/>
        <w:t>v 0.368152 13.257317 1.485066</w:t>
        <w:br/>
        <w:t>v 0.984221 13.305499 0.255279</w:t>
        <w:br/>
        <w:t>v 1.140847 12.834449 0.108914</w:t>
        <w:br/>
        <w:t>v 1.277138 12.827190 0.537142</w:t>
        <w:br/>
        <w:t>v 1.081714 13.293989 0.568910</w:t>
        <w:br/>
        <w:t>v 0.715563 13.299450 0.038562</w:t>
        <w:br/>
        <w:t>v 0.780218 12.828322 -0.131849</w:t>
        <w:br/>
        <w:t>v 1.014656 13.280533 0.923339</w:t>
        <w:br/>
        <w:t>v 1.201289 12.813420 0.918119</w:t>
        <w:br/>
        <w:t>v 0.371622 12.821608 -0.189613</w:t>
        <w:br/>
        <w:t>v 0.337503 13.293942 -0.002990</w:t>
        <w:br/>
        <w:t>v 0.302919 13.626904 0.132597</w:t>
        <w:br/>
        <w:t>v 0.000003 13.626903 0.112261</w:t>
        <w:br/>
        <w:t>v 0.000002 13.284433 -0.012033</w:t>
        <w:br/>
        <w:t>v 0.613745 13.628500 0.201025</w:t>
        <w:br/>
        <w:t>v 0.821332 13.623480 0.355602</w:t>
        <w:br/>
        <w:t>v 0.944216 13.607393 0.599572</w:t>
        <w:br/>
        <w:t>v 0.897847 13.604515 0.945386</w:t>
        <w:br/>
        <w:t>v 0.711363 13.594138 1.226180</w:t>
        <w:br/>
        <w:t>v 1.223422 12.303497 1.291299</w:t>
        <w:br/>
        <w:t>v 0.917111 12.274923 1.455233</w:t>
        <w:br/>
        <w:t>v 1.443874 12.338636 0.973002</w:t>
        <w:br/>
        <w:t>v 1.505247 12.359778 0.537065</w:t>
        <w:br/>
        <w:t>v 0.348684 13.589335 1.452103</w:t>
        <w:br/>
        <w:t>v 0.000002 13.248802 1.514796</w:t>
        <w:br/>
        <w:t>v 0.000003 13.583587 1.492700</w:t>
        <w:br/>
        <w:t>v 1.223925 12.359439 -0.182835</w:t>
        <w:br/>
        <w:t>v 1.448427 12.358195 0.150642</w:t>
        <w:br/>
        <w:t>v 0.881318 12.360823 -0.423032</w:t>
        <w:br/>
        <w:t>v 0.251516 12.362708 -0.451857</w:t>
        <w:br/>
        <w:t>v 0.566518 12.364623 -0.479953</w:t>
        <w:br/>
        <w:t>v 1.769212 10.379938 0.948652</w:t>
        <w:br/>
        <w:t>v 1.809193 10.360082 0.775877</w:t>
        <w:br/>
        <w:t>v 1.832019 10.336123 0.782580</w:t>
        <w:br/>
        <w:t>v 1.786681 10.361012 0.969240</w:t>
        <w:br/>
        <w:t>v 1.711487 10.496098 1.117855</w:t>
        <w:br/>
        <w:t>v 1.729898 10.436131 1.048534</w:t>
        <w:br/>
        <w:t>v 1.748914 10.422611 1.072392</w:t>
        <w:br/>
        <w:t>v 1.726491 10.505492 1.154428</w:t>
        <w:br/>
        <w:t>v 1.852141 10.446255 0.589545</w:t>
        <w:br/>
        <w:t>v 1.875232 10.422473 0.590538</w:t>
        <w:br/>
        <w:t>v 1.802653 10.259746 0.779122</w:t>
        <w:br/>
        <w:t>v 1.744147 10.296836 0.989123</w:t>
        <w:br/>
        <w:t>v 1.828208 10.273404 0.784001</w:t>
        <w:br/>
        <w:t>v 1.748914 10.422611 1.072392</w:t>
        <w:br/>
        <w:t>v 1.683793 10.349041 1.125162</w:t>
        <w:br/>
        <w:t>v 1.597695 10.465571 1.320197</w:t>
        <w:br/>
        <w:t>v 1.726491 10.505492 1.154428</w:t>
        <w:br/>
        <w:t>v 1.817204 10.354322 0.415789</w:t>
        <w:br/>
        <w:t>v 1.838433 10.329396 0.410154</w:t>
        <w:br/>
        <w:t>v 1.786681 10.361012 0.969240</w:t>
        <w:br/>
        <w:t>v 1.863321 10.258326 0.592752</w:t>
        <w:br/>
        <w:t>v 1.837515 10.244467 0.592261</w:t>
        <w:br/>
        <w:t>v 1.782569 10.360699 0.251641</w:t>
        <w:br/>
        <w:t>v 1.800829 10.335118 0.241416</w:t>
        <w:br/>
        <w:t>v 1.736073 10.418160 0.113891</w:t>
        <w:br/>
        <w:t>v 1.750058 10.396504 0.093191</w:t>
        <w:br/>
        <w:t>v 1.681643 10.495104 0.008161</w:t>
        <w:br/>
        <w:t>v 1.704104 10.500110 -0.036875</w:t>
        <w:br/>
        <w:t>v 1.755239 10.286510 0.221030</w:t>
        <w:br/>
        <w:t>v 1.800829 10.335118 0.241416</w:t>
        <w:br/>
        <w:t>v 1.750058 10.396504 0.093191</w:t>
        <w:br/>
        <w:t>v 1.686359 10.351569 0.031943</w:t>
        <w:br/>
        <w:t>v 1.832094 10.268413 0.409702</w:t>
        <w:br/>
        <w:t>v 1.838433 10.329396 0.410154</w:t>
        <w:br/>
        <w:t>v 1.805344 10.256011 0.413826</w:t>
        <w:br/>
        <w:t>v 0.125940 10.926579 0.122494</w:t>
        <w:br/>
        <w:t>v 0.077873 10.908304 0.387379</w:t>
        <w:br/>
        <w:t>v 0.084575 10.802347 0.386813</w:t>
        <w:br/>
        <w:t>v 0.175050 10.807630 0.130216</w:t>
        <w:br/>
        <w:t>v 0.698029 10.850541 -0.344004</w:t>
        <w:br/>
        <w:t>v 0.652023 10.484981 -0.340068</w:t>
        <w:br/>
        <w:t>v 0.808788 10.518323 -0.401038</w:t>
        <w:br/>
        <w:t>v 1.357045 10.487157 -0.345501</w:t>
        <w:br/>
        <w:t>v 1.270080 10.952648 -0.363912</w:t>
        <w:br/>
        <w:t>v 1.189376 10.590183 -0.414608</w:t>
        <w:br/>
        <w:t>v 1.899354 10.656206 0.545024</w:t>
        <w:br/>
        <w:t>v 1.839516 11.064175 0.529443</w:t>
        <w:br/>
        <w:t>v 1.877182 10.627798 0.334772</w:t>
        <w:br/>
        <w:t>v 1.724919 11.075205 1.019370</w:t>
        <w:br/>
        <w:t>v 1.833768 10.581893 0.943106</w:t>
        <w:br/>
        <w:t>v 1.271399 10.546918 1.539204</w:t>
        <w:br/>
        <w:t>v 1.145208 10.636788 1.575940</w:t>
        <w:br/>
        <w:t>v 1.448351 11.072663 1.342823</w:t>
        <w:br/>
        <w:t>v 1.034938 10.754165 1.583046</w:t>
        <w:br/>
        <w:t>v 1.024613 10.747173 1.561666</w:t>
        <w:br/>
        <w:t>v 0.939420 10.895638 1.567715</w:t>
        <w:br/>
        <w:t>v 0.517832 10.470428 1.393706</w:t>
        <w:br/>
        <w:t>v 0.328393 10.317335 1.204959</w:t>
        <w:br/>
        <w:t>v 0.277825 10.824519 1.211299</w:t>
        <w:br/>
        <w:t>v 0.279184 10.956270 1.251430</w:t>
        <w:br/>
        <w:t>v 0.138994 10.821966 0.970711</w:t>
        <w:br/>
        <w:t>v 0.347033 10.859484 -0.116207</w:t>
        <w:br/>
        <w:t>v 0.373381 10.944662 -0.382098</w:t>
        <w:br/>
        <w:t>v 0.118633 10.997399 -0.223685</w:t>
        <w:br/>
        <w:t>v 0.000000 10.963803 0.122582</w:t>
        <w:br/>
        <w:t>v 0.000000 10.931836 0.391730</w:t>
        <w:br/>
        <w:t>v 0.000000 11.024358 1.219724</w:t>
        <w:br/>
        <w:t>v 0.000001 11.159179 1.389607</w:t>
        <w:br/>
        <w:t>v 0.268368 11.166133 1.341477</w:t>
        <w:br/>
        <w:t>v 0.459480 11.404671 1.478058</w:t>
        <w:br/>
        <w:t>v 0.000001 11.402621 1.484459</w:t>
        <w:br/>
        <w:t>v 0.000000 11.681100 1.546071</w:t>
        <w:br/>
        <w:t>v 0.440477 11.684233 1.540802</w:t>
        <w:br/>
        <w:t>v 0.000000 11.355800 -0.509270</w:t>
        <w:br/>
        <w:t>v 0.000000 11.159997 -0.368880</w:t>
        <w:br/>
        <w:t>v 0.136140 11.139863 -0.469327</w:t>
        <w:br/>
        <w:t>v 0.145837 11.359788 -0.607316</w:t>
        <w:br/>
        <w:t>v 0.276443 12.153386 -0.573811</w:t>
        <w:br/>
        <w:t>v 0.000000 12.128699 -0.509835</w:t>
        <w:br/>
        <w:t>v 0.089645 11.849815 -0.603995</w:t>
        <w:br/>
        <w:t>v 0.317870 11.891406 -0.680510</w:t>
        <w:br/>
        <w:t>v 0.989199 11.239745 -0.599594</w:t>
        <w:br/>
        <w:t>v 0.999738 11.031579 -0.511496</w:t>
        <w:br/>
        <w:t>v 1.276431 11.119237 -0.429862</w:t>
        <w:br/>
        <w:t>v 1.254323 11.314865 -0.482394</w:t>
        <w:br/>
        <w:t>v 0.547124 11.019843 1.458086</w:t>
        <w:br/>
        <w:t>v 0.547878 10.850891 1.442944</w:t>
        <w:br/>
        <w:t>v 0.933838 11.737346 -0.634304</w:t>
        <w:br/>
        <w:t>v 0.971278 11.481679 -0.641574</w:t>
        <w:br/>
        <w:t>v 1.231597 11.530098 -0.505409</w:t>
        <w:br/>
        <w:t>v 1.190171 11.773969 -0.492958</w:t>
        <w:br/>
        <w:t>v 1.432455 11.562179 -0.325000</w:t>
        <w:br/>
        <w:t>v 1.460249 11.384097 -0.316712</w:t>
        <w:br/>
        <w:t>v 1.719160 11.436213 0.093645</w:t>
        <w:br/>
        <w:t>v 0.542912 11.193071 1.468160</w:t>
        <w:br/>
        <w:t>v 0.776783 11.430514 1.554988</w:t>
        <w:br/>
        <w:t>v 0.817266 11.195045 1.558698</w:t>
        <w:br/>
        <w:t>v 1.393758 11.453793 1.312301</w:t>
        <w:br/>
        <w:t>v 1.137839 11.062539 1.522038</w:t>
        <w:br/>
        <w:t>v 1.104701 11.440902 1.490710</w:t>
        <w:br/>
        <w:t>v 1.771993 11.057862 0.096637</w:t>
        <w:br/>
        <w:t>v 1.480912 11.181766 -0.294351</w:t>
        <w:br/>
        <w:t>v 1.512063 10.995696 -0.255138</w:t>
        <w:br/>
        <w:t>v 0.113917 10.947001 0.976484</w:t>
        <w:br/>
        <w:t>v 0.268368 11.166133 1.341477</w:t>
        <w:br/>
        <w:t>v 1.882740 10.642965 0.737494</w:t>
        <w:br/>
        <w:t>v 1.660239 11.463868 1.000569</w:t>
        <w:br/>
        <w:t>v 1.780394 11.465503 0.532046</w:t>
        <w:br/>
        <w:t>v 1.594427 11.760244 0.989929</w:t>
        <w:br/>
        <w:t>v 1.704496 11.757981 0.534260</w:t>
        <w:br/>
        <w:t>v 1.601141 10.472239 -0.150993</w:t>
        <w:br/>
        <w:t>v 1.704104 10.500110 -0.036875</w:t>
        <w:br/>
        <w:t>v 0.703010 10.964863 -0.508843</w:t>
        <w:br/>
        <w:t>v 0.698432 11.168287 -0.646240</w:t>
        <w:br/>
        <w:t>v 0.997675 10.894508 -0.432969</w:t>
        <w:br/>
        <w:t>v 0.354867 10.344753 -0.111416</w:t>
        <w:br/>
        <w:t>v 0.512173 10.471385 -0.259868</w:t>
        <w:br/>
        <w:t>v 0.113917 10.947001 0.976484</w:t>
        <w:br/>
        <w:t>v 0.065800 10.927118 0.672248</w:t>
        <w:br/>
        <w:t>v 0.000000 10.935873 0.677366</w:t>
        <w:br/>
        <w:t>v 0.000000 10.956610 0.995625</w:t>
        <w:br/>
        <w:t>v 0.065800 10.927118 0.672248</w:t>
        <w:br/>
        <w:t>v 0.079432 10.824947 0.667355</w:t>
        <w:br/>
        <w:t>v 1.421110 10.477293 1.452640</w:t>
        <w:br/>
        <w:t>v 0.939420 10.895638 1.567715</w:t>
        <w:br/>
        <w:t>v 0.865710 11.049598 1.564621</w:t>
        <w:br/>
        <w:t>v 1.034938 10.754165 1.583046</w:t>
        <w:br/>
        <w:t>v 0.929107 10.579151 1.543706</w:t>
        <w:br/>
        <w:t>v 0.777372 10.499493 1.512818</w:t>
        <w:br/>
        <w:t>v 0.708179 12.034121 1.537847</w:t>
        <w:br/>
        <w:t>v 0.951608 12.153171 1.481982</w:t>
        <w:br/>
        <w:t>v 1.020326 11.892384 1.474097</w:t>
        <w:br/>
        <w:t>v 1.145208 10.636788 1.575940</w:t>
        <w:br/>
        <w:t>v 1.139146 10.626891 1.561125</w:t>
        <w:br/>
        <w:t>v 1.139146 10.626891 1.561125</w:t>
        <w:br/>
        <w:t>v 0.998906 10.667074 1.558370</w:t>
        <w:br/>
        <w:t>v 1.024613 10.747173 1.561666</w:t>
        <w:br/>
        <w:t>v 0.167050 10.236194 0.949306</w:t>
        <w:br/>
        <w:t>v 0.147481 10.246658 0.960298</w:t>
        <w:br/>
        <w:t>v 0.091353 10.219178 0.656312</w:t>
        <w:br/>
        <w:t>v 0.071847 10.235313 0.660953</w:t>
        <w:br/>
        <w:t>v 0.096648 10.244205 0.381392</w:t>
        <w:br/>
        <w:t>v 0.112494 10.227076 0.384649</w:t>
        <w:br/>
        <w:t>v 0.194253 10.266654 0.117626</w:t>
        <w:br/>
        <w:t>v 0.386159 11.124519 -0.591558</w:t>
        <w:br/>
        <w:t>v 1.076616 10.684946 -0.405653</w:t>
        <w:br/>
        <w:t>v 1.080339 10.710151 -0.428140</w:t>
        <w:br/>
        <w:t>v 0.943356 10.580764 -0.423688</w:t>
        <w:br/>
        <w:t>v 1.189376 10.590183 -0.414608</w:t>
        <w:br/>
        <w:t>v 1.080339 10.710151 -0.428140</w:t>
        <w:br/>
        <w:t>v 1.076616 10.684946 -0.405653</w:t>
        <w:br/>
        <w:t>v 1.704104 10.500110 -0.036875</w:t>
        <w:br/>
        <w:t>v 1.681643 10.495104 0.008161</w:t>
        <w:br/>
        <w:t>v 1.774596 10.549711 0.160424</w:t>
        <w:br/>
        <w:t>v 1.810576 10.565984 0.142830</w:t>
        <w:br/>
        <w:t>v 1.877182 10.627798 0.334772</w:t>
        <w:br/>
        <w:t>v 1.840873 10.607624 0.345072</w:t>
        <w:br/>
        <w:t>v 1.849891 10.633533 0.546622</w:t>
        <w:br/>
        <w:t>v 1.899354 10.656206 0.545024</w:t>
        <w:br/>
        <w:t>v 1.882740 10.642965 0.737494</w:t>
        <w:br/>
        <w:t>v 1.846671 10.616917 0.733683</w:t>
        <w:br/>
        <w:t>v 1.806816 10.567078 0.933297</w:t>
        <w:br/>
        <w:t>v 1.833768 10.581893 0.943106</w:t>
        <w:br/>
        <w:t>v 1.711487 10.496098 1.117855</w:t>
        <w:br/>
        <w:t>v 1.545591 10.457211 -0.212568</w:t>
        <w:br/>
        <w:t>v 1.643651 11.749014 0.092425</w:t>
        <w:br/>
        <w:t>v 1.810576 10.565984 0.142830</w:t>
        <w:br/>
        <w:t>v 0.630897 11.946279 -0.661796</w:t>
        <w:br/>
        <w:t>v 0.590275 12.222822 -0.552959</w:t>
        <w:br/>
        <w:t>v 0.876577 11.979379 -0.587696</w:t>
        <w:br/>
        <w:t>v 1.223422 12.303497 1.291299</w:t>
        <w:br/>
        <w:t>v 1.274345 12.098851 1.319005</w:t>
        <w:br/>
        <w:t>v 1.443874 12.338636 0.973002</w:t>
        <w:br/>
        <w:t>v 1.473492 12.287678 0.988270</w:t>
        <w:br/>
        <w:t>v 1.505247 12.359778 0.537065</w:t>
        <w:br/>
        <w:t>v 1.604954 12.087936 0.536776</w:t>
        <w:br/>
        <w:t>v 1.527533 12.043855 0.987968</w:t>
        <w:br/>
        <w:t>v 1.550586 12.077136 0.116233</w:t>
        <w:br/>
        <w:t>v 1.448427 12.358195 0.150642</w:t>
        <w:br/>
        <w:t>v 1.325908 12.046209 -0.263136</w:t>
        <w:br/>
        <w:t>v 1.377685 11.805382 -0.316598</w:t>
        <w:br/>
        <w:t>v 1.223925 12.359439 -0.182835</w:t>
        <w:br/>
        <w:t>v 1.145587 12.018516 -0.405287</w:t>
        <w:br/>
        <w:t>v 0.881318 12.360823 -0.423032</w:t>
        <w:br/>
        <w:t>v 0.000000 11.845086 -0.567926</w:t>
        <w:br/>
        <w:t>v 0.000000 11.594854 -0.568442</w:t>
        <w:br/>
        <w:t>v 0.132493 11.607405 -0.640781</w:t>
        <w:br/>
        <w:t>v 0.065800 10.927118 0.672248</w:t>
        <w:br/>
        <w:t>v 0.000000 10.935873 0.677366</w:t>
        <w:br/>
        <w:t>v 0.065800 10.927118 0.672248</w:t>
        <w:br/>
        <w:t>v 0.079432 10.824947 0.667355</w:t>
        <w:br/>
        <w:t>v 0.091353 10.219178 0.656312</w:t>
        <w:br/>
        <w:t>v 0.071847 10.235313 0.660953</w:t>
        <w:br/>
        <w:t>v 0.406017 12.264977 1.556498</w:t>
        <w:br/>
        <w:t>v -0.000000 12.262912 1.576771</w:t>
        <w:br/>
        <w:t>v 0.000001 12.778204 1.574961</w:t>
        <w:br/>
        <w:t>v 0.998906 10.667074 1.558370</w:t>
        <w:br/>
        <w:t>v 0.657320 11.692800 -0.713611</w:t>
        <w:br/>
        <w:t>v 0.366163 11.645739 -0.723521</w:t>
        <w:br/>
        <w:t>v 0.684963 11.424644 -0.715108</w:t>
        <w:br/>
        <w:t>v 0.386424 11.378174 -0.709537</w:t>
        <w:br/>
        <w:t>v 0.000000 12.001876 1.553517</w:t>
        <w:br/>
        <w:t>v 0.407539 12.017345 1.550889</w:t>
        <w:br/>
        <w:t>v 0.764157 11.695942 1.530049</w:t>
        <w:br/>
        <w:t>v 1.072154 11.706756 1.470638</w:t>
        <w:br/>
        <w:t>v 0.951608 12.153171 1.481982</w:t>
        <w:br/>
        <w:t>v 0.708179 12.034121 1.537847</w:t>
        <w:br/>
        <w:t>v 0.407539 12.017345 1.550889</w:t>
        <w:br/>
        <w:t>v 0.000000 12.001876 1.553517</w:t>
        <w:br/>
        <w:t>v 0.061484 10.595176 0.658036</w:t>
        <w:br/>
        <w:t>v 0.061484 10.595176 0.658036</w:t>
        <w:br/>
        <w:t>v 0.147481 10.246658 0.960298</w:t>
        <w:br/>
        <w:t>v 1.318236 11.901037 1.311760</w:t>
        <w:br/>
        <w:t>v 1.347187 11.738852 1.311521</w:t>
        <w:br/>
        <w:t>v 0.566518 12.364623 -0.479953</w:t>
        <w:br/>
        <w:t>v 0.251516 12.362708 -0.451857</w:t>
        <w:br/>
        <w:t>v -0.000000 12.356168 -0.401023</w:t>
        <w:br/>
        <w:t>v 0.000000 11.043979 -0.166638</w:t>
        <w:br/>
        <w:t>v 0.000001 12.816566 -0.145671</w:t>
        <w:br/>
        <w:t>v -0.000000 12.356168 -0.401023</w:t>
        <w:br/>
        <w:t>v 0.249966 9.752354 0.066301</w:t>
        <w:br/>
        <w:t>v 0.275219 9.801200 0.010877</w:t>
        <w:br/>
        <w:t>v 0.287255 9.820957 0.023202</w:t>
        <w:br/>
        <w:t>v 0.258782 9.766200 0.079986</w:t>
        <w:br/>
        <w:t>v 0.354867 10.344753 -0.111416</w:t>
        <w:br/>
        <w:t>v 0.544443 9.944004 -0.226516</w:t>
        <w:br/>
        <w:t>v 0.512173 10.471385 -0.259868</w:t>
        <w:br/>
        <w:t>v 1.179704 9.952793 -0.355638</w:t>
        <w:br/>
        <w:t>v 1.357045 10.487157 -0.345501</w:t>
        <w:br/>
        <w:t>v 1.189376 10.590183 -0.414608</w:t>
        <w:br/>
        <w:t>v 1.729898 10.436131 1.048534</w:t>
        <w:br/>
        <w:t>v 1.421110 10.477293 1.452640</w:t>
        <w:br/>
        <w:t>v 1.597695 10.465571 1.320197</w:t>
        <w:br/>
        <w:t>v 1.542810 9.765454 1.288480</w:t>
        <w:br/>
        <w:t>v 0.777372 10.499493 1.512818</w:t>
        <w:br/>
        <w:t>v 0.929107 10.579151 1.543706</w:t>
        <w:br/>
        <w:t>v 0.880498 9.932494 1.510719</w:t>
        <w:br/>
        <w:t>v 0.287255 9.820957 0.023202</w:t>
        <w:br/>
        <w:t>v 0.194253 10.266654 0.117626</w:t>
        <w:br/>
        <w:t>v 0.112494 10.227076 0.384649</w:t>
        <w:br/>
        <w:t>v 0.156837 9.795792 0.313014</w:t>
        <w:br/>
        <w:t>v 0.102935 9.943589 0.653357</w:t>
        <w:br/>
        <w:t>v 0.167050 10.236194 0.949306</w:t>
        <w:br/>
        <w:t>v 0.208765 9.761960 1.035329</w:t>
        <w:br/>
        <w:t>v 0.102935 9.943589 0.653357</w:t>
        <w:br/>
        <w:t>v 0.328393 10.317335 1.204959</w:t>
        <w:br/>
        <w:t>v 0.463174 9.660694 1.309709</w:t>
        <w:br/>
        <w:t>v 1.744147 10.296836 0.989123</w:t>
        <w:br/>
        <w:t>v 1.726527 9.800355 0.885595</w:t>
        <w:br/>
        <w:t>v 0.970947 9.805246 1.525622</w:t>
        <w:br/>
        <w:t>v 0.207784 9.686377 1.009937</w:t>
        <w:br/>
        <w:t>v 0.121171 9.763469 0.637587</w:t>
        <w:br/>
        <w:t>v 0.459753 9.709341 -0.133550</w:t>
        <w:br/>
        <w:t>v 0.607099 9.749560 -0.239317</w:t>
        <w:br/>
        <w:t>v 0.768995 9.853354 -0.332421</w:t>
        <w:br/>
        <w:t>v 0.893703 10.009627 -0.379393</w:t>
        <w:br/>
        <w:t>v 1.021291 9.836652 -0.378803</w:t>
        <w:br/>
        <w:t>v 1.204228 9.746541 -0.331125</w:t>
        <w:br/>
        <w:t>v 1.366124 9.725199 -0.243015</w:t>
        <w:br/>
        <w:t>v 1.449418 9.958403 -0.204457</w:t>
        <w:br/>
        <w:t>v 1.317075 9.663786 1.470951</w:t>
        <w:br/>
        <w:t>v 1.265979 10.538252 1.529721</w:t>
        <w:br/>
        <w:t>v 0.517832 10.470428 1.393706</w:t>
        <w:br/>
        <w:t>v 0.629812 9.709816 1.423563</w:t>
        <w:br/>
        <w:t>v 0.652023 10.484981 -0.340068</w:t>
        <w:br/>
        <w:t>v 0.943356 10.580764 -0.423688</w:t>
        <w:br/>
        <w:t>v 1.076616 10.684946 -0.405653</w:t>
        <w:br/>
        <w:t>v 0.808788 10.518323 -0.401038</w:t>
        <w:br/>
        <w:t>v 1.545591 10.457211 -0.212568</w:t>
        <w:br/>
        <w:t>v 1.683793 10.349041 1.125162</w:t>
        <w:br/>
        <w:t>v 0.121171 9.763469 0.637587</w:t>
        <w:br/>
        <w:t>v 0.776956 9.802656 1.488710</w:t>
        <w:br/>
        <w:t>v 1.138855 9.698182 1.517334</w:t>
        <w:br/>
        <w:t>v 1.555236 9.725309 1.262120</w:t>
        <w:br/>
        <w:t>v 1.635801 9.849102 0.027454</w:t>
        <w:br/>
        <w:t>v 1.650175 9.783151 0.065762</w:t>
        <w:br/>
        <w:t>v 1.763854 9.813508 0.465818</w:t>
        <w:br/>
        <w:t>v 1.774596 10.549711 0.160424</w:t>
        <w:br/>
        <w:t>v 1.681643 10.495104 0.008161</w:t>
        <w:br/>
        <w:t>v 0.091353 10.219178 0.656312</w:t>
        <w:br/>
        <w:t>v 0.091353 10.219178 0.656312</w:t>
        <w:br/>
        <w:t>v 1.686359 10.351569 0.031943</w:t>
        <w:br/>
        <w:t>v 1.601141 10.472239 -0.150993</w:t>
        <w:br/>
        <w:t>v 1.755239 10.286510 0.221030</w:t>
        <w:br/>
        <w:t>v 1.805344 10.256011 0.413826</w:t>
        <w:br/>
        <w:t>v 1.802653 10.259746 0.779122</w:t>
        <w:br/>
        <w:t>v 1.837515 10.244467 0.592261</w:t>
        <w:br/>
        <w:t>v 1.271399 10.546918 1.539204</w:t>
        <w:br/>
        <w:t>v 1.265979 10.538252 1.529721</w:t>
        <w:br/>
        <w:t>v -0.392283 12.784759 1.529698</w:t>
        <w:br/>
        <w:t>v -0.895013 12.795361 1.303398</w:t>
        <w:br/>
        <w:t>v -0.772907 13.267241 1.246818</w:t>
        <w:br/>
        <w:t>v -0.368147 13.257318 1.485066</w:t>
        <w:br/>
        <w:t>v -1.277135 12.827191 0.537141</w:t>
        <w:br/>
        <w:t>v -1.140845 12.834451 0.108914</w:t>
        <w:br/>
        <w:t>v -0.984217 13.305499 0.255279</w:t>
        <w:br/>
        <w:t>v -1.081709 13.293991 0.568910</w:t>
        <w:br/>
        <w:t>v -0.715559 13.299451 0.038562</w:t>
        <w:br/>
        <w:t>v -0.780215 12.828324 -0.131849</w:t>
        <w:br/>
        <w:t>v -1.201287 12.813421 0.918119</w:t>
        <w:br/>
        <w:t>v -1.014651 13.280533 0.923339</w:t>
        <w:br/>
        <w:t>v -0.371620 12.821609 -0.189613</w:t>
        <w:br/>
        <w:t>v -0.337499 13.293943 -0.002990</w:t>
        <w:br/>
        <w:t>v 0.000002 13.284433 -0.012033</w:t>
        <w:br/>
        <w:t>v 0.000003 13.626903 0.112261</w:t>
        <w:br/>
        <w:t>v -0.302913 13.626904 0.132597</w:t>
        <w:br/>
        <w:t>v -0.613740 13.628503 0.201025</w:t>
        <w:br/>
        <w:t>v -0.821326 13.623482 0.355602</w:t>
        <w:br/>
        <w:t>v -0.944211 13.607396 0.599572</w:t>
        <w:br/>
        <w:t>v -0.897841 13.604515 0.945386</w:t>
        <w:br/>
        <w:t>v -0.711358 13.594140 1.226180</w:t>
        <w:br/>
        <w:t>v -0.917111 12.274923 1.455233</w:t>
        <w:br/>
        <w:t>v -1.223423 12.303493 1.291299</w:t>
        <w:br/>
        <w:t>v -1.443875 12.338634 0.973002</w:t>
        <w:br/>
        <w:t>v -1.505248 12.359774 0.537065</w:t>
        <w:br/>
        <w:t>v 0.000002 13.248802 1.514796</w:t>
        <w:br/>
        <w:t>v -0.348679 13.589335 1.452103</w:t>
        <w:br/>
        <w:t>v 0.000003 13.583587 1.492700</w:t>
        <w:br/>
        <w:t>v -1.448428 12.358191 0.150642</w:t>
        <w:br/>
        <w:t>v -1.223926 12.359435 -0.182835</w:t>
        <w:br/>
        <w:t>v -0.881319 12.360821 -0.423032</w:t>
        <w:br/>
        <w:t>v -0.566518 12.364620 -0.479953</w:t>
        <w:br/>
        <w:t>v -0.251516 12.362708 -0.451857</w:t>
        <w:br/>
        <w:t>v -1.832023 10.336127 0.782579</w:t>
        <w:br/>
        <w:t>v -1.809197 10.360085 0.775876</w:t>
        <w:br/>
        <w:t>v -1.769216 10.379943 0.948651</w:t>
        <w:br/>
        <w:t>v -1.786685 10.361017 0.969238</w:t>
        <w:br/>
        <w:t>v -1.748918 10.422616 1.072390</w:t>
        <w:br/>
        <w:t>v -1.729902 10.436135 1.048533</w:t>
        <w:br/>
        <w:t>v -1.711490 10.496099 1.117854</w:t>
        <w:br/>
        <w:t>v -1.726494 10.505493 1.154426</w:t>
        <w:br/>
        <w:t>v -1.875235 10.422478 0.590537</w:t>
        <w:br/>
        <w:t>v -1.852145 10.446259 0.589543</w:t>
        <w:br/>
        <w:t>v -1.744151 10.296838 0.989122</w:t>
        <w:br/>
        <w:t>v -1.802657 10.259750 0.779120</w:t>
        <w:br/>
        <w:t>v -1.828212 10.273409 0.784000</w:t>
        <w:br/>
        <w:t>v -1.597698 10.465575 1.320196</w:t>
        <w:br/>
        <w:t>v -1.683797 10.349042 1.125161</w:t>
        <w:br/>
        <w:t>v -1.748918 10.422616 1.072390</w:t>
        <w:br/>
        <w:t>v -1.726494 10.505493 1.154426</w:t>
        <w:br/>
        <w:t>v -1.838437 10.329400 0.410153</w:t>
        <w:br/>
        <w:t>v -1.817207 10.354325 0.415787</w:t>
        <w:br/>
        <w:t>v -1.786685 10.361017 0.969238</w:t>
        <w:br/>
        <w:t>v -1.837519 10.244471 0.592260</w:t>
        <w:br/>
        <w:t>v -1.863326 10.258330 0.592750</w:t>
        <w:br/>
        <w:t>v -1.782572 10.360703 0.251640</w:t>
        <w:br/>
        <w:t>v -1.800833 10.335122 0.241415</w:t>
        <w:br/>
        <w:t>v -1.736077 10.418165 0.113890</w:t>
        <w:br/>
        <w:t>v -1.750062 10.396508 0.093189</w:t>
        <w:br/>
        <w:t>v -1.681646 10.495107 0.008160</w:t>
        <w:br/>
        <w:t>v -1.704108 10.500112 -0.036876</w:t>
        <w:br/>
        <w:t>v -1.750062 10.396508 0.093189</w:t>
        <w:br/>
        <w:t>v -1.800833 10.335122 0.241415</w:t>
        <w:br/>
        <w:t>v -1.755244 10.286515 0.221029</w:t>
        <w:br/>
        <w:t>v -1.686363 10.351570 0.031942</w:t>
        <w:br/>
        <w:t>v -1.838437 10.329400 0.410153</w:t>
        <w:br/>
        <w:t>v -1.832098 10.268416 0.409700</w:t>
        <w:br/>
        <w:t>v -1.805348 10.256016 0.413825</w:t>
        <w:br/>
        <w:t>v -0.084577 10.802346 0.386812</w:t>
        <w:br/>
        <w:t>v -0.077873 10.908303 0.387378</w:t>
        <w:br/>
        <w:t>v -0.125940 10.926577 0.122493</w:t>
        <w:br/>
        <w:t>v -0.175052 10.807629 0.130215</w:t>
        <w:br/>
        <w:t>v -0.652026 10.484982 -0.340069</w:t>
        <w:br/>
        <w:t>v -0.698030 10.850541 -0.344004</w:t>
        <w:br/>
        <w:t>v -0.808791 10.518323 -0.401039</w:t>
        <w:br/>
        <w:t>v -1.270082 10.952649 -0.363913</w:t>
        <w:br/>
        <w:t>v -1.357048 10.487158 -0.345502</w:t>
        <w:br/>
        <w:t>v -1.189379 10.590185 -0.414609</w:t>
        <w:br/>
        <w:t>v -1.839517 11.064178 0.529442</w:t>
        <w:br/>
        <w:t>v -1.899356 10.656209 0.545023</w:t>
        <w:br/>
        <w:t>v -1.877184 10.627800 0.334770</w:t>
        <w:br/>
        <w:t>v -1.724921 11.075206 1.019369</w:t>
        <w:br/>
        <w:t>v -1.833771 10.581896 0.943105</w:t>
        <w:br/>
        <w:t>v -1.145211 10.636791 1.575939</w:t>
        <w:br/>
        <w:t>v -1.271403 10.546919 1.539203</w:t>
        <w:br/>
        <w:t>v -1.448352 11.072664 1.342822</w:t>
        <w:br/>
        <w:t>v -1.024615 10.747173 1.561665</w:t>
        <w:br/>
        <w:t>v -1.034940 10.754166 1.583045</w:t>
        <w:br/>
        <w:t>v -0.939422 10.895638 1.567714</w:t>
        <w:br/>
        <w:t>v -0.328397 10.317335 1.204958</w:t>
        <w:br/>
        <w:t>v -0.517836 10.470429 1.393705</w:t>
        <w:br/>
        <w:t>v -0.277827 10.824518 1.211298</w:t>
        <w:br/>
        <w:t>v -0.279184 10.956267 1.251429</w:t>
        <w:br/>
        <w:t>v -0.138995 10.821964 0.970710</w:t>
        <w:br/>
        <w:t>v -0.347034 10.859483 -0.116207</w:t>
        <w:br/>
        <w:t>v -0.373382 10.944664 -0.382098</w:t>
        <w:br/>
        <w:t>v -0.118633 10.997396 -0.223685</w:t>
        <w:br/>
        <w:t>v 0.000000 10.963803 0.122582</w:t>
        <w:br/>
        <w:t>v 0.000000 10.931836 0.391730</w:t>
        <w:br/>
        <w:t>v 0.000001 11.159179 1.389607</w:t>
        <w:br/>
        <w:t>v 0.000000 11.024358 1.219724</w:t>
        <w:br/>
        <w:t>v -0.268368 11.166133 1.341477</w:t>
        <w:br/>
        <w:t>v 0.000000 11.681100 1.546071</w:t>
        <w:br/>
        <w:t>v 0.000001 11.402621 1.484459</w:t>
        <w:br/>
        <w:t>v -0.459479 11.404670 1.478057</w:t>
        <w:br/>
        <w:t>v -0.440476 11.684233 1.540801</w:t>
        <w:br/>
        <w:t>v -0.136140 11.139862 -0.469328</w:t>
        <w:br/>
        <w:t>v 0.000000 11.159997 -0.368880</w:t>
        <w:br/>
        <w:t>v 0.000000 11.355800 -0.509270</w:t>
        <w:br/>
        <w:t>v -0.145836 11.359787 -0.607316</w:t>
        <w:br/>
        <w:t>v -0.089644 11.849816 -0.603995</w:t>
        <w:br/>
        <w:t>v 0.000000 12.128699 -0.509835</w:t>
        <w:br/>
        <w:t>v -0.276443 12.153387 -0.573811</w:t>
        <w:br/>
        <w:t>v -0.317869 11.891405 -0.680510</w:t>
        <w:br/>
        <w:t>v -1.276432 11.119239 -0.429863</w:t>
        <w:br/>
        <w:t>v -0.999738 11.031579 -0.511497</w:t>
        <w:br/>
        <w:t>v -0.989199 11.239745 -0.599595</w:t>
        <w:br/>
        <w:t>v -1.254323 11.314865 -0.482395</w:t>
        <w:br/>
        <w:t>v -0.547880 10.850890 1.442943</w:t>
        <w:br/>
        <w:t>v -0.547125 11.019843 1.458085</w:t>
        <w:br/>
        <w:t>v -1.231597 11.530098 -0.505409</w:t>
        <w:br/>
        <w:t>v -0.971277 11.481676 -0.641574</w:t>
        <w:br/>
        <w:t>v -0.933837 11.737344 -0.634304</w:t>
        <w:br/>
        <w:t>v -1.190170 11.773966 -0.492958</w:t>
        <w:br/>
        <w:t>v -1.460249 11.384097 -0.316713</w:t>
        <w:br/>
        <w:t>v -1.432455 11.562179 -0.325000</w:t>
        <w:br/>
        <w:t>v -1.719160 11.436213 0.093644</w:t>
        <w:br/>
        <w:t>v -0.776783 11.430514 1.554987</w:t>
        <w:br/>
        <w:t>v -0.542912 11.193070 1.468159</w:t>
        <w:br/>
        <w:t>v -0.817266 11.195045 1.558697</w:t>
        <w:br/>
        <w:t>v -1.137840 11.062541 1.522037</w:t>
        <w:br/>
        <w:t>v -1.393757 11.453793 1.312300</w:t>
        <w:br/>
        <w:t>v -1.104701 11.440901 1.490709</w:t>
        <w:br/>
        <w:t>v -1.480912 11.181766 -0.294352</w:t>
        <w:br/>
        <w:t>v -1.771994 11.057865 0.096636</w:t>
        <w:br/>
        <w:t>v -1.512064 10.995699 -0.255139</w:t>
        <w:br/>
        <w:t>v -0.113917 10.947001 0.976483</w:t>
        <w:br/>
        <w:t>v -0.268368 11.166133 1.341477</w:t>
        <w:br/>
        <w:t>v -1.882743 10.642967 0.737493</w:t>
        <w:br/>
        <w:t>v -1.780395 11.465503 0.532046</w:t>
        <w:br/>
        <w:t>v -1.660239 11.463868 1.000568</w:t>
        <w:br/>
        <w:t>v -1.704496 11.757980 0.534259</w:t>
        <w:br/>
        <w:t>v -1.594427 11.760244 0.989929</w:t>
        <w:br/>
        <w:t>v -1.704108 10.500112 -0.036876</w:t>
        <w:br/>
        <w:t>v -1.601144 10.472241 -0.150995</w:t>
        <w:br/>
        <w:t>v -0.703010 10.964861 -0.508843</w:t>
        <w:br/>
        <w:t>v -0.698432 11.168287 -0.646241</w:t>
        <w:br/>
        <w:t>v -0.997676 10.894508 -0.432970</w:t>
        <w:br/>
        <w:t>v -0.512177 10.471386 -0.259869</w:t>
        <w:br/>
        <w:t>v -0.354871 10.344753 -0.111417</w:t>
        <w:br/>
        <w:t>v 0.000000 10.935873 0.677366</w:t>
        <w:br/>
        <w:t>v -0.065800 10.927116 0.672247</w:t>
        <w:br/>
        <w:t>v -0.113917 10.947001 0.976483</w:t>
        <w:br/>
        <w:t>v -0.065800 10.927116 0.672247</w:t>
        <w:br/>
        <w:t>v -0.079433 10.824947 0.667354</w:t>
        <w:br/>
        <w:t>v -1.421113 10.477296 1.452639</w:t>
        <w:br/>
        <w:t>v -0.865711 11.049598 1.564620</w:t>
        <w:br/>
        <w:t>v -0.939422 10.895638 1.567714</w:t>
        <w:br/>
        <w:t>v -1.034940 10.754166 1.583045</w:t>
        <w:br/>
        <w:t>v -0.777376 10.499493 1.512817</w:t>
        <w:br/>
        <w:t>v -0.929110 10.579152 1.543705</w:t>
        <w:br/>
        <w:t>v -0.951608 12.153170 1.481982</w:t>
        <w:br/>
        <w:t>v -0.708179 12.034120 1.537846</w:t>
        <w:br/>
        <w:t>v -1.020325 11.892383 1.474096</w:t>
        <w:br/>
        <w:t>v -1.145211 10.636791 1.575939</w:t>
        <w:br/>
        <w:t>v -1.139149 10.626892 1.561124</w:t>
        <w:br/>
        <w:t>v -0.998909 10.667074 1.558369</w:t>
        <w:br/>
        <w:t>v -1.139149 10.626892 1.561124</w:t>
        <w:br/>
        <w:t>v -1.024615 10.747173 1.561665</w:t>
        <w:br/>
        <w:t>v -0.167055 10.236193 0.949305</w:t>
        <w:br/>
        <w:t>v -0.147486 10.246655 0.960296</w:t>
        <w:br/>
        <w:t>v -0.071851 10.235312 0.660952</w:t>
        <w:br/>
        <w:t>v -0.091357 10.219178 0.656311</w:t>
        <w:br/>
        <w:t>v -0.112498 10.227075 0.384648</w:t>
        <w:br/>
        <w:t>v -0.096652 10.244204 0.381391</w:t>
        <w:br/>
        <w:t>v -0.194257 10.266654 0.117625</w:t>
        <w:br/>
        <w:t>v -0.386159 11.124519 -0.591558</w:t>
        <w:br/>
        <w:t>v -1.080341 10.710153 -0.428141</w:t>
        <w:br/>
        <w:t>v -1.076619 10.684947 -0.405654</w:t>
        <w:br/>
        <w:t>v -0.943359 10.580763 -0.423689</w:t>
        <w:br/>
        <w:t>v -1.080341 10.710153 -0.428141</w:t>
        <w:br/>
        <w:t>v -1.189379 10.590185 -0.414609</w:t>
        <w:br/>
        <w:t>v -1.076619 10.684947 -0.405654</w:t>
        <w:br/>
        <w:t>v -1.774598 10.549714 0.160423</w:t>
        <w:br/>
        <w:t>v -1.681646 10.495107 0.008160</w:t>
        <w:br/>
        <w:t>v -1.704108 10.500112 -0.036876</w:t>
        <w:br/>
        <w:t>v -1.810579 10.565988 0.142829</w:t>
        <w:br/>
        <w:t>v -1.849893 10.633535 0.546620</w:t>
        <w:br/>
        <w:t>v -1.840876 10.607628 0.345070</w:t>
        <w:br/>
        <w:t>v -1.877184 10.627800 0.334770</w:t>
        <w:br/>
        <w:t>v -1.899356 10.656209 0.545023</w:t>
        <w:br/>
        <w:t>v -1.806819 10.567082 0.933295</w:t>
        <w:br/>
        <w:t>v -1.846674 10.616921 0.733682</w:t>
        <w:br/>
        <w:t>v -1.882743 10.642967 0.737493</w:t>
        <w:br/>
        <w:t>v -1.833771 10.581896 0.943105</w:t>
        <w:br/>
        <w:t>v -1.711490 10.496099 1.117854</w:t>
        <w:br/>
        <w:t>v -1.545594 10.457213 -0.212569</w:t>
        <w:br/>
        <w:t>v -1.643651 11.749014 0.092424</w:t>
        <w:br/>
        <w:t>v -1.810579 10.565988 0.142829</w:t>
        <w:br/>
        <w:t>v -0.590275 12.222819 -0.552959</w:t>
        <w:br/>
        <w:t>v -0.630896 11.946277 -0.661796</w:t>
        <w:br/>
        <w:t>v -0.876577 11.979377 -0.587696</w:t>
        <w:br/>
        <w:t>v -1.274344 12.098850 1.319004</w:t>
        <w:br/>
        <w:t>v -1.223423 12.303493 1.291299</w:t>
        <w:br/>
        <w:t>v -1.473493 12.287674 0.988270</w:t>
        <w:br/>
        <w:t>v -1.443875 12.338634 0.973002</w:t>
        <w:br/>
        <w:t>v -1.527533 12.043855 0.987967</w:t>
        <w:br/>
        <w:t>v -1.604954 12.087936 0.536776</w:t>
        <w:br/>
        <w:t>v -1.505248 12.359774 0.537065</w:t>
        <w:br/>
        <w:t>v -1.550586 12.077132 0.116232</w:t>
        <w:br/>
        <w:t>v -1.448428 12.358191 0.150642</w:t>
        <w:br/>
        <w:t>v -1.325908 12.046206 -0.263136</w:t>
        <w:br/>
        <w:t>v -1.377685 11.805382 -0.316599</w:t>
        <w:br/>
        <w:t>v -1.223926 12.359435 -0.182835</w:t>
        <w:br/>
        <w:t>v -1.145587 12.018515 -0.405287</w:t>
        <w:br/>
        <w:t>v -0.881319 12.360821 -0.423032</w:t>
        <w:br/>
        <w:t>v -0.132492 11.607405 -0.640782</w:t>
        <w:br/>
        <w:t>v 0.000000 11.594854 -0.568442</w:t>
        <w:br/>
        <w:t>v 0.000000 11.845086 -0.567926</w:t>
        <w:br/>
        <w:t>v -0.065800 10.927116 0.672247</w:t>
        <w:br/>
        <w:t>v 0.000000 10.935873 0.677366</w:t>
        <w:br/>
        <w:t>v -0.079433 10.824947 0.667354</w:t>
        <w:br/>
        <w:t>v -0.065800 10.927116 0.672247</w:t>
        <w:br/>
        <w:t>v -0.091357 10.219178 0.656311</w:t>
        <w:br/>
        <w:t>v -0.071851 10.235312 0.660952</w:t>
        <w:br/>
        <w:t>v 0.000001 12.778204 1.574961</w:t>
        <w:br/>
        <w:t>v -0.000000 12.262912 1.576771</w:t>
        <w:br/>
        <w:t>v -0.406017 12.264974 1.556498</w:t>
        <w:br/>
        <w:t>v -0.998909 10.667074 1.558369</w:t>
        <w:br/>
        <w:t>v -0.657319 11.692799 -0.713612</w:t>
        <w:br/>
        <w:t>v -0.366162 11.645737 -0.723522</w:t>
        <w:br/>
        <w:t>v -0.684962 11.424644 -0.715109</w:t>
        <w:br/>
        <w:t>v -0.386423 11.378174 -0.709537</w:t>
        <w:br/>
        <w:t>v 0.000000 12.001876 1.553517</w:t>
        <w:br/>
        <w:t>v -0.407539 12.017343 1.550888</w:t>
        <w:br/>
        <w:t>v -0.764156 11.695940 1.530049</w:t>
        <w:br/>
        <w:t>v -1.072153 11.706756 1.470638</w:t>
        <w:br/>
        <w:t>v -0.951608 12.153170 1.481982</w:t>
        <w:br/>
        <w:t>v -0.708179 12.034120 1.537846</w:t>
        <w:br/>
        <w:t>v -0.407539 12.017343 1.550888</w:t>
        <w:br/>
        <w:t>v 0.000000 12.001876 1.553517</w:t>
        <w:br/>
        <w:t>v -0.061487 10.595175 0.658035</w:t>
        <w:br/>
        <w:t>v -0.061487 10.595175 0.658035</w:t>
        <w:br/>
        <w:t>v -0.147486 10.246655 0.960296</w:t>
        <w:br/>
        <w:t>v -1.318236 11.901036 1.311760</w:t>
        <w:br/>
        <w:t>v -1.347187 11.738852 1.311521</w:t>
        <w:br/>
        <w:t>v -0.566518 12.364620 -0.479953</w:t>
        <w:br/>
        <w:t>v -0.251516 12.362708 -0.451857</w:t>
        <w:br/>
        <w:t>v -0.000000 12.356168 -0.401023</w:t>
        <w:br/>
        <w:t>v 0.000000 11.043979 -0.166638</w:t>
        <w:br/>
        <w:t>v 0.000001 12.816566 -0.145671</w:t>
        <w:br/>
        <w:t>v -0.000000 12.356168 -0.401023</w:t>
        <w:br/>
        <w:t>v -0.287261 9.820957 0.023201</w:t>
        <w:br/>
        <w:t>v -0.275225 9.801200 0.010876</w:t>
        <w:br/>
        <w:t>v -0.249972 9.752353 0.066300</w:t>
        <w:br/>
        <w:t>v -0.258788 9.766200 0.079984</w:t>
        <w:br/>
        <w:t>v -0.544449 9.944008 -0.226517</w:t>
        <w:br/>
        <w:t>v -0.354871 10.344753 -0.111417</w:t>
        <w:br/>
        <w:t>v -0.512177 10.471386 -0.259869</w:t>
        <w:br/>
        <w:t>v -1.357048 10.487158 -0.345502</w:t>
        <w:br/>
        <w:t>v -1.179709 9.952798 -0.355639</w:t>
        <w:br/>
        <w:t>v -1.189379 10.590185 -0.414609</w:t>
        <w:br/>
        <w:t>v -1.729902 10.436135 1.048533</w:t>
        <w:br/>
        <w:t>v -1.597698 10.465575 1.320196</w:t>
        <w:br/>
        <w:t>v -1.421113 10.477296 1.452639</w:t>
        <w:br/>
        <w:t>v -1.542816 9.765458 1.288479</w:t>
        <w:br/>
        <w:t>v -0.929110 10.579152 1.543705</w:t>
        <w:br/>
        <w:t>v -0.777376 10.499493 1.512817</w:t>
        <w:br/>
        <w:t>v -0.880503 9.932496 1.510717</w:t>
        <w:br/>
        <w:t>v -0.287261 9.820957 0.023201</w:t>
        <w:br/>
        <w:t>v -0.112498 10.227075 0.384648</w:t>
        <w:br/>
        <w:t>v -0.194257 10.266654 0.117625</w:t>
        <w:br/>
        <w:t>v -0.156843 9.795792 0.313013</w:t>
        <w:br/>
        <w:t>v -0.102940 9.943589 0.653355</w:t>
        <w:br/>
        <w:t>v -0.208771 9.761960 1.035328</w:t>
        <w:br/>
        <w:t>v -0.167055 10.236193 0.949305</w:t>
        <w:br/>
        <w:t>v -0.102940 9.943589 0.653355</w:t>
        <w:br/>
        <w:t>v -0.463180 9.660695 1.309708</w:t>
        <w:br/>
        <w:t>v -0.328397 10.317335 1.204958</w:t>
        <w:br/>
        <w:t>v -1.726533 9.800358 0.885593</w:t>
        <w:br/>
        <w:t>v -1.744151 10.296838 0.989122</w:t>
        <w:br/>
        <w:t>v -0.970953 9.805248 1.525620</w:t>
        <w:br/>
        <w:t>v -0.207791 9.686377 1.009936</w:t>
        <w:br/>
        <w:t>v -0.121177 9.763470 0.637586</w:t>
        <w:br/>
        <w:t>v -0.607105 9.749562 -0.239319</w:t>
        <w:br/>
        <w:t>v -0.459759 9.709342 -0.133551</w:t>
        <w:br/>
        <w:t>v -0.769001 9.853355 -0.332422</w:t>
        <w:br/>
        <w:t>v -0.893709 10.009631 -0.379394</w:t>
        <w:br/>
        <w:t>v -1.204233 9.746544 -0.331126</w:t>
        <w:br/>
        <w:t>v -1.021297 9.836655 -0.378804</w:t>
        <w:br/>
        <w:t>v -1.449423 9.958406 -0.204458</w:t>
        <w:br/>
        <w:t>v -1.366130 9.725202 -0.243016</w:t>
        <w:br/>
        <w:t>v -1.317082 9.663790 1.470950</w:t>
        <w:br/>
        <w:t>v -1.265982 10.538255 1.529720</w:t>
        <w:br/>
        <w:t>v -0.517836 10.470429 1.393705</w:t>
        <w:br/>
        <w:t>v -0.629818 9.709818 1.423562</w:t>
        <w:br/>
        <w:t>v -0.652026 10.484982 -0.340069</w:t>
        <w:br/>
        <w:t>v -0.943359 10.580763 -0.423689</w:t>
        <w:br/>
        <w:t>v -1.076619 10.684947 -0.405654</w:t>
        <w:br/>
        <w:t>v -0.808791 10.518323 -0.401039</w:t>
        <w:br/>
        <w:t>v -1.545594 10.457213 -0.212569</w:t>
        <w:br/>
        <w:t>v -1.683797 10.349042 1.125161</w:t>
        <w:br/>
        <w:t>v -0.121177 9.763470 0.637586</w:t>
        <w:br/>
        <w:t>v -0.776962 9.802658 1.488708</w:t>
        <w:br/>
        <w:t>v -1.138861 9.698186 1.517332</w:t>
        <w:br/>
        <w:t>v -1.555241 9.725313 1.262119</w:t>
        <w:br/>
        <w:t>v -1.650181 9.783154 0.065761</w:t>
        <w:br/>
        <w:t>v -1.635806 9.849106 0.027453</w:t>
        <w:br/>
        <w:t>v -1.763860 9.813514 0.465817</w:t>
        <w:br/>
        <w:t>v -1.774598 10.549714 0.160423</w:t>
        <w:br/>
        <w:t>v -1.681646 10.495107 0.008160</w:t>
        <w:br/>
        <w:t>v -0.091357 10.219178 0.656311</w:t>
        <w:br/>
        <w:t>v -0.091357 10.219178 0.656311</w:t>
        <w:br/>
        <w:t>v -1.686363 10.351570 0.031942</w:t>
        <w:br/>
        <w:t>v -1.601144 10.472241 -0.150995</w:t>
        <w:br/>
        <w:t>v -1.755244 10.286515 0.221029</w:t>
        <w:br/>
        <w:t>v -1.805348 10.256016 0.413825</w:t>
        <w:br/>
        <w:t>v -1.802657 10.259750 0.779120</w:t>
        <w:br/>
        <w:t>v -1.837519 10.244471 0.592260</w:t>
        <w:br/>
        <w:t>v -1.271403 10.546919 1.539203</w:t>
        <w:br/>
        <w:t>v -1.265982 10.538255 1.529720</w:t>
        <w:br/>
        <w:t>v 0.569909 8.752687 1.306803</w:t>
        <w:br/>
        <w:t>v 0.567091 8.323454 1.246698</w:t>
        <w:br/>
        <w:t>v 0.345545 8.338875 0.943002</w:t>
        <w:br/>
        <w:t>v 0.308633 8.772497 0.997611</w:t>
        <w:br/>
        <w:t>v 0.364446 7.854643 0.890923</w:t>
        <w:br/>
        <w:t>v 0.550728 7.840318 1.174320</w:t>
        <w:br/>
        <w:t>v 0.825474 8.306149 1.388610</w:t>
        <w:br/>
        <w:t>v 0.846024 8.736465 1.454525</w:t>
        <w:br/>
        <w:t>v 0.806508 7.823592 1.312837</w:t>
        <w:br/>
        <w:t>v 0.785869 7.270405 1.193561</w:t>
        <w:br/>
        <w:t>v 0.529272 7.277322 1.075732</w:t>
        <w:br/>
        <w:t>v 0.912437 6.697409 1.093867</w:t>
        <w:br/>
        <w:t>v 0.659312 6.694744 1.071078</w:t>
        <w:br/>
        <w:t>v 1.026683 7.263361 1.123825</w:t>
        <w:br/>
        <w:t>v 1.084257 6.704453 0.922677</w:t>
        <w:br/>
        <w:t>v 0.901697 6.423722 1.084233</w:t>
        <w:br/>
        <w:t>v 1.057607 6.433721 0.899485</w:t>
        <w:br/>
        <w:t>v 1.236269 7.256809 0.885313</w:t>
        <w:br/>
        <w:t>v 1.173398 6.712287 0.778262</w:t>
        <w:br/>
        <w:t>v 1.122589 6.264328 0.726811</w:t>
        <w:br/>
        <w:t>v 1.101939 6.098169 0.721113</w:t>
        <w:br/>
        <w:t>v 1.003264 6.062188 0.861114</w:t>
        <w:br/>
        <w:t>v 1.037824 6.246294 0.879249</w:t>
        <w:br/>
        <w:t>v 1.254290 6.719368 0.583880</w:t>
        <w:br/>
        <w:t>v 1.237752 6.473663 0.546591</w:t>
        <w:br/>
        <w:t>v 1.142485 6.446762 0.738494</w:t>
        <w:br/>
        <w:t>v 1.256088 6.504702 0.315298</w:t>
        <w:br/>
        <w:t>v 1.254478 6.347911 0.293276</w:t>
        <w:br/>
        <w:t>v 1.233564 6.301315 0.514458</w:t>
        <w:br/>
        <w:t>v 1.357101 5.305753 0.001992</w:t>
        <w:br/>
        <w:t>v 1.243749 5.233564 0.431741</w:t>
        <w:br/>
        <w:t>v 1.217301 5.532707 0.495340</w:t>
        <w:br/>
        <w:t>v 1.328830 5.594533 0.069352</w:t>
        <w:br/>
        <w:t>v 1.344536 4.768614 -0.053421</w:t>
        <w:br/>
        <w:t>v 1.233386 4.734456 0.366896</w:t>
        <w:br/>
        <w:t>v 1.288221 5.895903 0.166190</w:t>
        <w:br/>
        <w:t>v 1.078031 5.950359 -0.156860</w:t>
        <w:br/>
        <w:t>v 1.115986 5.660398 -0.289303</w:t>
        <w:br/>
        <w:t>v 1.143289 4.813174 -0.408516</w:t>
        <w:br/>
        <w:t>v 1.144396 5.358701 -0.368308</w:t>
        <w:br/>
        <w:t>v 1.280962 4.239121 -0.065382</w:t>
        <w:br/>
        <w:t>v 1.093221 4.263747 -0.385238</w:t>
        <w:br/>
        <w:t>v 0.773251 3.751195 -0.400192</w:t>
        <w:br/>
        <w:t>v 1.025509 3.737134 -0.330695</w:t>
        <w:br/>
        <w:t>v 0.809824 4.294044 -0.467437</w:t>
        <w:br/>
        <w:t>v 0.974925 3.230467 -0.278151</w:t>
        <w:br/>
        <w:t>v 0.744878 3.247358 -0.357948</w:t>
        <w:br/>
        <w:t>v 0.718454 2.719249 -0.339097</w:t>
        <w:br/>
        <w:t>v 0.923349 2.709401 -0.258885</w:t>
        <w:br/>
        <w:t>v 0.516175 3.245786 -0.263374</w:t>
        <w:br/>
        <w:t>v 0.516893 3.761282 -0.288325</w:t>
        <w:br/>
        <w:t>v 0.484180 2.721676 -0.235354</w:t>
        <w:br/>
        <w:t>v 0.480985 2.563414 -0.233858</w:t>
        <w:br/>
        <w:t>v 0.710970 2.561163 -0.335538</w:t>
        <w:br/>
        <w:t>v 1.021030 2.702961 -0.018071</w:t>
        <w:br/>
        <w:t>v 1.096627 3.209137 -0.032898</w:t>
        <w:br/>
        <w:t>v 1.188336 3.724029 -0.053057</w:t>
        <w:br/>
        <w:t>v 1.006278 3.197353 0.263138</w:t>
        <w:br/>
        <w:t>v 1.092113 3.707880 0.295322</w:t>
        <w:br/>
        <w:t>v 1.173421 4.218861 0.328085</w:t>
        <w:br/>
        <w:t>v 0.906059 4.706976 0.659072</w:t>
        <w:br/>
        <w:t>v 0.935186 5.185623 0.737285</w:t>
        <w:br/>
        <w:t>v 0.906488 5.760341 0.850713</w:t>
        <w:br/>
        <w:t>v 1.184830 5.826682 0.571239</w:t>
        <w:br/>
        <w:t>v 0.928861 5.479899 0.785931</w:t>
        <w:br/>
        <w:t>v 0.657337 6.427959 1.056665</w:t>
        <w:br/>
        <w:t>v 0.894075 6.228548 1.049371</w:t>
        <w:br/>
        <w:t>v 0.661977 6.234169 1.027437</w:t>
        <w:br/>
        <w:t>v 0.489328 6.441442 0.910766</w:t>
        <w:br/>
        <w:t>v 0.489341 6.697247 0.945616</w:t>
        <w:br/>
        <w:t>v 0.361716 6.708026 0.730244</w:t>
        <w:br/>
        <w:t>v 0.364923 7.290466 0.826958</w:t>
        <w:br/>
        <w:t>v 0.292697 7.300099 0.506561</w:t>
        <w:br/>
        <w:t>v 0.274374 7.867837 0.534783</w:t>
        <w:br/>
        <w:t>v 0.247298 8.345326 0.557032</w:t>
        <w:br/>
        <w:t>v 0.414186 7.863650 0.083604</w:t>
        <w:br/>
        <w:t>v 0.385186 8.342559 0.061960</w:t>
        <w:br/>
        <w:t>v 0.247298 8.345326 0.557032</w:t>
        <w:br/>
        <w:t>v 0.274374 7.867837 0.534783</w:t>
        <w:br/>
        <w:t>v 0.356776 8.778999 0.039085</w:t>
        <w:br/>
        <w:t>v 0.196049 8.784105 0.582325</w:t>
        <w:br/>
        <w:t>v 0.196049 8.784105 0.582325</w:t>
        <w:br/>
        <w:t>v 1.440676 8.723221 1.088740</w:t>
        <w:br/>
        <w:t>v 1.371630 8.287360 1.037049</w:t>
        <w:br/>
        <w:t>v 1.134954 8.295558 1.308285</w:t>
        <w:br/>
        <w:t>v 1.171917 8.728289 1.372489</w:t>
        <w:br/>
        <w:t>v 1.544092 8.724931 0.805405</w:t>
        <w:br/>
        <w:t>v 1.492326 8.286819 0.601062</w:t>
        <w:br/>
        <w:t>v 1.331397 7.258935 0.590785</w:t>
        <w:br/>
        <w:t>v 1.303868 7.810801 0.969274</w:t>
        <w:br/>
        <w:t>v 1.416553 7.810172 0.600218</w:t>
        <w:br/>
        <w:t>v 1.565547 8.728478 0.483046</w:t>
        <w:br/>
        <w:t>v 1.362713 7.818725 0.234521</w:t>
        <w:br/>
        <w:t>v 1.430010 8.297962 0.206891</w:t>
        <w:br/>
        <w:t>v 1.294523 7.261790 0.282223</w:t>
        <w:br/>
        <w:t>v 1.164648 8.319140 -0.125667</w:t>
        <w:br/>
        <w:t>v 1.115888 7.837904 -0.071086</w:t>
        <w:br/>
        <w:t>v 1.052715 6.542118 0.088645</w:t>
        <w:br/>
        <w:t>v 1.047056 6.797431 0.089614</w:t>
        <w:br/>
        <w:t>v 0.772135 6.805619 -0.008835</w:t>
        <w:br/>
        <w:t>v 0.768714 6.560743 -0.012847</w:t>
        <w:br/>
        <w:t>v 0.766287 6.403098 -0.036994</w:t>
        <w:br/>
        <w:t>v 1.049797 6.385579 0.058298</w:t>
        <w:br/>
        <w:t>v 0.778611 5.962937 -0.241424</w:t>
        <w:br/>
        <w:t>v 0.795954 5.673137 -0.387915</w:t>
        <w:br/>
        <w:t>v 0.433778 6.528989 0.135304</w:t>
        <w:br/>
        <w:t>v 0.444896 6.359697 0.101699</w:t>
        <w:br/>
        <w:t>v 0.475393 5.638276 -0.194565</w:t>
        <w:br/>
        <w:t>v 0.473380 5.353445 -0.280223</w:t>
        <w:br/>
        <w:t>v 0.814189 5.373353 -0.473737</w:t>
        <w:br/>
        <w:t>v 0.481517 4.814294 -0.346829</w:t>
        <w:br/>
        <w:t>v 0.821068 4.831837 -0.505506</w:t>
        <w:br/>
        <w:t>v 0.310163 5.312421 0.061214</w:t>
        <w:br/>
        <w:t>v 0.327581 4.780563 -0.022269</w:t>
        <w:br/>
        <w:t>v 0.365989 4.264779 -0.056654</w:t>
        <w:br/>
        <w:t>v 0.508077 4.285845 -0.330216</w:t>
        <w:br/>
        <w:t>v 0.400850 3.748391 -0.066426</w:t>
        <w:br/>
        <w:t>v 0.327581 4.780563 -0.022269</w:t>
        <w:br/>
        <w:t>v 0.372001 4.741237 0.269165</w:t>
        <w:br/>
        <w:t>v 0.390412 4.234507 0.245671</w:t>
        <w:br/>
        <w:t>v 0.365989 4.264779 -0.056654</w:t>
        <w:br/>
        <w:t>v 0.414734 3.728016 0.211110</w:t>
        <w:br/>
        <w:t>v 0.400850 3.748391 -0.066426</w:t>
        <w:br/>
        <w:t>v 0.421148 3.233096 -0.067760</w:t>
        <w:br/>
        <w:t>v 0.426958 3.220394 0.170727</w:t>
        <w:br/>
        <w:t>v 0.551956 3.707215 0.422671</w:t>
        <w:br/>
        <w:t>v 0.534549 3.208584 0.351538</w:t>
        <w:br/>
        <w:t>v 0.514741 2.719248 0.297874</w:t>
        <w:br/>
        <w:t>v 0.506893 2.563502 0.290340</w:t>
        <w:br/>
        <w:t>v 0.746876 2.712243 0.419412</w:t>
        <w:br/>
        <w:t>v 0.737481 2.560496 0.413275</w:t>
        <w:br/>
        <w:t>v 0.938428 2.703992 0.247216</w:t>
        <w:br/>
        <w:t>v 1.008202 2.556861 -0.012098</w:t>
        <w:br/>
        <w:t>v 0.928769 2.557439 0.248473</w:t>
        <w:br/>
        <w:t>v 0.784267 3.197680 0.456073</w:t>
        <w:br/>
        <w:t>v 0.829693 3.696864 0.514705</w:t>
        <w:br/>
        <w:t>v 0.873825 4.194613 0.576871</w:t>
        <w:br/>
        <w:t>v 0.569274 4.204272 0.486321</w:t>
        <w:br/>
        <w:t>v 0.570633 4.709984 0.564421</w:t>
        <w:br/>
        <w:t>v 0.669497 5.198640 0.733600</w:t>
        <w:br/>
        <w:t>v 0.376366 5.555208 0.412424</w:t>
        <w:br/>
        <w:t>v 0.375285 5.821967 0.479016</w:t>
        <w:br/>
        <w:t>v 0.497477 5.793116 0.688816</w:t>
        <w:br/>
        <w:t>v 0.507249 5.516510 0.632046</w:t>
        <w:br/>
        <w:t>v 0.663285 5.759737 0.843091</w:t>
        <w:br/>
        <w:t>v 0.670101 5.488879 0.778448</w:t>
        <w:br/>
        <w:t>v 0.384454 6.463678 0.692389</w:t>
        <w:br/>
        <w:t>v 0.281729 6.484379 0.409985</w:t>
        <w:br/>
        <w:t>v 0.287628 6.727658 0.450255</w:t>
        <w:br/>
        <w:t>v 0.446179 6.773550 0.137304</w:t>
        <w:br/>
        <w:t>v 0.287628 6.727658 0.450255</w:t>
        <w:br/>
        <w:t>v 0.281729 6.484379 0.409985</w:t>
        <w:br/>
        <w:t>v 0.292697 7.300099 0.506561</w:t>
        <w:br/>
        <w:t>v 0.428334 7.301609 0.109749</w:t>
        <w:br/>
        <w:t>v 0.812218 8.337792 -0.193568</w:t>
        <w:br/>
        <w:t>v 0.797629 7.854417 -0.134459</w:t>
        <w:br/>
        <w:t>v 1.212086 8.756122 -0.165948</w:t>
        <w:br/>
        <w:t>v 0.830140 8.768863 -0.248965</w:t>
        <w:br/>
        <w:t>v 1.502388 8.735371 0.191487</w:t>
        <w:br/>
        <w:t>v 0.779644 7.292817 -0.061353</w:t>
        <w:br/>
        <w:t>v 1.069543 7.279285 0.010521</w:t>
        <w:br/>
        <w:t>v 0.290671 6.302612 0.391133</w:t>
        <w:br/>
        <w:t>v 0.474211 5.913800 -0.053281</w:t>
        <w:br/>
        <w:t>v 0.341718 5.864375 0.207013</w:t>
        <w:br/>
        <w:t>v 0.324124 5.594019 0.125505</w:t>
        <w:br/>
        <w:t>v 0.362884 5.266190 0.337267</w:t>
        <w:br/>
        <w:t>v 0.310163 5.312421 0.061214</w:t>
        <w:br/>
        <w:t>v 0.324124 5.594019 0.125505</w:t>
        <w:br/>
        <w:t>v 0.507311 5.225655 0.570358</w:t>
        <w:br/>
        <w:t>v 0.784267 3.197680 0.456073</w:t>
        <w:br/>
        <w:t>v 0.746876 2.712243 0.419412</w:t>
        <w:br/>
        <w:t>v 0.737481 2.560496 0.413275</w:t>
        <w:br/>
        <w:t>v 0.417085 2.722305 0.007006</w:t>
        <w:br/>
        <w:t>v 0.421148 3.233096 -0.067760</w:t>
        <w:br/>
        <w:t>v 0.417085 2.722305 0.007006</w:t>
        <w:br/>
        <w:t>v 1.266389 6.761109 0.327271</w:t>
        <w:br/>
        <w:t>v 1.081919 7.816423 1.230486</w:t>
        <w:br/>
        <w:t>v 0.448580 6.061233 0.703607</w:t>
        <w:br/>
        <w:t>v 0.313585 6.126391 0.360761</w:t>
        <w:br/>
        <w:t>v 0.341718 5.864375 0.207013</w:t>
        <w:br/>
        <w:t>v 0.313585 6.126391 0.360761</w:t>
        <w:br/>
        <w:t>v 0.465446 6.190657 0.056361</w:t>
        <w:br/>
        <w:t>v 0.773468 6.233191 -0.101046</w:t>
        <w:br/>
        <w:t>v 1.057997 6.227744 0.003188</w:t>
        <w:br/>
        <w:t>v 1.259044 6.177225 0.245599</w:t>
        <w:br/>
        <w:t>v 1.237902 6.144890 0.481520</w:t>
        <w:br/>
        <w:t>v 0.898502 6.027690 0.969309</w:t>
        <w:br/>
        <w:t>v 0.669724 6.022320 0.946558</w:t>
        <w:br/>
        <w:t>v 0.552927 6.036180 0.869515</w:t>
        <w:br/>
        <w:t>v 0.509035 6.237554 0.894542</w:t>
        <w:br/>
        <w:t>v 0.413404 6.254570 0.690741</w:t>
        <w:br/>
        <w:t>v 0.290671 6.302612 0.391133</w:t>
        <w:br/>
        <w:t>v 0.415764 2.566218 0.009760</w:t>
        <w:br/>
        <w:t>v 0.415764 2.566218 0.009760</w:t>
        <w:br/>
        <w:t>v 0.915891 2.556974 -0.253993</w:t>
        <w:br/>
        <w:t>v 0.630025 9.634572 1.423299</w:t>
        <w:br/>
        <w:t>v 0.730926 9.683180 1.473982</w:t>
        <w:br/>
        <w:t>v 0.741465 9.630509 1.468864</w:t>
        <w:br/>
        <w:t>v 1.041388 9.504455 1.515799</w:t>
        <w:br/>
        <w:t>v 1.017467 9.550838 1.517082</w:t>
        <w:br/>
        <w:t>v 1.142678 9.628760 1.515560</w:t>
        <w:br/>
        <w:t>v 1.227770 9.590855 1.498909</w:t>
        <w:br/>
        <w:t>v 0.777421 9.701078 -0.322108</w:t>
        <w:br/>
        <w:t>v 0.769548 9.752907 -0.320285</w:t>
        <w:br/>
        <w:t>v 0.628793 9.686452 -0.251102</w:t>
        <w:br/>
        <w:t>v 1.130240 9.698298 -0.354216</w:t>
        <w:br/>
        <w:t>v 1.014789 9.748945 -0.377721</w:t>
        <w:br/>
        <w:t>v 0.996691 9.688689 -0.369194</w:t>
        <w:br/>
        <w:t>v 1.003218 9.617935 -0.359297</w:t>
        <w:br/>
        <w:t>v 1.030861 9.565316 -0.348682</w:t>
        <w:br/>
        <w:t>v 1.243403 9.661222 -0.315958</w:t>
        <w:br/>
        <w:t>v 0.770429 9.619884 -0.313984</w:t>
        <w:br/>
        <w:t>v 0.544304 9.650760 -0.196306</w:t>
        <w:br/>
        <w:t>v 0.743377 9.572785 -0.296176</w:t>
        <w:br/>
        <w:t>v 0.738258 9.570520 1.460915</w:t>
        <w:br/>
        <w:t>v 0.703195 9.507022 1.438038</w:t>
        <w:br/>
        <w:t>v 0.527942 9.593284 1.358757</w:t>
        <w:br/>
        <w:t>v 1.027340 9.686827 1.526024</w:t>
        <w:br/>
        <w:t>v 1.011544 9.629604 1.522314</w:t>
        <w:br/>
        <w:t>v -0.345555 8.338876 0.943001</w:t>
        <w:br/>
        <w:t>v -0.567101 8.323456 1.246696</w:t>
        <w:br/>
        <w:t>v -0.569918 8.752689 1.306801</w:t>
        <w:br/>
        <w:t>v -0.308642 8.772497 0.997610</w:t>
        <w:br/>
        <w:t>v -0.364458 7.854645 0.890921</w:t>
        <w:br/>
        <w:t>v -0.550740 7.840320 1.174319</w:t>
        <w:br/>
        <w:t>v -0.825484 8.306150 1.388609</w:t>
        <w:br/>
        <w:t>v -0.846033 8.736466 1.454524</w:t>
        <w:br/>
        <w:t>v -0.785882 7.270407 1.193560</w:t>
        <w:br/>
        <w:t>v -0.806519 7.823593 1.312835</w:t>
        <w:br/>
        <w:t>v -0.529285 7.277324 1.075731</w:t>
        <w:br/>
        <w:t>v -0.912452 6.697413 1.093866</w:t>
        <w:br/>
        <w:t>v -0.659326 6.694746 1.071077</w:t>
        <w:br/>
        <w:t>v -1.026695 7.263364 1.123823</w:t>
        <w:br/>
        <w:t>v -1.084271 6.704456 0.922675</w:t>
        <w:br/>
        <w:t>v -0.901712 6.423726 1.084232</w:t>
        <w:br/>
        <w:t>v -1.057622 6.433724 0.899484</w:t>
        <w:br/>
        <w:t>v -1.236282 7.256813 0.885311</w:t>
        <w:br/>
        <w:t>v -1.173413 6.712291 0.778260</w:t>
        <w:br/>
        <w:t>v -1.003280 6.062193 0.861113</w:t>
        <w:br/>
        <w:t>v -1.101955 6.098175 0.721113</w:t>
        <w:br/>
        <w:t>v -1.122605 6.264333 0.726810</w:t>
        <w:br/>
        <w:t>v -1.037840 6.246299 0.879249</w:t>
        <w:br/>
        <w:t>v -1.237767 6.473668 0.546590</w:t>
        <w:br/>
        <w:t>v -1.254304 6.719372 0.583879</w:t>
        <w:br/>
        <w:t>v -1.142500 6.446766 0.738494</w:t>
        <w:br/>
        <w:t>v -1.254494 6.347918 0.293275</w:t>
        <w:br/>
        <w:t>v -1.256103 6.504707 0.315297</w:t>
        <w:br/>
        <w:t>v -1.233579 6.301322 0.514457</w:t>
        <w:br/>
        <w:t>v -1.217319 5.532714 0.495340</w:t>
        <w:br/>
        <w:t>v -1.243767 5.233572 0.431741</w:t>
        <w:br/>
        <w:t>v -1.357119 5.305761 0.001992</w:t>
        <w:br/>
        <w:t>v -1.328847 5.594541 0.069351</w:t>
        <w:br/>
        <w:t>v -1.233405 4.734463 0.366896</w:t>
        <w:br/>
        <w:t>v -1.344556 4.768621 -0.053421</w:t>
        <w:br/>
        <w:t>v -1.116003 5.660404 -0.289303</w:t>
        <w:br/>
        <w:t>v -1.078047 5.950365 -0.156860</w:t>
        <w:br/>
        <w:t>v -1.288237 5.895910 0.166190</w:t>
        <w:br/>
        <w:t>v -1.143308 4.813179 -0.408516</w:t>
        <w:br/>
        <w:t>v -1.144414 5.358707 -0.368309</w:t>
        <w:br/>
        <w:t>v -1.280983 4.239129 -0.065382</w:t>
        <w:br/>
        <w:t>v -1.093242 4.263753 -0.385238</w:t>
        <w:br/>
        <w:t>v -1.025531 3.737141 -0.330695</w:t>
        <w:br/>
        <w:t>v -0.773273 3.751201 -0.400192</w:t>
        <w:br/>
        <w:t>v -0.809844 4.294049 -0.467438</w:t>
        <w:br/>
        <w:t>v -0.974949 3.230474 -0.278151</w:t>
        <w:br/>
        <w:t>v -0.744901 3.247364 -0.357949</w:t>
        <w:br/>
        <w:t>v -0.718479 2.719254 -0.339097</w:t>
        <w:br/>
        <w:t>v -0.923374 2.709407 -0.258885</w:t>
        <w:br/>
        <w:t>v -0.516199 3.245791 -0.263374</w:t>
        <w:br/>
        <w:t>v -0.516915 3.761287 -0.288325</w:t>
        <w:br/>
        <w:t>v -0.484205 2.721681 -0.235354</w:t>
        <w:br/>
        <w:t>v -0.481011 2.563419 -0.233858</w:t>
        <w:br/>
        <w:t>v -0.710996 2.561168 -0.335539</w:t>
        <w:br/>
        <w:t>v -1.096651 3.209144 -0.032898</w:t>
        <w:br/>
        <w:t>v -1.021055 2.702968 -0.018072</w:t>
        <w:br/>
        <w:t>v -1.188358 3.724036 -0.053058</w:t>
        <w:br/>
        <w:t>v -1.092136 3.707887 0.295322</w:t>
        <w:br/>
        <w:t>v -1.006302 3.197360 0.263138</w:t>
        <w:br/>
        <w:t>v -1.173442 4.218867 0.328084</w:t>
        <w:br/>
        <w:t>v -0.906079 4.706983 0.659071</w:t>
        <w:br/>
        <w:t>v -0.935205 5.185629 0.737285</w:t>
        <w:br/>
        <w:t>v -1.184846 5.826688 0.571239</w:t>
        <w:br/>
        <w:t>v -0.906505 5.760347 0.850712</w:t>
        <w:br/>
        <w:t>v -0.928878 5.479905 0.785931</w:t>
        <w:br/>
        <w:t>v -0.894091 6.228553 1.049370</w:t>
        <w:br/>
        <w:t>v -0.657352 6.427963 1.056665</w:t>
        <w:br/>
        <w:t>v -0.661993 6.234175 1.027437</w:t>
        <w:br/>
        <w:t>v -0.489356 6.697248 0.945615</w:t>
        <w:br/>
        <w:t>v -0.489343 6.441445 0.910765</w:t>
        <w:br/>
        <w:t>v -0.364936 7.290466 0.826957</w:t>
        <w:br/>
        <w:t>v -0.361730 6.708027 0.730243</w:t>
        <w:br/>
        <w:t>v -0.292710 7.300100 0.506560</w:t>
        <w:br/>
        <w:t>v -0.274385 7.867838 0.534782</w:t>
        <w:br/>
        <w:t>v -0.247308 8.345326 0.557030</w:t>
        <w:br/>
        <w:t>v -0.247308 8.345326 0.557030</w:t>
        <w:br/>
        <w:t>v -0.385195 8.342561 0.061959</w:t>
        <w:br/>
        <w:t>v -0.414197 7.863650 0.083602</w:t>
        <w:br/>
        <w:t>v -0.274385 7.867838 0.534782</w:t>
        <w:br/>
        <w:t>v -0.196058 8.784105 0.582323</w:t>
        <w:br/>
        <w:t>v -0.356785 8.779001 0.039084</w:t>
        <w:br/>
        <w:t>v -0.196058 8.784105 0.582323</w:t>
        <w:br/>
        <w:t>v -1.134964 8.295562 1.308283</w:t>
        <w:br/>
        <w:t>v -1.371640 8.287364 1.037048</w:t>
        <w:br/>
        <w:t>v -1.440684 8.723225 1.088739</w:t>
        <w:br/>
        <w:t>v -1.171926 8.728292 1.372488</w:t>
        <w:br/>
        <w:t>v -1.492336 8.286823 0.601061</w:t>
        <w:br/>
        <w:t>v -1.544100 8.724935 0.805404</w:t>
        <w:br/>
        <w:t>v -1.303879 7.810804 0.969272</w:t>
        <w:br/>
        <w:t>v -1.331410 7.258939 0.590784</w:t>
        <w:br/>
        <w:t>v -1.416564 7.810176 0.600217</w:t>
        <w:br/>
        <w:t>v -1.565556 8.728482 0.483045</w:t>
        <w:br/>
        <w:t>v -1.362724 7.818728 0.234520</w:t>
        <w:br/>
        <w:t>v -1.430020 8.297966 0.206890</w:t>
        <w:br/>
        <w:t>v -1.294536 7.261793 0.282221</w:t>
        <w:br/>
        <w:t>v -1.115899 7.837907 -0.071088</w:t>
        <w:br/>
        <w:t>v -1.164658 8.319144 -0.125669</w:t>
        <w:br/>
        <w:t>v -0.772149 6.805622 -0.008836</w:t>
        <w:br/>
        <w:t>v -1.047070 6.797434 0.089613</w:t>
        <w:br/>
        <w:t>v -1.052729 6.542121 0.088644</w:t>
        <w:br/>
        <w:t>v -0.768729 6.560746 -0.012848</w:t>
        <w:br/>
        <w:t>v -0.766302 6.403102 -0.036994</w:t>
        <w:br/>
        <w:t>v -1.049812 6.385583 0.058297</w:t>
        <w:br/>
        <w:t>v -0.778627 5.962941 -0.241424</w:t>
        <w:br/>
        <w:t>v -0.795971 5.673143 -0.387915</w:t>
        <w:br/>
        <w:t>v -0.444911 6.359701 0.101699</w:t>
        <w:br/>
        <w:t>v -0.433793 6.528991 0.135303</w:t>
        <w:br/>
        <w:t>v -0.814207 5.373359 -0.473737</w:t>
        <w:br/>
        <w:t>v -0.473398 5.353449 -0.280223</w:t>
        <w:br/>
        <w:t>v -0.475410 5.638280 -0.194565</w:t>
        <w:br/>
        <w:t>v -0.821087 4.831843 -0.505506</w:t>
        <w:br/>
        <w:t>v -0.481536 4.814298 -0.346829</w:t>
        <w:br/>
        <w:t>v -0.310182 5.312425 0.061214</w:t>
        <w:br/>
        <w:t>v -0.327600 4.780568 -0.022269</w:t>
        <w:br/>
        <w:t>v -0.508098 4.285849 -0.330216</w:t>
        <w:br/>
        <w:t>v -0.366010 4.264783 -0.056654</w:t>
        <w:br/>
        <w:t>v -0.400872 3.748395 -0.066426</w:t>
        <w:br/>
        <w:t>v -0.390433 4.234511 0.245671</w:t>
        <w:br/>
        <w:t>v -0.372020 4.741241 0.269164</w:t>
        <w:br/>
        <w:t>v -0.327600 4.780568 -0.022269</w:t>
        <w:br/>
        <w:t>v -0.366010 4.264783 -0.056654</w:t>
        <w:br/>
        <w:t>v -0.400872 3.748395 -0.066426</w:t>
        <w:br/>
        <w:t>v -0.414757 3.728021 0.211110</w:t>
        <w:br/>
        <w:t>v -0.421171 3.233101 -0.067760</w:t>
        <w:br/>
        <w:t>v -0.426982 3.220398 0.170726</w:t>
        <w:br/>
        <w:t>v -0.551978 3.707220 0.422671</w:t>
        <w:br/>
        <w:t>v -0.534573 3.208589 0.351538</w:t>
        <w:br/>
        <w:t>v -0.514766 2.719253 0.297873</w:t>
        <w:br/>
        <w:t>v -0.746902 2.712249 0.419412</w:t>
        <w:br/>
        <w:t>v -0.506918 2.563507 0.290340</w:t>
        <w:br/>
        <w:t>v -0.737507 2.560501 0.413275</w:t>
        <w:br/>
        <w:t>v -1.008227 2.556868 -0.012098</w:t>
        <w:br/>
        <w:t>v -0.938453 2.703999 0.247216</w:t>
        <w:br/>
        <w:t>v -0.928795 2.557445 0.248473</w:t>
        <w:br/>
        <w:t>v -0.784290 3.197686 0.456073</w:t>
        <w:br/>
        <w:t>v -0.829716 3.696870 0.514705</w:t>
        <w:br/>
        <w:t>v -0.873846 4.194619 0.576871</w:t>
        <w:br/>
        <w:t>v -0.569295 4.204278 0.486321</w:t>
        <w:br/>
        <w:t>v -0.570652 4.709988 0.564421</w:t>
        <w:br/>
        <w:t>v -0.669515 5.198645 0.733600</w:t>
        <w:br/>
        <w:t>v -0.497494 5.793120 0.688816</w:t>
        <w:br/>
        <w:t>v -0.375301 5.821971 0.479016</w:t>
        <w:br/>
        <w:t>v -0.376383 5.555212 0.412424</w:t>
        <w:br/>
        <w:t>v -0.507266 5.516514 0.632046</w:t>
        <w:br/>
        <w:t>v -0.670119 5.488884 0.778448</w:t>
        <w:br/>
        <w:t>v -0.663302 5.759743 0.843091</w:t>
        <w:br/>
        <w:t>v -0.281744 6.484381 0.409984</w:t>
        <w:br/>
        <w:t>v -0.384469 6.463680 0.692388</w:t>
        <w:br/>
        <w:t>v -0.287642 6.727659 0.450254</w:t>
        <w:br/>
        <w:t>v -0.287642 6.727659 0.450254</w:t>
        <w:br/>
        <w:t>v -0.446193 6.773551 0.137302</w:t>
        <w:br/>
        <w:t>v -0.281744 6.484381 0.409984</w:t>
        <w:br/>
        <w:t>v -0.292710 7.300100 0.506560</w:t>
        <w:br/>
        <w:t>v -0.428347 7.301609 0.109748</w:t>
        <w:br/>
        <w:t>v -0.797640 7.854420 -0.134460</w:t>
        <w:br/>
        <w:t>v -0.812228 8.337794 -0.193569</w:t>
        <w:br/>
        <w:t>v -0.830149 8.768865 -0.248966</w:t>
        <w:br/>
        <w:t>v -1.212095 8.756125 -0.165949</w:t>
        <w:br/>
        <w:t>v -1.502397 8.735374 0.191486</w:t>
        <w:br/>
        <w:t>v -1.069556 7.279287 0.010520</w:t>
        <w:br/>
        <w:t>v -0.779657 7.292819 -0.061354</w:t>
        <w:br/>
        <w:t>v -0.290686 6.302615 0.391132</w:t>
        <w:br/>
        <w:t>v -0.341735 5.864379 0.207013</w:t>
        <w:br/>
        <w:t>v -0.474228 5.913805 -0.053281</w:t>
        <w:br/>
        <w:t>v -0.324141 5.594024 0.125505</w:t>
        <w:br/>
        <w:t>v -0.310182 5.312425 0.061214</w:t>
        <w:br/>
        <w:t>v -0.362902 5.266194 0.337266</w:t>
        <w:br/>
        <w:t>v -0.324141 5.594024 0.125505</w:t>
        <w:br/>
        <w:t>v -0.507329 5.225659 0.570358</w:t>
        <w:br/>
        <w:t>v -0.784290 3.197686 0.456073</w:t>
        <w:br/>
        <w:t>v -0.746902 2.712249 0.419412</w:t>
        <w:br/>
        <w:t>v -0.737507 2.560501 0.413275</w:t>
        <w:br/>
        <w:t>v -0.417110 2.722309 0.007006</w:t>
        <w:br/>
        <w:t>v -0.421171 3.233101 -0.067760</w:t>
        <w:br/>
        <w:t>v -0.417110 2.722309 0.007006</w:t>
        <w:br/>
        <w:t>v -1.266403 6.761114 0.327270</w:t>
        <w:br/>
        <w:t>v -1.081930 7.816426 1.230485</w:t>
        <w:br/>
        <w:t>v -0.448596 6.061236 0.703606</w:t>
        <w:br/>
        <w:t>v -0.313601 6.126395 0.360760</w:t>
        <w:br/>
        <w:t>v -0.341735 5.864379 0.207013</w:t>
        <w:br/>
        <w:t>v -0.313601 6.126395 0.360760</w:t>
        <w:br/>
        <w:t>v -0.465461 6.190661 0.056361</w:t>
        <w:br/>
        <w:t>v -0.773483 6.233195 -0.101046</w:t>
        <w:br/>
        <w:t>v -1.058012 6.227750 0.003187</w:t>
        <w:br/>
        <w:t>v -1.259059 6.177230 0.245598</w:t>
        <w:br/>
        <w:t>v -1.237918 6.144897 0.481519</w:t>
        <w:br/>
        <w:t>v -0.898518 6.027696 0.969308</w:t>
        <w:br/>
        <w:t>v -0.669740 6.022325 0.946558</w:t>
        <w:br/>
        <w:t>v -0.552943 6.036184 0.869514</w:t>
        <w:br/>
        <w:t>v -0.509051 6.237557 0.894542</w:t>
        <w:br/>
        <w:t>v -0.413420 6.254572 0.690741</w:t>
        <w:br/>
        <w:t>v -0.290686 6.302615 0.391132</w:t>
        <w:br/>
        <w:t>v -0.415789 2.566223 0.009760</w:t>
        <w:br/>
        <w:t>v -0.415789 2.566223 0.009760</w:t>
        <w:br/>
        <w:t>v -0.915916 2.556980 -0.253993</w:t>
        <w:br/>
        <w:t>v -0.730932 9.683182 1.473981</w:t>
        <w:br/>
        <w:t>v -0.630032 9.634574 1.423298</w:t>
        <w:br/>
        <w:t>v -0.741471 9.630511 1.468862</w:t>
        <w:br/>
        <w:t>v -1.142684 9.628764 1.515559</w:t>
        <w:br/>
        <w:t>v -1.017474 9.550839 1.517080</w:t>
        <w:br/>
        <w:t>v -1.041394 9.504459 1.515798</w:t>
        <w:br/>
        <w:t>v -1.227777 9.590858 1.498908</w:t>
        <w:br/>
        <w:t>v -0.769554 9.752908 -0.320286</w:t>
        <w:br/>
        <w:t>v -0.777427 9.701080 -0.322109</w:t>
        <w:br/>
        <w:t>v -0.628799 9.686454 -0.251103</w:t>
        <w:br/>
        <w:t>v -1.014795 9.748946 -0.377722</w:t>
        <w:br/>
        <w:t>v -1.130246 9.698301 -0.354217</w:t>
        <w:br/>
        <w:t>v -0.996697 9.688692 -0.369195</w:t>
        <w:br/>
        <w:t>v -1.003225 9.617937 -0.359298</w:t>
        <w:br/>
        <w:t>v -1.030868 9.565318 -0.348684</w:t>
        <w:br/>
        <w:t>v -1.243409 9.661226 -0.315959</w:t>
        <w:br/>
        <w:t>v -0.770435 9.619886 -0.313985</w:t>
        <w:br/>
        <w:t>v -0.544311 9.650762 -0.196307</w:t>
        <w:br/>
        <w:t>v -0.743383 9.572787 -0.296177</w:t>
        <w:br/>
        <w:t>v -0.738265 9.570521 1.460914</w:t>
        <w:br/>
        <w:t>v -0.703201 9.507024 1.438037</w:t>
        <w:br/>
        <w:t>v -0.527949 9.593286 1.358756</w:t>
        <w:br/>
        <w:t>v -1.027346 9.686829 1.526022</w:t>
        <w:br/>
        <w:t>v -1.011550 9.629606 1.522312</w:t>
        <w:br/>
        <w:t>v 0.879581 9.916659 1.535257</w:t>
        <w:br/>
        <w:t>v 0.875091 9.697616 1.560384</w:t>
        <w:br/>
        <w:t>v 0.782636 9.790867 1.510267</w:t>
        <w:br/>
        <w:t>v 0.733429 9.699668 1.498734</w:t>
        <w:br/>
        <w:t>v 0.622769 9.696593 1.443322</w:t>
        <w:br/>
        <w:t>v 0.746395 9.629517 1.491037</w:t>
        <w:br/>
        <w:t>v 0.742395 9.564849 1.482649</w:t>
        <w:br/>
        <w:t>v 0.451163 9.647161 1.322765</w:t>
        <w:br/>
        <w:t>v 0.198792 9.670165 1.023320</w:t>
        <w:br/>
        <w:t>v 0.202238 9.743259 1.051742</w:t>
        <w:br/>
        <w:t>v 0.489433 9.596918 1.356243</w:t>
        <w:br/>
        <w:t>v 0.617461 9.642306 1.439637</w:t>
        <w:br/>
        <w:t>v 0.968056 9.793871 1.546248</w:t>
        <w:br/>
        <w:t>v 1.138704 9.685360 1.538501</w:t>
        <w:br/>
        <w:t>v 1.022033 9.700108 1.546072</w:t>
        <w:br/>
        <w:t>v 1.006739 9.546033 1.536514</w:t>
        <w:br/>
        <w:t>v 1.000200 9.630321 1.542249</w:t>
        <w:br/>
        <w:t>v 1.549702 9.746287 1.301964</w:t>
        <w:br/>
        <w:t>v 1.564089 9.708570 1.274031</w:t>
        <w:br/>
        <w:t>v 1.325577 9.650041 1.485290</w:t>
        <w:br/>
        <w:t>v 1.149822 9.637840 1.540211</w:t>
        <w:br/>
        <w:t>v 0.132552 9.303902 0.604323</w:t>
        <w:br/>
        <w:t>v 0.196049 8.784105 0.582325</w:t>
        <w:br/>
        <w:t>v 0.356776 8.778999 0.039085</w:t>
        <w:br/>
        <w:t>v 0.189284 9.320327 0.264080</w:t>
        <w:br/>
        <w:t>v 0.197924 9.291237 0.933033</w:t>
        <w:br/>
        <w:t>v 0.308633 8.772497 0.997611</w:t>
        <w:br/>
        <w:t>v 0.196049 8.784105 0.582325</w:t>
        <w:br/>
        <w:t>v 0.132552 9.303902 0.604323</w:t>
        <w:br/>
        <w:t>v 0.365203 9.275401 1.221637</w:t>
        <w:br/>
        <w:t>v 0.864173 9.285134 1.534753</w:t>
        <w:br/>
        <w:t>v 1.149457 9.287687 1.514241</w:t>
        <w:br/>
        <w:t>v 0.846024 8.736465 1.454525</w:t>
        <w:br/>
        <w:t>v 1.666008 9.306403 0.869082</w:t>
        <w:br/>
        <w:t>v 1.544092 8.724931 0.805405</w:t>
        <w:br/>
        <w:t>v 1.440676 8.723221 1.088740</w:t>
        <w:br/>
        <w:t>v 1.546796 9.296026 1.174677</w:t>
        <w:br/>
        <w:t>v 1.694318 9.314464 0.487739</w:t>
        <w:br/>
        <w:t>v 1.565547 8.728478 0.483046</w:t>
        <w:br/>
        <w:t>v 0.569909 8.752687 1.306803</w:t>
        <w:br/>
        <w:t>v 0.571419 9.286671 1.393695</w:t>
        <w:br/>
        <w:t>v 0.991724 9.610993 -0.378789</w:t>
        <w:br/>
        <w:t>v 0.984002 9.688339 -0.387303</w:t>
        <w:br/>
        <w:t>v 0.883868 9.740343 -0.415474</w:t>
        <w:br/>
        <w:t>v 1.451531 9.656594 -0.217924</w:t>
        <w:br/>
        <w:t>v 1.660387 9.769707 0.052621</w:t>
        <w:br/>
        <w:t>v 1.646629 9.835407 0.010037</w:t>
        <w:br/>
        <w:t>v 1.378776 9.714182 -0.257514</w:t>
        <w:br/>
        <w:t>v 1.199738 9.736492 -0.354151</w:t>
        <w:br/>
        <w:t>v 1.139761 9.709125 -0.373708</w:t>
        <w:br/>
        <w:t>v 1.287383 9.664568 -0.319478</w:t>
        <w:br/>
        <w:t>v 1.016298 9.827786 -0.399137</w:t>
        <w:br/>
        <w:t>v 1.010023 9.767469 -0.396383</w:t>
        <w:br/>
        <w:t>v 0.889968 9.989494 -0.403614</w:t>
        <w:br/>
        <w:t>v 0.769963 9.765595 -0.346077</w:t>
        <w:br/>
        <w:t>v 0.767851 9.843179 -0.352642</w:t>
        <w:br/>
        <w:t>v 0.601678 9.740178 -0.260696</w:t>
        <w:br/>
        <w:t>v 0.613412 9.692262 -0.266003</w:t>
        <w:br/>
        <w:t>v 0.782905 9.701708 -0.343411</w:t>
        <w:br/>
        <w:t>v 0.776340 9.612402 -0.333740</w:t>
        <w:br/>
        <w:t>v 0.548316 9.317912 -0.192306</w:t>
        <w:br/>
        <w:t>v 0.830140 8.768863 -0.248965</w:t>
        <w:br/>
        <w:t>v 1.742989 9.784960 0.888161</w:t>
        <w:br/>
        <w:t>v 1.780165 9.797888 0.464562</w:t>
        <w:br/>
        <w:t>v 0.701824 9.487793 1.456250</w:t>
        <w:br/>
        <w:t>v 1.036256 9.489363 1.536413</w:t>
        <w:br/>
        <w:t>v 0.249966 9.752353 0.066304</w:t>
        <w:br/>
        <w:t>v 0.140274 9.780764 0.308714</w:t>
        <w:br/>
        <w:t>v 0.365530 9.334249 -0.052104</w:t>
        <w:br/>
        <w:t>v 1.611879 9.325068 0.145610</w:t>
        <w:br/>
        <w:t>v 1.502388 8.735371 0.191487</w:t>
        <w:br/>
        <w:t>v 1.253024 9.593798 1.517033</w:t>
        <w:br/>
        <w:t>v 0.448749 9.690300 -0.145295</w:t>
        <w:br/>
        <w:t>v 0.511983 9.649514 -0.196745</w:t>
        <w:br/>
        <w:t>v 0.275219 9.801201 0.010879</w:t>
        <w:br/>
        <w:t>v 1.126002 9.314440 -0.317442</w:t>
        <w:br/>
        <w:t>v 0.863796 9.317019 -0.321303</w:t>
        <w:br/>
        <w:t>v 1.415197 9.338587 -0.158714</w:t>
        <w:br/>
        <w:t>v 1.212086 8.756122 -0.165948</w:t>
        <w:br/>
        <w:t>v 1.384799 9.292605 1.395494</w:t>
        <w:br/>
        <w:t>v 1.171917 8.728289 1.372489</w:t>
        <w:br/>
        <w:t>v 0.103350 9.749711 0.636456</w:t>
        <w:br/>
        <w:t>v 0.103350 9.749711 0.636456</w:t>
        <w:br/>
        <w:t>v 0.745351 9.556914 -0.315316</w:t>
        <w:br/>
        <w:t>v 1.026221 9.544816 -0.370237</w:t>
        <w:br/>
        <w:t>v 0.776956 9.802656 1.488710</w:t>
        <w:br/>
        <w:t>v 0.880498 9.932494 1.510719</w:t>
        <w:br/>
        <w:t>v 0.629812 9.709816 1.423563</w:t>
        <w:br/>
        <w:t>v 0.738258 9.570520 1.460915</w:t>
        <w:br/>
        <w:t>v 0.741465 9.630509 1.468864</w:t>
        <w:br/>
        <w:t>v 0.202238 9.743259 1.051742</w:t>
        <w:br/>
        <w:t>v 0.208765 9.761960 1.035329</w:t>
        <w:br/>
        <w:t>v 0.463174 9.660694 1.309709</w:t>
        <w:br/>
        <w:t>v 0.202238 9.743259 1.051742</w:t>
        <w:br/>
        <w:t>v 0.207784 9.686377 1.009937</w:t>
        <w:br/>
        <w:t>v 0.208765 9.761960 1.035329</w:t>
        <w:br/>
        <w:t>v 0.489433 9.596918 1.356243</w:t>
        <w:br/>
        <w:t>v 0.617461 9.642306 1.439637</w:t>
        <w:br/>
        <w:t>v 0.630025 9.634572 1.423299</w:t>
        <w:br/>
        <w:t>v 0.527942 9.593284 1.358757</w:t>
        <w:br/>
        <w:t>v 0.733429 9.699668 1.498734</w:t>
        <w:br/>
        <w:t>v 0.730926 9.683180 1.473982</w:t>
        <w:br/>
        <w:t>v 0.730926 9.683180 1.473982</w:t>
        <w:br/>
        <w:t>v 0.968056 9.793871 1.546248</w:t>
        <w:br/>
        <w:t>v 0.879581 9.916659 1.535257</w:t>
        <w:br/>
        <w:t>v 0.880498 9.932494 1.510719</w:t>
        <w:br/>
        <w:t>v 0.970947 9.805246 1.525622</w:t>
        <w:br/>
        <w:t>v 1.138855 9.698182 1.517334</w:t>
        <w:br/>
        <w:t>v 1.011544 9.629604 1.522314</w:t>
        <w:br/>
        <w:t>v 1.017467 9.550838 1.517082</w:t>
        <w:br/>
        <w:t>v 1.549702 9.746287 1.301964</w:t>
        <w:br/>
        <w:t>v 1.317075 9.663786 1.470951</w:t>
        <w:br/>
        <w:t>v 1.542810 9.765454 1.288480</w:t>
        <w:br/>
        <w:t>v 1.549702 9.746287 1.301964</w:t>
        <w:br/>
        <w:t>v 1.555236 9.725309 1.262120</w:t>
        <w:br/>
        <w:t>v 1.022033 9.700108 1.546072</w:t>
        <w:br/>
        <w:t>v 1.149822 9.637840 1.540211</w:t>
        <w:br/>
        <w:t>v 1.142678 9.628760 1.515560</w:t>
        <w:br/>
        <w:t>v 1.027340 9.686827 1.526024</w:t>
        <w:br/>
        <w:t>v 1.027340 9.686827 1.526024</w:t>
        <w:br/>
        <w:t>v 1.003218 9.617935 -0.359297</w:t>
        <w:br/>
        <w:t>v 0.996691 9.688689 -0.369194</w:t>
        <w:br/>
        <w:t>v 1.646629 9.835407 0.010037</w:t>
        <w:br/>
        <w:t>v 1.650175 9.783151 0.065762</w:t>
        <w:br/>
        <w:t>v 1.635801 9.849102 0.027454</w:t>
        <w:br/>
        <w:t>v 1.646629 9.835407 0.010037</w:t>
        <w:br/>
        <w:t>v 1.635801 9.849102 0.027454</w:t>
        <w:br/>
        <w:t>v 1.366124 9.725199 -0.243015</w:t>
        <w:br/>
        <w:t>v 1.130240 9.698298 -0.354216</w:t>
        <w:br/>
        <w:t>v 1.243403 9.661222 -0.315958</w:t>
        <w:br/>
        <w:t>v 1.204228 9.746541 -0.331125</w:t>
        <w:br/>
        <w:t>v 1.014789 9.748945 -0.377721</w:t>
        <w:br/>
        <w:t>v 1.016298 9.827786 -0.399137</w:t>
        <w:br/>
        <w:t>v 1.204228 9.746541 -0.331125</w:t>
        <w:br/>
        <w:t>v 1.021291 9.836652 -0.378803</w:t>
        <w:br/>
        <w:t>v 0.889968 9.989494 -0.403614</w:t>
        <w:br/>
        <w:t>v 1.021291 9.836652 -0.378803</w:t>
        <w:br/>
        <w:t>v 0.893703 10.009627 -0.379393</w:t>
        <w:br/>
        <w:t>v 0.767851 9.843179 -0.352642</w:t>
        <w:br/>
        <w:t>v 0.768995 9.853354 -0.332421</w:t>
        <w:br/>
        <w:t>v 0.607099 9.749560 -0.239317</w:t>
        <w:br/>
        <w:t>v 0.769963 9.765595 -0.346077</w:t>
        <w:br/>
        <w:t>v 0.613412 9.692262 -0.266003</w:t>
        <w:br/>
        <w:t>v 0.628793 9.686452 -0.251102</w:t>
        <w:br/>
        <w:t>v 0.769548 9.752907 -0.320285</w:t>
        <w:br/>
        <w:t>v 0.889968 9.989494 -0.403614</w:t>
        <w:br/>
        <w:t>v 0.893703 10.009627 -0.379393</w:t>
        <w:br/>
        <w:t>v 0.768995 9.853354 -0.332421</w:t>
        <w:br/>
        <w:t>v 0.769548 9.752907 -0.320285</w:t>
        <w:br/>
        <w:t>v 0.777421 9.701078 -0.322108</w:t>
        <w:br/>
        <w:t>v 0.770429 9.619884 -0.313984</w:t>
        <w:br/>
        <w:t>v 1.726527 9.800355 0.885595</w:t>
        <w:br/>
        <w:t>v 1.763854 9.813508 0.465818</w:t>
        <w:br/>
        <w:t>v 0.527942 9.593284 1.358757</w:t>
        <w:br/>
        <w:t>v 0.703195 9.507022 1.438038</w:t>
        <w:br/>
        <w:t>v 0.745351 9.556914 -0.315316</w:t>
        <w:br/>
        <w:t>v 0.743377 9.572785 -0.296176</w:t>
        <w:br/>
        <w:t>v 0.544304 9.650760 -0.196306</w:t>
        <w:br/>
        <w:t>v 0.258782 9.766200 0.079986</w:t>
        <w:br/>
        <w:t>v 0.156837 9.795792 0.313014</w:t>
        <w:br/>
        <w:t>v 1.253024 9.593798 1.517033</w:t>
        <w:br/>
        <w:t>v 1.036256 9.489363 1.536413</w:t>
        <w:br/>
        <w:t>v 1.041388 9.504455 1.515799</w:t>
        <w:br/>
        <w:t>v 1.227770 9.590855 1.498909</w:t>
        <w:br/>
        <w:t>v 0.607099 9.749560 -0.239317</w:t>
        <w:br/>
        <w:t>v 0.459753 9.709341 -0.133550</w:t>
        <w:br/>
        <w:t>v 0.511983 9.649514 -0.196745</w:t>
        <w:br/>
        <w:t>v 0.544304 9.650760 -0.196306</w:t>
        <w:br/>
        <w:t>v 0.287255 9.820957 0.023204</w:t>
        <w:br/>
        <w:t>v 0.287255 9.820957 0.023204</w:t>
        <w:br/>
        <w:t>v 1.253024 9.593798 1.517033</w:t>
        <w:br/>
        <w:t>v 1.227770 9.590855 1.498909</w:t>
        <w:br/>
        <w:t>v 1.138855 9.698182 1.517334</w:t>
        <w:br/>
        <w:t>v 0.121171 9.763469 0.637587</w:t>
        <w:br/>
        <w:t>v 0.121171 9.763469 0.637587</w:t>
        <w:br/>
        <w:t>v 0.743377 9.572785 -0.296176</w:t>
        <w:br/>
        <w:t>v 1.030861 9.565316 -0.348682</w:t>
        <w:br/>
        <w:t>v 1.287383 9.664568 -0.319478</w:t>
        <w:br/>
        <w:t>v 1.243403 9.661222 -0.315958</w:t>
        <w:br/>
        <w:t>v 1.041388 9.504455 1.515799</w:t>
        <w:br/>
        <w:t>v -0.875098 9.697618 1.560383</w:t>
        <w:br/>
        <w:t>v -0.879587 9.916661 1.535255</w:t>
        <w:br/>
        <w:t>v -0.782642 9.790869 1.510266</w:t>
        <w:br/>
        <w:t>v -0.622775 9.696595 1.443321</w:t>
        <w:br/>
        <w:t>v -0.733435 9.699670 1.498733</w:t>
        <w:br/>
        <w:t>v -0.746401 9.629519 1.491036</w:t>
        <w:br/>
        <w:t>v -0.742402 9.564851 1.482647</w:t>
        <w:br/>
        <w:t>v -0.198798 9.670165 1.023318</w:t>
        <w:br/>
        <w:t>v -0.451170 9.647162 1.322763</w:t>
        <w:br/>
        <w:t>v -0.202244 9.743259 1.051741</w:t>
        <w:br/>
        <w:t>v -0.489440 9.596920 1.356242</w:t>
        <w:br/>
        <w:t>v -0.617468 9.642308 1.439636</w:t>
        <w:br/>
        <w:t>v -0.968062 9.793873 1.546247</w:t>
        <w:br/>
        <w:t>v -1.138710 9.685365 1.538500</w:t>
        <w:br/>
        <w:t>v -1.022039 9.700109 1.546071</w:t>
        <w:br/>
        <w:t>v -1.006746 9.546035 1.536512</w:t>
        <w:br/>
        <w:t>v -1.000206 9.630322 1.542247</w:t>
        <w:br/>
        <w:t>v -1.564095 9.708575 1.274030</w:t>
        <w:br/>
        <w:t>v -1.549708 9.746291 1.301962</w:t>
        <w:br/>
        <w:t>v -1.325583 9.650043 1.485289</w:t>
        <w:br/>
        <w:t>v -1.149828 9.637844 1.540210</w:t>
        <w:br/>
        <w:t>v -0.356785 8.779001 0.039084</w:t>
        <w:br/>
        <w:t>v -0.196058 8.784105 0.582323</w:t>
        <w:br/>
        <w:t>v -0.132559 9.303902 0.604322</w:t>
        <w:br/>
        <w:t>v -0.189291 9.320327 0.264079</w:t>
        <w:br/>
        <w:t>v -0.196058 8.784105 0.582323</w:t>
        <w:br/>
        <w:t>v -0.308642 8.772497 0.997610</w:t>
        <w:br/>
        <w:t>v -0.197931 9.291237 0.933032</w:t>
        <w:br/>
        <w:t>v -0.132559 9.303902 0.604322</w:t>
        <w:br/>
        <w:t>v -0.365210 9.275403 1.221636</w:t>
        <w:br/>
        <w:t>v -1.149464 9.287691 1.514239</w:t>
        <w:br/>
        <w:t>v -0.864180 9.285136 1.534751</w:t>
        <w:br/>
        <w:t>v -0.846033 8.736466 1.454524</w:t>
        <w:br/>
        <w:t>v -1.440684 8.723225 1.088739</w:t>
        <w:br/>
        <w:t>v -1.544100 8.724935 0.805404</w:t>
        <w:br/>
        <w:t>v -1.666016 9.306406 0.869081</w:t>
        <w:br/>
        <w:t>v -1.546803 9.296029 1.174675</w:t>
        <w:br/>
        <w:t>v -1.565556 8.728482 0.483045</w:t>
        <w:br/>
        <w:t>v -1.694325 9.314467 0.487738</w:t>
        <w:br/>
        <w:t>v -0.569918 8.752689 1.306801</w:t>
        <w:br/>
        <w:t>v -0.571426 9.286673 1.393694</w:t>
        <w:br/>
        <w:t>v -0.984008 9.688340 -0.387304</w:t>
        <w:br/>
        <w:t>v -0.991730 9.610996 -0.378790</w:t>
        <w:br/>
        <w:t>v -0.883874 9.740345 -0.415475</w:t>
        <w:br/>
        <w:t>v -1.646634 9.835410 0.010036</w:t>
        <w:br/>
        <w:t>v -1.660393 9.769711 0.052620</w:t>
        <w:br/>
        <w:t>v -1.451536 9.656598 -0.217925</w:t>
        <w:br/>
        <w:t>v -1.378782 9.714186 -0.257515</w:t>
        <w:br/>
        <w:t>v -1.139767 9.709129 -0.373709</w:t>
        <w:br/>
        <w:t>v -1.199744 9.736496 -0.354153</w:t>
        <w:br/>
        <w:t>v -1.287389 9.664572 -0.319479</w:t>
        <w:br/>
        <w:t>v -1.010028 9.767472 -0.396384</w:t>
        <w:br/>
        <w:t>v -1.016304 9.827788 -0.399138</w:t>
        <w:br/>
        <w:t>v -0.889973 9.989496 -0.403615</w:t>
        <w:br/>
        <w:t>v -0.601684 9.740180 -0.260697</w:t>
        <w:br/>
        <w:t>v -0.767856 9.843181 -0.352643</w:t>
        <w:br/>
        <w:t>v -0.769969 9.765597 -0.346079</w:t>
        <w:br/>
        <w:t>v -0.613418 9.692264 -0.266005</w:t>
        <w:br/>
        <w:t>v -0.782911 9.701709 -0.343412</w:t>
        <w:br/>
        <w:t>v -0.776346 9.612404 -0.333741</w:t>
        <w:br/>
        <w:t>v -0.548323 9.317914 -0.192307</w:t>
        <w:br/>
        <w:t>v -0.830149 8.768865 -0.248966</w:t>
        <w:br/>
        <w:t>v -1.742995 9.784966 0.888160</w:t>
        <w:br/>
        <w:t>v -1.780171 9.797894 0.464561</w:t>
        <w:br/>
        <w:t>v -0.701831 9.487794 1.456249</w:t>
        <w:br/>
        <w:t>v -1.036263 9.489365 1.536412</w:t>
        <w:br/>
        <w:t>v -0.140280 9.780764 0.308713</w:t>
        <w:br/>
        <w:t>v -0.249972 9.752353 0.066300</w:t>
        <w:br/>
        <w:t>v -0.365537 9.334250 -0.052105</w:t>
        <w:br/>
        <w:t>v -1.502397 8.735374 0.191486</w:t>
        <w:br/>
        <w:t>v -1.611887 9.325070 0.145609</w:t>
        <w:br/>
        <w:t>v -1.253030 9.593801 1.517032</w:t>
        <w:br/>
        <w:t>v -0.448755 9.690302 -0.145296</w:t>
        <w:br/>
        <w:t>v -0.511989 9.649516 -0.196746</w:t>
        <w:br/>
        <w:t>v -0.275225 9.801200 0.010876</w:t>
        <w:br/>
        <w:t>v -0.863803 9.317020 -0.321304</w:t>
        <w:br/>
        <w:t>v -1.126009 9.314444 -0.317443</w:t>
        <w:br/>
        <w:t>v -1.415204 9.338590 -0.158716</w:t>
        <w:br/>
        <w:t>v -1.212095 8.756125 -0.165949</w:t>
        <w:br/>
        <w:t>v -1.384806 9.292609 1.395492</w:t>
        <w:br/>
        <w:t>v -1.171926 8.728292 1.372488</w:t>
        <w:br/>
        <w:t>v -0.103356 9.749711 0.636455</w:t>
        <w:br/>
        <w:t>v -0.103356 9.749711 0.636455</w:t>
        <w:br/>
        <w:t>v -0.745358 9.556916 -0.315317</w:t>
        <w:br/>
        <w:t>v -1.026227 9.544818 -0.370238</w:t>
        <w:br/>
        <w:t>v -0.776962 9.802658 1.488708</w:t>
        <w:br/>
        <w:t>v -0.880503 9.932496 1.510717</w:t>
        <w:br/>
        <w:t>v -0.629818 9.709818 1.423562</w:t>
        <w:br/>
        <w:t>v -0.738265 9.570521 1.460914</w:t>
        <w:br/>
        <w:t>v -0.741471 9.630511 1.468862</w:t>
        <w:br/>
        <w:t>v -0.208771 9.761960 1.035328</w:t>
        <w:br/>
        <w:t>v -0.202244 9.743259 1.051741</w:t>
        <w:br/>
        <w:t>v -0.463180 9.660695 1.309708</w:t>
        <w:br/>
        <w:t>v -0.207791 9.686377 1.009936</w:t>
        <w:br/>
        <w:t>v -0.202244 9.743259 1.051741</w:t>
        <w:br/>
        <w:t>v -0.208771 9.761960 1.035328</w:t>
        <w:br/>
        <w:t>v -0.630032 9.634574 1.423298</w:t>
        <w:br/>
        <w:t>v -0.617468 9.642308 1.439636</w:t>
        <w:br/>
        <w:t>v -0.489440 9.596920 1.356242</w:t>
        <w:br/>
        <w:t>v -0.527949 9.593286 1.358756</w:t>
        <w:br/>
        <w:t>v -0.730932 9.683182 1.473981</w:t>
        <w:br/>
        <w:t>v -0.733435 9.699670 1.498733</w:t>
        <w:br/>
        <w:t>v -0.730932 9.683182 1.473981</w:t>
        <w:br/>
        <w:t>v -0.880503 9.932496 1.510717</w:t>
        <w:br/>
        <w:t>v -0.879587 9.916661 1.535255</w:t>
        <w:br/>
        <w:t>v -0.968062 9.793873 1.546247</w:t>
        <w:br/>
        <w:t>v -0.970953 9.805248 1.525620</w:t>
        <w:br/>
        <w:t>v -1.138861 9.698186 1.517332</w:t>
        <w:br/>
        <w:t>v -1.011550 9.629606 1.522312</w:t>
        <w:br/>
        <w:t>v -1.017474 9.550839 1.517080</w:t>
        <w:br/>
        <w:t>v -1.317082 9.663790 1.470950</w:t>
        <w:br/>
        <w:t>v -1.549708 9.746291 1.301962</w:t>
        <w:br/>
        <w:t>v -1.542816 9.765458 1.288479</w:t>
        <w:br/>
        <w:t>v -1.549708 9.746291 1.301962</w:t>
        <w:br/>
        <w:t>v -1.555241 9.725313 1.262119</w:t>
        <w:br/>
        <w:t>v -1.142684 9.628764 1.515559</w:t>
        <w:br/>
        <w:t>v -1.149828 9.637844 1.540210</w:t>
        <w:br/>
        <w:t>v -1.022039 9.700109 1.546071</w:t>
        <w:br/>
        <w:t>v -1.027346 9.686829 1.526022</w:t>
        <w:br/>
        <w:t>v -1.027346 9.686829 1.526022</w:t>
        <w:br/>
        <w:t>v -1.003225 9.617937 -0.359298</w:t>
        <w:br/>
        <w:t>v -0.996697 9.688692 -0.369195</w:t>
        <w:br/>
        <w:t>v -1.650181 9.783154 0.065761</w:t>
        <w:br/>
        <w:t>v -1.646634 9.835410 0.010036</w:t>
        <w:br/>
        <w:t>v -1.635806 9.849106 0.027453</w:t>
        <w:br/>
        <w:t>v -1.635806 9.849106 0.027453</w:t>
        <w:br/>
        <w:t>v -1.646634 9.835410 0.010036</w:t>
        <w:br/>
        <w:t>v -1.366130 9.725202 -0.243016</w:t>
        <w:br/>
        <w:t>v -1.130246 9.698301 -0.354217</w:t>
        <w:br/>
        <w:t>v -1.243409 9.661226 -0.315959</w:t>
        <w:br/>
        <w:t>v -1.204233 9.746544 -0.331126</w:t>
        <w:br/>
        <w:t>v -1.014795 9.748946 -0.377722</w:t>
        <w:br/>
        <w:t>v -1.204233 9.746544 -0.331126</w:t>
        <w:br/>
        <w:t>v -1.016304 9.827788 -0.399138</w:t>
        <w:br/>
        <w:t>v -1.021297 9.836655 -0.378804</w:t>
        <w:br/>
        <w:t>v -1.021297 9.836655 -0.378804</w:t>
        <w:br/>
        <w:t>v -0.889973 9.989496 -0.403615</w:t>
        <w:br/>
        <w:t>v -0.893709 10.009631 -0.379394</w:t>
        <w:br/>
        <w:t>v -0.769001 9.853355 -0.332422</w:t>
        <w:br/>
        <w:t>v -0.767856 9.843181 -0.352643</w:t>
        <w:br/>
        <w:t>v -0.607105 9.749562 -0.239319</w:t>
        <w:br/>
        <w:t>v -0.628799 9.686454 -0.251103</w:t>
        <w:br/>
        <w:t>v -0.613418 9.692264 -0.266005</w:t>
        <w:br/>
        <w:t>v -0.769969 9.765597 -0.346079</w:t>
        <w:br/>
        <w:t>v -0.769554 9.752908 -0.320286</w:t>
        <w:br/>
        <w:t>v -0.893709 10.009631 -0.379394</w:t>
        <w:br/>
        <w:t>v -0.889973 9.989496 -0.403615</w:t>
        <w:br/>
        <w:t>v -0.769001 9.853355 -0.332422</w:t>
        <w:br/>
        <w:t>v -0.769554 9.752908 -0.320286</w:t>
        <w:br/>
        <w:t>v -0.777427 9.701080 -0.322109</w:t>
        <w:br/>
        <w:t>v -0.770435 9.619886 -0.313985</w:t>
        <w:br/>
        <w:t>v -1.726533 9.800358 0.885593</w:t>
        <w:br/>
        <w:t>v -1.763860 9.813514 0.465817</w:t>
        <w:br/>
        <w:t>v -0.527949 9.593286 1.358756</w:t>
        <w:br/>
        <w:t>v -0.703201 9.507024 1.438037</w:t>
        <w:br/>
        <w:t>v -0.743383 9.572787 -0.296177</w:t>
        <w:br/>
        <w:t>v -0.745358 9.556916 -0.315317</w:t>
        <w:br/>
        <w:t>v -0.544311 9.650762 -0.196307</w:t>
        <w:br/>
        <w:t>v -0.258788 9.766200 0.079984</w:t>
        <w:br/>
        <w:t>v -0.156843 9.795792 0.313013</w:t>
        <w:br/>
        <w:t>v -1.041394 9.504459 1.515798</w:t>
        <w:br/>
        <w:t>v -1.036263 9.489365 1.536412</w:t>
        <w:br/>
        <w:t>v -1.253030 9.593801 1.517032</w:t>
        <w:br/>
        <w:t>v -1.227777 9.590858 1.498908</w:t>
        <w:br/>
        <w:t>v -0.607105 9.749562 -0.239319</w:t>
        <w:br/>
        <w:t>v -0.459759 9.709342 -0.133551</w:t>
        <w:br/>
        <w:t>v -0.544311 9.650762 -0.196307</w:t>
        <w:br/>
        <w:t>v -0.511989 9.649516 -0.196746</w:t>
        <w:br/>
        <w:t>v -0.287261 9.820957 0.023201</w:t>
        <w:br/>
        <w:t>v -1.227777 9.590858 1.498908</w:t>
        <w:br/>
        <w:t>v -1.253030 9.593801 1.517032</w:t>
        <w:br/>
        <w:t>v -1.138861 9.698186 1.517332</w:t>
        <w:br/>
        <w:t>v -0.121177 9.763470 0.637586</w:t>
        <w:br/>
        <w:t>v -0.121177 9.763470 0.637586</w:t>
        <w:br/>
        <w:t>v -0.743383 9.572787 -0.296177</w:t>
        <w:br/>
        <w:t>v -1.030868 9.565318 -0.348684</w:t>
        <w:br/>
        <w:t>v -1.243409 9.661226 -0.315959</w:t>
        <w:br/>
        <w:t>v -1.287389 9.664572 -0.319479</w:t>
        <w:br/>
        <w:t>v -1.041394 9.504459 1.515798</w:t>
        <w:br/>
        <w:t>v -0.362694 0.868996 0.146891</w:t>
        <w:br/>
        <w:t>v -0.356670 1.000911 0.026497</w:t>
        <w:br/>
        <w:t>v -0.384137 0.774384 -0.008629</w:t>
        <w:br/>
        <w:t>v -0.366177 1.480588 -0.153345</w:t>
        <w:br/>
        <w:t>v -0.336798 1.378794 -0.028663</w:t>
        <w:br/>
        <w:t>v -0.342521 1.452882 0.046959</w:t>
        <w:br/>
        <w:t>v -0.336044 1.204774 0.038181</w:t>
        <w:br/>
        <w:t>v -0.340458 1.165058 0.263186</w:t>
        <w:br/>
        <w:t>v -0.344044 0.566846 0.941645</w:t>
        <w:br/>
        <w:t>v -0.474700 0.609115 1.090462</w:t>
        <w:br/>
        <w:t>v -0.410862 0.673079 0.945104</w:t>
        <w:br/>
        <w:t>v -0.662579 0.612574 1.124066</w:t>
        <w:br/>
        <w:t>v -0.847403 0.594691 1.091745</w:t>
        <w:br/>
        <w:t>v -0.678476 0.711752 0.996051</w:t>
        <w:br/>
        <w:t>v -0.935915 0.896413 0.709611</w:t>
        <w:br/>
        <w:t>v -1.032641 0.604086 0.551537</w:t>
        <w:br/>
        <w:t>v -1.013726 0.859841 0.346164</w:t>
        <w:br/>
        <w:t>v -0.962728 0.638457 0.907299</w:t>
        <w:br/>
        <w:t>v -0.993239 0.550987 0.968144</w:t>
        <w:br/>
        <w:t>v -1.051053 0.494042 0.789357</w:t>
        <w:br/>
        <w:t>v -0.334611 0.492231 0.373505</w:t>
        <w:br/>
        <w:t>v -0.348923 0.772357 0.536810</w:t>
        <w:br/>
        <w:t>v -0.375208 0.690373 0.268970</w:t>
        <w:br/>
        <w:t>v -0.696169 2.248066 -0.328471</w:t>
        <w:br/>
        <w:t>v -0.900460 2.240709 -0.243869</w:t>
        <w:br/>
        <w:t>v -0.894877 2.039335 -0.241354</w:t>
        <w:br/>
        <w:t>v -0.689290 2.041511 -0.327754</w:t>
        <w:br/>
        <w:t>v -1.018970 0.492395 0.373480</w:t>
        <w:br/>
        <w:t>v -1.003765 0.573878 0.309642</w:t>
        <w:br/>
        <w:t>v -0.685794 1.300833 0.652414</w:t>
        <w:br/>
        <w:t>v -0.689479 1.630637 0.500705</w:t>
        <w:br/>
        <w:t>v -0.439925 1.626084 0.358251</w:t>
        <w:br/>
        <w:t>v -0.431625 1.241358 0.527341</w:t>
        <w:br/>
        <w:t>v -0.308012 0.502970 0.772052</w:t>
        <w:br/>
        <w:t>v -0.378817 0.686562 0.157744</w:t>
        <w:br/>
        <w:t>v -1.014178 0.998182 0.084525</w:t>
        <w:br/>
        <w:t>v -1.018492 1.121519 0.187526</w:t>
        <w:br/>
        <w:t>v -0.922458 1.233863 0.507181</w:t>
        <w:br/>
        <w:t>v -0.685505 0.970738 0.822308</w:t>
        <w:br/>
        <w:t>v -0.685794 1.300833 0.652414</w:t>
        <w:br/>
        <w:t>v -0.426054 0.916949 0.731984</w:t>
        <w:br/>
        <w:t>v -1.039910 0.464903 0.571294</w:t>
        <w:br/>
        <w:t>v -0.384274 1.812292 0.025190</w:t>
        <w:br/>
        <w:t>v -0.467253 1.818429 -0.249416</w:t>
        <w:br/>
        <w:t>v -0.456211 1.593852 -0.276393</w:t>
        <w:br/>
        <w:t>v -0.358404 1.604126 0.039451</w:t>
        <w:br/>
        <w:t>v -0.683039 1.821297 -0.337803</w:t>
        <w:br/>
        <w:t>v -0.672073 1.582533 -0.368528</w:t>
        <w:br/>
        <w:t>v -0.898360 1.817738 -0.243317</w:t>
        <w:br/>
        <w:t>v -0.683039 1.821297 -0.337803</w:t>
        <w:br/>
        <w:t>v -0.970184 2.033047 0.008967</w:t>
        <w:br/>
        <w:t>v -0.969254 1.810758 0.022625</w:t>
        <w:br/>
        <w:t>v -0.910120 1.806846 0.284277</w:t>
        <w:br/>
        <w:t>v -0.918194 1.622853 0.331388</w:t>
        <w:br/>
        <w:t>v -0.982912 1.608327 0.043187</w:t>
        <w:br/>
        <w:t>v -0.694358 1.804619 0.439458</w:t>
        <w:br/>
        <w:t>v -0.903554 2.026657 0.263300</w:t>
        <w:br/>
        <w:t>v -0.704495 2.023148 0.402446</w:t>
        <w:br/>
        <w:t>v -0.694358 1.804619 0.439458</w:t>
        <w:br/>
        <w:t>v -0.457079 1.808518 0.313102</w:t>
        <w:br/>
        <w:t>v -0.404019 2.032832 0.017595</w:t>
        <w:br/>
        <w:t>v -0.473893 2.039234 -0.237254</w:t>
        <w:br/>
        <w:t>v -0.689290 2.041511 -0.327754</w:t>
        <w:br/>
        <w:t>v -0.913314 1.593890 -0.253391</w:t>
        <w:br/>
        <w:t>v -0.672073 1.582533 -0.368528</w:t>
        <w:br/>
        <w:t>v -0.689479 1.630637 0.500705</w:t>
        <w:br/>
        <w:t>v -0.704495 2.023148 0.402446</w:t>
        <w:br/>
        <w:t>v -0.476320 2.026191 0.281511</w:t>
        <w:br/>
        <w:t>v -1.003123 1.418360 0.078086</w:t>
        <w:br/>
        <w:t>v -0.469014 1.554009 -0.297270</w:t>
        <w:br/>
        <w:t>v -1.020692 1.233751 0.024284</w:t>
        <w:br/>
        <w:t>v -1.005801 1.394881 -0.067423</w:t>
        <w:br/>
        <w:t>v -0.946453 1.530744 -0.219397</w:t>
        <w:br/>
        <w:t>v -0.847225 1.569768 -0.320876</w:t>
        <w:br/>
        <w:t>v -0.847225 1.569768 -0.320876</w:t>
        <w:br/>
        <w:t>v -0.355979 0.577700 0.309265</w:t>
        <w:br/>
        <w:t>v -0.966954 0.744414 0.052291</w:t>
        <w:br/>
        <w:t>v -0.321746 0.473731 0.585292</w:t>
        <w:br/>
        <w:t>v -1.075099 0.277639 1.105176</w:t>
        <w:br/>
        <w:t>v -1.074797 0.485603 0.797318</w:t>
        <w:br/>
        <w:t>v -1.023460 0.560433 0.986355</w:t>
        <w:br/>
        <w:t>v -0.966954 0.744414 0.052291</w:t>
        <w:br/>
        <w:t>v -0.954428 0.803864 -0.092401</w:t>
        <w:br/>
        <w:t>v -1.037042 0.998333 0.076413</w:t>
        <w:br/>
        <w:t>v -0.925892 0.842926 -0.221360</w:t>
        <w:br/>
        <w:t>v -0.858079 0.874116 -0.349840</w:t>
        <w:br/>
        <w:t>v -1.017775 1.026340 -0.224893</w:t>
        <w:br/>
        <w:t>v -0.767555 0.886705 -0.433863</w:t>
        <w:br/>
        <w:t>v -0.868078 1.054538 -0.417224</w:t>
        <w:br/>
        <w:t>v -0.668439 1.058662 -0.515132</w:t>
        <w:br/>
        <w:t>v -0.449848 1.048852 -0.412207</w:t>
        <w:br/>
        <w:t>v -0.668439 1.058662 -0.515132</w:t>
        <w:br/>
        <w:t>v -0.541581 0.885963 -0.428619</w:t>
        <w:br/>
        <w:t>v -0.450075 0.858621 -0.298742</w:t>
        <w:br/>
        <w:t>v -0.397770 0.820891 -0.142254</w:t>
        <w:br/>
        <w:t>v -0.339805 1.009161 -0.201941</w:t>
        <w:br/>
        <w:t>v -1.012694 1.250239 -0.224327</w:t>
        <w:br/>
        <w:t>v -1.044562 1.223728 0.014940</w:t>
        <w:br/>
        <w:t>v -0.872441 1.285039 -0.427348</w:t>
        <w:br/>
        <w:t>v -0.670564 1.297501 -0.485175</w:t>
        <w:br/>
        <w:t>v -0.670564 1.297501 -0.485175</w:t>
        <w:br/>
        <w:t>v -0.437297 1.283842 -0.379948</w:t>
        <w:br/>
        <w:t>v -0.315481 1.244541 -0.168840</w:t>
        <w:br/>
        <w:t>v -0.978624 1.533800 -0.230162</w:t>
        <w:br/>
        <w:t>v -1.037934 1.391925 -0.074894</w:t>
        <w:br/>
        <w:t>v -0.854909 1.567504 -0.341589</w:t>
        <w:br/>
        <w:t>v -0.456148 1.557921 -0.312789</w:t>
        <w:br/>
        <w:t>v -0.672073 1.582533 -0.381909</w:t>
        <w:br/>
        <w:t>v -0.332912 1.477884 -0.157898</w:t>
        <w:br/>
        <w:t>v -0.281841 0.221146 0.491195</w:t>
        <w:br/>
        <w:t>v -0.307912 0.230464 0.505985</w:t>
        <w:br/>
        <w:t>v -0.334611 0.492231 0.373505</w:t>
        <w:br/>
        <w:t>v -0.325292 0.478321 0.363016</w:t>
        <w:br/>
        <w:t>v -0.267466 0.167330 0.791130</w:t>
        <w:br/>
        <w:t>v -0.291965 0.173996 0.594422</w:t>
        <w:br/>
        <w:t>v -0.259593 0.154792 0.581934</w:t>
        <w:br/>
        <w:t>v -0.228441 0.147271 0.791130</w:t>
        <w:br/>
        <w:t>v -1.040929 0.481302 0.365154</w:t>
        <w:br/>
        <w:t>v -1.018970 0.492395 0.373480</w:t>
        <w:br/>
        <w:t>v -1.061730 0.214757 0.524686</w:t>
        <w:br/>
        <w:t>v -1.087852 0.204319 0.511757</w:t>
        <w:br/>
        <w:t>v -0.343125 0.566394 0.302197</w:t>
        <w:br/>
        <w:t>v -0.355979 0.577700 0.309265</w:t>
        <w:br/>
        <w:t>v -0.378817 0.686562 0.157744</w:t>
        <w:br/>
        <w:t>v -0.364304 0.676677 0.151959</w:t>
        <w:br/>
        <w:t>v -1.003765 0.573878 0.309642</w:t>
        <w:br/>
        <w:t>v -1.021599 0.567338 0.300512</w:t>
        <w:br/>
        <w:t>v -0.984410 0.740428 0.036407</w:t>
        <w:br/>
        <w:t>v -0.966954 0.744414 0.052291</w:t>
        <w:br/>
        <w:t>v -1.065566 0.167332 0.595667</w:t>
        <w:br/>
        <w:t>v -1.094216 0.147272 0.573180</w:t>
        <w:br/>
        <w:t>v -0.848559 0.816151 -0.353060</w:t>
        <w:br/>
        <w:t>v -0.876102 0.781741 -0.213021</w:t>
        <w:br/>
        <w:t>v -0.769843 0.830639 -0.433750</w:t>
        <w:br/>
        <w:t>v -0.675910 0.832990 -0.457067</w:t>
        <w:br/>
        <w:t>v -0.672552 0.890528 -0.467769</w:t>
        <w:br/>
        <w:t>v -0.552347 0.825118 -0.417024</w:t>
        <w:br/>
        <w:t>v -0.672552 0.890528 -0.467769</w:t>
        <w:br/>
        <w:t>v -0.675910 0.832990 -0.457067</w:t>
        <w:br/>
        <w:t>v -0.364304 0.676677 0.151959</w:t>
        <w:br/>
        <w:t>v -0.449975 0.637452 0.073331</w:t>
        <w:br/>
        <w:t>v -0.432217 0.522238 0.200818</w:t>
        <w:br/>
        <w:t>v -0.281841 0.221146 0.491195</w:t>
        <w:br/>
        <w:t>v -0.325292 0.478321 0.363016</w:t>
        <w:br/>
        <w:t>v -0.385106 0.336987 0.313968</w:t>
        <w:br/>
        <w:t>v -0.324324 0.061010 0.416553</w:t>
        <w:br/>
        <w:t>v -1.042376 0.052749 0.417736</w:t>
        <w:br/>
        <w:t>v -0.971507 0.344660 0.305089</w:t>
        <w:br/>
        <w:t>v -1.087852 0.204319 0.511757</w:t>
        <w:br/>
        <w:t>v -0.343125 0.566394 0.302197</w:t>
        <w:br/>
        <w:t>v -0.928797 0.519761 0.194002</w:t>
        <w:br/>
        <w:t>v -1.021599 0.567338 0.300512</w:t>
        <w:br/>
        <w:t>v -1.040929 0.481302 0.365154</w:t>
        <w:br/>
        <w:t>v -1.067227 -0.000790 0.506072</w:t>
        <w:br/>
        <w:t>v -1.051242 0.008920 0.449516</w:t>
        <w:br/>
        <w:t>v -1.094216 0.147272 0.573180</w:t>
        <w:br/>
        <w:t>v -0.259593 0.154792 0.581934</w:t>
        <w:br/>
        <w:t>v -0.313157 0.012981 0.446322</w:t>
        <w:br/>
        <w:t>v -0.299800 0.000681 0.495571</w:t>
        <w:br/>
        <w:t>v -0.432217 0.522238 0.200818</w:t>
        <w:br/>
        <w:t>v -0.449975 0.637452 0.073331</w:t>
        <w:br/>
        <w:t>v -0.899884 0.646457 0.053649</w:t>
        <w:br/>
        <w:t>v -0.928797 0.519761 0.194002</w:t>
        <w:br/>
        <w:t>v -0.884314 0.733939 -0.100701</w:t>
        <w:br/>
        <w:t>v -0.460815 0.722443 -0.061840</w:t>
        <w:br/>
        <w:t>v -0.971507 0.344660 0.305089</w:t>
        <w:br/>
        <w:t>v -0.385106 0.336987 0.313968</w:t>
        <w:br/>
        <w:t>v -1.042376 0.052749 0.417736</w:t>
        <w:br/>
        <w:t>v -0.324324 0.061010 0.416553</w:t>
        <w:br/>
        <w:t>v -0.971507 0.344660 0.305089</w:t>
        <w:br/>
        <w:t>v -1.051242 0.008920 0.449516</w:t>
        <w:br/>
        <w:t>v -0.313157 0.012981 0.446322</w:t>
        <w:br/>
        <w:t>v -0.299800 0.000681 0.495571</w:t>
        <w:br/>
        <w:t>v -1.067227 -0.000790 0.506072</w:t>
        <w:br/>
        <w:t>v -1.094845 0.000908 0.804851</w:t>
        <w:br/>
        <w:t>v -1.104704 0.000769 1.103994</w:t>
        <w:br/>
        <w:t>v -0.219349 0.000767 1.106068</w:t>
        <w:br/>
        <w:t>v -0.235874 0.000755 0.789558</w:t>
        <w:br/>
        <w:t>v -0.468927 0.766938 -0.161848</w:t>
        <w:br/>
        <w:t>v -0.485012 0.804844 -0.309042</w:t>
        <w:br/>
        <w:t>v -0.460815 0.722443 -0.061840</w:t>
        <w:br/>
        <w:t>v -0.375648 0.767681 -0.015182</w:t>
        <w:br/>
        <w:t>v -0.384137 0.774384 -0.008629</w:t>
        <w:br/>
        <w:t>v -0.375648 0.767681 -0.015182</w:t>
        <w:br/>
        <w:t>v -0.672073 1.582533 -0.381909</w:t>
        <w:br/>
        <w:t>v -0.290619 0.498946 0.778265</w:t>
        <w:br/>
        <w:t>v -0.271503 0.406672 0.924579</w:t>
        <w:br/>
        <w:t>v -0.329455 0.527242 1.042558</w:t>
        <w:br/>
        <w:t>v -0.316161 0.580454 0.958976</w:t>
        <w:br/>
        <w:t>v -0.336660 0.995955 0.015945</w:t>
        <w:br/>
        <w:t>v -0.311859 1.203504 0.027189</w:t>
        <w:br/>
        <w:t>v -0.312199 1.369223 -0.034813</w:t>
        <w:br/>
        <w:t>v -0.848559 0.816151 -0.353060</w:t>
        <w:br/>
        <w:t>v -0.876102 0.781741 -0.213021</w:t>
        <w:br/>
        <w:t>v -0.468927 0.766938 -0.161848</w:t>
        <w:br/>
        <w:t>v -0.485012 0.804844 -0.309042</w:t>
        <w:br/>
        <w:t>v -0.552347 0.825118 -0.417024</w:t>
        <w:br/>
        <w:t>v -0.769843 0.830639 -0.433750</w:t>
        <w:br/>
        <w:t>v -0.675910 0.832990 -0.457067</w:t>
        <w:br/>
        <w:t>v -0.854697 0.617919 1.120382</w:t>
        <w:br/>
        <w:t>v -0.825683 0.507611 1.295156</w:t>
        <w:br/>
        <w:t>v -0.966564 0.449370 1.251063</w:t>
        <w:br/>
        <w:t>v -0.356067 0.448640 1.249579</w:t>
        <w:br/>
        <w:t>v -0.485616 0.512364 1.284579</w:t>
        <w:br/>
        <w:t>v -0.466135 0.622169 1.108032</w:t>
        <w:br/>
        <w:t>v -0.653386 0.534889 1.298791</w:t>
        <w:br/>
        <w:t>v -0.660164 0.640670 1.160198</w:t>
        <w:br/>
        <w:t>v -1.065491 0.457005 0.571219</w:t>
        <w:br/>
        <w:t>v -1.065566 0.167332 0.595667</w:t>
        <w:br/>
        <w:t>v -1.061730 0.214757 0.524686</w:t>
        <w:br/>
        <w:t>v -1.018970 0.492395 0.373480</w:t>
        <w:br/>
        <w:t>v -1.112024 0.147272 0.805593</w:t>
        <w:br/>
        <w:t>v -1.079740 0.167332 0.806750</w:t>
        <w:br/>
        <w:t>v -1.094845 0.000908 0.804851</w:t>
        <w:br/>
        <w:t>v -1.112024 0.147272 0.805593</w:t>
        <w:br/>
        <w:t>v -1.078457 0.167331 1.105289</w:t>
        <w:br/>
        <w:t>v -1.116186 0.147272 1.104409</w:t>
        <w:br/>
        <w:t>v -1.116186 0.147272 1.104409</w:t>
        <w:br/>
        <w:t>v -1.104704 0.000769 1.103994</w:t>
        <w:br/>
        <w:t>v -1.079740 0.167332 0.806750</w:t>
        <w:br/>
        <w:t>v -1.078457 0.167331 1.105289</w:t>
        <w:br/>
        <w:t>v -0.256902 0.277663 1.102774</w:t>
        <w:br/>
        <w:t>v -0.245596 0.167330 1.101302</w:t>
        <w:br/>
        <w:t>v -0.212356 0.147270 1.106031</w:t>
        <w:br/>
        <w:t>v -0.212356 0.147270 1.106031</w:t>
        <w:br/>
        <w:t>v -0.228441 0.147271 0.791130</w:t>
        <w:br/>
        <w:t>v -0.235874 0.000755 0.789558</w:t>
        <w:br/>
        <w:t>v -0.219349 0.000767 1.106068</w:t>
        <w:br/>
        <w:t>v -0.299901 0.277663 1.301343</w:t>
        <w:br/>
        <w:t>v -0.398349 0.397265 1.437937</w:t>
        <w:br/>
        <w:t>v -0.899230 0.401340 1.447105</w:t>
        <w:br/>
        <w:t>v -1.018958 0.277677 1.314649</w:t>
        <w:br/>
        <w:t>v -0.640470 0.428216 1.513898</w:t>
        <w:br/>
        <w:t>v -0.811598 0.365887 1.619591</w:t>
        <w:br/>
        <w:t>v -0.826703 0.167330 1.667280</w:t>
        <w:br/>
        <w:t>v -0.942242 0.167330 1.497209</w:t>
        <w:br/>
        <w:t>v -0.457345 0.365346 1.608159</w:t>
        <w:br/>
        <w:t>v -0.811598 0.365887 1.619591</w:t>
        <w:br/>
        <w:t>v -0.258084 0.147270 1.305946</w:t>
        <w:br/>
        <w:t>v -0.291261 0.167330 1.300261</w:t>
        <w:br/>
        <w:t>v -1.030478 0.167331 1.314598</w:t>
        <w:br/>
        <w:t>v -1.060674 0.147271 1.315969</w:t>
        <w:br/>
        <w:t>v -0.942242 0.167330 1.497209</w:t>
        <w:br/>
        <w:t>v -0.965659 0.147271 1.504830</w:t>
        <w:br/>
        <w:t>v -0.826703 0.167330 1.667280</w:t>
        <w:br/>
        <w:t>v -0.841719 0.147271 1.684523</w:t>
        <w:br/>
        <w:t>v -0.359337 0.167531 1.488242</w:t>
        <w:br/>
        <w:t>v -0.333744 0.147472 1.499661</w:t>
        <w:br/>
        <w:t>v -0.523774 0.147270 1.818864</w:t>
        <w:br/>
        <w:t>v -0.530439 0.167329 1.785298</w:t>
        <w:br/>
        <w:t>v -0.441486 0.168952 1.657571</w:t>
        <w:br/>
        <w:t>v -0.417289 0.148905 1.671631</w:t>
        <w:br/>
        <w:t>v -0.726393 0.167330 1.789813</w:t>
        <w:br/>
        <w:t>v -0.731549 0.147270 1.823731</w:t>
        <w:br/>
        <w:t>v -0.624058 0.167330 1.798905</w:t>
        <w:br/>
        <w:t>v -0.622197 0.147270 1.832824</w:t>
        <w:br/>
        <w:t>v -1.060083 0.000781 1.317554</w:t>
        <w:br/>
        <w:t>v -0.263505 0.000780 1.307442</w:t>
        <w:br/>
        <w:t>v -0.336486 0.000981 1.501510</w:t>
        <w:br/>
        <w:t>v -0.959673 0.000780 1.508176</w:t>
        <w:br/>
        <w:t>v -0.419289 0.002414 1.675568</w:t>
        <w:br/>
        <w:t>v -0.841141 0.000780 1.690534</w:t>
        <w:br/>
        <w:t>v -0.727424 0.000780 1.828975</w:t>
        <w:br/>
        <w:t>v -0.618462 0.000780 1.838697</w:t>
        <w:br/>
        <w:t>v -0.518869 0.000779 1.825781</w:t>
        <w:br/>
        <w:t>v -0.518869 0.000779 1.825781</w:t>
        <w:br/>
        <w:t>v -0.618462 0.000780 1.838697</w:t>
        <w:br/>
        <w:t>v -1.060083 0.000781 1.317554</w:t>
        <w:br/>
        <w:t>v -0.959673 0.000780 1.508176</w:t>
        <w:br/>
        <w:t>v -0.841141 0.000780 1.690534</w:t>
        <w:br/>
        <w:t>v -0.727424 0.000780 1.828975</w:t>
        <w:br/>
        <w:t>v -0.419289 0.002414 1.675568</w:t>
        <w:br/>
        <w:t>v -0.336486 0.000981 1.501510</w:t>
        <w:br/>
        <w:t>v -0.263505 0.000780 1.307442</w:t>
        <w:br/>
        <w:t>v -1.030478 0.167331 1.314598</w:t>
        <w:br/>
        <w:t>v -0.731876 0.355737 1.697036</w:t>
        <w:br/>
        <w:t>v -0.726393 0.167330 1.789813</w:t>
        <w:br/>
        <w:t>v -0.530439 0.167329 1.785298</w:t>
        <w:br/>
        <w:t>v -0.624058 0.167330 1.798905</w:t>
        <w:br/>
        <w:t>v -0.631818 0.360692 1.707827</w:t>
        <w:br/>
        <w:t>v -0.535470 0.354115 1.692635</w:t>
        <w:br/>
        <w:t>v -0.441486 0.168952 1.657571</w:t>
        <w:br/>
        <w:t>v -0.359337 0.167531 1.488242</w:t>
        <w:br/>
        <w:t>v -0.291261 0.167330 1.300261</w:t>
        <w:br/>
        <w:t>v -0.245596 0.167330 1.101302</w:t>
        <w:br/>
        <w:t>v -0.297071 0.465203 0.582726</w:t>
        <w:br/>
        <w:t>v -0.307912 0.230464 0.505985</w:t>
        <w:br/>
        <w:t>v -0.291965 0.173996 0.594422</w:t>
        <w:br/>
        <w:t>v -0.291965 0.173996 0.594422</w:t>
        <w:br/>
        <w:t>v -0.267466 0.167330 0.791130</w:t>
        <w:br/>
        <w:t>v -0.884314 0.733939 -0.100701</w:t>
        <w:br/>
        <w:t>v -0.954428 0.803864 -0.092401</w:t>
        <w:br/>
        <w:t>v -0.984410 0.740428 0.036407</w:t>
        <w:br/>
        <w:t>v -0.899884 0.646457 0.053649</w:t>
        <w:br/>
        <w:t>v -0.397770 0.820891 -0.142254</w:t>
        <w:br/>
        <w:t>v -1.039910 0.464903 0.571294</w:t>
        <w:br/>
        <w:t>v -1.051053 0.494042 0.789357</w:t>
        <w:br/>
        <w:t>v -1.074797 0.485603 0.797318</w:t>
        <w:br/>
        <w:t>v -1.065491 0.457005 0.571219</w:t>
        <w:br/>
        <w:t>v -0.308012 0.502970 0.772052</w:t>
        <w:br/>
        <w:t>v -0.321746 0.473731 0.585292</w:t>
        <w:br/>
        <w:t>v -0.297071 0.465203 0.582726</w:t>
        <w:br/>
        <w:t>v -0.290619 0.498946 0.778265</w:t>
        <w:br/>
        <w:t>v -0.344044 0.566846 0.941645</w:t>
        <w:br/>
        <w:t>v -0.316161 0.580454 0.958976</w:t>
        <w:br/>
        <w:t>v -0.474700 0.609115 1.090462</w:t>
        <w:br/>
        <w:t>v -0.466135 0.622169 1.108032</w:t>
        <w:br/>
        <w:t>v -0.662579 0.612574 1.124066</w:t>
        <w:br/>
        <w:t>v -0.660164 0.640670 1.160198</w:t>
        <w:br/>
        <w:t>v -0.847403 0.594691 1.091745</w:t>
        <w:br/>
        <w:t>v -0.854697 0.617919 1.120382</w:t>
        <w:br/>
        <w:t>v -0.993239 0.550987 0.968144</w:t>
        <w:br/>
        <w:t>v -1.023460 0.560433 0.986355</w:t>
        <w:br/>
        <w:t>v -0.993239 0.550987 0.968144</w:t>
        <w:br/>
        <w:t>v -1.018970 0.492395 0.373480</w:t>
        <w:br/>
        <w:t>v -0.334611 0.492231 0.373505</w:t>
        <w:br/>
        <w:t>v -1.020692 1.233751 0.024284</w:t>
        <w:br/>
        <w:t>v -1.014178 0.998182 0.084525</w:t>
        <w:br/>
        <w:t>v -1.037042 0.998333 0.076413</w:t>
        <w:br/>
        <w:t>v -1.044562 1.223728 0.014940</w:t>
        <w:br/>
        <w:t>v -0.356670 1.000911 0.026497</w:t>
        <w:br/>
        <w:t>v -0.336044 1.204774 0.038181</w:t>
        <w:br/>
        <w:t>v -0.311859 1.203504 0.027189</w:t>
        <w:br/>
        <w:t>v -0.336660 0.995955 0.015945</w:t>
        <w:br/>
        <w:t>v -0.384137 0.774384 -0.008629</w:t>
        <w:br/>
        <w:t>v -1.005801 1.394881 -0.067423</w:t>
        <w:br/>
        <w:t>v -1.037934 1.391925 -0.074894</w:t>
        <w:br/>
        <w:t>v -0.946453 1.530744 -0.219397</w:t>
        <w:br/>
        <w:t>v -0.978624 1.533800 -0.230162</w:t>
        <w:br/>
        <w:t>v -0.847225 1.569768 -0.320876</w:t>
        <w:br/>
        <w:t>v -0.854909 1.567504 -0.341589</w:t>
        <w:br/>
        <w:t>v -0.672073 1.582533 -0.368528</w:t>
        <w:br/>
        <w:t>v -0.672073 1.582533 -0.381909</w:t>
        <w:br/>
        <w:t>v -0.469014 1.554009 -0.297270</w:t>
        <w:br/>
        <w:t>v -0.672073 1.582533 -0.368528</w:t>
        <w:br/>
        <w:t>v -0.672073 1.582533 -0.381909</w:t>
        <w:br/>
        <w:t>v -0.456148 1.557921 -0.312789</w:t>
        <w:br/>
        <w:t>v -0.366177 1.480588 -0.153345</w:t>
        <w:br/>
        <w:t>v -0.332912 1.477884 -0.157898</w:t>
        <w:br/>
        <w:t>v -0.336798 1.378794 -0.028663</w:t>
        <w:br/>
        <w:t>v -0.312199 1.369223 -0.034813</w:t>
        <w:br/>
        <w:t>v -0.966954 0.744414 0.052291</w:t>
        <w:br/>
        <w:t>v -0.413073 2.244708 0.015432</w:t>
        <w:br/>
        <w:t>v -0.474673 2.250494 -0.230915</w:t>
        <w:br/>
        <w:t>v -0.696169 2.248066 -0.328471</w:t>
        <w:br/>
        <w:t>v -0.979692 2.231592 0.001195</w:t>
        <w:br/>
        <w:t>v -0.906635 2.225793 0.255654</w:t>
        <w:br/>
        <w:t>v -0.716077 2.226107 0.399227</w:t>
        <w:br/>
        <w:t>v -0.716077 2.226107 0.399227</w:t>
        <w:br/>
        <w:t>v -0.490356 2.235187 0.274456</w:t>
        <w:br/>
        <w:t>v -0.703287 2.398204 -0.331853</w:t>
        <w:br/>
        <w:t>v -0.908006 2.395022 -0.248811</w:t>
        <w:br/>
        <w:t>v -0.993815 2.392558 -0.005382</w:t>
        <w:br/>
        <w:t>v -0.917891 2.395035 0.252674</w:t>
        <w:br/>
        <w:t>v -0.726981 2.397964 0.406358</w:t>
        <w:br/>
        <w:t>v -0.726981 2.397964 0.406358</w:t>
        <w:br/>
        <w:t>v -0.498807 2.402705 0.282568</w:t>
        <w:br/>
        <w:t>v -0.414419 2.404165 0.012615</w:t>
        <w:br/>
        <w:t>v -0.477766 2.403461 -0.232361</w:t>
        <w:br/>
        <w:t>v -0.703287 2.398204 -0.331853</w:t>
        <w:br/>
        <w:t>v 0.021119 14.166543 1.585515</w:t>
        <w:br/>
        <w:t>v -0.021112 14.166544 1.585515</w:t>
        <w:br/>
        <w:t>v -0.021112 14.296884 1.585515</w:t>
        <w:br/>
        <w:t>v 0.021120 14.296885 1.585515</w:t>
        <w:br/>
        <w:t>v -0.021112 14.166543 1.556288</w:t>
        <w:br/>
        <w:t>v -0.021112 14.166544 1.585515</w:t>
        <w:br/>
        <w:t>v 0.021119 14.166543 1.585515</w:t>
        <w:br/>
        <w:t>v 0.021119 14.166543 1.556288</w:t>
        <w:br/>
        <w:t>v 0.021120 14.296884 1.556287</w:t>
        <w:br/>
        <w:t>v 0.021120 14.296885 1.585515</w:t>
        <w:br/>
        <w:t>v -0.021112 14.296884 1.585515</w:t>
        <w:br/>
        <w:t>v -0.021112 14.296884 1.556287</w:t>
        <w:br/>
        <w:t>v -0.021112 14.296884 1.556287</w:t>
        <w:br/>
        <w:t>v -0.021112 14.166543 1.556288</w:t>
        <w:br/>
        <w:t>v 0.021119 14.166543 1.556288</w:t>
        <w:br/>
        <w:t>v 0.021120 14.296884 1.556287</w:t>
        <w:br/>
        <w:t>v -1.231802 18.889584 0.311014</w:t>
        <w:br/>
        <w:t>v -1.165801 18.909504 0.402583</w:t>
        <w:br/>
        <w:t>v -1.182817 19.037331 0.339689</w:t>
        <w:br/>
        <w:t>v -1.227375 18.968651 0.285824</w:t>
        <w:br/>
        <w:t>v -1.269003 18.891232 0.264645</w:t>
        <w:br/>
        <w:t>v -1.264350 18.939011 0.250270</w:t>
        <w:br/>
        <w:t>v -1.133907 18.936935 0.477212</w:t>
        <w:br/>
        <w:t>v -1.167750 19.075550 0.402496</w:t>
        <w:br/>
        <w:t>v -1.140937 18.930946 0.491650</w:t>
        <w:br/>
        <w:t>v -1.178729 19.077099 0.417877</w:t>
        <w:br/>
        <w:t>v -1.156079 18.920345 0.495108</w:t>
        <w:br/>
        <w:t>v -1.187420 18.893269 0.464610</w:t>
        <w:br/>
        <w:t>v -1.221313 19.042927 0.395151</w:t>
        <w:br/>
        <w:t>v -1.195116 19.067177 0.424039</w:t>
        <w:br/>
        <w:t>v -1.240819 19.002468 0.351133</w:t>
        <w:br/>
        <w:t>v -1.226030 18.870857 0.402910</w:t>
        <w:br/>
        <w:t>v -1.257056 18.872326 0.328722</w:t>
        <w:br/>
        <w:t>v -1.257181 18.957432 0.304626</w:t>
        <w:br/>
        <w:t>v -1.276059 18.886036 0.269323</w:t>
        <w:br/>
        <w:t>v -1.278083 18.933414 0.257263</w:t>
        <w:br/>
        <w:t>v -1.276059 18.886036 0.269323</w:t>
        <w:br/>
        <w:t>v -1.251434 18.893169 0.319906</w:t>
        <w:br/>
        <w:t>v -1.269003 18.891232 0.264645</w:t>
        <w:br/>
        <w:t>v -1.165801 18.909504 0.402583</w:t>
        <w:br/>
        <w:t>v -1.231802 18.889584 0.311014</w:t>
        <w:br/>
        <w:t>v -1.217402 18.908272 0.387240</w:t>
        <w:br/>
        <w:t>v -1.133907 18.936935 0.477212</w:t>
        <w:br/>
        <w:t>v -1.187420 18.893269 0.464610</w:t>
        <w:br/>
        <w:t>v -1.156079 18.920345 0.495108</w:t>
        <w:br/>
        <w:t>v -1.217402 18.908272 0.387240</w:t>
        <w:br/>
        <w:t>v -1.226030 18.870857 0.402910</w:t>
        <w:br/>
        <w:t>v -1.257056 18.872326 0.328722</w:t>
        <w:br/>
        <w:t>v -1.227375 18.968651 0.285824</w:t>
        <w:br/>
        <w:t>v -1.234192 18.951145 0.302085</w:t>
        <w:br/>
        <w:t>v -1.264350 18.939011 0.250270</w:t>
        <w:br/>
        <w:t>v -1.178729 19.077099 0.417877</w:t>
        <w:br/>
        <w:t>v -1.203970 18.993641 0.346191</w:t>
        <w:br/>
        <w:t>v -1.167750 19.075550 0.402496</w:t>
        <w:br/>
        <w:t>v -1.182817 19.037331 0.339689</w:t>
        <w:br/>
        <w:t>v -1.278083 18.933414 0.257263</w:t>
        <w:br/>
        <w:t>v -1.234192 18.951145 0.302085</w:t>
        <w:br/>
        <w:t>v -1.203970 18.993641 0.346191</w:t>
        <w:br/>
        <w:t>v -1.240819 19.002468 0.351133</w:t>
        <w:br/>
        <w:t>v -1.257181 18.957432 0.304626</w:t>
        <w:br/>
        <w:t>v -1.221313 19.042927 0.395151</w:t>
        <w:br/>
        <w:t>v -1.195116 19.067177 0.424039</w:t>
        <w:br/>
        <w:t>v -1.269003 18.891232 0.264645</w:t>
        <w:br/>
        <w:t>v -1.140937 18.930946 0.491650</w:t>
        <w:br/>
        <w:t>v 0.078518 14.162143 -0.151655</w:t>
        <w:br/>
        <w:t>v 0.000003 14.162219 -0.150863</w:t>
        <w:br/>
        <w:t>v 0.000003 14.179550 -0.157365</w:t>
        <w:br/>
        <w:t>v 0.067237 14.179789 -0.157780</w:t>
        <w:br/>
        <w:t>v 0.088831 14.157137 -0.169199</w:t>
        <w:br/>
        <w:t>v 0.000003 14.156798 -0.168570</w:t>
        <w:br/>
        <w:t>v 0.000003 14.162219 -0.150863</w:t>
        <w:br/>
        <w:t>v 0.078518 14.162143 -0.151655</w:t>
        <w:br/>
        <w:t>v 0.078317 14.173990 -0.175714</w:t>
        <w:br/>
        <w:t>v 0.000003 14.174129 -0.175047</w:t>
        <w:br/>
        <w:t>v 0.000003 14.156798 -0.168570</w:t>
        <w:br/>
        <w:t>v 0.088831 14.157137 -0.169199</w:t>
        <w:br/>
        <w:t>v 0.067237 14.179789 -0.157780</w:t>
        <w:br/>
        <w:t>v 0.000003 14.179550 -0.157365</w:t>
        <w:br/>
        <w:t>v 0.000003 14.174129 -0.175047</w:t>
        <w:br/>
        <w:t>v 0.078317 14.173990 -0.175714</w:t>
        <w:br/>
        <w:t>v 0.084681 14.204501 -0.130627</w:t>
        <w:br/>
        <w:t>v 0.071903 14.212751 -0.141456</w:t>
        <w:br/>
        <w:t>v 0.097395 14.208147 -0.143983</w:t>
        <w:br/>
        <w:t>v 0.084681 14.204501 -0.130627</w:t>
        <w:br/>
        <w:t>v 0.084442 14.216399 -0.154799</w:t>
        <w:br/>
        <w:t>v 0.097395 14.208147 -0.143983</w:t>
        <w:br/>
        <w:t>v 0.071903 14.212751 -0.141456</w:t>
        <w:br/>
        <w:t>v 0.084442 14.216399 -0.154799</w:t>
        <w:br/>
        <w:t>v 0.105457 14.264378 -0.101626</w:t>
        <w:br/>
        <w:t>v 0.090239 14.268716 -0.114315</w:t>
        <w:br/>
        <w:t>v 0.119568 14.271696 -0.113146</w:t>
        <w:br/>
        <w:t>v 0.105457 14.264378 -0.101626</w:t>
        <w:br/>
        <w:t>v 0.105205 14.276237 -0.125735</w:t>
        <w:br/>
        <w:t>v 0.119568 14.271696 -0.113146</w:t>
        <w:br/>
        <w:t>v 0.090239 14.268716 -0.114315</w:t>
        <w:br/>
        <w:t>v 0.105205 14.276237 -0.125735</w:t>
        <w:br/>
        <w:t>v 0.063779 14.297741 -0.084761</w:t>
        <w:br/>
        <w:t>v 0.058044 14.293240 -0.101940</w:t>
        <w:br/>
        <w:t>v 0.069073 14.313814 -0.091917</w:t>
        <w:br/>
        <w:t>v 0.063779 14.297741 -0.084761</w:t>
        <w:br/>
        <w:t>v 0.063540 14.309640 -0.108920</w:t>
        <w:br/>
        <w:t>v 0.069073 14.313814 -0.091917</w:t>
        <w:br/>
        <w:t>v 0.058044 14.293240 -0.101940</w:t>
        <w:br/>
        <w:t>v 0.063540 14.309640 -0.108920</w:t>
        <w:br/>
        <w:t>v 0.000004 14.306357 -0.079843</w:t>
        <w:br/>
        <w:t>v 0.000004 14.300885 -0.097564</w:t>
        <w:br/>
        <w:t>v 0.000004 14.323611 -0.086383</w:t>
        <w:br/>
        <w:t>v 0.000004 14.306357 -0.079843</w:t>
        <w:br/>
        <w:t>v 0.000004 14.318266 -0.104015</w:t>
        <w:br/>
        <w:t>v 0.000004 14.323611 -0.086383</w:t>
        <w:br/>
        <w:t>v 0.000004 14.300885 -0.097564</w:t>
        <w:br/>
        <w:t>v 0.000004 14.318266 -0.104015</w:t>
        <w:br/>
        <w:t>v 0.000003 14.179550 -0.157365</w:t>
        <w:br/>
        <w:t>v 0.000003 14.162219 -0.150863</w:t>
        <w:br/>
        <w:t>v -0.078511 14.162144 -0.151655</w:t>
        <w:br/>
        <w:t>v -0.067230 14.179789 -0.157780</w:t>
        <w:br/>
        <w:t>v 0.000003 14.162219 -0.150863</w:t>
        <w:br/>
        <w:t>v 0.000003 14.156798 -0.168570</w:t>
        <w:br/>
        <w:t>v -0.088824 14.157137 -0.169199</w:t>
        <w:br/>
        <w:t>v -0.078511 14.162144 -0.151655</w:t>
        <w:br/>
        <w:t>v 0.000003 14.156798 -0.168570</w:t>
        <w:br/>
        <w:t>v 0.000003 14.174129 -0.175047</w:t>
        <w:br/>
        <w:t>v -0.078310 14.173990 -0.175714</w:t>
        <w:br/>
        <w:t>v -0.088824 14.157137 -0.169199</w:t>
        <w:br/>
        <w:t>v 0.000003 14.174129 -0.175047</w:t>
        <w:br/>
        <w:t>v 0.000003 14.179550 -0.157365</w:t>
        <w:br/>
        <w:t>v -0.067230 14.179789 -0.157780</w:t>
        <w:br/>
        <w:t>v -0.078310 14.173990 -0.175714</w:t>
        <w:br/>
        <w:t>v -0.084674 14.204498 -0.130627</w:t>
        <w:br/>
        <w:t>v -0.071896 14.212751 -0.141456</w:t>
        <w:br/>
        <w:t>v -0.097388 14.208147 -0.143983</w:t>
        <w:br/>
        <w:t>v -0.084674 14.204498 -0.130627</w:t>
        <w:br/>
        <w:t>v -0.084435 14.216397 -0.154799</w:t>
        <w:br/>
        <w:t>v -0.097388 14.208147 -0.143983</w:t>
        <w:br/>
        <w:t>v -0.071896 14.212751 -0.141456</w:t>
        <w:br/>
        <w:t>v -0.084435 14.216397 -0.154799</w:t>
        <w:br/>
        <w:t>v -0.105450 14.264377 -0.101626</w:t>
        <w:br/>
        <w:t>v -0.090232 14.268717 -0.114315</w:t>
        <w:br/>
        <w:t>v -0.119561 14.271696 -0.113146</w:t>
        <w:br/>
        <w:t>v -0.105450 14.264377 -0.101626</w:t>
        <w:br/>
        <w:t>v -0.105198 14.276235 -0.125735</w:t>
        <w:br/>
        <w:t>v -0.119561 14.271696 -0.113146</w:t>
        <w:br/>
        <w:t>v -0.090232 14.268717 -0.114315</w:t>
        <w:br/>
        <w:t>v -0.105198 14.276235 -0.125735</w:t>
        <w:br/>
        <w:t>v -0.063771 14.297742 -0.084761</w:t>
        <w:br/>
        <w:t>v -0.058037 14.293241 -0.101940</w:t>
        <w:br/>
        <w:t>v -0.069066 14.313814 -0.091917</w:t>
        <w:br/>
        <w:t>v -0.063771 14.297742 -0.084761</w:t>
        <w:br/>
        <w:t>v -0.063533 14.309640 -0.108920</w:t>
        <w:br/>
        <w:t>v -0.069066 14.313814 -0.091917</w:t>
        <w:br/>
        <w:t>v -0.058037 14.293241 -0.101940</w:t>
        <w:br/>
        <w:t>v -0.063533 14.309640 -0.108920</w:t>
        <w:br/>
        <w:t>v 0.000004 14.300885 -0.097564</w:t>
        <w:br/>
        <w:t>v 0.000004 14.318266 -0.104015</w:t>
        <w:br/>
        <w:t>v 0.000004 14.318266 -0.104015</w:t>
        <w:br/>
        <w:t>v -0.711818 17.902031 0.350639</w:t>
        <w:br/>
        <w:t>v -0.719088 17.923992 0.368359</w:t>
        <w:br/>
        <w:t>v -0.729891 17.914558 0.368246</w:t>
        <w:br/>
        <w:t>v -0.706485 17.878273 0.368197</w:t>
        <w:br/>
        <w:t>v -0.691896 17.889816 0.368336</w:t>
        <w:br/>
        <w:t>v -0.711818 17.902031 0.350639</w:t>
        <w:br/>
        <w:t>v -0.706485 17.878273 0.368197</w:t>
        <w:br/>
        <w:t>v -0.702901 17.889229 0.383327</w:t>
        <w:br/>
        <w:t>v -0.691896 17.889816 0.368336</w:t>
        <w:br/>
        <w:t>v -0.729891 17.914558 0.368246</w:t>
        <w:br/>
        <w:t>v -0.719088 17.923992 0.368359</w:t>
        <w:br/>
        <w:t>v -0.721163 17.914482 0.383262</w:t>
        <w:br/>
        <w:t>v -0.693243 17.916821 0.354249</w:t>
        <w:br/>
        <w:t>v -0.703656 17.928055 0.368837</w:t>
        <w:br/>
        <w:t>v -0.684225 17.904266 0.368939</w:t>
        <w:br/>
        <w:t>v -0.684225 17.904266 0.368939</w:t>
        <w:br/>
        <w:t>v -0.711616 17.901955 0.389464</w:t>
        <w:br/>
        <w:t>v -0.693972 17.916355 0.383803</w:t>
        <w:br/>
        <w:t>v -0.703656 17.928055 0.368837</w:t>
        <w:br/>
        <w:t>v -0.688238 17.920670 0.369076</w:t>
        <w:br/>
        <w:t>v -0.693243 17.916821 0.354249</w:t>
        <w:br/>
        <w:t>v -0.688238 17.920670 0.369076</w:t>
        <w:br/>
        <w:t>v -0.745359 17.861259 0.368248</w:t>
        <w:br/>
        <w:t>v -0.745359 17.875015 0.383214</w:t>
        <w:br/>
        <w:t>v -0.745359 17.875015 0.353269</w:t>
        <w:br/>
        <w:t>v -0.745359 17.861259 0.368248</w:t>
        <w:br/>
        <w:t>v -0.745359 17.890144 0.368247</w:t>
        <w:br/>
        <w:t>v -0.745359 17.875015 0.353269</w:t>
        <w:br/>
        <w:t>v -0.745359 17.875015 0.383214</w:t>
        <w:br/>
        <w:t>v -0.745359 17.890144 0.368247</w:t>
        <w:br/>
        <w:t>v -0.771645 17.923992 0.368359</w:t>
        <w:br/>
        <w:t>v -0.778901 17.902031 0.350639</w:t>
        <w:br/>
        <w:t>v -0.760841 17.914558 0.368246</w:t>
        <w:br/>
        <w:t>v -0.798834 17.889820 0.368335</w:t>
        <w:br/>
        <w:t>v -0.784245 17.878273 0.368197</w:t>
        <w:br/>
        <w:t>v -0.778901 17.902031 0.350639</w:t>
        <w:br/>
        <w:t>v -0.787830 17.889229 0.383326</w:t>
        <w:br/>
        <w:t>v -0.784245 17.878273 0.368197</w:t>
        <w:br/>
        <w:t>v -0.798834 17.889820 0.368335</w:t>
        <w:br/>
        <w:t>v -0.771645 17.923992 0.368359</w:t>
        <w:br/>
        <w:t>v -0.760841 17.914558 0.368246</w:t>
        <w:br/>
        <w:t>v -0.769569 17.914482 0.383264</w:t>
        <w:br/>
        <w:t>v -0.797476 17.916821 0.354249</w:t>
        <w:br/>
        <w:t>v -0.787075 17.928055 0.368838</w:t>
        <w:br/>
        <w:t>v -0.806493 17.904270 0.368939</w:t>
        <w:br/>
        <w:t>v -0.806493 17.904270 0.368939</w:t>
        <w:br/>
        <w:t>v -0.779114 17.901955 0.389464</w:t>
        <w:br/>
        <w:t>v -0.796759 17.916355 0.383804</w:t>
        <w:br/>
        <w:t>v -0.787075 17.928055 0.368838</w:t>
        <w:br/>
        <w:t>v -0.802494 17.920670 0.369077</w:t>
        <w:br/>
        <w:t>v -0.797476 17.916821 0.354249</w:t>
        <w:br/>
        <w:t>v -0.802494 17.920670 0.369077</w:t>
        <w:br/>
        <w:t>v -0.745359 17.875015 0.383214</w:t>
        <w:br/>
        <w:t>v -0.745359 17.861259 0.368248</w:t>
        <w:br/>
        <w:t>v -0.745359 17.875015 0.353269</w:t>
        <w:br/>
        <w:t>v -0.745359 17.875015 0.353269</w:t>
        <w:br/>
        <w:t>v -0.745359 17.890144 0.368247</w:t>
        <w:br/>
        <w:t>v -0.745359 17.890144 0.368247</w:t>
        <w:br/>
        <w:t>v -0.745359 17.875015 0.383214</w:t>
        <w:br/>
        <w:t>v -0.771971 17.831642 0.395689</w:t>
        <w:br/>
        <w:t>v -0.745283 17.858330 0.395689</w:t>
        <w:br/>
        <w:t>v -0.745283 17.831642 0.408958</w:t>
        <w:br/>
        <w:t>v -0.745283 17.804951 0.395689</w:t>
        <w:br/>
        <w:t>v -0.718596 17.831642 0.395689</w:t>
        <w:br/>
        <w:t>v -0.772927 17.859283 0.368247</w:t>
        <w:br/>
        <w:t>v -0.745284 17.870174 0.368247</w:t>
        <w:br/>
        <w:t>v -0.783818 17.831638 0.368247</w:t>
        <w:br/>
        <w:t>v -0.772926 17.803997 0.368248</w:t>
        <w:br/>
        <w:t>v -0.745283 17.793106 0.368248</w:t>
        <w:br/>
        <w:t>v -0.717641 17.803997 0.368248</w:t>
        <w:br/>
        <w:t>v -0.706749 17.831642 0.368248</w:t>
        <w:br/>
        <w:t>v -0.717640 17.859283 0.368248</w:t>
        <w:br/>
        <w:t>v -0.745284 17.870174 0.368247</w:t>
        <w:br/>
        <w:t>v -0.772927 17.859283 0.368247</w:t>
        <w:br/>
        <w:t>v -0.745284 17.858330 0.340793</w:t>
        <w:br/>
        <w:t>v -0.783818 17.831638 0.368247</w:t>
        <w:br/>
        <w:t>v -0.771971 17.831642 0.340793</w:t>
        <w:br/>
        <w:t>v -0.772926 17.803997 0.368248</w:t>
        <w:br/>
        <w:t>v -0.745283 17.793106 0.368248</w:t>
        <w:br/>
        <w:t>v -0.745283 17.804951 0.340793</w:t>
        <w:br/>
        <w:t>v -0.717641 17.803997 0.368248</w:t>
        <w:br/>
        <w:t>v -0.706749 17.831642 0.368248</w:t>
        <w:br/>
        <w:t>v -0.718596 17.831642 0.340793</w:t>
        <w:br/>
        <w:t>v -0.717640 17.859283 0.368248</w:t>
        <w:br/>
        <w:t>v -0.717640 17.859283 0.368248</w:t>
        <w:br/>
        <w:t>v -0.745283 17.831642 0.327525</w:t>
        <w:br/>
        <w:t>v -0.692915 17.708401 0.375240</w:t>
        <w:br/>
        <w:t>v -0.711440 17.712418 0.375567</w:t>
        <w:br/>
        <w:t>v -0.710874 17.727192 0.375328</w:t>
        <w:br/>
        <w:t>v -0.692676 17.735012 0.375542</w:t>
        <w:br/>
        <w:t>v -0.745284 17.663506 0.375466</w:t>
        <w:br/>
        <w:t>v -0.745284 17.684269 0.375454</w:t>
        <w:br/>
        <w:t>v -0.653375 17.763687 0.374360</w:t>
        <w:br/>
        <w:t>v -0.724231 17.738625 0.374435</w:t>
        <w:br/>
        <w:t>v -0.683659 17.767536 0.374397</w:t>
        <w:br/>
        <w:t>v -0.693003 17.708187 0.360764</w:t>
        <w:br/>
        <w:t>v -0.692689 17.734573 0.360475</w:t>
        <w:br/>
        <w:t>v -0.710711 17.727318 0.360601</w:t>
        <w:br/>
        <w:t>v -0.711503 17.712418 0.360450</w:t>
        <w:br/>
        <w:t>v -0.745284 17.684155 0.360437</w:t>
        <w:br/>
        <w:t>v -0.745284 17.663506 0.360488</w:t>
        <w:br/>
        <w:t>v -0.723954 17.738426 0.361506</w:t>
        <w:br/>
        <w:t>v -0.710874 17.727192 0.375328</w:t>
        <w:br/>
        <w:t>v -0.711440 17.712418 0.375567</w:t>
        <w:br/>
        <w:t>v -0.711503 17.712418 0.360450</w:t>
        <w:br/>
        <w:t>v -0.710711 17.727318 0.360601</w:t>
        <w:br/>
        <w:t>v -0.692915 17.708401 0.375240</w:t>
        <w:br/>
        <w:t>v -0.692676 17.735012 0.375542</w:t>
        <w:br/>
        <w:t>v -0.692689 17.734573 0.360475</w:t>
        <w:br/>
        <w:t>v -0.693003 17.708187 0.360764</w:t>
        <w:br/>
        <w:t>v -0.745284 17.684269 0.375454</w:t>
        <w:br/>
        <w:t>v -0.745284 17.684155 0.360437</w:t>
        <w:br/>
        <w:t>v -0.745284 17.663506 0.360488</w:t>
        <w:br/>
        <w:t>v -0.745284 17.663506 0.375466</w:t>
        <w:br/>
        <w:t>v -0.653375 17.763687 0.374360</w:t>
        <w:br/>
        <w:t>v -0.683659 17.767536 0.374397</w:t>
        <w:br/>
        <w:t>v -0.683634 17.767399 0.361544</w:t>
        <w:br/>
        <w:t>v -0.653350 17.763664 0.361595</w:t>
        <w:br/>
        <w:t>v -0.653375 17.763687 0.374360</w:t>
        <w:br/>
        <w:t>v -0.653350 17.763664 0.361595</w:t>
        <w:br/>
        <w:t>v -0.724231 17.738625 0.374435</w:t>
        <w:br/>
        <w:t>v -0.723954 17.738426 0.361506</w:t>
        <w:br/>
        <w:t>v -0.724231 17.738625 0.374435</w:t>
        <w:br/>
        <w:t>v -0.723954 17.738426 0.361506</w:t>
        <w:br/>
        <w:t>v -0.683634 17.767399 0.361544</w:t>
        <w:br/>
        <w:t>v -0.653350 17.763664 0.361595</w:t>
        <w:br/>
        <w:t>v -0.779705 17.727192 0.375328</w:t>
        <w:br/>
        <w:t>v -0.779127 17.712418 0.375567</w:t>
        <w:br/>
        <w:t>v -0.797664 17.708405 0.375240</w:t>
        <w:br/>
        <w:t>v -0.797903 17.735016 0.375542</w:t>
        <w:br/>
        <w:t>v -0.745284 17.684269 0.375454</w:t>
        <w:br/>
        <w:t>v -0.745284 17.663506 0.375466</w:t>
        <w:br/>
        <w:t>v -0.766337 17.738625 0.374435</w:t>
        <w:br/>
        <w:t>v -0.837205 17.763691 0.374360</w:t>
        <w:br/>
        <w:t>v -0.806921 17.767536 0.374397</w:t>
        <w:br/>
        <w:t>v -0.779869 17.727318 0.360601</w:t>
        <w:br/>
        <w:t>v -0.797891 17.734573 0.360475</w:t>
        <w:br/>
        <w:t>v -0.797576 17.708191 0.360764</w:t>
        <w:br/>
        <w:t>v -0.779076 17.712418 0.360450</w:t>
        <w:br/>
        <w:t>v -0.745284 17.663506 0.360488</w:t>
        <w:br/>
        <w:t>v -0.745284 17.684155 0.360437</w:t>
        <w:br/>
        <w:t>v -0.766626 17.738426 0.361506</w:t>
        <w:br/>
        <w:t>v -0.779076 17.712418 0.360450</w:t>
        <w:br/>
        <w:t>v -0.779127 17.712418 0.375567</w:t>
        <w:br/>
        <w:t>v -0.779705 17.727192 0.375328</w:t>
        <w:br/>
        <w:t>v -0.779869 17.727318 0.360601</w:t>
        <w:br/>
        <w:t>v -0.797891 17.734573 0.360475</w:t>
        <w:br/>
        <w:t>v -0.797903 17.735016 0.375542</w:t>
        <w:br/>
        <w:t>v -0.797664 17.708405 0.375240</w:t>
        <w:br/>
        <w:t>v -0.797576 17.708191 0.360764</w:t>
        <w:br/>
        <w:t>v -0.745284 17.684155 0.360437</w:t>
        <w:br/>
        <w:t>v -0.745284 17.684269 0.375454</w:t>
        <w:br/>
        <w:t>v -0.745284 17.663506 0.375466</w:t>
        <w:br/>
        <w:t>v -0.745284 17.663506 0.360488</w:t>
        <w:br/>
        <w:t>v -0.806933 17.767399 0.361544</w:t>
        <w:br/>
        <w:t>v -0.806921 17.767536 0.374397</w:t>
        <w:br/>
        <w:t>v -0.837205 17.763691 0.374360</w:t>
        <w:br/>
        <w:t>v -0.837217 17.763664 0.361595</w:t>
        <w:br/>
        <w:t>v -0.837217 17.763664 0.361595</w:t>
        <w:br/>
        <w:t>v -0.837205 17.763691 0.374360</w:t>
        <w:br/>
        <w:t>v -0.766337 17.738625 0.374435</w:t>
        <w:br/>
        <w:t>v -0.766626 17.738426 0.361506</w:t>
        <w:br/>
        <w:t>v -0.766626 17.738426 0.361506</w:t>
        <w:br/>
        <w:t>v -0.766337 17.738625 0.374435</w:t>
        <w:br/>
        <w:t>v -0.806933 17.767399 0.361544</w:t>
        <w:br/>
        <w:t>v -0.837217 17.763664 0.361595</w:t>
        <w:br/>
        <w:t>v -0.745284 17.332478 0.344037</w:t>
        <w:br/>
        <w:t>v -0.769494 17.332478 0.368247</w:t>
        <w:br/>
        <w:t>v -0.745284 17.332478 0.392457</w:t>
        <w:br/>
        <w:t>v -0.769493 17.637196 0.368247</w:t>
        <w:br/>
        <w:t>v -0.769494 17.332478 0.368247</w:t>
        <w:br/>
        <w:t>v -0.745284 17.332478 0.344037</w:t>
        <w:br/>
        <w:t>v -0.745284 17.637196 0.344038</w:t>
        <w:br/>
        <w:t>v -0.745284 17.637196 0.344038</w:t>
        <w:br/>
        <w:t>v -0.745284 17.332478 0.344037</w:t>
        <w:br/>
        <w:t>v -0.721075 17.332478 0.368247</w:t>
        <w:br/>
        <w:t>v -0.721074 17.637196 0.368247</w:t>
        <w:br/>
        <w:t>v -0.721074 17.637196 0.368247</w:t>
        <w:br/>
        <w:t>v -0.721075 17.332478 0.368247</w:t>
        <w:br/>
        <w:t>v -0.745284 17.332478 0.392457</w:t>
        <w:br/>
        <w:t>v -0.745284 17.637196 0.392457</w:t>
        <w:br/>
        <w:t>v -0.745284 17.637196 0.392457</w:t>
        <w:br/>
        <w:t>v -0.745284 17.332478 0.392457</w:t>
        <w:br/>
        <w:t>v -0.769494 17.332478 0.368247</w:t>
        <w:br/>
        <w:t>v -0.769493 17.637196 0.368247</w:t>
        <w:br/>
        <w:t>v -0.721075 17.332478 0.368247</w:t>
        <w:br/>
        <w:t>v 0.000007 16.840368 -0.325912</w:t>
        <w:br/>
        <w:t>v 0.045886 16.862251 -0.262250</w:t>
        <w:br/>
        <w:t>v 0.036026 16.889732 -0.251258</w:t>
        <w:br/>
        <w:t>v 0.000007 16.901138 -0.278675</w:t>
        <w:br/>
        <w:t>v 0.022582 16.669567 -0.329258</w:t>
        <w:br/>
        <w:t>v 0.000007 16.736599 -0.332829</w:t>
        <w:br/>
        <w:t>v 0.000007 16.631399 -0.344978</w:t>
        <w:br/>
        <w:t>v 0.038504 16.714212 -0.312015</w:t>
        <w:br/>
        <w:t>v 0.075868 16.827353 -0.290522</w:t>
        <w:br/>
        <w:t>v 0.070372 16.850578 -0.263445</w:t>
        <w:br/>
        <w:t>v 0.047093 16.763350 -0.295829</w:t>
        <w:br/>
        <w:t>v 0.071328 16.776014 -0.287705</w:t>
        <w:br/>
        <w:t>v 0.225654 16.816257 -0.265633</w:t>
        <w:br/>
        <w:t>v 0.166947 16.850981 -0.257572</w:t>
        <w:br/>
        <w:t>v 0.127708 16.826458 -0.290660</w:t>
        <w:br/>
        <w:t>v 0.168280 16.780870 -0.277870</w:t>
        <w:br/>
        <w:t>v 0.125017 16.867620 -0.257056</w:t>
        <w:br/>
        <w:t>v 0.127532 16.766205 -0.285592</w:t>
        <w:br/>
        <w:t>v 0.051256 16.977968 -0.217389</w:t>
        <w:br/>
        <w:t>v 0.000008 16.996967 -0.252277</w:t>
        <w:br/>
        <w:t>v 0.036831 16.926517 -0.237298</w:t>
        <w:br/>
        <w:t>v 0.000008 17.044420 -0.191519</w:t>
        <w:br/>
        <w:t>v 0.097525 16.777096 -0.284435</w:t>
        <w:br/>
        <w:t>v 0.096129 16.851963 -0.262149</w:t>
        <w:br/>
        <w:t>v -0.036012 16.889732 -0.251258</w:t>
        <w:br/>
        <w:t>v -0.045871 16.862251 -0.262250</w:t>
        <w:br/>
        <w:t>v 0.000007 16.840368 -0.325912</w:t>
        <w:br/>
        <w:t>v 0.000007 16.901138 -0.278675</w:t>
        <w:br/>
        <w:t>v 0.000007 16.736599 -0.332829</w:t>
        <w:br/>
        <w:t>v -0.022568 16.669567 -0.329258</w:t>
        <w:br/>
        <w:t>v 0.000007 16.631399 -0.344978</w:t>
        <w:br/>
        <w:t>v -0.038489 16.714212 -0.312015</w:t>
        <w:br/>
        <w:t>v -0.075854 16.827353 -0.290522</w:t>
        <w:br/>
        <w:t>v -0.070358 16.850578 -0.263445</w:t>
        <w:br/>
        <w:t>v -0.071314 16.776014 -0.287705</w:t>
        <w:br/>
        <w:t>v -0.047079 16.763350 -0.295829</w:t>
        <w:br/>
        <w:t>v -0.166932 16.850981 -0.257572</w:t>
        <w:br/>
        <w:t>v -0.225639 16.816257 -0.265633</w:t>
        <w:br/>
        <w:t>v -0.127694 16.826458 -0.290660</w:t>
        <w:br/>
        <w:t>v -0.168265 16.780870 -0.277870</w:t>
        <w:br/>
        <w:t>v -0.125002 16.867620 -0.257056</w:t>
        <w:br/>
        <w:t>v -0.127518 16.766205 -0.285592</w:t>
        <w:br/>
        <w:t>v 0.000008 16.996967 -0.252277</w:t>
        <w:br/>
        <w:t>v -0.051241 16.977968 -0.217389</w:t>
        <w:br/>
        <w:t>v -0.036816 16.926517 -0.237298</w:t>
        <w:br/>
        <w:t>v 0.000008 17.044420 -0.191519</w:t>
        <w:br/>
        <w:t>v -0.097510 16.777096 -0.284435</w:t>
        <w:br/>
        <w:t>v -0.096114 16.851963 -0.262149</w:t>
        <w:br/>
        <w:t>v 0.073996 18.395983 -1.173800</w:t>
        <w:br/>
        <w:t>v 0.069695 18.399151 -1.160821</w:t>
        <w:br/>
        <w:t>v -0.003249 18.369055 -1.163500</w:t>
        <w:br/>
        <w:t>v -0.003249 18.364113 -1.176642</w:t>
        <w:br/>
        <w:t>v 0.107940 18.472851 -1.166154</w:t>
        <w:br/>
        <w:t>v 0.102230 18.471806 -1.154357</w:t>
        <w:br/>
        <w:t>v 0.082485 18.556396 -1.158105</w:t>
        <w:br/>
        <w:t>v 0.077681 18.552406 -1.147176</w:t>
        <w:br/>
        <w:t>v -0.003249 18.591484 -1.154005</w:t>
        <w:br/>
        <w:t>v -0.003249 18.586464 -1.144145</w:t>
        <w:br/>
        <w:t>v 0.113033 18.358114 -1.187999</w:t>
        <w:br/>
        <w:t>v -0.003249 18.310135 -1.192262</w:t>
        <w:br/>
        <w:t>v 0.160182 18.473793 -1.176114</w:t>
        <w:br/>
        <w:t>v 0.110442 18.585873 -1.162041</w:t>
        <w:br/>
        <w:t>v -0.003249 18.631840 -1.155539</w:t>
        <w:br/>
        <w:t>v -0.003249 18.591484 -1.154005</w:t>
        <w:br/>
        <w:t>v 0.119937 18.349121 -1.165286</w:t>
        <w:br/>
        <w:t>v 0.113033 18.358114 -1.187999</w:t>
        <w:br/>
        <w:t>v -0.003249 18.310135 -1.192262</w:t>
        <w:br/>
        <w:t>v -0.003249 18.298300 -1.169813</w:t>
        <w:br/>
        <w:t>v 0.168960 18.471817 -1.154357</w:t>
        <w:br/>
        <w:t>v 0.160182 18.473793 -1.176114</w:t>
        <w:br/>
        <w:t>v 0.113096 18.587696 -1.144019</w:t>
        <w:br/>
        <w:t>v 0.110442 18.585873 -1.162041</w:t>
        <w:br/>
        <w:t>v -0.003249 18.635136 -1.139793</w:t>
        <w:br/>
        <w:t>v -0.003249 18.631840 -1.155539</w:t>
        <w:br/>
        <w:t>v 0.069695 18.399151 -1.160821</w:t>
        <w:br/>
        <w:t>v 0.119937 18.349121 -1.165286</w:t>
        <w:br/>
        <w:t>v -0.003249 18.298300 -1.169813</w:t>
        <w:br/>
        <w:t>v -0.003249 18.369055 -1.163500</w:t>
        <w:br/>
        <w:t>v 0.102230 18.471806 -1.154357</w:t>
        <w:br/>
        <w:t>v 0.168960 18.471817 -1.154357</w:t>
        <w:br/>
        <w:t>v 0.077681 18.552406 -1.147176</w:t>
        <w:br/>
        <w:t>v 0.113096 18.587696 -1.144019</w:t>
        <w:br/>
        <w:t>v -0.003249 18.586464 -1.144145</w:t>
        <w:br/>
        <w:t>v -0.003249 18.635136 -1.139793</w:t>
        <w:br/>
        <w:t>v -0.003249 18.369055 -1.163500</w:t>
        <w:br/>
        <w:t>v -0.076179 18.399151 -1.160821</w:t>
        <w:br/>
        <w:t>v -0.080493 18.395983 -1.173800</w:t>
        <w:br/>
        <w:t>v -0.003249 18.364113 -1.176642</w:t>
        <w:br/>
        <w:t>v -0.108727 18.471806 -1.154357</w:t>
        <w:br/>
        <w:t>v -0.114437 18.472851 -1.166154</w:t>
        <w:br/>
        <w:t>v -0.084178 18.552406 -1.147176</w:t>
        <w:br/>
        <w:t>v -0.088970 18.556396 -1.158105</w:t>
        <w:br/>
        <w:t>v -0.003249 18.586464 -1.144145</w:t>
        <w:br/>
        <w:t>v -0.003249 18.591484 -1.154005</w:t>
        <w:br/>
        <w:t>v -0.119518 18.358114 -1.187999</w:t>
        <w:br/>
        <w:t>v -0.003249 18.310135 -1.192262</w:t>
        <w:br/>
        <w:t>v -0.166679 18.473793 -1.176114</w:t>
        <w:br/>
        <w:t>v -0.116940 18.585873 -1.162041</w:t>
        <w:br/>
        <w:t>v -0.003249 18.631840 -1.155539</w:t>
        <w:br/>
        <w:t>v -0.003249 18.310135 -1.192262</w:t>
        <w:br/>
        <w:t>v -0.119518 18.358114 -1.187999</w:t>
        <w:br/>
        <w:t>v -0.126422 18.349121 -1.165286</w:t>
        <w:br/>
        <w:t>v -0.003249 18.298300 -1.169813</w:t>
        <w:br/>
        <w:t>v -0.166679 18.473793 -1.176114</w:t>
        <w:br/>
        <w:t>v -0.175458 18.471817 -1.154357</w:t>
        <w:br/>
        <w:t>v -0.116940 18.585873 -1.162041</w:t>
        <w:br/>
        <w:t>v -0.119593 18.587696 -1.144019</w:t>
        <w:br/>
        <w:t>v -0.003249 18.631840 -1.155539</w:t>
        <w:br/>
        <w:t>v -0.003249 18.635136 -1.139793</w:t>
        <w:br/>
        <w:t>v -0.003249 18.298300 -1.169813</w:t>
        <w:br/>
        <w:t>v -0.126422 18.349121 -1.165286</w:t>
        <w:br/>
        <w:t>v -0.076179 18.399151 -1.160821</w:t>
        <w:br/>
        <w:t>v -0.003249 18.369055 -1.163500</w:t>
        <w:br/>
        <w:t>v -0.175458 18.471817 -1.154357</w:t>
        <w:br/>
        <w:t>v -0.108727 18.471806 -1.154357</w:t>
        <w:br/>
        <w:t>v -0.119593 18.587696 -1.144019</w:t>
        <w:br/>
        <w:t>v -0.084178 18.552406 -1.147176</w:t>
        <w:br/>
        <w:t>v -0.003249 18.635136 -1.139793</w:t>
        <w:br/>
        <w:t>v -0.003249 18.586464 -1.144145</w:t>
        <w:br/>
        <w:t>v -1.325308 18.943436 0.090738</w:t>
        <w:br/>
        <w:t>v -1.292081 18.899899 0.191035</w:t>
        <w:br/>
        <w:t>v -1.261030 18.968552 0.214327</w:t>
        <w:br/>
        <w:t>v -1.272436 19.056747 0.166184</w:t>
        <w:br/>
        <w:t>v -1.276813 18.890060 0.248308</w:t>
        <w:br/>
        <w:t>v -1.258187 18.930531 0.258344</w:t>
        <w:br/>
        <w:t>v -1.363917 18.987011 0.027730</w:t>
        <w:br/>
        <w:t>v -1.310568 19.108864 0.124909</w:t>
        <w:br/>
        <w:t>v -1.329395 19.110073 0.124556</w:t>
        <w:br/>
        <w:t>v -1.379575 18.983494 0.024511</w:t>
        <w:br/>
        <w:t>v -1.337406 19.071087 0.167455</w:t>
        <w:br/>
        <w:t>v -1.388127 18.938015 0.071056</w:t>
        <w:br/>
        <w:t>v -1.392378 18.973656 0.033981</w:t>
        <w:br/>
        <w:t>v -1.344235 19.101608 0.133624</w:t>
        <w:br/>
        <w:t>v -1.318013 19.019573 0.201323</w:t>
        <w:br/>
        <w:t>v -1.360471 18.904598 0.133988</w:t>
        <w:br/>
        <w:t>v -1.293728 18.965343 0.229167</w:t>
        <w:br/>
        <w:t>v -1.321258 18.887882 0.199537</w:t>
        <w:br/>
        <w:t>v -1.284988 18.885998 0.250937</w:t>
        <w:br/>
        <w:t>v -1.271745 18.927692 0.266054</w:t>
        <w:br/>
        <w:t>v -1.308845 18.901905 0.199474</w:t>
        <w:br/>
        <w:t>v -1.276813 18.890060 0.248308</w:t>
        <w:br/>
        <w:t>v -1.292081 18.899899 0.191035</w:t>
        <w:br/>
        <w:t>v -1.325308 18.943436 0.090738</w:t>
        <w:br/>
        <w:t>v -1.339343 18.932369 0.137824</w:t>
        <w:br/>
        <w:t>v -1.379575 18.983494 0.024511</w:t>
        <w:br/>
        <w:t>v -1.363917 18.987011 0.027730</w:t>
        <w:br/>
        <w:t>v -1.392378 18.973656 0.033981</w:t>
        <w:br/>
        <w:t>v -1.388127 18.938015 0.071056</w:t>
        <w:br/>
        <w:t>v -1.360471 18.904598 0.133988</w:t>
        <w:br/>
        <w:t>v -1.321258 18.887882 0.199537</w:t>
        <w:br/>
        <w:t>v -1.308845 18.901905 0.199474</w:t>
        <w:br/>
        <w:t>v -1.284988 18.885998 0.250937</w:t>
        <w:br/>
        <w:t>v -1.284548 18.953709 0.209975</w:t>
        <w:br/>
        <w:t>v -1.258187 18.930531 0.258344</w:t>
        <w:br/>
        <w:t>v -1.271745 18.927692 0.266054</w:t>
        <w:br/>
        <w:t>v -1.272436 19.056747 0.166184</w:t>
        <w:br/>
        <w:t>v -1.298356 19.009323 0.170372</w:t>
        <w:br/>
        <w:t>v -1.310568 19.108864 0.124909</w:t>
        <w:br/>
        <w:t>v -1.261030 18.968552 0.214327</w:t>
        <w:br/>
        <w:t>v -1.293728 18.965343 0.229167</w:t>
        <w:br/>
        <w:t>v -1.284548 18.953709 0.209975</w:t>
        <w:br/>
        <w:t>v -1.318013 19.019573 0.201323</w:t>
        <w:br/>
        <w:t>v -1.298356 19.009323 0.170372</w:t>
        <w:br/>
        <w:t>v -1.337406 19.071087 0.167455</w:t>
        <w:br/>
        <w:t>v -1.344235 19.101608 0.133624</w:t>
        <w:br/>
        <w:t>v -1.276813 18.890060 0.248308</w:t>
        <w:br/>
        <w:t>v -1.329395 19.110073 0.124556</w:t>
        <w:br/>
        <w:t>v -1.258150 18.778484 0.245705</w:t>
        <w:br/>
        <w:t>v -1.274298 18.768608 0.247088</w:t>
        <w:br/>
        <w:t>v -1.267519 18.780910 0.234311</w:t>
        <w:br/>
        <w:t>v -1.272902 18.755581 0.233342</w:t>
        <w:br/>
        <w:t>v -1.274298 18.768608 0.247088</w:t>
        <w:br/>
        <w:t>v -1.263520 18.753155 0.244749</w:t>
        <w:br/>
        <w:t>v -1.256138 18.764610 0.250924</w:t>
        <w:br/>
        <w:t>v -1.274902 18.769455 0.228123</w:t>
        <w:br/>
        <w:t>v -1.496840 16.494507 0.743669</w:t>
        <w:br/>
        <w:t>v -1.514561 16.520199 0.785298</w:t>
        <w:br/>
        <w:t>v -1.304031 16.512678 0.679429</w:t>
        <w:br/>
        <w:t>v -1.532796 16.516788 0.833880</w:t>
        <w:br/>
        <w:t>v -1.304031 16.512678 0.679429</w:t>
        <w:br/>
        <w:t>v -1.540493 16.468599 0.880992</w:t>
        <w:br/>
        <w:t>v -0.944106 16.697504 0.422329</w:t>
        <w:br/>
        <w:t>v -0.912652 16.796165 0.255754</w:t>
        <w:br/>
        <w:t>v -1.201218 16.860912 0.352304</w:t>
        <w:br/>
        <w:t>v -1.232106 16.819923 0.542522</w:t>
        <w:br/>
        <w:t>v -1.288222 16.660343 0.637701</w:t>
        <w:br/>
        <w:t>v -1.010849 16.537708 0.546358</w:t>
        <w:br/>
        <w:t>v -1.570274 16.810200 0.745368</w:t>
        <w:br/>
        <w:t>v -1.288222 16.660343 0.637701</w:t>
        <w:br/>
        <w:t>v -1.570437 16.703716 0.796768</w:t>
        <w:br/>
        <w:t>v -1.550718 16.676575 0.758661</w:t>
        <w:br/>
        <w:t>v -1.515868 16.701176 0.688308</w:t>
        <w:br/>
        <w:t>v -1.494375 16.590820 0.666614</w:t>
        <w:br/>
        <w:t>v -1.304698 16.578392 0.622055</w:t>
        <w:br/>
        <w:t>v -1.288222 16.660343 0.637701</w:t>
        <w:br/>
        <w:t>v -1.550718 16.676575 0.758661</w:t>
        <w:br/>
        <w:t>v -1.515868 16.701176 0.688308</w:t>
        <w:br/>
        <w:t>v -1.293882 16.373695 0.780204</w:t>
        <w:br/>
        <w:t>v -1.041033 16.357487 0.623891</w:t>
        <w:br/>
        <w:t>v -1.280224 16.274920 0.756635</w:t>
        <w:br/>
        <w:t>v -1.078197 16.178688 0.651307</w:t>
        <w:br/>
        <w:t>v -1.496840 16.494507 0.743669</w:t>
        <w:br/>
        <w:t>v -1.199797 16.935709 0.204644</w:t>
        <w:br/>
        <w:t>v -1.468694 16.990887 0.210706</w:t>
        <w:br/>
        <w:t>v -1.468430 16.923592 0.272670</w:t>
        <w:br/>
        <w:t>v -1.204890 16.868629 0.263250</w:t>
        <w:br/>
        <w:t>v -1.463487 16.943649 0.381381</w:t>
        <w:br/>
        <w:t>v -0.885676 16.817444 0.067623</w:t>
        <w:br/>
        <w:t>v -1.188931 16.990978 0.048181</w:t>
        <w:br/>
        <w:t>v -1.498550 17.121746 0.203060</w:t>
        <w:br/>
        <w:t>v -1.199797 16.935709 0.204644</w:t>
        <w:br/>
        <w:t>v -1.505140 17.061680 0.273991</w:t>
        <w:br/>
        <w:t>v -1.492727 17.025108 0.263301</w:t>
        <w:br/>
        <w:t>v -1.468694 16.990887 0.210706</w:t>
        <w:br/>
        <w:t>v -1.201218 16.860912 0.352304</w:t>
        <w:br/>
        <w:t>v -1.463487 16.943649 0.381381</w:t>
        <w:br/>
        <w:t>v -1.485697 17.018230 0.368138</w:t>
        <w:br/>
        <w:t>v -1.485697 17.018230 0.368138</w:t>
        <w:br/>
        <w:t>v -1.486238 17.029198 0.400334</w:t>
        <w:br/>
        <w:t>v -1.495532 17.003628 0.509107</w:t>
        <w:br/>
        <w:t>v -1.214386 16.845089 -0.240361</w:t>
        <w:br/>
        <w:t>v -1.480541 17.002769 -0.374476</w:t>
        <w:br/>
        <w:t>v -1.470807 16.971504 -0.336344</w:t>
        <w:br/>
        <w:t>v -1.491356 16.916382 -0.216390</w:t>
        <w:br/>
        <w:t>v -1.218712 16.846661 -0.169279</w:t>
        <w:br/>
        <w:t>v -1.468883 16.924015 -0.324660</w:t>
        <w:br/>
        <w:t>v -1.468883 16.924015 -0.324660</w:t>
        <w:br/>
        <w:t>v -1.214386 16.845089 -0.240361</w:t>
        <w:br/>
        <w:t>v -0.905597 16.766056 -0.123840</w:t>
        <w:br/>
        <w:t>v -0.915255 16.626713 -0.273374</w:t>
        <w:br/>
        <w:t>v -1.222209 16.746765 -0.443772</w:t>
        <w:br/>
        <w:t>v -1.513252 16.961899 -0.476232</w:t>
        <w:br/>
        <w:t>v -0.937629 16.476437 -0.379683</w:t>
        <w:br/>
        <w:t>v -1.236911 16.573917 -0.491601</w:t>
        <w:br/>
        <w:t>v -1.595188 16.726871 -0.689918</w:t>
        <w:br/>
        <w:t>v -1.488062 16.991550 -0.159104</w:t>
        <w:br/>
        <w:t>v -1.204513 16.916119 -0.112911</w:t>
        <w:br/>
        <w:t>v -1.488062 16.991550 -0.159104</w:t>
        <w:br/>
        <w:t>v -1.492866 17.007538 -0.216138</w:t>
        <w:br/>
        <w:t>v -1.204513 16.916119 -0.112911</w:t>
        <w:br/>
        <w:t>v -1.492866 17.007538 -0.216138</w:t>
        <w:br/>
        <w:t>v -1.494249 17.037445 -0.225256</w:t>
        <w:br/>
        <w:t>v -1.494249 17.037445 -0.225256</w:t>
        <w:br/>
        <w:t>v -1.490904 17.116623 -0.132115</w:t>
        <w:br/>
        <w:t>v -1.268000 16.120266 0.749466</w:t>
        <w:br/>
        <w:t>v -1.439794 16.133860 0.874929</w:t>
        <w:br/>
        <w:t>v -1.449830 16.070528 0.914041</w:t>
        <w:br/>
        <w:t>v -1.278854 16.000275 0.782618</w:t>
        <w:br/>
        <w:t>v -1.127849 16.015837 0.648565</w:t>
        <w:br/>
        <w:t>v -1.253412 15.894508 0.696708</w:t>
        <w:br/>
        <w:t>v -1.167527 15.848870 0.610043</w:t>
        <w:br/>
        <w:t>v -1.232547 15.738802 0.631939</w:t>
        <w:br/>
        <w:t>v -1.238483 15.803871 0.657758</w:t>
        <w:br/>
        <w:t>v -1.426916 15.983927 0.916645</w:t>
        <w:br/>
        <w:t>v -1.402329 15.899301 0.863547</w:t>
        <w:br/>
        <w:t>v -1.253412 15.894508 0.696708</w:t>
        <w:br/>
        <w:t>v -1.360978 15.855106 0.822900</w:t>
        <w:br/>
        <w:t>v -1.343773 15.866160 0.791660</w:t>
        <w:br/>
        <w:t>v -1.347030 15.907941 0.755113</w:t>
        <w:br/>
        <w:t>v -1.451150 16.237392 0.839275</w:t>
        <w:br/>
        <w:t>v -1.280224 16.274920 0.756635</w:t>
        <w:br/>
        <w:t>v -1.454257 16.217007 0.871622</w:t>
        <w:br/>
        <w:t>v -1.524823 16.379959 0.908333</w:t>
        <w:br/>
        <w:t>v -1.494468 16.290857 0.899164</w:t>
        <w:br/>
        <w:t>v -1.451503 16.283510 0.810538</w:t>
        <w:br/>
        <w:t>v -1.451503 16.283510 0.810538</w:t>
        <w:br/>
        <w:t>v -1.444875 16.235041 0.760886</w:t>
        <w:br/>
        <w:t>v -1.283859 16.192959 0.713108</w:t>
        <w:br/>
        <w:t>v -1.424111 16.150200 0.753919</w:t>
        <w:br/>
        <w:t>v -1.405372 16.086853 0.795421</w:t>
        <w:br/>
        <w:t>v -1.410516 16.119350 0.830484</w:t>
        <w:br/>
        <w:t>v -1.268000 16.120266 0.749466</w:t>
        <w:br/>
        <w:t>v -1.405372 16.086853 0.795421</w:t>
        <w:br/>
        <w:t>v -1.439794 16.133860 0.874929</w:t>
        <w:br/>
        <w:t>v -0.958620 16.248083 -0.452740</w:t>
        <w:br/>
        <w:t>v -0.968442 16.004276 -0.450766</w:t>
        <w:br/>
        <w:t>v -1.200125 16.062244 -0.557993</w:t>
        <w:br/>
        <w:t>v -1.233251 16.278572 -0.652617</w:t>
        <w:br/>
        <w:t>v -1.244872 16.445412 -0.550094</w:t>
        <w:br/>
        <w:t>v -1.515316 16.298203 -0.820840</w:t>
        <w:br/>
        <w:t>v -1.547687 16.423866 -0.804364</w:t>
        <w:br/>
        <w:t>v -1.543109 16.508862 -0.734162</w:t>
        <w:br/>
        <w:t>v -1.514070 16.501476 -0.681329</w:t>
        <w:br/>
        <w:t>v -1.244872 16.445412 -0.550094</w:t>
        <w:br/>
        <w:t>v -1.480806 16.186588 -0.782155</w:t>
        <w:br/>
        <w:t>v -1.420276 16.078342 -0.718971</w:t>
        <w:br/>
        <w:t>v -1.428941 16.097359 -0.774106</w:t>
        <w:br/>
        <w:t>v -1.402405 16.093510 -0.643299</w:t>
        <w:br/>
        <w:t>v -1.200125 16.062244 -0.557993</w:t>
        <w:br/>
        <w:t>v -1.402405 16.093510 -0.643299</w:t>
        <w:br/>
        <w:t>v -1.199736 16.016682 -0.530802</w:t>
        <w:br/>
        <w:t>v -1.376699 16.017597 -0.587220</w:t>
        <w:br/>
        <w:t>v -0.985899 15.767955 -0.340144</w:t>
        <w:br/>
        <w:t>v -1.132490 15.764309 -0.441007</w:t>
        <w:br/>
        <w:t>v -1.187398 15.945081 -0.541442</w:t>
        <w:br/>
        <w:t>v -1.364751 15.945523 -0.685191</w:t>
        <w:br/>
        <w:t>v -1.355457 15.961998 -0.657976</w:t>
        <w:br/>
        <w:t>v -1.334844 15.943874 -0.611103</w:t>
        <w:br/>
        <w:t>v -1.355457 15.961998 -0.657976</w:t>
        <w:br/>
        <w:t>v -1.334844 15.943874 -0.611103</w:t>
        <w:br/>
        <w:t>v -1.187398 15.945081 -0.541442</w:t>
        <w:br/>
        <w:t>v -1.341623 15.861035 -0.668477</w:t>
        <w:br/>
        <w:t>v -1.011014 15.538800 -0.197867</w:t>
        <w:br/>
        <w:t>v -1.063822 15.532171 -0.230906</w:t>
        <w:br/>
        <w:t>v -1.143859 15.572880 -0.317067</w:t>
        <w:br/>
        <w:t>v -1.219229 15.655419 0.554065</w:t>
        <w:br/>
        <w:t>v -1.204414 15.666499 0.516726</w:t>
        <w:br/>
        <w:t>v -1.335850 15.787610 0.736701</w:t>
        <w:br/>
        <w:t>v -1.336102 15.751490 0.728438</w:t>
        <w:br/>
        <w:t>v -1.329713 15.784603 0.729054</w:t>
        <w:br/>
        <w:t>v -1.335850 15.787610 0.736701</w:t>
        <w:br/>
        <w:t>v -1.238483 15.803871 0.657758</w:t>
        <w:br/>
        <w:t>v -1.350288 15.858075 0.697072</w:t>
        <w:br/>
        <w:t>v -1.323475 15.779524 0.707347</w:t>
        <w:br/>
        <w:t>v -1.260781 15.857837 0.654564</w:t>
        <w:br/>
        <w:t>v -1.323475 15.779524 0.707347</w:t>
        <w:br/>
        <w:t>v -1.260781 15.857837 0.654564</w:t>
        <w:br/>
        <w:t>v -1.347030 15.907941 0.755113</w:t>
        <w:br/>
        <w:t>v -1.350288 15.858075 0.697072</w:t>
        <w:br/>
        <w:t>v -1.514334 16.598389 -0.585873</w:t>
        <w:br/>
        <w:t>v -1.250015 16.502567 -0.490607</w:t>
        <w:br/>
        <w:t>v -1.505921 16.517017 -0.573499</w:t>
        <w:br/>
        <w:t>v -1.551687 16.619530 -0.683354</w:t>
        <w:br/>
        <w:t>v -1.534922 16.582836 -0.647875</w:t>
        <w:br/>
        <w:t>v -1.236911 16.573917 -0.491601</w:t>
        <w:br/>
        <w:t>v -1.514334 16.598389 -0.585873</w:t>
        <w:br/>
        <w:t>v -1.534922 16.582836 -0.647875</w:t>
        <w:br/>
        <w:t>v -1.485170 16.467003 -0.636456</w:t>
        <w:br/>
        <w:t>v -1.485170 16.467003 -0.636456</w:t>
        <w:br/>
        <w:t>v -1.570437 16.703716 0.796768</w:t>
        <w:br/>
        <w:t>v -1.529212 16.925907 0.644430</w:t>
        <w:br/>
        <w:t>v -1.454257 16.217007 0.871622</w:t>
        <w:br/>
        <w:t>v -1.505140 17.061680 0.273991</w:t>
        <w:br/>
        <w:t>v -1.481647 17.146957 0.025619</w:t>
        <w:br/>
        <w:t>v -1.480541 17.002769 -0.374476</w:t>
        <w:br/>
        <w:t>v -1.560439 16.867062 -0.608247</w:t>
        <w:br/>
        <w:t>v -1.360978 15.855106 0.822900</w:t>
        <w:br/>
        <w:t>v -1.428941 16.097359 -0.774106</w:t>
        <w:br/>
        <w:t>v -1.263675 15.741004 -0.524238</w:t>
        <w:br/>
        <w:t>v -1.238798 15.654615 -0.419326</w:t>
        <w:br/>
        <w:t>v -1.298953 15.696153 0.664214</w:t>
        <w:br/>
        <w:t>v -1.299982 16.540510 0.736174</w:t>
        <w:br/>
        <w:t>v -1.530533 16.530600 0.838282</w:t>
        <w:br/>
        <w:t>v -1.518007 16.533127 0.779462</w:t>
        <w:br/>
        <w:t>v -1.497922 16.505451 0.743279</w:t>
        <w:br/>
        <w:t>v -1.492438 16.594225 0.681982</w:t>
        <w:br/>
        <w:t>v -1.300686 16.582035 0.640996</w:t>
        <w:br/>
        <w:t>v -1.497922 16.505451 0.743279</w:t>
        <w:br/>
        <w:t>v -1.496840 16.494507 0.743669</w:t>
        <w:br/>
        <w:t>v -1.497922 16.505451 0.743279</w:t>
        <w:br/>
        <w:t>v -1.518007 16.533127 0.779462</w:t>
        <w:br/>
        <w:t>v -1.514561 16.520199 0.785298</w:t>
        <w:br/>
        <w:t>v -1.530533 16.530600 0.838282</w:t>
        <w:br/>
        <w:t>v -1.532796 16.516788 0.833880</w:t>
        <w:br/>
        <w:t>v -1.279998 16.378447 0.803432</w:t>
        <w:br/>
        <w:t>v -1.535513 16.474789 0.892927</w:t>
        <w:br/>
        <w:t>v -1.299982 16.540510 0.736174</w:t>
        <w:br/>
        <w:t>v -0.962216 16.530392 0.533177</w:t>
        <w:br/>
        <w:t>v -1.009655 16.368065 0.608397</w:t>
        <w:br/>
        <w:t>v -1.535513 16.474789 0.892927</w:t>
        <w:br/>
        <w:t>v -1.540493 16.468599 0.880992</w:t>
        <w:br/>
        <w:t>v -0.913709 16.694059 0.414695</w:t>
        <w:br/>
        <w:t>v -1.283167 16.633423 0.707424</w:t>
        <w:br/>
        <w:t>v -1.221064 16.838749 0.557727</w:t>
        <w:br/>
        <w:t>v -1.516397 16.692673 0.691503</w:t>
        <w:br/>
        <w:t>v -1.515868 16.701176 0.688308</w:t>
        <w:br/>
        <w:t>v -1.550718 16.676575 0.758661</w:t>
        <w:br/>
        <w:t>v -1.552214 16.664486 0.755605</w:t>
        <w:br/>
        <w:t>v -1.492438 16.594225 0.681982</w:t>
        <w:br/>
        <w:t>v -1.494375 16.590820 0.666614</w:t>
        <w:br/>
        <w:t>v -1.516397 16.692673 0.691503</w:t>
        <w:br/>
        <w:t>v -1.516397 16.692673 0.691503</w:t>
        <w:br/>
        <w:t>v -1.552214 16.664486 0.755605</w:t>
        <w:br/>
        <w:t>v -1.283167 16.633423 0.707424</w:t>
        <w:br/>
        <w:t>v -1.552214 16.664486 0.755605</w:t>
        <w:br/>
        <w:t>v -1.568048 16.696796 0.806929</w:t>
        <w:br/>
        <w:t>v -1.283167 16.633423 0.707424</w:t>
        <w:br/>
        <w:t>v -1.300686 16.582035 0.640996</w:t>
        <w:br/>
        <w:t>v -0.962216 16.530392 0.533177</w:t>
        <w:br/>
        <w:t>v -1.486426 17.026226 0.356027</w:t>
        <w:br/>
        <w:t>v -1.465562 16.949650 0.372540</w:t>
        <w:br/>
        <w:t>v -1.197332 16.947739 0.338721</w:t>
        <w:br/>
        <w:t>v -1.468442 16.936684 0.280078</w:t>
        <w:br/>
        <w:t>v -1.201520 16.888260 0.273399</w:t>
        <w:br/>
        <w:t>v -1.465562 16.949650 0.372540</w:t>
        <w:br/>
        <w:t>v -1.471787 16.987064 0.220352</w:t>
        <w:br/>
        <w:t>v -1.495507 17.016319 0.270318</w:t>
        <w:br/>
        <w:t>v -1.198992 16.969204 0.272393</w:t>
        <w:br/>
        <w:t>v -1.471787 16.987064 0.220352</w:t>
        <w:br/>
        <w:t>v -1.468694 16.990887 0.210706</w:t>
        <w:br/>
        <w:t>v -1.471787 16.987064 0.220352</w:t>
        <w:br/>
        <w:t>v -1.468442 16.936684 0.280078</w:t>
        <w:br/>
        <w:t>v -1.468430 16.923592 0.272670</w:t>
        <w:br/>
        <w:t>v -1.492727 17.025108 0.263301</w:t>
        <w:br/>
        <w:t>v -1.495507 17.016319 0.270318</w:t>
        <w:br/>
        <w:t>v -1.505140 17.061680 0.273991</w:t>
        <w:br/>
        <w:t>v -1.504524 17.062469 0.284014</w:t>
        <w:br/>
        <w:t>v -1.494123 17.131115 0.208468</w:t>
        <w:br/>
        <w:t>v -1.498550 17.121746 0.203060</w:t>
        <w:br/>
        <w:t>v -1.475422 17.160969 0.024801</w:t>
        <w:br/>
        <w:t>v -1.175801 17.009388 0.047099</w:t>
        <w:br/>
        <w:t>v -1.494123 17.131115 0.208468</w:t>
        <w:br/>
        <w:t>v -1.475422 17.160969 0.024801</w:t>
        <w:br/>
        <w:t>v -1.481647 17.146957 0.025619</w:t>
        <w:br/>
        <w:t>v -1.504524 17.062469 0.284014</w:t>
        <w:br/>
        <w:t>v -1.465562 16.949650 0.372540</w:t>
        <w:br/>
        <w:t>v -1.463487 16.943649 0.381381</w:t>
        <w:br/>
        <w:t>v -1.485697 17.018230 0.368138</w:t>
        <w:br/>
        <w:t>v -1.486426 17.026226 0.356027</w:t>
        <w:br/>
        <w:t>v -1.486238 17.029198 0.400334</w:t>
        <w:br/>
        <w:t>v -1.485597 17.045860 0.395026</w:t>
        <w:br/>
        <w:t>v -1.201520 16.888260 0.273399</w:t>
        <w:br/>
        <w:t>v -0.887487 16.796381 0.252812</w:t>
        <w:br/>
        <w:t>v -0.887487 16.796381 0.252812</w:t>
        <w:br/>
        <w:t>v -1.197332 16.947739 0.338721</w:t>
        <w:br/>
        <w:t>v -1.490527 17.019711 0.512604</w:t>
        <w:br/>
        <w:t>v -1.197332 16.947739 0.338721</w:t>
        <w:br/>
        <w:t>v -1.563785 16.815697 0.760963</w:t>
        <w:br/>
        <w:t>v -1.570274 16.810200 0.745368</w:t>
        <w:br/>
        <w:t>v -1.563785 16.815697 0.760963</w:t>
        <w:br/>
        <w:t>v -1.568048 16.696796 0.806929</w:t>
        <w:br/>
        <w:t>v -1.570437 16.703716 0.796768</w:t>
        <w:br/>
        <w:t>v -1.529212 16.925907 0.644430</w:t>
        <w:br/>
        <w:t>v -1.521854 16.939751 0.656465</w:t>
        <w:br/>
        <w:t>v -1.495532 17.003628 0.509107</w:t>
        <w:br/>
        <w:t>v -1.490527 17.019711 0.512604</w:t>
        <w:br/>
        <w:t>v -1.486426 17.026226 0.356027</w:t>
        <w:br/>
        <w:t>v -1.485597 17.045860 0.395026</w:t>
        <w:br/>
        <w:t>v -1.198992 16.969204 0.272393</w:t>
        <w:br/>
        <w:t>v -0.879513 16.822628 0.067862</w:t>
        <w:br/>
        <w:t>v -1.196816 16.934879 -0.174938</w:t>
        <w:br/>
        <w:t>v -0.883450 16.766548 -0.124557</w:t>
        <w:br/>
        <w:t>v -1.470807 16.971504 -0.336344</w:t>
        <w:br/>
        <w:t>v -1.473309 16.978725 -0.324107</w:t>
        <w:br/>
        <w:t>v -1.470870 16.933189 -0.315090</w:t>
        <w:br/>
        <w:t>v -1.468883 16.924015 -0.324660</w:t>
        <w:br/>
        <w:t>v -1.478038 17.014381 -0.371973</w:t>
        <w:br/>
        <w:t>v -1.480541 17.002769 -0.374476</w:t>
        <w:br/>
        <w:t>v -1.200690 16.896553 -0.264118</w:t>
        <w:br/>
        <w:t>v -1.478038 17.014381 -0.371973</w:t>
        <w:br/>
        <w:t>v -1.507366 16.974262 -0.481375</w:t>
        <w:br/>
        <w:t>v -1.478038 17.014381 -0.371973</w:t>
        <w:br/>
        <w:t>v -1.200690 16.896553 -0.264118</w:t>
        <w:br/>
        <w:t>v -1.473309 16.978725 -0.324107</w:t>
        <w:br/>
        <w:t>v -1.210399 16.761341 -0.458738</w:t>
        <w:br/>
        <w:t>v -0.893976 16.644253 -0.293937</w:t>
        <w:br/>
        <w:t>v -1.513252 16.961899 -0.476232</w:t>
        <w:br/>
        <w:t>v -1.507366 16.974262 -0.481375</w:t>
        <w:br/>
        <w:t>v -1.552340 16.876945 -0.619188</w:t>
        <w:br/>
        <w:t>v -1.560439 16.867062 -0.608247</w:t>
        <w:br/>
        <w:t>v -1.470870 16.933189 -0.315090</w:t>
        <w:br/>
        <w:t>v -1.214675 16.859589 -0.178975</w:t>
        <w:br/>
        <w:t>v -1.489432 16.926498 -0.222791</w:t>
        <w:br/>
        <w:t>v -1.491356 16.916382 -0.216390</w:t>
        <w:br/>
        <w:t>v -1.237464 16.554550 -0.549654</w:t>
        <w:br/>
        <w:t>v -0.904503 16.474854 -0.385733</w:t>
        <w:br/>
        <w:t>v -1.492866 17.007538 -0.216138</w:t>
        <w:br/>
        <w:t>v -1.494450 16.995537 -0.224791</w:t>
        <w:br/>
        <w:t>v -1.490199 17.037647 -0.238172</w:t>
        <w:br/>
        <w:t>v -1.494249 17.037445 -0.225256</w:t>
        <w:br/>
        <w:t>v -1.484703 17.125320 -0.137611</w:t>
        <w:br/>
        <w:t>v -1.490904 17.116623 -0.132115</w:t>
        <w:br/>
        <w:t>v -1.489407 16.985401 -0.168385</w:t>
        <w:br/>
        <w:t>v -1.488062 16.991550 -0.159104</w:t>
        <w:br/>
        <w:t>v -1.489407 16.985401 -0.168385</w:t>
        <w:br/>
        <w:t>v -1.214675 16.859589 -0.178975</w:t>
        <w:br/>
        <w:t>v -1.196816 16.934879 -0.174938</w:t>
        <w:br/>
        <w:t>v -1.494450 16.995537 -0.224791</w:t>
        <w:br/>
        <w:t>v -1.489407 16.985401 -0.168385</w:t>
        <w:br/>
        <w:t>v -1.196816 16.934879 -0.174938</w:t>
        <w:br/>
        <w:t>v -1.494450 16.995537 -0.224791</w:t>
        <w:br/>
        <w:t>v -1.490199 17.037647 -0.238172</w:t>
        <w:br/>
        <w:t>v -1.484703 17.125320 -0.137611</w:t>
        <w:br/>
        <w:t>v -0.883450 16.766548 -0.124557</w:t>
        <w:br/>
        <w:t>v -1.438838 16.144741 0.877482</w:t>
        <w:br/>
        <w:t>v -1.416301 16.127939 0.820146</w:t>
        <w:br/>
        <w:t>v -1.271572 16.160070 0.791359</w:t>
        <w:br/>
        <w:t>v -1.438838 16.144741 0.877482</w:t>
        <w:br/>
        <w:t>v -1.439794 16.133860 0.874929</w:t>
        <w:br/>
        <w:t>v -1.410516 16.119350 0.830484</w:t>
        <w:br/>
        <w:t>v -1.416301 16.127939 0.820146</w:t>
        <w:br/>
        <w:t>v -1.143657 15.834041 0.619790</w:t>
        <w:br/>
        <w:t>v -1.172709 15.655909 0.525064</w:t>
        <w:br/>
        <w:t>v -1.212520 15.647633 0.562995</w:t>
        <w:br/>
        <w:t>v -1.225235 15.731067 0.647571</w:t>
        <w:br/>
        <w:t>v -1.239917 15.814033 0.696812</w:t>
        <w:br/>
        <w:t>v -1.287408 15.688431 0.677960</w:t>
        <w:br/>
        <w:t>v -1.330316 15.749253 0.741630</w:t>
        <w:br/>
        <w:t>v -1.333448 15.795142 0.727633</w:t>
        <w:br/>
        <w:t>v -1.239917 15.814033 0.696812</w:t>
        <w:br/>
        <w:t>v -1.339711 15.795333 0.744951</w:t>
        <w:br/>
        <w:t>v -1.325210 15.785710 0.709158</w:t>
        <w:br/>
        <w:t>v -1.254455 15.852027 0.672372</w:t>
        <w:br/>
        <w:t>v -1.239917 15.814033 0.696812</w:t>
        <w:br/>
        <w:t>v -1.143657 15.834041 0.619790</w:t>
        <w:br/>
        <w:t>v -1.325210 15.785710 0.709158</w:t>
        <w:br/>
        <w:t>v -1.323475 15.779524 0.707347</w:t>
        <w:br/>
        <w:t>v -1.325210 15.785710 0.709158</w:t>
        <w:br/>
        <w:t>v -1.333448 15.795142 0.727633</w:t>
        <w:br/>
        <w:t>v -1.329713 15.784603 0.729054</w:t>
        <w:br/>
        <w:t>v -1.346452 15.852880 0.711988</w:t>
        <w:br/>
        <w:t>v -1.350288 15.858075 0.697072</w:t>
        <w:br/>
        <w:t>v -1.143657 15.834041 0.619790</w:t>
        <w:br/>
        <w:t>v -1.254455 15.852027 0.672372</w:t>
        <w:br/>
        <w:t>v -1.254820 15.846959 0.736814</w:t>
        <w:br/>
        <w:t>v -1.352551 15.898774 0.755000</w:t>
        <w:br/>
        <w:t>v -1.354073 15.856642 0.780769</w:t>
        <w:br/>
        <w:t>v -1.361619 15.843726 0.823855</w:t>
        <w:br/>
        <w:t>v -1.346452 15.852880 0.711988</w:t>
        <w:br/>
        <w:t>v -1.352551 15.898774 0.755000</w:t>
        <w:br/>
        <w:t>v -1.254455 15.852027 0.672372</w:t>
        <w:br/>
        <w:t>v -1.254820 15.846959 0.736814</w:t>
        <w:br/>
        <w:t>v -1.264881 15.998553 0.801357</w:t>
        <w:br/>
        <w:t>v -1.103689 16.000114 0.650213</w:t>
        <w:br/>
        <w:t>v -1.271572 16.160070 0.791359</w:t>
        <w:br/>
        <w:t>v -1.061457 16.176899 0.654766</w:t>
        <w:br/>
        <w:t>v -1.361619 15.843726 0.823855</w:t>
        <w:br/>
        <w:t>v -1.389815 15.892297 0.879154</w:t>
        <w:br/>
        <w:t>v -1.440888 16.077484 0.931070</w:t>
        <w:br/>
        <w:t>v -1.361619 15.843726 0.823855</w:t>
        <w:br/>
        <w:t>v -1.354073 15.856642 0.780769</w:t>
        <w:br/>
        <w:t>v -1.343773 15.866160 0.791660</w:t>
        <w:br/>
        <w:t>v -1.360978 15.855106 0.822900</w:t>
        <w:br/>
        <w:t>v -1.352551 15.898774 0.755000</w:t>
        <w:br/>
        <w:t>v -1.347030 15.907941 0.755113</w:t>
        <w:br/>
        <w:t>v -1.389815 15.892297 0.879154</w:t>
        <w:br/>
        <w:t>v -1.402329 15.899301 0.863547</w:t>
        <w:br/>
        <w:t>v -1.426916 15.983927 0.916645</w:t>
        <w:br/>
        <w:t>v -1.417182 15.983562 0.931095</w:t>
        <w:br/>
        <w:t>v -1.402329 15.899301 0.863547</w:t>
        <w:br/>
        <w:t>v -1.440888 16.077484 0.931070</w:t>
        <w:br/>
        <w:t>v -1.449830 16.070528 0.914041</w:t>
        <w:br/>
        <w:t>v -1.452848 16.205990 0.875520</w:t>
        <w:br/>
        <w:t>v -1.455691 16.229683 0.831780</w:t>
        <w:br/>
        <w:t>v -1.451150 16.237392 0.839275</w:t>
        <w:br/>
        <w:t>v -1.454257 16.217007 0.871622</w:t>
        <w:br/>
        <w:t>v -1.453754 16.275309 0.810777</w:t>
        <w:br/>
        <w:t>v -1.451503 16.283510 0.810538</w:t>
        <w:br/>
        <w:t>v -1.455691 16.229683 0.831780</w:t>
        <w:br/>
        <w:t>v -1.452848 16.205990 0.875520</w:t>
        <w:br/>
        <w:t>v -1.270691 16.201487 0.804187</w:t>
        <w:br/>
        <w:t>v -1.453754 16.275309 0.810777</w:t>
        <w:br/>
        <w:t>v -1.494468 16.290857 0.899164</w:t>
        <w:br/>
        <w:t>v -1.485640 16.287153 0.915878</w:t>
        <w:br/>
        <w:t>v -1.515580 16.383743 0.926631</w:t>
        <w:br/>
        <w:t>v -1.524823 16.379959 0.908333</w:t>
        <w:br/>
        <w:t>v -1.405372 16.086853 0.795421</w:t>
        <w:br/>
        <w:t>v -1.408341 16.097254 0.795635</w:t>
        <w:br/>
        <w:t>v -1.420514 16.152842 0.769702</w:t>
        <w:br/>
        <w:t>v -1.424111 16.150200 0.753919</w:t>
        <w:br/>
        <w:t>v -1.408341 16.097254 0.795635</w:t>
        <w:br/>
        <w:t>v -1.408341 16.097254 0.795635</w:t>
        <w:br/>
        <w:t>v -1.278464 16.191578 0.732476</w:t>
        <w:br/>
        <w:t>v -1.271572 16.160070 0.791359</w:t>
        <w:br/>
        <w:t>v -1.420514 16.152842 0.769702</w:t>
        <w:br/>
        <w:t>v -1.441882 16.230474 0.774456</w:t>
        <w:br/>
        <w:t>v -1.278464 16.191578 0.732476</w:t>
        <w:br/>
        <w:t>v -1.278464 16.191578 0.732476</w:t>
        <w:br/>
        <w:t>v -1.453754 16.275309 0.810777</w:t>
        <w:br/>
        <w:t>v -1.444875 16.235041 0.760886</w:t>
        <w:br/>
        <w:t>v -1.441882 16.230474 0.774456</w:t>
        <w:br/>
        <w:t>v -1.061457 16.176899 0.654766</w:t>
        <w:br/>
        <w:t>v -1.061457 16.176899 0.654766</w:t>
        <w:br/>
        <w:t>v -1.270691 16.201487 0.804187</w:t>
        <w:br/>
        <w:t>v -1.485640 16.287153 0.915878</w:t>
        <w:br/>
        <w:t>v -0.921029 16.246861 -0.457834</w:t>
        <w:br/>
        <w:t>v -1.241992 16.488083 -0.588804</w:t>
        <w:br/>
        <w:t>v -1.219417 16.281765 -0.673268</w:t>
        <w:br/>
        <w:t>v -1.538934 16.433777 -0.818727</w:t>
        <w:br/>
        <w:t>v -1.543109 16.508862 -0.734162</w:t>
        <w:br/>
        <w:t>v -1.547687 16.423866 -0.804364</w:t>
        <w:br/>
        <w:t>v -1.538934 16.433777 -0.818727</w:t>
        <w:br/>
        <w:t>v -1.540531 16.524818 -0.739709</w:t>
        <w:br/>
        <w:t>v -1.503645 16.301212 -0.838573</w:t>
        <w:br/>
        <w:t>v -1.515316 16.298203 -0.820840</w:t>
        <w:br/>
        <w:t>v -1.197585 16.041771 -0.643387</w:t>
        <w:br/>
        <w:t>v -1.470581 16.182827 -0.800064</w:t>
        <w:br/>
        <w:t>v -0.934787 15.999913 -0.446528</w:t>
        <w:br/>
        <w:t>v -1.470581 16.182827 -0.800064</w:t>
        <w:br/>
        <w:t>v -1.480806 16.186588 -0.782155</w:t>
        <w:br/>
        <w:t>v -1.480806 16.186588 -0.782155</w:t>
        <w:br/>
        <w:t>v -1.428941 16.097359 -0.774106</w:t>
        <w:br/>
        <w:t>v -1.429494 16.083595 -0.781904</w:t>
        <w:br/>
        <w:t>v -1.517956 16.515087 -0.675418</w:t>
        <w:br/>
        <w:t>v -1.540531 16.524818 -0.739709</w:t>
        <w:br/>
        <w:t>v -1.241992 16.488083 -0.588804</w:t>
        <w:br/>
        <w:t>v -1.488427 16.480080 -0.634544</w:t>
        <w:br/>
        <w:t>v -1.514070 16.501476 -0.681329</w:t>
        <w:br/>
        <w:t>v -1.543109 16.508862 -0.734162</w:t>
        <w:br/>
        <w:t>v -1.517956 16.515087 -0.675418</w:t>
        <w:br/>
        <w:t>v -1.420276 16.078342 -0.718971</w:t>
        <w:br/>
        <w:t>v -1.402405 16.093510 -0.643299</w:t>
        <w:br/>
        <w:t>v -1.404706 16.072960 -0.652064</w:t>
        <w:br/>
        <w:t>v -1.418087 16.060295 -0.729736</w:t>
        <w:br/>
        <w:t>v -1.374649 16.011677 -0.602476</w:t>
        <w:br/>
        <w:t>v -1.376699 16.017597 -0.587220</w:t>
        <w:br/>
        <w:t>v -1.418087 16.060295 -0.729736</w:t>
        <w:br/>
        <w:t>v -1.404706 16.072960 -0.652064</w:t>
        <w:br/>
        <w:t>v -1.197585 16.041771 -0.643387</w:t>
        <w:br/>
        <w:t>v -1.429494 16.083595 -0.781904</w:t>
        <w:br/>
        <w:t>v -1.374649 16.011677 -0.602476</w:t>
        <w:br/>
        <w:t>v -1.197158 16.005466 -0.550070</w:t>
        <w:br/>
        <w:t>v -1.404706 16.072960 -0.652064</w:t>
        <w:br/>
        <w:t>v -0.934787 15.999913 -0.446528</w:t>
        <w:br/>
        <w:t>v -1.186103 15.961443 -0.596338</w:t>
        <w:br/>
        <w:t>v -1.197158 16.005466 -0.550070</w:t>
        <w:br/>
        <w:t>v -1.336354 15.954791 -0.612700</w:t>
        <w:br/>
        <w:t>v -1.357180 15.977389 -0.654831</w:t>
        <w:br/>
        <w:t>v -1.186103 15.961443 -0.596338</w:t>
        <w:br/>
        <w:t>v -1.355457 15.961998 -0.657976</w:t>
        <w:br/>
        <w:t>v -1.364751 15.945523 -0.685191</w:t>
        <w:br/>
        <w:t>v -1.361481 15.953159 -0.695252</w:t>
        <w:br/>
        <w:t>v -1.357180 15.977389 -0.654831</w:t>
        <w:br/>
        <w:t>v -1.334844 15.943874 -0.611103</w:t>
        <w:br/>
        <w:t>v -1.355457 15.961998 -0.657976</w:t>
        <w:br/>
        <w:t>v -1.336354 15.954791 -0.612700</w:t>
        <w:br/>
        <w:t>v -1.334844 15.943874 -0.611103</w:t>
        <w:br/>
        <w:t>v -1.336354 15.954791 -0.612700</w:t>
        <w:br/>
        <w:t>v -1.341623 15.861035 -0.668477</w:t>
        <w:br/>
        <w:t>v -1.263675 15.741004 -0.524238</w:t>
        <w:br/>
        <w:t>v -1.254405 15.730275 -0.539091</w:t>
        <w:br/>
        <w:t>v -1.333889 15.856216 -0.685631</w:t>
        <w:br/>
        <w:t>v -1.186103 15.961443 -0.596338</w:t>
        <w:br/>
        <w:t>v -1.121322 15.753188 -0.458690</w:t>
        <w:br/>
        <w:t>v -1.333889 15.856216 -0.685631</w:t>
        <w:br/>
        <w:t>v -1.254405 15.730275 -0.539091</w:t>
        <w:br/>
        <w:t>v -1.232548 15.641991 -0.432380</w:t>
        <w:br/>
        <w:t>v -0.985773 15.537401 -0.191353</w:t>
        <w:br/>
        <w:t>v -0.983082 15.582688 -0.223008</w:t>
        <w:br/>
        <w:t>v -1.054491 15.518890 -0.243973</w:t>
        <w:br/>
        <w:t>v -1.232548 15.641991 -0.432380</w:t>
        <w:br/>
        <w:t>v -1.238798 15.654615 -0.419326</w:t>
        <w:br/>
        <w:t>v -1.143859 15.572880 -0.317067</w:t>
        <w:br/>
        <w:t>v -1.137004 15.560304 -0.329178</w:t>
        <w:br/>
        <w:t>v -1.063822 15.532171 -0.230906</w:t>
        <w:br/>
        <w:t>v -1.054491 15.518890 -0.243973</w:t>
        <w:br/>
        <w:t>v -1.357180 15.977389 -0.654831</w:t>
        <w:br/>
        <w:t>v -1.361481 15.953159 -0.695252</w:t>
        <w:br/>
        <w:t>v -1.570437 16.703716 0.796768</w:t>
        <w:br/>
        <w:t>v -1.212520 15.647633 0.562995</w:t>
        <w:br/>
        <w:t>v -1.172709 15.655909 0.525064</w:t>
        <w:br/>
        <w:t>v -1.204414 15.666499 0.516726</w:t>
        <w:br/>
        <w:t>v -1.219229 15.655419 0.554065</w:t>
        <w:br/>
        <w:t>v -1.298953 15.696153 0.664214</w:t>
        <w:br/>
        <w:t>v -1.287408 15.688431 0.677960</w:t>
        <w:br/>
        <w:t>v -1.339711 15.795333 0.744951</w:t>
        <w:br/>
        <w:t>v -1.330316 15.749253 0.741630</w:t>
        <w:br/>
        <w:t>v -1.336102 15.751490 0.728438</w:t>
        <w:br/>
        <w:t>v -1.335850 15.787610 0.736701</w:t>
        <w:br/>
        <w:t>v -1.336102 15.751490 0.728438</w:t>
        <w:br/>
        <w:t>v -1.513932 16.590103 -0.589986</w:t>
        <w:br/>
        <w:t>v -1.244406 16.507866 -0.508365</w:t>
        <w:br/>
        <w:t>v -1.237464 16.554550 -0.549654</w:t>
        <w:br/>
        <w:t>v -1.488427 16.480080 -0.634544</w:t>
        <w:br/>
        <w:t>v -1.244406 16.507866 -0.508365</w:t>
        <w:br/>
        <w:t>v -1.505921 16.517017 -0.573499</w:t>
        <w:br/>
        <w:t>v -1.503204 16.523811 -0.586817</w:t>
        <w:br/>
        <w:t>v -1.513932 16.590103 -0.589986</w:t>
        <w:br/>
        <w:t>v -1.514334 16.598389 -0.585873</w:t>
        <w:br/>
        <w:t>v -1.534809 16.568996 -0.648177</w:t>
        <w:br/>
        <w:t>v -1.534922 16.582836 -0.647875</w:t>
        <w:br/>
        <w:t>v -1.514334 16.598389 -0.585873</w:t>
        <w:br/>
        <w:t>v -1.546014 16.610664 -0.694647</w:t>
        <w:br/>
        <w:t>v -1.551687 16.619530 -0.683354</w:t>
        <w:br/>
        <w:t>v -1.488427 16.480080 -0.634544</w:t>
        <w:br/>
        <w:t>v -1.485170 16.467003 -0.636456</w:t>
        <w:br/>
        <w:t>v -0.904503 16.474854 -0.385733</w:t>
        <w:br/>
        <w:t>v -1.534809 16.568996 -0.648177</w:t>
        <w:br/>
        <w:t>v -1.513932 16.590103 -0.589986</w:t>
        <w:br/>
        <w:t>v -1.237464 16.554550 -0.549654</w:t>
        <w:br/>
        <w:t>v -1.546014 16.610664 -0.694647</w:t>
        <w:br/>
        <w:t>v -1.534809 16.568996 -0.648177</w:t>
        <w:br/>
        <w:t>v -1.552340 16.876945 -0.619188</w:t>
        <w:br/>
        <w:t>v -1.586611 16.730267 -0.705412</w:t>
        <w:br/>
        <w:t>v -1.595188 16.726871 -0.689918</w:t>
        <w:br/>
        <w:t>v -1.586611 16.730267 -0.705412</w:t>
        <w:br/>
        <w:t>v -0.985773 15.537401 -0.191353</w:t>
        <w:br/>
        <w:t>v -1.011014 15.538800 -0.197867</w:t>
        <w:br/>
        <w:t>v -1.521854 16.939751 0.656465</w:t>
        <w:br/>
        <w:t>v -1.568048 16.696796 0.806929</w:t>
        <w:br/>
        <w:t>v -1.515580 16.383743 0.926631</w:t>
        <w:br/>
        <w:t>v -1.452848 16.205990 0.875520</w:t>
        <w:br/>
        <w:t>v -1.504524 17.062469 0.284014</w:t>
        <w:br/>
        <w:t>v -1.490199 17.037647 -0.238172</w:t>
        <w:br/>
        <w:t>v -1.438838 16.144741 0.877482</w:t>
        <w:br/>
        <w:t>v -1.417182 15.983562 0.931095</w:t>
        <w:br/>
        <w:t>v -1.429494 16.083595 -0.781904</w:t>
        <w:br/>
        <w:t>v -1.503645 16.301212 -0.838573</w:t>
        <w:br/>
        <w:t>v -1.137004 15.560304 -0.329178</w:t>
        <w:br/>
        <w:t>v -0.963688 15.762973 -0.343590</w:t>
        <w:br/>
        <w:t>v -1.339711 15.795333 0.744951</w:t>
        <w:br/>
        <w:t>v -1.489432 16.926498 -0.222791</w:t>
        <w:br/>
        <w:t>v -1.503204 16.523811 -0.586817</w:t>
        <w:br/>
        <w:t>v 0.030417 17.107714 0.732622</w:t>
        <w:br/>
        <w:t>v 0.000008 17.110092 0.738885</w:t>
        <w:br/>
        <w:t>v 0.022293 17.134653 0.722422</w:t>
        <w:br/>
        <w:t>v 0.022293 17.080799 0.742884</w:t>
        <w:br/>
        <w:t>v 0.043786 17.101425 0.716084</w:t>
        <w:br/>
        <w:t>v 0.037963 17.074879 0.726183</w:t>
        <w:br/>
        <w:t>v 0.021979 17.055357 0.733603</w:t>
        <w:br/>
        <w:t>v 0.000008 17.070866 0.746707</w:t>
        <w:br/>
        <w:t>v -0.021963 17.055357 0.733603</w:t>
        <w:br/>
        <w:t>v -0.022278 17.080799 0.742884</w:t>
        <w:br/>
        <w:t>v -0.037948 17.074879 0.726183</w:t>
        <w:br/>
        <w:t>v -0.043771 17.101425 0.716084</w:t>
        <w:br/>
        <w:t>v -0.030402 17.107714 0.732622</w:t>
        <w:br/>
        <w:t>v -0.037948 17.127987 0.705998</w:t>
        <w:br/>
        <w:t>v 0.037963 17.127987 0.705998</w:t>
        <w:br/>
        <w:t>v 0.000008 17.144613 0.718675</w:t>
        <w:br/>
        <w:t>v 0.021803 17.147242 0.701621</w:t>
        <w:br/>
        <w:t>v -0.022278 17.134653 0.722422</w:t>
        <w:br/>
        <w:t>v -0.021787 17.147242 0.701621</w:t>
        <w:br/>
        <w:t>v 0.000008 17.048166 0.736332</w:t>
        <w:br/>
        <w:t>v 0.000008 17.154699 0.702237</w:t>
        <w:br/>
        <w:t>v -0.000093 16.914894 0.656623</w:t>
        <w:br/>
        <w:t>v 0.081151 16.958023 0.652171</w:t>
        <w:br/>
        <w:t>v 0.164369 16.860641 0.608857</w:t>
        <w:br/>
        <w:t>v 0.000020 16.982145 0.660446</w:t>
        <w:br/>
        <w:t>v -0.000785 16.771700 0.696301</w:t>
        <w:br/>
        <w:t>v 0.174757 16.751909 0.644310</w:t>
        <w:br/>
        <w:t>v -0.001037 16.616610 0.759346</w:t>
        <w:br/>
        <w:t>v 0.187056 16.618004 0.719529</w:t>
        <w:br/>
        <w:t>v 0.250315 16.411283 1.135419</w:t>
        <w:br/>
        <w:t>v 0.317762 16.221807 1.333347</w:t>
        <w:br/>
        <w:t>v 0.243951 16.230209 1.413798</w:t>
        <w:br/>
        <w:t>v 0.178869 16.408592 1.181146</w:t>
        <w:br/>
        <w:t>v 0.283165 16.160484 1.208173</w:t>
        <w:br/>
        <w:t>v 0.220685 16.366901 0.995795</w:t>
        <w:br/>
        <w:t>v 0.300168 16.383766 0.976264</w:t>
        <w:br/>
        <w:t>v 0.364421 16.173475 1.170292</w:t>
        <w:br/>
        <w:t>v 0.139630 16.213329 1.473888</w:t>
        <w:br/>
        <w:t>v 0.356146 16.366171 0.922562</w:t>
        <w:br/>
        <w:t>v 0.423191 16.194277 1.066399</w:t>
        <w:br/>
        <w:t>v -0.000013 16.194359 1.478340</w:t>
        <w:br/>
        <w:t>v 0.000125 16.366825 1.195433</w:t>
        <w:br/>
        <w:t>v -0.001804 16.756355 0.791227</w:t>
        <w:br/>
        <w:t>v -0.000156 16.955036 0.699998</w:t>
        <w:br/>
        <w:t>v 0.071215 16.956684 0.699910</w:t>
        <w:br/>
        <w:t>v 0.090570 16.784414 0.814821</w:t>
        <w:br/>
        <w:t>v 0.150082 16.775711 0.779556</w:t>
        <w:br/>
        <w:t>v 0.133041 16.783520 0.800320</w:t>
        <w:br/>
        <w:t>v 0.114843 16.940424 0.683473</w:t>
        <w:br/>
        <w:t>v 0.150082 16.775711 0.779556</w:t>
        <w:br/>
        <w:t>v 0.114843 16.940424 0.683473</w:t>
        <w:br/>
        <w:t>v 0.111598 16.922644 0.674267</w:t>
        <w:br/>
        <w:t>v 0.115585 16.764025 0.761258</w:t>
        <w:br/>
        <w:t>v 0.214523 16.746498 0.701620</w:t>
        <w:br/>
        <w:t>v 0.184768 16.755236 0.726459</w:t>
        <w:br/>
        <w:t>v 0.165840 16.902859 0.643882</w:t>
        <w:br/>
        <w:t>v 0.134348 16.591829 0.970303</w:t>
        <w:br/>
        <w:t>v -0.000111 16.543461 0.949086</w:t>
        <w:br/>
        <w:t>v 0.190603 16.596611 0.947653</w:t>
        <w:br/>
        <w:t>v 0.141366 16.569746 0.874244</w:t>
        <w:br/>
        <w:t>v 0.263948 16.396629 1.080837</w:t>
        <w:br/>
        <w:t>v 0.201431 16.583593 0.908653</w:t>
        <w:br/>
        <w:t>v 0.141366 16.569746 0.874244</w:t>
        <w:br/>
        <w:t>v 0.241160 16.575153 0.830302</w:t>
        <w:br/>
        <w:t>v 0.281342 16.560200 0.791139</w:t>
        <w:br/>
        <w:t>v 0.115585 16.764025 0.761258</w:t>
        <w:br/>
        <w:t>v 0.062877 16.984661 0.647606</w:t>
        <w:br/>
        <w:t>v 0.099349 16.966059 0.639381</w:t>
        <w:br/>
        <w:t>v 0.111410 16.951672 0.639041</w:t>
        <w:br/>
        <w:t>v 0.156144 16.927284 0.612806</w:t>
        <w:br/>
        <w:t>v 0.111598 16.922644 0.674267</w:t>
        <w:br/>
        <w:t>v 0.000020 16.993113 0.653718</w:t>
        <w:br/>
        <w:t>v 0.174769 16.370874 1.036517</w:t>
        <w:br/>
        <w:t>v 0.227338 16.156509 1.240947</w:t>
        <w:br/>
        <w:t>v 0.332276 16.196503 1.269055</w:t>
        <w:br/>
        <w:t>v 0.227338 16.156509 1.240947</w:t>
        <w:br/>
        <w:t>v 0.174769 16.370874 1.036517</w:t>
        <w:br/>
        <w:t>v 0.201431 16.583593 0.908653</w:t>
        <w:br/>
        <w:t>v 0.263948 16.396629 1.080837</w:t>
        <w:br/>
        <w:t>v 0.332276 16.196503 1.269055</w:t>
        <w:br/>
        <w:t>v 0.243951 16.230209 1.413798</w:t>
        <w:br/>
        <w:t>v 0.317762 16.221807 1.333347</w:t>
        <w:br/>
        <w:t>v 0.308695 16.212893 1.328693</w:t>
        <w:br/>
        <w:t>v 0.239675 16.217417 1.404856</w:t>
        <w:br/>
        <w:t>v 0.332276 16.196503 1.269055</w:t>
        <w:br/>
        <w:t>v 0.227338 16.156509 1.240947</w:t>
        <w:br/>
        <w:t>v 0.224156 16.156397 1.241890</w:t>
        <w:br/>
        <w:t>v 0.322378 16.196955 1.273344</w:t>
        <w:br/>
        <w:t>v 0.283165 16.160484 1.208173</w:t>
        <w:br/>
        <w:t>v 0.364421 16.173475 1.170292</w:t>
        <w:br/>
        <w:t>v 0.361465 16.164183 1.163011</w:t>
        <w:br/>
        <w:t>v 0.281303 16.153719 1.201923</w:t>
        <w:br/>
        <w:t>v 0.139630 16.213329 1.473888</w:t>
        <w:br/>
        <w:t>v 0.138913 16.200064 1.463789</w:t>
        <w:br/>
        <w:t>v 0.423191 16.194277 1.066399</w:t>
        <w:br/>
        <w:t>v 0.415154 16.182869 1.061884</w:t>
        <w:br/>
        <w:t>v 0.423191 16.194277 1.066399</w:t>
        <w:br/>
        <w:t>v 0.356146 16.366171 0.922562</w:t>
        <w:br/>
        <w:t>v 0.344840 16.356813 0.916890</w:t>
        <w:br/>
        <w:t>v 0.415154 16.182869 1.061884</w:t>
        <w:br/>
        <w:t>v -0.000013 16.194359 1.478340</w:t>
        <w:br/>
        <w:t>v 0.000025 16.184330 1.469939</w:t>
        <w:br/>
        <w:t>v 0.214523 16.746498 0.701620</w:t>
        <w:br/>
        <w:t>v 0.165840 16.902859 0.643882</w:t>
        <w:br/>
        <w:t>v 0.157427 16.893087 0.638663</w:t>
        <w:br/>
        <w:t>v 0.202865 16.738058 0.693760</w:t>
        <w:br/>
        <w:t>v 0.281342 16.560200 0.791139</w:t>
        <w:br/>
        <w:t>v 0.269809 16.551472 0.783794</w:t>
        <w:br/>
        <w:t>v 0.156144 16.927284 0.612806</w:t>
        <w:br/>
        <w:t>v 0.155502 16.919147 0.617120</w:t>
        <w:br/>
        <w:t>v 0.156144 16.927284 0.612806</w:t>
        <w:br/>
        <w:t>v 0.158458 16.861437 0.597312</w:t>
        <w:br/>
        <w:t>v 0.164369 16.860641 0.608857</w:t>
        <w:br/>
        <w:t>v 0.155502 16.919147 0.617120</w:t>
        <w:br/>
        <w:t>v 0.168418 16.746559 0.631532</w:t>
        <w:br/>
        <w:t>v 0.174757 16.751909 0.644310</w:t>
        <w:br/>
        <w:t>v 0.182755 16.610155 0.708172</w:t>
        <w:br/>
        <w:t>v 0.187056 16.618004 0.719529</w:t>
        <w:br/>
        <w:t>v -0.081136 16.958023 0.652171</w:t>
        <w:br/>
        <w:t>v -0.164354 16.860643 0.608857</w:t>
        <w:br/>
        <w:t>v -0.174742 16.751909 0.644310</w:t>
        <w:br/>
        <w:t>v -0.187809 16.613148 0.721051</w:t>
        <w:br/>
        <w:t>v -0.242341 16.222250 1.426148</w:t>
        <w:br/>
        <w:t>v -0.317913 16.217493 1.353129</w:t>
        <w:br/>
        <w:t>v -0.246177 16.409485 1.139896</w:t>
        <w:br/>
        <w:t>v -0.180855 16.407095 1.183838</w:t>
        <w:br/>
        <w:t>v -0.263356 16.397839 1.086546</w:t>
        <w:br/>
        <w:t>v -0.335684 16.203382 1.292963</w:t>
        <w:br/>
        <w:t>v -0.230834 16.159515 1.253499</w:t>
        <w:br/>
        <w:t>v -0.178704 16.373468 1.042290</w:t>
        <w:br/>
        <w:t>v -0.311449 16.396067 0.986149</w:t>
        <w:br/>
        <w:t>v -0.231073 16.375626 1.003944</w:t>
        <w:br/>
        <w:t>v -0.289956 16.161957 1.214134</w:t>
        <w:br/>
        <w:t>v -0.386254 16.183498 1.187019</w:t>
        <w:br/>
        <w:t>v -0.127431 16.201496 1.464745</w:t>
        <w:br/>
        <w:t>v -0.433239 16.196579 1.090256</w:t>
        <w:br/>
        <w:t>v -0.361591 16.371944 0.925958</w:t>
        <w:br/>
        <w:t>v -0.088292 16.783672 0.820329</w:t>
        <w:br/>
        <w:t>v -0.071578 16.956059 0.703244</w:t>
        <w:br/>
        <w:t>v -0.115142 16.940466 0.685109</w:t>
        <w:br/>
        <w:t>v -0.131794 16.786892 0.809274</w:t>
        <w:br/>
        <w:t>v -0.115142 16.940466 0.685109</w:t>
        <w:br/>
        <w:t>v -0.150344 16.780363 0.788008</w:t>
        <w:br/>
        <w:t>v -0.116375 16.766479 0.767961</w:t>
        <w:br/>
        <w:t>v -0.112124 16.922518 0.676015</w:t>
        <w:br/>
        <w:t>v -0.112124 16.922518 0.676015</w:t>
        <w:br/>
        <w:t>v -0.116375 16.766479 0.767961</w:t>
        <w:br/>
        <w:t>v -0.187696 16.758282 0.728974</w:t>
        <w:br/>
        <w:t>v -0.126877 16.585995 0.966769</w:t>
        <w:br/>
        <w:t>v -0.183546 16.594898 0.948281</w:t>
        <w:br/>
        <w:t>v -0.143025 16.571596 0.877451</w:t>
        <w:br/>
        <w:t>v -0.201870 16.587908 0.914778</w:t>
        <w:br/>
        <w:t>v -0.178704 16.373468 1.042290</w:t>
        <w:br/>
        <w:t>v -0.143025 16.571596 0.877451</w:t>
        <w:br/>
        <w:t>v -0.281793 16.564451 0.792258</w:t>
        <w:br/>
        <w:t>v -0.245686 16.583580 0.838577</w:t>
        <w:br/>
        <w:t>v -0.213855 16.747162 0.702010</w:t>
        <w:br/>
        <w:t>v -0.062862 16.984661 0.647606</w:t>
        <w:br/>
        <w:t>v -0.099334 16.966059 0.639381</w:t>
        <w:br/>
        <w:t>v -0.111395 16.951672 0.639041</w:t>
        <w:br/>
        <w:t>v -0.166668 16.902811 0.643845</w:t>
        <w:br/>
        <w:t>v -0.156129 16.927284 0.612806</w:t>
        <w:br/>
        <w:t>v -0.230834 16.159515 1.253499</w:t>
        <w:br/>
        <w:t>v -0.201870 16.587908 0.914778</w:t>
        <w:br/>
        <w:t>v -0.150344 16.780363 0.788008</w:t>
        <w:br/>
        <w:t>v -0.263356 16.397839 1.086546</w:t>
        <w:br/>
        <w:t>v -0.335684 16.203382 1.292963</w:t>
        <w:br/>
        <w:t>v -0.309097 16.208538 1.348891</w:t>
        <w:br/>
        <w:t>v -0.317913 16.217493 1.353129</w:t>
        <w:br/>
        <w:t>v -0.242341 16.222250 1.426148</w:t>
        <w:br/>
        <w:t>v -0.237965 16.210060 1.417986</w:t>
        <w:br/>
        <w:t>v -0.326138 16.203056 1.297604</w:t>
        <w:br/>
        <w:t>v -0.225150 16.158119 1.256743</w:t>
        <w:br/>
        <w:t>v -0.230834 16.159515 1.253499</w:t>
        <w:br/>
        <w:t>v -0.335684 16.203382 1.292963</w:t>
        <w:br/>
        <w:t>v -0.382468 16.175575 1.180933</w:t>
        <w:br/>
        <w:t>v -0.386254 16.183498 1.187019</w:t>
        <w:br/>
        <w:t>v -0.289956 16.161957 1.214134</w:t>
        <w:br/>
        <w:t>v -0.288711 16.157026 1.209720</w:t>
        <w:br/>
        <w:t>v -0.127431 16.201496 1.464745</w:t>
        <w:br/>
        <w:t>v -0.126299 16.190832 1.456306</w:t>
        <w:br/>
        <w:t>v -0.422147 16.186945 1.085024</w:t>
        <w:br/>
        <w:t>v -0.433239 16.196579 1.090256</w:t>
        <w:br/>
        <w:t>v -0.348235 16.361595 0.920236</w:t>
        <w:br/>
        <w:t>v -0.361591 16.371944 0.925958</w:t>
        <w:br/>
        <w:t>v -0.157412 16.893089 0.638663</w:t>
        <w:br/>
        <w:t>v -0.166668 16.902811 0.643845</w:t>
        <w:br/>
        <w:t>v -0.213855 16.747162 0.702010</w:t>
        <w:br/>
        <w:t>v -0.201870 16.739090 0.695206</w:t>
        <w:br/>
        <w:t>v -0.269179 16.555498 0.785806</w:t>
        <w:br/>
        <w:t>v -0.281793 16.564451 0.792258</w:t>
        <w:br/>
        <w:t>v -0.155488 16.919147 0.617120</w:t>
        <w:br/>
        <w:t>v -0.156129 16.927284 0.612806</w:t>
        <w:br/>
        <w:t>v -0.164354 16.860643 0.608857</w:t>
        <w:br/>
        <w:t>v -0.158443 16.861437 0.597312</w:t>
        <w:br/>
        <w:t>v -0.156129 16.927284 0.612806</w:t>
        <w:br/>
        <w:t>v -0.155488 16.919147 0.617120</w:t>
        <w:br/>
        <w:t>v -0.174742 16.751909 0.644310</w:t>
        <w:br/>
        <w:t>v -0.168404 16.746559 0.631532</w:t>
        <w:br/>
        <w:t>v -0.187809 16.613148 0.721051</w:t>
        <w:br/>
        <w:t>v -0.183596 16.604683 0.710046</w:t>
        <w:br/>
        <w:t>v 0.155502 16.919147 0.617120</w:t>
        <w:br/>
        <w:t>v -0.155488 16.919147 0.617120</w:t>
        <w:br/>
        <w:t>v -0.309725 16.757267 0.579392</w:t>
        <w:br/>
        <w:t>v -0.316034 16.763580 0.590986</w:t>
        <w:br/>
        <w:t>v -0.392927 16.579189 0.711970</w:t>
        <w:br/>
        <w:t>v -0.387234 16.571167 0.701320</w:t>
        <w:br/>
        <w:t>v -0.258803 16.749830 0.601590</w:t>
        <w:br/>
        <w:t>v -0.333721 16.564953 0.724247</w:t>
        <w:br/>
        <w:t>v -0.392927 16.579189 0.711970</w:t>
        <w:br/>
        <w:t>v -0.316034 16.763580 0.590986</w:t>
        <w:br/>
        <w:t>v -0.427743 16.350138 0.899298</w:t>
        <w:br/>
        <w:t>v -0.492067 16.364359 0.882909</w:t>
        <w:br/>
        <w:t>v -0.535838 16.141859 1.081115</w:t>
        <w:br/>
        <w:t>v -0.607569 16.152147 1.055445</w:t>
        <w:br/>
        <w:t>v -0.487129 16.354656 0.873089</w:t>
        <w:br/>
        <w:t>v -0.492067 16.364359 0.882909</w:t>
        <w:br/>
        <w:t>v -0.607569 16.152147 1.055445</w:t>
        <w:br/>
        <w:t>v -0.603360 16.140638 1.045876</w:t>
        <w:br/>
        <w:t>v -0.277064 16.845503 0.544053</w:t>
        <w:br/>
        <w:t>v -0.283789 16.850290 0.555521</w:t>
        <w:br/>
        <w:t>v -0.228305 16.837828 0.565533</w:t>
        <w:br/>
        <w:t>v -0.283789 16.850290 0.555521</w:t>
        <w:br/>
        <w:t>v -0.747839 15.813075 1.569911</w:t>
        <w:br/>
        <w:t>v -0.840284 15.819565 1.529413</w:t>
        <w:br/>
        <w:t>v -0.786243 15.888105 1.404491</w:t>
        <w:br/>
        <w:t>v -0.692653 15.886635 1.437104</w:t>
        <w:br/>
        <w:t>v -0.786243 15.888105 1.404491</w:t>
        <w:br/>
        <w:t>v -0.840284 15.819565 1.529413</w:t>
        <w:br/>
        <w:t>v -0.839345 15.806937 1.519128</w:t>
        <w:br/>
        <w:t>v -0.785254 15.873807 1.395527</w:t>
        <w:br/>
        <w:t>v -0.706320 15.997031 1.231376</w:t>
        <w:br/>
        <w:t>v -0.705494 15.980883 1.225153</w:t>
        <w:br/>
        <w:t>v -0.620616 15.994881 1.259915</w:t>
        <w:br/>
        <w:t>v -0.706320 15.997031 1.231376</w:t>
        <w:br/>
        <w:t>v 0.000006 15.718433 1.760555</w:t>
        <w:br/>
        <w:t>v 0.068459 15.622740 1.824242</w:t>
        <w:br/>
        <w:t>v 0.000005 15.590068 1.844162</w:t>
        <w:br/>
        <w:t>v 0.052487 15.574848 1.850752</w:t>
        <w:br/>
        <w:t>v 0.031119 15.560075 1.860235</w:t>
        <w:br/>
        <w:t>v 0.471244 15.732785 1.784713</w:t>
        <w:br/>
        <w:t>v 0.631996 15.743111 1.754932</w:t>
        <w:br/>
        <w:t>v 0.517903 15.638350 1.867906</w:t>
        <w:br/>
        <w:t>v 0.443148 15.663137 1.843257</w:t>
        <w:br/>
        <w:t>v 0.388705 15.715218 1.796246</w:t>
        <w:br/>
        <w:t>v 0.389120 15.664876 1.831850</w:t>
        <w:br/>
        <w:t>v 0.344600 15.649264 1.831057</w:t>
        <w:br/>
        <w:t>v 0.332790 15.689122 1.804836</w:t>
        <w:br/>
        <w:t>v 0.291766 15.652032 1.818431</w:t>
        <w:br/>
        <w:t>v 0.313460 15.617902 1.843835</w:t>
        <w:br/>
        <w:t>v 0.273090 15.614467 1.836717</w:t>
        <w:br/>
        <w:t>v 0.314806 15.589567 1.866184</w:t>
        <w:br/>
        <w:t>v 0.275241 15.574523 1.862285</w:t>
        <w:br/>
        <w:t>v 0.342839 15.578610 1.888155</w:t>
        <w:br/>
        <w:t>v 0.372305 15.587239 1.894166</w:t>
        <w:br/>
        <w:t>v 0.384379 15.551421 1.921922</w:t>
        <w:br/>
        <w:t>v 0.347957 15.543788 1.913961</w:t>
        <w:br/>
        <w:t>v 0.411431 15.570639 1.918426</w:t>
        <w:br/>
        <w:t>v 0.388051 15.604847 1.886318</w:t>
        <w:br/>
        <w:t>v 0.421341 15.594911 1.904315</w:t>
        <w:br/>
        <w:t>v 0.390177 15.629912 1.866347</w:t>
        <w:br/>
        <w:t>v 0.414990 15.617260 1.885614</w:t>
        <w:br/>
        <w:t>v 0.305223 15.552680 1.891261</w:t>
        <w:br/>
        <w:t>v 0.226532 15.611992 1.833334</w:t>
        <w:br/>
        <w:t>v 0.233763 15.566939 1.858135</w:t>
        <w:br/>
        <w:t>v 0.154708 15.616817 1.825562</w:t>
        <w:br/>
        <w:t>v 0.186866 15.597075 1.836201</w:t>
        <w:br/>
        <w:t>v 0.199883 15.545048 1.869454</w:t>
        <w:br/>
        <w:t>v 0.208107 14.965297 1.919180</w:t>
        <w:br/>
        <w:t>v 0.193933 15.112819 1.967939</w:t>
        <w:br/>
        <w:t>v 0.399231 15.112781 1.980063</w:t>
        <w:br/>
        <w:t>v 0.420598 15.003778 1.977560</w:t>
        <w:br/>
        <w:t>v 0.000005 15.284109 1.949075</w:t>
        <w:br/>
        <w:t>v 0.000005 15.356813 1.932700</w:t>
        <w:br/>
        <w:t>v 0.010456 15.355983 1.931971</w:t>
        <w:br/>
        <w:t>v 0.000005 14.961208 1.896316</w:t>
        <w:br/>
        <w:t>v 0.000005 15.115145 1.963651</w:t>
        <w:br/>
        <w:t>v 0.160606 15.498135 1.886771</w:t>
        <w:br/>
        <w:t>v 0.153526 15.533978 1.869894</w:t>
        <w:br/>
        <w:t>v 0.316302 15.492212 1.929330</w:t>
        <w:br/>
        <w:t>v 0.339770 15.464770 1.955929</w:t>
        <w:br/>
        <w:t>v 0.287653 15.442635 1.951577</w:t>
        <w:br/>
        <w:t>v 0.262689 15.473461 1.929518</w:t>
        <w:br/>
        <w:t>v 0.178364 15.354359 1.943340</w:t>
        <w:br/>
        <w:t>v 0.357918 15.350137 1.975347</w:t>
        <w:br/>
        <w:t>v 0.379209 15.230999 1.981597</w:t>
        <w:br/>
        <w:t>v 0.184036 15.228547 1.953653</w:t>
        <w:br/>
        <w:t>v 0.000005 15.234053 1.958356</w:t>
        <w:br/>
        <w:t>v 0.000005 15.472289 1.903410</w:t>
        <w:br/>
        <w:t>v 0.026001 15.446093 1.909221</w:t>
        <w:br/>
        <w:t>v 0.235801 15.539627 1.879628</w:t>
        <w:br/>
        <w:t>v 0.192324 15.502637 1.892908</w:t>
        <w:br/>
        <w:t>v 0.229173 15.497441 1.908214</w:t>
        <w:br/>
        <w:t>v 0.280032 15.521024 1.900982</w:t>
        <w:br/>
        <w:t>v 0.000005 15.531373 1.873692</w:t>
        <w:br/>
        <w:t>v 0.027082 15.532129 1.875075</w:t>
        <w:br/>
        <w:t>v 0.039445 15.507745 1.886483</w:t>
        <w:br/>
        <w:t>v 0.060812 15.489382 1.895914</w:t>
        <w:br/>
        <w:t>v 0.041256 15.470666 1.902240</w:t>
        <w:br/>
        <w:t>v 0.132838 15.563557 1.856299</w:t>
        <w:br/>
        <w:t>v 0.116476 15.624176 1.822682</w:t>
        <w:br/>
        <w:t>v 0.091172 15.575630 1.850287</w:t>
        <w:br/>
        <w:t>v 0.287653 15.442635 1.951577</w:t>
        <w:br/>
        <w:t>v 0.339770 15.464770 1.955929</w:t>
        <w:br/>
        <w:t>v 0.185847 15.462519 1.896769</w:t>
        <w:br/>
        <w:t>v 0.262689 15.473461 1.929518</w:t>
        <w:br/>
        <w:t>v 0.229173 15.497441 1.908214</w:t>
        <w:br/>
        <w:t>v 0.192324 15.502637 1.892908</w:t>
        <w:br/>
        <w:t>v 0.052487 15.574848 1.850752</w:t>
        <w:br/>
        <w:t>v 0.091172 15.575630 1.850287</w:t>
        <w:br/>
        <w:t>v 0.132838 15.563557 1.856299</w:t>
        <w:br/>
        <w:t>v 0.160606 15.498135 1.886771</w:t>
        <w:br/>
        <w:t>v 0.026001 15.446093 1.909221</w:t>
        <w:br/>
        <w:t>v 0.041256 15.470666 1.902240</w:t>
        <w:br/>
        <w:t>v 0.000005 15.284109 1.949075</w:t>
        <w:br/>
        <w:t>v 0.010456 15.355983 1.931971</w:t>
        <w:br/>
        <w:t>v 0.027082 15.532129 1.875075</w:t>
        <w:br/>
        <w:t>v 0.031119 15.560075 1.860235</w:t>
        <w:br/>
        <w:t>v 0.153526 15.533978 1.869894</w:t>
        <w:br/>
        <w:t>v 0.060812 15.489382 1.895914</w:t>
        <w:br/>
        <w:t>v 0.039445 15.507745 1.886483</w:t>
        <w:br/>
        <w:t>v 0.000005 15.507354 1.885766</w:t>
        <w:br/>
        <w:t>v -0.068448 15.622741 1.824242</w:t>
        <w:br/>
        <w:t>v 0.000006 15.718433 1.760555</w:t>
        <w:br/>
        <w:t>v 0.000005 15.590068 1.844162</w:t>
        <w:br/>
        <w:t>v -0.052476 15.574851 1.850753</w:t>
        <w:br/>
        <w:t>v -0.031109 15.560072 1.860235</w:t>
        <w:br/>
        <w:t>v -0.517892 15.638351 1.867908</w:t>
        <w:br/>
        <w:t>v -0.631985 15.743113 1.754934</w:t>
        <w:br/>
        <w:t>v -0.471233 15.732784 1.784715</w:t>
        <w:br/>
        <w:t>v -0.443137 15.663138 1.843258</w:t>
        <w:br/>
        <w:t>v -0.388694 15.715217 1.796247</w:t>
        <w:br/>
        <w:t>v -0.389109 15.664874 1.831851</w:t>
        <w:br/>
        <w:t>v -0.344589 15.649264 1.831058</w:t>
        <w:br/>
        <w:t>v -0.332779 15.689119 1.804837</w:t>
        <w:br/>
        <w:t>v -0.291755 15.652033 1.818432</w:t>
        <w:br/>
        <w:t>v -0.273079 15.614466 1.836718</w:t>
        <w:br/>
        <w:t>v -0.313449 15.617901 1.843836</w:t>
        <w:br/>
        <w:t>v -0.275230 15.574522 1.862286</w:t>
        <w:br/>
        <w:t>v -0.314795 15.589566 1.866185</w:t>
        <w:br/>
        <w:t>v -0.384368 15.551421 1.921923</w:t>
        <w:br/>
        <w:t>v -0.372295 15.587240 1.894167</w:t>
        <w:br/>
        <w:t>v -0.342828 15.578609 1.888156</w:t>
        <w:br/>
        <w:t>v -0.347947 15.543786 1.913962</w:t>
        <w:br/>
        <w:t>v -0.388040 15.604846 1.886320</w:t>
        <w:br/>
        <w:t>v -0.411420 15.570637 1.918427</w:t>
        <w:br/>
        <w:t>v -0.421330 15.594912 1.904316</w:t>
        <w:br/>
        <w:t>v -0.390166 15.629910 1.866349</w:t>
        <w:br/>
        <w:t>v -0.414979 15.617259 1.885615</w:t>
        <w:br/>
        <w:t>v -0.305212 15.552679 1.891262</w:t>
        <w:br/>
        <w:t>v -0.226521 15.611990 1.833335</w:t>
        <w:br/>
        <w:t>v -0.233753 15.566940 1.858136</w:t>
        <w:br/>
        <w:t>v -0.186855 15.597074 1.836202</w:t>
        <w:br/>
        <w:t>v -0.154697 15.616819 1.825563</w:t>
        <w:br/>
        <w:t>v -0.199872 15.545045 1.869454</w:t>
        <w:br/>
        <w:t>v -0.399221 15.112780 1.980063</w:t>
        <w:br/>
        <w:t>v -0.193924 15.112817 1.967940</w:t>
        <w:br/>
        <w:t>v -0.208098 14.965298 1.919181</w:t>
        <w:br/>
        <w:t>v -0.420589 15.003779 1.977561</w:t>
        <w:br/>
        <w:t>v 0.000005 15.356813 1.932700</w:t>
        <w:br/>
        <w:t>v 0.000005 15.284109 1.949075</w:t>
        <w:br/>
        <w:t>v -0.010446 15.355985 1.931971</w:t>
        <w:br/>
        <w:t>v 0.000005 15.115145 1.963651</w:t>
        <w:br/>
        <w:t>v 0.000005 14.961208 1.896316</w:t>
        <w:br/>
        <w:t>v -0.153515 15.533978 1.869895</w:t>
        <w:br/>
        <w:t>v -0.160596 15.498137 1.886772</w:t>
        <w:br/>
        <w:t>v -0.287643 15.442633 1.951578</w:t>
        <w:br/>
        <w:t>v -0.339760 15.464769 1.955930</w:t>
        <w:br/>
        <w:t>v -0.316292 15.492211 1.929331</w:t>
        <w:br/>
        <w:t>v -0.262679 15.473457 1.929519</w:t>
        <w:br/>
        <w:t>v -0.379199 15.230997 1.981598</w:t>
        <w:br/>
        <w:t>v -0.357907 15.350135 1.975348</w:t>
        <w:br/>
        <w:t>v -0.178354 15.354361 1.943340</w:t>
        <w:br/>
        <w:t>v -0.184026 15.228544 1.953653</w:t>
        <w:br/>
        <w:t>v 0.000005 15.234053 1.958356</w:t>
        <w:br/>
        <w:t>v -0.025990 15.446096 1.909221</w:t>
        <w:br/>
        <w:t>v 0.000005 15.472289 1.903410</w:t>
        <w:br/>
        <w:t>v -0.192313 15.502636 1.892909</w:t>
        <w:br/>
        <w:t>v -0.235790 15.539624 1.879628</w:t>
        <w:br/>
        <w:t>v -0.229162 15.497441 1.908215</w:t>
        <w:br/>
        <w:t>v -0.280021 15.521024 1.900984</w:t>
        <w:br/>
        <w:t>v 0.000005 15.531373 1.873692</w:t>
        <w:br/>
        <w:t>v -0.027072 15.532128 1.875075</w:t>
        <w:br/>
        <w:t>v -0.060802 15.489383 1.895915</w:t>
        <w:br/>
        <w:t>v -0.039434 15.507741 1.886482</w:t>
        <w:br/>
        <w:t>v -0.041245 15.470668 1.902241</w:t>
        <w:br/>
        <w:t>v -0.132827 15.563556 1.856299</w:t>
        <w:br/>
        <w:t>v -0.116465 15.624173 1.822682</w:t>
        <w:br/>
        <w:t>v -0.091161 15.575629 1.850288</w:t>
        <w:br/>
        <w:t>v -0.339760 15.464769 1.955930</w:t>
        <w:br/>
        <w:t>v -0.287643 15.442633 1.951578</w:t>
        <w:br/>
        <w:t>v -0.262679 15.473457 1.929519</w:t>
        <w:br/>
        <w:t>v -0.185837 15.462518 1.896770</w:t>
        <w:br/>
        <w:t>v -0.229162 15.497441 1.908215</w:t>
        <w:br/>
        <w:t>v -0.192313 15.502636 1.892909</w:t>
        <w:br/>
        <w:t>v -0.091161 15.575629 1.850288</w:t>
        <w:br/>
        <w:t>v -0.052476 15.574851 1.850753</w:t>
        <w:br/>
        <w:t>v -0.132827 15.563556 1.856299</w:t>
        <w:br/>
        <w:t>v -0.160596 15.498137 1.886772</w:t>
        <w:br/>
        <w:t>v -0.041245 15.470668 1.902241</w:t>
        <w:br/>
        <w:t>v -0.025990 15.446096 1.909221</w:t>
        <w:br/>
        <w:t>v -0.010446 15.355985 1.931971</w:t>
        <w:br/>
        <w:t>v 0.000005 15.284109 1.949075</w:t>
        <w:br/>
        <w:t>v -0.031109 15.560072 1.860235</w:t>
        <w:br/>
        <w:t>v -0.027072 15.532128 1.875075</w:t>
        <w:br/>
        <w:t>v -0.153515 15.533978 1.869895</w:t>
        <w:br/>
        <w:t>v -0.060802 15.489383 1.895915</w:t>
        <w:br/>
        <w:t>v -0.039434 15.507741 1.886482</w:t>
        <w:br/>
        <w:t>v 0.000005 15.507354 1.885766</w:t>
        <w:br/>
        <w:t>v -2.120757 15.842907 -0.509842</w:t>
        <w:br/>
        <w:t>v -2.243381 15.793489 -0.530694</w:t>
        <w:br/>
        <w:t>v -2.188743 15.775682 -0.543673</w:t>
        <w:br/>
        <w:t>v -2.140836 15.794807 -0.534718</w:t>
        <w:br/>
        <w:t>v -2.137707 15.787067 -0.518935</w:t>
        <w:br/>
        <w:t>v -2.106189 15.815603 -0.504523</w:t>
        <w:br/>
        <w:t>v -2.140836 15.794807 -0.534718</w:t>
        <w:br/>
        <w:t>v -2.188743 15.775682 -0.543673</w:t>
        <w:br/>
        <w:t>v -2.189282 15.766230 -0.528204</w:t>
        <w:br/>
        <w:t>v -2.234506 15.763721 -0.526934</w:t>
        <w:br/>
        <w:t>v -2.339823 15.909632 -0.417468</w:t>
        <w:br/>
        <w:t>v -2.328885 15.926441 -0.428887</w:t>
        <w:br/>
        <w:t>v -2.383730 16.021114 -0.289830</w:t>
        <w:br/>
        <w:t>v -2.392687 16.001333 -0.281630</w:t>
        <w:br/>
        <w:t>v -2.218580 16.073050 -0.269795</w:t>
        <w:br/>
        <w:t>v -2.237662 16.081238 -0.280007</w:t>
        <w:br/>
        <w:t>v -2.183117 15.986227 -0.412513</w:t>
        <w:br/>
        <w:t>v -2.166049 15.980255 -0.397094</w:t>
        <w:br/>
        <w:t>v -2.263967 16.146221 -0.017700</w:t>
        <w:br/>
        <w:t>v -2.286112 16.156420 -0.017285</w:t>
        <w:br/>
        <w:t>v -2.424266 16.092709 -0.019222</w:t>
        <w:br/>
        <w:t>v -2.431032 16.070389 -0.020782</w:t>
        <w:br/>
        <w:t>v -2.224183 16.078604 0.218372</w:t>
        <w:br/>
        <w:t>v -2.241752 16.084599 0.231703</w:t>
        <w:br/>
        <w:t>v -2.378979 16.017181 0.250391</w:t>
        <w:br/>
        <w:t>v -2.387846 15.998331 0.240657</w:t>
        <w:br/>
        <w:t>v -2.136942 15.937805 0.382104</w:t>
        <w:br/>
        <w:t>v -2.152403 15.940891 0.398919</w:t>
        <w:br/>
        <w:t>v -2.287668 15.870966 0.426122</w:t>
        <w:br/>
        <w:t>v -2.297380 15.853325 0.412728</w:t>
        <w:br/>
        <w:t>v -2.076279 15.835657 0.448646</w:t>
        <w:br/>
        <w:t>v -2.204060 15.753206 0.504800</w:t>
        <w:br/>
        <w:t>v -2.231287 15.751612 0.482564</w:t>
        <w:br/>
        <w:t>v -2.149538 15.728352 0.501417</w:t>
        <w:br/>
        <w:t>v -2.151667 15.742468 0.514647</w:t>
        <w:br/>
        <w:t>v -2.101163 15.769632 0.502486</w:t>
        <w:br/>
        <w:t>v -2.095253 15.758026 0.489016</w:t>
        <w:br/>
        <w:t>v -2.109676 15.860928 -0.479847</w:t>
        <w:br/>
        <w:t>v -2.271475 15.795467 -0.506057</w:t>
        <w:br/>
        <w:t>v -2.068091 15.793442 0.471749</w:t>
        <w:br/>
        <w:t>v -2.085280 15.817259 0.477660</w:t>
        <w:br/>
        <w:t>v -2.195867 15.723698 0.500574</w:t>
        <w:br/>
        <w:t>v -2.101163 15.769632 0.502486</w:t>
        <w:br/>
        <w:t>v -2.151667 15.742468 0.514647</w:t>
        <w:br/>
        <w:t>v -2.352347 16.113569 -0.018442</w:t>
        <w:br/>
        <w:t>v -2.286112 16.156420 -0.017285</w:t>
        <w:br/>
        <w:t>v -2.241752 16.084599 0.231703</w:t>
        <w:br/>
        <w:t>v -3.025817 15.374657 -0.037660</w:t>
        <w:br/>
        <w:t>v -2.993623 15.410532 -0.029636</w:t>
        <w:br/>
        <w:t>v -2.966861 15.418629 0.151087</w:t>
        <w:br/>
        <w:t>v -3.019888 15.350634 0.156256</w:t>
        <w:br/>
        <w:t>v -2.990316 15.285604 0.356309</w:t>
        <w:br/>
        <w:t>v -2.892840 15.400690 0.347870</w:t>
        <w:br/>
        <w:t>v -2.892840 15.400690 0.347870</w:t>
        <w:br/>
        <w:t>v -2.966861 15.418629 0.151087</w:t>
        <w:br/>
        <w:t>v -2.952606 15.393803 0.133669</w:t>
        <w:br/>
        <w:t>v -2.891273 15.348484 0.320391</w:t>
        <w:br/>
        <w:t>v -2.993623 15.410532 -0.029636</w:t>
        <w:br/>
        <w:t>v -3.006573 15.360321 -0.054978</w:t>
        <w:br/>
        <w:t>v -2.999740 15.300997 0.113873</w:t>
        <w:br/>
        <w:t>v -2.921104 15.405199 0.112213</w:t>
        <w:br/>
        <w:t>v -2.978041 15.399319 -0.048715</w:t>
        <w:br/>
        <w:t>v -2.967025 15.213257 0.294911</w:t>
        <w:br/>
        <w:t>v -2.832153 15.365118 0.298609</w:t>
        <w:br/>
        <w:t>v -2.952606 15.393803 0.133669</w:t>
        <w:br/>
        <w:t>v -2.921104 15.405199 0.112213</w:t>
        <w:br/>
        <w:t>v -2.832153 15.365118 0.298609</w:t>
        <w:br/>
        <w:t>v -2.891273 15.348484 0.320391</w:t>
        <w:br/>
        <w:t>v -2.993623 15.410532 -0.029636</w:t>
        <w:br/>
        <w:t>v -2.978041 15.399319 -0.048715</w:t>
        <w:br/>
        <w:t>v -2.939979 15.277338 0.316769</w:t>
        <w:br/>
        <w:t>v -2.898905 15.175602 0.433264</w:t>
        <w:br/>
        <w:t>v -2.901805 15.100271 0.428737</w:t>
        <w:br/>
        <w:t>v -2.967025 15.213257 0.294911</w:t>
        <w:br/>
        <w:t>v -2.986155 15.345390 0.133970</w:t>
        <w:br/>
        <w:t>v -3.019888 15.350634 0.156256</w:t>
        <w:br/>
        <w:t>v -2.990316 15.285604 0.356309</w:t>
        <w:br/>
        <w:t>v -2.939979 15.277338 0.316769</w:t>
        <w:br/>
        <w:t>v -2.999740 15.300997 0.113873</w:t>
        <w:br/>
        <w:t>v -2.986155 15.345390 0.133970</w:t>
        <w:br/>
        <w:t>v -3.006573 15.360321 -0.054978</w:t>
        <w:br/>
        <w:t>v -3.025817 15.374657 -0.037660</w:t>
        <w:br/>
        <w:t>v -3.025817 15.374657 -0.037660</w:t>
        <w:br/>
        <w:t>v -2.901805 15.100271 0.428737</w:t>
        <w:br/>
        <w:t>v -2.737009 15.307858 0.440169</w:t>
        <w:br/>
        <w:t>v -2.905786 15.113865 0.481897</w:t>
        <w:br/>
        <w:t>v -2.755525 15.320055 0.498121</w:t>
        <w:br/>
        <w:t>v -2.905786 15.113865 0.481897</w:t>
        <w:br/>
        <w:t>v -2.755525 15.320055 0.498121</w:t>
        <w:br/>
        <w:t>v -2.806495 15.357410 0.484010</w:t>
        <w:br/>
        <w:t>v -2.804769 15.318123 0.442345</w:t>
        <w:br/>
        <w:t>v -2.737009 15.307858 0.440169</w:t>
        <w:br/>
        <w:t>v -2.806495 15.357410 0.484010</w:t>
        <w:br/>
        <w:t>v -2.755525 15.320055 0.498121</w:t>
        <w:br/>
        <w:t>v -2.905786 15.113865 0.481897</w:t>
        <w:br/>
        <w:t>v -2.939407 15.187637 0.480514</w:t>
        <w:br/>
        <w:t>v -2.939407 15.187637 0.480514</w:t>
        <w:br/>
        <w:t>v -0.700831 13.941620 -1.130177</w:t>
        <w:br/>
        <w:t>v -0.606118 13.993812 -0.975135</w:t>
        <w:br/>
        <w:t>v -0.664145 13.898458 -1.092612</w:t>
        <w:br/>
        <w:t>v -0.774616 14.166399 -1.124631</w:t>
        <w:br/>
        <w:t>v -0.755601 14.213761 -1.069169</w:t>
        <w:br/>
        <w:t>v -0.681035 14.097166 -1.020875</w:t>
        <w:br/>
        <w:t>v -0.761198 14.062920 -1.144250</w:t>
        <w:br/>
        <w:t>v -0.736586 13.992981 -1.145508</w:t>
        <w:br/>
        <w:t>v -0.550492 13.759224 -1.020977</w:t>
        <w:br/>
        <w:t>v -0.473160 13.801631 -0.893175</w:t>
        <w:br/>
        <w:t>v -0.423710 13.725015 -0.865180</w:t>
        <w:br/>
        <w:t>v -0.485020 13.607830 -0.998351</w:t>
        <w:br/>
        <w:t>v -0.395060 13.663302 -0.856288</w:t>
        <w:br/>
        <w:t>v -0.507243 13.279372 -1.095668</w:t>
        <w:br/>
        <w:t>v -0.409889 13.313137 -0.979952</w:t>
        <w:br/>
        <w:t>v -0.474067 13.218678 -1.067510</w:t>
        <w:br/>
        <w:t>v -0.509507 13.346202 -1.096058</w:t>
        <w:br/>
        <w:t>v -0.528422 13.386020 -1.111074</w:t>
        <w:br/>
        <w:t>v -0.450183 13.457754 -0.991409</w:t>
        <w:br/>
        <w:t>v -0.482317 13.366273 -1.070226</w:t>
        <w:br/>
        <w:t>v -0.564013 13.421761 -1.137736</w:t>
        <w:br/>
        <w:t>v -0.590398 13.464319 -1.153746</w:t>
        <w:br/>
        <w:t>v -0.665516 13.717784 -1.166196</w:t>
        <w:br/>
        <w:t>v -0.701711 13.794601 -1.175956</w:t>
        <w:br/>
        <w:t>v -0.363381 13.343056 -0.911473</w:t>
        <w:br/>
        <w:t>v -0.380283 13.438953 -0.910505</w:t>
        <w:br/>
        <w:t>v -0.341347 13.270765 -0.896495</w:t>
        <w:br/>
        <w:t>v -0.557234 13.613262 -1.093027</w:t>
        <w:br/>
        <w:t>v -0.611878 13.655167 -1.133020</w:t>
        <w:br/>
        <w:t>v -0.384836 13.591164 -0.872147</w:t>
        <w:br/>
        <w:t>v -0.385326 13.521090 -0.895249</w:t>
        <w:br/>
        <w:t>v -0.379492 13.189134 -0.972205</w:t>
        <w:br/>
        <w:t>v -0.424239 13.192266 -1.019028</w:t>
        <w:br/>
        <w:t>v -0.715042 13.921950 -1.150186</w:t>
        <w:br/>
        <w:t>v -0.714967 13.857672 -1.168611</w:t>
        <w:br/>
        <w:t>v -0.319553 13.213909 -0.882410</w:t>
        <w:br/>
        <w:t>v -0.353962 13.184178 -0.946977</w:t>
        <w:br/>
        <w:t>v -0.309768 13.176621 -0.880310</w:t>
        <w:br/>
        <w:t>v -0.351660 13.163993 -0.940928</w:t>
        <w:br/>
        <w:t>v -0.313805 13.133156 -0.892873</w:t>
        <w:br/>
        <w:t>v -0.340895 13.112039 -0.916806</w:t>
        <w:br/>
        <w:t>v -0.360237 13.146877 -0.950498</w:t>
        <w:br/>
        <w:t>v -0.374650 13.149367 -0.967577</w:t>
        <w:br/>
        <w:t>v -0.376688 13.110631 -0.948839</w:t>
        <w:br/>
        <w:t>v -0.400218 13.127320 -0.974167</w:t>
        <w:br/>
        <w:t>v -0.406242 13.150801 -0.984493</w:t>
        <w:br/>
        <w:t>v -0.385516 13.161477 -0.977274</w:t>
        <w:br/>
        <w:t>v -0.402645 13.171828 -0.984354</w:t>
        <w:br/>
        <w:t>v -0.650500 13.905526 -1.111401</w:t>
        <w:br/>
        <w:t>v -0.533678 13.767751 -1.043677</w:t>
        <w:br/>
        <w:t>v -0.425432 13.822872 -0.941280</w:t>
        <w:br/>
        <w:t>v -0.566414 14.010865 -1.016537</w:t>
        <w:br/>
        <w:t>v -0.737629 14.223507 -1.092938</w:t>
        <w:br/>
        <w:t>v -0.774616 14.166399 -1.124631</w:t>
        <w:br/>
        <w:t>v -0.761198 14.062920 -1.144250</w:t>
        <w:br/>
        <w:t>v -0.646060 14.111829 -1.058404</w:t>
        <w:br/>
        <w:t>v -0.736586 13.992981 -1.145508</w:t>
        <w:br/>
        <w:t>v -0.464432 13.617550 -1.024548</w:t>
        <w:br/>
        <w:t>v -0.373592 13.746182 -0.917019</w:t>
        <w:br/>
        <w:t>v -0.343044 13.683436 -0.908870</w:t>
        <w:br/>
        <w:t>v -0.303002 13.280250 -0.935281</w:t>
        <w:br/>
        <w:t>v -0.424239 13.192266 -1.019028</w:t>
        <w:br/>
        <w:t>v -0.379492 13.189134 -0.972205</w:t>
        <w:br/>
        <w:t>v -0.507243 13.279372 -1.095668</w:t>
        <w:br/>
        <w:t>v -0.474067 13.218678 -1.067510</w:t>
        <w:br/>
        <w:t>v -0.391980 13.321576 -1.005331</w:t>
        <w:br/>
        <w:t>v -0.509507 13.346202 -1.096058</w:t>
        <w:br/>
        <w:t>v -0.482317 13.366273 -1.070226</w:t>
        <w:br/>
        <w:t>v -0.428929 13.467389 -1.018939</w:t>
        <w:br/>
        <w:t>v -0.528422 13.386020 -1.111074</w:t>
        <w:br/>
        <w:t>v -0.590398 13.464319 -1.153746</w:t>
        <w:br/>
        <w:t>v -0.564013 13.421761 -1.137736</w:t>
        <w:br/>
        <w:t>v -0.714967 13.857672 -1.168611</w:t>
        <w:br/>
        <w:t>v -0.701711 13.794601 -1.175956</w:t>
        <w:br/>
        <w:t>v -0.324721 13.353418 -0.952095</w:t>
        <w:br/>
        <w:t>v -0.338542 13.451341 -0.955126</w:t>
        <w:br/>
        <w:t>v -0.665516 13.717784 -1.166196</w:t>
        <w:br/>
        <w:t>v -0.611878 13.655167 -1.133020</w:t>
        <w:br/>
        <w:t>v -0.340843 13.534646 -0.942512</w:t>
        <w:br/>
        <w:t>v -0.715042 13.921950 -1.150186</w:t>
        <w:br/>
        <w:t>v -0.353962 13.184178 -0.946977</w:t>
        <w:br/>
        <w:t>v -0.286703 13.222423 -0.915058</w:t>
        <w:br/>
        <w:t>v -0.351660 13.163993 -0.940928</w:t>
        <w:br/>
        <w:t>v -0.285194 13.183561 -0.908305</w:t>
        <w:br/>
        <w:t>v -0.297607 13.139281 -0.915297</w:t>
        <w:br/>
        <w:t>v -0.360237 13.146877 -0.950498</w:t>
        <w:br/>
        <w:t>v -0.326835 13.119222 -0.936803</w:t>
        <w:br/>
        <w:t>v -0.387403 13.134704 -0.992026</w:t>
        <w:br/>
        <w:t>v -0.362979 13.118002 -0.968420</w:t>
        <w:br/>
        <w:t>v -0.374650 13.149367 -0.967577</w:t>
        <w:br/>
        <w:t>v -0.385516 13.161477 -0.977274</w:t>
        <w:br/>
        <w:t>v -0.395514 13.157278 -0.999421</w:t>
        <w:br/>
        <w:t>v -0.382422 13.185048 -0.974381</w:t>
        <w:br/>
        <w:t>v -0.390987 13.186832 -0.986920</w:t>
        <w:br/>
        <w:t>v -0.433972 13.830293 -0.881504</w:t>
        <w:br/>
        <w:t>v -0.569281 14.020134 -0.961942</w:t>
        <w:br/>
        <w:t>v -0.569281 14.020134 -0.961942</w:t>
        <w:br/>
        <w:t>v -0.433972 13.830293 -0.881504</w:t>
        <w:br/>
        <w:t>v -0.664145 13.898458 -1.092612</w:t>
        <w:br/>
        <w:t>v -0.650500 13.905526 -1.111401</w:t>
        <w:br/>
        <w:t>v -0.700831 13.941620 -1.130177</w:t>
        <w:br/>
        <w:t>v -0.741955 14.224691 -1.076715</w:t>
        <w:br/>
        <w:t>v -0.765410 14.253201 -1.091265</w:t>
        <w:br/>
        <w:t>v -0.737629 14.223507 -1.092938</w:t>
        <w:br/>
        <w:t>v -0.755601 14.213761 -1.069169</w:t>
        <w:br/>
        <w:t>v -0.765410 14.253201 -1.091265</w:t>
        <w:br/>
        <w:t>v -0.741955 14.224691 -1.076715</w:t>
        <w:br/>
        <w:t>v -0.646060 14.111829 -1.058404</w:t>
        <w:br/>
        <w:t>v -0.648450 14.119966 -1.013154</w:t>
        <w:br/>
        <w:t>v -0.648450 14.119966 -1.013154</w:t>
        <w:br/>
        <w:t>v -0.381918 13.750230 -0.856061</w:t>
        <w:br/>
        <w:t>v -0.381918 13.750230 -0.856061</w:t>
        <w:br/>
        <w:t>v -0.349307 13.681086 -0.848880</w:t>
        <w:br/>
        <w:t>v -0.349307 13.681086 -0.848880</w:t>
        <w:br/>
        <w:t>v -0.335561 13.608367 -0.923207</w:t>
        <w:br/>
        <w:t>v -0.337284 13.598258 -0.867192</w:t>
        <w:br/>
        <w:t>v -0.337284 13.598258 -0.867192</w:t>
        <w:br/>
        <w:t>v -0.324721 13.353418 -0.952095</w:t>
        <w:br/>
        <w:t>v -0.330946 13.354589 -0.914366</w:t>
        <w:br/>
        <w:t>v -0.341686 13.446938 -0.910518</w:t>
        <w:br/>
        <w:t>v -0.338542 13.451341 -0.955126</w:t>
        <w:br/>
        <w:t>v -0.341686 13.446938 -0.910518</w:t>
        <w:br/>
        <w:t>v -0.330946 13.354589 -0.914366</w:t>
        <w:br/>
        <w:t>v -0.303002 13.280250 -0.935281</w:t>
        <w:br/>
        <w:t>v -0.313315 13.281584 -0.904280</w:t>
        <w:br/>
        <w:t>v -0.313315 13.281584 -0.904280</w:t>
        <w:br/>
        <w:t>v -0.341347 13.270765 -0.896495</w:t>
        <w:br/>
        <w:t>v -0.341523 13.525942 -0.892332</w:t>
        <w:br/>
        <w:t>v -0.341523 13.525942 -0.892332</w:t>
        <w:br/>
        <w:t>v -0.664145 13.898458 -1.092612</w:t>
        <w:br/>
        <w:t>v -0.715042 13.921950 -1.150186</w:t>
        <w:br/>
        <w:t>v -0.650500 13.905526 -1.111401</w:t>
        <w:br/>
        <w:t>v -0.286703 13.222423 -0.915058</w:t>
        <w:br/>
        <w:t>v -0.299116 13.221079 -0.891289</w:t>
        <w:br/>
        <w:t>v -0.313315 13.281584 -0.904280</w:t>
        <w:br/>
        <w:t>v -0.299116 13.221079 -0.891289</w:t>
        <w:br/>
        <w:t>v -0.319553 13.213909 -0.882410</w:t>
        <w:br/>
        <w:t>v -0.285194 13.183561 -0.908305</w:t>
        <w:br/>
        <w:t>v -0.293532 13.180707 -0.890018</w:t>
        <w:br/>
        <w:t>v -0.293532 13.180707 -0.890018</w:t>
        <w:br/>
        <w:t>v -0.309768 13.176621 -0.880310</w:t>
        <w:br/>
        <w:t>v -0.297607 13.139281 -0.915297</w:t>
        <w:br/>
        <w:t>v -0.313805 13.133156 -0.892873</w:t>
        <w:br/>
        <w:t>v -0.326835 13.119222 -0.936803</w:t>
        <w:br/>
        <w:t>v -0.340895 13.112039 -0.916806</w:t>
        <w:br/>
        <w:t>v -0.362979 13.118002 -0.968420</w:t>
        <w:br/>
        <w:t>v -0.387403 13.134704 -0.992026</w:t>
        <w:br/>
        <w:t>v -0.400218 13.127320 -0.974167</w:t>
        <w:br/>
        <w:t>v -0.376688 13.110631 -0.948839</w:t>
        <w:br/>
        <w:t>v -0.395514 13.157278 -0.999421</w:t>
        <w:br/>
        <w:t>v -0.406242 13.150801 -0.984493</w:t>
        <w:br/>
        <w:t>v -0.394923 13.176470 -0.994981</w:t>
        <w:br/>
        <w:t>v -0.390987 13.186832 -0.986920</w:t>
        <w:br/>
        <w:t>v -0.395502 13.184192 -0.980783</w:t>
        <w:br/>
        <w:t>v -0.402645 13.171828 -0.984354</w:t>
        <w:br/>
        <w:t>v -0.382422 13.185048 -0.974381</w:t>
        <w:br/>
        <w:t>v -0.609250 13.523202 -1.159657</w:t>
        <w:br/>
        <w:t>v -0.609250 13.523202 -1.159657</w:t>
        <w:br/>
        <w:t>v -0.557234 13.613262 -1.093027</w:t>
        <w:br/>
        <w:t>v -0.297607 13.139281 -0.915297</w:t>
        <w:br/>
        <w:t>v -0.394923 13.176470 -0.994981</w:t>
        <w:br/>
        <w:t>v -0.395502 13.184192 -0.980783</w:t>
        <w:br/>
        <w:t>v -0.382422 13.185048 -0.974381</w:t>
        <w:br/>
        <w:t>v -0.700831 13.941620 -1.130177</w:t>
        <w:br/>
        <w:t>v -0.780188 14.257955 -1.105842</w:t>
        <w:br/>
        <w:t>v -0.780188 14.257955 -1.105842</w:t>
        <w:br/>
        <w:t>v -0.765410 14.253201 -1.091265</w:t>
        <w:br/>
        <w:t>v -0.765410 14.253201 -1.091265</w:t>
        <w:br/>
        <w:t>v -0.606219 13.626215 -1.132253</w:t>
        <w:br/>
        <w:t>v -0.613589 13.581594 -1.149583</w:t>
        <w:br/>
        <w:t>v -0.606219 13.626215 -1.132253</w:t>
        <w:br/>
        <w:t>v -0.613589 13.581594 -1.149583</w:t>
        <w:br/>
        <w:t>v -4.893619 13.406040 0.270662</w:t>
        <w:br/>
        <w:t>v -4.722696 13.513201 0.293073</w:t>
        <w:br/>
        <w:t>v -4.652775 13.425825 0.213426</w:t>
        <w:br/>
        <w:t>v -4.826634 13.319124 0.194008</w:t>
        <w:br/>
        <w:t>v -4.993212 13.200796 0.192838</w:t>
        <w:br/>
        <w:t>v -5.044807 13.277369 0.280949</w:t>
        <w:br/>
        <w:t>v -4.782836 13.254457 0.019849</w:t>
        <w:br/>
        <w:t>v -4.945593 13.135670 0.021623</w:t>
        <w:br/>
        <w:t>v -4.606036 13.356347 0.024452</w:t>
        <w:br/>
        <w:t>v -4.617361 13.365328 -0.193950</w:t>
        <w:br/>
        <w:t>v -4.789339 13.252144 -0.183247</w:t>
        <w:br/>
        <w:t>v -4.606036 13.356347 0.024452</w:t>
        <w:br/>
        <w:t>v -4.652775 13.425825 0.213426</w:t>
        <w:br/>
        <w:t>v -4.836959 13.335016 0.178904</w:t>
        <w:br/>
        <w:t>v -4.795725 13.273985 0.015309</w:t>
        <w:br/>
        <w:t>v -4.617361 13.365328 -0.193950</w:t>
        <w:br/>
        <w:t>v -4.801258 13.270823 -0.174406</w:t>
        <w:br/>
        <w:t>v -4.957928 13.146088 -0.173702</w:t>
        <w:br/>
        <w:t>v -4.855279 13.336134 -0.315174</w:t>
        <w:br/>
        <w:t>v -5.011526 13.218660 -0.305755</w:t>
        <w:br/>
        <w:t>v -4.689106 13.456257 -0.336315</w:t>
        <w:br/>
        <w:t>v -5.051989 13.026854 0.025358</w:t>
        <w:br/>
        <w:t>v -5.092180 13.086717 0.209250</w:t>
        <w:br/>
        <w:t>v -5.059054 13.035975 -0.182191</w:t>
        <w:br/>
        <w:t>v -5.155900 13.176851 0.279075</w:t>
        <w:br/>
        <w:t>v -4.722696 13.513201 0.293073</w:t>
        <w:br/>
        <w:t>v -4.904587 13.422684 0.247546</w:t>
        <w:br/>
        <w:t>v -5.044807 13.277369 0.280949</w:t>
        <w:br/>
        <w:t>v -5.155900 13.176851 0.279075</w:t>
        <w:br/>
        <w:t>v -5.160047 13.191938 0.264587</w:t>
        <w:br/>
        <w:t>v -5.057181 13.291281 0.260387</w:t>
        <w:br/>
        <w:t>v -4.722696 13.513201 0.293073</w:t>
        <w:br/>
        <w:t>v -4.893619 13.406040 0.270662</w:t>
        <w:br/>
        <w:t>v -4.904587 13.422684 0.247546</w:t>
        <w:br/>
        <w:t>v -5.209805 13.151927 0.227319</w:t>
        <w:br/>
        <w:t>v -5.199786 13.165363 0.258412</w:t>
        <w:br/>
        <w:t>v -5.125917 13.013151 0.015862</w:t>
        <w:br/>
        <w:t>v -5.160214 13.063450 0.178765</w:t>
        <w:br/>
        <w:t>v -5.209805 13.151927 0.227319</w:t>
        <w:br/>
        <w:t>v -5.160214 13.063450 0.178765</w:t>
        <w:br/>
        <w:t>v -5.120109 13.116068 0.122699</w:t>
        <w:br/>
        <w:t>v -5.165099 13.169101 0.208182</w:t>
        <w:br/>
        <w:t>v -5.199786 13.165363 0.258412</w:t>
        <w:br/>
        <w:t>v -5.125917 13.013151 0.015862</w:t>
        <w:br/>
        <w:t>v -5.097450 13.085971 -0.004398</w:t>
        <w:br/>
        <w:t>v -5.131352 13.021771 -0.168244</w:t>
        <w:br/>
        <w:t>v -5.103907 13.101856 -0.147858</w:t>
        <w:br/>
        <w:t>v -5.190266 13.101306 -0.277508</w:t>
        <w:br/>
        <w:t>v -5.161275 13.172131 -0.232032</w:t>
        <w:br/>
        <w:t>v -5.273517 13.217011 -0.297857</w:t>
        <w:br/>
        <w:t>v -5.230478 13.264166 -0.241074</w:t>
        <w:br/>
        <w:t>v -5.190266 13.101306 -0.277508</w:t>
        <w:br/>
        <w:t>v -5.131352 13.021771 -0.168244</w:t>
        <w:br/>
        <w:t>v -5.125495 13.127319 -0.303667</w:t>
        <w:br/>
        <w:t>v -4.640777 13.440131 0.260726</w:t>
        <w:br/>
        <w:t>v -4.746675 13.569117 0.324942</w:t>
        <w:br/>
        <w:t>v -4.912648 13.440472 0.273101</w:t>
        <w:br/>
        <w:t>v -4.826932 13.326115 0.208748</w:t>
        <w:br/>
        <w:t>v -4.746675 13.569117 0.324942</w:t>
        <w:br/>
        <w:t>v -4.640777 13.440131 0.260726</w:t>
        <w:br/>
        <w:t>v -4.823970 13.317638 0.235120</w:t>
        <w:br/>
        <w:t>v -4.913136 13.437580 0.301587</w:t>
        <w:br/>
        <w:t>v -4.863156 13.717868 0.258400</w:t>
        <w:br/>
        <w:t>v -5.003500 13.563839 0.224632</w:t>
        <w:br/>
        <w:t>v -4.823970 13.317638 0.235120</w:t>
        <w:br/>
        <w:t>v -4.640777 13.440131 0.260726</w:t>
        <w:br/>
        <w:t>v -4.826932 13.326115 0.208748</w:t>
        <w:br/>
        <w:t>v -4.993780 13.202911 0.210307</w:t>
        <w:br/>
        <w:t>v -4.984086 13.194193 0.238742</w:t>
        <w:br/>
        <w:t>v -4.984086 13.194193 0.238742</w:t>
        <w:br/>
        <w:t>v -5.067798 13.309618 0.301977</w:t>
        <w:br/>
        <w:t>v -5.245268 13.171158 0.264109</w:t>
        <w:br/>
        <w:t>v -5.173154 13.060188 0.204056</w:t>
        <w:br/>
        <w:t>v -5.135853 13.121954 0.154392</w:t>
        <w:br/>
        <w:t>v -5.181873 13.196375 0.198548</w:t>
        <w:br/>
        <w:t>v -5.156558 13.066081 0.197064</w:t>
        <w:br/>
        <w:t>v -5.090291 13.091326 0.228278</w:t>
        <w:br/>
        <w:t>v -5.173154 13.060188 0.204056</w:t>
        <w:br/>
        <w:t>v -5.090749 13.081423 0.249118</w:t>
        <w:br/>
        <w:t>v -5.090749 13.081423 0.249118</w:t>
        <w:br/>
        <w:t>v -5.173154 13.060188 0.204056</w:t>
        <w:br/>
        <w:t>v -5.245268 13.171158 0.264109</w:t>
        <w:br/>
        <w:t>v -5.188549 13.214779 0.308353</w:t>
        <w:br/>
        <w:t>v -5.255651 13.293682 0.180375</w:t>
        <w:br/>
        <w:t>v -5.333685 13.299386 0.220947</w:t>
        <w:br/>
        <w:t>v -5.333685 13.299386 0.220947</w:t>
        <w:br/>
        <w:t>v -5.289813 13.358587 0.251973</w:t>
        <w:br/>
        <w:t>v -5.296888 13.359776 0.090567</w:t>
        <w:br/>
        <w:t>v -5.381669 13.368790 0.098817</w:t>
        <w:br/>
        <w:t>v -4.860769 13.347242 -0.295102</w:t>
        <w:br/>
        <w:t>v -4.689106 13.456257 -0.336315</w:t>
        <w:br/>
        <w:t>v -4.944410 13.463963 -0.325650</w:t>
        <w:br/>
        <w:t>v -4.790573 13.595675 -0.370661</w:t>
        <w:br/>
        <w:t>v -5.290206 13.343342 -0.180682</w:t>
        <w:br/>
        <w:t>v -5.353159 13.329687 -0.231566</w:t>
        <w:br/>
        <w:t>v -5.013933 13.572985 0.243472</w:t>
        <w:br/>
        <w:t>v -4.877523 13.711624 0.262601</w:t>
        <w:br/>
        <w:t>v -5.166559 13.443800 0.242113</w:t>
        <w:br/>
        <w:t>v -5.381669 13.368790 0.098817</w:t>
        <w:br/>
        <w:t>v -5.346010 13.433968 0.111670</w:t>
        <w:br/>
        <w:t>v -5.210026 13.499989 0.092705</w:t>
        <w:br/>
        <w:t>v -5.354630 13.448103 -0.088270</w:t>
        <w:br/>
        <w:t>v -5.224779 13.515642 -0.086672</w:t>
        <w:br/>
        <w:t>v -5.066566 13.645073 0.089524</w:t>
        <w:br/>
        <w:t>v -4.941508 13.816113 0.089235</w:t>
        <w:br/>
        <w:t>v -4.863156 13.717868 0.258400</w:t>
        <w:br/>
        <w:t>v -4.965159 13.805935 0.089272</w:t>
        <w:br/>
        <w:t>v -4.964106 13.805748 -0.106945</w:t>
        <w:br/>
        <w:t>v -4.944595 13.815439 -0.109209</w:t>
        <w:br/>
        <w:t>v -4.888794 13.736388 -0.285128</w:t>
        <w:br/>
        <w:t>v -5.013946 13.570751 -0.238520</w:t>
        <w:br/>
        <w:t>v -5.049692 13.625103 -0.081755</w:t>
        <w:br/>
        <w:t>v -4.944595 13.815439 -0.109209</w:t>
        <w:br/>
        <w:t>v -4.941508 13.816113 0.089235</w:t>
        <w:br/>
        <w:t>v -5.065613 13.643896 0.082368</w:t>
        <w:br/>
        <w:t>v -4.888794 13.736388 -0.285128</w:t>
        <w:br/>
        <w:t>v -5.073840 13.647486 -0.087062</w:t>
        <w:br/>
        <w:t>v -5.187886 13.468096 -0.255599</w:t>
        <w:br/>
        <w:t>v -5.027403 13.582392 -0.254857</w:t>
        <w:br/>
        <w:t>v -5.313420 13.374487 -0.052213</w:t>
        <w:br/>
        <w:t>v -5.389297 13.379572 -0.077328</w:t>
        <w:br/>
        <w:t>v -5.101045 13.343615 -0.335938</w:t>
        <w:br/>
        <w:t>v -5.216652 13.256689 -0.332454</w:t>
        <w:br/>
        <w:t>v -4.948795 13.464781 -0.348766</w:t>
        <w:br/>
        <w:t>v -4.790573 13.595675 -0.370661</w:t>
        <w:br/>
        <w:t>v -5.308290 13.387947 -0.259875</w:t>
        <w:br/>
        <w:t>v -5.273517 13.217011 -0.297857</w:t>
        <w:br/>
        <w:t>v -5.353159 13.329687 -0.231566</w:t>
        <w:br/>
        <w:t>v -5.389297 13.379572 -0.077328</w:t>
        <w:br/>
        <w:t>v -4.920832 13.443901 -0.002247</w:t>
        <w:br/>
        <w:t>v -4.826932 13.326115 0.208748</w:t>
        <w:br/>
        <w:t>v -4.912648 13.440472 0.273101</w:t>
        <w:br/>
        <w:t>v -4.801258 13.270823 -0.174406</w:t>
        <w:br/>
        <w:t>v -4.795725 13.273985 0.015309</w:t>
        <w:br/>
        <w:t>v -4.860769 13.347242 -0.295102</w:t>
        <w:br/>
        <w:t>v -4.944410 13.463963 -0.325650</w:t>
        <w:br/>
        <w:t>v -4.836959 13.335016 0.178904</w:t>
        <w:br/>
        <w:t>v -5.003500 13.563839 0.224632</w:t>
        <w:br/>
        <w:t>v -5.065613 13.643896 0.082368</w:t>
        <w:br/>
        <w:t>v -5.049692 13.625103 -0.081755</w:t>
        <w:br/>
        <w:t>v -5.013946 13.570751 -0.238520</w:t>
        <w:br/>
        <w:t>v -5.204503 13.237589 -0.026972</w:t>
        <w:br/>
        <w:t>v -5.165099 13.169101 0.208182</w:t>
        <w:br/>
        <w:t>v -5.120109 13.116068 0.122699</w:t>
        <w:br/>
        <w:t>v -5.097450 13.085971 -0.004398</w:t>
        <w:br/>
        <w:t>v -5.103907 13.101856 -0.147858</w:t>
        <w:br/>
        <w:t>v -5.161275 13.172131 -0.232032</w:t>
        <w:br/>
        <w:t>v -5.255651 13.293682 0.180375</w:t>
        <w:br/>
        <w:t>v -5.181873 13.196375 0.198548</w:t>
        <w:br/>
        <w:t>v -5.313420 13.374487 -0.052213</w:t>
        <w:br/>
        <w:t>v -5.296888 13.359776 0.090567</w:t>
        <w:br/>
        <w:t>v -5.230478 13.264166 -0.241074</w:t>
        <w:br/>
        <w:t>v -5.290206 13.343342 -0.180682</w:t>
        <w:br/>
        <w:t>v -0.144110 14.156596 1.578083</w:t>
        <w:br/>
        <w:t>v -0.195912 14.156595 1.578083</w:t>
        <w:br/>
        <w:t>v -0.195912 14.314719 1.578083</w:t>
        <w:br/>
        <w:t>v -0.144110 14.314718 1.578083</w:t>
        <w:br/>
        <w:t>v -0.195912 14.156596 1.548855</w:t>
        <w:br/>
        <w:t>v -0.195912 14.156595 1.578083</w:t>
        <w:br/>
        <w:t>v -0.144110 14.156596 1.578083</w:t>
        <w:br/>
        <w:t>v -0.144110 14.156596 1.548855</w:t>
        <w:br/>
        <w:t>v -0.144110 14.314719 1.548855</w:t>
        <w:br/>
        <w:t>v -0.144110 14.314718 1.578083</w:t>
        <w:br/>
        <w:t>v -0.195912 14.314719 1.578083</w:t>
        <w:br/>
        <w:t>v -0.195912 14.314719 1.548855</w:t>
        <w:br/>
        <w:t>v -0.195912 14.314719 1.548855</w:t>
        <w:br/>
        <w:t>v -0.195912 14.156596 1.548855</w:t>
        <w:br/>
        <w:t>v -0.144110 14.156596 1.548855</w:t>
        <w:br/>
        <w:t>v -0.144110 14.314719 1.548855</w:t>
        <w:br/>
        <w:t>v -0.144110 14.156596 1.578083</w:t>
        <w:br/>
        <w:t>v -0.144110 14.314718 1.578083</w:t>
        <w:br/>
        <w:t>v -0.144110 14.314719 1.548855</w:t>
        <w:br/>
        <w:t>v -0.144110 14.156596 1.548855</w:t>
        <w:br/>
        <w:t>v -0.195912 14.314719 1.578083</w:t>
        <w:br/>
        <w:t>v -0.195912 14.156595 1.578083</w:t>
        <w:br/>
        <w:t>v -0.195912 14.156596 1.548855</w:t>
        <w:br/>
        <w:t>v -0.195912 14.314719 1.548855</w:t>
        <w:br/>
        <w:t>v 0.022779 14.181986 1.526895</w:t>
        <w:br/>
        <w:t>v 0.022780 14.285215 1.526895</w:t>
        <w:br/>
        <w:t>v -0.046831 14.265484 1.526895</w:t>
        <w:br/>
        <w:t>v -0.046831 14.201719 1.526895</w:t>
        <w:br/>
        <w:t>v 0.093673 14.316969 1.532252</w:t>
        <w:br/>
        <w:t>v 0.035633 14.314653 1.530341</w:t>
        <w:br/>
        <w:t>v 0.035633 14.314653 1.530341</w:t>
        <w:br/>
        <w:t>v 0.093673 14.316969 1.532252</w:t>
        <w:br/>
        <w:t>v 0.093673 14.322490 1.570951</w:t>
        <w:br/>
        <w:t>v 0.035633 14.322490 1.570951</w:t>
        <w:br/>
        <w:t>v 0.035633 14.152546 1.530341</w:t>
        <w:br/>
        <w:t>v 0.035633 14.144711 1.570950</w:t>
        <w:br/>
        <w:t>v 0.093673 14.144710 1.570950</w:t>
        <w:br/>
        <w:t>v 0.093673 14.150231 1.532253</w:t>
        <w:br/>
        <w:t>v -0.054591 14.271342 1.545181</w:t>
        <w:br/>
        <w:t>v -0.046831 14.265484 1.526895</w:t>
        <w:br/>
        <w:t>v 0.022780 14.285215 1.526895</w:t>
        <w:br/>
        <w:t>v 0.018001 14.291928 1.545181</w:t>
        <w:br/>
        <w:t>v -0.054591 14.195859 1.545181</w:t>
        <w:br/>
        <w:t>v -0.046831 14.201719 1.526895</w:t>
        <w:br/>
        <w:t>v -0.046831 14.265484 1.526895</w:t>
        <w:br/>
        <w:t>v -0.054591 14.271342 1.545181</w:t>
        <w:br/>
        <w:t>v 0.035633 14.314653 1.530341</w:t>
        <w:br/>
        <w:t>v 0.027873 14.305965 1.546803</w:t>
        <w:br/>
        <w:t>v 0.101445 14.163575 1.545181</w:t>
        <w:br/>
        <w:t>v 0.101445 14.303625 1.545181</w:t>
        <w:br/>
        <w:t>v 0.093673 14.316969 1.532252</w:t>
        <w:br/>
        <w:t>v 0.093673 14.150231 1.532253</w:t>
        <w:br/>
        <w:t>v 0.027873 14.305965 1.570950</w:t>
        <w:br/>
        <w:t>v 0.035633 14.322490 1.570951</w:t>
        <w:br/>
        <w:t>v 0.022779 14.181986 1.526895</w:t>
        <w:br/>
        <w:t>v -0.046831 14.201719 1.526895</w:t>
        <w:br/>
        <w:t>v -0.054591 14.195859 1.545181</w:t>
        <w:br/>
        <w:t>v 0.018000 14.175271 1.545181</w:t>
        <w:br/>
        <w:t>v 0.035633 14.152546 1.530341</w:t>
        <w:br/>
        <w:t>v 0.027873 14.161237 1.546804</w:t>
        <w:br/>
        <w:t>v 0.093673 14.144710 1.570950</w:t>
        <w:br/>
        <w:t>v 0.093673 14.150231 1.532253</w:t>
        <w:br/>
        <w:t>v 0.035633 14.152546 1.530341</w:t>
        <w:br/>
        <w:t>v 0.101445 14.303625 1.596720</w:t>
        <w:br/>
        <w:t>v 0.093673 14.322490 1.570951</w:t>
        <w:br/>
        <w:t>v 0.101445 14.303625 1.545181</w:t>
        <w:br/>
        <w:t>v 0.027873 14.161236 1.570951</w:t>
        <w:br/>
        <w:t>v 0.035633 14.144711 1.570950</w:t>
        <w:br/>
        <w:t>v -0.046831 14.265481 1.615006</w:t>
        <w:br/>
        <w:t>v 0.022780 14.285214 1.615006</w:t>
        <w:br/>
        <w:t>v 0.022779 14.181988 1.615005</w:t>
        <w:br/>
        <w:t>v -0.046831 14.201722 1.615006</w:t>
        <w:br/>
        <w:t>v 0.093673 14.316971 1.609648</w:t>
        <w:br/>
        <w:t>v 0.035633 14.314653 1.611559</w:t>
        <w:br/>
        <w:t>v 0.093673 14.322490 1.570951</w:t>
        <w:br/>
        <w:t>v 0.093673 14.316971 1.609648</w:t>
        <w:br/>
        <w:t>v 0.035633 14.314653 1.611559</w:t>
        <w:br/>
        <w:t>v 0.035633 14.322490 1.570951</w:t>
        <w:br/>
        <w:t>v 0.093673 14.144710 1.570950</w:t>
        <w:br/>
        <w:t>v 0.035633 14.144711 1.570950</w:t>
        <w:br/>
        <w:t>v 0.035633 14.152546 1.611560</w:t>
        <w:br/>
        <w:t>v 0.093673 14.150232 1.609648</w:t>
        <w:br/>
        <w:t>v 0.022780 14.285214 1.615006</w:t>
        <w:br/>
        <w:t>v -0.046831 14.265481 1.615006</w:t>
        <w:br/>
        <w:t>v -0.054591 14.271342 1.596720</w:t>
        <w:br/>
        <w:t>v 0.018001 14.291931 1.596720</w:t>
        <w:br/>
        <w:t>v -0.046831 14.265481 1.615006</w:t>
        <w:br/>
        <w:t>v -0.046831 14.201722 1.615006</w:t>
        <w:br/>
        <w:t>v -0.054591 14.195858 1.596719</w:t>
        <w:br/>
        <w:t>v -0.054591 14.271342 1.596720</w:t>
        <w:br/>
        <w:t>v 0.035633 14.314653 1.611559</w:t>
        <w:br/>
        <w:t>v 0.027873 14.305965 1.595097</w:t>
        <w:br/>
        <w:t>v 0.093673 14.316971 1.609648</w:t>
        <w:br/>
        <w:t>v 0.101445 14.163574 1.596719</w:t>
        <w:br/>
        <w:t>v 0.093673 14.150232 1.609648</w:t>
        <w:br/>
        <w:t>v 0.027873 14.305965 1.570950</w:t>
        <w:br/>
        <w:t>v 0.035633 14.322490 1.570951</w:t>
        <w:br/>
        <w:t>v -0.054591 14.195858 1.596719</w:t>
        <w:br/>
        <w:t>v -0.046831 14.201722 1.615006</w:t>
        <w:br/>
        <w:t>v 0.022779 14.181988 1.615005</w:t>
        <w:br/>
        <w:t>v 0.018000 14.175271 1.596719</w:t>
        <w:br/>
        <w:t>v 0.035633 14.152546 1.611560</w:t>
        <w:br/>
        <w:t>v 0.027873 14.161237 1.595097</w:t>
        <w:br/>
        <w:t>v 0.093673 14.150232 1.609648</w:t>
        <w:br/>
        <w:t>v 0.035633 14.152546 1.611560</w:t>
        <w:br/>
        <w:t>v 0.093673 14.316971 1.609648</w:t>
        <w:br/>
        <w:t>v 0.027873 14.161236 1.570951</w:t>
        <w:br/>
        <w:t>v 0.035633 14.144711 1.570950</w:t>
        <w:br/>
        <w:t>v 0.101445 14.303625 1.545181</w:t>
        <w:br/>
        <w:t>v 0.101445 14.163575 1.545181</w:t>
        <w:br/>
        <w:t>v 0.101445 14.163574 1.596719</w:t>
        <w:br/>
        <w:t>v 0.101445 14.303625 1.596720</w:t>
        <w:br/>
        <w:t>v 0.093673 14.322490 1.570951</w:t>
        <w:br/>
        <w:t>v 0.093673 14.316969 1.532252</w:t>
        <w:br/>
        <w:t>v 0.093673 14.144710 1.570950</w:t>
        <w:br/>
        <w:t>v 0.101445 14.163575 1.545181</w:t>
        <w:br/>
        <w:t>v 0.093673 14.150232 1.609648</w:t>
        <w:br/>
        <w:t>v -0.731052 14.172029 1.399736</w:t>
        <w:br/>
        <w:t>v -0.625246 14.174482 1.454884</w:t>
        <w:br/>
        <w:t>v -0.620342 14.062650 1.423368</w:t>
        <w:br/>
        <w:t>v -0.725782 14.062463 1.369565</w:t>
        <w:br/>
        <w:t>v -0.731052 14.172029 1.399736</w:t>
        <w:br/>
        <w:t>v -0.725782 14.062463 1.369565</w:t>
        <w:br/>
        <w:t>v -0.717885 14.062714 1.353594</w:t>
        <w:br/>
        <w:t>v -0.723607 14.176167 1.385223</w:t>
        <w:br/>
        <w:t>v -0.723607 14.176167 1.385223</w:t>
        <w:br/>
        <w:t>v -0.717885 14.062714 1.353594</w:t>
        <w:br/>
        <w:t>v -0.612481 14.062928 1.407358</w:t>
        <w:br/>
        <w:t>v -0.617801 14.178619 1.440371</w:t>
        <w:br/>
        <w:t>v -0.617801 14.178619 1.440371</w:t>
        <w:br/>
        <w:t>v -0.612481 14.062928 1.407358</w:t>
        <w:br/>
        <w:t>v -0.620342 14.062650 1.423368</w:t>
        <w:br/>
        <w:t>v -0.625246 14.174482 1.454884</w:t>
        <w:br/>
        <w:t>v -0.625975 14.297276 1.464002</w:t>
        <w:br/>
        <w:t>v -0.644840 14.301288 1.502913</w:t>
        <w:br/>
        <w:t>v -0.634829 14.308281 1.482099</w:t>
        <w:br/>
        <w:t>v -0.644840 14.301288 1.502913</w:t>
        <w:br/>
        <w:t>v -0.750696 14.301149 1.447325</w:t>
        <w:br/>
        <w:t>v -0.740735 14.306256 1.426688</w:t>
        <w:br/>
        <w:t>v -0.634829 14.308281 1.482099</w:t>
        <w:br/>
        <w:t>v -0.731869 14.295113 1.408767</w:t>
        <w:br/>
        <w:t>v -0.625975 14.297276 1.464002</w:t>
        <w:br/>
        <w:t>v -0.731869 14.295113 1.408767</w:t>
        <w:br/>
        <w:t>v -0.690946 14.153578 1.453123</w:t>
        <w:br/>
        <w:t>v -0.641759 14.166408 1.481672</w:t>
        <w:br/>
        <w:t>v -0.742358 14.168130 1.428210</w:t>
        <w:br/>
        <w:t>v -0.750696 14.301149 1.447325</w:t>
        <w:br/>
        <w:t>v -0.750206 14.165627 1.442509</w:t>
        <w:br/>
        <w:t>v -0.742358 14.168130 1.428210</w:t>
        <w:br/>
        <w:t>v -0.750206 14.165627 1.442509</w:t>
        <w:br/>
        <w:t>v -0.750696 14.301149 1.447325</w:t>
        <w:br/>
        <w:t>v -0.644840 14.301288 1.502913</w:t>
        <w:br/>
        <w:t>v -0.649418 14.163351 1.496059</w:t>
        <w:br/>
        <w:t>v -0.649418 14.163351 1.496059</w:t>
        <w:br/>
        <w:t>v -0.641759 14.166408 1.481672</w:t>
        <w:br/>
        <w:t>v -0.649418 14.163351 1.496059</w:t>
        <w:br/>
        <w:t>v -0.641759 14.166408 1.481672</w:t>
        <w:br/>
        <w:t>v -0.690946 14.153578 1.453123</w:t>
        <w:br/>
        <w:t>v -0.699158 14.146951 1.467976</w:t>
        <w:br/>
        <w:t>v -0.750206 14.165627 1.442509</w:t>
        <w:br/>
        <w:t>v -0.742358 14.168130 1.428210</w:t>
        <w:br/>
        <w:t>v -0.699158 14.146951 1.467976</w:t>
        <w:br/>
        <w:t>v -0.625246 14.174482 1.454884</w:t>
        <w:br/>
        <w:t>v -0.731052 14.172029 1.399736</w:t>
        <w:br/>
        <w:t>v -0.742358 14.168130 1.428210</w:t>
        <w:br/>
        <w:t>v -0.641759 14.166408 1.481672</w:t>
        <w:br/>
        <w:t>v -0.740735 14.306256 1.426688</w:t>
        <w:br/>
        <w:t>v 0.000004 14.335597 -0.143871</w:t>
        <w:br/>
        <w:t>v -0.030595 14.314746 -0.168748</w:t>
        <w:br/>
        <w:t>v -0.029941 14.465296 -0.146877</w:t>
        <w:br/>
        <w:t>v 0.000004 14.438585 -0.128390</w:t>
        <w:br/>
        <w:t>v 0.000004 14.314709 -0.139998</w:t>
        <w:br/>
        <w:t>v -0.030670 14.273192 -0.100973</w:t>
        <w:br/>
        <w:t>v 0.000004 14.457916 -0.118492</w:t>
        <w:br/>
        <w:t>v -0.030494 14.290046 -0.022194</w:t>
        <w:br/>
        <w:t>v 0.000004 14.299314 -0.047938</w:t>
        <w:br/>
        <w:t>v 0.000004 14.318229 -0.036833</w:t>
        <w:br/>
        <w:t>v 0.000004 14.424047 -0.019201</w:t>
        <w:br/>
        <w:t>v -0.029928 14.446134 0.003210</w:t>
        <w:br/>
        <w:t>v -0.029840 14.487534 -0.068954</w:t>
        <w:br/>
        <w:t>v 0.000004 14.445916 -0.024081</w:t>
        <w:br/>
        <w:t>v 0.000004 14.459236 -0.070614</w:t>
        <w:br/>
        <w:t>v 0.000004 14.290951 0.014277</w:t>
        <w:br/>
        <w:t>v -0.030494 14.290046 -0.022194</w:t>
        <w:br/>
        <w:t>v -0.029928 14.446134 0.003210</w:t>
        <w:br/>
        <w:t>v 0.000004 14.432336 0.038235</w:t>
        <w:br/>
        <w:t>v 0.000004 14.251348 -0.016812</w:t>
        <w:br/>
        <w:t>v -0.030670 14.273192 -0.100973</w:t>
        <w:br/>
        <w:t>v 0.000004 14.481799 0.019698</w:t>
        <w:br/>
        <w:t>v 0.000004 14.515854 -0.066665</w:t>
        <w:br/>
        <w:t>v -0.029840 14.487534 -0.068954</w:t>
        <w:br/>
        <w:t>v -0.029941 14.465296 -0.146877</w:t>
        <w:br/>
        <w:t>v -0.030595 14.314746 -0.168748</w:t>
        <w:br/>
        <w:t>v 0.000004 14.327223 -0.202327</w:t>
        <w:br/>
        <w:t>v 0.000004 14.461335 -0.183336</w:t>
        <w:br/>
        <w:t>v 0.000004 14.502889 -0.155819</w:t>
        <w:br/>
        <w:t>v 0.000004 14.281519 -0.187398</w:t>
        <w:br/>
        <w:t>v 0.000004 14.246153 -0.106029</w:t>
        <w:br/>
        <w:t>v 0.000004 14.300294 -0.095213</w:t>
        <w:br/>
        <w:t>v 0.029948 14.465296 -0.146877</w:t>
        <w:br/>
        <w:t>v 0.030602 14.314745 -0.168748</w:t>
        <w:br/>
        <w:t>v 0.000004 14.335597 -0.143871</w:t>
        <w:br/>
        <w:t>v 0.000004 14.438585 -0.128390</w:t>
        <w:br/>
        <w:t>v 0.000004 14.314709 -0.139998</w:t>
        <w:br/>
        <w:t>v 0.030677 14.273192 -0.100973</w:t>
        <w:br/>
        <w:t>v 0.000004 14.457916 -0.118492</w:t>
        <w:br/>
        <w:t>v 0.030501 14.290045 -0.022194</w:t>
        <w:br/>
        <w:t>v 0.000004 14.299314 -0.047938</w:t>
        <w:br/>
        <w:t>v 0.000004 14.318229 -0.036833</w:t>
        <w:br/>
        <w:t>v 0.000004 14.424047 -0.019201</w:t>
        <w:br/>
        <w:t>v 0.029936 14.446131 0.003210</w:t>
        <w:br/>
        <w:t>v 0.000004 14.445916 -0.024081</w:t>
        <w:br/>
        <w:t>v 0.029848 14.487534 -0.068954</w:t>
        <w:br/>
        <w:t>v 0.000004 14.459236 -0.070614</w:t>
        <w:br/>
        <w:t>v 0.029936 14.446131 0.003210</w:t>
        <w:br/>
        <w:t>v 0.030501 14.290045 -0.022194</w:t>
        <w:br/>
        <w:t>v 0.000004 14.290951 0.014277</w:t>
        <w:br/>
        <w:t>v 0.000004 14.432336 0.038235</w:t>
        <w:br/>
        <w:t>v 0.000004 14.251348 -0.016812</w:t>
        <w:br/>
        <w:t>v 0.030677 14.273192 -0.100973</w:t>
        <w:br/>
        <w:t>v 0.000004 14.481799 0.019698</w:t>
        <w:br/>
        <w:t>v 0.000004 14.515854 -0.066665</w:t>
        <w:br/>
        <w:t>v 0.029848 14.487534 -0.068954</w:t>
        <w:br/>
        <w:t>v 0.000004 14.327223 -0.202327</w:t>
        <w:br/>
        <w:t>v 0.030602 14.314745 -0.168748</w:t>
        <w:br/>
        <w:t>v 0.029948 14.465296 -0.146877</w:t>
        <w:br/>
        <w:t>v 0.000004 14.461335 -0.183336</w:t>
        <w:br/>
        <w:t>v 0.000004 14.502889 -0.155819</w:t>
        <w:br/>
        <w:t>v 0.000004 14.281519 -0.187398</w:t>
        <w:br/>
        <w:t>v 0.000004 14.246153 -0.106029</w:t>
        <w:br/>
        <w:t>v 0.000004 14.300294 -0.095213</w:t>
        <w:br/>
        <w:t>v -0.289645 14.117121 -0.037184</w:t>
        <w:br/>
        <w:t>v -0.292411 14.088673 -0.018105</w:t>
        <w:br/>
        <w:t>v -0.388596 13.992351 0.010066</w:t>
        <w:br/>
        <w:t>v -0.427545 13.978642 0.002922</w:t>
        <w:br/>
        <w:t>v -0.402807 13.979911 0.025572</w:t>
        <w:br/>
        <w:t>v -0.285721 14.103212 0.045531</w:t>
        <w:br/>
        <w:t>v -0.279810 14.137546 0.051857</w:t>
        <w:br/>
        <w:t>v -0.419899 13.998289 0.093070</w:t>
        <w:br/>
        <w:t>v -0.383062 14.006498 0.074243</w:t>
        <w:br/>
        <w:t>v -0.399349 13.988954 0.066861</w:t>
        <w:br/>
        <w:t>v -0.437732 13.942133 -0.001882</w:t>
        <w:br/>
        <w:t>v -0.419295 13.958003 -0.025274</w:t>
        <w:br/>
        <w:t>v -0.427545 13.978642 0.002922</w:t>
        <w:br/>
        <w:t>v -0.419899 13.998289 0.093070</w:t>
        <w:br/>
        <w:t>v -0.428828 13.965890 0.107646</w:t>
        <w:br/>
        <w:t>v -0.274616 14.103715 -0.067154</w:t>
        <w:br/>
        <w:t>v -0.289645 14.117121 -0.037184</w:t>
        <w:br/>
        <w:t>v -0.279810 14.137546 0.051857</w:t>
        <w:br/>
        <w:t>v -0.258870 14.136803 0.076595</w:t>
        <w:br/>
        <w:t>v -0.407008 13.989825 0.120411</w:t>
        <w:br/>
        <w:t>v -0.241263 14.152436 0.052235</w:t>
        <w:br/>
        <w:t>v -0.253512 14.127459 -0.055445</w:t>
        <w:br/>
        <w:t>v -0.272226 14.115460 0.029408</w:t>
        <w:br/>
        <w:t>v -0.272226 14.115460 0.029408</w:t>
        <w:br/>
        <w:t>v -0.276653 14.106080 -0.011440</w:t>
        <w:br/>
        <w:t>v -0.289645 14.117121 -0.037184</w:t>
        <w:br/>
        <w:t>v -0.279810 14.137546 0.051857</w:t>
        <w:br/>
        <w:t>v -0.276653 14.106080 -0.011440</w:t>
        <w:br/>
        <w:t>v -0.241263 14.152436 0.052235</w:t>
        <w:br/>
        <w:t>v -0.253512 14.127459 -0.055445</w:t>
        <w:br/>
        <w:t>v -0.276653 14.106080 -0.011440</w:t>
        <w:br/>
        <w:t>v -0.272226 14.115460 0.029408</w:t>
        <w:br/>
        <w:t>v -0.292411 14.088673 -0.018105</w:t>
        <w:br/>
        <w:t>v -0.274616 14.103715 -0.067154</w:t>
        <w:br/>
        <w:t>v -0.388596 13.992351 0.010066</w:t>
        <w:br/>
        <w:t>v -0.419295 13.958003 -0.025274</w:t>
        <w:br/>
        <w:t>v -0.402807 13.979911 0.025572</w:t>
        <w:br/>
        <w:t>v -0.437732 13.942133 -0.001882</w:t>
        <w:br/>
        <w:t>v -0.399349 13.988954 0.066861</w:t>
        <w:br/>
        <w:t>v -0.428828 13.965890 0.107646</w:t>
        <w:br/>
        <w:t>v -0.383062 14.006498 0.074243</w:t>
        <w:br/>
        <w:t>v -0.407008 13.989825 0.120411</w:t>
        <w:br/>
        <w:t>v -0.285721 14.103212 0.045531</w:t>
        <w:br/>
        <w:t>v -0.258870 14.136803 0.076595</w:t>
        <w:br/>
        <w:t>v -0.803354 13.840199 1.374948</w:t>
        <w:br/>
        <w:t>v -0.793934 13.807387 1.360435</w:t>
        <w:br/>
        <w:t>v -0.742597 13.848776 1.398365</w:t>
        <w:br/>
        <w:t>v -0.814333 13.847015 1.406477</w:t>
        <w:br/>
        <w:t>v -0.842479 13.845720 1.402641</w:t>
        <w:br/>
        <w:t>v -0.803354 13.840199 1.374948</w:t>
        <w:br/>
        <w:t>v -0.742597 13.848776 1.398365</w:t>
        <w:br/>
        <w:t>v -0.741101 13.856611 1.411080</w:t>
        <w:br/>
        <w:t>v -0.793532 13.864536 1.406313</w:t>
        <w:br/>
        <w:t>v -0.798952 13.824491 1.447401</w:t>
        <w:br/>
        <w:t>v -0.766467 13.784687 1.459889</w:t>
        <w:br/>
        <w:t>v -0.765235 13.829133 1.442835</w:t>
        <w:br/>
        <w:t>v -0.738585 13.829144 1.437126</w:t>
        <w:br/>
        <w:t>v -0.744383 13.795214 1.449576</w:t>
        <w:br/>
        <w:t>v -0.741101 13.856611 1.411080</w:t>
        <w:br/>
        <w:t>v -0.759701 13.807186 1.415519</w:t>
        <w:br/>
        <w:t>v -0.738585 13.829144 1.437126</w:t>
        <w:br/>
        <w:t>v -0.741101 13.856611 1.411080</w:t>
        <w:br/>
        <w:t>v -0.742597 13.848776 1.398365</w:t>
        <w:br/>
        <w:t>v -0.744383 13.795214 1.449576</w:t>
        <w:br/>
        <w:t>v -0.742383 13.769558 1.442232</w:t>
        <w:br/>
        <w:t>v -0.742383 13.769558 1.442232</w:t>
        <w:br/>
        <w:t>v -0.759815 13.752504 1.450268</w:t>
        <w:br/>
        <w:t>v -0.736913 13.772112 1.417921</w:t>
        <w:br/>
        <w:t>v -0.738497 13.798182 1.401459</w:t>
        <w:br/>
        <w:t>v -0.759701 13.807186 1.415519</w:t>
        <w:br/>
        <w:t>v -0.780704 13.732822 1.417934</w:t>
        <w:br/>
        <w:t>v -0.736913 13.772112 1.417921</w:t>
        <w:br/>
        <w:t>v -0.817326 13.765307 1.479323</w:t>
        <w:br/>
        <w:t>v -0.806058 13.727577 1.463715</w:t>
        <w:br/>
        <w:t>v -0.806058 13.727577 1.463715</w:t>
        <w:br/>
        <w:t>v -0.820408 13.729540 1.449152</w:t>
        <w:br/>
        <w:t>v -0.832280 13.761659 1.462118</w:t>
        <w:br/>
        <w:t>v -0.817326 13.765307 1.479323</w:t>
        <w:br/>
        <w:t>v -0.836329 13.811249 1.444860</w:t>
        <w:br/>
        <w:t>v -0.847284 13.797754 1.433981</w:t>
        <w:br/>
        <w:t>v -0.832280 13.761659 1.462118</w:t>
        <w:br/>
        <w:t>v -0.820408 13.729540 1.449152</w:t>
        <w:br/>
        <w:t>v -0.780847 13.824146 1.406854</w:t>
        <w:br/>
        <w:t>v -0.819276 13.724799 1.406389</w:t>
        <w:br/>
        <w:t>v -0.820408 13.729540 1.449152</w:t>
        <w:br/>
        <w:t>v -0.842479 13.845720 1.402641</w:t>
        <w:br/>
        <w:t>v -0.850340 13.832829 1.395900</w:t>
        <w:br/>
        <w:t>v -0.847284 13.797754 1.433981</w:t>
        <w:br/>
        <w:t>v -0.780847 13.824146 1.406854</w:t>
        <w:br/>
        <w:t>v -0.850340 13.832829 1.395900</w:t>
        <w:br/>
        <w:t>v -0.826985 13.749990 1.376494</w:t>
        <w:br/>
        <w:t>v -0.834657 13.779116 1.354863</w:t>
        <w:br/>
        <w:t>v -0.780847 13.824146 1.406854</w:t>
        <w:br/>
        <w:t>v -0.841372 13.819022 1.359001</w:t>
        <w:br/>
        <w:t>v -0.834657 13.779116 1.354863</w:t>
        <w:br/>
        <w:t>v -0.784993 13.766439 1.379727</w:t>
        <w:br/>
        <w:t>v -0.738497 13.798182 1.401459</w:t>
        <w:br/>
        <w:t>v -0.742170 13.829006 1.389310</w:t>
        <w:br/>
        <w:t>v -0.826985 13.749990 1.376494</w:t>
        <w:br/>
        <w:t>v -0.742170 13.829006 1.389310</w:t>
        <w:br/>
        <w:t>v -0.819276 13.724799 1.406389</w:t>
        <w:br/>
        <w:t>v -0.841372 13.819022 1.359001</w:t>
        <w:br/>
        <w:t>v -0.850340 13.832829 1.395900</w:t>
        <w:br/>
        <w:t>v -0.780847 13.824146 1.406854</w:t>
        <w:br/>
        <w:t>v -0.850340 13.832829 1.395900</w:t>
        <w:br/>
        <w:t>v -0.793532 13.864536 1.406313</w:t>
        <w:br/>
        <w:t>v -0.841372 13.819022 1.359001</w:t>
        <w:br/>
        <w:t>v -0.687413 13.378920 1.602655</w:t>
        <w:br/>
        <w:t>v -0.801833 13.374945 1.586117</w:t>
        <w:br/>
        <w:t>v -0.789056 13.378617 1.567592</w:t>
        <w:br/>
        <w:t>v -0.696468 13.381849 1.580961</w:t>
        <w:br/>
        <w:t>v -0.675704 13.363501 1.593160</w:t>
        <w:br/>
        <w:t>v -0.810951 13.358809 1.573616</w:t>
        <w:br/>
        <w:t>v -0.801833 13.374945 1.586117</w:t>
        <w:br/>
        <w:t>v -0.687413 13.378920 1.602655</w:t>
        <w:br/>
        <w:t>v -0.694707 13.402688 1.571202</w:t>
        <w:br/>
        <w:t>v -0.685715 13.406586 1.589638</w:t>
        <w:br/>
        <w:t>v -0.687413 13.378920 1.602655</w:t>
        <w:br/>
        <w:t>v -0.696468 13.381849 1.580961</w:t>
        <w:br/>
        <w:t>v -0.685715 13.406586 1.589638</w:t>
        <w:br/>
        <w:t>v -0.673353 13.397406 1.577201</w:t>
        <w:br/>
        <w:t>v -0.675704 13.363501 1.593160</w:t>
        <w:br/>
        <w:t>v -0.687413 13.378920 1.602655</w:t>
        <w:br/>
        <w:t>v -0.696468 13.381849 1.580961</w:t>
        <w:br/>
        <w:t>v -0.675704 13.363501 1.593160</w:t>
        <w:br/>
        <w:t>v -0.673353 13.397406 1.577201</w:t>
        <w:br/>
        <w:t>v -0.694707 13.402688 1.571202</w:t>
        <w:br/>
        <w:t>v -0.666788 13.461609 1.547319</w:t>
        <w:br/>
        <w:t>v -0.656010 13.470111 1.563794</w:t>
        <w:br/>
        <w:t>v -0.656010 13.470111 1.563794</w:t>
        <w:br/>
        <w:t>v -0.642704 13.465445 1.549356</w:t>
        <w:br/>
        <w:t>v -0.642704 13.465445 1.549356</w:t>
        <w:br/>
        <w:t>v -0.666788 13.461609 1.547319</w:t>
        <w:br/>
        <w:t>v -0.693261 13.482787 1.532843</w:t>
        <w:br/>
        <w:t>v -0.689664 13.498004 1.544955</w:t>
        <w:br/>
        <w:t>v -0.689664 13.498004 1.544955</w:t>
        <w:br/>
        <w:t>v -0.683049 13.499954 1.526228</w:t>
        <w:br/>
        <w:t>v -0.683049 13.499954 1.526228</w:t>
        <w:br/>
        <w:t>v -0.693261 13.482787 1.532843</w:t>
        <w:br/>
        <w:t>v -0.789056 13.378617 1.567592</w:t>
        <w:br/>
        <w:t>v -0.810951 13.358809 1.573616</w:t>
        <w:br/>
        <w:t>v -0.802060 13.402525 1.572836</w:t>
        <w:br/>
        <w:t>v -0.789710 13.399368 1.557493</w:t>
        <w:br/>
        <w:t>v -0.789056 13.378617 1.567592</w:t>
        <w:br/>
        <w:t>v -0.801833 13.374945 1.586117</w:t>
        <w:br/>
        <w:t>v -0.811467 13.392603 1.557241</w:t>
        <w:br/>
        <w:t>v -0.802060 13.402525 1.572836</w:t>
        <w:br/>
        <w:t>v -0.801833 13.374945 1.586117</w:t>
        <w:br/>
        <w:t>v -0.810951 13.358809 1.573616</w:t>
        <w:br/>
        <w:t>v -0.789710 13.399368 1.557493</w:t>
        <w:br/>
        <w:t>v -0.811467 13.392603 1.557241</w:t>
        <w:br/>
        <w:t>v -0.837311 13.458617 1.521273</w:t>
        <w:br/>
        <w:t>v -0.813567 13.456365 1.526190</w:t>
        <w:br/>
        <w:t>v -0.792187 13.494471 1.530126</w:t>
        <w:br/>
        <w:t>v -0.786025 13.479567 1.519437</w:t>
        <w:br/>
        <w:t>v -0.813567 13.456365 1.526190</w:t>
        <w:br/>
        <w:t>v -0.827313 13.464038 1.539093</w:t>
        <w:br/>
        <w:t>v -0.795080 13.496106 1.510004</w:t>
        <w:br/>
        <w:t>v -0.792187 13.494471 1.530126</w:t>
        <w:br/>
        <w:t>v -0.827313 13.464038 1.539093</w:t>
        <w:br/>
        <w:t>v -0.837311 13.458617 1.521273</w:t>
        <w:br/>
        <w:t>v -0.786025 13.479567 1.519437</w:t>
        <w:br/>
        <w:t>v -0.795080 13.496106 1.510004</w:t>
        <w:br/>
        <w:t>v -0.740171 13.493278 1.522631</w:t>
        <w:br/>
        <w:t>v -0.739605 13.512630 1.513400</w:t>
        <w:br/>
        <w:t>v -0.740171 13.493278 1.522631</w:t>
        <w:br/>
        <w:t>v -0.741466 13.509537 1.533447</w:t>
        <w:br/>
        <w:t>v -0.741466 13.509537 1.533447</w:t>
        <w:br/>
        <w:t>v -0.739605 13.512630 1.513400</w:t>
        <w:br/>
        <w:t>v -0.415699 12.861400 1.873701</w:t>
        <w:br/>
        <w:t>v -0.501471 12.747733 1.913543</w:t>
        <w:br/>
        <w:t>v -0.539942 12.800467 1.948241</w:t>
        <w:br/>
        <w:t>v -0.464471 12.900486 1.913179</w:t>
        <w:br/>
        <w:t>v -0.626179 12.670186 1.930923</w:t>
        <w:br/>
        <w:t>v -0.649684 12.732240 1.963534</w:t>
        <w:br/>
        <w:t>v -0.775951 12.675015 1.954542</w:t>
        <w:br/>
        <w:t>v -0.902470 12.726341 1.928824</w:t>
        <w:br/>
        <w:t>v -0.913450 12.663497 1.891484</w:t>
        <w:br/>
        <w:t>v -1.032297 12.735333 1.840676</w:t>
        <w:br/>
        <w:t>v -1.007043 12.789563 1.884115</w:t>
        <w:br/>
        <w:t>v -1.109264 12.845215 1.778486</w:t>
        <w:br/>
        <w:t>v -1.074767 12.886240 1.829395</w:t>
        <w:br/>
        <w:t>v -1.132657 12.976386 1.714383</w:t>
        <w:br/>
        <w:t>v -1.095355 13.001679 1.772990</w:t>
        <w:br/>
        <w:t>v -1.098889 13.108917 1.658117</w:t>
        <w:br/>
        <w:t>v -1.065649 13.118285 1.723477</w:t>
        <w:br/>
        <w:t>v -1.013130 13.222583 1.618275</w:t>
        <w:br/>
        <w:t>v -0.990178 13.218317 1.688414</w:t>
        <w:br/>
        <w:t>v -0.888422 13.300117 1.600894</w:t>
        <w:br/>
        <w:t>v -0.880449 13.286532 1.673133</w:t>
        <w:br/>
        <w:t>v -0.750157 13.331230 1.655023</w:t>
        <w:br/>
        <w:t>v -0.627650 13.292429 1.707832</w:t>
        <w:br/>
        <w:t>v -0.601139 13.306817 1.640334</w:t>
        <w:br/>
        <w:t>v -0.482304 13.234969 1.691144</w:t>
        <w:br/>
        <w:t>v -0.523077 13.229208 1.752540</w:t>
        <w:br/>
        <w:t>v -0.405336 13.125089 1.753332</w:t>
        <w:br/>
        <w:t>v -0.455352 13.132533 1.807261</w:t>
        <w:br/>
        <w:t>v -0.381944 12.993917 1.817435</w:t>
        <w:br/>
        <w:t>v -0.434765 13.017083 1.863666</w:t>
        <w:br/>
        <w:t>v -0.778001 12.737395 1.958881</w:t>
        <w:br/>
        <w:t>v -0.756131 13.293888 1.704876</w:t>
        <w:br/>
        <w:t>v -0.768657 13.022615 1.849291</w:t>
        <w:br/>
        <w:t>v -0.501471 12.747733 1.913543</w:t>
        <w:br/>
        <w:t>v -0.415699 12.861400 1.873701</w:t>
        <w:br/>
        <w:t>v -0.449454 12.852067 1.807801</w:t>
        <w:br/>
        <w:t>v -0.524775 12.752209 1.842801</w:t>
        <w:br/>
        <w:t>v -0.626179 12.670186 1.930923</w:t>
        <w:br/>
        <w:t>v -0.634316 12.684123 1.858068</w:t>
        <w:br/>
        <w:t>v -0.764356 12.636696 1.876581</w:t>
        <w:br/>
        <w:t>v -0.886637 12.678236 1.823421</w:t>
        <w:br/>
        <w:t>v -0.913450 12.663497 1.891484</w:t>
        <w:br/>
        <w:t>v -1.032297 12.735333 1.840676</w:t>
        <w:br/>
        <w:t>v -0.991021 12.741320 1.778800</w:t>
        <w:br/>
        <w:t>v -1.109264 12.845215 1.778486</w:t>
        <w:br/>
        <w:t>v -1.058619 12.837856 1.724180</w:t>
        <w:br/>
        <w:t>v -1.132657 12.976386 1.714383</w:t>
        <w:br/>
        <w:t>v -1.079169 12.953057 1.667876</w:t>
        <w:br/>
        <w:t>v -1.098889 13.108917 1.658117</w:t>
        <w:br/>
        <w:t>v -1.049514 13.069451 1.618464</w:t>
        <w:br/>
        <w:t>v -1.013130 13.222583 1.618275</w:t>
        <w:br/>
        <w:t>v -0.974193 13.169310 1.583464</w:t>
        <w:br/>
        <w:t>v -0.888422 13.300117 1.600894</w:t>
        <w:br/>
        <w:t>v -0.864653 13.237397 1.568195</w:t>
        <w:br/>
        <w:t>v -0.738410 13.296681 1.575339</w:t>
        <w:br/>
        <w:t>v -0.612332 13.243281 1.602831</w:t>
        <w:br/>
        <w:t>v -0.601139 13.306817 1.640334</w:t>
        <w:br/>
        <w:t>v -0.482304 13.234969 1.691144</w:t>
        <w:br/>
        <w:t>v -0.507947 13.180185 1.647464</w:t>
        <w:br/>
        <w:t>v -0.405336 13.125089 1.753332</w:t>
        <w:br/>
        <w:t>v -0.440349 13.083648 1.702083</w:t>
        <w:br/>
        <w:t>v -0.381944 12.993917 1.817435</w:t>
        <w:br/>
        <w:t>v -0.419799 12.968450 1.758388</w:t>
        <w:br/>
        <w:t>v -0.758407 12.679606 1.825936</w:t>
        <w:br/>
        <w:t>v -0.736763 13.230052 1.574672</w:t>
        <w:br/>
        <w:t>v -0.745277 12.947610 1.684703</w:t>
        <w:br/>
        <w:t>v -0.743755 13.329682 1.608641</w:t>
        <w:br/>
        <w:t>v -0.888422 13.300117 1.600894</w:t>
        <w:br/>
        <w:t>v -0.601139 13.306817 1.640334</w:t>
        <w:br/>
        <w:t>v -0.743755 13.329682 1.608641</w:t>
        <w:br/>
        <w:t>v -0.770845 12.640619 1.923176</w:t>
        <w:br/>
        <w:t>v -0.626179 12.670186 1.930923</w:t>
        <w:br/>
        <w:t>v -0.913450 12.663497 1.891484</w:t>
        <w:br/>
        <w:t>v -0.770845 12.640619 1.923176</w:t>
        <w:br/>
        <w:t>v -0.780114 12.571375 1.972627</w:t>
        <w:br/>
        <w:t>v -0.771839 12.580088 1.969759</w:t>
        <w:br/>
        <w:t>v -0.772782 12.573675 1.977947</w:t>
        <w:br/>
        <w:t>v -0.772392 12.563225 1.977796</w:t>
        <w:br/>
        <w:t>v -0.764104 12.571939 1.974928</w:t>
        <w:br/>
        <w:t>v -0.772782 12.573675 1.977947</w:t>
        <w:br/>
        <w:t>v -0.770330 12.579699 1.959409</w:t>
        <w:br/>
        <w:t>v -0.782089 12.573210 1.960641</w:t>
        <w:br/>
        <w:t>v -0.782478 12.561037 1.966452</w:t>
        <w:br/>
        <w:t>v -0.771134 12.555351 1.971017</w:t>
        <w:br/>
        <w:t>v -0.759363 12.561853 1.969772</w:t>
        <w:br/>
        <w:t>v -0.758973 12.574028 1.963974</w:t>
        <w:br/>
        <w:t>v -0.777347 12.563124 1.955497</w:t>
        <w:br/>
        <w:t>v -0.769072 12.571840 1.952630</w:t>
        <w:br/>
        <w:t>v -0.782089 12.573210 1.960641</w:t>
        <w:br/>
        <w:t>v -0.782089 12.573210 1.960641</w:t>
        <w:br/>
        <w:t>v -0.782478 12.561037 1.966452</w:t>
        <w:br/>
        <w:t>v -0.769625 12.554974 1.960667</w:t>
        <w:br/>
        <w:t>v -0.771134 12.555351 1.971017</w:t>
        <w:br/>
        <w:t>v -0.759363 12.561853 1.969772</w:t>
        <w:br/>
        <w:t>v -0.761350 12.563688 1.957799</w:t>
        <w:br/>
        <w:t>v -0.758973 12.574028 1.963974</w:t>
        <w:br/>
        <w:t>v -0.769072 12.571840 1.952630</w:t>
        <w:br/>
        <w:t>v -0.768682 12.561401 1.952467</w:t>
        <w:br/>
        <w:t>v -0.768682 12.561401 1.952467</w:t>
        <w:br/>
        <w:t>v -0.770330 12.579699 1.959409</w:t>
        <w:br/>
        <w:t>v -0.680044 12.464060 2.029497</w:t>
        <w:br/>
        <w:t>v -0.666914 12.414948 2.055279</w:t>
        <w:br/>
        <w:t>v -0.680195 12.422796 2.070345</w:t>
        <w:br/>
        <w:t>v -0.692067 12.467192 2.047041</w:t>
        <w:br/>
        <w:t>v -0.721320 12.472862 2.039608</w:t>
        <w:br/>
        <w:t>v -0.692067 12.467192 2.047041</w:t>
        <w:br/>
        <w:t>v -0.701386 12.422432 2.067113</w:t>
        <w:br/>
        <w:t>v -0.721320 12.472862 2.039608</w:t>
        <w:br/>
        <w:t>v -0.701386 12.422432 2.067113</w:t>
        <w:br/>
        <w:t>v -0.709297 12.414194 2.048801</w:t>
        <w:br/>
        <w:t>v -0.726526 12.457808 2.025019</w:t>
        <w:br/>
        <w:t>v -0.726526 12.457808 2.025019</w:t>
        <w:br/>
        <w:t>v -0.709297 12.414194 2.048801</w:t>
        <w:br/>
        <w:t>v -0.696016 12.406347 2.033748</w:t>
        <w:br/>
        <w:t>v -0.715949 12.456791 2.006243</w:t>
        <w:br/>
        <w:t>v -0.686697 12.451118 2.013676</w:t>
        <w:br/>
        <w:t>v -0.715949 12.456791 2.006243</w:t>
        <w:br/>
        <w:t>v -0.696016 12.406347 2.033748</w:t>
        <w:br/>
        <w:t>v -0.686697 12.451118 2.013676</w:t>
        <w:br/>
        <w:t>v -0.674825 12.406725 2.036980</w:t>
        <w:br/>
        <w:t>v -0.666914 12.414948 2.055279</w:t>
        <w:br/>
        <w:t>v -0.680044 12.464060 2.029497</w:t>
        <w:br/>
        <w:t>v -0.725935 12.500189 2.025687</w:t>
        <w:br/>
        <w:t>v -0.717521 12.500580 2.005853</w:t>
        <w:br/>
        <w:t>v -0.725935 12.500189 2.025687</w:t>
        <w:br/>
        <w:t>v -0.720552 12.484118 1.992309</w:t>
        <w:br/>
        <w:t>v -0.717521 12.500580 2.005853</w:t>
        <w:br/>
        <w:t>v -0.720552 12.484118 1.992309</w:t>
        <w:br/>
        <w:t>v -0.776367 12.512327 2.011701</w:t>
        <w:br/>
        <w:t>v -0.773323 12.514013 1.990384</w:t>
        <w:br/>
        <w:t>v -0.777071 12.492884 2.020958</w:t>
        <w:br/>
        <w:t>v -0.774744 12.475128 2.008897</w:t>
        <w:br/>
        <w:t>v -0.777071 12.492884 2.020958</w:t>
        <w:br/>
        <w:t>v -0.771701 12.476810 1.987592</w:t>
        <w:br/>
        <w:t>v -0.774744 12.475128 2.008897</w:t>
        <w:br/>
        <w:t>v -0.770984 12.496256 1.978336</w:t>
        <w:br/>
        <w:t>v -0.771701 12.476810 1.987592</w:t>
        <w:br/>
        <w:t>v -0.773323 12.514013 1.990384</w:t>
        <w:br/>
        <w:t>v -0.770984 12.496256 1.978336</w:t>
        <w:br/>
        <w:t>v -0.825704 12.496769 2.011248</w:t>
        <w:br/>
        <w:t>v -0.827905 12.496796 1.989881</w:t>
        <w:br/>
        <w:t>v -0.833476 12.469152 2.023322</w:t>
        <w:br/>
        <w:t>v -0.825704 12.496769 2.011248</w:t>
        <w:br/>
        <w:t>v -0.823503 12.454601 2.010947</w:t>
        <w:br/>
        <w:t>v -0.833476 12.469152 2.023322</w:t>
        <w:br/>
        <w:t>v -0.828093 12.453068 1.989957</w:t>
        <w:br/>
        <w:t>v -0.823503 12.454601 2.010947</w:t>
        <w:br/>
        <w:t>v -0.820321 12.480698 1.977884</w:t>
        <w:br/>
        <w:t>v -0.827905 12.496796 1.989881</w:t>
        <w:br/>
        <w:t>v -0.820321 12.480698 1.977884</w:t>
        <w:br/>
        <w:t>v -0.863723 12.461619 2.022052</w:t>
        <w:br/>
        <w:t>v -0.869986 12.457897 2.001842</w:t>
        <w:br/>
        <w:t>v -0.863723 12.461619 2.022052</w:t>
        <w:br/>
        <w:t>v -0.858352 12.445546 1.988687</w:t>
        <w:br/>
        <w:t>v -0.828093 12.453068 1.989957</w:t>
        <w:br/>
        <w:t>v -0.869986 12.457897 2.001842</w:t>
        <w:br/>
        <w:t>v -0.858352 12.445546 1.988687</w:t>
        <w:br/>
        <w:t>v -0.879443 12.416143 2.041432</w:t>
        <w:br/>
        <w:t>v -0.887379 12.407578 2.023284</w:t>
        <w:br/>
        <w:t>v -0.858189 12.417188 2.044362</w:t>
        <w:br/>
        <w:t>v -0.844883 12.409668 2.029132</w:t>
        <w:br/>
        <w:t>v -0.858189 12.417188 2.044362</w:t>
        <w:br/>
        <w:t>v -0.852819 12.401102 2.010984</w:t>
        <w:br/>
        <w:t>v -0.844883 12.409668 2.029132</w:t>
        <w:br/>
        <w:t>v -0.874060 12.400058 2.008067</w:t>
        <w:br/>
        <w:t>v -0.852819 12.401102 2.010984</w:t>
        <w:br/>
        <w:t>v -0.887379 12.407578 2.023284</w:t>
        <w:br/>
        <w:t>v -0.874060 12.400058 2.008067</w:t>
        <w:br/>
        <w:t>v -0.865911 12.371094 2.065327</w:t>
        <w:br/>
        <w:t>v -0.872413 12.357726 2.049720</w:t>
        <w:br/>
        <w:t>v -0.836105 12.367397 2.071930</w:t>
        <w:br/>
        <w:t>v -0.865911 12.371094 2.065327</w:t>
        <w:br/>
        <w:t>v -0.825779 12.366617 2.052964</w:t>
        <w:br/>
        <w:t>v -0.836105 12.367397 2.071930</w:t>
        <w:br/>
        <w:t>v -0.830722 12.351311 2.038564</w:t>
        <w:br/>
        <w:t>v -0.825779 12.366617 2.052964</w:t>
        <w:br/>
        <w:t>v -0.860528 12.355010 2.031949</w:t>
        <w:br/>
        <w:t>v -0.872413 12.357726 2.049720</w:t>
        <w:br/>
        <w:t>v -0.860528 12.355010 2.031949</w:t>
        <w:br/>
        <w:t>v -0.829867 12.341049 2.085613</w:t>
        <w:br/>
        <w:t>v -0.832521 12.324486 2.072169</w:t>
        <w:br/>
        <w:t>v -0.829867 12.341049 2.085613</w:t>
        <w:br/>
        <w:t>v -0.824484 12.324965 2.052248</w:t>
        <w:br/>
        <w:t>v -0.830722 12.351311 2.038564</w:t>
        <w:br/>
        <w:t>v -0.832521 12.324486 2.072169</w:t>
        <w:br/>
        <w:t>v -0.824484 12.324965 2.052248</w:t>
        <w:br/>
        <w:t>v -0.781863 12.329945 2.098705</w:t>
        <w:br/>
        <w:t>v -0.779398 12.312199 2.086644</w:t>
        <w:br/>
        <w:t>v -0.781397 12.349363 2.089423</w:t>
        <w:br/>
        <w:t>v -0.778480 12.351011 2.068094</w:t>
        <w:br/>
        <w:t>v -0.781397 12.349363 2.089423</w:t>
        <w:br/>
        <w:t>v -0.776015 12.333277 2.056046</w:t>
        <w:br/>
        <w:t>v -0.778480 12.351011 2.068094</w:t>
        <w:br/>
        <w:t>v -0.776480 12.313871 2.065327</w:t>
        <w:br/>
        <w:t>v -0.776015 12.333277 2.056046</w:t>
        <w:br/>
        <w:t>v -0.779398 12.312199 2.086644</w:t>
        <w:br/>
        <w:t>v -0.776480 12.313871 2.065327</w:t>
        <w:br/>
        <w:t>v -0.733531 12.344721 2.099371</w:t>
        <w:br/>
        <w:t>v -0.725935 12.328548 2.087386</w:t>
        <w:br/>
        <w:t>v -0.726124 12.371948 2.087461</w:t>
        <w:br/>
        <w:t>v -0.733531 12.344721 2.099371</w:t>
        <w:br/>
        <w:t>v -0.730677 12.370541 2.066408</w:t>
        <w:br/>
        <w:t>v -0.726124 12.371948 2.087461</w:t>
        <w:br/>
        <w:t>v -0.720741 12.355864 2.054096</w:t>
        <w:br/>
        <w:t>v -0.730677 12.370541 2.066408</w:t>
        <w:br/>
        <w:t>v -0.728161 12.328648 2.066006</w:t>
        <w:br/>
        <w:t>v -0.725935 12.328548 2.087386</w:t>
        <w:br/>
        <w:t>v -0.728161 12.328648 2.066006</w:t>
        <w:br/>
        <w:t>v -0.696104 12.378414 2.089171</w:t>
        <w:br/>
        <w:t>v -0.684509 12.365837 2.076105</w:t>
        <w:br/>
        <w:t>v -0.696104 12.378414 2.089171</w:t>
        <w:br/>
        <w:t>v -0.690721 12.362328 2.055807</w:t>
        <w:br/>
        <w:t>v -0.720741 12.355864 2.054096</w:t>
        <w:br/>
        <w:t>v -0.684509 12.365837 2.076105</w:t>
        <w:br/>
        <w:t>v -0.690721 12.362328 2.055807</w:t>
        <w:br/>
        <w:t>v -0.680195 12.422796 2.070345</w:t>
        <w:br/>
        <w:t>v -0.776367 12.512327 2.011701</w:t>
        <w:br/>
        <w:t>v -0.879443 12.416143 2.041432</w:t>
        <w:br/>
        <w:t>v -0.781863 12.329945 2.098705</w:t>
        <w:br/>
        <w:t>v -0.674825 12.406725 2.036980</w:t>
        <w:br/>
        <w:t>v -1.440326 13.198438 0.087523</w:t>
        <w:br/>
        <w:t>v -1.442867 13.178102 0.113934</w:t>
        <w:br/>
        <w:t>v -1.544258 13.109174 0.179444</w:t>
        <w:br/>
        <w:t>v -1.584955 13.099147 0.181771</w:t>
        <w:br/>
        <w:t>v -1.404320 13.242204 0.163812</w:t>
        <w:br/>
        <w:t>v -1.406131 13.214270 0.148280</w:t>
        <w:br/>
        <w:t>v -1.422531 13.194210 0.113318</w:t>
        <w:br/>
        <w:t>v -1.440326 13.198438 0.087523</w:t>
        <w:br/>
        <w:t>v -1.417500 13.209291 0.168427</w:t>
        <w:br/>
        <w:t>v -1.406131 13.214270 0.148280</w:t>
        <w:br/>
        <w:t>v -1.404320 13.242204 0.163812</w:t>
        <w:br/>
        <w:t>v -1.405628 13.198288 0.062484</w:t>
        <w:br/>
        <w:t>v -1.361497 13.251484 0.154769</w:t>
        <w:br/>
        <w:t>v -1.375520 13.246330 0.184010</w:t>
        <w:br/>
        <w:t>v -1.530474 13.141130 0.284822</w:t>
        <w:br/>
        <w:t>v -1.550710 13.142347 0.259053</w:t>
        <w:br/>
        <w:t>v -1.550710 13.142347 0.259053</w:t>
        <w:br/>
        <w:t>v -1.519772 13.140082 0.234416</w:t>
        <w:br/>
        <w:t>v -1.404320 13.242204 0.163812</w:t>
        <w:br/>
        <w:t>v -1.433824 13.175550 0.060823</w:t>
        <w:br/>
        <w:t>v -1.584955 13.099147 0.181771</w:t>
        <w:br/>
        <w:t>v -1.585785 13.071293 0.159900</w:t>
        <w:br/>
        <w:t>v -1.555426 13.103903 0.199189</w:t>
        <w:br/>
        <w:t>v -1.539768 13.123734 0.234567</w:t>
        <w:br/>
        <w:t>v -1.550710 13.142347 0.259053</w:t>
        <w:br/>
        <w:t>v -1.599204 13.065657 0.188637</w:t>
        <w:br/>
        <w:t>v -1.557929 13.117963 0.282609</w:t>
        <w:br/>
        <w:t>v -1.422531 13.194210 0.113318</w:t>
        <w:br/>
        <w:t>v -1.406131 13.214270 0.148280</w:t>
        <w:br/>
        <w:t>v -1.361497 13.251484 0.154769</w:t>
        <w:br/>
        <w:t>v -1.405628 13.198288 0.062484</w:t>
        <w:br/>
        <w:t>v -1.442867 13.178102 0.113934</w:t>
        <w:br/>
        <w:t>v -1.433824 13.175550 0.060823</w:t>
        <w:br/>
        <w:t>v -1.544258 13.109174 0.179444</w:t>
        <w:br/>
        <w:t>v -1.585785 13.071293 0.159900</w:t>
        <w:br/>
        <w:t>v -1.555426 13.103903 0.199189</w:t>
        <w:br/>
        <w:t>v -1.599204 13.065657 0.188637</w:t>
        <w:br/>
        <w:t>v -1.539768 13.123734 0.234567</w:t>
        <w:br/>
        <w:t>v -1.557929 13.117963 0.282609</w:t>
        <w:br/>
        <w:t>v -1.519772 13.140082 0.234416</w:t>
        <w:br/>
        <w:t>v -1.530474 13.141130 0.284822</w:t>
        <w:br/>
        <w:t>v -1.417500 13.209291 0.168427</w:t>
        <w:br/>
        <w:t>v -1.375520 13.246330 0.184010</w:t>
        <w:br/>
        <w:t>v -1.054255 13.543849 -0.003015</w:t>
        <w:br/>
        <w:t>v -1.066278 13.519327 0.019158</w:t>
        <w:br/>
        <w:t>v -1.039654 13.525085 0.018013</w:t>
        <w:br/>
        <w:t>v -1.034547 13.573996 0.011109</w:t>
        <w:br/>
        <w:t>v -1.072126 13.568186 0.012555</w:t>
        <w:br/>
        <w:t>v -1.054255 13.543849 -0.003015</w:t>
        <w:br/>
        <w:t>v -1.239820 13.437315 0.026188</w:t>
        <w:br/>
        <w:t>v -1.213649 13.420211 0.009800</w:t>
        <w:br/>
        <w:t>v -0.979325 13.484639 0.001513</w:t>
        <w:br/>
        <w:t>v -0.943607 13.502120 0.016428</w:t>
        <w:br/>
        <w:t>v -1.005358 13.497994 0.020088</w:t>
        <w:br/>
        <w:t>v -0.979325 13.484639 0.001513</w:t>
        <w:br/>
        <w:t>v -1.005358 13.497994 0.020088</w:t>
        <w:br/>
        <w:t>v -1.013017 13.477218 0.022427</w:t>
        <w:br/>
        <w:t>v -1.177932 13.433341 0.028011</w:t>
        <w:br/>
        <w:t>v -1.213649 13.420211 0.009800</w:t>
        <w:br/>
        <w:t>v -1.185943 13.412653 0.029633</w:t>
        <w:br/>
        <w:t>v -1.213649 13.420211 0.009800</w:t>
        <w:br/>
        <w:t>v -1.140303 13.361982 0.014491</w:t>
        <w:br/>
        <w:t>v -1.152301 13.385953 0.031797</w:t>
        <w:br/>
        <w:t>v -1.248033 13.407948 0.028464</w:t>
        <w:br/>
        <w:t>v -1.159646 13.337646 0.034073</w:t>
        <w:br/>
        <w:t>v -1.140303 13.361982 0.014491</w:t>
        <w:br/>
        <w:t>v -1.121602 13.343393 0.033670</w:t>
        <w:br/>
        <w:t>v -0.951229 13.472615 0.019736</w:t>
        <w:br/>
        <w:t>v -1.125438 13.391725 0.031382</w:t>
        <w:br/>
        <w:t>v -1.140303 13.361982 0.014491</w:t>
        <w:br/>
        <w:t>v -1.039654 13.525085 0.018013</w:t>
        <w:br/>
        <w:t>v -1.066278 13.519327 0.019158</w:t>
        <w:br/>
        <w:t>v -1.072126 13.568186 0.012555</w:t>
        <w:br/>
        <w:t>v -1.034547 13.573996 0.011109</w:t>
        <w:br/>
        <w:t>v -1.005358 13.497994 0.020088</w:t>
        <w:br/>
        <w:t>v -0.943607 13.502120 0.016428</w:t>
        <w:br/>
        <w:t>v -1.013017 13.477218 0.022427</w:t>
        <w:br/>
        <w:t>v -0.951229 13.472615 0.019736</w:t>
        <w:br/>
        <w:t>v -1.125438 13.391725 0.031382</w:t>
        <w:br/>
        <w:t>v -1.121602 13.343393 0.033670</w:t>
        <w:br/>
        <w:t>v -1.152301 13.385953 0.031797</w:t>
        <w:br/>
        <w:t>v -1.159646 13.337646 0.034073</w:t>
        <w:br/>
        <w:t>v -1.185943 13.412653 0.029633</w:t>
        <w:br/>
        <w:t>v -1.248033 13.407948 0.028464</w:t>
        <w:br/>
        <w:t>v -1.177932 13.433341 0.028011</w:t>
        <w:br/>
        <w:t>v -1.239820 13.437315 0.026188</w:t>
        <w:br/>
        <w:t>v -1.220997 1.460468 -0.815595</w:t>
        <w:br/>
        <w:t>v -1.205289 1.438509 -0.778683</w:t>
        <w:br/>
        <w:t>v -1.050385 1.511037 -0.757970</w:t>
        <w:br/>
        <w:t>v -1.123101 1.642775 -0.644958</w:t>
        <w:br/>
        <w:t>v -1.081776 1.430196 -0.739985</w:t>
        <w:br/>
        <w:t>v -1.205289 1.438509 -0.778683</w:t>
        <w:br/>
        <w:t>v -1.282709 1.677449 -0.694006</w:t>
        <w:br/>
        <w:t>v -1.220997 1.460468 -0.815595</w:t>
        <w:br/>
        <w:t>v -1.296317 1.704954 -0.746324</w:t>
        <w:br/>
        <w:t>v -1.256273 1.731741 -0.805043</w:t>
        <w:br/>
        <w:t>v -1.195743 1.496311 -0.864253</w:t>
        <w:br/>
        <w:t>v -1.268095 1.932322 -0.721938</w:t>
        <w:br/>
        <w:t>v -1.308742 1.902227 -0.670248</w:t>
        <w:br/>
        <w:t>v -1.202572 1.935554 -0.744902</w:t>
        <w:br/>
        <w:t>v -1.186172 1.741073 -0.828032</w:t>
        <w:br/>
        <w:t>v -1.281878 1.911231 -0.661659</w:t>
        <w:br/>
        <w:t>v -1.308742 1.902227 -0.670248</w:t>
        <w:br/>
        <w:t>v -1.268095 1.932322 -0.721938</w:t>
        <w:br/>
        <w:t>v -1.252072 1.936284 -0.701136</w:t>
        <w:br/>
        <w:t>v -1.265328 1.883538 -0.630482</w:t>
        <w:br/>
        <w:t>v -1.297725 1.866686 -0.625942</w:t>
        <w:br/>
        <w:t>v -1.297725 1.866686 -0.625942</w:t>
        <w:br/>
        <w:t>v -1.143136 1.515213 -0.879697</w:t>
        <w:br/>
        <w:t>v -1.006996 1.508849 -0.833969</w:t>
        <w:br/>
        <w:t>v -1.030438 1.706689 -0.786669</w:t>
        <w:br/>
        <w:t>v -0.820651 1.466303 -0.728553</w:t>
        <w:br/>
        <w:t>v -1.195743 1.496311 -0.864253</w:t>
        <w:br/>
        <w:t>v -1.143136 1.515213 -0.879697</w:t>
        <w:br/>
        <w:t>v -0.871611 1.420562 -0.674701</w:t>
        <w:br/>
        <w:t>v -0.909428 1.719101 -0.550081</w:t>
        <w:br/>
        <w:t>v -0.736930 1.602014 -0.505447</w:t>
        <w:br/>
        <w:t>v -0.724052 1.394214 -0.596966</w:t>
        <w:br/>
        <w:t>v -0.666301 1.370810 -0.546434</w:t>
        <w:br/>
        <w:t>v -0.671532 1.533976 -0.476056</w:t>
        <w:br/>
        <w:t>v -0.700031 1.412991 -0.622610</w:t>
        <w:br/>
        <w:t>v -0.854985 1.485808 -0.674638</w:t>
        <w:br/>
        <w:t>v -0.724052 1.394214 -0.596966</w:t>
        <w:br/>
        <w:t>v -1.081776 1.430196 -0.739985</w:t>
        <w:br/>
        <w:t>v -0.871611 1.420562 -0.674701</w:t>
        <w:br/>
        <w:t>v -0.854985 1.485808 -0.674638</w:t>
        <w:br/>
        <w:t>v -0.820651 1.466303 -0.728553</w:t>
        <w:br/>
        <w:t>v -1.006996 1.508849 -0.833969</w:t>
        <w:br/>
        <w:t>v -0.657724 1.377538 -0.551767</w:t>
        <w:br/>
        <w:t>v -0.666301 1.370810 -0.546434</w:t>
        <w:br/>
        <w:t>v -0.651436 1.361277 -0.518930</w:t>
        <w:br/>
        <w:t>v -0.656152 1.358610 -0.522954</w:t>
        <w:br/>
        <w:t>v -0.657724 1.377538 -0.551767</w:t>
        <w:br/>
        <w:t>v -0.651436 1.361277 -0.518930</w:t>
        <w:br/>
        <w:t>v -0.658038 1.528794 -0.445131</w:t>
        <w:br/>
        <w:t>v -0.658792 1.561329 -0.470460</w:t>
        <w:br/>
        <w:t>v -0.700031 1.412991 -0.622610</w:t>
        <w:br/>
        <w:t>v -0.711714 1.634902 -0.523507</w:t>
        <w:br/>
        <w:t>v -0.667684 1.346826 -0.511120</w:t>
        <w:br/>
        <w:t>v -0.651436 1.361277 -0.518930</w:t>
        <w:br/>
        <w:t>v -0.656152 1.358610 -0.522954</w:t>
        <w:br/>
        <w:t>v -0.672652 1.347203 -0.519621</w:t>
        <w:br/>
        <w:t>v -1.307045 1.190590 -0.669507</w:t>
        <w:br/>
        <w:t>v -1.310743 1.158872 -0.610688</w:t>
        <w:br/>
        <w:t>v -1.135829 1.280649 -0.605984</w:t>
        <w:br/>
        <w:t>v -1.261493 1.230445 -0.703137</w:t>
        <w:br/>
        <w:t>v -1.111456 1.273192 -0.688825</w:t>
        <w:br/>
        <w:t>v -1.416598 1.429995 -0.596601</w:t>
        <w:br/>
        <w:t>v -1.429338 1.397485 -0.521935</w:t>
        <w:br/>
        <w:t>v -1.310743 1.158872 -0.610688</w:t>
        <w:br/>
        <w:t>v -1.307045 1.190590 -0.669507</w:t>
        <w:br/>
        <w:t>v -1.386842 1.382280 -0.467706</w:t>
        <w:br/>
        <w:t>v -1.272661 1.156810 -0.570544</w:t>
        <w:br/>
        <w:t>v -1.465885 1.592407 -0.442289</w:t>
        <w:br/>
        <w:t>v -1.431413 1.557582 -0.392738</w:t>
        <w:br/>
        <w:t>v -0.902059 1.273946 -0.560671</w:t>
        <w:br/>
        <w:t>v -1.210458 1.396704 -0.460726</w:t>
        <w:br/>
        <w:t>v -0.995627 1.550061 -0.431159</w:t>
        <w:br/>
        <w:t>v -1.272661 1.156810 -0.570544</w:t>
        <w:br/>
        <w:t>v -1.129315 1.201795 -0.569097</w:t>
        <w:br/>
        <w:t>v -0.902059 1.273946 -0.560671</w:t>
        <w:br/>
        <w:t>v -0.916132 1.334779 -0.571059</w:t>
        <w:br/>
        <w:t>v -1.129315 1.201795 -0.569097</w:t>
        <w:br/>
        <w:t>v -1.352345 1.461411 -0.646970</w:t>
        <w:br/>
        <w:t>v -1.261493 1.230445 -0.703137</w:t>
        <w:br/>
        <w:t>v -1.111456 1.273192 -0.688825</w:t>
        <w:br/>
        <w:t>v -1.171672 1.466693 -0.644354</w:t>
        <w:br/>
        <w:t>v -0.894500 1.309248 -0.621528</w:t>
        <w:br/>
        <w:t>v -0.916132 1.334779 -0.571059</w:t>
        <w:br/>
        <w:t>v -0.894500 1.309248 -0.621528</w:t>
        <w:br/>
        <w:t>v -0.738200 1.329345 -0.553402</w:t>
        <w:br/>
        <w:t>v -0.737421 1.321976 -0.529230</w:t>
        <w:br/>
        <w:t>v -0.738200 1.329345 -0.553402</w:t>
        <w:br/>
        <w:t>v -0.672652 1.347203 -0.519621</w:t>
        <w:br/>
        <w:t>v -0.688536 1.513162 -0.456588</w:t>
        <w:br/>
        <w:t>v -0.770358 1.535762 -0.474296</w:t>
        <w:br/>
        <w:t>v -0.968462 1.593311 -0.506189</w:t>
        <w:br/>
        <w:t>v -1.444027 1.612982 -0.434969</w:t>
        <w:br/>
        <w:t>v -1.433488 1.655301 -0.496631</w:t>
        <w:br/>
        <w:t>v -1.244942 1.571203 -0.498769</w:t>
        <w:br/>
        <w:t>v -1.412812 1.584433 -0.400585</w:t>
        <w:br/>
        <w:t>v -1.262738 1.569530 -0.403931</w:t>
        <w:br/>
        <w:t>v -1.431413 1.557582 -0.392738</w:t>
        <w:br/>
        <w:t>v -1.262738 1.569530 -0.403931</w:t>
        <w:br/>
        <w:t>v -0.995627 1.550061 -0.431159</w:t>
        <w:br/>
        <w:t>v -0.995275 1.528795 -0.493324</w:t>
        <w:br/>
        <w:t>v -0.691617 1.511728 -0.434454</w:t>
        <w:br/>
        <w:t>v -0.783287 1.521814 -0.437044</w:t>
        <w:br/>
        <w:t>v -0.770358 1.535762 -0.474296</w:t>
        <w:br/>
        <w:t>v -0.688536 1.513162 -0.456588</w:t>
        <w:br/>
        <w:t>v -0.783287 1.521814 -0.437044</w:t>
        <w:br/>
        <w:t>v -0.737421 1.321976 -0.529230</w:t>
        <w:br/>
        <w:t>v -1.444027 1.612982 -0.434969</w:t>
        <w:br/>
        <w:t>v -1.412812 1.584433 -0.400585</w:t>
        <w:br/>
        <w:t>v -1.453082 1.638700 -0.514263</w:t>
        <w:br/>
        <w:t>v -1.433488 1.655301 -0.496631</w:t>
        <w:br/>
        <w:t>v -1.382654 1.683246 -0.539202</w:t>
        <w:br/>
        <w:t>v -1.393583 1.672958 -0.567877</w:t>
        <w:br/>
        <w:t>v -1.223222 1.656521 -0.537203</w:t>
        <w:br/>
        <w:t>v -1.223222 1.656521 -0.537203</w:t>
        <w:br/>
        <w:t>v -0.968462 1.593311 -0.506189</w:t>
        <w:br/>
        <w:t>v -0.995275 1.528795 -0.493324</w:t>
        <w:br/>
        <w:t>v -0.770358 1.535762 -0.474296</w:t>
        <w:br/>
        <w:t>v -1.382654 1.683246 -0.539202</w:t>
        <w:br/>
        <w:t>v -1.393583 1.672958 -0.567877</w:t>
        <w:br/>
        <w:t>v -1.252072 1.936284 -0.701136</w:t>
        <w:br/>
        <w:t>v -1.199540 1.937264 -0.716115</w:t>
        <w:br/>
        <w:t>v -1.097282 1.816908 -0.671783</w:t>
        <w:br/>
        <w:t>v -1.281878 1.911231 -0.661659</w:t>
        <w:br/>
        <w:t>v -1.065312 1.887147 -0.680511</w:t>
        <w:br/>
        <w:t>v -0.861134 1.760062 -0.600902</w:t>
        <w:br/>
        <w:t>v -0.893909 1.708021 -0.612045</w:t>
        <w:br/>
        <w:t>v -1.097282 1.816908 -0.671783</w:t>
        <w:br/>
        <w:t>v -0.893909 1.708021 -0.612045</w:t>
        <w:br/>
        <w:t>v -0.909428 1.719101 -0.550081</w:t>
        <w:br/>
        <w:t>v -1.125931 1.824492 -0.597305</w:t>
        <w:br/>
        <w:t>v -1.125931 1.824492 -0.597305</w:t>
        <w:br/>
        <w:t>v -1.265328 1.883538 -0.630482</w:t>
        <w:br/>
        <w:t>v -0.736930 1.602014 -0.505447</w:t>
        <w:br/>
        <w:t>v -0.711714 1.634902 -0.523507</w:t>
        <w:br/>
        <w:t>v -0.737421 1.321976 -0.529230</w:t>
        <w:br/>
        <w:t>v -0.691617 1.511728 -0.434454</w:t>
        <w:br/>
        <w:t>v -0.667684 1.346826 -0.511120</w:t>
        <w:br/>
        <w:t>v -0.651436 1.361277 -0.518930</w:t>
        <w:br/>
        <w:t>v -0.658038 1.528794 -0.445131</w:t>
        <w:br/>
        <w:t>v -0.861134 1.760062 -0.600902</w:t>
        <w:br/>
        <w:t>v -0.665483 1.513489 -0.460273</w:t>
        <w:br/>
        <w:t>v -0.658038 1.528794 -0.445131</w:t>
        <w:br/>
        <w:t>v -0.688536 1.513162 -0.456588</w:t>
        <w:br/>
        <w:t>v -0.671532 1.533976 -0.476056</w:t>
        <w:br/>
        <w:t>v -0.658792 1.561329 -0.470460</w:t>
        <w:br/>
        <w:t>v -0.658038 1.528794 -0.445131</w:t>
        <w:br/>
        <w:t>v -0.665483 1.513489 -0.460273</w:t>
        <w:br/>
        <w:t>v -0.736930 1.602014 -0.505447</w:t>
        <w:br/>
        <w:t>v -0.665483 1.513489 -0.460273</w:t>
        <w:br/>
        <w:t>v -0.656152 1.358610 -0.522954</w:t>
        <w:br/>
        <w:t>v -0.656152 1.358610 -0.522954</w:t>
        <w:br/>
        <w:t>v -0.665483 1.513489 -0.460273</w:t>
        <w:br/>
        <w:t>v -1.202572 1.935554 -0.744902</w:t>
        <w:br/>
        <w:t>v -1.199540 1.937264 -0.716115</w:t>
        <w:br/>
        <w:t>v -1.065312 1.887147 -0.680511</w:t>
        <w:br/>
        <w:t>v -0.736930 1.602014 -0.505447</w:t>
        <w:br/>
        <w:t>v -0.913250 2.565181 0.346016</w:t>
        <w:br/>
        <w:t>v -0.900649 2.382986 0.334307</w:t>
        <w:br/>
        <w:t>v -0.929851 2.383049 0.303168</w:t>
        <w:br/>
        <w:t>v -0.942427 2.565244 0.314902</w:t>
        <w:br/>
        <w:t>v -0.900649 2.382986 0.334307</w:t>
        <w:br/>
        <w:t>v -0.862027 2.386495 0.298653</w:t>
        <w:br/>
        <w:t>v -0.891217 2.386558 0.267514</w:t>
        <w:br/>
        <w:t>v -0.929851 2.383049 0.303168</w:t>
        <w:br/>
        <w:t>v -0.942427 2.565244 0.314902</w:t>
        <w:br/>
        <w:t>v -0.903793 2.568753 0.279248</w:t>
        <w:br/>
        <w:t>v -0.874615 2.568690 0.310362</w:t>
        <w:br/>
        <w:t>v -0.913250 2.565181 0.346016</w:t>
        <w:br/>
        <w:t>v -0.874615 2.568690 0.310362</w:t>
        <w:br/>
        <w:t>v -0.862027 2.386495 0.298653</w:t>
        <w:br/>
        <w:t>v -0.900649 2.382986 0.334307</w:t>
        <w:br/>
        <w:t>v -0.913250 2.565181 0.346016</w:t>
        <w:br/>
        <w:t>v -0.891217 2.386558 0.267514</w:t>
        <w:br/>
        <w:t>v -0.903793 2.568753 0.279248</w:t>
        <w:br/>
        <w:t>v -0.942427 2.565244 0.314902</w:t>
        <w:br/>
        <w:t>v -0.929851 2.383049 0.303168</w:t>
        <w:br/>
        <w:t>v -0.601506 1.768248 0.496894</w:t>
        <w:br/>
        <w:t>v -0.598740 1.920348 0.460234</w:t>
        <w:br/>
        <w:t>v -0.700583 1.915770 0.466598</w:t>
        <w:br/>
        <w:t>v -0.799145 1.912413 0.455682</w:t>
        <w:br/>
        <w:t>v -0.797963 1.767871 0.488154</w:t>
        <w:br/>
        <w:t>v -0.636167 1.725677 0.528423</w:t>
        <w:br/>
        <w:t>v -0.700118 1.705743 0.535164</w:t>
        <w:br/>
        <w:t>v -0.701212 1.922939 0.480419</w:t>
        <w:br/>
        <w:t>v -0.599306 1.771996 0.512590</w:t>
        <w:br/>
        <w:t>v -0.763805 1.724206 0.523984</w:t>
        <w:br/>
        <w:t>v -0.801371 1.771783 0.503597</w:t>
        <w:br/>
        <w:t>v -0.597834 2.026657 0.431711</w:t>
        <w:br/>
        <w:t>v -0.596828 2.020847 0.448953</w:t>
        <w:br/>
        <w:t>v -0.701677 2.014659 0.457292</w:t>
        <w:br/>
        <w:t>v -0.701199 2.021840 0.440967</w:t>
        <w:br/>
        <w:t>v -0.801258 2.017250 0.445168</w:t>
        <w:br/>
        <w:t>v -0.800704 2.024016 0.428215</w:t>
        <w:br/>
        <w:t>v -0.700734 2.015929 0.426517</w:t>
        <w:br/>
        <w:t>v -0.597457 2.020960 0.417223</w:t>
        <w:br/>
        <w:t>v -0.800277 2.018356 0.413626</w:t>
        <w:br/>
        <w:t>v -0.598740 1.920348 0.460234</w:t>
        <w:br/>
        <w:t>v -0.601506 1.768248 0.496894</w:t>
        <w:br/>
        <w:t>v -0.599306 1.771996 0.512590</w:t>
        <w:br/>
        <w:t>v -0.597759 1.927202 0.472899</w:t>
        <w:br/>
        <w:t>v -0.637362 1.721778 0.512678</w:t>
        <w:br/>
        <w:t>v -0.636167 1.725677 0.528423</w:t>
        <w:br/>
        <w:t>v -0.699339 1.701656 0.519456</w:t>
        <w:br/>
        <w:t>v -0.700118 1.705743 0.535164</w:t>
        <w:br/>
        <w:t>v -0.797963 1.767871 0.488154</w:t>
        <w:br/>
        <w:t>v -0.801371 1.771783 0.503597</w:t>
        <w:br/>
        <w:t>v -0.763805 1.724206 0.523984</w:t>
        <w:br/>
        <w:t>v -0.761215 1.720181 0.508439</w:t>
        <w:br/>
        <w:t>v -0.801308 1.918977 0.468560</w:t>
        <w:br/>
        <w:t>v -0.799145 1.912413 0.455682</w:t>
        <w:br/>
        <w:t>v -0.700118 1.705743 0.535164</w:t>
        <w:br/>
        <w:t>v -0.699339 1.701656 0.519456</w:t>
        <w:br/>
        <w:t>v -0.597834 2.026657 0.431711</w:t>
        <w:br/>
        <w:t>v -0.597457 2.020960 0.417223</w:t>
        <w:br/>
        <w:t>v -0.596828 2.020847 0.448953</w:t>
        <w:br/>
        <w:t>v -0.800704 2.024016 0.428215</w:t>
        <w:br/>
        <w:t>v -0.801258 2.017250 0.445168</w:t>
        <w:br/>
        <w:t>v -0.800277 2.018356 0.413626</w:t>
        <w:br/>
        <w:t>v -0.593948 1.913683 0.429485</w:t>
        <w:br/>
        <w:t>v -0.802616 1.907307 0.422744</w:t>
        <w:br/>
        <w:t>v -0.593948 1.913683 0.429485</w:t>
        <w:br/>
        <w:t>v -0.702055 1.902703 0.434666</w:t>
        <w:br/>
        <w:t>v -0.700583 1.915770 0.466598</w:t>
        <w:br/>
        <w:t>v -0.598740 1.920348 0.460234</w:t>
        <w:br/>
        <w:t>v -0.799145 1.912413 0.455682</w:t>
        <w:br/>
        <w:t>v -0.802616 1.907307 0.422744</w:t>
        <w:br/>
        <w:t>v -0.597759 1.927202 0.472899</w:t>
        <w:br/>
        <w:t>v -0.801308 1.918977 0.468560</w:t>
        <w:br/>
        <w:t>v -0.699339 1.701656 0.519456</w:t>
        <w:br/>
        <w:t>v -0.637362 1.721778 0.512678</w:t>
        <w:br/>
        <w:t>v -0.761215 1.720181 0.508439</w:t>
        <w:br/>
        <w:t>v -0.690296 1.548349 0.572893</w:t>
        <w:br/>
        <w:t>v -0.677393 1.531773 0.580955</w:t>
        <w:br/>
        <w:t>v -0.703112 1.544941 0.604925</w:t>
        <w:br/>
        <w:t>v -0.703049 1.554637 0.584237</w:t>
        <w:br/>
        <w:t>v -0.703049 1.554637 0.584237</w:t>
        <w:br/>
        <w:t>v -0.703112 1.544941 0.604925</w:t>
        <w:br/>
        <w:t>v -0.729208 1.533195 0.580892</w:t>
        <w:br/>
        <w:t>v -0.716028 1.549091 0.572843</w:t>
        <w:br/>
        <w:t>v -0.716028 1.549091 0.572843</w:t>
        <w:br/>
        <w:t>v -0.729208 1.533195 0.580892</w:t>
        <w:br/>
        <w:t>v -0.703489 1.520127 0.556908</w:t>
        <w:br/>
        <w:t>v -0.703275 1.542841 0.561499</w:t>
        <w:br/>
        <w:t>v -0.703275 1.542841 0.561499</w:t>
        <w:br/>
        <w:t>v -0.703489 1.520127 0.556908</w:t>
        <w:br/>
        <w:t>v -0.677393 1.531773 0.580955</w:t>
        <w:br/>
        <w:t>v -0.690296 1.548349 0.572893</w:t>
        <w:br/>
        <w:t>v -0.703149 1.551103 0.571673</w:t>
        <w:br/>
        <w:t>v -0.703149 1.551103 0.571673</w:t>
        <w:br/>
        <w:t>v -0.689429 1.381812 0.658916</w:t>
        <w:br/>
        <w:t>v -0.704244 1.388767 0.672196</w:t>
        <w:br/>
        <w:t>v -0.704244 1.388767 0.672196</w:t>
        <w:br/>
        <w:t>v -0.719185 1.382479 0.659570</w:t>
        <w:br/>
        <w:t>v -0.719185 1.382479 0.659570</w:t>
        <w:br/>
        <w:t>v -0.704382 1.375537 0.646188</w:t>
        <w:br/>
        <w:t>v -0.704382 1.375537 0.646188</w:t>
        <w:br/>
        <w:t>v -0.689429 1.381812 0.658916</w:t>
        <w:br/>
        <w:t>v -0.704470 1.375788 0.662940</w:t>
        <w:br/>
        <w:t>v -0.704470 1.375788 0.662940</w:t>
        <w:br/>
        <w:t>v -0.695742 1.320929 0.706417</w:t>
        <w:br/>
        <w:t>v -0.688813 1.311434 0.684358</w:t>
        <w:br/>
        <w:t>v -0.684059 1.165447 0.745404</w:t>
        <w:br/>
        <w:t>v -0.691227 1.174653 0.766972</w:t>
        <w:br/>
        <w:t>v -0.695742 1.320929 0.706417</w:t>
        <w:br/>
        <w:t>v -0.691227 1.174653 0.766972</w:t>
        <w:br/>
        <w:t>v -0.714456 1.169773 0.761350</w:t>
        <w:br/>
        <w:t>v -0.719373 1.315874 0.700242</w:t>
        <w:br/>
        <w:t>v -0.719373 1.315874 0.700242</w:t>
        <w:br/>
        <w:t>v -0.714456 1.169773 0.761350</w:t>
        <w:br/>
        <w:t>v -0.707300 1.160579 0.739795</w:t>
        <w:br/>
        <w:t>v -0.712444 1.306391 0.678208</w:t>
        <w:br/>
        <w:t>v -0.712444 1.306391 0.678208</w:t>
        <w:br/>
        <w:t>v -0.707300 1.160579 0.739795</w:t>
        <w:br/>
        <w:t>v -0.684059 1.165447 0.745404</w:t>
        <w:br/>
        <w:t>v -0.688813 1.311434 0.684358</w:t>
        <w:br/>
        <w:t>v -0.704357 1.320904 0.689275</w:t>
        <w:br/>
        <w:t>v -0.688813 1.311434 0.684358</w:t>
        <w:br/>
        <w:t>v -0.695742 1.320929 0.706417</w:t>
        <w:br/>
        <w:t>v -0.698937 1.160177 0.756672</w:t>
        <w:br/>
        <w:t>v -0.680890 1.092189 0.788503</w:t>
        <w:br/>
        <w:t>v -0.674753 0.957508 0.860691</w:t>
        <w:br/>
        <w:t>v -0.691806 0.963256 0.877129</w:t>
        <w:br/>
        <w:t>v -0.697969 1.097597 0.804475</w:t>
        <w:br/>
        <w:t>v -0.697969 1.097597 0.804475</w:t>
        <w:br/>
        <w:t>v -0.691806 0.963256 0.877129</w:t>
        <w:br/>
        <w:t>v -0.707376 0.954465 0.861798</w:t>
        <w:br/>
        <w:t>v -0.713563 1.088881 0.789270</w:t>
        <w:br/>
        <w:t>v -0.713563 1.088881 0.789270</w:t>
        <w:br/>
        <w:t>v -0.707376 0.954465 0.861798</w:t>
        <w:br/>
        <w:t>v -0.690322 0.948692 0.845336</w:t>
        <w:br/>
        <w:t>v -0.696497 1.083411 0.773260</w:t>
        <w:br/>
        <w:t>v -0.696497 1.083411 0.773260</w:t>
        <w:br/>
        <w:t>v -0.690322 0.948692 0.845336</w:t>
        <w:br/>
        <w:t>v -0.674753 0.957508 0.860691</w:t>
        <w:br/>
        <w:t>v -0.680890 1.092189 0.788503</w:t>
        <w:br/>
        <w:t>v -0.697591 1.097873 0.785661</w:t>
        <w:br/>
        <w:t>v -0.697591 1.097873 0.785661</w:t>
        <w:br/>
        <w:t>v -0.696497 1.083411 0.773260</w:t>
        <w:br/>
        <w:t>v -0.680890 1.092189 0.788503</w:t>
        <w:br/>
        <w:t>v -0.690788 0.949472 0.865231</w:t>
        <w:br/>
        <w:t>v -0.707376 0.954465 0.861798</w:t>
        <w:br/>
        <w:t>v -0.691806 0.963256 0.877129</w:t>
        <w:br/>
        <w:t>v -0.690788 0.949472 0.865231</w:t>
        <w:br/>
        <w:t>v -0.687593 0.899317 0.918241</w:t>
        <w:br/>
        <w:t>v -0.669345 0.893255 0.904960</w:t>
        <w:br/>
        <w:t>v -0.661472 0.772848 0.993913</w:t>
        <w:br/>
        <w:t>v -0.681419 0.779727 1.008992</w:t>
        <w:br/>
        <w:t>v -0.703578 0.889118 0.905929</w:t>
        <w:br/>
        <w:t>v -0.687593 0.899317 0.918241</w:t>
        <w:br/>
        <w:t>v -0.681419 0.779727 1.008992</w:t>
        <w:br/>
        <w:t>v -0.698636 0.767717 0.994353</w:t>
        <w:br/>
        <w:t>v -0.685330 0.882879 0.892384</w:t>
        <w:br/>
        <w:t>v -0.703578 0.889118 0.905929</w:t>
        <w:br/>
        <w:t>v -0.698636 0.767717 0.994353</w:t>
        <w:br/>
        <w:t>v -0.678690 0.760724 0.979086</w:t>
        <w:br/>
        <w:t>v -0.669345 0.893255 0.904960</w:t>
        <w:br/>
        <w:t>v -0.685330 0.882879 0.892384</w:t>
        <w:br/>
        <w:t>v -0.678690 0.760724 0.979086</w:t>
        <w:br/>
        <w:t>v -0.661472 0.772848 0.993913</w:t>
        <w:br/>
        <w:t>v -0.686763 0.897380 0.900835</w:t>
        <w:br/>
        <w:t>v -0.686763 0.897380 0.900835</w:t>
        <w:br/>
        <w:t>v -0.685330 0.882879 0.892384</w:t>
        <w:br/>
        <w:t>v -0.669345 0.893255 0.904960</w:t>
        <w:br/>
        <w:t>v -0.665208 0.658063 1.200820</w:t>
        <w:br/>
        <w:t>v -0.670729 0.719473 1.059763</w:t>
        <w:br/>
        <w:t>v -0.594214 0.662955 1.124393</w:t>
        <w:br/>
        <w:t>v -0.708156 0.609103 1.236248</w:t>
        <w:br/>
        <w:t>v -0.787111 0.654517 1.158903</w:t>
        <w:br/>
        <w:t>v -0.748300 0.669218 1.130003</w:t>
        <w:br/>
        <w:t>v -0.571740 0.661660 1.114785</w:t>
        <w:br/>
        <w:t>v -0.550750 0.652378 1.147874</w:t>
        <w:br/>
        <w:t>v -0.800480 0.660616 1.123890</w:t>
        <w:br/>
        <w:t>v -0.773994 0.667005 1.125387</w:t>
        <w:br/>
        <w:t>v -0.843831 0.627553 1.148314</w:t>
        <w:br/>
        <w:t>v -0.828752 0.652818 1.139737</w:t>
        <w:br/>
        <w:t>v -0.828550 0.620573 1.164487</w:t>
        <w:br/>
        <w:t>v -0.783766 0.600199 1.209397</w:t>
        <w:br/>
        <w:t>v -0.868003 0.635463 1.130002</w:t>
        <w:br/>
        <w:t>v -0.510543 0.620975 1.152464</w:t>
        <w:br/>
        <w:t>v -0.515121 0.653422 1.130631</w:t>
        <w:br/>
        <w:t>v -0.495652 0.627112 1.134958</w:t>
        <w:br/>
        <w:t>v -0.541996 0.658239 1.113200</w:t>
        <w:br/>
        <w:t>v -0.543833 0.648970 1.129915</w:t>
        <w:br/>
        <w:t>v -0.795839 0.648870 1.140491</w:t>
        <w:br/>
        <w:t>v -0.800480 0.660616 1.123890</w:t>
        <w:br/>
        <w:t>v -0.814088 0.650077 1.129588</w:t>
        <w:br/>
        <w:t>v -0.795839 0.648870 1.140491</w:t>
        <w:br/>
        <w:t>v -0.787111 0.654517 1.158903</w:t>
        <w:br/>
        <w:t>v -0.828752 0.652818 1.139737</w:t>
        <w:br/>
        <w:t>v -0.840662 0.645172 1.125576</w:t>
        <w:br/>
        <w:t>v -0.868003 0.635463 1.130002</w:t>
        <w:br/>
        <w:t>v -0.543833 0.648970 1.129915</w:t>
        <w:br/>
        <w:t>v -0.532841 0.648870 1.123576</w:t>
        <w:br/>
        <w:t>v -0.515121 0.653422 1.130631</w:t>
        <w:br/>
        <w:t>v -0.550750 0.652378 1.147874</w:t>
        <w:br/>
        <w:t>v -0.504393 0.645788 1.113427</w:t>
        <w:br/>
        <w:t>v -0.475329 0.633652 1.114584</w:t>
        <w:br/>
        <w:t>v -0.609821 0.608021 1.230651</w:t>
        <w:br/>
        <w:t>v -0.594717 0.594363 1.238789</w:t>
        <w:br/>
        <w:t>v -0.656404 0.533682 1.302916</w:t>
        <w:br/>
        <w:t>v -0.658756 0.581573 1.272984</w:t>
        <w:br/>
        <w:t>v -0.614839 0.612548 1.200015</w:t>
        <w:br/>
        <w:t>v -0.659750 0.588691 1.247730</w:t>
        <w:br/>
        <w:t>v -0.724216 0.590817 1.249491</w:t>
        <w:br/>
        <w:t>v -0.548914 0.602236 1.201336</w:t>
        <w:br/>
        <w:t>v -0.541996 0.658239 1.113200</w:t>
        <w:br/>
        <w:t>v -0.704874 0.612763 1.207586</w:t>
        <w:br/>
        <w:t>v -0.708156 0.609103 1.236248</w:t>
        <w:br/>
        <w:t>v -0.665208 0.658063 1.200820</w:t>
        <w:br/>
        <w:t>v -0.704874 0.612763 1.207586</w:t>
        <w:br/>
        <w:t>v -0.665208 0.658063 1.200820</w:t>
        <w:br/>
        <w:t>v -0.609821 0.608021 1.230651</w:t>
        <w:br/>
        <w:t>v -0.614839 0.612548 1.200015</w:t>
        <w:br/>
        <w:t>v 0.000004 14.746455 1.883903</w:t>
        <w:br/>
        <w:t>v -0.030166 14.796255 1.869327</w:t>
        <w:br/>
        <w:t>v 0.000004 14.805727 1.876772</w:t>
        <w:br/>
        <w:t>v -0.042215 14.772526 1.850701</w:t>
        <w:br/>
        <w:t>v -0.030167 14.748807 1.832063</w:t>
        <w:br/>
        <w:t>v 0.000004 14.746455 1.883903</w:t>
        <w:br/>
        <w:t>v 0.000004 14.739321 1.824618</w:t>
        <w:br/>
        <w:t>v 0.030175 14.748803 1.832063</w:t>
        <w:br/>
        <w:t>v 0.042223 14.772522 1.850701</w:t>
        <w:br/>
        <w:t>v 0.030175 14.796257 1.869327</w:t>
        <w:br/>
        <w:t>v -0.056424 16.568666 -0.372569</w:t>
        <w:br/>
        <w:t>v -0.052764 16.578804 -0.363892</w:t>
        <w:br/>
        <w:t>v -0.067793 16.579006 -0.362005</w:t>
        <w:br/>
        <w:t>v -0.039634 16.566706 -0.376619</w:t>
        <w:br/>
        <w:t>v -0.041822 16.583874 -0.361012</w:t>
        <w:br/>
        <w:t>v -0.022606 16.572832 -0.373399</w:t>
        <w:br/>
        <w:t>v -0.050739 16.614571 -0.343430</w:t>
        <w:br/>
        <w:t>v -0.037735 16.605001 -0.348838</w:t>
        <w:br/>
        <w:t>v -0.020480 16.615490 -0.341229</w:t>
        <w:br/>
        <w:t>v -0.039370 16.629097 -0.334324</w:t>
        <w:br/>
        <w:t>v -0.011387 16.585054 -0.364231</w:t>
        <w:br/>
        <w:t>v -0.034956 16.593706 -0.355289</w:t>
        <w:br/>
        <w:t>v -0.010205 16.600298 -0.352132</w:t>
        <w:br/>
        <w:t>v -0.031133 16.394545 -0.403824</w:t>
        <w:br/>
        <w:t>v -0.031774 16.425547 -0.479987</w:t>
        <w:br/>
        <w:t>v 0.000007 16.433434 -0.387865</w:t>
        <w:br/>
        <w:t>v 0.000007 16.389492 -0.432775</w:t>
        <w:br/>
        <w:t>v -0.031774 16.425547 -0.479987</w:t>
        <w:br/>
        <w:t>v -0.031133 16.394545 -0.403824</w:t>
        <w:br/>
        <w:t>v 0.000007 16.368212 -0.425946</w:t>
        <w:br/>
        <w:t>v -0.029674 16.232687 -0.407509</w:t>
        <w:br/>
        <w:t>v 0.000006 16.258230 -0.428135</w:t>
        <w:br/>
        <w:t>v -0.031900 16.392536 -0.560577</w:t>
        <w:br/>
        <w:t>v 0.000007 16.388231 -0.531186</w:t>
        <w:br/>
        <w:t>v 0.000007 16.366753 -0.539926</w:t>
        <w:br/>
        <w:t>v 0.000006 16.256443 -0.542303</w:t>
        <w:br/>
        <w:t>v -0.030429 16.230034 -0.564878</w:t>
        <w:br/>
        <w:t>v 0.000007 16.384195 -0.598570</w:t>
        <w:br/>
        <w:t>v 0.000007 16.431080 -0.571355</w:t>
        <w:br/>
        <w:t>v -0.031900 16.392536 -0.560577</w:t>
        <w:br/>
        <w:t>v -0.030429 16.230034 -0.564878</w:t>
        <w:br/>
        <w:t>v 0.000006 16.237139 -0.603526</w:t>
        <w:br/>
        <w:t>v 0.000006 16.191349 -0.578272</w:t>
        <w:br/>
        <w:t>v 0.000007 16.387177 -0.367378</w:t>
        <w:br/>
        <w:t>v 0.000006 16.240925 -0.371365</w:t>
        <w:br/>
        <w:t>v -0.029674 16.232687 -0.407509</w:t>
        <w:br/>
        <w:t>v 0.000006 16.194820 -0.393675</w:t>
        <w:br/>
        <w:t>v 0.000006 16.170813 -0.484050</w:t>
        <w:br/>
        <w:t>v -0.029737 16.199800 -0.484817</w:t>
        <w:br/>
        <w:t>v 0.000006 16.235331 -0.534343</w:t>
        <w:br/>
        <w:t>v 0.000006 16.228903 -0.484703</w:t>
        <w:br/>
        <w:t>v -0.029737 16.199800 -0.484817</w:t>
        <w:br/>
        <w:t>v 0.000006 16.236990 -0.435706</w:t>
        <w:br/>
        <w:t>v 0.000007 16.454964 -0.477660</w:t>
        <w:br/>
        <w:t>v 0.000007 16.396219 -0.481496</w:t>
        <w:br/>
        <w:t>v 0.031787 16.425547 -0.479987</w:t>
        <w:br/>
        <w:t>v 0.031146 16.394545 -0.403824</w:t>
        <w:br/>
        <w:t>v 0.000007 16.433434 -0.387865</w:t>
        <w:br/>
        <w:t>v 0.031787 16.425547 -0.479987</w:t>
        <w:br/>
        <w:t>v 0.000007 16.389492 -0.432775</w:t>
        <w:br/>
        <w:t>v 0.031146 16.394545 -0.403824</w:t>
        <w:br/>
        <w:t>v 0.000007 16.368212 -0.425946</w:t>
        <w:br/>
        <w:t>v 0.029687 16.232687 -0.407509</w:t>
        <w:br/>
        <w:t>v 0.000006 16.258230 -0.428135</w:t>
        <w:br/>
        <w:t>v 0.031913 16.392536 -0.560577</w:t>
        <w:br/>
        <w:t>v 0.000007 16.388231 -0.531186</w:t>
        <w:br/>
        <w:t>v 0.000007 16.366753 -0.539926</w:t>
        <w:br/>
        <w:t>v 0.000006 16.256443 -0.542303</w:t>
        <w:br/>
        <w:t>v 0.030441 16.230034 -0.564878</w:t>
        <w:br/>
        <w:t>v 0.000007 16.431080 -0.571355</w:t>
        <w:br/>
        <w:t>v 0.000007 16.384195 -0.598570</w:t>
        <w:br/>
        <w:t>v 0.031913 16.392536 -0.560577</w:t>
        <w:br/>
        <w:t>v 0.030441 16.230034 -0.564878</w:t>
        <w:br/>
        <w:t>v 0.000006 16.237139 -0.603526</w:t>
        <w:br/>
        <w:t>v 0.000006 16.191349 -0.578272</w:t>
        <w:br/>
        <w:t>v 0.000007 16.387177 -0.367378</w:t>
        <w:br/>
        <w:t>v 0.000006 16.240925 -0.371365</w:t>
        <w:br/>
        <w:t>v 0.029687 16.232687 -0.407509</w:t>
        <w:br/>
        <w:t>v 0.000006 16.194820 -0.393675</w:t>
        <w:br/>
        <w:t>v 0.029750 16.199800 -0.484817</w:t>
        <w:br/>
        <w:t>v 0.000006 16.170813 -0.484050</w:t>
        <w:br/>
        <w:t>v 0.000006 16.235331 -0.534343</w:t>
        <w:br/>
        <w:t>v 0.029750 16.199800 -0.484817</w:t>
        <w:br/>
        <w:t>v 0.000006 16.228903 -0.484703</w:t>
        <w:br/>
        <w:t>v 0.000006 16.236990 -0.435706</w:t>
        <w:br/>
        <w:t>v 0.000007 16.454964 -0.477660</w:t>
        <w:br/>
        <w:t>v 0.000007 16.396219 -0.481496</w:t>
        <w:br/>
        <w:t>v -5.220094 12.984828 0.056622</w:t>
        <w:br/>
        <w:t>v -5.231071 12.995377 0.053101</w:t>
        <w:br/>
        <w:t>v -5.234661 12.985938 0.033394</w:t>
        <w:br/>
        <w:t>v -5.223618 12.975434 0.036840</w:t>
        <w:br/>
        <w:t>v -5.228395 12.982188 0.077072</w:t>
        <w:br/>
        <w:t>v -5.239433 12.992667 0.073487</w:t>
        <w:br/>
        <w:t>v -5.237100 12.959374 0.029571</w:t>
        <w:br/>
        <w:t>v -5.248088 12.969917 0.026049</w:t>
        <w:br/>
        <w:t>v -5.263479 12.956655 0.035180</w:t>
        <w:br/>
        <w:t>v -5.252538 12.946047 0.038626</w:t>
        <w:br/>
        <w:t>v -5.260843 12.943365 0.058911</w:t>
        <w:br/>
        <w:t>v -5.271832 12.953910 0.055390</w:t>
        <w:br/>
        <w:t>v -5.268238 12.963335 0.075085</w:t>
        <w:br/>
        <w:t>v -5.257316 12.952748 0.078669</w:t>
        <w:br/>
        <w:t>v -5.243843 12.968844 0.086102</w:t>
        <w:br/>
        <w:t>v -5.237100 12.959374 0.029571</w:t>
        <w:br/>
        <w:t>v -5.252538 12.946047 0.038626</w:t>
        <w:br/>
        <w:t>v -5.257316 12.952748 0.078669</w:t>
        <w:br/>
        <w:t>v -5.254820 12.979391 0.082593</w:t>
        <w:br/>
        <w:t>v -5.243843 12.968844 0.086102</w:t>
        <w:br/>
        <w:t>v -5.228395 12.982188 0.077072</w:t>
        <w:br/>
        <w:t>v -5.223618 12.975434 0.036840</w:t>
        <w:br/>
        <w:t>v -5.220094 12.984828 0.056622</w:t>
        <w:br/>
        <w:t>v -5.260843 12.943365 0.058911</w:t>
        <w:br/>
        <w:t>v 0.000008 16.981844 0.625460</w:t>
        <w:br/>
        <w:t>v 0.043533 17.107639 0.659719</w:t>
        <w:br/>
        <w:t>v 0.221242 17.160938 0.521428</w:t>
        <w:br/>
        <w:t>v 0.228484 17.019587 0.501775</w:t>
        <w:br/>
        <w:t>v 0.333920 16.622435 0.758459</w:t>
        <w:br/>
        <w:t>v 0.461422 16.734373 0.593490</w:t>
        <w:br/>
        <w:t>v 0.336905 16.891064 0.572816</w:t>
        <w:br/>
        <w:t>v 0.227789 16.811945 0.714100</w:t>
        <w:br/>
        <w:t>v 0.094861 17.137371 0.711787</w:t>
        <w:br/>
        <w:t>v 0.130481 17.032621 0.700743</w:t>
        <w:br/>
        <w:t>v 0.243601 17.098747 0.570604</w:t>
        <w:br/>
        <w:t>v 0.198279 17.212334 0.569213</w:t>
        <w:br/>
        <w:t>v 0.548589 16.831806 0.361648</w:t>
        <w:br/>
        <w:t>v 0.315337 17.070381 0.361345</w:t>
        <w:br/>
        <w:t>v 0.580475 16.877686 0.106996</w:t>
        <w:br/>
        <w:t>v 0.358550 17.091785 0.161066</w:t>
        <w:br/>
        <w:t>v 0.083275 17.163681 0.708314</w:t>
        <w:br/>
        <w:t>v 0.067417 17.161402 0.692509</w:t>
        <w:br/>
        <w:t>v 0.198279 17.212334 0.569213</w:t>
        <w:br/>
        <w:t>v 0.083275 17.163681 0.708314</w:t>
        <w:br/>
        <w:t>v 0.221242 17.160938 0.521428</w:t>
        <w:br/>
        <w:t>v 0.315337 17.070381 0.361345</w:t>
        <w:br/>
        <w:t>v -0.221226 17.160938 0.521428</w:t>
        <w:br/>
        <w:t>v -0.043517 17.107645 0.659720</w:t>
        <w:br/>
        <w:t>v 0.000008 16.981844 0.625460</w:t>
        <w:br/>
        <w:t>v -0.228469 17.019585 0.501775</w:t>
        <w:br/>
        <w:t>v -0.336890 16.891066 0.572817</w:t>
        <w:br/>
        <w:t>v -0.461407 16.734373 0.593490</w:t>
        <w:br/>
        <w:t>v -0.333906 16.622437 0.758459</w:t>
        <w:br/>
        <w:t>v -0.227774 16.811947 0.714101</w:t>
        <w:br/>
        <w:t>v -0.243585 17.098753 0.570605</w:t>
        <w:br/>
        <w:t>v -0.130466 17.032625 0.700744</w:t>
        <w:br/>
        <w:t>v -0.094846 17.137371 0.711787</w:t>
        <w:br/>
        <w:t>v -0.198264 17.212336 0.569213</w:t>
        <w:br/>
        <w:t>v -0.548575 16.831806 0.361648</w:t>
        <w:br/>
        <w:t>v -0.315321 17.070381 0.361345</w:t>
        <w:br/>
        <w:t>v -0.580460 16.877686 0.106996</w:t>
        <w:br/>
        <w:t>v -0.358534 17.091785 0.161066</w:t>
        <w:br/>
        <w:t>v -0.083260 17.163681 0.708314</w:t>
        <w:br/>
        <w:t>v -0.198264 17.212336 0.569213</w:t>
        <w:br/>
        <w:t>v -0.067402 17.161402 0.692509</w:t>
        <w:br/>
        <w:t>v -0.083260 17.163681 0.708314</w:t>
        <w:br/>
        <w:t>v -0.221226 17.160938 0.521428</w:t>
        <w:br/>
        <w:t>v -0.315321 17.070381 0.361345</w:t>
        <w:br/>
        <w:t>v 0.444484 16.725328 -0.293422</w:t>
        <w:br/>
        <w:t>v 0.311586 16.596212 -0.383859</w:t>
        <w:br/>
        <w:t>v 0.156758 16.804159 -0.301686</w:t>
        <w:br/>
        <w:t>v 0.173600 17.077789 -0.112812</w:t>
        <w:br/>
        <w:t>v 0.358550 17.091785 0.161066</w:t>
        <w:br/>
        <w:t>v 0.580475 16.877686 0.106996</w:t>
        <w:br/>
        <w:t>v 0.549297 16.835552 -0.136081</w:t>
        <w:br/>
        <w:t>v 0.303968 17.087822 -0.013646</w:t>
        <w:br/>
        <w:t>v 0.000008 17.103821 -0.205174</w:t>
        <w:br/>
        <w:t>v 0.000008 17.015619 -0.224730</w:t>
        <w:br/>
        <w:t>v 0.038112 17.203724 -0.179217</w:t>
        <w:br/>
        <w:t>v 0.173600 17.077789 -0.112812</w:t>
        <w:br/>
        <w:t>v 0.000008 17.103821 -0.205174</w:t>
        <w:br/>
        <w:t>v 0.038562 17.116262 0.646185</w:t>
        <w:br/>
        <w:t>v 0.000008 16.986780 0.619133</w:t>
        <w:br/>
        <w:t>v 0.208042 17.020435 0.462857</w:t>
        <w:br/>
        <w:t>v 0.349042 16.900934 0.583187</w:t>
        <w:br/>
        <w:t>v 0.462068 16.755260 0.601157</w:t>
        <w:br/>
        <w:t>v 0.338313 16.648369 0.760780</w:t>
        <w:br/>
        <w:t>v 0.241935 16.824883 0.722766</w:t>
        <w:br/>
        <w:t>v 0.160956 16.816603 -0.316129</w:t>
        <w:br/>
        <w:t>v 0.310960 16.616945 -0.392555</w:t>
        <w:br/>
        <w:t>v 0.442480 16.743763 -0.302678</w:t>
        <w:br/>
        <w:t>v 0.284471 16.931046 -0.237917</w:t>
        <w:br/>
        <w:t>v 0.258571 17.103607 0.581247</w:t>
        <w:br/>
        <w:t>v 0.147760 17.039219 0.710221</w:t>
        <w:br/>
        <w:t>v 0.110554 17.146240 0.719625</w:t>
        <w:br/>
        <w:t>v 0.224861 17.206499 0.586186</w:t>
        <w:br/>
        <w:t>v 0.357723 17.166840 0.380281</w:t>
        <w:br/>
        <w:t>v 0.441968 16.978125 0.370999</w:t>
        <w:br/>
        <w:t>v 0.395310 17.211712 0.152756</w:t>
        <w:br/>
        <w:t>v 0.477863 17.020494 0.129060</w:t>
        <w:br/>
        <w:t>v 0.322781 17.269297 0.388336</w:t>
        <w:br/>
        <w:t>v 0.361129 17.315289 0.167588</w:t>
        <w:br/>
        <w:t>v 0.335121 17.229235 -0.044598</w:t>
        <w:br/>
        <w:t>v 0.306952 17.341253 -0.021388</w:t>
        <w:br/>
        <w:t>v 0.185187 17.229828 -0.156505</w:t>
        <w:br/>
        <w:t>v 0.166980 17.350897 -0.136143</w:t>
        <w:br/>
        <w:t>v 0.426337 17.000366 -0.097509</w:t>
        <w:br/>
        <w:t>v 0.547972 16.853678 -0.139087</w:t>
        <w:br/>
        <w:t>v 0.157492 17.378912 -0.111523</w:t>
        <w:br/>
        <w:t>v 0.000008 17.383682 -0.157325</w:t>
        <w:br/>
        <w:t>v 0.000008 17.353828 -0.182052</w:t>
        <w:br/>
        <w:t>v 0.285177 17.366014 -0.002130</w:t>
        <w:br/>
        <w:t>v 0.333341 17.339321 0.174161</w:t>
        <w:br/>
        <w:t>v 0.296064 17.296463 0.385293</w:t>
        <w:br/>
        <w:t>v 0.202330 17.237556 0.578106</w:t>
        <w:br/>
        <w:t>v 0.091288 17.178997 0.711385</w:t>
        <w:br/>
        <w:t>v 0.303968 17.087822 -0.013646</w:t>
        <w:br/>
        <w:t>v 0.146338 17.347269 -0.082959</w:t>
        <w:br/>
        <w:t>v 0.261049 17.334814 0.016716</w:t>
        <w:br/>
        <w:t>v 0.358550 17.091785 0.161066</w:t>
        <w:br/>
        <w:t>v 0.304339 17.312166 0.175548</w:t>
        <w:br/>
        <w:t>v 0.315337 17.070381 0.361345</w:t>
        <w:br/>
        <w:t>v 0.268810 17.278048 0.373127</w:t>
        <w:br/>
        <w:t>v 0.176673 17.228121 0.556580</w:t>
        <w:br/>
        <w:t>v 0.174621 17.130493 0.505061</w:t>
        <w:br/>
        <w:t>v 0.285177 17.366014 -0.002130</w:t>
        <w:br/>
        <w:t>v 0.157492 17.378912 -0.111523</w:t>
        <w:br/>
        <w:t>v 0.333341 17.339321 0.174161</w:t>
        <w:br/>
        <w:t>v 0.304339 17.312166 0.175548</w:t>
        <w:br/>
        <w:t>v 0.296064 17.296463 0.385293</w:t>
        <w:br/>
        <w:t>v 0.202330 17.237556 0.578106</w:t>
        <w:br/>
        <w:t>v 0.091288 17.178997 0.711385</w:t>
        <w:br/>
        <w:t>v 0.064953 17.176695 0.685003</w:t>
        <w:br/>
        <w:t>v 0.000008 17.383682 -0.157325</w:t>
        <w:br/>
        <w:t>v 0.000008 17.352509 -0.146394</w:t>
        <w:br/>
        <w:t>v 0.049126 17.204254 -0.195784</w:t>
        <w:br/>
        <w:t>v 0.000008 17.282934 -0.195558</w:t>
        <w:br/>
        <w:t>v 0.000008 17.082245 -0.230379</w:t>
        <w:br/>
        <w:t>v 0.000008 17.027191 -0.243193</w:t>
        <w:br/>
        <w:t>v 0.000008 16.986780 0.619133</w:t>
        <w:br/>
        <w:t>v 0.038562 17.116262 0.646185</w:t>
        <w:br/>
        <w:t>v 0.043533 17.107639 0.659719</w:t>
        <w:br/>
        <w:t>v 0.000008 16.981844 0.625460</w:t>
        <w:br/>
        <w:t>v 0.241935 16.824883 0.722766</w:t>
        <w:br/>
        <w:t>v 0.338313 16.648369 0.760780</w:t>
        <w:br/>
        <w:t>v 0.333920 16.622435 0.758459</w:t>
        <w:br/>
        <w:t>v 0.227789 16.811945 0.714100</w:t>
        <w:br/>
        <w:t>v 0.461422 16.734373 0.593490</w:t>
        <w:br/>
        <w:t>v 0.333920 16.622435 0.758459</w:t>
        <w:br/>
        <w:t>v 0.311586 16.596212 -0.383859</w:t>
        <w:br/>
        <w:t>v 0.444484 16.725328 -0.293422</w:t>
        <w:br/>
        <w:t>v 0.310960 16.616945 -0.392555</w:t>
        <w:br/>
        <w:t>v 0.160956 16.816603 -0.316129</w:t>
        <w:br/>
        <w:t>v 0.156758 16.804159 -0.301686</w:t>
        <w:br/>
        <w:t>v 0.311586 16.596212 -0.383859</w:t>
        <w:br/>
        <w:t>v 0.110554 17.146240 0.719625</w:t>
        <w:br/>
        <w:t>v 0.147760 17.039219 0.710221</w:t>
        <w:br/>
        <w:t>v 0.130481 17.032621 0.700743</w:t>
        <w:br/>
        <w:t>v 0.094861 17.137371 0.711787</w:t>
        <w:br/>
        <w:t>v 0.550480 16.851618 0.368129</w:t>
        <w:br/>
        <w:t>v 0.548589 16.831806 0.361648</w:t>
        <w:br/>
        <w:t>v 0.583375 16.901127 0.108624</w:t>
        <w:br/>
        <w:t>v 0.580475 16.877686 0.106996</w:t>
        <w:br/>
        <w:t>v 0.547972 16.853678 -0.139087</w:t>
        <w:br/>
        <w:t>v 0.549297 16.835552 -0.136081</w:t>
        <w:br/>
        <w:t>v 0.091288 17.178997 0.711385</w:t>
        <w:br/>
        <w:t>v 0.083275 17.163681 0.708314</w:t>
        <w:br/>
        <w:t>v 0.064953 17.176695 0.685003</w:t>
        <w:br/>
        <w:t>v 0.067417 17.161402 0.692509</w:t>
        <w:br/>
        <w:t>v 0.049126 17.204254 -0.195784</w:t>
        <w:br/>
        <w:t>v 0.000008 17.282934 -0.195558</w:t>
        <w:br/>
        <w:t>v 0.000008 17.265734 -0.176296</w:t>
        <w:br/>
        <w:t>v 0.038112 17.203724 -0.179217</w:t>
        <w:br/>
        <w:t>v 0.000008 17.082245 -0.230379</w:t>
        <w:br/>
        <w:t>v 0.000008 17.103821 -0.205174</w:t>
        <w:br/>
        <w:t>v 0.000008 17.027191 -0.243193</w:t>
        <w:br/>
        <w:t>v 0.000008 17.015619 -0.224730</w:t>
        <w:br/>
        <w:t>v 0.000008 17.265734 -0.176296</w:t>
        <w:br/>
        <w:t>v 0.064953 17.176695 0.685003</w:t>
        <w:br/>
        <w:t>v -0.156744 16.804159 -0.301686</w:t>
        <w:br/>
        <w:t>v -0.311572 16.596212 -0.383859</w:t>
        <w:br/>
        <w:t>v -0.444470 16.725328 -0.293422</w:t>
        <w:br/>
        <w:t>v -0.173585 17.077787 -0.112812</w:t>
        <w:br/>
        <w:t>v -0.549282 16.835550 -0.136081</w:t>
        <w:br/>
        <w:t>v -0.580460 16.877686 0.106996</w:t>
        <w:br/>
        <w:t>v -0.358534 17.091785 0.161066</w:t>
        <w:br/>
        <w:t>v -0.303952 17.087820 -0.013646</w:t>
        <w:br/>
        <w:t>v 0.000008 17.103821 -0.205174</w:t>
        <w:br/>
        <w:t>v 0.000008 17.015619 -0.224730</w:t>
        <w:br/>
        <w:t>v -0.173585 17.077787 -0.112812</w:t>
        <w:br/>
        <w:t>v -0.038096 17.203724 -0.179217</w:t>
        <w:br/>
        <w:t>v 0.000008 17.103821 -0.205174</w:t>
        <w:br/>
        <w:t>v 0.000008 16.986780 0.619133</w:t>
        <w:br/>
        <w:t>v -0.038547 17.116268 0.646186</w:t>
        <w:br/>
        <w:t>v -0.208027 17.020435 0.462857</w:t>
        <w:br/>
        <w:t>v -0.338299 16.648369 0.760780</w:t>
        <w:br/>
        <w:t>v -0.462053 16.755262 0.601157</w:t>
        <w:br/>
        <w:t>v -0.349027 16.900936 0.583187</w:t>
        <w:br/>
        <w:t>v -0.241920 16.824884 0.722767</w:t>
        <w:br/>
        <w:t>v -0.442466 16.743763 -0.302678</w:t>
        <w:br/>
        <w:t>v -0.310946 16.616945 -0.392555</w:t>
        <w:br/>
        <w:t>v -0.160942 16.816603 -0.316129</w:t>
        <w:br/>
        <w:t>v -0.284456 16.931046 -0.237917</w:t>
        <w:br/>
        <w:t>v -0.110538 17.146240 0.719625</w:t>
        <w:br/>
        <w:t>v -0.147744 17.039223 0.710222</w:t>
        <w:br/>
        <w:t>v -0.258556 17.103615 0.581248</w:t>
        <w:br/>
        <w:t>v -0.224846 17.206505 0.586187</w:t>
        <w:br/>
        <w:t>v -0.357707 17.166840 0.380281</w:t>
        <w:br/>
        <w:t>v -0.441953 16.978125 0.370999</w:t>
        <w:br/>
        <w:t>v -0.395295 17.211712 0.152756</w:t>
        <w:br/>
        <w:t>v -0.477848 17.020494 0.129060</w:t>
        <w:br/>
        <w:t>v -0.322765 17.269297 0.388336</w:t>
        <w:br/>
        <w:t>v -0.361113 17.315289 0.167588</w:t>
        <w:br/>
        <w:t>v -0.335105 17.229235 -0.044598</w:t>
        <w:br/>
        <w:t>v -0.306935 17.341253 -0.021388</w:t>
        <w:br/>
        <w:t>v -0.185172 17.229828 -0.156505</w:t>
        <w:br/>
        <w:t>v -0.166963 17.350897 -0.136143</w:t>
        <w:br/>
        <w:t>v -0.426321 17.000364 -0.097509</w:t>
        <w:br/>
        <w:t>v -0.547957 16.853674 -0.139087</w:t>
        <w:br/>
        <w:t>v 0.000008 17.353828 -0.182052</w:t>
        <w:br/>
        <w:t>v 0.000008 17.383682 -0.157325</w:t>
        <w:br/>
        <w:t>v -0.157476 17.378912 -0.111523</w:t>
        <w:br/>
        <w:t>v -0.285161 17.366014 -0.002130</w:t>
        <w:br/>
        <w:t>v -0.333325 17.339321 0.174161</w:t>
        <w:br/>
        <w:t>v -0.296048 17.296463 0.385293</w:t>
        <w:br/>
        <w:t>v -0.202315 17.237564 0.578108</w:t>
        <w:br/>
        <w:t>v -0.091272 17.178997 0.711385</w:t>
        <w:br/>
        <w:t>v -0.146322 17.347269 -0.082959</w:t>
        <w:br/>
        <w:t>v -0.303952 17.087820 -0.013646</w:t>
        <w:br/>
        <w:t>v -0.261033 17.334814 0.016716</w:t>
        <w:br/>
        <w:t>v -0.358534 17.091785 0.161066</w:t>
        <w:br/>
        <w:t>v -0.304323 17.312166 0.175548</w:t>
        <w:br/>
        <w:t>v -0.315321 17.070381 0.361345</w:t>
        <w:br/>
        <w:t>v -0.268794 17.278046 0.373127</w:t>
        <w:br/>
        <w:t>v -0.174606 17.130493 0.505061</w:t>
        <w:br/>
        <w:t>v -0.176657 17.228123 0.556580</w:t>
        <w:br/>
        <w:t>v -0.285161 17.366014 -0.002130</w:t>
        <w:br/>
        <w:t>v -0.157476 17.378912 -0.111523</w:t>
        <w:br/>
        <w:t>v -0.304323 17.312166 0.175548</w:t>
        <w:br/>
        <w:t>v -0.333325 17.339321 0.174161</w:t>
        <w:br/>
        <w:t>v -0.296048 17.296463 0.385293</w:t>
        <w:br/>
        <w:t>v -0.202315 17.237564 0.578108</w:t>
        <w:br/>
        <w:t>v -0.064938 17.176695 0.685003</w:t>
        <w:br/>
        <w:t>v -0.091272 17.178997 0.711385</w:t>
        <w:br/>
        <w:t>v 0.000008 17.383682 -0.157325</w:t>
        <w:br/>
        <w:t>v 0.000008 17.352509 -0.146394</w:t>
        <w:br/>
        <w:t>v -0.049110 17.204254 -0.195784</w:t>
        <w:br/>
        <w:t>v 0.000008 17.282934 -0.195558</w:t>
        <w:br/>
        <w:t>v 0.000008 17.082245 -0.230379</w:t>
        <w:br/>
        <w:t>v 0.000008 17.027191 -0.243193</w:t>
        <w:br/>
        <w:t>v -0.043517 17.107645 0.659720</w:t>
        <w:br/>
        <w:t>v -0.038547 17.116268 0.646186</w:t>
        <w:br/>
        <w:t>v 0.000008 16.986780 0.619133</w:t>
        <w:br/>
        <w:t>v 0.000008 16.981844 0.625460</w:t>
        <w:br/>
        <w:t>v -0.333906 16.622437 0.758459</w:t>
        <w:br/>
        <w:t>v -0.338299 16.648369 0.760780</w:t>
        <w:br/>
        <w:t>v -0.241920 16.824884 0.722767</w:t>
        <w:br/>
        <w:t>v -0.227774 16.811947 0.714101</w:t>
        <w:br/>
        <w:t>v -0.461407 16.734373 0.593490</w:t>
        <w:br/>
        <w:t>v -0.333906 16.622437 0.758459</w:t>
        <w:br/>
        <w:t>v -0.311572 16.596212 -0.383859</w:t>
        <w:br/>
        <w:t>v -0.444470 16.725328 -0.293422</w:t>
        <w:br/>
        <w:t>v -0.156744 16.804159 -0.301686</w:t>
        <w:br/>
        <w:t>v -0.160942 16.816603 -0.316129</w:t>
        <w:br/>
        <w:t>v -0.310946 16.616945 -0.392555</w:t>
        <w:br/>
        <w:t>v -0.311572 16.596212 -0.383859</w:t>
        <w:br/>
        <w:t>v -0.130466 17.032625 0.700744</w:t>
        <w:br/>
        <w:t>v -0.147744 17.039223 0.710222</w:t>
        <w:br/>
        <w:t>v -0.110538 17.146240 0.719625</w:t>
        <w:br/>
        <w:t>v -0.094846 17.137371 0.711787</w:t>
        <w:br/>
        <w:t>v -0.548575 16.831806 0.361648</w:t>
        <w:br/>
        <w:t>v -0.550466 16.851616 0.368129</w:t>
        <w:br/>
        <w:t>v -0.580460 16.877686 0.106996</w:t>
        <w:br/>
        <w:t>v -0.583360 16.901127 0.108624</w:t>
        <w:br/>
        <w:t>v -0.549282 16.835550 -0.136081</w:t>
        <w:br/>
        <w:t>v -0.547957 16.853674 -0.139087</w:t>
        <w:br/>
        <w:t>v -0.091272 17.178997 0.711385</w:t>
        <w:br/>
        <w:t>v -0.083260 17.163681 0.708314</w:t>
        <w:br/>
        <w:t>v -0.067402 17.161402 0.692509</w:t>
        <w:br/>
        <w:t>v -0.064938 17.176695 0.685003</w:t>
        <w:br/>
        <w:t>v 0.000008 17.265734 -0.176296</w:t>
        <w:br/>
        <w:t>v 0.000008 17.282934 -0.195558</w:t>
        <w:br/>
        <w:t>v -0.049110 17.204254 -0.195784</w:t>
        <w:br/>
        <w:t>v -0.038096 17.203724 -0.179217</w:t>
        <w:br/>
        <w:t>v 0.000008 17.103821 -0.205174</w:t>
        <w:br/>
        <w:t>v 0.000008 17.015619 -0.224730</w:t>
        <w:br/>
        <w:t>v 0.000008 17.027191 -0.243193</w:t>
        <w:br/>
        <w:t>v 0.000008 17.265734 -0.176296</w:t>
        <w:br/>
        <w:t>v -0.064938 17.176695 0.685003</w:t>
        <w:br/>
        <w:t>v 0.000004 14.170780 1.572161</w:t>
        <w:br/>
        <w:t>v -0.253286 14.170780 1.565433</w:t>
        <w:br/>
        <w:t>v -0.255977 14.296596 1.566828</w:t>
        <w:br/>
        <w:t>v 0.000004 14.296596 1.576576</w:t>
        <w:br/>
        <w:t>v -0.507015 14.298281 1.513945</w:t>
        <w:br/>
        <w:t>v -0.499583 14.172468 1.507933</w:t>
        <w:br/>
        <w:t>v -0.689625 14.170781 1.448208</w:t>
        <w:br/>
        <w:t>v -0.693863 14.295716 1.456420</w:t>
        <w:br/>
        <w:t>v -0.847258 14.172167 1.300887</w:t>
        <w:br/>
        <w:t>v -0.858338 14.296485 1.306949</w:t>
        <w:br/>
        <w:t>v -0.981964 14.174052 1.071669</w:t>
        <w:br/>
        <w:t>v -0.999018 14.299212 1.079592</w:t>
        <w:br/>
        <w:t>v -1.034810 14.169363 0.760390</w:t>
        <w:br/>
        <w:t>v -1.055612 14.295013 0.756265</w:t>
        <w:br/>
        <w:t>v -0.917762 14.176291 0.496801</w:t>
        <w:br/>
        <w:t>v -0.937909 14.300496 0.484073</w:t>
        <w:br/>
        <w:t>v -0.743289 14.179727 0.294345</w:t>
        <w:br/>
        <w:t>v -0.521466 14.174671 0.150785</w:t>
        <w:br/>
        <w:t>v -0.552567 14.296599 0.136549</w:t>
        <w:br/>
        <w:t>v -0.763964 14.301829 0.273544</w:t>
        <w:br/>
        <w:t>v -0.292109 14.301591 0.078848</w:t>
        <w:br/>
        <w:t>v -0.287947 14.179676 0.104164</w:t>
        <w:br/>
        <w:t>v 0.000003 14.174670 0.073314</w:t>
        <w:br/>
        <w:t>v 0.000004 14.296597 0.047344</w:t>
        <w:br/>
        <w:t>v -0.255977 14.296596 1.566828</w:t>
        <w:br/>
        <w:t>v -0.255939 14.297578 1.547989</w:t>
        <w:br/>
        <w:t>v 0.000004 14.297339 1.557723</w:t>
        <w:br/>
        <w:t>v 0.000004 14.296596 1.576576</w:t>
        <w:br/>
        <w:t>v 0.000004 14.170780 1.572161</w:t>
        <w:br/>
        <w:t>v 0.000004 14.171524 1.553322</w:t>
        <w:br/>
        <w:t>v -0.253248 14.171762 1.546606</w:t>
        <w:br/>
        <w:t>v -0.253286 14.170780 1.565433</w:t>
        <w:br/>
        <w:t>v -0.499583 14.172468 1.507933</w:t>
        <w:br/>
        <w:t>v -0.679275 14.173160 1.433279</w:t>
        <w:br/>
        <w:t>v -0.689625 14.170781 1.448208</w:t>
        <w:br/>
        <w:t>v -0.546643 14.301843 0.153401</w:t>
        <w:br/>
        <w:t>v -0.763964 14.301829 0.273544</w:t>
        <w:br/>
        <w:t>v -0.552567 14.296599 0.136549</w:t>
        <w:br/>
        <w:t>v -0.743289 14.179727 0.294345</w:t>
        <w:br/>
        <w:t>v -0.515970 14.179916 0.167851</w:t>
        <w:br/>
        <w:t>v -0.521466 14.174671 0.150785</w:t>
        <w:br/>
        <w:t>v -0.292109 14.301591 0.078848</w:t>
        <w:br/>
        <w:t>v -0.287947 14.179676 0.104164</w:t>
        <w:br/>
        <w:t>v 0.000004 14.301440 0.065567</w:t>
        <w:br/>
        <w:t>v 0.000004 14.296597 0.047344</w:t>
        <w:br/>
        <w:t>v -1.034810 14.169363 0.760390</w:t>
        <w:br/>
        <w:t>v -0.981964 14.174052 1.071669</w:t>
        <w:br/>
        <w:t>v -1.016637 14.172911 0.763572</w:t>
        <w:br/>
        <w:t>v -0.917762 14.176291 0.496801</w:t>
        <w:br/>
        <w:t>v -0.847258 14.172167 1.300887</w:t>
        <w:br/>
        <w:t>v 0.000003 14.179523 0.091525</w:t>
        <w:br/>
        <w:t>v 0.000003 14.174670 0.073314</w:t>
        <w:br/>
        <w:t>v -1.037652 14.298533 0.759397</w:t>
        <w:br/>
        <w:t>v -0.999018 14.299212 1.079592</w:t>
        <w:br/>
        <w:t>v -1.055612 14.295013 0.756265</w:t>
        <w:br/>
        <w:t>v -0.937909 14.300496 0.484073</w:t>
        <w:br/>
        <w:t>v -0.683500 14.298081 1.441467</w:t>
        <w:br/>
        <w:t>v -0.507015 14.298281 1.513945</w:t>
        <w:br/>
        <w:t>v -0.693863 14.295716 1.456420</w:t>
        <w:br/>
        <w:t>v -0.858338 14.296485 1.306949</w:t>
        <w:br/>
        <w:t>v 0.255984 14.296596 1.566828</w:t>
        <w:br/>
        <w:t>v 0.253293 14.170780 1.565433</w:t>
        <w:br/>
        <w:t>v 0.000004 14.170780 1.572161</w:t>
        <w:br/>
        <w:t>v 0.000004 14.296596 1.576576</w:t>
        <w:br/>
        <w:t>v 0.507022 14.298281 1.513945</w:t>
        <w:br/>
        <w:t>v 0.499590 14.172465 1.507933</w:t>
        <w:br/>
        <w:t>v 0.693870 14.295714 1.456420</w:t>
        <w:br/>
        <w:t>v 0.689632 14.170781 1.448208</w:t>
        <w:br/>
        <w:t>v 0.847265 14.172164 1.300887</w:t>
        <w:br/>
        <w:t>v 0.858345 14.296483 1.306949</w:t>
        <w:br/>
        <w:t>v 0.999025 14.299212 1.079592</w:t>
        <w:br/>
        <w:t>v 0.981971 14.174049 1.071669</w:t>
        <w:br/>
        <w:t>v 1.055619 14.295010 0.756265</w:t>
        <w:br/>
        <w:t>v 1.034817 14.169360 0.760390</w:t>
        <w:br/>
        <w:t>v 0.937916 14.300494 0.484073</w:t>
        <w:br/>
        <w:t>v 0.917768 14.176291 0.496801</w:t>
        <w:br/>
        <w:t>v 0.552574 14.296596 0.136549</w:t>
        <w:br/>
        <w:t>v 0.521473 14.174668 0.150785</w:t>
        <w:br/>
        <w:t>v 0.743296 14.179723 0.294345</w:t>
        <w:br/>
        <w:t>v 0.763971 14.301829 0.273544</w:t>
        <w:br/>
        <w:t>v 0.292116 14.301591 0.078848</w:t>
        <w:br/>
        <w:t>v 0.287953 14.179675 0.104164</w:t>
        <w:br/>
        <w:t>v 0.000004 14.296597 0.047344</w:t>
        <w:br/>
        <w:t>v 0.000003 14.174670 0.073314</w:t>
        <w:br/>
        <w:t>v 0.000004 14.297339 1.557723</w:t>
        <w:br/>
        <w:t>v 0.255947 14.297578 1.547989</w:t>
        <w:br/>
        <w:t>v 0.255984 14.296596 1.566828</w:t>
        <w:br/>
        <w:t>v 0.000004 14.296596 1.576576</w:t>
        <w:br/>
        <w:t>v 0.253255 14.171762 1.546606</w:t>
        <w:br/>
        <w:t>v 0.000004 14.171524 1.553322</w:t>
        <w:br/>
        <w:t>v 0.000004 14.170780 1.572161</w:t>
        <w:br/>
        <w:t>v 0.253293 14.170780 1.565433</w:t>
        <w:br/>
        <w:t>v 0.499590 14.172465 1.507933</w:t>
        <w:br/>
        <w:t>v 0.679282 14.173158 1.433280</w:t>
        <w:br/>
        <w:t>v 0.689632 14.170781 1.448208</w:t>
        <w:br/>
        <w:t>v 0.763971 14.301829 0.273544</w:t>
        <w:br/>
        <w:t>v 0.546651 14.301841 0.153401</w:t>
        <w:br/>
        <w:t>v 0.552574 14.296596 0.136549</w:t>
        <w:br/>
        <w:t>v 0.515977 14.179913 0.167851</w:t>
        <w:br/>
        <w:t>v 0.743296 14.179723 0.294345</w:t>
        <w:br/>
        <w:t>v 0.521473 14.174668 0.150785</w:t>
        <w:br/>
        <w:t>v 0.292116 14.301591 0.078848</w:t>
        <w:br/>
        <w:t>v 0.287953 14.179675 0.104164</w:t>
        <w:br/>
        <w:t>v 0.000004 14.301440 0.065567</w:t>
        <w:br/>
        <w:t>v 0.000004 14.296597 0.047344</w:t>
        <w:br/>
        <w:t>v 0.981971 14.174049 1.071669</w:t>
        <w:br/>
        <w:t>v 1.034817 14.169360 0.760390</w:t>
        <w:br/>
        <w:t>v 1.016644 14.172907 0.763572</w:t>
        <w:br/>
        <w:t>v 0.917768 14.176291 0.496801</w:t>
        <w:br/>
        <w:t>v 0.847265 14.172164 1.300887</w:t>
        <w:br/>
        <w:t>v 0.000003 14.179523 0.091525</w:t>
        <w:br/>
        <w:t>v 0.000003 14.174670 0.073314</w:t>
        <w:br/>
        <w:t>v 0.999025 14.299212 1.079592</w:t>
        <w:br/>
        <w:t>v 1.037660 14.298532 0.759397</w:t>
        <w:br/>
        <w:t>v 1.055619 14.295010 0.756265</w:t>
        <w:br/>
        <w:t>v 0.937916 14.300494 0.484073</w:t>
        <w:br/>
        <w:t>v 0.507022 14.298281 1.513945</w:t>
        <w:br/>
        <w:t>v 0.683508 14.298079 1.441467</w:t>
        <w:br/>
        <w:t>v 0.693870 14.295714 1.456420</w:t>
        <w:br/>
        <w:t>v 0.858345 14.296483 1.306949</w:t>
        <w:br/>
        <w:t>v 1.848390 15.886873 0.416189</w:t>
        <w:br/>
        <w:t>v 1.905973 15.969656 0.347761</w:t>
        <w:br/>
        <w:t>v 2.067871 15.948396 0.285508</w:t>
        <w:br/>
        <w:t>v 2.144688 15.881577 0.387339</w:t>
        <w:br/>
        <w:t>v 1.943522 15.549826 0.542293</w:t>
        <w:br/>
        <w:t>v 1.859580 15.412548 0.500652</w:t>
        <w:br/>
        <w:t>v 1.635526 15.587264 0.481938</w:t>
        <w:br/>
        <w:t>v 1.658661 15.622586 0.504211</w:t>
        <w:br/>
        <w:t>v 1.386071 15.714073 0.434211</w:t>
        <w:br/>
        <w:t>v 1.365930 15.686770 0.340579</w:t>
        <w:br/>
        <w:t>v 1.198631 15.789722 0.366398</w:t>
        <w:br/>
        <w:t>v 1.359130 15.675989 0.269195</w:t>
        <w:br/>
        <w:t>v 1.325818 15.624932 0.184530</w:t>
        <w:br/>
        <w:t>v 1.250853 15.696157 0.192780</w:t>
        <w:br/>
        <w:t>v 1.162712 15.730185 0.203194</w:t>
        <w:br/>
        <w:t>v 1.124257 15.684525 0.135117</w:t>
        <w:br/>
        <w:t>v 1.150020 15.794293 0.409975</w:t>
        <w:br/>
        <w:t>v 1.151675 15.710231 0.017226</w:t>
        <w:br/>
        <w:t>v 1.110508 15.821126 -0.322640</w:t>
        <w:br/>
        <w:t>v 1.044513 15.793973 -0.290205</w:t>
        <w:br/>
        <w:t>v 1.085991 15.701702 -0.155613</w:t>
        <w:br/>
        <w:t>v 0.969121 15.962646 -0.395332</w:t>
        <w:br/>
        <w:t>v 1.067128 15.969986 -0.397809</w:t>
        <w:br/>
        <w:t>v 1.094236 16.133833 -0.441197</w:t>
        <w:br/>
        <w:t>v 0.906595 16.159925 -0.444681</w:t>
        <w:br/>
        <w:t>v 0.889320 16.284899 -0.445134</w:t>
        <w:br/>
        <w:t>v 1.110421 16.224405 -0.447624</w:t>
        <w:br/>
        <w:t>v 1.123033 16.307360 -0.429954</w:t>
        <w:br/>
        <w:t>v 0.858393 16.375612 -0.414837</w:t>
        <w:br/>
        <w:t>v 1.306310 16.137138 -0.446593</w:t>
        <w:br/>
        <w:t>v 1.334057 16.216190 -0.425439</w:t>
        <w:br/>
        <w:t>v 1.230153 16.264759 -0.428948</w:t>
        <w:br/>
        <w:t>v 1.210105 16.183369 -0.446404</w:t>
        <w:br/>
        <w:t>v 1.866684 15.922154 -0.439474</w:t>
        <w:br/>
        <w:t>v 1.920113 15.987246 -0.381648</w:t>
        <w:br/>
        <w:t>v 1.741637 16.028809 -0.405945</w:t>
        <w:br/>
        <w:t>v 2.057313 15.909676 -0.399594</w:t>
        <w:br/>
        <w:t>v 2.179065 15.900933 -0.410020</w:t>
        <w:br/>
        <w:t>v 2.240375 15.918902 -0.240955</w:t>
        <w:br/>
        <w:t>v 2.258578 15.922164 0.147758</w:t>
        <w:br/>
        <w:t>v 2.178884 15.961627 0.133509</w:t>
        <w:br/>
        <w:t>v 2.204495 15.977081 -0.052270</w:t>
        <w:br/>
        <w:t>v 2.287508 15.933629 -0.061992</w:t>
        <w:br/>
        <w:t>v 1.584022 15.511525 0.331700</w:t>
        <w:br/>
        <w:t>v 1.759957 15.269277 0.377830</w:t>
        <w:br/>
        <w:t>v 1.681842 15.178575 0.186643</w:t>
        <w:br/>
        <w:t>v 1.516821 15.417144 0.185700</w:t>
        <w:br/>
        <w:t>v 1.491073 15.400645 -0.032715</w:t>
        <w:br/>
        <w:t>v 1.302164 15.597244 -0.003387</w:t>
        <w:br/>
        <w:t>v 1.371741 15.701395 -0.356156</w:t>
        <w:br/>
        <w:t>v 1.457839 15.835468 -0.396928</w:t>
        <w:br/>
        <w:t>v 1.235368 15.940352 -0.384918</w:t>
        <w:br/>
        <w:t>v 1.191400 15.805402 -0.325218</w:t>
        <w:br/>
        <w:t>v 1.187972 16.108797 -0.439022</w:t>
        <w:br/>
        <w:t>v 1.150782 15.963599 -0.394615</w:t>
        <w:br/>
        <w:t>v 1.282092 16.071640 -0.437060</w:t>
        <w:br/>
        <w:t>v 1.656731 15.171255 -0.071652</w:t>
        <w:br/>
        <w:t>v 1.546468 15.487698 -0.222431</w:t>
        <w:br/>
        <w:t>v 1.598979 15.563895 -0.417755</w:t>
        <w:br/>
        <w:t>v 1.339521 15.652972 -0.191845</w:t>
        <w:br/>
        <w:t>v 1.710031 15.716095 -0.467180</w:t>
        <w:br/>
        <w:t>v 1.714974 15.249602 -0.314855</w:t>
        <w:br/>
        <w:t>v 1.821588 15.401130 -0.496119</w:t>
        <w:br/>
        <w:t>v 1.159559 15.920222 0.487270</w:t>
        <w:br/>
        <w:t>v 1.217986 15.868307 0.440084</w:t>
        <w:br/>
        <w:t>v 1.228510 16.233049 0.530370</w:t>
        <w:br/>
        <w:t>v 1.245670 16.337154 0.502426</w:t>
        <w:br/>
        <w:t>v 1.345942 16.255890 0.471513</w:t>
        <w:br/>
        <w:t>v 1.325102 16.159122 0.494829</w:t>
        <w:br/>
        <w:t>v 1.034696 16.347181 0.592183</w:t>
        <w:br/>
        <w:t>v 1.008987 16.465706 0.554354</w:t>
        <w:br/>
        <w:t>v 1.159321 16.394283 0.527616</w:t>
        <w:br/>
        <w:t>v 1.160544 16.279854 0.555825</w:t>
        <w:br/>
        <w:t>v 1.134239 15.912257 0.508637</w:t>
        <w:br/>
        <w:t>v 1.131036 16.080807 0.568124</w:t>
        <w:br/>
        <w:t>v 1.181027 16.071653 0.537463</w:t>
        <w:br/>
        <w:t>v 1.491073 15.400645 -0.032715</w:t>
        <w:br/>
        <w:t>v 1.656731 15.171255 -0.071652</w:t>
        <w:br/>
        <w:t>v 1.302164 15.597244 -0.003387</w:t>
        <w:br/>
        <w:t>v 1.151675 15.710231 0.017226</w:t>
        <w:br/>
        <w:t>v 1.165595 15.738355 -0.183544</w:t>
        <w:br/>
        <w:t>v 2.013800 15.658213 0.494666</w:t>
        <w:br/>
        <w:t>v 1.746016 15.742035 0.449240</w:t>
        <w:br/>
        <w:t>v 1.837320 15.871897 0.399261</w:t>
        <w:br/>
        <w:t>v 2.145077 15.865148 0.389628</w:t>
        <w:br/>
        <w:t>v 1.219241 16.223885 0.516637</w:t>
        <w:br/>
        <w:t>v 1.151799 16.269342 0.541915</w:t>
        <w:br/>
        <w:t>v 1.023597 16.340565 0.576689</w:t>
        <w:br/>
        <w:t>v 1.092998 16.083069 0.591378</w:t>
        <w:br/>
        <w:t>v 1.567828 16.005096 -0.447234</w:t>
        <w:br/>
        <w:t>v 1.613945 16.076199 -0.411190</w:t>
        <w:br/>
        <w:t>v 1.553644 15.983516 0.438676</w:t>
        <w:br/>
        <w:t>v 1.605851 16.063728 0.410329</w:t>
        <w:br/>
        <w:t>v 0.215879 15.337835 1.999069</w:t>
        <w:br/>
        <w:t>v 0.158116 15.362424 1.995435</w:t>
        <w:br/>
        <w:t>v 0.253659 15.440610 1.990681</w:t>
        <w:br/>
        <w:t>v 0.303374 15.390745 1.995045</w:t>
        <w:br/>
        <w:t>v 1.262552 14.814781 0.948572</w:t>
        <w:br/>
        <w:t>v 1.151025 14.775087 0.825373</w:t>
        <w:br/>
        <w:t>v 1.101159 14.547291 0.933907</w:t>
        <w:br/>
        <w:t>v 1.183723 14.628975 1.053296</w:t>
        <w:br/>
        <w:t>v 1.019512 14.435110 1.127798</w:t>
        <w:br/>
        <w:t>v 1.059103 14.498093 1.179550</w:t>
        <w:br/>
        <w:t>v 0.362784 14.563113 1.658260</w:t>
        <w:br/>
        <w:t>v 0.347000 14.506938 1.596497</w:t>
        <w:br/>
        <w:t>v 0.195505 14.523035 1.617399</w:t>
        <w:br/>
        <w:t>v 0.195115 14.591110 1.651167</w:t>
        <w:br/>
        <w:t>v 0.873940 14.422924 1.332190</w:t>
        <w:br/>
        <w:t>v 0.000007 16.654463 -0.333329</w:t>
        <w:br/>
        <w:t>v 0.286272 16.743177 -0.262913</w:t>
        <w:br/>
        <w:t>v 0.211254 16.919060 -0.177430</w:t>
        <w:br/>
        <w:t>v 0.000007 16.890072 -0.225850</w:t>
        <w:br/>
        <w:t>v 0.920160 15.746658 -0.348598</w:t>
        <w:br/>
        <w:t>v 0.858222 15.903550 -0.399947</w:t>
        <w:br/>
        <w:t>v 0.792635 15.720262 -0.378970</w:t>
        <w:br/>
        <w:t>v 1.048528 16.026056 0.691486</w:t>
        <w:br/>
        <w:t>v 1.007139 15.964758 0.837838</w:t>
        <w:br/>
        <w:t>v 0.841973 16.179523 0.835298</w:t>
        <w:br/>
        <w:t>v 0.948320 16.227098 0.701497</w:t>
        <w:br/>
        <w:t>v 1.131789 15.830095 0.620102</w:t>
        <w:br/>
        <w:t>v 1.121094 15.761497 0.770164</w:t>
        <w:br/>
        <w:t>v 1.187321 15.665739 0.477145</w:t>
        <w:br/>
        <w:t>v 1.171664 15.460379 0.544831</w:t>
        <w:br/>
        <w:t>v 1.175939 15.586016 0.680896</w:t>
        <w:br/>
        <w:t>v 1.150020 15.794293 0.409975</w:t>
        <w:br/>
        <w:t>v 1.124257 15.684525 0.135117</w:t>
        <w:br/>
        <w:t>v 1.164885 15.563745 0.190868</w:t>
        <w:br/>
        <w:t>v 1.089476 15.547359 -0.099308</w:t>
        <w:br/>
        <w:t>v 1.085991 15.701702 -0.155613</w:t>
        <w:br/>
        <w:t>v 1.044513 15.793973 -0.290205</w:t>
        <w:br/>
        <w:t>v 0.949400 15.574927 -0.249961</w:t>
        <w:br/>
        <w:t>v 1.139229 15.401850 0.252077</w:t>
        <w:br/>
        <w:t>v 1.042000 15.367527 -0.027636</w:t>
        <w:br/>
        <w:t>v 0.978615 15.153038 0.055469</w:t>
        <w:br/>
        <w:t>v 1.114189 15.192213 0.310142</w:t>
        <w:br/>
        <w:t>v 1.281820 15.033836 0.873742</w:t>
        <w:br/>
        <w:t>v 1.184830 15.006938 0.758857</w:t>
        <w:br/>
        <w:t>v 1.268023 15.280272 0.843056</w:t>
        <w:br/>
        <w:t>v 1.240670 15.267194 0.789569</w:t>
        <w:br/>
        <w:t>v 0.468366 16.572050 0.641081</w:t>
        <w:br/>
        <w:t>v 0.251372 16.546228 0.759677</w:t>
        <w:br/>
        <w:t>v 0.000007 16.751919 0.650916</w:t>
        <w:br/>
        <w:t>v 0.296874 16.762749 0.536886</w:t>
        <w:br/>
        <w:t>v 0.439692 16.806486 0.438337</w:t>
        <w:br/>
        <w:t>v 0.336251 16.930340 0.424667</w:t>
        <w:br/>
        <w:t>v 0.382054 16.942678 0.374185</w:t>
        <w:br/>
        <w:t>v 0.506611 16.811457 0.386333</w:t>
        <w:br/>
        <w:t>v 0.546403 16.872324 0.118430</w:t>
        <w:br/>
        <w:t>v 0.723429 16.809729 0.089089</w:t>
        <w:br/>
        <w:t>v 0.729402 16.750860 0.321916</w:t>
        <w:br/>
        <w:t>v 0.506485 16.809546 0.368462</w:t>
        <w:br/>
        <w:t>v 0.659880 16.751492 -0.153548</w:t>
        <w:br/>
        <w:t>v 0.874137 16.722925 -0.161082</w:t>
        <w:br/>
        <w:t>v 0.907824 16.784605 0.061999</w:t>
        <w:br/>
        <w:t>v 0.638323 16.277914 -0.460125</w:t>
        <w:br/>
        <w:t>v 0.858393 16.375612 -0.414837</w:t>
        <w:br/>
        <w:t>v 0.836790 16.588623 -0.309924</w:t>
        <w:br/>
        <w:t>v 0.463800 16.537287 -0.370278</w:t>
        <w:br/>
        <w:t>v 0.988372 14.065618 0.762905</w:t>
        <w:br/>
        <w:t>v 1.016644 14.172907 0.763572</w:t>
        <w:br/>
        <w:t>v 0.917768 14.176291 0.496801</w:t>
        <w:br/>
        <w:t>v 0.897583 14.065378 0.504220</w:t>
        <w:br/>
        <w:t>v 0.812529 14.481381 0.242795</w:t>
        <w:br/>
        <w:t>v 0.763971 14.301829 0.273544</w:t>
        <w:br/>
        <w:t>v 0.937916 14.300494 0.484073</w:t>
        <w:br/>
        <w:t>v 0.977394 14.491227 0.461738</w:t>
        <w:br/>
        <w:t>v 1.037660 14.298532 0.759397</w:t>
        <w:br/>
        <w:t>v 1.065869 14.517652 0.737992</w:t>
        <w:br/>
        <w:t>v 0.608779 14.478551 0.127607</w:t>
        <w:br/>
        <w:t>v 0.546651 14.301841 0.153401</w:t>
        <w:br/>
        <w:t>v 0.383749 14.478552 0.053683</w:t>
        <w:br/>
        <w:t>v 0.303938 14.301868 0.086344</w:t>
        <w:br/>
        <w:t>v 0.883731 16.278542 -0.426747</w:t>
        <w:br/>
        <w:t>v 0.906595 16.159925 -0.444681</w:t>
        <w:br/>
        <w:t>v 0.776274 16.069384 -0.460188</w:t>
        <w:br/>
        <w:t>v 0.969121 15.962646 -0.395332</w:t>
        <w:br/>
        <w:t>v 0.584446 16.674160 -0.243344</w:t>
        <w:br/>
        <w:t>v 0.411923 16.804411 -0.174211</w:t>
        <w:br/>
        <w:t>v 0.300144 16.938978 -0.113668</w:t>
        <w:br/>
        <w:t>v 0.173600 17.077789 -0.112812</w:t>
        <w:br/>
        <w:t>v 0.000008 17.070026 -0.157559</w:t>
        <w:br/>
        <w:t>v 0.358550 17.091785 0.161066</w:t>
        <w:br/>
        <w:t>v 0.430926 16.972193 0.143357</w:t>
        <w:br/>
        <w:t>v 0.375427 16.947998 0.355924</w:t>
        <w:br/>
        <w:t>v 0.315337 17.070381 0.361345</w:t>
        <w:br/>
        <w:t>v 0.372106 16.955118 -0.062029</w:t>
        <w:br/>
        <w:t>v 0.489205 16.837450 -0.110134</w:t>
        <w:br/>
        <w:t>v 0.303968 17.087822 -0.013646</w:t>
        <w:br/>
        <w:t>v 0.358550 17.091785 0.161066</w:t>
        <w:br/>
        <w:t>v 0.920162 16.714453 0.287532</w:t>
        <w:br/>
        <w:t>v 0.929845 16.663727 0.371669</w:t>
        <w:br/>
        <w:t>v 0.726007 16.721029 0.377429</w:t>
        <w:br/>
        <w:t>v 0.837786 16.421709 0.637157</w:t>
        <w:br/>
        <w:t>v 0.656710 16.383238 0.756608</w:t>
        <w:br/>
        <w:t>v 0.713984 16.619463 0.508462</w:t>
        <w:br/>
        <w:t>v 0.977836 15.910691 0.993345</w:t>
        <w:br/>
        <w:t>v 0.757158 16.134563 0.972079</w:t>
        <w:br/>
        <w:t>v 1.152459 15.679157 0.926099</w:t>
        <w:br/>
        <w:t>v 1.239023 15.460443 0.835247</w:t>
        <w:br/>
        <w:t>v 1.202060 15.254691 0.719203</w:t>
        <w:br/>
        <w:t>v 0.211731 16.436930 -0.431790</w:t>
        <w:br/>
        <w:t>v 1.151402 15.235072 0.587717</w:t>
        <w:br/>
        <w:t>v 1.079830 14.940230 0.367666</w:t>
        <w:br/>
        <w:t>v 1.134285 14.988802 0.631394</w:t>
        <w:br/>
        <w:t>v 0.000007 16.873196 0.618784</w:t>
        <w:br/>
        <w:t>v 0.223315 16.906244 0.521103</w:t>
        <w:br/>
        <w:t>v 0.503517 16.349470 0.881215</w:t>
        <w:br/>
        <w:t>v 1.061875 16.773748 0.046744</w:t>
        <w:br/>
        <w:t>v 1.201539 16.735277 0.039337</w:t>
        <w:br/>
        <w:t>v 1.191486 16.676189 0.254306</w:t>
        <w:br/>
        <w:t>v 1.072700 16.709942 0.267071</w:t>
        <w:br/>
        <w:t>v 1.181923 16.608824 0.352276</w:t>
        <w:br/>
        <w:t>v 1.074303 16.639349 0.364588</w:t>
        <w:br/>
        <w:t>v 1.772180 16.324333 0.198429</w:t>
        <w:br/>
        <w:t>v 1.727884 16.258472 0.292400</w:t>
        <w:br/>
        <w:t>v 1.410879 16.504293 0.323841</w:t>
        <w:br/>
        <w:t>v 1.432947 16.581165 0.228612</w:t>
        <w:br/>
        <w:t>v 1.298567 16.537285 -0.292266</w:t>
        <w:br/>
        <w:t>v 1.290106 16.493975 -0.327845</w:t>
        <w:br/>
        <w:t>v 1.400015 16.431072 -0.330813</w:t>
        <w:br/>
        <w:t>v 1.414472 16.477890 -0.290896</w:t>
        <w:br/>
        <w:t>v 1.447450 16.640123 0.026018</w:t>
        <w:br/>
        <w:t>v 1.809535 16.379887 0.001331</w:t>
        <w:br/>
        <w:t>v 1.773889 16.326885 -0.197025</w:t>
        <w:br/>
        <w:t>v 1.432827 16.562567 -0.176500</w:t>
        <w:br/>
        <w:t>v 1.694581 16.208950 -0.347578</w:t>
        <w:br/>
        <w:t>v 1.721237 16.248589 -0.316527</w:t>
        <w:br/>
        <w:t>v 2.032096 16.145351 0.202315</w:t>
        <w:br/>
        <w:t>v 2.077840 16.207325 -0.014201</w:t>
        <w:br/>
        <w:t>v 2.308071 16.103420 -0.021068</w:t>
        <w:br/>
        <w:t>v 2.255649 16.025909 0.226260</w:t>
        <w:br/>
        <w:t>v 2.138724 15.971516 -0.237534</w:t>
        <w:br/>
        <w:t>v 2.245041 15.937678 -0.245243</w:t>
        <w:br/>
        <w:t>v 0.929845 16.663727 0.371669</w:t>
        <w:br/>
        <w:t>v 0.920162 16.714453 0.287532</w:t>
        <w:br/>
        <w:t>v 0.907824 16.784605 0.061999</w:t>
        <w:br/>
        <w:t>v 0.874137 16.722925 -0.161082</w:t>
        <w:br/>
        <w:t>v 1.022845 16.708183 -0.167030</w:t>
        <w:br/>
        <w:t>v 0.844946 16.648016 -0.280206</w:t>
        <w:br/>
        <w:t>v 0.840487 16.606030 -0.310980</w:t>
        <w:br/>
        <w:t>v 0.984174 16.582298 -0.329292</w:t>
        <w:br/>
        <w:t>v 0.997691 16.625776 -0.292266</w:t>
        <w:br/>
        <w:t>v 0.884291 15.156080 1.983273</w:t>
        <w:br/>
        <w:t>v 0.876330 14.944392 1.948587</w:t>
        <w:br/>
        <w:t>v 0.668165 14.966127 2.000578</w:t>
        <w:br/>
        <w:t>v 0.686112 15.166861 2.030585</w:t>
        <w:br/>
        <w:t>v 1.241789 15.548843 1.417347</w:t>
        <w:br/>
        <w:t>v 1.105008 15.704338 1.397464</w:t>
        <w:br/>
        <w:t>v 1.206311 15.628350 1.273448</w:t>
        <w:br/>
        <w:t>v 1.278751 15.452080 1.511846</w:t>
        <w:br/>
        <w:t>v 1.380645 15.276750 1.390571</w:t>
        <w:br/>
        <w:t>v 1.304985 15.344036 1.571759</w:t>
        <w:br/>
        <w:t>v 1.157488 14.576204 1.340478</w:t>
        <w:br/>
        <w:t>v 1.205706 14.687480 1.501281</w:t>
        <w:br/>
        <w:t>v 1.332779 14.813158 1.389225</w:t>
        <w:br/>
        <w:t>v 1.289491 14.712883 1.219305</w:t>
        <w:br/>
        <w:t>v 1.322592 14.942493 1.568791</w:t>
        <w:br/>
        <w:t>v 1.312342 15.175611 1.638641</w:t>
        <w:br/>
        <w:t>v 1.388241 15.085977 1.472054</w:t>
        <w:br/>
        <w:t>v 0.848360 14.739999 1.848164</w:t>
        <w:br/>
        <w:t>v 0.809687 14.600730 1.722626</w:t>
        <w:br/>
        <w:t>v 0.594454 14.623755 1.776843</w:t>
        <w:br/>
        <w:t>v 0.635906 14.770008 1.906305</w:t>
        <w:br/>
        <w:t>v 1.341231 15.395548 1.150424</w:t>
        <w:br/>
        <w:t>v 1.312557 15.467068 1.303618</w:t>
        <w:br/>
        <w:t>v 1.268954 15.539257 1.125108</w:t>
        <w:br/>
        <w:t>v 0.985381 15.693824 1.623449</w:t>
        <w:br/>
        <w:t>v 0.970378 15.765826 1.494478</w:t>
        <w:br/>
        <w:t>v 1.125155 15.628792 1.540923</w:t>
        <w:br/>
        <w:t>v 0.625683 15.687675 1.818371</w:t>
        <w:br/>
        <w:t>v 0.696840 15.534455 1.951568</w:t>
        <w:br/>
        <w:t>v 0.497554 15.563066 1.930314</w:t>
        <w:br/>
        <w:t>v 0.694425 15.356788 2.013972</w:t>
        <w:br/>
        <w:t>v 0.487593 15.363919 2.017658</w:t>
        <w:br/>
        <w:t>v 1.171550 15.427529 1.727406</w:t>
        <w:br/>
        <w:t>v 1.148950 15.541826 1.653368</w:t>
        <w:br/>
        <w:t>v 0.393144 15.428083 1.997686</w:t>
        <w:br/>
        <w:t>v 0.344574 15.487432 1.980884</w:t>
        <w:br/>
        <w:t>v 0.449826 15.606921 1.915952</w:t>
        <w:br/>
        <w:t>v 0.497554 15.563066 1.930314</w:t>
        <w:br/>
        <w:t>v 1.010094 15.605676 1.741907</w:t>
        <w:br/>
        <w:t>v 0.834791 15.656043 1.804814</w:t>
        <w:br/>
        <w:t>v 1.034077 15.482061 1.833450</w:t>
        <w:br/>
        <w:t>v 1.192338 15.292560 1.770103</w:t>
        <w:br/>
        <w:t>v 0.738820 15.764090 1.688847</w:t>
        <w:br/>
        <w:t>v 0.865829 15.520950 1.913235</w:t>
        <w:br/>
        <w:t>v 0.205528 14.730341 1.794614</w:t>
        <w:br/>
        <w:t>v 0.398903 14.675785 1.791231</w:t>
        <w:br/>
        <w:t>v 0.458164 15.012619 1.998868</w:t>
        <w:br/>
        <w:t>v 0.427578 14.823571 1.911122</w:t>
        <w:br/>
        <w:t>v 0.880242 15.347872 1.971149</w:t>
        <w:br/>
        <w:t>v 0.953649 14.495062 1.467261</w:t>
        <w:br/>
        <w:t>v 1.022770 14.614100 1.619877</w:t>
        <w:br/>
        <w:t>v 1.217478 14.974829 1.730688</w:t>
        <w:br/>
        <w:t>v 1.219377 14.830060 1.645369</w:t>
        <w:br/>
        <w:t>v 1.058286 14.763053 1.751313</w:t>
        <w:br/>
        <w:t>v 1.066725 14.947122 1.849032</w:t>
        <w:br/>
        <w:t>v 1.361755 14.886113 1.113852</w:t>
        <w:br/>
        <w:t>v 1.368836 15.086971 1.043046</w:t>
        <w:br/>
        <w:t>v 1.318518 15.328540 0.988754</w:t>
        <w:br/>
        <w:t>v 0.740680 14.487883 1.572199</w:t>
        <w:br/>
        <w:t>v 0.545859 14.518767 1.632956</w:t>
        <w:br/>
        <w:t>v 0.518757 14.468438 1.557912</w:t>
        <w:br/>
        <w:t>v 0.695908 14.436028 1.480818</w:t>
        <w:br/>
        <w:t>v 1.403949 15.178665 1.219494</w:t>
        <w:br/>
        <w:t>v 1.403433 14.980624 1.287947</w:t>
        <w:br/>
        <w:t>v 1.274413 15.435439 0.968318</w:t>
        <w:br/>
        <w:t>v 1.209606 15.145303 1.772190</w:t>
        <w:br/>
        <w:t>v 1.062587 15.144987 1.892622</w:t>
        <w:br/>
        <w:t>v 1.048690 15.331725 1.885038</w:t>
        <w:br/>
        <w:t>v 1.226321 15.612706 1.079984</w:t>
        <w:br/>
        <w:t>v 1.247185 15.526495 0.944523</w:t>
        <w:br/>
        <w:t>v 1.274413 15.435439 0.968318</w:t>
        <w:br/>
        <w:t>v 1.268954 15.539257 1.125108</w:t>
        <w:br/>
        <w:t>v 0.829710 15.804183 1.571333</w:t>
        <w:br/>
        <w:t>v 1.239023 15.460443 0.835247</w:t>
        <w:br/>
        <w:t>v 1.255108 15.360498 0.839573</w:t>
        <w:br/>
        <w:t>v 0.534453 15.692893 1.840179</w:t>
        <w:br/>
        <w:t>v 0.625683 15.687675 1.818371</w:t>
        <w:br/>
        <w:t>v 0.223928 14.892578 1.911449</w:t>
        <w:br/>
        <w:t>v 0.240227 15.067630 1.978972</w:t>
        <w:br/>
        <w:t>v 0.724582 14.065153 0.307135</w:t>
        <w:br/>
        <w:t>v 0.743296 14.179723 0.294345</w:t>
        <w:br/>
        <w:t>v 0.515977 14.179913 0.167851</w:t>
        <w:br/>
        <w:t>v 0.484158 14.064334 0.191143</w:t>
        <w:br/>
        <w:t>v 0.243609 14.175700 0.103611</w:t>
        <w:br/>
        <w:t>v 0.187493 14.062387 0.120161</w:t>
        <w:br/>
        <w:t>v 1.104730 14.737714 0.686554</w:t>
        <w:br/>
        <w:t>v 1.026128 14.697806 0.423468</w:t>
        <w:br/>
        <w:t>v 0.893812 15.355657 -0.149904</w:t>
        <w:br/>
        <w:t>v 0.823925 15.150145 -0.061202</w:t>
        <w:br/>
        <w:t>v 0.717088 15.359228 -0.242919</w:t>
        <w:br/>
        <w:t>v 0.654847 15.154384 -0.154708</w:t>
        <w:br/>
        <w:t>v 1.124257 15.684525 0.135117</w:t>
        <w:br/>
        <w:t>v 0.440571 16.167253 -0.492346</w:t>
        <w:br/>
        <w:t>v 0.616691 15.949756 -0.461559</w:t>
        <w:br/>
        <w:t>v 0.766602 15.570476 -0.328627</w:t>
        <w:br/>
        <w:t>v 1.023597 16.340565 0.576689</w:t>
        <w:br/>
        <w:t>v 0.991044 16.459074 0.546129</w:t>
        <w:br/>
        <w:t>v 1.092998 16.083069 0.591378</w:t>
        <w:br/>
        <w:t>v 1.134239 15.912257 0.508637</w:t>
        <w:br/>
        <w:t>v 0.938347 16.619133 0.445643</w:t>
        <w:br/>
        <w:t>v 0.592709 16.736511 0.450951</w:t>
        <w:br/>
        <w:t>v 0.999025 14.299212 1.079592</w:t>
        <w:br/>
        <w:t>v 0.858345 14.296483 1.306949</w:t>
        <w:br/>
        <w:t>v 0.602278 15.749751 1.769235</w:t>
        <w:br/>
        <w:t>v 0.667512 15.797643 1.692444</w:t>
        <w:br/>
        <w:t>v 0.738820 15.764090 1.688847</w:t>
        <w:br/>
        <w:t>v 0.829710 15.804183 1.571333</w:t>
        <w:br/>
        <w:t>v 0.879827 15.850538 1.466383</w:t>
        <w:br/>
        <w:t>v 0.982275 15.810395 1.408091</w:t>
        <w:br/>
        <w:t>v 0.970378 15.765826 1.494478</w:t>
        <w:br/>
        <w:t>v 1.087326 15.755248 1.318899</w:t>
        <w:br/>
        <w:t>v 1.105008 15.704338 1.397464</w:t>
        <w:br/>
        <w:t>v 1.169236 15.691045 1.214062</w:t>
        <w:br/>
        <w:t>v 1.206311 15.628350 1.273448</w:t>
        <w:br/>
        <w:t>v 0.740229 15.840465 1.592814</w:t>
        <w:br/>
        <w:t>v 0.807563 15.872449 1.503861</w:t>
        <w:br/>
        <w:t>v 0.683508 14.298079 1.441467</w:t>
        <w:br/>
        <w:t>v 0.507022 14.298281 1.513945</w:t>
        <w:br/>
        <w:t>v 0.346447 14.298092 1.531036</w:t>
        <w:br/>
        <w:t>v 0.196347 14.432472 1.581984</w:t>
        <w:br/>
        <w:t>v 0.507022 14.298281 1.513945</w:t>
        <w:br/>
        <w:t>v 0.683508 14.298079 1.441467</w:t>
        <w:br/>
        <w:t>v 0.679282 14.173158 1.433280</w:t>
        <w:br/>
        <w:t>v 0.485378 14.166693 1.470342</w:t>
        <w:br/>
        <w:t>v 2.056979 15.939868 0.268190</w:t>
        <w:br/>
        <w:t>v 1.905973 15.969656 0.347761</w:t>
        <w:br/>
        <w:t>v 1.903790 15.963549 0.324884</w:t>
        <w:br/>
        <w:t>v 0.866792 16.383682 -0.397947</w:t>
        <w:br/>
        <w:t>v 1.123450 16.308851 -0.407090</w:t>
        <w:br/>
        <w:t>v 1.230500 16.266073 -0.405379</w:t>
        <w:br/>
        <w:t>v 1.230153 16.264759 -0.428948</w:t>
        <w:br/>
        <w:t>v 1.334057 16.216190 -0.425439</w:t>
        <w:br/>
        <w:t>v 1.334287 16.216854 -0.402273</w:t>
        <w:br/>
        <w:t>v 1.740210 16.025764 -0.383094</w:t>
        <w:br/>
        <w:t>v 1.612829 16.074493 -0.390338</w:t>
        <w:br/>
        <w:t>v 1.613945 16.076199 -0.411190</w:t>
        <w:br/>
        <w:t>v 1.741637 16.028809 -0.405945</w:t>
        <w:br/>
        <w:t>v 2.014359 15.964191 -0.322966</w:t>
        <w:br/>
        <w:t>v 1.918767 15.979065 -0.357740</w:t>
        <w:br/>
        <w:t>v 1.920113 15.987246 -0.381648</w:t>
        <w:br/>
        <w:t>v 2.022285 15.973070 -0.341076</w:t>
        <w:br/>
        <w:t>v 2.125858 15.956930 -0.226832</w:t>
        <w:br/>
        <w:t>v 2.162073 15.948451 0.126089</w:t>
        <w:br/>
        <w:t>v 2.187630 15.959819 -0.051088</w:t>
        <w:br/>
        <w:t>v 2.204495 15.977081 -0.052270</w:t>
        <w:br/>
        <w:t>v 2.178884 15.961627 0.133509</w:t>
        <w:br/>
        <w:t>v 1.345530 16.253387 0.448171</w:t>
        <w:br/>
        <w:t>v 1.345942 16.255890 0.471513</w:t>
        <w:br/>
        <w:t>v 1.245670 16.337154 0.502426</w:t>
        <w:br/>
        <w:t>v 1.245388 16.333549 0.480191</w:t>
        <w:br/>
        <w:t>v 1.008987 16.465706 0.554354</w:t>
        <w:br/>
        <w:t>v 0.991044 16.459074 0.546129</w:t>
        <w:br/>
        <w:t>v 0.994371 16.454908 0.527717</w:t>
        <w:br/>
        <w:t>v 0.067301 15.255572 1.986682</w:t>
        <w:br/>
        <w:t>v 0.152016 15.368007 1.983060</w:t>
        <w:br/>
        <w:t>v 0.076847 15.249989 1.999183</w:t>
        <w:br/>
        <w:t>v 0.000004 14.579842 1.600999</w:t>
        <w:br/>
        <w:t>v 0.000004 14.586468 1.648740</w:t>
        <w:br/>
        <w:t>v 0.196347 14.432472 1.581984</w:t>
        <w:br/>
        <w:t>v 0.195152 14.430207 1.557761</w:t>
        <w:br/>
        <w:t>v 0.782197 15.722399 -0.361401</w:t>
        <w:br/>
        <w:t>v 0.755811 15.576058 -0.314340</w:t>
        <w:br/>
        <w:t>v 0.766602 15.570476 -0.328627</w:t>
        <w:br/>
        <w:t>v 0.792635 15.720262 -0.378970</w:t>
        <w:br/>
        <w:t>v 0.244707 16.525503 0.747389</w:t>
        <w:br/>
        <w:t>v 0.000007 16.727320 0.630920</w:t>
        <w:br/>
        <w:t>v 0.000007 16.751919 0.650916</w:t>
        <w:br/>
        <w:t>v 0.251372 16.546228 0.759677</w:t>
        <w:br/>
        <w:t>v 0.866792 16.383682 -0.397947</w:t>
        <w:br/>
        <w:t>v 0.847301 16.572834 -0.307987</w:t>
        <w:br/>
        <w:t>v 0.959663 15.895160 0.987837</w:t>
        <w:br/>
        <w:t>v 0.746933 16.115248 0.961741</w:t>
        <w:br/>
        <w:t>v 0.757158 16.134563 0.972079</w:t>
        <w:br/>
        <w:t>v 0.977836 15.910691 0.993345</w:t>
        <w:br/>
        <w:t>v 1.132136 15.666142 0.929507</w:t>
        <w:br/>
        <w:t>v 1.152459 15.679157 0.926099</w:t>
        <w:br/>
        <w:t>v 1.214889 15.473081 0.851017</w:t>
        <w:br/>
        <w:t>v 1.239023 15.460443 0.835247</w:t>
        <w:br/>
        <w:t>v 0.000007 16.637674 -0.318866</w:t>
        <w:br/>
        <w:t>v 0.207430 16.426151 -0.414535</w:t>
        <w:br/>
        <w:t>v 0.211731 16.436930 -0.431790</w:t>
        <w:br/>
        <w:t>v 0.000007 16.654463 -0.333329</w:t>
        <w:br/>
        <w:t>v 0.493543 16.331562 0.869154</w:t>
        <w:br/>
        <w:t>v 0.503517 16.349470 0.881215</w:t>
        <w:br/>
        <w:t>v 1.283063 16.497736 0.399148</w:t>
        <w:br/>
        <w:t>v 1.285948 16.515541 0.404154</w:t>
        <w:br/>
        <w:t>v 1.397680 16.456478 0.388873</w:t>
        <w:br/>
        <w:t>v 1.393646 16.437895 0.383818</w:t>
        <w:br/>
        <w:t>v 1.687954 16.199097 0.353232</w:t>
        <w:br/>
        <w:t>v 1.697888 16.213879 0.356326</w:t>
        <w:br/>
        <w:t>v 1.938564 16.018105 0.374574</w:t>
        <w:br/>
        <w:t>v 1.927520 15.996278 0.367430</w:t>
        <w:br/>
        <w:t>v 1.684931 16.194607 -0.342057</w:t>
        <w:br/>
        <w:t>v 1.394300 16.411842 -0.326751</w:t>
        <w:br/>
        <w:t>v 2.150745 15.872455 0.419635</w:t>
        <w:br/>
        <w:t>v 2.138539 15.846821 0.404481</w:t>
        <w:br/>
        <w:t>v 0.338902 15.491080 1.965616</w:t>
        <w:br/>
        <w:t>v 0.440331 15.603337 1.903866</w:t>
        <w:br/>
        <w:t>v 1.212801 15.615609 1.075268</w:t>
        <w:br/>
        <w:t>v 1.232068 15.532079 0.941493</w:t>
        <w:br/>
        <w:t>v 0.525813 15.689093 1.830118</w:t>
        <w:br/>
        <w:t>v 0.534453 15.692893 1.840179</w:t>
        <w:br/>
        <w:t>v 0.250716 15.446522 1.977778</w:t>
        <w:br/>
        <w:t>v 0.243609 14.175700 0.103611</w:t>
        <w:br/>
        <w:t>v 0.231322 14.175550 0.124513</w:t>
        <w:br/>
        <w:t>v 0.179230 14.069567 0.143780</w:t>
        <w:br/>
        <w:t>v 0.187493 14.062387 0.120161</w:t>
        <w:br/>
        <w:t>v 0.640158 15.157490 -0.138233</w:t>
        <w:br/>
        <w:t>v 0.654847 15.154384 -0.154708</w:t>
        <w:br/>
        <w:t>v 0.717088 15.359228 -0.242919</w:t>
        <w:br/>
        <w:t>v 0.703053 15.359543 -0.228557</w:t>
        <w:br/>
        <w:t>v 0.435604 16.161442 -0.474739</w:t>
        <w:br/>
        <w:t>v 0.440571 16.167253 -0.492346</w:t>
        <w:br/>
        <w:t>v 0.610202 15.948171 -0.441575</w:t>
        <w:br/>
        <w:t>v 0.616691 15.949756 -0.461559</w:t>
        <w:br/>
        <w:t>v 0.950697 16.593569 0.436827</w:t>
        <w:br/>
        <w:t>v 0.994371 16.454908 0.527717</w:t>
        <w:br/>
        <w:t>v 0.592821 15.747363 1.757766</w:t>
        <w:br/>
        <w:t>v 0.657237 15.794197 1.682131</w:t>
        <w:br/>
        <w:t>v 1.214889 15.473081 0.851017</w:t>
        <w:br/>
        <w:t>v 1.239023 15.460443 0.835247</w:t>
        <w:br/>
        <w:t>v 0.000005 15.137545 1.991863</w:t>
        <w:br/>
        <w:t>v 0.000005 15.114727 2.004817</w:t>
        <w:br/>
        <w:t>v 0.877576 15.844793 1.450373</w:t>
        <w:br/>
        <w:t>v 0.973962 15.808246 1.395087</w:t>
        <w:br/>
        <w:t>v 1.075705 15.754555 1.311768</w:t>
        <w:br/>
        <w:t>v 1.157351 15.692125 1.207572</w:t>
        <w:br/>
        <w:t>v 0.726923 15.836782 1.585154</w:t>
        <w:br/>
        <w:t>v 0.797829 15.872258 1.490995</w:t>
        <w:br/>
        <w:t>v 0.479267 15.193243 2.029541</w:t>
        <w:br/>
        <w:t>v 0.266273 15.225742 1.998026</w:t>
        <w:br/>
        <w:t>v 0.303374 15.390745 1.995045</w:t>
        <w:br/>
        <w:t>v 0.346447 14.298092 1.531036</w:t>
        <w:br/>
        <w:t>v 0.507022 14.298281 1.513945</w:t>
        <w:br/>
        <w:t>v 0.575777 14.072420 1.425231</w:t>
        <w:br/>
        <w:t>v 0.690361 14.064875 1.374045</w:t>
        <w:br/>
        <w:t>v 0.730342 13.892225 1.342364</w:t>
        <w:br/>
        <w:t>v 0.716143 13.888854 1.329196</w:t>
        <w:br/>
        <w:t>v 0.564496 14.072056 1.409699</w:t>
        <w:br/>
        <w:t>v 0.575777 14.072420 1.425231</w:t>
        <w:br/>
        <w:t>v 0.730342 13.892225 1.342364</w:t>
        <w:br/>
        <w:t>v 0.863200 14.682566 0.195985</w:t>
        <w:br/>
        <w:t>v 0.670064 14.680856 0.080546</w:t>
        <w:br/>
        <w:t>v 0.470224 14.679799 0.004081</w:t>
        <w:br/>
        <w:t>v 0.370518 14.478892 0.072547</w:t>
        <w:br/>
        <w:t>v 0.383749 14.478552 0.053683</w:t>
        <w:br/>
        <w:t>v 0.470224 14.679799 0.004081</w:t>
        <w:br/>
        <w:t>v 0.456931 14.679748 0.019324</w:t>
        <w:br/>
        <w:t>v 0.562498 14.907557 -0.064850</w:t>
        <w:br/>
        <w:t>v 0.548148 14.907056 -0.049117</w:t>
        <w:br/>
        <w:t>v 0.562498 14.907557 -0.064850</w:t>
        <w:br/>
        <w:t>v 0.743070 14.914311 0.019450</w:t>
        <w:br/>
        <w:t>v 0.910274 14.920612 0.130424</w:t>
        <w:br/>
        <w:t>v 1.255108 15.360498 0.839573</w:t>
        <w:br/>
        <w:t>v 1.238368 15.332376 0.803679</w:t>
        <w:br/>
        <w:t>v 1.319684 16.695013 0.032910</w:t>
        <w:br/>
        <w:t>v 1.308150 16.636251 0.241616</w:t>
        <w:br/>
        <w:t>v 1.295736 16.563597 0.336681</w:t>
        <w:br/>
        <w:t>v 1.310216 16.620234 -0.172853</w:t>
        <w:br/>
        <w:t>v 1.286135 16.474203 -0.324047</w:t>
        <w:br/>
        <w:t>v 1.174049 16.534033 -0.328399</w:t>
        <w:br/>
        <w:t>v 1.181448 16.580671 -0.288657</w:t>
        <w:br/>
        <w:t>v 1.171464 16.544859 0.415598</w:t>
        <w:br/>
        <w:t>v 1.071081 16.579592 0.429558</w:t>
        <w:br/>
        <w:t>v 1.075588 16.596451 0.433457</w:t>
        <w:br/>
        <w:t>v 1.173787 16.562485 0.420164</w:t>
        <w:br/>
        <w:t>v 1.219943 15.667990 0.004800</w:t>
        <w:br/>
        <w:t>v 1.605321 16.062904 0.384975</w:t>
        <w:br/>
        <w:t>v 1.605851 16.063728 0.410329</w:t>
        <w:br/>
        <w:t>v 1.272621 16.026634 0.490754</w:t>
        <w:br/>
        <w:t>v 1.312769 16.147049 0.477650</w:t>
        <w:br/>
        <w:t>v 1.159363 16.390282 0.506488</w:t>
        <w:br/>
        <w:t>v 1.159321 16.394283 0.527616</w:t>
        <w:br/>
        <w:t>v 1.219943 15.667990 0.004800</w:t>
        <w:br/>
        <w:t>v 1.193316 16.661282 -0.170464</w:t>
        <w:br/>
        <w:t>v 0.980154 16.563553 -0.324399</w:t>
        <w:br/>
        <w:t>v 1.170294 16.514759 -0.324186</w:t>
        <w:br/>
        <w:t>v 0.235247 15.229928 1.990304</w:t>
        <w:br/>
        <w:t>v 0.226293 15.337888 1.977853</w:t>
        <w:br/>
        <w:t>v 0.339957 14.298394 1.513743</w:t>
        <w:br/>
        <w:t>v 0.195152 14.430207 1.557761</w:t>
        <w:br/>
        <w:t>v 0.196347 14.432472 1.581984</w:t>
        <w:br/>
        <w:t>v 0.346447 14.298092 1.531036</w:t>
        <w:br/>
        <w:t>v 0.181193 14.450418 1.608507</w:t>
        <w:br/>
        <w:t>v 0.185107 14.521284 1.634138</w:t>
        <w:br/>
        <w:t>v 0.000004 14.586468 1.648740</w:t>
        <w:br/>
        <w:t>v 0.192069 14.586808 1.664548</w:t>
        <w:br/>
        <w:t>v 0.000004 14.723525 1.810737</w:t>
        <w:br/>
        <w:t>v 0.208841 14.720359 1.811164</w:t>
        <w:br/>
        <w:t>v 0.230300 14.890968 1.933131</w:t>
        <w:br/>
        <w:t>v 0.000005 14.887724 1.931119</w:t>
        <w:br/>
        <w:t>v 0.068609 15.088143 1.993146</w:t>
        <w:br/>
        <w:t>v 0.083273 15.059105 1.993071</w:t>
        <w:br/>
        <w:t>v 0.000005 15.016245 2.002226</w:t>
        <w:br/>
        <w:t>v 0.079161 15.142056 1.989801</w:t>
        <w:br/>
        <w:t>v 0.076847 15.249989 1.999183</w:t>
        <w:br/>
        <w:t>v 0.138522 15.242846 1.990506</w:t>
        <w:br/>
        <w:t>v 0.215879 15.337835 1.999069</w:t>
        <w:br/>
        <w:t>v 0.303374 15.390745 1.995045</w:t>
        <w:br/>
        <w:t>v 0.226293 15.337888 1.977853</w:t>
        <w:br/>
        <w:t>v 0.033068 14.924247 1.949556</w:t>
        <w:br/>
        <w:t>v 0.000005 14.887724 1.931119</w:t>
        <w:br/>
        <w:t>v 0.130133 15.027536 1.980016</w:t>
        <w:br/>
        <w:t>v 0.134950 15.003555 1.972998</w:t>
        <w:br/>
        <w:t>v 0.104968 15.000724 1.979035</w:t>
        <w:br/>
        <w:t>v 1.472956 15.859123 0.422917</w:t>
        <w:br/>
        <w:t>v 1.431511 15.794089 0.432123</w:t>
        <w:br/>
        <w:t>v 1.386071 15.714073 0.434211</w:t>
        <w:br/>
        <w:t>v 0.951310 14.065680 1.064664</w:t>
        <w:br/>
        <w:t>v 0.981971 14.174049 1.071669</w:t>
        <w:br/>
        <w:t>v 0.824250 14.065618 1.274552</w:t>
        <w:br/>
        <w:t>v 0.847265 14.172164 1.300887</w:t>
        <w:br/>
        <w:t>v 0.546651 14.301841 0.153401</w:t>
        <w:br/>
        <w:t>v 0.303938 14.301868 0.086344</w:t>
        <w:br/>
        <w:t>v 0.303938 14.301868 0.086344</w:t>
        <w:br/>
        <w:t>v 0.291550 14.302006 0.105057</w:t>
        <w:br/>
        <w:t>v 0.476223 14.166367 1.454496</w:t>
        <w:br/>
        <w:t>v 0.339957 14.298394 1.513743</w:t>
        <w:br/>
        <w:t>v 0.346447 14.298092 1.531036</w:t>
        <w:br/>
        <w:t>v 0.485378 14.166693 1.470342</w:t>
        <w:br/>
        <w:t>v 1.728720 16.259724 0.310019</w:t>
        <w:br/>
        <w:t>v 1.413712 16.505497 0.341360</w:t>
        <w:br/>
        <w:t>v 1.298985 16.565405 0.354062</w:t>
        <w:br/>
        <w:t>v 1.184489 16.611515 0.369531</w:t>
        <w:br/>
        <w:t>v 1.075588 16.596451 0.433457</w:t>
        <w:br/>
        <w:t>v 1.075989 16.642937 0.381755</w:t>
        <w:br/>
        <w:t>v 0.931279 16.667582 0.388987</w:t>
        <w:br/>
        <w:t>v 0.941692 16.636126 0.441556</w:t>
        <w:br/>
        <w:t>v 0.931279 16.667582 0.388987</w:t>
        <w:br/>
        <w:t>v 0.941692 16.636126 0.441556</w:t>
        <w:br/>
        <w:t>v 0.730446 16.689186 0.452032</w:t>
        <w:br/>
        <w:t>v 0.726673 16.723946 0.394998</w:t>
        <w:br/>
        <w:t>v 1.721194 16.248524 -0.298844</w:t>
        <w:br/>
        <w:t>v 1.414043 16.476307 -0.273175</w:t>
        <w:br/>
        <w:t>v 1.297900 16.535254 -0.274622</w:t>
        <w:br/>
        <w:t>v 1.181787 16.578508 -0.270987</w:t>
        <w:br/>
        <w:t>v 0.998441 16.624901 -0.274571</w:t>
        <w:br/>
        <w:t>v 0.848631 16.648493 -0.262737</w:t>
        <w:br/>
        <w:t>v 0.625924 16.721222 -0.199691</w:t>
        <w:br/>
        <w:t>v 0.848631 16.648493 -0.262737</w:t>
        <w:br/>
        <w:t>v 0.461122 16.828384 -0.139475</w:t>
        <w:br/>
        <w:t>v 0.620692 16.721231 -0.216783</w:t>
        <w:br/>
        <w:t>v 0.592118 16.690041 -0.245470</w:t>
        <w:br/>
        <w:t>v 0.840487 16.606030 -0.310980</w:t>
        <w:br/>
        <w:t>v 0.844946 16.648016 -0.280206</w:t>
        <w:br/>
        <w:t>v 0.455777 16.830309 -0.156428</w:t>
        <w:br/>
        <w:t>v 0.423456 16.817780 -0.176186</w:t>
        <w:br/>
        <w:t>v 0.349293 16.945518 -0.099481</w:t>
        <w:br/>
        <w:t>v 0.322203 16.940388 -0.120560</w:t>
        <w:br/>
        <w:t>v 0.347897 16.949682 -0.079409</w:t>
        <w:br/>
        <w:t>v 0.724296 16.669085 0.449492</w:t>
        <w:br/>
        <w:t>v 0.584786 16.716993 0.447869</w:t>
        <w:br/>
        <w:t>v 0.429065 16.792755 0.441091</w:t>
        <w:br/>
        <w:t>v 0.312507 16.930731 0.424252</w:t>
        <w:br/>
        <w:t>v 0.312507 16.930731 0.424252</w:t>
        <w:br/>
        <w:t>v 0.429065 16.792755 0.441091</w:t>
        <w:br/>
        <w:t>v 0.506485 16.809546 0.368462</w:t>
        <w:br/>
        <w:t>v 0.375427 16.947998 0.355924</w:t>
        <w:br/>
        <w:t>v 1.297900 16.535254 -0.274622</w:t>
        <w:br/>
        <w:t>v 1.414043 16.476307 -0.273175</w:t>
        <w:br/>
        <w:t>v 0.848631 16.648493 -0.262737</w:t>
        <w:br/>
        <w:t>v 0.998441 16.624901 -0.274571</w:t>
        <w:br/>
        <w:t>v 0.836790 16.588623 -0.309924</w:t>
        <w:br/>
        <w:t>v 0.584786 16.716993 0.447869</w:t>
        <w:br/>
        <w:t>v 1.181787 16.578508 -0.270987</w:t>
        <w:br/>
        <w:t>v 1.410879 16.504293 0.323841</w:t>
        <w:br/>
        <w:t>v 1.727884 16.258472 0.292400</w:t>
        <w:br/>
        <w:t>v 1.295736 16.563597 0.336681</w:t>
        <w:br/>
        <w:t>v 1.181923 16.608824 0.352276</w:t>
        <w:br/>
        <w:t>v 1.074303 16.639349 0.364588</w:t>
        <w:br/>
        <w:t>v 0.929845 16.663727 0.371669</w:t>
        <w:br/>
        <w:t>v 0.929845 16.663727 0.371669</w:t>
        <w:br/>
        <w:t>v 0.726007 16.721029 0.377429</w:t>
        <w:br/>
        <w:t>v 0.724296 16.669085 0.449492</w:t>
        <w:br/>
        <w:t>v 0.938347 16.619133 0.445643</w:t>
        <w:br/>
        <w:t>v 0.625924 16.721222 -0.199691</w:t>
        <w:br/>
        <w:t>v 0.848631 16.648493 -0.262737</w:t>
        <w:br/>
        <w:t>v 0.836790 16.588623 -0.309924</w:t>
        <w:br/>
        <w:t>v 0.584446 16.674160 -0.243344</w:t>
        <w:br/>
        <w:t>v 0.411923 16.804411 -0.174211</w:t>
        <w:br/>
        <w:t>v 0.461122 16.828384 -0.139475</w:t>
        <w:br/>
        <w:t>v 0.300144 16.938978 -0.113668</w:t>
        <w:br/>
        <w:t>v 0.347897 16.949682 -0.079409</w:t>
        <w:br/>
        <w:t>v 0.950697 16.593569 0.436827</w:t>
        <w:br/>
        <w:t>v 0.938347 16.619133 0.445643</w:t>
        <w:br/>
        <w:t>v 0.847301 16.572834 -0.307987</w:t>
        <w:br/>
        <w:t>v 0.883731 16.278542 -0.426747</w:t>
        <w:br/>
        <w:t>v 1.106743 16.214214 -0.436003</w:t>
        <w:br/>
        <w:t>v 1.205431 16.171383 -0.428533</w:t>
        <w:br/>
        <w:t>v 1.300901 16.124516 -0.429501</w:t>
        <w:br/>
        <w:t>v 1.560061 15.993120 -0.431237</w:t>
        <w:br/>
        <w:t>v 1.539192 15.960922 -0.435249</w:t>
        <w:br/>
        <w:t>v 2.059068 15.920938 -0.403480</w:t>
        <w:br/>
        <w:t>v 1.837320 15.871897 0.399261</w:t>
        <w:br/>
        <w:t>v 2.144688 15.881577 0.387339</w:t>
        <w:br/>
        <w:t>v 2.145077 15.865148 0.389628</w:t>
        <w:br/>
        <w:t>v 0.883731 16.278542 -0.426747</w:t>
        <w:br/>
        <w:t>v 0.889320 16.284899 -0.445134</w:t>
        <w:br/>
        <w:t>v 0.858393 16.375612 -0.414837</w:t>
        <w:br/>
        <w:t>v 1.106743 16.214214 -0.436003</w:t>
        <w:br/>
        <w:t>v 1.110421 16.224405 -0.447624</w:t>
        <w:br/>
        <w:t>v 1.300901 16.124516 -0.429501</w:t>
        <w:br/>
        <w:t>v 1.306310 16.137138 -0.446593</w:t>
        <w:br/>
        <w:t>v 1.210105 16.183369 -0.446404</w:t>
        <w:br/>
        <w:t>v 1.205431 16.171383 -0.428533</w:t>
        <w:br/>
        <w:t>v 2.251977 15.904284 0.142790</w:t>
        <w:br/>
        <w:t>v 2.258578 15.922164 0.147758</w:t>
        <w:br/>
        <w:t>v 2.287508 15.933629 -0.061992</w:t>
        <w:br/>
        <w:t>v 2.281826 15.914660 -0.062193</w:t>
        <w:br/>
        <w:t>v 2.145077 15.865148 0.389628</w:t>
        <w:br/>
        <w:t>v 2.144688 15.881577 0.387339</w:t>
        <w:br/>
        <w:t>v 1.219241 16.223885 0.516637</w:t>
        <w:br/>
        <w:t>v 1.228510 16.233049 0.530370</w:t>
        <w:br/>
        <w:t>v 1.325102 16.159122 0.494829</w:t>
        <w:br/>
        <w:t>v 1.312769 16.147049 0.477650</w:t>
        <w:br/>
        <w:t>v 1.034696 16.347181 0.592183</w:t>
        <w:br/>
        <w:t>v 1.023597 16.340565 0.576689</w:t>
        <w:br/>
        <w:t>v 0.991044 16.459074 0.546129</w:t>
        <w:br/>
        <w:t>v 1.008987 16.465706 0.554354</w:t>
        <w:br/>
        <w:t>v 1.160544 16.279854 0.555825</w:t>
        <w:br/>
        <w:t>v 1.151799 16.269342 0.541915</w:t>
        <w:br/>
        <w:t>v 1.560061 15.993120 -0.431237</w:t>
        <w:br/>
        <w:t>v 1.567828 16.005096 -0.447234</w:t>
        <w:br/>
        <w:t>v 1.300901 16.124516 -0.429501</w:t>
        <w:br/>
        <w:t>v 1.545097 15.970044 0.422477</w:t>
        <w:br/>
        <w:t>v 1.553644 15.983516 0.438676</w:t>
        <w:br/>
        <w:t>v 1.848390 15.886873 0.416189</w:t>
        <w:br/>
        <w:t>v 2.245041 15.937678 -0.245243</w:t>
        <w:br/>
        <w:t>v 2.240375 15.918902 -0.240955</w:t>
        <w:br/>
        <w:t>v 1.205431 16.171383 -0.428533</w:t>
        <w:br/>
        <w:t>v 1.106743 16.214214 -0.436003</w:t>
        <w:br/>
        <w:t>v 2.059068 15.920938 -0.403480</w:t>
        <w:br/>
        <w:t>v 2.057313 15.909676 -0.399594</w:t>
        <w:br/>
        <w:t>v 1.721194 16.248524 -0.298844</w:t>
        <w:br/>
        <w:t>v 2.035784 16.150223 -0.227963</w:t>
        <w:br/>
        <w:t>v 2.263053 16.036777 -0.259933</w:t>
        <w:br/>
        <w:t>v 1.942591 16.023079 -0.389042</w:t>
        <w:br/>
        <w:t>v 2.162489 15.889606 -0.448567</w:t>
        <w:br/>
        <w:t>v 2.188849 15.925978 -0.409580</w:t>
        <w:br/>
        <w:t>v 1.968141 16.057014 -0.356381</w:t>
        <w:br/>
        <w:t>v 2.180260 15.913943 0.362287</w:t>
        <w:br/>
        <w:t>v 1.968335 16.058758 0.316106</w:t>
        <w:br/>
        <w:t>v 1.930731 16.008358 -0.386842</w:t>
        <w:br/>
        <w:t>v 2.150903 15.872894 -0.441612</w:t>
        <w:br/>
        <w:t>v 1.967823 16.057724 0.332657</w:t>
        <w:br/>
        <w:t>v 2.180224 15.913565 0.379240</w:t>
        <w:br/>
        <w:t>v 2.150745 15.872455 0.419635</w:t>
        <w:br/>
        <w:t>v 1.969800 16.060383 -0.340963</w:t>
        <w:br/>
        <w:t>v 2.190340 15.930279 -0.394337</w:t>
        <w:br/>
        <w:t>v 1.968335 16.058758 0.316106</w:t>
        <w:br/>
        <w:t>v 2.180260 15.913943 0.362287</w:t>
        <w:br/>
        <w:t>v 2.190340 15.930279 -0.394337</w:t>
        <w:br/>
        <w:t>v 1.969800 16.060383 -0.340963</w:t>
        <w:br/>
        <w:t>v 1.955035 15.594539 -0.548965</w:t>
        <w:br/>
        <w:t>v 2.093620 15.804695 -0.469092</w:t>
        <w:br/>
        <w:t>v 1.821890 15.869317 -0.447385</w:t>
        <w:br/>
        <w:t>v 1.854547 15.905771 -0.429614</w:t>
        <w:br/>
        <w:t>v 2.057313 15.909676 -0.399594</w:t>
        <w:br/>
        <w:t>v 1.854547 15.905771 -0.429614</w:t>
        <w:br/>
        <w:t>v 1.866684 15.922154 -0.439474</w:t>
        <w:br/>
        <w:t>v 1.545097 15.970044 0.422477</w:t>
        <w:br/>
        <w:t>v 2.179065 15.900933 -0.410020</w:t>
        <w:br/>
        <w:t>v 0.173600 17.077789 -0.112812</w:t>
        <w:br/>
        <w:t>v 0.303968 17.087822 -0.013646</w:t>
        <w:br/>
        <w:t>v 0.303968 17.087822 -0.013646</w:t>
        <w:br/>
        <w:t>v 1.124257 15.684525 0.135117</w:t>
        <w:br/>
        <w:t>v 0.291550 14.302006 0.105057</w:t>
        <w:br/>
        <w:t>v 0.303938 14.301868 0.086344</w:t>
        <w:br/>
        <w:t>v 1.238368 15.332376 0.803679</w:t>
        <w:br/>
        <w:t>v 0.393144 15.428083 1.997686</w:t>
        <w:br/>
        <w:t>v 0.215879 15.337835 1.999069</w:t>
        <w:br/>
        <w:t>v 0.229541 15.230685 2.006930</w:t>
        <w:br/>
        <w:t>v 0.138522 15.242846 1.990506</w:t>
        <w:br/>
        <w:t>v 0.236325 15.066749 1.997623</w:t>
        <w:br/>
        <w:t>v 0.079161 15.142056 1.989801</w:t>
        <w:br/>
        <w:t>v 0.068609 15.088143 1.993146</w:t>
        <w:br/>
        <w:t>v 0.068395 14.949612 1.963692</w:t>
        <w:br/>
        <w:t>v 0.134950 15.003555 1.972998</w:t>
        <w:br/>
        <w:t>v 0.033068 14.924247 1.949556</w:t>
        <w:br/>
        <w:t>v 0.114048 15.044001 1.989222</w:t>
        <w:br/>
        <w:t>v 0.083273 15.059105 1.993071</w:t>
        <w:br/>
        <w:t>v 0.082242 14.982600 1.974244</w:t>
        <w:br/>
        <w:t>v 0.130133 15.027536 1.980016</w:t>
        <w:br/>
        <w:t>v 0.068395 14.949612 1.963692</w:t>
        <w:br/>
        <w:t>v 0.114048 15.044001 1.989222</w:t>
        <w:br/>
        <w:t>v 0.082242 14.982600 1.974244</w:t>
        <w:br/>
        <w:t>v -2.067858 15.948402 0.285506</w:t>
        <w:br/>
        <w:t>v -1.905960 15.969662 0.347760</w:t>
        <w:br/>
        <w:t>v -1.848377 15.886881 0.416188</w:t>
        <w:br/>
        <w:t>v -2.144675 15.881584 0.387338</w:t>
        <w:br/>
        <w:t>v -2.145064 15.865154 0.389627</w:t>
        <w:br/>
        <w:t>v -2.013788 15.658220 0.494665</w:t>
        <w:br/>
        <w:t>v -2.410184 15.736162 0.460570</w:t>
        <w:br/>
        <w:t>v -1.635514 15.587269 0.481937</w:t>
        <w:br/>
        <w:t>v -1.859569 15.412554 0.500651</w:t>
        <w:br/>
        <w:t>v -1.943511 15.549831 0.542291</w:t>
        <w:br/>
        <w:t>v -1.658649 15.622591 0.504210</w:t>
        <w:br/>
        <w:t>v -1.365917 15.686773 0.340578</w:t>
        <w:br/>
        <w:t>v -1.386059 15.714079 0.434210</w:t>
        <w:br/>
        <w:t>v -1.198618 15.789726 0.366398</w:t>
        <w:br/>
        <w:t>v -1.325806 15.624937 0.184529</w:t>
        <w:br/>
        <w:t>v -1.359118 15.675995 0.269194</w:t>
        <w:br/>
        <w:t>v -1.250841 15.696161 0.192780</w:t>
        <w:br/>
        <w:t>v -1.124245 15.684530 0.135117</w:t>
        <w:br/>
        <w:t>v -1.162700 15.730190 0.203193</w:t>
        <w:br/>
        <w:t>v -1.150008 15.794298 0.409975</w:t>
        <w:br/>
        <w:t>v -1.151663 15.710234 0.017225</w:t>
        <w:br/>
        <w:t>v -1.044501 15.793977 -0.290206</w:t>
        <w:br/>
        <w:t>v -1.110496 15.821133 -0.322640</w:t>
        <w:br/>
        <w:t>v -1.085980 15.701708 -0.155613</w:t>
        <w:br/>
        <w:t>v -0.969109 15.962646 -0.395332</w:t>
        <w:br/>
        <w:t>v -1.067116 15.969990 -0.397809</w:t>
        <w:br/>
        <w:t>v -1.094223 16.133839 -0.441198</w:t>
        <w:br/>
        <w:t>v -0.906583 16.159933 -0.444682</w:t>
        <w:br/>
        <w:t>v -1.123020 16.307364 -0.429954</w:t>
        <w:br/>
        <w:t>v -1.110408 16.224413 -0.447624</w:t>
        <w:br/>
        <w:t>v -0.889307 16.284904 -0.445134</w:t>
        <w:br/>
        <w:t>v -0.858380 16.375618 -0.414837</w:t>
        <w:br/>
        <w:t>v -1.230139 16.264765 -0.428948</w:t>
        <w:br/>
        <w:t>v -1.334042 16.216190 -0.425439</w:t>
        <w:br/>
        <w:t>v -1.306297 16.137142 -0.446593</w:t>
        <w:br/>
        <w:t>v -1.210093 16.183376 -0.446405</w:t>
        <w:br/>
        <w:t>v -1.920099 15.987251 -0.381649</w:t>
        <w:br/>
        <w:t>v -1.866671 15.922159 -0.439475</w:t>
        <w:br/>
        <w:t>v -1.741624 16.028811 -0.405946</w:t>
        <w:br/>
        <w:t>v -2.179052 15.900940 -0.410021</w:t>
        <w:br/>
        <w:t>v -2.057301 15.909683 -0.399595</w:t>
        <w:br/>
        <w:t>v -2.240362 15.918913 -0.240956</w:t>
        <w:br/>
        <w:t>v -2.204482 15.977091 -0.052271</w:t>
        <w:br/>
        <w:t>v -2.178871 15.961636 0.133508</w:t>
        <w:br/>
        <w:t>v -2.258565 15.922173 0.147757</w:t>
        <w:br/>
        <w:t>v -2.287495 15.933638 -0.061993</w:t>
        <w:br/>
        <w:t>v -2.251965 15.904293 0.142789</w:t>
        <w:br/>
        <w:t>v -2.145064 15.865154 0.389627</w:t>
        <w:br/>
        <w:t>v -2.410184 15.736162 0.460570</w:t>
        <w:br/>
        <w:t>v -2.513385 15.897354 0.154221</w:t>
        <w:br/>
        <w:t>v -2.281813 15.914669 -0.062194</w:t>
        <w:br/>
        <w:t>v -2.525907 15.912697 -0.088982</w:t>
        <w:br/>
        <w:t>v -2.083807 15.219379 0.550805</w:t>
        <w:br/>
        <w:t>v -2.251259 15.480078 0.563608</w:t>
        <w:br/>
        <w:t>v -1.759947 15.269285 0.377829</w:t>
        <w:br/>
        <w:t>v -1.935855 15.012018 0.425481</w:t>
        <w:br/>
        <w:t>v -1.584011 15.511532 0.331699</w:t>
        <w:br/>
        <w:t>v -1.516810 15.417149 0.185699</w:t>
        <w:br/>
        <w:t>v -1.681831 15.178583 0.186642</w:t>
        <w:br/>
        <w:t>v -1.302153 15.597250 -0.003388</w:t>
        <w:br/>
        <w:t>v -1.491062 15.400652 -0.032716</w:t>
        <w:br/>
        <w:t>v -1.235356 15.940357 -0.384919</w:t>
        <w:br/>
        <w:t>v -1.457826 15.835472 -0.396929</w:t>
        <w:br/>
        <w:t>v -1.371729 15.701401 -0.356157</w:t>
        <w:br/>
        <w:t>v -1.191388 15.805407 -0.325218</w:t>
        <w:br/>
        <w:t>v -1.150770 15.963608 -0.394615</w:t>
        <w:br/>
        <w:t>v -1.187959 16.108803 -0.439022</w:t>
        <w:br/>
        <w:t>v -1.282080 16.071646 -0.437060</w:t>
        <w:br/>
        <w:t>v -2.355454 15.684050 -0.538917</w:t>
        <w:br/>
        <w:t>v -2.196016 15.448545 -0.600027</w:t>
        <w:br/>
        <w:t>v -1.955023 15.594545 -0.548966</w:t>
        <w:br/>
        <w:t>v -2.093608 15.804703 -0.469093</w:t>
        <w:br/>
        <w:t>v -2.480663 15.837872 -0.388239</w:t>
        <w:br/>
        <w:t>v -1.849363 14.897247 0.180843</w:t>
        <w:br/>
        <w:t>v -1.656720 15.171261 -0.071653</w:t>
        <w:br/>
        <w:t>v -1.827542 14.908472 -0.110301</w:t>
        <w:br/>
        <w:t>v -1.598968 15.563902 -0.417756</w:t>
        <w:br/>
        <w:t>v -1.546456 15.487703 -0.222432</w:t>
        <w:br/>
        <w:t>v -1.339509 15.652979 -0.191846</w:t>
        <w:br/>
        <w:t>v -1.710019 15.716101 -0.467181</w:t>
        <w:br/>
        <w:t>v -2.038432 15.217920 -0.568900</w:t>
        <w:br/>
        <w:t>v -1.821577 15.401136 -0.496120</w:t>
        <w:br/>
        <w:t>v -1.714963 15.249607 -0.314856</w:t>
        <w:br/>
        <w:t>v -1.888171 15.008989 -0.391284</w:t>
        <w:br/>
        <w:t>v -1.217974 15.868311 0.440083</w:t>
        <w:br/>
        <w:t>v -1.159547 15.920228 0.487270</w:t>
        <w:br/>
        <w:t>v -1.345929 16.255894 0.471512</w:t>
        <w:br/>
        <w:t>v -1.245657 16.337162 0.502425</w:t>
        <w:br/>
        <w:t>v -1.228497 16.233053 0.530370</w:t>
        <w:br/>
        <w:t>v -1.325089 16.159126 0.494829</w:t>
        <w:br/>
        <w:t>v -1.159307 16.394287 0.527616</w:t>
        <w:br/>
        <w:t>v -1.008974 16.465712 0.554354</w:t>
        <w:br/>
        <w:t>v -1.034682 16.347189 0.592183</w:t>
        <w:br/>
        <w:t>v -1.160530 16.279861 0.555825</w:t>
        <w:br/>
        <w:t>v -1.181015 16.071659 0.537463</w:t>
        <w:br/>
        <w:t>v -1.131024 16.080811 0.568124</w:t>
        <w:br/>
        <w:t>v -1.134227 15.912261 0.508637</w:t>
        <w:br/>
        <w:t>v -1.656720 15.171261 -0.071653</w:t>
        <w:br/>
        <w:t>v -1.827542 14.908472 -0.110301</w:t>
        <w:br/>
        <w:t>v -1.491062 15.400652 -0.032716</w:t>
        <w:br/>
        <w:t>v -1.302153 15.597250 -0.003388</w:t>
        <w:br/>
        <w:t>v -1.165584 15.738361 -0.183545</w:t>
        <w:br/>
        <w:t>v -1.151663 15.710234 0.017225</w:t>
        <w:br/>
        <w:t>v -1.837308 15.871904 0.399260</w:t>
        <w:br/>
        <w:t>v -1.746004 15.742041 0.449239</w:t>
        <w:br/>
        <w:t>v -1.219228 16.223892 0.516636</w:t>
        <w:br/>
        <w:t>v -1.151754 16.269407 0.541915</w:t>
        <w:br/>
        <w:t>v -1.023584 16.340570 0.576689</w:t>
        <w:br/>
        <w:t>v -1.092985 16.083075 0.591378</w:t>
        <w:br/>
        <w:t>v -1.613932 16.076204 -0.411191</w:t>
        <w:br/>
        <w:t>v -1.567815 16.005100 -0.447235</w:t>
        <w:br/>
        <w:t>v -1.605838 16.063730 0.410327</w:t>
        <w:br/>
        <w:t>v -1.553631 15.983521 0.438675</w:t>
        <w:br/>
        <w:t>v -0.253649 15.440610 1.990682</w:t>
        <w:br/>
        <w:t>v -0.158106 15.362419 1.995435</w:t>
        <w:br/>
        <w:t>v -0.215869 15.337836 1.999070</w:t>
        <w:br/>
        <w:t>v -0.303363 15.390743 1.995046</w:t>
        <w:br/>
        <w:t>v -1.101150 14.547296 0.933907</w:t>
        <w:br/>
        <w:t>v -1.151015 14.775092 0.825373</w:t>
        <w:br/>
        <w:t>v -1.262543 14.814783 0.948572</w:t>
        <w:br/>
        <w:t>v -1.183715 14.628979 1.053296</w:t>
        <w:br/>
        <w:t>v -1.059095 14.498097 1.179550</w:t>
        <w:br/>
        <w:t>v -1.019504 14.435116 1.127798</w:t>
        <w:br/>
        <w:t>v -0.195497 14.523034 1.617399</w:t>
        <w:br/>
        <w:t>v -0.346992 14.506937 1.596497</w:t>
        <w:br/>
        <w:t>v -0.362776 14.563115 1.658260</w:t>
        <w:br/>
        <w:t>v -0.195107 14.591110 1.651167</w:t>
        <w:br/>
        <w:t>v -0.873932 14.422926 1.332190</w:t>
        <w:br/>
        <w:t>v -0.211239 16.919060 -0.177430</w:t>
        <w:br/>
        <w:t>v -0.286258 16.743177 -0.262913</w:t>
        <w:br/>
        <w:t>v 0.000007 16.654463 -0.333329</w:t>
        <w:br/>
        <w:t>v 0.000007 16.890072 -0.225850</w:t>
        <w:br/>
        <w:t>v -0.858210 15.903552 -0.399947</w:t>
        <w:br/>
        <w:t>v -0.920149 15.746661 -0.348598</w:t>
        <w:br/>
        <w:t>v -0.792624 15.720263 -0.378970</w:t>
        <w:br/>
        <w:t>v -0.841960 16.179527 0.835298</w:t>
        <w:br/>
        <w:t>v -1.007127 15.964760 0.837838</w:t>
        <w:br/>
        <w:t>v -1.048516 16.026058 0.691486</w:t>
        <w:br/>
        <w:t>v -0.948307 16.227102 0.701497</w:t>
        <w:br/>
        <w:t>v -1.121082 15.761498 0.770164</w:t>
        <w:br/>
        <w:t>v -1.131777 15.830098 0.620102</w:t>
        <w:br/>
        <w:t>v -1.171653 15.460381 0.544831</w:t>
        <w:br/>
        <w:t>v -1.187310 15.665742 0.477145</w:t>
        <w:br/>
        <w:t>v -1.175928 15.586020 0.680896</w:t>
        <w:br/>
        <w:t>v -1.124245 15.684530 0.135117</w:t>
        <w:br/>
        <w:t>v -1.150008 15.794298 0.409975</w:t>
        <w:br/>
        <w:t>v -1.164874 15.563748 0.190868</w:t>
        <w:br/>
        <w:t>v -1.044501 15.793977 -0.290206</w:t>
        <w:br/>
        <w:t>v -1.085980 15.701708 -0.155613</w:t>
        <w:br/>
        <w:t>v -1.089465 15.547362 -0.099308</w:t>
        <w:br/>
        <w:t>v -0.949389 15.574930 -0.249961</w:t>
        <w:br/>
        <w:t>v -0.978605 15.153040 0.055469</w:t>
        <w:br/>
        <w:t>v -1.041990 15.367532 -0.027636</w:t>
        <w:br/>
        <w:t>v -1.139218 15.401854 0.252077</w:t>
        <w:br/>
        <w:t>v -1.114179 15.192217 0.310142</w:t>
        <w:br/>
        <w:t>v -1.281810 15.033841 0.873743</w:t>
        <w:br/>
        <w:t>v -1.184821 15.006940 0.758857</w:t>
        <w:br/>
        <w:t>v -1.268013 15.280275 0.843056</w:t>
        <w:br/>
        <w:t>v -1.240660 15.267196 0.789569</w:t>
        <w:br/>
        <w:t>v 0.000007 16.751919 0.650916</w:t>
        <w:br/>
        <w:t>v -0.251358 16.546228 0.759677</w:t>
        <w:br/>
        <w:t>v -0.468352 16.572050 0.641081</w:t>
        <w:br/>
        <w:t>v -0.296859 16.762749 0.536886</w:t>
        <w:br/>
        <w:t>v -0.382039 16.942678 0.374185</w:t>
        <w:br/>
        <w:t>v -0.336236 16.930340 0.424667</w:t>
        <w:br/>
        <w:t>v -0.439677 16.806488 0.438337</w:t>
        <w:br/>
        <w:t>v -0.506597 16.811457 0.386333</w:t>
        <w:br/>
        <w:t>v -0.729388 16.750864 0.321916</w:t>
        <w:br/>
        <w:t>v -0.723414 16.809732 0.089089</w:t>
        <w:br/>
        <w:t>v -0.546388 16.872324 0.118430</w:t>
        <w:br/>
        <w:t>v -0.506471 16.809546 0.368462</w:t>
        <w:br/>
        <w:t>v -0.907810 16.784607 0.061999</w:t>
        <w:br/>
        <w:t>v -0.874123 16.722929 -0.161082</w:t>
        <w:br/>
        <w:t>v -0.659866 16.751490 -0.153548</w:t>
        <w:br/>
        <w:t>v -0.836776 16.588627 -0.309924</w:t>
        <w:br/>
        <w:t>v -0.858380 16.375618 -0.414837</w:t>
        <w:br/>
        <w:t>v -0.638310 16.277914 -0.460125</w:t>
        <w:br/>
        <w:t>v -0.463787 16.537287 -0.370279</w:t>
        <w:br/>
        <w:t>v -0.917762 14.176291 0.496801</w:t>
        <w:br/>
        <w:t>v -1.016637 14.172911 0.763572</w:t>
        <w:br/>
        <w:t>v -0.988366 14.065619 0.762905</w:t>
        <w:br/>
        <w:t>v -0.897577 14.065380 0.504220</w:t>
        <w:br/>
        <w:t>v -0.937909 14.300496 0.484073</w:t>
        <w:br/>
        <w:t>v -0.763964 14.301829 0.273544</w:t>
        <w:br/>
        <w:t>v -0.812522 14.481383 0.242795</w:t>
        <w:br/>
        <w:t>v -0.977386 14.491231 0.461738</w:t>
        <w:br/>
        <w:t>v -1.065861 14.517654 0.737992</w:t>
        <w:br/>
        <w:t>v -1.037652 14.298533 0.759397</w:t>
        <w:br/>
        <w:t>v -0.608771 14.478554 0.127607</w:t>
        <w:br/>
        <w:t>v -0.546643 14.301843 0.153401</w:t>
        <w:br/>
        <w:t>v -0.303931 14.301868 0.086344</w:t>
        <w:br/>
        <w:t>v -0.383741 14.478552 0.053683</w:t>
        <w:br/>
        <w:t>v -0.883718 16.278545 -0.426747</w:t>
        <w:br/>
        <w:t>v -0.776261 16.069386 -0.460188</w:t>
        <w:br/>
        <w:t>v -0.906583 16.159933 -0.444682</w:t>
        <w:br/>
        <w:t>v -0.969109 15.962646 -0.395332</w:t>
        <w:br/>
        <w:t>v -0.584432 16.674160 -0.243344</w:t>
        <w:br/>
        <w:t>v -0.411909 16.804413 -0.174211</w:t>
        <w:br/>
        <w:t>v -0.300129 16.938978 -0.113668</w:t>
        <w:br/>
        <w:t>v -0.173585 17.077787 -0.112812</w:t>
        <w:br/>
        <w:t>v 0.000008 17.070026 -0.157559</w:t>
        <w:br/>
        <w:t>v 0.000008 16.981844 0.625460</w:t>
        <w:br/>
        <w:t>v 0.000007 16.873196 0.618784</w:t>
        <w:br/>
        <w:t>v -0.223300 16.906244 0.521103</w:t>
        <w:br/>
        <w:t>v -0.228469 17.019585 0.501775</w:t>
        <w:br/>
        <w:t>v -0.375412 16.947998 0.355924</w:t>
        <w:br/>
        <w:t>v -0.430911 16.972193 0.143357</w:t>
        <w:br/>
        <w:t>v -0.358534 17.091785 0.161066</w:t>
        <w:br/>
        <w:t>v -0.315321 17.070381 0.361345</w:t>
        <w:br/>
        <w:t>v -0.372091 16.955116 -0.062029</w:t>
        <w:br/>
        <w:t>v -0.489191 16.837450 -0.110134</w:t>
        <w:br/>
        <w:t>v -0.303952 17.087820 -0.013646</w:t>
        <w:br/>
        <w:t>v -0.358534 17.091785 0.161066</w:t>
        <w:br/>
        <w:t>v -0.920148 16.714455 0.287532</w:t>
        <w:br/>
        <w:t>v -0.725993 16.721033 0.377429</w:t>
        <w:br/>
        <w:t>v -0.929831 16.663734 0.371669</w:t>
        <w:br/>
        <w:t>v -0.656697 16.383238 0.756608</w:t>
        <w:br/>
        <w:t>v -0.837772 16.421711 0.637157</w:t>
        <w:br/>
        <w:t>v -0.713970 16.619463 0.508462</w:t>
        <w:br/>
        <w:t>v -0.757145 16.134565 0.972079</w:t>
        <w:br/>
        <w:t>v -0.977824 15.910692 0.993346</w:t>
        <w:br/>
        <w:t>v -1.152448 15.679162 0.926099</w:t>
        <w:br/>
        <w:t>v -1.239012 15.460445 0.835247</w:t>
        <w:br/>
        <w:t>v -1.202050 15.254695 0.719203</w:t>
        <w:br/>
        <w:t>v -0.211717 16.436930 -0.431790</w:t>
        <w:br/>
        <w:t>v -1.079820 14.940236 0.367666</w:t>
        <w:br/>
        <w:t>v -1.151392 15.235076 0.587717</w:t>
        <w:br/>
        <w:t>v -1.134276 14.988804 0.631394</w:t>
        <w:br/>
        <w:t>v -0.503503 16.349470 0.881215</w:t>
        <w:br/>
        <w:t>v -1.191472 16.676193 0.254305</w:t>
        <w:br/>
        <w:t>v -1.201524 16.735281 0.039336</w:t>
        <w:br/>
        <w:t>v -1.061860 16.773754 0.046744</w:t>
        <w:br/>
        <w:t>v -1.072685 16.709946 0.267070</w:t>
        <w:br/>
        <w:t>v -1.074289 16.639353 0.364588</w:t>
        <w:br/>
        <w:t>v -1.181909 16.608828 0.352276</w:t>
        <w:br/>
        <w:t>v -1.410865 16.504299 0.323840</w:t>
        <w:br/>
        <w:t>v -1.727871 16.258478 0.292399</w:t>
        <w:br/>
        <w:t>v -1.772166 16.324339 0.198428</w:t>
        <w:br/>
        <w:t>v -1.432933 16.581171 0.228611</w:t>
        <w:br/>
        <w:t>v -1.400000 16.431076 -0.330814</w:t>
        <w:br/>
        <w:t>v -1.290092 16.493982 -0.327846</w:t>
        <w:br/>
        <w:t>v -1.298553 16.537289 -0.292267</w:t>
        <w:br/>
        <w:t>v -1.414457 16.477894 -0.290896</w:t>
        <w:br/>
        <w:t>v -1.447436 16.640131 0.026018</w:t>
        <w:br/>
        <w:t>v -1.809521 16.379892 0.001330</w:t>
        <w:br/>
        <w:t>v -1.773875 16.326889 -0.197026</w:t>
        <w:br/>
        <w:t>v -1.432812 16.562572 -0.176501</w:t>
        <w:br/>
        <w:t>v -1.721223 16.248594 -0.316527</w:t>
        <w:br/>
        <w:t>v -1.694567 16.208956 -0.347579</w:t>
        <w:br/>
        <w:t>v -2.308057 16.103430 -0.021069</w:t>
        <w:br/>
        <w:t>v -2.077827 16.207331 -0.014202</w:t>
        <w:br/>
        <w:t>v -2.032083 16.145361 0.202314</w:t>
        <w:br/>
        <w:t>v -2.255637 16.025919 0.226259</w:t>
        <w:br/>
        <w:t>v -2.138710 15.971523 -0.237535</w:t>
        <w:br/>
        <w:t>v -2.245028 15.937689 -0.245244</w:t>
        <w:br/>
        <w:t>v -0.920148 16.714455 0.287532</w:t>
        <w:br/>
        <w:t>v -0.929831 16.663734 0.371669</w:t>
        <w:br/>
        <w:t>v -0.907810 16.784607 0.061999</w:t>
        <w:br/>
        <w:t>v -1.022831 16.708189 -0.167030</w:t>
        <w:br/>
        <w:t>v -0.874123 16.722929 -0.161082</w:t>
        <w:br/>
        <w:t>v -0.984160 16.582300 -0.329292</w:t>
        <w:br/>
        <w:t>v -0.840474 16.606035 -0.310981</w:t>
        <w:br/>
        <w:t>v -0.844932 16.648016 -0.280206</w:t>
        <w:br/>
        <w:t>v -0.997677 16.625782 -0.292267</w:t>
        <w:br/>
        <w:t>v -0.668156 14.966127 2.000579</w:t>
        <w:br/>
        <w:t>v -0.876321 14.944395 1.948588</w:t>
        <w:br/>
        <w:t>v -0.884282 15.156082 1.983275</w:t>
        <w:br/>
        <w:t>v -0.686102 15.166859 2.030587</w:t>
        <w:br/>
        <w:t>v -1.104997 15.704339 1.397465</w:t>
        <w:br/>
        <w:t>v -1.241779 15.548846 1.417348</w:t>
        <w:br/>
        <w:t>v -1.206300 15.628352 1.273448</w:t>
        <w:br/>
        <w:t>v -1.380635 15.276752 1.390572</w:t>
        <w:br/>
        <w:t>v -1.278741 15.452081 1.511847</w:t>
        <w:br/>
        <w:t>v -1.304976 15.344038 1.571761</w:t>
        <w:br/>
        <w:t>v -1.332770 14.813162 1.389226</w:t>
        <w:br/>
        <w:t>v -1.205698 14.687485 1.501281</w:t>
        <w:br/>
        <w:t>v -1.157480 14.576207 1.340479</w:t>
        <w:br/>
        <w:t>v -1.289482 14.712891 1.219305</w:t>
        <w:br/>
        <w:t>v -1.312333 15.175614 1.638642</w:t>
        <w:br/>
        <w:t>v -1.322583 14.942495 1.568792</w:t>
        <w:br/>
        <w:t>v -1.388232 15.085984 1.472054</w:t>
        <w:br/>
        <w:t>v -0.594446 14.623759 1.776843</w:t>
        <w:br/>
        <w:t>v -0.809679 14.600730 1.722626</w:t>
        <w:br/>
        <w:t>v -0.848351 14.740002 1.848165</w:t>
        <w:br/>
        <w:t>v -0.635898 14.770012 1.906306</w:t>
        <w:br/>
        <w:t>v -1.312546 15.467072 1.303619</w:t>
        <w:br/>
        <w:t>v -1.341221 15.395552 1.150425</w:t>
        <w:br/>
        <w:t>v -1.268944 15.539262 1.125109</w:t>
        <w:br/>
        <w:t>v -0.970366 15.765823 1.494480</w:t>
        <w:br/>
        <w:t>v -0.985370 15.693825 1.623451</w:t>
        <w:br/>
        <w:t>v -1.125145 15.628792 1.540924</w:t>
        <w:br/>
        <w:t>v -0.696829 15.534455 1.951570</w:t>
        <w:br/>
        <w:t>v -0.625672 15.687675 1.818373</w:t>
        <w:br/>
        <w:t>v -0.497543 15.563068 1.930316</w:t>
        <w:br/>
        <w:t>v -0.487583 15.363920 2.017659</w:t>
        <w:br/>
        <w:t>v -0.694415 15.356787 2.013974</w:t>
        <w:br/>
        <w:t>v -1.171539 15.427532 1.727407</w:t>
        <w:br/>
        <w:t>v -1.148939 15.541827 1.653370</w:t>
        <w:br/>
        <w:t>v -0.449816 15.606921 1.915954</w:t>
        <w:br/>
        <w:t>v -0.344564 15.487432 1.980885</w:t>
        <w:br/>
        <w:t>v -0.393134 15.428083 1.997687</w:t>
        <w:br/>
        <w:t>v -0.497543 15.563068 1.930316</w:t>
        <w:br/>
        <w:t>v -1.010083 15.605677 1.741908</w:t>
        <w:br/>
        <w:t>v -0.834780 15.656043 1.804816</w:t>
        <w:br/>
        <w:t>v -1.034066 15.482062 1.833452</w:t>
        <w:br/>
        <w:t>v -1.192328 15.292562 1.770104</w:t>
        <w:br/>
        <w:t>v -0.738809 15.764089 1.688848</w:t>
        <w:br/>
        <w:t>v -0.865819 15.520948 1.913237</w:t>
        <w:br/>
        <w:t>v -0.205520 14.730341 1.794614</w:t>
        <w:br/>
        <w:t>v -0.398895 14.675787 1.791231</w:t>
        <w:br/>
        <w:t>v -0.458155 15.012619 1.998869</w:t>
        <w:br/>
        <w:t>v -0.427569 14.823575 1.911123</w:t>
        <w:br/>
        <w:t>v -0.880232 15.347872 1.971151</w:t>
        <w:br/>
        <w:t>v -0.953641 14.495063 1.467261</w:t>
        <w:br/>
        <w:t>v -1.022761 14.614100 1.619877</w:t>
        <w:br/>
        <w:t>v -1.058277 14.763058 1.751314</w:t>
        <w:br/>
        <w:t>v -1.219368 14.830065 1.645370</w:t>
        <w:br/>
        <w:t>v -1.217469 14.974832 1.730689</w:t>
        <w:br/>
        <w:t>v -1.066716 14.947125 1.849033</w:t>
        <w:br/>
        <w:t>v -1.368826 15.086975 1.043047</w:t>
        <w:br/>
        <w:t>v -1.361746 14.886117 1.113852</w:t>
        <w:br/>
        <w:t>v -1.318508 15.328545 0.988755</w:t>
        <w:br/>
        <w:t>v -0.545851 14.518770 1.632956</w:t>
        <w:br/>
        <w:t>v -0.740672 14.487883 1.572199</w:t>
        <w:br/>
        <w:t>v -0.518749 14.468440 1.557912</w:t>
        <w:br/>
        <w:t>v -0.695900 14.436031 1.480819</w:t>
        <w:br/>
        <w:t>v -1.403940 15.178670 1.219495</w:t>
        <w:br/>
        <w:t>v -1.403424 14.980628 1.287948</w:t>
        <w:br/>
        <w:t>v -1.274402 15.435446 0.968318</w:t>
        <w:br/>
        <w:t>v -1.209596 15.145305 1.772192</w:t>
        <w:br/>
        <w:t>v -1.062577 15.144990 1.892623</w:t>
        <w:br/>
        <w:t>v -1.048680 15.331724 1.885040</w:t>
        <w:br/>
        <w:t>v -1.274402 15.435446 0.968318</w:t>
        <w:br/>
        <w:t>v -1.247174 15.526499 0.944524</w:t>
        <w:br/>
        <w:t>v -1.226310 15.612708 1.079985</w:t>
        <w:br/>
        <w:t>v -1.268944 15.539262 1.125109</w:t>
        <w:br/>
        <w:t>v -0.829699 15.804182 1.571334</w:t>
        <w:br/>
        <w:t>v -1.255097 15.360501 0.839573</w:t>
        <w:br/>
        <w:t>v -1.239012 15.460445 0.835247</w:t>
        <w:br/>
        <w:t>v -0.625672 15.687675 1.818373</w:t>
        <w:br/>
        <w:t>v -0.534442 15.692895 1.840180</w:t>
        <w:br/>
        <w:t>v -0.223919 14.892580 1.911450</w:t>
        <w:br/>
        <w:t>v -0.240218 15.067630 1.978973</w:t>
        <w:br/>
        <w:t>v -0.515970 14.179916 0.167851</w:t>
        <w:br/>
        <w:t>v -0.743289 14.179727 0.294345</w:t>
        <w:br/>
        <w:t>v -0.724575 14.065154 0.307135</w:t>
        <w:br/>
        <w:t>v -0.484152 14.064337 0.191143</w:t>
        <w:br/>
        <w:t>v -0.187486 14.062388 0.120161</w:t>
        <w:br/>
        <w:t>v -0.243602 14.175701 0.103611</w:t>
        <w:br/>
        <w:t>v -1.026119 14.697809 0.423468</w:t>
        <w:br/>
        <w:t>v -1.104722 14.737717 0.686554</w:t>
        <w:br/>
        <w:t>v -0.893802 15.355659 -0.149904</w:t>
        <w:br/>
        <w:t>v -0.823915 15.150147 -0.061202</w:t>
        <w:br/>
        <w:t>v -0.717078 15.359229 -0.242919</w:t>
        <w:br/>
        <w:t>v -0.654837 15.154385 -0.154708</w:t>
        <w:br/>
        <w:t>v -1.124245 15.684530 0.135117</w:t>
        <w:br/>
        <w:t>v -0.440559 16.167253 -0.492346</w:t>
        <w:br/>
        <w:t>v -0.616679 15.949758 -0.461559</w:t>
        <w:br/>
        <w:t>v -0.766591 15.570477 -0.328627</w:t>
        <w:br/>
        <w:t>v -1.023584 16.340570 0.576689</w:t>
        <w:br/>
        <w:t>v -0.991030 16.459080 0.546129</w:t>
        <w:br/>
        <w:t>v -1.092985 16.083075 0.591378</w:t>
        <w:br/>
        <w:t>v -1.134227 15.912261 0.508637</w:t>
        <w:br/>
        <w:t>v -0.938333 16.619137 0.445643</w:t>
        <w:br/>
        <w:t>v -0.592695 16.736511 0.450951</w:t>
        <w:br/>
        <w:t>v -0.999018 14.299212 1.079592</w:t>
        <w:br/>
        <w:t>v -0.858338 14.296485 1.306949</w:t>
        <w:br/>
        <w:t>v -0.602267 15.749752 1.769237</w:t>
        <w:br/>
        <w:t>v -0.667501 15.797641 1.692445</w:t>
        <w:br/>
        <w:t>v -0.738809 15.764089 1.688848</w:t>
        <w:br/>
        <w:t>v -0.982264 15.810394 1.408092</w:t>
        <w:br/>
        <w:t>v -0.879816 15.850539 1.466384</w:t>
        <w:br/>
        <w:t>v -0.829699 15.804182 1.571334</w:t>
        <w:br/>
        <w:t>v -0.970366 15.765823 1.494480</w:t>
        <w:br/>
        <w:t>v -1.104997 15.704339 1.397465</w:t>
        <w:br/>
        <w:t>v -1.087315 15.755248 1.318900</w:t>
        <w:br/>
        <w:t>v -1.169225 15.691047 1.214063</w:t>
        <w:br/>
        <w:t>v -1.206300 15.628352 1.273448</w:t>
        <w:br/>
        <w:t>v -0.740218 15.840465 1.592815</w:t>
        <w:br/>
        <w:t>v -0.807552 15.872446 1.503862</w:t>
        <w:br/>
        <w:t>v -0.683500 14.298081 1.441467</w:t>
        <w:br/>
        <w:t>v -0.507015 14.298281 1.513945</w:t>
        <w:br/>
        <w:t>v -0.346439 14.298094 1.531036</w:t>
        <w:br/>
        <w:t>v -0.196339 14.432471 1.581984</w:t>
        <w:br/>
        <w:t>v -0.679275 14.173160 1.433279</w:t>
        <w:br/>
        <w:t>v -0.683500 14.298081 1.441467</w:t>
        <w:br/>
        <w:t>v -0.507015 14.298281 1.513945</w:t>
        <w:br/>
        <w:t>v -0.485371 14.166694 1.470342</w:t>
        <w:br/>
        <w:t>v -1.905960 15.969662 0.347760</w:t>
        <w:br/>
        <w:t>v -2.056967 15.939875 0.268189</w:t>
        <w:br/>
        <w:t>v -1.903777 15.963554 0.324883</w:t>
        <w:br/>
        <w:t>v -0.866779 16.383686 -0.397947</w:t>
        <w:br/>
        <w:t>v -1.123437 16.308857 -0.407090</w:t>
        <w:br/>
        <w:t>v -1.334042 16.216190 -0.425439</w:t>
        <w:br/>
        <w:t>v -1.230139 16.264765 -0.428948</w:t>
        <w:br/>
        <w:t>v -1.230487 16.266079 -0.405380</w:t>
        <w:br/>
        <w:t>v -1.334274 16.216862 -0.402274</w:t>
        <w:br/>
        <w:t>v -1.613932 16.076204 -0.411191</w:t>
        <w:br/>
        <w:t>v -1.612816 16.074499 -0.390339</w:t>
        <w:br/>
        <w:t>v -1.740197 16.025768 -0.383095</w:t>
        <w:br/>
        <w:t>v -1.741624 16.028811 -0.405946</w:t>
        <w:br/>
        <w:t>v -1.920099 15.987251 -0.381649</w:t>
        <w:br/>
        <w:t>v -1.918754 15.979071 -0.357741</w:t>
        <w:br/>
        <w:t>v -2.014346 15.964199 -0.322967</w:t>
        <w:br/>
        <w:t>v -2.022272 15.973078 -0.341077</w:t>
        <w:br/>
        <w:t>v -2.125845 15.956938 -0.226833</w:t>
        <w:br/>
        <w:t>v -2.204482 15.977091 -0.052271</w:t>
        <w:br/>
        <w:t>v -2.187617 15.959826 -0.051089</w:t>
        <w:br/>
        <w:t>v -2.162060 15.948460 0.126087</w:t>
        <w:br/>
        <w:t>v -2.178871 15.961636 0.133508</w:t>
        <w:br/>
        <w:t>v -1.245657 16.337162 0.502425</w:t>
        <w:br/>
        <w:t>v -1.345929 16.255894 0.471512</w:t>
        <w:br/>
        <w:t>v -1.345517 16.253393 0.448170</w:t>
        <w:br/>
        <w:t>v -1.245374 16.333553 0.480190</w:t>
        <w:br/>
        <w:t>v -0.991030 16.459080 0.546129</w:t>
        <w:br/>
        <w:t>v -1.008974 16.465712 0.554354</w:t>
        <w:br/>
        <w:t>v -0.994358 16.454912 0.527717</w:t>
        <w:br/>
        <w:t>v -0.152006 15.368003 1.983060</w:t>
        <w:br/>
        <w:t>v -0.067292 15.255573 1.986682</w:t>
        <w:br/>
        <w:t>v -0.076837 15.249990 1.999184</w:t>
        <w:br/>
        <w:t>v -0.196339 14.432471 1.581984</w:t>
        <w:br/>
        <w:t>v 0.000004 14.586468 1.648740</w:t>
        <w:br/>
        <w:t>v 0.000004 14.579842 1.600999</w:t>
        <w:br/>
        <w:t>v -0.195145 14.430207 1.557761</w:t>
        <w:br/>
        <w:t>v -0.766591 15.570477 -0.328627</w:t>
        <w:br/>
        <w:t>v -0.755800 15.576059 -0.314341</w:t>
        <w:br/>
        <w:t>v -0.782185 15.722402 -0.361401</w:t>
        <w:br/>
        <w:t>v -0.792624 15.720263 -0.378970</w:t>
        <w:br/>
        <w:t>v 0.000007 16.751919 0.650916</w:t>
        <w:br/>
        <w:t>v 0.000007 16.727320 0.630920</w:t>
        <w:br/>
        <w:t>v -0.244693 16.525503 0.747389</w:t>
        <w:br/>
        <w:t>v -0.251358 16.546228 0.759677</w:t>
        <w:br/>
        <w:t>v -0.847288 16.572842 -0.307987</w:t>
        <w:br/>
        <w:t>v -0.866779 16.383686 -0.397947</w:t>
        <w:br/>
        <w:t>v -0.757145 16.134565 0.972079</w:t>
        <w:br/>
        <w:t>v -0.746921 16.115250 0.961741</w:t>
        <w:br/>
        <w:t>v -0.959651 15.895163 0.987837</w:t>
        <w:br/>
        <w:t>v -0.977824 15.910692 0.993346</w:t>
        <w:br/>
        <w:t>v -1.132125 15.666145 0.929507</w:t>
        <w:br/>
        <w:t>v -1.152448 15.679162 0.926099</w:t>
        <w:br/>
        <w:t>v -1.214878 15.473084 0.851017</w:t>
        <w:br/>
        <w:t>v -1.239012 15.460445 0.835247</w:t>
        <w:br/>
        <w:t>v -0.211717 16.436930 -0.431790</w:t>
        <w:br/>
        <w:t>v -0.207416 16.426151 -0.414536</w:t>
        <w:br/>
        <w:t>v 0.000007 16.637674 -0.318866</w:t>
        <w:br/>
        <w:t>v 0.000007 16.654463 -0.333329</w:t>
        <w:br/>
        <w:t>v -0.503503 16.349470 0.881215</w:t>
        <w:br/>
        <w:t>v -0.493530 16.331562 0.869153</w:t>
        <w:br/>
        <w:t>v -1.397666 16.456482 0.388873</w:t>
        <w:br/>
        <w:t>v -1.285934 16.515545 0.404153</w:t>
        <w:br/>
        <w:t>v -1.283049 16.497742 0.399148</w:t>
        <w:br/>
        <w:t>v -1.393632 16.437899 0.383817</w:t>
        <w:br/>
        <w:t>v -1.938551 16.018112 0.374573</w:t>
        <w:br/>
        <w:t>v -1.697873 16.213882 0.356325</w:t>
        <w:br/>
        <w:t>v -1.687941 16.199104 0.353231</w:t>
        <w:br/>
        <w:t>v -1.927506 15.996284 0.367429</w:t>
        <w:br/>
        <w:t>v -1.684916 16.194611 -0.342058</w:t>
        <w:br/>
        <w:t>v -1.394286 16.411846 -0.326752</w:t>
        <w:br/>
        <w:t>v -2.150733 15.872463 0.419634</w:t>
        <w:br/>
        <w:t>v -2.138526 15.846828 0.404479</w:t>
        <w:br/>
        <w:t>v -0.440320 15.603337 1.903867</w:t>
        <w:br/>
        <w:t>v -0.338892 15.491079 1.965617</w:t>
        <w:br/>
        <w:t>v -1.232057 15.532082 0.941493</w:t>
        <w:br/>
        <w:t>v -1.212790 15.615613 1.075269</w:t>
        <w:br/>
        <w:t>v -0.534442 15.692895 1.840180</w:t>
        <w:br/>
        <w:t>v -0.525802 15.689097 1.830119</w:t>
        <w:br/>
        <w:t>v -0.250706 15.446521 1.977779</w:t>
        <w:br/>
        <w:t>v -0.179223 14.069567 0.143780</w:t>
        <w:br/>
        <w:t>v -0.231315 14.175550 0.124513</w:t>
        <w:br/>
        <w:t>v -0.243602 14.175701 0.103611</w:t>
        <w:br/>
        <w:t>v -0.187486 14.062388 0.120161</w:t>
        <w:br/>
        <w:t>v -0.717078 15.359229 -0.242919</w:t>
        <w:br/>
        <w:t>v -0.654837 15.154385 -0.154708</w:t>
        <w:br/>
        <w:t>v -0.640148 15.157493 -0.138233</w:t>
        <w:br/>
        <w:t>v -0.703042 15.359545 -0.228557</w:t>
        <w:br/>
        <w:t>v -0.440559 16.167253 -0.492346</w:t>
        <w:br/>
        <w:t>v -0.435591 16.161440 -0.474740</w:t>
        <w:br/>
        <w:t>v -0.616679 15.949758 -0.461559</w:t>
        <w:br/>
        <w:t>v -0.610190 15.948172 -0.441576</w:t>
        <w:br/>
        <w:t>v -0.994358 16.454912 0.527717</w:t>
        <w:br/>
        <w:t>v -0.950683 16.593573 0.436827</w:t>
        <w:br/>
        <w:t>v -0.592809 15.747362 1.757767</w:t>
        <w:br/>
        <w:t>v -0.657226 15.794196 1.682132</w:t>
        <w:br/>
        <w:t>v -1.239012 15.460445 0.835247</w:t>
        <w:br/>
        <w:t>v -1.214878 15.473084 0.851017</w:t>
        <w:br/>
        <w:t>v 0.000005 15.137545 1.991863</w:t>
        <w:br/>
        <w:t>v 0.000005 15.114727 2.004817</w:t>
        <w:br/>
        <w:t>v -0.973951 15.808246 1.395088</w:t>
        <w:br/>
        <w:t>v -0.877565 15.844793 1.450374</w:t>
        <w:br/>
        <w:t>v -1.075694 15.754557 1.311769</w:t>
        <w:br/>
        <w:t>v -1.157340 15.692127 1.207573</w:t>
        <w:br/>
        <w:t>v -0.726912 15.836781 1.585156</w:t>
        <w:br/>
        <w:t>v -0.797818 15.872258 1.490996</w:t>
        <w:br/>
        <w:t>v -0.479258 15.193244 2.029543</w:t>
        <w:br/>
        <w:t>v -0.266263 15.225741 1.998027</w:t>
        <w:br/>
        <w:t>v -0.303363 15.390743 1.995046</w:t>
        <w:br/>
        <w:t>v -0.346439 14.298094 1.531036</w:t>
        <w:br/>
        <w:t>v -0.507015 14.298281 1.513945</w:t>
        <w:br/>
        <w:t>v -0.690355 14.064877 1.374045</w:t>
        <w:br/>
        <w:t>v -0.575771 14.072421 1.425231</w:t>
        <w:br/>
        <w:t>v -0.730335 13.892226 1.342364</w:t>
        <w:br/>
        <w:t>v -0.575771 14.072421 1.425231</w:t>
        <w:br/>
        <w:t>v -0.564490 14.072057 1.409698</w:t>
        <w:br/>
        <w:t>v -0.716136 13.888857 1.329197</w:t>
        <w:br/>
        <w:t>v -0.730335 13.892226 1.342364</w:t>
        <w:br/>
        <w:t>v -0.863192 14.682567 0.195985</w:t>
        <w:br/>
        <w:t>v -0.670055 14.680858 0.080546</w:t>
        <w:br/>
        <w:t>v -0.470216 14.679801 0.004081</w:t>
        <w:br/>
        <w:t>v -0.470216 14.679801 0.004081</w:t>
        <w:br/>
        <w:t>v -0.383741 14.478552 0.053683</w:t>
        <w:br/>
        <w:t>v -0.370510 14.478892 0.072547</w:t>
        <w:br/>
        <w:t>v -0.456923 14.679751 0.019324</w:t>
        <w:br/>
        <w:t>v -0.548139 14.907058 -0.049117</w:t>
        <w:br/>
        <w:t>v -0.562489 14.907560 -0.064850</w:t>
        <w:br/>
        <w:t>v -0.562489 14.907560 -0.064850</w:t>
        <w:br/>
        <w:t>v -0.743061 14.914313 0.019450</w:t>
        <w:br/>
        <w:t>v -0.910265 14.920615 0.130424</w:t>
        <w:br/>
        <w:t>v -1.238358 15.332379 0.803680</w:t>
        <w:br/>
        <w:t>v -1.255097 15.360501 0.839573</w:t>
        <w:br/>
        <w:t>v -1.319670 16.695019 0.032910</w:t>
        <w:br/>
        <w:t>v -1.308136 16.636253 0.241616</w:t>
        <w:br/>
        <w:t>v -1.295722 16.563602 0.336681</w:t>
        <w:br/>
        <w:t>v -1.310202 16.620237 -0.172854</w:t>
        <w:br/>
        <w:t>v -1.286122 16.474209 -0.324048</w:t>
        <w:br/>
        <w:t>v -1.174035 16.534037 -0.328399</w:t>
        <w:br/>
        <w:t>v -1.181434 16.580673 -0.288657</w:t>
        <w:br/>
        <w:t>v -1.075574 16.596455 0.433456</w:t>
        <w:br/>
        <w:t>v -1.071067 16.579592 0.429558</w:t>
        <w:br/>
        <w:t>v -1.171450 16.544867 0.415598</w:t>
        <w:br/>
        <w:t>v -1.173773 16.562489 0.420163</w:t>
        <w:br/>
        <w:t>v -1.219931 15.667995 0.004799</w:t>
        <w:br/>
        <w:t>v -1.605838 16.063730 0.410327</w:t>
        <w:br/>
        <w:t>v -1.605308 16.062910 0.384973</w:t>
        <w:br/>
        <w:t>v -1.272608 16.026634 0.490754</w:t>
        <w:br/>
        <w:t>v -1.312757 16.147055 0.477649</w:t>
        <w:br/>
        <w:t>v -1.159350 16.390289 0.506488</w:t>
        <w:br/>
        <w:t>v -1.159307 16.394287 0.527616</w:t>
        <w:br/>
        <w:t>v -1.219931 15.667995 0.004799</w:t>
        <w:br/>
        <w:t>v -1.193301 16.661285 -0.170464</w:t>
        <w:br/>
        <w:t>v -1.170280 16.514765 -0.324186</w:t>
        <w:br/>
        <w:t>v -0.980141 16.563555 -0.324400</w:t>
        <w:br/>
        <w:t>v -0.235237 15.229928 1.990304</w:t>
        <w:br/>
        <w:t>v -0.226283 15.337884 1.977854</w:t>
        <w:br/>
        <w:t>v -0.196339 14.432471 1.581984</w:t>
        <w:br/>
        <w:t>v -0.195145 14.430207 1.557761</w:t>
        <w:br/>
        <w:t>v -0.339950 14.298394 1.513743</w:t>
        <w:br/>
        <w:t>v -0.346439 14.298094 1.531036</w:t>
        <w:br/>
        <w:t>v -0.181185 14.450418 1.608507</w:t>
        <w:br/>
        <w:t>v -0.185099 14.521286 1.634138</w:t>
        <w:br/>
        <w:t>v -0.192060 14.586807 1.664548</w:t>
        <w:br/>
        <w:t>v -0.208833 14.720359 1.811164</w:t>
        <w:br/>
        <w:t>v 0.000004 14.723525 1.810737</w:t>
        <w:br/>
        <w:t>v -0.230291 14.890970 1.933131</w:t>
        <w:br/>
        <w:t>v 0.000005 14.887724 1.931119</w:t>
        <w:br/>
        <w:t>v 0.000005 15.016245 2.002226</w:t>
        <w:br/>
        <w:t>v -0.083264 15.059101 1.993071</w:t>
        <w:br/>
        <w:t>v -0.068600 15.088143 1.993146</w:t>
        <w:br/>
        <w:t>v -0.079151 15.142057 1.989801</w:t>
        <w:br/>
        <w:t>v -0.076837 15.249990 1.999184</w:t>
        <w:br/>
        <w:t>v -0.138512 15.242846 1.990505</w:t>
        <w:br/>
        <w:t>v -0.303363 15.390743 1.995046</w:t>
        <w:br/>
        <w:t>v -0.215869 15.337836 1.999070</w:t>
        <w:br/>
        <w:t>v -0.226283 15.337884 1.977854</w:t>
        <w:br/>
        <w:t>v 0.000005 14.887724 1.931119</w:t>
        <w:br/>
        <w:t>v -0.033059 14.924247 1.949556</w:t>
        <w:br/>
        <w:t>v -0.134940 15.003554 1.972999</w:t>
        <w:br/>
        <w:t>v -0.130124 15.027537 1.980016</w:t>
        <w:br/>
        <w:t>v -0.104958 15.000721 1.979035</w:t>
        <w:br/>
        <w:t>v -1.472943 15.859127 0.422916</w:t>
        <w:br/>
        <w:t>v -1.431499 15.794094 0.432122</w:t>
        <w:br/>
        <w:t>v -1.386059 15.714079 0.434210</w:t>
        <w:br/>
        <w:t>v -0.981964 14.174052 1.071669</w:t>
        <w:br/>
        <w:t>v -0.951303 14.065681 1.064664</w:t>
        <w:br/>
        <w:t>v -0.824243 14.065619 1.274552</w:t>
        <w:br/>
        <w:t>v -0.847258 14.172167 1.300887</w:t>
        <w:br/>
        <w:t>v -0.303931 14.301868 0.086344</w:t>
        <w:br/>
        <w:t>v -0.546643 14.301843 0.153401</w:t>
        <w:br/>
        <w:t>v -0.303931 14.301868 0.086344</w:t>
        <w:br/>
        <w:t>v -0.291543 14.302006 0.105057</w:t>
        <w:br/>
        <w:t>v -0.346439 14.298094 1.531036</w:t>
        <w:br/>
        <w:t>v -0.339950 14.298394 1.513743</w:t>
        <w:br/>
        <w:t>v -0.476216 14.166368 1.454495</w:t>
        <w:br/>
        <w:t>v -0.485371 14.166694 1.470342</w:t>
        <w:br/>
        <w:t>v -1.728706 16.259729 0.310018</w:t>
        <w:br/>
        <w:t>v -1.413698 16.505503 0.341359</w:t>
        <w:br/>
        <w:t>v -1.298971 16.565413 0.354061</w:t>
        <w:br/>
        <w:t>v -1.184475 16.611519 0.369530</w:t>
        <w:br/>
        <w:t>v -1.075574 16.596455 0.433456</w:t>
        <w:br/>
        <w:t>v -1.075975 16.642941 0.381755</w:t>
        <w:br/>
        <w:t>v -0.931265 16.667585 0.388986</w:t>
        <w:br/>
        <w:t>v -0.941679 16.636129 0.441556</w:t>
        <w:br/>
        <w:t>v -0.730432 16.689190 0.452032</w:t>
        <w:br/>
        <w:t>v -0.941679 16.636129 0.441556</w:t>
        <w:br/>
        <w:t>v -0.931265 16.667585 0.388986</w:t>
        <w:br/>
        <w:t>v -0.726659 16.723949 0.394998</w:t>
        <w:br/>
        <w:t>v -1.721180 16.248529 -0.298845</w:t>
        <w:br/>
        <w:t>v -1.414029 16.476311 -0.273176</w:t>
        <w:br/>
        <w:t>v -1.297886 16.535259 -0.274622</w:t>
        <w:br/>
        <w:t>v -1.181773 16.578514 -0.270988</w:t>
        <w:br/>
        <w:t>v -0.998427 16.624907 -0.274572</w:t>
        <w:br/>
        <w:t>v -0.848617 16.648495 -0.262737</w:t>
        <w:br/>
        <w:t>v -0.848617 16.648495 -0.262737</w:t>
        <w:br/>
        <w:t>v -0.625909 16.721218 -0.199691</w:t>
        <w:br/>
        <w:t>v -0.461108 16.828382 -0.139475</w:t>
        <w:br/>
        <w:t>v -0.840474 16.606035 -0.310981</w:t>
        <w:br/>
        <w:t>v -0.592104 16.690039 -0.245470</w:t>
        <w:br/>
        <w:t>v -0.620678 16.721231 -0.216783</w:t>
        <w:br/>
        <w:t>v -0.844932 16.648016 -0.280206</w:t>
        <w:br/>
        <w:t>v -0.455763 16.830307 -0.156428</w:t>
        <w:br/>
        <w:t>v -0.423441 16.817780 -0.176186</w:t>
        <w:br/>
        <w:t>v -0.349278 16.945518 -0.099481</w:t>
        <w:br/>
        <w:t>v -0.322188 16.940388 -0.120560</w:t>
        <w:br/>
        <w:t>v -0.347882 16.949682 -0.079409</w:t>
        <w:br/>
        <w:t>v -0.724282 16.669090 0.449492</w:t>
        <w:br/>
        <w:t>v -0.584772 16.716993 0.447869</w:t>
        <w:br/>
        <w:t>v -0.429050 16.792755 0.441091</w:t>
        <w:br/>
        <w:t>v -0.312492 16.930731 0.424252</w:t>
        <w:br/>
        <w:t>v -0.312492 16.930731 0.424252</w:t>
        <w:br/>
        <w:t>v -0.429050 16.792755 0.441091</w:t>
        <w:br/>
        <w:t>v -0.506471 16.809546 0.368462</w:t>
        <w:br/>
        <w:t>v -0.375412 16.947998 0.355924</w:t>
        <w:br/>
        <w:t>v -1.297886 16.535259 -0.274622</w:t>
        <w:br/>
        <w:t>v -1.414029 16.476311 -0.273176</w:t>
        <w:br/>
        <w:t>v -0.848617 16.648495 -0.262737</w:t>
        <w:br/>
        <w:t>v -0.998427 16.624907 -0.274572</w:t>
        <w:br/>
        <w:t>v -0.836776 16.588627 -0.309924</w:t>
        <w:br/>
        <w:t>v -0.584772 16.716993 0.447869</w:t>
        <w:br/>
        <w:t>v -1.181773 16.578514 -0.270988</w:t>
        <w:br/>
        <w:t>v -1.727871 16.258478 0.292399</w:t>
        <w:br/>
        <w:t>v -1.410865 16.504299 0.323840</w:t>
        <w:br/>
        <w:t>v -1.295722 16.563602 0.336681</w:t>
        <w:br/>
        <w:t>v -1.181909 16.608828 0.352276</w:t>
        <w:br/>
        <w:t>v -1.074289 16.639353 0.364588</w:t>
        <w:br/>
        <w:t>v -0.929831 16.663734 0.371669</w:t>
        <w:br/>
        <w:t>v -0.929831 16.663734 0.371669</w:t>
        <w:br/>
        <w:t>v -0.725993 16.721033 0.377429</w:t>
        <w:br/>
        <w:t>v -0.724282 16.669090 0.449492</w:t>
        <w:br/>
        <w:t>v -0.938333 16.619137 0.445643</w:t>
        <w:br/>
        <w:t>v -0.625909 16.721218 -0.199691</w:t>
        <w:br/>
        <w:t>v -0.848617 16.648495 -0.262737</w:t>
        <w:br/>
        <w:t>v -0.836776 16.588627 -0.309924</w:t>
        <w:br/>
        <w:t>v -0.584432 16.674160 -0.243344</w:t>
        <w:br/>
        <w:t>v -0.411909 16.804413 -0.174211</w:t>
        <w:br/>
        <w:t>v -0.461108 16.828382 -0.139475</w:t>
        <w:br/>
        <w:t>v -0.300129 16.938978 -0.113668</w:t>
        <w:br/>
        <w:t>v -0.347882 16.949682 -0.079409</w:t>
        <w:br/>
        <w:t>v -0.950683 16.593573 0.436827</w:t>
        <w:br/>
        <w:t>v -0.938333 16.619137 0.445643</w:t>
        <w:br/>
        <w:t>v -0.847288 16.572842 -0.307987</w:t>
        <w:br/>
        <w:t>v -0.883718 16.278545 -0.426747</w:t>
        <w:br/>
        <w:t>v -1.106730 16.214220 -0.436004</w:t>
        <w:br/>
        <w:t>v -1.205418 16.171387 -0.428533</w:t>
        <w:br/>
        <w:t>v -1.300887 16.124517 -0.429502</w:t>
        <w:br/>
        <w:t>v -1.560048 15.993126 -0.431238</w:t>
        <w:br/>
        <w:t>v -1.539179 15.960926 -0.435250</w:t>
        <w:br/>
        <w:t>v -2.059055 15.920944 -0.403481</w:t>
        <w:br/>
        <w:t>v -2.144675 15.881584 0.387338</w:t>
        <w:br/>
        <w:t>v -1.837308 15.871904 0.399260</w:t>
        <w:br/>
        <w:t>v -2.145064 15.865154 0.389627</w:t>
        <w:br/>
        <w:t>v -0.889307 16.284904 -0.445134</w:t>
        <w:br/>
        <w:t>v -0.883718 16.278545 -0.426747</w:t>
        <w:br/>
        <w:t>v -0.858380 16.375618 -0.414837</w:t>
        <w:br/>
        <w:t>v -1.110408 16.224413 -0.447624</w:t>
        <w:br/>
        <w:t>v -1.106730 16.214220 -0.436004</w:t>
        <w:br/>
        <w:t>v -1.210093 16.183376 -0.446405</w:t>
        <w:br/>
        <w:t>v -1.306297 16.137142 -0.446593</w:t>
        <w:br/>
        <w:t>v -1.300887 16.124517 -0.429502</w:t>
        <w:br/>
        <w:t>v -1.205418 16.171387 -0.428533</w:t>
        <w:br/>
        <w:t>v -2.287495 15.933638 -0.061993</w:t>
        <w:br/>
        <w:t>v -2.258565 15.922173 0.147757</w:t>
        <w:br/>
        <w:t>v -2.251965 15.904293 0.142789</w:t>
        <w:br/>
        <w:t>v -2.281813 15.914669 -0.062194</w:t>
        <w:br/>
        <w:t>v -2.144675 15.881584 0.387338</w:t>
        <w:br/>
        <w:t>v -2.145064 15.865154 0.389627</w:t>
        <w:br/>
        <w:t>v -1.325089 16.159126 0.494829</w:t>
        <w:br/>
        <w:t>v -1.228497 16.233053 0.530370</w:t>
        <w:br/>
        <w:t>v -1.219228 16.223892 0.516636</w:t>
        <w:br/>
        <w:t>v -1.312757 16.147055 0.477649</w:t>
        <w:br/>
        <w:t>v -0.991030 16.459080 0.546129</w:t>
        <w:br/>
        <w:t>v -1.023584 16.340570 0.576689</w:t>
        <w:br/>
        <w:t>v -1.034682 16.347189 0.592183</w:t>
        <w:br/>
        <w:t>v -1.008974 16.465712 0.554354</w:t>
        <w:br/>
        <w:t>v -1.160530 16.279861 0.555825</w:t>
        <w:br/>
        <w:t>v -1.151754 16.269407 0.541915</w:t>
        <w:br/>
        <w:t>v -1.567815 16.005100 -0.447235</w:t>
        <w:br/>
        <w:t>v -1.560048 15.993126 -0.431238</w:t>
        <w:br/>
        <w:t>v -1.300887 16.124517 -0.429502</w:t>
        <w:br/>
        <w:t>v -1.848377 15.886881 0.416188</w:t>
        <w:br/>
        <w:t>v -1.553631 15.983521 0.438675</w:t>
        <w:br/>
        <w:t>v -1.545084 15.970051 0.422476</w:t>
        <w:br/>
        <w:t>v -2.245028 15.937689 -0.245244</w:t>
        <w:br/>
        <w:t>v -2.240362 15.918913 -0.240956</w:t>
        <w:br/>
        <w:t>v -1.205418 16.171387 -0.428533</w:t>
        <w:br/>
        <w:t>v -1.106730 16.214220 -0.436004</w:t>
        <w:br/>
        <w:t>v -2.059055 15.920944 -0.403481</w:t>
        <w:br/>
        <w:t>v -2.057301 15.909683 -0.399595</w:t>
        <w:br/>
        <w:t>v -2.538246 15.933332 0.270302</w:t>
        <w:br/>
        <w:t>v -2.600896 16.028128 -0.022553</w:t>
        <w:br/>
        <w:t>v -1.721180 16.248529 -0.298845</w:t>
        <w:br/>
        <w:t>v -2.427199 15.765600 -0.521813</w:t>
        <w:br/>
        <w:t>v -2.418203 15.750929 -0.511776</w:t>
        <w:br/>
        <w:t>v -2.150890 15.872904 -0.441613</w:t>
        <w:br/>
        <w:t>v -2.162476 15.889614 -0.448568</w:t>
        <w:br/>
        <w:t>v -2.421643 15.756672 0.472292</w:t>
        <w:br/>
        <w:t>v -2.451927 15.799820 0.436990</w:t>
        <w:br/>
        <w:t>v -2.180211 15.913572 0.379239</w:t>
        <w:br/>
        <w:t>v -2.453438 15.804922 0.421520</w:t>
        <w:br/>
        <w:t>v -2.180247 15.913952 0.362286</w:t>
        <w:br/>
        <w:t>v -2.453438 15.804922 0.421520</w:t>
        <w:br/>
        <w:t>v -2.180247 15.913952 0.362286</w:t>
        <w:br/>
        <w:t>v -2.453466 15.803183 -0.483732</w:t>
        <w:br/>
        <w:t>v -2.427199 15.765600 -0.521813</w:t>
        <w:br/>
        <w:t>v -2.162476 15.889614 -0.448568</w:t>
        <w:br/>
        <w:t>v -2.188836 15.925985 -0.409581</w:t>
        <w:br/>
        <w:t>v -2.545077 15.943913 -0.309195</w:t>
        <w:br/>
        <w:t>v -2.263040 16.036785 -0.259934</w:t>
        <w:br/>
        <w:t>v -2.410675 15.738531 0.463778</w:t>
        <w:br/>
        <w:t>v -2.421643 15.756672 0.472292</w:t>
        <w:br/>
        <w:t>v -2.455605 15.810291 -0.469042</w:t>
        <w:br/>
        <w:t>v -2.190327 15.930286 -0.394338</w:t>
        <w:br/>
        <w:t>v -2.455605 15.810291 -0.469042</w:t>
        <w:br/>
        <w:t>v -2.190327 15.930286 -0.394338</w:t>
        <w:br/>
        <w:t>v -2.035770 16.150232 -0.227964</w:t>
        <w:br/>
        <w:t>v -1.942579 16.023088 -0.389043</w:t>
        <w:br/>
        <w:t>v -1.968128 16.057020 -0.356382</w:t>
        <w:br/>
        <w:t>v -1.968322 16.058765 0.316105</w:t>
        <w:br/>
        <w:t>v -1.930717 16.008364 -0.386843</w:t>
        <w:br/>
        <w:t>v -1.967811 16.057730 0.332656</w:t>
        <w:br/>
        <w:t>v -1.969786 16.060390 -0.340964</w:t>
        <w:br/>
        <w:t>v -1.968322 16.058765 0.316105</w:t>
        <w:br/>
        <w:t>v -1.969786 16.060390 -0.340964</w:t>
        <w:br/>
        <w:t>v -1.821877 15.869324 -0.447386</w:t>
        <w:br/>
        <w:t>v -1.854534 15.905777 -0.429615</w:t>
        <w:br/>
        <w:t>v -2.057301 15.909683 -0.399595</w:t>
        <w:br/>
        <w:t>v -1.854534 15.905777 -0.429615</w:t>
        <w:br/>
        <w:t>v -1.866671 15.922159 -0.439475</w:t>
        <w:br/>
        <w:t>v -1.545084 15.970051 0.422476</w:t>
        <w:br/>
        <w:t>v -2.179052 15.900940 -0.410021</w:t>
        <w:br/>
        <w:t>v -2.480663 15.837872 -0.388239</w:t>
        <w:br/>
        <w:t>v -0.173585 17.077787 -0.112812</w:t>
        <w:br/>
        <w:t>v -0.303952 17.087820 -0.013646</w:t>
        <w:br/>
        <w:t>v -0.303952 17.087820 -0.013646</w:t>
        <w:br/>
        <w:t>v -0.315321 17.070381 0.361345</w:t>
        <w:br/>
        <w:t>v -1.124245 15.684530 0.135117</w:t>
        <w:br/>
        <w:t>v -0.291543 14.302006 0.105057</w:t>
        <w:br/>
        <w:t>v -0.303931 14.301868 0.086344</w:t>
        <w:br/>
        <w:t>v -1.238358 15.332379 0.803680</w:t>
        <w:br/>
        <w:t>v -0.393134 15.428083 1.997687</w:t>
        <w:br/>
        <w:t>v -0.229532 15.230683 2.006930</w:t>
        <w:br/>
        <w:t>v -0.215869 15.337836 1.999070</w:t>
        <w:br/>
        <w:t>v -0.138512 15.242846 1.990505</w:t>
        <w:br/>
        <w:t>v -0.236315 15.066750 1.997624</w:t>
        <w:br/>
        <w:t>v -0.079151 15.142057 1.989801</w:t>
        <w:br/>
        <w:t>v -0.068600 15.088143 1.993146</w:t>
        <w:br/>
        <w:t>v -0.134940 15.003554 1.972999</w:t>
        <w:br/>
        <w:t>v -0.068386 14.949615 1.963692</w:t>
        <w:br/>
        <w:t>v -0.033059 14.924247 1.949556</w:t>
        <w:br/>
        <w:t>v -0.083264 15.059101 1.993071</w:t>
        <w:br/>
        <w:t>v -0.114038 15.043998 1.989222</w:t>
        <w:br/>
        <w:t>v -0.082233 14.982600 1.974244</w:t>
        <w:br/>
        <w:t>v -0.130124 15.027537 1.980016</w:t>
        <w:br/>
        <w:t>v -0.068386 14.949615 1.963692</w:t>
        <w:br/>
        <w:t>v -0.114038 15.043998 1.989222</w:t>
        <w:br/>
        <w:t>v -0.082233 14.982600 1.974244</w:t>
        <w:br/>
        <w:t>v 0.228484 17.019587 0.501775</w:t>
        <w:br/>
        <w:t>v 0.000008 16.981844 0.625460</w:t>
        <w:br/>
        <w:t>v 0.315337 17.070381 0.361345</w:t>
        <w:br/>
        <w:t>v 0.315337 17.070381 0.361345</w:t>
        <w:br/>
        <w:t>v 0.315337 17.070381 0.361345</w:t>
        <w:br/>
        <w:t>v -0.315321 17.070381 0.361345</w:t>
        <w:br/>
        <w:t>v -0.315321 17.070381 0.361345</w:t>
        <w:br/>
        <w:t>v 0.000005 14.964474 1.948646</w:t>
        <w:br/>
        <w:t>v 0.152016 15.368007 1.983060</w:t>
        <w:br/>
        <w:t>v 0.067301 15.255572 1.986682</w:t>
        <w:br/>
        <w:t>v 0.264143 15.362452 1.960532</w:t>
        <w:br/>
        <w:t>v 0.432822 15.521411 1.866719</w:t>
        <w:br/>
        <w:t>v 0.440331 15.603337 1.903866</w:t>
        <w:br/>
        <w:t>v 0.338902 15.491080 1.965616</w:t>
        <w:br/>
        <w:t>v 0.525813 15.689093 1.830118</w:t>
        <w:br/>
        <w:t>v 0.171684 15.145696 1.808357</w:t>
        <w:br/>
        <w:t>v 0.250716 15.446522 1.977778</w:t>
        <w:br/>
        <w:t>v 0.560012 15.633018 1.734971</w:t>
        <w:br/>
        <w:t>v 0.592821 15.747363 1.757766</w:t>
        <w:br/>
        <w:t>v 0.657237 15.794197 1.682131</w:t>
        <w:br/>
        <w:t>v 0.000005 15.137545 1.991863</w:t>
        <w:br/>
        <w:t>v 0.783097 15.708187 1.508750</w:t>
        <w:br/>
        <w:t>v 0.726923 15.836782 1.585154</w:t>
        <w:br/>
        <w:t>v 0.797829 15.872258 1.490995</w:t>
        <w:br/>
        <w:t>v 0.000005 14.964474 1.948646</w:t>
        <w:br/>
        <w:t>v -0.067292 15.255573 1.986682</w:t>
        <w:br/>
        <w:t>v -0.152006 15.368003 1.983060</w:t>
        <w:br/>
        <w:t>v -0.432811 15.521413 1.866720</w:t>
        <w:br/>
        <w:t>v -0.264132 15.362449 1.960533</w:t>
        <w:br/>
        <w:t>v -0.338892 15.491079 1.965617</w:t>
        <w:br/>
        <w:t>v -0.440320 15.603337 1.903867</w:t>
        <w:br/>
        <w:t>v -0.525802 15.689097 1.830119</w:t>
        <w:br/>
        <w:t>v -0.250706 15.446521 1.977779</w:t>
        <w:br/>
        <w:t>v -0.560001 15.633018 1.734973</w:t>
        <w:br/>
        <w:t>v -0.592809 15.747362 1.757767</w:t>
        <w:br/>
        <w:t>v -0.657226 15.794196 1.682132</w:t>
        <w:br/>
        <w:t>v 0.000005 15.137545 1.991863</w:t>
        <w:br/>
        <w:t>v -0.783086 15.708186 1.508752</w:t>
        <w:br/>
        <w:t>v -0.726912 15.836781 1.585156</w:t>
        <w:br/>
        <w:t>v -0.797818 15.872258 1.490996</w:t>
        <w:br/>
        <w:t>v 1.219919 15.406818 0.955926</w:t>
        <w:br/>
        <w:t>v 1.232068 15.532079 0.941493</w:t>
        <w:br/>
        <w:t>v 1.212801 15.615609 1.075268</w:t>
        <w:br/>
        <w:t>v 1.214889 15.473081 0.851017</w:t>
        <w:br/>
        <w:t>v 0.783097 15.708187 1.508750</w:t>
        <w:br/>
        <w:t>v 0.973962 15.808246 1.395087</w:t>
        <w:br/>
        <w:t>v 0.877576 15.844793 1.450373</w:t>
        <w:br/>
        <w:t>v 1.116528 15.589898 1.259670</w:t>
        <w:br/>
        <w:t>v 1.075705 15.754555 1.311768</w:t>
        <w:br/>
        <w:t>v 1.157351 15.692125 1.207572</w:t>
        <w:br/>
        <w:t>v 0.797829 15.872258 1.490995</w:t>
        <w:br/>
        <w:t>v -1.219909 15.406819 0.955926</w:t>
        <w:br/>
        <w:t>v -1.212790 15.615613 1.075269</w:t>
        <w:br/>
        <w:t>v -1.232057 15.532082 0.941493</w:t>
        <w:br/>
        <w:t>v -1.214878 15.473084 0.851017</w:t>
        <w:br/>
        <w:t>v -0.783086 15.708186 1.508752</w:t>
        <w:br/>
        <w:t>v -0.877565 15.844793 1.450374</w:t>
        <w:br/>
        <w:t>v -0.973951 15.808246 1.395088</w:t>
        <w:br/>
        <w:t>v -1.116517 15.589902 1.259671</w:t>
        <w:br/>
        <w:t>v -1.075694 15.754557 1.311769</w:t>
        <w:br/>
        <w:t>v -1.157340 15.692127 1.207573</w:t>
        <w:br/>
        <w:t>v -0.797818 15.872258 1.490996</w:t>
        <w:br/>
        <w:t>v -0.171675 15.145696 1.808357</w:t>
        <w:br/>
        <w:t>v 0.000005 14.964474 1.948646</w:t>
        <w:br/>
        <w:t>v 0.000005 14.916117 1.630157</w:t>
        <w:br/>
        <w:t>v 0.000005 14.916117 1.630157</w:t>
        <w:br/>
        <w:t>v 0.000005 14.964474 1.948646</w:t>
        <w:br/>
        <w:t>v 3.095325 15.148143 0.109238</w:t>
        <w:br/>
        <w:t>v 2.916887 15.356950 0.121840</w:t>
        <w:br/>
        <w:t>v 2.874810 15.294087 0.224539</w:t>
        <w:br/>
        <w:t>v 3.016937 15.054142 0.217194</w:t>
        <w:br/>
        <w:t>v 3.124722 15.201684 -0.040082</w:t>
        <w:br/>
        <w:t>v 2.935956 15.395222 -0.030310</w:t>
        <w:br/>
        <w:t>v 3.088808 15.183248 -0.199124</w:t>
        <w:br/>
        <w:t>v 2.900777 15.367477 -0.187038</w:t>
        <w:br/>
        <w:t>v 2.665621 14.860271 0.063715</w:t>
        <w:br/>
        <w:t>v 2.571727 15.254044 -0.031090</w:t>
        <w:br/>
        <w:t>v 2.658291 14.853885 -0.036131</w:t>
        <w:br/>
        <w:t>v 2.698185 14.898996 0.147612</w:t>
        <w:br/>
        <w:t>v 2.746398 14.967194 0.194156</w:t>
        <w:br/>
        <w:t>v 2.808333 15.053976 0.173092</w:t>
        <w:br/>
        <w:t>v 2.571727 15.254044 -0.031090</w:t>
        <w:br/>
        <w:t>v 2.854024 15.109316 0.162238</w:t>
        <w:br/>
        <w:t>v 2.942610 15.281519 0.072754</w:t>
        <w:br/>
        <w:t>v 2.953197 15.296247 -0.075032</w:t>
        <w:br/>
        <w:t>v 2.930748 15.267472 -0.209952</w:t>
        <w:br/>
        <w:t>v 2.902987 15.214355 -0.293208</w:t>
        <w:br/>
        <w:t>v 2.571727 15.254044 -0.031090</w:t>
        <w:br/>
        <w:t>v 2.708612 14.930838 -0.212802</w:t>
        <w:br/>
        <w:t>v 2.673712 14.875435 -0.134700</w:t>
        <w:br/>
        <w:t>v 2.902987 15.214355 -0.293208</w:t>
        <w:br/>
        <w:t>v 2.949367 15.119755 -0.311465</w:t>
        <w:br/>
        <w:t>v 2.901501 15.217942 0.183753</w:t>
        <w:br/>
        <w:t>v 2.766395 15.013782 -0.216853</w:t>
        <w:br/>
        <w:t>v 2.811757 14.687192 -0.056835</w:t>
        <w:br/>
        <w:t>v 2.823576 14.688203 0.079544</w:t>
        <w:br/>
        <w:t>v 2.869421 14.738545 0.199209</w:t>
        <w:br/>
        <w:t>v 2.946149 14.840153 0.255350</w:t>
        <w:br/>
        <w:t>v 3.004655 14.924315 0.250531</w:t>
        <w:br/>
        <w:t>v 2.998864 15.090921 -0.322713</w:t>
        <w:br/>
        <w:t>v 2.842848 15.303133 -0.310287</w:t>
        <w:br/>
        <w:t>v 2.943831 14.890591 -0.341766</w:t>
        <w:br/>
        <w:t>v 2.980677 14.947536 -0.333969</w:t>
        <w:br/>
        <w:t>v 2.694603 15.643958 0.476709</w:t>
        <w:br/>
        <w:t>v 2.410197 15.736155 0.460572</w:t>
        <w:br/>
        <w:t>v 2.513397 15.897346 0.154222</w:t>
        <w:br/>
        <w:t>v 2.818667 15.810560 0.135888</w:t>
        <w:br/>
        <w:t>v 2.410197 15.736155 0.460572</w:t>
        <w:br/>
        <w:t>v 2.145077 15.865148 0.389628</w:t>
        <w:br/>
        <w:t>v 2.251977 15.904284 0.142790</w:t>
        <w:br/>
        <w:t>v 2.281826 15.914660 -0.062193</w:t>
        <w:br/>
        <w:t>v 2.525919 15.912687 -0.088981</w:t>
        <w:br/>
        <w:t>v 2.818262 15.828534 -0.124494</w:t>
        <w:br/>
        <w:t>v 2.623770 15.559299 -0.546573</w:t>
        <w:br/>
        <w:t>v 2.701236 15.422742 -0.467995</w:t>
        <w:br/>
        <w:t>v 2.819832 15.572489 -0.333025</w:t>
        <w:br/>
        <w:t>v 2.766301 15.722568 -0.391442</w:t>
        <w:br/>
        <w:t>v 2.841132 15.285313 0.215647</w:t>
        <w:br/>
        <w:t>v 2.811981 15.505820 0.383468</w:t>
        <w:br/>
        <w:t>v 2.806310 15.575814 0.126883</w:t>
        <w:br/>
        <w:t>v 2.879194 15.358456 0.079017</w:t>
        <w:br/>
        <w:t>v 2.506680 15.378536 0.596085</w:t>
        <w:br/>
        <w:t>v 2.694603 15.643958 0.476709</w:t>
        <w:br/>
        <w:t>v 2.811981 15.505820 0.383468</w:t>
        <w:br/>
        <w:t>v 2.643141 15.289800 0.484230</w:t>
        <w:br/>
        <w:t>v 2.694603 15.643958 0.476709</w:t>
        <w:br/>
        <w:t>v 2.251271 15.480070 0.563610</w:t>
        <w:br/>
        <w:t>v 2.186810 15.156749 0.576553</w:t>
        <w:br/>
        <w:t>v 2.083818 15.219370 0.550807</w:t>
        <w:br/>
        <w:t>v 1.935866 15.012012 0.425482</w:t>
        <w:br/>
        <w:t>v 2.196027 15.448536 -0.600025</w:t>
        <w:br/>
        <w:t>v 2.355467 15.684041 -0.538916</w:t>
        <w:br/>
        <w:t>v 2.480676 15.837862 -0.388238</w:t>
        <w:br/>
        <w:t>v 2.440499 15.306524 -0.610449</w:t>
        <w:br/>
        <w:t>v 2.544014 15.232592 -0.519685</w:t>
        <w:br/>
        <w:t>v 2.704554 15.130751 -0.373811</w:t>
        <w:br/>
        <w:t>v 2.493037 15.015861 -0.390487</w:t>
        <w:br/>
        <w:t>v 2.603659 14.993860 -0.324776</w:t>
        <w:br/>
        <w:t>v 2.439621 14.962819 -0.351375</w:t>
        <w:br/>
        <w:t>v 2.543064 14.908632 -0.200332</w:t>
        <w:br/>
        <w:t>v 2.526160 14.874557 -0.057199</w:t>
        <w:br/>
        <w:t>v 2.365203 14.841844 -0.125288</w:t>
        <w:br/>
        <w:t>v 2.359867 14.826204 -0.082453</w:t>
        <w:br/>
        <w:t>v 2.526160 14.874557 -0.057199</w:t>
        <w:br/>
        <w:t>v 2.359867 14.826204 -0.082453</w:t>
        <w:br/>
        <w:t>v 2.372202 14.840268 0.113073</w:t>
        <w:br/>
        <w:t>v 2.540377 14.883689 0.088562</w:t>
        <w:br/>
        <w:t>v 2.465502 15.043859 0.450801</w:t>
        <w:br/>
        <w:t>v 2.315722 14.934732 0.295218</w:t>
        <w:br/>
        <w:t>v 2.205708 14.936503 0.345964</w:t>
        <w:br/>
        <w:t>v 2.314671 15.103702 0.512815</w:t>
        <w:br/>
        <w:t>v 2.766786 15.184187 0.283296</w:t>
        <w:br/>
        <w:t>v 2.567970 15.029620 0.367231</w:t>
        <w:br/>
        <w:t>v 1.849373 14.897241 0.180845</w:t>
        <w:br/>
        <w:t>v 1.827552 14.908463 -0.110300</w:t>
        <w:br/>
        <w:t>v 2.038443 15.217913 -0.568899</w:t>
        <w:br/>
        <w:t>v 2.364239 15.354092 -0.632496</w:t>
        <w:br/>
        <w:t>v 2.060843 14.955686 0.392861</w:t>
        <w:br/>
        <w:t>v 1.980310 14.853289 0.164435</w:t>
        <w:br/>
        <w:t>v 1.958271 14.851799 -0.108851</w:t>
        <w:br/>
        <w:t>v 1.888182 15.008983 -0.391282</w:t>
        <w:br/>
        <w:t>v 2.025685 14.949692 -0.380200</w:t>
        <w:br/>
        <w:t>v 2.208025 14.965024 -0.422922</w:t>
        <w:br/>
        <w:t>v 2.161444 15.154838 -0.597068</w:t>
        <w:br/>
        <w:t>v 2.288313 15.090364 -0.546888</w:t>
        <w:br/>
        <w:t>v 1.958271 14.851799 -0.108851</w:t>
        <w:br/>
        <w:t>v 2.112360 14.822528 -0.106688</w:t>
        <w:br/>
        <w:t>v 2.140745 14.864763 -0.215285</w:t>
        <w:br/>
        <w:t>v 1.827552 14.908463 -0.110300</w:t>
        <w:br/>
        <w:t>v 2.249727 14.833049 0.129498</w:t>
        <w:br/>
        <w:t>v 2.128286 14.832987 0.146815</w:t>
        <w:br/>
        <w:t>v 2.393437 14.871607 0.179137</w:t>
        <w:br/>
        <w:t>v 2.465313 14.974736 0.221809</w:t>
        <w:br/>
        <w:t>v 2.589182 14.949840 0.201071</w:t>
        <w:br/>
        <w:t>v 2.818262 15.828534 -0.124494</w:t>
        <w:br/>
        <w:t>v 2.807900 15.581312 -0.083068</w:t>
        <w:br/>
        <w:t>v 2.818667 15.810560 0.135888</w:t>
        <w:br/>
        <w:t>v 2.694603 15.643958 0.476709</w:t>
        <w:br/>
        <w:t>v 2.385596 15.047057 -0.464374</w:t>
        <w:br/>
        <w:t>v 2.322931 14.973880 -0.401593</w:t>
        <w:br/>
        <w:t>v 2.236644 14.820369 -0.097142</w:t>
        <w:br/>
        <w:t>v 2.260349 14.919675 -0.220354</w:t>
        <w:br/>
        <w:t>v 2.655138 15.050754 0.267701</w:t>
        <w:br/>
        <w:t>v 2.236644 14.820369 -0.097142</w:t>
        <w:br/>
        <w:t>v 2.112360 14.822528 -0.106688</w:t>
        <w:br/>
        <w:t>v 2.842810 15.546773 0.392410</w:t>
        <w:br/>
        <w:t>v 2.928777 15.662939 0.251277</w:t>
        <w:br/>
        <w:t>v 2.933960 15.360316 0.129461</w:t>
        <w:br/>
        <w:t>v 2.919960 15.341453 0.162198</w:t>
        <w:br/>
        <w:t>v 2.538258 15.933324 0.270303</w:t>
        <w:br/>
        <w:t>v 2.823629 15.854398 0.294616</w:t>
        <w:br/>
        <w:t>v 2.749653 15.714710 0.442049</w:t>
        <w:br/>
        <w:t>v 2.453450 15.804913 0.421522</w:t>
        <w:br/>
        <w:t>v 2.871294 15.841223 0.298678</w:t>
        <w:br/>
        <w:t>v 2.948330 15.932996 -0.021933</w:t>
        <w:br/>
        <w:t>v 2.986043 15.832051 -0.024034</w:t>
        <w:br/>
        <w:t>v 2.427211 15.765590 -0.521812</w:t>
        <w:br/>
        <w:t>v 2.696779 15.661748 -0.504693</w:t>
        <w:br/>
        <w:t>v 2.730292 15.698677 -0.476547</w:t>
        <w:br/>
        <w:t>v 2.453478 15.803172 -0.483731</w:t>
        <w:br/>
        <w:t>v 2.847796 15.820098 -0.338558</w:t>
        <w:br/>
        <w:t>v 2.985770 15.656834 -0.025417</w:t>
        <w:br/>
        <w:t>v 2.902231 15.652841 -0.295069</w:t>
        <w:br/>
        <w:t>v 2.917403 15.371510 -0.195703</w:t>
        <w:br/>
        <w:t>v 3.025764 15.175910 0.168209</w:t>
        <w:br/>
        <w:t>v 3.065632 15.214106 0.116910</w:t>
        <w:br/>
        <w:t>v 3.070832 15.244155 -0.215083</w:t>
        <w:br/>
        <w:t>v 3.099086 15.202849 -0.212908</w:t>
        <w:br/>
        <w:t>v 3.140124 15.229038 -0.038573</w:t>
        <w:br/>
        <w:t>v 3.103555 15.262729 -0.037164</w:t>
        <w:br/>
        <w:t>v 2.600909 16.028118 -0.022552</w:t>
        <w:br/>
        <w:t>v 2.881607 15.964065 -0.024826</w:t>
        <w:br/>
        <w:t>v 2.545090 15.943904 -0.309194</w:t>
        <w:br/>
        <w:t>v 2.768473 15.512402 -0.459670</w:t>
        <w:br/>
        <w:t>v 2.801612 15.539966 -0.432869</w:t>
        <w:br/>
        <w:t>v 2.841132 15.285313 0.215647</w:t>
        <w:br/>
        <w:t>v 2.867311 15.162484 0.239788</w:t>
        <w:br/>
        <w:t>v 2.885800 15.373195 -0.075786</w:t>
        <w:br/>
        <w:t>v 2.959079 15.312416 -0.076491</w:t>
        <w:br/>
        <w:t>v 2.948705 15.296877 0.078313</w:t>
        <w:br/>
        <w:t>v 2.817780 15.267015 -0.304942</w:t>
        <w:br/>
        <w:t>v 2.905405 15.226050 -0.306464</w:t>
        <w:br/>
        <w:t>v 2.935478 15.282207 -0.217988</w:t>
        <w:br/>
        <w:t>v 2.863214 15.344978 -0.216718</w:t>
        <w:br/>
        <w:t>v 2.891268 15.194670 -0.335691</w:t>
        <w:br/>
        <w:t>v 2.920077 15.217470 0.214086</w:t>
        <w:br/>
        <w:t>v 3.004655 14.924315 0.250531</w:t>
        <w:br/>
        <w:t>v 2.946149 14.840153 0.255350</w:t>
        <w:br/>
        <w:t>v 2.655138 15.050754 0.267701</w:t>
        <w:br/>
        <w:t>v 3.013317 15.063471 -0.386400</w:t>
        <w:br/>
        <w:t>v 3.056339 15.079663 -0.337691</w:t>
        <w:br/>
        <w:t>v 2.874064 14.791543 -0.294605</w:t>
        <w:br/>
        <w:t>v 2.943831 14.890591 -0.341766</w:t>
        <w:br/>
        <w:t>v 2.811757 14.687192 -0.056835</w:t>
        <w:br/>
        <w:t>v 2.829000 14.719861 -0.191642</w:t>
        <w:br/>
        <w:t>v 2.867311 15.162484 0.239788</w:t>
        <w:br/>
        <w:t>v 3.029952 14.956885 0.264687</w:t>
        <w:br/>
        <w:t>v 3.028628 14.950649 0.240808</w:t>
        <w:br/>
        <w:t>v 2.857255 15.311226 -0.314575</w:t>
        <w:br/>
        <w:t>v 2.886831 15.336618 -0.279223</w:t>
        <w:br/>
        <w:t>v 2.766301 15.722568 -0.391442</w:t>
        <w:br/>
        <w:t>v 2.766301 15.722568 -0.391442</w:t>
        <w:br/>
        <w:t>v 2.819832 15.572489 -0.333025</w:t>
        <w:br/>
        <w:t>v 2.863214 15.344978 -0.216718</w:t>
        <w:br/>
        <w:t>v 2.935478 15.282207 -0.217988</w:t>
        <w:br/>
        <w:t>v 2.900166 15.200236 0.241277</w:t>
        <w:br/>
        <w:t>v 2.868489 15.172093 0.250543</w:t>
        <w:br/>
        <w:t>v 2.841132 15.285313 0.215647</w:t>
        <w:br/>
        <w:t>v 2.960936 14.983474 0.370928</w:t>
        <w:br/>
        <w:t>v 2.867311 15.162484 0.239788</w:t>
        <w:br/>
        <w:t>v 2.974277 14.947558 0.320698</w:t>
        <w:br/>
        <w:t>v 3.015152 14.953247 0.284304</w:t>
        <w:br/>
        <w:t>v 3.028628 14.950649 0.240808</w:t>
        <w:br/>
        <w:t>v 2.920077 15.217470 0.214086</w:t>
        <w:br/>
        <w:t>v 2.900166 15.200236 0.241277</w:t>
        <w:br/>
        <w:t>v 2.954047 14.998980 -0.394147</w:t>
        <w:br/>
        <w:t>v 2.939961 15.006517 -0.421576</w:t>
        <w:br/>
        <w:t>v 2.862417 15.156583 -0.339892</w:t>
        <w:br/>
        <w:t>v 2.862417 15.156583 -0.339892</w:t>
        <w:br/>
        <w:t>v 2.980677 14.947536 -0.333969</w:t>
        <w:br/>
        <w:t>v 2.967156 15.034540 -0.416432</w:t>
        <w:br/>
        <w:t>v 2.948248 14.947892 0.352302</w:t>
        <w:br/>
        <w:t>v 2.874810 15.294087 0.224539</w:t>
        <w:br/>
        <w:t>v 2.787211 15.498121 0.429975</w:t>
        <w:br/>
        <w:t>v 2.804874 15.510056 0.433773</w:t>
        <w:br/>
        <w:t>v 2.894854 15.302857 0.225331</w:t>
        <w:br/>
        <w:t>v 2.410688 15.738523 0.463780</w:t>
        <w:br/>
        <w:t>v 2.421655 15.756663 0.472293</w:t>
        <w:br/>
        <w:t>v 2.718102 15.666839 0.483199</w:t>
        <w:br/>
        <w:t>v 2.697244 15.646090 0.480319</w:t>
        <w:br/>
        <w:t>v 3.095325 15.148143 0.109238</w:t>
        <w:br/>
        <w:t>v 3.016937 15.054142 0.217194</w:t>
        <w:br/>
        <w:t>v 3.038988 15.081382 0.227431</w:t>
        <w:br/>
        <w:t>v 3.111836 15.175944 0.122556</w:t>
        <w:br/>
        <w:t>v 3.016937 15.054142 0.217194</w:t>
        <w:br/>
        <w:t>v 3.038988 15.081382 0.227431</w:t>
        <w:br/>
        <w:t>v 3.124722 15.201684 -0.040082</w:t>
        <w:br/>
        <w:t>v 3.140124 15.229038 -0.038573</w:t>
        <w:br/>
        <w:t>v 3.088808 15.183248 -0.199124</w:t>
        <w:br/>
        <w:t>v 3.099086 15.202849 -0.212908</w:t>
        <w:br/>
        <w:t>v 2.681914 15.643832 -0.495336</w:t>
        <w:br/>
        <w:t>v 2.749304 15.504466 -0.453105</w:t>
        <w:br/>
        <w:t>v 2.953197 15.296247 -0.075032</w:t>
        <w:br/>
        <w:t>v 2.942610 15.281519 0.072754</w:t>
        <w:br/>
        <w:t>v 2.948705 15.296877 0.078313</w:t>
        <w:br/>
        <w:t>v 2.959079 15.312416 -0.076491</w:t>
        <w:br/>
        <w:t>v 2.902987 15.214355 -0.293208</w:t>
        <w:br/>
        <w:t>v 2.930748 15.267472 -0.209952</w:t>
        <w:br/>
        <w:t>v 2.935478 15.282207 -0.217988</w:t>
        <w:br/>
        <w:t>v 2.905405 15.226050 -0.306464</w:t>
        <w:br/>
        <w:t>v 2.942610 15.281519 0.072754</w:t>
        <w:br/>
        <w:t>v 2.901501 15.217942 0.183753</w:t>
        <w:br/>
        <w:t>v 2.920077 15.217470 0.214086</w:t>
        <w:br/>
        <w:t>v 2.823576 14.688203 0.079544</w:t>
        <w:br/>
        <w:t>v 2.811757 14.687192 -0.056835</w:t>
        <w:br/>
        <w:t>v 2.869421 14.738545 0.199209</w:t>
        <w:br/>
        <w:t>v 3.056339 15.079663 -0.337691</w:t>
        <w:br/>
        <w:t>v 2.902987 15.214355 -0.293208</w:t>
        <w:br/>
        <w:t>v 2.905405 15.226050 -0.306464</w:t>
        <w:br/>
        <w:t>v 2.842848 15.303133 -0.310287</w:t>
        <w:br/>
        <w:t>v 2.998864 15.090921 -0.322713</w:t>
        <w:br/>
        <w:t>v 3.004164 15.115270 -0.326146</w:t>
        <w:br/>
        <w:t>v 2.998864 15.090921 -0.322713</w:t>
        <w:br/>
        <w:t>v 3.004164 15.115270 -0.326146</w:t>
        <w:br/>
        <w:t>v 2.930748 15.267472 -0.209952</w:t>
        <w:br/>
        <w:t>v 2.935478 15.282207 -0.217988</w:t>
        <w:br/>
        <w:t>v 2.901501 15.217942 0.183753</w:t>
        <w:br/>
        <w:t>v 3.073473 15.049582 0.287063</w:t>
        <w:br/>
        <w:t>v 2.920077 15.217470 0.214086</w:t>
        <w:br/>
        <w:t>v 3.073473 15.049582 0.287063</w:t>
        <w:br/>
        <w:t>v 3.017425 15.024039 0.320849</w:t>
        <w:br/>
        <w:t>v 2.996851 14.973253 -0.332585</w:t>
        <w:br/>
        <w:t>v 2.998886 14.989594 -0.340785</w:t>
        <w:br/>
        <w:t>v 2.939961 15.006517 -0.421576</w:t>
        <w:br/>
        <w:t>v 2.949883 14.960942 0.363458</w:t>
        <w:br/>
        <w:t>v 3.028628 14.950649 0.240808</w:t>
        <w:br/>
        <w:t>v 3.086359 15.260019 -0.036976</w:t>
        <w:br/>
        <w:t>v 2.956583 15.394501 -0.030775</w:t>
        <w:br/>
        <w:t>v 3.015890 15.179051 -0.300830</w:t>
        <w:br/>
        <w:t>v 2.807217 15.836687 -0.334622</w:t>
        <w:br/>
        <w:t>v 2.829000 14.719861 -0.191642</w:t>
        <w:br/>
        <w:t>v 2.874064 14.791543 -0.294605</w:t>
        <w:br/>
        <w:t>v 2.985783 14.995697 -0.359612</w:t>
        <w:br/>
        <w:t>v 3.056339 15.079663 -0.337691</w:t>
        <w:br/>
        <w:t>v 2.949367 15.119755 -0.311465</w:t>
        <w:br/>
        <w:t>v 2.902987 15.214355 -0.293208</w:t>
        <w:br/>
        <w:t>v 2.480676 15.837862 -0.388238</w:t>
        <w:br/>
        <w:t>v 2.395620 14.960028 -0.205073</w:t>
        <w:br/>
        <w:t>v 3.111836 15.175944 0.122556</w:t>
        <w:br/>
        <w:t>v 3.081485 15.214764 0.123890</w:t>
        <w:br/>
        <w:t>v 3.038988 15.081382 0.227431</w:t>
        <w:br/>
        <w:t>v 3.036174 15.168889 0.189249</w:t>
        <w:br/>
        <w:t>v 2.923969 15.336538 0.177893</w:t>
        <w:br/>
        <w:t>v 2.846481 15.538852 0.407438</w:t>
        <w:br/>
        <w:t>v 2.749505 15.711002 0.459807</w:t>
        <w:br/>
        <w:t>v 2.451939 15.799810 0.436991</w:t>
        <w:br/>
        <w:t>v 3.036174 15.168889 0.189249</w:t>
        <w:br/>
        <w:t>v 3.054576 15.244175 -0.208694</w:t>
        <w:br/>
        <w:t>v 3.006944 15.189247 -0.281097</w:t>
        <w:br/>
        <w:t>v 2.884172 15.340248 -0.262798</w:t>
        <w:br/>
        <w:t>v 2.797356 15.545897 -0.416771</w:t>
        <w:br/>
        <w:t>v 2.728311 15.701291 -0.458613</w:t>
        <w:br/>
        <w:t>v 3.015890 15.179051 -0.300830</w:t>
        <w:br/>
        <w:t>v 3.004164 15.115270 -0.326146</w:t>
        <w:br/>
        <w:t>v 3.054576 15.244175 -0.208694</w:t>
        <w:br/>
        <w:t>v 3.070832 15.244155 -0.215083</w:t>
        <w:br/>
        <w:t>v 3.086359 15.260019 -0.036976</w:t>
        <w:br/>
        <w:t>v 2.728311 15.701291 -0.458613</w:t>
        <w:br/>
        <w:t>v 2.730292 15.698677 -0.476547</w:t>
        <w:br/>
        <w:t>v 2.797356 15.545897 -0.416771</w:t>
        <w:br/>
        <w:t>v 2.455617 15.810282 -0.469041</w:t>
        <w:br/>
        <w:t>v 2.884172 15.340248 -0.262798</w:t>
        <w:br/>
        <w:t>v 3.006944 15.189247 -0.281097</w:t>
        <w:br/>
        <w:t>v 3.065632 15.214106 0.116910</w:t>
        <w:br/>
        <w:t>v 3.036174 15.168889 0.189249</w:t>
        <w:br/>
        <w:t>v 3.025764 15.175910 0.168209</w:t>
        <w:br/>
        <w:t>v 2.919960 15.341453 0.162198</w:t>
        <w:br/>
        <w:t>v 2.842810 15.546773 0.392410</w:t>
        <w:br/>
        <w:t>v 2.749505 15.711002 0.459807</w:t>
        <w:br/>
        <w:t>v 2.749653 15.714710 0.442049</w:t>
        <w:br/>
        <w:t>v 3.025764 15.175910 0.168209</w:t>
        <w:br/>
        <w:t>v 3.006944 15.189247 -0.281097</w:t>
        <w:br/>
        <w:t>v 2.427211 15.765590 -0.521812</w:t>
        <w:br/>
        <w:t>v 2.418215 15.750918 -0.511775</w:t>
        <w:br/>
        <w:t>v 2.453450 15.804913 0.421522</w:t>
        <w:br/>
        <w:t>v 2.455617 15.810282 -0.469041</w:t>
        <w:br/>
        <w:t>v 2.998886 14.989594 -0.340785</w:t>
        <w:br/>
        <w:t>v 2.996851 14.973253 -0.332585</w:t>
        <w:br/>
        <w:t>v 2.994517 15.054464 0.236911</w:t>
        <w:br/>
        <w:t>v 3.029952 14.956885 0.264687</w:t>
        <w:br/>
        <w:t>v 3.015152 14.953247 0.284304</w:t>
        <w:br/>
        <w:t>v 2.994517 15.054464 0.236911</w:t>
        <w:br/>
        <w:t>v 2.960936 14.983474 0.370928</w:t>
        <w:br/>
        <w:t>v 3.017425 15.024039 0.320849</w:t>
        <w:br/>
        <w:t>v 2.974277 14.947558 0.320698</w:t>
        <w:br/>
        <w:t>v 2.994517 15.054464 0.236911</w:t>
        <w:br/>
        <w:t>v 3.073473 15.049582 0.287063</w:t>
        <w:br/>
        <w:t>v 2.901501 15.217942 0.183753</w:t>
        <w:br/>
        <w:t>v 3.073473 15.049582 0.287063</w:t>
        <w:br/>
        <w:t>v 2.949883 14.960942 0.363458</w:t>
        <w:br/>
        <w:t>v 3.028628 14.950649 0.240808</w:t>
        <w:br/>
        <w:t>v 2.948248 14.947892 0.352302</w:t>
        <w:br/>
        <w:t>v 2.994517 15.054464 0.236911</w:t>
        <w:br/>
        <w:t>v 2.868489 15.172093 0.250543</w:t>
        <w:br/>
        <w:t>v 2.960936 14.983474 0.370928</w:t>
        <w:br/>
        <w:t>v 2.949367 15.119755 -0.311465</w:t>
        <w:br/>
        <w:t>v 2.954047 14.998980 -0.394147</w:t>
        <w:br/>
        <w:t>v 2.985783 14.995697 -0.359612</w:t>
        <w:br/>
        <w:t>v 2.967156 15.034540 -0.416432</w:t>
        <w:br/>
        <w:t>v 2.939961 15.006517 -0.421576</w:t>
        <w:br/>
        <w:t>v 2.949367 15.119755 -0.311465</w:t>
        <w:br/>
        <w:t>v 3.056339 15.079663 -0.337691</w:t>
        <w:br/>
        <w:t>v 3.013317 15.063471 -0.386400</w:t>
        <w:br/>
        <w:t>v 2.939961 15.006517 -0.421576</w:t>
        <w:br/>
        <w:t>v 2.998886 14.989594 -0.340785</w:t>
        <w:br/>
        <w:t>v 2.996851 14.973253 -0.332585</w:t>
        <w:br/>
        <w:t>v 2.998886 14.989594 -0.340785</w:t>
        <w:br/>
        <w:t>v -2.874799 15.294098 0.224538</w:t>
        <w:br/>
        <w:t>v -2.916876 15.356960 0.121838</w:t>
        <w:br/>
        <w:t>v -3.095314 15.148155 0.109237</w:t>
        <w:br/>
        <w:t>v -3.016927 15.054153 0.217193</w:t>
        <w:br/>
        <w:t>v -3.124711 15.201694 -0.040083</w:t>
        <w:br/>
        <w:t>v -2.935946 15.395233 -0.030311</w:t>
        <w:br/>
        <w:t>v -3.088797 15.183260 -0.199125</w:t>
        <w:br/>
        <w:t>v -2.900765 15.367487 -0.187039</w:t>
        <w:br/>
        <w:t>v -2.571716 15.254053 -0.031091</w:t>
        <w:br/>
        <w:t>v -2.665612 14.860283 0.063714</w:t>
        <w:br/>
        <w:t>v -2.658281 14.853895 -0.036133</w:t>
        <w:br/>
        <w:t>v -2.698175 14.899008 0.147611</w:t>
        <w:br/>
        <w:t>v -2.808322 15.053986 0.173090</w:t>
        <w:br/>
        <w:t>v -2.746388 14.967203 0.194154</w:t>
        <w:br/>
        <w:t>v -2.571716 15.254053 -0.031091</w:t>
        <w:br/>
        <w:t>v -2.854014 15.109325 0.162237</w:t>
        <w:br/>
        <w:t>v -2.953186 15.296257 -0.075033</w:t>
        <w:br/>
        <w:t>v -2.942600 15.281530 0.072752</w:t>
        <w:br/>
        <w:t>v -2.902977 15.214365 -0.293210</w:t>
        <w:br/>
        <w:t>v -2.930737 15.267483 -0.209953</w:t>
        <w:br/>
        <w:t>v -2.571716 15.254053 -0.031091</w:t>
        <w:br/>
        <w:t>v -2.708602 14.930847 -0.212803</w:t>
        <w:br/>
        <w:t>v -2.673702 14.875446 -0.134701</w:t>
        <w:br/>
        <w:t>v -2.949357 15.119764 -0.311466</w:t>
        <w:br/>
        <w:t>v -2.902977 15.214365 -0.293210</w:t>
        <w:br/>
        <w:t>v -2.901490 15.217953 0.183752</w:t>
        <w:br/>
        <w:t>v -2.766385 15.013792 -0.216854</w:t>
        <w:br/>
        <w:t>v -2.823567 14.688213 0.079543</w:t>
        <w:br/>
        <w:t>v -2.811747 14.687201 -0.056836</w:t>
        <w:br/>
        <w:t>v -2.869411 14.738558 0.199208</w:t>
        <w:br/>
        <w:t>v -3.004646 14.924328 0.250530</w:t>
        <w:br/>
        <w:t>v -2.946139 14.840164 0.255349</w:t>
        <w:br/>
        <w:t>v -2.998854 15.090933 -0.322714</w:t>
        <w:br/>
        <w:t>v -2.842837 15.303144 -0.310288</w:t>
        <w:br/>
        <w:t>v -2.943822 14.890602 -0.341768</w:t>
        <w:br/>
        <w:t>v -2.980667 14.947548 -0.333970</w:t>
        <w:br/>
        <w:t>v -2.694591 15.643969 0.476708</w:t>
        <w:br/>
        <w:t>v -2.818654 15.810572 0.135887</w:t>
        <w:br/>
        <w:t>v -2.818249 15.828547 -0.124495</w:t>
        <w:br/>
        <w:t>v -2.819820 15.572500 -0.333026</w:t>
        <w:br/>
        <w:t>v -2.701224 15.422752 -0.467997</w:t>
        <w:br/>
        <w:t>v -2.623758 15.559309 -0.546574</w:t>
        <w:br/>
        <w:t>v -2.766289 15.722578 -0.391443</w:t>
        <w:br/>
        <w:t>v -2.806298 15.575825 0.126882</w:t>
        <w:br/>
        <w:t>v -2.811969 15.505829 0.383466</w:t>
        <w:br/>
        <w:t>v -2.841122 15.285324 0.215646</w:t>
        <w:br/>
        <w:t>v -2.879183 15.358465 0.079016</w:t>
        <w:br/>
        <w:t>v -2.811969 15.505829 0.383466</w:t>
        <w:br/>
        <w:t>v -2.694591 15.643969 0.476708</w:t>
        <w:br/>
        <w:t>v -2.506669 15.378546 0.596083</w:t>
        <w:br/>
        <w:t>v -2.643130 15.062965 0.484228</w:t>
        <w:br/>
        <w:t>v -2.694591 15.643969 0.476708</w:t>
        <w:br/>
        <w:t>v -2.186800 15.156759 0.576551</w:t>
        <w:br/>
        <w:t>v -2.440487 15.306534 -0.610450</w:t>
        <w:br/>
        <w:t>v -2.544004 15.232601 -0.519686</w:t>
        <w:br/>
        <w:t>v -2.704543 15.130760 -0.373812</w:t>
        <w:br/>
        <w:t>v -2.493027 15.015871 -0.390489</w:t>
        <w:br/>
        <w:t>v -2.439611 14.962830 -0.351376</w:t>
        <w:br/>
        <w:t>v -2.603649 14.993870 -0.324777</w:t>
        <w:br/>
        <w:t>v -2.543054 14.908642 -0.200333</w:t>
        <w:br/>
        <w:t>v -2.365193 14.841852 -0.125290</w:t>
        <w:br/>
        <w:t>v -2.526150 14.874565 -0.057201</w:t>
        <w:br/>
        <w:t>v -2.359857 14.826214 -0.082454</w:t>
        <w:br/>
        <w:t>v -2.372192 14.840277 0.113071</w:t>
        <w:br/>
        <w:t>v -2.359857 14.826214 -0.082454</w:t>
        <w:br/>
        <w:t>v -2.526150 14.874565 -0.057201</w:t>
        <w:br/>
        <w:t>v -2.540367 14.883699 0.088560</w:t>
        <w:br/>
        <w:t>v -2.205698 14.936512 0.345962</w:t>
        <w:br/>
        <w:t>v -2.315712 14.934742 0.295216</w:t>
        <w:br/>
        <w:t>v -2.465492 15.043869 0.450800</w:t>
        <w:br/>
        <w:t>v -2.314661 15.103708 0.512814</w:t>
        <w:br/>
        <w:t>v -2.567959 15.029629 0.367229</w:t>
        <w:br/>
        <w:t>v -2.766775 15.184196 0.283294</w:t>
        <w:br/>
        <w:t>v -2.364228 15.354101 -0.632497</w:t>
        <w:br/>
        <w:t>v -1.980299 14.853296 0.164433</w:t>
        <w:br/>
        <w:t>v -2.060833 14.955694 0.392860</w:t>
        <w:br/>
        <w:t>v -1.958261 14.851805 -0.108853</w:t>
        <w:br/>
        <w:t>v -2.208014 14.965031 -0.422924</w:t>
        <w:br/>
        <w:t>v -2.025675 14.949701 -0.380202</w:t>
        <w:br/>
        <w:t>v -2.161432 15.154846 -0.597069</w:t>
        <w:br/>
        <w:t>v -2.288302 15.090372 -0.546889</w:t>
        <w:br/>
        <w:t>v -2.112349 14.822536 -0.106689</w:t>
        <w:br/>
        <w:t>v -1.958261 14.851805 -0.108853</w:t>
        <w:br/>
        <w:t>v -2.140735 14.864771 -0.215287</w:t>
        <w:br/>
        <w:t>v -2.249718 14.833055 0.129496</w:t>
        <w:br/>
        <w:t>v -2.128276 14.832994 0.146814</w:t>
        <w:br/>
        <w:t>v -2.465303 14.974747 0.221808</w:t>
        <w:br/>
        <w:t>v -2.393427 14.871614 0.179136</w:t>
        <w:br/>
        <w:t>v -2.589171 14.949848 0.201069</w:t>
        <w:br/>
        <w:t>v -2.807888 15.581322 -0.083069</w:t>
        <w:br/>
        <w:t>v -2.818249 15.828547 -0.124495</w:t>
        <w:br/>
        <w:t>v -2.818654 15.810572 0.135887</w:t>
        <w:br/>
        <w:t>v -2.694591 15.643969 0.476708</w:t>
        <w:br/>
        <w:t>v -2.385585 15.047068 -0.464375</w:t>
        <w:br/>
        <w:t>v -2.322920 14.973890 -0.401594</w:t>
        <w:br/>
        <w:t>v -2.236633 14.820377 -0.097144</w:t>
        <w:br/>
        <w:t>v -2.260339 14.919683 -0.220355</w:t>
        <w:br/>
        <w:t>v -2.655128 15.050762 0.267699</w:t>
        <w:br/>
        <w:t>v -2.112349 14.822536 -0.106689</w:t>
        <w:br/>
        <w:t>v -2.236633 14.820377 -0.097144</w:t>
        <w:br/>
        <w:t>v -2.933949 15.360327 0.129460</w:t>
        <w:br/>
        <w:t>v -2.928765 15.662949 0.251276</w:t>
        <w:br/>
        <w:t>v -2.840195 15.552069 0.396067</w:t>
        <w:br/>
        <w:t>v -2.919950 15.341463 0.162196</w:t>
        <w:br/>
        <w:t>v -2.749640 15.714722 0.442048</w:t>
        <w:br/>
        <w:t>v -2.823617 15.854408 0.294614</w:t>
        <w:br/>
        <w:t>v -2.871281 15.841232 0.298677</w:t>
        <w:br/>
        <w:t>v -2.948317 15.933006 -0.021934</w:t>
        <w:br/>
        <w:t>v -2.986031 15.832062 -0.024035</w:t>
        <w:br/>
        <w:t>v -2.730280 15.698687 -0.476548</w:t>
        <w:br/>
        <w:t>v -2.696766 15.661758 -0.504694</w:t>
        <w:br/>
        <w:t>v -2.847783 15.820108 -0.338559</w:t>
        <w:br/>
        <w:t>v -2.902219 15.652851 -0.295070</w:t>
        <w:br/>
        <w:t>v -2.985759 15.656843 -0.025419</w:t>
        <w:br/>
        <w:t>v -2.917392 15.371521 -0.195704</w:t>
        <w:br/>
        <w:t>v -3.025753 15.175920 0.168208</w:t>
        <w:br/>
        <w:t>v -3.065621 15.214115 0.116908</w:t>
        <w:br/>
        <w:t>v -3.140114 15.229050 -0.038574</w:t>
        <w:br/>
        <w:t>v -3.099075 15.202860 -0.212909</w:t>
        <w:br/>
        <w:t>v -3.070822 15.244165 -0.215085</w:t>
        <w:br/>
        <w:t>v -3.103545 15.262739 -0.037166</w:t>
        <w:br/>
        <w:t>v -2.881594 15.964075 -0.024827</w:t>
        <w:br/>
        <w:t>v -2.768461 15.512411 -0.459671</w:t>
        <w:br/>
        <w:t>v -2.801601 15.539976 -0.432870</w:t>
        <w:br/>
        <w:t>v -2.867301 15.162495 0.239787</w:t>
        <w:br/>
        <w:t>v -2.841122 15.285324 0.215646</w:t>
        <w:br/>
        <w:t>v -2.948694 15.296888 0.078311</w:t>
        <w:br/>
        <w:t>v -2.959068 15.312428 -0.076492</w:t>
        <w:br/>
        <w:t>v -2.885789 15.373207 -0.075788</w:t>
        <w:br/>
        <w:t>v -2.935467 15.282217 -0.217990</w:t>
        <w:br/>
        <w:t>v -2.905394 15.226061 -0.306465</w:t>
        <w:br/>
        <w:t>v -2.817769 15.267025 -0.304943</w:t>
        <w:br/>
        <w:t>v -2.863203 15.344990 -0.216719</w:t>
        <w:br/>
        <w:t>v -2.891258 15.194681 -0.335693</w:t>
        <w:br/>
        <w:t>v -2.920066 15.217480 0.214085</w:t>
        <w:br/>
        <w:t>v -2.946139 14.840164 0.255349</w:t>
        <w:br/>
        <w:t>v -3.004646 14.924328 0.250530</w:t>
        <w:br/>
        <w:t>v -2.655128 15.050762 0.267699</w:t>
        <w:br/>
        <w:t>v -3.056329 15.079674 -0.337692</w:t>
        <w:br/>
        <w:t>v -3.013307 15.063482 -0.386401</w:t>
        <w:br/>
        <w:t>v -2.943822 14.890602 -0.341768</w:t>
        <w:br/>
        <w:t>v -2.874055 14.791553 -0.294606</w:t>
        <w:br/>
        <w:t>v -2.828990 14.719872 -0.191643</w:t>
        <w:br/>
        <w:t>v -2.811747 14.687201 -0.056836</w:t>
        <w:br/>
        <w:t>v -3.029942 14.956896 0.264686</w:t>
        <w:br/>
        <w:t>v -2.867301 15.162495 0.239787</w:t>
        <w:br/>
        <w:t>v -3.028617 14.950661 0.240807</w:t>
        <w:br/>
        <w:t>v -2.857244 15.311237 -0.314577</w:t>
        <w:br/>
        <w:t>v -2.886821 15.336630 -0.279224</w:t>
        <w:br/>
        <w:t>v -2.766289 15.722578 -0.391443</w:t>
        <w:br/>
        <w:t>v -2.819820 15.572500 -0.333026</w:t>
        <w:br/>
        <w:t>v -2.766289 15.722578 -0.391443</w:t>
        <w:br/>
        <w:t>v -2.935467 15.282217 -0.217990</w:t>
        <w:br/>
        <w:t>v -2.863203 15.344990 -0.216719</w:t>
        <w:br/>
        <w:t>v -2.868479 15.172106 0.250542</w:t>
        <w:br/>
        <w:t>v -2.900155 15.200247 0.241276</w:t>
        <w:br/>
        <w:t>v -2.841122 15.285324 0.215646</w:t>
        <w:br/>
        <w:t>v -2.960926 14.983484 0.370926</w:t>
        <w:br/>
        <w:t>v -2.974267 14.947569 0.320696</w:t>
        <w:br/>
        <w:t>v -2.867301 15.162495 0.239787</w:t>
        <w:br/>
        <w:t>v -3.015143 14.953257 0.284303</w:t>
        <w:br/>
        <w:t>v -3.028617 14.950661 0.240807</w:t>
        <w:br/>
        <w:t>v -2.920066 15.217480 0.214085</w:t>
        <w:br/>
        <w:t>v -2.900155 15.200247 0.241276</w:t>
        <w:br/>
        <w:t>v -2.939950 15.006527 -0.421578</w:t>
        <w:br/>
        <w:t>v -2.954037 14.998991 -0.394148</w:t>
        <w:br/>
        <w:t>v -2.862408 15.156595 -0.339893</w:t>
        <w:br/>
        <w:t>v -2.862408 15.156595 -0.339893</w:t>
        <w:br/>
        <w:t>v -2.980667 14.947548 -0.333970</w:t>
        <w:br/>
        <w:t>v -2.967146 15.034550 -0.416434</w:t>
        <w:br/>
        <w:t>v -2.948239 14.947903 0.352301</w:t>
        <w:br/>
        <w:t>v -2.806442 15.506191 0.431487</w:t>
        <w:br/>
        <w:t>v -2.790230 15.493010 0.425816</w:t>
        <w:br/>
        <w:t>v -2.874799 15.294098 0.224538</w:t>
        <w:br/>
        <w:t>v -2.894843 15.302868 0.225330</w:t>
        <w:br/>
        <w:t>v -2.718090 15.666849 0.483198</w:t>
        <w:br/>
        <w:t>v -2.697232 15.646099 0.480318</w:t>
        <w:br/>
        <w:t>v -3.038978 15.081392 0.227430</w:t>
        <w:br/>
        <w:t>v -3.016927 15.054153 0.217193</w:t>
        <w:br/>
        <w:t>v -3.095314 15.148155 0.109237</w:t>
        <w:br/>
        <w:t>v -3.111825 15.175957 0.122555</w:t>
        <w:br/>
        <w:t>v -3.016927 15.054153 0.217193</w:t>
        <w:br/>
        <w:t>v -3.038978 15.081392 0.227430</w:t>
        <w:br/>
        <w:t>v -3.124711 15.201694 -0.040083</w:t>
        <w:br/>
        <w:t>v -3.140114 15.229050 -0.038574</w:t>
        <w:br/>
        <w:t>v -3.088797 15.183260 -0.199125</w:t>
        <w:br/>
        <w:t>v -3.099075 15.202860 -0.212909</w:t>
        <w:br/>
        <w:t>v -2.749292 15.504477 -0.453106</w:t>
        <w:br/>
        <w:t>v -2.681902 15.643843 -0.495337</w:t>
        <w:br/>
        <w:t>v -2.948694 15.296888 0.078311</w:t>
        <w:br/>
        <w:t>v -2.942600 15.281530 0.072752</w:t>
        <w:br/>
        <w:t>v -2.953186 15.296257 -0.075033</w:t>
        <w:br/>
        <w:t>v -2.959068 15.312428 -0.076492</w:t>
        <w:br/>
        <w:t>v -2.935467 15.282217 -0.217990</w:t>
        <w:br/>
        <w:t>v -2.930737 15.267483 -0.209953</w:t>
        <w:br/>
        <w:t>v -2.902977 15.214365 -0.293210</w:t>
        <w:br/>
        <w:t>v -2.905394 15.226061 -0.306465</w:t>
        <w:br/>
        <w:t>v -2.920066 15.217480 0.214085</w:t>
        <w:br/>
        <w:t>v -2.901490 15.217953 0.183752</w:t>
        <w:br/>
        <w:t>v -2.942600 15.281530 0.072752</w:t>
        <w:br/>
        <w:t>v -2.811747 14.687201 -0.056836</w:t>
        <w:br/>
        <w:t>v -2.823567 14.688213 0.079543</w:t>
        <w:br/>
        <w:t>v -2.869411 14.738558 0.199208</w:t>
        <w:br/>
        <w:t>v -2.902977 15.214365 -0.293210</w:t>
        <w:br/>
        <w:t>v -3.056329 15.079674 -0.337692</w:t>
        <w:br/>
        <w:t>v -2.905394 15.226061 -0.306465</w:t>
        <w:br/>
        <w:t>v -2.842837 15.303144 -0.310288</w:t>
        <w:br/>
        <w:t>v -3.004154 15.115280 -0.326147</w:t>
        <w:br/>
        <w:t>v -2.998854 15.090933 -0.322714</w:t>
        <w:br/>
        <w:t>v -2.998854 15.090933 -0.322714</w:t>
        <w:br/>
        <w:t>v -3.004154 15.115280 -0.326147</w:t>
        <w:br/>
        <w:t>v -2.930737 15.267483 -0.209953</w:t>
        <w:br/>
        <w:t>v -2.935467 15.282217 -0.217990</w:t>
        <w:br/>
        <w:t>v -3.073463 15.049591 0.287062</w:t>
        <w:br/>
        <w:t>v -2.901490 15.217953 0.183752</w:t>
        <w:br/>
        <w:t>v -2.920066 15.217480 0.214085</w:t>
        <w:br/>
        <w:t>v -3.017415 15.024050 0.320847</w:t>
        <w:br/>
        <w:t>v -3.073463 15.049591 0.287062</w:t>
        <w:br/>
        <w:t>v -2.996841 14.973263 -0.332587</w:t>
        <w:br/>
        <w:t>v -2.998876 14.989605 -0.340787</w:t>
        <w:br/>
        <w:t>v -2.939950 15.006527 -0.421578</w:t>
        <w:br/>
        <w:t>v -2.949873 14.960953 0.363456</w:t>
        <w:br/>
        <w:t>v -3.028617 14.950661 0.240807</w:t>
        <w:br/>
        <w:t>v -3.086349 15.260031 -0.036977</w:t>
        <w:br/>
        <w:t>v -2.956572 15.394512 -0.030777</w:t>
        <w:br/>
        <w:t>v -3.015880 15.179062 -0.300831</w:t>
        <w:br/>
        <w:t>v -2.807205 15.836697 -0.334623</w:t>
        <w:br/>
        <w:t>v -2.828990 14.719872 -0.191643</w:t>
        <w:br/>
        <w:t>v -2.874055 14.791553 -0.294606</w:t>
        <w:br/>
        <w:t>v -2.985773 14.995708 -0.359613</w:t>
        <w:br/>
        <w:t>v -2.949357 15.119764 -0.311466</w:t>
        <w:br/>
        <w:t>v -3.056329 15.079674 -0.337692</w:t>
        <w:br/>
        <w:t>v -2.902977 15.214365 -0.293210</w:t>
        <w:br/>
        <w:t>v -2.395610 14.960035 -0.205074</w:t>
        <w:br/>
        <w:t>v -3.111825 15.175957 0.122555</w:t>
        <w:br/>
        <w:t>v -3.081474 15.214775 0.123888</w:t>
        <w:br/>
        <w:t>v -3.038978 15.081392 0.227430</w:t>
        <w:br/>
        <w:t>v -3.036163 15.168900 0.189248</w:t>
        <w:br/>
        <w:t>v -2.923958 15.336548 0.177892</w:t>
        <w:br/>
        <w:t>v -2.844675 15.542656 0.409973</w:t>
        <w:br/>
        <w:t>v -2.749493 15.711012 0.459806</w:t>
        <w:br/>
        <w:t>v -3.036163 15.168900 0.189248</w:t>
        <w:br/>
        <w:t>v -3.054565 15.244184 -0.208696</w:t>
        <w:br/>
        <w:t>v -3.006933 15.189257 -0.281098</w:t>
        <w:br/>
        <w:t>v -2.884161 15.340258 -0.262799</w:t>
        <w:br/>
        <w:t>v -2.797345 15.545908 -0.416772</w:t>
        <w:br/>
        <w:t>v -2.728298 15.701302 -0.458614</w:t>
        <w:br/>
        <w:t>v -3.004154 15.115280 -0.326147</w:t>
        <w:br/>
        <w:t>v -3.015880 15.179062 -0.300831</w:t>
        <w:br/>
        <w:t>v -3.070822 15.244165 -0.215085</w:t>
        <w:br/>
        <w:t>v -3.054565 15.244184 -0.208696</w:t>
        <w:br/>
        <w:t>v -3.086349 15.260031 -0.036977</w:t>
        <w:br/>
        <w:t>v -2.730280 15.698687 -0.476548</w:t>
        <w:br/>
        <w:t>v -2.728298 15.701302 -0.458614</w:t>
        <w:br/>
        <w:t>v -2.797345 15.545908 -0.416772</w:t>
        <w:br/>
        <w:t>v -2.884161 15.340258 -0.262799</w:t>
        <w:br/>
        <w:t>v -3.006933 15.189257 -0.281098</w:t>
        <w:br/>
        <w:t>v -3.065621 15.214115 0.116908</w:t>
        <w:br/>
        <w:t>v -3.036163 15.168900 0.189248</w:t>
        <w:br/>
        <w:t>v -3.025753 15.175920 0.168208</w:t>
        <w:br/>
        <w:t>v -2.919950 15.341463 0.162196</w:t>
        <w:br/>
        <w:t>v -2.840195 15.552069 0.396067</w:t>
        <w:br/>
        <w:t>v -2.749493 15.711012 0.459806</w:t>
        <w:br/>
        <w:t>v -2.749640 15.714722 0.442048</w:t>
        <w:br/>
        <w:t>v -3.025753 15.175920 0.168208</w:t>
        <w:br/>
        <w:t>v -3.006933 15.189257 -0.281098</w:t>
        <w:br/>
        <w:t>v -2.998876 14.989605 -0.340787</w:t>
        <w:br/>
        <w:t>v -2.996841 14.973263 -0.332587</w:t>
        <w:br/>
        <w:t>v -3.029942 14.956896 0.264686</w:t>
        <w:br/>
        <w:t>v -2.994507 15.054476 0.236910</w:t>
        <w:br/>
        <w:t>v -3.015143 14.953257 0.284303</w:t>
        <w:br/>
        <w:t>v -2.960926 14.983484 0.370926</w:t>
        <w:br/>
        <w:t>v -2.994507 15.054476 0.236910</w:t>
        <w:br/>
        <w:t>v -3.017415 15.024050 0.320847</w:t>
        <w:br/>
        <w:t>v -2.974267 14.947569 0.320696</w:t>
        <w:br/>
        <w:t>v -3.073463 15.049591 0.287062</w:t>
        <w:br/>
        <w:t>v -2.994507 15.054476 0.236910</w:t>
        <w:br/>
        <w:t>v -2.901490 15.217953 0.183752</w:t>
        <w:br/>
        <w:t>v -3.073463 15.049591 0.287062</w:t>
        <w:br/>
        <w:t>v -2.949873 14.960953 0.363456</w:t>
        <w:br/>
        <w:t>v -3.028617 14.950661 0.240807</w:t>
        <w:br/>
        <w:t>v -2.948239 14.947903 0.352301</w:t>
        <w:br/>
        <w:t>v -2.994507 15.054476 0.236910</w:t>
        <w:br/>
        <w:t>v -2.868479 15.172106 0.250542</w:t>
        <w:br/>
        <w:t>v -2.960926 14.983484 0.370926</w:t>
        <w:br/>
        <w:t>v -2.954037 14.998991 -0.394148</w:t>
        <w:br/>
        <w:t>v -2.949357 15.119764 -0.311466</w:t>
        <w:br/>
        <w:t>v -2.985773 14.995708 -0.359613</w:t>
        <w:br/>
        <w:t>v -2.967146 15.034550 -0.416434</w:t>
        <w:br/>
        <w:t>v -2.939950 15.006527 -0.421578</w:t>
        <w:br/>
        <w:t>v -3.056329 15.079674 -0.337692</w:t>
        <w:br/>
        <w:t>v -2.949357 15.119764 -0.311466</w:t>
        <w:br/>
        <w:t>v -3.013307 15.063482 -0.386401</w:t>
        <w:br/>
        <w:t>v -2.939950 15.006527 -0.421578</w:t>
        <w:br/>
        <w:t>v -2.998876 14.989605 -0.340787</w:t>
        <w:br/>
        <w:t>v -2.996841 14.973263 -0.332587</w:t>
        <w:br/>
        <w:t>v -2.998876 14.989605 -0.340787</w:t>
        <w:br/>
        <w:t>v -0.729236 17.449440 0.380750</w:t>
        <w:br/>
        <w:t>v -0.676214 17.449440 0.380172</w:t>
        <w:br/>
        <w:t>v -0.676214 17.422573 0.380172</w:t>
        <w:br/>
        <w:t>v -0.698475 17.422577 0.380750</w:t>
        <w:br/>
        <w:t>v -0.698475 17.422577 0.355736</w:t>
        <w:br/>
        <w:t>v -0.698475 17.422577 0.380750</w:t>
        <w:br/>
        <w:t>v -0.676214 17.422573 0.380172</w:t>
        <w:br/>
        <w:t>v -0.676214 17.422573 0.356327</w:t>
        <w:br/>
        <w:t>v -0.729236 17.449440 0.355736</w:t>
        <w:br/>
        <w:t>v -0.698475 17.422577 0.355736</w:t>
        <w:br/>
        <w:t>v -0.676214 17.422573 0.356327</w:t>
        <w:br/>
        <w:t>v -0.676214 17.449440 0.356327</w:t>
        <w:br/>
        <w:t>v -0.729236 17.449440 0.380750</w:t>
        <w:br/>
        <w:t>v -0.729236 17.449440 0.355736</w:t>
        <w:br/>
        <w:t>v -0.676214 17.449440 0.356327</w:t>
        <w:br/>
        <w:t>v -0.676214 17.449440 0.380172</w:t>
        <w:br/>
        <w:t>v -0.698475 17.396217 0.380750</w:t>
        <w:br/>
        <w:t>v -0.729237 17.369354 0.380750</w:t>
        <w:br/>
        <w:t>v -0.698475 17.396217 0.355735</w:t>
        <w:br/>
        <w:t>v -0.698475 17.396217 0.380750</w:t>
        <w:br/>
        <w:t>v -0.698475 17.422577 0.380750</w:t>
        <w:br/>
        <w:t>v -0.698475 17.422577 0.355736</w:t>
        <w:br/>
        <w:t>v -0.729237 17.369354 0.355735</w:t>
        <w:br/>
        <w:t>v -0.698475 17.396217 0.355735</w:t>
        <w:br/>
        <w:t>v -0.676202 17.396214 0.380172</w:t>
        <w:br/>
        <w:t>v -0.676202 17.369354 0.380171</w:t>
        <w:br/>
        <w:t>v -0.676202 17.396214 0.356327</w:t>
        <w:br/>
        <w:t>v -0.676202 17.396214 0.380172</w:t>
        <w:br/>
        <w:t>v -0.698475 17.396217 0.380750</w:t>
        <w:br/>
        <w:t>v -0.698475 17.396217 0.355735</w:t>
        <w:br/>
        <w:t>v -0.676202 17.396214 0.356327</w:t>
        <w:br/>
        <w:t>v -0.676202 17.369354 0.356327</w:t>
        <w:br/>
        <w:t>v -0.676202 17.369354 0.380171</w:t>
        <w:br/>
        <w:t>v -0.676202 17.369354 0.356327</w:t>
        <w:br/>
        <w:t>v -0.729237 17.369354 0.355735</w:t>
        <w:br/>
        <w:t>v -0.729237 17.369354 0.380750</w:t>
        <w:br/>
        <w:t>v -0.676214 17.422573 0.356327</w:t>
        <w:br/>
        <w:t>v -0.676214 17.422573 0.380172</w:t>
        <w:br/>
        <w:t>v -0.676214 17.449440 0.380172</w:t>
        <w:br/>
        <w:t>v -0.676214 17.449440 0.356327</w:t>
        <w:br/>
        <w:t>v -0.676202 17.369354 0.356327</w:t>
        <w:br/>
        <w:t>v -0.676202 17.369354 0.380171</w:t>
        <w:br/>
        <w:t>v -0.676202 17.396214 0.380172</w:t>
        <w:br/>
        <w:t>v -0.676202 17.396214 0.356327</w:t>
        <w:br/>
        <w:t>v -0.773304 17.839375 0.375984</w:t>
        <w:br/>
        <w:t>v -0.794797 17.848732 0.379556</w:t>
        <w:br/>
        <w:t>v -0.791779 17.867207 0.368249</w:t>
        <w:br/>
        <w:t>v -0.768047 17.850780 0.368237</w:t>
        <w:br/>
        <w:t>v -0.794797 17.848732 0.379556</w:t>
        <w:br/>
        <w:t>v -0.773304 17.839375 0.375984</w:t>
        <w:br/>
        <w:t>v -0.777027 17.832935 0.368224</w:t>
        <w:br/>
        <w:t>v -0.797991 17.836029 0.368237</w:t>
        <w:br/>
        <w:t>v -0.794986 17.849613 0.356931</w:t>
        <w:br/>
        <w:t>v -0.797991 17.836029 0.368237</w:t>
        <w:br/>
        <w:t>v -0.777027 17.832935 0.368224</w:t>
        <w:br/>
        <w:t>v -0.775278 17.835503 0.361685</w:t>
        <w:br/>
        <w:t>v -0.771040 17.843788 0.359295</w:t>
        <w:br/>
        <w:t>v -0.768047 17.850780 0.368237</w:t>
        <w:br/>
        <w:t>v -0.791779 17.867207 0.368249</w:t>
        <w:br/>
        <w:t>v -0.794986 17.849613 0.356931</w:t>
        <w:br/>
        <w:t>v -0.823408 17.847977 0.381744</w:t>
        <w:br/>
        <w:t>v -0.818592 17.872250 0.368249</w:t>
        <w:br/>
        <w:t>v -0.813360 17.833576 0.368250</w:t>
        <w:br/>
        <w:t>v -0.823408 17.847977 0.381744</w:t>
        <w:br/>
        <w:t>v -0.824213 17.848721 0.354743</w:t>
        <w:br/>
        <w:t>v -0.813360 17.833576 0.368250</w:t>
        <w:br/>
        <w:t>v -0.818592 17.872250 0.368249</w:t>
        <w:br/>
        <w:t>v -0.824213 17.848721 0.354743</w:t>
        <w:br/>
        <w:t>v -0.847857 17.864414 0.368250</w:t>
        <w:br/>
        <w:t>v -0.847857 17.864414 0.368250</w:t>
        <w:br/>
        <w:t>v -0.845568 17.830860 0.383530</w:t>
        <w:br/>
        <w:t>v -0.870042 17.841057 0.368250</w:t>
        <w:br/>
        <w:t>v -0.845568 17.830860 0.383530</w:t>
        <w:br/>
        <w:t>v -0.823106 17.824322 0.368250</w:t>
        <w:br/>
        <w:t>v -0.846813 17.831112 0.352957</w:t>
        <w:br/>
        <w:t>v -0.823106 17.824322 0.368250</w:t>
        <w:br/>
        <w:t>v -0.870042 17.841057 0.368250</w:t>
        <w:br/>
        <w:t>v -0.846813 17.831112 0.352957</w:t>
        <w:br/>
        <w:t>v -0.846536 17.807293 0.383782</w:t>
        <w:br/>
        <w:t>v -0.875424 17.806690 0.368250</w:t>
        <w:br/>
        <w:t>v -0.822528 17.811443 0.368250</w:t>
        <w:br/>
        <w:t>v -0.846536 17.807293 0.383782</w:t>
        <w:br/>
        <w:t>v -0.845279 17.800526 0.352705</w:t>
        <w:br/>
        <w:t>v -0.822528 17.811443 0.368250</w:t>
        <w:br/>
        <w:t>v -0.875424 17.806690 0.368250</w:t>
        <w:br/>
        <w:t>v -0.845279 17.800526 0.352705</w:t>
        <w:br/>
        <w:t>v -0.821396 17.782326 0.383618</w:t>
        <w:br/>
        <w:t>v -0.859955 17.773586 0.368250</w:t>
        <w:br/>
        <w:t>v -0.859955 17.773586 0.368250</w:t>
        <w:br/>
        <w:t>v -0.814240 17.803017 0.368275</w:t>
        <w:br/>
        <w:t>v -0.821396 17.782326 0.383618</w:t>
        <w:br/>
        <w:t>v -0.814240 17.803017 0.368275</w:t>
        <w:br/>
        <w:t>v -0.809826 17.782642 0.353950</w:t>
        <w:br/>
        <w:t>v -0.830590 17.756847 0.368250</w:t>
        <w:br/>
        <w:t>v -0.809826 17.782642 0.353950</w:t>
        <w:br/>
        <w:t>v -0.799626 17.784908 0.381857</w:t>
        <w:br/>
        <w:t>v -0.804041 17.757313 0.368237</w:t>
        <w:br/>
        <w:t>v -0.830590 17.756847 0.368250</w:t>
        <w:br/>
        <w:t>v -0.799626 17.784908 0.381857</w:t>
        <w:br/>
        <w:t>v -0.802343 17.801533 0.368338</w:t>
        <w:br/>
        <w:t>v -0.802343 17.801533 0.368338</w:t>
        <w:br/>
        <w:t>v -0.804041 17.757313 0.368237</w:t>
        <w:br/>
        <w:t>v -0.785729 17.768860 0.368237</w:t>
        <w:br/>
        <w:t>v -0.785729 17.768860 0.368237</w:t>
        <w:br/>
        <w:t>v -0.785578 17.801708 0.376600</w:t>
        <w:br/>
        <w:t>v -0.776787 17.792076 0.368250</w:t>
        <w:br/>
        <w:t>v -0.791602 17.807281 0.368375</w:t>
        <w:br/>
        <w:t>v -0.785578 17.801708 0.376600</w:t>
        <w:br/>
        <w:t>v -0.791602 17.807281 0.368375</w:t>
        <w:br/>
        <w:t>v -0.786157 17.800701 0.360000</w:t>
        <w:br/>
        <w:t>v -0.776787 17.792076 0.368250</w:t>
        <w:br/>
        <w:t>v -0.786157 17.800701 0.360000</w:t>
        <w:br/>
        <w:t>v -0.782485 17.817539 0.371620</w:t>
        <w:br/>
        <w:t>v -0.778070 17.814548 0.368224</w:t>
        <w:br/>
        <w:t>v -0.785214 17.818649 0.368275</w:t>
        <w:br/>
        <w:t>v -0.782485 17.817539 0.371620</w:t>
        <w:br/>
        <w:t>v -0.785214 17.818649 0.368275</w:t>
        <w:br/>
        <w:t>v -0.782497 17.816235 0.364892</w:t>
        <w:br/>
        <w:t>v -0.778070 17.814548 0.368224</w:t>
        <w:br/>
        <w:t>v -0.782497 17.816235 0.364892</w:t>
        <w:br/>
        <w:t>v -0.781856 17.820599 0.368224</w:t>
        <w:br/>
        <w:t>v -0.781856 17.820599 0.368224</w:t>
        <w:br/>
        <w:t>v -0.781856 17.820599 0.368224</w:t>
        <w:br/>
        <w:t>v -0.781856 17.820599 0.368224</w:t>
        <w:br/>
        <w:t>v -0.723062 17.952061 0.368072</w:t>
        <w:br/>
        <w:t>v -0.723087 17.971378 0.368110</w:t>
        <w:br/>
        <w:t>v -0.745284 17.961708 0.349774</w:t>
        <w:br/>
        <w:t>v -0.767519 17.952110 0.368072</w:t>
        <w:br/>
        <w:t>v -0.745284 17.961708 0.349774</w:t>
        <w:br/>
        <w:t>v -0.767494 17.971405 0.368097</w:t>
        <w:br/>
        <w:t>v -0.767519 17.952110 0.368072</w:t>
        <w:br/>
        <w:t>v -0.767494 17.971405 0.368097</w:t>
        <w:br/>
        <w:t>v -0.761935 17.961456 0.384900</w:t>
        <w:br/>
        <w:t>v -0.723062 17.952061 0.368072</w:t>
        <w:br/>
        <w:t>v -0.728633 17.961430 0.384912</w:t>
        <w:br/>
        <w:t>v -0.723087 17.971378 0.368110</w:t>
        <w:br/>
        <w:t>v -0.730482 17.986809 0.368098</w:t>
        <w:br/>
        <w:t>v -0.745284 17.986206 0.353081</w:t>
        <w:br/>
        <w:t>v -0.760087 17.986786 0.368098</w:t>
        <w:br/>
        <w:t>v -0.760087 17.986786 0.368098</w:t>
        <w:br/>
        <w:t>v -0.745297 17.987087 0.382850</w:t>
        <w:br/>
        <w:t>v -0.745284 17.961342 0.390722</w:t>
        <w:br/>
        <w:t>v -0.730482 17.986809 0.368098</w:t>
        <w:br/>
        <w:t>v -0.745297 17.992947 0.367984</w:t>
        <w:br/>
        <w:t>v -0.745284 17.986206 0.353081</w:t>
        <w:br/>
        <w:t>v -0.745297 17.992947 0.367984</w:t>
        <w:br/>
        <w:t>v -0.745284 17.873093 0.376122</w:t>
        <w:br/>
        <w:t>v -0.753169 17.873093 0.368249</w:t>
        <w:br/>
        <w:t>v -0.737411 17.873093 0.368249</w:t>
        <w:br/>
        <w:t>v -0.745284 17.873093 0.376122</w:t>
        <w:br/>
        <w:t>v -0.737411 17.873093 0.368249</w:t>
        <w:br/>
        <w:t>v -0.753169 17.873093 0.368249</w:t>
        <w:br/>
        <w:t>v -0.745284 17.873093 0.360364</w:t>
        <w:br/>
        <w:t>v -0.745284 17.873093 0.360364</w:t>
        <w:br/>
        <w:t>v -0.745284 18.011204 0.244220</w:t>
        <w:br/>
        <w:t>v -0.745284 17.972656 0.206000</w:t>
        <w:br/>
        <w:t>v -0.717490 18.000450 0.244220</w:t>
        <w:br/>
        <w:t>v -0.773078 18.000450 0.244220</w:t>
        <w:br/>
        <w:t>v -0.773078 17.944862 0.244219</w:t>
        <w:br/>
        <w:t>v -0.783818 17.972656 0.244220</w:t>
        <w:br/>
        <w:t>v -0.745284 17.972656 0.282452</w:t>
        <w:br/>
        <w:t>v -0.773078 18.000450 0.244220</w:t>
        <w:br/>
        <w:t>v -0.745284 17.972656 0.206000</w:t>
        <w:br/>
        <w:t>v -0.783818 17.972656 0.244220</w:t>
        <w:br/>
        <w:t>v -0.773078 17.944862 0.244219</w:t>
        <w:br/>
        <w:t>v -0.745284 18.011204 0.244220</w:t>
        <w:br/>
        <w:t>v -0.717490 18.000450 0.244220</w:t>
        <w:br/>
        <w:t>v -0.706750 17.972656 0.244219</w:t>
        <w:br/>
        <w:t>v -0.717490 17.944862 0.244220</w:t>
        <w:br/>
        <w:t>v -0.745284 17.972656 0.282452</w:t>
        <w:br/>
        <w:t>v -0.717490 17.944862 0.244220</w:t>
        <w:br/>
        <w:t>v -0.706750 17.972656 0.244219</w:t>
        <w:br/>
        <w:t>v -0.745284 17.972656 0.206000</w:t>
        <w:br/>
        <w:t>v -0.745284 17.934124 0.244219</w:t>
        <w:br/>
        <w:t>v -0.745284 17.934124 0.244219</w:t>
        <w:br/>
        <w:t>v -0.745284 17.972656 0.282452</w:t>
        <w:br/>
        <w:t>v -0.079324 18.012094 -1.238441</w:t>
        <w:br/>
        <w:t>v 0.000008 18.030081 -1.297009</w:t>
        <w:br/>
        <w:t>v -0.124637 18.063107 -1.214822</w:t>
        <w:br/>
        <w:t>v -0.140131 18.194130 -1.211074</w:t>
        <w:br/>
        <w:t>v -0.062710 18.118570 -1.241283</w:t>
        <w:br/>
        <w:t>v 0.000009 18.143711 -1.283263</w:t>
        <w:br/>
        <w:t>v -0.069577 18.233809 -1.240541</w:t>
        <w:br/>
        <w:t>v -0.208018 18.281687 -1.141464</w:t>
        <w:br/>
        <w:t>v -0.231913 18.314899 -1.126900</w:t>
        <w:br/>
        <w:t>v -0.241522 18.250082 -1.137339</w:t>
        <w:br/>
        <w:t>v -0.168365 18.286667 -1.155688</w:t>
        <w:br/>
        <w:t>v -0.193744 18.352793 -1.132573</w:t>
        <w:br/>
        <w:t>v -0.130598 18.270531 -1.177106</w:t>
        <w:br/>
        <w:t>v -0.135653 18.365936 -1.150167</w:t>
        <w:br/>
        <w:t>v -0.034992 18.303331 -1.213489</w:t>
        <w:br/>
        <w:t>v -0.120549 18.235657 -1.198423</w:t>
        <w:br/>
        <w:t>v -0.072507 18.345827 -1.181759</w:t>
        <w:br/>
        <w:t>v -0.056334 17.950951 -1.259733</w:t>
        <w:br/>
        <w:t>v 0.000008 17.495392 -1.364520</w:t>
        <w:br/>
        <w:t>v 0.000008 18.030081 -1.297009</w:t>
        <w:br/>
        <w:t>v 0.079341 18.012094 -1.238441</w:t>
        <w:br/>
        <w:t>v 0.124653 18.063107 -1.214822</w:t>
        <w:br/>
        <w:t>v 0.000009 18.143711 -1.283263</w:t>
        <w:br/>
        <w:t>v 0.062727 18.118570 -1.241283</w:t>
        <w:br/>
        <w:t>v 0.140148 18.194130 -1.211074</w:t>
        <w:br/>
        <w:t>v 0.069594 18.233809 -1.240541</w:t>
        <w:br/>
        <w:t>v 0.231931 18.314899 -1.126900</w:t>
        <w:br/>
        <w:t>v 0.208035 18.281687 -1.141464</w:t>
        <w:br/>
        <w:t>v 0.241539 18.250082 -1.137339</w:t>
        <w:br/>
        <w:t>v 0.193761 18.352793 -1.132573</w:t>
        <w:br/>
        <w:t>v 0.168382 18.286667 -1.155688</w:t>
        <w:br/>
        <w:t>v 0.135671 18.365936 -1.150167</w:t>
        <w:br/>
        <w:t>v 0.130615 18.270531 -1.177106</w:t>
        <w:br/>
        <w:t>v 0.120566 18.235657 -1.198423</w:t>
        <w:br/>
        <w:t>v 0.035009 18.303331 -1.213489</w:t>
        <w:br/>
        <w:t>v 0.072524 18.345827 -1.181759</w:t>
        <w:br/>
        <w:t>v 0.000008 17.495392 -1.364520</w:t>
        <w:br/>
        <w:t>v 0.056351 17.950951 -1.259733</w:t>
        <w:br/>
        <w:t>v -0.639276 18.556192 -1.099583</w:t>
        <w:br/>
        <w:t>v -0.571212 18.609655 -1.153209</w:t>
        <w:br/>
        <w:t>v -0.617355 18.803709 -1.143261</w:t>
        <w:br/>
        <w:t>v -0.676489 18.782846 -1.106500</w:t>
        <w:br/>
        <w:t>v -0.553153 18.309141 -1.104740</w:t>
        <w:br/>
        <w:t>v -0.513851 18.398420 -1.168100</w:t>
        <w:br/>
        <w:t>v -0.360985 18.848103 -1.101810</w:t>
        <w:br/>
        <w:t>v -0.504318 18.837276 -1.132320</w:t>
        <w:br/>
        <w:t>v -0.379195 18.674122 -1.143337</w:t>
        <w:br/>
        <w:t>v 0.000009 18.772182 -1.054649</w:t>
        <w:br/>
        <w:t>v -0.191480 18.825932 -1.066508</w:t>
        <w:br/>
        <w:t>v -0.153323 18.710907 -1.095962</w:t>
        <w:br/>
        <w:t>v -0.225185 18.509949 -1.137615</w:t>
        <w:br/>
        <w:t>v -0.386515 18.469805 -1.175055</w:t>
        <w:br/>
        <w:t>v -0.623379 18.548170 -1.023294</w:t>
        <w:br/>
        <w:t>v -0.639276 18.556192 -1.099583</w:t>
        <w:br/>
        <w:t>v -0.676489 18.782846 -1.106500</w:t>
        <w:br/>
        <w:t>v -0.667510 18.796654 -1.032022</w:t>
        <w:br/>
        <w:t>v -0.504973 18.277660 -1.024716</w:t>
        <w:br/>
        <w:t>v -0.553153 18.309141 -1.104740</w:t>
        <w:br/>
        <w:t>v -0.623379 18.548170 -1.023294</w:t>
        <w:br/>
        <w:t>v -0.556686 18.829756 -0.958085</w:t>
        <w:br/>
        <w:t>v -0.417264 18.616875 -0.972675</w:t>
        <w:br/>
        <w:t>v -0.355200 18.313015 -0.990018</w:t>
        <w:br/>
        <w:t>v -0.209263 18.428593 -1.015486</w:t>
        <w:br/>
        <w:t>v -0.194322 18.814289 -1.001098</w:t>
        <w:br/>
        <w:t>v -0.089133 18.557449 -1.036048</w:t>
        <w:br/>
        <w:t>v 0.000009 18.772331 -1.046034</w:t>
        <w:br/>
        <w:t>v 0.000009 18.624294 -1.065880</w:t>
        <w:br/>
        <w:t>v -0.083524 18.565563 -1.107759</w:t>
        <w:br/>
        <w:t>v 0.000009 18.624294 -1.065880</w:t>
        <w:br/>
        <w:t>v -0.676489 18.782846 -1.106500</w:t>
        <w:br/>
        <w:t>v -0.617355 18.803709 -1.143261</w:t>
        <w:br/>
        <w:t>v -0.613695 18.805117 -1.120120</w:t>
        <w:br/>
        <w:t>v -0.656556 18.788252 -1.097545</w:t>
        <w:br/>
        <w:t>v -0.504318 18.837276 -1.132320</w:t>
        <w:br/>
        <w:t>v -0.360985 18.848103 -1.101810</w:t>
        <w:br/>
        <w:t>v -0.364003 18.841640 -1.079461</w:t>
        <w:br/>
        <w:t>v -0.506406 18.834421 -1.109091</w:t>
        <w:br/>
        <w:t>v -0.191480 18.825932 -1.066508</w:t>
        <w:br/>
        <w:t>v -0.196385 18.816250 -1.046046</w:t>
        <w:br/>
        <w:t>v -0.225185 18.509949 -1.137615</w:t>
        <w:br/>
        <w:t>v -0.386515 18.469805 -1.175055</w:t>
        <w:br/>
        <w:t>v -0.430721 18.506338 -1.069853</w:t>
        <w:br/>
        <w:t>v -0.283187 18.569237 -1.071174</w:t>
        <w:br/>
        <w:t>v -0.513851 18.398420 -1.168100</w:t>
        <w:br/>
        <w:t>v -0.553153 18.309141 -1.104740</w:t>
        <w:br/>
        <w:t>v -0.667510 18.796654 -1.032022</w:t>
        <w:br/>
        <w:t>v -0.650054 18.801886 -1.046585</w:t>
        <w:br/>
        <w:t>v -0.504973 18.277660 -1.024716</w:t>
        <w:br/>
        <w:t>v -0.430721 18.506338 -1.069853</w:t>
        <w:br/>
        <w:t>v -0.556686 18.829756 -0.958085</w:t>
        <w:br/>
        <w:t>v -0.552511 18.835943 -0.980434</w:t>
        <w:br/>
        <w:t>v -0.355200 18.313015 -0.990018</w:t>
        <w:br/>
        <w:t>v -0.209263 18.428593 -1.015486</w:t>
        <w:br/>
        <w:t>v -0.283187 18.569237 -1.071174</w:t>
        <w:br/>
        <w:t>v -0.380516 18.838787 -0.950326</w:t>
        <w:br/>
        <w:t>v -0.382365 18.847702 -0.972071</w:t>
        <w:br/>
        <w:t>v -0.194322 18.814289 -1.001098</w:t>
        <w:br/>
        <w:t>v -0.195718 18.825417 -1.021799</w:t>
        <w:br/>
        <w:t>v -0.089133 18.557449 -1.036048</w:t>
        <w:br/>
        <w:t>v 0.000009 18.624294 -1.065880</w:t>
        <w:br/>
        <w:t>v 0.000009 18.772331 -1.046034</w:t>
        <w:br/>
        <w:t>v -0.354835 18.757656 -1.055792</w:t>
        <w:br/>
        <w:t>v -0.196385 18.816250 -1.046046</w:t>
        <w:br/>
        <w:t>v 0.000009 18.772182 -1.054649</w:t>
        <w:br/>
        <w:t>v -0.083524 18.565563 -1.107759</w:t>
        <w:br/>
        <w:t>v 0.000009 18.624294 -1.065880</w:t>
        <w:br/>
        <w:t>v -0.503740 18.732073 -1.063602</w:t>
        <w:br/>
        <w:t>v -0.503740 18.732073 -1.063602</w:t>
        <w:br/>
        <w:t>v -0.552511 18.835943 -0.980434</w:t>
        <w:br/>
        <w:t>v -0.506406 18.834421 -1.109091</w:t>
        <w:br/>
        <w:t>v -0.195718 18.825417 -1.021799</w:t>
        <w:br/>
        <w:t>v -0.382365 18.847702 -0.972071</w:t>
        <w:br/>
        <w:t>v -0.354835 18.757656 -1.055792</w:t>
        <w:br/>
        <w:t>v 0.000009 18.772331 -1.046034</w:t>
        <w:br/>
        <w:t>v -0.380516 18.838787 -0.950326</w:t>
        <w:br/>
        <w:t>v 0.000009 18.772182 -1.054649</w:t>
        <w:br/>
        <w:t>v -0.504973 18.277660 -1.024716</w:t>
        <w:br/>
        <w:t>v 0.617375 18.803707 -1.143261</w:t>
        <w:br/>
        <w:t>v 0.571231 18.609653 -1.153209</w:t>
        <w:br/>
        <w:t>v 0.639295 18.556190 -1.099583</w:t>
        <w:br/>
        <w:t>v 0.676509 18.782845 -1.106500</w:t>
        <w:br/>
        <w:t>v 0.513870 18.398418 -1.168100</w:t>
        <w:br/>
        <w:t>v 0.553171 18.309139 -1.104740</w:t>
        <w:br/>
        <w:t>v 0.504337 18.837275 -1.132320</w:t>
        <w:br/>
        <w:t>v 0.361003 18.848101 -1.101810</w:t>
        <w:br/>
        <w:t>v 0.379214 18.674120 -1.143337</w:t>
        <w:br/>
        <w:t>v 0.191498 18.825932 -1.066508</w:t>
        <w:br/>
        <w:t>v 0.000009 18.772182 -1.054649</w:t>
        <w:br/>
        <w:t>v 0.153341 18.710907 -1.095962</w:t>
        <w:br/>
        <w:t>v 0.225203 18.509947 -1.137615</w:t>
        <w:br/>
        <w:t>v 0.386533 18.469805 -1.175055</w:t>
        <w:br/>
        <w:t>v 0.676509 18.782845 -1.106500</w:t>
        <w:br/>
        <w:t>v 0.639295 18.556190 -1.099583</w:t>
        <w:br/>
        <w:t>v 0.623399 18.548168 -1.023294</w:t>
        <w:br/>
        <w:t>v 0.667530 18.796650 -1.032022</w:t>
        <w:br/>
        <w:t>v 0.553171 18.309139 -1.104740</w:t>
        <w:br/>
        <w:t>v 0.504991 18.277657 -1.024716</w:t>
        <w:br/>
        <w:t>v 0.556706 18.829756 -0.958086</w:t>
        <w:br/>
        <w:t>v 0.623399 18.548168 -1.023294</w:t>
        <w:br/>
        <w:t>v 0.417283 18.616873 -0.972675</w:t>
        <w:br/>
        <w:t>v 0.355218 18.313013 -0.990018</w:t>
        <w:br/>
        <w:t>v 0.209281 18.428591 -1.015486</w:t>
        <w:br/>
        <w:t>v 0.194340 18.814289 -1.001098</w:t>
        <w:br/>
        <w:t>v 0.089150 18.557449 -1.036048</w:t>
        <w:br/>
        <w:t>v 0.000009 18.624294 -1.065880</w:t>
        <w:br/>
        <w:t>v 0.000009 18.772331 -1.046034</w:t>
        <w:br/>
        <w:t>v 0.000009 18.624294 -1.065880</w:t>
        <w:br/>
        <w:t>v 0.083541 18.565563 -1.107759</w:t>
        <w:br/>
        <w:t>v 0.613715 18.805115 -1.120120</w:t>
        <w:br/>
        <w:t>v 0.617375 18.803707 -1.143261</w:t>
        <w:br/>
        <w:t>v 0.676509 18.782845 -1.106500</w:t>
        <w:br/>
        <w:t>v 0.656575 18.788250 -1.097545</w:t>
        <w:br/>
        <w:t>v 0.364022 18.841639 -1.079461</w:t>
        <w:br/>
        <w:t>v 0.361003 18.848101 -1.101810</w:t>
        <w:br/>
        <w:t>v 0.504337 18.837275 -1.132320</w:t>
        <w:br/>
        <w:t>v 0.506425 18.834421 -1.109091</w:t>
        <w:br/>
        <w:t>v 0.196403 18.816250 -1.046046</w:t>
        <w:br/>
        <w:t>v 0.191498 18.825932 -1.066508</w:t>
        <w:br/>
        <w:t>v 0.225203 18.509947 -1.137615</w:t>
        <w:br/>
        <w:t>v 0.283205 18.569235 -1.071174</w:t>
        <w:br/>
        <w:t>v 0.430740 18.506338 -1.069853</w:t>
        <w:br/>
        <w:t>v 0.386533 18.469805 -1.175055</w:t>
        <w:br/>
        <w:t>v 0.513870 18.398418 -1.168100</w:t>
        <w:br/>
        <w:t>v 0.553171 18.309139 -1.104740</w:t>
        <w:br/>
        <w:t>v 0.667530 18.796650 -1.032022</w:t>
        <w:br/>
        <w:t>v 0.650073 18.801884 -1.046586</w:t>
        <w:br/>
        <w:t>v 0.430740 18.506338 -1.069853</w:t>
        <w:br/>
        <w:t>v 0.504991 18.277657 -1.024716</w:t>
        <w:br/>
        <w:t>v 0.556706 18.829756 -0.958086</w:t>
        <w:br/>
        <w:t>v 0.552530 18.835943 -0.980434</w:t>
        <w:br/>
        <w:t>v 0.355218 18.313013 -0.990018</w:t>
        <w:br/>
        <w:t>v 0.283205 18.569235 -1.071174</w:t>
        <w:br/>
        <w:t>v 0.209281 18.428591 -1.015486</w:t>
        <w:br/>
        <w:t>v 0.380535 18.838785 -0.950326</w:t>
        <w:br/>
        <w:t>v 0.382383 18.847700 -0.972071</w:t>
        <w:br/>
        <w:t>v 0.194340 18.814289 -1.001098</w:t>
        <w:br/>
        <w:t>v 0.195736 18.825417 -1.021799</w:t>
        <w:br/>
        <w:t>v 0.000009 18.624294 -1.065880</w:t>
        <w:br/>
        <w:t>v 0.089150 18.557449 -1.036048</w:t>
        <w:br/>
        <w:t>v 0.000009 18.772331 -1.046034</w:t>
        <w:br/>
        <w:t>v 0.196403 18.816250 -1.046046</w:t>
        <w:br/>
        <w:t>v 0.354853 18.757654 -1.055793</w:t>
        <w:br/>
        <w:t>v 0.000009 18.772182 -1.054649</w:t>
        <w:br/>
        <w:t>v 0.083541 18.565563 -1.107759</w:t>
        <w:br/>
        <w:t>v 0.000009 18.624294 -1.065880</w:t>
        <w:br/>
        <w:t>v 0.503759 18.732073 -1.063602</w:t>
        <w:br/>
        <w:t>v 0.503759 18.732073 -1.063602</w:t>
        <w:br/>
        <w:t>v 0.552530 18.835943 -0.980434</w:t>
        <w:br/>
        <w:t>v 0.506425 18.834421 -1.109091</w:t>
        <w:br/>
        <w:t>v 0.382383 18.847700 -0.972071</w:t>
        <w:br/>
        <w:t>v 0.195736 18.825417 -1.021799</w:t>
        <w:br/>
        <w:t>v 0.354853 18.757654 -1.055793</w:t>
        <w:br/>
        <w:t>v 0.000009 18.772331 -1.046034</w:t>
        <w:br/>
        <w:t>v 0.380535 18.838785 -0.950326</w:t>
        <w:br/>
        <w:t>v 0.000009 18.772182 -1.054649</w:t>
        <w:br/>
        <w:t>v 0.504991 18.277657 -1.024716</w:t>
        <w:br/>
        <w:t>v 0.063256 18.441257 -1.193367</w:t>
        <w:br/>
        <w:t>v 0.000009 18.415071 -1.194121</w:t>
        <w:br/>
        <w:t>v 0.000009 18.503853 -1.170226</w:t>
        <w:br/>
        <w:t>v 0.089440 18.504467 -1.191531</w:t>
        <w:br/>
        <w:t>v 0.063256 18.567677 -1.189695</w:t>
        <w:br/>
        <w:t>v 0.000009 18.593861 -1.188940</w:t>
        <w:br/>
        <w:t>v 0.063256 18.441257 -1.193367</w:t>
        <w:br/>
        <w:t>v 0.048503 18.449493 -1.214445</w:t>
        <w:br/>
        <w:t>v 0.000009 18.428593 -1.215049</w:t>
        <w:br/>
        <w:t>v 0.000009 18.415071 -1.194121</w:t>
        <w:br/>
        <w:t>v 0.089440 18.504467 -1.191531</w:t>
        <w:br/>
        <w:t>v 0.071732 18.505081 -1.212835</w:t>
        <w:br/>
        <w:t>v 0.063256 18.567677 -1.189695</w:t>
        <w:br/>
        <w:t>v 0.053207 18.560669 -1.211238</w:t>
        <w:br/>
        <w:t>v 0.000009 18.593861 -1.188940</w:t>
        <w:br/>
        <w:t>v 0.000009 18.581573 -1.210634</w:t>
        <w:br/>
        <w:t>v 0.000009 18.428593 -1.215049</w:t>
        <w:br/>
        <w:t>v 0.000009 18.581573 -1.210634</w:t>
        <w:br/>
        <w:t>v 0.000009 18.415071 -1.194121</w:t>
        <w:br/>
        <w:t>v -0.063238 18.441257 -1.193367</w:t>
        <w:br/>
        <w:t>v 0.000009 18.503853 -1.170226</w:t>
        <w:br/>
        <w:t>v -0.089422 18.504467 -1.191531</w:t>
        <w:br/>
        <w:t>v -0.063238 18.567677 -1.189695</w:t>
        <w:br/>
        <w:t>v 0.000009 18.593861 -1.188940</w:t>
        <w:br/>
        <w:t>v 0.000009 18.428593 -1.215049</w:t>
        <w:br/>
        <w:t>v -0.048486 18.449493 -1.214445</w:t>
        <w:br/>
        <w:t>v -0.063238 18.441257 -1.193367</w:t>
        <w:br/>
        <w:t>v 0.000009 18.415071 -1.194121</w:t>
        <w:br/>
        <w:t>v -0.071715 18.505081 -1.212835</w:t>
        <w:br/>
        <w:t>v -0.089422 18.504467 -1.191531</w:t>
        <w:br/>
        <w:t>v -0.053190 18.560669 -1.211238</w:t>
        <w:br/>
        <w:t>v -0.063238 18.567677 -1.189695</w:t>
        <w:br/>
        <w:t>v 0.000009 18.581573 -1.210634</w:t>
        <w:br/>
        <w:t>v 0.000009 18.593861 -1.188940</w:t>
        <w:br/>
        <w:t>v 0.000009 18.581573 -1.210634</w:t>
        <w:br/>
        <w:t>v -1.340752 18.654150 0.146665</w:t>
        <w:br/>
        <w:t>v -1.363402 18.531858 0.113388</w:t>
        <w:br/>
        <w:t>v -1.266815 18.502504 0.156475</w:t>
        <w:br/>
        <w:t>v -1.258728 18.628784 0.181980</w:t>
        <w:br/>
        <w:t>v -1.312115 18.767326 0.180207</w:t>
        <w:br/>
        <w:t>v -1.252050 18.746250 0.211560</w:t>
        <w:br/>
        <w:t>v -1.334828 18.643248 0.180735</w:t>
        <w:br/>
        <w:t>v -1.279178 18.626610 0.199474</w:t>
        <w:br/>
        <w:t>v -1.284108 18.500921 0.171466</w:t>
        <w:br/>
        <w:t>v -1.357780 18.517618 0.155003</w:t>
        <w:br/>
        <w:t>v -1.307714 18.759857 0.201901</w:t>
        <w:br/>
        <w:t>v -1.268312 18.744137 0.225067</w:t>
        <w:br/>
        <w:t>v -1.281064 18.865223 0.217949</w:t>
        <w:br/>
        <w:t>v -1.250063 18.481943 0.204467</w:t>
        <w:br/>
        <w:t>v -1.219326 18.601721 0.273297</w:t>
        <w:br/>
        <w:t>v -1.222269 18.457571 0.261199</w:t>
        <w:br/>
        <w:t>v -1.222269 18.457571 0.261199</w:t>
        <w:br/>
        <w:t>v -1.219326 18.601721 0.273297</w:t>
        <w:br/>
        <w:t>v -1.222823 18.732052 0.278680</w:t>
        <w:br/>
        <w:t>v -1.340752 18.654150 0.146665</w:t>
        <w:br/>
        <w:t>v -1.312115 18.767326 0.180207</w:t>
        <w:br/>
        <w:t>v -1.357780 18.517618 0.155003</w:t>
        <w:br/>
        <w:t>v -1.363402 18.531858 0.113388</w:t>
        <w:br/>
        <w:t>v -1.359352 18.393036 0.150589</w:t>
        <w:br/>
        <w:t>v -1.355492 18.375381 0.140918</w:t>
        <w:br/>
        <w:t>v -1.377500 18.411224 0.083947</w:t>
        <w:br/>
        <w:t>v -1.355492 18.375381 0.140918</w:t>
        <w:br/>
        <w:t>v -1.279844 18.399603 0.139660</w:t>
        <w:br/>
        <w:t>v -1.276574 18.380360 0.126933</w:t>
        <w:br/>
        <w:t>v -1.355492 18.375381 0.140918</w:t>
        <w:br/>
        <w:t>v -1.359352 18.393036 0.150589</w:t>
        <w:br/>
        <w:t>v -1.238380 18.846786 0.271424</w:t>
        <w:br/>
        <w:t>v -1.281064 18.865223 0.217949</w:t>
        <w:br/>
        <w:t>v -1.255157 18.373470 0.188218</w:t>
        <w:br/>
        <w:t>v -1.232532 18.333992 0.239592</w:t>
        <w:br/>
        <w:t>v -1.222823 18.732052 0.278680</w:t>
        <w:br/>
        <w:t>v -1.238380 18.846786 0.271424</w:t>
        <w:br/>
        <w:t>v -1.276574 18.380360 0.126933</w:t>
        <w:br/>
        <w:t>v -1.252025 18.353436 0.181288</w:t>
        <w:br/>
        <w:t>v -1.252025 18.353436 0.181288</w:t>
        <w:br/>
        <w:t>v -1.276574 18.380360 0.126933</w:t>
        <w:br/>
        <w:t>v -1.279844 18.399603 0.139660</w:t>
        <w:br/>
        <w:t>v -1.276574 18.380360 0.126933</w:t>
        <w:br/>
        <w:t>v -1.377500 18.411224 0.083947</w:t>
        <w:br/>
        <w:t>v -1.355492 18.375381 0.140918</w:t>
        <w:br/>
        <w:t>v -1.232532 18.333992 0.239592</w:t>
        <w:br/>
        <w:t>v -0.168928 20.383480 0.278645</w:t>
        <w:br/>
        <w:t>v -0.266836 20.368198 0.278079</w:t>
        <w:br/>
        <w:t>v -0.251216 20.153664 0.492092</w:t>
        <w:br/>
        <w:t>v -1.074043 19.397758 0.604650</w:t>
        <w:br/>
        <w:t>v -1.155940 19.408951 0.560582</w:t>
        <w:br/>
        <w:t>v -1.094253 19.380074 0.417299</w:t>
        <w:br/>
        <w:t>v -0.787300 19.837833 0.568493</w:t>
        <w:br/>
        <w:t>v -0.819105 19.881447 0.725045</w:t>
        <w:br/>
        <w:t>v -0.640457 20.017254 0.730780</w:t>
        <w:br/>
        <w:t>v -0.606174 19.968925 0.601029</w:t>
        <w:br/>
        <w:t>v 0.000011 20.114033 0.658390</w:t>
        <w:br/>
        <w:t>v -0.240375 20.097950 0.658755</w:t>
        <w:br/>
        <w:t>v -0.188208 20.179230 0.779614</w:t>
        <w:br/>
        <w:t>v -1.171586 19.279438 0.236198</w:t>
        <w:br/>
        <w:t>v -1.135013 19.239494 0.386826</w:t>
        <w:br/>
        <w:t>v -1.094253 19.380074 0.417299</w:t>
        <w:br/>
        <w:t>v -1.140283 19.407593 0.254635</w:t>
        <w:br/>
        <w:t>v -1.020517 19.553089 0.453330</w:t>
        <w:br/>
        <w:t>v -1.053606 19.592693 0.315115</w:t>
        <w:br/>
        <w:t>v -0.900035 19.723045 0.526639</w:t>
        <w:br/>
        <w:t>v -0.926005 19.774372 0.358731</w:t>
        <w:br/>
        <w:t>v -0.787300 19.837833 0.568493</w:t>
        <w:br/>
        <w:t>v -0.813584 19.893005 0.387883</w:t>
        <w:br/>
        <w:t>v -0.606174 19.968925 0.601029</w:t>
        <w:br/>
        <w:t>v -0.615518 20.024014 0.452702</w:t>
        <w:br/>
        <w:t>v -0.392701 20.058823 0.644858</w:t>
        <w:br/>
        <w:t>v -0.389645 20.121353 0.478446</w:t>
        <w:br/>
        <w:t>v -0.240375 20.097950 0.658755</w:t>
        <w:br/>
        <w:t>v -0.251216 20.153664 0.492092</w:t>
        <w:br/>
        <w:t>v 0.000011 20.114033 0.658390</w:t>
        <w:br/>
        <w:t>v 0.000011 20.168503 0.505611</w:t>
        <w:br/>
        <w:t>v -0.389645 20.121353 0.478446</w:t>
        <w:br/>
        <w:t>v -0.567262 20.291313 0.282078</w:t>
        <w:br/>
        <w:t>v -0.615518 20.024014 0.452702</w:t>
        <w:br/>
        <w:t>v -0.266836 20.368198 0.278079</w:t>
        <w:br/>
        <w:t>v -0.256536 20.353012 0.256334</w:t>
        <w:br/>
        <w:t>v -0.251216 20.153664 0.492092</w:t>
        <w:br/>
        <w:t>v -0.256536 20.353012 0.256334</w:t>
        <w:br/>
        <w:t>v -0.355412 20.261555 0.238174</w:t>
        <w:br/>
        <w:t>v -0.483918 20.275478 0.253605</w:t>
        <w:br/>
        <w:t>v -0.471945 20.313812 0.307520</w:t>
        <w:br/>
        <w:t>v -0.389645 20.121353 0.478446</w:t>
        <w:br/>
        <w:t>v -1.022579 19.841919 0.145699</w:t>
        <w:br/>
        <w:t>v -1.035847 19.876568 0.197199</w:t>
        <w:br/>
        <w:t>v -0.926005 19.774372 0.358731</w:t>
        <w:br/>
        <w:t>v -1.035847 19.876568 0.197199</w:t>
        <w:br/>
        <w:t>v -1.091121 19.838951 0.169581</w:t>
        <w:br/>
        <w:t>v -0.926005 19.774372 0.358731</w:t>
        <w:br/>
        <w:t>v -0.813584 19.893005 0.387883</w:t>
        <w:br/>
        <w:t>v -0.897695 20.020805 0.224151</w:t>
        <w:br/>
        <w:t>v -0.858469 20.010895 0.183340</w:t>
        <w:br/>
        <w:t>v -0.813584 19.893005 0.387883</w:t>
        <w:br/>
        <w:t>v -0.912686 19.895824 0.143397</w:t>
        <w:br/>
        <w:t>v -1.171586 19.279438 0.236198</w:t>
        <w:br/>
        <w:t>v -1.342223 19.239910 0.082011</w:t>
        <w:br/>
        <w:t>v -1.319195 19.139214 0.095253</w:t>
        <w:br/>
        <w:t>v -1.207743 19.221073 0.516816</w:t>
        <w:br/>
        <w:t>v -1.135013 19.239494 0.386826</w:t>
        <w:br/>
        <w:t>v -1.211076 19.063290 0.392019</w:t>
        <w:br/>
        <w:t>v -1.176843 19.034286 0.308361</w:t>
        <w:br/>
        <w:t>v -1.331809 19.307888 0.079131</w:t>
        <w:br/>
        <w:t>v -1.171586 19.279438 0.236198</w:t>
        <w:br/>
        <w:t>v -1.305826 19.291359 0.056116</w:t>
        <w:br/>
        <w:t>v -1.285679 19.461544 0.111075</w:t>
        <w:br/>
        <w:t>v -1.259608 19.470436 0.088324</w:t>
        <w:br/>
        <w:t>v -1.140283 19.407593 0.254635</w:t>
        <w:br/>
        <w:t>v -1.140283 19.407593 0.254635</w:t>
        <w:br/>
        <w:t>v -1.259608 19.470436 0.088324</w:t>
        <w:br/>
        <w:t>v -1.261306 19.374493 0.062580</w:t>
        <w:br/>
        <w:t>v -1.209001 18.968437 0.164134</w:t>
        <w:br/>
        <w:t>v -1.243108 19.088604 0.156677</w:t>
        <w:br/>
        <w:t>v -1.331809 19.307888 0.079131</w:t>
        <w:br/>
        <w:t>v -1.147490 19.034676 0.341487</w:t>
        <w:br/>
        <w:t>v -1.211076 19.063290 0.392019</w:t>
        <w:br/>
        <w:t>v -1.176843 19.034286 0.308361</w:t>
        <w:br/>
        <w:t>v -0.217624 20.107567 0.822512</w:t>
        <w:br/>
        <w:t>v -0.245003 20.159595 0.797410</w:t>
        <w:br/>
        <w:t>v -0.240375 20.097950 0.658755</w:t>
        <w:br/>
        <w:t>v -0.392701 20.058823 0.644858</w:t>
        <w:br/>
        <w:t>v -0.309231 20.029217 0.816111</w:t>
        <w:br/>
        <w:t>v -0.392701 20.058823 0.644858</w:t>
        <w:br/>
        <w:t>v -0.426456 20.106575 0.799020</w:t>
        <w:br/>
        <w:t>v -0.431034 20.066391 0.810087</w:t>
        <w:br/>
        <w:t>v -1.107257 19.590794 0.573687</w:t>
        <w:br/>
        <w:t>v -0.960854 19.746250 0.669218</w:t>
        <w:br/>
        <w:t>v -0.900035 19.723045 0.526639</w:t>
        <w:br/>
        <w:t>v -1.020517 19.553089 0.453330</w:t>
        <w:br/>
        <w:t>v -0.766272 19.862743 0.763290</w:t>
        <w:br/>
        <w:t>v -0.819105 19.881447 0.725045</w:t>
        <w:br/>
        <w:t>v -0.787300 19.837833 0.568493</w:t>
        <w:br/>
        <w:t>v -0.809007 19.724945 0.723699</w:t>
        <w:br/>
        <w:t>v -0.900035 19.723045 0.526639</w:t>
        <w:br/>
        <w:t>v -0.960854 19.746250 0.669218</w:t>
        <w:br/>
        <w:t>v -0.938670 19.677242 0.692962</w:t>
        <w:br/>
        <w:t>v -1.207743 19.221073 0.516816</w:t>
        <w:br/>
        <w:t>v -1.143440 19.165096 0.554608</w:t>
        <w:br/>
        <w:t>v -1.135013 19.239494 0.386826</w:t>
        <w:br/>
        <w:t>v -1.056147 19.264801 0.575938</w:t>
        <w:br/>
        <w:t>v -1.094253 19.380074 0.417299</w:t>
        <w:br/>
        <w:t>v -1.184162 18.972034 0.274543</w:t>
        <w:br/>
        <w:t>v -1.151526 18.985428 0.291081</w:t>
        <w:br/>
        <w:t>v -0.831971 20.116665 0.231433</w:t>
        <w:br/>
        <w:t>v -1.053606 19.592693 0.315115</w:t>
        <w:br/>
        <w:t>v -1.260828 19.580143 0.135474</w:t>
        <w:br/>
        <w:t>v -0.283097 20.164654 0.538436</w:t>
        <w:br/>
        <w:t>v -0.297950 20.382446 0.300364</w:t>
        <w:br/>
        <w:t>v -0.172613 20.408066 0.301647</w:t>
        <w:br/>
        <w:t>v -1.166492 19.399948 0.556256</w:t>
        <w:br/>
        <w:t>v -1.082796 19.383133 0.605052</w:t>
        <w:br/>
        <w:t>v -1.142131 19.388451 0.404144</w:t>
        <w:br/>
        <w:t>v -1.124449 19.604576 0.556067</w:t>
        <w:br/>
        <w:t>v -1.166492 19.399948 0.556256</w:t>
        <w:br/>
        <w:t>v -1.142131 19.388451 0.404144</w:t>
        <w:br/>
        <w:t>v -1.058724 19.584354 0.454110</w:t>
        <w:br/>
        <w:t>v -0.827972 19.855316 0.550861</w:t>
        <w:br/>
        <w:t>v -0.629880 20.009750 0.601129</w:t>
        <w:br/>
        <w:t>v -0.655008 20.045605 0.720027</w:t>
        <w:br/>
        <w:t>v -0.829280 19.881233 0.721398</w:t>
        <w:br/>
        <w:t>v 0.000011 20.174461 0.767918</w:t>
        <w:br/>
        <w:t>v -0.191855 20.202660 0.769377</w:t>
        <w:br/>
        <w:t>v 0.000011 20.155640 0.660578</w:t>
        <w:br/>
        <w:t>v -1.176704 19.277225 0.376752</w:t>
        <w:br/>
        <w:t>v -1.200939 19.291424 0.279712</w:t>
        <w:br/>
        <w:t>v -1.167938 19.399921 0.304513</w:t>
        <w:br/>
        <w:t>v -1.142131 19.388451 0.404144</w:t>
        <w:br/>
        <w:t>v -1.079023 19.598667 0.354266</w:t>
        <w:br/>
        <w:t>v -1.058724 19.584354 0.454110</w:t>
        <w:br/>
        <w:t>v -0.933199 19.803337 0.415438</w:t>
        <w:br/>
        <w:t>v -0.916636 19.769997 0.518779</w:t>
        <w:br/>
        <w:t>v -0.849326 19.886013 0.438139</w:t>
        <w:br/>
        <w:t>v -0.827972 19.855316 0.550861</w:t>
        <w:br/>
        <w:t>v -0.629415 20.041531 0.492834</w:t>
        <w:br/>
        <w:t>v -0.629880 20.009750 0.601129</w:t>
        <w:br/>
        <w:t>v -0.380389 20.141190 0.529255</w:t>
        <w:br/>
        <w:t>v -0.379898 20.107895 0.641688</w:t>
        <w:br/>
        <w:t>v -0.283097 20.164654 0.538436</w:t>
        <w:br/>
        <w:t>v -0.284619 20.129177 0.655221</w:t>
        <w:br/>
        <w:t>v 0.000011 20.188499 0.548988</w:t>
        <w:br/>
        <w:t>v 0.000011 20.155640 0.660578</w:t>
        <w:br/>
        <w:t>v -0.629415 20.041531 0.492834</w:t>
        <w:br/>
        <w:t>v -0.727058 20.245560 0.280493</w:t>
        <w:br/>
        <w:t>v -0.577926 20.313797 0.303710</w:t>
        <w:br/>
        <w:t>v -0.276972 20.358646 0.259768</w:t>
        <w:br/>
        <w:t>v -0.297950 20.382446 0.300364</w:t>
        <w:br/>
        <w:t>v -0.283097 20.164654 0.538436</w:t>
        <w:br/>
        <w:t>v -0.380389 20.141190 0.529255</w:t>
        <w:br/>
        <w:t>v -0.474976 20.286457 0.258786</w:t>
        <w:br/>
        <w:t>v -0.363360 20.287827 0.246726</w:t>
        <w:br/>
        <w:t>v -0.457683 20.326729 0.316097</w:t>
        <w:br/>
        <w:t>v -0.474976 20.286457 0.258786</w:t>
        <w:br/>
        <w:t>v -0.380389 20.141190 0.529255</w:t>
        <w:br/>
        <w:t>v -1.032993 19.889145 0.202959</w:t>
        <w:br/>
        <w:t>v -1.022202 19.854622 0.150088</w:t>
        <w:br/>
        <w:t>v -0.933199 19.803337 0.415438</w:t>
        <w:br/>
        <w:t>v -1.079023 19.598667 0.354266</w:t>
        <w:br/>
        <w:t>v -1.188551 19.717602 0.127085</w:t>
        <w:br/>
        <w:t>v -1.113934 19.851627 0.191930</w:t>
        <w:br/>
        <w:t>v -0.916308 20.017990 0.233520</w:t>
        <w:br/>
        <w:t>v -0.849326 19.886013 0.438139</w:t>
        <w:br/>
        <w:t>v -0.872567 20.005890 0.181994</w:t>
        <w:br/>
        <w:t>v -0.933199 19.803337 0.415438</w:t>
        <w:br/>
        <w:t>v -1.022202 19.854622 0.150088</w:t>
        <w:br/>
        <w:t>v -0.930205 19.911430 0.149610</w:t>
        <w:br/>
        <w:t>v -1.255898 19.075775 0.155016</w:t>
        <w:br/>
        <w:t>v -1.231537 19.163963 0.256521</w:t>
        <w:br/>
        <w:t>v -1.253396 19.042915 0.237455</w:t>
        <w:br/>
        <w:t>v -1.232292 19.031521 0.325955</w:t>
        <w:br/>
        <w:t>v -1.176704 19.277225 0.376752</w:t>
        <w:br/>
        <w:t>v -1.212283 19.233318 0.522878</w:t>
        <w:br/>
        <w:t>v -1.225790 19.054638 0.392032</w:t>
        <w:br/>
        <w:t>v -1.231537 19.163963 0.256521</w:t>
        <w:br/>
        <w:t>v -1.200939 19.291424 0.279712</w:t>
        <w:br/>
        <w:t>v -1.330288 19.326790 0.083042</w:t>
        <w:br/>
        <w:t>v -1.310882 19.306366 0.064039</w:t>
        <w:br/>
        <w:t>v -1.266462 19.459469 0.089179</w:t>
        <w:br/>
        <w:t>v -1.288999 19.450214 0.114357</w:t>
        <w:br/>
        <w:t>v -1.167938 19.399921 0.304513</w:t>
        <w:br/>
        <w:t>v -1.200939 19.291424 0.279712</w:t>
        <w:br/>
        <w:t>v -1.279265 19.377838 0.074100</w:t>
        <w:br/>
        <w:t>v -1.167938 19.399921 0.304513</w:t>
        <w:br/>
        <w:t>v -1.234217 18.967064 0.167932</w:t>
        <w:br/>
        <w:t>v -1.330288 19.326790 0.083042</w:t>
        <w:br/>
        <w:t>v -1.361792 19.239208 0.098699</w:t>
        <w:br/>
        <w:t>v -1.225790 19.054638 0.392032</w:t>
        <w:br/>
        <w:t>v -1.155652 19.015636 0.357786</w:t>
        <w:br/>
        <w:t>v -1.232292 19.031521 0.325955</w:t>
        <w:br/>
        <w:t>v -0.379898 20.107895 0.641688</w:t>
        <w:br/>
        <w:t>v -0.419501 20.114773 0.797158</w:t>
        <w:br/>
        <w:t>v -0.255266 20.163498 0.791990</w:t>
        <w:br/>
        <w:t>v -0.230956 20.109253 0.828210</w:t>
        <w:br/>
        <w:t>v -0.284619 20.129177 0.655221</w:t>
        <w:br/>
        <w:t>v -0.284619 20.129177 0.655221</w:t>
        <w:br/>
        <w:t>v -0.314136 20.049667 0.819746</w:t>
        <w:br/>
        <w:t>v -0.419501 20.114773 0.797158</w:t>
        <w:br/>
        <w:t>v -0.379898 20.107895 0.641688</w:t>
        <w:br/>
        <w:t>v -0.422180 20.073814 0.816186</w:t>
        <w:br/>
        <w:t>v -0.916636 19.769997 0.518779</w:t>
        <w:br/>
        <w:t>v -0.958201 19.759106 0.667294</w:t>
        <w:br/>
        <w:t>v -0.829280 19.881233 0.721398</w:t>
        <w:br/>
        <w:t>v -0.779653 19.856506 0.762170</w:t>
        <w:br/>
        <w:t>v -0.827972 19.855316 0.550861</w:t>
        <w:br/>
        <w:t>v -0.826714 19.738174 0.729509</w:t>
        <w:br/>
        <w:t>v -0.958201 19.759106 0.667294</w:t>
        <w:br/>
        <w:t>v -0.916636 19.769997 0.518779</w:t>
        <w:br/>
        <w:t>v -0.934507 19.689003 0.696282</w:t>
        <w:br/>
        <w:t>v -1.144295 19.177670 0.558418</w:t>
        <w:br/>
        <w:t>v -1.212283 19.233318 0.522878</w:t>
        <w:br/>
        <w:t>v -1.176704 19.277225 0.376752</w:t>
        <w:br/>
        <w:t>v -1.082796 19.383133 0.605052</w:t>
        <w:br/>
        <w:t>v -1.080658 19.269455 0.581874</w:t>
        <w:br/>
        <w:t>v -1.203367 18.964314 0.290251</w:t>
        <w:br/>
        <w:t>v -1.159588 18.970562 0.311014</w:t>
        <w:br/>
        <w:t>v -0.850974 20.132751 0.250033</w:t>
        <w:br/>
        <w:t>v -1.289565 19.586666 0.165544</w:t>
        <w:br/>
        <w:t>v -0.297950 20.382446 0.300364</w:t>
        <w:br/>
        <w:t>v -0.266836 20.368198 0.278079</w:t>
        <w:br/>
        <w:t>v -0.168928 20.383480 0.278645</w:t>
        <w:br/>
        <w:t>v -0.172613 20.408066 0.301647</w:t>
        <w:br/>
        <w:t>v -1.166492 19.399948 0.556256</w:t>
        <w:br/>
        <w:t>v -1.155940 19.408951 0.560582</w:t>
        <w:br/>
        <w:t>v -1.074043 19.397758 0.604650</w:t>
        <w:br/>
        <w:t>v -1.124449 19.604576 0.556067</w:t>
        <w:br/>
        <w:t>v -1.107257 19.590794 0.573687</w:t>
        <w:br/>
        <w:t>v -0.655008 20.045605 0.720027</w:t>
        <w:br/>
        <w:t>v -0.640457 20.017254 0.730780</w:t>
        <w:br/>
        <w:t>v -0.819105 19.881447 0.725045</w:t>
        <w:br/>
        <w:t>v -0.829280 19.881233 0.721398</w:t>
        <w:br/>
        <w:t>v -0.191855 20.202660 0.769377</w:t>
        <w:br/>
        <w:t>v -0.188208 20.179230 0.779614</w:t>
        <w:br/>
        <w:t>v -0.245003 20.159595 0.797410</w:t>
        <w:br/>
        <w:t>v -0.255266 20.163498 0.791990</w:t>
        <w:br/>
        <w:t>v -0.727058 20.245560 0.280493</w:t>
        <w:br/>
        <w:t>v -0.709325 20.223427 0.254963</w:t>
        <w:br/>
        <w:t>v -0.567262 20.291313 0.282078</w:t>
        <w:br/>
        <w:t>v -0.577926 20.313797 0.303710</w:t>
        <w:br/>
        <w:t>v -0.276972 20.358646 0.259768</w:t>
        <w:br/>
        <w:t>v -0.256536 20.353012 0.256334</w:t>
        <w:br/>
        <w:t>v -0.474976 20.286457 0.258786</w:t>
        <w:br/>
        <w:t>v -0.483918 20.275478 0.253605</w:t>
        <w:br/>
        <w:t>v -0.355412 20.261555 0.238174</w:t>
        <w:br/>
        <w:t>v -0.363360 20.287827 0.246726</w:t>
        <w:br/>
        <w:t>v -0.457683 20.326729 0.316097</w:t>
        <w:br/>
        <w:t>v -0.471945 20.313812 0.307520</w:t>
        <w:br/>
        <w:t>v -1.032993 19.889145 0.202959</w:t>
        <w:br/>
        <w:t>v -1.035847 19.876568 0.197199</w:t>
        <w:br/>
        <w:t>v -1.022579 19.841919 0.145699</w:t>
        <w:br/>
        <w:t>v -1.188551 19.717602 0.127085</w:t>
        <w:br/>
        <w:t>v -1.165888 19.709930 0.107680</w:t>
        <w:br/>
        <w:t>v -1.091121 19.838951 0.169581</w:t>
        <w:br/>
        <w:t>v -1.113934 19.851627 0.191930</w:t>
        <w:br/>
        <w:t>v -0.872567 20.005890 0.181994</w:t>
        <w:br/>
        <w:t>v -0.858469 20.010895 0.183340</w:t>
        <w:br/>
        <w:t>v -0.897695 20.020805 0.224151</w:t>
        <w:br/>
        <w:t>v -0.916308 20.017990 0.233520</w:t>
        <w:br/>
        <w:t>v -1.022202 19.854622 0.150088</w:t>
        <w:br/>
        <w:t>v -0.912686 19.895824 0.143397</w:t>
        <w:br/>
        <w:t>v -0.930205 19.911430 0.149610</w:t>
        <w:br/>
        <w:t>v -1.336651 19.137627 0.101931</w:t>
        <w:br/>
        <w:t>v -1.319195 19.139214 0.095253</w:t>
        <w:br/>
        <w:t>v -1.342223 19.239910 0.082011</w:t>
        <w:br/>
        <w:t>v -1.361792 19.239208 0.098699</w:t>
        <w:br/>
        <w:t>v -1.212283 19.233318 0.522878</w:t>
        <w:br/>
        <w:t>v -1.207743 19.221073 0.516816</w:t>
        <w:br/>
        <w:t>v -1.211076 19.063290 0.392019</w:t>
        <w:br/>
        <w:t>v -1.330288 19.326790 0.083042</w:t>
        <w:br/>
        <w:t>v -1.331809 19.307888 0.079131</w:t>
        <w:br/>
        <w:t>v -1.305826 19.291359 0.056116</w:t>
        <w:br/>
        <w:t>v -1.310882 19.306366 0.064039</w:t>
        <w:br/>
        <w:t>v -1.266462 19.459469 0.089179</w:t>
        <w:br/>
        <w:t>v -1.259608 19.470436 0.088324</w:t>
        <w:br/>
        <w:t>v -1.285679 19.461544 0.111075</w:t>
        <w:br/>
        <w:t>v -1.288999 19.450214 0.114357</w:t>
        <w:br/>
        <w:t>v -1.279265 19.377838 0.074100</w:t>
        <w:br/>
        <w:t>v -1.261306 19.374493 0.062580</w:t>
        <w:br/>
        <w:t>v -1.234217 18.967064 0.167932</w:t>
        <w:br/>
        <w:t>v -1.209001 18.968437 0.164134</w:t>
        <w:br/>
        <w:t>v -1.243108 19.088604 0.156677</w:t>
        <w:br/>
        <w:t>v -1.255898 19.075775 0.155016</w:t>
        <w:br/>
        <w:t>v -1.184162 18.972034 0.274543</w:t>
        <w:br/>
        <w:t>v -1.209001 18.968437 0.164134</w:t>
        <w:br/>
        <w:t>v -1.234217 18.967064 0.167932</w:t>
        <w:br/>
        <w:t>v -1.203367 18.964314 0.290251</w:t>
        <w:br/>
        <w:t>v -1.307059 19.091408 0.145320</w:t>
        <w:br/>
        <w:t>v -1.292559 19.101795 0.136039</w:t>
        <w:br/>
        <w:t>v -1.225790 19.054638 0.392032</w:t>
        <w:br/>
        <w:t>v -1.147490 19.034676 0.341487</w:t>
        <w:br/>
        <w:t>v -1.155652 19.015636 0.357786</w:t>
        <w:br/>
        <w:t>v -0.419501 20.114773 0.797158</w:t>
        <w:br/>
        <w:t>v -0.426456 20.106575 0.799020</w:t>
        <w:br/>
        <w:t>v -0.217624 20.107567 0.822512</w:t>
        <w:br/>
        <w:t>v -0.230956 20.109253 0.828210</w:t>
        <w:br/>
        <w:t>v -0.314136 20.049667 0.819746</w:t>
        <w:br/>
        <w:t>v -0.309231 20.029217 0.816111</w:t>
        <w:br/>
        <w:t>v -0.431034 20.066391 0.810087</w:t>
        <w:br/>
        <w:t>v -0.422180 20.073814 0.816186</w:t>
        <w:br/>
        <w:t>v -0.958201 19.759106 0.667294</w:t>
        <w:br/>
        <w:t>v -0.960854 19.746250 0.669218</w:t>
        <w:br/>
        <w:t>v -0.766272 19.862743 0.763290</w:t>
        <w:br/>
        <w:t>v -0.779653 19.856506 0.762170</w:t>
        <w:br/>
        <w:t>v -0.826714 19.738174 0.729509</w:t>
        <w:br/>
        <w:t>v -0.809007 19.724945 0.723699</w:t>
        <w:br/>
        <w:t>v -0.938670 19.677242 0.692962</w:t>
        <w:br/>
        <w:t>v -0.934507 19.689003 0.696282</w:t>
        <w:br/>
        <w:t>v -1.144295 19.177670 0.558418</w:t>
        <w:br/>
        <w:t>v -1.143440 19.165096 0.554608</w:t>
        <w:br/>
        <w:t>v -1.207743 19.221073 0.516816</w:t>
        <w:br/>
        <w:t>v -1.082796 19.383133 0.605052</w:t>
        <w:br/>
        <w:t>v -1.056147 19.264801 0.575938</w:t>
        <w:br/>
        <w:t>v -1.080658 19.269455 0.581874</w:t>
        <w:br/>
        <w:t>v -1.151526 18.985428 0.291081</w:t>
        <w:br/>
        <w:t>v -1.159588 18.970562 0.311014</w:t>
        <w:br/>
        <w:t>v -1.184162 18.972034 0.274543</w:t>
        <w:br/>
        <w:t>v -1.203367 18.964314 0.290251</w:t>
        <w:br/>
        <w:t>v 0.000011 20.392799 0.268835</w:t>
        <w:br/>
        <w:t>v 0.000011 20.418365 0.297962</w:t>
        <w:br/>
        <w:t>v 0.000011 20.174461 0.767918</w:t>
        <w:br/>
        <w:t>v 0.000011 20.149448 0.779954</w:t>
        <w:br/>
        <w:t>v -0.850974 20.132751 0.250033</w:t>
        <w:br/>
        <w:t>v -0.831971 20.116665 0.231433</w:t>
        <w:br/>
        <w:t>v -0.779653 19.856506 0.762170</w:t>
        <w:br/>
        <w:t>v -0.766272 19.862743 0.763290</w:t>
        <w:br/>
        <w:t>v -1.289565 19.586666 0.165544</w:t>
        <w:br/>
        <w:t>v -1.260828 19.580143 0.135474</w:t>
        <w:br/>
        <w:t>v -1.307059 19.091408 0.145320</w:t>
        <w:br/>
        <w:t>v -1.231537 19.163963 0.256521</w:t>
        <w:br/>
        <w:t>v -1.255898 19.075775 0.155016</w:t>
        <w:br/>
        <w:t>v -1.336651 19.137627 0.101931</w:t>
        <w:br/>
        <w:t>v -0.872567 20.005890 0.181994</w:t>
        <w:br/>
        <w:t>v -0.849326 19.886013 0.438139</w:t>
        <w:br/>
        <w:t>v -0.934507 19.689003 0.696282</w:t>
        <w:br/>
        <w:t>v -1.266462 19.459469 0.089179</w:t>
        <w:br/>
        <w:t>v -1.310882 19.306366 0.064039</w:t>
        <w:br/>
        <w:t>v -1.144295 19.177670 0.558418</w:t>
        <w:br/>
        <w:t>v -0.276972 20.358646 0.259768</w:t>
        <w:br/>
        <w:t>v -0.422180 20.073814 0.816186</w:t>
        <w:br/>
        <w:t>v -0.230956 20.109253 0.828210</w:t>
        <w:br/>
        <w:t>v -1.032993 19.889145 0.202959</w:t>
        <w:br/>
        <w:t>v -1.288999 19.450214 0.114357</w:t>
        <w:br/>
        <w:t>v -0.255266 20.163498 0.791990</w:t>
        <w:br/>
        <w:t>v 0.000011 20.188499 0.548988</w:t>
        <w:br/>
        <w:t>v 0.000011 20.418365 0.297962</w:t>
        <w:br/>
        <w:t>v -0.457683 20.326729 0.316097</w:t>
        <w:br/>
        <w:t>v -0.916308 20.017990 0.233520</w:t>
        <w:br/>
        <w:t>v -0.483918 20.275478 0.253605</w:t>
        <w:br/>
        <w:t>v -0.426456 20.106575 0.799020</w:t>
        <w:br/>
        <w:t>v -0.709325 20.223427 0.254963</w:t>
        <w:br/>
        <w:t>v -0.471945 20.313812 0.307520</w:t>
        <w:br/>
        <w:t>v -0.897695 20.020805 0.224151</w:t>
        <w:br/>
        <w:t>v 0.000011 20.149448 0.779954</w:t>
        <w:br/>
        <w:t>v -0.245003 20.159595 0.797410</w:t>
        <w:br/>
        <w:t>v 0.000011 20.392799 0.268835</w:t>
        <w:br/>
        <w:t>v 0.000011 20.168503 0.505611</w:t>
        <w:br/>
        <w:t>v -0.766272 19.862743 0.763290</w:t>
        <w:br/>
        <w:t>v -0.938670 19.677242 0.692962</w:t>
        <w:br/>
        <w:t>v -1.022579 19.841919 0.145699</w:t>
        <w:br/>
        <w:t>v -0.858469 20.010895 0.183340</w:t>
        <w:br/>
        <w:t>v -1.165888 19.709930 0.107680</w:t>
        <w:br/>
        <w:t>v -1.155940 19.408951 0.560582</w:t>
        <w:br/>
        <w:t>v -1.285679 19.461544 0.111075</w:t>
        <w:br/>
        <w:t>v -1.074043 19.397758 0.604650</w:t>
        <w:br/>
        <w:t>v -1.143440 19.165096 0.554608</w:t>
        <w:br/>
        <w:t>v -1.305826 19.291359 0.056116</w:t>
        <w:br/>
        <w:t>v -0.217624 20.107567 0.822512</w:t>
        <w:br/>
        <w:t>v -0.431034 20.066391 0.810087</w:t>
        <w:br/>
        <w:t>v -1.292559 19.101795 0.136039</w:t>
        <w:br/>
        <w:t>v -1.176843 19.034286 0.308361</w:t>
        <w:br/>
        <w:t>v -1.209001 18.968437 0.164134</w:t>
        <w:br/>
        <w:t>v -1.203367 18.964314 0.290251</w:t>
        <w:br/>
        <w:t>v -1.234217 18.967064 0.167932</w:t>
        <w:br/>
        <w:t>v -1.253396 19.042915 0.237455</w:t>
        <w:br/>
        <w:t>v -1.232292 19.031521 0.325955</w:t>
        <w:br/>
        <w:t>v -1.184162 18.972034 0.274543</w:t>
        <w:br/>
        <w:t>v -1.209001 18.968437 0.164134</w:t>
        <w:br/>
        <w:t>v 0.266858 20.368198 0.278079</w:t>
        <w:br/>
        <w:t>v 0.168950 20.383480 0.278645</w:t>
        <w:br/>
        <w:t>v 0.251238 20.153664 0.492092</w:t>
        <w:br/>
        <w:t>v 1.155960 19.408947 0.560582</w:t>
        <w:br/>
        <w:t>v 1.074062 19.397755 0.604650</w:t>
        <w:br/>
        <w:t>v 1.094272 19.380074 0.417298</w:t>
        <w:br/>
        <w:t>v 0.640478 20.017254 0.730780</w:t>
        <w:br/>
        <w:t>v 0.819126 19.881439 0.725045</w:t>
        <w:br/>
        <w:t>v 0.787320 19.837830 0.568493</w:t>
        <w:br/>
        <w:t>v 0.606194 19.968925 0.601029</w:t>
        <w:br/>
        <w:t>v 0.240397 20.097950 0.658755</w:t>
        <w:br/>
        <w:t>v 0.000011 20.114033 0.658390</w:t>
        <w:br/>
        <w:t>v 0.188230 20.179230 0.779614</w:t>
        <w:br/>
        <w:t>v 1.094272 19.380074 0.417298</w:t>
        <w:br/>
        <w:t>v 1.135032 19.239491 0.386826</w:t>
        <w:br/>
        <w:t>v 1.171605 19.279434 0.236198</w:t>
        <w:br/>
        <w:t>v 1.140302 19.407589 0.254635</w:t>
        <w:br/>
        <w:t>v 1.053626 19.592686 0.315115</w:t>
        <w:br/>
        <w:t>v 1.020537 19.553085 0.453330</w:t>
        <w:br/>
        <w:t>v 0.900055 19.723042 0.526639</w:t>
        <w:br/>
        <w:t>v 0.926025 19.774368 0.358731</w:t>
        <w:br/>
        <w:t>v 0.813605 19.893002 0.387883</w:t>
        <w:br/>
        <w:t>v 0.787320 19.837830 0.568493</w:t>
        <w:br/>
        <w:t>v 0.615539 20.024014 0.452702</w:t>
        <w:br/>
        <w:t>v 0.606194 19.968925 0.601029</w:t>
        <w:br/>
        <w:t>v 0.389666 20.121353 0.478446</w:t>
        <w:br/>
        <w:t>v 0.392722 20.058823 0.644857</w:t>
        <w:br/>
        <w:t>v 0.251238 20.153664 0.492092</w:t>
        <w:br/>
        <w:t>v 0.240397 20.097950 0.658755</w:t>
        <w:br/>
        <w:t>v 0.000011 20.168503 0.505611</w:t>
        <w:br/>
        <w:t>v 0.000011 20.114033 0.658390</w:t>
        <w:br/>
        <w:t>v 0.567283 20.291313 0.282078</w:t>
        <w:br/>
        <w:t>v 0.389666 20.121353 0.478446</w:t>
        <w:br/>
        <w:t>v 0.615539 20.024014 0.452702</w:t>
        <w:br/>
        <w:t>v 0.256558 20.353012 0.256334</w:t>
        <w:br/>
        <w:t>v 0.266858 20.368198 0.278079</w:t>
        <w:br/>
        <w:t>v 0.251238 20.153664 0.492092</w:t>
        <w:br/>
        <w:t>v 0.355433 20.261555 0.238174</w:t>
        <w:br/>
        <w:t>v 0.256558 20.353012 0.256334</w:t>
        <w:br/>
        <w:t>v 0.471967 20.313812 0.307520</w:t>
        <w:br/>
        <w:t>v 0.483939 20.275478 0.253605</w:t>
        <w:br/>
        <w:t>v 0.389666 20.121353 0.478446</w:t>
        <w:br/>
        <w:t>v 1.035868 19.876564 0.197199</w:t>
        <w:br/>
        <w:t>v 1.022600 19.841915 0.145698</w:t>
        <w:br/>
        <w:t>v 0.926025 19.774368 0.358731</w:t>
        <w:br/>
        <w:t>v 1.091141 19.838947 0.169581</w:t>
        <w:br/>
        <w:t>v 1.035868 19.876564 0.197199</w:t>
        <w:br/>
        <w:t>v 0.926025 19.774368 0.358731</w:t>
        <w:br/>
        <w:t>v 0.897716 20.020802 0.224150</w:t>
        <w:br/>
        <w:t>v 0.813605 19.893002 0.387883</w:t>
        <w:br/>
        <w:t>v 0.858490 20.010891 0.183340</w:t>
        <w:br/>
        <w:t>v 0.912707 19.895821 0.143397</w:t>
        <w:br/>
        <w:t>v 0.813605 19.893002 0.387883</w:t>
        <w:br/>
        <w:t>v 1.342242 19.239906 0.082010</w:t>
        <w:br/>
        <w:t>v 1.171605 19.279434 0.236198</w:t>
        <w:br/>
        <w:t>v 1.319214 19.139210 0.095253</w:t>
        <w:br/>
        <w:t>v 1.135032 19.239491 0.386826</w:t>
        <w:br/>
        <w:t>v 1.207762 19.221066 0.516816</w:t>
        <w:br/>
        <w:t>v 1.211094 19.063286 0.392019</w:t>
        <w:br/>
        <w:t>v 1.176861 19.034283 0.308361</w:t>
        <w:br/>
        <w:t>v 1.171605 19.279434 0.236198</w:t>
        <w:br/>
        <w:t>v 1.331828 19.307884 0.079131</w:t>
        <w:br/>
        <w:t>v 1.305845 19.291355 0.056116</w:t>
        <w:br/>
        <w:t>v 1.259627 19.470432 0.088324</w:t>
        <w:br/>
        <w:t>v 1.285698 19.461540 0.111075</w:t>
        <w:br/>
        <w:t>v 1.140302 19.407589 0.254635</w:t>
        <w:br/>
        <w:t>v 1.259627 19.470432 0.088324</w:t>
        <w:br/>
        <w:t>v 1.140302 19.407589 0.254635</w:t>
        <w:br/>
        <w:t>v 1.261325 19.374489 0.062580</w:t>
        <w:br/>
        <w:t>v 1.209019 18.968433 0.164134</w:t>
        <w:br/>
        <w:t>v 1.243127 19.088600 0.156676</w:t>
        <w:br/>
        <w:t>v 1.331828 19.307884 0.079131</w:t>
        <w:br/>
        <w:t>v 1.211094 19.063286 0.392019</w:t>
        <w:br/>
        <w:t>v 1.147508 19.034672 0.341487</w:t>
        <w:br/>
        <w:t>v 1.176861 19.034283 0.308361</w:t>
        <w:br/>
        <w:t>v 0.245025 20.159595 0.797410</w:t>
        <w:br/>
        <w:t>v 0.217646 20.107567 0.822512</w:t>
        <w:br/>
        <w:t>v 0.240397 20.097950 0.658755</w:t>
        <w:br/>
        <w:t>v 0.392722 20.058823 0.644857</w:t>
        <w:br/>
        <w:t>v 0.309252 20.029217 0.816111</w:t>
        <w:br/>
        <w:t>v 0.426477 20.106575 0.799020</w:t>
        <w:br/>
        <w:t>v 0.392722 20.058823 0.644857</w:t>
        <w:br/>
        <w:t>v 0.431055 20.066391 0.810087</w:t>
        <w:br/>
        <w:t>v 0.900055 19.723042 0.526639</w:t>
        <w:br/>
        <w:t>v 0.960875 19.746246 0.669218</w:t>
        <w:br/>
        <w:t>v 1.107277 19.590790 0.573687</w:t>
        <w:br/>
        <w:t>v 1.020537 19.553085 0.453330</w:t>
        <w:br/>
        <w:t>v 0.819126 19.881439 0.725045</w:t>
        <w:br/>
        <w:t>v 0.766292 19.862740 0.763290</w:t>
        <w:br/>
        <w:t>v 0.787320 19.837830 0.568493</w:t>
        <w:br/>
        <w:t>v 0.809027 19.724941 0.723699</w:t>
        <w:br/>
        <w:t>v 0.960875 19.746246 0.669218</w:t>
        <w:br/>
        <w:t>v 0.900055 19.723042 0.526639</w:t>
        <w:br/>
        <w:t>v 0.938690 19.677235 0.692962</w:t>
        <w:br/>
        <w:t>v 1.143459 19.165089 0.554608</w:t>
        <w:br/>
        <w:t>v 1.207762 19.221066 0.516816</w:t>
        <w:br/>
        <w:t>v 1.135032 19.239491 0.386826</w:t>
        <w:br/>
        <w:t>v 1.056166 19.264797 0.575937</w:t>
        <w:br/>
        <w:t>v 1.094272 19.380074 0.417298</w:t>
        <w:br/>
        <w:t>v 1.184181 18.972031 0.274543</w:t>
        <w:br/>
        <w:t>v 1.151545 18.985424 0.291081</w:t>
        <w:br/>
        <w:t>v 0.831992 20.116661 0.231432</w:t>
        <w:br/>
        <w:t>v 1.053626 19.592686 0.315115</w:t>
        <w:br/>
        <w:t>v 1.260847 19.580135 0.135473</w:t>
        <w:br/>
        <w:t>v 0.297972 20.382446 0.300364</w:t>
        <w:br/>
        <w:t>v 0.283119 20.164654 0.538436</w:t>
        <w:br/>
        <w:t>v 0.172635 20.408066 0.301647</w:t>
        <w:br/>
        <w:t>v 1.082815 19.383129 0.605052</w:t>
        <w:br/>
        <w:t>v 1.166511 19.399940 0.556256</w:t>
        <w:br/>
        <w:t>v 1.142151 19.388447 0.404144</w:t>
        <w:br/>
        <w:t>v 1.142151 19.388447 0.404144</w:t>
        <w:br/>
        <w:t>v 1.166511 19.399940 0.556256</w:t>
        <w:br/>
        <w:t>v 1.124469 19.604576 0.556067</w:t>
        <w:br/>
        <w:t>v 1.058744 19.584351 0.454110</w:t>
        <w:br/>
        <w:t>v 0.655029 20.045605 0.720027</w:t>
        <w:br/>
        <w:t>v 0.629901 20.009750 0.601129</w:t>
        <w:br/>
        <w:t>v 0.827992 19.855309 0.550861</w:t>
        <w:br/>
        <w:t>v 0.829300 19.881226 0.721398</w:t>
        <w:br/>
        <w:t>v 0.191877 20.202660 0.769377</w:t>
        <w:br/>
        <w:t>v 0.000011 20.174461 0.767918</w:t>
        <w:br/>
        <w:t>v 0.000011 20.155640 0.660578</w:t>
        <w:br/>
        <w:t>v 1.167958 19.399918 0.304513</w:t>
        <w:br/>
        <w:t>v 1.200958 19.291420 0.279712</w:t>
        <w:br/>
        <w:t>v 1.176723 19.277222 0.376752</w:t>
        <w:br/>
        <w:t>v 1.142151 19.388447 0.404144</w:t>
        <w:br/>
        <w:t>v 1.058744 19.584351 0.454110</w:t>
        <w:br/>
        <w:t>v 1.079043 19.598660 0.354266</w:t>
        <w:br/>
        <w:t>v 0.933219 19.803333 0.415438</w:t>
        <w:br/>
        <w:t>v 0.916656 19.769989 0.518779</w:t>
        <w:br/>
        <w:t>v 0.827992 19.855309 0.550861</w:t>
        <w:br/>
        <w:t>v 0.849347 19.886005 0.438138</w:t>
        <w:br/>
        <w:t>v 0.629901 20.009750 0.601129</w:t>
        <w:br/>
        <w:t>v 0.629436 20.041531 0.492834</w:t>
        <w:br/>
        <w:t>v 0.379920 20.107895 0.641688</w:t>
        <w:br/>
        <w:t>v 0.380410 20.141190 0.529255</w:t>
        <w:br/>
        <w:t>v 0.284640 20.129177 0.655221</w:t>
        <w:br/>
        <w:t>v 0.283119 20.164654 0.538436</w:t>
        <w:br/>
        <w:t>v 0.000011 20.155640 0.660578</w:t>
        <w:br/>
        <w:t>v 0.000011 20.188499 0.548988</w:t>
        <w:br/>
        <w:t>v 0.727079 20.245556 0.280493</w:t>
        <w:br/>
        <w:t>v 0.629436 20.041531 0.492834</w:t>
        <w:br/>
        <w:t>v 0.577948 20.313797 0.303709</w:t>
        <w:br/>
        <w:t>v 0.297972 20.382446 0.300364</w:t>
        <w:br/>
        <w:t>v 0.276994 20.358646 0.259768</w:t>
        <w:br/>
        <w:t>v 0.283119 20.164654 0.538436</w:t>
        <w:br/>
        <w:t>v 0.474998 20.286457 0.258786</w:t>
        <w:br/>
        <w:t>v 0.380410 20.141190 0.529255</w:t>
        <w:br/>
        <w:t>v 0.363382 20.287827 0.246726</w:t>
        <w:br/>
        <w:t>v 0.474998 20.286457 0.258786</w:t>
        <w:br/>
        <w:t>v 0.457705 20.326725 0.316097</w:t>
        <w:br/>
        <w:t>v 0.380410 20.141190 0.529255</w:t>
        <w:br/>
        <w:t>v 1.022223 19.854618 0.150088</w:t>
        <w:br/>
        <w:t>v 1.033013 19.889141 0.202959</w:t>
        <w:br/>
        <w:t>v 0.933219 19.803333 0.415438</w:t>
        <w:br/>
        <w:t>v 1.188571 19.717598 0.127085</w:t>
        <w:br/>
        <w:t>v 1.079043 19.598660 0.354266</w:t>
        <w:br/>
        <w:t>v 1.113955 19.851624 0.191929</w:t>
        <w:br/>
        <w:t>v 0.849347 19.886005 0.438138</w:t>
        <w:br/>
        <w:t>v 0.916329 20.017986 0.233520</w:t>
        <w:br/>
        <w:t>v 0.872589 20.005886 0.181994</w:t>
        <w:br/>
        <w:t>v 1.022223 19.854618 0.150088</w:t>
        <w:br/>
        <w:t>v 0.933219 19.803333 0.415438</w:t>
        <w:br/>
        <w:t>v 0.930226 19.911427 0.149610</w:t>
        <w:br/>
        <w:t>v 1.231556 19.163956 0.256521</w:t>
        <w:br/>
        <w:t>v 1.255917 19.075771 0.155016</w:t>
        <w:br/>
        <w:t>v 1.253414 19.042912 0.237455</w:t>
        <w:br/>
        <w:t>v 1.212302 19.233318 0.522877</w:t>
        <w:br/>
        <w:t>v 1.176723 19.277222 0.376752</w:t>
        <w:br/>
        <w:t>v 1.232311 19.031517 0.325955</w:t>
        <w:br/>
        <w:t>v 1.225809 19.054630 0.392032</w:t>
        <w:br/>
        <w:t>v 1.231556 19.163956 0.256521</w:t>
        <w:br/>
        <w:t>v 1.330307 19.326786 0.083042</w:t>
        <w:br/>
        <w:t>v 1.200958 19.291420 0.279712</w:t>
        <w:br/>
        <w:t>v 1.310901 19.306362 0.064039</w:t>
        <w:br/>
        <w:t>v 1.289019 19.450211 0.114357</w:t>
        <w:br/>
        <w:t>v 1.266482 19.459465 0.089179</w:t>
        <w:br/>
        <w:t>v 1.167958 19.399918 0.304513</w:t>
        <w:br/>
        <w:t>v 1.279284 19.377831 0.074100</w:t>
        <w:br/>
        <w:t>v 1.200958 19.291420 0.279712</w:t>
        <w:br/>
        <w:t>v 1.167958 19.399918 0.304513</w:t>
        <w:br/>
        <w:t>v 1.234235 18.967064 0.167932</w:t>
        <w:br/>
        <w:t>v 1.330307 19.326786 0.083042</w:t>
        <w:br/>
        <w:t>v 1.361811 19.239201 0.098699</w:t>
        <w:br/>
        <w:t>v 1.155670 19.015633 0.357786</w:t>
        <w:br/>
        <w:t>v 1.225809 19.054630 0.392032</w:t>
        <w:br/>
        <w:t>v 1.232311 19.031517 0.325955</w:t>
        <w:br/>
        <w:t>v 0.419523 20.114773 0.797158</w:t>
        <w:br/>
        <w:t>v 0.379920 20.107895 0.641688</w:t>
        <w:br/>
        <w:t>v 0.230977 20.109253 0.828210</w:t>
        <w:br/>
        <w:t>v 0.255287 20.163498 0.791990</w:t>
        <w:br/>
        <w:t>v 0.284640 20.129177 0.655221</w:t>
        <w:br/>
        <w:t>v 0.314157 20.049667 0.819745</w:t>
        <w:br/>
        <w:t>v 0.284640 20.129177 0.655221</w:t>
        <w:br/>
        <w:t>v 0.379920 20.107895 0.641688</w:t>
        <w:br/>
        <w:t>v 0.419523 20.114773 0.797158</w:t>
        <w:br/>
        <w:t>v 0.422201 20.073814 0.816186</w:t>
        <w:br/>
        <w:t>v 0.958221 19.759102 0.667293</w:t>
        <w:br/>
        <w:t>v 0.916656 19.769989 0.518779</w:t>
        <w:br/>
        <w:t>v 0.779674 19.856503 0.762170</w:t>
        <w:br/>
        <w:t>v 0.829300 19.881226 0.721398</w:t>
        <w:br/>
        <w:t>v 0.827992 19.855309 0.550861</w:t>
        <w:br/>
        <w:t>v 0.826734 19.738167 0.729509</w:t>
        <w:br/>
        <w:t>v 0.916656 19.769989 0.518779</w:t>
        <w:br/>
        <w:t>v 0.958221 19.759102 0.667293</w:t>
        <w:br/>
        <w:t>v 0.934527 19.688999 0.696282</w:t>
        <w:br/>
        <w:t>v 1.212302 19.233318 0.522877</w:t>
        <w:br/>
        <w:t>v 1.144314 19.177666 0.558418</w:t>
        <w:br/>
        <w:t>v 1.176723 19.277222 0.376752</w:t>
        <w:br/>
        <w:t>v 1.082815 19.383129 0.605052</w:t>
        <w:br/>
        <w:t>v 1.080677 19.269447 0.581874</w:t>
        <w:br/>
        <w:t>v 1.203385 18.964310 0.290251</w:t>
        <w:br/>
        <w:t>v 1.159606 18.970558 0.311014</w:t>
        <w:br/>
        <w:t>v 0.850995 20.132744 0.250033</w:t>
        <w:br/>
        <w:t>v 1.289585 19.586662 0.165544</w:t>
        <w:br/>
        <w:t>v 0.168950 20.383480 0.278645</w:t>
        <w:br/>
        <w:t>v 0.266858 20.368198 0.278079</w:t>
        <w:br/>
        <w:t>v 0.297972 20.382446 0.300364</w:t>
        <w:br/>
        <w:t>v 0.172635 20.408066 0.301647</w:t>
        <w:br/>
        <w:t>v 1.074062 19.397755 0.604650</w:t>
        <w:br/>
        <w:t>v 1.155960 19.408947 0.560582</w:t>
        <w:br/>
        <w:t>v 1.166511 19.399940 0.556256</w:t>
        <w:br/>
        <w:t>v 1.107277 19.590790 0.573687</w:t>
        <w:br/>
        <w:t>v 1.124469 19.604576 0.556067</w:t>
        <w:br/>
        <w:t>v 0.819126 19.881439 0.725045</w:t>
        <w:br/>
        <w:t>v 0.640478 20.017254 0.730780</w:t>
        <w:br/>
        <w:t>v 0.655029 20.045605 0.720027</w:t>
        <w:br/>
        <w:t>v 0.829300 19.881226 0.721398</w:t>
        <w:br/>
        <w:t>v 0.245025 20.159595 0.797410</w:t>
        <w:br/>
        <w:t>v 0.188230 20.179230 0.779614</w:t>
        <w:br/>
        <w:t>v 0.191877 20.202660 0.769377</w:t>
        <w:br/>
        <w:t>v 0.255287 20.163498 0.791990</w:t>
        <w:br/>
        <w:t>v 0.567283 20.291313 0.282078</w:t>
        <w:br/>
        <w:t>v 0.709347 20.223419 0.254963</w:t>
        <w:br/>
        <w:t>v 0.727079 20.245556 0.280493</w:t>
        <w:br/>
        <w:t>v 0.577948 20.313797 0.303709</w:t>
        <w:br/>
        <w:t>v 0.256558 20.353012 0.256334</w:t>
        <w:br/>
        <w:t>v 0.276994 20.358646 0.259768</w:t>
        <w:br/>
        <w:t>v 0.355433 20.261555 0.238174</w:t>
        <w:br/>
        <w:t>v 0.483939 20.275478 0.253605</w:t>
        <w:br/>
        <w:t>v 0.474998 20.286457 0.258786</w:t>
        <w:br/>
        <w:t>v 0.363382 20.287827 0.246726</w:t>
        <w:br/>
        <w:t>v 0.471967 20.313812 0.307520</w:t>
        <w:br/>
        <w:t>v 0.457705 20.326725 0.316097</w:t>
        <w:br/>
        <w:t>v 1.022600 19.841915 0.145698</w:t>
        <w:br/>
        <w:t>v 1.035868 19.876564 0.197199</w:t>
        <w:br/>
        <w:t>v 1.033013 19.889141 0.202959</w:t>
        <w:br/>
        <w:t>v 1.091141 19.838947 0.169581</w:t>
        <w:br/>
        <w:t>v 1.165908 19.709927 0.107680</w:t>
        <w:br/>
        <w:t>v 1.188571 19.717598 0.127085</w:t>
        <w:br/>
        <w:t>v 1.113955 19.851624 0.191929</w:t>
        <w:br/>
        <w:t>v 0.897716 20.020802 0.224150</w:t>
        <w:br/>
        <w:t>v 0.858490 20.010891 0.183340</w:t>
        <w:br/>
        <w:t>v 0.872589 20.005886 0.181994</w:t>
        <w:br/>
        <w:t>v 0.916329 20.017986 0.233520</w:t>
        <w:br/>
        <w:t>v 0.912707 19.895821 0.143397</w:t>
        <w:br/>
        <w:t>v 1.022223 19.854618 0.150088</w:t>
        <w:br/>
        <w:t>v 0.930226 19.911427 0.149610</w:t>
        <w:br/>
        <w:t>v 1.342242 19.239906 0.082010</w:t>
        <w:br/>
        <w:t>v 1.319214 19.139210 0.095253</w:t>
        <w:br/>
        <w:t>v 1.336670 19.137623 0.101931</w:t>
        <w:br/>
        <w:t>v 1.361811 19.239201 0.098699</w:t>
        <w:br/>
        <w:t>v 1.211094 19.063286 0.392019</w:t>
        <w:br/>
        <w:t>v 1.207762 19.221066 0.516816</w:t>
        <w:br/>
        <w:t>v 1.212302 19.233318 0.522877</w:t>
        <w:br/>
        <w:t>v 1.305845 19.291355 0.056116</w:t>
        <w:br/>
        <w:t>v 1.331828 19.307884 0.079131</w:t>
        <w:br/>
        <w:t>v 1.330307 19.326786 0.083042</w:t>
        <w:br/>
        <w:t>v 1.310901 19.306362 0.064039</w:t>
        <w:br/>
        <w:t>v 1.285698 19.461540 0.111075</w:t>
        <w:br/>
        <w:t>v 1.259627 19.470432 0.088324</w:t>
        <w:br/>
        <w:t>v 1.266482 19.459465 0.089179</w:t>
        <w:br/>
        <w:t>v 1.289019 19.450211 0.114357</w:t>
        <w:br/>
        <w:t>v 1.261325 19.374489 0.062580</w:t>
        <w:br/>
        <w:t>v 1.279284 19.377831 0.074100</w:t>
        <w:br/>
        <w:t>v 1.243127 19.088600 0.156676</w:t>
        <w:br/>
        <w:t>v 1.209019 18.968433 0.164134</w:t>
        <w:br/>
        <w:t>v 1.234235 18.967064 0.167932</w:t>
        <w:br/>
        <w:t>v 1.255917 19.075771 0.155016</w:t>
        <w:br/>
        <w:t>v 1.234235 18.967064 0.167932</w:t>
        <w:br/>
        <w:t>v 1.209019 18.968433 0.164134</w:t>
        <w:br/>
        <w:t>v 1.184181 18.972031 0.274543</w:t>
        <w:br/>
        <w:t>v 1.203385 18.964310 0.290251</w:t>
        <w:br/>
        <w:t>v 1.292577 19.101795 0.136039</w:t>
        <w:br/>
        <w:t>v 1.307078 19.091404 0.145320</w:t>
        <w:br/>
        <w:t>v 1.147508 19.034672 0.341487</w:t>
        <w:br/>
        <w:t>v 1.225809 19.054630 0.392032</w:t>
        <w:br/>
        <w:t>v 1.155670 19.015633 0.357786</w:t>
        <w:br/>
        <w:t>v 0.426477 20.106575 0.799020</w:t>
        <w:br/>
        <w:t>v 0.419523 20.114773 0.797158</w:t>
        <w:br/>
        <w:t>v 0.217646 20.107567 0.822512</w:t>
        <w:br/>
        <w:t>v 0.230977 20.109253 0.828210</w:t>
        <w:br/>
        <w:t>v 0.431055 20.066391 0.810087</w:t>
        <w:br/>
        <w:t>v 0.309252 20.029217 0.816111</w:t>
        <w:br/>
        <w:t>v 0.314157 20.049667 0.819745</w:t>
        <w:br/>
        <w:t>v 0.422201 20.073814 0.816186</w:t>
        <w:br/>
        <w:t>v 0.958221 19.759102 0.667293</w:t>
        <w:br/>
        <w:t>v 0.960875 19.746246 0.669218</w:t>
        <w:br/>
        <w:t>v 0.766292 19.862740 0.763290</w:t>
        <w:br/>
        <w:t>v 0.779674 19.856503 0.762170</w:t>
        <w:br/>
        <w:t>v 0.938690 19.677235 0.692962</w:t>
        <w:br/>
        <w:t>v 0.809027 19.724941 0.723699</w:t>
        <w:br/>
        <w:t>v 0.826734 19.738167 0.729509</w:t>
        <w:br/>
        <w:t>v 0.934527 19.688999 0.696282</w:t>
        <w:br/>
        <w:t>v 1.207762 19.221066 0.516816</w:t>
        <w:br/>
        <w:t>v 1.143459 19.165089 0.554608</w:t>
        <w:br/>
        <w:t>v 1.144314 19.177666 0.558418</w:t>
        <w:br/>
        <w:t>v 1.056166 19.264797 0.575937</w:t>
        <w:br/>
        <w:t>v 1.082815 19.383129 0.605052</w:t>
        <w:br/>
        <w:t>v 1.080677 19.269447 0.581874</w:t>
        <w:br/>
        <w:t>v 1.151545 18.985424 0.291081</w:t>
        <w:br/>
        <w:t>v 1.159606 18.970558 0.311014</w:t>
        <w:br/>
        <w:t>v 1.184181 18.972031 0.274543</w:t>
        <w:br/>
        <w:t>v 1.203385 18.964310 0.290251</w:t>
        <w:br/>
        <w:t>v 0.000011 20.392799 0.268835</w:t>
        <w:br/>
        <w:t>v 0.000011 20.418365 0.297962</w:t>
        <w:br/>
        <w:t>v 0.000011 20.149448 0.779954</w:t>
        <w:br/>
        <w:t>v 0.000011 20.174461 0.767918</w:t>
        <w:br/>
        <w:t>v 0.831992 20.116661 0.231432</w:t>
        <w:br/>
        <w:t>v 0.850995 20.132744 0.250033</w:t>
        <w:br/>
        <w:t>v 0.766292 19.862740 0.763290</w:t>
        <w:br/>
        <w:t>v 0.779674 19.856503 0.762170</w:t>
        <w:br/>
        <w:t>v 1.260847 19.580135 0.135473</w:t>
        <w:br/>
        <w:t>v 1.289585 19.586662 0.165544</w:t>
        <w:br/>
        <w:t>v 1.231556 19.163956 0.256521</w:t>
        <w:br/>
        <w:t>v 1.307078 19.091404 0.145320</w:t>
        <w:br/>
        <w:t>v 1.255917 19.075771 0.155016</w:t>
        <w:br/>
        <w:t>v 1.336670 19.137623 0.101931</w:t>
        <w:br/>
        <w:t>v 0.849347 19.886005 0.438138</w:t>
        <w:br/>
        <w:t>v 0.872589 20.005886 0.181994</w:t>
        <w:br/>
        <w:t>v 0.934527 19.688999 0.696282</w:t>
        <w:br/>
        <w:t>v 1.266482 19.459465 0.089179</w:t>
        <w:br/>
        <w:t>v 1.310901 19.306362 0.064039</w:t>
        <w:br/>
        <w:t>v 1.144314 19.177666 0.558418</w:t>
        <w:br/>
        <w:t>v 0.276994 20.358646 0.259768</w:t>
        <w:br/>
        <w:t>v 0.422201 20.073814 0.816186</w:t>
        <w:br/>
        <w:t>v 0.230977 20.109253 0.828210</w:t>
        <w:br/>
        <w:t>v 1.033013 19.889141 0.202959</w:t>
        <w:br/>
        <w:t>v 1.289019 19.450211 0.114357</w:t>
        <w:br/>
        <w:t>v 0.255287 20.163498 0.791990</w:t>
        <w:br/>
        <w:t>v 0.000011 20.188499 0.548988</w:t>
        <w:br/>
        <w:t>v 0.000011 20.418365 0.297962</w:t>
        <w:br/>
        <w:t>v 0.457705 20.326725 0.316097</w:t>
        <w:br/>
        <w:t>v 0.916329 20.017986 0.233520</w:t>
        <w:br/>
        <w:t>v 0.483939 20.275478 0.253605</w:t>
        <w:br/>
        <w:t>v 0.426477 20.106575 0.799020</w:t>
        <w:br/>
        <w:t>v 0.709347 20.223419 0.254963</w:t>
        <w:br/>
        <w:t>v 0.471967 20.313812 0.307520</w:t>
        <w:br/>
        <w:t>v 0.897716 20.020802 0.224150</w:t>
        <w:br/>
        <w:t>v 0.000011 20.149448 0.779954</w:t>
        <w:br/>
        <w:t>v 0.245025 20.159595 0.797410</w:t>
        <w:br/>
        <w:t>v 0.000011 20.392799 0.268835</w:t>
        <w:br/>
        <w:t>v 0.000011 20.168503 0.505611</w:t>
        <w:br/>
        <w:t>v 0.766292 19.862740 0.763290</w:t>
        <w:br/>
        <w:t>v 0.938690 19.677235 0.692962</w:t>
        <w:br/>
        <w:t>v 1.022600 19.841915 0.145698</w:t>
        <w:br/>
        <w:t>v 0.858490 20.010891 0.183340</w:t>
        <w:br/>
        <w:t>v 1.165908 19.709927 0.107680</w:t>
        <w:br/>
        <w:t>v 1.155960 19.408947 0.560582</w:t>
        <w:br/>
        <w:t>v 1.285698 19.461540 0.111075</w:t>
        <w:br/>
        <w:t>v 1.074062 19.397755 0.604650</w:t>
        <w:br/>
        <w:t>v 1.143459 19.165089 0.554608</w:t>
        <w:br/>
        <w:t>v 1.305845 19.291355 0.056116</w:t>
        <w:br/>
        <w:t>v 0.217646 20.107567 0.822512</w:t>
        <w:br/>
        <w:t>v 0.431055 20.066391 0.810087</w:t>
        <w:br/>
        <w:t>v 1.292577 19.101795 0.136039</w:t>
        <w:br/>
        <w:t>v 1.176861 19.034283 0.308361</w:t>
        <w:br/>
        <w:t>v 1.209019 18.968433 0.164134</w:t>
        <w:br/>
        <w:t>v 1.234235 18.967064 0.167932</w:t>
        <w:br/>
        <w:t>v 1.203385 18.964310 0.290251</w:t>
        <w:br/>
        <w:t>v 1.253414 19.042912 0.237455</w:t>
        <w:br/>
        <w:t>v 1.232311 19.031517 0.325955</w:t>
        <w:br/>
        <w:t>v 1.184181 18.972031 0.274543</w:t>
        <w:br/>
        <w:t>v 1.209019 18.968433 0.164134</w:t>
        <w:br/>
        <w:t>v -1.295602 18.939472 0.286516</w:t>
        <w:br/>
        <w:t>v -1.318403 18.920078 0.283761</w:t>
        <w:br/>
        <w:t>v -1.307185 18.941551 0.265953</w:t>
        <w:br/>
        <w:t>v -1.308958 18.900665 0.262834</w:t>
        <w:br/>
        <w:t>v -1.318403 18.920078 0.283761</w:t>
        <w:br/>
        <w:t>v -1.297376 18.898598 0.283397</w:t>
        <w:br/>
        <w:t>v -1.290697 18.918003 0.295244</w:t>
        <w:br/>
        <w:t>v -1.313863 18.922146 0.254119</w:t>
        <w:br/>
        <w:t>v -4.695331 13.685666 0.282320</w:t>
        <w:br/>
        <w:t>v -4.651821 13.657251 0.302631</w:t>
        <w:br/>
        <w:t>v -4.912648 13.440472 0.273101</w:t>
        <w:br/>
        <w:t>v -5.003500 13.563839 0.224632</w:t>
        <w:br/>
        <w:t>v -4.714208 13.670402 0.209842</w:t>
        <w:br/>
        <w:t>v -4.779452 13.793289 0.235385</w:t>
        <w:br/>
        <w:t>v -4.745405 13.741738 0.254778</w:t>
        <w:br/>
        <w:t>v -4.865555 13.876682 0.075275</w:t>
        <w:br/>
        <w:t>v -4.849435 13.851994 0.118060</w:t>
        <w:br/>
        <w:t>v -5.065613 13.643896 0.082368</w:t>
        <w:br/>
        <w:t>v -4.819458 13.783846 0.122172</w:t>
        <w:br/>
        <w:t>v -4.803264 13.814081 0.196046</w:t>
        <w:br/>
        <w:t>v -4.879133 13.884202 -0.131608</w:t>
        <w:br/>
        <w:t>v -4.869732 13.881096 -0.060111</w:t>
        <w:br/>
        <w:t>v -5.049692 13.625103 -0.081755</w:t>
        <w:br/>
        <w:t>v -4.837855 13.823692 -0.008233</w:t>
        <w:br/>
        <w:t>v -4.837855 13.823692 -0.008233</w:t>
        <w:br/>
        <w:t>v -4.866164 13.874970 0.013826</w:t>
        <w:br/>
        <w:t>v -5.065613 13.643896 0.082368</w:t>
        <w:br/>
        <w:t>v -4.866164 13.874970 0.013826</w:t>
        <w:br/>
        <w:t>v -4.807119 13.797567 -0.281544</w:t>
        <w:br/>
        <w:t>v -4.826223 13.818033 -0.246380</w:t>
        <w:br/>
        <w:t>v -5.013946 13.570751 -0.238520</w:t>
        <w:br/>
        <w:t>v -4.818232 13.803275 -0.188604</w:t>
        <w:br/>
        <w:t>v -4.818232 13.803275 -0.188604</w:t>
        <w:br/>
        <w:t>v -4.861256 13.855532 -0.177537</w:t>
        <w:br/>
        <w:t>v -5.049692 13.625103 -0.081755</w:t>
        <w:br/>
        <w:t>v -4.708928 13.661778 -0.354664</w:t>
        <w:br/>
        <w:t>v -4.738656 13.699007 -0.331284</w:t>
        <w:br/>
        <w:t>v -4.944410 13.463963 -0.325650</w:t>
        <w:br/>
        <w:t>v -4.753560 13.712602 -0.270716</w:t>
        <w:br/>
        <w:t>v -4.753560 13.712602 -0.270716</w:t>
        <w:br/>
        <w:t>v -4.770401 13.755042 -0.305968</w:t>
        <w:br/>
        <w:t>v -4.944410 13.463963 -0.325650</w:t>
        <w:br/>
        <w:t>v -4.770401 13.755042 -0.305968</w:t>
        <w:br/>
        <w:t>v -4.620689 13.536695 -0.326857</w:t>
        <w:br/>
        <w:t>v -4.660239 13.585899 -0.289027</w:t>
        <w:br/>
        <w:t>v -4.860769 13.347242 -0.295102</w:t>
        <w:br/>
        <w:t>v -4.660239 13.585899 -0.289027</w:t>
        <w:br/>
        <w:t>v -4.667606 13.611839 -0.345445</w:t>
        <w:br/>
        <w:t>v -4.860769 13.347242 -0.295102</w:t>
        <w:br/>
        <w:t>v -4.667606 13.611839 -0.345445</w:t>
        <w:br/>
        <w:t>v -4.554336 13.437018 -0.162572</w:t>
        <w:br/>
        <w:t>v -4.607208 13.479527 -0.187649</w:t>
        <w:br/>
        <w:t>v -4.801258 13.270823 -0.174406</w:t>
        <w:br/>
        <w:t>v -4.568247 13.461192 -0.240420</w:t>
        <w:br/>
        <w:t>v -4.582551 13.489351 -0.294913</w:t>
        <w:br/>
        <w:t>v -4.595674 13.491000 -0.013717</w:t>
        <w:br/>
        <w:t>v -4.529139 13.429280 -0.044932</w:t>
        <w:br/>
        <w:t>v -4.795725 13.273985 0.015309</w:t>
        <w:br/>
        <w:t>v -4.529139 13.429280 -0.044932</w:t>
        <w:br/>
        <w:t>v -4.523265 13.424904 -0.102796</w:t>
        <w:br/>
        <w:t>v -4.801258 13.270823 -0.174406</w:t>
        <w:br/>
        <w:t>v -4.567056 13.483570 0.193555</w:t>
        <w:br/>
        <w:t>v -4.610298 13.508163 0.165636</w:t>
        <w:br/>
        <w:t>v -4.836959 13.335016 0.178904</w:t>
        <w:br/>
        <w:t>v -4.610298 13.508163 0.165636</w:t>
        <w:br/>
        <w:t>v -4.601663 13.500621 0.136572</w:t>
        <w:br/>
        <w:t>v -4.836959 13.335016 0.178904</w:t>
        <w:br/>
        <w:t>v -4.795725 13.273985 0.015309</w:t>
        <w:br/>
        <w:t>v -4.552412 13.473378 0.139087</w:t>
        <w:br/>
        <w:t>v -4.536359 13.452342 0.101798</w:t>
        <w:br/>
        <w:t>v -4.536203 13.444520 0.047581</w:t>
        <w:br/>
        <w:t>v -4.595674 13.491000 -0.013717</w:t>
        <w:br/>
        <w:t>v -4.795725 13.273985 0.015309</w:t>
        <w:br/>
        <w:t>v -4.632789 13.615427 0.288960</w:t>
        <w:br/>
        <w:t>v -4.664698 13.602489 0.207440</w:t>
        <w:br/>
        <w:t>v -4.912648 13.440472 0.273101</w:t>
        <w:br/>
        <w:t>v -4.664698 13.602489 0.207440</w:t>
        <w:br/>
        <w:t>v -4.638619 13.568046 0.195367</w:t>
        <w:br/>
        <w:t>v -4.616301 13.564976 0.281817</w:t>
        <w:br/>
        <w:t>v -4.583290 13.540752 0.286382</w:t>
        <w:br/>
        <w:t>v -4.836959 13.335016 0.178904</w:t>
        <w:br/>
        <w:t>v -4.558728 13.493351 0.237850</w:t>
        <w:br/>
        <w:t>v -4.567056 13.483570 0.193555</w:t>
        <w:br/>
        <w:t>v -5.003500 13.563839 0.224632</w:t>
        <w:br/>
        <w:t>v -4.745405 13.741738 0.254778</w:t>
        <w:br/>
        <w:t>v -4.735689 13.702169 0.190902</w:t>
        <w:br/>
        <w:t>v -4.735689 13.702169 0.190902</w:t>
        <w:br/>
        <w:t>v -4.695331 13.685666 0.282320</w:t>
        <w:br/>
        <w:t>v -4.912648 13.440472 0.273101</w:t>
        <w:br/>
        <w:t>v -4.696392 13.653328 0.252200</w:t>
        <w:br/>
        <w:t>v -4.632789 13.615427 0.288960</w:t>
        <w:br/>
        <w:t>v -4.620347 13.549751 0.198674</w:t>
        <w:br/>
        <w:t>v -5.003500 13.563839 0.224632</w:t>
        <w:br/>
        <w:t>v -4.819458 13.783846 0.122172</w:t>
        <w:br/>
        <w:t>v -4.601663 13.500621 0.136572</w:t>
        <w:br/>
        <w:t>v -4.616301 13.564976 0.281817</w:t>
        <w:br/>
        <w:t>v -4.836959 13.335016 0.178904</w:t>
        <w:br/>
        <w:t>v -4.620347 13.549751 0.198674</w:t>
        <w:br/>
        <w:t>v -4.860769 13.347242 -0.295102</w:t>
        <w:br/>
        <w:t>v -4.607208 13.479527 -0.187649</w:t>
        <w:br/>
        <w:t>v -4.912648 13.440472 0.273101</w:t>
        <w:br/>
        <w:t>v -4.696392 13.653328 0.252200</w:t>
        <w:br/>
        <w:t>v -5.263339 12.988343 0.150028</w:t>
        <w:br/>
        <w:t>v -5.242795 12.962795 0.020314</w:t>
        <w:br/>
        <w:t>v -5.293912 12.900352 0.047001</w:t>
        <w:br/>
        <w:t>v -5.333583 12.876340 0.200220</w:t>
        <w:br/>
        <w:t>v -5.312136 13.049368 0.252790</w:t>
        <w:br/>
        <w:t>v -5.375248 12.901226 0.332940</w:t>
        <w:br/>
        <w:t>v -5.252735 12.962334 -0.032280</w:t>
        <w:br/>
        <w:t>v -5.273936 12.989997 -0.166987</w:t>
        <w:br/>
        <w:t>v -5.373261 12.883505 -0.168068</w:t>
        <w:br/>
        <w:t>v -5.307883 12.906282 -0.047775</w:t>
        <w:br/>
        <w:t>v -5.350576 13.090158 -0.264907</w:t>
        <w:br/>
        <w:t>v -5.466480 12.901273 -0.267938</w:t>
        <w:br/>
        <w:t>v -5.162491 13.060338 -0.165842</w:t>
        <w:br/>
        <w:t>v -5.242069 13.171222 -0.253738</w:t>
        <w:br/>
        <w:t>v -5.440239 13.207387 -0.221266</w:t>
        <w:br/>
        <w:t>v -5.326933 13.289736 -0.213645</w:t>
        <w:br/>
        <w:t>v -5.155969 13.060238 -0.054792</w:t>
        <w:br/>
        <w:t>v -5.081469 13.110876 -0.110267</w:t>
        <w:br/>
        <w:t>v -5.073349 13.090685 -0.116655</w:t>
        <w:br/>
        <w:t>v -5.145709 13.037116 -0.063847</w:t>
        <w:br/>
        <w:t>v -5.238225 12.956626 -0.035274</w:t>
        <w:br/>
        <w:t>v -5.156913 13.039959 0.038701</w:t>
        <w:br/>
        <w:t>v -5.168566 13.061043 0.024251</w:t>
        <w:br/>
        <w:t>v -5.255217 12.972761 -0.052717</w:t>
        <w:br/>
        <w:t>v -5.102129 13.109314 0.086857</w:t>
        <w:br/>
        <w:t>v -5.113997 13.129698 0.076406</w:t>
        <w:br/>
        <w:t>v -5.176208 13.067990 0.140784</w:t>
        <w:br/>
        <w:t>v -5.156913 13.039959 0.038701</w:t>
        <w:br/>
        <w:t>v -5.246593 13.170465 0.208458</w:t>
        <w:br/>
        <w:t>v -5.469998 13.247407 0.128158</w:t>
        <w:br/>
        <w:t>v -5.340755 13.307688 0.136232</w:t>
        <w:br/>
        <w:t>v -5.394145 13.152176 0.239031</w:t>
        <w:br/>
        <w:t>v -5.497655 12.952213 0.409367</w:t>
        <w:br/>
        <w:t>v -5.607052 13.109515 0.229938</w:t>
        <w:br/>
        <w:t>v -5.604308 12.970312 0.409355</w:t>
        <w:br/>
        <w:t>v -5.837975 12.954598 0.318112</w:t>
        <w:br/>
        <w:t>v -5.594497 13.100562 -0.240684</w:t>
        <w:br/>
        <w:t>v -5.823716 12.934086 -0.308346</w:t>
        <w:br/>
        <w:t>v -5.649335 12.935436 -0.331222</w:t>
        <w:br/>
        <w:t>v -5.883529 13.020526 -0.159277</w:t>
        <w:br/>
        <w:t>v -5.331496 12.916753 -0.032985</w:t>
        <w:br/>
        <w:t>v -5.270555 12.974992 0.039581</w:t>
        <w:br/>
        <w:t>v -5.253316 12.957308 0.022540</w:t>
        <w:br/>
        <w:t>v -5.307883 12.906282 -0.047775</w:t>
        <w:br/>
        <w:t>v -5.253316 12.957308 0.022540</w:t>
        <w:br/>
        <w:t>v -5.145709 13.037116 -0.063847</w:t>
        <w:br/>
        <w:t>v -5.253316 12.957308 0.022540</w:t>
        <w:br/>
        <w:t>v -5.270555 12.974992 0.039581</w:t>
        <w:br/>
        <w:t>v -5.395240 12.890310 -0.151631</w:t>
        <w:br/>
        <w:t>v -5.373261 12.883505 -0.168068</w:t>
        <w:br/>
        <w:t>v -5.526752 12.995206 -0.301492</w:t>
        <w:br/>
        <w:t>v -5.637693 13.167552 -0.119322</w:t>
        <w:br/>
        <w:t>v -5.482057 13.262090 -0.107386</w:t>
        <w:br/>
        <w:t>v -5.614487 13.198442 -0.072047</w:t>
        <w:br/>
        <w:t>v -5.492155 13.275333 0.008958</w:t>
        <w:br/>
        <w:t>v -5.320005 12.905848 0.035859</w:t>
        <w:br/>
        <w:t>v -5.293912 12.900352 0.047001</w:t>
        <w:br/>
        <w:t>v -5.238225 12.956626 -0.035274</w:t>
        <w:br/>
        <w:t>v -5.255217 12.972761 -0.052717</w:t>
        <w:br/>
        <w:t>v -5.238225 12.956626 -0.035274</w:t>
        <w:br/>
        <w:t>v -5.360732 12.873386 0.195466</w:t>
        <w:br/>
        <w:t>v -5.333583 12.876340 0.200220</w:t>
        <w:br/>
        <w:t>v -5.396090 12.890812 0.326149</w:t>
        <w:br/>
        <w:t>v -5.375248 12.901226 0.332940</w:t>
        <w:br/>
        <w:t>v -5.368116 13.347659 0.004041</w:t>
        <w:br/>
        <w:t>v -5.648929 13.169786 0.119492</w:t>
        <w:br/>
        <w:t>v -5.669275 13.197225 0.004783</w:t>
        <w:br/>
        <w:t>v -5.614289 13.198769 0.083901</w:t>
        <w:br/>
        <w:t>v -5.883463 13.020427 0.158152</w:t>
        <w:br/>
        <w:t>v -5.649335 12.935436 -0.331222</w:t>
        <w:br/>
        <w:t>v -5.647404 12.915498 -0.315326</w:t>
        <w:br/>
        <w:t>v -5.484038 12.900616 -0.247438</w:t>
        <w:br/>
        <w:t>v -5.466480 12.901273 -0.267938</w:t>
        <w:br/>
        <w:t>v -5.807261 12.910136 -0.298411</w:t>
        <w:br/>
        <w:t>v -5.823716 12.934086 -0.308346</w:t>
        <w:br/>
        <w:t>v -6.134330 12.882783 0.002973</w:t>
        <w:br/>
        <w:t>v -6.080086 12.890221 -0.071187</w:t>
        <w:br/>
        <w:t>v -6.052194 12.944917 0.005774</w:t>
        <w:br/>
        <w:t>v -6.043383 12.895705 0.177427</w:t>
        <w:br/>
        <w:t>v -6.040593 12.865791 0.176559</w:t>
        <w:br/>
        <w:t>v -6.043383 12.895705 0.177427</w:t>
        <w:br/>
        <w:t>v -5.820130 12.928769 0.322664</w:t>
        <w:br/>
        <w:t>v -6.194704 12.789227 0.009056</w:t>
        <w:br/>
        <w:t>v -6.196649 12.820631 0.007458</w:t>
        <w:br/>
        <w:t>v -6.029558 12.861404 -0.182972</w:t>
        <w:br/>
        <w:t>v -6.032222 12.890404 -0.187656</w:t>
        <w:br/>
        <w:t>v -6.196649 12.820631 0.007458</w:t>
        <w:br/>
        <w:t>v -6.194704 12.789227 0.009056</w:t>
        <w:br/>
        <w:t>v -5.480643 12.927789 0.401847</w:t>
        <w:br/>
        <w:t>v -6.133338 12.863374 0.004823</w:t>
        <w:br/>
        <w:t>v -6.085968 12.893723 0.076835</w:t>
        <w:br/>
        <w:t>v -6.133338 12.863374 0.004823</w:t>
        <w:br/>
        <w:t>v -6.196649 12.820631 0.007458</w:t>
        <w:br/>
        <w:t>v -5.996886 12.921316 -0.180393</w:t>
        <w:br/>
        <w:t>v -5.898108 13.041605 0.007587</w:t>
        <w:br/>
        <w:t>v -5.513547 13.281502 0.006481</w:t>
        <w:br/>
        <w:t>v -5.614487 13.198442 -0.072047</w:t>
        <w:br/>
        <w:t>v -5.492155 13.275333 0.008958</w:t>
        <w:br/>
        <w:t>v -5.513547 13.281502 0.006481</w:t>
        <w:br/>
        <w:t>v -5.545127 13.020440 0.353754</w:t>
        <w:br/>
        <w:t>v -5.604308 12.970312 0.409355</w:t>
        <w:br/>
        <w:t>v -5.610243 12.945766 0.400903</w:t>
        <w:br/>
        <w:t>v -5.109705 13.114557 0.132308</w:t>
        <w:br/>
        <w:t>v -5.102129 13.109314 0.086857</w:t>
        <w:br/>
        <w:t>v -5.162596 13.223415 0.184827</w:t>
        <w:br/>
        <w:t>v -5.250953 13.349573 0.141841</w:t>
        <w:br/>
        <w:t>v -5.284527 13.396395 0.000734</w:t>
        <w:br/>
        <w:t>v -5.244723 13.349499 -0.208111</w:t>
        <w:br/>
        <w:t>v -5.170223 13.224913 -0.246343</w:t>
        <w:br/>
        <w:t>v -5.085929 13.086857 -0.152599</w:t>
        <w:br/>
        <w:t>v -5.073349 13.090685 -0.116655</w:t>
        <w:br/>
        <w:t>v -5.973823 12.902638 -0.220952</w:t>
        <w:br/>
        <w:t>v -6.032222 12.890404 -0.187656</w:t>
        <w:br/>
        <w:t>v -5.962854 12.876036 -0.217142</w:t>
        <w:br/>
        <w:t>v -0.586839 13.464043 -0.525981</w:t>
        <w:br/>
        <w:t>v -0.546342 13.497358 -0.460910</w:t>
        <w:br/>
        <w:t>v -0.455679 13.427947 -0.488364</w:t>
        <w:br/>
        <w:t>v -0.472443 13.372360 -0.533162</w:t>
        <w:br/>
        <w:t>v -0.682772 13.580725 -0.532559</w:t>
        <w:br/>
        <w:t>v -0.623461 13.588070 -0.457503</w:t>
        <w:br/>
        <w:t>v -0.770392 13.678004 -0.549436</w:t>
        <w:br/>
        <w:t>v -0.694996 13.689964 -0.464118</w:t>
        <w:br/>
        <w:t>v -0.770190 13.759550 -0.474807</w:t>
        <w:br/>
        <w:t>v -0.878624 13.747011 -0.577154</w:t>
        <w:br/>
        <w:t>v -0.855345 13.818646 -0.487082</w:t>
        <w:br/>
        <w:t>v -1.034396 13.847333 -0.583090</w:t>
        <w:br/>
        <w:t>v -1.011393 13.911548 -0.512612</w:t>
        <w:br/>
        <w:t>v -0.879102 13.672132 -0.639747</w:t>
        <w:br/>
        <w:t>v -0.783861 13.503608 -0.757450</w:t>
        <w:br/>
        <w:t>v -1.137347 13.705209 -0.739906</w:t>
        <w:br/>
        <w:t>v -1.208328 13.835526 -0.679778</w:t>
        <w:br/>
        <w:t>v -0.849598 13.595603 -0.699649</w:t>
        <w:br/>
        <w:t>v -0.828419 13.503997 -0.772353</w:t>
        <w:br/>
        <w:t>v -1.072842 13.605313 -0.764116</w:t>
        <w:br/>
        <w:t>v -0.688105 13.262932 -0.869808</w:t>
        <w:br/>
        <w:t>v -0.864917 13.257851 -0.920869</w:t>
        <w:br/>
        <w:t>v -0.923599 13.311200 -0.907336</w:t>
        <w:br/>
        <w:t>v -0.713346 13.304233 -0.858313</w:t>
        <w:br/>
        <w:t>v -0.679968 13.212842 -0.888924</w:t>
        <w:br/>
        <w:t>v -0.640893 13.231881 -0.869607</w:t>
        <w:br/>
        <w:t>v -0.574917 13.211884 -0.856968</w:t>
        <w:br/>
        <w:t>v -0.597190 13.194050 -0.874675</w:t>
        <w:br/>
        <w:t>v -0.688218 13.198339 -0.911122</w:t>
        <w:br/>
        <w:t>v -0.606358 13.169954 -0.888685</w:t>
        <w:br/>
        <w:t>v -0.715459 13.160446 -0.928754</w:t>
        <w:br/>
        <w:t>v -0.598246 13.145480 -0.896219</w:t>
        <w:br/>
        <w:t>v -0.687187 13.110279 -0.940815</w:t>
        <w:br/>
        <w:t>v -0.575307 13.130075 -0.894508</w:t>
        <w:br/>
        <w:t>v -0.636554 13.083101 -0.938438</w:t>
        <w:br/>
        <w:t>v -0.536156 13.125999 -0.882309</w:t>
        <w:br/>
        <w:t>v -0.571748 13.075847 -0.922189</w:t>
        <w:br/>
        <w:t>v -0.484555 13.137444 -0.858577</w:t>
        <w:br/>
        <w:t>v -0.509293 13.091942 -0.895766</w:t>
        <w:br/>
        <w:t>v -0.441946 13.141003 -0.840216</w:t>
        <w:br/>
        <w:t>v -0.464559 13.106028 -0.874172</w:t>
        <w:br/>
        <w:t>v -0.410581 13.112317 -0.837424</w:t>
        <w:br/>
        <w:t>v -0.454271 13.099892 -0.872248</w:t>
        <w:br/>
        <w:t>v -0.412304 13.079706 -0.849045</w:t>
        <w:br/>
        <w:t>v -0.454297 13.084612 -0.876512</w:t>
        <w:br/>
        <w:t>v -0.465867 13.072690 -0.884296</w:t>
        <w:br/>
        <w:t>v -0.457604 13.055244 -0.878801</w:t>
        <w:br/>
        <w:t>v -0.477148 13.066200 -0.890321</w:t>
        <w:br/>
        <w:t>v -0.430993 13.058553 -0.863420</w:t>
        <w:br/>
        <w:t>v -0.842756 13.478229 -0.794588</w:t>
        <w:br/>
        <w:t>v -1.083545 13.513342 -0.835701</w:t>
        <w:br/>
        <w:t>v -0.830721 13.435494 -0.817842</w:t>
        <w:br/>
        <w:t>v -0.773700 13.380861 -0.831412</w:t>
        <w:br/>
        <w:t>v -1.030649 13.444611 -0.863381</w:t>
        <w:br/>
        <w:t>v -0.694041 13.336918 -0.831098</w:t>
        <w:br/>
        <w:t>v -0.921309 13.364877 -0.883139</w:t>
        <w:br/>
        <w:t>v -0.465136 13.383389 -0.553334</w:t>
        <w:br/>
        <w:t>v -0.445844 13.442989 -0.515957</w:t>
        <w:br/>
        <w:t>v -0.523667 13.522296 -0.506676</w:t>
        <w:br/>
        <w:t>v -0.577180 13.476909 -0.548191</w:t>
        <w:br/>
        <w:t>v -0.590511 13.607438 -0.507091</w:t>
        <w:br/>
        <w:t>v -0.665139 13.707006 -0.515366</w:t>
        <w:br/>
        <w:t>v -0.673629 13.592220 -0.556416</w:t>
        <w:br/>
        <w:t>v -0.742824 13.783998 -0.525478</w:t>
        <w:br/>
        <w:t>v -0.762858 13.688807 -0.572501</w:t>
        <w:br/>
        <w:t>v -0.829915 13.848729 -0.539073</w:t>
        <w:br/>
        <w:t>v -0.872135 13.759110 -0.599779</w:t>
        <w:br/>
        <w:t>v -0.872839 13.684279 -0.660473</w:t>
        <w:br/>
        <w:t>v -1.208328 13.835526 -0.679778</w:t>
        <w:br/>
        <w:t>v -0.844354 13.609764 -0.717030</w:t>
        <w:br/>
        <w:t>v -1.137347 13.705209 -0.739906</w:t>
        <w:br/>
        <w:t>v -0.777346 13.515253 -0.774655</w:t>
        <w:br/>
        <w:t>v -1.067170 13.617865 -0.783546</w:t>
        <w:br/>
        <w:t>v -0.821779 13.515632 -0.789709</w:t>
        <w:br/>
        <w:t>v -0.823904 13.446246 -0.836015</w:t>
        <w:br/>
        <w:t>v -0.836103 13.489397 -0.812422</w:t>
        <w:br/>
        <w:t>v -1.083545 13.513342 -0.835701</w:t>
        <w:br/>
        <w:t>v -1.030649 13.444611 -0.863381</w:t>
        <w:br/>
        <w:t>v -0.766783 13.391400 -0.849195</w:t>
        <w:br/>
        <w:t>v -0.921309 13.364877 -0.883139</w:t>
        <w:br/>
        <w:t>v -0.687212 13.347546 -0.848365</w:t>
        <w:br/>
        <w:t>v -0.706404 13.314721 -0.875832</w:t>
        <w:br/>
        <w:t>v -0.923599 13.311200 -0.907336</w:t>
        <w:br/>
        <w:t>v -0.864917 13.257851 -0.920869</w:t>
        <w:br/>
        <w:t>v -0.681024 13.273307 -0.887478</w:t>
        <w:br/>
        <w:t>v -0.767324 13.216952 -0.919900</w:t>
        <w:br/>
        <w:t>v -0.672133 13.223894 -0.907990</w:t>
        <w:br/>
        <w:t>v -0.688218 13.198339 -0.911122</w:t>
        <w:br/>
        <w:t>v -0.715459 13.160446 -0.928754</w:t>
        <w:br/>
        <w:t>v -0.599001 13.180154 -0.906343</w:t>
        <w:br/>
        <w:t>v -0.589845 13.204415 -0.892031</w:t>
        <w:br/>
        <w:t>v -0.687187 13.110279 -0.940815</w:t>
        <w:br/>
        <w:t>v -0.590801 13.155493 -0.914090</w:t>
        <w:br/>
        <w:t>v -0.636554 13.083101 -0.938438</w:t>
        <w:br/>
        <w:t>v -0.567761 13.139922 -0.912480</w:t>
        <w:br/>
        <w:t>v -0.571748 13.075847 -0.922189</w:t>
        <w:br/>
        <w:t>v -0.528523 13.135672 -0.900306</w:t>
        <w:br/>
        <w:t>v -0.509293 13.091942 -0.895766</w:t>
        <w:br/>
        <w:t>v -0.476846 13.146952 -0.876260</w:t>
        <w:br/>
        <w:t>v -0.464559 13.106028 -0.874172</w:t>
        <w:br/>
        <w:t>v -0.434124 13.150397 -0.857584</w:t>
        <w:br/>
        <w:t>v -0.454271 13.099892 -0.872248</w:t>
        <w:br/>
        <w:t>v -0.402595 13.121636 -0.854880</w:t>
        <w:br/>
        <w:t>v -0.454297 13.084612 -0.876512</w:t>
        <w:br/>
        <w:t>v -0.404192 13.089025 -0.866664</w:t>
        <w:br/>
        <w:t>v -0.477148 13.066200 -0.890321</w:t>
        <w:br/>
        <w:t>v -0.452259 13.061420 -0.890786</w:t>
        <w:br/>
        <w:t>v -0.465867 13.072690 -0.884296</w:t>
        <w:br/>
        <w:t>v -0.422843 13.067909 -0.881303</w:t>
        <w:br/>
        <w:t>v -1.160575 14.004150 -0.585090</w:t>
        <w:br/>
        <w:t>v -1.260520 14.012853 -0.606256</w:t>
        <w:br/>
        <w:t>v -1.027315 13.866073 -0.609627</w:t>
        <w:br/>
        <w:t>v -0.991510 13.942311 -0.560981</w:t>
        <w:br/>
        <w:t>v -1.115313 13.602912 -0.788200</w:t>
        <w:br/>
        <w:t>v -0.586839 13.464043 -0.525981</w:t>
        <w:br/>
        <w:t>v -0.472443 13.372360 -0.533162</w:t>
        <w:br/>
        <w:t>v -0.465136 13.383389 -0.553334</w:t>
        <w:br/>
        <w:t>v -0.577180 13.476909 -0.548191</w:t>
        <w:br/>
        <w:t>v -0.455679 13.427947 -0.488364</w:t>
        <w:br/>
        <w:t>v -0.546342 13.497358 -0.460910</w:t>
        <w:br/>
        <w:t>v -0.522849 13.520788 -0.471814</w:t>
        <w:br/>
        <w:t>v -0.447366 13.440425 -0.497847</w:t>
        <w:br/>
        <w:t>v -0.623461 13.588070 -0.457503</w:t>
        <w:br/>
        <w:t>v -0.590787 13.610104 -0.466897</w:t>
        <w:br/>
        <w:t>v -0.682772 13.580725 -0.532559</w:t>
        <w:br/>
        <w:t>v -0.673629 13.592220 -0.556416</w:t>
        <w:br/>
        <w:t>v -0.694996 13.689964 -0.464118</w:t>
        <w:br/>
        <w:t>v -0.662850 13.714790 -0.473990</w:t>
        <w:br/>
        <w:t>v -0.770392 13.678004 -0.549436</w:t>
        <w:br/>
        <w:t>v -0.762858 13.688807 -0.572501</w:t>
        <w:br/>
        <w:t>v -0.770190 13.759550 -0.474807</w:t>
        <w:br/>
        <w:t>v -0.743453 13.790765 -0.484013</w:t>
        <w:br/>
        <w:t>v -0.855345 13.818646 -0.487082</w:t>
        <w:br/>
        <w:t>v -0.831223 13.855231 -0.495143</w:t>
        <w:br/>
        <w:t>v -0.878624 13.747011 -0.577154</w:t>
        <w:br/>
        <w:t>v -0.872135 13.759110 -0.599779</w:t>
        <w:br/>
        <w:t>v -1.011393 13.911548 -0.512612</w:t>
        <w:br/>
        <w:t>v -0.994566 13.945341 -0.522258</w:t>
        <w:br/>
        <w:t>v -0.878624 13.747011 -0.577154</w:t>
        <w:br/>
        <w:t>v -0.872135 13.759110 -0.599779</w:t>
        <w:br/>
        <w:t>v -0.872839 13.684279 -0.660473</w:t>
        <w:br/>
        <w:t>v -0.879102 13.672132 -0.639747</w:t>
        <w:br/>
        <w:t>v -0.783861 13.503608 -0.757450</w:t>
        <w:br/>
        <w:t>v -0.849598 13.595603 -0.699649</w:t>
        <w:br/>
        <w:t>v -0.844354 13.609764 -0.717030</w:t>
        <w:br/>
        <w:t>v -0.777346 13.515253 -0.774655</w:t>
        <w:br/>
        <w:t>v -0.828419 13.503997 -0.772353</w:t>
        <w:br/>
        <w:t>v -0.783861 13.503608 -0.757450</w:t>
        <w:br/>
        <w:t>v -0.777346 13.515253 -0.774655</w:t>
        <w:br/>
        <w:t>v -0.821779 13.515632 -0.789709</w:t>
        <w:br/>
        <w:t>v -0.842756 13.478229 -0.794588</w:t>
        <w:br/>
        <w:t>v -0.836103 13.489397 -0.812422</w:t>
        <w:br/>
        <w:t>v -0.830721 13.435494 -0.817842</w:t>
        <w:br/>
        <w:t>v -0.823904 13.446246 -0.836015</w:t>
        <w:br/>
        <w:t>v -0.773700 13.380861 -0.831412</w:t>
        <w:br/>
        <w:t>v -0.766783 13.391400 -0.849195</w:t>
        <w:br/>
        <w:t>v -0.694041 13.336918 -0.831098</w:t>
        <w:br/>
        <w:t>v -0.687212 13.347546 -0.848365</w:t>
        <w:br/>
        <w:t>v -0.713346 13.304233 -0.858313</w:t>
        <w:br/>
        <w:t>v -0.694041 13.336918 -0.831098</w:t>
        <w:br/>
        <w:t>v -0.687212 13.347546 -0.848365</w:t>
        <w:br/>
        <w:t>v -0.706404 13.314721 -0.875832</w:t>
        <w:br/>
        <w:t>v -0.688105 13.262932 -0.869808</w:t>
        <w:br/>
        <w:t>v -0.681024 13.273307 -0.887478</w:t>
        <w:br/>
        <w:t>v -0.640893 13.231881 -0.869607</w:t>
        <w:br/>
        <w:t>v -0.633724 13.242244 -0.887088</w:t>
        <w:br/>
        <w:t>v -0.597190 13.194050 -0.874675</w:t>
        <w:br/>
        <w:t>v -0.574917 13.211884 -0.856968</w:t>
        <w:br/>
        <w:t>v -0.567635 13.222261 -0.874160</w:t>
        <w:br/>
        <w:t>v -0.589845 13.204415 -0.892031</w:t>
        <w:br/>
        <w:t>v -0.606358 13.169954 -0.888685</w:t>
        <w:br/>
        <w:t>v -0.599001 13.180154 -0.906343</w:t>
        <w:br/>
        <w:t>v -0.598246 13.145480 -0.896219</w:t>
        <w:br/>
        <w:t>v -0.590801 13.155493 -0.914090</w:t>
        <w:br/>
        <w:t>v -0.575307 13.130075 -0.894508</w:t>
        <w:br/>
        <w:t>v -0.567761 13.139922 -0.912480</w:t>
        <w:br/>
        <w:t>v -0.536156 13.125999 -0.882309</w:t>
        <w:br/>
        <w:t>v -0.528523 13.135672 -0.900306</w:t>
        <w:br/>
        <w:t>v -0.484555 13.137444 -0.858577</w:t>
        <w:br/>
        <w:t>v -0.476846 13.146952 -0.876260</w:t>
        <w:br/>
        <w:t>v -0.441946 13.141003 -0.840216</w:t>
        <w:br/>
        <w:t>v -0.434124 13.150397 -0.857584</w:t>
        <w:br/>
        <w:t>v -0.410581 13.112317 -0.837424</w:t>
        <w:br/>
        <w:t>v -0.402595 13.121636 -0.854880</w:t>
        <w:br/>
        <w:t>v -0.412304 13.079706 -0.849045</w:t>
        <w:br/>
        <w:t>v -0.404192 13.089025 -0.866664</w:t>
        <w:br/>
        <w:t>v -0.457604 13.055244 -0.878801</w:t>
        <w:br/>
        <w:t>v -0.452259 13.061420 -0.890786</w:t>
        <w:br/>
        <w:t>v -0.477148 13.066200 -0.890321</w:t>
        <w:br/>
        <w:t>v -1.171453 13.975613 -0.546807</w:t>
        <w:br/>
        <w:t>v -1.263739 13.983827 -0.581694</w:t>
        <w:br/>
        <w:t>v -1.267940 14.014728 -0.584499</w:t>
        <w:br/>
        <w:t>v -1.168422 14.001283 -0.558088</w:t>
        <w:br/>
        <w:t>v -1.267940 14.014728 -0.584499</w:t>
        <w:br/>
        <w:t>v -1.208328 13.835526 -0.679778</w:t>
        <w:br/>
        <w:t>v -1.260520 14.012853 -0.606256</w:t>
        <w:br/>
        <w:t>v -1.072842 13.605313 -0.764116</w:t>
        <w:br/>
        <w:t>v -1.067170 13.617865 -0.783546</w:t>
        <w:br/>
        <w:t>v -1.137347 13.705209 -0.739906</w:t>
        <w:br/>
        <w:t>v -1.115313 13.602912 -0.788200</w:t>
        <w:br/>
        <w:t>v -1.067170 13.617865 -0.783546</w:t>
        <w:br/>
        <w:t>v -1.072842 13.605313 -0.764116</w:t>
        <w:br/>
        <w:t>v -0.430993 13.058553 -0.863420</w:t>
        <w:br/>
        <w:t>v -0.422843 13.067909 -0.881303</w:t>
        <w:br/>
        <w:t>v -0.567635 13.222261 -0.874160</w:t>
        <w:br/>
        <w:t>v -0.574917 13.211884 -0.856968</w:t>
        <w:br/>
        <w:t>v -0.567635 13.222261 -0.874160</w:t>
        <w:br/>
        <w:t>v -0.633724 13.242244 -0.887088</w:t>
        <w:br/>
        <w:t>v -0.767324 13.216952 -0.919900</w:t>
        <w:br/>
        <w:t>v -0.447366 13.440425 -0.497847</w:t>
        <w:br/>
        <w:t>v -0.522849 13.520788 -0.471814</w:t>
        <w:br/>
        <w:t>v -0.523667 13.522296 -0.506676</w:t>
        <w:br/>
        <w:t>v -0.445844 13.442989 -0.515957</w:t>
        <w:br/>
        <w:t>v -0.590787 13.610104 -0.466897</w:t>
        <w:br/>
        <w:t>v -0.662850 13.714790 -0.473990</w:t>
        <w:br/>
        <w:t>v -0.743453 13.790765 -0.484013</w:t>
        <w:br/>
        <w:t>v -0.831223 13.855231 -0.495143</w:t>
        <w:br/>
        <w:t>v -0.994566 13.945341 -0.522258</w:t>
        <w:br/>
        <w:t>v -1.168422 14.001283 -0.558088</w:t>
        <w:br/>
        <w:t>v -1.160575 14.004150 -0.585090</w:t>
        <w:br/>
        <w:t>v -1.267940 14.014728 -0.584499</w:t>
        <w:br/>
        <w:t>v -1.260520 14.012853 -0.606256</w:t>
        <w:br/>
        <w:t>v -1.115313 13.602912 -0.788200</w:t>
        <w:br/>
        <w:t>v -1.263739 13.983827 -0.581694</w:t>
        <w:br/>
        <w:t>v -1.208328 13.835526 -0.679778</w:t>
        <w:br/>
        <w:t>v -1.267940 14.014728 -0.584499</w:t>
        <w:br/>
        <w:t>v 0.299423 13.794573 -0.520781</w:t>
        <w:br/>
        <w:t>v 0.219135 13.786624 -0.525711</w:t>
        <w:br/>
        <w:t>v 0.234880 13.749097 -0.556737</w:t>
        <w:br/>
        <w:t>v 0.296694 13.761284 -0.552046</w:t>
        <w:br/>
        <w:t>v 0.257417 13.708901 -0.584405</w:t>
        <w:br/>
        <w:t>v 0.301070 13.676103 -0.604339</w:t>
        <w:br/>
        <w:t>v 0.312175 13.726962 -0.577425</w:t>
        <w:br/>
        <w:t>v 0.358029 13.699444 -0.588266</w:t>
        <w:br/>
        <w:t>v 0.396827 13.656595 -0.591712</w:t>
        <w:br/>
        <w:t>v 0.399996 13.688754 -0.582997</w:t>
        <w:br/>
        <w:t>v 0.344987 13.660268 -0.606313</w:t>
        <w:br/>
        <w:t>v 0.433802 13.672730 -0.562271</w:t>
        <w:br/>
        <w:t>v 0.299800 13.821737 -0.495213</w:t>
        <w:br/>
        <w:t>v 0.329682 13.802496 -0.502910</w:t>
        <w:br/>
        <w:t>v 0.260360 13.845407 -0.481530</w:t>
        <w:br/>
        <w:t>v 0.208659 13.862774 -0.471946</w:t>
        <w:br/>
        <w:t>v 0.188423 13.806006 -0.513788</w:t>
        <w:br/>
        <w:t>v 0.153348 13.866572 -0.474462</w:t>
        <w:br/>
        <w:t>v 0.151285 13.809766 -0.515071</w:t>
        <w:br/>
        <w:t>v 0.104237 13.856186 -0.491452</w:t>
        <w:br/>
        <w:t>v 0.073550 13.834577 -0.517926</w:t>
        <w:br/>
        <w:t>v 0.123504 13.802006 -0.521422</w:t>
        <w:br/>
        <w:t>v 0.054912 13.716463 -0.577400</w:t>
        <w:br/>
        <w:t>v 0.038022 13.765861 -0.565591</w:t>
        <w:br/>
        <w:t>v 0.000003 13.756945 -0.578086</w:t>
        <w:br/>
        <w:t>v 0.000003 13.704865 -0.591229</w:t>
        <w:br/>
        <w:t>v 0.101684 13.745864 -0.561943</w:t>
        <w:br/>
        <w:t>v 0.065778 13.785809 -0.553165</w:t>
        <w:br/>
        <w:t>v 0.067891 13.809451 -0.538287</w:t>
        <w:br/>
        <w:t>v 0.109255 13.780033 -0.537545</w:t>
        <w:br/>
        <w:t>v -0.234874 13.749098 -0.556737</w:t>
        <w:br/>
        <w:t>v -0.219129 13.786624 -0.525711</w:t>
        <w:br/>
        <w:t>v -0.299417 13.794573 -0.520781</w:t>
        <w:br/>
        <w:t>v -0.296687 13.761284 -0.552046</w:t>
        <w:br/>
        <w:t>v -0.301064 13.676103 -0.604339</w:t>
        <w:br/>
        <w:t>v -0.257411 13.708901 -0.584405</w:t>
        <w:br/>
        <w:t>v -0.312169 13.726962 -0.577425</w:t>
        <w:br/>
        <w:t>v -0.358023 13.699445 -0.588266</w:t>
        <w:br/>
        <w:t>v -0.399990 13.688754 -0.582997</w:t>
        <w:br/>
        <w:t>v -0.396821 13.656597 -0.591712</w:t>
        <w:br/>
        <w:t>v -0.344981 13.660268 -0.606313</w:t>
        <w:br/>
        <w:t>v -0.433796 13.672733 -0.562271</w:t>
        <w:br/>
        <w:t>v -0.299794 13.821737 -0.495213</w:t>
        <w:br/>
        <w:t>v -0.329675 13.802496 -0.502910</w:t>
        <w:br/>
        <w:t>v -0.208652 13.862775 -0.471946</w:t>
        <w:br/>
        <w:t>v -0.260354 13.845407 -0.481530</w:t>
        <w:br/>
        <w:t>v -0.188417 13.806004 -0.513788</w:t>
        <w:br/>
        <w:t>v -0.153341 13.866573 -0.474462</w:t>
        <w:br/>
        <w:t>v -0.151279 13.809765 -0.515071</w:t>
        <w:br/>
        <w:t>v -0.073544 13.834578 -0.517926</w:t>
        <w:br/>
        <w:t>v -0.104230 13.856185 -0.491452</w:t>
        <w:br/>
        <w:t>v -0.123497 13.802005 -0.521422</w:t>
        <w:br/>
        <w:t>v 0.000003 13.756945 -0.578086</w:t>
        <w:br/>
        <w:t>v -0.038015 13.765861 -0.565591</w:t>
        <w:br/>
        <w:t>v -0.054906 13.716460 -0.577400</w:t>
        <w:br/>
        <w:t>v 0.000003 13.704865 -0.591229</w:t>
        <w:br/>
        <w:t>v -0.065772 13.785806 -0.553165</w:t>
        <w:br/>
        <w:t>v -0.101677 13.745864 -0.561943</w:t>
        <w:br/>
        <w:t>v -0.067884 13.809451 -0.538287</w:t>
        <w:br/>
        <w:t>v -0.109248 13.780033 -0.537545</w:t>
        <w:br/>
        <w:t>v 0.151247 14.104707 -0.200225</w:t>
        <w:br/>
        <w:t>v 0.131087 14.138776 -0.267446</w:t>
        <w:br/>
        <w:t>v 0.131075 14.097237 -0.288537</w:t>
        <w:br/>
        <w:t>v 0.151235 14.063152 -0.221316</w:t>
        <w:br/>
        <w:t>v 0.075864 14.163777 -0.316683</w:t>
        <w:br/>
        <w:t>v 0.075852 14.122226 -0.337773</w:t>
        <w:br/>
        <w:t>v 0.000003 14.173009 -0.334755</w:t>
        <w:br/>
        <w:t>v 0.000003 14.131458 -0.355846</w:t>
        <w:br/>
        <w:t>v 0.000003 14.036920 -0.066035</w:t>
        <w:br/>
        <w:t>v 0.075500 14.045861 -0.083931</w:t>
        <w:br/>
        <w:t>v 0.075474 14.004333 -0.105022</w:t>
        <w:br/>
        <w:t>v 0.000003 13.995379 -0.087125</w:t>
        <w:br/>
        <w:t>v 0.130911 14.070687 -0.133042</w:t>
        <w:br/>
        <w:t>v 0.130886 14.029148 -0.154132</w:t>
        <w:br/>
        <w:t>v 0.109544 14.142047 -0.181335</w:t>
        <w:br/>
        <w:t>v 0.078719 14.177437 -0.251134</w:t>
        <w:br/>
        <w:t>v 0.000003 14.191485 -0.278714</w:t>
        <w:br/>
        <w:t>v 0.000003 14.092973 -0.084207</w:t>
        <w:br/>
        <w:t>v 0.078493 14.106744 -0.111611</w:t>
        <w:br/>
        <w:t>v 0.000003 14.184655 -0.159930</w:t>
        <w:br/>
        <w:t>v 0.075474 14.004333 -0.105022</w:t>
        <w:br/>
        <w:t>v 0.000003 14.088722 -0.208689</w:t>
        <w:br/>
        <w:t>v 0.000003 13.995379 -0.087125</w:t>
        <w:br/>
        <w:t>v 0.130886 14.029148 -0.154132</w:t>
        <w:br/>
        <w:t>v 0.151235 14.063152 -0.221316</w:t>
        <w:br/>
        <w:t>v 0.131075 14.097237 -0.288537</w:t>
        <w:br/>
        <w:t>v 0.075852 14.122226 -0.337773</w:t>
        <w:br/>
        <w:t>v 0.000003 14.131458 -0.355846</w:t>
        <w:br/>
        <w:t>v -0.131068 14.097237 -0.288537</w:t>
        <w:br/>
        <w:t>v -0.131081 14.138776 -0.267446</w:t>
        <w:br/>
        <w:t>v -0.151241 14.104708 -0.200225</w:t>
        <w:br/>
        <w:t>v -0.151228 14.063152 -0.221316</w:t>
        <w:br/>
        <w:t>v -0.075845 14.122226 -0.337773</w:t>
        <w:br/>
        <w:t>v -0.075858 14.163777 -0.316683</w:t>
        <w:br/>
        <w:t>v 0.000003 14.131458 -0.355846</w:t>
        <w:br/>
        <w:t>v 0.000003 14.173009 -0.334755</w:t>
        <w:br/>
        <w:t>v -0.075468 14.004333 -0.105022</w:t>
        <w:br/>
        <w:t>v -0.075493 14.045861 -0.083931</w:t>
        <w:br/>
        <w:t>v 0.000003 14.036920 -0.066035</w:t>
        <w:br/>
        <w:t>v 0.000003 13.995379 -0.087125</w:t>
        <w:br/>
        <w:t>v -0.130880 14.029148 -0.154132</w:t>
        <w:br/>
        <w:t>v -0.130905 14.070687 -0.133042</w:t>
        <w:br/>
        <w:t>v -0.078712 14.177437 -0.251134</w:t>
        <w:br/>
        <w:t>v -0.109537 14.142047 -0.181335</w:t>
        <w:br/>
        <w:t>v 0.000003 14.191485 -0.278714</w:t>
        <w:br/>
        <w:t>v 0.000003 14.092973 -0.084207</w:t>
        <w:br/>
        <w:t>v -0.078486 14.106744 -0.111611</w:t>
        <w:br/>
        <w:t>v 0.000003 14.184655 -0.159930</w:t>
        <w:br/>
        <w:t>v 0.000003 14.088722 -0.208689</w:t>
        <w:br/>
        <w:t>v -0.075468 14.004333 -0.105022</w:t>
        <w:br/>
        <w:t>v 0.000003 13.995379 -0.087125</w:t>
        <w:br/>
        <w:t>v -0.130880 14.029148 -0.154132</w:t>
        <w:br/>
        <w:t>v -0.151228 14.063152 -0.221316</w:t>
        <w:br/>
        <w:t>v -0.131068 14.097237 -0.288537</w:t>
        <w:br/>
        <w:t>v -0.075845 14.122226 -0.337773</w:t>
        <w:br/>
        <w:t>v 0.000003 14.131458 -0.355846</w:t>
        <w:br/>
        <w:t>v 0.000003 14.010622 -0.317689</w:t>
        <w:br/>
        <w:t>v 0.000003 13.860888 -0.382131</w:t>
        <w:br/>
        <w:t>v 0.051302 13.837506 -0.336114</w:t>
        <w:br/>
        <w:t>v 0.062156 13.982538 -0.262390</w:t>
        <w:br/>
        <w:t>v 0.062156 13.982538 -0.262390</w:t>
        <w:br/>
        <w:t>v 0.051302 13.837506 -0.336114</w:t>
        <w:br/>
        <w:t>v 0.000003 13.815035 -0.291568</w:t>
        <w:br/>
        <w:t>v 0.000003 13.955523 -0.208853</w:t>
        <w:br/>
        <w:t>v 0.000003 13.955523 -0.208853</w:t>
        <w:br/>
        <w:t>v 0.000003 14.010622 -0.317689</w:t>
        <w:br/>
        <w:t>v 0.062156 13.982538 -0.262390</w:t>
        <w:br/>
        <w:t>v -0.062149 13.982537 -0.262390</w:t>
        <w:br/>
        <w:t>v -0.051296 13.837509 -0.336114</w:t>
        <w:br/>
        <w:t>v 0.000003 13.860888 -0.382131</w:t>
        <w:br/>
        <w:t>v 0.000003 14.010622 -0.317689</w:t>
        <w:br/>
        <w:t>v 0.000003 13.955523 -0.208853</w:t>
        <w:br/>
        <w:t>v 0.000003 13.815035 -0.291568</w:t>
        <w:br/>
        <w:t>v -0.051296 13.837509 -0.336114</w:t>
        <w:br/>
        <w:t>v -0.062149 13.982537 -0.262390</w:t>
        <w:br/>
        <w:t>v -0.062149 13.982537 -0.262390</w:t>
        <w:br/>
        <w:t>v 0.000003 14.010622 -0.317689</w:t>
        <w:br/>
        <w:t>v 0.000003 13.955523 -0.208853</w:t>
        <w:br/>
        <w:t>v -0.105803 13.577102 0.025219</w:t>
        <w:br/>
        <w:t>v -0.406305 13.048641 -0.428501</w:t>
        <w:br/>
        <w:t>v -0.783347 13.080935 -0.280628</w:t>
        <w:br/>
        <w:t>v -0.425621 13.577052 0.066822</w:t>
        <w:br/>
        <w:t>v -2.141145 7.270065 -2.633803</w:t>
        <w:br/>
        <w:t>v -1.906859 7.305179 -2.840441</w:t>
        <w:br/>
        <w:t>v -1.958763 6.519654 -3.072576</w:t>
        <w:br/>
        <w:t>v -2.202142 6.180507 -2.964188</w:t>
        <w:br/>
        <w:t>v -2.507587 5.789794 -2.948717</w:t>
        <w:br/>
        <w:t>v -2.116629 9.892473 -1.626059</w:t>
        <w:br/>
        <w:t>v -1.969459 10.445885 -1.456270</w:t>
        <w:br/>
        <w:t>v -1.493944 10.339892 -1.878373</w:t>
        <w:br/>
        <w:t>v -1.616100 9.822575 -2.061833</w:t>
        <w:br/>
        <w:t>v -1.760199 11.069805 -1.236413</w:t>
        <w:br/>
        <w:t>v -1.325532 10.917177 -1.646577</w:t>
        <w:br/>
        <w:t>v -2.504177 7.214929 -2.443572</w:t>
        <w:br/>
        <w:t>v -0.743833 12.372193 -0.912355</w:t>
        <w:br/>
        <w:t>v -1.152692 12.440219 -0.640705</w:t>
        <w:br/>
        <w:t>v -1.070594 11.636097 -1.314306</w:t>
        <w:br/>
        <w:t>v -1.476033 11.763091 -0.939319</w:t>
        <w:br/>
        <w:t>v -0.317552 13.716926 0.177382</w:t>
        <w:br/>
        <w:t>v -0.021943 13.719769 0.161359</w:t>
        <w:br/>
        <w:t>v -2.988913 5.075490 -2.705869</w:t>
        <w:br/>
        <w:t>v -2.640064 7.195096 -2.282825</w:t>
        <w:br/>
        <w:t>v -2.797864 5.405696 -2.878652</w:t>
        <w:br/>
        <w:t>v -1.838190 8.225244 -2.554792</w:t>
        <w:br/>
        <w:t>v -2.459327 8.251566 -2.055981</w:t>
        <w:br/>
        <w:t>v -2.279055 9.153546 -1.828856</w:t>
        <w:br/>
        <w:t>v -1.738546 9.122320 -2.283555</w:t>
        <w:br/>
        <w:t>v -0.789257 13.097236 -0.298763</w:t>
        <w:br/>
        <w:t>v -0.412216 13.064928 -0.446636</w:t>
        <w:br/>
        <w:t>v -0.108771 13.594130 0.006983</w:t>
        <w:br/>
        <w:t>v -0.428602 13.594080 0.048599</w:t>
        <w:br/>
        <w:t>v -1.975577 6.524999 -3.090200</w:t>
        <w:br/>
        <w:t>v -1.923661 7.310649 -2.857994</w:t>
        <w:br/>
        <w:t>v -2.156023 7.275862 -2.652872</w:t>
        <w:br/>
        <w:t>v -2.215662 6.186178 -2.983937</w:t>
        <w:br/>
        <w:t>v -2.519736 5.795806 -2.969487</w:t>
        <w:br/>
        <w:t>v -1.508193 10.348822 -1.896261</w:t>
        <w:br/>
        <w:t>v -1.983708 10.454818 -1.474150</w:t>
        <w:br/>
        <w:t>v -2.131570 9.900098 -1.644145</w:t>
        <w:br/>
        <w:t>v -1.631041 9.830197 -2.079924</w:t>
        <w:br/>
        <w:t>v -1.338876 10.927653 -1.664122</w:t>
        <w:br/>
        <w:t>v -1.773542 11.080280 -1.253943</w:t>
        <w:br/>
        <w:t>v -2.520790 7.220866 -2.461126</w:t>
        <w:br/>
        <w:t>v -0.753051 12.386908 -0.930453</w:t>
        <w:br/>
        <w:t>v -1.161911 12.454934 -0.658802</w:t>
        <w:br/>
        <w:t>v -1.487855 11.775618 -0.956298</w:t>
        <w:br/>
        <w:t>v -1.082416 11.648611 -1.331302</w:t>
        <w:br/>
        <w:t>v -0.023729 13.736946 0.143073</w:t>
        <w:br/>
        <w:t>v -0.319338 13.734105 0.159096</w:t>
        <w:br/>
        <w:t>v -2.659822 7.200668 -2.296981</w:t>
        <w:br/>
        <w:t>v -3.009325 5.081074 -2.719224</w:t>
        <w:br/>
        <w:t>v -2.815106 5.411483 -2.895165</w:t>
        <w:br/>
        <w:t>v -1.854200 8.231154 -2.572823</w:t>
        <w:br/>
        <w:t>v -1.753763 9.128937 -2.301924</w:t>
        <w:br/>
        <w:t>v -2.294285 9.160151 -1.847223</w:t>
        <w:br/>
        <w:t>v -2.476507 8.257452 -2.072767</w:t>
        <w:br/>
        <w:t>v -2.459327 8.251566 -2.055981</w:t>
        <w:br/>
        <w:t>v -2.640064 7.195096 -2.282825</w:t>
        <w:br/>
        <w:t>v -2.659822 7.200668 -2.296981</w:t>
        <w:br/>
        <w:t>v -2.476507 8.257452 -2.072767</w:t>
        <w:br/>
        <w:t>v -2.988913 5.075490 -2.705869</w:t>
        <w:br/>
        <w:t>v -3.009325 5.081074 -2.719224</w:t>
        <w:br/>
        <w:t>v -2.988913 5.075490 -2.705869</w:t>
        <w:br/>
        <w:t>v -2.797864 5.405696 -2.878652</w:t>
        <w:br/>
        <w:t>v -2.815106 5.411483 -2.895165</w:t>
        <w:br/>
        <w:t>v -3.009325 5.081074 -2.719224</w:t>
        <w:br/>
        <w:t>v -2.507587 5.789794 -2.948717</w:t>
        <w:br/>
        <w:t>v -2.519736 5.795806 -2.969487</w:t>
        <w:br/>
        <w:t>v -2.202142 6.180507 -2.964188</w:t>
        <w:br/>
        <w:t>v -2.215662 6.186178 -2.983937</w:t>
        <w:br/>
        <w:t>v -1.958763 6.519654 -3.072576</w:t>
        <w:br/>
        <w:t>v -1.975577 6.524999 -3.090200</w:t>
        <w:br/>
        <w:t>v -1.906859 7.305179 -2.840441</w:t>
        <w:br/>
        <w:t>v -1.923661 7.310649 -2.857994</w:t>
        <w:br/>
        <w:t>v -1.838190 8.225244 -2.554792</w:t>
        <w:br/>
        <w:t>v -1.854200 8.231154 -2.572823</w:t>
        <w:br/>
        <w:t>v -1.738546 9.122320 -2.283555</w:t>
        <w:br/>
        <w:t>v -1.753763 9.128937 -2.301924</w:t>
        <w:br/>
        <w:t>v -1.616100 9.822575 -2.061833</w:t>
        <w:br/>
        <w:t>v -1.631041 9.830197 -2.079924</w:t>
        <w:br/>
        <w:t>v -1.493944 10.339892 -1.878373</w:t>
        <w:br/>
        <w:t>v -1.508193 10.348822 -1.896261</w:t>
        <w:br/>
        <w:t>v -1.325532 10.917177 -1.646577</w:t>
        <w:br/>
        <w:t>v -1.338876 10.927653 -1.664122</w:t>
        <w:br/>
        <w:t>v -1.070594 11.636097 -1.314306</w:t>
        <w:br/>
        <w:t>v -1.082416 11.648611 -1.331302</w:t>
        <w:br/>
        <w:t>v -0.743833 12.372193 -0.912355</w:t>
        <w:br/>
        <w:t>v -0.753051 12.386908 -0.930453</w:t>
        <w:br/>
        <w:t>v -0.406305 13.048641 -0.428501</w:t>
        <w:br/>
        <w:t>v -0.412216 13.064928 -0.446636</w:t>
        <w:br/>
        <w:t>v -0.105803 13.577102 0.025219</w:t>
        <w:br/>
        <w:t>v -0.108771 13.594130 0.006983</w:t>
        <w:br/>
        <w:t>v -0.021943 13.719769 0.161359</w:t>
        <w:br/>
        <w:t>v -0.023729 13.736946 0.143073</w:t>
        <w:br/>
        <w:t>v -0.317552 13.716926 0.177382</w:t>
        <w:br/>
        <w:t>v -0.425621 13.577052 0.066822</w:t>
        <w:br/>
        <w:t>v -0.428602 13.594080 0.048599</w:t>
        <w:br/>
        <w:t>v -0.319338 13.734105 0.159096</w:t>
        <w:br/>
        <w:t>v -0.783347 13.080935 -0.280628</w:t>
        <w:br/>
        <w:t>v -0.789257 13.097236 -0.298763</w:t>
        <w:br/>
        <w:t>v -1.152692 12.440219 -0.640705</w:t>
        <w:br/>
        <w:t>v -1.161911 12.454934 -0.658802</w:t>
        <w:br/>
        <w:t>v -1.476033 11.763091 -0.939319</w:t>
        <w:br/>
        <w:t>v -1.487855 11.775618 -0.956298</w:t>
        <w:br/>
        <w:t>v -1.760199 11.069805 -1.236413</w:t>
        <w:br/>
        <w:t>v -1.773542 11.080280 -1.253943</w:t>
        <w:br/>
        <w:t>v -1.969459 10.445885 -1.456270</w:t>
        <w:br/>
        <w:t>v -1.983708 10.454818 -1.474150</w:t>
        <w:br/>
        <w:t>v -2.116629 9.892473 -1.626059</w:t>
        <w:br/>
        <w:t>v -2.131570 9.900098 -1.644145</w:t>
        <w:br/>
        <w:t>v -2.279055 9.153546 -1.828856</w:t>
        <w:br/>
        <w:t>v -2.294285 9.160151 -1.847223</w:t>
        <w:br/>
        <w:t>v -0.512061 12.518270 -1.330635</w:t>
        <w:br/>
        <w:t>v -0.444739 12.635268 -1.230878</w:t>
        <w:br/>
        <w:t>v -0.398860 12.927858 -1.263224</w:t>
        <w:br/>
        <w:t>v -0.457756 12.936939 -1.322397</w:t>
        <w:br/>
        <w:t>v -0.123399 12.776453 -1.042169</w:t>
        <w:br/>
        <w:t>v -0.086084 12.980804 -1.081155</w:t>
        <w:br/>
        <w:t>v -0.224840 12.950459 -1.171643</w:t>
        <w:br/>
        <w:t>v -0.165832 12.703924 -1.060455</w:t>
        <w:br/>
        <w:t>v -0.428377 12.571142 -1.213435</w:t>
        <w:br/>
        <w:t>v -0.088235 12.819979 -0.997648</w:t>
        <w:br/>
        <w:t>v -0.104182 12.888192 -0.965214</w:t>
        <w:br/>
        <w:t>v -0.067521 13.051585 -0.973338</w:t>
        <w:br/>
        <w:t>v -0.040885 13.020434 -1.013306</w:t>
        <w:br/>
        <w:t>v -0.177289 12.969473 -0.936149</w:t>
        <w:br/>
        <w:t>v -0.140754 13.089906 -0.948096</w:t>
        <w:br/>
        <w:t>v -0.309304 12.087402 -1.812842</w:t>
        <w:br/>
        <w:t>v -0.373004 12.295179 -1.706255</w:t>
        <w:br/>
        <w:t>v -0.202128 12.200778 -1.872114</w:t>
        <w:br/>
        <w:t>v -0.443745 12.899513 -1.377306</w:t>
        <w:br/>
        <w:t>v -0.509483 12.451741 -1.410306</w:t>
        <w:br/>
        <w:t>v -0.209536 11.860900 -1.945662</w:t>
        <w:br/>
        <w:t>v -0.260760 11.935667 -1.884930</w:t>
        <w:br/>
        <w:t>v -0.155319 11.945740 -1.993829</w:t>
        <w:br/>
        <w:t>v -0.145710 11.845644 -2.055906</w:t>
        <w:br/>
        <w:t>v -0.158262 11.837344 -2.028427</w:t>
        <w:br/>
        <w:t>v -0.235505 12.686468 -1.110308</w:t>
        <w:br/>
        <w:t>v -0.312548 12.622416 -1.150150</w:t>
        <w:br/>
        <w:t>v -0.088235 12.819979 -0.997648</w:t>
        <w:br/>
        <w:t>v -0.040885 13.020434 -1.013306</w:t>
        <w:br/>
        <w:t>v -0.447632 12.654173 -1.222829</w:t>
        <w:br/>
        <w:t>v -0.521040 12.550956 -1.327515</w:t>
        <w:br/>
        <w:t>v -0.516663 12.941379 -1.308626</w:t>
        <w:br/>
        <w:t>v -0.439671 12.913887 -1.216101</w:t>
        <w:br/>
        <w:t>v -0.266042 11.951475 -1.896362</w:t>
        <w:br/>
        <w:t>v -0.173844 11.958593 -2.013486</w:t>
        <w:br/>
        <w:t>v -0.228652 12.214413 -1.900209</w:t>
        <w:br/>
        <w:t>v -0.224426 11.871287 -1.962577</w:t>
        <w:br/>
        <w:t>v -0.193790 11.842776 -2.012958</w:t>
        <w:br/>
        <w:t>v -0.221571 12.674859 -1.085683</w:t>
        <w:br/>
        <w:t>v -0.258079 12.939065 -1.119250</w:t>
        <w:br/>
        <w:t>v -0.171176 12.722802 -1.055764</w:t>
        <w:br/>
        <w:t>v -0.428478 12.598445 -1.202179</w:t>
        <w:br/>
        <w:t>v -0.319868 12.641117 -1.143220</w:t>
        <w:br/>
        <w:t>v -0.120217 12.894091 -0.975149</w:t>
        <w:br/>
        <w:t>v -0.104647 12.824795 -0.997875</w:t>
        <w:br/>
        <w:t>v -0.065924 13.021630 -1.015871</w:t>
        <w:br/>
        <w:t>v -0.082462 13.052931 -0.989825</w:t>
        <w:br/>
        <w:t>v -0.147985 13.089000 -0.966508</w:t>
        <w:br/>
        <w:t>v -0.180734 12.968617 -0.957466</w:t>
        <w:br/>
        <w:t>v -0.497698 12.900329 -1.392032</w:t>
        <w:br/>
        <w:t>v -0.516450 12.482365 -1.410055</w:t>
        <w:br/>
        <w:t>v -0.237945 12.709482 -1.101265</w:t>
        <w:br/>
        <w:t>v -0.132164 12.788953 -1.034711</w:t>
        <w:br/>
        <w:t>v -0.118884 12.989836 -1.051651</w:t>
        <w:br/>
        <w:t>v -0.065924 13.021630 -1.015871</w:t>
        <w:br/>
        <w:t>v -0.104647 12.824795 -0.997875</w:t>
        <w:br/>
        <w:t>v -0.401753 12.715745 -1.574467</w:t>
        <w:br/>
        <w:t>v -0.449154 12.379001 -1.588087</w:t>
        <w:br/>
        <w:t>v -0.306386 12.483398 -1.757291</w:t>
        <w:br/>
        <w:t>v -0.512061 12.518270 -1.330635</w:t>
        <w:br/>
        <w:t>v -0.444739 12.635268 -1.230878</w:t>
        <w:br/>
        <w:t>v -0.418731 12.966835 -1.235845</w:t>
        <w:br/>
        <w:t>v -0.484405 12.982743 -1.315392</w:t>
        <w:br/>
        <w:t>v -0.418731 12.966835 -1.235845</w:t>
        <w:br/>
        <w:t>v -0.484405 12.982743 -1.315392</w:t>
        <w:br/>
        <w:t>v -0.205838 12.224839 -1.891406</w:t>
        <w:br/>
        <w:t>v -0.161091 11.960468 -2.007525</w:t>
        <w:br/>
        <w:t>v -0.156778 11.851454 -2.067087</w:t>
        <w:br/>
        <w:t>v -0.145710 11.845644 -2.055906</w:t>
        <w:br/>
        <w:t>v -0.161091 11.960468 -2.007525</w:t>
        <w:br/>
        <w:t>v -0.228652 12.214413 -1.900209</w:t>
        <w:br/>
        <w:t>v -0.173844 11.958593 -2.013486</w:t>
        <w:br/>
        <w:t>v -0.205838 12.224839 -1.891406</w:t>
        <w:br/>
        <w:t>v -0.123399 12.776453 -1.042169</w:t>
        <w:br/>
        <w:t>v -0.165832 12.703924 -1.060455</w:t>
        <w:br/>
        <w:t>v -0.132164 12.788953 -1.034711</w:t>
        <w:br/>
        <w:t>v -0.222099 12.648412 -1.092248</w:t>
        <w:br/>
        <w:t>v -0.101226 13.010424 -1.073295</w:t>
        <w:br/>
        <w:t>v -0.244698 12.984415 -1.146942</w:t>
        <w:br/>
        <w:t>v -0.101226 13.010424 -1.073295</w:t>
        <w:br/>
        <w:t>v -0.244698 12.984415 -1.146942</w:t>
        <w:br/>
        <w:t>v -0.312548 12.622416 -1.150150</w:t>
        <w:br/>
        <w:t>v -0.428377 12.571142 -1.213435</w:t>
        <w:br/>
        <w:t>v -0.052606 13.027212 -1.018475</w:t>
        <w:br/>
        <w:t>v -0.073722 13.056239 -0.984015</w:t>
        <w:br/>
        <w:t>v -0.040885 13.020434 -1.013306</w:t>
        <w:br/>
        <w:t>v -0.067521 13.051585 -0.973338</w:t>
        <w:br/>
        <w:t>v -0.073722 13.056239 -0.984015</w:t>
        <w:br/>
        <w:t>v -0.052606 13.027212 -1.018475</w:t>
        <w:br/>
        <w:t>v -0.104182 12.888192 -0.965214</w:t>
        <w:br/>
        <w:t>v -0.088235 12.819979 -0.997648</w:t>
        <w:br/>
        <w:t>v -0.120217 12.894091 -0.975149</w:t>
        <w:br/>
        <w:t>v -0.140754 13.089906 -0.948096</w:t>
        <w:br/>
        <w:t>v -0.177289 12.969473 -0.936149</w:t>
        <w:br/>
        <w:t>v -0.180734 12.968617 -0.957466</w:t>
        <w:br/>
        <w:t>v -0.147985 13.089000 -0.966508</w:t>
        <w:br/>
        <w:t>v -0.140754 13.089906 -0.948096</w:t>
        <w:br/>
        <w:t>v -0.177289 12.969473 -0.936149</w:t>
        <w:br/>
        <w:t>v -0.180734 12.968617 -0.957466</w:t>
        <w:br/>
        <w:t>v -0.356340 12.711482 -1.545239</w:t>
        <w:br/>
        <w:t>v -0.367180 12.745970 -1.568858</w:t>
        <w:br/>
        <w:t>v -0.274027 12.501709 -1.745507</w:t>
        <w:br/>
        <w:t>v -0.270745 12.471161 -1.722341</w:t>
        <w:br/>
        <w:t>v -0.367180 12.745970 -1.568858</w:t>
        <w:br/>
        <w:t>v -0.274027 12.501709 -1.745507</w:t>
        <w:br/>
        <w:t>v -0.509483 12.451741 -1.410306</w:t>
        <w:br/>
        <w:t>v -0.465100 12.940599 -1.394384</w:t>
        <w:br/>
        <w:t>v -0.484405 12.982743 -1.315392</w:t>
        <w:br/>
        <w:t>v -0.465100 12.940599 -1.394384</w:t>
        <w:br/>
        <w:t>v -0.163896 11.836827 -2.042022</w:t>
        <w:br/>
        <w:t>v -0.173605 11.846952 -2.044902</w:t>
        <w:br/>
        <w:t>v -0.156778 11.851454 -2.067087</w:t>
        <w:br/>
        <w:t>v -0.158262 11.837344 -2.028427</w:t>
        <w:br/>
        <w:t>v -0.145710 11.845644 -2.055906</w:t>
        <w:br/>
        <w:t>v -0.163896 11.836827 -2.042022</w:t>
        <w:br/>
        <w:t>v -0.179164 11.833960 -1.997137</w:t>
        <w:br/>
        <w:t>v -0.209536 11.860900 -1.945662</w:t>
        <w:br/>
        <w:t>v -0.260760 11.935667 -1.884930</w:t>
        <w:br/>
        <w:t>v -0.235505 12.686468 -1.110308</w:t>
        <w:br/>
        <w:t>v -0.052606 13.027212 -1.018475</w:t>
        <w:br/>
        <w:t>v -0.433069 12.279898 -1.635324</w:t>
        <w:br/>
        <w:t>v -0.407149 12.279056 -1.684486</w:t>
        <w:br/>
        <w:t>v -0.314385 12.109537 -1.822664</w:t>
        <w:br/>
        <w:t>v -0.375884 12.330608 -1.707325</w:t>
        <w:br/>
        <w:t>v -0.373004 12.295179 -1.706255</w:t>
        <w:br/>
        <w:t>v -0.309304 12.087402 -1.812842</w:t>
        <w:br/>
        <w:t>v -0.465038 12.514121 -1.511081</w:t>
        <w:br/>
        <w:t>v -0.490618 12.442800 -1.487136</w:t>
        <w:br/>
        <w:t>v -0.462711 12.473171 -1.513056</w:t>
        <w:br/>
        <w:t>v -0.487562 12.417496 -1.491274</w:t>
        <w:br/>
        <w:t>v -0.487562 12.417496 -1.491274</w:t>
        <w:br/>
        <w:t>v -0.462711 12.473171 -1.513056</w:t>
        <w:br/>
        <w:t>v -0.453568 12.376221 -1.567299</w:t>
        <w:br/>
        <w:t>v -0.453568 12.376221 -1.567299</w:t>
        <w:br/>
        <w:t>v -0.402018 12.249564 -1.688838</w:t>
        <w:br/>
        <w:t>v -0.433069 12.279898 -1.635324</w:t>
        <w:br/>
        <w:t>v -0.402018 12.249564 -1.688838</w:t>
        <w:br/>
        <w:t>v -0.179164 11.833960 -1.997137</w:t>
        <w:br/>
        <w:t>v -0.222099 12.648412 -1.092248</w:t>
        <w:br/>
        <w:t>v -0.140754 13.089906 -0.948096</w:t>
        <w:br/>
        <w:t>v 0.639137 13.654884 1.544477</w:t>
        <w:br/>
        <w:t>v 0.593799 13.634686 1.593576</w:t>
        <w:br/>
        <w:t>v 0.632610 13.663271 1.612529</w:t>
        <w:br/>
        <w:t>v 0.669849 13.693883 1.593576</w:t>
        <w:br/>
        <w:t>v 0.682840 13.708131 1.545496</w:t>
        <w:br/>
        <w:t>v 0.665837 13.699026 1.497429</w:t>
        <w:br/>
        <w:t>v 0.627026 13.670440 1.478476</w:t>
        <w:br/>
        <w:t>v 0.589800 13.639830 1.497429</w:t>
        <w:br/>
        <w:t>v 0.576808 13.625580 1.545496</w:t>
        <w:br/>
        <w:t>v 0.569778 13.743974 1.476313</w:t>
        <w:br/>
        <w:t>v 0.527861 13.709515 1.497656</w:t>
        <w:br/>
        <w:t>v 0.589800 13.639830 1.497429</w:t>
        <w:br/>
        <w:t>v 0.627026 13.670440 1.478476</w:t>
        <w:br/>
        <w:t>v 0.613481 13.776157 1.497656</w:t>
        <w:br/>
        <w:t>v 0.665837 13.699026 1.497429</w:t>
        <w:br/>
        <w:t>v 0.632623 13.786408 1.551785</w:t>
        <w:br/>
        <w:t>v 0.682840 13.708131 1.545496</w:t>
        <w:br/>
        <w:t>v 0.617996 13.770373 1.605914</w:t>
        <w:br/>
        <w:t>v 0.632623 13.786408 1.551785</w:t>
        <w:br/>
        <w:t>v 0.682840 13.708131 1.545496</w:t>
        <w:br/>
        <w:t>v 0.669849 13.693883 1.593576</w:t>
        <w:br/>
        <w:t>v 0.576079 13.735900 1.627256</w:t>
        <w:br/>
        <w:t>v 0.632610 13.663271 1.612529</w:t>
        <w:br/>
        <w:t>v 0.532376 13.703718 1.605913</w:t>
        <w:br/>
        <w:t>v 0.593799 13.634686 1.593576</w:t>
        <w:br/>
        <w:t>v 0.513235 13.693468 1.551785</w:t>
        <w:br/>
        <w:t>v 0.576808 13.625580 1.545496</w:t>
        <w:br/>
        <w:t>v 0.561629 13.754451 1.553030</w:t>
        <w:br/>
        <w:t>v 0.613481 13.776157 1.497656</w:t>
        <w:br/>
        <w:t>v 0.632623 13.786408 1.551785</w:t>
        <w:br/>
        <w:t>v 0.569778 13.743974 1.476313</w:t>
        <w:br/>
        <w:t>v 0.527861 13.709515 1.497656</w:t>
        <w:br/>
        <w:t>v 0.513235 13.693468 1.551785</w:t>
        <w:br/>
        <w:t>v 0.532376 13.703718 1.605913</w:t>
        <w:br/>
        <w:t>v 0.576079 13.735900 1.627256</w:t>
        <w:br/>
        <w:t>v 0.617996 13.770373 1.605914</w:t>
        <w:br/>
        <w:t>v 0.859513 13.392412 1.521236</w:t>
        <w:br/>
        <w:t>v 0.856306 13.390703 1.512169</w:t>
        <w:br/>
        <w:t>v 0.857690 13.386642 1.520997</w:t>
        <w:br/>
        <w:t>v 0.848987 13.385308 1.508584</w:t>
        <w:br/>
        <w:t>v 0.851326 13.382315 1.513351</w:t>
        <w:br/>
        <w:t>v 0.841969 13.379522 1.512169</w:t>
        <w:br/>
        <w:t>v 0.845566 13.377208 1.521010</w:t>
        <w:br/>
        <w:t>v 0.842724 13.378554 1.530304</w:t>
        <w:br/>
        <w:t>v 0.851967 13.381485 1.528656</w:t>
        <w:br/>
        <w:t>v 0.850043 13.383948 1.533888</w:t>
        <w:br/>
        <w:t>v 0.857073 13.389722 1.530304</w:t>
        <w:br/>
        <w:t>v 0.852546 13.380731 1.520897</w:t>
        <w:br/>
        <w:t>v 0.639401 13.654543 1.484853</w:t>
        <w:br/>
        <w:t>v 0.634534 13.660794 1.544981</w:t>
        <w:br/>
        <w:t>v 0.606451 13.627456 1.501629</w:t>
        <w:br/>
        <w:t>v 0.673748 13.679847 1.501630</w:t>
        <w:br/>
        <w:t>v 0.688789 13.687896 1.544176</w:t>
        <w:br/>
        <w:t>v 0.677294 13.675296 1.586709</w:t>
        <w:br/>
        <w:t>v 0.644344 13.648206 1.603486</w:t>
        <w:br/>
        <w:t>v 0.609998 13.622903 1.586709</w:t>
        <w:br/>
        <w:t>v 0.594956 13.614852 1.544176</w:t>
        <w:br/>
        <w:t>v 0.700108 13.682525 1.543409</w:t>
        <w:br/>
        <w:t>v 0.687531 13.668717 1.589979</w:t>
        <w:br/>
        <w:t>v 0.677294 13.675296 1.586709</w:t>
        <w:br/>
        <w:t>v 0.688789 13.687896 1.544176</w:t>
        <w:br/>
        <w:t>v 0.644344 13.648206 1.603486</w:t>
        <w:br/>
        <w:t>v 0.651462 13.639062 1.608353</w:t>
        <w:br/>
        <w:t>v 0.609998 13.622903 1.586709</w:t>
        <w:br/>
        <w:t>v 0.613859 13.611369 1.589979</w:t>
        <w:br/>
        <w:t>v 0.594956 13.614852 1.544176</w:t>
        <w:br/>
        <w:t>v 0.597383 13.602552 1.543408</w:t>
        <w:br/>
        <w:t>v 0.606451 13.627456 1.501629</w:t>
        <w:br/>
        <w:t>v 0.609972 13.616361 1.496838</w:t>
        <w:br/>
        <w:t>v 0.639401 13.654543 1.484853</w:t>
        <w:br/>
        <w:t>v 0.646042 13.646016 1.478476</w:t>
        <w:br/>
        <w:t>v 0.673748 13.679847 1.501630</w:t>
        <w:br/>
        <w:t>v 0.683645 13.673710 1.496838</w:t>
        <w:br/>
        <w:t>v 0.688789 13.687896 1.544176</w:t>
        <w:br/>
        <w:t>v 0.700108 13.682525 1.543409</w:t>
        <w:br/>
        <w:t>v 0.856306 13.390703 1.512169</w:t>
        <w:br/>
        <w:t>v 0.859513 13.392412 1.521236</w:t>
        <w:br/>
        <w:t>v 0.848987 13.385308 1.508584</w:t>
        <w:br/>
        <w:t>v 0.841969 13.379522 1.512169</w:t>
        <w:br/>
        <w:t>v 0.839517 13.376843 1.521236</w:t>
        <w:br/>
        <w:t>v 0.842724 13.378554 1.530304</w:t>
        <w:br/>
        <w:t>v 0.850043 13.383948 1.533888</w:t>
        <w:br/>
        <w:t>v 0.857073 13.389722 1.530304</w:t>
        <w:br/>
        <w:t>v 0.859513 13.392412 1.521236</w:t>
        <w:br/>
        <w:t>v 0.839517 13.376843 1.521236</w:t>
        <w:br/>
        <w:t>v -0.524245 13.906714 1.551005</w:t>
        <w:br/>
        <w:t>v -0.524245 13.880203 1.551005</w:t>
        <w:br/>
        <w:t>v -0.506940 13.866017 1.563745</w:t>
        <w:br/>
        <w:t>v -0.506940 13.920060 1.563745</w:t>
        <w:br/>
        <w:t>v -0.455276 13.893032 1.601789</w:t>
        <w:br/>
        <w:t>v -0.614607 13.906714 1.488878</w:t>
        <w:br/>
        <w:t>v -0.614607 13.880203 1.488878</w:t>
        <w:br/>
        <w:t>v -0.514398 13.866018 1.573869</w:t>
        <w:br/>
        <w:t>v -0.531703 13.880203 1.561130</w:t>
        <w:br/>
        <w:t>v -0.531703 13.906714 1.561129</w:t>
        <w:br/>
        <w:t>v -0.514398 13.920060 1.573869</w:t>
        <w:br/>
        <w:t>v -0.462721 13.893032 1.611913</w:t>
        <w:br/>
        <w:t>v -0.622052 13.880203 1.499002</w:t>
        <w:br/>
        <w:t>v -0.622052 13.906714 1.499002</w:t>
        <w:br/>
        <w:t>v -0.531703 13.906714 1.561129</w:t>
        <w:br/>
        <w:t>v -0.524245 13.906714 1.551005</w:t>
        <w:br/>
        <w:t>v -0.506940 13.920060 1.563745</w:t>
        <w:br/>
        <w:t>v -0.514398 13.920060 1.573869</w:t>
        <w:br/>
        <w:t>v -0.514398 13.866018 1.573869</w:t>
        <w:br/>
        <w:t>v -0.506940 13.866017 1.563745</w:t>
        <w:br/>
        <w:t>v -0.524245 13.880203 1.551005</w:t>
        <w:br/>
        <w:t>v -0.531703 13.880203 1.561130</w:t>
        <w:br/>
        <w:t>v -0.462721 13.893032 1.611913</w:t>
        <w:br/>
        <w:t>v -0.455276 13.893032 1.601789</w:t>
        <w:br/>
        <w:t>v -0.455276 13.893032 1.601789</w:t>
        <w:br/>
        <w:t>v -0.462721 13.893032 1.611913</w:t>
        <w:br/>
        <w:t>v -0.622052 13.906714 1.499002</w:t>
        <w:br/>
        <w:t>v -0.614607 13.906714 1.488878</w:t>
        <w:br/>
        <w:t>v -0.655002 13.880203 1.454620</w:t>
        <w:br/>
        <w:t>v -0.647557 13.880203 1.444496</w:t>
        <w:br/>
        <w:t>v -0.647557 13.906714 1.444496</w:t>
        <w:br/>
        <w:t>v -0.655002 13.906714 1.454620</w:t>
        <w:br/>
        <w:t>v -0.614607 13.880203 1.488878</w:t>
        <w:br/>
        <w:t>v -0.622052 13.880203 1.499002</w:t>
        <w:br/>
        <w:t>v -0.655002 13.880203 1.454620</w:t>
        <w:br/>
        <w:t>v -0.655002 13.906714 1.454620</w:t>
        <w:br/>
        <w:t>v -0.647557 13.880203 1.444496</w:t>
        <w:br/>
        <w:t>v -0.655002 13.880203 1.454620</w:t>
        <w:br/>
        <w:t>v -0.647557 13.906714 1.444496</w:t>
        <w:br/>
        <w:t>v -0.647557 13.880203 1.444496</w:t>
        <w:br/>
        <w:t>v -0.655002 13.906714 1.454620</w:t>
        <w:br/>
        <w:t>v -0.647557 13.906714 1.444496</w:t>
        <w:br/>
        <w:t>v -0.396368 13.868722 1.551521</w:t>
        <w:br/>
        <w:t>v -0.361896 13.892958 1.550905</w:t>
        <w:br/>
        <w:t>v -0.311377 13.892956 1.593803</w:t>
        <w:br/>
        <w:t>v -0.251312 13.926610 1.573605</w:t>
        <w:br/>
        <w:t>v -0.153668 13.892956 1.605725</w:t>
        <w:br/>
        <w:t>v -0.311377 13.892956 1.593803</w:t>
        <w:br/>
        <w:t>v -0.153668 13.892956 1.605725</w:t>
        <w:br/>
        <w:t>v -0.251312 13.859315 1.573605</w:t>
        <w:br/>
        <w:t>v -0.353772 13.931957 1.551207</w:t>
        <w:br/>
        <w:t>v -0.311377 13.956078 1.550905</w:t>
        <w:br/>
        <w:t>v -0.361896 13.892958 1.550905</w:t>
        <w:br/>
        <w:t>v -0.396368 13.917192 1.551521</w:t>
        <w:br/>
        <w:t>v -0.311377 13.829850 1.550905</w:t>
        <w:br/>
        <w:t>v -0.353772 13.853971 1.551206</w:t>
        <w:br/>
        <w:t>v -0.396368 13.868722 1.551521</w:t>
        <w:br/>
        <w:t>v -0.396368 13.917192 1.551521</w:t>
        <w:br/>
        <w:t>v -0.661982 13.719868 1.449740</w:t>
        <w:br/>
        <w:t>v -0.729707 13.742078 1.428121</w:t>
        <w:br/>
        <w:t>v -0.671138 13.737953 1.420021</w:t>
        <w:br/>
        <w:t>v -0.688733 13.710924 1.430208</w:t>
        <w:br/>
        <w:t>v -0.729707 13.742078 1.428121</w:t>
        <w:br/>
        <w:t>v -0.661982 13.719868 1.449740</w:t>
        <w:br/>
        <w:t>v -0.727707 13.719124 1.419971</w:t>
        <w:br/>
        <w:t>v -0.688733 13.710924 1.430208</w:t>
        <w:br/>
        <w:t>v -0.671138 13.737953 1.420021</w:t>
        <w:br/>
        <w:t>v -0.726701 13.749648 1.405433</w:t>
        <w:br/>
        <w:t>v -0.631359 13.702009 1.443753</w:t>
        <w:br/>
        <w:t>v -0.660825 13.685709 1.446859</w:t>
        <w:br/>
        <w:t>v -0.637018 13.658319 1.483419</w:t>
        <w:br/>
        <w:t>v -0.618028 13.651440 1.470264</w:t>
        <w:br/>
        <w:t>v -0.651469 13.650245 1.465460</w:t>
        <w:br/>
        <w:t>v -0.637018 13.658319 1.483419</w:t>
        <w:br/>
        <w:t>v -0.631359 13.702009 1.443753</w:t>
        <w:br/>
        <w:t>v -0.660825 13.685709 1.446859</w:t>
        <w:br/>
        <w:t>v -0.651469 13.650245 1.465460</w:t>
        <w:br/>
        <w:t>v -0.618028 13.651440 1.470264</w:t>
        <w:br/>
        <w:t>v -0.634717 13.599788 1.492461</w:t>
        <w:br/>
        <w:t>v -0.663177 13.614012 1.481017</w:t>
        <w:br/>
        <w:t>v -0.634717 13.599788 1.492461</w:t>
        <w:br/>
        <w:t>v -0.663177 13.614012 1.481017</w:t>
        <w:br/>
        <w:t>v -0.666095 13.594847 1.509314</w:t>
        <w:br/>
        <w:t>v -0.676948 13.560915 1.504384</w:t>
        <w:br/>
        <w:t>v -0.692807 13.586747 1.489380</w:t>
        <w:br/>
        <w:t>v -0.666095 13.594847 1.509314</w:t>
        <w:br/>
        <w:t>v -0.676948 13.560915 1.504384</w:t>
        <w:br/>
        <w:t>v -0.692807 13.586747 1.489380</w:t>
        <w:br/>
        <w:t>v -0.735429 13.567743 1.511187</w:t>
        <w:br/>
        <w:t>v -0.733429 13.545219 1.502837</w:t>
        <w:br/>
        <w:t>v -0.732423 13.575729 1.488298</w:t>
        <w:br/>
        <w:t>v -0.735429 13.567743 1.511187</w:t>
        <w:br/>
        <w:t>v -0.732423 13.575729 1.488298</w:t>
        <w:br/>
        <w:t>v -0.733429 13.545219 1.502837</w:t>
        <w:br/>
        <w:t>v -0.789004 13.556903 1.488248</w:t>
        <w:br/>
        <w:t>v -0.771410 13.583930 1.478061</w:t>
        <w:br/>
        <w:t>v -0.771410 13.583930 1.478061</w:t>
        <w:br/>
        <w:t>v -0.789004 13.556903 1.488248</w:t>
        <w:br/>
        <w:t>v -0.803153 13.589940 1.489581</w:t>
        <w:br/>
        <w:t>v -0.828784 13.592859 1.464517</w:t>
        <w:br/>
        <w:t>v -0.799317 13.609144 1.461423</w:t>
        <w:br/>
        <w:t>v -0.803153 13.589940 1.489581</w:t>
        <w:br/>
        <w:t>v -0.828117 13.651488 1.455902</w:t>
        <w:br/>
        <w:t>v -0.842115 13.643428 1.438005</w:t>
        <w:br/>
        <w:t>v -0.808661 13.644622 1.442822</w:t>
        <w:br/>
        <w:t>v -0.828117 13.651488 1.455902</w:t>
        <w:br/>
        <w:t>v -0.828784 13.592859 1.464517</w:t>
        <w:br/>
        <w:t>v -0.799317 13.609144 1.461423</w:t>
        <w:br/>
        <w:t>v -0.808661 13.644622 1.442822</w:t>
        <w:br/>
        <w:t>v -0.842115 13.643428 1.438005</w:t>
        <w:br/>
        <w:t>v -0.825426 13.695068 1.415808</w:t>
        <w:br/>
        <w:t>v -0.796965 13.680843 1.427253</w:t>
        <w:br/>
        <w:t>v -0.825426 13.695068 1.415808</w:t>
        <w:br/>
        <w:t>v -0.796965 13.680843 1.427253</w:t>
        <w:br/>
        <w:t>v -0.799040 13.714975 1.429995</w:t>
        <w:br/>
        <w:t>v -0.783181 13.733939 1.403886</w:t>
        <w:br/>
        <w:t>v -0.767323 13.708121 1.418890</w:t>
        <w:br/>
        <w:t>v -0.799040 13.714975 1.429995</w:t>
        <w:br/>
        <w:t>v -0.783181 13.733939 1.403886</w:t>
        <w:br/>
        <w:t>v -0.767323 13.708121 1.418890</w:t>
        <w:br/>
        <w:t>v -0.726701 13.749648 1.405433</w:t>
        <w:br/>
        <w:t>v -0.727707 13.719124 1.419971</w:t>
        <w:br/>
        <w:t>v -0.770845 13.390815 1.600984</w:t>
        <w:br/>
        <w:t>v -0.747541 13.412272 1.594406</w:t>
        <w:br/>
        <w:t>v -0.749867 13.396564 1.614478</w:t>
        <w:br/>
        <w:t>v -0.748836 13.369247 1.614881</w:t>
        <w:br/>
        <w:t>v -0.725582 13.392439 1.607499</w:t>
        <w:br/>
        <w:t>v -0.767588 13.402073 1.569694</w:t>
        <w:br/>
        <w:t>v -0.743856 13.411353 1.569052</w:t>
        <w:br/>
        <w:t>v -0.777536 13.380353 1.578548</w:t>
        <w:br/>
        <w:t>v -0.768606 13.359199 1.590747</w:t>
        <w:br/>
        <w:t>v -0.712138 13.382691 1.587967</w:t>
        <w:br/>
        <w:t>v -0.722564 13.359791 1.597727</w:t>
        <w:br/>
        <w:t>v -0.720678 13.403745 1.576447</w:t>
        <w:br/>
        <w:t>v -0.743856 13.411353 1.569052</w:t>
        <w:br/>
        <w:t>v -0.767588 13.402073 1.569694</w:t>
        <w:br/>
        <w:t>v -0.740775 13.392060 1.552439</w:t>
        <w:br/>
        <w:t>v -0.777536 13.380353 1.578548</w:t>
        <w:br/>
        <w:t>v -0.764079 13.370605 1.559016</w:t>
        <w:br/>
        <w:t>v -0.768606 13.359199 1.590747</w:t>
        <w:br/>
        <w:t>v -0.722564 13.359791 1.597727</w:t>
        <w:br/>
        <w:t>v -0.712138 13.382691 1.587967</w:t>
        <w:br/>
        <w:t>v -0.718816 13.372227 1.565544</w:t>
        <w:br/>
        <w:t>v -0.720678 13.403745 1.576447</w:t>
        <w:br/>
        <w:t>v -0.720678 13.403745 1.576447</w:t>
        <w:br/>
        <w:t>v -0.739806 13.366480 1.552049</w:t>
        <w:br/>
        <w:t>v -0.742296 13.349653 1.573353</w:t>
        <w:br/>
        <w:t>v -0.769059 13.325797 1.627445</w:t>
        <w:br/>
        <w:t>v -0.773712 13.317847 1.609699</w:t>
        <w:br/>
        <w:t>v -0.764444 13.366331 1.606631</w:t>
        <w:br/>
        <w:t>v -0.773712 13.317847 1.609699</w:t>
        <w:br/>
        <w:t>v -0.763802 13.310025 1.594092</w:t>
        <w:br/>
        <w:t>v -0.759740 13.352231 1.576787</w:t>
        <w:br/>
        <w:t>v -0.744309 13.307146 1.590256</w:t>
        <w:br/>
        <w:t>v -0.726903 13.310502 1.599676</w:t>
        <w:br/>
        <w:t>v -0.726714 13.352659 1.581805</w:t>
        <w:br/>
        <w:t>v -0.722262 13.318514 1.617497</w:t>
        <w:br/>
        <w:t>v -0.722262 13.318514 1.617497</w:t>
        <w:br/>
        <w:t>v -0.732160 13.326261 1.633029</w:t>
        <w:br/>
        <w:t>v -0.731418 13.366758 1.611636</w:t>
        <w:br/>
        <w:t>v -0.751616 13.329029 1.636638</w:t>
        <w:br/>
        <w:t>v -0.821805 12.635653 1.939615</w:t>
        <w:br/>
        <w:t>v -0.828571 12.619078 1.929667</w:t>
        <w:br/>
        <w:t>v -0.860276 12.662302 1.903735</w:t>
        <w:br/>
        <w:t>v -0.848580 12.672161 1.917707</w:t>
        <w:br/>
        <w:t>v -0.810436 12.639640 1.922687</w:t>
        <w:br/>
        <w:t>v -0.821805 12.635653 1.939615</w:t>
        <w:br/>
        <w:t>v -0.848580 12.672161 1.917707</w:t>
        <w:br/>
        <w:t>v -0.832130 12.669231 1.904929</w:t>
        <w:br/>
        <w:t>v -0.817504 12.622863 1.913041</w:t>
        <w:br/>
        <w:t>v -0.810436 12.639640 1.922687</w:t>
        <w:br/>
        <w:t>v -0.832130 12.669231 1.904929</w:t>
        <w:br/>
        <w:t>v -0.844279 12.659371 1.891133</w:t>
        <w:br/>
        <w:t>v -0.828571 12.619078 1.929667</w:t>
        <w:br/>
        <w:t>v -0.817504 12.622863 1.913041</w:t>
        <w:br/>
        <w:t>v -0.844279 12.659371 1.891133</w:t>
        <w:br/>
        <w:t>v -0.860276 12.662302 1.903735</w:t>
        <w:br/>
        <w:t>v -0.775385 12.620636 1.954329</w:t>
        <w:br/>
        <w:t>v -0.773650 12.601305 1.947085</w:t>
        <w:br/>
        <w:t>v -0.772795 12.627476 1.934609</w:t>
        <w:br/>
        <w:t>v -0.775385 12.620636 1.954329</w:t>
        <w:br/>
        <w:t>v -0.771097 12.607845 1.927743</w:t>
        <w:br/>
        <w:t>v -0.772795 12.627476 1.934609</w:t>
        <w:br/>
        <w:t>v -0.773650 12.601305 1.947085</w:t>
        <w:br/>
        <w:t>v -0.771097 12.607845 1.927743</w:t>
        <w:br/>
        <w:t>v -0.727884 12.639009 1.953147</w:t>
        <w:br/>
        <w:t>v -0.717433 12.623049 1.945677</w:t>
        <w:br/>
        <w:t>v -0.734260 12.642368 1.933654</w:t>
        <w:br/>
        <w:t>v -0.727884 12.639009 1.953147</w:t>
        <w:br/>
        <w:t>v -0.723608 12.626219 1.926561</w:t>
        <w:br/>
        <w:t>v -0.734260 12.642368 1.933654</w:t>
        <w:br/>
        <w:t>v -0.717433 12.623049 1.945677</w:t>
        <w:br/>
        <w:t>v -0.723608 12.626219 1.926561</w:t>
        <w:br/>
        <w:t>v -0.698632 12.677531 1.939301</w:t>
        <w:br/>
        <w:t>v -0.682810 12.668641 1.929290</w:t>
        <w:br/>
        <w:t>v -0.710567 12.673582 1.922436</w:t>
        <w:br/>
        <w:t>v -0.698632 12.677531 1.939301</w:t>
        <w:br/>
        <w:t>v -0.694368 12.664728 1.912714</w:t>
        <w:br/>
        <w:t>v -0.710567 12.673582 1.922436</w:t>
        <w:br/>
        <w:t>v -0.682810 12.668641 1.929290</w:t>
        <w:br/>
        <w:t>v -0.694368 12.664728 1.912714</w:t>
        <w:br/>
        <w:t>v -0.752849 12.564156 1.977872</w:t>
        <w:br/>
        <w:t>v -0.746560 12.566055 1.970188</w:t>
        <w:br/>
        <w:t>v -0.736725 12.543568 1.982614</w:t>
        <w:br/>
        <w:t>v -0.745039 12.546284 1.987745</w:t>
        <w:br/>
        <w:t>v -0.757250 12.556206 1.973207</w:t>
        <w:br/>
        <w:t>v -0.752849 12.564156 1.977872</w:t>
        <w:br/>
        <w:t>v -0.745039 12.546284 1.987745</w:t>
        <w:br/>
        <w:t>v -0.751503 12.543037 1.980488</w:t>
        <w:br/>
        <w:t>v -0.750912 12.558294 1.965749</w:t>
        <w:br/>
        <w:t>v -0.757250 12.556206 1.973207</w:t>
        <w:br/>
        <w:t>v -0.751503 12.543037 1.980488</w:t>
        <w:br/>
        <w:t>v -0.743114 12.540436 1.975609</w:t>
        <w:br/>
        <w:t>v -0.746560 12.566055 1.970188</w:t>
        <w:br/>
        <w:t>v -0.750912 12.558294 1.965749</w:t>
        <w:br/>
        <w:t>v -0.743114 12.540436 1.975609</w:t>
        <w:br/>
        <w:t>v -0.736725 12.543568 1.982614</w:t>
        <w:br/>
        <w:t>v -0.772518 12.571123 1.971345</w:t>
        <w:br/>
        <w:t>v -0.771311 12.574806 1.961976</w:t>
        <w:br/>
        <w:t>v -0.771751 12.561338 1.968402</w:t>
        <w:br/>
        <w:t>v -0.772518 12.571123 1.971345</w:t>
        <w:br/>
        <w:t>v -0.770569 12.565235 1.959221</w:t>
        <w:br/>
        <w:t>v -0.771751 12.561338 1.968402</w:t>
        <w:br/>
        <w:t>v -0.771311 12.574806 1.961976</w:t>
        <w:br/>
        <w:t>v -0.770569 12.565235 1.959221</w:t>
        <w:br/>
        <w:t>v -0.792703 12.562733 1.972138</w:t>
        <w:br/>
        <w:t>v -0.796690 12.564257 1.962970</w:t>
        <w:br/>
        <w:t>v -0.786616 12.555162 1.968981</w:t>
        <w:br/>
        <w:t>v -0.792703 12.562733 1.972138</w:t>
        <w:br/>
        <w:t>v -0.790729 12.556873 1.960014</w:t>
        <w:br/>
        <w:t>v -0.786616 12.555162 1.968981</w:t>
        <w:br/>
        <w:t>v -0.796690 12.564257 1.962970</w:t>
        <w:br/>
        <w:t>v -0.790729 12.556873 1.960014</w:t>
        <w:br/>
        <w:t>v -0.801708 12.544260 1.979583</w:t>
        <w:br/>
        <w:t>v -0.808021 12.541014 1.972339</w:t>
        <w:br/>
        <w:t>v -0.793257 12.541542 1.974464</w:t>
        <w:br/>
        <w:t>v -0.801708 12.544260 1.979583</w:t>
        <w:br/>
        <w:t>v -0.799721 12.538424 1.967446</w:t>
        <w:br/>
        <w:t>v -0.793257 12.541542 1.974464</w:t>
        <w:br/>
        <w:t>v -0.808021 12.541014 1.972339</w:t>
        <w:br/>
        <w:t>v -0.799721 12.538424 1.967446</w:t>
        <w:br/>
        <w:t>v -0.793898 12.526375 1.989455</w:t>
        <w:br/>
        <w:t>v -0.798199 12.518530 1.984764</w:t>
        <w:br/>
        <w:t>v -0.787497 12.528362 1.981746</w:t>
        <w:br/>
        <w:t>v -0.793898 12.526375 1.989455</w:t>
        <w:br/>
        <w:t>v -0.791923 12.520554 1.977319</w:t>
        <w:br/>
        <w:t>v -0.787497 12.528362 1.981746</w:t>
        <w:br/>
        <w:t>v -0.798199 12.518530 1.984764</w:t>
        <w:br/>
        <w:t>v -0.791923 12.520554 1.977319</w:t>
        <w:br/>
        <w:t>v -0.774216 12.519419 1.995982</w:t>
        <w:br/>
        <w:t>v -0.773449 12.509760 1.992977</w:t>
        <w:br/>
        <w:t>v -0.772996 12.523245 1.986550</w:t>
        <w:br/>
        <w:t>v -0.774216 12.519419 1.995982</w:t>
        <w:br/>
        <w:t>v -0.772267 12.513597 1.983834</w:t>
        <w:br/>
        <w:t>v -0.772996 12.523245 1.986550</w:t>
        <w:br/>
        <w:t>v -0.773449 12.509760 1.992977</w:t>
        <w:br/>
        <w:t>v -0.772267 12.513597 1.983834</w:t>
        <w:br/>
        <w:t>v -0.754043 12.527809 1.995190</w:t>
        <w:br/>
        <w:t>v -0.748057 12.520313 1.991983</w:t>
        <w:br/>
        <w:t>v -0.758131 12.529419 1.985972</w:t>
        <w:br/>
        <w:t>v -0.754043 12.527809 1.995190</w:t>
        <w:br/>
        <w:t>v -0.752107 12.521975 1.983041</w:t>
        <w:br/>
        <w:t>v -0.758131 12.529419 1.985972</w:t>
        <w:br/>
        <w:t>v -0.748057 12.520313 1.991983</w:t>
        <w:br/>
        <w:t>v -0.752107 12.521975 1.983041</w:t>
        <w:br/>
        <w:t>v -0.934023 13.686063 1.364345</w:t>
        <w:br/>
        <w:t>v -0.929232 13.676933 1.337784</w:t>
        <w:br/>
        <w:t>v -0.949718 13.664280 1.342035</w:t>
        <w:br/>
        <w:t>v -0.871820 13.651955 1.320152</w:t>
        <w:br/>
        <w:t>v -0.900771 13.661313 1.317536</w:t>
        <w:br/>
        <w:t>v -0.905500 13.639971 1.310531</w:t>
        <w:br/>
        <w:t>v -0.993121 13.492498 1.309009</w:t>
        <w:br/>
        <w:t>v -0.990781 13.528770 1.303098</w:t>
        <w:br/>
        <w:t>v -1.054443 13.526380 1.352964</w:t>
        <w:br/>
        <w:t>v -1.034584 13.552979 1.334476</w:t>
        <w:br/>
        <w:t>v -0.957566 13.707342 1.364333</w:t>
        <w:br/>
        <w:t>v -0.928653 13.722949 1.357416</w:t>
        <w:br/>
        <w:t>v -0.934023 13.686063 1.364345</w:t>
        <w:br/>
        <w:t>v -1.040395 13.531347 1.327924</w:t>
        <w:br/>
        <w:t>v -1.091292 13.509351 1.342601</w:t>
        <w:br/>
        <w:t>v -1.085343 13.539107 1.352586</w:t>
        <w:br/>
        <w:t>v -1.054443 13.526380 1.352964</w:t>
        <w:br/>
        <w:t>v -0.993121 13.492498 1.309009</w:t>
        <w:br/>
        <w:t>v -1.054443 13.526380 1.352964</w:t>
        <w:br/>
        <w:t>v -1.012300 13.515828 1.307789</w:t>
        <w:br/>
        <w:t>v -0.871820 13.651955 1.320152</w:t>
        <w:br/>
        <w:t>v -0.857106 13.652219 1.292924</w:t>
        <w:br/>
        <w:t>v -0.986342 13.484426 1.281605</w:t>
        <w:br/>
        <w:t>v -0.993121 13.492498 1.309009</w:t>
        <w:br/>
        <w:t>v -1.017141 13.468402 1.289415</w:t>
        <w:br/>
        <w:t>v -0.853106 13.681573 1.303802</w:t>
        <w:br/>
        <w:t>v -0.957566 13.707342 1.364333</w:t>
        <w:br/>
        <w:t>v -1.085343 13.539107 1.352586</w:t>
        <w:br/>
        <w:t>v -1.034584 13.552979 1.334476</w:t>
        <w:br/>
        <w:t>v -0.949718 13.664280 1.342035</w:t>
        <w:br/>
        <w:t>v -1.091292 13.509351 1.342601</w:t>
        <w:br/>
        <w:t>v -1.040395 13.531347 1.327924</w:t>
        <w:br/>
        <w:t>v -1.017141 13.468402 1.289415</w:t>
        <w:br/>
        <w:t>v -1.012300 13.515828 1.307789</w:t>
        <w:br/>
        <w:t>v -0.986342 13.484426 1.281605</w:t>
        <w:br/>
        <w:t>v -0.990781 13.528770 1.303098</w:t>
        <w:br/>
        <w:t>v -0.857106 13.652219 1.292924</w:t>
        <w:br/>
        <w:t>v -0.905500 13.639971 1.310531</w:t>
        <w:br/>
        <w:t>v -0.853106 13.681573 1.303802</w:t>
        <w:br/>
        <w:t>v -0.900771 13.661313 1.317536</w:t>
        <w:br/>
        <w:t>v -0.928653 13.722949 1.357416</w:t>
        <w:br/>
        <w:t>v -0.929232 13.676933 1.337784</w:t>
        <w:br/>
        <w:t>v -1.678152 9.097526 0.676206</w:t>
        <w:br/>
        <w:t>v -1.685497 9.195182 0.588423</w:t>
        <w:br/>
        <w:t>v -1.666016 9.306406 0.869081</w:t>
        <w:br/>
        <w:t>v -1.564876 9.086320 1.116947</w:t>
        <w:br/>
        <w:t>v -1.607975 9.184668 1.025756</w:t>
        <w:br/>
        <w:t>v -1.546803 9.296029 1.174675</w:t>
        <w:br/>
        <w:t>v -1.383526 9.219213 1.386485</w:t>
        <w:br/>
        <w:t>v -1.384806 9.292609 1.395492</w:t>
        <w:br/>
        <w:t>v -1.641479 9.100645 0.953718</w:t>
        <w:br/>
        <w:t>v -1.680780 9.089061 0.481674</w:t>
        <w:br/>
        <w:t>v -1.694325 9.314467 0.487738</w:t>
        <w:br/>
        <w:t>v -1.662557 9.052036 0.808925</w:t>
        <w:br/>
        <w:t>v -1.488348 9.058487 1.240787</w:t>
        <w:br/>
        <w:t>v -1.572875 9.098783 0.076059</w:t>
        <w:br/>
        <w:t>v -1.429642 9.135936 -0.130559</w:t>
        <w:br/>
        <w:t>v -1.402690 9.272176 -0.163748</w:t>
        <w:br/>
        <w:t>v -1.612013 9.206489 0.167628</w:t>
        <w:br/>
        <w:t>v -1.401772 9.125896 1.346266</w:t>
        <w:br/>
        <w:t>v -1.415204 9.338590 -0.158716</w:t>
        <w:br/>
        <w:t>v -1.504509 9.066853 -0.035871</w:t>
        <w:br/>
        <w:t>v -1.643190 9.095577 0.253336</w:t>
        <w:br/>
        <w:t>v -1.661136 9.060904 0.356664</w:t>
        <w:br/>
        <w:t>v -1.611887 9.325070 0.145609</w:t>
        <w:br/>
        <w:t>v -0.365210 9.275403 1.221636</w:t>
        <w:br/>
        <w:t>v -0.197931 9.291237 0.933032</w:t>
        <w:br/>
        <w:t>v -0.188549 9.195406 0.953177</w:t>
        <w:br/>
        <w:t>v -0.366782 9.202637 1.228576</w:t>
        <w:br/>
        <w:t>v -0.201264 9.078859 1.022058</w:t>
        <w:br/>
        <w:t>v -0.320702 9.104577 1.201523</w:t>
        <w:br/>
        <w:t>v -0.093321 9.109648 0.669893</w:t>
        <w:br/>
        <w:t>v -0.137527 9.098353 0.898922</w:t>
        <w:br/>
        <w:t>v -0.113191 9.203568 0.622455</w:t>
        <w:br/>
        <w:t>v -0.189291 9.320327 0.264079</w:t>
        <w:br/>
        <w:t>v -0.160001 9.202537 0.285394</w:t>
        <w:br/>
        <w:t>v -0.132559 9.303902 0.604322</w:t>
        <w:br/>
        <w:t>v -0.252903 9.057530 1.122317</w:t>
        <w:br/>
        <w:t>v -0.365537 9.334250 -0.052105</w:t>
        <w:br/>
        <w:t>v -0.346761 9.195810 -0.038852</w:t>
        <w:br/>
        <w:t>v -0.101307 9.064057 0.791104</w:t>
        <w:br/>
        <w:t>v -0.125240 9.112654 0.332844</w:t>
        <w:br/>
        <w:t>v -0.094704 9.094984 0.556504</w:t>
        <w:br/>
        <w:t>v -0.099118 9.062850 0.449918</w:t>
        <w:br/>
        <w:t>v -0.289714 9.119947 0.010020</w:t>
        <w:br/>
        <w:t>v -0.179205 9.113974 0.206816</w:t>
        <w:br/>
        <w:t>v -0.226216 9.083237 0.102168</w:t>
        <w:br/>
        <w:t>v -0.622144 2.198590 0.422204</w:t>
        <w:br/>
        <w:t>v -0.458097 2.230948 0.286227</w:t>
        <w:br/>
        <w:t>v -0.463304 2.224548 0.289434</w:t>
        <w:br/>
        <w:t>v -0.625766 2.197232 0.419336</w:t>
        <w:br/>
        <w:t>v -0.464976 2.002019 0.305821</w:t>
        <w:br/>
        <w:t>v -0.697200 1.988752 0.435987</w:t>
        <w:br/>
        <w:t>v -0.693352 1.802117 0.465780</w:t>
        <w:br/>
        <w:t>v -0.930192 1.839998 0.302752</w:t>
        <w:br/>
        <w:t>v -0.927915 2.006862 0.285007</w:t>
        <w:br/>
        <w:t>v -0.697200 1.988752 0.435987</w:t>
        <w:br/>
        <w:t>v -0.443220 1.824817 0.341362</w:t>
        <w:br/>
        <w:t>v -0.693352 1.802117 0.465780</w:t>
        <w:br/>
        <w:t>v -0.451381 2.033260 -0.257263</w:t>
        <w:br/>
        <w:t>v -0.447772 1.885512 -0.264319</w:t>
        <w:br/>
        <w:t>v -0.348833 1.866772 0.014689</w:t>
        <w:br/>
        <w:t>v -0.372892 2.027311 0.018601</w:t>
        <w:br/>
        <w:t>v -0.365182 2.247500 -0.015733</w:t>
        <w:br/>
        <w:t>v -0.448262 2.249437 -0.256320</w:t>
        <w:br/>
        <w:t>v -0.459556 2.254656 -0.242850</w:t>
        <w:br/>
        <w:t>v -0.383997 2.250077 -0.009545</w:t>
        <w:br/>
        <w:t>v -0.440465 2.217467 0.294327</w:t>
        <w:br/>
        <w:t>v -0.615592 2.181196 0.429850</w:t>
        <w:br/>
        <w:t>v -0.529129 1.826905 0.440112</w:t>
        <w:br/>
        <w:t>v -0.378262 1.886228 0.292100</w:t>
        <w:br/>
        <w:t>v -0.458097 2.230948 0.286227</w:t>
        <w:br/>
        <w:t>v -0.622144 2.198590 0.422204</w:t>
        <w:br/>
        <w:t>v -0.440616 1.544274 0.462862</w:t>
        <w:br/>
        <w:t>v -0.283499 1.606515 0.299167</w:t>
        <w:br/>
        <w:t>v -1.008958 1.868622 0.006426</w:t>
        <w:br/>
        <w:t>v -0.999726 2.032669 0.004679</w:t>
        <w:br/>
        <w:t>v -0.917665 1.890141 -0.266029</w:t>
        <w:br/>
        <w:t>v -0.913452 2.041649 -0.259640</w:t>
        <w:br/>
        <w:t>v -1.006065 2.246847 -0.008652</w:t>
        <w:br/>
        <w:t>v -0.919916 2.250670 -0.257980</w:t>
        <w:br/>
        <w:t>v -0.938479 2.228120 0.257239</w:t>
        <w:br/>
        <w:t>v -0.775551 2.198916 0.408596</w:t>
        <w:br/>
        <w:t>v -0.775551 2.198916 0.408596</w:t>
        <w:br/>
        <w:t>v -0.938479 2.228120 0.257239</w:t>
        <w:br/>
        <w:t>v -0.950464 2.234848 0.258924</w:t>
        <w:br/>
        <w:t>v -0.779815 2.200187 0.413664</w:t>
        <w:br/>
        <w:t>v -0.779815 2.200187 0.413664</w:t>
        <w:br/>
        <w:t>v -0.950464 2.234848 0.258924</w:t>
        <w:br/>
        <w:t>v -0.971115 2.223819 0.265338</w:t>
        <w:br/>
        <w:t>v -0.787235 2.183750 0.424329</w:t>
        <w:br/>
        <w:t>v -1.034890 1.881035 0.255804</w:t>
        <w:br/>
        <w:t>v -0.871963 1.839243 0.436125</w:t>
        <w:br/>
        <w:t>v -0.437736 1.917494 -0.257754</w:t>
        <w:br/>
        <w:t>v -0.448262 2.249437 -0.256320</w:t>
        <w:br/>
        <w:t>v -0.365182 2.247500 -0.015733</w:t>
        <w:br/>
        <w:t>v -0.327353 1.924951 -0.021443</w:t>
        <w:br/>
        <w:t>v -0.697452 1.908502 -0.372225</w:t>
        <w:br/>
        <w:t>v -0.698521 2.245665 -0.373645</w:t>
        <w:br/>
        <w:t>v -0.698911 1.627532 -0.426027</w:t>
        <w:br/>
        <w:t>v -0.979076 1.646246 -0.356002</w:t>
        <w:br/>
        <w:t>v -0.944793 1.902755 -0.281989</w:t>
        <w:br/>
        <w:t>v -0.365799 1.654394 -0.303067</w:t>
        <w:br/>
        <w:t>v -0.698521 2.245665 -0.373645</w:t>
        <w:br/>
        <w:t>v -0.930606 2.245840 -0.281045</w:t>
        <w:br/>
        <w:t>v -0.918042 2.256317 -0.267148</w:t>
        <w:br/>
        <w:t>v -0.698219 2.254091 -0.355661</w:t>
        <w:br/>
        <w:t>v -0.930606 2.245840 -0.281045</w:t>
        <w:br/>
        <w:t>v -0.698219 2.254091 -0.355661</w:t>
        <w:br/>
        <w:t>v -0.918042 2.256317 -0.267148</w:t>
        <w:br/>
        <w:t>v -0.695628 2.247891 -0.353372</w:t>
        <w:br/>
        <w:t>v -0.695628 2.247891 -0.353372</w:t>
        <w:br/>
        <w:t>v -0.455909 2.248594 -0.247680</w:t>
        <w:br/>
        <w:t>v -0.459556 2.254656 -0.242850</w:t>
        <w:br/>
        <w:t>v -0.698219 2.254091 -0.355661</w:t>
        <w:br/>
        <w:t>v -0.695767 2.035474 -0.359396</w:t>
        <w:br/>
        <w:t>v -1.122209 1.607221 0.259702</w:t>
        <w:br/>
        <w:t>v -1.051063 1.893008 -0.015935</w:t>
        <w:br/>
        <w:t>v -1.173608 1.653590 -0.036875</w:t>
        <w:br/>
        <w:t>v -1.035317 2.244897 -0.011708</w:t>
        <w:br/>
        <w:t>v -1.035317 2.244897 -0.011708</w:t>
        <w:br/>
        <w:t>v -1.014378 2.253034 -0.010727</w:t>
        <w:br/>
        <w:t>v -1.014378 2.253034 -0.010727</w:t>
        <w:br/>
        <w:t>v -0.693176 1.904113 -0.364956</w:t>
        <w:br/>
        <w:t>v -0.381079 2.242204 -0.001244</w:t>
        <w:br/>
        <w:t>v -0.959457 1.548199 0.454398</w:t>
        <w:br/>
        <w:t>v -0.241217 1.666605 -0.045100</w:t>
        <w:br/>
        <w:t>v -0.383997 2.250077 -0.009545</w:t>
        <w:br/>
        <w:t>v -0.470352 2.237124 0.278870</w:t>
        <w:br/>
        <w:t>v -0.446972 2.255725 0.290529</w:t>
        <w:br/>
        <w:t>v -0.623527 2.218901 0.425926</w:t>
        <w:br/>
        <w:t>v -0.638103 2.208551 0.405351</w:t>
        <w:br/>
        <w:t>v -0.696483 1.989695 0.415840</w:t>
        <w:br/>
        <w:t>v -0.484784 1.999630 0.290503</w:t>
        <w:br/>
        <w:t>v -0.907088 2.006258 0.270909</w:t>
        <w:br/>
        <w:t>v -0.911012 1.837948 0.289220</w:t>
        <w:br/>
        <w:t>v -0.692120 1.798420 0.444551</w:t>
        <w:br/>
        <w:t>v -0.696483 1.989695 0.415840</w:t>
        <w:br/>
        <w:t>v -0.692120 1.798420 0.444551</w:t>
        <w:br/>
        <w:t>v -0.460852 1.820403 0.326672</w:t>
        <w:br/>
        <w:t>v -0.372590 1.863364 0.014588</w:t>
        <w:br/>
        <w:t>v -0.464537 1.883361 -0.249039</w:t>
        <w:br/>
        <w:t>v -0.470083 2.031789 -0.240512</w:t>
        <w:br/>
        <w:t>v -0.397957 2.025261 0.018236</w:t>
        <w:br/>
        <w:t>v -0.461581 2.279696 -0.241681</w:t>
        <w:br/>
        <w:t>v -0.432969 2.262592 -0.271348</w:t>
        <w:br/>
        <w:t>v -0.332789 2.261975 -0.016902</w:t>
        <w:br/>
        <w:t>v -0.375474 2.274929 -0.007495</w:t>
        <w:br/>
        <w:t>v -0.513157 1.831898 0.458838</w:t>
        <w:br/>
        <w:t>v -0.603908 2.192553 0.446841</w:t>
        <w:br/>
        <w:t>v -0.411104 2.230659 0.306878</w:t>
        <w:br/>
        <w:t>v -0.357247 1.891925 0.304689</w:t>
        <w:br/>
        <w:t>v -0.446972 2.255725 0.290529</w:t>
        <w:br/>
        <w:t>v -0.623527 2.218901 0.425926</w:t>
        <w:br/>
        <w:t>v -0.263616 1.613457 0.310511</w:t>
        <w:br/>
        <w:t>v -0.424380 1.550474 0.481047</w:t>
        <w:br/>
        <w:t>v -0.974586 2.032531 0.005395</w:t>
        <w:br/>
        <w:t>v -0.984861 1.867226 0.007055</w:t>
        <w:br/>
        <w:t>v -0.894814 2.041334 -0.242750</w:t>
        <w:br/>
        <w:t>v -0.900561 1.888770 -0.250736</w:t>
        <w:br/>
        <w:t>v -0.996734 2.261498 -0.006929</w:t>
        <w:br/>
        <w:t>v -0.904699 2.265334 -0.244347</w:t>
        <w:br/>
        <w:t>v -0.935314 2.243513 0.248725</w:t>
        <w:br/>
        <w:t>v -0.763113 2.210877 0.396472</w:t>
        <w:br/>
        <w:t>v -0.966780 2.259460 0.263854</w:t>
        <w:br/>
        <w:t>v -0.935314 2.243513 0.248725</w:t>
        <w:br/>
        <w:t>v -0.763113 2.210877 0.396472</w:t>
        <w:br/>
        <w:t>v -0.779148 2.221404 0.418255</w:t>
        <w:br/>
        <w:t>v -1.003579 2.237188 0.277235</w:t>
        <w:br/>
        <w:t>v -0.966780 2.259460 0.263854</w:t>
        <w:br/>
        <w:t>v -0.779148 2.221404 0.418255</w:t>
        <w:br/>
        <w:t>v -0.799622 2.195433 0.440339</w:t>
        <w:br/>
        <w:t>v -0.889268 1.844236 0.453632</w:t>
        <w:br/>
        <w:t>v -1.057000 1.886430 0.266532</w:t>
        <w:br/>
        <w:t>v -0.332789 2.261975 -0.016902</w:t>
        <w:br/>
        <w:t>v -0.432969 2.262592 -0.271348</w:t>
        <w:br/>
        <w:t>v -0.420595 1.921745 -0.275663</w:t>
        <w:br/>
        <w:t>v -0.302980 1.930560 -0.024034</w:t>
        <w:br/>
        <w:t>v -0.698068 2.257448 -0.395868</w:t>
        <w:br/>
        <w:t>v -0.696546 1.911772 -0.397151</w:t>
        <w:br/>
        <w:t>v -0.961620 1.907333 -0.300124</w:t>
        <w:br/>
        <w:t>v -0.993124 1.653490 -0.373118</w:t>
        <w:br/>
        <w:t>v -0.697993 1.633103 -0.449206</w:t>
        <w:br/>
        <w:t>v -0.350619 1.660909 -0.319819</w:t>
        <w:br/>
        <w:t>v -0.920494 2.281280 -0.269034</w:t>
        <w:br/>
        <w:t>v -0.946075 2.257700 -0.296929</w:t>
        <w:br/>
        <w:t>v -0.698068 2.257448 -0.395868</w:t>
        <w:br/>
        <w:t>v -0.698546 2.279193 -0.357220</w:t>
        <w:br/>
        <w:t>v -0.904699 2.265334 -0.244347</w:t>
        <w:br/>
        <w:t>v -0.920494 2.281280 -0.269034</w:t>
        <w:br/>
        <w:t>v -0.698546 2.279193 -0.357220</w:t>
        <w:br/>
        <w:t>v -0.696471 2.259825 -0.331250</w:t>
        <w:br/>
        <w:t>v -0.461581 2.279696 -0.241681</w:t>
        <w:br/>
        <w:t>v -0.473478 2.258026 -0.232336</w:t>
        <w:br/>
        <w:t>v -0.695477 2.034506 -0.334256</w:t>
        <w:br/>
        <w:t>v -1.142079 1.615672 0.270833</w:t>
        <w:br/>
        <w:t>v -1.075298 1.898491 -0.019795</w:t>
        <w:br/>
        <w:t>v -1.195152 1.663261 -0.039579</w:t>
        <w:br/>
        <w:t>v -1.067829 2.257889 -0.013456</w:t>
        <w:br/>
        <w:t>v -1.027735 2.278061 -0.009947</w:t>
        <w:br/>
        <w:t>v -1.027735 2.278061 -0.009947</w:t>
        <w:br/>
        <w:t>v -0.692824 1.902616 -0.341916</w:t>
        <w:br/>
        <w:t>v -0.392603 2.251436 -0.000653</w:t>
        <w:br/>
        <w:t>v -0.977140 1.554311 0.471213</w:t>
        <w:br/>
        <w:t>v -0.218730 1.674340 -0.048131</w:t>
        <w:br/>
        <w:t>v -0.375474 2.274929 -0.007495</w:t>
        <w:br/>
        <w:t>v -0.911012 1.837948 0.289220</w:t>
        <w:br/>
        <w:t>v -0.930192 1.839998 0.302752</w:t>
        <w:br/>
        <w:t>v -0.693352 1.802117 0.465780</w:t>
        <w:br/>
        <w:t>v -0.692120 1.798420 0.444551</w:t>
        <w:br/>
        <w:t>v -0.692120 1.798420 0.444551</w:t>
        <w:br/>
        <w:t>v -0.693352 1.802117 0.465780</w:t>
        <w:br/>
        <w:t>v -0.443220 1.824817 0.341362</w:t>
        <w:br/>
        <w:t>v -0.460852 1.820403 0.326672</w:t>
        <w:br/>
        <w:t>v -0.372590 1.863364 0.014588</w:t>
        <w:br/>
        <w:t>v -0.348833 1.866772 0.014689</w:t>
        <w:br/>
        <w:t>v -0.447772 1.885512 -0.264319</w:t>
        <w:br/>
        <w:t>v -0.464537 1.883361 -0.249039</w:t>
        <w:br/>
        <w:t>v -0.984861 1.867226 0.007055</w:t>
        <w:br/>
        <w:t>v -1.008958 1.868622 0.006426</w:t>
        <w:br/>
        <w:t>v -0.900561 1.888770 -0.250736</w:t>
        <w:br/>
        <w:t>v -0.917665 1.890141 -0.266029</w:t>
        <w:br/>
        <w:t>v -0.692824 1.902616 -0.341916</w:t>
        <w:br/>
        <w:t>v -0.693176 1.904113 -0.364956</w:t>
        <w:br/>
        <w:t>v -0.625766 2.197232 0.419336</w:t>
        <w:br/>
        <w:t>v -0.697200 1.988752 0.435987</w:t>
        <w:br/>
        <w:t>v -0.696483 1.989695 0.415840</w:t>
        <w:br/>
        <w:t>v -0.638103 2.208551 0.405351</w:t>
        <w:br/>
        <w:t>v -0.697200 1.988752 0.435987</w:t>
        <w:br/>
        <w:t>v -0.775551 2.198916 0.408596</w:t>
        <w:br/>
        <w:t>v -0.763113 2.210877 0.396472</w:t>
        <w:br/>
        <w:t>v -0.696483 1.989695 0.415840</w:t>
        <w:br/>
        <w:t>v -0.779815 2.200187 0.413664</w:t>
        <w:br/>
        <w:t>v -0.779148 2.221404 0.418255</w:t>
        <w:br/>
        <w:t>v -0.787235 2.183750 0.424329</w:t>
        <w:br/>
        <w:t>v -0.799622 2.195433 0.440339</w:t>
        <w:br/>
        <w:t>v -0.871963 1.839243 0.436125</w:t>
        <w:br/>
        <w:t>v -0.889268 1.844236 0.453632</w:t>
        <w:br/>
        <w:t>v -0.959457 1.548199 0.454398</w:t>
        <w:br/>
        <w:t>v -0.977140 1.554311 0.471213</w:t>
        <w:br/>
        <w:t>v -0.959457 1.548199 0.454398</w:t>
        <w:br/>
        <w:t>v -1.122209 1.607221 0.259702</w:t>
        <w:br/>
        <w:t>v -1.142079 1.615672 0.270833</w:t>
        <w:br/>
        <w:t>v -0.977140 1.554311 0.471213</w:t>
        <w:br/>
        <w:t>v -1.173608 1.653590 -0.036875</w:t>
        <w:br/>
        <w:t>v -1.195152 1.663261 -0.039579</w:t>
        <w:br/>
        <w:t>v -0.979076 1.646246 -0.356002</w:t>
        <w:br/>
        <w:t>v -0.993124 1.653490 -0.373118</w:t>
        <w:br/>
        <w:t>v -0.698911 1.627532 -0.426027</w:t>
        <w:br/>
        <w:t>v -0.697993 1.633103 -0.449206</w:t>
        <w:br/>
        <w:t>v -0.365799 1.654394 -0.303067</w:t>
        <w:br/>
        <w:t>v -0.350619 1.660909 -0.319819</w:t>
        <w:br/>
        <w:t>v -0.241217 1.666605 -0.045100</w:t>
        <w:br/>
        <w:t>v -0.218730 1.674340 -0.048131</w:t>
        <w:br/>
        <w:t>v -0.283499 1.606515 0.299167</w:t>
        <w:br/>
        <w:t>v -0.263616 1.613457 0.310511</w:t>
        <w:br/>
        <w:t>v -0.440616 1.544274 0.462862</w:t>
        <w:br/>
        <w:t>v -0.424380 1.550474 0.481047</w:t>
        <w:br/>
        <w:t>v -0.440616 1.544274 0.462862</w:t>
        <w:br/>
        <w:t>v -0.529129 1.826905 0.440112</w:t>
        <w:br/>
        <w:t>v -0.513157 1.831898 0.458838</w:t>
        <w:br/>
        <w:t>v -0.424380 1.550474 0.481047</w:t>
        <w:br/>
        <w:t>v -0.615592 2.181196 0.429850</w:t>
        <w:br/>
        <w:t>v -0.603908 2.192553 0.446841</w:t>
        <w:br/>
        <w:t>v -0.622144 2.198590 0.422204</w:t>
        <w:br/>
        <w:t>v -0.623527 2.218901 0.425926</w:t>
        <w:br/>
        <w:t>v -0.752035 0.769128 -0.437800</w:t>
        <w:br/>
        <w:t>v -0.724442 0.783729 -0.443220</w:t>
        <w:br/>
        <w:t>v -0.758789 0.788936 -0.437750</w:t>
        <w:br/>
        <w:t>v -0.756248 0.817333 -0.439598</w:t>
        <w:br/>
        <w:t>v -0.748941 0.759054 -0.435989</w:t>
        <w:br/>
        <w:t>v -0.755544 0.743761 -0.432405</w:t>
        <w:br/>
        <w:t>v -0.744452 0.730745 -0.433738</w:t>
        <w:br/>
        <w:t>v -0.729536 0.723387 -0.436530</w:t>
        <w:br/>
        <w:t>v -0.724870 0.713591 -0.436656</w:t>
        <w:br/>
        <w:t>v -0.725222 0.699806 -0.434417</w:t>
        <w:br/>
        <w:t>v -0.708471 0.685910 -0.438794</w:t>
        <w:br/>
        <w:t>v -0.719085 0.723198 -0.438957</w:t>
        <w:br/>
        <w:t>v -0.697240 0.680288 -0.443007</w:t>
        <w:br/>
        <w:t>v -0.672414 0.699077 -0.461029</w:t>
        <w:br/>
        <w:t>v -0.691002 0.720042 -0.449358</w:t>
        <w:br/>
        <w:t>v -0.684915 0.661738 -0.448427</w:t>
        <w:br/>
        <w:t>v -0.741710 0.761708 -0.437687</w:t>
        <w:br/>
        <w:t>v -0.690838 0.758261 -0.447899</w:t>
        <w:br/>
        <w:t>v -0.621706 0.780786 -0.442881</w:t>
        <w:br/>
        <w:t>v -0.592390 0.768209 -0.437322</w:t>
        <w:br/>
        <w:t>v -0.586743 0.788345 -0.437435</w:t>
        <w:br/>
        <w:t>v -0.588894 0.815723 -0.438177</w:t>
        <w:br/>
        <w:t>v -0.589045 0.743308 -0.432141</w:t>
        <w:br/>
        <w:t>v -0.594038 0.755998 -0.434895</w:t>
        <w:br/>
        <w:t>v -0.597282 0.731424 -0.432857</w:t>
        <w:br/>
        <w:t>v -0.609934 0.724280 -0.435046</w:t>
        <w:br/>
        <w:t>v -0.619027 0.700422 -0.434342</w:t>
        <w:br/>
        <w:t>v -0.620083 0.712886 -0.435373</w:t>
        <w:br/>
        <w:t>v -0.635012 0.686211 -0.438806</w:t>
        <w:br/>
        <w:t>v -0.623177 0.721023 -0.437838</w:t>
        <w:br/>
        <w:t>v -0.647324 0.681180 -0.442982</w:t>
        <w:br/>
        <w:t>v -0.659586 0.662807 -0.448503</w:t>
        <w:br/>
        <w:t>v -0.652531 0.719023 -0.449006</w:t>
        <w:br/>
        <w:t>v -0.672414 0.699077 -0.461029</w:t>
        <w:br/>
        <w:t>v -0.652707 0.755860 -0.447283</w:t>
        <w:br/>
        <w:t>v -0.600954 0.760135 -0.437473</w:t>
        <w:br/>
        <w:t>v -0.672188 0.611671 -0.449257</w:t>
        <w:br/>
        <w:t>v -0.672188 0.611671 -0.449257</w:t>
        <w:br/>
        <w:t>v -0.460398 2.403385 -0.248522</w:t>
        <w:br/>
        <w:t>v -0.465907 2.562376 -0.247641</w:t>
        <w:br/>
        <w:t>v -0.709487 2.559611 -0.354252</w:t>
        <w:br/>
        <w:t>v -0.702168 2.398670 -0.347863</w:t>
        <w:br/>
        <w:t>v -0.926833 2.556454 -0.263123</w:t>
        <w:br/>
        <w:t>v -0.920520 2.394733 -0.258042</w:t>
        <w:br/>
        <w:t>v -1.024828 2.555120 -0.010224</w:t>
        <w:br/>
        <w:t>v -1.014214 2.392947 -0.008715</w:t>
        <w:br/>
        <w:t>v -0.392687 2.563269 0.006063</w:t>
        <w:br/>
        <w:t>v -0.390725 2.404618 0.009031</w:t>
        <w:br/>
        <w:t>v -0.478106 2.403246 0.291975</w:t>
        <w:br/>
        <w:t>v -0.484520 2.562476 0.296314</w:t>
        <w:br/>
        <w:t>v -0.947307 2.555107 0.270985</w:t>
        <w:br/>
        <w:t>v -0.936391 2.394154 0.264722</w:t>
        <w:br/>
        <w:t>v -0.936391 2.394154 0.264722</w:t>
        <w:br/>
        <w:t>v -0.947307 2.555107 0.270985</w:t>
        <w:br/>
        <w:t>v -0.740727 2.559068 0.434240</w:t>
        <w:br/>
        <w:t>v -0.727346 2.399021 0.425260</w:t>
        <w:br/>
        <w:t>v -1.017433 2.395702 0.138882</w:t>
        <w:br/>
        <w:t>v -1.028388 2.551738 0.140933</w:t>
        <w:br/>
        <w:t>v -1.037782 2.409988 0.110548</w:t>
        <w:br/>
        <w:t>v -1.046736 2.537488 0.112271</w:t>
        <w:br/>
        <w:t>v -1.053830 2.474354 0.093721</w:t>
        <w:br/>
        <w:t>v -0.481011 2.563419 -0.233858</w:t>
        <w:br/>
        <w:t>v -0.710996 2.561168 -0.335539</w:t>
        <w:br/>
        <w:t>v -0.709487 2.559611 -0.354252</w:t>
        <w:br/>
        <w:t>v -0.465907 2.562376 -0.247641</w:t>
        <w:br/>
        <w:t>v -0.460398 2.403385 -0.248522</w:t>
        <w:br/>
        <w:t>v -0.702168 2.398670 -0.347863</w:t>
        <w:br/>
        <w:t>v -0.703287 2.398204 -0.331853</w:t>
        <w:br/>
        <w:t>v -0.477766 2.403461 -0.232361</w:t>
        <w:br/>
        <w:t>v -0.915916 2.556980 -0.253993</w:t>
        <w:br/>
        <w:t>v -0.926833 2.556454 -0.263123</w:t>
        <w:br/>
        <w:t>v -0.920520 2.394733 -0.258042</w:t>
        <w:br/>
        <w:t>v -0.908006 2.395022 -0.248811</w:t>
        <w:br/>
        <w:t>v -1.024828 2.555120 -0.010224</w:t>
        <w:br/>
        <w:t>v -1.008227 2.556868 -0.012098</w:t>
        <w:br/>
        <w:t>v -0.993815 2.392558 -0.005382</w:t>
        <w:br/>
        <w:t>v -1.014214 2.392947 -0.008715</w:t>
        <w:br/>
        <w:t>v -0.392687 2.563269 0.006063</w:t>
        <w:br/>
        <w:t>v -0.484520 2.562476 0.296314</w:t>
        <w:br/>
        <w:t>v -0.506918 2.563507 0.290340</w:t>
        <w:br/>
        <w:t>v -0.415789 2.566223 0.009760</w:t>
        <w:br/>
        <w:t>v -0.414419 2.404165 0.012615</w:t>
        <w:br/>
        <w:t>v -0.498807 2.402705 0.282568</w:t>
        <w:br/>
        <w:t>v -0.478106 2.403246 0.291975</w:t>
        <w:br/>
        <w:t>v -0.390725 2.404618 0.009031</w:t>
        <w:br/>
        <w:t>v -0.947307 2.555107 0.270985</w:t>
        <w:br/>
        <w:t>v -0.928795 2.557445 0.248473</w:t>
        <w:br/>
        <w:t>v -0.917891 2.395035 0.252674</w:t>
        <w:br/>
        <w:t>v -0.936391 2.394154 0.264722</w:t>
        <w:br/>
        <w:t>v -0.928795 2.557445 0.248473</w:t>
        <w:br/>
        <w:t>v -0.737507 2.560501 0.413275</w:t>
        <w:br/>
        <w:t>v -0.740727 2.559068 0.434240</w:t>
        <w:br/>
        <w:t>v -0.947307 2.555107 0.270985</w:t>
        <w:br/>
        <w:t>v -0.936391 2.394154 0.264722</w:t>
        <w:br/>
        <w:t>v -0.727346 2.399021 0.425260</w:t>
        <w:br/>
        <w:t>v -0.724252 2.400454 0.404396</w:t>
        <w:br/>
        <w:t>v -0.917891 2.395035 0.252674</w:t>
        <w:br/>
        <w:t>v -1.028388 2.551738 0.140933</w:t>
        <w:br/>
        <w:t>v -1.009887 2.553082 0.129136</w:t>
        <w:br/>
        <w:t>v -0.998921 2.397034 0.127086</w:t>
        <w:br/>
        <w:t>v -1.017433 2.395702 0.138882</w:t>
        <w:br/>
        <w:t>v -1.046736 2.537488 0.112271</w:t>
        <w:br/>
        <w:t>v -1.028388 2.538758 0.100223</w:t>
        <w:br/>
        <w:t>v -1.019433 2.411246 0.098499</w:t>
        <w:br/>
        <w:t>v -1.037782 2.409988 0.110548</w:t>
        <w:br/>
        <w:t>v -1.053830 2.474354 0.093721</w:t>
        <w:br/>
        <w:t>v -1.035443 2.475612 0.081748</w:t>
        <w:br/>
        <w:t>v -0.727346 2.399021 0.425260</w:t>
        <w:br/>
        <w:t>v -0.740727 2.559068 0.434240</w:t>
        <w:br/>
        <w:t>v -0.745284 17.636250 0.339122</w:t>
        <w:br/>
        <w:t>v -0.774411 17.636250 0.368249</w:t>
        <w:br/>
        <w:t>v -0.745284 17.636250 0.397364</w:t>
        <w:br/>
        <w:t>v -0.745284 17.655632 0.339122</w:t>
        <w:br/>
        <w:t>v -0.745284 17.636250 0.339122</w:t>
        <w:br/>
        <w:t>v -0.716169 17.636250 0.368249</w:t>
        <w:br/>
        <w:t>v -0.716169 17.655632 0.368249</w:t>
        <w:br/>
        <w:t>v -0.774411 17.655632 0.368249</w:t>
        <w:br/>
        <w:t>v -0.774411 17.636250 0.368249</w:t>
        <w:br/>
        <w:t>v -0.745284 17.636250 0.339122</w:t>
        <w:br/>
        <w:t>v -0.745284 17.655632 0.339122</w:t>
        <w:br/>
        <w:t>v -0.745284 17.655632 0.397364</w:t>
        <w:br/>
        <w:t>v -0.745284 17.636250 0.397364</w:t>
        <w:br/>
        <w:t>v -0.774411 17.636250 0.368249</w:t>
        <w:br/>
        <w:t>v -0.774411 17.655632 0.368249</w:t>
        <w:br/>
        <w:t>v -0.716169 17.655632 0.368249</w:t>
        <w:br/>
        <w:t>v -0.716169 17.636250 0.368249</w:t>
        <w:br/>
        <w:t>v -0.745284 17.636250 0.397364</w:t>
        <w:br/>
        <w:t>v -0.745284 17.655632 0.397364</w:t>
        <w:br/>
        <w:t>v -0.745284 17.655632 0.339122</w:t>
        <w:br/>
        <w:t>v -0.716169 17.655632 0.368249</w:t>
        <w:br/>
        <w:t>v -0.745284 17.655632 0.397364</w:t>
        <w:br/>
        <w:t>v -0.716169 17.636250 0.368249</w:t>
        <w:br/>
        <w:t>v -0.774411 17.655632 0.368249</w:t>
        <w:br/>
        <w:t>v -0.033237 13.456002 -0.750659</w:t>
        <w:br/>
        <w:t>v -0.023503 13.476479 -0.739101</w:t>
        <w:br/>
        <w:t>v -0.030848 13.469950 -0.712615</w:t>
        <w:br/>
        <w:t>v -0.043613 13.443088 -0.727782</w:t>
        <w:br/>
        <w:t>v -0.030848 13.416236 -0.742949</w:t>
        <w:br/>
        <w:t>v 0.000002 13.405107 -0.749237</w:t>
        <w:br/>
        <w:t>v 0.000002 13.427066 -0.767008</w:t>
        <w:br/>
        <w:t>v -0.023503 13.435542 -0.762216</w:t>
        <w:br/>
        <w:t>v 0.000002 13.430988 -0.782666</w:t>
        <w:br/>
        <w:t>v -0.026534 13.440559 -0.777258</w:t>
        <w:br/>
        <w:t>v -0.037526 13.463663 -0.764216</w:t>
        <w:br/>
        <w:t>v 0.000002 13.481080 -0.706339</w:t>
        <w:br/>
        <w:t>v 0.000002 13.484955 -0.734309</w:t>
        <w:br/>
        <w:t>v -0.026534 13.486766 -0.751162</w:t>
        <w:br/>
        <w:t>v 0.000002 13.496349 -0.745766</w:t>
        <w:br/>
        <w:t>v -0.010813 13.489948 -0.788790</w:t>
        <w:br/>
        <w:t>v 0.000002 13.493858 -0.786577</w:t>
        <w:br/>
        <w:t>v -0.015278 13.480540 -0.794097</w:t>
        <w:br/>
        <w:t>v -0.037526 13.463663 -0.764216</w:t>
        <w:br/>
        <w:t>v -0.010813 13.471132 -0.799417</w:t>
        <w:br/>
        <w:t>v -0.010813 13.489948 -0.788790</w:t>
        <w:br/>
        <w:t>v -0.010813 13.471132 -0.799417</w:t>
        <w:br/>
        <w:t>v 0.000002 13.467235 -0.801618</w:t>
        <w:br/>
        <w:t>v 0.000002 13.493858 -0.786577</w:t>
        <w:br/>
        <w:t>v 0.000002 13.467235 -0.801618</w:t>
        <w:br/>
        <w:t>v -0.015278 13.480540 -0.794097</w:t>
        <w:br/>
        <w:t>v 0.030852 13.469950 -0.712615</w:t>
        <w:br/>
        <w:t>v 0.023508 13.476479 -0.739101</w:t>
        <w:br/>
        <w:t>v 0.033242 13.456002 -0.750658</w:t>
        <w:br/>
        <w:t>v 0.043617 13.443088 -0.727782</w:t>
        <w:br/>
        <w:t>v 0.000002 13.427066 -0.767008</w:t>
        <w:br/>
        <w:t>v 0.000002 13.405107 -0.749237</w:t>
        <w:br/>
        <w:t>v 0.030852 13.416237 -0.742949</w:t>
        <w:br/>
        <w:t>v 0.023508 13.435541 -0.762216</w:t>
        <w:br/>
        <w:t>v 0.026538 13.440559 -0.777258</w:t>
        <w:br/>
        <w:t>v 0.000002 13.430988 -0.782666</w:t>
        <w:br/>
        <w:t>v 0.037530 13.463662 -0.764216</w:t>
        <w:br/>
        <w:t>v 0.000002 13.481080 -0.706339</w:t>
        <w:br/>
        <w:t>v 0.000002 13.484955 -0.734309</w:t>
        <w:br/>
        <w:t>v 0.000002 13.496349 -0.745766</w:t>
        <w:br/>
        <w:t>v 0.026539 13.486764 -0.751161</w:t>
        <w:br/>
        <w:t>v 0.000002 13.493858 -0.786577</w:t>
        <w:br/>
        <w:t>v 0.010818 13.489948 -0.788790</w:t>
        <w:br/>
        <w:t>v 0.015283 13.480540 -0.794097</w:t>
        <w:br/>
        <w:t>v 0.037530 13.463662 -0.764216</w:t>
        <w:br/>
        <w:t>v 0.010818 13.471132 -0.799417</w:t>
        <w:br/>
        <w:t>v 0.000002 13.467235 -0.801618</w:t>
        <w:br/>
        <w:t>v 0.010818 13.471132 -0.799417</w:t>
        <w:br/>
        <w:t>v 0.010818 13.489948 -0.788790</w:t>
        <w:br/>
        <w:t>v 0.000002 13.493858 -0.786577</w:t>
        <w:br/>
        <w:t>v 0.000002 13.467235 -0.801618</w:t>
        <w:br/>
        <w:t>v 0.015283 13.480540 -0.794097</w:t>
        <w:br/>
        <w:t>v 0.000001 12.797403 -1.051515</w:t>
        <w:br/>
        <w:t>v -0.147495 12.999719 -0.933510</w:t>
        <w:br/>
        <w:t>v -0.171227 12.899812 -0.871043</w:t>
        <w:br/>
        <w:t>v 0.000001 12.654222 -1.009698</w:t>
        <w:br/>
        <w:t>v -0.496628 13.431720 -0.693362</w:t>
        <w:br/>
        <w:t>v -0.473751 13.573076 -0.613552</w:t>
        <w:br/>
        <w:t>v -0.518712 13.534041 -0.512941</w:t>
        <w:br/>
        <w:t>v -0.543374 13.379213 -0.600359</w:t>
        <w:br/>
        <w:t>v -0.290550 13.801250 -0.484719</w:t>
        <w:br/>
        <w:t>v -0.135357 13.865454 -0.448461</w:t>
        <w:br/>
        <w:t>v -0.147418 13.856271 -0.330997</w:t>
        <w:br/>
        <w:t>v -0.317300 13.784487 -0.371531</w:t>
        <w:br/>
        <w:t>v 0.000001 13.015125 -1.016829</w:t>
        <w:br/>
        <w:t>v -0.104848 13.118465 -0.918984</w:t>
        <w:br/>
        <w:t>v -0.367368 13.110720 -0.874614</w:t>
        <w:br/>
        <w:t>v -0.405613 13.026696 -0.799395</w:t>
        <w:br/>
        <w:t>v -0.274353 13.203519 -0.861283</w:t>
        <w:br/>
        <w:t>v -0.333348 13.619660 -0.626317</w:t>
        <w:br/>
        <w:t>v -0.196818 13.749084 -0.553248</w:t>
        <w:br/>
        <w:t>v -0.403990 13.702917 -0.540244</w:t>
        <w:br/>
        <w:t>v -0.440650 13.675575 -0.433017</w:t>
        <w:br/>
        <w:t>v -0.374750 13.448460 -0.722992</w:t>
        <w:br/>
        <w:t>v 0.000003 13.795981 -0.526762</w:t>
        <w:br/>
        <w:t>v 0.000003 13.879061 -0.440776</w:t>
        <w:br/>
        <w:t>v 0.000003 13.875876 -0.319930</w:t>
        <w:br/>
        <w:t>v -0.346038 13.314383 -0.798690</w:t>
        <w:br/>
        <w:t>v -0.469250 13.257889 -0.791509</w:t>
        <w:br/>
        <w:t>v -0.515456 13.191598 -0.706291</w:t>
        <w:br/>
        <w:t>v 0.000001 12.654222 -1.009698</w:t>
        <w:br/>
        <w:t>v -0.171227 12.899812 -0.871043</w:t>
        <w:br/>
        <w:t>v -0.147495 12.897925 -0.753227</w:t>
        <w:br/>
        <w:t>v 0.000001 12.692376 -0.865510</w:t>
        <w:br/>
        <w:t>v -0.405613 13.026696 -0.799395</w:t>
        <w:br/>
        <w:t>v -0.515456 13.191598 -0.706291</w:t>
        <w:br/>
        <w:t>v -0.469250 13.152862 -0.605503</w:t>
        <w:br/>
        <w:t>v -0.367368 13.005692 -0.688596</w:t>
        <w:br/>
        <w:t>v -0.543374 13.379213 -0.600359</w:t>
        <w:br/>
        <w:t>v -0.496628 13.326694 -0.507357</w:t>
        <w:br/>
        <w:t>v -0.518712 13.534041 -0.512941</w:t>
        <w:br/>
        <w:t>v -0.473839 13.468079 -0.427534</w:t>
        <w:br/>
        <w:t>v -0.147418 13.856271 -0.330997</w:t>
        <w:br/>
        <w:t>v -0.135357 13.760439 -0.262456</w:t>
        <w:br/>
        <w:t>v -0.290550 13.696224 -0.298714</w:t>
        <w:br/>
        <w:t>v -0.317300 13.784487 -0.371531</w:t>
        <w:br/>
        <w:t>v 0.000001 12.834540 -0.696998</w:t>
        <w:br/>
        <w:t>v -0.099365 12.974477 -0.678648</w:t>
        <w:br/>
        <w:t>v -0.496628 13.326694 -0.507357</w:t>
        <w:br/>
        <w:t>v 0.000002 13.128462 -0.581671</w:t>
        <w:br/>
        <w:t>v 0.000003 13.564072 -0.324583</w:t>
        <w:br/>
        <w:t>v -0.473839 13.468079 -0.427534</w:t>
        <w:br/>
        <w:t>v -0.403990 13.597891 -0.354226</w:t>
        <w:br/>
        <w:t>v -0.440650 13.675575 -0.433017</w:t>
        <w:br/>
        <w:t>v 0.000003 13.875876 -0.319930</w:t>
        <w:br/>
        <w:t>v 0.000003 13.774035 -0.254771</w:t>
        <w:br/>
        <w:t>v -0.104848 13.118465 -0.918984</w:t>
        <w:br/>
        <w:t>v -0.104848 13.109674 -0.903401</w:t>
        <w:br/>
        <w:t>v -0.274353 13.203519 -0.861283</w:t>
        <w:br/>
        <w:t>v 0.000001 12.834540 -0.696998</w:t>
        <w:br/>
        <w:t>v -0.099365 12.974477 -0.678648</w:t>
        <w:br/>
        <w:t>v -0.099101 13.102633 -0.906332</w:t>
        <w:br/>
        <w:t>v 0.000001 13.015125 -1.016829</w:t>
        <w:br/>
        <w:t>v 0.000002 13.261548 -0.817379</w:t>
        <w:br/>
        <w:t>v -0.104848 13.109674 -0.903401</w:t>
        <w:br/>
        <w:t>v -0.099101 13.102633 -0.906332</w:t>
        <w:br/>
        <w:t>v -0.099365 12.974477 -0.678648</w:t>
        <w:br/>
        <w:t>v 0.000002 13.128462 -0.581671</w:t>
        <w:br/>
        <w:t>v 0.000002 13.261548 -0.817379</w:t>
        <w:br/>
        <w:t>v -0.099101 13.102633 -0.906332</w:t>
        <w:br/>
        <w:t>v 0.171229 12.899811 -0.871043</w:t>
        <w:br/>
        <w:t>v 0.147498 12.999718 -0.933510</w:t>
        <w:br/>
        <w:t>v 0.000001 12.797403 -1.051515</w:t>
        <w:br/>
        <w:t>v 0.000001 12.654222 -1.009698</w:t>
        <w:br/>
        <w:t>v 0.518718 13.534039 -0.512941</w:t>
        <w:br/>
        <w:t>v 0.473757 13.573076 -0.613552</w:t>
        <w:br/>
        <w:t>v 0.496633 13.431716 -0.693362</w:t>
        <w:br/>
        <w:t>v 0.543379 13.379209 -0.600359</w:t>
        <w:br/>
        <w:t>v 0.147424 13.856271 -0.330997</w:t>
        <w:br/>
        <w:t>v 0.135363 13.865452 -0.448461</w:t>
        <w:br/>
        <w:t>v 0.290556 13.801250 -0.484719</w:t>
        <w:br/>
        <w:t>v 0.317306 13.784486 -0.371531</w:t>
        <w:br/>
        <w:t>v 0.104851 13.118464 -0.918984</w:t>
        <w:br/>
        <w:t>v 0.000001 13.015125 -1.016829</w:t>
        <w:br/>
        <w:t>v 0.405617 13.026692 -0.799394</w:t>
        <w:br/>
        <w:t>v 0.367372 13.110716 -0.874614</w:t>
        <w:br/>
        <w:t>v 0.274357 13.203517 -0.861283</w:t>
        <w:br/>
        <w:t>v 0.196824 13.749084 -0.553248</w:t>
        <w:br/>
        <w:t>v 0.333354 13.619660 -0.626317</w:t>
        <w:br/>
        <w:t>v 0.403996 13.702915 -0.540244</w:t>
        <w:br/>
        <w:t>v 0.440656 13.675574 -0.433017</w:t>
        <w:br/>
        <w:t>v 0.374755 13.448455 -0.722992</w:t>
        <w:br/>
        <w:t>v 0.000003 13.795981 -0.526762</w:t>
        <w:br/>
        <w:t>v 0.000003 13.875876 -0.319930</w:t>
        <w:br/>
        <w:t>v 0.000003 13.879061 -0.440776</w:t>
        <w:br/>
        <w:t>v 0.346043 13.314380 -0.798690</w:t>
        <w:br/>
        <w:t>v 0.469254 13.257886 -0.791508</w:t>
        <w:br/>
        <w:t>v 0.515459 13.191593 -0.706291</w:t>
        <w:br/>
        <w:t>v 0.147498 12.897925 -0.753227</w:t>
        <w:br/>
        <w:t>v 0.171229 12.899811 -0.871043</w:t>
        <w:br/>
        <w:t>v 0.000001 12.654222 -1.009698</w:t>
        <w:br/>
        <w:t>v 0.000001 12.692376 -0.865510</w:t>
        <w:br/>
        <w:t>v 0.469253 13.152858 -0.605503</w:t>
        <w:br/>
        <w:t>v 0.515459 13.191593 -0.706291</w:t>
        <w:br/>
        <w:t>v 0.405617 13.026692 -0.799394</w:t>
        <w:br/>
        <w:t>v 0.367372 13.005688 -0.688596</w:t>
        <w:br/>
        <w:t>v 0.496633 13.326691 -0.507357</w:t>
        <w:br/>
        <w:t>v 0.543379 13.379209 -0.600359</w:t>
        <w:br/>
        <w:t>v 0.473844 13.468074 -0.427534</w:t>
        <w:br/>
        <w:t>v 0.518718 13.534039 -0.512941</w:t>
        <w:br/>
        <w:t>v 0.290556 13.696224 -0.298713</w:t>
        <w:br/>
        <w:t>v 0.135363 13.760439 -0.262456</w:t>
        <w:br/>
        <w:t>v 0.147424 13.856271 -0.330997</w:t>
        <w:br/>
        <w:t>v 0.317306 13.784486 -0.371531</w:t>
        <w:br/>
        <w:t>v 0.099368 12.974477 -0.678648</w:t>
        <w:br/>
        <w:t>v 0.496633 13.326691 -0.507357</w:t>
        <w:br/>
        <w:t>v 0.000002 13.128462 -0.581671</w:t>
        <w:br/>
        <w:t>v 0.000003 13.564072 -0.324583</w:t>
        <w:br/>
        <w:t>v 0.473844 13.468074 -0.427534</w:t>
        <w:br/>
        <w:t>v 0.403996 13.597889 -0.354226</w:t>
        <w:br/>
        <w:t>v 0.440656 13.675574 -0.433017</w:t>
        <w:br/>
        <w:t>v 0.104851 13.109674 -0.903401</w:t>
        <w:br/>
        <w:t>v 0.104851 13.118464 -0.918984</w:t>
        <w:br/>
        <w:t>v 0.274357 13.203517 -0.861283</w:t>
        <w:br/>
        <w:t>v 0.099104 13.102632 -0.906332</w:t>
        <w:br/>
        <w:t>v 0.099368 12.974477 -0.678648</w:t>
        <w:br/>
        <w:t>v 0.000001 12.834540 -0.696998</w:t>
        <w:br/>
        <w:t>v 0.000001 13.015125 -1.016829</w:t>
        <w:br/>
        <w:t>v 0.000002 13.261548 -0.817379</w:t>
        <w:br/>
        <w:t>v 0.104851 13.109674 -0.903401</w:t>
        <w:br/>
        <w:t>v 0.000002 13.128462 -0.581671</w:t>
        <w:br/>
        <w:t>v 0.099368 12.974477 -0.678648</w:t>
        <w:br/>
        <w:t>v 0.099104 13.102632 -0.906332</w:t>
        <w:br/>
        <w:t>v 0.000002 13.261548 -0.817379</w:t>
        <w:br/>
        <w:t>v 0.099104 13.102632 -0.906332</w:t>
        <w:br/>
        <w:t>v 0.051265 14.177663 -0.222411</w:t>
        <w:br/>
        <w:t>v 0.072016 14.153831 -0.175413</w:t>
        <w:br/>
        <w:t>v 0.061867 14.185598 -0.159303</w:t>
        <w:br/>
        <w:t>v 0.043983 14.206136 -0.199811</w:t>
        <w:br/>
        <w:t>v 0.000003 14.187133 -0.240974</w:t>
        <w:br/>
        <w:t>v 0.000003 14.214284 -0.215821</w:t>
        <w:br/>
        <w:t>v 0.051101 14.130072 -0.128465</w:t>
        <w:br/>
        <w:t>v 0.000003 14.120805 -0.110016</w:t>
        <w:br/>
        <w:t>v 0.000003 14.157113 -0.102935</w:t>
        <w:br/>
        <w:t>v 0.043845 14.165112 -0.118844</w:t>
        <w:br/>
        <w:t>v 0.000003 14.206676 -0.148713</w:t>
        <w:br/>
        <w:t>v -0.061860 14.185598 -0.159303</w:t>
        <w:br/>
        <w:t>v -0.072009 14.153831 -0.175413</w:t>
        <w:br/>
        <w:t>v -0.051258 14.177663 -0.222411</w:t>
        <w:br/>
        <w:t>v -0.043976 14.206135 -0.199811</w:t>
        <w:br/>
        <w:t>v 0.000003 14.187133 -0.240974</w:t>
        <w:br/>
        <w:t>v 0.000003 14.214284 -0.215821</w:t>
        <w:br/>
        <w:t>v 0.000003 14.157113 -0.102935</w:t>
        <w:br/>
        <w:t>v 0.000003 14.120805 -0.110016</w:t>
        <w:br/>
        <w:t>v -0.051095 14.130072 -0.128465</w:t>
        <w:br/>
        <w:t>v -0.043838 14.165110 -0.118844</w:t>
        <w:br/>
        <w:t>v 0.000003 14.206676 -0.148713</w:t>
        <w:br/>
        <w:t>v 0.000003 14.065075 1.562312</w:t>
        <w:br/>
        <w:t>v 0.278043 14.065077 1.541246</w:t>
        <w:br/>
        <w:t>v 0.284507 13.892956 1.535700</w:t>
        <w:br/>
        <w:t>v 0.278043 14.065077 1.541246</w:t>
        <w:br/>
        <w:t>v 0.000003 14.065075 1.562312</w:t>
        <w:br/>
        <w:t>v 0.000003 14.065077 1.530908</w:t>
        <w:br/>
        <w:t>v 0.273654 14.065077 1.510208</w:t>
        <w:br/>
        <w:t>v 0.000003 13.715148 1.562311</w:t>
        <w:br/>
        <w:t>v 0.278043 13.715151 1.541246</w:t>
        <w:br/>
        <w:t>v 0.273654 13.715149 1.510207</w:t>
        <w:br/>
        <w:t>v 0.000003 13.715149 1.530908</w:t>
        <w:br/>
        <w:t>v 0.442455 14.065075 1.504083</w:t>
        <w:br/>
        <w:t>v 0.431312 14.065075 1.474088</w:t>
        <w:br/>
        <w:t>v 0.447699 13.715149 1.503026</w:t>
        <w:br/>
        <w:t>v 0.436833 13.715151 1.472817</w:t>
        <w:br/>
        <w:t>v 0.447699 13.715149 1.503026</w:t>
        <w:br/>
        <w:t>v 0.278043 13.715151 1.541246</w:t>
        <w:br/>
        <w:t>v 0.442455 14.065075 1.504083</w:t>
        <w:br/>
        <w:t>v 0.000003 13.715148 1.562311</w:t>
        <w:br/>
        <w:t>v -0.278036 14.065075 1.541246</w:t>
        <w:br/>
        <w:t>v -0.284501 13.892956 1.535700</w:t>
        <w:br/>
        <w:t>v -0.278036 14.065075 1.541246</w:t>
        <w:br/>
        <w:t>v -0.273647 14.065075 1.510208</w:t>
        <w:br/>
        <w:t>v -0.273647 13.715148 1.510207</w:t>
        <w:br/>
        <w:t>v -0.278037 13.715151 1.541246</w:t>
        <w:br/>
        <w:t>v -0.442448 14.065077 1.504083</w:t>
        <w:br/>
        <w:t>v -0.431305 14.065077 1.474088</w:t>
        <w:br/>
        <w:t>v -0.436827 13.715151 1.472817</w:t>
        <w:br/>
        <w:t>v -0.447693 13.715151 1.503026</w:t>
        <w:br/>
        <w:t>v -0.447693 13.715151 1.503026</w:t>
        <w:br/>
        <w:t>v -0.278037 13.715151 1.541246</w:t>
        <w:br/>
        <w:t>v -0.442448 14.065077 1.504083</w:t>
        <w:br/>
        <w:t>v -0.751137 13.984398 1.396441</w:t>
        <w:br/>
        <w:t>v -0.748118 13.787139 1.401660</w:t>
        <w:br/>
        <w:t>v -0.785885 13.786196 1.379991</w:t>
        <w:br/>
        <w:t>v -0.788916 13.983456 1.374772</w:t>
        <w:br/>
        <w:t>v -0.733756 13.762187 1.378482</w:t>
        <w:br/>
        <w:t>v -0.768215 13.761131 1.350373</w:t>
        <w:br/>
        <w:t>v -0.782729 13.767971 1.375476</w:t>
        <w:br/>
        <w:t>v -0.744962 13.768915 1.397145</w:t>
        <w:br/>
        <w:t>v -0.737743 13.787453 1.395535</w:t>
        <w:br/>
        <w:t>v -0.729807 13.787226 1.381689</w:t>
        <w:br/>
        <w:t>v -0.729279 13.769683 1.382129</w:t>
        <w:br/>
        <w:t>v -0.788916 13.983456 1.374772</w:t>
        <w:br/>
        <w:t>v -0.784439 13.991582 1.354109</w:t>
        <w:br/>
        <w:t>v -0.786325 14.001477 1.369301</w:t>
        <w:br/>
        <w:t>v -0.786325 14.001477 1.369301</w:t>
        <w:br/>
        <w:t>v -0.748546 14.002419 1.390970</w:t>
        <w:br/>
        <w:t>v -0.741629 13.991582 1.391549</w:t>
        <w:br/>
        <w:t>v -0.734272 14.000900 1.377954</w:t>
        <w:br/>
        <w:t>v -0.748546 14.002419 1.390970</w:t>
        <w:br/>
        <w:t>v -0.782729 13.767971 1.375476</w:t>
        <w:br/>
        <w:t>v -0.780779 13.787454 1.359101</w:t>
        <w:br/>
        <w:t>v -0.785885 13.786196 1.379991</w:t>
        <w:br/>
        <w:t>v -0.773359 14.007401 1.346437</w:t>
        <w:br/>
        <w:t>v -0.739000 14.007866 1.374017</w:t>
        <w:br/>
        <w:t>v -0.777799 13.999569 1.342816</w:t>
        <w:br/>
        <w:t>v -0.772793 13.768451 1.346626</w:t>
        <w:br/>
        <w:t>v -0.778415 13.990939 1.342048</w:t>
        <w:br/>
        <w:t>v -0.571382 14.108655 1.503178</w:t>
        <w:br/>
        <w:t>v -0.487446 14.108896 1.519980</w:t>
        <w:br/>
        <w:t>v -0.529364 14.056397 1.511579</w:t>
        <w:br/>
        <w:t>v -0.542808 14.056864 1.508887</w:t>
        <w:br/>
        <w:t>v -0.411711 13.935137 1.535146</w:t>
        <w:br/>
        <w:t>v -0.289292 13.892956 1.559658</w:t>
        <w:br/>
        <w:t>v -0.371001 13.892956 1.543296</w:t>
        <w:br/>
        <w:t>v -0.588762 13.991642 1.499694</w:t>
        <w:br/>
        <w:t>v -0.588762 14.080973 1.499694</w:t>
        <w:br/>
        <w:t>v -0.547134 14.044061 1.508032</w:t>
        <w:br/>
        <w:t>v -0.547134 13.991579 1.508032</w:t>
        <w:br/>
        <w:t>v -0.547134 13.741849 1.508031</w:t>
        <w:br/>
        <w:t>v -0.542808 13.729073 1.508886</w:t>
        <w:br/>
        <w:t>v -0.571382 13.677283 1.503176</w:t>
        <w:br/>
        <w:t>v -0.588762 13.704951 1.499693</w:t>
        <w:br/>
        <w:t>v -0.529364 13.729538 1.511578</w:t>
        <w:br/>
        <w:t>v -0.487447 13.677045 1.519979</w:t>
        <w:br/>
        <w:t>v -0.436424 13.825182 1.530191</w:t>
        <w:br/>
        <w:t>v -0.412063 13.850423 1.535071</w:t>
        <w:br/>
        <w:t>v -0.547134 13.787453 1.508031</w:t>
        <w:br/>
        <w:t>v -0.542343 13.787328 1.484098</w:t>
        <w:br/>
        <w:t>v -0.542343 13.741850 1.484073</w:t>
        <w:br/>
        <w:t>v -0.547134 13.741849 1.508031</w:t>
        <w:br/>
        <w:t>v -0.542343 14.044061 1.484074</w:t>
        <w:br/>
        <w:t>v -0.547134 14.044061 1.508032</w:t>
        <w:br/>
        <w:t>v -0.542808 14.056864 1.508887</w:t>
        <w:br/>
        <w:t>v -0.538029 14.056864 1.484942</w:t>
        <w:br/>
        <w:t>v -0.566602 14.108655 1.479219</w:t>
        <w:br/>
        <w:t>v -0.571382 14.108655 1.503178</w:t>
        <w:br/>
        <w:t>v -0.588762 14.080973 1.499694</w:t>
        <w:br/>
        <w:t>v -0.583971 14.080975 1.475736</w:t>
        <w:br/>
        <w:t>v -0.538029 14.056864 1.484942</w:t>
        <w:br/>
        <w:t>v -0.542808 14.056864 1.508887</w:t>
        <w:br/>
        <w:t>v -0.529364 14.056397 1.511579</w:t>
        <w:br/>
        <w:t>v -0.524585 14.056397 1.487633</w:t>
        <w:br/>
        <w:t>v -0.482667 14.108880 1.496022</w:t>
        <w:br/>
        <w:t>v -0.487446 14.108896 1.519980</w:t>
        <w:br/>
        <w:t>v -0.371001 13.892956 1.543296</w:t>
        <w:br/>
        <w:t>v -0.366222 13.892956 1.519338</w:t>
        <w:br/>
        <w:t>v -0.406920 13.935138 1.511188</w:t>
        <w:br/>
        <w:t>v -0.411711 13.935137 1.535146</w:t>
        <w:br/>
        <w:t>v -0.583971 14.065026 1.475736</w:t>
        <w:br/>
        <w:t>v -0.583971 13.704952 1.475735</w:t>
        <w:br/>
        <w:t>v -0.588762 13.704951 1.499693</w:t>
        <w:br/>
        <w:t>v -0.571382 13.677283 1.503176</w:t>
        <w:br/>
        <w:t>v -0.566603 13.677283 1.479219</w:t>
        <w:br/>
        <w:t>v -0.538029 13.729074 1.484941</w:t>
        <w:br/>
        <w:t>v -0.542808 13.729073 1.508886</w:t>
        <w:br/>
        <w:t>v -0.524585 13.729538 1.487632</w:t>
        <w:br/>
        <w:t>v -0.529364 13.729538 1.511578</w:t>
        <w:br/>
        <w:t>v -0.542808 13.729073 1.508886</w:t>
        <w:br/>
        <w:t>v -0.538029 13.729074 1.484941</w:t>
        <w:br/>
        <w:t>v -0.482668 13.677045 1.496020</w:t>
        <w:br/>
        <w:t>v -0.487447 13.677045 1.519979</w:t>
        <w:br/>
        <w:t>v -0.431645 13.825183 1.506246</w:t>
        <w:br/>
        <w:t>v -0.436424 13.825182 1.530191</w:t>
        <w:br/>
        <w:t>v -0.371001 13.892956 1.543296</w:t>
        <w:br/>
        <w:t>v -0.412063 13.850423 1.535071</w:t>
        <w:br/>
        <w:t>v -0.407272 13.850423 1.511125</w:t>
        <w:br/>
        <w:t>v -0.366222 13.892956 1.519338</w:t>
        <w:br/>
        <w:t>v -0.289292 13.892956 1.559658</w:t>
        <w:br/>
        <w:t>v -0.284501 13.892956 1.535700</w:t>
        <w:br/>
        <w:t>v -0.447693 13.715151 1.503026</w:t>
        <w:br/>
        <w:t>v -0.435682 13.959988 1.530342</w:t>
        <w:br/>
        <w:t>v -0.435682 13.959988 1.530342</w:t>
        <w:br/>
        <w:t>v -0.430903 13.959989 1.506384</w:t>
        <w:br/>
        <w:t>v -0.442448 14.065077 1.504083</w:t>
        <w:br/>
        <w:t>v -0.284501 13.892956 1.535700</w:t>
        <w:br/>
        <w:t>v -0.289292 13.892956 1.559658</w:t>
        <w:br/>
        <w:t>v -0.436424 13.825182 1.530191</w:t>
        <w:br/>
        <w:t>v -0.431645 13.825183 1.506246</w:t>
        <w:br/>
        <w:t>v -0.507833 13.892591 1.491770</w:t>
        <w:br/>
        <w:t>v -0.512612 13.892591 1.515728</w:t>
        <w:br/>
        <w:t>v -0.430903 13.959989 1.506384</w:t>
        <w:br/>
        <w:t>v -0.435682 13.959988 1.530342</w:t>
        <w:br/>
        <w:t>v -0.512612 13.892591 1.515728</w:t>
        <w:br/>
        <w:t>v -0.507833 13.892591 1.491770</w:t>
        <w:br/>
        <w:t>v -0.411711 13.935137 1.535146</w:t>
        <w:br/>
        <w:t>v -0.406920 13.935138 1.511188</w:t>
        <w:br/>
        <w:t>v -0.456471 13.892591 1.501542</w:t>
        <w:br/>
        <w:t>v -0.461262 13.892591 1.525500</w:t>
        <w:br/>
        <w:t>v -0.461262 13.892591 1.525500</w:t>
        <w:br/>
        <w:t>v -0.512612 13.892591 1.515728</w:t>
        <w:br/>
        <w:t>v -0.412063 13.850423 1.535071</w:t>
        <w:br/>
        <w:t>v -0.461262 13.892591 1.525500</w:t>
        <w:br/>
        <w:t>v -0.456471 13.892591 1.501542</w:t>
        <w:br/>
        <w:t>v -0.407272 13.850423 1.511125</w:t>
        <w:br/>
        <w:t>v -0.482667 14.108880 1.496022</w:t>
        <w:br/>
        <w:t>v -0.583971 14.065026 1.475736</w:t>
        <w:br/>
        <w:t>v -0.442448 14.065077 1.504083</w:t>
        <w:br/>
        <w:t>v -0.588762 13.991642 1.499694</w:t>
        <w:br/>
        <w:t>v -0.583971 13.991518 1.475736</w:t>
        <w:br/>
        <w:t>v -0.583971 13.715151 1.475735</w:t>
        <w:br/>
        <w:t>v -0.583971 13.787453 1.475735</w:t>
        <w:br/>
        <w:t>v -0.588762 13.787454 1.499693</w:t>
        <w:br/>
        <w:t>v -0.542343 13.991581 1.484074</w:t>
        <w:br/>
        <w:t>v -0.547134 13.991579 1.508032</w:t>
        <w:br/>
        <w:t>v -0.588762 13.787454 1.499693</w:t>
        <w:br/>
        <w:t>v -0.547134 13.787453 1.508031</w:t>
        <w:br/>
        <w:t>v -0.583971 14.080975 1.475736</w:t>
        <w:br/>
        <w:t>v -0.566602 14.108655 1.479219</w:t>
        <w:br/>
        <w:t>v -0.482668 13.677045 1.496020</w:t>
        <w:br/>
        <w:t>v -0.447693 13.715151 1.503026</w:t>
        <w:br/>
        <w:t>v -0.583971 13.715151 1.475735</w:t>
        <w:br/>
        <w:t>v -0.566603 13.677283 1.479219</w:t>
        <w:br/>
        <w:t>v -0.583971 13.704952 1.475735</w:t>
        <w:br/>
        <w:t>v 0.000003 13.991041 0.115292</w:t>
        <w:br/>
        <w:t>v 0.000003 14.065078 0.115293</w:t>
        <w:br/>
        <w:t>v -0.273836 14.065078 0.120424</w:t>
        <w:br/>
        <w:t>v -0.273836 13.991041 0.120424</w:t>
        <w:br/>
        <w:t>v -0.838417 14.065077 1.293101</w:t>
        <w:br/>
        <w:t>v -0.838417 13.991040 1.293101</w:t>
        <w:br/>
        <w:t>v -0.965879 13.991040 1.068926</w:t>
        <w:br/>
        <w:t>v -0.965879 14.065077 1.068926</w:t>
        <w:br/>
        <w:t>v -0.583971 14.065026 1.475736</w:t>
        <w:br/>
        <w:t>v -0.583971 13.991518 1.475736</w:t>
        <w:br/>
        <w:t>v -0.733894 13.990864 1.378356</w:t>
        <w:br/>
        <w:t>v -0.734272 14.000900 1.377954</w:t>
        <w:br/>
        <w:t>v -0.707433 14.064877 1.399950</w:t>
        <w:br/>
        <w:t>v 0.000003 14.065078 0.146734</w:t>
        <w:br/>
        <w:t>v -0.272339 14.065077 0.151739</w:t>
        <w:br/>
        <w:t>v -0.273836 14.065078 0.120424</w:t>
        <w:br/>
        <w:t>v 0.000003 14.065078 0.115293</w:t>
        <w:br/>
        <w:t>v -0.484152 14.064337 0.191143</w:t>
        <w:br/>
        <w:t>v -0.492100 14.065079 0.151827</w:t>
        <w:br/>
        <w:t>v -0.724575 14.065154 0.307135</w:t>
        <w:br/>
        <w:t>v -0.746446 14.065079 0.283590</w:t>
        <w:br/>
        <w:t>v -0.897577 14.065380 0.504220</w:t>
        <w:br/>
        <w:t>v -0.918478 14.065078 0.494774</w:t>
        <w:br/>
        <w:t>v -0.988366 14.065619 0.762905</w:t>
        <w:br/>
        <w:t>v -1.007180 14.065078 0.760401</w:t>
        <w:br/>
        <w:t>v -0.951303 14.065681 1.064664</w:t>
        <w:br/>
        <w:t>v -0.965879 14.065077 1.068926</w:t>
        <w:br/>
        <w:t>v -0.824243 14.065619 1.274552</w:t>
        <w:br/>
        <w:t>v -0.838417 14.065077 1.293101</w:t>
        <w:br/>
        <w:t>v -0.815553 13.715151 1.272475</w:t>
        <w:br/>
        <w:t>v -0.937758 13.715151 1.056902</w:t>
        <w:br/>
        <w:t>v -0.965879 13.715151 1.068925</w:t>
        <w:br/>
        <w:t>v -0.838417 13.715151 1.293100</w:t>
        <w:br/>
        <w:t>v -0.707434 13.715177 1.399949</w:t>
        <w:br/>
        <w:t>v -0.690355 13.715176 1.374042</w:t>
        <w:br/>
        <w:t>v -0.690355 14.064877 1.374045</w:t>
        <w:br/>
        <w:t>v -0.707433 14.064877 1.399950</w:t>
        <w:br/>
        <w:t>v -0.583971 13.715151 1.475735</w:t>
        <w:br/>
        <w:t>v -0.534721 13.715151 1.450393</w:t>
        <w:br/>
        <w:t>v -0.534721 14.065077 1.450394</w:t>
        <w:br/>
        <w:t>v -0.583971 14.065026 1.475736</w:t>
        <w:br/>
        <w:t>v -0.436827 13.715151 1.472817</w:t>
        <w:br/>
        <w:t>v -0.447693 13.715151 1.503026</w:t>
        <w:br/>
        <w:t>v -1.007180 13.991041 0.760401</w:t>
        <w:br/>
        <w:t>v -1.007180 14.065078 0.760401</w:t>
        <w:br/>
        <w:t>v -0.975940 13.715152 0.762098</w:t>
        <w:br/>
        <w:t>v -1.007180 13.715152 0.760400</w:t>
        <w:br/>
        <w:t>v -0.918479 13.991041 0.494774</w:t>
        <w:br/>
        <w:t>v -0.918478 14.065078 0.494774</w:t>
        <w:br/>
        <w:t>v -0.890722 13.715152 0.507802</w:t>
        <w:br/>
        <w:t>v -0.918479 13.715152 0.494773</w:t>
        <w:br/>
        <w:t>v -0.746446 13.991041 0.283590</w:t>
        <w:br/>
        <w:t>v -0.746446 14.065079 0.283590</w:t>
        <w:br/>
        <w:t>v -0.724902 13.715153 0.305347</w:t>
        <w:br/>
        <w:t>v -0.746421 13.715152 0.283602</w:t>
        <w:br/>
        <w:t>v -0.492100 13.991041 0.151827</w:t>
        <w:br/>
        <w:t>v -0.492100 14.065079 0.151827</w:t>
        <w:br/>
        <w:t>v -0.486076 13.715152 0.182337</w:t>
        <w:br/>
        <w:t>v -0.492100 13.715152 0.151839</w:t>
        <w:br/>
        <w:t>v -0.272339 13.715152 0.151738</w:t>
        <w:br/>
        <w:t>v -0.273836 13.715152 0.120423</w:t>
        <w:br/>
        <w:t>v 0.000003 13.715152 0.146733</w:t>
        <w:br/>
        <w:t>v 0.000003 13.715152 0.115292</w:t>
        <w:br/>
        <w:t>v -0.430903 13.959989 1.506384</w:t>
        <w:br/>
        <w:t>v -0.507833 13.892591 1.491770</w:t>
        <w:br/>
        <w:t>v -0.542343 13.991581 1.484074</w:t>
        <w:br/>
        <w:t>v 0.000003 13.715152 0.115292</w:t>
        <w:br/>
        <w:t>v 0.000003 13.787201 0.115292</w:t>
        <w:br/>
        <w:t>v -0.273836 13.787204 0.120423</w:t>
        <w:br/>
        <w:t>v -0.273836 13.715152 0.120423</w:t>
        <w:br/>
        <w:t>v -0.492100 13.787204 0.151827</w:t>
        <w:br/>
        <w:t>v -0.492100 13.715152 0.151839</w:t>
        <w:br/>
        <w:t>v -0.746433 13.787202 0.283590</w:t>
        <w:br/>
        <w:t>v -0.746421 13.715152 0.283602</w:t>
        <w:br/>
        <w:t>v -0.918479 13.787201 0.494773</w:t>
        <w:br/>
        <w:t>v -0.918479 13.715152 0.494773</w:t>
        <w:br/>
        <w:t>v -1.007180 13.787204 0.760400</w:t>
        <w:br/>
        <w:t>v -1.007180 13.715152 0.760400</w:t>
        <w:br/>
        <w:t>v -0.965879 13.715151 1.068925</w:t>
        <w:br/>
        <w:t>v -0.965879 13.787201 1.068925</w:t>
        <w:br/>
        <w:t>v -0.838417 13.787201 1.293100</w:t>
        <w:br/>
        <w:t>v -0.838417 13.715151 1.293100</w:t>
        <w:br/>
        <w:t>v -0.773498 13.787214 1.346034</w:t>
        <w:br/>
        <w:t>v -0.772793 13.768451 1.346626</w:t>
        <w:br/>
        <w:t>v -0.773359 14.007401 1.346437</w:t>
        <w:br/>
        <w:t>v -0.777799 13.999569 1.342816</w:t>
        <w:br/>
        <w:t>v -0.778415 13.990939 1.342048</w:t>
        <w:br/>
        <w:t>v -0.739000 14.007866 1.374017</w:t>
        <w:br/>
        <w:t>v -0.583971 13.715151 1.475735</w:t>
        <w:br/>
        <w:t>v -0.707434 13.715177 1.399949</w:t>
        <w:br/>
        <w:t>v -0.729279 13.769683 1.382129</w:t>
        <w:br/>
        <w:t>v -0.729807 13.787226 1.381689</w:t>
        <w:br/>
        <w:t>v -0.583971 13.787453 1.475735</w:t>
        <w:br/>
        <w:t>v -0.733756 13.762187 1.378482</w:t>
        <w:br/>
        <w:t>v -0.768215 13.761131 1.350373</w:t>
        <w:br/>
        <w:t>v -0.524585 13.729538 1.487632</w:t>
        <w:br/>
        <w:t>v -0.542343 13.741850 1.484073</w:t>
        <w:br/>
        <w:t>v -0.542343 13.787328 1.484098</w:t>
        <w:br/>
        <w:t>v -0.538029 14.056864 1.484942</w:t>
        <w:br/>
        <w:t>v -0.524585 14.056397 1.487633</w:t>
        <w:br/>
        <w:t>v -0.542343 14.044061 1.484074</w:t>
        <w:br/>
        <w:t>v -0.431645 13.825183 1.506246</w:t>
        <w:br/>
        <w:t>v -0.431305 14.065077 1.474088</w:t>
        <w:br/>
        <w:t>v -0.442448 14.065077 1.504083</w:t>
        <w:br/>
        <w:t>v -0.407272 13.850423 1.511125</w:t>
        <w:br/>
        <w:t>v -0.456471 13.892591 1.501542</w:t>
        <w:br/>
        <w:t>v -0.406920 13.935138 1.511188</w:t>
        <w:br/>
        <w:t>v -0.366222 13.892956 1.519338</w:t>
        <w:br/>
        <w:t>v -0.273836 13.787204 0.120423</w:t>
        <w:br/>
        <w:t>v -0.273836 13.991041 0.120424</w:t>
        <w:br/>
        <w:t>v -0.492100 13.991041 0.151827</w:t>
        <w:br/>
        <w:t>v -0.492100 13.787204 0.151827</w:t>
        <w:br/>
        <w:t>v -0.588762 13.787454 1.499693</w:t>
        <w:br/>
        <w:t>v -0.588762 13.991642 1.499694</w:t>
        <w:br/>
        <w:t>v -0.537564 13.991581 1.517766</w:t>
        <w:br/>
        <w:t>v -0.537564 13.787454 1.517765</w:t>
        <w:br/>
        <w:t>v -0.965879 13.991040 1.068926</w:t>
        <w:br/>
        <w:t>v -0.838417 13.991040 1.293101</w:t>
        <w:br/>
        <w:t>v -0.838417 13.787201 1.293100</w:t>
        <w:br/>
        <w:t>v -0.965879 13.787201 1.068925</w:t>
        <w:br/>
        <w:t>v -1.025240 13.787454 0.758753</w:t>
        <w:br/>
        <w:t>v -1.023215 13.991582 0.759709</w:t>
        <w:br/>
        <w:t>v -0.918479 13.991041 0.494774</w:t>
        <w:br/>
        <w:t>v -0.918479 13.787201 0.494773</w:t>
        <w:br/>
        <w:t>v -0.746433 13.787202 0.283590</w:t>
        <w:br/>
        <w:t>v -0.746446 13.991041 0.283590</w:t>
        <w:br/>
        <w:t>v -0.737743 13.787453 1.395535</w:t>
        <w:br/>
        <w:t>v -0.741629 13.991582 1.391549</w:t>
        <w:br/>
        <w:t>v 0.000003 13.991442 0.089259</w:t>
        <w:br/>
        <w:t>v 0.000003 13.991041 0.115292</w:t>
        <w:br/>
        <w:t>v -0.273836 13.991041 0.120424</w:t>
        <w:br/>
        <w:t>v -0.547134 13.787453 1.508031</w:t>
        <w:br/>
        <w:t>v -0.537564 13.787454 1.517765</w:t>
        <w:br/>
        <w:t>v -0.530093 13.787454 1.494461</w:t>
        <w:br/>
        <w:t>v -0.542343 13.787328 1.484098</w:t>
        <w:br/>
        <w:t>v -0.537564 13.787454 1.517765</w:t>
        <w:br/>
        <w:t>v -0.537564 13.991581 1.517766</w:t>
        <w:br/>
        <w:t>v -0.530093 13.991581 1.494462</w:t>
        <w:br/>
        <w:t>v -0.530093 13.787454 1.494461</w:t>
        <w:br/>
        <w:t>v -0.537564 13.991581 1.517766</w:t>
        <w:br/>
        <w:t>v -0.547134 13.991579 1.508032</w:t>
        <w:br/>
        <w:t>v -0.542343 13.991581 1.484074</w:t>
        <w:br/>
        <w:t>v -0.530093 13.991581 1.494462</w:t>
        <w:br/>
        <w:t>v -1.007180 13.991041 0.760401</w:t>
        <w:br/>
        <w:t>v -0.965879 13.991040 1.068926</w:t>
        <w:br/>
        <w:t>v -1.023215 13.991582 0.759709</w:t>
        <w:br/>
        <w:t>v -0.918479 13.991041 0.494774</w:t>
        <w:br/>
        <w:t>v -0.733894 13.990864 1.378356</w:t>
        <w:br/>
        <w:t>v -0.583971 13.991518 1.475736</w:t>
        <w:br/>
        <w:t>v -0.588762 13.991642 1.499694</w:t>
        <w:br/>
        <w:t>v -0.741629 13.991582 1.391549</w:t>
        <w:br/>
        <w:t>v 0.000003 13.787593 0.089259</w:t>
        <w:br/>
        <w:t>v 0.000003 13.991442 0.089259</w:t>
        <w:br/>
        <w:t>v -0.784439 13.991582 1.354109</w:t>
        <w:br/>
        <w:t>v -0.780779 13.787454 1.359101</w:t>
        <w:br/>
        <w:t>v -0.780779 13.787454 1.359101</w:t>
        <w:br/>
        <w:t>v -0.773498 13.787214 1.346034</w:t>
        <w:br/>
        <w:t>v -0.838417 13.787201 1.293100</w:t>
        <w:br/>
        <w:t>v -0.729807 13.787226 1.381689</w:t>
        <w:br/>
        <w:t>v -0.737743 13.787453 1.395535</w:t>
        <w:br/>
        <w:t>v -0.588762 13.787454 1.499693</w:t>
        <w:br/>
        <w:t>v -0.583971 13.787453 1.475735</w:t>
        <w:br/>
        <w:t>v -0.547134 13.991579 1.508032</w:t>
        <w:br/>
        <w:t>v -0.537564 13.991581 1.517766</w:t>
        <w:br/>
        <w:t>v -0.547134 13.787453 1.508031</w:t>
        <w:br/>
        <w:t>v -0.537564 13.787454 1.517765</w:t>
        <w:br/>
        <w:t>v -0.538029 13.729074 1.484941</w:t>
        <w:br/>
        <w:t>v -0.773498 13.787214 1.346034</w:t>
        <w:br/>
        <w:t>v -1.025240 13.787454 0.758753</w:t>
        <w:br/>
        <w:t>v -1.007180 13.787204 0.760400</w:t>
        <w:br/>
        <w:t>v -0.918479 13.787201 0.494773</w:t>
        <w:br/>
        <w:t>v -0.965879 13.787201 1.068925</w:t>
        <w:br/>
        <w:t>v -0.778415 13.990939 1.342048</w:t>
        <w:br/>
        <w:t>v -0.784439 13.991582 1.354109</w:t>
        <w:br/>
        <w:t>v -0.838417 13.991040 1.293101</w:t>
        <w:br/>
        <w:t>v 0.000003 13.787593 0.089259</w:t>
        <w:br/>
        <w:t>v -0.273836 13.787204 0.120423</w:t>
        <w:br/>
        <w:t>v 0.000003 13.787201 0.115292</w:t>
        <w:br/>
        <w:t>v 0.785892 13.786192 1.379991</w:t>
        <w:br/>
        <w:t>v 0.748125 13.787137 1.401660</w:t>
        <w:br/>
        <w:t>v 0.751143 13.984396 1.396441</w:t>
        <w:br/>
        <w:t>v 0.788923 13.983454 1.374772</w:t>
        <w:br/>
        <w:t>v 0.782735 13.767971 1.375476</w:t>
        <w:br/>
        <w:t>v 0.768222 13.761127 1.350373</w:t>
        <w:br/>
        <w:t>v 0.733762 13.762184 1.378481</w:t>
        <w:br/>
        <w:t>v 0.744968 13.768915 1.397145</w:t>
        <w:br/>
        <w:t>v 0.729813 13.787225 1.381689</w:t>
        <w:br/>
        <w:t>v 0.737749 13.787452 1.395535</w:t>
        <w:br/>
        <w:t>v 0.729285 13.769679 1.382129</w:t>
        <w:br/>
        <w:t>v 0.784446 13.991578 1.354109</w:t>
        <w:br/>
        <w:t>v 0.788923 13.983454 1.374772</w:t>
        <w:br/>
        <w:t>v 0.786332 14.001475 1.369301</w:t>
        <w:br/>
        <w:t>v 0.786332 14.001475 1.369301</w:t>
        <w:br/>
        <w:t>v 0.748552 14.002419 1.390970</w:t>
        <w:br/>
        <w:t>v 0.741635 13.991578 1.391549</w:t>
        <w:br/>
        <w:t>v 0.734278 14.000897 1.377954</w:t>
        <w:br/>
        <w:t>v 0.748552 14.002419 1.390970</w:t>
        <w:br/>
        <w:t>v 0.780786 13.787452 1.359101</w:t>
        <w:br/>
        <w:t>v 0.782735 13.767971 1.375476</w:t>
        <w:br/>
        <w:t>v 0.785892 13.786192 1.379991</w:t>
        <w:br/>
        <w:t>v 0.739007 14.007863 1.374017</w:t>
        <w:br/>
        <w:t>v 0.773366 14.007400 1.346437</w:t>
        <w:br/>
        <w:t>v 0.777805 13.999565 1.342815</w:t>
        <w:br/>
        <w:t>v 0.772800 13.768448 1.346626</w:t>
        <w:br/>
        <w:t>v 0.778422 13.990936 1.342048</w:t>
        <w:br/>
        <w:t>v 0.529370 14.056396 1.511579</w:t>
        <w:br/>
        <w:t>v 0.487453 14.108892 1.519980</w:t>
        <w:br/>
        <w:t>v 0.571388 14.108652 1.503178</w:t>
        <w:br/>
        <w:t>v 0.542815 14.056863 1.508887</w:t>
        <w:br/>
        <w:t>v 0.289299 13.892954 1.559658</w:t>
        <w:br/>
        <w:t>v 0.411718 13.935136 1.535146</w:t>
        <w:br/>
        <w:t>v 0.371008 13.892954 1.543296</w:t>
        <w:br/>
        <w:t>v 0.547141 14.044060 1.508032</w:t>
        <w:br/>
        <w:t>v 0.588769 14.080972 1.499694</w:t>
        <w:br/>
        <w:t>v 0.588769 13.991641 1.499694</w:t>
        <w:br/>
        <w:t>v 0.547141 13.991578 1.508032</w:t>
        <w:br/>
        <w:t>v 0.571388 13.677282 1.503176</w:t>
        <w:br/>
        <w:t>v 0.542814 13.729073 1.508886</w:t>
        <w:br/>
        <w:t>v 0.547141 13.741849 1.508031</w:t>
        <w:br/>
        <w:t>v 0.588769 13.704951 1.499693</w:t>
        <w:br/>
        <w:t>v 0.487453 13.677044 1.519979</w:t>
        <w:br/>
        <w:t>v 0.529370 13.729538 1.511578</w:t>
        <w:br/>
        <w:t>v 0.436430 13.825181 1.530191</w:t>
        <w:br/>
        <w:t>v 0.412070 13.850422 1.535071</w:t>
        <w:br/>
        <w:t>v 0.542349 13.741849 1.484073</w:t>
        <w:br/>
        <w:t>v 0.542349 13.787325 1.484098</w:t>
        <w:br/>
        <w:t>v 0.547141 13.787452 1.508031</w:t>
        <w:br/>
        <w:t>v 0.547141 13.741849 1.508031</w:t>
        <w:br/>
        <w:t>v 0.542815 14.056863 1.508887</w:t>
        <w:br/>
        <w:t>v 0.547141 14.044060 1.508032</w:t>
        <w:br/>
        <w:t>v 0.542349 14.044061 1.484074</w:t>
        <w:br/>
        <w:t>v 0.538036 14.056863 1.484941</w:t>
        <w:br/>
        <w:t>v 0.588769 14.080972 1.499694</w:t>
        <w:br/>
        <w:t>v 0.571388 14.108652 1.503178</w:t>
        <w:br/>
        <w:t>v 0.566609 14.108652 1.479219</w:t>
        <w:br/>
        <w:t>v 0.583977 14.080972 1.475736</w:t>
        <w:br/>
        <w:t>v 0.529370 14.056396 1.511579</w:t>
        <w:br/>
        <w:t>v 0.542815 14.056863 1.508887</w:t>
        <w:br/>
        <w:t>v 0.538036 14.056863 1.484941</w:t>
        <w:br/>
        <w:t>v 0.524591 14.056396 1.487633</w:t>
        <w:br/>
        <w:t>v 0.482674 14.108879 1.496022</w:t>
        <w:br/>
        <w:t>v 0.487453 14.108892 1.519980</w:t>
        <w:br/>
        <w:t>v 0.406926 13.935136 1.511188</w:t>
        <w:br/>
        <w:t>v 0.366229 13.892954 1.519338</w:t>
        <w:br/>
        <w:t>v 0.371008 13.892954 1.543296</w:t>
        <w:br/>
        <w:t>v 0.411718 13.935136 1.535146</w:t>
        <w:br/>
        <w:t>v 0.583977 14.065023 1.475736</w:t>
        <w:br/>
        <w:t>v 0.571388 13.677282 1.503176</w:t>
        <w:br/>
        <w:t>v 0.588769 13.704951 1.499693</w:t>
        <w:br/>
        <w:t>v 0.583977 13.704948 1.475735</w:t>
        <w:br/>
        <w:t>v 0.566609 13.677282 1.479219</w:t>
        <w:br/>
        <w:t>v 0.542814 13.729073 1.508886</w:t>
        <w:br/>
        <w:t>v 0.538035 13.729073 1.484941</w:t>
        <w:br/>
        <w:t>v 0.542814 13.729073 1.508886</w:t>
        <w:br/>
        <w:t>v 0.529370 13.729538 1.511578</w:t>
        <w:br/>
        <w:t>v 0.524591 13.729535 1.487632</w:t>
        <w:br/>
        <w:t>v 0.538035 13.729073 1.484941</w:t>
        <w:br/>
        <w:t>v 0.482674 13.677043 1.496020</w:t>
        <w:br/>
        <w:t>v 0.487453 13.677044 1.519979</w:t>
        <w:br/>
        <w:t>v 0.431651 13.825181 1.506246</w:t>
        <w:br/>
        <w:t>v 0.436430 13.825181 1.530191</w:t>
        <w:br/>
        <w:t>v 0.407278 13.850422 1.511125</w:t>
        <w:br/>
        <w:t>v 0.412070 13.850422 1.535071</w:t>
        <w:br/>
        <w:t>v 0.371008 13.892954 1.543296</w:t>
        <w:br/>
        <w:t>v 0.366229 13.892954 1.519338</w:t>
        <w:br/>
        <w:t>v 0.447699 13.715149 1.503026</w:t>
        <w:br/>
        <w:t>v 0.284507 13.892956 1.535700</w:t>
        <w:br/>
        <w:t>v 0.289299 13.892954 1.559658</w:t>
        <w:br/>
        <w:t>v 0.435688 13.959987 1.530342</w:t>
        <w:br/>
        <w:t>v 0.430910 13.959987 1.506384</w:t>
        <w:br/>
        <w:t>v 0.435688 13.959987 1.530342</w:t>
        <w:br/>
        <w:t>v 0.284507 13.892956 1.535700</w:t>
        <w:br/>
        <w:t>v 0.442455 14.065075 1.504083</w:t>
        <w:br/>
        <w:t>v 0.289299 13.892954 1.559658</w:t>
        <w:br/>
        <w:t>v 0.507840 13.892590 1.491770</w:t>
        <w:br/>
        <w:t>v 0.431651 13.825181 1.506246</w:t>
        <w:br/>
        <w:t>v 0.436430 13.825181 1.530191</w:t>
        <w:br/>
        <w:t>v 0.512619 13.892590 1.515728</w:t>
        <w:br/>
        <w:t>v 0.512619 13.892590 1.515728</w:t>
        <w:br/>
        <w:t>v 0.435688 13.959987 1.530342</w:t>
        <w:br/>
        <w:t>v 0.430910 13.959987 1.506384</w:t>
        <w:br/>
        <w:t>v 0.507840 13.892590 1.491770</w:t>
        <w:br/>
        <w:t>v 0.456477 13.892590 1.501542</w:t>
        <w:br/>
        <w:t>v 0.406926 13.935136 1.511188</w:t>
        <w:br/>
        <w:t>v 0.411718 13.935136 1.535146</w:t>
        <w:br/>
        <w:t>v 0.461269 13.892590 1.525500</w:t>
        <w:br/>
        <w:t>v 0.512619 13.892590 1.515728</w:t>
        <w:br/>
        <w:t>v 0.461269 13.892590 1.525500</w:t>
        <w:br/>
        <w:t>v 0.456477 13.892590 1.501542</w:t>
        <w:br/>
        <w:t>v 0.461269 13.892590 1.525500</w:t>
        <w:br/>
        <w:t>v 0.412070 13.850422 1.535071</w:t>
        <w:br/>
        <w:t>v 0.407278 13.850422 1.511125</w:t>
        <w:br/>
        <w:t>v 0.583977 14.065023 1.475736</w:t>
        <w:br/>
        <w:t>v 0.482674 14.108879 1.496022</w:t>
        <w:br/>
        <w:t>v 0.442455 14.065075 1.504083</w:t>
        <w:br/>
        <w:t>v 0.583977 13.991515 1.475736</w:t>
        <w:br/>
        <w:t>v 0.588769 13.991641 1.499694</w:t>
        <w:br/>
        <w:t>v 0.583977 13.787452 1.475735</w:t>
        <w:br/>
        <w:t>v 0.583977 13.715148 1.475735</w:t>
        <w:br/>
        <w:t>v 0.588769 13.787452 1.499693</w:t>
        <w:br/>
        <w:t>v 0.542349 13.991579 1.484074</w:t>
        <w:br/>
        <w:t>v 0.547141 13.991578 1.508032</w:t>
        <w:br/>
        <w:t>v 0.547141 13.787452 1.508031</w:t>
        <w:br/>
        <w:t>v 0.588769 13.787452 1.499693</w:t>
        <w:br/>
        <w:t>v 0.583977 14.080972 1.475736</w:t>
        <w:br/>
        <w:t>v 0.566609 14.108652 1.479219</w:t>
        <w:br/>
        <w:t>v 0.447699 13.715149 1.503026</w:t>
        <w:br/>
        <w:t>v 0.482674 13.677043 1.496020</w:t>
        <w:br/>
        <w:t>v 0.583977 13.715148 1.475735</w:t>
        <w:br/>
        <w:t>v 0.566609 13.677282 1.479219</w:t>
        <w:br/>
        <w:t>v 0.583977 13.704948 1.475735</w:t>
        <w:br/>
        <w:t>v 0.273842 14.065078 0.120424</w:t>
        <w:br/>
        <w:t>v 0.000003 14.065078 0.115293</w:t>
        <w:br/>
        <w:t>v 0.000003 13.991041 0.115292</w:t>
        <w:br/>
        <w:t>v 0.273842 13.991041 0.120424</w:t>
        <w:br/>
        <w:t>v 0.965886 13.991037 1.068926</w:t>
        <w:br/>
        <w:t>v 0.838424 13.991037 1.293101</w:t>
        <w:br/>
        <w:t>v 0.838424 14.065075 1.293101</w:t>
        <w:br/>
        <w:t>v 0.965886 14.065075 1.068926</w:t>
        <w:br/>
        <w:t>v 0.734278 14.000897 1.377954</w:t>
        <w:br/>
        <w:t>v 0.733901 13.990861 1.378356</w:t>
        <w:br/>
        <w:t>v 0.583977 13.991515 1.475736</w:t>
        <w:br/>
        <w:t>v 0.583977 14.065023 1.475736</w:t>
        <w:br/>
        <w:t>v 0.707440 14.064875 1.399950</w:t>
        <w:br/>
        <w:t>v 0.273842 14.065078 0.120424</w:t>
        <w:br/>
        <w:t>v 0.272346 14.065078 0.151739</w:t>
        <w:br/>
        <w:t>v 0.000003 14.065078 0.146734</w:t>
        <w:br/>
        <w:t>v 0.000003 14.065078 0.115293</w:t>
        <w:br/>
        <w:t>v 0.492106 14.065077 0.151827</w:t>
        <w:br/>
        <w:t>v 0.484158 14.064334 0.191141</w:t>
        <w:br/>
        <w:t>v 0.746452 14.065077 0.283590</w:t>
        <w:br/>
        <w:t>v 0.724582 14.065153 0.307133</w:t>
        <w:br/>
        <w:t>v 0.918485 14.065077 0.494774</w:t>
        <w:br/>
        <w:t>v 0.897583 14.065378 0.504219</w:t>
        <w:br/>
        <w:t>v 1.007187 14.065077 0.760401</w:t>
        <w:br/>
        <w:t>v 0.988372 14.065618 0.762903</w:t>
        <w:br/>
        <w:t>v 0.965886 14.065075 1.068926</w:t>
        <w:br/>
        <w:t>v 0.951310 14.065680 1.064662</w:t>
        <w:br/>
        <w:t>v 0.838424 14.065075 1.293101</w:t>
        <w:br/>
        <w:t>v 0.824250 14.065617 1.274551</w:t>
        <w:br/>
        <w:t>v 0.965885 13.715149 1.068925</w:t>
        <w:br/>
        <w:t>v 0.937765 13.715149 1.056902</w:t>
        <w:br/>
        <w:t>v 0.815559 13.715151 1.272475</w:t>
        <w:br/>
        <w:t>v 0.838423 13.715149 1.293100</w:t>
        <w:br/>
        <w:t>v 0.707440 13.715175 1.399949</w:t>
        <w:br/>
        <w:t>v 0.690361 13.715175 1.374042</w:t>
        <w:br/>
        <w:t>v 0.707440 14.064875 1.399950</w:t>
        <w:br/>
        <w:t>v 0.690361 14.064874 1.374043</w:t>
        <w:br/>
        <w:t>v 0.583977 13.715148 1.475735</w:t>
        <w:br/>
        <w:t>v 0.534728 13.715151 1.450393</w:t>
        <w:br/>
        <w:t>v 0.583977 14.065023 1.475736</w:t>
        <w:br/>
        <w:t>v 0.534728 14.065075 1.450394</w:t>
        <w:br/>
        <w:t>v 0.436833 13.715151 1.472817</w:t>
        <w:br/>
        <w:t>v 0.447699 13.715149 1.503026</w:t>
        <w:br/>
        <w:t>v 1.007187 13.991038 0.760401</w:t>
        <w:br/>
        <w:t>v 1.007187 14.065077 0.760401</w:t>
        <w:br/>
        <w:t>v 1.007187 13.715148 0.760400</w:t>
        <w:br/>
        <w:t>v 0.975947 13.715148 0.762098</w:t>
        <w:br/>
        <w:t>v 0.918485 13.991038 0.494774</w:t>
        <w:br/>
        <w:t>v 0.918485 14.065077 0.494774</w:t>
        <w:br/>
        <w:t>v 0.918485 13.715148 0.494773</w:t>
        <w:br/>
        <w:t>v 0.890729 13.715148 0.507802</w:t>
        <w:br/>
        <w:t>v 0.746452 13.991040 0.283590</w:t>
        <w:br/>
        <w:t>v 0.746452 14.065077 0.283590</w:t>
        <w:br/>
        <w:t>v 0.746427 13.715151 0.283602</w:t>
        <w:br/>
        <w:t>v 0.724909 13.715151 0.305347</w:t>
        <w:br/>
        <w:t>v 0.492106 13.991040 0.151827</w:t>
        <w:br/>
        <w:t>v 0.492106 14.065077 0.151827</w:t>
        <w:br/>
        <w:t>v 0.492106 13.715152 0.151839</w:t>
        <w:br/>
        <w:t>v 0.486082 13.715151 0.182337</w:t>
        <w:br/>
        <w:t>v 0.273842 13.715152 0.120423</w:t>
        <w:br/>
        <w:t>v 0.272346 13.715152 0.151738</w:t>
        <w:br/>
        <w:t>v 0.000003 13.715152 0.115292</w:t>
        <w:br/>
        <w:t>v 0.000003 13.715152 0.146733</w:t>
        <w:br/>
        <w:t>v 0.507840 13.892590 1.491770</w:t>
        <w:br/>
        <w:t>v 0.430910 13.959987 1.506384</w:t>
        <w:br/>
        <w:t>v 0.542349 13.991579 1.484074</w:t>
        <w:br/>
        <w:t>v 0.273842 13.787202 0.120423</w:t>
        <w:br/>
        <w:t>v 0.000003 13.787201 0.115292</w:t>
        <w:br/>
        <w:t>v 0.000003 13.715152 0.115292</w:t>
        <w:br/>
        <w:t>v 0.273842 13.715152 0.120423</w:t>
        <w:br/>
        <w:t>v 0.492106 13.715152 0.151839</w:t>
        <w:br/>
        <w:t>v 0.492106 13.787202 0.151827</w:t>
        <w:br/>
        <w:t>v 0.746427 13.715151 0.283602</w:t>
        <w:br/>
        <w:t>v 0.746440 13.787204 0.283590</w:t>
        <w:br/>
        <w:t>v 0.918485 13.715148 0.494773</w:t>
        <w:br/>
        <w:t>v 0.918485 13.787201 0.494773</w:t>
        <w:br/>
        <w:t>v 1.007187 13.715148 0.760400</w:t>
        <w:br/>
        <w:t>v 1.007187 13.787200 0.760400</w:t>
        <w:br/>
        <w:t>v 0.965885 13.715149 1.068925</w:t>
        <w:br/>
        <w:t>v 0.965886 13.787200 1.068925</w:t>
        <w:br/>
        <w:t>v 0.838423 13.715149 1.293100</w:t>
        <w:br/>
        <w:t>v 0.838423 13.787199 1.293100</w:t>
        <w:br/>
        <w:t>v 0.772800 13.768448 1.346626</w:t>
        <w:br/>
        <w:t>v 0.773504 13.787211 1.346034</w:t>
        <w:br/>
        <w:t>v 0.777805 13.999565 1.342815</w:t>
        <w:br/>
        <w:t>v 0.773366 14.007400 1.346437</w:t>
        <w:br/>
        <w:t>v 0.778422 13.990936 1.342048</w:t>
        <w:br/>
        <w:t>v 0.739007 14.007863 1.374017</w:t>
        <w:br/>
        <w:t>v 0.729813 13.787225 1.381689</w:t>
        <w:br/>
        <w:t>v 0.729285 13.769679 1.382129</w:t>
        <w:br/>
        <w:t>v 0.707440 13.715175 1.399949</w:t>
        <w:br/>
        <w:t>v 0.583977 13.715148 1.475735</w:t>
        <w:br/>
        <w:t>v 0.583977 13.787452 1.475735</w:t>
        <w:br/>
        <w:t>v 0.733762 13.762184 1.378481</w:t>
        <w:br/>
        <w:t>v 0.768222 13.761127 1.350373</w:t>
        <w:br/>
        <w:t>v 0.542349 13.741849 1.484073</w:t>
        <w:br/>
        <w:t>v 0.524591 13.729535 1.487632</w:t>
        <w:br/>
        <w:t>v 0.542349 13.787325 1.484098</w:t>
        <w:br/>
        <w:t>v 0.524591 14.056396 1.487633</w:t>
        <w:br/>
        <w:t>v 0.538036 14.056863 1.484941</w:t>
        <w:br/>
        <w:t>v 0.542349 14.044061 1.484074</w:t>
        <w:br/>
        <w:t>v 0.431651 13.825181 1.506246</w:t>
        <w:br/>
        <w:t>v 0.442455 14.065075 1.504083</w:t>
        <w:br/>
        <w:t>v 0.431312 14.065075 1.474088</w:t>
        <w:br/>
        <w:t>v 0.406926 13.935136 1.511188</w:t>
        <w:br/>
        <w:t>v 0.456477 13.892590 1.501542</w:t>
        <w:br/>
        <w:t>v 0.407278 13.850422 1.511125</w:t>
        <w:br/>
        <w:t>v 0.366229 13.892954 1.519338</w:t>
        <w:br/>
        <w:t>v 0.492106 13.991040 0.151827</w:t>
        <w:br/>
        <w:t>v 0.273842 13.991041 0.120424</w:t>
        <w:br/>
        <w:t>v 0.273842 13.787202 0.120423</w:t>
        <w:br/>
        <w:t>v 0.492106 13.787202 0.151827</w:t>
        <w:br/>
        <w:t>v 0.537570 13.991578 1.517766</w:t>
        <w:br/>
        <w:t>v 0.588769 13.991641 1.499694</w:t>
        <w:br/>
        <w:t>v 0.588769 13.787452 1.499693</w:t>
        <w:br/>
        <w:t>v 0.537570 13.787452 1.517765</w:t>
        <w:br/>
        <w:t>v 0.838423 13.787199 1.293100</w:t>
        <w:br/>
        <w:t>v 0.838424 13.991037 1.293101</w:t>
        <w:br/>
        <w:t>v 0.965886 13.991037 1.068926</w:t>
        <w:br/>
        <w:t>v 0.965886 13.787200 1.068925</w:t>
        <w:br/>
        <w:t>v 1.023222 13.991579 0.759709</w:t>
        <w:br/>
        <w:t>v 1.025246 13.787452 0.758753</w:t>
        <w:br/>
        <w:t>v 0.918485 13.991038 0.494774</w:t>
        <w:br/>
        <w:t>v 0.918485 13.787201 0.494773</w:t>
        <w:br/>
        <w:t>v 0.746452 13.991040 0.283590</w:t>
        <w:br/>
        <w:t>v 0.746440 13.787204 0.283590</w:t>
        <w:br/>
        <w:t>v 0.737749 13.787452 1.395535</w:t>
        <w:br/>
        <w:t>v 0.741635 13.991578 1.391549</w:t>
        <w:br/>
        <w:t>v 0.000003 13.991041 0.115292</w:t>
        <w:br/>
        <w:t>v 0.000003 13.991442 0.089259</w:t>
        <w:br/>
        <w:t>v 0.273842 13.991041 0.120424</w:t>
        <w:br/>
        <w:t>v 0.530100 13.787451 1.494461</w:t>
        <w:br/>
        <w:t>v 0.537570 13.787452 1.517765</w:t>
        <w:br/>
        <w:t>v 0.547141 13.787452 1.508031</w:t>
        <w:br/>
        <w:t>v 0.542349 13.787325 1.484098</w:t>
        <w:br/>
        <w:t>v 0.530100 13.991578 1.494462</w:t>
        <w:br/>
        <w:t>v 0.537570 13.991578 1.517766</w:t>
        <w:br/>
        <w:t>v 0.537570 13.787452 1.517765</w:t>
        <w:br/>
        <w:t>v 0.530100 13.787451 1.494461</w:t>
        <w:br/>
        <w:t>v 0.542349 13.991579 1.484074</w:t>
        <w:br/>
        <w:t>v 0.547141 13.991578 1.508032</w:t>
        <w:br/>
        <w:t>v 0.537570 13.991578 1.517766</w:t>
        <w:br/>
        <w:t>v 0.530100 13.991578 1.494462</w:t>
        <w:br/>
        <w:t>v 0.965886 13.991037 1.068926</w:t>
        <w:br/>
        <w:t>v 1.007187 13.991038 0.760401</w:t>
        <w:br/>
        <w:t>v 1.023222 13.991579 0.759709</w:t>
        <w:br/>
        <w:t>v 0.918485 13.991038 0.494774</w:t>
        <w:br/>
        <w:t>v 0.733901 13.990861 1.378356</w:t>
        <w:br/>
        <w:t>v 0.741635 13.991578 1.391549</w:t>
        <w:br/>
        <w:t>v 0.588769 13.991641 1.499694</w:t>
        <w:br/>
        <w:t>v 0.583977 13.991515 1.475736</w:t>
        <w:br/>
        <w:t>v 0.000003 13.991442 0.089259</w:t>
        <w:br/>
        <w:t>v 0.000003 13.787593 0.089259</w:t>
        <w:br/>
        <w:t>v 0.784446 13.991578 1.354109</w:t>
        <w:br/>
        <w:t>v 0.780786 13.787452 1.359101</w:t>
        <w:br/>
        <w:t>v 0.773504 13.787211 1.346034</w:t>
        <w:br/>
        <w:t>v 0.780786 13.787452 1.359101</w:t>
        <w:br/>
        <w:t>v 0.838423 13.787199 1.293100</w:t>
        <w:br/>
        <w:t>v 0.588769 13.787452 1.499693</w:t>
        <w:br/>
        <w:t>v 0.737749 13.787452 1.395535</w:t>
        <w:br/>
        <w:t>v 0.729813 13.787225 1.381689</w:t>
        <w:br/>
        <w:t>v 0.583977 13.787452 1.475735</w:t>
        <w:br/>
        <w:t>v 0.537570 13.991578 1.517766</w:t>
        <w:br/>
        <w:t>v 0.547141 13.991578 1.508032</w:t>
        <w:br/>
        <w:t>v 0.547141 13.787452 1.508031</w:t>
        <w:br/>
        <w:t>v 0.537570 13.787452 1.517765</w:t>
        <w:br/>
        <w:t>v 0.538035 13.729073 1.484941</w:t>
        <w:br/>
        <w:t>v 0.773504 13.787211 1.346034</w:t>
        <w:br/>
        <w:t>v 1.007187 13.787200 0.760400</w:t>
        <w:br/>
        <w:t>v 1.025246 13.787452 0.758753</w:t>
        <w:br/>
        <w:t>v 0.918485 13.787201 0.494773</w:t>
        <w:br/>
        <w:t>v 0.965886 13.787200 1.068925</w:t>
        <w:br/>
        <w:t>v 0.784446 13.991578 1.354109</w:t>
        <w:br/>
        <w:t>v 0.778422 13.990936 1.342048</w:t>
        <w:br/>
        <w:t>v 0.838424 13.991037 1.293101</w:t>
        <w:br/>
        <w:t>v 0.273842 13.787202 0.120423</w:t>
        <w:br/>
        <w:t>v 0.000003 13.787593 0.089259</w:t>
        <w:br/>
        <w:t>v 0.000003 13.787201 0.115292</w:t>
        <w:br/>
        <w:t>v -0.733894 13.990864 1.378356</w:t>
        <w:br/>
        <w:t>v 0.733901 13.990861 1.378356</w:t>
        <w:br/>
        <w:t>v -0.716866 13.579491 1.491944</w:t>
        <w:br/>
        <w:t>v -0.751916 13.578233 1.486901</w:t>
        <w:br/>
        <w:t>v -0.758847 13.515612 1.515953</w:t>
        <w:br/>
        <w:t>v -0.714050 13.517220 1.522405</w:t>
        <w:br/>
        <w:t>v -0.722915 13.597548 1.529422</w:t>
        <w:br/>
        <w:t>v -0.720086 13.535282 1.559883</w:t>
        <w:br/>
        <w:t>v -0.764884 13.533672 1.553431</w:t>
        <w:br/>
        <w:t>v -0.757966 13.596291 1.524379</w:t>
        <w:br/>
        <w:t>v -0.758847 13.515612 1.515953</w:t>
        <w:br/>
        <w:t>v -0.764884 13.533672 1.553431</w:t>
        <w:br/>
        <w:t>v -0.720086 13.535282 1.559883</w:t>
        <w:br/>
        <w:t>v -0.714050 13.517220 1.522405</w:t>
        <w:br/>
        <w:t>v -0.720086 13.535282 1.559883</w:t>
        <w:br/>
        <w:t>v -0.722915 13.597548 1.529422</w:t>
        <w:br/>
        <w:t>v -0.716866 13.579491 1.491944</w:t>
        <w:br/>
        <w:t>v -0.714050 13.517220 1.522405</w:t>
        <w:br/>
        <w:t>v -0.716866 13.579491 1.491944</w:t>
        <w:br/>
        <w:t>v -0.722915 13.597548 1.529422</w:t>
        <w:br/>
        <w:t>v -0.757966 13.596291 1.524379</w:t>
        <w:br/>
        <w:t>v -0.751916 13.578233 1.486901</w:t>
        <w:br/>
        <w:t>v -0.751916 13.578233 1.486901</w:t>
        <w:br/>
        <w:t>v -0.757966 13.596291 1.524379</w:t>
        <w:br/>
        <w:t>v -0.764884 13.533672 1.553431</w:t>
        <w:br/>
        <w:t>v -0.758847 13.515612 1.515953</w:t>
        <w:br/>
        <w:t>v -1.585347 12.245121 1.664907</w:t>
        <w:br/>
        <w:t>v -1.582769 12.243040 1.655091</w:t>
        <w:br/>
        <w:t>v -1.691518 12.319887 1.567641</w:t>
        <w:br/>
        <w:t>v -1.692536 12.322153 1.575489</w:t>
        <w:br/>
        <w:t>v -1.691518 12.319887 1.567641</w:t>
        <w:br/>
        <w:t>v -1.582769 12.243040 1.655091</w:t>
        <w:br/>
        <w:t>v -1.518553 12.360455 1.625380</w:t>
        <w:br/>
        <w:t>v -1.660931 12.383047 1.554775</w:t>
        <w:br/>
        <w:t>v -1.103190 12.805777 1.603534</w:t>
        <w:br/>
        <w:t>v -1.270891 12.820283 1.524870</w:t>
        <w:br/>
        <w:t>v -1.266836 12.320505 1.698562</w:t>
        <w:br/>
        <w:t>v -1.106184 12.808292 1.611948</w:t>
        <w:br/>
        <w:t>v -1.103190 12.805777 1.603534</w:t>
        <w:br/>
        <w:t>v -1.266836 12.320505 1.698562</w:t>
        <w:br/>
        <w:t>v -1.270282 12.321058 1.707239</w:t>
        <w:br/>
        <w:t>v -1.270282 12.321058 1.707239</w:t>
        <w:br/>
        <w:t>v -1.346344 12.116238 1.747169</w:t>
        <w:br/>
        <w:t>v -1.585347 12.245121 1.664907</w:t>
        <w:br/>
        <w:t>v -1.526093 12.361647 1.644615</w:t>
        <w:br/>
        <w:t>v -1.407363 12.835393 1.470890</w:t>
        <w:br/>
        <w:t>v -1.346344 12.116238 1.747169</w:t>
        <w:br/>
        <w:t>v -1.344546 12.113749 1.738592</w:t>
        <w:br/>
        <w:t>v -1.692536 12.322153 1.575489</w:t>
        <w:br/>
        <w:t>v -1.663333 12.383438 1.562787</w:t>
        <w:br/>
        <w:t>v -1.407363 12.835393 1.470890</w:t>
        <w:br/>
        <w:t>v -1.410156 12.837645 1.478902</w:t>
        <w:br/>
        <w:t>v -1.663333 12.383438 1.562787</w:t>
        <w:br/>
        <w:t>v -1.660931 12.383047 1.554775</w:t>
        <w:br/>
        <w:t>v -1.033051 13.279924 1.420675</w:t>
        <w:br/>
        <w:t>v -1.126783 13.282412 1.391221</w:t>
        <w:br/>
        <w:t>v -1.130191 13.285052 1.398616</w:t>
        <w:br/>
        <w:t>v -1.040458 13.285485 1.435874</w:t>
        <w:br/>
        <w:t>v -1.276927 12.826148 1.541960</w:t>
        <w:br/>
        <w:t>v -1.410156 12.837645 1.478902</w:t>
        <w:br/>
        <w:t>v -1.126783 13.282412 1.391221</w:t>
        <w:br/>
        <w:t>v -1.130191 13.285052 1.398616</w:t>
        <w:br/>
        <w:t>v -0.861539 13.643598 1.363635</w:t>
        <w:br/>
        <w:t>v -0.857288 13.640505 1.356359</w:t>
        <w:br/>
        <w:t>v -0.820332 13.624199 1.398289</w:t>
        <w:br/>
        <w:t>v -0.824570 13.627294 1.405609</w:t>
        <w:br/>
        <w:t>v -0.861539 13.643598 1.363635</w:t>
        <w:br/>
        <w:t>v -0.824570 13.627294 1.405609</w:t>
        <w:br/>
        <w:t>v -0.944563 13.290849 1.503214</w:t>
        <w:br/>
        <w:t>v -1.106184 12.808292 1.611948</w:t>
        <w:br/>
        <w:t>v -0.941054 13.288170 1.495731</w:t>
        <w:br/>
        <w:t>v -0.944563 13.290849 1.503214</w:t>
        <w:br/>
        <w:t>v -0.824570 13.627294 1.405609</w:t>
        <w:br/>
        <w:t>v -0.820332 13.624199 1.398289</w:t>
        <w:br/>
        <w:t>v -0.941054 13.288170 1.495731</w:t>
        <w:br/>
        <w:t>v -0.857288 13.640505 1.356359</w:t>
        <w:br/>
        <w:t>v -0.902305 13.625671 1.337620</w:t>
        <w:br/>
        <w:t>v -0.820332 13.624199 1.398289</w:t>
        <w:br/>
        <w:t>v -0.906531 13.628714 1.344889</w:t>
        <w:br/>
        <w:t>v -0.906531 13.628714 1.344889</w:t>
        <w:br/>
        <w:t>v -0.902305 13.625671 1.337620</w:t>
        <w:br/>
        <w:t>v -1.344546 12.113749 1.738592</w:t>
        <w:br/>
        <w:t>v -1.344546 12.113749 1.738592</w:t>
        <w:br/>
        <w:t>v -1.346344 12.116238 1.747169</w:t>
        <w:br/>
        <w:t>v -1.692536 12.322153 1.575489</w:t>
        <w:br/>
        <w:t>v -1.691518 12.319887 1.567641</w:t>
        <w:br/>
        <w:t>v -0.078823 16.215685 -0.515667</w:t>
        <w:br/>
        <w:t>v 0.000006 16.249979 -0.515075</w:t>
        <w:br/>
        <w:t>v -0.092116 16.256884 -0.489256</w:t>
        <w:br/>
        <w:t>v 0.000006 16.249979 -0.515075</w:t>
        <w:br/>
        <w:t>v -0.078823 16.215685 -0.515667</w:t>
        <w:br/>
        <w:t>v -0.050010 16.214001 -0.488590</w:t>
        <w:br/>
        <w:t>v 0.000006 16.221344 -0.488074</w:t>
        <w:br/>
        <w:t>v -0.115169 16.205835 -0.488841</w:t>
        <w:br/>
        <w:t>v -0.076635 16.000036 -0.508850</w:t>
        <w:br/>
        <w:t>v -0.055846 16.029226 -0.482553</w:t>
        <w:br/>
        <w:t>v -0.057468 16.187941 -0.487948</w:t>
        <w:br/>
        <w:t>v -0.113207 16.010902 -0.482616</w:t>
        <w:br/>
        <w:t>v -0.076635 16.000036 -0.508850</w:t>
        <w:br/>
        <w:t>v -0.047872 16.003420 -0.481396</w:t>
        <w:br/>
        <w:t>v 0.000006 15.966496 -0.505857</w:t>
        <w:br/>
        <w:t>v 0.000006 15.996352 -0.480214</w:t>
        <w:br/>
        <w:t>v 0.000106 15.938967 -0.476793</w:t>
        <w:br/>
        <w:t>v 0.000006 15.966496 -0.505857</w:t>
        <w:br/>
        <w:t>v -0.089136 15.960698 -0.479749</w:t>
        <w:br/>
        <w:t>v -0.092116 16.256884 -0.489256</w:t>
        <w:br/>
        <w:t>v 0.000007 16.279484 -0.488149</w:t>
        <w:br/>
        <w:t>v 0.000006 16.221344 -0.488074</w:t>
        <w:br/>
        <w:t>v -0.050010 16.214001 -0.488590</w:t>
        <w:br/>
        <w:t>v -0.057468 16.187941 -0.487948</w:t>
        <w:br/>
        <w:t>v -0.115169 16.205835 -0.488841</w:t>
        <w:br/>
        <w:t>v -0.055846 16.029226 -0.482553</w:t>
        <w:br/>
        <w:t>v -0.113207 16.010902 -0.482616</w:t>
        <w:br/>
        <w:t>v -0.047872 16.003420 -0.481396</w:t>
        <w:br/>
        <w:t>v 0.000006 15.996352 -0.480214</w:t>
        <w:br/>
        <w:t>v 0.000106 15.938967 -0.476793</w:t>
        <w:br/>
        <w:t>v -0.089136 15.960698 -0.479749</w:t>
        <w:br/>
        <w:t>v 0.000007 16.279484 -0.488149</w:t>
        <w:br/>
        <w:t>v 0.078835 16.215685 -0.515667</w:t>
        <w:br/>
        <w:t>v 0.092129 16.256884 -0.489256</w:t>
        <w:br/>
        <w:t>v 0.050023 16.214001 -0.488590</w:t>
        <w:br/>
        <w:t>v 0.078835 16.215685 -0.515667</w:t>
        <w:br/>
        <w:t>v 0.000006 16.221344 -0.488074</w:t>
        <w:br/>
        <w:t>v 0.115181 16.205835 -0.488841</w:t>
        <w:br/>
        <w:t>v 0.055858 16.029226 -0.482553</w:t>
        <w:br/>
        <w:t>v 0.076647 16.000036 -0.508850</w:t>
        <w:br/>
        <w:t>v 0.057481 16.187941 -0.487948</w:t>
        <w:br/>
        <w:t>v 0.076647 16.000036 -0.508850</w:t>
        <w:br/>
        <w:t>v 0.113219 16.010902 -0.482616</w:t>
        <w:br/>
        <w:t>v 0.047885 16.003420 -0.481396</w:t>
        <w:br/>
        <w:t>v 0.089148 15.960698 -0.479749</w:t>
        <w:br/>
        <w:t>v 0.000006 16.221344 -0.488074</w:t>
        <w:br/>
        <w:t>v 0.000007 16.279484 -0.488149</w:t>
        <w:br/>
        <w:t>v 0.092129 16.256884 -0.489256</w:t>
        <w:br/>
        <w:t>v 0.050023 16.214001 -0.488590</w:t>
        <w:br/>
        <w:t>v 0.115181 16.205835 -0.488841</w:t>
        <w:br/>
        <w:t>v 0.057481 16.187941 -0.487948</w:t>
        <w:br/>
        <w:t>v 0.113219 16.010902 -0.482616</w:t>
        <w:br/>
        <w:t>v 0.055858 16.029226 -0.482553</w:t>
        <w:br/>
        <w:t>v 0.000106 15.938967 -0.476793</w:t>
        <w:br/>
        <w:t>v 0.000006 15.996352 -0.480214</w:t>
        <w:br/>
        <w:t>v 0.047885 16.003420 -0.481396</w:t>
        <w:br/>
        <w:t>v 0.089148 15.960698 -0.479749</w:t>
        <w:br/>
        <w:t>v 0.000007 16.279484 -0.488149</w:t>
        <w:br/>
        <w:t>v -1.384772 16.574104 0.605807</w:t>
        <w:br/>
        <w:t>v -1.009906 16.542145 0.547980</w:t>
        <w:br/>
        <w:t>v -1.397248 16.517900 0.549879</w:t>
        <w:br/>
        <w:t>v -1.614531 16.387075 0.748071</w:t>
        <w:br/>
        <w:t>v -1.601376 16.401060 0.758309</w:t>
        <w:br/>
        <w:t>v -1.592356 16.308737 0.782895</w:t>
        <w:br/>
        <w:t>v -1.605526 16.305681 0.763918</w:t>
        <w:br/>
        <w:t>v -1.612858 16.427586 0.704934</w:t>
        <w:br/>
        <w:t>v -1.603766 16.443457 0.707575</w:t>
        <w:br/>
        <w:t>v -1.605099 16.425837 0.668349</w:t>
        <w:br/>
        <w:t>v -1.598219 16.440138 0.661445</w:t>
        <w:br/>
        <w:t>v -1.576336 16.413612 0.626268</w:t>
        <w:br/>
        <w:t>v -1.584323 16.400173 0.626935</w:t>
        <w:br/>
        <w:t>v -1.041033 16.357487 0.623891</w:t>
        <w:br/>
        <w:t>v -1.355079 16.333225 0.708694</w:t>
        <w:br/>
        <w:t>v -1.376559 16.480436 0.652188</w:t>
        <w:br/>
        <w:t>v -1.009906 16.542145 0.547980</w:t>
        <w:br/>
        <w:t>v -1.603766 16.443457 0.707575</w:t>
        <w:br/>
        <w:t>v -1.078197 16.178688 0.651307</w:t>
        <w:br/>
        <w:t>v -1.344754 16.168097 0.703210</w:t>
        <w:br/>
        <w:t>v -1.559549 16.210426 0.761629</w:t>
        <w:br/>
        <w:t>v -1.376559 16.480436 0.652188</w:t>
        <w:br/>
        <w:t>v -0.944106 16.697504 0.422329</w:t>
        <w:br/>
        <w:t>v -1.384772 16.574104 0.605807</w:t>
        <w:br/>
        <w:t>v -1.339320 16.781448 0.501699</w:t>
        <w:br/>
        <w:t>v -1.327335 16.847279 0.319618</w:t>
        <w:br/>
        <w:t>v -0.912652 16.796165 0.255754</w:t>
        <w:br/>
        <w:t>v -1.672948 16.813168 0.554256</w:t>
        <w:br/>
        <w:t>v -1.647770 16.875660 0.436491</w:t>
        <w:br/>
        <w:t>v -1.659781 16.582695 0.641625</w:t>
        <w:br/>
        <w:t>v -1.667201 16.693565 0.619540</w:t>
        <w:br/>
        <w:t>v -1.647934 16.565266 0.607467</w:t>
        <w:br/>
        <w:t>v -1.659781 16.582695 0.641625</w:t>
        <w:br/>
        <w:t>v -1.684217 16.694550 0.605279</w:t>
        <w:br/>
        <w:t>v -1.673716 16.589108 0.633337</w:t>
        <w:br/>
        <w:t>v -1.688367 16.803131 0.543076</w:t>
        <w:br/>
        <w:t>v -1.665298 16.576065 0.608159</w:t>
        <w:br/>
        <w:t>v -1.673716 16.589108 0.633337</w:t>
        <w:br/>
        <w:t>v -1.609538 16.590126 0.554017</w:t>
        <w:br/>
        <w:t>v -1.627501 16.601963 0.548697</w:t>
        <w:br/>
        <w:t>v -1.609538 16.590126 0.554017</w:t>
        <w:br/>
        <w:t>v -1.573418 16.496983 0.542887</w:t>
        <w:br/>
        <w:t>v -1.581178 16.493076 0.528650</w:t>
        <w:br/>
        <w:t>v -1.627501 16.601963 0.548697</w:t>
        <w:br/>
        <w:t>v -1.384772 16.574104 0.605807</w:t>
        <w:br/>
        <w:t>v -1.573418 16.496983 0.542887</w:t>
        <w:br/>
        <w:t>v -1.576336 16.413612 0.626268</w:t>
        <w:br/>
        <w:t>v -1.584323 16.400173 0.626935</w:t>
        <w:br/>
        <w:t>v -1.397248 16.517900 0.549879</w:t>
        <w:br/>
        <w:t>v -1.301466 15.826596 0.614257</w:t>
        <w:br/>
        <w:t>v -1.291657 15.833626 0.659506</w:t>
        <w:br/>
        <w:t>v -1.167527 15.848870 0.610043</w:t>
        <w:br/>
        <w:t>v -1.414441 15.867647 0.650125</w:t>
        <w:br/>
        <w:t>v -1.412780 15.825013 0.610597</w:t>
        <w:br/>
        <w:t>v -1.415899 15.881229 0.656099</w:t>
        <w:br/>
        <w:t>v -1.414441 15.867647 0.650125</w:t>
        <w:br/>
        <w:t>v -1.412780 15.825013 0.610597</w:t>
        <w:br/>
        <w:t>v -1.416189 15.829478 0.597832</w:t>
        <w:br/>
        <w:t>v -1.412881 15.838157 0.661154</w:t>
        <w:br/>
        <w:t>v -1.414956 15.848719 0.672247</w:t>
        <w:br/>
        <w:t>v -1.414441 15.867647 0.650125</w:t>
        <w:br/>
        <w:t>v -1.412881 15.838157 0.661154</w:t>
        <w:br/>
        <w:t>v -1.291657 15.833626 0.659506</w:t>
        <w:br/>
        <w:t>v -1.415472 15.822910 0.681742</w:t>
        <w:br/>
        <w:t>v -1.415472 15.822910 0.681742</w:t>
        <w:br/>
        <w:t>v -1.439970 15.874940 0.731507</w:t>
        <w:br/>
        <w:t>v -1.127849 16.015837 0.648565</w:t>
        <w:br/>
        <w:t>v -1.280275 15.981524 0.733544</w:t>
        <w:br/>
        <w:t>v -1.288450 16.127953 0.705109</w:t>
        <w:br/>
        <w:t>v -1.469450 15.951671 0.756144</w:t>
        <w:br/>
        <w:t>v -1.488302 16.030159 0.772859</w:t>
        <w:br/>
        <w:t>v -1.497046 16.019432 0.756950</w:t>
        <w:br/>
        <w:t>v -1.482777 15.952826 0.738575</w:t>
        <w:br/>
        <w:t>v -1.491446 16.076729 0.743241</w:t>
        <w:br/>
        <w:t>v -1.500120 16.062103 0.741682</w:t>
        <w:br/>
        <w:t>v -1.457163 15.875910 0.719421</w:t>
        <w:br/>
        <w:t>v -1.483611 16.084011 0.703047</w:t>
        <w:br/>
        <w:t>v -1.288450 16.127953 0.705109</w:t>
        <w:br/>
        <w:t>v -1.491446 16.076729 0.743241</w:t>
        <w:br/>
        <w:t>v -1.434229 15.835502 0.685729</w:t>
        <w:br/>
        <w:t>v -1.434229 15.835502 0.685729</w:t>
        <w:br/>
        <w:t>v -1.387099 15.759426 0.610459</w:t>
        <w:br/>
        <w:t>v -1.412780 15.825013 0.610597</w:t>
        <w:br/>
        <w:t>v -1.301466 15.826596 0.614257</w:t>
        <w:br/>
        <w:t>v -1.271610 15.796792 0.625223</w:t>
        <w:br/>
        <w:t>v -1.388722 15.773675 0.633297</w:t>
        <w:br/>
        <w:t>v -1.387099 15.759426 0.610459</w:t>
        <w:br/>
        <w:t>v -1.271610 15.796792 0.625223</w:t>
        <w:br/>
        <w:t>v -1.358727 15.730298 0.636278</w:t>
        <w:br/>
        <w:t>v -1.249878 15.710741 0.598900</w:t>
        <w:br/>
        <w:t>v -1.303290 15.665883 0.594624</w:t>
        <w:br/>
        <w:t>v -1.382597 15.767462 0.643384</w:t>
        <w:br/>
        <w:t>v -1.358727 15.730298 0.636278</w:t>
        <w:br/>
        <w:t>v -1.366210 15.729770 0.619689</w:t>
        <w:br/>
        <w:t>v -1.386244 15.758860 0.633662</w:t>
        <w:br/>
        <w:t>v -1.303290 15.665883 0.594624</w:t>
        <w:br/>
        <w:t>v -1.309786 15.667067 0.578589</w:t>
        <w:br/>
        <w:t>v -1.207709 15.637712 0.523970</w:t>
        <w:br/>
        <w:t>v -1.233528 15.636314 0.536961</w:t>
        <w:br/>
        <w:t>v -1.390457 15.766468 0.631662</w:t>
        <w:br/>
        <w:t>v -1.388722 15.773675 0.633297</w:t>
        <w:br/>
        <w:t>v -1.382597 15.767462 0.643384</w:t>
        <w:br/>
        <w:t>v -1.388722 15.773675 0.633297</w:t>
        <w:br/>
        <w:t>v -1.271610 15.796792 0.625223</w:t>
        <w:br/>
        <w:t>v -1.387099 15.759426 0.610459</w:t>
        <w:br/>
        <w:t>v -1.383012 15.753351 0.606497</w:t>
        <w:br/>
        <w:t>v -1.180669 15.741415 0.574075</w:t>
        <w:br/>
        <w:t>v -1.167527 15.848870 0.610043</w:t>
        <w:br/>
        <w:t>v -0.905597 16.766056 -0.123840</w:t>
        <w:br/>
        <w:t>v -1.316469 16.874012 -0.167128</w:t>
        <w:br/>
        <w:t>v -1.335371 16.789562 -0.165393</w:t>
        <w:br/>
        <w:t>v -1.595326 16.855675 -0.139724</w:t>
        <w:br/>
        <w:t>v -1.586120 16.783577 -0.184685</w:t>
        <w:br/>
        <w:t>v -1.604671 16.876717 -0.201801</w:t>
        <w:br/>
        <w:t>v -1.595326 16.855675 -0.139724</w:t>
        <w:br/>
        <w:t>v -1.316469 16.874012 -0.167128</w:t>
        <w:br/>
        <w:t>v -1.616580 16.886955 -0.194884</w:t>
        <w:br/>
        <w:t>v -1.606570 16.861866 -0.128569</w:t>
        <w:br/>
        <w:t>v -1.603979 16.913895 -0.205587</w:t>
        <w:br/>
        <w:t>v -1.604671 16.876717 -0.201801</w:t>
        <w:br/>
        <w:t>v -1.312344 16.951447 0.064693</w:t>
        <w:br/>
        <w:t>v -1.603060 16.982510 -0.120683</w:t>
        <w:br/>
        <w:t>v -1.316469 16.874012 -0.167128</w:t>
        <w:br/>
        <w:t>v -1.603979 16.913895 -0.205587</w:t>
        <w:br/>
        <w:t>v -1.616857 16.969345 -0.110207</w:t>
        <w:br/>
        <w:t>v -1.616128 16.914249 -0.194155</w:t>
        <w:br/>
        <w:t>v -1.594433 16.770573 -0.178372</w:t>
        <w:br/>
        <w:t>v -1.606570 16.861866 -0.128569</w:t>
        <w:br/>
        <w:t>v -0.905597 16.766056 -0.123840</w:t>
        <w:br/>
        <w:t>v -1.335371 16.789562 -0.165393</w:t>
        <w:br/>
        <w:t>v -1.316293 16.829811 -0.242285</w:t>
        <w:br/>
        <w:t>v -1.626478 16.821205 -0.274229</w:t>
        <w:br/>
        <w:t>v -1.607375 16.778091 -0.263099</w:t>
        <w:br/>
        <w:t>v -1.586120 16.783577 -0.184685</w:t>
        <w:br/>
        <w:t>v -1.607375 16.778091 -0.263099</w:t>
        <w:br/>
        <w:t>v -1.617725 16.768837 -0.273852</w:t>
        <w:br/>
        <w:t>v -1.636942 16.815598 -0.288868</w:t>
        <w:br/>
        <w:t>v -1.638023 16.857716 -0.304362</w:t>
        <w:br/>
        <w:t>v -1.649267 16.845062 -0.311757</w:t>
        <w:br/>
        <w:t>v -1.654385 16.840698 -0.412482</w:t>
        <w:br/>
        <w:t>v -1.668672 16.827026 -0.405791</w:t>
        <w:br/>
        <w:t>v -1.638023 16.857716 -0.304362</w:t>
        <w:br/>
        <w:t>v -1.316293 16.829811 -0.242285</w:t>
        <w:br/>
        <w:t>v -1.306848 16.719837 -0.426027</w:t>
        <w:br/>
        <w:t>v -0.915255 16.626713 -0.273374</w:t>
        <w:br/>
        <w:t>v -1.320205 16.517773 -0.501473</w:t>
        <w:br/>
        <w:t>v -0.937629 16.476437 -0.379683</w:t>
        <w:br/>
        <w:t>v -1.666056 16.746944 -0.525620</w:t>
        <w:br/>
        <w:t>v -1.648487 16.625546 -0.608750</w:t>
        <w:br/>
        <w:t>v -1.630767 16.492443 -0.541529</w:t>
        <w:br/>
        <w:t>v -1.320205 16.517773 -0.501473</w:t>
        <w:br/>
        <w:t>v -1.641885 16.521145 -0.590703</w:t>
        <w:br/>
        <w:t>v -1.664698 16.626488 -0.595029</w:t>
        <w:br/>
        <w:t>v -1.655505 16.531219 -0.582239</w:t>
        <w:br/>
        <w:t>v -1.641885 16.521145 -0.590703</w:t>
        <w:br/>
        <w:t>v -1.648487 16.625546 -0.608750</w:t>
        <w:br/>
        <w:t>v -1.643746 16.506493 -0.544221</w:t>
        <w:br/>
        <w:t>v -1.602596 16.516613 -0.493223</w:t>
        <w:br/>
        <w:t>v -1.681739 16.738541 -0.518526</w:t>
        <w:br/>
        <w:t>v -0.885676 16.817444 0.067623</w:t>
        <w:br/>
        <w:t>v -1.330856 16.868431 0.262797</w:t>
        <w:br/>
        <w:t>v -1.617838 16.973629 0.194809</w:t>
        <w:br/>
        <w:t>v -1.617738 16.900398 0.268042</w:t>
        <w:br/>
        <w:t>v -1.630777 16.901482 0.256472</w:t>
        <w:br/>
        <w:t>v -1.634543 16.961571 0.190949</w:t>
        <w:br/>
        <w:t>v -1.610304 17.010231 0.037315</w:t>
        <w:br/>
        <w:t>v -1.625859 16.994785 0.035806</w:t>
        <w:br/>
        <w:t>v -0.958620 16.248083 -0.452740</w:t>
        <w:br/>
        <w:t>v -1.273572 16.258713 -0.611820</w:t>
        <w:br/>
        <w:t>v -1.248444 16.058914 -0.572556</w:t>
        <w:br/>
        <w:t>v -0.968442 16.004276 -0.450766</w:t>
        <w:br/>
        <w:t>v -1.580299 16.255684 -0.711613</w:t>
        <w:br/>
        <w:t>v -1.541223 16.165848 -0.693403</w:t>
        <w:br/>
        <w:t>v -1.527691 16.161674 -0.707639</w:t>
        <w:br/>
        <w:t>v -1.563886 16.258350 -0.726516</w:t>
        <w:br/>
        <w:t>v -1.589932 16.341431 -0.686297</w:t>
        <w:br/>
        <w:t>v -1.603816 16.336727 -0.678135</w:t>
        <w:br/>
        <w:t>v -1.302283 16.453320 -0.534336</w:t>
        <w:br/>
        <w:t>v -1.580223 16.418545 -0.571939</w:t>
        <w:br/>
        <w:t>v -1.592925 16.428082 -0.623138</w:t>
        <w:br/>
        <w:t>v -1.302283 16.453320 -0.534336</w:t>
        <w:br/>
        <w:t>v -1.587152 16.406708 -0.579322</w:t>
        <w:br/>
        <w:t>v -1.602005 16.410538 -0.620937</w:t>
        <w:br/>
        <w:t>v -1.554944 16.387756 -0.527783</w:t>
        <w:br/>
        <w:t>v -1.562679 16.373486 -0.531141</w:t>
        <w:br/>
        <w:t>v -1.569922 16.442730 -0.465932</w:t>
        <w:br/>
        <w:t>v -1.602596 16.516613 -0.493223</w:t>
        <w:br/>
        <w:t>v -1.614519 16.527584 -0.490418</w:t>
        <w:br/>
        <w:t>v -1.578726 16.436535 -0.453545</w:t>
        <w:br/>
        <w:t>v -1.614519 16.527584 -0.490418</w:t>
        <w:br/>
        <w:t>v -1.562679 16.373486 -0.531141</w:t>
        <w:br/>
        <w:t>v -1.554944 16.387756 -0.527783</w:t>
        <w:br/>
        <w:t>v -1.324782 16.465256 -0.442138</w:t>
        <w:br/>
        <w:t>v -1.569922 16.442730 -0.465932</w:t>
        <w:br/>
        <w:t>v -0.937629 16.476437 -0.379683</w:t>
        <w:br/>
        <w:t>v -1.324782 16.465256 -0.442138</w:t>
        <w:br/>
        <w:t>v -0.937629 16.476437 -0.379683</w:t>
        <w:br/>
        <w:t>v -1.559549 16.210426 0.761629</w:t>
        <w:br/>
        <w:t>v -1.576337 16.216515 0.747329</w:t>
        <w:br/>
        <w:t>v -1.520158 16.142115 0.722566</w:t>
        <w:br/>
        <w:t>v -1.536124 16.153393 0.717938</w:t>
        <w:br/>
        <w:t>v -1.536124 16.153393 0.717938</w:t>
        <w:br/>
        <w:t>v -1.520158 16.142115 0.722566</w:t>
        <w:br/>
        <w:t>v -1.520107 16.166550 0.685050</w:t>
        <w:br/>
        <w:t>v -1.528408 16.172760 0.694206</w:t>
        <w:br/>
        <w:t>v -1.523780 16.202555 0.668424</w:t>
        <w:br/>
        <w:t>v -1.530420 16.212946 0.668223</w:t>
        <w:br/>
        <w:t>v -1.344754 16.168097 0.703210</w:t>
        <w:br/>
        <w:t>v -1.338579 16.147524 0.645296</w:t>
        <w:br/>
        <w:t>v -1.489597 16.127399 0.623664</w:t>
        <w:br/>
        <w:t>v -1.523780 16.202555 0.668424</w:t>
        <w:br/>
        <w:t>v -1.489597 16.127399 0.623664</w:t>
        <w:br/>
        <w:t>v -1.338579 16.147524 0.645296</w:t>
        <w:br/>
        <w:t>v -1.470632 16.043667 0.662224</w:t>
        <w:br/>
        <w:t>v -1.078197 16.178688 0.651307</w:t>
        <w:br/>
        <w:t>v -1.470632 16.043667 0.662224</w:t>
        <w:br/>
        <w:t>v -1.078197 16.178688 0.651307</w:t>
        <w:br/>
        <w:t>v -1.468456 16.035315 0.662060</w:t>
        <w:br/>
        <w:t>v -1.493521 16.129112 0.606472</w:t>
        <w:br/>
        <w:t>v -1.489597 16.127399 0.623664</w:t>
        <w:br/>
        <w:t>v -1.470632 16.043667 0.662224</w:t>
        <w:br/>
        <w:t>v -1.489622 16.069902 0.712693</w:t>
        <w:br/>
        <w:t>v -1.483611 16.084011 0.703047</w:t>
        <w:br/>
        <w:t>v -1.341898 16.791035 0.252573</w:t>
        <w:br/>
        <w:t>v -1.330856 16.868431 0.262797</w:t>
        <w:br/>
        <w:t>v -0.912652 16.796165 0.255754</w:t>
        <w:br/>
        <w:t>v -1.587856 16.847691 0.193489</w:t>
        <w:br/>
        <w:t>v -1.580310 16.775291 0.245190</w:t>
        <w:br/>
        <w:t>v -1.587227 16.760864 0.238236</w:t>
        <w:br/>
        <w:t>v -1.596471 16.852409 0.181830</w:t>
        <w:br/>
        <w:t>v -1.592484 16.787540 0.338747</w:t>
        <w:br/>
        <w:t>v -1.608607 16.829357 0.316562</w:t>
        <w:br/>
        <w:t>v -1.619121 16.829704 0.331553</w:t>
        <w:br/>
        <w:t>v -1.602017 16.781818 0.350002</w:t>
        <w:br/>
        <w:t>v -1.608607 16.829357 0.316562</w:t>
        <w:br/>
        <w:t>v -1.327335 16.847279 0.319618</w:t>
        <w:br/>
        <w:t>v -1.625258 16.870682 0.334282</w:t>
        <w:br/>
        <w:t>v -1.592484 16.787540 0.338747</w:t>
        <w:br/>
        <w:t>v -1.580310 16.775291 0.245190</w:t>
        <w:br/>
        <w:t>v -1.341898 16.791035 0.252573</w:t>
        <w:br/>
        <w:t>v -0.912652 16.796165 0.255754</w:t>
        <w:br/>
        <w:t>v -1.636200 16.861362 0.342167</w:t>
        <w:br/>
        <w:t>v -1.660736 16.864506 0.430680</w:t>
        <w:br/>
        <w:t>v -1.602017 16.781818 0.350002</w:t>
        <w:br/>
        <w:t>v -1.621260 16.865414 0.227672</w:t>
        <w:br/>
        <w:t>v -1.603991 16.857727 0.233758</w:t>
        <w:br/>
        <w:t>v -1.587856 16.847691 0.193489</w:t>
        <w:br/>
        <w:t>v -1.596471 16.852409 0.181830</w:t>
        <w:br/>
        <w:t>v -1.617738 16.900398 0.268042</w:t>
        <w:br/>
        <w:t>v -1.630777 16.901482 0.256472</w:t>
        <w:br/>
        <w:t>v -1.197006 15.652827 0.523442</w:t>
        <w:br/>
        <w:t>v -1.207709 15.637712 0.523970</w:t>
        <w:br/>
        <w:t>v -1.197006 15.652827 0.523442</w:t>
        <w:br/>
        <w:t>v -1.203823 15.669655 0.519983</w:t>
        <w:br/>
        <w:t>v -1.213909 15.640280 0.509711</w:t>
        <w:br/>
        <w:t>v -1.213909 15.640280 0.509711</w:t>
        <w:br/>
        <w:t>v -1.238436 15.634013 0.526686</w:t>
        <w:br/>
        <w:t>v -1.563886 16.258350 -0.726516</w:t>
        <w:br/>
        <w:t>v -1.527691 16.161674 -0.707639</w:t>
        <w:br/>
        <w:t>v -1.495659 16.085548 -0.643374</w:t>
        <w:br/>
        <w:t>v -1.460734 16.086731 -0.586956</w:t>
        <w:br/>
        <w:t>v -1.248444 16.058914 -0.572556</w:t>
        <w:br/>
        <w:t>v -1.420993 16.105518 -0.536160</w:t>
        <w:br/>
        <w:t>v -1.384509 16.043343 -0.475793</w:t>
        <w:br/>
        <w:t>v -1.234962 16.025269 -0.478623</w:t>
        <w:br/>
        <w:t>v -1.466482 16.100727 -0.591031</w:t>
        <w:br/>
        <w:t>v -1.426074 16.121037 -0.536474</w:t>
        <w:br/>
        <w:t>v -1.420993 16.105518 -0.536160</w:t>
        <w:br/>
        <w:t>v -1.460734 16.086731 -0.586956</w:t>
        <w:br/>
        <w:t>v -1.388759 16.048397 -0.461280</w:t>
        <w:br/>
        <w:t>v -1.362902 15.971141 -0.497689</w:t>
        <w:br/>
        <w:t>v -1.370008 15.957496 -0.495802</w:t>
        <w:br/>
        <w:t>v -1.370008 15.957496 -0.495802</w:t>
        <w:br/>
        <w:t>v -1.395802 15.968285 -0.555012</w:t>
        <w:br/>
        <w:t>v -1.390986 15.983277 -0.558861</w:t>
        <w:br/>
        <w:t>v -1.362902 15.971141 -0.497689</w:t>
        <w:br/>
        <w:t>v -1.214488 15.976309 -0.534915</w:t>
        <w:br/>
        <w:t>v -1.234962 16.025269 -0.478623</w:t>
        <w:br/>
        <w:t>v -1.384509 16.043343 -0.475793</w:t>
        <w:br/>
        <w:t>v -1.362902 15.971141 -0.497689</w:t>
        <w:br/>
        <w:t>v -1.390986 15.983277 -0.558861</w:t>
        <w:br/>
        <w:t>v -1.214488 15.976309 -0.534915</w:t>
        <w:br/>
        <w:t>v -0.968442 16.004276 -0.450766</w:t>
        <w:br/>
        <w:t>v -1.504387 16.102802 -0.638079</w:t>
        <w:br/>
        <w:t>v -1.389741 15.956552 -0.582529</w:t>
        <w:br/>
        <w:t>v -1.400569 15.949332 -0.569651</w:t>
        <w:br/>
        <w:t>v -1.389741 15.956552 -0.582529</w:t>
        <w:br/>
        <w:t>v -1.390445 15.897430 -0.551177</w:t>
        <w:br/>
        <w:t>v -1.297518 15.762572 -0.432204</w:t>
        <w:br/>
        <w:t>v -1.282011 15.749984 -0.447069</w:t>
        <w:br/>
        <w:t>v -1.375856 15.894965 -0.565727</w:t>
        <w:br/>
        <w:t>v -1.203647 15.631463 -0.355488</w:t>
        <w:br/>
        <w:t>v -1.213872 15.649171 -0.333932</w:t>
        <w:br/>
        <w:t>v -1.149229 15.583710 -0.258649</w:t>
        <w:br/>
        <w:t>v -1.151015 15.568227 -0.271050</w:t>
        <w:br/>
        <w:t>v -1.203647 15.631463 -0.355488</w:t>
        <w:br/>
        <w:t>v -1.151015 15.568227 -0.271050</w:t>
        <w:br/>
        <w:t>v -1.078788 15.525656 -0.217197</w:t>
        <w:br/>
        <w:t>v -1.080901 15.541075 -0.202684</w:t>
        <w:br/>
        <w:t>v -1.078788 15.525656 -0.217197</w:t>
        <w:br/>
        <w:t>v -1.026709 15.523229 -0.200119</w:t>
        <w:br/>
        <w:t>v -1.031274 15.535049 -0.187064</w:t>
        <w:br/>
        <w:t>v -0.985899 15.767955 -0.340144</w:t>
        <w:br/>
        <w:t>v -1.214488 15.976309 -0.534915</w:t>
        <w:br/>
        <w:t>v -1.139268 15.757568 -0.425953</w:t>
        <w:br/>
        <w:t>v -1.026709 15.523229 -0.200119</w:t>
        <w:br/>
        <w:t>v -1.375856 15.894965 -0.565727</w:t>
        <w:br/>
        <w:t>v -1.282011 15.749984 -0.447069</w:t>
        <w:br/>
        <w:t>v -1.382597 15.767462 0.643384</w:t>
        <w:br/>
        <w:t>v -1.495659 16.085548 -0.643374</w:t>
        <w:br/>
        <w:t>v -1.592925 16.428082 -0.623138</w:t>
        <w:br/>
        <w:t>v -1.625258 16.870682 0.334282</w:t>
        <w:br/>
        <w:t>v -1.592356 16.308737 0.782895</w:t>
        <w:br/>
        <w:t>v -2.189047 15.863266 0.452193</w:t>
        <w:br/>
        <w:t>v -2.159227 15.866896 0.453299</w:t>
        <w:br/>
        <w:t>v -2.134551 15.824171 0.479848</w:t>
        <w:br/>
        <w:t>v -2.154767 15.803940 0.489054</w:t>
        <w:br/>
        <w:t>v -2.184574 15.800312 0.487947</w:t>
        <w:br/>
        <w:t>v -2.209259 15.843019 0.461411</w:t>
        <w:br/>
        <w:t>v -2.206645 15.817032 0.476251</w:t>
        <w:br/>
        <w:t>v -2.137158 15.850180 0.464995</w:t>
        <w:br/>
        <w:t>v -2.222668 15.895687 -0.484463</w:t>
        <w:br/>
        <w:t>v -2.244315 15.876814 -0.493128</w:t>
        <w:br/>
        <w:t>v -2.223377 15.832781 -0.520306</w:t>
        <w:br/>
        <w:t>v -2.193490 15.834314 -0.522343</w:t>
        <w:br/>
        <w:t>v -2.171854 15.853184 -0.513665</w:t>
        <w:br/>
        <w:t>v -2.192810 15.897230 -0.486538</w:t>
        <w:br/>
        <w:t>v -2.172166 15.879223 -0.498775</w:t>
        <w:br/>
        <w:t>v -2.244003 15.850769 -0.508031</w:t>
        <w:br/>
        <w:t>v -0.012330 16.636829 -0.336779</w:t>
        <w:br/>
        <w:t>v -0.013022 16.641283 -0.325472</w:t>
        <w:br/>
        <w:t>v -0.013789 16.651369 -0.327937</w:t>
        <w:br/>
        <w:t>v -0.013085 16.646917 -0.339231</w:t>
        <w:br/>
        <w:t>v -0.013085 16.646917 -0.339231</w:t>
        <w:br/>
        <w:t>v -0.013789 16.651369 -0.327937</w:t>
        <w:br/>
        <w:t>v -0.109383 16.633308 -0.339068</w:t>
        <w:br/>
        <w:t>v -0.095951 16.625587 -0.365918</w:t>
        <w:br/>
        <w:t>v -0.095951 16.625587 -0.365918</w:t>
        <w:br/>
        <w:t>v -0.149049 16.572792 -0.404138</w:t>
        <w:br/>
        <w:t>v -0.122425 16.553513 -0.386946</w:t>
        <w:br/>
        <w:t>v -0.082356 16.603327 -0.357266</w:t>
        <w:br/>
        <w:t>v -0.175447 16.573032 -0.374835</w:t>
        <w:br/>
        <w:t>v -0.149049 16.572792 -0.404138</w:t>
        <w:br/>
        <w:t>v -0.175447 16.573032 -0.374835</w:t>
        <w:br/>
        <w:t>v -0.109383 16.633308 -0.339068</w:t>
        <w:br/>
        <w:t>v -0.095788 16.611025 -0.330365</w:t>
        <w:br/>
        <w:t>v -0.148823 16.553740 -0.357631</w:t>
        <w:br/>
        <w:t>v -0.013085 16.646917 -0.339231</w:t>
        <w:br/>
        <w:t>v -0.012330 16.636829 -0.336779</w:t>
        <w:br/>
        <w:t>v -0.013022 16.641283 -0.325472</w:t>
        <w:br/>
        <w:t>v -0.012330 16.636829 -0.336779</w:t>
        <w:br/>
        <w:t>v -0.082356 16.603327 -0.357266</w:t>
        <w:br/>
        <w:t>v -0.095788 16.611025 -0.330365</w:t>
        <w:br/>
        <w:t>v -0.148823 16.553740 -0.357631</w:t>
        <w:br/>
        <w:t>v -0.122425 16.553513 -0.386946</w:t>
        <w:br/>
        <w:t>v -0.013789 16.651369 -0.327937</w:t>
        <w:br/>
        <w:t>v -0.013022 16.641283 -0.325472</w:t>
        <w:br/>
        <w:t>v 0.000711 16.319780 -0.506637</w:t>
        <w:br/>
        <w:t>v 0.000007 16.369354 -0.522697</w:t>
        <w:br/>
        <w:t>v -0.103372 16.400658 -0.506234</w:t>
        <w:br/>
        <w:t>v -0.125204 16.361420 -0.488879</w:t>
        <w:br/>
        <w:t>v -0.125204 16.361420 -0.488879</w:t>
        <w:br/>
        <w:t>v -0.103057 16.376122 -0.446282</w:t>
        <w:br/>
        <w:t>v 0.000007 16.343019 -0.458343</w:t>
        <w:br/>
        <w:t>v 0.000711 16.319780 -0.506637</w:t>
        <w:br/>
        <w:t>v 0.000007 16.343019 -0.458343</w:t>
        <w:br/>
        <w:t>v -0.103057 16.376122 -0.446282</w:t>
        <w:br/>
        <w:t>v -0.081224 16.415171 -0.463135</w:t>
        <w:br/>
        <w:t>v 0.000007 16.392359 -0.473598</w:t>
        <w:br/>
        <w:t>v -0.193482 16.473375 -0.432259</w:t>
        <w:br/>
        <w:t>v -0.163512 16.487259 -0.455513</w:t>
        <w:br/>
        <w:t>v -0.193482 16.473375 -0.432259</w:t>
        <w:br/>
        <w:t>v -0.163260 16.466898 -0.405761</w:t>
        <w:br/>
        <w:t>v 0.000007 16.369354 -0.522697</w:t>
        <w:br/>
        <w:t>v 0.000007 16.392359 -0.473598</w:t>
        <w:br/>
        <w:t>v -0.081224 16.415171 -0.463135</w:t>
        <w:br/>
        <w:t>v -0.103372 16.400658 -0.506234</w:t>
        <w:br/>
        <w:t>v -0.163512 16.487259 -0.455513</w:t>
        <w:br/>
        <w:t>v -0.133291 16.480772 -0.428964</w:t>
        <w:br/>
        <w:t>v -0.163260 16.466898 -0.405761</w:t>
        <w:br/>
        <w:t>v -0.133291 16.480772 -0.428964</w:t>
        <w:br/>
        <w:t>v 0.013803 16.651369 -0.327937</w:t>
        <w:br/>
        <w:t>v 0.013036 16.641283 -0.325472</w:t>
        <w:br/>
        <w:t>v 0.012344 16.636829 -0.336779</w:t>
        <w:br/>
        <w:t>v 0.013099 16.646917 -0.339231</w:t>
        <w:br/>
        <w:t>v 0.109397 16.633308 -0.339068</w:t>
        <w:br/>
        <w:t>v 0.013803 16.651369 -0.327937</w:t>
        <w:br/>
        <w:t>v 0.013099 16.646917 -0.339231</w:t>
        <w:br/>
        <w:t>v 0.095965 16.625587 -0.365918</w:t>
        <w:br/>
        <w:t>v 0.122438 16.553513 -0.386946</w:t>
        <w:br/>
        <w:t>v 0.149063 16.572792 -0.404138</w:t>
        <w:br/>
        <w:t>v 0.095965 16.625587 -0.365918</w:t>
        <w:br/>
        <w:t>v 0.082370 16.603327 -0.357266</w:t>
        <w:br/>
        <w:t>v 0.175461 16.573032 -0.374835</w:t>
        <w:br/>
        <w:t>v 0.149063 16.572792 -0.404138</w:t>
        <w:br/>
        <w:t>v 0.095802 16.611025 -0.330365</w:t>
        <w:br/>
        <w:t>v 0.109397 16.633308 -0.339068</w:t>
        <w:br/>
        <w:t>v 0.175461 16.573032 -0.374835</w:t>
        <w:br/>
        <w:t>v 0.148836 16.553740 -0.357631</w:t>
        <w:br/>
        <w:t>v 0.013099 16.646917 -0.339231</w:t>
        <w:br/>
        <w:t>v 0.012344 16.636829 -0.336779</w:t>
        <w:br/>
        <w:t>v 0.082370 16.603327 -0.357266</w:t>
        <w:br/>
        <w:t>v 0.012344 16.636829 -0.336779</w:t>
        <w:br/>
        <w:t>v 0.013036 16.641283 -0.325472</w:t>
        <w:br/>
        <w:t>v 0.095802 16.611025 -0.330365</w:t>
        <w:br/>
        <w:t>v 0.148836 16.553740 -0.357631</w:t>
        <w:br/>
        <w:t>v 0.122438 16.553513 -0.386946</w:t>
        <w:br/>
        <w:t>v 0.013036 16.641283 -0.325472</w:t>
        <w:br/>
        <w:t>v 0.013803 16.651369 -0.327937</w:t>
        <w:br/>
        <w:t>v 0.103385 16.400658 -0.506234</w:t>
        <w:br/>
        <w:t>v 0.000007 16.369354 -0.522697</w:t>
        <w:br/>
        <w:t>v -0.000698 16.319780 -0.506637</w:t>
        <w:br/>
        <w:t>v 0.125218 16.361420 -0.488879</w:t>
        <w:br/>
        <w:t>v 0.000007 16.343019 -0.458343</w:t>
        <w:br/>
        <w:t>v 0.103070 16.376122 -0.446282</w:t>
        <w:br/>
        <w:t>v 0.125218 16.361420 -0.488879</w:t>
        <w:br/>
        <w:t>v -0.000698 16.319780 -0.506637</w:t>
        <w:br/>
        <w:t>v 0.081238 16.415171 -0.463135</w:t>
        <w:br/>
        <w:t>v 0.103070 16.376122 -0.446282</w:t>
        <w:br/>
        <w:t>v 0.000007 16.343019 -0.458343</w:t>
        <w:br/>
        <w:t>v 0.000007 16.392359 -0.473598</w:t>
        <w:br/>
        <w:t>v 0.193495 16.473373 -0.432259</w:t>
        <w:br/>
        <w:t>v 0.163526 16.487259 -0.455513</w:t>
        <w:br/>
        <w:t>v 0.193495 16.473373 -0.432259</w:t>
        <w:br/>
        <w:t>v 0.163274 16.466898 -0.405761</w:t>
        <w:br/>
        <w:t>v 0.081238 16.415171 -0.463135</w:t>
        <w:br/>
        <w:t>v 0.000007 16.392359 -0.473598</w:t>
        <w:br/>
        <w:t>v 0.000007 16.369354 -0.522697</w:t>
        <w:br/>
        <w:t>v 0.103385 16.400658 -0.506234</w:t>
        <w:br/>
        <w:t>v 0.133304 16.480772 -0.428964</w:t>
        <w:br/>
        <w:t>v 0.163526 16.487259 -0.455513</w:t>
        <w:br/>
        <w:t>v 0.133304 16.480772 -0.428964</w:t>
        <w:br/>
        <w:t>v 0.163274 16.466898 -0.405761</w:t>
        <w:br/>
        <w:t>v 0.000007 16.819239 0.864598</w:t>
        <w:br/>
        <w:t>v -0.059844 16.897425 0.784348</w:t>
        <w:br/>
        <w:t>v 0.000007 16.932348 0.785971</w:t>
        <w:br/>
        <w:t>v -0.024366 16.602180 1.009152</w:t>
        <w:br/>
        <w:t>v -0.036490 16.599401 0.990375</w:t>
        <w:br/>
        <w:t>v -0.037270 16.619045 0.977283</w:t>
        <w:br/>
        <w:t>v -0.027435 16.635923 0.982162</w:t>
        <w:br/>
        <w:t>v -0.142974 16.851707 0.787693</w:t>
        <w:br/>
        <w:t>v -0.073137 16.817577 0.843168</w:t>
        <w:br/>
        <w:t>v -0.115947 16.803429 0.822907</w:t>
        <w:br/>
        <w:t>v -0.136623 16.811993 0.807199</w:t>
        <w:br/>
        <w:t>v -0.022391 16.960320 0.765735</w:t>
        <w:br/>
        <w:t>v -0.014216 17.024195 0.738948</w:t>
        <w:br/>
        <w:t>v 0.000008 17.027100 0.744028</w:t>
        <w:br/>
        <w:t>v -0.257659 16.896370 0.695722</w:t>
        <w:br/>
        <w:t>v -0.227764 16.859194 0.750028</w:t>
        <w:br/>
        <w:t>v -0.246667 16.847988 0.734772</w:t>
        <w:br/>
        <w:t>v -0.142760 16.757437 0.847871</w:t>
        <w:br/>
        <w:t>v -0.175157 16.757627 0.855241</w:t>
        <w:br/>
        <w:t>v -0.145364 16.775520 0.833220</w:t>
        <w:br/>
        <w:t>v -0.161713 16.811892 0.796459</w:t>
        <w:br/>
        <w:t>v -0.222206 16.822231 0.758001</w:t>
        <w:br/>
        <w:t>v -0.201505 16.828104 0.787618</w:t>
        <w:br/>
        <w:t>v -0.175610 16.806822 0.794221</w:t>
        <w:br/>
        <w:t>v -0.183596 16.789782 0.801050</w:t>
        <w:br/>
        <w:t>v -0.214446 16.782728 0.819839</w:t>
        <w:br/>
        <w:t>v -0.179421 16.776516 0.807539</w:t>
        <w:br/>
        <w:t>v -0.157626 16.781658 0.819109</w:t>
        <w:br/>
        <w:t>v -0.065239 16.669718 0.944345</w:t>
        <w:br/>
        <w:t>v -0.080180 16.634125 0.950155</w:t>
        <w:br/>
        <w:t>v -0.121771 16.629736 0.946974</w:t>
        <w:br/>
        <w:t>v -0.054902 16.631472 0.959776</w:t>
        <w:br/>
        <w:t>v 0.000007 16.590849 1.031714</w:t>
        <w:br/>
        <w:t>v 0.000007 16.490803 1.113007</w:t>
        <w:br/>
        <w:t>v -0.027988 16.524220 1.072109</w:t>
        <w:br/>
        <w:t>v -0.038426 17.089025 0.710638</w:t>
        <w:br/>
        <w:t>v 0.000008 17.182823 0.692692</w:t>
        <w:br/>
        <w:t>v -0.108075 16.784163 0.840502</w:t>
        <w:br/>
        <w:t>v -0.105346 16.747110 0.862561</w:t>
        <w:br/>
        <w:t>v -0.088317 16.612331 0.956595</w:t>
        <w:br/>
        <w:t>v -0.070610 16.588913 0.995317</w:t>
        <w:br/>
        <w:t>v -0.084305 16.587818 0.982452</w:t>
        <w:br/>
        <w:t>v -0.056851 16.549524 1.034920</w:t>
        <w:br/>
        <w:t>v -0.071440 16.599249 0.977962</w:t>
        <w:br/>
        <w:t>v -0.052600 16.592573 0.986954</w:t>
        <w:br/>
        <w:t>v 0.000007 16.637331 0.986438</w:t>
        <w:br/>
        <w:t>v 0.000007 16.713596 0.930197</w:t>
        <w:br/>
        <w:t>v -0.094643 16.660208 0.929279</w:t>
        <w:br/>
        <w:t>v -0.084356 16.678986 0.916828</w:t>
        <w:br/>
        <w:t>v -0.074584 16.741802 0.890833</w:t>
        <w:br/>
        <w:t>v -0.124625 16.722952 0.876910</w:t>
        <w:br/>
        <w:t>v -0.091084 16.700428 0.897901</w:t>
        <w:br/>
        <w:t>v -0.155173 16.872488 0.747449</w:t>
        <w:br/>
        <w:t>v -0.109672 16.891630 0.751135</w:t>
        <w:br/>
        <w:t>v -0.201505 16.828104 0.787618</w:t>
        <w:br/>
        <w:t>v -0.234116 16.786489 0.786486</w:t>
        <w:br/>
        <w:t>v -0.222684 16.750254 0.815185</w:t>
        <w:br/>
        <w:t>v -0.214446 16.782728 0.819839</w:t>
        <w:br/>
        <w:t>v -0.198839 16.730511 0.836616</w:t>
        <w:br/>
        <w:t>v -0.152683 16.732611 0.850437</w:t>
        <w:br/>
        <w:t>v -0.177736 16.724649 0.847695</w:t>
        <w:br/>
        <w:t>v -0.196940 16.865507 0.737426</w:t>
        <w:br/>
        <w:t>v -0.231349 16.873722 0.721630</w:t>
        <w:br/>
        <w:t>v -0.227764 16.859194 0.750028</w:t>
        <w:br/>
        <w:t>v -0.257659 16.896370 0.695722</w:t>
        <w:br/>
        <w:t>v -0.032741 17.009907 0.716159</w:t>
        <w:br/>
        <w:t>v -0.029987 16.983963 0.729477</w:t>
        <w:br/>
        <w:t>v -0.064497 16.920879 0.745827</w:t>
        <w:br/>
        <w:t>v -0.046060 16.949478 0.742368</w:t>
        <w:br/>
        <w:t>v -0.080997 17.079437 0.658221</w:t>
        <w:br/>
        <w:t>v -0.064208 17.104824 0.674946</w:t>
        <w:br/>
        <w:t>v -0.050172 17.039576 0.696452</w:t>
        <w:br/>
        <w:t>v -0.051895 17.145155 0.684580</w:t>
        <w:br/>
        <w:t>v -0.037785 16.968243 0.736344</w:t>
        <w:br/>
        <w:t>v -0.048022 16.960356 0.741173</w:t>
        <w:br/>
        <w:t>v 0.059859 16.897425 0.784348</w:t>
        <w:br/>
        <w:t>v 0.000007 16.819239 0.864598</w:t>
        <w:br/>
        <w:t>v 0.000007 16.932348 0.785971</w:t>
        <w:br/>
        <w:t>v 0.037284 16.619045 0.977283</w:t>
        <w:br/>
        <w:t>v 0.036504 16.599401 0.990375</w:t>
        <w:br/>
        <w:t>v 0.024380 16.602180 1.009152</w:t>
        <w:br/>
        <w:t>v 0.027449 16.635923 0.982162</w:t>
        <w:br/>
        <w:t>v 0.115962 16.803429 0.822907</w:t>
        <w:br/>
        <w:t>v 0.073152 16.817577 0.843168</w:t>
        <w:br/>
        <w:t>v 0.142989 16.851707 0.787693</w:t>
        <w:br/>
        <w:t>v 0.136638 16.811993 0.807199</w:t>
        <w:br/>
        <w:t>v 0.014231 17.024197 0.738948</w:t>
        <w:br/>
        <w:t>v 0.022406 16.960320 0.765735</w:t>
        <w:br/>
        <w:t>v 0.000008 17.027100 0.744028</w:t>
        <w:br/>
        <w:t>v 0.227779 16.859192 0.750027</w:t>
        <w:br/>
        <w:t>v 0.257673 16.896366 0.695722</w:t>
        <w:br/>
        <w:t>v 0.246681 16.847988 0.734772</w:t>
        <w:br/>
        <w:t>v 0.175172 16.757627 0.855241</w:t>
        <w:br/>
        <w:t>v 0.142775 16.757437 0.847871</w:t>
        <w:br/>
        <w:t>v 0.145378 16.775520 0.833220</w:t>
        <w:br/>
        <w:t>v 0.161728 16.811892 0.796459</w:t>
        <w:br/>
        <w:t>v 0.222220 16.822227 0.758000</w:t>
        <w:br/>
        <w:t>v 0.183611 16.789782 0.801050</w:t>
        <w:br/>
        <w:t>v 0.175625 16.806822 0.794221</w:t>
        <w:br/>
        <w:t>v 0.201519 16.828104 0.787618</w:t>
        <w:br/>
        <w:t>v 0.214461 16.782728 0.819839</w:t>
        <w:br/>
        <w:t>v 0.179435 16.776516 0.807539</w:t>
        <w:br/>
        <w:t>v 0.157640 16.781658 0.819109</w:t>
        <w:br/>
        <w:t>v 0.080194 16.634125 0.950155</w:t>
        <w:br/>
        <w:t>v 0.065254 16.669718 0.944345</w:t>
        <w:br/>
        <w:t>v 0.121785 16.629736 0.946974</w:t>
        <w:br/>
        <w:t>v 0.054916 16.631472 0.959776</w:t>
        <w:br/>
        <w:t>v 0.000007 16.490803 1.113007</w:t>
        <w:br/>
        <w:t>v 0.000007 16.590849 1.031714</w:t>
        <w:br/>
        <w:t>v 0.028002 16.524220 1.072109</w:t>
        <w:br/>
        <w:t>v 0.000008 17.182823 0.692692</w:t>
        <w:br/>
        <w:t>v 0.038441 17.089025 0.710638</w:t>
        <w:br/>
        <w:t>v 0.108089 16.784163 0.840502</w:t>
        <w:br/>
        <w:t>v 0.105360 16.747110 0.862561</w:t>
        <w:br/>
        <w:t>v 0.070624 16.588913 0.995317</w:t>
        <w:br/>
        <w:t>v 0.088331 16.612331 0.956595</w:t>
        <w:br/>
        <w:t>v 0.084319 16.587818 0.982452</w:t>
        <w:br/>
        <w:t>v 0.056865 16.549524 1.034920</w:t>
        <w:br/>
        <w:t>v 0.052614 16.592573 0.986954</w:t>
        <w:br/>
        <w:t>v 0.071454 16.599249 0.977962</w:t>
        <w:br/>
        <w:t>v 0.000007 16.637331 0.986438</w:t>
        <w:br/>
        <w:t>v 0.000007 16.713596 0.930197</w:t>
        <w:br/>
        <w:t>v 0.084370 16.678986 0.916828</w:t>
        <w:br/>
        <w:t>v 0.094657 16.660208 0.929279</w:t>
        <w:br/>
        <w:t>v 0.074598 16.741802 0.890833</w:t>
        <w:br/>
        <w:t>v 0.124640 16.722952 0.876910</w:t>
        <w:br/>
        <w:t>v 0.091098 16.700428 0.897901</w:t>
        <w:br/>
        <w:t>v 0.109686 16.891626 0.751134</w:t>
        <w:br/>
        <w:t>v 0.155188 16.872488 0.747449</w:t>
        <w:br/>
        <w:t>v 0.201519 16.828104 0.787618</w:t>
        <w:br/>
        <w:t>v 0.234130 16.786489 0.786486</w:t>
        <w:br/>
        <w:t>v 0.222698 16.750254 0.815185</w:t>
        <w:br/>
        <w:t>v 0.214461 16.782728 0.819839</w:t>
        <w:br/>
        <w:t>v 0.198853 16.730511 0.836616</w:t>
        <w:br/>
        <w:t>v 0.152698 16.732611 0.850437</w:t>
        <w:br/>
        <w:t>v 0.177750 16.724649 0.847695</w:t>
        <w:br/>
        <w:t>v 0.196954 16.865505 0.737425</w:t>
        <w:br/>
        <w:t>v 0.231363 16.873718 0.721629</w:t>
        <w:br/>
        <w:t>v 0.227779 16.859192 0.750027</w:t>
        <w:br/>
        <w:t>v 0.257673 16.896366 0.695722</w:t>
        <w:br/>
        <w:t>v 0.032757 17.009907 0.716159</w:t>
        <w:br/>
        <w:t>v 0.030002 16.983963 0.729477</w:t>
        <w:br/>
        <w:t>v 0.064512 16.920879 0.745827</w:t>
        <w:br/>
        <w:t>v 0.046075 16.949478 0.742368</w:t>
        <w:br/>
        <w:t>v 0.081012 17.079432 0.658220</w:t>
        <w:br/>
        <w:t>v 0.064223 17.104824 0.674946</w:t>
        <w:br/>
        <w:t>v 0.050188 17.039576 0.696452</w:t>
        <w:br/>
        <w:t>v 0.051911 17.145155 0.684580</w:t>
        <w:br/>
        <w:t>v 0.037800 16.968243 0.736344</w:t>
        <w:br/>
        <w:t>v 0.048037 16.960356 0.741173</w:t>
        <w:br/>
        <w:t>v -0.755184 15.798134 1.689664</w:t>
        <w:br/>
        <w:t>v -0.746883 15.793871 1.681288</w:t>
        <w:br/>
        <w:t>v -0.736369 15.775422 1.717219</w:t>
        <w:br/>
        <w:t>v -0.744657 15.780503 1.719193</w:t>
        <w:br/>
        <w:t>v -0.756265 15.762405 1.721923</w:t>
        <w:br/>
        <w:t>v -0.773923 15.764455 1.706227</w:t>
        <w:br/>
        <w:t>v -0.755184 15.798134 1.689664</w:t>
        <w:br/>
        <w:t>v -0.744657 15.780503 1.719193</w:t>
        <w:br/>
        <w:t>v -0.748091 15.753047 1.742536</w:t>
        <w:br/>
        <w:t>v -0.748091 15.753047 1.742536</w:t>
        <w:br/>
        <w:t>v -0.815714 15.776152 1.664876</w:t>
        <w:br/>
        <w:t>v -0.818003 15.782615 1.677000</w:t>
        <w:br/>
        <w:t>v -0.912414 15.719014 1.730915</w:t>
        <w:br/>
        <w:t>v -0.903623 15.717983 1.716138</w:t>
        <w:br/>
        <w:t>v -0.810860 15.744734 1.708642</w:t>
        <w:br/>
        <w:t>v -0.940145 15.631346 1.788188</w:t>
        <w:br/>
        <w:t>v -0.912414 15.719014 1.730915</w:t>
        <w:br/>
        <w:t>v -0.818003 15.782615 1.677000</w:t>
        <w:br/>
        <w:t>v -0.785593 15.797820 1.672296</w:t>
        <w:br/>
        <w:t>v -0.780223 15.792162 1.660575</w:t>
        <w:br/>
        <w:t>v -0.790725 15.758909 1.701725</w:t>
        <w:br/>
        <w:t>v -0.785593 15.797820 1.672296</w:t>
        <w:br/>
        <w:t>v -0.983207 15.760468 1.571873</w:t>
        <w:br/>
        <w:t>v -0.954382 15.781017 1.566881</w:t>
        <w:br/>
        <w:t>v -0.957086 15.748607 1.593718</w:t>
        <w:br/>
        <w:t>v -0.978126 15.744571 1.584613</w:t>
        <w:br/>
        <w:t>v -1.000185 15.731191 1.588172</w:t>
        <w:br/>
        <w:t>v -0.940372 15.734586 1.628014</w:t>
        <w:br/>
        <w:t>v -0.913244 15.774742 1.616557</w:t>
        <w:br/>
        <w:t>v -0.925934 15.786073 1.584752</w:t>
        <w:br/>
        <w:t>v -0.944874 15.746257 1.606371</w:t>
        <w:br/>
        <w:t>v -0.983786 15.754595 1.563761</w:t>
        <w:br/>
        <w:t>v -0.950697 15.776002 1.556668</w:t>
        <w:br/>
        <w:t>v -0.954382 15.781017 1.566881</w:t>
        <w:br/>
        <w:t>v -0.983207 15.760468 1.571873</w:t>
        <w:br/>
        <w:t>v -1.000185 15.731191 1.588172</w:t>
        <w:br/>
        <w:t>v -0.915999 15.780252 1.577684</w:t>
        <w:br/>
        <w:t>v -0.925934 15.786073 1.584752</w:t>
        <w:br/>
        <w:t>v -0.903296 15.768731 1.610999</w:t>
        <w:br/>
        <w:t>v -0.913244 15.774742 1.616557</w:t>
        <w:br/>
        <w:t>v -0.903623 15.717983 1.716138</w:t>
        <w:br/>
        <w:t>v -0.725314 15.872245 1.458258</w:t>
        <w:br/>
        <w:t>v -0.726220 15.858777 1.483574</w:t>
        <w:br/>
        <w:t>v -0.742569 15.886243 1.494616</w:t>
        <w:br/>
        <w:t>v -0.741827 15.897139 1.474079</w:t>
        <w:br/>
        <w:t>v -0.771885 15.868551 1.432464</w:t>
        <w:br/>
        <w:t>v -0.744619 15.875970 1.437381</w:t>
        <w:br/>
        <w:t>v -0.757485 15.900169 1.457152</w:t>
        <w:br/>
        <w:t>v -0.779594 15.894156 1.453164</w:t>
        <w:br/>
        <w:t>v -0.792070 15.840253 1.472960</w:t>
        <w:br/>
        <w:t>v -0.791165 15.853634 1.447618</w:t>
        <w:br/>
        <w:t>v -0.795227 15.882092 1.465464</w:t>
        <w:br/>
        <w:t>v -0.795956 15.871202 1.486001</w:t>
        <w:br/>
        <w:t>v -0.745500 15.843950 1.498754</w:t>
        <w:br/>
        <w:t>v -0.772778 15.836517 1.493837</w:t>
        <w:br/>
        <w:t>v -0.780311 15.868175 1.502930</w:t>
        <w:br/>
        <w:t>v -0.758202 15.874182 1.506916</w:t>
        <w:br/>
        <w:t>v -0.780311 15.868175 1.502930</w:t>
        <w:br/>
        <w:t>v -0.772778 15.836517 1.493837</w:t>
        <w:br/>
        <w:t>v -0.742569 15.886243 1.494616</w:t>
        <w:br/>
        <w:t>v -0.758202 15.874182 1.506916</w:t>
        <w:br/>
        <w:t>v -0.741827 15.897139 1.474079</w:t>
        <w:br/>
        <w:t>v -0.795956 15.871202 1.486001</w:t>
        <w:br/>
        <w:t>v -0.779594 15.894156 1.453164</w:t>
        <w:br/>
        <w:t>v -0.757485 15.900169 1.457152</w:t>
        <w:br/>
        <w:t>v -0.780311 15.868175 1.502930</w:t>
        <w:br/>
        <w:t>v -0.795227 15.882092 1.465464</w:t>
        <w:br/>
        <w:t>v -0.163488 15.445968 1.912933</w:t>
        <w:br/>
        <w:t>v -0.158357 15.494953 1.890874</w:t>
        <w:br/>
        <w:t>v -0.109133 15.473031 1.897640</w:t>
        <w:br/>
        <w:t>v -0.080107 15.368750 1.940274</w:t>
        <w:br/>
        <w:t>v -0.029889 15.048310 2.009957</w:t>
        <w:br/>
        <w:t>v 0.000005 15.007126 2.041260</w:t>
        <w:br/>
        <w:t>v -0.042214 15.019788 2.000990</w:t>
        <w:br/>
        <w:t>v -0.029890 14.991278 1.992023</w:t>
        <w:br/>
        <w:t>v 0.029899 14.991278 1.992023</w:t>
        <w:br/>
        <w:t>v 0.000005 15.007126 2.041260</w:t>
        <w:br/>
        <w:t>v 0.042224 15.019791 2.000990</w:t>
        <w:br/>
        <w:t>v 0.029899 15.048311 2.009957</w:t>
        <w:br/>
        <w:t>v 0.000005 14.979519 1.988313</w:t>
        <w:br/>
        <w:t>v 0.000005 15.060059 2.013654</w:t>
        <w:br/>
        <w:t>v -0.279708 14.863755 1.929044</w:t>
        <w:br/>
        <w:t>v -0.374157 14.840238 2.005257</w:t>
        <w:br/>
        <w:t>v -0.374195 14.792723 2.006188</w:t>
        <w:br/>
        <w:t>v -0.379124 14.913420 2.035390</w:t>
        <w:br/>
        <w:t>v -0.377313 14.940697 2.038899</w:t>
        <w:br/>
        <w:t>v -0.301591 14.958255 1.986254</w:t>
        <w:br/>
        <w:t>v -0.311865 15.076559 2.009848</w:t>
        <w:br/>
        <w:t>v -0.397259 15.104744 2.063927</w:t>
        <w:br/>
        <w:t>v -0.410352 15.056917 2.085093</w:t>
        <w:br/>
        <w:t>v -0.286474 15.173322 2.017859</w:t>
        <w:br/>
        <w:t>v -0.385425 15.170155 2.083219</w:t>
        <w:br/>
        <w:t>v -0.361077 15.187398 2.066480</w:t>
        <w:br/>
        <w:t>v -0.277708 15.350676 1.989110</w:t>
        <w:br/>
        <w:t>v -0.337471 15.424739 2.043377</w:t>
        <w:br/>
        <w:t>v -0.367667 15.382157 2.073524</w:t>
        <w:br/>
        <w:t>v -0.379263 15.075394 2.029757</w:t>
        <w:br/>
        <w:t>v -0.370245 15.097739 2.015118</w:t>
        <w:br/>
        <w:t>v -0.279708 14.863755 1.929044</w:t>
        <w:br/>
        <w:t>v -0.361518 14.832377 1.959605</w:t>
        <w:br/>
        <w:t>v -0.374157 14.840238 2.005257</w:t>
        <w:br/>
        <w:t>v -0.322770 14.637341 1.803757</w:t>
        <w:br/>
        <w:t>v -0.273018 14.676555 1.814912</w:t>
        <w:br/>
        <w:t>v -0.319500 14.669020 1.802323</w:t>
        <w:br/>
        <w:t>v -0.259447 14.740052 1.857811</w:t>
        <w:br/>
        <w:t>v -0.326958 14.734355 1.848819</w:t>
        <w:br/>
        <w:t>v -0.320770 14.710148 1.817730</w:t>
        <w:br/>
        <w:t>v -0.264742 14.733562 1.820520</w:t>
        <w:br/>
        <w:t>v -0.307917 14.504284 1.602622</w:t>
        <w:br/>
        <w:t>v -0.251789 14.511164 1.596912</w:t>
        <w:br/>
        <w:t>v -0.342603 14.539583 1.654638</w:t>
        <w:br/>
        <w:t>v -0.403598 14.995708 2.082351</w:t>
        <w:br/>
        <w:t>v -0.388255 14.946546 2.066290</w:t>
        <w:br/>
        <w:t>v -0.301591 14.958255 1.986254</w:t>
        <w:br/>
        <w:t>v -0.263434 14.559405 1.659027</w:t>
        <w:br/>
        <w:t>v -0.343835 14.576244 1.819389</w:t>
        <w:br/>
        <w:t>v -0.321412 14.522871 1.750621</w:t>
        <w:br/>
        <w:t>v -0.289291 14.927643 1.932792</w:t>
        <w:br/>
        <w:t>v -0.361480 14.914892 1.956750</w:t>
        <w:br/>
        <w:t>v -0.357694 14.844993 1.943205</w:t>
        <w:br/>
        <w:t>v -0.334139 14.689772 1.888925</w:t>
        <w:br/>
        <w:t>v -0.343634 14.723997 1.932540</w:t>
        <w:br/>
        <w:t>v -0.368938 14.943087 1.990254</w:t>
        <w:br/>
        <w:t>v -0.362850 15.133657 2.017809</w:t>
        <w:br/>
        <w:t>v -0.304282 15.130964 1.996504</w:t>
        <w:br/>
        <w:t>v -0.286474 15.173322 2.017859</w:t>
        <w:br/>
        <w:t>v -0.355317 15.168571 2.027028</w:t>
        <w:br/>
        <w:t>v -0.389160 15.303616 2.090111</w:t>
        <w:br/>
        <w:t>v -0.393587 15.224384 2.097016</w:t>
        <w:br/>
        <w:t>v -0.196339 14.432471 1.581984</w:t>
        <w:br/>
        <w:t>v -0.291518 14.439302 1.591693</w:t>
        <w:br/>
        <w:t>v -0.290675 14.374217 1.580248</w:t>
        <w:br/>
        <w:t>v -0.195107 14.591110 1.651167</w:t>
        <w:br/>
        <w:t>v -0.205520 14.730341 1.794614</w:t>
        <w:br/>
        <w:t>v -0.273018 14.676555 1.814912</w:t>
        <w:br/>
        <w:t>v -0.223919 14.892580 1.911450</w:t>
        <w:br/>
        <w:t>v -0.240218 15.067630 1.978973</w:t>
        <w:br/>
        <w:t>v -0.235237 15.229928 1.990304</w:t>
        <w:br/>
        <w:t>v -0.226283 15.337884 1.977854</w:t>
        <w:br/>
        <w:t>v -0.349846 15.199710 2.049439</w:t>
        <w:br/>
        <w:t>v -0.335207 15.381526 2.010037</w:t>
        <w:br/>
        <w:t>v -0.337471 15.424739 2.043377</w:t>
        <w:br/>
        <w:t>v -0.277708 15.350676 1.989110</w:t>
        <w:br/>
        <w:t>v -0.382206 14.954987 2.030461</w:t>
        <w:br/>
        <w:t>v -0.330882 14.732119 1.876412</w:t>
        <w:br/>
        <w:t>v -0.259447 14.740052 1.857811</w:t>
        <w:br/>
        <w:t>v -0.334139 14.689772 1.888925</w:t>
        <w:br/>
        <w:t>v -0.273018 14.676555 1.814912</w:t>
        <w:br/>
        <w:t>v -0.322770 14.637341 1.803757</w:t>
        <w:br/>
        <w:t>v -0.348011 14.638966 1.837764</w:t>
        <w:br/>
        <w:t>v -0.311865 15.076559 2.009848</w:t>
        <w:br/>
        <w:t>v -0.379263 15.075394 2.029757</w:t>
        <w:br/>
        <w:t>v -0.389537 15.091891 2.050973</w:t>
        <w:br/>
        <w:t>v -0.349846 15.199710 2.049439</w:t>
        <w:br/>
        <w:t>v -0.348011 14.638966 1.837764</w:t>
        <w:br/>
        <w:t>v -0.324883 14.497138 1.697888</w:t>
        <w:br/>
        <w:t>v -0.385425 15.170155 2.083219</w:t>
        <w:br/>
        <w:t>v -0.382206 14.954987 2.030461</w:t>
        <w:br/>
        <w:t>v -0.330882 14.732119 1.876412</w:t>
        <w:br/>
        <w:t>v -0.223919 14.892580 1.911450</w:t>
        <w:br/>
        <w:t>v -0.304282 15.130964 1.996504</w:t>
        <w:br/>
        <w:t>v -0.235237 15.229928 1.990304</w:t>
        <w:br/>
        <w:t>v -0.379124 14.913420 2.035390</w:t>
        <w:br/>
        <w:t>v -0.397259 15.104744 2.063927</w:t>
        <w:br/>
        <w:t>v -0.263434 14.559405 1.659027</w:t>
        <w:br/>
        <w:t>v -0.324883 14.497138 1.697888</w:t>
        <w:br/>
        <w:t>v -0.342603 14.539583 1.654638</w:t>
        <w:br/>
        <w:t>v -0.357694 14.844993 1.943205</w:t>
        <w:br/>
        <w:t>v -0.195497 14.523034 1.617399</w:t>
        <w:br/>
        <w:t>v -0.255826 14.708600 1.860628</w:t>
        <w:br/>
        <w:t>v -0.327448 14.695496 1.865697</w:t>
        <w:br/>
        <w:t>v -0.327712 14.672857 1.886862</w:t>
        <w:br/>
        <w:t>v -0.357430 14.792584 2.018223</w:t>
        <w:br/>
        <w:t>v -0.363354 14.851583 2.013709</w:t>
        <w:br/>
        <w:t>v -0.288574 14.876434 1.965780</w:t>
        <w:br/>
        <w:t>v -0.376974 14.922448 2.017155</w:t>
        <w:br/>
        <w:t>v -0.365580 14.907657 2.035114</w:t>
        <w:br/>
        <w:t>v -0.286801 14.928649 1.993310</w:t>
        <w:br/>
        <w:t>v -0.391072 15.063369 2.095745</w:t>
        <w:br/>
        <w:t>v -0.384960 15.119647 2.061311</w:t>
        <w:br/>
        <w:t>v -0.303993 15.117245 2.033932</w:t>
        <w:br/>
        <w:t>v -0.371113 15.155780 2.091294</w:t>
        <w:br/>
        <w:t>v -0.299629 15.151163 2.058632</w:t>
        <w:br/>
        <w:t>v -0.367793 15.165136 2.066128</w:t>
        <w:br/>
        <w:t>v -0.351380 15.385879 2.088023</w:t>
        <w:br/>
        <w:t>v -0.328617 15.429707 2.053866</w:t>
        <w:br/>
        <w:t>v -0.264502 15.378885 2.027619</w:t>
        <w:br/>
        <w:t>v -0.299629 15.151163 2.058632</w:t>
        <w:br/>
        <w:t>v -0.348777 15.131433 2.032461</w:t>
        <w:br/>
        <w:t>v -0.344237 15.178329 2.048773</w:t>
        <w:br/>
        <w:t>v -0.303993 15.117245 2.033932</w:t>
        <w:br/>
        <w:t>v -0.378118 15.110467 2.040560</w:t>
        <w:br/>
        <w:t>v -0.363907 15.088797 2.029191</w:t>
        <w:br/>
        <w:t>v -0.351897 14.843118 1.961957</w:t>
        <w:br/>
        <w:t>v -0.288574 14.876434 1.965780</w:t>
        <w:br/>
        <w:t>v -0.363354 14.851583 2.013709</w:t>
        <w:br/>
        <w:t>v -0.327863 14.717704 1.862955</w:t>
        <w:br/>
        <w:t>v -0.255826 14.708600 1.860628</w:t>
        <w:br/>
        <w:t>v -0.320733 14.698298 1.832394</w:t>
        <w:br/>
        <w:t>v -0.326317 14.571943 1.830506</w:t>
        <w:br/>
        <w:t>v -0.334252 14.646244 1.854050</w:t>
        <w:br/>
        <w:t>v -0.263158 14.679837 1.845297</w:t>
        <w:br/>
        <w:t>v -0.338968 14.655163 1.837940</w:t>
        <w:br/>
        <w:t>v -0.263158 14.679837 1.845297</w:t>
        <w:br/>
        <w:t>v -0.334252 14.646244 1.854050</w:t>
        <w:br/>
        <w:t>v -0.293756 14.498172 1.620681</w:t>
        <w:br/>
        <w:t>v -0.328744 14.526982 1.652865</w:t>
        <w:br/>
        <w:t>v -0.256869 14.530869 1.651494</w:t>
        <w:br/>
        <w:t>v -0.328617 15.429707 2.053866</w:t>
        <w:br/>
        <w:t>v -0.323611 15.422613 2.027280</w:t>
        <w:br/>
        <w:t>v -0.264502 15.378885 2.027619</w:t>
        <w:br/>
        <w:t>v -0.286801 14.928649 1.993310</w:t>
        <w:br/>
        <w:t>v -0.371126 14.945891 2.073409</w:t>
        <w:br/>
        <w:t>v -0.289618 15.025123 2.041603</w:t>
        <w:br/>
        <w:t>v -0.246142 14.519903 1.674496</w:t>
        <w:br/>
        <w:t>v -0.304031 14.514054 1.757211</w:t>
        <w:br/>
        <w:t>v -0.243777 14.596166 1.765273</w:t>
        <w:br/>
        <w:t>v -0.351897 14.843118 1.961957</w:t>
        <w:br/>
        <w:t>v -0.350073 14.905333 1.970911</w:t>
        <w:br/>
        <w:t>v -0.332378 14.721705 1.945167</w:t>
        <w:br/>
        <w:t>v -0.261975 14.770638 1.925749</w:t>
        <w:br/>
        <w:t>v -0.377149 15.220109 2.112547</w:t>
        <w:br/>
        <w:t>v -0.372345 15.303765 2.106071</w:t>
        <w:br/>
        <w:t>v -0.275218 15.283781 2.063185</w:t>
        <w:br/>
        <w:t>v -0.246142 14.519903 1.674496</w:t>
        <w:br/>
        <w:t>v -0.256869 14.530869 1.651494</w:t>
        <w:br/>
        <w:t>v -0.324355 14.492940 1.670371</w:t>
        <w:br/>
        <w:t>v -0.281130 14.387913 1.603036</w:t>
        <w:br/>
        <w:t>v -0.279973 14.442999 1.611601</w:t>
        <w:br/>
        <w:t>v -0.181185 14.450418 1.608507</w:t>
        <w:br/>
        <w:t>v -0.192060 14.586807 1.664548</w:t>
        <w:br/>
        <w:t>v -0.208833 14.720359 1.811164</w:t>
        <w:br/>
        <w:t>v -0.230291 14.890970 1.933131</w:t>
        <w:br/>
        <w:t>v -0.236315 15.066750 1.997624</w:t>
        <w:br/>
        <w:t>v -0.303993 15.117245 2.033932</w:t>
        <w:br/>
        <w:t>v -0.229532 15.230683 2.006930</w:t>
        <w:br/>
        <w:t>v -0.215869 15.337836 1.999070</w:t>
        <w:br/>
        <w:t>v -0.268590 15.377049 1.999888</w:t>
        <w:br/>
        <w:t>v -0.215869 15.337836 1.999070</w:t>
        <w:br/>
        <w:t>v -0.384960 15.119647 2.061311</w:t>
        <w:br/>
        <w:t>v -0.344237 15.178329 2.048773</w:t>
        <w:br/>
        <w:t>v -0.371591 14.941048 2.017997</w:t>
        <w:br/>
        <w:t>v -0.376974 14.922448 2.017155</w:t>
        <w:br/>
        <w:t>v -0.286801 14.928649 1.993310</w:t>
        <w:br/>
        <w:t>v -0.327863 14.717704 1.862955</w:t>
        <w:br/>
        <w:t>v -0.328744 14.526982 1.652865</w:t>
        <w:br/>
        <w:t>v -0.192060 14.586807 1.664548</w:t>
        <w:br/>
        <w:t>v -0.327448 14.695496 1.865697</w:t>
        <w:br/>
        <w:t>v -0.334139 14.689772 1.888925</w:t>
        <w:br/>
        <w:t>v -0.327712 14.672857 1.886862</w:t>
        <w:br/>
        <w:t>v -0.374157 14.840238 2.005257</w:t>
        <w:br/>
        <w:t>v -0.363354 14.851583 2.013709</w:t>
        <w:br/>
        <w:t>v -0.357430 14.792584 2.018223</w:t>
        <w:br/>
        <w:t>v -0.374195 14.792723 2.006188</w:t>
        <w:br/>
        <w:t>v -0.377313 14.940697 2.038899</w:t>
        <w:br/>
        <w:t>v -0.379124 14.913420 2.035390</w:t>
        <w:br/>
        <w:t>v -0.376974 14.922448 2.017155</w:t>
        <w:br/>
        <w:t>v -0.397259 15.104744 2.063927</w:t>
        <w:br/>
        <w:t>v -0.410352 15.056917 2.085093</w:t>
        <w:br/>
        <w:t>v -0.361077 15.187398 2.066480</w:t>
        <w:br/>
        <w:t>v -0.385425 15.170155 2.083219</w:t>
        <w:br/>
        <w:t>v -0.367793 15.165136 2.066128</w:t>
        <w:br/>
        <w:t>v -0.351380 15.385879 2.088023</w:t>
        <w:br/>
        <w:t>v -0.367667 15.382157 2.073524</w:t>
        <w:br/>
        <w:t>v -0.328617 15.429707 2.053866</w:t>
        <w:br/>
        <w:t>v -0.379263 15.075394 2.029757</w:t>
        <w:br/>
        <w:t>v -0.370245 15.097739 2.015118</w:t>
        <w:br/>
        <w:t>v -0.363907 15.088797 2.029191</w:t>
        <w:br/>
        <w:t>v -0.379263 15.075394 2.029757</w:t>
        <w:br/>
        <w:t>v -0.389537 15.091891 2.050973</w:t>
        <w:br/>
        <w:t>v -0.361518 14.832377 1.959605</w:t>
        <w:br/>
        <w:t>v -0.322770 14.637341 1.803757</w:t>
        <w:br/>
        <w:t>v -0.319500 14.669020 1.802323</w:t>
        <w:br/>
        <w:t>v -0.324795 14.650811 1.815667</w:t>
        <w:br/>
        <w:t>v -0.348011 14.638966 1.837764</w:t>
        <w:br/>
        <w:t>v -0.343835 14.576244 1.819389</w:t>
        <w:br/>
        <w:t>v -0.330882 14.732119 1.876412</w:t>
        <w:br/>
        <w:t>v -0.327863 14.717704 1.862955</w:t>
        <w:br/>
        <w:t>v -0.326958 14.734355 1.848819</w:t>
        <w:br/>
        <w:t>v -0.337471 15.424739 2.043377</w:t>
        <w:br/>
        <w:t>v -0.382218 14.997894 2.091771</w:t>
        <w:br/>
        <w:t>v -0.403598 14.995708 2.082351</w:t>
        <w:br/>
        <w:t>v -0.388255 14.946546 2.066290</w:t>
        <w:br/>
        <w:t>v -0.304031 14.514054 1.757211</w:t>
        <w:br/>
        <w:t>v -0.321412 14.522871 1.750621</w:t>
        <w:br/>
        <w:t>v -0.310923 14.475268 1.690279</w:t>
        <w:br/>
        <w:t>v -0.324883 14.497138 1.697888</w:t>
        <w:br/>
        <w:t>v -0.365580 14.907657 2.035114</w:t>
        <w:br/>
        <w:t>v -0.379124 14.913420 2.035390</w:t>
        <w:br/>
        <w:t>v -0.332378 14.721705 1.945167</w:t>
        <w:br/>
        <w:t>v -0.343634 14.723997 1.932540</w:t>
        <w:br/>
        <w:t>v -0.334139 14.689772 1.888925</w:t>
        <w:br/>
        <w:t>v -0.368938 14.943087 1.990254</w:t>
        <w:br/>
        <w:t>v -0.382206 14.954987 2.030461</w:t>
        <w:br/>
        <w:t>v -0.371591 14.941048 2.017997</w:t>
        <w:br/>
        <w:t>v -0.362850 15.133657 2.017809</w:t>
        <w:br/>
        <w:t>v -0.355317 15.168571 2.027028</w:t>
        <w:br/>
        <w:t>v -0.389160 15.303616 2.090111</w:t>
        <w:br/>
        <w:t>v -0.372345 15.303765 2.106071</w:t>
        <w:br/>
        <w:t>v -0.377149 15.220109 2.112547</w:t>
        <w:br/>
        <w:t>v -0.393587 15.224384 2.097016</w:t>
        <w:br/>
        <w:t>v -0.371113 15.155780 2.091294</w:t>
        <w:br/>
        <w:t>v -0.385425 15.170155 2.083219</w:t>
        <w:br/>
        <w:t>v -0.324355 14.492940 1.670371</w:t>
        <w:br/>
        <w:t>v -0.291518 14.439302 1.591693</w:t>
        <w:br/>
        <w:t>v -0.307917 14.504284 1.602622</w:t>
        <w:br/>
        <w:t>v -0.397259 15.104744 2.063927</w:t>
        <w:br/>
        <w:t>v -0.349846 15.199710 2.049439</w:t>
        <w:br/>
        <w:t>v -0.335207 15.381526 2.010037</w:t>
        <w:br/>
        <w:t>v -0.277708 15.350676 1.989110</w:t>
        <w:br/>
        <w:t>v -0.337471 15.424739 2.043377</w:t>
        <w:br/>
        <w:t>v -0.226283 15.337884 1.977854</w:t>
        <w:br/>
        <w:t>v -0.268590 15.377049 1.999888</w:t>
        <w:br/>
        <w:t>v -0.361480 14.914892 1.956750</w:t>
        <w:br/>
        <w:t>v -0.350073 14.905333 1.970911</w:t>
        <w:br/>
        <w:t>v -0.357694 14.844993 1.943205</w:t>
        <w:br/>
        <w:t>v -0.338968 14.655163 1.837940</w:t>
        <w:br/>
        <w:t>v -0.348011 14.638966 1.837764</w:t>
        <w:br/>
        <w:t>v -0.328744 14.526982 1.652865</w:t>
        <w:br/>
        <w:t>v -0.342603 14.539583 1.654638</w:t>
        <w:br/>
        <w:t>v -0.349846 15.199710 2.049439</w:t>
        <w:br/>
        <w:t>v -0.385425 15.170155 2.083219</w:t>
        <w:br/>
        <w:t>v -0.327712 14.672857 1.886862</w:t>
        <w:br/>
        <w:t>v -0.310923 14.475268 1.690279</w:t>
        <w:br/>
        <w:t>v -0.371113 15.155780 2.091294</w:t>
        <w:br/>
        <w:t>v -0.320733 14.698298 1.832394</w:t>
        <w:br/>
        <w:t>v -0.320770 14.710148 1.817730</w:t>
        <w:br/>
        <w:t>v -0.324795 14.650811 1.815667</w:t>
        <w:br/>
        <w:t>v -0.371591 14.941048 2.017997</w:t>
        <w:br/>
        <w:t>v -0.379124 14.913420 2.035390</w:t>
        <w:br/>
        <w:t>v -0.226283 15.337884 1.977854</w:t>
        <w:br/>
        <w:t>v -0.310923 14.475268 1.690279</w:t>
        <w:br/>
        <w:t>v -0.185099 14.521286 1.634138</w:t>
        <w:br/>
        <w:t>v -0.351897 14.843118 1.961957</w:t>
        <w:br/>
        <w:t>v -0.196339 14.432471 1.581984</w:t>
        <w:br/>
        <w:t>v -0.290675 14.374217 1.580248</w:t>
        <w:br/>
        <w:t>v -0.281130 14.387913 1.603036</w:t>
        <w:br/>
        <w:t>v -0.181185 14.450418 1.608507</w:t>
        <w:br/>
        <w:t>v -0.290675 14.374217 1.580248</w:t>
        <w:br/>
        <w:t>v -0.281130 14.387913 1.603036</w:t>
        <w:br/>
        <w:t>v -0.374157 14.840238 2.005257</w:t>
        <w:br/>
        <w:t>v -0.738535 14.231087 1.456330</w:t>
        <w:br/>
        <w:t>v -0.727883 14.263585 1.463386</w:t>
        <w:br/>
        <w:t>v -0.725707 14.199129 1.461965</w:t>
        <w:br/>
        <w:t>v -0.699963 14.277583 1.478981</w:t>
        <w:br/>
        <w:t>v -0.671138 14.264880 1.494047</w:t>
        <w:br/>
        <w:t>v -0.668962 14.200377 1.492613</w:t>
        <w:br/>
        <w:t>v -0.696894 14.186392 1.476993</w:t>
        <w:br/>
        <w:t>v -0.658297 14.232899 1.499681</w:t>
        <w:br/>
        <w:t>v 0.046272 14.201719 1.535661</w:t>
        <w:br/>
        <w:t>v 0.046272 14.265482 1.535661</w:t>
        <w:br/>
        <w:t>v -0.023338 14.285214 1.535661</w:t>
        <w:br/>
        <w:t>v -0.023338 14.181988 1.535661</w:t>
        <w:br/>
        <w:t>v -0.094232 14.150231 1.539937</w:t>
        <w:br/>
        <w:t>v -0.036191 14.152545 1.538415</w:t>
        <w:br/>
        <w:t>v -0.036191 14.314655 1.538415</w:t>
        <w:br/>
        <w:t>v -0.035625 14.322489 1.570951</w:t>
        <w:br/>
        <w:t>v -0.093666 14.322489 1.570951</w:t>
        <w:br/>
        <w:t>v -0.094231 14.316971 1.539937</w:t>
        <w:br/>
        <w:t>v -0.036191 14.152545 1.538415</w:t>
        <w:br/>
        <w:t>v -0.094232 14.150231 1.539937</w:t>
        <w:br/>
        <w:t>v -0.093666 14.144710 1.570950</w:t>
        <w:br/>
        <w:t>v -0.035626 14.144711 1.570950</w:t>
        <w:br/>
        <w:t>v 0.054032 14.271341 1.550237</w:t>
        <w:br/>
        <w:t>v -0.018559 14.291928 1.550237</w:t>
        <w:br/>
        <w:t>v -0.023338 14.285214 1.535661</w:t>
        <w:br/>
        <w:t>v 0.046272 14.265482 1.535661</w:t>
        <w:br/>
        <w:t>v 0.054032 14.195859 1.550237</w:t>
        <w:br/>
        <w:t>v 0.054032 14.271341 1.550237</w:t>
        <w:br/>
        <w:t>v 0.046272 14.265482 1.535661</w:t>
        <w:br/>
        <w:t>v 0.046272 14.201719 1.535661</w:t>
        <w:br/>
        <w:t>v -0.028432 14.305965 1.551532</w:t>
        <w:br/>
        <w:t>v -0.036191 14.314655 1.538415</w:t>
        <w:br/>
        <w:t>v -0.102004 14.163575 1.550237</w:t>
        <w:br/>
        <w:t>v -0.094232 14.150231 1.539937</w:t>
        <w:br/>
        <w:t>v -0.094231 14.316971 1.539937</w:t>
        <w:br/>
        <w:t>v -0.102004 14.303624 1.550237</w:t>
        <w:br/>
        <w:t>v -0.093666 14.322489 1.570951</w:t>
        <w:br/>
        <w:t>v -0.023338 14.181988 1.535661</w:t>
        <w:br/>
        <w:t>v -0.018559 14.175271 1.550237</w:t>
        <w:br/>
        <w:t>v 0.054032 14.195859 1.550237</w:t>
        <w:br/>
        <w:t>v 0.046272 14.201719 1.535661</w:t>
        <w:br/>
        <w:t>v -0.036191 14.152545 1.538415</w:t>
        <w:br/>
        <w:t>v -0.028432 14.161237 1.551532</w:t>
        <w:br/>
        <w:t>v -0.027866 14.161236 1.570951</w:t>
        <w:br/>
        <w:t>v -0.035626 14.144711 1.570950</w:t>
        <w:br/>
        <w:t>v -0.094231 14.316971 1.539937</w:t>
        <w:br/>
        <w:t>v -0.036191 14.314655 1.538415</w:t>
        <w:br/>
        <w:t>v -0.027866 14.305965 1.570950</w:t>
        <w:br/>
        <w:t>v -0.035625 14.322489 1.570951</w:t>
        <w:br/>
        <w:t>v -0.102004 14.163574 1.591312</w:t>
        <w:br/>
        <w:t>v -0.093666 14.144710 1.570950</w:t>
        <w:br/>
        <w:t>v -0.102004 14.163575 1.550237</w:t>
        <w:br/>
        <w:t>v -0.023338 14.285213 1.605888</w:t>
        <w:br/>
        <w:t>v 0.046272 14.265481 1.605888</w:t>
        <w:br/>
        <w:t>v 0.046272 14.201719 1.605888</w:t>
        <w:br/>
        <w:t>v -0.023338 14.181989 1.605888</w:t>
        <w:br/>
        <w:t>v -0.094232 14.150232 1.601612</w:t>
        <w:br/>
        <w:t>v -0.036191 14.152545 1.603133</w:t>
        <w:br/>
        <w:t>v -0.093666 14.322489 1.570951</w:t>
        <w:br/>
        <w:t>v -0.035625 14.322489 1.570951</w:t>
        <w:br/>
        <w:t>v -0.036191 14.314653 1.603133</w:t>
        <w:br/>
        <w:t>v -0.094231 14.316971 1.601611</w:t>
        <w:br/>
        <w:t>v -0.093666 14.144710 1.570950</w:t>
        <w:br/>
        <w:t>v -0.094232 14.150232 1.601612</w:t>
        <w:br/>
        <w:t>v -0.036191 14.152545 1.603133</w:t>
        <w:br/>
        <w:t>v -0.035626 14.144711 1.570950</w:t>
        <w:br/>
        <w:t>v -0.023338 14.285213 1.605888</w:t>
        <w:br/>
        <w:t>v -0.018559 14.291931 1.591311</w:t>
        <w:br/>
        <w:t>v 0.054032 14.271342 1.591311</w:t>
        <w:br/>
        <w:t>v 0.046272 14.265481 1.605888</w:t>
        <w:br/>
        <w:t>v 0.046272 14.265481 1.605888</w:t>
        <w:br/>
        <w:t>v 0.054032 14.271342 1.591311</w:t>
        <w:br/>
        <w:t>v 0.054032 14.195862 1.591312</w:t>
        <w:br/>
        <w:t>v 0.046272 14.201719 1.605888</w:t>
        <w:br/>
        <w:t>v -0.036191 14.314653 1.603133</w:t>
        <w:br/>
        <w:t>v -0.028432 14.305965 1.590016</w:t>
        <w:br/>
        <w:t>v -0.094231 14.316971 1.601611</w:t>
        <w:br/>
        <w:t>v -0.094232 14.150232 1.601612</w:t>
        <w:br/>
        <w:t>v -0.102004 14.303625 1.591311</w:t>
        <w:br/>
        <w:t>v 0.054032 14.195862 1.591312</w:t>
        <w:br/>
        <w:t>v -0.018559 14.175271 1.591311</w:t>
        <w:br/>
        <w:t>v -0.023338 14.181989 1.605888</w:t>
        <w:br/>
        <w:t>v 0.046272 14.201719 1.605888</w:t>
        <w:br/>
        <w:t>v -0.028432 14.161237 1.590017</w:t>
        <w:br/>
        <w:t>v -0.036191 14.152545 1.603133</w:t>
        <w:br/>
        <w:t>v -0.027866 14.161236 1.570951</w:t>
        <w:br/>
        <w:t>v -0.035626 14.144711 1.570950</w:t>
        <w:br/>
        <w:t>v -0.094231 14.316971 1.601611</w:t>
        <w:br/>
        <w:t>v -0.036191 14.314653 1.603133</w:t>
        <w:br/>
        <w:t>v -0.027866 14.305965 1.570950</w:t>
        <w:br/>
        <w:t>v -0.035625 14.322489 1.570951</w:t>
        <w:br/>
        <w:t>v -0.094232 14.150232 1.601612</w:t>
        <w:br/>
        <w:t>v -0.102004 14.163575 1.550237</w:t>
        <w:br/>
        <w:t>v -0.102004 14.303624 1.550237</w:t>
        <w:br/>
        <w:t>v -0.102004 14.303625 1.591311</w:t>
        <w:br/>
        <w:t>v -0.102004 14.163574 1.591312</w:t>
        <w:br/>
        <w:t>v -0.093666 14.322489 1.570951</w:t>
        <w:br/>
        <w:t>v -0.102004 14.303624 1.550237</w:t>
        <w:br/>
        <w:t>v -0.094231 14.316971 1.601611</w:t>
        <w:br/>
        <w:t>v -0.093666 14.144710 1.570950</w:t>
        <w:br/>
        <w:t>v -0.094232 14.150231 1.539937</w:t>
        <w:br/>
        <w:t>v -1.024787 13.763898 1.222773</w:t>
        <w:br/>
        <w:t>v -0.914341 13.802219 1.302319</w:t>
        <w:br/>
        <w:t>v -1.052732 13.723945 1.312682</w:t>
        <w:br/>
        <w:t>v -1.228852 13.818217 1.186037</w:t>
        <w:br/>
        <w:t>v -1.289999 13.790637 1.138322</w:t>
        <w:br/>
        <w:t>v -1.165756 13.681913 1.261407</w:t>
        <w:br/>
        <w:t>v -1.052732 13.723945 1.312682</w:t>
        <w:br/>
        <w:t>v -1.111565 13.843156 1.248529</w:t>
        <w:br/>
        <w:t>v -0.965037 13.846526 1.311173</w:t>
        <w:br/>
        <w:t>v -1.114495 13.839597 1.274399</w:t>
        <w:br/>
        <w:t>v -1.111565 13.843156 1.248529</w:t>
        <w:br/>
        <w:t>v -0.965037 13.846526 1.311173</w:t>
        <w:br/>
        <w:t>v -0.966106 13.848803 1.332716</w:t>
        <w:br/>
        <w:t>v -1.235002 13.809778 1.214661</w:t>
        <w:br/>
        <w:t>v -1.228852 13.818217 1.186037</w:t>
        <w:br/>
        <w:t>v -1.289999 13.790637 1.138322</w:t>
        <w:br/>
        <w:t>v -1.301871 13.775608 1.164443</w:t>
        <w:br/>
        <w:t>v -1.316623 13.738406 1.102693</w:t>
        <w:br/>
        <w:t>v -1.303079 13.761736 1.087790</w:t>
        <w:br/>
        <w:t>v -1.303079 13.761736 1.087790</w:t>
        <w:br/>
        <w:t>v -1.165756 13.681913 1.261407</w:t>
        <w:br/>
        <w:t>v -1.244623 13.731868 1.082357</w:t>
        <w:br/>
        <w:t>v -1.226475 13.616693 1.165550</w:t>
        <w:br/>
        <w:t>v -1.312209 13.645380 1.181371</w:t>
        <w:br/>
        <w:t>v -1.250585 13.451287 1.389549</w:t>
        <w:br/>
        <w:t>v -1.182974 13.426449 1.373224</w:t>
        <w:br/>
        <w:t>v -1.089908 13.552013 1.325094</w:t>
        <w:br/>
        <w:t>v -1.122594 13.713481 1.154835</w:t>
        <w:br/>
        <w:t>v -1.241454 13.705709 1.086671</w:t>
        <w:br/>
        <w:t>v -1.316623 13.738406 1.102693</w:t>
        <w:br/>
        <w:t>v -1.244623 13.731868 1.082357</w:t>
        <w:br/>
        <w:t>v -1.303079 13.761736 1.087790</w:t>
        <w:br/>
        <w:t>v -1.134919 13.736721 1.150672</w:t>
        <w:br/>
        <w:t>v -1.134919 13.736721 1.150672</w:t>
        <w:br/>
        <w:t>v -1.010865 13.743914 1.224735</w:t>
        <w:br/>
        <w:t>v -1.024787 13.763898 1.222773</w:t>
        <w:br/>
        <w:t>v -0.940073 13.460419 1.488613</w:t>
        <w:br/>
        <w:t>v -0.880712 13.548352 1.487645</w:t>
        <w:br/>
        <w:t>v -0.900193 13.786750 1.300382</w:t>
        <w:br/>
        <w:t>v -0.914341 13.802219 1.302319</w:t>
        <w:br/>
        <w:t>v -1.161683 13.323714 1.451035</w:t>
        <w:br/>
        <w:t>v -1.061335 13.349118 1.475609</w:t>
        <w:br/>
        <w:t>v -1.225847 13.351092 1.481721</w:t>
        <w:br/>
        <w:t>v -1.209071 13.333109 1.500800</w:t>
        <w:br/>
        <w:t>v -1.162274 13.311564 1.479496</w:t>
        <w:br/>
        <w:t>v -1.213107 13.394041 1.546402</w:t>
        <w:br/>
        <w:t>v -1.194620 13.368447 1.553533</w:t>
        <w:br/>
        <w:t>v -1.250585 13.451287 1.389549</w:t>
        <w:br/>
        <w:t>v -1.229960 13.494916 1.455437</w:t>
        <w:br/>
        <w:t>v -1.132845 13.439680 1.567203</w:t>
        <w:br/>
        <w:t>v -1.002590 13.528595 1.561267</w:t>
        <w:br/>
        <w:t>v -1.185803 13.638412 1.393209</w:t>
        <w:br/>
        <w:t>v -1.063535 13.680253 1.409960</w:t>
        <w:br/>
        <w:t>v -0.987788 13.499933 1.557658</w:t>
        <w:br/>
        <w:t>v -1.117212 13.410679 1.568649</w:t>
        <w:br/>
        <w:t>v -1.312209 13.645380 1.181371</w:t>
        <w:br/>
        <w:t>v -1.283095 13.688920 1.249623</w:t>
        <w:br/>
        <w:t>v -1.117401 13.483094 1.465146</w:t>
        <w:br/>
        <w:t>v -1.209071 13.333109 1.500800</w:t>
        <w:br/>
        <w:t>v -1.194620 13.368447 1.553533</w:t>
        <w:br/>
        <w:t>v -1.209071 13.333109 1.500800</w:t>
        <w:br/>
        <w:t>v -1.117401 13.483094 1.465146</w:t>
        <w:br/>
        <w:t>v -1.162274 13.311564 1.479496</w:t>
        <w:br/>
        <w:t>v -0.802423 13.807236 1.376281</w:t>
        <w:br/>
        <w:t>v -0.845083 13.642562 1.468440</w:t>
        <w:br/>
        <w:t>v -0.791494 13.785593 1.401434</w:t>
        <w:br/>
        <w:t>v -0.802423 13.807236 1.376281</w:t>
        <w:br/>
        <w:t>v -0.823099 13.817726 1.376306</w:t>
        <w:br/>
        <w:t>v -0.791494 13.785593 1.401434</w:t>
        <w:br/>
        <w:t>v -0.845083 13.642562 1.468440</w:t>
        <w:br/>
        <w:t>v -0.851773 13.644373 1.487142</w:t>
        <w:br/>
        <w:t>v -0.802939 13.791730 1.411658</w:t>
        <w:br/>
        <w:t>v -0.851773 13.644373 1.487142</w:t>
        <w:br/>
        <w:t>v -0.888044 13.545283 1.508521</w:t>
        <w:br/>
        <w:t>v -0.891188 13.681636 1.463800</w:t>
        <w:br/>
        <w:t>v -0.880712 13.548352 1.487645</w:t>
        <w:br/>
        <w:t>v -0.888044 13.545283 1.508521</w:t>
        <w:br/>
        <w:t>v -1.070591 13.338593 1.500736</w:t>
        <w:br/>
        <w:t>v -1.070591 13.338593 1.500736</w:t>
        <w:br/>
        <w:t>v -1.117212 13.410679 1.568649</w:t>
        <w:br/>
        <w:t>v -0.987788 13.499933 1.557658</w:t>
        <w:br/>
        <w:t>v -0.989259 13.545208 1.486563</w:t>
        <w:br/>
        <w:t>v -0.916315 13.589614 1.540378</w:t>
        <w:br/>
        <w:t>v -0.989259 13.545208 1.486563</w:t>
        <w:br/>
        <w:t>v -0.947921 13.452834 1.511590</w:t>
        <w:br/>
        <w:t>v -0.947921 13.452834 1.511590</w:t>
        <w:br/>
        <w:t>v -0.802939 13.791730 1.411658</w:t>
        <w:br/>
        <w:t>v -0.891188 13.681636 1.463800</w:t>
        <w:br/>
        <w:t>v -0.868739 13.680517 1.497731</w:t>
        <w:br/>
        <w:t>v -0.868739 13.680517 1.497731</w:t>
        <w:br/>
        <w:t>v -0.880297 13.698766 1.507390</w:t>
        <w:br/>
        <w:t>v -0.809693 13.789378 1.424813</w:t>
        <w:br/>
        <w:t>v -0.802939 13.791730 1.411658</w:t>
        <w:br/>
        <w:t>v -0.802939 13.791730 1.411658</w:t>
        <w:br/>
        <w:t>v -0.821942 13.822831 1.391322</w:t>
        <w:br/>
        <w:t>v -0.809693 13.789378 1.424813</w:t>
        <w:br/>
        <w:t>v -0.880297 13.698766 1.507390</w:t>
        <w:br/>
        <w:t>v -0.823099 13.817726 1.376306</w:t>
        <w:br/>
        <w:t>v -0.821942 13.822831 1.391322</w:t>
        <w:br/>
        <w:t>v -0.930753 13.615081 1.546502</w:t>
        <w:br/>
        <w:t>v -0.916315 13.589614 1.540378</w:t>
        <w:br/>
        <w:t>v -0.823099 13.817726 1.376306</w:t>
        <w:br/>
        <w:t>v -0.823099 13.817726 1.376306</w:t>
        <w:br/>
        <w:t>v -0.614019 11.641065 -1.740793</w:t>
        <w:br/>
        <w:t>v -0.375457 11.635844 -1.854799</w:t>
        <w:br/>
        <w:t>v -0.707815 11.168177 -2.148408</w:t>
        <w:br/>
        <w:t>v -0.794466 11.645022 -1.582128</w:t>
        <w:br/>
        <w:t>v -0.936052 11.063579 -2.072974</w:t>
        <w:br/>
        <w:t>v -1.032992 11.001564 -2.034666</w:t>
        <w:br/>
        <w:t>v -0.794466 11.645022 -1.582128</w:t>
        <w:br/>
        <w:t>v -1.032992 11.001564 -2.034666</w:t>
        <w:br/>
        <w:t>v -1.041456 10.906499 -2.014405</w:t>
        <w:br/>
        <w:t>v -0.382313 10.402122 -2.507529</w:t>
        <w:br/>
        <w:t>v -0.389972 10.193593 -2.440182</w:t>
        <w:br/>
        <w:t>v -0.347249 10.891192 -2.017287</w:t>
        <w:br/>
        <w:t>v -0.342193 10.892312 -2.175008</w:t>
        <w:br/>
        <w:t>v -0.165592 13.104782 -0.509946</w:t>
        <w:br/>
        <w:t>v -0.146338 13.123083 -0.525440</w:t>
        <w:br/>
        <w:t>v -0.230198 12.370999 -1.100097</w:t>
        <w:br/>
        <w:t>v -0.264796 12.371842 -0.999008</w:t>
        <w:br/>
        <w:t>v 0.006982 13.189887 -0.555939</w:t>
        <w:br/>
        <w:t>v -0.082048 12.367441 -1.279261</w:t>
        <w:br/>
        <w:t>v -0.309694 12.372909 -1.184082</w:t>
        <w:br/>
        <w:t>v -0.143206 13.175890 -0.529917</w:t>
        <w:br/>
        <w:t>v -0.932127 12.387877 -1.128053</w:t>
        <w:br/>
        <w:t>v -1.287550 11.930120 -1.417300</w:t>
        <w:br/>
        <w:t>v -1.083007 11.874455 -1.629728</w:t>
        <w:br/>
        <w:t>v -0.630381 12.387574 -1.273689</w:t>
        <w:br/>
        <w:t>v -0.532223 10.900224 -2.315096</w:t>
        <w:br/>
        <w:t>v -0.760096 10.907971 -2.196072</w:t>
        <w:br/>
        <w:t>v -0.629842 10.645503 -2.530795</w:t>
        <w:br/>
        <w:t>v -0.342193 10.892312 -2.175008</w:t>
        <w:br/>
        <w:t>v -0.484044 10.539810 -2.545925</w:t>
        <w:br/>
        <w:t>v -0.887696 10.753030 -2.232443</w:t>
        <w:br/>
        <w:t>v -0.775603 10.708847 -2.395045</w:t>
        <w:br/>
        <w:t>v -0.933411 10.929162 -2.015588</w:t>
        <w:br/>
        <w:t>v -0.986899 10.816214 -2.078696</w:t>
        <w:br/>
        <w:t>v -0.216099 13.135546 -0.510286</w:t>
        <w:br/>
        <w:t>v -0.264669 13.155140 -0.503381</w:t>
        <w:br/>
        <w:t>v -0.561122 12.378960 -1.080565</w:t>
        <w:br/>
        <w:t>v -0.442866 12.376118 -1.086187</w:t>
        <w:br/>
        <w:t>v -0.264669 13.155140 -0.503381</w:t>
        <w:br/>
        <w:t>v -0.561122 12.378960 -1.080565</w:t>
        <w:br/>
        <w:t>v -0.324144 12.373262 -1.163696</w:t>
        <w:br/>
        <w:t>v -0.619025 11.641174 -1.600817</w:t>
        <w:br/>
        <w:t>v -0.428266 11.637001 -1.750049</w:t>
        <w:br/>
        <w:t>v -0.676565 9.770498 -2.445251</w:t>
        <w:br/>
        <w:t>v -0.399366 10.892842 -1.925001</w:t>
        <w:br/>
        <w:t>v -0.465758 10.000911 -2.424877</w:t>
        <w:br/>
        <w:t>v -0.287284 11.633906 -1.659537</w:t>
        <w:br/>
        <w:t>v -0.195614 11.466113 -2.203166</w:t>
        <w:br/>
        <w:t>v -0.293031 11.374281 -2.208473</w:t>
        <w:br/>
        <w:t>v -0.151104 13.192416 -0.551587</w:t>
        <w:br/>
        <w:t>v -0.308108 13.170835 -0.539387</w:t>
        <w:br/>
        <w:t>v -0.477855 11.263696 -2.191482</w:t>
        <w:br/>
        <w:t>v -0.343337 11.634963 -1.510330</w:t>
        <w:br/>
        <w:t>v -0.164701 11.631215 -2.059618</w:t>
        <w:br/>
        <w:t>v -0.082048 12.367441 -1.279261</w:t>
        <w:br/>
        <w:t>v -0.276128 11.645113 -2.137793</w:t>
        <w:br/>
        <w:t>v -0.407463 12.375261 -0.997108</w:t>
        <w:br/>
        <w:t>v -0.257362 13.073693 -0.508387</w:t>
        <w:br/>
        <w:t>v -0.164701 11.631215 -2.059618</w:t>
        <w:br/>
        <w:t>v -0.163731 13.126553 -0.526824</w:t>
        <w:br/>
        <w:t>v -0.230198 12.370999 -1.100097</w:t>
        <w:br/>
        <w:t>v -0.146338 13.123083 -0.525440</w:t>
        <w:br/>
        <w:t>v -0.794466 11.645022 -1.582128</w:t>
        <w:br/>
        <w:t>v -0.514791 11.733589 -2.055128</w:t>
        <w:br/>
        <w:t>v -0.312863 12.401360 -1.361901</w:t>
        <w:br/>
        <w:t>v -0.802942 11.807072 -1.867122</w:t>
        <w:br/>
        <w:t>v -0.525922 11.639139 -1.458338</w:t>
        <w:br/>
        <w:t>v -0.287284 11.633906 -1.659537</w:t>
        <w:br/>
        <w:t>v -0.179592 11.533448 -2.185597</w:t>
        <w:br/>
        <w:t>v -1.041456 10.906499 -2.014405</w:t>
        <w:br/>
        <w:t>v -0.947637 9.540561 -2.487269</w:t>
        <w:br/>
        <w:t>v -0.658415 10.901041 -1.852510</w:t>
        <w:br/>
        <w:t>v 0.006982 13.189887 -0.555939</w:t>
        <w:br/>
        <w:t>v -0.179592 11.533448 -2.185597</w:t>
        <w:br/>
        <w:t>v -1.035557 10.996142 -2.043747</w:t>
        <w:br/>
        <w:t>v -1.032992 11.001564 -2.034666</w:t>
        <w:br/>
        <w:t>v -0.936052 11.063579 -2.072974</w:t>
        <w:br/>
        <w:t>v -0.938593 11.060308 -2.083174</w:t>
        <w:br/>
        <w:t>v -1.045744 10.899180 -2.027799</w:t>
        <w:br/>
        <w:t>v -1.041456 10.906499 -2.014405</w:t>
        <w:br/>
        <w:t>v -0.398449 10.191795 -2.457098</w:t>
        <w:br/>
        <w:t>v -0.389972 10.193593 -2.440182</w:t>
        <w:br/>
        <w:t>v -0.382313 10.402122 -2.507529</w:t>
        <w:br/>
        <w:t>v -0.396449 10.389998 -2.524444</w:t>
        <w:br/>
        <w:t>v -1.307094 11.913631 -1.404900</w:t>
        <w:br/>
        <w:t>v -1.287550 11.930120 -1.417300</w:t>
        <w:br/>
        <w:t>v -0.932127 12.387877 -1.128053</w:t>
        <w:br/>
        <w:t>v -0.942477 12.382757 -1.108534</w:t>
        <w:br/>
        <w:t>v -1.089962 11.852838 -1.630080</w:t>
        <w:br/>
        <w:t>v -1.083007 11.874455 -1.629728</w:t>
        <w:br/>
        <w:t>v -1.287550 11.930120 -1.417300</w:t>
        <w:br/>
        <w:t>v -1.307094 11.913631 -1.404900</w:t>
        <w:br/>
        <w:t>v -0.779979 10.693153 -2.403634</w:t>
        <w:br/>
        <w:t>v -0.775603 10.708847 -2.395045</w:t>
        <w:br/>
        <w:t>v -0.887696 10.753030 -2.232443</w:t>
        <w:br/>
        <w:t>v -0.892513 10.737836 -2.241348</w:t>
        <w:br/>
        <w:t>v -0.707815 11.168177 -2.148408</w:t>
        <w:br/>
        <w:t>v -0.711060 11.165109 -2.160306</w:t>
        <w:br/>
        <w:t>v -0.986899 10.816214 -2.078696</w:t>
        <w:br/>
        <w:t>v -0.994986 10.805446 -2.084481</w:t>
        <w:br/>
        <w:t>v -0.484044 10.539810 -2.545925</w:t>
        <w:br/>
        <w:t>v -0.498745 10.523058 -2.549421</w:t>
        <w:br/>
        <w:t>v -0.670704 9.766787 -2.462041</w:t>
        <w:br/>
        <w:t>v -0.676565 9.770498 -2.445251</w:t>
        <w:br/>
        <w:t>v -0.465758 10.000911 -2.424877</w:t>
        <w:br/>
        <w:t>v -0.464865 9.993577 -2.441880</w:t>
        <w:br/>
        <w:t>v -0.295006 11.369112 -2.221238</w:t>
        <w:br/>
        <w:t>v -0.293031 11.374281 -2.208473</w:t>
        <w:br/>
        <w:t>v -0.195614 11.466113 -2.203166</w:t>
        <w:br/>
        <w:t>v -0.204657 11.464807 -2.210862</w:t>
        <w:br/>
        <w:t>v -0.480358 11.258980 -2.203682</w:t>
        <w:br/>
        <w:t>v -0.477855 11.263696 -2.191482</w:t>
        <w:br/>
        <w:t>v -0.274806 13.092546 -0.508890</w:t>
        <w:br/>
        <w:t>v -0.257362 13.073693 -0.508387</w:t>
        <w:br/>
        <w:t>v -0.407463 12.375261 -0.997108</w:t>
        <w:br/>
        <w:t>v -0.427108 12.383814 -1.004516</w:t>
        <w:br/>
        <w:t>v -0.289610 11.627795 -2.143251</w:t>
        <w:br/>
        <w:t>v -0.276128 11.645113 -2.137793</w:t>
        <w:br/>
        <w:t>v -0.514791 11.733589 -2.055128</w:t>
        <w:br/>
        <w:t>v -0.522086 11.712360 -2.057932</w:t>
        <w:br/>
        <w:t>v -0.525922 11.639139 -1.458338</w:t>
        <w:br/>
        <w:t>v -0.546333 11.646559 -1.464891</w:t>
        <w:br/>
        <w:t>v -0.194922 11.530064 -2.192539</w:t>
        <w:br/>
        <w:t>v -0.179592 11.533448 -2.185597</w:t>
        <w:br/>
        <w:t>v -1.041456 10.906499 -2.014405</w:t>
        <w:br/>
        <w:t>v -1.045744 10.899180 -2.027799</w:t>
        <w:br/>
        <w:t>v -0.679405 10.907856 -1.857754</w:t>
        <w:br/>
        <w:t>v -0.658415 10.901041 -1.852510</w:t>
        <w:br/>
        <w:t>v -0.947637 9.540561 -2.487269</w:t>
        <w:br/>
        <w:t>v -0.978412 9.501901 -2.513693</w:t>
        <w:br/>
        <w:t>v -0.978412 9.501901 -2.513693</w:t>
        <w:br/>
        <w:t>v -0.947637 9.540561 -2.487269</w:t>
        <w:br/>
        <w:t>v -0.802942 11.807072 -1.867122</w:t>
        <w:br/>
        <w:t>v -0.808778 11.785215 -1.869234</w:t>
        <w:br/>
        <w:t>v -0.308108 13.170835 -0.539387</w:t>
        <w:br/>
        <w:t>v -0.315101 13.172328 -0.515479</w:t>
        <w:br/>
        <w:t>v -0.635703 10.626336 -2.533348</w:t>
        <w:br/>
        <w:t>v -0.629842 10.645503 -2.530795</w:t>
        <w:br/>
        <w:t>v -0.204657 11.464807 -2.210862</w:t>
        <w:br/>
        <w:t>v -0.195614 11.466113 -2.203166</w:t>
        <w:br/>
        <w:t>v -1.883303 7.773739 -2.630886</w:t>
        <w:br/>
        <w:t>v -1.856552 7.729293 -2.673436</w:t>
        <w:br/>
        <w:t>v -1.924453 7.741806 -2.677296</w:t>
        <w:br/>
        <w:t>v -1.840304 7.818209 -2.648659</w:t>
        <w:br/>
        <w:t>v -1.883303 7.773739 -2.630886</w:t>
        <w:br/>
        <w:t>v -1.908053 7.831690 -2.652028</w:t>
        <w:br/>
        <w:t>v -1.856552 7.729293 -2.673436</w:t>
        <w:br/>
        <w:t>v -1.813491 7.773737 -2.691379</w:t>
        <w:br/>
        <w:t>v -1.853811 7.741680 -2.738614</w:t>
        <w:br/>
        <w:t>v -1.830859 7.786805 -2.738875</w:t>
        <w:br/>
        <w:t>v -1.878612 7.799848 -2.759972</w:t>
        <w:br/>
        <w:t>v -1.853811 7.741680 -2.738614</w:t>
        <w:br/>
        <w:t>v -1.948197 7.799785 -2.699434</w:t>
        <w:br/>
        <w:t>v -1.924453 7.741806 -2.677296</w:t>
        <w:br/>
        <w:t>v -1.921522 7.755476 -2.741985</w:t>
        <w:br/>
        <w:t>v -1.905349 7.844129 -2.717154</w:t>
        <w:br/>
        <w:t>v -1.908053 7.831690 -2.652028</w:t>
        <w:br/>
        <w:t>v -1.948197 7.799785 -2.699434</w:t>
        <w:br/>
        <w:t>v -1.837298 7.831928 -2.713536</w:t>
        <w:br/>
        <w:t>v -1.839889 7.770117 -2.651502</w:t>
        <w:br/>
        <w:t>v -1.921862 7.803393 -2.739122</w:t>
        <w:br/>
        <w:t>v -1.921522 7.755476 -2.741985</w:t>
        <w:br/>
        <w:t>v -1.930866 7.786767 -2.652062</w:t>
        <w:br/>
        <w:t>v -1.892571 7.723119 -2.713059</w:t>
        <w:br/>
        <w:t>v -1.837298 7.831928 -2.713536</w:t>
        <w:br/>
        <w:t>v -1.830859 7.786805 -2.738875</w:t>
        <w:br/>
        <w:t>v -1.869317 7.850441 -2.677453</w:t>
        <w:br/>
        <w:t>v -1.869317 7.850441 -2.677453</w:t>
        <w:br/>
        <w:t>v -1.908053 7.831690 -2.652028</w:t>
        <w:br/>
        <w:t>v -1.930866 7.786767 -2.652062</w:t>
        <w:br/>
        <w:t>v -1.924453 7.741806 -2.677296</w:t>
        <w:br/>
        <w:t>v -1.892571 7.723119 -2.713059</w:t>
        <w:br/>
        <w:t>v -1.853811 7.741680 -2.738614</w:t>
        <w:br/>
        <w:t>v -6.231544 12.470624 0.097274</w:t>
        <w:br/>
        <w:t>v -6.309597 12.452729 0.076257</w:t>
        <w:br/>
        <w:t>v -6.347477 12.515962 0.100633</w:t>
        <w:br/>
        <w:t>v -6.281384 12.547317 0.119657</w:t>
        <w:br/>
        <w:t>v -6.205262 12.458772 0.014707</w:t>
        <w:br/>
        <w:t>v -6.292676 12.431523 0.005714</w:t>
        <w:br/>
        <w:t>v -6.380253 12.592319 0.083079</w:t>
        <w:br/>
        <w:t>v -6.399380 12.633986 0.011823</w:t>
        <w:br/>
        <w:t>v -6.329855 12.683474 0.023406</w:t>
        <w:br/>
        <w:t>v -6.313662 12.632007 0.102911</w:t>
        <w:br/>
        <w:t>v -6.311810 12.647177 -0.057440</w:t>
        <w:br/>
        <w:t>v -6.380447 12.602043 -0.060712</w:t>
        <w:br/>
        <w:t>v -6.324359 12.520541 -0.076085</w:t>
        <w:br/>
        <w:t>v -6.252559 12.551915 -0.072970</w:t>
        <w:br/>
        <w:t>v -6.281384 12.547317 0.119657</w:t>
        <w:br/>
        <w:t>v -6.347477 12.515962 0.100633</w:t>
        <w:br/>
        <w:t>v -6.301470 12.467512 -0.054610</w:t>
        <w:br/>
        <w:t>v -6.216333 12.489829 -0.051217</w:t>
        <w:br/>
        <w:t>v -5.738582 12.644585 0.573932</w:t>
        <w:br/>
        <w:t>v -5.679799 12.599312 0.581893</w:t>
        <w:br/>
        <w:t>v -5.715965 12.553373 0.599538</w:t>
        <w:br/>
        <w:t>v -5.771675 12.597336 0.594683</w:t>
        <w:br/>
        <w:t>v -5.818099 12.592407 0.435390</w:t>
        <w:br/>
        <w:t>v -5.845643 12.557451 0.464869</w:t>
        <w:br/>
        <w:t>v -5.818961 12.520695 0.443263</w:t>
        <w:br/>
        <w:t>v -5.791903 12.558155 0.415922</w:t>
        <w:br/>
        <w:t>v -5.866169 12.553436 0.577831</w:t>
        <w:br/>
        <w:t>v -5.830266 12.608614 0.545849</w:t>
        <w:br/>
        <w:t>v -5.812473 12.541382 0.620855</w:t>
        <w:br/>
        <w:t>v -5.883617 12.511457 0.506422</w:t>
        <w:br/>
        <w:t>v -5.845643 12.557451 0.464869</w:t>
        <w:br/>
        <w:t>v -5.745463 12.454615 0.574586</w:t>
        <w:br/>
        <w:t>v -5.761400 12.499756 0.621521</w:t>
        <w:br/>
        <w:t>v -5.694616 12.504656 0.552099</w:t>
        <w:br/>
        <w:t>v -5.813542 12.440943 0.480074</w:t>
        <w:br/>
        <w:t>v -5.767430 12.487423 0.443791</w:t>
        <w:br/>
        <w:t>v -5.857104 12.475388 0.478540</w:t>
        <w:br/>
        <w:t>v -5.745463 12.454615 0.574586</w:t>
        <w:br/>
        <w:t>v -5.694616 12.504656 0.552099</w:t>
        <w:br/>
        <w:t>v -5.716576 12.471638 0.485193</w:t>
        <w:br/>
        <w:t>v -5.766932 12.428030 0.514055</w:t>
        <w:br/>
        <w:t>v -6.154215 12.508661 0.299188</w:t>
        <w:br/>
        <w:t>v -6.241940 12.464064 0.278470</w:t>
        <w:br/>
        <w:t>v -6.268681 12.508250 0.311116</w:t>
        <w:br/>
        <w:t>v -6.184417 12.554092 0.337434</w:t>
        <w:br/>
        <w:t>v -6.132500 12.485864 0.236659</w:t>
        <w:br/>
        <w:t>v -6.228472 12.449953 0.219907</w:t>
        <w:br/>
        <w:t>v -6.313986 12.584517 0.303404</w:t>
        <w:br/>
        <w:t>v -6.332500 12.625243 0.233003</w:t>
        <w:br/>
        <w:t>v -6.257757 12.684825 0.239726</w:t>
        <w:br/>
        <w:t>v -6.231161 12.636108 0.326950</w:t>
        <w:br/>
        <w:t>v -6.261690 12.631744 0.162366</w:t>
        <w:br/>
        <w:t>v -6.322871 12.591734 0.164189</w:t>
        <w:br/>
        <w:t>v -6.297318 12.528728 0.134704</w:t>
        <w:br/>
        <w:t>v -6.248065 12.557377 0.134129</w:t>
        <w:br/>
        <w:t>v -6.184417 12.554092 0.337434</w:t>
        <w:br/>
        <w:t>v -6.268681 12.508250 0.311116</w:t>
        <w:br/>
        <w:t>v -6.250535 12.473934 0.152861</w:t>
        <w:br/>
        <w:t>v -6.221870 12.491758 0.146057</w:t>
        <w:br/>
        <w:t>v -6.202127 12.507973 -0.322740</w:t>
        <w:br/>
        <w:t>v -6.125507 12.567264 -0.308760</w:t>
        <w:br/>
        <w:t>v -6.079025 12.502599 -0.291173</w:t>
        <w:br/>
        <w:t>v -6.166399 12.449462 -0.315994</w:t>
        <w:br/>
        <w:t>v -6.166399 12.449462 -0.315994</w:t>
        <w:br/>
        <w:t>v -6.079025 12.502599 -0.291173</w:t>
        <w:br/>
        <w:t>v -6.048732 12.482059 -0.362251</w:t>
        <w:br/>
        <w:t>v -6.143242 12.419667 -0.370744</w:t>
        <w:br/>
        <w:t>v -6.147765 12.430551 -0.426803</w:t>
        <w:br/>
        <w:t>v -6.050547 12.502287 -0.423159</w:t>
        <w:br/>
        <w:t>v -6.065895 12.528721 -0.446700</w:t>
        <w:br/>
        <w:t>v -6.161435 12.459633 -0.454364</w:t>
        <w:br/>
        <w:t>v -6.196721 12.516347 -0.465090</w:t>
        <w:br/>
        <w:t>v -6.106907 12.588260 -0.458788</w:t>
        <w:br/>
        <w:t>v -6.136385 12.626452 -0.421574</w:t>
        <w:br/>
        <w:t>v -6.223526 12.549656 -0.426897</w:t>
        <w:br/>
        <w:t>v -5.795819 12.675392 0.506938</w:t>
        <w:br/>
        <w:t>v -5.818099 12.592407 0.435390</w:t>
        <w:br/>
        <w:t>v -5.648357 12.546789 0.531047</w:t>
        <w:br/>
        <w:t>v -5.718145 12.549560 0.385600</w:t>
        <w:br/>
        <w:t>v -6.324359 12.520541 -0.076085</w:t>
        <w:br/>
        <w:t>v -6.252559 12.551915 -0.072970</w:t>
        <w:br/>
        <w:t>v -6.363246 12.484964 -0.124848</w:t>
        <w:br/>
        <w:t>v -6.264919 12.536295 -0.105173</w:t>
        <w:br/>
        <w:t>v -6.207406 12.483729 -0.105193</w:t>
        <w:br/>
        <w:t>v -6.327485 12.422817 -0.129222</w:t>
        <w:br/>
        <w:t>v -6.174595 12.451430 -0.169631</w:t>
        <w:br/>
        <w:t>v -6.304702 12.386702 -0.178482</w:t>
        <w:br/>
        <w:t>v -6.393514 12.557631 -0.238271</w:t>
        <w:br/>
        <w:t>v -6.292248 12.645322 -0.230280</w:t>
        <w:br/>
        <w:t>v -6.293411 12.630688 -0.147293</w:t>
        <w:br/>
        <w:t>v -6.397628 12.545201 -0.165461</w:t>
        <w:br/>
        <w:t>v -6.305021 12.405689 -0.243980</w:t>
        <w:br/>
        <w:t>v -6.181068 12.467154 -0.238455</w:t>
        <w:br/>
        <w:t>v -6.233469 12.546247 -0.286396</w:t>
        <w:br/>
        <w:t>v -6.338856 12.483179 -0.287904</w:t>
        <w:br/>
        <w:t>v -6.338856 12.483179 -0.287904</w:t>
        <w:br/>
        <w:t>v -6.233469 12.546247 -0.286396</w:t>
        <w:br/>
        <w:t>v -6.267734 12.601346 -0.281621</w:t>
        <w:br/>
        <w:t>v -6.366440 12.525003 -0.281995</w:t>
        <w:br/>
        <w:t>v -6.264919 12.536295 -0.105173</w:t>
        <w:br/>
        <w:t>v -6.363246 12.484964 -0.124848</w:t>
        <w:br/>
        <w:t>v -5.648357 12.546789 0.531047</w:t>
        <w:br/>
        <w:t>v -5.666617 12.516872 0.451387</w:t>
        <w:br/>
        <w:t>v -6.147646 12.621574 -0.355158</w:t>
        <w:br/>
        <w:t>v -6.125507 12.567264 -0.308760</w:t>
        <w:br/>
        <w:t>v -6.202127 12.507973 -0.322740</w:t>
        <w:br/>
        <w:t>v -6.229617 12.548193 -0.366167</w:t>
        <w:br/>
        <w:t>v -6.161435 12.459633 -0.454364</w:t>
        <w:br/>
        <w:t>v -6.065895 12.528721 -0.446700</w:t>
        <w:br/>
        <w:t>v -5.883617 12.511457 0.506422</w:t>
        <w:br/>
        <w:t>v -6.297318 12.528728 0.134704</w:t>
        <w:br/>
        <w:t>v -6.248065 12.557377 0.134129</w:t>
        <w:br/>
        <w:t>v -6.057440 12.600694 0.361566</w:t>
        <w:br/>
        <w:t>v -6.113731 12.698468 0.348280</w:t>
        <w:br/>
        <w:t>v -5.979782 12.778327 0.350598</w:t>
        <w:br/>
        <w:t>v -5.855515 12.843719 0.381639</w:t>
        <w:br/>
        <w:t>v -5.832851 12.631629 0.385487</w:t>
        <w:br/>
        <w:t>v -5.904887 12.634186 0.360900</w:t>
        <w:br/>
        <w:t>v -6.216333 12.489829 -0.051217</w:t>
        <w:br/>
        <w:t>v -6.212633 12.492774 -0.087009</w:t>
        <w:br/>
        <w:t>v -6.221513 12.560740 -0.075590</w:t>
        <w:br/>
        <w:t>v -6.252559 12.551915 -0.072970</w:t>
        <w:br/>
        <w:t>v -6.190420 12.491770 -0.095142</w:t>
        <w:br/>
        <w:t>v -6.228492 12.553193 -0.095135</w:t>
        <w:br/>
        <w:t>v -6.176371 12.574738 -0.294120</w:t>
        <w:br/>
        <w:t>v -6.122339 12.477489 -0.241529</w:t>
        <w:br/>
        <w:t>v -6.064648 12.507141 -0.272842</w:t>
        <w:br/>
        <w:t>v -6.140431 12.579994 -0.296120</w:t>
        <w:br/>
        <w:t>v -6.115064 12.579866 -0.304767</w:t>
        <w:br/>
        <w:t>v -6.140431 12.579994 -0.296120</w:t>
        <w:br/>
        <w:t>v -6.064648 12.507141 -0.272842</w:t>
        <w:br/>
        <w:t>v -6.069894 12.506842 -0.288466</w:t>
        <w:br/>
        <w:t>v -6.176371 12.574738 -0.294120</w:t>
        <w:br/>
        <w:t>v -6.196776 12.662973 -0.286343</w:t>
        <w:br/>
        <w:t>v -6.140431 12.579994 -0.296120</w:t>
        <w:br/>
        <w:t>v -6.149801 12.650331 -0.308298</w:t>
        <w:br/>
        <w:t>v -6.118911 12.652139 -0.340614</w:t>
        <w:br/>
        <w:t>v -6.115064 12.579866 -0.304767</w:t>
        <w:br/>
        <w:t>v -6.228492 12.553193 -0.095135</w:t>
        <w:br/>
        <w:t>v -6.253383 12.663784 -0.139376</w:t>
        <w:br/>
        <w:t>v -6.241179 12.562660 0.120708</w:t>
        <w:br/>
        <w:t>v -6.221870 12.491758 0.146057</w:t>
        <w:br/>
        <w:t>v -6.212025 12.493133 0.126068</w:t>
        <w:br/>
        <w:t>v -6.274018 12.551788 0.126765</w:t>
        <w:br/>
        <w:t>v -6.236928 12.487214 0.120191</w:t>
        <w:br/>
        <w:t>v -5.826097 12.601852 0.423342</w:t>
        <w:br/>
        <w:t>v -5.792871 12.566187 0.400189</w:t>
        <w:br/>
        <w:t>v -5.904887 12.634186 0.360900</w:t>
        <w:br/>
        <w:t>v -5.832851 12.631629 0.385487</w:t>
        <w:br/>
        <w:t>v -5.806986 12.592338 0.349028</w:t>
        <w:br/>
        <w:t>v -5.878604 12.588732 0.321649</w:t>
        <w:br/>
        <w:t>v -6.057440 12.600694 0.361566</w:t>
        <w:br/>
        <w:t>v -6.024291 12.547238 0.328111</w:t>
        <w:br/>
        <w:t>v -6.233738 12.681350 -0.126314</w:t>
        <w:br/>
        <w:t>v -6.228492 12.553193 -0.095135</w:t>
        <w:br/>
        <w:t>v -6.234817 12.697531 -0.227420</w:t>
        <w:br/>
        <w:t>v -6.234556 12.687393 -0.096140</w:t>
        <w:br/>
        <w:t>v -6.260468 12.683069 -0.067346</w:t>
        <w:br/>
        <w:t>v -6.252559 12.551915 -0.072970</w:t>
        <w:br/>
        <w:t>v -6.221513 12.560740 -0.075590</w:t>
        <w:br/>
        <w:t>v -6.274121 12.637745 0.121232</w:t>
        <w:br/>
        <w:t>v -6.274018 12.551788 0.126765</w:t>
        <w:br/>
        <w:t>v -6.215528 12.736567 -0.087907</w:t>
        <w:br/>
        <w:t>v -6.158371 12.798259 -0.077171</w:t>
        <w:br/>
        <w:t>v -6.177226 12.801097 0.033816</w:t>
        <w:br/>
        <w:t>v -6.256902 12.740466 0.030480</w:t>
        <w:br/>
        <w:t>v -6.191415 12.735644 -0.221850</w:t>
        <w:br/>
        <w:t>v -6.130520 12.784903 -0.205409</w:t>
        <w:br/>
        <w:t>v -6.131082 12.705589 -0.310597</w:t>
        <w:br/>
        <w:t>v -6.079723 12.759543 -0.310687</w:t>
        <w:br/>
        <w:t>v -6.092060 12.668745 -0.418772</w:t>
        <w:br/>
        <w:t>v -6.241437 12.704339 0.131998</w:t>
        <w:br/>
        <w:t>v -6.169048 12.782509 0.140873</w:t>
        <w:br/>
        <w:t>v -6.033487 12.716430 -0.412890</w:t>
        <w:br/>
        <w:t>v -6.020516 12.898540 -0.046553</w:t>
        <w:br/>
        <w:t>v -6.051492 12.627548 -0.459830</w:t>
        <w:br/>
        <w:t>v -5.996429 12.664084 -0.449101</w:t>
        <w:br/>
        <w:t>v -6.010391 12.570910 -0.443120</w:t>
        <w:br/>
        <w:t>v -5.958530 12.601366 -0.442758</w:t>
        <w:br/>
        <w:t>v -6.010391 12.570910 -0.443120</w:t>
        <w:br/>
        <w:t>v -5.992175 12.543069 -0.411239</w:t>
        <w:br/>
        <w:t>v -5.958530 12.601366 -0.442758</w:t>
        <w:br/>
        <w:t>v -5.942387 12.573573 -0.402539</w:t>
        <w:br/>
        <w:t>v -5.825164 12.699936 -0.388910</w:t>
        <w:br/>
        <w:t>v -5.893854 12.806432 -0.371816</w:t>
        <w:br/>
        <w:t>v -5.806986 12.592338 0.349028</w:t>
        <w:br/>
        <w:t>v -5.832851 12.631629 0.385487</w:t>
        <w:br/>
        <w:t>v -6.255803 12.636185 0.139633</w:t>
        <w:br/>
        <w:t>v -6.153064 12.768614 0.255012</w:t>
        <w:br/>
        <w:t>v -6.011167 12.837873 0.258805</w:t>
        <w:br/>
        <w:t>v -5.850113 12.961267 -0.159312</w:t>
        <w:br/>
        <w:t>v -5.947239 12.860572 -0.261608</w:t>
        <w:br/>
        <w:t>v -5.835756 12.941172 -0.233840</w:t>
        <w:br/>
        <w:t>v -5.789446 12.876697 -0.334514</w:t>
        <w:br/>
        <w:t>v -5.997654 12.516459 -0.349971</w:t>
        <w:br/>
        <w:t>v -5.932963 12.542542 -0.322694</w:t>
        <w:br/>
        <w:t>v -6.069894 12.506842 -0.288466</w:t>
        <w:br/>
        <w:t>v -6.031309 12.500225 -0.243680</w:t>
        <w:br/>
        <w:t>v -6.119808 12.469652 -0.167274</w:t>
        <w:br/>
        <w:t>v -6.062434 12.479856 -0.154263</w:t>
        <w:br/>
        <w:t>v -6.212633 12.492774 -0.087009</w:t>
        <w:br/>
        <w:t>v -6.089884 12.487502 -0.066427</w:t>
        <w:br/>
        <w:t>v -6.108580 12.472689 0.025630</w:t>
        <w:br/>
        <w:t>v -6.115733 12.475382 0.107237</w:t>
        <w:br/>
        <w:t>v -6.212025 12.493133 0.126068</w:t>
        <w:br/>
        <w:t>v -6.119254 12.482928 0.169658</w:t>
        <w:br/>
        <w:t>v -5.757765 12.584110 0.294144</w:t>
        <w:br/>
        <w:t>v -5.852009 12.566825 0.249913</w:t>
        <w:br/>
        <w:t>v -6.007448 12.518367 0.244360</w:t>
        <w:br/>
        <w:t>v -5.987116 12.523085 0.123976</w:t>
        <w:br/>
        <w:t>v -5.738084 12.608428 0.151917</w:t>
        <w:br/>
        <w:t>v -5.836041 12.565934 0.137240</w:t>
        <w:br/>
        <w:t>v -5.964465 12.526471 -0.038073</w:t>
        <w:br/>
        <w:t>v -5.939397 12.534554 -0.236567</w:t>
        <w:br/>
        <w:t>v -5.799910 12.643802 -0.337367</w:t>
        <w:br/>
        <w:t>v -5.825164 12.699936 -0.388910</w:t>
        <w:br/>
        <w:t>v -5.719741 12.641234 -0.005968</w:t>
        <w:br/>
        <w:t>v -5.696856 12.674149 -0.182956</w:t>
        <w:br/>
        <w:t>v -5.802312 12.611545 -0.223439</w:t>
        <w:br/>
        <w:t>v -5.826497 12.585274 -0.021487</w:t>
        <w:br/>
        <w:t>v -5.728989 12.792810 -0.345695</w:t>
        <w:br/>
        <w:t>v -5.698194 12.723020 -0.299313</w:t>
        <w:br/>
        <w:t>v -5.728989 12.792810 -0.345695</w:t>
        <w:br/>
        <w:t>v -5.451151 12.893140 -0.220697</w:t>
        <w:br/>
        <w:t>v -5.604912 12.795692 -0.269381</w:t>
        <w:br/>
        <w:t>v -5.594775 12.734587 -0.145038</w:t>
        <w:br/>
        <w:t>v -5.421934 12.861023 -0.112767</w:t>
        <w:br/>
        <w:t>v -5.643080 12.876620 -0.312015</w:t>
        <w:br/>
        <w:t>v -5.526057 12.990184 -0.271116</w:t>
        <w:br/>
        <w:t>v -5.517017 12.724030 0.110390</w:t>
        <w:br/>
        <w:t>v -5.609722 12.698915 0.010030</w:t>
        <w:br/>
        <w:t>v -5.625434 12.658041 0.168984</w:t>
        <w:br/>
        <w:t>v -5.672394 12.933345 0.380897</w:t>
        <w:br/>
        <w:t>v -5.774298 12.883476 0.381312</w:t>
        <w:br/>
        <w:t>v -5.843904 12.946890 0.255585</w:t>
        <w:br/>
        <w:t>v -5.723160 12.570465 0.331257</w:t>
        <w:br/>
        <w:t>v -5.625125 12.613882 0.279556</w:t>
        <w:br/>
        <w:t>v -5.526636 12.699823 0.212913</w:t>
        <w:br/>
        <w:t>v -5.298347 12.960007 -0.012054</w:t>
        <w:br/>
        <w:t>v -5.408410 12.829936 0.027964</w:t>
        <w:br/>
        <w:t>v -5.406835 12.815607 0.145353</w:t>
        <w:br/>
        <w:t>v -5.320430 13.004426 -0.162820</w:t>
        <w:br/>
        <w:t>v -5.187560 13.062540 -0.003515</w:t>
        <w:br/>
        <w:t>v -5.300632 12.951232 0.120275</w:t>
        <w:br/>
        <w:t>v -5.719655 12.548973 0.366371</w:t>
        <w:br/>
        <w:t>v -5.619699 12.581576 0.345356</w:t>
        <w:br/>
        <w:t>v -5.455756 12.747737 0.271042</w:t>
        <w:br/>
        <w:t>v -5.524323 12.667284 0.307816</w:t>
        <w:br/>
        <w:t>v -5.610663 12.679107 0.541146</w:t>
        <w:br/>
        <w:t>v -5.576396 12.613751 0.491281</w:t>
        <w:br/>
        <w:t>v -5.551654 12.752326 0.486452</w:t>
        <w:br/>
        <w:t>v -5.515742 12.682145 0.447553</w:t>
        <w:br/>
        <w:t>v -5.534096 12.771977 0.476491</w:t>
        <w:br/>
        <w:t>v -5.448740 12.795797 0.376747</w:t>
        <w:br/>
        <w:t>v -5.462093 12.776296 0.391588</w:t>
        <w:br/>
        <w:t>v -5.626365 12.584829 0.362020</w:t>
        <w:br/>
        <w:t>v -5.582634 12.580859 0.413634</w:t>
        <w:br/>
        <w:t>v -5.535846 12.648038 0.363743</w:t>
        <w:br/>
        <w:t>v -5.462093 12.776296 0.391588</w:t>
        <w:br/>
        <w:t>v -5.515742 12.682145 0.447553</w:t>
        <w:br/>
        <w:t>v -5.408739 12.807989 0.238507</w:t>
        <w:br/>
        <w:t>v -5.679024 12.733977 0.529916</w:t>
        <w:br/>
        <w:t>v -5.332849 12.993092 0.212435</w:t>
        <w:br/>
        <w:t>v -5.727422 12.830638 0.452923</w:t>
        <w:br/>
        <w:t>v -5.805885 12.690415 0.502033</w:t>
        <w:br/>
        <w:t>v -5.573572 12.896076 0.431681</w:t>
        <w:br/>
        <w:t>v -5.533558 13.015894 0.323461</w:t>
        <w:br/>
        <w:t>v -5.629155 12.816583 0.487898</w:t>
        <w:br/>
        <w:t>v -5.674739 12.753419 0.526407</w:t>
        <w:br/>
        <w:t>v -5.826097 12.601852 0.423342</w:t>
        <w:br/>
        <w:t>v -6.231519 12.399217 -0.337242</w:t>
        <w:br/>
        <w:t>v -6.271034 12.452075 -0.338603</w:t>
        <w:br/>
        <w:t>v -6.204842 12.377291 -0.380096</w:t>
        <w:br/>
        <w:t>v -6.221792 12.413710 -0.466415</w:t>
        <w:br/>
        <w:t>v -6.203712 12.387802 -0.433522</w:t>
        <w:br/>
        <w:t>v -6.283670 12.500784 -0.436897</w:t>
        <w:br/>
        <w:t>v -6.254876 12.467290 -0.476311</w:t>
        <w:br/>
        <w:t>v -5.858822 12.343607 0.581854</w:t>
        <w:br/>
        <w:t>v -5.840428 12.359459 0.630412</w:t>
        <w:br/>
        <w:t>v -5.779190 12.422075 0.594846</w:t>
        <w:br/>
        <w:t>v -5.797758 12.397348 0.538768</w:t>
        <w:br/>
        <w:t>v -5.877433 12.316942 0.659286</w:t>
        <w:br/>
        <w:t>v -5.897450 12.299131 0.603585</w:t>
        <w:br/>
        <w:t>v -5.956082 12.237864 0.654619</w:t>
        <w:br/>
        <w:t>v -5.929677 12.255460 0.701894</w:t>
        <w:br/>
        <w:t>v -5.840428 12.359459 0.630412</w:t>
        <w:br/>
        <w:t>v -5.871442 12.383270 0.683308</w:t>
        <w:br/>
        <w:t>v -5.847495 12.409153 0.668556</w:t>
        <w:br/>
        <w:t>v -5.898697 12.358936 0.554538</w:t>
        <w:br/>
        <w:t>v -5.840917 12.411863 0.503264</w:t>
        <w:br/>
        <w:t>v -5.936046 12.317174 0.577024</w:t>
        <w:br/>
        <w:t>v -5.998027 12.256700 0.632283</w:t>
        <w:br/>
        <w:t>v -5.908536 12.482542 0.533260</w:t>
        <w:br/>
        <w:t>v -5.955873 12.426788 0.582898</w:t>
        <w:br/>
        <w:t>v -5.940201 12.395077 0.555758</w:t>
        <w:br/>
        <w:t>v -5.885202 12.445606 0.503441</w:t>
        <w:br/>
        <w:t>v -5.955873 12.426788 0.582898</w:t>
        <w:br/>
        <w:t>v -5.929939 12.462851 0.631607</w:t>
        <w:br/>
        <w:t>v -5.951718 12.434218 0.649540</w:t>
        <w:br/>
        <w:t>v -5.978039 12.353731 0.584318</w:t>
        <w:br/>
        <w:t>v -6.033002 12.292184 0.635377</w:t>
        <w:br/>
        <w:t>v -6.043969 12.335299 0.662077</w:t>
        <w:br/>
        <w:t>v -5.995094 12.382299 0.619054</w:t>
        <w:br/>
        <w:t>v -5.915405 12.417892 0.684238</w:t>
        <w:br/>
        <w:t>v -5.889436 12.447311 0.667500</w:t>
        <w:br/>
        <w:t>v -6.500176 12.382993 0.282646</w:t>
        <w:br/>
        <w:t>v -6.526496 12.438935 0.269558</w:t>
        <w:br/>
        <w:t>v -6.482629 12.472914 0.271211</w:t>
        <w:br/>
        <w:t>v -6.438283 12.419032 0.290123</w:t>
        <w:br/>
        <w:t>v -6.438283 12.419032 0.290123</w:t>
        <w:br/>
        <w:t>v -6.401707 12.370788 0.257744</w:t>
        <w:br/>
        <w:t>v -6.509468 12.310367 0.249215</w:t>
        <w:br/>
        <w:t>v -6.624453 12.240598 0.237375</w:t>
        <w:br/>
        <w:t>v -6.656599 12.287294 0.266706</w:t>
        <w:br/>
        <w:t>v -6.550678 12.350271 0.277499</w:t>
        <w:br/>
        <w:t>v -6.681059 12.211632 0.229908</w:t>
        <w:br/>
        <w:t>v -6.713243 12.252458 0.260670</w:t>
        <w:br/>
        <w:t>v -6.550678 12.350271 0.277499</w:t>
        <w:br/>
        <w:t>v -6.656599 12.287294 0.266706</w:t>
        <w:br/>
        <w:t>v -6.686352 12.319578 0.251284</w:t>
        <w:br/>
        <w:t>v -6.590663 12.388249 0.261243</w:t>
        <w:br/>
        <w:t>v -6.390701 12.356368 0.201380</w:t>
        <w:br/>
        <w:t>v -6.497436 12.299813 0.195194</w:t>
        <w:br/>
        <w:t>v -6.612329 12.234250 0.185324</w:t>
        <w:br/>
        <w:t>v -6.674383 12.207051 0.181698</w:t>
        <w:br/>
        <w:t>v -6.703628 12.340678 0.202601</w:t>
        <w:br/>
        <w:t>v -6.609086 12.409928 0.209531</w:t>
        <w:br/>
        <w:t>v -6.852440 12.237373 0.196411</w:t>
        <w:br/>
        <w:t>v -6.772208 12.289103 0.199399</w:t>
        <w:br/>
        <w:t>v -6.756661 12.269910 0.244407</w:t>
        <w:br/>
        <w:t>v -6.840289 12.216294 0.238514</w:t>
        <w:br/>
        <w:t>v -6.527110 12.456765 0.160421</w:t>
        <w:br/>
        <w:t>v -6.499142 12.403974 0.133530</w:t>
        <w:br/>
        <w:t>v -6.444914 12.436447 0.131317</w:t>
        <w:br/>
        <w:t>v -6.483595 12.490075 0.164046</w:t>
        <w:br/>
        <w:t>v -6.469987 12.358521 0.142064</w:t>
        <w:br/>
        <w:t>v -6.410772 12.393113 0.141250</w:t>
        <w:br/>
        <w:t>v -6.444914 12.436447 0.131317</w:t>
        <w:br/>
        <w:t>v -6.499142 12.403974 0.133530</w:t>
        <w:br/>
        <w:t>v -6.661873 12.303798 0.128277</w:t>
        <w:br/>
        <w:t>v -6.628679 12.259387 0.139999</w:t>
        <w:br/>
        <w:t>v -6.517500 12.331218 0.139956</w:t>
        <w:br/>
        <w:t>v -6.550960 12.372952 0.130271</w:t>
        <w:br/>
        <w:t>v -6.691339 12.334064 0.153321</w:t>
        <w:br/>
        <w:t>v -6.661873 12.303798 0.128277</w:t>
        <w:br/>
        <w:t>v -6.550960 12.372952 0.130271</w:t>
        <w:br/>
        <w:t>v -6.593769 12.403330 0.157819</w:t>
        <w:br/>
        <w:t>v -6.452443 12.326451 0.198180</w:t>
        <w:br/>
        <w:t>v -6.688327 12.229749 0.142595</w:t>
        <w:br/>
        <w:t>v -6.846054 12.230673 0.150805</w:t>
        <w:br/>
        <w:t>v -6.763539 12.282872 0.153856</w:t>
        <w:br/>
        <w:t>v -6.822156 12.191847 0.250073</w:t>
        <w:br/>
        <w:t>v -6.803107 12.150272 0.222629</w:t>
        <w:br/>
        <w:t>v -6.796061 12.146263 0.177680</w:t>
        <w:br/>
        <w:t>v -6.806966 12.169342 0.139403</w:t>
        <w:br/>
        <w:t>v -6.827261 12.202367 0.130712</w:t>
        <w:br/>
        <w:t>v -6.716710 12.268142 0.129202</w:t>
        <w:br/>
        <w:t>v -6.500176 12.382993 0.282646</w:t>
        <w:br/>
        <w:t>v -6.460273 12.339314 0.250767</w:t>
        <w:br/>
        <w:t>v -6.737200 12.299629 0.153997</w:t>
        <w:br/>
        <w:t>v -6.716710 12.268142 0.129202</w:t>
        <w:br/>
        <w:t>v -6.713243 12.252458 0.260670</w:t>
        <w:br/>
        <w:t>v -6.732365 12.286069 0.246504</w:t>
        <w:br/>
        <w:t>v -6.746132 12.305827 0.200081</w:t>
        <w:br/>
        <w:t>v -6.822156 12.191847 0.250073</w:t>
        <w:br/>
        <w:t>v -6.555556 12.412447 0.069570</w:t>
        <w:br/>
        <w:t>v -6.577405 12.470966 0.053988</w:t>
        <w:br/>
        <w:t>v -6.506520 12.515035 0.062061</w:t>
        <w:br/>
        <w:t>v -6.482170 12.452047 0.079117</w:t>
        <w:br/>
        <w:t>v -6.482170 12.452047 0.079117</w:t>
        <w:br/>
        <w:t>v -6.444708 12.397661 0.053984</w:t>
        <w:br/>
        <w:t>v -6.773543 12.219682 0.005009</w:t>
        <w:br/>
        <w:t>v -6.811299 12.271541 0.032231</w:t>
        <w:br/>
        <w:t>v -6.740027 12.311482 0.041607</w:t>
        <w:br/>
        <w:t>v -6.706231 12.252754 0.016521</w:t>
        <w:br/>
        <w:t>v -6.964113 12.220440 -0.002015</w:t>
        <w:br/>
        <w:t>v -6.847452 12.290211 0.011217</w:t>
        <w:br/>
        <w:t>v -6.811299 12.271541 0.032231</w:t>
        <w:br/>
        <w:t>v -6.948582 12.193145 0.011594</w:t>
        <w:br/>
        <w:t>v -6.763014 12.343823 0.023531</w:t>
        <w:br/>
        <w:t>v -6.740027 12.311482 0.041607</w:t>
        <w:br/>
        <w:t>v -6.822782 12.306223 0.014119</w:t>
        <w:br/>
        <w:t>v -6.429022 12.378740 -0.011422</w:t>
        <w:br/>
        <w:t>v -6.693867 12.240860 -0.038920</w:t>
        <w:br/>
        <w:t>v -6.760965 12.211347 -0.044981</w:t>
        <w:br/>
        <w:t>v -6.858935 12.307850 -0.034538</w:t>
        <w:br/>
        <w:t>v -6.970811 12.238396 -0.044972</w:t>
        <w:br/>
        <w:t>v -6.833261 12.324325 -0.031799</w:t>
        <w:br/>
        <w:t>v -6.775591 12.367119 -0.025432</w:t>
        <w:br/>
        <w:t>v -6.524710 12.549027 -0.006070</w:t>
        <w:br/>
        <w:t>v -6.541674 12.416039 -0.089267</w:t>
        <w:br/>
        <w:t>v -6.467535 12.452583 -0.087641</w:t>
        <w:br/>
        <w:t>v -6.508521 12.524043 -0.066004</w:t>
        <w:br/>
        <w:t>v -6.574437 12.484715 -0.068236</w:t>
        <w:br/>
        <w:t>v -6.441361 12.406303 -0.066846</w:t>
        <w:br/>
        <w:t>v -6.467535 12.452583 -0.087641</w:t>
        <w:br/>
        <w:t>v -6.541674 12.416039 -0.089267</w:t>
        <w:br/>
        <w:t>v -6.517935 12.375852 -0.063200</w:t>
        <w:br/>
        <w:t>v -6.798916 12.272632 -0.103383</w:t>
        <w:br/>
        <w:t>v -6.842061 12.296981 -0.084070</w:t>
        <w:br/>
        <w:t>v -6.958226 12.226275 -0.091348</w:t>
        <w:br/>
        <w:t>v -6.938420 12.198719 -0.107139</w:t>
        <w:br/>
        <w:t>v -6.938420 12.198719 -0.107139</w:t>
        <w:br/>
        <w:t>v -6.914876 12.161672 -0.095737</w:t>
        <w:br/>
        <w:t>v -6.772611 12.234045 -0.089776</w:t>
        <w:br/>
        <w:t>v -6.798916 12.272632 -0.103383</w:t>
        <w:br/>
        <w:t>v -6.705095 12.266156 -0.087900</w:t>
        <w:br/>
        <w:t>v -6.732836 12.312823 -0.101636</w:t>
        <w:br/>
        <w:t>v -6.732836 12.312823 -0.101636</w:t>
        <w:br/>
        <w:t>v -6.761190 12.353114 -0.078199</w:t>
        <w:br/>
        <w:t>v -6.818731 12.311969 -0.082087</w:t>
        <w:br/>
        <w:t>v -6.504208 12.348059 -0.016526</w:t>
        <w:br/>
        <w:t>v -6.646449 12.430992 -0.070071</w:t>
        <w:br/>
        <w:t>v -6.597905 12.386281 -0.090791</w:t>
        <w:br/>
        <w:t>v -6.607799 12.459837 -0.071745</w:t>
        <w:br/>
        <w:t>v -6.597905 12.386281 -0.090791</w:t>
        <w:br/>
        <w:t>v -6.565107 12.343198 -0.076674</w:t>
        <w:br/>
        <w:t>v -6.632928 12.480980 -0.014850</w:t>
        <w:br/>
        <w:t>v -6.668757 12.450234 -0.015898</w:t>
        <w:br/>
        <w:t>v -6.550384 12.318628 -0.023393</w:t>
        <w:br/>
        <w:t>v -6.567303 12.334549 0.035908</w:t>
        <w:br/>
        <w:t>v -6.523189 12.366619 0.040451</w:t>
        <w:br/>
        <w:t>v -6.907830 12.144393 -0.057748</w:t>
        <w:br/>
        <w:t>v -6.919139 12.154355 -0.009116</w:t>
        <w:br/>
        <w:t>v -6.948582 12.193145 0.011594</w:t>
        <w:br/>
        <w:t>v -6.555556 12.412447 0.069570</w:t>
        <w:br/>
        <w:t>v -6.594510 12.506365 -0.012102</w:t>
        <w:br/>
        <w:t>v -6.608162 12.383690 0.059423</w:t>
        <w:br/>
        <w:t>v -6.517199 12.399981 -0.149136</w:t>
        <w:br/>
        <w:t>v -6.528808 12.460824 -0.186485</w:t>
        <w:br/>
        <w:t>v -6.482243 12.488534 -0.180611</w:t>
        <w:br/>
        <w:t>v -6.453525 12.434838 -0.139080</w:t>
        <w:br/>
        <w:t>v -6.412920 12.377013 -0.143104</w:t>
        <w:br/>
        <w:t>v -6.453525 12.434838 -0.139080</w:t>
        <w:br/>
        <w:t>v -6.480036 12.352937 -0.158459</w:t>
        <w:br/>
        <w:t>v -6.545221 12.301687 -0.161053</w:t>
        <w:br/>
        <w:t>v -6.586753 12.358276 -0.158815</w:t>
        <w:br/>
        <w:t>v -6.517199 12.399981 -0.149136</w:t>
        <w:br/>
        <w:t>v -6.744595 12.184064 -0.190870</w:t>
        <w:br/>
        <w:t>v -6.777522 12.237931 -0.188706</w:t>
        <w:br/>
        <w:t>v -6.720633 12.273357 -0.179153</w:t>
        <w:br/>
        <w:t>v -6.689023 12.212705 -0.181586</w:t>
        <w:br/>
        <w:t>v -6.720633 12.273357 -0.179153</w:t>
        <w:br/>
        <w:t>v -6.777522 12.237931 -0.188706</w:t>
        <w:br/>
        <w:t>v -6.787851 12.265800 -0.217317</w:t>
        <w:br/>
        <w:t>v -6.739254 12.299812 -0.209057</w:t>
        <w:br/>
        <w:t>v -6.586753 12.358276 -0.158815</w:t>
        <w:br/>
        <w:t>v -6.614319 12.392515 -0.195270</w:t>
        <w:br/>
        <w:t>v -6.564178 12.434266 -0.190530</w:t>
        <w:br/>
        <w:t>v -6.386950 12.346668 -0.188399</w:t>
        <w:br/>
        <w:t>v -6.458771 12.323845 -0.200748</w:t>
        <w:br/>
        <w:t>v -6.519443 12.270265 -0.205568</w:t>
        <w:br/>
        <w:t>v -6.666473 12.188903 -0.225870</w:t>
        <w:br/>
        <w:t>v -6.724919 12.162450 -0.233502</w:t>
        <w:br/>
        <w:t>v -6.786944 12.270027 -0.268240</w:t>
        <w:br/>
        <w:t>v -6.738945 12.306914 -0.263795</w:t>
        <w:br/>
        <w:t>v -6.613945 12.397485 -0.251704</w:t>
        <w:br/>
        <w:t>v -6.566270 12.439760 -0.249058</w:t>
        <w:br/>
        <w:t>v -6.478160 12.496789 -0.243285</w:t>
        <w:br/>
        <w:t>v -6.530807 12.466645 -0.247275</w:t>
        <w:br/>
        <w:t>v -6.816920 12.250433 -0.270432</w:t>
        <w:br/>
        <w:t>v -6.817007 12.246477 -0.221995</w:t>
        <w:br/>
        <w:t>v -6.890795 12.195366 -0.228540</w:t>
        <w:br/>
        <w:t>v -6.891024 12.201555 -0.278965</w:t>
        <w:br/>
        <w:t>v -6.489494 12.388524 -0.299109</w:t>
        <w:br/>
        <w:t>v -6.430434 12.425599 -0.293886</w:t>
        <w:br/>
        <w:t>v -6.452123 12.460851 -0.288312</w:t>
        <w:br/>
        <w:t>v -6.495271 12.427979 -0.292263</w:t>
        <w:br/>
        <w:t>v -6.456747 12.327161 -0.258703</w:t>
        <w:br/>
        <w:t>v -6.391038 12.357187 -0.251513</w:t>
        <w:br/>
        <w:t>v -6.430434 12.425599 -0.293886</w:t>
        <w:br/>
        <w:t>v -6.489494 12.388524 -0.299109</w:t>
        <w:br/>
        <w:t>v -6.752320 12.216185 -0.313042</w:t>
        <w:br/>
        <w:t>v -6.695743 12.253715 -0.311114</w:t>
        <w:br/>
        <w:t>v -6.714019 12.277578 -0.304071</w:t>
        <w:br/>
        <w:t>v -6.766406 12.241876 -0.308323</w:t>
        <w:br/>
        <w:t>v -6.752320 12.216185 -0.313042</w:t>
        <w:br/>
        <w:t>v -6.723509 12.170173 -0.280785</w:t>
        <w:br/>
        <w:t>v -6.663919 12.199186 -0.279045</w:t>
        <w:br/>
        <w:t>v -6.695743 12.253715 -0.311114</w:t>
        <w:br/>
        <w:t>v -6.564871 12.339585 -0.303891</w:t>
        <w:br/>
        <w:t>v -6.525999 12.278792 -0.267924</w:t>
        <w:br/>
        <w:t>v -6.589413 12.366718 -0.296963</w:t>
        <w:br/>
        <w:t>v -6.564871 12.339585 -0.303891</w:t>
        <w:br/>
        <w:t>v -6.531321 12.404597 -0.294800</w:t>
        <w:br/>
        <w:t>v -6.869699 12.176411 -0.314656</w:t>
        <w:br/>
        <w:t>v -6.793472 12.222812 -0.310448</w:t>
        <w:br/>
        <w:t>v -6.857294 12.130727 -0.212294</w:t>
        <w:br/>
        <w:t>v -6.882424 12.170045 -0.207060</w:t>
        <w:br/>
        <w:t>v -6.832184 12.107413 -0.247398</w:t>
        <w:br/>
        <w:t>v -6.828915 12.115668 -0.292932</w:t>
        <w:br/>
        <w:t>v -6.855119 12.155801 -0.317596</w:t>
        <w:br/>
        <w:t>v -6.855119 12.155801 -0.317596</w:t>
        <w:br/>
        <w:t>v -6.882424 12.170045 -0.207060</w:t>
        <w:br/>
        <w:t>v -6.324997 12.408595 -0.350012</w:t>
        <w:br/>
        <w:t>v -6.339927 12.455127 -0.391712</w:t>
        <w:br/>
        <w:t>v -6.288748 12.496779 -0.380300</w:t>
        <w:br/>
        <w:t>v -6.271034 12.452075 -0.338603</w:t>
        <w:br/>
        <w:t>v -6.401701 12.280876 -0.369401</w:t>
        <w:br/>
        <w:t>v -6.458230 12.239520 -0.379969</w:t>
        <w:br/>
        <w:t>v -6.491607 12.277577 -0.384834</w:t>
        <w:br/>
        <w:t>v -6.437897 12.320654 -0.374120</w:t>
        <w:br/>
        <w:t>v -6.491607 12.277577 -0.384834</w:t>
        <w:br/>
        <w:t>v -6.500216 12.302301 -0.412068</w:t>
        <w:br/>
        <w:t>v -6.452803 12.337790 -0.409772</w:t>
        <w:br/>
        <w:t>v -6.437897 12.320654 -0.374120</w:t>
        <w:br/>
        <w:t>v -6.269297 12.343760 -0.388312</w:t>
        <w:br/>
        <w:t>v -6.310845 12.301785 -0.392839</w:t>
        <w:br/>
        <w:t>v -6.337221 12.330741 -0.358406</w:t>
        <w:br/>
        <w:t>v -6.283687 12.364056 -0.350491</w:t>
        <w:br/>
        <w:t>v -6.436436 12.215697 -0.413817</w:t>
        <w:br/>
        <w:t>v -6.376819 12.254107 -0.404077</w:t>
        <w:br/>
        <w:t>v -6.493542 12.302045 -0.457963</w:t>
        <w:br/>
        <w:t>v -6.450967 12.336774 -0.454326</w:t>
        <w:br/>
        <w:t>v -6.515697 12.281981 -0.459996</w:t>
        <w:br/>
        <w:t>v -6.520872 12.284982 -0.415426</w:t>
        <w:br/>
        <w:t>v -6.583463 12.234696 -0.420062</w:t>
        <w:br/>
        <w:t>v -6.577809 12.236435 -0.469222</w:t>
        <w:br/>
        <w:t>v -6.285039 12.368341 -0.474830</w:t>
        <w:br/>
        <w:t>v -6.221792 12.413710 -0.466415</w:t>
        <w:br/>
        <w:t>v -6.306150 12.422601 -0.479308</w:t>
        <w:br/>
        <w:t>v -6.285039 12.368341 -0.474830</w:t>
        <w:br/>
        <w:t>v -6.267929 12.344895 -0.437342</w:t>
        <w:br/>
        <w:t>v -6.469563 12.278942 -0.487595</w:t>
        <w:br/>
        <w:t>v -6.448660 12.239623 -0.484869</w:t>
        <w:br/>
        <w:t>v -6.393534 12.282310 -0.484349</w:t>
        <w:br/>
        <w:t>v -6.425393 12.316087 -0.484996</w:t>
        <w:br/>
        <w:t>v -6.448660 12.239623 -0.484869</w:t>
        <w:br/>
        <w:t>v -6.432213 12.217638 -0.456750</w:t>
        <w:br/>
        <w:t>v -6.373553 12.256454 -0.451776</w:t>
        <w:br/>
        <w:t>v -6.393534 12.282310 -0.484349</w:t>
        <w:br/>
        <w:t>v -6.330971 12.333864 -0.481270</w:t>
        <w:br/>
        <w:t>v -6.309374 12.304834 -0.445268</w:t>
        <w:br/>
        <w:t>v -6.368807 12.369687 -0.481554</w:t>
        <w:br/>
        <w:t>v -6.330971 12.333864 -0.481270</w:t>
        <w:br/>
        <w:t>v -6.335132 12.397914 -0.479009</w:t>
        <w:br/>
        <w:t>v -6.395519 12.390455 -0.450548</w:t>
        <w:br/>
        <w:t>v -6.363803 12.427428 -0.449050</w:t>
        <w:br/>
        <w:t>v -6.556941 12.210166 -0.496668</w:t>
        <w:br/>
        <w:t>v -6.491901 12.260404 -0.487912</w:t>
        <w:br/>
        <w:t>v -6.573946 12.210803 -0.397806</w:t>
        <w:br/>
        <w:t>v -6.550461 12.181890 -0.393418</w:t>
        <w:br/>
        <w:t>v -6.530052 12.156163 -0.425982</w:t>
        <w:br/>
        <w:t>v -6.526869 12.161192 -0.466115</w:t>
        <w:br/>
        <w:t>v -6.367001 12.428278 -0.396161</w:t>
        <w:br/>
        <w:t>v -6.395698 12.390994 -0.402797</w:t>
        <w:br/>
        <w:t>v -6.375080 12.371716 -0.360938</w:t>
        <w:br/>
        <w:t>v -6.375080 12.371716 -0.360938</w:t>
        <w:br/>
        <w:t>v -6.324997 12.408595 -0.350012</w:t>
        <w:br/>
        <w:t>v -6.536883 12.179488 -0.487680</w:t>
        <w:br/>
        <w:t>v -6.536883 12.179488 -0.487680</w:t>
        <w:br/>
        <w:t>v -6.573946 12.210803 -0.397806</w:t>
        <w:br/>
        <w:t>v -6.499599 12.499419 0.217424</w:t>
        <w:br/>
        <w:t>v -6.668757 12.450234 -0.015898</w:t>
        <w:br/>
        <w:t>v -6.632928 12.480980 -0.014850</w:t>
        <w:br/>
        <w:t>v -6.610506 12.449372 0.047962</w:t>
        <w:br/>
        <w:t>v -6.644716 12.420688 0.042869</w:t>
        <w:br/>
        <w:t>v -6.608162 12.383690 0.059423</w:t>
        <w:br/>
        <w:t>v -6.545959 12.467193 0.215285</w:t>
        <w:br/>
        <w:t>v -6.337897 12.458117 -0.443609</w:t>
        <w:br/>
        <w:t>v -6.560984 12.411529 0.264811</w:t>
        <w:br/>
        <w:t>v -6.581166 12.435143 0.211697</w:t>
        <w:br/>
        <w:t>v -6.564515 12.426623 0.159169</w:t>
        <w:br/>
        <w:t>v -5.886652 12.521713 0.598368</w:t>
        <w:br/>
        <w:t>v -5.908536 12.482542 0.533260</w:t>
        <w:br/>
        <w:t>v -5.841756 12.508194 0.636223</w:t>
        <w:br/>
        <w:t>v -5.791172 12.469318 0.636776</w:t>
        <w:br/>
        <w:t>v -5.779190 12.422075 0.594846</w:t>
        <w:br/>
        <w:t>v -5.897283 12.355213 0.700109</w:t>
        <w:br/>
        <w:t>v -5.877433 12.316942 0.659286</w:t>
        <w:br/>
        <w:t>v -5.929677 12.255460 0.701894</w:t>
        <w:br/>
        <w:t>v -5.941947 12.307077 0.733071</w:t>
        <w:br/>
        <w:t>v -5.937770 12.390327 0.700738</w:t>
        <w:br/>
        <w:t>v -5.980569 12.343056 0.729852</w:t>
        <w:br/>
        <w:t>v -6.023059 12.354206 0.707289</w:t>
        <w:br/>
        <w:t>v -5.977006 12.403522 0.670492</w:t>
        <w:br/>
        <w:t>v -6.043969 12.335299 0.662077</w:t>
        <w:br/>
        <w:t>v -5.995094 12.382299 0.619054</w:t>
        <w:br/>
        <w:t>v -6.827261 12.202367 0.130712</w:t>
        <w:br/>
        <w:t>v -5.699092 12.937505 -0.302230</w:t>
        <w:br/>
        <w:t>v -5.643080 12.876620 -0.312015</w:t>
        <w:br/>
        <w:t>v -5.526057 12.990184 -0.271116</w:t>
        <w:br/>
        <w:t>v -5.218225 13.100012 -0.145087</w:t>
        <w:br/>
        <w:t>v -5.147643 13.172812 0.154667</w:t>
        <w:br/>
        <w:t>v -5.116283 13.128564 0.000145</w:t>
        <w:br/>
        <w:t>v -5.220835 13.106838 0.168312</w:t>
        <w:br/>
        <w:t>v -5.141828 13.164856 -0.143100</w:t>
        <w:br/>
        <w:t>v -5.448740 12.795797 0.376747</w:t>
        <w:br/>
        <w:t>v -5.530297 12.645164 0.344728</w:t>
        <w:br/>
        <w:t>v -5.488792 12.840516 0.431040</w:t>
        <w:br/>
        <w:t>v -6.241179 12.562660 0.120708</w:t>
        <w:br/>
        <w:t>v -5.576396 12.613751 0.491281</w:t>
        <w:br/>
        <w:t>v -5.456553 12.899936 0.384847</w:t>
        <w:br/>
        <w:t>v -5.380641 13.060959 0.254504</w:t>
        <w:br/>
        <w:t>v -5.422980 12.841893 0.342237</w:t>
        <w:br/>
        <w:t>v -5.332849 12.993092 0.212435</w:t>
        <w:br/>
        <w:t>v -5.422980 12.841893 0.342237</w:t>
        <w:br/>
        <w:t>v -6.031082 12.871829 0.143610</w:t>
        <w:br/>
        <w:t>v -5.764240 12.992883 -0.216019</w:t>
        <w:br/>
        <w:t>v -6.942386 12.145345 0.186511</w:t>
        <w:br/>
        <w:t>v -6.932428 12.150955 0.210987</w:t>
        <w:br/>
        <w:t>v -6.921462 12.136086 0.223941</w:t>
        <w:br/>
        <w:t>v -6.938577 12.132741 0.181521</w:t>
        <w:br/>
        <w:t>v -6.886721 12.152541 0.242136</w:t>
        <w:br/>
        <w:t>v -6.897430 12.173002 0.223202</w:t>
        <w:br/>
        <w:t>v -6.902658 12.186586 0.159344</w:t>
        <w:br/>
        <w:t>v -6.893324 12.161868 0.137755</w:t>
        <w:br/>
        <w:t>v -6.932428 12.150955 0.210987</w:t>
        <w:br/>
        <w:t>v -6.940767 12.167769 0.190504</w:t>
        <w:br/>
        <w:t>v -6.906439 12.190926 0.191763</w:t>
        <w:br/>
        <w:t>v -6.897430 12.173002 0.223202</w:t>
        <w:br/>
        <w:t>v -6.935585 12.162258 0.166647</w:t>
        <w:br/>
        <w:t>v -6.902658 12.186586 0.159344</w:t>
        <w:br/>
        <w:t>v -6.942386 12.145345 0.186511</w:t>
        <w:br/>
        <w:t>v -6.935585 12.162258 0.166647</w:t>
        <w:br/>
        <w:t>v -6.953237 12.158818 0.189574</w:t>
        <w:br/>
        <w:t>v -6.935585 12.162258 0.166647</w:t>
        <w:br/>
        <w:t>v -6.924944 12.141785 0.151866</w:t>
        <w:br/>
        <w:t>v -6.942386 12.145345 0.186511</w:t>
        <w:br/>
        <w:t>v -6.953237 12.158818 0.189574</w:t>
        <w:br/>
        <w:t>v -6.953237 12.158818 0.189574</w:t>
        <w:br/>
        <w:t>v -6.856087 12.225245 0.161441</w:t>
        <w:br/>
        <w:t>v -6.852623 12.213907 0.227895</w:t>
        <w:br/>
        <w:t>v -6.860353 12.230567 0.195730</w:t>
        <w:br/>
        <w:t>v -6.921462 12.136086 0.223941</w:t>
        <w:br/>
        <w:t>v -6.871124 12.136069 0.212489</w:t>
        <w:br/>
        <w:t>v -6.868227 12.132575 0.179522</w:t>
        <w:br/>
        <w:t>v -6.938577 12.132741 0.181521</w:t>
        <w:br/>
        <w:t>v -6.875351 12.151328 0.150842</w:t>
        <w:br/>
        <w:t>v -6.924944 12.141785 0.151866</w:t>
        <w:br/>
        <w:t>v -6.886721 12.152541 0.242136</w:t>
        <w:br/>
        <w:t>v -6.893324 12.161868 0.137755</w:t>
        <w:br/>
        <w:t>v -6.071223 12.214195 0.755046</w:t>
        <w:br/>
        <w:t>v -6.025490 12.196692 0.761105</w:t>
        <w:br/>
        <w:t>v -6.000368 12.214316 0.704244</w:t>
        <w:br/>
        <w:t>v -6.037810 12.226499 0.684789</w:t>
        <w:br/>
        <w:t>v -6.071609 12.225578 0.783174</w:t>
        <w:br/>
        <w:t>v -6.074627 12.224886 0.790028</w:t>
        <w:br/>
        <w:t>v -6.054983 12.216152 0.789487</w:t>
        <w:br/>
        <w:t>v -6.026672 12.282460 0.762675</w:t>
        <w:br/>
        <w:t>v -5.996553 12.249789 0.762109</w:t>
        <w:br/>
        <w:t>v -6.039269 12.212655 0.784331</w:t>
        <w:br/>
        <w:t>v -6.054983 12.216152 0.789487</w:t>
        <w:br/>
        <w:t>v -6.067979 12.258919 0.686336</w:t>
        <w:br/>
        <w:t>v -6.086815 12.244584 0.732446</w:t>
        <w:br/>
        <w:t>v -6.074627 12.224886 0.790028</w:t>
        <w:br/>
        <w:t>v -6.087693 12.235550 0.780369</w:t>
        <w:br/>
        <w:t>v -5.979813 12.212456 0.740777</w:t>
        <w:br/>
        <w:t>v -6.080887 12.285463 0.701418</w:t>
        <w:br/>
        <w:t>v -6.061211 12.294104 0.739697</w:t>
        <w:br/>
        <w:t>v -6.080887 12.285463 0.701418</w:t>
        <w:br/>
        <w:t>v -6.089838 12.245692 0.768548</w:t>
        <w:br/>
        <w:t>v -6.087693 12.235550 0.780369</w:t>
        <w:br/>
        <w:t>v -5.979813 12.212456 0.740777</w:t>
        <w:br/>
        <w:t>v -5.996553 12.249789 0.762109</w:t>
        <w:br/>
        <w:t>v -6.089838 12.245692 0.768548</w:t>
        <w:br/>
        <w:t>v -6.086815 12.244584 0.732446</w:t>
        <w:br/>
        <w:t>v -6.025490 12.196692 0.761105</w:t>
        <w:br/>
        <w:t>v -6.039269 12.212655 0.784331</w:t>
        <w:br/>
        <w:t>v -7.067531 12.132229 -0.061457</w:t>
        <w:br/>
        <w:t>v -7.057907 12.134069 -0.021974</w:t>
        <w:br/>
        <w:t>v -7.014910 12.126102 -0.022131</w:t>
        <w:br/>
        <w:t>v -7.007684 12.111035 -0.065125</w:t>
        <w:br/>
        <w:t>v -7.094727 12.164330 -0.045823</w:t>
        <w:br/>
        <w:t>v -7.084426 12.155754 -0.061104</w:t>
        <w:br/>
        <w:t>v -7.101844 12.166105 -0.062253</w:t>
        <w:br/>
        <w:t>v -7.008125 12.131891 -0.095835</w:t>
        <w:br/>
        <w:t>v -7.048214 12.141540 -0.094054</w:t>
        <w:br/>
        <w:t>v -7.027316 12.149353 -0.003540</w:t>
        <w:br/>
        <w:t>v -7.018698 12.155985 -0.108832</w:t>
        <w:br/>
        <w:t>v -6.979423 12.229187 -0.046435</w:t>
        <w:br/>
        <w:t>v -6.983499 12.215834 -0.016606</w:t>
        <w:br/>
        <w:t>v -6.979200 12.220826 -0.079278</w:t>
        <w:br/>
        <w:t>v -7.027316 12.149353 -0.003540</w:t>
        <w:br/>
        <w:t>v -7.057907 12.134069 -0.021974</w:t>
        <w:br/>
        <w:t>v -7.078854 12.162957 -0.034969</w:t>
        <w:br/>
        <w:t>v -7.040977 12.183546 -0.024383</w:t>
        <w:br/>
        <w:t>v -7.038971 12.188707 -0.087510</w:t>
        <w:br/>
        <w:t>v -7.018698 12.155985 -0.108832</w:t>
        <w:br/>
        <w:t>v -7.040977 12.183546 -0.024383</w:t>
        <w:br/>
        <w:t>v -7.078854 12.162957 -0.034969</w:t>
        <w:br/>
        <w:t>v -7.094727 12.164330 -0.045823</w:t>
        <w:br/>
        <w:t>v -7.046069 12.196468 -0.054555</w:t>
        <w:br/>
        <w:t>v -7.091709 12.168107 -0.077574</w:t>
        <w:br/>
        <w:t>v -7.101844 12.166105 -0.062253</w:t>
        <w:br/>
        <w:t>v -7.091709 12.168107 -0.077574</w:t>
        <w:br/>
        <w:t>v -7.078034 12.169200 -0.086569</w:t>
        <w:br/>
        <w:t>v -7.048214 12.141540 -0.094054</w:t>
        <w:br/>
        <w:t>v -6.920494 12.099625 -0.233468</w:t>
        <w:br/>
        <w:t>v -6.910134 12.082910 -0.263296</w:t>
        <w:br/>
        <w:t>v -6.981837 12.098114 -0.279948</w:t>
        <w:br/>
        <w:t>v -6.976874 12.109462 -0.236690</w:t>
        <w:br/>
        <w:t>v -7.002876 12.122133 -0.275090</w:t>
        <w:br/>
        <w:t>v -6.990678 12.115986 -0.289375</w:t>
        <w:br/>
        <w:t>v -7.006102 12.119620 -0.291888</w:t>
        <w:br/>
        <w:t>v -6.905752 12.085814 -0.297797</w:t>
        <w:br/>
        <w:t>v -6.962912 12.103039 -0.315122</w:t>
        <w:br/>
        <w:t>v -6.945485 12.132185 -0.217073</w:t>
        <w:br/>
        <w:t>v -6.929461 12.115281 -0.323228</w:t>
        <w:br/>
        <w:t>v -6.889576 12.182620 -0.305333</w:t>
        <w:br/>
        <w:t>v -6.957665 12.152229 -0.253899</w:t>
        <w:br/>
        <w:t>v -6.945485 12.132185 -0.217073</w:t>
        <w:br/>
        <w:t>v -6.941299 12.138405 -0.314846</w:t>
        <w:br/>
        <w:t>v -6.929461 12.115281 -0.323228</w:t>
        <w:br/>
        <w:t>v -6.957665 12.152229 -0.253899</w:t>
        <w:br/>
        <w:t>v -6.994882 12.124643 -0.266562</w:t>
        <w:br/>
        <w:t>v -7.002876 12.122133 -0.275090</w:t>
        <w:br/>
        <w:t>v -6.956325 12.157363 -0.287153</w:t>
        <w:br/>
        <w:t>v -7.006102 12.119620 -0.291888</w:t>
        <w:br/>
        <w:t>v -6.995934 12.116090 -0.304655</w:t>
        <w:br/>
        <w:t>v -6.981945 12.115025 -0.311041</w:t>
        <w:br/>
        <w:t>v -6.962912 12.103039 -0.315122</w:t>
        <w:br/>
        <w:t>v -6.608142 12.153022 -0.423638</w:t>
        <w:br/>
        <w:t>v -6.596783 12.136237 -0.446892</w:t>
        <w:br/>
        <w:t>v -6.645068 12.136907 -0.463787</w:t>
        <w:br/>
        <w:t>v -6.646519 12.149239 -0.431560</w:t>
        <w:br/>
        <w:t>v -6.676171 12.164065 -0.471773</w:t>
        <w:br/>
        <w:t>v -6.661106 12.157997 -0.478452</w:t>
        <w:br/>
        <w:t>v -6.675946 12.160439 -0.484301</w:t>
        <w:br/>
        <w:t>v -6.587306 12.134830 -0.475982</w:t>
        <w:br/>
        <w:t>v -6.625524 12.134626 -0.484707</w:t>
        <w:br/>
        <w:t>v -6.595425 12.145975 -0.490780</w:t>
        <w:br/>
        <w:t>v -6.594181 12.231123 -0.447136</w:t>
        <w:br/>
        <w:t>v -6.637279 12.194239 -0.479361</w:t>
        <w:br/>
        <w:t>v -6.625980 12.174559 -0.497590</w:t>
        <w:br/>
        <w:t>v -6.576753 12.217031 -0.489919</w:t>
        <w:br/>
        <w:t>v -6.628407 12.167798 -0.409549</w:t>
        <w:br/>
        <w:t>v -6.646519 12.149239 -0.431560</w:t>
        <w:br/>
        <w:t>v -6.671113 12.167374 -0.461781</w:t>
        <w:br/>
        <w:t>v -6.643547 12.190176 -0.452610</w:t>
        <w:br/>
        <w:t>v -6.625980 12.174559 -0.497590</w:t>
        <w:br/>
        <w:t>v -6.595425 12.145975 -0.490780</w:t>
        <w:br/>
        <w:t>v -6.643547 12.190176 -0.452610</w:t>
        <w:br/>
        <w:t>v -6.671113 12.167374 -0.461781</w:t>
        <w:br/>
        <w:t>v -6.676171 12.164065 -0.471773</w:t>
        <w:br/>
        <w:t>v -6.675946 12.160439 -0.484301</w:t>
        <w:br/>
        <w:t>v -6.667733 12.156313 -0.493621</w:t>
        <w:br/>
        <w:t>v -6.658278 12.153626 -0.497847</w:t>
        <w:br/>
        <w:t>v -6.625524 12.134626 -0.484707</w:t>
        <w:br/>
        <w:t>v -6.994882 12.124643 -0.266562</w:t>
        <w:br/>
        <w:t>v -6.976874 12.109462 -0.236690</w:t>
        <w:br/>
        <w:t>v -6.671113 12.167374 -0.461781</w:t>
        <w:br/>
        <w:t>v -6.646519 12.149239 -0.431560</w:t>
        <w:br/>
        <w:t>v -6.645068 12.136907 -0.463787</w:t>
        <w:br/>
        <w:t>v -6.658278 12.153626 -0.497847</w:t>
        <w:br/>
        <w:t>v -6.994882 12.124643 -0.266562</w:t>
        <w:br/>
        <w:t>v -6.976874 12.109462 -0.236690</w:t>
        <w:br/>
        <w:t>v -6.981837 12.098114 -0.279948</w:t>
        <w:br/>
        <w:t>v -6.981945 12.115025 -0.311041</w:t>
        <w:br/>
        <w:t>v -6.962912 12.103039 -0.315122</w:t>
        <w:br/>
        <w:t>v -7.038971 12.188707 -0.087510</w:t>
        <w:br/>
        <w:t>v -6.979200 12.220826 -0.079278</w:t>
        <w:br/>
        <w:t>v -6.983499 12.215834 -0.016606</w:t>
        <w:br/>
        <w:t>v -6.979423 12.229187 -0.046435</w:t>
        <w:br/>
        <w:t>v -7.084426 12.155754 -0.061104</w:t>
        <w:br/>
        <w:t>v -7.078854 12.162957 -0.034969</w:t>
        <w:br/>
        <w:t>v -7.057907 12.134069 -0.021974</w:t>
        <w:br/>
        <w:t>v -7.067531 12.132229 -0.061457</w:t>
        <w:br/>
        <w:t>v -7.078034 12.169200 -0.086569</w:t>
        <w:br/>
        <w:t>v -7.078854 12.162957 -0.034969</w:t>
        <w:br/>
        <w:t>v -7.078034 12.169200 -0.086569</w:t>
        <w:br/>
        <w:t>v -6.889576 12.182620 -0.305333</w:t>
        <w:br/>
        <w:t>v -6.941299 12.138405 -0.314846</w:t>
        <w:br/>
        <w:t>v -6.896666 12.196377 -0.278874</w:t>
        <w:br/>
        <w:t>v -6.905778 12.194377 -0.248297</w:t>
        <w:br/>
        <w:t>v -6.905778 12.194377 -0.248297</w:t>
        <w:br/>
        <w:t>v -6.896666 12.196377 -0.278874</w:t>
        <w:br/>
        <w:t>v -6.981945 12.115025 -0.311041</w:t>
        <w:br/>
        <w:t>v -6.990678 12.115986 -0.289375</w:t>
        <w:br/>
        <w:t>v -6.995934 12.116090 -0.304655</w:t>
        <w:br/>
        <w:t>v -6.981945 12.115025 -0.311041</w:t>
        <w:br/>
        <w:t>v -6.994882 12.124643 -0.266562</w:t>
        <w:br/>
        <w:t>v -6.576753 12.217031 -0.489919</w:t>
        <w:br/>
        <w:t>v -6.582674 12.232071 -0.470237</w:t>
        <w:br/>
        <w:t>v -6.594181 12.231123 -0.447136</w:t>
        <w:br/>
        <w:t>v -6.658278 12.153626 -0.497847</w:t>
        <w:br/>
        <w:t>v -6.661106 12.157997 -0.478452</w:t>
        <w:br/>
        <w:t>v -6.658278 12.153626 -0.497847</w:t>
        <w:br/>
        <w:t>v -6.667733 12.156313 -0.493621</w:t>
        <w:br/>
        <w:t>v -6.671113 12.167374 -0.461781</w:t>
        <w:br/>
        <w:t>v -6.582674 12.232071 -0.470237</w:t>
        <w:br/>
        <w:t>v -6.020503 12.337079 0.716117</w:t>
        <w:br/>
        <w:t>v -6.061211 12.294104 0.739697</w:t>
        <w:br/>
        <w:t>v -6.020503 12.337079 0.716117</w:t>
        <w:br/>
        <w:t>v -5.987550 12.328630 0.728731</w:t>
        <w:br/>
        <w:t>v -5.964404 12.299730 0.735459</w:t>
        <w:br/>
        <w:t>v -5.964404 12.299730 0.735459</w:t>
        <w:br/>
        <w:t>v -5.987550 12.328630 0.728731</w:t>
        <w:br/>
        <w:t>v -6.089838 12.245692 0.768548</w:t>
        <w:br/>
        <w:t>v -6.071609 12.225578 0.783174</w:t>
        <w:br/>
        <w:t>v -6.071223 12.214195 0.755046</w:t>
        <w:br/>
        <w:t>v -6.086815 12.244584 0.732446</w:t>
        <w:br/>
        <w:t>v -6.089838 12.245692 0.768548</w:t>
        <w:br/>
        <w:t>v -6.039269 12.212655 0.784331</w:t>
        <w:br/>
        <w:t>v -6.025490 12.196692 0.761105</w:t>
        <w:br/>
        <w:t>v -6.039269 12.212655 0.784331</w:t>
        <w:br/>
        <w:t>v -6.628407 12.167798 -0.409549</w:t>
        <w:br/>
        <w:t>v -6.856087 12.225245 0.161441</w:t>
        <w:br/>
        <w:t>v -6.860353 12.230567 0.195730</w:t>
        <w:br/>
        <w:t>v -6.852623 12.213907 0.227895</w:t>
        <w:br/>
        <w:t>v -4.712995 13.659556 -0.377377</w:t>
        <w:br/>
        <w:t>v -4.723655 13.653327 -0.390658</w:t>
        <w:br/>
        <w:t>v -4.599438 13.488382 -0.374082</w:t>
        <w:br/>
        <w:t>v -4.583842 13.487028 -0.353017</w:t>
        <w:br/>
        <w:t>v -4.953551 13.461828 -0.359959</w:t>
        <w:br/>
        <w:t>v -4.845870 13.310493 -0.343534</w:t>
        <w:br/>
        <w:t>v -5.065190 13.618893 -0.283494</w:t>
        <w:br/>
        <w:t>v -4.846185 13.834130 -0.317186</w:t>
        <w:br/>
        <w:t>v -4.840270 13.847770 -0.294712</w:t>
        <w:br/>
        <w:t>v -5.067017 13.625032 -0.256769</w:t>
        <w:br/>
        <w:t>v -4.840270 13.847770 -0.294712</w:t>
        <w:br/>
        <w:t>v -4.846185 13.834130 -0.317186</w:t>
        <w:br/>
        <w:t>v -4.837611 13.302265 -0.317815</w:t>
        <w:br/>
        <w:t>v -4.950809 13.460583 -0.339333</w:t>
        <w:br/>
        <w:t>v -4.712995 13.659556 -0.377377</w:t>
        <w:br/>
        <w:t>v -4.583842 13.487028 -0.353017</w:t>
        <w:br/>
        <w:t>v -5.067017 13.625032 -0.256769</w:t>
        <w:br/>
        <w:t>v -4.840270 13.847770 -0.294712</w:t>
        <w:br/>
        <w:t>v -5.102079 13.340132 -0.331712</w:t>
        <w:br/>
        <w:t>v -5.209934 13.496248 -0.248393</w:t>
        <w:br/>
        <w:t>v -5.209934 13.496248 -0.248393</w:t>
        <w:br/>
        <w:t>v -5.336016 13.423977 -0.253084</w:t>
        <w:br/>
        <w:t>v -5.335908 13.414775 -0.277759</w:t>
        <w:br/>
        <w:t>v -5.207070 13.491781 -0.274401</w:t>
        <w:br/>
        <w:t>v -5.336016 13.423977 -0.253084</w:t>
        <w:br/>
        <w:t>v -5.215114 13.254784 -0.338026</w:t>
        <w:br/>
        <w:t>v -4.991975 13.190062 -0.309867</w:t>
        <w:br/>
        <w:t>v -4.837611 13.302265 -0.317815</w:t>
        <w:br/>
        <w:t>v -4.583842 13.487028 -0.353017</w:t>
        <w:br/>
        <w:t>v -4.599438 13.488382 -0.374082</w:t>
        <w:br/>
        <w:t>v -4.845870 13.310493 -0.343534</w:t>
        <w:br/>
        <w:t>v -5.103622 13.342051 -0.350967</w:t>
        <w:br/>
        <w:t>v -5.220582 13.253370 -0.353620</w:t>
        <w:br/>
        <w:t>v -5.378806 13.352423 -0.244683</w:t>
        <w:br/>
        <w:t>v -5.267933 13.220174 -0.327499</w:t>
        <w:br/>
        <w:t>v -5.378778 13.313005 -0.203256</w:t>
        <w:br/>
        <w:t>v -5.339768 13.314501 -0.176368</w:t>
        <w:br/>
        <w:t>v -5.269023 13.226042 -0.272855</w:t>
        <w:br/>
        <w:t>v -5.286630 13.208706 -0.296926</w:t>
        <w:br/>
        <w:t>v -5.378778 13.313005 -0.203256</w:t>
        <w:br/>
        <w:t>v -5.286630 13.208706 -0.296926</w:t>
        <w:br/>
        <w:t>v -5.289046 13.332935 -0.170620</w:t>
        <w:br/>
        <w:t>v -5.339451 13.340195 -0.176129</w:t>
        <w:br/>
        <w:t>v -5.287097 13.356712 -0.173840</w:t>
        <w:br/>
        <w:t>v -5.236363 13.257407 -0.254405</w:t>
        <w:br/>
        <w:t>v -5.287097 13.356712 -0.173840</w:t>
        <w:br/>
        <w:t>v -5.224612 13.270166 -0.266101</w:t>
        <w:br/>
        <w:t>v -5.375238 13.368847 -0.227416</w:t>
        <w:br/>
        <w:t>v -5.375575 13.335553 -0.195799</w:t>
        <w:br/>
        <w:t>v -5.339451 13.340195 -0.176129</w:t>
        <w:br/>
        <w:t>v -5.375575 13.335553 -0.195799</w:t>
        <w:br/>
        <w:t>v -5.271928 13.220069 -0.301642</w:t>
        <w:br/>
        <w:t>v -5.254763 13.239926 -0.286349</w:t>
        <w:br/>
        <w:t>v -5.271928 13.220069 -0.301642</w:t>
        <w:br/>
        <w:t>v -5.375575 13.335553 -0.195799</w:t>
        <w:br/>
        <w:t>v -5.375238 13.368847 -0.227416</w:t>
        <w:br/>
        <w:t>v -5.256619 13.226787 -0.320054</w:t>
        <w:br/>
        <w:t>v -5.224612 13.270166 -0.266101</w:t>
        <w:br/>
        <w:t>v -5.287097 13.356712 -0.173840</w:t>
        <w:br/>
        <w:t>v -5.197100 13.119043 -0.244331</w:t>
        <w:br/>
        <w:t>v -5.207411 13.083078 -0.265900</w:t>
        <w:br/>
        <w:t>v -5.207411 13.083078 -0.265900</w:t>
        <w:br/>
        <w:t>v -5.176750 13.070787 -0.305491</w:t>
        <w:br/>
        <w:t>v -5.152184 13.166481 -0.253625</w:t>
        <w:br/>
        <w:t>v -5.175507 13.114648 -0.252657</w:t>
        <w:br/>
        <w:t>v -5.197100 13.119043 -0.244331</w:t>
        <w:br/>
        <w:t>v -5.171361 13.166865 -0.242030</w:t>
        <w:br/>
        <w:t>v -5.186072 13.078902 -0.263800</w:t>
        <w:br/>
        <w:t>v -5.157395 13.067121 -0.291342</w:t>
        <w:br/>
        <w:t>v -5.175507 13.114648 -0.252657</w:t>
        <w:br/>
        <w:t>v -5.152184 13.166481 -0.253625</w:t>
        <w:br/>
        <w:t>v -5.157395 13.067121 -0.291342</w:t>
        <w:br/>
        <w:t>v -5.186072 13.078902 -0.263800</w:t>
        <w:br/>
        <w:t>v -5.186072 13.078902 -0.263800</w:t>
        <w:br/>
        <w:t>v -5.109380 13.094975 -0.342579</w:t>
        <w:br/>
        <w:t>v -5.097827 13.088305 -0.318545</w:t>
        <w:br/>
        <w:t>v -5.097827 13.088305 -0.318545</w:t>
        <w:br/>
        <w:t>v -4.991975 13.190062 -0.309867</w:t>
        <w:br/>
        <w:t>v -4.997861 13.198471 -0.335246</w:t>
        <w:br/>
        <w:t>v -4.997861 13.198471 -0.335246</w:t>
        <w:br/>
        <w:t>v 0.062828 18.782772 -1.088620</w:t>
        <w:br/>
        <w:t>v -0.062810 18.782772 -1.088620</w:t>
        <w:br/>
        <w:t>v -0.062811 18.581837 -1.125871</w:t>
        <w:br/>
        <w:t>v 0.062828 18.581837 -1.125871</w:t>
        <w:br/>
        <w:t>v 0.062828 18.814198 -1.039169</w:t>
        <w:br/>
        <w:t>v -0.062810 18.814198 -1.039169</w:t>
        <w:br/>
        <w:t>v 0.062828 18.776394 -1.005980</w:t>
        <w:br/>
        <w:t>v 0.079127 18.748600 -1.020833</w:t>
        <w:br/>
        <w:t>v 0.079127 18.596516 -1.047948</w:t>
        <w:br/>
        <w:t>v 0.062828 18.565762 -1.039572</w:t>
        <w:br/>
        <w:t>v 0.079127 18.608715 -1.110566</w:t>
        <w:br/>
        <w:t>v 0.062828 18.581837 -1.125871</w:t>
        <w:br/>
        <w:t>v 0.062828 18.542019 -1.085426</w:t>
        <w:br/>
        <w:t>v 0.079127 18.581409 -1.081640</w:t>
        <w:br/>
        <w:t>v 0.079127 18.784279 -1.046828</w:t>
        <w:br/>
        <w:t>v 0.079127 18.752636 -1.079703</w:t>
        <w:br/>
        <w:t>v 0.062828 18.814198 -1.039169</w:t>
        <w:br/>
        <w:t>v 0.079127 18.581409 -1.081640</w:t>
        <w:br/>
        <w:t>v 0.062828 18.542019 -1.085426</w:t>
        <w:br/>
        <w:t>v 0.079127 18.752636 -1.079703</w:t>
        <w:br/>
        <w:t>v 0.079127 18.608715 -1.110566</w:t>
        <w:br/>
        <w:t>v 0.079127 18.596516 -1.047948</w:t>
        <w:br/>
        <w:t>v 0.079127 18.748600 -1.020833</w:t>
        <w:br/>
        <w:t>v -0.062811 18.565762 -1.039572</w:t>
        <w:br/>
        <w:t>v -0.062810 18.776394 -1.005980</w:t>
        <w:br/>
        <w:t>v -0.062810 18.814198 -1.039169</w:t>
        <w:br/>
        <w:t>v 0.062828 18.542019 -1.085426</w:t>
        <w:br/>
        <w:t>v -0.062811 18.542019 -1.085426</w:t>
        <w:br/>
        <w:t>v -0.062811 18.542019 -1.085426</w:t>
        <w:br/>
        <w:t>v 0.062828 18.542019 -1.085426</w:t>
        <w:br/>
        <w:t>v -0.079109 18.752636 -1.079703</w:t>
        <w:br/>
        <w:t>v -0.079110 18.608715 -1.110566</w:t>
        <w:br/>
        <w:t>v -0.062811 18.542019 -1.085426</w:t>
        <w:br/>
        <w:t>v -0.079110 18.581409 -1.081640</w:t>
        <w:br/>
        <w:t>v -0.079109 18.784279 -1.046828</w:t>
        <w:br/>
        <w:t>v -0.079110 18.596516 -1.047948</w:t>
        <w:br/>
        <w:t>v -0.079109 18.748600 -1.020833</w:t>
        <w:br/>
        <w:t>v -0.062811 18.542019 -1.085426</w:t>
        <w:br/>
        <w:t>v -0.079110 18.581409 -1.081640</w:t>
        <w:br/>
        <w:t>v -0.079109 18.752636 -1.079703</w:t>
        <w:br/>
        <w:t>v -0.079109 18.784279 -1.046828</w:t>
        <w:br/>
        <w:t>v -0.079109 18.748600 -1.020833</w:t>
        <w:br/>
        <w:t>v -0.079110 18.581409 -1.081640</w:t>
        <w:br/>
        <w:t>v -0.079110 18.608715 -1.110566</w:t>
        <w:br/>
        <w:t>v -0.079110 18.596516 -1.047948</w:t>
        <w:br/>
        <w:t>v 0.079127 18.784279 -1.046828</w:t>
        <w:br/>
        <w:t>v 0.079127 18.581409 -1.081640</w:t>
        <w:br/>
        <w:t>v -1.224772 18.926884 0.318045</w:t>
        <w:br/>
        <w:t>v -1.176315 18.858982 0.409614</w:t>
        <w:br/>
        <w:t>v -1.239952 18.764183 0.312297</w:t>
        <w:br/>
        <w:t>v -1.255559 18.873535 0.281170</w:t>
        <w:br/>
        <w:t>v -1.251434 18.959709 0.255892</w:t>
        <w:br/>
        <w:t>v -1.270298 18.922043 0.235682</w:t>
        <w:br/>
        <w:t>v -1.126563 18.800037 0.457014</w:t>
        <w:br/>
        <w:t>v -1.194450 18.695530 0.337613</w:t>
        <w:br/>
        <w:t>v -1.126563 18.800037 0.457014</w:t>
        <w:br/>
        <w:t>v -1.109245 18.803822 0.459806</w:t>
        <w:br/>
        <w:t>v -1.174253 18.695518 0.335362</w:t>
        <w:br/>
        <w:t>v -1.194450 18.695530 0.337613</w:t>
        <w:br/>
        <w:t>v -1.096819 18.817657 0.453090</w:t>
        <w:br/>
        <w:t>v -1.105472 18.862419 0.422982</w:t>
        <w:br/>
        <w:t>v -1.168744 18.749153 0.300890</w:t>
        <w:br/>
        <w:t>v -1.158721 18.707550 0.327577</w:t>
        <w:br/>
        <w:t>v -1.140799 18.911591 0.370136</w:t>
        <w:br/>
        <w:t>v -1.195620 18.814301 0.277523</w:t>
        <w:br/>
        <w:t>v -1.193532 18.943737 0.310197</w:t>
        <w:br/>
        <w:t>v -1.221615 18.878002 0.262268</w:t>
        <w:br/>
        <w:t>v -1.242882 18.965027 0.253565</w:t>
        <w:br/>
        <w:t>v -1.256100 18.926758 0.228400</w:t>
        <w:br/>
        <w:t>v -1.242882 18.965027 0.253565</w:t>
        <w:br/>
        <w:t>v -1.205907 18.924797 0.305443</w:t>
        <w:br/>
        <w:t>v -1.251434 18.959709 0.255892</w:t>
        <w:br/>
        <w:t>v -1.176315 18.858982 0.409614</w:t>
        <w:br/>
        <w:t>v -1.224772 18.926884 0.318045</w:t>
        <w:br/>
        <w:t>v -1.163537 18.884048 0.364100</w:t>
        <w:br/>
        <w:t>v -1.126563 18.800037 0.457014</w:t>
        <w:br/>
        <w:t>v -1.105472 18.862419 0.422982</w:t>
        <w:br/>
        <w:t>v -1.096819 18.817657 0.453090</w:t>
        <w:br/>
        <w:t>v -1.163537 18.884048 0.364100</w:t>
        <w:br/>
        <w:t>v -1.140799 18.911591 0.370136</w:t>
        <w:br/>
        <w:t>v -1.193532 18.943737 0.310197</w:t>
        <w:br/>
        <w:t>v -1.255559 18.873535 0.281170</w:t>
        <w:br/>
        <w:t>v -1.231148 18.888477 0.288163</w:t>
        <w:br/>
        <w:t>v -1.270298 18.922043 0.235682</w:t>
        <w:br/>
        <w:t>v -1.174253 18.695518 0.335362</w:t>
        <w:br/>
        <w:t>v -1.215994 18.814777 0.309568</w:t>
        <w:br/>
        <w:t>v -1.194450 18.695530 0.337613</w:t>
        <w:br/>
        <w:t>v -1.239952 18.764183 0.312297</w:t>
        <w:br/>
        <w:t>v -1.256100 18.926758 0.228400</w:t>
        <w:br/>
        <w:t>v -1.231148 18.888477 0.288163</w:t>
        <w:br/>
        <w:t>v -1.215994 18.814777 0.309568</w:t>
        <w:br/>
        <w:t>v -1.195620 18.814301 0.277523</w:t>
        <w:br/>
        <w:t>v -1.221615 18.878002 0.262268</w:t>
        <w:br/>
        <w:t>v -1.168744 18.749153 0.300890</w:t>
        <w:br/>
        <w:t>v -1.158721 18.707550 0.327577</w:t>
        <w:br/>
        <w:t>v -1.251434 18.959709 0.255892</w:t>
        <w:br/>
        <w:t>v -1.109245 18.803822 0.459806</w:t>
        <w:br/>
        <w:t>v -1.126563 18.800037 0.457014</w:t>
        <w:br/>
        <w:t>v -0.721464 17.655605 0.368247</w:t>
        <w:br/>
        <w:t>v -0.721464 17.669579 0.368247</w:t>
        <w:br/>
        <w:t>v -0.745284 17.669579 0.344428</w:t>
        <w:br/>
        <w:t>v -0.745284 17.655605 0.344428</w:t>
        <w:br/>
        <w:t>v -0.745284 17.655605 0.344428</w:t>
        <w:br/>
        <w:t>v -0.745284 17.669579 0.344428</w:t>
        <w:br/>
        <w:t>v -0.769103 17.669579 0.368247</w:t>
        <w:br/>
        <w:t>v -0.769104 17.655605 0.368247</w:t>
        <w:br/>
        <w:t>v -0.769104 17.655605 0.368247</w:t>
        <w:br/>
        <w:t>v -0.769103 17.669579 0.368247</w:t>
        <w:br/>
        <w:t>v -0.745284 17.669579 0.392067</w:t>
        <w:br/>
        <w:t>v -0.745284 17.655605 0.392067</w:t>
        <w:br/>
        <w:t>v -0.745284 17.655605 0.392067</w:t>
        <w:br/>
        <w:t>v -0.745284 17.669579 0.392067</w:t>
        <w:br/>
        <w:t>v -0.721464 17.669579 0.368247</w:t>
        <w:br/>
        <w:t>v -0.721464 17.655605 0.368247</w:t>
        <w:br/>
        <w:t>v -0.745284 17.669579 0.344428</w:t>
        <w:br/>
        <w:t>v -0.721464 17.669579 0.368247</w:t>
        <w:br/>
        <w:t>v -0.745284 17.669579 0.392067</w:t>
        <w:br/>
        <w:t>v -0.769103 17.669579 0.368247</w:t>
        <w:br/>
        <w:t>v -0.613254 1.328414 -0.505574</w:t>
        <w:br/>
        <w:t>v -0.598841 1.309625 -0.484684</w:t>
        <w:br/>
        <w:t>v -0.644292 1.311725 -0.507800</w:t>
        <w:br/>
        <w:t>v -0.630609 1.334287 -0.513044</w:t>
        <w:br/>
        <w:t>v -0.688146 1.340765 -0.521030</w:t>
        <w:br/>
        <w:t>v -0.670111 1.359478 -0.524325</w:t>
        <w:br/>
        <w:t>v -0.722593 1.389422 -0.521457</w:t>
        <w:br/>
        <w:t>v -0.698949 1.400264 -0.524627</w:t>
        <w:br/>
        <w:t>v -0.733874 1.452003 -0.503913</w:t>
        <w:br/>
        <w:t>v -0.708507 1.453084 -0.509824</w:t>
        <w:br/>
        <w:t>v -0.630609 1.334287 -0.513044</w:t>
        <w:br/>
        <w:t>v -0.670111 1.359478 -0.524325</w:t>
        <w:br/>
        <w:t>v -0.669307 1.355366 -0.548585</w:t>
        <w:br/>
        <w:t>v -0.627276 1.327446 -0.535933</w:t>
        <w:br/>
        <w:t>v -0.613254 1.328414 -0.505574</w:t>
        <w:br/>
        <w:t>v -0.585535 1.325244 -0.514830</w:t>
        <w:br/>
        <w:t>v -0.600337 1.336513 -0.495978</w:t>
        <w:br/>
        <w:t>v -0.698949 1.400264 -0.524627</w:t>
        <w:br/>
        <w:t>v -0.702446 1.402175 -0.548975</w:t>
        <w:br/>
        <w:t>v -0.688146 1.340765 -0.521030</w:t>
        <w:br/>
        <w:t>v -0.644292 1.311725 -0.507800</w:t>
        <w:br/>
        <w:t>v -0.636608 1.305072 -0.531091</w:t>
        <w:br/>
        <w:t>v -0.686260 1.337569 -0.546246</w:t>
        <w:br/>
        <w:t>v -0.722593 1.389422 -0.521457</w:t>
        <w:br/>
        <w:t>v -0.724781 1.392000 -0.546711</w:t>
        <w:br/>
        <w:t>v -0.598841 1.309625 -0.484684</w:t>
        <w:br/>
        <w:t>v -0.591106 1.296194 -0.509749</w:t>
        <w:br/>
        <w:t>v -0.569538 1.310141 -0.493664</w:t>
        <w:br/>
        <w:t>v -0.686260 1.337569 -0.546246</w:t>
        <w:br/>
        <w:t>v -0.636608 1.305072 -0.531091</w:t>
        <w:br/>
        <w:t>v -0.627276 1.327446 -0.535933</w:t>
        <w:br/>
        <w:t>v -0.669307 1.355366 -0.548585</w:t>
        <w:br/>
        <w:t>v -0.702446 1.402175 -0.548975</w:t>
        <w:br/>
        <w:t>v -0.724781 1.392000 -0.546711</w:t>
        <w:br/>
        <w:t>v -0.737383 1.461775 -0.527192</w:t>
        <w:br/>
        <w:t>v -0.733874 1.452003 -0.503913</w:t>
        <w:br/>
        <w:t>v -0.574682 1.355378 -0.497286</w:t>
        <w:br/>
        <w:t>v -0.562508 1.337217 -0.478899</w:t>
        <w:br/>
        <w:t>v -0.582365 1.548350 -0.409238</w:t>
        <w:br/>
        <w:t>v -0.590917 1.538528 -0.436189</w:t>
        <w:br/>
        <w:t>v -0.591106 1.296194 -0.509749</w:t>
        <w:br/>
        <w:t>v -0.569538 1.310141 -0.493664</w:t>
        <w:br/>
        <w:t>v -0.585535 1.325244 -0.514830</w:t>
        <w:br/>
        <w:t>v -0.613681 1.551884 -0.443685</w:t>
        <w:br/>
        <w:t>v -0.601733 1.562926 -0.414407</w:t>
        <w:br/>
        <w:t>v -0.582365 1.548350 -0.409238</w:t>
        <w:br/>
        <w:t>v -0.562508 1.337217 -0.478899</w:t>
        <w:br/>
        <w:t>v -0.586566 1.341016 -0.465782</w:t>
        <w:br/>
        <w:t>v -0.603519 1.530492 -0.402799</w:t>
        <w:br/>
        <w:t>v -0.628886 1.544615 -0.411414</w:t>
        <w:br/>
        <w:t>v -0.601733 1.562926 -0.414407</w:t>
        <w:br/>
        <w:t>v -0.682172 1.536780 -0.443798</w:t>
        <w:br/>
        <w:t>v -0.679594 1.556538 -0.459971</w:t>
        <w:br/>
        <w:t>v -0.627490 1.567467 -0.427008</w:t>
        <w:br/>
        <w:t>v -0.717914 1.505905 -0.475151</w:t>
        <w:br/>
        <w:t>v -0.719562 1.521928 -0.495034</w:t>
        <w:br/>
        <w:t>v -0.679594 1.556538 -0.459971</w:t>
        <w:br/>
        <w:t>v -0.719562 1.521928 -0.495034</w:t>
        <w:br/>
        <w:t>v -0.697956 1.514407 -0.504378</w:t>
        <w:br/>
        <w:t>v -0.663571 1.544112 -0.474233</w:t>
        <w:br/>
        <w:t>v -0.627490 1.567467 -0.427008</w:t>
        <w:br/>
        <w:t>v -0.603519 1.530492 -0.402799</w:t>
        <w:br/>
        <w:t>v -0.586566 1.341016 -0.465782</w:t>
        <w:br/>
        <w:t>v -0.598464 1.359755 -0.485665</w:t>
        <w:br/>
        <w:t>v -0.612146 1.520569 -0.431586</w:t>
        <w:br/>
        <w:t>v -0.628886 1.544615 -0.411414</w:t>
        <w:br/>
        <w:t>v -0.621767 1.530681 -0.433007</w:t>
        <w:br/>
        <w:t>v -0.621767 1.530681 -0.433007</w:t>
        <w:br/>
        <w:t>v -0.612146 1.520569 -0.431586</w:t>
        <w:br/>
        <w:t>v -0.590917 1.538528 -0.436189</w:t>
        <w:br/>
        <w:t>v -0.613681 1.551884 -0.443685</w:t>
        <w:br/>
        <w:t>v -0.598464 1.359755 -0.485665</w:t>
        <w:br/>
        <w:t>v -0.574682 1.355378 -0.497286</w:t>
        <w:br/>
        <w:t>v -0.638180 1.533410 -0.441006</w:t>
        <w:br/>
        <w:t>v -0.663571 1.544112 -0.474233</w:t>
        <w:br/>
        <w:t>v -0.638180 1.533410 -0.441006</w:t>
        <w:br/>
        <w:t>v -0.682172 1.536780 -0.443798</w:t>
        <w:br/>
        <w:t>v -0.665156 1.524317 -0.459418</w:t>
        <w:br/>
        <w:t>v -0.695038 1.498460 -0.485640</w:t>
        <w:br/>
        <w:t>v -0.717914 1.505905 -0.475151</w:t>
        <w:br/>
        <w:t>v -0.665156 1.524317 -0.459418</w:t>
        <w:br/>
        <w:t>v -0.697956 1.514407 -0.504378</w:t>
        <w:br/>
        <w:t>v -0.695038 1.498460 -0.485640</w:t>
        <w:br/>
        <w:t>v -0.708507 1.453084 -0.509824</w:t>
        <w:br/>
        <w:t>v -0.713337 1.462491 -0.532084</w:t>
        <w:br/>
        <w:t>v -0.737383 1.461775 -0.527192</w:t>
        <w:br/>
        <w:t>v -0.713337 1.462491 -0.532084</w:t>
        <w:br/>
        <w:t>v -0.600337 1.336513 -0.495978</w:t>
        <w:br/>
        <w:t>v 0.000002 13.236399 -0.851115</w:t>
        <w:br/>
        <w:t>v 0.000002 13.178797 -0.883594</w:t>
        <w:br/>
        <w:t>v 0.120031 13.201857 -0.870591</w:t>
        <w:br/>
        <w:t>v 0.094363 13.254470 -0.840925</w:t>
        <w:br/>
        <w:t>v 0.173984 13.303786 -0.813119</w:t>
        <w:br/>
        <w:t>v 0.221297 13.264700 -0.835159</w:t>
        <w:br/>
        <w:t>v 0.285889 13.349343 -0.787433</w:t>
        <w:br/>
        <w:t>v 0.224932 13.370393 -0.775565</w:t>
        <w:br/>
        <w:t>v -0.169892 13.593655 -0.649684</w:t>
        <w:br/>
        <w:t>v -0.091767 13.640621 -0.623203</w:t>
        <w:br/>
        <w:t>v -0.116492 13.692766 -0.593801</w:t>
        <w:br/>
        <w:t>v -0.215708 13.632936 -0.627535</w:t>
        <w:br/>
        <w:t>v -0.223631 13.526782 -0.687389</w:t>
        <w:br/>
        <w:t>v -0.283973 13.547995 -0.675428</w:t>
        <w:br/>
        <w:t>v -0.311855 13.448275 -0.731653</w:t>
        <w:br/>
        <w:t>v -0.245464 13.448265 -0.731659</w:t>
        <w:br/>
        <w:t>v -0.173980 13.303791 -0.813119</w:t>
        <w:br/>
        <w:t>v -0.226373 13.370564 -0.775468</w:t>
        <w:br/>
        <w:t>v -0.287746 13.349555 -0.787314</w:t>
        <w:br/>
        <w:t>v -0.221293 13.264701 -0.835159</w:t>
        <w:br/>
        <w:t>v -0.119600 13.203393 -0.869726</w:t>
        <w:br/>
        <w:t>v -0.094020 13.255703 -0.840231</w:t>
        <w:br/>
        <w:t>v 0.311860 13.448273 -0.731654</w:t>
        <w:br/>
        <w:t>v 0.245469 13.448264 -0.731659</w:t>
        <w:br/>
        <w:t>v 0.215714 13.632936 -0.627535</w:t>
        <w:br/>
        <w:t>v 0.116297 13.693656 -0.593301</w:t>
        <w:br/>
        <w:t>v 0.091597 13.641345 -0.622794</w:t>
        <w:br/>
        <w:t>v 0.169898 13.593655 -0.649684</w:t>
        <w:br/>
        <w:t>v 0.224416 13.526565 -0.687510</w:t>
        <w:br/>
        <w:t>v 0.285010 13.547720 -0.675583</w:t>
        <w:br/>
        <w:t>v 0.000003 13.659249 -0.612700</w:t>
        <w:br/>
        <w:t>v 0.000003 13.716501 -0.580420</w:t>
        <w:br/>
        <w:t>v 0.000003 13.716501 -0.580420</w:t>
        <w:br/>
        <w:t>v 0.000003 13.659249 -0.612700</w:t>
        <w:br/>
        <w:t>v 0.033280 13.982840 -0.262304</w:t>
        <w:br/>
        <w:t>v 0.077285 14.088947 -0.208364</w:t>
        <w:br/>
        <w:t>v 0.055528 14.113888 -0.257638</w:t>
        <w:br/>
        <w:t>v 0.023898 13.993606 -0.283546</w:t>
        <w:br/>
        <w:t>v 0.000003 13.997882 -0.291947</w:t>
        <w:br/>
        <w:t>v 0.000003 14.123886 -0.277119</w:t>
        <w:br/>
        <w:t>v 0.023810 13.972114 -0.241088</w:t>
        <w:br/>
        <w:t>v 0.000003 13.967925 -0.232750</w:t>
        <w:br/>
        <w:t>v 0.000003 14.054298 -0.139784</w:t>
        <w:br/>
        <w:t>v 0.055340 14.064009 -0.159139</w:t>
        <w:br/>
        <w:t>v -0.055522 14.113888 -0.257638</w:t>
        <w:br/>
        <w:t>v -0.077279 14.088947 -0.208364</w:t>
        <w:br/>
        <w:t>v -0.033274 13.982841 -0.262304</w:t>
        <w:br/>
        <w:t>v -0.023892 13.993607 -0.283546</w:t>
        <w:br/>
        <w:t>v 0.000003 13.997882 -0.291947</w:t>
        <w:br/>
        <w:t>v 0.000003 14.123886 -0.277119</w:t>
        <w:br/>
        <w:t>v 0.000003 14.054298 -0.139784</w:t>
        <w:br/>
        <w:t>v 0.000003 13.967925 -0.232750</w:t>
        <w:br/>
        <w:t>v -0.023804 13.972113 -0.241088</w:t>
        <w:br/>
        <w:t>v -0.055333 14.064009 -0.159139</w:t>
        <w:br/>
        <w:t>v -0.089817 14.212977 0.055515</w:t>
        <w:br/>
        <w:t>v -0.120529 14.224963 0.028853</w:t>
        <w:br/>
        <w:t>v -0.140488 14.215796 0.003562</w:t>
        <w:br/>
        <w:t>v -0.073468 14.189636 0.061816</w:t>
        <w:br/>
        <w:t>v -0.066689 14.222109 0.052484</w:t>
        <w:br/>
        <w:t>v 0.058170 14.306999 -0.035840</w:t>
        <w:br/>
        <w:t>v 0.024943 14.303653 -0.015365</w:t>
        <w:br/>
        <w:t>v -0.023577 14.321864 -0.055623</w:t>
        <w:br/>
        <w:t>v -0.009982 14.332302 -0.091956</w:t>
        <w:br/>
        <w:t>v -0.140488 14.215796 0.003562</w:t>
        <w:br/>
        <w:t>v -0.114580 14.240709 0.011133</w:t>
        <w:br/>
        <w:t>v -0.001292 14.331308 -0.058767</w:t>
        <w:br/>
        <w:t>v 0.029961 14.319638 -0.033023</w:t>
        <w:br/>
        <w:t>v 0.058170 14.306999 -0.035840</w:t>
        <w:br/>
        <w:t>v -0.120529 14.224963 0.028853</w:t>
        <w:br/>
        <w:t>v 0.058170 14.306999 -0.035840</w:t>
        <w:br/>
        <w:t>v 0.076280 14.313953 -0.006914</w:t>
        <w:br/>
        <w:t>v 0.080719 14.336050 -0.032205</w:t>
        <w:br/>
        <w:t>v -0.002172 14.366661 -0.099741</w:t>
        <w:br/>
        <w:t>v -0.009982 14.332302 -0.091956</w:t>
        <w:br/>
        <w:t>v -0.073468 14.189636 0.061816</w:t>
        <w:br/>
        <w:t>v -0.062979 14.189950 0.096477</w:t>
        <w:br/>
        <w:t>v -0.033865 14.354952 -0.097439</w:t>
        <w:br/>
        <w:t>v -0.095867 14.178669 0.098564</w:t>
        <w:br/>
        <w:t>v -0.177060 14.210675 0.027671</w:t>
        <w:br/>
        <w:t>v -0.140488 14.215796 0.003562</w:t>
        <w:br/>
        <w:t>v -0.171388 14.232382 0.002481</w:t>
        <w:br/>
        <w:t>v -0.002172 14.366661 -0.099741</w:t>
        <w:br/>
        <w:t>v 0.080719 14.336050 -0.032205</w:t>
        <w:br/>
        <w:t>v 0.029961 14.319638 -0.033023</w:t>
        <w:br/>
        <w:t>v -0.001292 14.331308 -0.058767</w:t>
        <w:br/>
        <w:t>v 0.024943 14.303653 -0.015365</w:t>
        <w:br/>
        <w:t>v 0.076280 14.313953 -0.006914</w:t>
        <w:br/>
        <w:t>v -0.066689 14.222109 0.052484</w:t>
        <w:br/>
        <w:t>v -0.062979 14.189950 0.096477</w:t>
        <w:br/>
        <w:t>v -0.089817 14.212977 0.055515</w:t>
        <w:br/>
        <w:t>v -0.095867 14.178669 0.098564</w:t>
        <w:br/>
        <w:t>v -0.120529 14.224963 0.028853</w:t>
        <w:br/>
        <w:t>v -0.177060 14.210675 0.027671</w:t>
        <w:br/>
        <w:t>v -0.114580 14.240709 0.011133</w:t>
        <w:br/>
        <w:t>v -0.171388 14.232382 0.002481</w:t>
        <w:br/>
        <w:t>v -0.023577 14.321864 -0.055623</w:t>
        <w:br/>
        <w:t>v -0.033865 14.354952 -0.097439</w:t>
        <w:br/>
        <w:t>v -1.333825 13.292673 -0.592241</w:t>
        <w:br/>
        <w:t>v -1.456612 13.559370 -0.522706</w:t>
        <w:br/>
        <w:t>v -1.620971 13.507277 -0.522359</w:t>
        <w:br/>
        <w:t>v -0.902770 13.669106 -0.381550</w:t>
        <w:br/>
        <w:t>v -0.856228 13.492464 -0.422346</w:t>
        <w:br/>
        <w:t>v -0.589982 13.688643 -0.301925</w:t>
        <w:br/>
        <w:t>v -1.122641 13.390749 -0.516549</w:t>
        <w:br/>
        <w:t>v -1.185640 13.625813 -0.464979</w:t>
        <w:br/>
        <w:t>v -1.637388 13.561129 -0.485323</w:t>
        <w:br/>
        <w:t>v -1.459592 13.591240 -0.483227</w:t>
        <w:br/>
        <w:t>v -1.197504 13.652021 -0.428691</w:t>
        <w:br/>
        <w:t>v -1.708840 13.565837 -0.443492</w:t>
        <w:br/>
        <w:t>v -1.705897 13.516923 -0.467089</w:t>
        <w:br/>
        <w:t>v -1.443883 13.678427 -0.273871</w:t>
        <w:br/>
        <w:t>v -1.441745 13.645651 -0.263672</w:t>
        <w:br/>
        <w:t>v -1.693376 13.560758 -0.363099</w:t>
        <w:br/>
        <w:t>v -1.693414 13.604922 -0.376376</w:t>
        <w:br/>
        <w:t>v -1.005506 13.754321 -0.212207</w:t>
        <w:br/>
        <w:t>v -1.007902 13.725314 -0.194993</w:t>
        <w:br/>
        <w:t>v -1.211226 13.702111 -0.214477</w:t>
        <w:br/>
        <w:t>v -1.214616 13.725129 -0.237290</w:t>
        <w:br/>
        <w:t>v -1.705897 13.516923 -0.467089</w:t>
        <w:br/>
        <w:t>v -1.708840 13.565837 -0.443492</w:t>
        <w:br/>
        <w:t>v -0.596267 13.722404 -0.171542</w:t>
        <w:br/>
        <w:t>v -0.600278 13.745831 -0.192221</w:t>
        <w:br/>
        <w:t>v -0.009530 13.716447 -0.185352</w:t>
        <w:br/>
        <w:t>v -0.002902 13.731779 -0.125742</w:t>
        <w:br/>
        <w:t>v -0.009530 13.716447 -0.185352</w:t>
        <w:br/>
        <w:t>v -0.604584 13.704073 -0.273844</w:t>
        <w:br/>
        <w:t>v -0.913356 13.690741 -0.348855</w:t>
        <w:br/>
        <w:t>v -0.572982 13.608975 -0.249072</w:t>
        <w:br/>
        <w:t>v -0.600278 13.745831 -0.192221</w:t>
        <w:br/>
        <w:t>v -0.906685 13.528138 -0.312470</w:t>
        <w:br/>
        <w:t>v -1.005506 13.754321 -0.212207</w:t>
        <w:br/>
        <w:t>v -1.214616 13.725129 -0.237290</w:t>
        <w:br/>
        <w:t>v -1.167263 13.480358 -0.365311</w:t>
        <w:br/>
        <w:t>v -1.443883 13.678427 -0.273871</w:t>
        <w:br/>
        <w:t>v -1.405285 13.439417 -0.422726</w:t>
        <w:br/>
        <w:t>v -1.693414 13.604922 -0.376376</w:t>
        <w:br/>
        <w:t>v -1.708840 13.565837 -0.443492</w:t>
        <w:br/>
        <w:t>v -1.459592 13.591240 -0.483227</w:t>
        <w:br/>
        <w:t>v -1.405285 13.439417 -0.422726</w:t>
        <w:br/>
        <w:t>v -1.637388 13.561129 -0.485323</w:t>
        <w:br/>
        <w:t>v -1.197504 13.652021 -0.428691</w:t>
        <w:br/>
        <w:t>v -1.167263 13.480358 -0.365311</w:t>
        <w:br/>
        <w:t>v -0.913356 13.690741 -0.348855</w:t>
        <w:br/>
        <w:t>v -0.906685 13.528138 -0.312470</w:t>
        <w:br/>
        <w:t>v -0.604584 13.704073 -0.273844</w:t>
        <w:br/>
        <w:t>v -0.572982 13.608975 -0.249072</w:t>
        <w:br/>
        <w:t>v -1.708840 13.565837 -0.443492</w:t>
        <w:br/>
        <w:t>v -1.603741 13.213021 -0.587731</w:t>
        <w:br/>
        <w:t>v -1.603741 13.213021 -0.587731</w:t>
        <w:br/>
        <w:t>v -1.149031 13.546584 -0.264072</w:t>
        <w:br/>
        <w:t>v -0.596267 13.722404 -0.171542</w:t>
        <w:br/>
        <w:t>v -0.002902 13.731779 -0.125742</w:t>
        <w:br/>
        <w:t>v -0.579710 13.583336 -0.227296</w:t>
        <w:br/>
        <w:t>v -0.009530 13.716447 -0.185352</w:t>
        <w:br/>
        <w:t>v -0.009530 13.716447 -0.185352</w:t>
        <w:br/>
        <w:t>v -0.578551 13.563034 -0.329175</w:t>
        <w:br/>
        <w:t>v -1.419387 13.494819 -0.306036</w:t>
        <w:br/>
        <w:t>v -1.593634 13.427411 -0.379154</w:t>
        <w:br/>
        <w:t>v -0.004788 13.661313 -0.197365</w:t>
        <w:br/>
        <w:t>v -0.009530 13.716447 -0.185352</w:t>
        <w:br/>
        <w:t>v -0.981194 13.591472 -0.219180</w:t>
        <w:br/>
        <w:t>v 0.460372 2.403380 -0.248522</w:t>
        <w:br/>
        <w:t>v 0.702142 2.398664 -0.347863</w:t>
        <w:br/>
        <w:t>v 0.709461 2.559605 -0.354252</w:t>
        <w:br/>
        <w:t>v 0.465881 2.562371 -0.247641</w:t>
        <w:br/>
        <w:t>v 0.920494 2.394727 -0.258042</w:t>
        <w:br/>
        <w:t>v 0.926807 2.556447 -0.263123</w:t>
        <w:br/>
        <w:t>v 1.024803 2.555114 -0.010223</w:t>
        <w:br/>
        <w:t>v 1.014188 2.392941 -0.008714</w:t>
        <w:br/>
        <w:t>v 0.392661 2.563264 0.006063</w:t>
        <w:br/>
        <w:t>v 0.484494 2.562471 0.296315</w:t>
        <w:br/>
        <w:t>v 0.478080 2.403241 0.291976</w:t>
        <w:br/>
        <w:t>v 0.390699 2.404613 0.009031</w:t>
        <w:br/>
        <w:t>v 0.947282 2.555101 0.270986</w:t>
        <w:br/>
        <w:t>v 0.936365 2.394148 0.264722</w:t>
        <w:br/>
        <w:t>v 0.936365 2.394148 0.264722</w:t>
        <w:br/>
        <w:t>v 0.727320 2.399015 0.425261</w:t>
        <w:br/>
        <w:t>v 0.740701 2.559063 0.434240</w:t>
        <w:br/>
        <w:t>v 0.947282 2.555101 0.270986</w:t>
        <w:br/>
        <w:t>v 1.017407 2.395695 0.138883</w:t>
        <w:br/>
        <w:t>v 1.028362 2.551731 0.140933</w:t>
        <w:br/>
        <w:t>v 1.037756 2.409981 0.110548</w:t>
        <w:br/>
        <w:t>v 1.046711 2.537481 0.112271</w:t>
        <w:br/>
        <w:t>v 1.053804 2.474348 0.093721</w:t>
        <w:br/>
        <w:t>v 0.480985 2.563415 -0.233857</w:t>
        <w:br/>
        <w:t>v 0.465881 2.562371 -0.247641</w:t>
        <w:br/>
        <w:t>v 0.709461 2.559605 -0.354252</w:t>
        <w:br/>
        <w:t>v 0.710970 2.561164 -0.335538</w:t>
        <w:br/>
        <w:t>v 0.460372 2.403380 -0.248522</w:t>
        <w:br/>
        <w:t>v 0.477740 2.403455 -0.232361</w:t>
        <w:br/>
        <w:t>v 0.703261 2.398199 -0.331853</w:t>
        <w:br/>
        <w:t>v 0.702142 2.398664 -0.347863</w:t>
        <w:br/>
        <w:t>v 0.926807 2.556447 -0.263123</w:t>
        <w:br/>
        <w:t>v 0.915891 2.556975 -0.253992</w:t>
        <w:br/>
        <w:t>v 0.907980 2.395016 -0.248811</w:t>
        <w:br/>
        <w:t>v 0.920494 2.394727 -0.258042</w:t>
        <w:br/>
        <w:t>v 1.024803 2.555114 -0.010223</w:t>
        <w:br/>
        <w:t>v 1.008202 2.556862 -0.012097</w:t>
        <w:br/>
        <w:t>v 0.993789 2.392551 -0.005382</w:t>
        <w:br/>
        <w:t>v 1.014188 2.392941 -0.008714</w:t>
        <w:br/>
        <w:t>v 0.392661 2.563264 0.006063</w:t>
        <w:br/>
        <w:t>v 0.415764 2.566219 0.009761</w:t>
        <w:br/>
        <w:t>v 0.506893 2.563503 0.290341</w:t>
        <w:br/>
        <w:t>v 0.484494 2.562471 0.296315</w:t>
        <w:br/>
        <w:t>v 0.414393 2.404160 0.012615</w:t>
        <w:br/>
        <w:t>v 0.390699 2.404613 0.009031</w:t>
        <w:br/>
        <w:t>v 0.478080 2.403241 0.291976</w:t>
        <w:br/>
        <w:t>v 0.498781 2.402700 0.282568</w:t>
        <w:br/>
        <w:t>v 0.947282 2.555101 0.270986</w:t>
        <w:br/>
        <w:t>v 0.928769 2.557440 0.248474</w:t>
        <w:br/>
        <w:t>v 0.917865 2.395028 0.252674</w:t>
        <w:br/>
        <w:t>v 0.936365 2.394148 0.264722</w:t>
        <w:br/>
        <w:t>v 0.928769 2.557440 0.248474</w:t>
        <w:br/>
        <w:t>v 0.947282 2.555101 0.270986</w:t>
        <w:br/>
        <w:t>v 0.740701 2.559063 0.434240</w:t>
        <w:br/>
        <w:t>v 0.737481 2.560497 0.413275</w:t>
        <w:br/>
        <w:t>v 0.936365 2.394148 0.264722</w:t>
        <w:br/>
        <w:t>v 0.917865 2.395028 0.252674</w:t>
        <w:br/>
        <w:t>v 0.724226 2.400449 0.404396</w:t>
        <w:br/>
        <w:t>v 0.727320 2.399015 0.425261</w:t>
        <w:br/>
        <w:t>v 1.028362 2.551731 0.140933</w:t>
        <w:br/>
        <w:t>v 1.009862 2.553076 0.129136</w:t>
        <w:br/>
        <w:t>v 1.017407 2.395695 0.138883</w:t>
        <w:br/>
        <w:t>v 0.998895 2.397028 0.127086</w:t>
        <w:br/>
        <w:t>v 1.046711 2.537481 0.112271</w:t>
        <w:br/>
        <w:t>v 1.028362 2.538751 0.100223</w:t>
        <w:br/>
        <w:t>v 1.037756 2.409981 0.110548</w:t>
        <w:br/>
        <w:t>v 1.019407 2.411239 0.098500</w:t>
        <w:br/>
        <w:t>v 1.053804 2.474348 0.093721</w:t>
        <w:br/>
        <w:t>v 1.035417 2.475605 0.081748</w:t>
        <w:br/>
        <w:t>v 0.727320 2.399015 0.425261</w:t>
        <w:br/>
        <w:t>v 0.740701 2.559063 0.434240</w:t>
        <w:br/>
        <w:t>v 6.347480 12.515942 0.100632</w:t>
        <w:br/>
        <w:t>v 6.309601 12.452713 0.076256</w:t>
        <w:br/>
        <w:t>v 6.232169 12.470440 0.096392</w:t>
        <w:br/>
        <w:t>v 6.281960 12.547142 0.118872</w:t>
        <w:br/>
        <w:t>v 6.292679 12.431503 0.005713</w:t>
        <w:br/>
        <w:t>v 6.205169 12.458780 0.013859</w:t>
        <w:br/>
        <w:t>v 6.329866 12.683451 0.022034</w:t>
        <w:br/>
        <w:t>v 6.399384 12.633968 0.011822</w:t>
        <w:br/>
        <w:t>v 6.380257 12.592297 0.083079</w:t>
        <w:br/>
        <w:t>v 6.314480 12.631773 0.101460</w:t>
        <w:br/>
        <w:t>v 6.324362 12.520523 -0.076086</w:t>
        <w:br/>
        <w:t>v 6.380450 12.602024 -0.060712</w:t>
        <w:br/>
        <w:t>v 6.311546 12.647230 -0.057920</w:t>
        <w:br/>
        <w:t>v 6.251749 12.552114 -0.073886</w:t>
        <w:br/>
        <w:t>v 6.347480 12.515942 0.100632</w:t>
        <w:br/>
        <w:t>v 6.281960 12.547142 0.118872</w:t>
        <w:br/>
        <w:t>v 6.301473 12.467493 -0.054610</w:t>
        <w:br/>
        <w:t>v 6.215702 12.489981 -0.051963</w:t>
        <w:br/>
        <w:t>v 5.715966 12.553356 0.599539</w:t>
        <w:br/>
        <w:t>v 5.679801 12.599294 0.581894</w:t>
        <w:br/>
        <w:t>v 5.738585 12.644568 0.573933</w:t>
        <w:br/>
        <w:t>v 5.771676 12.597320 0.594685</w:t>
        <w:br/>
        <w:t>v 5.818962 12.520681 0.443264</w:t>
        <w:br/>
        <w:t>v 5.845646 12.557435 0.464871</w:t>
        <w:br/>
        <w:t>v 5.818101 12.592393 0.435391</w:t>
        <w:br/>
        <w:t>v 5.791905 12.558138 0.415923</w:t>
        <w:br/>
        <w:t>v 5.830268 12.608599 0.545850</w:t>
        <w:br/>
        <w:t>v 5.866170 12.553420 0.577832</w:t>
        <w:br/>
        <w:t>v 5.812473 12.541365 0.620856</w:t>
        <w:br/>
        <w:t>v 5.845646 12.557435 0.464871</w:t>
        <w:br/>
        <w:t>v 5.883617 12.511443 0.506423</w:t>
        <w:br/>
        <w:t>v 5.761401 12.499741 0.621523</w:t>
        <w:br/>
        <w:t>v 5.745464 12.454599 0.574587</w:t>
        <w:br/>
        <w:t>v 5.694619 12.504640 0.552101</w:t>
        <w:br/>
        <w:t>v 5.767433 12.487410 0.443792</w:t>
        <w:br/>
        <w:t>v 5.813542 12.440928 0.480075</w:t>
        <w:br/>
        <w:t>v 5.857105 12.475372 0.478541</w:t>
        <w:br/>
        <w:t>v 5.716577 12.471622 0.485194</w:t>
        <w:br/>
        <w:t>v 5.694619 12.504640 0.552101</w:t>
        <w:br/>
        <w:t>v 5.745464 12.454599 0.574587</w:t>
        <w:br/>
        <w:t>v 5.766934 12.428014 0.514057</w:t>
        <w:br/>
        <w:t>v 6.270545 12.507734 0.307778</w:t>
        <w:br/>
        <w:t>v 6.243116 12.463734 0.275356</w:t>
        <w:br/>
        <w:t>v 6.159457 12.507244 0.294536</w:t>
        <w:br/>
        <w:t>v 6.192841 12.551823 0.331476</w:t>
        <w:br/>
        <w:t>v 6.228437 12.449945 0.216471</w:t>
        <w:br/>
        <w:t>v 6.132202 12.485928 0.232992</w:t>
        <w:br/>
        <w:t>v 6.258348 12.684652 0.233261</w:t>
        <w:br/>
        <w:t>v 6.332930 12.625114 0.227784</w:t>
        <w:br/>
        <w:t>v 6.315957 12.583971 0.299059</w:t>
        <w:br/>
        <w:t>v 6.238838 12.634033 0.318962</w:t>
        <w:br/>
        <w:t>v 6.296109 12.529036 0.131541</w:t>
        <w:br/>
        <w:t>v 6.321709 12.592028 0.159335</w:t>
        <w:br/>
        <w:t>v 6.258432 12.632601 0.155259</w:t>
        <w:br/>
        <w:t>v 6.244155 12.558411 0.127690</w:t>
        <w:br/>
        <w:t>v 6.270545 12.507734 0.307778</w:t>
        <w:br/>
        <w:t>v 6.192841 12.551823 0.331476</w:t>
        <w:br/>
        <w:t>v 6.249197 12.474276 0.149338</w:t>
        <w:br/>
        <w:t>v 6.219085 12.492489 0.141078</w:t>
        <w:br/>
        <w:t>v 6.075696 12.503482 -0.287910</w:t>
        <w:br/>
        <w:t>v 6.121485 12.568328 -0.301893</w:t>
        <w:br/>
        <w:t>v 6.202131 12.507959 -0.322739</w:t>
        <w:br/>
        <w:t>v 6.166402 12.449451 -0.315994</w:t>
        <w:br/>
        <w:t>v 6.048113 12.482215 -0.360392</w:t>
        <w:br/>
        <w:t>v 6.075696 12.503482 -0.287910</w:t>
        <w:br/>
        <w:t>v 6.166402 12.449451 -0.315994</w:t>
        <w:br/>
        <w:t>v 6.143246 12.419656 -0.370744</w:t>
        <w:br/>
        <w:t>v 6.069467 12.527750 -0.445176</w:t>
        <w:br/>
        <w:t>v 6.052876 12.501652 -0.421843</w:t>
        <w:br/>
        <w:t>v 6.147768 12.430539 -0.426803</w:t>
        <w:br/>
        <w:t>v 6.161440 12.459621 -0.454364</w:t>
        <w:br/>
        <w:t>v 6.139677 12.625560 -0.416573</w:t>
        <w:br/>
        <w:t>v 6.111290 12.587078 -0.456117</w:t>
        <w:br/>
        <w:t>v 6.196725 12.516335 -0.465089</w:t>
        <w:br/>
        <w:t>v 6.223530 12.549645 -0.426896</w:t>
        <w:br/>
        <w:t>v 5.795821 12.675376 0.506939</w:t>
        <w:br/>
        <w:t>v 5.818101 12.592393 0.435391</w:t>
        <w:br/>
        <w:t>v 5.648359 12.546772 0.531048</w:t>
        <w:br/>
        <w:t>v 5.718148 12.549543 0.385601</w:t>
        <w:br/>
        <w:t>v 6.324362 12.520523 -0.076086</w:t>
        <w:br/>
        <w:t>v 6.251749 12.552114 -0.073886</w:t>
        <w:br/>
        <w:t>v 6.208222 12.483498 -0.106445</w:t>
        <w:br/>
        <w:t>v 6.265386 12.536160 -0.106186</w:t>
        <w:br/>
        <w:t>v 6.363251 12.484952 -0.124847</w:t>
        <w:br/>
        <w:t>v 6.327487 12.422805 -0.129221</w:t>
        <w:br/>
        <w:t>v 6.174789 12.451365 -0.170570</w:t>
        <w:br/>
        <w:t>v 6.304703 12.386686 -0.178482</w:t>
        <w:br/>
        <w:t>v 6.293758 12.630582 -0.148967</w:t>
        <w:br/>
        <w:t>v 6.291867 12.645410 -0.231506</w:t>
        <w:br/>
        <w:t>v 6.393517 12.557617 -0.238270</w:t>
        <w:br/>
        <w:t>v 6.397632 12.545188 -0.165460</w:t>
        <w:br/>
        <w:t>v 6.232459 12.546505 -0.287543</w:t>
        <w:br/>
        <w:t>v 6.180571 12.467277 -0.239342</w:t>
        <w:br/>
        <w:t>v 6.305023 12.405676 -0.243979</w:t>
        <w:br/>
        <w:t>v 6.338861 12.483166 -0.287903</w:t>
        <w:br/>
        <w:t>v 6.266751 12.601595 -0.282969</w:t>
        <w:br/>
        <w:t>v 6.232459 12.546505 -0.287543</w:t>
        <w:br/>
        <w:t>v 6.338861 12.483166 -0.287903</w:t>
        <w:br/>
        <w:t>v 6.366444 12.524990 -0.281995</w:t>
        <w:br/>
        <w:t>v 6.265386 12.536160 -0.106186</w:t>
        <w:br/>
        <w:t>v 6.363251 12.484952 -0.124847</w:t>
        <w:br/>
        <w:t>v 5.666619 12.516857 0.451388</w:t>
        <w:br/>
        <w:t>v 5.648359 12.546772 0.531048</w:t>
        <w:br/>
        <w:t>v 6.202131 12.507959 -0.322739</w:t>
        <w:br/>
        <w:t>v 6.121485 12.568328 -0.301893</w:t>
        <w:br/>
        <w:t>v 6.146101 12.621977 -0.345257</w:t>
        <w:br/>
        <w:t>v 6.229621 12.548182 -0.366166</w:t>
        <w:br/>
        <w:t>v 6.069467 12.527750 -0.445176</w:t>
        <w:br/>
        <w:t>v 6.161440 12.459621 -0.454364</w:t>
        <w:br/>
        <w:t>v 5.883617 12.511443 0.506423</w:t>
        <w:br/>
        <w:t>v 6.296109 12.529036 0.131541</w:t>
        <w:br/>
        <w:t>v 6.244155 12.558411 0.127690</w:t>
        <w:br/>
        <w:t>v 6.067546 12.597972 0.365642</w:t>
        <w:br/>
        <w:t>v 6.120615 12.696611 0.349708</w:t>
        <w:br/>
        <w:t>v 5.832855 12.631614 0.385488</w:t>
        <w:br/>
        <w:t>v 5.855519 12.843702 0.381640</w:t>
        <w:br/>
        <w:t>v 5.981828 12.777765 0.353188</w:t>
        <w:br/>
        <w:t>v 5.906031 12.633866 0.362448</w:t>
        <w:br/>
        <w:t>v 6.224462 12.559936 -0.078731</w:t>
        <w:br/>
        <w:t>v 6.211883 12.492956 -0.087578</w:t>
        <w:br/>
        <w:t>v 6.215702 12.489981 -0.051963</w:t>
        <w:br/>
        <w:t>v 6.251749 12.552114 -0.073886</w:t>
        <w:br/>
        <w:t>v 6.230333 12.552687 -0.097705</w:t>
        <w:br/>
        <w:t>v 6.192114 12.491302 -0.097064</w:t>
        <w:br/>
        <w:t>v 6.174337 12.575270 -0.295141</w:t>
        <w:br/>
        <w:t>v 6.121324 12.477749 -0.242145</w:t>
        <w:br/>
        <w:t>v 6.141558 12.579679 -0.297189</w:t>
        <w:br/>
        <w:t>v 6.069036 12.505951 -0.274477</w:t>
        <w:br/>
        <w:t>v 6.069036 12.505951 -0.274477</w:t>
        <w:br/>
        <w:t>v 6.141558 12.579679 -0.297189</w:t>
        <w:br/>
        <w:t>v 6.113782 12.580196 -0.299882</w:t>
        <w:br/>
        <w:t>v 6.060518 12.509344 -0.281947</w:t>
        <w:br/>
        <w:t>v 6.196966 12.662911 -0.286239</w:t>
        <w:br/>
        <w:t>v 6.174337 12.575270 -0.295141</w:t>
        <w:br/>
        <w:t>v 6.148701 12.650613 -0.307040</w:t>
        <w:br/>
        <w:t>v 6.141558 12.579679 -0.297189</w:t>
        <w:br/>
        <w:t>v 6.115084 12.653152 -0.335779</w:t>
        <w:br/>
        <w:t>v 6.113782 12.580196 -0.299882</w:t>
        <w:br/>
        <w:t>v 6.230333 12.552687 -0.097705</w:t>
        <w:br/>
        <w:t>v 6.253990 12.663607 -0.140795</w:t>
        <w:br/>
        <w:t>v 6.219085 12.492489 0.141078</w:t>
        <w:br/>
        <w:t>v 6.236094 12.564005 0.113877</w:t>
        <w:br/>
        <w:t>v 6.207968 12.494204 0.120729</w:t>
        <w:br/>
        <w:t>v 6.274897 12.551537 0.125716</w:t>
        <w:br/>
        <w:t>v 6.237824 12.486958 0.119214</w:t>
        <w:br/>
        <w:t>v 5.826099 12.601834 0.423343</w:t>
        <w:br/>
        <w:t>v 5.792873 12.566171 0.400190</w:t>
        <w:br/>
        <w:t>v 5.806990 12.592323 0.349029</w:t>
        <w:br/>
        <w:t>v 5.832855 12.631614 0.385488</w:t>
        <w:br/>
        <w:t>v 5.906031 12.633866 0.362448</w:t>
        <w:br/>
        <w:t>v 5.879758 12.588410 0.323906</w:t>
        <w:br/>
        <w:t>v 6.067546 12.597972 0.365642</w:t>
        <w:br/>
        <w:t>v 6.031658 12.545251 0.333636</w:t>
        <w:br/>
        <w:t>v 6.230333 12.552687 -0.097705</w:t>
        <w:br/>
        <w:t>v 6.234140 12.681230 -0.126878</w:t>
        <w:br/>
        <w:t>v 6.235095 12.697447 -0.226745</w:t>
        <w:br/>
        <w:t>v 6.251749 12.552114 -0.073886</w:t>
        <w:br/>
        <w:t>v 6.259065 12.683428 -0.068557</w:t>
        <w:br/>
        <w:t>v 6.233163 12.687754 -0.093422</w:t>
        <w:br/>
        <w:t>v 6.224462 12.559936 -0.078731</w:t>
        <w:br/>
        <w:t>v 6.274897 12.551537 0.125716</w:t>
        <w:br/>
        <w:t>v 6.269777 12.638894 0.117379</w:t>
        <w:br/>
        <w:t>v 6.177447 12.801023 0.034695</w:t>
        <w:br/>
        <w:t>v 6.151523 12.800077 -0.077812</w:t>
        <w:br/>
        <w:t>v 6.213586 12.737071 -0.087062</w:t>
        <w:br/>
        <w:t>v 6.256961 12.740433 0.029777</w:t>
        <w:br/>
        <w:t>v 6.192211 12.735418 -0.220851</w:t>
        <w:br/>
        <w:t>v 6.131489 12.784629 -0.209064</w:t>
        <w:br/>
        <w:t>v 6.140589 12.703028 -0.313319</w:t>
        <w:br/>
        <w:t>v 6.082548 12.758776 -0.313595</w:t>
        <w:br/>
        <w:t>v 6.097229 12.667348 -0.414792</w:t>
        <w:br/>
        <w:t>v 6.239630 12.704809 0.129673</w:t>
        <w:br/>
        <w:t>v 6.161113 12.784619 0.141143</w:t>
        <w:br/>
        <w:t>v 6.036249 12.715678 -0.415979</w:t>
        <w:br/>
        <w:t>v 6.020575 12.898510 -0.046738</w:t>
        <w:br/>
        <w:t>v 6.062476 12.624593 -0.460057</w:t>
        <w:br/>
        <w:t>v 6.002214 12.662521 -0.453881</w:t>
        <w:br/>
        <w:t>v 6.018907 12.568616 -0.446932</w:t>
        <w:br/>
        <w:t>v 5.962766 12.600220 -0.447929</w:t>
        <w:br/>
        <w:t>v 6.018907 12.568616 -0.446932</w:t>
        <w:br/>
        <w:t>v 5.995947 12.542048 -0.416078</w:t>
        <w:br/>
        <w:t>v 5.962766 12.600220 -0.447929</w:t>
        <w:br/>
        <w:t>v 5.944715 12.572936 -0.410387</w:t>
        <w:br/>
        <w:t>v 5.823858 12.700273 -0.382882</w:t>
        <w:br/>
        <w:t>v 5.893859 12.806417 -0.371814</w:t>
        <w:br/>
        <w:t>v 5.832855 12.631614 0.385488</w:t>
        <w:br/>
        <w:t>v 5.806990 12.592323 0.349029</w:t>
        <w:br/>
        <w:t>v 6.251215 12.637401 0.134585</w:t>
        <w:br/>
        <w:t>v 6.154493 12.768216 0.255704</w:t>
        <w:br/>
        <w:t>v 6.012041 12.837625 0.262173</w:t>
        <w:br/>
        <w:t>v 5.947245 12.860557 -0.261607</w:t>
        <w:br/>
        <w:t>v 5.850119 12.961252 -0.159310</w:t>
        <w:br/>
        <w:t>v 5.835763 12.941154 -0.233838</w:t>
        <w:br/>
        <w:t>v 5.789452 12.876681 -0.334512</w:t>
        <w:br/>
        <w:t>v 5.994860 12.517199 -0.351879</w:t>
        <w:br/>
        <w:t>v 5.931487 12.542924 -0.328495</w:t>
        <w:br/>
        <w:t>v 6.060518 12.509344 -0.281947</w:t>
        <w:br/>
        <w:t>v 6.037905 12.498448 -0.243350</w:t>
        <w:br/>
        <w:t>v 6.120558 12.469438 -0.168145</w:t>
        <w:br/>
        <w:t>v 6.064229 12.479362 -0.154232</w:t>
        <w:br/>
        <w:t>v 6.211883 12.492956 -0.087578</w:t>
        <w:br/>
        <w:t>v 6.091622 12.487020 -0.066159</w:t>
        <w:br/>
        <w:t>v 6.109482 12.472431 0.025864</w:t>
        <w:br/>
        <w:t>v 6.122537 12.473541 0.107910</w:t>
        <w:br/>
        <w:t>v 6.109272 12.485586 0.166671</w:t>
        <w:br/>
        <w:t>v 6.207968 12.494204 0.120729</w:t>
        <w:br/>
        <w:t>v 5.852781 12.566603 0.253358</w:t>
        <w:br/>
        <w:t>v 5.757769 12.584093 0.294146</w:t>
        <w:br/>
        <w:t>v 6.007751 12.518270 0.250512</w:t>
        <w:br/>
        <w:t>v 5.988925 12.522586 0.128221</w:t>
        <w:br/>
        <w:t>v 5.738090 12.608416 0.151919</w:t>
        <w:br/>
        <w:t>v 5.835917 12.565952 0.141416</w:t>
        <w:br/>
        <w:t>v 5.964517 12.526443 -0.037333</w:t>
        <w:br/>
        <w:t>v 5.936512 12.535316 -0.241000</w:t>
        <w:br/>
        <w:t>v 5.823858 12.700273 -0.382882</w:t>
        <w:br/>
        <w:t>v 5.799824 12.643811 -0.331922</w:t>
        <w:br/>
        <w:t>v 5.802756 12.611412 -0.222293</w:t>
        <w:br/>
        <w:t>v 5.696861 12.674133 -0.182954</w:t>
        <w:br/>
        <w:t>v 5.719746 12.641219 -0.005966</w:t>
        <w:br/>
        <w:t>v 5.826501 12.585258 -0.021485</w:t>
        <w:br/>
        <w:t>v 5.728995 12.792795 -0.345693</w:t>
        <w:br/>
        <w:t>v 5.698199 12.723004 -0.299311</w:t>
        <w:br/>
        <w:t>v 5.728995 12.792795 -0.345693</w:t>
        <w:br/>
        <w:t>v 5.594781 12.734571 -0.145036</w:t>
        <w:br/>
        <w:t>v 5.604918 12.795678 -0.269379</w:t>
        <w:br/>
        <w:t>v 5.451157 12.893126 -0.220696</w:t>
        <w:br/>
        <w:t>v 5.421940 12.861010 -0.112765</w:t>
        <w:br/>
        <w:t>v 5.643085 12.876605 -0.312013</w:t>
        <w:br/>
        <w:t>v 5.526063 12.990170 -0.271114</w:t>
        <w:br/>
        <w:t>v 5.609726 12.698900 0.010032</w:t>
        <w:br/>
        <w:t>v 5.517022 12.724012 0.110391</w:t>
        <w:br/>
        <w:t>v 5.625440 12.658025 0.168985</w:t>
        <w:br/>
        <w:t>v 5.774303 12.883460 0.381313</w:t>
        <w:br/>
        <w:t>v 5.672398 12.933328 0.380898</w:t>
        <w:br/>
        <w:t>v 5.843909 12.946876 0.255587</w:t>
        <w:br/>
        <w:t>v 5.723166 12.570450 0.331258</w:t>
        <w:br/>
        <w:t>v 5.625131 12.613867 0.279557</w:t>
        <w:br/>
        <w:t>v 5.526642 12.699809 0.212914</w:t>
        <w:br/>
        <w:t>v 5.408415 12.829921 0.027966</w:t>
        <w:br/>
        <w:t>v 5.298354 12.959993 -0.012053</w:t>
        <w:br/>
        <w:t>v 5.406841 12.815592 0.145354</w:t>
        <w:br/>
        <w:t>v 5.320437 13.004411 -0.162819</w:t>
        <w:br/>
        <w:t>v 5.187567 13.062527 -0.003514</w:t>
        <w:br/>
        <w:t>v 5.300638 12.951218 0.120277</w:t>
        <w:br/>
        <w:t>v 5.719659 12.548957 0.366372</w:t>
        <w:br/>
        <w:t>v 5.619702 12.581558 0.345356</w:t>
        <w:br/>
        <w:t>v 5.455760 12.747720 0.271042</w:t>
        <w:br/>
        <w:t>v 5.524328 12.667267 0.307816</w:t>
        <w:br/>
        <w:t>v 5.610669 12.679091 0.541147</w:t>
        <w:br/>
        <w:t>v 5.576399 12.613734 0.491281</w:t>
        <w:br/>
        <w:t>v 5.551659 12.752308 0.486451</w:t>
        <w:br/>
        <w:t>v 5.515748 12.682131 0.447552</w:t>
        <w:br/>
        <w:t>v 5.448744 12.795780 0.376747</w:t>
        <w:br/>
        <w:t>v 5.534101 12.771959 0.476491</w:t>
        <w:br/>
        <w:t>v 5.462100 12.776279 0.391588</w:t>
        <w:br/>
        <w:t>v 5.626369 12.584811 0.362020</w:t>
        <w:br/>
        <w:t>v 5.582639 12.580843 0.413634</w:t>
        <w:br/>
        <w:t>v 5.535851 12.648021 0.363743</w:t>
        <w:br/>
        <w:t>v 5.462100 12.776279 0.391588</w:t>
        <w:br/>
        <w:t>v 5.515748 12.682131 0.447552</w:t>
        <w:br/>
        <w:t>v 5.408744 12.807971 0.238507</w:t>
        <w:br/>
        <w:t>v 5.679028 12.733960 0.529916</w:t>
        <w:br/>
        <w:t>v 5.332855 12.993076 0.212437</w:t>
        <w:br/>
        <w:t>v 5.727426 12.830620 0.452923</w:t>
        <w:br/>
        <w:t>v 5.805887 12.690399 0.502034</w:t>
        <w:br/>
        <w:t>v 5.573578 12.896061 0.431681</w:t>
        <w:br/>
        <w:t>v 5.533564 13.015878 0.323462</w:t>
        <w:br/>
        <w:t>v 5.629158 12.816562 0.487898</w:t>
        <w:br/>
        <w:t>v 5.674744 12.753400 0.526407</w:t>
        <w:br/>
        <w:t>v 5.826099 12.601834 0.423343</w:t>
        <w:br/>
        <w:t>v 6.271038 12.452062 -0.338603</w:t>
        <w:br/>
        <w:t>v 6.231523 12.399204 -0.337242</w:t>
        <w:br/>
        <w:t>v 6.204845 12.377278 -0.380096</w:t>
        <w:br/>
        <w:t>v 6.203716 12.387789 -0.433522</w:t>
        <w:br/>
        <w:t>v 6.221797 12.413697 -0.466416</w:t>
        <w:br/>
        <w:t>v 6.254880 12.467277 -0.476311</w:t>
        <w:br/>
        <w:t>v 6.283674 12.500772 -0.436898</w:t>
        <w:br/>
        <w:t>v 5.779191 12.422061 0.594848</w:t>
        <w:br/>
        <w:t>v 5.840429 12.359444 0.630414</w:t>
        <w:br/>
        <w:t>v 5.858824 12.343590 0.581856</w:t>
        <w:br/>
        <w:t>v 5.797760 12.397332 0.538769</w:t>
        <w:br/>
        <w:t>v 5.956083 12.237845 0.654622</w:t>
        <w:br/>
        <w:t>v 5.897452 12.299115 0.603588</w:t>
        <w:br/>
        <w:t>v 5.877434 12.316926 0.659289</w:t>
        <w:br/>
        <w:t>v 5.929680 12.255442 0.701897</w:t>
        <w:br/>
        <w:t>v 5.871444 12.383252 0.683310</w:t>
        <w:br/>
        <w:t>v 5.840429 12.359444 0.630414</w:t>
        <w:br/>
        <w:t>v 5.847495 12.409136 0.668558</w:t>
        <w:br/>
        <w:t>v 5.898699 12.358922 0.554540</w:t>
        <w:br/>
        <w:t>v 5.840918 12.411848 0.503266</w:t>
        <w:br/>
        <w:t>v 5.936047 12.317157 0.577026</w:t>
        <w:br/>
        <w:t>v 5.998029 12.256683 0.632286</w:t>
        <w:br/>
        <w:t>v 5.940203 12.395061 0.555760</w:t>
        <w:br/>
        <w:t>v 5.955874 12.426771 0.582900</w:t>
        <w:br/>
        <w:t>v 5.908537 12.482526 0.533261</w:t>
        <w:br/>
        <w:t>v 5.885204 12.445592 0.503442</w:t>
        <w:br/>
        <w:t>v 5.929941 12.462835 0.631609</w:t>
        <w:br/>
        <w:t>v 5.955874 12.426771 0.582900</w:t>
        <w:br/>
        <w:t>v 5.951719 12.434200 0.649542</w:t>
        <w:br/>
        <w:t>v 6.033005 12.292165 0.635380</w:t>
        <w:br/>
        <w:t>v 5.978042 12.353714 0.584321</w:t>
        <w:br/>
        <w:t>v 6.043971 12.335281 0.662080</w:t>
        <w:br/>
        <w:t>v 5.995095 12.382278 0.619057</w:t>
        <w:br/>
        <w:t>v 5.915407 12.417876 0.684241</w:t>
        <w:br/>
        <w:t>v 5.889437 12.447296 0.667502</w:t>
        <w:br/>
        <w:t>v 6.482629 12.472897 0.271211</w:t>
        <w:br/>
        <w:t>v 6.526498 12.438916 0.269558</w:t>
        <w:br/>
        <w:t>v 6.500177 12.382977 0.282646</w:t>
        <w:br/>
        <w:t>v 6.438283 12.419014 0.290123</w:t>
        <w:br/>
        <w:t>v 6.438283 12.419014 0.290123</w:t>
        <w:br/>
        <w:t>v 6.401709 12.370771 0.257743</w:t>
        <w:br/>
        <w:t>v 6.656602 12.287277 0.266707</w:t>
        <w:br/>
        <w:t>v 6.624455 12.240583 0.237376</w:t>
        <w:br/>
        <w:t>v 6.509469 12.310350 0.249216</w:t>
        <w:br/>
        <w:t>v 6.550680 12.350254 0.277500</w:t>
        <w:br/>
        <w:t>v 6.713246 12.252442 0.260671</w:t>
        <w:br/>
        <w:t>v 6.681062 12.211617 0.229909</w:t>
        <w:br/>
        <w:t>v 6.686356 12.319563 0.251285</w:t>
        <w:br/>
        <w:t>v 6.656602 12.287277 0.266707</w:t>
        <w:br/>
        <w:t>v 6.550680 12.350254 0.277500</w:t>
        <w:br/>
        <w:t>v 6.590666 12.388235 0.261244</w:t>
        <w:br/>
        <w:t>v 6.390701 12.356354 0.201379</w:t>
        <w:br/>
        <w:t>v 6.612331 12.234236 0.185325</w:t>
        <w:br/>
        <w:t>v 6.497438 12.299797 0.195195</w:t>
        <w:br/>
        <w:t>v 6.674387 12.207038 0.181699</w:t>
        <w:br/>
        <w:t>v 6.703631 12.340664 0.202602</w:t>
        <w:br/>
        <w:t>v 6.609089 12.409914 0.209532</w:t>
        <w:br/>
        <w:t>v 6.756666 12.269897 0.244407</w:t>
        <w:br/>
        <w:t>v 6.772211 12.289089 0.199400</w:t>
        <w:br/>
        <w:t>v 6.852444 12.237361 0.196412</w:t>
        <w:br/>
        <w:t>v 6.840293 12.216280 0.238515</w:t>
        <w:br/>
        <w:t>v 6.444916 12.436432 0.131316</w:t>
        <w:br/>
        <w:t>v 6.499145 12.403958 0.133531</w:t>
        <w:br/>
        <w:t>v 6.527110 12.456748 0.160420</w:t>
        <w:br/>
        <w:t>v 6.483595 12.490059 0.164046</w:t>
        <w:br/>
        <w:t>v 6.444916 12.436432 0.131316</w:t>
        <w:br/>
        <w:t>v 6.410771 12.393095 0.141249</w:t>
        <w:br/>
        <w:t>v 6.469989 12.358504 0.142064</w:t>
        <w:br/>
        <w:t>v 6.499145 12.403958 0.133531</w:t>
        <w:br/>
        <w:t>v 6.517503 12.331203 0.139956</w:t>
        <w:br/>
        <w:t>v 6.628683 12.259375 0.140000</w:t>
        <w:br/>
        <w:t>v 6.661876 12.303782 0.128278</w:t>
        <w:br/>
        <w:t>v 6.550963 12.372940 0.130272</w:t>
        <w:br/>
        <w:t>v 6.550963 12.372940 0.130272</w:t>
        <w:br/>
        <w:t>v 6.661876 12.303782 0.128278</w:t>
        <w:br/>
        <w:t>v 6.691343 12.334049 0.153322</w:t>
        <w:br/>
        <w:t>v 6.593770 12.403315 0.157821</w:t>
        <w:br/>
        <w:t>v 6.452443 12.326438 0.198181</w:t>
        <w:br/>
        <w:t>v 6.688331 12.229735 0.142596</w:t>
        <w:br/>
        <w:t>v 6.763542 12.282859 0.153857</w:t>
        <w:br/>
        <w:t>v 6.846057 12.230659 0.150805</w:t>
        <w:br/>
        <w:t>v 6.822159 12.191833 0.250074</w:t>
        <w:br/>
        <w:t>v 6.803110 12.150258 0.222630</w:t>
        <w:br/>
        <w:t>v 6.796064 12.146249 0.177681</w:t>
        <w:br/>
        <w:t>v 6.806970 12.169329 0.139404</w:t>
        <w:br/>
        <w:t>v 6.827264 12.202353 0.130713</w:t>
        <w:br/>
        <w:t>v 6.716713 12.268127 0.129203</w:t>
        <w:br/>
        <w:t>v 6.500177 12.382977 0.282646</w:t>
        <w:br/>
        <w:t>v 6.460274 12.339299 0.250767</w:t>
        <w:br/>
        <w:t>v 6.737204 12.299615 0.153998</w:t>
        <w:br/>
        <w:t>v 6.716713 12.268127 0.129203</w:t>
        <w:br/>
        <w:t>v 6.732367 12.286054 0.246505</w:t>
        <w:br/>
        <w:t>v 6.713246 12.252442 0.260671</w:t>
        <w:br/>
        <w:t>v 6.746135 12.305814 0.200082</w:t>
        <w:br/>
        <w:t>v 6.822159 12.191833 0.250074</w:t>
        <w:br/>
        <w:t>v 6.506523 12.515015 0.062061</w:t>
        <w:br/>
        <w:t>v 6.577408 12.470947 0.053987</w:t>
        <w:br/>
        <w:t>v 6.555560 12.412432 0.069569</w:t>
        <w:br/>
        <w:t>v 6.482172 12.452028 0.079117</w:t>
        <w:br/>
        <w:t>v 6.482172 12.452028 0.079117</w:t>
        <w:br/>
        <w:t>v 6.444711 12.397642 0.053984</w:t>
        <w:br/>
        <w:t>v 6.740032 12.311471 0.041607</w:t>
        <w:br/>
        <w:t>v 6.811304 12.271526 0.032230</w:t>
        <w:br/>
        <w:t>v 6.773548 12.219667 0.005008</w:t>
        <w:br/>
        <w:t>v 6.706236 12.252743 0.016521</w:t>
        <w:br/>
        <w:t>v 6.811304 12.271526 0.032230</w:t>
        <w:br/>
        <w:t>v 6.847457 12.290198 0.011217</w:t>
        <w:br/>
        <w:t>v 6.964117 12.220426 -0.002016</w:t>
        <w:br/>
        <w:t>v 6.948586 12.193129 0.011593</w:t>
        <w:br/>
        <w:t>v 6.740032 12.311471 0.041607</w:t>
        <w:br/>
        <w:t>v 6.763020 12.343811 0.023531</w:t>
        <w:br/>
        <w:t>v 6.822787 12.306211 0.014119</w:t>
        <w:br/>
        <w:t>v 6.429026 12.378723 -0.011423</w:t>
        <w:br/>
        <w:t>v 6.693871 12.240849 -0.038920</w:t>
        <w:br/>
        <w:t>v 6.760969 12.211332 -0.044981</w:t>
        <w:br/>
        <w:t>v 6.858940 12.307835 -0.034539</w:t>
        <w:br/>
        <w:t>v 6.970814 12.238384 -0.044972</w:t>
        <w:br/>
        <w:t>v 6.833266 12.324310 -0.031799</w:t>
        <w:br/>
        <w:t>v 6.775596 12.367105 -0.025432</w:t>
        <w:br/>
        <w:t>v 6.524713 12.549007 -0.006071</w:t>
        <w:br/>
        <w:t>v 6.508524 12.524023 -0.066005</w:t>
        <w:br/>
        <w:t>v 6.467538 12.452564 -0.087641</w:t>
        <w:br/>
        <w:t>v 6.541677 12.416020 -0.089267</w:t>
        <w:br/>
        <w:t>v 6.574440 12.484697 -0.068236</w:t>
        <w:br/>
        <w:t>v 6.541677 12.416020 -0.089267</w:t>
        <w:br/>
        <w:t>v 6.467538 12.452564 -0.087641</w:t>
        <w:br/>
        <w:t>v 6.441363 12.406286 -0.066846</w:t>
        <w:br/>
        <w:t>v 6.517940 12.375834 -0.063200</w:t>
        <w:br/>
        <w:t>v 6.958230 12.226261 -0.091348</w:t>
        <w:br/>
        <w:t>v 6.842064 12.296968 -0.084070</w:t>
        <w:br/>
        <w:t>v 6.798921 12.272618 -0.103384</w:t>
        <w:br/>
        <w:t>v 6.938423 12.198708 -0.107139</w:t>
        <w:br/>
        <w:t>v 6.772614 12.234033 -0.089776</w:t>
        <w:br/>
        <w:t>v 6.914879 12.161659 -0.095738</w:t>
        <w:br/>
        <w:t>v 6.938423 12.198708 -0.107139</w:t>
        <w:br/>
        <w:t>v 6.798921 12.272618 -0.103384</w:t>
        <w:br/>
        <w:t>v 6.705100 12.266144 -0.087901</w:t>
        <w:br/>
        <w:t>v 6.732842 12.312812 -0.101636</w:t>
        <w:br/>
        <w:t>v 6.761195 12.353100 -0.078199</w:t>
        <w:br/>
        <w:t>v 6.732842 12.312812 -0.101636</w:t>
        <w:br/>
        <w:t>v 6.818736 12.311955 -0.082087</w:t>
        <w:br/>
        <w:t>v 6.504211 12.348042 -0.016527</w:t>
        <w:br/>
        <w:t>v 6.597909 12.386268 -0.090792</w:t>
        <w:br/>
        <w:t>v 6.646454 12.430979 -0.070072</w:t>
        <w:br/>
        <w:t>v 6.607803 12.459823 -0.071745</w:t>
        <w:br/>
        <w:t>v 6.565111 12.343184 -0.076674</w:t>
        <w:br/>
        <w:t>v 6.597909 12.386268 -0.090792</w:t>
        <w:br/>
        <w:t>v 6.668763 12.450221 -0.015898</w:t>
        <w:br/>
        <w:t>v 6.632933 12.480966 -0.014850</w:t>
        <w:br/>
        <w:t>v 6.523192 12.366601 0.040450</w:t>
        <w:br/>
        <w:t>v 6.567306 12.334535 0.035908</w:t>
        <w:br/>
        <w:t>v 6.550388 12.318616 -0.023393</w:t>
        <w:br/>
        <w:t>v 6.919143 12.154345 -0.009117</w:t>
        <w:br/>
        <w:t>v 6.907834 12.144379 -0.057748</w:t>
        <w:br/>
        <w:t>v 6.948586 12.193129 0.011593</w:t>
        <w:br/>
        <w:t>v 6.555560 12.412432 0.069569</w:t>
        <w:br/>
        <w:t>v 6.594513 12.506349 -0.012102</w:t>
        <w:br/>
        <w:t>v 6.608167 12.383675 0.059423</w:t>
        <w:br/>
        <w:t>v 6.482245 12.488520 -0.180611</w:t>
        <w:br/>
        <w:t>v 6.528813 12.460809 -0.186486</w:t>
        <w:br/>
        <w:t>v 6.517202 12.399967 -0.149136</w:t>
        <w:br/>
        <w:t>v 6.453528 12.434825 -0.139079</w:t>
        <w:br/>
        <w:t>v 6.453528 12.434825 -0.139079</w:t>
        <w:br/>
        <w:t>v 6.412923 12.376998 -0.143104</w:t>
        <w:br/>
        <w:t>v 6.586758 12.358257 -0.158816</w:t>
        <w:br/>
        <w:t>v 6.545225 12.301666 -0.161054</w:t>
        <w:br/>
        <w:t>v 6.480039 12.352922 -0.158459</w:t>
        <w:br/>
        <w:t>v 6.517202 12.399967 -0.149136</w:t>
        <w:br/>
        <w:t>v 6.720636 12.273336 -0.179154</w:t>
        <w:br/>
        <w:t>v 6.777525 12.237914 -0.188706</w:t>
        <w:br/>
        <w:t>v 6.744598 12.184044 -0.190870</w:t>
        <w:br/>
        <w:t>v 6.689027 12.212683 -0.181587</w:t>
        <w:br/>
        <w:t>v 6.787855 12.265780 -0.217318</w:t>
        <w:br/>
        <w:t>v 6.777525 12.237914 -0.188706</w:t>
        <w:br/>
        <w:t>v 6.720636 12.273336 -0.179154</w:t>
        <w:br/>
        <w:t>v 6.739256 12.299790 -0.209058</w:t>
        <w:br/>
        <w:t>v 6.614324 12.392496 -0.195270</w:t>
        <w:br/>
        <w:t>v 6.586758 12.358257 -0.158816</w:t>
        <w:br/>
        <w:t>v 6.564184 12.434250 -0.190530</w:t>
        <w:br/>
        <w:t>v 6.386952 12.346653 -0.188399</w:t>
        <w:br/>
        <w:t>v 6.519447 12.270245 -0.205569</w:t>
        <w:br/>
        <w:t>v 6.458774 12.323829 -0.200749</w:t>
        <w:br/>
        <w:t>v 6.724922 12.162430 -0.233502</w:t>
        <w:br/>
        <w:t>v 6.666479 12.188883 -0.225871</w:t>
        <w:br/>
        <w:t>v 6.786948 12.270009 -0.268241</w:t>
        <w:br/>
        <w:t>v 6.738948 12.306890 -0.263796</w:t>
        <w:br/>
        <w:t>v 6.566274 12.439742 -0.249059</w:t>
        <w:br/>
        <w:t>v 6.613951 12.397464 -0.251704</w:t>
        <w:br/>
        <w:t>v 6.478164 12.496775 -0.243284</w:t>
        <w:br/>
        <w:t>v 6.530809 12.466626 -0.247275</w:t>
        <w:br/>
        <w:t>v 6.890798 12.195349 -0.228540</w:t>
        <w:br/>
        <w:t>v 6.817009 12.246459 -0.221995</w:t>
        <w:br/>
        <w:t>v 6.816922 12.250414 -0.270433</w:t>
        <w:br/>
        <w:t>v 6.891026 12.201538 -0.278965</w:t>
        <w:br/>
        <w:t>v 6.452127 12.460835 -0.288311</w:t>
        <w:br/>
        <w:t>v 6.430436 12.425583 -0.293885</w:t>
        <w:br/>
        <w:t>v 6.489498 12.388509 -0.299110</w:t>
        <w:br/>
        <w:t>v 6.495276 12.427963 -0.292263</w:t>
        <w:br/>
        <w:t>v 6.430436 12.425583 -0.293885</w:t>
        <w:br/>
        <w:t>v 6.391041 12.357171 -0.251512</w:t>
        <w:br/>
        <w:t>v 6.456749 12.327146 -0.258704</w:t>
        <w:br/>
        <w:t>v 6.489498 12.388509 -0.299110</w:t>
        <w:br/>
        <w:t>v 6.714024 12.277558 -0.304072</w:t>
        <w:br/>
        <w:t>v 6.695746 12.253693 -0.311114</w:t>
        <w:br/>
        <w:t>v 6.752324 12.216166 -0.313042</w:t>
        <w:br/>
        <w:t>v 6.766409 12.241856 -0.308324</w:t>
        <w:br/>
        <w:t>v 6.663923 12.199165 -0.279046</w:t>
        <w:br/>
        <w:t>v 6.723513 12.170153 -0.280786</w:t>
        <w:br/>
        <w:t>v 6.752324 12.216166 -0.313042</w:t>
        <w:br/>
        <w:t>v 6.695746 12.253693 -0.311114</w:t>
        <w:br/>
        <w:t>v 6.564876 12.339564 -0.303892</w:t>
        <w:br/>
        <w:t>v 6.526003 12.278773 -0.267925</w:t>
        <w:br/>
        <w:t>v 6.564876 12.339564 -0.303892</w:t>
        <w:br/>
        <w:t>v 6.589417 12.366697 -0.296964</w:t>
        <w:br/>
        <w:t>v 6.531326 12.404580 -0.294801</w:t>
        <w:br/>
        <w:t>v 6.793475 12.222792 -0.310448</w:t>
        <w:br/>
        <w:t>v 6.869701 12.176394 -0.314656</w:t>
        <w:br/>
        <w:t>v 6.882427 12.170028 -0.207060</w:t>
        <w:br/>
        <w:t>v 6.857296 12.130708 -0.212294</w:t>
        <w:br/>
        <w:t>v 6.832185 12.107394 -0.247398</w:t>
        <w:br/>
        <w:t>v 6.828917 12.115650 -0.292932</w:t>
        <w:br/>
        <w:t>v 6.855121 12.155784 -0.317596</w:t>
        <w:br/>
        <w:t>v 6.855121 12.155784 -0.317596</w:t>
        <w:br/>
        <w:t>v 6.882427 12.170028 -0.207060</w:t>
        <w:br/>
        <w:t>v 6.288753 12.496768 -0.380300</w:t>
        <w:br/>
        <w:t>v 6.339931 12.455111 -0.391713</w:t>
        <w:br/>
        <w:t>v 6.325003 12.408582 -0.350012</w:t>
        <w:br/>
        <w:t>v 6.271038 12.452062 -0.338603</w:t>
        <w:br/>
        <w:t>v 6.491612 12.277558 -0.384836</w:t>
        <w:br/>
        <w:t>v 6.458235 12.239501 -0.379970</w:t>
        <w:br/>
        <w:t>v 6.401708 12.280860 -0.369403</w:t>
        <w:br/>
        <w:t>v 6.437903 12.320636 -0.374123</w:t>
        <w:br/>
        <w:t>v 6.452810 12.337773 -0.409774</w:t>
        <w:br/>
        <w:t>v 6.500221 12.302282 -0.412069</w:t>
        <w:br/>
        <w:t>v 6.491612 12.277558 -0.384836</w:t>
        <w:br/>
        <w:t>v 6.437903 12.320636 -0.374123</w:t>
        <w:br/>
        <w:t>v 6.337226 12.330726 -0.358409</w:t>
        <w:br/>
        <w:t>v 6.310850 12.301766 -0.392841</w:t>
        <w:br/>
        <w:t>v 6.269302 12.343744 -0.388313</w:t>
        <w:br/>
        <w:t>v 6.283691 12.364040 -0.350492</w:t>
        <w:br/>
        <w:t>v 6.436443 12.215680 -0.413818</w:t>
        <w:br/>
        <w:t>v 6.376825 12.254089 -0.404079</w:t>
        <w:br/>
        <w:t>v 6.493548 12.302028 -0.457965</w:t>
        <w:br/>
        <w:t>v 6.450975 12.336756 -0.454328</w:t>
        <w:br/>
        <w:t>v 6.583469 12.234678 -0.420062</w:t>
        <w:br/>
        <w:t>v 6.520877 12.284966 -0.415427</w:t>
        <w:br/>
        <w:t>v 6.515702 12.281963 -0.459996</w:t>
        <w:br/>
        <w:t>v 6.577814 12.236416 -0.469222</w:t>
        <w:br/>
        <w:t>v 6.221797 12.413697 -0.466416</w:t>
        <w:br/>
        <w:t>v 6.285045 12.368326 -0.474831</w:t>
        <w:br/>
        <w:t>v 6.306157 12.422589 -0.479308</w:t>
        <w:br/>
        <w:t>v 6.285045 12.368326 -0.474831</w:t>
        <w:br/>
        <w:t>v 6.267933 12.344879 -0.437343</w:t>
        <w:br/>
        <w:t>v 6.393539 12.282292 -0.484352</w:t>
        <w:br/>
        <w:t>v 6.448667 12.239605 -0.484870</w:t>
        <w:br/>
        <w:t>v 6.469569 12.278923 -0.487597</w:t>
        <w:br/>
        <w:t>v 6.425402 12.316072 -0.484998</w:t>
        <w:br/>
        <w:t>v 6.373559 12.256437 -0.451779</w:t>
        <w:br/>
        <w:t>v 6.432218 12.217619 -0.456752</w:t>
        <w:br/>
        <w:t>v 6.448667 12.239605 -0.484870</w:t>
        <w:br/>
        <w:t>v 6.393539 12.282292 -0.484352</w:t>
        <w:br/>
        <w:t>v 6.309381 12.304816 -0.445270</w:t>
        <w:br/>
        <w:t>v 6.330976 12.333845 -0.481272</w:t>
        <w:br/>
        <w:t>v 6.330976 12.333845 -0.481272</w:t>
        <w:br/>
        <w:t>v 6.368812 12.369668 -0.481556</w:t>
        <w:br/>
        <w:t>v 6.335137 12.397897 -0.479011</w:t>
        <w:br/>
        <w:t>v 6.395525 12.390438 -0.450550</w:t>
        <w:br/>
        <w:t>v 6.363809 12.427412 -0.449052</w:t>
        <w:br/>
        <w:t>v 6.491905 12.260386 -0.487912</w:t>
        <w:br/>
        <w:t>v 6.556945 12.210148 -0.496669</w:t>
        <w:br/>
        <w:t>v 6.573951 12.210785 -0.397806</w:t>
        <w:br/>
        <w:t>v 6.550467 12.181871 -0.393418</w:t>
        <w:br/>
        <w:t>v 6.530057 12.156145 -0.425983</w:t>
        <w:br/>
        <w:t>v 6.526875 12.161173 -0.466115</w:t>
        <w:br/>
        <w:t>v 6.367007 12.428262 -0.396162</w:t>
        <w:br/>
        <w:t>v 6.395704 12.390976 -0.402799</w:t>
        <w:br/>
        <w:t>v 6.375085 12.371696 -0.360941</w:t>
        <w:br/>
        <w:t>v 6.325003 12.408582 -0.350012</w:t>
        <w:br/>
        <w:t>v 6.375085 12.371696 -0.360941</w:t>
        <w:br/>
        <w:t>v 6.536888 12.179470 -0.487680</w:t>
        <w:br/>
        <w:t>v 6.536888 12.179470 -0.487680</w:t>
        <w:br/>
        <w:t>v 6.573951 12.210785 -0.397806</w:t>
        <w:br/>
        <w:t>v 6.499600 12.499405 0.217423</w:t>
        <w:br/>
        <w:t>v 6.610508 12.449357 0.047962</w:t>
        <w:br/>
        <w:t>v 6.632933 12.480966 -0.014850</w:t>
        <w:br/>
        <w:t>v 6.668763 12.450221 -0.015898</w:t>
        <w:br/>
        <w:t>v 6.644721 12.420674 0.042868</w:t>
        <w:br/>
        <w:t>v 6.608167 12.383675 0.059423</w:t>
        <w:br/>
        <w:t>v 6.545959 12.467175 0.215285</w:t>
        <w:br/>
        <w:t>v 6.337903 12.458103 -0.443610</w:t>
        <w:br/>
        <w:t>v 6.560986 12.411513 0.264811</w:t>
        <w:br/>
        <w:t>v 6.581169 12.435128 0.211697</w:t>
        <w:br/>
        <w:t>v 6.564517 12.426608 0.159169</w:t>
        <w:br/>
        <w:t>v 5.886652 12.521697 0.598369</w:t>
        <w:br/>
        <w:t>v 5.908537 12.482526 0.533261</w:t>
        <w:br/>
        <w:t>v 5.841757 12.508182 0.636224</w:t>
        <w:br/>
        <w:t>v 5.791173 12.469302 0.636778</w:t>
        <w:br/>
        <w:t>v 5.779191 12.422061 0.594848</w:t>
        <w:br/>
        <w:t>v 5.929680 12.255442 0.701897</w:t>
        <w:br/>
        <w:t>v 5.877434 12.316926 0.659289</w:t>
        <w:br/>
        <w:t>v 5.897285 12.355198 0.700112</w:t>
        <w:br/>
        <w:t>v 5.941949 12.307060 0.733074</w:t>
        <w:br/>
        <w:t>v 5.937771 12.390308 0.700741</w:t>
        <w:br/>
        <w:t>v 5.980571 12.343035 0.729854</w:t>
        <w:br/>
        <w:t>v 5.977008 12.403506 0.670494</w:t>
        <w:br/>
        <w:t>v 6.023062 12.354189 0.707292</w:t>
        <w:br/>
        <w:t>v 5.995095 12.382278 0.619057</w:t>
        <w:br/>
        <w:t>v 6.043971 12.335281 0.662080</w:t>
        <w:br/>
        <w:t>v 6.827264 12.202353 0.130713</w:t>
        <w:br/>
        <w:t>v 5.643085 12.876605 -0.312013</w:t>
        <w:br/>
        <w:t>v 5.699099 12.937490 -0.302229</w:t>
        <w:br/>
        <w:t>v 5.526063 12.990170 -0.271114</w:t>
        <w:br/>
        <w:t>v 5.218232 13.099998 -0.145087</w:t>
        <w:br/>
        <w:t>v 5.116292 13.128551 0.000146</w:t>
        <w:br/>
        <w:t>v 5.147653 13.172800 0.154667</w:t>
        <w:br/>
        <w:t>v 5.220842 13.106823 0.168313</w:t>
        <w:br/>
        <w:t>v 5.141835 13.164840 -0.143100</w:t>
        <w:br/>
        <w:t>v 5.448744 12.795780 0.376747</w:t>
        <w:br/>
        <w:t>v 5.530302 12.645147 0.344727</w:t>
        <w:br/>
        <w:t>v 5.488800 12.840501 0.431040</w:t>
        <w:br/>
        <w:t>v 6.236094 12.564005 0.113877</w:t>
        <w:br/>
        <w:t>v 5.576399 12.613734 0.491281</w:t>
        <w:br/>
        <w:t>v 5.456558 12.899918 0.384847</w:t>
        <w:br/>
        <w:t>v 5.380648 13.060941 0.254505</w:t>
        <w:br/>
        <w:t>v 5.422986 12.841875 0.342238</w:t>
        <w:br/>
        <w:t>v 5.332855 12.993076 0.212437</w:t>
        <w:br/>
        <w:t>v 5.422986 12.841875 0.342238</w:t>
        <w:br/>
        <w:t>v 6.029984 12.872110 0.146208</w:t>
        <w:br/>
        <w:t>v 5.764246 12.992867 -0.216017</w:t>
        <w:br/>
        <w:t>v 6.921465 12.136072 0.223943</w:t>
        <w:br/>
        <w:t>v 6.932432 12.150942 0.210988</w:t>
        <w:br/>
        <w:t>v 6.942389 12.145331 0.186513</w:t>
        <w:br/>
        <w:t>v 6.938581 12.132727 0.181522</w:t>
        <w:br/>
        <w:t>v 6.886724 12.152527 0.242137</w:t>
        <w:br/>
        <w:t>v 6.897434 12.172988 0.223203</w:t>
        <w:br/>
        <w:t>v 6.902662 12.186573 0.159345</w:t>
        <w:br/>
        <w:t>v 6.893328 12.161854 0.137756</w:t>
        <w:br/>
        <w:t>v 6.906442 12.190912 0.191764</w:t>
        <w:br/>
        <w:t>v 6.940771 12.167756 0.190505</w:t>
        <w:br/>
        <w:t>v 6.932432 12.150942 0.210988</w:t>
        <w:br/>
        <w:t>v 6.897434 12.172988 0.223203</w:t>
        <w:br/>
        <w:t>v 6.935588 12.162244 0.166648</w:t>
        <w:br/>
        <w:t>v 6.902662 12.186573 0.159345</w:t>
        <w:br/>
        <w:t>v 6.935588 12.162244 0.166648</w:t>
        <w:br/>
        <w:t>v 6.942389 12.145331 0.186513</w:t>
        <w:br/>
        <w:t>v 6.953240 12.158804 0.189575</w:t>
        <w:br/>
        <w:t>v 6.924948 12.141771 0.151867</w:t>
        <w:br/>
        <w:t>v 6.935588 12.162244 0.166648</w:t>
        <w:br/>
        <w:t>v 6.953240 12.158804 0.189575</w:t>
        <w:br/>
        <w:t>v 6.942389 12.145331 0.186513</w:t>
        <w:br/>
        <w:t>v 6.953240 12.158804 0.189575</w:t>
        <w:br/>
        <w:t>v 6.856091 12.225230 0.161442</w:t>
        <w:br/>
        <w:t>v 6.860357 12.230553 0.195731</w:t>
        <w:br/>
        <w:t>v 6.852627 12.213894 0.227896</w:t>
        <w:br/>
        <w:t>v 6.868229 12.132560 0.179523</w:t>
        <w:br/>
        <w:t>v 6.871127 12.136055 0.212490</w:t>
        <w:br/>
        <w:t>v 6.921465 12.136072 0.223943</w:t>
        <w:br/>
        <w:t>v 6.938581 12.132727 0.181522</w:t>
        <w:br/>
        <w:t>v 6.924948 12.141771 0.151867</w:t>
        <w:br/>
        <w:t>v 6.875355 12.151314 0.150843</w:t>
        <w:br/>
        <w:t>v 6.886724 12.152527 0.242137</w:t>
        <w:br/>
        <w:t>v 6.893328 12.161854 0.137756</w:t>
        <w:br/>
        <w:t>v 6.000370 12.214298 0.704247</w:t>
        <w:br/>
        <w:t>v 6.025491 12.196673 0.761108</w:t>
        <w:br/>
        <w:t>v 6.071226 12.214177 0.755049</w:t>
        <w:br/>
        <w:t>v 6.037811 12.226479 0.684791</w:t>
        <w:br/>
        <w:t>v 6.074630 12.224868 0.790031</w:t>
        <w:br/>
        <w:t>v 6.071611 12.225559 0.783177</w:t>
        <w:br/>
        <w:t>v 6.054986 12.216134 0.789490</w:t>
        <w:br/>
        <w:t>v 6.039271 12.212638 0.784334</w:t>
        <w:br/>
        <w:t>v 5.996555 12.249771 0.762111</w:t>
        <w:br/>
        <w:t>v 6.026675 12.282441 0.762677</w:t>
        <w:br/>
        <w:t>v 6.054986 12.216134 0.789490</w:t>
        <w:br/>
        <w:t>v 6.086817 12.244564 0.732449</w:t>
        <w:br/>
        <w:t>v 6.067982 12.258900 0.686338</w:t>
        <w:br/>
        <w:t>v 6.074630 12.224868 0.790031</w:t>
        <w:br/>
        <w:t>v 6.087695 12.235532 0.780372</w:t>
        <w:br/>
        <w:t>v 5.979815 12.212438 0.740780</w:t>
        <w:br/>
        <w:t>v 6.080890 12.285445 0.701421</w:t>
        <w:br/>
        <w:t>v 6.061212 12.294085 0.739700</w:t>
        <w:br/>
        <w:t>v 6.080890 12.285445 0.701421</w:t>
        <w:br/>
        <w:t>v 6.089839 12.245673 0.768551</w:t>
        <w:br/>
        <w:t>v 6.087695 12.235532 0.780372</w:t>
        <w:br/>
        <w:t>v 5.979815 12.212438 0.740780</w:t>
        <w:br/>
        <w:t>v 5.996555 12.249771 0.762111</w:t>
        <w:br/>
        <w:t>v 6.089839 12.245673 0.768551</w:t>
        <w:br/>
        <w:t>v 6.086817 12.244564 0.732449</w:t>
        <w:br/>
        <w:t>v 6.039271 12.212638 0.784334</w:t>
        <w:br/>
        <w:t>v 6.025491 12.196673 0.761108</w:t>
        <w:br/>
        <w:t>v 7.014913 12.126091 -0.022131</w:t>
        <w:br/>
        <w:t>v 7.057909 12.134054 -0.021975</w:t>
        <w:br/>
        <w:t>v 7.067534 12.132216 -0.061458</w:t>
        <w:br/>
        <w:t>v 7.007687 12.111022 -0.065126</w:t>
        <w:br/>
        <w:t>v 7.084429 12.155742 -0.061105</w:t>
        <w:br/>
        <w:t>v 7.094730 12.164316 -0.045824</w:t>
        <w:br/>
        <w:t>v 7.101848 12.166093 -0.062254</w:t>
        <w:br/>
        <w:t>v 7.008128 12.131878 -0.095835</w:t>
        <w:br/>
        <w:t>v 7.048218 12.141527 -0.094054</w:t>
        <w:br/>
        <w:t>v 7.027318 12.149340 -0.003540</w:t>
        <w:br/>
        <w:t>v 7.018702 12.155973 -0.108832</w:t>
        <w:br/>
        <w:t>v 6.979426 12.229174 -0.046435</w:t>
        <w:br/>
        <w:t>v 6.983502 12.215820 -0.016607</w:t>
        <w:br/>
        <w:t>v 6.979204 12.220813 -0.079278</w:t>
        <w:br/>
        <w:t>v 7.078857 12.162946 -0.034969</w:t>
        <w:br/>
        <w:t>v 7.057909 12.134054 -0.021975</w:t>
        <w:br/>
        <w:t>v 7.027318 12.149340 -0.003540</w:t>
        <w:br/>
        <w:t>v 7.040980 12.183533 -0.024384</w:t>
        <w:br/>
        <w:t>v 7.038975 12.188695 -0.087510</w:t>
        <w:br/>
        <w:t>v 7.018702 12.155973 -0.108832</w:t>
        <w:br/>
        <w:t>v 7.094730 12.164316 -0.045824</w:t>
        <w:br/>
        <w:t>v 7.078857 12.162946 -0.034969</w:t>
        <w:br/>
        <w:t>v 7.040980 12.183533 -0.024384</w:t>
        <w:br/>
        <w:t>v 7.046072 12.196456 -0.054555</w:t>
        <w:br/>
        <w:t>v 7.091712 12.168095 -0.077574</w:t>
        <w:br/>
        <w:t>v 7.101848 12.166093 -0.062254</w:t>
        <w:br/>
        <w:t>v 7.091712 12.168095 -0.077574</w:t>
        <w:br/>
        <w:t>v 7.078037 12.169187 -0.086569</w:t>
        <w:br/>
        <w:t>v 7.048218 12.141527 -0.094054</w:t>
        <w:br/>
        <w:t>v 6.981839 12.098096 -0.279948</w:t>
        <w:br/>
        <w:t>v 6.910135 12.082892 -0.263296</w:t>
        <w:br/>
        <w:t>v 6.920497 12.099607 -0.233468</w:t>
        <w:br/>
        <w:t>v 6.976877 12.109445 -0.236690</w:t>
        <w:br/>
        <w:t>v 6.990680 12.115969 -0.289375</w:t>
        <w:br/>
        <w:t>v 7.002879 12.122116 -0.275090</w:t>
        <w:br/>
        <w:t>v 7.006104 12.119602 -0.291888</w:t>
        <w:br/>
        <w:t>v 6.905754 12.085797 -0.297797</w:t>
        <w:br/>
        <w:t>v 6.962914 12.103022 -0.315122</w:t>
        <w:br/>
        <w:t>v 6.945487 12.132167 -0.217073</w:t>
        <w:br/>
        <w:t>v 6.929463 12.115264 -0.323228</w:t>
        <w:br/>
        <w:t>v 6.889579 12.182603 -0.305333</w:t>
        <w:br/>
        <w:t>v 6.957667 12.152212 -0.253899</w:t>
        <w:br/>
        <w:t>v 6.945487 12.132167 -0.217073</w:t>
        <w:br/>
        <w:t>v 6.929463 12.115264 -0.323228</w:t>
        <w:br/>
        <w:t>v 6.941301 12.138387 -0.314846</w:t>
        <w:br/>
        <w:t>v 7.002879 12.122116 -0.275090</w:t>
        <w:br/>
        <w:t>v 6.994884 12.124626 -0.266562</w:t>
        <w:br/>
        <w:t>v 6.957667 12.152212 -0.253899</w:t>
        <w:br/>
        <w:t>v 6.956327 12.157345 -0.287153</w:t>
        <w:br/>
        <w:t>v 7.006104 12.119602 -0.291888</w:t>
        <w:br/>
        <w:t>v 6.995937 12.116072 -0.304655</w:t>
        <w:br/>
        <w:t>v 6.981948 12.115007 -0.311041</w:t>
        <w:br/>
        <w:t>v 6.962914 12.103022 -0.315122</w:t>
        <w:br/>
        <w:t>v 6.645072 12.136887 -0.463788</w:t>
        <w:br/>
        <w:t>v 6.596788 12.136217 -0.446892</w:t>
        <w:br/>
        <w:t>v 6.608147 12.153002 -0.423639</w:t>
        <w:br/>
        <w:t>v 6.646523 12.149220 -0.431560</w:t>
        <w:br/>
        <w:t>v 6.661110 12.157976 -0.478453</w:t>
        <w:br/>
        <w:t>v 6.676176 12.164047 -0.471774</w:t>
        <w:br/>
        <w:t>v 6.675951 12.160421 -0.484301</w:t>
        <w:br/>
        <w:t>v 6.587312 12.134811 -0.475982</w:t>
        <w:br/>
        <w:t>v 6.625528 12.134607 -0.484707</w:t>
        <w:br/>
        <w:t>v 6.595430 12.145956 -0.490780</w:t>
        <w:br/>
        <w:t>v 6.594186 12.231104 -0.447136</w:t>
        <w:br/>
        <w:t>v 6.625984 12.174540 -0.497590</w:t>
        <w:br/>
        <w:t>v 6.637283 12.194220 -0.479362</w:t>
        <w:br/>
        <w:t>v 6.576758 12.217012 -0.489920</w:t>
        <w:br/>
        <w:t>v 6.671118 12.167355 -0.461782</w:t>
        <w:br/>
        <w:t>v 6.646523 12.149220 -0.431560</w:t>
        <w:br/>
        <w:t>v 6.628411 12.167778 -0.409550</w:t>
        <w:br/>
        <w:t>v 6.643551 12.190157 -0.452611</w:t>
        <w:br/>
        <w:t>v 6.625984 12.174540 -0.497590</w:t>
        <w:br/>
        <w:t>v 6.595430 12.145956 -0.490780</w:t>
        <w:br/>
        <w:t>v 6.671118 12.167355 -0.461782</w:t>
        <w:br/>
        <w:t>v 6.643551 12.190157 -0.452611</w:t>
        <w:br/>
        <w:t>v 6.676176 12.164047 -0.471774</w:t>
        <w:br/>
        <w:t>v 6.675951 12.160421 -0.484301</w:t>
        <w:br/>
        <w:t>v 6.667737 12.156296 -0.493622</w:t>
        <w:br/>
        <w:t>v 6.658283 12.153606 -0.497848</w:t>
        <w:br/>
        <w:t>v 6.625528 12.134607 -0.484707</w:t>
        <w:br/>
        <w:t>v 6.994884 12.124626 -0.266562</w:t>
        <w:br/>
        <w:t>v 6.976877 12.109445 -0.236690</w:t>
        <w:br/>
        <w:t>v 6.646523 12.149220 -0.431560</w:t>
        <w:br/>
        <w:t>v 6.671118 12.167355 -0.461782</w:t>
        <w:br/>
        <w:t>v 6.645072 12.136887 -0.463788</w:t>
        <w:br/>
        <w:t>v 6.658283 12.153606 -0.497848</w:t>
        <w:br/>
        <w:t>v 6.976877 12.109445 -0.236690</w:t>
        <w:br/>
        <w:t>v 6.994884 12.124626 -0.266562</w:t>
        <w:br/>
        <w:t>v 6.981839 12.098096 -0.279948</w:t>
        <w:br/>
        <w:t>v 6.981948 12.115007 -0.311041</w:t>
        <w:br/>
        <w:t>v 6.962914 12.103022 -0.315122</w:t>
        <w:br/>
        <w:t>v 7.038975 12.188695 -0.087510</w:t>
        <w:br/>
        <w:t>v 6.979204 12.220813 -0.079278</w:t>
        <w:br/>
        <w:t>v 6.983502 12.215820 -0.016607</w:t>
        <w:br/>
        <w:t>v 6.979426 12.229174 -0.046435</w:t>
        <w:br/>
        <w:t>v 7.084429 12.155742 -0.061105</w:t>
        <w:br/>
        <w:t>v 7.057909 12.134054 -0.021975</w:t>
        <w:br/>
        <w:t>v 7.078857 12.162946 -0.034969</w:t>
        <w:br/>
        <w:t>v 7.067534 12.132216 -0.061458</w:t>
        <w:br/>
        <w:t>v 7.078037 12.169187 -0.086569</w:t>
        <w:br/>
        <w:t>v 7.078857 12.162946 -0.034969</w:t>
        <w:br/>
        <w:t>v 7.078037 12.169187 -0.086569</w:t>
        <w:br/>
        <w:t>v 6.889579 12.182603 -0.305333</w:t>
        <w:br/>
        <w:t>v 6.941301 12.138387 -0.314846</w:t>
        <w:br/>
        <w:t>v 6.896668 12.196360 -0.278874</w:t>
        <w:br/>
        <w:t>v 6.905781 12.194360 -0.248297</w:t>
        <w:br/>
        <w:t>v 6.905781 12.194360 -0.248297</w:t>
        <w:br/>
        <w:t>v 6.896668 12.196360 -0.278874</w:t>
        <w:br/>
        <w:t>v 6.981948 12.115007 -0.311041</w:t>
        <w:br/>
        <w:t>v 6.990680 12.115969 -0.289375</w:t>
        <w:br/>
        <w:t>v 6.995937 12.116072 -0.304655</w:t>
        <w:br/>
        <w:t>v 6.981948 12.115007 -0.311041</w:t>
        <w:br/>
        <w:t>v 6.994884 12.124626 -0.266562</w:t>
        <w:br/>
        <w:t>v 6.576758 12.217012 -0.489920</w:t>
        <w:br/>
        <w:t>v 6.582679 12.232054 -0.470238</w:t>
        <w:br/>
        <w:t>v 6.594186 12.231104 -0.447136</w:t>
        <w:br/>
        <w:t>v 6.658283 12.153606 -0.497848</w:t>
        <w:br/>
        <w:t>v 6.661110 12.157976 -0.478453</w:t>
        <w:br/>
        <w:t>v 6.658283 12.153606 -0.497848</w:t>
        <w:br/>
        <w:t>v 6.667737 12.156296 -0.493622</w:t>
        <w:br/>
        <w:t>v 6.671118 12.167355 -0.461782</w:t>
        <w:br/>
        <w:t>v 6.582679 12.232054 -0.470238</w:t>
        <w:br/>
        <w:t>v 6.020504 12.337061 0.716119</w:t>
        <w:br/>
        <w:t>v 6.061212 12.294085 0.739700</w:t>
        <w:br/>
        <w:t>v 6.020504 12.337061 0.716119</w:t>
        <w:br/>
        <w:t>v 5.987552 12.328613 0.728733</w:t>
        <w:br/>
        <w:t>v 5.964406 12.299712 0.735462</w:t>
        <w:br/>
        <w:t>v 5.964406 12.299712 0.735462</w:t>
        <w:br/>
        <w:t>v 5.987552 12.328613 0.728733</w:t>
        <w:br/>
        <w:t>v 6.089839 12.245673 0.768551</w:t>
        <w:br/>
        <w:t>v 6.086817 12.244564 0.732449</w:t>
        <w:br/>
        <w:t>v 6.071226 12.214177 0.755049</w:t>
        <w:br/>
        <w:t>v 6.071611 12.225559 0.783177</w:t>
        <w:br/>
        <w:t>v 6.089839 12.245673 0.768551</w:t>
        <w:br/>
        <w:t>v 6.025491 12.196673 0.761108</w:t>
        <w:br/>
        <w:t>v 6.039271 12.212638 0.784334</w:t>
        <w:br/>
        <w:t>v 6.039271 12.212638 0.784334</w:t>
        <w:br/>
        <w:t>v 6.628411 12.167778 -0.409550</w:t>
        <w:br/>
        <w:t>v 6.860357 12.230553 0.195731</w:t>
        <w:br/>
        <w:t>v 6.856091 12.225230 0.161442</w:t>
        <w:br/>
        <w:t>v 6.852627 12.213894 0.227896</w:t>
        <w:br/>
        <w:t>v 1.514575 16.520191 0.785298</w:t>
        <w:br/>
        <w:t>v 1.496854 16.494501 0.743670</w:t>
        <w:br/>
        <w:t>v 1.304045 16.512674 0.679429</w:t>
        <w:br/>
        <w:t>v 1.532810 16.516783 0.833881</w:t>
        <w:br/>
        <w:t>v 1.304045 16.512674 0.679429</w:t>
        <w:br/>
        <w:t>v 1.540507 16.468596 0.880992</w:t>
        <w:br/>
        <w:t>v 1.201233 16.860901 0.352304</w:t>
        <w:br/>
        <w:t>v 0.912666 16.796162 0.255755</w:t>
        <w:br/>
        <w:t>v 0.944120 16.697502 0.422329</w:t>
        <w:br/>
        <w:t>v 1.232120 16.819916 0.542523</w:t>
        <w:br/>
        <w:t>v 1.288236 16.660336 0.637701</w:t>
        <w:br/>
        <w:t>v 1.010863 16.537704 0.546358</w:t>
        <w:br/>
        <w:t>v 1.570289 16.810192 0.745368</w:t>
        <w:br/>
        <w:t>v 1.570452 16.703705 0.796768</w:t>
        <w:br/>
        <w:t>v 1.288236 16.660336 0.637701</w:t>
        <w:br/>
        <w:t>v 1.550732 16.676567 0.758661</w:t>
        <w:br/>
        <w:t>v 1.494389 16.590816 0.666614</w:t>
        <w:br/>
        <w:t>v 1.515883 16.701168 0.688309</w:t>
        <w:br/>
        <w:t>v 1.304711 16.578388 0.622056</w:t>
        <w:br/>
        <w:t>v 1.550732 16.676567 0.758661</w:t>
        <w:br/>
        <w:t>v 1.288236 16.660336 0.637701</w:t>
        <w:br/>
        <w:t>v 1.515883 16.701168 0.688309</w:t>
        <w:br/>
        <w:t>v 1.293895 16.373692 0.780204</w:t>
        <w:br/>
        <w:t>v 1.041046 16.357483 0.623891</w:t>
        <w:br/>
        <w:t>v 1.280237 16.274918 0.756636</w:t>
        <w:br/>
        <w:t>v 1.078209 16.178684 0.651308</w:t>
        <w:br/>
        <w:t>v 1.496854 16.494501 0.743670</w:t>
        <w:br/>
        <w:t>v 1.468444 16.923584 0.272670</w:t>
        <w:br/>
        <w:t>v 1.468709 16.990883 0.210706</w:t>
        <w:br/>
        <w:t>v 1.199812 16.935707 0.204644</w:t>
        <w:br/>
        <w:t>v 1.204905 16.868622 0.263250</w:t>
        <w:br/>
        <w:t>v 1.463502 16.943645 0.381381</w:t>
        <w:br/>
        <w:t>v 1.188946 16.990971 0.048181</w:t>
        <w:br/>
        <w:t>v 0.885690 16.817436 0.067624</w:t>
        <w:br/>
        <w:t>v 1.498565 17.121738 0.203060</w:t>
        <w:br/>
        <w:t>v 1.505155 17.061672 0.273991</w:t>
        <w:br/>
        <w:t>v 1.199812 16.935707 0.204644</w:t>
        <w:br/>
        <w:t>v 1.492742 17.025101 0.263301</w:t>
        <w:br/>
        <w:t>v 1.468709 16.990883 0.210706</w:t>
        <w:br/>
        <w:t>v 1.463502 16.943645 0.381381</w:t>
        <w:br/>
        <w:t>v 1.201233 16.860901 0.352304</w:t>
        <w:br/>
        <w:t>v 1.485712 17.018223 0.368138</w:t>
        <w:br/>
        <w:t>v 1.485712 17.018223 0.368138</w:t>
        <w:br/>
        <w:t>v 1.486253 17.029186 0.400334</w:t>
        <w:br/>
        <w:t>v 1.495547 17.003616 0.509107</w:t>
        <w:br/>
        <w:t>v 1.480556 17.002766 -0.374476</w:t>
        <w:br/>
        <w:t>v 1.214401 16.845081 -0.240361</w:t>
        <w:br/>
        <w:t>v 1.470821 16.971497 -0.336344</w:t>
        <w:br/>
        <w:t>v 1.218727 16.846649 -0.169279</w:t>
        <w:br/>
        <w:t>v 1.491372 16.916382 -0.216390</w:t>
        <w:br/>
        <w:t>v 1.468897 16.924011 -0.324660</w:t>
        <w:br/>
        <w:t>v 1.468897 16.924011 -0.324660</w:t>
        <w:br/>
        <w:t>v 1.214401 16.845081 -0.240361</w:t>
        <w:br/>
        <w:t>v 1.222223 16.746761 -0.443772</w:t>
        <w:br/>
        <w:t>v 0.915269 16.626705 -0.273374</w:t>
        <w:br/>
        <w:t>v 0.905611 16.766052 -0.123840</w:t>
        <w:br/>
        <w:t>v 1.513267 16.961891 -0.476232</w:t>
        <w:br/>
        <w:t>v 1.236925 16.573914 -0.491601</w:t>
        <w:br/>
        <w:t>v 0.937643 16.476429 -0.379683</w:t>
        <w:br/>
        <w:t>v 1.595202 16.726864 -0.689918</w:t>
        <w:br/>
        <w:t>v 1.488076 16.991543 -0.159104</w:t>
        <w:br/>
        <w:t>v 1.204528 16.916111 -0.112911</w:t>
        <w:br/>
        <w:t>v 1.492881 17.007530 -0.216138</w:t>
        <w:br/>
        <w:t>v 1.488076 16.991543 -0.159104</w:t>
        <w:br/>
        <w:t>v 1.204528 16.916111 -0.112911</w:t>
        <w:br/>
        <w:t>v 1.492881 17.007530 -0.216138</w:t>
        <w:br/>
        <w:t>v 1.494264 17.037441 -0.225256</w:t>
        <w:br/>
        <w:t>v 1.494264 17.037441 -0.225256</w:t>
        <w:br/>
        <w:t>v 1.490919 17.116619 -0.132115</w:t>
        <w:br/>
        <w:t>v 1.439807 16.133856 0.874929</w:t>
        <w:br/>
        <w:t>v 1.268013 16.120262 0.749467</w:t>
        <w:br/>
        <w:t>v 1.449843 16.070526 0.914042</w:t>
        <w:br/>
        <w:t>v 1.278866 16.000275 0.782618</w:t>
        <w:br/>
        <w:t>v 1.127861 16.015829 0.648565</w:t>
        <w:br/>
        <w:t>v 1.253423 15.894506 0.696708</w:t>
        <w:br/>
        <w:t>v 1.167539 15.848866 0.610043</w:t>
        <w:br/>
        <w:t>v 1.232559 15.738798 0.631939</w:t>
        <w:br/>
        <w:t>v 1.238495 15.803866 0.657758</w:t>
        <w:br/>
        <w:t>v 1.402341 15.899297 0.863547</w:t>
        <w:br/>
        <w:t>v 1.426928 15.983923 0.916645</w:t>
        <w:br/>
        <w:t>v 1.360990 15.855104 0.822900</w:t>
        <w:br/>
        <w:t>v 1.253423 15.894506 0.696708</w:t>
        <w:br/>
        <w:t>v 1.343785 15.866158 0.791660</w:t>
        <w:br/>
        <w:t>v 1.347042 15.907937 0.755113</w:t>
        <w:br/>
        <w:t>v 1.280237 16.274918 0.756636</w:t>
        <w:br/>
        <w:t>v 1.451164 16.237387 0.839275</w:t>
        <w:br/>
        <w:t>v 1.454270 16.216999 0.871622</w:t>
        <w:br/>
        <w:t>v 1.494482 16.290850 0.899164</w:t>
        <w:br/>
        <w:t>v 1.524837 16.379953 0.908333</w:t>
        <w:br/>
        <w:t>v 1.451516 16.283506 0.810538</w:t>
        <w:br/>
        <w:t>v 1.444888 16.235033 0.760886</w:t>
        <w:br/>
        <w:t>v 1.451516 16.283506 0.810538</w:t>
        <w:br/>
        <w:t>v 1.283872 16.192955 0.713108</w:t>
        <w:br/>
        <w:t>v 1.424124 16.150196 0.753919</w:t>
        <w:br/>
        <w:t>v 1.410529 16.119345 0.830484</w:t>
        <w:br/>
        <w:t>v 1.405385 16.086847 0.795421</w:t>
        <w:br/>
        <w:t>v 1.268013 16.120262 0.749467</w:t>
        <w:br/>
        <w:t>v 1.405385 16.086847 0.795421</w:t>
        <w:br/>
        <w:t>v 1.439807 16.133856 0.874929</w:t>
        <w:br/>
        <w:t>v 1.200138 16.062237 -0.557993</w:t>
        <w:br/>
        <w:t>v 0.968454 16.004274 -0.450766</w:t>
        <w:br/>
        <w:t>v 0.958633 16.248081 -0.452740</w:t>
        <w:br/>
        <w:t>v 1.233264 16.278564 -0.652617</w:t>
        <w:br/>
        <w:t>v 1.244885 16.445400 -0.550094</w:t>
        <w:br/>
        <w:t>v 1.547701 16.423859 -0.804364</w:t>
        <w:br/>
        <w:t>v 1.515329 16.298195 -0.820840</w:t>
        <w:br/>
        <w:t>v 1.514084 16.501469 -0.681329</w:t>
        <w:br/>
        <w:t>v 1.543123 16.508854 -0.734163</w:t>
        <w:br/>
        <w:t>v 1.244885 16.445400 -0.550094</w:t>
        <w:br/>
        <w:t>v 1.480819 16.186581 -0.782155</w:t>
        <w:br/>
        <w:t>v 1.428953 16.097351 -0.774106</w:t>
        <w:br/>
        <w:t>v 1.420288 16.078335 -0.718971</w:t>
        <w:br/>
        <w:t>v 1.402417 16.093502 -0.643299</w:t>
        <w:br/>
        <w:t>v 1.200138 16.062237 -0.557993</w:t>
        <w:br/>
        <w:t>v 1.199748 16.016674 -0.530802</w:t>
        <w:br/>
        <w:t>v 1.402417 16.093502 -0.643299</w:t>
        <w:br/>
        <w:t>v 1.376711 16.017593 -0.587220</w:t>
        <w:br/>
        <w:t>v 1.132501 15.764303 -0.441007</w:t>
        <w:br/>
        <w:t>v 0.985910 15.767950 -0.340144</w:t>
        <w:br/>
        <w:t>v 1.187410 15.945076 -0.541442</w:t>
        <w:br/>
        <w:t>v 1.364763 15.945516 -0.685191</w:t>
        <w:br/>
        <w:t>v 1.355469 15.961990 -0.657975</w:t>
        <w:br/>
        <w:t>v 1.334857 15.943868 -0.611103</w:t>
        <w:br/>
        <w:t>v 1.334857 15.943868 -0.611103</w:t>
        <w:br/>
        <w:t>v 1.355469 15.961990 -0.657975</w:t>
        <w:br/>
        <w:t>v 1.187410 15.945076 -0.541442</w:t>
        <w:br/>
        <w:t>v 1.341635 15.861028 -0.668477</w:t>
        <w:br/>
        <w:t>v 1.063833 15.532167 -0.230906</w:t>
        <w:br/>
        <w:t>v 1.011025 15.538795 -0.197867</w:t>
        <w:br/>
        <w:t>v 1.143870 15.572877 -0.317067</w:t>
        <w:br/>
        <w:t>v 1.219240 15.655415 0.554065</w:t>
        <w:br/>
        <w:t>v 1.204425 15.666495 0.516726</w:t>
        <w:br/>
        <w:t>v 1.336113 15.751486 0.728438</w:t>
        <w:br/>
        <w:t>v 1.335861 15.787607 0.736701</w:t>
        <w:br/>
        <w:t>v 1.335861 15.787607 0.736701</w:t>
        <w:br/>
        <w:t>v 1.329724 15.784598 0.729054</w:t>
        <w:br/>
        <w:t>v 1.238495 15.803866 0.657758</w:t>
        <w:br/>
        <w:t>v 1.323486 15.779519 0.707347</w:t>
        <w:br/>
        <w:t>v 1.350299 15.858071 0.697072</w:t>
        <w:br/>
        <w:t>v 1.260793 15.857832 0.654564</w:t>
        <w:br/>
        <w:t>v 1.323486 15.779519 0.707347</w:t>
        <w:br/>
        <w:t>v 1.260793 15.857832 0.654564</w:t>
        <w:br/>
        <w:t>v 1.347042 15.907937 0.755113</w:t>
        <w:br/>
        <w:t>v 1.350299 15.858071 0.697072</w:t>
        <w:br/>
        <w:t>v 1.250029 16.502563 -0.490607</w:t>
        <w:br/>
        <w:t>v 1.514348 16.598381 -0.585874</w:t>
        <w:br/>
        <w:t>v 1.505935 16.517014 -0.573499</w:t>
        <w:br/>
        <w:t>v 1.551700 16.619522 -0.683353</w:t>
        <w:br/>
        <w:t>v 1.534936 16.582829 -0.647875</w:t>
        <w:br/>
        <w:t>v 1.514348 16.598381 -0.585874</w:t>
        <w:br/>
        <w:t>v 1.236925 16.573914 -0.491601</w:t>
        <w:br/>
        <w:t>v 1.534936 16.582829 -0.647875</w:t>
        <w:br/>
        <w:t>v 1.485183 16.466991 -0.636456</w:t>
        <w:br/>
        <w:t>v 1.485183 16.466991 -0.636456</w:t>
        <w:br/>
        <w:t>v 1.570452 16.703705 0.796768</w:t>
        <w:br/>
        <w:t>v 1.529227 16.925900 0.644430</w:t>
        <w:br/>
        <w:t>v 1.454270 16.216999 0.871622</w:t>
        <w:br/>
        <w:t>v 1.505155 17.061672 0.273991</w:t>
        <w:br/>
        <w:t>v 1.481663 17.146954 0.025619</w:t>
        <w:br/>
        <w:t>v 1.480556 17.002766 -0.374476</w:t>
        <w:br/>
        <w:t>v 1.560454 16.867050 -0.608247</w:t>
        <w:br/>
        <w:t>v 1.360990 15.855104 0.822900</w:t>
        <w:br/>
        <w:t>v 1.428953 16.097351 -0.774106</w:t>
        <w:br/>
        <w:t>v 1.263686 15.740997 -0.524238</w:t>
        <w:br/>
        <w:t>v 1.238810 15.654610 -0.419326</w:t>
        <w:br/>
        <w:t>v 1.298964 15.696149 0.664214</w:t>
        <w:br/>
        <w:t>v 1.530546 16.530594 0.838282</w:t>
        <w:br/>
        <w:t>v 1.299995 16.540503 0.736174</w:t>
        <w:br/>
        <w:t>v 1.518020 16.533123 0.779462</w:t>
        <w:br/>
        <w:t>v 1.497936 16.505442 0.743280</w:t>
        <w:br/>
        <w:t>v 1.300700 16.582031 0.640996</w:t>
        <w:br/>
        <w:t>v 1.492452 16.594223 0.681982</w:t>
        <w:br/>
        <w:t>v 1.497936 16.505442 0.743280</w:t>
        <w:br/>
        <w:t>v 1.518020 16.533123 0.779462</w:t>
        <w:br/>
        <w:t>v 1.497936 16.505442 0.743280</w:t>
        <w:br/>
        <w:t>v 1.496854 16.494501 0.743670</w:t>
        <w:br/>
        <w:t>v 1.514575 16.520191 0.785298</w:t>
        <w:br/>
        <w:t>v 1.532810 16.516783 0.833881</w:t>
        <w:br/>
        <w:t>v 1.530546 16.530594 0.838282</w:t>
        <w:br/>
        <w:t>v 1.535527 16.474779 0.892927</w:t>
        <w:br/>
        <w:t>v 1.280011 16.378445 0.803433</w:t>
        <w:br/>
        <w:t>v 1.299995 16.540503 0.736174</w:t>
        <w:br/>
        <w:t>v 1.009668 16.368061 0.608397</w:t>
        <w:br/>
        <w:t>v 0.962230 16.530388 0.533178</w:t>
        <w:br/>
        <w:t>v 1.540507 16.468596 0.880992</w:t>
        <w:br/>
        <w:t>v 1.535527 16.474779 0.892927</w:t>
        <w:br/>
        <w:t>v 1.283181 16.633419 0.707425</w:t>
        <w:br/>
        <w:t>v 0.913723 16.694052 0.414695</w:t>
        <w:br/>
        <w:t>v 1.221078 16.838741 0.557728</w:t>
        <w:br/>
        <w:t>v 1.550732 16.676567 0.758661</w:t>
        <w:br/>
        <w:t>v 1.515883 16.701168 0.688309</w:t>
        <w:br/>
        <w:t>v 1.516411 16.692669 0.691503</w:t>
        <w:br/>
        <w:t>v 1.552229 16.664482 0.755605</w:t>
        <w:br/>
        <w:t>v 1.494389 16.590816 0.666614</w:t>
        <w:br/>
        <w:t>v 1.492452 16.594223 0.681982</w:t>
        <w:br/>
        <w:t>v 1.516411 16.692669 0.691503</w:t>
        <w:br/>
        <w:t>v 1.552229 16.664482 0.755605</w:t>
        <w:br/>
        <w:t>v 1.516411 16.692669 0.691503</w:t>
        <w:br/>
        <w:t>v 1.283181 16.633419 0.707425</w:t>
        <w:br/>
        <w:t>v 1.568062 16.696793 0.806930</w:t>
        <w:br/>
        <w:t>v 1.552229 16.664482 0.755605</w:t>
        <w:br/>
        <w:t>v 1.283181 16.633419 0.707425</w:t>
        <w:br/>
        <w:t>v 1.300700 16.582031 0.640996</w:t>
        <w:br/>
        <w:t>v 0.962230 16.530388 0.533178</w:t>
        <w:br/>
        <w:t>v 1.465577 16.949642 0.372540</w:t>
        <w:br/>
        <w:t>v 1.486442 17.026222 0.356027</w:t>
        <w:br/>
        <w:t>v 1.197347 16.947727 0.338722</w:t>
        <w:br/>
        <w:t>v 1.201535 16.888256 0.273400</w:t>
        <w:br/>
        <w:t>v 1.468457 16.936676 0.280078</w:t>
        <w:br/>
        <w:t>v 1.465577 16.949642 0.372540</w:t>
        <w:br/>
        <w:t>v 1.471802 16.987057 0.220352</w:t>
        <w:br/>
        <w:t>v 1.199007 16.969200 0.272394</w:t>
        <w:br/>
        <w:t>v 1.495522 17.016312 0.270319</w:t>
        <w:br/>
        <w:t>v 1.471802 16.987057 0.220352</w:t>
        <w:br/>
        <w:t>v 1.468457 16.936676 0.280078</w:t>
        <w:br/>
        <w:t>v 1.471802 16.987057 0.220352</w:t>
        <w:br/>
        <w:t>v 1.468709 16.990883 0.210706</w:t>
        <w:br/>
        <w:t>v 1.468444 16.923584 0.272670</w:t>
        <w:br/>
        <w:t>v 1.495522 17.016312 0.270319</w:t>
        <w:br/>
        <w:t>v 1.492742 17.025101 0.263301</w:t>
        <w:br/>
        <w:t>v 1.504539 17.062466 0.284014</w:t>
        <w:br/>
        <w:t>v 1.505155 17.061672 0.273991</w:t>
        <w:br/>
        <w:t>v 1.494138 17.131104 0.208468</w:t>
        <w:br/>
        <w:t>v 1.498565 17.121738 0.203060</w:t>
        <w:br/>
        <w:t>v 1.175816 17.009380 0.047099</w:t>
        <w:br/>
        <w:t>v 1.475437 17.160965 0.024802</w:t>
        <w:br/>
        <w:t>v 1.494138 17.131104 0.208468</w:t>
        <w:br/>
        <w:t>v 1.475437 17.160965 0.024802</w:t>
        <w:br/>
        <w:t>v 1.481663 17.146954 0.025619</w:t>
        <w:br/>
        <w:t>v 1.504539 17.062466 0.284014</w:t>
        <w:br/>
        <w:t>v 1.463502 16.943645 0.381381</w:t>
        <w:br/>
        <w:t>v 1.465577 16.949642 0.372540</w:t>
        <w:br/>
        <w:t>v 1.485712 17.018223 0.368138</w:t>
        <w:br/>
        <w:t>v 1.486442 17.026222 0.356027</w:t>
        <w:br/>
        <w:t>v 1.486253 17.029186 0.400334</w:t>
        <w:br/>
        <w:t>v 1.485612 17.045853 0.395026</w:t>
        <w:br/>
        <w:t>v 1.201535 16.888256 0.273400</w:t>
        <w:br/>
        <w:t>v 0.887501 16.796377 0.252812</w:t>
        <w:br/>
        <w:t>v 0.887501 16.796377 0.252812</w:t>
        <w:br/>
        <w:t>v 1.197347 16.947727 0.338722</w:t>
        <w:br/>
        <w:t>v 1.490542 17.019707 0.512604</w:t>
        <w:br/>
        <w:t>v 1.197347 16.947727 0.338722</w:t>
        <w:br/>
        <w:t>v 1.563799 16.815689 0.760963</w:t>
        <w:br/>
        <w:t>v 1.568062 16.696793 0.806930</w:t>
        <w:br/>
        <w:t>v 1.563799 16.815689 0.760963</w:t>
        <w:br/>
        <w:t>v 1.570289 16.810192 0.745368</w:t>
        <w:br/>
        <w:t>v 1.570452 16.703705 0.796768</w:t>
        <w:br/>
        <w:t>v 1.521869 16.939743 0.656465</w:t>
        <w:br/>
        <w:t>v 1.529227 16.925900 0.644430</w:t>
        <w:br/>
        <w:t>v 1.490542 17.019707 0.512604</w:t>
        <w:br/>
        <w:t>v 1.495547 17.003616 0.509107</w:t>
        <w:br/>
        <w:t>v 1.486442 17.026222 0.356027</w:t>
        <w:br/>
        <w:t>v 1.485612 17.045853 0.395026</w:t>
        <w:br/>
        <w:t>v 0.879528 16.822624 0.067863</w:t>
        <w:br/>
        <w:t>v 1.199007 16.969200 0.272394</w:t>
        <w:br/>
        <w:t>v 1.196831 16.934879 -0.174938</w:t>
        <w:br/>
        <w:t>v 0.883464 16.766544 -0.124557</w:t>
        <w:br/>
        <w:t>v 1.470884 16.933178 -0.315090</w:t>
        <w:br/>
        <w:t>v 1.473324 16.978722 -0.324107</w:t>
        <w:br/>
        <w:t>v 1.470821 16.971497 -0.336344</w:t>
        <w:br/>
        <w:t>v 1.468897 16.924011 -0.324660</w:t>
        <w:br/>
        <w:t>v 1.478053 17.014374 -0.371973</w:t>
        <w:br/>
        <w:t>v 1.480556 17.002766 -0.374476</w:t>
        <w:br/>
        <w:t>v 1.478053 17.014374 -0.371973</w:t>
        <w:br/>
        <w:t>v 1.200705 16.896549 -0.264117</w:t>
        <w:br/>
        <w:t>v 1.507381 16.974255 -0.481375</w:t>
        <w:br/>
        <w:t>v 1.200705 16.896549 -0.264117</w:t>
        <w:br/>
        <w:t>v 1.478053 17.014374 -0.371973</w:t>
        <w:br/>
        <w:t>v 1.473324 16.978722 -0.324107</w:t>
        <w:br/>
        <w:t>v 1.210414 16.761333 -0.458738</w:t>
        <w:br/>
        <w:t>v 0.893990 16.644245 -0.293936</w:t>
        <w:br/>
        <w:t>v 1.507381 16.974255 -0.481375</w:t>
        <w:br/>
        <w:t>v 1.513267 16.961891 -0.476232</w:t>
        <w:br/>
        <w:t>v 1.552354 16.876938 -0.619188</w:t>
        <w:br/>
        <w:t>v 1.560454 16.867050 -0.608247</w:t>
        <w:br/>
        <w:t>v 1.470884 16.933178 -0.315090</w:t>
        <w:br/>
        <w:t>v 1.214690 16.859581 -0.178975</w:t>
        <w:br/>
        <w:t>v 1.489447 16.926495 -0.222791</w:t>
        <w:br/>
        <w:t>v 1.491372 16.916382 -0.216390</w:t>
        <w:br/>
        <w:t>v 1.237478 16.554539 -0.549654</w:t>
        <w:br/>
        <w:t>v 0.904516 16.474846 -0.385732</w:t>
        <w:br/>
        <w:t>v 1.490215 17.037643 -0.238172</w:t>
        <w:br/>
        <w:t>v 1.494465 16.995533 -0.224791</w:t>
        <w:br/>
        <w:t>v 1.492881 17.007530 -0.216138</w:t>
        <w:br/>
        <w:t>v 1.494264 17.037441 -0.225256</w:t>
        <w:br/>
        <w:t>v 1.490919 17.116619 -0.132115</w:t>
        <w:br/>
        <w:t>v 1.484719 17.125309 -0.137611</w:t>
        <w:br/>
        <w:t>v 1.489422 16.985394 -0.168385</w:t>
        <w:br/>
        <w:t>v 1.488076 16.991543 -0.159104</w:t>
        <w:br/>
        <w:t>v 1.214690 16.859581 -0.178975</w:t>
        <w:br/>
        <w:t>v 1.489422 16.985394 -0.168385</w:t>
        <w:br/>
        <w:t>v 1.196831 16.934879 -0.174938</w:t>
        <w:br/>
        <w:t>v 1.489422 16.985394 -0.168385</w:t>
        <w:br/>
        <w:t>v 1.494465 16.995533 -0.224791</w:t>
        <w:br/>
        <w:t>v 1.196831 16.934879 -0.174938</w:t>
        <w:br/>
        <w:t>v 1.494465 16.995533 -0.224791</w:t>
        <w:br/>
        <w:t>v 1.490215 17.037643 -0.238172</w:t>
        <w:br/>
        <w:t>v 1.484719 17.125309 -0.137611</w:t>
        <w:br/>
        <w:t>v 0.883464 16.766544 -0.124557</w:t>
        <w:br/>
        <w:t>v 1.416314 16.127935 0.820146</w:t>
        <w:br/>
        <w:t>v 1.438851 16.144737 0.877482</w:t>
        <w:br/>
        <w:t>v 1.271584 16.160067 0.791359</w:t>
        <w:br/>
        <w:t>v 1.410529 16.119345 0.830484</w:t>
        <w:br/>
        <w:t>v 1.439807 16.133856 0.874929</w:t>
        <w:br/>
        <w:t>v 1.438851 16.144737 0.877482</w:t>
        <w:br/>
        <w:t>v 1.416314 16.127935 0.820146</w:t>
        <w:br/>
        <w:t>v 1.212532 15.647631 0.562995</w:t>
        <w:br/>
        <w:t>v 1.172720 15.655905 0.525064</w:t>
        <w:br/>
        <w:t>v 1.143669 15.834037 0.619790</w:t>
        <w:br/>
        <w:t>v 1.225246 15.731062 0.647571</w:t>
        <w:br/>
        <w:t>v 1.239929 15.814031 0.696812</w:t>
        <w:br/>
        <w:t>v 1.330328 15.749249 0.741630</w:t>
        <w:br/>
        <w:t>v 1.287419 15.688429 0.677960</w:t>
        <w:br/>
        <w:t>v 1.239929 15.814031 0.696812</w:t>
        <w:br/>
        <w:t>v 1.333460 15.795139 0.727633</w:t>
        <w:br/>
        <w:t>v 1.339723 15.795328 0.744951</w:t>
        <w:br/>
        <w:t>v 1.254467 15.852022 0.672372</w:t>
        <w:br/>
        <w:t>v 1.325222 15.785707 0.709158</w:t>
        <w:br/>
        <w:t>v 1.239929 15.814031 0.696812</w:t>
        <w:br/>
        <w:t>v 1.143669 15.834037 0.619790</w:t>
        <w:br/>
        <w:t>v 1.325222 15.785707 0.709158</w:t>
        <w:br/>
        <w:t>v 1.333460 15.795139 0.727633</w:t>
        <w:br/>
        <w:t>v 1.325222 15.785707 0.709158</w:t>
        <w:br/>
        <w:t>v 1.323486 15.779519 0.707347</w:t>
        <w:br/>
        <w:t>v 1.329724 15.784598 0.729054</w:t>
        <w:br/>
        <w:t>v 1.346464 15.852877 0.711988</w:t>
        <w:br/>
        <w:t>v 1.350299 15.858071 0.697072</w:t>
        <w:br/>
        <w:t>v 1.254467 15.852022 0.672372</w:t>
        <w:br/>
        <w:t>v 1.143669 15.834037 0.619790</w:t>
        <w:br/>
        <w:t>v 1.254832 15.846954 0.736814</w:t>
        <w:br/>
        <w:t>v 1.354085 15.856637 0.780769</w:t>
        <w:br/>
        <w:t>v 1.352563 15.898769 0.755000</w:t>
        <w:br/>
        <w:t>v 1.361631 15.843721 0.823856</w:t>
        <w:br/>
        <w:t>v 1.352563 15.898769 0.755000</w:t>
        <w:br/>
        <w:t>v 1.346464 15.852877 0.711988</w:t>
        <w:br/>
        <w:t>v 1.254467 15.852022 0.672372</w:t>
        <w:br/>
        <w:t>v 1.264893 15.998549 0.801357</w:t>
        <w:br/>
        <w:t>v 1.254832 15.846954 0.736814</w:t>
        <w:br/>
        <w:t>v 1.103701 16.000109 0.650213</w:t>
        <w:br/>
        <w:t>v 1.271584 16.160067 0.791359</w:t>
        <w:br/>
        <w:t>v 1.061470 16.176897 0.654766</w:t>
        <w:br/>
        <w:t>v 1.389827 15.892291 0.879154</w:t>
        <w:br/>
        <w:t>v 1.361631 15.843721 0.823856</w:t>
        <w:br/>
        <w:t>v 1.440900 16.077478 0.931070</w:t>
        <w:br/>
        <w:t>v 1.343785 15.866158 0.791660</w:t>
        <w:br/>
        <w:t>v 1.354085 15.856637 0.780769</w:t>
        <w:br/>
        <w:t>v 1.361631 15.843721 0.823856</w:t>
        <w:br/>
        <w:t>v 1.360990 15.855104 0.822900</w:t>
        <w:br/>
        <w:t>v 1.347042 15.907937 0.755113</w:t>
        <w:br/>
        <w:t>v 1.352563 15.898769 0.755000</w:t>
        <w:br/>
        <w:t>v 1.389827 15.892291 0.879154</w:t>
        <w:br/>
        <w:t>v 1.402341 15.899297 0.863547</w:t>
        <w:br/>
        <w:t>v 1.417194 15.983561 0.931095</w:t>
        <w:br/>
        <w:t>v 1.426928 15.983923 0.916645</w:t>
        <w:br/>
        <w:t>v 1.402341 15.899297 0.863547</w:t>
        <w:br/>
        <w:t>v 1.440900 16.077478 0.931070</w:t>
        <w:br/>
        <w:t>v 1.449843 16.070526 0.914042</w:t>
        <w:br/>
        <w:t>v 1.451164 16.237387 0.839275</w:t>
        <w:br/>
        <w:t>v 1.455704 16.229679 0.831780</w:t>
        <w:br/>
        <w:t>v 1.452861 16.205986 0.875521</w:t>
        <w:br/>
        <w:t>v 1.454270 16.216999 0.871622</w:t>
        <w:br/>
        <w:t>v 1.453767 16.275303 0.810777</w:t>
        <w:br/>
        <w:t>v 1.451516 16.283506 0.810538</w:t>
        <w:br/>
        <w:t>v 1.452861 16.205986 0.875521</w:t>
        <w:br/>
        <w:t>v 1.455704 16.229679 0.831780</w:t>
        <w:br/>
        <w:t>v 1.270704 16.201483 0.804187</w:t>
        <w:br/>
        <w:t>v 1.453767 16.275303 0.810777</w:t>
        <w:br/>
        <w:t>v 1.485653 16.287148 0.915878</w:t>
        <w:br/>
        <w:t>v 1.494482 16.290850 0.899164</w:t>
        <w:br/>
        <w:t>v 1.515593 16.383738 0.926632</w:t>
        <w:br/>
        <w:t>v 1.524837 16.379953 0.908333</w:t>
        <w:br/>
        <w:t>v 1.408353 16.097248 0.795635</w:t>
        <w:br/>
        <w:t>v 1.405385 16.086847 0.795421</w:t>
        <w:br/>
        <w:t>v 1.420527 16.152836 0.769702</w:t>
        <w:br/>
        <w:t>v 1.424124 16.150196 0.753919</w:t>
        <w:br/>
        <w:t>v 1.408353 16.097248 0.795635</w:t>
        <w:br/>
        <w:t>v 1.278476 16.191572 0.732476</w:t>
        <w:br/>
        <w:t>v 1.408353 16.097248 0.795635</w:t>
        <w:br/>
        <w:t>v 1.271584 16.160067 0.791359</w:t>
        <w:br/>
        <w:t>v 1.441895 16.230471 0.774456</w:t>
        <w:br/>
        <w:t>v 1.420527 16.152836 0.769702</w:t>
        <w:br/>
        <w:t>v 1.278476 16.191572 0.732476</w:t>
        <w:br/>
        <w:t>v 1.453767 16.275303 0.810777</w:t>
        <w:br/>
        <w:t>v 1.278476 16.191572 0.732476</w:t>
        <w:br/>
        <w:t>v 1.441895 16.230471 0.774456</w:t>
        <w:br/>
        <w:t>v 1.444888 16.235033 0.760886</w:t>
        <w:br/>
        <w:t>v 1.061470 16.176897 0.654766</w:t>
        <w:br/>
        <w:t>v 1.061470 16.176897 0.654766</w:t>
        <w:br/>
        <w:t>v 1.270704 16.201483 0.804187</w:t>
        <w:br/>
        <w:t>v 1.485653 16.287148 0.915878</w:t>
        <w:br/>
        <w:t>v 1.242005 16.488075 -0.588804</w:t>
        <w:br/>
        <w:t>v 0.921041 16.246857 -0.457834</w:t>
        <w:br/>
        <w:t>v 1.219430 16.281754 -0.673268</w:t>
        <w:br/>
        <w:t>v 1.538947 16.433773 -0.818727</w:t>
        <w:br/>
        <w:t>v 1.538947 16.433773 -0.818727</w:t>
        <w:br/>
        <w:t>v 1.547701 16.423859 -0.804364</w:t>
        <w:br/>
        <w:t>v 1.543123 16.508854 -0.734163</w:t>
        <w:br/>
        <w:t>v 1.540545 16.524815 -0.739709</w:t>
        <w:br/>
        <w:t>v 1.503658 16.301201 -0.838573</w:t>
        <w:br/>
        <w:t>v 1.515329 16.298195 -0.820840</w:t>
        <w:br/>
        <w:t>v 1.197597 16.041763 -0.643387</w:t>
        <w:br/>
        <w:t>v 1.470594 16.182819 -0.800064</w:t>
        <w:br/>
        <w:t>v 0.934800 15.999910 -0.446528</w:t>
        <w:br/>
        <w:t>v 1.470594 16.182819 -0.800064</w:t>
        <w:br/>
        <w:t>v 1.480819 16.186581 -0.782155</w:t>
        <w:br/>
        <w:t>v 1.428953 16.097351 -0.774106</w:t>
        <w:br/>
        <w:t>v 1.480819 16.186581 -0.782155</w:t>
        <w:br/>
        <w:t>v 1.429507 16.083591 -0.781903</w:t>
        <w:br/>
        <w:t>v 1.540545 16.524815 -0.739709</w:t>
        <w:br/>
        <w:t>v 1.517970 16.515076 -0.675418</w:t>
        <w:br/>
        <w:t>v 1.242005 16.488075 -0.588804</w:t>
        <w:br/>
        <w:t>v 1.488441 16.480072 -0.634545</w:t>
        <w:br/>
        <w:t>v 1.543123 16.508854 -0.734163</w:t>
        <w:br/>
        <w:t>v 1.514084 16.501469 -0.681329</w:t>
        <w:br/>
        <w:t>v 1.517970 16.515076 -0.675418</w:t>
        <w:br/>
        <w:t>v 1.404719 16.072952 -0.652064</w:t>
        <w:br/>
        <w:t>v 1.402417 16.093502 -0.643299</w:t>
        <w:br/>
        <w:t>v 1.420288 16.078335 -0.718971</w:t>
        <w:br/>
        <w:t>v 1.418100 16.060287 -0.729736</w:t>
        <w:br/>
        <w:t>v 1.374661 16.011669 -0.602476</w:t>
        <w:br/>
        <w:t>v 1.376711 16.017593 -0.587220</w:t>
        <w:br/>
        <w:t>v 1.404719 16.072952 -0.652064</w:t>
        <w:br/>
        <w:t>v 1.418100 16.060287 -0.729736</w:t>
        <w:br/>
        <w:t>v 1.197597 16.041763 -0.643387</w:t>
        <w:br/>
        <w:t>v 1.429507 16.083591 -0.781903</w:t>
        <w:br/>
        <w:t>v 1.197170 16.005455 -0.550070</w:t>
        <w:br/>
        <w:t>v 1.374661 16.011669 -0.602476</w:t>
        <w:br/>
        <w:t>v 1.404719 16.072952 -0.652064</w:t>
        <w:br/>
        <w:t>v 0.934800 15.999910 -0.446528</w:t>
        <w:br/>
        <w:t>v 1.186115 15.961436 -0.596338</w:t>
        <w:br/>
        <w:t>v 1.197170 16.005455 -0.550070</w:t>
        <w:br/>
        <w:t>v 1.357192 15.977383 -0.654831</w:t>
        <w:br/>
        <w:t>v 1.336366 15.954784 -0.612700</w:t>
        <w:br/>
        <w:t>v 1.186115 15.961436 -0.596338</w:t>
        <w:br/>
        <w:t>v 1.361493 15.953149 -0.695252</w:t>
        <w:br/>
        <w:t>v 1.364763 15.945516 -0.685191</w:t>
        <w:br/>
        <w:t>v 1.355469 15.961990 -0.657975</w:t>
        <w:br/>
        <w:t>v 1.357192 15.977383 -0.654831</w:t>
        <w:br/>
        <w:t>v 1.355469 15.961990 -0.657975</w:t>
        <w:br/>
        <w:t>v 1.334857 15.943868 -0.611103</w:t>
        <w:br/>
        <w:t>v 1.336366 15.954784 -0.612700</w:t>
        <w:br/>
        <w:t>v 1.334857 15.943868 -0.611103</w:t>
        <w:br/>
        <w:t>v 1.336366 15.954784 -0.612700</w:t>
        <w:br/>
        <w:t>v 1.254417 15.730270 -0.539091</w:t>
        <w:br/>
        <w:t>v 1.263686 15.740997 -0.524238</w:t>
        <w:br/>
        <w:t>v 1.341635 15.861028 -0.668477</w:t>
        <w:br/>
        <w:t>v 1.333900 15.856210 -0.685631</w:t>
        <w:br/>
        <w:t>v 1.121333 15.753185 -0.458690</w:t>
        <w:br/>
        <w:t>v 1.186115 15.961436 -0.596338</w:t>
        <w:br/>
        <w:t>v 1.254417 15.730270 -0.539091</w:t>
        <w:br/>
        <w:t>v 1.333900 15.856210 -0.685631</w:t>
        <w:br/>
        <w:t>v 1.232559 15.641983 -0.432380</w:t>
        <w:br/>
        <w:t>v 0.983093 15.582687 -0.223008</w:t>
        <w:br/>
        <w:t>v 0.985784 15.537400 -0.191353</w:t>
        <w:br/>
        <w:t>v 1.054501 15.518886 -0.243973</w:t>
        <w:br/>
        <w:t>v 1.143870 15.572877 -0.317067</w:t>
        <w:br/>
        <w:t>v 1.238810 15.654610 -0.419326</w:t>
        <w:br/>
        <w:t>v 1.232559 15.641983 -0.432380</w:t>
        <w:br/>
        <w:t>v 1.137015 15.560300 -0.329178</w:t>
        <w:br/>
        <w:t>v 1.054501 15.518886 -0.243973</w:t>
        <w:br/>
        <w:t>v 1.063833 15.532167 -0.230906</w:t>
        <w:br/>
        <w:t>v 1.361493 15.953149 -0.695252</w:t>
        <w:br/>
        <w:t>v 1.357192 15.977383 -0.654831</w:t>
        <w:br/>
        <w:t>v 1.570452 16.703705 0.796768</w:t>
        <w:br/>
        <w:t>v 1.204425 15.666495 0.516726</w:t>
        <w:br/>
        <w:t>v 1.172720 15.655905 0.525064</w:t>
        <w:br/>
        <w:t>v 1.212532 15.647631 0.562995</w:t>
        <w:br/>
        <w:t>v 1.219240 15.655415 0.554065</w:t>
        <w:br/>
        <w:t>v 1.298964 15.696149 0.664214</w:t>
        <w:br/>
        <w:t>v 1.287419 15.688429 0.677960</w:t>
        <w:br/>
        <w:t>v 1.336113 15.751486 0.728438</w:t>
        <w:br/>
        <w:t>v 1.330328 15.749249 0.741630</w:t>
        <w:br/>
        <w:t>v 1.339723 15.795328 0.744951</w:t>
        <w:br/>
        <w:t>v 1.335861 15.787607 0.736701</w:t>
        <w:br/>
        <w:t>v 1.336113 15.751486 0.728438</w:t>
        <w:br/>
        <w:t>v 1.244420 16.507858 -0.508365</w:t>
        <w:br/>
        <w:t>v 1.513946 16.590096 -0.589986</w:t>
        <w:br/>
        <w:t>v 1.237478 16.554539 -0.549654</w:t>
        <w:br/>
        <w:t>v 1.488441 16.480072 -0.634545</w:t>
        <w:br/>
        <w:t>v 1.244420 16.507858 -0.508365</w:t>
        <w:br/>
        <w:t>v 1.513946 16.590096 -0.589986</w:t>
        <w:br/>
        <w:t>v 1.503218 16.523804 -0.586817</w:t>
        <w:br/>
        <w:t>v 1.505935 16.517014 -0.573499</w:t>
        <w:br/>
        <w:t>v 1.514348 16.598381 -0.585874</w:t>
        <w:br/>
        <w:t>v 1.534936 16.582829 -0.647875</w:t>
        <w:br/>
        <w:t>v 1.534823 16.568989 -0.648177</w:t>
        <w:br/>
        <w:t>v 1.514348 16.598381 -0.585874</w:t>
        <w:br/>
        <w:t>v 1.551700 16.619522 -0.683353</w:t>
        <w:br/>
        <w:t>v 1.546028 16.610657 -0.694647</w:t>
        <w:br/>
        <w:t>v 1.485183 16.466991 -0.636456</w:t>
        <w:br/>
        <w:t>v 1.488441 16.480072 -0.634545</w:t>
        <w:br/>
        <w:t>v 0.904516 16.474846 -0.385732</w:t>
        <w:br/>
        <w:t>v 1.513946 16.590096 -0.589986</w:t>
        <w:br/>
        <w:t>v 1.534823 16.568989 -0.648177</w:t>
        <w:br/>
        <w:t>v 1.237478 16.554539 -0.549654</w:t>
        <w:br/>
        <w:t>v 1.534823 16.568989 -0.648177</w:t>
        <w:br/>
        <w:t>v 1.546028 16.610657 -0.694647</w:t>
        <w:br/>
        <w:t>v 1.586625 16.730263 -0.705412</w:t>
        <w:br/>
        <w:t>v 1.552354 16.876938 -0.619188</w:t>
        <w:br/>
        <w:t>v 1.595202 16.726864 -0.689918</w:t>
        <w:br/>
        <w:t>v 1.586625 16.730263 -0.705412</w:t>
        <w:br/>
        <w:t>v 0.985784 15.537400 -0.191353</w:t>
        <w:br/>
        <w:t>v 1.011025 15.538795 -0.197867</w:t>
        <w:br/>
        <w:t>v 1.521869 16.939743 0.656465</w:t>
        <w:br/>
        <w:t>v 1.568062 16.696793 0.806930</w:t>
        <w:br/>
        <w:t>v 1.515593 16.383738 0.926632</w:t>
        <w:br/>
        <w:t>v 1.452861 16.205986 0.875521</w:t>
        <w:br/>
        <w:t>v 1.504539 17.062466 0.284014</w:t>
        <w:br/>
        <w:t>v 1.490215 17.037643 -0.238172</w:t>
        <w:br/>
        <w:t>v 1.438851 16.144737 0.877482</w:t>
        <w:br/>
        <w:t>v 1.417194 15.983561 0.931095</w:t>
        <w:br/>
        <w:t>v 1.429507 16.083591 -0.781903</w:t>
        <w:br/>
        <w:t>v 1.503658 16.301201 -0.838573</w:t>
        <w:br/>
        <w:t>v 1.137015 15.560300 -0.329178</w:t>
        <w:br/>
        <w:t>v 0.963700 15.762970 -0.343590</w:t>
        <w:br/>
        <w:t>v 1.339723 15.795328 0.744951</w:t>
        <w:br/>
        <w:t>v 1.489447 16.926495 -0.222791</w:t>
        <w:br/>
        <w:t>v 1.503218 16.523804 -0.586817</w:t>
        <w:br/>
        <w:t>v 0.766676 14.679497 0.082485</w:t>
        <w:br/>
        <w:t>v 0.643666 14.477170 0.087666</w:t>
        <w:br/>
        <w:t>v 0.762513 14.477170 0.166772</w:t>
        <w:br/>
        <w:t>v 0.887322 14.686013 0.176255</w:t>
        <w:br/>
        <w:t>v 0.931126 14.920010 0.103526</w:t>
        <w:br/>
        <w:t>v 1.030278 14.925292 0.221807</w:t>
        <w:br/>
        <w:t>v 1.093928 15.172103 0.174545</w:t>
        <w:br/>
        <w:t>v 1.163866 15.193397 0.346050</w:t>
        <w:br/>
        <w:t>v 1.182806 15.404277 0.335021</w:t>
        <w:br/>
        <w:t>v 1.216108 15.432068 0.528183</w:t>
        <w:br/>
        <w:t>v 1.195735 15.620854 0.656827</w:t>
        <w:br/>
        <w:t>v 1.198256 15.656169 0.526301</w:t>
        <w:br/>
        <w:t>v 1.153202 15.835246 0.660788</w:t>
        <w:br/>
        <w:t>v 1.143203 15.793166 0.730714</w:t>
        <w:br/>
        <w:t>v 1.115536 16.002914 0.674209</w:t>
        <w:br/>
        <w:t>v 1.064802 15.984828 0.755138</w:t>
        <w:br/>
        <w:t>v 1.017042 16.376436 0.631387</w:t>
        <w:br/>
        <w:t>v 1.072372 16.182182 0.679680</w:t>
        <w:br/>
        <w:t>v 0.992123 16.167261 0.737217</w:t>
        <w:br/>
        <w:t>v 0.917445 16.364014 0.671116</w:t>
        <w:br/>
        <w:t>v 0.966484 16.542957 0.553778</w:t>
        <w:br/>
        <w:t>v 0.859078 16.534330 0.581119</w:t>
        <w:br/>
        <w:t>v 0.918143 16.710945 0.430554</w:t>
        <w:br/>
        <w:t>v 0.806295 16.699780 0.452664</w:t>
        <w:br/>
        <w:t>v 0.887399 16.817137 0.261452</w:t>
        <w:br/>
        <w:t>v 0.771923 16.807791 0.276782</w:t>
        <w:br/>
        <w:t>v 0.878332 16.843639 0.067158</w:t>
        <w:br/>
        <w:t>v 0.758530 16.839804 0.075396</w:t>
        <w:br/>
        <w:t>v 0.883540 16.786308 -0.135083</w:t>
        <w:br/>
        <w:t>v 0.763371 16.784565 -0.135385</w:t>
        <w:br/>
        <w:t>v 0.893726 16.659214 -0.310864</w:t>
        <w:br/>
        <w:t>v 0.772653 16.655468 -0.298175</w:t>
        <w:br/>
        <w:t>v 0.909500 16.484734 -0.406169</w:t>
        <w:br/>
        <w:t>v 0.792423 16.482340 -0.404220</w:t>
        <w:br/>
        <w:t>v 0.925585 16.250443 -0.480245</w:t>
        <w:br/>
        <w:t>v 0.810230 16.248358 -0.475390</w:t>
        <w:br/>
        <w:t>v 0.943543 15.995107 -0.469266</w:t>
        <w:br/>
        <w:t>v 0.833962 15.981196 -0.469090</w:t>
        <w:br/>
        <w:t>v 0.968055 15.751376 -0.365159</w:t>
        <w:br/>
        <w:t>v 0.872760 15.720412 -0.379823</w:t>
        <w:br/>
        <w:t>v 0.987545 15.580312 -0.250550</w:t>
        <w:br/>
        <w:t>v 0.893398 15.575191 -0.300328</w:t>
        <w:br/>
        <w:t>v 0.972025 15.332102 -0.107079</w:t>
        <w:br/>
        <w:t>v 1.016420 15.346540 -0.066872</w:t>
        <w:br/>
        <w:t>v 1.077138 15.148373 0.098684</w:t>
        <w:br/>
        <w:t>v 1.038466 15.317486 -0.075839</w:t>
        <w:br/>
        <w:t>v 0.972301 15.270678 -0.115266</w:t>
        <w:br/>
        <w:t>v 1.000259 15.137759 0.004499</w:t>
        <w:br/>
        <w:t>v 0.766676 14.679497 0.082485</w:t>
        <w:br/>
        <w:t>v 0.736731 14.677789 0.090471</w:t>
        <w:br/>
        <w:t>v 0.612187 14.477170 0.103098</w:t>
        <w:br/>
        <w:t>v 0.643666 14.477170 0.087666</w:t>
        <w:br/>
        <w:t>v 0.588329 14.152574 0.176330</w:t>
        <w:br/>
        <w:t>v 0.436078 14.150976 0.122641</w:t>
        <w:br/>
        <w:t>v 0.387684 14.169589 0.160106</w:t>
        <w:br/>
        <w:t>v 0.578431 14.157276 0.212953</w:t>
        <w:br/>
        <w:t>v 0.672503 14.297389 0.166156</w:t>
        <w:br/>
        <w:t>v 0.670176 14.299339 0.184442</w:t>
        <w:br/>
        <w:t>v 0.758413 14.477170 0.191963</w:t>
        <w:br/>
        <w:t>v 0.898503 14.917407 0.099929</w:t>
        <w:br/>
        <w:t>v 1.083515 15.006208 0.289393</w:t>
        <w:br/>
        <w:t>v 1.111107 15.014182 0.248633</w:t>
        <w:br/>
        <w:t>v 1.063078 14.925139 0.213481</w:t>
        <w:br/>
        <w:t>v 1.038956 14.920992 0.258958</w:t>
        <w:br/>
        <w:t>v 1.182806 15.404277 0.335021</w:t>
        <w:br/>
        <w:t>v 1.161753 15.409321 0.329789</w:t>
        <w:br/>
        <w:t>v 1.068888 15.173790 0.169615</w:t>
        <w:br/>
        <w:t>v 1.093928 15.172103 0.174545</w:t>
        <w:br/>
        <w:t>v 1.149390 15.198915 0.366877</w:t>
        <w:br/>
        <w:t>v 1.163866 15.193397 0.346050</w:t>
        <w:br/>
        <w:t>v 1.088042 15.033788 0.262920</w:t>
        <w:br/>
        <w:t>v 1.072422 15.032014 0.281835</w:t>
        <w:br/>
        <w:t>v 1.198256 15.656169 0.526301</w:t>
        <w:br/>
        <w:t>v 1.172720 15.655905 0.525064</w:t>
        <w:br/>
        <w:t>v 1.117711 15.785053 0.732261</w:t>
        <w:br/>
        <w:t>v 1.143203 15.793166 0.730714</w:t>
        <w:br/>
        <w:t>v 1.195735 15.620854 0.656827</w:t>
        <w:br/>
        <w:t>v 1.172745 15.613272 0.664876</w:t>
        <w:br/>
        <w:t>v 1.153202 15.835246 0.660788</w:t>
        <w:br/>
        <w:t>v 1.143669 15.834037 0.619790</w:t>
        <w:br/>
        <w:t>v 1.064802 15.984828 0.755138</w:t>
        <w:br/>
        <w:t>v 1.039159 15.975308 0.749403</w:t>
        <w:br/>
        <w:t>v 1.103701 16.000109 0.650213</w:t>
        <w:br/>
        <w:t>v 0.899762 16.352953 0.656414</w:t>
        <w:br/>
        <w:t>v 0.992123 16.167261 0.737217</w:t>
        <w:br/>
        <w:t>v 0.970027 16.156837 0.725584</w:t>
        <w:br/>
        <w:t>v 1.017042 16.376436 0.631387</w:t>
        <w:br/>
        <w:t>v 1.009668 16.368061 0.608397</w:t>
        <w:br/>
        <w:t>v 1.061470 16.176897 0.654766</w:t>
        <w:br/>
        <w:t>v 1.072372 16.182182 0.679680</w:t>
        <w:br/>
        <w:t>v 0.859078 16.534330 0.581119</w:t>
        <w:br/>
        <w:t>v 0.844049 16.520536 0.566090</w:t>
        <w:br/>
        <w:t>v 0.966484 16.542957 0.553778</w:t>
        <w:br/>
        <w:t>v 0.962230 16.530388 0.533178</w:t>
        <w:br/>
        <w:t>v 0.806295 16.699780 0.452664</w:t>
        <w:br/>
        <w:t>v 0.793806 16.681072 0.441294</w:t>
        <w:br/>
        <w:t>v 0.918143 16.710945 0.430554</w:t>
        <w:br/>
        <w:t>v 0.913723 16.694052 0.414695</w:t>
        <w:br/>
        <w:t>v 0.771923 16.807791 0.276782</w:t>
        <w:br/>
        <w:t>v 0.759976 16.785721 0.271223</w:t>
        <w:br/>
        <w:t>v 0.887399 16.817137 0.261452</w:t>
        <w:br/>
        <w:t>v 0.887501 16.796377 0.252812</w:t>
        <w:br/>
        <w:t>v 0.758530 16.839804 0.075396</w:t>
        <w:br/>
        <w:t>v 0.747689 16.819593 0.077471</w:t>
        <w:br/>
        <w:t>v 0.878332 16.843639 0.067158</w:t>
        <w:br/>
        <w:t>v 0.879528 16.822624 0.067863</w:t>
        <w:br/>
        <w:t>v 0.763371 16.784565 -0.135385</w:t>
        <w:br/>
        <w:t>v 0.751776 16.764530 -0.124809</w:t>
        <w:br/>
        <w:t>v 0.883540 16.786308 -0.135083</w:t>
        <w:br/>
        <w:t>v 0.883464 16.766544 -0.124557</w:t>
        <w:br/>
        <w:t>v 0.772653 16.655468 -0.298175</w:t>
        <w:br/>
        <w:t>v 0.761925 16.640036 -0.281461</w:t>
        <w:br/>
        <w:t>v 0.893726 16.659214 -0.310864</w:t>
        <w:br/>
        <w:t>v 0.893990 16.644245 -0.293936</w:t>
        <w:br/>
        <w:t>v 0.792423 16.482340 -0.404220</w:t>
        <w:br/>
        <w:t>v 0.782701 16.471977 -0.383443</w:t>
        <w:br/>
        <w:t>v 0.909500 16.484734 -0.406169</w:t>
        <w:br/>
        <w:t>v 0.904516 16.474846 -0.385732</w:t>
        <w:br/>
        <w:t>v 0.801339 16.244436 -0.452099</w:t>
        <w:br/>
        <w:t>v 0.810230 16.248358 -0.475390</w:t>
        <w:br/>
        <w:t>v 0.925585 16.250443 -0.480245</w:t>
        <w:br/>
        <w:t>v 0.921041 16.246857 -0.457834</w:t>
        <w:br/>
        <w:t>v 0.823813 15.983335 -0.446364</w:t>
        <w:br/>
        <w:t>v 0.833962 15.981196 -0.469090</w:t>
        <w:br/>
        <w:t>v 0.943543 15.995107 -0.469266</w:t>
        <w:br/>
        <w:t>v 0.934800 15.999910 -0.446528</w:t>
        <w:br/>
        <w:t>v 0.857014 15.726046 -0.361298</w:t>
        <w:br/>
        <w:t>v 0.872760 15.720412 -0.379823</w:t>
        <w:br/>
        <w:t>v 0.968055 15.751376 -0.365159</w:t>
        <w:br/>
        <w:t>v 0.963700 15.762970 -0.343590</w:t>
        <w:br/>
        <w:t>v 0.987545 15.580312 -0.250550</w:t>
        <w:br/>
        <w:t>v 1.016420 15.346540 -0.066872</w:t>
        <w:br/>
        <w:t>v 1.007365 15.359329 -0.048762</w:t>
        <w:br/>
        <w:t>v 0.983093 15.582687 -0.223008</w:t>
        <w:br/>
        <w:t>v 0.942848 15.288361 -0.112499</w:t>
        <w:br/>
        <w:t>v 0.875589 15.576588 -0.282645</w:t>
        <w:br/>
        <w:t>v 0.921468 15.291266 -0.100765</w:t>
        <w:br/>
        <w:t>v 1.002937 15.022105 0.122265</w:t>
        <w:br/>
        <w:t>v 0.982752 15.036115 0.120995</w:t>
        <w:br/>
        <w:t>v 1.033108 15.022873 0.111751</w:t>
        <w:br/>
        <w:t>v 1.002937 15.022105 0.122265</w:t>
        <w:br/>
        <w:t>v 1.030278 14.925292 0.221807</w:t>
        <w:br/>
        <w:t>v 1.063078 14.925139 0.213481</w:t>
        <w:br/>
        <w:t>v 1.111107 15.014182 0.248633</w:t>
        <w:br/>
        <w:t>v 1.088042 15.033788 0.262920</w:t>
        <w:br/>
        <w:t>v 1.064487 15.122327 0.163302</w:t>
        <w:br/>
        <w:t>v 1.086244 15.107952 0.137985</w:t>
        <w:br/>
        <w:t>v 1.042629 15.162935 0.142299</w:t>
        <w:br/>
        <w:t>v 1.038466 15.317486 -0.075839</w:t>
        <w:br/>
        <w:t>v 1.016420 15.346540 -0.066872</w:t>
        <w:br/>
        <w:t>v 0.972025 15.332102 -0.107079</w:t>
        <w:br/>
        <w:t>v 1.000674 15.308873 -0.114084</w:t>
        <w:br/>
        <w:t>v 1.000259 15.137759 0.004499</w:t>
        <w:br/>
        <w:t>v 0.953965 15.144953 0.024886</w:t>
        <w:br/>
        <w:t>v 1.015086 14.922400 0.242671</w:t>
        <w:br/>
        <w:t>v 1.038956 14.920992 0.258958</w:t>
        <w:br/>
        <w:t>v 1.083515 15.006208 0.289393</w:t>
        <w:br/>
        <w:t>v 1.072422 15.032014 0.281835</w:t>
        <w:br/>
        <w:t>v 1.077138 15.148373 0.098684</w:t>
        <w:br/>
        <w:t>v 1.038466 15.317486 -0.075839</w:t>
        <w:br/>
        <w:t>v 0.972301 15.270678 -0.115266</w:t>
        <w:br/>
        <w:t>v 1.000674 15.308873 -0.114084</w:t>
        <w:br/>
        <w:t>v 0.942848 15.288361 -0.112499</w:t>
        <w:br/>
        <w:t>v 0.531320 14.301064 0.086748</w:t>
        <w:br/>
        <w:t>v 0.672503 14.297389 0.166156</w:t>
        <w:br/>
        <w:t>v 0.502130 14.301717 0.112643</w:t>
        <w:br/>
        <w:t>v 0.531320 14.301064 0.086748</w:t>
        <w:br/>
        <w:t>v 0.878807 14.685522 0.199999</w:t>
        <w:br/>
        <w:t>v 1.015086 14.922400 0.242671</w:t>
        <w:br/>
        <w:t>v 1.030278 14.925292 0.221807</w:t>
        <w:br/>
        <w:t>v 1.064487 15.122327 0.163302</w:t>
        <w:br/>
        <w:t>v 1.088042 15.033788 0.262920</w:t>
        <w:br/>
        <w:t>v 1.064487 15.122327 0.163302</w:t>
        <w:br/>
        <w:t>v 1.044880 15.138788 0.167377</w:t>
        <w:br/>
        <w:t>v 1.193458 15.443390 0.552040</w:t>
        <w:br/>
        <w:t>v 1.216108 15.432068 0.528183</w:t>
        <w:br/>
        <w:t>v 1.086244 15.107952 0.137985</w:t>
        <w:br/>
        <w:t>v 1.033108 15.022873 0.111751</w:t>
        <w:br/>
        <w:t>v 0.893398 15.575191 -0.300328</w:t>
        <w:br/>
        <w:t>v 0.451724 14.172582 0.110279</w:t>
        <w:br/>
        <w:t>v 0.600704 14.166785 0.163251</w:t>
        <w:br/>
        <w:t>v 0.387684 14.169589 0.160106</w:t>
        <w:br/>
        <w:t>v 0.436078 14.150976 0.122641</w:t>
        <w:br/>
        <w:t>v 0.431853 14.175576 0.121761</w:t>
        <w:br/>
        <w:t>v 0.608124 14.172494 0.183574</w:t>
        <w:br/>
        <w:t>v 0.600704 14.166785 0.163251</w:t>
        <w:br/>
        <w:t>v 0.982752 15.036115 0.120995</w:t>
        <w:br/>
        <w:t>v 1.044880 15.138788 0.167377</w:t>
        <w:br/>
        <w:t>v 1.009919 16.542141 0.547980</w:t>
        <w:br/>
        <w:t>v 1.384786 16.574102 0.605807</w:t>
        <w:br/>
        <w:t>v 1.397261 16.517897 0.549879</w:t>
        <w:br/>
        <w:t>v 1.592369 16.308733 0.782896</w:t>
        <w:br/>
        <w:t>v 1.601389 16.401056 0.758309</w:t>
        <w:br/>
        <w:t>v 1.614544 16.387070 0.748072</w:t>
        <w:br/>
        <w:t>v 1.605540 16.305676 0.763918</w:t>
        <w:br/>
        <w:t>v 1.603779 16.443451 0.707575</w:t>
        <w:br/>
        <w:t>v 1.612872 16.427582 0.704934</w:t>
        <w:br/>
        <w:t>v 1.598233 16.440132 0.661445</w:t>
        <w:br/>
        <w:t>v 1.605112 16.425831 0.668349</w:t>
        <w:br/>
        <w:t>v 1.576350 16.413607 0.626269</w:t>
        <w:br/>
        <w:t>v 1.584336 16.400167 0.626935</w:t>
        <w:br/>
        <w:t>v 1.376573 16.480427 0.652189</w:t>
        <w:br/>
        <w:t>v 1.355092 16.333220 0.708694</w:t>
        <w:br/>
        <w:t>v 1.041046 16.357483 0.623891</w:t>
        <w:br/>
        <w:t>v 1.009919 16.542141 0.547980</w:t>
        <w:br/>
        <w:t>v 1.603779 16.443451 0.707575</w:t>
        <w:br/>
        <w:t>v 1.344767 16.168093 0.703211</w:t>
        <w:br/>
        <w:t>v 1.078209 16.178684 0.651308</w:t>
        <w:br/>
        <w:t>v 1.559562 16.210421 0.761629</w:t>
        <w:br/>
        <w:t>v 1.376573 16.480427 0.652189</w:t>
        <w:br/>
        <w:t>v 1.384786 16.574102 0.605807</w:t>
        <w:br/>
        <w:t>v 0.944120 16.697502 0.422329</w:t>
        <w:br/>
        <w:t>v 1.339335 16.781445 0.501700</w:t>
        <w:br/>
        <w:t>v 1.327350 16.847271 0.319618</w:t>
        <w:br/>
        <w:t>v 0.912666 16.796162 0.255755</w:t>
        <w:br/>
        <w:t>v 1.672963 16.813160 0.554257</w:t>
        <w:br/>
        <w:t>v 1.647785 16.875656 0.436491</w:t>
        <w:br/>
        <w:t>v 1.659795 16.582687 0.641625</w:t>
        <w:br/>
        <w:t>v 1.667215 16.693562 0.619541</w:t>
        <w:br/>
        <w:t>v 1.659795 16.582687 0.641625</w:t>
        <w:br/>
        <w:t>v 1.647948 16.565254 0.607467</w:t>
        <w:br/>
        <w:t>v 1.684231 16.694542 0.605279</w:t>
        <w:br/>
        <w:t>v 1.673730 16.589104 0.633337</w:t>
        <w:br/>
        <w:t>v 1.688381 16.803127 0.543076</w:t>
        <w:br/>
        <w:t>v 1.665312 16.576057 0.608159</w:t>
        <w:br/>
        <w:t>v 1.673730 16.589104 0.633337</w:t>
        <w:br/>
        <w:t>v 1.609552 16.590118 0.554017</w:t>
        <w:br/>
        <w:t>v 1.627515 16.601955 0.548698</w:t>
        <w:br/>
        <w:t>v 1.609552 16.590118 0.554017</w:t>
        <w:br/>
        <w:t>v 1.573432 16.496979 0.542887</w:t>
        <w:br/>
        <w:t>v 1.581192 16.493065 0.528651</w:t>
        <w:br/>
        <w:t>v 1.627515 16.601955 0.548698</w:t>
        <w:br/>
        <w:t>v 1.384786 16.574102 0.605807</w:t>
        <w:br/>
        <w:t>v 1.576350 16.413607 0.626269</w:t>
        <w:br/>
        <w:t>v 1.573432 16.496979 0.542887</w:t>
        <w:br/>
        <w:t>v 1.584336 16.400167 0.626935</w:t>
        <w:br/>
        <w:t>v 1.397261 16.517897 0.549879</w:t>
        <w:br/>
        <w:t>v 1.291669 15.833621 0.659507</w:t>
        <w:br/>
        <w:t>v 1.301478 15.826591 0.614257</w:t>
        <w:br/>
        <w:t>v 1.167539 15.848866 0.610043</w:t>
        <w:br/>
        <w:t>v 1.414453 15.867641 0.650125</w:t>
        <w:br/>
        <w:t>v 1.412792 15.825007 0.610597</w:t>
        <w:br/>
        <w:t>v 1.412792 15.825007 0.610597</w:t>
        <w:br/>
        <w:t>v 1.414453 15.867641 0.650125</w:t>
        <w:br/>
        <w:t>v 1.415912 15.881225 0.656099</w:t>
        <w:br/>
        <w:t>v 1.416201 15.829473 0.597832</w:t>
        <w:br/>
        <w:t>v 1.412893 15.838150 0.661154</w:t>
        <w:br/>
        <w:t>v 1.414968 15.848714 0.672247</w:t>
        <w:br/>
        <w:t>v 1.412893 15.838150 0.661154</w:t>
        <w:br/>
        <w:t>v 1.414453 15.867641 0.650125</w:t>
        <w:br/>
        <w:t>v 1.291669 15.833621 0.659507</w:t>
        <w:br/>
        <w:t>v 1.415483 15.822906 0.681742</w:t>
        <w:br/>
        <w:t>v 1.415483 15.822906 0.681742</w:t>
        <w:br/>
        <w:t>v 1.439982 15.874935 0.731507</w:t>
        <w:br/>
        <w:t>v 1.127861 16.015829 0.648565</w:t>
        <w:br/>
        <w:t>v 1.280287 15.981523 0.733545</w:t>
        <w:br/>
        <w:t>v 1.288462 16.127947 0.705110</w:t>
        <w:br/>
        <w:t>v 1.469462 15.951663 0.756145</w:t>
        <w:br/>
        <w:t>v 1.488314 16.030153 0.772859</w:t>
        <w:br/>
        <w:t>v 1.497058 16.019426 0.756950</w:t>
        <w:br/>
        <w:t>v 1.482789 15.952822 0.738575</w:t>
        <w:br/>
        <w:t>v 1.491459 16.076723 0.743242</w:t>
        <w:br/>
        <w:t>v 1.500132 16.062096 0.741682</w:t>
        <w:br/>
        <w:t>v 1.457175 15.875904 0.719421</w:t>
        <w:br/>
        <w:t>v 1.288462 16.127947 0.705110</w:t>
        <w:br/>
        <w:t>v 1.483623 16.084005 0.703047</w:t>
        <w:br/>
        <w:t>v 1.491459 16.076723 0.743242</w:t>
        <w:br/>
        <w:t>v 1.434241 15.835496 0.685729</w:t>
        <w:br/>
        <w:t>v 1.434241 15.835496 0.685729</w:t>
        <w:br/>
        <w:t>v 1.301478 15.826591 0.614257</w:t>
        <w:br/>
        <w:t>v 1.412792 15.825007 0.610597</w:t>
        <w:br/>
        <w:t>v 1.387111 15.759420 0.610459</w:t>
        <w:br/>
        <w:t>v 1.271622 15.796785 0.625223</w:t>
        <w:br/>
        <w:t>v 1.387111 15.759420 0.610459</w:t>
        <w:br/>
        <w:t>v 1.388733 15.773670 0.633297</w:t>
        <w:br/>
        <w:t>v 1.271622 15.796785 0.625223</w:t>
        <w:br/>
        <w:t>v 1.249889 15.710738 0.598901</w:t>
        <w:br/>
        <w:t>v 1.358738 15.730294 0.636278</w:t>
        <w:br/>
        <w:t>v 1.303301 15.665878 0.594625</w:t>
        <w:br/>
        <w:t>v 1.366221 15.729768 0.619689</w:t>
        <w:br/>
        <w:t>v 1.358738 15.730294 0.636278</w:t>
        <w:br/>
        <w:t>v 1.382608 15.767457 0.643384</w:t>
        <w:br/>
        <w:t>v 1.386256 15.758857 0.633662</w:t>
        <w:br/>
        <w:t>v 1.303301 15.665878 0.594625</w:t>
        <w:br/>
        <w:t>v 1.309797 15.667063 0.578590</w:t>
        <w:br/>
        <w:t>v 1.207720 15.637707 0.523970</w:t>
        <w:br/>
        <w:t>v 1.233540 15.636311 0.536961</w:t>
        <w:br/>
        <w:t>v 1.388733 15.773670 0.633297</w:t>
        <w:br/>
        <w:t>v 1.390469 15.766463 0.631662</w:t>
        <w:br/>
        <w:t>v 1.388733 15.773670 0.633297</w:t>
        <w:br/>
        <w:t>v 1.382608 15.767457 0.643384</w:t>
        <w:br/>
        <w:t>v 1.271622 15.796785 0.625223</w:t>
        <w:br/>
        <w:t>v 1.387111 15.759420 0.610459</w:t>
        <w:br/>
        <w:t>v 1.383023 15.753346 0.606497</w:t>
        <w:br/>
        <w:t>v 1.180681 15.741412 0.574075</w:t>
        <w:br/>
        <w:t>v 1.167539 15.848866 0.610043</w:t>
        <w:br/>
        <w:t>v 1.316484 16.874008 -0.167128</w:t>
        <w:br/>
        <w:t>v 0.905611 16.766052 -0.123840</w:t>
        <w:br/>
        <w:t>v 1.335385 16.789558 -0.165393</w:t>
        <w:br/>
        <w:t>v 1.595341 16.855671 -0.139724</w:t>
        <w:br/>
        <w:t>v 1.586135 16.783569 -0.184685</w:t>
        <w:br/>
        <w:t>v 1.595341 16.855671 -0.139724</w:t>
        <w:br/>
        <w:t>v 1.604685 16.876713 -0.201801</w:t>
        <w:br/>
        <w:t>v 1.316484 16.874008 -0.167128</w:t>
        <w:br/>
        <w:t>v 1.616595 16.886948 -0.194884</w:t>
        <w:br/>
        <w:t>v 1.606584 16.861858 -0.128569</w:t>
        <w:br/>
        <w:t>v 1.604685 16.876713 -0.201801</w:t>
        <w:br/>
        <w:t>v 1.603993 16.913887 -0.205587</w:t>
        <w:br/>
        <w:t>v 1.603076 16.982502 -0.120683</w:t>
        <w:br/>
        <w:t>v 1.312358 16.951439 0.064694</w:t>
        <w:br/>
        <w:t>v 1.316484 16.874008 -0.167128</w:t>
        <w:br/>
        <w:t>v 1.616872 16.969337 -0.110207</w:t>
        <w:br/>
        <w:t>v 1.603993 16.913887 -0.205587</w:t>
        <w:br/>
        <w:t>v 1.616142 16.914238 -0.194155</w:t>
        <w:br/>
        <w:t>v 1.594448 16.770565 -0.178372</w:t>
        <w:br/>
        <w:t>v 1.606584 16.861858 -0.128569</w:t>
        <w:br/>
        <w:t>v 1.335385 16.789558 -0.165393</w:t>
        <w:br/>
        <w:t>v 0.905611 16.766052 -0.123840</w:t>
        <w:br/>
        <w:t>v 1.316307 16.829800 -0.242285</w:t>
        <w:br/>
        <w:t>v 1.626493 16.821198 -0.274229</w:t>
        <w:br/>
        <w:t>v 1.607389 16.778088 -0.263099</w:t>
        <w:br/>
        <w:t>v 1.586135 16.783569 -0.184685</w:t>
        <w:br/>
        <w:t>v 1.607389 16.778088 -0.263099</w:t>
        <w:br/>
        <w:t>v 1.617740 16.768833 -0.273852</w:t>
        <w:br/>
        <w:t>v 1.636956 16.815590 -0.288868</w:t>
        <w:br/>
        <w:t>v 1.638038 16.857708 -0.304362</w:t>
        <w:br/>
        <w:t>v 1.649281 16.845055 -0.311757</w:t>
        <w:br/>
        <w:t>v 1.654400 16.840691 -0.412482</w:t>
        <w:br/>
        <w:t>v 1.668687 16.827019 -0.405791</w:t>
        <w:br/>
        <w:t>v 1.638038 16.857708 -0.304362</w:t>
        <w:br/>
        <w:t>v 1.306862 16.719833 -0.426027</w:t>
        <w:br/>
        <w:t>v 1.316307 16.829800 -0.242285</w:t>
        <w:br/>
        <w:t>v 0.915269 16.626705 -0.273374</w:t>
        <w:br/>
        <w:t>v 1.320218 16.517769 -0.501473</w:t>
        <w:br/>
        <w:t>v 0.937643 16.476429 -0.379683</w:t>
        <w:br/>
        <w:t>v 1.648501 16.625534 -0.608750</w:t>
        <w:br/>
        <w:t>v 1.666071 16.746937 -0.525620</w:t>
        <w:br/>
        <w:t>v 1.320218 16.517769 -0.501473</w:t>
        <w:br/>
        <w:t>v 1.630781 16.492439 -0.541529</w:t>
        <w:br/>
        <w:t>v 1.641898 16.521137 -0.590703</w:t>
        <w:br/>
        <w:t>v 1.641898 16.521137 -0.590703</w:t>
        <w:br/>
        <w:t>v 1.655519 16.531212 -0.582239</w:t>
        <w:br/>
        <w:t>v 1.664712 16.626480 -0.595029</w:t>
        <w:br/>
        <w:t>v 1.648501 16.625534 -0.608750</w:t>
        <w:br/>
        <w:t>v 1.643760 16.506485 -0.544221</w:t>
        <w:br/>
        <w:t>v 1.602610 16.516609 -0.493223</w:t>
        <w:br/>
        <w:t>v 1.681754 16.738533 -0.518526</w:t>
        <w:br/>
        <w:t>v 0.885690 16.817436 0.067624</w:t>
        <w:br/>
        <w:t>v 1.617853 16.973625 0.194810</w:t>
        <w:br/>
        <w:t>v 1.330871 16.868423 0.262798</w:t>
        <w:br/>
        <w:t>v 1.630792 16.901474 0.256472</w:t>
        <w:br/>
        <w:t>v 1.617752 16.900391 0.268042</w:t>
        <w:br/>
        <w:t>v 1.634558 16.961571 0.190949</w:t>
        <w:br/>
        <w:t>v 1.610320 17.010227 0.037315</w:t>
        <w:br/>
        <w:t>v 1.625874 16.994781 0.035806</w:t>
        <w:br/>
        <w:t>v 1.248456 16.058903 -0.572556</w:t>
        <w:br/>
        <w:t>v 1.273584 16.258705 -0.611819</w:t>
        <w:br/>
        <w:t>v 0.958633 16.248081 -0.452740</w:t>
        <w:br/>
        <w:t>v 0.968454 16.004274 -0.450766</w:t>
        <w:br/>
        <w:t>v 1.527704 16.161667 -0.707639</w:t>
        <w:br/>
        <w:t>v 1.541236 16.165840 -0.693403</w:t>
        <w:br/>
        <w:t>v 1.580311 16.255672 -0.711613</w:t>
        <w:br/>
        <w:t>v 1.563899 16.258343 -0.726517</w:t>
        <w:br/>
        <w:t>v 1.603829 16.336716 -0.678135</w:t>
        <w:br/>
        <w:t>v 1.589945 16.341423 -0.686297</w:t>
        <w:br/>
        <w:t>v 1.302297 16.453312 -0.534336</w:t>
        <w:br/>
        <w:t>v 1.592938 16.428074 -0.623138</w:t>
        <w:br/>
        <w:t>v 1.580236 16.418537 -0.571939</w:t>
        <w:br/>
        <w:t>v 1.302297 16.453312 -0.534336</w:t>
        <w:br/>
        <w:t>v 1.602018 16.410530 -0.620937</w:t>
        <w:br/>
        <w:t>v 1.587165 16.406700 -0.579322</w:t>
        <w:br/>
        <w:t>v 1.562692 16.373478 -0.531141</w:t>
        <w:br/>
        <w:t>v 1.554958 16.387753 -0.527783</w:t>
        <w:br/>
        <w:t>v 1.614532 16.527576 -0.490419</w:t>
        <w:br/>
        <w:t>v 1.602610 16.516609 -0.493223</w:t>
        <w:br/>
        <w:t>v 1.569936 16.442722 -0.465932</w:t>
        <w:br/>
        <w:t>v 1.578739 16.436523 -0.453545</w:t>
        <w:br/>
        <w:t>v 1.614532 16.527576 -0.490419</w:t>
        <w:br/>
        <w:t>v 1.554958 16.387753 -0.527783</w:t>
        <w:br/>
        <w:t>v 1.562692 16.373478 -0.531141</w:t>
        <w:br/>
        <w:t>v 1.324796 16.465248 -0.442138</w:t>
        <w:br/>
        <w:t>v 1.569936 16.442722 -0.465932</w:t>
        <w:br/>
        <w:t>v 0.937643 16.476429 -0.379683</w:t>
        <w:br/>
        <w:t>v 0.937643 16.476429 -0.379683</w:t>
        <w:br/>
        <w:t>v 1.324796 16.465248 -0.442138</w:t>
        <w:br/>
        <w:t>v 1.559562 16.210421 0.761629</w:t>
        <w:br/>
        <w:t>v 1.576349 16.216509 0.747329</w:t>
        <w:br/>
        <w:t>v 1.536136 16.153389 0.717938</w:t>
        <w:br/>
        <w:t>v 1.520170 16.142109 0.722566</w:t>
        <w:br/>
        <w:t>v 1.520120 16.166546 0.685050</w:t>
        <w:br/>
        <w:t>v 1.520170 16.142109 0.722566</w:t>
        <w:br/>
        <w:t>v 1.536136 16.153389 0.717938</w:t>
        <w:br/>
        <w:t>v 1.528421 16.172756 0.694206</w:t>
        <w:br/>
        <w:t>v 1.523793 16.202551 0.668424</w:t>
        <w:br/>
        <w:t>v 1.530433 16.212942 0.668223</w:t>
        <w:br/>
        <w:t>v 1.344767 16.168093 0.703211</w:t>
        <w:br/>
        <w:t>v 1.523793 16.202551 0.668424</w:t>
        <w:br/>
        <w:t>v 1.489610 16.127396 0.623665</w:t>
        <w:br/>
        <w:t>v 1.338592 16.147518 0.645296</w:t>
        <w:br/>
        <w:t>v 1.338592 16.147518 0.645296</w:t>
        <w:br/>
        <w:t>v 1.489610 16.127396 0.623665</w:t>
        <w:br/>
        <w:t>v 1.470644 16.043661 0.662224</w:t>
        <w:br/>
        <w:t>v 1.078209 16.178684 0.651308</w:t>
        <w:br/>
        <w:t>v 1.470644 16.043661 0.662224</w:t>
        <w:br/>
        <w:t>v 1.078209 16.178684 0.651308</w:t>
        <w:br/>
        <w:t>v 1.489610 16.127396 0.623665</w:t>
        <w:br/>
        <w:t>v 1.493533 16.129107 0.606473</w:t>
        <w:br/>
        <w:t>v 1.468469 16.035309 0.662061</w:t>
        <w:br/>
        <w:t>v 1.470644 16.043661 0.662224</w:t>
        <w:br/>
        <w:t>v 1.489635 16.069895 0.712693</w:t>
        <w:br/>
        <w:t>v 1.483623 16.084005 0.703047</w:t>
        <w:br/>
        <w:t>v 1.330871 16.868423 0.262798</w:t>
        <w:br/>
        <w:t>v 1.341913 16.791027 0.252573</w:t>
        <w:br/>
        <w:t>v 0.912666 16.796162 0.255755</w:t>
        <w:br/>
        <w:t>v 1.587871 16.847687 0.193489</w:t>
        <w:br/>
        <w:t>v 1.580325 16.775284 0.245191</w:t>
        <w:br/>
        <w:t>v 1.596485 16.852402 0.181830</w:t>
        <w:br/>
        <w:t>v 1.587242 16.760857 0.238236</w:t>
        <w:br/>
        <w:t>v 1.619135 16.829697 0.331553</w:t>
        <w:br/>
        <w:t>v 1.608622 16.829350 0.316562</w:t>
        <w:br/>
        <w:t>v 1.592499 16.787529 0.338747</w:t>
        <w:br/>
        <w:t>v 1.602031 16.781807 0.350003</w:t>
        <w:br/>
        <w:t>v 1.327350 16.847271 0.319618</w:t>
        <w:br/>
        <w:t>v 1.608622 16.829350 0.316562</w:t>
        <w:br/>
        <w:t>v 1.625273 16.870674 0.334282</w:t>
        <w:br/>
        <w:t>v 1.341913 16.791027 0.252573</w:t>
        <w:br/>
        <w:t>v 1.580325 16.775284 0.245191</w:t>
        <w:br/>
        <w:t>v 1.592499 16.787529 0.338747</w:t>
        <w:br/>
        <w:t>v 0.912666 16.796162 0.255755</w:t>
        <w:br/>
        <w:t>v 1.636214 16.861355 0.342168</w:t>
        <w:br/>
        <w:t>v 1.660751 16.864498 0.430681</w:t>
        <w:br/>
        <w:t>v 1.602031 16.781807 0.350003</w:t>
        <w:br/>
        <w:t>v 1.587871 16.847687 0.193489</w:t>
        <w:br/>
        <w:t>v 1.604006 16.857723 0.233759</w:t>
        <w:br/>
        <w:t>v 1.621274 16.865406 0.227672</w:t>
        <w:br/>
        <w:t>v 1.596485 16.852402 0.181830</w:t>
        <w:br/>
        <w:t>v 1.617752 16.900391 0.268042</w:t>
        <w:br/>
        <w:t>v 1.630792 16.901474 0.256472</w:t>
        <w:br/>
        <w:t>v 1.197018 15.652823 0.523442</w:t>
        <w:br/>
        <w:t>v 1.203834 15.669651 0.519983</w:t>
        <w:br/>
        <w:t>v 1.197018 15.652823 0.523442</w:t>
        <w:br/>
        <w:t>v 1.207720 15.637707 0.523970</w:t>
        <w:br/>
        <w:t>v 1.213920 15.640275 0.509711</w:t>
        <w:br/>
        <w:t>v 1.238447 15.634009 0.526686</w:t>
        <w:br/>
        <w:t>v 1.213920 15.640275 0.509711</w:t>
        <w:br/>
        <w:t>v 1.563899 16.258343 -0.726517</w:t>
        <w:br/>
        <w:t>v 1.527704 16.161667 -0.707639</w:t>
        <w:br/>
        <w:t>v 1.460747 16.086720 -0.586956</w:t>
        <w:br/>
        <w:t>v 1.495672 16.085541 -0.643374</w:t>
        <w:br/>
        <w:t>v 1.248456 16.058903 -0.572556</w:t>
        <w:br/>
        <w:t>v 1.421005 16.105511 -0.536160</w:t>
        <w:br/>
        <w:t>v 1.384521 16.043335 -0.475793</w:t>
        <w:br/>
        <w:t>v 1.234975 16.025261 -0.478623</w:t>
        <w:br/>
        <w:t>v 1.421005 16.105511 -0.536160</w:t>
        <w:br/>
        <w:t>v 1.426086 16.121029 -0.536474</w:t>
        <w:br/>
        <w:t>v 1.466494 16.100719 -0.591031</w:t>
        <w:br/>
        <w:t>v 1.460747 16.086720 -0.586956</w:t>
        <w:br/>
        <w:t>v 1.388772 16.048389 -0.461280</w:t>
        <w:br/>
        <w:t>v 1.362915 15.971133 -0.497689</w:t>
        <w:br/>
        <w:t>v 1.370020 15.957489 -0.495802</w:t>
        <w:br/>
        <w:t>v 1.390998 15.983271 -0.558860</w:t>
        <w:br/>
        <w:t>v 1.395815 15.968278 -0.555012</w:t>
        <w:br/>
        <w:t>v 1.370020 15.957489 -0.495802</w:t>
        <w:br/>
        <w:t>v 1.362915 15.971133 -0.497689</w:t>
        <w:br/>
        <w:t>v 1.234975 16.025261 -0.478623</w:t>
        <w:br/>
        <w:t>v 1.214500 15.976302 -0.534915</w:t>
        <w:br/>
        <w:t>v 1.384521 16.043335 -0.475793</w:t>
        <w:br/>
        <w:t>v 1.390998 15.983271 -0.558860</w:t>
        <w:br/>
        <w:t>v 1.362915 15.971133 -0.497689</w:t>
        <w:br/>
        <w:t>v 1.214500 15.976302 -0.534915</w:t>
        <w:br/>
        <w:t>v 0.968454 16.004274 -0.450766</w:t>
        <w:br/>
        <w:t>v 1.504400 16.102795 -0.638079</w:t>
        <w:br/>
        <w:t>v 1.389753 15.956545 -0.582529</w:t>
        <w:br/>
        <w:t>v 1.389753 15.956545 -0.582529</w:t>
        <w:br/>
        <w:t>v 1.400581 15.949325 -0.569651</w:t>
        <w:br/>
        <w:t>v 1.282022 15.749978 -0.447069</w:t>
        <w:br/>
        <w:t>v 1.297529 15.762566 -0.432204</w:t>
        <w:br/>
        <w:t>v 1.390457 15.897424 -0.551176</w:t>
        <w:br/>
        <w:t>v 1.375868 15.894958 -0.565728</w:t>
        <w:br/>
        <w:t>v 1.149240 15.583705 -0.258649</w:t>
        <w:br/>
        <w:t>v 1.213883 15.649163 -0.333932</w:t>
        <w:br/>
        <w:t>v 1.203658 15.631456 -0.355488</w:t>
        <w:br/>
        <w:t>v 1.151026 15.568224 -0.271050</w:t>
        <w:br/>
        <w:t>v 1.151026 15.568224 -0.271050</w:t>
        <w:br/>
        <w:t>v 1.203658 15.631456 -0.355488</w:t>
        <w:br/>
        <w:t>v 1.078799 15.525652 -0.217197</w:t>
        <w:br/>
        <w:t>v 1.078799 15.525652 -0.217197</w:t>
        <w:br/>
        <w:t>v 1.080912 15.541070 -0.202684</w:t>
        <w:br/>
        <w:t>v 1.026720 15.523226 -0.200119</w:t>
        <w:br/>
        <w:t>v 1.031285 15.535049 -0.187064</w:t>
        <w:br/>
        <w:t>v 1.214500 15.976302 -0.534915</w:t>
        <w:br/>
        <w:t>v 0.985910 15.767950 -0.340144</w:t>
        <w:br/>
        <w:t>v 1.139280 15.757561 -0.425953</w:t>
        <w:br/>
        <w:t>v 1.026720 15.523226 -0.200119</w:t>
        <w:br/>
        <w:t>v 1.375868 15.894958 -0.565728</w:t>
        <w:br/>
        <w:t>v 1.282022 15.749978 -0.447069</w:t>
        <w:br/>
        <w:t>v 1.382608 15.767457 0.643384</w:t>
        <w:br/>
        <w:t>v 1.495672 16.085541 -0.643374</w:t>
        <w:br/>
        <w:t>v 1.592938 16.428074 -0.623138</w:t>
        <w:br/>
        <w:t>v 1.625273 16.870674 0.334282</w:t>
        <w:br/>
        <w:t>v 1.592369 16.308733 0.782896</w:t>
        <w:br/>
        <w:t>v 1.059166 15.001530 0.134284</w:t>
        <w:br/>
        <w:t>v 1.081917 15.055029 0.140346</w:t>
        <w:br/>
        <w:t>v 1.065782 15.031385 0.127757</w:t>
        <w:br/>
        <w:t>v 1.106957 15.038680 0.190563</w:t>
        <w:br/>
        <w:t>v 1.098757 15.057029 0.166605</w:t>
        <w:br/>
        <w:t>v 1.067366 14.983193 0.158242</w:t>
        <w:br/>
        <w:t>v 1.084206 14.985181 0.184501</w:t>
        <w:br/>
        <w:t>v 1.100342 15.008838 0.197090</w:t>
        <w:br/>
        <w:t>v 1.347528 13.301211 0.061565</w:t>
        <w:br/>
        <w:t>v 1.341517 13.315559 0.030011</w:t>
        <w:br/>
        <w:t>v 1.322036 13.304330 0.052397</w:t>
        <w:br/>
        <w:t>v 1.355527 13.345000 0.039556</w:t>
        <w:br/>
        <w:t>v 1.319470 13.347265 0.027609</w:t>
        <w:br/>
        <w:t>v 1.341517 13.315559 0.030011</w:t>
        <w:br/>
        <w:t>v 1.513085 13.239297 0.136710</w:t>
        <w:br/>
        <w:t>v 1.491315 13.215753 0.121957</w:t>
        <w:br/>
        <w:t>v 1.228782 13.275504 0.037192</w:t>
        <w:br/>
        <w:t>v 1.266763 13.256502 0.038034</w:t>
        <w:br/>
        <w:t>v 1.266763 13.256502 0.038034</w:t>
        <w:br/>
        <w:t>v 1.287815 13.277290 0.056082</w:t>
        <w:br/>
        <w:t>v 1.287815 13.277290 0.056082</w:t>
        <w:br/>
        <w:t>v 1.294368 13.259230 0.067325</w:t>
        <w:br/>
        <w:t>v 1.452504 13.231839 0.125642</w:t>
        <w:br/>
        <w:t>v 1.491315 13.215753 0.121957</w:t>
        <w:br/>
        <w:t>v 1.459572 13.213639 0.136295</w:t>
        <w:br/>
        <w:t>v 1.425980 13.187067 0.140055</w:t>
        <w:br/>
        <w:t>v 1.418095 13.157776 0.130145</w:t>
        <w:br/>
        <w:t>v 1.491315 13.215753 0.121957</w:t>
        <w:br/>
        <w:t>v 1.520065 13.213242 0.151084</w:t>
        <w:br/>
        <w:t>v 1.418095 13.157776 0.130145</w:t>
        <w:br/>
        <w:t>v 1.431828 13.143237 0.160957</w:t>
        <w:br/>
        <w:t>v 1.395067 13.145765 0.149864</w:t>
        <w:br/>
        <w:t>v 1.234957 13.249623 0.052409</w:t>
        <w:br/>
        <w:t>v 1.400085 13.190400 0.131490</w:t>
        <w:br/>
        <w:t>v 1.418095 13.157776 0.130145</w:t>
        <w:br/>
        <w:t>v 1.319470 13.347265 0.027609</w:t>
        <w:br/>
        <w:t>v 1.322036 13.304330 0.052397</w:t>
        <w:br/>
        <w:t>v 1.287815 13.277290 0.056082</w:t>
        <w:br/>
        <w:t>v 1.228782 13.275504 0.037192</w:t>
        <w:br/>
        <w:t>v 1.294368 13.259230 0.067325</w:t>
        <w:br/>
        <w:t>v 1.234957 13.249623 0.052409</w:t>
        <w:br/>
        <w:t>v 1.400085 13.190400 0.131490</w:t>
        <w:br/>
        <w:t>v 1.395067 13.145765 0.149864</w:t>
        <w:br/>
        <w:t>v 1.425980 13.187067 0.140055</w:t>
        <w:br/>
        <w:t>v 1.431828 13.143237 0.160957</w:t>
        <w:br/>
        <w:t>v 1.459572 13.213639 0.136295</w:t>
        <w:br/>
        <w:t>v 1.520065 13.213242 0.151084</w:t>
        <w:br/>
        <w:t>v 1.452504 13.231839 0.125642</w:t>
        <w:br/>
        <w:t>v 1.513085 13.239297 0.136710</w:t>
        <w:br/>
        <w:t>v 1.347528 13.301211 0.061565</w:t>
        <w:br/>
        <w:t>v 1.355527 13.345000 0.039556</w:t>
        <w:br/>
        <w:t>v 1.205261 1.438507 -0.778683</w:t>
        <w:br/>
        <w:t>v 1.220968 1.460465 -0.815595</w:t>
        <w:br/>
        <w:t>v 1.050357 1.511035 -0.757970</w:t>
        <w:br/>
        <w:t>v 1.123074 1.642773 -0.644957</w:t>
        <w:br/>
        <w:t>v 1.282681 1.677446 -0.694006</w:t>
        <w:br/>
        <w:t>v 1.205261 1.438507 -0.778683</w:t>
        <w:br/>
        <w:t>v 1.081747 1.430194 -0.739985</w:t>
        <w:br/>
        <w:t>v 1.296289 1.704950 -0.746323</w:t>
        <w:br/>
        <w:t>v 1.220968 1.460465 -0.815595</w:t>
        <w:br/>
        <w:t>v 1.256246 1.731738 -0.805043</w:t>
        <w:br/>
        <w:t>v 1.195715 1.496308 -0.864253</w:t>
        <w:br/>
        <w:t>v 1.268068 1.932319 -0.721937</w:t>
        <w:br/>
        <w:t>v 1.308715 1.902224 -0.670248</w:t>
        <w:br/>
        <w:t>v 1.202545 1.935551 -0.744902</w:t>
        <w:br/>
        <w:t>v 1.186145 1.741070 -0.828032</w:t>
        <w:br/>
        <w:t>v 1.268068 1.932319 -0.721937</w:t>
        <w:br/>
        <w:t>v 1.308715 1.902224 -0.670248</w:t>
        <w:br/>
        <w:t>v 1.281852 1.911228 -0.661659</w:t>
        <w:br/>
        <w:t>v 1.252045 1.936281 -0.701136</w:t>
        <w:br/>
        <w:t>v 1.297698 1.866683 -0.625942</w:t>
        <w:br/>
        <w:t>v 1.265301 1.883535 -0.630482</w:t>
        <w:br/>
        <w:t>v 1.297698 1.866683 -0.625942</w:t>
        <w:br/>
        <w:t>v 1.143108 1.515210 -0.879697</w:t>
        <w:br/>
        <w:t>v 1.030411 1.706687 -0.786669</w:t>
        <w:br/>
        <w:t>v 1.006968 1.508847 -0.833969</w:t>
        <w:br/>
        <w:t>v 0.820623 1.466301 -0.728553</w:t>
        <w:br/>
        <w:t>v 1.195715 1.496308 -0.864253</w:t>
        <w:br/>
        <w:t>v 1.143108 1.515210 -0.879697</w:t>
        <w:br/>
        <w:t>v 0.871582 1.420560 -0.674701</w:t>
        <w:br/>
        <w:t>v 0.909400 1.719099 -0.550081</w:t>
        <w:br/>
        <w:t>v 0.736902 1.602013 -0.505447</w:t>
        <w:br/>
        <w:t>v 0.724023 1.394212 -0.596966</w:t>
        <w:br/>
        <w:t>v 0.666272 1.370808 -0.546434</w:t>
        <w:br/>
        <w:t>v 0.671504 1.533974 -0.476056</w:t>
        <w:br/>
        <w:t>v 0.854957 1.485807 -0.674638</w:t>
        <w:br/>
        <w:t>v 0.700002 1.412989 -0.622609</w:t>
        <w:br/>
        <w:t>v 0.724023 1.394212 -0.596966</w:t>
        <w:br/>
        <w:t>v 1.081747 1.430194 -0.739985</w:t>
        <w:br/>
        <w:t>v 0.871582 1.420560 -0.674701</w:t>
        <w:br/>
        <w:t>v 0.820623 1.466301 -0.728553</w:t>
        <w:br/>
        <w:t>v 0.854957 1.485807 -0.674638</w:t>
        <w:br/>
        <w:t>v 1.006968 1.508847 -0.833969</w:t>
        <w:br/>
        <w:t>v 0.657695 1.377536 -0.551767</w:t>
        <w:br/>
        <w:t>v 0.666272 1.370808 -0.546434</w:t>
        <w:br/>
        <w:t>v 0.651407 1.361276 -0.518929</w:t>
        <w:br/>
        <w:t>v 0.656123 1.358609 -0.522954</w:t>
        <w:br/>
        <w:t>v 0.658010 1.528793 -0.445131</w:t>
        <w:br/>
        <w:t>v 0.651407 1.361276 -0.518929</w:t>
        <w:br/>
        <w:t>v 0.657695 1.377536 -0.551767</w:t>
        <w:br/>
        <w:t>v 0.658764 1.561328 -0.470460</w:t>
        <w:br/>
        <w:t>v 0.700002 1.412989 -0.622609</w:t>
        <w:br/>
        <w:t>v 0.711686 1.634900 -0.523507</w:t>
        <w:br/>
        <w:t>v 0.656123 1.358609 -0.522954</w:t>
        <w:br/>
        <w:t>v 0.651407 1.361276 -0.518929</w:t>
        <w:br/>
        <w:t>v 0.667655 1.346824 -0.511119</w:t>
        <w:br/>
        <w:t>v 0.672623 1.347201 -0.519621</w:t>
        <w:br/>
        <w:t>v 1.310713 1.158869 -0.610687</w:t>
        <w:br/>
        <w:t>v 1.307016 1.190586 -0.669507</w:t>
        <w:br/>
        <w:t>v 1.135801 1.280647 -0.605984</w:t>
        <w:br/>
        <w:t>v 1.261464 1.230442 -0.703137</w:t>
        <w:br/>
        <w:t>v 1.111427 1.273190 -0.688825</w:t>
        <w:br/>
        <w:t>v 1.416569 1.429991 -0.596601</w:t>
        <w:br/>
        <w:t>v 1.307016 1.190586 -0.669507</w:t>
        <w:br/>
        <w:t>v 1.310713 1.158869 -0.610687</w:t>
        <w:br/>
        <w:t>v 1.429310 1.397481 -0.521935</w:t>
        <w:br/>
        <w:t>v 1.272632 1.156807 -0.570543</w:t>
        <w:br/>
        <w:t>v 1.386814 1.382276 -0.467706</w:t>
        <w:br/>
        <w:t>v 1.431385 1.557579 -0.392737</w:t>
        <w:br/>
        <w:t>v 1.465857 1.592403 -0.442288</w:t>
        <w:br/>
        <w:t>v 1.210429 1.396702 -0.460726</w:t>
        <w:br/>
        <w:t>v 0.902030 1.273944 -0.560671</w:t>
        <w:br/>
        <w:t>v 0.995599 1.550059 -0.431158</w:t>
        <w:br/>
        <w:t>v 1.272632 1.156807 -0.570543</w:t>
        <w:br/>
        <w:t>v 1.129286 1.201793 -0.569097</w:t>
        <w:br/>
        <w:t>v 0.916103 1.334776 -0.571059</w:t>
        <w:br/>
        <w:t>v 0.902030 1.273944 -0.560671</w:t>
        <w:br/>
        <w:t>v 1.129286 1.201793 -0.569097</w:t>
        <w:br/>
        <w:t>v 1.352317 1.461408 -0.646970</w:t>
        <w:br/>
        <w:t>v 1.261464 1.230442 -0.703137</w:t>
        <w:br/>
        <w:t>v 1.171644 1.466690 -0.644354</w:t>
        <w:br/>
        <w:t>v 1.111427 1.273190 -0.688825</w:t>
        <w:br/>
        <w:t>v 0.894471 1.309246 -0.621528</w:t>
        <w:br/>
        <w:t>v 0.894471 1.309246 -0.621528</w:t>
        <w:br/>
        <w:t>v 0.916103 1.334776 -0.571059</w:t>
        <w:br/>
        <w:t>v 0.738172 1.329343 -0.553402</w:t>
        <w:br/>
        <w:t>v 0.737392 1.321974 -0.529230</w:t>
        <w:br/>
        <w:t>v 0.688507 1.513160 -0.456588</w:t>
        <w:br/>
        <w:t>v 0.672623 1.347201 -0.519621</w:t>
        <w:br/>
        <w:t>v 0.738172 1.329343 -0.553402</w:t>
        <w:br/>
        <w:t>v 0.770330 1.535760 -0.474296</w:t>
        <w:br/>
        <w:t>v 0.968434 1.593309 -0.506189</w:t>
        <w:br/>
        <w:t>v 1.433460 1.655297 -0.496631</w:t>
        <w:br/>
        <w:t>v 1.443999 1.612978 -0.434969</w:t>
        <w:br/>
        <w:t>v 1.244914 1.571200 -0.498769</w:t>
        <w:br/>
        <w:t>v 1.412784 1.584429 -0.400585</w:t>
        <w:br/>
        <w:t>v 1.262710 1.569527 -0.403930</w:t>
        <w:br/>
        <w:t>v 1.412784 1.584429 -0.400585</w:t>
        <w:br/>
        <w:t>v 1.431385 1.557579 -0.392737</w:t>
        <w:br/>
        <w:t>v 1.262710 1.569527 -0.403930</w:t>
        <w:br/>
        <w:t>v 0.995599 1.550059 -0.431158</w:t>
        <w:br/>
        <w:t>v 0.995247 1.528792 -0.493324</w:t>
        <w:br/>
        <w:t>v 0.770330 1.535760 -0.474296</w:t>
        <w:br/>
        <w:t>v 0.783258 1.521813 -0.437044</w:t>
        <w:br/>
        <w:t>v 0.691589 1.511727 -0.434453</w:t>
        <w:br/>
        <w:t>v 0.688507 1.513160 -0.456588</w:t>
        <w:br/>
        <w:t>v 0.737392 1.321974 -0.529230</w:t>
        <w:br/>
        <w:t>v 0.783258 1.521813 -0.437044</w:t>
        <w:br/>
        <w:t>v 1.443999 1.612978 -0.434969</w:t>
        <w:br/>
        <w:t>v 1.453054 1.638697 -0.514263</w:t>
        <w:br/>
        <w:t>v 1.433460 1.655297 -0.496631</w:t>
        <w:br/>
        <w:t>v 1.382626 1.683243 -0.539202</w:t>
        <w:br/>
        <w:t>v 1.393555 1.672955 -0.567877</w:t>
        <w:br/>
        <w:t>v 1.393555 1.672955 -0.567877</w:t>
        <w:br/>
        <w:t>v 1.223195 1.656518 -0.537203</w:t>
        <w:br/>
        <w:t>v 0.995247 1.528792 -0.493324</w:t>
        <w:br/>
        <w:t>v 0.968434 1.593309 -0.506189</w:t>
        <w:br/>
        <w:t>v 1.223195 1.656518 -0.537203</w:t>
        <w:br/>
        <w:t>v 0.770330 1.535760 -0.474296</w:t>
        <w:br/>
        <w:t>v 1.382626 1.683243 -0.539202</w:t>
        <w:br/>
        <w:t>v 1.199514 1.937262 -0.716114</w:t>
        <w:br/>
        <w:t>v 1.252045 1.936281 -0.701136</w:t>
        <w:br/>
        <w:t>v 1.097255 1.816905 -0.671783</w:t>
        <w:br/>
        <w:t>v 1.281852 1.911228 -0.661659</w:t>
        <w:br/>
        <w:t>v 1.065286 1.887145 -0.680511</w:t>
        <w:br/>
        <w:t>v 0.893881 1.708019 -0.612045</w:t>
        <w:br/>
        <w:t>v 0.861107 1.760060 -0.600902</w:t>
        <w:br/>
        <w:t>v 0.909400 1.719099 -0.550081</w:t>
        <w:br/>
        <w:t>v 0.893881 1.708019 -0.612045</w:t>
        <w:br/>
        <w:t>v 1.097255 1.816905 -0.671783</w:t>
        <w:br/>
        <w:t>v 1.125904 1.824489 -0.597305</w:t>
        <w:br/>
        <w:t>v 1.125904 1.824489 -0.597305</w:t>
        <w:br/>
        <w:t>v 1.265301 1.883535 -0.630482</w:t>
        <w:br/>
        <w:t>v 0.736902 1.602013 -0.505447</w:t>
        <w:br/>
        <w:t>v 0.711686 1.634900 -0.523507</w:t>
        <w:br/>
        <w:t>v 1.265301 1.883535 -0.630482</w:t>
        <w:br/>
        <w:t>v 0.737392 1.321974 -0.529230</w:t>
        <w:br/>
        <w:t>v 0.691589 1.511727 -0.434453</w:t>
        <w:br/>
        <w:t>v 0.667655 1.346824 -0.511119</w:t>
        <w:br/>
        <w:t>v 0.651407 1.361276 -0.518929</w:t>
        <w:br/>
        <w:t>v 0.658010 1.528793 -0.445131</w:t>
        <w:br/>
        <w:t>v 0.861107 1.760060 -0.600902</w:t>
        <w:br/>
        <w:t>v 0.658010 1.528793 -0.445131</w:t>
        <w:br/>
        <w:t>v 0.665455 1.513487 -0.460273</w:t>
        <w:br/>
        <w:t>v 0.688507 1.513160 -0.456588</w:t>
        <w:br/>
        <w:t>v 0.658010 1.528793 -0.445131</w:t>
        <w:br/>
        <w:t>v 0.658764 1.561328 -0.470460</w:t>
        <w:br/>
        <w:t>v 0.671504 1.533974 -0.476056</w:t>
        <w:br/>
        <w:t>v 0.665455 1.513487 -0.460273</w:t>
        <w:br/>
        <w:t>v 0.736902 1.602013 -0.505447</w:t>
        <w:br/>
        <w:t>v 0.656123 1.358609 -0.522954</w:t>
        <w:br/>
        <w:t>v 0.665455 1.513487 -0.460273</w:t>
        <w:br/>
        <w:t>v 0.656123 1.358609 -0.522954</w:t>
        <w:br/>
        <w:t>v 0.665455 1.513487 -0.460273</w:t>
        <w:br/>
        <w:t>v 1.199514 1.937262 -0.716114</w:t>
        <w:br/>
        <w:t>v 1.202545 1.935551 -0.744902</w:t>
        <w:br/>
        <w:t>v 1.065286 1.887145 -0.680511</w:t>
        <w:br/>
        <w:t>v 0.736902 1.602013 -0.505447</w:t>
        <w:br/>
        <w:t>v 0.691776 0.963255 0.877129</w:t>
        <w:br/>
        <w:t>v 0.674723 0.957507 0.860692</w:t>
        <w:br/>
        <w:t>v 0.680860 1.092188 0.788503</w:t>
        <w:br/>
        <w:t>v 0.697939 1.097596 0.804475</w:t>
        <w:br/>
        <w:t>v 0.707346 0.954464 0.861798</w:t>
        <w:br/>
        <w:t>v 0.691776 0.963255 0.877129</w:t>
        <w:br/>
        <w:t>v 0.697939 1.097596 0.804475</w:t>
        <w:br/>
        <w:t>v 0.713534 1.088880 0.789270</w:t>
        <w:br/>
        <w:t>v 0.690292 0.948690 0.845336</w:t>
        <w:br/>
        <w:t>v 0.707346 0.954464 0.861798</w:t>
        <w:br/>
        <w:t>v 0.713534 1.088880 0.789270</w:t>
        <w:br/>
        <w:t>v 0.696468 1.083410 0.773260</w:t>
        <w:br/>
        <w:t>v 0.674723 0.957507 0.860692</w:t>
        <w:br/>
        <w:t>v 0.690292 0.948690 0.845336</w:t>
        <w:br/>
        <w:t>v 0.696468 1.083410 0.773260</w:t>
        <w:br/>
        <w:t>v 0.680860 1.092188 0.788503</w:t>
        <w:br/>
        <w:t>v 0.697562 1.097872 0.785661</w:t>
        <w:br/>
        <w:t>v 0.697562 1.097872 0.785661</w:t>
        <w:br/>
        <w:t>v 0.696468 1.083410 0.773260</w:t>
        <w:br/>
        <w:t>v 0.680860 1.092188 0.788503</w:t>
        <w:br/>
        <w:t>v 0.690758 0.949470 0.865232</w:t>
        <w:br/>
        <w:t>v 0.707346 0.954464 0.861798</w:t>
        <w:br/>
        <w:t>v 0.691776 0.963255 0.877129</w:t>
        <w:br/>
        <w:t>v 0.690758 0.949470 0.865232</w:t>
        <w:br/>
        <w:t>v 0.929238 13.676931 1.337784</w:t>
        <w:br/>
        <w:t>v 0.934029 13.686060 1.364345</w:t>
        <w:br/>
        <w:t>v 0.949725 13.664277 1.342035</w:t>
        <w:br/>
        <w:t>v 0.871826 13.651954 1.320152</w:t>
        <w:br/>
        <w:t>v 0.900777 13.661308 1.317536</w:t>
        <w:br/>
        <w:t>v 0.905506 13.639969 1.310531</w:t>
        <w:br/>
        <w:t>v 0.993125 13.492497 1.309009</w:t>
        <w:br/>
        <w:t>v 0.990787 13.528767 1.303098</w:t>
        <w:br/>
        <w:t>v 1.054448 13.526378 1.352964</w:t>
        <w:br/>
        <w:t>v 1.034590 13.552979 1.334476</w:t>
        <w:br/>
        <w:t>v 0.928659 13.722948 1.357416</w:t>
        <w:br/>
        <w:t>v 0.957573 13.707340 1.364333</w:t>
        <w:br/>
        <w:t>v 0.934029 13.686060 1.364345</w:t>
        <w:br/>
        <w:t>v 1.040401 13.531345 1.327924</w:t>
        <w:br/>
        <w:t>v 1.085349 13.539105 1.352586</w:t>
        <w:br/>
        <w:t>v 1.091297 13.509349 1.342601</w:t>
        <w:br/>
        <w:t>v 1.054448 13.526378 1.352964</w:t>
        <w:br/>
        <w:t>v 0.993125 13.492497 1.309009</w:t>
        <w:br/>
        <w:t>v 1.012304 13.515826 1.307789</w:t>
        <w:br/>
        <w:t>v 1.054448 13.526378 1.352964</w:t>
        <w:br/>
        <w:t>v 0.871826 13.651954 1.320152</w:t>
        <w:br/>
        <w:t>v 0.993125 13.492497 1.309009</w:t>
        <w:br/>
        <w:t>v 0.986347 13.484425 1.281605</w:t>
        <w:br/>
        <w:t>v 0.857112 13.652217 1.292924</w:t>
        <w:br/>
        <w:t>v 1.017146 13.468402 1.289415</w:t>
        <w:br/>
        <w:t>v 0.853113 13.681570 1.303802</w:t>
        <w:br/>
        <w:t>v 0.957573 13.707340 1.364333</w:t>
        <w:br/>
        <w:t>v 0.949725 13.664277 1.342035</w:t>
        <w:br/>
        <w:t>v 1.034590 13.552979 1.334476</w:t>
        <w:br/>
        <w:t>v 1.085349 13.539105 1.352586</w:t>
        <w:br/>
        <w:t>v 1.040401 13.531345 1.327924</w:t>
        <w:br/>
        <w:t>v 1.091297 13.509349 1.342601</w:t>
        <w:br/>
        <w:t>v 1.012304 13.515826 1.307789</w:t>
        <w:br/>
        <w:t>v 1.017146 13.468402 1.289415</w:t>
        <w:br/>
        <w:t>v 0.990787 13.528767 1.303098</w:t>
        <w:br/>
        <w:t>v 0.986347 13.484425 1.281605</w:t>
        <w:br/>
        <w:t>v 0.905506 13.639969 1.310531</w:t>
        <w:br/>
        <w:t>v 0.857112 13.652217 1.292924</w:t>
        <w:br/>
        <w:t>v 0.900777 13.661308 1.317536</w:t>
        <w:br/>
        <w:t>v 0.853113 13.681570 1.303802</w:t>
        <w:br/>
        <w:t>v 0.929238 13.676931 1.337784</w:t>
        <w:br/>
        <w:t>v 0.928659 13.722948 1.357416</w:t>
        <w:br/>
        <w:t>v 0.000005 15.156185 -0.375980</w:t>
        <w:br/>
        <w:t>v 0.085487 15.154122 -0.350927</w:t>
        <w:br/>
        <w:t>v 0.072735 15.188795 -0.385299</w:t>
        <w:br/>
        <w:t>v 0.109345 15.203233 -0.363001</w:t>
        <w:br/>
        <w:t>v 0.072735 15.188795 -0.385299</w:t>
        <w:br/>
        <w:t>v 0.074231 15.403438 -0.434686</w:t>
        <w:br/>
        <w:t>v 0.053040 15.379529 -0.401736</w:t>
        <w:br/>
        <w:t>v 0.051958 15.221494 -0.365214</w:t>
        <w:br/>
        <w:t>v 0.045519 15.405248 -0.407320</w:t>
        <w:br/>
        <w:t>v 0.000005 15.437570 -0.440484</w:t>
        <w:br/>
        <w:t>v 0.000005 15.412580 -0.407835</w:t>
        <w:br/>
        <w:t>v 0.044085 15.195839 -0.359115</w:t>
        <w:br/>
        <w:t>v 0.000005 15.156185 -0.375980</w:t>
        <w:br/>
        <w:t>v 0.000005 15.437570 -0.440484</w:t>
        <w:br/>
        <w:t>v 0.074231 15.403438 -0.434686</w:t>
        <w:br/>
        <w:t>v 0.087537 15.447141 -0.417721</w:t>
        <w:br/>
        <w:t>v 0.110703 15.396810 -0.407295</w:t>
        <w:br/>
        <w:t>v 0.087537 15.447141 -0.417721</w:t>
        <w:br/>
        <w:t>v 0.045519 15.405248 -0.407320</w:t>
        <w:br/>
        <w:t>v 0.000005 15.412580 -0.407835</w:t>
        <w:br/>
        <w:t>v 0.000005 15.469640 -0.420512</w:t>
        <w:br/>
        <w:t>v 0.110703 15.396810 -0.407295</w:t>
        <w:br/>
        <w:t>v 0.053040 15.379529 -0.401736</w:t>
        <w:br/>
        <w:t>v 0.044085 15.195839 -0.359115</w:t>
        <w:br/>
        <w:t>v 0.085487 15.154122 -0.350927</w:t>
        <w:br/>
        <w:t>v 0.000005 15.133660 -0.343922</w:t>
        <w:br/>
        <w:t>v 0.000005 15.188985 -0.356474</w:t>
        <w:br/>
        <w:t>v 0.109345 15.203233 -0.363001</w:t>
        <w:br/>
        <w:t>v 0.051958 15.221494 -0.365214</w:t>
        <w:br/>
        <w:t>v 0.000005 15.469640 -0.420512</w:t>
        <w:br/>
        <w:t>v 0.000005 15.133660 -0.343922</w:t>
        <w:br/>
        <w:t>v 0.000005 15.188985 -0.356474</w:t>
        <w:br/>
        <w:t>v -0.085477 15.154122 -0.350928</w:t>
        <w:br/>
        <w:t>v -0.072725 15.188795 -0.385299</w:t>
        <w:br/>
        <w:t>v -0.109334 15.203233 -0.363001</w:t>
        <w:br/>
        <w:t>v -0.053029 15.379529 -0.401736</w:t>
        <w:br/>
        <w:t>v -0.074221 15.403438 -0.434686</w:t>
        <w:br/>
        <w:t>v -0.072725 15.188795 -0.385299</w:t>
        <w:br/>
        <w:t>v -0.051948 15.221495 -0.365214</w:t>
        <w:br/>
        <w:t>v -0.045509 15.405248 -0.407320</w:t>
        <w:br/>
        <w:t>v -0.044075 15.195840 -0.359115</w:t>
        <w:br/>
        <w:t>v -0.074221 15.403438 -0.434686</w:t>
        <w:br/>
        <w:t>v -0.087527 15.447141 -0.417721</w:t>
        <w:br/>
        <w:t>v -0.110692 15.396810 -0.407295</w:t>
        <w:br/>
        <w:t>v 0.000005 15.412580 -0.407835</w:t>
        <w:br/>
        <w:t>v -0.045509 15.405248 -0.407320</w:t>
        <w:br/>
        <w:t>v -0.087527 15.447141 -0.417721</w:t>
        <w:br/>
        <w:t>v 0.000005 15.469640 -0.420512</w:t>
        <w:br/>
        <w:t>v -0.053029 15.379529 -0.401736</w:t>
        <w:br/>
        <w:t>v -0.110692 15.396810 -0.407295</w:t>
        <w:br/>
        <w:t>v 0.000005 15.133660 -0.343922</w:t>
        <w:br/>
        <w:t>v -0.085477 15.154122 -0.350928</w:t>
        <w:br/>
        <w:t>v -0.044075 15.195840 -0.359115</w:t>
        <w:br/>
        <w:t>v 0.000005 15.188985 -0.356474</w:t>
        <w:br/>
        <w:t>v -0.051948 15.221495 -0.365214</w:t>
        <w:br/>
        <w:t>v -0.109334 15.203233 -0.363001</w:t>
        <w:br/>
        <w:t>v -0.735517 13.778362 0.033105</w:t>
        <w:br/>
        <w:t>v -0.749590 13.751575 0.051077</w:t>
        <w:br/>
        <w:t>v -0.722928 13.756983 0.052900</w:t>
        <w:br/>
        <w:t>v -0.716904 13.806270 0.052372</w:t>
        <w:br/>
        <w:t>v -0.754507 13.800975 0.049907</w:t>
        <w:br/>
        <w:t>v -0.735517 13.778362 0.033105</w:t>
        <w:br/>
        <w:t>v -0.923635 13.672293 0.033432</w:t>
        <w:br/>
        <w:t>v -0.896269 13.656824 0.017409</w:t>
        <w:br/>
        <w:t>v -0.661668 13.717755 0.036865</w:t>
        <w:br/>
        <w:t>v -0.627259 13.732722 0.056761</w:t>
        <w:br/>
        <w:t>v -0.689122 13.729251 0.054623</w:t>
        <w:br/>
        <w:t>v -0.661668 13.717755 0.036865</w:t>
        <w:br/>
        <w:t>v -0.689122 13.729251 0.054623</w:t>
        <w:br/>
        <w:t>v -0.697096 13.708476 0.053793</w:t>
        <w:br/>
        <w:t>v -0.862174 13.667074 0.040034</w:t>
        <w:br/>
        <w:t>v -0.896269 13.656824 0.017409</w:t>
        <w:br/>
        <w:t>v -0.870437 13.646486 0.038475</w:t>
        <w:br/>
        <w:t>v -0.896269 13.656824 0.017409</w:t>
        <w:br/>
        <w:t>v -0.824005 13.597199 0.021308</w:t>
        <w:br/>
        <w:t>v -0.837298 13.619146 0.040273</w:t>
        <w:br/>
        <w:t>v -0.932225 13.643015 0.031482</w:t>
        <w:br/>
        <w:t>v -0.845134 13.571053 0.036123</w:t>
        <w:br/>
        <w:t>v -0.824005 13.597199 0.021308</w:t>
        <w:br/>
        <w:t>v -0.807165 13.576147 0.039644</w:t>
        <w:br/>
        <w:t>v -0.635346 13.703180 0.055843</w:t>
        <w:br/>
        <w:t>v -0.810447 13.624465 0.042839</w:t>
        <w:br/>
        <w:t>v -0.824005 13.597199 0.021308</w:t>
        <w:br/>
        <w:t>v -0.689122 13.729251 0.054623</w:t>
        <w:br/>
        <w:t>v -0.722928 13.756983 0.052900</w:t>
        <w:br/>
        <w:t>v -0.716904 13.806270 0.052372</w:t>
        <w:br/>
        <w:t>v -0.627259 13.732722 0.056761</w:t>
        <w:br/>
        <w:t>v -0.697096 13.708476 0.053793</w:t>
        <w:br/>
        <w:t>v -0.635346 13.703180 0.055843</w:t>
        <w:br/>
        <w:t>v -0.810447 13.624465 0.042839</w:t>
        <w:br/>
        <w:t>v -0.807165 13.576147 0.039644</w:t>
        <w:br/>
        <w:t>v -0.837298 13.619146 0.040273</w:t>
        <w:br/>
        <w:t>v -0.845134 13.571053 0.036123</w:t>
        <w:br/>
        <w:t>v -0.870437 13.646486 0.038475</w:t>
        <w:br/>
        <w:t>v -0.932225 13.643015 0.031482</w:t>
        <w:br/>
        <w:t>v -0.862174 13.667074 0.040034</w:t>
        <w:br/>
        <w:t>v -0.923635 13.672293 0.033432</w:t>
        <w:br/>
        <w:t>v -0.749590 13.751575 0.051077</w:t>
        <w:br/>
        <w:t>v -0.754507 13.800975 0.049907</w:t>
        <w:br/>
        <w:t>v 0.749596 13.751575 0.051077</w:t>
        <w:br/>
        <w:t>v 0.735523 13.778361 0.033105</w:t>
        <w:br/>
        <w:t>v 0.722934 13.756981 0.052900</w:t>
        <w:br/>
        <w:t>v 0.754514 13.800974 0.049907</w:t>
        <w:br/>
        <w:t>v 0.716910 13.806268 0.052372</w:t>
        <w:br/>
        <w:t>v 0.735523 13.778361 0.033105</w:t>
        <w:br/>
        <w:t>v 0.923641 13.672291 0.033432</w:t>
        <w:br/>
        <w:t>v 0.896275 13.656822 0.017410</w:t>
        <w:br/>
        <w:t>v 0.627265 13.732720 0.056761</w:t>
        <w:br/>
        <w:t>v 0.661674 13.717755 0.036865</w:t>
        <w:br/>
        <w:t>v 0.661674 13.717755 0.036865</w:t>
        <w:br/>
        <w:t>v 0.689129 13.729248 0.054623</w:t>
        <w:br/>
        <w:t>v 0.689129 13.729248 0.054623</w:t>
        <w:br/>
        <w:t>v 0.697102 13.708472 0.053793</w:t>
        <w:br/>
        <w:t>v 0.862180 13.667072 0.040035</w:t>
        <w:br/>
        <w:t>v 0.896275 13.656822 0.017410</w:t>
        <w:br/>
        <w:t>v 0.870443 13.646483 0.038475</w:t>
        <w:br/>
        <w:t>v 0.837304 13.619143 0.040273</w:t>
        <w:br/>
        <w:t>v 0.824011 13.597198 0.021308</w:t>
        <w:br/>
        <w:t>v 0.896275 13.656822 0.017410</w:t>
        <w:br/>
        <w:t>v 0.932231 13.643015 0.031483</w:t>
        <w:br/>
        <w:t>v 0.824011 13.597198 0.021308</w:t>
        <w:br/>
        <w:t>v 0.845139 13.571052 0.036123</w:t>
        <w:br/>
        <w:t>v 0.807171 13.576144 0.039645</w:t>
        <w:br/>
        <w:t>v 0.635352 13.703179 0.055843</w:t>
        <w:br/>
        <w:t>v 0.810453 13.624463 0.042839</w:t>
        <w:br/>
        <w:t>v 0.824011 13.597198 0.021308</w:t>
        <w:br/>
        <w:t>v 0.716910 13.806268 0.052372</w:t>
        <w:br/>
        <w:t>v 0.722934 13.756981 0.052900</w:t>
        <w:br/>
        <w:t>v 0.689129 13.729248 0.054623</w:t>
        <w:br/>
        <w:t>v 0.627265 13.732720 0.056761</w:t>
        <w:br/>
        <w:t>v 0.697102 13.708472 0.053793</w:t>
        <w:br/>
        <w:t>v 0.635352 13.703179 0.055843</w:t>
        <w:br/>
        <w:t>v 0.810453 13.624463 0.042839</w:t>
        <w:br/>
        <w:t>v 0.807171 13.576144 0.039645</w:t>
        <w:br/>
        <w:t>v 0.837304 13.619143 0.040273</w:t>
        <w:br/>
        <w:t>v 0.845139 13.571052 0.036123</w:t>
        <w:br/>
        <w:t>v 0.870443 13.646483 0.038475</w:t>
        <w:br/>
        <w:t>v 0.932231 13.643015 0.031483</w:t>
        <w:br/>
        <w:t>v 0.862180 13.667072 0.040035</w:t>
        <w:br/>
        <w:t>v 0.923641 13.672291 0.033432</w:t>
        <w:br/>
        <w:t>v 0.749596 13.751575 0.051077</w:t>
        <w:br/>
        <w:t>v 0.754514 13.800974 0.049907</w:t>
        <w:br/>
        <w:t>v -0.030707 14.828053 -0.204890</w:t>
        <w:br/>
        <w:t>v 0.000004 14.804335 -0.291768</w:t>
        <w:br/>
        <w:t>v 0.000005 14.853846 -0.214121</w:t>
        <w:br/>
        <w:t>v -0.030418 14.628024 -0.215530</w:t>
        <w:br/>
        <w:t>v 0.000004 14.622617 -0.251562</w:t>
        <w:br/>
        <w:t>v 0.000004 14.754859 -0.298698</w:t>
        <w:br/>
        <w:t>v -0.030619 14.774716 -0.266641</w:t>
        <w:br/>
        <w:t>v 0.000004 14.588470 -0.215493</w:t>
        <w:br/>
        <w:t>v -0.030431 14.622149 -0.135909</w:t>
        <w:br/>
        <w:t>v 0.000005 14.859706 -0.121408</w:t>
        <w:br/>
        <w:t>v 0.000004 14.780929 -0.237312</w:t>
        <w:br/>
        <w:t>v 0.000004 14.759145 -0.237614</w:t>
        <w:br/>
        <w:t>v -0.030619 14.774716 -0.266641</w:t>
        <w:br/>
        <w:t>v 0.000004 14.802610 -0.194817</w:t>
        <w:br/>
        <w:t>v -0.030707 14.828053 -0.204890</w:t>
        <w:br/>
        <w:t>v 0.000004 14.659313 -0.203381</w:t>
        <w:br/>
        <w:t>v -0.030418 14.628024 -0.215530</w:t>
        <w:br/>
        <w:t>v -0.030468 14.671739 -0.074184</w:t>
        <w:br/>
        <w:t>v 0.000004 14.637997 -0.049697</w:t>
        <w:br/>
        <w:t>v 0.000004 14.686378 -0.040516</w:t>
        <w:br/>
        <w:t>v -0.030669 14.821388 -0.122414</w:t>
        <w:br/>
        <w:t>v 0.000004 14.822807 -0.084144</w:t>
        <w:br/>
        <w:t>v -0.030468 14.671739 -0.074184</w:t>
        <w:br/>
        <w:t>v -0.030431 14.622149 -0.135909</w:t>
        <w:br/>
        <w:t>v 0.000004 14.650083 -0.144184</w:t>
        <w:br/>
        <w:t>v 0.000004 14.670204 -0.102116</w:t>
        <w:br/>
        <w:t>v 0.000004 14.642436 -0.190063</w:t>
        <w:br/>
        <w:t>v 0.000004 14.691662 -0.100934</w:t>
        <w:br/>
        <w:t>v 0.000004 14.792939 -0.133796</w:t>
        <w:br/>
        <w:t>v -0.030669 14.821388 -0.122414</w:t>
        <w:br/>
        <w:t>v 0.000004 14.810395 -0.147680</w:t>
        <w:br/>
        <w:t>v 0.000004 14.594120 -0.125885</w:t>
        <w:br/>
        <w:t>v 0.000004 14.804335 -0.291768</w:t>
        <w:br/>
        <w:t>v 0.030716 14.828053 -0.204890</w:t>
        <w:br/>
        <w:t>v 0.000005 14.853846 -0.214121</w:t>
        <w:br/>
        <w:t>v 0.000004 14.754859 -0.298698</w:t>
        <w:br/>
        <w:t>v 0.000004 14.622617 -0.251562</w:t>
        <w:br/>
        <w:t>v 0.030427 14.628024 -0.215530</w:t>
        <w:br/>
        <w:t>v 0.030628 14.774718 -0.266641</w:t>
        <w:br/>
        <w:t>v 0.000004 14.588470 -0.215493</w:t>
        <w:br/>
        <w:t>v 0.030439 14.622151 -0.135909</w:t>
        <w:br/>
        <w:t>v 0.000005 14.859706 -0.121408</w:t>
        <w:br/>
        <w:t>v 0.000004 14.759145 -0.237614</w:t>
        <w:br/>
        <w:t>v 0.000004 14.780929 -0.237312</w:t>
        <w:br/>
        <w:t>v 0.030628 14.774718 -0.266641</w:t>
        <w:br/>
        <w:t>v 0.000004 14.802610 -0.194817</w:t>
        <w:br/>
        <w:t>v 0.030716 14.828053 -0.204890</w:t>
        <w:br/>
        <w:t>v 0.000004 14.659313 -0.203381</w:t>
        <w:br/>
        <w:t>v 0.030427 14.628024 -0.215530</w:t>
        <w:br/>
        <w:t>v 0.000004 14.637997 -0.049697</w:t>
        <w:br/>
        <w:t>v 0.030477 14.671739 -0.074184</w:t>
        <w:br/>
        <w:t>v 0.000004 14.686378 -0.040516</w:t>
        <w:br/>
        <w:t>v 0.030678 14.821388 -0.122414</w:t>
        <w:br/>
        <w:t>v 0.000004 14.822807 -0.084144</w:t>
        <w:br/>
        <w:t>v 0.000004 14.650083 -0.144184</w:t>
        <w:br/>
        <w:t>v 0.030439 14.622151 -0.135909</w:t>
        <w:br/>
        <w:t>v 0.030477 14.671739 -0.074184</w:t>
        <w:br/>
        <w:t>v 0.000004 14.670204 -0.102116</w:t>
        <w:br/>
        <w:t>v 0.000004 14.642436 -0.190063</w:t>
        <w:br/>
        <w:t>v 0.000004 14.691662 -0.100934</w:t>
        <w:br/>
        <w:t>v 0.000004 14.792939 -0.133796</w:t>
        <w:br/>
        <w:t>v 0.030678 14.821388 -0.122414</w:t>
        <w:br/>
        <w:t>v 0.000004 14.810395 -0.147680</w:t>
        <w:br/>
        <w:t>v 0.000004 14.594120 -0.125885</w:t>
        <w:br/>
        <w:t>v 0.052778 16.578804 -0.363892</w:t>
        <w:br/>
        <w:t>v 0.056437 16.568666 -0.372569</w:t>
        <w:br/>
        <w:t>v 0.067807 16.579006 -0.362005</w:t>
        <w:br/>
        <w:t>v 0.039648 16.566706 -0.376619</w:t>
        <w:br/>
        <w:t>v 0.041836 16.583874 -0.361012</w:t>
        <w:br/>
        <w:t>v 0.022619 16.572832 -0.373399</w:t>
        <w:br/>
        <w:t>v 0.020494 16.615490 -0.341229</w:t>
        <w:br/>
        <w:t>v 0.037749 16.605001 -0.348838</w:t>
        <w:br/>
        <w:t>v 0.050753 16.614571 -0.343430</w:t>
        <w:br/>
        <w:t>v 0.039384 16.629097 -0.334324</w:t>
        <w:br/>
        <w:t>v 0.034969 16.593706 -0.355289</w:t>
        <w:br/>
        <w:t>v 0.011401 16.585054 -0.364231</w:t>
        <w:br/>
        <w:t>v 0.010219 16.600298 -0.352132</w:t>
        <w:br/>
        <w:t>v 0.000006 16.034283 -0.573831</w:t>
        <w:br/>
        <w:t>v 0.031875 15.996353 -0.558349</w:t>
        <w:br/>
        <w:t>v 0.031862 16.030586 -0.479055</w:t>
        <w:br/>
        <w:t>v 0.000006 15.992795 -0.526921</w:t>
        <w:br/>
        <w:t>v 0.031875 15.996353 -0.558349</w:t>
        <w:br/>
        <w:t>v 0.000006 15.971389 -0.533989</w:t>
        <w:br/>
        <w:t>v 0.031862 16.030586 -0.479055</w:t>
        <w:br/>
        <w:t>v 0.000006 15.859937 -0.528682</w:t>
        <w:br/>
        <w:t>v 0.030214 15.831916 -0.550238</w:t>
        <w:br/>
        <w:t>v 0.000006 15.838556 -0.519665</w:t>
        <w:br/>
        <w:t>v 0.000006 15.996605 -0.426900</w:t>
        <w:br/>
        <w:t>v 0.031221 16.002165 -0.398943</w:t>
        <w:br/>
        <w:t>v 0.000006 15.791609 -0.561582</w:t>
        <w:br/>
        <w:t>v 0.030214 15.831916 -0.550238</w:t>
        <w:br/>
        <w:t>v 0.000006 15.838003 -0.589074</w:t>
        <w:br/>
        <w:t>v 0.000006 15.987411 -0.597160</w:t>
        <w:br/>
        <w:t>v 0.031221 16.002165 -0.398943</w:t>
        <w:br/>
        <w:t>v 0.000006 16.040232 -0.387637</w:t>
        <w:br/>
        <w:t>v 0.000006 15.995813 -0.361880</w:t>
        <w:br/>
        <w:t>v 0.000006 15.850970 -0.353894</w:t>
        <w:br/>
        <w:t>v 0.029661 15.841386 -0.390731</w:t>
        <w:br/>
        <w:t>v 0.000006 15.866526 -0.412601</w:t>
        <w:br/>
        <w:t>v 0.000006 15.844657 -0.419581</w:t>
        <w:br/>
        <w:t>v 0.029661 15.841386 -0.390731</w:t>
        <w:br/>
        <w:t>v 0.000006 15.976067 -0.417934</w:t>
        <w:br/>
        <w:t>v 0.000006 15.803632 -0.375098</w:t>
        <w:br/>
        <w:t>v 0.029623 15.804512 -0.468353</w:t>
        <w:br/>
        <w:t>v 0.029623 15.804512 -0.468353</w:t>
        <w:br/>
        <w:t>v 0.000006 15.834205 -0.469120</w:t>
        <w:br/>
        <w:t>v 0.000006 16.059448 -0.480187</w:t>
        <w:br/>
        <w:t>v 0.000006 16.001886 -0.476980</w:t>
        <w:br/>
        <w:t>v 0.000006 15.775021 -0.466479</w:t>
        <w:br/>
        <w:t>v -0.031863 15.996353 -0.558349</w:t>
        <w:br/>
        <w:t>v 0.000006 16.034283 -0.573831</w:t>
        <w:br/>
        <w:t>v -0.031850 16.030586 -0.479055</w:t>
        <w:br/>
        <w:t>v -0.031863 15.996353 -0.558349</w:t>
        <w:br/>
        <w:t>v 0.000006 15.992795 -0.526921</w:t>
        <w:br/>
        <w:t>v 0.000006 15.971389 -0.533989</w:t>
        <w:br/>
        <w:t>v -0.031850 16.030586 -0.479055</w:t>
        <w:br/>
        <w:t>v 0.000006 15.859937 -0.528682</w:t>
        <w:br/>
        <w:t>v -0.030203 15.831916 -0.550238</w:t>
        <w:br/>
        <w:t>v 0.000006 15.838556 -0.519665</w:t>
        <w:br/>
        <w:t>v 0.000006 15.996605 -0.426900</w:t>
        <w:br/>
        <w:t>v -0.031209 16.002165 -0.398943</w:t>
        <w:br/>
        <w:t>v -0.030203 15.831916 -0.550238</w:t>
        <w:br/>
        <w:t>v 0.000006 15.791609 -0.561582</w:t>
        <w:br/>
        <w:t>v 0.000006 15.838003 -0.589074</w:t>
        <w:br/>
        <w:t>v 0.000006 15.987411 -0.597160</w:t>
        <w:br/>
        <w:t>v -0.031209 16.002165 -0.398943</w:t>
        <w:br/>
        <w:t>v 0.000006 16.040232 -0.387637</w:t>
        <w:br/>
        <w:t>v 0.000006 15.995813 -0.361880</w:t>
        <w:br/>
        <w:t>v 0.000006 15.850970 -0.353894</w:t>
        <w:br/>
        <w:t>v -0.029649 15.841386 -0.390731</w:t>
        <w:br/>
        <w:t>v 0.000006 15.844657 -0.419581</w:t>
        <w:br/>
        <w:t>v 0.000006 15.866526 -0.412601</w:t>
        <w:br/>
        <w:t>v -0.029649 15.841386 -0.390731</w:t>
        <w:br/>
        <w:t>v 0.000006 15.976067 -0.417934</w:t>
        <w:br/>
        <w:t>v 0.000006 15.803632 -0.375098</w:t>
        <w:br/>
        <w:t>v -0.029612 15.804512 -0.468353</w:t>
        <w:br/>
        <w:t>v 0.000006 15.834205 -0.469120</w:t>
        <w:br/>
        <w:t>v -0.029612 15.804512 -0.468353</w:t>
        <w:br/>
        <w:t>v 0.000006 16.059448 -0.480187</w:t>
        <w:br/>
        <w:t>v 0.000006 16.001886 -0.476980</w:t>
        <w:br/>
        <w:t>v 0.000006 15.775021 -0.466479</w:t>
        <w:br/>
        <w:t>v 0.000006 15.643936 -0.449438</w:t>
        <w:br/>
        <w:t>v 0.000006 15.628883 -0.353253</w:t>
        <w:br/>
        <w:t>v -0.032819 15.614571 -0.445212</w:t>
        <w:br/>
        <w:t>v 0.000006 15.562241 -0.377237</w:t>
        <w:br/>
        <w:t>v -0.032391 15.589568 -0.360736</w:t>
        <w:br/>
        <w:t>v -0.031172 15.431117 -0.328403</w:t>
        <w:br/>
        <w:t>v 0.000005 15.454662 -0.354687</w:t>
        <w:br/>
        <w:t>v 0.000005 15.433293 -0.358058</w:t>
        <w:br/>
        <w:t>v 0.000006 15.582651 -0.388958</w:t>
        <w:br/>
        <w:t>v -0.032819 15.614571 -0.445212</w:t>
        <w:br/>
        <w:t>v 0.000005 15.420114 -0.405421</w:t>
        <w:br/>
        <w:t>v -0.031046 15.391339 -0.399699</w:t>
        <w:br/>
        <w:t>v 0.000005 15.371656 -0.487922</w:t>
        <w:br/>
        <w:t>v -0.031398 15.411863 -0.484099</w:t>
        <w:br/>
        <w:t>v -0.031046 15.391339 -0.399699</w:t>
        <w:br/>
        <w:t>v 0.000005 15.441191 -0.292057</w:t>
        <w:br/>
        <w:t>v 0.000005 15.394985 -0.306419</w:t>
        <w:br/>
        <w:t>v -0.031172 15.431117 -0.328403</w:t>
        <w:br/>
        <w:t>v -0.032391 15.589568 -0.360736</w:t>
        <w:br/>
        <w:t>v 0.000006 15.584436 -0.321422</w:t>
        <w:br/>
        <w:t>v -0.032731 15.575319 -0.519162</w:t>
        <w:br/>
        <w:t>v 0.000006 15.573470 -0.488563</w:t>
        <w:br/>
        <w:t>v 0.000005 15.551298 -0.492500</w:t>
        <w:br/>
        <w:t>v 0.000005 15.440827 -0.468303</w:t>
        <w:br/>
        <w:t>v -0.031398 15.411863 -0.484099</w:t>
        <w:br/>
        <w:t>v 0.000005 15.414568 -0.522067</w:t>
        <w:br/>
        <w:t>v 0.000006 15.564064 -0.554753</w:t>
        <w:br/>
        <w:t>v -0.032731 15.575319 -0.519162</w:t>
        <w:br/>
        <w:t>v 0.000006 15.613137 -0.538768</w:t>
        <w:br/>
        <w:t>v 0.000005 15.420780 -0.455777</w:t>
        <w:br/>
        <w:t>v 0.000006 15.585443 -0.439918</w:t>
        <w:br/>
        <w:t>v 0.000005 15.362752 -0.392844</w:t>
        <w:br/>
        <w:t>v 0.000006 15.628883 -0.353253</w:t>
        <w:br/>
        <w:t>v 0.000006 15.643936 -0.449438</w:t>
        <w:br/>
        <w:t>v 0.032830 15.614571 -0.445212</w:t>
        <w:br/>
        <w:t>v 0.031182 15.431117 -0.328403</w:t>
        <w:br/>
        <w:t>v 0.032403 15.589568 -0.360736</w:t>
        <w:br/>
        <w:t>v 0.000006 15.562241 -0.377237</w:t>
        <w:br/>
        <w:t>v 0.000005 15.454662 -0.354687</w:t>
        <w:br/>
        <w:t>v 0.000005 15.433293 -0.358058</w:t>
        <w:br/>
        <w:t>v 0.000006 15.582651 -0.388958</w:t>
        <w:br/>
        <w:t>v 0.032830 15.614571 -0.445212</w:t>
        <w:br/>
        <w:t>v 0.000005 15.420114 -0.405421</w:t>
        <w:br/>
        <w:t>v 0.031057 15.391339 -0.399699</w:t>
        <w:br/>
        <w:t>v 0.031409 15.411863 -0.484099</w:t>
        <w:br/>
        <w:t>v 0.000005 15.371656 -0.487922</w:t>
        <w:br/>
        <w:t>v 0.031057 15.391339 -0.399699</w:t>
        <w:br/>
        <w:t>v 0.000005 15.394985 -0.306419</w:t>
        <w:br/>
        <w:t>v 0.000005 15.441191 -0.292057</w:t>
        <w:br/>
        <w:t>v 0.031182 15.431117 -0.328403</w:t>
        <w:br/>
        <w:t>v 0.000006 15.584436 -0.321422</w:t>
        <w:br/>
        <w:t>v 0.032403 15.589568 -0.360736</w:t>
        <w:br/>
        <w:t>v 0.032742 15.575319 -0.519162</w:t>
        <w:br/>
        <w:t>v 0.000006 15.573470 -0.488563</w:t>
        <w:br/>
        <w:t>v 0.000005 15.551298 -0.492500</w:t>
        <w:br/>
        <w:t>v 0.000005 15.440827 -0.468303</w:t>
        <w:br/>
        <w:t>v 0.031409 15.411863 -0.484099</w:t>
        <w:br/>
        <w:t>v 0.000006 15.564064 -0.554753</w:t>
        <w:br/>
        <w:t>v 0.000005 15.414568 -0.522067</w:t>
        <w:br/>
        <w:t>v 0.032742 15.575319 -0.519162</w:t>
        <w:br/>
        <w:t>v 0.000006 15.613137 -0.538768</w:t>
        <w:br/>
        <w:t>v 0.000005 15.420780 -0.455777</w:t>
        <w:br/>
        <w:t>v 0.000006 15.585443 -0.439918</w:t>
        <w:br/>
        <w:t>v 0.000005 15.362752 -0.392844</w:t>
        <w:br/>
        <w:t>v 0.701013 13.759445 1.474679</w:t>
        <w:br/>
        <w:t>v 0.695719 13.771581 1.466315</w:t>
        <w:br/>
        <w:t>v 0.661599 13.730556 1.451928</w:t>
        <w:br/>
        <w:t>v 0.671874 13.724295 1.462354</w:t>
        <w:br/>
        <w:t>v 0.701013 13.759445 1.474679</w:t>
        <w:br/>
        <w:t>v 0.671874 13.724295 1.462354</w:t>
        <w:br/>
        <w:t>v 0.664554 13.733376 1.473346</w:t>
        <w:br/>
        <w:t>v 0.687418 13.760866 1.482991</w:t>
        <w:br/>
        <w:t>v 0.645778 13.696022 1.491191</w:t>
        <w:br/>
        <w:t>v 0.644055 13.711113 1.496058</w:t>
        <w:br/>
        <w:t>v 0.687418 13.760866 1.482991</w:t>
        <w:br/>
        <w:t>v 0.664554 13.733376 1.473346</w:t>
        <w:br/>
        <w:t>v 0.654129 13.739512 1.461888</w:t>
        <w:br/>
        <w:t>v 0.682513 13.773631 1.473849</w:t>
        <w:br/>
        <w:t>v 0.661599 13.730556 1.451928</w:t>
        <w:br/>
        <w:t>v 0.695719 13.771581 1.466315</w:t>
        <w:br/>
        <w:t>v 0.682513 13.773631 1.473849</w:t>
        <w:br/>
        <w:t>v 0.654129 13.739512 1.461888</w:t>
        <w:br/>
        <w:t>v 0.628737 13.711893 1.490047</w:t>
        <w:br/>
        <w:t>v 0.631038 13.697355 1.485758</w:t>
        <w:br/>
        <w:t>v 0.631038 13.697355 1.485758</w:t>
        <w:br/>
        <w:t>v 0.645778 13.696022 1.491191</w:t>
        <w:br/>
        <w:t>v 0.708534 13.790534 1.517992</w:t>
        <w:br/>
        <w:t>v 0.711879 13.775681 1.518872</w:t>
        <w:br/>
        <w:t>v 0.695857 13.760238 1.561381</w:t>
        <w:br/>
        <w:t>v 0.689858 13.772436 1.567757</w:t>
        <w:br/>
        <w:t>v 0.708534 13.790534 1.517992</w:t>
        <w:br/>
        <w:t>v 0.693203 13.789453 1.516835</w:t>
        <w:br/>
        <w:t>v 0.689858 13.772436 1.567757</w:t>
        <w:br/>
        <w:t>v 0.677621 13.774436 1.558324</w:t>
        <w:br/>
        <w:t>v 0.696033 13.773593 1.517665</w:t>
        <w:br/>
        <w:t>v 0.711879 13.775681 1.518872</w:t>
        <w:br/>
        <w:t>v 0.696033 13.773593 1.517665</w:t>
        <w:br/>
        <w:t>v 0.693203 13.789453 1.516835</w:t>
        <w:br/>
        <w:t>v 0.677621 13.774436 1.558324</w:t>
        <w:br/>
        <w:t>v 0.683494 13.761444 1.551043</w:t>
        <w:br/>
        <w:t>v 0.695857 13.760238 1.561381</w:t>
        <w:br/>
        <w:t>v 0.683494 13.761444 1.551043</w:t>
        <w:br/>
        <w:t>v 0.644055 13.711113 1.496058</w:t>
        <w:br/>
        <w:t>v 0.628737 13.711893 1.490047</w:t>
        <w:br/>
        <w:t>v 0.659599 13.734015 1.558098</w:t>
        <w:br/>
        <w:t>v 0.665523 13.725427 1.570423</w:t>
        <w:br/>
        <w:t>v 0.654217 13.731514 1.578283</w:t>
        <w:br/>
        <w:t>v 0.647903 13.740291 1.567065</w:t>
        <w:br/>
        <w:t>v 0.665523 13.725427 1.570423</w:t>
        <w:br/>
        <w:t>v 0.654217 13.731514 1.578283</w:t>
        <w:br/>
        <w:t>v 0.647903 13.740291 1.567065</w:t>
        <w:br/>
        <w:t>v 0.659599 13.734015 1.558098</w:t>
        <w:br/>
        <w:t>v 0.755708 13.766023 1.413708</w:t>
        <w:br/>
        <w:t>v 0.753482 13.768677 1.428083</w:t>
        <w:br/>
        <w:t>v 0.730002 13.809095 1.430510</w:t>
        <w:br/>
        <w:t>v 0.727399 13.814643 1.416639</w:t>
        <w:br/>
        <w:t>v 0.755708 13.766023 1.413708</w:t>
        <w:br/>
        <w:t>v 0.727399 13.814643 1.416639</w:t>
        <w:br/>
        <w:t>v 0.719777 13.798104 1.428486</w:t>
        <w:br/>
        <w:t>v 0.738793 13.765481 1.426611</w:t>
        <w:br/>
        <w:t>v 0.693291 13.818628 1.457311</w:t>
        <w:br/>
        <w:t>v 0.683281 13.826124 1.448885</w:t>
        <w:br/>
        <w:t>v 0.747408 13.717351 1.442257</w:t>
        <w:br/>
        <w:t>v 0.746540 13.728280 1.451752</w:t>
        <w:br/>
        <w:t>v 0.753482 13.768677 1.428083</w:t>
        <w:br/>
        <w:t>v 0.755708 13.766023 1.413708</w:t>
        <w:br/>
        <w:t>v 0.708044 13.704738 1.481231</w:t>
        <w:br/>
        <w:t>v 0.713841 13.717805 1.484136</w:t>
        <w:br/>
        <w:t>v 0.738793 13.765481 1.426611</w:t>
        <w:br/>
        <w:t>v 0.733222 13.732845 1.445740</w:t>
        <w:br/>
        <w:t>v 0.747408 13.717351 1.442257</w:t>
        <w:br/>
        <w:t>v 0.755708 13.766023 1.413708</w:t>
        <w:br/>
        <w:t>v 0.733222 13.732845 1.445740</w:t>
        <w:br/>
        <w:t>v 0.738793 13.765481 1.426611</w:t>
        <w:br/>
        <w:t>v 0.753482 13.768677 1.428083</w:t>
        <w:br/>
        <w:t>v 0.746540 13.728280 1.451752</w:t>
        <w:br/>
        <w:t>v 0.730002 13.809095 1.430510</w:t>
        <w:br/>
        <w:t>v 0.753482 13.768677 1.428083</w:t>
        <w:br/>
        <w:t>v 0.738793 13.765481 1.426611</w:t>
        <w:br/>
        <w:t>v 0.719777 13.798104 1.428486</w:t>
        <w:br/>
        <w:t>v 0.693291 13.818628 1.457311</w:t>
        <w:br/>
        <w:t>v 0.690173 13.805789 1.450104</w:t>
        <w:br/>
        <w:t>v 0.672603 13.783164 1.474691</w:t>
        <w:br/>
        <w:t>v 0.671446 13.790571 1.487670</w:t>
        <w:br/>
        <w:t>v 0.683281 13.826124 1.448885</w:t>
        <w:br/>
        <w:t>v 0.690173 13.805789 1.450104</w:t>
        <w:br/>
        <w:t>v 0.656996 13.792372 1.485444</w:t>
        <w:br/>
        <w:t>v 0.672603 13.783164 1.474691</w:t>
        <w:br/>
        <w:t>v 0.671446 13.790571 1.487670</w:t>
        <w:br/>
        <w:t>v 0.656996 13.792372 1.485444</w:t>
        <w:br/>
        <w:t>v 0.706798 13.724406 1.471849</w:t>
        <w:br/>
        <w:t>v 0.713841 13.717805 1.484136</w:t>
        <w:br/>
        <w:t>v 0.680816 13.745146 1.499743</w:t>
        <w:br/>
        <w:t>v 0.680174 13.746465 1.484463</w:t>
        <w:br/>
        <w:t>v 0.706798 13.724406 1.471849</w:t>
        <w:br/>
        <w:t>v 0.708044 13.704738 1.481231</w:t>
        <w:br/>
        <w:t>v 0.680174 13.746465 1.484463</w:t>
        <w:br/>
        <w:t>v 0.668264 13.737661 1.500008</w:t>
        <w:br/>
        <w:t>v 0.668264 13.737661 1.500008</w:t>
        <w:br/>
        <w:t>v 0.680816 13.745146 1.499743</w:t>
        <w:br/>
        <w:t>v 0.730870 13.772587 1.381802</w:t>
        <w:br/>
        <w:t>v 0.726921 13.758237 1.381726</w:t>
        <w:br/>
        <w:t>v 0.731687 13.759809 1.405785</w:t>
        <w:br/>
        <w:t>v 0.734517 13.774072 1.400817</w:t>
        <w:br/>
        <w:t>v 0.750690 13.797689 1.434950</w:t>
        <w:br/>
        <w:t>v 0.754702 13.786936 1.446180</w:t>
        <w:br/>
        <w:t>v 0.733272 13.773369 1.433491</w:t>
        <w:br/>
        <w:t>v 0.732970 13.786483 1.424486</w:t>
        <w:br/>
        <w:t>v 0.754702 13.786936 1.446180</w:t>
        <w:br/>
        <w:t>v 0.762676 13.779127 1.436559</w:t>
        <w:br/>
        <w:t>v 0.744679 13.767406 1.425807</w:t>
        <w:br/>
        <w:t>v 0.733272 13.773369 1.433491</w:t>
        <w:br/>
        <w:t>v 0.712508 13.762198 1.381525</w:t>
        <w:br/>
        <w:t>v 0.715803 13.777279 1.381638</w:t>
        <w:br/>
        <w:t>v 0.720318 13.779077 1.405081</w:t>
        <w:br/>
        <w:t>v 0.717966 13.764399 1.409948</w:t>
        <w:br/>
        <w:t>v 0.720318 13.779077 1.405081</w:t>
        <w:br/>
        <w:t>v 0.715803 13.777279 1.381638</w:t>
        <w:br/>
        <w:t>v 0.730870 13.772587 1.381802</w:t>
        <w:br/>
        <w:t>v 0.734517 13.774072 1.400817</w:t>
        <w:br/>
        <w:t>v 0.712508 13.762198 1.381525</w:t>
        <w:br/>
        <w:t>v 0.717966 13.764399 1.409948</w:t>
        <w:br/>
        <w:t>v 0.731687 13.759809 1.405785</w:t>
        <w:br/>
        <w:t>v 0.726921 13.758237 1.381726</w:t>
        <w:br/>
        <w:t>v 0.732970 13.786483 1.424486</w:t>
        <w:br/>
        <w:t>v 0.744792 13.780095 1.416626</w:t>
        <w:br/>
        <w:t>v 0.759154 13.789174 1.425128</w:t>
        <w:br/>
        <w:t>v 0.750690 13.797689 1.434950</w:t>
        <w:br/>
        <w:t>v 0.744792 13.780095 1.416626</w:t>
        <w:br/>
        <w:t>v 0.744679 13.767406 1.425807</w:t>
        <w:br/>
        <w:t>v 0.762676 13.779127 1.436559</w:t>
        <w:br/>
        <w:t>v 0.759154 13.789174 1.425128</w:t>
        <w:br/>
        <w:t>v 0.798053 13.821220 1.330150</w:t>
        <w:br/>
        <w:t>v 0.799323 13.808367 1.338074</w:t>
        <w:br/>
        <w:t>v 0.812340 13.815838 1.357944</w:t>
        <w:br/>
        <w:t>v 0.813308 13.830187 1.353606</w:t>
        <w:br/>
        <w:t>v 0.816817 13.817812 1.381852</w:t>
        <w:br/>
        <w:t>v 0.818704 13.832399 1.381840</w:t>
        <w:br/>
        <w:t>v 0.818704 13.832399 1.381840</w:t>
        <w:br/>
        <w:t>v 0.804090 13.834349 1.381940</w:t>
        <w:br/>
        <w:t>v 0.799650 13.832564 1.358586</w:t>
        <w:br/>
        <w:t>v 0.813308 13.830187 1.353606</w:t>
        <w:br/>
        <w:t>v 0.787036 13.825156 1.339168</w:t>
        <w:br/>
        <w:t>v 0.798053 13.821220 1.330150</w:t>
        <w:br/>
        <w:t>v 0.802052 13.819673 1.381965</w:t>
        <w:br/>
        <w:t>v 0.816817 13.817812 1.381852</w:t>
        <w:br/>
        <w:t>v 0.812340 13.815838 1.357944</w:t>
        <w:br/>
        <w:t>v 0.798443 13.818191 1.363013</w:t>
        <w:br/>
        <w:t>v 0.799323 13.808367 1.338074</w:t>
        <w:br/>
        <w:t>v 0.788181 13.812152 1.347242</w:t>
        <w:br/>
        <w:t>v 0.788181 13.812152 1.347242</w:t>
        <w:br/>
        <w:t>v 0.787036 13.825156 1.339168</w:t>
        <w:br/>
        <w:t>v 0.799650 13.832564 1.358586</w:t>
        <w:br/>
        <w:t>v 0.798443 13.818191 1.363013</w:t>
        <w:br/>
        <w:t>v 0.802052 13.819673 1.381965</w:t>
        <w:br/>
        <w:t>v 0.804090 13.834349 1.381940</w:t>
        <w:br/>
        <w:t>v -0.811966 15.808133 1.642113</w:t>
        <w:br/>
        <w:t>v -0.815224 15.803115 1.632517</w:t>
        <w:br/>
        <w:t>v -0.758642 15.836907 1.606647</w:t>
        <w:br/>
        <w:t>v -0.764578 15.841736 1.620645</w:t>
        <w:br/>
        <w:t>v -0.742809 15.805001 1.650426</w:t>
        <w:br/>
        <w:t>v -0.764578 15.841736 1.620645</w:t>
        <w:br/>
        <w:t>v -0.758642 15.836907 1.606647</w:t>
        <w:br/>
        <w:t>v -0.742809 15.805001 1.650426</w:t>
        <w:br/>
        <w:t>v -0.806382 15.782264 1.660776</w:t>
        <w:br/>
        <w:t>v -0.811966 15.808133 1.642113</w:t>
        <w:br/>
        <w:t>v -0.764578 15.841736 1.620645</w:t>
        <w:br/>
        <w:t>v -0.865819 15.751954 1.680722</w:t>
        <w:br/>
        <w:t>v -0.865819 15.751954 1.680722</w:t>
        <w:br/>
        <w:t>v 0.982259 13.531826 -0.009479</w:t>
        <w:br/>
        <w:t>v 0.873436 13.618062 -0.002813</w:t>
        <w:br/>
        <w:t>v 0.864142 13.648434 -0.015931</w:t>
        <w:br/>
        <w:t>v 1.020127 13.524456 -0.025828</w:t>
        <w:br/>
        <w:t>v 1.000432 13.519162 0.000821</w:t>
        <w:br/>
        <w:t>v 1.028829 13.529363 0.066219</w:t>
        <w:br/>
        <w:t>v 0.870418 13.653979 0.075576</w:t>
        <w:br/>
        <w:t>v 0.878265 13.622011 0.062521</w:t>
        <w:br/>
        <w:t>v 0.988346 13.535461 0.056082</w:t>
        <w:br/>
        <w:t>v 1.004456 13.521450 0.042977</w:t>
        <w:br/>
        <w:t>v 1.008443 13.507339 -0.055156</w:t>
        <w:br/>
        <w:t>v 1.032653 13.490675 -0.038568</w:t>
        <w:br/>
        <w:t>v 1.020127 13.524456 -0.025828</w:t>
        <w:br/>
        <w:t>v 1.028829 13.529363 0.066219</w:t>
        <w:br/>
        <w:t>v 1.043632 13.496572 0.073161</w:t>
        <w:br/>
        <w:t>v 0.844787 13.637806 -0.044504</w:t>
        <w:br/>
        <w:t>v 0.864142 13.648434 -0.015931</w:t>
        <w:br/>
        <w:t>v 0.855049 13.646885 0.103218</w:t>
        <w:br/>
        <w:t>v 0.870418 13.653979 0.075576</w:t>
        <w:br/>
        <w:t>v 1.022579 13.515338 0.093597</w:t>
        <w:br/>
        <w:t>v 0.831469 13.663563 0.085498</w:t>
        <w:br/>
        <w:t>v 0.824237 13.656635 -0.025262</w:t>
        <w:br/>
        <w:t>v 0.860684 13.634686 0.051454</w:t>
        <w:br/>
        <w:t>v 0.864142 13.648434 -0.015931</w:t>
        <w:br/>
        <w:t>v 0.857728 13.632121 0.009486</w:t>
        <w:br/>
        <w:t>v 0.860684 13.634686 0.051454</w:t>
        <w:br/>
        <w:t>v 0.870418 13.653979 0.075576</w:t>
        <w:br/>
        <w:t>v 0.857728 13.632121 0.009486</w:t>
        <w:br/>
        <w:t>v 0.857728 13.632121 0.009486</w:t>
        <w:br/>
        <w:t>v 0.824237 13.656635 -0.025262</w:t>
        <w:br/>
        <w:t>v 0.831469 13.663563 0.085498</w:t>
        <w:br/>
        <w:t>v 0.860684 13.634686 0.051454</w:t>
        <w:br/>
        <w:t>v 0.873436 13.618062 -0.002813</w:t>
        <w:br/>
        <w:t>v 0.844787 13.637806 -0.044504</w:t>
        <w:br/>
        <w:t>v 0.982259 13.531826 -0.009479</w:t>
        <w:br/>
        <w:t>v 1.008443 13.507339 -0.055156</w:t>
        <w:br/>
        <w:t>v 1.000432 13.519162 0.000821</w:t>
        <w:br/>
        <w:t>v 1.032653 13.490675 -0.038568</w:t>
        <w:br/>
        <w:t>v 1.004456 13.521450 0.042977</w:t>
        <w:br/>
        <w:t>v 1.043632 13.496572 0.073161</w:t>
        <w:br/>
        <w:t>v 0.988346 13.535461 0.056082</w:t>
        <w:br/>
        <w:t>v 1.022579 13.515338 0.093597</w:t>
        <w:br/>
        <w:t>v 0.878265 13.622011 0.062521</w:t>
        <w:br/>
        <w:t>v 0.855049 13.646885 0.103218</w:t>
        <w:br/>
        <w:t>v 0.914347 13.802216 1.302319</w:t>
        <w:br/>
        <w:t>v 1.024794 13.763897 1.222773</w:t>
        <w:br/>
        <w:t>v 1.052738 13.723940 1.312682</w:t>
        <w:br/>
        <w:t>v 1.290005 13.790633 1.138322</w:t>
        <w:br/>
        <w:t>v 1.228859 13.818213 1.186037</w:t>
        <w:br/>
        <w:t>v 1.165763 13.681910 1.261407</w:t>
        <w:br/>
        <w:t>v 1.052738 13.723940 1.312682</w:t>
        <w:br/>
        <w:t>v 1.111571 13.843152 1.248529</w:t>
        <w:br/>
        <w:t>v 0.965043 13.846523 1.311172</w:t>
        <w:br/>
        <w:t>v 0.965043 13.846523 1.311172</w:t>
        <w:br/>
        <w:t>v 1.111571 13.843152 1.248529</w:t>
        <w:br/>
        <w:t>v 1.114501 13.839594 1.274399</w:t>
        <w:br/>
        <w:t>v 0.966112 13.848800 1.332716</w:t>
        <w:br/>
        <w:t>v 1.235009 13.809774 1.214661</w:t>
        <w:br/>
        <w:t>v 1.228859 13.818213 1.186037</w:t>
        <w:br/>
        <w:t>v 1.290005 13.790633 1.138322</w:t>
        <w:br/>
        <w:t>v 1.301877 13.775604 1.164443</w:t>
        <w:br/>
        <w:t>v 1.316630 13.738404 1.102693</w:t>
        <w:br/>
        <w:t>v 1.303085 13.761732 1.087790</w:t>
        <w:br/>
        <w:t>v 1.303085 13.761732 1.087790</w:t>
        <w:br/>
        <w:t>v 1.165763 13.681910 1.261407</w:t>
        <w:br/>
        <w:t>v 1.244630 13.731865 1.082357</w:t>
        <w:br/>
        <w:t>v 1.250590 13.451283 1.389549</w:t>
        <w:br/>
        <w:t>v 1.312215 13.645376 1.181371</w:t>
        <w:br/>
        <w:t>v 1.226482 13.616689 1.165549</w:t>
        <w:br/>
        <w:t>v 1.182979 13.426445 1.373224</w:t>
        <w:br/>
        <w:t>v 1.089914 13.552010 1.325094</w:t>
        <w:br/>
        <w:t>v 1.241460 13.705706 1.086670</w:t>
        <w:br/>
        <w:t>v 1.122600 13.713476 1.154835</w:t>
        <w:br/>
        <w:t>v 1.316630 13.738404 1.102693</w:t>
        <w:br/>
        <w:t>v 1.303085 13.761732 1.087790</w:t>
        <w:br/>
        <w:t>v 1.244630 13.731865 1.082357</w:t>
        <w:br/>
        <w:t>v 1.134925 13.736719 1.150672</w:t>
        <w:br/>
        <w:t>v 1.134925 13.736719 1.150672</w:t>
        <w:br/>
        <w:t>v 1.010871 13.743912 1.224735</w:t>
        <w:br/>
        <w:t>v 1.024794 13.763897 1.222773</w:t>
        <w:br/>
        <w:t>v 0.880718 13.548350 1.487645</w:t>
        <w:br/>
        <w:t>v 0.940078 13.460415 1.488613</w:t>
        <w:br/>
        <w:t>v 0.914347 13.802216 1.302319</w:t>
        <w:br/>
        <w:t>v 0.900199 13.786749 1.300382</w:t>
        <w:br/>
        <w:t>v 1.061340 13.349113 1.475609</w:t>
        <w:br/>
        <w:t>v 1.161687 13.323709 1.451035</w:t>
        <w:br/>
        <w:t>v 1.162278 13.311561 1.479495</w:t>
        <w:br/>
        <w:t>v 1.209075 13.333105 1.500800</w:t>
        <w:br/>
        <w:t>v 1.225852 13.351088 1.481721</w:t>
        <w:br/>
        <w:t>v 1.213112 13.394036 1.546402</w:t>
        <w:br/>
        <w:t>v 1.194625 13.368443 1.553533</w:t>
        <w:br/>
        <w:t>v 1.250590 13.451283 1.389549</w:t>
        <w:br/>
        <w:t>v 1.229965 13.494911 1.455436</w:t>
        <w:br/>
        <w:t>v 1.132849 13.439675 1.567203</w:t>
        <w:br/>
        <w:t>v 1.185809 13.638410 1.393208</w:t>
        <w:br/>
        <w:t>v 1.002596 13.528591 1.561267</w:t>
        <w:br/>
        <w:t>v 1.063542 13.680251 1.409960</w:t>
        <w:br/>
        <w:t>v 1.117217 13.410674 1.568650</w:t>
        <w:br/>
        <w:t>v 0.987793 13.499931 1.557658</w:t>
        <w:br/>
        <w:t>v 1.283101 13.688915 1.249623</w:t>
        <w:br/>
        <w:t>v 1.312215 13.645376 1.181371</w:t>
        <w:br/>
        <w:t>v 1.209075 13.333105 1.500800</w:t>
        <w:br/>
        <w:t>v 1.117406 13.483089 1.465145</w:t>
        <w:br/>
        <w:t>v 1.194625 13.368443 1.553533</w:t>
        <w:br/>
        <w:t>v 1.117406 13.483089 1.465145</w:t>
        <w:br/>
        <w:t>v 1.209075 13.333105 1.500800</w:t>
        <w:br/>
        <w:t>v 1.162278 13.311561 1.479495</w:t>
        <w:br/>
        <w:t>v 0.845089 13.642559 1.468440</w:t>
        <w:br/>
        <w:t>v 0.802430 13.807234 1.376281</w:t>
        <w:br/>
        <w:t>v 0.791501 13.785591 1.401434</w:t>
        <w:br/>
        <w:t>v 0.823105 13.817724 1.376306</w:t>
        <w:br/>
        <w:t>v 0.802430 13.807234 1.376281</w:t>
        <w:br/>
        <w:t>v 0.851780 13.644370 1.487142</w:t>
        <w:br/>
        <w:t>v 0.845089 13.642559 1.468440</w:t>
        <w:br/>
        <w:t>v 0.791501 13.785591 1.401434</w:t>
        <w:br/>
        <w:t>v 0.802945 13.791729 1.411658</w:t>
        <w:br/>
        <w:t>v 0.888050 13.545280 1.508521</w:t>
        <w:br/>
        <w:t>v 0.851780 13.644370 1.487142</w:t>
        <w:br/>
        <w:t>v 0.891194 13.681635 1.463800</w:t>
        <w:br/>
        <w:t>v 0.880718 13.548350 1.487645</w:t>
        <w:br/>
        <w:t>v 0.888050 13.545280 1.508521</w:t>
        <w:br/>
        <w:t>v 1.070596 13.338588 1.500737</w:t>
        <w:br/>
        <w:t>v 1.070596 13.338588 1.500737</w:t>
        <w:br/>
        <w:t>v 1.117217 13.410674 1.568650</w:t>
        <w:br/>
        <w:t>v 0.989265 13.545205 1.486563</w:t>
        <w:br/>
        <w:t>v 0.987793 13.499931 1.557658</w:t>
        <w:br/>
        <w:t>v 0.916322 13.589612 1.540377</w:t>
        <w:br/>
        <w:t>v 0.947926 13.452831 1.511590</w:t>
        <w:br/>
        <w:t>v 0.989265 13.545205 1.486563</w:t>
        <w:br/>
        <w:t>v 0.947926 13.452831 1.511590</w:t>
        <w:br/>
        <w:t>v 0.891194 13.681635 1.463800</w:t>
        <w:br/>
        <w:t>v 0.802945 13.791729 1.411658</w:t>
        <w:br/>
        <w:t>v 0.868745 13.680514 1.497731</w:t>
        <w:br/>
        <w:t>v 0.809699 13.789376 1.424813</w:t>
        <w:br/>
        <w:t>v 0.880303 13.698763 1.507390</w:t>
        <w:br/>
        <w:t>v 0.868745 13.680514 1.497731</w:t>
        <w:br/>
        <w:t>v 0.802945 13.791729 1.411658</w:t>
        <w:br/>
        <w:t>v 0.802945 13.791729 1.411658</w:t>
        <w:br/>
        <w:t>v 0.880303 13.698763 1.507390</w:t>
        <w:br/>
        <w:t>v 0.809699 13.789376 1.424813</w:t>
        <w:br/>
        <w:t>v 0.821948 13.822830 1.391322</w:t>
        <w:br/>
        <w:t>v 0.821948 13.822830 1.391322</w:t>
        <w:br/>
        <w:t>v 0.823105 13.817724 1.376306</w:t>
        <w:br/>
        <w:t>v 0.916322 13.589612 1.540377</w:t>
        <w:br/>
        <w:t>v 0.930760 13.615079 1.546502</w:t>
        <w:br/>
        <w:t>v 0.823105 13.817724 1.376306</w:t>
        <w:br/>
        <w:t>v 0.823105 13.817724 1.376306</w:t>
        <w:br/>
        <w:t>v 0.195919 14.314719 1.578083</w:t>
        <w:br/>
        <w:t>v 0.195919 14.156595 1.578083</w:t>
        <w:br/>
        <w:t>v 0.144117 14.156596 1.578083</w:t>
        <w:br/>
        <w:t>v 0.144117 14.314718 1.578083</w:t>
        <w:br/>
        <w:t>v 0.144117 14.156596 1.578083</w:t>
        <w:br/>
        <w:t>v 0.195919 14.156595 1.578083</w:t>
        <w:br/>
        <w:t>v 0.195919 14.156596 1.548855</w:t>
        <w:br/>
        <w:t>v 0.144117 14.156596 1.548855</w:t>
        <w:br/>
        <w:t>v 0.195919 14.314719 1.578083</w:t>
        <w:br/>
        <w:t>v 0.144117 14.314718 1.578083</w:t>
        <w:br/>
        <w:t>v 0.144117 14.314719 1.548855</w:t>
        <w:br/>
        <w:t>v 0.195919 14.314719 1.548855</w:t>
        <w:br/>
        <w:t>v 0.144117 14.156596 1.548855</w:t>
        <w:br/>
        <w:t>v 0.195919 14.156596 1.548855</w:t>
        <w:br/>
        <w:t>v 0.195919 14.314719 1.548855</w:t>
        <w:br/>
        <w:t>v 0.144117 14.314719 1.548855</w:t>
        <w:br/>
        <w:t>v 0.195919 14.156595 1.578083</w:t>
        <w:br/>
        <w:t>v 0.195919 14.314719 1.578083</w:t>
        <w:br/>
        <w:t>v 0.195919 14.314719 1.548855</w:t>
        <w:br/>
        <w:t>v 0.195919 14.156596 1.548855</w:t>
        <w:br/>
        <w:t>v 0.144117 14.314718 1.578083</w:t>
        <w:br/>
        <w:t>v 0.144117 14.156596 1.578083</w:t>
        <w:br/>
        <w:t>v 0.144117 14.156596 1.548855</w:t>
        <w:br/>
        <w:t>v 0.144117 14.314719 1.548855</w:t>
        <w:br/>
        <w:t>v 0.620348 14.062649 1.423368</w:t>
        <w:br/>
        <w:t>v 0.625253 14.174479 1.454884</w:t>
        <w:br/>
        <w:t>v 0.731059 14.172028 1.399736</w:t>
        <w:br/>
        <w:t>v 0.725789 14.062462 1.369565</w:t>
        <w:br/>
        <w:t>v 0.717891 14.062711 1.353593</w:t>
        <w:br/>
        <w:t>v 0.725789 14.062462 1.369565</w:t>
        <w:br/>
        <w:t>v 0.731059 14.172028 1.399736</w:t>
        <w:br/>
        <w:t>v 0.723614 14.176165 1.385223</w:t>
        <w:br/>
        <w:t>v 0.612488 14.062927 1.407358</w:t>
        <w:br/>
        <w:t>v 0.717891 14.062711 1.353593</w:t>
        <w:br/>
        <w:t>v 0.723614 14.176165 1.385223</w:t>
        <w:br/>
        <w:t>v 0.617808 14.178617 1.440371</w:t>
        <w:br/>
        <w:t>v 0.620348 14.062649 1.423368</w:t>
        <w:br/>
        <w:t>v 0.612488 14.062927 1.407358</w:t>
        <w:br/>
        <w:t>v 0.617808 14.178617 1.440371</w:t>
        <w:br/>
        <w:t>v 0.625253 14.174479 1.454884</w:t>
        <w:br/>
        <w:t>v 0.625983 14.297276 1.464002</w:t>
        <w:br/>
        <w:t>v 0.634837 14.308279 1.482099</w:t>
        <w:br/>
        <w:t>v 0.644847 14.301287 1.502914</w:t>
        <w:br/>
        <w:t>v 0.740743 14.306254 1.426688</w:t>
        <w:br/>
        <w:t>v 0.750703 14.301148 1.447325</w:t>
        <w:br/>
        <w:t>v 0.644847 14.301287 1.502914</w:t>
        <w:br/>
        <w:t>v 0.634837 14.308279 1.482099</w:t>
        <w:br/>
        <w:t>v 0.731876 14.295112 1.408767</w:t>
        <w:br/>
        <w:t>v 0.625983 14.297276 1.464002</w:t>
        <w:br/>
        <w:t>v 0.731876 14.295112 1.408767</w:t>
        <w:br/>
        <w:t>v 0.641766 14.166405 1.481672</w:t>
        <w:br/>
        <w:t>v 0.690952 14.153577 1.453123</w:t>
        <w:br/>
        <w:t>v 0.742365 14.168127 1.428210</w:t>
        <w:br/>
        <w:t>v 0.750213 14.165623 1.442509</w:t>
        <w:br/>
        <w:t>v 0.750703 14.301148 1.447325</w:t>
        <w:br/>
        <w:t>v 0.742365 14.168127 1.428210</w:t>
        <w:br/>
        <w:t>v 0.644847 14.301287 1.502914</w:t>
        <w:br/>
        <w:t>v 0.750703 14.301148 1.447325</w:t>
        <w:br/>
        <w:t>v 0.750213 14.165623 1.442509</w:t>
        <w:br/>
        <w:t>v 0.649425 14.163349 1.496059</w:t>
        <w:br/>
        <w:t>v 0.649425 14.163349 1.496059</w:t>
        <w:br/>
        <w:t>v 0.641766 14.166405 1.481672</w:t>
        <w:br/>
        <w:t>v 0.690952 14.153577 1.453123</w:t>
        <w:br/>
        <w:t>v 0.641766 14.166405 1.481672</w:t>
        <w:br/>
        <w:t>v 0.649425 14.163349 1.496059</w:t>
        <w:br/>
        <w:t>v 0.699165 14.146950 1.467976</w:t>
        <w:br/>
        <w:t>v 0.750213 14.165623 1.442509</w:t>
        <w:br/>
        <w:t>v 0.742365 14.168127 1.428210</w:t>
        <w:br/>
        <w:t>v 0.699165 14.146950 1.467976</w:t>
        <w:br/>
        <w:t>v 0.742365 14.168127 1.428210</w:t>
        <w:br/>
        <w:t>v 0.731059 14.172028 1.399736</w:t>
        <w:br/>
        <w:t>v 0.625253 14.174479 1.454884</w:t>
        <w:br/>
        <w:t>v 0.641766 14.166405 1.481672</w:t>
        <w:br/>
        <w:t>v 0.740743 14.306254 1.426688</w:t>
        <w:br/>
        <w:t>v 0.727890 14.263584 1.463386</w:t>
        <w:br/>
        <w:t>v 0.738542 14.231085 1.456330</w:t>
        <w:br/>
        <w:t>v 0.725714 14.199129 1.461965</w:t>
        <w:br/>
        <w:t>v 0.668969 14.200373 1.492613</w:t>
        <w:br/>
        <w:t>v 0.671145 14.264879 1.494047</w:t>
        <w:br/>
        <w:t>v 0.699970 14.277578 1.478981</w:t>
        <w:br/>
        <w:t>v 0.696901 14.186388 1.476993</w:t>
        <w:br/>
        <w:t>v 0.658304 14.232898 1.499681</w:t>
        <w:br/>
        <w:t>v 1.691519 12.319883 1.567642</w:t>
        <w:br/>
        <w:t>v 1.582770 12.243035 1.655092</w:t>
        <w:br/>
        <w:t>v 1.585349 12.245117 1.664908</w:t>
        <w:br/>
        <w:t>v 1.692538 12.322148 1.575490</w:t>
        <w:br/>
        <w:t>v 1.518555 12.360451 1.625380</w:t>
        <w:br/>
        <w:t>v 1.582770 12.243035 1.655092</w:t>
        <w:br/>
        <w:t>v 1.691519 12.319883 1.567642</w:t>
        <w:br/>
        <w:t>v 1.660933 12.383041 1.554776</w:t>
        <w:br/>
        <w:t>v 1.270894 12.820283 1.524870</w:t>
        <w:br/>
        <w:t>v 1.105621 12.798594 1.604944</w:t>
        <w:br/>
        <w:t>v 1.266838 12.320500 1.698562</w:t>
        <w:br/>
        <w:t>v 1.266838 12.320500 1.698562</w:t>
        <w:br/>
        <w:t>v 1.105621 12.798594 1.604944</w:t>
        <w:br/>
        <w:t>v 1.108401 12.801712 1.613232</w:t>
        <w:br/>
        <w:t>v 1.270284 12.321054 1.707240</w:t>
        <w:br/>
        <w:t>v 1.585349 12.245117 1.664908</w:t>
        <w:br/>
        <w:t>v 1.346346 12.116233 1.747170</w:t>
        <w:br/>
        <w:t>v 1.270284 12.321054 1.707240</w:t>
        <w:br/>
        <w:t>v 1.526095 12.361643 1.644616</w:t>
        <w:br/>
        <w:t>v 1.403821 12.841040 1.469760</w:t>
        <w:br/>
        <w:t>v 1.346346 12.116233 1.747170</w:t>
        <w:br/>
        <w:t>v 1.344548 12.113744 1.738593</w:t>
        <w:br/>
        <w:t>v 1.663335 12.383432 1.562787</w:t>
        <w:br/>
        <w:t>v 1.692538 12.322148 1.575490</w:t>
        <w:br/>
        <w:t>v 1.663335 12.383432 1.562787</w:t>
        <w:br/>
        <w:t>v 1.406285 12.843843 1.477658</w:t>
        <w:br/>
        <w:t>v 1.403821 12.841040 1.469760</w:t>
        <w:br/>
        <w:t>v 1.660933 12.383041 1.554776</w:t>
        <w:br/>
        <w:t>v 1.126787 13.282409 1.391221</w:t>
        <w:br/>
        <w:t>v 1.033055 13.279923 1.420675</w:t>
        <w:br/>
        <w:t>v 1.276598 12.826758 1.541842</w:t>
        <w:br/>
        <w:t>v 1.040462 13.285482 1.435873</w:t>
        <w:br/>
        <w:t>v 1.130195 13.285051 1.398615</w:t>
        <w:br/>
        <w:t>v 1.406285 12.843843 1.477658</w:t>
        <w:br/>
        <w:t>v 1.130195 13.285051 1.398615</w:t>
        <w:br/>
        <w:t>v 1.126787 13.282409 1.391221</w:t>
        <w:br/>
        <w:t>v 0.820338 13.624198 1.398289</w:t>
        <w:br/>
        <w:t>v 0.857294 13.640502 1.356359</w:t>
        <w:br/>
        <w:t>v 0.861545 13.643598 1.363635</w:t>
        <w:br/>
        <w:t>v 0.824577 13.627291 1.405608</w:t>
        <w:br/>
        <w:t>v 0.944567 13.290849 1.503214</w:t>
        <w:br/>
        <w:t>v 0.824577 13.627291 1.405608</w:t>
        <w:br/>
        <w:t>v 0.861545 13.643598 1.363635</w:t>
        <w:br/>
        <w:t>v 1.108401 12.801712 1.613232</w:t>
        <w:br/>
        <w:t>v 0.824577 13.627291 1.405608</w:t>
        <w:br/>
        <w:t>v 0.944567 13.290849 1.503214</w:t>
        <w:br/>
        <w:t>v 0.941059 13.288171 1.495731</w:t>
        <w:br/>
        <w:t>v 0.820338 13.624198 1.398289</w:t>
        <w:br/>
        <w:t>v 0.941059 13.288171 1.495731</w:t>
        <w:br/>
        <w:t>v 0.902312 13.625669 1.337620</w:t>
        <w:br/>
        <w:t>v 0.857294 13.640502 1.356359</w:t>
        <w:br/>
        <w:t>v 0.820338 13.624198 1.398289</w:t>
        <w:br/>
        <w:t>v 0.906537 13.628714 1.344889</w:t>
        <w:br/>
        <w:t>v 0.902312 13.625669 1.337620</w:t>
        <w:br/>
        <w:t>v 0.906537 13.628714 1.344889</w:t>
        <w:br/>
        <w:t>v 1.344548 12.113744 1.738593</w:t>
        <w:br/>
        <w:t>v 1.344548 12.113744 1.738593</w:t>
        <w:br/>
        <w:t>v 1.346346 12.116233 1.747170</w:t>
        <w:br/>
        <w:t>v 1.692538 12.322148 1.575490</w:t>
        <w:br/>
        <w:t>v 1.691519 12.319883 1.567642</w:t>
        <w:br/>
        <w:t>v 4.651830 13.657237 0.302631</w:t>
        <w:br/>
        <w:t>v 4.695341 13.685653 0.282320</w:t>
        <w:br/>
        <w:t>v 4.912656 13.440456 0.273101</w:t>
        <w:br/>
        <w:t>v 4.714217 13.670387 0.209842</w:t>
        <w:br/>
        <w:t>v 5.003510 13.563825 0.224632</w:t>
        <w:br/>
        <w:t>v 4.779461 13.793276 0.235385</w:t>
        <w:br/>
        <w:t>v 4.745415 13.741726 0.254778</w:t>
        <w:br/>
        <w:t>v 4.849445 13.851980 0.118060</w:t>
        <w:br/>
        <w:t>v 4.865566 13.876670 0.075275</w:t>
        <w:br/>
        <w:t>v 5.065623 13.643881 0.082367</w:t>
        <w:br/>
        <w:t>v 4.819468 13.783833 0.122172</w:t>
        <w:br/>
        <w:t>v 4.803273 13.814068 0.196046</w:t>
        <w:br/>
        <w:t>v 4.869744 13.881084 -0.060111</w:t>
        <w:br/>
        <w:t>v 4.879144 13.884191 -0.131608</w:t>
        <w:br/>
        <w:t>v 5.049703 13.625088 -0.081755</w:t>
        <w:br/>
        <w:t>v 4.837865 13.823679 -0.008233</w:t>
        <w:br/>
        <w:t>v 4.866175 13.874959 0.013826</w:t>
        <w:br/>
        <w:t>v 4.837865 13.823679 -0.008233</w:t>
        <w:br/>
        <w:t>v 5.065623 13.643881 0.082367</w:t>
        <w:br/>
        <w:t>v 4.866175 13.874959 0.013826</w:t>
        <w:br/>
        <w:t>v 4.826233 13.818022 -0.246380</w:t>
        <w:br/>
        <w:t>v 4.807130 13.797556 -0.281544</w:t>
        <w:br/>
        <w:t>v 5.013956 13.570737 -0.238520</w:t>
        <w:br/>
        <w:t>v 4.818241 13.803261 -0.188604</w:t>
        <w:br/>
        <w:t>v 4.818241 13.803261 -0.188604</w:t>
        <w:br/>
        <w:t>v 5.049703 13.625088 -0.081755</w:t>
        <w:br/>
        <w:t>v 4.861266 13.855518 -0.177537</w:t>
        <w:br/>
        <w:t>v 4.738665 13.698992 -0.331284</w:t>
        <w:br/>
        <w:t>v 4.708938 13.661764 -0.354664</w:t>
        <w:br/>
        <w:t>v 4.944418 13.463947 -0.325650</w:t>
        <w:br/>
        <w:t>v 4.753571 13.712589 -0.270716</w:t>
        <w:br/>
        <w:t>v 4.770411 13.755028 -0.305968</w:t>
        <w:br/>
        <w:t>v 4.753571 13.712589 -0.270716</w:t>
        <w:br/>
        <w:t>v 4.944418 13.463947 -0.325650</w:t>
        <w:br/>
        <w:t>v 4.770411 13.755028 -0.305968</w:t>
        <w:br/>
        <w:t>v 4.660249 13.585882 -0.289027</w:t>
        <w:br/>
        <w:t>v 4.620698 13.536680 -0.326857</w:t>
        <w:br/>
        <w:t>v 4.860776 13.347227 -0.295102</w:t>
        <w:br/>
        <w:t>v 4.667615 13.611824 -0.345445</w:t>
        <w:br/>
        <w:t>v 4.660249 13.585882 -0.289027</w:t>
        <w:br/>
        <w:t>v 4.860776 13.347227 -0.295102</w:t>
        <w:br/>
        <w:t>v 4.667615 13.611824 -0.345445</w:t>
        <w:br/>
        <w:t>v 4.607218 13.479517 -0.187649</w:t>
        <w:br/>
        <w:t>v 4.554345 13.437006 -0.162572</w:t>
        <w:br/>
        <w:t>v 4.801265 13.270807 -0.174406</w:t>
        <w:br/>
        <w:t>v 4.582559 13.489337 -0.294913</w:t>
        <w:br/>
        <w:t>v 4.568256 13.461178 -0.240420</w:t>
        <w:br/>
        <w:t>v 4.529147 13.429265 -0.044932</w:t>
        <w:br/>
        <w:t>v 4.595683 13.490991 -0.013717</w:t>
        <w:br/>
        <w:t>v 4.795733 13.273971 0.015309</w:t>
        <w:br/>
        <w:t>v 4.523273 13.424889 -0.102796</w:t>
        <w:br/>
        <w:t>v 4.529147 13.429265 -0.044932</w:t>
        <w:br/>
        <w:t>v 4.801265 13.270807 -0.174406</w:t>
        <w:br/>
        <w:t>v 4.610307 13.508151 0.165636</w:t>
        <w:br/>
        <w:t>v 4.567065 13.483554 0.193556</w:t>
        <w:br/>
        <w:t>v 4.836968 13.335001 0.178904</w:t>
        <w:br/>
        <w:t>v 4.601671 13.500610 0.136572</w:t>
        <w:br/>
        <w:t>v 4.610307 13.508151 0.165636</w:t>
        <w:br/>
        <w:t>v 4.836968 13.335001 0.178904</w:t>
        <w:br/>
        <w:t>v 4.795733 13.273971 0.015309</w:t>
        <w:br/>
        <w:t>v 4.536368 13.452329 0.101798</w:t>
        <w:br/>
        <w:t>v 4.552421 13.473365 0.139087</w:t>
        <w:br/>
        <w:t>v 4.536212 13.444506 0.047581</w:t>
        <w:br/>
        <w:t>v 4.595683 13.490991 -0.013717</w:t>
        <w:br/>
        <w:t>v 4.795733 13.273971 0.015309</w:t>
        <w:br/>
        <w:t>v 4.664709 13.602476 0.207440</w:t>
        <w:br/>
        <w:t>v 4.632797 13.615412 0.288961</w:t>
        <w:br/>
        <w:t>v 4.912656 13.440456 0.273101</w:t>
        <w:br/>
        <w:t>v 4.638630 13.568032 0.195367</w:t>
        <w:br/>
        <w:t>v 4.664709 13.602476 0.207440</w:t>
        <w:br/>
        <w:t>v 4.583299 13.540738 0.286382</w:t>
        <w:br/>
        <w:t>v 4.616312 13.564964 0.281817</w:t>
        <w:br/>
        <w:t>v 4.836968 13.335001 0.178904</w:t>
        <w:br/>
        <w:t>v 4.558735 13.493337 0.237850</w:t>
        <w:br/>
        <w:t>v 4.567065 13.483554 0.193556</w:t>
        <w:br/>
        <w:t>v 4.745415 13.741726 0.254778</w:t>
        <w:br/>
        <w:t>v 5.003510 13.563825 0.224632</w:t>
        <w:br/>
        <w:t>v 4.735697 13.702155 0.190902</w:t>
        <w:br/>
        <w:t>v 4.735697 13.702155 0.190902</w:t>
        <w:br/>
        <w:t>v 4.912656 13.440456 0.273101</w:t>
        <w:br/>
        <w:t>v 4.695341 13.685653 0.282320</w:t>
        <w:br/>
        <w:t>v 4.696401 13.653315 0.252200</w:t>
        <w:br/>
        <w:t>v 4.632797 13.615412 0.288961</w:t>
        <w:br/>
        <w:t>v 4.620356 13.549737 0.198674</w:t>
        <w:br/>
        <w:t>v 4.819468 13.783833 0.122172</w:t>
        <w:br/>
        <w:t>v 5.003510 13.563825 0.224632</w:t>
        <w:br/>
        <w:t>v 4.601671 13.500610 0.136572</w:t>
        <w:br/>
        <w:t>v 4.836968 13.335001 0.178904</w:t>
        <w:br/>
        <w:t>v 4.616312 13.564964 0.281817</w:t>
        <w:br/>
        <w:t>v 4.620356 13.549737 0.198674</w:t>
        <w:br/>
        <w:t>v 4.860776 13.347227 -0.295102</w:t>
        <w:br/>
        <w:t>v 4.607218 13.479517 -0.187649</w:t>
        <w:br/>
        <w:t>v 4.912656 13.440456 0.273101</w:t>
        <w:br/>
        <w:t>v 4.696401 13.653315 0.252200</w:t>
        <w:br/>
        <w:t>v 0.000006 15.854403 -0.500875</w:t>
        <w:br/>
        <w:t>v 0.000006 15.885768 -0.474880</w:t>
        <w:br/>
        <w:t>v -0.091173 15.862539 -0.475773</w:t>
        <w:br/>
        <w:t>v -0.077830 15.819214 -0.500636</w:t>
        <w:br/>
        <w:t>v -0.075818 15.599365 -0.475232</w:t>
        <w:br/>
        <w:t>v -0.055054 15.630606 -0.452356</w:t>
        <w:br/>
        <w:t>v -0.056513 15.792263 -0.471535</w:t>
        <w:br/>
        <w:t>v -0.049042 15.818799 -0.473107</w:t>
        <w:br/>
        <w:t>v -0.114238 15.810410 -0.473660</w:t>
        <w:br/>
        <w:t>v -0.077830 15.819214 -0.500636</w:t>
        <w:br/>
        <w:t>v -0.112428 15.611855 -0.450947</w:t>
        <w:br/>
        <w:t>v -0.075818 15.599365 -0.475232</w:t>
        <w:br/>
        <w:t>v 0.000006 15.854403 -0.500875</w:t>
        <w:br/>
        <w:t>v 0.000006 15.826332 -0.472515</w:t>
        <w:br/>
        <w:t>v -0.088445 15.560743 -0.442005</w:t>
        <w:br/>
        <w:t>v 0.000006 15.597178 -0.445816</w:t>
        <w:br/>
        <w:t>v -0.047106 15.604321 -0.447992</w:t>
        <w:br/>
        <w:t>v 0.000006 15.565346 -0.467951</w:t>
        <w:br/>
        <w:t>v 0.000005 15.538747 -0.435843</w:t>
        <w:br/>
        <w:t>v 0.000006 15.565346 -0.467951</w:t>
        <w:br/>
        <w:t>v -0.091173 15.862539 -0.475773</w:t>
        <w:br/>
        <w:t>v 0.000006 15.885768 -0.474880</w:t>
        <w:br/>
        <w:t>v 0.000006 15.826332 -0.472515</w:t>
        <w:br/>
        <w:t>v -0.049042 15.818799 -0.473107</w:t>
        <w:br/>
        <w:t>v -0.114238 15.810410 -0.473660</w:t>
        <w:br/>
        <w:t>v -0.056513 15.792263 -0.471535</w:t>
        <w:br/>
        <w:t>v -0.112428 15.611855 -0.450947</w:t>
        <w:br/>
        <w:t>v -0.055054 15.630606 -0.452356</w:t>
        <w:br/>
        <w:t>v -0.047106 15.604321 -0.447992</w:t>
        <w:br/>
        <w:t>v 0.000006 15.597178 -0.445816</w:t>
        <w:br/>
        <w:t>v 0.000005 15.538747 -0.435843</w:t>
        <w:br/>
        <w:t>v -0.088445 15.560743 -0.442005</w:t>
        <w:br/>
        <w:t>v 0.091185 15.862539 -0.475773</w:t>
        <w:br/>
        <w:t>v 0.055065 15.630606 -0.452356</w:t>
        <w:br/>
        <w:t>v 0.075829 15.599365 -0.475232</w:t>
        <w:br/>
        <w:t>v 0.077841 15.819214 -0.500636</w:t>
        <w:br/>
        <w:t>v 0.056524 15.792263 -0.471535</w:t>
        <w:br/>
        <w:t>v 0.049054 15.818799 -0.473107</w:t>
        <w:br/>
        <w:t>v 0.077841 15.819214 -0.500636</w:t>
        <w:br/>
        <w:t>v 0.114250 15.810410 -0.473660</w:t>
        <w:br/>
        <w:t>v 0.112439 15.611855 -0.450947</w:t>
        <w:br/>
        <w:t>v 0.075829 15.599365 -0.475232</w:t>
        <w:br/>
        <w:t>v 0.088456 15.560743 -0.442005</w:t>
        <w:br/>
        <w:t>v 0.047117 15.604321 -0.447992</w:t>
        <w:br/>
        <w:t>v 0.000006 15.826332 -0.472515</w:t>
        <w:br/>
        <w:t>v 0.000006 15.885768 -0.474880</w:t>
        <w:br/>
        <w:t>v 0.091185 15.862539 -0.475773</w:t>
        <w:br/>
        <w:t>v 0.049054 15.818799 -0.473107</w:t>
        <w:br/>
        <w:t>v 0.114250 15.810410 -0.473660</w:t>
        <w:br/>
        <w:t>v 0.056524 15.792263 -0.471535</w:t>
        <w:br/>
        <w:t>v 0.112439 15.611855 -0.450947</w:t>
        <w:br/>
        <w:t>v 0.055065 15.630606 -0.452356</w:t>
        <w:br/>
        <w:t>v 0.000005 15.538747 -0.435843</w:t>
        <w:br/>
        <w:t>v 0.000006 15.597178 -0.445816</w:t>
        <w:br/>
        <w:t>v 0.047117 15.604321 -0.447992</w:t>
        <w:br/>
        <w:t>v 0.088456 15.560743 -0.442005</w:t>
        <w:br/>
        <w:t>v 0.000005 15.076738 -0.309098</w:t>
        <w:br/>
        <w:t>v 0.000005 15.042065 -0.323222</w:t>
        <w:br/>
        <w:t>v 0.088656 15.056189 -0.302886</w:t>
        <w:br/>
        <w:t>v 0.075413 15.011366 -0.312519</w:t>
        <w:br/>
        <w:t>v 0.111922 15.011089 -0.285002</w:t>
        <w:br/>
        <w:t>v 0.046751 15.018937 -0.285933</w:t>
        <w:br/>
        <w:t>v 0.054335 14.995922 -0.276601</w:t>
        <w:br/>
        <w:t>v 0.075413 15.011366 -0.312519</w:t>
        <w:br/>
        <w:t>v 0.111142 14.838077 -0.214876</w:t>
        <w:br/>
        <w:t>v 0.074570 14.821136 -0.234458</w:t>
        <w:br/>
        <w:t>v 0.087486 14.792800 -0.197030</w:t>
        <w:br/>
        <w:t>v 0.000005 15.042065 -0.323222</w:t>
        <w:br/>
        <w:t>v 0.000004 14.791505 -0.221252</w:t>
        <w:br/>
        <w:t>v 0.053718 14.855205 -0.219177</w:t>
        <w:br/>
        <w:t>v 0.045946 14.832127 -0.209971</w:t>
        <w:br/>
        <w:t>v 0.074570 14.821136 -0.234458</w:t>
        <w:br/>
        <w:t>v 0.000004 14.826039 -0.206651</w:t>
        <w:br/>
        <w:t>v 0.000004 14.791505 -0.221252</w:t>
        <w:br/>
        <w:t>v 0.000005 15.025789 -0.287580</w:t>
        <w:br/>
        <w:t>v 0.000005 15.076738 -0.309098</w:t>
        <w:br/>
        <w:t>v 0.088656 15.056189 -0.302886</w:t>
        <w:br/>
        <w:t>v 0.046751 15.018937 -0.285933</w:t>
        <w:br/>
        <w:t>v 0.111922 15.011089 -0.285002</w:t>
        <w:br/>
        <w:t>v 0.054335 14.995922 -0.276601</w:t>
        <w:br/>
        <w:t>v 0.111142 14.838077 -0.214876</w:t>
        <w:br/>
        <w:t>v 0.053718 14.855205 -0.219177</w:t>
        <w:br/>
        <w:t>v 0.087486 14.792800 -0.197030</w:t>
        <w:br/>
        <w:t>v 0.045946 14.832127 -0.209971</w:t>
        <w:br/>
        <w:t>v 0.000004 14.773408 -0.187950</w:t>
        <w:br/>
        <w:t>v 0.000004 14.826039 -0.206651</w:t>
        <w:br/>
        <w:t>v 0.000004 14.773408 -0.187950</w:t>
        <w:br/>
        <w:t>v 0.000005 15.025789 -0.287580</w:t>
        <w:br/>
        <w:t>v -0.088647 15.056189 -0.302886</w:t>
        <w:br/>
        <w:t>v -0.111913 15.011088 -0.285002</w:t>
        <w:br/>
        <w:t>v -0.075404 15.011366 -0.312519</w:t>
        <w:br/>
        <w:t>v -0.054325 14.995922 -0.276601</w:t>
        <w:br/>
        <w:t>v -0.046742 15.018937 -0.285933</w:t>
        <w:br/>
        <w:t>v -0.075404 15.011366 -0.312519</w:t>
        <w:br/>
        <w:t>v -0.111133 14.838076 -0.214876</w:t>
        <w:br/>
        <w:t>v -0.074561 14.821136 -0.234458</w:t>
        <w:br/>
        <w:t>v -0.087477 14.792800 -0.197030</w:t>
        <w:br/>
        <w:t>v -0.045937 14.832127 -0.209971</w:t>
        <w:br/>
        <w:t>v -0.053709 14.855205 -0.219177</w:t>
        <w:br/>
        <w:t>v -0.074561 14.821136 -0.234458</w:t>
        <w:br/>
        <w:t>v -0.088647 15.056189 -0.302886</w:t>
        <w:br/>
        <w:t>v 0.000005 15.076738 -0.309098</w:t>
        <w:br/>
        <w:t>v 0.000005 15.025789 -0.287580</w:t>
        <w:br/>
        <w:t>v -0.046742 15.018937 -0.285933</w:t>
        <w:br/>
        <w:t>v -0.111913 15.011088 -0.285002</w:t>
        <w:br/>
        <w:t>v -0.054325 14.995922 -0.276601</w:t>
        <w:br/>
        <w:t>v -0.111133 14.838076 -0.214876</w:t>
        <w:br/>
        <w:t>v -0.053709 14.855205 -0.219177</w:t>
        <w:br/>
        <w:t>v -0.087477 14.792800 -0.197030</w:t>
        <w:br/>
        <w:t>v -0.045937 14.832127 -0.209971</w:t>
        <w:br/>
        <w:t>v 0.000004 14.826039 -0.206651</w:t>
        <w:br/>
        <w:t>v 0.000004 14.773408 -0.187950</w:t>
        <w:br/>
        <w:t>v 1.284880 18.890575 0.229343</w:t>
        <w:br/>
        <w:t>v 1.290087 18.949554 0.190016</w:t>
        <w:br/>
        <w:t>v 1.339475 18.901981 0.085972</w:t>
        <w:br/>
        <w:t>v 1.314774 18.786064 0.173843</w:t>
        <w:br/>
        <w:t>v 1.252408 18.924507 0.271311</w:t>
        <w:br/>
        <w:t>v 1.254823 18.963867 0.251063</w:t>
        <w:br/>
        <w:t>v 1.357823 18.853638 0.009167</w:t>
        <w:br/>
        <w:t>v 1.312020 18.723442 0.111061</w:t>
        <w:br/>
        <w:t>v 1.297632 18.722839 0.096800</w:t>
        <w:br/>
        <w:t>v 1.312020 18.723442 0.111061</w:t>
        <w:br/>
        <w:t>v 1.357823 18.853638 0.009167</w:t>
        <w:br/>
        <w:t>v 1.348970 18.858917 -0.005686</w:t>
        <w:br/>
        <w:t>v 1.280755 18.736511 0.091530</w:t>
        <w:br/>
        <w:t>v 1.334960 18.872528 -0.008339</w:t>
        <w:br/>
        <w:t>v 1.313466 18.910179 0.024712</w:t>
        <w:br/>
        <w:t>v 1.263135 18.774719 0.121311</w:t>
        <w:br/>
        <w:t>v 1.287546 18.946060 0.090524</w:t>
        <w:br/>
        <w:t>v 1.252081 18.835987 0.169278</w:t>
        <w:br/>
        <w:t>v 1.248773 18.894497 0.213132</w:t>
        <w:br/>
        <w:t>v 1.267688 18.964222 0.171579</w:t>
        <w:br/>
        <w:t>v 1.248069 18.968330 0.246522</w:t>
        <w:br/>
        <w:t>v 1.238410 18.928314 0.264595</w:t>
        <w:br/>
        <w:t>v 1.254823 18.963867 0.251063</w:t>
        <w:br/>
        <w:t>v 1.274115 18.950085 0.180949</w:t>
        <w:br/>
        <w:t>v 1.290087 18.949554 0.190016</w:t>
        <w:br/>
        <w:t>v 1.339475 18.901981 0.085972</w:t>
        <w:br/>
        <w:t>v 1.295583 18.914455 0.109565</w:t>
        <w:br/>
        <w:t>v 1.348970 18.858917 -0.005686</w:t>
        <w:br/>
        <w:t>v 1.357823 18.853638 0.009167</w:t>
        <w:br/>
        <w:t>v 1.334960 18.872528 -0.008339</w:t>
        <w:br/>
        <w:t>v 1.287546 18.946060 0.090524</w:t>
        <w:br/>
        <w:t>v 1.313466 18.910179 0.024712</w:t>
        <w:br/>
        <w:t>v 1.274115 18.950085 0.180949</w:t>
        <w:br/>
        <w:t>v 1.267688 18.964222 0.171579</w:t>
        <w:br/>
        <w:t>v 1.254823 18.963867 0.251063</w:t>
        <w:br/>
        <w:t>v 1.248069 18.968330 0.246522</w:t>
        <w:br/>
        <w:t>v 1.284880 18.890575 0.229343</w:t>
        <w:br/>
        <w:t>v 1.271197 18.901413 0.212956</w:t>
        <w:br/>
        <w:t>v 1.252408 18.924507 0.271311</w:t>
        <w:br/>
        <w:t>v 1.296174 18.849659 0.156814</w:t>
        <w:br/>
        <w:t>v 1.314774 18.786064 0.173843</w:t>
        <w:br/>
        <w:t>v 1.312020 18.723442 0.111061</w:t>
        <w:br/>
        <w:t>v 1.271197 18.901413 0.212956</w:t>
        <w:br/>
        <w:t>v 1.248773 18.894497 0.213132</w:t>
        <w:br/>
        <w:t>v 1.238410 18.928314 0.264595</w:t>
        <w:br/>
        <w:t>v 1.296174 18.849659 0.156814</w:t>
        <w:br/>
        <w:t>v 1.252081 18.835987 0.169278</w:t>
        <w:br/>
        <w:t>v 1.263135 18.774719 0.121311</w:t>
        <w:br/>
        <w:t>v 1.280755 18.736511 0.091530</w:t>
        <w:br/>
        <w:t>v 1.297632 18.722839 0.096800</w:t>
        <w:br/>
        <w:t>v 2.966873 15.418617 0.151088</w:t>
        <w:br/>
        <w:t>v 2.993634 15.410522 -0.029635</w:t>
        <w:br/>
        <w:t>v 3.025828 15.374645 -0.037659</w:t>
        <w:br/>
        <w:t>v 3.019899 15.350623 0.156257</w:t>
        <w:br/>
        <w:t>v 2.990327 15.285595 0.356311</w:t>
        <w:br/>
        <w:t>v 2.892851 15.400681 0.347872</w:t>
        <w:br/>
        <w:t>v 2.952617 15.393792 0.133670</w:t>
        <w:br/>
        <w:t>v 2.966873 15.418617 0.151088</w:t>
        <w:br/>
        <w:t>v 2.892851 15.400681 0.347872</w:t>
        <w:br/>
        <w:t>v 2.891284 15.348474 0.320392</w:t>
        <w:br/>
        <w:t>v 2.993634 15.410522 -0.029635</w:t>
        <w:br/>
        <w:t>v 2.921115 15.405189 0.112215</w:t>
        <w:br/>
        <w:t>v 2.999750 15.300986 0.113875</w:t>
        <w:br/>
        <w:t>v 3.006584 15.360309 -0.054977</w:t>
        <w:br/>
        <w:t>v 2.978052 15.399308 -0.048714</w:t>
        <w:br/>
        <w:t>v 2.967035 15.213246 0.294912</w:t>
        <w:br/>
        <w:t>v 2.832164 15.365108 0.298610</w:t>
        <w:br/>
        <w:t>v 2.832164 15.365108 0.298610</w:t>
        <w:br/>
        <w:t>v 2.921115 15.405189 0.112215</w:t>
        <w:br/>
        <w:t>v 2.952617 15.393792 0.133670</w:t>
        <w:br/>
        <w:t>v 2.891284 15.348474 0.320392</w:t>
        <w:br/>
        <w:t>v 2.978052 15.399308 -0.048714</w:t>
        <w:br/>
        <w:t>v 2.993634 15.410522 -0.029635</w:t>
        <w:br/>
        <w:t>v 2.901815 15.100260 0.428738</w:t>
        <w:br/>
        <w:t>v 2.898915 15.175591 0.433266</w:t>
        <w:br/>
        <w:t>v 2.939989 15.277328 0.316770</w:t>
        <w:br/>
        <w:t>v 2.967035 15.213246 0.294912</w:t>
        <w:br/>
        <w:t>v 2.990327 15.285595 0.356311</w:t>
        <w:br/>
        <w:t>v 3.019899 15.350623 0.156257</w:t>
        <w:br/>
        <w:t>v 2.986166 15.345379 0.133972</w:t>
        <w:br/>
        <w:t>v 2.939989 15.277328 0.316770</w:t>
        <w:br/>
        <w:t>v 2.986166 15.345379 0.133972</w:t>
        <w:br/>
        <w:t>v 2.999750 15.300986 0.113875</w:t>
        <w:br/>
        <w:t>v 3.025828 15.374645 -0.037659</w:t>
        <w:br/>
        <w:t>v 3.006584 15.360309 -0.054977</w:t>
        <w:br/>
        <w:t>v 3.025828 15.374645 -0.037659</w:t>
        <w:br/>
        <w:t>v 2.737020 15.307847 0.440170</w:t>
        <w:br/>
        <w:t>v 2.901815 15.100260 0.428738</w:t>
        <w:br/>
        <w:t>v 2.905796 15.113855 0.481899</w:t>
        <w:br/>
        <w:t>v 2.755536 15.320045 0.498123</w:t>
        <w:br/>
        <w:t>v 2.905796 15.113855 0.481899</w:t>
        <w:br/>
        <w:t>v 2.806506 15.357399 0.484012</w:t>
        <w:br/>
        <w:t>v 2.755536 15.320045 0.498123</w:t>
        <w:br/>
        <w:t>v 2.804780 15.318112 0.442346</w:t>
        <w:br/>
        <w:t>v 2.737020 15.307847 0.440170</w:t>
        <w:br/>
        <w:t>v 2.905796 15.113855 0.481899</w:t>
        <w:br/>
        <w:t>v 2.755536 15.320045 0.498123</w:t>
        <w:br/>
        <w:t>v 2.806506 15.357399 0.484012</w:t>
        <w:br/>
        <w:t>v 2.939417 15.187628 0.480515</w:t>
        <w:br/>
        <w:t>v 2.939417 15.187628 0.480515</w:t>
        <w:br/>
        <w:t>v 3.025828 15.374645 -0.059768</w:t>
        <w:br/>
        <w:t>v 2.993634 15.410522 -0.067792</w:t>
        <w:br/>
        <w:t>v 2.966873 15.418617 -0.248515</w:t>
        <w:br/>
        <w:t>v 3.019899 15.350623 -0.253684</w:t>
        <w:br/>
        <w:t>v 2.990328 15.285596 -0.453738</w:t>
        <w:br/>
        <w:t>v 2.892852 15.400681 -0.445299</w:t>
        <w:br/>
        <w:t>v 2.892852 15.400681 -0.445299</w:t>
        <w:br/>
        <w:t>v 2.966873 15.418617 -0.248515</w:t>
        <w:br/>
        <w:t>v 2.952617 15.393792 -0.231097</w:t>
        <w:br/>
        <w:t>v 2.891284 15.348475 -0.417820</w:t>
        <w:br/>
        <w:t>v 2.993634 15.410522 -0.067792</w:t>
        <w:br/>
        <w:t>v 3.006584 15.360309 -0.042451</w:t>
        <w:br/>
        <w:t>v 2.999750 15.300986 -0.211302</w:t>
        <w:br/>
        <w:t>v 2.921115 15.405189 -0.209642</w:t>
        <w:br/>
        <w:t>v 2.978052 15.399308 -0.048714</w:t>
        <w:br/>
        <w:t>v 2.967036 15.213248 -0.392340</w:t>
        <w:br/>
        <w:t>v 2.832164 15.365110 -0.396037</w:t>
        <w:br/>
        <w:t>v 2.952617 15.393792 -0.231097</w:t>
        <w:br/>
        <w:t>v 2.921115 15.405189 -0.209642</w:t>
        <w:br/>
        <w:t>v 2.832164 15.365110 -0.396037</w:t>
        <w:br/>
        <w:t>v 2.891284 15.348475 -0.417820</w:t>
        <w:br/>
        <w:t>v 2.993634 15.410522 -0.067792</w:t>
        <w:br/>
        <w:t>v 2.978052 15.399308 -0.048714</w:t>
        <w:br/>
        <w:t>v 2.939990 15.277328 -0.414198</w:t>
        <w:br/>
        <w:t>v 2.898916 15.175593 -0.530693</w:t>
        <w:br/>
        <w:t>v 2.901816 15.100263 -0.526178</w:t>
        <w:br/>
        <w:t>v 2.967036 15.213248 -0.392340</w:t>
        <w:br/>
        <w:t>v 2.986166 15.345379 -0.231399</w:t>
        <w:br/>
        <w:t>v 3.019899 15.350623 -0.253684</w:t>
        <w:br/>
        <w:t>v 2.990328 15.285596 -0.453738</w:t>
        <w:br/>
        <w:t>v 2.939990 15.277328 -0.414198</w:t>
        <w:br/>
        <w:t>v 2.999750 15.300986 -0.211302</w:t>
        <w:br/>
        <w:t>v 2.986166 15.345379 -0.231399</w:t>
        <w:br/>
        <w:t>v 3.006584 15.360309 -0.042451</w:t>
        <w:br/>
        <w:t>v 3.025828 15.374645 -0.059768</w:t>
        <w:br/>
        <w:t>v 3.025828 15.374645 -0.059768</w:t>
        <w:br/>
        <w:t>v 2.901816 15.100263 -0.526178</w:t>
        <w:br/>
        <w:t>v 2.737021 15.307848 -0.537598</w:t>
        <w:br/>
        <w:t>v 2.905796 15.113856 -0.579327</w:t>
        <w:br/>
        <w:t>v 2.755536 15.320047 -0.595550</w:t>
        <w:br/>
        <w:t>v 2.905796 15.113856 -0.579327</w:t>
        <w:br/>
        <w:t>v 2.755536 15.320047 -0.595550</w:t>
        <w:br/>
        <w:t>v 2.806507 15.357402 -0.581439</w:t>
        <w:br/>
        <w:t>v 2.804781 15.318114 -0.539773</w:t>
        <w:br/>
        <w:t>v 2.737021 15.307848 -0.537598</w:t>
        <w:br/>
        <w:t>v 2.806507 15.357402 -0.581439</w:t>
        <w:br/>
        <w:t>v 2.755536 15.320047 -0.595550</w:t>
        <w:br/>
        <w:t>v 2.905796 15.113856 -0.579327</w:t>
        <w:br/>
        <w:t>v 2.939418 15.187631 -0.577943</w:t>
        <w:br/>
        <w:t>v 2.939418 15.187631 -0.577943</w:t>
        <w:br/>
        <w:t>v -2.966861 15.418629 -0.248517</w:t>
        <w:br/>
        <w:t>v -2.993623 15.410532 -0.067793</w:t>
        <w:br/>
        <w:t>v -3.025817 15.374657 -0.059770</w:t>
        <w:br/>
        <w:t>v -3.019888 15.350634 -0.253686</w:t>
        <w:br/>
        <w:t>v -2.990317 15.285606 -0.453739</w:t>
        <w:br/>
        <w:t>v -2.892841 15.400692 -0.445300</w:t>
        <w:br/>
        <w:t>v -2.952606 15.393803 -0.231098</w:t>
        <w:br/>
        <w:t>v -2.966861 15.418629 -0.248517</w:t>
        <w:br/>
        <w:t>v -2.892841 15.400692 -0.445300</w:t>
        <w:br/>
        <w:t>v -2.891273 15.348484 -0.417821</w:t>
        <w:br/>
        <w:t>v -2.993623 15.410532 -0.067793</w:t>
        <w:br/>
        <w:t>v -2.921104 15.405199 -0.209643</w:t>
        <w:br/>
        <w:t>v -2.999740 15.300997 -0.211303</w:t>
        <w:br/>
        <w:t>v -3.006573 15.360321 -0.042452</w:t>
        <w:br/>
        <w:t>v -2.978041 15.399319 -0.048715</w:t>
        <w:br/>
        <w:t>v -2.967025 15.213259 -0.392341</w:t>
        <w:br/>
        <w:t>v -2.832153 15.365120 -0.396038</w:t>
        <w:br/>
        <w:t>v -2.832153 15.365120 -0.396038</w:t>
        <w:br/>
        <w:t>v -2.921104 15.405199 -0.209643</w:t>
        <w:br/>
        <w:t>v -2.952606 15.393803 -0.231098</w:t>
        <w:br/>
        <w:t>v -2.891273 15.348484 -0.417821</w:t>
        <w:br/>
        <w:t>v -2.978041 15.399319 -0.048715</w:t>
        <w:br/>
        <w:t>v -2.993623 15.410532 -0.067793</w:t>
        <w:br/>
        <w:t>v -2.901805 15.100273 -0.526180</w:t>
        <w:br/>
        <w:t>v -2.898905 15.175604 -0.530695</w:t>
        <w:br/>
        <w:t>v -2.939979 15.277338 -0.414199</w:t>
        <w:br/>
        <w:t>v -2.967025 15.213259 -0.392341</w:t>
        <w:br/>
        <w:t>v -2.990317 15.285606 -0.453739</w:t>
        <w:br/>
        <w:t>v -3.019888 15.350634 -0.253686</w:t>
        <w:br/>
        <w:t>v -2.986155 15.345390 -0.231400</w:t>
        <w:br/>
        <w:t>v -2.939979 15.277338 -0.414199</w:t>
        <w:br/>
        <w:t>v -2.986155 15.345390 -0.231400</w:t>
        <w:br/>
        <w:t>v -2.999740 15.300997 -0.211303</w:t>
        <w:br/>
        <w:t>v -3.025817 15.374657 -0.059770</w:t>
        <w:br/>
        <w:t>v -3.006573 15.360321 -0.042452</w:t>
        <w:br/>
        <w:t>v -3.025817 15.374657 -0.059770</w:t>
        <w:br/>
        <w:t>v -2.737010 15.307858 -0.537599</w:t>
        <w:br/>
        <w:t>v -2.901805 15.100273 -0.526180</w:t>
        <w:br/>
        <w:t>v -2.905787 15.113867 -0.579328</w:t>
        <w:br/>
        <w:t>v -2.755525 15.320057 -0.595551</w:t>
        <w:br/>
        <w:t>v -2.905787 15.113867 -0.579328</w:t>
        <w:br/>
        <w:t>v -2.806496 15.357412 -0.581440</w:t>
        <w:br/>
        <w:t>v -2.755525 15.320057 -0.595551</w:t>
        <w:br/>
        <w:t>v -2.804770 15.318125 -0.539775</w:t>
        <w:br/>
        <w:t>v -2.737010 15.307858 -0.537599</w:t>
        <w:br/>
        <w:t>v -2.905787 15.113867 -0.579328</w:t>
        <w:br/>
        <w:t>v -2.755525 15.320057 -0.595551</w:t>
        <w:br/>
        <w:t>v -2.806496 15.357412 -0.581440</w:t>
        <w:br/>
        <w:t>v -2.939407 15.187641 -0.577944</w:t>
        <w:br/>
        <w:t>v -2.939407 15.187641 -0.577944</w:t>
        <w:br/>
        <w:t>v 1.261048 18.968548 0.214327</w:t>
        <w:br/>
        <w:t>v 1.292099 18.899891 0.191035</w:t>
        <w:br/>
        <w:t>v 1.325326 18.943432 0.090738</w:t>
        <w:br/>
        <w:t>v 1.272455 19.056744 0.166184</w:t>
        <w:br/>
        <w:t>v 1.258206 18.930527 0.258344</w:t>
        <w:br/>
        <w:t>v 1.276831 18.890057 0.248308</w:t>
        <w:br/>
        <w:t>v 1.363936 18.987007 0.027730</w:t>
        <w:br/>
        <w:t>v 1.310587 19.108860 0.124908</w:t>
        <w:br/>
        <w:t>v 1.329414 19.110069 0.124556</w:t>
        <w:br/>
        <w:t>v 1.379593 18.983490 0.024511</w:t>
        <w:br/>
        <w:t>v 1.392396 18.973652 0.033981</w:t>
        <w:br/>
        <w:t>v 1.388145 18.938011 0.071056</w:t>
        <w:br/>
        <w:t>v 1.337425 19.071083 0.167455</w:t>
        <w:br/>
        <w:t>v 1.344254 19.101604 0.133624</w:t>
        <w:br/>
        <w:t>v 1.360490 18.904594 0.133988</w:t>
        <w:br/>
        <w:t>v 1.318032 19.019569 0.201323</w:t>
        <w:br/>
        <w:t>v 1.293747 18.965340 0.229167</w:t>
        <w:br/>
        <w:t>v 1.321276 18.887878 0.199537</w:t>
        <w:br/>
        <w:t>v 1.285006 18.885994 0.250937</w:t>
        <w:br/>
        <w:t>v 1.271763 18.927689 0.266054</w:t>
        <w:br/>
        <w:t>v 1.276831 18.890057 0.248308</w:t>
        <w:br/>
        <w:t>v 1.308864 18.901905 0.199474</w:t>
        <w:br/>
        <w:t>v 1.292099 18.899891 0.191035</w:t>
        <w:br/>
        <w:t>v 1.325326 18.943432 0.090738</w:t>
        <w:br/>
        <w:t>v 1.339361 18.932365 0.137824</w:t>
        <w:br/>
        <w:t>v 1.379593 18.983490 0.024511</w:t>
        <w:br/>
        <w:t>v 1.363936 18.987007 0.027730</w:t>
        <w:br/>
        <w:t>v 1.392396 18.973652 0.033981</w:t>
        <w:br/>
        <w:t>v 1.360490 18.904594 0.133988</w:t>
        <w:br/>
        <w:t>v 1.388145 18.938011 0.071056</w:t>
        <w:br/>
        <w:t>v 1.308864 18.901905 0.199474</w:t>
        <w:br/>
        <w:t>v 1.321276 18.887878 0.199537</w:t>
        <w:br/>
        <w:t>v 1.285006 18.885994 0.250937</w:t>
        <w:br/>
        <w:t>v 1.258206 18.930527 0.258344</w:t>
        <w:br/>
        <w:t>v 1.284566 18.953705 0.209975</w:t>
        <w:br/>
        <w:t>v 1.271763 18.927689 0.266054</w:t>
        <w:br/>
        <w:t>v 1.298375 19.009319 0.170372</w:t>
        <w:br/>
        <w:t>v 1.272455 19.056744 0.166184</w:t>
        <w:br/>
        <w:t>v 1.310587 19.108860 0.124908</w:t>
        <w:br/>
        <w:t>v 1.261048 18.968548 0.214327</w:t>
        <w:br/>
        <w:t>v 1.284566 18.953705 0.209975</w:t>
        <w:br/>
        <w:t>v 1.293747 18.965340 0.229167</w:t>
        <w:br/>
        <w:t>v 1.298375 19.009319 0.170372</w:t>
        <w:br/>
        <w:t>v 1.318032 19.019569 0.201323</w:t>
        <w:br/>
        <w:t>v 1.337425 19.071083 0.167455</w:t>
        <w:br/>
        <w:t>v 1.344254 19.101604 0.133624</w:t>
        <w:br/>
        <w:t>v 1.276831 18.890057 0.248308</w:t>
        <w:br/>
        <w:t>v 1.329414 19.110069 0.124556</w:t>
        <w:br/>
        <w:t>v 0.598812 1.309623 -0.484684</w:t>
        <w:br/>
        <w:t>v 0.613225 1.328413 -0.505573</w:t>
        <w:br/>
        <w:t>v 0.644263 1.311724 -0.507799</w:t>
        <w:br/>
        <w:t>v 0.688117 1.340763 -0.521030</w:t>
        <w:br/>
        <w:t>v 0.630580 1.334286 -0.513044</w:t>
        <w:br/>
        <w:t>v 0.670083 1.359476 -0.524325</w:t>
        <w:br/>
        <w:t>v 0.698921 1.400262 -0.524627</w:t>
        <w:br/>
        <w:t>v 0.722564 1.389421 -0.521457</w:t>
        <w:br/>
        <w:t>v 0.708479 1.453083 -0.509824</w:t>
        <w:br/>
        <w:t>v 0.733845 1.452001 -0.503913</w:t>
        <w:br/>
        <w:t>v 0.669278 1.355364 -0.548585</w:t>
        <w:br/>
        <w:t>v 0.670083 1.359476 -0.524325</w:t>
        <w:br/>
        <w:t>v 0.630580 1.334286 -0.513044</w:t>
        <w:br/>
        <w:t>v 0.627248 1.327444 -0.535933</w:t>
        <w:br/>
        <w:t>v 0.585506 1.325243 -0.514830</w:t>
        <w:br/>
        <w:t>v 0.613225 1.328413 -0.505573</w:t>
        <w:br/>
        <w:t>v 0.600309 1.336512 -0.495978</w:t>
        <w:br/>
        <w:t>v 0.702417 1.402173 -0.548975</w:t>
        <w:br/>
        <w:t>v 0.698921 1.400262 -0.524627</w:t>
        <w:br/>
        <w:t>v 0.636579 1.305071 -0.531091</w:t>
        <w:br/>
        <w:t>v 0.644263 1.311724 -0.507799</w:t>
        <w:br/>
        <w:t>v 0.688117 1.340763 -0.521030</w:t>
        <w:br/>
        <w:t>v 0.686231 1.337568 -0.546246</w:t>
        <w:br/>
        <w:t>v 0.722564 1.389421 -0.521457</w:t>
        <w:br/>
        <w:t>v 0.724753 1.391999 -0.546711</w:t>
        <w:br/>
        <w:t>v 0.591078 1.296192 -0.509749</w:t>
        <w:br/>
        <w:t>v 0.598812 1.309623 -0.484684</w:t>
        <w:br/>
        <w:t>v 0.569509 1.310140 -0.493664</w:t>
        <w:br/>
        <w:t>v 0.627248 1.327444 -0.535933</w:t>
        <w:br/>
        <w:t>v 0.636579 1.305071 -0.531091</w:t>
        <w:br/>
        <w:t>v 0.686231 1.337568 -0.546246</w:t>
        <w:br/>
        <w:t>v 0.669278 1.355364 -0.548585</w:t>
        <w:br/>
        <w:t>v 0.724753 1.391999 -0.546711</w:t>
        <w:br/>
        <w:t>v 0.702417 1.402173 -0.548975</w:t>
        <w:br/>
        <w:t>v 0.733845 1.452001 -0.503913</w:t>
        <w:br/>
        <w:t>v 0.737354 1.461773 -0.527192</w:t>
        <w:br/>
        <w:t>v 0.582337 1.548349 -0.409238</w:t>
        <w:br/>
        <w:t>v 0.562479 1.337216 -0.478899</w:t>
        <w:br/>
        <w:t>v 0.574653 1.355377 -0.497286</w:t>
        <w:br/>
        <w:t>v 0.590889 1.538527 -0.436189</w:t>
        <w:br/>
        <w:t>v 0.569509 1.310140 -0.493664</w:t>
        <w:br/>
        <w:t>v 0.591078 1.296192 -0.509749</w:t>
        <w:br/>
        <w:t>v 0.585506 1.325243 -0.514830</w:t>
        <w:br/>
        <w:t>v 0.613653 1.551883 -0.443684</w:t>
        <w:br/>
        <w:t>v 0.601705 1.562925 -0.414407</w:t>
        <w:br/>
        <w:t>v 0.586538 1.341015 -0.465782</w:t>
        <w:br/>
        <w:t>v 0.562479 1.337216 -0.478899</w:t>
        <w:br/>
        <w:t>v 0.582337 1.548349 -0.409238</w:t>
        <w:br/>
        <w:t>v 0.603491 1.530491 -0.402799</w:t>
        <w:br/>
        <w:t>v 0.601705 1.562925 -0.414407</w:t>
        <w:br/>
        <w:t>v 0.628858 1.544614 -0.411413</w:t>
        <w:br/>
        <w:t>v 0.679566 1.556536 -0.459971</w:t>
        <w:br/>
        <w:t>v 0.682144 1.536779 -0.443798</w:t>
        <w:br/>
        <w:t>v 0.627462 1.567465 -0.427008</w:t>
        <w:br/>
        <w:t>v 0.717886 1.505903 -0.475151</w:t>
        <w:br/>
        <w:t>v 0.719534 1.521926 -0.495034</w:t>
        <w:br/>
        <w:t>v 0.697927 1.514405 -0.504378</w:t>
        <w:br/>
        <w:t>v 0.719534 1.521926 -0.495034</w:t>
        <w:br/>
        <w:t>v 0.679566 1.556536 -0.459971</w:t>
        <w:br/>
        <w:t>v 0.663543 1.544111 -0.474233</w:t>
        <w:br/>
        <w:t>v 0.627462 1.567465 -0.427008</w:t>
        <w:br/>
        <w:t>v 0.598435 1.359754 -0.485665</w:t>
        <w:br/>
        <w:t>v 0.586538 1.341015 -0.465782</w:t>
        <w:br/>
        <w:t>v 0.603491 1.530491 -0.402799</w:t>
        <w:br/>
        <w:t>v 0.612118 1.520568 -0.431586</w:t>
        <w:br/>
        <w:t>v 0.628858 1.544614 -0.411413</w:t>
        <w:br/>
        <w:t>v 0.621739 1.530679 -0.433007</w:t>
        <w:br/>
        <w:t>v 0.590889 1.538527 -0.436189</w:t>
        <w:br/>
        <w:t>v 0.612118 1.520568 -0.431586</w:t>
        <w:br/>
        <w:t>v 0.621739 1.530679 -0.433007</w:t>
        <w:br/>
        <w:t>v 0.613653 1.551883 -0.443684</w:t>
        <w:br/>
        <w:t>v 0.598435 1.359754 -0.485665</w:t>
        <w:br/>
        <w:t>v 0.574653 1.355377 -0.497286</w:t>
        <w:br/>
        <w:t>v 0.638152 1.533409 -0.441006</w:t>
        <w:br/>
        <w:t>v 0.663543 1.544111 -0.474233</w:t>
        <w:br/>
        <w:t>v 0.638152 1.533409 -0.441006</w:t>
        <w:br/>
        <w:t>v 0.682144 1.536779 -0.443798</w:t>
        <w:br/>
        <w:t>v 0.695009 1.498459 -0.485640</w:t>
        <w:br/>
        <w:t>v 0.665128 1.524315 -0.459418</w:t>
        <w:br/>
        <w:t>v 0.717886 1.505903 -0.475151</w:t>
        <w:br/>
        <w:t>v 0.697927 1.514405 -0.504378</w:t>
        <w:br/>
        <w:t>v 0.665128 1.524315 -0.459418</w:t>
        <w:br/>
        <w:t>v 0.695009 1.498459 -0.485640</w:t>
        <w:br/>
        <w:t>v 0.708479 1.453083 -0.509824</w:t>
        <w:br/>
        <w:t>v 0.713308 1.462490 -0.532084</w:t>
        <w:br/>
        <w:t>v 0.737354 1.461773 -0.527192</w:t>
        <w:br/>
        <w:t>v 0.713308 1.462490 -0.532084</w:t>
        <w:br/>
        <w:t>v 0.600309 1.336512 -0.495978</w:t>
        <w:br/>
        <w:t>v 0.574224 0.280771 -0.371963</w:t>
        <w:br/>
        <w:t>v 0.559207 0.144581 -0.393595</w:t>
        <w:br/>
        <w:t>v 0.675086 0.144580 -0.441901</w:t>
        <w:br/>
        <w:t>v 0.675087 0.280771 -0.411792</w:t>
        <w:br/>
        <w:t>v 0.534394 0.280771 -0.271100</w:t>
        <w:br/>
        <w:t>v 0.505078 0.144580 -0.271100</w:t>
        <w:br/>
        <w:t>v 0.574224 0.280770 -0.170250</w:t>
        <w:br/>
        <w:t>v 0.559207 0.144580 -0.148631</w:t>
        <w:br/>
        <w:t>v 0.675087 0.280770 -0.130407</w:t>
        <w:br/>
        <w:t>v 0.675086 0.144580 -0.100325</w:t>
        <w:br/>
        <w:t>v 0.775950 0.280770 -0.170250</w:t>
        <w:br/>
        <w:t>v 0.792513 0.144580 -0.148631</w:t>
        <w:br/>
        <w:t>v 0.675086 0.144580 -0.100325</w:t>
        <w:br/>
        <w:t>v 0.675087 0.280770 -0.130407</w:t>
        <w:br/>
        <w:t>v 0.815779 0.280770 -0.271100</w:t>
        <w:br/>
        <w:t>v 0.846641 0.144580 -0.271100</w:t>
        <w:br/>
        <w:t>v 0.775950 0.280770 -0.371963</w:t>
        <w:br/>
        <w:t>v 0.792513 0.144580 -0.393595</w:t>
        <w:br/>
        <w:t>v 0.675075 0.706609 -0.432229</w:t>
        <w:br/>
        <w:t>v 0.675138 0.837441 -0.452627</w:t>
        <w:br/>
        <w:t>v 0.548179 0.837441 -0.400586</w:t>
        <w:br/>
        <w:t>v 0.561434 0.706609 -0.386790</w:t>
        <w:br/>
        <w:t>v 0.517681 0.706596 -0.271854</w:t>
        <w:br/>
        <w:t>v 0.500602 0.837441 -0.271036</w:t>
        <w:br/>
        <w:t>v 0.550367 0.837441 -0.142920</w:t>
        <w:br/>
        <w:t>v 0.562327 0.706596 -0.158314</w:t>
        <w:br/>
        <w:t>v 0.675138 0.837441 -0.093797</w:t>
        <w:br/>
        <w:t>v 0.675075 0.706596 -0.113969</w:t>
        <w:br/>
        <w:t>v 0.675075 0.706596 -0.113969</w:t>
        <w:br/>
        <w:t>v 0.675138 0.837441 -0.093797</w:t>
        <w:br/>
        <w:t>v 0.800563 0.837441 -0.145209</w:t>
        <w:br/>
        <w:t>v 0.789797 0.706608 -0.159131</w:t>
        <w:br/>
        <w:t>v 0.849648 0.837441 -0.273602</w:t>
        <w:br/>
        <w:t>v 0.835236 0.706608 -0.272885</w:t>
        <w:br/>
        <w:t>v 0.798311 0.837441 -0.402296</w:t>
        <w:br/>
        <w:t>v 0.789017 0.706608 -0.386878</w:t>
        <w:br/>
        <w:t>v 0.675086 0.144580 -0.441901</w:t>
        <w:br/>
        <w:t>v 0.675049 0.000002 -0.440794</w:t>
        <w:br/>
        <w:t>v 0.801668 0.000002 -0.391193</w:t>
        <w:br/>
        <w:t>v 0.792513 0.144580 -0.393595</w:t>
        <w:br/>
        <w:t>v 0.559207 0.144581 -0.393595</w:t>
        <w:br/>
        <w:t>v 0.550077 0.000002 -0.391193</w:t>
        <w:br/>
        <w:t>v 0.505078 0.144580 -0.271100</w:t>
        <w:br/>
        <w:t>v 0.500462 0.000002 -0.265391</w:t>
        <w:br/>
        <w:t>v 0.559207 0.144580 -0.148631</w:t>
        <w:br/>
        <w:t>v 0.556792 0.000002 -0.152039</w:t>
        <w:br/>
        <w:t>v 0.675086 0.144580 -0.100325</w:t>
        <w:br/>
        <w:t>v 0.675086 0.000002 -0.105079</w:t>
        <w:br/>
        <w:t>v 0.792513 0.144580 -0.148631</w:t>
        <w:br/>
        <w:t>v 0.794927 0.000002 -0.152039</w:t>
        <w:br/>
        <w:t>v 0.675086 0.000002 -0.105079</w:t>
        <w:br/>
        <w:t>v 0.675086 0.144580 -0.100325</w:t>
        <w:br/>
        <w:t>v 0.846641 0.144580 -0.271100</w:t>
        <w:br/>
        <w:t>v 0.851282 0.000002 -0.265391</w:t>
        <w:br/>
        <w:t>v 0.801668 0.000002 -0.391193</w:t>
        <w:br/>
        <w:t>v 0.675049 0.000002 -0.440794</w:t>
        <w:br/>
        <w:t>v 0.675086 0.000002 -0.105079</w:t>
        <w:br/>
        <w:t>v 0.794927 0.000002 -0.152039</w:t>
        <w:br/>
        <w:t>v 0.621147 0.428280 -0.325040</w:t>
        <w:br/>
        <w:t>v 0.675087 0.428280 -0.346672</w:t>
        <w:br/>
        <w:t>v 0.599515 0.428280 -0.271100</w:t>
        <w:br/>
        <w:t>v 0.621147 0.428280 -0.217172</w:t>
        <w:br/>
        <w:t>v 0.675087 0.428280 -0.195528</w:t>
        <w:br/>
        <w:t>v 0.729027 0.428280 -0.217172</w:t>
        <w:br/>
        <w:t>v 0.675087 0.428280 -0.195528</w:t>
        <w:br/>
        <w:t>v 0.750659 0.428280 -0.271100</w:t>
        <w:br/>
        <w:t>v 0.729027 0.428280 -0.325040</w:t>
        <w:br/>
        <w:t>v 0.675075 0.706596 -0.113969</w:t>
        <w:br/>
        <w:t>v 0.675087 0.605658 -0.135161</w:t>
        <w:br/>
        <w:t>v 0.577582 0.605658 -0.173607</w:t>
        <w:br/>
        <w:t>v 0.562327 0.706596 -0.158314</w:t>
        <w:br/>
        <w:t>v 0.539148 0.605658 -0.271112</w:t>
        <w:br/>
        <w:t>v 0.517681 0.706596 -0.271854</w:t>
        <w:br/>
        <w:t>v 0.577494 0.605658 -0.368957</w:t>
        <w:br/>
        <w:t>v 0.561434 0.706609 -0.386790</w:t>
        <w:br/>
        <w:t>v 0.675087 0.605658 -0.407604</w:t>
        <w:br/>
        <w:t>v 0.675075 0.706609 -0.432229</w:t>
        <w:br/>
        <w:t>v 0.789017 0.706608 -0.386878</w:t>
        <w:br/>
        <w:t>v 0.772668 0.605658 -0.368831</w:t>
        <w:br/>
        <w:t>v 0.811466 0.605658 -0.271326</w:t>
        <w:br/>
        <w:t>v 0.835236 0.706608 -0.272885</w:t>
        <w:br/>
        <w:t>v 0.772806 0.605658 -0.173695</w:t>
        <w:br/>
        <w:t>v 0.789797 0.706608 -0.159131</w:t>
        <w:br/>
        <w:t>v 0.675087 0.605658 -0.135161</w:t>
        <w:br/>
        <w:t>v 0.675075 0.706596 -0.113969</w:t>
        <w:br/>
        <w:t>v 0.550077 0.000002 -0.391193</w:t>
        <w:br/>
        <w:t>v 0.556792 0.000002 -0.152039</w:t>
        <w:br/>
        <w:t>v 0.851282 0.000002 -0.265391</w:t>
        <w:br/>
        <w:t>v 0.500462 0.000002 -0.265391</w:t>
        <w:br/>
        <w:t>v 1.182835 19.037327 0.339689</w:t>
        <w:br/>
        <w:t>v 1.165819 18.909500 0.402583</w:t>
        <w:br/>
        <w:t>v 1.231820 18.889580 0.311014</w:t>
        <w:br/>
        <w:t>v 1.227393 18.968647 0.285824</w:t>
        <w:br/>
        <w:t>v 1.269021 18.891228 0.264645</w:t>
        <w:br/>
        <w:t>v 1.264368 18.939007 0.250270</w:t>
        <w:br/>
        <w:t>v 1.133925 18.936928 0.477212</w:t>
        <w:br/>
        <w:t>v 1.167769 19.075546 0.402496</w:t>
        <w:br/>
        <w:t>v 1.178748 19.077095 0.417877</w:t>
        <w:br/>
        <w:t>v 1.140955 18.930943 0.491650</w:t>
        <w:br/>
        <w:t>v 1.221332 19.042923 0.395151</w:t>
        <w:br/>
        <w:t>v 1.187438 18.893265 0.464610</w:t>
        <w:br/>
        <w:t>v 1.156098 18.920341 0.495108</w:t>
        <w:br/>
        <w:t>v 1.195135 19.067173 0.424039</w:t>
        <w:br/>
        <w:t>v 1.240838 19.002464 0.351133</w:t>
        <w:br/>
        <w:t>v 1.226048 18.870853 0.402910</w:t>
        <w:br/>
        <w:t>v 1.257199 18.957428 0.304626</w:t>
        <w:br/>
        <w:t>v 1.257074 18.872326 0.328722</w:t>
        <w:br/>
        <w:t>v 1.278101 18.933411 0.257263</w:t>
        <w:br/>
        <w:t>v 1.276077 18.886032 0.269323</w:t>
        <w:br/>
        <w:t>v 1.251452 18.893166 0.319906</w:t>
        <w:br/>
        <w:t>v 1.276077 18.886032 0.269323</w:t>
        <w:br/>
        <w:t>v 1.269021 18.891228 0.264645</w:t>
        <w:br/>
        <w:t>v 1.231820 18.889580 0.311014</w:t>
        <w:br/>
        <w:t>v 1.165819 18.909500 0.402583</w:t>
        <w:br/>
        <w:t>v 1.217420 18.908268 0.387240</w:t>
        <w:br/>
        <w:t>v 1.133925 18.936928 0.477212</w:t>
        <w:br/>
        <w:t>v 1.156098 18.920341 0.495108</w:t>
        <w:br/>
        <w:t>v 1.187438 18.893265 0.464610</w:t>
        <w:br/>
        <w:t>v 1.217420 18.908268 0.387240</w:t>
        <w:br/>
        <w:t>v 1.226048 18.870853 0.402910</w:t>
        <w:br/>
        <w:t>v 1.257074 18.872326 0.328722</w:t>
        <w:br/>
        <w:t>v 1.234210 18.951141 0.302085</w:t>
        <w:br/>
        <w:t>v 1.227393 18.968647 0.285824</w:t>
        <w:br/>
        <w:t>v 1.264368 18.939007 0.250270</w:t>
        <w:br/>
        <w:t>v 1.203989 18.993637 0.346191</w:t>
        <w:br/>
        <w:t>v 1.178748 19.077095 0.417877</w:t>
        <w:br/>
        <w:t>v 1.167769 19.075546 0.402496</w:t>
        <w:br/>
        <w:t>v 1.182835 19.037327 0.339689</w:t>
        <w:br/>
        <w:t>v 1.278101 18.933411 0.257263</w:t>
        <w:br/>
        <w:t>v 1.240838 19.002464 0.351133</w:t>
        <w:br/>
        <w:t>v 1.203989 18.993637 0.346191</w:t>
        <w:br/>
        <w:t>v 1.234210 18.951141 0.302085</w:t>
        <w:br/>
        <w:t>v 1.257199 18.957428 0.304626</w:t>
        <w:br/>
        <w:t>v 1.221332 19.042923 0.395151</w:t>
        <w:br/>
        <w:t>v 1.195135 19.067173 0.424039</w:t>
        <w:br/>
        <w:t>v 1.269021 18.891228 0.264645</w:t>
        <w:br/>
        <w:t>v 1.140955 18.930943 0.491650</w:t>
        <w:br/>
        <w:t>v 0.673578 0.701689 1.076000</w:t>
        <w:br/>
        <w:t>v 0.630692 0.717272 1.057751</w:t>
        <w:br/>
        <w:t>v 0.672924 0.748423 1.089519</w:t>
        <w:br/>
        <w:t>v 0.676860 0.683831 1.031064</w:t>
        <w:br/>
        <w:t>v 0.719042 0.714869 1.063209</w:t>
        <w:br/>
        <w:t>v 0.674848 0.790479 1.067976</w:t>
        <w:br/>
        <w:t>v 0.632013 0.778381 1.053525</w:t>
        <w:br/>
        <w:t>v 0.616745 0.747418 1.024273</w:t>
        <w:br/>
        <w:t>v 0.635886 0.715649 0.996580</w:t>
        <w:br/>
        <w:t>v 0.680382 0.701564 0.987160</w:t>
        <w:br/>
        <w:t>v 0.723204 0.712694 1.001157</w:t>
        <w:br/>
        <w:t>v 0.738384 0.744487 1.031655</w:t>
        <w:br/>
        <w:t>v 0.719243 0.777286 1.059814</w:t>
        <w:br/>
        <w:t>v 0.678282 0.808048 1.024637</w:t>
        <w:br/>
        <w:t>v 0.682369 0.743732 0.965868</w:t>
        <w:br/>
        <w:t>v 0.723204 0.712694 1.001157</w:t>
        <w:br/>
        <w:t>v 0.724651 0.774934 0.998064</w:t>
        <w:br/>
        <w:t>v 0.719243 0.777286 1.059814</w:t>
        <w:br/>
        <w:t>v 0.635962 0.776645 0.992895</w:t>
        <w:br/>
        <w:t>v 0.681627 0.790165 0.979954</w:t>
        <w:br/>
        <w:t>v 0.688909 0.936730 0.906671</w:t>
        <w:br/>
        <w:t>v 0.654261 0.938982 0.874375</w:t>
        <w:br/>
        <w:t>v 0.687853 0.957230 0.863899</w:t>
        <w:br/>
        <w:t>v 0.654726 0.905025 0.894975</w:t>
        <w:br/>
        <w:t>v 0.689852 0.889305 0.903829</w:t>
        <w:br/>
        <w:t>v 0.723771 0.906811 0.892648</w:t>
        <w:br/>
        <w:t>v 0.722601 0.941736 0.873130</w:t>
        <w:br/>
        <w:t>v 0.698191 1.140607 0.793571</w:t>
        <w:br/>
        <w:t>v 0.664976 1.143261 0.762369</w:t>
        <w:br/>
        <w:t>v 0.697688 1.161094 0.753641</w:t>
        <w:br/>
        <w:t>v 0.665102 1.109707 0.780718</w:t>
        <w:br/>
        <w:t>v 0.698254 1.094326 0.790025</w:t>
        <w:br/>
        <w:t>v 0.731166 1.112021 0.781184</w:t>
        <w:br/>
        <w:t>v 0.730889 1.145273 0.763124</w:t>
        <w:br/>
        <w:t>v 0.703989 1.358569 0.699035</w:t>
        <w:br/>
        <w:t>v 0.674522 1.364154 0.668134</w:t>
        <w:br/>
        <w:t>v 0.703372 1.380377 0.661268</w:t>
        <w:br/>
        <w:t>v 0.675239 1.332159 0.682572</w:t>
        <w:br/>
        <w:t>v 0.704882 1.316401 0.690068</w:t>
        <w:br/>
        <w:t>v 0.703989 1.358569 0.699035</w:t>
        <w:br/>
        <w:t>v 0.733908 1.332976 0.683453</w:t>
        <w:br/>
        <w:t>v 0.733179 1.365058 0.669002</w:t>
        <w:br/>
        <w:t>v 1.212893 18.850555 0.257753</w:t>
        <w:br/>
        <w:t>v 1.246032 18.861408 0.202027</w:t>
        <w:br/>
        <w:t>v 1.234662 18.972031 0.207334</w:t>
        <w:br/>
        <w:t>v 1.202102 18.967793 0.269160</w:t>
        <w:br/>
        <w:t>v 1.257501 18.872036 0.191890</w:t>
        <w:br/>
        <w:t>v 1.248660 18.965565 0.198430</w:t>
        <w:br/>
        <w:t>v 1.292187 18.858215 0.206592</w:t>
        <w:br/>
        <w:t>v 1.257501 18.872036 0.191890</w:t>
        <w:br/>
        <w:t>v 1.246032 18.861408 0.202027</w:t>
        <w:br/>
        <w:t>v 1.286264 18.850594 0.221621</w:t>
        <w:br/>
        <w:t>v 1.212893 18.850555 0.257753</w:t>
        <w:br/>
        <w:t>v 1.255237 18.837711 0.280214</w:t>
        <w:br/>
        <w:t>v 1.305506 18.970711 0.222539</w:t>
        <w:br/>
        <w:t>v 1.314762 18.887264 0.221042</w:t>
        <w:br/>
        <w:t>v 1.320710 18.878609 0.237643</w:t>
        <w:br/>
        <w:t>v 1.309995 18.980743 0.239429</w:t>
        <w:br/>
        <w:t>v 1.289232 18.869709 0.301154</w:t>
        <w:br/>
        <w:t>v 1.277183 18.972332 0.305154</w:t>
        <w:br/>
        <w:t>v 1.206152 18.956924 0.285182</w:t>
        <w:br/>
        <w:t>v 1.202102 18.967793 0.269160</w:t>
        <w:br/>
        <w:t>v 1.236323 18.994465 0.289106</w:t>
        <w:br/>
        <w:t>v 1.231393 18.980141 0.301519</w:t>
        <w:br/>
        <w:t>v 1.267651 19.000454 0.226287</w:t>
        <w:br/>
        <w:t>v 1.275939 18.990669 0.212365</w:t>
        <w:br/>
        <w:t>v 1.215320 18.862404 0.273134</w:t>
        <w:br/>
        <w:t>v 1.245352 18.848743 0.291571</w:t>
        <w:br/>
        <w:t>v 1.261765 18.959583 0.309618</w:t>
        <w:br/>
        <w:t>v 1.270820 18.877949 0.304424</w:t>
        <w:br/>
        <w:t>v 1.255237 18.837711 0.280214</w:t>
        <w:br/>
        <w:t>v 1.245352 18.848743 0.291571</w:t>
        <w:br/>
        <w:t>v 1.286264 18.850594 0.221621</w:t>
        <w:br/>
        <w:t>v 1.292187 18.858215 0.206592</w:t>
        <w:br/>
        <w:t>v 1.277183 18.972332 0.305154</w:t>
        <w:br/>
        <w:t>v 1.236323 18.994465 0.289106</w:t>
        <w:br/>
        <w:t>v 1.206152 18.956924 0.285182</w:t>
        <w:br/>
        <w:t>v 1.243051 18.913063 0.283560</w:t>
        <w:br/>
        <w:t>v 1.215320 18.862404 0.273134</w:t>
        <w:br/>
        <w:t>v 1.270820 18.877949 0.304424</w:t>
        <w:br/>
        <w:t>v 1.261765 18.959583 0.309618</w:t>
        <w:br/>
        <w:t>v 1.231393 18.980141 0.301519</w:t>
        <w:br/>
        <w:t>v 1.245352 18.848743 0.291571</w:t>
        <w:br/>
        <w:t>v 1.206152 18.956924 0.285182</w:t>
        <w:br/>
        <w:t>v 1.257501 18.872036 0.191890</w:t>
        <w:br/>
        <w:t>v 1.271763 18.919422 0.219206</w:t>
        <w:br/>
        <w:t>v 1.248660 18.965565 0.198430</w:t>
        <w:br/>
        <w:t>v 1.305506 18.970711 0.222539</w:t>
        <w:br/>
        <w:t>v 1.314762 18.887264 0.221042</w:t>
        <w:br/>
        <w:t>v 1.275939 18.990669 0.212365</w:t>
        <w:br/>
        <w:t>v 1.305506 18.970711 0.222539</w:t>
        <w:br/>
        <w:t>v 1.292187 18.858215 0.206592</w:t>
        <w:br/>
        <w:t>v 0.362162 1.408475 -0.278720</w:t>
        <w:br/>
        <w:t>v 0.368928 1.355792 -0.302640</w:t>
        <w:br/>
        <w:t>v 0.370701 1.466930 -0.274896</w:t>
        <w:br/>
        <w:t>v 0.565497 1.383572 -0.493928</w:t>
        <w:br/>
        <w:t>v 0.568491 1.514066 -0.449419</w:t>
        <w:br/>
        <w:t>v 0.478079 1.496006 -0.391618</w:t>
        <w:br/>
        <w:t>v 0.468961 1.374430 -0.428593</w:t>
        <w:br/>
        <w:t>v 0.615313 1.387547 -0.485288</w:t>
        <w:br/>
        <w:t>v 0.612005 1.514330 -0.446313</w:t>
        <w:br/>
        <w:t>v 0.619903 1.381196 -0.458676</w:t>
        <w:br/>
        <w:t>v 0.625902 1.507765 -0.422481</w:t>
        <w:br/>
        <w:t>v 0.612005 1.514330 -0.446313</w:t>
        <w:br/>
        <w:t>v 0.615313 1.387547 -0.485288</w:t>
        <w:br/>
        <w:t>v 0.611137 1.378996 -0.441660</w:t>
        <w:br/>
        <w:t>v 0.606836 1.504684 -0.403251</w:t>
        <w:br/>
        <w:t>v 0.561410 1.380391 -0.438541</w:t>
        <w:br/>
        <w:t>v 0.565460 1.499816 -0.397592</w:t>
        <w:br/>
        <w:t>v 0.516575 1.374040 -0.409263</w:t>
        <w:br/>
        <w:t>v 0.521669 1.495403 -0.372653</w:t>
        <w:br/>
        <w:t>v 0.377203 1.470438 -0.252158</w:t>
        <w:br/>
        <w:t>v 0.368311 1.402752 -0.257139</w:t>
        <w:br/>
        <w:t>v 0.492541 1.360244 -0.428782</w:t>
        <w:br/>
        <w:t>v 0.468961 1.374430 -0.428593</w:t>
        <w:br/>
        <w:t>v 0.368928 1.355792 -0.302640</w:t>
        <w:br/>
        <w:t>v 0.374738 1.340838 -0.282229</w:t>
        <w:br/>
        <w:t>v 0.478079 1.496006 -0.391618</w:t>
        <w:br/>
        <w:t>v 0.502489 1.501968 -0.385255</w:t>
        <w:br/>
        <w:t>v 0.377203 1.470438 -0.252158</w:t>
        <w:br/>
        <w:t>v 0.370701 1.466930 -0.274896</w:t>
        <w:br/>
        <w:t>v 0.568491 1.514066 -0.449419</w:t>
        <w:br/>
        <w:t>v 0.557813 1.514078 -0.412470</w:t>
        <w:br/>
        <w:t>v 0.565497 1.383572 -0.493928</w:t>
        <w:br/>
        <w:t>v 0.468961 1.374430 -0.428593</w:t>
        <w:br/>
        <w:t>v 0.533968 1.365866 -0.464373</w:t>
        <w:br/>
        <w:t>v 0.598674 1.518782 -0.416683</w:t>
        <w:br/>
        <w:t>v 0.587091 1.372744 -0.487778</w:t>
        <w:br/>
        <w:t>v 0.612005 1.514330 -0.446313</w:t>
        <w:br/>
        <w:t>v 0.615313 1.387547 -0.485288</w:t>
        <w:br/>
        <w:t>v 0.625902 1.507765 -0.422481</w:t>
        <w:br/>
        <w:t>v 0.619903 1.381196 -0.458676</w:t>
        <w:br/>
        <w:t>v 0.615313 1.387547 -0.485288</w:t>
        <w:br/>
        <w:t>v 0.606836 1.504684 -0.403251</w:t>
        <w:br/>
        <w:t>v 0.611137 1.378996 -0.441660</w:t>
        <w:br/>
        <w:t>v 0.565460 1.499816 -0.397592</w:t>
        <w:br/>
        <w:t>v 0.533968 1.365866 -0.464373</w:t>
        <w:br/>
        <w:t>v 0.561410 1.380391 -0.438541</w:t>
        <w:br/>
        <w:t>v 0.611137 1.378996 -0.441660</w:t>
        <w:br/>
        <w:t>v 0.502489 1.501968 -0.385255</w:t>
        <w:br/>
        <w:t>v 0.504565 1.508004 -0.381306</w:t>
        <w:br/>
        <w:t>v 0.521669 1.495403 -0.372653</w:t>
        <w:br/>
        <w:t>v 0.521669 1.495403 -0.372653</w:t>
        <w:br/>
        <w:t>v 0.504565 1.508004 -0.381306</w:t>
        <w:br/>
        <w:t>v 0.516575 1.374040 -0.409263</w:t>
        <w:br/>
        <w:t>v 0.492541 1.360244 -0.428782</w:t>
        <w:br/>
        <w:t>v 0.557813 1.514078 -0.412470</w:t>
        <w:br/>
        <w:t>v 0.504565 1.508004 -0.381306</w:t>
        <w:br/>
        <w:t>v 0.516575 1.374040 -0.409263</w:t>
        <w:br/>
        <w:t>v 0.492541 1.360244 -0.428782</w:t>
        <w:br/>
        <w:t>v 0.374738 1.340838 -0.282229</w:t>
        <w:br/>
        <w:t>v 0.598712 1.920345 0.460235</w:t>
        <w:br/>
        <w:t>v 0.601479 1.768246 0.496895</w:t>
        <w:br/>
        <w:t>v 0.700556 1.915767 0.466598</w:t>
        <w:br/>
        <w:t>v 0.797935 1.767869 0.488154</w:t>
        <w:br/>
        <w:t>v 0.799118 1.912409 0.455682</w:t>
        <w:br/>
        <w:t>v 0.701185 1.922936 0.480420</w:t>
        <w:br/>
        <w:t>v 0.700091 1.705741 0.535165</w:t>
        <w:br/>
        <w:t>v 0.636139 1.725675 0.528424</w:t>
        <w:br/>
        <w:t>v 0.599278 1.771994 0.512590</w:t>
        <w:br/>
        <w:t>v 0.763778 1.724203 0.523984</w:t>
        <w:br/>
        <w:t>v 0.801344 1.771780 0.503598</w:t>
        <w:br/>
        <w:t>v 0.701651 2.014655 0.457292</w:t>
        <w:br/>
        <w:t>v 0.596801 2.020843 0.448954</w:t>
        <w:br/>
        <w:t>v 0.597807 2.026653 0.431711</w:t>
        <w:br/>
        <w:t>v 0.701173 2.021836 0.440968</w:t>
        <w:br/>
        <w:t>v 0.800677 2.024012 0.428215</w:t>
        <w:br/>
        <w:t>v 0.801231 2.017246 0.445168</w:t>
        <w:br/>
        <w:t>v 0.597430 2.020956 0.417223</w:t>
        <w:br/>
        <w:t>v 0.700707 2.015925 0.426517</w:t>
        <w:br/>
        <w:t>v 0.800250 2.018352 0.413627</w:t>
        <w:br/>
        <w:t>v 0.599278 1.771994 0.512590</w:t>
        <w:br/>
        <w:t>v 0.601479 1.768246 0.496895</w:t>
        <w:br/>
        <w:t>v 0.598712 1.920345 0.460235</w:t>
        <w:br/>
        <w:t>v 0.597731 1.927199 0.472899</w:t>
        <w:br/>
        <w:t>v 0.636139 1.725675 0.528424</w:t>
        <w:br/>
        <w:t>v 0.637334 1.721776 0.512678</w:t>
        <w:br/>
        <w:t>v 0.700091 1.705741 0.535165</w:t>
        <w:br/>
        <w:t>v 0.699311 1.701654 0.519456</w:t>
        <w:br/>
        <w:t>v 0.763778 1.724203 0.523984</w:t>
        <w:br/>
        <w:t>v 0.801344 1.771780 0.503598</w:t>
        <w:br/>
        <w:t>v 0.797935 1.767869 0.488154</w:t>
        <w:br/>
        <w:t>v 0.761187 1.720179 0.508440</w:t>
        <w:br/>
        <w:t>v 0.801281 1.918974 0.468560</w:t>
        <w:br/>
        <w:t>v 0.799118 1.912409 0.455682</w:t>
        <w:br/>
        <w:t>v 0.700091 1.705741 0.535165</w:t>
        <w:br/>
        <w:t>v 0.699311 1.701654 0.519456</w:t>
        <w:br/>
        <w:t>v 0.597430 2.020956 0.417223</w:t>
        <w:br/>
        <w:t>v 0.597807 2.026653 0.431711</w:t>
        <w:br/>
        <w:t>v 0.596801 2.020843 0.448954</w:t>
        <w:br/>
        <w:t>v 0.801231 2.017246 0.445168</w:t>
        <w:br/>
        <w:t>v 0.800677 2.024012 0.428215</w:t>
        <w:br/>
        <w:t>v 0.800250 2.018352 0.413627</w:t>
        <w:br/>
        <w:t>v 0.593921 1.913680 0.429485</w:t>
        <w:br/>
        <w:t>v 0.802589 1.907303 0.422744</w:t>
        <w:br/>
        <w:t>v 0.700556 1.915767 0.466598</w:t>
        <w:br/>
        <w:t>v 0.702028 1.902700 0.434667</w:t>
        <w:br/>
        <w:t>v 0.593921 1.913680 0.429485</w:t>
        <w:br/>
        <w:t>v 0.598712 1.920345 0.460235</w:t>
        <w:br/>
        <w:t>v 0.799118 1.912409 0.455682</w:t>
        <w:br/>
        <w:t>v 0.802589 1.907303 0.422744</w:t>
        <w:br/>
        <w:t>v 0.597731 1.927199 0.472899</w:t>
        <w:br/>
        <w:t>v 0.801281 1.918974 0.468560</w:t>
        <w:br/>
        <w:t>v 0.699311 1.701654 0.519456</w:t>
        <w:br/>
        <w:t>v 0.637334 1.721776 0.512678</w:t>
        <w:br/>
        <w:t>v 0.761187 1.720179 0.508440</w:t>
        <w:br/>
        <w:t>v 0.746058 1.904649 0.468422</w:t>
        <w:br/>
        <w:t>v 0.768356 1.857161 0.475892</w:t>
        <w:br/>
        <w:t>v 0.762558 1.863537 0.512666</w:t>
        <w:br/>
        <w:t>v 0.743014 1.905039 0.506139</w:t>
        <w:br/>
        <w:t>v 0.697701 1.919929 0.468258</w:t>
        <w:br/>
        <w:t>v 0.700066 1.918395 0.506013</w:t>
        <w:br/>
        <w:t>v 0.650993 1.905655 0.474459</w:t>
        <w:br/>
        <w:t>v 0.658727 1.906058 0.511496</w:t>
        <w:br/>
        <w:t>v 0.627965 1.856935 0.483941</w:t>
        <w:br/>
        <w:t>v 0.638303 1.863336 0.519696</w:t>
        <w:br/>
        <w:t>v 0.651495 1.803208 0.491587</w:t>
        <w:br/>
        <w:t>v 0.659117 1.815797 0.527040</w:t>
        <w:br/>
        <w:t>v 0.699462 1.787677 0.492744</w:t>
        <w:br/>
        <w:t>v 0.701612 1.802806 0.527418</w:t>
        <w:br/>
        <w:t>v 0.748233 1.805975 0.485865</w:t>
        <w:br/>
        <w:t>v 0.745064 1.818539 0.521997</w:t>
        <w:br/>
        <w:t>v 0.659117 1.815797 0.527040</w:t>
        <w:br/>
        <w:t>v 0.638303 1.863336 0.519696</w:t>
        <w:br/>
        <w:t>v 0.658727 1.906058 0.511496</w:t>
        <w:br/>
        <w:t>v 0.743014 1.905039 0.506139</w:t>
        <w:br/>
        <w:t>v 0.745064 1.818539 0.521997</w:t>
        <w:br/>
        <w:t>v 0.701612 1.802806 0.527418</w:t>
        <w:br/>
        <w:t>v 0.700066 1.918395 0.506013</w:t>
        <w:br/>
        <w:t>v 0.762558 1.863537 0.512666</w:t>
        <w:br/>
        <w:t>v 0.703084 1.544939 0.604926</w:t>
        <w:br/>
        <w:t>v 0.677365 1.531772 0.580955</w:t>
        <w:br/>
        <w:t>v 0.690268 1.548348 0.572893</w:t>
        <w:br/>
        <w:t>v 0.703020 1.554636 0.584237</w:t>
        <w:br/>
        <w:t>v 0.729180 1.533193 0.580892</w:t>
        <w:br/>
        <w:t>v 0.703084 1.544939 0.604926</w:t>
        <w:br/>
        <w:t>v 0.703020 1.554636 0.584237</w:t>
        <w:br/>
        <w:t>v 0.716000 1.549089 0.572843</w:t>
        <w:br/>
        <w:t>v 0.703461 1.520126 0.556909</w:t>
        <w:br/>
        <w:t>v 0.729180 1.533193 0.580892</w:t>
        <w:br/>
        <w:t>v 0.716000 1.549089 0.572843</w:t>
        <w:br/>
        <w:t>v 0.703247 1.542839 0.561499</w:t>
        <w:br/>
        <w:t>v 0.677365 1.531772 0.580955</w:t>
        <w:br/>
        <w:t>v 0.703461 1.520126 0.556909</w:t>
        <w:br/>
        <w:t>v 0.703247 1.542839 0.561499</w:t>
        <w:br/>
        <w:t>v 0.690268 1.548348 0.572893</w:t>
        <w:br/>
        <w:t>v 0.703121 1.551102 0.571674</w:t>
        <w:br/>
        <w:t>v 0.703121 1.551102 0.571674</w:t>
        <w:br/>
        <w:t>v 0.704215 1.388766 0.672197</w:t>
        <w:br/>
        <w:t>v 0.689400 1.381810 0.658916</w:t>
        <w:br/>
        <w:t>v 0.719156 1.382477 0.659570</w:t>
        <w:br/>
        <w:t>v 0.704215 1.388766 0.672197</w:t>
        <w:br/>
        <w:t>v 0.704354 1.375535 0.646189</w:t>
        <w:br/>
        <w:t>v 0.719156 1.382477 0.659570</w:t>
        <w:br/>
        <w:t>v 0.689400 1.381810 0.658916</w:t>
        <w:br/>
        <w:t>v 0.704354 1.375535 0.646189</w:t>
        <w:br/>
        <w:t>v 0.704442 1.375786 0.662940</w:t>
        <w:br/>
        <w:t>v 0.704442 1.375786 0.662940</w:t>
        <w:br/>
        <w:t>v 0.742581 15.886244 1.494615</w:t>
        <w:br/>
        <w:t>v 0.726232 15.858777 1.483573</w:t>
        <w:br/>
        <w:t>v 0.725326 15.872247 1.458257</w:t>
        <w:br/>
        <w:t>v 0.741839 15.897133 1.474077</w:t>
        <w:br/>
        <w:t>v 0.757496 15.900166 1.457150</w:t>
        <w:br/>
        <w:t>v 0.744631 15.875969 1.437380</w:t>
        <w:br/>
        <w:t>v 0.771896 15.868549 1.432462</w:t>
        <w:br/>
        <w:t>v 0.779606 15.894154 1.453163</w:t>
        <w:br/>
        <w:t>v 0.795238 15.882095 1.465463</w:t>
        <w:br/>
        <w:t>v 0.791176 15.853633 1.447617</w:t>
        <w:br/>
        <w:t>v 0.792081 15.840254 1.472958</w:t>
        <w:br/>
        <w:t>v 0.795968 15.871202 1.486000</w:t>
        <w:br/>
        <w:t>v 0.780322 15.868172 1.502928</w:t>
        <w:br/>
        <w:t>v 0.772789 15.836518 1.493835</w:t>
        <w:br/>
        <w:t>v 0.745511 15.843950 1.498752</w:t>
        <w:br/>
        <w:t>v 0.758213 15.874186 1.506915</w:t>
        <w:br/>
        <w:t>v 0.780322 15.868172 1.502928</w:t>
        <w:br/>
        <w:t>v 0.772789 15.836518 1.493835</w:t>
        <w:br/>
        <w:t>v 0.758213 15.874186 1.506915</w:t>
        <w:br/>
        <w:t>v 0.742581 15.886244 1.494615</w:t>
        <w:br/>
        <w:t>v 0.741839 15.897133 1.474077</w:t>
        <w:br/>
        <w:t>v 0.757496 15.900166 1.457150</w:t>
        <w:br/>
        <w:t>v 0.779606 15.894154 1.453163</w:t>
        <w:br/>
        <w:t>v 0.795968 15.871202 1.486000</w:t>
        <w:br/>
        <w:t>v 0.780322 15.868172 1.502928</w:t>
        <w:br/>
        <w:t>v 0.795238 15.882095 1.465463</w:t>
        <w:br/>
        <w:t>v 1.340770 18.654148 0.146666</w:t>
        <w:br/>
        <w:t>v 1.258746 18.628784 0.181980</w:t>
        <w:br/>
        <w:t>v 1.266833 18.502504 0.156475</w:t>
        <w:br/>
        <w:t>v 1.363420 18.531858 0.113388</w:t>
        <w:br/>
        <w:t>v 1.312133 18.767323 0.180207</w:t>
        <w:br/>
        <w:t>v 1.252068 18.746246 0.211560</w:t>
        <w:br/>
        <w:t>v 1.334846 18.643242 0.180735</w:t>
        <w:br/>
        <w:t>v 1.357798 18.517618 0.155004</w:t>
        <w:br/>
        <w:t>v 1.284125 18.500919 0.171466</w:t>
        <w:br/>
        <w:t>v 1.279195 18.626606 0.199474</w:t>
        <w:br/>
        <w:t>v 1.268330 18.744133 0.225067</w:t>
        <w:br/>
        <w:t>v 1.307732 18.759853 0.201901</w:t>
        <w:br/>
        <w:t>v 1.281082 18.865219 0.217949</w:t>
        <w:br/>
        <w:t>v 1.219344 18.601715 0.273298</w:t>
        <w:br/>
        <w:t>v 1.250081 18.481941 0.204467</w:t>
        <w:br/>
        <w:t>v 1.222287 18.457569 0.261199</w:t>
        <w:br/>
        <w:t>v 1.219344 18.601715 0.273298</w:t>
        <w:br/>
        <w:t>v 1.222287 18.457569 0.261199</w:t>
        <w:br/>
        <w:t>v 1.222841 18.732048 0.278680</w:t>
        <w:br/>
        <w:t>v 1.312133 18.767323 0.180207</w:t>
        <w:br/>
        <w:t>v 1.340770 18.654148 0.146666</w:t>
        <w:br/>
        <w:t>v 1.357798 18.517618 0.155004</w:t>
        <w:br/>
        <w:t>v 1.363420 18.531858 0.113388</w:t>
        <w:br/>
        <w:t>v 1.355509 18.375381 0.140918</w:t>
        <w:br/>
        <w:t>v 1.359370 18.393036 0.150590</w:t>
        <w:br/>
        <w:t>v 1.377518 18.411224 0.083947</w:t>
        <w:br/>
        <w:t>v 1.355509 18.375381 0.140918</w:t>
        <w:br/>
        <w:t>v 1.279862 18.399603 0.139661</w:t>
        <w:br/>
        <w:t>v 1.359370 18.393036 0.150590</w:t>
        <w:br/>
        <w:t>v 1.355509 18.375381 0.140918</w:t>
        <w:br/>
        <w:t>v 1.276592 18.380360 0.126933</w:t>
        <w:br/>
        <w:t>v 1.238398 18.846783 0.271424</w:t>
        <w:br/>
        <w:t>v 1.281082 18.865219 0.217949</w:t>
        <w:br/>
        <w:t>v 1.255174 18.373470 0.188218</w:t>
        <w:br/>
        <w:t>v 1.232549 18.333992 0.239593</w:t>
        <w:br/>
        <w:t>v 1.238398 18.846783 0.271424</w:t>
        <w:br/>
        <w:t>v 1.222841 18.732048 0.278680</w:t>
        <w:br/>
        <w:t>v 1.276592 18.380360 0.126933</w:t>
        <w:br/>
        <w:t>v 1.252043 18.353436 0.181289</w:t>
        <w:br/>
        <w:t>v 1.279862 18.399603 0.139661</w:t>
        <w:br/>
        <w:t>v 1.276592 18.380360 0.126933</w:t>
        <w:br/>
        <w:t>v 1.252043 18.353436 0.181289</w:t>
        <w:br/>
        <w:t>v 1.276592 18.380360 0.126933</w:t>
        <w:br/>
        <w:t>v 1.355509 18.375381 0.140918</w:t>
        <w:br/>
        <w:t>v 1.377518 18.411224 0.083947</w:t>
        <w:br/>
        <w:t>v 1.232549 18.333992 0.239593</w:t>
        <w:br/>
        <w:t>v 1.318421 18.920074 0.283761</w:t>
        <w:br/>
        <w:t>v 1.295621 18.939472 0.286515</w:t>
        <w:br/>
        <w:t>v 1.307203 18.941547 0.265953</w:t>
        <w:br/>
        <w:t>v 1.318421 18.920074 0.283761</w:t>
        <w:br/>
        <w:t>v 1.308977 18.900658 0.262834</w:t>
        <w:br/>
        <w:t>v 1.297394 18.898594 0.283396</w:t>
        <w:br/>
        <w:t>v 1.290716 18.917999 0.295244</w:t>
        <w:br/>
        <w:t>v 1.313881 18.922142 0.254119</w:t>
        <w:br/>
        <w:t>v 0.661543 1.567011 0.574843</w:t>
        <w:br/>
        <w:t>v 0.670599 1.548498 0.585960</w:t>
        <w:br/>
        <w:t>v 0.660852 1.532488 0.581710</w:t>
        <w:br/>
        <w:t>v 0.648716 1.557075 0.566945</w:t>
        <w:br/>
        <w:t>v 0.679453 1.551064 0.572441</w:t>
        <w:br/>
        <w:t>v 0.670599 1.548498 0.585960</w:t>
        <w:br/>
        <w:t>v 0.661543 1.567011 0.574843</w:t>
        <w:br/>
        <w:t>v 0.673064 1.564521 0.564367</w:t>
        <w:br/>
        <w:t>v 0.701612 1.541846 0.590702</w:t>
        <w:br/>
        <w:t>v 0.701826 1.522918 0.588564</w:t>
        <w:br/>
        <w:t>v 0.701662 1.547166 0.575321</w:t>
        <w:br/>
        <w:t>v 0.701612 1.541846 0.590702</w:t>
        <w:br/>
        <w:t>v 0.678874 1.656882 0.510225</w:t>
        <w:br/>
        <w:t>v 0.668159 1.658039 0.493775</w:t>
        <w:br/>
        <w:t>v 0.658676 1.638885 0.505056</w:t>
        <w:br/>
        <w:t>v 0.672624 1.643966 0.517809</w:t>
        <w:br/>
        <w:t>v 0.669882 1.668918 0.515143</w:t>
        <w:br/>
        <w:t>v 0.678874 1.656882 0.510225</w:t>
        <w:br/>
        <w:t>v 0.672624 1.643966 0.517809</w:t>
        <w:br/>
        <w:t>v 0.661066 1.651059 0.525657</w:t>
        <w:br/>
        <w:t>v 0.660035 1.670427 0.500617</w:t>
        <w:br/>
        <w:t>v 0.669882 1.668918 0.515143</w:t>
        <w:br/>
        <w:t>v 0.661066 1.651059 0.525657</w:t>
        <w:br/>
        <w:t>v 0.648225 1.646544 0.514639</w:t>
        <w:br/>
        <w:t>v 0.701197 1.662114 0.507345</w:t>
        <w:br/>
        <w:t>v 0.701248 1.667232 0.488682</w:t>
        <w:br/>
        <w:t>v 0.700795 1.677319 0.510502</w:t>
        <w:br/>
        <w:t>v 0.701197 1.662114 0.507345</w:t>
        <w:br/>
        <w:t>v 0.700833 1.682475 0.493951</w:t>
        <w:br/>
        <w:t>v 0.700795 1.677319 0.510502</w:t>
        <w:br/>
        <w:t>v 0.743026 1.535544 0.581835</w:t>
        <w:br/>
        <w:t>v 0.732764 1.550762 0.585986</w:t>
        <w:br/>
        <w:t>v 0.741907 1.569740 0.574780</w:t>
        <w:br/>
        <w:t>v 0.755351 1.560722 0.566932</w:t>
        <w:br/>
        <w:t>v 0.730676 1.566709 0.564140</w:t>
        <w:br/>
        <w:t>v 0.741907 1.569740 0.574780</w:t>
        <w:br/>
        <w:t>v 0.732764 1.550762 0.585986</w:t>
        <w:br/>
        <w:t>v 0.724149 1.552812 0.572365</w:t>
        <w:br/>
        <w:t>v 0.730261 1.645424 0.517444</w:t>
        <w:br/>
        <w:t>v 0.744800 1.640998 0.504767</w:t>
        <w:br/>
        <w:t>v 0.734713 1.659523 0.493524</w:t>
        <w:br/>
        <w:t>v 0.723684 1.657863 0.509961</w:t>
        <w:br/>
        <w:t>v 0.741429 1.652971 0.525367</w:t>
        <w:br/>
        <w:t>v 0.730261 1.645424 0.517444</w:t>
        <w:br/>
        <w:t>v 0.723684 1.657863 0.509961</w:t>
        <w:br/>
        <w:t>v 0.732047 1.670263 0.514904</w:t>
        <w:br/>
        <w:t>v 0.741429 1.652971 0.525367</w:t>
        <w:br/>
        <w:t>v 0.732047 1.670263 0.514904</w:t>
        <w:br/>
        <w:t>v 0.742196 1.672175 0.500315</w:t>
        <w:br/>
        <w:t>v 0.754848 1.649097 0.514313</w:t>
        <w:br/>
        <w:t>v 0.673064 1.564521 0.564367</w:t>
        <w:br/>
        <w:t>v 0.659116 1.553906 0.554871</w:t>
        <w:br/>
        <w:t>v 0.668838 1.534111 0.566769</w:t>
        <w:br/>
        <w:t>v 0.679453 1.551064 0.572441</w:t>
        <w:br/>
        <w:t>v 0.702027 1.526842 0.571975</w:t>
        <w:br/>
        <w:t>v 0.701662 1.547166 0.575321</w:t>
        <w:br/>
        <w:t>v 0.735392 1.536576 0.566819</w:t>
        <w:br/>
        <w:t>v 0.724149 1.552812 0.572365</w:t>
        <w:br/>
        <w:t>v 0.745252 1.556887 0.554809</w:t>
        <w:br/>
        <w:t>v 0.730676 1.566709 0.564140</w:t>
        <w:br/>
        <w:t>v 0.744800 1.640998 0.504767</w:t>
        <w:br/>
        <w:t>v 0.754848 1.649097 0.514313</w:t>
        <w:br/>
        <w:t>v 0.742196 1.672175 0.500315</w:t>
        <w:br/>
        <w:t>v 0.734713 1.659523 0.493524</w:t>
        <w:br/>
        <w:t>v 0.745252 1.556887 0.554809</w:t>
        <w:br/>
        <w:t>v 0.755351 1.560722 0.566932</w:t>
        <w:br/>
        <w:t>v 0.735392 1.536576 0.566819</w:t>
        <w:br/>
        <w:t>v 0.743026 1.535544 0.581835</w:t>
        <w:br/>
        <w:t>v 0.702027 1.526842 0.571975</w:t>
        <w:br/>
        <w:t>v 0.701826 1.522918 0.588564</w:t>
        <w:br/>
        <w:t>v 0.668838 1.534111 0.566769</w:t>
        <w:br/>
        <w:t>v 0.660852 1.532488 0.581710</w:t>
        <w:br/>
        <w:t>v 0.659116 1.553906 0.554871</w:t>
        <w:br/>
        <w:t>v 0.648716 1.557075 0.566945</w:t>
        <w:br/>
        <w:t>v 0.658676 1.638885 0.505056</w:t>
        <w:br/>
        <w:t>v 0.648225 1.646544 0.514639</w:t>
        <w:br/>
        <w:t>v 0.668159 1.658039 0.493775</w:t>
        <w:br/>
        <w:t>v 0.660035 1.670427 0.500617</w:t>
        <w:br/>
        <w:t>v 0.701248 1.667232 0.488682</w:t>
        <w:br/>
        <w:t>v 0.700833 1.682475 0.493951</w:t>
        <w:br/>
        <w:t>v 0.670698 0.719472 1.059763</w:t>
        <w:br/>
        <w:t>v 0.665177 0.658062 1.200820</w:t>
        <w:br/>
        <w:t>v 0.594183 0.662954 1.124394</w:t>
        <w:br/>
        <w:t>v 0.787080 0.654515 1.158903</w:t>
        <w:br/>
        <w:t>v 0.708125 0.609102 1.236248</w:t>
        <w:br/>
        <w:t>v 0.748269 0.669217 1.130003</w:t>
        <w:br/>
        <w:t>v 0.550719 0.652378 1.147874</w:t>
        <w:br/>
        <w:t>v 0.571709 0.661659 1.114785</w:t>
        <w:br/>
        <w:t>v 0.773963 0.667003 1.125387</w:t>
        <w:br/>
        <w:t>v 0.800449 0.660615 1.123891</w:t>
        <w:br/>
        <w:t>v 0.828721 0.652817 1.139737</w:t>
        <w:br/>
        <w:t>v 0.843800 0.627551 1.148314</w:t>
        <w:br/>
        <w:t>v 0.828519 0.620572 1.164487</w:t>
        <w:br/>
        <w:t>v 0.783735 0.600197 1.209397</w:t>
        <w:br/>
        <w:t>v 0.867972 0.635461 1.130003</w:t>
        <w:br/>
        <w:t>v 0.515090 0.653422 1.130631</w:t>
        <w:br/>
        <w:t>v 0.510512 0.620974 1.152464</w:t>
        <w:br/>
        <w:t>v 0.495621 0.627111 1.134958</w:t>
        <w:br/>
        <w:t>v 0.541965 0.658238 1.113201</w:t>
        <w:br/>
        <w:t>v 0.543802 0.648969 1.129915</w:t>
        <w:br/>
        <w:t>v 0.795808 0.648868 1.140491</w:t>
        <w:br/>
        <w:t>v 0.800449 0.660615 1.123891</w:t>
        <w:br/>
        <w:t>v 0.787080 0.654515 1.158903</w:t>
        <w:br/>
        <w:t>v 0.795808 0.648868 1.140491</w:t>
        <w:br/>
        <w:t>v 0.814056 0.650075 1.129588</w:t>
        <w:br/>
        <w:t>v 0.828721 0.652817 1.139737</w:t>
        <w:br/>
        <w:t>v 0.840630 0.645170 1.125576</w:t>
        <w:br/>
        <w:t>v 0.867972 0.635461 1.130003</w:t>
        <w:br/>
        <w:t>v 0.515090 0.653422 1.130631</w:t>
        <w:br/>
        <w:t>v 0.532810 0.648869 1.123576</w:t>
        <w:br/>
        <w:t>v 0.543802 0.648969 1.129915</w:t>
        <w:br/>
        <w:t>v 0.550719 0.652378 1.147874</w:t>
        <w:br/>
        <w:t>v 0.504362 0.645787 1.113427</w:t>
        <w:br/>
        <w:t>v 0.475298 0.633651 1.114584</w:t>
        <w:br/>
        <w:t>v 0.656373 0.533681 1.302916</w:t>
        <w:br/>
        <w:t>v 0.594686 0.594362 1.238789</w:t>
        <w:br/>
        <w:t>v 0.609790 0.608020 1.230651</w:t>
        <w:br/>
        <w:t>v 0.658725 0.581572 1.272984</w:t>
        <w:br/>
        <w:t>v 0.614808 0.612547 1.200015</w:t>
        <w:br/>
        <w:t>v 0.659719 0.588690 1.247730</w:t>
        <w:br/>
        <w:t>v 0.724185 0.590816 1.249491</w:t>
        <w:br/>
        <w:t>v 0.548882 0.602235 1.201336</w:t>
        <w:br/>
        <w:t>v 0.541965 0.658238 1.113201</w:t>
        <w:br/>
        <w:t>v 0.704843 0.612761 1.207586</w:t>
        <w:br/>
        <w:t>v 0.665177 0.658062 1.200820</w:t>
        <w:br/>
        <w:t>v 0.708125 0.609102 1.236248</w:t>
        <w:br/>
        <w:t>v 0.704843 0.612761 1.207586</w:t>
        <w:br/>
        <w:t>v 0.609790 0.608020 1.230651</w:t>
        <w:br/>
        <w:t>v 0.665177 0.658062 1.200820</w:t>
        <w:br/>
        <w:t>v 0.614808 0.612547 1.200015</w:t>
        <w:br/>
        <w:t>v 0.929825 2.383043 0.303169</w:t>
        <w:br/>
        <w:t>v 0.900623 2.382980 0.334308</w:t>
        <w:br/>
        <w:t>v 0.913224 2.565174 0.346017</w:t>
        <w:br/>
        <w:t>v 0.942402 2.565238 0.314903</w:t>
        <w:br/>
        <w:t>v 0.891190 2.386552 0.267514</w:t>
        <w:br/>
        <w:t>v 0.862001 2.386488 0.298654</w:t>
        <w:br/>
        <w:t>v 0.900623 2.382980 0.334308</w:t>
        <w:br/>
        <w:t>v 0.929825 2.383043 0.303169</w:t>
        <w:br/>
        <w:t>v 0.874590 2.568683 0.310363</w:t>
        <w:br/>
        <w:t>v 0.903767 2.568747 0.279248</w:t>
        <w:br/>
        <w:t>v 0.942402 2.565238 0.314903</w:t>
        <w:br/>
        <w:t>v 0.913224 2.565174 0.346017</w:t>
        <w:br/>
        <w:t>v 0.900623 2.382980 0.334308</w:t>
        <w:br/>
        <w:t>v 0.862001 2.386488 0.298654</w:t>
        <w:br/>
        <w:t>v 0.874590 2.568683 0.310363</w:t>
        <w:br/>
        <w:t>v 0.913224 2.565174 0.346017</w:t>
        <w:br/>
        <w:t>v 0.942402 2.565238 0.314903</w:t>
        <w:br/>
        <w:t>v 0.903767 2.568747 0.279248</w:t>
        <w:br/>
        <w:t>v 0.891190 2.386552 0.267514</w:t>
        <w:br/>
        <w:t>v 0.929825 2.383043 0.303169</w:t>
        <w:br/>
        <w:t>v 0.675504 1.663485 0.492983</w:t>
        <w:br/>
        <w:t>v 0.675390 1.674590 0.517759</w:t>
        <w:br/>
        <w:t>v 0.683678 1.658316 0.510200</w:t>
        <w:br/>
        <w:t>v 0.699059 1.650984 0.494153</w:t>
        <w:br/>
        <w:t>v 0.699248 1.657649 0.480570</w:t>
        <w:br/>
        <w:t>v 0.699059 1.650984 0.494153</w:t>
        <w:br/>
        <w:t>v 0.722879 1.662881 0.492920</w:t>
        <w:br/>
        <w:t>v 0.699248 1.657649 0.480570</w:t>
        <w:br/>
        <w:t>v 0.714315 1.657938 0.510162</w:t>
        <w:br/>
        <w:t>v 0.722766 1.673935 0.517696</w:t>
        <w:br/>
        <w:t>v 0.698921 1.662594 0.527174</w:t>
        <w:br/>
        <w:t>v 0.699034 1.679809 0.522547</w:t>
        <w:br/>
        <w:t>v 0.722766 1.673935 0.517696</w:t>
        <w:br/>
        <w:t>v 0.675390 1.674590 0.517759</w:t>
        <w:br/>
        <w:t>v 0.698921 1.650797 0.513302</w:t>
        <w:br/>
        <w:t>v 0.698921 1.650797 0.513302</w:t>
        <w:br/>
        <w:t>v 0.698921 1.662594 0.527174</w:t>
        <w:br/>
        <w:t>v 0.684433 1.793876 0.452399</w:t>
        <w:br/>
        <w:t>v 0.698846 1.787740 0.438603</w:t>
        <w:br/>
        <w:t>v 0.698846 1.787740 0.438603</w:t>
        <w:br/>
        <w:t>v 0.713170 1.793550 0.452412</w:t>
        <w:br/>
        <w:t>v 0.713170 1.793550 0.452412</w:t>
        <w:br/>
        <w:t>v 0.698758 1.799674 0.458709</w:t>
        <w:br/>
        <w:t>v 0.698758 1.799674 0.458709</w:t>
        <w:br/>
        <w:t>v 0.684433 1.793876 0.452399</w:t>
        <w:br/>
        <w:t>v 0.698770 1.799184 0.450387</w:t>
        <w:br/>
        <w:t>v 0.698770 1.799184 0.450387</w:t>
        <w:br/>
        <w:t>v 0.698758 1.799674 0.458709</w:t>
        <w:br/>
        <w:t>v 0.365203 9.275402 1.221635</w:t>
        <w:br/>
        <w:t>v 0.366775 9.202636 1.228577</w:t>
        <w:br/>
        <w:t>v 0.188542 9.195406 0.953178</w:t>
        <w:br/>
        <w:t>v 0.197924 9.291238 0.933031</w:t>
        <w:br/>
        <w:t>v 0.201256 9.078859 1.022059</w:t>
        <w:br/>
        <w:t>v 0.320695 9.104577 1.201525</w:t>
        <w:br/>
        <w:t>v 0.093313 9.109648 0.669894</w:t>
        <w:br/>
        <w:t>v 0.113184 9.203568 0.622456</w:t>
        <w:br/>
        <w:t>v 0.137519 9.098353 0.898923</w:t>
        <w:br/>
        <w:t>v 0.189284 9.320329 0.264078</w:t>
        <w:br/>
        <w:t>v 0.132552 9.303903 0.604321</w:t>
        <w:br/>
        <w:t>v 0.159993 9.202537 0.285395</w:t>
        <w:br/>
        <w:t>v 0.252895 9.057530 1.122318</w:t>
        <w:br/>
        <w:t>v 0.346753 9.195808 -0.038851</w:t>
        <w:br/>
        <w:t>v 0.365530 9.334249 -0.052106</w:t>
        <w:br/>
        <w:t>v 0.101299 9.064057 0.791105</w:t>
        <w:br/>
        <w:t>v 0.125232 9.112654 0.332846</w:t>
        <w:br/>
        <w:t>v 0.094696 9.094984 0.556505</w:t>
        <w:br/>
        <w:t>v 0.099110 9.062850 0.449919</w:t>
        <w:br/>
        <w:t>v 0.289706 9.119947 0.010021</w:t>
        <w:br/>
        <w:t>v 0.179197 9.113974 0.206817</w:t>
        <w:br/>
        <w:t>v 0.226208 9.083237 0.102169</w:t>
        <w:br/>
        <w:t>v 1.685489 9.195178 0.588424</w:t>
        <w:br/>
        <w:t>v 1.678144 9.097522 0.676207</w:t>
        <w:br/>
        <w:t>v 1.666008 9.306403 0.869080</w:t>
        <w:br/>
        <w:t>v 1.607968 9.184664 1.025757</w:t>
        <w:br/>
        <w:t>v 1.564868 9.086316 1.116948</w:t>
        <w:br/>
        <w:t>v 1.546796 9.296026 1.174675</w:t>
        <w:br/>
        <w:t>v 1.383519 9.219210 1.386487</w:t>
        <w:br/>
        <w:t>v 1.384799 9.292605 1.395492</w:t>
        <w:br/>
        <w:t>v 1.641471 9.100640 0.953719</w:t>
        <w:br/>
        <w:t>v 1.694318 9.314465 0.487737</w:t>
        <w:br/>
        <w:t>v 1.680773 9.089058 0.481675</w:t>
        <w:br/>
        <w:t>v 1.662549 9.052032 0.808927</w:t>
        <w:br/>
        <w:t>v 1.488341 9.058483 1.240789</w:t>
        <w:br/>
        <w:t>v 1.572867 9.098781 0.076060</w:t>
        <w:br/>
        <w:t>v 1.612005 9.206485 0.167629</w:t>
        <w:br/>
        <w:t>v 1.402683 9.272171 -0.163747</w:t>
        <w:br/>
        <w:t>v 1.429634 9.135931 -0.130558</w:t>
        <w:br/>
        <w:t>v 1.401765 9.125893 1.346267</w:t>
        <w:br/>
        <w:t>v 1.415197 9.338588 -0.158716</w:t>
        <w:br/>
        <w:t>v 1.504501 9.066849 -0.035870</w:t>
        <w:br/>
        <w:t>v 1.643182 9.095573 0.253338</w:t>
        <w:br/>
        <w:t>v 1.661128 9.060900 0.356665</w:t>
        <w:br/>
        <w:t>v 1.611879 9.325068 0.145608</w:t>
        <w:br/>
        <w:t>v 0.661442 0.772846 0.993913</w:t>
        <w:br/>
        <w:t>v 0.669315 0.893254 0.904961</w:t>
        <w:br/>
        <w:t>v 0.687563 0.899316 0.918241</w:t>
        <w:br/>
        <w:t>v 0.681388 0.779726 1.008992</w:t>
        <w:br/>
        <w:t>v 0.681388 0.779726 1.008992</w:t>
        <w:br/>
        <w:t>v 0.687563 0.899316 0.918241</w:t>
        <w:br/>
        <w:t>v 0.703548 0.889116 0.905929</w:t>
        <w:br/>
        <w:t>v 0.698605 0.767716 0.994354</w:t>
        <w:br/>
        <w:t>v 0.698605 0.767716 0.994354</w:t>
        <w:br/>
        <w:t>v 0.703548 0.889116 0.905929</w:t>
        <w:br/>
        <w:t>v 0.685299 0.882878 0.892384</w:t>
        <w:br/>
        <w:t>v 0.678659 0.760723 0.979086</w:t>
        <w:br/>
        <w:t>v 0.678659 0.760723 0.979086</w:t>
        <w:br/>
        <w:t>v 0.685299 0.882878 0.892384</w:t>
        <w:br/>
        <w:t>v 0.669315 0.893254 0.904961</w:t>
        <w:br/>
        <w:t>v 0.661442 0.772846 0.993913</w:t>
        <w:br/>
        <w:t>v 0.686733 0.897379 0.900835</w:t>
        <w:br/>
        <w:t>v 0.686733 0.897379 0.900835</w:t>
        <w:br/>
        <w:t>v 0.685299 0.882878 0.892384</w:t>
        <w:br/>
        <w:t>v 0.669315 0.893254 0.904961</w:t>
        <w:br/>
        <w:t>v 0.724412 0.783727 -0.443220</w:t>
        <w:br/>
        <w:t>v 0.752005 0.769126 -0.437800</w:t>
        <w:br/>
        <w:t>v 0.758758 0.788934 -0.437750</w:t>
        <w:br/>
        <w:t>v 0.756218 0.817332 -0.439598</w:t>
        <w:br/>
        <w:t>v 0.755514 0.743760 -0.432405</w:t>
        <w:br/>
        <w:t>v 0.748911 0.759052 -0.435989</w:t>
        <w:br/>
        <w:t>v 0.744421 0.730743 -0.433738</w:t>
        <w:br/>
        <w:t>v 0.729506 0.723386 -0.436530</w:t>
        <w:br/>
        <w:t>v 0.725192 0.699805 -0.434417</w:t>
        <w:br/>
        <w:t>v 0.724840 0.713589 -0.436655</w:t>
        <w:br/>
        <w:t>v 0.708440 0.685908 -0.438793</w:t>
        <w:br/>
        <w:t>v 0.719055 0.723197 -0.438957</w:t>
        <w:br/>
        <w:t>v 0.697209 0.680287 -0.443007</w:t>
        <w:br/>
        <w:t>v 0.672383 0.699076 -0.461029</w:t>
        <w:br/>
        <w:t>v 0.684884 0.661737 -0.448427</w:t>
        <w:br/>
        <w:t>v 0.690971 0.720041 -0.449358</w:t>
        <w:br/>
        <w:t>v 0.690808 0.758260 -0.447899</w:t>
        <w:br/>
        <w:t>v 0.741680 0.761706 -0.437687</w:t>
        <w:br/>
        <w:t>v 0.592360 0.768208 -0.437322</w:t>
        <w:br/>
        <w:t>v 0.621675 0.780784 -0.442881</w:t>
        <w:br/>
        <w:t>v 0.586713 0.788343 -0.437435</w:t>
        <w:br/>
        <w:t>v 0.588863 0.815722 -0.438177</w:t>
        <w:br/>
        <w:t>v 0.594007 0.755996 -0.434895</w:t>
        <w:br/>
        <w:t>v 0.589014 0.743307 -0.432141</w:t>
        <w:br/>
        <w:t>v 0.597252 0.731423 -0.432857</w:t>
        <w:br/>
        <w:t>v 0.609904 0.724279 -0.435046</w:t>
        <w:br/>
        <w:t>v 0.620053 0.712885 -0.435373</w:t>
        <w:br/>
        <w:t>v 0.618996 0.700421 -0.434341</w:t>
        <w:br/>
        <w:t>v 0.634981 0.686210 -0.438806</w:t>
        <w:br/>
        <w:t>v 0.647293 0.681179 -0.442981</w:t>
        <w:br/>
        <w:t>v 0.623147 0.721021 -0.437838</w:t>
        <w:br/>
        <w:t>v 0.659555 0.662805 -0.448502</w:t>
        <w:br/>
        <w:t>v 0.672383 0.699076 -0.461029</w:t>
        <w:br/>
        <w:t>v 0.652500 0.719022 -0.449006</w:t>
        <w:br/>
        <w:t>v 0.652676 0.755858 -0.447282</w:t>
        <w:br/>
        <w:t>v 0.600924 0.760134 -0.437473</w:t>
        <w:br/>
        <w:t>v 0.672157 0.611670 -0.449257</w:t>
        <w:br/>
        <w:t>v 0.672157 0.611670 -0.449257</w:t>
        <w:br/>
        <w:t>v 1.899900 6.762502 -3.053452</w:t>
        <w:br/>
        <w:t>v 1.859631 6.794748 -3.006258</w:t>
        <w:br/>
        <w:t>v 1.902868 6.750076 -2.987954</w:t>
        <w:br/>
        <w:t>v 1.902868 6.750076 -2.987954</w:t>
        <w:br/>
        <w:t>v 1.929844 6.794749 -2.945652</w:t>
        <w:br/>
        <w:t>v 1.971158 6.762501 -2.991953</w:t>
        <w:br/>
        <w:t>v 1.929844 6.794749 -2.945652</w:t>
        <w:br/>
        <w:t>v 1.886608 6.839432 -2.963938</w:t>
        <w:br/>
        <w:t>v 1.954658 6.853179 -2.967560</w:t>
        <w:br/>
        <w:t>v 1.886608 6.839432 -2.963938</w:t>
        <w:br/>
        <w:t>v 1.859631 6.794748 -3.006258</w:t>
        <w:br/>
        <w:t>v 1.883413 6.853179 -3.029059</w:t>
        <w:br/>
        <w:t>v 1.924714 6.820920 -3.075377</w:t>
        <w:br/>
        <w:t>v 1.876899 6.807839 -3.054004</w:t>
        <w:br/>
        <w:t>v 1.899900 6.762502 -3.053452</w:t>
        <w:br/>
        <w:t>v 1.971158 6.762501 -2.991953</w:t>
        <w:br/>
        <w:t>v 1.994928 6.820919 -3.014771</w:t>
        <w:br/>
        <w:t>v 1.967952 6.776248 -3.057083</w:t>
        <w:br/>
        <w:t>v 1.954658 6.853179 -2.967560</w:t>
        <w:br/>
        <w:t>v 1.951690 6.865604 -3.033046</w:t>
        <w:br/>
        <w:t>v 1.994928 6.820919 -3.014771</w:t>
        <w:br/>
        <w:t>v 1.886029 6.791037 -2.966065</w:t>
        <w:br/>
        <w:t>v 1.967952 6.776248 -3.057083</w:t>
        <w:br/>
        <w:t>v 1.968543 6.824643 -3.054962</w:t>
        <w:br/>
        <w:t>v 1.971158 6.762501 -2.991953</w:t>
        <w:br/>
        <w:t>v 1.977661 6.807839 -2.967025</w:t>
        <w:br/>
        <w:t>v 1.954658 6.853179 -2.967560</w:t>
        <w:br/>
        <w:t>v 1.915622 6.871954 -2.993258</w:t>
        <w:br/>
        <w:t>v 1.938938 6.743713 -3.027736</w:t>
        <w:br/>
        <w:t>v 1.862361 7.284247 -2.896514</w:t>
        <w:br/>
        <w:t>v 1.821840 7.316268 -2.849687</w:t>
        <w:br/>
        <w:t>v 1.864599 7.271860 -2.831210</w:t>
        <w:br/>
        <w:t>v 1.864599 7.271860 -2.831210</w:t>
        <w:br/>
        <w:t>v 1.890947 7.316281 -2.788704</w:t>
        <w:br/>
        <w:t>v 1.932399 7.284336 -2.834620</w:t>
        <w:br/>
        <w:t>v 1.890947 7.316281 -2.788704</w:t>
        <w:br/>
        <w:t>v 1.848249 7.360650 -2.807129</w:t>
        <w:br/>
        <w:t>v 1.915798 7.374257 -2.810231</w:t>
        <w:br/>
        <w:t>v 1.848249 7.360650 -2.807129</w:t>
        <w:br/>
        <w:t>v 1.821840 7.316268 -2.849687</w:t>
        <w:br/>
        <w:t>v 1.845798 7.374331 -2.872026</w:t>
        <w:br/>
        <w:t>v 1.887274 7.342351 -2.917936</w:t>
        <w:br/>
        <w:t>v 1.839535 7.329309 -2.897112</w:t>
        <w:br/>
        <w:t>v 1.862361 7.284247 -2.896514</w:t>
        <w:br/>
        <w:t>v 1.932399 7.284336 -2.834620</w:t>
        <w:br/>
        <w:t>v 1.956219 7.342337 -2.856991</w:t>
        <w:br/>
        <w:t>v 1.929958 7.297993 -2.899491</w:t>
        <w:br/>
        <w:t>v 1.915798 7.374257 -2.810231</w:t>
        <w:br/>
        <w:t>v 1.913609 7.386657 -2.875396</w:t>
        <w:br/>
        <w:t>v 1.956219 7.342337 -2.856991</w:t>
        <w:br/>
        <w:t>v 1.847898 7.312695 -2.809755</w:t>
        <w:br/>
        <w:t>v 1.929958 7.297993 -2.899491</w:t>
        <w:br/>
        <w:t>v 1.930210 7.345898 -2.896760</w:t>
        <w:br/>
        <w:t>v 1.900845 7.265622 -2.870597</w:t>
        <w:br/>
        <w:t>v 1.932399 7.284336 -2.834620</w:t>
        <w:br/>
        <w:t>v 1.938548 7.329322 -2.809667</w:t>
        <w:br/>
        <w:t>v 1.915798 7.374257 -2.810231</w:t>
        <w:br/>
        <w:t>v 1.877389 7.392920 -2.836038</w:t>
        <w:br/>
        <w:t>v 1.856538 7.729289 -2.673430</w:t>
        <w:br/>
        <w:t>v 1.883289 7.773735 -2.630881</w:t>
        <w:br/>
        <w:t>v 1.924438 7.741803 -2.677290</w:t>
        <w:br/>
        <w:t>v 1.883289 7.773735 -2.630881</w:t>
        <w:br/>
        <w:t>v 1.840290 7.818205 -2.648653</w:t>
        <w:br/>
        <w:t>v 1.908039 7.831687 -2.652023</w:t>
        <w:br/>
        <w:t>v 1.813477 7.773735 -2.691373</w:t>
        <w:br/>
        <w:t>v 1.856538 7.729289 -2.673430</w:t>
        <w:br/>
        <w:t>v 1.853797 7.741676 -2.738608</w:t>
        <w:br/>
        <w:t>v 1.878598 7.799844 -2.759967</w:t>
        <w:br/>
        <w:t>v 1.830845 7.786802 -2.738869</w:t>
        <w:br/>
        <w:t>v 1.853797 7.741676 -2.738608</w:t>
        <w:br/>
        <w:t>v 1.924438 7.741803 -2.677290</w:t>
        <w:br/>
        <w:t>v 1.948183 7.799781 -2.699428</w:t>
        <w:br/>
        <w:t>v 1.921508 7.755473 -2.741978</w:t>
        <w:br/>
        <w:t>v 1.908039 7.831687 -2.652023</w:t>
        <w:br/>
        <w:t>v 1.905334 7.844124 -2.717149</w:t>
        <w:br/>
        <w:t>v 1.948183 7.799781 -2.699428</w:t>
        <w:br/>
        <w:t>v 1.837284 7.831927 -2.713531</w:t>
        <w:br/>
        <w:t>v 1.839874 7.770113 -2.651496</w:t>
        <w:br/>
        <w:t>v 1.921508 7.755473 -2.741978</w:t>
        <w:br/>
        <w:t>v 1.921848 7.803389 -2.739116</w:t>
        <w:br/>
        <w:t>v 1.930852 7.786764 -2.652056</w:t>
        <w:br/>
        <w:t>v 1.892557 7.723115 -2.713053</w:t>
        <w:br/>
        <w:t>v 1.869304 7.850438 -2.677447</w:t>
        <w:br/>
        <w:t>v 1.908039 7.831687 -2.652023</w:t>
        <w:br/>
        <w:t>v 1.924438 7.741803 -2.677290</w:t>
        <w:br/>
        <w:t>v -1.859648 6.794751 -3.006264</w:t>
        <w:br/>
        <w:t>v -1.899918 6.762505 -3.053458</w:t>
        <w:br/>
        <w:t>v -1.902885 6.750080 -2.987961</w:t>
        <w:br/>
        <w:t>v -1.929862 6.794750 -2.945659</w:t>
        <w:br/>
        <w:t>v -1.902885 6.750080 -2.987961</w:t>
        <w:br/>
        <w:t>v -1.971175 6.762505 -2.991960</w:t>
        <w:br/>
        <w:t>v -1.886624 6.839435 -2.963944</w:t>
        <w:br/>
        <w:t>v -1.929862 6.794750 -2.945659</w:t>
        <w:br/>
        <w:t>v -1.954675 6.853181 -2.967566</w:t>
        <w:br/>
        <w:t>v -1.859648 6.794751 -3.006264</w:t>
        <w:br/>
        <w:t>v -1.886624 6.839435 -2.963944</w:t>
        <w:br/>
        <w:t>v -1.883430 6.853181 -3.029065</w:t>
        <w:br/>
        <w:t>v -1.876915 6.807844 -3.054010</w:t>
        <w:br/>
        <w:t>v -1.924731 6.820923 -3.075383</w:t>
        <w:br/>
        <w:t>v -1.899918 6.762505 -3.053458</w:t>
        <w:br/>
        <w:t>v -1.994945 6.820922 -3.014777</w:t>
        <w:br/>
        <w:t>v -1.971175 6.762505 -2.991960</w:t>
        <w:br/>
        <w:t>v -1.967968 6.776251 -3.057089</w:t>
        <w:br/>
        <w:t>v -1.951707 6.865607 -3.033052</w:t>
        <w:br/>
        <w:t>v -1.954675 6.853181 -2.967566</w:t>
        <w:br/>
        <w:t>v -1.994945 6.820922 -3.014777</w:t>
        <w:br/>
        <w:t>v -1.886046 6.791041 -2.966072</w:t>
        <w:br/>
        <w:t>v -1.968560 6.824645 -3.054968</w:t>
        <w:br/>
        <w:t>v -1.967968 6.776251 -3.057089</w:t>
        <w:br/>
        <w:t>v -1.977677 6.807843 -2.967032</w:t>
        <w:br/>
        <w:t>v -1.971175 6.762505 -2.991960</w:t>
        <w:br/>
        <w:t>v -1.954675 6.853181 -2.967566</w:t>
        <w:br/>
        <w:t>v -1.915638 6.871957 -2.993265</w:t>
        <w:br/>
        <w:t>v -1.938955 6.743716 -3.027742</w:t>
        <w:br/>
        <w:t>v -1.821855 7.316269 -2.849693</w:t>
        <w:br/>
        <w:t>v -1.862376 7.284250 -2.896520</w:t>
        <w:br/>
        <w:t>v -1.864615 7.271863 -2.831216</w:t>
        <w:br/>
        <w:t>v -1.890963 7.316283 -2.788710</w:t>
        <w:br/>
        <w:t>v -1.864615 7.271863 -2.831216</w:t>
        <w:br/>
        <w:t>v -1.932414 7.284338 -2.834625</w:t>
        <w:br/>
        <w:t>v -1.848265 7.360653 -2.807135</w:t>
        <w:br/>
        <w:t>v -1.890963 7.316283 -2.788710</w:t>
        <w:br/>
        <w:t>v -1.915814 7.374260 -2.810236</w:t>
        <w:br/>
        <w:t>v -1.821855 7.316269 -2.849693</w:t>
        <w:br/>
        <w:t>v -1.848265 7.360653 -2.807135</w:t>
        <w:br/>
        <w:t>v -1.845813 7.374335 -2.872033</w:t>
        <w:br/>
        <w:t>v -1.839550 7.329312 -2.897118</w:t>
        <w:br/>
        <w:t>v -1.887290 7.342355 -2.917942</w:t>
        <w:br/>
        <w:t>v -1.862376 7.284250 -2.896520</w:t>
        <w:br/>
        <w:t>v -1.956234 7.342341 -2.856997</w:t>
        <w:br/>
        <w:t>v -1.932414 7.284338 -2.834625</w:t>
        <w:br/>
        <w:t>v -1.929975 7.297997 -2.899497</w:t>
        <w:br/>
        <w:t>v -1.913625 7.386661 -2.875403</w:t>
        <w:br/>
        <w:t>v -1.915814 7.374260 -2.810236</w:t>
        <w:br/>
        <w:t>v -1.956234 7.342341 -2.856997</w:t>
        <w:br/>
        <w:t>v -1.847913 7.312697 -2.809761</w:t>
        <w:br/>
        <w:t>v -1.930226 7.345901 -2.896767</w:t>
        <w:br/>
        <w:t>v -1.929975 7.297997 -2.899497</w:t>
        <w:br/>
        <w:t>v -1.900860 7.265625 -2.870604</w:t>
        <w:br/>
        <w:t>v -1.932414 7.284338 -2.834625</w:t>
        <w:br/>
        <w:t>v -1.938564 7.329325 -2.809673</w:t>
        <w:br/>
        <w:t>v -1.915814 7.374260 -2.810236</w:t>
        <w:br/>
        <w:t>v -1.877405 7.392923 -2.836044</w:t>
        <w:br/>
        <w:t>v 1.066282 13.519325 0.019158</w:t>
        <w:br/>
        <w:t>v 1.054259 13.543849 -0.003015</w:t>
        <w:br/>
        <w:t>v 1.039658 13.525084 0.018013</w:t>
        <w:br/>
        <w:t>v 1.072131 13.568183 0.012555</w:t>
        <w:br/>
        <w:t>v 1.034552 13.573994 0.011109</w:t>
        <w:br/>
        <w:t>v 1.054259 13.543849 -0.003015</w:t>
        <w:br/>
        <w:t>v 1.239824 13.437312 0.026188</w:t>
        <w:br/>
        <w:t>v 1.213652 13.420209 0.009801</w:t>
        <w:br/>
        <w:t>v 0.943612 13.502121 0.016429</w:t>
        <w:br/>
        <w:t>v 0.979329 13.484639 0.001513</w:t>
        <w:br/>
        <w:t>v 0.979329 13.484639 0.001513</w:t>
        <w:br/>
        <w:t>v 1.005362 13.497996 0.020088</w:t>
        <w:br/>
        <w:t>v 1.005362 13.497996 0.020088</w:t>
        <w:br/>
        <w:t>v 1.013021 13.477218 0.022428</w:t>
        <w:br/>
        <w:t>v 1.177935 13.433339 0.028011</w:t>
        <w:br/>
        <w:t>v 1.213652 13.420209 0.009801</w:t>
        <w:br/>
        <w:t>v 1.185947 13.412651 0.029634</w:t>
        <w:br/>
        <w:t>v 1.152305 13.385950 0.031797</w:t>
        <w:br/>
        <w:t>v 1.140307 13.361981 0.014492</w:t>
        <w:br/>
        <w:t>v 1.213652 13.420209 0.009801</w:t>
        <w:br/>
        <w:t>v 1.248037 13.407947 0.028464</w:t>
        <w:br/>
        <w:t>v 1.140307 13.361981 0.014492</w:t>
        <w:br/>
        <w:t>v 1.159649 13.337645 0.034073</w:t>
        <w:br/>
        <w:t>v 1.121606 13.343392 0.033671</w:t>
        <w:br/>
        <w:t>v 0.951233 13.472615 0.019736</w:t>
        <w:br/>
        <w:t>v 1.125441 13.391723 0.031382</w:t>
        <w:br/>
        <w:t>v 1.140307 13.361981 0.014492</w:t>
        <w:br/>
        <w:t>v 1.072131 13.568183 0.012555</w:t>
        <w:br/>
        <w:t>v 1.066282 13.519325 0.019158</w:t>
        <w:br/>
        <w:t>v 1.039658 13.525084 0.018013</w:t>
        <w:br/>
        <w:t>v 1.034552 13.573994 0.011109</w:t>
        <w:br/>
        <w:t>v 1.005362 13.497996 0.020088</w:t>
        <w:br/>
        <w:t>v 0.943612 13.502121 0.016429</w:t>
        <w:br/>
        <w:t>v 1.013021 13.477218 0.022428</w:t>
        <w:br/>
        <w:t>v 0.951233 13.472615 0.019736</w:t>
        <w:br/>
        <w:t>v 1.125441 13.391723 0.031382</w:t>
        <w:br/>
        <w:t>v 1.121606 13.343392 0.033671</w:t>
        <w:br/>
        <w:t>v 1.152305 13.385950 0.031797</w:t>
        <w:br/>
        <w:t>v 1.159649 13.337645 0.034073</w:t>
        <w:br/>
        <w:t>v 1.185947 13.412651 0.029634</w:t>
        <w:br/>
        <w:t>v 1.248037 13.407947 0.028464</w:t>
        <w:br/>
        <w:t>v 1.177935 13.433339 0.028011</w:t>
        <w:br/>
        <w:t>v 1.239824 13.437312 0.026188</w:t>
        <w:br/>
        <w:t>v 0.388602 13.992349 0.010066</w:t>
        <w:br/>
        <w:t>v 0.292418 14.088673 -0.018105</w:t>
        <w:br/>
        <w:t>v 0.289651 14.117121 -0.037184</w:t>
        <w:br/>
        <w:t>v 0.427552 13.978640 0.002922</w:t>
        <w:br/>
        <w:t>v 0.402814 13.979910 0.025572</w:t>
        <w:br/>
        <w:t>v 0.419905 13.998285 0.093070</w:t>
        <w:br/>
        <w:t>v 0.279816 14.137546 0.051857</w:t>
        <w:br/>
        <w:t>v 0.285727 14.103212 0.045531</w:t>
        <w:br/>
        <w:t>v 0.383069 14.006497 0.074243</w:t>
        <w:br/>
        <w:t>v 0.399355 13.988953 0.066861</w:t>
        <w:br/>
        <w:t>v 0.419301 13.958001 -0.025274</w:t>
        <w:br/>
        <w:t>v 0.437738 13.942130 -0.001882</w:t>
        <w:br/>
        <w:t>v 0.427552 13.978640 0.002922</w:t>
        <w:br/>
        <w:t>v 0.419905 13.998285 0.093070</w:t>
        <w:br/>
        <w:t>v 0.428834 13.965887 0.107646</w:t>
        <w:br/>
        <w:t>v 0.274622 14.103715 -0.067154</w:t>
        <w:br/>
        <w:t>v 0.289651 14.117121 -0.037184</w:t>
        <w:br/>
        <w:t>v 0.258877 14.136803 0.076595</w:t>
        <w:br/>
        <w:t>v 0.279816 14.137546 0.051857</w:t>
        <w:br/>
        <w:t>v 0.407014 13.989821 0.120411</w:t>
        <w:br/>
        <w:t>v 0.241270 14.152436 0.052235</w:t>
        <w:br/>
        <w:t>v 0.253519 14.127459 -0.055445</w:t>
        <w:br/>
        <w:t>v 0.272233 14.115460 0.029408</w:t>
        <w:br/>
        <w:t>v 0.289651 14.117121 -0.037184</w:t>
        <w:br/>
        <w:t>v 0.276660 14.106080 -0.011440</w:t>
        <w:br/>
        <w:t>v 0.272233 14.115460 0.029408</w:t>
        <w:br/>
        <w:t>v 0.279816 14.137546 0.051857</w:t>
        <w:br/>
        <w:t>v 0.276660 14.106080 -0.011440</w:t>
        <w:br/>
        <w:t>v 0.276660 14.106080 -0.011440</w:t>
        <w:br/>
        <w:t>v 0.253519 14.127459 -0.055445</w:t>
        <w:br/>
        <w:t>v 0.241270 14.152436 0.052235</w:t>
        <w:br/>
        <w:t>v 0.272233 14.115460 0.029408</w:t>
        <w:br/>
        <w:t>v 0.292418 14.088673 -0.018105</w:t>
        <w:br/>
        <w:t>v 0.274622 14.103715 -0.067154</w:t>
        <w:br/>
        <w:t>v 0.388602 13.992349 0.010066</w:t>
        <w:br/>
        <w:t>v 0.419301 13.958001 -0.025274</w:t>
        <w:br/>
        <w:t>v 0.402814 13.979910 0.025572</w:t>
        <w:br/>
        <w:t>v 0.437738 13.942130 -0.001882</w:t>
        <w:br/>
        <w:t>v 0.399355 13.988953 0.066861</w:t>
        <w:br/>
        <w:t>v 0.428834 13.965887 0.107646</w:t>
        <w:br/>
        <w:t>v 0.383069 14.006497 0.074243</w:t>
        <w:br/>
        <w:t>v 0.407014 13.989821 0.120411</w:t>
        <w:br/>
        <w:t>v 0.285727 14.103212 0.045531</w:t>
        <w:br/>
        <w:t>v 0.258877 14.136803 0.076595</w:t>
        <w:br/>
        <w:t>v 0.678879 13.757901 0.018013</w:t>
        <w:br/>
        <w:t>v 0.569326 13.843017 0.009311</w:t>
        <w:br/>
        <w:t>v 0.560610 13.871716 -0.007454</w:t>
        <w:br/>
        <w:t>v 0.717677 13.749310 0.004720</w:t>
        <w:br/>
        <w:t>v 0.696498 13.746606 0.030615</w:t>
        <w:br/>
        <w:t>v 0.720997 13.763974 0.096075</w:t>
        <w:br/>
        <w:t>v 0.561541 13.886933 0.083159</w:t>
        <w:br/>
        <w:t>v 0.570332 13.853869 0.074016</w:t>
        <w:br/>
        <w:t>v 0.681143 13.768476 0.083059</w:t>
        <w:br/>
        <w:t>v 0.698070 13.753371 0.072444</w:t>
        <w:br/>
        <w:t>v 0.707830 13.729062 -0.023250</w:t>
        <w:br/>
        <w:t>v 0.731134 13.714536 -0.003643</w:t>
        <w:br/>
        <w:t>v 0.717677 13.749310 0.004720</w:t>
        <w:br/>
        <w:t>v 0.720997 13.763974 0.096075</w:t>
        <w:br/>
        <w:t>v 0.735573 13.732280 0.107281</w:t>
        <w:br/>
        <w:t>v 0.543016 13.857909 -0.035801</w:t>
        <w:br/>
        <w:t>v 0.560610 13.871716 -0.007454</w:t>
        <w:br/>
        <w:t>v 0.544638 13.882594 0.110476</w:t>
        <w:br/>
        <w:t>v 0.561541 13.886933 0.083159</w:t>
        <w:br/>
        <w:t>v 0.713250 13.752831 0.124372</w:t>
        <w:br/>
        <w:t>v 0.522026 13.897032 0.089775</w:t>
        <w:br/>
        <w:t>v 0.521271 13.878394 -0.019867</w:t>
        <w:br/>
        <w:t>v 0.553341 13.865087 0.060685</w:t>
        <w:br/>
        <w:t>v 0.560610 13.871716 -0.007454</w:t>
        <w:br/>
        <w:t>v 0.552838 13.858096 0.019133</w:t>
        <w:br/>
        <w:t>v 0.553341 13.865087 0.060685</w:t>
        <w:br/>
        <w:t>v 0.561541 13.886933 0.083159</w:t>
        <w:br/>
        <w:t>v 0.552838 13.858096 0.019133</w:t>
        <w:br/>
        <w:t>v 0.552838 13.858096 0.019133</w:t>
        <w:br/>
        <w:t>v 0.521271 13.878394 -0.019867</w:t>
        <w:br/>
        <w:t>v 0.522026 13.897032 0.089775</w:t>
        <w:br/>
        <w:t>v 0.553341 13.865087 0.060685</w:t>
        <w:br/>
        <w:t>v 0.569326 13.843017 0.009311</w:t>
        <w:br/>
        <w:t>v 0.543016 13.857909 -0.035801</w:t>
        <w:br/>
        <w:t>v 0.678879 13.757901 0.018013</w:t>
        <w:br/>
        <w:t>v 0.707830 13.729062 -0.023250</w:t>
        <w:br/>
        <w:t>v 0.696498 13.746606 0.030615</w:t>
        <w:br/>
        <w:t>v 0.731134 13.714536 -0.003643</w:t>
        <w:br/>
        <w:t>v 0.698070 13.753371 0.072444</w:t>
        <w:br/>
        <w:t>v 0.735573 13.732280 0.107281</w:t>
        <w:br/>
        <w:t>v 0.681143 13.768476 0.083059</w:t>
        <w:br/>
        <w:t>v 0.713250 13.752831 0.124372</w:t>
        <w:br/>
        <w:t>v 0.570332 13.853869 0.074016</w:t>
        <w:br/>
        <w:t>v 0.544638 13.882594 0.110476</w:t>
        <w:br/>
        <w:t>v 0.586843 13.464038 -0.525980</w:t>
        <w:br/>
        <w:t>v 0.472448 13.372355 -0.533162</w:t>
        <w:br/>
        <w:t>v 0.455684 13.427943 -0.488364</w:t>
        <w:br/>
        <w:t>v 0.546347 13.497353 -0.460910</w:t>
        <w:br/>
        <w:t>v 0.682777 13.580724 -0.532558</w:t>
        <w:br/>
        <w:t>v 0.623466 13.588069 -0.457502</w:t>
        <w:br/>
        <w:t>v 0.770397 13.678003 -0.549435</w:t>
        <w:br/>
        <w:t>v 0.695001 13.689963 -0.464117</w:t>
        <w:br/>
        <w:t>v 0.770196 13.759548 -0.474807</w:t>
        <w:br/>
        <w:t>v 0.855351 13.818644 -0.487081</w:t>
        <w:br/>
        <w:t>v 0.878630 13.747009 -0.577154</w:t>
        <w:br/>
        <w:t>v 1.034402 13.847332 -0.583090</w:t>
        <w:br/>
        <w:t>v 1.011400 13.911547 -0.512611</w:t>
        <w:br/>
        <w:t>v 0.879108 13.672130 -0.639747</w:t>
        <w:br/>
        <w:t>v 0.783866 13.503603 -0.757450</w:t>
        <w:br/>
        <w:t>v 0.849603 13.595601 -0.699648</w:t>
        <w:br/>
        <w:t>v 1.208334 13.835521 -0.679777</w:t>
        <w:br/>
        <w:t>v 1.137352 13.705205 -0.739905</w:t>
        <w:br/>
        <w:t>v 0.828424 13.503994 -0.772353</w:t>
        <w:br/>
        <w:t>v 1.072848 13.605309 -0.764115</w:t>
        <w:br/>
        <w:t>v 0.688109 13.262928 -0.869808</w:t>
        <w:br/>
        <w:t>v 0.713349 13.304229 -0.858313</w:t>
        <w:br/>
        <w:t>v 0.923602 13.311196 -0.907336</w:t>
        <w:br/>
        <w:t>v 0.864920 13.257846 -0.920868</w:t>
        <w:br/>
        <w:t>v 0.640897 13.231878 -0.869607</w:t>
        <w:br/>
        <w:t>v 0.679972 13.212837 -0.888924</w:t>
        <w:br/>
        <w:t>v 0.574921 13.211879 -0.856967</w:t>
        <w:br/>
        <w:t>v 0.597194 13.194046 -0.874675</w:t>
        <w:br/>
        <w:t>v 0.688222 13.198336 -0.911122</w:t>
        <w:br/>
        <w:t>v 0.715462 13.160442 -0.928754</w:t>
        <w:br/>
        <w:t>v 0.606362 13.169950 -0.888685</w:t>
        <w:br/>
        <w:t>v 0.598250 13.145474 -0.896218</w:t>
        <w:br/>
        <w:t>v 0.687190 13.110275 -0.940815</w:t>
        <w:br/>
        <w:t>v 0.575311 13.130070 -0.894508</w:t>
        <w:br/>
        <w:t>v 0.636558 13.083097 -0.938438</w:t>
        <w:br/>
        <w:t>v 0.536160 13.125996 -0.882309</w:t>
        <w:br/>
        <w:t>v 0.571751 13.075840 -0.922189</w:t>
        <w:br/>
        <w:t>v 0.484559 13.137442 -0.858577</w:t>
        <w:br/>
        <w:t>v 0.509297 13.091940 -0.895766</w:t>
        <w:br/>
        <w:t>v 0.441950 13.141000 -0.840216</w:t>
        <w:br/>
        <w:t>v 0.464562 13.106026 -0.874172</w:t>
        <w:br/>
        <w:t>v 0.410584 13.112314 -0.837424</w:t>
        <w:br/>
        <w:t>v 0.454275 13.099887 -0.872248</w:t>
        <w:br/>
        <w:t>v 0.454300 13.084607 -0.876511</w:t>
        <w:br/>
        <w:t>v 0.412307 13.079701 -0.849045</w:t>
        <w:br/>
        <w:t>v 0.457608 13.055241 -0.878800</w:t>
        <w:br/>
        <w:t>v 0.465870 13.072685 -0.884296</w:t>
        <w:br/>
        <w:t>v 0.477151 13.066195 -0.890320</w:t>
        <w:br/>
        <w:t>v 0.430996 13.058550 -0.863420</w:t>
        <w:br/>
        <w:t>v 1.083549 13.513338 -0.835700</w:t>
        <w:br/>
        <w:t>v 0.842761 13.478225 -0.794588</w:t>
        <w:br/>
        <w:t>v 0.830725 13.435490 -0.817842</w:t>
        <w:br/>
        <w:t>v 0.773704 13.380856 -0.831412</w:t>
        <w:br/>
        <w:t>v 1.030653 13.444607 -0.863381</w:t>
        <w:br/>
        <w:t>v 0.694045 13.336914 -0.831097</w:t>
        <w:br/>
        <w:t>v 0.921313 13.364873 -0.883138</w:t>
        <w:br/>
        <w:t>v 0.465141 13.383384 -0.553334</w:t>
        <w:br/>
        <w:t>v 0.577185 13.476903 -0.548191</w:t>
        <w:br/>
        <w:t>v 0.523672 13.522291 -0.506676</w:t>
        <w:br/>
        <w:t>v 0.445849 13.442985 -0.515957</w:t>
        <w:br/>
        <w:t>v 0.590516 13.607436 -0.507091</w:t>
        <w:br/>
        <w:t>v 0.673634 13.592218 -0.556416</w:t>
        <w:br/>
        <w:t>v 0.665145 13.707005 -0.515366</w:t>
        <w:br/>
        <w:t>v 0.762864 13.688807 -0.572501</w:t>
        <w:br/>
        <w:t>v 0.742830 13.783997 -0.525477</w:t>
        <w:br/>
        <w:t>v 0.829922 13.848728 -0.539072</w:t>
        <w:br/>
        <w:t>v 0.872141 13.759108 -0.599779</w:t>
        <w:br/>
        <w:t>v 1.208334 13.835521 -0.679777</w:t>
        <w:br/>
        <w:t>v 0.872845 13.684278 -0.660473</w:t>
        <w:br/>
        <w:t>v 0.844359 13.609763 -0.717029</w:t>
        <w:br/>
        <w:t>v 0.777351 13.515249 -0.774654</w:t>
        <w:br/>
        <w:t>v 1.137352 13.705205 -0.739905</w:t>
        <w:br/>
        <w:t>v 0.821784 13.515627 -0.789708</w:t>
        <w:br/>
        <w:t>v 1.067176 13.617862 -0.783546</w:t>
        <w:br/>
        <w:t>v 0.836108 13.489391 -0.812421</w:t>
        <w:br/>
        <w:t>v 0.823909 13.446242 -0.836015</w:t>
        <w:br/>
        <w:t>v 1.083549 13.513338 -0.835700</w:t>
        <w:br/>
        <w:t>v 1.030653 13.444607 -0.863381</w:t>
        <w:br/>
        <w:t>v 0.766787 13.391397 -0.849195</w:t>
        <w:br/>
        <w:t>v 0.921313 13.364873 -0.883138</w:t>
        <w:br/>
        <w:t>v 0.687216 13.347542 -0.848365</w:t>
        <w:br/>
        <w:t>v 0.706407 13.314717 -0.875832</w:t>
        <w:br/>
        <w:t>v 0.681028 13.273303 -0.887478</w:t>
        <w:br/>
        <w:t>v 0.864920 13.257846 -0.920868</w:t>
        <w:br/>
        <w:t>v 0.923602 13.311196 -0.907336</w:t>
        <w:br/>
        <w:t>v 0.767327 13.216949 -0.919900</w:t>
        <w:br/>
        <w:t>v 0.672137 13.223890 -0.907990</w:t>
        <w:br/>
        <w:t>v 0.688222 13.198336 -0.911122</w:t>
        <w:br/>
        <w:t>v 0.715462 13.160442 -0.928754</w:t>
        <w:br/>
        <w:t>v 0.589849 13.204411 -0.892030</w:t>
        <w:br/>
        <w:t>v 0.599005 13.180148 -0.906342</w:t>
        <w:br/>
        <w:t>v 0.590805 13.155487 -0.914090</w:t>
        <w:br/>
        <w:t>v 0.687190 13.110275 -0.940815</w:t>
        <w:br/>
        <w:t>v 0.567765 13.139917 -0.912480</w:t>
        <w:br/>
        <w:t>v 0.636558 13.083097 -0.938438</w:t>
        <w:br/>
        <w:t>v 0.528526 13.135669 -0.900306</w:t>
        <w:br/>
        <w:t>v 0.571751 13.075840 -0.922189</w:t>
        <w:br/>
        <w:t>v 0.476850 13.146949 -0.876260</w:t>
        <w:br/>
        <w:t>v 0.509297 13.091940 -0.895766</w:t>
        <w:br/>
        <w:t>v 0.434128 13.150394 -0.857584</w:t>
        <w:br/>
        <w:t>v 0.464562 13.106026 -0.874172</w:t>
        <w:br/>
        <w:t>v 0.402598 13.121633 -0.854880</w:t>
        <w:br/>
        <w:t>v 0.454275 13.099887 -0.872248</w:t>
        <w:br/>
        <w:t>v 0.454300 13.084607 -0.876511</w:t>
        <w:br/>
        <w:t>v 0.404195 13.089022 -0.866664</w:t>
        <w:br/>
        <w:t>v 0.452263 13.061416 -0.890786</w:t>
        <w:br/>
        <w:t>v 0.477151 13.066195 -0.890320</w:t>
        <w:br/>
        <w:t>v 0.465870 13.072685 -0.884296</w:t>
        <w:br/>
        <w:t>v 0.422846 13.067904 -0.881303</w:t>
        <w:br/>
        <w:t>v 1.160581 14.004147 -0.585089</w:t>
        <w:br/>
        <w:t>v 0.991516 13.942308 -0.560980</w:t>
        <w:br/>
        <w:t>v 1.027321 13.866071 -0.609626</w:t>
        <w:br/>
        <w:t>v 1.260526 14.012849 -0.606255</w:t>
        <w:br/>
        <w:t>v 1.115318 13.602907 -0.788199</w:t>
        <w:br/>
        <w:t>v 0.586843 13.464038 -0.525980</w:t>
        <w:br/>
        <w:t>v 0.577185 13.476903 -0.548191</w:t>
        <w:br/>
        <w:t>v 0.465141 13.383384 -0.553334</w:t>
        <w:br/>
        <w:t>v 0.472448 13.372355 -0.533162</w:t>
        <w:br/>
        <w:t>v 0.455684 13.427943 -0.488364</w:t>
        <w:br/>
        <w:t>v 0.447371 13.440418 -0.497847</w:t>
        <w:br/>
        <w:t>v 0.522855 13.520782 -0.471814</w:t>
        <w:br/>
        <w:t>v 0.546347 13.497353 -0.460910</w:t>
        <w:br/>
        <w:t>v 0.590793 13.610103 -0.466897</w:t>
        <w:br/>
        <w:t>v 0.623466 13.588069 -0.457502</w:t>
        <w:br/>
        <w:t>v 0.682777 13.580724 -0.532558</w:t>
        <w:br/>
        <w:t>v 0.673634 13.592218 -0.556416</w:t>
        <w:br/>
        <w:t>v 0.662856 13.714788 -0.473989</w:t>
        <w:br/>
        <w:t>v 0.695001 13.689963 -0.464117</w:t>
        <w:br/>
        <w:t>v 0.770397 13.678003 -0.549435</w:t>
        <w:br/>
        <w:t>v 0.762864 13.688807 -0.572501</w:t>
        <w:br/>
        <w:t>v 0.743459 13.790763 -0.484013</w:t>
        <w:br/>
        <w:t>v 0.770196 13.759548 -0.474807</w:t>
        <w:br/>
        <w:t>v 0.831230 13.855228 -0.495143</w:t>
        <w:br/>
        <w:t>v 0.855351 13.818644 -0.487081</w:t>
        <w:br/>
        <w:t>v 0.878630 13.747009 -0.577154</w:t>
        <w:br/>
        <w:t>v 0.872141 13.759108 -0.599779</w:t>
        <w:br/>
        <w:t>v 0.994572 13.945339 -0.522257</w:t>
        <w:br/>
        <w:t>v 1.011400 13.911547 -0.512611</w:t>
        <w:br/>
        <w:t>v 0.878630 13.747009 -0.577154</w:t>
        <w:br/>
        <w:t>v 0.879108 13.672130 -0.639747</w:t>
        <w:br/>
        <w:t>v 0.872845 13.684278 -0.660473</w:t>
        <w:br/>
        <w:t>v 0.872141 13.759108 -0.599779</w:t>
        <w:br/>
        <w:t>v 0.783866 13.503603 -0.757450</w:t>
        <w:br/>
        <w:t>v 0.777351 13.515249 -0.774654</w:t>
        <w:br/>
        <w:t>v 0.844359 13.609763 -0.717029</w:t>
        <w:br/>
        <w:t>v 0.849603 13.595601 -0.699648</w:t>
        <w:br/>
        <w:t>v 0.828424 13.503994 -0.772353</w:t>
        <w:br/>
        <w:t>v 0.821784 13.515627 -0.789708</w:t>
        <w:br/>
        <w:t>v 0.777351 13.515249 -0.774654</w:t>
        <w:br/>
        <w:t>v 0.783866 13.503603 -0.757450</w:t>
        <w:br/>
        <w:t>v 0.842761 13.478225 -0.794588</w:t>
        <w:br/>
        <w:t>v 0.836108 13.489391 -0.812421</w:t>
        <w:br/>
        <w:t>v 0.830725 13.435490 -0.817842</w:t>
        <w:br/>
        <w:t>v 0.823909 13.446242 -0.836015</w:t>
        <w:br/>
        <w:t>v 0.773704 13.380856 -0.831412</w:t>
        <w:br/>
        <w:t>v 0.766787 13.391397 -0.849195</w:t>
        <w:br/>
        <w:t>v 0.694045 13.336914 -0.831097</w:t>
        <w:br/>
        <w:t>v 0.687216 13.347542 -0.848365</w:t>
        <w:br/>
        <w:t>v 0.713349 13.304229 -0.858313</w:t>
        <w:br/>
        <w:t>v 0.706407 13.314717 -0.875832</w:t>
        <w:br/>
        <w:t>v 0.687216 13.347542 -0.848365</w:t>
        <w:br/>
        <w:t>v 0.694045 13.336914 -0.831097</w:t>
        <w:br/>
        <w:t>v 0.688109 13.262928 -0.869808</w:t>
        <w:br/>
        <w:t>v 0.681028 13.273303 -0.887478</w:t>
        <w:br/>
        <w:t>v 0.640897 13.231878 -0.869607</w:t>
        <w:br/>
        <w:t>v 0.633728 13.242239 -0.887088</w:t>
        <w:br/>
        <w:t>v 0.597194 13.194046 -0.874675</w:t>
        <w:br/>
        <w:t>v 0.589849 13.204411 -0.892030</w:t>
        <w:br/>
        <w:t>v 0.567639 13.222255 -0.874159</w:t>
        <w:br/>
        <w:t>v 0.574921 13.211879 -0.856967</w:t>
        <w:br/>
        <w:t>v 0.606362 13.169950 -0.888685</w:t>
        <w:br/>
        <w:t>v 0.599005 13.180148 -0.906342</w:t>
        <w:br/>
        <w:t>v 0.598250 13.145474 -0.896218</w:t>
        <w:br/>
        <w:t>v 0.590805 13.155487 -0.914090</w:t>
        <w:br/>
        <w:t>v 0.575311 13.130070 -0.894508</w:t>
        <w:br/>
        <w:t>v 0.567765 13.139917 -0.912480</w:t>
        <w:br/>
        <w:t>v 0.536160 13.125996 -0.882309</w:t>
        <w:br/>
        <w:t>v 0.528526 13.135669 -0.900306</w:t>
        <w:br/>
        <w:t>v 0.484559 13.137442 -0.858577</w:t>
        <w:br/>
        <w:t>v 0.476850 13.146949 -0.876260</w:t>
        <w:br/>
        <w:t>v 0.441950 13.141000 -0.840216</w:t>
        <w:br/>
        <w:t>v 0.434128 13.150394 -0.857584</w:t>
        <w:br/>
        <w:t>v 0.410584 13.112314 -0.837424</w:t>
        <w:br/>
        <w:t>v 0.402598 13.121633 -0.854880</w:t>
        <w:br/>
        <w:t>v 0.412307 13.079701 -0.849045</w:t>
        <w:br/>
        <w:t>v 0.404195 13.089022 -0.866664</w:t>
        <w:br/>
        <w:t>v 0.452263 13.061416 -0.890786</w:t>
        <w:br/>
        <w:t>v 0.457608 13.055241 -0.878800</w:t>
        <w:br/>
        <w:t>v 0.477151 13.066195 -0.890320</w:t>
        <w:br/>
        <w:t>v 1.171460 13.975610 -0.546807</w:t>
        <w:br/>
        <w:t>v 1.168429 14.001279 -0.558088</w:t>
        <w:br/>
        <w:t>v 1.267946 14.014723 -0.584498</w:t>
        <w:br/>
        <w:t>v 1.263746 13.983822 -0.581694</w:t>
        <w:br/>
        <w:t>v 1.208334 13.835521 -0.679777</w:t>
        <w:br/>
        <w:t>v 1.267946 14.014723 -0.584498</w:t>
        <w:br/>
        <w:t>v 1.260526 14.012849 -0.606255</w:t>
        <w:br/>
        <w:t>v 1.067176 13.617862 -0.783546</w:t>
        <w:br/>
        <w:t>v 1.072848 13.605309 -0.764115</w:t>
        <w:br/>
        <w:t>v 1.137352 13.705205 -0.739905</w:t>
        <w:br/>
        <w:t>v 1.067176 13.617862 -0.783546</w:t>
        <w:br/>
        <w:t>v 1.115318 13.602907 -0.788199</w:t>
        <w:br/>
        <w:t>v 1.072848 13.605309 -0.764115</w:t>
        <w:br/>
        <w:t>v 0.430996 13.058550 -0.863420</w:t>
        <w:br/>
        <w:t>v 0.422846 13.067904 -0.881303</w:t>
        <w:br/>
        <w:t>v 0.574921 13.211879 -0.856967</w:t>
        <w:br/>
        <w:t>v 0.567639 13.222255 -0.874159</w:t>
        <w:br/>
        <w:t>v 0.567639 13.222255 -0.874159</w:t>
        <w:br/>
        <w:t>v 0.633728 13.242239 -0.887088</w:t>
        <w:br/>
        <w:t>v 0.767327 13.216949 -0.919900</w:t>
        <w:br/>
        <w:t>v 0.447371 13.440418 -0.497847</w:t>
        <w:br/>
        <w:t>v 0.445849 13.442985 -0.515957</w:t>
        <w:br/>
        <w:t>v 0.523672 13.522291 -0.506676</w:t>
        <w:br/>
        <w:t>v 0.522855 13.520782 -0.471814</w:t>
        <w:br/>
        <w:t>v 0.590793 13.610103 -0.466897</w:t>
        <w:br/>
        <w:t>v 0.662856 13.714788 -0.473989</w:t>
        <w:br/>
        <w:t>v 0.743459 13.790763 -0.484013</w:t>
        <w:br/>
        <w:t>v 0.831230 13.855228 -0.495143</w:t>
        <w:br/>
        <w:t>v 0.994572 13.945339 -0.522257</w:t>
        <w:br/>
        <w:t>v 1.160581 14.004147 -0.585089</w:t>
        <w:br/>
        <w:t>v 1.168429 14.001279 -0.558088</w:t>
        <w:br/>
        <w:t>v 1.260526 14.012849 -0.606255</w:t>
        <w:br/>
        <w:t>v 1.267946 14.014723 -0.584498</w:t>
        <w:br/>
        <w:t>v 1.115318 13.602907 -0.788199</w:t>
        <w:br/>
        <w:t>v 1.208334 13.835521 -0.679777</w:t>
        <w:br/>
        <w:t>v 1.263746 13.983822 -0.581694</w:t>
        <w:br/>
        <w:t>v 1.267946 14.014723 -0.584498</w:t>
        <w:br/>
        <w:t>v 0.392941 16.579189 0.711970</w:t>
        <w:br/>
        <w:t>v 0.316049 16.763580 0.590986</w:t>
        <w:br/>
        <w:t>v 0.309739 16.757263 0.579392</w:t>
        <w:br/>
        <w:t>v 0.387248 16.571167 0.701320</w:t>
        <w:br/>
        <w:t>v 0.392941 16.579189 0.711970</w:t>
        <w:br/>
        <w:t>v 0.333735 16.564953 0.724247</w:t>
        <w:br/>
        <w:t>v 0.258817 16.749830 0.601590</w:t>
        <w:br/>
        <w:t>v 0.316049 16.763580 0.590986</w:t>
        <w:br/>
        <w:t>v 0.492081 16.364359 0.882909</w:t>
        <w:br/>
        <w:t>v 0.427756 16.350136 0.899298</w:t>
        <w:br/>
        <w:t>v 0.607582 16.152147 1.055445</w:t>
        <w:br/>
        <w:t>v 0.535850 16.141859 1.081115</w:t>
        <w:br/>
        <w:t>v 0.607582 16.152147 1.055445</w:t>
        <w:br/>
        <w:t>v 0.492081 16.364359 0.882909</w:t>
        <w:br/>
        <w:t>v 0.487142 16.354654 0.873089</w:t>
        <w:br/>
        <w:t>v 0.603373 16.140638 1.045876</w:t>
        <w:br/>
        <w:t>v 0.283803 16.850290 0.555521</w:t>
        <w:br/>
        <w:t>v 0.277079 16.845499 0.544053</w:t>
        <w:br/>
        <w:t>v 0.228320 16.837828 0.565533</w:t>
        <w:br/>
        <w:t>v 0.283803 16.850290 0.555521</w:t>
        <w:br/>
        <w:t>v 0.786255 15.888106 1.404490</w:t>
        <w:br/>
        <w:t>v 0.840295 15.819564 1.529412</w:t>
        <w:br/>
        <w:t>v 0.747850 15.813076 1.569910</w:t>
        <w:br/>
        <w:t>v 0.692665 15.886633 1.437103</w:t>
        <w:br/>
        <w:t>v 0.839356 15.806937 1.519126</w:t>
        <w:br/>
        <w:t>v 0.840295 15.819564 1.529412</w:t>
        <w:br/>
        <w:t>v 0.786255 15.888106 1.404490</w:t>
        <w:br/>
        <w:t>v 0.785265 15.873805 1.395525</w:t>
        <w:br/>
        <w:t>v 0.706332 15.997032 1.231376</w:t>
        <w:br/>
        <w:t>v 0.705506 15.980881 1.225153</w:t>
        <w:br/>
        <w:t>v 0.620628 15.994879 1.259914</w:t>
        <w:br/>
        <w:t>v 0.706332 15.997032 1.231376</w:t>
        <w:br/>
        <w:t>v 2.223389 15.832771 -0.520305</w:t>
        <w:br/>
        <w:t>v 2.244328 15.876804 -0.493127</w:t>
        <w:br/>
        <w:t>v 2.222681 15.895677 -0.484462</w:t>
        <w:br/>
        <w:t>v 2.193502 15.834306 -0.522342</w:t>
        <w:br/>
        <w:t>v 2.171867 15.853175 -0.513664</w:t>
        <w:br/>
        <w:t>v 2.192822 15.897222 -0.486537</w:t>
        <w:br/>
        <w:t>v 2.172178 15.879214 -0.498774</w:t>
        <w:br/>
        <w:t>v 2.244015 15.850760 -0.508030</w:t>
        <w:br/>
        <w:t>v 2.188756 15.775676 -0.543672</w:t>
        <w:br/>
        <w:t>v 2.243393 15.793482 -0.530693</w:t>
        <w:br/>
        <w:t>v 2.120770 15.842900 -0.509841</w:t>
        <w:br/>
        <w:t>v 2.140850 15.794802 -0.534717</w:t>
        <w:br/>
        <w:t>v 2.106201 15.815596 -0.504521</w:t>
        <w:br/>
        <w:t>v 2.137720 15.787060 -0.518934</w:t>
        <w:br/>
        <w:t>v 2.140850 15.794802 -0.534717</w:t>
        <w:br/>
        <w:t>v 2.188756 15.775676 -0.543672</w:t>
        <w:br/>
        <w:t>v 2.189295 15.766221 -0.528203</w:t>
        <w:br/>
        <w:t>v 2.234518 15.763714 -0.526933</w:t>
        <w:br/>
        <w:t>v 2.383743 16.021107 -0.289829</w:t>
        <w:br/>
        <w:t>v 2.328898 15.926433 -0.428886</w:t>
        <w:br/>
        <w:t>v 2.339835 15.909623 -0.417467</w:t>
        <w:br/>
        <w:t>v 2.392699 16.001324 -0.281629</w:t>
        <w:br/>
        <w:t>v 2.183130 15.986220 -0.412512</w:t>
        <w:br/>
        <w:t>v 2.237675 16.081230 -0.280006</w:t>
        <w:br/>
        <w:t>v 2.218593 16.073040 -0.269794</w:t>
        <w:br/>
        <w:t>v 2.166062 15.980247 -0.397093</w:t>
        <w:br/>
        <w:t>v 2.286125 16.156410 -0.017284</w:t>
        <w:br/>
        <w:t>v 2.263980 16.146214 -0.017699</w:t>
        <w:br/>
        <w:t>v 2.424279 16.092701 -0.019221</w:t>
        <w:br/>
        <w:t>v 2.431045 16.070381 -0.020781</w:t>
        <w:br/>
        <w:t>v 2.241765 16.084591 0.231704</w:t>
        <w:br/>
        <w:t>v 2.224197 16.078598 0.218373</w:t>
        <w:br/>
        <w:t>v 2.378991 16.017174 0.250392</w:t>
        <w:br/>
        <w:t>v 2.387859 15.998322 0.240658</w:t>
        <w:br/>
        <w:t>v 2.152416 15.940886 0.398920</w:t>
        <w:br/>
        <w:t>v 2.136955 15.937799 0.382105</w:t>
        <w:br/>
        <w:t>v 2.287680 15.870957 0.426123</w:t>
        <w:br/>
        <w:t>v 2.297392 15.853315 0.412729</w:t>
        <w:br/>
        <w:t>v 2.076291 15.835651 0.448647</w:t>
        <w:br/>
        <w:t>v 2.204072 15.753199 0.504801</w:t>
        <w:br/>
        <w:t>v 2.231300 15.751605 0.482566</w:t>
        <w:br/>
        <w:t>v 2.101176 15.769624 0.502487</w:t>
        <w:br/>
        <w:t>v 2.151680 15.742460 0.514648</w:t>
        <w:br/>
        <w:t>v 2.149551 15.728345 0.501418</w:t>
        <w:br/>
        <w:t>v 2.095266 15.758018 0.489017</w:t>
        <w:br/>
        <w:t>v 2.109689 15.860921 -0.479846</w:t>
        <w:br/>
        <w:t>v 2.271487 15.795459 -0.506056</w:t>
        <w:br/>
        <w:t>v 2.085293 15.817250 0.477661</w:t>
        <w:br/>
        <w:t>v 2.068104 15.793433 0.471750</w:t>
        <w:br/>
        <w:t>v 2.195879 15.723690 0.500575</w:t>
        <w:br/>
        <w:t>v 2.151680 15.742460 0.514648</w:t>
        <w:br/>
        <w:t>v 2.101176 15.769624 0.502487</w:t>
        <w:br/>
        <w:t>v 2.352360 16.113560 -0.018441</w:t>
        <w:br/>
        <w:t>v 2.286125 16.156410 -0.017284</w:t>
        <w:br/>
        <w:t>v 2.241765 16.084591 0.231704</w:t>
        <w:br/>
        <w:t>v 2.134564 15.824164 0.479849</w:t>
        <w:br/>
        <w:t>v 2.159240 15.866887 0.453301</w:t>
        <w:br/>
        <w:t>v 2.189059 15.863256 0.452194</w:t>
        <w:br/>
        <w:t>v 2.154779 15.803931 0.489055</w:t>
        <w:br/>
        <w:t>v 2.184587 15.800305 0.487949</w:t>
        <w:br/>
        <w:t>v 2.209272 15.843011 0.461412</w:t>
        <w:br/>
        <w:t>v 2.206656 15.817022 0.476252</w:t>
        <w:br/>
        <w:t>v 2.137171 15.850171 0.464997</w:t>
        <w:br/>
        <w:t>v 3.368898 14.514979 -0.316354</w:t>
        <w:br/>
        <w:t>v 3.486909 14.698880 -0.282485</w:t>
        <w:br/>
        <w:t>v 3.300249 14.817966 -0.286874</w:t>
        <w:br/>
        <w:t>v 3.195106 14.641219 -0.321711</w:t>
        <w:br/>
        <w:t>v 3.079616 15.036553 0.161665</w:t>
        <w:br/>
        <w:t>v 3.205472 14.939384 0.142486</w:t>
        <w:br/>
        <w:t>v 3.091507 14.769412 0.191886</w:t>
        <w:br/>
        <w:t>v 2.961858 14.862090 0.207506</w:t>
        <w:br/>
        <w:t>v 2.617748 14.856502 -0.031032</w:t>
        <w:br/>
        <w:t>v 2.859425 14.701969 -0.045306</w:t>
        <w:br/>
        <w:t>v 2.872997 14.717199 -0.162846</w:t>
        <w:br/>
        <w:t>v 2.642891 14.883422 -0.159815</w:t>
        <w:br/>
        <w:t>v 3.257844 14.323410 -0.022065</w:t>
        <w:br/>
        <w:t>v 3.283400 14.372234 -0.196488</w:t>
        <w:br/>
        <w:t>v 3.114991 14.505155 -0.183848</w:t>
        <w:br/>
        <w:t>v 3.093466 14.471952 -0.036251</w:t>
        <w:br/>
        <w:t>v 3.378101 14.943205 -0.186740</w:t>
        <w:br/>
        <w:t>v 3.575033 14.834907 -0.175283</w:t>
        <w:br/>
        <w:t>v 3.594656 14.866351 -0.006105</w:t>
        <w:br/>
        <w:t>v 3.388743 14.963971 -0.020241</w:t>
        <w:br/>
        <w:t>v 2.730875 15.022857 0.223767</w:t>
        <w:br/>
        <w:t>v 2.887352 14.747204 0.087325</w:t>
        <w:br/>
        <w:t>v 2.648853 14.904505 0.126626</w:t>
        <w:br/>
        <w:t>v 3.131417 15.126860 -0.003539</w:t>
        <w:br/>
        <w:t>v 2.896543 15.271015 0.119710</w:t>
        <w:br/>
        <w:t>v 2.829350 15.171707 0.213769</w:t>
        <w:br/>
        <w:t>v 3.654247 14.583006 -0.295653</w:t>
        <w:br/>
        <w:t>v 3.738487 14.723873 -0.183206</w:t>
        <w:br/>
        <w:t>v 3.451265 14.245398 -0.207480</w:t>
        <w:br/>
        <w:t>v 3.540854 14.390146 -0.314744</w:t>
        <w:br/>
        <w:t>v 3.423903 14.198774 -0.014193</w:t>
        <w:br/>
        <w:t>v 3.301846 14.393164 0.145277</w:t>
        <w:br/>
        <w:t>v 3.467029 14.266328 0.157489</w:t>
        <w:br/>
        <w:t>v 3.423903 14.198774 -0.014193</w:t>
        <w:br/>
        <w:t>v 3.257844 14.323410 -0.022065</w:t>
        <w:br/>
        <w:t>v 2.988826 14.615698 -0.172894</w:t>
        <w:br/>
        <w:t>v 2.972315 14.591010 -0.040930</w:t>
        <w:br/>
        <w:t>v 3.014051 14.653572 0.087237</w:t>
        <w:br/>
        <w:t>v 3.262765 15.024535 -0.020769</w:t>
        <w:br/>
        <w:t>v 3.117562 15.104506 -0.190752</w:t>
        <w:br/>
        <w:t>v 2.859425 14.701969 -0.045306</w:t>
        <w:br/>
        <w:t>v 3.072325 14.740387 -0.308757</w:t>
        <w:br/>
        <w:t>v 2.920449 15.308681 -0.005275</w:t>
        <w:br/>
        <w:t>v 2.902452 15.283883 -0.184703</w:t>
        <w:br/>
        <w:t>v 2.947948 14.840845 -0.295640</w:t>
        <w:br/>
        <w:t>v 2.718569 15.004385 -0.283956</w:t>
        <w:br/>
        <w:t>v 2.617748 14.856502 -0.031032</w:t>
        <w:br/>
        <w:t>v 3.050886 14.998525 -0.288459</w:t>
        <w:br/>
        <w:t>v 2.838306 15.175492 -0.287553</w:t>
        <w:br/>
        <w:t>v 3.219398 14.677988 0.176467</w:t>
        <w:br/>
        <w:t>v 3.323176 14.848527 0.124552</w:t>
        <w:br/>
        <w:t>v 3.510341 14.728943 0.134864</w:t>
        <w:br/>
        <w:t>v 3.410461 14.559061 0.196828</w:t>
        <w:br/>
        <w:t>v 3.258038 15.017534 -0.188589</w:t>
        <w:br/>
        <w:t>v 3.181773 14.903758 -0.287629</w:t>
        <w:br/>
        <w:t>v 3.713162 14.017353 -0.005956</w:t>
        <w:br/>
        <w:t>v 3.739556 14.055163 -0.211178</w:t>
        <w:br/>
        <w:t>v 3.819579 14.184232 -0.322756</w:t>
        <w:br/>
        <w:t>v 3.928421 14.378572 -0.298408</w:t>
        <w:br/>
        <w:t>v 3.746608 14.073518 0.162204</w:t>
        <w:br/>
        <w:t>v 3.713162 14.017353 -0.005956</w:t>
        <w:br/>
        <w:t>v 4.133945 13.780565 0.008255</w:t>
        <w:br/>
        <w:t>v 4.154465 13.814294 -0.196477</w:t>
        <w:br/>
        <w:t>v 4.218053 13.921428 -0.287656</w:t>
        <w:br/>
        <w:t>v 4.378383 14.190089 -0.004057</w:t>
        <w:br/>
        <w:t>v 4.023551 14.536077 -0.009313</w:t>
        <w:br/>
        <w:t>v 3.999740 14.502654 -0.181446</w:t>
        <w:br/>
        <w:t>v 4.363125 14.164492 -0.154018</w:t>
        <w:br/>
        <w:t>v 3.765048 14.757299 -0.006004</w:t>
        <w:br/>
        <w:t>v 3.947131 14.408749 0.181635</w:t>
        <w:br/>
        <w:t>v 3.679989 14.606964 0.153779</w:t>
        <w:br/>
        <w:t>v 4.312878 14.080320 -0.256919</w:t>
        <w:br/>
        <w:t>v 3.851824 14.249467 0.233337</w:t>
        <w:br/>
        <w:t>v 3.578206 14.445186 0.209568</w:t>
        <w:br/>
        <w:t>v 4.328547 14.106483 0.171510</w:t>
        <w:br/>
        <w:t>v 4.889102 13.366302 -0.137117</w:t>
        <w:br/>
        <w:t>v 4.647581 13.524177 -0.159855</w:t>
        <w:br/>
        <w:t>v 4.624384 13.490278 0.011222</w:t>
        <w:br/>
        <w:t>v 4.863389 13.331125 0.008506</w:t>
        <w:br/>
        <w:t>v 4.937216 13.434735 -0.202376</w:t>
        <w:br/>
        <w:t>v 4.996634 13.519939 -0.198075</w:t>
        <w:br/>
        <w:t>v 4.763758 13.707410 -0.205947</w:t>
        <w:br/>
        <w:t>v 4.697605 13.605910 -0.229113</w:t>
        <w:br/>
        <w:t>v 4.775894 13.720486 0.137377</w:t>
        <w:br/>
        <w:t>v 4.721435 13.634003 0.192260</w:t>
        <w:br/>
        <w:t>v 4.248272 13.974149 0.240655</w:t>
        <w:br/>
        <w:t>v 5.028071 13.566227 -0.127093</w:t>
        <w:br/>
        <w:t>v 4.796395 13.761476 -0.129080</w:t>
        <w:br/>
        <w:t>v 5.043552 13.586635 -0.009428</w:t>
        <w:br/>
        <w:t>v 4.812574 13.783910 -0.005642</w:t>
        <w:br/>
        <w:t>v 5.009824 13.534621 0.129994</w:t>
        <w:br/>
        <w:t>v 4.955970 13.457546 0.177583</w:t>
        <w:br/>
        <w:t>v 4.886224 13.362217 0.144910</w:t>
        <w:br/>
        <w:t>v 4.863389 13.331125 0.008506</w:t>
        <w:br/>
        <w:t>v 4.624384 13.490278 0.011222</w:t>
        <w:br/>
        <w:t>v 4.645662 13.522165 0.147136</w:t>
        <w:br/>
        <w:t>v 4.163568 13.830186 0.171849</w:t>
        <w:br/>
        <w:t>v 4.133945 13.780565 0.008255</w:t>
        <w:br/>
        <w:t>v 3.134263 14.538449 0.111924</w:t>
        <w:br/>
        <w:t>v 3.093466 14.471952 -0.036251</w:t>
        <w:br/>
        <w:t>v 2.972315 14.591010 -0.040930</w:t>
        <w:br/>
        <w:t>v 0.078518 14.162144 -0.151655</w:t>
        <w:br/>
        <w:t>v 0.000003 14.162219 -0.150862</w:t>
        <w:br/>
        <w:t>v 0.000003 14.179550 -0.157364</w:t>
        <w:br/>
        <w:t>v 0.067237 14.179789 -0.157779</w:t>
        <w:br/>
        <w:t>v 0.088831 14.157139 -0.169199</w:t>
        <w:br/>
        <w:t>v 0.000003 14.156799 -0.168570</w:t>
        <w:br/>
        <w:t>v 0.000003 14.162219 -0.150862</w:t>
        <w:br/>
        <w:t>v 0.078518 14.162144 -0.151655</w:t>
        <w:br/>
        <w:t>v 0.078317 14.173990 -0.175713</w:t>
        <w:br/>
        <w:t>v 0.000003 14.174129 -0.175047</w:t>
        <w:br/>
        <w:t>v 0.000003 14.156799 -0.168570</w:t>
        <w:br/>
        <w:t>v 0.088831 14.157139 -0.169199</w:t>
        <w:br/>
        <w:t>v 0.067237 14.179789 -0.157779</w:t>
        <w:br/>
        <w:t>v 0.000003 14.179550 -0.157364</w:t>
        <w:br/>
        <w:t>v 0.000003 14.174129 -0.175047</w:t>
        <w:br/>
        <w:t>v 0.078317 14.173990 -0.175713</w:t>
        <w:br/>
        <w:t>v 0.084681 14.204501 -0.130627</w:t>
        <w:br/>
        <w:t>v 0.071903 14.212752 -0.141455</w:t>
        <w:br/>
        <w:t>v 0.097395 14.208148 -0.143983</w:t>
        <w:br/>
        <w:t>v 0.084681 14.204501 -0.130627</w:t>
        <w:br/>
        <w:t>v 0.084442 14.216399 -0.154799</w:t>
        <w:br/>
        <w:t>v 0.097395 14.208148 -0.143983</w:t>
        <w:br/>
        <w:t>v 0.071903 14.212752 -0.141455</w:t>
        <w:br/>
        <w:t>v 0.084442 14.216399 -0.154799</w:t>
        <w:br/>
        <w:t>v 0.105457 14.264379 -0.101625</w:t>
        <w:br/>
        <w:t>v 0.090240 14.268717 -0.114315</w:t>
        <w:br/>
        <w:t>v 0.119568 14.271696 -0.113145</w:t>
        <w:br/>
        <w:t>v 0.105457 14.264379 -0.101625</w:t>
        <w:br/>
        <w:t>v 0.105205 14.276237 -0.125734</w:t>
        <w:br/>
        <w:t>v 0.119568 14.271696 -0.113145</w:t>
        <w:br/>
        <w:t>v 0.090240 14.268717 -0.114315</w:t>
        <w:br/>
        <w:t>v 0.105205 14.276237 -0.125734</w:t>
        <w:br/>
        <w:t>v 0.063779 14.297742 -0.084760</w:t>
        <w:br/>
        <w:t>v 0.058044 14.293241 -0.101940</w:t>
        <w:br/>
        <w:t>v 0.069073 14.313814 -0.091916</w:t>
        <w:br/>
        <w:t>v 0.063779 14.297742 -0.084760</w:t>
        <w:br/>
        <w:t>v 0.063540 14.309640 -0.108920</w:t>
        <w:br/>
        <w:t>v 0.069073 14.313814 -0.091916</w:t>
        <w:br/>
        <w:t>v 0.058044 14.293241 -0.101940</w:t>
        <w:br/>
        <w:t>v 0.063540 14.309640 -0.108920</w:t>
        <w:br/>
        <w:t>v 0.000004 14.306358 -0.079843</w:t>
        <w:br/>
        <w:t>v 0.000004 14.300888 -0.097563</w:t>
        <w:br/>
        <w:t>v 0.000004 14.323614 -0.086383</w:t>
        <w:br/>
        <w:t>v 0.000004 14.306358 -0.079843</w:t>
        <w:br/>
        <w:t>v 0.000004 14.318267 -0.104015</w:t>
        <w:br/>
        <w:t>v 0.000004 14.323614 -0.086383</w:t>
        <w:br/>
        <w:t>v 0.000004 14.300888 -0.097563</w:t>
        <w:br/>
        <w:t>v 0.000004 14.318267 -0.104015</w:t>
        <w:br/>
        <w:t>v 0.000003 14.179550 -0.157364</w:t>
        <w:br/>
        <w:t>v 0.000003 14.162219 -0.150862</w:t>
        <w:br/>
        <w:t>v -0.078511 14.162144 -0.151655</w:t>
        <w:br/>
        <w:t>v -0.067230 14.179789 -0.157780</w:t>
        <w:br/>
        <w:t>v 0.000003 14.162219 -0.150862</w:t>
        <w:br/>
        <w:t>v 0.000003 14.156799 -0.168570</w:t>
        <w:br/>
        <w:t>v -0.088824 14.157137 -0.169199</w:t>
        <w:br/>
        <w:t>v -0.078511 14.162144 -0.151655</w:t>
        <w:br/>
        <w:t>v 0.000003 14.156799 -0.168570</w:t>
        <w:br/>
        <w:t>v 0.000003 14.174129 -0.175047</w:t>
        <w:br/>
        <w:t>v -0.078310 14.173990 -0.175714</w:t>
        <w:br/>
        <w:t>v -0.088824 14.157137 -0.169199</w:t>
        <w:br/>
        <w:t>v 0.000003 14.174129 -0.175047</w:t>
        <w:br/>
        <w:t>v 0.000003 14.179550 -0.157364</w:t>
        <w:br/>
        <w:t>v -0.067230 14.179789 -0.157780</w:t>
        <w:br/>
        <w:t>v -0.078310 14.173990 -0.175714</w:t>
        <w:br/>
        <w:t>v -0.084674 14.204498 -0.130627</w:t>
        <w:br/>
        <w:t>v -0.071896 14.212751 -0.141456</w:t>
        <w:br/>
        <w:t>v -0.097388 14.208147 -0.143983</w:t>
        <w:br/>
        <w:t>v -0.084674 14.204498 -0.130627</w:t>
        <w:br/>
        <w:t>v -0.084435 14.216397 -0.154799</w:t>
        <w:br/>
        <w:t>v -0.097388 14.208147 -0.143983</w:t>
        <w:br/>
        <w:t>v -0.071896 14.212751 -0.141456</w:t>
        <w:br/>
        <w:t>v -0.084435 14.216397 -0.154799</w:t>
        <w:br/>
        <w:t>v -0.105450 14.264377 -0.101626</w:t>
        <w:br/>
        <w:t>v -0.090232 14.268717 -0.114315</w:t>
        <w:br/>
        <w:t>v -0.119561 14.271696 -0.113146</w:t>
        <w:br/>
        <w:t>v -0.105450 14.264377 -0.101626</w:t>
        <w:br/>
        <w:t>v -0.105198 14.276235 -0.125735</w:t>
        <w:br/>
        <w:t>v -0.119561 14.271696 -0.113146</w:t>
        <w:br/>
        <w:t>v -0.090232 14.268717 -0.114315</w:t>
        <w:br/>
        <w:t>v -0.105198 14.276235 -0.125735</w:t>
        <w:br/>
        <w:t>v -0.063771 14.297742 -0.084761</w:t>
        <w:br/>
        <w:t>v -0.058037 14.293241 -0.101940</w:t>
        <w:br/>
        <w:t>v -0.069066 14.313814 -0.091917</w:t>
        <w:br/>
        <w:t>v -0.063771 14.297742 -0.084761</w:t>
        <w:br/>
        <w:t>v -0.063533 14.309640 -0.108920</w:t>
        <w:br/>
        <w:t>v -0.069066 14.313814 -0.091917</w:t>
        <w:br/>
        <w:t>v -0.058037 14.293241 -0.101940</w:t>
        <w:br/>
        <w:t>v -0.063533 14.309640 -0.108920</w:t>
        <w:br/>
        <w:t>v 0.000004 14.300888 -0.097563</w:t>
        <w:br/>
        <w:t>v 0.000004 14.318267 -0.104015</w:t>
        <w:br/>
        <w:t>v 0.000004 14.318267 -0.104015</w:t>
        <w:br/>
        <w:t>v 0.512063 12.518269 -1.330635</w:t>
        <w:br/>
        <w:t>v 0.457758 12.936936 -1.322396</w:t>
        <w:br/>
        <w:t>v 0.398863 12.927856 -1.263224</w:t>
        <w:br/>
        <w:t>v 0.444741 12.635266 -1.230878</w:t>
        <w:br/>
        <w:t>v 0.123401 12.776452 -1.042169</w:t>
        <w:br/>
        <w:t>v 0.165834 12.703924 -1.060455</w:t>
        <w:br/>
        <w:t>v 0.224843 12.950459 -1.171643</w:t>
        <w:br/>
        <w:t>v 0.086087 12.980806 -1.081155</w:t>
        <w:br/>
        <w:t>v 0.428379 12.571140 -1.213435</w:t>
        <w:br/>
        <w:t>v 0.088237 12.819979 -0.997648</w:t>
        <w:br/>
        <w:t>v 0.040887 13.020436 -1.013306</w:t>
        <w:br/>
        <w:t>v 0.067524 13.051585 -0.973338</w:t>
        <w:br/>
        <w:t>v 0.104184 12.888192 -0.965214</w:t>
        <w:br/>
        <w:t>v 0.140757 13.089907 -0.948096</w:t>
        <w:br/>
        <w:t>v 0.177291 12.969473 -0.936149</w:t>
        <w:br/>
        <w:t>v 0.373005 12.295176 -1.706256</w:t>
        <w:br/>
        <w:t>v 0.309305 12.087402 -1.812842</w:t>
        <w:br/>
        <w:t>v 0.202129 12.200780 -1.872114</w:t>
        <w:br/>
        <w:t>v 0.509484 12.451739 -1.410307</w:t>
        <w:br/>
        <w:t>v 0.443748 12.899508 -1.377305</w:t>
        <w:br/>
        <w:t>v 0.260760 11.935667 -1.884930</w:t>
        <w:br/>
        <w:t>v 0.209536 11.860899 -1.945662</w:t>
        <w:br/>
        <w:t>v 0.155319 11.945740 -1.993829</w:t>
        <w:br/>
        <w:t>v 0.158262 11.837343 -2.028427</w:t>
        <w:br/>
        <w:t>v 0.145711 11.845645 -2.055906</w:t>
        <w:br/>
        <w:t>v 0.235507 12.686466 -1.110308</w:t>
        <w:br/>
        <w:t>v 0.312550 12.622415 -1.150150</w:t>
        <w:br/>
        <w:t>v 0.040887 13.020436 -1.013306</w:t>
        <w:br/>
        <w:t>v 0.088237 12.819979 -0.997648</w:t>
        <w:br/>
        <w:t>v 0.447634 12.654169 -1.222830</w:t>
        <w:br/>
        <w:t>v 0.439673 12.913883 -1.216100</w:t>
        <w:br/>
        <w:t>v 0.516666 12.941376 -1.308625</w:t>
        <w:br/>
        <w:t>v 0.521042 12.550954 -1.327516</w:t>
        <w:br/>
        <w:t>v 0.173844 11.958593 -2.013487</w:t>
        <w:br/>
        <w:t>v 0.266042 11.951475 -1.896362</w:t>
        <w:br/>
        <w:t>v 0.228653 12.214412 -1.900210</w:t>
        <w:br/>
        <w:t>v 0.193790 11.842776 -2.012958</w:t>
        <w:br/>
        <w:t>v 0.224426 11.871288 -1.962577</w:t>
        <w:br/>
        <w:t>v 0.258082 12.939064 -1.119249</w:t>
        <w:br/>
        <w:t>v 0.221573 12.674859 -1.085683</w:t>
        <w:br/>
        <w:t>v 0.171179 12.722802 -1.055764</w:t>
        <w:br/>
        <w:t>v 0.428480 12.598445 -1.202179</w:t>
        <w:br/>
        <w:t>v 0.319870 12.641116 -1.143221</w:t>
        <w:br/>
        <w:t>v 0.120219 12.894091 -0.975149</w:t>
        <w:br/>
        <w:t>v 0.082465 13.052931 -0.989825</w:t>
        <w:br/>
        <w:t>v 0.065927 13.021628 -1.015871</w:t>
        <w:br/>
        <w:t>v 0.104650 12.824794 -0.997875</w:t>
        <w:br/>
        <w:t>v 0.147988 13.089001 -0.966508</w:t>
        <w:br/>
        <w:t>v 0.180737 12.968616 -0.957466</w:t>
        <w:br/>
        <w:t>v 0.497701 12.900327 -1.392032</w:t>
        <w:br/>
        <w:t>v 0.516452 12.482363 -1.410055</w:t>
        <w:br/>
        <w:t>v 0.237947 12.709481 -1.101266</w:t>
        <w:br/>
        <w:t>v 0.132167 12.788953 -1.034711</w:t>
        <w:br/>
        <w:t>v 0.104650 12.824794 -0.997875</w:t>
        <w:br/>
        <w:t>v 0.065927 13.021628 -1.015871</w:t>
        <w:br/>
        <w:t>v 0.118886 12.989836 -1.051651</w:t>
        <w:br/>
        <w:t>v 0.449155 12.378996 -1.588088</w:t>
        <w:br/>
        <w:t>v 0.401755 12.715744 -1.574467</w:t>
        <w:br/>
        <w:t>v 0.306388 12.483397 -1.757291</w:t>
        <w:br/>
        <w:t>v 0.512063 12.518269 -1.330635</w:t>
        <w:br/>
        <w:t>v 0.444741 12.635266 -1.230878</w:t>
        <w:br/>
        <w:t>v 0.418734 12.966831 -1.235845</w:t>
        <w:br/>
        <w:t>v 0.484408 12.982738 -1.315391</w:t>
        <w:br/>
        <w:t>v 0.484408 12.982738 -1.315391</w:t>
        <w:br/>
        <w:t>v 0.418734 12.966831 -1.235845</w:t>
        <w:br/>
        <w:t>v 0.205839 12.224840 -1.891406</w:t>
        <w:br/>
        <w:t>v 0.161092 11.960467 -2.007525</w:t>
        <w:br/>
        <w:t>v 0.145711 11.845645 -2.055906</w:t>
        <w:br/>
        <w:t>v 0.156778 11.851454 -2.067087</w:t>
        <w:br/>
        <w:t>v 0.161092 11.960467 -2.007525</w:t>
        <w:br/>
        <w:t>v 0.228653 12.214412 -1.900210</w:t>
        <w:br/>
        <w:t>v 0.205839 12.224840 -1.891406</w:t>
        <w:br/>
        <w:t>v 0.173844 11.958593 -2.013487</w:t>
        <w:br/>
        <w:t>v 0.123401 12.776452 -1.042169</w:t>
        <w:br/>
        <w:t>v 0.132167 12.788953 -1.034711</w:t>
        <w:br/>
        <w:t>v 0.165834 12.703924 -1.060455</w:t>
        <w:br/>
        <w:t>v 0.222101 12.648412 -1.092248</w:t>
        <w:br/>
        <w:t>v 0.101229 13.010424 -1.073295</w:t>
        <w:br/>
        <w:t>v 0.244701 12.984415 -1.146942</w:t>
        <w:br/>
        <w:t>v 0.244701 12.984415 -1.146942</w:t>
        <w:br/>
        <w:t>v 0.101229 13.010424 -1.073295</w:t>
        <w:br/>
        <w:t>v 0.312550 12.622415 -1.150150</w:t>
        <w:br/>
        <w:t>v 0.428379 12.571140 -1.213435</w:t>
        <w:br/>
        <w:t>v 0.052609 13.027211 -1.018475</w:t>
        <w:br/>
        <w:t>v 0.073725 13.056239 -0.984015</w:t>
        <w:br/>
        <w:t>v 0.040887 13.020436 -1.013306</w:t>
        <w:br/>
        <w:t>v 0.052609 13.027211 -1.018475</w:t>
        <w:br/>
        <w:t>v 0.073725 13.056239 -0.984015</w:t>
        <w:br/>
        <w:t>v 0.067524 13.051585 -0.973338</w:t>
        <w:br/>
        <w:t>v 0.104184 12.888192 -0.965214</w:t>
        <w:br/>
        <w:t>v 0.120219 12.894091 -0.975149</w:t>
        <w:br/>
        <w:t>v 0.088237 12.819979 -0.997648</w:t>
        <w:br/>
        <w:t>v 0.140757 13.089907 -0.948096</w:t>
        <w:br/>
        <w:t>v 0.177291 12.969473 -0.936149</w:t>
        <w:br/>
        <w:t>v 0.140757 13.089907 -0.948096</w:t>
        <w:br/>
        <w:t>v 0.147988 13.089001 -0.966508</w:t>
        <w:br/>
        <w:t>v 0.180737 12.968616 -0.957466</w:t>
        <w:br/>
        <w:t>v 0.177291 12.969473 -0.936149</w:t>
        <w:br/>
        <w:t>v 0.180737 12.968616 -0.957466</w:t>
        <w:br/>
        <w:t>v 0.356342 12.711480 -1.545239</w:t>
        <w:br/>
        <w:t>v 0.270746 12.471162 -1.722341</w:t>
        <w:br/>
        <w:t>v 0.274029 12.501709 -1.745507</w:t>
        <w:br/>
        <w:t>v 0.367183 12.745965 -1.568858</w:t>
        <w:br/>
        <w:t>v 0.367183 12.745965 -1.568858</w:t>
        <w:br/>
        <w:t>v 0.274029 12.501709 -1.745507</w:t>
        <w:br/>
        <w:t>v 0.509484 12.451739 -1.410307</w:t>
        <w:br/>
        <w:t>v 0.465103 12.940598 -1.394384</w:t>
        <w:br/>
        <w:t>v 0.484408 12.982738 -1.315391</w:t>
        <w:br/>
        <w:t>v 0.465103 12.940598 -1.394384</w:t>
        <w:br/>
        <w:t>v 0.173605 11.846952 -2.044902</w:t>
        <w:br/>
        <w:t>v 0.163896 11.836828 -2.042022</w:t>
        <w:br/>
        <w:t>v 0.156778 11.851454 -2.067087</w:t>
        <w:br/>
        <w:t>v 0.145711 11.845645 -2.055906</w:t>
        <w:br/>
        <w:t>v 0.158262 11.837343 -2.028427</w:t>
        <w:br/>
        <w:t>v 0.163896 11.836828 -2.042022</w:t>
        <w:br/>
        <w:t>v 0.179164 11.833961 -1.997137</w:t>
        <w:br/>
        <w:t>v 0.209536 11.860899 -1.945662</w:t>
        <w:br/>
        <w:t>v 0.260760 11.935667 -1.884930</w:t>
        <w:br/>
        <w:t>v 0.235507 12.686466 -1.110308</w:t>
        <w:br/>
        <w:t>v 0.052609 13.027211 -1.018475</w:t>
        <w:br/>
        <w:t>v 0.433070 12.279894 -1.635325</w:t>
        <w:br/>
        <w:t>v 0.407150 12.279053 -1.684486</w:t>
        <w:br/>
        <w:t>v 0.314386 12.109537 -1.822664</w:t>
        <w:br/>
        <w:t>v 0.309305 12.087402 -1.812842</w:t>
        <w:br/>
        <w:t>v 0.373005 12.295176 -1.706256</w:t>
        <w:br/>
        <w:t>v 0.375885 12.330604 -1.707325</w:t>
        <w:br/>
        <w:t>v 0.465040 12.514118 -1.511082</w:t>
        <w:br/>
        <w:t>v 0.490620 12.442797 -1.487136</w:t>
        <w:br/>
        <w:t>v 0.462713 12.473170 -1.513057</w:t>
        <w:br/>
        <w:t>v 0.487564 12.417491 -1.491274</w:t>
        <w:br/>
        <w:t>v 0.487564 12.417491 -1.491274</w:t>
        <w:br/>
        <w:t>v 0.453570 12.376218 -1.567299</w:t>
        <w:br/>
        <w:t>v 0.462713 12.473170 -1.513057</w:t>
        <w:br/>
        <w:t>v 0.453570 12.376218 -1.567299</w:t>
        <w:br/>
        <w:t>v 0.402019 12.249562 -1.688838</w:t>
        <w:br/>
        <w:t>v 0.433070 12.279894 -1.635325</w:t>
        <w:br/>
        <w:t>v 0.402019 12.249562 -1.688838</w:t>
        <w:br/>
        <w:t>v 0.179164 11.833961 -1.997137</w:t>
        <w:br/>
        <w:t>v 0.222101 12.648412 -1.092248</w:t>
        <w:br/>
        <w:t>v 0.140757 13.089907 -0.948096</w:t>
        <w:br/>
        <w:t>v 1.598956 11.608295 1.934158</w:t>
        <w:br/>
        <w:t>v 1.597850 11.623074 1.947024</w:t>
        <w:br/>
        <w:t>v 1.614715 11.638177 1.923405</w:t>
        <w:br/>
        <w:t>v 1.613168 11.631348 1.908490</w:t>
        <w:br/>
        <w:t>v 1.547242 11.598272 1.983948</w:t>
        <w:br/>
        <w:t>v 1.550763 11.612636 1.993443</w:t>
        <w:br/>
        <w:t>v 1.578205 11.611339 1.970755</w:t>
        <w:br/>
        <w:t>v 1.575489 11.596437 1.960166</w:t>
        <w:br/>
        <w:t>v 1.509890 11.629110 2.022532</w:t>
        <w:br/>
        <w:t>v 1.406952 11.723747 2.030053</w:t>
        <w:br/>
        <w:t>v 1.550763 11.612636 1.993443</w:t>
        <w:br/>
        <w:t>v 1.550763 11.612636 1.993443</w:t>
        <w:br/>
        <w:t>v 1.581261 11.744208 1.895360</w:t>
        <w:br/>
        <w:t>v 1.578205 11.611339 1.970755</w:t>
        <w:br/>
        <w:t>v 1.597850 11.623074 1.947024</w:t>
        <w:br/>
        <w:t>v 1.509890 11.629110 2.022532</w:t>
        <w:br/>
        <w:t>v 1.505212 11.616773 2.011113</w:t>
        <w:br/>
        <w:t>v 1.246275 11.578604 2.185321</w:t>
        <w:br/>
        <w:t>v 1.243433 11.561649 2.177209</w:t>
        <w:br/>
        <w:t>v 1.218896 11.583206 2.187145</w:t>
        <w:br/>
        <w:t>v 1.232944 11.589380 2.191458</w:t>
        <w:br/>
        <w:t>v 1.213513 11.703762 2.156533</w:t>
        <w:br/>
        <w:t>v 1.232944 11.589380 2.191458</w:t>
        <w:br/>
        <w:t>v 1.218896 11.583206 2.187145</w:t>
        <w:br/>
        <w:t>v 1.197667 11.699512 2.151427</w:t>
        <w:br/>
        <w:t>v 1.284243 11.551375 2.150673</w:t>
        <w:br/>
        <w:t>v 1.282948 11.568920 2.161212</w:t>
        <w:br/>
        <w:t>v 1.232944 11.589380 2.191458</w:t>
        <w:br/>
        <w:t>v 1.213513 11.703762 2.156533</w:t>
        <w:br/>
        <w:t>v 1.246275 11.578604 2.185321</w:t>
        <w:br/>
        <w:t>v 1.323683 11.562418 2.118968</w:t>
        <w:br/>
        <w:t>v 1.321570 11.578453 2.132437</w:t>
        <w:br/>
        <w:t>v 1.321570 11.578453 2.132437</w:t>
        <w:br/>
        <w:t>v 1.282948 11.568920 2.161212</w:t>
        <w:br/>
        <w:t>v 1.345868 11.583646 2.101424</w:t>
        <w:br/>
        <w:t>v 1.350144 11.598513 2.108253</w:t>
        <w:br/>
        <w:t>v 1.389131 11.585294 2.095853</w:t>
        <w:br/>
        <w:t>v 1.385156 11.565360 2.089615</w:t>
        <w:br/>
        <w:t>v 1.435689 11.579032 2.075768</w:t>
        <w:br/>
        <w:t>v 1.389131 11.585294 2.095853</w:t>
        <w:br/>
        <w:t>v 1.098590 12.302200 1.934282</w:t>
        <w:br/>
        <w:t>v 1.080556 12.300076 1.928837</w:t>
        <w:br/>
        <w:t>v 1.098590 12.302200 1.934282</w:t>
        <w:br/>
        <w:t>v 1.265077 12.321845 1.846662</w:t>
        <w:br/>
        <w:t>v 1.242516 12.824864 1.614200</w:t>
        <w:br/>
        <w:t>v 1.244930 12.824275 1.598014</w:t>
        <w:br/>
        <w:t>v 1.406223 12.338499 1.724923</w:t>
        <w:br/>
        <w:t>v 1.407091 12.337301 1.748352</w:t>
        <w:br/>
        <w:t>v 1.614715 11.638177 1.923405</w:t>
        <w:br/>
        <w:t>v 1.581261 11.744208 1.895360</w:t>
        <w:br/>
        <w:t>v 1.581148 11.744625 1.880369</w:t>
        <w:br/>
        <w:t>v 1.613168 11.631348 1.908490</w:t>
        <w:br/>
        <w:t>v 1.614715 11.638177 1.923405</w:t>
        <w:br/>
        <w:t>v 0.993993 13.297199 1.518281</w:t>
        <w:br/>
        <w:t>v 1.067326 13.303323 1.476552</w:t>
        <w:br/>
        <w:t>v 1.242516 12.824864 1.614200</w:t>
        <w:br/>
        <w:t>v 1.135943 12.817006 1.688162</w:t>
        <w:br/>
        <w:t>v 1.477354 11.575144 2.040441</w:t>
        <w:br/>
        <w:t>v 1.434997 11.559902 2.067417</w:t>
        <w:br/>
        <w:t>v 1.435689 11.579032 2.075768</w:t>
        <w:br/>
        <w:t>v 1.478411 11.591619 2.050025</w:t>
        <w:br/>
        <w:t>v 0.819471 13.747609 1.388895</w:t>
        <w:br/>
        <w:t>v 0.902876 13.282459 1.544301</w:t>
        <w:br/>
        <w:t>v 0.887080 13.277041 1.537435</w:t>
        <w:br/>
        <w:t>v 0.805410 13.740969 1.384682</w:t>
        <w:br/>
        <w:t>v 0.902876 13.282459 1.544301</w:t>
        <w:br/>
        <w:t>v 0.819471 13.747609 1.388895</w:t>
        <w:br/>
        <w:t>v 0.853377 13.757647 1.358171</w:t>
        <w:br/>
        <w:t>v 0.982485 12.801462 1.731073</w:t>
        <w:br/>
        <w:t>v 0.997929 12.804026 1.737914</w:t>
        <w:br/>
        <w:t>v 0.885560 13.767064 1.335231</w:t>
        <w:br/>
        <w:t>v 0.885560 13.767064 1.335231</w:t>
        <w:br/>
        <w:t>v 0.884994 13.766097 1.321611</w:t>
        <w:br/>
        <w:t>v 1.069841 13.299916 1.462290</w:t>
        <w:br/>
        <w:t>v 1.067326 13.303323 1.476552</w:t>
        <w:br/>
        <w:t>v 1.478411 11.591619 2.050025</w:t>
        <w:br/>
        <w:t>v 1.350144 11.598513 2.108253</w:t>
        <w:br/>
        <w:t>v 1.407091 12.337301 1.748352</w:t>
        <w:br/>
        <w:t>v 0.997929 12.804026 1.737914</w:t>
        <w:br/>
        <w:t>v 5.234668 12.985926 0.033395</w:t>
        <w:br/>
        <w:t>v 5.231077 12.995362 0.053102</w:t>
        <w:br/>
        <w:t>v 5.220101 12.984816 0.056624</w:t>
        <w:br/>
        <w:t>v 5.223625 12.975420 0.036841</w:t>
        <w:br/>
        <w:t>v 5.228404 12.982174 0.077073</w:t>
        <w:br/>
        <w:t>v 5.239441 12.992654 0.073489</w:t>
        <w:br/>
        <w:t>v 5.263486 12.956641 0.035181</w:t>
        <w:br/>
        <w:t>v 5.248096 12.969907 0.026050</w:t>
        <w:br/>
        <w:t>v 5.237107 12.959360 0.029572</w:t>
        <w:br/>
        <w:t>v 5.252545 12.946032 0.038627</w:t>
        <w:br/>
        <w:t>v 5.268245 12.963323 0.075086</w:t>
        <w:br/>
        <w:t>v 5.271839 12.953895 0.055391</w:t>
        <w:br/>
        <w:t>v 5.260849 12.943350 0.058913</w:t>
        <w:br/>
        <w:t>v 5.257323 12.952735 0.078670</w:t>
        <w:br/>
        <w:t>v 5.252545 12.946032 0.038627</w:t>
        <w:br/>
        <w:t>v 5.237107 12.959360 0.029572</w:t>
        <w:br/>
        <w:t>v 5.243850 12.968831 0.086103</w:t>
        <w:br/>
        <w:t>v 5.257323 12.952735 0.078670</w:t>
        <w:br/>
        <w:t>v 5.254827 12.979378 0.082594</w:t>
        <w:br/>
        <w:t>v 5.243850 12.968831 0.086103</w:t>
        <w:br/>
        <w:t>v 5.223625 12.975420 0.036841</w:t>
        <w:br/>
        <w:t>v 5.228404 12.982174 0.077073</w:t>
        <w:br/>
        <w:t>v 5.220101 12.984816 0.056624</w:t>
        <w:br/>
        <w:t>v 5.260849 12.943350 0.058913</w:t>
        <w:br/>
        <w:t>v 4.987933 13.331203 0.294846</w:t>
        <w:br/>
        <w:t>v 4.985323 13.326952 0.322036</w:t>
        <w:br/>
        <w:t>v 4.977019 13.288960 0.315358</w:t>
        <w:br/>
        <w:t>v 4.979394 13.293165 0.288143</w:t>
        <w:br/>
        <w:t>v 5.018467 13.347681 0.327821</w:t>
        <w:br/>
        <w:t>v 5.021000 13.352132 0.300719</w:t>
        <w:br/>
        <w:t>v 5.079596 13.305548 0.322904</w:t>
        <w:br/>
        <w:t>v 5.037450 13.247000 0.312629</w:t>
        <w:br/>
        <w:t>v 4.998519 13.255935 0.312013</w:t>
        <w:br/>
        <w:t>v 5.057535 13.338722 0.328073</w:t>
        <w:br/>
        <w:t>v 5.040048 13.251056 0.285514</w:t>
        <w:br/>
        <w:t>v 5.001116 13.260185 0.284860</w:t>
        <w:br/>
        <w:t>v 4.998519 13.255935 0.312013</w:t>
        <w:br/>
        <w:t>v 5.037450 13.247000 0.312629</w:t>
        <w:br/>
        <w:t>v 5.071152 13.267577 0.316641</w:t>
        <w:br/>
        <w:t>v 5.079596 13.305548 0.322904</w:t>
        <w:br/>
        <w:t>v 5.082345 13.309835 0.295902</w:t>
        <w:br/>
        <w:t>v 5.073702 13.271841 0.289627</w:t>
        <w:br/>
        <w:t>v 5.057535 13.338722 0.328073</w:t>
        <w:br/>
        <w:t>v 5.060097 13.342982 0.301021</w:t>
        <w:br/>
        <w:t>v 5.018467 13.347681 0.327821</w:t>
        <w:br/>
        <w:t>v 4.977019 13.288960 0.315358</w:t>
        <w:br/>
        <w:t>v 5.071152 13.267577 0.316641</w:t>
        <w:br/>
        <w:t>v 4.985323 13.326952 0.322036</w:t>
        <w:br/>
        <w:t>v 5.263346 12.988332 0.150029</w:t>
        <w:br/>
        <w:t>v 5.333588 12.876325 0.200222</w:t>
        <w:br/>
        <w:t>v 5.293919 12.900339 0.047003</w:t>
        <w:br/>
        <w:t>v 5.242803 12.962782 0.020316</w:t>
        <w:br/>
        <w:t>v 5.312143 13.049354 0.252791</w:t>
        <w:br/>
        <w:t>v 5.375255 12.901211 0.332941</w:t>
        <w:br/>
        <w:t>v 5.252743 12.962319 -0.032279</w:t>
        <w:br/>
        <w:t>v 5.307889 12.906268 -0.047773</w:t>
        <w:br/>
        <w:t>v 5.373267 12.883491 -0.168067</w:t>
        <w:br/>
        <w:t>v 5.273942 12.989983 -0.166985</w:t>
        <w:br/>
        <w:t>v 5.466486 12.901258 -0.267936</w:t>
        <w:br/>
        <w:t>v 5.350585 13.090143 -0.264905</w:t>
        <w:br/>
        <w:t>v 5.242077 13.171207 -0.253738</w:t>
        <w:br/>
        <w:t>v 5.162499 13.060323 -0.165842</w:t>
        <w:br/>
        <w:t>v 5.440248 13.207374 -0.221265</w:t>
        <w:br/>
        <w:t>v 5.326941 13.289721 -0.213644</w:t>
        <w:br/>
        <w:t>v 5.155976 13.060225 -0.054792</w:t>
        <w:br/>
        <w:t>v 5.145717 13.037102 -0.063847</w:t>
        <w:br/>
        <w:t>v 5.073356 13.090669 -0.116655</w:t>
        <w:br/>
        <w:t>v 5.081476 13.110862 -0.110266</w:t>
        <w:br/>
        <w:t>v 5.238232 12.956612 -0.035272</w:t>
        <w:br/>
        <w:t>v 5.255225 12.972747 -0.052716</w:t>
        <w:br/>
        <w:t>v 5.168571 13.061026 0.024251</w:t>
        <w:br/>
        <w:t>v 5.156921 13.039945 0.038702</w:t>
        <w:br/>
        <w:t>v 5.102136 13.109298 0.086857</w:t>
        <w:br/>
        <w:t>v 5.114005 13.129683 0.076406</w:t>
        <w:br/>
        <w:t>v 5.156921 13.039945 0.038702</w:t>
        <w:br/>
        <w:t>v 5.176215 13.067978 0.140785</w:t>
        <w:br/>
        <w:t>v 5.246601 13.170450 0.208459</w:t>
        <w:br/>
        <w:t>v 5.340762 13.307673 0.136233</w:t>
        <w:br/>
        <w:t>v 5.470006 13.247391 0.128159</w:t>
        <w:br/>
        <w:t>v 5.394153 13.152161 0.239033</w:t>
        <w:br/>
        <w:t>v 5.497660 12.952195 0.409368</w:t>
        <w:br/>
        <w:t>v 5.604313 12.970294 0.409355</w:t>
        <w:br/>
        <w:t>v 5.607059 13.109503 0.229940</w:t>
        <w:br/>
        <w:t>v 5.837982 12.954584 0.318114</w:t>
        <w:br/>
        <w:t>v 5.823721 12.934069 -0.308344</w:t>
        <w:br/>
        <w:t>v 5.594504 13.100548 -0.240683</w:t>
        <w:br/>
        <w:t>v 5.649340 12.935421 -0.331221</w:t>
        <w:br/>
        <w:t>v 5.883535 13.020511 -0.159275</w:t>
        <w:br/>
        <w:t>v 5.331501 12.916738 -0.032983</w:t>
        <w:br/>
        <w:t>v 5.307889 12.906268 -0.047773</w:t>
        <w:br/>
        <w:t>v 5.253324 12.957295 0.022542</w:t>
        <w:br/>
        <w:t>v 5.270561 12.974978 0.039583</w:t>
        <w:br/>
        <w:t>v 5.253324 12.957295 0.022542</w:t>
        <w:br/>
        <w:t>v 5.145717 13.037102 -0.063847</w:t>
        <w:br/>
        <w:t>v 5.270561 12.974978 0.039583</w:t>
        <w:br/>
        <w:t>v 5.253324 12.957295 0.022542</w:t>
        <w:br/>
        <w:t>v 5.395246 12.890296 -0.151629</w:t>
        <w:br/>
        <w:t>v 5.373267 12.883491 -0.168067</w:t>
        <w:br/>
        <w:t>v 5.526759 12.995193 -0.301490</w:t>
        <w:br/>
        <w:t>v 5.637700 13.167537 -0.119320</w:t>
        <w:br/>
        <w:t>v 5.482065 13.262075 -0.107385</w:t>
        <w:br/>
        <w:t>v 5.614495 13.198428 -0.072045</w:t>
        <w:br/>
        <w:t>v 5.492162 13.275321 0.008960</w:t>
        <w:br/>
        <w:t>v 5.320012 12.905832 0.035860</w:t>
        <w:br/>
        <w:t>v 5.255225 12.972747 -0.052716</w:t>
        <w:br/>
        <w:t>v 5.238232 12.956612 -0.035272</w:t>
        <w:br/>
        <w:t>v 5.293919 12.900339 0.047003</w:t>
        <w:br/>
        <w:t>v 5.238232 12.956612 -0.035272</w:t>
        <w:br/>
        <w:t>v 5.333588 12.876325 0.200222</w:t>
        <w:br/>
        <w:t>v 5.360738 12.873372 0.195468</w:t>
        <w:br/>
        <w:t>v 5.396096 12.890797 0.326149</w:t>
        <w:br/>
        <w:t>v 5.375255 12.901211 0.332941</w:t>
        <w:br/>
        <w:t>v 5.368124 13.347641 0.004042</w:t>
        <w:br/>
        <w:t>v 5.669282 13.197211 0.004785</w:t>
        <w:br/>
        <w:t>v 5.648936 13.169773 0.119494</w:t>
        <w:br/>
        <w:t>v 5.614295 13.198754 0.083903</w:t>
        <w:br/>
        <w:t>v 5.883469 13.020411 0.158154</w:t>
        <w:br/>
        <w:t>v 5.484044 12.900602 -0.247436</w:t>
        <w:br/>
        <w:t>v 5.647409 12.915483 -0.315324</w:t>
        <w:br/>
        <w:t>v 5.649340 12.935421 -0.331221</w:t>
        <w:br/>
        <w:t>v 5.466486 12.901258 -0.267936</w:t>
        <w:br/>
        <w:t>v 5.807266 12.910122 -0.298409</w:t>
        <w:br/>
        <w:t>v 5.823721 12.934069 -0.308344</w:t>
        <w:br/>
        <w:t>v 6.079098 12.890472 -0.072134</w:t>
        <w:br/>
        <w:t>v 6.134416 12.882744 0.002546</w:t>
        <w:br/>
        <w:t>v 6.052221 12.944896 0.005438</w:t>
        <w:br/>
        <w:t>v 6.042978 12.895801 0.179055</w:t>
        <w:br/>
        <w:t>v 6.039751 12.866004 0.179710</w:t>
        <w:br/>
        <w:t>v 5.820135 12.928755 0.322666</w:t>
        <w:br/>
        <w:t>v 6.042978 12.895801 0.179055</w:t>
        <w:br/>
        <w:t>v 6.196138 12.820752 0.008111</w:t>
        <w:br/>
        <w:t>v 6.194134 12.789366 0.009617</w:t>
        <w:br/>
        <w:t>v 6.029576 12.861386 -0.184971</w:t>
        <w:br/>
        <w:t>v 6.194134 12.789366 0.009617</w:t>
        <w:br/>
        <w:t>v 6.196138 12.820752 0.008111</w:t>
        <w:br/>
        <w:t>v 6.032238 12.890385 -0.187997</w:t>
        <w:br/>
        <w:t>v 5.480648 12.927771 0.401847</w:t>
        <w:br/>
        <w:t>v 6.133433 12.863335 0.004332</w:t>
        <w:br/>
        <w:t>v 6.085831 12.893744 0.076457</w:t>
        <w:br/>
        <w:t>v 6.133433 12.863335 0.004332</w:t>
        <w:br/>
        <w:t>v 6.196138 12.820752 0.008111</w:t>
        <w:br/>
        <w:t>v 5.996891 12.921300 -0.180391</w:t>
        <w:br/>
        <w:t>v 5.898115 13.041590 0.007589</w:t>
        <w:br/>
        <w:t>v 5.513553 13.281487 0.006482</w:t>
        <w:br/>
        <w:t>v 5.614495 13.198428 -0.072045</w:t>
        <w:br/>
        <w:t>v 5.492162 13.275321 0.008960</w:t>
        <w:br/>
        <w:t>v 5.513553 13.281487 0.006482</w:t>
        <w:br/>
        <w:t>v 5.545134 13.020423 0.353755</w:t>
        <w:br/>
        <w:t>v 5.604313 12.970294 0.409355</w:t>
        <w:br/>
        <w:t>v 5.610250 12.945752 0.400904</w:t>
        <w:br/>
        <w:t>v 5.109713 13.114544 0.132308</w:t>
        <w:br/>
        <w:t>v 5.102136 13.109298 0.086857</w:t>
        <w:br/>
        <w:t>v 5.162604 13.223398 0.184827</w:t>
        <w:br/>
        <w:t>v 5.250962 13.349560 0.141841</w:t>
        <w:br/>
        <w:t>v 5.284536 13.396380 0.000734</w:t>
        <w:br/>
        <w:t>v 5.244731 13.349484 -0.208111</w:t>
        <w:br/>
        <w:t>v 5.170231 13.224896 -0.246343</w:t>
        <w:br/>
        <w:t>v 5.085938 13.086843 -0.152599</w:t>
        <w:br/>
        <w:t>v 5.073356 13.090669 -0.116655</w:t>
        <w:br/>
        <w:t>v 5.973828 12.902623 -0.220950</w:t>
        <w:br/>
        <w:t>v 5.962859 12.876020 -0.217140</w:t>
        <w:br/>
        <w:t>v 6.032238 12.890385 -0.187997</w:t>
        <w:br/>
        <w:t>v -0.632102 12.674753 1.947891</w:t>
        <w:br/>
        <w:t>v -0.630392 12.653046 1.945086</w:t>
        <w:br/>
        <w:t>v -0.672963 12.641211 1.943916</w:t>
        <w:br/>
        <w:t>v -0.682861 12.660755 1.946708</w:t>
        <w:br/>
        <w:t>v -0.638504 12.683808 1.928951</w:t>
        <w:br/>
        <w:t>v -0.632102 12.674753 1.947891</w:t>
        <w:br/>
        <w:t>v -0.682861 12.660755 1.946708</w:t>
        <w:br/>
        <w:t>v -0.681062 12.671974 1.927793</w:t>
        <w:br/>
        <w:t>v -0.628631 12.664377 1.926347</w:t>
        <w:br/>
        <w:t>v -0.638504 12.683808 1.928951</w:t>
        <w:br/>
        <w:t>v -0.681062 12.671974 1.927793</w:t>
        <w:br/>
        <w:t>v -0.679327 12.650180 1.924763</w:t>
        <w:br/>
        <w:t>v -0.630392 12.653046 1.945086</w:t>
        <w:br/>
        <w:t>v -0.628631 12.664377 1.926347</w:t>
        <w:br/>
        <w:t>v -0.679327 12.650180 1.924763</w:t>
        <w:br/>
        <w:t>v -0.672963 12.641211 1.943916</w:t>
        <w:br/>
        <w:t>v -0.623475 12.660027 1.942835</w:t>
        <w:br/>
        <w:t>v -0.623475 12.660027 1.942835</w:t>
        <w:br/>
        <w:t>v -0.629097 12.681382 1.931642</w:t>
        <w:br/>
        <w:t>v -0.629097 12.681382 1.931642</w:t>
        <w:br/>
        <w:t>v -0.623060 12.671597 1.937326</w:t>
        <w:br/>
        <w:t>v -0.623060 12.671597 1.937326</w:t>
        <w:br/>
        <w:t>v -0.682358 12.643652 1.941225</w:t>
        <w:br/>
        <w:t>v -0.682358 12.643652 1.941225</w:t>
        <w:br/>
        <w:t>v -0.687979 12.665007 1.930032</w:t>
        <w:br/>
        <w:t>v -0.687979 12.665007 1.930032</w:t>
        <w:br/>
        <w:t>v -0.688394 12.653435 1.935540</w:t>
        <w:br/>
        <w:t>v -0.688394 12.653435 1.935540</w:t>
        <w:br/>
        <w:t>v 0.375456 11.635844 -1.854798</w:t>
        <w:br/>
        <w:t>v 0.614018 11.641060 -1.740792</w:t>
        <w:br/>
        <w:t>v 0.707813 11.168176 -2.148407</w:t>
        <w:br/>
        <w:t>v 0.936050 11.063577 -2.072973</w:t>
        <w:br/>
        <w:t>v 0.794465 11.645021 -1.582126</w:t>
        <w:br/>
        <w:t>v 1.032989 11.001562 -2.034665</w:t>
        <w:br/>
        <w:t>v 1.032989 11.001562 -2.034665</w:t>
        <w:br/>
        <w:t>v 0.794465 11.645021 -1.582126</w:t>
        <w:br/>
        <w:t>v 1.041453 10.906496 -2.014404</w:t>
        <w:br/>
        <w:t>v 0.347246 10.891192 -2.017286</w:t>
        <w:br/>
        <w:t>v 0.389967 10.193592 -2.440182</w:t>
        <w:br/>
        <w:t>v 0.382309 10.402122 -2.507529</w:t>
        <w:br/>
        <w:t>v 0.342191 10.892314 -2.175007</w:t>
        <w:br/>
        <w:t>v 0.230200 12.370998 -1.100097</w:t>
        <w:br/>
        <w:t>v 0.146341 13.123082 -0.525440</w:t>
        <w:br/>
        <w:t>v 0.165595 13.104781 -0.509946</w:t>
        <w:br/>
        <w:t>v 0.264797 12.371840 -0.999007</w:t>
        <w:br/>
        <w:t>v 0.309695 12.372910 -1.184082</w:t>
        <w:br/>
        <w:t>v 0.082049 12.367439 -1.279261</w:t>
        <w:br/>
        <w:t>v -0.006978 13.189887 -0.555940</w:t>
        <w:br/>
        <w:t>v 0.143210 13.175889 -0.529917</w:t>
        <w:br/>
        <w:t>v 1.083006 11.874453 -1.629727</w:t>
        <w:br/>
        <w:t>v 1.287549 11.930113 -1.417299</w:t>
        <w:br/>
        <w:t>v 0.932127 12.387874 -1.128052</w:t>
        <w:br/>
        <w:t>v 0.630381 12.387572 -1.273688</w:t>
        <w:br/>
        <w:t>v 0.760093 10.907969 -2.196072</w:t>
        <w:br/>
        <w:t>v 0.532220 10.900222 -2.315096</w:t>
        <w:br/>
        <w:t>v 0.629838 10.645499 -2.530795</w:t>
        <w:br/>
        <w:t>v 0.342191 10.892314 -2.175007</w:t>
        <w:br/>
        <w:t>v 0.484040 10.539807 -2.545924</w:t>
        <w:br/>
        <w:t>v 0.887693 10.753028 -2.232442</w:t>
        <w:br/>
        <w:t>v 0.775599 10.708847 -2.395044</w:t>
        <w:br/>
        <w:t>v 0.986896 10.816210 -2.078695</w:t>
        <w:br/>
        <w:t>v 0.933408 10.929159 -2.015587</w:t>
        <w:br/>
        <w:t>v 0.561123 12.378957 -1.080565</w:t>
        <w:br/>
        <w:t>v 0.264673 13.155134 -0.503381</w:t>
        <w:br/>
        <w:t>v 0.216102 13.135542 -0.510285</w:t>
        <w:br/>
        <w:t>v 0.442867 12.376118 -1.086187</w:t>
        <w:br/>
        <w:t>v 0.264673 13.155134 -0.503381</w:t>
        <w:br/>
        <w:t>v 0.561123 12.378957 -1.080565</w:t>
        <w:br/>
        <w:t>v 0.619024 11.641172 -1.600816</w:t>
        <w:br/>
        <w:t>v 0.324145 12.373260 -1.163695</w:t>
        <w:br/>
        <w:t>v 0.428265 11.636997 -1.750049</w:t>
        <w:br/>
        <w:t>v 0.399363 10.892839 -1.925000</w:t>
        <w:br/>
        <w:t>v 0.676559 9.770495 -2.445251</w:t>
        <w:br/>
        <w:t>v 0.465753 10.000908 -2.424876</w:t>
        <w:br/>
        <w:t>v 0.287283 11.633906 -1.659536</w:t>
        <w:br/>
        <w:t>v 0.195613 11.466113 -2.203165</w:t>
        <w:br/>
        <w:t>v 0.293030 11.374281 -2.208473</w:t>
        <w:br/>
        <w:t>v 0.151108 13.192415 -0.551586</w:t>
        <w:br/>
        <w:t>v 0.308112 13.170832 -0.539387</w:t>
        <w:br/>
        <w:t>v 0.477853 11.263695 -2.191482</w:t>
        <w:br/>
        <w:t>v 0.343336 11.634963 -1.510329</w:t>
        <w:br/>
        <w:t>v 0.082049 12.367439 -1.279261</w:t>
        <w:br/>
        <w:t>v 0.164701 11.631216 -2.059618</w:t>
        <w:br/>
        <w:t>v 0.276128 11.645113 -2.137793</w:t>
        <w:br/>
        <w:t>v 0.407464 12.375258 -0.997108</w:t>
        <w:br/>
        <w:t>v 0.257366 13.073692 -0.508386</w:t>
        <w:br/>
        <w:t>v 0.164701 11.631216 -2.059618</w:t>
        <w:br/>
        <w:t>v 0.163734 13.126551 -0.526823</w:t>
        <w:br/>
        <w:t>v 0.230200 12.370998 -1.100097</w:t>
        <w:br/>
        <w:t>v 0.146341 13.123082 -0.525440</w:t>
        <w:br/>
        <w:t>v 0.794465 11.645021 -1.582126</w:t>
        <w:br/>
        <w:t>v 0.514791 11.733587 -2.055128</w:t>
        <w:br/>
        <w:t>v 0.312864 12.401359 -1.361901</w:t>
        <w:br/>
        <w:t>v 0.802942 11.807069 -1.867121</w:t>
        <w:br/>
        <w:t>v 0.525921 11.639136 -1.458338</w:t>
        <w:br/>
        <w:t>v 0.287283 11.633906 -1.659536</w:t>
        <w:br/>
        <w:t>v 0.179591 11.533448 -2.185596</w:t>
        <w:br/>
        <w:t>v 1.041453 10.906496 -2.014404</w:t>
        <w:br/>
        <w:t>v 0.947631 9.540559 -2.487268</w:t>
        <w:br/>
        <w:t>v 0.658412 10.901038 -1.852508</w:t>
        <w:br/>
        <w:t>v -0.006978 13.189887 -0.555940</w:t>
        <w:br/>
        <w:t>v 0.179591 11.533448 -2.185596</w:t>
        <w:br/>
        <w:t>v 0.936050 11.063577 -2.072973</w:t>
        <w:br/>
        <w:t>v 1.032989 11.001562 -2.034665</w:t>
        <w:br/>
        <w:t>v 1.035554 10.996142 -2.043745</w:t>
        <w:br/>
        <w:t>v 0.938590 11.060306 -2.083172</w:t>
        <w:br/>
        <w:t>v 1.041453 10.906496 -2.014404</w:t>
        <w:br/>
        <w:t>v 1.045741 10.899176 -2.027798</w:t>
        <w:br/>
        <w:t>v 0.382309 10.402122 -2.507529</w:t>
        <w:br/>
        <w:t>v 0.389967 10.193592 -2.440182</w:t>
        <w:br/>
        <w:t>v 0.398444 10.191793 -2.457097</w:t>
        <w:br/>
        <w:t>v 0.396445 10.389997 -2.524444</w:t>
        <w:br/>
        <w:t>v 0.932127 12.387874 -1.128052</w:t>
        <w:br/>
        <w:t>v 1.287549 11.930113 -1.417299</w:t>
        <w:br/>
        <w:t>v 1.307093 11.913628 -1.404898</w:t>
        <w:br/>
        <w:t>v 0.942477 12.382755 -1.108533</w:t>
        <w:br/>
        <w:t>v 1.287549 11.930113 -1.417299</w:t>
        <w:br/>
        <w:t>v 1.083006 11.874453 -1.629727</w:t>
        <w:br/>
        <w:t>v 1.089961 11.852835 -1.630080</w:t>
        <w:br/>
        <w:t>v 1.307093 11.913628 -1.404898</w:t>
        <w:br/>
        <w:t>v 0.887693 10.753028 -2.232442</w:t>
        <w:br/>
        <w:t>v 0.775599 10.708847 -2.395044</w:t>
        <w:br/>
        <w:t>v 0.779976 10.693151 -2.403633</w:t>
        <w:br/>
        <w:t>v 0.892510 10.737834 -2.241346</w:t>
        <w:br/>
        <w:t>v 0.707813 11.168176 -2.148407</w:t>
        <w:br/>
        <w:t>v 0.711058 11.165108 -2.160305</w:t>
        <w:br/>
        <w:t>v 0.986896 10.816210 -2.078695</w:t>
        <w:br/>
        <w:t>v 0.994982 10.805445 -2.084480</w:t>
        <w:br/>
        <w:t>v 0.484040 10.539807 -2.545924</w:t>
        <w:br/>
        <w:t>v 0.498742 10.523054 -2.549420</w:t>
        <w:br/>
        <w:t>v 0.465753 10.000908 -2.424876</w:t>
        <w:br/>
        <w:t>v 0.676559 9.770495 -2.445251</w:t>
        <w:br/>
        <w:t>v 0.670698 9.766784 -2.462040</w:t>
        <w:br/>
        <w:t>v 0.464860 9.993575 -2.441880</w:t>
        <w:br/>
        <w:t>v 0.195613 11.466113 -2.203165</w:t>
        <w:br/>
        <w:t>v 0.293030 11.374281 -2.208473</w:t>
        <w:br/>
        <w:t>v 0.295005 11.369112 -2.221238</w:t>
        <w:br/>
        <w:t>v 0.204656 11.464807 -2.210862</w:t>
        <w:br/>
        <w:t>v 0.477853 11.263695 -2.191482</w:t>
        <w:br/>
        <w:t>v 0.480356 11.258977 -2.203681</w:t>
        <w:br/>
        <w:t>v 0.407464 12.375258 -0.997108</w:t>
        <w:br/>
        <w:t>v 0.257366 13.073692 -0.508386</w:t>
        <w:br/>
        <w:t>v 0.274809 13.092542 -0.508889</w:t>
        <w:br/>
        <w:t>v 0.427109 12.383812 -1.004516</w:t>
        <w:br/>
        <w:t>v 0.514791 11.733587 -2.055128</w:t>
        <w:br/>
        <w:t>v 0.276128 11.645113 -2.137793</w:t>
        <w:br/>
        <w:t>v 0.289610 11.627795 -2.143251</w:t>
        <w:br/>
        <w:t>v 0.522085 11.712357 -2.057932</w:t>
        <w:br/>
        <w:t>v 0.525921 11.639136 -1.458338</w:t>
        <w:br/>
        <w:t>v 0.546332 11.646557 -1.464890</w:t>
        <w:br/>
        <w:t>v 0.179591 11.533448 -2.185596</w:t>
        <w:br/>
        <w:t>v 0.194922 11.530064 -2.192538</w:t>
        <w:br/>
        <w:t>v 1.041453 10.906496 -2.014404</w:t>
        <w:br/>
        <w:t>v 1.045741 10.899176 -2.027798</w:t>
        <w:br/>
        <w:t>v 0.947631 9.540559 -2.487268</w:t>
        <w:br/>
        <w:t>v 0.658412 10.901038 -1.852508</w:t>
        <w:br/>
        <w:t>v 0.679402 10.907855 -1.857753</w:t>
        <w:br/>
        <w:t>v 0.978405 9.501898 -2.513692</w:t>
        <w:br/>
        <w:t>v 0.947631 9.540559 -2.487268</w:t>
        <w:br/>
        <w:t>v 0.978405 9.501898 -2.513692</w:t>
        <w:br/>
        <w:t>v 0.802942 11.807069 -1.867121</w:t>
        <w:br/>
        <w:t>v 0.808777 11.785212 -1.869234</w:t>
        <w:br/>
        <w:t>v 0.308112 13.170832 -0.539387</w:t>
        <w:br/>
        <w:t>v 0.315104 13.172329 -0.515479</w:t>
        <w:br/>
        <w:t>v 0.629838 10.645499 -2.530795</w:t>
        <w:br/>
        <w:t>v 0.635699 10.626331 -2.533347</w:t>
        <w:br/>
        <w:t>v 0.195613 11.466113 -2.203165</w:t>
        <w:br/>
        <w:t>v 0.204656 11.464807 -2.210862</w:t>
        <w:br/>
        <w:t>v 4.652783 13.425810 0.213426</w:t>
        <w:br/>
        <w:t>v 4.722704 13.513189 0.293073</w:t>
        <w:br/>
        <w:t>v 4.893626 13.406025 0.270661</w:t>
        <w:br/>
        <w:t>v 4.826643 13.319111 0.194008</w:t>
        <w:br/>
        <w:t>v 4.993219 13.200782 0.192838</w:t>
        <w:br/>
        <w:t>v 5.044816 13.277355 0.280949</w:t>
        <w:br/>
        <w:t>v 4.945601 13.135656 0.021622</w:t>
        <w:br/>
        <w:t>v 4.782845 13.254443 0.019849</w:t>
        <w:br/>
        <w:t>v 4.789347 13.252130 -0.183248</w:t>
        <w:br/>
        <w:t>v 4.617370 13.365316 -0.193950</w:t>
        <w:br/>
        <w:t>v 4.606044 13.356333 0.024452</w:t>
        <w:br/>
        <w:t>v 4.836968 13.335001 0.178904</w:t>
        <w:br/>
        <w:t>v 4.652783 13.425810 0.213426</w:t>
        <w:br/>
        <w:t>v 4.606044 13.356333 0.024452</w:t>
        <w:br/>
        <w:t>v 4.795733 13.273971 0.015309</w:t>
        <w:br/>
        <w:t>v 4.617370 13.365316 -0.193950</w:t>
        <w:br/>
        <w:t>v 4.801265 13.270807 -0.174406</w:t>
        <w:br/>
        <w:t>v 4.957936 13.146074 -0.173702</w:t>
        <w:br/>
        <w:t>v 4.855288 13.336121 -0.315174</w:t>
        <w:br/>
        <w:t>v 5.011533 13.218645 -0.305755</w:t>
        <w:br/>
        <w:t>v 4.689113 13.456242 -0.336315</w:t>
        <w:br/>
        <w:t>v 5.051997 13.026840 0.025358</w:t>
        <w:br/>
        <w:t>v 5.092188 13.086702 0.209250</w:t>
        <w:br/>
        <w:t>v 5.059062 13.035960 -0.182191</w:t>
        <w:br/>
        <w:t>v 5.155907 13.176838 0.279075</w:t>
        <w:br/>
        <w:t>v 4.722704 13.513189 0.293073</w:t>
        <w:br/>
        <w:t>v 4.904595 13.422666 0.247546</w:t>
        <w:br/>
        <w:t>v 5.160055 13.191921 0.264587</w:t>
        <w:br/>
        <w:t>v 5.155907 13.176838 0.279075</w:t>
        <w:br/>
        <w:t>v 5.044816 13.277355 0.280949</w:t>
        <w:br/>
        <w:t>v 5.057189 13.291265 0.260386</w:t>
        <w:br/>
        <w:t>v 4.893626 13.406025 0.270661</w:t>
        <w:br/>
        <w:t>v 4.722704 13.513189 0.293073</w:t>
        <w:br/>
        <w:t>v 4.904595 13.422666 0.247546</w:t>
        <w:br/>
        <w:t>v 5.209812 13.151910 0.227320</w:t>
        <w:br/>
        <w:t>v 5.199794 13.165352 0.258412</w:t>
        <w:br/>
        <w:t>v 5.160221 13.063436 0.178765</w:t>
        <w:br/>
        <w:t>v 5.125924 13.013136 0.015863</w:t>
        <w:br/>
        <w:t>v 5.120117 13.116053 0.122700</w:t>
        <w:br/>
        <w:t>v 5.160221 13.063436 0.178765</w:t>
        <w:br/>
        <w:t>v 5.209812 13.151910 0.227320</w:t>
        <w:br/>
        <w:t>v 5.165107 13.169086 0.208182</w:t>
        <w:br/>
        <w:t>v 5.199794 13.165352 0.258412</w:t>
        <w:br/>
        <w:t>v 5.125924 13.013136 0.015863</w:t>
        <w:br/>
        <w:t>v 5.097457 13.085957 -0.004398</w:t>
        <w:br/>
        <w:t>v 5.103914 13.101843 -0.147857</w:t>
        <w:br/>
        <w:t>v 5.131359 13.021758 -0.168244</w:t>
        <w:br/>
        <w:t>v 5.161283 13.172115 -0.232032</w:t>
        <w:br/>
        <w:t>v 5.190273 13.101292 -0.277508</w:t>
        <w:br/>
        <w:t>v 5.230485 13.264152 -0.241074</w:t>
        <w:br/>
        <w:t>v 5.273525 13.216996 -0.297856</w:t>
        <w:br/>
        <w:t>v 5.131359 13.021758 -0.168244</w:t>
        <w:br/>
        <w:t>v 5.190273 13.101292 -0.277508</w:t>
        <w:br/>
        <w:t>v 5.125503 13.127306 -0.303667</w:t>
        <w:br/>
        <w:t>v 4.912656 13.440456 0.273101</w:t>
        <w:br/>
        <w:t>v 4.746684 13.569103 0.324942</w:t>
        <w:br/>
        <w:t>v 4.640785 13.440118 0.260726</w:t>
        <w:br/>
        <w:t>v 4.826940 13.326100 0.208748</w:t>
        <w:br/>
        <w:t>v 4.823979 13.317623 0.235120</w:t>
        <w:br/>
        <w:t>v 4.640785 13.440118 0.260726</w:t>
        <w:br/>
        <w:t>v 4.746684 13.569103 0.324942</w:t>
        <w:br/>
        <w:t>v 4.913145 13.437565 0.301587</w:t>
        <w:br/>
        <w:t>v 5.003510 13.563825 0.224632</w:t>
        <w:br/>
        <w:t>v 4.863165 13.717856 0.258400</w:t>
        <w:br/>
        <w:t>v 4.640785 13.440118 0.260726</w:t>
        <w:br/>
        <w:t>v 4.823979 13.317623 0.235120</w:t>
        <w:br/>
        <w:t>v 4.826940 13.326100 0.208748</w:t>
        <w:br/>
        <w:t>v 4.984094 13.194179 0.238742</w:t>
        <w:br/>
        <w:t>v 4.993786 13.202897 0.210307</w:t>
        <w:br/>
        <w:t>v 5.067805 13.309604 0.301977</w:t>
        <w:br/>
        <w:t>v 4.984094 13.194179 0.238742</w:t>
        <w:br/>
        <w:t>v 5.135860 13.121938 0.154392</w:t>
        <w:br/>
        <w:t>v 5.173161 13.060174 0.204057</w:t>
        <w:br/>
        <w:t>v 5.245275 13.171144 0.264110</w:t>
        <w:br/>
        <w:t>v 5.181880 13.196360 0.198548</w:t>
        <w:br/>
        <w:t>v 5.156565 13.066070 0.197064</w:t>
        <w:br/>
        <w:t>v 5.173161 13.060174 0.204057</w:t>
        <w:br/>
        <w:t>v 5.090299 13.091311 0.228279</w:t>
        <w:br/>
        <w:t>v 5.090757 13.081409 0.249118</w:t>
        <w:br/>
        <w:t>v 5.245275 13.171144 0.264110</w:t>
        <w:br/>
        <w:t>v 5.173161 13.060174 0.204057</w:t>
        <w:br/>
        <w:t>v 5.090757 13.081409 0.249118</w:t>
        <w:br/>
        <w:t>v 5.188557 13.214766 0.308353</w:t>
        <w:br/>
        <w:t>v 5.333694 13.299371 0.220948</w:t>
        <w:br/>
        <w:t>v 5.255659 13.293669 0.180376</w:t>
        <w:br/>
        <w:t>v 5.289822 13.358573 0.251973</w:t>
        <w:br/>
        <w:t>v 5.333694 13.299371 0.220948</w:t>
        <w:br/>
        <w:t>v 5.381677 13.368775 0.098818</w:t>
        <w:br/>
        <w:t>v 5.296896 13.359763 0.090567</w:t>
        <w:br/>
        <w:t>v 4.689113 13.456242 -0.336315</w:t>
        <w:br/>
        <w:t>v 4.860776 13.347227 -0.295102</w:t>
        <w:br/>
        <w:t>v 4.790582 13.595660 -0.370661</w:t>
        <w:br/>
        <w:t>v 4.944418 13.463947 -0.325650</w:t>
        <w:br/>
        <w:t>v 5.290214 13.343326 -0.180682</w:t>
        <w:br/>
        <w:t>v 5.353167 13.329673 -0.231566</w:t>
        <w:br/>
        <w:t>v 4.877533 13.711612 0.262600</w:t>
        <w:br/>
        <w:t>v 5.013942 13.572968 0.243471</w:t>
        <w:br/>
        <w:t>v 5.166567 13.443782 0.242113</w:t>
        <w:br/>
        <w:t>v 5.381677 13.368775 0.098818</w:t>
        <w:br/>
        <w:t>v 5.346020 13.433952 0.111671</w:t>
        <w:br/>
        <w:t>v 5.210033 13.499972 0.092705</w:t>
        <w:br/>
        <w:t>v 5.224787 13.515625 -0.086673</w:t>
        <w:br/>
        <w:t>v 5.354637 13.448086 -0.088270</w:t>
        <w:br/>
        <w:t>v 5.066576 13.645059 0.089523</w:t>
        <w:br/>
        <w:t>v 4.863165 13.717856 0.258400</w:t>
        <w:br/>
        <w:t>v 4.941517 13.816099 0.089234</w:t>
        <w:br/>
        <w:t>v 4.965170 13.805923 0.089272</w:t>
        <w:br/>
        <w:t>v 4.944606 13.815426 -0.109209</w:t>
        <w:br/>
        <w:t>v 4.964116 13.805734 -0.106945</w:t>
        <w:br/>
        <w:t>v 5.049703 13.625088 -0.081755</w:t>
        <w:br/>
        <w:t>v 5.013956 13.570737 -0.238520</w:t>
        <w:br/>
        <w:t>v 4.888803 13.736374 -0.285129</w:t>
        <w:br/>
        <w:t>v 4.944606 13.815426 -0.109209</w:t>
        <w:br/>
        <w:t>v 4.941517 13.816099 0.089234</w:t>
        <w:br/>
        <w:t>v 5.065623 13.643881 0.082367</w:t>
        <w:br/>
        <w:t>v 4.888803 13.736374 -0.285129</w:t>
        <w:br/>
        <w:t>v 5.073850 13.647472 -0.087062</w:t>
        <w:br/>
        <w:t>v 5.027412 13.582378 -0.254857</w:t>
        <w:br/>
        <w:t>v 5.187895 13.468080 -0.255599</w:t>
        <w:br/>
        <w:t>v 5.313429 13.374471 -0.052213</w:t>
        <w:br/>
        <w:t>v 5.389306 13.379557 -0.077328</w:t>
        <w:br/>
        <w:t>v 5.216660 13.256673 -0.332454</w:t>
        <w:br/>
        <w:t>v 5.101053 13.343596 -0.335938</w:t>
        <w:br/>
        <w:t>v 4.948804 13.464765 -0.348766</w:t>
        <w:br/>
        <w:t>v 4.790582 13.595660 -0.370661</w:t>
        <w:br/>
        <w:t>v 5.308299 13.387931 -0.259875</w:t>
        <w:br/>
        <w:t>v 5.273525 13.216996 -0.297856</w:t>
        <w:br/>
        <w:t>v 5.353167 13.329673 -0.231566</w:t>
        <w:br/>
        <w:t>v 5.389306 13.379557 -0.077328</w:t>
        <w:br/>
        <w:t>v 4.826940 13.326100 0.208748</w:t>
        <w:br/>
        <w:t>v 4.920841 13.443887 -0.002247</w:t>
        <w:br/>
        <w:t>v 4.912656 13.440456 0.273101</w:t>
        <w:br/>
        <w:t>v 4.801265 13.270807 -0.174406</w:t>
        <w:br/>
        <w:t>v 4.795733 13.273971 0.015309</w:t>
        <w:br/>
        <w:t>v 4.860776 13.347227 -0.295102</w:t>
        <w:br/>
        <w:t>v 4.944418 13.463947 -0.325650</w:t>
        <w:br/>
        <w:t>v 4.836968 13.335001 0.178904</w:t>
        <w:br/>
        <w:t>v 5.003510 13.563825 0.224632</w:t>
        <w:br/>
        <w:t>v 5.065623 13.643881 0.082367</w:t>
        <w:br/>
        <w:t>v 5.049703 13.625088 -0.081755</w:t>
        <w:br/>
        <w:t>v 5.013956 13.570737 -0.238520</w:t>
        <w:br/>
        <w:t>v 5.165107 13.169086 0.208182</w:t>
        <w:br/>
        <w:t>v 5.204512 13.237573 -0.026973</w:t>
        <w:br/>
        <w:t>v 5.120117 13.116053 0.122700</w:t>
        <w:br/>
        <w:t>v 5.097457 13.085957 -0.004398</w:t>
        <w:br/>
        <w:t>v 5.103914 13.101843 -0.147857</w:t>
        <w:br/>
        <w:t>v 5.161283 13.172115 -0.232032</w:t>
        <w:br/>
        <w:t>v 5.255659 13.293669 0.180376</w:t>
        <w:br/>
        <w:t>v 5.181880 13.196360 0.198548</w:t>
        <w:br/>
        <w:t>v 5.313429 13.374471 -0.052213</w:t>
        <w:br/>
        <w:t>v 5.296896 13.359763 0.090567</w:t>
        <w:br/>
        <w:t>v 5.230485 13.264152 -0.241074</w:t>
        <w:br/>
        <w:t>v 5.290214 13.343326 -0.180682</w:t>
        <w:br/>
        <w:t>v 0.606124 13.993810 -0.975135</w:t>
        <w:br/>
        <w:t>v 0.700837 13.941618 -1.130177</w:t>
        <w:br/>
        <w:t>v 0.664152 13.898456 -1.092611</w:t>
        <w:br/>
        <w:t>v 0.681042 14.097163 -1.020875</w:t>
        <w:br/>
        <w:t>v 0.755608 14.213758 -1.069168</w:t>
        <w:br/>
        <w:t>v 0.774624 14.166396 -1.124630</w:t>
        <w:br/>
        <w:t>v 0.761204 14.062919 -1.144250</w:t>
        <w:br/>
        <w:t>v 0.736592 13.992980 -1.145508</w:t>
        <w:br/>
        <w:t>v 0.423715 13.725013 -0.865179</w:t>
        <w:br/>
        <w:t>v 0.473166 13.801628 -0.893175</w:t>
        <w:br/>
        <w:t>v 0.550498 13.759222 -1.020976</w:t>
        <w:br/>
        <w:t>v 0.485025 13.607825 -0.998351</w:t>
        <w:br/>
        <w:t>v 0.395066 13.663301 -0.856288</w:t>
        <w:br/>
        <w:t>v 0.409893 13.313135 -0.979952</w:t>
        <w:br/>
        <w:t>v 0.507247 13.279367 -1.095668</w:t>
        <w:br/>
        <w:t>v 0.474070 13.218672 -1.067509</w:t>
        <w:br/>
        <w:t>v 0.509511 13.346197 -1.096058</w:t>
        <w:br/>
        <w:t>v 0.450188 13.457749 -0.991409</w:t>
        <w:br/>
        <w:t>v 0.528426 13.386017 -1.111074</w:t>
        <w:br/>
        <w:t>v 0.482321 13.366269 -1.070226</w:t>
        <w:br/>
        <w:t>v 0.564017 13.421755 -1.137736</w:t>
        <w:br/>
        <w:t>v 0.590402 13.464314 -1.153745</w:t>
        <w:br/>
        <w:t>v 0.701717 13.794599 -1.175955</w:t>
        <w:br/>
        <w:t>v 0.665522 13.717783 -1.166196</w:t>
        <w:br/>
        <w:t>v 0.363385 13.343055 -0.911473</w:t>
        <w:br/>
        <w:t>v 0.380288 13.438949 -0.910505</w:t>
        <w:br/>
        <w:t>v 0.341351 13.270764 -0.896495</w:t>
        <w:br/>
        <w:t>v 0.611884 13.655165 -1.133020</w:t>
        <w:br/>
        <w:t>v 0.557239 13.613260 -1.093027</w:t>
        <w:br/>
        <w:t>v 0.385332 13.521085 -0.895250</w:t>
        <w:br/>
        <w:t>v 0.384842 13.591161 -0.872147</w:t>
        <w:br/>
        <w:t>v 0.424243 13.192263 -1.019028</w:t>
        <w:br/>
        <w:t>v 0.379495 13.189132 -0.972205</w:t>
        <w:br/>
        <w:t>v 0.715049 13.921947 -1.150186</w:t>
        <w:br/>
        <w:t>v 0.714973 13.857671 -1.168610</w:t>
        <w:br/>
        <w:t>v 0.319556 13.213909 -0.882410</w:t>
        <w:br/>
        <w:t>v 0.353965 13.184174 -0.946977</w:t>
        <w:br/>
        <w:t>v 0.309772 13.176618 -0.880309</w:t>
        <w:br/>
        <w:t>v 0.351664 13.163990 -0.940928</w:t>
        <w:br/>
        <w:t>v 0.313809 13.133153 -0.892873</w:t>
        <w:br/>
        <w:t>v 0.340898 13.112038 -0.916806</w:t>
        <w:br/>
        <w:t>v 0.360241 13.146873 -0.950498</w:t>
        <w:br/>
        <w:t>v 0.376691 13.110627 -0.948838</w:t>
        <w:br/>
        <w:t>v 0.374653 13.149365 -0.967577</w:t>
        <w:br/>
        <w:t>v 0.400221 13.127318 -0.974167</w:t>
        <w:br/>
        <w:t>v 0.406245 13.150797 -0.984492</w:t>
        <w:br/>
        <w:t>v 0.385520 13.161475 -0.977274</w:t>
        <w:br/>
        <w:t>v 0.402649 13.171826 -0.984354</w:t>
        <w:br/>
        <w:t>v 0.425438 13.822869 -0.941279</w:t>
        <w:br/>
        <w:t>v 0.533684 13.767750 -1.043676</w:t>
        <w:br/>
        <w:t>v 0.650506 13.905523 -1.111400</w:t>
        <w:br/>
        <w:t>v 0.566420 14.010864 -1.016536</w:t>
        <w:br/>
        <w:t>v 0.761204 14.062919 -1.144250</w:t>
        <w:br/>
        <w:t>v 0.774624 14.166396 -1.124630</w:t>
        <w:br/>
        <w:t>v 0.737636 14.223506 -1.092938</w:t>
        <w:br/>
        <w:t>v 0.646067 14.111828 -1.058403</w:t>
        <w:br/>
        <w:t>v 0.736592 13.992980 -1.145508</w:t>
        <w:br/>
        <w:t>v 0.373599 13.746180 -0.917019</w:t>
        <w:br/>
        <w:t>v 0.464438 13.617548 -1.024548</w:t>
        <w:br/>
        <w:t>v 0.343050 13.683436 -0.908870</w:t>
        <w:br/>
        <w:t>v 0.424243 13.192263 -1.019028</w:t>
        <w:br/>
        <w:t>v 0.303006 13.280248 -0.935281</w:t>
        <w:br/>
        <w:t>v 0.379495 13.189132 -0.972205</w:t>
        <w:br/>
        <w:t>v 0.474070 13.218672 -1.067509</w:t>
        <w:br/>
        <w:t>v 0.507247 13.279367 -1.095668</w:t>
        <w:br/>
        <w:t>v 0.391984 13.321572 -1.005331</w:t>
        <w:br/>
        <w:t>v 0.509511 13.346197 -1.096058</w:t>
        <w:br/>
        <w:t>v 0.482321 13.366269 -1.070226</w:t>
        <w:br/>
        <w:t>v 0.428934 13.467385 -1.018939</w:t>
        <w:br/>
        <w:t>v 0.528426 13.386017 -1.111074</w:t>
        <w:br/>
        <w:t>v 0.564017 13.421755 -1.137736</w:t>
        <w:br/>
        <w:t>v 0.590402 13.464314 -1.153745</w:t>
        <w:br/>
        <w:t>v 0.701717 13.794599 -1.175955</w:t>
        <w:br/>
        <w:t>v 0.714973 13.857671 -1.168610</w:t>
        <w:br/>
        <w:t>v 0.338547 13.451337 -0.955126</w:t>
        <w:br/>
        <w:t>v 0.324725 13.353418 -0.952095</w:t>
        <w:br/>
        <w:t>v 0.611884 13.655165 -1.133020</w:t>
        <w:br/>
        <w:t>v 0.665522 13.717783 -1.166196</w:t>
        <w:br/>
        <w:t>v 0.340849 13.534645 -0.942512</w:t>
        <w:br/>
        <w:t>v 0.715049 13.921947 -1.150186</w:t>
        <w:br/>
        <w:t>v 0.353965 13.184174 -0.946977</w:t>
        <w:br/>
        <w:t>v 0.286707 13.222422 -0.915058</w:t>
        <w:br/>
        <w:t>v 0.351664 13.163990 -0.940928</w:t>
        <w:br/>
        <w:t>v 0.285197 13.183559 -0.908305</w:t>
        <w:br/>
        <w:t>v 0.297610 13.139278 -0.915297</w:t>
        <w:br/>
        <w:t>v 0.326838 13.119219 -0.936803</w:t>
        <w:br/>
        <w:t>v 0.360241 13.146873 -0.950498</w:t>
        <w:br/>
        <w:t>v 0.362983 13.117999 -0.968420</w:t>
        <w:br/>
        <w:t>v 0.387406 13.134701 -0.992026</w:t>
        <w:br/>
        <w:t>v 0.374653 13.149365 -0.967577</w:t>
        <w:br/>
        <w:t>v 0.385520 13.161475 -0.977274</w:t>
        <w:br/>
        <w:t>v 0.395518 13.157275 -0.999421</w:t>
        <w:br/>
        <w:t>v 0.390990 13.186831 -0.986920</w:t>
        <w:br/>
        <w:t>v 0.382426 13.185043 -0.974381</w:t>
        <w:br/>
        <w:t>v 0.433978 13.830291 -0.881503</w:t>
        <w:br/>
        <w:t>v 0.569288 14.020132 -0.961942</w:t>
        <w:br/>
        <w:t>v 0.569288 14.020132 -0.961942</w:t>
        <w:br/>
        <w:t>v 0.433978 13.830291 -0.881503</w:t>
        <w:br/>
        <w:t>v 0.650506 13.905523 -1.111400</w:t>
        <w:br/>
        <w:t>v 0.664152 13.898456 -1.092611</w:t>
        <w:br/>
        <w:t>v 0.700837 13.941618 -1.130177</w:t>
        <w:br/>
        <w:t>v 0.765418 14.253200 -1.091265</w:t>
        <w:br/>
        <w:t>v 0.741963 14.224689 -1.076714</w:t>
        <w:br/>
        <w:t>v 0.737636 14.223506 -1.092938</w:t>
        <w:br/>
        <w:t>v 0.765418 14.253200 -1.091265</w:t>
        <w:br/>
        <w:t>v 0.755608 14.213758 -1.069168</w:t>
        <w:br/>
        <w:t>v 0.741963 14.224689 -1.076714</w:t>
        <w:br/>
        <w:t>v 0.648457 14.119965 -1.013153</w:t>
        <w:br/>
        <w:t>v 0.646067 14.111828 -1.058403</w:t>
        <w:br/>
        <w:t>v 0.648457 14.119965 -1.013153</w:t>
        <w:br/>
        <w:t>v 0.381924 13.750229 -0.856061</w:t>
        <w:br/>
        <w:t>v 0.381924 13.750229 -0.856061</w:t>
        <w:br/>
        <w:t>v 0.349313 13.681085 -0.848880</w:t>
        <w:br/>
        <w:t>v 0.349313 13.681085 -0.848880</w:t>
        <w:br/>
        <w:t>v 0.337290 13.598258 -0.867192</w:t>
        <w:br/>
        <w:t>v 0.335567 13.608367 -0.923207</w:t>
        <w:br/>
        <w:t>v 0.337290 13.598258 -0.867192</w:t>
        <w:br/>
        <w:t>v 0.341691 13.446936 -0.910517</w:t>
        <w:br/>
        <w:t>v 0.330951 13.354587 -0.914366</w:t>
        <w:br/>
        <w:t>v 0.324725 13.353418 -0.952095</w:t>
        <w:br/>
        <w:t>v 0.338547 13.451337 -0.955126</w:t>
        <w:br/>
        <w:t>v 0.330951 13.354587 -0.914366</w:t>
        <w:br/>
        <w:t>v 0.341691 13.446936 -0.910517</w:t>
        <w:br/>
        <w:t>v 0.313319 13.281583 -0.904280</w:t>
        <w:br/>
        <w:t>v 0.303006 13.280248 -0.935281</w:t>
        <w:br/>
        <w:t>v 0.341351 13.270764 -0.896495</w:t>
        <w:br/>
        <w:t>v 0.313319 13.281583 -0.904280</w:t>
        <w:br/>
        <w:t>v 0.341528 13.525940 -0.892332</w:t>
        <w:br/>
        <w:t>v 0.341528 13.525940 -0.892332</w:t>
        <w:br/>
        <w:t>v 0.715049 13.921947 -1.150186</w:t>
        <w:br/>
        <w:t>v 0.664152 13.898456 -1.092611</w:t>
        <w:br/>
        <w:t>v 0.650506 13.905523 -1.111400</w:t>
        <w:br/>
        <w:t>v 0.299120 13.221076 -0.891288</w:t>
        <w:br/>
        <w:t>v 0.286707 13.222422 -0.915058</w:t>
        <w:br/>
        <w:t>v 0.319556 13.213909 -0.882410</w:t>
        <w:br/>
        <w:t>v 0.299120 13.221076 -0.891288</w:t>
        <w:br/>
        <w:t>v 0.313319 13.281583 -0.904280</w:t>
        <w:br/>
        <w:t>v 0.293536 13.180705 -0.890018</w:t>
        <w:br/>
        <w:t>v 0.285197 13.183559 -0.908305</w:t>
        <w:br/>
        <w:t>v 0.309772 13.176618 -0.880309</w:t>
        <w:br/>
        <w:t>v 0.293536 13.180705 -0.890018</w:t>
        <w:br/>
        <w:t>v 0.297610 13.139278 -0.915297</w:t>
        <w:br/>
        <w:t>v 0.313809 13.133153 -0.892873</w:t>
        <w:br/>
        <w:t>v 0.340898 13.112038 -0.916806</w:t>
        <w:br/>
        <w:t>v 0.326838 13.119219 -0.936803</w:t>
        <w:br/>
        <w:t>v 0.400221 13.127318 -0.974167</w:t>
        <w:br/>
        <w:t>v 0.387406 13.134701 -0.992026</w:t>
        <w:br/>
        <w:t>v 0.362983 13.117999 -0.968420</w:t>
        <w:br/>
        <w:t>v 0.376691 13.110627 -0.948838</w:t>
        <w:br/>
        <w:t>v 0.406245 13.150797 -0.984492</w:t>
        <w:br/>
        <w:t>v 0.395518 13.157275 -0.999421</w:t>
        <w:br/>
        <w:t>v 0.395505 13.184187 -0.980782</w:t>
        <w:br/>
        <w:t>v 0.390990 13.186831 -0.986920</w:t>
        <w:br/>
        <w:t>v 0.394927 13.176468 -0.994981</w:t>
        <w:br/>
        <w:t>v 0.402649 13.171826 -0.984354</w:t>
        <w:br/>
        <w:t>v 0.382426 13.185043 -0.974381</w:t>
        <w:br/>
        <w:t>v 0.609255 13.523198 -1.159657</w:t>
        <w:br/>
        <w:t>v 0.609255 13.523198 -1.159657</w:t>
        <w:br/>
        <w:t>v 0.557239 13.613260 -1.093027</w:t>
        <w:br/>
        <w:t>v 0.297610 13.139278 -0.915297</w:t>
        <w:br/>
        <w:t>v 0.394927 13.176468 -0.994981</w:t>
        <w:br/>
        <w:t>v 0.382426 13.185043 -0.974381</w:t>
        <w:br/>
        <w:t>v 0.395505 13.184187 -0.980782</w:t>
        <w:br/>
        <w:t>v 0.700837 13.941618 -1.130177</w:t>
        <w:br/>
        <w:t>v 0.780195 14.257953 -1.105841</w:t>
        <w:br/>
        <w:t>v 0.780195 14.257953 -1.105841</w:t>
        <w:br/>
        <w:t>v 0.765418 14.253200 -1.091265</w:t>
        <w:br/>
        <w:t>v 0.765418 14.253200 -1.091265</w:t>
        <w:br/>
        <w:t>v 0.606224 13.626214 -1.132252</w:t>
        <w:br/>
        <w:t>v 0.613594 13.581593 -1.149583</w:t>
        <w:br/>
        <w:t>v 0.606224 13.626214 -1.132252</w:t>
        <w:br/>
        <w:t>v 0.613594 13.581593 -1.149583</w:t>
        <w:br/>
        <w:t>v 0.793941 13.807386 1.360435</w:t>
        <w:br/>
        <w:t>v 0.803360 13.840199 1.374948</w:t>
        <w:br/>
        <w:t>v 0.742604 13.848775 1.398365</w:t>
        <w:br/>
        <w:t>v 0.842486 13.845717 1.402641</w:t>
        <w:br/>
        <w:t>v 0.814340 13.847015 1.406477</w:t>
        <w:br/>
        <w:t>v 0.803360 13.840199 1.374948</w:t>
        <w:br/>
        <w:t>v 0.741107 13.856610 1.411080</w:t>
        <w:br/>
        <w:t>v 0.742604 13.848775 1.398365</w:t>
        <w:br/>
        <w:t>v 0.793538 13.864533 1.406313</w:t>
        <w:br/>
        <w:t>v 0.798959 13.824491 1.447401</w:t>
        <w:br/>
        <w:t>v 0.766474 13.784686 1.459889</w:t>
        <w:br/>
        <w:t>v 0.765241 13.829130 1.442835</w:t>
        <w:br/>
        <w:t>v 0.744389 13.795212 1.449576</w:t>
        <w:br/>
        <w:t>v 0.738592 13.829144 1.437126</w:t>
        <w:br/>
        <w:t>v 0.741107 13.856610 1.411080</w:t>
        <w:br/>
        <w:t>v 0.738592 13.829144 1.437126</w:t>
        <w:br/>
        <w:t>v 0.759708 13.807185 1.415519</w:t>
        <w:br/>
        <w:t>v 0.741107 13.856610 1.411080</w:t>
        <w:br/>
        <w:t>v 0.742604 13.848775 1.398365</w:t>
        <w:br/>
        <w:t>v 0.744389 13.795212 1.449576</w:t>
        <w:br/>
        <w:t>v 0.742390 13.769557 1.442232</w:t>
        <w:br/>
        <w:t>v 0.759821 13.752502 1.450268</w:t>
        <w:br/>
        <w:t>v 0.742390 13.769557 1.442232</w:t>
        <w:br/>
        <w:t>v 0.736919 13.772108 1.417921</w:t>
        <w:br/>
        <w:t>v 0.738504 13.798181 1.401459</w:t>
        <w:br/>
        <w:t>v 0.759708 13.807185 1.415519</w:t>
        <w:br/>
        <w:t>v 0.780710 13.732820 1.417934</w:t>
        <w:br/>
        <w:t>v 0.736919 13.772108 1.417921</w:t>
        <w:br/>
        <w:t>v 0.817333 13.765306 1.479323</w:t>
        <w:br/>
        <w:t>v 0.806064 13.727576 1.463715</w:t>
        <w:br/>
        <w:t>v 0.832286 13.761658 1.462118</w:t>
        <w:br/>
        <w:t>v 0.820414 13.729538 1.449152</w:t>
        <w:br/>
        <w:t>v 0.806064 13.727576 1.463715</w:t>
        <w:br/>
        <w:t>v 0.817333 13.765306 1.479323</w:t>
        <w:br/>
        <w:t>v 0.836336 13.811246 1.444860</w:t>
        <w:br/>
        <w:t>v 0.847290 13.797752 1.433981</w:t>
        <w:br/>
        <w:t>v 0.820414 13.729538 1.449152</w:t>
        <w:br/>
        <w:t>v 0.832286 13.761658 1.462118</w:t>
        <w:br/>
        <w:t>v 0.780854 13.824144 1.406854</w:t>
        <w:br/>
        <w:t>v 0.820414 13.729538 1.449152</w:t>
        <w:br/>
        <w:t>v 0.819282 13.724797 1.406389</w:t>
        <w:br/>
        <w:t>v 0.842486 13.845717 1.402641</w:t>
        <w:br/>
        <w:t>v 0.847290 13.797752 1.433981</w:t>
        <w:br/>
        <w:t>v 0.850346 13.832828 1.395900</w:t>
        <w:br/>
        <w:t>v 0.780854 13.824144 1.406854</w:t>
        <w:br/>
        <w:t>v 0.850346 13.832828 1.395900</w:t>
        <w:br/>
        <w:t>v 0.834663 13.779115 1.354863</w:t>
        <w:br/>
        <w:t>v 0.826991 13.749987 1.376494</w:t>
        <w:br/>
        <w:t>v 0.780854 13.824144 1.406854</w:t>
        <w:br/>
        <w:t>v 0.841379 13.819019 1.359001</w:t>
        <w:br/>
        <w:t>v 0.834663 13.779115 1.354863</w:t>
        <w:br/>
        <w:t>v 0.742176 13.829005 1.389310</w:t>
        <w:br/>
        <w:t>v 0.738504 13.798181 1.401459</w:t>
        <w:br/>
        <w:t>v 0.784999 13.766438 1.379727</w:t>
        <w:br/>
        <w:t>v 0.826991 13.749987 1.376494</w:t>
        <w:br/>
        <w:t>v 0.742176 13.829005 1.389310</w:t>
        <w:br/>
        <w:t>v 0.819282 13.724797 1.406389</w:t>
        <w:br/>
        <w:t>v 0.850346 13.832828 1.395900</w:t>
        <w:br/>
        <w:t>v 0.841379 13.819019 1.359001</w:t>
        <w:br/>
        <w:t>v 0.780854 13.824144 1.406854</w:t>
        <w:br/>
        <w:t>v 0.850346 13.832828 1.395900</w:t>
        <w:br/>
        <w:t>v 0.793538 13.864533 1.406313</w:t>
        <w:br/>
        <w:t>v 0.841379 13.819019 1.359001</w:t>
        <w:br/>
        <w:t>v 0.105809 13.577101 0.025219</w:t>
        <w:br/>
        <w:t>v 0.425627 13.577050 0.066822</w:t>
        <w:br/>
        <w:t>v 0.783349 13.080931 -0.280626</w:t>
        <w:br/>
        <w:t>v 0.406308 13.048637 -0.428500</w:t>
        <w:br/>
        <w:t>v 2.141130 7.270061 -2.633797</w:t>
        <w:br/>
        <w:t>v 2.202124 6.180502 -2.964182</w:t>
        <w:br/>
        <w:t>v 1.958745 6.519652 -3.072570</w:t>
        <w:br/>
        <w:t>v 1.906843 7.305175 -2.840435</w:t>
        <w:br/>
        <w:t>v 2.507567 5.789790 -2.948710</w:t>
        <w:br/>
        <w:t>v 2.116622 9.892469 -1.626054</w:t>
        <w:br/>
        <w:t>v 1.616092 9.822570 -2.061829</w:t>
        <w:br/>
        <w:t>v 1.493939 10.339890 -1.878370</w:t>
        <w:br/>
        <w:t>v 1.969454 10.445883 -1.456267</w:t>
        <w:br/>
        <w:t>v 1.325529 10.917175 -1.646574</w:t>
        <w:br/>
        <w:t>v 1.760195 11.069798 -1.236410</w:t>
        <w:br/>
        <w:t>v 2.504161 7.214924 -2.443565</w:t>
        <w:br/>
        <w:t>v 1.152693 12.440216 -0.640703</w:t>
        <w:br/>
        <w:t>v 0.743833 12.372189 -0.912354</w:t>
        <w:br/>
        <w:t>v 1.476032 11.763086 -0.939317</w:t>
        <w:br/>
        <w:t>v 1.070593 11.636091 -1.314304</w:t>
        <w:br/>
        <w:t>v 0.317558 13.716925 0.177382</w:t>
        <w:br/>
        <w:t>v 0.021949 13.719769 0.161359</w:t>
        <w:br/>
        <w:t>v 2.988891 5.075485 -2.705861</w:t>
        <w:br/>
        <w:t>v 2.797843 5.405692 -2.878645</w:t>
        <w:br/>
        <w:t>v 2.640048 7.195091 -2.282818</w:t>
        <w:br/>
        <w:t>v 1.838177 8.225240 -2.554786</w:t>
        <w:br/>
        <w:t>v 2.459314 8.251561 -2.055975</w:t>
        <w:br/>
        <w:t>v 1.738535 9.122317 -2.283550</w:t>
        <w:br/>
        <w:t>v 2.279045 9.153543 -1.828851</w:t>
        <w:br/>
        <w:t>v 0.789260 13.097231 -0.298762</w:t>
        <w:br/>
        <w:t>v 0.428608 13.594079 0.048599</w:t>
        <w:br/>
        <w:t>v 0.108777 13.594128 0.006984</w:t>
        <w:br/>
        <w:t>v 0.412219 13.064923 -0.446635</w:t>
        <w:br/>
        <w:t>v 1.975560 6.524997 -3.090194</w:t>
        <w:br/>
        <w:t>v 2.215643 6.186174 -2.983930</w:t>
        <w:br/>
        <w:t>v 2.156006 7.275859 -2.652866</w:t>
        <w:br/>
        <w:t>v 1.923645 7.310645 -2.857988</w:t>
        <w:br/>
        <w:t>v 2.519715 5.795801 -2.969480</w:t>
        <w:br/>
        <w:t>v 1.508188 10.348821 -1.896258</w:t>
        <w:br/>
        <w:t>v 1.631034 9.830193 -2.079920</w:t>
        <w:br/>
        <w:t>v 2.131563 9.900093 -1.644140</w:t>
        <w:br/>
        <w:t>v 1.983703 10.454812 -1.474146</w:t>
        <w:br/>
        <w:t>v 1.338872 10.927648 -1.664119</w:t>
        <w:br/>
        <w:t>v 1.773539 11.080276 -1.253940</w:t>
        <w:br/>
        <w:t>v 2.520774 7.220861 -2.461119</w:t>
        <w:br/>
        <w:t>v 0.753051 12.386904 -0.930451</w:t>
        <w:br/>
        <w:t>v 1.161911 12.454928 -0.658800</w:t>
        <w:br/>
        <w:t>v 1.487853 11.775614 -0.956296</w:t>
        <w:br/>
        <w:t>v 1.082415 11.648605 -1.331300</w:t>
        <w:br/>
        <w:t>v 0.319344 13.734105 0.159096</w:t>
        <w:br/>
        <w:t>v 0.023735 13.736951 0.143073</w:t>
        <w:br/>
        <w:t>v 2.815085 5.411478 -2.895157</w:t>
        <w:br/>
        <w:t>v 3.009303 5.081069 -2.719217</w:t>
        <w:br/>
        <w:t>v 2.659806 7.200663 -2.296974</w:t>
        <w:br/>
        <w:t>v 1.854187 8.231151 -2.572818</w:t>
        <w:br/>
        <w:t>v 1.753753 9.128933 -2.301919</w:t>
        <w:br/>
        <w:t>v 2.476494 8.257445 -2.072761</w:t>
        <w:br/>
        <w:t>v 2.294275 9.160144 -1.847218</w:t>
        <w:br/>
        <w:t>v 2.459314 8.251561 -2.055975</w:t>
        <w:br/>
        <w:t>v 2.476494 8.257445 -2.072761</w:t>
        <w:br/>
        <w:t>v 2.659806 7.200663 -2.296974</w:t>
        <w:br/>
        <w:t>v 2.640048 7.195091 -2.282818</w:t>
        <w:br/>
        <w:t>v 3.009303 5.081069 -2.719217</w:t>
        <w:br/>
        <w:t>v 2.988891 5.075485 -2.705861</w:t>
        <w:br/>
        <w:t>v 2.988891 5.075485 -2.705861</w:t>
        <w:br/>
        <w:t>v 3.009303 5.081069 -2.719217</w:t>
        <w:br/>
        <w:t>v 2.815085 5.411478 -2.895157</w:t>
        <w:br/>
        <w:t>v 2.797843 5.405692 -2.878645</w:t>
        <w:br/>
        <w:t>v 2.519715 5.795801 -2.969480</w:t>
        <w:br/>
        <w:t>v 2.507567 5.789790 -2.948710</w:t>
        <w:br/>
        <w:t>v 2.215643 6.186174 -2.983930</w:t>
        <w:br/>
        <w:t>v 2.202124 6.180502 -2.964182</w:t>
        <w:br/>
        <w:t>v 1.975560 6.524997 -3.090194</w:t>
        <w:br/>
        <w:t>v 1.958745 6.519652 -3.072570</w:t>
        <w:br/>
        <w:t>v 1.923645 7.310645 -2.857988</w:t>
        <w:br/>
        <w:t>v 1.906843 7.305175 -2.840435</w:t>
        <w:br/>
        <w:t>v 1.854187 8.231151 -2.572818</w:t>
        <w:br/>
        <w:t>v 1.838177 8.225240 -2.554786</w:t>
        <w:br/>
        <w:t>v 1.753753 9.128933 -2.301919</w:t>
        <w:br/>
        <w:t>v 1.738535 9.122317 -2.283550</w:t>
        <w:br/>
        <w:t>v 1.631034 9.830193 -2.079920</w:t>
        <w:br/>
        <w:t>v 1.616092 9.822570 -2.061829</w:t>
        <w:br/>
        <w:t>v 1.508188 10.348821 -1.896258</w:t>
        <w:br/>
        <w:t>v 1.493939 10.339890 -1.878370</w:t>
        <w:br/>
        <w:t>v 1.338872 10.927648 -1.664119</w:t>
        <w:br/>
        <w:t>v 1.325529 10.917175 -1.646574</w:t>
        <w:br/>
        <w:t>v 1.082415 11.648605 -1.331300</w:t>
        <w:br/>
        <w:t>v 1.070593 11.636091 -1.314304</w:t>
        <w:br/>
        <w:t>v 0.753051 12.386904 -0.930451</w:t>
        <w:br/>
        <w:t>v 0.743833 12.372189 -0.912354</w:t>
        <w:br/>
        <w:t>v 0.412219 13.064923 -0.446635</w:t>
        <w:br/>
        <w:t>v 0.406308 13.048637 -0.428500</w:t>
        <w:br/>
        <w:t>v 0.108777 13.594128 0.006984</w:t>
        <w:br/>
        <w:t>v 0.105809 13.577101 0.025219</w:t>
        <w:br/>
        <w:t>v 0.023735 13.736951 0.143073</w:t>
        <w:br/>
        <w:t>v 0.021949 13.719769 0.161359</w:t>
        <w:br/>
        <w:t>v 0.317558 13.716925 0.177382</w:t>
        <w:br/>
        <w:t>v 0.319344 13.734105 0.159096</w:t>
        <w:br/>
        <w:t>v 0.428608 13.594079 0.048599</w:t>
        <w:br/>
        <w:t>v 0.425627 13.577050 0.066822</w:t>
        <w:br/>
        <w:t>v 0.789260 13.097231 -0.298762</w:t>
        <w:br/>
        <w:t>v 0.783349 13.080931 -0.280626</w:t>
        <w:br/>
        <w:t>v 1.161911 12.454928 -0.658800</w:t>
        <w:br/>
        <w:t>v 1.152693 12.440216 -0.640703</w:t>
        <w:br/>
        <w:t>v 1.487853 11.775614 -0.956296</w:t>
        <w:br/>
        <w:t>v 1.476032 11.763086 -0.939317</w:t>
        <w:br/>
        <w:t>v 1.773539 11.080276 -1.253940</w:t>
        <w:br/>
        <w:t>v 1.760195 11.069798 -1.236410</w:t>
        <w:br/>
        <w:t>v 1.983703 10.454812 -1.474146</w:t>
        <w:br/>
        <w:t>v 1.969454 10.445883 -1.456267</w:t>
        <w:br/>
        <w:t>v 2.131563 9.900093 -1.644140</w:t>
        <w:br/>
        <w:t>v 2.116622 9.892469 -1.626054</w:t>
        <w:br/>
        <w:t>v 2.294275 9.160144 -1.847218</w:t>
        <w:br/>
        <w:t>v 2.279045 9.153543 -1.828851</w:t>
        <w:br/>
        <w:t>v 0.361903 13.892956 1.550905</w:t>
        <w:br/>
        <w:t>v 0.396375 13.868722 1.551521</w:t>
        <w:br/>
        <w:t>v 0.311383 13.892956 1.593803</w:t>
        <w:br/>
        <w:t>v 0.153675 13.892956 1.605725</w:t>
        <w:br/>
        <w:t>v 0.251318 13.926610 1.573605</w:t>
        <w:br/>
        <w:t>v 0.153675 13.892956 1.605725</w:t>
        <w:br/>
        <w:t>v 0.311383 13.892956 1.593803</w:t>
        <w:br/>
        <w:t>v 0.251318 13.859314 1.573605</w:t>
        <w:br/>
        <w:t>v 0.353778 13.931953 1.551207</w:t>
        <w:br/>
        <w:t>v 0.311383 13.956078 1.550905</w:t>
        <w:br/>
        <w:t>v 0.396375 13.917189 1.551521</w:t>
        <w:br/>
        <w:t>v 0.361903 13.892956 1.550905</w:t>
        <w:br/>
        <w:t>v 0.311383 13.829848 1.550904</w:t>
        <w:br/>
        <w:t>v 0.396375 13.868722 1.551521</w:t>
        <w:br/>
        <w:t>v 0.353778 13.853969 1.551206</w:t>
        <w:br/>
        <w:t>v 0.396375 13.917189 1.551521</w:t>
        <w:br/>
        <w:t>v 0.819110 16.662865 0.279370</w:t>
        <w:br/>
        <w:t>v 0.605281 16.732851 0.047536</w:t>
        <w:br/>
        <w:t>v 0.828492 16.740547 0.029414</w:t>
        <w:br/>
        <w:t>v 0.807263 16.518452 0.451479</w:t>
        <w:br/>
        <w:t>v 0.624339 16.539843 0.535678</w:t>
        <w:br/>
        <w:t>v 0.756542 16.652754 -0.221574</w:t>
        <w:br/>
        <w:t>v 1.280183 16.474216 -0.285400</w:t>
        <w:br/>
        <w:t>v 1.172116 16.531387 -0.273993</w:t>
        <w:br/>
        <w:t>v 1.115437 16.272745 -0.391181</w:t>
        <w:br/>
        <w:t>v 1.211637 16.225861 -0.388087</w:t>
        <w:br/>
        <w:t>v 1.065444 16.015192 -0.378278</w:t>
        <w:br/>
        <w:t>v 1.143930 15.984328 -0.368619</w:t>
        <w:br/>
        <w:t>v 1.313489 16.635679 -0.030412</w:t>
        <w:br/>
        <w:t>v 1.201180 16.683554 -0.016478</w:t>
        <w:br/>
        <w:t>v 1.054733 16.716661 0.002764</w:t>
        <w:br/>
        <w:t>v 1.043970 16.633093 0.259600</w:t>
        <w:br/>
        <w:t>v 1.185568 16.587000 0.263449</w:t>
        <w:br/>
        <w:t>v 1.014978 16.346338 0.489510</w:t>
        <w:br/>
        <w:t>v 1.150995 16.351496 0.437078</w:t>
        <w:br/>
        <w:t>v 1.113104 16.145388 0.501532</w:t>
        <w:br/>
        <w:t>v 1.004811 16.140545 0.624316</w:t>
        <w:br/>
        <w:t>v 1.029063 16.496092 0.397086</w:t>
        <w:br/>
        <w:t>v 0.972462 16.610321 -0.255103</w:t>
        <w:br/>
        <w:t>v 0.692364 16.417889 -0.379183</w:t>
        <w:br/>
        <w:t>v 0.915009 16.344988 -0.395595</w:t>
        <w:br/>
        <w:t>v 0.768690 16.106434 -0.417981</w:t>
        <w:br/>
        <w:t>v 0.817550 16.337814 0.624090</w:t>
        <w:br/>
        <w:t>v 0.605281 16.732851 0.047536</w:t>
        <w:br/>
        <w:t>v 1.035102 15.872449 -0.237774</w:t>
        <w:br/>
        <w:t>v 1.305232 16.165867 -0.383811</w:t>
        <w:br/>
        <w:t>v 1.227443 15.953183 -0.360897</w:t>
        <w:br/>
        <w:t>v 1.390823 16.394730 -0.294631</w:t>
        <w:br/>
        <w:t>v 1.435988 16.569649 -0.057829</w:t>
        <w:br/>
        <w:t>v 1.086807 15.857922 -0.212281</w:t>
        <w:br/>
        <w:t>v 1.062971 15.829121 -0.110437</w:t>
        <w:br/>
        <w:t>v 1.672654 16.169331 -0.272434</w:t>
        <w:br/>
        <w:t>v 1.569401 16.008476 -0.372580</w:t>
        <w:br/>
        <w:t>v 1.090485 15.862177 0.075845</w:t>
        <w:br/>
        <w:t>v 1.118975 15.916392 0.256191</w:t>
        <w:br/>
        <w:t>v 1.193336 15.912669 0.238635</w:t>
        <w:br/>
        <w:t>v 1.171444 15.861491 0.054880</w:t>
        <w:br/>
        <w:t>v 1.156717 15.813115 -0.128271</w:t>
        <w:br/>
        <w:t>v 1.142853 15.976965 0.388847</w:t>
        <w:br/>
        <w:t>v 1.190863 16.112392 0.424112</w:t>
        <w:br/>
        <w:t>v 1.261326 16.055290 0.370914</w:t>
        <w:br/>
        <w:t>v 1.731069 16.262192 -0.065098</w:t>
        <w:br/>
        <w:t>v 1.090485 15.862177 0.075845</w:t>
        <w:br/>
        <w:t>v 1.171444 15.861491 0.054880</w:t>
        <w:br/>
        <w:t>v 2.148292 15.836864 0.141872</w:t>
        <w:br/>
        <w:t>v 1.929343 16.000946 0.146274</w:t>
        <w:br/>
        <w:t>v 1.953747 16.040756 -0.048372</w:t>
        <w:br/>
        <w:t>v 2.174692 15.877666 -0.039832</w:t>
        <w:br/>
        <w:t>v 2.075635 15.730287 0.268869</w:t>
        <w:br/>
        <w:t>v 1.854033 15.890833 0.278766</w:t>
        <w:br/>
        <w:t>v 1.964124 15.571557 0.281206</w:t>
        <w:br/>
        <w:t>v 1.740996 15.728839 0.296222</w:t>
        <w:br/>
        <w:t>v 2.142504 15.830329 -0.231007</w:t>
        <w:br/>
        <w:t>v 1.913349 15.990088 -0.246325</w:t>
        <w:br/>
        <w:t>v 1.820057 15.851787 -0.359702</w:t>
        <w:br/>
        <w:t>v 2.054393 15.701736 -0.343290</w:t>
        <w:br/>
        <w:t>v 1.296518 16.544306 0.260330</w:t>
        <w:br/>
        <w:t>v 1.251188 16.328733 0.404870</w:t>
        <w:br/>
        <w:t>v 1.417135 16.488119 0.232045</w:t>
        <w:br/>
        <w:t>v 1.345864 16.282410 0.380661</w:t>
        <w:br/>
        <w:t>v 1.701709 16.213863 0.175024</w:t>
        <w:br/>
        <w:t>v 1.608561 16.070988 0.296273</w:t>
        <w:br/>
        <w:t>v 1.498194 15.898086 0.300108</w:t>
        <w:br/>
        <w:t>v 0.684030 1.165445 0.745404</w:t>
        <w:br/>
        <w:t>v 0.688784 1.311432 0.684358</w:t>
        <w:br/>
        <w:t>v 0.695713 1.320928 0.706417</w:t>
        <w:br/>
        <w:t>v 0.691198 1.174652 0.766972</w:t>
        <w:br/>
        <w:t>v 0.714427 1.169772 0.761351</w:t>
        <w:br/>
        <w:t>v 0.691198 1.174652 0.766972</w:t>
        <w:br/>
        <w:t>v 0.695713 1.320928 0.706417</w:t>
        <w:br/>
        <w:t>v 0.719345 1.315872 0.700242</w:t>
        <w:br/>
        <w:t>v 0.707271 1.160578 0.739795</w:t>
        <w:br/>
        <w:t>v 0.714427 1.169772 0.761351</w:t>
        <w:br/>
        <w:t>v 0.719345 1.315872 0.700242</w:t>
        <w:br/>
        <w:t>v 0.712415 1.306389 0.678208</w:t>
        <w:br/>
        <w:t>v 0.684030 1.165445 0.745404</w:t>
        <w:br/>
        <w:t>v 0.707271 1.160578 0.739795</w:t>
        <w:br/>
        <w:t>v 0.712415 1.306389 0.678208</w:t>
        <w:br/>
        <w:t>v 0.688784 1.311432 0.684358</w:t>
        <w:br/>
        <w:t>v 0.688784 1.311432 0.684358</w:t>
        <w:br/>
        <w:t>v 0.704328 1.320903 0.689276</w:t>
        <w:br/>
        <w:t>v 0.695713 1.320928 0.706417</w:t>
        <w:br/>
        <w:t>v 0.698908 1.160176 0.756672</w:t>
        <w:br/>
        <w:t>v -0.717276 17.839375 0.375984</w:t>
        <w:br/>
        <w:t>v -0.722533 17.850780 0.368237</w:t>
        <w:br/>
        <w:t>v -0.698801 17.867207 0.368250</w:t>
        <w:br/>
        <w:t>v -0.695783 17.848732 0.379556</w:t>
        <w:br/>
        <w:t>v -0.695783 17.848732 0.379556</w:t>
        <w:br/>
        <w:t>v -0.692576 17.836029 0.368237</w:t>
        <w:br/>
        <w:t>v -0.713553 17.832939 0.368225</w:t>
        <w:br/>
        <w:t>v -0.717276 17.839375 0.375984</w:t>
        <w:br/>
        <w:t>v -0.695594 17.849613 0.356931</w:t>
        <w:br/>
        <w:t>v -0.717414 17.839649 0.360490</w:t>
        <w:br/>
        <w:t>v -0.713553 17.832939 0.368225</w:t>
        <w:br/>
        <w:t>v -0.692576 17.836029 0.368237</w:t>
        <w:br/>
        <w:t>v -0.722533 17.850780 0.368237</w:t>
        <w:br/>
        <w:t>v -0.717414 17.839649 0.360490</w:t>
        <w:br/>
        <w:t>v -0.695594 17.849613 0.356931</w:t>
        <w:br/>
        <w:t>v -0.698801 17.867207 0.368250</w:t>
        <w:br/>
        <w:t>v -0.667171 17.847977 0.381744</w:t>
        <w:br/>
        <w:t>v -0.671988 17.872250 0.368250</w:t>
        <w:br/>
        <w:t>v -0.677220 17.833576 0.368250</w:t>
        <w:br/>
        <w:t>v -0.667171 17.847977 0.381744</w:t>
        <w:br/>
        <w:t>v -0.666366 17.848717 0.354743</w:t>
        <w:br/>
        <w:t>v -0.677220 17.833576 0.368250</w:t>
        <w:br/>
        <w:t>v -0.671988 17.872250 0.368250</w:t>
        <w:br/>
        <w:t>v -0.666366 17.848717 0.354743</w:t>
        <w:br/>
        <w:t>v -0.642723 17.864414 0.368250</w:t>
        <w:br/>
        <w:t>v -0.642723 17.864414 0.368250</w:t>
        <w:br/>
        <w:t>v -0.645012 17.830860 0.383530</w:t>
        <w:br/>
        <w:t>v -0.620538 17.841057 0.368250</w:t>
        <w:br/>
        <w:t>v -0.645012 17.830860 0.383530</w:t>
        <w:br/>
        <w:t>v -0.667461 17.824322 0.368250</w:t>
        <w:br/>
        <w:t>v -0.643767 17.831112 0.352957</w:t>
        <w:br/>
        <w:t>v -0.667461 17.824322 0.368250</w:t>
        <w:br/>
        <w:t>v -0.620538 17.841057 0.368250</w:t>
        <w:br/>
        <w:t>v -0.643767 17.831112 0.352957</w:t>
        <w:br/>
        <w:t>v -0.644043 17.807289 0.383782</w:t>
        <w:br/>
        <w:t>v -0.615155 17.806686 0.368250</w:t>
        <w:br/>
        <w:t>v -0.668052 17.811443 0.368250</w:t>
        <w:br/>
        <w:t>v -0.644043 17.807289 0.383782</w:t>
        <w:br/>
        <w:t>v -0.645288 17.800526 0.352705</w:t>
        <w:br/>
        <w:t>v -0.668052 17.811443 0.368250</w:t>
        <w:br/>
        <w:t>v -0.615155 17.806686 0.368250</w:t>
        <w:br/>
        <w:t>v -0.645288 17.800526 0.352705</w:t>
        <w:br/>
        <w:t>v -0.630624 17.773586 0.368250</w:t>
        <w:br/>
        <w:t>v -0.630624 17.773586 0.368250</w:t>
        <w:br/>
        <w:t>v -0.676339 17.803013 0.368275</w:t>
        <w:br/>
        <w:t>v -0.669183 17.782326 0.383618</w:t>
        <w:br/>
        <w:t>v -0.676339 17.803013 0.368275</w:t>
        <w:br/>
        <w:t>v -0.680741 17.782642 0.353950</w:t>
        <w:br/>
        <w:t>v -0.659990 17.756847 0.368250</w:t>
        <w:br/>
        <w:t>v -0.680741 17.782642 0.353950</w:t>
        <w:br/>
        <w:t>v -0.690953 17.784908 0.381857</w:t>
        <w:br/>
        <w:t>v -0.669183 17.782326 0.383618</w:t>
        <w:br/>
        <w:t>v -0.659990 17.756847 0.368250</w:t>
        <w:br/>
        <w:t>v -0.686539 17.757313 0.368237</w:t>
        <w:br/>
        <w:t>v -0.690953 17.784908 0.381857</w:t>
        <w:br/>
        <w:t>v -0.688224 17.801533 0.368338</w:t>
        <w:br/>
        <w:t>v -0.688224 17.801533 0.368338</w:t>
        <w:br/>
        <w:t>v -0.686539 17.757313 0.368237</w:t>
        <w:br/>
        <w:t>v -0.704850 17.768860 0.368237</w:t>
        <w:br/>
        <w:t>v -0.704850 17.768860 0.368237</w:t>
        <w:br/>
        <w:t>v -0.704989 17.801708 0.376601</w:t>
        <w:br/>
        <w:t>v -0.713780 17.792076 0.368250</w:t>
        <w:br/>
        <w:t>v -0.698977 17.807281 0.368376</w:t>
        <w:br/>
        <w:t>v -0.704989 17.801708 0.376601</w:t>
        <w:br/>
        <w:t>v -0.698977 17.807281 0.368376</w:t>
        <w:br/>
        <w:t>v -0.704423 17.800701 0.360000</w:t>
        <w:br/>
        <w:t>v -0.713780 17.792076 0.368250</w:t>
        <w:br/>
        <w:t>v -0.704423 17.800701 0.360000</w:t>
        <w:br/>
        <w:t>v -0.708095 17.817543 0.371620</w:t>
        <w:br/>
        <w:t>v -0.712509 17.814548 0.368225</w:t>
        <w:br/>
        <w:t>v -0.705366 17.818649 0.368275</w:t>
        <w:br/>
        <w:t>v -0.708095 17.817543 0.371620</w:t>
        <w:br/>
        <w:t>v -0.705366 17.818649 0.368275</w:t>
        <w:br/>
        <w:t>v -0.708082 17.816235 0.364892</w:t>
        <w:br/>
        <w:t>v -0.712509 17.814548 0.368225</w:t>
        <w:br/>
        <w:t>v -0.708082 17.816235 0.364892</w:t>
        <w:br/>
        <w:t>v -0.708724 17.820599 0.368225</w:t>
        <w:br/>
        <w:t>v -0.708724 17.820599 0.368225</w:t>
        <w:br/>
        <w:t>v -0.708724 17.820599 0.368225</w:t>
        <w:br/>
        <w:t>v -0.708724 17.820599 0.368225</w:t>
        <w:br/>
        <w:t>v 1.456617 13.559365 -0.522705</w:t>
        <w:br/>
        <w:t>v 1.333828 13.292667 -0.592239</w:t>
        <w:br/>
        <w:t>v 1.620975 13.507271 -0.522358</w:t>
        <w:br/>
        <w:t>v 0.856233 13.492462 -0.422345</w:t>
        <w:br/>
        <w:t>v 0.902775 13.669104 -0.381549</w:t>
        <w:br/>
        <w:t>v 0.589989 13.688641 -0.301925</w:t>
        <w:br/>
        <w:t>v 1.122645 13.390745 -0.516548</w:t>
        <w:br/>
        <w:t>v 1.185645 13.625806 -0.464978</w:t>
        <w:br/>
        <w:t>v 1.637393 13.561122 -0.485322</w:t>
        <w:br/>
        <w:t>v 1.459596 13.591234 -0.483226</w:t>
        <w:br/>
        <w:t>v 1.197509 13.652017 -0.428690</w:t>
        <w:br/>
        <w:t>v 1.705901 13.516916 -0.467088</w:t>
        <w:br/>
        <w:t>v 1.708845 13.565830 -0.443490</w:t>
        <w:br/>
        <w:t>v 1.693381 13.560753 -0.363097</w:t>
        <w:br/>
        <w:t>v 1.441750 13.645645 -0.263670</w:t>
        <w:br/>
        <w:t>v 1.443888 13.678422 -0.273870</w:t>
        <w:br/>
        <w:t>v 1.693419 13.604918 -0.376375</w:t>
        <w:br/>
        <w:t>v 1.211231 13.702106 -0.214476</w:t>
        <w:br/>
        <w:t>v 1.007908 13.725310 -0.194992</w:t>
        <w:br/>
        <w:t>v 1.005511 13.754319 -0.212206</w:t>
        <w:br/>
        <w:t>v 1.214621 13.725123 -0.237289</w:t>
        <w:br/>
        <w:t>v 1.705901 13.516916 -0.467088</w:t>
        <w:br/>
        <w:t>v 1.708845 13.565830 -0.443490</w:t>
        <w:br/>
        <w:t>v 0.009536 13.716447 -0.185352</w:t>
        <w:br/>
        <w:t>v 0.600284 13.745830 -0.192221</w:t>
        <w:br/>
        <w:t>v 0.596274 13.722402 -0.171542</w:t>
        <w:br/>
        <w:t>v 0.002908 13.731779 -0.125742</w:t>
        <w:br/>
        <w:t>v 0.604590 13.704072 -0.273844</w:t>
        <w:br/>
        <w:t>v 0.009536 13.716447 -0.185352</w:t>
        <w:br/>
        <w:t>v 0.913361 13.690737 -0.348854</w:t>
        <w:br/>
        <w:t>v 0.600284 13.745830 -0.192221</w:t>
        <w:br/>
        <w:t>v 0.572988 13.608973 -0.249072</w:t>
        <w:br/>
        <w:t>v 0.906690 13.528135 -0.312469</w:t>
        <w:br/>
        <w:t>v 1.005511 13.754319 -0.212206</w:t>
        <w:br/>
        <w:t>v 1.214621 13.725123 -0.237289</w:t>
        <w:br/>
        <w:t>v 1.167267 13.480354 -0.365310</w:t>
        <w:br/>
        <w:t>v 1.405289 13.439412 -0.422724</w:t>
        <w:br/>
        <w:t>v 1.443888 13.678422 -0.273870</w:t>
        <w:br/>
        <w:t>v 1.693419 13.604918 -0.376375</w:t>
        <w:br/>
        <w:t>v 1.708845 13.565830 -0.443490</w:t>
        <w:br/>
        <w:t>v 1.405289 13.439412 -0.422724</w:t>
        <w:br/>
        <w:t>v 1.459596 13.591234 -0.483226</w:t>
        <w:br/>
        <w:t>v 1.637393 13.561122 -0.485322</w:t>
        <w:br/>
        <w:t>v 1.197509 13.652017 -0.428690</w:t>
        <w:br/>
        <w:t>v 0.913361 13.690737 -0.348854</w:t>
        <w:br/>
        <w:t>v 1.167267 13.480354 -0.365310</w:t>
        <w:br/>
        <w:t>v 0.906690 13.528135 -0.312469</w:t>
        <w:br/>
        <w:t>v 0.604590 13.704072 -0.273844</w:t>
        <w:br/>
        <w:t>v 0.572988 13.608973 -0.249072</w:t>
        <w:br/>
        <w:t>v 1.708845 13.565830 -0.443490</w:t>
        <w:br/>
        <w:t>v 1.603744 13.213017 -0.587729</w:t>
        <w:br/>
        <w:t>v 1.603744 13.213017 -0.587729</w:t>
        <w:br/>
        <w:t>v 1.149037 13.546579 -0.264071</w:t>
        <w:br/>
        <w:t>v 0.002908 13.731779 -0.125742</w:t>
        <w:br/>
        <w:t>v 0.596274 13.722402 -0.171542</w:t>
        <w:br/>
        <w:t>v 0.579716 13.583334 -0.227295</w:t>
        <w:br/>
        <w:t>v 0.009536 13.716447 -0.185352</w:t>
        <w:br/>
        <w:t>v 0.009536 13.716447 -0.185352</w:t>
        <w:br/>
        <w:t>v 0.578556 13.563032 -0.329175</w:t>
        <w:br/>
        <w:t>v 1.593637 13.427405 -0.379152</w:t>
        <w:br/>
        <w:t>v 1.419390 13.494817 -0.306035</w:t>
        <w:br/>
        <w:t>v 0.004795 13.661313 -0.197365</w:t>
        <w:br/>
        <w:t>v 1.788621 13.158780 -0.747408</w:t>
        <w:br/>
        <w:t>v 1.818164 13.316602 -0.669421</w:t>
        <w:br/>
        <w:t>v 1.636371 13.343692 -0.718796</w:t>
        <w:br/>
        <w:t>v 1.854861 13.105030 -0.622788</w:t>
        <w:br/>
        <w:t>v 1.866646 13.323984 -0.556057</w:t>
        <w:br/>
        <w:t>v 1.796368 12.851867 -0.752942</w:t>
        <w:br/>
        <w:t>v 1.711263 12.956236 -0.908034</w:t>
        <w:br/>
        <w:t>v 1.498986 13.037785 -0.955900</w:t>
        <w:br/>
        <w:t>v 1.654568 12.692725 -0.874129</w:t>
        <w:br/>
        <w:t>v 1.586246 12.722997 -1.048149</w:t>
        <w:br/>
        <w:t>v 1.586246 12.722997 -1.048149</w:t>
        <w:br/>
        <w:t>v 1.106349 12.334283 -1.298999</w:t>
        <w:br/>
        <w:t>v 1.304403 12.673142 -1.178969</w:t>
        <w:br/>
        <w:t>v 1.054434 12.769315 -1.154080</w:t>
        <w:br/>
        <w:t>v 0.918210 12.487442 -1.283884</w:t>
        <w:br/>
        <w:t>v 1.468525 12.491057 -1.131493</w:t>
        <w:br/>
        <w:t>v 1.534714 12.425930 -0.963095</w:t>
        <w:br/>
        <w:t>v 1.357751 12.203781 -1.118653</w:t>
        <w:br/>
        <w:t>v 1.267931 12.239548 -1.242506</w:t>
        <w:br/>
        <w:t>v 1.232517 13.117417 -0.935853</w:t>
        <w:br/>
        <w:t>v 1.380453 13.433562 -0.681646</w:t>
        <w:br/>
        <w:t>v 1.810052 13.358583 -0.414245</w:t>
        <w:br/>
        <w:t>v 1.731511 12.932995 -0.580167</w:t>
        <w:br/>
        <w:t>v 1.796368 12.851867 -0.752942</w:t>
        <w:br/>
        <w:t>v 1.654568 12.692725 -0.874129</w:t>
        <w:br/>
        <w:t>v 1.553994 12.572746 -0.802380</w:t>
        <w:br/>
        <w:t>v 1.320236 12.234063 -0.984538</w:t>
        <w:br/>
        <w:t>v 1.682954 13.424359 -0.286733</w:t>
        <w:br/>
        <w:t>v 1.450982 13.513425 -0.189203</w:t>
        <w:br/>
        <w:t>v 1.567263 13.003123 -0.464539</w:t>
        <w:br/>
        <w:t>v 1.312389 13.071815 -0.393570</w:t>
        <w:br/>
        <w:t>v 1.407014 12.623969 -0.677748</w:t>
        <w:br/>
        <w:t>v 1.631151 12.809271 -0.692953</w:t>
        <w:br/>
        <w:t>v 1.164339 12.750298 -0.617381</w:t>
        <w:br/>
        <w:t>v 0.777752 12.637051 -0.859189</w:t>
        <w:br/>
        <w:t>v 0.984333 13.034163 -0.468991</w:t>
        <w:br/>
        <w:t>v 1.180474 12.327431 -0.908313</w:t>
        <w:br/>
        <w:t>v 0.464333 13.280787 -0.633111</w:t>
        <w:br/>
        <w:t>v 0.361008 12.951839 -0.870973</w:t>
        <w:br/>
        <w:t>v 0.733023 12.646822 -1.189513</w:t>
        <w:br/>
        <w:t>v 0.921149 13.068019 -0.934256</w:t>
        <w:br/>
        <w:t>v 0.494495 13.300343 -0.356747</w:t>
        <w:br/>
        <w:t>v 0.391455 12.977467 -0.635756</w:t>
        <w:br/>
        <w:t>v 1.118047 13.526138 -0.615063</w:t>
        <w:br/>
        <w:t>v 1.179118 13.589071 -0.144003</w:t>
        <w:br/>
        <w:t>v 0.979993 12.471745 -0.887750</w:t>
        <w:br/>
        <w:t>v 1.792319 13.341112 -0.625152</w:t>
        <w:br/>
        <w:t>v 1.639817 13.353866 -0.658367</w:t>
        <w:br/>
        <w:t>v 1.866646 13.323984 -0.556057</w:t>
        <w:br/>
        <w:t>v 1.831054 13.359186 -0.544814</w:t>
        <w:br/>
        <w:t>v 0.879998 12.442971 -1.247322</w:t>
        <w:br/>
        <w:t>v 1.077184 12.292721 -1.265118</w:t>
        <w:br/>
        <w:t>v 1.221599 12.209262 -1.219994</w:t>
        <w:br/>
        <w:t>v 1.300704 12.192122 -1.127507</w:t>
        <w:br/>
        <w:t>v 1.396048 13.435526 -0.617807</w:t>
        <w:br/>
        <w:t>v 1.810052 13.358583 -0.414245</w:t>
        <w:br/>
        <w:t>v 1.780095 13.400537 -0.433450</w:t>
        <w:br/>
        <w:t>v 1.357751 12.203781 -1.118653</w:t>
        <w:br/>
        <w:t>v 1.273426 12.235146 -1.030668</w:t>
        <w:br/>
        <w:t>v 1.682954 13.424359 -0.286733</w:t>
        <w:br/>
        <w:t>v 1.664920 13.464375 -0.320689</w:t>
        <w:br/>
        <w:t>v 1.450982 13.513425 -0.189203</w:t>
        <w:br/>
        <w:t>v 1.442859 13.550260 -0.227536</w:t>
        <w:br/>
        <w:t>v 0.970976 12.478523 -0.959800</w:t>
        <w:br/>
        <w:t>v 0.777274 12.647047 -0.928900</w:t>
        <w:br/>
        <w:t>v 1.153673 12.329844 -0.974741</w:t>
        <w:br/>
        <w:t>v 0.587939 13.684480 -0.112122</w:t>
        <w:br/>
        <w:t>v 0.587649 13.715251 -0.151826</w:t>
        <w:br/>
        <w:t>v 1.176666 13.625077 -0.181192</w:t>
        <w:br/>
        <w:t>v 1.179118 13.589071 -0.144003</w:t>
        <w:br/>
        <w:t>v 0.391455 12.977467 -0.635756</w:t>
        <w:br/>
        <w:t>v 0.392260 12.995956 -0.693306</w:t>
        <w:br/>
        <w:t>v 0.695879 12.601850 -1.168229</w:t>
        <w:br/>
        <w:t>v 1.136748 13.522921 -0.552583</w:t>
        <w:br/>
        <w:t>v 1.019886 12.833392 -0.875222</w:t>
        <w:br/>
        <w:t>v 0.695879 12.601850 -1.168229</w:t>
        <w:br/>
        <w:t>v 0.392260 12.995956 -0.693306</w:t>
        <w:br/>
        <w:t>v 0.879998 12.442971 -1.247322</w:t>
        <w:br/>
        <w:t>v 1.077184 12.292721 -1.265118</w:t>
        <w:br/>
        <w:t>v 1.350721 12.673397 -0.939023</w:t>
        <w:br/>
        <w:t>v 1.221599 12.209262 -1.219994</w:t>
        <w:br/>
        <w:t>v 1.300704 12.192122 -1.127507</w:t>
        <w:br/>
        <w:t>v 1.273426 12.235146 -1.030668</w:t>
        <w:br/>
        <w:t>v 1.300704 12.192122 -1.127507</w:t>
        <w:br/>
        <w:t>v 1.350721 12.673397 -0.939023</w:t>
        <w:br/>
        <w:t>v 1.153673 12.329844 -0.974741</w:t>
        <w:br/>
        <w:t>v 0.970976 12.478523 -0.959800</w:t>
        <w:br/>
        <w:t>v 0.777274 12.647047 -0.928900</w:t>
        <w:br/>
        <w:t>v 1.019886 12.833392 -0.875222</w:t>
        <w:br/>
        <w:t>v 1.780095 13.400537 -0.433450</w:t>
        <w:br/>
        <w:t>v 1.664920 13.464375 -0.320689</w:t>
        <w:br/>
        <w:t>v 1.603744 13.213017 -0.587729</w:t>
        <w:br/>
        <w:t>v 1.831054 13.359186 -0.544814</w:t>
        <w:br/>
        <w:t>v 1.603744 13.213017 -0.587729</w:t>
        <w:br/>
        <w:t>v 1.792319 13.341112 -0.625152</w:t>
        <w:br/>
        <w:t>v 1.639817 13.353866 -0.658367</w:t>
        <w:br/>
        <w:t>v 1.792319 13.341112 -0.625152</w:t>
        <w:br/>
        <w:t>v 1.396048 13.435526 -0.617807</w:t>
        <w:br/>
        <w:t>v 1.136748 13.522921 -0.552583</w:t>
        <w:br/>
        <w:t>v 1.333828 13.292667 -0.592239</w:t>
        <w:br/>
        <w:t>v 0.564710 13.647944 -0.411184</w:t>
        <w:br/>
        <w:t>v 0.004795 13.661313 -0.197365</w:t>
        <w:br/>
        <w:t>v 0.004404 13.469924 -0.324086</w:t>
        <w:br/>
        <w:t>v 0.579716 13.583334 -0.227295</w:t>
        <w:br/>
        <w:t>v 0.587649 13.715251 -0.151826</w:t>
        <w:br/>
        <w:t>v 0.002908 13.731779 -0.125742</w:t>
        <w:br/>
        <w:t>v 0.003424 13.706625 -0.088013</w:t>
        <w:br/>
        <w:t>v 0.002908 13.731779 -0.125742</w:t>
        <w:br/>
        <w:t>v 0.587939 13.684480 -0.112122</w:t>
        <w:br/>
        <w:t>v 0.003197 13.499368 -0.180903</w:t>
        <w:br/>
        <w:t>v 0.003424 13.706625 -0.088013</w:t>
        <w:br/>
        <w:t>v 0.003297 13.227817 -0.369324</w:t>
        <w:br/>
        <w:t>v 0.003297 13.227817 -0.369324</w:t>
        <w:br/>
        <w:t>v 0.360379 12.903370 -0.851806</w:t>
        <w:br/>
        <w:t>v -0.001281 13.152673 -0.486186</w:t>
        <w:br/>
        <w:t>v 0.003297 13.227817 -0.369324</w:t>
        <w:br/>
        <w:t>v 0.392260 12.995956 -0.693306</w:t>
        <w:br/>
        <w:t>v 0.001687 13.204313 -0.506143</w:t>
        <w:br/>
        <w:t>v -0.001281 13.152673 -0.486186</w:t>
        <w:br/>
        <w:t>v 0.360379 12.903370 -0.851806</w:t>
        <w:br/>
        <w:t>v 0.841378 13.587042 -0.519345</w:t>
        <w:br/>
        <w:t>v 0.857652 13.579528 -0.458079</w:t>
        <w:br/>
        <w:t>v 0.841378 13.587042 -0.519345</w:t>
        <w:br/>
        <w:t>v 1.122645 13.390745 -0.516548</w:t>
        <w:br/>
        <w:t>v 0.392260 12.995956 -0.693306</w:t>
        <w:br/>
        <w:t>v 0.981199 13.591469 -0.219179</w:t>
        <w:br/>
        <w:t>v 1.149037 13.546579 -0.264071</w:t>
        <w:br/>
        <w:t>v 1.176666 13.625077 -0.181192</w:t>
        <w:br/>
        <w:t>v 0.856233 13.492462 -0.422345</w:t>
        <w:br/>
        <w:t>v 0.857652 13.579528 -0.458079</w:t>
        <w:br/>
        <w:t>v 0.857652 13.579528 -0.458079</w:t>
        <w:br/>
        <w:t>v 0.578556 13.563032 -0.329175</w:t>
        <w:br/>
        <w:t>v 0.574531 13.647177 -0.368591</w:t>
        <w:br/>
        <w:t>v 0.578556 13.563032 -0.329175</w:t>
        <w:br/>
        <w:t>v 1.442859 13.550260 -0.227536</w:t>
        <w:br/>
        <w:t>v 1.419390 13.494817 -0.306035</w:t>
        <w:br/>
        <w:t>v 1.593637 13.427405 -0.379152</w:t>
        <w:br/>
        <w:t>v 0.004795 13.661313 -0.197365</w:t>
        <w:br/>
        <w:t>v 0.574531 13.647177 -0.368591</w:t>
        <w:br/>
        <w:t>v 0.564710 13.647944 -0.411184</w:t>
        <w:br/>
        <w:t>v 0.004795 13.661313 -0.197365</w:t>
        <w:br/>
        <w:t>v 0.009536 13.716447 -0.185352</w:t>
        <w:br/>
        <w:t>v 0.981199 13.591469 -0.219179</w:t>
        <w:br/>
        <w:t>v -0.273471 13.747460 1.424516</w:t>
        <w:br/>
        <w:t>v 0.000003 13.747409 1.445985</w:t>
        <w:br/>
        <w:t>v 0.000003 13.739666 0.181584</w:t>
        <w:br/>
        <w:t>v -0.239754 13.740644 0.188084</w:t>
        <w:br/>
        <w:t>v -0.502438 13.747798 1.387981</w:t>
        <w:br/>
        <w:t>v -0.550140 13.743250 0.241069</w:t>
        <w:br/>
        <w:t>v -0.664384 13.745951 1.360548</w:t>
        <w:br/>
        <w:t>v -0.691499 13.743576 0.317219</w:t>
        <w:br/>
        <w:t>v -0.795544 13.749308 1.216736</w:t>
        <w:br/>
        <w:t>v -0.873103 13.743134 0.573778</w:t>
        <w:br/>
        <w:t>v -0.948172 13.745638 0.904740</w:t>
        <w:br/>
        <w:t>v -0.906594 13.747737 1.088808</w:t>
        <w:br/>
        <w:t>v 0.273478 13.747460 1.424517</w:t>
        <w:br/>
        <w:t>v 0.239760 13.740644 0.188086</w:t>
        <w:br/>
        <w:t>v 0.502444 13.747798 1.387983</w:t>
        <w:br/>
        <w:t>v 0.550147 13.743246 0.241070</w:t>
        <w:br/>
        <w:t>v 0.664391 13.745948 1.360549</w:t>
        <w:br/>
        <w:t>v 0.691505 13.743575 0.317221</w:t>
        <w:br/>
        <w:t>v 0.795550 13.749308 1.216738</w:t>
        <w:br/>
        <w:t>v 0.948178 13.745638 0.904741</w:t>
        <w:br/>
        <w:t>v 0.873109 13.743134 0.573780</w:t>
        <w:br/>
        <w:t>v 0.906600 13.747735 1.088810</w:t>
        <w:br/>
        <w:t>v 0.029899 15.220199 -0.365881</w:t>
        <w:br/>
        <w:t>v 0.029673 15.207835 -0.280034</w:t>
        <w:br/>
        <w:t>v 0.000005 15.246545 -0.277783</w:t>
        <w:br/>
        <w:t>v 0.000005 15.207371 -0.239890</w:t>
        <w:br/>
        <w:t>v 0.000005 15.203774 -0.454784</w:t>
        <w:br/>
        <w:t>v 0.029748 15.170020 -0.431165</w:t>
        <w:br/>
        <w:t>v 0.000005 15.152927 -0.463336</w:t>
        <w:br/>
        <w:t>v 0.029748 15.170020 -0.431165</w:t>
        <w:br/>
        <w:t>v 0.000005 15.173263 -0.401636</w:t>
        <w:br/>
        <w:t>v 0.029899 15.220199 -0.365881</w:t>
        <w:br/>
        <w:t>v 0.000005 15.197598 -0.306935</w:t>
        <w:br/>
        <w:t>v 0.000005 15.179513 -0.292925</w:t>
        <w:br/>
        <w:t>v 0.029673 15.207835 -0.280034</w:t>
        <w:br/>
        <w:t>v 0.028767 15.058968 -0.232759</w:t>
        <w:br/>
        <w:t>v 0.000005 15.078952 -0.260805</w:t>
        <w:br/>
        <w:t>v 0.000005 15.151192 -0.402805</w:t>
        <w:br/>
        <w:t>v 0.028767 15.058968 -0.232759</w:t>
        <w:br/>
        <w:t>v 0.000005 15.072639 -0.197068</w:t>
        <w:br/>
        <w:t>v 0.000005 15.026268 -0.208261</w:t>
        <w:br/>
        <w:t>v 0.028604 15.012685 -0.301188</w:t>
        <w:br/>
        <w:t>v 0.028780 15.021430 -0.385852</w:t>
        <w:br/>
        <w:t>v 0.000005 14.983007 -0.387814</w:t>
        <w:br/>
        <w:t>v 0.000005 15.051159 -0.371918</w:t>
        <w:br/>
        <w:t>v 0.028780 15.021430 -0.385852</w:t>
        <w:br/>
        <w:t>v 0.000005 15.034131 -0.358549</w:t>
        <w:br/>
        <w:t>v 0.000005 15.018056 -0.422940</w:t>
        <w:br/>
        <w:t>v 0.000005 15.057988 -0.262553</w:t>
        <w:br/>
        <w:t>v 0.028604 15.012685 -0.301188</w:t>
        <w:br/>
        <w:t>v 0.000005 15.248094 -0.374043</w:t>
        <w:br/>
        <w:t>v 0.000005 15.192696 -0.356662</w:t>
        <w:br/>
        <w:t>v 0.000005 15.039777 -0.308683</w:t>
        <w:br/>
        <w:t>v 0.000005 14.985886 -0.292560</w:t>
        <w:br/>
        <w:t>v -0.029663 15.207835 -0.280034</w:t>
        <w:br/>
        <w:t>v -0.029889 15.220199 -0.365881</w:t>
        <w:br/>
        <w:t>v 0.000005 15.246545 -0.277783</w:t>
        <w:br/>
        <w:t>v 0.000005 15.207371 -0.239890</w:t>
        <w:br/>
        <w:t>v -0.029738 15.170018 -0.431165</w:t>
        <w:br/>
        <w:t>v 0.000005 15.203774 -0.454784</w:t>
        <w:br/>
        <w:t>v 0.000005 15.152927 -0.463336</w:t>
        <w:br/>
        <w:t>v 0.000005 15.173263 -0.401636</w:t>
        <w:br/>
        <w:t>v -0.029738 15.170018 -0.431165</w:t>
        <w:br/>
        <w:t>v -0.029889 15.220199 -0.365881</w:t>
        <w:br/>
        <w:t>v 0.000005 15.179513 -0.292925</w:t>
        <w:br/>
        <w:t>v 0.000005 15.197598 -0.306935</w:t>
        <w:br/>
        <w:t>v -0.029663 15.207835 -0.280034</w:t>
        <w:br/>
        <w:t>v -0.028758 15.058968 -0.232759</w:t>
        <w:br/>
        <w:t>v 0.000005 15.078952 -0.260805</w:t>
        <w:br/>
        <w:t>v 0.000005 15.151192 -0.402805</w:t>
        <w:br/>
        <w:t>v 0.000005 15.072639 -0.197068</w:t>
        <w:br/>
        <w:t>v -0.028758 15.058968 -0.232759</w:t>
        <w:br/>
        <w:t>v 0.000005 15.026268 -0.208261</w:t>
        <w:br/>
        <w:t>v -0.028594 15.012688 -0.301188</w:t>
        <w:br/>
        <w:t>v -0.028770 15.021430 -0.385852</w:t>
        <w:br/>
        <w:t>v 0.000005 14.983007 -0.387814</w:t>
        <w:br/>
        <w:t>v -0.028770 15.021430 -0.385852</w:t>
        <w:br/>
        <w:t>v 0.000005 15.051159 -0.371918</w:t>
        <w:br/>
        <w:t>v 0.000005 15.034131 -0.358549</w:t>
        <w:br/>
        <w:t>v 0.000005 15.018056 -0.422940</w:t>
        <w:br/>
        <w:t>v 0.000005 15.057988 -0.262553</w:t>
        <w:br/>
        <w:t>v -0.028594 15.012688 -0.301188</w:t>
        <w:br/>
        <w:t>v 0.000005 15.248094 -0.374043</w:t>
        <w:br/>
        <w:t>v 0.000005 15.192696 -0.356662</w:t>
        <w:br/>
        <w:t>v 0.000005 15.039777 -0.308683</w:t>
        <w:br/>
        <w:t>v 0.000005 14.985886 -0.292560</w:t>
        <w:br/>
        <w:t>v 0.817738 15.797947 1.627749</w:t>
        <w:br/>
        <w:t>v 0.783467 15.840491 1.600647</w:t>
        <w:br/>
        <w:t>v 0.799753 15.895087 1.524660</w:t>
        <w:br/>
        <w:t>v 0.772236 15.836996 1.594220</w:t>
        <w:br/>
        <w:t>v 0.786523 15.891931 1.502664</w:t>
        <w:br/>
        <w:t>v 0.799753 15.895087 1.524660</w:t>
        <w:br/>
        <w:t>v 0.783467 15.840491 1.600647</w:t>
        <w:br/>
        <w:t>v 0.817738 15.797947 1.627749</w:t>
        <w:br/>
        <w:t>v 0.892793 15.719972 1.699095</w:t>
        <w:br/>
        <w:t>v 0.869112 15.831574 1.549889</w:t>
        <w:br/>
        <w:t>v 0.872193 15.793644 1.593692</w:t>
        <w:br/>
        <w:t>v 0.786523 15.891931 1.502664</w:t>
        <w:br/>
        <w:t>v 0.868106 15.827789 1.536029</w:t>
        <w:br/>
        <w:t>v 0.872193 15.793644 1.593692</w:t>
        <w:br/>
        <w:t>v 4.599446 13.488367 -0.374082</w:t>
        <w:br/>
        <w:t>v 4.723665 13.653315 -0.390658</w:t>
        <w:br/>
        <w:t>v 4.713004 13.659541 -0.377377</w:t>
        <w:br/>
        <w:t>v 4.583850 13.487013 -0.353016</w:t>
        <w:br/>
        <w:t>v 4.953559 13.461811 -0.359959</w:t>
        <w:br/>
        <w:t>v 4.845879 13.310480 -0.343534</w:t>
        <w:br/>
        <w:t>v 5.065199 13.618878 -0.283494</w:t>
        <w:br/>
        <w:t>v 4.846195 13.834116 -0.317186</w:t>
        <w:br/>
        <w:t>v 5.067026 13.625016 -0.256769</w:t>
        <w:br/>
        <w:t>v 4.840281 13.847756 -0.294712</w:t>
        <w:br/>
        <w:t>v 4.840281 13.847756 -0.294712</w:t>
        <w:br/>
        <w:t>v 4.846195 13.834116 -0.317186</w:t>
        <w:br/>
        <w:t>v 4.583850 13.487013 -0.353016</w:t>
        <w:br/>
        <w:t>v 4.713004 13.659541 -0.377377</w:t>
        <w:br/>
        <w:t>v 4.950817 13.460568 -0.339333</w:t>
        <w:br/>
        <w:t>v 4.837619 13.302252 -0.317815</w:t>
        <w:br/>
        <w:t>v 4.840281 13.847756 -0.294712</w:t>
        <w:br/>
        <w:t>v 5.067026 13.625016 -0.256769</w:t>
        <w:br/>
        <w:t>v 5.209943 13.496234 -0.248393</w:t>
        <w:br/>
        <w:t>v 5.102086 13.340117 -0.331712</w:t>
        <w:br/>
        <w:t>v 5.335917 13.414760 -0.277759</w:t>
        <w:br/>
        <w:t>v 5.336025 13.423962 -0.253084</w:t>
        <w:br/>
        <w:t>v 5.209943 13.496234 -0.248393</w:t>
        <w:br/>
        <w:t>v 5.207079 13.491766 -0.274401</w:t>
        <w:br/>
        <w:t>v 5.336025 13.423962 -0.253084</w:t>
        <w:br/>
        <w:t>v 5.215121 13.254766 -0.338026</w:t>
        <w:br/>
        <w:t>v 4.991983 13.190045 -0.309867</w:t>
        <w:br/>
        <w:t>v 4.837619 13.302252 -0.317815</w:t>
        <w:br/>
        <w:t>v 4.845879 13.310480 -0.343534</w:t>
        <w:br/>
        <w:t>v 4.599446 13.488367 -0.374082</w:t>
        <w:br/>
        <w:t>v 4.583850 13.487013 -0.353016</w:t>
        <w:br/>
        <w:t>v 5.103629 13.342034 -0.350966</w:t>
        <w:br/>
        <w:t>v 5.220589 13.253355 -0.353620</w:t>
        <w:br/>
        <w:t>v 5.267941 13.220160 -0.327499</w:t>
        <w:br/>
        <w:t>v 5.378815 13.352408 -0.244683</w:t>
        <w:br/>
        <w:t>v 5.269031 13.226027 -0.272854</w:t>
        <w:br/>
        <w:t>v 5.339776 13.314487 -0.176368</w:t>
        <w:br/>
        <w:t>v 5.378787 13.312991 -0.203256</w:t>
        <w:br/>
        <w:t>v 5.286637 13.208692 -0.296926</w:t>
        <w:br/>
        <w:t>v 5.286637 13.208692 -0.296926</w:t>
        <w:br/>
        <w:t>v 5.378787 13.312991 -0.203256</w:t>
        <w:br/>
        <w:t>v 5.339460 13.340182 -0.176129</w:t>
        <w:br/>
        <w:t>v 5.289054 13.332921 -0.170620</w:t>
        <w:br/>
        <w:t>v 5.287105 13.356697 -0.173840</w:t>
        <w:br/>
        <w:t>v 5.236371 13.257394 -0.254405</w:t>
        <w:br/>
        <w:t>v 5.287105 13.356697 -0.173840</w:t>
        <w:br/>
        <w:t>v 5.224620 13.270151 -0.266101</w:t>
        <w:br/>
        <w:t>v 5.375584 13.335539 -0.195798</w:t>
        <w:br/>
        <w:t>v 5.375247 13.368831 -0.227415</w:t>
        <w:br/>
        <w:t>v 5.271936 13.220055 -0.301642</w:t>
        <w:br/>
        <w:t>v 5.375584 13.335539 -0.195798</w:t>
        <w:br/>
        <w:t>v 5.339460 13.340182 -0.176129</w:t>
        <w:br/>
        <w:t>v 5.254771 13.239911 -0.286349</w:t>
        <w:br/>
        <w:t>v 5.375247 13.368831 -0.227415</w:t>
        <w:br/>
        <w:t>v 5.375584 13.335539 -0.195798</w:t>
        <w:br/>
        <w:t>v 5.271936 13.220055 -0.301642</w:t>
        <w:br/>
        <w:t>v 5.256627 13.226771 -0.320054</w:t>
        <w:br/>
        <w:t>v 5.287105 13.356697 -0.173840</w:t>
        <w:br/>
        <w:t>v 5.224620 13.270151 -0.266101</w:t>
        <w:br/>
        <w:t>v 5.207418 13.083065 -0.265899</w:t>
        <w:br/>
        <w:t>v 5.197108 13.119029 -0.244331</w:t>
        <w:br/>
        <w:t>v 5.176757 13.070773 -0.305490</w:t>
        <w:br/>
        <w:t>v 5.207418 13.083065 -0.265899</w:t>
        <w:br/>
        <w:t>v 5.197108 13.119029 -0.244331</w:t>
        <w:br/>
        <w:t>v 5.175515 13.114634 -0.252657</w:t>
        <w:br/>
        <w:t>v 5.152192 13.166466 -0.253625</w:t>
        <w:br/>
        <w:t>v 5.171369 13.166848 -0.242030</w:t>
        <w:br/>
        <w:t>v 5.186079 13.078888 -0.263799</w:t>
        <w:br/>
        <w:t>v 5.157403 13.067107 -0.291342</w:t>
        <w:br/>
        <w:t>v 5.175515 13.114634 -0.252657</w:t>
        <w:br/>
        <w:t>v 5.152192 13.166466 -0.253625</w:t>
        <w:br/>
        <w:t>v 5.186079 13.078888 -0.263799</w:t>
        <w:br/>
        <w:t>v 5.157403 13.067107 -0.291342</w:t>
        <w:br/>
        <w:t>v 5.186079 13.078888 -0.263799</w:t>
        <w:br/>
        <w:t>v 5.109387 13.094957 -0.342579</w:t>
        <w:br/>
        <w:t>v 5.097835 13.088289 -0.318545</w:t>
        <w:br/>
        <w:t>v 5.097835 13.088289 -0.318545</w:t>
        <w:br/>
        <w:t>v 4.991983 13.190045 -0.309867</w:t>
        <w:br/>
        <w:t>v 4.997870 13.198456 -0.335247</w:t>
        <w:br/>
        <w:t>v 4.997870 13.198456 -0.335247</w:t>
        <w:br/>
        <w:t>v 0.444932 13.978011 0.036489</w:t>
        <w:br/>
        <w:t>v 0.431501 14.003215 0.015951</w:t>
        <w:br/>
        <w:t>v 0.418195 13.983317 0.036778</w:t>
        <w:br/>
        <w:t>v 0.449648 14.027198 0.031735</w:t>
        <w:br/>
        <w:t>v 0.411944 14.032353 0.032213</w:t>
        <w:br/>
        <w:t>v 0.431501 14.003215 0.015951</w:t>
        <w:br/>
        <w:t>v 0.619971 13.899056 0.032275</w:t>
        <w:br/>
        <w:t>v 0.593384 13.882165 0.016353</w:t>
        <w:br/>
        <w:t>v 0.322564 13.958632 0.038501</w:t>
        <w:br/>
        <w:t>v 0.357866 13.942470 0.021271</w:t>
        <w:br/>
        <w:t>v 0.357866 13.942470 0.021271</w:t>
        <w:br/>
        <w:t>v 0.384477 13.955510 0.039230</w:t>
        <w:br/>
        <w:t>v 0.384477 13.955510 0.039230</w:t>
        <w:br/>
        <w:t>v 0.392589 13.934812 0.040324</w:t>
        <w:br/>
        <w:t>v 0.558309 13.893850 0.036677</w:t>
        <w:br/>
        <w:t>v 0.593384 13.882165 0.016353</w:t>
        <w:br/>
        <w:t>v 0.566735 13.873261 0.037054</w:t>
        <w:br/>
        <w:t>v 0.533684 13.845871 0.039569</w:t>
        <w:br/>
        <w:t>v 0.521334 13.822416 0.021812</w:t>
        <w:br/>
        <w:t>v 0.593384 13.882165 0.016353</w:t>
        <w:br/>
        <w:t>v 0.628787 13.869792 0.032929</w:t>
        <w:br/>
        <w:t>v 0.521334 13.822416 0.021812</w:t>
        <w:br/>
        <w:t>v 0.541947 13.797666 0.039456</w:t>
        <w:br/>
        <w:t>v 0.503828 13.802697 0.040991</w:t>
        <w:br/>
        <w:t>v 0.330839 13.929166 0.040199</w:t>
        <w:br/>
        <w:t>v 0.506733 13.851140 0.040601</w:t>
        <w:br/>
        <w:t>v 0.521334 13.822416 0.021812</w:t>
        <w:br/>
        <w:t>v 0.411944 14.032353 0.032213</w:t>
        <w:br/>
        <w:t>v 0.418195 13.983317 0.036778</w:t>
        <w:br/>
        <w:t>v 0.384477 13.955510 0.039230</w:t>
        <w:br/>
        <w:t>v 0.322564 13.958632 0.038501</w:t>
        <w:br/>
        <w:t>v 0.392589 13.934812 0.040324</w:t>
        <w:br/>
        <w:t>v 0.330839 13.929166 0.040199</w:t>
        <w:br/>
        <w:t>v 0.506733 13.851140 0.040601</w:t>
        <w:br/>
        <w:t>v 0.503828 13.802697 0.040991</w:t>
        <w:br/>
        <w:t>v 0.533684 13.845871 0.039569</w:t>
        <w:br/>
        <w:t>v 0.541947 13.797666 0.039456</w:t>
        <w:br/>
        <w:t>v 0.566735 13.873261 0.037054</w:t>
        <w:br/>
        <w:t>v 0.628787 13.869792 0.032929</w:t>
        <w:br/>
        <w:t>v 0.558309 13.893850 0.036677</w:t>
        <w:br/>
        <w:t>v 0.619971 13.899056 0.032275</w:t>
        <w:br/>
        <w:t>v 0.444932 13.978011 0.036489</w:t>
        <w:br/>
        <w:t>v 0.449648 14.027198 0.031735</w:t>
        <w:br/>
        <w:t>v 1.294003 13.282131 0.028678</w:t>
        <w:br/>
        <w:t>v 1.187481 13.367639 0.002884</w:t>
        <w:br/>
        <w:t>v 1.181067 13.395219 -0.016597</w:t>
        <w:br/>
        <w:t>v 1.333795 13.272223 0.020101</w:t>
        <w:br/>
        <w:t>v 1.310013 13.271544 0.043782</w:t>
        <w:br/>
        <w:t>v 1.327934 13.293098 0.110123</w:t>
        <w:br/>
        <w:t>v 1.172892 13.416624 0.072394</w:t>
        <w:br/>
        <w:t>v 1.181985 13.382907 0.066470</w:t>
        <w:br/>
        <w:t>v 1.289714 13.297134 0.092742</w:t>
        <w:br/>
        <w:t>v 1.307372 13.281152 0.084995</w:t>
        <w:br/>
        <w:t>v 1.326538 13.250225 -0.007315</w:t>
        <w:br/>
        <w:t>v 1.347415 13.236819 0.015549</w:t>
        <w:br/>
        <w:t>v 1.333795 13.272223 0.020101</w:t>
        <w:br/>
        <w:t>v 1.327934 13.293098 0.110123</w:t>
        <w:br/>
        <w:t>v 1.340687 13.262112 0.124900</w:t>
        <w:br/>
        <w:t>v 1.166252 13.379675 -0.045636</w:t>
        <w:br/>
        <w:t>v 1.181067 13.395219 -0.016597</w:t>
        <w:br/>
        <w:t>v 1.153185 13.414348 0.098024</w:t>
        <w:br/>
        <w:t>v 1.172892 13.416624 0.072394</w:t>
        <w:br/>
        <w:t>v 1.317093 13.284031 0.138143</w:t>
        <w:br/>
        <w:t>v 1.133100 13.427578 0.074154</w:t>
        <w:br/>
        <w:t>v 1.143350 13.401456 -0.033462</w:t>
        <w:br/>
        <w:t>v 1.166667 13.393372 0.050712</w:t>
        <w:br/>
        <w:t>v 1.181067 13.395219 -0.016597</w:t>
        <w:br/>
        <w:t>v 1.170339 13.383535 0.009901</w:t>
        <w:br/>
        <w:t>v 1.166667 13.393372 0.050712</w:t>
        <w:br/>
        <w:t>v 1.172892 13.416624 0.072394</w:t>
        <w:br/>
        <w:t>v 1.170339 13.383535 0.009901</w:t>
        <w:br/>
        <w:t>v 1.170339 13.383535 0.009901</w:t>
        <w:br/>
        <w:t>v 1.143350 13.401456 -0.033462</w:t>
        <w:br/>
        <w:t>v 1.133100 13.427578 0.074154</w:t>
        <w:br/>
        <w:t>v 1.166667 13.393372 0.050712</w:t>
        <w:br/>
        <w:t>v 1.187481 13.367639 0.002884</w:t>
        <w:br/>
        <w:t>v 1.166252 13.379675 -0.045636</w:t>
        <w:br/>
        <w:t>v 1.294003 13.282131 0.028678</w:t>
        <w:br/>
        <w:t>v 1.326538 13.250225 -0.007315</w:t>
        <w:br/>
        <w:t>v 1.310013 13.271544 0.043782</w:t>
        <w:br/>
        <w:t>v 1.347415 13.236819 0.015549</w:t>
        <w:br/>
        <w:t>v 1.307372 13.281152 0.084995</w:t>
        <w:br/>
        <w:t>v 1.340687 13.262112 0.124900</w:t>
        <w:br/>
        <w:t>v 1.289714 13.297134 0.092742</w:t>
        <w:br/>
        <w:t>v 1.317093 13.284031 0.138143</w:t>
        <w:br/>
        <w:t>v 1.181985 13.382907 0.066470</w:t>
        <w:br/>
        <w:t>v 1.153185 13.414348 0.098024</w:t>
        <w:br/>
        <w:t>v -0.560604 13.871716 -0.007454</w:t>
        <w:br/>
        <w:t>v -0.569319 13.843019 0.009311</w:t>
        <w:br/>
        <w:t>v -0.678873 13.757901 0.018013</w:t>
        <w:br/>
        <w:t>v -0.717671 13.749312 0.004720</w:t>
        <w:br/>
        <w:t>v -0.696492 13.746607 0.030615</w:t>
        <w:br/>
        <w:t>v -0.570325 13.853871 0.074016</w:t>
        <w:br/>
        <w:t>v -0.561534 13.886934 0.083160</w:t>
        <w:br/>
        <w:t>v -0.720991 13.763975 0.096075</w:t>
        <w:br/>
        <w:t>v -0.681136 13.768478 0.083059</w:t>
        <w:br/>
        <w:t>v -0.698064 13.753373 0.072444</w:t>
        <w:br/>
        <w:t>v -0.731128 13.714538 -0.003643</w:t>
        <w:br/>
        <w:t>v -0.707824 13.729063 -0.023250</w:t>
        <w:br/>
        <w:t>v -0.717671 13.749312 0.004720</w:t>
        <w:br/>
        <w:t>v -0.720991 13.763975 0.096075</w:t>
        <w:br/>
        <w:t>v -0.735567 13.732283 0.107281</w:t>
        <w:br/>
        <w:t>v -0.543009 13.857907 -0.035801</w:t>
        <w:br/>
        <w:t>v -0.560604 13.871716 -0.007454</w:t>
        <w:br/>
        <w:t>v -0.561534 13.886934 0.083160</w:t>
        <w:br/>
        <w:t>v -0.544632 13.882596 0.110476</w:t>
        <w:br/>
        <w:t>v -0.713244 13.752832 0.124372</w:t>
        <w:br/>
        <w:t>v -0.522019 13.897034 0.089775</w:t>
        <w:br/>
        <w:t>v -0.521265 13.878395 -0.019867</w:t>
        <w:br/>
        <w:t>v -0.553334 13.865090 0.060685</w:t>
        <w:br/>
        <w:t>v -0.553334 13.865090 0.060685</w:t>
        <w:br/>
        <w:t>v -0.552832 13.858098 0.019133</w:t>
        <w:br/>
        <w:t>v -0.560604 13.871716 -0.007454</w:t>
        <w:br/>
        <w:t>v -0.561534 13.886934 0.083160</w:t>
        <w:br/>
        <w:t>v -0.552832 13.858098 0.019133</w:t>
        <w:br/>
        <w:t>v -0.522019 13.897034 0.089775</w:t>
        <w:br/>
        <w:t>v -0.521265 13.878395 -0.019867</w:t>
        <w:br/>
        <w:t>v -0.552832 13.858098 0.019133</w:t>
        <w:br/>
        <w:t>v -0.553334 13.865090 0.060685</w:t>
        <w:br/>
        <w:t>v -0.569319 13.843019 0.009311</w:t>
        <w:br/>
        <w:t>v -0.543009 13.857907 -0.035801</w:t>
        <w:br/>
        <w:t>v -0.678873 13.757901 0.018013</w:t>
        <w:br/>
        <w:t>v -0.707824 13.729063 -0.023250</w:t>
        <w:br/>
        <w:t>v -0.696492 13.746607 0.030615</w:t>
        <w:br/>
        <w:t>v -0.731128 13.714538 -0.003643</w:t>
        <w:br/>
        <w:t>v -0.698064 13.753373 0.072444</w:t>
        <w:br/>
        <w:t>v -0.735567 13.732283 0.107281</w:t>
        <w:br/>
        <w:t>v -0.681136 13.768478 0.083059</w:t>
        <w:br/>
        <w:t>v -0.713244 13.752832 0.124372</w:t>
        <w:br/>
        <w:t>v -0.570325 13.853871 0.074016</w:t>
        <w:br/>
        <w:t>v -0.544632 13.882596 0.110476</w:t>
        <w:br/>
        <w:t>v 0.524252 13.906713 1.551005</w:t>
        <w:br/>
        <w:t>v 0.506947 13.920056 1.563745</w:t>
        <w:br/>
        <w:t>v 0.506947 13.866016 1.563745</w:t>
        <w:br/>
        <w:t>v 0.524252 13.880202 1.551005</w:t>
        <w:br/>
        <w:t>v 0.455283 13.893031 1.601789</w:t>
        <w:br/>
        <w:t>v 0.614613 13.880202 1.488878</w:t>
        <w:br/>
        <w:t>v 0.614613 13.906713 1.488878</w:t>
        <w:br/>
        <w:t>v 0.514404 13.866016 1.573869</w:t>
        <w:br/>
        <w:t>v 0.514404 13.920056 1.573869</w:t>
        <w:br/>
        <w:t>v 0.531710 13.906713 1.561129</w:t>
        <w:br/>
        <w:t>v 0.531710 13.880203 1.561129</w:t>
        <w:br/>
        <w:t>v 0.462728 13.893031 1.611913</w:t>
        <w:br/>
        <w:t>v 0.622059 13.880202 1.499002</w:t>
        <w:br/>
        <w:t>v 0.622059 13.906713 1.499002</w:t>
        <w:br/>
        <w:t>v 0.531710 13.906713 1.561129</w:t>
        <w:br/>
        <w:t>v 0.514404 13.920056 1.573869</w:t>
        <w:br/>
        <w:t>v 0.506947 13.920056 1.563745</w:t>
        <w:br/>
        <w:t>v 0.524252 13.906713 1.551005</w:t>
        <w:br/>
        <w:t>v 0.514404 13.866016 1.573869</w:t>
        <w:br/>
        <w:t>v 0.531710 13.880203 1.561129</w:t>
        <w:br/>
        <w:t>v 0.524252 13.880202 1.551005</w:t>
        <w:br/>
        <w:t>v 0.506947 13.866016 1.563745</w:t>
        <w:br/>
        <w:t>v 0.462728 13.893031 1.611913</w:t>
        <w:br/>
        <w:t>v 0.455283 13.893031 1.601789</w:t>
        <w:br/>
        <w:t>v 0.462728 13.893031 1.611913</w:t>
        <w:br/>
        <w:t>v 0.455283 13.893031 1.601789</w:t>
        <w:br/>
        <w:t>v 0.622059 13.906713 1.499002</w:t>
        <w:br/>
        <w:t>v 0.614613 13.906713 1.488878</w:t>
        <w:br/>
        <w:t>v 0.655009 13.880202 1.454620</w:t>
        <w:br/>
        <w:t>v 0.655009 13.906713 1.454620</w:t>
        <w:br/>
        <w:t>v 0.647564 13.906713 1.444496</w:t>
        <w:br/>
        <w:t>v 0.647564 13.880202 1.444496</w:t>
        <w:br/>
        <w:t>v 0.622059 13.880202 1.499002</w:t>
        <w:br/>
        <w:t>v 0.614613 13.880202 1.488878</w:t>
        <w:br/>
        <w:t>v 0.655009 13.880202 1.454620</w:t>
        <w:br/>
        <w:t>v 0.655009 13.906713 1.454620</w:t>
        <w:br/>
        <w:t>v 0.655009 13.880202 1.454620</w:t>
        <w:br/>
        <w:t>v 0.647564 13.880202 1.444496</w:t>
        <w:br/>
        <w:t>v 0.647564 13.906713 1.444496</w:t>
        <w:br/>
        <w:t>v 0.647564 13.880202 1.444496</w:t>
        <w:br/>
        <w:t>v 0.655009 13.906713 1.454620</w:t>
        <w:br/>
        <w:t>v 0.647564 13.906713 1.444496</w:t>
        <w:br/>
        <w:t>v 0.622117 2.198585 0.422204</w:t>
        <w:br/>
        <w:t>v 0.625739 2.197227 0.419337</w:t>
        <w:br/>
        <w:t>v 0.463277 2.224543 0.289435</w:t>
        <w:br/>
        <w:t>v 0.458071 2.230944 0.286228</w:t>
        <w:br/>
        <w:t>v 0.697173 1.988748 0.435987</w:t>
        <w:br/>
        <w:t>v 0.464949 2.002016 0.305821</w:t>
        <w:br/>
        <w:t>v 0.693325 1.802114 0.465781</w:t>
        <w:br/>
        <w:t>v 0.697173 1.988748 0.435987</w:t>
        <w:br/>
        <w:t>v 0.927888 2.006857 0.285007</w:t>
        <w:br/>
        <w:t>v 0.930164 1.839994 0.302752</w:t>
        <w:br/>
        <w:t>v 0.443192 1.824815 0.341362</w:t>
        <w:br/>
        <w:t>v 0.693325 1.802114 0.465781</w:t>
        <w:br/>
        <w:t>v 0.451355 2.033256 -0.257263</w:t>
        <w:br/>
        <w:t>v 0.372865 2.027308 0.018601</w:t>
        <w:br/>
        <w:t>v 0.348806 1.866770 0.014689</w:t>
        <w:br/>
        <w:t>v 0.447745 1.885510 -0.264319</w:t>
        <w:br/>
        <w:t>v 0.365156 2.247495 -0.015732</w:t>
        <w:br/>
        <w:t>v 0.383970 2.250073 -0.009545</w:t>
        <w:br/>
        <w:t>v 0.459530 2.254652 -0.242850</w:t>
        <w:br/>
        <w:t>v 0.448236 2.249432 -0.256319</w:t>
        <w:br/>
        <w:t>v 0.440438 2.217462 0.294327</w:t>
        <w:br/>
        <w:t>v 0.378235 1.886226 0.292100</w:t>
        <w:br/>
        <w:t>v 0.529102 1.826902 0.440112</w:t>
        <w:br/>
        <w:t>v 0.615565 2.181191 0.429851</w:t>
        <w:br/>
        <w:t>v 0.622117 2.198585 0.422204</w:t>
        <w:br/>
        <w:t>v 0.458071 2.230944 0.286228</w:t>
        <w:br/>
        <w:t>v 0.440588 1.544273 0.462862</w:t>
        <w:br/>
        <w:t>v 0.283471 1.606515 0.299167</w:t>
        <w:br/>
        <w:t>v 1.008930 1.868619 0.006427</w:t>
        <w:br/>
        <w:t>v 0.999699 2.032664 0.004679</w:t>
        <w:br/>
        <w:t>v 0.913425 2.041645 -0.259640</w:t>
        <w:br/>
        <w:t>v 0.917638 1.890137 -0.266029</w:t>
        <w:br/>
        <w:t>v 1.006038 2.246840 -0.008652</w:t>
        <w:br/>
        <w:t>v 0.919890 2.250664 -0.257979</w:t>
        <w:br/>
        <w:t>v 0.775525 2.198911 0.408596</w:t>
        <w:br/>
        <w:t>v 0.938452 2.228114 0.257239</w:t>
        <w:br/>
        <w:t>v 0.775525 2.198911 0.408596</w:t>
        <w:br/>
        <w:t>v 0.779788 2.200181 0.413665</w:t>
        <w:br/>
        <w:t>v 0.950438 2.234842 0.258924</w:t>
        <w:br/>
        <w:t>v 0.938452 2.228114 0.257239</w:t>
        <w:br/>
        <w:t>v 0.779788 2.200181 0.413665</w:t>
        <w:br/>
        <w:t>v 0.787208 2.183744 0.424330</w:t>
        <w:br/>
        <w:t>v 0.971088 2.223813 0.265338</w:t>
        <w:br/>
        <w:t>v 0.950438 2.234842 0.258924</w:t>
        <w:br/>
        <w:t>v 1.034863 1.881031 0.255805</w:t>
        <w:br/>
        <w:t>v 0.871935 1.839239 0.436126</w:t>
        <w:br/>
        <w:t>v 0.437709 1.917491 -0.257754</w:t>
        <w:br/>
        <w:t>v 0.327326 1.924949 -0.021443</w:t>
        <w:br/>
        <w:t>v 0.365156 2.247495 -0.015732</w:t>
        <w:br/>
        <w:t>v 0.448236 2.249432 -0.256319</w:t>
        <w:br/>
        <w:t>v 0.698494 2.245659 -0.373645</w:t>
        <w:br/>
        <w:t>v 0.697425 1.908499 -0.372225</w:t>
        <w:br/>
        <w:t>v 0.698883 1.627530 -0.426027</w:t>
        <w:br/>
        <w:t>v 0.944765 1.902751 -0.281989</w:t>
        <w:br/>
        <w:t>v 0.979049 1.646243 -0.356001</w:t>
        <w:br/>
        <w:t>v 0.365771 1.654394 -0.303067</w:t>
        <w:br/>
        <w:t>v 0.698494 2.245659 -0.373645</w:t>
        <w:br/>
        <w:t>v 0.698192 2.254085 -0.355661</w:t>
        <w:br/>
        <w:t>v 0.918016 2.256311 -0.267148</w:t>
        <w:br/>
        <w:t>v 0.930580 2.245834 -0.281045</w:t>
        <w:br/>
        <w:t>v 0.930580 2.245834 -0.281045</w:t>
        <w:br/>
        <w:t>v 0.698192 2.254085 -0.355661</w:t>
        <w:br/>
        <w:t>v 0.695602 2.247885 -0.353372</w:t>
        <w:br/>
        <w:t>v 0.918016 2.256311 -0.267148</w:t>
        <w:br/>
        <w:t>v 0.695602 2.247885 -0.353372</w:t>
        <w:br/>
        <w:t>v 0.698192 2.254085 -0.355661</w:t>
        <w:br/>
        <w:t>v 0.459530 2.254652 -0.242850</w:t>
        <w:br/>
        <w:t>v 0.455882 2.248590 -0.247679</w:t>
        <w:br/>
        <w:t>v 0.695740 2.035470 -0.359396</w:t>
        <w:br/>
        <w:t>v 1.122181 1.607218 0.259703</w:t>
        <w:br/>
        <w:t>v 1.051036 1.893004 -0.015934</w:t>
        <w:br/>
        <w:t>v 1.173581 1.653587 -0.036875</w:t>
        <w:br/>
        <w:t>v 1.035291 2.244891 -0.011708</w:t>
        <w:br/>
        <w:t>v 1.014351 2.253028 -0.010727</w:t>
        <w:br/>
        <w:t>v 1.035291 2.244891 -0.011708</w:t>
        <w:br/>
        <w:t>v 1.014351 2.253028 -0.010727</w:t>
        <w:br/>
        <w:t>v 0.693149 1.904110 -0.364955</w:t>
        <w:br/>
        <w:t>v 0.381052 2.242200 -0.001244</w:t>
        <w:br/>
        <w:t>v 0.959429 1.548196 0.454398</w:t>
        <w:br/>
        <w:t>v 0.241189 1.666605 -0.045100</w:t>
        <w:br/>
        <w:t>v 0.383970 2.250073 -0.009545</w:t>
        <w:br/>
        <w:t>v 0.470325 2.237119 0.278871</w:t>
        <w:br/>
        <w:t>v 0.638077 2.208545 0.405352</w:t>
        <w:br/>
        <w:t>v 0.623501 2.218895 0.425927</w:t>
        <w:br/>
        <w:t>v 0.446946 2.255719 0.290529</w:t>
        <w:br/>
        <w:t>v 0.696456 1.989691 0.415840</w:t>
        <w:br/>
        <w:t>v 0.484757 1.999627 0.290503</w:t>
        <w:br/>
        <w:t>v 0.907061 2.006254 0.270909</w:t>
        <w:br/>
        <w:t>v 0.696456 1.989691 0.415840</w:t>
        <w:br/>
        <w:t>v 0.692092 1.798417 0.444552</w:t>
        <w:br/>
        <w:t>v 0.910985 1.837944 0.289220</w:t>
        <w:br/>
        <w:t>v 0.460824 1.820401 0.326673</w:t>
        <w:br/>
        <w:t>v 0.692092 1.798417 0.444552</w:t>
        <w:br/>
        <w:t>v 0.372563 1.863362 0.014589</w:t>
        <w:br/>
        <w:t>v 0.397930 2.025258 0.018236</w:t>
        <w:br/>
        <w:t>v 0.470056 2.031785 -0.240511</w:t>
        <w:br/>
        <w:t>v 0.464509 1.883359 -0.249038</w:t>
        <w:br/>
        <w:t>v 0.461554 2.279691 -0.241680</w:t>
        <w:br/>
        <w:t>v 0.375447 2.274924 -0.007495</w:t>
        <w:br/>
        <w:t>v 0.332763 2.261971 -0.016902</w:t>
        <w:br/>
        <w:t>v 0.432943 2.262587 -0.271348</w:t>
        <w:br/>
        <w:t>v 0.513130 1.831895 0.458838</w:t>
        <w:br/>
        <w:t>v 0.357220 1.891923 0.304689</w:t>
        <w:br/>
        <w:t>v 0.411078 2.230655 0.306878</w:t>
        <w:br/>
        <w:t>v 0.603882 2.192548 0.446841</w:t>
        <w:br/>
        <w:t>v 0.446946 2.255719 0.290529</w:t>
        <w:br/>
        <w:t>v 0.623501 2.218895 0.425927</w:t>
        <w:br/>
        <w:t>v 0.424352 1.550473 0.481048</w:t>
        <w:br/>
        <w:t>v 0.263588 1.613457 0.310511</w:t>
        <w:br/>
        <w:t>v 0.984834 1.867222 0.007055</w:t>
        <w:br/>
        <w:t>v 0.974559 2.032526 0.005396</w:t>
        <w:br/>
        <w:t>v 0.894787 2.041330 -0.242750</w:t>
        <w:br/>
        <w:t>v 0.900534 1.888766 -0.250736</w:t>
        <w:br/>
        <w:t>v 0.904672 2.265328 -0.244347</w:t>
        <w:br/>
        <w:t>v 0.996708 2.261492 -0.006929</w:t>
        <w:br/>
        <w:t>v 0.935287 2.243507 0.248725</w:t>
        <w:br/>
        <w:t>v 0.763087 2.210872 0.396473</w:t>
        <w:br/>
        <w:t>v 0.966753 2.259454 0.263854</w:t>
        <w:br/>
        <w:t>v 0.779122 2.221398 0.418255</w:t>
        <w:br/>
        <w:t>v 0.763087 2.210872 0.396473</w:t>
        <w:br/>
        <w:t>v 0.935287 2.243507 0.248725</w:t>
        <w:br/>
        <w:t>v 1.003552 2.237181 0.277236</w:t>
        <w:br/>
        <w:t>v 0.799596 2.195428 0.440339</w:t>
        <w:br/>
        <w:t>v 0.779122 2.221398 0.418255</w:t>
        <w:br/>
        <w:t>v 0.966753 2.259454 0.263854</w:t>
        <w:br/>
        <w:t>v 1.056973 1.886426 0.266532</w:t>
        <w:br/>
        <w:t>v 0.889240 1.844232 0.453632</w:t>
        <w:br/>
        <w:t>v 0.332763 2.261971 -0.016902</w:t>
        <w:br/>
        <w:t>v 0.302952 1.930558 -0.024033</w:t>
        <w:br/>
        <w:t>v 0.420567 1.921742 -0.275663</w:t>
        <w:br/>
        <w:t>v 0.432943 2.262587 -0.271348</w:t>
        <w:br/>
        <w:t>v 0.698041 2.257443 -0.395867</w:t>
        <w:br/>
        <w:t>v 0.696519 1.911769 -0.397151</w:t>
        <w:br/>
        <w:t>v 0.961593 1.907329 -0.300124</w:t>
        <w:br/>
        <w:t>v 0.697965 1.633102 -0.449205</w:t>
        <w:br/>
        <w:t>v 0.993096 1.653487 -0.373118</w:t>
        <w:br/>
        <w:t>v 0.350592 1.660908 -0.319819</w:t>
        <w:br/>
        <w:t>v 0.920468 2.281275 -0.269034</w:t>
        <w:br/>
        <w:t>v 0.698520 2.279188 -0.357220</w:t>
        <w:br/>
        <w:t>v 0.698041 2.257443 -0.395867</w:t>
        <w:br/>
        <w:t>v 0.946049 2.257694 -0.296929</w:t>
        <w:br/>
        <w:t>v 0.904672 2.265328 -0.244347</w:t>
        <w:br/>
        <w:t>v 0.696444 2.259820 -0.331250</w:t>
        <w:br/>
        <w:t>v 0.698520 2.279188 -0.357220</w:t>
        <w:br/>
        <w:t>v 0.920468 2.281275 -0.269034</w:t>
        <w:br/>
        <w:t>v 0.461554 2.279691 -0.241680</w:t>
        <w:br/>
        <w:t>v 0.473452 2.258022 -0.232336</w:t>
        <w:br/>
        <w:t>v 0.695450 2.034502 -0.334256</w:t>
        <w:br/>
        <w:t>v 1.142051 1.615669 0.270833</w:t>
        <w:br/>
        <w:t>v 1.075271 1.898487 -0.019795</w:t>
        <w:br/>
        <w:t>v 1.195124 1.663258 -0.039578</w:t>
        <w:br/>
        <w:t>v 1.067802 2.257883 -0.013456</w:t>
        <w:br/>
        <w:t>v 1.027709 2.278055 -0.009947</w:t>
        <w:br/>
        <w:t>v 1.027709 2.278055 -0.009947</w:t>
        <w:br/>
        <w:t>v 0.692797 1.902613 -0.341915</w:t>
        <w:br/>
        <w:t>v 0.392576 2.251432 -0.000653</w:t>
        <w:br/>
        <w:t>v 0.977111 1.554308 0.471213</w:t>
        <w:br/>
        <w:t>v 0.218703 1.674340 -0.048131</w:t>
        <w:br/>
        <w:t>v 0.375447 2.274924 -0.007495</w:t>
        <w:br/>
        <w:t>v 0.910985 1.837944 0.289220</w:t>
        <w:br/>
        <w:t>v 0.692092 1.798417 0.444552</w:t>
        <w:br/>
        <w:t>v 0.693325 1.802114 0.465781</w:t>
        <w:br/>
        <w:t>v 0.930164 1.839994 0.302752</w:t>
        <w:br/>
        <w:t>v 0.692092 1.798417 0.444552</w:t>
        <w:br/>
        <w:t>v 0.460824 1.820401 0.326673</w:t>
        <w:br/>
        <w:t>v 0.443192 1.824815 0.341362</w:t>
        <w:br/>
        <w:t>v 0.693325 1.802114 0.465781</w:t>
        <w:br/>
        <w:t>v 0.372563 1.863362 0.014589</w:t>
        <w:br/>
        <w:t>v 0.464509 1.883359 -0.249038</w:t>
        <w:br/>
        <w:t>v 0.447745 1.885510 -0.264319</w:t>
        <w:br/>
        <w:t>v 0.348806 1.866770 0.014689</w:t>
        <w:br/>
        <w:t>v 0.984834 1.867222 0.007055</w:t>
        <w:br/>
        <w:t>v 1.008930 1.868619 0.006427</w:t>
        <w:br/>
        <w:t>v 0.900534 1.888766 -0.250736</w:t>
        <w:br/>
        <w:t>v 0.917638 1.890137 -0.266029</w:t>
        <w:br/>
        <w:t>v 0.692797 1.902613 -0.341915</w:t>
        <w:br/>
        <w:t>v 0.693149 1.904110 -0.364955</w:t>
        <w:br/>
        <w:t>v 0.625739 2.197227 0.419337</w:t>
        <w:br/>
        <w:t>v 0.638077 2.208545 0.405352</w:t>
        <w:br/>
        <w:t>v 0.696456 1.989691 0.415840</w:t>
        <w:br/>
        <w:t>v 0.697173 1.988748 0.435987</w:t>
        <w:br/>
        <w:t>v 0.697173 1.988748 0.435987</w:t>
        <w:br/>
        <w:t>v 0.696456 1.989691 0.415840</w:t>
        <w:br/>
        <w:t>v 0.763087 2.210872 0.396473</w:t>
        <w:br/>
        <w:t>v 0.775525 2.198911 0.408596</w:t>
        <w:br/>
        <w:t>v 0.779122 2.221398 0.418255</w:t>
        <w:br/>
        <w:t>v 0.779788 2.200181 0.413665</w:t>
        <w:br/>
        <w:t>v 0.799596 2.195428 0.440339</w:t>
        <w:br/>
        <w:t>v 0.787208 2.183744 0.424330</w:t>
        <w:br/>
        <w:t>v 0.889240 1.844232 0.453632</w:t>
        <w:br/>
        <w:t>v 0.871935 1.839239 0.436126</w:t>
        <w:br/>
        <w:t>v 0.977111 1.554308 0.471213</w:t>
        <w:br/>
        <w:t>v 0.959429 1.548196 0.454398</w:t>
        <w:br/>
        <w:t>v 0.959429 1.548196 0.454398</w:t>
        <w:br/>
        <w:t>v 0.977111 1.554308 0.471213</w:t>
        <w:br/>
        <w:t>v 1.142051 1.615669 0.270833</w:t>
        <w:br/>
        <w:t>v 1.122181 1.607218 0.259703</w:t>
        <w:br/>
        <w:t>v 1.195124 1.663258 -0.039578</w:t>
        <w:br/>
        <w:t>v 1.173581 1.653587 -0.036875</w:t>
        <w:br/>
        <w:t>v 0.993096 1.653487 -0.373118</w:t>
        <w:br/>
        <w:t>v 0.979049 1.646243 -0.356001</w:t>
        <w:br/>
        <w:t>v 0.697965 1.633102 -0.449205</w:t>
        <w:br/>
        <w:t>v 0.698883 1.627530 -0.426027</w:t>
        <w:br/>
        <w:t>v 0.350592 1.660908 -0.319819</w:t>
        <w:br/>
        <w:t>v 0.365771 1.654394 -0.303067</w:t>
        <w:br/>
        <w:t>v 0.218703 1.674340 -0.048131</w:t>
        <w:br/>
        <w:t>v 0.241189 1.666605 -0.045100</w:t>
        <w:br/>
        <w:t>v 0.263588 1.613457 0.310511</w:t>
        <w:br/>
        <w:t>v 0.283471 1.606515 0.299167</w:t>
        <w:br/>
        <w:t>v 0.424352 1.550473 0.481048</w:t>
        <w:br/>
        <w:t>v 0.440588 1.544273 0.462862</w:t>
        <w:br/>
        <w:t>v 0.440588 1.544273 0.462862</w:t>
        <w:br/>
        <w:t>v 0.424352 1.550473 0.481048</w:t>
        <w:br/>
        <w:t>v 0.513130 1.831895 0.458838</w:t>
        <w:br/>
        <w:t>v 0.529102 1.826902 0.440112</w:t>
        <w:br/>
        <w:t>v 0.603882 2.192548 0.446841</w:t>
        <w:br/>
        <w:t>v 0.615565 2.181191 0.429851</w:t>
        <w:br/>
        <w:t>v 0.623501 2.218895 0.425927</w:t>
        <w:br/>
        <w:t>v 0.622117 2.198585 0.422204</w:t>
        <w:br/>
        <w:t>v 0.790218 13.750440 1.353593</w:t>
        <w:br/>
        <w:t>v 0.870393 13.629492 1.361641</w:t>
        <w:br/>
        <w:t>v 0.888113 13.601132 1.382518</w:t>
        <w:br/>
        <w:t>v 0.773705 13.775002 1.372030</w:t>
        <w:br/>
        <w:t>v 0.891395 13.615897 1.357503</w:t>
        <w:br/>
        <w:t>v 0.773705 13.775002 1.372030</w:t>
        <w:br/>
        <w:t>v 0.888113 13.601132 1.382518</w:t>
        <w:br/>
        <w:t>v 0.862080 13.579929 1.383373</w:t>
        <w:br/>
        <w:t>v 0.742805 13.763003 1.373728</w:t>
        <w:br/>
        <w:t>v 0.892024 13.563201 1.376456</w:t>
        <w:br/>
        <w:t>v 0.953120 13.641528 1.338061</w:t>
        <w:br/>
        <w:t>v 0.921378 13.634347 1.337231</w:t>
        <w:br/>
        <w:t>v 0.966615 13.645427 1.311348</w:t>
        <w:br/>
        <w:t>v 0.970690 13.612426 1.322742</w:t>
        <w:br/>
        <w:t>v 0.953120 13.641528 1.338061</w:t>
        <w:br/>
        <w:t>v 0.842712 13.828488 1.296571</w:t>
        <w:br/>
        <w:t>v 0.835682 13.815510 1.324391</w:t>
        <w:br/>
        <w:t>v 0.916825 13.658229 1.329861</w:t>
        <w:br/>
        <w:t>v 0.834864 13.779303 1.320089</w:t>
        <w:br/>
        <w:t>v 0.835682 13.815510 1.324391</w:t>
        <w:br/>
        <w:t>v 0.786030 13.774248 1.346600</w:t>
        <w:br/>
        <w:t>v 0.835682 13.815510 1.324391</w:t>
        <w:br/>
        <w:t>v 0.814528 13.792809 1.324881</w:t>
        <w:br/>
        <w:t>v 0.773705 13.775002 1.372030</w:t>
        <w:br/>
        <w:t>v 0.813824 13.845101 1.304708</w:t>
        <w:br/>
        <w:t>v 0.739510 13.795892 1.363277</w:t>
        <w:br/>
        <w:t>v 0.739510 13.795892 1.363277</w:t>
        <w:br/>
        <w:t>v 0.786030 13.774248 1.346600</w:t>
        <w:br/>
        <w:t>v 0.814528 13.792809 1.324881</w:t>
        <w:br/>
        <w:t>v 0.813824 13.845101 1.304708</w:t>
        <w:br/>
        <w:t>v 0.834864 13.779303 1.320089</w:t>
        <w:br/>
        <w:t>v 0.842712 13.828488 1.296571</w:t>
        <w:br/>
        <w:t>v 0.916825 13.658229 1.329861</w:t>
        <w:br/>
        <w:t>v 0.966615 13.645427 1.311348</w:t>
        <w:br/>
        <w:t>v 0.921378 13.634347 1.337231</w:t>
        <w:br/>
        <w:t>v 0.970690 13.612426 1.322742</w:t>
        <w:br/>
        <w:t>v 0.891395 13.615897 1.357503</w:t>
        <w:br/>
        <w:t>v 0.892024 13.563201 1.376456</w:t>
        <w:br/>
        <w:t>v 0.870393 13.629492 1.361641</w:t>
        <w:br/>
        <w:t>v 0.862080 13.579929 1.383373</w:t>
        <w:br/>
        <w:t>v 0.790218 13.750440 1.353593</w:t>
        <w:br/>
        <w:t>v 0.742805 13.763003 1.373728</w:t>
        <w:br/>
        <w:t>v 2.591596 14.824643 0.098405</w:t>
        <w:br/>
        <w:t>v 2.579539 14.810063 -0.061404</w:t>
        <w:br/>
        <w:t>v 2.524372 14.849466 -0.063039</w:t>
        <w:br/>
        <w:t>v 2.539608 14.863182 0.097851</w:t>
        <w:br/>
        <w:t>v 2.591596 14.824643 0.098405</w:t>
        <w:br/>
        <w:t>v 2.539608 14.863182 0.097851</w:t>
        <w:br/>
        <w:t>v 2.591149 14.929094 0.219151</w:t>
        <w:br/>
        <w:t>v 2.641109 14.891202 0.220736</w:t>
        <w:br/>
        <w:t>v 2.715270 15.000333 0.293755</w:t>
        <w:br/>
        <w:t>v 2.665491 15.036327 0.290171</w:t>
        <w:br/>
        <w:t>v 2.772302 15.183152 0.294397</w:t>
        <w:br/>
        <w:t>v 2.818871 15.142174 0.297013</w:t>
        <w:br/>
        <w:t>v 2.851223 15.297361 0.213945</w:t>
        <w:br/>
        <w:t>v 2.903872 15.259833 0.215391</w:t>
        <w:br/>
        <w:t>v 2.954956 15.327010 0.081289</w:t>
        <w:br/>
        <w:t>v 2.900204 15.366993 0.081327</w:t>
        <w:br/>
        <w:t>v 2.909155 15.382563 -0.076709</w:t>
        <w:br/>
        <w:t>v 2.965394 15.339630 -0.077904</w:t>
        <w:br/>
        <w:t>v 2.933947 15.297486 -0.228431</w:t>
        <w:br/>
        <w:t>v 2.877064 15.343702 -0.226859</w:t>
        <w:br/>
        <w:t>v 2.806026 15.253564 -0.337783</w:t>
        <w:br/>
        <w:t>v 2.862569 15.203846 -0.338085</w:t>
        <w:br/>
        <w:t>v 2.610006 14.991015 -0.336966</w:t>
        <w:br/>
        <w:t>v 2.545648 14.892668 -0.219150</w:t>
        <w:br/>
        <w:t>v 2.602637 14.848937 -0.215503</w:t>
        <w:br/>
        <w:t>v 2.666754 14.942010 -0.332036</w:t>
        <w:br/>
        <w:t>v 2.760072 15.069185 -0.379361</w:t>
        <w:br/>
        <w:t>v 2.704254 15.121223 -0.382757</w:t>
        <w:br/>
        <w:t>v 2.524372 14.849466 -0.063039</w:t>
        <w:br/>
        <w:t>v 2.528557 14.873396 -0.060888</w:t>
        <w:br/>
        <w:t>v 2.543291 14.885864 0.090419</w:t>
        <w:br/>
        <w:t>v 2.539608 14.863182 0.097851</w:t>
        <w:br/>
        <w:t>v 2.591596 14.824643 0.098405</w:t>
        <w:br/>
        <w:t>v 2.612296 14.834642 0.090783</w:t>
        <w:br/>
        <w:t>v 2.600991 14.821658 -0.059794</w:t>
        <w:br/>
        <w:t>v 2.579539 14.810063 -0.061404</w:t>
        <w:br/>
        <w:t>v 2.539608 14.863182 0.097851</w:t>
        <w:br/>
        <w:t>v 2.543291 14.885864 0.090419</w:t>
        <w:br/>
        <w:t>v 2.591656 14.946587 0.203091</w:t>
        <w:br/>
        <w:t>v 2.591149 14.929094 0.219151</w:t>
        <w:br/>
        <w:t>v 2.641109 14.891202 0.220736</w:t>
        <w:br/>
        <w:t>v 2.658614 14.895989 0.205053</w:t>
        <w:br/>
        <w:t>v 2.612296 14.834642 0.090783</w:t>
        <w:br/>
        <w:t>v 2.591596 14.824643 0.098405</w:t>
        <w:br/>
        <w:t>v 2.665491 15.036327 0.290171</w:t>
        <w:br/>
        <w:t>v 2.661101 15.046475 0.269181</w:t>
        <w:br/>
        <w:t>v 2.761601 15.185877 0.273130</w:t>
        <w:br/>
        <w:t>v 2.772302 15.183152 0.294397</w:t>
        <w:br/>
        <w:t>v 2.818871 15.142174 0.297013</w:t>
        <w:br/>
        <w:t>v 2.824162 15.130964 0.276400</w:t>
        <w:br/>
        <w:t>v 2.728079 14.998087 0.273683</w:t>
        <w:br/>
        <w:t>v 2.715270 15.000333 0.293755</w:t>
        <w:br/>
        <w:t>v 2.903872 15.259833 0.215391</w:t>
        <w:br/>
        <w:t>v 2.904284 15.241403 0.199948</w:t>
        <w:br/>
        <w:t>v 2.834288 15.291158 0.198099</w:t>
        <w:br/>
        <w:t>v 2.851223 15.297361 0.213945</w:t>
        <w:br/>
        <w:t>v 2.900204 15.366993 0.081327</w:t>
        <w:br/>
        <w:t>v 2.879507 15.356562 0.074259</w:t>
        <w:br/>
        <w:t>v 2.887555 15.371633 -0.074131</w:t>
        <w:br/>
        <w:t>v 2.909155 15.382563 -0.076709</w:t>
        <w:br/>
        <w:t>v 2.965394 15.339630 -0.077904</w:t>
        <w:br/>
        <w:t>v 2.960708 15.315874 -0.075401</w:t>
        <w:br/>
        <w:t>v 2.951404 15.304086 0.074259</w:t>
        <w:br/>
        <w:t>v 2.954956 15.327010 0.081289</w:t>
        <w:br/>
        <w:t>v 2.877064 15.343702 -0.226859</w:t>
        <w:br/>
        <w:t>v 2.857331 15.335854 -0.215226</w:t>
        <w:br/>
        <w:t>v 2.790776 15.252144 -0.319321</w:t>
        <w:br/>
        <w:t>v 2.806026 15.253564 -0.337783</w:t>
        <w:br/>
        <w:t>v 2.862569 15.203846 -0.338085</w:t>
        <w:br/>
        <w:t>v 2.864015 15.189318 -0.319195</w:t>
        <w:br/>
        <w:t>v 2.930928 15.276552 -0.216710</w:t>
        <w:br/>
        <w:t>v 2.933947 15.297486 -0.228431</w:t>
        <w:br/>
        <w:t>v 2.602637 14.848937 -0.215503</w:t>
        <w:br/>
        <w:t>v 2.622168 14.858077 -0.204738</w:t>
        <w:br/>
        <w:t>v 2.681656 14.945100 -0.313612</w:t>
        <w:br/>
        <w:t>v 2.666754 14.942010 -0.332036</w:t>
        <w:br/>
        <w:t>v 2.610006 14.991015 -0.336966</w:t>
        <w:br/>
        <w:t>v 2.607594 15.006362 -0.318567</w:t>
        <w:br/>
        <w:t>v 2.547778 14.913932 -0.207831</w:t>
        <w:br/>
        <w:t>v 2.545648 14.892668 -0.219150</w:t>
        <w:br/>
        <w:t>v 2.704254 15.121223 -0.382757</w:t>
        <w:br/>
        <w:t>v 2.695429 15.128379 -0.361716</w:t>
        <w:br/>
        <w:t>v 2.768214 15.063617 -0.357830</w:t>
        <w:br/>
        <w:t>v 2.760072 15.069185 -0.379361</w:t>
        <w:br/>
        <w:t>v 1.239969 18.764179 0.312297</w:t>
        <w:br/>
        <w:t>v 1.176333 18.858978 0.409614</w:t>
        <w:br/>
        <w:t>v 1.224790 18.926880 0.318045</w:t>
        <w:br/>
        <w:t>v 1.255577 18.873531 0.281170</w:t>
        <w:br/>
        <w:t>v 1.251452 18.959705 0.255892</w:t>
        <w:br/>
        <w:t>v 1.270317 18.922039 0.235681</w:t>
        <w:br/>
        <w:t>v 1.126580 18.800034 0.457014</w:t>
        <w:br/>
        <w:t>v 1.194468 18.695526 0.337613</w:t>
        <w:br/>
        <w:t>v 1.174270 18.695515 0.335362</w:t>
        <w:br/>
        <w:t>v 1.109263 18.803818 0.459806</w:t>
        <w:br/>
        <w:t>v 1.126580 18.800034 0.457014</w:t>
        <w:br/>
        <w:t>v 1.194468 18.695526 0.337613</w:t>
        <w:br/>
        <w:t>v 1.168762 18.749149 0.300890</w:t>
        <w:br/>
        <w:t>v 1.105490 18.862415 0.422982</w:t>
        <w:br/>
        <w:t>v 1.096837 18.817654 0.453090</w:t>
        <w:br/>
        <w:t>v 1.158738 18.707546 0.327577</w:t>
        <w:br/>
        <w:t>v 1.140817 18.911587 0.370136</w:t>
        <w:br/>
        <w:t>v 1.195638 18.814297 0.277523</w:t>
        <w:br/>
        <w:t>v 1.221633 18.877995 0.262268</w:t>
        <w:br/>
        <w:t>v 1.193550 18.943733 0.310197</w:t>
        <w:br/>
        <w:t>v 1.256118 18.926754 0.228400</w:t>
        <w:br/>
        <w:t>v 1.242900 18.965023 0.253565</w:t>
        <w:br/>
        <w:t>v 1.205925 18.924793 0.305443</w:t>
        <w:br/>
        <w:t>v 1.242900 18.965023 0.253565</w:t>
        <w:br/>
        <w:t>v 1.251452 18.959705 0.255892</w:t>
        <w:br/>
        <w:t>v 1.224790 18.926880 0.318045</w:t>
        <w:br/>
        <w:t>v 1.176333 18.858978 0.409614</w:t>
        <w:br/>
        <w:t>v 1.163555 18.884045 0.364099</w:t>
        <w:br/>
        <w:t>v 1.126580 18.800034 0.457014</w:t>
        <w:br/>
        <w:t>v 1.096837 18.817654 0.453090</w:t>
        <w:br/>
        <w:t>v 1.105490 18.862415 0.422982</w:t>
        <w:br/>
        <w:t>v 1.163555 18.884045 0.364099</w:t>
        <w:br/>
        <w:t>v 1.140817 18.911587 0.370136</w:t>
        <w:br/>
        <w:t>v 1.193550 18.943733 0.310197</w:t>
        <w:br/>
        <w:t>v 1.231166 18.888474 0.288163</w:t>
        <w:br/>
        <w:t>v 1.255577 18.873531 0.281170</w:t>
        <w:br/>
        <w:t>v 1.270317 18.922039 0.235681</w:t>
        <w:br/>
        <w:t>v 1.216012 18.814774 0.309568</w:t>
        <w:br/>
        <w:t>v 1.174270 18.695515 0.335362</w:t>
        <w:br/>
        <w:t>v 1.194468 18.695526 0.337613</w:t>
        <w:br/>
        <w:t>v 1.239969 18.764179 0.312297</w:t>
        <w:br/>
        <w:t>v 1.256118 18.926754 0.228400</w:t>
        <w:br/>
        <w:t>v 1.195638 18.814297 0.277523</w:t>
        <w:br/>
        <w:t>v 1.216012 18.814774 0.309568</w:t>
        <w:br/>
        <w:t>v 1.231166 18.888474 0.288163</w:t>
        <w:br/>
        <w:t>v 1.221633 18.877995 0.262268</w:t>
        <w:br/>
        <w:t>v 1.168762 18.749149 0.300890</w:t>
        <w:br/>
        <w:t>v 1.158738 18.707546 0.327577</w:t>
        <w:br/>
        <w:t>v 1.251452 18.959705 0.255892</w:t>
        <w:br/>
        <w:t>v 1.126580 18.800034 0.457014</w:t>
        <w:br/>
        <w:t>v 1.109263 18.803818 0.459806</w:t>
        <w:br/>
        <w:t>v 0.904603 15.774087 1.599791</w:t>
        <w:br/>
        <w:t>v 0.888404 15.801416 1.595075</w:t>
        <w:br/>
        <w:t>v 0.894516 15.828720 1.542179</w:t>
        <w:br/>
        <w:t>v 0.926234 15.789053 1.537827</w:t>
        <w:br/>
        <w:t>v 0.892253 15.749729 1.664346</w:t>
        <w:br/>
        <w:t>v 0.888404 15.801416 1.595075</w:t>
        <w:br/>
        <w:t>v 0.878054 15.797907 1.593629</w:t>
        <w:br/>
        <w:t>v 0.884191 15.826632 1.528295</w:t>
        <w:br/>
        <w:t>v 0.894516 15.828720 1.542179</w:t>
        <w:br/>
        <w:t>v 0.884191 15.826632 1.528295</w:t>
        <w:br/>
        <w:t>v 0.892253 15.749729 1.664346</w:t>
        <w:br/>
        <w:t>v 0.758653 15.836908 1.606646</w:t>
        <w:br/>
        <w:t>v 0.815235 15.803116 1.632515</w:t>
        <w:br/>
        <w:t>v 0.811977 15.808134 1.642112</w:t>
        <w:br/>
        <w:t>v 0.764590 15.841737 1.620643</w:t>
        <w:br/>
        <w:t>v 0.764590 15.841737 1.620643</w:t>
        <w:br/>
        <w:t>v 0.742820 15.805001 1.650424</w:t>
        <w:br/>
        <w:t>v 0.758653 15.836908 1.606646</w:t>
        <w:br/>
        <w:t>v 0.811977 15.808134 1.642112</w:t>
        <w:br/>
        <w:t>v 0.806393 15.782264 1.660775</w:t>
        <w:br/>
        <w:t>v 0.742820 15.805001 1.650424</w:t>
        <w:br/>
        <w:t>v 0.764590 15.841737 1.620643</w:t>
        <w:br/>
        <w:t>v 0.865830 15.751954 1.680721</w:t>
        <w:br/>
        <w:t>v 0.865830 15.751954 1.680721</w:t>
        <w:br/>
        <w:t>v 0.736381 15.775420 1.717217</w:t>
        <w:br/>
        <w:t>v 0.746894 15.793871 1.681287</w:t>
        <w:br/>
        <w:t>v 0.755195 15.798134 1.689663</w:t>
        <w:br/>
        <w:t>v 0.744668 15.780500 1.719192</w:t>
        <w:br/>
        <w:t>v 0.755195 15.798134 1.689663</w:t>
        <w:br/>
        <w:t>v 0.773934 15.764455 1.706226</w:t>
        <w:br/>
        <w:t>v 0.756276 15.762404 1.721921</w:t>
        <w:br/>
        <w:t>v 0.744668 15.780500 1.719192</w:t>
        <w:br/>
        <w:t>v 0.748102 15.753047 1.742534</w:t>
        <w:br/>
        <w:t>v 0.748102 15.753047 1.742534</w:t>
        <w:br/>
        <w:t>v 0.912425 15.719015 1.730913</w:t>
        <w:br/>
        <w:t>v 0.818014 15.782616 1.676998</w:t>
        <w:br/>
        <w:t>v 0.815725 15.776152 1.664875</w:t>
        <w:br/>
        <w:t>v 0.903634 15.717984 1.716136</w:t>
        <w:br/>
        <w:t>v 0.912425 15.719015 1.730913</w:t>
        <w:br/>
        <w:t>v 0.940156 15.631346 1.788186</w:t>
        <w:br/>
        <w:t>v 0.810871 15.744735 1.708640</w:t>
        <w:br/>
        <w:t>v 0.818014 15.782616 1.676998</w:t>
        <w:br/>
        <w:t>v 0.780235 15.792162 1.660573</w:t>
        <w:br/>
        <w:t>v 0.785605 15.797821 1.672295</w:t>
        <w:br/>
        <w:t>v 0.785605 15.797821 1.672295</w:t>
        <w:br/>
        <w:t>v 0.790736 15.758909 1.701723</w:t>
        <w:br/>
        <w:t>v 0.957097 15.748609 1.593717</w:t>
        <w:br/>
        <w:t>v 0.954393 15.781018 1.566879</w:t>
        <w:br/>
        <w:t>v 0.983218 15.760468 1.571872</w:t>
        <w:br/>
        <w:t>v 0.978137 15.744572 1.584612</w:t>
        <w:br/>
        <w:t>v 1.000196 15.731191 1.588171</w:t>
        <w:br/>
        <w:t>v 0.913255 15.774743 1.616556</w:t>
        <w:br/>
        <w:t>v 0.940383 15.734586 1.628013</w:t>
        <w:br/>
        <w:t>v 0.944885 15.746257 1.606369</w:t>
        <w:br/>
        <w:t>v 0.925945 15.786073 1.584750</w:t>
        <w:br/>
        <w:t>v 0.954393 15.781018 1.566879</w:t>
        <w:br/>
        <w:t>v 0.950708 15.776000 1.556667</w:t>
        <w:br/>
        <w:t>v 0.983796 15.754595 1.563760</w:t>
        <w:br/>
        <w:t>v 0.983218 15.760468 1.571872</w:t>
        <w:br/>
        <w:t>v 1.000196 15.731191 1.588171</w:t>
        <w:br/>
        <w:t>v 0.925945 15.786073 1.584750</w:t>
        <w:br/>
        <w:t>v 0.916010 15.780251 1.577682</w:t>
        <w:br/>
        <w:t>v 0.913255 15.774743 1.616556</w:t>
        <w:br/>
        <w:t>v 0.903307 15.768732 1.610997</w:t>
        <w:br/>
        <w:t>v 0.903634 15.717984 1.716136</w:t>
        <w:br/>
        <w:t>v -0.431494 14.003216 0.015951</w:t>
        <w:br/>
        <w:t>v -0.444926 13.978013 0.036489</w:t>
        <w:br/>
        <w:t>v -0.418188 13.983320 0.036778</w:t>
        <w:br/>
        <w:t>v -0.411938 14.032355 0.032213</w:t>
        <w:br/>
        <w:t>v -0.449642 14.027200 0.031735</w:t>
        <w:br/>
        <w:t>v -0.431494 14.003216 0.015951</w:t>
        <w:br/>
        <w:t>v -0.619964 13.899058 0.032275</w:t>
        <w:br/>
        <w:t>v -0.593378 13.882168 0.016353</w:t>
        <w:br/>
        <w:t>v -0.357859 13.942471 0.021271</w:t>
        <w:br/>
        <w:t>v -0.322557 13.958632 0.038501</w:t>
        <w:br/>
        <w:t>v -0.384471 13.955514 0.039230</w:t>
        <w:br/>
        <w:t>v -0.357859 13.942471 0.021271</w:t>
        <w:br/>
        <w:t>v -0.384471 13.955514 0.039230</w:t>
        <w:br/>
        <w:t>v -0.392583 13.934812 0.040324</w:t>
        <w:br/>
        <w:t>v -0.558302 13.893851 0.036677</w:t>
        <w:br/>
        <w:t>v -0.593378 13.882168 0.016353</w:t>
        <w:br/>
        <w:t>v -0.566728 13.873264 0.037054</w:t>
        <w:br/>
        <w:t>v -0.593378 13.882168 0.016353</w:t>
        <w:br/>
        <w:t>v -0.521328 13.822418 0.021812</w:t>
        <w:br/>
        <w:t>v -0.533678 13.845874 0.039569</w:t>
        <w:br/>
        <w:t>v -0.628781 13.869794 0.032929</w:t>
        <w:br/>
        <w:t>v -0.541940 13.797668 0.039456</w:t>
        <w:br/>
        <w:t>v -0.521328 13.822418 0.021812</w:t>
        <w:br/>
        <w:t>v -0.503821 13.802699 0.040991</w:t>
        <w:br/>
        <w:t>v -0.330832 13.929166 0.040199</w:t>
        <w:br/>
        <w:t>v -0.506726 13.851141 0.040601</w:t>
        <w:br/>
        <w:t>v -0.521328 13.822418 0.021812</w:t>
        <w:br/>
        <w:t>v -0.384471 13.955514 0.039230</w:t>
        <w:br/>
        <w:t>v -0.418188 13.983320 0.036778</w:t>
        <w:br/>
        <w:t>v -0.411938 14.032355 0.032213</w:t>
        <w:br/>
        <w:t>v -0.322557 13.958632 0.038501</w:t>
        <w:br/>
        <w:t>v -0.392583 13.934812 0.040324</w:t>
        <w:br/>
        <w:t>v -0.330832 13.929166 0.040199</w:t>
        <w:br/>
        <w:t>v -0.506726 13.851141 0.040601</w:t>
        <w:br/>
        <w:t>v -0.503821 13.802699 0.040991</w:t>
        <w:br/>
        <w:t>v -0.533678 13.845874 0.039569</w:t>
        <w:br/>
        <w:t>v -0.541940 13.797668 0.039456</w:t>
        <w:br/>
        <w:t>v -0.566728 13.873264 0.037054</w:t>
        <w:br/>
        <w:t>v -0.628781 13.869794 0.032929</w:t>
        <w:br/>
        <w:t>v -0.558302 13.893851 0.036677</w:t>
        <w:br/>
        <w:t>v -0.619964 13.899058 0.032275</w:t>
        <w:br/>
        <w:t>v -0.444926 13.978013 0.036489</w:t>
        <w:br/>
        <w:t>v -0.449642 14.027200 0.031735</w:t>
        <w:br/>
        <w:t>v 0.158368 15.494955 1.890873</w:t>
        <w:br/>
        <w:t>v 0.163499 15.445971 1.912932</w:t>
        <w:br/>
        <w:t>v 0.109143 15.473032 1.897639</w:t>
        <w:br/>
        <w:t>v 0.080117 15.368750 1.940273</w:t>
        <w:br/>
        <w:t>v -2.956560 15.405256 -0.007929</w:t>
        <w:br/>
        <w:t>v -2.978628 15.351898 -0.009187</w:t>
        <w:br/>
        <w:t>v -2.997763 15.383514 -0.026895</w:t>
        <w:br/>
        <w:t>v -2.978628 15.351898 -0.009187</w:t>
        <w:br/>
        <w:t>v -2.956560 15.405256 -0.007929</w:t>
        <w:br/>
        <w:t>v -2.952686 15.399446 -0.089525</w:t>
        <w:br/>
        <w:t>v -2.977920 15.348625 -0.088934</w:t>
        <w:br/>
        <w:t>v -2.956560 15.405256 -0.007929</w:t>
        <w:br/>
        <w:t>v -2.970663 15.429171 -0.009766</w:t>
        <w:br/>
        <w:t>v -2.967083 15.424219 -0.091311</w:t>
        <w:br/>
        <w:t>v -2.952686 15.399446 -0.089525</w:t>
        <w:br/>
        <w:t>v -2.994753 15.385206 -0.075540</w:t>
        <w:br/>
        <w:t>v -2.977920 15.348625 -0.088934</w:t>
        <w:br/>
        <w:t>v -2.952686 15.399446 -0.089525</w:t>
        <w:br/>
        <w:t>v -2.967083 15.424219 -0.091311</w:t>
        <w:br/>
        <w:t>v -3.040723 15.358709 -0.089261</w:t>
        <w:br/>
        <w:t>v -3.022125 15.330557 -0.087777</w:t>
        <w:br/>
        <w:t>v -3.014414 15.415092 -0.090607</w:t>
        <w:br/>
        <w:t>v -2.967083 15.424219 -0.091311</w:t>
        <w:br/>
        <w:t>v -2.970663 15.429171 -0.009766</w:t>
        <w:br/>
        <w:t>v -3.014340 15.412872 -0.011891</w:t>
        <w:br/>
        <w:t>v -3.014414 15.415092 -0.090607</w:t>
        <w:br/>
        <w:t>v -3.014340 15.412872 -0.011891</w:t>
        <w:br/>
        <w:t>v -2.970663 15.429171 -0.009766</w:t>
        <w:br/>
        <w:t>v -3.022125 15.330557 -0.087777</w:t>
        <w:br/>
        <w:t>v -3.019126 15.334719 -0.011916</w:t>
        <w:br/>
        <w:t>v -3.022125 15.330557 -0.087777</w:t>
        <w:br/>
        <w:t>v -3.040723 15.358709 -0.089261</w:t>
        <w:br/>
        <w:t>v -3.034220 15.363108 -0.011753</w:t>
        <w:br/>
        <w:t>v -3.019126 15.334719 -0.011916</w:t>
        <w:br/>
        <w:t>v -3.034220 15.363108 -0.011753</w:t>
        <w:br/>
        <w:t>v -3.019126 15.334719 -0.011916</w:t>
        <w:br/>
        <w:t>v 2.978639 15.351888 -0.009186</w:t>
        <w:br/>
        <w:t>v 2.956571 15.405246 -0.007928</w:t>
        <w:br/>
        <w:t>v 2.997774 15.383504 -0.026893</w:t>
        <w:br/>
        <w:t>v 2.952697 15.399436 -0.089524</w:t>
        <w:br/>
        <w:t>v 2.956571 15.405246 -0.007928</w:t>
        <w:br/>
        <w:t>v 2.978639 15.351888 -0.009186</w:t>
        <w:br/>
        <w:t>v 2.977931 15.348614 -0.088933</w:t>
        <w:br/>
        <w:t>v 2.967095 15.424209 -0.091310</w:t>
        <w:br/>
        <w:t>v 2.970674 15.429161 -0.009764</w:t>
        <w:br/>
        <w:t>v 2.956571 15.405246 -0.007928</w:t>
        <w:br/>
        <w:t>v 2.952697 15.399436 -0.089524</w:t>
        <w:br/>
        <w:t>v 2.977931 15.348614 -0.088933</w:t>
        <w:br/>
        <w:t>v 2.994764 15.385195 -0.075539</w:t>
        <w:br/>
        <w:t>v 2.952697 15.399436 -0.089524</w:t>
        <w:br/>
        <w:t>v 2.967095 15.424209 -0.091310</w:t>
        <w:br/>
        <w:t>v 3.022137 15.330546 -0.087776</w:t>
        <w:br/>
        <w:t>v 3.040734 15.358698 -0.089260</w:t>
        <w:br/>
        <w:t>v 3.014425 15.415081 -0.090606</w:t>
        <w:br/>
        <w:t>v 3.014351 15.412861 -0.011890</w:t>
        <w:br/>
        <w:t>v 2.970674 15.429161 -0.009764</w:t>
        <w:br/>
        <w:t>v 2.967095 15.424209 -0.091310</w:t>
        <w:br/>
        <w:t>v 3.014425 15.415081 -0.090606</w:t>
        <w:br/>
        <w:t>v 3.014351 15.412861 -0.011890</w:t>
        <w:br/>
        <w:t>v 2.970674 15.429161 -0.009764</w:t>
        <w:br/>
        <w:t>v 3.019138 15.334708 -0.011915</w:t>
        <w:br/>
        <w:t>v 3.022137 15.330546 -0.087776</w:t>
        <w:br/>
        <w:t>v 3.034231 15.363097 -0.011751</w:t>
        <w:br/>
        <w:t>v 3.040734 15.358698 -0.089260</w:t>
        <w:br/>
        <w:t>v 3.022137 15.330546 -0.087776</w:t>
        <w:br/>
        <w:t>v 3.019138 15.334708 -0.011915</w:t>
        <w:br/>
        <w:t>v 3.034231 15.363097 -0.011751</w:t>
        <w:br/>
        <w:t>v 3.019138 15.334708 -0.011915</w:t>
        <w:br/>
        <w:t>v 1.274316 18.768604 0.247088</w:t>
        <w:br/>
        <w:t>v 1.258168 18.778481 0.245705</w:t>
        <w:br/>
        <w:t>v 1.267537 18.780907 0.234310</w:t>
        <w:br/>
        <w:t>v 1.274316 18.768604 0.247088</w:t>
        <w:br/>
        <w:t>v 1.272920 18.755577 0.233342</w:t>
        <w:br/>
        <w:t>v 1.263538 18.753151 0.244749</w:t>
        <w:br/>
        <w:t>v 1.256155 18.764606 0.250924</w:t>
        <w:br/>
        <w:t>v 1.274919 18.769451 0.228123</w:t>
        <w:br/>
        <w:t>v 1.544262 13.109170 0.179444</w:t>
        <w:br/>
        <w:t>v 1.442871 13.178100 0.113934</w:t>
        <w:br/>
        <w:t>v 1.440330 13.198436 0.087523</w:t>
        <w:br/>
        <w:t>v 1.584959 13.099145 0.181771</w:t>
        <w:br/>
        <w:t>v 1.422534 13.194212 0.113317</w:t>
        <w:br/>
        <w:t>v 1.406134 13.214271 0.148280</w:t>
        <w:br/>
        <w:t>v 1.404323 13.242201 0.163812</w:t>
        <w:br/>
        <w:t>v 1.440330 13.198436 0.087523</w:t>
        <w:br/>
        <w:t>v 1.406134 13.214271 0.148280</w:t>
        <w:br/>
        <w:t>v 1.417504 13.209290 0.168427</w:t>
        <w:br/>
        <w:t>v 1.404323 13.242201 0.163812</w:t>
        <w:br/>
        <w:t>v 1.361501 13.251481 0.154769</w:t>
        <w:br/>
        <w:t>v 1.405632 13.198287 0.062483</w:t>
        <w:br/>
        <w:t>v 1.375523 13.246327 0.184010</w:t>
        <w:br/>
        <w:t>v 1.530478 13.141124 0.284822</w:t>
        <w:br/>
        <w:t>v 1.550714 13.142346 0.259053</w:t>
        <w:br/>
        <w:t>v 1.519776 13.140081 0.234416</w:t>
        <w:br/>
        <w:t>v 1.550714 13.142346 0.259053</w:t>
        <w:br/>
        <w:t>v 1.404323 13.242201 0.163812</w:t>
        <w:br/>
        <w:t>v 1.433828 13.175546 0.060823</w:t>
        <w:br/>
        <w:t>v 1.585789 13.071288 0.159900</w:t>
        <w:br/>
        <w:t>v 1.584959 13.099145 0.181771</w:t>
        <w:br/>
        <w:t>v 1.555430 13.103901 0.199189</w:t>
        <w:br/>
        <w:t>v 1.550714 13.142346 0.259053</w:t>
        <w:br/>
        <w:t>v 1.539772 13.123734 0.234567</w:t>
        <w:br/>
        <w:t>v 1.599209 13.065657 0.188637</w:t>
        <w:br/>
        <w:t>v 1.557932 13.117960 0.282609</w:t>
        <w:br/>
        <w:t>v 1.361501 13.251481 0.154769</w:t>
        <w:br/>
        <w:t>v 1.406134 13.214271 0.148280</w:t>
        <w:br/>
        <w:t>v 1.422534 13.194212 0.113317</w:t>
        <w:br/>
        <w:t>v 1.405632 13.198287 0.062483</w:t>
        <w:br/>
        <w:t>v 1.442871 13.178100 0.113934</w:t>
        <w:br/>
        <w:t>v 1.433828 13.175546 0.060823</w:t>
        <w:br/>
        <w:t>v 1.544262 13.109170 0.179444</w:t>
        <w:br/>
        <w:t>v 1.585789 13.071288 0.159900</w:t>
        <w:br/>
        <w:t>v 1.555430 13.103901 0.199189</w:t>
        <w:br/>
        <w:t>v 1.599209 13.065657 0.188637</w:t>
        <w:br/>
        <w:t>v 1.539772 13.123734 0.234567</w:t>
        <w:br/>
        <w:t>v 1.557932 13.117960 0.282609</w:t>
        <w:br/>
        <w:t>v 1.519776 13.140081 0.234416</w:t>
        <w:br/>
        <w:t>v 1.530478 13.141124 0.284822</w:t>
        <w:br/>
        <w:t>v 1.417504 13.209290 0.168427</w:t>
        <w:br/>
        <w:t>v 1.375523 13.246327 0.184010</w:t>
        <w:br/>
        <w:t>v 0.356640 1.000910 0.026497</w:t>
        <w:br/>
        <w:t>v 0.362664 0.868995 0.146891</w:t>
        <w:br/>
        <w:t>v 0.384107 0.774383 -0.008629</w:t>
        <w:br/>
        <w:t>v 0.336770 1.378794 -0.028663</w:t>
        <w:br/>
        <w:t>v 0.366148 1.480587 -0.153345</w:t>
        <w:br/>
        <w:t>v 0.342492 1.452881 0.046960</w:t>
        <w:br/>
        <w:t>v 0.340429 1.165057 0.263186</w:t>
        <w:br/>
        <w:t>v 0.336015 1.204773 0.038181</w:t>
        <w:br/>
        <w:t>v 0.474669 0.609115 1.090462</w:t>
        <w:br/>
        <w:t>v 0.344012 0.566846 0.941646</w:t>
        <w:br/>
        <w:t>v 0.410831 0.673078 0.945104</w:t>
        <w:br/>
        <w:t>v 0.847371 0.594689 1.091745</w:t>
        <w:br/>
        <w:t>v 0.662548 0.612572 1.124066</w:t>
        <w:br/>
        <w:t>v 0.678445 0.711751 0.996051</w:t>
        <w:br/>
        <w:t>v 1.032610 0.604084 0.551537</w:t>
        <w:br/>
        <w:t>v 0.935885 0.896411 0.709611</w:t>
        <w:br/>
        <w:t>v 1.013695 0.859838 0.346165</w:t>
        <w:br/>
        <w:t>v 0.993208 0.550985 0.968144</w:t>
        <w:br/>
        <w:t>v 0.962697 0.638455 0.907299</w:t>
        <w:br/>
        <w:t>v 1.051022 0.494040 0.789357</w:t>
        <w:br/>
        <w:t>v 0.348892 0.772357 0.536810</w:t>
        <w:br/>
        <w:t>v 0.334580 0.492231 0.373505</w:t>
        <w:br/>
        <w:t>v 0.375177 0.690372 0.268970</w:t>
        <w:br/>
        <w:t>v 0.894850 2.039330 -0.241354</w:t>
        <w:br/>
        <w:t>v 0.900434 2.240704 -0.243869</w:t>
        <w:br/>
        <w:t>v 0.696142 2.248061 -0.328470</w:t>
        <w:br/>
        <w:t>v 0.689263 2.041507 -0.327754</w:t>
        <w:br/>
        <w:t>v 1.018939 0.492393 0.373480</w:t>
        <w:br/>
        <w:t>v 1.003734 0.573876 0.309642</w:t>
        <w:br/>
        <w:t>v 0.439897 1.626083 0.358252</w:t>
        <w:br/>
        <w:t>v 0.689451 1.630635 0.500705</w:t>
        <w:br/>
        <w:t>v 0.685765 1.300831 0.652414</w:t>
        <w:br/>
        <w:t>v 0.431596 1.241357 0.527341</w:t>
        <w:br/>
        <w:t>v 0.307981 0.502970 0.772052</w:t>
        <w:br/>
        <w:t>v 0.378787 0.686561 0.157744</w:t>
        <w:br/>
        <w:t>v 1.018462 1.121517 0.187526</w:t>
        <w:br/>
        <w:t>v 1.014148 0.998179 0.084525</w:t>
        <w:br/>
        <w:t>v 0.922429 1.233861 0.507181</w:t>
        <w:br/>
        <w:t>v 0.685476 0.970737 0.822308</w:t>
        <w:br/>
        <w:t>v 0.685765 1.300831 0.652414</w:t>
        <w:br/>
        <w:t>v 0.426024 0.916948 0.731984</w:t>
        <w:br/>
        <w:t>v 1.039879 0.464901 0.571295</w:t>
        <w:br/>
        <w:t>v 0.456183 1.593851 -0.276393</w:t>
        <w:br/>
        <w:t>v 0.467226 1.818427 -0.249416</w:t>
        <w:br/>
        <w:t>v 0.384246 1.812290 0.025190</w:t>
        <w:br/>
        <w:t>v 0.358376 1.604125 0.039452</w:t>
        <w:br/>
        <w:t>v 0.672045 1.582532 -0.368528</w:t>
        <w:br/>
        <w:t>v 0.683012 1.821294 -0.337803</w:t>
        <w:br/>
        <w:t>v 0.683012 1.821294 -0.337803</w:t>
        <w:br/>
        <w:t>v 0.898333 1.817735 -0.243316</w:t>
        <w:br/>
        <w:t>v 0.970157 2.033042 0.008967</w:t>
        <w:br/>
        <w:t>v 0.969226 1.810755 0.022625</w:t>
        <w:br/>
        <w:t>v 0.918166 1.622850 0.331388</w:t>
        <w:br/>
        <w:t>v 0.910092 1.806843 0.284278</w:t>
        <w:br/>
        <w:t>v 0.982884 1.608325 0.043187</w:t>
        <w:br/>
        <w:t>v 0.903527 2.026653 0.263301</w:t>
        <w:br/>
        <w:t>v 0.694331 1.804617 0.439458</w:t>
        <w:br/>
        <w:t>v 0.704468 2.023144 0.402446</w:t>
        <w:br/>
        <w:t>v 0.457051 1.808516 0.313103</w:t>
        <w:br/>
        <w:t>v 0.694331 1.804617 0.439458</w:t>
        <w:br/>
        <w:t>v 0.473866 2.039230 -0.237254</w:t>
        <w:br/>
        <w:t>v 0.403992 2.032829 0.017595</w:t>
        <w:br/>
        <w:t>v 0.689263 2.041507 -0.327754</w:t>
        <w:br/>
        <w:t>v 0.913286 1.593887 -0.253390</w:t>
        <w:br/>
        <w:t>v 0.672045 1.582532 -0.368528</w:t>
        <w:br/>
        <w:t>v 0.689451 1.630635 0.500705</w:t>
        <w:br/>
        <w:t>v 0.476294 2.026188 0.281511</w:t>
        <w:br/>
        <w:t>v 0.704468 2.023144 0.402446</w:t>
        <w:br/>
        <w:t>v 1.003094 1.418358 0.078086</w:t>
        <w:br/>
        <w:t>v 0.468986 1.554008 -0.297270</w:t>
        <w:br/>
        <w:t>v 1.020663 1.233748 0.024284</w:t>
        <w:br/>
        <w:t>v 1.005773 1.394878 -0.067423</w:t>
        <w:br/>
        <w:t>v 0.946425 1.530741 -0.219396</w:t>
        <w:br/>
        <w:t>v 0.847197 1.569766 -0.320876</w:t>
        <w:br/>
        <w:t>v 0.847197 1.569766 -0.320876</w:t>
        <w:br/>
        <w:t>v 0.355948 0.577700 0.309265</w:t>
        <w:br/>
        <w:t>v 0.966923 0.744412 0.052291</w:t>
        <w:br/>
        <w:t>v 0.321714 0.473730 0.585292</w:t>
        <w:br/>
        <w:t>v 1.074766 0.485601 0.797318</w:t>
        <w:br/>
        <w:t>v 1.075067 0.277637 1.105176</w:t>
        <w:br/>
        <w:t>v 1.023429 0.560431 0.986355</w:t>
        <w:br/>
        <w:t>v 0.954397 0.803861 -0.092401</w:t>
        <w:br/>
        <w:t>v 0.966923 0.744412 0.052291</w:t>
        <w:br/>
        <w:t>v 1.037012 0.998331 0.076413</w:t>
        <w:br/>
        <w:t>v 0.858049 0.874114 -0.349840</w:t>
        <w:br/>
        <w:t>v 0.925861 0.842924 -0.221359</w:t>
        <w:br/>
        <w:t>v 1.017745 1.026338 -0.224893</w:t>
        <w:br/>
        <w:t>v 0.767524 0.886703 -0.433863</w:t>
        <w:br/>
        <w:t>v 0.868048 1.054536 -0.417224</w:t>
        <w:br/>
        <w:t>v 0.668410 1.058661 -0.515132</w:t>
        <w:br/>
        <w:t>v 0.668410 1.058661 -0.515132</w:t>
        <w:br/>
        <w:t>v 0.449819 1.048851 -0.412206</w:t>
        <w:br/>
        <w:t>v 0.541551 0.885962 -0.428619</w:t>
        <w:br/>
        <w:t>v 0.450045 0.858620 -0.298742</w:t>
        <w:br/>
        <w:t>v 0.339775 1.009160 -0.201941</w:t>
        <w:br/>
        <w:t>v 0.397739 0.820891 -0.142254</w:t>
        <w:br/>
        <w:t>v 1.044533 1.223725 0.014940</w:t>
        <w:br/>
        <w:t>v 1.012665 1.250237 -0.224327</w:t>
        <w:br/>
        <w:t>v 0.872412 1.285037 -0.427348</w:t>
        <w:br/>
        <w:t>v 0.670536 1.297500 -0.485175</w:t>
        <w:br/>
        <w:t>v 0.670536 1.297500 -0.485175</w:t>
        <w:br/>
        <w:t>v 0.437268 1.283842 -0.379948</w:t>
        <w:br/>
        <w:t>v 0.315452 1.244540 -0.168840</w:t>
        <w:br/>
        <w:t>v 1.037906 1.391923 -0.074893</w:t>
        <w:br/>
        <w:t>v 0.978595 1.533797 -0.230162</w:t>
        <w:br/>
        <w:t>v 0.854881 1.567502 -0.341589</w:t>
        <w:br/>
        <w:t>v 0.456120 1.557920 -0.312789</w:t>
        <w:br/>
        <w:t>v 0.672045 1.582532 -0.381909</w:t>
        <w:br/>
        <w:t>v 0.332884 1.477883 -0.157898</w:t>
        <w:br/>
        <w:t>v 0.334580 0.492231 0.373505</w:t>
        <w:br/>
        <w:t>v 0.307880 0.230464 0.505985</w:t>
        <w:br/>
        <w:t>v 0.281809 0.221145 0.491195</w:t>
        <w:br/>
        <w:t>v 0.325261 0.478321 0.363016</w:t>
        <w:br/>
        <w:t>v 0.259561 0.154792 0.581934</w:t>
        <w:br/>
        <w:t>v 0.291933 0.173996 0.594422</w:t>
        <w:br/>
        <w:t>v 0.267434 0.167330 0.791130</w:t>
        <w:br/>
        <w:t>v 0.228409 0.147271 0.791130</w:t>
        <w:br/>
        <w:t>v 1.061698 0.214755 0.524686</w:t>
        <w:br/>
        <w:t>v 1.018939 0.492393 0.373480</w:t>
        <w:br/>
        <w:t>v 1.040898 0.481300 0.365155</w:t>
        <w:br/>
        <w:t>v 1.087820 0.204316 0.511758</w:t>
        <w:br/>
        <w:t>v 0.378787 0.686561 0.157744</w:t>
        <w:br/>
        <w:t>v 0.355948 0.577700 0.309265</w:t>
        <w:br/>
        <w:t>v 0.343094 0.566394 0.302197</w:t>
        <w:br/>
        <w:t>v 0.364273 0.676677 0.151959</w:t>
        <w:br/>
        <w:t>v 1.003734 0.573876 0.309642</w:t>
        <w:br/>
        <w:t>v 1.021568 0.567336 0.300512</w:t>
        <w:br/>
        <w:t>v 0.984380 0.740425 0.036407</w:t>
        <w:br/>
        <w:t>v 0.966923 0.744412 0.052291</w:t>
        <w:br/>
        <w:t>v 1.094183 0.147270 0.573181</w:t>
        <w:br/>
        <w:t>v 1.065534 0.167329 0.595667</w:t>
        <w:br/>
        <w:t>v 0.848529 0.816149 -0.353060</w:t>
        <w:br/>
        <w:t>v 0.876071 0.781739 -0.213021</w:t>
        <w:br/>
        <w:t>v 0.769813 0.830637 -0.433750</w:t>
        <w:br/>
        <w:t>v 0.672522 0.890527 -0.467769</w:t>
        <w:br/>
        <w:t>v 0.675880 0.832989 -0.457067</w:t>
        <w:br/>
        <w:t>v 0.672522 0.890527 -0.467769</w:t>
        <w:br/>
        <w:t>v 0.552316 0.825116 -0.417024</w:t>
        <w:br/>
        <w:t>v 0.675880 0.832989 -0.457067</w:t>
        <w:br/>
        <w:t>v 0.449944 0.637451 0.073331</w:t>
        <w:br/>
        <w:t>v 0.364273 0.676677 0.151959</w:t>
        <w:br/>
        <w:t>v 0.432186 0.522237 0.200818</w:t>
        <w:br/>
        <w:t>v 0.385074 0.336987 0.313968</w:t>
        <w:br/>
        <w:t>v 0.325261 0.478321 0.363016</w:t>
        <w:br/>
        <w:t>v 0.281809 0.221145 0.491195</w:t>
        <w:br/>
        <w:t>v 0.324292 0.061010 0.416554</w:t>
        <w:br/>
        <w:t>v 0.971475 0.344658 0.305089</w:t>
        <w:br/>
        <w:t>v 1.042343 0.052746 0.417736</w:t>
        <w:br/>
        <w:t>v 1.087820 0.204316 0.511758</w:t>
        <w:br/>
        <w:t>v 0.343094 0.566394 0.302197</w:t>
        <w:br/>
        <w:t>v 1.040898 0.481300 0.365155</w:t>
        <w:br/>
        <w:t>v 1.021568 0.567336 0.300512</w:t>
        <w:br/>
        <w:t>v 0.928766 0.519759 0.194002</w:t>
        <w:br/>
        <w:t>v 1.051209 0.008917 0.449517</w:t>
        <w:br/>
        <w:t>v 1.067194 -0.000792 0.506073</w:t>
        <w:br/>
        <w:t>v 1.094183 0.147270 0.573181</w:t>
        <w:br/>
        <w:t>v 0.313124 0.012981 0.446322</w:t>
        <w:br/>
        <w:t>v 0.259561 0.154792 0.581934</w:t>
        <w:br/>
        <w:t>v 0.299768 0.000681 0.495571</w:t>
        <w:br/>
        <w:t>v 0.899853 0.646455 0.053649</w:t>
        <w:br/>
        <w:t>v 0.449944 0.637451 0.073331</w:t>
        <w:br/>
        <w:t>v 0.432186 0.522237 0.200818</w:t>
        <w:br/>
        <w:t>v 0.928766 0.519759 0.194002</w:t>
        <w:br/>
        <w:t>v 0.884284 0.733937 -0.100701</w:t>
        <w:br/>
        <w:t>v 0.460785 0.722442 -0.061840</w:t>
        <w:br/>
        <w:t>v 0.971475 0.344658 0.305089</w:t>
        <w:br/>
        <w:t>v 0.385074 0.336987 0.313968</w:t>
        <w:br/>
        <w:t>v 0.324292 0.061010 0.416554</w:t>
        <w:br/>
        <w:t>v 1.042343 0.052746 0.417736</w:t>
        <w:br/>
        <w:t>v 0.971475 0.344658 0.305089</w:t>
        <w:br/>
        <w:t>v 0.313124 0.012981 0.446322</w:t>
        <w:br/>
        <w:t>v 1.051209 0.008917 0.449517</w:t>
        <w:br/>
        <w:t>v 0.299768 0.000681 0.495571</w:t>
        <w:br/>
        <w:t>v 1.067194 -0.000792 0.506073</w:t>
        <w:br/>
        <w:t>v 0.219316 0.000768 1.106068</w:t>
        <w:br/>
        <w:t>v 1.104672 0.000766 1.103994</w:t>
        <w:br/>
        <w:t>v 1.094812 0.000906 0.804851</w:t>
        <w:br/>
        <w:t>v 0.235842 0.000755 0.789558</w:t>
        <w:br/>
        <w:t>v 0.468897 0.766938 -0.161848</w:t>
        <w:br/>
        <w:t>v 0.484982 0.804843 -0.309042</w:t>
        <w:br/>
        <w:t>v 0.375617 0.767680 -0.015182</w:t>
        <w:br/>
        <w:t>v 0.460785 0.722442 -0.061840</w:t>
        <w:br/>
        <w:t>v 0.375617 0.767680 -0.015182</w:t>
        <w:br/>
        <w:t>v 0.384107 0.774383 -0.008629</w:t>
        <w:br/>
        <w:t>v 0.672045 1.582532 -0.381909</w:t>
        <w:br/>
        <w:t>v 0.329424 0.527242 1.042559</w:t>
        <w:br/>
        <w:t>v 0.271471 0.406672 0.924579</w:t>
        <w:br/>
        <w:t>v 0.290588 0.498946 0.778265</w:t>
        <w:br/>
        <w:t>v 0.316130 0.580454 0.958976</w:t>
        <w:br/>
        <w:t>v 0.311830 1.203504 0.027189</w:t>
        <w:br/>
        <w:t>v 0.336631 0.995954 0.015945</w:t>
        <w:br/>
        <w:t>v 0.312170 1.369223 -0.034812</w:t>
        <w:br/>
        <w:t>v 0.468897 0.766938 -0.161848</w:t>
        <w:br/>
        <w:t>v 0.876071 0.781739 -0.213021</w:t>
        <w:br/>
        <w:t>v 0.848529 0.816149 -0.353060</w:t>
        <w:br/>
        <w:t>v 0.484982 0.804843 -0.309042</w:t>
        <w:br/>
        <w:t>v 0.769813 0.830637 -0.433750</w:t>
        <w:br/>
        <w:t>v 0.552316 0.825116 -0.417024</w:t>
        <w:br/>
        <w:t>v 0.675880 0.832989 -0.457067</w:t>
        <w:br/>
        <w:t>v 0.966533 0.449368 1.251063</w:t>
        <w:br/>
        <w:t>v 0.825652 0.507610 1.295156</w:t>
        <w:br/>
        <w:t>v 0.854666 0.617918 1.120382</w:t>
        <w:br/>
        <w:t>v 0.466104 0.622169 1.108032</w:t>
        <w:br/>
        <w:t>v 0.485585 0.512364 1.284579</w:t>
        <w:br/>
        <w:t>v 0.356035 0.448639 1.249579</w:t>
        <w:br/>
        <w:t>v 0.660134 0.640669 1.160198</w:t>
        <w:br/>
        <w:t>v 0.653355 0.534888 1.298791</w:t>
        <w:br/>
        <w:t>v 1.061698 0.214755 0.524686</w:t>
        <w:br/>
        <w:t>v 1.065534 0.167329 0.595667</w:t>
        <w:br/>
        <w:t>v 1.065459 0.457002 0.571219</w:t>
        <w:br/>
        <w:t>v 1.018939 0.492393 0.373480</w:t>
        <w:br/>
        <w:t>v 1.111992 0.147270 0.805593</w:t>
        <w:br/>
        <w:t>v 1.079708 0.167329 0.806750</w:t>
        <w:br/>
        <w:t>v 1.094812 0.000906 0.804851</w:t>
        <w:br/>
        <w:t>v 1.111992 0.147270 0.805593</w:t>
        <w:br/>
        <w:t>v 1.078425 0.167329 1.105289</w:t>
        <w:br/>
        <w:t>v 1.116154 0.147269 1.104409</w:t>
        <w:br/>
        <w:t>v 1.104672 0.000766 1.103994</w:t>
        <w:br/>
        <w:t>v 1.116154 0.147269 1.104409</w:t>
        <w:br/>
        <w:t>v 1.079708 0.167329 0.806750</w:t>
        <w:br/>
        <w:t>v 1.078425 0.167329 1.105289</w:t>
        <w:br/>
        <w:t>v 0.256870 0.277663 1.102774</w:t>
        <w:br/>
        <w:t>v 0.245563 0.167330 1.101302</w:t>
        <w:br/>
        <w:t>v 0.212324 0.147271 1.106031</w:t>
        <w:br/>
        <w:t>v 0.235842 0.000755 0.789558</w:t>
        <w:br/>
        <w:t>v 0.228409 0.147271 0.791130</w:t>
        <w:br/>
        <w:t>v 0.212324 0.147271 1.106031</w:t>
        <w:br/>
        <w:t>v 0.219316 0.000768 1.106068</w:t>
        <w:br/>
        <w:t>v 0.299869 0.277663 1.301343</w:t>
        <w:br/>
        <w:t>v 0.398317 0.397262 1.437936</w:t>
        <w:br/>
        <w:t>v 0.899199 0.401337 1.447105</w:t>
        <w:br/>
        <w:t>v 1.018926 0.277675 1.314649</w:t>
        <w:br/>
        <w:t>v 0.640439 0.428213 1.513898</w:t>
        <w:br/>
        <w:t>v 0.826670 0.167327 1.667280</w:t>
        <w:br/>
        <w:t>v 0.811566 0.365884 1.619591</w:t>
        <w:br/>
        <w:t>v 0.942210 0.167327 1.497209</w:t>
        <w:br/>
        <w:t>v 0.457313 0.365343 1.608158</w:t>
        <w:br/>
        <w:t>v 0.811566 0.365884 1.619591</w:t>
        <w:br/>
        <w:t>v 0.291228 0.167330 1.300261</w:t>
        <w:br/>
        <w:t>v 0.258052 0.147270 1.305946</w:t>
        <w:br/>
        <w:t>v 1.030446 0.167329 1.314599</w:t>
        <w:br/>
        <w:t>v 1.060642 0.147269 1.315969</w:t>
        <w:br/>
        <w:t>v 0.942210 0.167327 1.497209</w:t>
        <w:br/>
        <w:t>v 0.965627 0.147267 1.504830</w:t>
        <w:br/>
        <w:t>v 0.826670 0.167327 1.667280</w:t>
        <w:br/>
        <w:t>v 0.841686 0.147267 1.684522</w:t>
        <w:br/>
        <w:t>v 0.359305 0.167529 1.488242</w:t>
        <w:br/>
        <w:t>v 0.333712 0.147470 1.499661</w:t>
        <w:br/>
        <w:t>v 0.441454 0.168950 1.657571</w:t>
        <w:br/>
        <w:t>v 0.530407 0.167327 1.785297</w:t>
        <w:br/>
        <w:t>v 0.523742 0.147267 1.818864</w:t>
        <w:br/>
        <w:t>v 0.417257 0.148903 1.671631</w:t>
        <w:br/>
        <w:t>v 0.731517 0.147267 1.823731</w:t>
        <w:br/>
        <w:t>v 0.726361 0.167327 1.789812</w:t>
        <w:br/>
        <w:t>v 0.624026 0.167327 1.798905</w:t>
        <w:br/>
        <w:t>v 0.622165 0.147267 1.832823</w:t>
        <w:br/>
        <w:t>v 0.263472 0.000780 1.307443</w:t>
        <w:br/>
        <w:t>v 1.060051 0.000779 1.317554</w:t>
        <w:br/>
        <w:t>v 0.336453 0.000979 1.501510</w:t>
        <w:br/>
        <w:t>v 0.959641 0.000777 1.508175</w:t>
        <w:br/>
        <w:t>v 0.419257 0.002412 1.675567</w:t>
        <w:br/>
        <w:t>v 0.841108 0.000777 1.690534</w:t>
        <w:br/>
        <w:t>v 0.618429 0.000777 1.838697</w:t>
        <w:br/>
        <w:t>v 0.727392 0.000777 1.828975</w:t>
        <w:br/>
        <w:t>v 0.518837 0.000777 1.825780</w:t>
        <w:br/>
        <w:t>v 0.618429 0.000777 1.838697</w:t>
        <w:br/>
        <w:t>v 0.518837 0.000777 1.825780</w:t>
        <w:br/>
        <w:t>v 1.060051 0.000779 1.317554</w:t>
        <w:br/>
        <w:t>v 0.959641 0.000777 1.508175</w:t>
        <w:br/>
        <w:t>v 0.841108 0.000777 1.690534</w:t>
        <w:br/>
        <w:t>v 0.727392 0.000777 1.828975</w:t>
        <w:br/>
        <w:t>v 0.419257 0.002412 1.675567</w:t>
        <w:br/>
        <w:t>v 0.336453 0.000979 1.501510</w:t>
        <w:br/>
        <w:t>v 0.263472 0.000780 1.307443</w:t>
        <w:br/>
        <w:t>v 1.030446 0.167329 1.314599</w:t>
        <w:br/>
        <w:t>v 0.731844 0.355734 1.697036</w:t>
        <w:br/>
        <w:t>v 0.726361 0.167327 1.789812</w:t>
        <w:br/>
        <w:t>v 0.631786 0.360689 1.707826</w:t>
        <w:br/>
        <w:t>v 0.624026 0.167327 1.798905</w:t>
        <w:br/>
        <w:t>v 0.530407 0.167327 1.785297</w:t>
        <w:br/>
        <w:t>v 0.535438 0.354112 1.692634</w:t>
        <w:br/>
        <w:t>v 0.441454 0.168950 1.657571</w:t>
        <w:br/>
        <w:t>v 0.359305 0.167529 1.488242</w:t>
        <w:br/>
        <w:t>v 0.291228 0.167330 1.300261</w:t>
        <w:br/>
        <w:t>v 0.245563 0.167330 1.101302</w:t>
        <w:br/>
        <w:t>v 0.307880 0.230464 0.505985</w:t>
        <w:br/>
        <w:t>v 0.297039 0.465203 0.582727</w:t>
        <w:br/>
        <w:t>v 0.291933 0.173996 0.594422</w:t>
        <w:br/>
        <w:t>v 0.267434 0.167330 0.791130</w:t>
        <w:br/>
        <w:t>v 0.291933 0.173996 0.594422</w:t>
        <w:br/>
        <w:t>v 0.884284 0.733937 -0.100701</w:t>
        <w:br/>
        <w:t>v 0.954397 0.803861 -0.092401</w:t>
        <w:br/>
        <w:t>v 0.984380 0.740425 0.036407</w:t>
        <w:br/>
        <w:t>v 0.899853 0.646455 0.053649</w:t>
        <w:br/>
        <w:t>v 0.397739 0.820891 -0.142254</w:t>
        <w:br/>
        <w:t>v 1.074766 0.485601 0.797318</w:t>
        <w:br/>
        <w:t>v 1.051022 0.494040 0.789357</w:t>
        <w:br/>
        <w:t>v 1.039879 0.464901 0.571295</w:t>
        <w:br/>
        <w:t>v 1.065459 0.457002 0.571219</w:t>
        <w:br/>
        <w:t>v 0.297039 0.465203 0.582727</w:t>
        <w:br/>
        <w:t>v 0.321714 0.473730 0.585292</w:t>
        <w:br/>
        <w:t>v 0.307981 0.502970 0.772052</w:t>
        <w:br/>
        <w:t>v 0.290588 0.498946 0.778265</w:t>
        <w:br/>
        <w:t>v 0.344012 0.566846 0.941646</w:t>
        <w:br/>
        <w:t>v 0.316130 0.580454 0.958976</w:t>
        <w:br/>
        <w:t>v 0.474669 0.609115 1.090462</w:t>
        <w:br/>
        <w:t>v 0.466104 0.622169 1.108032</w:t>
        <w:br/>
        <w:t>v 0.662548 0.612572 1.124066</w:t>
        <w:br/>
        <w:t>v 0.660134 0.640669 1.160198</w:t>
        <w:br/>
        <w:t>v 0.847371 0.594689 1.091745</w:t>
        <w:br/>
        <w:t>v 0.854666 0.617918 1.120382</w:t>
        <w:br/>
        <w:t>v 0.993208 0.550985 0.968144</w:t>
        <w:br/>
        <w:t>v 1.023429 0.560431 0.986355</w:t>
        <w:br/>
        <w:t>v 0.993208 0.550985 0.968144</w:t>
        <w:br/>
        <w:t>v 1.018939 0.492393 0.373480</w:t>
        <w:br/>
        <w:t>v 0.334580 0.492231 0.373505</w:t>
        <w:br/>
        <w:t>v 1.037012 0.998331 0.076413</w:t>
        <w:br/>
        <w:t>v 1.014148 0.998179 0.084525</w:t>
        <w:br/>
        <w:t>v 1.020663 1.233748 0.024284</w:t>
        <w:br/>
        <w:t>v 1.044533 1.223725 0.014940</w:t>
        <w:br/>
        <w:t>v 0.311830 1.203504 0.027189</w:t>
        <w:br/>
        <w:t>v 0.336015 1.204773 0.038181</w:t>
        <w:br/>
        <w:t>v 0.356640 1.000910 0.026497</w:t>
        <w:br/>
        <w:t>v 0.336631 0.995954 0.015945</w:t>
        <w:br/>
        <w:t>v 0.384107 0.774383 -0.008629</w:t>
        <w:br/>
        <w:t>v 1.005773 1.394878 -0.067423</w:t>
        <w:br/>
        <w:t>v 1.037906 1.391923 -0.074893</w:t>
        <w:br/>
        <w:t>v 0.946425 1.530741 -0.219396</w:t>
        <w:br/>
        <w:t>v 0.978595 1.533797 -0.230162</w:t>
        <w:br/>
        <w:t>v 0.847197 1.569766 -0.320876</w:t>
        <w:br/>
        <w:t>v 0.854881 1.567502 -0.341589</w:t>
        <w:br/>
        <w:t>v 0.672045 1.582532 -0.368528</w:t>
        <w:br/>
        <w:t>v 0.672045 1.582532 -0.381909</w:t>
        <w:br/>
        <w:t>v 0.672045 1.582532 -0.381909</w:t>
        <w:br/>
        <w:t>v 0.672045 1.582532 -0.368528</w:t>
        <w:br/>
        <w:t>v 0.468986 1.554008 -0.297270</w:t>
        <w:br/>
        <w:t>v 0.456120 1.557920 -0.312789</w:t>
        <w:br/>
        <w:t>v 0.366148 1.480587 -0.153345</w:t>
        <w:br/>
        <w:t>v 0.332884 1.477883 -0.157898</w:t>
        <w:br/>
        <w:t>v 0.336770 1.378794 -0.028663</w:t>
        <w:br/>
        <w:t>v 0.312170 1.369223 -0.034812</w:t>
        <w:br/>
        <w:t>v 0.966923 0.744412 0.052291</w:t>
        <w:br/>
        <w:t>v 0.413047 2.244703 0.015432</w:t>
        <w:br/>
        <w:t>v 0.474646 2.250489 -0.230915</w:t>
        <w:br/>
        <w:t>v 0.696142 2.248061 -0.328470</w:t>
        <w:br/>
        <w:t>v 0.979666 2.231586 0.001196</w:t>
        <w:br/>
        <w:t>v 0.906609 2.225787 0.255655</w:t>
        <w:br/>
        <w:t>v 0.716051 2.226102 0.399227</w:t>
        <w:br/>
        <w:t>v 0.716051 2.226102 0.399227</w:t>
        <w:br/>
        <w:t>v 0.490329 2.235183 0.274456</w:t>
        <w:br/>
        <w:t>v 0.703261 2.398199 -0.331853</w:t>
        <w:br/>
        <w:t>v 0.907980 2.395016 -0.248811</w:t>
        <w:br/>
        <w:t>v 0.993789 2.392551 -0.005382</w:t>
        <w:br/>
        <w:t>v 0.917865 2.395028 0.252674</w:t>
        <w:br/>
        <w:t>v 0.726955 2.397959 0.406358</w:t>
        <w:br/>
        <w:t>v 0.498781 2.402700 0.282568</w:t>
        <w:br/>
        <w:t>v 0.726955 2.397959 0.406358</w:t>
        <w:br/>
        <w:t>v 0.414393 2.404160 0.012615</w:t>
        <w:br/>
        <w:t>v 0.477740 2.403455 -0.232361</w:t>
        <w:br/>
        <w:t>v 0.703261 2.398199 -0.331853</w:t>
        <w:br/>
        <w:t>v 0.374166 14.840237 2.005257</w:t>
        <w:br/>
        <w:t>v 0.279717 14.863755 1.929044</w:t>
        <w:br/>
        <w:t>v 0.374203 14.792722 2.006187</w:t>
        <w:br/>
        <w:t>v 0.377323 14.940699 2.038899</w:t>
        <w:br/>
        <w:t>v 0.379134 14.913421 2.035390</w:t>
        <w:br/>
        <w:t>v 0.301600 14.958253 1.986254</w:t>
        <w:br/>
        <w:t>v 0.397269 15.104744 2.063926</w:t>
        <w:br/>
        <w:t>v 0.311875 15.076559 2.009847</w:t>
        <w:br/>
        <w:t>v 0.410361 15.056914 2.085092</w:t>
        <w:br/>
        <w:t>v 0.385435 15.170154 2.083218</w:t>
        <w:br/>
        <w:t>v 0.286483 15.173325 2.017859</w:t>
        <w:br/>
        <w:t>v 0.361087 15.187397 2.066479</w:t>
        <w:br/>
        <w:t>v 0.337481 15.424740 2.043377</w:t>
        <w:br/>
        <w:t>v 0.277718 15.350677 1.989109</w:t>
        <w:br/>
        <w:t>v 0.367677 15.382157 2.073522</w:t>
        <w:br/>
        <w:t>v 0.379272 15.075390 2.029756</w:t>
        <w:br/>
        <w:t>v 0.370255 15.097737 2.015117</w:t>
        <w:br/>
        <w:t>v 0.361526 14.832375 1.959604</w:t>
        <w:br/>
        <w:t>v 0.279717 14.863755 1.929044</w:t>
        <w:br/>
        <w:t>v 0.374166 14.840237 2.005257</w:t>
        <w:br/>
        <w:t>v 0.273026 14.676553 1.814912</w:t>
        <w:br/>
        <w:t>v 0.322778 14.637341 1.803757</w:t>
        <w:br/>
        <w:t>v 0.319508 14.669019 1.802323</w:t>
        <w:br/>
        <w:t>v 0.326966 14.734355 1.848818</w:t>
        <w:br/>
        <w:t>v 0.259456 14.740052 1.857810</w:t>
        <w:br/>
        <w:t>v 0.251797 14.511161 1.596912</w:t>
        <w:br/>
        <w:t>v 0.307925 14.504284 1.602622</w:t>
        <w:br/>
        <w:t>v 0.342611 14.539586 1.654638</w:t>
        <w:br/>
        <w:t>v 0.301600 14.958253 1.986254</w:t>
        <w:br/>
        <w:t>v 0.388264 14.946546 2.066290</w:t>
        <w:br/>
        <w:t>v 0.403607 14.995707 2.082351</w:t>
        <w:br/>
        <w:t>v 0.343844 14.576245 1.819389</w:t>
        <w:br/>
        <w:t>v 0.263443 14.559405 1.659027</w:t>
        <w:br/>
        <w:t>v 0.321420 14.522869 1.750621</w:t>
        <w:br/>
        <w:t>v 0.289300 14.927643 1.932791</w:t>
        <w:br/>
        <w:t>v 0.357703 14.844993 1.943205</w:t>
        <w:br/>
        <w:t>v 0.361489 14.914892 1.956750</w:t>
        <w:br/>
        <w:t>v 0.343643 14.723992 1.932540</w:t>
        <w:br/>
        <w:t>v 0.334147 14.689771 1.888924</w:t>
        <w:br/>
        <w:t>v 0.368947 14.943087 1.990253</w:t>
        <w:br/>
        <w:t>v 0.286483 15.173325 2.017859</w:t>
        <w:br/>
        <w:t>v 0.304292 15.130967 1.996504</w:t>
        <w:br/>
        <w:t>v 0.362860 15.133657 2.017808</w:t>
        <w:br/>
        <w:t>v 0.355327 15.168569 2.027027</w:t>
        <w:br/>
        <w:t>v 0.393597 15.224384 2.097015</w:t>
        <w:br/>
        <w:t>v 0.389170 15.303616 2.090110</w:t>
        <w:br/>
        <w:t>v 0.195505 14.523035 1.617399</w:t>
        <w:br/>
        <w:t>v 0.196347 14.432472 1.581984</w:t>
        <w:br/>
        <w:t>v 0.291526 14.439302 1.591693</w:t>
        <w:br/>
        <w:t>v 0.195115 14.591110 1.651167</w:t>
        <w:br/>
        <w:t>v 0.205528 14.730344 1.794614</w:t>
        <w:br/>
        <w:t>v 0.223928 14.892582 1.911449</w:t>
        <w:br/>
        <w:t>v 0.240227 15.067630 1.978972</w:t>
        <w:br/>
        <w:t>v 0.235247 15.229929 1.990304</w:t>
        <w:br/>
        <w:t>v 0.226293 15.337887 1.977853</w:t>
        <w:br/>
        <w:t>v 0.349856 15.199712 2.049438</w:t>
        <w:br/>
        <w:t>v 0.337481 15.424740 2.043377</w:t>
        <w:br/>
        <w:t>v 0.335217 15.381527 2.010037</w:t>
        <w:br/>
        <w:t>v 0.277718 15.350677 1.989109</w:t>
        <w:br/>
        <w:t>v 0.382215 14.954984 2.030460</w:t>
        <w:br/>
        <w:t>v 0.259456 14.740052 1.857810</w:t>
        <w:br/>
        <w:t>v 0.330890 14.732115 1.876411</w:t>
        <w:br/>
        <w:t>v 0.334147 14.689771 1.888924</w:t>
        <w:br/>
        <w:t>v 0.322778 14.637341 1.803757</w:t>
        <w:br/>
        <w:t>v 0.273026 14.676553 1.814912</w:t>
        <w:br/>
        <w:t>v 0.348019 14.638964 1.837764</w:t>
        <w:br/>
        <w:t>v 0.379272 15.075390 2.029756</w:t>
        <w:br/>
        <w:t>v 0.311875 15.076559 2.009847</w:t>
        <w:br/>
        <w:t>v 0.389547 15.091891 2.050972</w:t>
        <w:br/>
        <w:t>v 0.349856 15.199712 2.049438</w:t>
        <w:br/>
        <w:t>v 0.348019 14.638964 1.837764</w:t>
        <w:br/>
        <w:t>v 0.324891 14.497140 1.697888</w:t>
        <w:br/>
        <w:t>v 0.385435 15.170154 2.083218</w:t>
        <w:br/>
        <w:t>v 0.382215 14.954984 2.030460</w:t>
        <w:br/>
        <w:t>v 0.330890 14.732115 1.876411</w:t>
        <w:br/>
        <w:t>v 0.326966 14.734355 1.848818</w:t>
        <w:br/>
        <w:t>v 0.223928 14.892582 1.911449</w:t>
        <w:br/>
        <w:t>v 0.304292 15.130967 1.996504</w:t>
        <w:br/>
        <w:t>v 0.235247 15.229929 1.990304</w:t>
        <w:br/>
        <w:t>v 0.379134 14.913421 2.035390</w:t>
        <w:br/>
        <w:t>v 0.397269 15.104744 2.063926</w:t>
        <w:br/>
        <w:t>v 0.324891 14.497140 1.697888</w:t>
        <w:br/>
        <w:t>v 0.263443 14.559405 1.659027</w:t>
        <w:br/>
        <w:t>v 0.342611 14.539586 1.654638</w:t>
        <w:br/>
        <w:t>v 0.357703 14.844993 1.943205</w:t>
        <w:br/>
        <w:t>v 0.290683 14.374218 1.580248</w:t>
        <w:br/>
        <w:t>v 0.327457 14.695496 1.865696</w:t>
        <w:br/>
        <w:t>v 0.255834 14.708599 1.860628</w:t>
        <w:br/>
        <w:t>v 0.327721 14.672858 1.886862</w:t>
        <w:br/>
        <w:t>v 0.363363 14.851580 2.013708</w:t>
        <w:br/>
        <w:t>v 0.357439 14.792584 2.018223</w:t>
        <w:br/>
        <w:t>v 0.288583 14.876431 1.965779</w:t>
        <w:br/>
        <w:t>v 0.365589 14.907658 2.035113</w:t>
        <w:br/>
        <w:t>v 0.376983 14.922447 2.017154</w:t>
        <w:br/>
        <w:t>v 0.286810 14.928649 1.993309</w:t>
        <w:br/>
        <w:t>v 0.384969 15.119649 2.061310</w:t>
        <w:br/>
        <w:t>v 0.391081 15.063366 2.095744</w:t>
        <w:br/>
        <w:t>v 0.304002 15.117246 2.033931</w:t>
        <w:br/>
        <w:t>v 0.299638 15.151166 2.058632</w:t>
        <w:br/>
        <w:t>v 0.371123 15.155780 2.091292</w:t>
        <w:br/>
        <w:t>v 0.367802 15.165136 2.066127</w:t>
        <w:br/>
        <w:t>v 0.328627 15.429708 2.053865</w:t>
        <w:br/>
        <w:t>v 0.351391 15.385880 2.088023</w:t>
        <w:br/>
        <w:t>v 0.264512 15.378885 2.027618</w:t>
        <w:br/>
        <w:t>v 0.348787 15.131434 2.032460</w:t>
        <w:br/>
        <w:t>v 0.299638 15.151166 2.058632</w:t>
        <w:br/>
        <w:t>v 0.344247 15.178329 2.048772</w:t>
        <w:br/>
        <w:t>v 0.378128 15.110467 2.040560</w:t>
        <w:br/>
        <w:t>v 0.304002 15.117246 2.033931</w:t>
        <w:br/>
        <w:t>v 0.363916 15.088797 2.029190</w:t>
        <w:br/>
        <w:t>v 0.288583 14.876431 1.965779</w:t>
        <w:br/>
        <w:t>v 0.351905 14.843116 1.961956</w:t>
        <w:br/>
        <w:t>v 0.363363 14.851580 2.013708</w:t>
        <w:br/>
        <w:t>v 0.255834 14.708599 1.860628</w:t>
        <w:br/>
        <w:t>v 0.327872 14.717706 1.862954</w:t>
        <w:br/>
        <w:t>v 0.320741 14.698298 1.832393</w:t>
        <w:br/>
        <w:t>v 0.334261 14.646245 1.854050</w:t>
        <w:br/>
        <w:t>v 0.326325 14.571946 1.830506</w:t>
        <w:br/>
        <w:t>v 0.263166 14.679836 1.845297</w:t>
        <w:br/>
        <w:t>v 0.263166 14.679836 1.845297</w:t>
        <w:br/>
        <w:t>v 0.338977 14.655159 1.837939</w:t>
        <w:br/>
        <w:t>v 0.334261 14.646245 1.854050</w:t>
        <w:br/>
        <w:t>v 0.328752 14.526983 1.652865</w:t>
        <w:br/>
        <w:t>v 0.293764 14.498169 1.620681</w:t>
        <w:br/>
        <w:t>v 0.256878 14.530869 1.651494</w:t>
        <w:br/>
        <w:t>v 0.323622 15.422613 2.027279</w:t>
        <w:br/>
        <w:t>v 0.328627 15.429708 2.053865</w:t>
        <w:br/>
        <w:t>v 0.264512 15.378885 2.027618</w:t>
        <w:br/>
        <w:t>v 0.371135 14.945893 2.073409</w:t>
        <w:br/>
        <w:t>v 0.286810 14.928649 1.993309</w:t>
        <w:br/>
        <w:t>v 0.289627 15.025123 2.041603</w:t>
        <w:br/>
        <w:t>v 0.304039 14.514054 1.757211</w:t>
        <w:br/>
        <w:t>v 0.246150 14.519902 1.674496</w:t>
        <w:br/>
        <w:t>v 0.243786 14.596166 1.765273</w:t>
        <w:br/>
        <w:t>v 0.350082 14.905331 1.970910</w:t>
        <w:br/>
        <w:t>v 0.351905 14.843116 1.961956</w:t>
        <w:br/>
        <w:t>v 0.332387 14.721704 1.945166</w:t>
        <w:br/>
        <w:t>v 0.261984 14.770638 1.925748</w:t>
        <w:br/>
        <w:t>v 0.372355 15.303766 2.106070</w:t>
        <w:br/>
        <w:t>v 0.377159 15.220110 2.112547</w:t>
        <w:br/>
        <w:t>v 0.275228 15.283784 2.063184</w:t>
        <w:br/>
        <w:t>v 0.256878 14.530869 1.651494</w:t>
        <w:br/>
        <w:t>v 0.246150 14.519902 1.674496</w:t>
        <w:br/>
        <w:t>v 0.324363 14.492940 1.670371</w:t>
        <w:br/>
        <w:t>v 0.279980 14.442998 1.611601</w:t>
        <w:br/>
        <w:t>v 0.281137 14.387913 1.603036</w:t>
        <w:br/>
        <w:t>v 0.181193 14.450418 1.608507</w:t>
        <w:br/>
        <w:t>v 0.192069 14.586808 1.664548</w:t>
        <w:br/>
        <w:t>v 0.208841 14.720356 1.811164</w:t>
        <w:br/>
        <w:t>v 0.230300 14.890971 1.933131</w:t>
        <w:br/>
        <w:t>v 0.236325 15.066749 1.997623</w:t>
        <w:br/>
        <w:t>v 0.304002 15.117246 2.033931</w:t>
        <w:br/>
        <w:t>v 0.229541 15.230683 2.006930</w:t>
        <w:br/>
        <w:t>v 0.215879 15.337836 1.999070</w:t>
        <w:br/>
        <w:t>v 0.268600 15.377051 1.999887</w:t>
        <w:br/>
        <w:t>v 0.215879 15.337836 1.999070</w:t>
        <w:br/>
        <w:t>v 0.384969 15.119649 2.061310</w:t>
        <w:br/>
        <w:t>v 0.344247 15.178329 2.048772</w:t>
        <w:br/>
        <w:t>v 0.376983 14.922447 2.017154</w:t>
        <w:br/>
        <w:t>v 0.371600 14.941050 2.017997</w:t>
        <w:br/>
        <w:t>v 0.286810 14.928649 1.993309</w:t>
        <w:br/>
        <w:t>v 0.327872 14.717706 1.862954</w:t>
        <w:br/>
        <w:t>v 0.328752 14.526983 1.652865</w:t>
        <w:br/>
        <w:t>v 0.192069 14.586808 1.664548</w:t>
        <w:br/>
        <w:t>v 0.334147 14.689771 1.888924</w:t>
        <w:br/>
        <w:t>v 0.327457 14.695496 1.865696</w:t>
        <w:br/>
        <w:t>v 0.327721 14.672858 1.886862</w:t>
        <w:br/>
        <w:t>v 0.357439 14.792584 2.018223</w:t>
        <w:br/>
        <w:t>v 0.363363 14.851580 2.013708</w:t>
        <w:br/>
        <w:t>v 0.374166 14.840237 2.005257</w:t>
        <w:br/>
        <w:t>v 0.374203 14.792722 2.006187</w:t>
        <w:br/>
        <w:t>v 0.379134 14.913421 2.035390</w:t>
        <w:br/>
        <w:t>v 0.377323 14.940699 2.038899</w:t>
        <w:br/>
        <w:t>v 0.376983 14.922447 2.017154</w:t>
        <w:br/>
        <w:t>v 0.397269 15.104744 2.063926</w:t>
        <w:br/>
        <w:t>v 0.410361 15.056914 2.085092</w:t>
        <w:br/>
        <w:t>v 0.385435 15.170154 2.083218</w:t>
        <w:br/>
        <w:t>v 0.361087 15.187397 2.066479</w:t>
        <w:br/>
        <w:t>v 0.367802 15.165136 2.066127</w:t>
        <w:br/>
        <w:t>v 0.367677 15.382157 2.073522</w:t>
        <w:br/>
        <w:t>v 0.351391 15.385880 2.088023</w:t>
        <w:br/>
        <w:t>v 0.328627 15.429708 2.053865</w:t>
        <w:br/>
        <w:t>v 0.370255 15.097737 2.015117</w:t>
        <w:br/>
        <w:t>v 0.379272 15.075390 2.029756</w:t>
        <w:br/>
        <w:t>v 0.363916 15.088797 2.029190</w:t>
        <w:br/>
        <w:t>v 0.379272 15.075390 2.029756</w:t>
        <w:br/>
        <w:t>v 0.389547 15.091891 2.050972</w:t>
        <w:br/>
        <w:t>v 0.361526 14.832375 1.959604</w:t>
        <w:br/>
        <w:t>v 0.319508 14.669019 1.802323</w:t>
        <w:br/>
        <w:t>v 0.322778 14.637341 1.803757</w:t>
        <w:br/>
        <w:t>v 0.324803 14.650810 1.815666</w:t>
        <w:br/>
        <w:t>v 0.348019 14.638964 1.837764</w:t>
        <w:br/>
        <w:t>v 0.343844 14.576245 1.819389</w:t>
        <w:br/>
        <w:t>v 0.327872 14.717706 1.862954</w:t>
        <w:br/>
        <w:t>v 0.330890 14.732115 1.876411</w:t>
        <w:br/>
        <w:t>v 0.326966 14.734355 1.848818</w:t>
        <w:br/>
        <w:t>v 0.337481 15.424740 2.043377</w:t>
        <w:br/>
        <w:t>v 0.382227 14.997893 2.091770</w:t>
        <w:br/>
        <w:t>v 0.403607 14.995707 2.082351</w:t>
        <w:br/>
        <w:t>v 0.388264 14.946546 2.066290</w:t>
        <w:br/>
        <w:t>v 0.304039 14.514054 1.757211</w:t>
        <w:br/>
        <w:t>v 0.321420 14.522869 1.750621</w:t>
        <w:br/>
        <w:t>v 0.310931 14.475267 1.690279</w:t>
        <w:br/>
        <w:t>v 0.324891 14.497140 1.697888</w:t>
        <w:br/>
        <w:t>v 0.365589 14.907658 2.035113</w:t>
        <w:br/>
        <w:t>v 0.379134 14.913421 2.035390</w:t>
        <w:br/>
        <w:t>v 0.332387 14.721704 1.945166</w:t>
        <w:br/>
        <w:t>v 0.343643 14.723992 1.932540</w:t>
        <w:br/>
        <w:t>v 0.334147 14.689771 1.888924</w:t>
        <w:br/>
        <w:t>v 0.382215 14.954984 2.030460</w:t>
        <w:br/>
        <w:t>v 0.368947 14.943087 1.990253</w:t>
        <w:br/>
        <w:t>v 0.371600 14.941050 2.017997</w:t>
        <w:br/>
        <w:t>v 0.362860 15.133657 2.017808</w:t>
        <w:br/>
        <w:t>v 0.355327 15.168569 2.027027</w:t>
        <w:br/>
        <w:t>v 0.377159 15.220110 2.112547</w:t>
        <w:br/>
        <w:t>v 0.372355 15.303766 2.106070</w:t>
        <w:br/>
        <w:t>v 0.389170 15.303616 2.090110</w:t>
        <w:br/>
        <w:t>v 0.393597 15.224384 2.097015</w:t>
        <w:br/>
        <w:t>v 0.371123 15.155780 2.091292</w:t>
        <w:br/>
        <w:t>v 0.385435 15.170154 2.083218</w:t>
        <w:br/>
        <w:t>v 0.324363 14.492940 1.670371</w:t>
        <w:br/>
        <w:t>v 0.307925 14.504284 1.602622</w:t>
        <w:br/>
        <w:t>v 0.291526 14.439302 1.591693</w:t>
        <w:br/>
        <w:t>v 0.397269 15.104744 2.063926</w:t>
        <w:br/>
        <w:t>v 0.349856 15.199712 2.049438</w:t>
        <w:br/>
        <w:t>v 0.277718 15.350677 1.989109</w:t>
        <w:br/>
        <w:t>v 0.335217 15.381527 2.010037</w:t>
        <w:br/>
        <w:t>v 0.337481 15.424740 2.043377</w:t>
        <w:br/>
        <w:t>v 0.226293 15.337887 1.977853</w:t>
        <w:br/>
        <w:t>v 0.268600 15.377051 1.999887</w:t>
        <w:br/>
        <w:t>v 0.361489 14.914892 1.956750</w:t>
        <w:br/>
        <w:t>v 0.350082 14.905331 1.970910</w:t>
        <w:br/>
        <w:t>v 0.357703 14.844993 1.943205</w:t>
        <w:br/>
        <w:t>v 0.348019 14.638964 1.837764</w:t>
        <w:br/>
        <w:t>v 0.338977 14.655159 1.837939</w:t>
        <w:br/>
        <w:t>v 0.328752 14.526983 1.652865</w:t>
        <w:br/>
        <w:t>v 0.342611 14.539586 1.654638</w:t>
        <w:br/>
        <w:t>v 0.349856 15.199712 2.049438</w:t>
        <w:br/>
        <w:t>v 0.385435 15.170154 2.083218</w:t>
        <w:br/>
        <w:t>v 0.327721 14.672858 1.886862</w:t>
        <w:br/>
        <w:t>v 0.310931 14.475267 1.690279</w:t>
        <w:br/>
        <w:t>v 0.371123 15.155780 2.091292</w:t>
        <w:br/>
        <w:t>v 0.320779 14.710146 1.817729</w:t>
        <w:br/>
        <w:t>v 0.320741 14.698298 1.832393</w:t>
        <w:br/>
        <w:t>v 0.324803 14.650810 1.815666</w:t>
        <w:br/>
        <w:t>v 0.371600 14.941050 2.017997</w:t>
        <w:br/>
        <w:t>v 0.379134 14.913421 2.035390</w:t>
        <w:br/>
        <w:t>v 0.226293 15.337887 1.977853</w:t>
        <w:br/>
        <w:t>v 0.310931 14.475267 1.690279</w:t>
        <w:br/>
        <w:t>v 0.185107 14.521285 1.634138</w:t>
        <w:br/>
        <w:t>v 0.351905 14.843116 1.961956</w:t>
        <w:br/>
        <w:t>v 0.281137 14.387913 1.603036</w:t>
        <w:br/>
        <w:t>v 0.290683 14.374218 1.580248</w:t>
        <w:br/>
        <w:t>v 0.196347 14.432472 1.581984</w:t>
        <w:br/>
        <w:t>v 0.181193 14.450418 1.608507</w:t>
        <w:br/>
        <w:t>v 0.290683 14.374218 1.580248</w:t>
        <w:br/>
        <w:t>v 0.281137 14.387913 1.603036</w:t>
        <w:br/>
        <w:t>v 0.374166 14.840237 2.005257</w:t>
        <w:br/>
        <w:t>v 0.553241 14.279821 0.094127</w:t>
        <w:br/>
        <w:t>v 0.535508 14.246281 0.091586</w:t>
        <w:br/>
        <w:t>v 0.541934 14.212574 0.103924</w:t>
        <w:br/>
        <w:t>v 0.612249 14.276136 0.126473</w:t>
        <w:br/>
        <w:t>v 0.584569 14.292171 0.110552</w:t>
        <w:br/>
        <w:t>v 0.568999 14.197509 0.122197</w:t>
        <w:br/>
        <w:t>v 0.600604 14.207885 0.135679</w:t>
        <w:br/>
        <w:t>v 0.618575 14.239829 0.136547</w:t>
        <w:br/>
        <w:t>v 0.455611 14.680867 0.056345</w:t>
        <w:br/>
        <w:t>v 0.611646 14.757724 0.055742</w:t>
        <w:br/>
        <w:t>v 0.561416 14.795919 0.015749</w:t>
        <w:br/>
        <w:t>v 0.320074 14.686944 0.021358</w:t>
        <w:br/>
        <w:t>v 0.282935 14.174293 0.164364</w:t>
        <w:br/>
        <w:t>v 0.000003 14.172657 0.140633</w:t>
        <w:br/>
        <w:t>v 0.000003 14.059908 0.151297</w:t>
        <w:br/>
        <w:t>v 0.274723 14.060903 0.172036</w:t>
        <w:br/>
        <w:t>v 0.547103 14.302217 0.203238</w:t>
        <w:br/>
        <w:t>v 0.292079 14.300472 0.148455</w:t>
        <w:br/>
        <w:t>v 0.517951 14.175110 0.211526</w:t>
        <w:br/>
        <w:t>v 0.000004 14.466705 0.082353</w:t>
        <w:br/>
        <w:t>v 0.000004 14.296976 0.119303</w:t>
        <w:br/>
        <w:t>v 0.304643 14.473936 0.111870</w:t>
        <w:br/>
        <w:t>v 0.320892 14.698250 0.029130</w:t>
        <w:br/>
        <w:t>v 0.320074 14.686944 0.021358</w:t>
        <w:br/>
        <w:t>v 0.561416 14.795919 0.015749</w:t>
        <w:br/>
        <w:t>v 0.555870 14.803781 0.022616</w:t>
        <w:br/>
        <w:t>v 0.314604 14.611410 0.056886</w:t>
        <w:br/>
        <w:t>v 0.000004 14.505442 0.067388</w:t>
        <w:br/>
        <w:t>v 0.000004 14.505442 0.067388</w:t>
        <w:br/>
        <w:t>v 0.314604 14.611410 0.056886</w:t>
        <w:br/>
        <w:t>v 0.000004 14.578108 0.037971</w:t>
        <w:br/>
        <w:t>v 0.491855 14.061380 0.213739</w:t>
        <w:br/>
        <w:t>v 0.579652 14.480436 0.174551</w:t>
        <w:br/>
        <w:t>v 0.000004 14.589375 0.046070</w:t>
        <w:br/>
        <w:t>v 0.000004 14.578108 0.037971</w:t>
        <w:br/>
        <w:t>v 0.602516 14.678604 0.089648</w:t>
        <w:br/>
        <w:t>v 0.611646 14.757724 0.055742</w:t>
        <w:br/>
        <w:t>v 0.455611 14.680867 0.056345</w:t>
        <w:br/>
        <w:t>v -0.561407 14.795919 0.015749</w:t>
        <w:br/>
        <w:t>v -0.611638 14.757725 0.055742</w:t>
        <w:br/>
        <w:t>v -0.455602 14.680869 0.056345</w:t>
        <w:br/>
        <w:t>v -0.320066 14.686945 0.021358</w:t>
        <w:br/>
        <w:t>v 0.000003 14.059908 0.151297</w:t>
        <w:br/>
        <w:t>v 0.000003 14.172657 0.140633</w:t>
        <w:br/>
        <w:t>v -0.282928 14.174293 0.164364</w:t>
        <w:br/>
        <w:t>v -0.274716 14.060903 0.172036</w:t>
        <w:br/>
        <w:t>v -0.292071 14.300472 0.148455</w:t>
        <w:br/>
        <w:t>v -0.547096 14.302218 0.203238</w:t>
        <w:br/>
        <w:t>v -0.517944 14.175112 0.211526</w:t>
        <w:br/>
        <w:t>v 0.000004 14.296976 0.119303</w:t>
        <w:br/>
        <w:t>v 0.000004 14.466705 0.082353</w:t>
        <w:br/>
        <w:t>v -0.304635 14.473936 0.111870</w:t>
        <w:br/>
        <w:t>v -0.561407 14.795919 0.015749</w:t>
        <w:br/>
        <w:t>v -0.320066 14.686945 0.021358</w:t>
        <w:br/>
        <w:t>v -0.320883 14.698250 0.029130</w:t>
        <w:br/>
        <w:t>v -0.555861 14.803781 0.022616</w:t>
        <w:br/>
        <w:t>v 0.000004 14.505442 0.067388</w:t>
        <w:br/>
        <w:t>v -0.314595 14.611411 0.056886</w:t>
        <w:br/>
        <w:t>v -0.314595 14.611411 0.056886</w:t>
        <w:br/>
        <w:t>v 0.000004 14.505442 0.067388</w:t>
        <w:br/>
        <w:t>v 0.000004 14.578108 0.037971</w:t>
        <w:br/>
        <w:t>v -0.491848 14.061382 0.213739</w:t>
        <w:br/>
        <w:t>v -0.579644 14.480439 0.174551</w:t>
        <w:br/>
        <w:t>v 0.000004 14.578108 0.037971</w:t>
        <w:br/>
        <w:t>v 0.000004 14.589375 0.046070</w:t>
        <w:br/>
        <w:t>v -0.611638 14.757725 0.055742</w:t>
        <w:br/>
        <w:t>v -0.602507 14.678607 0.089648</w:t>
        <w:br/>
        <w:t>v -0.455602 14.680869 0.056345</w:t>
        <w:br/>
        <w:t>v -0.888107 13.601133 1.382518</w:t>
        <w:br/>
        <w:t>v -0.870387 13.629495 1.361641</w:t>
        <w:br/>
        <w:t>v -0.790212 13.750442 1.353593</w:t>
        <w:br/>
        <w:t>v -0.773699 13.775002 1.372030</w:t>
        <w:br/>
        <w:t>v -0.891389 13.615899 1.357504</w:t>
        <w:br/>
        <w:t>v -0.862073 13.579931 1.383373</w:t>
        <w:br/>
        <w:t>v -0.888107 13.601133 1.382518</w:t>
        <w:br/>
        <w:t>v -0.773699 13.775002 1.372030</w:t>
        <w:br/>
        <w:t>v -0.742799 13.763006 1.373728</w:t>
        <w:br/>
        <w:t>v -0.892018 13.563205 1.376456</w:t>
        <w:br/>
        <w:t>v -0.953114 13.641530 1.338061</w:t>
        <w:br/>
        <w:t>v -0.921371 13.634350 1.337231</w:t>
        <w:br/>
        <w:t>v -0.970683 13.612430 1.322742</w:t>
        <w:br/>
        <w:t>v -0.966609 13.645428 1.311348</w:t>
        <w:br/>
        <w:t>v -0.953114 13.641530 1.338061</w:t>
        <w:br/>
        <w:t>v -0.842706 13.828491 1.296571</w:t>
        <w:br/>
        <w:t>v -0.835675 13.815513 1.324391</w:t>
        <w:br/>
        <w:t>v -0.916819 13.658230 1.329861</w:t>
        <w:br/>
        <w:t>v -0.835675 13.815513 1.324391</w:t>
        <w:br/>
        <w:t>v -0.834858 13.779305 1.320089</w:t>
        <w:br/>
        <w:t>v -0.786024 13.774250 1.346600</w:t>
        <w:br/>
        <w:t>v -0.814522 13.792811 1.324881</w:t>
        <w:br/>
        <w:t>v -0.835675 13.815513 1.324391</w:t>
        <w:br/>
        <w:t>v -0.773699 13.775002 1.372030</w:t>
        <w:br/>
        <w:t>v -0.813818 13.845105 1.304708</w:t>
        <w:br/>
        <w:t>v -0.739504 13.795893 1.363277</w:t>
        <w:br/>
        <w:t>v -0.814522 13.792811 1.324881</w:t>
        <w:br/>
        <w:t>v -0.786024 13.774250 1.346600</w:t>
        <w:br/>
        <w:t>v -0.739504 13.795893 1.363277</w:t>
        <w:br/>
        <w:t>v -0.813818 13.845105 1.304708</w:t>
        <w:br/>
        <w:t>v -0.834858 13.779305 1.320089</w:t>
        <w:br/>
        <w:t>v -0.842706 13.828491 1.296571</w:t>
        <w:br/>
        <w:t>v -0.916819 13.658230 1.329861</w:t>
        <w:br/>
        <w:t>v -0.966609 13.645428 1.311348</w:t>
        <w:br/>
        <w:t>v -0.921371 13.634350 1.337231</w:t>
        <w:br/>
        <w:t>v -0.970683 13.612430 1.322742</w:t>
        <w:br/>
        <w:t>v -0.891389 13.615899 1.357504</w:t>
        <w:br/>
        <w:t>v -0.892018 13.563205 1.376456</w:t>
        <w:br/>
        <w:t>v -0.870387 13.629495 1.361641</w:t>
        <w:br/>
        <w:t>v -0.862073 13.579931 1.383373</w:t>
        <w:br/>
        <w:t>v -0.790212 13.750442 1.353593</w:t>
        <w:br/>
        <w:t>v -0.742799 13.763006 1.373728</w:t>
        <w:br/>
        <w:t>v -0.726941 13.483304 1.511841</w:t>
        <w:br/>
        <w:t>v -0.725028 13.541409 1.484147</w:t>
        <w:br/>
        <w:t>v -0.723129 13.546604 1.469609</w:t>
        <w:br/>
        <w:t>v -0.725683 13.468639 1.506772</w:t>
        <w:br/>
        <w:t>v -0.743479 13.482713 1.509464</w:t>
        <w:br/>
        <w:t>v -0.741566 13.540805 1.481770</w:t>
        <w:br/>
        <w:t>v -0.725028 13.541409 1.484147</w:t>
        <w:br/>
        <w:t>v -0.726941 13.483304 1.511841</w:t>
        <w:br/>
        <w:t>v -0.742221 13.468048 1.504383</w:t>
        <w:br/>
        <w:t>v -0.739667 13.546013 1.467231</w:t>
        <w:br/>
        <w:t>v -0.741566 13.540805 1.481770</w:t>
        <w:br/>
        <w:t>v -0.743479 13.482713 1.509464</w:t>
        <w:br/>
        <w:t>v -0.725683 13.468639 1.506772</w:t>
        <w:br/>
        <w:t>v -0.723129 13.546604 1.469609</w:t>
        <w:br/>
        <w:t>v -0.739667 13.546013 1.467231</w:t>
        <w:br/>
        <w:t>v -0.742221 13.468048 1.504383</w:t>
        <w:br/>
        <w:t>v -0.732550 13.500068 1.546627</w:t>
        <w:br/>
        <w:t>v -0.734461 13.494851 1.561178</w:t>
        <w:br/>
        <w:t>v -0.749088 13.499476 1.544250</w:t>
        <w:br/>
        <w:t>v -0.743479 13.482713 1.509464</w:t>
        <w:br/>
        <w:t>v -0.726941 13.483304 1.511841</w:t>
        <w:br/>
        <w:t>v -0.732550 13.500068 1.546627</w:t>
        <w:br/>
        <w:t>v -0.750999 13.494257 1.558788</w:t>
        <w:br/>
        <w:t>v -0.749088 13.499476 1.544250</w:t>
        <w:br/>
        <w:t>v -0.734461 13.494851 1.561178</w:t>
        <w:br/>
        <w:t>v -0.725683 13.468639 1.506772</w:t>
        <w:br/>
        <w:t>v -0.742221 13.468048 1.504383</w:t>
        <w:br/>
        <w:t>v -0.750999 13.494257 1.558788</w:t>
        <w:br/>
        <w:t>v -0.730637 13.558160 1.518946</w:t>
        <w:br/>
        <w:t>v -0.731895 13.572824 1.524014</w:t>
        <w:br/>
        <w:t>v -0.747175 13.557570 1.516556</w:t>
        <w:br/>
        <w:t>v -0.749088 13.499476 1.544250</w:t>
        <w:br/>
        <w:t>v -0.732550 13.500068 1.546627</w:t>
        <w:br/>
        <w:t>v -0.730637 13.558160 1.518946</w:t>
        <w:br/>
        <w:t>v -0.748433 13.572233 1.521637</w:t>
        <w:br/>
        <w:t>v -0.747175 13.557570 1.516556</w:t>
        <w:br/>
        <w:t>v -0.731895 13.572824 1.524014</w:t>
        <w:br/>
        <w:t>v -0.734461 13.494851 1.561178</w:t>
        <w:br/>
        <w:t>v -0.750999 13.494257 1.558788</w:t>
        <w:br/>
        <w:t>v -0.748433 13.572233 1.521637</w:t>
        <w:br/>
        <w:t>v -0.741566 13.540805 1.481770</w:t>
        <w:br/>
        <w:t>v -0.747175 13.557570 1.516556</w:t>
        <w:br/>
        <w:t>v -0.730637 13.558160 1.518946</w:t>
        <w:br/>
        <w:t>v -0.725028 13.541409 1.484147</w:t>
        <w:br/>
        <w:t>v -0.723129 13.546604 1.469609</w:t>
        <w:br/>
        <w:t>v -0.731895 13.572824 1.524014</w:t>
        <w:br/>
        <w:t>v -0.748433 13.572233 1.521637</w:t>
        <w:br/>
        <w:t>v -0.739667 13.546013 1.467231</w:t>
        <w:br/>
        <w:t>v 0.000003 13.549105 -0.066653</w:t>
        <w:br/>
        <w:t>v 0.239093 13.552778 -0.071042</w:t>
        <w:br/>
        <w:t>v 0.214770 13.203615 -0.271423</w:t>
        <w:br/>
        <w:t>v 0.000002 13.213905 -0.257337</w:t>
        <w:br/>
        <w:t>v 0.198470 12.919356 -0.644227</w:t>
        <w:br/>
        <w:t>v 0.000001 12.945301 -0.573786</w:t>
        <w:br/>
        <w:t>v 0.000002 13.428649 -0.499546</w:t>
        <w:br/>
        <w:t>v 0.219046 13.420499 -0.503822</w:t>
        <w:br/>
        <w:t>v 0.236427 13.763332 -0.247577</w:t>
        <w:br/>
        <w:t>v 0.000003 13.759256 -0.234863</w:t>
        <w:br/>
        <w:t>v 0.000001 13.056602 -0.649974</w:t>
        <w:br/>
        <w:t>v 0.195842 13.071067 -0.778580</w:t>
        <w:br/>
        <w:t>v 0.000001 12.937704 -0.679843</w:t>
        <w:br/>
        <w:t>v 0.000003 13.708914 -0.064075</w:t>
        <w:br/>
        <w:t>v 0.241408 13.733085 -0.044128</w:t>
        <w:br/>
        <w:t>v 0.000003 13.762413 -0.127233</w:t>
        <w:br/>
        <w:t>v 0.240226 13.797213 -0.130893</w:t>
        <w:br/>
        <w:t>v 0.193389 12.933050 -0.789358</w:t>
        <w:br/>
        <w:t>v 0.000001 12.937704 -0.679843</w:t>
        <w:br/>
        <w:t>v 0.308402 13.673285 -0.275937</w:t>
        <w:br/>
        <w:t>v 0.284380 13.274148 -0.302574</w:t>
        <w:br/>
        <w:t>v 0.302391 13.556124 -0.129875</w:t>
        <w:br/>
        <w:t>v 0.280079 13.403145 -0.455202</w:t>
        <w:br/>
        <w:t>v 0.195842 13.071067 -0.778580</w:t>
        <w:br/>
        <w:t>v 0.270772 13.073277 -0.755314</w:t>
        <w:br/>
        <w:t>v 0.274735 13.698525 -0.106294</w:t>
        <w:br/>
        <w:t>v 0.241408 13.733085 -0.044128</w:t>
        <w:br/>
        <w:t>v 0.240226 13.797213 -0.130893</w:t>
        <w:br/>
        <w:t>v 0.299624 13.756038 -0.169968</w:t>
        <w:br/>
        <w:t>v 0.193389 12.933050 -0.789358</w:t>
        <w:br/>
        <w:t>v 0.273903 12.968261 -0.777423</w:t>
        <w:br/>
        <w:t>v 0.268081 12.993831 -0.618357</w:t>
        <w:br/>
        <w:t>v 0.269338 12.928081 -0.734966</w:t>
        <w:br/>
        <w:t>v 0.269338 12.928081 -0.734966</w:t>
        <w:br/>
        <w:t>v 0.273903 12.968261 -0.777423</w:t>
        <w:br/>
        <w:t>v 0.162339 13.335356 -0.359407</w:t>
        <w:br/>
        <w:t>v 0.302391 13.556124 -0.129875</w:t>
        <w:br/>
        <w:t>v 0.274735 13.698525 -0.106294</w:t>
        <w:br/>
        <w:t>v 0.284380 13.274148 -0.302574</w:t>
        <w:br/>
        <w:t>v 0.268081 12.993831 -0.618357</w:t>
        <w:br/>
        <w:t>v 0.269338 12.928081 -0.734966</w:t>
        <w:br/>
        <w:t>v 0.162339 13.335356 -0.359407</w:t>
        <w:br/>
        <w:t>v 0.274735 13.698525 -0.106294</w:t>
        <w:br/>
        <w:t>v 0.299624 13.756038 -0.169968</w:t>
        <w:br/>
        <w:t>v 0.308402 13.673285 -0.275937</w:t>
        <w:br/>
        <w:t>v 0.280079 13.403145 -0.455202</w:t>
        <w:br/>
        <w:t>v 0.270772 13.073277 -0.755314</w:t>
        <w:br/>
        <w:t>v 0.299624 13.756038 -0.169968</w:t>
        <w:br/>
        <w:t>v 0.273903 12.968261 -0.777423</w:t>
        <w:br/>
        <w:t>v 0.269338 12.928081 -0.734966</w:t>
        <w:br/>
        <w:t>v -0.214765 13.203617 -0.271423</w:t>
        <w:br/>
        <w:t>v -0.239088 13.552777 -0.071042</w:t>
        <w:br/>
        <w:t>v 0.000003 13.549105 -0.066653</w:t>
        <w:br/>
        <w:t>v 0.000002 13.213905 -0.257337</w:t>
        <w:br/>
        <w:t>v 0.000001 12.945301 -0.573786</w:t>
        <w:br/>
        <w:t>v -0.198467 12.919354 -0.644227</w:t>
        <w:br/>
        <w:t>v -0.236421 13.763332 -0.247577</w:t>
        <w:br/>
        <w:t>v -0.219041 13.420501 -0.503822</w:t>
        <w:br/>
        <w:t>v 0.000002 13.428649 -0.499546</w:t>
        <w:br/>
        <w:t>v 0.000003 13.759256 -0.234863</w:t>
        <w:br/>
        <w:t>v 0.000001 13.056602 -0.649974</w:t>
        <w:br/>
        <w:t>v -0.195839 13.071064 -0.778581</w:t>
        <w:br/>
        <w:t>v 0.000001 12.937704 -0.679843</w:t>
        <w:br/>
        <w:t>v 0.000003 13.708914 -0.064075</w:t>
        <w:br/>
        <w:t>v -0.241401 13.733085 -0.044128</w:t>
        <w:br/>
        <w:t>v 0.000003 13.762413 -0.127233</w:t>
        <w:br/>
        <w:t>v -0.240219 13.797213 -0.130893</w:t>
        <w:br/>
        <w:t>v 0.000001 12.937704 -0.679843</w:t>
        <w:br/>
        <w:t>v -0.193386 12.933050 -0.789359</w:t>
        <w:br/>
        <w:t>v -0.308396 13.673285 -0.275937</w:t>
        <w:br/>
        <w:t>v -0.284376 13.274148 -0.302574</w:t>
        <w:br/>
        <w:t>v -0.302385 13.556122 -0.129875</w:t>
        <w:br/>
        <w:t>v -0.195839 13.071064 -0.778581</w:t>
        <w:br/>
        <w:t>v -0.280074 13.403146 -0.455202</w:t>
        <w:br/>
        <w:t>v -0.270769 13.073278 -0.755314</w:t>
        <w:br/>
        <w:t>v -0.240219 13.797213 -0.130893</w:t>
        <w:br/>
        <w:t>v -0.241401 13.733085 -0.044128</w:t>
        <w:br/>
        <w:t>v -0.274729 13.698525 -0.106294</w:t>
        <w:br/>
        <w:t>v -0.299618 13.756036 -0.169968</w:t>
        <w:br/>
        <w:t>v -0.193386 12.933050 -0.789359</w:t>
        <w:br/>
        <w:t>v -0.273901 12.968264 -0.777424</w:t>
        <w:br/>
        <w:t>v -0.269335 12.928083 -0.734966</w:t>
        <w:br/>
        <w:t>v -0.268078 12.993832 -0.618357</w:t>
        <w:br/>
        <w:t>v -0.273901 12.968264 -0.777424</w:t>
        <w:br/>
        <w:t>v -0.269335 12.928083 -0.734966</w:t>
        <w:br/>
        <w:t>v -0.302385 13.556122 -0.129875</w:t>
        <w:br/>
        <w:t>v -0.162334 13.335357 -0.359407</w:t>
        <w:br/>
        <w:t>v -0.274729 13.698525 -0.106294</w:t>
        <w:br/>
        <w:t>v -0.284376 13.274148 -0.302574</w:t>
        <w:br/>
        <w:t>v -0.268078 12.993832 -0.618357</w:t>
        <w:br/>
        <w:t>v -0.269335 12.928083 -0.734966</w:t>
        <w:br/>
        <w:t>v -0.274729 13.698525 -0.106294</w:t>
        <w:br/>
        <w:t>v -0.162334 13.335357 -0.359407</w:t>
        <w:br/>
        <w:t>v -0.299618 13.756036 -0.169968</w:t>
        <w:br/>
        <w:t>v -0.280074 13.403146 -0.455202</w:t>
        <w:br/>
        <w:t>v -0.308396 13.673285 -0.275937</w:t>
        <w:br/>
        <w:t>v -0.270769 13.073278 -0.755314</w:t>
        <w:br/>
        <w:t>v -0.299618 13.756036 -0.169968</w:t>
        <w:br/>
        <w:t>v -0.273901 12.968264 -0.777424</w:t>
        <w:br/>
        <w:t>v -0.269335 12.928083 -0.734966</w:t>
        <w:br/>
        <w:t>v -0.868614 12.660252 1.917064</w:t>
        <w:br/>
        <w:t>v -0.874525 12.639501 1.912235</w:t>
        <w:br/>
        <w:t>v -0.917361 12.644883 1.902740</w:t>
        <w:br/>
        <w:t>v -0.919650 12.666678 1.905733</w:t>
        <w:br/>
        <w:t>v -0.867357 12.671420 1.898023</w:t>
        <w:br/>
        <w:t>v -0.868614 12.660252 1.917064</w:t>
        <w:br/>
        <w:t>v -0.919650 12.666678 1.905733</w:t>
        <w:br/>
        <w:t>v -0.910192 12.676803 1.888516</w:t>
        <w:br/>
        <w:t>v -0.865068 12.649638 1.895018</w:t>
        <w:br/>
        <w:t>v -0.867357 12.671420 1.898023</w:t>
        <w:br/>
        <w:t>v -0.910192 12.676803 1.888516</w:t>
        <w:br/>
        <w:t>v -0.916103 12.656051 1.883699</w:t>
        <w:br/>
        <w:t>v -0.874525 12.639501 1.912235</w:t>
        <w:br/>
        <w:t>v -0.865068 12.649638 1.895018</w:t>
        <w:br/>
        <w:t>v -0.916103 12.656051 1.883699</w:t>
        <w:br/>
        <w:t>v -0.917361 12.644883 1.902740</w:t>
        <w:br/>
        <w:t>v -0.865231 12.643349 1.911883</w:t>
        <w:br/>
        <w:t>v -0.865231 12.643349 1.911883</w:t>
        <w:br/>
        <w:t>v -0.860251 12.665508 1.902010</w:t>
        <w:br/>
        <w:t>v -0.860251 12.665508 1.902010</w:t>
        <w:br/>
        <w:t>v -0.859497 12.654026 1.907670</w:t>
        <w:br/>
        <w:t>v -0.859497 12.654026 1.907670</w:t>
        <w:br/>
        <w:t>v -0.924466 12.650807 1.898741</w:t>
        <w:br/>
        <w:t>v -0.924466 12.650807 1.898741</w:t>
        <w:br/>
        <w:t>v -0.919486 12.672954 1.888868</w:t>
        <w:br/>
        <w:t>v -0.919486 12.672954 1.888868</w:t>
        <w:br/>
        <w:t>v -0.925221 12.662290 1.893094</w:t>
        <w:br/>
        <w:t>v -0.925221 12.662290 1.893094</w:t>
        <w:br/>
        <w:t>v -0.774593 12.630419 1.975645</w:t>
        <w:br/>
        <w:t>v -0.786063 12.621288 1.962905</w:t>
        <w:br/>
        <w:t>v -0.781963 12.630772 1.932055</w:t>
        <w:br/>
        <w:t>v -0.768166 12.645260 1.927289</w:t>
        <w:br/>
        <w:t>v -0.781963 12.630772 1.932055</w:t>
        <w:br/>
        <w:t>v -0.786063 12.621288 1.962905</w:t>
        <w:br/>
        <w:t>v -0.759401 12.622244 1.966753</w:t>
        <w:br/>
        <w:t>v -0.755288 12.631714 1.935891</w:t>
        <w:br/>
        <w:t>v -0.759401 12.622244 1.966753</w:t>
        <w:br/>
        <w:t>v -0.774593 12.630419 1.975645</w:t>
        <w:br/>
        <w:t>v -0.768166 12.645260 1.927289</w:t>
        <w:br/>
        <w:t>v -0.755288 12.631714 1.935891</w:t>
        <w:br/>
        <w:t>v -0.768166 12.645260 1.927289</w:t>
        <w:br/>
        <w:t>v -0.781963 12.630772 1.932055</w:t>
        <w:br/>
        <w:t>v -0.779158 12.600639 1.920057</w:t>
        <w:br/>
        <w:t>v -0.763765 12.598061 1.908499</w:t>
        <w:br/>
        <w:t>v -0.781963 12.630772 1.932055</w:t>
        <w:br/>
        <w:t>v -0.755288 12.631714 1.935891</w:t>
        <w:br/>
        <w:t>v -0.752484 12.601595 1.923893</w:t>
        <w:br/>
        <w:t>v -0.779158 12.600639 1.920057</w:t>
        <w:br/>
        <w:t>v -0.755288 12.631714 1.935891</w:t>
        <w:br/>
        <w:t>v -0.768166 12.645260 1.927289</w:t>
        <w:br/>
        <w:t>v -0.763765 12.598061 1.908499</w:t>
        <w:br/>
        <w:t>v -0.752484 12.601595 1.923893</w:t>
        <w:br/>
        <w:t>v -0.781774 12.578655 1.943688</w:t>
        <w:br/>
        <w:t>v -0.767865 12.563614 1.945537</w:t>
        <w:br/>
        <w:t>v -0.779158 12.600639 1.920057</w:t>
        <w:br/>
        <w:t>v -0.752484 12.601595 1.923893</w:t>
        <w:br/>
        <w:t>v -0.755112 12.579611 1.947524</w:t>
        <w:br/>
        <w:t>v -0.781774 12.578655 1.943688</w:t>
        <w:br/>
        <w:t>v -0.767865 12.563614 1.945537</w:t>
        <w:br/>
        <w:t>v -0.755112 12.579611 1.947524</w:t>
        <w:br/>
        <w:t>v -0.767865 12.563614 1.945537</w:t>
        <w:br/>
        <w:t>v -0.781774 12.578655 1.943688</w:t>
        <w:br/>
        <w:t>v -0.785233 12.588993 1.965144</w:t>
        <w:br/>
        <w:t>v -0.773285 12.579800 1.979141</w:t>
        <w:br/>
        <w:t>v -0.781774 12.578655 1.943688</w:t>
        <w:br/>
        <w:t>v -0.755112 12.579611 1.947524</w:t>
        <w:br/>
        <w:t>v -0.758571 12.589949 1.968979</w:t>
        <w:br/>
        <w:t>v -0.785233 12.588993 1.965144</w:t>
        <w:br/>
        <w:t>v -0.755112 12.579611 1.947524</w:t>
        <w:br/>
        <w:t>v -0.767865 12.563614 1.945537</w:t>
        <w:br/>
        <w:t>v -0.773285 12.579800 1.979141</w:t>
        <w:br/>
        <w:t>v -0.758571 12.589949 1.968979</w:t>
        <w:br/>
        <w:t>v -0.785233 12.588993 1.965144</w:t>
        <w:br/>
        <w:t>v -0.758571 12.589949 1.968979</w:t>
        <w:br/>
        <w:t>v -0.759401 12.622244 1.966753</w:t>
        <w:br/>
        <w:t>v -0.786063 12.621288 1.962905</w:t>
        <w:br/>
        <w:t>v -0.829452 12.425261 2.063365</w:t>
        <w:br/>
        <w:t>v -0.779800 12.470976 2.049342</w:t>
        <w:br/>
        <w:t>v -0.783711 12.434404 2.085777</w:t>
        <w:br/>
        <w:t>v -0.782718 12.383053 2.091373</w:t>
        <w:br/>
        <w:t>v -0.733053 12.428757 2.077350</w:t>
        <w:br/>
        <w:t>v -0.824660 12.455597 2.009752</w:t>
        <w:br/>
        <w:t>v -0.774115 12.475367 2.008406</w:t>
        <w:br/>
        <w:t>v -0.845864 12.409338 2.028666</w:t>
        <w:br/>
        <w:t>v -0.827666 12.364515 2.053304</w:t>
        <w:br/>
        <w:t>v -0.778329 12.348368 2.069125</w:t>
        <w:br/>
        <w:t>v -0.727784 12.368139 2.067792</w:t>
        <w:br/>
        <w:t>v -0.706580 12.414396 2.048877</w:t>
        <w:br/>
        <w:t>v -0.724765 12.459217 2.024240</w:t>
        <w:br/>
        <w:t>v -0.774115 12.475367 2.008406</w:t>
        <w:br/>
        <w:t>v -0.824660 12.455597 2.009752</w:t>
        <w:br/>
        <w:t>v -0.769739 12.440670 1.986172</w:t>
        <w:br/>
        <w:t>v -0.845864 12.409338 2.028666</w:t>
        <w:br/>
        <w:t>v -0.819391 12.394964 2.000194</w:t>
        <w:br/>
        <w:t>v -0.827666 12.364515 2.053304</w:t>
        <w:br/>
        <w:t>v -0.778329 12.348368 2.069125</w:t>
        <w:br/>
        <w:t>v -0.772644 12.352757 2.028189</w:t>
        <w:br/>
        <w:t>v -0.727784 12.368139 2.067792</w:t>
        <w:br/>
        <w:t>v -0.706580 12.414396 2.048877</w:t>
        <w:br/>
        <w:t>v -0.722980 12.398460 2.014166</w:t>
        <w:br/>
        <w:t>v -0.724765 12.459217 2.024240</w:t>
        <w:br/>
        <w:t>v -0.768733 12.389330 1.991768</w:t>
        <w:br/>
        <w:t>v 0.648217 13.643213 1.596278</w:t>
        <w:br/>
        <w:t>v 0.617782 13.620800 1.581413</w:t>
        <w:br/>
        <w:t>v 0.599735 13.643991 1.583400</w:t>
        <w:br/>
        <w:t>v 0.630170 13.666403 1.598278</w:t>
        <w:br/>
        <w:t>v 0.604451 13.613671 1.543709</w:t>
        <w:br/>
        <w:t>v 0.586404 13.636860 1.545708</w:t>
        <w:br/>
        <w:t>v 0.614638 13.624838 1.506004</w:t>
        <w:br/>
        <w:t>v 0.596591 13.648028 1.508004</w:t>
        <w:br/>
        <w:t>v 0.643841 13.648847 1.491139</w:t>
        <w:br/>
        <w:t>v 0.625781 13.672037 1.493139</w:t>
        <w:br/>
        <w:t>v 0.674276 13.671257 1.506004</w:t>
        <w:br/>
        <w:t>v 0.656229 13.694449 1.508004</w:t>
        <w:br/>
        <w:t>v 0.687607 13.678389 1.543709</w:t>
        <w:br/>
        <w:t>v 0.669560 13.701592 1.545708</w:t>
        <w:br/>
        <w:t>v 0.677420 13.667221 1.581413</w:t>
        <w:br/>
        <w:t>v 0.659360 13.690411 1.583400</w:t>
        <w:br/>
        <w:t>v 0.578116 13.778773 1.581665</w:t>
        <w:br/>
        <w:t>v 0.585222 13.786696 1.553770</w:t>
        <w:br/>
        <w:t>v 0.619883 13.774347 1.551670</w:t>
        <w:br/>
        <w:t>v 0.608627 13.762010 1.593310</w:t>
        <w:br/>
        <w:t>v 0.556510 13.761040 1.592103</w:t>
        <w:br/>
        <w:t>v 0.576381 13.735497 1.609723</w:t>
        <w:br/>
        <w:t>v 0.534024 13.744429 1.581652</w:t>
        <w:br/>
        <w:t>v 0.542764 13.710748 1.593310</w:t>
        <w:br/>
        <w:t>v 0.524579 13.739498 1.553770</w:t>
        <w:br/>
        <w:t>v 0.528050 13.702863 1.551670</w:t>
        <w:br/>
        <w:t>v 0.531684 13.747420 1.525888</w:t>
        <w:br/>
        <w:t>v 0.539293 13.715199 1.510029</w:t>
        <w:br/>
        <w:t>v 0.553316 13.765141 1.515437</w:t>
        <w:br/>
        <w:t>v 0.571539 13.741711 1.493617</w:t>
        <w:br/>
        <w:t>v 0.575802 13.781754 1.525888</w:t>
        <w:br/>
        <w:t>v 0.605156 13.766475 1.510029</w:t>
        <w:br/>
        <w:t>v 0.545531 13.775163 1.554801</w:t>
        <w:br/>
        <w:t>v -0.675119 0.144582 -0.441901</w:t>
        <w:br/>
        <w:t>v -0.559239 0.144582 -0.393595</w:t>
        <w:br/>
        <w:t>v -0.574255 0.280772 -0.371963</w:t>
        <w:br/>
        <w:t>v -0.675118 0.280772 -0.411793</w:t>
        <w:br/>
        <w:t>v -0.505110 0.144581 -0.271100</w:t>
        <w:br/>
        <w:t>v -0.534426 0.280772 -0.271100</w:t>
        <w:br/>
        <w:t>v -0.559239 0.144581 -0.148631</w:t>
        <w:br/>
        <w:t>v -0.574255 0.280772 -0.170250</w:t>
        <w:br/>
        <w:t>v -0.675119 0.144581 -0.100325</w:t>
        <w:br/>
        <w:t>v -0.675118 0.280772 -0.130408</w:t>
        <w:br/>
        <w:t>v -0.675119 0.144581 -0.100325</w:t>
        <w:br/>
        <w:t>v -0.792545 0.144582 -0.148631</w:t>
        <w:br/>
        <w:t>v -0.775981 0.280772 -0.170250</w:t>
        <w:br/>
        <w:t>v -0.675118 0.280772 -0.130408</w:t>
        <w:br/>
        <w:t>v -0.846674 0.144582 -0.271100</w:t>
        <w:br/>
        <w:t>v -0.815811 0.280772 -0.271100</w:t>
        <w:br/>
        <w:t>v -0.792545 0.144582 -0.393595</w:t>
        <w:br/>
        <w:t>v -0.775981 0.280772 -0.371963</w:t>
        <w:br/>
        <w:t>v -0.548209 0.837442 -0.400586</w:t>
        <w:br/>
        <w:t>v -0.675168 0.837443 -0.452627</w:t>
        <w:br/>
        <w:t>v -0.675105 0.706610 -0.432229</w:t>
        <w:br/>
        <w:t>v -0.561465 0.706610 -0.386790</w:t>
        <w:br/>
        <w:t>v -0.517711 0.706597 -0.271854</w:t>
        <w:br/>
        <w:t>v -0.500632 0.837442 -0.271036</w:t>
        <w:br/>
        <w:t>v -0.550397 0.837442 -0.142920</w:t>
        <w:br/>
        <w:t>v -0.562357 0.706597 -0.158314</w:t>
        <w:br/>
        <w:t>v -0.675168 0.837442 -0.093797</w:t>
        <w:br/>
        <w:t>v -0.675105 0.706597 -0.113970</w:t>
        <w:br/>
        <w:t>v -0.800593 0.837442 -0.145209</w:t>
        <w:br/>
        <w:t>v -0.675168 0.837442 -0.093797</w:t>
        <w:br/>
        <w:t>v -0.675105 0.706597 -0.113970</w:t>
        <w:br/>
        <w:t>v -0.789827 0.706610 -0.159132</w:t>
        <w:br/>
        <w:t>v -0.849679 0.837443 -0.273602</w:t>
        <w:br/>
        <w:t>v -0.835266 0.706610 -0.272885</w:t>
        <w:br/>
        <w:t>v -0.798341 0.837443 -0.402297</w:t>
        <w:br/>
        <w:t>v -0.789048 0.706610 -0.386878</w:t>
        <w:br/>
        <w:t>v -0.801701 0.000004 -0.391193</w:t>
        <w:br/>
        <w:t>v -0.675081 0.000004 -0.440794</w:t>
        <w:br/>
        <w:t>v -0.675119 0.144582 -0.441901</w:t>
        <w:br/>
        <w:t>v -0.792545 0.144582 -0.393595</w:t>
        <w:br/>
        <w:t>v -0.550109 0.000003 -0.391193</w:t>
        <w:br/>
        <w:t>v -0.559239 0.144582 -0.393595</w:t>
        <w:br/>
        <w:t>v -0.500495 0.000003 -0.265391</w:t>
        <w:br/>
        <w:t>v -0.505110 0.144581 -0.271100</w:t>
        <w:br/>
        <w:t>v -0.556825 0.000003 -0.152039</w:t>
        <w:br/>
        <w:t>v -0.559239 0.144581 -0.148631</w:t>
        <w:br/>
        <w:t>v -0.675119 0.000003 -0.105079</w:t>
        <w:br/>
        <w:t>v -0.675119 0.144581 -0.100325</w:t>
        <w:br/>
        <w:t>v -0.675119 0.000003 -0.105079</w:t>
        <w:br/>
        <w:t>v -0.794960 0.000003 -0.152039</w:t>
        <w:br/>
        <w:t>v -0.792545 0.144582 -0.148631</w:t>
        <w:br/>
        <w:t>v -0.675119 0.144581 -0.100325</w:t>
        <w:br/>
        <w:t>v -0.851315 0.000004 -0.265391</w:t>
        <w:br/>
        <w:t>v -0.846674 0.144582 -0.271100</w:t>
        <w:br/>
        <w:t>v -0.675119 0.000003 -0.105079</w:t>
        <w:br/>
        <w:t>v -0.675081 0.000004 -0.440794</w:t>
        <w:br/>
        <w:t>v -0.801701 0.000004 -0.391193</w:t>
        <w:br/>
        <w:t>v -0.794960 0.000003 -0.152039</w:t>
        <w:br/>
        <w:t>v -0.621178 0.428281 -0.325040</w:t>
        <w:br/>
        <w:t>v -0.675118 0.428282 -0.346672</w:t>
        <w:br/>
        <w:t>v -0.599546 0.428281 -0.271100</w:t>
        <w:br/>
        <w:t>v -0.621178 0.428281 -0.217172</w:t>
        <w:br/>
        <w:t>v -0.675118 0.428281 -0.195528</w:t>
        <w:br/>
        <w:t>v -0.729059 0.428281 -0.217172</w:t>
        <w:br/>
        <w:t>v -0.675118 0.428281 -0.195528</w:t>
        <w:br/>
        <w:t>v -0.750690 0.428282 -0.271100</w:t>
        <w:br/>
        <w:t>v -0.729059 0.428282 -0.325040</w:t>
        <w:br/>
        <w:t>v -0.577613 0.605659 -0.173607</w:t>
        <w:br/>
        <w:t>v -0.675118 0.605659 -0.135161</w:t>
        <w:br/>
        <w:t>v -0.675105 0.706597 -0.113970</w:t>
        <w:br/>
        <w:t>v -0.562357 0.706597 -0.158314</w:t>
        <w:br/>
        <w:t>v -0.539179 0.605659 -0.271112</w:t>
        <w:br/>
        <w:t>v -0.517711 0.706597 -0.271854</w:t>
        <w:br/>
        <w:t>v -0.577525 0.605659 -0.368957</w:t>
        <w:br/>
        <w:t>v -0.561465 0.706610 -0.386790</w:t>
        <w:br/>
        <w:t>v -0.675118 0.605660 -0.407604</w:t>
        <w:br/>
        <w:t>v -0.675105 0.706610 -0.432229</w:t>
        <w:br/>
        <w:t>v -0.789048 0.706610 -0.386878</w:t>
        <w:br/>
        <w:t>v -0.772699 0.605660 -0.368831</w:t>
        <w:br/>
        <w:t>v -0.811497 0.605660 -0.271326</w:t>
        <w:br/>
        <w:t>v -0.835266 0.706610 -0.272885</w:t>
        <w:br/>
        <w:t>v -0.772837 0.605659 -0.173695</w:t>
        <w:br/>
        <w:t>v -0.789827 0.706610 -0.159132</w:t>
        <w:br/>
        <w:t>v -0.675118 0.605659 -0.135161</w:t>
        <w:br/>
        <w:t>v -0.675105 0.706597 -0.113970</w:t>
        <w:br/>
        <w:t>v -0.556825 0.000003 -0.152039</w:t>
        <w:br/>
        <w:t>v -0.550109 0.000003 -0.391193</w:t>
        <w:br/>
        <w:t>v -0.851315 0.000004 -0.265391</w:t>
        <w:br/>
        <w:t>v -0.500495 0.000003 -0.265391</w:t>
        <w:br/>
        <w:t>v -0.654291 0.938983 0.874375</w:t>
        <w:br/>
        <w:t>v -0.688939 0.936731 0.906671</w:t>
        <w:br/>
        <w:t>v -0.687882 0.957231 0.863898</w:t>
        <w:br/>
        <w:t>v -0.654756 0.905026 0.894974</w:t>
        <w:br/>
        <w:t>v -0.689882 0.889306 0.903828</w:t>
        <w:br/>
        <w:t>v -0.723801 0.906812 0.892648</w:t>
        <w:br/>
        <w:t>v -0.722631 0.941737 0.873130</w:t>
        <w:br/>
        <w:t>v -0.665006 1.143262 0.762369</w:t>
        <w:br/>
        <w:t>v -0.698220 1.140608 0.793571</w:t>
        <w:br/>
        <w:t>v -0.697717 1.161095 0.753641</w:t>
        <w:br/>
        <w:t>v -0.665132 1.109708 0.780718</w:t>
        <w:br/>
        <w:t>v -0.698283 1.094327 0.790024</w:t>
        <w:br/>
        <w:t>v -0.731195 1.112023 0.781183</w:t>
        <w:br/>
        <w:t>v -0.730919 1.145274 0.763124</w:t>
        <w:br/>
        <w:t>v -0.674551 1.364155 0.668134</w:t>
        <w:br/>
        <w:t>v -0.704017 1.358571 0.699035</w:t>
        <w:br/>
        <w:t>v -0.703401 1.380378 0.661268</w:t>
        <w:br/>
        <w:t>v -0.675268 1.332160 0.682572</w:t>
        <w:br/>
        <w:t>v -0.704911 1.316402 0.690068</w:t>
        <w:br/>
        <w:t>v -0.733937 1.332978 0.683452</w:t>
        <w:br/>
        <w:t>v -0.704017 1.358571 0.699035</w:t>
        <w:br/>
        <w:t>v -0.733207 1.365060 0.669002</w:t>
        <w:br/>
        <w:t>v -0.630723 0.717273 1.057751</w:t>
        <w:br/>
        <w:t>v -0.673609 0.701691 1.075999</w:t>
        <w:br/>
        <w:t>v -0.672955 0.748424 1.089519</w:t>
        <w:br/>
        <w:t>v -0.676891 0.683832 1.031064</w:t>
        <w:br/>
        <w:t>v -0.673609 0.701691 1.075999</w:t>
        <w:br/>
        <w:t>v -0.630723 0.717273 1.057751</w:t>
        <w:br/>
        <w:t>v -0.719072 0.714870 1.063209</w:t>
        <w:br/>
        <w:t>v -0.719072 0.714870 1.063209</w:t>
        <w:br/>
        <w:t>v -0.674879 0.790480 1.067976</w:t>
        <w:br/>
        <w:t>v -0.632043 0.778382 1.053525</w:t>
        <w:br/>
        <w:t>v -0.616776 0.747419 1.024273</w:t>
        <w:br/>
        <w:t>v -0.635917 0.715650 0.996579</w:t>
        <w:br/>
        <w:t>v -0.680412 0.701565 0.987160</w:t>
        <w:br/>
        <w:t>v -0.723235 0.712695 1.001157</w:t>
        <w:br/>
        <w:t>v -0.738415 0.744489 1.031655</w:t>
        <w:br/>
        <w:t>v -0.719274 0.777287 1.059814</w:t>
        <w:br/>
        <w:t>v -0.678312 0.808049 1.024637</w:t>
        <w:br/>
        <w:t>v -0.682399 0.743733 0.965868</w:t>
        <w:br/>
        <w:t>v -0.738415 0.744489 1.031655</w:t>
        <w:br/>
        <w:t>v -0.723235 0.712695 1.001157</w:t>
        <w:br/>
        <w:t>v -0.724681 0.774936 0.998063</w:t>
        <w:br/>
        <w:t>v -0.719274 0.777287 1.059814</w:t>
        <w:br/>
        <w:t>v -0.635992 0.776646 0.992895</w:t>
        <w:br/>
        <w:t>v -0.681657 0.790166 0.979953</w:t>
        <w:br/>
        <w:t>v -0.635992 0.776646 0.992895</w:t>
        <w:br/>
        <w:t>v -0.681657 0.790166 0.979953</w:t>
        <w:br/>
        <w:t>v -0.724681 0.774936 0.998063</w:t>
        <w:br/>
        <w:t>v -0.616776 0.747419 1.024273</w:t>
        <w:br/>
        <w:t>v -0.762585 1.863540 0.512665</w:t>
        <w:br/>
        <w:t>v -0.768383 1.857164 0.475892</w:t>
        <w:br/>
        <w:t>v -0.746085 1.904653 0.468422</w:t>
        <w:br/>
        <w:t>v -0.743042 1.905042 0.506138</w:t>
        <w:br/>
        <w:t>v -0.697729 1.919933 0.468258</w:t>
        <w:br/>
        <w:t>v -0.700093 1.918399 0.506012</w:t>
        <w:br/>
        <w:t>v -0.651020 1.905659 0.474458</w:t>
        <w:br/>
        <w:t>v -0.658754 1.906061 0.511496</w:t>
        <w:br/>
        <w:t>v -0.627992 1.856938 0.483941</w:t>
        <w:br/>
        <w:t>v -0.638330 1.863339 0.519695</w:t>
        <w:br/>
        <w:t>v -0.651523 1.803211 0.491587</w:t>
        <w:br/>
        <w:t>v -0.659144 1.815800 0.527040</w:t>
        <w:br/>
        <w:t>v -0.699489 1.787679 0.492744</w:t>
        <w:br/>
        <w:t>v -0.701640 1.802809 0.527417</w:t>
        <w:br/>
        <w:t>v -0.745091 1.818542 0.521997</w:t>
        <w:br/>
        <w:t>v -0.748261 1.805978 0.485865</w:t>
        <w:br/>
        <w:t>v -0.638330 1.863339 0.519695</w:t>
        <w:br/>
        <w:t>v -0.659144 1.815800 0.527040</w:t>
        <w:br/>
        <w:t>v -0.658754 1.906061 0.511496</w:t>
        <w:br/>
        <w:t>v -0.701640 1.802809 0.527417</w:t>
        <w:br/>
        <w:t>v -0.745091 1.818542 0.521997</w:t>
        <w:br/>
        <w:t>v -0.743042 1.905042 0.506138</w:t>
        <w:br/>
        <w:t>v -0.700093 1.918399 0.506012</w:t>
        <w:br/>
        <w:t>v -0.762585 1.863540 0.512665</w:t>
        <w:br/>
        <w:t>v -0.660880 1.532490 0.581709</w:t>
        <w:br/>
        <w:t>v -0.670627 1.548500 0.585960</w:t>
        <w:br/>
        <w:t>v -0.661572 1.567013 0.574843</w:t>
        <w:br/>
        <w:t>v -0.648744 1.557077 0.566945</w:t>
        <w:br/>
        <w:t>v -0.661572 1.567013 0.574843</w:t>
        <w:br/>
        <w:t>v -0.670627 1.548500 0.585960</w:t>
        <w:br/>
        <w:t>v -0.679481 1.551066 0.572440</w:t>
        <w:br/>
        <w:t>v -0.673092 1.564522 0.564366</w:t>
        <w:br/>
        <w:t>v -0.701854 1.522920 0.588563</w:t>
        <w:br/>
        <w:t>v -0.701640 1.541847 0.590701</w:t>
        <w:br/>
        <w:t>v -0.701640 1.541847 0.590701</w:t>
        <w:br/>
        <w:t>v -0.701691 1.547167 0.575320</w:t>
        <w:br/>
        <w:t>v -0.658704 1.638887 0.505056</w:t>
        <w:br/>
        <w:t>v -0.668187 1.658041 0.493775</w:t>
        <w:br/>
        <w:t>v -0.678902 1.656884 0.510225</w:t>
        <w:br/>
        <w:t>v -0.672651 1.643968 0.517808</w:t>
        <w:br/>
        <w:t>v -0.672651 1.643968 0.517808</w:t>
        <w:br/>
        <w:t>v -0.678902 1.656884 0.510225</w:t>
        <w:br/>
        <w:t>v -0.669910 1.668919 0.515142</w:t>
        <w:br/>
        <w:t>v -0.661094 1.651060 0.525656</w:t>
        <w:br/>
        <w:t>v -0.661094 1.651060 0.525656</w:t>
        <w:br/>
        <w:t>v -0.669910 1.668919 0.515142</w:t>
        <w:br/>
        <w:t>v -0.660062 1.670429 0.500617</w:t>
        <w:br/>
        <w:t>v -0.648253 1.646546 0.514639</w:t>
        <w:br/>
        <w:t>v -0.701275 1.667234 0.488681</w:t>
        <w:br/>
        <w:t>v -0.701225 1.662115 0.507345</w:t>
        <w:br/>
        <w:t>v -0.701225 1.662115 0.507345</w:t>
        <w:br/>
        <w:t>v -0.700822 1.677320 0.510502</w:t>
        <w:br/>
        <w:t>v -0.700822 1.677320 0.510502</w:t>
        <w:br/>
        <w:t>v -0.700861 1.682477 0.493951</w:t>
        <w:br/>
        <w:t>v -0.741935 1.569742 0.574780</w:t>
        <w:br/>
        <w:t>v -0.732792 1.550764 0.585985</w:t>
        <w:br/>
        <w:t>v -0.743054 1.535546 0.581835</w:t>
        <w:br/>
        <w:t>v -0.755379 1.560724 0.566932</w:t>
        <w:br/>
        <w:t>v -0.732792 1.550764 0.585985</w:t>
        <w:br/>
        <w:t>v -0.741935 1.569742 0.574780</w:t>
        <w:br/>
        <w:t>v -0.730704 1.566711 0.564140</w:t>
        <w:br/>
        <w:t>v -0.724177 1.552814 0.572365</w:t>
        <w:br/>
        <w:t>v -0.734741 1.659525 0.493524</w:t>
        <w:br/>
        <w:t>v -0.744828 1.641000 0.504767</w:t>
        <w:br/>
        <w:t>v -0.730289 1.645426 0.517444</w:t>
        <w:br/>
        <w:t>v -0.723712 1.657864 0.509961</w:t>
        <w:br/>
        <w:t>v -0.723712 1.657864 0.509961</w:t>
        <w:br/>
        <w:t>v -0.730289 1.645426 0.517444</w:t>
        <w:br/>
        <w:t>v -0.741457 1.652972 0.525367</w:t>
        <w:br/>
        <w:t>v -0.732075 1.670265 0.514903</w:t>
        <w:br/>
        <w:t>v -0.742224 1.672176 0.500315</w:t>
        <w:br/>
        <w:t>v -0.732075 1.670265 0.514903</w:t>
        <w:br/>
        <w:t>v -0.741457 1.652972 0.525367</w:t>
        <w:br/>
        <w:t>v -0.754876 1.649099 0.514312</w:t>
        <w:br/>
        <w:t>v -0.673092 1.564522 0.564366</w:t>
        <w:br/>
        <w:t>v -0.659144 1.553908 0.554871</w:t>
        <w:br/>
        <w:t>v -0.679481 1.551066 0.572440</w:t>
        <w:br/>
        <w:t>v -0.668866 1.534113 0.566768</w:t>
        <w:br/>
        <w:t>v -0.701691 1.547167 0.575320</w:t>
        <w:br/>
        <w:t>v -0.702055 1.526844 0.571975</w:t>
        <w:br/>
        <w:t>v -0.724177 1.552814 0.572365</w:t>
        <w:br/>
        <w:t>v -0.735421 1.536578 0.566819</w:t>
        <w:br/>
        <w:t>v -0.730704 1.566711 0.564140</w:t>
        <w:br/>
        <w:t>v -0.745281 1.556888 0.554808</w:t>
        <w:br/>
        <w:t>v -0.742224 1.672176 0.500315</w:t>
        <w:br/>
        <w:t>v -0.754876 1.649099 0.514312</w:t>
        <w:br/>
        <w:t>v -0.744828 1.641000 0.504767</w:t>
        <w:br/>
        <w:t>v -0.734741 1.659525 0.493524</w:t>
        <w:br/>
        <w:t>v -0.755379 1.560724 0.566932</w:t>
        <w:br/>
        <w:t>v -0.745281 1.556888 0.554808</w:t>
        <w:br/>
        <w:t>v -0.735421 1.536578 0.566819</w:t>
        <w:br/>
        <w:t>v -0.743054 1.535546 0.581835</w:t>
        <w:br/>
        <w:t>v -0.701854 1.522920 0.588563</w:t>
        <w:br/>
        <w:t>v -0.702055 1.526844 0.571975</w:t>
        <w:br/>
        <w:t>v -0.668866 1.534113 0.566768</w:t>
        <w:br/>
        <w:t>v -0.660880 1.532490 0.581709</w:t>
        <w:br/>
        <w:t>v -0.659144 1.553908 0.554871</w:t>
        <w:br/>
        <w:t>v -0.648744 1.557077 0.566945</w:t>
        <w:br/>
        <w:t>v -0.648253 1.646546 0.514639</w:t>
        <w:br/>
        <w:t>v -0.658704 1.638887 0.505056</w:t>
        <w:br/>
        <w:t>v -0.660062 1.670429 0.500617</w:t>
        <w:br/>
        <w:t>v -0.668187 1.658041 0.493775</w:t>
        <w:br/>
        <w:t>v -0.700861 1.682477 0.493951</w:t>
        <w:br/>
        <w:t>v -0.701275 1.667234 0.488681</w:t>
        <w:br/>
        <w:t>v -0.718427 12.803332 1.952052</w:t>
        <w:br/>
        <w:t>v -0.738725 12.844924 1.931729</w:t>
        <w:br/>
        <w:t>v -0.673919 12.863386 1.933553</w:t>
        <w:br/>
        <w:t>v -0.660298 12.814414 1.955976</w:t>
        <w:br/>
        <w:t>v -0.721231 12.770422 1.966276</w:t>
        <w:br/>
        <w:t>v -0.669404 12.769917 1.973394</w:t>
        <w:br/>
        <w:t>v -0.720225 12.720392 1.966402</w:t>
        <w:br/>
        <w:t>v -0.746145 12.741118 1.962855</w:t>
        <w:br/>
        <w:t>v -0.776719 12.683557 1.958642</w:t>
        <w:br/>
        <w:t>v -0.777373 12.712381 1.958554</w:t>
        <w:br/>
        <w:t>v -0.775159 12.871208 1.915405</w:t>
        <w:br/>
        <w:t>v -0.772795 12.942491 1.886039</w:t>
        <w:br/>
        <w:t>v -0.712491 12.907718 1.909406</w:t>
        <w:br/>
        <w:t>v -0.813894 12.842772 1.921567</w:t>
        <w:br/>
        <w:t>v -0.835916 12.801711 1.935451</w:t>
        <w:br/>
        <w:t>v -0.893981 12.808955 1.923881</w:t>
        <w:br/>
        <w:t>v -0.877091 12.858644 1.905658</w:t>
        <w:br/>
        <w:t>v -0.836129 12.767743 1.950505</w:t>
        <w:br/>
        <w:t>v -0.809895 12.739634 1.954102</w:t>
        <w:br/>
        <w:t>v -0.834847 12.717712 1.950669</w:t>
        <w:br/>
        <w:t>v -0.887882 12.764812 1.943400</w:t>
        <w:br/>
        <w:t>v -0.835501 12.904851 1.892503</w:t>
        <w:br/>
        <w:t>v -1.827283 11.104840 -1.666878</w:t>
        <w:br/>
        <w:t>v -1.774972 11.077172 -1.699758</w:t>
        <w:br/>
        <w:t>v -1.959945 10.395896 -1.956627</w:t>
        <w:br/>
        <w:t>v -1.687581 11.810206 -1.181813</w:t>
        <w:br/>
        <w:t>v -1.953397 11.146230 -1.480937</w:t>
        <w:br/>
        <w:t>v -1.389909 12.487731 -0.718064</w:t>
        <w:br/>
        <w:t>v -1.606914 11.789564 -1.268347</w:t>
        <w:br/>
        <w:t>v -1.774972 11.077172 -1.699758</w:t>
        <w:br/>
        <w:t>v -1.606914 11.789564 -1.268347</w:t>
        <w:br/>
        <w:t>v -1.552322 11.769395 -1.202967</w:t>
        <w:br/>
        <w:t>v -1.756443 11.063701 -1.550047</w:t>
        <w:br/>
        <w:t>v -1.825950 10.348180 -1.808458</w:t>
        <w:br/>
        <w:t>v -1.639477 11.028641 -1.572368</w:t>
        <w:br/>
        <w:t>v -1.466224 10.974031 -1.738968</w:t>
        <w:br/>
        <w:t>v -1.682163 10.341631 -1.940791</w:t>
        <w:br/>
        <w:t>v -1.918106 9.150138 -2.610136</w:t>
        <w:br/>
        <w:t>v -1.801028 9.833517 -2.411834</w:t>
        <w:br/>
        <w:t>v -1.975542 9.825735 -2.022536</w:t>
        <w:br/>
        <w:t>v -2.054654 9.124891 -2.325637</w:t>
        <w:br/>
        <w:t>v -1.782192 10.381826 -2.128702</w:t>
        <w:br/>
        <w:t>v -1.909330 10.367805 -1.815236</w:t>
        <w:br/>
        <w:t>v -1.376906 11.721996 -1.260177</w:t>
        <w:br/>
        <w:t>v -1.163006 11.660474 -1.492046</w:t>
        <w:br/>
        <w:t>v -1.052608 13.106353 -0.288226</w:t>
        <w:br/>
        <w:t>v -0.719973 13.568789 0.118371</w:t>
        <w:br/>
        <w:t>v -0.266617 13.581577 -0.002237</w:t>
        <w:br/>
        <w:t>v -0.520386 13.059155 -0.556279</w:t>
        <w:br/>
        <w:t>v -0.619248 13.699697 0.236036</w:t>
        <w:br/>
        <w:t>v -0.196969 13.730043 0.178751</w:t>
        <w:br/>
        <w:t>v -0.833943 12.382204 -1.043139</w:t>
        <w:br/>
        <w:t>v -1.088251 12.431504 -0.810325</w:t>
        <w:br/>
        <w:t>v -2.666247 8.216464 -2.119038</w:t>
        <w:br/>
        <w:t>v -2.337525 8.252151 -2.563389</w:t>
        <w:br/>
        <w:t>v -2.507107 7.251076 -2.832806</w:t>
        <w:br/>
        <w:t>v -2.895694 7.149374 -2.324646</w:t>
        <w:br/>
        <w:t>v -2.713853 6.171032 -3.142021</w:t>
        <w:br/>
        <w:t>v -2.986498 5.744096 -2.912616</w:t>
        <w:br/>
        <w:t>v -2.482579 9.119957 -1.968464</w:t>
        <w:br/>
        <w:t>v -2.200364 9.139915 -2.346326</w:t>
        <w:br/>
        <w:t>v -2.154787 7.342389 -3.166204</w:t>
        <w:br/>
        <w:t>v -2.202485 6.697360 -3.417850</w:t>
        <w:br/>
        <w:t>v -2.458373 6.574384 -3.328811</w:t>
        <w:br/>
        <w:t>v -2.205264 7.330922 -3.082325</w:t>
        <w:br/>
        <w:t>v -2.197774 6.695060 -3.395518</w:t>
        <w:br/>
        <w:t>v -2.202485 6.697360 -3.417850</w:t>
        <w:br/>
        <w:t>v -2.154787 7.342389 -3.166204</w:t>
        <w:br/>
        <w:t>v -2.149669 8.243256 -2.723047</w:t>
        <w:br/>
        <w:t>v -2.049515 8.278992 -2.865633</w:t>
        <w:br/>
        <w:t>v -2.049515 8.278992 -2.865633</w:t>
        <w:br/>
        <w:t>v -1.801028 9.833517 -2.411834</w:t>
        <w:br/>
        <w:t>v -2.059551 9.856808 -2.147590</w:t>
        <w:br/>
        <w:t>v -1.918106 9.150138 -2.610136</w:t>
        <w:br/>
        <w:t>v -1.756443 11.063701 -1.550047</w:t>
        <w:br/>
        <w:t>v -1.552322 11.769395 -1.202967</w:t>
        <w:br/>
        <w:t>v -1.909330 10.367805 -1.815236</w:t>
        <w:br/>
        <w:t>v -1.975542 9.825735 -2.022536</w:t>
        <w:br/>
        <w:t>v -1.389909 12.487731 -0.718064</w:t>
        <w:br/>
        <w:t>v -2.322808 9.868987 -1.836341</w:t>
        <w:br/>
        <w:t>v -2.177901 10.415167 -1.698962</w:t>
        <w:br/>
        <w:t>v -1.837245 9.817184 -2.107795</w:t>
        <w:br/>
        <w:t>v -1.976870 9.123929 -2.374601</w:t>
        <w:br/>
        <w:t>v -2.054654 9.124891 -2.325637</w:t>
        <w:br/>
        <w:t>v -1.782192 10.381826 -2.128702</w:t>
        <w:br/>
        <w:t>v -3.241196 5.549285 -2.701217</w:t>
        <w:br/>
        <w:t>v -2.149669 8.243256 -2.723047</w:t>
        <w:br/>
        <w:t>v -1.742465 11.071752 -1.774848</w:t>
        <w:br/>
        <w:t>v -1.857968 11.115631 -1.690850</w:t>
        <w:br/>
        <w:t>v -1.992323 10.413483 -1.986626</w:t>
        <w:br/>
        <w:t>v -1.704899 11.822795 -1.194943</w:t>
        <w:br/>
        <w:t>v -1.971772 11.156631 -1.494557</w:t>
        <w:br/>
        <w:t>v -1.629478 11.803816 -1.307703</w:t>
        <w:br/>
        <w:t>v -1.399756 12.502258 -0.734527</w:t>
        <w:br/>
        <w:t>v -1.542625 11.777193 -1.224837</w:t>
        <w:br/>
        <w:t>v -1.629478 11.803816 -1.307703</w:t>
        <w:br/>
        <w:t>v -1.742465 11.071752 -1.774848</w:t>
        <w:br/>
        <w:t>v -1.738617 11.067513 -1.577008</w:t>
        <w:br/>
        <w:t>v -1.481794 10.984207 -1.755871</w:t>
        <w:br/>
        <w:t>v -1.648671 11.038361 -1.593672</w:t>
        <w:br/>
        <w:t>v -1.833232 10.358887 -1.830028</w:t>
        <w:br/>
        <w:t>v -1.697557 10.352277 -1.957571</w:t>
        <w:br/>
        <w:t>v -1.943983 9.833753 -2.054312</w:t>
        <w:br/>
        <w:t>v -1.777369 9.839141 -2.439702</w:t>
        <w:br/>
        <w:t>v -1.890847 9.153901 -2.642936</w:t>
        <w:br/>
        <w:t>v -2.033365 9.131853 -2.347240</w:t>
        <w:br/>
        <w:t>v -1.880632 10.370601 -1.832106</w:t>
        <w:br/>
        <w:t>v -1.767998 10.382735 -2.147444</w:t>
        <w:br/>
        <w:t>v -1.177607 11.672633 -1.508458</w:t>
        <w:br/>
        <w:t>v -1.386602 11.733719 -1.280211</w:t>
        <w:br/>
        <w:t>v -0.271472 13.600581 -0.017970</w:t>
        <w:br/>
        <w:t>v -0.724827 13.587777 0.102638</w:t>
        <w:br/>
        <w:t>v -1.057035 13.123407 -0.305959</w:t>
        <w:br/>
        <w:t>v -0.528737 13.076699 -0.571962</w:t>
        <w:br/>
        <w:t>v -0.201094 13.749294 0.163106</w:t>
        <w:br/>
        <w:t>v -0.623373 13.718951 0.220379</w:t>
        <w:br/>
        <w:t>v -1.096702 12.445914 -0.829139</w:t>
        <w:br/>
        <w:t>v -0.846368 12.396992 -1.059111</w:t>
        <w:br/>
        <w:t>v -2.525507 7.258892 -2.848072</w:t>
        <w:br/>
        <w:t>v -2.355886 8.259155 -2.579087</w:t>
        <w:br/>
        <w:t>v -2.685992 8.223195 -2.133097</w:t>
        <w:br/>
        <w:t>v -2.914809 7.156670 -2.339236</w:t>
        <w:br/>
        <w:t>v -3.006306 5.751560 -2.925997</w:t>
        <w:br/>
        <w:t>v -2.734680 6.178465 -3.154001</w:t>
        <w:br/>
        <w:t>v -2.218185 9.146960 -2.362615</w:t>
        <w:br/>
        <w:t>v -2.502136 9.126618 -1.982810</w:t>
        <w:br/>
        <w:t>v -2.124516 7.351943 -3.201469</w:t>
        <w:br/>
        <w:t>v -2.473605 6.581426 -3.339987</w:t>
        <w:br/>
        <w:t>v -2.195841 6.705882 -3.430955</w:t>
        <w:br/>
        <w:t>v -2.195841 6.705882 -3.430955</w:t>
        <w:br/>
        <w:t>v -2.189624 6.701908 -3.397136</w:t>
        <w:br/>
        <w:t>v -2.192024 7.325149 -3.071807</w:t>
        <w:br/>
        <w:t>v -2.124516 7.351943 -3.201469</w:t>
        <w:br/>
        <w:t>v -2.127228 8.245758 -2.737553</w:t>
        <w:br/>
        <w:t>v -2.020411 8.282507 -2.893800</w:t>
        <w:br/>
        <w:t>v -2.020411 8.282507 -2.893800</w:t>
        <w:br/>
        <w:t>v -1.777369 9.839141 -2.439702</w:t>
        <w:br/>
        <w:t>v -2.093237 9.872090 -2.177571</w:t>
        <w:br/>
        <w:t>v -1.890847 9.153901 -2.642936</w:t>
        <w:br/>
        <w:t>v -1.542625 11.777193 -1.224837</w:t>
        <w:br/>
        <w:t>v -1.738617 11.067513 -1.577008</w:t>
        <w:br/>
        <w:t>v -1.880632 10.370601 -1.832106</w:t>
        <w:br/>
        <w:t>v -1.943983 9.833753 -2.054312</w:t>
        <w:br/>
        <w:t>v -1.399756 12.502258 -0.734527</w:t>
        <w:br/>
        <w:t>v -2.196539 10.424900 -1.712719</w:t>
        <w:br/>
        <w:t>v -2.341886 9.876707 -1.850769</w:t>
        <w:br/>
        <w:t>v -1.852538 9.827072 -2.125143</w:t>
        <w:br/>
        <w:t>v -1.993194 9.133117 -2.391356</w:t>
        <w:br/>
        <w:t>v -2.033365 9.131853 -2.347240</w:t>
        <w:br/>
        <w:t>v -1.767998 10.382735 -2.147444</w:t>
        <w:br/>
        <w:t>v -3.259670 5.556862 -2.716509</w:t>
        <w:br/>
        <w:t>v -2.127228 8.245758 -2.737553</w:t>
        <w:br/>
        <w:t>v -3.259670 5.556862 -2.716509</w:t>
        <w:br/>
        <w:t>v -2.914809 7.156670 -2.339236</w:t>
        <w:br/>
        <w:t>v -2.895694 7.149374 -2.324646</w:t>
        <w:br/>
        <w:t>v -3.241196 5.549285 -2.701217</w:t>
        <w:br/>
        <w:t>v -3.006306 5.751560 -2.925997</w:t>
        <w:br/>
        <w:t>v -3.259670 5.556862 -2.716509</w:t>
        <w:br/>
        <w:t>v -3.241196 5.549285 -2.701217</w:t>
        <w:br/>
        <w:t>v -2.986498 5.744096 -2.912616</w:t>
        <w:br/>
        <w:t>v -2.734680 6.178465 -3.154001</w:t>
        <w:br/>
        <w:t>v -2.713853 6.171032 -3.142021</w:t>
        <w:br/>
        <w:t>v -2.473605 6.581426 -3.339987</w:t>
        <w:br/>
        <w:t>v -2.458373 6.574384 -3.328811</w:t>
        <w:br/>
        <w:t>v -2.195841 6.705882 -3.430955</w:t>
        <w:br/>
        <w:t>v -2.202485 6.697360 -3.417850</w:t>
        <w:br/>
        <w:t>v -2.197774 6.695060 -3.395518</w:t>
        <w:br/>
        <w:t>v -2.202485 6.697360 -3.417850</w:t>
        <w:br/>
        <w:t>v -2.192024 7.325149 -3.071807</w:t>
        <w:br/>
        <w:t>v -2.189624 6.701908 -3.397136</w:t>
        <w:br/>
        <w:t>v -2.197774 6.695060 -3.395518</w:t>
        <w:br/>
        <w:t>v -2.205264 7.330922 -3.082325</w:t>
        <w:br/>
        <w:t>v -2.127228 8.245758 -2.737553</w:t>
        <w:br/>
        <w:t>v -2.149669 8.243256 -2.723047</w:t>
        <w:br/>
        <w:t>v -2.149669 8.243256 -2.723047</w:t>
        <w:br/>
        <w:t>v -1.976870 9.123929 -2.374601</w:t>
        <w:br/>
        <w:t>v -1.993194 9.133117 -2.391356</w:t>
        <w:br/>
        <w:t>v -1.852538 9.827072 -2.125143</w:t>
        <w:br/>
        <w:t>v -1.976870 9.123929 -2.374601</w:t>
        <w:br/>
        <w:t>v -1.837245 9.817184 -2.107795</w:t>
        <w:br/>
        <w:t>v -1.697557 10.352277 -1.957571</w:t>
        <w:br/>
        <w:t>v -1.682163 10.341631 -1.940791</w:t>
        <w:br/>
        <w:t>v -1.481794 10.984207 -1.755871</w:t>
        <w:br/>
        <w:t>v -1.466224 10.974031 -1.738968</w:t>
        <w:br/>
        <w:t>v -1.177607 11.672633 -1.508458</w:t>
        <w:br/>
        <w:t>v -1.163006 11.660474 -1.492046</w:t>
        <w:br/>
        <w:t>v -0.846368 12.396992 -1.059111</w:t>
        <w:br/>
        <w:t>v -0.833943 12.382204 -1.043139</w:t>
        <w:br/>
        <w:t>v -0.528737 13.076699 -0.571962</w:t>
        <w:br/>
        <w:t>v -0.520386 13.059155 -0.556279</w:t>
        <w:br/>
        <w:t>v -0.271472 13.600581 -0.017970</w:t>
        <w:br/>
        <w:t>v -0.266617 13.581577 -0.002237</w:t>
        <w:br/>
        <w:t>v -0.201094 13.749294 0.163106</w:t>
        <w:br/>
        <w:t>v -0.196969 13.730043 0.178751</w:t>
        <w:br/>
        <w:t>v -0.724827 13.587777 0.102638</w:t>
        <w:br/>
        <w:t>v -0.623373 13.718951 0.220379</w:t>
        <w:br/>
        <w:t>v -0.619248 13.699697 0.236036</w:t>
        <w:br/>
        <w:t>v -0.719973 13.568789 0.118371</w:t>
        <w:br/>
        <w:t>v -1.057035 13.123407 -0.305959</w:t>
        <w:br/>
        <w:t>v -1.052608 13.106353 -0.288226</w:t>
        <w:br/>
        <w:t>v -1.399756 12.502258 -0.734527</w:t>
        <w:br/>
        <w:t>v -1.389909 12.487731 -0.718064</w:t>
        <w:br/>
        <w:t>v -1.704899 11.822795 -1.194943</w:t>
        <w:br/>
        <w:t>v -1.687581 11.810206 -1.181813</w:t>
        <w:br/>
        <w:t>v -1.971772 11.156631 -1.494557</w:t>
        <w:br/>
        <w:t>v -1.953397 11.146230 -1.480937</w:t>
        <w:br/>
        <w:t>v -2.196539 10.424900 -1.712719</w:t>
        <w:br/>
        <w:t>v -2.177901 10.415167 -1.698962</w:t>
        <w:br/>
        <w:t>v -2.341886 9.876707 -1.850769</w:t>
        <w:br/>
        <w:t>v -2.322808 9.868987 -1.836341</w:t>
        <w:br/>
        <w:t>v -2.502136 9.126618 -1.982810</w:t>
        <w:br/>
        <w:t>v -2.482579 9.119957 -1.968464</w:t>
        <w:br/>
        <w:t>v -2.685992 8.223195 -2.133097</w:t>
        <w:br/>
        <w:t>v -2.666247 8.216464 -2.119038</w:t>
        <w:br/>
        <w:t>v 1.774969 11.077167 -1.699756</w:t>
        <w:br/>
        <w:t>v 1.827280 11.104836 -1.666875</w:t>
        <w:br/>
        <w:t>v 1.959940 10.395890 -1.956623</w:t>
        <w:br/>
        <w:t>v 1.687580 11.810204 -1.181811</w:t>
        <w:br/>
        <w:t>v 1.953395 11.146223 -1.480934</w:t>
        <w:br/>
        <w:t>v 1.606913 11.789558 -1.268345</w:t>
        <w:br/>
        <w:t>v 1.389909 12.487729 -0.718062</w:t>
        <w:br/>
        <w:t>v 1.552321 11.769392 -1.202965</w:t>
        <w:br/>
        <w:t>v 1.606913 11.789558 -1.268345</w:t>
        <w:br/>
        <w:t>v 1.774969 11.077167 -1.699756</w:t>
        <w:br/>
        <w:t>v 1.756440 11.063699 -1.550045</w:t>
        <w:br/>
        <w:t>v 1.466221 10.974030 -1.738966</w:t>
        <w:br/>
        <w:t>v 1.639474 11.028636 -1.572365</w:t>
        <w:br/>
        <w:t>v 1.825944 10.348175 -1.808455</w:t>
        <w:br/>
        <w:t>v 1.682158 10.341628 -1.940788</w:t>
        <w:br/>
        <w:t>v 1.975535 9.825731 -2.022532</w:t>
        <w:br/>
        <w:t>v 1.801020 9.833512 -2.411829</w:t>
        <w:br/>
        <w:t>v 1.918097 9.150133 -2.610132</w:t>
        <w:br/>
        <w:t>v 2.054644 9.124887 -2.325632</w:t>
        <w:br/>
        <w:t>v 1.909324 10.367801 -1.815232</w:t>
        <w:br/>
        <w:t>v 1.782187 10.381822 -2.128699</w:t>
        <w:br/>
        <w:t>v 1.163005 11.660469 -1.492043</w:t>
        <w:br/>
        <w:t>v 1.376905 11.721992 -1.260175</w:t>
        <w:br/>
        <w:t>v 0.266623 13.581579 -0.002237</w:t>
        <w:br/>
        <w:t>v 0.719978 13.568788 0.118371</w:t>
        <w:br/>
        <w:t>v 1.052611 13.106348 -0.288224</w:t>
        <w:br/>
        <w:t>v 0.520389 13.059148 -0.556278</w:t>
        <w:br/>
        <w:t>v 0.196975 13.730044 0.178751</w:t>
        <w:br/>
        <w:t>v 0.619254 13.699696 0.236036</w:t>
        <w:br/>
        <w:t>v 1.088251 12.431500 -0.810323</w:t>
        <w:br/>
        <w:t>v 0.833943 12.382200 -1.043138</w:t>
        <w:br/>
        <w:t>v 2.507092 7.251070 -2.832800</w:t>
        <w:br/>
        <w:t>v 2.337512 8.252147 -2.563383</w:t>
        <w:br/>
        <w:t>v 2.666235 8.216457 -2.119032</w:t>
        <w:br/>
        <w:t>v 2.895678 7.149369 -2.324639</w:t>
        <w:br/>
        <w:t>v 2.986478 5.744091 -2.912610</w:t>
        <w:br/>
        <w:t>v 2.713835 6.171029 -3.142015</w:t>
        <w:br/>
        <w:t>v 2.200355 9.139910 -2.346321</w:t>
        <w:br/>
        <w:t>v 2.482570 9.119950 -1.968460</w:t>
        <w:br/>
        <w:t>v 2.458356 6.574381 -3.328804</w:t>
        <w:br/>
        <w:t>v 2.202467 6.697355 -3.417845</w:t>
        <w:br/>
        <w:t>v 2.154773 7.342386 -3.166199</w:t>
        <w:br/>
        <w:t>v 2.202467 6.697355 -3.417845</w:t>
        <w:br/>
        <w:t>v 2.197758 6.695055 -3.395512</w:t>
        <w:br/>
        <w:t>v 2.205249 7.330917 -3.082319</w:t>
        <w:br/>
        <w:t>v 2.154773 7.342386 -3.166199</w:t>
        <w:br/>
        <w:t>v 2.149656 8.243252 -2.723041</w:t>
        <w:br/>
        <w:t>v 2.049503 8.278987 -2.865628</w:t>
        <w:br/>
        <w:t>v 2.049503 8.278987 -2.865628</w:t>
        <w:br/>
        <w:t>v 1.801020 9.833512 -2.411829</w:t>
        <w:br/>
        <w:t>v 2.059544 9.856802 -2.147585</w:t>
        <w:br/>
        <w:t>v 1.918097 9.150133 -2.610132</w:t>
        <w:br/>
        <w:t>v 1.552321 11.769392 -1.202965</w:t>
        <w:br/>
        <w:t>v 1.756440 11.063699 -1.550045</w:t>
        <w:br/>
        <w:t>v 1.909324 10.367801 -1.815232</w:t>
        <w:br/>
        <w:t>v 1.975535 9.825731 -2.022532</w:t>
        <w:br/>
        <w:t>v 1.389909 12.487729 -0.718062</w:t>
        <w:br/>
        <w:t>v 2.177895 10.415162 -1.698958</w:t>
        <w:br/>
        <w:t>v 2.322800 9.868980 -1.836337</w:t>
        <w:br/>
        <w:t>v 1.837237 9.817180 -2.107791</w:t>
        <w:br/>
        <w:t>v 1.976860 9.123923 -2.374596</w:t>
        <w:br/>
        <w:t>v 2.054644 9.124887 -2.325632</w:t>
        <w:br/>
        <w:t>v 1.782187 10.381822 -2.128699</w:t>
        <w:br/>
        <w:t>v 3.241175 5.549278 -2.701210</w:t>
        <w:br/>
        <w:t>v 2.149656 8.243252 -2.723041</w:t>
        <w:br/>
        <w:t>v 1.857965 11.115626 -1.690848</w:t>
        <w:br/>
        <w:t>v 1.742463 11.071747 -1.774846</w:t>
        <w:br/>
        <w:t>v 1.992318 10.413478 -1.986622</w:t>
        <w:br/>
        <w:t>v 1.704898 11.822790 -1.194941</w:t>
        <w:br/>
        <w:t>v 1.971769 11.156625 -1.494555</w:t>
        <w:br/>
        <w:t>v 1.399757 12.502256 -0.734524</w:t>
        <w:br/>
        <w:t>v 1.629477 11.803816 -1.307701</w:t>
        <w:br/>
        <w:t>v 1.742463 11.071747 -1.774846</w:t>
        <w:br/>
        <w:t>v 1.629477 11.803816 -1.307701</w:t>
        <w:br/>
        <w:t>v 1.542624 11.777189 -1.224835</w:t>
        <w:br/>
        <w:t>v 1.738614 11.067509 -1.577006</w:t>
        <w:br/>
        <w:t>v 1.833226 10.358882 -1.830024</w:t>
        <w:br/>
        <w:t>v 1.648668 11.038356 -1.593669</w:t>
        <w:br/>
        <w:t>v 1.481791 10.984202 -1.755868</w:t>
        <w:br/>
        <w:t>v 1.697551 10.352273 -1.957568</w:t>
        <w:br/>
        <w:t>v 1.890837 9.153894 -2.642931</w:t>
        <w:br/>
        <w:t>v 1.777361 9.839138 -2.439698</w:t>
        <w:br/>
        <w:t>v 1.943976 9.833746 -2.054307</w:t>
        <w:br/>
        <w:t>v 2.033355 9.131850 -2.347235</w:t>
        <w:br/>
        <w:t>v 1.767992 10.382730 -2.147440</w:t>
        <w:br/>
        <w:t>v 1.880627 10.370595 -1.832103</w:t>
        <w:br/>
        <w:t>v 1.386601 11.733713 -1.280209</w:t>
        <w:br/>
        <w:t>v 1.177606 11.672627 -1.508456</w:t>
        <w:br/>
        <w:t>v 1.057037 13.123403 -0.305957</w:t>
        <w:br/>
        <w:t>v 0.724833 13.587776 0.102638</w:t>
        <w:br/>
        <w:t>v 0.271478 13.600579 -0.017970</w:t>
        <w:br/>
        <w:t>v 0.528740 13.076693 -0.571961</w:t>
        <w:br/>
        <w:t>v 0.623379 13.718947 0.220379</w:t>
        <w:br/>
        <w:t>v 0.201100 13.749294 0.163106</w:t>
        <w:br/>
        <w:t>v 0.846368 12.396986 -1.059110</w:t>
        <w:br/>
        <w:t>v 1.096702 12.445912 -0.829137</w:t>
        <w:br/>
        <w:t>v 2.685980 8.223188 -2.133091</w:t>
        <w:br/>
        <w:t>v 2.355874 8.259150 -2.579082</w:t>
        <w:br/>
        <w:t>v 2.525491 7.258886 -2.848066</w:t>
        <w:br/>
        <w:t>v 2.914794 7.156664 -2.339230</w:t>
        <w:br/>
        <w:t>v 2.734662 6.178460 -3.153995</w:t>
        <w:br/>
        <w:t>v 3.006286 5.751554 -2.925990</w:t>
        <w:br/>
        <w:t>v 2.502126 9.126612 -1.982805</w:t>
        <w:br/>
        <w:t>v 2.218176 9.146955 -2.362609</w:t>
        <w:br/>
        <w:t>v 2.473588 6.581422 -3.339981</w:t>
        <w:br/>
        <w:t>v 2.124501 7.351941 -3.201464</w:t>
        <w:br/>
        <w:t>v 2.195824 6.705879 -3.430949</w:t>
        <w:br/>
        <w:t>v 2.192009 7.325144 -3.071801</w:t>
        <w:br/>
        <w:t>v 2.189607 6.701904 -3.397130</w:t>
        <w:br/>
        <w:t>v 2.195824 6.705879 -3.430949</w:t>
        <w:br/>
        <w:t>v 2.124501 7.351941 -3.201464</w:t>
        <w:br/>
        <w:t>v 2.127215 8.245755 -2.737548</w:t>
        <w:br/>
        <w:t>v 2.020399 8.282502 -2.893794</w:t>
        <w:br/>
        <w:t>v 2.020399 8.282502 -2.893794</w:t>
        <w:br/>
        <w:t>v 1.777361 9.839138 -2.439698</w:t>
        <w:br/>
        <w:t>v 2.093230 9.872086 -2.177566</w:t>
        <w:br/>
        <w:t>v 1.890837 9.153894 -2.642931</w:t>
        <w:br/>
        <w:t>v 1.738614 11.067509 -1.577006</w:t>
        <w:br/>
        <w:t>v 1.542624 11.777189 -1.224835</w:t>
        <w:br/>
        <w:t>v 1.880627 10.370595 -1.832103</w:t>
        <w:br/>
        <w:t>v 1.943976 9.833746 -2.054307</w:t>
        <w:br/>
        <w:t>v 1.399757 12.502256 -0.734524</w:t>
        <w:br/>
        <w:t>v 2.341879 9.876701 -1.850765</w:t>
        <w:br/>
        <w:t>v 2.196533 10.424896 -1.712715</w:t>
        <w:br/>
        <w:t>v 1.852530 9.827065 -2.125138</w:t>
        <w:br/>
        <w:t>v 1.993184 9.133112 -2.391352</w:t>
        <w:br/>
        <w:t>v 2.033355 9.131850 -2.347235</w:t>
        <w:br/>
        <w:t>v 1.767992 10.382730 -2.147440</w:t>
        <w:br/>
        <w:t>v 3.259650 5.556856 -2.716501</w:t>
        <w:br/>
        <w:t>v 2.127215 8.245755 -2.737548</w:t>
        <w:br/>
        <w:t>v 2.895678 7.149369 -2.324639</w:t>
        <w:br/>
        <w:t>v 2.914794 7.156664 -2.339230</w:t>
        <w:br/>
        <w:t>v 3.259650 5.556856 -2.716501</w:t>
        <w:br/>
        <w:t>v 3.241175 5.549278 -2.701210</w:t>
        <w:br/>
        <w:t>v 3.241175 5.549278 -2.701210</w:t>
        <w:br/>
        <w:t>v 3.259650 5.556856 -2.716501</w:t>
        <w:br/>
        <w:t>v 3.006286 5.751554 -2.925990</w:t>
        <w:br/>
        <w:t>v 2.986478 5.744091 -2.912610</w:t>
        <w:br/>
        <w:t>v 2.734662 6.178460 -3.153995</w:t>
        <w:br/>
        <w:t>v 2.713835 6.171029 -3.142015</w:t>
        <w:br/>
        <w:t>v 2.473588 6.581422 -3.339981</w:t>
        <w:br/>
        <w:t>v 2.458356 6.574381 -3.328804</w:t>
        <w:br/>
        <w:t>v 2.195824 6.705879 -3.430949</w:t>
        <w:br/>
        <w:t>v 2.202467 6.697355 -3.417845</w:t>
        <w:br/>
        <w:t>v 2.197758 6.695055 -3.395512</w:t>
        <w:br/>
        <w:t>v 2.202467 6.697355 -3.417845</w:t>
        <w:br/>
        <w:t>v 2.197758 6.695055 -3.395512</w:t>
        <w:br/>
        <w:t>v 2.189607 6.701904 -3.397130</w:t>
        <w:br/>
        <w:t>v 2.192009 7.325144 -3.071801</w:t>
        <w:br/>
        <w:t>v 2.205249 7.330917 -3.082319</w:t>
        <w:br/>
        <w:t>v 2.127215 8.245755 -2.737548</w:t>
        <w:br/>
        <w:t>v 2.149656 8.243252 -2.723041</w:t>
        <w:br/>
        <w:t>v 1.993184 9.133112 -2.391352</w:t>
        <w:br/>
        <w:t>v 1.976860 9.123923 -2.374596</w:t>
        <w:br/>
        <w:t>v 2.149656 8.243252 -2.723041</w:t>
        <w:br/>
        <w:t>v 1.976860 9.123923 -2.374596</w:t>
        <w:br/>
        <w:t>v 1.852530 9.827065 -2.125138</w:t>
        <w:br/>
        <w:t>v 1.837237 9.817180 -2.107791</w:t>
        <w:br/>
        <w:t>v 1.697551 10.352273 -1.957568</w:t>
        <w:br/>
        <w:t>v 1.682158 10.341628 -1.940788</w:t>
        <w:br/>
        <w:t>v 1.481791 10.984202 -1.755868</w:t>
        <w:br/>
        <w:t>v 1.466221 10.974030 -1.738966</w:t>
        <w:br/>
        <w:t>v 1.177606 11.672627 -1.508456</w:t>
        <w:br/>
        <w:t>v 1.163005 11.660469 -1.492043</w:t>
        <w:br/>
        <w:t>v 0.846368 12.396986 -1.059110</w:t>
        <w:br/>
        <w:t>v 0.833943 12.382200 -1.043138</w:t>
        <w:br/>
        <w:t>v 0.528740 13.076693 -0.571961</w:t>
        <w:br/>
        <w:t>v 0.520389 13.059148 -0.556278</w:t>
        <w:br/>
        <w:t>v 0.271478 13.600579 -0.017970</w:t>
        <w:br/>
        <w:t>v 0.266623 13.581579 -0.002237</w:t>
        <w:br/>
        <w:t>v 0.201100 13.749294 0.163106</w:t>
        <w:br/>
        <w:t>v 0.196975 13.730044 0.178751</w:t>
        <w:br/>
        <w:t>v 0.619254 13.699696 0.236036</w:t>
        <w:br/>
        <w:t>v 0.623379 13.718947 0.220379</w:t>
        <w:br/>
        <w:t>v 0.724833 13.587776 0.102638</w:t>
        <w:br/>
        <w:t>v 0.719978 13.568788 0.118371</w:t>
        <w:br/>
        <w:t>v 1.057037 13.123403 -0.305957</w:t>
        <w:br/>
        <w:t>v 1.052611 13.106348 -0.288224</w:t>
        <w:br/>
        <w:t>v 1.399757 12.502256 -0.734524</w:t>
        <w:br/>
        <w:t>v 1.389909 12.487729 -0.718062</w:t>
        <w:br/>
        <w:t>v 1.704898 11.822790 -1.194941</w:t>
        <w:br/>
        <w:t>v 1.687580 11.810204 -1.181811</w:t>
        <w:br/>
        <w:t>v 1.971769 11.156625 -1.494555</w:t>
        <w:br/>
        <w:t>v 1.953395 11.146223 -1.480934</w:t>
        <w:br/>
        <w:t>v 2.196533 10.424896 -1.712715</w:t>
        <w:br/>
        <w:t>v 2.177895 10.415162 -1.698958</w:t>
        <w:br/>
        <w:t>v 2.341879 9.876701 -1.850765</w:t>
        <w:br/>
        <w:t>v 2.322800 9.868980 -1.836337</w:t>
        <w:br/>
        <w:t>v 2.502126 9.126612 -1.982805</w:t>
        <w:br/>
        <w:t>v 2.482570 9.119950 -1.968460</w:t>
        <w:br/>
        <w:t>v 2.685980 8.223188 -2.133091</w:t>
        <w:br/>
        <w:t>v 2.666235 8.216457 -2.119032</w:t>
        <w:br/>
        <w:t>v 0.000004 14.714396 -0.150837</w:t>
        <w:br/>
        <w:t>v 0.000004 14.682704 -0.170767</w:t>
        <w:br/>
        <w:t>v 0.088656 14.693080 -0.148287</w:t>
        <w:br/>
        <w:t>v 0.075412 14.650612 -0.165558</w:t>
        <w:br/>
        <w:t>v 0.111922 14.645560 -0.138507</w:t>
        <w:br/>
        <w:t>v 0.046751 14.653451 -0.138061</w:t>
        <w:br/>
        <w:t>v 0.054334 14.629166 -0.132867</w:t>
        <w:br/>
        <w:t>v 0.075412 14.650612 -0.165558</w:t>
        <w:br/>
        <w:t>v 0.111142 14.463001 -0.099490</w:t>
        <w:br/>
        <w:t>v 0.074569 14.449716 -0.121715</w:t>
        <w:br/>
        <w:t>v 0.087486 14.415312 -0.089777</w:t>
        <w:br/>
        <w:t>v 0.000004 14.682704 -0.170767</w:t>
        <w:br/>
        <w:t>v 0.000004 14.418242 -0.113856</w:t>
        <w:br/>
        <w:t>v 0.053718 14.480613 -0.100751</w:t>
        <w:br/>
        <w:t>v 0.045945 14.456288 -0.095692</w:t>
        <w:br/>
        <w:t>v 0.074569 14.449716 -0.121715</w:t>
        <w:br/>
        <w:t>v 0.000004 14.449718 -0.093480</w:t>
        <w:br/>
        <w:t>v 0.000004 14.418242 -0.113856</w:t>
        <w:br/>
        <w:t>v 0.000004 14.660489 -0.138493</w:t>
        <w:br/>
        <w:t>v 0.000004 14.714396 -0.150837</w:t>
        <w:br/>
        <w:t>v 0.088656 14.693080 -0.148287</w:t>
        <w:br/>
        <w:t>v 0.046751 14.653451 -0.138061</w:t>
        <w:br/>
        <w:t>v 0.111922 14.645560 -0.138507</w:t>
        <w:br/>
        <w:t>v 0.054334 14.629166 -0.132867</w:t>
        <w:br/>
        <w:t>v 0.111142 14.463001 -0.099490</w:t>
        <w:br/>
        <w:t>v 0.053718 14.480613 -0.100751</w:t>
        <w:br/>
        <w:t>v 0.087486 14.415312 -0.089777</w:t>
        <w:br/>
        <w:t>v 0.045945 14.456288 -0.095692</w:t>
        <w:br/>
        <w:t>v 0.000004 14.394636 -0.084202</w:t>
        <w:br/>
        <w:t>v 0.000004 14.449718 -0.093480</w:t>
        <w:br/>
        <w:t>v 0.000004 14.394636 -0.084202</w:t>
        <w:br/>
        <w:t>v 0.000004 14.660489 -0.138493</w:t>
        <w:br/>
        <w:t>v -0.088647 14.693080 -0.148287</w:t>
        <w:br/>
        <w:t>v -0.111913 14.645559 -0.138507</w:t>
        <w:br/>
        <w:t>v -0.075404 14.650612 -0.165558</w:t>
        <w:br/>
        <w:t>v -0.054326 14.629166 -0.132867</w:t>
        <w:br/>
        <w:t>v -0.046742 14.653451 -0.138061</w:t>
        <w:br/>
        <w:t>v -0.075404 14.650612 -0.165558</w:t>
        <w:br/>
        <w:t>v -0.111134 14.462999 -0.099490</w:t>
        <w:br/>
        <w:t>v -0.074562 14.449716 -0.121715</w:t>
        <w:br/>
        <w:t>v -0.087478 14.415310 -0.089777</w:t>
        <w:br/>
        <w:t>v -0.045938 14.456286 -0.095692</w:t>
        <w:br/>
        <w:t>v -0.053710 14.480616 -0.100751</w:t>
        <w:br/>
        <w:t>v -0.074562 14.449716 -0.121715</w:t>
        <w:br/>
        <w:t>v -0.088647 14.693080 -0.148287</w:t>
        <w:br/>
        <w:t>v 0.000004 14.714396 -0.150837</w:t>
        <w:br/>
        <w:t>v 0.000004 14.660489 -0.138493</w:t>
        <w:br/>
        <w:t>v -0.046742 14.653451 -0.138061</w:t>
        <w:br/>
        <w:t>v -0.111913 14.645559 -0.138507</w:t>
        <w:br/>
        <w:t>v -0.054326 14.629166 -0.132867</w:t>
        <w:br/>
        <w:t>v -0.111134 14.462999 -0.099490</w:t>
        <w:br/>
        <w:t>v -0.053710 14.480616 -0.100751</w:t>
        <w:br/>
        <w:t>v -0.087478 14.415310 -0.089777</w:t>
        <w:br/>
        <w:t>v -0.045938 14.456286 -0.095692</w:t>
        <w:br/>
        <w:t>v 0.000004 14.449718 -0.093480</w:t>
        <w:br/>
        <w:t>v 0.000004 14.394636 -0.084202</w:t>
        <w:br/>
        <w:t>v 0.172715 14.250392 0.020655</w:t>
        <w:br/>
        <w:t>v 0.164452 14.277921 0.000357</w:t>
        <w:br/>
        <w:t>v 0.146845 14.258731 0.018479</w:t>
        <w:br/>
        <w:t>v 0.183279 14.298887 0.019335</w:t>
        <w:br/>
        <w:t>v 0.146556 14.308331 0.016203</w:t>
        <w:br/>
        <w:t>v 0.164452 14.277921 0.000357</w:t>
        <w:br/>
        <w:t>v 0.311068 14.139128 0.010393</w:t>
        <w:br/>
        <w:t>v 0.337441 14.152070 0.029962</w:t>
        <w:br/>
        <w:t>v 0.084466 14.225894 -0.005617</w:t>
        <w:br/>
        <w:t>v 0.110223 14.234924 0.015750</w:t>
        <w:br/>
        <w:t>v 0.110223 14.234924 0.015750</w:t>
        <w:br/>
        <w:t>v 0.084466 14.225894 -0.005617</w:t>
        <w:br/>
        <w:t>v 0.115844 14.213393 0.016455</w:t>
        <w:br/>
        <w:t>v 0.275464 14.153806 0.027622</w:t>
        <w:br/>
        <w:t>v 0.311068 14.139128 0.010393</w:t>
        <w:br/>
        <w:t>v 0.281488 14.132387 0.027660</w:t>
        <w:br/>
        <w:t>v 0.232729 14.087904 0.004784</w:t>
        <w:br/>
        <w:t>v 0.311068 14.139128 0.010393</w:t>
        <w:br/>
        <w:t>v 0.245557 14.108908 0.025095</w:t>
        <w:br/>
        <w:t>v 0.342861 14.121975 0.029786</w:t>
        <w:br/>
        <w:t>v 0.275464 14.153806 0.027622</w:t>
        <w:br/>
        <w:t>v 0.337441 14.152070 0.029962</w:t>
        <w:br/>
        <w:t>v 0.342861 14.121975 0.029786</w:t>
        <w:br/>
        <w:t>v 0.281488 14.132387 0.027660</w:t>
        <w:br/>
        <w:t>v 0.232729 14.087904 0.004784</w:t>
        <w:br/>
        <w:t>v 0.248437 14.060122 0.022982</w:t>
        <w:br/>
        <w:t>v 0.211173 14.069442 0.020831</w:t>
        <w:br/>
        <w:t>v 0.084466 14.225894 -0.005617</w:t>
        <w:br/>
        <w:t>v 0.054232 14.214914 0.009588</w:t>
        <w:br/>
        <w:t>v 0.232729 14.087904 0.004784</w:t>
        <w:br/>
        <w:t>v 0.219398 14.117195 0.023623</w:t>
        <w:br/>
        <w:t>v 0.049479 14.245198 0.008796</w:t>
        <w:br/>
        <w:t>v 0.172715 14.250392 0.020655</w:t>
        <w:br/>
        <w:t>v 0.146845 14.258731 0.018479</w:t>
        <w:br/>
        <w:t>v 0.146556 14.308331 0.016203</w:t>
        <w:br/>
        <w:t>v 0.183279 14.298887 0.019335</w:t>
        <w:br/>
        <w:t>v 0.049479 14.245198 0.008796</w:t>
        <w:br/>
        <w:t>v 0.110223 14.234924 0.015750</w:t>
        <w:br/>
        <w:t>v 0.115844 14.213393 0.016455</w:t>
        <w:br/>
        <w:t>v 0.054232 14.214914 0.009588</w:t>
        <w:br/>
        <w:t>v 0.219398 14.117195 0.023623</w:t>
        <w:br/>
        <w:t>v 0.245557 14.108908 0.025095</w:t>
        <w:br/>
        <w:t>v 0.248437 14.060122 0.022982</w:t>
        <w:br/>
        <w:t>v 0.211173 14.069442 0.020831</w:t>
        <w:br/>
        <w:t>v -5.052090 13.259260 0.307385</w:t>
        <w:br/>
        <w:t>v -4.988744 13.309006 0.310164</w:t>
        <w:br/>
        <w:t>v -4.926028 13.229759 0.260223</w:t>
        <w:br/>
        <w:t>v -4.990390 13.179430 0.261330</w:t>
        <w:br/>
        <w:t>v -4.989155 13.322735 0.301926</w:t>
        <w:br/>
        <w:t>v -4.925352 13.241961 0.249269</w:t>
        <w:br/>
        <w:t>v -4.886958 13.188370 0.181985</w:t>
        <w:br/>
        <w:t>v -4.889643 13.179148 0.193643</w:t>
        <w:br/>
        <w:t>v -4.950946 13.131931 0.193706</w:t>
        <w:br/>
        <w:t>v -4.950946 13.131931 0.193706</w:t>
        <w:br/>
        <w:t>v -4.889643 13.179148 0.193643</w:t>
        <w:br/>
        <w:t>v -4.886958 13.188370 0.181985</w:t>
        <w:br/>
        <w:t>v -4.960807 13.132387 0.181595</w:t>
        <w:br/>
        <w:t>v -5.052090 13.259260 0.307385</w:t>
        <w:br/>
        <w:t>v -4.990390 13.179430 0.261330</w:t>
        <w:br/>
        <w:t>v -5.002144 13.182335 0.250300</w:t>
        <w:br/>
        <w:t>v -5.065837 13.263872 0.296330</w:t>
        <w:br/>
        <w:t>v -4.960807 13.132387 0.181595</w:t>
        <w:br/>
        <w:t>v -4.950946 13.131931 0.193706</w:t>
        <w:br/>
        <w:t>v 4.926037 13.229745 0.260223</w:t>
        <w:br/>
        <w:t>v 4.988752 13.308990 0.310164</w:t>
        <w:br/>
        <w:t>v 5.052098 13.259245 0.307384</w:t>
        <w:br/>
        <w:t>v 4.990398 13.179417 0.261329</w:t>
        <w:br/>
        <w:t>v 4.989163 13.322721 0.301926</w:t>
        <w:br/>
        <w:t>v 4.925360 13.241944 0.249269</w:t>
        <w:br/>
        <w:t>v 4.886966 13.188355 0.181985</w:t>
        <w:br/>
        <w:t>v 4.889651 13.179135 0.193643</w:t>
        <w:br/>
        <w:t>v 4.950953 13.131917 0.193706</w:t>
        <w:br/>
        <w:t>v 4.886966 13.188355 0.181985</w:t>
        <w:br/>
        <w:t>v 4.889651 13.179135 0.193643</w:t>
        <w:br/>
        <w:t>v 4.950953 13.131917 0.193706</w:t>
        <w:br/>
        <w:t>v 4.960814 13.132372 0.181595</w:t>
        <w:br/>
        <w:t>v 5.002153 13.182323 0.250300</w:t>
        <w:br/>
        <w:t>v 4.990398 13.179417 0.261329</w:t>
        <w:br/>
        <w:t>v 5.052098 13.259245 0.307384</w:t>
        <w:br/>
        <w:t>v 5.065846 13.263857 0.296330</w:t>
        <w:br/>
        <w:t>v 4.960814 13.132372 0.181595</w:t>
        <w:br/>
        <w:t>v 4.950953 13.131917 0.193706</w:t>
        <w:br/>
        <w:t>v 1.034225 13.476234 1.354423</w:t>
        <w:br/>
        <w:t>v 1.135478 13.385358 1.303350</w:t>
        <w:br/>
        <w:t>v 1.170943 13.368267 1.305752</w:t>
        <w:br/>
        <w:t>v 1.026654 13.499401 1.379362</w:t>
        <w:br/>
        <w:t>v 1.151601 13.376993 1.285630</w:t>
        <w:br/>
        <w:t>v 1.026654 13.499401 1.379362</w:t>
        <w:br/>
        <w:t>v 1.170943 13.368267 1.305752</w:t>
        <w:br/>
        <w:t>v 1.161448 13.341942 1.324315</w:t>
        <w:br/>
        <w:t>v 1.011248 13.480649 1.401999</w:t>
        <w:br/>
        <w:t>v 1.182840 13.332283 1.298344</w:t>
        <w:br/>
        <w:t>v 1.171295 13.412206 1.228910</w:t>
        <w:br/>
        <w:t>v 1.151990 13.397152 1.250352</w:t>
        <w:br/>
        <w:t>v 1.161486 13.412960 1.200374</w:t>
        <w:br/>
        <w:t>v 1.183205 13.385784 1.205430</w:t>
        <w:br/>
        <w:t>v 1.171295 13.412206 1.228910</w:t>
        <w:br/>
        <w:t>v 1.004834 13.549267 1.277593</w:t>
        <w:br/>
        <w:t>v 1.022869 13.541898 1.302356</w:t>
        <w:br/>
        <w:t>v 1.135754 13.416609 1.248441</w:t>
        <w:br/>
        <w:t>v 1.032150 13.506746 1.299526</w:t>
        <w:br/>
        <w:t>v 1.022869 13.541898 1.302356</w:t>
        <w:br/>
        <w:t>v 1.018542 13.495804 1.352524</w:t>
        <w:br/>
        <w:t>v 1.022869 13.541898 1.302356</w:t>
        <w:br/>
        <w:t>v 1.016945 13.515333 1.317247</w:t>
        <w:br/>
        <w:t>v 1.026654 13.499401 1.379362</w:t>
        <w:br/>
        <w:t>v 0.985001 13.559365 1.303702</w:t>
        <w:br/>
        <w:t>v 0.990711 13.508142 1.397082</w:t>
        <w:br/>
        <w:t>v 1.004834 13.549267 1.277593</w:t>
        <w:br/>
        <w:t>v 1.032150 13.506746 1.299526</w:t>
        <w:br/>
        <w:t>v 1.135754 13.416609 1.248441</w:t>
        <w:br/>
        <w:t>v 1.161486 13.412960 1.200374</w:t>
        <w:br/>
        <w:t>v 1.151990 13.397152 1.250352</w:t>
        <w:br/>
        <w:t>v 1.183205 13.385784 1.205430</w:t>
        <w:br/>
        <w:t>v 1.151601 13.376993 1.285630</w:t>
        <w:br/>
        <w:t>v 1.182840 13.332283 1.298344</w:t>
        <w:br/>
        <w:t>v 1.135478 13.385358 1.303350</w:t>
        <w:br/>
        <w:t>v 1.161448 13.341942 1.324315</w:t>
        <w:br/>
        <w:t>v 1.034225 13.476234 1.354423</w:t>
        <w:br/>
        <w:t>v 1.011248 13.480649 1.401999</w:t>
        <w:br/>
        <w:t>v 1.018542 13.495804 1.352524</w:t>
        <w:br/>
        <w:t>v 0.990711 13.508142 1.397082</w:t>
        <w:br/>
        <w:t>v 1.016945 13.515333 1.317247</w:t>
        <w:br/>
        <w:t>v 0.985001 13.559365 1.303702</w:t>
        <w:br/>
        <w:t>v 1.670605 13.045493 0.504873</w:t>
        <w:br/>
        <w:t>v 1.646244 13.055982 0.377197</w:t>
        <w:br/>
        <w:t>v 1.662682 13.059756 0.345555</w:t>
        <w:br/>
        <w:t>v 1.695972 13.044109 0.529536</w:t>
        <w:br/>
        <w:t>v 1.593876 13.124979 0.368281</w:t>
        <w:br/>
        <w:t>v 1.662682 13.059756 0.345555</w:t>
        <w:br/>
        <w:t>v 1.633202 13.065677 0.360320</w:t>
        <w:br/>
        <w:t>v 1.601686 13.095548 0.370633</w:t>
        <w:br/>
        <w:t>v 1.597511 13.102503 0.393006</w:t>
        <w:br/>
        <w:t>v 1.631115 13.109694 0.549092</w:t>
        <w:br/>
        <w:t>v 1.623795 13.092140 0.519148</w:t>
        <w:br/>
        <w:t>v 1.635605 13.081939 0.536088</w:t>
        <w:br/>
        <w:t>v 1.649577 13.043281 0.311108</w:t>
        <w:br/>
        <w:t>v 1.669109 13.028353 0.332526</w:t>
        <w:br/>
        <w:t>v 1.662682 13.059756 0.345555</w:t>
        <w:br/>
        <w:t>v 1.593876 13.124979 0.368281</w:t>
        <w:br/>
        <w:t>v 1.565101 13.122326 0.339493</w:t>
        <w:br/>
        <w:t>v 1.557517 13.133705 0.369551</w:t>
        <w:br/>
        <w:t>v 1.703228 13.011712 0.526895</w:t>
        <w:br/>
        <w:t>v 1.695972 13.044109 0.529536</w:t>
        <w:br/>
        <w:t>v 1.693972 13.022265 0.557229</w:t>
        <w:br/>
        <w:t>v 1.615986 13.102013 0.580433</w:t>
        <w:br/>
        <w:t>v 1.598416 13.117793 0.558512</w:t>
        <w:br/>
        <w:t>v 1.631115 13.109694 0.549092</w:t>
        <w:br/>
        <w:t>v 1.665486 13.051957 0.527058</w:t>
        <w:br/>
        <w:t>v 1.695972 13.044109 0.529536</w:t>
        <w:br/>
        <w:t>v 1.669109 13.028353 0.332526</w:t>
        <w:br/>
        <w:t>v 1.646244 13.055982 0.377197</w:t>
        <w:br/>
        <w:t>v 1.670605 13.045493 0.504873</w:t>
        <w:br/>
        <w:t>v 1.703228 13.011712 0.526895</w:t>
        <w:br/>
        <w:t>v 1.665486 13.051957 0.527058</w:t>
        <w:br/>
        <w:t>v 1.693972 13.022265 0.557229</w:t>
        <w:br/>
        <w:t>v 1.635605 13.081939 0.536088</w:t>
        <w:br/>
        <w:t>v 1.615986 13.102013 0.580433</w:t>
        <w:br/>
        <w:t>v 1.623795 13.092140 0.519148</w:t>
        <w:br/>
        <w:t>v 1.598416 13.117793 0.558512</w:t>
        <w:br/>
        <w:t>v 1.597511 13.102503 0.393006</w:t>
        <w:br/>
        <w:t>v 1.557517 13.133705 0.369551</w:t>
        <w:br/>
        <w:t>v 1.601686 13.095548 0.370633</w:t>
        <w:br/>
        <w:t>v 1.565101 13.122326 0.339493</w:t>
        <w:br/>
        <w:t>v 1.633202 13.065677 0.360320</w:t>
        <w:br/>
        <w:t>v 1.649577 13.043281 0.311108</w:t>
        <w:br/>
        <w:t>v 1.600227 13.136081 0.198788</w:t>
        <w:br/>
        <w:t>v 1.682955 13.095560 0.362999</w:t>
        <w:br/>
        <w:t>v 1.695519 13.123493 0.374129</w:t>
        <w:br/>
        <w:t>v 1.609194 13.166679 0.200775</w:t>
        <w:br/>
        <w:t>v 1.692438 13.106791 0.399282</w:t>
        <w:br/>
        <w:t>v 1.581853 13.161310 0.179043</w:t>
        <w:br/>
        <w:t>v 1.649690 13.096214 0.365539</w:t>
        <w:br/>
        <w:t>v 1.682955 13.095560 0.362999</w:t>
        <w:br/>
        <w:t>v 1.650055 13.107459 0.346913</w:t>
        <w:br/>
        <w:t>v 1.600227 13.136081 0.198788</w:t>
        <w:br/>
        <w:t>v 1.591436 13.135489 0.232958</w:t>
        <w:br/>
        <w:t>v 1.611936 13.042048 0.367262</w:t>
        <w:br/>
        <w:t>v 1.682955 13.095560 0.362999</w:t>
        <w:br/>
        <w:t>v 1.649690 13.096214 0.365539</w:t>
        <w:br/>
        <w:t>v 1.617017 13.071664 0.367501</w:t>
        <w:br/>
        <w:t>v 1.538464 13.107710 0.218986</w:t>
        <w:br/>
        <w:t>v 1.572596 13.132773 0.216420</w:t>
        <w:br/>
        <w:t>v 1.600227 13.136081 0.198788</w:t>
        <w:br/>
        <w:t>v 1.525724 13.081338 0.204360</w:t>
        <w:br/>
        <w:t>v 1.598931 13.069174 0.350083</w:t>
        <w:br/>
        <w:t>v 1.538565 13.096606 0.236857</w:t>
        <w:br/>
        <w:t>v 1.525724 13.081338 0.204360</w:t>
        <w:br/>
        <w:t>v 1.538464 13.107710 0.218986</w:t>
        <w:br/>
        <w:t>v 1.490761 13.094643 0.185973</w:t>
        <w:br/>
        <w:t>v 1.611936 13.042048 0.367262</w:t>
        <w:br/>
        <w:t>v 1.525724 13.081338 0.204360</w:t>
        <w:br/>
        <w:t>v 1.488598 13.078170 0.209767</w:t>
        <w:br/>
        <w:t>v 1.580872 13.037118 0.380945</w:t>
        <w:br/>
        <w:t>v 1.607031 13.042173 0.404174</w:t>
        <w:br/>
        <w:t>v 1.581853 13.161310 0.179043</w:t>
        <w:br/>
        <w:t>v 1.572596 13.132773 0.216420</w:t>
        <w:br/>
        <w:t>v 1.538464 13.107710 0.218986</w:t>
        <w:br/>
        <w:t>v 1.490761 13.094643 0.185973</w:t>
        <w:br/>
        <w:t>v 1.609194 13.166679 0.200775</w:t>
        <w:br/>
        <w:t>v 1.591436 13.135489 0.232958</w:t>
        <w:br/>
        <w:t>v 1.695519 13.123493 0.374129</w:t>
        <w:br/>
        <w:t>v 1.650055 13.107459 0.346913</w:t>
        <w:br/>
        <w:t>v 1.692438 13.106791 0.399282</w:t>
        <w:br/>
        <w:t>v 1.649690 13.096214 0.365539</w:t>
        <w:br/>
        <w:t>v 1.607031 13.042173 0.404174</w:t>
        <w:br/>
        <w:t>v 1.617017 13.071664 0.367501</w:t>
        <w:br/>
        <w:t>v 1.580872 13.037118 0.380945</w:t>
        <w:br/>
        <w:t>v 1.598931 13.069174 0.350083</w:t>
        <w:br/>
        <w:t>v 1.488598 13.078170 0.209767</w:t>
        <w:br/>
        <w:t>v 1.538565 13.096606 0.236857</w:t>
        <w:br/>
        <w:t>v 1.541231 13.120386 0.877953</w:t>
        <w:br/>
        <w:t>v 1.599661 13.095596 0.756037</w:t>
        <w:br/>
        <w:t>v 1.630360 13.091233 0.735273</w:t>
        <w:br/>
        <w:t>v 1.545998 13.126763 0.910589</w:t>
        <w:br/>
        <w:t>v 1.575942 13.129566 0.720723</w:t>
        <w:br/>
        <w:t>v 1.560674 13.141905 0.735261</w:t>
        <w:br/>
        <w:t>v 1.574923 13.155764 0.706272</w:t>
        <w:br/>
        <w:t>v 1.601283 13.099962 0.734054</w:t>
        <w:br/>
        <w:t>v 1.630360 13.091233 0.735273</w:t>
        <w:br/>
        <w:t>v 1.504080 13.167598 0.856775</w:t>
        <w:br/>
        <w:t>v 1.494396 13.193141 0.880456</w:t>
        <w:br/>
        <w:t>v 1.501489 13.162995 0.879689</w:t>
        <w:br/>
        <w:t>v 1.545998 13.126763 0.910589</w:t>
        <w:br/>
        <w:t>v 1.494396 13.193141 0.880456</w:t>
        <w:br/>
        <w:t>v 1.525221 13.132611 0.893410</w:t>
        <w:br/>
        <w:t>v 1.546136 13.162893 0.692262</w:t>
        <w:br/>
        <w:t>v 1.567943 13.144331 0.674089</w:t>
        <w:br/>
        <w:t>v 1.574923 13.155764 0.706272</w:t>
        <w:br/>
        <w:t>v 1.546626 13.095866 0.923882</w:t>
        <w:br/>
        <w:t>v 1.545998 13.126763 0.910589</w:t>
        <w:br/>
        <w:t>v 1.636410 13.058899 0.738631</w:t>
        <w:br/>
        <w:t>v 1.636737 13.066798 0.708725</w:t>
        <w:br/>
        <w:t>v 1.523674 13.114237 0.943502</w:t>
        <w:br/>
        <w:t>v 1.461672 13.194955 0.906477</w:t>
        <w:br/>
        <w:t>v 1.463370 13.203151 0.875086</w:t>
        <w:br/>
        <w:t>v 1.636410 13.058899 0.738631</w:t>
        <w:br/>
        <w:t>v 1.599661 13.095596 0.756037</w:t>
        <w:br/>
        <w:t>v 1.541231 13.120386 0.877953</w:t>
        <w:br/>
        <w:t>v 1.546626 13.095866 0.923882</w:t>
        <w:br/>
        <w:t>v 1.525221 13.132611 0.893410</w:t>
        <w:br/>
        <w:t>v 1.523674 13.114237 0.943502</w:t>
        <w:br/>
        <w:t>v 1.501489 13.162995 0.879689</w:t>
        <w:br/>
        <w:t>v 1.461672 13.194955 0.906477</w:t>
        <w:br/>
        <w:t>v 1.504080 13.167598 0.856775</w:t>
        <w:br/>
        <w:t>v 1.463370 13.203151 0.875086</w:t>
        <w:br/>
        <w:t>v 1.560674 13.141905 0.735261</w:t>
        <w:br/>
        <w:t>v 1.546136 13.162893 0.692262</w:t>
        <w:br/>
        <w:t>v 1.575942 13.129566 0.720723</w:t>
        <w:br/>
        <w:t>v 1.567943 13.144331 0.674089</w:t>
        <w:br/>
        <w:t>v 1.601283 13.099962 0.734054</w:t>
        <w:br/>
        <w:t>v 1.636737 13.066798 0.708725</w:t>
        <w:br/>
        <w:t>v 1.294695 13.265291 1.169890</w:t>
        <w:br/>
        <w:t>v 1.384452 13.210976 1.069316</w:t>
        <w:br/>
        <w:t>v 1.420685 13.202097 1.056526</w:t>
        <w:br/>
        <w:t>v 1.292821 13.280872 1.201017</w:t>
        <w:br/>
        <w:t>v 1.394564 13.210045 1.046063</w:t>
        <w:br/>
        <w:t>v 1.292821 13.280872 1.201017</w:t>
        <w:br/>
        <w:t>v 1.420685 13.202097 1.056526</w:t>
        <w:br/>
        <w:t>v 1.422107 13.171221 1.069656</w:t>
        <w:br/>
        <w:t>v 1.289035 13.255117 1.221617</w:t>
        <w:br/>
        <w:t>v 1.434456 13.171824 1.036920</w:t>
        <w:br/>
        <w:t>v 1.388238 13.259104 0.997102</w:t>
        <w:br/>
        <w:t>v 1.379875 13.236254 1.018721</w:t>
        <w:br/>
        <w:t>v 1.369235 13.263204 0.974012</w:t>
        <w:br/>
        <w:t>v 1.395105 13.241095 0.965184</w:t>
        <w:br/>
        <w:t>v 1.388238 13.259104 0.997102</w:t>
        <w:br/>
        <w:t>v 1.230379 13.343451 1.126841</w:t>
        <w:br/>
        <w:t>v 1.256676 13.335615 1.142310</w:t>
        <w:br/>
        <w:t>v 1.361312 13.251596 1.026808</w:t>
        <w:br/>
        <w:t>v 1.269480 13.304655 1.127898</w:t>
        <w:br/>
        <w:t>v 1.256676 13.335615 1.142310</w:t>
        <w:br/>
        <w:t>v 1.276623 13.280858 1.177851</w:t>
        <w:br/>
        <w:t>v 1.256676 13.335615 1.142310</w:t>
        <w:br/>
        <w:t>v 1.260173 13.306013 1.150938</w:t>
        <w:br/>
        <w:t>v 1.292821 13.280872 1.201017</w:t>
        <w:br/>
        <w:t>v 1.219438 13.343591 1.159364</w:t>
        <w:br/>
        <w:t>v 1.264260 13.277766 1.230295</w:t>
        <w:br/>
        <w:t>v 1.422107 13.171221 1.069656</w:t>
        <w:br/>
        <w:t>v 1.384452 13.210976 1.069316</w:t>
        <w:br/>
        <w:t>v 1.294695 13.265291 1.169890</w:t>
        <w:br/>
        <w:t>v 1.289035 13.255117 1.221617</w:t>
        <w:br/>
        <w:t>v 1.276623 13.280858 1.177851</w:t>
        <w:br/>
        <w:t>v 1.264260 13.277766 1.230295</w:t>
        <w:br/>
        <w:t>v 1.260173 13.306013 1.150938</w:t>
        <w:br/>
        <w:t>v 1.219438 13.343591 1.159364</w:t>
        <w:br/>
        <w:t>v 1.269480 13.304655 1.127898</w:t>
        <w:br/>
        <w:t>v 1.230379 13.343451 1.126841</w:t>
        <w:br/>
        <w:t>v 1.361312 13.251596 1.026808</w:t>
        <w:br/>
        <w:t>v 1.369235 13.263204 0.974012</w:t>
        <w:br/>
        <w:t>v 1.379875 13.236254 1.018721</w:t>
        <w:br/>
        <w:t>v 1.395105 13.241095 0.965184</w:t>
        <w:br/>
        <w:t>v 1.394564 13.210045 1.046063</w:t>
        <w:br/>
        <w:t>v 1.434456 13.171824 1.036920</w:t>
        <w:br/>
        <w:t>v 1.691583 13.096817 0.549168</w:t>
        <w:br/>
        <w:t>v 1.652319 13.122057 0.726848</w:t>
        <w:br/>
        <w:t>v 1.659613 13.151474 0.729237</w:t>
        <w:br/>
        <w:t>v 1.701353 13.124825 0.541207</w:t>
        <w:br/>
        <w:t>v 1.639591 13.144482 0.753975</w:t>
        <w:br/>
        <w:t>v 1.691633 13.110248 0.515626</w:t>
        <w:br/>
        <w:t>v 1.627254 13.121984 0.715101</w:t>
        <w:br/>
        <w:t>v 1.652319 13.122057 0.726848</w:t>
        <w:br/>
        <w:t>v 1.640409 13.125933 0.696664</w:t>
        <w:br/>
        <w:t>v 1.691583 13.096817 0.549168</w:t>
        <w:br/>
        <w:t>v 1.666317 13.107834 0.574182</w:t>
        <w:br/>
        <w:t>v 1.587299 13.072082 0.723087</w:t>
        <w:br/>
        <w:t>v 1.652319 13.122057 0.726848</w:t>
        <w:br/>
        <w:t>v 1.597246 13.099017 0.713504</w:t>
        <w:br/>
        <w:t>v 1.629128 13.074557 0.554273</w:t>
        <w:br/>
        <w:t>v 1.660757 13.098138 0.554965</w:t>
        <w:br/>
        <w:t>v 1.691583 13.096817 0.549168</w:t>
        <w:br/>
        <w:t>v 1.622688 13.045367 0.547608</w:t>
        <w:br/>
        <w:t>v 1.593411 13.090064 0.694337</w:t>
        <w:br/>
        <w:t>v 1.617394 13.071237 0.572937</w:t>
        <w:br/>
        <w:t>v 1.622688 13.045367 0.547608</w:t>
        <w:br/>
        <w:t>v 1.607018 13.047504 0.514180</w:t>
        <w:br/>
        <w:t>v 1.622688 13.045367 0.547608</w:t>
        <w:br/>
        <w:t>v 1.587299 13.072082 0.723087</w:t>
        <w:br/>
        <w:t>v 1.589487 13.041544 0.538842</w:t>
        <w:br/>
        <w:t>v 1.554310 13.070635 0.723301</w:t>
        <w:br/>
        <w:t>v 1.561189 13.084042 0.749145</w:t>
        <w:br/>
        <w:t>v 1.691633 13.110248 0.515626</w:t>
        <w:br/>
        <w:t>v 1.660757 13.098138 0.554965</w:t>
        <w:br/>
        <w:t>v 1.629128 13.074557 0.554273</w:t>
        <w:br/>
        <w:t>v 1.607018 13.047504 0.514180</w:t>
        <w:br/>
        <w:t>v 1.701353 13.124825 0.541207</w:t>
        <w:br/>
        <w:t>v 1.666317 13.107834 0.574182</w:t>
        <w:br/>
        <w:t>v 1.659613 13.151474 0.729237</w:t>
        <w:br/>
        <w:t>v 1.640409 13.125933 0.696664</w:t>
        <w:br/>
        <w:t>v 1.639591 13.144482 0.753975</w:t>
        <w:br/>
        <w:t>v 1.627254 13.121984 0.715101</w:t>
        <w:br/>
        <w:t>v 1.561189 13.084042 0.749145</w:t>
        <w:br/>
        <w:t>v 1.597246 13.099017 0.713504</w:t>
        <w:br/>
        <w:t>v 1.554310 13.070635 0.723301</w:t>
        <w:br/>
        <w:t>v 1.593411 13.090064 0.694337</w:t>
        <w:br/>
        <w:t>v 1.589487 13.041544 0.538842</w:t>
        <w:br/>
        <w:t>v 1.617394 13.071237 0.572937</w:t>
        <w:br/>
        <w:t>v 1.320821 13.322137 1.159209</w:t>
        <w:br/>
        <w:t>v 1.187816 13.432714 1.276965</w:t>
        <w:br/>
        <w:t>v 1.194696 13.464027 1.267797</w:t>
        <w:br/>
        <w:t>v 1.339190 13.344407 1.145025</w:t>
        <w:br/>
        <w:t>v 1.161231 13.463807 1.280335</w:t>
        <w:br/>
        <w:t>v 1.345223 13.319825 1.126878</w:t>
        <w:br/>
        <w:t>v 1.171645 13.421338 1.253926</w:t>
        <w:br/>
        <w:t>v 1.187816 13.432714 1.276965</w:t>
        <w:br/>
        <w:t>v 1.194890 13.419856 1.244267</w:t>
        <w:br/>
        <w:t>v 1.320821 13.322137 1.159209</w:t>
        <w:br/>
        <w:t>v 1.286950 13.341506 1.163026</w:t>
        <w:br/>
        <w:t>v 1.127422 13.367185 1.264128</w:t>
        <w:br/>
        <w:t>v 1.187816 13.432714 1.276965</w:t>
        <w:br/>
        <w:t>v 1.143698 13.391254 1.248063</w:t>
        <w:br/>
        <w:t>v 1.265961 13.302383 1.150114</w:t>
        <w:br/>
        <w:t>v 1.293166 13.324180 1.149521</w:t>
        <w:br/>
        <w:t>v 1.320821 13.322137 1.159209</w:t>
        <w:br/>
        <w:t>v 1.262410 13.269541 1.156199</w:t>
        <w:br/>
        <w:t>v 1.151018 13.372913 1.235170</w:t>
        <w:br/>
        <w:t>v 1.243926 13.304913 1.160408</w:t>
        <w:br/>
        <w:t>v 1.267844 13.252627 1.119737</w:t>
        <w:br/>
        <w:t>v 1.262410 13.269541 1.156199</w:t>
        <w:br/>
        <w:t>v 1.127422 13.367185 1.264128</w:t>
        <w:br/>
        <w:t>v 1.236775 13.253965 1.133041</w:t>
        <w:br/>
        <w:t>v 1.096800 13.358060 1.247079</w:t>
        <w:br/>
        <w:t>v 1.088573 13.384483 1.264710</w:t>
        <w:br/>
        <w:t>v 1.345223 13.319825 1.126878</w:t>
        <w:br/>
        <w:t>v 1.293166 13.324180 1.149521</w:t>
        <w:br/>
        <w:t>v 1.265961 13.302383 1.150114</w:t>
        <w:br/>
        <w:t>v 1.267844 13.252627 1.119737</w:t>
        <w:br/>
        <w:t>v 1.339190 13.344407 1.145025</w:t>
        <w:br/>
        <w:t>v 1.286950 13.341506 1.163026</w:t>
        <w:br/>
        <w:t>v 1.194696 13.464027 1.267797</w:t>
        <w:br/>
        <w:t>v 1.194890 13.419856 1.244267</w:t>
        <w:br/>
        <w:t>v 1.161231 13.463807 1.280335</w:t>
        <w:br/>
        <w:t>v 1.171645 13.421338 1.253926</w:t>
        <w:br/>
        <w:t>v 1.088573 13.384483 1.264710</w:t>
        <w:br/>
        <w:t>v 1.143698 13.391254 1.248063</w:t>
        <w:br/>
        <w:t>v 1.096800 13.358060 1.247079</w:t>
        <w:br/>
        <w:t>v 1.151018 13.372913 1.235170</w:t>
        <w:br/>
        <w:t>v 1.236775 13.253965 1.133041</w:t>
        <w:br/>
        <w:t>v 1.243926 13.304913 1.160408</w:t>
        <w:br/>
        <w:t>v 1.554461 13.176277 0.882393</w:t>
        <w:br/>
        <w:t>v 1.441323 13.236905 1.046868</w:t>
        <w:br/>
        <w:t>v 1.450391 13.266913 1.044189</w:t>
        <w:br/>
        <w:t>v 1.569000 13.202611 0.871011</w:t>
        <w:br/>
        <w:t>v 1.421012 13.265292 1.066273</w:t>
        <w:br/>
        <w:t>v 1.571678 13.183696 0.846411</w:t>
        <w:br/>
        <w:t>v 1.422509 13.233699 1.028280</w:t>
        <w:br/>
        <w:t>v 1.441323 13.236905 1.046868</w:t>
        <w:br/>
        <w:t>v 1.443134 13.233739 1.011502</w:t>
        <w:br/>
        <w:t>v 1.554461 13.176277 0.882393</w:t>
        <w:br/>
        <w:t>v 1.521700 13.191595 0.897522</w:t>
        <w:br/>
        <w:t>v 1.377334 13.186138 1.039485</w:t>
        <w:br/>
        <w:t>v 1.393206 13.210460 1.024909</w:t>
        <w:br/>
        <w:t>v 1.496093 13.155587 0.875990</w:t>
        <w:br/>
        <w:t>v 1.525359 13.178576 0.879123</w:t>
        <w:br/>
        <w:t>v 1.554461 13.176277 0.882393</w:t>
        <w:br/>
        <w:t>v 1.490674 13.126121 0.875552</w:t>
        <w:br/>
        <w:t>v 1.393206 13.210460 1.024909</w:t>
        <w:br/>
        <w:t>v 1.397557 13.197632 1.006295</w:t>
        <w:br/>
        <w:t>v 1.377334 13.186138 1.039485</w:t>
        <w:br/>
        <w:t>v 1.476172 13.155763 0.892604</w:t>
        <w:br/>
        <w:t>v 1.490674 13.126121 0.875552</w:t>
        <w:br/>
        <w:t>v 1.494208 13.122939 0.838287</w:t>
        <w:br/>
        <w:t>v 1.490674 13.126121 0.875552</w:t>
        <w:br/>
        <w:t>v 1.377334 13.186138 1.039485</w:t>
        <w:br/>
        <w:t>v 1.465810 13.121540 0.860045</w:t>
        <w:br/>
        <w:t>v 1.346912 13.184842 1.032291</w:t>
        <w:br/>
        <w:t>v 1.343264 13.203566 1.057268</w:t>
        <w:br/>
        <w:t>v 1.571678 13.183696 0.846411</w:t>
        <w:br/>
        <w:t>v 1.525359 13.178576 0.879123</w:t>
        <w:br/>
        <w:t>v 1.496093 13.155587 0.875990</w:t>
        <w:br/>
        <w:t>v 1.494208 13.122939 0.838287</w:t>
        <w:br/>
        <w:t>v 1.569000 13.202611 0.871011</w:t>
        <w:br/>
        <w:t>v 1.521700 13.191595 0.897522</w:t>
        <w:br/>
        <w:t>v 1.450391 13.266913 1.044189</w:t>
        <w:br/>
        <w:t>v 1.443134 13.233739 1.011502</w:t>
        <w:br/>
        <w:t>v 1.421012 13.265292 1.066273</w:t>
        <w:br/>
        <w:t>v 1.422509 13.233699 1.028280</w:t>
        <w:br/>
        <w:t>v 1.343264 13.203566 1.057268</w:t>
        <w:br/>
        <w:t>v 1.393206 13.210460 1.024909</w:t>
        <w:br/>
        <w:t>v 1.346912 13.184842 1.032291</w:t>
        <w:br/>
        <w:t>v 1.397557 13.197632 1.006295</w:t>
        <w:br/>
        <w:t>v 1.465810 13.121540 0.860045</w:t>
        <w:br/>
        <w:t>v 1.476172 13.155763 0.892604</w:t>
        <w:br/>
        <w:t>v -1.170939 13.368268 1.305752</w:t>
        <w:br/>
        <w:t>v -1.135473 13.385360 1.303350</w:t>
        <w:br/>
        <w:t>v -1.034220 13.476237 1.354423</w:t>
        <w:br/>
        <w:t>v -1.026649 13.499402 1.379362</w:t>
        <w:br/>
        <w:t>v -1.151596 13.376998 1.285630</w:t>
        <w:br/>
        <w:t>v -1.161444 13.341946 1.324315</w:t>
        <w:br/>
        <w:t>v -1.170939 13.368268 1.305752</w:t>
        <w:br/>
        <w:t>v -1.026649 13.499402 1.379362</w:t>
        <w:br/>
        <w:t>v -1.011243 13.480651 1.401999</w:t>
        <w:br/>
        <w:t>v -1.182836 13.332289 1.298344</w:t>
        <w:br/>
        <w:t>v -1.171291 13.412210 1.228910</w:t>
        <w:br/>
        <w:t>v -1.151986 13.397156 1.250353</w:t>
        <w:br/>
        <w:t>v -1.183201 13.385788 1.205430</w:t>
        <w:br/>
        <w:t>v -1.161482 13.412965 1.200374</w:t>
        <w:br/>
        <w:t>v -1.171291 13.412210 1.228910</w:t>
        <w:br/>
        <w:t>v -1.004829 13.549269 1.277593</w:t>
        <w:br/>
        <w:t>v -1.022863 13.541900 1.302356</w:t>
        <w:br/>
        <w:t>v -1.135750 13.416613 1.248441</w:t>
        <w:br/>
        <w:t>v -1.022863 13.541900 1.302356</w:t>
        <w:br/>
        <w:t>v -1.032145 13.506747 1.299527</w:t>
        <w:br/>
        <w:t>v -1.018537 13.495807 1.352524</w:t>
        <w:br/>
        <w:t>v -1.016940 13.515337 1.317247</w:t>
        <w:br/>
        <w:t>v -1.022863 13.541900 1.302356</w:t>
        <w:br/>
        <w:t>v -1.026649 13.499402 1.379362</w:t>
        <w:br/>
        <w:t>v -0.984996 13.559365 1.303702</w:t>
        <w:br/>
        <w:t>v -0.990706 13.508142 1.397082</w:t>
        <w:br/>
        <w:t>v -1.135750 13.416613 1.248441</w:t>
        <w:br/>
        <w:t>v -1.032145 13.506747 1.299527</w:t>
        <w:br/>
        <w:t>v -1.004829 13.549269 1.277593</w:t>
        <w:br/>
        <w:t>v -1.161482 13.412965 1.200374</w:t>
        <w:br/>
        <w:t>v -1.151986 13.397156 1.250353</w:t>
        <w:br/>
        <w:t>v -1.183201 13.385788 1.205430</w:t>
        <w:br/>
        <w:t>v -1.151596 13.376998 1.285630</w:t>
        <w:br/>
        <w:t>v -1.182836 13.332289 1.298344</w:t>
        <w:br/>
        <w:t>v -1.135473 13.385360 1.303350</w:t>
        <w:br/>
        <w:t>v -1.161444 13.341946 1.324315</w:t>
        <w:br/>
        <w:t>v -1.034220 13.476237 1.354423</w:t>
        <w:br/>
        <w:t>v -1.011243 13.480651 1.401999</w:t>
        <w:br/>
        <w:t>v -1.018537 13.495807 1.352524</w:t>
        <w:br/>
        <w:t>v -0.990706 13.508142 1.397082</w:t>
        <w:br/>
        <w:t>v -1.016940 13.515337 1.317247</w:t>
        <w:br/>
        <w:t>v -0.984996 13.559365 1.303702</w:t>
        <w:br/>
        <w:t>v -1.662678 13.059758 0.345555</w:t>
        <w:br/>
        <w:t>v -1.646241 13.055985 0.377197</w:t>
        <w:br/>
        <w:t>v -1.670601 13.045497 0.504873</w:t>
        <w:br/>
        <w:t>v -1.695968 13.044112 0.529536</w:t>
        <w:br/>
        <w:t>v -1.633198 13.065681 0.360320</w:t>
        <w:br/>
        <w:t>v -1.662678 13.059758 0.345555</w:t>
        <w:br/>
        <w:t>v -1.593872 13.124983 0.368281</w:t>
        <w:br/>
        <w:t>v -1.601682 13.095551 0.370633</w:t>
        <w:br/>
        <w:t>v -1.597507 13.102505 0.393006</w:t>
        <w:br/>
        <w:t>v -1.631111 13.109697 0.549092</w:t>
        <w:br/>
        <w:t>v -1.623791 13.092142 0.519148</w:t>
        <w:br/>
        <w:t>v -1.635600 13.081943 0.536088</w:t>
        <w:br/>
        <w:t>v -1.669105 13.028355 0.332526</w:t>
        <w:br/>
        <w:t>v -1.649573 13.043283 0.311108</w:t>
        <w:br/>
        <w:t>v -1.662678 13.059758 0.345555</w:t>
        <w:br/>
        <w:t>v -1.593872 13.124983 0.368281</w:t>
        <w:br/>
        <w:t>v -1.565097 13.122325 0.339493</w:t>
        <w:br/>
        <w:t>v -1.557513 13.133708 0.369551</w:t>
        <w:br/>
        <w:t>v -1.695968 13.044112 0.529536</w:t>
        <w:br/>
        <w:t>v -1.703224 13.011716 0.526895</w:t>
        <w:br/>
        <w:t>v -1.693968 13.022267 0.557229</w:t>
        <w:br/>
        <w:t>v -1.615982 13.102015 0.580433</w:t>
        <w:br/>
        <w:t>v -1.598412 13.117800 0.558512</w:t>
        <w:br/>
        <w:t>v -1.665482 13.051961 0.527058</w:t>
        <w:br/>
        <w:t>v -1.631111 13.109697 0.549092</w:t>
        <w:br/>
        <w:t>v -1.695968 13.044112 0.529536</w:t>
        <w:br/>
        <w:t>v -1.670601 13.045497 0.504873</w:t>
        <w:br/>
        <w:t>v -1.646241 13.055985 0.377197</w:t>
        <w:br/>
        <w:t>v -1.669105 13.028355 0.332526</w:t>
        <w:br/>
        <w:t>v -1.703224 13.011716 0.526895</w:t>
        <w:br/>
        <w:t>v -1.665482 13.051961 0.527058</w:t>
        <w:br/>
        <w:t>v -1.693968 13.022267 0.557229</w:t>
        <w:br/>
        <w:t>v -1.635600 13.081943 0.536088</w:t>
        <w:br/>
        <w:t>v -1.615982 13.102015 0.580433</w:t>
        <w:br/>
        <w:t>v -1.623791 13.092142 0.519148</w:t>
        <w:br/>
        <w:t>v -1.598412 13.117800 0.558512</w:t>
        <w:br/>
        <w:t>v -1.597507 13.102505 0.393006</w:t>
        <w:br/>
        <w:t>v -1.557513 13.133708 0.369551</w:t>
        <w:br/>
        <w:t>v -1.601682 13.095551 0.370633</w:t>
        <w:br/>
        <w:t>v -1.565097 13.122325 0.339493</w:t>
        <w:br/>
        <w:t>v -1.633198 13.065681 0.360320</w:t>
        <w:br/>
        <w:t>v -1.649573 13.043283 0.311108</w:t>
        <w:br/>
        <w:t>v -1.695515 13.123495 0.374129</w:t>
        <w:br/>
        <w:t>v -1.682951 13.095564 0.362999</w:t>
        <w:br/>
        <w:t>v -1.600223 13.136085 0.198788</w:t>
        <w:br/>
        <w:t>v -1.609190 13.166682 0.200775</w:t>
        <w:br/>
        <w:t>v -1.692433 13.106794 0.399282</w:t>
        <w:br/>
        <w:t>v -1.581849 13.161311 0.179043</w:t>
        <w:br/>
        <w:t>v -1.682951 13.095564 0.362999</w:t>
        <w:br/>
        <w:t>v -1.649686 13.096217 0.365539</w:t>
        <w:br/>
        <w:t>v -1.650051 13.107461 0.346913</w:t>
        <w:br/>
        <w:t>v -1.591432 13.135492 0.232959</w:t>
        <w:br/>
        <w:t>v -1.600223 13.136085 0.198788</w:t>
        <w:br/>
        <w:t>v -1.649686 13.096217 0.365539</w:t>
        <w:br/>
        <w:t>v -1.682951 13.095564 0.362999</w:t>
        <w:br/>
        <w:t>v -1.611932 13.042050 0.367262</w:t>
        <w:br/>
        <w:t>v -1.617013 13.071669 0.367501</w:t>
        <w:br/>
        <w:t>v -1.600223 13.136085 0.198788</w:t>
        <w:br/>
        <w:t>v -1.572593 13.132776 0.216421</w:t>
        <w:br/>
        <w:t>v -1.538460 13.107712 0.218986</w:t>
        <w:br/>
        <w:t>v -1.525720 13.081339 0.204360</w:t>
        <w:br/>
        <w:t>v -1.598928 13.069178 0.350083</w:t>
        <w:br/>
        <w:t>v -1.538561 13.096607 0.236857</w:t>
        <w:br/>
        <w:t>v -1.525720 13.081339 0.204360</w:t>
        <w:br/>
        <w:t>v -1.538460 13.107712 0.218986</w:t>
        <w:br/>
        <w:t>v -1.490758 13.094645 0.185973</w:t>
        <w:br/>
        <w:t>v -1.488595 13.078170 0.209767</w:t>
        <w:br/>
        <w:t>v -1.525720 13.081339 0.204360</w:t>
        <w:br/>
        <w:t>v -1.611932 13.042050 0.367262</w:t>
        <w:br/>
        <w:t>v -1.580868 13.037121 0.380945</w:t>
        <w:br/>
        <w:t>v -1.607027 13.042177 0.404174</w:t>
        <w:br/>
        <w:t>v -1.538460 13.107712 0.218986</w:t>
        <w:br/>
        <w:t>v -1.572593 13.132776 0.216421</w:t>
        <w:br/>
        <w:t>v -1.581849 13.161311 0.179043</w:t>
        <w:br/>
        <w:t>v -1.490758 13.094645 0.185973</w:t>
        <w:br/>
        <w:t>v -1.609190 13.166682 0.200775</w:t>
        <w:br/>
        <w:t>v -1.591432 13.135492 0.232959</w:t>
        <w:br/>
        <w:t>v -1.695515 13.123495 0.374129</w:t>
        <w:br/>
        <w:t>v -1.650051 13.107461 0.346913</w:t>
        <w:br/>
        <w:t>v -1.692433 13.106794 0.399282</w:t>
        <w:br/>
        <w:t>v -1.649686 13.096217 0.365539</w:t>
        <w:br/>
        <w:t>v -1.607027 13.042177 0.404174</w:t>
        <w:br/>
        <w:t>v -1.617013 13.071669 0.367501</w:t>
        <w:br/>
        <w:t>v -1.580868 13.037121 0.380945</w:t>
        <w:br/>
        <w:t>v -1.598928 13.069178 0.350083</w:t>
        <w:br/>
        <w:t>v -1.488595 13.078170 0.209767</w:t>
        <w:br/>
        <w:t>v -1.538561 13.096607 0.236857</w:t>
        <w:br/>
        <w:t>v -1.630356 13.091237 0.735274</w:t>
        <w:br/>
        <w:t>v -1.599658 13.095603 0.756038</w:t>
        <w:br/>
        <w:t>v -1.541227 13.120390 0.877953</w:t>
        <w:br/>
        <w:t>v -1.545994 13.126767 0.910589</w:t>
        <w:br/>
        <w:t>v -1.560670 13.141907 0.735261</w:t>
        <w:br/>
        <w:t>v -1.575938 13.129569 0.720723</w:t>
        <w:br/>
        <w:t>v -1.574919 13.155766 0.706273</w:t>
        <w:br/>
        <w:t>v -1.601279 13.099965 0.734054</w:t>
        <w:br/>
        <w:t>v -1.630356 13.091237 0.735274</w:t>
        <w:br/>
        <w:t>v -1.494392 13.193143 0.880456</w:t>
        <w:br/>
        <w:t>v -1.504076 13.167601 0.856775</w:t>
        <w:br/>
        <w:t>v -1.501486 13.162999 0.879689</w:t>
        <w:br/>
        <w:t>v -1.494392 13.193143 0.880456</w:t>
        <w:br/>
        <w:t>v -1.545994 13.126767 0.910589</w:t>
        <w:br/>
        <w:t>v -1.525217 13.132615 0.893410</w:t>
        <w:br/>
        <w:t>v -1.567940 13.144334 0.674089</w:t>
        <w:br/>
        <w:t>v -1.546132 13.162899 0.692262</w:t>
        <w:br/>
        <w:t>v -1.574919 13.155766 0.706273</w:t>
        <w:br/>
        <w:t>v -1.545994 13.126767 0.910589</w:t>
        <w:br/>
        <w:t>v -1.546623 13.095865 0.923883</w:t>
        <w:br/>
        <w:t>v -1.636406 13.058904 0.738632</w:t>
        <w:br/>
        <w:t>v -1.636733 13.066803 0.708725</w:t>
        <w:br/>
        <w:t>v -1.461668 13.194956 0.906477</w:t>
        <w:br/>
        <w:t>v -1.523671 13.114240 0.943502</w:t>
        <w:br/>
        <w:t>v -1.463366 13.203155 0.875086</w:t>
        <w:br/>
        <w:t>v -1.541227 13.120390 0.877953</w:t>
        <w:br/>
        <w:t>v -1.599658 13.095603 0.756038</w:t>
        <w:br/>
        <w:t>v -1.636406 13.058904 0.738632</w:t>
        <w:br/>
        <w:t>v -1.546623 13.095865 0.923883</w:t>
        <w:br/>
        <w:t>v -1.525217 13.132615 0.893410</w:t>
        <w:br/>
        <w:t>v -1.523671 13.114240 0.943502</w:t>
        <w:br/>
        <w:t>v -1.501486 13.162999 0.879689</w:t>
        <w:br/>
        <w:t>v -1.461668 13.194956 0.906477</w:t>
        <w:br/>
        <w:t>v -1.504076 13.167601 0.856775</w:t>
        <w:br/>
        <w:t>v -1.463366 13.203155 0.875086</w:t>
        <w:br/>
        <w:t>v -1.560670 13.141907 0.735261</w:t>
        <w:br/>
        <w:t>v -1.546132 13.162899 0.692262</w:t>
        <w:br/>
        <w:t>v -1.575938 13.129569 0.720723</w:t>
        <w:br/>
        <w:t>v -1.567940 13.144334 0.674089</w:t>
        <w:br/>
        <w:t>v -1.601279 13.099965 0.734054</w:t>
        <w:br/>
        <w:t>v -1.636733 13.066803 0.708725</w:t>
        <w:br/>
        <w:t>v -1.420682 13.202099 1.056526</w:t>
        <w:br/>
        <w:t>v -1.384449 13.210976 1.069316</w:t>
        <w:br/>
        <w:t>v -1.294691 13.265293 1.169891</w:t>
        <w:br/>
        <w:t>v -1.292817 13.280876 1.201017</w:t>
        <w:br/>
        <w:t>v -1.394561 13.210046 1.046063</w:t>
        <w:br/>
        <w:t>v -1.422104 13.171225 1.069656</w:t>
        <w:br/>
        <w:t>v -1.420682 13.202099 1.056526</w:t>
        <w:br/>
        <w:t>v -1.292817 13.280876 1.201017</w:t>
        <w:br/>
        <w:t>v -1.289032 13.255121 1.221617</w:t>
        <w:br/>
        <w:t>v -1.434453 13.171824 1.036919</w:t>
        <w:br/>
        <w:t>v -1.388235 13.259109 0.997103</w:t>
        <w:br/>
        <w:t>v -1.379872 13.236258 1.018722</w:t>
        <w:br/>
        <w:t>v -1.395102 13.241098 0.965184</w:t>
        <w:br/>
        <w:t>v -1.369231 13.263206 0.974012</w:t>
        <w:br/>
        <w:t>v -1.388235 13.259109 0.997103</w:t>
        <w:br/>
        <w:t>v -1.230375 13.343456 1.126842</w:t>
        <w:br/>
        <w:t>v -1.256673 13.335621 1.142311</w:t>
        <w:br/>
        <w:t>v -1.361309 13.251600 1.026808</w:t>
        <w:br/>
        <w:t>v -1.256673 13.335621 1.142311</w:t>
        <w:br/>
        <w:t>v -1.269476 13.304657 1.127898</w:t>
        <w:br/>
        <w:t>v -1.276619 13.280864 1.177852</w:t>
        <w:br/>
        <w:t>v -1.260169 13.306018 1.150938</w:t>
        <w:br/>
        <w:t>v -1.256673 13.335621 1.142311</w:t>
        <w:br/>
        <w:t>v -1.292817 13.280876 1.201017</w:t>
        <w:br/>
        <w:t>v -1.219434 13.343596 1.159364</w:t>
        <w:br/>
        <w:t>v -1.264256 13.277769 1.230295</w:t>
        <w:br/>
        <w:t>v -1.294691 13.265293 1.169891</w:t>
        <w:br/>
        <w:t>v -1.384449 13.210976 1.069316</w:t>
        <w:br/>
        <w:t>v -1.422104 13.171225 1.069656</w:t>
        <w:br/>
        <w:t>v -1.289032 13.255121 1.221617</w:t>
        <w:br/>
        <w:t>v -1.276619 13.280864 1.177852</w:t>
        <w:br/>
        <w:t>v -1.264256 13.277769 1.230295</w:t>
        <w:br/>
        <w:t>v -1.260169 13.306018 1.150938</w:t>
        <w:br/>
        <w:t>v -1.219434 13.343596 1.159364</w:t>
        <w:br/>
        <w:t>v -1.269476 13.304657 1.127898</w:t>
        <w:br/>
        <w:t>v -1.230375 13.343456 1.126842</w:t>
        <w:br/>
        <w:t>v -1.361309 13.251600 1.026808</w:t>
        <w:br/>
        <w:t>v -1.369231 13.263206 0.974012</w:t>
        <w:br/>
        <w:t>v -1.379872 13.236258 1.018722</w:t>
        <w:br/>
        <w:t>v -1.395102 13.241098 0.965184</w:t>
        <w:br/>
        <w:t>v -1.394561 13.210046 1.046063</w:t>
        <w:br/>
        <w:t>v -1.434453 13.171824 1.036919</w:t>
        <w:br/>
        <w:t>v -1.659609 13.151480 0.729237</w:t>
        <w:br/>
        <w:t>v -1.652315 13.122063 0.726848</w:t>
        <w:br/>
        <w:t>v -1.691579 13.096821 0.549168</w:t>
        <w:br/>
        <w:t>v -1.701349 13.124828 0.541207</w:t>
        <w:br/>
        <w:t>v -1.639587 13.144485 0.753975</w:t>
        <w:br/>
        <w:t>v -1.691630 13.110254 0.515626</w:t>
        <w:br/>
        <w:t>v -1.652315 13.122063 0.726848</w:t>
        <w:br/>
        <w:t>v -1.627250 13.121985 0.715101</w:t>
        <w:br/>
        <w:t>v -1.640405 13.125937 0.696664</w:t>
        <w:br/>
        <w:t>v -1.666312 13.107838 0.574182</w:t>
        <w:br/>
        <w:t>v -1.691579 13.096821 0.549168</w:t>
        <w:br/>
        <w:t>v -1.652315 13.122063 0.726848</w:t>
        <w:br/>
        <w:t>v -1.587295 13.072085 0.723087</w:t>
        <w:br/>
        <w:t>v -1.597243 13.099022 0.713504</w:t>
        <w:br/>
        <w:t>v -1.691579 13.096821 0.549168</w:t>
        <w:br/>
        <w:t>v -1.660753 13.098141 0.554965</w:t>
        <w:br/>
        <w:t>v -1.629124 13.074561 0.554274</w:t>
        <w:br/>
        <w:t>v -1.622684 13.045369 0.547608</w:t>
        <w:br/>
        <w:t>v -1.593407 13.090069 0.694337</w:t>
        <w:br/>
        <w:t>v -1.617390 13.071240 0.572937</w:t>
        <w:br/>
        <w:t>v -1.622684 13.045369 0.547608</w:t>
        <w:br/>
        <w:t>v -1.622684 13.045369 0.547608</w:t>
        <w:br/>
        <w:t>v -1.607015 13.047507 0.514180</w:t>
        <w:br/>
        <w:t>v -1.589483 13.041548 0.538842</w:t>
        <w:br/>
        <w:t>v -1.587295 13.072085 0.723087</w:t>
        <w:br/>
        <w:t>v -1.554307 13.070639 0.723301</w:t>
        <w:br/>
        <w:t>v -1.561185 13.084044 0.749145</w:t>
        <w:br/>
        <w:t>v -1.629124 13.074561 0.554274</w:t>
        <w:br/>
        <w:t>v -1.660753 13.098141 0.554965</w:t>
        <w:br/>
        <w:t>v -1.691630 13.110254 0.515626</w:t>
        <w:br/>
        <w:t>v -1.607015 13.047507 0.514180</w:t>
        <w:br/>
        <w:t>v -1.701349 13.124828 0.541207</w:t>
        <w:br/>
        <w:t>v -1.666312 13.107838 0.574182</w:t>
        <w:br/>
        <w:t>v -1.659609 13.151480 0.729237</w:t>
        <w:br/>
        <w:t>v -1.640405 13.125937 0.696664</w:t>
        <w:br/>
        <w:t>v -1.639587 13.144485 0.753975</w:t>
        <w:br/>
        <w:t>v -1.627250 13.121985 0.715101</w:t>
        <w:br/>
        <w:t>v -1.561185 13.084044 0.749145</w:t>
        <w:br/>
        <w:t>v -1.597243 13.099022 0.713504</w:t>
        <w:br/>
        <w:t>v -1.554307 13.070639 0.723301</w:t>
        <w:br/>
        <w:t>v -1.593407 13.090069 0.694337</w:t>
        <w:br/>
        <w:t>v -1.589483 13.041548 0.538842</w:t>
        <w:br/>
        <w:t>v -1.617390 13.071240 0.572937</w:t>
        <w:br/>
        <w:t>v -1.194691 13.464031 1.267798</w:t>
        <w:br/>
        <w:t>v -1.187811 13.432719 1.276966</w:t>
        <w:br/>
        <w:t>v -1.320818 13.322141 1.159209</w:t>
        <w:br/>
        <w:t>v -1.339186 13.344411 1.145025</w:t>
        <w:br/>
        <w:t>v -1.161226 13.463813 1.280335</w:t>
        <w:br/>
        <w:t>v -1.345219 13.319827 1.126879</w:t>
        <w:br/>
        <w:t>v -1.187811 13.432719 1.276966</w:t>
        <w:br/>
        <w:t>v -1.171641 13.421339 1.253927</w:t>
        <w:br/>
        <w:t>v -1.194886 13.419863 1.244267</w:t>
        <w:br/>
        <w:t>v -1.286946 13.341511 1.163026</w:t>
        <w:br/>
        <w:t>v -1.320818 13.322141 1.159209</w:t>
        <w:br/>
        <w:t>v -1.187811 13.432719 1.276966</w:t>
        <w:br/>
        <w:t>v -1.127418 13.367189 1.264128</w:t>
        <w:br/>
        <w:t>v -1.143694 13.391260 1.248063</w:t>
        <w:br/>
        <w:t>v -1.320818 13.322141 1.159209</w:t>
        <w:br/>
        <w:t>v -1.293162 13.324183 1.149521</w:t>
        <w:br/>
        <w:t>v -1.265957 13.302387 1.150115</w:t>
        <w:br/>
        <w:t>v -1.262406 13.269542 1.156199</w:t>
        <w:br/>
        <w:t>v -1.151014 13.372916 1.235170</w:t>
        <w:br/>
        <w:t>v -1.243923 13.304914 1.160408</w:t>
        <w:br/>
        <w:t>v -1.262406 13.269542 1.156199</w:t>
        <w:br/>
        <w:t>v -1.267840 13.252630 1.119738</w:t>
        <w:br/>
        <w:t>v -1.236772 13.253969 1.133042</w:t>
        <w:br/>
        <w:t>v -1.127418 13.367189 1.264128</w:t>
        <w:br/>
        <w:t>v -1.096796 13.358066 1.247080</w:t>
        <w:br/>
        <w:t>v -1.088569 13.384486 1.264710</w:t>
        <w:br/>
        <w:t>v -1.265957 13.302387 1.150115</w:t>
        <w:br/>
        <w:t>v -1.293162 13.324183 1.149521</w:t>
        <w:br/>
        <w:t>v -1.345219 13.319827 1.126879</w:t>
        <w:br/>
        <w:t>v -1.267840 13.252630 1.119738</w:t>
        <w:br/>
        <w:t>v -1.339186 13.344411 1.145025</w:t>
        <w:br/>
        <w:t>v -1.286946 13.341511 1.163026</w:t>
        <w:br/>
        <w:t>v -1.194691 13.464031 1.267798</w:t>
        <w:br/>
        <w:t>v -1.194886 13.419863 1.244267</w:t>
        <w:br/>
        <w:t>v -1.161226 13.463813 1.280335</w:t>
        <w:br/>
        <w:t>v -1.171641 13.421339 1.253927</w:t>
        <w:br/>
        <w:t>v -1.088569 13.384486 1.264710</w:t>
        <w:br/>
        <w:t>v -1.143694 13.391260 1.248063</w:t>
        <w:br/>
        <w:t>v -1.096796 13.358066 1.247080</w:t>
        <w:br/>
        <w:t>v -1.151014 13.372916 1.235170</w:t>
        <w:br/>
        <w:t>v -1.236772 13.253969 1.133042</w:t>
        <w:br/>
        <w:t>v -1.243923 13.304914 1.160408</w:t>
        <w:br/>
        <w:t>v -1.450387 13.266916 1.044189</w:t>
        <w:br/>
        <w:t>v -1.441320 13.236910 1.046868</w:t>
        <w:br/>
        <w:t>v -1.554458 13.176278 0.882393</w:t>
        <w:br/>
        <w:t>v -1.568996 13.202613 0.871011</w:t>
        <w:br/>
        <w:t>v -1.421009 13.265292 1.066273</w:t>
        <w:br/>
        <w:t>v -1.571674 13.183699 0.846412</w:t>
        <w:br/>
        <w:t>v -1.441320 13.236910 1.046868</w:t>
        <w:br/>
        <w:t>v -1.422506 13.233701 1.028280</w:t>
        <w:br/>
        <w:t>v -1.443131 13.233743 1.011503</w:t>
        <w:br/>
        <w:t>v -1.521696 13.191599 0.897522</w:t>
        <w:br/>
        <w:t>v -1.554458 13.176278 0.882393</w:t>
        <w:br/>
        <w:t>v -1.377331 13.186140 1.039485</w:t>
        <w:br/>
        <w:t>v -1.393203 13.210462 1.024909</w:t>
        <w:br/>
        <w:t>v -1.554458 13.176278 0.882393</w:t>
        <w:br/>
        <w:t>v -1.525356 13.178581 0.879123</w:t>
        <w:br/>
        <w:t>v -1.496089 13.155591 0.875991</w:t>
        <w:br/>
        <w:t>v -1.490670 13.126123 0.875552</w:t>
        <w:br/>
        <w:t>v -1.397554 13.197634 1.006296</w:t>
        <w:br/>
        <w:t>v -1.393203 13.210462 1.024909</w:t>
        <w:br/>
        <w:t>v -1.377331 13.186140 1.039485</w:t>
        <w:br/>
        <w:t>v -1.476168 13.155768 0.892604</w:t>
        <w:br/>
        <w:t>v -1.490670 13.126123 0.875552</w:t>
        <w:br/>
        <w:t>v -1.490670 13.126123 0.875552</w:t>
        <w:br/>
        <w:t>v -1.494204 13.122944 0.838287</w:t>
        <w:br/>
        <w:t>v -1.465807 13.121545 0.860045</w:t>
        <w:br/>
        <w:t>v -1.377331 13.186140 1.039485</w:t>
        <w:br/>
        <w:t>v -1.346909 13.184844 1.032291</w:t>
        <w:br/>
        <w:t>v -1.343262 13.203568 1.057268</w:t>
        <w:br/>
        <w:t>v -1.496089 13.155591 0.875991</w:t>
        <w:br/>
        <w:t>v -1.525356 13.178581 0.879123</w:t>
        <w:br/>
        <w:t>v -1.571674 13.183699 0.846412</w:t>
        <w:br/>
        <w:t>v -1.494204 13.122944 0.838287</w:t>
        <w:br/>
        <w:t>v -1.568996 13.202613 0.871011</w:t>
        <w:br/>
        <w:t>v -1.521696 13.191599 0.897522</w:t>
        <w:br/>
        <w:t>v -1.450387 13.266916 1.044189</w:t>
        <w:br/>
        <w:t>v -1.443131 13.233743 1.011503</w:t>
        <w:br/>
        <w:t>v -1.421009 13.265292 1.066273</w:t>
        <w:br/>
        <w:t>v -1.422506 13.233701 1.028280</w:t>
        <w:br/>
        <w:t>v -1.343262 13.203568 1.057268</w:t>
        <w:br/>
        <w:t>v -1.393203 13.210462 1.024909</w:t>
        <w:br/>
        <w:t>v -1.346909 13.184844 1.032291</w:t>
        <w:br/>
        <w:t>v -1.397554 13.197634 1.006296</w:t>
        <w:br/>
        <w:t>v -1.465807 13.121545 0.860045</w:t>
        <w:br/>
        <w:t>v -1.476168 13.155768 0.892604</w:t>
        <w:br/>
        <w:t>v 0.665928 0.423893 -0.271113</w:t>
        <w:br/>
        <w:t>v 0.683975 0.247130 -0.271113</w:t>
        <w:br/>
        <w:t>v 0.682392 0.423893 -0.293154</w:t>
        <w:br/>
        <w:t>v 0.682392 0.423893 -0.249074</w:t>
        <w:br/>
        <w:t>v 0.683975 0.247130 -0.271113</w:t>
        <w:br/>
        <w:t>v 0.665928 0.423893 -0.271113</w:t>
        <w:br/>
        <w:t>v 0.702331 0.423893 -0.271113</w:t>
        <w:br/>
        <w:t>v 0.683975 0.247130 -0.271113</w:t>
        <w:br/>
        <w:t>v 0.682392 0.423893 -0.249074</w:t>
        <w:br/>
        <w:t>v 0.682392 0.423893 -0.293154</w:t>
        <w:br/>
        <w:t>v 0.683975 0.247130 -0.271113</w:t>
        <w:br/>
        <w:t>v 0.702331 0.423893 -0.271113</w:t>
        <w:br/>
        <w:t>v 0.600296 0.494142 -0.271148</w:t>
        <w:br/>
        <w:t>v 0.675157 0.494142 -0.206998</w:t>
        <w:br/>
        <w:t>v 0.675116 0.494142 -0.335527</w:t>
        <w:br/>
        <w:t>v 0.600296 0.494142 -0.271148</w:t>
        <w:br/>
        <w:t>v 0.750183 0.494141 -0.271272</w:t>
        <w:br/>
        <w:t>v 0.675116 0.494142 -0.335527</w:t>
        <w:br/>
        <w:t>v 0.675157 0.494142 -0.206998</w:t>
        <w:br/>
        <w:t>v 0.750183 0.494141 -0.271272</w:t>
        <w:br/>
        <w:t>v -0.684007 0.247132 -0.271114</w:t>
        <w:br/>
        <w:t>v -0.675184 0.423894 -0.271113</w:t>
        <w:br/>
        <w:t>v -0.682423 0.423894 -0.285793</w:t>
        <w:br/>
        <w:t>v -0.682423 0.423894 -0.256435</w:t>
        <w:br/>
        <w:t>v -0.684007 0.247132 -0.271114</w:t>
        <w:br/>
        <w:t>v -0.693265 0.423894 -0.271113</w:t>
        <w:br/>
        <w:t>v -0.682423 0.423894 -0.256435</w:t>
        <w:br/>
        <w:t>v -0.684007 0.247132 -0.271114</w:t>
        <w:br/>
        <w:t>v -0.682423 0.423894 -0.285793</w:t>
        <w:br/>
        <w:t>v -0.693265 0.423894 -0.271113</w:t>
        <w:br/>
        <w:t>v -0.675189 0.494143 -0.206999</w:t>
        <w:br/>
        <w:t>v -0.600327 0.494143 -0.271148</w:t>
        <w:br/>
        <w:t>v -0.675147 0.494143 -0.335527</w:t>
        <w:br/>
        <w:t>v -0.675147 0.494143 -0.335527</w:t>
        <w:br/>
        <w:t>v -0.750214 0.494143 -0.271272</w:t>
        <w:br/>
        <w:t>v -0.750214 0.494143 -0.271272</w:t>
        <w:br/>
        <w:t>v -0.675189 0.494143 -0.206999</w:t>
        <w:br/>
        <w:t>v 0.600296 0.494142 -0.271148</w:t>
        <w:br/>
        <w:t>v 0.675116 0.494142 -0.335527</w:t>
        <w:br/>
        <w:t>v 0.750183 0.494141 -0.271272</w:t>
        <w:br/>
        <w:t>v 0.675157 0.494142 -0.206998</w:t>
        <w:br/>
        <w:t>v -0.600327 0.494143 -0.271148</w:t>
        <w:br/>
        <w:t>v -0.675189 0.494143 -0.206999</w:t>
        <w:br/>
        <w:t>v -0.750214 0.494143 -0.271272</w:t>
        <w:br/>
        <w:t>v -0.675147 0.494143 -0.335527</w:t>
        <w:br/>
        <w:t>v 0.552860 0.267468 -0.271101</w:t>
        <w:br/>
        <w:t>v 0.525393 0.127380 -0.271101</w:t>
        <w:br/>
        <w:t>v 0.675121 0.127380 -0.421526</w:t>
        <w:br/>
        <w:t>v 0.675121 0.247324 -0.395010</w:t>
        <w:br/>
        <w:t>v 0.675121 0.247324 -0.147192</w:t>
        <w:br/>
        <w:t>v 0.675121 0.127380 -0.120698</w:t>
        <w:br/>
        <w:t>v 0.525393 0.127380 -0.271101</w:t>
        <w:br/>
        <w:t>v 0.552860 0.267468 -0.271101</w:t>
        <w:br/>
        <w:t>v 0.797382 0.227180 -0.271101</w:t>
        <w:br/>
        <w:t>v 0.826211 0.127380 -0.271101</w:t>
        <w:br/>
        <w:t>v 0.675121 0.127380 -0.120698</w:t>
        <w:br/>
        <w:t>v 0.675121 0.247324 -0.147192</w:t>
        <w:br/>
        <w:t>v 0.675121 0.247324 -0.395010</w:t>
        <w:br/>
        <w:t>v 0.675121 0.127380 -0.421526</w:t>
        <w:br/>
        <w:t>v 0.826211 0.127380 -0.271101</w:t>
        <w:br/>
        <w:t>v 0.797382 0.227180 -0.271101</w:t>
        <w:br/>
        <w:t>v -0.675153 0.247326 -0.395010</w:t>
        <w:br/>
        <w:t>v -0.675153 0.127382 -0.421526</w:t>
        <w:br/>
        <w:t>v -0.525426 0.127381 -0.271101</w:t>
        <w:br/>
        <w:t>v -0.551843 0.235160 -0.271101</w:t>
        <w:br/>
        <w:t>v -0.551843 0.235160 -0.271101</w:t>
        <w:br/>
        <w:t>v -0.525426 0.127381 -0.271101</w:t>
        <w:br/>
        <w:t>v -0.675153 0.127381 -0.120698</w:t>
        <w:br/>
        <w:t>v -0.675153 0.247325 -0.147192</w:t>
        <w:br/>
        <w:t>v -0.675153 0.247325 -0.147192</w:t>
        <w:br/>
        <w:t>v -0.675153 0.127381 -0.120698</w:t>
        <w:br/>
        <w:t>v -0.826243 0.127382 -0.271101</w:t>
        <w:br/>
        <w:t>v -0.798464 0.259491 -0.271101</w:t>
        <w:br/>
        <w:t>v -0.798464 0.259491 -0.271101</w:t>
        <w:br/>
        <w:t>v -0.826243 0.127382 -0.271101</w:t>
        <w:br/>
        <w:t>v -0.675153 0.127382 -0.421526</w:t>
        <w:br/>
        <w:t>v -0.675153 0.247326 -0.395010</w:t>
        <w:br/>
        <w:t>v -0.675153 0.247326 -0.395010</w:t>
        <w:br/>
        <w:t>v -0.551843 0.235160 -0.271101</w:t>
        <w:br/>
        <w:t>v -0.675153 0.247325 -0.147192</w:t>
        <w:br/>
        <w:t>v -0.798464 0.259491 -0.271101</w:t>
        <w:br/>
        <w:t>v 0.552860 0.267468 -0.271101</w:t>
        <w:br/>
        <w:t>v 0.675121 0.247324 -0.395010</w:t>
        <w:br/>
        <w:t>v 0.797382 0.227180 -0.271101</w:t>
        <w:br/>
        <w:t>v 0.675121 0.247324 -0.147192</w:t>
        <w:br/>
        <w:t>v 0.187325 19.913647 0.970509</w:t>
        <w:br/>
        <w:t>v 0.154337 19.966339 1.022827</w:t>
        <w:br/>
        <w:t>v 0.164650 19.984463 0.935509</w:t>
        <w:br/>
        <w:t>v -0.023632 19.923229 1.184736</w:t>
        <w:br/>
        <w:t>v -0.045817 19.862171 1.191653</w:t>
        <w:br/>
        <w:t>v -0.131714 19.879173 1.171430</w:t>
        <w:br/>
        <w:t>v -0.133915 19.927128 1.160740</w:t>
        <w:br/>
        <w:t>v -0.394083 19.744179 1.118119</w:t>
        <w:br/>
        <w:t>v -0.284429 19.813438 1.134908</w:t>
        <w:br/>
        <w:t>v -0.362894 19.719467 1.107240</w:t>
        <w:br/>
        <w:t>v -0.871824 18.676149 1.014616</w:t>
        <w:br/>
        <w:t>v -0.850469 18.532991 1.015748</w:t>
        <w:br/>
        <w:t>v -0.870239 18.530327 1.020929</w:t>
        <w:br/>
        <w:t>v -0.896549 18.666452 1.019043</w:t>
        <w:br/>
        <w:t>v -0.207826 19.853180 1.152100</w:t>
        <w:br/>
        <w:t>v -0.242713 19.909874 1.131538</w:t>
        <w:br/>
        <w:t>v -0.287724 20.016357 0.783448</w:t>
        <w:br/>
        <w:t>v -0.145183 20.051067 0.803947</w:t>
        <w:br/>
        <w:t>v -0.148805 20.070473 0.927536</w:t>
        <w:br/>
        <w:t>v -0.296465 20.039700 0.905502</w:t>
        <w:br/>
        <w:t>v 0.991790 18.781590 1.052999</w:t>
        <w:br/>
        <w:t>v 1.003310 18.791790 1.055703</w:t>
        <w:br/>
        <w:t>v 0.952639 18.944229 1.103015</w:t>
        <w:br/>
        <w:t>v 0.817555 19.240944 1.159571</w:t>
        <w:br/>
        <w:t>v 0.726288 19.384480 1.184875</w:t>
        <w:br/>
        <w:t>v 0.751315 19.411457 1.218995</w:t>
        <w:br/>
        <w:t>v 0.838910 19.254440 1.186472</w:t>
        <w:br/>
        <w:t>v 0.266318 19.585564 1.419199</w:t>
        <w:br/>
        <w:t>v 0.200467 19.563465 1.402699</w:t>
        <w:br/>
        <w:t>v 0.139333 19.703484 1.316613</w:t>
        <w:br/>
        <w:t>v 0.188067 19.726181 1.324297</w:t>
        <w:br/>
        <w:t>v 0.101994 20.034531 0.894912</w:t>
        <w:br/>
        <w:t>v -0.010439 20.059219 0.847776</w:t>
        <w:br/>
        <w:t>v -0.013118 20.045586 0.819919</w:t>
        <w:br/>
        <w:t>v 0.096196 19.996613 0.828358</w:t>
        <w:br/>
        <w:t>v 0.250170 19.915268 0.972358</w:t>
        <w:br/>
        <w:t>v 0.399037 19.902039 0.912180</w:t>
        <w:br/>
        <w:t>v 0.404797 19.905106 0.945885</w:t>
        <w:br/>
        <w:t>v 0.278982 19.923241 0.999536</w:t>
        <w:br/>
        <w:t>v 1.035782 18.650883 0.949369</w:t>
        <w:br/>
        <w:t>v 0.991790 18.781590 1.052999</w:t>
        <w:br/>
        <w:t>v 1.042599 18.804064 0.974333</w:t>
        <w:br/>
        <w:t>v -0.355876 19.872444 1.112510</w:t>
        <w:br/>
        <w:t>v -0.477943 19.791767 1.093683</w:t>
        <w:br/>
        <w:t>v -0.577523 19.846123 1.005132</w:t>
        <w:br/>
        <w:t>v -0.438415 19.932861 1.025820</w:t>
        <w:br/>
        <w:t>v -0.446980 19.963539 0.777838</w:t>
        <w:br/>
        <w:t>v -0.445320 19.975597 0.883330</w:t>
        <w:br/>
        <w:t>v 1.100488 18.633753 0.694722</w:t>
        <w:br/>
        <w:t>v 1.073939 18.647310 0.841640</w:t>
        <w:br/>
        <w:t>v 1.083095 18.816326 0.855033</w:t>
        <w:br/>
        <w:t>v 1.109933 18.820024 0.703513</w:t>
        <w:br/>
        <w:t>v 0.003873 20.064499 0.963580</w:t>
        <w:br/>
        <w:t>v 0.096813 20.021088 0.996165</w:t>
        <w:br/>
        <w:t>v 0.094700 19.830502 1.197602</w:t>
        <w:br/>
        <w:t>v 0.023102 19.840904 1.210933</w:t>
        <w:br/>
        <w:t>v 0.049739 19.887589 1.202821</w:t>
        <w:br/>
        <w:t>v 0.430843 19.077400 1.528438</w:t>
        <w:br/>
        <w:t>v 0.304965 19.069616 1.503901</w:t>
        <w:br/>
        <w:t>v 0.274656 19.217602 1.482987</w:t>
        <w:br/>
        <w:t>v 0.386297 19.239613 1.521307</w:t>
        <w:br/>
        <w:t>v 0.333665 19.403885 1.483766</w:t>
        <w:br/>
        <w:t>v 0.253666 19.384632 1.466549</w:t>
        <w:br/>
        <w:t>v 0.665582 19.533714 1.239645</w:t>
        <w:br/>
        <w:t>v 0.623652 19.511780 1.192458</w:t>
        <w:br/>
        <w:t>v 0.506351 19.646156 1.195439</w:t>
        <w:br/>
        <w:t>v 0.558770 19.660294 1.244487</w:t>
        <w:br/>
        <w:t>v 0.811783 19.656609 0.775952</w:t>
        <w:br/>
        <w:t>v 0.784919 19.656406 0.747441</w:t>
        <w:br/>
        <w:t>v 0.906835 19.502850 0.668059</w:t>
        <w:br/>
        <w:t>v 0.921826 19.505013 0.704442</w:t>
        <w:br/>
        <w:t>v -0.717096 19.365742 1.062267</w:t>
        <w:br/>
        <w:t>v -0.731459 19.376835 1.064971</w:t>
        <w:br/>
        <w:t>v -0.641323 19.495266 1.081069</w:t>
        <w:br/>
        <w:t>v -0.629967 19.479179 1.065876</w:t>
        <w:br/>
        <w:t>v -0.521885 19.626339 1.100587</w:t>
        <w:br/>
        <w:t>v -0.502190 19.606918 1.083848</w:t>
        <w:br/>
        <w:t>v -0.038120 19.804745 1.255605</w:t>
        <w:br/>
        <w:t>v -0.121804 19.795288 1.239406</w:t>
        <w:br/>
        <w:t>v -0.066681 19.816151 1.166362</w:t>
        <w:br/>
        <w:t>v 0.006790 19.806583 1.199124</w:t>
        <w:br/>
        <w:t>v 0.016764 19.798634 1.243682</w:t>
        <w:br/>
        <w:t>v 0.144289 19.769371 1.265414</w:t>
        <w:br/>
        <w:t>v 0.359811 19.826000 1.221560</w:t>
        <w:br/>
        <w:t>v 0.397704 19.879902 1.159646</w:t>
        <w:br/>
        <w:t>v 0.525317 19.818558 1.161747</w:t>
        <w:br/>
        <w:t>v 0.460146 19.753860 1.237117</w:t>
        <w:br/>
        <w:t>v -0.622849 19.681725 1.076629</w:t>
        <w:br/>
        <w:t>v -0.708331 19.729664 0.975364</w:t>
        <w:br/>
        <w:t>v 0.183854 19.776939 1.257189</w:t>
        <w:br/>
        <w:t>v 0.233984 19.726219 1.309847</w:t>
        <w:br/>
        <w:t>v -0.608876 19.892506 0.714780</w:t>
        <w:br/>
        <w:t>v -0.778218 19.767380 0.658350</w:t>
        <w:br/>
        <w:t>v -0.776482 19.757851 0.666839</w:t>
        <w:br/>
        <w:t>v -0.606826 19.887512 0.720037</w:t>
        <w:br/>
        <w:t>v -0.700608 17.886890 1.139726</w:t>
        <w:br/>
        <w:t>v -0.701375 17.851601 1.074920</w:t>
        <w:br/>
        <w:t>v -0.840546 17.885986 0.917337</w:t>
        <w:br/>
        <w:t>v -0.813770 17.941044 1.022765</w:t>
        <w:br/>
        <w:t>v 0.564505 18.935665 1.461582</w:t>
        <w:br/>
        <w:t>v 0.480243 18.915806 1.514780</w:t>
        <w:br/>
        <w:t>v 0.528096 19.107937 1.482861</w:t>
        <w:br/>
        <w:t>v 0.591281 18.804554 1.422004</w:t>
        <w:br/>
        <w:t>v 0.523192 18.792997 1.480195</w:t>
        <w:br/>
        <w:t>v 0.614962 18.692926 1.372805</w:t>
        <w:br/>
        <w:t>v 0.574403 18.681067 1.418269</w:t>
        <w:br/>
        <w:t>v 0.623728 18.623732 1.323606</w:t>
        <w:br/>
        <w:t>v 0.633550 18.618864 1.326562</w:t>
        <w:br/>
        <w:t>v 0.614962 18.692926 1.372805</w:t>
        <w:br/>
        <w:t>v 0.604738 18.688313 1.361663</w:t>
        <w:br/>
        <w:t>v 0.659961 18.548235 1.263692</w:t>
        <w:br/>
        <w:t>v -0.240135 19.780727 1.110057</w:t>
        <w:br/>
        <w:t>v 0.115287 19.831295 1.191062</w:t>
        <w:br/>
        <w:t>v 0.063158 19.779030 1.207713</w:t>
        <w:br/>
        <w:t>v 0.181326 19.902855 1.030323</w:t>
        <w:br/>
        <w:t>v 0.197323 19.920979 1.038083</w:t>
        <w:br/>
        <w:t>v 0.148313 19.886745 1.123979</w:t>
        <w:br/>
        <w:t>v 0.175692 19.805286 1.164312</w:t>
        <w:br/>
        <w:t>v 0.253892 19.792233 1.157295</w:t>
        <w:br/>
        <w:t>v 0.308650 19.769371 1.245028</w:t>
        <w:br/>
        <w:t>v 0.240989 19.776173 1.254598</w:t>
        <w:br/>
        <w:t>v 0.133108 19.882393 1.182850</w:t>
        <w:br/>
        <w:t>v 0.076741 19.978729 1.111717</w:t>
        <w:br/>
        <w:t>v 0.128354 19.924877 1.124294</w:t>
        <w:br/>
        <w:t>v -0.011257 20.012371 1.097858</w:t>
        <w:br/>
        <w:t>v 0.918443 19.295227 1.080440</w:t>
        <w:br/>
        <w:t>v 0.838910 19.254440 1.186472</w:t>
        <w:br/>
        <w:t>v 0.751315 19.411457 1.218995</w:t>
        <w:br/>
        <w:t>v 0.841727 19.450508 1.115126</w:t>
        <w:br/>
        <w:t>v 1.089572 18.547167 0.994443</w:t>
        <w:br/>
        <w:t>v 1.082214 18.599005 0.931675</w:t>
        <w:br/>
        <w:t>v 1.122924 18.520605 0.860278</w:t>
        <w:br/>
        <w:t>v 1.130143 18.475933 0.903365</w:t>
        <w:br/>
        <w:t>v 1.178915 18.438078 0.754699</w:t>
        <w:br/>
        <w:t>v 1.169683 18.428055 0.752196</w:t>
        <w:br/>
        <w:t>v 1.214556 18.378077 0.673958</w:t>
        <w:br/>
        <w:t>v 1.221297 18.384100 0.673971</w:t>
        <w:br/>
        <w:t>v 0.697878 18.969269 1.444730</w:t>
        <w:br/>
        <w:t>v 0.789410 18.720118 1.351790</w:t>
        <w:br/>
        <w:t>v 0.604738 18.688313 1.361663</w:t>
        <w:br/>
        <w:t>v 0.900107 19.092655 1.148781</w:t>
        <w:br/>
        <w:t>v 0.972045 18.661524 1.216392</w:t>
        <w:br/>
        <w:t>v 0.845450 18.602402 1.276130</w:t>
        <w:br/>
        <w:t>v 0.926531 18.781614 1.276432</w:t>
        <w:br/>
        <w:t>v 1.110021 18.428658 0.945559</w:t>
        <w:br/>
        <w:t>v 1.045718 18.379372 0.957783</w:t>
        <w:br/>
        <w:t>v 0.966134 18.431198 1.077963</w:t>
        <w:br/>
        <w:t>v 1.051805 18.481216 1.059451</w:t>
        <w:br/>
        <w:t>v 1.227887 18.360003 0.691150</w:t>
        <w:br/>
        <w:t>v 1.200043 18.339376 0.702721</w:t>
        <w:br/>
        <w:t>v 1.139789 18.347488 0.804766</w:t>
        <w:br/>
        <w:t>v 1.185781 18.392048 0.787611</w:t>
        <w:br/>
        <w:t>v 0.365886 18.908575 1.494671</w:t>
        <w:br/>
        <w:t>v 0.443960 18.780571 1.452351</w:t>
        <w:br/>
        <w:t>v 0.372363 18.910196 1.483503</w:t>
        <w:br/>
        <w:t>v 0.365886 18.908575 1.494671</w:t>
        <w:br/>
        <w:t>v 0.435421 18.777100 1.461079</w:t>
        <w:br/>
        <w:t>v 0.509383 18.670578 1.410220</w:t>
        <w:br/>
        <w:t>v 0.435421 18.777100 1.461079</w:t>
        <w:br/>
        <w:t>v 0.574416 18.604351 1.352394</w:t>
        <w:br/>
        <w:t>v 0.517067 18.672428 1.403882</w:t>
        <w:br/>
        <w:t>v 0.509383 18.670578 1.410220</w:t>
        <w:br/>
        <w:t>v 0.571008 18.601622 1.354934</w:t>
        <w:br/>
        <w:t>v 0.659961 18.548235 1.263692</w:t>
        <w:br/>
        <w:t>v 0.571008 18.601622 1.354934</w:t>
        <w:br/>
        <w:t>v 0.617490 18.611885 1.356041</w:t>
        <w:br/>
        <w:t>v -0.287724 20.016357 0.783448</w:t>
        <w:br/>
        <w:t>v -0.446980 19.963539 0.777838</w:t>
        <w:br/>
        <w:t>v -0.444641 19.966591 0.750699</w:t>
        <w:br/>
        <w:t>v 0.999336 18.509022 0.934957</w:t>
        <w:br/>
        <w:t>v 0.881897 18.622070 1.059086</w:t>
        <w:br/>
        <w:t>v 0.953847 18.328260 0.957921</w:t>
        <w:br/>
        <w:t>v 0.905151 18.211224 1.003800</w:t>
        <w:br/>
        <w:t>v 0.772168 18.245319 1.077888</w:t>
        <w:br/>
        <w:t>v 0.806615 18.373220 1.043768</w:t>
        <w:br/>
        <w:t>v 0.983137 18.155272 0.704217</w:t>
        <w:br/>
        <w:t>v 1.051830 18.310289 0.603467</w:t>
        <w:br/>
        <w:t>v 1.007812 18.305573 0.520312</w:t>
        <w:br/>
        <w:t>v 0.951570 18.164829 0.611793</w:t>
        <w:br/>
        <w:t>v 0.447922 17.902874 1.353362</w:t>
        <w:br/>
        <w:t>v 0.559991 17.936340 1.287109</w:t>
        <w:br/>
        <w:t>v 0.575510 17.919626 1.281085</w:t>
        <w:br/>
        <w:t>v 0.447922 17.902874 1.353362</w:t>
        <w:br/>
        <w:t>v 0.572617 17.892426 1.262082</w:t>
        <w:br/>
        <w:t>v 0.553791 17.890852 1.237860</w:t>
        <w:br/>
        <w:t>v 0.847639 18.113102 1.065538</w:t>
        <w:br/>
        <w:t>v 0.783109 18.038111 1.128571</w:t>
        <w:br/>
        <w:t>v 0.700557 18.084705 1.162364</w:t>
        <w:br/>
        <w:t>v 0.736702 18.156191 1.121943</w:t>
        <w:br/>
        <w:t>v 0.892159 18.077223 0.945370</w:t>
        <w:br/>
        <w:t>v 0.812852 18.000431 1.046208</w:t>
        <w:br/>
        <w:t>v 1.052182 18.619104 1.071826</w:t>
        <w:br/>
        <w:t>v 1.009397 18.558647 1.151485</w:t>
        <w:br/>
        <w:t>v 1.013220 18.726002 1.134406</w:t>
        <w:br/>
        <w:t>v 0.888412 18.403381 1.062608</w:t>
        <w:br/>
        <w:t>v 0.788630 18.484673 1.181405</w:t>
        <w:br/>
        <w:t>v 0.902610 18.510920 1.182096</w:t>
        <w:br/>
        <w:t>v 0.978723 18.358948 0.948992</w:t>
        <w:br/>
        <w:t>v 1.098928 18.330511 0.800339</w:t>
        <w:br/>
        <w:t>v -0.927601 19.557495 0.657771</w:t>
        <w:br/>
        <w:t>v -1.018792 19.398830 0.630405</w:t>
        <w:br/>
        <w:t>v -1.018126 19.407043 0.550281</w:t>
        <w:br/>
        <w:t>v -0.925538 19.568020 0.587733</w:t>
        <w:br/>
        <w:t>v -0.290592 20.000286 1.037944</w:t>
        <w:br/>
        <w:t>v -0.145825 20.024269 1.067096</w:t>
        <w:br/>
        <w:t>v -0.156842 19.808998 1.125791</w:t>
        <w:br/>
        <w:t>v -0.066681 19.816151 1.166362</w:t>
        <w:br/>
        <w:t>v 0.006790 19.806583 1.199124</w:t>
        <w:br/>
        <w:t>v -0.240135 19.780727 1.110057</w:t>
        <w:br/>
        <w:t>v -0.251819 19.777657 1.154968</w:t>
        <w:br/>
        <w:t>v -0.353411 19.725048 1.160979</w:t>
        <w:br/>
        <w:t>v -0.362894 19.719467 1.107240</w:t>
        <w:br/>
        <w:t>v 0.410280 19.718472 1.190270</w:t>
        <w:br/>
        <w:t>v 0.460146 19.753860 1.237117</w:t>
        <w:br/>
        <w:t>v 0.377858 19.723843 1.239393</w:t>
        <w:br/>
        <w:t>v 0.330847 19.768387 1.182435</w:t>
        <w:br/>
        <w:t>v 0.410280 19.718472 1.190270</w:t>
        <w:br/>
        <w:t>v 0.063158 19.779030 1.207713</w:t>
        <w:br/>
        <w:t>v 0.108081 19.746140 1.269300</w:t>
        <w:br/>
        <w:t>v 0.348442 19.725262 1.279839</w:t>
        <w:br/>
        <w:t>v 0.290829 19.725178 1.300502</w:t>
        <w:br/>
        <w:t>v 0.319478 19.601360 1.380514</w:t>
        <w:br/>
        <w:t>v 0.412456 19.434410 1.450954</w:t>
        <w:br/>
        <w:t>v 0.481475 19.265293 1.486244</w:t>
        <w:br/>
        <w:t>v -0.444641 19.966591 0.750699</w:t>
        <w:br/>
        <w:t>v -1.123793 19.138172 0.641221</w:t>
        <w:br/>
        <w:t>v -1.068306 19.270123 0.656853</w:t>
        <w:br/>
        <w:t>v -1.029834 19.267521 0.703889</w:t>
        <w:br/>
        <w:t>v -1.074053 19.131306 0.701940</w:t>
        <w:br/>
        <w:t>v -1.169294 18.985806 0.629362</w:t>
        <w:br/>
        <w:t>v -1.196698 18.819445 0.646114</w:t>
        <w:br/>
        <w:t>v -1.247256 18.821344 0.528977</w:t>
        <w:br/>
        <w:t>v -1.210708 18.995176 0.541326</w:t>
        <w:br/>
        <w:t>v 0.110194 19.793266 1.175971</w:t>
        <w:br/>
        <w:t>v -0.739030 19.549496 1.061022</w:t>
        <w:br/>
        <w:t>v -0.824147 19.397057 1.032763</w:t>
        <w:br/>
        <w:t>v -0.791448 19.256516 1.050961</w:t>
        <w:br/>
        <w:t>v -0.892865 19.265682 1.014288</w:t>
        <w:br/>
        <w:t>v -0.984232 18.656263 0.972145</w:t>
        <w:br/>
        <w:t>v -0.989061 18.814592 0.971026</w:t>
        <w:br/>
        <w:t>v -0.898700 18.818729 1.022375</w:t>
        <w:br/>
        <w:t>v 0.494366 19.642990 1.292504</w:t>
        <w:br/>
        <w:t>v 0.444991 19.625957 1.337439</w:t>
        <w:br/>
        <w:t>v 0.607994 19.511616 1.311469</w:t>
        <w:br/>
        <w:t>v 0.561725 19.487621 1.386814</w:t>
        <w:br/>
        <w:t>v 0.755604 19.184288 1.390286</w:t>
        <w:br/>
        <w:t>v 0.670361 19.332626 1.399454</w:t>
        <w:br/>
        <w:t>v 0.711033 19.368534 1.303244</w:t>
        <w:br/>
        <w:t>v 0.805545 19.221478 1.289385</w:t>
        <w:br/>
        <w:t>v 0.385718 19.612061 1.367434</w:t>
        <w:br/>
        <w:t>v 0.489512 19.454178 1.435448</w:t>
        <w:br/>
        <w:t>v 0.571284 19.292221 1.472410</w:t>
        <w:br/>
        <w:t>v 0.831604 19.022177 1.360769</w:t>
        <w:br/>
        <w:t>v 0.636593 19.135002 1.470712</w:t>
        <w:br/>
        <w:t>v 0.980999 18.839783 1.180335</w:t>
        <w:br/>
        <w:t>v 0.948061 18.932684 1.222253</w:t>
        <w:br/>
        <w:t>v 0.952639 18.944229 1.103015</w:t>
        <w:br/>
        <w:t>v 0.981716 19.138874 1.042308</w:t>
        <w:br/>
        <w:t>v 0.900107 19.092655 1.148781</w:t>
        <w:br/>
        <w:t>v 1.030764 18.975582 1.007548</w:t>
        <w:br/>
        <w:t>v 1.080906 18.992661 0.877520</w:t>
        <w:br/>
        <w:t>v 0.952639 18.944229 1.103015</w:t>
        <w:br/>
        <w:t>v 0.330847 19.768387 1.182435</w:t>
        <w:br/>
        <w:t>v 0.253892 19.792233 1.157295</w:t>
        <w:br/>
        <w:t>v 0.359811 19.826000 1.221560</w:t>
        <w:br/>
        <w:t>v 0.283007 19.921154 1.078579</w:t>
        <w:br/>
        <w:t>v 0.408947 19.899223 1.058243</w:t>
        <w:br/>
        <w:t>v 0.175692 19.805286 1.164312</w:t>
        <w:br/>
        <w:t>v 0.110194 19.793266 1.175971</w:t>
        <w:br/>
        <w:t>v 0.180647 19.871490 1.201123</w:t>
        <w:br/>
        <w:t>v 0.817555 19.240944 1.159571</w:t>
        <w:br/>
        <w:t>v 0.726288 19.384480 1.184875</w:t>
        <w:br/>
        <w:t>v 0.623652 19.511780 1.192458</w:t>
        <w:br/>
        <w:t>v 0.506351 19.646156 1.195439</w:t>
        <w:br/>
        <w:t>v 0.269864 19.862675 1.203475</w:t>
        <w:br/>
        <w:t>v 0.900107 19.092655 1.148781</w:t>
        <w:br/>
        <w:t>v 0.893329 19.068811 1.263201</w:t>
        <w:br/>
        <w:t>v 0.539692 19.851318 0.858152</w:t>
        <w:br/>
        <w:t>v 0.541176 19.853493 0.887216</w:t>
        <w:br/>
        <w:t>v 0.640705 19.724758 1.164425</w:t>
        <w:br/>
        <w:t>v 0.558770 19.660294 1.244487</w:t>
        <w:br/>
        <w:t>v 0.753453 19.592068 1.142077</w:t>
        <w:br/>
        <w:t>v 0.665582 19.533714 1.239645</w:t>
        <w:br/>
        <w:t>v 0.539503 19.855633 1.023934</w:t>
        <w:br/>
        <w:t>v 0.126329 19.859203 1.158779</w:t>
        <w:br/>
        <w:t>v 0.133108 19.882393 1.182850</w:t>
        <w:br/>
        <w:t>v 0.995285 19.343403 0.805016</w:t>
        <w:br/>
        <w:t>v 0.965165 19.321308 0.952286</w:t>
        <w:br/>
        <w:t>v 0.882663 19.476437 0.997121</w:t>
        <w:br/>
        <w:t>v 0.911526 19.493732 0.858982</w:t>
        <w:br/>
        <w:t>v 0.198833 19.922325 1.104285</w:t>
        <w:br/>
        <w:t>v 0.199549 19.911308 1.162828</w:t>
        <w:br/>
        <w:t>v 0.269864 19.862675 1.203475</w:t>
        <w:br/>
        <w:t>v 0.180647 19.871490 1.201123</w:t>
        <w:br/>
        <w:t>v 0.287874 19.908440 1.152163</w:t>
        <w:br/>
        <w:t>v 0.682535 19.772964 0.794288</w:t>
        <w:br/>
        <w:t>v 0.680283 19.772640 0.836042</w:t>
        <w:br/>
        <w:t>v 0.807155 18.514404 1.050824</w:t>
        <w:br/>
        <w:t>v 0.999524 18.324375 0.876565</w:t>
        <w:br/>
        <w:t>v 1.049780 18.490572 0.849840</w:t>
        <w:br/>
        <w:t>v 1.078920 18.470198 0.708254</w:t>
        <w:br/>
        <w:t>v 1.027419 18.314741 0.769137</w:t>
        <w:br/>
        <w:t>v -0.886916 18.973305 1.031481</w:t>
        <w:br/>
        <w:t>v -0.859097 18.977757 1.031606</w:t>
        <w:br/>
        <w:t>v -0.878225 18.819595 1.024186</w:t>
        <w:br/>
        <w:t>v -0.827127 19.115623 1.044032</w:t>
        <w:br/>
        <w:t>v -0.843766 19.123329 1.040523</w:t>
        <w:br/>
        <w:t>v -0.839213 18.388388 1.029368</w:t>
        <w:br/>
        <w:t>v -0.823631 18.395897 1.019848</w:t>
        <w:br/>
        <w:t>v -0.790127 18.252489 1.043831</w:t>
        <w:br/>
        <w:t>v -1.261580 18.619516 0.515948</w:t>
        <w:br/>
        <w:t>v -1.213626 18.627855 0.676838</w:t>
        <w:br/>
        <w:t>v -1.204206 18.430859 0.748461</w:t>
        <w:br/>
        <w:t>v -1.257530 18.417414 0.582213</w:t>
        <w:br/>
        <w:t>v -1.067325 18.960905 0.897692</w:t>
        <w:br/>
        <w:t>v -1.028225 19.118187 0.908005</w:t>
        <w:br/>
        <w:t>v -0.945824 19.118763 0.999825</w:t>
        <w:br/>
        <w:t>v -0.983981 18.964302 0.986381</w:t>
        <w:br/>
        <w:t>v -1.169407 18.836485 0.374073</w:t>
        <w:br/>
        <w:t>v -1.154618 19.007805 0.418769</w:t>
        <w:br/>
        <w:t>v -1.190926 19.002144 0.456498</w:t>
        <w:br/>
        <w:t>v -1.210319 18.838562 0.407778</w:t>
        <w:br/>
        <w:t>v -1.191064 18.641451 0.372715</w:t>
        <w:br/>
        <w:t>v -1.137840 18.428030 0.352404</w:t>
        <w:br/>
        <w:t>v -1.142984 18.654682 0.339010</w:t>
        <w:br/>
        <w:t>v 0.148313 19.886745 1.123979</w:t>
        <w:br/>
        <w:t>v 0.126329 19.859203 1.158779</w:t>
        <w:br/>
        <w:t>v 0.181326 19.902855 1.030323</w:t>
        <w:br/>
        <w:t>v 0.186986 19.949677 0.908369</w:t>
        <w:br/>
        <w:t>v -0.609643 19.501442 1.168877</w:t>
        <w:br/>
        <w:t>v -0.696798 19.382683 1.169708</w:t>
        <w:br/>
        <w:t>v -0.717096 19.365742 1.062267</w:t>
        <w:br/>
        <w:t>v -0.629967 19.479179 1.065876</w:t>
        <w:br/>
        <w:t>v -0.768395 19.254063 1.165407</w:t>
        <w:br/>
        <w:t>v -0.777903 19.248455 1.047993</w:t>
        <w:br/>
        <w:t>v -0.839276 18.830702 1.155409</w:t>
        <w:br/>
        <w:t>v -0.831126 18.688927 1.137840</w:t>
        <w:br/>
        <w:t>v -0.871824 18.676149 1.014616</w:t>
        <w:br/>
        <w:t>v -0.878225 18.819595 1.024186</w:t>
        <w:br/>
        <w:t>v -0.482659 19.630638 1.169217</w:t>
        <w:br/>
        <w:t>v -0.502190 19.606918 1.083848</w:t>
        <w:br/>
        <w:t>v -0.156842 19.808998 1.125791</w:t>
        <w:br/>
        <w:t>v -0.218806 19.776096 1.197338</w:t>
        <w:br/>
        <w:t>v 0.962625 18.180801 0.846608</w:t>
        <w:br/>
        <w:t>v 0.712015 17.983013 1.189278</w:t>
        <w:br/>
        <w:t>v 0.655408 18.022905 1.206432</w:t>
        <w:br/>
        <w:t>v 0.734967 17.940742 1.130910</w:t>
        <w:br/>
        <w:t>v 0.649724 17.947395 1.232264</w:t>
        <w:br/>
        <w:t>v 0.615440 17.971643 1.243847</w:t>
        <w:br/>
        <w:t>v 0.663872 17.916759 1.196836</w:t>
        <w:br/>
        <w:t>v -0.613994 17.843716 1.205161</w:t>
        <w:br/>
        <w:t>v -0.491361 17.837101 1.321015</w:t>
        <w:br/>
        <w:t>v -0.592513 17.835955 1.176449</w:t>
        <w:br/>
        <w:t>v -0.221296 19.555672 1.534424</w:t>
        <w:br/>
        <w:t>v -0.148088 19.710159 1.409377</w:t>
        <w:br/>
        <w:t>v -0.041415 19.713619 1.423223</w:t>
        <w:br/>
        <w:t>v 0.080916 19.578209 1.532689</w:t>
        <w:br/>
        <w:t>v -0.065348 19.576950 1.562533</w:t>
        <w:br/>
        <w:t>v -0.055638 19.023008 1.776873</w:t>
        <w:br/>
        <w:t>v -0.241405 19.002470 1.720040</w:t>
        <w:br/>
        <w:t>v -0.252284 19.203114 1.688020</w:t>
        <w:br/>
        <w:t>v -0.060971 19.209831 1.743860</w:t>
        <w:br/>
        <w:t>v 0.200467 19.563465 1.402699</w:t>
        <w:br/>
        <w:t>v 0.182383 19.572296 1.464109</w:t>
        <w:br/>
        <w:t>v 0.139333 19.703484 1.316613</w:t>
        <w:br/>
        <w:t>v -0.047690 18.837294 1.789927</w:t>
        <w:br/>
        <w:t>v -0.220226 18.821749 1.737622</w:t>
        <w:br/>
        <w:t>v -0.047639 18.655750 1.767654</w:t>
        <w:br/>
        <w:t>v 0.090601 18.856432 1.744577</w:t>
        <w:br/>
        <w:t>v 0.068114 18.674364 1.720317</w:t>
        <w:br/>
        <w:t>v 0.169027 18.871891 1.661685</w:t>
        <w:br/>
        <w:t>v 0.130984 18.695215 1.633916</w:t>
        <w:br/>
        <w:t>v -0.385355 19.505756 1.381369</w:t>
        <w:br/>
        <w:t>v -0.304904 19.640888 1.320813</w:t>
        <w:br/>
        <w:t>v -0.335037 19.532955 1.472171</w:t>
        <w:br/>
        <w:t>v -0.634657 19.102139 1.418030</w:t>
        <w:br/>
        <w:t>v -0.700558 19.122612 1.343791</w:t>
        <w:br/>
        <w:t>v -0.667859 19.248882 1.330158</w:t>
        <w:br/>
        <w:t>v -0.596928 19.241447 1.393279</w:t>
        <w:br/>
        <w:t>v 0.103843 19.215628 1.699653</w:t>
        <w:br/>
        <w:t>v 0.098548 19.403797 1.626459</w:t>
        <w:br/>
        <w:t>v 0.193198 19.394089 1.554282</w:t>
        <w:br/>
        <w:t>v 0.196770 19.217928 1.618623</w:t>
        <w:br/>
        <w:t>v 0.100649 19.029459 1.731975</w:t>
        <w:br/>
        <w:t>v 0.186609 19.036489 1.654831</w:t>
        <w:br/>
        <w:t>v -0.072240 19.402111 1.669306</w:t>
        <w:br/>
        <w:t>v 0.050369 18.398136 1.550422</w:t>
        <w:br/>
        <w:t>v 0.044005 18.399128 1.546812</w:t>
        <w:br/>
        <w:t>v -0.008791 18.282734 1.516755</w:t>
        <w:br/>
        <w:t>v 0.001572 18.281979 1.517182</w:t>
        <w:br/>
        <w:t>v -0.464687 19.520634 1.349022</w:t>
        <w:br/>
        <w:t>v -0.375156 19.649303 1.295535</w:t>
        <w:br/>
        <w:t>v -0.052066 18.509989 1.721310</w:t>
        <w:br/>
        <w:t>v -0.060706 18.384905 1.666087</w:t>
        <w:br/>
        <w:t>v -0.156388 18.499903 1.671457</w:t>
        <w:br/>
        <w:t>v -0.340582 18.809763 1.609292</w:t>
        <w:br/>
        <w:t>v -0.193715 18.644735 1.722102</w:t>
        <w:br/>
        <w:t>v -0.273562 18.633993 1.614083</w:t>
        <w:br/>
        <w:t>v -0.375319 19.004595 1.597344</w:t>
        <w:br/>
        <w:t>v -0.381607 19.197781 1.565626</w:t>
        <w:br/>
        <w:t>v -0.441396 19.192110 1.452288</w:t>
        <w:br/>
        <w:t>v -0.421500 19.362419 1.409691</w:t>
        <w:br/>
        <w:t>v -0.367207 19.379562 1.526338</w:t>
        <w:br/>
        <w:t>v -0.700633 18.503651 1.314916</w:t>
        <w:br/>
        <w:t>v -0.641071 18.633541 1.373308</w:t>
        <w:br/>
        <w:t>v -0.583433 18.607193 1.383558</w:t>
        <w:br/>
        <w:t>v -0.653283 18.484900 1.317733</w:t>
        <w:br/>
        <w:t>v -0.815569 18.546787 1.120371</w:t>
        <w:br/>
        <w:t>v -0.823027 18.546650 1.111983</w:t>
        <w:br/>
        <w:t>v -0.831026 18.420244 1.075788</w:t>
        <w:br/>
        <w:t>v -0.819983 18.418459 1.083057</w:t>
        <w:br/>
        <w:t>v -0.249932 19.389988 1.621579</w:t>
        <w:br/>
        <w:t>v -0.613177 19.378429 1.314312</w:t>
        <w:br/>
        <w:t>v -0.536310 19.506660 1.287687</w:t>
        <w:br/>
        <w:t>v -0.544875 19.368557 1.376628</w:t>
        <w:br/>
        <w:t>v -0.127009 18.283197 1.570381</w:t>
        <w:br/>
        <w:t>v -0.167292 18.379007 1.588780</w:t>
        <w:br/>
        <w:t>v -0.133373 18.386400 1.625629</w:t>
        <w:br/>
        <w:t>v -0.323981 18.631580 1.522992</w:t>
        <w:br/>
        <w:t>v -0.390410 18.809637 1.503725</w:t>
        <w:br/>
        <w:t>v -0.472749 19.204824 1.429499</w:t>
        <w:br/>
        <w:t>v -0.463945 18.894993 1.449572</w:t>
        <w:br/>
        <w:t>v -0.553325 18.918308 1.454426</w:t>
        <w:br/>
        <w:t>v -0.512918 19.055605 1.445924</w:t>
        <w:br/>
        <w:t>v -0.425310 19.007288 1.467593</w:t>
        <w:br/>
        <w:t>v -0.384223 18.809624 1.501248</w:t>
        <w:br/>
        <w:t>v -0.425310 19.007288 1.467593</w:t>
        <w:br/>
        <w:t>v -0.437383 19.007074 1.478158</w:t>
        <w:br/>
        <w:t>v -0.390410 18.809637 1.503725</w:t>
        <w:br/>
        <w:t>v -0.213045 18.489691 1.605343</w:t>
        <w:br/>
        <w:t>v -0.123915 18.124258 1.470939</w:t>
        <w:br/>
        <w:t>v -0.093141 18.184135 1.540713</w:t>
        <w:br/>
        <w:t>v -0.073408 18.186663 1.514013</w:t>
        <w:br/>
        <w:t>v -0.047753 18.192259 1.483163</w:t>
        <w:br/>
        <w:t>v -0.053425 18.193794 1.487150</w:t>
        <w:br/>
        <w:t>v -0.118872 18.125566 1.455319</w:t>
        <w:br/>
        <w:t>v -0.118269 18.124069 1.454778</w:t>
        <w:br/>
        <w:t>v -0.030095 18.275263 1.566884</w:t>
        <w:br/>
        <w:t>v -0.072553 18.272306 1.599659</w:t>
        <w:br/>
        <w:t>v 0.008665 18.389206 1.625830</w:t>
        <w:br/>
        <w:t>v -0.000177 19.772701 1.338370</w:t>
        <w:br/>
        <w:t>v 0.068968 19.764400 1.307281</w:t>
        <w:br/>
        <w:t>v 0.072288 19.718899 1.377734</w:t>
        <w:br/>
        <w:t>v -0.252297 19.729664 1.282531</w:t>
        <w:br/>
        <w:t>v -0.294076 19.732281 1.243116</w:t>
        <w:br/>
        <w:t>v 0.100071 18.539482 1.589660</w:t>
        <w:br/>
        <w:t>v 0.130984 18.695215 1.633916</w:t>
        <w:br/>
        <w:t>v 0.089167 18.541733 1.580416</w:t>
        <w:br/>
        <w:t>v 0.043816 18.524378 1.674123</w:t>
        <w:br/>
        <w:t>v -0.235695 18.492081 1.522364</w:t>
        <w:br/>
        <w:t>v -0.317844 18.631378 1.521772</w:t>
        <w:br/>
        <w:t>v -0.323981 18.631580 1.522992</w:t>
        <w:br/>
        <w:t>v -0.244033 18.491892 1.526941</w:t>
        <w:br/>
        <w:t>v 0.001572 18.281979 1.517182</w:t>
        <w:br/>
        <w:t>v -0.047753 18.192259 1.483163</w:t>
        <w:br/>
        <w:t>v 0.253666 19.384632 1.466549</w:t>
        <w:br/>
        <w:t>v 0.233217 19.383789 1.526438</w:t>
        <w:br/>
        <w:t>v 0.274656 19.217602 1.482987</w:t>
        <w:br/>
        <w:t>v 0.249579 19.215126 1.578668</w:t>
        <w:br/>
        <w:t>v 0.294062 19.039320 1.519798</w:t>
        <w:br/>
        <w:t>v 0.276832 19.039871 1.513459</w:t>
        <w:br/>
        <w:t>v 0.268582 18.880692 1.514415</w:t>
        <w:br/>
        <w:t>v 0.282202 18.880075 1.523546</w:t>
        <w:br/>
        <w:t>v 0.238072 18.714659 1.498544</w:t>
        <w:br/>
        <w:t>v 0.251969 18.712833 1.507083</w:t>
        <w:br/>
        <w:t>v 0.251969 18.712833 1.507083</w:t>
        <w:br/>
        <w:t>v 0.212139 18.559629 1.474925</w:t>
        <w:br/>
        <w:t>v 0.172951 18.542952 1.556471</w:t>
        <w:br/>
        <w:t>v 0.212844 18.698826 1.604764</w:t>
        <w:br/>
        <w:t>v 0.166349 18.438305 1.444113</w:t>
        <w:br/>
        <w:t>v 0.137762 18.419289 1.505059</w:t>
        <w:br/>
        <w:t>v 0.125035 18.340696 1.430405</w:t>
        <w:br/>
        <w:t>v 0.106548 18.329983 1.476070</w:t>
        <w:br/>
        <w:t>v 0.086614 18.263805 1.431374</w:t>
        <w:br/>
        <w:t>v 0.075207 18.258247 1.456929</w:t>
        <w:br/>
        <w:t>v 0.251365 19.035069 1.620636</w:t>
        <w:br/>
        <w:t>v 0.240939 18.875309 1.625654</w:t>
        <w:br/>
        <w:t>v 0.089167 18.541733 1.580416</w:t>
        <w:br/>
        <w:t>v 0.080967 18.430218 1.521785</w:t>
        <w:br/>
        <w:t>v 0.071434 18.341415 1.485050</w:t>
        <w:br/>
        <w:t>v 0.075207 18.258247 1.456929</w:t>
        <w:br/>
        <w:t>v 0.058707 18.263680 1.457721</w:t>
        <w:br/>
        <w:t>v 0.100071 18.539482 1.589660</w:t>
        <w:br/>
        <w:t>v 0.050369 18.398136 1.550422</w:t>
        <w:br/>
        <w:t>v -0.154690 18.139814 1.461620</w:t>
        <w:br/>
        <w:t>v -0.191237 18.084267 1.421602</w:t>
        <w:br/>
        <w:t>v -0.150527 18.137323 1.462110</w:t>
        <w:br/>
        <w:t>v -0.118269 18.124069 1.454778</w:t>
        <w:br/>
        <w:t>v -0.191237 18.084267 1.421602</w:t>
        <w:br/>
        <w:t>v -0.512918 19.055605 1.445924</w:t>
        <w:br/>
        <w:t>v -0.546006 18.917868 1.467330</w:t>
        <w:br/>
        <w:t>v -0.652780 18.950970 1.437146</w:t>
        <w:br/>
        <w:t>v -0.829668 18.982988 1.162615</w:t>
        <w:br/>
        <w:t>v -0.780745 18.975180 1.263705</w:t>
        <w:br/>
        <w:t>v -0.792252 18.828451 1.261277</w:t>
        <w:br/>
        <w:t>v -0.561651 18.782206 1.466789</w:t>
        <w:br/>
        <w:t>v -0.651258 18.802353 1.447824</w:t>
        <w:br/>
        <w:t>v -0.561249 18.681229 1.458992</w:t>
        <w:br/>
        <w:t>v -0.561651 18.782206 1.466789</w:t>
        <w:br/>
        <w:t>v -0.560318 18.784319 1.456929</w:t>
        <w:br/>
        <w:t>v -0.608448 18.579336 1.457004</w:t>
        <w:br/>
        <w:t>v -0.554671 18.577688 1.452238</w:t>
        <w:br/>
        <w:t>v -0.537228 18.481655 1.448830</w:t>
        <w:br/>
        <w:t>v -0.570291 18.478737 1.451005</w:t>
        <w:br/>
        <w:t>v -0.518350 18.409416 1.445359</w:t>
        <w:br/>
        <w:t>v -0.924607 18.321997 1.072719</w:t>
        <w:br/>
        <w:t>v -0.994595 18.259983 1.012327</w:t>
        <w:br/>
        <w:t>v -0.867912 18.331896 1.049906</w:t>
        <w:br/>
        <w:t>v -0.924607 18.321997 1.072719</w:t>
        <w:br/>
        <w:t>v -0.842571 18.394136 1.178914</w:t>
        <w:br/>
        <w:t>v -0.890688 18.297523 1.111605</w:t>
        <w:br/>
        <w:t>v -0.567852 19.507389 1.256598</w:t>
        <w:br/>
        <w:t>v -0.445307 19.635204 1.247405</w:t>
        <w:br/>
        <w:t>v -0.656465 19.380219 1.262107</w:t>
        <w:br/>
        <w:t>v -0.723648 19.249775 1.260937</w:t>
        <w:br/>
        <w:t>v -0.335075 19.736279 1.198709</w:t>
        <w:br/>
        <w:t>v -0.798767 18.699905 1.240916</w:t>
        <w:br/>
        <w:t>v -0.817506 18.551065 1.202143</w:t>
        <w:br/>
        <w:t>v -0.823027 18.546650 1.111983</w:t>
        <w:br/>
        <w:t>v -0.805257 19.125996 1.164539</w:t>
        <w:br/>
        <w:t>v -0.759277 19.130535 1.267867</w:t>
        <w:br/>
        <w:t>v -0.632658 18.689720 1.455168</w:t>
        <w:br/>
        <w:t>v -0.675317 18.702900 1.386237</w:t>
        <w:br/>
        <w:t>v -0.707487 18.819218 1.377245</w:t>
        <w:br/>
        <w:t>v -0.570291 18.478737 1.451005</w:t>
        <w:br/>
        <w:t>v -0.581094 18.487982 1.419602</w:t>
        <w:br/>
        <w:t>v -0.633236 18.589813 1.401593</w:t>
        <w:br/>
        <w:t>v -0.608448 18.579336 1.457004</w:t>
        <w:br/>
        <w:t>v -0.518350 18.409416 1.445359</w:t>
        <w:br/>
        <w:t>v -0.994595 18.259983 1.012327</w:t>
        <w:br/>
        <w:t>v -0.831026 18.420244 1.075788</w:t>
        <w:br/>
        <w:t>v -0.863712 18.407932 1.139437</w:t>
        <w:br/>
        <w:t>v -0.798302 18.368542 1.212632</w:t>
        <w:br/>
        <w:t>v -0.766961 18.355400 1.212820</w:t>
        <w:br/>
        <w:t>v 0.042810 18.205854 1.451081</w:t>
        <w:br/>
        <w:t>v 0.042810 18.205854 1.451081</w:t>
        <w:br/>
        <w:t>v -0.472749 19.204824 1.429499</w:t>
        <w:br/>
        <w:t>v -0.436742 19.191620 1.447496</w:t>
        <w:br/>
        <w:t>v -0.124293 18.198961 1.528137</w:t>
        <w:br/>
        <w:t>v -0.093141 18.184135 1.540713</w:t>
        <w:br/>
        <w:t>v -0.139120 18.128710 1.485565</w:t>
        <w:br/>
        <w:t>v -0.142541 18.210243 1.490470</w:t>
        <w:br/>
        <w:t>v -0.137712 18.211927 1.488370</w:t>
        <w:br/>
        <w:t>v -0.143283 18.289600 1.507977</w:t>
        <w:br/>
        <w:t>v -0.147735 18.288771 1.513020</w:t>
        <w:br/>
        <w:t>v -0.139120 18.128710 1.485565</w:t>
        <w:br/>
        <w:t>v -0.154690 18.139814 1.461620</w:t>
        <w:br/>
        <w:t>v -0.142541 18.210243 1.490470</w:t>
        <w:br/>
        <w:t>v -0.441396 19.192110 1.452288</w:t>
        <w:br/>
        <w:t>v -0.436742 19.191620 1.447496</w:t>
        <w:br/>
        <w:t>v 0.274656 19.217602 1.482987</w:t>
        <w:br/>
        <w:t>v -0.101769 19.766590 1.344293</w:t>
        <w:br/>
        <w:t>v -0.517395 18.744829 1.422318</w:t>
        <w:br/>
        <w:t>v -0.601682 18.770800 1.410157</w:t>
        <w:br/>
        <w:t>v -0.709424 18.963181 1.343414</w:t>
        <w:br/>
        <w:t>v -0.599142 19.878368 0.753377</w:t>
        <w:br/>
        <w:t>v -0.602324 19.880798 0.760030</w:t>
        <w:br/>
        <w:t>v -0.446980 19.963539 0.777838</w:t>
        <w:br/>
        <w:t>v -0.828976 19.578823 0.951532</w:t>
        <w:br/>
        <w:t>v -0.690899 18.039982 1.116611</w:t>
        <w:br/>
        <w:t>v -0.753731 18.004354 1.094740</w:t>
        <w:br/>
        <w:t>v -0.817581 18.082365 1.034311</w:t>
        <w:br/>
        <w:t>v -0.738828 18.126322 1.071109</w:t>
        <w:br/>
        <w:t>v -0.602324 19.880798 0.760030</w:t>
        <w:br/>
        <w:t>v -0.761378 19.743248 0.735682</w:t>
        <w:br/>
        <w:t>v -0.783135 19.767696 0.694067</w:t>
        <w:br/>
        <w:t>v -0.611291 19.889023 0.736210</w:t>
        <w:br/>
        <w:t>v -0.630758 17.960890 1.177418</w:t>
        <w:br/>
        <w:t>v -0.675593 17.927889 1.170022</w:t>
        <w:br/>
        <w:t>v -1.117001 18.810076 0.780895</w:t>
        <w:br/>
        <w:t>v -1.130848 18.814226 0.740940</w:t>
        <w:br/>
        <w:t>v -1.114574 18.977859 0.709348</w:t>
        <w:br/>
        <w:t>v -1.101998 18.972664 0.779700</w:t>
        <w:br/>
        <w:t>v -1.014982 19.276649 0.802036</w:t>
        <w:br/>
        <w:t>v -1.063501 19.127193 0.785523</w:t>
        <w:br/>
        <w:t>v -1.074053 19.131306 0.701940</w:t>
        <w:br/>
        <w:t>v -1.029834 19.267521 0.703889</w:t>
        <w:br/>
        <w:t>v -1.057036 18.128080 0.802213</w:t>
        <w:br/>
        <w:t>v -0.885507 18.210331 0.998153</w:t>
        <w:br/>
        <w:t>v -0.921827 18.020113 0.918431</w:t>
        <w:br/>
        <w:t>v -0.607781 17.869196 1.240476</w:t>
        <w:br/>
        <w:t>v 0.746424 18.839191 1.406711</w:t>
        <w:br/>
        <w:t>v 0.882450 18.897583 1.327568</w:t>
        <w:br/>
        <w:t>v 0.707990 18.572758 1.277941</w:t>
        <w:br/>
        <w:t>v 1.178147 18.327255 0.696873</w:t>
        <w:br/>
        <w:t>v 1.086591 18.473568 0.561122</w:t>
        <w:br/>
        <w:t>v 1.104135 18.631390 0.546408</w:t>
        <w:br/>
        <w:t>v 1.033682 18.621391 0.464322</w:t>
        <w:br/>
        <w:t>v 1.056130 19.188805 0.561084</w:t>
        <w:br/>
        <w:t>v 1.058809 19.186592 0.607855</w:t>
        <w:br/>
        <w:t>v 1.004730 19.358372 0.655432</w:t>
        <w:br/>
        <w:t>v 0.996329 19.356434 0.615250</w:t>
        <w:br/>
        <w:t>v 1.082692 18.998398 0.505874</w:t>
        <w:br/>
        <w:t>v 1.102978 18.998734 0.567133</w:t>
        <w:br/>
        <w:t>v 1.113064 18.813358 0.543000</w:t>
        <w:br/>
        <w:t>v 1.078882 18.812880 0.472735</w:t>
        <w:br/>
        <w:t>v 1.060859 19.168655 0.754132</w:t>
        <w:br/>
        <w:t>v 1.104173 18.997276 0.722553</w:t>
        <w:br/>
        <w:t>v 0.822109 17.974396 0.942704</w:t>
        <w:br/>
        <w:t>v 0.910030 18.056559 0.815154</w:t>
        <w:br/>
        <w:t>v 0.879772 18.057402 0.731030</w:t>
        <w:br/>
        <w:t>v 0.793460 17.976309 0.861875</w:t>
        <w:br/>
        <w:t>v 0.749530 17.920206 1.048899</w:t>
        <w:br/>
        <w:t>v 0.724566 17.918055 0.994116</w:t>
        <w:br/>
        <w:t>v 0.619678 17.889908 1.149096</w:t>
        <w:br/>
        <w:t>v 0.650881 17.899038 1.171620</w:t>
        <w:br/>
        <w:t>v 1.028111 18.465683 0.483199</w:t>
        <w:br/>
        <w:t>v 1.031142 18.676275 0.993890</w:t>
        <w:br/>
        <w:t>v 1.042800 18.686285 0.996053</w:t>
        <w:br/>
        <w:t>v -0.670801 17.840899 1.043717</w:t>
        <w:br/>
        <w:t>v -0.237431 19.677723 1.360354</w:t>
        <w:br/>
        <w:t>v -0.777903 19.248455 1.047993</w:t>
        <w:br/>
        <w:t>v -0.977240 19.263771 0.923360</w:t>
        <w:br/>
        <w:t>v -0.913503 19.419266 0.936566</w:t>
        <w:br/>
        <w:t>v -0.421500 19.362419 1.409691</w:t>
        <w:br/>
        <w:t>v -0.711097 18.969620 1.359260</w:t>
        <w:br/>
        <w:t>v -0.717360 18.967468 1.357437</w:t>
        <w:br/>
        <w:t>v -0.707487 18.819218 1.377245</w:t>
        <w:br/>
        <w:t>v -0.703677 18.821419 1.373459</w:t>
        <w:br/>
        <w:t>v -0.687667 19.122663 1.345426</w:t>
        <w:br/>
        <w:t>v -0.967266 17.955797 0.793195</w:t>
        <w:br/>
        <w:t>v -1.106965 18.067915 0.669154</w:t>
        <w:br/>
        <w:t>v -1.225422 18.218369 0.578164</w:t>
        <w:br/>
        <w:t>v -1.194107 18.228994 0.697527</w:t>
        <w:br/>
        <w:t>v -1.264661 18.415152 0.532775</w:t>
        <w:br/>
        <w:t>v -1.257530 18.417414 0.582213</w:t>
        <w:br/>
        <w:t>v -0.773149 18.534929 1.275715</w:t>
        <w:br/>
        <w:t>v -0.863712 18.407932 1.139437</w:t>
        <w:br/>
        <w:t>v -0.732741 18.675280 1.321167</w:t>
        <w:br/>
        <w:t>v -0.714241 18.815434 1.333265</w:t>
        <w:br/>
        <w:t>v -0.709424 18.963181 1.343414</w:t>
        <w:br/>
        <w:t>v -0.687667 19.122663 1.345426</w:t>
        <w:br/>
        <w:t>v -0.574177 17.897970 1.250474</w:t>
        <w:br/>
        <w:t>v -0.927562 18.348660 0.982194</w:t>
        <w:br/>
        <w:t>v -0.961317 18.501513 0.971114</w:t>
        <w:br/>
        <w:t>v -0.885507 18.210331 0.998153</w:t>
        <w:br/>
        <w:t>v -0.738828 18.126322 1.071109</w:t>
        <w:br/>
        <w:t>v -1.182952 18.230366 0.466799</w:t>
        <w:br/>
        <w:t>v -1.237094 18.418056 0.428253</w:t>
        <w:br/>
        <w:t>v -1.259530 18.625002 0.431044</w:t>
        <w:br/>
        <w:t>v -1.245180 18.826313 0.466422</w:t>
        <w:br/>
        <w:t>v -1.247256 18.821344 0.528977</w:t>
        <w:br/>
        <w:t>v -1.261580 18.619516 0.515948</w:t>
        <w:br/>
        <w:t>v -1.065802 18.068783 0.569888</w:t>
        <w:br/>
        <w:t>v -0.943886 17.955658 0.700545</w:t>
        <w:br/>
        <w:t>v -0.607781 17.869196 1.240476</w:t>
        <w:br/>
        <w:t>v -0.491361 17.837101 1.321015</w:t>
        <w:br/>
        <w:t>v -0.801081 17.890160 0.828070</w:t>
        <w:br/>
        <w:t>v -1.089799 19.276146 0.598033</w:t>
        <w:br/>
        <w:t>v -1.089057 19.272099 0.511696</w:t>
        <w:br/>
        <w:t>v -0.893317 19.559734 0.718855</w:t>
        <w:br/>
        <w:t>v -0.987238 19.391422 0.707574</w:t>
        <w:br/>
        <w:t>v -1.018792 19.398830 0.630405</w:t>
        <w:br/>
        <w:t>v -0.927601 19.557495 0.657771</w:t>
        <w:br/>
        <w:t>v -1.138344 19.147301 0.482594</w:t>
        <w:br/>
        <w:t>v -1.152153 19.144672 0.565159</w:t>
        <w:br/>
        <w:t>v -1.210708 18.995176 0.541326</w:t>
        <w:br/>
        <w:t>v -0.890688 18.297523 1.111605</w:t>
        <w:br/>
        <w:t>v -0.842571 18.394136 1.178914</w:t>
        <w:br/>
        <w:t>v -0.773149 18.534929 1.275715</w:t>
        <w:br/>
        <w:t>v -0.732741 18.675280 1.321167</w:t>
        <w:br/>
        <w:t>v -0.714241 18.815434 1.333265</w:t>
        <w:br/>
        <w:t>v -0.952074 18.249531 0.970951</w:t>
        <w:br/>
        <w:t>v -1.049541 18.196095 0.921727</w:t>
        <w:br/>
        <w:t>v -1.147889 18.273149 0.840219</w:t>
        <w:br/>
        <w:t>v -1.012126 18.328386 0.926506</w:t>
        <w:br/>
        <w:t>v -0.861913 18.101898 1.009900</w:t>
        <w:br/>
        <w:t>v -0.864869 18.126396 1.048132</w:t>
        <w:br/>
        <w:t>v -0.786744 18.122786 1.091458</w:t>
        <w:br/>
        <w:t>v -0.775928 18.107281 1.068543</w:t>
        <w:br/>
        <w:t>v -1.074392 18.145790 0.825303</w:t>
        <w:br/>
        <w:t>v -0.960789 18.142092 0.988004</w:t>
        <w:br/>
        <w:t>v -0.968511 18.107191 0.925034</w:t>
        <w:br/>
        <w:t>v -0.677756 18.123894 1.145574</w:t>
        <w:br/>
        <w:t>v -1.194107 18.228994 0.697527</w:t>
        <w:br/>
        <w:t>v -0.774846 18.151447 1.091345</w:t>
        <w:br/>
        <w:t>v -0.786744 18.122786 1.091458</w:t>
        <w:br/>
        <w:t>v -0.864869 18.126396 1.048132</w:t>
        <w:br/>
        <w:t>v -0.839665 18.170301 1.053364</w:t>
        <w:br/>
        <w:t>v -0.893254 18.204018 1.014440</w:t>
        <w:br/>
        <w:t>v -0.677756 18.123894 1.145574</w:t>
        <w:br/>
        <w:t>v -1.130848 18.814226 0.740940</w:t>
        <w:br/>
        <w:t>v -1.122510 18.639601 0.790894</w:t>
        <w:br/>
        <w:t>v -1.076178 18.451975 0.866365</w:t>
        <w:br/>
        <w:t>v -1.114574 18.977859 0.709348</w:t>
        <w:br/>
        <w:t>v -0.987238 19.391422 0.707574</w:t>
        <w:br/>
        <w:t>v -0.893317 19.559734 0.718855</w:t>
        <w:br/>
        <w:t>v -0.875471 19.573128 0.823717</w:t>
        <w:br/>
        <w:t>v -0.968851 19.413204 0.811480</w:t>
        <w:br/>
        <w:t>v -0.741658 19.738232 0.840054</w:t>
        <w:br/>
        <w:t>v -0.755870 19.739853 0.720603</w:t>
        <w:br/>
        <w:t>v -0.599142 19.878368 0.753377</w:t>
        <w:br/>
        <w:t>v -0.595470 19.884819 0.865383</w:t>
        <w:br/>
        <w:t>v -1.071349 18.641138 0.892826</w:t>
        <w:br/>
        <w:t>v -1.080945 18.806253 0.896837</w:t>
        <w:br/>
        <w:t>v -1.046649 18.473026 0.901277</w:t>
        <w:br/>
        <w:t>v -1.012126 18.328386 0.926506</w:t>
        <w:br/>
        <w:t>v -0.925714 18.316175 0.402773</w:t>
        <w:br/>
        <w:t>v -0.943774 18.434908 0.339727</w:t>
        <w:br/>
        <w:t>v -1.079586 18.274244 0.409048</w:t>
        <w:br/>
        <w:t>v -0.992784 18.104086 0.520060</w:t>
        <w:br/>
        <w:t>v -0.889845 18.158466 0.507736</w:t>
        <w:br/>
        <w:t>v -0.899227 17.975969 0.662187</w:t>
        <w:br/>
        <w:t>v -0.833629 18.015409 0.655571</w:t>
        <w:br/>
        <w:t>v -0.769703 17.907440 0.812626</w:t>
        <w:br/>
        <w:t>v -1.122510 18.639601 0.790894</w:t>
        <w:br/>
        <w:t>v -1.076178 18.451975 0.866365</w:t>
        <w:br/>
        <w:t>v -1.118259 19.153915 0.456121</w:t>
        <w:br/>
        <w:t>v -1.079612 19.272400 0.491372</w:t>
        <w:br/>
        <w:t>v -1.152153 19.144672 0.565159</w:t>
        <w:br/>
        <w:t>v -1.089799 19.276146 0.598033</w:t>
        <w:br/>
        <w:t>v -1.106122 18.299824 0.825203</w:t>
        <w:br/>
        <w:t>v -1.012126 18.328386 0.926506</w:t>
        <w:br/>
        <w:t>v -0.179227 18.382425 1.522062</w:t>
        <w:br/>
        <w:t>v -0.184245 18.381987 1.527671</w:t>
        <w:br/>
        <w:t>v -0.147735 18.288771 1.513020</w:t>
        <w:br/>
        <w:t>v -0.184245 18.381987 1.527671</w:t>
        <w:br/>
        <w:t>v 1.122924 18.520605 0.860278</w:t>
        <w:br/>
        <w:t>v 1.115026 18.510405 0.858065</w:t>
        <w:br/>
        <w:t>v 0.668814 19.755032 1.081987</w:t>
        <w:br/>
        <w:t>v 0.791333 19.620655 1.038699</w:t>
        <w:br/>
        <w:t>v 1.033971 19.158985 0.909929</w:t>
        <w:br/>
        <w:t>v -0.815569 18.546787 1.120371</w:t>
        <w:br/>
        <w:t>v -0.850469 18.532991 1.015748</w:t>
        <w:br/>
        <w:t>v -0.859097 18.977757 1.031606</w:t>
        <w:br/>
        <w:t>v -0.827127 19.115623 1.044032</w:t>
        <w:br/>
        <w:t>v -0.819983 18.418459 1.083057</w:t>
        <w:br/>
        <w:t>v -0.823631 18.395897 1.019848</w:t>
        <w:br/>
        <w:t>v -0.790127 18.252489 1.043831</w:t>
        <w:br/>
        <w:t>v -0.182095 19.741653 1.308400</w:t>
        <w:br/>
        <w:t>v 0.094700 19.830502 1.197602</w:t>
        <w:br/>
        <w:t>v -0.891946 19.610603 0.700015</w:t>
        <w:br/>
        <w:t>v -0.991363 19.466087 0.656702</w:t>
        <w:br/>
        <w:t>v -1.032488 19.487370 0.595078</w:t>
        <w:br/>
        <w:t>v -0.912660 19.637268 0.646264</w:t>
        <w:br/>
        <w:t>v -1.379408 18.851112 0.465780</w:t>
        <w:br/>
        <w:t>v -1.299536 19.030655 0.483424</w:t>
        <w:br/>
        <w:t>v -1.231812 19.008884 0.564932</w:t>
        <w:br/>
        <w:t>v -1.308741 18.832790 0.541968</w:t>
        <w:br/>
        <w:t>v -1.380955 18.555254 0.529077</w:t>
        <w:br/>
        <w:t>v -1.453144 18.563566 0.474345</w:t>
        <w:br/>
        <w:t>v -1.428582 18.705629 0.462485</w:t>
        <w:br/>
        <w:t>v -1.356997 18.687521 0.526499</w:t>
        <w:br/>
        <w:t>v -1.372088 18.330439 0.550508</w:t>
        <w:br/>
        <w:t>v -1.414874 18.318630 0.528046</w:t>
        <w:br/>
        <w:t>v -1.446717 18.425791 0.496454</w:t>
        <w:br/>
        <w:t>v -1.383533 18.427088 0.536712</w:t>
        <w:br/>
        <w:t>v -1.379408 18.851112 0.465780</w:t>
        <w:br/>
        <w:t>v -1.428582 18.705629 0.462485</w:t>
        <w:br/>
        <w:t>v -1.348596 18.665022 0.409450</w:t>
        <w:br/>
        <w:t>v -1.304642 18.824451 0.410255</w:t>
        <w:br/>
        <w:t>v -1.376226 18.534502 0.424945</w:t>
        <w:br/>
        <w:t>v -1.453144 18.563566 0.474345</w:t>
        <w:br/>
        <w:t>v -1.386350 18.407921 0.458838</w:t>
        <w:br/>
        <w:t>v -1.446717 18.425791 0.496454</w:t>
        <w:br/>
        <w:t>v -1.380452 18.317520 0.498152</w:t>
        <w:br/>
        <w:t>v -1.414874 18.318630 0.528046</w:t>
        <w:br/>
        <w:t>v -1.344609 18.225437 0.578377</w:t>
        <w:br/>
        <w:t>v -1.209313 19.208927 0.510401</w:t>
        <w:br/>
        <w:t>v -1.299536 19.030655 0.483424</w:t>
        <w:br/>
        <w:t>v -1.231761 19.010773 0.425875</w:t>
        <w:br/>
        <w:t>v -1.155825 19.188854 0.449581</w:t>
        <w:br/>
        <w:t>v -1.344609 18.225437 0.578377</w:t>
        <w:br/>
        <w:t>v -1.209313 19.208927 0.510401</w:t>
        <w:br/>
        <w:t>v -1.145927 19.190285 0.588148</w:t>
        <w:br/>
        <w:t>v -1.094942 19.333195 0.488316</w:t>
        <w:br/>
        <w:t>v -1.127893 19.349277 0.548885</w:t>
        <w:br/>
        <w:t>v -1.069916 19.329395 0.625349</w:t>
        <w:br/>
        <w:t>v -1.127893 19.349277 0.548885</w:t>
        <w:br/>
        <w:t>v -1.014038 19.475773 0.540257</w:t>
        <w:br/>
        <w:t>v -1.032488 19.487370 0.595078</w:t>
        <w:br/>
        <w:t>v -0.906384 19.623245 0.597794</w:t>
        <w:br/>
        <w:t>v -0.906384 19.623245 0.597794</w:t>
        <w:br/>
        <w:t>v -0.891946 19.610603 0.700015</w:t>
        <w:br/>
        <w:t>v -0.761378 19.743248 0.735682</w:t>
        <w:br/>
        <w:t>v -0.755870 19.739853 0.720603</w:t>
        <w:br/>
        <w:t>v -0.885658 19.607609 0.699060</w:t>
        <w:br/>
        <w:t>v -0.776482 19.757851 0.666839</w:t>
        <w:br/>
        <w:t>v -0.755870 19.739853 0.720603</w:t>
        <w:br/>
        <w:t>v -0.776482 19.757851 0.666839</w:t>
        <w:br/>
        <w:t>v 0.806615 18.373220 1.043768</w:t>
        <w:br/>
        <w:t>v 0.872867 18.341780 0.769514</w:t>
        <w:br/>
        <w:t>v 0.906597 18.482246 0.701639</w:t>
        <w:br/>
        <w:t>v 0.807155 18.514404 1.050824</w:t>
        <w:br/>
        <w:t>v 0.772168 18.245319 1.077888</w:t>
        <w:br/>
        <w:t>v 0.827781 18.193480 0.840885</w:t>
        <w:br/>
        <w:t>v 0.736702 18.156191 1.121943</w:t>
        <w:br/>
        <w:t>v 0.783486 18.090981 0.923714</w:t>
        <w:br/>
        <w:t>v 0.700557 18.084705 1.162364</w:t>
        <w:br/>
        <w:t>v 0.721296 18.013359 1.025595</w:t>
        <w:br/>
        <w:t>v 0.655408 18.022905 1.206432</w:t>
        <w:br/>
        <w:t>v 0.680033 17.966249 1.084931</w:t>
        <w:br/>
        <w:t>v 0.615440 17.971643 1.243847</w:t>
        <w:br/>
        <w:t>v 0.624621 17.935724 1.166539</w:t>
        <w:br/>
        <w:t>v 0.559991 17.936340 1.287109</w:t>
        <w:br/>
        <w:t>v 0.565185 17.921978 1.258158</w:t>
        <w:br/>
        <w:t>v 0.553791 17.890852 1.237860</w:t>
        <w:br/>
        <w:t>v 0.447922 17.902874 1.353362</w:t>
        <w:br/>
        <w:t>v 1.007812 18.305573 0.520312</w:t>
        <w:br/>
        <w:t>v 1.028111 18.465683 0.483199</w:t>
        <w:br/>
        <w:t>v 0.951570 18.164829 0.611793</w:t>
        <w:br/>
        <w:t>v 0.879772 18.057402 0.731030</w:t>
        <w:br/>
        <w:t>v 0.793460 17.976309 0.861875</w:t>
        <w:br/>
        <w:t>v 0.724566 17.918055 0.994116</w:t>
        <w:br/>
        <w:t>v 0.619678 17.889908 1.149096</w:t>
        <w:br/>
        <w:t>v 0.903642 18.545832 1.014037</w:t>
        <w:br/>
        <w:t>v 0.888412 18.403381 1.062608</w:t>
        <w:br/>
        <w:t>v 0.978723 18.358948 0.948992</w:t>
        <w:br/>
        <w:t>v 1.000669 18.441536 0.894838</w:t>
        <w:br/>
        <w:t>v 1.095030 18.386213 0.777739</w:t>
        <w:br/>
        <w:t>v 1.098928 18.330511 0.800339</w:t>
        <w:br/>
        <w:t>v 1.214556 18.378077 0.673958</w:t>
        <w:br/>
        <w:t>v 1.178688 18.359499 0.680121</w:t>
        <w:br/>
        <w:t>v 1.281211 18.327694 0.563386</w:t>
        <w:br/>
        <w:t>v 1.221297 18.384100 0.673971</w:t>
        <w:br/>
        <w:t>v 1.281211 18.327694 0.563386</w:t>
        <w:br/>
        <w:t>v 1.227887 18.360003 0.691150</w:t>
        <w:br/>
        <w:t>v 1.281211 18.327694 0.563386</w:t>
        <w:br/>
        <w:t>v 1.178688 18.359499 0.680121</w:t>
        <w:br/>
        <w:t>v 1.178147 18.327255 0.696873</w:t>
        <w:br/>
        <w:t>v 0.865749 18.622372 1.071436</w:t>
        <w:br/>
        <w:t>v 0.788630 18.484673 1.181405</w:t>
        <w:br/>
        <w:t>v 0.707990 18.572758 1.277941</w:t>
        <w:br/>
        <w:t>v 0.803521 18.715614 1.143965</w:t>
        <w:br/>
        <w:t>v 0.729194 18.824451 1.224416</w:t>
        <w:br/>
        <w:t>v 0.604738 18.688313 1.361663</w:t>
        <w:br/>
        <w:t>v 0.623728 18.623732 1.323606</w:t>
        <w:br/>
        <w:t>v 0.517067 18.672428 1.403882</w:t>
        <w:br/>
        <w:t>v 0.574416 18.604351 1.352394</w:t>
        <w:br/>
        <w:t>v 0.372363 18.910196 1.483503</w:t>
        <w:br/>
        <w:t>v 0.530763 18.968916 1.404824</w:t>
        <w:br/>
        <w:t>v 0.490216 19.134674 1.415250</w:t>
        <w:br/>
        <w:t>v 0.309946 19.071175 1.492155</w:t>
        <w:br/>
        <w:t>v 0.573347 18.837503 1.403995</w:t>
        <w:br/>
        <w:t>v 0.443960 18.780571 1.452351</w:t>
        <w:br/>
        <w:t>v 0.444953 19.272285 1.389443</w:t>
        <w:br/>
        <w:t>v 0.274656 19.217602 1.482987</w:t>
        <w:br/>
        <w:t>v 0.659961 18.548235 1.263692</w:t>
        <w:br/>
        <w:t>v 0.685101 19.029171 1.276469</w:t>
        <w:br/>
        <w:t>v 0.617691 19.210072 1.283285</w:t>
        <w:br/>
        <w:t>v 0.566303 19.303879 1.253668</w:t>
        <w:br/>
        <w:t>v 1.115026 18.510405 0.858065</w:t>
        <w:br/>
        <w:t>v 1.070669 18.586994 0.930995</w:t>
        <w:br/>
        <w:t>v 1.169683 18.428055 0.752196</w:t>
        <w:br/>
        <w:t>v 1.031142 18.676275 0.993890</w:t>
        <w:br/>
        <w:t>v 0.992494 18.792004 1.048057</w:t>
        <w:br/>
        <w:t>v 0.885217 18.870443 1.069122</w:t>
        <w:br/>
        <w:t>v 0.845526 18.996912 1.096488</w:t>
        <w:br/>
        <w:t>v 0.798792 19.056725 1.083383</w:t>
        <w:br/>
        <w:t>v 0.724050 19.224270 1.055124</w:t>
        <w:br/>
        <w:t>v 1.281211 18.327694 0.563386</w:t>
        <w:br/>
        <w:t>v -0.064618 18.384514 1.557930</w:t>
        <w:br/>
        <w:t>v -0.075358 18.505411 1.570091</w:t>
        <w:br/>
        <w:t>v -0.235695 18.492081 1.522364</w:t>
        <w:br/>
        <w:t>v -0.179227 18.382425 1.522062</w:t>
        <w:br/>
        <w:t>v -0.074767 18.283665 1.529470</w:t>
        <w:br/>
        <w:t>v -0.143283 18.289600 1.507977</w:t>
        <w:br/>
        <w:t>v -0.137712 18.211927 1.488370</w:t>
        <w:br/>
        <w:t>v -0.095958 18.199804 1.501588</w:t>
        <w:br/>
        <w:t>v -0.118872 18.125566 1.455319</w:t>
        <w:br/>
        <w:t>v -0.150527 18.137323 1.462110</w:t>
        <w:br/>
        <w:t>v 0.058707 18.263680 1.457721</w:t>
        <w:br/>
        <w:t>v 0.077370 18.264523 1.433361</w:t>
        <w:br/>
        <w:t>v 0.115892 18.342094 1.430468</w:t>
        <w:br/>
        <w:t>v 0.071434 18.341415 1.485050</w:t>
        <w:br/>
        <w:t>v 0.151081 18.440783 1.440340</w:t>
        <w:br/>
        <w:t>v 0.080967 18.430218 1.521785</w:t>
        <w:br/>
        <w:t>v 0.089167 18.541733 1.580416</w:t>
        <w:br/>
        <w:t>v 0.198242 18.561804 1.468474</w:t>
        <w:br/>
        <w:t>v 0.268582 18.880692 1.514415</w:t>
        <w:br/>
        <w:t>v 0.074151 18.853214 1.543291</w:t>
        <w:br/>
        <w:t>v 0.075031 18.686386 1.555163</w:t>
        <w:br/>
        <w:t>v 0.238072 18.714659 1.498544</w:t>
        <w:br/>
        <w:t>v 0.276832 19.039871 1.513459</w:t>
        <w:br/>
        <w:t>v 0.074955 19.014708 1.513233</w:t>
        <w:br/>
        <w:t>v 0.274656 19.217602 1.482987</w:t>
        <w:br/>
        <w:t>v 0.063498 19.183041 1.464210</w:t>
        <w:br/>
        <w:t>v -0.131512 18.652670 1.548133</w:t>
        <w:br/>
        <w:t>v -0.162198 18.824062 1.520854</w:t>
        <w:br/>
        <w:t>v -0.173681 18.989567 1.483502</w:t>
        <w:br/>
        <w:t>v -0.176976 19.172441 1.427663</w:t>
        <w:br/>
        <w:t>v -0.317844 18.631378 1.521772</w:t>
        <w:br/>
        <w:t>v -0.191237 18.084267 1.421602</w:t>
        <w:br/>
        <w:t>v 0.089167 18.541733 1.580416</w:t>
        <w:br/>
        <w:t>v 0.044005 18.399128 1.546812</w:t>
        <w:br/>
        <w:t>v -0.008791 18.282734 1.516755</w:t>
        <w:br/>
        <w:t>v -0.053425 18.193794 1.487150</w:t>
        <w:br/>
        <w:t>v -0.384223 18.809624 1.501248</w:t>
        <w:br/>
        <w:t>v -0.425310 19.007288 1.467593</w:t>
        <w:br/>
        <w:t>v -0.385619 19.170841 1.373886</w:t>
        <w:br/>
        <w:t>v 0.042810 18.205854 1.451081</w:t>
        <w:br/>
        <w:t>v -0.889845 18.158466 0.507736</w:t>
        <w:br/>
        <w:t>v -0.833629 18.015409 0.655571</w:t>
        <w:br/>
        <w:t>v -0.795296 18.068054 0.846532</w:t>
        <w:br/>
        <w:t>v -0.844985 18.208986 0.775085</w:t>
        <w:br/>
        <w:t>v -0.741607 17.965555 0.956701</w:t>
        <w:br/>
        <w:t>v -0.769703 17.907440 0.812626</w:t>
        <w:br/>
        <w:t>v -0.655986 17.917389 1.094136</w:t>
        <w:br/>
        <w:t>v -0.670801 17.840899 1.043717</w:t>
        <w:br/>
        <w:t>v -0.592513 17.835955 1.176449</w:t>
        <w:br/>
        <w:t>v -0.594928 17.883934 1.194773</w:t>
        <w:br/>
        <w:t>v -0.491361 17.837101 1.321015</w:t>
        <w:br/>
        <w:t>v -0.687667 19.122663 1.345426</w:t>
        <w:br/>
        <w:t>v -0.711097 18.969620 1.359260</w:t>
        <w:br/>
        <w:t>v -0.703677 18.821419 1.373459</w:t>
        <w:br/>
        <w:t>v -0.560318 18.784319 1.456929</w:t>
        <w:br/>
        <w:t>v -0.553325 18.918308 1.454426</w:t>
        <w:br/>
        <w:t>v -0.675317 18.702900 1.386237</w:t>
        <w:br/>
        <w:t>v -0.633236 18.589813 1.401593</w:t>
        <w:br/>
        <w:t>v -0.554671 18.577688 1.452238</w:t>
        <w:br/>
        <w:t>v -0.561249 18.681229 1.458992</w:t>
        <w:br/>
        <w:t>v -0.581094 18.487982 1.419602</w:t>
        <w:br/>
        <w:t>v -0.537228 18.481655 1.448830</w:t>
        <w:br/>
        <w:t>v -0.518350 18.409416 1.445359</w:t>
        <w:br/>
        <w:t>v -0.687667 19.122663 1.345426</w:t>
        <w:br/>
        <w:t>v -0.770482 18.129263 1.080026</w:t>
        <w:br/>
        <w:t>v -0.774846 18.151447 1.091345</w:t>
        <w:br/>
        <w:t>v -0.839665 18.170301 1.053364</w:t>
        <w:br/>
        <w:t>v -0.841225 18.140293 1.041856</w:t>
        <w:br/>
        <w:t>v -0.925009 18.169483 0.983980</w:t>
        <w:br/>
        <w:t>v -0.893254 18.204018 1.014440</w:t>
        <w:br/>
        <w:t>v -0.952074 18.249531 0.970951</w:t>
        <w:br/>
        <w:t>v -1.008592 18.221512 0.909942</w:t>
        <w:br/>
        <w:t>v -1.012126 18.328386 0.926506</w:t>
        <w:br/>
        <w:t>v -1.098187 18.302038 0.821643</w:t>
        <w:br/>
        <w:t>v -0.677756 18.123894 1.145574</w:t>
        <w:br/>
        <w:t>v -0.916621 18.350708 0.697086</w:t>
        <w:br/>
        <w:t>v -0.790127 18.252489 1.043831</w:t>
        <w:br/>
        <w:t>v -0.839892 18.392424 1.022589</w:t>
        <w:br/>
        <w:t>v -0.974108 18.491163 0.658326</w:t>
        <w:br/>
        <w:t>v -0.943774 18.434908 0.339727</w:t>
        <w:br/>
        <w:t>v -0.925714 18.316175 0.402773</w:t>
        <w:br/>
        <w:t>v -0.738828 18.126322 1.071109</w:t>
        <w:br/>
        <w:t>v -0.690899 18.039982 1.116611</w:t>
        <w:br/>
        <w:t>v -0.630758 17.960890 1.177418</w:t>
        <w:br/>
        <w:t>v -0.574177 17.897970 1.250474</w:t>
        <w:br/>
        <w:t>v -0.848004 18.528805 1.002819</w:t>
        <w:br/>
        <w:t>v -0.706029 18.517649 1.206557</w:t>
        <w:br/>
        <w:t>v -0.653283 18.484900 1.317733</w:t>
        <w:br/>
        <w:t>v -0.583433 18.607193 1.383558</w:t>
        <w:br/>
        <w:t>v -0.666752 18.641136 1.229912</w:t>
        <w:br/>
        <w:t>v -0.636556 18.788559 1.243280</w:t>
        <w:br/>
        <w:t>v -0.517395 18.744829 1.422318</w:t>
        <w:br/>
        <w:t>v -0.463945 18.894993 1.449572</w:t>
        <w:br/>
        <w:t>v -0.601192 18.923918 1.242916</w:t>
        <w:br/>
        <w:t>v -0.425310 19.007288 1.467593</w:t>
        <w:br/>
        <w:t>v -0.568254 19.041294 1.232703</w:t>
        <w:br/>
        <w:t>v -0.772457 18.378263 1.153070</w:t>
        <w:br/>
        <w:t>v -0.766961 18.355400 1.212820</w:t>
        <w:br/>
        <w:t>v -0.819983 18.418459 1.083057</w:t>
        <w:br/>
        <w:t>v -0.867912 18.331896 1.049906</w:t>
        <w:br/>
        <w:t>v -0.873182 18.304842 1.070506</w:t>
        <w:br/>
        <w:t>v -0.994595 18.259983 1.012327</w:t>
        <w:br/>
        <w:t>v -0.761214 18.697428 1.097532</w:t>
        <w:br/>
        <w:t>v -0.771099 18.537947 1.087962</w:t>
        <w:br/>
        <w:t>v -0.745318 18.984032 1.042925</w:t>
        <w:br/>
        <w:t>v -0.771728 18.847330 1.047641</w:t>
        <w:br/>
        <w:t>v -0.711739 19.103096 1.030713</w:t>
        <w:br/>
        <w:t>v -0.890688 18.297523 1.111605</w:t>
        <w:br/>
        <w:t>v -1.372088 18.330439 0.550508</w:t>
        <w:br/>
        <w:t>v -1.383533 18.427088 0.536712</w:t>
        <w:br/>
        <w:t>v -1.386350 18.407921 0.458838</w:t>
        <w:br/>
        <w:t>v -1.380452 18.317520 0.498152</w:t>
        <w:br/>
        <w:t>v -1.380955 18.555254 0.529077</w:t>
        <w:br/>
        <w:t>v -1.376226 18.534502 0.424945</w:t>
        <w:br/>
        <w:t>v -1.356997 18.687521 0.526499</w:t>
        <w:br/>
        <w:t>v -1.348596 18.665022 0.409450</w:t>
        <w:br/>
        <w:t>v -1.308741 18.832790 0.541968</w:t>
        <w:br/>
        <w:t>v -1.304642 18.824451 0.410255</w:t>
        <w:br/>
        <w:t>v -1.231812 19.008884 0.564932</w:t>
        <w:br/>
        <w:t>v -1.231761 19.010773 0.425875</w:t>
        <w:br/>
        <w:t>v -1.145927 19.190285 0.588148</w:t>
        <w:br/>
        <w:t>v -1.155825 19.188854 0.449581</w:t>
        <w:br/>
        <w:t>v -1.069916 19.329395 0.625349</w:t>
        <w:br/>
        <w:t>v -1.094942 19.333195 0.488316</w:t>
        <w:br/>
        <w:t>v -0.991363 19.466087 0.656702</w:t>
        <w:br/>
        <w:t>v -1.014038 19.475773 0.540257</w:t>
        <w:br/>
        <w:t>v -0.885658 19.607609 0.699060</w:t>
        <w:br/>
        <w:t>v -0.906384 19.623245 0.597794</w:t>
        <w:br/>
        <w:t>v -0.755870 19.739853 0.720603</w:t>
        <w:br/>
        <w:t>v -0.776482 19.757851 0.666839</w:t>
        <w:br/>
        <w:t>v -1.344609 18.225437 0.578377</w:t>
        <w:br/>
        <w:t>v -1.053000 18.499325 0.337237</w:t>
        <w:br/>
        <w:t>v -0.861913 18.101898 1.009900</w:t>
        <w:br/>
        <w:t>v -0.775928 18.107281 1.068543</w:t>
        <w:br/>
        <w:t>v -0.968511 18.107191 0.925034</w:t>
        <w:br/>
        <w:t>v -1.074392 18.145790 0.825303</w:t>
        <w:br/>
        <w:t>v -1.194107 18.228994 0.697527</w:t>
        <w:br/>
        <w:t>v 0.796780 18.697428 1.091546</w:t>
        <w:br/>
        <w:t>v 0.979364 18.707190 0.898535</w:t>
        <w:br/>
        <w:t>v 0.796780 18.697428 1.091546</w:t>
        <w:br/>
        <w:t>v 0.902309 18.667032 0.689628</w:t>
        <w:br/>
        <w:t>v 1.033682 18.621391 0.464322</w:t>
        <w:br/>
        <w:t>v -0.561249 18.681229 1.458992</w:t>
        <w:br/>
        <w:t>v 0.676460 19.771355 0.972773</w:t>
        <w:br/>
        <w:t>v 0.808878 19.647015 0.913526</w:t>
        <w:br/>
        <w:t>v 1.070669 18.586994 0.930995</w:t>
        <w:br/>
        <w:t>v 1.082214 18.599005 0.931675</w:t>
        <w:br/>
        <w:t>v -0.941522 18.723677 0.339727</w:t>
        <w:br/>
        <w:t>v -0.915716 18.779943 0.658325</w:t>
        <w:br/>
        <w:t>v -0.886526 18.924320 0.658325</w:t>
        <w:br/>
        <w:t>v -0.912320 18.868067 0.339726</w:t>
        <w:br/>
        <w:t>v -0.771728 18.847330 1.047641</w:t>
        <w:br/>
        <w:t>v -0.745318 18.984032 1.042925</w:t>
        <w:br/>
        <w:t>v -0.853928 19.156834 0.339726</w:t>
        <w:br/>
        <w:t>v -0.828121 19.213100 0.658325</w:t>
        <w:br/>
        <w:t>v -0.760485 19.377625 0.654262</w:t>
        <w:br/>
        <w:t>v -0.815444 19.301224 0.339726</w:t>
        <w:br/>
        <w:t>v -0.883118 19.012444 0.339726</w:t>
        <w:br/>
        <w:t>v -0.857324 19.068710 0.658325</w:t>
        <w:br/>
        <w:t>v -0.944918 18.635553 0.658326</w:t>
        <w:br/>
        <w:t>v -0.970712 18.579287 0.339727</w:t>
        <w:br/>
        <w:t>v -0.667268 19.258236 1.018790</w:t>
        <w:br/>
        <w:t>v -0.607895 19.382793 0.995109</w:t>
        <w:br/>
        <w:t>v -0.711739 19.103096 1.030713</w:t>
        <w:br/>
        <w:t>v -0.828586 18.697428 1.003926</w:t>
        <w:br/>
        <w:t>v -0.385619 19.170841 1.373886</w:t>
        <w:br/>
        <w:t>v -0.356354 19.336639 1.282455</w:t>
        <w:br/>
        <w:t>v -0.483602 19.362434 1.166073</w:t>
        <w:br/>
        <w:t>v -0.534901 19.201859 1.207701</w:t>
        <w:br/>
        <w:t>v -0.607895 19.382793 0.995109</w:t>
        <w:br/>
        <w:t>v -0.667268 19.258236 1.018790</w:t>
        <w:br/>
        <w:t>v 0.232978 19.347946 1.358279</w:t>
        <w:br/>
        <w:t>v 0.051349 19.330402 1.363485</w:t>
        <w:br/>
        <w:t>v -0.172436 19.320694 1.344042</w:t>
        <w:br/>
        <w:t>v -0.356354 19.336639 1.282455</w:t>
        <w:br/>
        <w:t>v -0.296352 19.497959 1.145762</w:t>
        <w:br/>
        <w:t>v -0.406534 19.522999 1.080226</w:t>
        <w:br/>
        <w:t>v -0.538322 19.538933 0.942716</w:t>
        <w:br/>
        <w:t>v 0.030686 19.477760 1.191515</w:t>
        <w:br/>
        <w:t>v 0.171844 19.506485 1.177178</w:t>
        <w:br/>
        <w:t>v -0.167708 19.468941 1.189805</w:t>
        <w:br/>
        <w:t>v -0.296352 19.497959 1.145762</w:t>
        <w:br/>
        <w:t>v -0.828586 18.697428 1.003926</w:t>
        <w:br/>
        <w:t>v -0.848004 18.528805 1.002819</w:t>
        <w:br/>
        <w:t>v -0.698257 19.549408 0.627110</w:t>
        <w:br/>
        <w:t>v -0.762485 19.473003 0.312573</w:t>
        <w:br/>
        <w:t>v -0.538322 19.538933 0.942716</w:t>
        <w:br/>
        <w:t>v 0.408872 19.402626 1.275337</w:t>
        <w:br/>
        <w:t>v 0.232978 19.347946 1.358279</w:t>
        <w:br/>
        <w:t>v 0.530473 19.434219 1.172109</w:t>
        <w:br/>
        <w:t>v 0.664073 19.470161 1.009282</w:t>
        <w:br/>
        <w:t>v 0.348530 19.532970 1.128620</w:t>
        <w:br/>
        <w:t>v 0.171844 19.506485 1.177178</w:t>
        <w:br/>
        <w:t>v 0.466547 19.564564 1.051891</w:t>
        <w:br/>
        <w:t>v 0.592726 19.591625 0.889366</w:t>
        <w:br/>
        <w:t>v 0.724050 19.224270 1.055124</w:t>
        <w:br/>
        <w:t>v 0.798792 19.056725 1.083383</w:t>
        <w:br/>
        <w:t>v 0.889908 18.904915 0.708706</w:t>
        <w:br/>
        <w:t>v 0.855700 19.144283 0.724250</w:t>
        <w:br/>
        <w:t>v 1.021282 18.859276 0.483400</w:t>
        <w:br/>
        <w:t>v 1.004869 19.092468 0.468421</w:t>
        <w:br/>
        <w:t>v 0.664073 19.470161 1.009282</w:t>
        <w:br/>
        <w:t>v 0.811053 19.382355 0.704795</w:t>
        <w:br/>
        <w:t>v 0.729256 19.618553 0.651269</w:t>
        <w:br/>
        <w:t>v 0.592726 19.591625 0.889366</w:t>
        <w:br/>
        <w:t>v 0.957682 19.331432 0.453329</w:t>
        <w:br/>
        <w:t>v 0.860630 19.572914 0.425950</w:t>
        <w:br/>
        <w:t>v -0.437383 19.007074 1.478158</w:t>
        <w:br/>
        <w:t>v -0.421500 19.362419 1.409691</w:t>
        <w:br/>
        <w:t>v -0.244033 18.491892 1.526941</w:t>
        <w:br/>
        <w:t>v -0.191237 18.084267 1.421602</w:t>
        <w:br/>
        <w:t>v 0.294062 19.039320 1.519798</w:t>
        <w:br/>
        <w:t>v 0.282202 18.880075 1.523546</w:t>
        <w:br/>
        <w:t>v 0.198242 18.561804 1.468474</w:t>
        <w:br/>
        <w:t>v 0.212139 18.559629 1.474925</w:t>
        <w:br/>
        <w:t>v 0.151081 18.440783 1.440340</w:t>
        <w:br/>
        <w:t>v 0.166349 18.438305 1.444113</w:t>
        <w:br/>
        <w:t>v 0.115892 18.342094 1.430468</w:t>
        <w:br/>
        <w:t>v 0.125035 18.340696 1.430405</w:t>
        <w:br/>
        <w:t>v 0.151081 18.440783 1.440340</w:t>
        <w:br/>
        <w:t>v 0.077370 18.264523 1.433361</w:t>
        <w:br/>
        <w:t>v 0.086614 18.263805 1.431374</w:t>
        <w:br/>
        <w:t>v 0.042810 18.205854 1.451081</w:t>
        <w:br/>
        <w:t>v 0.304965 19.069616 1.503901</w:t>
        <w:br/>
        <w:t>v 0.309946 19.071175 1.492155</w:t>
        <w:br/>
        <w:t>v 0.274656 19.217602 1.482987</w:t>
        <w:br/>
        <w:t>v 0.659961 18.548235 1.263692</w:t>
        <w:br/>
        <w:t>v 0.633550 18.618864 1.326562</w:t>
        <w:br/>
        <w:t>v 0.591281 18.804554 1.422004</w:t>
        <w:br/>
        <w:t>v 0.659961 18.548235 1.263692</w:t>
        <w:br/>
        <w:t>v 1.178915 18.438078 0.754699</w:t>
        <w:br/>
        <w:t>v 1.003310 18.791790 1.055703</w:t>
        <w:br/>
        <w:t>v 1.042800 18.686285 0.996053</w:t>
        <w:br/>
        <w:t>v 1.281211 18.327694 0.563386</w:t>
        <w:br/>
        <w:t>v -0.546006 18.917868 1.467330</w:t>
        <w:br/>
        <w:t>v -0.553325 18.918308 1.454426</w:t>
        <w:br/>
        <w:t>v -0.512918 19.055605 1.445924</w:t>
        <w:br/>
        <w:t>v -0.687667 19.122663 1.345426</w:t>
        <w:br/>
        <w:t>v -0.497726 19.060387 1.414822</w:t>
        <w:br/>
        <w:t>v -0.553325 18.918308 1.454426</w:t>
        <w:br/>
        <w:t>v -0.717360 18.967468 1.357437</w:t>
        <w:br/>
        <w:t>v -0.700558 19.122612 1.343791</w:t>
        <w:br/>
        <w:t>v -0.667859 19.248882 1.330158</w:t>
        <w:br/>
        <w:t>v -0.831126 18.688927 1.137840</w:t>
        <w:br/>
        <w:t>v -0.867912 18.331896 1.049906</w:t>
        <w:br/>
        <w:t>v -0.991363 19.466087 0.656702</w:t>
        <w:br/>
        <w:t>v -0.778218 19.767380 0.658350</w:t>
        <w:br/>
        <w:t>v -0.608876 19.892506 0.714780</w:t>
        <w:br/>
        <w:t>v -0.675317 18.702900 1.386237</w:t>
        <w:br/>
        <w:t>v 0.259526 19.985962 0.911111</w:t>
        <w:br/>
        <w:t>v 0.247503 20.066021 0.796301</w:t>
        <w:br/>
        <w:t>v 0.420127 20.040291 0.763728</w:t>
        <w:br/>
        <w:t>v 0.784919 19.656406 0.747441</w:t>
        <w:br/>
        <w:t>v 0.705084 19.826176 0.755050</w:t>
        <w:br/>
        <w:t>v 0.840570 19.693821 0.687603</w:t>
        <w:br/>
        <w:t>v 0.952651 19.542969 0.619124</w:t>
        <w:br/>
        <w:t>v 0.906835 19.502850 0.668059</w:t>
        <w:br/>
        <w:t>v 0.726854 19.878483 0.630267</w:t>
        <w:br/>
        <w:t>v 0.877671 19.753487 0.557764</w:t>
        <w:br/>
        <w:t>v 0.186986 19.949677 0.908369</w:t>
        <w:br/>
        <w:t>v 0.096196 19.996613 0.828358</w:t>
        <w:br/>
        <w:t>v 0.399037 19.902039 0.912180</w:t>
        <w:br/>
        <w:t>v 0.419499 19.973698 0.876601</w:t>
        <w:br/>
        <w:t>v 0.574943 19.909470 0.819919</w:t>
        <w:br/>
        <w:t>v 0.539692 19.851318 0.858152</w:t>
        <w:br/>
        <w:t>v 0.250170 19.915268 0.972358</w:t>
        <w:br/>
        <w:t>v 0.592538 19.968063 0.694771</w:t>
        <w:br/>
        <w:t>v 0.250170 19.915268 0.972358</w:t>
        <w:br/>
        <w:t>v 0.181326 19.902855 1.030323</w:t>
        <w:br/>
        <w:t>v 0.187325 19.913647 0.970509</w:t>
        <w:br/>
        <w:t>v 1.155007 18.813320 0.351033</w:t>
        <w:br/>
        <w:t>v 1.088591 18.620134 0.347499</w:t>
        <w:br/>
        <w:t>v 1.033682 18.621391 0.464322</w:t>
        <w:br/>
        <w:t>v 1.078882 18.812880 0.472735</w:t>
        <w:br/>
        <w:t>v 1.082692 18.998398 0.505874</w:t>
        <w:br/>
        <w:t>v 1.110234 18.999882 0.464535</w:t>
        <w:br/>
        <w:t>v 0.682535 19.772964 0.794288</w:t>
        <w:br/>
        <w:t>v 1.068267 19.429794 0.454134</w:t>
        <w:br/>
        <w:t>v 1.029556 19.390366 0.569258</w:t>
        <w:br/>
        <w:t>v 0.988633 19.586773 0.498466</w:t>
        <w:br/>
        <w:t>v 1.133740 19.238064 0.409186</w:t>
        <w:br/>
        <w:t>v 1.089408 19.209755 0.520713</w:t>
        <w:br/>
        <w:t>v 1.163697 19.015789 0.373217</w:t>
        <w:br/>
        <w:t>v 1.007070 18.506344 0.354655</w:t>
        <w:br/>
        <w:t>v 0.816902 18.490911 0.362037</w:t>
        <w:br/>
        <w:t>v 1.012164 18.547945 0.576742</w:t>
        <w:br/>
        <w:t>v 1.012164 18.547945 0.576742</w:t>
        <w:br/>
        <w:t>v 1.033682 18.621391 0.464322</w:t>
        <w:br/>
        <w:t>v 0.996329 19.356434 0.615250</w:t>
        <w:br/>
        <w:t>v 1.056130 19.188805 0.561084</w:t>
        <w:br/>
        <w:t>v 0.000817 20.110340 0.657809</w:t>
        <w:br/>
        <w:t>v -0.013118 20.045586 0.819919</w:t>
        <w:br/>
        <w:t>v -0.145183 20.051067 0.803947</w:t>
        <w:br/>
        <w:t>v -0.966034 18.195492 -0.341439</w:t>
        <w:br/>
        <w:t>v -1.056572 18.259731 -0.390047</w:t>
        <w:br/>
        <w:t>v -1.135338 18.321735 -0.236564</w:t>
        <w:br/>
        <w:t>v -1.023093 18.249783 -0.200746</w:t>
        <w:br/>
        <w:t>v -1.051453 18.382969 0.112357</w:t>
        <w:br/>
        <w:t>v -1.089836 18.493504 0.259376</w:t>
        <w:br/>
        <w:t>v -0.920822 18.446064 0.267714</w:t>
        <w:br/>
        <w:t>v 0.000817 20.173412 0.404243</w:t>
        <w:br/>
        <w:t>v -0.191829 20.166584 0.387579</w:t>
        <w:br/>
        <w:t>v -0.167682 20.161678 0.143722</w:t>
        <w:br/>
        <w:t>v 0.000817 20.165752 0.158751</w:t>
        <w:br/>
        <w:t>v -0.861826 19.522644 -0.439195</w:t>
        <w:br/>
        <w:t>v -0.761378 19.697659 -0.412684</w:t>
        <w:br/>
        <w:t>v -0.828624 19.750618 -0.196068</w:t>
        <w:br/>
        <w:t>v -0.929726 19.580460 -0.229823</w:t>
        <w:br/>
        <w:t>v -0.957885 19.311462 -0.462437</w:t>
        <w:br/>
        <w:t>v -1.016478 19.387310 -0.252020</w:t>
        <w:br/>
        <w:t>v -0.239305 19.519299 -0.819155</w:t>
        <w:br/>
        <w:t>v 0.000817 19.534603 -0.829153</w:t>
        <w:br/>
        <w:t>v 0.000817 19.684994 -0.742954</w:t>
        <w:br/>
        <w:t>v -0.250171 19.664154 -0.729724</w:t>
        <w:br/>
        <w:t>v -0.479062 19.848537 -0.470033</w:t>
        <w:br/>
        <w:t>v -0.627238 19.823940 -0.383570</w:t>
        <w:br/>
        <w:t>v -0.464323 19.750103 -0.592653</w:t>
        <w:br/>
        <w:t>v -0.837868 19.211842 -0.641160</w:t>
        <w:br/>
        <w:t>v -0.761541 19.477821 -0.601243</w:t>
        <w:br/>
        <w:t>v -1.210620 18.807032 0.276819</w:t>
        <w:br/>
        <w:t>v -1.183317 18.642986 0.262545</w:t>
        <w:br/>
        <w:t>v -1.229988 18.593674 0.093165</w:t>
        <w:br/>
        <w:t>v -1.263026 18.765053 0.093127</w:t>
        <w:br/>
        <w:t>v -0.225345 19.367966 -0.895770</w:t>
        <w:br/>
        <w:t>v -0.211775 19.158115 -0.957873</w:t>
        <w:br/>
        <w:t>v 0.000817 19.151955 -0.962928</w:t>
        <w:br/>
        <w:t>v 0.000817 19.375652 -0.905114</w:t>
        <w:br/>
        <w:t>v -0.450086 19.491581 -0.790908</w:t>
        <w:br/>
        <w:t>v -0.435309 19.344803 -0.861122</w:t>
        <w:br/>
        <w:t>v -0.765113 19.034489 -0.742225</w:t>
        <w:br/>
        <w:t>v -0.606675 19.107121 -0.845653</w:t>
        <w:br/>
        <w:t>v 0.000817 18.920307 -1.000695</w:t>
        <w:br/>
        <w:t>v -0.202532 18.938004 -0.986421</w:t>
        <w:br/>
        <w:t>v -0.900310 18.943703 -0.598677</w:t>
        <w:br/>
        <w:t>v -0.585446 18.940910 -0.877421</w:t>
        <w:br/>
        <w:t>v -0.391719 18.957813 -0.948289</w:t>
        <w:br/>
        <w:t>v -0.758385 18.849968 -0.733798</w:t>
        <w:br/>
        <w:t>v -0.569436 18.781128 -0.852293</w:t>
        <w:br/>
        <w:t>v -0.384236 18.735310 -0.930054</w:t>
        <w:br/>
        <w:t>v -0.758385 18.849968 -0.733798</w:t>
        <w:br/>
        <w:t>v -0.756737 18.865387 -0.751669</w:t>
        <w:br/>
        <w:t>v -0.573234 18.792130 -0.873799</w:t>
        <w:br/>
        <w:t>v -0.569436 18.781128 -0.852293</w:t>
        <w:br/>
        <w:t>v -0.217271 18.462551 -1.008933</w:t>
        <w:br/>
        <w:t>v -0.405867 18.477631 -0.970851</w:t>
        <w:br/>
        <w:t>v -0.410583 18.376556 -0.955722</w:t>
        <w:br/>
        <w:t>v -0.220780 18.366608 -0.994432</w:t>
        <w:br/>
        <w:t>v -0.605971 18.393318 -0.876025</w:t>
        <w:br/>
        <w:t>v -0.597922 18.503738 -0.891331</w:t>
        <w:br/>
        <w:t>v -0.784041 18.556374 -0.775011</w:t>
        <w:br/>
        <w:t>v -0.783286 18.432873 -0.755191</w:t>
        <w:br/>
        <w:t>v -0.962349 18.633240 -0.639249</w:t>
        <w:br/>
        <w:t>v -0.957168 18.490849 -0.624044</w:t>
        <w:br/>
        <w:t>v -1.076656 18.917645 -0.451646</w:t>
        <w:br/>
        <w:t>v -1.017321 19.060123 -0.440830</w:t>
        <w:br/>
        <w:t>v -1.091585 19.142521 -0.259805</w:t>
        <w:br/>
        <w:t>v -1.156844 19.001465 -0.270470</w:t>
        <w:br/>
        <w:t>v -1.250802 18.711201 -0.084490</w:t>
        <w:br/>
        <w:t>v -1.260071 18.881119 -0.081874</w:t>
        <w:br/>
        <w:t>v -1.260725 18.936798 0.103780</w:t>
        <w:br/>
        <w:t>v -1.015975 19.049618 -0.432719</w:t>
        <w:br/>
        <w:t>v -0.774281 18.724331 -0.770358</w:t>
        <w:br/>
        <w:t>v -0.756737 18.865387 -0.751669</w:t>
        <w:br/>
        <w:t>v -0.901115 18.953350 -0.616724</w:t>
        <w:br/>
        <w:t>v -0.937951 18.808456 -0.631451</w:t>
        <w:br/>
        <w:t>v -0.305357 19.982338 -0.333968</w:t>
        <w:br/>
        <w:t>v -0.332207 20.079868 -0.087986</w:t>
        <w:br/>
        <w:t>v -0.553276 20.001415 -0.124835</w:t>
        <w:br/>
        <w:t>v -0.892538 19.755157 0.262834</w:t>
        <w:br/>
        <w:t>v -0.987729 19.611786 0.225155</w:t>
        <w:br/>
        <w:t>v -0.969317 19.617130 -0.003233</w:t>
        <w:br/>
        <w:t>v -0.873572 19.764526 0.019882</w:t>
        <w:br/>
        <w:t>v -1.056962 19.423088 -0.034913</w:t>
        <w:br/>
        <w:t>v -1.078895 19.428108 0.179100</w:t>
        <w:br/>
        <w:t>v -0.207889 20.109222 0.619891</w:t>
        <w:br/>
        <w:t>v -0.889079 19.719517 0.461101</w:t>
        <w:br/>
        <w:t>v -0.977039 19.594997 0.428050</w:t>
        <w:br/>
        <w:t>v -1.058911 19.425289 0.386447</w:t>
        <w:br/>
        <w:t>v -1.185707 19.135303 0.318837</w:t>
        <w:br/>
        <w:t>v -1.215752 18.993015 0.300626</w:t>
        <w:br/>
        <w:t>v 0.000804 20.123093 -0.052923</w:t>
        <w:br/>
        <w:t>v -0.157395 20.124603 -0.065851</w:t>
        <w:br/>
        <w:t>v 0.000817 20.039799 -0.300855</w:t>
        <w:br/>
        <w:t>v -0.150100 20.026268 -0.315883</w:t>
        <w:br/>
        <w:t>v -0.285297 19.892479 -0.496418</w:t>
        <w:br/>
        <w:t>v -0.129840 19.921230 -0.506416</w:t>
        <w:br/>
        <w:t>v -0.601733 20.015968 0.329853</w:t>
        <w:br/>
        <w:t>v -0.763881 19.890026 0.290263</w:t>
        <w:br/>
        <w:t>v -0.747443 19.899586 0.039011</w:t>
        <w:br/>
        <w:t>v -0.574115 20.030731 0.077042</w:t>
        <w:br/>
        <w:t>v -0.615894 19.953575 0.532711</w:t>
        <w:br/>
        <w:t>v -0.775237 19.829723 0.494693</w:t>
        <w:br/>
        <w:t>v -0.403314 20.109711 0.365608</w:t>
        <w:br/>
        <w:t>v -0.432894 20.049484 0.578791</w:t>
        <w:br/>
        <w:t>v -0.507774 19.922562 -0.363146</w:t>
        <w:br/>
        <w:t>v -0.652152 19.464302 -0.713538</w:t>
        <w:br/>
        <w:t>v -0.462839 19.646999 -0.674903</w:t>
        <w:br/>
        <w:t>v -0.651321 19.650459 -0.579058</w:t>
        <w:br/>
        <w:t>v -0.356341 20.112343 0.117362</w:t>
        <w:br/>
        <w:t>v -0.901115 18.953350 -0.616724</w:t>
        <w:br/>
        <w:t>v -0.900310 18.943703 -0.598677</w:t>
        <w:br/>
        <w:t>v -1.015975 19.049618 -0.432719</w:t>
        <w:br/>
        <w:t>v -1.017321 19.060123 -0.440830</w:t>
        <w:br/>
        <w:t>v -1.115430 18.741409 -0.451721</w:t>
        <w:br/>
        <w:t>v -1.102979 18.577728 -0.441610</w:t>
        <w:br/>
        <w:t>v 0.000817 18.373474 -1.023685</w:t>
        <w:br/>
        <w:t>v -0.224892 18.283840 -0.973027</w:t>
        <w:br/>
        <w:t>v 0.000817 18.315105 -0.998130</w:t>
        <w:br/>
        <w:t>v -0.414683 18.161160 -0.930821</w:t>
        <w:br/>
        <w:t>v -0.222616 18.182198 -0.962853</w:t>
        <w:br/>
        <w:t>v -0.414646 18.274284 -0.928419</w:t>
        <w:br/>
        <w:t>v -0.585245 18.654781 -0.886539</w:t>
        <w:br/>
        <w:t>v -0.394787 18.616375 -0.965833</w:t>
        <w:br/>
        <w:t>v -0.207927 18.599525 -0.999148</w:t>
        <w:br/>
        <w:t>v 0.000817 18.451008 -1.032715</w:t>
        <w:br/>
        <w:t>v 0.000817 18.574760 -1.026439</w:t>
        <w:br/>
        <w:t>v 0.000817 18.223373 -0.985390</w:t>
        <w:br/>
        <w:t>v -0.787524 18.308353 -0.732780</w:t>
        <w:br/>
        <w:t>v -0.786757 18.157234 -0.748198</w:t>
        <w:br/>
        <w:t>v -0.608863 18.153687 -0.865889</w:t>
        <w:br/>
        <w:t>v -0.607480 18.283112 -0.851916</w:t>
        <w:br/>
        <w:t>v -0.941183 18.346397 -0.586000</w:t>
        <w:br/>
        <w:t>v -0.935411 18.190914 -0.571688</w:t>
        <w:br/>
        <w:t>v -1.074782 18.409782 -0.400749</w:t>
        <w:br/>
        <w:t>v 0.000817 19.926010 -0.501461</w:t>
        <w:br/>
        <w:t>v -0.395177 18.113216 -0.833240</w:t>
        <w:br/>
        <w:t>v -0.211612 18.136673 -0.842371</w:t>
        <w:br/>
        <w:t>v -0.222616 18.182198 -0.962853</w:t>
        <w:br/>
        <w:t>v -0.414683 18.161160 -0.930821</w:t>
        <w:br/>
        <w:t>v 0.000817 18.182186 -0.915289</w:t>
        <w:br/>
        <w:t>v -0.725133 18.100376 -0.659673</w:t>
        <w:br/>
        <w:t>v -0.576668 18.106815 -0.770647</w:t>
        <w:br/>
        <w:t>v -0.608863 18.153687 -0.865889</w:t>
        <w:br/>
        <w:t>v -0.786757 18.157234 -0.748198</w:t>
        <w:br/>
        <w:t>v -0.851287 18.135540 -0.518653</w:t>
        <w:br/>
        <w:t>v -1.170112 18.389637 -0.057148</w:t>
        <w:br/>
        <w:t>v -1.215727 18.536728 -0.074743</w:t>
        <w:br/>
        <w:t>v -1.175859 18.447674 0.094611</w:t>
        <w:br/>
        <w:t>v -0.287724 20.016357 0.783448</w:t>
        <w:br/>
        <w:t>v -0.444641 19.966591 0.750699</w:t>
        <w:br/>
        <w:t>v -0.606826 19.887512 0.720037</w:t>
        <w:br/>
        <w:t>v -0.776482 19.757851 0.666839</w:t>
        <w:br/>
        <w:t>v -0.925538 19.568020 0.587733</w:t>
        <w:br/>
        <w:t>v -1.018126 19.407043 0.550281</w:t>
        <w:br/>
        <w:t>v -1.136633 19.251587 0.144389</w:t>
        <w:br/>
        <w:t>v -1.117052 19.273041 0.349347</w:t>
        <w:br/>
        <w:t>v -1.212142 19.108719 0.120695</w:t>
        <w:br/>
        <w:t>v -1.154618 19.007805 0.418769</w:t>
        <w:br/>
        <w:t>v -1.169407 18.836485 0.374073</w:t>
        <w:br/>
        <w:t>v -1.142984 18.654682 0.339010</w:t>
        <w:br/>
        <w:t>v -1.079612 19.272400 0.491372</w:t>
        <w:br/>
        <w:t>v -1.118259 19.153915 0.456121</w:t>
        <w:br/>
        <w:t>v -0.943774 18.434908 0.339727</w:t>
        <w:br/>
        <w:t>v -1.053000 18.499325 0.337237</w:t>
        <w:br/>
        <w:t>v -1.047479 18.316879 -0.039806</w:t>
        <w:br/>
        <w:t>v -1.201377 18.814617 -0.276230</w:t>
        <w:br/>
        <w:t>v -1.219223 19.062977 -0.070995</w:t>
        <w:br/>
        <w:t>v -1.191291 18.644848 -0.273199</w:t>
        <w:br/>
        <w:t>v -1.164930 18.477016 -0.245858</w:t>
        <w:br/>
        <w:t>v -0.523029 18.141640 -0.604940</w:t>
        <w:br/>
        <w:t>v -0.368641 18.148911 -0.684008</w:t>
        <w:br/>
        <w:t>v -0.654164 18.143764 -0.530274</w:t>
        <w:br/>
        <w:t>v -0.194357 18.169712 -0.722429</w:t>
        <w:br/>
        <w:t>v 0.000804 18.208961 -0.736779</w:t>
        <w:br/>
        <w:t>v -0.856431 18.224468 -0.303093</w:t>
        <w:br/>
        <w:t>v -0.772307 18.184261 -0.422117</w:t>
        <w:br/>
        <w:t>v -0.933775 18.412952 0.130216</w:t>
        <w:br/>
        <w:t>v -0.902397 18.273766 -0.184925</w:t>
        <w:br/>
        <w:t>v -0.934945 18.344070 -0.027871</w:t>
        <w:br/>
        <w:t>v -0.702218 19.883350 -0.168727</w:t>
        <w:br/>
        <w:t>v -1.124309 19.206661 -0.060745</w:t>
        <w:br/>
        <w:t>v -0.201727 18.700485 -0.966475</w:t>
        <w:br/>
        <w:t>v 0.000817 18.674969 -0.993778</w:t>
        <w:br/>
        <w:t>v -0.386764 18.746716 -0.951899</w:t>
        <w:br/>
        <w:t>v -0.384236 18.735310 -0.930054</w:t>
        <w:br/>
        <w:t>v -0.203211 18.715313 -0.987578</w:t>
        <w:br/>
        <w:t>v 0.000817 18.690865 -1.014882</w:t>
        <w:br/>
        <w:t>v 0.000817 18.674969 -0.993778</w:t>
        <w:br/>
        <w:t>v -0.201727 18.700485 -0.966475</w:t>
        <w:br/>
        <w:t>v -0.261402 19.796673 -0.619152</w:t>
        <w:br/>
        <w:t>v -0.097871 19.819195 -0.633074</w:t>
        <w:br/>
        <w:t>v 0.000817 19.827637 -0.633665</w:t>
        <w:br/>
        <w:t>v -0.411288 19.149967 -0.922659</w:t>
        <w:br/>
        <w:t>v -0.636117 19.301689 -0.782104</w:t>
        <w:br/>
        <w:t>v -0.573234 18.792130 -0.873799</w:t>
        <w:br/>
        <w:t>v -0.386764 18.746716 -0.951899</w:t>
        <w:br/>
        <w:t>v -0.203211 18.715313 -0.987578</w:t>
        <w:br/>
        <w:t>v 0.000817 18.690865 -1.014882</w:t>
        <w:br/>
        <w:t>v -1.091585 19.142521 -0.259805</w:t>
        <w:br/>
        <w:t>v 0.096196 19.996613 0.828358</w:t>
        <w:br/>
        <w:t>v 1.136959 18.321735 -0.236564</w:t>
        <w:br/>
        <w:t>v 1.058193 18.259731 -0.390047</w:t>
        <w:br/>
        <w:t>v 0.967655 18.195492 -0.341439</w:t>
        <w:br/>
        <w:t>v 1.024714 18.249783 -0.200746</w:t>
        <w:br/>
        <w:t>v 1.091458 18.493502 0.259376</w:t>
        <w:br/>
        <w:t>v 1.053074 18.382969 0.112357</w:t>
        <w:br/>
        <w:t>v 0.922443 18.446064 0.267714</w:t>
        <w:br/>
        <w:t>v 0.169303 20.156837 0.143722</w:t>
        <w:br/>
        <w:t>v 0.193450 20.161766 0.387579</w:t>
        <w:br/>
        <w:t>v 0.830245 19.750618 -0.196068</w:t>
        <w:br/>
        <w:t>v 0.762999 19.697659 -0.412684</w:t>
        <w:br/>
        <w:t>v 0.863447 19.522644 -0.439195</w:t>
        <w:br/>
        <w:t>v 0.931347 19.580460 -0.229823</w:t>
        <w:br/>
        <w:t>v 0.959505 19.311462 -0.462437</w:t>
        <w:br/>
        <w:t>v 1.018099 19.387310 -0.252020</w:t>
        <w:br/>
        <w:t>v 0.240926 19.519299 -0.819155</w:t>
        <w:br/>
        <w:t>v 0.251792 19.664154 -0.729724</w:t>
        <w:br/>
        <w:t>v 0.628859 19.823940 -0.383570</w:t>
        <w:br/>
        <w:t>v 0.480683 19.848537 -0.470033</w:t>
        <w:br/>
        <w:t>v 0.465943 19.750103 -0.592653</w:t>
        <w:br/>
        <w:t>v 0.839489 19.211842 -0.641160</w:t>
        <w:br/>
        <w:t>v 0.763162 19.477821 -0.601243</w:t>
        <w:br/>
        <w:t>v 1.231609 18.593674 0.093165</w:t>
        <w:br/>
        <w:t>v 1.184938 18.642986 0.262545</w:t>
        <w:br/>
        <w:t>v 1.212242 18.807034 0.276819</w:t>
        <w:br/>
        <w:t>v 1.264648 18.765053 0.093127</w:t>
        <w:br/>
        <w:t>v 0.213396 19.158115 -0.957873</w:t>
        <w:br/>
        <w:t>v 0.226966 19.367966 -0.895770</w:t>
        <w:br/>
        <w:t>v 0.436930 19.344803 -0.861122</w:t>
        <w:br/>
        <w:t>v 0.451707 19.491581 -0.790908</w:t>
        <w:br/>
        <w:t>v 0.608296 19.107121 -0.845653</w:t>
        <w:br/>
        <w:t>v 0.766734 19.034489 -0.742225</w:t>
        <w:br/>
        <w:t>v 0.204153 18.938004 -0.986421</w:t>
        <w:br/>
        <w:t>v 0.901931 18.943703 -0.598677</w:t>
        <w:br/>
        <w:t>v 0.393340 18.957813 -0.948289</w:t>
        <w:br/>
        <w:t>v 0.587067 18.940910 -0.877421</w:t>
        <w:br/>
        <w:t>v 0.760006 18.849968 -0.733798</w:t>
        <w:br/>
        <w:t>v 0.385857 18.735310 -0.930054</w:t>
        <w:br/>
        <w:t>v 0.571057 18.781128 -0.852293</w:t>
        <w:br/>
        <w:t>v 0.574855 18.792130 -0.873799</w:t>
        <w:br/>
        <w:t>v 0.758358 18.865387 -0.751669</w:t>
        <w:br/>
        <w:t>v 0.760006 18.849968 -0.733798</w:t>
        <w:br/>
        <w:t>v 0.571057 18.781128 -0.852293</w:t>
        <w:br/>
        <w:t>v 0.218892 18.462551 -1.008933</w:t>
        <w:br/>
        <w:t>v 0.222401 18.366608 -0.994432</w:t>
        <w:br/>
        <w:t>v 0.412204 18.376556 -0.955722</w:t>
        <w:br/>
        <w:t>v 0.407488 18.477631 -0.970851</w:t>
        <w:br/>
        <w:t>v 0.785662 18.556374 -0.775011</w:t>
        <w:br/>
        <w:t>v 0.599543 18.503738 -0.891331</w:t>
        <w:br/>
        <w:t>v 0.607592 18.393318 -0.876025</w:t>
        <w:br/>
        <w:t>v 0.784907 18.432873 -0.755191</w:t>
        <w:br/>
        <w:t>v 0.958789 18.490849 -0.624044</w:t>
        <w:br/>
        <w:t>v 0.963970 18.633240 -0.639249</w:t>
        <w:br/>
        <w:t>v 1.093206 19.142521 -0.259805</w:t>
        <w:br/>
        <w:t>v 1.018942 19.060123 -0.440830</w:t>
        <w:br/>
        <w:t>v 1.078277 18.917645 -0.451646</w:t>
        <w:br/>
        <w:t>v 1.158465 19.001465 -0.270470</w:t>
        <w:br/>
        <w:t>v 1.262346 18.936798 0.103780</w:t>
        <w:br/>
        <w:t>v 1.261692 18.881119 -0.081874</w:t>
        <w:br/>
        <w:t>v 1.252423 18.711201 -0.084490</w:t>
        <w:br/>
        <w:t>v 1.017596 19.049618 -0.432719</w:t>
        <w:br/>
        <w:t>v 0.902736 18.953350 -0.616724</w:t>
        <w:br/>
        <w:t>v 0.758358 18.865387 -0.751669</w:t>
        <w:br/>
        <w:t>v 0.775902 18.724331 -0.770358</w:t>
        <w:br/>
        <w:t>v 0.939572 18.808456 -0.631451</w:t>
        <w:br/>
        <w:t>v 0.333828 20.079868 -0.087986</w:t>
        <w:br/>
        <w:t>v 0.306977 19.982338 -0.333968</w:t>
        <w:br/>
        <w:t>v 0.554897 20.001415 -0.124835</w:t>
        <w:br/>
        <w:t>v 0.970938 19.617130 -0.003233</w:t>
        <w:br/>
        <w:t>v 0.989349 19.611786 0.225155</w:t>
        <w:br/>
        <w:t>v 0.892637 19.764389 0.262834</w:t>
        <w:br/>
        <w:t>v 0.875193 19.764526 0.019882</w:t>
        <w:br/>
        <w:t>v 1.058583 19.423088 -0.034913</w:t>
        <w:br/>
        <w:t>v 1.080516 19.428108 0.179100</w:t>
        <w:br/>
        <w:t>v 0.218728 20.107800 0.618143</w:t>
        <w:br/>
        <w:t>v 0.987450 19.589603 0.428050</w:t>
        <w:br/>
        <w:t>v 0.891605 19.760315 0.461101</w:t>
        <w:br/>
        <w:t>v 1.070794 19.422928 0.386447</w:t>
        <w:br/>
        <w:t>v 1.187328 19.135303 0.318837</w:t>
        <w:br/>
        <w:t>v 1.217373 18.993015 0.300626</w:t>
        <w:br/>
        <w:t>v 0.159016 20.124603 -0.065851</w:t>
        <w:br/>
        <w:t>v 0.286918 19.892479 -0.496418</w:t>
        <w:br/>
        <w:t>v 0.151721 20.026268 -0.315883</w:t>
        <w:br/>
        <w:t>v 0.131461 19.921230 -0.506416</w:t>
        <w:br/>
        <w:t>v 0.749064 19.899586 0.048468</w:t>
        <w:br/>
        <w:t>v 0.764068 19.910816 0.296551</w:t>
        <w:br/>
        <w:t>v 0.599543 20.027302 0.328986</w:t>
        <w:br/>
        <w:t>v 0.575736 20.030731 0.077042</w:t>
        <w:br/>
        <w:t>v 0.748071 19.897110 0.494693</w:t>
        <w:br/>
        <w:t>v 0.600863 20.001091 0.531152</w:t>
        <w:br/>
        <w:t>v 0.409312 20.078449 0.582099</w:t>
        <w:br/>
        <w:t>v 0.392837 20.115147 0.366476</w:t>
        <w:br/>
        <w:t>v 0.509395 19.922562 -0.363146</w:t>
        <w:br/>
        <w:t>v 0.653772 19.464302 -0.713538</w:t>
        <w:br/>
        <w:t>v 0.464459 19.646999 -0.674903</w:t>
        <w:br/>
        <w:t>v 0.652942 19.650459 -0.579058</w:t>
        <w:br/>
        <w:t>v 0.357962 20.112343 0.117362</w:t>
        <w:br/>
        <w:t>v 1.017596 19.049618 -0.432719</w:t>
        <w:br/>
        <w:t>v 0.901931 18.943703 -0.598677</w:t>
        <w:br/>
        <w:t>v 0.902736 18.953350 -0.616724</w:t>
        <w:br/>
        <w:t>v 1.018942 19.060123 -0.440830</w:t>
        <w:br/>
        <w:t>v 1.117051 18.741409 -0.451721</w:t>
        <w:br/>
        <w:t>v 1.104600 18.577728 -0.441610</w:t>
        <w:br/>
        <w:t>v 0.226513 18.283840 -0.973027</w:t>
        <w:br/>
        <w:t>v 0.224237 18.182198 -0.962853</w:t>
        <w:br/>
        <w:t>v 0.416304 18.161160 -0.930821</w:t>
        <w:br/>
        <w:t>v 0.416267 18.274284 -0.928419</w:t>
        <w:br/>
        <w:t>v 0.586866 18.654781 -0.886539</w:t>
        <w:br/>
        <w:t>v 0.396408 18.616375 -0.965833</w:t>
        <w:br/>
        <w:t>v 0.209548 18.599525 -0.999148</w:t>
        <w:br/>
        <w:t>v 0.610484 18.153687 -0.865889</w:t>
        <w:br/>
        <w:t>v 0.788378 18.157234 -0.748198</w:t>
        <w:br/>
        <w:t>v 0.789145 18.308353 -0.732780</w:t>
        <w:br/>
        <w:t>v 0.609101 18.283112 -0.851916</w:t>
        <w:br/>
        <w:t>v 0.937031 18.190914 -0.571688</w:t>
        <w:br/>
        <w:t>v 0.942804 18.346397 -0.586000</w:t>
        <w:br/>
        <w:t>v 1.076403 18.409782 -0.400749</w:t>
        <w:br/>
        <w:t>v 0.224237 18.182198 -0.962853</w:t>
        <w:br/>
        <w:t>v 0.213233 18.136673 -0.842371</w:t>
        <w:br/>
        <w:t>v 0.396798 18.113216 -0.833240</w:t>
        <w:br/>
        <w:t>v 0.416304 18.161160 -0.930821</w:t>
        <w:br/>
        <w:t>v 0.610484 18.153687 -0.865889</w:t>
        <w:br/>
        <w:t>v 0.578289 18.106815 -0.770647</w:t>
        <w:br/>
        <w:t>v 0.726754 18.100376 -0.659673</w:t>
        <w:br/>
        <w:t>v 0.788378 18.157234 -0.748198</w:t>
        <w:br/>
        <w:t>v 0.852908 18.135540 -0.518653</w:t>
        <w:br/>
        <w:t>v 1.217348 18.536728 -0.074743</w:t>
        <w:br/>
        <w:t>v 1.171733 18.389637 -0.057149</w:t>
        <w:br/>
        <w:t>v 1.177480 18.447674 0.094611</w:t>
        <w:br/>
        <w:t>v 1.118673 19.244179 0.349347</w:t>
        <w:br/>
        <w:t>v 1.138254 19.251587 0.144389</w:t>
        <w:br/>
        <w:t>v 1.213763 19.108719 0.120695</w:t>
        <w:br/>
        <w:t>v 1.049100 18.316879 -0.039806</w:t>
        <w:br/>
        <w:t>v 1.220844 19.062977 -0.070995</w:t>
        <w:br/>
        <w:t>v 1.202998 18.814617 -0.276230</w:t>
        <w:br/>
        <w:t>v 1.192912 18.644848 -0.273199</w:t>
        <w:br/>
        <w:t>v 1.166551 18.477016 -0.245858</w:t>
        <w:br/>
        <w:t>v 0.524650 18.141640 -0.604940</w:t>
        <w:br/>
        <w:t>v 0.370262 18.148911 -0.684008</w:t>
        <w:br/>
        <w:t>v 0.655785 18.143764 -0.530274</w:t>
        <w:br/>
        <w:t>v 0.195978 18.169712 -0.722429</w:t>
        <w:br/>
        <w:t>v 0.773928 18.184261 -0.422117</w:t>
        <w:br/>
        <w:t>v 0.858051 18.224468 -0.303093</w:t>
        <w:br/>
        <w:t>v 0.935397 18.412952 0.130215</w:t>
        <w:br/>
        <w:t>v 0.904018 18.273766 -0.184925</w:t>
        <w:br/>
        <w:t>v 0.936566 18.344070 -0.027871</w:t>
        <w:br/>
        <w:t>v 0.703839 19.883350 -0.168727</w:t>
        <w:br/>
        <w:t>v 1.125929 19.206661 -0.060745</w:t>
        <w:br/>
        <w:t>v 0.203348 18.700485 -0.966475</w:t>
        <w:br/>
        <w:t>v 0.388385 18.746716 -0.951899</w:t>
        <w:br/>
        <w:t>v 0.385857 18.735310 -0.930054</w:t>
        <w:br/>
        <w:t>v 0.204832 18.715313 -0.987578</w:t>
        <w:br/>
        <w:t>v 0.203348 18.700485 -0.966475</w:t>
        <w:br/>
        <w:t>v 0.263023 19.796673 -0.619152</w:t>
        <w:br/>
        <w:t>v 0.099491 19.819195 -0.633074</w:t>
        <w:br/>
        <w:t>v 0.412909 19.149967 -0.922659</w:t>
        <w:br/>
        <w:t>v 0.637738 19.301689 -0.782104</w:t>
        <w:br/>
        <w:t>v 0.574855 18.792130 -0.873799</w:t>
        <w:br/>
        <w:t>v 0.388385 18.746716 -0.951899</w:t>
        <w:br/>
        <w:t>v 0.204832 18.715313 -0.987578</w:t>
        <w:br/>
        <w:t>v 1.093206 19.142521 -0.259805</w:t>
        <w:br/>
        <w:t>v -0.305381 17.751419 -0.857336</w:t>
        <w:br/>
        <w:t>v -0.285863 18.095448 -0.772030</w:t>
        <w:br/>
        <w:t>v -0.268205 18.098930 -0.793322</w:t>
        <w:br/>
        <w:t>v -0.285925 17.761101 -0.877986</w:t>
        <w:br/>
        <w:t>v -0.277135 18.407532 -0.704734</w:t>
        <w:br/>
        <w:t>v -0.261854 18.415516 -0.726365</w:t>
        <w:br/>
        <w:t>v -0.739946 17.160261 -0.939925</w:t>
        <w:br/>
        <w:t>v -0.827314 16.801041 -1.110297</w:t>
        <w:br/>
        <w:t>v -0.861309 16.816422 -1.121994</w:t>
        <w:br/>
        <w:t>v -0.781398 17.166059 -0.966209</w:t>
        <w:br/>
        <w:t>v -0.967013 16.485395 -1.289122</w:t>
        <w:br/>
        <w:t>v -0.938540 16.464872 -1.281551</w:t>
        <w:br/>
        <w:t>v -1.090074 16.081064 -1.490684</w:t>
        <w:br/>
        <w:t>v -1.117604 16.104694 -1.491603</w:t>
        <w:br/>
        <w:t>v -1.399643 15.417068 -1.909140</w:t>
        <w:br/>
        <w:t>v -1.261680 15.779860 -1.691555</w:t>
        <w:br/>
        <w:t>v -1.226227 15.760805 -1.681381</w:t>
        <w:br/>
        <w:t>v -1.369422 15.412654 -1.902060</w:t>
        <w:br/>
        <w:t>v -1.465330 15.029499 -2.116928</w:t>
        <w:br/>
        <w:t>v -1.495702 15.034078 -2.121656</w:t>
        <w:br/>
        <w:t>v -1.483842 14.702097 -2.259972</w:t>
        <w:br/>
        <w:t>v -1.510957 14.708990 -2.267493</w:t>
        <w:br/>
        <w:t>v -1.442189 14.439489 -2.387082</w:t>
        <w:br/>
        <w:t>v -1.473140 14.443501 -2.393358</w:t>
        <w:br/>
        <w:t>v -1.071147 13.703239 -2.624299</w:t>
        <w:br/>
        <w:t>v -1.276369 13.982198 -2.568019</w:t>
        <w:br/>
        <w:t>v -1.256876 13.983732 -2.564611</w:t>
        <w:br/>
        <w:t>v -1.206369 14.225338 -2.509212</w:t>
        <w:br/>
        <w:t>v -1.177493 14.222848 -2.542464</w:t>
        <w:br/>
        <w:t>v -1.140154 14.008797 -2.598304</w:t>
        <w:br/>
        <w:t>v -1.158427 14.013261 -2.570081</w:t>
        <w:br/>
        <w:t>v -1.071147 13.703239 -2.624299</w:t>
        <w:br/>
        <w:t>v -1.234263 14.463838 -2.393534</w:t>
        <w:br/>
        <w:t>v -1.208305 14.469824 -2.428006</w:t>
        <w:br/>
        <w:t>v -1.206369 14.225338 -2.509212</w:t>
        <w:br/>
        <w:t>v -1.357776 14.197569 -2.498145</w:t>
        <w:br/>
        <w:t>v -1.442189 14.439489 -2.387082</w:t>
        <w:br/>
        <w:t>v -1.234263 14.463838 -2.393534</w:t>
        <w:br/>
        <w:t>v -1.483842 14.702097 -2.259972</w:t>
        <w:br/>
        <w:t>v -1.250461 14.713026 -2.268625</w:t>
        <w:br/>
        <w:t>v -1.252021 15.036127 -2.103660</w:t>
        <w:br/>
        <w:t>v -1.465330 15.029499 -2.116928</w:t>
        <w:br/>
        <w:t>v -1.201426 15.346500 -1.895004</w:t>
        <w:br/>
        <w:t>v -1.369422 15.412654 -1.902060</w:t>
        <w:br/>
        <w:t>v -1.090074 16.081064 -1.490684</w:t>
        <w:br/>
        <w:t>v -0.943357 16.051321 -1.560421</w:t>
        <w:br/>
        <w:t>v -1.095193 15.707092 -1.715325</w:t>
        <w:br/>
        <w:t>v -1.226227 15.760805 -1.681381</w:t>
        <w:br/>
        <w:t>v -0.373432 17.421650 -0.963682</w:t>
        <w:br/>
        <w:t>v -0.699513 17.486534 -0.805080</w:t>
        <w:br/>
        <w:t>v -0.688698 17.807674 -0.689805</w:t>
        <w:br/>
        <w:t>v -0.305381 17.751419 -0.857336</w:t>
        <w:br/>
        <w:t>v -0.285863 18.095448 -0.772030</w:t>
        <w:br/>
        <w:t>v -0.687265 18.109898 -0.612485</w:t>
        <w:br/>
        <w:t>v -0.712481 18.449799 -0.559162</w:t>
        <w:br/>
        <w:t>v -0.277135 18.407532 -0.704734</w:t>
        <w:br/>
        <w:t>v -1.256876 13.983732 -2.564611</w:t>
        <w:br/>
        <w:t>v -1.158427 14.013261 -2.570081</w:t>
        <w:br/>
        <w:t>v -1.071147 13.703239 -2.624299</w:t>
        <w:br/>
        <w:t>v -0.549715 17.453520 -0.966952</w:t>
        <w:br/>
        <w:t>v -0.510150 17.779400 -0.868051</w:t>
        <w:br/>
        <w:t>v -0.717473 17.814793 -0.718857</w:t>
        <w:br/>
        <w:t>v -0.735469 17.492546 -0.832132</w:t>
        <w:br/>
        <w:t>v -0.617313 17.121840 -1.107468</w:t>
        <w:br/>
        <w:t>v -0.781398 17.166059 -0.966209</w:t>
        <w:br/>
        <w:t>v -1.163759 15.781230 -1.762185</w:t>
        <w:br/>
        <w:t>v -1.276218 15.406767 -1.972978</w:t>
        <w:br/>
        <w:t>v -1.171356 15.357984 -1.936934</w:t>
        <w:br/>
        <w:t>v -1.061325 15.720600 -1.747520</w:t>
        <w:br/>
        <w:t>v -1.344055 15.059255 -2.181432</w:t>
        <w:br/>
        <w:t>v -1.225334 15.038428 -2.143804</w:t>
        <w:br/>
        <w:t>v -1.349840 14.733766 -2.348032</w:t>
        <w:br/>
        <w:t>v -1.225610 14.715415 -2.307662</w:t>
        <w:br/>
        <w:t>v -1.326322 14.470439 -2.481015</w:t>
        <w:br/>
        <w:t>v -1.208305 14.469824 -2.428006</w:t>
        <w:br/>
        <w:t>v -1.281060 14.213818 -2.578382</w:t>
        <w:br/>
        <w:t>v -1.473140 14.443501 -2.393358</w:t>
        <w:br/>
        <w:t>v -1.390714 14.193130 -2.507614</w:t>
        <w:br/>
        <w:t>v -1.010302 16.115032 -1.588856</w:t>
        <w:br/>
        <w:t>v -0.909326 16.062363 -1.588680</w:t>
        <w:br/>
        <w:t>v -1.216467 13.997891 -2.614527</w:t>
        <w:br/>
        <w:t>v -1.276369 13.982198 -2.568019</w:t>
        <w:br/>
        <w:t>v -0.373432 17.421650 -0.963682</w:t>
        <w:br/>
        <w:t>v -0.347713 17.432365 -0.982848</w:t>
        <w:br/>
        <w:t>v -0.688698 17.807674 -0.689805</w:t>
        <w:br/>
        <w:t>v -0.717473 17.814793 -0.718857</w:t>
        <w:br/>
        <w:t>v -0.713310 18.121254 -0.642053</w:t>
        <w:br/>
        <w:t>v -0.687265 18.109898 -0.612485</w:t>
        <w:br/>
        <w:t>v -0.732427 18.458717 -0.591307</w:t>
        <w:br/>
        <w:t>v -0.712481 18.449799 -0.559162</w:t>
        <w:br/>
        <w:t>v -0.492593 17.090765 -1.089169</w:t>
        <w:br/>
        <w:t>v -0.457027 17.102018 -1.109505</w:t>
        <w:br/>
        <w:t>v -0.492593 17.090765 -1.089169</w:t>
        <w:br/>
        <w:t>v -0.739946 17.160261 -0.939925</w:t>
        <w:br/>
        <w:t>v -0.636605 16.733240 -1.238174</w:t>
        <w:br/>
        <w:t>v -0.593732 16.745792 -1.262032</w:t>
        <w:br/>
        <w:t>v -0.861309 16.816422 -1.121994</w:t>
        <w:br/>
        <w:t>v -0.967013 16.485395 -1.289122</w:t>
        <w:br/>
        <w:t>v -0.851424 16.456432 -1.415326</w:t>
        <w:br/>
        <w:t>v -0.730363 16.774881 -1.263164</w:t>
        <w:br/>
        <w:t>v -0.636605 16.733240 -1.238174</w:t>
        <w:br/>
        <w:t>v -0.827314 16.801041 -1.110297</w:t>
        <w:br/>
        <w:t>v -0.761577 16.404154 -1.384426</w:t>
        <w:br/>
        <w:t>v -0.734023 16.418804 -1.410258</w:t>
        <w:br/>
        <w:t>v -0.761577 16.404154 -1.384426</w:t>
        <w:br/>
        <w:t>v -0.938540 16.464872 -1.281551</w:t>
        <w:br/>
        <w:t>v -0.943357 16.051321 -1.560421</w:t>
        <w:br/>
        <w:t>v -0.909326 16.062363 -1.588680</w:t>
        <w:br/>
        <w:t>v -1.117604 16.104694 -1.491603</w:t>
        <w:br/>
        <w:t>v -1.261680 15.779860 -1.691555</w:t>
        <w:br/>
        <w:t>v -1.399643 15.417068 -1.909140</w:t>
        <w:br/>
        <w:t>v -1.495702 15.034078 -2.121656</w:t>
        <w:br/>
        <w:t>v -1.510957 14.708990 -2.267493</w:t>
        <w:br/>
        <w:t>v -0.735469 17.492546 -0.832132</w:t>
        <w:br/>
        <w:t>v -0.699513 17.486534 -0.805080</w:t>
        <w:br/>
        <w:t>v -0.699513 17.486534 -0.805080</w:t>
        <w:br/>
        <w:t>v -1.357776 14.197569 -2.498145</w:t>
        <w:br/>
        <w:t>v -1.390714 14.193130 -2.507614</w:t>
        <w:br/>
        <w:t>v -0.713310 18.121254 -0.642053</w:t>
        <w:br/>
        <w:t>v -0.497775 18.098602 -0.796265</w:t>
        <w:br/>
        <w:t>v -0.732427 18.458717 -0.591307</w:t>
        <w:br/>
        <w:t>v -0.498606 18.428711 -0.749267</w:t>
        <w:br/>
        <w:t>v -1.071147 13.703239 -2.624299</w:t>
        <w:br/>
        <w:t>v -0.268205 18.098930 -0.793322</w:t>
        <w:br/>
        <w:t>v -0.285925 17.761101 -0.877986</w:t>
        <w:br/>
        <w:t>v -0.261854 18.415516 -0.726365</w:t>
        <w:br/>
        <w:t>v -1.140154 14.008797 -2.598304</w:t>
        <w:br/>
        <w:t>v -1.177493 14.222848 -2.542464</w:t>
        <w:br/>
        <w:t>v -1.061325 15.720600 -1.747520</w:t>
        <w:br/>
        <w:t>v -1.171356 15.357984 -1.936934</w:t>
        <w:br/>
        <w:t>v -1.201426 15.346500 -1.895004</w:t>
        <w:br/>
        <w:t>v -1.095193 15.707092 -1.715325</w:t>
        <w:br/>
        <w:t>v -1.225334 15.038428 -2.143804</w:t>
        <w:br/>
        <w:t>v -1.252021 15.036127 -2.103660</w:t>
        <w:br/>
        <w:t>v -1.225610 14.715415 -2.307662</w:t>
        <w:br/>
        <w:t>v -1.250461 14.713026 -2.268625</w:t>
        <w:br/>
        <w:t>v -0.347713 17.432365 -0.982848</w:t>
        <w:br/>
        <w:t>v -0.457027 17.102018 -1.109505</w:t>
        <w:br/>
        <w:t>v -0.593732 16.745792 -1.262032</w:t>
        <w:br/>
        <w:t>v -0.734023 16.418804 -1.410258</w:t>
        <w:br/>
        <w:t>v 0.981226 18.514933 0.472295</w:t>
        <w:br/>
        <w:t>v 0.904371 18.553831 0.575497</w:t>
        <w:br/>
        <w:t>v 0.911540 18.718142 0.586225</w:t>
        <w:br/>
        <w:t>v 0.986118 18.665548 0.477338</w:t>
        <w:br/>
        <w:t>v 0.922682 18.507702 0.338419</w:t>
        <w:br/>
        <w:t>v 0.944339 18.667068 0.316888</w:t>
        <w:br/>
        <w:t>v 0.952011 18.381308 0.478143</w:t>
        <w:br/>
        <w:t>v 0.876301 18.410913 0.566241</w:t>
        <w:br/>
        <w:t>v 0.894436 18.380339 0.372426</w:t>
        <w:br/>
        <w:t>v 0.952011 18.381308 0.478143</w:t>
        <w:br/>
        <w:t>v 0.856908 18.162264 0.512364</w:t>
        <w:br/>
        <w:t>v 0.780292 18.020504 0.561600</w:t>
        <w:br/>
        <w:t>v 0.819971 18.179216 0.553375</w:t>
        <w:br/>
        <w:t>v 0.827290 18.153172 0.457983</w:t>
        <w:br/>
        <w:t>v 0.780292 18.020504 0.561600</w:t>
        <w:br/>
        <w:t>v 0.856908 18.162264 0.512364</w:t>
        <w:br/>
        <w:t>v 0.919903 18.532555 0.449280</w:t>
        <w:br/>
        <w:t>v 0.938743 18.705578 0.444350</w:t>
        <w:br/>
        <w:t>v 0.911540 18.718142 0.586225</w:t>
        <w:br/>
        <w:t>v 0.904371 18.553831 0.575497</w:t>
        <w:br/>
        <w:t>v 0.876301 18.410913 0.566241</w:t>
        <w:br/>
        <w:t>v 0.897806 18.400965 0.459103</w:t>
        <w:br/>
        <w:t>v 0.780292 18.020504 0.561600</w:t>
        <w:br/>
        <w:t>v 0.825894 18.168791 0.497297</w:t>
        <w:br/>
        <w:t>v 0.819971 18.179216 0.553375</w:t>
        <w:br/>
        <w:t>v 0.922682 18.507702 0.338419</w:t>
        <w:br/>
        <w:t>v 0.944339 18.667068 0.316888</w:t>
        <w:br/>
        <w:t>v 0.863334 18.283865 0.477112</w:t>
        <w:br/>
        <w:t>v 0.827290 18.153172 0.457983</w:t>
        <w:br/>
        <w:t>v 0.857121 18.264383 0.407237</w:t>
        <w:br/>
        <w:t>v 0.907943 18.271629 0.494618</w:t>
        <w:br/>
        <w:t>v 0.855210 18.294893 0.552017</w:t>
        <w:br/>
        <w:t>v 0.857121 18.264383 0.407237</w:t>
        <w:br/>
        <w:t>v 0.907943 18.271629 0.494618</w:t>
        <w:br/>
        <w:t>v 0.855210 18.294893 0.552017</w:t>
        <w:br/>
        <w:t>v 0.894436 18.380339 0.372426</w:t>
        <w:br/>
        <w:t>v -0.040522 20.038366 0.829113</w:t>
        <w:br/>
        <w:t>v 0.021140 19.967258 0.786843</w:t>
        <w:br/>
        <w:t>v 0.005105 19.934158 0.729570</w:t>
        <w:br/>
        <w:t>v -0.070340 20.014145 0.763590</w:t>
        <w:br/>
        <w:t>v -0.122180 20.059555 0.788542</w:t>
        <w:br/>
        <w:t>v -0.176133 20.107059 0.781474</w:t>
        <w:br/>
        <w:t>v -0.152074 20.156094 0.838194</w:t>
        <w:br/>
        <w:t>v -0.098851 20.096092 0.846620</w:t>
        <w:br/>
        <w:t>v -0.231683 20.187748 0.719975</w:t>
        <w:br/>
        <w:t>v -0.201059 20.248341 0.773035</w:t>
        <w:br/>
        <w:t>v -0.182522 20.202637 0.814173</w:t>
        <w:br/>
        <w:t>v -0.209146 20.147854 0.756711</w:t>
        <w:br/>
        <w:t>v -0.226376 20.308895 0.583395</w:t>
        <w:br/>
        <w:t>v -0.201801 20.348537 0.531983</w:t>
        <w:br/>
        <w:t>v -0.166650 20.410072 0.575057</w:t>
        <w:br/>
        <w:t>v -0.190822 20.373741 0.624218</w:t>
        <w:br/>
        <w:t>v -0.171530 20.376999 0.487286</w:t>
        <w:br/>
        <w:t>v -0.137649 20.398403 0.444652</w:t>
        <w:br/>
        <w:t>v -0.104812 20.457966 0.480809</w:t>
        <w:br/>
        <w:t>v -0.137234 20.436810 0.525946</w:t>
        <w:br/>
        <w:t>v 0.095065 20.481253 0.263740</w:t>
        <w:br/>
        <w:t>v 0.021405 20.482059 0.339287</w:t>
        <w:br/>
        <w:t>v -0.010929 20.433867 0.312839</w:t>
        <w:br/>
        <w:t>v 0.064743 20.439941 0.243065</w:t>
        <w:br/>
        <w:t>v 0.192054 20.430748 0.142478</w:t>
        <w:br/>
        <w:t>v 0.250585 20.420877 0.104032</w:t>
        <w:br/>
        <w:t>v 0.272330 20.447109 0.108887</w:t>
        <w:br/>
        <w:t>v 0.216679 20.464165 0.153646</w:t>
        <w:br/>
        <w:t>v 0.335639 20.421242 0.062077</w:t>
        <w:br/>
        <w:t>v 0.323415 20.406940 0.058216</w:t>
        <w:br/>
        <w:t>v 0.074401 19.992989 0.794993</w:t>
        <w:br/>
        <w:t>v 0.001899 20.075644 0.829528</w:t>
        <w:br/>
        <w:t>v -0.127575 20.301453 0.805092</w:t>
        <w:br/>
        <w:t>v -0.112471 20.252781 0.838257</w:t>
        <w:br/>
        <w:t>v -0.126016 20.383461 0.713448</w:t>
        <w:br/>
        <w:t>v -0.131197 20.342525 0.762911</w:t>
        <w:br/>
        <w:t>v -0.208404 20.292923 0.727810</w:t>
        <w:br/>
        <w:t>v -0.204983 20.336903 0.676335</w:t>
        <w:br/>
        <w:t>v -0.049614 20.480503 0.519872</w:t>
        <w:br/>
        <w:t>v -0.078062 20.464943 0.567750</w:t>
        <w:br/>
        <w:t>v 0.190872 20.481936 0.240675</w:t>
        <w:br/>
        <w:t>v 0.155457 20.475822 0.205876</w:t>
        <w:br/>
        <w:t>v 0.243492 20.465824 0.184999</w:t>
        <w:br/>
        <w:t>v 0.291483 20.447826 0.135159</w:t>
        <w:br/>
        <w:t>v 0.345776 20.421957 0.075798</w:t>
        <w:br/>
        <w:t>v -0.090035 20.207329 0.853751</w:t>
        <w:br/>
        <w:t>v -0.241228 20.229088 0.678146</w:t>
        <w:br/>
        <w:t>v -0.238789 20.269871 0.628243</w:t>
        <w:br/>
        <w:t>v -0.101970 20.439892 0.621665</w:t>
        <w:br/>
        <w:t>v -0.049639 20.473383 0.416091</w:t>
        <w:br/>
        <w:t>v -0.081747 20.419016 0.384725</w:t>
        <w:br/>
        <w:t>v 0.005105 19.934158 0.729570</w:t>
        <w:br/>
        <w:t>v 0.074401 19.992989 0.794993</w:t>
        <w:br/>
        <w:t>v 0.001899 20.075644 0.829528</w:t>
        <w:br/>
        <w:t>v -0.070340 20.014145 0.763590</w:t>
        <w:br/>
        <w:t>v -0.090035 20.207329 0.853751</w:t>
        <w:br/>
        <w:t>v -0.176133 20.107059 0.781474</w:t>
        <w:br/>
        <w:t>v -0.122180 20.059555 0.788542</w:t>
        <w:br/>
        <w:t>v -0.047212 20.142006 0.851349</w:t>
        <w:br/>
        <w:t>v -0.127575 20.301453 0.805092</w:t>
        <w:br/>
        <w:t>v -0.231683 20.187748 0.719975</w:t>
        <w:br/>
        <w:t>v -0.209146 20.147854 0.756711</w:t>
        <w:br/>
        <w:t>v -0.112471 20.252781 0.838257</w:t>
        <w:br/>
        <w:t>v -0.116772 20.414112 0.666651</w:t>
        <w:br/>
        <w:t>v -0.226376 20.308895 0.583395</w:t>
        <w:br/>
        <w:t>v -0.238789 20.269871 0.628243</w:t>
        <w:br/>
        <w:t>v -0.126016 20.383461 0.713448</w:t>
        <w:br/>
        <w:t>v -0.101970 20.439892 0.621665</w:t>
        <w:br/>
        <w:t>v -0.201801 20.348537 0.531983</w:t>
        <w:br/>
        <w:t>v 0.000213 20.492487 0.454135</w:t>
        <w:br/>
        <w:t>v -0.081747 20.419016 0.384725</w:t>
        <w:br/>
        <w:t>v -0.137649 20.398403 0.444652</w:t>
        <w:br/>
        <w:t>v -0.049614 20.480503 0.519872</w:t>
        <w:br/>
        <w:t>v 0.192054 20.430748 0.142478</w:t>
        <w:br/>
        <w:t>v 0.243492 20.465824 0.184999</w:t>
        <w:br/>
        <w:t>v 0.291483 20.447826 0.135159</w:t>
        <w:br/>
        <w:t>v 0.250585 20.420877 0.104032</w:t>
        <w:br/>
        <w:t>v 0.323415 20.406940 0.058216</w:t>
        <w:br/>
        <w:t>v 0.345776 20.421957 0.075798</w:t>
        <w:br/>
        <w:t>v 0.398308 20.390678 0.016400</w:t>
        <w:br/>
        <w:t>v 0.128531 20.437778 0.189137</w:t>
        <w:br/>
        <w:t>v 0.128531 20.437778 0.189137</w:t>
        <w:br/>
        <w:t>v 0.190872 20.481936 0.240675</w:t>
        <w:br/>
        <w:t>v 0.398308 20.390678 0.016400</w:t>
        <w:br/>
        <w:t>v -0.131197 20.342525 0.762911</w:t>
        <w:br/>
        <w:t>v -0.241228 20.229088 0.678146</w:t>
        <w:br/>
        <w:t>v -0.047212 20.142006 0.851349</w:t>
        <w:br/>
        <w:t>v -0.116772 20.414112 0.666651</w:t>
        <w:br/>
        <w:t>v -0.078062 20.464943 0.567750</w:t>
        <w:br/>
        <w:t>v -0.171530 20.376999 0.487286</w:t>
        <w:br/>
        <w:t>v 0.000213 20.492487 0.454135</w:t>
        <w:br/>
        <w:t>v 0.067007 20.496359 0.376777</w:t>
        <w:br/>
        <w:t>v 0.067007 20.496359 0.376777</w:t>
        <w:br/>
        <w:t>v -0.010929 20.433867 0.312839</w:t>
        <w:br/>
        <w:t>v 0.135888 20.492384 0.300891</w:t>
        <w:br/>
        <w:t>v 0.135888 20.492384 0.300891</w:t>
        <w:br/>
        <w:t>v 0.064743 20.439941 0.243065</w:t>
        <w:br/>
        <w:t>v -0.911540 18.779476 0.579119</w:t>
        <w:br/>
        <w:t>v -0.904372 18.579348 0.566053</w:t>
        <w:br/>
        <w:t>v -0.981226 18.531973 0.440351</w:t>
        <w:br/>
        <w:t>v -0.986118 18.715410 0.446501</w:t>
        <w:br/>
        <w:t>v -0.922683 18.523169 0.277298</w:t>
        <w:br/>
        <w:t>v -0.944340 18.717272 0.251088</w:t>
        <w:br/>
        <w:t>v -0.952011 18.369223 0.447482</w:t>
        <w:br/>
        <w:t>v -0.876301 18.405266 0.554772</w:t>
        <w:br/>
        <w:t>v -0.894436 18.368053 0.318725</w:t>
        <w:br/>
        <w:t>v -0.780292 17.929789 0.549124</w:t>
        <w:br/>
        <w:t>v -0.856908 18.102438 0.489160</w:t>
        <w:br/>
        <w:t>v -0.819971 18.123089 0.539114</w:t>
        <w:br/>
        <w:t>v -0.827290 18.091358 0.422920</w:t>
        <w:br/>
        <w:t>v -0.911540 18.779476 0.579119</w:t>
        <w:br/>
        <w:t>v -0.938743 18.764170 0.406319</w:t>
        <w:br/>
        <w:t>v -0.919903 18.553442 0.412331</w:t>
        <w:br/>
        <w:t>v -0.904372 18.579348 0.566053</w:t>
        <w:br/>
        <w:t>v -0.897806 18.393167 0.424291</w:t>
        <w:br/>
        <w:t>v -0.876301 18.405266 0.554772</w:t>
        <w:br/>
        <w:t>v -0.825894 18.110386 0.470811</w:t>
        <w:br/>
        <w:t>v -0.780292 17.929789 0.549124</w:t>
        <w:br/>
        <w:t>v -0.819971 18.123089 0.539114</w:t>
        <w:br/>
        <w:t>v -0.922683 18.523169 0.277298</w:t>
        <w:br/>
        <w:t>v -0.944340 18.717272 0.251088</w:t>
        <w:br/>
        <w:t>v -0.827290 18.091358 0.422920</w:t>
        <w:br/>
        <w:t>v -0.863334 18.250551 0.446224</w:t>
        <w:br/>
        <w:t>v -0.857122 18.226820 0.361120</w:t>
        <w:br/>
        <w:t>v -0.855210 18.263969 0.537441</w:t>
        <w:br/>
        <w:t>v -0.907943 18.235636 0.467541</w:t>
        <w:br/>
        <w:t>v -0.907943 18.235636 0.467541</w:t>
        <w:br/>
        <w:t>v -0.857122 18.226820 0.361120</w:t>
        <w:br/>
        <w:t>v -0.855210 18.263969 0.537441</w:t>
        <w:br/>
        <w:t>v -0.894436 18.368053 0.318725</w:t>
        <w:br/>
        <w:t>v -0.831227 18.745533 0.809457</w:t>
        <w:br/>
        <w:t>v -0.832988 18.597483 0.769967</w:t>
        <w:br/>
        <w:t>v -0.924192 18.580420 0.681215</w:t>
        <w:br/>
        <w:t>v -0.922117 18.716984 0.712870</w:t>
        <w:br/>
        <w:t>v -0.902737 18.597734 0.551653</w:t>
        <w:br/>
        <w:t>v -0.917388 18.747028 0.563349</w:t>
        <w:br/>
        <w:t>v -0.905629 18.457409 0.658930</w:t>
        <w:br/>
        <w:t>v -0.818160 18.468676 0.732640</w:t>
        <w:br/>
        <w:t>v -0.905629 18.457409 0.658930</w:t>
        <w:br/>
        <w:t>v -0.880023 18.475418 0.555878</w:t>
        <w:br/>
        <w:t>v -0.761742 18.113192 0.646541</w:t>
        <w:br/>
        <w:t>v -0.835666 18.251381 0.637927</w:t>
        <w:br/>
        <w:t>v -0.794919 18.259531 0.672562</w:t>
        <w:br/>
        <w:t>v -0.761742 18.113192 0.646541</w:t>
        <w:br/>
        <w:t>v -0.822775 18.252790 0.583395</w:t>
        <w:br/>
        <w:t>v -0.835666 18.251381 0.637927</w:t>
        <w:br/>
        <w:t>v -0.831227 18.745533 0.809457</w:t>
        <w:br/>
        <w:t>v -0.890739 18.759403 0.683705</w:t>
        <w:br/>
        <w:t>v -0.881407 18.600615 0.655131</w:t>
        <w:br/>
        <w:t>v -0.832988 18.597483 0.769967</w:t>
        <w:br/>
        <w:t>v -0.867460 18.478764 0.637751</w:t>
        <w:br/>
        <w:t>v -0.818160 18.468676 0.732640</w:t>
        <w:br/>
        <w:t>v -0.814676 18.260021 0.621238</w:t>
        <w:br/>
        <w:t>v -0.761742 18.113192 0.646541</w:t>
        <w:br/>
        <w:t>v -0.794919 18.259531 0.672562</w:t>
        <w:br/>
        <w:t>v -0.902737 18.597734 0.551653</w:t>
        <w:br/>
        <w:t>v -0.917388 18.747028 0.563349</w:t>
        <w:br/>
        <w:t>v -0.822775 18.252790 0.583395</w:t>
        <w:br/>
        <w:t>v -0.842395 18.368670 0.628532</w:t>
        <w:br/>
        <w:t>v -0.849991 18.363361 0.561538</w:t>
        <w:br/>
        <w:t>v -0.812299 18.365335 0.696558</w:t>
        <w:br/>
        <w:t>v -0.873383 18.354368 0.648315</w:t>
        <w:br/>
        <w:t>v -0.873383 18.354368 0.648315</w:t>
        <w:br/>
        <w:t>v -0.849991 18.363361 0.561538</w:t>
        <w:br/>
        <w:t>v -0.812299 18.365335 0.696558</w:t>
        <w:br/>
        <w:t>v -0.880023 18.475418 0.555878</w:t>
        <w:br/>
        <w:t>v 0.669568 18.120609 -0.135009</w:t>
        <w:br/>
        <w:t>v 0.723056 18.164944 -0.072592</w:t>
        <w:br/>
        <w:t>v 0.740952 18.282974 -0.211160</w:t>
        <w:br/>
        <w:t>v 0.258621 17.857563 -0.203438</w:t>
        <w:br/>
        <w:t>v 0.381669 17.885445 -0.164778</w:t>
        <w:br/>
        <w:t>v 0.439420 18.035267 -0.253052</w:t>
        <w:br/>
        <w:t>v 0.305858 18.002041 -0.297811</w:t>
        <w:br/>
        <w:t>v 0.140704 17.850067 -0.222591</w:t>
        <w:br/>
        <w:t>v 0.112080 17.709274 -0.149309</w:t>
        <w:br/>
        <w:t>v 0.213157 17.714153 -0.135261</w:t>
        <w:br/>
        <w:t>v 0.805381 18.250450 0.065321</w:t>
        <w:br/>
        <w:t>v 0.840407 18.364998 -0.070882</w:t>
        <w:br/>
        <w:t>v 0.913740 18.626637 0.302324</w:t>
        <w:br/>
        <w:t>v 0.884412 18.455849 0.055813</w:t>
        <w:br/>
        <w:t>v 0.860504 18.437160 0.239655</w:t>
        <w:br/>
        <w:t>v 0.589079 17.981831 -0.039215</w:t>
        <w:br/>
        <w:t>v 0.478382 17.913841 -0.115176</w:t>
        <w:br/>
        <w:t>v 0.427548 17.775551 -0.045641</w:t>
        <w:br/>
        <w:t>v 0.476923 17.821533 0.039011</w:t>
        <w:br/>
        <w:t>v 0.802225 18.300781 0.172912</w:t>
        <w:br/>
        <w:t>v 0.751642 18.194145 0.163253</w:t>
        <w:br/>
        <w:t>v 0.167266 17.995377 -0.322901</w:t>
        <w:br/>
        <w:t>v 0.000050 17.988255 -0.336018</w:t>
        <w:br/>
        <w:t>v 0.000075 17.844910 -0.233759</w:t>
        <w:br/>
        <w:t>v 0.255640 17.508163 -0.112686</w:t>
        <w:br/>
        <w:t>v 0.220376 17.583611 -0.115025</w:t>
        <w:br/>
        <w:t>v 0.179578 17.577145 -0.114686</w:t>
        <w:br/>
        <w:t>v 0.205624 17.650253 -0.120270</w:t>
        <w:br/>
        <w:t>v 0.143408 17.643059 -0.125112</w:t>
        <w:br/>
        <w:t>v 0.304185 17.732288 -0.085257</w:t>
        <w:br/>
        <w:t>v 0.269223 17.664631 -0.080277</w:t>
        <w:br/>
        <w:t>v 0.526436 17.854195 0.064843</w:t>
        <w:br/>
        <w:t>v 0.543829 17.910851 0.118972</w:t>
        <w:br/>
        <w:t>v 0.668084 18.015533 0.141094</w:t>
        <w:br/>
        <w:t>v 0.730225 18.121578 0.058492</w:t>
        <w:br/>
        <w:t>v 0.619087 17.986534 0.143722</w:t>
        <w:br/>
        <w:t>v 0.567963 17.859814 0.192129</w:t>
        <w:br/>
        <w:t>v 0.575321 17.883987 0.199562</w:t>
        <w:br/>
        <w:t>v 0.594990 17.934040 0.172950</w:t>
        <w:br/>
        <w:t>v 0.584552 17.896862 0.160021</w:t>
        <w:br/>
        <w:t>v 0.653131 17.975254 0.189098</w:t>
        <w:br/>
        <w:t>v 0.641724 17.957771 0.180194</w:t>
        <w:br/>
        <w:t>v 0.630971 17.921173 0.225985</w:t>
        <w:br/>
        <w:t>v 0.675429 18.045403 0.009896</w:t>
        <w:br/>
        <w:t>v 0.696947 18.073990 0.157833</w:t>
        <w:br/>
        <w:t>v 0.499875 17.788204 0.115362</w:t>
        <w:br/>
        <w:t>v 0.502302 17.825104 0.165278</w:t>
        <w:br/>
        <w:t>v 0.479136 17.766838 0.203247</w:t>
        <w:br/>
        <w:t>v 0.481563 17.739697 0.170837</w:t>
        <w:br/>
        <w:t>v 0.449833 17.705276 0.252207</w:t>
        <w:br/>
        <w:t>v 0.559022 17.813057 0.227594</w:t>
        <w:br/>
        <w:t>v 0.567963 17.859814 0.192129</w:t>
        <w:br/>
        <w:t>v 0.538170 17.853062 0.183841</w:t>
        <w:br/>
        <w:t>v 0.626016 18.232342 -0.298440</w:t>
        <w:br/>
        <w:t>v 0.552331 18.068573 -0.201237</w:t>
        <w:br/>
        <w:t>v 0.250358 17.598125 -0.087885</w:t>
        <w:br/>
        <w:t>v 0.416304 17.709072 0.002137</w:t>
        <w:br/>
        <w:t>v 0.449292 17.747128 0.071496</w:t>
        <w:br/>
        <w:t>v 0.328169 17.681217 -0.035844</w:t>
        <w:br/>
        <w:t>v 0.495309 18.192688 -0.362630</w:t>
        <w:br/>
        <w:t>v 0.357019 18.164177 -0.411779</w:t>
        <w:br/>
        <w:t>v 0.188973 18.141289 -0.450816</w:t>
        <w:br/>
        <w:t>v 0.443620 17.612411 0.116545</w:t>
        <w:br/>
        <w:t>v 0.441583 17.674362 0.098787</w:t>
        <w:br/>
        <w:t>v 0.421574 17.646645 0.043664</w:t>
        <w:br/>
        <w:t>v 0.435131 17.594227 0.083406</w:t>
        <w:br/>
        <w:t>v 0.362854 17.622559 0.021869</w:t>
        <w:br/>
        <w:t>v 0.405778 17.583950 0.079658</w:t>
        <w:br/>
        <w:t>v 0.466849 17.524525 0.137711</w:t>
        <w:br/>
        <w:t>v 0.466849 17.524525 0.137711</w:t>
        <w:br/>
        <w:t>v 0.451330 17.766876 0.093655</w:t>
        <w:br/>
        <w:t>v 0.452285 17.726063 0.161807</w:t>
        <w:br/>
        <w:t>v 0.211849 17.566368 -0.084012</w:t>
        <w:br/>
        <w:t>v 0.179578 17.577145 -0.114686</w:t>
        <w:br/>
        <w:t>v 0.143408 17.643059 -0.125112</w:t>
        <w:br/>
        <w:t>v 0.193236 17.646782 -0.066568</w:t>
        <w:br/>
        <w:t>v 0.112080 17.709274 -0.149309</w:t>
        <w:br/>
        <w:t>v 0.186898 17.719410 -0.077334</w:t>
        <w:br/>
        <w:t>v 0.255640 17.508163 -0.112686</w:t>
        <w:br/>
        <w:t>v 0.211849 17.566368 -0.084012</w:t>
        <w:br/>
        <w:t>v 0.250358 17.598125 -0.087885</w:t>
        <w:br/>
        <w:t>v 0.269223 17.664631 -0.080277</w:t>
        <w:br/>
        <w:t>v 0.304185 17.732288 -0.085257</w:t>
        <w:br/>
        <w:t>v 0.255640 17.508163 -0.112686</w:t>
        <w:br/>
        <w:t>v 0.407840 17.610622 0.109150</w:t>
        <w:br/>
        <w:t>v 0.405778 17.583950 0.079658</w:t>
        <w:br/>
        <w:t>v 0.362854 17.622559 0.021869</w:t>
        <w:br/>
        <w:t>v 0.379003 17.667042 0.079721</w:t>
        <w:br/>
        <w:t>v 0.328169 17.681217 -0.035844</w:t>
        <w:br/>
        <w:t>v 0.363559 17.737759 0.045513</w:t>
        <w:br/>
        <w:t>v 0.304185 17.732288 -0.085257</w:t>
        <w:br/>
        <w:t>v 0.368287 17.797989 0.002627</w:t>
        <w:br/>
        <w:t>v 0.466849 17.524525 0.137711</w:t>
        <w:br/>
        <w:t>v 0.441583 17.674362 0.098787</w:t>
        <w:br/>
        <w:t>v 0.443620 17.612411 0.116545</w:t>
        <w:br/>
        <w:t>v 0.407840 17.610622 0.109150</w:t>
        <w:br/>
        <w:t>v 0.449292 17.747128 0.071496</w:t>
        <w:br/>
        <w:t>v 0.476923 17.821533 0.039011</w:t>
        <w:br/>
        <w:t>v 0.466849 17.524525 0.137711</w:t>
        <w:br/>
        <w:t>v 0.442249 17.818298 0.147407</w:t>
        <w:br/>
        <w:t>v 0.468056 17.888264 0.101415</w:t>
        <w:br/>
        <w:t>v 0.543829 17.910851 0.118972</w:t>
        <w:br/>
        <w:t>v 0.502302 17.825104 0.165278</w:t>
        <w:br/>
        <w:t>v 0.479136 17.766838 0.203247</w:t>
        <w:br/>
        <w:t>v 0.441357 17.758801 0.192934</w:t>
        <w:br/>
        <w:t>v 0.452285 17.726063 0.161807</w:t>
        <w:br/>
        <w:t>v 0.441357 17.758801 0.192934</w:t>
        <w:br/>
        <w:t>v 0.449833 17.705276 0.252207</w:t>
        <w:br/>
        <w:t>v 0.468056 17.888264 0.101415</w:t>
        <w:br/>
        <w:t>v 0.442249 17.818298 0.147407</w:t>
        <w:br/>
        <w:t>v 0.451330 17.766876 0.093655</w:t>
        <w:br/>
        <w:t>v 0.476923 17.821533 0.039011</w:t>
        <w:br/>
        <w:t>v 0.449833 17.705276 0.252207</w:t>
        <w:br/>
        <w:t>v 0.584552 17.896862 0.160021</w:t>
        <w:br/>
        <w:t>v 0.538836 17.880703 0.152740</w:t>
        <w:br/>
        <w:t>v 0.608422 17.932381 0.124065</w:t>
        <w:br/>
        <w:t>v 0.619087 17.986534 0.143722</w:t>
        <w:br/>
        <w:t>v 0.594990 17.934040 0.172950</w:t>
        <w:br/>
        <w:t>v 0.575321 17.883987 0.199562</w:t>
        <w:br/>
        <w:t>v 0.547074 17.871422 0.196493</w:t>
        <w:br/>
        <w:t>v 0.556607 17.919678 0.169265</w:t>
        <w:br/>
        <w:t>v 0.559022 17.813057 0.227594</w:t>
        <w:br/>
        <w:t>v 0.570491 17.970387 0.139383</w:t>
        <w:br/>
        <w:t>v 0.538836 17.880703 0.152740</w:t>
        <w:br/>
        <w:t>v 0.543829 17.910851 0.118972</w:t>
        <w:br/>
        <w:t>v 0.538170 17.853062 0.183841</w:t>
        <w:br/>
        <w:t>v 0.615653 17.953209 0.170284</w:t>
        <w:br/>
        <w:t>v 0.624243 17.978802 0.187840</w:t>
        <w:br/>
        <w:t>v 0.644340 18.054070 0.149872</w:t>
        <w:br/>
        <w:t>v 0.696947 18.073990 0.157833</w:t>
        <w:br/>
        <w:t>v 0.653131 17.975254 0.189098</w:t>
        <w:br/>
        <w:t>v 0.615653 17.953209 0.170284</w:t>
        <w:br/>
        <w:t>v 0.624243 17.978802 0.187840</w:t>
        <w:br/>
        <w:t>v 0.630971 17.921173 0.225985</w:t>
        <w:br/>
        <w:t>v 0.644340 18.054070 0.149872</w:t>
        <w:br/>
        <w:t>v 0.619087 17.986534 0.143722</w:t>
        <w:br/>
        <w:t>v 0.630971 17.921173 0.225985</w:t>
        <w:br/>
        <w:t>v 0.608422 17.932381 0.124065</w:t>
        <w:br/>
        <w:t>v 0.000100 17.624874 -0.161684</w:t>
        <w:br/>
        <w:t>v 0.081381 17.643940 -0.137524</w:t>
        <w:br/>
        <w:t>v 0.000100 17.691719 -0.175279</w:t>
        <w:br/>
        <w:t>v 0.000100 17.570316 -0.168148</w:t>
        <w:br/>
        <w:t>v 0.045312 17.570820 -0.151182</w:t>
        <w:br/>
        <w:t>v 0.000100 17.498619 -0.185680</w:t>
        <w:br/>
        <w:t>v -0.000001 18.129467 -0.465354</w:t>
        <w:br/>
        <w:t>v 0.000125 17.571011 -0.134657</w:t>
        <w:br/>
        <w:t>v 0.000213 17.641300 -0.116057</w:t>
        <w:br/>
        <w:t>v 0.081381 17.643940 -0.137524</w:t>
        <w:br/>
        <w:t>v 0.045312 17.570820 -0.151182</w:t>
        <w:br/>
        <w:t>v 0.000226 17.710217 -0.114988</w:t>
        <w:br/>
        <w:t>v 0.112080 17.709274 -0.149309</w:t>
        <w:br/>
        <w:t>v 0.000100 17.498619 -0.185680</w:t>
        <w:br/>
        <w:t>v 0.619087 17.986534 0.143722</w:t>
        <w:br/>
        <w:t>v -0.722278 18.163925 -0.071989</w:t>
        <w:br/>
        <w:t>v -0.669218 18.119217 -0.133739</w:t>
        <w:br/>
        <w:t>v -0.736816 18.277451 -0.206305</w:t>
        <w:br/>
        <w:t>v -0.258371 17.857513 -0.203438</w:t>
        <w:br/>
        <w:t>v -0.305759 18.002041 -0.297811</w:t>
        <w:br/>
        <w:t>v -0.439346 18.034878 -0.252599</w:t>
        <w:br/>
        <w:t>v -0.381092 17.885220 -0.164790</w:t>
        <w:br/>
        <w:t>v -0.212542 17.713913 -0.135273</w:t>
        <w:br/>
        <w:t>v -0.111730 17.709187 -0.149309</w:t>
        <w:br/>
        <w:t>v -0.140542 17.850067 -0.222591</w:t>
        <w:br/>
        <w:t>v -0.803547 18.249344 0.065270</w:t>
        <w:br/>
        <w:t>v -0.840320 18.364445 -0.070391</w:t>
        <w:br/>
        <w:t>v -0.883986 18.455597 0.055800</w:t>
        <w:br/>
        <w:t>v -0.915590 18.627655 0.302324</w:t>
        <w:br/>
        <w:t>v -0.857852 18.435486 0.239643</w:t>
        <w:br/>
        <w:t>v -0.425461 17.774445 -0.045691</w:t>
        <w:br/>
        <w:t>v -0.477289 17.913303 -0.115201</w:t>
        <w:br/>
        <w:t>v -0.587131 17.980762 -0.039265</w:t>
        <w:br/>
        <w:t>v -0.473327 17.819496 0.038898</w:t>
        <w:br/>
        <w:t>v -0.799132 18.298859 0.172862</w:t>
        <w:br/>
        <w:t>v -0.742878 18.189156 0.163253</w:t>
        <w:br/>
        <w:t>v -0.167167 17.995377 -0.322901</w:t>
        <w:br/>
        <w:t>v -0.219849 17.583244 -0.114937</w:t>
        <w:br/>
        <w:t>v -0.255830 17.507397 -0.112145</w:t>
        <w:br/>
        <w:t>v -0.178963 17.576908 -0.114686</w:t>
        <w:br/>
        <w:t>v -0.142882 17.642872 -0.125124</w:t>
        <w:br/>
        <w:t>v -0.204934 17.649963 -0.120282</w:t>
        <w:br/>
        <w:t>v -0.302892 17.731647 -0.085295</w:t>
        <w:br/>
        <w:t>v -0.268030 17.663986 -0.080289</w:t>
        <w:br/>
        <w:t>v -0.522325 17.851814 0.064717</w:t>
        <w:br/>
        <w:t>v -0.538725 17.907829 0.118821</w:t>
        <w:br/>
        <w:t>v -0.727510 18.119984 0.058429</w:t>
        <w:br/>
        <w:t>v -0.663068 18.012516 0.140968</w:t>
        <w:br/>
        <w:t>v -0.613781 17.983341 0.143584</w:t>
        <w:br/>
        <w:t>v -0.561060 17.855587 0.191940</w:t>
        <w:br/>
        <w:t>v -0.578491 17.893204 0.159858</w:t>
        <w:br/>
        <w:t>v -0.588779 17.930267 0.172799</w:t>
        <w:br/>
        <w:t>v -0.568317 17.879684 0.199373</w:t>
        <w:br/>
        <w:t>v -0.635526 17.953987 0.180030</w:t>
        <w:br/>
        <w:t>v -0.646832 17.971405 0.188947</w:t>
        <w:br/>
        <w:t>v -0.623553 17.916557 0.225809</w:t>
        <w:br/>
        <w:t>v -0.673028 18.044033 0.009834</w:t>
        <w:br/>
        <w:t>v -0.691994 18.070984 0.157720</w:t>
        <w:br/>
        <w:t>v -0.495977 17.821293 0.165090</w:t>
        <w:br/>
        <w:t>v -0.494632 17.785126 0.115199</w:t>
        <w:br/>
        <w:t>v -0.475075 17.735825 0.170636</w:t>
        <w:br/>
        <w:t>v -0.470988 17.762775 0.201913</w:t>
        <w:br/>
        <w:t>v -0.438616 17.701363 0.248182</w:t>
        <w:br/>
        <w:t>v -0.561060 17.855587 0.191940</w:t>
        <w:br/>
        <w:t>v -0.551238 17.808201 0.227381</w:t>
        <w:br/>
        <w:t>v -0.531456 17.848972 0.183652</w:t>
        <w:br/>
        <w:t>v -0.552207 18.067627 -0.200256</w:t>
        <w:br/>
        <w:t>v -0.627087 18.226192 -0.291774</w:t>
        <w:br/>
        <w:t>v -0.253315 17.595409 -0.085357</w:t>
        <w:br/>
        <w:t>v -0.445043 17.744690 0.071345</w:t>
        <w:br/>
        <w:t>v -0.413451 17.707512 0.002049</w:t>
        <w:br/>
        <w:t>v -0.326170 17.680161 -0.035907</w:t>
        <w:br/>
        <w:t>v -0.357360 18.161625 -0.408886</w:t>
        <w:br/>
        <w:t>v -0.496003 18.188412 -0.357876</w:t>
        <w:br/>
        <w:t>v -0.189075 18.140003 -0.449332</w:t>
        <w:br/>
        <w:t>v -0.428253 17.590717 0.081419</w:t>
        <w:br/>
        <w:t>v -0.418029 17.644657 0.043538</w:t>
        <w:br/>
        <w:t>v -0.435246 17.672085 0.096800</w:t>
        <w:br/>
        <w:t>v -0.435309 17.610512 0.112445</w:t>
        <w:br/>
        <w:t>v -0.359347 17.620358 0.021266</w:t>
        <w:br/>
        <w:t>v -0.392285 17.579689 0.071936</w:t>
        <w:br/>
        <w:t>v -0.456374 17.523220 0.130907</w:t>
        <w:br/>
        <w:t>v -0.446602 17.764145 0.093479</w:t>
        <w:br/>
        <w:t>v -0.444515 17.722881 0.159757</w:t>
        <w:br/>
        <w:t>v -0.142882 17.642872 -0.125124</w:t>
        <w:br/>
        <w:t>v -0.178963 17.576908 -0.114686</w:t>
        <w:br/>
        <w:t>v -0.210908 17.565941 -0.084037</w:t>
        <w:br/>
        <w:t>v -0.192055 17.646229 -0.066593</w:t>
        <w:br/>
        <w:t>v -0.185818 17.718895 -0.077359</w:t>
        <w:br/>
        <w:t>v -0.111730 17.709187 -0.149309</w:t>
        <w:br/>
        <w:t>v -0.255830 17.507397 -0.112145</w:t>
        <w:br/>
        <w:t>v -0.253315 17.595409 -0.085357</w:t>
        <w:br/>
        <w:t>v -0.268030 17.663986 -0.080289</w:t>
        <w:br/>
        <w:t>v -0.302892 17.731647 -0.085295</w:t>
        <w:br/>
        <w:t>v -0.255830 17.507397 -0.112145</w:t>
        <w:br/>
        <w:t>v -0.359347 17.620358 0.021266</w:t>
        <w:br/>
        <w:t>v -0.392285 17.579689 0.071936</w:t>
        <w:br/>
        <w:t>v -0.400045 17.608799 0.105503</w:t>
        <w:br/>
        <w:t>v -0.373722 17.664993 0.078388</w:t>
        <w:br/>
        <w:t>v -0.326170 17.680161 -0.035907</w:t>
        <w:br/>
        <w:t>v -0.360039 17.735786 0.045412</w:t>
        <w:br/>
        <w:t>v -0.302892 17.731647 -0.085295</w:t>
        <w:br/>
        <w:t>v -0.365560 17.796494 0.002539</w:t>
        <w:br/>
        <w:t>v -0.456374 17.523220 0.130907</w:t>
        <w:br/>
        <w:t>v -0.435309 17.610512 0.112445</w:t>
        <w:br/>
        <w:t>v -0.435246 17.672085 0.096800</w:t>
        <w:br/>
        <w:t>v -0.445043 17.744690 0.071345</w:t>
        <w:br/>
        <w:t>v -0.473327 17.819496 0.038898</w:t>
        <w:br/>
        <w:t>v -0.538725 17.907829 0.118821</w:t>
        <w:br/>
        <w:t>v -0.463342 17.885494 0.101277</w:t>
        <w:br/>
        <w:t>v -0.436353 17.814877 0.147231</w:t>
        <w:br/>
        <w:t>v -0.495977 17.821293 0.165090</w:t>
        <w:br/>
        <w:t>v -0.432957 17.755180 0.191047</w:t>
        <w:br/>
        <w:t>v -0.470988 17.762775 0.201913</w:t>
        <w:br/>
        <w:t>v -0.432957 17.755180 0.191047</w:t>
        <w:br/>
        <w:t>v -0.444515 17.722881 0.159757</w:t>
        <w:br/>
        <w:t>v -0.438616 17.701363 0.248182</w:t>
        <w:br/>
        <w:t>v -0.446602 17.764145 0.093479</w:t>
        <w:br/>
        <w:t>v -0.436353 17.814877 0.147231</w:t>
        <w:br/>
        <w:t>v -0.463342 17.885494 0.101277</w:t>
        <w:br/>
        <w:t>v -0.473327 17.819496 0.038898</w:t>
        <w:br/>
        <w:t>v -0.438616 17.701363 0.248182</w:t>
        <w:br/>
        <w:t>v -0.532902 17.877132 0.152576</w:t>
        <w:br/>
        <w:t>v -0.578491 17.893204 0.159858</w:t>
        <w:br/>
        <w:t>v -0.613781 17.983341 0.143584</w:t>
        <w:br/>
        <w:t>v -0.603292 17.929337 0.123927</w:t>
        <w:br/>
        <w:t>v -0.588779 17.930267 0.172799</w:t>
        <w:br/>
        <w:t>v -0.550408 17.915916 0.169089</w:t>
        <w:br/>
        <w:t>v -0.540096 17.867146 0.196304</w:t>
        <w:br/>
        <w:t>v -0.568317 17.879684 0.199373</w:t>
        <w:br/>
        <w:t>v -0.551238 17.808201 0.227381</w:t>
        <w:br/>
        <w:t>v -0.565173 17.967205 0.139245</w:t>
        <w:br/>
        <w:t>v -0.538725 17.907829 0.118821</w:t>
        <w:br/>
        <w:t>v -0.532902 17.877132 0.152576</w:t>
        <w:br/>
        <w:t>v -0.531456 17.848972 0.183652</w:t>
        <w:br/>
        <w:t>v -0.609605 17.949535 0.170120</w:t>
        <w:br/>
        <w:t>v -0.691994 18.070984 0.157720</w:t>
        <w:br/>
        <w:t>v -0.639311 18.051025 0.149759</w:t>
        <w:br/>
        <w:t>v -0.617931 17.974937 0.187689</w:t>
        <w:br/>
        <w:t>v -0.646832 17.971405 0.188947</w:t>
        <w:br/>
        <w:t>v -0.617931 17.974937 0.187689</w:t>
        <w:br/>
        <w:t>v -0.609605 17.949535 0.170120</w:t>
        <w:br/>
        <w:t>v -0.623553 17.916557 0.225809</w:t>
        <w:br/>
        <w:t>v -0.639311 18.051025 0.149759</w:t>
        <w:br/>
        <w:t>v -0.613781 17.983341 0.143584</w:t>
        <w:br/>
        <w:t>v -0.623553 17.916557 0.225809</w:t>
        <w:br/>
        <w:t>v -0.603292 17.929337 0.123927</w:t>
        <w:br/>
        <w:t>v -0.081043 17.643867 -0.137524</w:t>
        <w:br/>
        <w:t>v -0.045075 17.570808 -0.151182</w:t>
        <w:br/>
        <w:t>v -0.081043 17.643867 -0.137524</w:t>
        <w:br/>
        <w:t>v -0.045075 17.570808 -0.151182</w:t>
        <w:br/>
        <w:t>v -0.111730 17.709187 -0.149309</w:t>
        <w:br/>
        <w:t>v -0.613781 17.983341 0.143584</w:t>
        <w:br/>
        <w:t>v 0.921123 17.187403 0.272821</w:t>
        <w:br/>
        <w:t>v 0.894901 17.033604 0.415399</w:t>
        <w:br/>
        <w:t>v 0.860643 17.218037 0.406986</w:t>
        <w:br/>
        <w:t>v 1.095948 16.699978 0.919903</w:t>
        <w:br/>
        <w:t>v 1.003134 16.671995 0.913652</w:t>
        <w:br/>
        <w:t>v 0.960550 16.740686 0.871873</w:t>
        <w:br/>
        <w:t>v 1.034726 16.766809 0.867132</w:t>
        <w:br/>
        <w:t>v 1.050974 16.366211 1.034097</w:t>
        <w:br/>
        <w:t>v 1.101230 16.319326 0.904233</w:t>
        <w:br/>
        <w:t>v 1.096212 16.390457 0.824071</w:t>
        <w:br/>
        <w:t>v 1.047214 16.428051 0.974007</w:t>
        <w:br/>
        <w:t>v 1.093143 16.242334 1.000178</w:t>
        <w:br/>
        <w:t>v 1.251355 16.208490 0.952514</w:t>
        <w:br/>
        <w:t>v 1.248500 16.297493 0.849852</w:t>
        <w:br/>
        <w:t>v 1.184549 16.489120 0.725836</w:t>
        <w:br/>
        <w:t>v 1.132709 16.575747 0.700419</w:t>
        <w:br/>
        <w:t>v 1.036009 16.559500 0.734325</w:t>
        <w:br/>
        <w:t>v 1.071650 16.469213 0.765087</w:t>
        <w:br/>
        <w:t>v 0.799723 16.802399 0.606498</w:t>
        <w:br/>
        <w:t>v 0.856153 16.804348 0.498542</w:t>
        <w:br/>
        <w:t>v 0.780770 16.851799 0.371495</w:t>
        <w:br/>
        <w:t>v 0.729144 16.871960 0.504818</w:t>
        <w:br/>
        <w:t>v 0.648805 17.002766 0.378928</w:t>
        <w:br/>
        <w:t>v 0.693854 17.144855 0.117917</w:t>
        <w:br/>
        <w:t>v 0.633374 17.182787 0.249755</w:t>
        <w:br/>
        <w:t>v 1.220756 16.367823 1.210972</w:t>
        <w:br/>
        <w:t>v 1.220404 16.419775 1.133614</w:t>
        <w:br/>
        <w:t>v 1.384577 16.420630 1.100148</w:t>
        <w:br/>
        <w:t>v 1.375924 16.345789 1.206243</w:t>
        <w:br/>
        <w:t>v 1.138494 16.634630 0.958827</w:t>
        <w:br/>
        <w:t>v 1.182511 16.540936 1.012025</w:t>
        <w:br/>
        <w:t>v 1.037128 16.599127 0.954891</w:t>
        <w:br/>
        <w:t>v 0.987049 16.627764 0.723459</w:t>
        <w:br/>
        <w:t>v 0.985527 16.649206 0.834999</w:t>
        <w:br/>
        <w:t>v 1.019534 16.578463 0.864504</w:t>
        <w:br/>
        <w:t>v 1.036009 16.559500 0.734325</w:t>
        <w:br/>
        <w:t>v 0.916910 16.905437 0.663407</w:t>
        <w:br/>
        <w:t>v 0.852556 16.892860 0.726691</w:t>
        <w:br/>
        <w:t>v 0.809973 16.972481 0.622307</w:t>
        <w:br/>
        <w:t>v 0.934278 16.680485 0.718341</w:t>
        <w:br/>
        <w:t>v 0.987049 16.627764 0.723459</w:t>
        <w:br/>
        <w:t>v 1.061853 16.657532 0.682561</w:t>
        <w:br/>
        <w:t>v 1.016704 16.719545 0.660263</w:t>
        <w:br/>
        <w:t>v 1.018917 16.259676 1.235685</w:t>
        <w:br/>
        <w:t>v 1.068015 16.169918 1.127226</w:t>
        <w:br/>
        <w:t>v 1.037618 16.304173 1.135966</w:t>
        <w:br/>
        <w:t>v 0.963946 17.382010 0.164022</w:t>
        <w:br/>
        <w:t>v 0.901956 17.148239 0.122205</w:t>
        <w:br/>
        <w:t>v 0.668689 17.349688 0.045036</w:t>
        <w:br/>
        <w:t>v 1.000719 17.603279 0.125312</w:t>
        <w:br/>
        <w:t>v 0.932794 17.811848 -0.056481</w:t>
        <w:br/>
        <w:t>v 0.928933 17.576742 -0.034069</w:t>
        <w:br/>
        <w:t>v 0.707411 17.846809 0.100561</w:t>
        <w:br/>
        <w:t>v 0.673216 17.611139 0.126356</w:t>
        <w:br/>
        <w:t>v 0.670500 17.588943 -0.003898</w:t>
        <w:br/>
        <w:t>v 0.694835 17.836952 -0.035377</w:t>
        <w:br/>
        <w:t>v 1.012578 17.846634 0.091481</w:t>
        <w:br/>
        <w:t>v 0.927386 18.076420 -0.052909</w:t>
        <w:br/>
        <w:t>v 0.738148 18.082394 0.083734</w:t>
        <w:br/>
        <w:t>v 0.708266 18.073486 -0.041980</w:t>
        <w:br/>
        <w:t>v 0.862504 16.734537 0.670462</w:t>
        <w:br/>
        <w:t>v 0.867736 16.780354 0.782996</w:t>
        <w:br/>
        <w:t>v 0.929939 16.716438 0.814173</w:t>
        <w:br/>
        <w:t>v 0.934278 16.680485 0.718341</w:t>
        <w:br/>
        <w:t>v 0.737570 17.389442 0.260684</w:t>
        <w:br/>
        <w:t>v 0.783235 17.624283 0.221962</w:t>
        <w:br/>
        <w:t>v 0.955494 17.624308 0.254987</w:t>
        <w:br/>
        <w:t>v 0.910936 17.400221 0.303331</w:t>
        <w:br/>
        <w:t>v 0.844658 18.098942 0.145245</w:t>
        <w:br/>
        <w:t>v 0.857222 18.318287 0.143157</w:t>
        <w:br/>
        <w:t>v 0.986193 18.336388 0.128480</w:t>
        <w:br/>
        <w:t>v 0.990142 18.117630 0.153709</w:t>
        <w:br/>
        <w:t>v 0.691389 17.053577 0.486255</w:t>
        <w:br/>
        <w:t>v 0.819744 17.067234 0.519142</w:t>
        <w:br/>
        <w:t>v 0.819530 17.863728 0.181478</w:t>
        <w:br/>
        <w:t>v 1.206130 16.729155 0.865158</w:t>
        <w:br/>
        <w:t>v 1.285814 16.666460 0.907025</w:t>
        <w:br/>
        <w:t>v 1.038360 16.497999 0.915640</w:t>
        <w:br/>
        <w:t>v 1.071650 16.469213 0.765087</w:t>
        <w:br/>
        <w:t>v 1.221649 16.383291 0.774356</w:t>
        <w:br/>
        <w:t>v 1.205325 16.474369 1.071361</w:t>
        <w:br/>
        <w:t>v 1.342421 16.582300 0.962286</w:t>
        <w:br/>
        <w:t>v 1.376075 16.498755 1.027532</w:t>
        <w:br/>
        <w:t>v 1.227095 16.114456 1.111430</w:t>
        <w:br/>
        <w:t>v 1.357764 16.282440 1.307723</w:t>
        <w:br/>
        <w:t>v 1.213789 16.311565 1.297297</w:t>
        <w:br/>
        <w:t>v 1.248500 16.297493 0.849852</w:t>
        <w:br/>
        <w:t>v 1.251355 16.208490 0.952514</w:t>
        <w:br/>
        <w:t>v 1.361813 16.264820 1.068758</w:t>
        <w:br/>
        <w:t>v 1.359009 16.355057 0.967769</w:t>
        <w:br/>
        <w:t>v 1.132709 16.575747 0.700419</w:t>
        <w:br/>
        <w:t>v 1.184549 16.489120 0.725836</w:t>
        <w:br/>
        <w:t>v 1.294278 16.540773 0.838533</w:t>
        <w:br/>
        <w:t>v 1.236540 16.627600 0.784241</w:t>
        <w:br/>
        <w:t>v 1.001172 16.791470 0.625413</w:t>
        <w:br/>
        <w:t>v 0.937145 16.749176 0.630393</w:t>
        <w:br/>
        <w:t>v 1.016704 16.719545 0.660263</w:t>
        <w:br/>
        <w:t>v 0.853437 16.870476 0.325805</w:t>
        <w:br/>
        <w:t>v 0.824372 16.950260 0.183918</w:t>
        <w:br/>
        <w:t>v 0.780770 16.851799 0.371495</w:t>
        <w:br/>
        <w:t>v 1.154453 16.696028 0.747832</w:t>
        <w:br/>
        <w:t>v 1.090993 16.751804 0.709751</w:t>
        <w:br/>
        <w:t>v 1.061853 16.657532 0.682561</w:t>
        <w:br/>
        <w:t>v 0.792466 17.110737 0.042194</w:t>
        <w:br/>
        <w:t>v 0.776305 17.328371 -0.053701</w:t>
        <w:br/>
        <w:t>v 0.668689 17.349688 0.045036</w:t>
        <w:br/>
        <w:t>v 0.693854 17.144855 0.117917</w:t>
        <w:br/>
        <w:t>v 0.783675 17.561638 -0.093468</w:t>
        <w:br/>
        <w:t>v 0.785234 17.822639 -0.112144</w:t>
        <w:br/>
        <w:t>v 0.694835 17.836952 -0.035377</w:t>
        <w:br/>
        <w:t>v 0.670500 17.588943 -0.003898</w:t>
        <w:br/>
        <w:t>v 0.708266 18.073486 -0.041980</w:t>
        <w:br/>
        <w:t>v 0.796100 18.067299 -0.124368</w:t>
        <w:br/>
        <w:t>v 1.333667 16.440826 0.906710</w:t>
        <w:br/>
        <w:t>v 1.221649 16.383291 0.774356</w:t>
        <w:br/>
        <w:t>v 1.328196 16.181614 1.212054</w:t>
        <w:br/>
        <w:t>v 1.227095 16.114456 1.111430</w:t>
        <w:br/>
        <w:t>v 0.967442 16.834120 0.801295</w:t>
        <w:br/>
        <w:t>v 1.017987 16.835764 0.718818</w:t>
        <w:br/>
        <w:t>v 0.802389 16.836231 0.709889</w:t>
        <w:br/>
        <w:t>v 0.724805 16.913235 0.610183</w:t>
        <w:br/>
        <w:t>v 0.906471 16.916782 0.405892</w:t>
        <w:br/>
        <w:t>v 0.921903 16.829338 0.486720</w:t>
        <w:br/>
        <w:t>v 0.943735 16.877441 0.559940</w:t>
        <w:br/>
        <w:t>v 0.883394 16.957779 0.524085</w:t>
        <w:br/>
        <w:t>v 0.894348 16.991261 0.271072</w:t>
        <w:br/>
        <w:t>v 0.724012 16.954876 0.259188</w:t>
        <w:br/>
        <w:t>v 1.001172 16.791470 0.625413</w:t>
        <w:br/>
        <w:t>v 0.937145 16.749176 0.630393</w:t>
        <w:br/>
        <w:t>v 1.123981 16.784945 0.827303</w:t>
        <w:br/>
        <w:t>v 1.357764 16.282440 1.307723</w:t>
        <w:br/>
        <w:t>v 1.375924 16.345789 1.206243</w:t>
        <w:br/>
        <w:t>v 1.055250 16.107866 1.285626</w:t>
        <w:br/>
        <w:t>v 1.203086 16.054239 1.270760</w:t>
        <w:br/>
        <w:t>v 1.290555 16.111513 1.348797</w:t>
        <w:br/>
        <w:t>v 1.203086 16.054239 1.270760</w:t>
        <w:br/>
        <w:t>v 1.042472 16.058392 1.421187</w:t>
        <w:br/>
        <w:t>v 1.163005 16.004463 1.418974</w:t>
        <w:br/>
        <w:t>v 1.242991 16.059183 1.478599</w:t>
        <w:br/>
        <w:t>v 1.163005 16.004463 1.418974</w:t>
        <w:br/>
        <w:t>v 0.952664 15.938135 1.959106</w:t>
        <w:br/>
        <w:t>v 0.893278 15.918477 2.164894</w:t>
        <w:br/>
        <w:t>v 0.990570 15.920679 1.952089</w:t>
        <w:br/>
        <w:t>v 0.990570 15.920679 1.952089</w:t>
        <w:br/>
        <w:t>v 0.893278 15.918477 2.164894</w:t>
        <w:br/>
        <w:t>v 1.032336 15.937456 1.980348</w:t>
        <w:br/>
        <w:t>v 0.943194 15.973399 1.986724</w:t>
        <w:br/>
        <w:t>v 0.893278 15.918477 2.164894</w:t>
        <w:br/>
        <w:t>v 1.276281 16.143484 1.540512</w:t>
        <w:br/>
        <w:t>v 1.323681 16.211472 1.425916</w:t>
        <w:br/>
        <w:t>v 0.893278 15.918477 2.164894</w:t>
        <w:br/>
        <w:t>v 1.030588 15.968986 2.002017</w:t>
        <w:br/>
        <w:t>v 1.038008 15.922401 1.808881</w:t>
        <w:br/>
        <w:t>v 0.979829 15.958673 1.820237</w:t>
        <w:br/>
        <w:t>v 1.038008 15.922401 1.808881</w:t>
        <w:br/>
        <w:t>v 1.097494 15.958408 1.851666</w:t>
        <w:br/>
        <w:t>v 0.972988 16.016876 1.841127</w:t>
        <w:br/>
        <w:t>v 1.111517 16.007357 1.882503</w:t>
        <w:br/>
        <w:t>v 1.130180 15.968897 1.548737</w:t>
        <w:br/>
        <w:t>v 1.022287 16.020069 1.553944</w:t>
        <w:br/>
        <w:t>v 0.997801 15.985699 1.679381</w:t>
        <w:br/>
        <w:t>v 1.089106 15.941808 1.674716</w:t>
        <w:br/>
        <w:t>v 1.153246 15.980920 1.718557</w:t>
        <w:br/>
        <w:t>v 1.199049 16.015757 1.593421</w:t>
        <w:br/>
        <w:t>v 1.130180 15.968897 1.548737</w:t>
        <w:br/>
        <w:t>v 1.089106 15.941808 1.674716</w:t>
        <w:br/>
        <w:t>v 1.000593 16.110355 1.588366</w:t>
        <w:br/>
        <w:t>v 0.991450 16.060516 1.707163</w:t>
        <w:br/>
        <w:t>v 1.171947 16.049500 1.766184</w:t>
        <w:br/>
        <w:t>v 1.229056 16.095203 1.652229</w:t>
        <w:br/>
        <w:t>v 1.342421 16.582300 0.962286</w:t>
        <w:br/>
        <w:t>v 1.285814 16.666460 0.907025</w:t>
        <w:br/>
        <w:t>v 0.853437 16.870476 0.325805</w:t>
        <w:br/>
        <w:t>v 1.206130 16.729155 0.865158</w:t>
        <w:br/>
        <w:t>v 0.776305 17.328371 -0.053701</w:t>
        <w:br/>
        <w:t>v 0.792466 17.110737 0.042194</w:t>
        <w:br/>
        <w:t>v 0.915715 17.355625 0.022059</w:t>
        <w:br/>
        <w:t>v 0.785234 17.822639 -0.112144</w:t>
        <w:br/>
        <w:t>v 0.783675 17.561638 -0.093468</w:t>
        <w:br/>
        <w:t>v 0.796100 18.067299 -0.124368</w:t>
        <w:br/>
        <w:t>v 1.384577 16.420630 1.100148</w:t>
        <w:br/>
        <w:t>v 1.376075 16.498755 1.027532</w:t>
        <w:br/>
        <w:t>v 0.856153 16.804348 0.498542</w:t>
        <w:br/>
        <w:t>v 0.724012 16.954876 0.259188</w:t>
        <w:br/>
        <w:t>v 0.921903 16.829338 0.486720</w:t>
        <w:br/>
        <w:t>v 1.064721 16.519632 1.020225</w:t>
        <w:br/>
        <w:t>v 1.076555 16.458384 1.084038</w:t>
        <w:br/>
        <w:t>v 1.003134 16.671995 0.913652</w:t>
        <w:br/>
        <w:t>v 1.037128 16.599127 0.954891</w:t>
        <w:br/>
        <w:t>v 0.960550 16.740686 0.871873</w:t>
        <w:br/>
        <w:t>v 0.641159 17.372652 0.168172</w:t>
        <w:br/>
        <w:t>v 0.707575 17.208632 0.360466</w:t>
        <w:br/>
        <w:t>v 0.981955 17.867649 0.201248</w:t>
        <w:br/>
        <w:t>v 0.724805 16.913235 0.610183</w:t>
        <w:br/>
        <w:t>v 0.860643 17.218037 0.406986</w:t>
        <w:br/>
        <w:t>v 0.904333 16.809494 0.812538</w:t>
        <w:br/>
        <w:t>v 0.802389 16.836231 0.709889</w:t>
        <w:br/>
        <w:t>v 0.910936 17.400221 0.303331</w:t>
        <w:br/>
        <w:t>v 0.955494 17.624308 0.254987</w:t>
        <w:br/>
        <w:t>v 0.968322 18.542301 0.065686</w:t>
        <w:br/>
        <w:t>v 0.909602 18.544022 -0.020614</w:t>
        <w:br/>
        <w:t>v 0.931146 18.314728 -0.042559</w:t>
        <w:br/>
        <w:t>v 0.996669 18.324627 0.043112</w:t>
        <w:br/>
        <w:t>v 0.797383 18.544487 -0.099556</w:t>
        <w:br/>
        <w:t>v 0.807142 18.299789 -0.116810</w:t>
        <w:br/>
        <w:t>v 0.852015 18.547077 0.192154</w:t>
        <w:br/>
        <w:t>v 0.749089 18.309093 0.093518</w:t>
        <w:br/>
        <w:t>v 0.743078 18.545506 0.116670</w:t>
        <w:br/>
        <w:t>v 0.717535 18.308632 -0.034623</w:t>
        <w:br/>
        <w:t>v 0.722754 18.545166 -0.003925</w:t>
        <w:br/>
        <w:t>v 0.807142 18.299789 -0.116810</w:t>
        <w:br/>
        <w:t>v 0.797383 18.544487 -0.099556</w:t>
        <w:br/>
        <w:t>v 0.722754 18.545166 -0.003925</w:t>
        <w:br/>
        <w:t>v 0.717535 18.308632 -0.034623</w:t>
        <w:br/>
        <w:t>v 0.961820 18.547558 0.170133</w:t>
        <w:br/>
        <w:t>v 0.927146 18.766148 0.111237</w:t>
        <w:br/>
        <w:t>v 0.878262 18.772236 0.009507</w:t>
        <w:br/>
        <w:t>v 0.784630 18.780750 -0.071209</w:t>
        <w:br/>
        <w:t>v 0.827679 18.780483 0.229166</w:t>
        <w:br/>
        <w:t>v 0.732966 18.779945 0.156324</w:t>
        <w:br/>
        <w:t>v 0.712869 18.779366 0.026095</w:t>
        <w:br/>
        <w:t>v 0.712869 18.779366 0.026095</w:t>
        <w:br/>
        <w:t>v 0.784630 18.780750 -0.071209</w:t>
        <w:br/>
        <w:t>v 0.920682 18.773491 0.205799</w:t>
        <w:br/>
        <w:t>v 1.115655 16.101000 1.632232</w:t>
        <w:br/>
        <w:t>v 1.155182 16.165543 1.522817</w:t>
        <w:br/>
        <w:t>v 1.276281 16.143484 1.540512</w:t>
        <w:br/>
        <w:t>v 1.229056 16.095203 1.652229</w:t>
        <w:br/>
        <w:t>v 0.988444 15.971965 1.996245</w:t>
        <w:br/>
        <w:t>v 1.043391 16.014311 1.860884</w:t>
        <w:br/>
        <w:t>v 1.111517 16.007357 1.882503</w:t>
        <w:br/>
        <w:t>v 1.030588 15.968986 2.002017</w:t>
        <w:br/>
        <w:t>v 1.080818 16.055210 1.743370</w:t>
        <w:br/>
        <w:t>v 1.171947 16.049500 1.766184</w:t>
        <w:br/>
        <w:t>v 0.893278 15.918477 2.164894</w:t>
        <w:br/>
        <w:t>v 1.064721 16.519632 1.020225</w:t>
        <w:br/>
        <w:t>v 1.076555 16.458384 1.084038</w:t>
        <w:br/>
        <w:t>v 0.992343 16.215031 1.349200</w:t>
        <w:br/>
        <w:t>v 1.000002 16.164913 1.475517</w:t>
        <w:br/>
        <w:t>v 1.082403 16.410543 1.134281</w:t>
        <w:br/>
        <w:t>v 1.082403 16.410543 1.134281</w:t>
        <w:br/>
        <w:t>v 1.082076 16.375998 1.194233</w:t>
        <w:br/>
        <w:t>v 1.082076 16.375998 1.194233</w:t>
        <w:br/>
        <w:t>v 1.071046 16.335600 1.279652</w:t>
        <w:br/>
        <w:t>v 1.189642 16.246485 1.411931</w:t>
        <w:br/>
        <w:t>v 1.051678 16.278353 1.395418</w:t>
        <w:br/>
        <w:t>v 1.071046 16.335600 1.279652</w:t>
        <w:br/>
        <w:t>v 1.023608 16.223570 1.506481</w:t>
        <w:br/>
        <w:t>v 0.966800 16.179905 1.452150</w:t>
        <w:br/>
        <w:t>v 0.992343 16.215031 1.349200</w:t>
        <w:br/>
        <w:t>v 1.143725 16.187288 1.529911</w:t>
        <w:br/>
        <w:t>v 0.986860 16.179325 1.629428</w:t>
        <w:br/>
        <w:t>v 0.933133 16.141647 1.584832</w:t>
        <w:br/>
        <w:t>v 1.085207 16.147181 1.651625</w:t>
        <w:br/>
        <w:t>v 0.952928 16.152613 1.730555</w:t>
        <w:br/>
        <w:t>v 0.906622 16.119211 1.695731</w:t>
        <w:br/>
        <w:t>v 1.024136 16.125059 1.753595</w:t>
        <w:br/>
        <w:t>v 0.876036 16.128731 1.890099</w:t>
        <w:br/>
        <w:t>v 0.825177 16.116432 1.994106</w:t>
        <w:br/>
        <w:t>v 0.855046 16.109137 1.872166</w:t>
        <w:br/>
        <w:t>v 0.914470 16.107740 1.909455</w:t>
        <w:br/>
        <w:t>v 0.825177 16.116432 1.994106</w:t>
        <w:br/>
        <w:t>v 0.876036 16.128731 1.890099</w:t>
        <w:br/>
        <w:t>v 1.051678 16.278353 1.395418</w:t>
        <w:br/>
        <w:t>v 1.055049 16.173025 1.484736</w:t>
        <w:br/>
        <w:t>v 1.078366 16.225393 1.387180</w:t>
        <w:br/>
        <w:t>v 0.992343 16.215031 1.349200</w:t>
        <w:br/>
        <w:t>v 0.966800 16.179905 1.452150</w:t>
        <w:br/>
        <w:t>v 1.006290 16.132227 1.622033</w:t>
        <w:br/>
        <w:t>v 0.933133 16.141647 1.584832</w:t>
        <w:br/>
        <w:t>v 0.906622 16.119211 1.695731</w:t>
        <w:br/>
        <w:t>v 0.967404 16.112354 1.720242</w:t>
        <w:br/>
        <w:t>v 0.825177 16.116432 1.994106</w:t>
        <w:br/>
        <w:t>v 0.885959 16.103878 1.889307</w:t>
        <w:br/>
        <w:t>v 0.855046 16.109137 1.872166</w:t>
        <w:br/>
        <w:t>v 1.143725 16.187288 1.529911</w:t>
        <w:br/>
        <w:t>v 1.189642 16.246485 1.411931</w:t>
        <w:br/>
        <w:t>v 1.085207 16.147181 1.651625</w:t>
        <w:br/>
        <w:t>v 0.926782 16.104195 1.805762</w:t>
        <w:br/>
        <w:t>v 0.914470 16.107740 1.909455</w:t>
        <w:br/>
        <w:t>v 0.972220 16.113098 1.833304</w:t>
        <w:br/>
        <w:t>v 1.000593 16.110355 1.588366</w:t>
        <w:br/>
        <w:t>v 1.115655 16.101000 1.632232</w:t>
        <w:br/>
        <w:t>v 1.080818 16.055210 1.743370</w:t>
        <w:br/>
        <w:t>v 0.991450 16.060516 1.707163</w:t>
        <w:br/>
        <w:t>v 1.123981 16.784945 0.827303</w:t>
        <w:br/>
        <w:t>v 0.819744 17.067234 0.519142</w:t>
        <w:br/>
        <w:t>v 0.981955 17.867649 0.201248</w:t>
        <w:br/>
        <w:t>v 0.990142 18.117630 0.153709</w:t>
        <w:br/>
        <w:t>v 1.007359 18.094467 0.060530</w:t>
        <w:br/>
        <w:t>v 0.961820 18.547558 0.170133</w:t>
        <w:br/>
        <w:t>v 0.986193 18.336388 0.128480</w:t>
        <w:br/>
        <w:t>v 0.920682 18.773491 0.205799</w:t>
        <w:br/>
        <w:t>v 0.914834 16.137407 1.810566</w:t>
        <w:br/>
        <w:t>v 0.881192 16.110960 1.784294</w:t>
        <w:br/>
        <w:t>v 0.972220 16.113098 1.833304</w:t>
        <w:br/>
        <w:t>v 0.881192 16.110960 1.784294</w:t>
        <w:br/>
        <w:t>v 1.024136 16.125059 1.753595</w:t>
        <w:br/>
        <w:t>v 1.043391 16.014311 1.860884</w:t>
        <w:br/>
        <w:t>v 0.988444 15.971965 1.996245</w:t>
        <w:br/>
        <w:t>v 0.943194 15.973399 1.986724</w:t>
        <w:br/>
        <w:t>v 0.972988 16.016876 1.841127</w:t>
        <w:br/>
        <w:t>v 0.893278 15.918477 2.164894</w:t>
        <w:br/>
        <w:t>v 1.323681 16.211472 1.425916</w:t>
        <w:br/>
        <w:t>v 1.000002 16.164913 1.475517</w:t>
        <w:br/>
        <w:t>v 1.155182 16.165543 1.522817</w:t>
        <w:br/>
        <w:t>v 0.992343 16.215031 1.349200</w:t>
        <w:br/>
        <w:t>v 1.189642 16.246485 1.411931</w:t>
        <w:br/>
        <w:t>v 1.132709 16.575747 0.700419</w:t>
        <w:br/>
        <w:t>v -0.893794 17.033001 0.415550</w:t>
        <w:br/>
        <w:t>v -0.919677 17.186584 0.272984</w:t>
        <w:br/>
        <w:t>v -0.856681 17.215876 0.407564</w:t>
        <w:br/>
        <w:t>v -0.960349 16.740589 0.871911</w:t>
        <w:br/>
        <w:t>v -1.003134 16.671997 0.913652</w:t>
        <w:br/>
        <w:t>v -1.095948 16.699978 0.919903</w:t>
        <w:br/>
        <w:t>v -1.034513 16.766697 0.867157</w:t>
        <w:br/>
        <w:t>v -1.050975 16.366211 1.034097</w:t>
        <w:br/>
        <w:t>v -1.047215 16.428051 0.974006</w:t>
        <w:br/>
        <w:t>v -1.096213 16.390457 0.824070</w:t>
        <w:br/>
        <w:t>v -1.101231 16.319328 0.904232</w:t>
        <w:br/>
        <w:t>v -1.248501 16.297493 0.849852</w:t>
        <w:br/>
        <w:t>v -1.251356 16.208492 0.952513</w:t>
        <w:br/>
        <w:t>v -1.093144 16.242336 1.000178</w:t>
        <w:br/>
        <w:t>v -1.036009 16.559502 0.734325</w:t>
        <w:br/>
        <w:t>v -1.132709 16.575748 0.700419</w:t>
        <w:br/>
        <w:t>v -1.184549 16.489120 0.725836</w:t>
        <w:br/>
        <w:t>v -1.071651 16.469223 0.765087</w:t>
        <w:br/>
        <w:t>v -0.780770 16.851801 0.371495</w:t>
        <w:br/>
        <w:t>v -0.856153 16.804361 0.498542</w:t>
        <w:br/>
        <w:t>v -0.799534 16.802299 0.606523</w:t>
        <w:br/>
        <w:t>v -0.728729 16.871746 0.504868</w:t>
        <w:br/>
        <w:t>v -0.693427 17.144615 0.117942</w:t>
        <w:br/>
        <w:t>v -0.647749 17.002176 0.379066</w:t>
        <w:br/>
        <w:t>v -0.631387 17.181681 0.249982</w:t>
        <w:br/>
        <w:t>v -1.220757 16.367825 1.210971</w:t>
        <w:br/>
        <w:t>v -1.375925 16.345791 1.206243</w:t>
        <w:br/>
        <w:t>v -1.384578 16.420631 1.100148</w:t>
        <w:br/>
        <w:t>v -1.220405 16.419788 1.133614</w:t>
        <w:br/>
        <w:t>v -1.182512 16.540936 1.012025</w:t>
        <w:br/>
        <w:t>v -1.138494 16.634632 0.958827</w:t>
        <w:br/>
        <w:t>v -1.037128 16.599129 0.954890</w:t>
        <w:br/>
        <w:t>v -1.019534 16.578465 0.864504</w:t>
        <w:br/>
        <w:t>v -0.985527 16.649208 0.834999</w:t>
        <w:br/>
        <w:t>v -0.987049 16.627766 0.723459</w:t>
        <w:br/>
        <w:t>v -1.036009 16.559502 0.734325</w:t>
        <w:br/>
        <w:t>v -0.850934 16.891994 0.726943</w:t>
        <w:br/>
        <w:t>v -0.914596 16.896938 0.664614</w:t>
        <w:br/>
        <w:t>v -0.809570 16.973640 0.616974</w:t>
        <w:br/>
        <w:t>v -1.061854 16.657532 0.682560</w:t>
        <w:br/>
        <w:t>v -0.987049 16.627766 0.723459</w:t>
        <w:br/>
        <w:t>v -0.934278 16.680485 0.718340</w:t>
        <w:br/>
        <w:t>v -1.016704 16.719547 0.660262</w:t>
        <w:br/>
        <w:t>v -1.018918 16.259678 1.235684</w:t>
        <w:br/>
        <w:t>v -1.037619 16.304173 1.135966</w:t>
        <w:br/>
        <w:t>v -1.068016 16.169918 1.127225</w:t>
        <w:br/>
        <w:t>v -0.962135 17.380981 0.164198</w:t>
        <w:br/>
        <w:t>v -0.901768 17.148127 0.122218</w:t>
        <w:br/>
        <w:t>v -0.667670 17.349087 0.045086</w:t>
        <w:br/>
        <w:t>v -0.932341 17.811560 -0.056481</w:t>
        <w:br/>
        <w:t>v -0.998631 17.601986 0.125311</w:t>
        <w:br/>
        <w:t>v -0.928505 17.576481 -0.034070</w:t>
        <w:br/>
        <w:t>v -0.669494 17.608839 0.126355</w:t>
        <w:br/>
        <w:t>v -0.703828 17.844599 0.100560</w:t>
        <w:br/>
        <w:t>v -0.693603 17.836184 -0.035378</w:t>
        <w:br/>
        <w:t>v -0.669142 17.588102 -0.003899</w:t>
        <w:br/>
        <w:t>v -0.927034 18.076206 -0.052910</w:t>
        <w:br/>
        <w:t>v -1.010692 17.845467 0.091480</w:t>
        <w:br/>
        <w:t>v -0.735457 18.080732 0.083733</w:t>
        <w:br/>
        <w:t>v -0.707374 18.072935 -0.041981</w:t>
        <w:br/>
        <w:t>v -0.929902 16.716415 0.814173</w:t>
        <w:br/>
        <w:t>v -0.867296 16.780128 0.783059</w:t>
        <w:br/>
        <w:t>v -0.862492 16.734539 0.670462</w:t>
        <w:br/>
        <w:t>v -0.934278 16.680485 0.718340</w:t>
        <w:br/>
        <w:t>v -0.950502 17.621227 0.254987</w:t>
        <w:br/>
        <w:t>v -0.777727 17.620888 0.221961</w:t>
        <w:br/>
        <w:t>v -0.732753 17.386751 0.261275</w:t>
        <w:br/>
        <w:t>v -0.906132 17.397541 0.303959</w:t>
        <w:br/>
        <w:t>v -0.989451 18.337204 0.112407</w:t>
        <w:br/>
        <w:t>v -0.854971 18.316906 0.115551</w:t>
        <w:br/>
        <w:t>v -0.841011 18.096693 0.144666</w:t>
        <w:br/>
        <w:t>v -0.987363 18.115921 0.153130</w:t>
        <w:br/>
        <w:t>v -0.816827 17.065674 0.519595</w:t>
        <w:br/>
        <w:t>v -0.688660 17.052105 0.486670</w:t>
        <w:br/>
        <w:t>v -0.814450 17.860582 0.190482</w:t>
        <w:br/>
        <w:t>v -1.285815 16.666462 0.907024</w:t>
        <w:br/>
        <w:t>v -1.206131 16.729156 0.865157</w:t>
        <w:br/>
        <w:t>v -1.071651 16.469223 0.765087</w:t>
        <w:br/>
        <w:t>v -1.038361 16.498016 0.915639</w:t>
        <w:br/>
        <w:t>v -1.221650 16.383293 0.774356</w:t>
        <w:br/>
        <w:t>v -1.205326 16.474369 1.071361</w:t>
        <w:br/>
        <w:t>v -1.376076 16.498756 1.027532</w:t>
        <w:br/>
        <w:t>v -1.342421 16.582302 0.962285</w:t>
        <w:br/>
        <w:t>v -1.227096 16.114468 1.111429</w:t>
        <w:br/>
        <w:t>v -1.213790 16.311565 1.297296</w:t>
        <w:br/>
        <w:t>v -1.357765 16.282440 1.307722</w:t>
        <w:br/>
        <w:t>v -1.248501 16.297493 0.849852</w:t>
        <w:br/>
        <w:t>v -1.359010 16.355057 0.967768</w:t>
        <w:br/>
        <w:t>v -1.361814 16.264820 1.068757</w:t>
        <w:br/>
        <w:t>v -1.251356 16.208492 0.952513</w:t>
        <w:br/>
        <w:t>v -1.132709 16.575748 0.700419</w:t>
        <w:br/>
        <w:t>v -1.236540 16.627602 0.784241</w:t>
        <w:br/>
        <w:t>v -1.294279 16.540775 0.838533</w:t>
        <w:br/>
        <w:t>v -1.184549 16.489120 0.725836</w:t>
        <w:br/>
        <w:t>v -0.937146 16.749176 0.630393</w:t>
        <w:br/>
        <w:t>v -1.001160 16.791470 0.625413</w:t>
        <w:br/>
        <w:t>v -1.016704 16.719547 0.660262</w:t>
        <w:br/>
        <w:t>v -0.824373 16.950260 0.183918</w:t>
        <w:br/>
        <w:t>v -0.853437 16.870476 0.325805</w:t>
        <w:br/>
        <w:t>v -0.780770 16.851801 0.371495</w:t>
        <w:br/>
        <w:t>v -1.090993 16.751804 0.709751</w:t>
        <w:br/>
        <w:t>v -1.154454 16.696030 0.747832</w:t>
        <w:br/>
        <w:t>v -1.061854 16.657532 0.682560</w:t>
        <w:br/>
        <w:t>v -0.792453 17.110723 0.042194</w:t>
        <w:br/>
        <w:t>v -0.693427 17.144615 0.117942</w:t>
        <w:br/>
        <w:t>v -0.667670 17.349087 0.045086</w:t>
        <w:br/>
        <w:t>v -0.776205 17.328308 -0.053702</w:t>
        <w:br/>
        <w:t>v -0.693603 17.836184 -0.035378</w:t>
        <w:br/>
        <w:t>v -0.784933 17.822464 -0.112145</w:t>
        <w:br/>
        <w:t>v -0.783436 17.561491 -0.093469</w:t>
        <w:br/>
        <w:t>v -0.669142 17.588102 -0.003899</w:t>
        <w:br/>
        <w:t>v -0.707374 18.072935 -0.041981</w:t>
        <w:br/>
        <w:t>v -0.795975 18.067251 -0.124369</w:t>
        <w:br/>
        <w:t>v -1.221650 16.383293 0.774356</w:t>
        <w:br/>
        <w:t>v -1.333668 16.440826 0.906710</w:t>
        <w:br/>
        <w:t>v -1.328198 16.181614 1.212053</w:t>
        <w:br/>
        <w:t>v -1.227096 16.114468 1.111429</w:t>
        <w:br/>
        <w:t>v -0.966637 16.833702 0.801408</w:t>
        <w:br/>
        <w:t>v -1.017647 16.835579 0.718868</w:t>
        <w:br/>
        <w:t>v -0.801521 16.835766 0.710015</w:t>
        <w:br/>
        <w:t>v -0.723334 16.912443 0.610409</w:t>
        <w:br/>
        <w:t>v -0.921890 16.829338 0.486720</w:t>
        <w:br/>
        <w:t>v -0.906333 16.916708 0.405917</w:t>
        <w:br/>
        <w:t>v -0.943434 16.877279 0.559978</w:t>
        <w:br/>
        <w:t>v -0.894235 16.991211 0.271085</w:t>
        <w:br/>
        <w:t>v -0.880740 16.951996 0.526110</w:t>
        <w:br/>
        <w:t>v -0.723912 16.954826 0.259188</w:t>
        <w:br/>
        <w:t>v -1.001160 16.791470 0.625413</w:t>
        <w:br/>
        <w:t>v -0.937146 16.749176 0.630393</w:t>
        <w:br/>
        <w:t>v -1.123906 16.784893 0.827315</w:t>
        <w:br/>
        <w:t>v -1.375925 16.345791 1.206243</w:t>
        <w:br/>
        <w:t>v -1.357765 16.282440 1.307722</w:t>
        <w:br/>
        <w:t>v -1.055251 16.107868 1.285625</w:t>
        <w:br/>
        <w:t>v -1.203087 16.054241 1.270760</w:t>
        <w:br/>
        <w:t>v -1.290556 16.111515 1.348797</w:t>
        <w:br/>
        <w:t>v -1.203087 16.054241 1.270760</w:t>
        <w:br/>
        <w:t>v -1.042474 16.058392 1.421187</w:t>
        <w:br/>
        <w:t>v -1.163006 16.004463 1.418973</w:t>
        <w:br/>
        <w:t>v -1.242992 16.059185 1.478598</w:t>
        <w:br/>
        <w:t>v -1.163006 16.004463 1.418973</w:t>
        <w:br/>
        <w:t>v -0.893280 15.918478 2.164894</w:t>
        <w:br/>
        <w:t>v -0.952666 15.938136 1.959106</w:t>
        <w:br/>
        <w:t>v -0.990571 15.920680 1.952088</w:t>
        <w:br/>
        <w:t>v -0.893280 15.918478 2.164894</w:t>
        <w:br/>
        <w:t>v -0.990571 15.920680 1.952088</w:t>
        <w:br/>
        <w:t>v -1.032337 15.937457 1.980347</w:t>
        <w:br/>
        <w:t>v -0.893280 15.918478 2.164894</w:t>
        <w:br/>
        <w:t>v -0.943195 15.973400 1.986724</w:t>
        <w:br/>
        <w:t>v -1.276282 16.143486 1.540512</w:t>
        <w:br/>
        <w:t>v -1.323683 16.211472 1.425915</w:t>
        <w:br/>
        <w:t>v -1.030589 15.968987 2.002017</w:t>
        <w:br/>
        <w:t>v -0.893280 15.918478 2.164894</w:t>
        <w:br/>
        <w:t>v -0.979831 15.958673 1.820237</w:t>
        <w:br/>
        <w:t>v -1.038009 15.922402 1.808880</w:t>
        <w:br/>
        <w:t>v -1.038009 15.922402 1.808880</w:t>
        <w:br/>
        <w:t>v -1.097496 15.958409 1.851665</w:t>
        <w:br/>
        <w:t>v -0.972989 16.016876 1.841126</w:t>
        <w:br/>
        <w:t>v -1.111519 16.007359 1.882503</w:t>
        <w:br/>
        <w:t>v -1.130182 15.968898 1.548737</w:t>
        <w:br/>
        <w:t>v -1.089107 15.941809 1.674715</w:t>
        <w:br/>
        <w:t>v -0.997802 15.985700 1.679381</w:t>
        <w:br/>
        <w:t>v -1.022289 16.020069 1.553943</w:t>
        <w:br/>
        <w:t>v -1.130182 15.968898 1.548737</w:t>
        <w:br/>
        <w:t>v -1.199050 16.015759 1.593421</w:t>
        <w:br/>
        <w:t>v -1.153247 15.980921 1.718556</w:t>
        <w:br/>
        <w:t>v -1.089107 15.941809 1.674715</w:t>
        <w:br/>
        <w:t>v -0.991451 16.060516 1.707175</w:t>
        <w:br/>
        <w:t>v -1.000594 16.110355 1.588365</w:t>
        <w:br/>
        <w:t>v -1.171948 16.049500 1.766183</w:t>
        <w:br/>
        <w:t>v -1.229058 16.095203 1.652228</w:t>
        <w:br/>
        <w:t>v -1.342421 16.582302 0.962285</w:t>
        <w:br/>
        <w:t>v -1.285815 16.666462 0.907024</w:t>
        <w:br/>
        <w:t>v -0.853437 16.870476 0.325805</w:t>
        <w:br/>
        <w:t>v -1.206131 16.729156 0.865157</w:t>
        <w:br/>
        <w:t>v -0.792453 17.110723 0.042194</w:t>
        <w:br/>
        <w:t>v -0.776205 17.328308 -0.053702</w:t>
        <w:br/>
        <w:t>v -0.915350 17.355412 0.022071</w:t>
        <w:br/>
        <w:t>v -0.783436 17.561491 -0.093469</w:t>
        <w:br/>
        <w:t>v -0.784933 17.822464 -0.112145</w:t>
        <w:br/>
        <w:t>v -0.795975 18.067251 -0.124369</w:t>
        <w:br/>
        <w:t>v -1.384578 16.420631 1.100148</w:t>
        <w:br/>
        <w:t>v -1.376076 16.498756 1.027532</w:t>
        <w:br/>
        <w:t>v -0.856153 16.804361 0.498542</w:t>
        <w:br/>
        <w:t>v -0.723912 16.954826 0.259188</w:t>
        <w:br/>
        <w:t>v -0.921890 16.829338 0.486720</w:t>
        <w:br/>
        <w:t>v -1.076556 16.458385 1.084038</w:t>
        <w:br/>
        <w:t>v -1.064721 16.519646 1.020225</w:t>
        <w:br/>
        <w:t>v -1.037128 16.599129 0.954890</w:t>
        <w:br/>
        <w:t>v -1.003134 16.671997 0.913652</w:t>
        <w:br/>
        <w:t>v -0.960349 16.740589 0.871911</w:t>
        <w:br/>
        <w:t>v -0.638116 17.370918 0.168461</w:t>
        <w:br/>
        <w:t>v -0.703815 17.206556 0.360981</w:t>
        <w:br/>
        <w:t>v -0.977667 17.865009 0.210252</w:t>
        <w:br/>
        <w:t>v -0.723334 16.912443 0.610409</w:t>
        <w:br/>
        <w:t>v -0.856681 17.215876 0.407564</w:t>
        <w:br/>
        <w:t>v -0.903567 16.809090 0.812664</w:t>
        <w:br/>
        <w:t>v -0.801521 16.835766 0.710015</w:t>
        <w:br/>
        <w:t>v -0.950502 17.621227 0.254987</w:t>
        <w:br/>
        <w:t>v -0.906132 17.397541 0.303959</w:t>
        <w:br/>
        <w:t>v -0.931071 18.317924 -0.042560</w:t>
        <w:br/>
        <w:t>v -0.930556 18.544197 -0.043025</w:t>
        <w:br/>
        <w:t>v -0.990546 18.543079 0.043274</w:t>
        <w:br/>
        <w:t>v -0.996293 18.324387 0.043111</w:t>
        <w:br/>
        <w:t>v -0.807143 18.308720 -0.116811</w:t>
        <w:br/>
        <w:t>v -0.818047 18.546284 -0.121967</w:t>
        <w:br/>
        <w:t>v -0.752096 18.308025 0.091052</w:t>
        <w:br/>
        <w:t>v -0.871547 18.546387 0.169743</w:t>
        <w:br/>
        <w:t>v -0.763076 18.545105 0.094259</w:t>
        <w:br/>
        <w:t>v -0.743381 18.545155 -0.026336</w:t>
        <w:br/>
        <w:t>v -0.717159 18.308605 -0.034624</w:t>
        <w:br/>
        <w:t>v -0.717159 18.308605 -0.034624</w:t>
        <w:br/>
        <w:t>v -0.743381 18.545155 -0.026336</w:t>
        <w:br/>
        <w:t>v -0.818047 18.546284 -0.121967</w:t>
        <w:br/>
        <w:t>v -0.807143 18.308720 -0.116811</w:t>
        <w:br/>
        <w:t>v -0.983578 18.548035 0.147722</w:t>
        <w:br/>
        <w:t>v -0.976536 18.775944 0.077256</w:t>
        <w:br/>
        <w:t>v -0.920960 18.777229 -0.024475</w:t>
        <w:br/>
        <w:t>v -0.820927 18.780750 -0.105190</w:t>
        <w:br/>
        <w:t>v -0.865448 18.781704 0.195185</w:t>
        <w:br/>
        <w:t>v -0.769226 18.779930 0.122342</w:t>
        <w:br/>
        <w:t>v -0.749166 18.779366 -0.007887</w:t>
        <w:br/>
        <w:t>v -0.749166 18.779366 -0.007887</w:t>
        <w:br/>
        <w:t>v -0.820927 18.780750 -0.105190</w:t>
        <w:br/>
        <w:t>v -0.969115 18.782722 0.171818</w:t>
        <w:br/>
        <w:t>v -1.276282 16.143486 1.540512</w:t>
        <w:br/>
        <w:t>v -1.155184 16.165543 1.522817</w:t>
        <w:br/>
        <w:t>v -1.115656 16.101002 1.632232</w:t>
        <w:br/>
        <w:t>v -1.229058 16.095203 1.652228</w:t>
        <w:br/>
        <w:t>v -1.111519 16.007359 1.882503</w:t>
        <w:br/>
        <w:t>v -1.043392 16.014313 1.860884</w:t>
        <w:br/>
        <w:t>v -0.988445 15.971966 1.996244</w:t>
        <w:br/>
        <w:t>v -1.030589 15.968987 2.002017</w:t>
        <w:br/>
        <w:t>v -1.171948 16.049500 1.766183</w:t>
        <w:br/>
        <w:t>v -1.080819 16.055210 1.743370</w:t>
        <w:br/>
        <w:t>v -0.893280 15.918478 2.164894</w:t>
        <w:br/>
        <w:t>v -1.064721 16.519646 1.020225</w:t>
        <w:br/>
        <w:t>v -1.076556 16.458385 1.084038</w:t>
        <w:br/>
        <w:t>v -0.992344 16.215031 1.349199</w:t>
        <w:br/>
        <w:t>v -1.000003 16.164913 1.475517</w:t>
        <w:br/>
        <w:t>v -1.082404 16.410545 1.134280</w:t>
        <w:br/>
        <w:t>v -1.082404 16.410545 1.134280</w:t>
        <w:br/>
        <w:t>v -1.082077 16.375999 1.194232</w:t>
        <w:br/>
        <w:t>v -1.082077 16.375999 1.194232</w:t>
        <w:br/>
        <w:t>v -1.071047 16.335602 1.279664</w:t>
        <w:br/>
        <w:t>v -1.071047 16.335602 1.279664</w:t>
        <w:br/>
        <w:t>v -1.051680 16.278355 1.395418</w:t>
        <w:br/>
        <w:t>v -1.189643 16.246487 1.411930</w:t>
        <w:br/>
        <w:t>v -0.966801 16.179905 1.452150</w:t>
        <w:br/>
        <w:t>v -1.023609 16.223572 1.506480</w:t>
        <w:br/>
        <w:t>v -0.992344 16.215031 1.349199</w:t>
        <w:br/>
        <w:t>v -1.143727 16.187290 1.529910</w:t>
        <w:br/>
        <w:t>v -0.986861 16.179325 1.629427</w:t>
        <w:br/>
        <w:t>v -0.933134 16.141647 1.584831</w:t>
        <w:br/>
        <w:t>v -1.085208 16.147182 1.651624</w:t>
        <w:br/>
        <w:t>v -0.906623 16.119213 1.695730</w:t>
        <w:br/>
        <w:t>v -0.952930 16.152615 1.730554</w:t>
        <w:br/>
        <w:t>v -1.024137 16.125061 1.753594</w:t>
        <w:br/>
        <w:t>v -0.825178 16.116432 1.994106</w:t>
        <w:br/>
        <w:t>v -0.876037 16.128731 1.890099</w:t>
        <w:br/>
        <w:t>v -0.855047 16.109138 1.872165</w:t>
        <w:br/>
        <w:t>v -0.825178 16.116432 1.994106</w:t>
        <w:br/>
        <w:t>v -0.914471 16.107742 1.909454</w:t>
        <w:br/>
        <w:t>v -0.876037 16.128731 1.890099</w:t>
        <w:br/>
        <w:t>v -1.051680 16.278355 1.395418</w:t>
        <w:br/>
        <w:t>v -0.992344 16.215031 1.349199</w:t>
        <w:br/>
        <w:t>v -1.078367 16.225395 1.387180</w:t>
        <w:br/>
        <w:t>v -1.055050 16.173027 1.484735</w:t>
        <w:br/>
        <w:t>v -0.966801 16.179905 1.452150</w:t>
        <w:br/>
        <w:t>v -1.006291 16.132229 1.622032</w:t>
        <w:br/>
        <w:t>v -0.933134 16.141647 1.584831</w:t>
        <w:br/>
        <w:t>v -0.967405 16.112354 1.720242</w:t>
        <w:br/>
        <w:t>v -0.906623 16.119213 1.695730</w:t>
        <w:br/>
        <w:t>v -0.885960 16.103878 1.889306</w:t>
        <w:br/>
        <w:t>v -0.825178 16.116432 1.994106</w:t>
        <w:br/>
        <w:t>v -0.855047 16.109138 1.872165</w:t>
        <w:br/>
        <w:t>v -1.189643 16.246487 1.411930</w:t>
        <w:br/>
        <w:t>v -1.143727 16.187290 1.529910</w:t>
        <w:br/>
        <w:t>v -1.085208 16.147182 1.651624</w:t>
        <w:br/>
        <w:t>v -0.914471 16.107742 1.909454</w:t>
        <w:br/>
        <w:t>v -0.926783 16.104195 1.805761</w:t>
        <w:br/>
        <w:t>v -0.972222 16.113098 1.833304</w:t>
        <w:br/>
        <w:t>v -1.000594 16.110355 1.588365</w:t>
        <w:br/>
        <w:t>v -0.991451 16.060516 1.707175</w:t>
        <w:br/>
        <w:t>v -1.080819 16.055210 1.743370</w:t>
        <w:br/>
        <w:t>v -1.115656 16.101002 1.632232</w:t>
        <w:br/>
        <w:t>v -1.123906 16.784893 0.827315</w:t>
        <w:br/>
        <w:t>v -0.816827 17.065674 0.519595</w:t>
        <w:br/>
        <w:t>v -0.977667 17.865009 0.210252</w:t>
        <w:br/>
        <w:t>v -1.006215 18.093763 0.060529</w:t>
        <w:br/>
        <w:t>v -0.987363 18.115921 0.153130</w:t>
        <w:br/>
        <w:t>v -0.983578 18.548035 0.147722</w:t>
        <w:br/>
        <w:t>v -0.989451 18.337204 0.112407</w:t>
        <w:br/>
        <w:t>v -0.969115 18.782722 0.171818</w:t>
        <w:br/>
        <w:t>v -0.881194 16.110962 1.784293</w:t>
        <w:br/>
        <w:t>v -0.914836 16.137409 1.810565</w:t>
        <w:br/>
        <w:t>v -0.972222 16.113098 1.833304</w:t>
        <w:br/>
        <w:t>v -0.881194 16.110962 1.784293</w:t>
        <w:br/>
        <w:t>v -1.024137 16.125061 1.753594</w:t>
        <w:br/>
        <w:t>v -1.043392 16.014313 1.860884</w:t>
        <w:br/>
        <w:t>v -0.972989 16.016876 1.841126</w:t>
        <w:br/>
        <w:t>v -0.943195 15.973400 1.986724</w:t>
        <w:br/>
        <w:t>v -0.988445 15.971966 1.996244</w:t>
        <w:br/>
        <w:t>v -0.893280 15.918478 2.164894</w:t>
        <w:br/>
        <w:t>v -1.323683 16.211472 1.425915</w:t>
        <w:br/>
        <w:t>v -1.155184 16.165543 1.522817</w:t>
        <w:br/>
        <w:t>v -1.000003 16.164913 1.475517</w:t>
        <w:br/>
        <w:t>v -1.189643 16.246487 1.411930</w:t>
        <w:br/>
        <w:t>v -0.992344 16.215031 1.349199</w:t>
        <w:br/>
        <w:t>v -1.132709 16.575748 0.700419</w:t>
        <w:br/>
        <w:t>v -1.410798 16.508034 -0.902900</w:t>
        <w:br/>
        <w:t>v -1.640582 16.714388 -1.017458</w:t>
        <w:br/>
        <w:t>v -1.877761 16.410515 -1.178135</w:t>
        <w:br/>
        <w:t>v -1.650505 16.176218 -1.024967</w:t>
        <w:br/>
        <w:t>v -2.487240 15.808194 -1.450918</w:t>
        <w:br/>
        <w:t>v -2.233649 16.157730 -1.287890</w:t>
        <w:br/>
        <w:t>v -2.401268 15.642626 -1.196371</w:t>
        <w:br/>
        <w:t>v -2.185167 13.420206 -2.162090</w:t>
        <w:br/>
        <w:t>v -2.046940 13.099532 -1.875322</w:t>
        <w:br/>
        <w:t>v -1.940732 13.299989 -2.083751</w:t>
        <w:br/>
        <w:t>v -2.776687 14.870923 -1.549630</w:t>
        <w:br/>
        <w:t>v -2.777039 14.704587 -1.972538</w:t>
        <w:br/>
        <w:t>v -2.792583 15.027436 -1.815634</w:t>
        <w:br/>
        <w:t>v -1.893595 15.862864 -1.152391</w:t>
        <w:br/>
        <w:t>v -2.107797 16.007278 -1.041014</w:t>
        <w:br/>
        <w:t>v -1.850885 16.323286 -0.899315</w:t>
        <w:br/>
        <w:t>v -1.650505 16.176218 -1.024967</w:t>
        <w:br/>
        <w:t>v -1.599910 16.647142 -0.742047</w:t>
        <w:br/>
        <w:t>v -1.410798 16.508034 -0.902900</w:t>
        <w:br/>
        <w:t>v -1.354933 16.923399 -0.568756</w:t>
        <w:br/>
        <w:t>v -1.194710 16.828257 -0.754334</w:t>
        <w:br/>
        <w:t>v -2.185167 13.420206 -2.162090</w:t>
        <w:br/>
        <w:t>v -2.088379 13.479618 -1.941600</w:t>
        <w:br/>
        <w:t>v -2.251936 13.256813 -1.969205</w:t>
        <w:br/>
        <w:t>v -2.487240 15.808194 -1.450918</w:t>
        <w:br/>
        <w:t>v -2.328940 15.739439 -1.450528</w:t>
        <w:br/>
        <w:t>v -2.098540 16.100935 -1.327090</w:t>
        <w:br/>
        <w:t>v -2.233649 16.157730 -1.287890</w:t>
        <w:br/>
        <w:t>v -1.974801 16.473511 -1.112285</w:t>
        <w:br/>
        <w:t>v -1.850885 16.323286 -0.899315</w:t>
        <w:br/>
        <w:t>v -2.107797 16.007278 -1.041014</w:t>
        <w:br/>
        <w:t>v -2.401268 15.642626 -1.196371</w:t>
        <w:br/>
        <w:t>v -2.140181 15.512346 -1.267843</w:t>
        <w:br/>
        <w:t>v -2.046940 13.099532 -1.875322</w:t>
        <w:br/>
        <w:t>v -1.961031 13.214947 -1.750174</w:t>
        <w:br/>
        <w:t>v -1.881937 13.412622 -1.925515</w:t>
        <w:br/>
        <w:t>v -1.940732 13.299989 -2.083751</w:t>
        <w:br/>
        <w:t>v -1.599910 16.647142 -0.742047</w:t>
        <w:br/>
        <w:t>v -1.735207 16.771738 -0.931398</w:t>
        <w:br/>
        <w:t>v -1.519119 17.040421 -0.748914</w:t>
        <w:br/>
        <w:t>v -1.316877 17.325541 -0.552168</w:t>
        <w:br/>
        <w:t>v -1.127577 17.235683 -0.363937</w:t>
        <w:br/>
        <w:t>v -1.354933 16.923399 -0.568756</w:t>
        <w:br/>
        <w:t>v -2.206170 13.659373 -2.274384</w:t>
        <w:br/>
        <w:t>v -1.940656 13.632748 -2.195442</w:t>
        <w:br/>
        <w:t>v -2.361351 13.210079 -1.716658</w:t>
        <w:br/>
        <w:t>v -2.234669 13.053151 -1.558270</w:t>
        <w:br/>
        <w:t>v -2.251936 13.256813 -1.969205</w:t>
        <w:br/>
        <w:t>v -2.146344 13.333580 -1.797512</w:t>
        <w:br/>
        <w:t>v -2.217690 13.291624 -1.624737</w:t>
        <w:br/>
        <w:t>v -2.361351 13.210079 -1.716658</w:t>
        <w:br/>
        <w:t>v -2.234669 13.053151 -1.558270</w:t>
        <w:br/>
        <w:t>v -2.108062 13.165043 -1.535243</w:t>
        <w:br/>
        <w:t>v -2.052675 13.969999 -2.213930</w:t>
        <w:br/>
        <w:t>v -2.320691 13.902236 -2.287753</w:t>
        <w:br/>
        <w:t>v -2.205642 13.889636 -2.026755</w:t>
        <w:br/>
        <w:t>v -2.028553 13.946292 -1.995276</w:t>
        <w:br/>
        <w:t>v -2.100302 13.675671 -2.032804</w:t>
        <w:br/>
        <w:t>v -2.669737 14.402237 -2.106678</w:t>
        <w:br/>
        <w:t>v -2.552876 14.284245 -1.832109</w:t>
        <w:br/>
        <w:t>v -2.343139 14.058235 -1.952931</w:t>
        <w:br/>
        <w:t>v -2.496622 14.161198 -2.214622</w:t>
        <w:br/>
        <w:t>v -2.455964 13.295058 -1.479479</w:t>
        <w:br/>
        <w:t>v -2.403507 13.206884 -1.337327</w:t>
        <w:br/>
        <w:t>v -2.334085 13.334020 -1.419640</w:t>
        <w:br/>
        <w:t>v -2.455964 13.295058 -1.479479</w:t>
        <w:br/>
        <w:t>v -2.403507 13.206884 -1.337327</w:t>
        <w:br/>
        <w:t>v -2.293992 13.268647 -1.370366</w:t>
        <w:br/>
        <w:t>v -0.992859 17.528313 -0.200003</w:t>
        <w:br/>
        <w:t>v -1.181203 17.599216 -0.398057</w:t>
        <w:br/>
        <w:t>v -0.990733 17.170988 -0.566166</w:t>
        <w:br/>
        <w:t>v -1.127577 17.235683 -0.363937</w:t>
        <w:br/>
        <w:t>v -0.992859 17.528313 -0.200003</w:t>
        <w:br/>
        <w:t>v -0.854128 17.463757 -0.393554</w:t>
        <w:br/>
        <w:t>v -0.910634 17.818462 -0.082087</w:t>
        <w:br/>
        <w:t>v -1.084881 17.881798 -0.264093</w:t>
        <w:br/>
        <w:t>v -0.910634 17.818462 -0.082087</w:t>
        <w:br/>
        <w:t>v -0.754372 17.761616 -0.249819</w:t>
        <w:br/>
        <w:t>v -1.194710 16.828257 -0.754334</w:t>
        <w:br/>
        <w:t>v -1.411578 17.002098 -0.838408</w:t>
        <w:br/>
        <w:t>v -1.181203 17.599216 -0.398057</w:t>
        <w:br/>
        <w:t>v -1.316877 17.325541 -0.552168</w:t>
        <w:br/>
        <w:t>v -1.219397 17.294840 -0.646818</w:t>
        <w:br/>
        <w:t>v -1.094841 17.584038 -0.480118</w:t>
        <w:br/>
        <w:t>v -1.094841 17.584038 -0.480118</w:t>
        <w:br/>
        <w:t>v -0.854128 17.463757 -0.393554</w:t>
        <w:br/>
        <w:t>v -0.754372 17.761616 -0.249819</w:t>
        <w:br/>
        <w:t>v -1.014302 17.836559 -0.362440</w:t>
        <w:br/>
        <w:t>v -2.549344 13.463772 -1.210783</w:t>
        <w:br/>
        <w:t>v -2.549344 13.463772 -1.210783</w:t>
        <w:br/>
        <w:t>v -2.549344 13.463772 -1.210783</w:t>
        <w:br/>
        <w:t>v -2.403733 14.590897 -1.708521</w:t>
        <w:br/>
        <w:t>v -2.731600 14.539194 -1.712030</w:t>
        <w:br/>
        <w:t>v -2.776687 14.870923 -1.549630</w:t>
        <w:br/>
        <w:t>v -2.411266 14.842502 -1.573211</w:t>
        <w:br/>
        <w:t>v -2.140181 15.512346 -1.267843</w:t>
        <w:br/>
        <w:t>v -1.893595 15.862864 -1.152391</w:t>
        <w:br/>
        <w:t>v -1.640582 16.714388 -1.017458</w:t>
        <w:br/>
        <w:t>v -1.519119 17.040421 -0.748914</w:t>
        <w:br/>
        <w:t>v -1.735207 16.771738 -0.931398</w:t>
        <w:br/>
        <w:t>v -1.219397 17.294840 -0.646818</w:t>
        <w:br/>
        <w:t>v -0.990733 17.170988 -0.566166</w:t>
        <w:br/>
        <w:t>v -1.019961 18.194611 -0.169996</w:t>
        <w:br/>
        <w:t>v -1.084881 17.881798 -0.264093</w:t>
        <w:br/>
        <w:t>v -1.014302 17.836559 -0.362440</w:t>
        <w:br/>
        <w:t>v -0.956413 18.160427 -0.258270</w:t>
        <w:br/>
        <w:t>v -1.881937 13.412622 -1.925515</w:t>
        <w:br/>
        <w:t>v -2.146344 13.333580 -1.797512</w:t>
        <w:br/>
        <w:t>v -2.088379 13.479618 -1.941600</w:t>
        <w:br/>
        <w:t>v -1.909907 13.696221 -2.008255</w:t>
        <w:br/>
        <w:t>v -1.961031 13.214947 -1.750174</w:t>
        <w:br/>
        <w:t>v -2.108062 13.165043 -1.535243</w:t>
        <w:br/>
        <w:t>v -2.334085 13.334020 -1.419640</w:t>
        <w:br/>
        <w:t>v -2.549344 13.463772 -1.210783</w:t>
        <w:br/>
        <w:t>v -2.293992 13.268647 -1.370366</w:t>
        <w:br/>
        <w:t>v -0.864630 18.150341 0.001609</w:t>
        <w:br/>
        <w:t>v -1.019961 18.194611 -0.169996</w:t>
        <w:br/>
        <w:t>v -0.975177 18.559643 -0.127212</w:t>
        <w:br/>
        <w:t>v -0.813319 18.533848 0.020272</w:t>
        <w:br/>
        <w:t>v -0.694697 18.093586 -0.144906</w:t>
        <w:br/>
        <w:t>v -0.864630 18.150341 0.001609</w:t>
        <w:br/>
        <w:t>v -0.813319 18.533848 0.020272</w:t>
        <w:br/>
        <w:t>v -0.665709 18.504822 -0.081660</w:t>
        <w:br/>
        <w:t>v -2.206170 13.659373 -2.274384</w:t>
        <w:br/>
        <w:t>v -2.100302 13.675671 -2.032804</w:t>
        <w:br/>
        <w:t>v -1.909907 13.696221 -2.008255</w:t>
        <w:br/>
        <w:t>v -2.052675 13.969999 -2.213930</w:t>
        <w:br/>
        <w:t>v -1.974801 16.473511 -1.112285</w:t>
        <w:br/>
        <w:t>v -0.975177 18.559643 -0.127212</w:t>
        <w:br/>
        <w:t>v -0.909377 18.542248 -0.207801</w:t>
        <w:br/>
        <w:t>v -0.909377 18.542248 -0.207801</w:t>
        <w:br/>
        <w:t>v -0.956413 18.160427 -0.258270</w:t>
        <w:br/>
        <w:t>v -0.694697 18.093586 -0.144906</w:t>
        <w:br/>
        <w:t>v -0.665709 18.504822 -0.081660</w:t>
        <w:br/>
        <w:t>v -2.247056 14.257005 -2.124436</w:t>
        <w:br/>
        <w:t>v -2.669737 14.402237 -2.106678</w:t>
        <w:br/>
        <w:t>v -2.496622 14.161198 -2.214622</w:t>
        <w:br/>
        <w:t>v -2.187619 14.162769 -1.911856</w:t>
        <w:br/>
        <w:t>v -2.343139 14.058235 -1.952931</w:t>
        <w:br/>
        <w:t>v -2.552876 14.284245 -1.832109</w:t>
        <w:br/>
        <w:t>v -2.317245 14.386166 -1.801171</w:t>
        <w:br/>
        <w:t>v -2.205642 13.889636 -2.026755</w:t>
        <w:br/>
        <w:t>v -2.320691 13.902236 -2.287753</w:t>
        <w:br/>
        <w:t>v -2.392703 14.478237 -2.021812</w:t>
        <w:br/>
        <w:t>v -2.247056 14.257005 -2.124436</w:t>
        <w:br/>
        <w:t>v -2.187619 14.162769 -1.911856</w:t>
        <w:br/>
        <w:t>v -2.317245 14.386166 -1.801171</w:t>
        <w:br/>
        <w:t>v -2.403733 14.590897 -1.708521</w:t>
        <w:br/>
        <w:t>v -2.411266 14.842502 -1.573211</w:t>
        <w:br/>
        <w:t>v -2.552575 14.973962 -1.789324</w:t>
        <w:br/>
        <w:t>v -2.518580 14.719401 -1.912951</w:t>
        <w:br/>
        <w:t>v -2.392703 14.478237 -2.021812</w:t>
        <w:br/>
        <w:t>v -2.731600 14.539194 -1.712030</w:t>
        <w:br/>
        <w:t>v -2.485089 15.332655 -1.645928</w:t>
        <w:br/>
        <w:t>v -2.323633 15.154597 -1.440693</w:t>
        <w:br/>
        <w:t>v -2.638233 15.245625 -1.369246</w:t>
        <w:br/>
        <w:t>v -2.323633 15.154597 -1.440693</w:t>
        <w:br/>
        <w:t>v -2.680590 15.422224 -1.633125</w:t>
        <w:br/>
        <w:t>v -2.680590 15.422224 -1.633125</w:t>
        <w:br/>
        <w:t>v -2.792583 15.027436 -1.815634</w:t>
        <w:br/>
        <w:t>v -2.638233 15.245625 -1.369246</w:t>
        <w:br/>
        <w:t>v -2.028553 13.946292 -1.995276</w:t>
        <w:br/>
        <w:t>v -2.777039 14.704587 -1.972538</w:t>
        <w:br/>
        <w:t>v 0.164210 17.781563 -0.866554</w:t>
        <w:br/>
        <w:t>v -0.013482 17.785160 -0.887972</w:t>
        <w:br/>
        <w:t>v -0.082187 17.454967 -0.969266</w:t>
        <w:br/>
        <w:t>v 0.108585 17.457758 -0.930933</w:t>
        <w:br/>
        <w:t>v -0.158991 16.083342 -1.181656</w:t>
        <w:br/>
        <w:t>v -0.272996 16.101337 -1.301472</w:t>
        <w:br/>
        <w:t>v -0.379984 15.762403 -1.446755</w:t>
        <w:br/>
        <w:t>v -0.274455 15.724524 -1.305107</w:t>
        <w:br/>
        <w:t>v -0.679554 14.145062 -2.449386</w:t>
        <w:br/>
        <w:t>v -0.735205 14.399307 -2.275366</w:t>
        <w:br/>
        <w:t>v -0.913803 14.500648 -2.422422</w:t>
        <w:br/>
        <w:t>v -0.850707 14.190124 -2.622073</w:t>
        <w:br/>
        <w:t>v -0.603090 15.156509 -1.764058</w:t>
        <w:br/>
        <w:t>v -0.521003 15.060047 -1.606363</w:t>
        <w:br/>
        <w:t>v -0.417990 15.350953 -1.462727</w:t>
        <w:br/>
        <w:t>v -0.496844 15.437932 -1.592692</w:t>
        <w:br/>
        <w:t>v -0.711712 15.881327 -1.557956</w:t>
        <w:br/>
        <w:t>v -0.816512 15.586321 -1.723864</w:t>
        <w:br/>
        <w:t>v -0.600537 14.060209 -2.270612</w:t>
        <w:br/>
        <w:t>v -0.564317 13.881170 -2.587399</w:t>
        <w:br/>
        <w:t>v -0.521607 13.850560 -2.406815</w:t>
        <w:br/>
        <w:t>v -0.427725 13.674576 -2.700676</w:t>
        <w:br/>
        <w:t>v -0.304740 13.462387 -2.779416</w:t>
        <w:br/>
        <w:t>v -0.425524 13.648217 -2.506206</w:t>
        <w:br/>
        <w:t>v -0.531367 13.653548 -2.899811</w:t>
        <w:br/>
        <w:t>v -0.416771 13.456138 -2.960504</w:t>
        <w:br/>
        <w:t>v -0.224766 13.268849 -2.814983</w:t>
        <w:br/>
        <w:t>v -0.187276 13.064016 -2.826113</w:t>
        <w:br/>
        <w:t>v -0.186106 13.039630 -2.735210</w:t>
        <w:br/>
        <w:t>v -0.230929 13.238879 -2.688879</w:t>
        <w:br/>
        <w:t>v -0.339815 13.274684 -2.982890</w:t>
        <w:br/>
        <w:t>v -0.284127 13.062733 -2.955273</w:t>
        <w:br/>
        <w:t>v -0.198444 12.852606 -2.744051</w:t>
        <w:br/>
        <w:t>v -0.269790 12.878992 -2.891711</w:t>
        <w:br/>
        <w:t>v -0.214567 12.861259 -2.808833</w:t>
        <w:br/>
        <w:t>v -0.281146 12.714932 -2.727664</w:t>
        <w:br/>
        <w:t>v -0.307708 12.724151 -2.793577</w:t>
        <w:br/>
        <w:t>v -1.104613 13.982361 -2.315409</w:t>
        <w:br/>
        <w:t>v -1.148014 14.004923 -2.344272</w:t>
        <w:br/>
        <w:t>v -1.207161 14.346548 -2.148671</w:t>
        <w:br/>
        <w:t>v -1.195389 14.326590 -2.120764</w:t>
        <w:br/>
        <w:t>v -0.748926 16.175993 -1.277954</w:t>
        <w:br/>
        <w:t>v -0.586514 16.187487 -1.408761</w:t>
        <w:br/>
        <w:t>v -0.456486 16.498943 -1.276483</w:t>
        <w:br/>
        <w:t>v -0.614132 16.501270 -1.142066</w:t>
        <w:br/>
        <w:t>v -0.284127 13.062733 -2.955273</w:t>
        <w:br/>
        <w:t>v -0.426983 12.971504 -2.793251</w:t>
        <w:br/>
        <w:t>v -0.372967 12.842042 -2.777278</w:t>
        <w:br/>
        <w:t>v -0.269790 12.878992 -2.891711</w:t>
        <w:br/>
        <w:t>v -0.378123 12.719499 -2.742416</w:t>
        <w:br/>
        <w:t>v -0.307708 12.724151 -2.793577</w:t>
        <w:br/>
        <w:t>v -0.400497 12.636883 -2.700738</w:t>
        <w:br/>
        <w:t>v -0.400497 12.636883 -2.700738</w:t>
        <w:br/>
        <w:t>v -0.318799 16.809114 -1.166728</w:t>
        <w:br/>
        <w:t>v -0.068566 16.792049 -1.082001</w:t>
        <w:br/>
        <w:t>v 0.023430 17.128721 -0.998606</w:t>
        <w:br/>
        <w:t>v -0.194481 17.139498 -1.065827</w:t>
        <w:br/>
        <w:t>v -0.488744 16.815504 -1.063890</w:t>
        <w:br/>
        <w:t>v -0.229017 17.458235 -0.909892</w:t>
        <w:br/>
        <w:t>v -0.122482 17.787624 -0.845212</w:t>
        <w:br/>
        <w:t>v 0.017317 18.063740 -0.838182</w:t>
        <w:br/>
        <w:t>v -0.072843 18.065990 -0.799748</w:t>
        <w:br/>
        <w:t>v -0.349209 17.146364 -0.985288</w:t>
        <w:br/>
        <w:t>v -0.893643 15.856274 -1.406397</w:t>
        <w:br/>
        <w:t>v -0.711712 15.881327 -1.557956</w:t>
        <w:br/>
        <w:t>v -0.816512 15.586321 -1.723864</w:t>
        <w:br/>
        <w:t>v -1.007686 15.527502 -1.534828</w:t>
        <w:br/>
        <w:t>v -1.108436 15.222988 -1.694410</w:t>
        <w:br/>
        <w:t>v -0.889002 15.292837 -1.894363</w:t>
        <w:br/>
        <w:t>v -0.918129 14.764073 -2.229713</w:t>
        <w:br/>
        <w:t>v -0.933925 15.024481 -2.081852</w:t>
        <w:br/>
        <w:t>v -1.175481 14.942483 -1.848170</w:t>
        <w:br/>
        <w:t>v -1.223019 14.670983 -1.987227</w:t>
        <w:br/>
        <w:t>v -1.148014 14.004923 -2.344272</w:t>
        <w:br/>
        <w:t>v -1.025985 13.696851 -2.478475</w:t>
        <w:br/>
        <w:t>v -0.699991 13.901229 -2.782649</w:t>
        <w:br/>
        <w:t>v -0.850707 14.190124 -2.622073</w:t>
        <w:br/>
        <w:t>v -0.864303 13.445283 -2.614439</w:t>
        <w:br/>
        <w:t>v -0.699237 13.254399 -2.706725</w:t>
        <w:br/>
        <w:t>v -0.416771 13.456138 -2.960504</w:t>
        <w:br/>
        <w:t>v -0.531367 13.653548 -2.899811</w:t>
        <w:br/>
        <w:t>v -0.164851 16.443518 -1.177380</w:t>
        <w:br/>
        <w:t>v -0.586514 16.187487 -1.408761</w:t>
        <w:br/>
        <w:t>v -0.339815 13.274684 -2.982890</w:t>
        <w:br/>
        <w:t>v -1.241029 16.912327 -0.543842</w:t>
        <w:br/>
        <w:t>v -1.058318 16.898005 -0.702909</w:t>
        <w:br/>
        <w:t>v -0.929360 17.204569 -0.630205</w:t>
        <w:br/>
        <w:t>v -1.100852 17.218077 -0.458386</w:t>
        <w:br/>
        <w:t>v -1.815420 15.980278 -0.968335</w:t>
        <w:br/>
        <w:t>v -1.610801 15.998488 -1.132508</w:t>
        <w:br/>
        <w:t>v -1.395027 16.340466 -0.960764</w:t>
        <w:br/>
        <w:t>v -1.613467 16.314243 -0.790014</w:t>
        <w:br/>
        <w:t>v -2.097157 14.655753 -1.843378</w:t>
        <w:br/>
        <w:t>v -2.097232 14.979143 -1.676212</w:t>
        <w:br/>
        <w:t>v -2.297612 14.950142 -1.546272</w:t>
        <w:br/>
        <w:t>v -2.283251 14.601574 -1.738692</w:t>
        <w:br/>
        <w:t>v -2.026968 15.646750 -1.165521</w:t>
        <w:br/>
        <w:t>v -2.098515 15.562802 -0.967895</w:t>
        <w:br/>
        <w:t>v -2.292821 15.215643 -1.172186</w:t>
        <w:br/>
        <w:t>v -2.208106 15.287141 -1.362845</w:t>
        <w:br/>
        <w:t>v -1.424292 16.612795 -0.649296</w:t>
        <w:br/>
        <w:t>v -1.474799 16.580160 -0.455694</w:t>
        <w:br/>
        <w:t>v -1.690699 16.242722 -0.611114</w:t>
        <w:br/>
        <w:t>v -1.283160 16.901476 -0.337287</w:t>
        <w:br/>
        <w:t>v -1.825971 15.674683 -1.318387</w:t>
        <w:br/>
        <w:t>v -1.575009 14.017386 -2.340461</w:t>
        <w:br/>
        <w:t>v -1.500947 13.772725 -2.349617</w:t>
        <w:br/>
        <w:t>v -1.280218 13.787087 -2.477368</w:t>
        <w:br/>
        <w:t>v -1.380615 14.047620 -2.420636</w:t>
        <w:br/>
        <w:t>v -1.273276 12.808552 -2.418825</w:t>
        <w:br/>
        <w:t>v -1.079939 12.795523 -2.537936</w:t>
        <w:br/>
        <w:t>v -1.033003 12.957495 -2.512582</w:t>
        <w:br/>
        <w:t>v -1.258448 12.956362 -2.374933</w:t>
        <w:br/>
        <w:t>v -0.944490 12.761138 -2.513852</w:t>
        <w:br/>
        <w:t>v -1.179984 12.651108 -2.591449</w:t>
        <w:br/>
        <w:t>v -1.064344 12.605631 -2.593863</w:t>
        <w:br/>
        <w:t>v -1.663837 12.545465 -2.860999</w:t>
        <w:br/>
        <w:t>v -1.728480 12.603820 -2.959863</w:t>
        <w:br/>
        <w:t>v -1.625529 12.538988 -2.905822</w:t>
        <w:br/>
        <w:t>v -1.322689 13.304125 -2.334412</w:t>
        <w:br/>
        <w:t>v -1.275841 13.125679 -2.351528</w:t>
        <w:br/>
        <w:t>v -1.034626 13.136280 -2.501050</w:t>
        <w:br/>
        <w:t>v -1.084516 13.331882 -2.498094</w:t>
        <w:br/>
        <w:t>v -1.661711 14.371085 -2.229399</w:t>
        <w:br/>
        <w:t>v -1.720153 14.716874 -2.040677</w:t>
        <w:br/>
        <w:t>v -1.892249 14.709303 -1.957962</w:t>
        <w:br/>
        <w:t>v -1.872303 14.356335 -2.143703</w:t>
        <w:br/>
        <w:t>v -2.030175 15.298698 -1.514869</w:t>
        <w:br/>
        <w:t>v -1.825242 15.200678 -1.481994</w:t>
        <w:br/>
        <w:t>v -1.560181 15.626667 -1.296643</w:t>
        <w:br/>
        <w:t>v -1.358405 15.900316 -1.154277</w:t>
        <w:br/>
        <w:t>v -1.136582 16.254694 -0.999826</w:t>
        <w:br/>
        <w:t>v -0.978772 16.547926 -0.913564</w:t>
        <w:br/>
        <w:t>v -0.839237 16.863657 -0.828208</w:t>
        <w:br/>
        <w:t>v -0.783347 16.871958 -0.792755</w:t>
        <w:br/>
        <w:t>v -0.938628 16.556013 -0.890550</w:t>
        <w:br/>
        <w:t>v -0.783347 16.871958 -0.792755</w:t>
        <w:br/>
        <w:t>v -0.660010 17.187014 -0.727144</w:t>
        <w:br/>
        <w:t>v -0.938628 16.556013 -0.890550</w:t>
        <w:br/>
        <w:t>v -1.225912 16.613123 -0.828573</w:t>
        <w:br/>
        <w:t>v -1.393971 14.962593 -1.817898</w:t>
        <w:br/>
        <w:t>v -1.562533 14.992688 -1.901330</w:t>
        <w:br/>
        <w:t>v -1.561376 14.697846 -2.072093</w:t>
        <w:br/>
        <w:t>v -1.393933 14.675536 -1.990044</w:t>
        <w:br/>
        <w:t>v -0.997273 17.509422 -0.393466</w:t>
        <w:br/>
        <w:t>v -1.011547 17.509634 -0.169795</w:t>
        <w:br/>
        <w:t>v -1.120962 17.213297 -0.246121</w:t>
        <w:br/>
        <w:t>v -0.588313 17.484295 -0.680222</w:t>
        <w:br/>
        <w:t>v -0.853034 17.497362 -0.568090</w:t>
        <w:br/>
        <w:t>v -0.923513 17.811821 -0.334005</w:t>
        <w:br/>
        <w:t>v -0.943245 17.817646 -0.105051</w:t>
        <w:br/>
        <w:t>v -0.653257 17.480898 -0.715750</w:t>
        <w:br/>
        <w:t>v -0.589747 17.797058 -0.674047</w:t>
        <w:br/>
        <w:t>v -0.530474 17.799145 -0.640279</w:t>
        <w:br/>
        <w:t>v -0.588313 17.484295 -0.680222</w:t>
        <w:br/>
        <w:t>v -0.920180 18.073437 -0.053765</w:t>
        <w:br/>
        <w:t>v -0.896675 18.072571 -0.286303</w:t>
        <w:br/>
        <w:t>v -0.806728 17.807495 -0.517508</w:t>
        <w:br/>
        <w:t>v -0.530474 17.799145 -0.640279</w:t>
        <w:br/>
        <w:t>v -0.506089 18.072330 -0.613215</w:t>
        <w:br/>
        <w:t>v -0.780406 18.075703 -0.489513</w:t>
        <w:br/>
        <w:t>v -0.564544 18.071487 -0.647234</w:t>
        <w:br/>
        <w:t>v -0.301558 18.069073 -0.756674</w:t>
        <w:br/>
        <w:t>v -0.267803 18.385258 -0.732000</w:t>
        <w:br/>
        <w:t>v -0.560771 18.392677 -0.620308</w:t>
        <w:br/>
        <w:t>v -0.653257 17.480898 -0.715750</w:t>
        <w:br/>
        <w:t>v -0.436653 17.472233 -0.848318</w:t>
        <w:br/>
        <w:t>v -0.353549 17.792316 -0.796705</w:t>
        <w:br/>
        <w:t>v -0.589747 17.797058 -0.674047</w:t>
        <w:br/>
        <w:t>v -0.719308 17.181818 -0.760962</w:t>
        <w:br/>
        <w:t>v -0.547376 17.163671 -0.907741</w:t>
        <w:br/>
        <w:t>v -0.839237 16.863657 -0.828208</w:t>
        <w:br/>
        <w:t>v -0.669996 16.833878 -0.973566</w:t>
        <w:br/>
        <w:t>v -0.978772 16.547926 -0.913564</w:t>
        <w:br/>
        <w:t>v -0.785334 16.523628 -1.051729</w:t>
        <w:br/>
        <w:t>v -1.025984 16.261599 -1.099469</w:t>
        <w:br/>
        <w:t>v -1.141323 16.273848 -1.011396</w:t>
        <w:br/>
        <w:t>v -0.893643 15.856274 -1.406397</w:t>
        <w:br/>
        <w:t>v -0.748926 16.175993 -1.277954</w:t>
        <w:br/>
        <w:t>v -0.909263 16.231251 -1.165244</w:t>
        <w:br/>
        <w:t>v -1.061601 15.886270 -1.316514</w:t>
        <w:br/>
        <w:t>v -1.007686 15.527502 -1.534828</w:t>
        <w:br/>
        <w:t>v -1.196873 15.578109 -1.486409</w:t>
        <w:br/>
        <w:t>v -1.323619 15.260642 -1.660705</w:t>
        <w:br/>
        <w:t>v -1.095155 15.210361 -1.681595</w:t>
        <w:br/>
        <w:t>v -1.195389 14.326590 -2.120764</w:t>
        <w:br/>
        <w:t>v -1.210607 14.655791 -1.963671</w:t>
        <w:br/>
        <w:t>v -1.334334 14.364684 -2.173748</w:t>
        <w:br/>
        <w:t>v -1.589812 12.511583 -2.769795</w:t>
        <w:br/>
        <w:t>v -1.537708 12.510150 -2.815636</w:t>
        <w:br/>
        <w:t>v -1.422785 12.515231 -2.733059</w:t>
        <w:br/>
        <w:t>v -1.504846 12.512527 -2.678063</w:t>
        <w:br/>
        <w:t>v -2.368544 14.567127 -1.536198</w:t>
        <w:br/>
        <w:t>v -2.249533 14.254843 -1.729259</w:t>
        <w:br/>
        <w:t>v -1.414119 13.545657 -2.338864</w:t>
        <w:br/>
        <w:t>v -1.185618 13.568432 -2.494548</w:t>
        <w:br/>
        <w:t>v -1.505286 12.490342 -2.844902</w:t>
        <w:br/>
        <w:t>v -0.889002 15.292837 -1.894363</w:t>
        <w:br/>
        <w:t>v -0.699991 13.901229 -2.782649</w:t>
        <w:br/>
        <w:t>v -1.904436 15.894104 -0.787524</w:t>
        <w:br/>
        <w:t>v -2.388188 14.863277 -1.372315</w:t>
        <w:br/>
        <w:t>v -1.545341 13.761432 -2.340021</w:t>
        <w:br/>
        <w:t>v -1.494810 13.537808 -2.269618</w:t>
        <w:br/>
        <w:t>v -1.489251 12.553802 -2.517047</w:t>
        <w:br/>
        <w:t>v -1.402826 12.569574 -2.578156</w:t>
        <w:br/>
        <w:t>v -1.328160 12.660677 -2.492774</w:t>
        <w:br/>
        <w:t>v -1.426671 12.646050 -2.415857</w:t>
        <w:br/>
        <w:t>v -1.377006 13.108913 -2.238340</w:t>
        <w:br/>
        <w:t>v -1.363889 12.943623 -2.262902</w:t>
        <w:br/>
        <w:t>v -0.779878 18.397320 -0.473919</w:t>
        <w:br/>
        <w:t>v -0.904183 18.401886 -0.267879</w:t>
        <w:br/>
        <w:t>v -1.637163 12.501271 -2.742341</w:t>
        <w:br/>
        <w:t>v -1.687078 12.544396 -2.844613</w:t>
        <w:br/>
        <w:t>v -1.420005 13.307508 -2.241447</w:t>
        <w:br/>
        <w:t>v -0.934919 14.773216 -2.256916</w:t>
        <w:br/>
        <w:t>v -0.933925 15.024481 -2.081852</w:t>
        <w:br/>
        <w:t>v -0.918129 14.764073 -2.229713</w:t>
        <w:br/>
        <w:t>v -1.223019 14.670983 -1.987227</w:t>
        <w:br/>
        <w:t>v -1.210607 14.655791 -1.963671</w:t>
        <w:br/>
        <w:t>v -0.920004 13.329643 -2.385674</w:t>
        <w:br/>
        <w:t>v -1.013572 13.589310 -2.363287</w:t>
        <w:br/>
        <w:t>v -1.084516 13.331882 -2.498094</w:t>
        <w:br/>
        <w:t>v 0.184446 18.064583 -0.814601</w:t>
        <w:br/>
        <w:t>v -1.354872 12.489614 -2.772022</w:t>
        <w:br/>
        <w:t>v -1.567615 12.501975 -2.636347</w:t>
        <w:br/>
        <w:t>v 0.040219 18.378654 -0.790769</w:t>
        <w:br/>
        <w:t>v -0.047540 18.377827 -0.767528</w:t>
        <w:br/>
        <w:t>v -0.948578 18.420860 -0.065864</w:t>
        <w:br/>
        <w:t>v -0.503008 18.393597 -0.584088</w:t>
        <w:br/>
        <w:t>v -0.506089 18.072330 -0.613215</w:t>
        <w:br/>
        <w:t>v -0.564544 18.071487 -0.647234</w:t>
        <w:br/>
        <w:t>v -0.560771 18.392677 -0.620308</w:t>
        <w:br/>
        <w:t>v -0.072843 18.065990 -0.799748</w:t>
        <w:br/>
        <w:t>v -0.122482 17.787624 -0.845212</w:t>
        <w:br/>
        <w:t>v 0.192029 18.379787 -0.775627</w:t>
        <w:br/>
        <w:t>v 0.017884 16.780216 -1.032776</w:t>
        <w:br/>
        <w:t>v 0.092412 17.123463 -0.964486</w:t>
        <w:br/>
        <w:t>v -0.645850 14.297677 -2.104792</w:t>
        <w:br/>
        <w:t>v -0.070201 16.415207 -1.071046</w:t>
        <w:br/>
        <w:t>v -0.696834 14.894731 -1.942455</w:t>
        <w:br/>
        <w:t>v -0.596135 14.805035 -1.754664</w:t>
        <w:br/>
        <w:t>v 0.251138 18.067663 -0.792794</w:t>
        <w:br/>
        <w:t>v 0.262532 18.376530 -0.751682</w:t>
        <w:br/>
        <w:t>v 0.169241 17.448212 -0.915514</w:t>
        <w:br/>
        <w:t>v 0.221030 17.783285 -0.843615</w:t>
        <w:br/>
        <w:t>v 0.251138 18.067663 -0.792794</w:t>
        <w:br/>
        <w:t>v 0.221030 17.783285 -0.843615</w:t>
        <w:br/>
        <w:t>v 0.206681 17.781286 -0.834673</w:t>
        <w:br/>
        <w:t>v 0.238826 18.068960 -0.784317</w:t>
        <w:br/>
        <w:t>v 0.159985 17.450251 -0.887557</w:t>
        <w:br/>
        <w:t>v 0.169241 17.448212 -0.915514</w:t>
        <w:br/>
        <w:t>v 0.092412 17.123463 -0.964486</w:t>
        <w:br/>
        <w:t>v 0.075433 17.121965 -0.928493</w:t>
        <w:br/>
        <w:t>v -1.288229 12.570643 -2.661010</w:t>
        <w:br/>
        <w:t>v -1.192032 12.523456 -2.674579</w:t>
        <w:br/>
        <w:t>v -1.383056 12.801974 -2.323143</w:t>
        <w:br/>
        <w:t>v -1.106889 13.794644 -2.355993</w:t>
        <w:br/>
        <w:t>v -1.280218 13.787087 -2.477368</w:t>
        <w:br/>
        <w:t>v -1.185618 13.568432 -2.494548</w:t>
        <w:br/>
        <w:t>v -1.223988 14.018531 -2.331809</w:t>
        <w:br/>
        <w:t>v -1.484320 14.352988 -2.280321</w:t>
        <w:br/>
        <w:t>v -1.380615 14.047620 -2.420636</w:t>
        <w:br/>
        <w:t>v -0.962273 13.765605 -2.354006</w:t>
        <w:br/>
        <w:t>v -1.051792 13.972979 -2.286672</w:t>
        <w:br/>
        <w:t>v -0.559425 13.118812 -2.761357</w:t>
        <w:br/>
        <w:t>v -0.922356 13.330411 -2.365061</w:t>
        <w:br/>
        <w:t>v -0.777199 13.299208 -2.425390</w:t>
        <w:br/>
        <w:t>v -0.870805 13.562973 -2.390717</w:t>
        <w:br/>
        <w:t>v -1.034626 13.136280 -2.501050</w:t>
        <w:br/>
        <w:t>v -0.890525 13.143713 -2.425943</w:t>
        <w:br/>
        <w:t>v -0.887796 12.944516 -2.456127</w:t>
        <w:br/>
        <w:t>v -0.873559 13.130734 -2.383322</w:t>
        <w:br/>
        <w:t>v -0.730050 13.099947 -2.451561</w:t>
        <w:br/>
        <w:t>v -0.912710 12.662753 -2.533987</w:t>
        <w:br/>
        <w:t>v -0.970536 12.573271 -2.661550</w:t>
        <w:br/>
        <w:t>v -0.853751 12.624771 -2.582797</w:t>
        <w:br/>
        <w:t>v -0.781387 12.724805 -2.536427</w:t>
        <w:br/>
        <w:t>v -0.731936 12.893995 -2.487492</w:t>
        <w:br/>
        <w:t>v -0.856355 12.933372 -2.405456</w:t>
        <w:br/>
        <w:t>v -0.875471 12.781525 -2.458654</w:t>
        <w:br/>
        <w:t>v -0.890525 13.143713 -2.425943</w:t>
        <w:br/>
        <w:t>v -0.887796 12.944516 -2.456127</w:t>
        <w:br/>
        <w:t>v -0.891166 13.145035 -2.414096</w:t>
        <w:br/>
        <w:t>v -0.309305 13.435549 -2.622513</w:t>
        <w:br/>
        <w:t>v -1.613518 15.624503 -1.327291</w:t>
        <w:br/>
        <w:t>v -1.510655 15.647342 -1.438379</w:t>
        <w:br/>
        <w:t>v -1.385205 15.933279 -1.164779</w:t>
        <w:br/>
        <w:t>v -1.875447 15.212649 -1.527219</w:t>
        <w:br/>
        <w:t>v -1.767768 15.288624 -1.640017</w:t>
        <w:br/>
        <w:t>v -1.962966 14.960958 -1.660529</w:t>
        <w:br/>
        <w:t>v -1.864015 14.999152 -1.798857</w:t>
        <w:br/>
        <w:t>v -2.005676 14.655414 -1.827355</w:t>
        <w:br/>
        <w:t>v -1.985541 14.314668 -1.990132</w:t>
        <w:br/>
        <w:t>v -2.175697 14.276473 -1.927640</w:t>
        <w:br/>
        <w:t>v -1.919942 14.947073 -1.615392</w:t>
        <w:br/>
        <w:t>v -1.164829 14.931491 -1.826752</w:t>
        <w:br/>
        <w:t>v -1.722417 15.001832 -1.874932</w:t>
        <w:br/>
        <w:t>v -1.484195 12.968033 -1.975845</w:t>
        <w:br/>
        <w:t>v -1.546600 13.043807 -2.093070</w:t>
        <w:br/>
        <w:t>v -1.574607 13.070505 -2.025057</w:t>
        <w:br/>
        <w:t>v -2.068520 13.995252 -1.832713</w:t>
        <w:br/>
        <w:t>v -1.953723 13.794342 -1.860381</w:t>
        <w:br/>
        <w:t>v -1.903606 13.769291 -1.999602</w:t>
        <w:br/>
        <w:t>v -2.017259 13.981531 -2.024730</w:t>
        <w:br/>
        <w:t>v -1.494810 13.537808 -2.269618</w:t>
        <w:br/>
        <w:t>v -1.576103 13.760010 -2.354509</w:t>
        <w:br/>
        <w:t>v -1.569828 13.519611 -2.322250</w:t>
        <w:br/>
        <w:t>v -1.562484 13.332561 -2.272989</w:t>
        <w:br/>
        <w:t>v -1.502708 13.343477 -2.235737</w:t>
        <w:br/>
        <w:t>v -1.633037 13.425891 -1.572670</w:t>
        <w:br/>
        <w:t>v -1.683582 13.436908 -1.708684</w:t>
        <w:br/>
        <w:t>v -1.705717 13.459167 -1.678866</w:t>
        <w:br/>
        <w:t>v -1.731083 13.613379 -1.983907</w:t>
        <w:br/>
        <w:t>v -1.833782 13.599897 -1.947121</w:t>
        <w:br/>
        <w:t>v -1.764109 13.491099 -1.842460</w:t>
        <w:br/>
        <w:t>v -1.689568 13.512216 -1.878064</w:t>
        <w:br/>
        <w:t>v -1.796103 13.781968 -2.046865</w:t>
        <w:br/>
        <w:t>v -1.890288 13.991051 -2.059642</w:t>
        <w:br/>
        <w:t>v -1.780194 13.522076 -1.760436</w:t>
        <w:br/>
        <w:t>v -2.011838 14.304770 -1.996710</w:t>
        <w:br/>
        <w:t>v -1.648456 13.451194 -1.726845</w:t>
        <w:br/>
        <w:t>v -1.861375 13.623302 -1.828462</w:t>
        <w:br/>
        <w:t>v -1.901594 13.997050 -2.092278</w:t>
        <w:br/>
        <w:t>v -1.890288 13.991051 -2.059642</w:t>
        <w:br/>
        <w:t>v -1.828160 13.762890 -2.131516</w:t>
        <w:br/>
        <w:t>v -1.504783 13.189089 -2.168529</w:t>
        <w:br/>
        <w:t>v -1.541028 13.179682 -2.198448</w:t>
        <w:br/>
        <w:t>v -1.818048 14.013826 -2.248377</w:t>
        <w:br/>
        <w:t>v -1.227446 15.931091 -1.309383</w:t>
        <w:br/>
        <w:t>v -1.387482 15.634689 -1.504041</w:t>
        <w:br/>
        <w:t>v -0.614132 16.501270 -1.142066</w:t>
        <w:br/>
        <w:t>v -1.499047 15.294132 -1.717048</w:t>
        <w:br/>
        <w:t>v -1.657334 15.307527 -1.683884</w:t>
        <w:br/>
        <w:t>v -1.711766 13.512869 -2.270184</w:t>
        <w:br/>
        <w:t>v -1.766121 13.740327 -2.280899</w:t>
        <w:br/>
        <w:t>v -1.757997 13.535733 -2.141364</w:t>
        <w:br/>
        <w:t>v -1.662315 13.333568 -2.231524</w:t>
        <w:br/>
        <w:t>v -1.699617 13.357109 -2.125492</w:t>
        <w:br/>
        <w:t>v -1.611029 13.180473 -2.177496</w:t>
        <w:br/>
        <w:t>v -1.643828 13.208092 -2.083009</w:t>
        <w:br/>
        <w:t>v -1.985541 14.314668 -1.990132</w:t>
        <w:br/>
        <w:t>v -1.971820 14.315411 -1.946316</w:t>
        <w:br/>
        <w:t>v -1.484195 12.968033 -1.975845</w:t>
        <w:br/>
        <w:t>v -1.499991 13.062029 -2.093259</w:t>
        <w:br/>
        <w:t>v -1.546600 13.043807 -2.093070</w:t>
        <w:br/>
        <w:t>v -1.991779 14.648157 -1.809673</w:t>
        <w:br/>
        <w:t>v -2.097157 14.655753 -1.843378</w:t>
        <w:br/>
        <w:t>v -1.971820 14.315411 -1.946316</w:t>
        <w:br/>
        <w:t>v -0.488744 16.815504 -1.063890</w:t>
        <w:br/>
        <w:t>v -0.047540 18.377827 -0.767528</w:t>
        <w:br/>
        <w:t>v -0.229017 17.458235 -0.909892</w:t>
        <w:br/>
        <w:t>v -0.349209 17.146364 -0.985288</w:t>
        <w:br/>
        <w:t>v -1.175481 14.942483 -1.848170</w:t>
        <w:br/>
        <w:t>v -1.108436 15.222988 -1.694410</w:t>
        <w:br/>
        <w:t>v -1.095155 15.210361 -1.681595</w:t>
        <w:br/>
        <w:t>v -1.164829 14.931491 -1.826752</w:t>
        <w:br/>
        <w:t>v -0.933925 15.024481 -2.081852</w:t>
        <w:br/>
        <w:t>v -0.713146 14.674240 -2.132434</w:t>
        <w:br/>
        <w:t>v -0.634229 14.526744 -1.962967</w:t>
        <w:br/>
        <w:t>v -2.005676 14.655414 -1.827355</w:t>
        <w:br/>
        <w:t>v -1.962966 14.960958 -1.660529</w:t>
        <w:br/>
        <w:t>v -1.919942 14.947073 -1.615392</w:t>
        <w:br/>
        <w:t>v -1.991779 14.648157 -1.809673</w:t>
        <w:br/>
        <w:t>v -1.705717 13.459167 -1.678866</w:t>
        <w:br/>
        <w:t>v -1.780194 13.522076 -1.760436</w:t>
        <w:br/>
        <w:t>v -1.689568 13.512216 -1.878064</w:t>
        <w:br/>
        <w:t>v -1.648456 13.451194 -1.726845</w:t>
        <w:br/>
        <w:t>v -1.731083 13.613379 -1.983907</w:t>
        <w:br/>
        <w:t>v -1.861375 13.623302 -1.828462</w:t>
        <w:br/>
        <w:t>v -1.953723 13.794342 -1.860381</w:t>
        <w:br/>
        <w:t>v -1.796103 13.781968 -2.046865</w:t>
        <w:br/>
        <w:t>v -2.068520 13.995252 -1.832713</w:t>
        <w:br/>
        <w:t>v -1.890288 13.991051 -2.059642</w:t>
        <w:br/>
        <w:t>v -1.633037 13.425891 -1.572670</w:t>
        <w:br/>
        <w:t>v -1.502708 13.343477 -2.235737</w:t>
        <w:br/>
        <w:t>v -1.699617 13.357109 -2.125492</w:t>
        <w:br/>
        <w:t>v -1.757997 13.535733 -2.141364</w:t>
        <w:br/>
        <w:t>v -1.494810 13.537808 -2.269618</w:t>
        <w:br/>
        <w:t>v -1.504783 13.189089 -2.168529</w:t>
        <w:br/>
        <w:t>v -1.643828 13.208092 -2.083009</w:t>
        <w:br/>
        <w:t>v -1.499991 13.062029 -2.093259</w:t>
        <w:br/>
        <w:t>v -1.574607 13.070505 -2.025057</w:t>
        <w:br/>
        <w:t>v -1.484195 12.968033 -1.975845</w:t>
        <w:br/>
        <w:t>v -0.891166 13.145035 -2.414096</w:t>
        <w:br/>
        <w:t>v -1.063136 13.123930 -2.216797</w:t>
        <w:br/>
        <w:t>v -1.100866 13.340950 -2.195317</w:t>
        <w:br/>
        <w:t>v -0.922356 13.330411 -2.365061</w:t>
        <w:br/>
        <w:t>v -0.887796 12.944516 -2.456127</w:t>
        <w:br/>
        <w:t>v -1.045140 12.929109 -2.246641</w:t>
        <w:br/>
        <w:t>v -0.944490 12.761138 -2.513852</w:t>
        <w:br/>
        <w:t>v -1.085975 12.737809 -2.313812</w:t>
        <w:br/>
        <w:t>v -1.064344 12.605631 -2.593863</w:t>
        <w:br/>
        <w:t>v -1.181669 12.579120 -2.430320</w:t>
        <w:br/>
        <w:t>v -1.451849 12.436666 -2.695016</w:t>
        <w:br/>
        <w:t>v -1.310037 12.465340 -2.566359</w:t>
        <w:br/>
        <w:t>v -1.192032 12.523456 -2.674579</w:t>
        <w:br/>
        <w:t>v -1.354872 12.489614 -2.772022</w:t>
        <w:br/>
        <w:t>v -1.574972 12.461204 -2.801714</w:t>
        <w:br/>
        <w:t>v -1.505286 12.490342 -2.844902</w:t>
        <w:br/>
        <w:t>v -1.670767 12.517055 -2.889121</w:t>
        <w:br/>
        <w:t>v -1.625529 12.538988 -2.905822</w:t>
        <w:br/>
        <w:t>v -1.728480 12.603820 -2.959863</w:t>
        <w:br/>
        <w:t>v -1.377006 13.108913 -2.238340</w:t>
        <w:br/>
        <w:t>v -1.420005 13.307508 -2.241447</w:t>
        <w:br/>
        <w:t>v -1.363889 12.943623 -2.262902</w:t>
        <w:br/>
        <w:t>v -1.383056 12.801974 -2.323143</w:t>
        <w:br/>
        <w:t>v -1.426671 12.646050 -2.415857</w:t>
        <w:br/>
        <w:t>v -1.310037 12.465340 -2.566359</w:t>
        <w:br/>
        <w:t>v -1.489251 12.553802 -2.517047</w:t>
        <w:br/>
        <w:t>v -1.637163 12.501271 -2.742341</w:t>
        <w:br/>
        <w:t>v -1.567615 12.501975 -2.636347</w:t>
        <w:br/>
        <w:t>v -1.670767 12.517055 -2.889121</w:t>
        <w:br/>
        <w:t>v -1.687078 12.544396 -2.844613</w:t>
        <w:br/>
        <w:t>v -1.728480 12.603820 -2.959863</w:t>
        <w:br/>
        <w:t>v -0.875471 12.781525 -2.458654</w:t>
        <w:br/>
        <w:t>v -0.811696 12.715877 -2.464100</w:t>
        <w:br/>
        <w:t>v -0.878955 12.611366 -2.547570</w:t>
        <w:br/>
        <w:t>v -0.912710 12.662753 -2.533987</w:t>
        <w:br/>
        <w:t>v -0.873559 13.130734 -2.383322</w:t>
        <w:br/>
        <w:t>v -0.781437 13.120346 -2.364520</w:t>
        <w:br/>
        <w:t>v -0.772294 12.906396 -2.396175</w:t>
        <w:br/>
        <w:t>v -0.856355 12.933372 -2.405456</w:t>
        <w:br/>
        <w:t>v -0.922356 13.330411 -2.365061</w:t>
        <w:br/>
        <w:t>v -0.823455 13.320134 -2.345580</w:t>
        <w:br/>
        <w:t>v -0.811696 12.715877 -2.464100</w:t>
        <w:br/>
        <w:t>v -0.781387 12.724805 -2.536427</w:t>
        <w:br/>
        <w:t>v -0.853751 12.624771 -2.582797</w:t>
        <w:br/>
        <w:t>v -0.878955 12.611366 -2.547570</w:t>
        <w:br/>
        <w:t>v -0.781437 13.120346 -2.364520</w:t>
        <w:br/>
        <w:t>v -0.730050 13.099947 -2.451561</w:t>
        <w:br/>
        <w:t>v -0.731936 12.893995 -2.487492</w:t>
        <w:br/>
        <w:t>v -0.772294 12.906396 -2.396175</w:t>
        <w:br/>
        <w:t>v -0.823455 13.320134 -2.345580</w:t>
        <w:br/>
        <w:t>v -0.777199 13.299208 -2.425390</w:t>
        <w:br/>
        <w:t>v -0.970536 12.573271 -2.661550</w:t>
        <w:br/>
        <w:t>v -0.970536 12.573271 -2.661550</w:t>
        <w:br/>
        <w:t>v -1.168464 13.581071 -2.175798</w:t>
        <w:br/>
        <w:t>v -0.990532 13.572696 -2.334538</w:t>
        <w:br/>
        <w:t>v -0.922620 13.573386 -2.330149</w:t>
        <w:br/>
        <w:t>v -0.870805 13.562973 -2.390717</w:t>
        <w:br/>
        <w:t>v -0.990532 13.572696 -2.334538</w:t>
        <w:br/>
        <w:t>v -0.922620 13.573386 -2.330149</w:t>
        <w:br/>
        <w:t>v -1.828160 13.762890 -2.131516</w:t>
        <w:br/>
        <w:t>v -1.806327 13.758677 -2.161989</w:t>
        <w:br/>
        <w:t>v -1.537884 13.759771 -2.261355</w:t>
        <w:br/>
        <w:t>v -1.247028 13.793802 -2.158329</w:t>
        <w:br/>
        <w:t>v -1.247028 13.793802 -2.158329</w:t>
        <w:br/>
        <w:t>v -1.075184 13.779289 -2.299374</w:t>
        <w:br/>
        <w:t>v -1.006014 13.781641 -2.303688</w:t>
        <w:br/>
        <w:t>v -0.962273 13.765605 -2.354006</w:t>
        <w:br/>
        <w:t>v -1.075184 13.779289 -2.299374</w:t>
        <w:br/>
        <w:t>v -1.866795 13.990536 -2.088895</w:t>
        <w:br/>
        <w:t>v -1.575965 14.006394 -2.198209</w:t>
        <w:br/>
        <w:t>v -1.325065 14.014230 -2.117016</w:t>
        <w:br/>
        <w:t>v -1.325065 14.014230 -2.117016</w:t>
        <w:br/>
        <w:t>v -1.137739 13.986536 -2.266550</w:t>
        <w:br/>
        <w:t>v -1.137739 13.986536 -2.266550</w:t>
        <w:br/>
        <w:t>v -1.051792 13.972979 -2.286672</w:t>
        <w:br/>
        <w:t>v -0.600537 14.060209 -2.270612</w:t>
        <w:br/>
        <w:t>v -1.104613 13.982361 -2.315409</w:t>
        <w:br/>
        <w:t>v -1.195389 14.326590 -2.120764</w:t>
        <w:br/>
        <w:t>v -0.645850 14.297677 -2.104792</w:t>
        <w:br/>
        <w:t>v -0.521607 13.850560 -2.406815</w:t>
        <w:br/>
        <w:t>v -1.025985 13.696851 -2.478475</w:t>
        <w:br/>
        <w:t>v -0.425524 13.648217 -2.506206</w:t>
        <w:br/>
        <w:t>v -0.864303 13.445283 -2.614439</w:t>
        <w:br/>
        <w:t>v -0.309305 13.435549 -2.622513</w:t>
        <w:br/>
        <w:t>v -0.699237 13.254399 -2.706725</w:t>
        <w:br/>
        <w:t>v -0.230929 13.238879 -2.688879</w:t>
        <w:br/>
        <w:t>v -0.559425 13.118812 -2.761357</w:t>
        <w:br/>
        <w:t>v -0.186106 13.039630 -2.735210</w:t>
        <w:br/>
        <w:t>v -0.426983 12.971504 -2.793251</w:t>
        <w:br/>
        <w:t>v -0.372967 12.842042 -2.777278</w:t>
        <w:br/>
        <w:t>v -0.198444 12.852606 -2.744051</w:t>
        <w:br/>
        <w:t>v -0.378123 12.719499 -2.742416</w:t>
        <w:br/>
        <w:t>v -0.281146 12.714932 -2.727664</w:t>
        <w:br/>
        <w:t>v -0.400497 12.636883 -2.700738</w:t>
        <w:br/>
        <w:t>v -1.928054 14.296582 -1.938933</w:t>
        <w:br/>
        <w:t>v -1.634231 14.336425 -2.056724</w:t>
        <w:br/>
        <w:t>v -1.385998 14.350774 -2.001501</w:t>
        <w:br/>
        <w:t>v -1.195389 14.326590 -2.120764</w:t>
        <w:br/>
        <w:t>v -2.249533 14.254843 -1.729259</w:t>
        <w:br/>
        <w:t>v -1.201489 14.627657 -1.948705</w:t>
        <w:br/>
        <w:t>v -0.634229 14.526744 -1.962967</w:t>
        <w:br/>
        <w:t>v -1.195389 14.326590 -2.120764</w:t>
        <w:br/>
        <w:t>v -1.973996 14.594393 -1.770975</w:t>
        <w:br/>
        <w:t>v -1.660969 14.626325 -1.908335</w:t>
        <w:br/>
        <w:t>v -2.368544 14.567127 -1.536198</w:t>
        <w:br/>
        <w:t>v -1.162879 14.912200 -1.782533</w:t>
        <w:br/>
        <w:t>v -0.596135 14.805035 -1.754664</w:t>
        <w:br/>
        <w:t>v -1.950516 14.882078 -1.579700</w:t>
        <w:br/>
        <w:t>v -1.637577 14.913746 -1.720745</w:t>
        <w:br/>
        <w:t>v -2.388188 14.863277 -1.372315</w:t>
        <w:br/>
        <w:t>v -1.110850 15.184982 -1.642708</w:t>
        <w:br/>
        <w:t>v -0.521003 15.060047 -1.606363</w:t>
        <w:br/>
        <w:t>v -1.849125 15.195004 -1.415679</w:t>
        <w:br/>
        <w:t>v -1.551529 15.209142 -1.558660</w:t>
        <w:br/>
        <w:t>v -2.292821 15.215643 -1.172186</w:t>
        <w:br/>
        <w:t>v -1.028349 15.499028 -1.501752</w:t>
        <w:br/>
        <w:t>v -0.417990 15.350953 -1.462727</w:t>
        <w:br/>
        <w:t>v -1.713224 15.562929 -1.228076</w:t>
        <w:br/>
        <w:t>v -1.428468 15.553019 -1.386828</w:t>
        <w:br/>
        <w:t>v -2.098515 15.562802 -0.967895</w:t>
        <w:br/>
        <w:t>v -0.891115 15.844905 -1.323959</w:t>
        <w:br/>
        <w:t>v -0.274455 15.724524 -1.305107</w:t>
        <w:br/>
        <w:t>v -1.559879 15.902064 -1.094577</w:t>
        <w:br/>
        <w:t>v -1.256108 15.882106 -1.194673</w:t>
        <w:br/>
        <w:t>v -1.904436 15.894104 -0.787524</w:t>
        <w:br/>
        <w:t>v -0.731683 16.185310 -1.165760</w:t>
        <w:br/>
        <w:t>v -0.158991 16.083342 -1.181656</w:t>
        <w:br/>
        <w:t>v -1.340320 16.267673 -0.914634</w:t>
        <w:br/>
        <w:t>v -1.040284 16.228085 -1.017081</w:t>
        <w:br/>
        <w:t>v -1.690699 16.242722 -0.611114</w:t>
        <w:br/>
        <w:t>v -0.562241 16.508600 -1.025872</w:t>
        <w:br/>
        <w:t>v -0.070201 16.415207 -1.071046</w:t>
        <w:br/>
        <w:t>v -1.117993 16.592937 -0.757956</w:t>
        <w:br/>
        <w:t>v -0.841803 16.564728 -0.874250</w:t>
        <w:br/>
        <w:t>v -1.474799 16.580160 -0.455694</w:t>
        <w:br/>
        <w:t>v -0.394799 16.825491 -0.921789</w:t>
        <w:br/>
        <w:t>v 0.002956 16.775639 -0.998468</w:t>
        <w:br/>
        <w:t>v -0.945910 16.881792 -0.674977</w:t>
        <w:br/>
        <w:t>v -0.681428 16.871870 -0.773123</w:t>
        <w:br/>
        <w:t>v -1.283160 16.901476 -0.337287</w:t>
        <w:br/>
        <w:t>v -0.264985 17.146816 -0.830044</w:t>
        <w:br/>
        <w:t>v 0.110735 17.131550 -0.883859</w:t>
        <w:br/>
        <w:t>v -0.808676 17.181753 -0.581949</w:t>
        <w:br/>
        <w:t>v -0.548759 17.168749 -0.673820</w:t>
        <w:br/>
        <w:t>v -1.120962 17.213297 -0.246121</w:t>
        <w:br/>
        <w:t>v -0.179717 17.458889 -0.729421</w:t>
        <w:br/>
        <w:t>v 0.178711 17.459179 -0.729370</w:t>
        <w:br/>
        <w:t>v -0.675731 17.488493 -0.469805</w:t>
        <w:br/>
        <w:t>v -0.426957 17.477903 -0.589734</w:t>
        <w:br/>
        <w:t>v -1.011547 17.509634 -0.169795</w:t>
        <w:br/>
        <w:t>v -0.134832 17.765831 -0.626269</w:t>
        <w:br/>
        <w:t>v 0.218402 17.772408 -0.594287</w:t>
        <w:br/>
        <w:t>v -0.361799 17.766598 -0.522652</w:t>
        <w:br/>
        <w:t>v -0.622609 17.789917 -0.378689</w:t>
        <w:br/>
        <w:t>v -0.943245 17.817646 -0.105051</w:t>
        <w:br/>
        <w:t>v -0.113603 18.034817 -0.540850</w:t>
        <w:br/>
        <w:t>v 0.222036 18.037947 -0.502970</w:t>
        <w:br/>
        <w:t>v -0.592061 18.056293 -0.306916</w:t>
        <w:br/>
        <w:t>v -0.341664 18.039822 -0.452123</w:t>
        <w:br/>
        <w:t>v -0.920180 18.073437 -0.053765</w:t>
        <w:br/>
        <w:t>v -0.106724 18.369690 -0.440151</w:t>
        <w:br/>
        <w:t>v 0.232890 18.370743 -0.412973</w:t>
        <w:br/>
        <w:t>v -0.564318 18.387459 -0.222981</w:t>
        <w:br/>
        <w:t>v -0.325969 18.371132 -0.377395</w:t>
        <w:br/>
        <w:t>v -0.948578 18.420860 -0.065864</w:t>
        <w:br/>
        <w:t>v 0.379808 15.762403 -1.446289</w:t>
        <w:br/>
        <w:t>v 0.271575 16.113209 -1.302717</w:t>
        <w:br/>
        <w:t>v 0.158526 16.083366 -1.181669</w:t>
        <w:br/>
        <w:t>v 0.274292 15.724535 -1.304578</w:t>
        <w:br/>
        <w:t>v 0.649485 14.145064 -2.449386</w:t>
        <w:br/>
        <w:t>v 0.816123 14.190250 -2.620903</w:t>
        <w:br/>
        <w:t>v 0.911238 14.500650 -2.422372</w:t>
        <w:br/>
        <w:t>v 0.730188 14.399309 -2.275366</w:t>
        <w:br/>
        <w:t>v 0.603091 15.156509 -1.761166</w:t>
        <w:br/>
        <w:t>v 0.496832 15.437931 -1.592025</w:t>
        <w:br/>
        <w:t>v 0.417991 15.350952 -1.461972</w:t>
        <w:br/>
        <w:t>v 0.521004 15.060047 -1.605658</w:t>
        <w:br/>
        <w:t>v 0.934832 14.786474 -2.218433</w:t>
        <w:br/>
        <w:t>v 0.743104 14.654648 -2.110401</w:t>
        <w:br/>
        <w:t>v 0.632884 14.526746 -1.961282</w:t>
        <w:br/>
        <w:t>v 0.633815 14.279053 -2.101899</w:t>
        <w:br/>
        <w:t>v 0.805584 15.586131 -1.714809</w:t>
        <w:br/>
        <w:t>v 0.693565 15.881326 -1.557918</w:t>
        <w:br/>
        <w:t>v 0.571134 14.060211 -2.270612</w:t>
        <w:br/>
        <w:t>v 0.471767 13.850562 -2.406814</w:t>
        <w:br/>
        <w:t>v 0.508528 13.887498 -2.611231</w:t>
        <w:br/>
        <w:t>v 0.234588 13.462390 -2.779416</w:t>
        <w:br/>
        <w:t>v 0.371797 13.674579 -2.700675</w:t>
        <w:br/>
        <w:t>v 0.358567 13.651389 -2.521939</w:t>
        <w:br/>
        <w:t>v 0.345751 13.456141 -2.960504</w:t>
        <w:br/>
        <w:t>v 0.452425 13.654746 -2.892088</w:t>
        <w:br/>
        <w:t>v 0.144101 13.268852 -2.814982</w:t>
        <w:br/>
        <w:t>v 0.147710 13.238882 -2.688878</w:t>
        <w:br/>
        <w:t>v 0.093808 13.039633 -2.735210</w:t>
        <w:br/>
        <w:t>v 0.096675 13.064019 -2.826113</w:t>
        <w:br/>
        <w:t>v 0.194079 13.062736 -2.955272</w:t>
        <w:br/>
        <w:t>v 0.259012 13.274687 -2.982890</w:t>
        <w:br/>
        <w:t>v 0.099303 12.852609 -2.744051</w:t>
        <w:br/>
        <w:t>v 0.115955 12.861262 -2.808832</w:t>
        <w:br/>
        <w:t>v 0.171882 12.878995 -2.891711</w:t>
        <w:br/>
        <w:t>v 0.178447 12.714935 -2.727664</w:t>
        <w:br/>
        <w:t>v 0.205210 12.724154 -2.793577</w:t>
        <w:br/>
        <w:t>v 1.094892 13.984917 -2.320037</w:t>
        <w:br/>
        <w:t>v 1.184474 14.322605 -2.146420</w:t>
        <w:br/>
        <w:t>v 1.196107 14.358335 -2.172403</w:t>
        <w:br/>
        <w:t>v 1.109229 13.996473 -2.343027</w:t>
        <w:br/>
        <w:t>v 0.716857 16.178507 -1.277149</w:t>
        <w:br/>
        <w:t>v 0.561965 16.500891 -1.166300</w:t>
        <w:br/>
        <w:t>v 0.427561 16.499495 -1.265705</w:t>
        <w:br/>
        <w:t>v 0.568015 16.187599 -1.408522</w:t>
        <w:br/>
        <w:t>v 0.271865 12.842045 -2.777278</w:t>
        <w:br/>
        <w:t>v 0.329968 12.971507 -2.793250</w:t>
        <w:br/>
        <w:t>v 0.194079 13.062736 -2.955272</w:t>
        <w:br/>
        <w:t>v 0.171882 12.878995 -2.891711</w:t>
        <w:br/>
        <w:t>v 0.205210 12.724154 -2.793577</w:t>
        <w:br/>
        <w:t>v 0.274870 12.719501 -2.742416</w:t>
        <w:br/>
        <w:t>v 0.296753 12.636886 -2.700738</w:t>
        <w:br/>
        <w:t>v 0.296753 12.636886 -2.700738</w:t>
        <w:br/>
        <w:t>v 0.292138 16.820183 -1.133048</w:t>
        <w:br/>
        <w:t>v 0.203725 17.139120 -1.010541</w:t>
        <w:br/>
        <w:t>v 0.075433 17.121965 -0.928493</w:t>
        <w:br/>
        <w:t>v 0.105026 16.786303 -1.064796</w:t>
        <w:br/>
        <w:t>v 0.416833 16.815052 -1.076693</w:t>
        <w:br/>
        <w:t>v 0.298627 17.146704 -0.984395</w:t>
        <w:br/>
        <w:t>v 0.238738 17.455959 -0.915313</w:t>
        <w:br/>
        <w:t>v 0.159985 17.450251 -0.887557</w:t>
        <w:br/>
        <w:t>v 0.700017 16.177538 -1.254008</w:t>
        <w:br/>
        <w:t>v 0.716857 16.178507 -1.277149</w:t>
        <w:br/>
        <w:t>v 0.848532 15.861001 -1.409126</w:t>
        <w:br/>
        <w:t>v 0.836006 15.858046 -1.382753</w:t>
        <w:br/>
        <w:t>v 0.805584 15.586131 -1.714809</w:t>
        <w:br/>
        <w:t>v 0.889003 15.292837 -1.881686</w:t>
        <w:br/>
        <w:t>v 1.102727 15.226534 -1.705691</w:t>
        <w:br/>
        <w:t>v 0.987653 15.536982 -1.556685</w:t>
        <w:br/>
        <w:t>v 0.934832 14.786474 -2.218433</w:t>
        <w:br/>
        <w:t>v 1.216456 14.679311 -2.003614</w:t>
        <w:br/>
        <w:t>v 1.168087 14.948470 -1.856131</w:t>
        <w:br/>
        <w:t>v 0.934781 15.031676 -2.055807</w:t>
        <w:br/>
        <w:t>v 0.848532 15.861001 -1.409126</w:t>
        <w:br/>
        <w:t>v 0.693565 15.881326 -1.557918</w:t>
        <w:br/>
        <w:t>v 1.109229 13.996473 -2.343027</w:t>
        <w:br/>
        <w:t>v 0.816123 14.190250 -2.620903</w:t>
        <w:br/>
        <w:t>v 0.642379 13.900250 -2.774599</w:t>
        <w:br/>
        <w:t>v 0.980119 13.696853 -2.478475</w:t>
        <w:br/>
        <w:t>v 0.345751 13.456141 -2.960504</w:t>
        <w:br/>
        <w:t>v 0.620546 13.254402 -2.706724</w:t>
        <w:br/>
        <w:t>v 0.800238 13.445286 -2.614439</w:t>
        <w:br/>
        <w:t>v 0.452425 13.654746 -2.892088</w:t>
        <w:br/>
        <w:t>v 0.176485 16.449427 -1.177695</w:t>
        <w:br/>
        <w:t>v 0.275134 17.148113 -0.973529</w:t>
        <w:br/>
        <w:t>v 0.298627 17.146704 -0.984395</w:t>
        <w:br/>
        <w:t>v 0.416833 16.815052 -1.076693</w:t>
        <w:br/>
        <w:t>v 0.399779 16.816372 -1.060985</w:t>
        <w:br/>
        <w:t>v 0.259012 13.274687 -2.982890</w:t>
        <w:br/>
        <w:t>v 0.927096 17.204569 -0.630205</w:t>
        <w:br/>
        <w:t>v 1.056357 16.898006 -0.702909</w:t>
        <w:br/>
        <w:t>v 1.239042 16.913160 -0.544195</w:t>
        <w:br/>
        <w:t>v 1.098538 17.218077 -0.458386</w:t>
        <w:br/>
        <w:t>v 1.393997 16.341900 -0.961594</w:t>
        <w:br/>
        <w:t>v 1.610362 16.002525 -1.141474</w:t>
        <w:br/>
        <w:t>v 1.815031 15.982527 -0.969731</w:t>
        <w:br/>
        <w:t>v 1.612512 16.315842 -0.790378</w:t>
        <w:br/>
        <w:t>v 2.297614 14.950143 -1.546235</w:t>
        <w:br/>
        <w:t>v 2.097233 14.979459 -1.676451</w:t>
        <w:br/>
        <w:t>v 2.097158 14.655755 -1.843366</w:t>
        <w:br/>
        <w:t>v 2.283252 14.601576 -1.738667</w:t>
        <w:br/>
        <w:t>v 2.292822 15.215643 -1.172111</w:t>
        <w:br/>
        <w:t>v 2.098504 15.563355 -0.968498</w:t>
        <w:br/>
        <w:t>v 2.026931 15.648927 -1.167307</w:t>
        <w:br/>
        <w:t>v 2.208107 15.287769 -1.363361</w:t>
        <w:br/>
        <w:t>v 1.422784 16.614470 -0.649711</w:t>
        <w:br/>
        <w:t>v 1.689857 16.243313 -0.611403</w:t>
        <w:br/>
        <w:t>v 1.473329 16.580286 -0.455166</w:t>
        <w:br/>
        <w:t>v 1.281199 16.901966 -0.337250</w:t>
        <w:br/>
        <w:t>v 1.825910 15.678870 -1.321896</w:t>
        <w:br/>
        <w:t>v 1.280218 13.787089 -2.477368</w:t>
        <w:br/>
        <w:t>v 1.500947 13.772727 -2.349617</w:t>
        <w:br/>
        <w:t>v 1.575010 14.017388 -2.340461</w:t>
        <w:br/>
        <w:t>v 1.380616 14.047622 -2.420636</w:t>
        <w:br/>
        <w:t>v 1.033003 12.957498 -2.512582</w:t>
        <w:br/>
        <w:t>v 1.079938 12.795526 -2.537936</w:t>
        <w:br/>
        <w:t>v 1.273276 12.808555 -2.418837</w:t>
        <w:br/>
        <w:t>v 1.258448 12.956365 -2.374933</w:t>
        <w:br/>
        <w:t>v 1.179983 12.651111 -2.591449</w:t>
        <w:br/>
        <w:t>v 0.944490 12.761141 -2.513852</w:t>
        <w:br/>
        <w:t>v 1.064343 12.605634 -2.593863</w:t>
        <w:br/>
        <w:t>v 1.728479 12.603823 -2.959863</w:t>
        <w:br/>
        <w:t>v 1.663837 12.545467 -2.860999</w:t>
        <w:br/>
        <w:t>v 1.625529 12.538991 -2.905822</w:t>
        <w:br/>
        <w:t>v 1.322688 13.304128 -2.334412</w:t>
        <w:br/>
        <w:t>v 1.084516 13.331884 -2.498094</w:t>
        <w:br/>
        <w:t>v 1.034625 13.136283 -2.501049</w:t>
        <w:br/>
        <w:t>v 1.275841 13.125682 -2.351528</w:t>
        <w:br/>
        <w:t>v 1.892263 14.709318 -1.955409</w:t>
        <w:br/>
        <w:t>v 1.720154 14.716876 -2.036338</w:t>
        <w:br/>
        <w:t>v 1.661712 14.371087 -2.229399</w:t>
        <w:br/>
        <w:t>v 1.872304 14.356337 -2.143703</w:t>
        <w:br/>
        <w:t>v 1.583763 15.613573 -1.332272</w:t>
        <w:br/>
        <w:t>v 1.834172 15.243512 -1.528703</w:t>
        <w:br/>
        <w:t>v 2.030176 15.301502 -1.517058</w:t>
        <w:br/>
        <w:t>v 1.133350 16.260769 -1.014163</w:t>
        <w:br/>
        <w:t>v 1.359462 15.916728 -1.173997</w:t>
        <w:br/>
        <w:t>v 0.970196 16.543146 -0.910169</w:t>
        <w:br/>
        <w:t>v 0.827680 16.863207 -0.836282</w:t>
        <w:br/>
        <w:t>v 0.977327 16.547953 -0.917036</w:t>
        <w:br/>
        <w:t>v 0.728703 17.181730 -0.775639</w:t>
        <w:br/>
        <w:t>v 0.827680 16.863207 -0.836282</w:t>
        <w:br/>
        <w:t>v 0.970196 16.543146 -0.910169</w:t>
        <w:br/>
        <w:t>v 1.224391 16.613111 -0.828573</w:t>
        <w:br/>
        <w:t>v 1.561377 14.697848 -2.066887</w:t>
        <w:br/>
        <w:t>v 1.562534 14.992689 -1.885572</w:t>
        <w:br/>
        <w:t>v 1.393972 14.962594 -1.802467</w:t>
        <w:br/>
        <w:t>v 1.393934 14.675538 -1.983127</w:t>
        <w:br/>
        <w:t>v 1.118648 17.213297 -0.246121</w:t>
        <w:br/>
        <w:t>v 1.009120 17.509632 -0.169795</w:t>
        <w:br/>
        <w:t>v 0.994858 17.509434 -0.393466</w:t>
        <w:br/>
        <w:t>v 0.850657 17.497372 -0.568090</w:t>
        <w:br/>
        <w:t>v 0.655282 17.480896 -0.724553</w:t>
        <w:br/>
        <w:t>v 0.940817 17.817644 -0.105014</w:t>
        <w:br/>
        <w:t>v 0.921085 17.811834 -0.333942</w:t>
        <w:br/>
        <w:t>v 0.805746 17.807493 -0.517520</w:t>
        <w:br/>
        <w:t>v 0.595456 17.797056 -0.698973</w:t>
        <w:br/>
        <w:t>v 0.917752 18.073448 -0.053727</w:t>
        <w:br/>
        <w:t>v 0.894259 18.072582 -0.286253</w:t>
        <w:br/>
        <w:t>v 0.778040 18.075701 -0.489501</w:t>
        <w:br/>
        <w:t>v 0.563939 18.071487 -0.672098</w:t>
        <w:br/>
        <w:t>v 0.558607 18.392677 -0.645310</w:t>
        <w:br/>
        <w:t>v 0.262646 18.375145 -0.741344</w:t>
        <w:br/>
        <w:t>v 0.300991 18.069185 -0.766849</w:t>
        <w:br/>
        <w:t>v 0.354114 17.792532 -0.796818</w:t>
        <w:br/>
        <w:t>v 0.436364 17.472521 -0.838420</w:t>
        <w:br/>
        <w:t>v 0.545452 17.163671 -0.878011</w:t>
        <w:br/>
        <w:t>v 0.668336 16.833902 -0.948766</w:t>
        <w:br/>
        <w:t>v 0.784040 16.523653 -1.051729</w:t>
        <w:br/>
        <w:t>v 0.977327 16.547953 -0.917036</w:t>
        <w:br/>
        <w:t>v 1.025030 16.261599 -1.099381</w:t>
        <w:br/>
        <w:t>v 1.133099 16.273384 -1.023772</w:t>
        <w:br/>
        <w:t>v 1.061212 15.886280 -1.310615</w:t>
        <w:br/>
        <w:t>v 0.908383 16.231264 -1.165156</w:t>
        <w:br/>
        <w:t>v 0.700017 16.177538 -1.254008</w:t>
        <w:br/>
        <w:t>v 0.836006 15.858046 -1.382753</w:t>
        <w:br/>
        <w:t>v 1.196786 15.578108 -1.469493</w:t>
        <w:br/>
        <w:t>v 0.977315 15.528230 -1.524100</w:t>
        <w:br/>
        <w:t>v 1.323619 15.260642 -1.641048</w:t>
        <w:br/>
        <w:t>v 1.095156 15.214007 -1.669333</w:t>
        <w:br/>
        <w:t>v 1.184474 14.322605 -2.146420</w:t>
        <w:br/>
        <w:t>v 1.332964 14.367516 -2.155538</w:t>
        <w:br/>
        <w:t>v 1.204118 14.653994 -1.968300</w:t>
        <w:br/>
        <w:t>v 1.422784 12.515234 -2.733059</w:t>
        <w:br/>
        <w:t>v 1.537707 12.510153 -2.815636</w:t>
        <w:br/>
        <w:t>v 1.589824 12.511586 -2.769795</w:t>
        <w:br/>
        <w:t>v 1.504845 12.512530 -2.678062</w:t>
        <w:br/>
        <w:t>v 2.240127 14.240670 -1.727046</w:t>
        <w:br/>
        <w:t>v 2.364055 14.546213 -1.531948</w:t>
        <w:br/>
        <w:t>v 1.414119 13.545660 -2.338864</w:t>
        <w:br/>
        <w:t>v 1.185618 13.568435 -2.494547</w:t>
        <w:br/>
        <w:t>v 1.505286 12.490345 -2.844901</w:t>
        <w:br/>
        <w:t>v 0.889003 15.292837 -1.881686</w:t>
        <w:br/>
        <w:t>v 0.651673 13.912400 -2.800419</w:t>
        <w:br/>
        <w:t>v 1.904147 15.894997 -0.788429</w:t>
        <w:br/>
        <w:t>v 2.388189 14.863290 -1.372252</w:t>
        <w:br/>
        <w:t>v 1.545342 13.761434 -2.340021</w:t>
        <w:br/>
        <w:t>v 1.494810 13.537811 -2.269618</w:t>
        <w:br/>
        <w:t>v 1.328159 12.660680 -2.492774</w:t>
        <w:br/>
        <w:t>v 1.402825 12.569577 -2.578156</w:t>
        <w:br/>
        <w:t>v 1.489251 12.553805 -2.517046</w:t>
        <w:br/>
        <w:t>v 1.426670 12.646053 -2.415869</w:t>
        <w:br/>
        <w:t>v 1.363889 12.943625 -2.262902</w:t>
        <w:br/>
        <w:t>v 1.377006 13.108916 -2.238340</w:t>
        <w:br/>
        <w:t>v 0.901755 18.401886 -0.267829</w:t>
        <w:br/>
        <w:t>v 0.777512 18.397320 -0.473919</w:t>
        <w:br/>
        <w:t>v 1.637162 12.501274 -2.742341</w:t>
        <w:br/>
        <w:t>v 1.687078 12.544399 -2.844612</w:t>
        <w:br/>
        <w:t>v 1.425300 13.298357 -2.234152</w:t>
        <w:br/>
        <w:t>v 0.934781 15.031676 -2.055807</w:t>
        <w:br/>
        <w:t>v 0.696835 14.894732 -1.936909</w:t>
        <w:br/>
        <w:t>v 1.204118 14.653994 -1.968300</w:t>
        <w:br/>
        <w:t>v 1.216456 14.679311 -2.003614</w:t>
        <w:br/>
        <w:t>v 1.013572 13.589313 -2.363287</w:t>
        <w:br/>
        <w:t>v 0.916218 13.328162 -2.393722</w:t>
        <w:br/>
        <w:t>v 1.084516 13.331884 -2.498094</w:t>
        <w:br/>
        <w:t>v 1.354871 12.489616 -2.772021</w:t>
        <w:br/>
        <w:t>v 1.567614 12.501978 -2.636359</w:t>
        <w:br/>
        <w:t>v 0.946162 18.420860 -0.065814</w:t>
        <w:br/>
        <w:t>v 0.206681 17.781286 -0.834673</w:t>
        <w:br/>
        <w:t>v 0.238826 18.068960 -0.784317</w:t>
        <w:br/>
        <w:t>v 0.069409 16.415258 -1.071059</w:t>
        <w:br/>
        <w:t>v 0.596136 14.805036 -1.752098</w:t>
        <w:br/>
        <w:t>v 0.002956 16.775639 -0.998468</w:t>
        <w:br/>
        <w:t>v 1.288229 12.570646 -2.661009</w:t>
        <w:br/>
        <w:t>v 1.192032 12.523458 -2.674579</w:t>
        <w:br/>
        <w:t>v 1.383055 12.801977 -2.323143</w:t>
        <w:br/>
        <w:t>v 1.280218 13.787089 -2.477368</w:t>
        <w:br/>
        <w:t>v 1.106890 13.794646 -2.355993</w:t>
        <w:br/>
        <w:t>v 1.185618 13.568435 -2.494547</w:t>
        <w:br/>
        <w:t>v 1.484321 14.352990 -2.280321</w:t>
        <w:br/>
        <w:t>v 1.223989 14.018533 -2.331809</w:t>
        <w:br/>
        <w:t>v 1.380616 14.047622 -2.420636</w:t>
        <w:br/>
        <w:t>v 0.962273 13.765607 -2.354006</w:t>
        <w:br/>
        <w:t>v 1.051792 13.972980 -2.286672</w:t>
        <w:br/>
        <w:t>v 0.470547 13.118814 -2.761356</w:t>
        <w:br/>
        <w:t>v 0.870805 13.562976 -2.390716</w:t>
        <w:br/>
        <w:t>v 0.777198 13.299211 -2.425390</w:t>
        <w:br/>
        <w:t>v 0.925248 13.328402 -2.378064</w:t>
        <w:br/>
        <w:t>v 0.879206 13.143766 -2.424698</w:t>
        <w:br/>
        <w:t>v 1.034625 13.136283 -2.501049</w:t>
        <w:br/>
        <w:t>v 0.887795 12.944519 -2.456126</w:t>
        <w:br/>
        <w:t>v 0.730049 13.099950 -2.451561</w:t>
        <w:br/>
        <w:t>v 0.873559 13.130737 -2.383321</w:t>
        <w:br/>
        <w:t>v 0.970536 12.573274 -2.661550</w:t>
        <w:br/>
        <w:t>v 0.912709 12.662756 -2.533987</w:t>
        <w:br/>
        <w:t>v 0.853751 12.624774 -2.582796</w:t>
        <w:br/>
        <w:t>v 0.781386 12.724808 -2.536427</w:t>
        <w:br/>
        <w:t>v 0.875470 12.781528 -2.458654</w:t>
        <w:br/>
        <w:t>v 0.856354 12.933375 -2.405456</w:t>
        <w:br/>
        <w:t>v 0.731936 12.893998 -2.487492</w:t>
        <w:br/>
        <w:t>v 0.887795 12.944519 -2.456126</w:t>
        <w:br/>
        <w:t>v 0.879206 13.143766 -2.424698</w:t>
        <w:br/>
        <w:t>v 0.898812 13.140221 -2.409694</w:t>
        <w:br/>
        <w:t>v 0.236387 13.435552 -2.622513</w:t>
        <w:br/>
        <w:t>v 1.510556 15.647341 -1.422973</w:t>
        <w:br/>
        <w:t>v 1.592881 15.630061 -1.341528</w:t>
        <w:br/>
        <w:t>v 1.368178 15.935504 -1.187089</w:t>
        <w:br/>
        <w:t>v 1.767769 15.291140 -1.631679</w:t>
        <w:br/>
        <w:t>v 1.852961 15.247096 -1.538374</w:t>
        <w:br/>
        <w:t>v 1.955485 14.968316 -1.670679</w:t>
        <w:br/>
        <w:t>v 1.864016 15.001945 -1.795059</w:t>
        <w:br/>
        <w:t>v 1.968161 14.318254 -1.977166</w:t>
        <w:br/>
        <w:t>v 1.987240 14.656107 -1.832512</w:t>
        <w:br/>
        <w:t>v 2.002218 14.665942 -1.844837</w:t>
        <w:br/>
        <w:t>v 1.988623 14.325359 -1.997200</w:t>
        <w:br/>
        <w:t>v 2.011839 14.304772 -1.996710</w:t>
        <w:br/>
        <w:t>v 1.968161 14.318254 -1.977166</w:t>
        <w:br/>
        <w:t>v 1.874228 13.992575 -2.085701</w:t>
        <w:br/>
        <w:t>v 2.175698 14.276475 -1.927640</w:t>
        <w:br/>
        <w:t>v 1.944292 14.962354 -1.657436</w:t>
        <w:br/>
        <w:t>v 1.164830 14.931505 -1.813773</w:t>
        <w:br/>
        <w:t>v 1.722418 15.001833 -1.862570</w:t>
        <w:br/>
        <w:t>v 1.546599 13.043810 -2.093070</w:t>
        <w:br/>
        <w:t>v 1.484195 12.968036 -1.975845</w:t>
        <w:br/>
        <w:t>v 1.563615 13.063177 -2.040274</w:t>
        <w:br/>
        <w:t>v 1.922094 13.769293 -2.002935</w:t>
        <w:br/>
        <w:t>v 1.962288 13.786535 -1.862129</w:t>
        <w:br/>
        <w:t>v 2.074910 13.997354 -1.831745</w:t>
        <w:br/>
        <w:t>v 2.017260 13.981533 -2.024730</w:t>
        <w:br/>
        <w:t>v 1.494810 13.537811 -2.269618</w:t>
        <w:br/>
        <w:t>v 1.569828 13.519614 -2.322250</w:t>
        <w:br/>
        <w:t>v 1.576104 13.760012 -2.354509</w:t>
        <w:br/>
        <w:t>v 1.562483 13.332563 -2.272988</w:t>
        <w:br/>
        <w:t>v 1.502707 13.343480 -2.235737</w:t>
        <w:br/>
        <w:t>v 1.731749 13.441136 -1.716368</w:t>
        <w:br/>
        <w:t>v 1.686361 13.425542 -1.573361</w:t>
        <w:br/>
        <w:t>v 1.751846 13.458680 -1.680827</w:t>
        <w:br/>
        <w:t>v 1.715262 13.487317 -1.882352</w:t>
        <w:br/>
        <w:t>v 1.798857 13.488210 -1.847201</w:t>
        <w:br/>
        <w:t>v 1.855942 13.597939 -1.947586</w:t>
        <w:br/>
        <w:t>v 1.745885 13.598330 -1.985026</w:t>
        <w:br/>
        <w:t>v 1.796833 13.766187 -2.049065</w:t>
        <w:br/>
        <w:t>v 1.822865 13.524908 -1.765793</w:t>
        <w:br/>
        <w:t>v 1.692461 13.440017 -1.732227</w:t>
        <w:br/>
        <w:t>v 1.894614 13.624713 -1.829695</w:t>
        <w:br/>
        <w:t>v 1.874228 13.992575 -2.085701</w:t>
        <w:br/>
        <w:t>v 1.900475 13.996687 -2.104289</w:t>
        <w:br/>
        <w:t>v 1.817948 13.749121 -2.132774</w:t>
        <w:br/>
        <w:t>v 1.504783 13.189092 -2.168528</w:t>
        <w:br/>
        <w:t>v 1.541028 13.179685 -2.198448</w:t>
        <w:br/>
        <w:t>v 1.823356 14.022406 -2.247094</w:t>
        <w:br/>
        <w:t>v 1.227020 15.931090 -1.302126</w:t>
        <w:br/>
        <w:t>v 1.387395 15.634702 -1.485151</w:t>
        <w:br/>
        <w:t>v 0.543390 16.501520 -1.142116</w:t>
        <w:br/>
        <w:t>v 1.499048 15.294132 -1.695240</w:t>
        <w:br/>
        <w:t>v 1.657335 15.307540 -1.665145</w:t>
        <w:br/>
        <w:t>v 1.817948 13.749121 -2.132774</w:t>
        <w:br/>
        <w:t>v 1.766121 13.740329 -2.280899</w:t>
        <w:br/>
        <w:t>v 1.711766 13.512872 -2.270184</w:t>
        <w:br/>
        <w:t>v 1.748526 13.526229 -2.155965</w:t>
        <w:br/>
        <w:t>v 1.662315 13.333570 -2.231524</w:t>
        <w:br/>
        <w:t>v 1.691404 13.351051 -2.141162</w:t>
        <w:br/>
        <w:t>v 1.632043 13.195179 -2.101358</w:t>
        <w:br/>
        <w:t>v 1.611028 13.180476 -2.177495</w:t>
        <w:br/>
        <w:t>v 1.900475 13.996687 -2.104289</w:t>
        <w:br/>
        <w:t>v 1.988623 14.325359 -1.997200</w:t>
        <w:br/>
        <w:t>v 1.499991 13.062032 -2.093259</w:t>
        <w:br/>
        <w:t>v 1.484195 12.968036 -1.975845</w:t>
        <w:br/>
        <w:t>v 1.546599 13.043810 -2.093070</w:t>
        <w:br/>
        <w:t>v 1.987240 14.656107 -1.832512</w:t>
        <w:br/>
        <w:t>v 0.399779 16.816372 -1.060985</w:t>
        <w:br/>
        <w:t>v 0.222011 17.458637 -0.897354</w:t>
        <w:br/>
        <w:t>v 0.275134 17.148113 -0.973529</w:t>
        <w:br/>
        <w:t>v 1.164830 14.931505 -1.813773</w:t>
        <w:br/>
        <w:t>v 1.095156 15.214007 -1.669333</w:t>
        <w:br/>
        <w:t>v 2.002218 14.665942 -1.844837</w:t>
        <w:br/>
        <w:t>v 1.944292 14.962354 -1.657436</w:t>
        <w:br/>
        <w:t>v 1.955485 14.968316 -1.670679</w:t>
        <w:br/>
        <w:t>v 1.715262 13.487317 -1.882352</w:t>
        <w:br/>
        <w:t>v 1.822865 13.524908 -1.765793</w:t>
        <w:br/>
        <w:t>v 1.751846 13.458680 -1.680827</w:t>
        <w:br/>
        <w:t>v 1.692461 13.440017 -1.732227</w:t>
        <w:br/>
        <w:t>v 1.745885 13.598330 -1.985026</w:t>
        <w:br/>
        <w:t>v 1.894614 13.624713 -1.829695</w:t>
        <w:br/>
        <w:t>v 1.962288 13.786535 -1.862129</w:t>
        <w:br/>
        <w:t>v 1.796833 13.766187 -2.049065</w:t>
        <w:br/>
        <w:t>v 2.074910 13.997354 -1.831745</w:t>
        <w:br/>
        <w:t>v 1.874228 13.992575 -2.085701</w:t>
        <w:br/>
        <w:t>v 1.686361 13.425542 -1.573361</w:t>
        <w:br/>
        <w:t>v 1.502707 13.343480 -2.235737</w:t>
        <w:br/>
        <w:t>v 1.494810 13.537811 -2.269618</w:t>
        <w:br/>
        <w:t>v 1.748526 13.526229 -2.155965</w:t>
        <w:br/>
        <w:t>v 1.691404 13.351051 -2.141162</w:t>
        <w:br/>
        <w:t>v 1.504783 13.189092 -2.168528</w:t>
        <w:br/>
        <w:t>v 1.632043 13.195179 -2.101358</w:t>
        <w:br/>
        <w:t>v 1.563615 13.063177 -2.040274</w:t>
        <w:br/>
        <w:t>v 1.499991 13.062032 -2.093259</w:t>
        <w:br/>
        <w:t>v 1.484195 12.968036 -1.975845</w:t>
        <w:br/>
        <w:t>v 1.100865 13.340953 -2.195316</w:t>
        <w:br/>
        <w:t>v 1.063136 13.123933 -2.216797</w:t>
        <w:br/>
        <w:t>v 0.898812 13.140221 -2.409694</w:t>
        <w:br/>
        <w:t>v 0.925248 13.328402 -2.378064</w:t>
        <w:br/>
        <w:t>v 0.887795 12.944519 -2.456126</w:t>
        <w:br/>
        <w:t>v 1.045139 12.929111 -2.246653</w:t>
        <w:br/>
        <w:t>v 0.944490 12.761141 -2.513852</w:t>
        <w:br/>
        <w:t>v 1.085975 12.737812 -2.313812</w:t>
        <w:br/>
        <w:t>v 1.181669 12.579123 -2.430319</w:t>
        <w:br/>
        <w:t>v 1.064343 12.605634 -2.593863</w:t>
        <w:br/>
        <w:t>v 1.192032 12.523458 -2.674579</w:t>
        <w:br/>
        <w:t>v 1.310036 12.465343 -2.566359</w:t>
        <w:br/>
        <w:t>v 1.451848 12.436669 -2.695015</w:t>
        <w:br/>
        <w:t>v 1.354871 12.489616 -2.772021</w:t>
        <w:br/>
        <w:t>v 1.574972 12.461206 -2.801714</w:t>
        <w:br/>
        <w:t>v 1.505286 12.490345 -2.844901</w:t>
        <w:br/>
        <w:t>v 1.670766 12.517057 -2.889120</w:t>
        <w:br/>
        <w:t>v 1.625529 12.538991 -2.905822</w:t>
        <w:br/>
        <w:t>v 1.728479 12.603823 -2.959863</w:t>
        <w:br/>
        <w:t>v 1.425300 13.298357 -2.234152</w:t>
        <w:br/>
        <w:t>v 1.377006 13.108916 -2.238340</w:t>
        <w:br/>
        <w:t>v 1.363889 12.943625 -2.262902</w:t>
        <w:br/>
        <w:t>v 1.383055 12.801977 -2.323143</w:t>
        <w:br/>
        <w:t>v 1.426670 12.646053 -2.415869</w:t>
        <w:br/>
        <w:t>v 1.489251 12.553805 -2.517046</w:t>
        <w:br/>
        <w:t>v 1.310036 12.465343 -2.566359</w:t>
        <w:br/>
        <w:t>v 1.637162 12.501274 -2.742341</w:t>
        <w:br/>
        <w:t>v 1.567614 12.501978 -2.636359</w:t>
        <w:br/>
        <w:t>v 1.687078 12.544399 -2.844612</w:t>
        <w:br/>
        <w:t>v 1.670766 12.517057 -2.889120</w:t>
        <w:br/>
        <w:t>v 1.728479 12.603823 -2.959863</w:t>
        <w:br/>
        <w:t>v 0.875470 12.781528 -2.458654</w:t>
        <w:br/>
        <w:t>v 0.912709 12.662756 -2.533987</w:t>
        <w:br/>
        <w:t>v 0.878954 12.611369 -2.547570</w:t>
        <w:br/>
        <w:t>v 0.811695 12.715879 -2.464100</w:t>
        <w:br/>
        <w:t>v 0.873559 13.130737 -2.383321</w:t>
        <w:br/>
        <w:t>v 0.856354 12.933375 -2.405456</w:t>
        <w:br/>
        <w:t>v 0.772293 12.906399 -2.396174</w:t>
        <w:br/>
        <w:t>v 0.781436 13.120349 -2.364520</w:t>
        <w:br/>
        <w:t>v 0.925248 13.328402 -2.378064</w:t>
        <w:br/>
        <w:t>v 0.823454 13.320137 -2.345579</w:t>
        <w:br/>
        <w:t>v 0.811695 12.715879 -2.464100</w:t>
        <w:br/>
        <w:t>v 0.878954 12.611369 -2.547570</w:t>
        <w:br/>
        <w:t>v 0.853751 12.624774 -2.582796</w:t>
        <w:br/>
        <w:t>v 0.781386 12.724808 -2.536427</w:t>
        <w:br/>
        <w:t>v 0.781436 13.120349 -2.364520</w:t>
        <w:br/>
        <w:t>v 0.772293 12.906399 -2.396174</w:t>
        <w:br/>
        <w:t>v 0.731936 12.893998 -2.487492</w:t>
        <w:br/>
        <w:t>v 0.730049 13.099950 -2.451561</w:t>
        <w:br/>
        <w:t>v 0.823454 13.320137 -2.345579</w:t>
        <w:br/>
        <w:t>v 0.777198 13.299211 -2.425390</w:t>
        <w:br/>
        <w:t>v 0.970536 12.573274 -2.661550</w:t>
        <w:br/>
        <w:t>v 0.970536 12.573274 -2.661550</w:t>
        <w:br/>
        <w:t>v 1.168464 13.581074 -2.175798</w:t>
        <w:br/>
        <w:t>v 0.990532 13.572710 -2.334537</w:t>
        <w:br/>
        <w:t>v 0.870805 13.562976 -2.390716</w:t>
        <w:br/>
        <w:t>v 0.922620 13.573389 -2.330148</w:t>
        <w:br/>
        <w:t>v 0.922620 13.573389 -2.330148</w:t>
        <w:br/>
        <w:t>v 0.990532 13.572710 -2.334537</w:t>
        <w:br/>
        <w:t>v 0.925248 13.328402 -2.378064</w:t>
        <w:br/>
        <w:t>v 1.537884 13.759773 -2.261355</w:t>
        <w:br/>
        <w:t>v 1.817948 13.749121 -2.132774</w:t>
        <w:br/>
        <w:t>v 1.247029 13.793804 -2.158329</w:t>
        <w:br/>
        <w:t>v 1.075184 13.779291 -2.299374</w:t>
        <w:br/>
        <w:t>v 1.247029 13.793804 -2.158329</w:t>
        <w:br/>
        <w:t>v 0.962273 13.765607 -2.354006</w:t>
        <w:br/>
        <w:t>v 1.006014 13.781643 -2.303687</w:t>
        <w:br/>
        <w:t>v 1.075184 13.779291 -2.299374</w:t>
        <w:br/>
        <w:t>v 1.575965 14.006396 -2.198209</w:t>
        <w:br/>
        <w:t>v 1.325066 14.014232 -2.117016</w:t>
        <w:br/>
        <w:t>v 1.137740 13.986538 -2.266550</w:t>
        <w:br/>
        <w:t>v 1.325066 14.014232 -2.117016</w:t>
        <w:br/>
        <w:t>v 1.051792 13.972980 -2.286672</w:t>
        <w:br/>
        <w:t>v 1.137740 13.986538 -2.266550</w:t>
        <w:br/>
        <w:t>v 0.571134 14.060211 -2.270612</w:t>
        <w:br/>
        <w:t>v 0.633815 14.279053 -2.101899</w:t>
        <w:br/>
        <w:t>v 1.184474 14.322605 -2.146420</w:t>
        <w:br/>
        <w:t>v 1.094892 13.984917 -2.320037</w:t>
        <w:br/>
        <w:t>v 0.471767 13.850562 -2.406814</w:t>
        <w:br/>
        <w:t>v 0.980119 13.696853 -2.478475</w:t>
        <w:br/>
        <w:t>v 0.358567 13.651389 -2.521939</w:t>
        <w:br/>
        <w:t>v 0.800238 13.445286 -2.614439</w:t>
        <w:br/>
        <w:t>v 0.236387 13.435552 -2.622513</w:t>
        <w:br/>
        <w:t>v 0.620546 13.254402 -2.706724</w:t>
        <w:br/>
        <w:t>v 0.147710 13.238882 -2.688878</w:t>
        <w:br/>
        <w:t>v 0.470547 13.118814 -2.761356</w:t>
        <w:br/>
        <w:t>v 0.093808 13.039633 -2.735210</w:t>
        <w:br/>
        <w:t>v 0.329968 12.971507 -2.793250</w:t>
        <w:br/>
        <w:t>v 0.271865 12.842045 -2.777278</w:t>
        <w:br/>
        <w:t>v 0.099303 12.852609 -2.744051</w:t>
        <w:br/>
        <w:t>v 0.274870 12.719501 -2.742416</w:t>
        <w:br/>
        <w:t>v 0.178447 12.714935 -2.727664</w:t>
        <w:br/>
        <w:t>v 0.296753 12.636886 -2.700738</w:t>
        <w:br/>
        <w:t>v 1.634232 14.336440 -2.056725</w:t>
        <w:br/>
        <w:t>v 1.936180 14.295139 -1.948530</w:t>
        <w:br/>
        <w:t>v 1.874228 13.992575 -2.085701</w:t>
        <w:br/>
        <w:t>v 1.385483 14.350776 -2.001426</w:t>
        <w:br/>
        <w:t>v 1.184474 14.322605 -2.146420</w:t>
        <w:br/>
        <w:t>v 2.240127 14.240670 -1.727046</w:t>
        <w:br/>
        <w:t>v 0.632884 14.526746 -1.961282</w:t>
        <w:br/>
        <w:t>v 1.201490 14.627659 -1.942405</w:t>
        <w:br/>
        <w:t>v 1.660970 14.626327 -1.904336</w:t>
        <w:br/>
        <w:t>v 1.973997 14.594395 -1.770548</w:t>
        <w:br/>
        <w:t>v 2.364055 14.546213 -1.531948</w:t>
        <w:br/>
        <w:t>v 0.596136 14.805036 -1.752098</w:t>
        <w:br/>
        <w:t>v 1.162880 14.912201 -1.769894</w:t>
        <w:br/>
        <w:t>v 1.950517 14.882079 -1.579663</w:t>
        <w:br/>
        <w:t>v 1.637578 14.913747 -1.707930</w:t>
        <w:br/>
        <w:t>v 2.388189 14.863290 -1.372252</w:t>
        <w:br/>
        <w:t>v 0.521004 15.060047 -1.605658</w:t>
        <w:br/>
        <w:t>v 1.110851 15.184982 -1.627956</w:t>
        <w:br/>
        <w:t>v 1.551530 15.209142 -1.539946</w:t>
        <w:br/>
        <w:t>v 1.849126 15.197043 -1.417490</w:t>
        <w:br/>
        <w:t>v 2.292822 15.215643 -1.172111</w:t>
        <w:br/>
        <w:t>v 0.417991 15.350952 -1.461972</w:t>
        <w:br/>
        <w:t>v 1.028300 15.499040 -1.489590</w:t>
        <w:br/>
        <w:t>v 1.428406 15.553030 -1.371309</w:t>
        <w:br/>
        <w:t>v 1.713174 15.566185 -1.230692</w:t>
        <w:br/>
        <w:t>v 2.098504 15.563355 -0.968498</w:t>
        <w:br/>
        <w:t>v 0.274292 15.724535 -1.304578</w:t>
        <w:br/>
        <w:t>v 0.890764 15.844916 -1.322688</w:t>
        <w:br/>
        <w:t>v 1.255694 15.882092 -1.191742</w:t>
        <w:br/>
        <w:t>v 1.559503 15.905082 -1.096652</w:t>
        <w:br/>
        <w:t>v 1.904147 15.894997 -0.788429</w:t>
        <w:br/>
        <w:t>v 0.158526 16.083366 -1.181669</w:t>
        <w:br/>
        <w:t>v 0.730892 16.185335 -1.165734</w:t>
        <w:br/>
        <w:t>v 1.039329 16.228085 -1.017094</w:t>
        <w:br/>
        <w:t>v 1.339340 16.268490 -0.915275</w:t>
        <w:br/>
        <w:t>v 1.689857 16.243313 -0.611403</w:t>
        <w:br/>
        <w:t>v 0.069409 16.415258 -1.071059</w:t>
        <w:br/>
        <w:t>v 0.561022 16.508791 -1.025885</w:t>
        <w:br/>
        <w:t>v 0.840332 16.564743 -0.874251</w:t>
        <w:br/>
        <w:t>v 1.116435 16.592939 -0.757956</w:t>
        <w:br/>
        <w:t>v 1.473329 16.580286 -0.455166</w:t>
        <w:br/>
        <w:t>v 0.393252 16.825817 -0.921790</w:t>
        <w:br/>
        <w:t>v 0.679580 16.871885 -0.773111</w:t>
        <w:br/>
        <w:t>v 0.943949 16.881807 -0.674977</w:t>
        <w:br/>
        <w:t>v 1.281199 16.901966 -0.337250</w:t>
        <w:br/>
        <w:t>v 0.272368 17.148039 -0.830057</w:t>
        <w:br/>
        <w:t>v 0.546685 17.168764 -0.673807</w:t>
        <w:br/>
        <w:t>v 0.806426 17.181755 -0.581949</w:t>
        <w:br/>
        <w:t>v 1.118648 17.213297 -0.246121</w:t>
        <w:br/>
        <w:t>v 0.425699 17.477903 -0.589747</w:t>
        <w:br/>
        <w:t>v 0.673392 17.488491 -0.469805</w:t>
        <w:br/>
        <w:t>v 0.178711 17.459179 -0.729370</w:t>
        <w:br/>
        <w:t>v 1.009120 17.509632 -0.169795</w:t>
        <w:br/>
        <w:t>v 0.361220 17.766596 -0.522689</w:t>
        <w:br/>
        <w:t>v 0.620948 17.789915 -0.378702</w:t>
        <w:br/>
        <w:t>v 0.940817 17.817644 -0.105014</w:t>
        <w:br/>
        <w:t>v 0.339978 18.039820 -0.452136</w:t>
        <w:br/>
        <w:t>v 0.589721 18.056293 -0.306916</w:t>
        <w:br/>
        <w:t>v 0.917752 18.073448 -0.053727</w:t>
        <w:br/>
        <w:t>v 0.323830 18.371132 -0.377395</w:t>
        <w:br/>
        <w:t>v 0.561990 18.387459 -0.222981</w:t>
        <w:br/>
        <w:t>v 0.946162 18.420860 -0.065814</w:t>
        <w:br/>
        <w:t>v 0.206681 17.781286 -0.834673</w:t>
        <w:br/>
        <w:t>v 0.222036 18.037947 -0.502970</w:t>
        <w:br/>
        <w:t>v 0.232890 18.370743 -0.412973</w:t>
        <w:br/>
        <w:t>v 0.218402 17.772408 -0.594287</w:t>
        <w:br/>
        <w:t>v 0.358567 13.651389 -2.521939</w:t>
        <w:br/>
        <w:t>v 0.337363 13.684578 -2.726696</w:t>
        <w:br/>
        <w:t>v 0.464058 13.672228 -2.917668</w:t>
        <w:br/>
        <w:t>v 0.172259 13.441477 -2.664228</w:t>
        <w:br/>
        <w:t>v 0.059725 13.271668 -2.738869</w:t>
        <w:br/>
        <w:t>v 0.044848 13.285968 -2.866760</w:t>
        <w:br/>
        <w:t>v 0.165783 13.476337 -2.823371</w:t>
        <w:br/>
        <w:t>v 0.115703 13.244969 -2.945324</w:t>
        <w:br/>
        <w:t>v 0.258546 13.444444 -2.965534</w:t>
        <w:br/>
        <w:t>v -0.007973 13.090355 -2.822553</w:t>
        <w:br/>
        <w:t>v 0.012073 13.099749 -2.742781</w:t>
        <w:br/>
        <w:t>v -0.005571 12.988284 -2.721715</w:t>
        <w:br/>
        <w:t>v -0.018651 12.969583 -2.769217</w:t>
        <w:br/>
        <w:t>v 0.026826 13.065566 -2.872519</w:t>
        <w:br/>
        <w:t>v 0.002955 12.955182 -2.785742</w:t>
        <w:br/>
        <w:t>v 0.464058 13.672228 -2.917668</w:t>
        <w:br/>
        <w:t>v 0.258546 13.444444 -2.965534</w:t>
        <w:br/>
        <w:t>v -0.004138 12.856709 -2.686803</w:t>
        <w:br/>
        <w:t>v 0.258546 13.444444 -2.965534</w:t>
        <w:br/>
        <w:t>v 0.172259 13.441477 -2.664228</w:t>
        <w:br/>
        <w:t>v 0.358567 13.651389 -2.521939</w:t>
        <w:br/>
        <w:t>v 0.452425 13.654746 -2.892088</w:t>
        <w:br/>
        <w:t>v 0.059725 13.271668 -2.738869</w:t>
        <w:br/>
        <w:t>v 0.115703 13.244969 -2.945324</w:t>
        <w:br/>
        <w:t>v 0.026826 13.065566 -2.872519</w:t>
        <w:br/>
        <w:t>v 0.012073 13.099749 -2.742781</w:t>
        <w:br/>
        <w:t>v 0.002955 12.955182 -2.785742</w:t>
        <w:br/>
        <w:t>v -0.005571 12.988284 -2.721715</w:t>
        <w:br/>
        <w:t>v -0.004138 12.856709 -2.686803</w:t>
        <w:br/>
        <w:t>v -0.887204 14.515224 -2.445210</w:t>
        <w:br/>
        <w:t>v -0.900321 14.508684 -2.485291</w:t>
        <w:br/>
        <w:t>v -0.395466 13.769290 -2.918311</w:t>
        <w:br/>
        <w:t>v -0.492342 13.963999 -2.676466</w:t>
        <w:br/>
        <w:t>v -0.539038 14.076973 -2.749988</w:t>
        <w:br/>
        <w:t>v -0.421801 13.861375 -2.980086</w:t>
        <w:br/>
        <w:t>v -0.625300 14.242743 -2.552160</w:t>
        <w:br/>
        <w:t>v -0.557978 14.114513 -2.463283</w:t>
        <w:br/>
        <w:t>v -0.615100 14.308996 -2.205076</w:t>
        <w:br/>
        <w:t>v -0.691502 14.423794 -2.353830</w:t>
        <w:br/>
        <w:t>v -0.290025 13.584882 -3.108894</w:t>
        <w:br/>
        <w:t>v -0.298590 13.628409 -3.155540</w:t>
        <w:br/>
        <w:t>v -0.198192 13.393607 -3.254529</w:t>
        <w:br/>
        <w:t>v -0.737809 14.115948 -2.866672</w:t>
        <w:br/>
        <w:t>v -0.570442 13.871636 -3.077138</w:t>
        <w:br/>
        <w:t>v -0.823768 14.295828 -2.685546</w:t>
        <w:br/>
        <w:t>v -0.369860 13.633553 -3.202563</w:t>
        <w:br/>
        <w:t>v -0.900321 14.508684 -2.485291</w:t>
        <w:br/>
        <w:t>v -0.751932 14.672266 -2.089108</w:t>
        <w:br/>
        <w:t>v -0.918129 14.764073 -2.229713</w:t>
        <w:br/>
        <w:t>v -0.634229 14.526744 -1.962967</w:t>
        <w:br/>
        <w:t>v -0.570442 13.871636 -3.077138</w:t>
        <w:br/>
        <w:t>v -0.395466 13.769290 -2.918311</w:t>
        <w:br/>
        <w:t>v -0.290025 13.584882 -3.108894</w:t>
        <w:br/>
        <w:t>v -0.369860 13.633553 -3.202563</w:t>
        <w:br/>
        <w:t>v -0.737809 14.115948 -2.866672</w:t>
        <w:br/>
        <w:t>v -0.492342 13.963999 -2.676466</w:t>
        <w:br/>
        <w:t>v -0.823768 14.295828 -2.685546</w:t>
        <w:br/>
        <w:t>v -0.557978 14.114513 -2.463283</w:t>
        <w:br/>
        <w:t>v -0.887204 14.515224 -2.445210</w:t>
        <w:br/>
        <w:t>v -0.615100 14.308996 -2.205076</w:t>
        <w:br/>
        <w:t>v -0.634229 14.526744 -1.962967</w:t>
        <w:br/>
        <w:t>v -0.918129 14.764073 -2.229713</w:t>
        <w:br/>
        <w:t>v -0.198192 13.393607 -3.254529</w:t>
        <w:br/>
        <w:t>v -1.560181 15.626667 -1.296643</w:t>
        <w:br/>
        <w:t>v -1.825242 15.200678 -1.481994</w:t>
        <w:br/>
        <w:t>v -1.875447 15.212649 -1.527219</w:t>
        <w:br/>
        <w:t>v -1.613518 15.624503 -1.327291</w:t>
        <w:br/>
        <w:t>v -1.358405 15.900316 -1.154277</w:t>
        <w:br/>
        <w:t>v -1.385205 15.933279 -1.164779</w:t>
        <w:br/>
        <w:t>v -1.141323 16.273848 -1.011396</w:t>
        <w:br/>
        <w:t>v -1.136582 16.254694 -0.999826</w:t>
        <w:br/>
        <w:t>v -0.660010 17.187014 -0.727144</w:t>
        <w:br/>
        <w:t>v -0.719308 17.181818 -0.760962</w:t>
        <w:br/>
        <w:t>v -0.503008 18.393597 -0.584088</w:t>
        <w:br/>
        <w:t>v -1.890288 13.991051 -2.059642</w:t>
        <w:br/>
        <w:t>v -1.207161 14.346548 -2.148671</w:t>
        <w:br/>
        <w:t>v -0.913803 14.500648 -2.422422</w:t>
        <w:br/>
        <w:t>v -1.025985 13.696851 -2.478475</w:t>
        <w:br/>
        <w:t>v -0.922356 13.330411 -2.365061</w:t>
        <w:br/>
        <w:t>v -0.920004 13.329643 -2.385674</w:t>
        <w:br/>
        <w:t>v -1.013572 13.589310 -2.363287</w:t>
        <w:br/>
        <w:t>v 0.002956 16.775639 -0.998468</w:t>
        <w:br/>
        <w:t>v 0.017884 16.780216 -1.032776</w:t>
        <w:br/>
        <w:t>v 0.262646 18.375145 -0.741344</w:t>
        <w:br/>
        <w:t>v 0.262532 18.376530 -0.751682</w:t>
        <w:br/>
        <w:t>v -0.070201 16.415207 -1.071046</w:t>
        <w:br/>
        <w:t>v -0.934919 14.773216 -2.256916</w:t>
        <w:br/>
        <w:t>v 0.543390 16.501520 -1.142116</w:t>
        <w:br/>
        <w:t>v 0.561965 16.500891 -1.166300</w:t>
        <w:br/>
        <w:t>v 0.222011 17.458637 -0.897354</w:t>
        <w:br/>
        <w:t>v 0.238738 17.455959 -0.915313</w:t>
        <w:br/>
        <w:t>v 0.977315 15.528230 -1.524100</w:t>
        <w:br/>
        <w:t>v 0.911238 14.500650 -2.422372</w:t>
        <w:br/>
        <w:t>v 1.196107 14.358335 -2.172403</w:t>
        <w:br/>
        <w:t>v 0.980119 13.696853 -2.478475</w:t>
        <w:br/>
        <w:t>v 0.651673 13.912400 -2.800419</w:t>
        <w:br/>
        <w:t>v 0.816123 14.190250 -2.620903</w:t>
        <w:br/>
        <w:t>v 0.916218 13.328162 -2.393722</w:t>
        <w:br/>
        <w:t>v 0.925248 13.328402 -2.378064</w:t>
        <w:br/>
        <w:t>v 1.013572 13.589313 -2.363287</w:t>
        <w:br/>
        <w:t>v 1.834172 15.243512 -1.528703</w:t>
        <w:br/>
        <w:t>v 1.852961 15.247096 -1.538374</w:t>
        <w:br/>
        <w:t>v 1.359462 15.916728 -1.173997</w:t>
        <w:br/>
        <w:t>v 1.133350 16.260769 -1.014163</w:t>
        <w:br/>
        <w:t>v 1.133099 16.273384 -1.023772</w:t>
        <w:br/>
        <w:t>v 1.368178 15.935504 -1.187089</w:t>
        <w:br/>
        <w:t>v 1.583763 15.613573 -1.332272</w:t>
        <w:br/>
        <w:t>v 1.592881 15.630061 -1.341528</w:t>
        <w:br/>
        <w:t>v -0.823768 14.295828 -2.685546</w:t>
        <w:br/>
        <w:t>v -1.007686 15.527502 -1.534828</w:t>
        <w:br/>
        <w:t>v 1.410799 16.508223 -0.902661</w:t>
        <w:br/>
        <w:t>v 1.650506 16.176722 -1.025406</w:t>
        <w:br/>
        <w:t>v 1.877762 16.411924 -1.178135</w:t>
        <w:br/>
        <w:t>v 1.640583 16.715170 -1.016666</w:t>
        <w:br/>
        <w:t>v 2.233650 16.159025 -1.288392</w:t>
        <w:br/>
        <w:t>v 2.487228 15.808973 -1.451446</w:t>
        <w:br/>
        <w:t>v 2.401268 15.642636 -1.196321</w:t>
        <w:br/>
        <w:t>v 2.046940 13.099535 -1.875322</w:t>
        <w:br/>
        <w:t>v 2.185167 13.420209 -2.162090</w:t>
        <w:br/>
        <w:t>v 1.940732 13.300003 -2.083751</w:t>
        <w:br/>
        <w:t>v 2.777040 14.704589 -1.972526</w:t>
        <w:br/>
        <w:t>v 2.776688 14.870924 -1.549593</w:t>
        <w:br/>
        <w:t>v 2.792584 15.027437 -1.815609</w:t>
        <w:br/>
        <w:t>v 1.850886 16.323261 -0.899328</w:t>
        <w:br/>
        <w:t>v 2.107798 16.007366 -1.041215</w:t>
        <w:br/>
        <w:t>v 1.893596 15.863417 -1.153083</w:t>
        <w:br/>
        <w:t>v 1.650506 16.176722 -1.025406</w:t>
        <w:br/>
        <w:t>v 1.599911 16.646866 -0.741557</w:t>
        <w:br/>
        <w:t>v 1.410799 16.508223 -0.902661</w:t>
        <w:br/>
        <w:t>v 1.354934 16.923109 -0.568178</w:t>
        <w:br/>
        <w:t>v 1.194710 16.829012 -0.754674</w:t>
        <w:br/>
        <w:t>v 2.088379 13.479621 -1.941587</w:t>
        <w:br/>
        <w:t>v 2.185167 13.420209 -2.162090</w:t>
        <w:br/>
        <w:t>v 2.251936 13.256816 -1.969205</w:t>
        <w:br/>
        <w:t>v 2.098541 16.102671 -1.327832</w:t>
        <w:br/>
        <w:t>v 2.328929 15.740469 -1.451282</w:t>
        <w:br/>
        <w:t>v 2.487228 15.808973 -1.451446</w:t>
        <w:br/>
        <w:t>v 2.233650 16.159025 -1.288392</w:t>
        <w:br/>
        <w:t>v 1.850886 16.323261 -0.899328</w:t>
        <w:br/>
        <w:t>v 1.974802 16.474480 -1.112108</w:t>
        <w:br/>
        <w:t>v 2.107798 16.007366 -1.041215</w:t>
        <w:br/>
        <w:t>v 2.401268 15.642636 -1.196321</w:t>
        <w:br/>
        <w:t>v 2.140182 15.512383 -1.267817</w:t>
        <w:br/>
        <w:t>v 1.881937 13.412625 -1.925514</w:t>
        <w:br/>
        <w:t>v 1.961030 13.214950 -1.750174</w:t>
        <w:br/>
        <w:t>v 2.046940 13.099535 -1.875322</w:t>
        <w:br/>
        <w:t>v 1.940732 13.300003 -2.083751</w:t>
        <w:br/>
        <w:t>v 1.599911 16.646866 -0.741557</w:t>
        <w:br/>
        <w:t>v 1.735208 16.772127 -0.930543</w:t>
        <w:br/>
        <w:t>v 1.519119 17.040422 -0.747870</w:t>
        <w:br/>
        <w:t>v 1.354934 16.923109 -0.568178</w:t>
        <w:br/>
        <w:t>v 1.127577 17.235683 -0.363937</w:t>
        <w:br/>
        <w:t>v 1.316878 17.325504 -0.552042</w:t>
        <w:br/>
        <w:t>v 2.206170 13.659375 -2.274372</w:t>
        <w:br/>
        <w:t>v 1.940656 13.632751 -2.195442</w:t>
        <w:br/>
        <w:t>v 2.234668 13.053154 -1.558270</w:t>
        <w:br/>
        <w:t>v 2.361350 13.210082 -1.716657</w:t>
        <w:br/>
        <w:t>v 2.251936 13.256816 -1.969205</w:t>
        <w:br/>
        <w:t>v 2.217690 13.291627 -1.624736</w:t>
        <w:br/>
        <w:t>v 2.146344 13.333594 -1.797511</w:t>
        <w:br/>
        <w:t>v 2.361350 13.210082 -1.716657</w:t>
        <w:br/>
        <w:t>v 2.234668 13.053154 -1.558270</w:t>
        <w:br/>
        <w:t>v 2.108061 13.165046 -1.535242</w:t>
        <w:br/>
        <w:t>v 2.320691 13.902238 -2.287753</w:t>
        <w:br/>
        <w:t>v 2.052662 13.970001 -2.213930</w:t>
        <w:br/>
        <w:t>v 2.025761 13.946280 -1.996232</w:t>
        <w:br/>
        <w:t>v 2.205642 13.889649 -2.026742</w:t>
        <w:br/>
        <w:t>v 2.100302 13.675673 -2.032816</w:t>
        <w:br/>
        <w:t>v 2.343140 14.058237 -1.952931</w:t>
        <w:br/>
        <w:t>v 2.552877 14.284247 -1.832110</w:t>
        <w:br/>
        <w:t>v 2.669738 14.402239 -2.106678</w:t>
        <w:br/>
        <w:t>v 2.496623 14.161200 -2.214609</w:t>
        <w:br/>
        <w:t>v 2.403507 13.206887 -1.337327</w:t>
        <w:br/>
        <w:t>v 2.455950 13.295061 -1.479478</w:t>
        <w:br/>
        <w:t>v 2.334085 13.334023 -1.419640</w:t>
        <w:br/>
        <w:t>v 2.455950 13.295061 -1.479478</w:t>
        <w:br/>
        <w:t>v 2.403507 13.206887 -1.337327</w:t>
        <w:br/>
        <w:t>v 2.293991 13.268650 -1.370365</w:t>
        <w:br/>
        <w:t>v 0.992859 17.528336 -0.199991</w:t>
        <w:br/>
        <w:t>v 1.181203 17.599228 -0.398057</w:t>
        <w:br/>
        <w:t>v 0.992859 17.528336 -0.199991</w:t>
        <w:br/>
        <w:t>v 1.127577 17.235683 -0.363937</w:t>
        <w:br/>
        <w:t>v 0.990721 17.170990 -0.566166</w:t>
        <w:br/>
        <w:t>v 0.854128 17.463757 -0.393554</w:t>
        <w:br/>
        <w:t>v 0.910634 17.818460 -0.082087</w:t>
        <w:br/>
        <w:t>v 1.084880 17.881798 -0.264093</w:t>
        <w:br/>
        <w:t>v 0.910634 17.818460 -0.082087</w:t>
        <w:br/>
        <w:t>v 0.754372 17.761629 -0.249819</w:t>
        <w:br/>
        <w:t>v 1.411578 17.002819 -0.837792</w:t>
        <w:br/>
        <w:t>v 1.194710 16.829012 -0.754674</w:t>
        <w:br/>
        <w:t>v 1.181203 17.599228 -0.398057</w:t>
        <w:br/>
        <w:t>v 1.094841 17.584049 -0.480130</w:t>
        <w:br/>
        <w:t>v 1.219410 17.294931 -0.646730</w:t>
        <w:br/>
        <w:t>v 1.316878 17.325504 -0.552042</w:t>
        <w:br/>
        <w:t>v 1.094841 17.584049 -0.480130</w:t>
        <w:br/>
        <w:t>v 1.014301 17.836559 -0.362453</w:t>
        <w:br/>
        <w:t>v 0.754372 17.761629 -0.249819</w:t>
        <w:br/>
        <w:t>v 0.854128 17.463757 -0.393554</w:t>
        <w:br/>
        <w:t>v 2.549343 13.463775 -1.210783</w:t>
        <w:br/>
        <w:t>v 2.549343 13.463775 -1.210783</w:t>
        <w:br/>
        <w:t>v 2.549343 13.463775 -1.210783</w:t>
        <w:br/>
        <w:t>v 2.776688 14.870924 -1.549593</w:t>
        <w:br/>
        <w:t>v 2.731601 14.539196 -1.712017</w:t>
        <w:br/>
        <w:t>v 2.403734 14.590899 -1.708483</w:t>
        <w:br/>
        <w:t>v 2.411267 14.842503 -1.573161</w:t>
        <w:br/>
        <w:t>v 1.893596 15.863417 -1.153083</w:t>
        <w:br/>
        <w:t>v 2.140182 15.512383 -1.267817</w:t>
        <w:br/>
        <w:t>v 1.519119 17.040422 -0.747870</w:t>
        <w:br/>
        <w:t>v 1.640583 16.715170 -1.016666</w:t>
        <w:br/>
        <w:t>v 1.735208 16.772127 -0.930543</w:t>
        <w:br/>
        <w:t>v 1.219410 17.294931 -0.646730</w:t>
        <w:br/>
        <w:t>v 0.990721 17.170990 -0.566166</w:t>
        <w:br/>
        <w:t>v 1.014301 17.836559 -0.362453</w:t>
        <w:br/>
        <w:t>v 1.084880 17.881798 -0.264093</w:t>
        <w:br/>
        <w:t>v 1.019961 18.194611 -0.169996</w:t>
        <w:br/>
        <w:t>v 0.956412 18.160427 -0.258258</w:t>
        <w:br/>
        <w:t>v 2.146344 13.333594 -1.797511</w:t>
        <w:br/>
        <w:t>v 1.881937 13.412625 -1.925514</w:t>
        <w:br/>
        <w:t>v 2.088379 13.479621 -1.941587</w:t>
        <w:br/>
        <w:t>v 1.909907 13.696224 -2.008255</w:t>
        <w:br/>
        <w:t>v 1.961030 13.214950 -1.750174</w:t>
        <w:br/>
        <w:t>v 2.334085 13.334023 -1.419640</w:t>
        <w:br/>
        <w:t>v 2.108061 13.165046 -1.535242</w:t>
        <w:br/>
        <w:t>v 2.549343 13.463775 -1.210783</w:t>
        <w:br/>
        <w:t>v 2.293991 13.268650 -1.370365</w:t>
        <w:br/>
        <w:t>v 0.975176 18.559643 -0.127212</w:t>
        <w:br/>
        <w:t>v 1.019961 18.194611 -0.169996</w:t>
        <w:br/>
        <w:t>v 0.864629 18.150341 0.001609</w:t>
        <w:br/>
        <w:t>v 0.813317 18.533848 0.020272</w:t>
        <w:br/>
        <w:t>v 0.813317 18.533848 0.020272</w:t>
        <w:br/>
        <w:t>v 0.864629 18.150341 0.001609</w:t>
        <w:br/>
        <w:t>v 0.694696 18.093584 -0.144906</w:t>
        <w:br/>
        <w:t>v 0.665708 18.504822 -0.081660</w:t>
        <w:br/>
        <w:t>v 2.100302 13.675673 -2.032816</w:t>
        <w:br/>
        <w:t>v 2.206170 13.659375 -2.274372</w:t>
        <w:br/>
        <w:t>v 2.052662 13.970001 -2.213930</w:t>
        <w:br/>
        <w:t>v 1.909907 13.696224 -2.008255</w:t>
        <w:br/>
        <w:t>v 1.974802 16.474480 -1.112108</w:t>
        <w:br/>
        <w:t>v 0.975176 18.559643 -0.127212</w:t>
        <w:br/>
        <w:t>v 0.909376 18.542248 -0.207801</w:t>
        <w:br/>
        <w:t>v 0.694696 18.093584 -0.144906</w:t>
        <w:br/>
        <w:t>v 0.956412 18.160427 -0.258258</w:t>
        <w:br/>
        <w:t>v 0.909376 18.542248 -0.207801</w:t>
        <w:br/>
        <w:t>v 0.665708 18.504822 -0.081660</w:t>
        <w:br/>
        <w:t>v 2.669738 14.402239 -2.106678</w:t>
        <w:br/>
        <w:t>v 2.223589 14.257071 -2.120399</w:t>
        <w:br/>
        <w:t>v 2.496623 14.161200 -2.214609</w:t>
        <w:br/>
        <w:t>v 2.169598 14.162808 -1.908700</w:t>
        <w:br/>
        <w:t>v 2.317245 14.386168 -1.801172</w:t>
        <w:br/>
        <w:t>v 2.552877 14.284247 -1.832110</w:t>
        <w:br/>
        <w:t>v 2.343140 14.058237 -1.952931</w:t>
        <w:br/>
        <w:t>v 2.205642 13.889649 -2.026742</w:t>
        <w:br/>
        <w:t>v 2.320691 13.902238 -2.287753</w:t>
        <w:br/>
        <w:t>v 2.392704 14.478239 -2.021800</w:t>
        <w:br/>
        <w:t>v 2.317245 14.386168 -1.801172</w:t>
        <w:br/>
        <w:t>v 2.169598 14.162808 -1.908700</w:t>
        <w:br/>
        <w:t>v 2.223589 14.257071 -2.120399</w:t>
        <w:br/>
        <w:t>v 2.552576 14.973963 -1.789287</w:t>
        <w:br/>
        <w:t>v 2.411267 14.842503 -1.573161</w:t>
        <w:br/>
        <w:t>v 2.403734 14.590899 -1.708483</w:t>
        <w:br/>
        <w:t>v 2.518581 14.719403 -1.912926</w:t>
        <w:br/>
        <w:t>v 2.392704 14.478239 -2.021800</w:t>
        <w:br/>
        <w:t>v 2.731601 14.539196 -1.712017</w:t>
        <w:br/>
        <w:t>v 2.485090 15.332655 -1.645865</w:t>
        <w:br/>
        <w:t>v 2.323634 15.154597 -1.440630</w:t>
        <w:br/>
        <w:t>v 2.323634 15.154597 -1.440630</w:t>
        <w:br/>
        <w:t>v 2.638234 15.245638 -1.369171</w:t>
        <w:br/>
        <w:t>v 2.680591 15.422235 -1.633088</w:t>
        <w:br/>
        <w:t>v 2.792584 15.027437 -1.815609</w:t>
        <w:br/>
        <w:t>v 2.680591 15.422235 -1.633088</w:t>
        <w:br/>
        <w:t>v 2.638234 15.245638 -1.369171</w:t>
        <w:br/>
        <w:t>v 2.025761 13.946280 -1.996232</w:t>
        <w:br/>
        <w:t>v 2.777040 14.704589 -1.972526</w:t>
        <w:br/>
        <w:t>v -0.682754 18.405880 1.084234</w:t>
        <w:br/>
        <w:t>v -0.658586 18.525967 1.099930</w:t>
        <w:br/>
        <w:t>v -0.696198 18.459560 1.044456</w:t>
        <w:br/>
        <w:t>v -0.730117 17.917957 0.272502</w:t>
        <w:br/>
        <w:t>v -0.639541 17.906891 0.322350</w:t>
        <w:br/>
        <w:t>v -0.741289 17.956215 0.258881</w:t>
        <w:br/>
        <w:t>v -0.799770 18.024391 0.205764</w:t>
        <w:br/>
        <w:t>v -0.783849 17.957806 0.231200</w:t>
        <w:br/>
        <w:t>v -0.865377 18.013210 0.183342</w:t>
        <w:br/>
        <w:t>v -0.767163 18.298706 0.138340</w:t>
        <w:br/>
        <w:t>v -0.841947 18.417297 0.174704</w:t>
        <w:br/>
        <w:t>v -0.964384 18.381527 0.105957</w:t>
        <w:br/>
        <w:t>v -0.889267 18.225025 0.113573</w:t>
        <w:br/>
        <w:t>v -0.948952 18.119373 0.132654</w:t>
        <w:br/>
        <w:t>v -0.996263 18.222073 0.100859</w:t>
        <w:br/>
        <w:t>v -1.026873 18.365131 0.107565</w:t>
        <w:br/>
        <w:t>v -0.949588 18.460697 0.143422</w:t>
        <w:br/>
        <w:t>v -1.024726 18.459488 0.153698</w:t>
        <w:br/>
        <w:t>v -0.920990 18.499500 0.198643</w:t>
        <w:br/>
        <w:t>v -0.966267 18.509403 0.206030</w:t>
        <w:br/>
        <w:t>v -0.919459 18.504833 0.233807</w:t>
        <w:br/>
        <w:t>v -0.847681 18.441078 0.263678</w:t>
        <w:br/>
        <w:t>v -0.672408 17.943481 0.396895</w:t>
        <w:br/>
        <w:t>v -0.639541 17.906891 0.322350</w:t>
        <w:br/>
        <w:t>v -0.730117 17.917957 0.272502</w:t>
        <w:br/>
        <w:t>v -0.749651 17.927361 0.322460</w:t>
        <w:br/>
        <w:t>v -0.808359 18.072784 0.281853</w:t>
        <w:br/>
        <w:t>v -0.751470 18.093582 0.365097</w:t>
        <w:br/>
        <w:t>v -0.715702 18.014130 0.378611</w:t>
        <w:br/>
        <w:t>v -0.764530 17.991428 0.301522</w:t>
        <w:br/>
        <w:t>v -0.813901 17.972775 0.276604</w:t>
        <w:br/>
        <w:t>v -0.783849 17.957806 0.231200</w:t>
        <w:br/>
        <w:t>v -0.881146 18.026901 0.225570</w:t>
        <w:br/>
        <w:t>v -0.813901 17.972775 0.276604</w:t>
        <w:br/>
        <w:t>v -0.849400 18.143707 0.262242</w:t>
        <w:br/>
        <w:t>v -0.789562 18.174068 0.360546</w:t>
        <w:br/>
        <w:t>v -0.865377 18.013210 0.183342</w:t>
        <w:br/>
        <w:t>v -0.881146 18.026901 0.225570</w:t>
        <w:br/>
        <w:t>v -0.965918 18.135559 0.172228</w:t>
        <w:br/>
        <w:t>v -0.948952 18.119373 0.132654</w:t>
        <w:br/>
        <w:t>v -0.965918 18.135559 0.172228</w:t>
        <w:br/>
        <w:t>v -1.011519 18.231407 0.144374</w:t>
        <w:br/>
        <w:t>v -0.996263 18.222073 0.100859</w:t>
        <w:br/>
        <w:t>v -0.923810 18.296459 0.226951</w:t>
        <w:br/>
        <w:t>v -0.875496 18.341389 0.293360</w:t>
        <w:br/>
        <w:t>v -1.011519 18.231407 0.144374</w:t>
        <w:br/>
        <w:t>v -1.026873 18.365131 0.107565</w:t>
        <w:br/>
        <w:t>v -1.040426 18.361805 0.143042</w:t>
        <w:br/>
        <w:t>v -1.040426 18.361805 0.143042</w:t>
        <w:br/>
        <w:t>v -1.024726 18.459488 0.153698</w:t>
        <w:br/>
        <w:t>v -1.028288 18.441780 0.186007</w:t>
        <w:br/>
        <w:t>v -1.028288 18.441780 0.186007</w:t>
        <w:br/>
        <w:t>v -0.966267 18.509403 0.206030</w:t>
        <w:br/>
        <w:t>v -0.976276 18.481422 0.229218</w:t>
        <w:br/>
        <w:t>v -0.947456 18.474201 0.266359</w:t>
        <w:br/>
        <w:t>v -0.919459 18.504833 0.233807</w:t>
        <w:br/>
        <w:t>v -0.947456 18.474201 0.266359</w:t>
        <w:br/>
        <w:t>v -0.849486 18.391407 0.339067</w:t>
        <w:br/>
        <w:t>v -0.911364 18.457275 0.286539</w:t>
        <w:br/>
        <w:t>v -0.847681 18.441078 0.263678</w:t>
        <w:br/>
        <w:t>v -0.849486 18.391407 0.339067</w:t>
        <w:br/>
        <w:t>v -0.899454 18.471851 0.273449</w:t>
        <w:br/>
        <w:t>v -0.911364 18.457275 0.286539</w:t>
        <w:br/>
        <w:t>v -0.919459 18.504833 0.233807</w:t>
        <w:br/>
        <w:t>v -0.653975 18.084908 0.138340</w:t>
        <w:br/>
        <w:t>v -0.694774 18.196049 0.958882</w:t>
        <w:br/>
        <w:t>v -0.636418 18.216175 1.096374</w:t>
        <w:br/>
        <w:t>v -0.656579 18.234486 1.077990</w:t>
        <w:br/>
        <w:t>v -0.218434 18.461945 1.216763</w:t>
        <w:br/>
        <w:t>v -0.241492 18.524708 1.225278</w:t>
        <w:br/>
        <w:t>v -0.313568 18.416298 1.234642</w:t>
        <w:br/>
        <w:t>v -0.385699 18.203468 1.187817</w:t>
        <w:br/>
        <w:t>v -0.427364 18.197788 1.178668</w:t>
        <w:br/>
        <w:t>v -0.387045 18.160580 1.043609</w:t>
        <w:br/>
        <w:t>v -0.465883 18.196354 1.169409</w:t>
        <w:br/>
        <w:t>v -0.506166 18.149540 1.018398</w:t>
        <w:br/>
        <w:t>v -0.310981 18.232521 1.065927</w:t>
        <w:br/>
        <w:t>v -0.332972 18.216011 1.196608</w:t>
        <w:br/>
        <w:t>v -0.507372 18.197083 1.155990</w:t>
        <w:br/>
        <w:t>v -0.555056 18.197731 1.139034</w:t>
        <w:br/>
        <w:t>v -0.302206 18.248554 1.205601</w:t>
        <w:br/>
        <w:t>v -0.280435 18.301521 1.219530</w:t>
        <w:br/>
        <w:t>v -0.264422 18.300175 1.081654</w:t>
        <w:br/>
        <w:t>v -0.387045 18.160580 1.043609</w:t>
        <w:br/>
        <w:t>v -0.506166 18.149540 1.018398</w:t>
        <w:br/>
        <w:t>v -0.500690 18.245094 0.977844</w:t>
        <w:br/>
        <w:t>v -0.368748 18.260098 0.998406</w:t>
        <w:br/>
        <w:t>v -0.283841 18.281635 1.028606</w:t>
        <w:br/>
        <w:t>v -0.213118 18.384651 1.078572</w:t>
        <w:br/>
        <w:t>v -0.272635 18.352371 1.227237</w:t>
        <w:br/>
        <w:t>v -0.263431 18.428577 1.005174</w:t>
        <w:br/>
        <w:t>v -0.281633 18.383724 1.231062</w:t>
        <w:br/>
        <w:t>v -0.632385 18.444771 0.923479</w:t>
        <w:br/>
        <w:t>v -0.696198 18.459560 1.044456</w:t>
        <w:br/>
        <w:t>v -0.632667 18.510181 0.950159</w:t>
        <w:br/>
        <w:t>v -0.369807 18.466080 0.978036</w:t>
        <w:br/>
        <w:t>v -0.284313 18.559044 1.211901</w:t>
        <w:br/>
        <w:t>v -0.368829 18.445301 1.226515</w:t>
        <w:br/>
        <w:t>v -0.241492 18.524708 1.225278</w:t>
        <w:br/>
        <w:t>v -0.217446 18.512745 1.045478</w:t>
        <w:br/>
        <w:t>v -0.284313 18.559044 1.211901</w:t>
        <w:br/>
        <w:t>v -0.217446 18.512745 1.045478</w:t>
        <w:br/>
        <w:t>v -0.344624 18.547981 1.002680</w:t>
        <w:br/>
        <w:t>v -0.344624 18.547981 1.002680</w:t>
        <w:br/>
        <w:t>v -0.367692 18.589577 1.200908</w:t>
        <w:br/>
        <w:t>v -0.435490 18.460094 1.220461</w:t>
        <w:br/>
        <w:t>v -0.367692 18.589577 1.200908</w:t>
        <w:br/>
        <w:t>v -0.588198 18.574696 1.156337</w:t>
        <w:br/>
        <w:t>v -0.620042 18.441738 1.147116</w:t>
        <w:br/>
        <w:t>v -0.585871 18.451267 1.168304</w:t>
        <w:br/>
        <w:t>v -0.509319 18.559307 0.985272</w:t>
        <w:br/>
        <w:t>v -0.482076 18.595524 1.190942</w:t>
        <w:br/>
        <w:t>v -0.509089 18.477276 0.949678</w:t>
        <w:br/>
        <w:t>v -0.588198 18.574696 1.156337</w:t>
        <w:br/>
        <w:t>v -0.482076 18.595524 1.190942</w:t>
        <w:br/>
        <w:t>v -0.485284 18.462299 1.208806</w:t>
        <w:br/>
        <w:t>v -0.536508 18.459663 1.191316</w:t>
        <w:br/>
        <w:t>v -0.658586 18.525967 1.099930</w:t>
        <w:br/>
        <w:t>v -0.700271 18.385006 1.056732</w:t>
        <w:br/>
        <w:t>v -0.734439 18.320251 0.941642</w:t>
        <w:br/>
        <w:t>v -0.734439 18.320251 0.941642</w:t>
        <w:br/>
        <w:t>v -0.667224 18.259918 1.066533</w:t>
        <w:br/>
        <w:t>v -0.694774 18.196049 0.958882</w:t>
        <w:br/>
        <w:t>v -0.617177 18.230740 0.948536</w:t>
        <w:br/>
        <w:t>v -0.620214 18.154709 0.987318</w:t>
        <w:br/>
        <w:t>v -0.594285 18.203136 1.122806</w:t>
        <w:br/>
        <w:t>v -0.620214 18.154709 0.987318</w:t>
        <w:br/>
        <w:t>v -0.185375 18.478313 1.067738</w:t>
        <w:br/>
        <w:t>v -0.185375 18.478313 1.067738</w:t>
        <w:br/>
        <w:t>v -0.218434 18.461945 1.216763</w:t>
        <w:br/>
        <w:t>v -0.654620 18.425270 1.114375</w:t>
        <w:br/>
        <w:t>v -0.683857 18.296738 1.056250</w:t>
        <w:br/>
        <w:t>v -0.698509 18.347000 1.053307</w:t>
        <w:br/>
        <w:t>v -0.639541 17.906891 0.322350</w:t>
        <w:br/>
        <w:t>v -0.578517 17.971718 0.188645</w:t>
        <w:br/>
        <w:t>v -0.741289 17.956215 0.258881</w:t>
        <w:br/>
        <w:t>v -0.672408 17.943481 0.396895</w:t>
        <w:br/>
        <w:t>v -0.749651 17.927361 0.322460</w:t>
        <w:br/>
        <w:t>v -0.540787 17.896263 0.226375</w:t>
        <w:br/>
        <w:t>v -0.139662 17.709442 1.286189</w:t>
        <w:br/>
        <w:t>v -0.134991 17.721176 1.286704</w:t>
        <w:br/>
        <w:t>v -0.120273 17.719982 1.274331</w:t>
        <w:br/>
        <w:t>v -0.121781 17.699833 1.273686</w:t>
        <w:br/>
        <w:t>v -0.064982 17.817345 1.031049</w:t>
        <w:br/>
        <w:t>v -0.063410 17.850540 1.084649</w:t>
        <w:br/>
        <w:t>v -0.000001 17.859604 1.078738</w:t>
        <w:br/>
        <w:t>v -0.000001 17.819374 1.020162</w:t>
        <w:br/>
        <w:t>v -0.113223 17.829987 1.100343</w:t>
        <w:br/>
        <w:t>v -0.113143 17.804344 1.056838</w:t>
        <w:br/>
        <w:t>v -0.137312 17.783966 1.071131</w:t>
        <w:br/>
        <w:t>v -0.146808 17.802177 1.111889</w:t>
        <w:br/>
        <w:t>v -0.127421 17.758949 1.057218</w:t>
        <w:br/>
        <w:t>v -0.144745 17.760345 1.076951</w:t>
        <w:br/>
        <w:t>v -0.156010 17.760113 1.118354</w:t>
        <w:br/>
        <w:t>v -0.124621 17.716675 1.067438</w:t>
        <w:br/>
        <w:t>v -0.140978 17.738148 1.075604</w:t>
        <w:br/>
        <w:t>v -0.151880 17.725346 1.115331</w:t>
        <w:br/>
        <w:t>v -0.130264 17.684475 1.108856</w:t>
        <w:br/>
        <w:t>v -0.074004 17.692772 1.048789</w:t>
        <w:br/>
        <w:t>v -0.068415 17.667439 1.100601</w:t>
        <w:br/>
        <w:t>v -0.000001 17.684940 1.043306</w:t>
        <w:br/>
        <w:t>v -0.000001 17.663486 1.097674</w:t>
        <w:br/>
        <w:t>v -0.000001 17.695965 1.344489</w:t>
        <w:br/>
        <w:t>v -0.000001 17.730480 1.328057</w:t>
        <w:br/>
        <w:t>v -0.015118 17.730019 1.325158</w:t>
        <w:br/>
        <w:t>v -0.018719 17.695721 1.342697</w:t>
        <w:br/>
        <w:t>v -0.000001 17.773190 1.302676</w:t>
        <w:br/>
        <w:t>v -0.025630 17.764542 1.304430</w:t>
        <w:br/>
        <w:t>v -0.066313 17.698967 1.332247</w:t>
        <w:br/>
        <w:t>v -0.040842 17.696609 1.337841</w:t>
        <w:br/>
        <w:t>v -0.030192 17.729752 1.322656</w:t>
        <w:br/>
        <w:t>v -0.051077 17.727619 1.318610</w:t>
        <w:br/>
        <w:t>v -0.000001 17.803261 1.267258</w:t>
        <w:br/>
        <w:t>v -0.042182 17.791645 1.271467</w:t>
        <w:br/>
        <w:t>v -0.138367 17.716843 1.293856</w:t>
        <w:br/>
        <w:t>v -0.128406 17.712742 1.301489</w:t>
        <w:br/>
        <w:t>v -0.098480 17.719517 1.298738</w:t>
        <w:br/>
        <w:t>v -0.134991 17.721176 1.286704</w:t>
        <w:br/>
        <w:t>v -0.054145 17.758728 1.297541</w:t>
        <w:br/>
        <w:t>v -0.000001 17.825832 1.218011</w:t>
        <w:br/>
        <w:t>v -0.055610 17.815861 1.225804</w:t>
        <w:br/>
        <w:t>v -0.000001 17.851883 1.151882</w:t>
        <w:br/>
        <w:t>v -0.058690 17.843937 1.155132</w:t>
        <w:br/>
        <w:t>v -0.072611 17.787727 1.259360</w:t>
        <w:br/>
        <w:t>v -0.089936 17.754742 1.283232</w:t>
        <w:br/>
        <w:t>v -0.108719 17.831444 1.161494</w:t>
        <w:br/>
        <w:t>v -0.094287 17.804855 1.225676</w:t>
        <w:br/>
        <w:t>v -0.149281 17.805855 1.169913</w:t>
        <w:br/>
        <w:t>v -0.116209 17.762230 1.260605</w:t>
        <w:br/>
        <w:t>v -0.102499 17.781036 1.252148</w:t>
        <w:br/>
        <w:t>v -0.125990 17.779930 1.230232</w:t>
        <w:br/>
        <w:t>v -0.158898 17.750988 1.177648</w:t>
        <w:br/>
        <w:t>v -0.125482 17.737309 1.248225</w:t>
        <w:br/>
        <w:t>v -0.134227 17.746609 1.219222</w:t>
        <w:br/>
        <w:t>v -0.120273 17.719982 1.274331</w:t>
        <w:br/>
        <w:t>v -0.105164 17.736496 1.283966</w:t>
        <w:br/>
        <w:t>v -0.156382 17.714264 1.167380</w:t>
        <w:br/>
        <w:t>v -0.124739 17.716366 1.214539</w:t>
        <w:br/>
        <w:t>v -0.129473 17.674728 1.161151</w:t>
        <w:br/>
        <w:t>v -0.100619 17.677010 1.215156</w:t>
        <w:br/>
        <w:t>v -0.061209 17.658634 1.155330</w:t>
        <w:br/>
        <w:t>v -0.052641 17.658592 1.214206</w:t>
        <w:br/>
        <w:t>v -0.000001 17.653801 1.153296</w:t>
        <w:br/>
        <w:t>v -0.000001 17.650551 1.210736</w:t>
        <w:br/>
        <w:t>v -0.034851 17.659546 1.253270</w:t>
        <w:br/>
        <w:t>v -0.069163 17.667503 1.252925</w:t>
        <w:br/>
        <w:t>v -0.000001 17.652824 1.254013</w:t>
        <w:br/>
        <w:t>v -0.071500 17.691486 1.303067</w:t>
        <w:br/>
        <w:t>v -0.086302 17.697956 1.298310</w:t>
        <w:br/>
        <w:t>v -0.086052 17.685966 1.277101</w:t>
        <w:br/>
        <w:t>v -0.089764 17.705082 1.322415</w:t>
        <w:br/>
        <w:t>v -0.110405 17.709724 1.310341</w:t>
        <w:br/>
        <w:t>v -0.032779 17.685036 1.313212</w:t>
        <w:br/>
        <w:t>v -0.016317 17.683834 1.318125</w:t>
        <w:br/>
        <w:t>v -0.018269 17.697407 1.341022</w:t>
        <w:br/>
        <w:t>v -0.040560 17.698639 1.336234</w:t>
        <w:br/>
        <w:t>v -0.000001 17.683510 1.323096</w:t>
        <w:br/>
        <w:t>v -0.000001 17.697491 1.342461</w:t>
        <w:br/>
        <w:t>v -0.065440 17.700451 1.331204</w:t>
        <w:br/>
        <w:t>v -0.053615 17.686642 1.308065</w:t>
        <w:br/>
        <w:t>v -0.000001 17.751369 1.008616</w:t>
        <w:br/>
        <w:t>v -0.067107 17.754387 1.023714</w:t>
        <w:br/>
        <w:t>v -0.110791 17.707886 1.312722</w:t>
        <w:br/>
        <w:t>v -0.089969 17.702511 1.323798</w:t>
        <w:br/>
        <w:t>v -0.070722 17.724319 1.312972</w:t>
        <w:br/>
        <w:t>v -0.087765 17.723392 1.305153</w:t>
        <w:br/>
        <w:t>v -0.120273 17.719982 1.274331</w:t>
        <w:br/>
        <w:t>v -0.121816 17.704334 1.255025</w:t>
        <w:br/>
        <w:t>v -0.026843 17.669075 1.283330</w:t>
        <w:br/>
        <w:t>v -0.062217 17.674572 1.279941</w:t>
        <w:br/>
        <w:t>v -0.000001 17.666973 1.288857</w:t>
        <w:br/>
        <w:t>v -0.128064 17.713848 1.300444</w:t>
        <w:br/>
        <w:t>v -0.097522 17.702999 1.294910</w:t>
        <w:br/>
        <w:t>v -0.094104 17.682404 1.253451</w:t>
        <w:br/>
        <w:t>v -0.105050 17.696575 1.274942</w:t>
        <w:br/>
        <w:t>v -0.121781 17.699833 1.273686</w:t>
        <w:br/>
        <w:t>v -0.121816 17.704334 1.255025</w:t>
        <w:br/>
        <w:t>v -0.137393 17.719315 1.293980</w:t>
        <w:br/>
        <w:t>v -0.138367 17.716843 1.293856</w:t>
        <w:br/>
        <w:t>v -0.134991 17.721176 1.286704</w:t>
        <w:br/>
        <w:t>v -0.139662 17.709442 1.286189</w:t>
        <w:br/>
        <w:t>v -0.137393 17.719315 1.293980</w:t>
        <w:br/>
        <w:t>v -0.139662 17.709442 1.286189</w:t>
        <w:br/>
        <w:t>v 0.658202 18.523937 1.100299</w:t>
        <w:br/>
        <w:t>v 0.682751 18.405880 1.084235</w:t>
        <w:br/>
        <w:t>v 0.696255 18.459564 0.982262</w:t>
        <w:br/>
        <w:t>v 0.639539 17.906887 0.322350</w:t>
        <w:br/>
        <w:t>v 0.730115 17.917957 0.272502</w:t>
        <w:br/>
        <w:t>v 0.741288 17.956215 0.258881</w:t>
        <w:br/>
        <w:t>v 0.799768 18.024391 0.205764</w:t>
        <w:br/>
        <w:t>v 0.783848 17.957806 0.231199</w:t>
        <w:br/>
        <w:t>v 0.865376 18.013210 0.183342</w:t>
        <w:br/>
        <w:t>v 0.964382 18.381527 0.105957</w:t>
        <w:br/>
        <w:t>v 0.841945 18.417301 0.174704</w:t>
        <w:br/>
        <w:t>v 0.767162 18.298706 0.138339</w:t>
        <w:br/>
        <w:t>v 0.889265 18.225025 0.113573</w:t>
        <w:br/>
        <w:t>v 0.948951 18.119373 0.132654</w:t>
        <w:br/>
        <w:t>v 0.996261 18.222073 0.100858</w:t>
        <w:br/>
        <w:t>v 1.026871 18.365131 0.107565</w:t>
        <w:br/>
        <w:t>v 0.949586 18.460697 0.143422</w:t>
        <w:br/>
        <w:t>v 1.024724 18.459488 0.153697</w:t>
        <w:br/>
        <w:t>v 0.966265 18.509403 0.206030</w:t>
        <w:br/>
        <w:t>v 0.920988 18.499500 0.198643</w:t>
        <w:br/>
        <w:t>v 0.919457 18.504833 0.233806</w:t>
        <w:br/>
        <w:t>v 0.847681 18.441074 0.263678</w:t>
        <w:br/>
        <w:t>v 0.730115 17.917957 0.272502</w:t>
        <w:br/>
        <w:t>v 0.639539 17.906887 0.322350</w:t>
        <w:br/>
        <w:t>v 0.672408 17.943481 0.396896</w:t>
        <w:br/>
        <w:t>v 0.749650 17.927361 0.322460</w:t>
        <w:br/>
        <w:t>v 0.715702 18.014126 0.378611</w:t>
        <w:br/>
        <w:t>v 0.751470 18.093578 0.365097</w:t>
        <w:br/>
        <w:t>v 0.808358 18.072781 0.281853</w:t>
        <w:br/>
        <w:t>v 0.764529 17.991428 0.301522</w:t>
        <w:br/>
        <w:t>v 0.813899 17.972775 0.276604</w:t>
        <w:br/>
        <w:t>v 0.783848 17.957806 0.231199</w:t>
        <w:br/>
        <w:t>v 0.881145 18.026901 0.225570</w:t>
        <w:br/>
        <w:t>v 0.813899 17.972775 0.276604</w:t>
        <w:br/>
        <w:t>v 0.849398 18.143707 0.262242</w:t>
        <w:br/>
        <w:t>v 0.789561 18.174068 0.360546</w:t>
        <w:br/>
        <w:t>v 0.881145 18.026901 0.225570</w:t>
        <w:br/>
        <w:t>v 0.865376 18.013210 0.183342</w:t>
        <w:br/>
        <w:t>v 0.965917 18.135559 0.172227</w:t>
        <w:br/>
        <w:t>v 0.965917 18.135559 0.172227</w:t>
        <w:br/>
        <w:t>v 0.948951 18.119373 0.132654</w:t>
        <w:br/>
        <w:t>v 1.011517 18.231407 0.144374</w:t>
        <w:br/>
        <w:t>v 0.996261 18.222073 0.100858</w:t>
        <w:br/>
        <w:t>v 0.923809 18.296463 0.226950</w:t>
        <w:br/>
        <w:t>v 0.875494 18.341389 0.293360</w:t>
        <w:br/>
        <w:t>v 1.011517 18.231407 0.144374</w:t>
        <w:br/>
        <w:t>v 1.040425 18.361805 0.143042</w:t>
        <w:br/>
        <w:t>v 1.026871 18.365131 0.107565</w:t>
        <w:br/>
        <w:t>v 1.040425 18.361805 0.143042</w:t>
        <w:br/>
        <w:t>v 1.028286 18.441780 0.186007</w:t>
        <w:br/>
        <w:t>v 1.024724 18.459488 0.153697</w:t>
        <w:br/>
        <w:t>v 1.028286 18.441780 0.186007</w:t>
        <w:br/>
        <w:t>v 0.976274 18.481422 0.229218</w:t>
        <w:br/>
        <w:t>v 0.966265 18.509403 0.206030</w:t>
        <w:br/>
        <w:t>v 0.947454 18.474201 0.266359</w:t>
        <w:br/>
        <w:t>v 0.919457 18.504833 0.233806</w:t>
        <w:br/>
        <w:t>v 0.947454 18.474201 0.266359</w:t>
        <w:br/>
        <w:t>v 0.849486 18.391403 0.339067</w:t>
        <w:br/>
        <w:t>v 0.911363 18.457275 0.286539</w:t>
        <w:br/>
        <w:t>v 0.849486 18.391403 0.339067</w:t>
        <w:br/>
        <w:t>v 0.847681 18.441074 0.263678</w:t>
        <w:br/>
        <w:t>v 0.899452 18.471851 0.273448</w:t>
        <w:br/>
        <w:t>v 0.911363 18.457275 0.286539</w:t>
        <w:br/>
        <w:t>v 0.919457 18.504833 0.233806</w:t>
        <w:br/>
        <w:t>v 0.653974 18.084908 0.138340</w:t>
        <w:br/>
        <w:t>v 0.636357 18.215504 1.096496</w:t>
        <w:br/>
        <w:t>v 0.694824 18.196033 0.958883</w:t>
        <w:br/>
        <w:t>v 0.656003 18.230942 1.078401</w:t>
        <w:br/>
        <w:t>v 0.241549 18.524700 1.225279</w:t>
        <w:br/>
        <w:t>v 0.218477 18.461948 1.216763</w:t>
        <w:br/>
        <w:t>v 0.314304 18.416122 1.234657</w:t>
        <w:br/>
        <w:t>v 0.426740 18.195660 1.178771</w:t>
        <w:br/>
        <w:t>v 0.385534 18.202759 1.187849</w:t>
        <w:br/>
        <w:t>v 0.387098 18.160576 1.043611</w:t>
        <w:br/>
        <w:t>v 0.506227 18.149536 1.018399</w:t>
        <w:br/>
        <w:t>v 0.463637 18.192059 1.169630</w:t>
        <w:br/>
        <w:t>v 0.311030 18.232529 1.065928</w:t>
        <w:br/>
        <w:t>v 0.333014 18.216011 1.196610</w:t>
        <w:br/>
        <w:t>v 0.548347 18.189407 1.139527</w:t>
        <w:br/>
        <w:t>v 0.502783 18.190266 1.156364</w:t>
        <w:br/>
        <w:t>v 0.302206 18.248581 1.205603</w:t>
        <w:br/>
        <w:t>v 0.280434 18.301517 1.219530</w:t>
        <w:br/>
        <w:t>v 0.264483 18.300179 1.081654</w:t>
        <w:br/>
        <w:t>v 0.500253 18.245163 0.978024</w:t>
        <w:br/>
        <w:t>v 0.506227 18.149536 1.018399</w:t>
        <w:br/>
        <w:t>v 0.387098 18.160576 1.043611</w:t>
        <w:br/>
        <w:t>v 0.368676 18.260078 0.998405</w:t>
        <w:br/>
        <w:t>v 0.283812 18.281643 1.028606</w:t>
        <w:br/>
        <w:t>v 0.272634 18.352379 1.227237</w:t>
        <w:br/>
        <w:t>v 0.213190 18.384644 1.078573</w:t>
        <w:br/>
        <w:t>v 0.263505 18.428555 1.005175</w:t>
        <w:br/>
        <w:t>v 0.281633 18.383724 1.231062</w:t>
        <w:br/>
        <w:t>v 0.696255 18.459564 0.982262</w:t>
        <w:br/>
        <w:t>v 0.632443 18.444786 0.923477</w:t>
        <w:br/>
        <w:t>v 0.632728 18.510189 0.950158</w:t>
        <w:br/>
        <w:t>v 0.369865 18.466072 0.978036</w:t>
        <w:br/>
        <w:t>v 0.368828 18.445301 1.226510</w:t>
        <w:br/>
        <w:t>v 0.284371 18.559044 1.211901</w:t>
        <w:br/>
        <w:t>v 0.217503 18.512737 1.045479</w:t>
        <w:br/>
        <w:t>v 0.241549 18.524700 1.225279</w:t>
        <w:br/>
        <w:t>v 0.284371 18.559044 1.211901</w:t>
        <w:br/>
        <w:t>v 0.217503 18.512737 1.045479</w:t>
        <w:br/>
        <w:t>v 0.344694 18.547993 1.002680</w:t>
        <w:br/>
        <w:t>v 0.344694 18.547993 1.002680</w:t>
        <w:br/>
        <w:t>v 0.435488 18.460091 1.220459</w:t>
        <w:br/>
        <w:t>v 0.367765 18.589592 1.200908</w:t>
        <w:br/>
        <w:t>v 0.367765 18.589592 1.200908</w:t>
        <w:br/>
        <w:t>v 0.620040 18.441738 1.147117</w:t>
        <w:br/>
        <w:t>v 0.588263 18.574703 1.156337</w:t>
        <w:br/>
        <w:t>v 0.585870 18.451283 1.168306</w:t>
        <w:br/>
        <w:t>v 0.482148 18.595531 1.190942</w:t>
        <w:br/>
        <w:t>v 0.509387 18.559315 0.985271</w:t>
        <w:br/>
        <w:t>v 0.509151 18.477291 0.949677</w:t>
        <w:br/>
        <w:t>v 0.588263 18.574703 1.156337</w:t>
        <w:br/>
        <w:t>v 0.485281 18.462296 1.208806</w:t>
        <w:br/>
        <w:t>v 0.482148 18.595531 1.190942</w:t>
        <w:br/>
        <w:t>v 0.536506 18.459663 1.191316</w:t>
        <w:br/>
        <w:t>v 0.658202 18.523937 1.100299</w:t>
        <w:br/>
        <w:t>v 0.700440 18.385021 1.056829</w:t>
        <w:br/>
        <w:t>v 0.734477 18.320236 0.941643</w:t>
        <w:br/>
        <w:t>v 0.734477 18.320236 0.941643</w:t>
        <w:br/>
        <w:t>v 0.672209 18.256859 1.067023</w:t>
        <w:br/>
        <w:t>v 0.694824 18.196033 0.958883</w:t>
        <w:br/>
        <w:t>v 0.617225 18.230724 0.948537</w:t>
        <w:br/>
        <w:t>v 0.620265 18.154690 0.987319</w:t>
        <w:br/>
        <w:t>v 0.587402 18.196285 1.123247</w:t>
        <w:br/>
        <w:t>v 0.185434 18.478306 1.067739</w:t>
        <w:br/>
        <w:t>v 0.185434 18.478306 1.067739</w:t>
        <w:br/>
        <w:t>v 0.218477 18.461948 1.216763</w:t>
        <w:br/>
        <w:t>v 0.654618 18.425274 1.114375</w:t>
        <w:br/>
        <w:t>v 0.697827 18.346645 1.053944</w:t>
        <w:br/>
        <w:t>v 0.683919 18.296738 1.056251</w:t>
        <w:br/>
        <w:t>v 0.578515 17.971718 0.188645</w:t>
        <w:br/>
        <w:t>v 0.639539 17.906887 0.322350</w:t>
        <w:br/>
        <w:t>v 0.741288 17.956215 0.258881</w:t>
        <w:br/>
        <w:t>v 0.672408 17.943481 0.396896</w:t>
        <w:br/>
        <w:t>v 0.749650 17.927361 0.322460</w:t>
        <w:br/>
        <w:t>v 0.540786 17.896263 0.226375</w:t>
        <w:br/>
        <w:t>v 0.136454 17.726566 1.273296</w:t>
        <w:br/>
        <w:t>v 0.134973 17.720573 1.286678</w:t>
        <w:br/>
        <w:t>v 0.141299 17.707634 1.286046</w:t>
        <w:br/>
        <w:t>v 0.142243 17.703754 1.272108</w:t>
        <w:br/>
        <w:t>v 0.063408 17.850540 1.084649</w:t>
        <w:br/>
        <w:t>v 0.064981 17.817345 1.031049</w:t>
        <w:br/>
        <w:t>v 0.113222 17.829987 1.100343</w:t>
        <w:br/>
        <w:t>v 0.113141 17.804344 1.056838</w:t>
        <w:br/>
        <w:t>v 0.146806 17.802177 1.111889</w:t>
        <w:br/>
        <w:t>v 0.137311 17.783966 1.071131</w:t>
        <w:br/>
        <w:t>v 0.144745 17.760345 1.076951</w:t>
        <w:br/>
        <w:t>v 0.127420 17.758949 1.057218</w:t>
        <w:br/>
        <w:t>v 0.156009 17.760113 1.118354</w:t>
        <w:br/>
        <w:t>v 0.124620 17.716675 1.067438</w:t>
        <w:br/>
        <w:t>v 0.140977 17.738148 1.075604</w:t>
        <w:br/>
        <w:t>v 0.151878 17.725346 1.115331</w:t>
        <w:br/>
        <w:t>v 0.130262 17.684475 1.108856</w:t>
        <w:br/>
        <w:t>v 0.068414 17.667439 1.100601</w:t>
        <w:br/>
        <w:t>v 0.074003 17.692772 1.048789</w:t>
        <w:br/>
        <w:t>v 0.015117 17.730015 1.325159</w:t>
        <w:br/>
        <w:t>v 0.018718 17.695721 1.342697</w:t>
        <w:br/>
        <w:t>v 0.025636 17.764538 1.304430</w:t>
        <w:br/>
        <w:t>v 0.030201 17.729748 1.322656</w:t>
        <w:br/>
        <w:t>v 0.040857 17.696613 1.337840</w:t>
        <w:br/>
        <w:t>v 0.066306 17.698959 1.332250</w:t>
        <w:br/>
        <w:t>v 0.051088 17.727619 1.318610</w:t>
        <w:br/>
        <w:t>v 0.042187 17.791645 1.271467</w:t>
        <w:br/>
        <w:t>v 0.098489 17.719513 1.298738</w:t>
        <w:br/>
        <w:t>v 0.128403 17.712749 1.301491</w:t>
        <w:br/>
        <w:t>v 0.138362 17.716869 1.293858</w:t>
        <w:br/>
        <w:t>v 0.134973 17.720573 1.286678</w:t>
        <w:br/>
        <w:t>v 0.054154 17.758728 1.297541</w:t>
        <w:br/>
        <w:t>v 0.055613 17.815861 1.225804</w:t>
        <w:br/>
        <w:t>v 0.058689 17.843937 1.155132</w:t>
        <w:br/>
        <w:t>v 0.072618 17.787727 1.259360</w:t>
        <w:br/>
        <w:t>v 0.089946 17.754738 1.283232</w:t>
        <w:br/>
        <w:t>v 0.094291 17.804852 1.225676</w:t>
        <w:br/>
        <w:t>v 0.108717 17.831444 1.161494</w:t>
        <w:br/>
        <w:t>v 0.149284 17.805855 1.169913</w:t>
        <w:br/>
        <w:t>v 0.102506 17.781036 1.252149</w:t>
        <w:br/>
        <w:t>v 0.116216 17.762230 1.260606</w:t>
        <w:br/>
        <w:t>v 0.125995 17.779930 1.230232</w:t>
        <w:br/>
        <w:t>v 0.158902 17.750988 1.177648</w:t>
        <w:br/>
        <w:t>v 0.128087 17.738609 1.248136</w:t>
        <w:br/>
        <w:t>v 0.134231 17.746605 1.219223</w:t>
        <w:br/>
        <w:t>v 0.105172 17.736492 1.283967</w:t>
        <w:br/>
        <w:t>v 0.156384 17.714264 1.167380</w:t>
        <w:br/>
        <w:t>v 0.127716 17.718037 1.214427</w:t>
        <w:br/>
        <w:t>v 0.129476 17.674728 1.161151</w:t>
        <w:br/>
        <w:t>v 0.102819 17.678101 1.215082</w:t>
        <w:br/>
        <w:t>v 0.061207 17.658634 1.155330</w:t>
        <w:br/>
        <w:t>v 0.052647 17.658588 1.214206</w:t>
        <w:br/>
        <w:t>v 0.034856 17.659546 1.253270</w:t>
        <w:br/>
        <w:t>v 0.069171 17.667503 1.252926</w:t>
        <w:br/>
        <w:t>v 0.086315 17.697956 1.298310</w:t>
        <w:br/>
        <w:t>v 0.071510 17.691486 1.303067</w:t>
        <w:br/>
        <w:t>v 0.086061 17.685974 1.277101</w:t>
        <w:br/>
        <w:t>v 0.110403 17.709724 1.310341</w:t>
        <w:br/>
        <w:t>v 0.089765 17.705082 1.322415</w:t>
        <w:br/>
        <w:t>v 0.018269 17.697407 1.341022</w:t>
        <w:br/>
        <w:t>v 0.016322 17.683838 1.318125</w:t>
        <w:br/>
        <w:t>v 0.032786 17.685036 1.313212</w:t>
        <w:br/>
        <w:t>v 0.040560 17.698635 1.336234</w:t>
        <w:br/>
        <w:t>v 0.053625 17.686642 1.308065</w:t>
        <w:br/>
        <w:t>v 0.065439 17.700451 1.331204</w:t>
        <w:br/>
        <w:t>v 0.067105 17.754387 1.023714</w:t>
        <w:br/>
        <w:t>v 0.070734 17.724323 1.312972</w:t>
        <w:br/>
        <w:t>v 0.089588 17.702637 1.323836</w:t>
        <w:br/>
        <w:t>v 0.111109 17.707897 1.312709</w:t>
        <w:br/>
        <w:t>v 0.087776 17.723392 1.305153</w:t>
        <w:br/>
        <w:t>v 0.123770 17.698669 1.255118</w:t>
        <w:br/>
        <w:t>v 0.062226 17.674580 1.279941</w:t>
        <w:br/>
        <w:t>v 0.026848 17.669075 1.283330</w:t>
        <w:br/>
        <w:t>v 0.097531 17.702991 1.294909</w:t>
        <w:br/>
        <w:t>v 0.127655 17.713863 1.300474</w:t>
        <w:br/>
        <w:t>v 0.096229 17.683460 1.253379</w:t>
        <w:br/>
        <w:t>v 0.142243 17.703754 1.272108</w:t>
        <w:br/>
        <w:t>v 0.102886 17.695709 1.275002</w:t>
        <w:br/>
        <w:t>v 0.123770 17.698669 1.255118</w:t>
        <w:br/>
        <w:t>v 0.134973 17.720573 1.286678</w:t>
        <w:br/>
        <w:t>v 0.138362 17.716869 1.293858</w:t>
        <w:br/>
        <w:t>v 0.137382 17.719322 1.293980</w:t>
        <w:br/>
        <w:t>v 0.141299 17.707634 1.286046</w:t>
        <w:br/>
        <w:t>v 0.141299 17.707634 1.286046</w:t>
        <w:br/>
        <w:t>v 0.137382 17.719322 1.293980</w:t>
        <w:br/>
        <w:t>v 0.136454 17.726566 1.273296</w:t>
        <w:br/>
        <w:t>v -0.276582 18.522156 1.317511</w:t>
        <w:br/>
        <w:t>v -0.278090 18.514290 1.310584</w:t>
        <w:br/>
        <w:t>v -0.310648 18.530849 1.305804</w:t>
        <w:br/>
        <w:t>v -0.306606 18.543652 1.315205</w:t>
        <w:br/>
        <w:t>v -0.344477 18.560429 1.306743</w:t>
        <w:br/>
        <w:t>v -0.350773 18.546036 1.296087</w:t>
        <w:br/>
        <w:t>v -0.418804 18.557724 1.279040</w:t>
        <w:br/>
        <w:t>v -0.420388 18.577045 1.291279</w:t>
        <w:br/>
        <w:t>v -0.488062 18.559910 1.256576</w:t>
        <w:br/>
        <w:t>v -0.487997 18.577278 1.264840</w:t>
        <w:br/>
        <w:t>v -0.555998 18.567917 1.230372</w:t>
        <w:br/>
        <w:t>v -0.550531 18.553913 1.227538</w:t>
        <w:br/>
        <w:t>v -0.610036 18.551319 1.199940</w:t>
        <w:br/>
        <w:t>v -0.605679 18.540878 1.199094</w:t>
        <w:br/>
        <w:t>v -0.654361 18.530479 1.166361</w:t>
        <w:br/>
        <w:t>v -0.651489 18.523182 1.166841</w:t>
        <w:br/>
        <w:t>v -0.695477 18.502247 1.123053</w:t>
        <w:br/>
        <w:t>v -0.258140 18.501522 1.313464</w:t>
        <w:br/>
        <w:t>v 0.310704 18.530872 1.305816</w:t>
        <w:br/>
        <w:t>v 0.278147 18.514282 1.310606</w:t>
        <w:br/>
        <w:t>v 0.276638 18.522163 1.317504</w:t>
        <w:br/>
        <w:t>v 0.306638 18.543713 1.315180</w:t>
        <w:br/>
        <w:t>v 0.416755 18.557152 1.279072</w:t>
        <w:br/>
        <w:t>v 0.352701 18.546124 1.296074</w:t>
        <w:br/>
        <w:t>v 0.346362 18.560677 1.306720</w:t>
        <w:br/>
        <w:t>v 0.418197 18.576756 1.291293</w:t>
        <w:br/>
        <w:t>v 0.488123 18.559971 1.256572</w:t>
        <w:br/>
        <w:t>v 0.487923 18.577343 1.264837</w:t>
        <w:br/>
        <w:t>v 0.556068 18.567917 1.230373</w:t>
        <w:br/>
        <w:t>v 0.550597 18.553925 1.227537</w:t>
        <w:br/>
        <w:t>v 0.610083 18.551277 1.199943</w:t>
        <w:br/>
        <w:t>v 0.605759 18.540924 1.199092</w:t>
        <w:br/>
        <w:t>v 0.654415 18.530483 1.166361</w:t>
        <w:br/>
        <w:t>v 0.651524 18.523113 1.166846</w:t>
        <w:br/>
        <w:t>v 0.696134 18.505390 1.122496</w:t>
        <w:br/>
        <w:t>v 0.258197 18.501518 1.313464</w:t>
        <w:br/>
        <w:t>v 0.339051 18.369946 1.193492</w:t>
        <w:br/>
        <w:t>v 0.374471 18.374279 1.186871</w:t>
        <w:br/>
        <w:t>v 0.375203 18.365490 1.186289</w:t>
        <w:br/>
        <w:t>v 0.371223 18.382912 1.187907</w:t>
        <w:br/>
        <w:t>v 0.365964 18.390404 1.189320</w:t>
        <w:br/>
        <w:t>v 0.358836 18.396072 1.191000</w:t>
        <w:br/>
        <w:t>v 0.350032 18.399876 1.192843</w:t>
        <w:br/>
        <w:t>v 0.340544 18.401360 1.194739</w:t>
        <w:br/>
        <w:t>v 0.330983 18.400681 1.196559</w:t>
        <w:br/>
        <w:t>v 0.322175 18.397961 1.198182</w:t>
        <w:br/>
        <w:t>v 0.314653 18.393375 1.199480</w:t>
        <w:br/>
        <w:t>v 0.308794 18.387211 1.200351</w:t>
        <w:br/>
        <w:t>v 0.305042 18.379730 1.200747</w:t>
        <w:br/>
        <w:t>v 0.303695 18.371555 1.200636</w:t>
        <w:br/>
        <w:t>v 0.304813 18.363350 1.200035</w:t>
        <w:br/>
        <w:t>v 0.308287 18.355465 1.199013</w:t>
        <w:br/>
        <w:t>v 0.313582 18.348785 1.197624</w:t>
        <w:br/>
        <w:t>v 0.320417 18.343704 1.195954</w:t>
        <w:br/>
        <w:t>v 0.328441 18.340279 1.194113</w:t>
        <w:br/>
        <w:t>v 0.337229 18.338802 1.192228</w:t>
        <w:br/>
        <w:t>v 0.346227 18.339306 1.190425</w:t>
        <w:br/>
        <w:t>v 0.354817 18.341755 1.188826</w:t>
        <w:br/>
        <w:t>v 0.362520 18.345661 1.187531</w:t>
        <w:br/>
        <w:t>v 0.368827 18.350872 1.186633</w:t>
        <w:br/>
        <w:t>v 0.373203 18.357491 1.186205</w:t>
        <w:br/>
        <w:t>v -0.608367 18.379704 1.106025</w:t>
        <w:br/>
        <w:t>v -0.576165 18.399111 1.110996</w:t>
        <w:br/>
        <w:t>v -0.571888 18.391611 1.109787</w:t>
        <w:br/>
        <w:t>v -0.570373 18.383245 1.108369</w:t>
        <w:br/>
        <w:t>v -0.571605 18.374926 1.106829</w:t>
        <w:br/>
        <w:t>v -0.574884 18.366802 1.105164</w:t>
        <w:br/>
        <w:t>v -0.579864 18.359438 1.103469</w:t>
        <w:br/>
        <w:t>v -0.586353 18.353600 1.101886</w:t>
        <w:br/>
        <w:t>v -0.594063 18.349642 1.100542</w:t>
        <w:br/>
        <w:t>v -0.602668 18.347754 1.099558</w:t>
        <w:br/>
        <w:t>v -0.611723 18.348213 1.099012</w:t>
        <w:br/>
        <w:t>v -0.620742 18.351048 1.098965</w:t>
        <w:br/>
        <w:t>v -0.628846 18.356186 1.099387</w:t>
        <w:br/>
        <w:t>v -0.635485 18.363033 1.100251</w:t>
        <w:br/>
        <w:t>v -0.640241 18.370876 1.101505</w:t>
        <w:br/>
        <w:t>v -0.642637 18.379230 1.103045</w:t>
        <w:br/>
        <w:t>v -0.642335 18.387596 1.104743</w:t>
        <w:br/>
        <w:t>v -0.639421 18.395351 1.106489</w:t>
        <w:br/>
        <w:t>v -0.634181 18.401985 1.108172</w:t>
        <w:br/>
        <w:t>v -0.626974 18.407152 1.109676</w:t>
        <w:br/>
        <w:t>v -0.618331 18.410603 1.110903</w:t>
        <w:br/>
        <w:t>v -0.608951 18.412109 1.111780</w:t>
        <w:br/>
        <w:t>v -0.599554 18.411562 1.112255</w:t>
        <w:br/>
        <w:t>v -0.590572 18.409065 1.112280</w:t>
        <w:br/>
        <w:t>v -0.582529 18.404890 1.111842</w:t>
        <w:br/>
        <w:t>v 0.477427 18.356102 1.121015</w:t>
        <w:br/>
        <w:t>v 0.447597 18.322662 1.124966</w:t>
        <w:br/>
        <w:t>v 0.470392 18.366383 1.124770</w:t>
        <w:br/>
        <w:t>v 0.421659 18.481850 1.169037</w:t>
        <w:br/>
        <w:t>v 0.435204 18.371109 1.138174</w:t>
        <w:br/>
        <w:t>v 0.426043 18.364571 1.141307</w:t>
        <w:br/>
        <w:t>v 0.383588 18.457809 1.180483</w:t>
        <w:br/>
        <w:t>v 0.413845 18.330948 1.143793</w:t>
        <w:br/>
        <w:t>v 0.415503 18.316963 1.142031</w:t>
        <w:br/>
        <w:t>v 0.421805 18.302399 1.138840</w:t>
        <w:br/>
        <w:t>v 0.470003 18.495125 1.156344</w:t>
        <w:br/>
        <w:t>v 0.450937 18.374290 1.134226</w:t>
        <w:br/>
        <w:t>v 0.336301 18.384998 1.192007</w:t>
        <w:br/>
        <w:t>v 0.415235 18.343445 1.144168</w:t>
        <w:br/>
        <w:t>v 0.331377 18.335888 1.190800</w:t>
        <w:br/>
        <w:t>v 0.481064 18.343613 1.118221</w:t>
        <w:br/>
        <w:t>v 0.568813 18.440586 1.114947</w:t>
        <w:br/>
        <w:t>v 0.590936 18.396179 1.101116</w:t>
        <w:br/>
        <w:t>v 0.431332 18.291836 1.134740</w:t>
        <w:br/>
        <w:t>v 0.442605 18.285305 1.130176</w:t>
        <w:br/>
        <w:t>v 0.413840 18.172207 1.141841</w:t>
        <w:br/>
        <w:t>v 0.383365 18.196850 1.157246</w:t>
        <w:br/>
        <w:t>v 0.482386 18.330727 1.116442</w:t>
        <w:br/>
        <w:t>v 0.481348 18.316959 1.115650</w:t>
        <w:br/>
        <w:t>v 0.473328 18.294441 1.117659</w:t>
        <w:br/>
        <w:t>v 0.536808 18.195740 1.097797</w:t>
        <w:br/>
        <w:t>v 0.497251 18.173515 1.109010</w:t>
        <w:br/>
        <w:t>v 0.465948 18.286758 1.120505</w:t>
        <w:br/>
        <w:t>v 0.450637 18.162891 1.125177</w:t>
        <w:br/>
        <w:t>v 0.454775 18.283409 1.125212</w:t>
        <w:br/>
        <w:t>v 0.565763 18.229576 1.090980</w:t>
        <w:br/>
        <w:t>v 0.478412 18.304668 1.115996</w:t>
        <w:br/>
        <w:t>v 0.587489 18.275311 1.089313</w:t>
        <w:br/>
        <w:t>v 0.514158 18.488274 1.140774</w:t>
        <w:br/>
        <w:t>v 0.544666 18.469200 1.127493</w:t>
        <w:br/>
        <w:t>v 0.459323 18.372520 1.129464</w:t>
        <w:br/>
        <w:t>v 0.419503 18.354630 1.143236</w:t>
        <w:br/>
        <w:t>v 0.509348 18.492779 1.122223</w:t>
        <w:br/>
        <w:t>v 0.544461 18.474655 1.109128</w:t>
        <w:br/>
        <w:t>v 0.544666 18.469200 1.127493</w:t>
        <w:br/>
        <w:t>v 0.514158 18.488274 1.140774</w:t>
        <w:br/>
        <w:t>v 0.567446 18.447800 1.096026</w:t>
        <w:br/>
        <w:t>v 0.589265 18.398148 1.081785</w:t>
        <w:br/>
        <w:t>v 0.590936 18.396179 1.101116</w:t>
        <w:br/>
        <w:t>v 0.568813 18.440586 1.114947</w:t>
        <w:br/>
        <w:t>v 0.497251 18.173515 1.109010</w:t>
        <w:br/>
        <w:t>v 0.491996 18.172611 1.090102</w:t>
        <w:br/>
        <w:t>v 0.444849 18.161049 1.106981</w:t>
        <w:br/>
        <w:t>v 0.450637 18.162891 1.125177</w:t>
        <w:br/>
        <w:t>v 0.345323 18.427528 1.170824</w:t>
        <w:br/>
        <w:t>v 0.349917 18.425034 1.188294</w:t>
        <w:br/>
        <w:t>v 0.336301 18.384998 1.192007</w:t>
        <w:br/>
        <w:t>v 0.329460 18.385956 1.174520</w:t>
        <w:br/>
        <w:t>v 0.536808 18.195740 1.097797</w:t>
        <w:br/>
        <w:t>v 0.544812 18.201866 1.078977</w:t>
        <w:br/>
        <w:t>v 0.330254 18.284893 1.166906</w:t>
        <w:br/>
        <w:t>v 0.325522 18.337074 1.173374</w:t>
        <w:br/>
        <w:t>v 0.331377 18.335888 1.190800</w:t>
        <w:br/>
        <w:t>v 0.334839 18.284801 1.184342</w:t>
        <w:br/>
        <w:t>v 0.413448 18.485424 1.151099</w:t>
        <w:br/>
        <w:t>v 0.421659 18.481850 1.169037</w:t>
        <w:br/>
        <w:t>v 0.383588 18.457809 1.180483</w:t>
        <w:br/>
        <w:t>v 0.377766 18.461605 1.162886</w:t>
        <w:br/>
        <w:t>v 0.350177 18.234207 1.154808</w:t>
        <w:br/>
        <w:t>v 0.355236 18.234158 1.172074</w:t>
        <w:br/>
        <w:t>v 0.565763 18.229576 1.090980</w:t>
        <w:br/>
        <w:t>v 0.571076 18.233917 1.072026</w:t>
        <w:br/>
        <w:t>v 0.376511 18.196312 1.139916</w:t>
        <w:br/>
        <w:t>v 0.383365 18.196850 1.157246</w:t>
        <w:br/>
        <w:t>v 0.587489 18.275311 1.089313</w:t>
        <w:br/>
        <w:t>v 0.589349 18.279301 1.070194</w:t>
        <w:br/>
        <w:t>v 0.408430 18.171577 1.124177</w:t>
        <w:br/>
        <w:t>v 0.413840 18.172207 1.141841</w:t>
        <w:br/>
        <w:t>v 0.470003 18.495125 1.156344</w:t>
        <w:br/>
        <w:t>v 0.463251 18.500298 1.138176</w:t>
        <w:br/>
        <w:t>v 0.598460 18.343666 1.092769</w:t>
        <w:br/>
        <w:t>v 0.597834 18.344997 1.073375</w:t>
        <w:br/>
        <w:t>v 0.349917 18.425034 1.188294</w:t>
        <w:br/>
        <w:t>v 0.598460 18.343666 1.092769</w:t>
        <w:br/>
        <w:t>v 0.355236 18.234158 1.172074</w:t>
        <w:br/>
        <w:t>v 0.334839 18.284801 1.184342</w:t>
        <w:br/>
        <w:t>v -0.364868 18.292709 1.187163</w:t>
        <w:br/>
        <w:t>v -0.335896 18.278587 1.191623</w:t>
        <w:br/>
        <w:t>v -0.366265 18.287294 1.187325</w:t>
        <w:br/>
        <w:t>v -0.319742 18.263283 1.195101</w:t>
        <w:br/>
        <w:t>v -0.312685 18.265879 1.196000</w:t>
        <w:br/>
        <w:t>v -0.327448 18.262102 1.193650</w:t>
        <w:br/>
        <w:t>v -0.345473 18.297874 1.189597</w:t>
        <w:br/>
        <w:t>v -0.353876 18.298223 1.188338</w:t>
        <w:br/>
        <w:t>v -0.364339 18.280905 1.187978</w:t>
        <w:br/>
        <w:t>v -0.308411 18.269812 1.196397</w:t>
        <w:br/>
        <w:t>v -0.307739 18.274754 1.196270</w:t>
        <w:br/>
        <w:t>v -0.348882 18.268034 1.190367</w:t>
        <w:br/>
        <w:t>v -0.336383 18.263178 1.191898</w:t>
        <w:br/>
        <w:t>v -0.316993 18.285831 1.194475</w:t>
        <w:br/>
        <w:t>v -0.325824 18.291164 1.192919</w:t>
        <w:br/>
        <w:t>v -0.335838 18.295469 1.191186</w:t>
        <w:br/>
        <w:t>v -0.360526 18.296503 1.187506</w:t>
        <w:br/>
        <w:t>v -0.359031 18.274324 1.189077</w:t>
        <w:br/>
        <w:t>v -0.310713 18.280237 1.195620</w:t>
        <w:br/>
        <w:t>v 0.561352 18.293762 1.102433</w:t>
        <w:br/>
        <w:t>v 0.591735 18.278755 1.090623</w:t>
        <w:br/>
        <w:t>v 0.560373 18.287437 1.102151</w:t>
        <w:br/>
        <w:t>v 0.607540 18.257885 1.082270</w:t>
        <w:br/>
        <w:t>v 0.614424 18.260914 1.080000</w:t>
        <w:br/>
        <w:t>v 0.598749 18.257507 1.085531</w:t>
        <w:br/>
        <w:t>v 0.583255 18.301788 1.095925</w:t>
        <w:br/>
        <w:t>v 0.573449 18.301270 1.099154</w:t>
        <w:br/>
        <w:t>v 0.562985 18.280094 1.100557</w:t>
        <w:br/>
        <w:t>v 0.618744 18.266014 1.078945</w:t>
        <w:br/>
        <w:t>v 0.620090 18.272701 1.079240</w:t>
        <w:br/>
        <w:t>v 0.577891 18.265579 1.093974</w:t>
        <w:br/>
        <w:t>v 0.588647 18.260021 1.089551</w:t>
        <w:br/>
        <w:t>v 0.612893 18.287868 1.083759</w:t>
        <w:br/>
        <w:t>v 0.604662 18.294743 1.087646</w:t>
        <w:br/>
        <w:t>v 0.594236 18.299686 1.091952</w:t>
        <w:br/>
        <w:t>v 0.565907 18.298546 1.101394</w:t>
        <w:br/>
        <w:t>v 0.569003 18.272453 1.097764</w:t>
        <w:br/>
        <w:t>v 0.618184 18.280285 1.080875</w:t>
        <w:br/>
        <w:t>v -0.128890 17.732487 1.223372</w:t>
        <w:br/>
        <w:t>v -0.147018 17.753632 1.165346</w:t>
        <w:br/>
        <w:t>v -0.136802 17.807899 1.178483</w:t>
        <w:br/>
        <w:t>v -0.118429 17.782402 1.237366</w:t>
        <w:br/>
        <w:t>v -0.105979 17.770367 1.262221</w:t>
        <w:br/>
        <w:t>v -0.116729 17.724312 1.247872</w:t>
        <w:br/>
        <w:t>v -0.090903 17.763897 1.276709</w:t>
        <w:br/>
        <w:t>v -0.103563 17.719383 1.261703</w:t>
        <w:br/>
        <w:t>v -0.065828 17.757301 1.291072</w:t>
        <w:br/>
        <w:t>v -0.078879 17.711288 1.278524</w:t>
        <w:br/>
        <w:t>v -0.042991 17.753922 1.298541</w:t>
        <w:br/>
        <w:t>v -0.050293 17.705338 1.287101</w:t>
        <w:br/>
        <w:t>v -0.020544 17.703949 1.289007</w:t>
        <w:br/>
        <w:t>v -0.019357 17.753384 1.299976</w:t>
        <w:br/>
        <w:t>v -0.000001 17.753960 1.300037</w:t>
        <w:br/>
        <w:t>v -0.000001 17.703911 1.289338</w:t>
        <w:br/>
        <w:t>v -0.020544 17.703949 1.289007</w:t>
        <w:br/>
        <w:t>v -0.000001 17.703911 1.289338</w:t>
        <w:br/>
        <w:t>v -0.000001 17.708267 1.266950</w:t>
        <w:br/>
        <w:t>v -0.016214 17.709034 1.266504</w:t>
        <w:br/>
        <w:t>v -0.050293 17.705338 1.287101</w:t>
        <w:br/>
        <w:t>v -0.038201 17.710808 1.263269</w:t>
        <w:br/>
        <w:t>v -0.060686 17.712116 1.259230</w:t>
        <w:br/>
        <w:t>v -0.078879 17.711288 1.278524</w:t>
        <w:br/>
        <w:t>v -0.077674 17.716324 1.251538</w:t>
        <w:br/>
        <w:t>v -0.103563 17.719383 1.261703</w:t>
        <w:br/>
        <w:t>v -0.089401 17.721561 1.236105</w:t>
        <w:br/>
        <w:t>v -0.116729 17.724312 1.247872</w:t>
        <w:br/>
        <w:t>v -0.098424 17.729397 1.212520</w:t>
        <w:br/>
        <w:t>v -0.128890 17.732487 1.223372</w:t>
        <w:br/>
        <w:t>v -0.107608 17.746334 1.166012</w:t>
        <w:br/>
        <w:t>v -0.147018 17.753632 1.165346</w:t>
        <w:br/>
        <w:t>v -0.098424 17.729397 1.212520</w:t>
        <w:br/>
        <w:t>v -0.086186 17.783367 1.225974</w:t>
        <w:br/>
        <w:t>v -0.100106 17.803337 1.179239</w:t>
        <w:br/>
        <w:t>v -0.107608 17.746334 1.166012</w:t>
        <w:br/>
        <w:t>v -0.089401 17.721561 1.236105</w:t>
        <w:br/>
        <w:t>v -0.075448 17.772602 1.250120</w:t>
        <w:br/>
        <w:t>v -0.065255 17.766792 1.264247</w:t>
        <w:br/>
        <w:t>v -0.077674 17.716324 1.251538</w:t>
        <w:br/>
        <w:t>v -0.060686 17.712116 1.259230</w:t>
        <w:br/>
        <w:t>v -0.049095 17.763454 1.272668</w:t>
        <w:br/>
        <w:t>v -0.038201 17.710808 1.263269</w:t>
        <w:br/>
        <w:t>v -0.032201 17.761696 1.277674</w:t>
        <w:br/>
        <w:t>v -0.016214 17.709034 1.266504</w:t>
        <w:br/>
        <w:t>v -0.000001 17.708267 1.266950</w:t>
        <w:br/>
        <w:t>v -0.000001 17.761002 1.280210</w:t>
        <w:br/>
        <w:t>v -0.013927 17.760906 1.280414</w:t>
        <w:br/>
        <w:t>v 0.129034 17.732498 1.223381</w:t>
        <w:br/>
        <w:t>v 0.118616 17.782421 1.237376</w:t>
        <w:br/>
        <w:t>v 0.137006 17.807919 1.178496</w:t>
        <w:br/>
        <w:t>v 0.147181 17.753658 1.165358</w:t>
        <w:br/>
        <w:t>v 0.116894 17.724308 1.247882</w:t>
        <w:br/>
        <w:t>v 0.106179 17.770382 1.262228</w:t>
        <w:br/>
        <w:t>v 0.103752 17.719410 1.261700</w:t>
        <w:br/>
        <w:t>v 0.091132 17.763901 1.276715</w:t>
        <w:br/>
        <w:t>v 0.079102 17.711334 1.278525</w:t>
        <w:br/>
        <w:t>v 0.066058 17.757301 1.291072</w:t>
        <w:br/>
        <w:t>v 0.050501 17.705338 1.287104</w:t>
        <w:br/>
        <w:t>v 0.043196 17.753922 1.298545</w:t>
        <w:br/>
        <w:t>v 0.019535 17.753384 1.299978</w:t>
        <w:br/>
        <w:t>v 0.020647 17.703949 1.289009</w:t>
        <w:br/>
        <w:t>v 0.020647 17.703949 1.289009</w:t>
        <w:br/>
        <w:t>v 0.016386 17.709038 1.266504</w:t>
        <w:br/>
        <w:t>v 0.050501 17.705338 1.287104</w:t>
        <w:br/>
        <w:t>v 0.038400 17.710812 1.263270</w:t>
        <w:br/>
        <w:t>v 0.079102 17.711334 1.278525</w:t>
        <w:br/>
        <w:t>v 0.060886 17.712135 1.259236</w:t>
        <w:br/>
        <w:t>v 0.077826 17.716358 1.251544</w:t>
        <w:br/>
        <w:t>v 0.103752 17.719410 1.261700</w:t>
        <w:br/>
        <w:t>v 0.116894 17.724308 1.247882</w:t>
        <w:br/>
        <w:t>v 0.089558 17.721569 1.236113</w:t>
        <w:br/>
        <w:t>v 0.098572 17.729412 1.212531</w:t>
        <w:br/>
        <w:t>v 0.129034 17.732498 1.223381</w:t>
        <w:br/>
        <w:t>v 0.147181 17.753658 1.165358</w:t>
        <w:br/>
        <w:t>v 0.107755 17.746346 1.166023</w:t>
        <w:br/>
        <w:t>v 0.107755 17.746346 1.166023</w:t>
        <w:br/>
        <w:t>v 0.100290 17.803349 1.179249</w:t>
        <w:br/>
        <w:t>v 0.086372 17.783375 1.225983</w:t>
        <w:br/>
        <w:t>v 0.098572 17.729412 1.212531</w:t>
        <w:br/>
        <w:t>v 0.075638 17.772598 1.250129</w:t>
        <w:br/>
        <w:t>v 0.089558 17.721569 1.236113</w:t>
        <w:br/>
        <w:t>v 0.077826 17.716358 1.251544</w:t>
        <w:br/>
        <w:t>v 0.065447 17.766792 1.264255</w:t>
        <w:br/>
        <w:t>v 0.049285 17.763451 1.272674</w:t>
        <w:br/>
        <w:t>v 0.060886 17.712135 1.259236</w:t>
        <w:br/>
        <w:t>v 0.032370 17.761700 1.277678</w:t>
        <w:br/>
        <w:t>v 0.038400 17.710812 1.263270</w:t>
        <w:br/>
        <w:t>v 0.016386 17.709038 1.266504</w:t>
        <w:br/>
        <w:t>v 0.014114 17.760902 1.280415</w:t>
        <w:br/>
        <w:t>v -0.016651 17.710724 1.266513</w:t>
        <w:br/>
        <w:t>v -0.016109 17.666691 1.256876</w:t>
        <w:br/>
        <w:t>v -0.000001 17.666431 1.257382</w:t>
        <w:br/>
        <w:t>v -0.000001 17.711025 1.266603</w:t>
        <w:br/>
        <w:t>v -0.131563 17.681881 1.213113</w:t>
        <w:br/>
        <w:t>v -0.148863 17.703178 1.154499</w:t>
        <w:br/>
        <w:t>v -0.147018 17.753632 1.165346</w:t>
        <w:br/>
        <w:t>v -0.128941 17.732327 1.223276</w:t>
        <w:br/>
        <w:t>v -0.116639 17.724026 1.247841</w:t>
        <w:br/>
        <w:t>v -0.114205 17.677162 1.236261</w:t>
        <w:br/>
        <w:t>v -0.095285 17.673294 1.252590</w:t>
        <w:br/>
        <w:t>v -0.103807 17.719185 1.261737</w:t>
        <w:br/>
        <w:t>v -0.078175 17.710968 1.278823</w:t>
        <w:br/>
        <w:t>v -0.070857 17.666389 1.270112</w:t>
        <w:br/>
        <w:t>v -0.050354 17.705208 1.287215</w:t>
        <w:br/>
        <w:t>v -0.042950 17.663830 1.278215</w:t>
        <w:br/>
        <w:t>v -0.000001 17.662502 1.281660</w:t>
        <w:br/>
        <w:t>v -0.020460 17.663094 1.280526</w:t>
        <w:br/>
        <w:t>v -0.020290 17.703911 1.289029</w:t>
        <w:br/>
        <w:t>v -0.000001 17.703911 1.289338</w:t>
        <w:br/>
        <w:t>v -0.111205 17.733097 1.213001</w:t>
        <w:br/>
        <w:t>v -0.120134 17.749088 1.165839</w:t>
        <w:br/>
        <w:t>v -0.101064 17.698231 1.154490</w:t>
        <w:br/>
        <w:t>v -0.095771 17.683422 1.202310</w:t>
        <w:br/>
        <w:t>v -0.084121 17.677296 1.226583</w:t>
        <w:br/>
        <w:t>v -0.100958 17.724644 1.236457</w:t>
        <w:br/>
        <w:t>v -0.071182 17.671642 1.239821</w:t>
        <w:br/>
        <w:t>v -0.088615 17.719193 1.251290</w:t>
        <w:br/>
        <w:t>v -0.053883 17.668945 1.248117</w:t>
        <w:br/>
        <w:t>v -0.066512 17.713608 1.259118</w:t>
        <w:br/>
        <w:t>v -0.034558 17.667309 1.254163</w:t>
        <w:br/>
        <w:t>v -0.039876 17.712223 1.263505</w:t>
        <w:br/>
        <w:t>v -0.111205 17.733097 1.213001</w:t>
        <w:br/>
        <w:t>v -0.128941 17.732327 1.223276</w:t>
        <w:br/>
        <w:t>v -0.147018 17.753632 1.165346</w:t>
        <w:br/>
        <w:t>v -0.120134 17.749088 1.165839</w:t>
        <w:br/>
        <w:t>v -0.100958 17.724644 1.236457</w:t>
        <w:br/>
        <w:t>v -0.116639 17.724026 1.247841</w:t>
        <w:br/>
        <w:t>v -0.088615 17.719193 1.251290</w:t>
        <w:br/>
        <w:t>v -0.103807 17.719185 1.261737</w:t>
        <w:br/>
        <w:t>v -0.066512 17.713608 1.259118</w:t>
        <w:br/>
        <w:t>v -0.078175 17.710968 1.278823</w:t>
        <w:br/>
        <w:t>v -0.039876 17.712223 1.263505</w:t>
        <w:br/>
        <w:t>v -0.050354 17.705208 1.287215</w:t>
        <w:br/>
        <w:t>v -0.016651 17.710724 1.266513</w:t>
        <w:br/>
        <w:t>v -0.020290 17.703911 1.289029</w:t>
        <w:br/>
        <w:t>v -0.000001 17.711025 1.266603</w:t>
        <w:br/>
        <w:t>v -0.000001 17.703911 1.289338</w:t>
        <w:br/>
        <w:t>v 0.016291 17.666698 1.256877</w:t>
        <w:br/>
        <w:t>v 0.016826 17.710720 1.266515</w:t>
        <w:br/>
        <w:t>v 0.148895 17.703281 1.154505</w:t>
        <w:br/>
        <w:t>v 0.131730 17.681904 1.213111</w:t>
        <w:br/>
        <w:t>v 0.129087 17.732338 1.223285</w:t>
        <w:br/>
        <w:t>v 0.147181 17.753658 1.165358</w:t>
        <w:br/>
        <w:t>v 0.116805 17.724018 1.247851</w:t>
        <w:br/>
        <w:t>v 0.114368 17.677155 1.236333</w:t>
        <w:br/>
        <w:t>v 0.103998 17.719215 1.261739</w:t>
        <w:br/>
        <w:t>v 0.095496 17.673294 1.252641</w:t>
        <w:br/>
        <w:t>v 0.071117 17.666378 1.270211</w:t>
        <w:br/>
        <w:t>v 0.078411 17.710999 1.278824</w:t>
        <w:br/>
        <w:t>v 0.043164 17.663834 1.278259</w:t>
        <w:br/>
        <w:t>v 0.050561 17.705219 1.287217</w:t>
        <w:br/>
        <w:t>v 0.020426 17.703926 1.289031</w:t>
        <w:br/>
        <w:t>v 0.020641 17.663094 1.280538</w:t>
        <w:br/>
        <w:t>v 0.120307 17.749119 1.165849</w:t>
        <w:br/>
        <w:t>v 0.111379 17.733116 1.213010</w:t>
        <w:br/>
        <w:t>v 0.095940 17.683422 1.202321</w:t>
        <w:br/>
        <w:t>v 0.101206 17.698238 1.154500</w:t>
        <w:br/>
        <w:t>v 0.101132 17.724667 1.236463</w:t>
        <w:br/>
        <w:t>v 0.084298 17.677322 1.226589</w:t>
        <w:br/>
        <w:t>v 0.088845 17.719234 1.251293</w:t>
        <w:br/>
        <w:t>v 0.071376 17.671669 1.239827</w:t>
        <w:br/>
        <w:t>v 0.066759 17.713642 1.259122</w:t>
        <w:br/>
        <w:t>v 0.054078 17.668945 1.248123</w:t>
        <w:br/>
        <w:t>v 0.034734 17.667305 1.254167</w:t>
        <w:br/>
        <w:t>v 0.040098 17.712212 1.263500</w:t>
        <w:br/>
        <w:t>v 0.120307 17.749119 1.165849</w:t>
        <w:br/>
        <w:t>v 0.147181 17.753658 1.165358</w:t>
        <w:br/>
        <w:t>v 0.129087 17.732338 1.223285</w:t>
        <w:br/>
        <w:t>v 0.111379 17.733116 1.213010</w:t>
        <w:br/>
        <w:t>v 0.116805 17.724018 1.247851</w:t>
        <w:br/>
        <w:t>v 0.101132 17.724667 1.236463</w:t>
        <w:br/>
        <w:t>v 0.103998 17.719215 1.261739</w:t>
        <w:br/>
        <w:t>v 0.088845 17.719234 1.251293</w:t>
        <w:br/>
        <w:t>v 0.078411 17.710999 1.278824</w:t>
        <w:br/>
        <w:t>v 0.066759 17.713642 1.259122</w:t>
        <w:br/>
        <w:t>v 0.040098 17.712212 1.263500</w:t>
        <w:br/>
        <w:t>v 0.050561 17.705219 1.287217</w:t>
        <w:br/>
        <w:t>v 0.016826 17.710720 1.266515</w:t>
        <w:br/>
        <w:t>v 0.020426 17.703926 1.289031</w:t>
        <w:br/>
        <w:t>v -0.114066 17.776157 1.083168</w:t>
        <w:br/>
        <w:t>v -0.111179 17.744492 1.082843</w:t>
        <w:br/>
        <w:t>v -0.104464 17.743156 1.057687</w:t>
        <w:br/>
        <w:t>v -0.098437 17.772079 1.054210</w:t>
        <w:br/>
        <w:t>v -0.117152 17.777058 1.105843</w:t>
        <w:br/>
        <w:t>v -0.126878 17.746487 1.105078</w:t>
        <w:br/>
        <w:t>v -0.117214 17.772366 1.130503</w:t>
        <w:br/>
        <w:t>v -0.125841 17.743225 1.129572</w:t>
        <w:br/>
        <w:t>v -0.116204 17.769432 1.149185</w:t>
        <w:br/>
        <w:t>v -0.124167 17.739265 1.147926</w:t>
        <w:br/>
        <w:t>v -0.119683 17.732422 1.170609</w:t>
        <w:br/>
        <w:t>v -0.113536 17.762753 1.171952</w:t>
        <w:br/>
        <w:t>v -0.107939 17.750633 1.198727</w:t>
        <w:br/>
        <w:t>v -0.113099 17.721195 1.198412</w:t>
        <w:br/>
        <w:t>v -0.102853 17.735786 1.222777</w:t>
        <w:br/>
        <w:t>v -0.105253 17.708588 1.222973</w:t>
        <w:br/>
        <w:t>v -0.095155 17.721493 1.241317</w:t>
        <w:br/>
        <w:t>v -0.094060 17.695587 1.240586</w:t>
        <w:br/>
        <w:t>v -0.076556 17.707981 1.258479</w:t>
        <w:br/>
        <w:t>v -0.071388 17.687523 1.253354</w:t>
        <w:br/>
        <w:t>v -0.053797 17.703915 1.267063</w:t>
        <w:br/>
        <w:t>v -0.041993 17.683907 1.260512</w:t>
        <w:br/>
        <w:t>v -0.018334 17.704395 1.271524</w:t>
        <w:br/>
        <w:t>v -0.000001 17.702911 1.272151</w:t>
        <w:br/>
        <w:t>v -0.000001 17.685074 1.262617</w:t>
        <w:br/>
        <w:t>v -0.018886 17.726204 1.256430</w:t>
        <w:br/>
        <w:t>v -0.000001 17.725243 1.254693</w:t>
        <w:br/>
        <w:t>v -0.000001 17.702911 1.272151</w:t>
        <w:br/>
        <w:t>v -0.018334 17.704395 1.271524</w:t>
        <w:br/>
        <w:t>v -0.019907 17.744747 1.238374</w:t>
        <w:br/>
        <w:t>v -0.000001 17.742302 1.236410</w:t>
        <w:br/>
        <w:t>v -0.058479 17.714138 1.257047</w:t>
        <w:br/>
        <w:t>v -0.062457 17.731022 1.240278</w:t>
        <w:br/>
        <w:t>v -0.019854 17.757656 1.220666</w:t>
        <w:br/>
        <w:t>v -0.000001 17.752182 1.220411</w:t>
        <w:br/>
        <w:t>v -0.043655 17.683441 1.251782</w:t>
        <w:br/>
        <w:t>v -0.000001 17.686287 1.248757</w:t>
        <w:br/>
        <w:t>v -0.000001 17.688557 1.237219</w:t>
        <w:br/>
        <w:t>v -0.051161 17.687237 1.239758</w:t>
        <w:br/>
        <w:t>v -0.053797 17.703915 1.267063</w:t>
        <w:br/>
        <w:t>v -0.076556 17.707981 1.258479</w:t>
        <w:br/>
        <w:t>v -0.020897 17.773773 1.197937</w:t>
        <w:br/>
        <w:t>v -0.000001 17.763401 1.197429</w:t>
        <w:br/>
        <w:t>v -0.062101 17.745865 1.221766</w:t>
        <w:br/>
        <w:t>v -0.023129 17.786621 1.173728</w:t>
        <w:br/>
        <w:t>v -0.000001 17.773510 1.173556</w:t>
        <w:br/>
        <w:t>v -0.102853 17.735786 1.222777</w:t>
        <w:br/>
        <w:t>v -0.060427 17.763332 1.198217</w:t>
        <w:br/>
        <w:t>v -0.107939 17.750633 1.198727</w:t>
        <w:br/>
        <w:t>v -0.061566 17.778057 1.172477</w:t>
        <w:br/>
        <w:t>v -0.000001 17.782612 1.148258</w:t>
        <w:br/>
        <w:t>v -0.023970 17.795105 1.149214</w:t>
        <w:br/>
        <w:t>v -0.113536 17.762753 1.171952</w:t>
        <w:br/>
        <w:t>v -0.061945 17.785988 1.148624</w:t>
        <w:br/>
        <w:t>v -0.023998 17.799953 1.128725</w:t>
        <w:br/>
        <w:t>v -0.000001 17.789368 1.127236</w:t>
        <w:br/>
        <w:t>v -0.061462 17.789211 1.128914</w:t>
        <w:br/>
        <w:t>v -0.117152 17.777058 1.105843</w:t>
        <w:br/>
        <w:t>v -0.061465 17.793079 1.103036</w:t>
        <w:br/>
        <w:t>v -0.023493 17.803822 1.101578</w:t>
        <w:br/>
        <w:t>v -0.114066 17.776157 1.083168</w:t>
        <w:br/>
        <w:t>v -0.061520 17.794704 1.080078</w:t>
        <w:br/>
        <w:t>v -0.000001 17.796665 1.099699</w:t>
        <w:br/>
        <w:t>v -0.022288 17.803402 1.077062</w:t>
        <w:br/>
        <w:t>v -0.098437 17.772079 1.054210</w:t>
        <w:br/>
        <w:t>v -0.062131 17.791721 1.051281</w:t>
        <w:br/>
        <w:t>v -0.000001 17.796265 1.074765</w:t>
        <w:br/>
        <w:t>v -0.000001 17.799385 1.050198</w:t>
        <w:br/>
        <w:t>v -0.000001 17.696491 1.072415</w:t>
        <w:br/>
        <w:t>v -0.000001 17.688316 1.057712</w:t>
        <w:br/>
        <w:t>v -0.078616 17.711998 1.049992</w:t>
        <w:br/>
        <w:t>v -0.080056 17.715828 1.077853</w:t>
        <w:br/>
        <w:t>v -0.126878 17.746487 1.105078</w:t>
        <w:br/>
        <w:t>v -0.082068 17.718239 1.100723</w:t>
        <w:br/>
        <w:t>v -0.000001 17.704391 1.096374</w:t>
        <w:br/>
        <w:t>v -0.074050 17.717159 1.125797</w:t>
        <w:br/>
        <w:t>v -0.000001 17.703140 1.121929</w:t>
        <w:br/>
        <w:t>v -0.125841 17.743225 1.129572</w:t>
        <w:br/>
        <w:t>v -0.124167 17.739265 1.147926</w:t>
        <w:br/>
        <w:t>v -0.072977 17.716995 1.145679</w:t>
        <w:br/>
        <w:t>v -0.000001 17.702633 1.144354</w:t>
        <w:br/>
        <w:t>v -0.119683 17.732422 1.170609</w:t>
        <w:br/>
        <w:t>v -0.069309 17.712528 1.170098</w:t>
        <w:br/>
        <w:t>v -0.000001 17.700569 1.170048</w:t>
        <w:br/>
        <w:t>v -0.113099 17.721195 1.198412</w:t>
        <w:br/>
        <w:t>v -0.063487 17.703751 1.196906</w:t>
        <w:br/>
        <w:t>v -0.000001 17.695889 1.193462</w:t>
        <w:br/>
        <w:t>v -0.094060 17.695587 1.240586</w:t>
        <w:br/>
        <w:t>v -0.058117 17.692654 1.222215</w:t>
        <w:br/>
        <w:t>v -0.105253 17.708588 1.222973</w:t>
        <w:br/>
        <w:t>v -0.071388 17.687523 1.253354</w:t>
        <w:br/>
        <w:t>v -0.041993 17.683907 1.260512</w:t>
        <w:br/>
        <w:t>v -0.000001 17.685074 1.262617</w:t>
        <w:br/>
        <w:t>v -0.000001 17.692539 1.219127</w:t>
        <w:br/>
        <w:t>v 0.114271 17.776165 1.083177</w:t>
        <w:br/>
        <w:t>v 0.098621 17.772079 1.054218</w:t>
        <w:br/>
        <w:t>v 0.104620 17.743168 1.057695</w:t>
        <w:br/>
        <w:t>v 0.111325 17.744503 1.082852</w:t>
        <w:br/>
        <w:t>v 0.117348 17.777069 1.105852</w:t>
        <w:br/>
        <w:t>v 0.127046 17.746510 1.105087</w:t>
        <w:br/>
        <w:t>v 0.126007 17.743244 1.129581</w:t>
        <w:br/>
        <w:t>v 0.117403 17.772388 1.130512</w:t>
        <w:br/>
        <w:t>v 0.116392 17.769451 1.149195</w:t>
        <w:br/>
        <w:t>v 0.124332 17.739292 1.147936</w:t>
        <w:br/>
        <w:t>v 0.119849 17.732452 1.170619</w:t>
        <w:br/>
        <w:t>v 0.113723 17.762772 1.171962</w:t>
        <w:br/>
        <w:t>v 0.113274 17.721195 1.198423</w:t>
        <w:br/>
        <w:t>v 0.108127 17.750648 1.198737</w:t>
        <w:br/>
        <w:t>v 0.105433 17.708603 1.222981</w:t>
        <w:br/>
        <w:t>v 0.103043 17.735817 1.222784</w:t>
        <w:br/>
        <w:t>v 0.094189 17.695644 1.240589</w:t>
        <w:br/>
        <w:t>v 0.095357 17.721519 1.241322</w:t>
        <w:br/>
        <w:t>v 0.071606 17.687630 1.253353</w:t>
        <w:br/>
        <w:t>v 0.076779 17.708031 1.258482</w:t>
        <w:br/>
        <w:t>v 0.042042 17.683926 1.260516</w:t>
        <w:br/>
        <w:t>v 0.054043 17.703922 1.267068</w:t>
        <w:br/>
        <w:t>v 0.018507 17.704399 1.271527</w:t>
        <w:br/>
        <w:t>v 0.019055 17.726204 1.256433</w:t>
        <w:br/>
        <w:t>v 0.018507 17.704399 1.271527</w:t>
        <w:br/>
        <w:t>v 0.020083 17.744747 1.238376</w:t>
        <w:br/>
        <w:t>v 0.062700 17.731033 1.240284</w:t>
        <w:br/>
        <w:t>v 0.058726 17.714161 1.257053</w:t>
        <w:br/>
        <w:t>v 0.020036 17.757652 1.220669</w:t>
        <w:br/>
        <w:t>v 0.044007 17.683411 1.251789</w:t>
        <w:br/>
        <w:t>v 0.051375 17.687248 1.239763</w:t>
        <w:br/>
        <w:t>v 0.054043 17.703922 1.267068</w:t>
        <w:br/>
        <w:t>v 0.076779 17.708031 1.258482</w:t>
        <w:br/>
        <w:t>v 0.021086 17.773769 1.197939</w:t>
        <w:br/>
        <w:t>v 0.062337 17.745872 1.221773</w:t>
        <w:br/>
        <w:t>v 0.023323 17.786629 1.173730</w:t>
        <w:br/>
        <w:t>v 0.103043 17.735817 1.222784</w:t>
        <w:br/>
        <w:t>v 0.060648 17.763336 1.198223</w:t>
        <w:br/>
        <w:t>v 0.108127 17.750648 1.198737</w:t>
        <w:br/>
        <w:t>v 0.061768 17.778065 1.172483</w:t>
        <w:br/>
        <w:t>v 0.024168 17.795116 1.149215</w:t>
        <w:br/>
        <w:t>v 0.113723 17.762772 1.171962</w:t>
        <w:br/>
        <w:t>v 0.062128 17.785999 1.148631</w:t>
        <w:br/>
        <w:t>v 0.024195 17.799961 1.128727</w:t>
        <w:br/>
        <w:t>v 0.061638 17.789223 1.128919</w:t>
        <w:br/>
        <w:t>v 0.061641 17.793091 1.103042</w:t>
        <w:br/>
        <w:t>v 0.117348 17.777069 1.105852</w:t>
        <w:br/>
        <w:t>v 0.023690 17.803833 1.101580</w:t>
        <w:br/>
        <w:t>v 0.061698 17.794720 1.080083</w:t>
        <w:br/>
        <w:t>v 0.114271 17.776165 1.083177</w:t>
        <w:br/>
        <w:t>v 0.022484 17.803402 1.077064</w:t>
        <w:br/>
        <w:t>v 0.062305 17.791721 1.051286</w:t>
        <w:br/>
        <w:t>v 0.098621 17.772079 1.054218</w:t>
        <w:br/>
        <w:t>v 0.080290 17.715851 1.077858</w:t>
        <w:br/>
        <w:t>v 0.078800 17.712032 1.049996</w:t>
        <w:br/>
        <w:t>v 0.127046 17.746510 1.105087</w:t>
        <w:br/>
        <w:t>v 0.082309 17.718258 1.100728</w:t>
        <w:br/>
        <w:t>v 0.074242 17.717167 1.125804</w:t>
        <w:br/>
        <w:t>v 0.126007 17.743244 1.129581</w:t>
        <w:br/>
        <w:t>v 0.124332 17.739292 1.147936</w:t>
        <w:br/>
        <w:t>v 0.073169 17.716999 1.145686</w:t>
        <w:br/>
        <w:t>v 0.119849 17.732452 1.170619</w:t>
        <w:br/>
        <w:t>v 0.069502 17.712551 1.170104</w:t>
        <w:br/>
        <w:t>v 0.063690 17.703770 1.196912</w:t>
        <w:br/>
        <w:t>v 0.113274 17.721195 1.198423</w:t>
        <w:br/>
        <w:t>v 0.094189 17.695644 1.240589</w:t>
        <w:br/>
        <w:t>v 0.105433 17.708603 1.222981</w:t>
        <w:br/>
        <w:t>v 0.058359 17.693779 1.222154</w:t>
        <w:br/>
        <w:t>v 0.071606 17.687630 1.253353</w:t>
        <w:br/>
        <w:t>v 0.042042 17.683926 1.260516</w:t>
        <w:br/>
        <w:t>v -0.447617 18.322670 1.124980</w:t>
        <w:br/>
        <w:t>v -0.477128 18.356085 1.121028</w:t>
        <w:br/>
        <w:t>v -0.470155 18.366377 1.124782</w:t>
        <w:br/>
        <w:t>v -0.426193 18.364563 1.141320</w:t>
        <w:br/>
        <w:t>v -0.435273 18.371098 1.138186</w:t>
        <w:br/>
        <w:t>v -0.421820 18.481808 1.169047</w:t>
        <w:br/>
        <w:t>v -0.384114 18.457783 1.180494</w:t>
        <w:br/>
        <w:t>v -0.414101 18.330942 1.143805</w:t>
        <w:br/>
        <w:t>v -0.415746 18.316954 1.142043</w:t>
        <w:br/>
        <w:t>v -0.421986 18.302383 1.138852</w:t>
        <w:br/>
        <w:t>v -0.450863 18.374277 1.134239</w:t>
        <w:br/>
        <w:t>v -0.469761 18.495110 1.156355</w:t>
        <w:br/>
        <w:t>v -0.415475 18.343443 1.144181</w:t>
        <w:br/>
        <w:t>v -0.337205 18.384991 1.192017</w:t>
        <w:br/>
        <w:t>v -0.332338 18.335857 1.190810</w:t>
        <w:br/>
        <w:t>v -0.567726 18.440563 1.114959</w:t>
        <w:br/>
        <w:t>v -0.480734 18.343605 1.118233</w:t>
        <w:br/>
        <w:t>v -0.589669 18.396185 1.101129</w:t>
        <w:br/>
        <w:t>v -0.414109 18.172201 1.141852</w:t>
        <w:br/>
        <w:t>v -0.442607 18.285294 1.130188</w:t>
        <w:br/>
        <w:t>v -0.431428 18.291830 1.134752</w:t>
        <w:br/>
        <w:t>v -0.383881 18.196842 1.157257</w:t>
        <w:br/>
        <w:t>v -0.482045 18.330719 1.116455</w:t>
        <w:br/>
        <w:t>v -0.481018 18.316957 1.115663</w:t>
        <w:br/>
        <w:t>v -0.496788 18.173517 1.109021</w:t>
        <w:br/>
        <w:t>v -0.536009 18.195751 1.097811</w:t>
        <w:br/>
        <w:t>v -0.473081 18.294437 1.117672</w:t>
        <w:br/>
        <w:t>v -0.465767 18.286747 1.120517</w:t>
        <w:br/>
        <w:t>v -0.454686 18.283396 1.125224</w:t>
        <w:br/>
        <w:t>v -0.450575 18.162882 1.125188</w:t>
        <w:br/>
        <w:t>v -0.478117 18.304670 1.116009</w:t>
        <w:br/>
        <w:t>v -0.564725 18.229595 1.090994</w:t>
        <w:br/>
        <w:t>v -0.586273 18.275318 1.089327</w:t>
        <w:br/>
        <w:t>v -0.543788 18.469196 1.127504</w:t>
        <w:br/>
        <w:t>v -0.513550 18.488256 1.140786</w:t>
        <w:br/>
        <w:t>v -0.459175 18.372511 1.129476</w:t>
        <w:br/>
        <w:t>v -0.419709 18.354624 1.143249</w:t>
        <w:br/>
        <w:t>v -0.543788 18.469196 1.127504</w:t>
        <w:br/>
        <w:t>v -0.543187 18.473993 1.109159</w:t>
        <w:br/>
        <w:t>v -0.508630 18.491961 1.122283</w:t>
        <w:br/>
        <w:t>v -0.513550 18.488256 1.140786</w:t>
        <w:br/>
        <w:t>v -0.589669 18.396185 1.101129</w:t>
        <w:br/>
        <w:t>v -0.587286 18.397091 1.082274</w:t>
        <w:br/>
        <w:t>v -0.565849 18.444136 1.096239</w:t>
        <w:br/>
        <w:t>v -0.567726 18.440563 1.114959</w:t>
        <w:br/>
        <w:t>v -0.444840 18.161037 1.106992</w:t>
        <w:br/>
        <w:t>v -0.491580 18.172619 1.090114</w:t>
        <w:br/>
        <w:t>v -0.496788 18.173517 1.109021</w:t>
        <w:br/>
        <w:t>v -0.450575 18.162882 1.125188</w:t>
        <w:br/>
        <w:t>v -0.337205 18.384991 1.192017</w:t>
        <w:br/>
        <w:t>v -0.350703 18.425039 1.188302</w:t>
        <w:br/>
        <w:t>v -0.346134 18.427547 1.170832</w:t>
        <w:br/>
        <w:t>v -0.330400 18.385948 1.174529</w:t>
        <w:br/>
        <w:t>v -0.543954 18.201887 1.078991</w:t>
        <w:br/>
        <w:t>v -0.536009 18.195751 1.097811</w:t>
        <w:br/>
        <w:t>v -0.332338 18.335857 1.190810</w:t>
        <w:br/>
        <w:t>v -0.326568 18.337061 1.173385</w:t>
        <w:br/>
        <w:t>v -0.331264 18.284874 1.166918</w:t>
        <w:br/>
        <w:t>v -0.335776 18.284790 1.184353</w:t>
        <w:br/>
        <w:t>v -0.384114 18.457783 1.180494</w:t>
        <w:br/>
        <w:t>v -0.421820 18.481808 1.169047</w:t>
        <w:br/>
        <w:t>v -0.413676 18.485390 1.151109</w:t>
        <w:br/>
        <w:t>v -0.378337 18.461586 1.162896</w:t>
        <w:br/>
        <w:t>v -0.351004 18.234201 1.154818</w:t>
        <w:br/>
        <w:t>v -0.356008 18.234142 1.172085</w:t>
        <w:br/>
        <w:t>v -0.569928 18.233404 1.072075</w:t>
        <w:br/>
        <w:t>v -0.564725 18.229595 1.090994</w:t>
        <w:br/>
        <w:t>v -0.377085 18.196301 1.139927</w:t>
        <w:br/>
        <w:t>v -0.383881 18.196842 1.157257</w:t>
        <w:br/>
        <w:t>v -0.587923 18.277338 1.070337</w:t>
        <w:br/>
        <w:t>v -0.586273 18.275318 1.089327</w:t>
        <w:br/>
        <w:t>v -0.408744 18.171576 1.124187</w:t>
        <w:br/>
        <w:t>v -0.414109 18.172201 1.141852</w:t>
        <w:br/>
        <w:t>v -0.469761 18.495110 1.156355</w:t>
        <w:br/>
        <w:t>v -0.463063 18.500286 1.138188</w:t>
        <w:br/>
        <w:t>v -0.597139 18.343662 1.092782</w:t>
        <w:br/>
        <w:t>v -0.595939 18.344490 1.073839</w:t>
        <w:br/>
        <w:t>v -0.350703 18.425039 1.188302</w:t>
        <w:br/>
        <w:t>v -0.597139 18.343662 1.092782</w:t>
        <w:br/>
        <w:t>v -0.356008 18.234142 1.172085</w:t>
        <w:br/>
        <w:t>v -0.335776 18.284790 1.184353</w:t>
        <w:br/>
        <w:t>v -0.447554 18.337633 1.132002</w:t>
        <w:br/>
        <w:t>v -0.449536 18.287086 1.134104</w:t>
        <w:br/>
        <w:t>v -0.460907 18.294918 1.129854</w:t>
        <w:br/>
        <w:t>v -0.435202 18.298481 1.138399</w:t>
        <w:br/>
        <w:t>v -0.423149 18.309938 1.140850</w:t>
        <w:br/>
        <w:t>v -0.416092 18.318350 1.143005</w:t>
        <w:br/>
        <w:t>v -0.409242 18.329033 1.144991</w:t>
        <w:br/>
        <w:t>v -0.406780 18.337976 1.145287</w:t>
        <w:br/>
        <w:t>v -0.406415 18.344358 1.144923</w:t>
        <w:br/>
        <w:t>v -0.408306 18.350727 1.143778</w:t>
        <w:br/>
        <w:t>v -0.411160 18.355988 1.142314</w:t>
        <w:br/>
        <w:t>v -0.414376 18.359196 1.141140</w:t>
        <w:br/>
        <w:t>v -0.418815 18.361719 1.139679</w:t>
        <w:br/>
        <w:t>v -0.423153 18.362951 1.138678</w:t>
        <w:br/>
        <w:t>v -0.429585 18.363207 1.136910</w:t>
        <w:br/>
        <w:t>v -0.436844 18.361635 1.134675</w:t>
        <w:br/>
        <w:t>v -0.441610 18.358442 1.132826</w:t>
        <w:br/>
        <w:t>v -0.445671 18.353794 1.131365</w:t>
        <w:br/>
        <w:t>v -0.447855 18.350252 1.130696</w:t>
        <w:br/>
        <w:t>v -0.451652 18.353167 1.129373</w:t>
        <w:br/>
        <w:t>v -0.457916 18.358101 1.127213</w:t>
        <w:br/>
        <w:t>v -0.466530 18.360796 1.124746</w:t>
        <w:br/>
        <w:t>v -0.473655 18.359781 1.122833</w:t>
        <w:br/>
        <w:t>v -0.481036 18.355646 1.120602</w:t>
        <w:br/>
        <w:t>v -0.486945 18.349796 1.118859</w:t>
        <w:br/>
        <w:t>v -0.490232 18.341986 1.117913</w:t>
        <w:br/>
        <w:t>v -0.490108 18.334284 1.117771</w:t>
        <w:br/>
        <w:t>v -0.488262 18.326511 1.118365</w:t>
        <w:br/>
        <w:t>v -0.484793 18.319782 1.119400</w:t>
        <w:br/>
        <w:t>v -0.478219 18.312048 1.122074</w:t>
        <w:br/>
        <w:t>v -0.469173 18.302240 1.126186</w:t>
        <w:br/>
        <w:t>v 0.448189 18.287537 1.132792</w:t>
        <w:br/>
        <w:t>v 0.446092 18.337990 1.136827</w:t>
        <w:br/>
        <w:t>v 0.459616 18.295914 1.129526</w:t>
        <w:br/>
        <w:t>v 0.434020 18.298168 1.138425</w:t>
        <w:br/>
        <w:t>v 0.421732 18.309345 1.142252</w:t>
        <w:br/>
        <w:t>v 0.414654 18.317417 1.145409</w:t>
        <w:br/>
        <w:t>v 0.407775 18.327785 1.148674</w:t>
        <w:br/>
        <w:t>v 0.405290 18.336620 1.150050</w:t>
        <w:br/>
        <w:t>v 0.404907 18.343002 1.150461</w:t>
        <w:br/>
        <w:t>v 0.406781 18.349480 1.150097</w:t>
        <w:br/>
        <w:t>v 0.409619 18.354885 1.149282</w:t>
        <w:br/>
        <w:t>v 0.412824 18.358227 1.148505</w:t>
        <w:br/>
        <w:t>v 0.417251 18.360916 1.147360</w:t>
        <w:br/>
        <w:t>v 0.421582 18.362270 1.146517</w:t>
        <w:br/>
        <w:t>v 0.428006 18.362751 1.144793</w:t>
        <w:br/>
        <w:t>v 0.435261 18.361485 1.142386</w:t>
        <w:br/>
        <w:t>v 0.439497 18.358753 1.140177</w:t>
        <w:br/>
        <w:t>v 0.443451 18.354183 1.138155</w:t>
        <w:br/>
        <w:t>v 0.446291 18.350681 1.137059</w:t>
        <w:br/>
        <w:t>v 0.450088 18.353748 1.136099</w:t>
        <w:br/>
        <w:t>v 0.456363 18.358921 1.134554</w:t>
        <w:br/>
        <w:t>v 0.464496 18.362007 1.132439</w:t>
        <w:br/>
        <w:t>v 0.472087 18.361111 1.130409</w:t>
        <w:br/>
        <w:t>v 0.479459 18.357239 1.127693</w:t>
        <w:br/>
        <w:t>v 0.485406 18.351704 1.125258</w:t>
        <w:br/>
        <w:t>v 0.488659 18.344124 1.123377</w:t>
        <w:br/>
        <w:t>v 0.488581 18.336433 1.122299</w:t>
        <w:br/>
        <w:t>v 0.486743 18.328655 1.121948</w:t>
        <w:br/>
        <w:t>v 0.483293 18.321823 1.122158</w:t>
        <w:br/>
        <w:t>v 0.476731 18.313828 1.123876</w:t>
        <w:br/>
        <w:t>v 0.467729 18.303570 1.126768</w:t>
        <w:br/>
        <w:t>v 0.247794 18.691357 1.375468</w:t>
        <w:br/>
        <w:t>v 0.186093 18.679935 1.383863</w:t>
        <w:br/>
        <w:t>v 0.247358 18.701469 1.389511</w:t>
        <w:br/>
        <w:t>v 0.247358 18.701469 1.389511</w:t>
        <w:br/>
        <w:t>v 0.247035 18.709003 1.380744</w:t>
        <w:br/>
        <w:t>v 0.308713 18.729675 1.374790</w:t>
        <w:br/>
        <w:t>v 0.310039 18.717697 1.383807</w:t>
        <w:br/>
        <w:t>v 0.313280 18.702229 1.363524</w:t>
        <w:br/>
        <w:t>v 0.310039 18.717697 1.383807</w:t>
        <w:br/>
        <w:t>v 0.380884 18.746979 1.351927</w:t>
        <w:br/>
        <w:t>v 0.384005 18.729233 1.368079</w:t>
        <w:br/>
        <w:t>v 0.386770 18.710621 1.348285</w:t>
        <w:br/>
        <w:t>v 0.384005 18.729233 1.368079</w:t>
        <w:br/>
        <w:t>v 0.453330 18.746178 1.324178</w:t>
        <w:br/>
        <w:t>v 0.459843 18.730534 1.338957</w:t>
        <w:br/>
        <w:t>v 0.459477 18.711838 1.322671</w:t>
        <w:br/>
        <w:t>v 0.459843 18.730534 1.338957</w:t>
        <w:br/>
        <w:t>v 0.527956 18.736370 1.287014</w:t>
        <w:br/>
        <w:t>v 0.536142 18.722401 1.301548</w:t>
        <w:br/>
        <w:t>v 0.536142 18.722401 1.301548</w:t>
        <w:br/>
        <w:t>v 0.534403 18.706879 1.289093</w:t>
        <w:br/>
        <w:t>v 0.585493 18.724438 1.248802</w:t>
        <w:br/>
        <w:t>v 0.591551 18.712116 1.262458</w:t>
        <w:br/>
        <w:t>v 0.645941 18.705044 1.191849</w:t>
        <w:br/>
        <w:t>v 0.651078 18.695961 1.201488</w:t>
        <w:br/>
        <w:t>v 0.696362 18.668285 1.126718</w:t>
        <w:br/>
        <w:t>v 0.648419 18.684723 1.195490</w:t>
        <w:br/>
        <w:t>v 0.651078 18.695961 1.201488</w:t>
        <w:br/>
        <w:t>v 0.700228 18.675140 1.130730</w:t>
        <w:br/>
        <w:t>v 0.695332 18.681957 1.121225</w:t>
        <w:br/>
        <w:t>v 0.700228 18.675140 1.130730</w:t>
        <w:br/>
        <w:t>v 0.737812 18.652111 1.046888</w:t>
        <w:br/>
        <w:t>v 0.737812 18.652111 1.046888</w:t>
        <w:br/>
        <w:t>v 0.591551 18.712116 1.262458</w:t>
        <w:br/>
        <w:t>v 0.590142 18.698650 1.247955</w:t>
        <w:br/>
        <w:t>v 0.186093 18.679935 1.383863</w:t>
        <w:br/>
        <w:t>v -0.186095 18.679935 1.383863</w:t>
        <w:br/>
        <w:t>v -0.247796 18.691357 1.375468</w:t>
        <w:br/>
        <w:t>v -0.247360 18.701469 1.389511</w:t>
        <w:br/>
        <w:t>v -0.308715 18.729675 1.374790</w:t>
        <w:br/>
        <w:t>v -0.247036 18.709003 1.380744</w:t>
        <w:br/>
        <w:t>v -0.247360 18.701469 1.389511</w:t>
        <w:br/>
        <w:t>v -0.310041 18.717697 1.383807</w:t>
        <w:br/>
        <w:t>v -0.313282 18.702229 1.363524</w:t>
        <w:br/>
        <w:t>v -0.310041 18.717697 1.383807</w:t>
        <w:br/>
        <w:t>v -0.380886 18.746979 1.351927</w:t>
        <w:br/>
        <w:t>v -0.384007 18.729233 1.368079</w:t>
        <w:br/>
        <w:t>v -0.386772 18.710621 1.348285</w:t>
        <w:br/>
        <w:t>v -0.384007 18.729233 1.368079</w:t>
        <w:br/>
        <w:t>v -0.459845 18.730530 1.338957</w:t>
        <w:br/>
        <w:t>v -0.453332 18.746178 1.324178</w:t>
        <w:br/>
        <w:t>v -0.459479 18.711838 1.322671</w:t>
        <w:br/>
        <w:t>v -0.459845 18.730530 1.338957</w:t>
        <w:br/>
        <w:t>v -0.536143 18.722401 1.301548</w:t>
        <w:br/>
        <w:t>v -0.527958 18.736370 1.287014</w:t>
        <w:br/>
        <w:t>v -0.534405 18.706879 1.289093</w:t>
        <w:br/>
        <w:t>v -0.536143 18.722401 1.301548</w:t>
        <w:br/>
        <w:t>v -0.585495 18.724438 1.248802</w:t>
        <w:br/>
        <w:t>v -0.591553 18.712116 1.262458</w:t>
        <w:br/>
        <w:t>v -0.651080 18.695961 1.201488</w:t>
        <w:br/>
        <w:t>v -0.645943 18.705044 1.191849</w:t>
        <w:br/>
        <w:t>v -0.651080 18.695961 1.201488</w:t>
        <w:br/>
        <w:t>v -0.648420 18.684723 1.195490</w:t>
        <w:br/>
        <w:t>v -0.696363 18.668285 1.126718</w:t>
        <w:br/>
        <w:t>v -0.700230 18.675140 1.130730</w:t>
        <w:br/>
        <w:t>v -0.695334 18.681957 1.121225</w:t>
        <w:br/>
        <w:t>v -0.700230 18.675140 1.130730</w:t>
        <w:br/>
        <w:t>v -0.737810 18.652103 1.046889</w:t>
        <w:br/>
        <w:t>v -0.737810 18.652103 1.046889</w:t>
        <w:br/>
        <w:t>v -0.590144 18.698650 1.247955</w:t>
        <w:br/>
        <w:t>v -0.591553 18.712116 1.262458</w:t>
        <w:br/>
        <w:t>v -0.186095 18.679935 1.383863</w:t>
        <w:br/>
        <w:t>v -0.090997 17.819435 1.365663</w:t>
        <w:br/>
        <w:t>v -0.124615 17.804985 1.347069</w:t>
        <w:br/>
        <w:t>v -0.148937 17.838310 1.340859</w:t>
        <w:br/>
        <w:t>v -0.114738 17.856411 1.360838</w:t>
        <w:br/>
        <w:t>v -0.133665 17.728661 1.308280</w:t>
        <w:br/>
        <w:t>v -0.145111 17.728020 1.294317</w:t>
        <w:br/>
        <w:t>v -0.153454 17.734192 1.293907</w:t>
        <w:br/>
        <w:t>v -0.142071 17.739101 1.309497</w:t>
        <w:br/>
        <w:t>v -0.140935 17.723289 1.294696</w:t>
        <w:br/>
        <w:t>v -0.139760 17.720146 1.293489</w:t>
        <w:br/>
        <w:t>v -0.143967 17.713680 1.288974</w:t>
        <w:br/>
        <w:t>v -0.112326 19.149776 1.318867</w:t>
        <w:br/>
        <w:t>v -0.000001 19.142651 1.328593</w:t>
        <w:br/>
        <w:t>v -0.000001 18.934826 1.386504</w:t>
        <w:br/>
        <w:t>v -0.104380 18.936657 1.379512</w:t>
        <w:br/>
        <w:t>v -0.000001 18.763073 1.396806</w:t>
        <w:br/>
        <w:t>v -0.097700 18.761665 1.390061</w:t>
        <w:br/>
        <w:t>v -0.000001 18.618973 1.385302</w:t>
        <w:br/>
        <w:t>v -0.090557 18.621048 1.377855</w:t>
        <w:br/>
        <w:t>v -0.000001 18.559696 1.370799</w:t>
        <w:br/>
        <w:t>v -0.081307 18.556793 1.361228</w:t>
        <w:br/>
        <w:t>v -0.193480 18.761768 1.374887</w:t>
        <w:br/>
        <w:t>v -0.173929 18.617065 1.359091</w:t>
        <w:br/>
        <w:t>v -0.161713 18.548134 1.338528</w:t>
        <w:br/>
        <w:t>v -0.000001 18.495110 1.355600</w:t>
        <w:br/>
        <w:t>v -0.076403 18.496948 1.348361</w:t>
        <w:br/>
        <w:t>v -0.203731 18.944370 1.368299</w:t>
        <w:br/>
        <w:t>v -0.000001 18.430859 1.345894</w:t>
        <w:br/>
        <w:t>v -0.069747 18.432053 1.340208</w:t>
        <w:br/>
        <w:t>v -0.000001 18.366215 1.340639</w:t>
        <w:br/>
        <w:t>v -0.057642 18.368088 1.336147</w:t>
        <w:br/>
        <w:t>v -0.000001 18.309788 1.342733</w:t>
        <w:br/>
        <w:t>v -0.050952 18.311729 1.337767</w:t>
        <w:br/>
        <w:t>v -0.108723 18.364136 1.317272</w:t>
        <w:br/>
        <w:t>v -0.118489 18.424549 1.320128</w:t>
        <w:br/>
        <w:t>v -0.139931 18.491837 1.326949</w:t>
        <w:br/>
        <w:t>v -0.102158 18.311012 1.320474</w:t>
        <w:br/>
        <w:t>v -0.188891 18.395576 1.283323</w:t>
        <w:br/>
        <w:t>v -0.212278 18.466328 1.295289</w:t>
        <w:br/>
        <w:t>v -0.180156 18.345020 1.281857</w:t>
        <w:br/>
        <w:t>v -0.247936 18.529945 1.320774</w:t>
        <w:br/>
        <w:t>v -0.171716 18.298019 1.285428</w:t>
        <w:br/>
        <w:t>v -0.230812 18.348259 1.256926</w:t>
        <w:br/>
        <w:t>v -0.262334 18.408924 1.269272</w:t>
        <w:br/>
        <w:t>v -0.270727 18.619343 1.341809</w:t>
        <w:br/>
        <w:t>v -0.302519 18.448826 1.268243</w:t>
        <w:br/>
        <w:t>v -0.247625 18.297947 1.246690</w:t>
        <w:br/>
        <w:t>v -0.291993 18.761803 1.352497</w:t>
        <w:br/>
        <w:t>v -0.265534 18.353504 1.242019</w:t>
        <w:br/>
        <w:t>v -0.278781 18.388882 1.245716</w:t>
        <w:br/>
        <w:t>v -0.300688 18.955097 1.348321</w:t>
        <w:br/>
        <w:t>v -0.307377 18.426205 1.244643</w:t>
        <w:br/>
        <w:t>v -0.210923 19.154415 1.309895</w:t>
        <w:br/>
        <w:t>v -0.111001 19.342060 1.230621</w:t>
        <w:br/>
        <w:t>v -0.000001 19.339329 1.234630</w:t>
        <w:br/>
        <w:t>v -0.114122 19.517582 1.100123</w:t>
        <w:br/>
        <w:t>v -0.000001 19.519371 1.115007</w:t>
        <w:br/>
        <w:t>v -0.236141 19.509792 1.072591</w:t>
        <w:br/>
        <w:t>v -0.233153 19.334305 1.217059</w:t>
        <w:br/>
        <w:t>v -0.374298 19.499294 1.016913</w:t>
        <w:br/>
        <w:t>v -0.375163 19.326725 1.161881</w:t>
        <w:br/>
        <w:t>v -0.306035 19.159878 1.290645</w:t>
        <w:br/>
        <w:t>v -0.483041 19.480133 0.936183</w:t>
        <w:br/>
        <w:t>v -0.497651 19.307423 1.071558</w:t>
        <w:br/>
        <w:t>v -0.404319 18.966724 1.306835</w:t>
        <w:br/>
        <w:t>v -0.401583 19.155724 1.245957</w:t>
        <w:br/>
        <w:t>v -0.504358 19.143806 1.184624</w:t>
        <w:br/>
        <w:t>v -0.576118 19.444347 0.828205</w:t>
        <w:br/>
        <w:t>v -0.587481 19.275509 0.994344</w:t>
        <w:br/>
        <w:t>v -0.595447 19.125305 1.116866</w:t>
        <w:br/>
        <w:t>v -0.494900 18.967834 1.254286</w:t>
        <w:br/>
        <w:t>v -0.579201 18.959904 1.190763</w:t>
        <w:br/>
        <w:t>v -0.665730 19.358803 0.688086</w:t>
        <w:br/>
        <w:t>v -0.677488 19.214336 0.866643</w:t>
        <w:br/>
        <w:t>v -0.674883 19.081661 1.004407</w:t>
        <w:br/>
        <w:t>v -0.759938 19.127987 0.718543</w:t>
        <w:br/>
        <w:t>v -0.751624 19.258945 0.548808</w:t>
        <w:br/>
        <w:t>v -0.746397 19.002708 0.866867</w:t>
        <w:br/>
        <w:t>v -0.829255 19.095669 0.415717</w:t>
        <w:br/>
        <w:t>v -0.824042 18.998871 0.593599</w:t>
        <w:br/>
        <w:t>v -0.802635 18.895790 0.747624</w:t>
        <w:br/>
        <w:t>v -0.891215 18.927380 0.323082</w:t>
        <w:br/>
        <w:t>v -0.867921 18.863049 0.484910</w:t>
        <w:br/>
        <w:t>v -0.840822 18.788284 0.642884</w:t>
        <w:br/>
        <w:t>v -0.912108 18.761574 0.261719</w:t>
        <w:br/>
        <w:t>v -0.884468 18.705986 0.394238</w:t>
        <w:br/>
        <w:t>v -0.800337 18.675098 0.802097</w:t>
        <w:br/>
        <w:t>v -0.819644 18.563267 0.731449</w:t>
        <w:br/>
        <w:t>v -0.854980 18.650875 0.558356</w:t>
        <w:br/>
        <w:t>v -0.882644 18.555080 0.346891</w:t>
        <w:br/>
        <w:t>v -0.898268 18.603497 0.230902</w:t>
        <w:br/>
        <w:t>v -0.858600 18.515350 0.520632</w:t>
        <w:br/>
        <w:t>v -0.823112 18.454121 0.703058</w:t>
        <w:br/>
        <w:t>v -0.847681 18.441078 0.263678</w:t>
        <w:br/>
        <w:t>v -0.841947 18.417297 0.174704</w:t>
        <w:br/>
        <w:t>v -0.768055 18.780003 0.889728</w:t>
        <w:br/>
        <w:t>v -0.805958 18.337856 0.691381</w:t>
        <w:br/>
        <w:t>v -0.833103 18.378864 0.511653</w:t>
        <w:br/>
        <w:t>v -0.717863 18.876850 1.000903</w:t>
        <w:br/>
        <w:t>v -0.801253 18.511230 0.815249</w:t>
        <w:br/>
        <w:t>v -0.764533 18.562923 0.924191</w:t>
        <w:br/>
        <w:t>v -0.730047 18.644676 1.006170</w:t>
        <w:br/>
        <w:t>v -0.651610 18.932789 1.114522</w:t>
        <w:br/>
        <w:t>v -0.684442 18.720211 1.101191</w:t>
        <w:br/>
        <w:t>v -0.624369 18.768333 1.170846</w:t>
        <w:br/>
        <w:t>v -0.561315 18.777721 1.222333</w:t>
        <w:br/>
        <w:t>v -0.484631 18.780422 1.277602</w:t>
        <w:br/>
        <w:t>v -0.385282 18.774517 1.318660</w:t>
        <w:br/>
        <w:t>v -0.562892 18.664860 1.236653</w:t>
        <w:br/>
        <w:t>v -0.618163 18.648445 1.193892</w:t>
        <w:br/>
        <w:t>v -0.486853 18.664204 1.277705</w:t>
        <w:br/>
        <w:t>v -0.664926 18.613094 1.146769</w:t>
        <w:br/>
        <w:t>v -0.705247 18.553253 1.091266</w:t>
        <w:br/>
        <w:t>v -0.368021 18.640533 1.311510</w:t>
        <w:br/>
        <w:t>v -0.465636 18.579693 1.266037</w:t>
        <w:br/>
        <w:t>v -0.537947 18.577545 1.235752</w:t>
        <w:br/>
        <w:t>v -0.350052 18.560909 1.288039</w:t>
        <w:br/>
        <w:t>v -0.364923 18.488735 1.264380</w:t>
        <w:br/>
        <w:t>v -0.452853 18.509922 1.249643</w:t>
        <w:br/>
        <w:t>v -0.510786 18.512943 1.226030</w:t>
        <w:br/>
        <w:t>v -0.590971 18.565010 1.204241</w:t>
        <w:br/>
        <w:t>v -0.563509 18.510967 1.198200</w:t>
        <w:br/>
        <w:t>v -0.641490 18.541752 1.162809</w:t>
        <w:br/>
        <w:t>v -0.612888 18.496315 1.166556</w:t>
        <w:br/>
        <w:t>v -0.496718 18.486851 1.213505</w:t>
        <w:br/>
        <w:t>v -0.548847 18.484581 1.188680</w:t>
        <w:br/>
        <w:t>v -0.679667 18.505390 1.112644</w:t>
        <w:br/>
        <w:t>v -0.598440 18.474934 1.161674</w:t>
        <w:br/>
        <w:t>v -0.442902 18.489227 1.232877</w:t>
        <w:br/>
        <w:t>v -0.365312 18.467674 1.241233</w:t>
        <w:br/>
        <w:t>v -0.281633 18.383724 1.231062</w:t>
        <w:br/>
        <w:t>v -0.313568 18.416298 1.234642</w:t>
        <w:br/>
        <w:t>v -0.272635 18.352371 1.227237</w:t>
        <w:br/>
        <w:t>v -0.267856 18.299889 1.233660</w:t>
        <w:br/>
        <w:t>v -0.280435 18.301521 1.219530</w:t>
        <w:br/>
        <w:t>v -0.292861 18.241833 1.222569</w:t>
        <w:br/>
        <w:t>v -0.302206 18.248554 1.205601</w:t>
        <w:br/>
        <w:t>v -0.272593 18.230606 1.236514</w:t>
        <w:br/>
        <w:t>v -0.324562 18.207626 1.211971</w:t>
        <w:br/>
        <w:t>v -0.332972 18.216011 1.196608</w:t>
        <w:br/>
        <w:t>v -0.314257 18.194244 1.224885</w:t>
        <w:br/>
        <w:t>v -0.377757 18.194828 1.202048</w:t>
        <w:br/>
        <w:t>v -0.385699 18.203468 1.187817</w:t>
        <w:br/>
        <w:t>v -0.427364 18.197788 1.178668</w:t>
        <w:br/>
        <w:t>v -0.423425 18.188869 1.194850</w:t>
        <w:br/>
        <w:t>v -0.463434 18.188034 1.185512</w:t>
        <w:br/>
        <w:t>v -0.465883 18.196354 1.169409</w:t>
        <w:br/>
        <w:t>v -0.365251 18.179016 1.213936</w:t>
        <w:br/>
        <w:t>v -0.415292 18.173416 1.207498</w:t>
        <w:br/>
        <w:t>v -0.458113 18.170830 1.198265</w:t>
        <w:br/>
        <w:t>v -0.507372 18.197083 1.155990</w:t>
        <w:br/>
        <w:t>v -0.508732 18.186779 1.170005</w:t>
        <w:br/>
        <w:t>v -0.555056 18.197731 1.139034</w:t>
        <w:br/>
        <w:t>v -0.557134 18.186676 1.153176</w:t>
        <w:br/>
        <w:t>v -0.506457 18.168472 1.179940</w:t>
        <w:br/>
        <w:t>v -0.600264 18.194977 1.127701</w:t>
        <w:br/>
        <w:t>v -0.594285 18.203136 1.122806</w:t>
        <w:br/>
        <w:t>v -0.556724 18.166550 1.154912</w:t>
        <w:br/>
        <w:t>v -0.609351 18.176476 1.127188</w:t>
        <w:br/>
        <w:t>v -0.644042 18.200211 1.089922</w:t>
        <w:br/>
        <w:t>v -0.636418 18.216175 1.096374</w:t>
        <w:br/>
        <w:t>v -0.669291 18.218979 1.065780</w:t>
        <w:br/>
        <w:t>v -0.656579 18.234486 1.077990</w:t>
        <w:br/>
        <w:t>v -0.656376 18.233032 1.078258</w:t>
        <w:br/>
        <w:t>v -0.685490 18.242775 1.050644</w:t>
        <w:br/>
        <w:t>v -0.669979 18.257717 1.066964</w:t>
        <w:br/>
        <w:t>v -0.716705 18.391479 1.039712</w:t>
        <w:br/>
        <w:t>v -0.702294 18.386066 1.054279</w:t>
        <w:br/>
        <w:t>v -0.700626 18.345631 1.051733</w:t>
        <w:br/>
        <w:t>v -0.716336 18.337109 1.035304</w:t>
        <w:br/>
        <w:t>v -0.669979 18.257717 1.066964</w:t>
        <w:br/>
        <w:t>v -0.703654 18.283466 1.039439</w:t>
        <w:br/>
        <w:t>v -0.683857 18.296741 1.056250</w:t>
        <w:br/>
        <w:t>v -0.674123 18.428562 1.090679</w:t>
        <w:br/>
        <w:t>v -0.688188 18.440281 1.085659</w:t>
        <w:br/>
        <w:t>v -0.735522 18.336147 1.005711</w:t>
        <w:br/>
        <w:t>v -0.717571 18.279324 1.009750</w:t>
        <w:br/>
        <w:t>v -0.706025 18.228378 1.019353</w:t>
        <w:br/>
        <w:t>v -0.691659 18.194702 1.033641</w:t>
        <w:br/>
        <w:t>v -0.640673 18.456490 1.125297</w:t>
        <w:br/>
        <w:t>v -0.654932 18.474735 1.126261</w:t>
        <w:br/>
        <w:t>v -0.708739 18.458351 1.064209</w:t>
        <w:br/>
        <w:t>v -0.735955 18.414360 1.014068</w:t>
        <w:br/>
        <w:t>v -0.731008 18.485775 1.034173</w:t>
        <w:br/>
        <w:t>v -0.763303 18.441360 0.927423</w:t>
        <w:br/>
        <w:t>v -0.758460 18.362118 0.931030</w:t>
        <w:br/>
        <w:t>v -0.789932 18.408943 0.826000</w:t>
        <w:br/>
        <w:t>v -0.745787 18.281815 0.939080</w:t>
        <w:br/>
        <w:t>v -0.732652 18.214233 0.949518</w:t>
        <w:br/>
        <w:t>v -0.776737 18.303253 0.840032</w:t>
        <w:br/>
        <w:t>v -0.775374 18.203953 0.699438</w:t>
        <w:br/>
        <w:t>v -0.787173 18.198723 0.520128</w:t>
        <w:br/>
        <w:t>v -0.759628 18.202003 0.853215</w:t>
        <w:br/>
        <w:t>v -0.719067 18.169407 0.960752</w:t>
        <w:br/>
        <w:t>v -0.660067 18.145813 1.072103</w:t>
        <w:br/>
        <w:t>v -0.744499 18.146378 0.863615</w:t>
        <w:br/>
        <w:t>v -0.696072 18.113552 0.980472</w:t>
        <w:br/>
        <w:t>v -0.755302 18.101051 0.524450</w:t>
        <w:br/>
        <w:t>v -0.751911 18.123955 0.707757</w:t>
        <w:br/>
        <w:t>v -0.719005 18.078419 0.875346</w:t>
        <w:br/>
        <w:t>v -0.557648 18.119938 1.162153</w:t>
        <w:br/>
        <w:t>v -0.613510 18.135498 1.122601</w:t>
        <w:br/>
        <w:t>v -0.495112 18.128006 1.198627</w:t>
        <w:br/>
        <w:t>v -0.627600 18.085068 1.117241</w:t>
        <w:br/>
        <w:t>v -0.672156 18.046661 1.013070</w:t>
        <w:br/>
        <w:t>v -0.443964 18.132717 1.219584</w:t>
        <w:br/>
        <w:t>v -0.603579 18.037804 1.145112</w:t>
        <w:br/>
        <w:t>v -0.543066 18.068691 1.192866</w:t>
        <w:br/>
        <w:t>v -0.473654 18.075386 1.226523</w:t>
        <w:br/>
        <w:t>v -0.399754 18.138634 1.232031</w:t>
        <w:br/>
        <w:t>v -0.421981 18.083523 1.246748</w:t>
        <w:br/>
        <w:t>v -0.346079 18.146149 1.240119</w:t>
        <w:br/>
        <w:t>v -0.374454 18.093418 1.259850</w:t>
        <w:br/>
        <w:t>v -0.445622 18.021393 1.249095</w:t>
        <w:br/>
        <w:t>v -0.511435 18.007519 1.218945</w:t>
        <w:br/>
        <w:t>v -0.388520 18.030483 1.269390</w:t>
        <w:br/>
        <w:t>v -0.577989 17.991581 1.167523</w:t>
        <w:br/>
        <w:t>v -0.316768 18.103798 1.268389</w:t>
        <w:br/>
        <w:t>v -0.643769 17.986252 1.055716</w:t>
        <w:br/>
        <w:t>v -0.287258 18.159885 1.249832</w:t>
        <w:br/>
        <w:t>v -0.691226 18.009834 0.897652</w:t>
        <w:br/>
        <w:t>v -0.723148 18.049847 0.725008</w:t>
        <w:br/>
        <w:t>v -0.721301 18.029091 0.539504</w:t>
        <w:br/>
        <w:t>v -0.232311 18.193275 1.268751</w:t>
        <w:br/>
        <w:t>v -0.154405 18.237492 1.303302</w:t>
        <w:br/>
        <w:t>v -0.694326 17.982796 0.745382</w:t>
        <w:br/>
        <w:t>v -0.689791 17.957195 0.568415</w:t>
        <w:br/>
        <w:t>v -0.636208 17.892159 0.940541</w:t>
        <w:br/>
        <w:t>v -0.645652 17.876270 0.786120</w:t>
        <w:br/>
        <w:t>v -0.638873 17.866386 0.621597</w:t>
        <w:br/>
        <w:t>v -0.543025 17.919930 1.189124</w:t>
        <w:br/>
        <w:t>v -0.606966 17.905254 1.084641</w:t>
        <w:br/>
        <w:t>v -0.477227 17.938137 1.239613</w:t>
        <w:br/>
        <w:t>v -0.411911 17.955757 1.266725</w:t>
        <w:br/>
        <w:t>v -0.503835 17.844948 1.198192</w:t>
        <w:br/>
        <w:t>v -0.569093 17.825409 1.097408</w:t>
        <w:br/>
        <w:t>v -0.434020 17.858082 1.248604</w:t>
        <w:br/>
        <w:t>v -0.595341 17.811356 0.964224</w:t>
        <w:br/>
        <w:t>v -0.611848 17.803875 0.818625</w:t>
        <w:br/>
        <w:t>v -0.527240 17.750053 1.101903</w:t>
        <w:br/>
        <w:t>v -0.559097 17.734890 0.983678</w:t>
        <w:br/>
        <w:t>v -0.597065 17.799980 0.665496</w:t>
        <w:br/>
        <w:t>v -0.568294 17.726898 0.852333</w:t>
        <w:br/>
        <w:t>v -0.593474 17.854881 0.358449</w:t>
        <w:br/>
        <w:t>v -0.635106 17.856773 0.488218</w:t>
        <w:br/>
        <w:t>v -0.581840 17.796555 0.523386</w:t>
        <w:br/>
        <w:t>v -0.549900 17.802204 0.392420</w:t>
        <w:br/>
        <w:t>v -0.540787 17.896263 0.226375</w:t>
        <w:br/>
        <w:t>v -0.490481 17.833382 0.289257</w:t>
        <w:br/>
        <w:t>v -0.514855 17.745892 0.436038</w:t>
        <w:br/>
        <w:t>v -0.440176 17.770496 0.339563</w:t>
        <w:br/>
        <w:t>v -0.562923 17.730808 0.711789</w:t>
        <w:br/>
        <w:t>v -0.548534 17.735779 0.566671</w:t>
        <w:br/>
        <w:t>v -0.415023 17.707527 0.402438</w:t>
        <w:br/>
        <w:t>v -0.471553 17.689270 0.482928</w:t>
        <w:br/>
        <w:t>v -0.392737 17.623268 0.557712</w:t>
        <w:br/>
        <w:t>v -0.364717 17.632156 0.477904</w:t>
        <w:br/>
        <w:t>v -0.321434 17.566422 0.614670</w:t>
        <w:br/>
        <w:t>v -0.301835 17.581852 0.540786</w:t>
        <w:br/>
        <w:t>v -0.420637 17.612358 0.678822</w:t>
        <w:br/>
        <w:t>v -0.502292 17.674950 0.619569</w:t>
        <w:br/>
        <w:t>v -0.335805 17.552887 0.735242</w:t>
        <w:br/>
        <w:t>v -0.238953 17.531544 0.591091</w:t>
        <w:br/>
        <w:t>v -0.250327 17.514545 0.662779</w:t>
        <w:br/>
        <w:t>v -0.181811 17.481266 0.708399</w:t>
        <w:br/>
        <w:t>v -0.176071 17.506393 0.616244</w:t>
        <w:br/>
        <w:t>v -0.514403 17.665089 1.004815</w:t>
        <w:br/>
        <w:t>v -0.523485 17.666134 0.880398</w:t>
        <w:br/>
        <w:t>v -0.516275 17.669804 0.752930</w:t>
        <w:br/>
        <w:t>v -0.431547 17.602478 0.802893</w:t>
        <w:br/>
        <w:t>v -0.438796 17.590553 0.920797</w:t>
        <w:br/>
        <w:t>v -0.246298 17.472538 0.914406</w:t>
        <w:br/>
        <w:t>v -0.250051 17.495556 0.788479</w:t>
        <w:br/>
        <w:t>v -0.343942 17.535641 0.854702</w:t>
        <w:br/>
        <w:t>v -0.341841 17.523769 0.968334</w:t>
        <w:br/>
        <w:t>v -0.174183 17.450970 0.842661</w:t>
        <w:br/>
        <w:t>v -0.230771 17.462303 1.014696</w:t>
        <w:br/>
        <w:t>v -0.000001 17.428120 0.785536</w:t>
        <w:br/>
        <w:t>v -0.000001 17.456085 0.691703</w:t>
        <w:br/>
        <w:t>v -0.050306 17.468662 0.679127</w:t>
        <w:br/>
        <w:t>v -0.053143 17.434746 0.775375</w:t>
        <w:br/>
        <w:t>v -0.107930 17.419872 0.890261</w:t>
        <w:br/>
        <w:t>v -0.115053 17.450466 0.750062</w:t>
        <w:br/>
        <w:t>v -0.163310 17.429596 0.962259</w:t>
        <w:br/>
        <w:t>v -0.049586 17.402767 0.915170</w:t>
        <w:br/>
        <w:t>v -0.000001 17.396976 0.922948</w:t>
        <w:br/>
        <w:t>v -0.095884 17.396908 1.006409</w:t>
        <w:br/>
        <w:t>v -0.084789 17.389679 1.085582</w:t>
        <w:br/>
        <w:t>v -0.148101 17.419006 1.057641</w:t>
        <w:br/>
        <w:t>v -0.000001 17.379601 1.025332</w:t>
        <w:br/>
        <w:t>v -0.041767 17.383549 1.020171</w:t>
        <w:br/>
        <w:t>v -0.036247 17.371868 1.101844</w:t>
        <w:br/>
        <w:t>v -0.083127 17.386993 1.153714</w:t>
        <w:br/>
        <w:t>v -0.138735 17.416519 1.130814</w:t>
        <w:br/>
        <w:t>v -0.328500 17.524929 1.067844</w:t>
        <w:br/>
        <w:t>v -0.222539 17.462509 1.103267</w:t>
        <w:br/>
        <w:t>v -0.427290 17.590206 1.033559</w:t>
        <w:br/>
        <w:t>v -0.303130 17.548817 1.148305</w:t>
        <w:br/>
        <w:t>v -0.211737 17.483730 1.166404</w:t>
        <w:br/>
        <w:t>v -0.394672 17.616360 1.128061</w:t>
        <w:br/>
        <w:t>v -0.472337 17.679764 1.108775</w:t>
        <w:br/>
        <w:t>v -0.462859 17.770500 1.192026</w:t>
        <w:br/>
        <w:t>v -0.343107 17.639900 1.192482</w:t>
        <w:br/>
        <w:t>v -0.414627 17.704422 1.186641</w:t>
        <w:br/>
        <w:t>v -0.392891 17.783478 1.237481</w:t>
        <w:br/>
        <w:t>v -0.270954 17.575298 1.202133</w:t>
        <w:br/>
        <w:t>v -0.357865 17.857304 1.276747</w:t>
        <w:br/>
        <w:t>v -0.342452 17.730370 1.229257</w:t>
        <w:br/>
        <w:t>v -0.288080 17.664246 1.225610</w:t>
        <w:br/>
        <w:t>v -0.310070 17.787422 1.268002</w:t>
        <w:br/>
        <w:t>v -0.353694 17.970398 1.286940</w:t>
        <w:br/>
        <w:t>v -0.337427 18.040531 1.283345</w:t>
        <w:br/>
        <w:t>v -0.304865 17.904583 1.300372</w:t>
        <w:br/>
        <w:t>v -0.301526 17.984051 1.302018</w:t>
        <w:br/>
        <w:t>v -0.280989 18.051281 1.294126</w:t>
        <w:br/>
        <w:t>v -0.253183 18.120831 1.277006</w:t>
        <w:br/>
        <w:t>v -0.245599 17.995232 1.314017</w:t>
        <w:br/>
        <w:t>v -0.217443 18.070221 1.305978</w:t>
        <w:br/>
        <w:t>v -0.191250 18.151157 1.298093</w:t>
        <w:br/>
        <w:t>v -0.157099 18.098907 1.330669</w:t>
        <w:br/>
        <w:t>v -0.183357 18.013142 1.329186</w:t>
        <w:br/>
        <w:t>v -0.255692 17.926231 1.317912</w:t>
        <w:br/>
        <w:t>v -0.202026 17.940289 1.330839</w:t>
        <w:br/>
        <w:t>v -0.236905 17.856117 1.315341</w:t>
        <w:br/>
        <w:t>v -0.277167 17.827911 1.291876</w:t>
        <w:br/>
        <w:t>v -0.196419 17.876076 1.331736</w:t>
        <w:br/>
        <w:t>v -0.183739 17.819107 1.322647</w:t>
        <w:br/>
        <w:t>v -0.212952 17.798805 1.303597</w:t>
        <w:br/>
        <w:t>v -0.231219 17.769466 1.283445</w:t>
        <w:br/>
        <w:t>v -0.273831 17.734497 1.249634</w:t>
        <w:br/>
        <w:t>v -0.153803 17.894348 1.347790</w:t>
        <w:br/>
        <w:t>v -0.238408 17.730202 1.261550</w:t>
        <w:br/>
        <w:t>v -0.150240 17.957977 1.348596</w:t>
        <w:br/>
        <w:t>v -0.133310 18.047955 1.362656</w:t>
        <w:br/>
        <w:t>v -0.112489 18.000469 1.391510</w:t>
        <w:br/>
        <w:t>v -0.113750 17.917469 1.368564</w:t>
        <w:br/>
        <w:t>v -0.132504 18.183014 1.328189</w:t>
        <w:br/>
        <w:t>v -0.107603 18.128395 1.360963</w:t>
        <w:br/>
        <w:t>v -0.092164 18.083340 1.394732</w:t>
        <w:br/>
        <w:t>v -0.068571 18.155891 1.388142</w:t>
        <w:br/>
        <w:t>v -0.082141 18.209221 1.355497</w:t>
        <w:br/>
        <w:t>v -0.057293 18.113960 1.425972</w:t>
        <w:br/>
        <w:t>v -0.093832 18.258629 1.333166</w:t>
        <w:br/>
        <w:t>v -0.034366 18.170452 1.405955</w:t>
        <w:br/>
        <w:t>v -0.040127 18.222584 1.371636</w:t>
        <w:br/>
        <w:t>v -0.046320 18.267765 1.350220</w:t>
        <w:br/>
        <w:t>v -0.000001 18.265591 1.355178</w:t>
        <w:br/>
        <w:t>v -0.028539 18.131561 1.442234</w:t>
        <w:br/>
        <w:t>v -0.000001 18.225201 1.376385</w:t>
        <w:br/>
        <w:t>v -0.000001 18.174232 1.409936</w:t>
        <w:br/>
        <w:t>v -0.000001 18.134731 1.447019</w:t>
        <w:br/>
        <w:t>v -0.000001 18.103588 1.482147</w:t>
        <w:br/>
        <w:t>v -0.023204 18.098148 1.480047</w:t>
        <w:br/>
        <w:t>v -0.048440 18.077591 1.463298</w:t>
        <w:br/>
        <w:t>v -0.075836 18.040730 1.427779</w:t>
        <w:br/>
        <w:t>v -0.017839 18.068851 1.514452</w:t>
        <w:br/>
        <w:t>v -0.040129 18.043015 1.496054</w:t>
        <w:br/>
        <w:t>v -0.062156 18.005421 1.459485</w:t>
        <w:br/>
        <w:t>v -0.087554 17.961117 1.415786</w:t>
        <w:br/>
        <w:t>v -0.073408 17.877895 1.393982</w:t>
        <w:br/>
        <w:t>v -0.041230 17.975883 1.484051</w:t>
        <w:br/>
        <w:t>v -0.056174 17.929790 1.438711</w:t>
        <w:br/>
        <w:t>v -0.050169 17.759575 1.391476</w:t>
        <w:br/>
        <w:t>v -0.078223 17.754333 1.373136</w:t>
        <w:br/>
        <w:t>v -0.083737 17.785400 1.370309</w:t>
        <w:br/>
        <w:t>v -0.052961 17.792980 1.386965</w:t>
        <w:br/>
        <w:t>v -0.028953 17.916672 1.448294</w:t>
        <w:br/>
        <w:t>v -0.033145 17.872211 1.414845</w:t>
        <w:br/>
        <w:t>v -0.027978 17.796375 1.402207</w:t>
        <w:br/>
        <w:t>v -0.025309 17.762486 1.406469</w:t>
        <w:br/>
        <w:t>v -0.115453 17.774223 1.350776</w:t>
        <w:br/>
        <w:t>v -0.105320 17.749149 1.352905</w:t>
        <w:br/>
        <w:t>v -0.021035 17.963718 1.495757</w:t>
        <w:br/>
        <w:t>v -0.027649 18.017517 1.521875</w:t>
        <w:br/>
        <w:t>v -0.015082 18.007301 1.533491</w:t>
        <w:br/>
        <w:t>v -0.011749 18.044483 1.543878</w:t>
        <w:br/>
        <w:t>v -0.000001 17.959763 1.502654</w:t>
        <w:br/>
        <w:t>v -0.000001 17.910198 1.452692</w:t>
        <w:br/>
        <w:t>v -0.000001 17.870354 1.422809</w:t>
        <w:br/>
        <w:t>v -0.010049 18.031391 1.544577</w:t>
        <w:br/>
        <w:t>v -0.000001 18.074753 1.519101</w:t>
        <w:br/>
        <w:t>v -0.000001 18.053375 1.547899</w:t>
        <w:br/>
        <w:t>v -0.000001 18.030834 1.548088</w:t>
        <w:br/>
        <w:t>v -0.000001 18.004299 1.537062</w:t>
        <w:br/>
        <w:t>v -0.000001 17.796352 1.408762</w:t>
        <w:br/>
        <w:t>v -0.000001 17.763493 1.412422</w:t>
        <w:br/>
        <w:t>v -0.000001 17.836956 1.412953</w:t>
        <w:br/>
        <w:t>v -0.029594 17.836658 1.404937</w:t>
        <w:br/>
        <w:t>v -0.062340 17.832798 1.386313</w:t>
        <w:br/>
        <w:t>v -0.152880 17.789215 1.327127</w:t>
        <w:br/>
        <w:t>v -0.023272 17.733620 1.390846</w:t>
        <w:br/>
        <w:t>v -0.000001 17.734898 1.393366</w:t>
        <w:br/>
        <w:t>v -0.047474 17.732250 1.379704</w:t>
        <w:br/>
        <w:t>v -0.000001 17.710735 1.371174</w:t>
        <w:br/>
        <w:t>v -0.019873 17.710701 1.368926</w:t>
        <w:br/>
        <w:t>v -0.044111 17.711128 1.363772</w:t>
        <w:br/>
        <w:t>v -0.018845 17.701878 1.353422</w:t>
        <w:br/>
        <w:t>v -0.000001 17.702164 1.355827</w:t>
        <w:br/>
        <w:t>v -0.000001 17.695965 1.344489</w:t>
        <w:br/>
        <w:t>v -0.018719 17.695721 1.342697</w:t>
        <w:br/>
        <w:t>v -0.040573 17.702450 1.348616</w:t>
        <w:br/>
        <w:t>v -0.040842 17.696609 1.337841</w:t>
        <w:br/>
        <w:t>v -0.068036 17.712757 1.352725</w:t>
        <w:br/>
        <w:t>v -0.072489 17.729923 1.363453</w:t>
        <w:br/>
        <w:t>v -0.065963 17.704044 1.339412</w:t>
        <w:br/>
        <w:t>v -0.090791 17.708172 1.329187</w:t>
        <w:br/>
        <w:t>v -0.093241 17.716103 1.335611</w:t>
        <w:br/>
        <w:t>v -0.110968 17.713139 1.316605</w:t>
        <w:br/>
        <w:t>v -0.112896 17.719055 1.320232</w:t>
        <w:br/>
        <w:t>v -0.110791 17.707886 1.312722</w:t>
        <w:br/>
        <w:t>v -0.128406 17.712742 1.301489</w:t>
        <w:br/>
        <w:t>v -0.126126 17.717789 1.304154</w:t>
        <w:br/>
        <w:t>v -0.110968 17.713139 1.316605</w:t>
        <w:br/>
        <w:t>v -0.096980 17.728680 1.346922</w:t>
        <w:br/>
        <w:t>v -0.117336 17.728256 1.326934</w:t>
        <w:br/>
        <w:t>v -0.128038 17.721828 1.306028</w:t>
        <w:br/>
        <w:t>v -0.125405 17.744057 1.329280</w:t>
        <w:br/>
        <w:t>v -0.153636 17.752148 1.309312</w:t>
        <w:br/>
        <w:t>v -0.138037 17.763279 1.328149</w:t>
        <w:br/>
        <w:t>v -0.174122 17.773037 1.308669</w:t>
        <w:br/>
        <w:t>v -0.195676 17.754093 1.289531</w:t>
        <w:br/>
        <w:t>v -0.168347 17.741859 1.292883</w:t>
        <w:br/>
        <w:t>v -0.201417 17.722374 1.270102</w:t>
        <w:br/>
        <w:t>v -0.151887 17.715130 1.285202</w:t>
        <w:br/>
        <w:t>v -0.162602 17.716537 1.281684</w:t>
        <w:br/>
        <w:t>v -0.141493 17.700718 1.291398</w:t>
        <w:br/>
        <w:t>v -0.152147 17.698036 1.283809</w:t>
        <w:br/>
        <w:t>v -0.167680 17.697166 1.275020</w:t>
        <w:br/>
        <w:t>v -0.176399 17.717892 1.276305</w:t>
        <w:br/>
        <w:t>v -0.186769 17.694748 1.266599</w:t>
        <w:br/>
        <w:t>v -0.214783 17.691250 1.256834</w:t>
        <w:br/>
        <w:t>v -0.133890 17.683384 1.294484</w:t>
        <w:br/>
        <w:t>v -0.145636 17.677731 1.281187</w:t>
        <w:br/>
        <w:t>v -0.241592 17.683796 1.243950</w:t>
        <w:br/>
        <w:t>v -0.199065 17.643234 1.248032</w:t>
        <w:br/>
        <w:t>v -0.230790 17.613884 1.231506</w:t>
        <w:br/>
        <w:t>v -0.149972 17.611870 1.254765</w:t>
        <w:br/>
        <w:t>v -0.175331 17.576973 1.238447</w:t>
        <w:br/>
        <w:t>v -0.198038 17.519535 1.210062</w:t>
        <w:br/>
        <w:t>v -0.135606 17.435455 1.185503</w:t>
        <w:br/>
        <w:t>v -0.130960 17.477295 1.217217</w:t>
        <w:br/>
        <w:t>v -0.079175 17.403004 1.205919</w:t>
        <w:br/>
        <w:t>v -0.033956 17.367310 1.167763</w:t>
        <w:br/>
        <w:t>v -0.075770 17.448837 1.229156</w:t>
        <w:br/>
        <w:t>v -0.033219 17.388016 1.220028</w:t>
        <w:br/>
        <w:t>v -0.117973 17.544262 1.243395</w:t>
        <w:br/>
        <w:t>v -0.070598 17.522385 1.248847</w:t>
        <w:br/>
        <w:t>v -0.103810 17.589420 1.258975</w:t>
        <w:br/>
        <w:t>v -0.066927 17.572685 1.264268</w:t>
        <w:br/>
        <w:t>v -0.025707 17.511200 1.256447</w:t>
        <w:br/>
        <w:t>v -0.028765 17.436825 1.240769</w:t>
        <w:br/>
        <w:t>v -0.132266 17.634560 1.262326</w:t>
        <w:br/>
        <w:t>v -0.093779 17.617031 1.270757</w:t>
        <w:br/>
        <w:t>v -0.062581 17.606445 1.279265</w:t>
        <w:br/>
        <w:t>v -0.076505 17.662872 1.325320</w:t>
        <w:br/>
        <w:t>v -0.081518 17.649811 1.306363</w:t>
        <w:br/>
        <w:t>v -0.115059 17.660500 1.293159</w:t>
        <w:br/>
        <w:t>v -0.106979 17.672508 1.310906</w:t>
        <w:br/>
        <w:t>v -0.048847 17.656815 1.336578</w:t>
        <w:br/>
        <w:t>v -0.053763 17.643005 1.315204</w:t>
        <w:br/>
        <w:t>v -0.141357 17.714333 1.291913</w:t>
        <w:br/>
        <w:t>v -0.131783 17.709118 1.298898</w:t>
        <w:br/>
        <w:t>v -0.135446 17.704189 1.296094</w:t>
        <w:br/>
        <w:t>v -0.093247 17.693153 1.322759</w:t>
        <w:br/>
        <w:t>v -0.098342 17.684288 1.320336</w:t>
        <w:br/>
        <w:t>v -0.122139 17.690411 1.304689</w:t>
        <w:br/>
        <w:t>v -0.115397 17.698483 1.308850</w:t>
        <w:br/>
        <w:t>v -0.089764 17.705082 1.322415</w:t>
        <w:br/>
        <w:t>v -0.091178 17.698158 1.322840</w:t>
        <w:br/>
        <w:t>v -0.112349 17.703091 1.309911</w:t>
        <w:br/>
        <w:t>v -0.110405 17.709724 1.310341</w:t>
        <w:br/>
        <w:t>v -0.067559 17.687611 1.334745</w:t>
        <w:br/>
        <w:t>v -0.071384 17.677227 1.333812</w:t>
        <w:br/>
        <w:t>v -0.091178 17.698158 1.322840</w:t>
        <w:br/>
        <w:t>v -0.066241 17.693676 1.333171</w:t>
        <w:br/>
        <w:t>v -0.040560 17.698639 1.336234</w:t>
        <w:br/>
        <w:t>v -0.040383 17.691006 1.339965</w:t>
        <w:br/>
        <w:t>v -0.066241 17.693676 1.333171</w:t>
        <w:br/>
        <w:t>v -0.065440 17.700451 1.331204</w:t>
        <w:br/>
        <w:t>v -0.041965 17.684116 1.343122</w:t>
        <w:br/>
        <w:t>v -0.045280 17.672276 1.342706</w:t>
        <w:br/>
        <w:t>v -0.018269 17.697407 1.341022</w:t>
        <w:br/>
        <w:t>v -0.018801 17.689648 1.344488</w:t>
        <w:br/>
        <w:t>v -0.020151 17.682755 1.347940</w:t>
        <w:br/>
        <w:t>v -0.021741 17.669296 1.348672</w:t>
        <w:br/>
        <w:t>v -0.000001 17.681580 1.349698</w:t>
        <w:br/>
        <w:t>v -0.018801 17.689648 1.344488</w:t>
        <w:br/>
        <w:t>v -0.000001 17.689800 1.346182</w:t>
        <w:br/>
        <w:t>v -0.122958 17.648083 1.274922</w:t>
        <w:br/>
        <w:t>v -0.176339 17.658573 1.258965</w:t>
        <w:br/>
        <w:t>v -0.159945 17.669418 1.269399</w:t>
        <w:br/>
        <w:t>v -0.022984 17.653877 1.343242</w:t>
        <w:br/>
        <w:t>v -0.025077 17.622253 1.300869</w:t>
        <w:br/>
        <w:t>v -0.025719 17.600243 1.285259</w:t>
        <w:br/>
        <w:t>v -0.058974 17.626324 1.295895</w:t>
        <w:br/>
        <w:t>v -0.087296 17.634705 1.286536</w:t>
        <w:br/>
        <w:t>v -0.000001 17.653057 1.345118</w:t>
        <w:br/>
        <w:t>v -0.000001 17.638527 1.323780</w:t>
        <w:br/>
        <w:t>v -0.024319 17.639622 1.320680</w:t>
        <w:br/>
        <w:t>v -0.025719 17.565117 1.272032</w:t>
        <w:br/>
        <w:t>v -0.000001 17.621235 1.303603</w:t>
        <w:br/>
        <w:t>v -0.000001 17.598484 1.289208</w:t>
        <w:br/>
        <w:t>v -0.000001 17.668262 1.350347</w:t>
        <w:br/>
        <w:t>v -0.000001 17.562569 1.274645</w:t>
        <w:br/>
        <w:t>v -0.000001 17.505692 1.261166</w:t>
        <w:br/>
        <w:t>v -0.000001 17.362179 1.169981</w:t>
        <w:br/>
        <w:t>v -0.000001 17.368027 1.104591</w:t>
        <w:br/>
        <w:t>v -0.000001 17.383598 1.222792</w:t>
        <w:br/>
        <w:t>v -0.000001 17.431744 1.246487</w:t>
        <w:br/>
        <w:t>v -0.040573 17.702450 1.348616</w:t>
        <w:br/>
        <w:t>v -0.131783 17.709118 1.298898</w:t>
        <w:br/>
        <w:t>v -0.128064 17.713848 1.300444</w:t>
        <w:br/>
        <w:t>v -0.125765 17.481239 0.653974</w:t>
        <w:br/>
        <w:t>v -0.136507 17.720600 1.295840</w:t>
        <w:br/>
        <w:t>v -0.138367 17.716843 1.293856</w:t>
        <w:br/>
        <w:t>v -0.683857 18.296741 1.056250</w:t>
        <w:br/>
        <w:t>v 0.148936 17.838310 1.340860</w:t>
        <w:br/>
        <w:t>v 0.124614 17.804985 1.347069</w:t>
        <w:br/>
        <w:t>v 0.090995 17.819435 1.365663</w:t>
        <w:br/>
        <w:t>v 0.114736 17.856411 1.360838</w:t>
        <w:br/>
        <w:t>v 0.153452 17.734192 1.293906</w:t>
        <w:br/>
        <w:t>v 0.145109 17.728020 1.294317</w:t>
        <w:br/>
        <w:t>v 0.133663 17.728661 1.308280</w:t>
        <w:br/>
        <w:t>v 0.142070 17.739101 1.309497</w:t>
        <w:br/>
        <w:t>v 0.141355 17.714333 1.291913</w:t>
        <w:br/>
        <w:t>v 0.140694 17.719360 1.293780</w:t>
        <w:br/>
        <w:t>v 0.143965 17.713680 1.288975</w:t>
        <w:br/>
        <w:t>v 0.112324 19.149776 1.318867</w:t>
        <w:br/>
        <w:t>v 0.104378 18.936657 1.379512</w:t>
        <w:br/>
        <w:t>v 0.097699 18.761665 1.390061</w:t>
        <w:br/>
        <w:t>v 0.090556 18.621048 1.377855</w:t>
        <w:br/>
        <w:t>v 0.081305 18.556789 1.361228</w:t>
        <w:br/>
        <w:t>v 0.193478 18.761768 1.374887</w:t>
        <w:br/>
        <w:t>v 0.173928 18.617065 1.359091</w:t>
        <w:br/>
        <w:t>v 0.161711 18.548134 1.338528</w:t>
        <w:br/>
        <w:t>v 0.076402 18.496948 1.348361</w:t>
        <w:br/>
        <w:t>v 0.203729 18.944370 1.368299</w:t>
        <w:br/>
        <w:t>v 0.069746 18.432053 1.340208</w:t>
        <w:br/>
        <w:t>v 0.057640 18.368088 1.336147</w:t>
        <w:br/>
        <w:t>v 0.050951 18.311729 1.337767</w:t>
        <w:br/>
        <w:t>v 0.108721 18.364136 1.317272</w:t>
        <w:br/>
        <w:t>v 0.118488 18.424549 1.320128</w:t>
        <w:br/>
        <w:t>v 0.139930 18.491837 1.326949</w:t>
        <w:br/>
        <w:t>v 0.102156 18.311012 1.320474</w:t>
        <w:br/>
        <w:t>v 0.212277 18.466328 1.295289</w:t>
        <w:br/>
        <w:t>v 0.188889 18.395576 1.283323</w:t>
        <w:br/>
        <w:t>v 0.180154 18.345020 1.281857</w:t>
        <w:br/>
        <w:t>v 0.247934 18.529942 1.320774</w:t>
        <w:br/>
        <w:t>v 0.171715 18.298019 1.285428</w:t>
        <w:br/>
        <w:t>v 0.262333 18.408924 1.269272</w:t>
        <w:br/>
        <w:t>v 0.230813 18.348259 1.256926</w:t>
        <w:br/>
        <w:t>v 0.270725 18.619343 1.341809</w:t>
        <w:br/>
        <w:t>v 0.302517 18.448826 1.268242</w:t>
        <w:br/>
        <w:t>v 0.247623 18.297947 1.246690</w:t>
        <w:br/>
        <w:t>v 0.291992 18.761803 1.352497</w:t>
        <w:br/>
        <w:t>v 0.278780 18.388882 1.245715</w:t>
        <w:br/>
        <w:t>v 0.265532 18.353504 1.242019</w:t>
        <w:br/>
        <w:t>v 0.300686 18.955097 1.348321</w:t>
        <w:br/>
        <w:t>v 0.307376 18.426205 1.244643</w:t>
        <w:br/>
        <w:t>v 0.210921 19.154415 1.309895</w:t>
        <w:br/>
        <w:t>v 0.110999 19.342060 1.230621</w:t>
        <w:br/>
        <w:t>v 0.114120 19.517582 1.100123</w:t>
        <w:br/>
        <w:t>v 0.236139 19.509792 1.072591</w:t>
        <w:br/>
        <w:t>v 0.233151 19.334305 1.217059</w:t>
        <w:br/>
        <w:t>v 0.374296 19.499294 1.016913</w:t>
        <w:br/>
        <w:t>v 0.375161 19.326725 1.161881</w:t>
        <w:br/>
        <w:t>v 0.306033 19.159878 1.290645</w:t>
        <w:br/>
        <w:t>v 0.483039 19.480133 0.936183</w:t>
        <w:br/>
        <w:t>v 0.497649 19.307423 1.071558</w:t>
        <w:br/>
        <w:t>v 0.401581 19.155724 1.245957</w:t>
        <w:br/>
        <w:t>v 0.404317 18.966724 1.306835</w:t>
        <w:br/>
        <w:t>v 0.504356 19.143806 1.184624</w:t>
        <w:br/>
        <w:t>v 0.576116 19.444347 0.828205</w:t>
        <w:br/>
        <w:t>v 0.587479 19.275509 0.994344</w:t>
        <w:br/>
        <w:t>v 0.595446 19.125305 1.116866</w:t>
        <w:br/>
        <w:t>v 0.494898 18.967834 1.254286</w:t>
        <w:br/>
        <w:t>v 0.579199 18.959904 1.190763</w:t>
        <w:br/>
        <w:t>v 0.665728 19.358803 0.688086</w:t>
        <w:br/>
        <w:t>v 0.677486 19.214336 0.866643</w:t>
        <w:br/>
        <w:t>v 0.674881 19.081661 1.004407</w:t>
        <w:br/>
        <w:t>v 0.751622 19.258945 0.548808</w:t>
        <w:br/>
        <w:t>v 0.759936 19.127987 0.718543</w:t>
        <w:br/>
        <w:t>v 0.746395 19.002708 0.866867</w:t>
        <w:br/>
        <w:t>v 0.829253 19.095669 0.415717</w:t>
        <w:br/>
        <w:t>v 0.824040 18.998871 0.593599</w:t>
        <w:br/>
        <w:t>v 0.802633 18.895790 0.747624</w:t>
        <w:br/>
        <w:t>v 0.891213 18.927380 0.323081</w:t>
        <w:br/>
        <w:t>v 0.867920 18.863049 0.484910</w:t>
        <w:br/>
        <w:t>v 0.840820 18.788284 0.642884</w:t>
        <w:br/>
        <w:t>v 0.912106 18.761578 0.261720</w:t>
        <w:br/>
        <w:t>v 0.884466 18.705986 0.394238</w:t>
        <w:br/>
        <w:t>v 0.854978 18.650875 0.558356</w:t>
        <w:br/>
        <w:t>v 0.819642 18.563267 0.731449</w:t>
        <w:br/>
        <w:t>v 0.800335 18.675102 0.802097</w:t>
        <w:br/>
        <w:t>v 0.882643 18.555080 0.346891</w:t>
        <w:br/>
        <w:t>v 0.898267 18.603233 0.227039</w:t>
        <w:br/>
        <w:t>v 0.858598 18.515350 0.520632</w:t>
        <w:br/>
        <w:t>v 0.823111 18.454121 0.703058</w:t>
        <w:br/>
        <w:t>v 0.841945 18.417301 0.174704</w:t>
        <w:br/>
        <w:t>v 0.847681 18.441074 0.263678</w:t>
        <w:br/>
        <w:t>v 0.768053 18.780003 0.889728</w:t>
        <w:br/>
        <w:t>v 0.833101 18.378864 0.511653</w:t>
        <w:br/>
        <w:t>v 0.805957 18.337856 0.691381</w:t>
        <w:br/>
        <w:t>v 0.717861 18.876850 1.000903</w:t>
        <w:br/>
        <w:t>v 0.801251 18.511230 0.815249</w:t>
        <w:br/>
        <w:t>v 0.764538 18.562958 0.924184</w:t>
        <w:br/>
        <w:t>v 0.730045 18.644676 1.006170</w:t>
        <w:br/>
        <w:t>v 0.651608 18.932789 1.114522</w:t>
        <w:br/>
        <w:t>v 0.684440 18.720211 1.101191</w:t>
        <w:br/>
        <w:t>v 0.624368 18.768333 1.170846</w:t>
        <w:br/>
        <w:t>v 0.561314 18.777721 1.222333</w:t>
        <w:br/>
        <w:t>v 0.484629 18.780422 1.277602</w:t>
        <w:br/>
        <w:t>v 0.385281 18.774521 1.318660</w:t>
        <w:br/>
        <w:t>v 0.618161 18.648445 1.193892</w:t>
        <w:br/>
        <w:t>v 0.562890 18.664860 1.236653</w:t>
        <w:br/>
        <w:t>v 0.486851 18.664204 1.277705</w:t>
        <w:br/>
        <w:t>v 0.664924 18.613094 1.146769</w:t>
        <w:br/>
        <w:t>v 0.705510 18.554661 1.091012</w:t>
        <w:br/>
        <w:t>v 0.368019 18.640533 1.311510</w:t>
        <w:br/>
        <w:t>v 0.465634 18.579693 1.266037</w:t>
        <w:br/>
        <w:t>v 0.537945 18.577541 1.235752</w:t>
        <w:br/>
        <w:t>v 0.350050 18.560909 1.288039</w:t>
        <w:br/>
        <w:t>v 0.364922 18.488739 1.264379</w:t>
        <w:br/>
        <w:t>v 0.452852 18.509922 1.249642</w:t>
        <w:br/>
        <w:t>v 0.510784 18.512943 1.226030</w:t>
        <w:br/>
        <w:t>v 0.590969 18.565010 1.204241</w:t>
        <w:br/>
        <w:t>v 0.563508 18.510967 1.198199</w:t>
        <w:br/>
        <w:t>v 0.641488 18.541748 1.162809</w:t>
        <w:br/>
        <w:t>v 0.612886 18.496315 1.166555</w:t>
        <w:br/>
        <w:t>v 0.496716 18.486851 1.213505</w:t>
        <w:br/>
        <w:t>v 0.548846 18.484581 1.188679</w:t>
        <w:br/>
        <w:t>v 0.680214 18.508068 1.112161</w:t>
        <w:br/>
        <w:t>v 0.598440 18.474930 1.161673</w:t>
        <w:br/>
        <w:t>v 0.442900 18.489231 1.232877</w:t>
        <w:br/>
        <w:t>v 0.365310 18.467674 1.241233</w:t>
        <w:br/>
        <w:t>v 0.281632 18.383724 1.231062</w:t>
        <w:br/>
        <w:t>v 0.313566 18.416298 1.234641</w:t>
        <w:br/>
        <w:t>v 0.272634 18.352371 1.227237</w:t>
        <w:br/>
        <w:t>v 0.267854 18.299885 1.233660</w:t>
        <w:br/>
        <w:t>v 0.280434 18.301514 1.219530</w:t>
        <w:br/>
        <w:t>v 0.302205 18.248554 1.205601</w:t>
        <w:br/>
        <w:t>v 0.292859 18.241833 1.222570</w:t>
        <w:br/>
        <w:t>v 0.272592 18.230606 1.236515</w:t>
        <w:br/>
        <w:t>v 0.332971 18.216011 1.196608</w:t>
        <w:br/>
        <w:t>v 0.324561 18.207626 1.211971</w:t>
        <w:br/>
        <w:t>v 0.314255 18.194244 1.224885</w:t>
        <w:br/>
        <w:t>v 0.385699 18.203468 1.187818</w:t>
        <w:br/>
        <w:t>v 0.377755 18.194828 1.202048</w:t>
        <w:br/>
        <w:t>v 0.427364 18.197784 1.178669</w:t>
        <w:br/>
        <w:t>v 0.423423 18.188869 1.194850</w:t>
        <w:br/>
        <w:t>v 0.465883 18.196350 1.169409</w:t>
        <w:br/>
        <w:t>v 0.463433 18.188034 1.185512</w:t>
        <w:br/>
        <w:t>v 0.415291 18.173420 1.207498</w:t>
        <w:br/>
        <w:t>v 0.365249 18.179016 1.213936</w:t>
        <w:br/>
        <w:t>v 0.458112 18.170830 1.198265</w:t>
        <w:br/>
        <w:t>v 0.507372 18.197079 1.155991</w:t>
        <w:br/>
        <w:t>v 0.508731 18.186779 1.170005</w:t>
        <w:br/>
        <w:t>v 0.555054 18.197731 1.139035</w:t>
        <w:br/>
        <w:t>v 0.557132 18.186672 1.153177</w:t>
        <w:br/>
        <w:t>v 0.506455 18.168472 1.179940</w:t>
        <w:br/>
        <w:t>v 0.594285 18.203133 1.122806</w:t>
        <w:br/>
        <w:t>v 0.600262 18.194977 1.127701</w:t>
        <w:br/>
        <w:t>v 0.556722 18.166550 1.154912</w:t>
        <w:br/>
        <w:t>v 0.609349 18.176479 1.127188</w:t>
        <w:br/>
        <w:t>v 0.644040 18.200214 1.089922</w:t>
        <w:br/>
        <w:t>v 0.636417 18.216171 1.096374</w:t>
        <w:br/>
        <w:t>v 0.669493 18.220165 1.065562</w:t>
        <w:br/>
        <w:t>v 0.656578 18.234482 1.077991</w:t>
        <w:br/>
        <w:t>v 0.685855 18.244705 1.050276</w:t>
        <w:br/>
        <w:t>v 0.670049 18.260174 1.066514</w:t>
        <w:br/>
        <w:t>v 0.701411 18.351460 1.050707</w:t>
        <w:br/>
        <w:t>v 0.702571 18.390694 1.052569</w:t>
        <w:br/>
        <w:t>v 0.717804 18.397362 1.038626</w:t>
        <w:br/>
        <w:t>v 0.717180 18.342743 1.034339</w:t>
        <w:br/>
        <w:t>v 0.705063 18.285946 1.038859</w:t>
        <w:br/>
        <w:t>v 0.683917 18.296734 1.056251</w:t>
        <w:br/>
        <w:t>v 0.674121 18.428562 1.090678</w:t>
        <w:br/>
        <w:t>v 0.688186 18.440285 1.085659</w:t>
        <w:br/>
        <w:t>v 0.734959 18.341637 1.008249</w:t>
        <w:br/>
        <w:t>v 0.719522 18.281750 1.009234</w:t>
        <w:br/>
        <w:t>v 0.706276 18.229927 1.019072</w:t>
        <w:br/>
        <w:t>v 0.691788 18.195312 1.033529</w:t>
        <w:br/>
        <w:t>v 0.654930 18.474735 1.126260</w:t>
        <w:br/>
        <w:t>v 0.640671 18.456493 1.125297</w:t>
        <w:br/>
        <w:t>v 0.709641 18.463261 1.063343</w:t>
        <w:br/>
        <w:t>v 0.736870 18.419212 1.013178</w:t>
        <w:br/>
        <w:t>v 0.731674 18.489353 1.033531</w:t>
        <w:br/>
        <w:t>v 0.763885 18.443089 0.927089</w:t>
        <w:br/>
        <w:t>v 0.789930 18.408943 0.826000</w:t>
        <w:br/>
        <w:t>v 0.758909 18.364620 0.930590</w:t>
        <w:br/>
        <w:t>v 0.746003 18.283440 0.938788</w:t>
        <w:br/>
        <w:t>v 0.732731 18.214676 0.949438</w:t>
        <w:br/>
        <w:t>v 0.776736 18.303261 0.840031</w:t>
        <w:br/>
        <w:t>v 0.775373 18.203953 0.699438</w:t>
        <w:br/>
        <w:t>v 0.787171 18.198723 0.520128</w:t>
        <w:br/>
        <w:t>v 0.759626 18.202003 0.853215</w:t>
        <w:br/>
        <w:t>v 0.719065 18.169407 0.960752</w:t>
        <w:br/>
        <w:t>v 0.660065 18.145813 1.072103</w:t>
        <w:br/>
        <w:t>v 0.744498 18.146378 0.863615</w:t>
        <w:br/>
        <w:t>v 0.696070 18.113552 0.980473</w:t>
        <w:br/>
        <w:t>v 0.755301 18.101051 0.524450</w:t>
        <w:br/>
        <w:t>v 0.751910 18.123955 0.707757</w:t>
        <w:br/>
        <w:t>v 0.719003 18.078419 0.875346</w:t>
        <w:br/>
        <w:t>v 0.613509 18.135498 1.122601</w:t>
        <w:br/>
        <w:t>v 0.557646 18.119938 1.162153</w:t>
        <w:br/>
        <w:t>v 0.495111 18.128006 1.198627</w:t>
        <w:br/>
        <w:t>v 0.627599 18.085068 1.117241</w:t>
        <w:br/>
        <w:t>v 0.672154 18.046661 1.013070</w:t>
        <w:br/>
        <w:t>v 0.443965 18.132721 1.219584</w:t>
        <w:br/>
        <w:t>v 0.603578 18.037804 1.145112</w:t>
        <w:br/>
        <w:t>v 0.543064 18.068691 1.192866</w:t>
        <w:br/>
        <w:t>v 0.473652 18.075386 1.226523</w:t>
        <w:br/>
        <w:t>v 0.399752 18.138634 1.232031</w:t>
        <w:br/>
        <w:t>v 0.421979 18.083523 1.246748</w:t>
        <w:br/>
        <w:t>v 0.346077 18.146149 1.240119</w:t>
        <w:br/>
        <w:t>v 0.374452 18.093418 1.259850</w:t>
        <w:br/>
        <w:t>v 0.511433 18.007519 1.218945</w:t>
        <w:br/>
        <w:t>v 0.445620 18.021393 1.249095</w:t>
        <w:br/>
        <w:t>v 0.388519 18.030483 1.269390</w:t>
        <w:br/>
        <w:t>v 0.577989 17.991577 1.167523</w:t>
        <w:br/>
        <w:t>v 0.316767 18.103798 1.268389</w:t>
        <w:br/>
        <w:t>v 0.643767 17.986252 1.055716</w:t>
        <w:br/>
        <w:t>v 0.287257 18.159885 1.249832</w:t>
        <w:br/>
        <w:t>v 0.691224 18.009834 0.897652</w:t>
        <w:br/>
        <w:t>v 0.721300 18.029091 0.539504</w:t>
        <w:br/>
        <w:t>v 0.723146 18.049847 0.725008</w:t>
        <w:br/>
        <w:t>v 0.232309 18.193275 1.268751</w:t>
        <w:br/>
        <w:t>v 0.154403 18.237492 1.303302</w:t>
        <w:br/>
        <w:t>v 0.694324 17.982796 0.745382</w:t>
        <w:br/>
        <w:t>v 0.689790 17.957195 0.568415</w:t>
        <w:br/>
        <w:t>v 0.636207 17.892159 0.940541</w:t>
        <w:br/>
        <w:t>v 0.645651 17.876274 0.786120</w:t>
        <w:br/>
        <w:t>v 0.638872 17.866386 0.621597</w:t>
        <w:br/>
        <w:t>v 0.543023 17.919930 1.189124</w:t>
        <w:br/>
        <w:t>v 0.606965 17.905254 1.084641</w:t>
        <w:br/>
        <w:t>v 0.477228 17.938137 1.239614</w:t>
        <w:br/>
        <w:t>v 0.411909 17.955757 1.266725</w:t>
        <w:br/>
        <w:t>v 0.503833 17.844948 1.198192</w:t>
        <w:br/>
        <w:t>v 0.569091 17.825409 1.097408</w:t>
        <w:br/>
        <w:t>v 0.434018 17.858082 1.248604</w:t>
        <w:br/>
        <w:t>v 0.595340 17.811356 0.964224</w:t>
        <w:br/>
        <w:t>v 0.611846 17.803875 0.818625</w:t>
        <w:br/>
        <w:t>v 0.559096 17.734890 0.983678</w:t>
        <w:br/>
        <w:t>v 0.527239 17.750053 1.101903</w:t>
        <w:br/>
        <w:t>v 0.597063 17.799980 0.665496</w:t>
        <w:br/>
        <w:t>v 0.568293 17.726898 0.852333</w:t>
        <w:br/>
        <w:t>v 0.581838 17.796555 0.523386</w:t>
        <w:br/>
        <w:t>v 0.635104 17.856773 0.488218</w:t>
        <w:br/>
        <w:t>v 0.593472 17.854881 0.358449</w:t>
        <w:br/>
        <w:t>v 0.549898 17.802204 0.392420</w:t>
        <w:br/>
        <w:t>v 0.540786 17.896263 0.226375</w:t>
        <w:br/>
        <w:t>v 0.514853 17.745892 0.436038</w:t>
        <w:br/>
        <w:t>v 0.490480 17.833382 0.289257</w:t>
        <w:br/>
        <w:t>v 0.440175 17.770496 0.339563</w:t>
        <w:br/>
        <w:t>v 0.562921 17.730808 0.711789</w:t>
        <w:br/>
        <w:t>v 0.548533 17.735779 0.566672</w:t>
        <w:br/>
        <w:t>v 0.392735 17.623268 0.557712</w:t>
        <w:br/>
        <w:t>v 0.471552 17.689270 0.482928</w:t>
        <w:br/>
        <w:t>v 0.415022 17.707615 0.402445</w:t>
        <w:br/>
        <w:t>v 0.364716 17.632156 0.477904</w:t>
        <w:br/>
        <w:t>v 0.301834 17.581852 0.540786</w:t>
        <w:br/>
        <w:t>v 0.321433 17.566422 0.614670</w:t>
        <w:br/>
        <w:t>v 0.420635 17.612358 0.678822</w:t>
        <w:br/>
        <w:t>v 0.502291 17.674950 0.619569</w:t>
        <w:br/>
        <w:t>v 0.335803 17.552891 0.735242</w:t>
        <w:br/>
        <w:t>v 0.181810 17.481266 0.708399</w:t>
        <w:br/>
        <w:t>v 0.250325 17.514545 0.662779</w:t>
        <w:br/>
        <w:t>v 0.238952 17.531544 0.591091</w:t>
        <w:br/>
        <w:t>v 0.176069 17.506393 0.616244</w:t>
        <w:br/>
        <w:t>v 0.523484 17.666134 0.880398</w:t>
        <w:br/>
        <w:t>v 0.514402 17.665089 1.004815</w:t>
        <w:br/>
        <w:t>v 0.431545 17.602478 0.802893</w:t>
        <w:br/>
        <w:t>v 0.516274 17.669804 0.752930</w:t>
        <w:br/>
        <w:t>v 0.438794 17.590553 0.920796</w:t>
        <w:br/>
        <w:t>v 0.250049 17.495556 0.788479</w:t>
        <w:br/>
        <w:t>v 0.246296 17.472538 0.914406</w:t>
        <w:br/>
        <w:t>v 0.343940 17.535641 0.854702</w:t>
        <w:br/>
        <w:t>v 0.341839 17.523769 0.968334</w:t>
        <w:br/>
        <w:t>v 0.174181 17.450970 0.842661</w:t>
        <w:br/>
        <w:t>v 0.230769 17.462303 1.014696</w:t>
        <w:br/>
        <w:t>v 0.050305 17.468662 0.679127</w:t>
        <w:br/>
        <w:t>v -0.000001 17.456085 0.691703</w:t>
        <w:br/>
        <w:t>v -0.000001 17.428120 0.785536</w:t>
        <w:br/>
        <w:t>v 0.053141 17.434746 0.775375</w:t>
        <w:br/>
        <w:t>v 0.115052 17.450466 0.750062</w:t>
        <w:br/>
        <w:t>v 0.107929 17.419872 0.890261</w:t>
        <w:br/>
        <w:t>v 0.163308 17.429596 0.962259</w:t>
        <w:br/>
        <w:t>v -0.000001 17.396976 0.922948</w:t>
        <w:br/>
        <w:t>v 0.049584 17.402767 0.915170</w:t>
        <w:br/>
        <w:t>v 0.095883 17.396908 1.006409</w:t>
        <w:br/>
        <w:t>v 0.084787 17.389679 1.085581</w:t>
        <w:br/>
        <w:t>v 0.148099 17.419010 1.057641</w:t>
        <w:br/>
        <w:t>v -0.000001 17.379601 1.025332</w:t>
        <w:br/>
        <w:t>v 0.041765 17.383549 1.020171</w:t>
        <w:br/>
        <w:t>v 0.036245 17.371868 1.101844</w:t>
        <w:br/>
        <w:t>v 0.083126 17.386993 1.153714</w:t>
        <w:br/>
        <w:t>v 0.138734 17.416519 1.130814</w:t>
        <w:br/>
        <w:t>v 0.222537 17.462509 1.103267</w:t>
        <w:br/>
        <w:t>v 0.328501 17.524937 1.067843</w:t>
        <w:br/>
        <w:t>v 0.427289 17.590206 1.033559</w:t>
        <w:br/>
        <w:t>v 0.211736 17.483730 1.166404</w:t>
        <w:br/>
        <w:t>v 0.303129 17.548813 1.148305</w:t>
        <w:br/>
        <w:t>v 0.394672 17.616364 1.128061</w:t>
        <w:br/>
        <w:t>v 0.472336 17.679764 1.108775</w:t>
        <w:br/>
        <w:t>v 0.462857 17.770500 1.192027</w:t>
        <w:br/>
        <w:t>v 0.343106 17.639900 1.192482</w:t>
        <w:br/>
        <w:t>v 0.414625 17.704422 1.186641</w:t>
        <w:br/>
        <w:t>v 0.392889 17.783478 1.237481</w:t>
        <w:br/>
        <w:t>v 0.270953 17.575298 1.202133</w:t>
        <w:br/>
        <w:t>v 0.357864 17.857304 1.276747</w:t>
        <w:br/>
        <w:t>v 0.288079 17.664246 1.225610</w:t>
        <w:br/>
        <w:t>v 0.342450 17.730370 1.229257</w:t>
        <w:br/>
        <w:t>v 0.310068 17.787422 1.268002</w:t>
        <w:br/>
        <w:t>v 0.353693 17.970398 1.286940</w:t>
        <w:br/>
        <w:t>v 0.337426 18.040531 1.283345</w:t>
        <w:br/>
        <w:t>v 0.304864 17.904583 1.300372</w:t>
        <w:br/>
        <w:t>v 0.301524 17.984051 1.302018</w:t>
        <w:br/>
        <w:t>v 0.280987 18.051281 1.294126</w:t>
        <w:br/>
        <w:t>v 0.253184 18.120831 1.277006</w:t>
        <w:br/>
        <w:t>v 0.245597 17.995232 1.314017</w:t>
        <w:br/>
        <w:t>v 0.217441 18.070221 1.305978</w:t>
        <w:br/>
        <w:t>v 0.191249 18.151157 1.298093</w:t>
        <w:br/>
        <w:t>v 0.157097 18.098907 1.330669</w:t>
        <w:br/>
        <w:t>v 0.183356 18.013142 1.329186</w:t>
        <w:br/>
        <w:t>v 0.255690 17.926231 1.317912</w:t>
        <w:br/>
        <w:t>v 0.202024 17.940289 1.330839</w:t>
        <w:br/>
        <w:t>v 0.236904 17.856117 1.315341</w:t>
        <w:br/>
        <w:t>v 0.277165 17.827911 1.291876</w:t>
        <w:br/>
        <w:t>v 0.196418 17.876076 1.331736</w:t>
        <w:br/>
        <w:t>v 0.212951 17.798805 1.303598</w:t>
        <w:br/>
        <w:t>v 0.183738 17.819107 1.322647</w:t>
        <w:br/>
        <w:t>v 0.231217 17.769470 1.283445</w:t>
        <w:br/>
        <w:t>v 0.273831 17.734493 1.249637</w:t>
        <w:br/>
        <w:t>v 0.153801 17.894348 1.347790</w:t>
        <w:br/>
        <w:t>v 0.238406 17.730202 1.261550</w:t>
        <w:br/>
        <w:t>v 0.150239 17.957977 1.348596</w:t>
        <w:br/>
        <w:t>v 0.133308 18.047955 1.362656</w:t>
        <w:br/>
        <w:t>v 0.112487 18.000469 1.391510</w:t>
        <w:br/>
        <w:t>v 0.113748 17.917469 1.368564</w:t>
        <w:br/>
        <w:t>v 0.107601 18.128395 1.360963</w:t>
        <w:br/>
        <w:t>v 0.132503 18.183014 1.328189</w:t>
        <w:br/>
        <w:t>v 0.092163 18.083340 1.394732</w:t>
        <w:br/>
        <w:t>v 0.068569 18.155891 1.388142</w:t>
        <w:br/>
        <w:t>v 0.082139 18.209221 1.355497</w:t>
        <w:br/>
        <w:t>v 0.057291 18.113960 1.425972</w:t>
        <w:br/>
        <w:t>v 0.093830 18.258629 1.333166</w:t>
        <w:br/>
        <w:t>v 0.034364 18.170452 1.405955</w:t>
        <w:br/>
        <w:t>v 0.040126 18.222584 1.371636</w:t>
        <w:br/>
        <w:t>v 0.046318 18.267761 1.350220</w:t>
        <w:br/>
        <w:t>v 0.028537 18.131561 1.442234</w:t>
        <w:br/>
        <w:t>v 0.023203 18.098148 1.480047</w:t>
        <w:br/>
        <w:t>v 0.048438 18.077591 1.463298</w:t>
        <w:br/>
        <w:t>v 0.075835 18.040730 1.427779</w:t>
        <w:br/>
        <w:t>v 0.017838 18.068851 1.514452</w:t>
        <w:br/>
        <w:t>v 0.040127 18.043015 1.496054</w:t>
        <w:br/>
        <w:t>v 0.062154 18.005421 1.459485</w:t>
        <w:br/>
        <w:t>v 0.087552 17.961117 1.415786</w:t>
        <w:br/>
        <w:t>v 0.073407 17.877895 1.393982</w:t>
        <w:br/>
        <w:t>v 0.041228 17.975883 1.484051</w:t>
        <w:br/>
        <w:t>v 0.056172 17.929790 1.438711</w:t>
        <w:br/>
        <w:t>v 0.083736 17.785400 1.370309</w:t>
        <w:br/>
        <w:t>v 0.078221 17.754333 1.373136</w:t>
        <w:br/>
        <w:t>v 0.050170 17.759571 1.391475</w:t>
        <w:br/>
        <w:t>v 0.052959 17.792980 1.386965</w:t>
        <w:br/>
        <w:t>v 0.028952 17.916672 1.448294</w:t>
        <w:br/>
        <w:t>v 0.033143 17.872211 1.414845</w:t>
        <w:br/>
        <w:t>v 0.025307 17.762486 1.406469</w:t>
        <w:br/>
        <w:t>v 0.027977 17.796375 1.402207</w:t>
        <w:br/>
        <w:t>v 0.115452 17.774223 1.350776</w:t>
        <w:br/>
        <w:t>v 0.105318 17.749149 1.352905</w:t>
        <w:br/>
        <w:t>v 0.021033 17.963718 1.495757</w:t>
        <w:br/>
        <w:t>v 0.027647 18.017517 1.521875</w:t>
        <w:br/>
        <w:t>v 0.015080 18.007301 1.533491</w:t>
        <w:br/>
        <w:t>v 0.011747 18.044483 1.543878</w:t>
        <w:br/>
        <w:t>v 0.010047 18.031391 1.544577</w:t>
        <w:br/>
        <w:t>v -0.000001 18.053375 1.547899</w:t>
        <w:br/>
        <w:t>v 0.029592 17.836658 1.404937</w:t>
        <w:br/>
        <w:t>v 0.062339 17.832798 1.386313</w:t>
        <w:br/>
        <w:t>v 0.152879 17.789215 1.327126</w:t>
        <w:br/>
        <w:t>v 0.023270 17.733620 1.390846</w:t>
        <w:br/>
        <w:t>v 0.047472 17.732250 1.379704</w:t>
        <w:br/>
        <w:t>v 0.019871 17.710701 1.368926</w:t>
        <w:br/>
        <w:t>v 0.044110 17.711128 1.363772</w:t>
        <w:br/>
        <w:t>v 0.018843 17.701878 1.353422</w:t>
        <w:br/>
        <w:t>v 0.018718 17.695721 1.342697</w:t>
        <w:br/>
        <w:t>v 0.040584 17.702442 1.348616</w:t>
        <w:br/>
        <w:t>v 0.040857 17.696613 1.337840</w:t>
        <w:br/>
        <w:t>v 0.068034 17.712757 1.352725</w:t>
        <w:br/>
        <w:t>v 0.072487 17.729923 1.363453</w:t>
        <w:br/>
        <w:t>v 0.090791 17.708172 1.329187</w:t>
        <w:br/>
        <w:t>v 0.065963 17.704044 1.339412</w:t>
        <w:br/>
        <w:t>v 0.093240 17.716103 1.335611</w:t>
        <w:br/>
        <w:t>v 0.110971 17.713131 1.316604</w:t>
        <w:br/>
        <w:t>v 0.112894 17.719055 1.320232</w:t>
        <w:br/>
        <w:t>v 0.111109 17.707897 1.312709</w:t>
        <w:br/>
        <w:t>v 0.110971 17.713131 1.316604</w:t>
        <w:br/>
        <w:t>v 0.126127 17.717785 1.304154</w:t>
        <w:br/>
        <w:t>v 0.128403 17.712749 1.301491</w:t>
        <w:br/>
        <w:t>v 0.096979 17.728680 1.346922</w:t>
        <w:br/>
        <w:t>v 0.117334 17.728256 1.326934</w:t>
        <w:br/>
        <w:t>v 0.128037 17.721828 1.306028</w:t>
        <w:br/>
        <w:t>v 0.125403 17.744057 1.329280</w:t>
        <w:br/>
        <w:t>v 0.138035 17.763279 1.328149</w:t>
        <w:br/>
        <w:t>v 0.153634 17.752148 1.309312</w:t>
        <w:br/>
        <w:t>v 0.174120 17.773037 1.308669</w:t>
        <w:br/>
        <w:t>v 0.195674 17.754093 1.289531</w:t>
        <w:br/>
        <w:t>v 0.168345 17.741859 1.292883</w:t>
        <w:br/>
        <w:t>v 0.201415 17.722374 1.270102</w:t>
        <w:br/>
        <w:t>v 0.141015 17.723141 1.294594</w:t>
        <w:br/>
        <w:t>v 0.162600 17.716537 1.281684</w:t>
        <w:br/>
        <w:t>v 0.151886 17.715130 1.285202</w:t>
        <w:br/>
        <w:t>v 0.141492 17.700718 1.291398</w:t>
        <w:br/>
        <w:t>v 0.152145 17.698036 1.283809</w:t>
        <w:br/>
        <w:t>v 0.176397 17.717892 1.276305</w:t>
        <w:br/>
        <w:t>v 0.167678 17.697170 1.275020</w:t>
        <w:br/>
        <w:t>v 0.186767 17.694748 1.266599</w:t>
        <w:br/>
        <w:t>v 0.214782 17.691250 1.256834</w:t>
        <w:br/>
        <w:t>v 0.145634 17.677731 1.281187</w:t>
        <w:br/>
        <w:t>v 0.133888 17.683384 1.294484</w:t>
        <w:br/>
        <w:t>v 0.241590 17.683796 1.243950</w:t>
        <w:br/>
        <w:t>v 0.199066 17.643234 1.248032</w:t>
        <w:br/>
        <w:t>v 0.230788 17.613884 1.231506</w:t>
        <w:br/>
        <w:t>v 0.175329 17.576973 1.238447</w:t>
        <w:br/>
        <w:t>v 0.149971 17.611870 1.254765</w:t>
        <w:br/>
        <w:t>v 0.198036 17.519539 1.210062</w:t>
        <w:br/>
        <w:t>v 0.135605 17.435455 1.185503</w:t>
        <w:br/>
        <w:t>v 0.130958 17.477295 1.217217</w:t>
        <w:br/>
        <w:t>v 0.079173 17.403004 1.205919</w:t>
        <w:br/>
        <w:t>v 0.033954 17.367310 1.167763</w:t>
        <w:br/>
        <w:t>v 0.075769 17.448837 1.229156</w:t>
        <w:br/>
        <w:t>v 0.033218 17.388016 1.220028</w:t>
        <w:br/>
        <w:t>v 0.117972 17.544262 1.243395</w:t>
        <w:br/>
        <w:t>v 0.070596 17.522385 1.248847</w:t>
        <w:br/>
        <w:t>v 0.103810 17.589424 1.258975</w:t>
        <w:br/>
        <w:t>v 0.066926 17.572685 1.264268</w:t>
        <w:br/>
        <w:t>v 0.028763 17.436825 1.240769</w:t>
        <w:br/>
        <w:t>v 0.025705 17.511200 1.256447</w:t>
        <w:br/>
        <w:t>v 0.093777 17.617031 1.270757</w:t>
        <w:br/>
        <w:t>v 0.132264 17.634560 1.262326</w:t>
        <w:br/>
        <w:t>v 0.062579 17.606445 1.279265</w:t>
        <w:br/>
        <w:t>v 0.115058 17.660500 1.293159</w:t>
        <w:br/>
        <w:t>v 0.081516 17.649811 1.306363</w:t>
        <w:br/>
        <w:t>v 0.076504 17.662872 1.325320</w:t>
        <w:br/>
        <w:t>v 0.106977 17.672508 1.310906</w:t>
        <w:br/>
        <w:t>v 0.053761 17.643005 1.315204</w:t>
        <w:br/>
        <w:t>v 0.048845 17.656815 1.336578</w:t>
        <w:br/>
        <w:t>v 0.131781 17.709118 1.298897</w:t>
        <w:br/>
        <w:t>v 0.135444 17.704189 1.296094</w:t>
        <w:br/>
        <w:t>v 0.122137 17.690411 1.304689</w:t>
        <w:br/>
        <w:t>v 0.098339 17.684296 1.320336</w:t>
        <w:br/>
        <w:t>v 0.093245 17.693153 1.322759</w:t>
        <w:br/>
        <w:t>v 0.115395 17.698483 1.308850</w:t>
        <w:br/>
        <w:t>v 0.112348 17.703091 1.309911</w:t>
        <w:br/>
        <w:t>v 0.091176 17.698154 1.322840</w:t>
        <w:br/>
        <w:t>v 0.089765 17.705082 1.322415</w:t>
        <w:br/>
        <w:t>v 0.110403 17.709724 1.310341</w:t>
        <w:br/>
        <w:t>v 0.067558 17.687611 1.334745</w:t>
        <w:br/>
        <w:t>v 0.071382 17.677227 1.333812</w:t>
        <w:br/>
        <w:t>v 0.066240 17.693676 1.333171</w:t>
        <w:br/>
        <w:t>v 0.091176 17.698154 1.322840</w:t>
        <w:br/>
        <w:t>v 0.066240 17.693676 1.333171</w:t>
        <w:br/>
        <w:t>v 0.040381 17.691006 1.339965</w:t>
        <w:br/>
        <w:t>v 0.040560 17.698635 1.336234</w:t>
        <w:br/>
        <w:t>v 0.065439 17.700451 1.331204</w:t>
        <w:br/>
        <w:t>v 0.045279 17.672276 1.342706</w:t>
        <w:br/>
        <w:t>v 0.041963 17.684116 1.343122</w:t>
        <w:br/>
        <w:t>v 0.018800 17.689648 1.344488</w:t>
        <w:br/>
        <w:t>v 0.018269 17.697407 1.341022</w:t>
        <w:br/>
        <w:t>v 0.020149 17.682755 1.347940</w:t>
        <w:br/>
        <w:t>v 0.021739 17.669296 1.348672</w:t>
        <w:br/>
        <w:t>v 0.018800 17.689648 1.344488</w:t>
        <w:br/>
        <w:t>v 0.176338 17.658569 1.258965</w:t>
        <w:br/>
        <w:t>v 0.122957 17.648083 1.274922</w:t>
        <w:br/>
        <w:t>v 0.159944 17.669418 1.269399</w:t>
        <w:br/>
        <w:t>v 0.022982 17.653877 1.343242</w:t>
        <w:br/>
        <w:t>v 0.025717 17.600243 1.285259</w:t>
        <w:br/>
        <w:t>v 0.025076 17.622253 1.300869</w:t>
        <w:br/>
        <w:t>v 0.058973 17.626324 1.295895</w:t>
        <w:br/>
        <w:t>v 0.087294 17.634705 1.286536</w:t>
        <w:br/>
        <w:t>v 0.024317 17.639622 1.320680</w:t>
        <w:br/>
        <w:t>v 0.025717 17.565117 1.272032</w:t>
        <w:br/>
        <w:t>v -0.000001 17.368027 1.104591</w:t>
        <w:br/>
        <w:t>v 0.040584 17.702442 1.348616</w:t>
        <w:br/>
        <w:t>v 0.131781 17.709118 1.298897</w:t>
        <w:br/>
        <w:t>v 0.127655 17.713863 1.300474</w:t>
        <w:br/>
        <w:t>v 0.125764 17.481239 0.653974</w:t>
        <w:br/>
        <w:t>v 0.136503 17.720570 1.295853</w:t>
        <w:br/>
        <w:t>v 0.138362 17.716869 1.293858</w:t>
        <w:br/>
        <w:t>v 0.585870 18.451271 1.168303</w:t>
        <w:br/>
        <w:t>v 0.536502 18.459660 1.191316</w:t>
        <w:br/>
        <w:t>v 0.545341 18.477913 1.214047</w:t>
        <w:br/>
        <w:t>v 0.597614 18.467190 1.190161</w:t>
        <w:br/>
        <w:t>v 0.485281 18.462296 1.208806</w:t>
        <w:br/>
        <w:t>v 0.492570 18.482353 1.234032</w:t>
        <w:br/>
        <w:t>v 0.620042 18.441738 1.147115</w:t>
        <w:br/>
        <w:t>v 0.635182 18.454815 1.166496</w:t>
        <w:br/>
        <w:t>v 0.438437 18.478546 1.248875</w:t>
        <w:br/>
        <w:t>v 0.435488 18.460094 1.220460</w:t>
        <w:br/>
        <w:t>v 0.342263 18.447094 1.252368</w:t>
        <w:br/>
        <w:t>v 0.313637 18.416298 1.234641</w:t>
        <w:br/>
        <w:t>v 0.307988 18.422882 1.249481</w:t>
        <w:br/>
        <w:t>v 0.302997 18.436066 1.281898</w:t>
        <w:br/>
        <w:t>v 0.333594 18.463470 1.285647</w:t>
        <w:br/>
        <w:t>v 0.672773 18.438175 1.130476</w:t>
        <w:br/>
        <w:t>v 0.654619 18.425270 1.114375</w:t>
        <w:br/>
        <w:t>v 0.278782 18.388882 1.245716</w:t>
        <w:br/>
        <w:t>v 0.562055 18.508118 1.234470</w:t>
        <w:br/>
        <w:t>v 0.529890 18.509254 1.248801</w:t>
        <w:br/>
        <w:t>v 0.569340 18.530205 1.222699</w:t>
        <w:br/>
        <w:t>v 0.249372 18.370678 1.285101</w:t>
        <w:br/>
        <w:t>v 0.267339 18.394463 1.280668</w:t>
        <w:br/>
        <w:t>v 0.269709 18.387955 1.263611</w:t>
        <w:br/>
        <w:t>v 0.283246 18.415741 1.279349</w:t>
        <w:br/>
        <w:t>v 0.443257 18.505539 1.276305</w:t>
        <w:br/>
        <w:t>v 0.499682 18.512062 1.262967</w:t>
        <w:br/>
        <w:t>v 0.529890 18.509254 1.248801</w:t>
        <w:br/>
        <w:t>v 0.562055 18.508118 1.234470</w:t>
        <w:br/>
        <w:t>v 0.612480 18.496288 1.207331</w:t>
        <w:br/>
        <w:t>v 0.652063 18.481949 1.177611</w:t>
        <w:br/>
        <w:t>v 0.666674 18.474110 1.161363</w:t>
        <w:br/>
        <w:t>v 0.249372 18.370678 1.285101</w:t>
        <w:br/>
        <w:t>v 0.259969 18.398350 1.279548</w:t>
        <w:br/>
        <w:t>v 0.267339 18.394463 1.280668</w:t>
        <w:br/>
        <w:t>v 0.294412 18.451756 1.279315</w:t>
        <w:br/>
        <w:t>v 0.302997 18.436066 1.281898</w:t>
        <w:br/>
        <w:t>v 0.283246 18.415741 1.279349</w:t>
        <w:br/>
        <w:t>v 0.277468 18.427036 1.277496</w:t>
        <w:br/>
        <w:t>v 0.441845 18.531826 1.272706</w:t>
        <w:br/>
        <w:t>v 0.505401 18.538269 1.254952</w:t>
        <w:br/>
        <w:t>v 0.661810 18.502399 1.160955</w:t>
        <w:br/>
        <w:t>v 0.680522 18.492867 1.141818</w:t>
        <w:br/>
        <w:t>v 0.621711 18.518677 1.193800</w:t>
        <w:br/>
        <w:t>v 0.719319 18.429985 1.103127</w:t>
        <w:br/>
        <w:t>v 0.743111 18.416824 1.072227</w:t>
        <w:br/>
        <w:t>v 0.722803 18.386654 1.074473</w:t>
        <w:br/>
        <w:t>v 0.748664 18.374321 1.053416</w:t>
        <w:br/>
        <w:t>v 0.769238 18.406769 1.025029</w:t>
        <w:br/>
        <w:t>v 0.772144 18.392178 1.008702</w:t>
        <w:br/>
        <w:t>v 0.792256 18.418976 0.988322</w:t>
        <w:br/>
        <w:t>v 0.795730 18.407383 0.982985</w:t>
        <w:br/>
        <w:t>v 0.287367 18.404716 1.254532</w:t>
        <w:br/>
        <w:t>v 0.730396 18.330292 1.055282</w:t>
        <w:br/>
        <w:t>v 0.712850 18.343658 1.070063</w:t>
        <w:br/>
        <w:t>v 0.708468 18.283184 1.061108</w:t>
        <w:br/>
        <w:t>v 0.695423 18.293751 1.070031</w:t>
        <w:br/>
        <w:t>v 0.680849 18.250874 1.069636</w:t>
        <w:br/>
        <w:t>v 0.674986 18.257965 1.074311</w:t>
        <w:br/>
        <w:t>v 0.723425 18.457607 1.089790</w:t>
        <w:br/>
        <w:t>v 0.691442 18.452824 1.134250</w:t>
        <w:br/>
        <w:t>v 0.706490 18.471333 1.116637</w:t>
        <w:br/>
        <w:t>v 0.777924 18.436817 1.008003</w:t>
        <w:br/>
        <w:t>v 0.753757 18.441277 1.045199</w:t>
        <w:br/>
        <w:t>v 0.795400 18.436462 0.979639</w:t>
        <w:br/>
        <w:t>v 0.820089 18.439884 0.963304</w:t>
        <w:br/>
        <w:t>v 0.656628 18.234470 1.077991</w:t>
        <w:br/>
        <w:t>v 0.670049 18.260174 1.066513</w:t>
        <w:br/>
        <w:t>v 0.674986 18.257965 1.074311</w:t>
        <w:br/>
        <w:t>v 0.670048 18.260170 1.066514</w:t>
        <w:br/>
        <w:t>v 0.680849 18.250874 1.069636</w:t>
        <w:br/>
        <w:t>v 0.708468 18.283184 1.061108</w:t>
        <w:br/>
        <w:t>v 0.687047 18.284950 1.051767</w:t>
        <w:br/>
        <w:t>v 0.730396 18.330292 1.055282</w:t>
        <w:br/>
        <w:t>v 0.707246 18.332520 1.044226</w:t>
        <w:br/>
        <w:t>v 0.728300 18.399315 1.030639</w:t>
        <w:br/>
        <w:t>v 0.710544 18.413155 1.054705</w:t>
        <w:br/>
        <w:t>v 0.700437 18.385017 1.056826</w:t>
        <w:br/>
        <w:t>v 0.700436 18.385017 1.056826</w:t>
        <w:br/>
        <w:t>v 0.682751 18.405880 1.084234</w:t>
        <w:br/>
        <w:t>v 0.699228 18.417385 1.102002</w:t>
        <w:br/>
        <w:t>v 0.697827 18.346645 1.053944</w:t>
        <w:br/>
        <w:t>v 0.712850 18.343658 1.070063</w:t>
        <w:br/>
        <w:t>v 0.695423 18.293751 1.070031</w:t>
        <w:br/>
        <w:t>v 0.683916 18.296734 1.056250</w:t>
        <w:br/>
        <w:t>v 0.656628 18.234470 1.077991</w:t>
        <w:br/>
        <w:t>v 0.385804 18.489513 1.283690</w:t>
        <w:br/>
        <w:t>v 0.380374 18.516552 1.280863</w:t>
        <w:br/>
        <w:t>v 0.722803 18.386654 1.074473</w:t>
        <w:br/>
        <w:t>v 0.721781 18.491837 1.139249</w:t>
        <w:br/>
        <w:t>v 0.708471 18.482960 1.143568</w:t>
        <w:br/>
        <w:t>v 0.703194 18.492523 1.144861</w:t>
        <w:br/>
        <w:t>v 0.718307 18.497028 1.142051</w:t>
        <w:br/>
        <w:t>v 0.783960 18.402252 0.978645</w:t>
        <w:br/>
        <w:t>v 0.795730 18.407383 0.982985</w:t>
        <w:br/>
        <w:t>v 0.820089 18.439884 0.963304</w:t>
        <w:br/>
        <w:t>v 0.718599 18.368759 1.041743</w:t>
        <w:br/>
        <w:t>v 0.749827 18.382931 1.002796</w:t>
        <w:br/>
        <w:t>v 0.691290 18.476261 1.142210</w:t>
        <w:br/>
        <w:t>v 0.723446 18.487133 1.129008</w:t>
        <w:br/>
        <w:t>v 0.713241 18.477509 1.126063</w:t>
        <w:br/>
        <w:t>v 0.269709 18.387955 1.263611</w:t>
        <w:br/>
        <w:t>v 0.259969 18.398350 1.279548</w:t>
        <w:br/>
        <w:t>v 0.249372 18.370678 1.285101</w:t>
        <w:br/>
        <w:t>v 0.380374 18.516552 1.280863</w:t>
        <w:br/>
        <w:t>v 0.366182 18.469440 1.241112</w:t>
        <w:br/>
        <w:t>v 0.440696 18.495934 1.232391</w:t>
        <w:br/>
        <w:t>v 0.441845 18.531826 1.272706</w:t>
        <w:br/>
        <w:t>v 0.718307 18.497028 1.142051</w:t>
        <w:br/>
        <w:t>v 0.723446 18.487133 1.129008</w:t>
        <w:br/>
        <w:t>v 0.734060 18.503216 1.130108</w:t>
        <w:br/>
        <w:t>v 0.680522 18.492867 1.141818</w:t>
        <w:br/>
        <w:t>v 0.706490 18.471333 1.116637</w:t>
        <w:br/>
        <w:t>v 0.713241 18.477509 1.126063</w:t>
        <w:br/>
        <w:t>v 0.703194 18.492523 1.144861</w:t>
        <w:br/>
        <w:t>v 0.670254 18.420006 1.098386</w:t>
        <w:br/>
        <w:t>v 0.723425 18.457607 1.089790</w:t>
        <w:br/>
        <w:t>v 0.639650 18.452114 1.131179</w:t>
        <w:br/>
        <w:t>v 0.601028 18.475163 1.161823</w:t>
        <w:br/>
        <w:t>v 0.621711 18.518677 1.193800</w:t>
        <w:br/>
        <w:t>v 0.569340 18.530205 1.222699</w:t>
        <w:br/>
        <w:t>v 0.553141 18.489639 1.188354</w:t>
        <w:br/>
        <w:t>v 0.505401 18.538269 1.254952</w:t>
        <w:br/>
        <w:t>v 0.661810 18.502399 1.160955</w:t>
        <w:br/>
        <w:t>v 0.499181 18.493938 1.213018</w:t>
        <w:br/>
        <w:t>v 0.368827 18.445305 1.226514</w:t>
        <w:br/>
        <w:t>v 0.277468 18.427036 1.277496</w:t>
        <w:br/>
        <w:t>v 0.287367 18.404716 1.254532</w:t>
        <w:br/>
        <w:t>v 0.307015 18.426502 1.244616</w:t>
        <w:br/>
        <w:t>v 0.294412 18.451756 1.279315</w:t>
        <w:br/>
        <w:t>v 0.748664 18.374321 1.053416</w:t>
        <w:br/>
        <w:t>v 0.718599 18.368759 1.041743</w:t>
        <w:br/>
        <w:t>v 0.325307 18.484604 1.283847</w:t>
        <w:br/>
        <w:t>v 0.325307 18.484604 1.283847</w:t>
        <w:br/>
        <w:t>v 0.333594 18.463470 1.285647</w:t>
        <w:br/>
        <w:t>v 0.777924 18.436817 1.008003</w:t>
        <w:br/>
        <w:t>v 0.753757 18.441277 1.045199</w:t>
        <w:br/>
        <w:t>v 0.783960 18.402252 0.978645</w:t>
        <w:br/>
        <w:t>v 0.795400 18.436462 0.979639</w:t>
        <w:br/>
        <w:t>v 0.307015 18.426502 1.244616</w:t>
        <w:br/>
        <w:t>v 0.307988 18.422882 1.249481</w:t>
        <w:br/>
        <w:t>v 0.278782 18.388882 1.245716</w:t>
        <w:br/>
        <w:t>v 0.307988 18.422882 1.249481</w:t>
        <w:br/>
        <w:t>v 0.307015 18.426502 1.244616</w:t>
        <w:br/>
        <w:t>v 0.287367 18.404716 1.254532</w:t>
        <w:br/>
        <w:t>v 0.534628 18.522511 1.260001</w:t>
        <w:br/>
        <w:t>v 0.534628 18.522511 1.260001</w:t>
        <w:br/>
        <w:t>v 0.505401 18.538269 1.254952</w:t>
        <w:br/>
        <w:t>v 0.519989 18.543041 1.264273</w:t>
        <w:br/>
        <w:t>v 0.543445 18.531277 1.269302</w:t>
        <w:br/>
        <w:t>v 0.534628 18.522511 1.260001</w:t>
        <w:br/>
        <w:t>v 0.534628 18.522511 1.260001</w:t>
        <w:br/>
        <w:t>v 0.543445 18.531277 1.269302</w:t>
        <w:br/>
        <w:t>v 0.578416 18.540642 1.242779</w:t>
        <w:br/>
        <w:t>v 0.569340 18.530205 1.222699</w:t>
        <w:br/>
        <w:t>v 0.505401 18.538269 1.254952</w:t>
        <w:br/>
        <w:t>v 0.569340 18.530205 1.222699</w:t>
        <w:br/>
        <w:t>v 0.578416 18.540642 1.242779</w:t>
        <w:br/>
        <w:t>v 0.519989 18.543041 1.264273</w:t>
        <w:br/>
        <w:t>v 0.569340 18.530205 1.222699</w:t>
        <w:br/>
        <w:t>v 0.553560 18.541649 1.278168</w:t>
        <w:br/>
        <w:t>v 0.539233 18.553711 1.275163</w:t>
        <w:br/>
        <w:t>v 0.560248 18.566620 1.283232</w:t>
        <w:br/>
        <w:t>v 0.572423 18.557236 1.288114</w:t>
        <w:br/>
        <w:t>v 0.553560 18.541649 1.278168</w:t>
        <w:br/>
        <w:t>v 0.572423 18.557236 1.288114</w:t>
        <w:br/>
        <w:t>v 0.593757 18.563637 1.274632</w:t>
        <w:br/>
        <w:t>v 0.586294 18.551849 1.260216</w:t>
        <w:br/>
        <w:t>v 0.539233 18.553711 1.275163</w:t>
        <w:br/>
        <w:t>v 0.586294 18.551849 1.260216</w:t>
        <w:br/>
        <w:t>v 0.593757 18.563637 1.274632</w:t>
        <w:br/>
        <w:t>v 0.560248 18.566620 1.283232</w:t>
        <w:br/>
        <w:t>v 0.604428 18.608860 1.302688</w:t>
        <w:br/>
        <w:t>v 0.586530 18.573265 1.294129</w:t>
        <w:br/>
        <w:t>v 0.578700 18.581882 1.290553</w:t>
        <w:br/>
        <w:t>v 0.604428 18.608860 1.302688</w:t>
        <w:br/>
        <w:t>v 0.599462 18.575821 1.284955</w:t>
        <w:br/>
        <w:t>v 0.586530 18.573265 1.294129</w:t>
        <w:br/>
        <w:t>v 0.604428 18.608860 1.302688</w:t>
        <w:br/>
        <w:t>v 0.578700 18.581882 1.290553</w:t>
        <w:br/>
        <w:t>v 0.599462 18.575821 1.284955</w:t>
        <w:br/>
        <w:t>v 0.691290 18.476261 1.142210</w:t>
        <w:br/>
        <w:t>v 0.706490 18.471333 1.116637</w:t>
        <w:br/>
        <w:t>v 0.734060 18.503216 1.130108</w:t>
        <w:br/>
        <w:t>v 0.656628 18.234470 1.077991</w:t>
        <w:br/>
        <w:t>v 0.707246 18.332520 1.044226</w:t>
        <w:br/>
        <w:t>v 0.664972 18.204372 1.114076</w:t>
        <w:br/>
        <w:t>v 0.636467 18.216171 1.096374</w:t>
        <w:br/>
        <w:t>v 0.659153 18.222404 1.101913</w:t>
        <w:br/>
        <w:t>v 0.674184 18.211571 1.113618</w:t>
        <w:br/>
        <w:t>v 0.680663 18.215137 1.104283</w:t>
        <w:br/>
        <w:t>v 0.593184 18.189651 1.147279</w:t>
        <w:br/>
        <w:t>v 0.599011 18.192238 1.143666</w:t>
        <w:br/>
        <w:t>v 0.603188 18.170315 1.158753</w:t>
        <w:br/>
        <w:t>v 0.586653 18.185616 1.151013</w:t>
        <w:br/>
        <w:t>v 0.570830 18.197548 1.134492</w:t>
        <w:br/>
        <w:t>v 0.594285 18.203140 1.122805</w:t>
        <w:br/>
        <w:t>v 0.656628 18.234478 1.077990</w:t>
        <w:br/>
        <w:t>v 0.344390 18.213486 1.196783</w:t>
        <w:br/>
        <w:t>v 0.385751 18.203468 1.187819</w:t>
        <w:br/>
        <w:t>v 0.384254 18.204849 1.196309</w:t>
        <w:br/>
        <w:t>v 0.426686 18.197708 1.189309</w:t>
        <w:br/>
        <w:t>v 0.427414 18.197784 1.178670</w:t>
        <w:br/>
        <w:t>v 0.466161 18.196796 1.178579</w:t>
        <w:br/>
        <w:t>v 0.509110 18.197334 1.162512</w:t>
        <w:br/>
        <w:t>v 0.509123 18.187790 1.170189</w:t>
        <w:br/>
        <w:t>v 0.463603 18.186680 1.188362</w:t>
        <w:br/>
        <w:t>v 0.555113 18.198528 1.142904</w:t>
        <w:br/>
        <w:t>v 0.554260 18.198433 1.139615</w:t>
        <w:br/>
        <w:t>v 0.594285 18.203140 1.122807</w:t>
        <w:br/>
        <w:t>v 0.465941 18.196362 1.169409</w:t>
        <w:br/>
        <w:t>v 0.423226 18.188595 1.196650</w:t>
        <w:br/>
        <w:t>v 0.507372 18.197079 1.155990</w:t>
        <w:br/>
        <w:t>v 0.379991 18.197033 1.200105</w:t>
        <w:br/>
        <w:t>v 0.384254 18.204849 1.196309</w:t>
        <w:br/>
        <w:t>v 0.344390 18.213486 1.196783</w:t>
        <w:br/>
        <w:t>v 0.556645 18.190697 1.150968</w:t>
        <w:br/>
        <w:t>v 0.388831 18.468601 1.252127</w:t>
        <w:br/>
        <w:t>v 0.385804 18.489513 1.283690</w:t>
        <w:br/>
        <w:t>v -0.545341 18.477909 1.214048</w:t>
        <w:br/>
        <w:t>v -0.536508 18.459663 1.191316</w:t>
        <w:br/>
        <w:t>v -0.585871 18.451267 1.168303</w:t>
        <w:br/>
        <w:t>v -0.597616 18.467186 1.190162</w:t>
        <w:br/>
        <w:t>v -0.492571 18.482349 1.234033</w:t>
        <w:br/>
        <w:t>v -0.485284 18.462299 1.208806</w:t>
        <w:br/>
        <w:t>v -0.620042 18.441738 1.147116</w:t>
        <w:br/>
        <w:t>v -0.635184 18.454819 1.166497</w:t>
        <w:br/>
        <w:t>v -0.438439 18.478546 1.248876</w:t>
        <w:br/>
        <w:t>v -0.435490 18.460094 1.220461</w:t>
        <w:br/>
        <w:t>v -0.313639 18.416298 1.234642</w:t>
        <w:br/>
        <w:t>v -0.342265 18.447090 1.252369</w:t>
        <w:br/>
        <w:t>v -0.307990 18.422882 1.249482</w:t>
        <w:br/>
        <w:t>v -0.333595 18.463470 1.285647</w:t>
        <w:br/>
        <w:t>v -0.302998 18.436066 1.281898</w:t>
        <w:br/>
        <w:t>v -0.654620 18.425270 1.114376</w:t>
        <w:br/>
        <w:t>v -0.672775 18.438175 1.130476</w:t>
        <w:br/>
        <w:t>v -0.278783 18.388882 1.245716</w:t>
        <w:br/>
        <w:t>v -0.529892 18.509254 1.248802</w:t>
        <w:br/>
        <w:t>v -0.562057 18.508114 1.234471</w:t>
        <w:br/>
        <w:t>v -0.569341 18.530205 1.222700</w:t>
        <w:br/>
        <w:t>v -0.267317 18.394474 1.280668</w:t>
        <w:br/>
        <w:t>v -0.247286 18.364376 1.285534</w:t>
        <w:br/>
        <w:t>v -0.269751 18.387848 1.263607</w:t>
        <w:br/>
        <w:t>v -0.283247 18.415741 1.279349</w:t>
        <w:br/>
        <w:t>v -0.499684 18.512058 1.262968</w:t>
        <w:br/>
        <w:t>v -0.443258 18.505539 1.276305</w:t>
        <w:br/>
        <w:t>v -0.529892 18.509254 1.248802</w:t>
        <w:br/>
        <w:t>v -0.562057 18.508114 1.234471</w:t>
        <w:br/>
        <w:t>v -0.612482 18.496284 1.207331</w:t>
        <w:br/>
        <w:t>v -0.652065 18.481945 1.177612</w:t>
        <w:br/>
        <w:t>v -0.666676 18.474110 1.161364</w:t>
        <w:br/>
        <w:t>v -0.259973 18.398354 1.279545</w:t>
        <w:br/>
        <w:t>v -0.247286 18.364376 1.285534</w:t>
        <w:br/>
        <w:t>v -0.267317 18.394474 1.280668</w:t>
        <w:br/>
        <w:t>v -0.283247 18.415741 1.279349</w:t>
        <w:br/>
        <w:t>v -0.302998 18.436066 1.281898</w:t>
        <w:br/>
        <w:t>v -0.294412 18.451756 1.279315</w:t>
        <w:br/>
        <w:t>v -0.277470 18.427036 1.277496</w:t>
        <w:br/>
        <w:t>v -0.505402 18.538265 1.254953</w:t>
        <w:br/>
        <w:t>v -0.441847 18.531826 1.272706</w:t>
        <w:br/>
        <w:t>v -0.661388 18.500473 1.161301</w:t>
        <w:br/>
        <w:t>v -0.680524 18.492867 1.141819</w:t>
        <w:br/>
        <w:t>v -0.621713 18.518677 1.193801</w:t>
        <w:br/>
        <w:t>v -0.738775 18.412121 1.070133</w:t>
        <w:br/>
        <w:t>v -0.719320 18.429985 1.103128</w:t>
        <w:br/>
        <w:t>v -0.722804 18.386654 1.074473</w:t>
        <w:br/>
        <w:t>v -0.748666 18.374321 1.053416</w:t>
        <w:br/>
        <w:t>v -0.768020 18.402409 1.025859</w:t>
        <w:br/>
        <w:t>v -0.795716 18.401951 0.983691</w:t>
        <w:br/>
        <w:t>v -0.792258 18.418976 0.988322</w:t>
        <w:br/>
        <w:t>v -0.771737 18.386211 1.009586</w:t>
        <w:br/>
        <w:t>v -0.287368 18.404716 1.254518</w:t>
        <w:br/>
        <w:t>v -0.730397 18.330292 1.055282</w:t>
        <w:br/>
        <w:t>v -0.712851 18.343658 1.070063</w:t>
        <w:br/>
        <w:t>v -0.708468 18.283180 1.061108</w:t>
        <w:br/>
        <w:t>v -0.695425 18.293751 1.070030</w:t>
        <w:br/>
        <w:t>v -0.674988 18.257965 1.074311</w:t>
        <w:br/>
        <w:t>v -0.680851 18.250874 1.069635</w:t>
        <w:br/>
        <w:t>v -0.691444 18.452820 1.134251</w:t>
        <w:br/>
        <w:t>v -0.723427 18.457607 1.089790</w:t>
        <w:br/>
        <w:t>v -0.706492 18.471333 1.116637</w:t>
        <w:br/>
        <w:t>v -0.777926 18.436821 1.008003</w:t>
        <w:br/>
        <w:t>v -0.753759 18.441277 1.045199</w:t>
        <w:br/>
        <w:t>v -0.795404 18.436466 0.979639</w:t>
        <w:br/>
        <w:t>v -0.820091 18.439884 0.963304</w:t>
        <w:br/>
        <w:t>v -0.667224 18.259918 1.066532</w:t>
        <w:br/>
        <w:t>v -0.656630 18.234474 1.077991</w:t>
        <w:br/>
        <w:t>v -0.674988 18.257965 1.074311</w:t>
        <w:br/>
        <w:t>v -0.708468 18.283180 1.061108</w:t>
        <w:br/>
        <w:t>v -0.680851 18.250874 1.069635</w:t>
        <w:br/>
        <w:t>v -0.667224 18.259918 1.066532</w:t>
        <w:br/>
        <w:t>v -0.688028 18.287788 1.054030</w:t>
        <w:br/>
        <w:t>v -0.706575 18.328899 1.045572</w:t>
        <w:br/>
        <w:t>v -0.730397 18.330292 1.055282</w:t>
        <w:br/>
        <w:t>v -0.711660 18.419010 1.053623</w:t>
        <w:br/>
        <w:t>v -0.729333 18.404808 1.029627</w:t>
        <w:br/>
        <w:t>v -0.704180 18.387943 1.051924</w:t>
        <w:br/>
        <w:t>v -0.682753 18.405880 1.084234</w:t>
        <w:br/>
        <w:t>v -0.700271 18.385006 1.056731</w:t>
        <w:br/>
        <w:t>v -0.722804 18.386654 1.074473</w:t>
        <w:br/>
        <w:t>v -0.699230 18.417385 1.102002</w:t>
        <w:br/>
        <w:t>v -0.695425 18.293751 1.070030</w:t>
        <w:br/>
        <w:t>v -0.712851 18.343658 1.070063</w:t>
        <w:br/>
        <w:t>v -0.698509 18.346996 1.053308</w:t>
        <w:br/>
        <w:t>v -0.683857 18.296738 1.056250</w:t>
        <w:br/>
        <w:t>v -0.656630 18.234474 1.077991</w:t>
        <w:br/>
        <w:t>v -0.380376 18.516552 1.280864</w:t>
        <w:br/>
        <w:t>v -0.385805 18.489510 1.283691</w:t>
        <w:br/>
        <w:t>v -0.703196 18.492523 1.144862</w:t>
        <w:br/>
        <w:t>v -0.708473 18.482956 1.143568</w:t>
        <w:br/>
        <w:t>v -0.721825 18.491730 1.139241</w:t>
        <w:br/>
        <w:t>v -0.716414 18.500130 1.141854</w:t>
        <w:br/>
        <w:t>v -0.795716 18.401951 0.983691</w:t>
        <w:br/>
        <w:t>v -0.783961 18.402252 0.978645</w:t>
        <w:br/>
        <w:t>v -0.820091 18.439884 0.963304</w:t>
        <w:br/>
        <w:t>v -0.749829 18.382931 1.002796</w:t>
        <w:br/>
        <w:t>v -0.718601 18.368755 1.041743</w:t>
        <w:br/>
        <w:t>v -0.691291 18.476261 1.142211</w:t>
        <w:br/>
        <w:t>v -0.716209 18.476822 1.126535</w:t>
        <w:br/>
        <w:t>v -0.723447 18.487133 1.129009</w:t>
        <w:br/>
        <w:t>v -0.259973 18.398354 1.279545</w:t>
        <w:br/>
        <w:t>v -0.269751 18.387848 1.263607</w:t>
        <w:br/>
        <w:t>v -0.247286 18.364376 1.285534</w:t>
        <w:br/>
        <w:t>v -0.440698 18.495934 1.232392</w:t>
        <w:br/>
        <w:t>v -0.366184 18.469440 1.241112</w:t>
        <w:br/>
        <w:t>v -0.380376 18.516552 1.280864</w:t>
        <w:br/>
        <w:t>v -0.441847 18.531826 1.272706</w:t>
        <w:br/>
        <w:t>v -0.723447 18.487133 1.129009</w:t>
        <w:br/>
        <w:t>v -0.716414 18.500130 1.141854</w:t>
        <w:br/>
        <w:t>v -0.734058 18.503204 1.130110</w:t>
        <w:br/>
        <w:t>v -0.716209 18.476822 1.126535</w:t>
        <w:br/>
        <w:t>v -0.706492 18.471333 1.116637</w:t>
        <w:br/>
        <w:t>v -0.680524 18.492867 1.141819</w:t>
        <w:br/>
        <w:t>v -0.703196 18.492523 1.144862</w:t>
        <w:br/>
        <w:t>v -0.671191 18.425079 1.097456</w:t>
        <w:br/>
        <w:t>v -0.723427 18.457607 1.089790</w:t>
        <w:br/>
        <w:t>v -0.639652 18.452114 1.131180</w:t>
        <w:br/>
        <w:t>v -0.569341 18.530205 1.222700</w:t>
        <w:br/>
        <w:t>v -0.621713 18.518677 1.193801</w:t>
        <w:br/>
        <w:t>v -0.601030 18.475163 1.161824</w:t>
        <w:br/>
        <w:t>v -0.553142 18.489639 1.188355</w:t>
        <w:br/>
        <w:t>v -0.505402 18.538265 1.254953</w:t>
        <w:br/>
        <w:t>v -0.661388 18.500473 1.161301</w:t>
        <w:br/>
        <w:t>v -0.499182 18.493938 1.213019</w:t>
        <w:br/>
        <w:t>v -0.368829 18.445301 1.226515</w:t>
        <w:br/>
        <w:t>v -0.307017 18.426506 1.244616</w:t>
        <w:br/>
        <w:t>v -0.287368 18.404716 1.254518</w:t>
        <w:br/>
        <w:t>v -0.277470 18.427036 1.277496</w:t>
        <w:br/>
        <w:t>v -0.294412 18.451756 1.279315</w:t>
        <w:br/>
        <w:t>v -0.718601 18.368755 1.041743</w:t>
        <w:br/>
        <w:t>v -0.748666 18.374321 1.053416</w:t>
        <w:br/>
        <w:t>v -0.325309 18.484604 1.283847</w:t>
        <w:br/>
        <w:t>v -0.325309 18.484604 1.283847</w:t>
        <w:br/>
        <w:t>v -0.333595 18.463470 1.285647</w:t>
        <w:br/>
        <w:t>v -0.753759 18.441277 1.045199</w:t>
        <w:br/>
        <w:t>v -0.777926 18.436821 1.008003</w:t>
        <w:br/>
        <w:t>v -0.795404 18.436466 0.979639</w:t>
        <w:br/>
        <w:t>v -0.783961 18.402252 0.978645</w:t>
        <w:br/>
        <w:t>v -0.307990 18.422882 1.249482</w:t>
        <w:br/>
        <w:t>v -0.307017 18.426506 1.244616</w:t>
        <w:br/>
        <w:t>v -0.278783 18.388882 1.245716</w:t>
        <w:br/>
        <w:t>v -0.307017 18.426506 1.244616</w:t>
        <w:br/>
        <w:t>v -0.307990 18.422882 1.249482</w:t>
        <w:br/>
        <w:t>v -0.287368 18.404716 1.254518</w:t>
        <w:br/>
        <w:t>v -0.534630 18.522511 1.260002</w:t>
        <w:br/>
        <w:t>v -0.534630 18.522511 1.260002</w:t>
        <w:br/>
        <w:t>v -0.543447 18.531277 1.269303</w:t>
        <w:br/>
        <w:t>v -0.519990 18.543037 1.264274</w:t>
        <w:br/>
        <w:t>v -0.505402 18.538265 1.254953</w:t>
        <w:br/>
        <w:t>v -0.534630 18.522511 1.260002</w:t>
        <w:br/>
        <w:t>v -0.578418 18.540638 1.242780</w:t>
        <w:br/>
        <w:t>v -0.543447 18.531277 1.269303</w:t>
        <w:br/>
        <w:t>v -0.534630 18.522511 1.260002</w:t>
        <w:br/>
        <w:t>v -0.569341 18.530205 1.222700</w:t>
        <w:br/>
        <w:t>v -0.578418 18.540638 1.242780</w:t>
        <w:br/>
        <w:t>v -0.569341 18.530205 1.222700</w:t>
        <w:br/>
        <w:t>v -0.505402 18.538265 1.254953</w:t>
        <w:br/>
        <w:t>v -0.519990 18.543037 1.264274</w:t>
        <w:br/>
        <w:t>v -0.569341 18.530205 1.222700</w:t>
        <w:br/>
        <w:t>v -0.560250 18.566620 1.283233</w:t>
        <w:br/>
        <w:t>v -0.539235 18.553711 1.275164</w:t>
        <w:br/>
        <w:t>v -0.553562 18.541649 1.278169</w:t>
        <w:br/>
        <w:t>v -0.572425 18.557236 1.288115</w:t>
        <w:br/>
        <w:t>v -0.593759 18.563637 1.274632</w:t>
        <w:br/>
        <w:t>v -0.572425 18.557236 1.288115</w:t>
        <w:br/>
        <w:t>v -0.553562 18.541649 1.278169</w:t>
        <w:br/>
        <w:t>v -0.586296 18.551846 1.260217</w:t>
        <w:br/>
        <w:t>v -0.593759 18.563637 1.274632</w:t>
        <w:br/>
        <w:t>v -0.586296 18.551846 1.260217</w:t>
        <w:br/>
        <w:t>v -0.539235 18.553711 1.275164</w:t>
        <w:br/>
        <w:t>v -0.560250 18.566620 1.283233</w:t>
        <w:br/>
        <w:t>v -0.586532 18.573265 1.294129</w:t>
        <w:br/>
        <w:t>v -0.604430 18.608860 1.302689</w:t>
        <w:br/>
        <w:t>v -0.578701 18.581882 1.290554</w:t>
        <w:br/>
        <w:t>v -0.599464 18.575817 1.284956</w:t>
        <w:br/>
        <w:t>v -0.604430 18.608860 1.302689</w:t>
        <w:br/>
        <w:t>v -0.586532 18.573265 1.294129</w:t>
        <w:br/>
        <w:t>v -0.578701 18.581882 1.290554</w:t>
        <w:br/>
        <w:t>v -0.604430 18.608860 1.302689</w:t>
        <w:br/>
        <w:t>v -0.599464 18.575817 1.284956</w:t>
        <w:br/>
        <w:t>v -0.691291 18.476261 1.142211</w:t>
        <w:br/>
        <w:t>v -0.706492 18.471333 1.116637</w:t>
        <w:br/>
        <w:t>v -0.734058 18.503204 1.130110</w:t>
        <w:br/>
        <w:t>v -0.656630 18.234474 1.077991</w:t>
        <w:br/>
        <w:t>v -0.636418 18.216175 1.096373</w:t>
        <w:br/>
        <w:t>v -0.661394 18.201485 1.115731</w:t>
        <w:br/>
        <w:t>v -0.654014 18.223171 1.100027</w:t>
        <w:br/>
        <w:t>v -0.674002 18.207371 1.101934</w:t>
        <w:br/>
        <w:t>v -0.654014 18.223171 1.100027</w:t>
        <w:br/>
        <w:t>v -0.668959 18.206760 1.109742</w:t>
        <w:br/>
        <w:t>v -0.597842 18.188347 1.146700</w:t>
        <w:br/>
        <w:t>v -0.592098 18.189293 1.150058</w:t>
        <w:br/>
        <w:t>v -0.598813 18.167164 1.161636</w:t>
        <w:br/>
        <w:t>v -0.573254 18.198536 1.132220</w:t>
        <w:br/>
        <w:t>v -0.586551 18.183788 1.153847</w:t>
        <w:br/>
        <w:t>v -0.594285 18.203140 1.122807</w:t>
        <w:br/>
        <w:t>v -0.656580 18.234493 1.077989</w:t>
        <w:br/>
        <w:t>v -0.385752 18.203472 1.187819</w:t>
        <w:br/>
        <w:t>v -0.344390 18.213490 1.196783</w:t>
        <w:br/>
        <w:t>v -0.384256 18.204849 1.196309</w:t>
        <w:br/>
        <w:t>v -0.426687 18.197708 1.189309</w:t>
        <w:br/>
        <w:t>v -0.427415 18.197784 1.178670</w:t>
        <w:br/>
        <w:t>v -0.509124 18.187740 1.169047</w:t>
        <w:br/>
        <w:t>v -0.509427 18.195770 1.162794</w:t>
        <w:br/>
        <w:t>v -0.466162 18.196796 1.178579</w:t>
        <w:br/>
        <w:t>v -0.463680 18.187847 1.187057</w:t>
        <w:br/>
        <w:t>v -0.554734 18.197945 1.139456</w:t>
        <w:br/>
        <w:t>v -0.555368 18.197937 1.142750</w:t>
        <w:br/>
        <w:t>v -0.594286 18.203144 1.122805</w:t>
        <w:br/>
        <w:t>v -0.465943 18.196365 1.169409</w:t>
        <w:br/>
        <w:t>v -0.423366 18.188583 1.196169</w:t>
        <w:br/>
        <w:t>v -0.507373 18.197079 1.155990</w:t>
        <w:br/>
        <w:t>v -0.384256 18.204849 1.196309</w:t>
        <w:br/>
        <w:t>v -0.379992 18.197033 1.200105</w:t>
        <w:br/>
        <w:t>v -0.344390 18.213490 1.196783</w:t>
        <w:br/>
        <w:t>v -0.556586 18.190910 1.148711</w:t>
        <w:br/>
        <w:t>v -0.388833 18.468601 1.252127</w:t>
        <w:br/>
        <w:t>v -0.385805 18.489510 1.283691</w:t>
        <w:br/>
        <w:t>v -0.139760 17.720146 1.293489</w:t>
        <w:br/>
        <w:t>v -0.137393 17.719315 1.293980</w:t>
        <w:br/>
        <w:t>v -0.141357 17.714333 1.291913</w:t>
        <w:br/>
        <w:t>v -0.000001 17.702164 1.355827</w:t>
        <w:br/>
        <w:t>v -0.018845 17.701878 1.353422</w:t>
        <w:br/>
        <w:t>v -0.065963 17.704044 1.339412</w:t>
        <w:br/>
        <w:t>v -0.066313 17.698967 1.332247</w:t>
        <w:br/>
        <w:t>v -0.089969 17.702511 1.323798</w:t>
        <w:br/>
        <w:t>v -0.090791 17.708172 1.329187</w:t>
        <w:br/>
        <w:t>v -0.126126 17.717789 1.304154</w:t>
        <w:br/>
        <w:t>v -0.112349 17.703091 1.309911</w:t>
        <w:br/>
        <w:t>v -0.040383 17.691006 1.339965</w:t>
        <w:br/>
        <w:t>v -0.000001 17.689800 1.346182</w:t>
        <w:br/>
        <w:t>v -0.000001 17.697491 1.342461</w:t>
        <w:br/>
        <w:t>v -0.136507 17.720600 1.295840</w:t>
        <w:br/>
        <w:t>v 0.140694 17.719360 1.293780</w:t>
        <w:br/>
        <w:t>v 0.018843 17.701878 1.353422</w:t>
        <w:br/>
        <w:t>v 0.065963 17.704044 1.339412</w:t>
        <w:br/>
        <w:t>v 0.090791 17.708172 1.329187</w:t>
        <w:br/>
        <w:t>v 0.089588 17.702637 1.323836</w:t>
        <w:br/>
        <w:t>v 0.066306 17.698959 1.332250</w:t>
        <w:br/>
        <w:t>v 0.126127 17.717785 1.304154</w:t>
        <w:br/>
        <w:t>v 0.137382 17.719322 1.293980</w:t>
        <w:br/>
        <w:t>v 0.141355 17.714333 1.291913</w:t>
        <w:br/>
        <w:t>v 0.112348 17.703091 1.309911</w:t>
        <w:br/>
        <w:t>v 0.040381 17.691006 1.339965</w:t>
        <w:br/>
        <w:t>v 0.136503 17.720570 1.295853</w:t>
        <w:br/>
        <w:t>v -0.139760 17.720146 1.293489</w:t>
        <w:br/>
        <w:t>v -0.138367 17.716843 1.293856</w:t>
        <w:br/>
        <w:t>v -0.137393 17.719315 1.293980</w:t>
        <w:br/>
        <w:t>v 0.140694 17.719360 1.293780</w:t>
        <w:br/>
        <w:t>v 0.137382 17.719322 1.293980</w:t>
        <w:br/>
        <w:t>v 0.138362 17.716869 1.293858</w:t>
        <w:br/>
        <w:t>v 0.696738 18.191288 1.115839</w:t>
        <w:br/>
        <w:t>v -0.682776 18.181870 1.116843</w:t>
        <w:br/>
        <w:t>v 0.718599 18.368759 1.041743</w:t>
        <w:br/>
        <w:t>v 0.748664 18.374321 1.053416</w:t>
        <w:br/>
        <w:t>v 0.772144 18.392178 1.008702</w:t>
        <w:br/>
        <w:t>v 0.749827 18.382931 1.002796</w:t>
        <w:br/>
        <w:t>v -0.718601 18.368755 1.041743</w:t>
        <w:br/>
        <w:t>v -0.749829 18.382931 1.002796</w:t>
        <w:br/>
        <w:t>v -0.771737 18.386211 1.009586</w:t>
        <w:br/>
        <w:t>v -0.748666 18.374321 1.053416</w:t>
        <w:br/>
        <w:t>v 0.820089 18.439884 0.963304</w:t>
        <w:br/>
        <w:t>v -0.820091 18.439884 0.963304</w:t>
        <w:br/>
        <w:t>v -1.384772 16.574104 0.605807</w:t>
        <w:br/>
        <w:t>v -1.009906 16.542145 0.547980</w:t>
        <w:br/>
        <w:t>v -1.397248 16.517900 0.549879</w:t>
        <w:br/>
        <w:t>v -1.614531 16.387075 0.748071</w:t>
        <w:br/>
        <w:t>v -1.601376 16.401060 0.758309</w:t>
        <w:br/>
        <w:t>v -1.592356 16.308737 0.782895</w:t>
        <w:br/>
        <w:t>v -1.605526 16.305681 0.763918</w:t>
        <w:br/>
        <w:t>v -1.612858 16.427586 0.704934</w:t>
        <w:br/>
        <w:t>v -1.603766 16.443457 0.707575</w:t>
        <w:br/>
        <w:t>v -1.605099 16.425837 0.668349</w:t>
        <w:br/>
        <w:t>v -1.598219 16.440138 0.661445</w:t>
        <w:br/>
        <w:t>v -1.576336 16.413612 0.626268</w:t>
        <w:br/>
        <w:t>v -1.584323 16.400173 0.626935</w:t>
        <w:br/>
        <w:t>v -1.041033 16.357487 0.623891</w:t>
        <w:br/>
        <w:t>v -1.355079 16.333225 0.708694</w:t>
        <w:br/>
        <w:t>v -1.376559 16.480436 0.652188</w:t>
        <w:br/>
        <w:t>v -1.009906 16.542145 0.547980</w:t>
        <w:br/>
        <w:t>v -1.603766 16.443457 0.707575</w:t>
        <w:br/>
        <w:t>v -1.078197 16.178688 0.651307</w:t>
        <w:br/>
        <w:t>v -1.344754 16.168097 0.703210</w:t>
        <w:br/>
        <w:t>v -1.559549 16.210426 0.761629</w:t>
        <w:br/>
        <w:t>v -1.376559 16.480436 0.652188</w:t>
        <w:br/>
        <w:t>v -1.384772 16.574104 0.605807</w:t>
        <w:br/>
        <w:t>v -1.339320 16.781448 0.501699</w:t>
        <w:br/>
        <w:t>v -0.944106 16.697504 0.422329</w:t>
        <w:br/>
        <w:t>v -1.327335 16.847279 0.319618</w:t>
        <w:br/>
        <w:t>v -0.912652 16.796165 0.255754</w:t>
        <w:br/>
        <w:t>v -1.672948 16.813168 0.554256</w:t>
        <w:br/>
        <w:t>v -1.647770 16.875660 0.436491</w:t>
        <w:br/>
        <w:t>v -1.659781 16.582695 0.641625</w:t>
        <w:br/>
        <w:t>v -1.667201 16.693565 0.619540</w:t>
        <w:br/>
        <w:t>v -1.647934 16.565266 0.607467</w:t>
        <w:br/>
        <w:t>v -1.659781 16.582695 0.641625</w:t>
        <w:br/>
        <w:t>v -1.673716 16.589108 0.633337</w:t>
        <w:br/>
        <w:t>v -1.684217 16.694550 0.605279</w:t>
        <w:br/>
        <w:t>v -1.688367 16.803131 0.543076</w:t>
        <w:br/>
        <w:t>v -1.665298 16.576065 0.608159</w:t>
        <w:br/>
        <w:t>v -1.673716 16.589108 0.633337</w:t>
        <w:br/>
        <w:t>v -1.609538 16.590126 0.554017</w:t>
        <w:br/>
        <w:t>v -1.627501 16.601963 0.548697</w:t>
        <w:br/>
        <w:t>v -1.573418 16.496983 0.542887</w:t>
        <w:br/>
        <w:t>v -1.609538 16.590126 0.554017</w:t>
        <w:br/>
        <w:t>v -1.581178 16.493076 0.528650</w:t>
        <w:br/>
        <w:t>v -1.627501 16.601963 0.548697</w:t>
        <w:br/>
        <w:t>v -1.384772 16.574104 0.605807</w:t>
        <w:br/>
        <w:t>v -1.573418 16.496983 0.542887</w:t>
        <w:br/>
        <w:t>v -1.576336 16.413612 0.626268</w:t>
        <w:br/>
        <w:t>v -1.584323 16.400173 0.626935</w:t>
        <w:br/>
        <w:t>v -1.397248 16.517900 0.549879</w:t>
        <w:br/>
        <w:t>v -1.301466 15.826596 0.614257</w:t>
        <w:br/>
        <w:t>v -1.291657 15.833626 0.659506</w:t>
        <w:br/>
        <w:t>v -1.167527 15.848870 0.610043</w:t>
        <w:br/>
        <w:t>v -1.414441 15.867647 0.650125</w:t>
        <w:br/>
        <w:t>v -1.412780 15.825013 0.610597</w:t>
        <w:br/>
        <w:t>v -1.414441 15.867647 0.650125</w:t>
        <w:br/>
        <w:t>v -1.412780 15.825013 0.610597</w:t>
        <w:br/>
        <w:t>v -1.416189 15.829478 0.597832</w:t>
        <w:br/>
        <w:t>v -1.415899 15.881229 0.656099</w:t>
        <w:br/>
        <w:t>v -1.414956 15.848719 0.672247</w:t>
        <w:br/>
        <w:t>v -1.412881 15.838157 0.661154</w:t>
        <w:br/>
        <w:t>v -1.414441 15.867647 0.650125</w:t>
        <w:br/>
        <w:t>v -1.412881 15.838157 0.661154</w:t>
        <w:br/>
        <w:t>v -1.291657 15.833626 0.659506</w:t>
        <w:br/>
        <w:t>v -1.415472 15.822910 0.681742</w:t>
        <w:br/>
        <w:t>v -1.415472 15.822910 0.681742</w:t>
        <w:br/>
        <w:t>v -1.439970 15.874940 0.731507</w:t>
        <w:br/>
        <w:t>v -1.280275 15.981524 0.733544</w:t>
        <w:br/>
        <w:t>v -1.127849 16.015837 0.648565</w:t>
        <w:br/>
        <w:t>v -1.288450 16.127953 0.705109</w:t>
        <w:br/>
        <w:t>v -1.469450 15.951671 0.756144</w:t>
        <w:br/>
        <w:t>v -1.488302 16.030159 0.772859</w:t>
        <w:br/>
        <w:t>v -1.497046 16.019432 0.756950</w:t>
        <w:br/>
        <w:t>v -1.482777 15.952826 0.738575</w:t>
        <w:br/>
        <w:t>v -1.500120 16.062103 0.741682</w:t>
        <w:br/>
        <w:t>v -1.491446 16.076729 0.743241</w:t>
        <w:br/>
        <w:t>v -1.457163 15.875910 0.719421</w:t>
        <w:br/>
        <w:t>v -1.483611 16.084011 0.703047</w:t>
        <w:br/>
        <w:t>v -1.288450 16.127953 0.705109</w:t>
        <w:br/>
        <w:t>v -1.491446 16.076729 0.743241</w:t>
        <w:br/>
        <w:t>v -1.434229 15.835502 0.685729</w:t>
        <w:br/>
        <w:t>v -1.434229 15.835502 0.685729</w:t>
        <w:br/>
        <w:t>v -1.387099 15.759426 0.610459</w:t>
        <w:br/>
        <w:t>v -1.412780 15.825013 0.610597</w:t>
        <w:br/>
        <w:t>v -1.301466 15.826596 0.614257</w:t>
        <w:br/>
        <w:t>v -1.271610 15.796792 0.625223</w:t>
        <w:br/>
        <w:t>v -1.388722 15.773675 0.633297</w:t>
        <w:br/>
        <w:t>v -1.387099 15.759426 0.610459</w:t>
        <w:br/>
        <w:t>v -1.271610 15.796792 0.625223</w:t>
        <w:br/>
        <w:t>v -1.358727 15.730298 0.636278</w:t>
        <w:br/>
        <w:t>v -1.249878 15.710741 0.598900</w:t>
        <w:br/>
        <w:t>v -1.303290 15.665883 0.594624</w:t>
        <w:br/>
        <w:t>v -1.358727 15.730298 0.636278</w:t>
        <w:br/>
        <w:t>v -1.366210 15.729770 0.619689</w:t>
        <w:br/>
        <w:t>v -1.386244 15.758860 0.633662</w:t>
        <w:br/>
        <w:t>v -1.382597 15.767462 0.643384</w:t>
        <w:br/>
        <w:t>v -1.303290 15.665883 0.594624</w:t>
        <w:br/>
        <w:t>v -1.309786 15.667067 0.578589</w:t>
        <w:br/>
        <w:t>v -1.207709 15.637712 0.523970</w:t>
        <w:br/>
        <w:t>v -1.233528 15.636314 0.536961</w:t>
        <w:br/>
        <w:t>v -1.390457 15.766468 0.631662</w:t>
        <w:br/>
        <w:t>v -1.388722 15.773675 0.633297</w:t>
        <w:br/>
        <w:t>v -1.382597 15.767462 0.643384</w:t>
        <w:br/>
        <w:t>v -1.388722 15.773675 0.633297</w:t>
        <w:br/>
        <w:t>v -1.271610 15.796792 0.625223</w:t>
        <w:br/>
        <w:t>v -1.387099 15.759426 0.610459</w:t>
        <w:br/>
        <w:t>v -1.383012 15.753351 0.606497</w:t>
        <w:br/>
        <w:t>v -1.180669 15.741415 0.574075</w:t>
        <w:br/>
        <w:t>v -1.167527 15.848870 0.610043</w:t>
        <w:br/>
        <w:t>v -0.905597 16.766056 -0.123840</w:t>
        <w:br/>
        <w:t>v -1.316469 16.874012 -0.167128</w:t>
        <w:br/>
        <w:t>v -1.335371 16.789562 -0.165393</w:t>
        <w:br/>
        <w:t>v -1.595326 16.855675 -0.139724</w:t>
        <w:br/>
        <w:t>v -1.586120 16.783577 -0.184685</w:t>
        <w:br/>
        <w:t>v -1.604671 16.876717 -0.201801</w:t>
        <w:br/>
        <w:t>v -1.595326 16.855675 -0.139724</w:t>
        <w:br/>
        <w:t>v -1.316469 16.874012 -0.167128</w:t>
        <w:br/>
        <w:t>v -1.616580 16.886955 -0.194884</w:t>
        <w:br/>
        <w:t>v -1.606570 16.861866 -0.128569</w:t>
        <w:br/>
        <w:t>v -1.603979 16.913895 -0.205587</w:t>
        <w:br/>
        <w:t>v -1.604671 16.876717 -0.201801</w:t>
        <w:br/>
        <w:t>v -1.312344 16.951447 0.064693</w:t>
        <w:br/>
        <w:t>v -1.603060 16.982510 -0.120683</w:t>
        <w:br/>
        <w:t>v -1.316469 16.874012 -0.167128</w:t>
        <w:br/>
        <w:t>v -1.616857 16.969345 -0.110207</w:t>
        <w:br/>
        <w:t>v -1.616128 16.914249 -0.194155</w:t>
        <w:br/>
        <w:t>v -1.603979 16.913895 -0.205587</w:t>
        <w:br/>
        <w:t>v -1.594433 16.770573 -0.178372</w:t>
        <w:br/>
        <w:t>v -1.606570 16.861866 -0.128569</w:t>
        <w:br/>
        <w:t>v -0.905597 16.766056 -0.123840</w:t>
        <w:br/>
        <w:t>v -1.335371 16.789562 -0.165393</w:t>
        <w:br/>
        <w:t>v -1.316293 16.829811 -0.242285</w:t>
        <w:br/>
        <w:t>v -1.626478 16.821205 -0.274229</w:t>
        <w:br/>
        <w:t>v -1.607375 16.778091 -0.263099</w:t>
        <w:br/>
        <w:t>v -1.586120 16.783577 -0.184685</w:t>
        <w:br/>
        <w:t>v -1.607375 16.778091 -0.263099</w:t>
        <w:br/>
        <w:t>v -1.617725 16.768837 -0.273852</w:t>
        <w:br/>
        <w:t>v -1.636942 16.815598 -0.288868</w:t>
        <w:br/>
        <w:t>v -1.638023 16.857716 -0.304362</w:t>
        <w:br/>
        <w:t>v -1.649267 16.845062 -0.311757</w:t>
        <w:br/>
        <w:t>v -1.654385 16.840698 -0.412482</w:t>
        <w:br/>
        <w:t>v -1.668672 16.827026 -0.405791</w:t>
        <w:br/>
        <w:t>v -1.638023 16.857716 -0.304362</w:t>
        <w:br/>
        <w:t>v -1.316293 16.829811 -0.242285</w:t>
        <w:br/>
        <w:t>v -1.306848 16.719837 -0.426027</w:t>
        <w:br/>
        <w:t>v -0.915255 16.626713 -0.273374</w:t>
        <w:br/>
        <w:t>v -1.320205 16.517773 -0.501473</w:t>
        <w:br/>
        <w:t>v -0.937629 16.476437 -0.379683</w:t>
        <w:br/>
        <w:t>v -1.666056 16.746944 -0.525620</w:t>
        <w:br/>
        <w:t>v -1.648487 16.625546 -0.608750</w:t>
        <w:br/>
        <w:t>v -1.630767 16.492443 -0.541529</w:t>
        <w:br/>
        <w:t>v -1.320205 16.517773 -0.501473</w:t>
        <w:br/>
        <w:t>v -1.641885 16.521145 -0.590703</w:t>
        <w:br/>
        <w:t>v -1.655505 16.531219 -0.582239</w:t>
        <w:br/>
        <w:t>v -1.641885 16.521145 -0.590703</w:t>
        <w:br/>
        <w:t>v -1.648487 16.625546 -0.608750</w:t>
        <w:br/>
        <w:t>v -1.664698 16.626488 -0.595029</w:t>
        <w:br/>
        <w:t>v -1.643746 16.506493 -0.544221</w:t>
        <w:br/>
        <w:t>v -1.602596 16.516613 -0.493223</w:t>
        <w:br/>
        <w:t>v -1.681739 16.738541 -0.518526</w:t>
        <w:br/>
        <w:t>v -0.885676 16.817444 0.067623</w:t>
        <w:br/>
        <w:t>v -1.330856 16.868431 0.262797</w:t>
        <w:br/>
        <w:t>v -1.617838 16.973629 0.194809</w:t>
        <w:br/>
        <w:t>v -1.617738 16.900398 0.268042</w:t>
        <w:br/>
        <w:t>v -1.630777 16.901482 0.256472</w:t>
        <w:br/>
        <w:t>v -1.634543 16.961571 0.190949</w:t>
        <w:br/>
        <w:t>v -1.625859 16.994785 0.035806</w:t>
        <w:br/>
        <w:t>v -1.610304 17.010231 0.037315</w:t>
        <w:br/>
        <w:t>v -0.958620 16.248083 -0.452740</w:t>
        <w:br/>
        <w:t>v -1.273572 16.258713 -0.611820</w:t>
        <w:br/>
        <w:t>v -1.248444 16.058914 -0.572556</w:t>
        <w:br/>
        <w:t>v -0.968442 16.004276 -0.450766</w:t>
        <w:br/>
        <w:t>v -1.541223 16.165848 -0.693403</w:t>
        <w:br/>
        <w:t>v -1.527691 16.161674 -0.707639</w:t>
        <w:br/>
        <w:t>v -1.563886 16.258350 -0.726516</w:t>
        <w:br/>
        <w:t>v -1.580299 16.255684 -0.711613</w:t>
        <w:br/>
        <w:t>v -1.589932 16.341431 -0.686297</w:t>
        <w:br/>
        <w:t>v -1.603816 16.336727 -0.678135</w:t>
        <w:br/>
        <w:t>v -1.302283 16.453320 -0.534336</w:t>
        <w:br/>
        <w:t>v -1.580223 16.418545 -0.571939</w:t>
        <w:br/>
        <w:t>v -1.592925 16.428082 -0.623138</w:t>
        <w:br/>
        <w:t>v -1.302283 16.453320 -0.534336</w:t>
        <w:br/>
        <w:t>v -1.587152 16.406708 -0.579322</w:t>
        <w:br/>
        <w:t>v -1.602005 16.410538 -0.620937</w:t>
        <w:br/>
        <w:t>v -1.554944 16.387756 -0.527783</w:t>
        <w:br/>
        <w:t>v -1.562679 16.373486 -0.531141</w:t>
        <w:br/>
        <w:t>v -1.602596 16.516613 -0.493223</w:t>
        <w:br/>
        <w:t>v -1.614519 16.527584 -0.490418</w:t>
        <w:br/>
        <w:t>v -1.578726 16.436535 -0.453545</w:t>
        <w:br/>
        <w:t>v -1.569922 16.442730 -0.465932</w:t>
        <w:br/>
        <w:t>v -1.614519 16.527584 -0.490418</w:t>
        <w:br/>
        <w:t>v -1.562679 16.373486 -0.531141</w:t>
        <w:br/>
        <w:t>v -1.554944 16.387756 -0.527783</w:t>
        <w:br/>
        <w:t>v -1.324782 16.465256 -0.442138</w:t>
        <w:br/>
        <w:t>v -1.569922 16.442730 -0.465932</w:t>
        <w:br/>
        <w:t>v -0.937629 16.476437 -0.379683</w:t>
        <w:br/>
        <w:t>v -1.324782 16.465256 -0.442138</w:t>
        <w:br/>
        <w:t>v -0.937629 16.476437 -0.379683</w:t>
        <w:br/>
        <w:t>v -1.559549 16.210426 0.761629</w:t>
        <w:br/>
        <w:t>v -1.576337 16.216515 0.747329</w:t>
        <w:br/>
        <w:t>v -1.520158 16.142115 0.722566</w:t>
        <w:br/>
        <w:t>v -1.536124 16.153393 0.717938</w:t>
        <w:br/>
        <w:t>v -1.536124 16.153393 0.717938</w:t>
        <w:br/>
        <w:t>v -1.520158 16.142115 0.722566</w:t>
        <w:br/>
        <w:t>v -1.520107 16.166550 0.685050</w:t>
        <w:br/>
        <w:t>v -1.528408 16.172760 0.694206</w:t>
        <w:br/>
        <w:t>v -1.523780 16.202555 0.668424</w:t>
        <w:br/>
        <w:t>v -1.530420 16.212946 0.668223</w:t>
        <w:br/>
        <w:t>v -1.344754 16.168097 0.703210</w:t>
        <w:br/>
        <w:t>v -1.489597 16.127399 0.623664</w:t>
        <w:br/>
        <w:t>v -1.523780 16.202555 0.668424</w:t>
        <w:br/>
        <w:t>v -1.338579 16.147524 0.645296</w:t>
        <w:br/>
        <w:t>v -1.338579 16.147524 0.645296</w:t>
        <w:br/>
        <w:t>v -1.470632 16.043667 0.662224</w:t>
        <w:br/>
        <w:t>v -1.489597 16.127399 0.623664</w:t>
        <w:br/>
        <w:t>v -1.078197 16.178688 0.651307</w:t>
        <w:br/>
        <w:t>v -1.470632 16.043667 0.662224</w:t>
        <w:br/>
        <w:t>v -1.078197 16.178688 0.651307</w:t>
        <w:br/>
        <w:t>v -1.493521 16.129112 0.606472</w:t>
        <w:br/>
        <w:t>v -1.489597 16.127399 0.623664</w:t>
        <w:br/>
        <w:t>v -1.470632 16.043667 0.662224</w:t>
        <w:br/>
        <w:t>v -1.468456 16.035315 0.662060</w:t>
        <w:br/>
        <w:t>v -1.489622 16.069902 0.712693</w:t>
        <w:br/>
        <w:t>v -1.483611 16.084011 0.703047</w:t>
        <w:br/>
        <w:t>v -1.341898 16.791035 0.252573</w:t>
        <w:br/>
        <w:t>v -1.330856 16.868431 0.262797</w:t>
        <w:br/>
        <w:t>v -0.912652 16.796165 0.255754</w:t>
        <w:br/>
        <w:t>v -1.587856 16.847691 0.193489</w:t>
        <w:br/>
        <w:t>v -1.580310 16.775291 0.245190</w:t>
        <w:br/>
        <w:t>v -1.587227 16.760864 0.238236</w:t>
        <w:br/>
        <w:t>v -1.596471 16.852409 0.181830</w:t>
        <w:br/>
        <w:t>v -1.592484 16.787540 0.338747</w:t>
        <w:br/>
        <w:t>v -1.608607 16.829357 0.316562</w:t>
        <w:br/>
        <w:t>v -1.619121 16.829704 0.331553</w:t>
        <w:br/>
        <w:t>v -1.602017 16.781818 0.350002</w:t>
        <w:br/>
        <w:t>v -1.608607 16.829357 0.316562</w:t>
        <w:br/>
        <w:t>v -1.327335 16.847279 0.319618</w:t>
        <w:br/>
        <w:t>v -1.625258 16.870682 0.334282</w:t>
        <w:br/>
        <w:t>v -1.592484 16.787540 0.338747</w:t>
        <w:br/>
        <w:t>v -1.580310 16.775291 0.245190</w:t>
        <w:br/>
        <w:t>v -1.341898 16.791035 0.252573</w:t>
        <w:br/>
        <w:t>v -0.912652 16.796165 0.255754</w:t>
        <w:br/>
        <w:t>v -1.636200 16.861362 0.342167</w:t>
        <w:br/>
        <w:t>v -1.660736 16.864506 0.430680</w:t>
        <w:br/>
        <w:t>v -1.602017 16.781818 0.350002</w:t>
        <w:br/>
        <w:t>v -1.621260 16.865414 0.227672</w:t>
        <w:br/>
        <w:t>v -1.603991 16.857727 0.233758</w:t>
        <w:br/>
        <w:t>v -1.587856 16.847691 0.193489</w:t>
        <w:br/>
        <w:t>v -1.596471 16.852409 0.181830</w:t>
        <w:br/>
        <w:t>v -1.617738 16.900398 0.268042</w:t>
        <w:br/>
        <w:t>v -1.630777 16.901482 0.256472</w:t>
        <w:br/>
        <w:t>v -1.197006 15.652827 0.523442</w:t>
        <w:br/>
        <w:t>v -1.197006 15.652827 0.523442</w:t>
        <w:br/>
        <w:t>v -1.203823 15.669655 0.519983</w:t>
        <w:br/>
        <w:t>v -1.213909 15.640280 0.509711</w:t>
        <w:br/>
        <w:t>v -1.207709 15.637712 0.523970</w:t>
        <w:br/>
        <w:t>v -1.213909 15.640280 0.509711</w:t>
        <w:br/>
        <w:t>v -1.238436 15.634013 0.526686</w:t>
        <w:br/>
        <w:t>v -1.563886 16.258350 -0.726516</w:t>
        <w:br/>
        <w:t>v -1.527691 16.161674 -0.707639</w:t>
        <w:br/>
        <w:t>v -1.495659 16.085548 -0.643374</w:t>
        <w:br/>
        <w:t>v -1.460734 16.086731 -0.586956</w:t>
        <w:br/>
        <w:t>v -1.248444 16.058914 -0.572556</w:t>
        <w:br/>
        <w:t>v -1.420993 16.105518 -0.536160</w:t>
        <w:br/>
        <w:t>v -1.384509 16.043343 -0.475793</w:t>
        <w:br/>
        <w:t>v -1.234962 16.025269 -0.478623</w:t>
        <w:br/>
        <w:t>v -1.426074 16.121037 -0.536474</w:t>
        <w:br/>
        <w:t>v -1.420993 16.105518 -0.536160</w:t>
        <w:br/>
        <w:t>v -1.460734 16.086731 -0.586956</w:t>
        <w:br/>
        <w:t>v -1.466482 16.100727 -0.591031</w:t>
        <w:br/>
        <w:t>v -1.388759 16.048397 -0.461280</w:t>
        <w:br/>
        <w:t>v -1.370008 15.957496 -0.495802</w:t>
        <w:br/>
        <w:t>v -1.362902 15.971141 -0.497689</w:t>
        <w:br/>
        <w:t>v -1.395802 15.968285 -0.555012</w:t>
        <w:br/>
        <w:t>v -1.390986 15.983277 -0.558861</w:t>
        <w:br/>
        <w:t>v -1.362902 15.971141 -0.497689</w:t>
        <w:br/>
        <w:t>v -1.370008 15.957496 -0.495802</w:t>
        <w:br/>
        <w:t>v -1.214488 15.976309 -0.534915</w:t>
        <w:br/>
        <w:t>v -1.234962 16.025269 -0.478623</w:t>
        <w:br/>
        <w:t>v -1.384509 16.043343 -0.475793</w:t>
        <w:br/>
        <w:t>v -1.362902 15.971141 -0.497689</w:t>
        <w:br/>
        <w:t>v -1.390986 15.983277 -0.558861</w:t>
        <w:br/>
        <w:t>v -1.214488 15.976309 -0.534915</w:t>
        <w:br/>
        <w:t>v -0.968442 16.004276 -0.450766</w:t>
        <w:br/>
        <w:t>v -1.504387 16.102802 -0.638079</w:t>
        <w:br/>
        <w:t>v -1.389741 15.956552 -0.582529</w:t>
        <w:br/>
        <w:t>v -1.400569 15.949332 -0.569651</w:t>
        <w:br/>
        <w:t>v -1.389741 15.956552 -0.582529</w:t>
        <w:br/>
        <w:t>v -1.297518 15.762572 -0.432204</w:t>
        <w:br/>
        <w:t>v -1.282011 15.749984 -0.447069</w:t>
        <w:br/>
        <w:t>v -1.375856 15.894965 -0.565727</w:t>
        <w:br/>
        <w:t>v -1.390445 15.897430 -0.551177</w:t>
        <w:br/>
        <w:t>v -1.213872 15.649171 -0.333932</w:t>
        <w:br/>
        <w:t>v -1.149229 15.583710 -0.258649</w:t>
        <w:br/>
        <w:t>v -1.151015 15.568227 -0.271050</w:t>
        <w:br/>
        <w:t>v -1.203647 15.631463 -0.355488</w:t>
        <w:br/>
        <w:t>v -1.203647 15.631463 -0.355488</w:t>
        <w:br/>
        <w:t>v -1.151015 15.568227 -0.271050</w:t>
        <w:br/>
        <w:t>v -1.078788 15.525656 -0.217197</w:t>
        <w:br/>
        <w:t>v -1.080901 15.541075 -0.202684</w:t>
        <w:br/>
        <w:t>v -1.078788 15.525656 -0.217197</w:t>
        <w:br/>
        <w:t>v -1.031274 15.535049 -0.187064</w:t>
        <w:br/>
        <w:t>v -1.026709 15.523229 -0.200119</w:t>
        <w:br/>
        <w:t>v -1.214488 15.976309 -0.534915</w:t>
        <w:br/>
        <w:t>v -1.139268 15.757568 -0.425953</w:t>
        <w:br/>
        <w:t>v -0.985899 15.767955 -0.340144</w:t>
        <w:br/>
        <w:t>v -1.026709 15.523229 -0.200119</w:t>
        <w:br/>
        <w:t>v -1.375856 15.894965 -0.565727</w:t>
        <w:br/>
        <w:t>v -1.282011 15.749984 -0.447069</w:t>
        <w:br/>
        <w:t>v -1.382597 15.767462 0.643384</w:t>
        <w:br/>
        <w:t>v -1.495659 16.085548 -0.643374</w:t>
        <w:br/>
        <w:t>v -1.592925 16.428082 -0.623138</w:t>
        <w:br/>
        <w:t>v -1.625258 16.870682 0.334282</w:t>
        <w:br/>
        <w:t>v -1.592356 16.308737 0.782895</w:t>
        <w:br/>
        <w:t>v -0.614019 11.641065 -1.740793</w:t>
        <w:br/>
        <w:t>v -0.375457 11.635844 -1.854799</w:t>
        <w:br/>
        <w:t>v -0.707815 11.168177 -2.148408</w:t>
        <w:br/>
        <w:t>v -0.794466 11.645022 -1.582128</w:t>
        <w:br/>
        <w:t>v -0.936052 11.063579 -2.072974</w:t>
        <w:br/>
        <w:t>v -1.032992 11.001564 -2.034666</w:t>
        <w:br/>
        <w:t>v -0.794466 11.645022 -1.582128</w:t>
        <w:br/>
        <w:t>v -1.032992 11.001564 -2.034666</w:t>
        <w:br/>
        <w:t>v -1.041456 10.906499 -2.014405</w:t>
        <w:br/>
        <w:t>v -0.382313 10.402122 -2.507529</w:t>
        <w:br/>
        <w:t>v -0.389972 10.193593 -2.440182</w:t>
        <w:br/>
        <w:t>v -0.347249 10.891192 -2.017287</w:t>
        <w:br/>
        <w:t>v -0.342193 10.892312 -2.175008</w:t>
        <w:br/>
        <w:t>v -0.146338 13.123083 -0.525440</w:t>
        <w:br/>
        <w:t>v -0.230198 12.370999 -1.100097</w:t>
        <w:br/>
        <w:t>v -0.264796 12.371842 -0.999008</w:t>
        <w:br/>
        <w:t>v -0.165592 13.104782 -0.509946</w:t>
        <w:br/>
        <w:t>v 0.006982 13.189887 -0.555939</w:t>
        <w:br/>
        <w:t>v -0.082048 12.367441 -1.279261</w:t>
        <w:br/>
        <w:t>v -0.309694 12.372909 -1.184082</w:t>
        <w:br/>
        <w:t>v -0.143206 13.175890 -0.529917</w:t>
        <w:br/>
        <w:t>v -0.932127 12.387877 -1.128053</w:t>
        <w:br/>
        <w:t>v -1.287550 11.930120 -1.417300</w:t>
        <w:br/>
        <w:t>v -1.083007 11.874455 -1.629728</w:t>
        <w:br/>
        <w:t>v -0.630381 12.387574 -1.273689</w:t>
        <w:br/>
        <w:t>v -0.532223 10.900224 -2.315096</w:t>
        <w:br/>
        <w:t>v -0.760096 10.907971 -2.196072</w:t>
        <w:br/>
        <w:t>v -0.629842 10.645503 -2.530795</w:t>
        <w:br/>
        <w:t>v -0.342193 10.892312 -2.175008</w:t>
        <w:br/>
        <w:t>v -0.484044 10.539810 -2.545925</w:t>
        <w:br/>
        <w:t>v -0.887696 10.753030 -2.232443</w:t>
        <w:br/>
        <w:t>v -0.775603 10.708847 -2.395045</w:t>
        <w:br/>
        <w:t>v -0.933411 10.929162 -2.015588</w:t>
        <w:br/>
        <w:t>v -0.986899 10.816214 -2.078696</w:t>
        <w:br/>
        <w:t>v -0.264669 13.155140 -0.503381</w:t>
        <w:br/>
        <w:t>v -0.561122 12.378960 -1.080565</w:t>
        <w:br/>
        <w:t>v -0.442866 12.376118 -1.086187</w:t>
        <w:br/>
        <w:t>v -0.216099 13.135546 -0.510286</w:t>
        <w:br/>
        <w:t>v -0.264669 13.155140 -0.503381</w:t>
        <w:br/>
        <w:t>v -0.561122 12.378960 -1.080565</w:t>
        <w:br/>
        <w:t>v -0.324144 12.373262 -1.163696</w:t>
        <w:br/>
        <w:t>v -0.619025 11.641174 -1.600817</w:t>
        <w:br/>
        <w:t>v -0.428266 11.637001 -1.750049</w:t>
        <w:br/>
        <w:t>v -0.676565 9.770498 -2.445251</w:t>
        <w:br/>
        <w:t>v -0.399366 10.892842 -1.925001</w:t>
        <w:br/>
        <w:t>v -0.465758 10.000911 -2.424877</w:t>
        <w:br/>
        <w:t>v -0.287284 11.633906 -1.659537</w:t>
        <w:br/>
        <w:t>v -0.195614 11.466113 -2.203166</w:t>
        <w:br/>
        <w:t>v -0.293031 11.374281 -2.208473</w:t>
        <w:br/>
        <w:t>v -0.151104 13.192416 -0.551587</w:t>
        <w:br/>
        <w:t>v -0.308108 13.170835 -0.539387</w:t>
        <w:br/>
        <w:t>v -0.477855 11.263696 -2.191482</w:t>
        <w:br/>
        <w:t>v -0.343337 11.634963 -1.510330</w:t>
        <w:br/>
        <w:t>v -0.164701 11.631215 -2.059618</w:t>
        <w:br/>
        <w:t>v -0.082048 12.367441 -1.279261</w:t>
        <w:br/>
        <w:t>v -0.276128 11.645113 -2.137793</w:t>
        <w:br/>
        <w:t>v -0.407463 12.375261 -0.997108</w:t>
        <w:br/>
        <w:t>v -0.257362 13.073693 -0.508387</w:t>
        <w:br/>
        <w:t>v -0.164701 11.631215 -2.059618</w:t>
        <w:br/>
        <w:t>v -0.163731 13.126553 -0.526824</w:t>
        <w:br/>
        <w:t>v -0.230198 12.370999 -1.100097</w:t>
        <w:br/>
        <w:t>v -0.146338 13.123083 -0.525440</w:t>
        <w:br/>
        <w:t>v -0.794466 11.645022 -1.582128</w:t>
        <w:br/>
        <w:t>v -0.514791 11.733589 -2.055128</w:t>
        <w:br/>
        <w:t>v -0.312863 12.401360 -1.361901</w:t>
        <w:br/>
        <w:t>v -0.802942 11.807072 -1.867122</w:t>
        <w:br/>
        <w:t>v -0.525922 11.639139 -1.458338</w:t>
        <w:br/>
        <w:t>v -0.287284 11.633906 -1.659537</w:t>
        <w:br/>
        <w:t>v -0.179592 11.533448 -2.185597</w:t>
        <w:br/>
        <w:t>v -1.041456 10.906499 -2.014405</w:t>
        <w:br/>
        <w:t>v -0.947637 9.540561 -2.487269</w:t>
        <w:br/>
        <w:t>v -0.658415 10.901041 -1.852510</w:t>
        <w:br/>
        <w:t>v 0.006982 13.189887 -0.555939</w:t>
        <w:br/>
        <w:t>v -0.179592 11.533448 -2.185597</w:t>
        <w:br/>
        <w:t>v -1.032992 11.001564 -2.034666</w:t>
        <w:br/>
        <w:t>v -0.936052 11.063579 -2.072974</w:t>
        <w:br/>
        <w:t>v -0.938593 11.060308 -2.083174</w:t>
        <w:br/>
        <w:t>v -1.035557 10.996142 -2.043747</w:t>
        <w:br/>
        <w:t>v -1.041456 10.906499 -2.014405</w:t>
        <w:br/>
        <w:t>v -1.045744 10.899180 -2.027799</w:t>
        <w:br/>
        <w:t>v -0.389972 10.193593 -2.440182</w:t>
        <w:br/>
        <w:t>v -0.382313 10.402122 -2.507529</w:t>
        <w:br/>
        <w:t>v -0.396449 10.389998 -2.524444</w:t>
        <w:br/>
        <w:t>v -0.398449 10.191795 -2.457098</w:t>
        <w:br/>
        <w:t>v -1.287550 11.930120 -1.417300</w:t>
        <w:br/>
        <w:t>v -0.932127 12.387877 -1.128053</w:t>
        <w:br/>
        <w:t>v -0.942477 12.382757 -1.108534</w:t>
        <w:br/>
        <w:t>v -1.307094 11.913631 -1.404900</w:t>
        <w:br/>
        <w:t>v -1.089962 11.852838 -1.630080</w:t>
        <w:br/>
        <w:t>v -1.083007 11.874455 -1.629728</w:t>
        <w:br/>
        <w:t>v -1.287550 11.930120 -1.417300</w:t>
        <w:br/>
        <w:t>v -1.307094 11.913631 -1.404900</w:t>
        <w:br/>
        <w:t>v -0.775603 10.708847 -2.395045</w:t>
        <w:br/>
        <w:t>v -0.887696 10.753030 -2.232443</w:t>
        <w:br/>
        <w:t>v -0.892513 10.737836 -2.241348</w:t>
        <w:br/>
        <w:t>v -0.779979 10.693153 -2.403634</w:t>
        <w:br/>
        <w:t>v -0.707815 11.168177 -2.148408</w:t>
        <w:br/>
        <w:t>v -0.711060 11.165109 -2.160306</w:t>
        <w:br/>
        <w:t>v -0.986899 10.816214 -2.078696</w:t>
        <w:br/>
        <w:t>v -0.994986 10.805446 -2.084481</w:t>
        <w:br/>
        <w:t>v -0.484044 10.539810 -2.545925</w:t>
        <w:br/>
        <w:t>v -0.498745 10.523058 -2.549421</w:t>
        <w:br/>
        <w:t>v -0.676565 9.770498 -2.445251</w:t>
        <w:br/>
        <w:t>v -0.465758 10.000911 -2.424877</w:t>
        <w:br/>
        <w:t>v -0.464865 9.993577 -2.441880</w:t>
        <w:br/>
        <w:t>v -0.670704 9.766787 -2.462041</w:t>
        <w:br/>
        <w:t>v -0.293031 11.374281 -2.208473</w:t>
        <w:br/>
        <w:t>v -0.195614 11.466113 -2.203166</w:t>
        <w:br/>
        <w:t>v -0.204657 11.464807 -2.210862</w:t>
        <w:br/>
        <w:t>v -0.295006 11.369112 -2.221238</w:t>
        <w:br/>
        <w:t>v -0.477855 11.263696 -2.191482</w:t>
        <w:br/>
        <w:t>v -0.480358 11.258980 -2.203682</w:t>
        <w:br/>
        <w:t>v -0.257362 13.073693 -0.508387</w:t>
        <w:br/>
        <w:t>v -0.407463 12.375261 -0.997108</w:t>
        <w:br/>
        <w:t>v -0.427108 12.383814 -1.004516</w:t>
        <w:br/>
        <w:t>v -0.274806 13.092546 -0.508890</w:t>
        <w:br/>
        <w:t>v -0.289610 11.627795 -2.143251</w:t>
        <w:br/>
        <w:t>v -0.276128 11.645113 -2.137793</w:t>
        <w:br/>
        <w:t>v -0.514791 11.733589 -2.055128</w:t>
        <w:br/>
        <w:t>v -0.522086 11.712360 -2.057932</w:t>
        <w:br/>
        <w:t>v -0.525922 11.639139 -1.458338</w:t>
        <w:br/>
        <w:t>v -0.546333 11.646559 -1.464891</w:t>
        <w:br/>
        <w:t>v -0.194922 11.530064 -2.192539</w:t>
        <w:br/>
        <w:t>v -0.179592 11.533448 -2.185597</w:t>
        <w:br/>
        <w:t>v -1.041456 10.906499 -2.014405</w:t>
        <w:br/>
        <w:t>v -1.045744 10.899180 -2.027799</w:t>
        <w:br/>
        <w:t>v -0.679405 10.907856 -1.857754</w:t>
        <w:br/>
        <w:t>v -0.658415 10.901041 -1.852510</w:t>
        <w:br/>
        <w:t>v -0.947637 9.540561 -2.487269</w:t>
        <w:br/>
        <w:t>v -0.978412 9.501901 -2.513693</w:t>
        <w:br/>
        <w:t>v -0.947637 9.540561 -2.487269</w:t>
        <w:br/>
        <w:t>v -0.978412 9.501901 -2.513693</w:t>
        <w:br/>
        <w:t>v -0.802942 11.807072 -1.867122</w:t>
        <w:br/>
        <w:t>v -0.808778 11.785215 -1.869234</w:t>
        <w:br/>
        <w:t>v -0.308108 13.170835 -0.539387</w:t>
        <w:br/>
        <w:t>v -0.315101 13.172328 -0.515479</w:t>
        <w:br/>
        <w:t>v -0.629842 10.645503 -2.530795</w:t>
        <w:br/>
        <w:t>v -0.635703 10.626336 -2.533348</w:t>
        <w:br/>
        <w:t>v -0.195614 11.466113 -2.203166</w:t>
        <w:br/>
        <w:t>v -0.204657 11.464807 -2.210862</w:t>
        <w:br/>
        <w:t>v 1.009919 16.542141 0.547980</w:t>
        <w:br/>
        <w:t>v 1.384786 16.574102 0.605807</w:t>
        <w:br/>
        <w:t>v 1.397261 16.517897 0.549879</w:t>
        <w:br/>
        <w:t>v 1.592369 16.308733 0.782896</w:t>
        <w:br/>
        <w:t>v 1.601389 16.401056 0.758309</w:t>
        <w:br/>
        <w:t>v 1.614544 16.387070 0.748072</w:t>
        <w:br/>
        <w:t>v 1.605540 16.305676 0.763918</w:t>
        <w:br/>
        <w:t>v 1.603779 16.443451 0.707575</w:t>
        <w:br/>
        <w:t>v 1.612872 16.427582 0.704934</w:t>
        <w:br/>
        <w:t>v 1.605112 16.425831 0.668349</w:t>
        <w:br/>
        <w:t>v 1.598233 16.440132 0.661445</w:t>
        <w:br/>
        <w:t>v 1.576350 16.413607 0.626269</w:t>
        <w:br/>
        <w:t>v 1.584336 16.400167 0.626935</w:t>
        <w:br/>
        <w:t>v 1.376573 16.480427 0.652189</w:t>
        <w:br/>
        <w:t>v 1.355092 16.333220 0.708694</w:t>
        <w:br/>
        <w:t>v 1.041046 16.357483 0.623891</w:t>
        <w:br/>
        <w:t>v 1.009919 16.542141 0.547980</w:t>
        <w:br/>
        <w:t>v 1.603779 16.443451 0.707575</w:t>
        <w:br/>
        <w:t>v 1.078209 16.178684 0.651308</w:t>
        <w:br/>
        <w:t>v 1.344767 16.168093 0.703211</w:t>
        <w:br/>
        <w:t>v 1.559562 16.210421 0.761629</w:t>
        <w:br/>
        <w:t>v 1.376573 16.480427 0.652189</w:t>
        <w:br/>
        <w:t>v 0.944120 16.697502 0.422329</w:t>
        <w:br/>
        <w:t>v 1.339335 16.781445 0.501700</w:t>
        <w:br/>
        <w:t>v 1.384786 16.574102 0.605807</w:t>
        <w:br/>
        <w:t>v 1.327350 16.847271 0.319618</w:t>
        <w:br/>
        <w:t>v 0.912666 16.796162 0.255755</w:t>
        <w:br/>
        <w:t>v 1.672963 16.813160 0.554257</w:t>
        <w:br/>
        <w:t>v 1.647785 16.875656 0.436491</w:t>
        <w:br/>
        <w:t>v 1.659795 16.582687 0.641625</w:t>
        <w:br/>
        <w:t>v 1.667215 16.693562 0.619541</w:t>
        <w:br/>
        <w:t>v 1.659795 16.582687 0.641625</w:t>
        <w:br/>
        <w:t>v 1.647948 16.565254 0.607467</w:t>
        <w:br/>
        <w:t>v 1.684231 16.694542 0.605279</w:t>
        <w:br/>
        <w:t>v 1.673730 16.589104 0.633337</w:t>
        <w:br/>
        <w:t>v 1.688381 16.803127 0.543076</w:t>
        <w:br/>
        <w:t>v 1.665312 16.576057 0.608159</w:t>
        <w:br/>
        <w:t>v 1.673730 16.589104 0.633337</w:t>
        <w:br/>
        <w:t>v 1.627515 16.601955 0.548698</w:t>
        <w:br/>
        <w:t>v 1.609552 16.590118 0.554017</w:t>
        <w:br/>
        <w:t>v 1.609552 16.590118 0.554017</w:t>
        <w:br/>
        <w:t>v 1.573432 16.496979 0.542887</w:t>
        <w:br/>
        <w:t>v 1.581192 16.493065 0.528651</w:t>
        <w:br/>
        <w:t>v 1.627515 16.601955 0.548698</w:t>
        <w:br/>
        <w:t>v 1.384786 16.574102 0.605807</w:t>
        <w:br/>
        <w:t>v 1.576350 16.413607 0.626269</w:t>
        <w:br/>
        <w:t>v 1.573432 16.496979 0.542887</w:t>
        <w:br/>
        <w:t>v 1.584336 16.400167 0.626935</w:t>
        <w:br/>
        <w:t>v 1.397261 16.517897 0.549879</w:t>
        <w:br/>
        <w:t>v 1.291669 15.833621 0.659507</w:t>
        <w:br/>
        <w:t>v 1.301478 15.826591 0.614257</w:t>
        <w:br/>
        <w:t>v 1.167539 15.848866 0.610043</w:t>
        <w:br/>
        <w:t>v 1.414453 15.867641 0.650125</w:t>
        <w:br/>
        <w:t>v 1.412792 15.825007 0.610597</w:t>
        <w:br/>
        <w:t>v 1.414453 15.867641 0.650125</w:t>
        <w:br/>
        <w:t>v 1.415912 15.881225 0.656099</w:t>
        <w:br/>
        <w:t>v 1.416201 15.829473 0.597832</w:t>
        <w:br/>
        <w:t>v 1.412792 15.825007 0.610597</w:t>
        <w:br/>
        <w:t>v 1.412893 15.838150 0.661154</w:t>
        <w:br/>
        <w:t>v 1.414968 15.848714 0.672247</w:t>
        <w:br/>
        <w:t>v 1.412893 15.838150 0.661154</w:t>
        <w:br/>
        <w:t>v 1.414453 15.867641 0.650125</w:t>
        <w:br/>
        <w:t>v 1.291669 15.833621 0.659507</w:t>
        <w:br/>
        <w:t>v 1.415483 15.822906 0.681742</w:t>
        <w:br/>
        <w:t>v 1.415483 15.822906 0.681742</w:t>
        <w:br/>
        <w:t>v 1.439982 15.874935 0.731507</w:t>
        <w:br/>
        <w:t>v 1.127861 16.015829 0.648565</w:t>
        <w:br/>
        <w:t>v 1.280287 15.981523 0.733545</w:t>
        <w:br/>
        <w:t>v 1.288462 16.127947 0.705110</w:t>
        <w:br/>
        <w:t>v 1.469462 15.951663 0.756145</w:t>
        <w:br/>
        <w:t>v 1.488314 16.030153 0.772859</w:t>
        <w:br/>
        <w:t>v 1.497058 16.019426 0.756950</w:t>
        <w:br/>
        <w:t>v 1.482789 15.952822 0.738575</w:t>
        <w:br/>
        <w:t>v 1.491459 16.076723 0.743242</w:t>
        <w:br/>
        <w:t>v 1.500132 16.062096 0.741682</w:t>
        <w:br/>
        <w:t>v 1.457175 15.875904 0.719421</w:t>
        <w:br/>
        <w:t>v 1.288462 16.127947 0.705110</w:t>
        <w:br/>
        <w:t>v 1.483623 16.084005 0.703047</w:t>
        <w:br/>
        <w:t>v 1.491459 16.076723 0.743242</w:t>
        <w:br/>
        <w:t>v 1.434241 15.835496 0.685729</w:t>
        <w:br/>
        <w:t>v 1.434241 15.835496 0.685729</w:t>
        <w:br/>
        <w:t>v 1.301478 15.826591 0.614257</w:t>
        <w:br/>
        <w:t>v 1.412792 15.825007 0.610597</w:t>
        <w:br/>
        <w:t>v 1.387111 15.759420 0.610459</w:t>
        <w:br/>
        <w:t>v 1.271622 15.796785 0.625223</w:t>
        <w:br/>
        <w:t>v 1.387111 15.759420 0.610459</w:t>
        <w:br/>
        <w:t>v 1.388733 15.773670 0.633297</w:t>
        <w:br/>
        <w:t>v 1.271622 15.796785 0.625223</w:t>
        <w:br/>
        <w:t>v 1.249889 15.710738 0.598901</w:t>
        <w:br/>
        <w:t>v 1.358738 15.730294 0.636278</w:t>
        <w:br/>
        <w:t>v 1.303301 15.665878 0.594625</w:t>
        <w:br/>
        <w:t>v 1.358738 15.730294 0.636278</w:t>
        <w:br/>
        <w:t>v 1.382608 15.767457 0.643384</w:t>
        <w:br/>
        <w:t>v 1.386256 15.758857 0.633662</w:t>
        <w:br/>
        <w:t>v 1.366221 15.729768 0.619689</w:t>
        <w:br/>
        <w:t>v 1.303301 15.665878 0.594625</w:t>
        <w:br/>
        <w:t>v 1.309797 15.667063 0.578590</w:t>
        <w:br/>
        <w:t>v 1.233540 15.636311 0.536961</w:t>
        <w:br/>
        <w:t>v 1.207720 15.637707 0.523970</w:t>
        <w:br/>
        <w:t>v 1.388733 15.773670 0.633297</w:t>
        <w:br/>
        <w:t>v 1.390469 15.766463 0.631662</w:t>
        <w:br/>
        <w:t>v 1.388733 15.773670 0.633297</w:t>
        <w:br/>
        <w:t>v 1.382608 15.767457 0.643384</w:t>
        <w:br/>
        <w:t>v 1.271622 15.796785 0.625223</w:t>
        <w:br/>
        <w:t>v 1.387111 15.759420 0.610459</w:t>
        <w:br/>
        <w:t>v 1.383023 15.753346 0.606497</w:t>
        <w:br/>
        <w:t>v 1.180681 15.741412 0.574075</w:t>
        <w:br/>
        <w:t>v 1.167539 15.848866 0.610043</w:t>
        <w:br/>
        <w:t>v 1.316484 16.874008 -0.167128</w:t>
        <w:br/>
        <w:t>v 0.905611 16.766052 -0.123840</w:t>
        <w:br/>
        <w:t>v 1.335385 16.789558 -0.165393</w:t>
        <w:br/>
        <w:t>v 1.595341 16.855671 -0.139724</w:t>
        <w:br/>
        <w:t>v 1.586135 16.783569 -0.184685</w:t>
        <w:br/>
        <w:t>v 1.595341 16.855671 -0.139724</w:t>
        <w:br/>
        <w:t>v 1.604685 16.876713 -0.201801</w:t>
        <w:br/>
        <w:t>v 1.316484 16.874008 -0.167128</w:t>
        <w:br/>
        <w:t>v 1.616595 16.886948 -0.194884</w:t>
        <w:br/>
        <w:t>v 1.606584 16.861858 -0.128569</w:t>
        <w:br/>
        <w:t>v 1.604685 16.876713 -0.201801</w:t>
        <w:br/>
        <w:t>v 1.603993 16.913887 -0.205587</w:t>
        <w:br/>
        <w:t>v 1.603076 16.982502 -0.120683</w:t>
        <w:br/>
        <w:t>v 1.312358 16.951439 0.064694</w:t>
        <w:br/>
        <w:t>v 1.316484 16.874008 -0.167128</w:t>
        <w:br/>
        <w:t>v 1.603993 16.913887 -0.205587</w:t>
        <w:br/>
        <w:t>v 1.616142 16.914238 -0.194155</w:t>
        <w:br/>
        <w:t>v 1.616872 16.969337 -0.110207</w:t>
        <w:br/>
        <w:t>v 1.594448 16.770565 -0.178372</w:t>
        <w:br/>
        <w:t>v 1.606584 16.861858 -0.128569</w:t>
        <w:br/>
        <w:t>v 1.335385 16.789558 -0.165393</w:t>
        <w:br/>
        <w:t>v 0.905611 16.766052 -0.123840</w:t>
        <w:br/>
        <w:t>v 1.316307 16.829800 -0.242285</w:t>
        <w:br/>
        <w:t>v 1.626493 16.821198 -0.274229</w:t>
        <w:br/>
        <w:t>v 1.607389 16.778088 -0.263099</w:t>
        <w:br/>
        <w:t>v 1.586135 16.783569 -0.184685</w:t>
        <w:br/>
        <w:t>v 1.607389 16.778088 -0.263099</w:t>
        <w:br/>
        <w:t>v 1.617740 16.768833 -0.273852</w:t>
        <w:br/>
        <w:t>v 1.636956 16.815590 -0.288868</w:t>
        <w:br/>
        <w:t>v 1.638038 16.857708 -0.304362</w:t>
        <w:br/>
        <w:t>v 1.649281 16.845055 -0.311757</w:t>
        <w:br/>
        <w:t>v 1.654400 16.840691 -0.412482</w:t>
        <w:br/>
        <w:t>v 1.668687 16.827019 -0.405791</w:t>
        <w:br/>
        <w:t>v 1.638038 16.857708 -0.304362</w:t>
        <w:br/>
        <w:t>v 1.316307 16.829800 -0.242285</w:t>
        <w:br/>
        <w:t>v 0.915269 16.626705 -0.273374</w:t>
        <w:br/>
        <w:t>v 1.306862 16.719833 -0.426027</w:t>
        <w:br/>
        <w:t>v 0.937643 16.476429 -0.379683</w:t>
        <w:br/>
        <w:t>v 1.320218 16.517769 -0.501473</w:t>
        <w:br/>
        <w:t>v 1.648501 16.625534 -0.608750</w:t>
        <w:br/>
        <w:t>v 1.666071 16.746937 -0.525620</w:t>
        <w:br/>
        <w:t>v 1.320218 16.517769 -0.501473</w:t>
        <w:br/>
        <w:t>v 1.630781 16.492439 -0.541529</w:t>
        <w:br/>
        <w:t>v 1.641898 16.521137 -0.590703</w:t>
        <w:br/>
        <w:t>v 1.655519 16.531212 -0.582239</w:t>
        <w:br/>
        <w:t>v 1.664712 16.626480 -0.595029</w:t>
        <w:br/>
        <w:t>v 1.648501 16.625534 -0.608750</w:t>
        <w:br/>
        <w:t>v 1.641898 16.521137 -0.590703</w:t>
        <w:br/>
        <w:t>v 1.643760 16.506485 -0.544221</w:t>
        <w:br/>
        <w:t>v 1.602610 16.516609 -0.493223</w:t>
        <w:br/>
        <w:t>v 1.681754 16.738533 -0.518526</w:t>
        <w:br/>
        <w:t>v 0.885690 16.817436 0.067624</w:t>
        <w:br/>
        <w:t>v 1.617853 16.973625 0.194810</w:t>
        <w:br/>
        <w:t>v 1.330871 16.868423 0.262798</w:t>
        <w:br/>
        <w:t>v 1.630792 16.901474 0.256472</w:t>
        <w:br/>
        <w:t>v 1.617752 16.900391 0.268042</w:t>
        <w:br/>
        <w:t>v 1.634558 16.961571 0.190949</w:t>
        <w:br/>
        <w:t>v 1.610320 17.010227 0.037315</w:t>
        <w:br/>
        <w:t>v 1.625874 16.994781 0.035806</w:t>
        <w:br/>
        <w:t>v 1.248456 16.058903 -0.572556</w:t>
        <w:br/>
        <w:t>v 1.273584 16.258705 -0.611819</w:t>
        <w:br/>
        <w:t>v 0.958633 16.248081 -0.452740</w:t>
        <w:br/>
        <w:t>v 0.968454 16.004274 -0.450766</w:t>
        <w:br/>
        <w:t>v 1.541236 16.165840 -0.693403</w:t>
        <w:br/>
        <w:t>v 1.580311 16.255672 -0.711613</w:t>
        <w:br/>
        <w:t>v 1.563899 16.258343 -0.726517</w:t>
        <w:br/>
        <w:t>v 1.527704 16.161667 -0.707639</w:t>
        <w:br/>
        <w:t>v 1.589945 16.341423 -0.686297</w:t>
        <w:br/>
        <w:t>v 1.603829 16.336716 -0.678135</w:t>
        <w:br/>
        <w:t>v 1.302297 16.453312 -0.534336</w:t>
        <w:br/>
        <w:t>v 1.592938 16.428074 -0.623138</w:t>
        <w:br/>
        <w:t>v 1.580236 16.418537 -0.571939</w:t>
        <w:br/>
        <w:t>v 1.302297 16.453312 -0.534336</w:t>
        <w:br/>
        <w:t>v 1.602018 16.410530 -0.620937</w:t>
        <w:br/>
        <w:t>v 1.587165 16.406700 -0.579322</w:t>
        <w:br/>
        <w:t>v 1.562692 16.373478 -0.531141</w:t>
        <w:br/>
        <w:t>v 1.554958 16.387753 -0.527783</w:t>
        <w:br/>
        <w:t>v 1.602610 16.516609 -0.493223</w:t>
        <w:br/>
        <w:t>v 1.569936 16.442722 -0.465932</w:t>
        <w:br/>
        <w:t>v 1.578739 16.436523 -0.453545</w:t>
        <w:br/>
        <w:t>v 1.614532 16.527576 -0.490419</w:t>
        <w:br/>
        <w:t>v 1.614532 16.527576 -0.490419</w:t>
        <w:br/>
        <w:t>v 1.554958 16.387753 -0.527783</w:t>
        <w:br/>
        <w:t>v 1.562692 16.373478 -0.531141</w:t>
        <w:br/>
        <w:t>v 1.324796 16.465248 -0.442138</w:t>
        <w:br/>
        <w:t>v 1.569936 16.442722 -0.465932</w:t>
        <w:br/>
        <w:t>v 0.937643 16.476429 -0.379683</w:t>
        <w:br/>
        <w:t>v 0.937643 16.476429 -0.379683</w:t>
        <w:br/>
        <w:t>v 1.324796 16.465248 -0.442138</w:t>
        <w:br/>
        <w:t>v 1.576349 16.216509 0.747329</w:t>
        <w:br/>
        <w:t>v 1.559562 16.210421 0.761629</w:t>
        <w:br/>
        <w:t>v 1.536136 16.153389 0.717938</w:t>
        <w:br/>
        <w:t>v 1.520170 16.142109 0.722566</w:t>
        <w:br/>
        <w:t>v 1.520120 16.166546 0.685050</w:t>
        <w:br/>
        <w:t>v 1.520170 16.142109 0.722566</w:t>
        <w:br/>
        <w:t>v 1.536136 16.153389 0.717938</w:t>
        <w:br/>
        <w:t>v 1.528421 16.172756 0.694206</w:t>
        <w:br/>
        <w:t>v 1.523793 16.202551 0.668424</w:t>
        <w:br/>
        <w:t>v 1.530433 16.212942 0.668223</w:t>
        <w:br/>
        <w:t>v 1.344767 16.168093 0.703211</w:t>
        <w:br/>
        <w:t>v 1.489610 16.127396 0.623665</w:t>
        <w:br/>
        <w:t>v 1.338592 16.147518 0.645296</w:t>
        <w:br/>
        <w:t>v 1.523793 16.202551 0.668424</w:t>
        <w:br/>
        <w:t>v 1.338592 16.147518 0.645296</w:t>
        <w:br/>
        <w:t>v 1.489610 16.127396 0.623665</w:t>
        <w:br/>
        <w:t>v 1.470644 16.043661 0.662224</w:t>
        <w:br/>
        <w:t>v 1.078209 16.178684 0.651308</w:t>
        <w:br/>
        <w:t>v 1.470644 16.043661 0.662224</w:t>
        <w:br/>
        <w:t>v 1.078209 16.178684 0.651308</w:t>
        <w:br/>
        <w:t>v 1.493533 16.129107 0.606473</w:t>
        <w:br/>
        <w:t>v 1.468469 16.035309 0.662061</w:t>
        <w:br/>
        <w:t>v 1.470644 16.043661 0.662224</w:t>
        <w:br/>
        <w:t>v 1.489610 16.127396 0.623665</w:t>
        <w:br/>
        <w:t>v 1.489635 16.069895 0.712693</w:t>
        <w:br/>
        <w:t>v 1.483623 16.084005 0.703047</w:t>
        <w:br/>
        <w:t>v 1.330871 16.868423 0.262798</w:t>
        <w:br/>
        <w:t>v 1.341913 16.791027 0.252573</w:t>
        <w:br/>
        <w:t>v 0.912666 16.796162 0.255755</w:t>
        <w:br/>
        <w:t>v 1.587871 16.847687 0.193489</w:t>
        <w:br/>
        <w:t>v 1.580325 16.775284 0.245191</w:t>
        <w:br/>
        <w:t>v 1.596485 16.852402 0.181830</w:t>
        <w:br/>
        <w:t>v 1.587242 16.760857 0.238236</w:t>
        <w:br/>
        <w:t>v 1.619135 16.829697 0.331553</w:t>
        <w:br/>
        <w:t>v 1.608622 16.829350 0.316562</w:t>
        <w:br/>
        <w:t>v 1.592499 16.787529 0.338747</w:t>
        <w:br/>
        <w:t>v 1.602031 16.781807 0.350003</w:t>
        <w:br/>
        <w:t>v 1.327350 16.847271 0.319618</w:t>
        <w:br/>
        <w:t>v 1.608622 16.829350 0.316562</w:t>
        <w:br/>
        <w:t>v 1.625273 16.870674 0.334282</w:t>
        <w:br/>
        <w:t>v 1.341913 16.791027 0.252573</w:t>
        <w:br/>
        <w:t>v 1.580325 16.775284 0.245191</w:t>
        <w:br/>
        <w:t>v 1.592499 16.787529 0.338747</w:t>
        <w:br/>
        <w:t>v 0.912666 16.796162 0.255755</w:t>
        <w:br/>
        <w:t>v 1.636214 16.861355 0.342168</w:t>
        <w:br/>
        <w:t>v 1.660751 16.864498 0.430681</w:t>
        <w:br/>
        <w:t>v 1.602031 16.781807 0.350003</w:t>
        <w:br/>
        <w:t>v 1.587871 16.847687 0.193489</w:t>
        <w:br/>
        <w:t>v 1.604006 16.857723 0.233759</w:t>
        <w:br/>
        <w:t>v 1.621274 16.865406 0.227672</w:t>
        <w:br/>
        <w:t>v 1.596485 16.852402 0.181830</w:t>
        <w:br/>
        <w:t>v 1.617752 16.900391 0.268042</w:t>
        <w:br/>
        <w:t>v 1.630792 16.901474 0.256472</w:t>
        <w:br/>
        <w:t>v 1.197018 15.652823 0.523442</w:t>
        <w:br/>
        <w:t>v 1.197018 15.652823 0.523442</w:t>
        <w:br/>
        <w:t>v 1.207720 15.637707 0.523970</w:t>
        <w:br/>
        <w:t>v 1.213920 15.640275 0.509711</w:t>
        <w:br/>
        <w:t>v 1.203834 15.669651 0.519983</w:t>
        <w:br/>
        <w:t>v 1.238447 15.634009 0.526686</w:t>
        <w:br/>
        <w:t>v 1.213920 15.640275 0.509711</w:t>
        <w:br/>
        <w:t>v 1.563899 16.258343 -0.726517</w:t>
        <w:br/>
        <w:t>v 1.527704 16.161667 -0.707639</w:t>
        <w:br/>
        <w:t>v 1.460747 16.086720 -0.586956</w:t>
        <w:br/>
        <w:t>v 1.495672 16.085541 -0.643374</w:t>
        <w:br/>
        <w:t>v 1.248456 16.058903 -0.572556</w:t>
        <w:br/>
        <w:t>v 1.421005 16.105511 -0.536160</w:t>
        <w:br/>
        <w:t>v 1.384521 16.043335 -0.475793</w:t>
        <w:br/>
        <w:t>v 1.234975 16.025261 -0.478623</w:t>
        <w:br/>
        <w:t>v 1.426086 16.121029 -0.536474</w:t>
        <w:br/>
        <w:t>v 1.466494 16.100719 -0.591031</w:t>
        <w:br/>
        <w:t>v 1.460747 16.086720 -0.586956</w:t>
        <w:br/>
        <w:t>v 1.421005 16.105511 -0.536160</w:t>
        <w:br/>
        <w:t>v 1.388772 16.048389 -0.461280</w:t>
        <w:br/>
        <w:t>v 1.362915 15.971133 -0.497689</w:t>
        <w:br/>
        <w:t>v 1.370020 15.957489 -0.495802</w:t>
        <w:br/>
        <w:t>v 1.395815 15.968278 -0.555012</w:t>
        <w:br/>
        <w:t>v 1.370020 15.957489 -0.495802</w:t>
        <w:br/>
        <w:t>v 1.362915 15.971133 -0.497689</w:t>
        <w:br/>
        <w:t>v 1.390998 15.983271 -0.558860</w:t>
        <w:br/>
        <w:t>v 1.234975 16.025261 -0.478623</w:t>
        <w:br/>
        <w:t>v 1.214500 15.976302 -0.534915</w:t>
        <w:br/>
        <w:t>v 1.384521 16.043335 -0.475793</w:t>
        <w:br/>
        <w:t>v 1.390998 15.983271 -0.558860</w:t>
        <w:br/>
        <w:t>v 1.362915 15.971133 -0.497689</w:t>
        <w:br/>
        <w:t>v 1.214500 15.976302 -0.534915</w:t>
        <w:br/>
        <w:t>v 0.968454 16.004274 -0.450766</w:t>
        <w:br/>
        <w:t>v 1.504400 16.102795 -0.638079</w:t>
        <w:br/>
        <w:t>v 1.389753 15.956545 -0.582529</w:t>
        <w:br/>
        <w:t>v 1.389753 15.956545 -0.582529</w:t>
        <w:br/>
        <w:t>v 1.400581 15.949325 -0.569651</w:t>
        <w:br/>
        <w:t>v 1.297529 15.762566 -0.432204</w:t>
        <w:br/>
        <w:t>v 1.390457 15.897424 -0.551176</w:t>
        <w:br/>
        <w:t>v 1.375868 15.894958 -0.565728</w:t>
        <w:br/>
        <w:t>v 1.282022 15.749978 -0.447069</w:t>
        <w:br/>
        <w:t>v 1.213883 15.649163 -0.333932</w:t>
        <w:br/>
        <w:t>v 1.203658 15.631456 -0.355488</w:t>
        <w:br/>
        <w:t>v 1.151026 15.568224 -0.271050</w:t>
        <w:br/>
        <w:t>v 1.149240 15.583705 -0.258649</w:t>
        <w:br/>
        <w:t>v 1.151026 15.568224 -0.271050</w:t>
        <w:br/>
        <w:t>v 1.203658 15.631456 -0.355488</w:t>
        <w:br/>
        <w:t>v 1.078799 15.525652 -0.217197</w:t>
        <w:br/>
        <w:t>v 1.078799 15.525652 -0.217197</w:t>
        <w:br/>
        <w:t>v 1.080912 15.541070 -0.202684</w:t>
        <w:br/>
        <w:t>v 1.026720 15.523226 -0.200119</w:t>
        <w:br/>
        <w:t>v 1.031285 15.535049 -0.187064</w:t>
        <w:br/>
        <w:t>v 0.985910 15.767950 -0.340144</w:t>
        <w:br/>
        <w:t>v 1.139280 15.757561 -0.425953</w:t>
        <w:br/>
        <w:t>v 1.214500 15.976302 -0.534915</w:t>
        <w:br/>
        <w:t>v 1.026720 15.523226 -0.200119</w:t>
        <w:br/>
        <w:t>v 1.375868 15.894958 -0.565728</w:t>
        <w:br/>
        <w:t>v 1.282022 15.749978 -0.447069</w:t>
        <w:br/>
        <w:t>v 1.382608 15.767457 0.643384</w:t>
        <w:br/>
        <w:t>v 1.495672 16.085541 -0.643374</w:t>
        <w:br/>
        <w:t>v 1.592938 16.428074 -0.623138</w:t>
        <w:br/>
        <w:t>v 1.625273 16.870674 0.334282</w:t>
        <w:br/>
        <w:t>v 1.592369 16.308733 0.782896</w:t>
        <w:br/>
        <w:t>v 0.375456 11.635844 -1.854798</w:t>
        <w:br/>
        <w:t>v 0.614018 11.641060 -1.740792</w:t>
        <w:br/>
        <w:t>v 0.707813 11.168176 -2.148407</w:t>
        <w:br/>
        <w:t>v 0.936050 11.063577 -2.072973</w:t>
        <w:br/>
        <w:t>v 0.794465 11.645021 -1.582126</w:t>
        <w:br/>
        <w:t>v 1.032989 11.001562 -2.034665</w:t>
        <w:br/>
        <w:t>v 1.032989 11.001562 -2.034665</w:t>
        <w:br/>
        <w:t>v 0.794465 11.645021 -1.582126</w:t>
        <w:br/>
        <w:t>v 1.041453 10.906496 -2.014404</w:t>
        <w:br/>
        <w:t>v 0.347246 10.891192 -2.017286</w:t>
        <w:br/>
        <w:t>v 0.389967 10.193592 -2.440182</w:t>
        <w:br/>
        <w:t>v 0.382309 10.402122 -2.507529</w:t>
        <w:br/>
        <w:t>v 0.342191 10.892314 -2.175007</w:t>
        <w:br/>
        <w:t>v 0.146341 13.123082 -0.525440</w:t>
        <w:br/>
        <w:t>v 0.165595 13.104781 -0.509946</w:t>
        <w:br/>
        <w:t>v 0.264797 12.371840 -0.999007</w:t>
        <w:br/>
        <w:t>v 0.230200 12.370998 -1.100097</w:t>
        <w:br/>
        <w:t>v 0.309695 12.372910 -1.184082</w:t>
        <w:br/>
        <w:t>v 0.082049 12.367439 -1.279261</w:t>
        <w:br/>
        <w:t>v -0.006978 13.189887 -0.555940</w:t>
        <w:br/>
        <w:t>v 0.143210 13.175889 -0.529917</w:t>
        <w:br/>
        <w:t>v 1.083006 11.874453 -1.629727</w:t>
        <w:br/>
        <w:t>v 1.287549 11.930113 -1.417299</w:t>
        <w:br/>
        <w:t>v 0.932127 12.387874 -1.128052</w:t>
        <w:br/>
        <w:t>v 0.630381 12.387572 -1.273688</w:t>
        <w:br/>
        <w:t>v 0.760093 10.907969 -2.196072</w:t>
        <w:br/>
        <w:t>v 0.532220 10.900222 -2.315096</w:t>
        <w:br/>
        <w:t>v 0.629838 10.645499 -2.530795</w:t>
        <w:br/>
        <w:t>v 0.342191 10.892314 -2.175007</w:t>
        <w:br/>
        <w:t>v 0.484040 10.539807 -2.545924</w:t>
        <w:br/>
        <w:t>v 0.887693 10.753028 -2.232442</w:t>
        <w:br/>
        <w:t>v 0.775599 10.708847 -2.395044</w:t>
        <w:br/>
        <w:t>v 0.986896 10.816210 -2.078695</w:t>
        <w:br/>
        <w:t>v 0.933408 10.929159 -2.015587</w:t>
        <w:br/>
        <w:t>v 0.264673 13.155134 -0.503381</w:t>
        <w:br/>
        <w:t>v 0.216102 13.135542 -0.510285</w:t>
        <w:br/>
        <w:t>v 0.442867 12.376118 -1.086187</w:t>
        <w:br/>
        <w:t>v 0.561123 12.378957 -1.080565</w:t>
        <w:br/>
        <w:t>v 0.264673 13.155134 -0.503381</w:t>
        <w:br/>
        <w:t>v 0.561123 12.378957 -1.080565</w:t>
        <w:br/>
        <w:t>v 0.619024 11.641172 -1.600816</w:t>
        <w:br/>
        <w:t>v 0.324145 12.373260 -1.163695</w:t>
        <w:br/>
        <w:t>v 0.428265 11.636997 -1.750049</w:t>
        <w:br/>
        <w:t>v 0.399363 10.892839 -1.925000</w:t>
        <w:br/>
        <w:t>v 0.676559 9.770495 -2.445251</w:t>
        <w:br/>
        <w:t>v 0.465753 10.000908 -2.424876</w:t>
        <w:br/>
        <w:t>v 0.287283 11.633906 -1.659536</w:t>
        <w:br/>
        <w:t>v 0.195613 11.466113 -2.203165</w:t>
        <w:br/>
        <w:t>v 0.293030 11.374281 -2.208473</w:t>
        <w:br/>
        <w:t>v 0.151108 13.192415 -0.551586</w:t>
        <w:br/>
        <w:t>v 0.308112 13.170832 -0.539387</w:t>
        <w:br/>
        <w:t>v 0.477853 11.263695 -2.191482</w:t>
        <w:br/>
        <w:t>v 0.343336 11.634963 -1.510329</w:t>
        <w:br/>
        <w:t>v 0.082049 12.367439 -1.279261</w:t>
        <w:br/>
        <w:t>v 0.164701 11.631216 -2.059618</w:t>
        <w:br/>
        <w:t>v 0.276128 11.645113 -2.137793</w:t>
        <w:br/>
        <w:t>v 0.257366 13.073692 -0.508386</w:t>
        <w:br/>
        <w:t>v 0.407464 12.375258 -0.997108</w:t>
        <w:br/>
        <w:t>v 0.164701 11.631216 -2.059618</w:t>
        <w:br/>
        <w:t>v 0.163734 13.126551 -0.526823</w:t>
        <w:br/>
        <w:t>v 0.230200 12.370998 -1.100097</w:t>
        <w:br/>
        <w:t>v 0.146341 13.123082 -0.525440</w:t>
        <w:br/>
        <w:t>v 0.794465 11.645021 -1.582126</w:t>
        <w:br/>
        <w:t>v 0.514791 11.733587 -2.055128</w:t>
        <w:br/>
        <w:t>v 0.312864 12.401359 -1.361901</w:t>
        <w:br/>
        <w:t>v 0.802942 11.807069 -1.867121</w:t>
        <w:br/>
        <w:t>v 0.525921 11.639136 -1.458338</w:t>
        <w:br/>
        <w:t>v 0.287283 11.633906 -1.659536</w:t>
        <w:br/>
        <w:t>v 0.179591 11.533448 -2.185596</w:t>
        <w:br/>
        <w:t>v 1.041453 10.906496 -2.014404</w:t>
        <w:br/>
        <w:t>v 0.658412 10.901038 -1.852508</w:t>
        <w:br/>
        <w:t>v 0.947631 9.540559 -2.487268</w:t>
        <w:br/>
        <w:t>v -0.006978 13.189887 -0.555940</w:t>
        <w:br/>
        <w:t>v 0.179591 11.533448 -2.185596</w:t>
        <w:br/>
        <w:t>v 1.032989 11.001562 -2.034665</w:t>
        <w:br/>
        <w:t>v 1.035554 10.996142 -2.043745</w:t>
        <w:br/>
        <w:t>v 0.938590 11.060306 -2.083172</w:t>
        <w:br/>
        <w:t>v 0.936050 11.063577 -2.072973</w:t>
        <w:br/>
        <w:t>v 1.041453 10.906496 -2.014404</w:t>
        <w:br/>
        <w:t>v 1.045741 10.899176 -2.027798</w:t>
        <w:br/>
        <w:t>v 0.389967 10.193592 -2.440182</w:t>
        <w:br/>
        <w:t>v 0.398444 10.191793 -2.457097</w:t>
        <w:br/>
        <w:t>v 0.396445 10.389997 -2.524444</w:t>
        <w:br/>
        <w:t>v 0.382309 10.402122 -2.507529</w:t>
        <w:br/>
        <w:t>v 1.287549 11.930113 -1.417299</w:t>
        <w:br/>
        <w:t>v 1.307093 11.913628 -1.404898</w:t>
        <w:br/>
        <w:t>v 0.942477 12.382755 -1.108533</w:t>
        <w:br/>
        <w:t>v 0.932127 12.387874 -1.128052</w:t>
        <w:br/>
        <w:t>v 1.287549 11.930113 -1.417299</w:t>
        <w:br/>
        <w:t>v 1.083006 11.874453 -1.629727</w:t>
        <w:br/>
        <w:t>v 1.089961 11.852835 -1.630080</w:t>
        <w:br/>
        <w:t>v 1.307093 11.913628 -1.404898</w:t>
        <w:br/>
        <w:t>v 0.775599 10.708847 -2.395044</w:t>
        <w:br/>
        <w:t>v 0.779976 10.693151 -2.403633</w:t>
        <w:br/>
        <w:t>v 0.892510 10.737834 -2.241346</w:t>
        <w:br/>
        <w:t>v 0.887693 10.753028 -2.232442</w:t>
        <w:br/>
        <w:t>v 0.711058 11.165108 -2.160305</w:t>
        <w:br/>
        <w:t>v 0.707813 11.168176 -2.148407</w:t>
        <w:br/>
        <w:t>v 0.994982 10.805445 -2.084480</w:t>
        <w:br/>
        <w:t>v 0.986896 10.816210 -2.078695</w:t>
        <w:br/>
        <w:t>v 0.498742 10.523054 -2.549420</w:t>
        <w:br/>
        <w:t>v 0.484040 10.539807 -2.545924</w:t>
        <w:br/>
        <w:t>v 0.676559 9.770495 -2.445251</w:t>
        <w:br/>
        <w:t>v 0.670698 9.766784 -2.462040</w:t>
        <w:br/>
        <w:t>v 0.464860 9.993575 -2.441880</w:t>
        <w:br/>
        <w:t>v 0.465753 10.000908 -2.424876</w:t>
        <w:br/>
        <w:t>v 0.293030 11.374281 -2.208473</w:t>
        <w:br/>
        <w:t>v 0.295005 11.369112 -2.221238</w:t>
        <w:br/>
        <w:t>v 0.204656 11.464807 -2.210862</w:t>
        <w:br/>
        <w:t>v 0.195613 11.466113 -2.203165</w:t>
        <w:br/>
        <w:t>v 0.477853 11.263695 -2.191482</w:t>
        <w:br/>
        <w:t>v 0.480356 11.258977 -2.203681</w:t>
        <w:br/>
        <w:t>v 0.257366 13.073692 -0.508386</w:t>
        <w:br/>
        <w:t>v 0.274809 13.092542 -0.508889</w:t>
        <w:br/>
        <w:t>v 0.427109 12.383812 -1.004516</w:t>
        <w:br/>
        <w:t>v 0.407464 12.375258 -0.997108</w:t>
        <w:br/>
        <w:t>v 0.514791 11.733587 -2.055128</w:t>
        <w:br/>
        <w:t>v 0.276128 11.645113 -2.137793</w:t>
        <w:br/>
        <w:t>v 0.289610 11.627795 -2.143251</w:t>
        <w:br/>
        <w:t>v 0.522085 11.712357 -2.057932</w:t>
        <w:br/>
        <w:t>v 0.546332 11.646557 -1.464890</w:t>
        <w:br/>
        <w:t>v 0.525921 11.639136 -1.458338</w:t>
        <w:br/>
        <w:t>v 0.179591 11.533448 -2.185596</w:t>
        <w:br/>
        <w:t>v 0.194922 11.530064 -2.192538</w:t>
        <w:br/>
        <w:t>v 1.045741 10.899176 -2.027798</w:t>
        <w:br/>
        <w:t>v 1.041453 10.906496 -2.014404</w:t>
        <w:br/>
        <w:t>v 0.947631 9.540559 -2.487268</w:t>
        <w:br/>
        <w:t>v 0.658412 10.901038 -1.852508</w:t>
        <w:br/>
        <w:t>v 0.679402 10.907855 -1.857753</w:t>
        <w:br/>
        <w:t>v 0.978405 9.501898 -2.513692</w:t>
        <w:br/>
        <w:t>v 0.947631 9.540559 -2.487268</w:t>
        <w:br/>
        <w:t>v 0.978405 9.501898 -2.513692</w:t>
        <w:br/>
        <w:t>v 0.808777 11.785212 -1.869234</w:t>
        <w:br/>
        <w:t>v 0.802942 11.807069 -1.867121</w:t>
        <w:br/>
        <w:t>v 0.308112 13.170832 -0.539387</w:t>
        <w:br/>
        <w:t>v 0.315104 13.172329 -0.515479</w:t>
        <w:br/>
        <w:t>v 0.629838 10.645499 -2.530795</w:t>
        <w:br/>
        <w:t>v 0.635699 10.626331 -2.533347</w:t>
        <w:br/>
        <w:t>v 0.195613 11.466113 -2.203165</w:t>
        <w:br/>
        <w:t>v 0.204656 11.464807 -2.210862</w:t>
        <w:br/>
        <w:t>v -1.614714 11.638180 1.923402</w:t>
        <w:br/>
        <w:t>v -1.597849 11.623077 1.947021</w:t>
        <w:br/>
        <w:t>v -1.598956 11.608299 1.934155</w:t>
        <w:br/>
        <w:t>v -1.613167 11.631351 1.908487</w:t>
        <w:br/>
        <w:t>v -1.578204 11.611343 1.970753</w:t>
        <w:br/>
        <w:t>v -1.550763 11.612639 1.993440</w:t>
        <w:br/>
        <w:t>v -1.547241 11.598275 1.983945</w:t>
        <w:br/>
        <w:t>v -1.575488 11.596439 1.960163</w:t>
        <w:br/>
        <w:t>v -1.406951 11.723750 2.030051</w:t>
        <w:br/>
        <w:t>v -1.509889 11.629114 2.022530</w:t>
        <w:br/>
        <w:t>v -1.550763 11.612639 1.993440</w:t>
        <w:br/>
        <w:t>v -1.581260 11.744211 1.895357</w:t>
        <w:br/>
        <w:t>v -1.550763 11.612639 1.993440</w:t>
        <w:br/>
        <w:t>v -1.578204 11.611343 1.970753</w:t>
        <w:br/>
        <w:t>v -1.597849 11.623077 1.947021</w:t>
        <w:br/>
        <w:t>v -1.509889 11.629114 2.022530</w:t>
        <w:br/>
        <w:t>v -1.505211 11.616776 2.011110</w:t>
        <w:br/>
        <w:t>v -1.218896 11.583209 2.187143</w:t>
        <w:br/>
        <w:t>v -1.243432 11.561653 2.177208</w:t>
        <w:br/>
        <w:t>v -1.246274 11.578606 2.185319</w:t>
        <w:br/>
        <w:t>v -1.232944 11.589385 2.191457</w:t>
        <w:br/>
        <w:t>v -1.232944 11.589385 2.191457</w:t>
        <w:br/>
        <w:t>v -1.213513 11.703766 2.156532</w:t>
        <w:br/>
        <w:t>v -1.197666 11.699513 2.151426</w:t>
        <w:br/>
        <w:t>v -1.218896 11.583209 2.187143</w:t>
        <w:br/>
        <w:t>v -1.284243 11.551377 2.150671</w:t>
        <w:br/>
        <w:t>v -1.282947 11.568923 2.161210</w:t>
        <w:br/>
        <w:t>v -1.213513 11.703766 2.156532</w:t>
        <w:br/>
        <w:t>v -1.232944 11.589385 2.191457</w:t>
        <w:br/>
        <w:t>v -1.246274 11.578606 2.185319</w:t>
        <w:br/>
        <w:t>v -1.323683 11.562421 2.118966</w:t>
        <w:br/>
        <w:t>v -1.321570 11.578455 2.132435</w:t>
        <w:br/>
        <w:t>v -1.282947 11.568923 2.161210</w:t>
        <w:br/>
        <w:t>v -1.321570 11.578455 2.132435</w:t>
        <w:br/>
        <w:t>v -1.389130 11.585297 2.095851</w:t>
        <w:br/>
        <w:t>v -1.350143 11.598514 2.108251</w:t>
        <w:br/>
        <w:t>v -1.345867 11.583648 2.101422</w:t>
        <w:br/>
        <w:t>v -1.385156 11.565363 2.089612</w:t>
        <w:br/>
        <w:t>v -1.435688 11.579032 2.075765</w:t>
        <w:br/>
        <w:t>v -1.389130 11.585297 2.095851</w:t>
        <w:br/>
        <w:t>v -1.098588 12.302206 1.934282</w:t>
        <w:br/>
        <w:t>v -1.080553 12.300077 1.928836</w:t>
        <w:br/>
        <w:t>v -1.098588 12.302206 1.934282</w:t>
        <w:br/>
        <w:t>v -1.265075 12.321850 1.846662</w:t>
        <w:br/>
        <w:t>v -1.406220 12.338501 1.724922</w:t>
        <w:br/>
        <w:t>v -1.244927 12.824279 1.598014</w:t>
        <w:br/>
        <w:t>v -1.242512 12.824868 1.614200</w:t>
        <w:br/>
        <w:t>v -1.407088 12.337307 1.748352</w:t>
        <w:br/>
        <w:t>v -1.581260 11.744211 1.895357</w:t>
        <w:br/>
        <w:t>v -1.614714 11.638180 1.923402</w:t>
        <w:br/>
        <w:t>v -1.613167 11.631351 1.908487</w:t>
        <w:br/>
        <w:t>v -1.581147 11.744629 1.880366</w:t>
        <w:br/>
        <w:t>v -1.614714 11.638180 1.923402</w:t>
        <w:br/>
        <w:t>v -1.067322 13.303326 1.476552</w:t>
        <w:br/>
        <w:t>v -0.993989 13.297201 1.518281</w:t>
        <w:br/>
        <w:t>v -1.135939 12.817009 1.688163</w:t>
        <w:br/>
        <w:t>v -1.242512 12.824868 1.614200</w:t>
        <w:br/>
        <w:t>v -1.435688 11.579032 2.075765</w:t>
        <w:br/>
        <w:t>v -1.434997 11.559905 2.067415</w:t>
        <w:br/>
        <w:t>v -1.477354 11.575148 2.040438</w:t>
        <w:br/>
        <w:t>v -1.478410 11.591622 2.050022</w:t>
        <w:br/>
        <w:t>v -0.902872 13.282459 1.544301</w:t>
        <w:br/>
        <w:t>v -0.819464 13.747611 1.388895</w:t>
        <w:br/>
        <w:t>v -0.805404 13.740972 1.384682</w:t>
        <w:br/>
        <w:t>v -0.887076 13.277040 1.537435</w:t>
        <w:br/>
        <w:t>v -0.819464 13.747611 1.388895</w:t>
        <w:br/>
        <w:t>v -0.902872 13.282459 1.544301</w:t>
        <w:br/>
        <w:t>v -0.853370 13.757647 1.358171</w:t>
        <w:br/>
        <w:t>v -0.982481 12.801461 1.731073</w:t>
        <w:br/>
        <w:t>v -0.997925 12.804027 1.737915</w:t>
        <w:br/>
        <w:t>v -0.885554 13.767068 1.335231</w:t>
        <w:br/>
        <w:t>v -1.069837 13.299917 1.462290</w:t>
        <w:br/>
        <w:t>v -0.884988 13.766098 1.321611</w:t>
        <w:br/>
        <w:t>v -0.885554 13.767068 1.335231</w:t>
        <w:br/>
        <w:t>v -1.067322 13.303326 1.476552</w:t>
        <w:br/>
        <w:t>v -1.478410 11.591622 2.050022</w:t>
        <w:br/>
        <w:t>v -1.350143 11.598514 2.108251</w:t>
        <w:br/>
        <w:t>v -1.407088 12.337307 1.748352</w:t>
        <w:br/>
        <w:t>v -0.997925 12.804027 1.737915</w:t>
        <w:br/>
        <w:t>v 1.598956 11.608295 1.934158</w:t>
        <w:br/>
        <w:t>v 1.597850 11.623074 1.947024</w:t>
        <w:br/>
        <w:t>v 1.614715 11.638177 1.923405</w:t>
        <w:br/>
        <w:t>v 1.613168 11.631348 1.908490</w:t>
        <w:br/>
        <w:t>v 1.547242 11.598272 1.983948</w:t>
        <w:br/>
        <w:t>v 1.550763 11.612636 1.993443</w:t>
        <w:br/>
        <w:t>v 1.578205 11.611339 1.970755</w:t>
        <w:br/>
        <w:t>v 1.575489 11.596437 1.960166</w:t>
        <w:br/>
        <w:t>v 1.509890 11.629110 2.022532</w:t>
        <w:br/>
        <w:t>v 1.406952 11.723747 2.030053</w:t>
        <w:br/>
        <w:t>v 1.550763 11.612636 1.993443</w:t>
        <w:br/>
        <w:t>v 1.550763 11.612636 1.993443</w:t>
        <w:br/>
        <w:t>v 1.581261 11.744208 1.895360</w:t>
        <w:br/>
        <w:t>v 1.578205 11.611339 1.970755</w:t>
        <w:br/>
        <w:t>v 1.597850 11.623074 1.947024</w:t>
        <w:br/>
        <w:t>v 1.505212 11.616773 2.011113</w:t>
        <w:br/>
        <w:t>v 1.509890 11.629110 2.022532</w:t>
        <w:br/>
        <w:t>v 1.246275 11.578604 2.185321</w:t>
        <w:br/>
        <w:t>v 1.243433 11.561649 2.177209</w:t>
        <w:br/>
        <w:t>v 1.218896 11.583206 2.187145</w:t>
        <w:br/>
        <w:t>v 1.232944 11.589380 2.191458</w:t>
        <w:br/>
        <w:t>v 1.232944 11.589380 2.191458</w:t>
        <w:br/>
        <w:t>v 1.218896 11.583206 2.187145</w:t>
        <w:br/>
        <w:t>v 1.197667 11.699512 2.151427</w:t>
        <w:br/>
        <w:t>v 1.213513 11.703762 2.156533</w:t>
        <w:br/>
        <w:t>v 1.282948 11.568920 2.161212</w:t>
        <w:br/>
        <w:t>v 1.284243 11.551375 2.150673</w:t>
        <w:br/>
        <w:t>v 1.232944 11.589380 2.191458</w:t>
        <w:br/>
        <w:t>v 1.213513 11.703762 2.156533</w:t>
        <w:br/>
        <w:t>v 1.246275 11.578604 2.185321</w:t>
        <w:br/>
        <w:t>v 1.321570 11.578453 2.132437</w:t>
        <w:br/>
        <w:t>v 1.323683 11.562418 2.118968</w:t>
        <w:br/>
        <w:t>v 1.321570 11.578453 2.132437</w:t>
        <w:br/>
        <w:t>v 1.282948 11.568920 2.161212</w:t>
        <w:br/>
        <w:t>v 1.345868 11.583646 2.101424</w:t>
        <w:br/>
        <w:t>v 1.350144 11.598513 2.108253</w:t>
        <w:br/>
        <w:t>v 1.389131 11.585294 2.095853</w:t>
        <w:br/>
        <w:t>v 1.385156 11.565360 2.089615</w:t>
        <w:br/>
        <w:t>v 1.435689 11.579032 2.075768</w:t>
        <w:br/>
        <w:t>v 1.389131 11.585294 2.095853</w:t>
        <w:br/>
        <w:t>v 1.098590 12.302200 1.934282</w:t>
        <w:br/>
        <w:t>v 1.080556 12.300076 1.928837</w:t>
        <w:br/>
        <w:t>v 1.098590 12.302200 1.934282</w:t>
        <w:br/>
        <w:t>v 1.265077 12.321845 1.846662</w:t>
        <w:br/>
        <w:t>v 1.242516 12.824864 1.614200</w:t>
        <w:br/>
        <w:t>v 1.244930 12.824275 1.598014</w:t>
        <w:br/>
        <w:t>v 1.406223 12.338499 1.724923</w:t>
        <w:br/>
        <w:t>v 1.407091 12.337301 1.748352</w:t>
        <w:br/>
        <w:t>v 1.581261 11.744208 1.895360</w:t>
        <w:br/>
        <w:t>v 1.581148 11.744625 1.880369</w:t>
        <w:br/>
        <w:t>v 1.613168 11.631348 1.908490</w:t>
        <w:br/>
        <w:t>v 1.614715 11.638177 1.923405</w:t>
        <w:br/>
        <w:t>v 1.614715 11.638177 1.923405</w:t>
        <w:br/>
        <w:t>v 1.067326 13.303323 1.476552</w:t>
        <w:br/>
        <w:t>v 1.242516 12.824864 1.614200</w:t>
        <w:br/>
        <w:t>v 1.135943 12.817006 1.688162</w:t>
        <w:br/>
        <w:t>v 0.993993 13.297199 1.518281</w:t>
        <w:br/>
        <w:t>v 1.477354 11.575144 2.040441</w:t>
        <w:br/>
        <w:t>v 1.434997 11.559902 2.067417</w:t>
        <w:br/>
        <w:t>v 1.435689 11.579032 2.075768</w:t>
        <w:br/>
        <w:t>v 1.478411 11.591619 2.050025</w:t>
        <w:br/>
        <w:t>v 0.902876 13.282459 1.544301</w:t>
        <w:br/>
        <w:t>v 0.887080 13.277041 1.537435</w:t>
        <w:br/>
        <w:t>v 0.805410 13.740969 1.384682</w:t>
        <w:br/>
        <w:t>v 0.819471 13.747609 1.388895</w:t>
        <w:br/>
        <w:t>v 0.902876 13.282459 1.544301</w:t>
        <w:br/>
        <w:t>v 0.819471 13.747609 1.388895</w:t>
        <w:br/>
        <w:t>v 0.853377 13.757647 1.358171</w:t>
        <w:br/>
        <w:t>v 0.982485 12.801462 1.731073</w:t>
        <w:br/>
        <w:t>v 0.997929 12.804026 1.737914</w:t>
        <w:br/>
        <w:t>v 0.885560 13.767064 1.335231</w:t>
        <w:br/>
        <w:t>v 0.885560 13.767064 1.335231</w:t>
        <w:br/>
        <w:t>v 0.884994 13.766097 1.321611</w:t>
        <w:br/>
        <w:t>v 1.069841 13.299916 1.462290</w:t>
        <w:br/>
        <w:t>v 1.067326 13.303323 1.476552</w:t>
        <w:br/>
        <w:t>v 1.478411 11.591619 2.050025</w:t>
        <w:br/>
        <w:t>v 1.350144 11.598513 2.108253</w:t>
        <w:br/>
        <w:t>v 1.407091 12.337301 1.748352</w:t>
        <w:br/>
        <w:t>v 0.997929 12.804026 1.737914</w:t>
        <w:br/>
        <w:t>vt 0.624000 0.976900</w:t>
        <w:br/>
        <w:t>vt 0.622200 0.969800</w:t>
        <w:br/>
        <w:t>vt 0.628400 0.971800</w:t>
        <w:br/>
        <w:t>vt 0.599300 0.957300</w:t>
        <w:br/>
        <w:t>vt 0.599300 0.953100</w:t>
        <w:br/>
        <w:t>vt 0.606600 0.950700</w:t>
        <w:br/>
        <w:t>vt 0.608300 0.955700</w:t>
        <w:br/>
        <w:t>vt 0.575600 0.946300</w:t>
        <w:br/>
        <w:t>vt 0.584900 0.951400</w:t>
        <w:br/>
        <w:t>vt 0.574000 0.949600</w:t>
        <w:br/>
        <w:t>vt 0.480100 0.896700</w:t>
        <w:br/>
        <w:t>vt 0.472800 0.886300</w:t>
        <w:br/>
        <w:t>vt 0.474200 0.885000</w:t>
        <w:br/>
        <w:t>vt 0.482200 0.895700</w:t>
        <w:br/>
        <w:t>vt 0.590300 0.958500</w:t>
        <w:br/>
        <w:t>vt 0.592300 0.952500</w:t>
        <w:br/>
        <w:t>vt 0.586200 0.982400</w:t>
        <w:br/>
        <w:t>vt 0.598200 0.981600</w:t>
        <w:br/>
        <w:t>vt 0.599200 0.992500</w:t>
        <w:br/>
        <w:t>vt 0.585700 0.993300</w:t>
        <w:br/>
        <w:t>vt 0.796000 0.856500</w:t>
        <w:br/>
        <w:t>vt 0.809600 0.842100</w:t>
        <w:br/>
        <w:t>vt 0.810100 0.843400</w:t>
        <w:br/>
        <w:t>vt 0.708100 0.935400</w:t>
        <w:br/>
        <w:t>vt 0.691900 0.938800</w:t>
        <w:br/>
        <w:t>vt 0.692200 0.934300</w:t>
        <w:br/>
        <w:t>vt 0.708000 0.932000</w:t>
        <w:br/>
        <w:t>vt 0.674200 0.910100</w:t>
        <w:br/>
        <w:t>vt 0.668800 0.908500</w:t>
        <w:br/>
        <w:t>vt 0.678000 0.889100</w:t>
        <w:br/>
        <w:t>vt 0.684800 0.891200</w:t>
        <w:br/>
        <w:t>vt 0.621600 0.987200</w:t>
        <w:br/>
        <w:t>vt 0.610900 0.989900</w:t>
        <w:br/>
        <w:t>vt 0.610000 0.987400</w:t>
        <w:br/>
        <w:t>vt 0.618700 0.981800</w:t>
        <w:br/>
        <w:t>vt 0.634800 0.971200</w:t>
        <w:br/>
        <w:t>vt 0.645700 0.976400</w:t>
        <w:br/>
        <w:t>vt 0.645500 0.979200</w:t>
        <w:br/>
        <w:t>vt 0.632300 0.973300</w:t>
        <w:br/>
        <w:t>vt 0.757200 0.938100</w:t>
        <w:br/>
        <w:t>vt 0.755800 0.930400</w:t>
        <w:br/>
        <w:t>vt 0.769600 0.934600</w:t>
        <w:br/>
        <w:t>vt 0.574600 0.968800</w:t>
        <w:br/>
        <w:t>vt 0.561700 0.966900</w:t>
        <w:br/>
        <w:t>vt 0.568800 0.956600</w:t>
        <w:br/>
        <w:t>vt 0.580600 0.958600</w:t>
        <w:br/>
        <w:t>vt 0.572900 0.981700</w:t>
        <w:br/>
        <w:t>vt 0.570700 0.990600</w:t>
        <w:br/>
        <w:t>vt 0.763700 0.962100</w:t>
        <w:br/>
        <w:t>vt 0.759800 0.949100</w:t>
        <w:br/>
        <w:t>vt 0.773100 0.944800</w:t>
        <w:br/>
        <w:t>vt 0.778100 0.957400</w:t>
        <w:br/>
        <w:t>vt 0.609800 0.977800</w:t>
        <w:br/>
        <w:t>vt 0.617100 0.973600</w:t>
        <w:br/>
        <w:t>vt 0.614300 0.952900</w:t>
        <w:br/>
        <w:t>vt 0.612900 0.948900</w:t>
        <w:br/>
        <w:t>vt 0.619500 0.949300</w:t>
        <w:br/>
        <w:t>vt 0.706500 0.851400</w:t>
        <w:br/>
        <w:t>vt 0.694400 0.846300</w:t>
        <w:br/>
        <w:t>vt 0.703000 0.830400</w:t>
        <w:br/>
        <w:t>vt 0.716700 0.835300</w:t>
        <w:br/>
        <w:t>vt 0.687900 0.866800</w:t>
        <w:br/>
        <w:t>vt 0.696100 0.870000</w:t>
        <w:br/>
        <w:t>vt 0.665200 0.945300</w:t>
        <w:br/>
        <w:t>vt 0.661500 0.940700</w:t>
        <w:br/>
        <w:t>vt 0.677100 0.936500</w:t>
        <w:br/>
        <w:t>vt 0.679000 0.941700</w:t>
        <w:br/>
        <w:t>vt 0.706400 0.985300</w:t>
        <w:br/>
        <w:t>vt 0.706800 0.988400</w:t>
        <w:br/>
        <w:t>vt 0.688500 0.987600</w:t>
        <w:br/>
        <w:t>vt 0.689400 0.984300</w:t>
        <w:br/>
        <w:t>vt 0.545700 0.938300</w:t>
        <w:br/>
        <w:t>vt 0.545600 0.940500</w:t>
        <w:br/>
        <w:t>vt 0.533400 0.936100</w:t>
        <w:br/>
        <w:t>vt 0.533800 0.934500</w:t>
        <w:br/>
        <w:t>vt 0.560600 0.942600</w:t>
        <w:br/>
        <w:t>vt 0.559900 0.945300</w:t>
        <w:br/>
        <w:t>vt 0.641600 0.929800</w:t>
        <w:br/>
        <w:t>vt 0.635900 0.920600</w:t>
        <w:br/>
        <w:t>vt 0.645700 0.920400</w:t>
        <w:br/>
        <w:t>vt 0.652300 0.921600</w:t>
        <w:br/>
        <w:t>vt 0.651200 0.926400</w:t>
        <w:br/>
        <w:t>vt 0.668900 0.918100</w:t>
        <w:br/>
        <w:t>vt 0.654000 0.948300</w:t>
        <w:br/>
        <w:t>vt 0.656600 0.957600</w:t>
        <w:br/>
        <w:t>vt 0.645300 0.958400</w:t>
        <w:br/>
        <w:t>vt 0.643900 0.951100</w:t>
        <w:br/>
        <w:t>vt 0.547800 0.964000</w:t>
        <w:br/>
        <w:t>vt 0.554200 0.953700</w:t>
        <w:br/>
        <w:t>vt 0.679100 0.911500</w:t>
        <w:br/>
        <w:t>vt 0.673100 0.919600</w:t>
        <w:br/>
        <w:t>vt 0.464800 0.628400</w:t>
        <w:br/>
        <w:t>vt 0.469000 0.646400</w:t>
        <w:br/>
        <w:t>vt 0.468200 0.646400</w:t>
        <w:br/>
        <w:t>vt 0.464400 0.628500</w:t>
        <w:br/>
        <w:t>vt 0.551900 0.636700</w:t>
        <w:br/>
        <w:t>vt 0.542500 0.641000</w:t>
        <w:br/>
        <w:t>vt 0.548100 0.624500</w:t>
        <w:br/>
        <w:t>vt 0.554800 0.623100</w:t>
        <w:br/>
        <w:t>vt 0.727100 0.842700</w:t>
        <w:br/>
        <w:t>vt 0.728600 0.820200</w:t>
        <w:br/>
        <w:t>vt 0.738800 0.825800</w:t>
        <w:br/>
        <w:t>vt 0.739100 0.809500</w:t>
        <w:br/>
        <w:t>vt 0.749100 0.813400</w:t>
        <w:br/>
        <w:t>vt 0.750900 0.800000</w:t>
        <w:br/>
        <w:t>vt 0.758500 0.802200</w:t>
        <w:br/>
        <w:t>vt 0.759500 0.802500</w:t>
        <w:br/>
        <w:t>vt 0.758500 0.802200</w:t>
        <w:br/>
        <w:t>vt 0.764100 0.795300</w:t>
        <w:br/>
        <w:t>vt 0.764600 0.795600</w:t>
        <w:br/>
        <w:t>vt 0.771000 0.786200</w:t>
        <w:br/>
        <w:t>vt 0.587400 0.946700</w:t>
        <w:br/>
        <w:t>vt 0.617000 0.944100</w:t>
        <w:br/>
        <w:t>vt 0.621800 0.948800</w:t>
        <w:br/>
        <w:t>vt 0.623500 0.958800</w:t>
        <w:br/>
        <w:t>vt 0.628200 0.966900</w:t>
        <w:br/>
        <w:t>vt 0.626600 0.967300</w:t>
        <w:br/>
        <w:t>vt 0.679400 0.920200</w:t>
        <w:br/>
        <w:t>vt 0.687000 0.921000</w:t>
        <w:br/>
        <w:t>vt 0.681600 0.931300</w:t>
        <w:br/>
        <w:t>vt 0.672000 0.930500</w:t>
        <w:br/>
        <w:t>vt 0.623800 0.953200</w:t>
        <w:br/>
        <w:t>vt 0.620200 0.960300</w:t>
        <w:br/>
        <w:t>vt 0.615400 0.963700</w:t>
        <w:br/>
        <w:t>vt 0.608600 0.966100</w:t>
        <w:br/>
        <w:t>vt 0.696500 0.950400</w:t>
        <w:br/>
        <w:t>vt 0.691900 0.938800</w:t>
        <w:br/>
        <w:t>vt 0.708100 0.935400</w:t>
        <w:br/>
        <w:t>vt 0.711400 0.947200</w:t>
        <w:br/>
        <w:t>vt 0.841600 0.812200</w:t>
        <w:br/>
        <w:t>vt 0.844400 0.817700</w:t>
        <w:br/>
        <w:t>vt 0.832800 0.824500</w:t>
        <w:br/>
        <w:t>vt 0.828600 0.817700</w:t>
        <w:br/>
        <w:t>vt 0.870700 0.807300</w:t>
        <w:br/>
        <w:t>vt 0.870900 0.807700</w:t>
        <w:br/>
        <w:t>vt 0.859900 0.811500</w:t>
        <w:br/>
        <w:t>vt 0.859600 0.810800</w:t>
        <w:br/>
        <w:t>vt 0.750800 0.835700</w:t>
        <w:br/>
        <w:t>vt 0.759500 0.802500</w:t>
        <w:br/>
        <w:t>vt 0.774100 0.815000</w:t>
        <w:br/>
        <w:t>vt 0.724200 0.931700</w:t>
        <w:br/>
        <w:t>vt 0.786700 0.829300</w:t>
        <w:br/>
        <w:t>vt 0.787600 0.807400</w:t>
        <w:br/>
        <w:t>vt 0.798500 0.821000</w:t>
        <w:br/>
        <w:t>vt 0.822700 0.808500</w:t>
        <w:br/>
        <w:t>vt 0.817200 0.798800</w:t>
        <w:br/>
        <w:t>vt 0.834400 0.797700</w:t>
        <w:br/>
        <w:t>vt 0.837900 0.806000</w:t>
        <w:br/>
        <w:t>vt 0.857700 0.805500</w:t>
        <w:br/>
        <w:t>vt 0.854800 0.798600</w:t>
        <w:br/>
        <w:t>vt 0.867800 0.800200</w:t>
        <w:br/>
        <w:t>vt 0.869900 0.803700</w:t>
        <w:br/>
        <w:t>vt 0.717300 0.814700</w:t>
        <w:br/>
        <w:t>vt 0.731900 0.803500</w:t>
        <w:br/>
        <w:t>vt 0.717300 0.814700</w:t>
        <w:br/>
        <w:t>vt 0.715800 0.814000</w:t>
        <w:br/>
        <w:t>vt 0.730900 0.802800</w:t>
        <w:br/>
        <w:t>vt 0.731900 0.803500</w:t>
        <w:br/>
        <w:t>vt 0.746000 0.795500</w:t>
        <w:br/>
        <w:t>vt 0.756800 0.790700</w:t>
        <w:br/>
        <w:t>vt 0.746000 0.795500</w:t>
        <w:br/>
        <w:t>vt 0.745400 0.794900</w:t>
        <w:br/>
        <w:t>vt 0.756400 0.790300</w:t>
        <w:br/>
        <w:t>vt 0.760100 0.793600</w:t>
        <w:br/>
        <w:t>vt 0.756800 0.790700</w:t>
        <w:br/>
        <w:t>vt 0.771000 0.786200</w:t>
        <w:br/>
        <w:t>vt 0.462000 0.613100</w:t>
        <w:br/>
        <w:t>vt 0.459600 0.613400</w:t>
        <w:br/>
        <w:t>vt 0.459200 0.599000</w:t>
        <w:br/>
        <w:t>vt 0.767500 0.918500</w:t>
        <w:br/>
        <w:t>vt 0.781100 0.929400</w:t>
        <w:br/>
        <w:t>vt 0.798800 0.913500</w:t>
        <w:br/>
        <w:t>vt 0.808600 0.909900</w:t>
        <w:br/>
        <w:t>vt 0.810600 0.921700</w:t>
        <w:br/>
        <w:t>vt 0.799300 0.927600</w:t>
        <w:br/>
        <w:t>vt 0.822700 0.953500</w:t>
        <w:br/>
        <w:t>vt 0.811300 0.964800</w:t>
        <w:br/>
        <w:t>vt 0.807100 0.957900</w:t>
        <w:br/>
        <w:t>vt 0.819200 0.945900</w:t>
        <w:br/>
        <w:t>vt 0.833700 0.883500</w:t>
        <w:br/>
        <w:t>vt 0.832400 0.882000</w:t>
        <w:br/>
        <w:t>vt 0.836200 0.871400</w:t>
        <w:br/>
        <w:t>vt 0.838400 0.884800</w:t>
        <w:br/>
        <w:t>vt 0.836200 0.884500</w:t>
        <w:br/>
        <w:t>vt 0.836200 0.871400</w:t>
        <w:br/>
        <w:t>vt 0.814900 0.904400</w:t>
        <w:br/>
        <w:t>vt 0.819900 0.899000</w:t>
        <w:br/>
        <w:t>vt 0.824700 0.905600</w:t>
        <w:br/>
        <w:t>vt 0.819100 0.913900</w:t>
        <w:br/>
        <w:t>vt 0.828500 0.912200</w:t>
        <w:br/>
        <w:t>vt 0.822900 0.923700</w:t>
        <w:br/>
        <w:t>vt 0.805000 0.832300</w:t>
        <w:br/>
        <w:t>vt 0.809600 0.813700</w:t>
        <w:br/>
        <w:t>vt 0.816900 0.823200</w:t>
        <w:br/>
        <w:t>vt 0.801700 0.802400</w:t>
        <w:br/>
        <w:t>vt 0.794100 0.791200</w:t>
        <w:br/>
        <w:t>vt 0.813800 0.790100</w:t>
        <w:br/>
        <w:t>vt 0.853300 0.793800</w:t>
        <w:br/>
        <w:t>vt 0.831500 0.790500</w:t>
        <w:br/>
        <w:t>vt 0.564500 0.805900</w:t>
        <w:br/>
        <w:t>vt 0.560000 0.790700</w:t>
        <w:br/>
        <w:t>vt 0.566600 0.789500</w:t>
        <w:br/>
        <w:t>vt 0.570300 0.804500</w:t>
        <w:br/>
        <w:t>vt 0.598400 0.968900</w:t>
        <w:br/>
        <w:t>vt 0.587100 0.970300</w:t>
        <w:br/>
        <w:t>vt 0.595200 0.946900</w:t>
        <w:br/>
        <w:t>vt 0.604100 0.946700</w:t>
        <w:br/>
        <w:t>vt 0.611400 0.945900</w:t>
        <w:br/>
        <w:t>vt 0.604800 0.926200</w:t>
        <w:br/>
        <w:t>vt 0.607900 0.921200</w:t>
        <w:br/>
        <w:t>vt 0.619800 0.926000</w:t>
        <w:br/>
        <w:t>vt 0.619600 0.931000</w:t>
        <w:br/>
        <w:t>vt 0.654000 0.948300</w:t>
        <w:br/>
        <w:t>vt 0.650800 0.943000</w:t>
        <w:br/>
        <w:t>vt 0.701600 0.923800</w:t>
        <w:br/>
        <w:t>vt 0.690900 0.927500</w:t>
        <w:br/>
        <w:t>vt 0.696100 0.919400</w:t>
        <w:br/>
        <w:t>vt 0.659100 0.924300</w:t>
        <w:br/>
        <w:t>vt 0.664600 0.916800</w:t>
        <w:br/>
        <w:t>vt 0.685200 0.912900</w:t>
        <w:br/>
        <w:t>vt 0.691700 0.915300</w:t>
        <w:br/>
        <w:t>vt 0.690300 0.895900</w:t>
        <w:br/>
        <w:t>vt 0.703900 0.876300</w:t>
        <w:br/>
        <w:t>vt 0.716200 0.858300</w:t>
        <w:br/>
        <w:t>vt 0.462000 0.613100</w:t>
        <w:br/>
        <w:t>vt 0.939100 0.982800</w:t>
        <w:br/>
        <w:t>vt 0.951400 0.984700</w:t>
        <w:br/>
        <w:t>vt 0.949900 0.989600</w:t>
        <w:br/>
        <w:t>vt 0.938100 0.989300</w:t>
        <w:br/>
        <w:t>vt 0.924200 0.996800</w:t>
        <w:br/>
        <w:t>vt 0.909700 0.996600</w:t>
        <w:br/>
        <w:t>vt 0.910500 0.986000</w:t>
        <w:br/>
        <w:t>vt 0.924700 0.988600</w:t>
        <w:br/>
        <w:t>vt 0.664500 0.928400</w:t>
        <w:br/>
        <w:t>vt 0.540700 0.948900</w:t>
        <w:br/>
        <w:t>vt 0.527500 0.942700</w:t>
        <w:br/>
        <w:t>vt 0.516200 0.937400</w:t>
        <w:br/>
        <w:t>vt 0.522900 0.930700</w:t>
        <w:br/>
        <w:t>vt 0.489700 0.906800</w:t>
        <w:br/>
        <w:t>vt 0.483400 0.913200</w:t>
        <w:br/>
        <w:t>vt 0.473800 0.902600</w:t>
        <w:br/>
        <w:t>vt 0.703400 0.903600</w:t>
        <w:br/>
        <w:t>vt 0.709100 0.908700</w:t>
        <w:br/>
        <w:t>vt 0.718500 0.889100</w:t>
        <w:br/>
        <w:t>vt 0.724700 0.897000</w:t>
        <w:br/>
        <w:t>vt 0.756900 0.873100</w:t>
        <w:br/>
        <w:t>vt 0.741100 0.885500</w:t>
        <w:br/>
        <w:t>vt 0.734400 0.875200</w:t>
        <w:br/>
        <w:t>vt 0.748900 0.862600</w:t>
        <w:br/>
        <w:t>vt 0.697100 0.899200</w:t>
        <w:br/>
        <w:t>vt 0.711400 0.881400</w:t>
        <w:br/>
        <w:t>vt 0.724400 0.864900</w:t>
        <w:br/>
        <w:t>vt 0.737000 0.850300</w:t>
        <w:br/>
        <w:t>vt 0.764000 0.848900</w:t>
        <w:br/>
        <w:t>vt 0.796000 0.856500</w:t>
        <w:br/>
        <w:t>vt 0.785400 0.848700</w:t>
        <w:br/>
        <w:t>vt 0.795000 0.840900</w:t>
        <w:br/>
        <w:t>vt 0.724200 0.931700</w:t>
        <w:br/>
        <w:t>vt 0.726500 0.944300</w:t>
        <w:br/>
        <w:t>vt 0.745100 0.953400</w:t>
        <w:br/>
        <w:t>vt 0.742100 0.941500</w:t>
        <w:br/>
        <w:t>vt 0.740200 0.930400</w:t>
        <w:br/>
        <w:t>vt 0.643900 0.951100</w:t>
        <w:br/>
        <w:t>vt 0.634900 0.945100</w:t>
        <w:br/>
        <w:t>vt 0.642500 0.945100</w:t>
        <w:br/>
        <w:t>vt 0.645800 0.967000</w:t>
        <w:br/>
        <w:t>vt 0.635300 0.964700</w:t>
        <w:br/>
        <w:t>vt 0.627800 0.952100</w:t>
        <w:br/>
        <w:t>vt 0.622100 0.945000</w:t>
        <w:br/>
        <w:t>vt 0.627900 0.945900</w:t>
        <w:br/>
        <w:t>vt 0.748900 0.896300</w:t>
        <w:br/>
        <w:t>vt 0.766200 0.884600</w:t>
        <w:br/>
        <w:t>vt 0.714600 0.917800</w:t>
        <w:br/>
        <w:t>vt 0.732700 0.907200</w:t>
        <w:br/>
        <w:t>vt 0.635500 0.952400</w:t>
        <w:br/>
        <w:t>vt 0.772600 0.859900</w:t>
        <w:br/>
        <w:t>vt 0.781000 0.869700</w:t>
        <w:br/>
        <w:t>vt 0.658800 0.980900</w:t>
        <w:br/>
        <w:t>vt 0.659100 0.983300</w:t>
        <w:br/>
        <w:t>vt 0.665200 0.945300</w:t>
        <w:br/>
        <w:t>vt 0.668600 0.955500</w:t>
        <w:br/>
        <w:t>vt 0.679000 0.941700</w:t>
        <w:br/>
        <w:t>vt 0.682700 0.953200</w:t>
        <w:br/>
        <w:t>vt 0.657200 0.969600</w:t>
        <w:br/>
        <w:t>vt 0.623800 0.953200</w:t>
        <w:br/>
        <w:t>vt 0.621600 0.954300</w:t>
        <w:br/>
        <w:t>vt 0.702900 0.972600</w:t>
        <w:br/>
        <w:t>vt 0.699500 0.960900</w:t>
        <w:br/>
        <w:t>vt 0.714600 0.959000</w:t>
        <w:br/>
        <w:t>vt 0.717900 0.971700</w:t>
        <w:br/>
        <w:t>vt 0.628900 0.956800</w:t>
        <w:br/>
        <w:t>vt 0.628500 0.961500</w:t>
        <w:br/>
        <w:t>vt 0.627800 0.952100</w:t>
        <w:br/>
        <w:t>vt 0.635500 0.952400</w:t>
        <w:br/>
        <w:t>vt 0.636000 0.958400</w:t>
        <w:br/>
        <w:t>vt 0.673400 0.983200</w:t>
        <w:br/>
        <w:t>vt 0.674300 0.986800</w:t>
        <w:br/>
        <w:t>vt 0.789200 0.910500</w:t>
        <w:br/>
        <w:t>vt 0.803300 0.944100</w:t>
        <w:br/>
        <w:t>vt 0.790700 0.952300</w:t>
        <w:br/>
        <w:t>vt 0.785400 0.940000</w:t>
        <w:br/>
        <w:t>vt 0.800600 0.935100</w:t>
        <w:br/>
        <w:t>vt 0.490900 0.905600</w:t>
        <w:br/>
        <w:t>vt 0.502100 0.915100</w:t>
        <w:br/>
        <w:t>vt 0.500200 0.916400</w:t>
        <w:br/>
        <w:t>vt 0.511800 0.924200</w:t>
        <w:br/>
        <w:t>vt 0.512500 0.922700</w:t>
        <w:br/>
        <w:t>vt 0.458900 0.864700</w:t>
        <w:br/>
        <w:t>vt 0.466800 0.874600</w:t>
        <w:br/>
        <w:t>vt 0.465200 0.875400</w:t>
        <w:br/>
        <w:t>vt 0.876700 0.990600</w:t>
        <w:br/>
        <w:t>vt 0.877500 0.976400</w:t>
        <w:br/>
        <w:t>vt 0.894100 0.982700</w:t>
        <w:br/>
        <w:t>vt 0.893200 0.996500</w:t>
        <w:br/>
        <w:t>vt 0.493200 0.922400</w:t>
        <w:br/>
        <w:t>vt 0.504700 0.930400</w:t>
        <w:br/>
        <w:t>vt 0.497100 0.937900</w:t>
        <w:br/>
        <w:t>vt 0.485800 0.929600</w:t>
        <w:br/>
        <w:t>vt 0.543000 0.742500</w:t>
        <w:br/>
        <w:t>vt 0.549300 0.755400</w:t>
        <w:br/>
        <w:t>vt 0.545200 0.757100</w:t>
        <w:br/>
        <w:t>vt 0.538700 0.743700</w:t>
        <w:br/>
        <w:t>vt 0.530800 0.729800</w:t>
        <w:br/>
        <w:t>vt 0.527400 0.711000</w:t>
        <w:br/>
        <w:t>vt 0.535300 0.727500</w:t>
        <w:br/>
        <w:t>vt 0.621600 0.954300</w:t>
        <w:br/>
        <w:t>vt 0.623500 0.958800</w:t>
        <w:br/>
        <w:t>vt 0.626600 0.967300</w:t>
        <w:br/>
        <w:t>vt 0.627800 0.977800</w:t>
        <w:br/>
        <w:t>vt 0.565600 0.914500</w:t>
        <w:br/>
        <w:t>vt 0.550800 0.907100</w:t>
        <w:br/>
        <w:t>vt 0.558700 0.897600</w:t>
        <w:br/>
        <w:t>vt 0.573300 0.905400</w:t>
        <w:br/>
        <w:t>vt 0.536700 0.900500</w:t>
        <w:br/>
        <w:t>vt 0.544000 0.889700</w:t>
        <w:br/>
        <w:t>vt 0.491600 0.869600</w:t>
        <w:br/>
        <w:t>vt 0.478400 0.856900</w:t>
        <w:br/>
        <w:t>vt 0.489500 0.847800</w:t>
        <w:br/>
        <w:t>vt 0.502500 0.859600</w:t>
        <w:br/>
        <w:t>vt 0.585100 0.921200</w:t>
        <w:br/>
        <w:t>vt 0.591700 0.913800</w:t>
        <w:br/>
        <w:t>vt 0.629900 0.932200</w:t>
        <w:br/>
        <w:t>vt 0.624200 0.922400</w:t>
        <w:br/>
        <w:t>vt 0.814400 0.934700</w:t>
        <w:br/>
        <w:t>vt 0.824500 0.892900</w:t>
        <w:br/>
        <w:t>vt 0.828500 0.897300</w:t>
        <w:br/>
        <w:t>vt 0.832500 0.901900</w:t>
        <w:br/>
        <w:t>vt 0.828900 0.887900</w:t>
        <w:br/>
        <w:t>vt 0.831100 0.890800</w:t>
        <w:br/>
        <w:t>vt 0.834000 0.893800</w:t>
        <w:br/>
        <w:t>vt 0.552100 0.612600</w:t>
        <w:br/>
        <w:t>vt 0.562200 0.600800</w:t>
        <w:br/>
        <w:t>vt 0.555800 0.613500</w:t>
        <w:br/>
        <w:t>vt 0.646100 0.901000</w:t>
        <w:br/>
        <w:t>vt 0.634600 0.900700</w:t>
        <w:br/>
        <w:t>vt 0.626700 0.879300</w:t>
        <w:br/>
        <w:t>vt 0.643700 0.880600</w:t>
        <w:br/>
        <w:t>vt 0.659500 0.882400</w:t>
        <w:br/>
        <w:t>vt 0.643400 0.839500</w:t>
        <w:br/>
        <w:t>vt 0.621500 0.840500</w:t>
        <w:br/>
        <w:t>vt 0.621600 0.819700</w:t>
        <w:br/>
        <w:t>vt 0.643200 0.820400</w:t>
        <w:br/>
        <w:t>vt 0.668800 0.908500</w:t>
        <w:br/>
        <w:t>vt 0.671800 0.886000</w:t>
        <w:br/>
        <w:t>vt 0.678000 0.889100</w:t>
        <w:br/>
        <w:t>vt 0.623400 0.800500</w:t>
        <w:br/>
        <w:t>vt 0.643100 0.801200</w:t>
        <w:br/>
        <w:t>vt 0.655600 0.782000</w:t>
        <w:br/>
        <w:t>vt 0.658800 0.802100</w:t>
        <w:br/>
        <w:t>vt 0.641700 0.782000</w:t>
        <w:br/>
        <w:t>vt 0.667900 0.781300</w:t>
        <w:br/>
        <w:t>vt 0.671200 0.802600</w:t>
        <w:br/>
        <w:t>vt 0.613000 0.880100</w:t>
        <w:br/>
        <w:t>vt 0.613800 0.900600</w:t>
        <w:br/>
        <w:t>vt 0.602700 0.883600</w:t>
        <w:br/>
        <w:t>vt 0.566600 0.865400</w:t>
        <w:br/>
        <w:t>vt 0.558700 0.872700</w:t>
        <w:br/>
        <w:t>vt 0.548000 0.861900</w:t>
        <w:br/>
        <w:t>vt 0.553600 0.853600</w:t>
        <w:br/>
        <w:t>vt 0.675100 0.842900</w:t>
        <w:br/>
        <w:t>vt 0.674600 0.863700</w:t>
        <w:br/>
        <w:t>vt 0.661600 0.861700</w:t>
        <w:br/>
        <w:t>vt 0.661800 0.840700</w:t>
        <w:br/>
        <w:t>vt 0.661100 0.820700</w:t>
        <w:br/>
        <w:t>vt 0.673600 0.821900</w:t>
        <w:br/>
        <w:t>vt 0.642700 0.860100</w:t>
        <w:br/>
        <w:t>vt 0.645900 0.733700</w:t>
        <w:br/>
        <w:t>vt 0.646400 0.733400</w:t>
        <w:br/>
        <w:t>vt 0.655300 0.746300</w:t>
        <w:br/>
        <w:t>vt 0.654400 0.746700</w:t>
        <w:br/>
        <w:t>vt 0.606600 0.903700</w:t>
        <w:br/>
        <w:t>vt 0.594200 0.889400</w:t>
        <w:br/>
        <w:t>vt 0.626500 0.764300</w:t>
        <w:br/>
        <w:t>vt 0.637100 0.751700</w:t>
        <w:br/>
        <w:t>vt 0.639700 0.766100</w:t>
        <w:br/>
        <w:t>vt 0.609700 0.779400</w:t>
        <w:br/>
        <w:t>vt 0.624900 0.781300</w:t>
        <w:br/>
        <w:t>vt 0.604100 0.799500</w:t>
        <w:br/>
        <w:t>vt 0.601200 0.821300</w:t>
        <w:br/>
        <w:t>vt 0.601600 0.842900</w:t>
        <w:br/>
        <w:t>vt 0.606100 0.862700</w:t>
        <w:br/>
        <w:t>vt 0.592900 0.867500</w:t>
        <w:br/>
        <w:t>vt 0.587700 0.846700</w:t>
        <w:br/>
        <w:t>vt 0.437500 0.501800</w:t>
        <w:br/>
        <w:t>vt 0.443900 0.519100</w:t>
        <w:br/>
        <w:t>vt 0.437000 0.520600</w:t>
        <w:br/>
        <w:t>vt 0.432100 0.503300</w:t>
        <w:br/>
        <w:t>vt 0.464800 0.824800</w:t>
        <w:br/>
        <w:t>vt 0.465500 0.823900</w:t>
        <w:br/>
        <w:t>vt 0.478000 0.834500</w:t>
        <w:br/>
        <w:t>vt 0.477100 0.835100</w:t>
        <w:br/>
        <w:t>vt 0.622600 0.860300</w:t>
        <w:br/>
        <w:t>vt 0.579500 0.875800</w:t>
        <w:br/>
        <w:t>vt 0.584600 0.894300</w:t>
        <w:br/>
        <w:t>vt 0.571400 0.883100</w:t>
        <w:br/>
        <w:t>vt 0.627400 0.750500</w:t>
        <w:br/>
        <w:t>vt 0.621700 0.748600</w:t>
        <w:br/>
        <w:t>vt 0.627000 0.737500</w:t>
        <w:br/>
        <w:t>vt 0.591200 0.800300</w:t>
        <w:br/>
        <w:t>vt 0.598700 0.778000</w:t>
        <w:br/>
        <w:t>vt 0.576100 0.854700</w:t>
        <w:br/>
        <w:t>vt 0.451200 0.568900</w:t>
        <w:br/>
        <w:t>vt 0.440800 0.571200</w:t>
        <w:br/>
        <w:t>vt 0.440900 0.554400</w:t>
        <w:br/>
        <w:t>vt 0.450400 0.554300</w:t>
        <w:br/>
        <w:t>vt 0.591200 0.800300</w:t>
        <w:br/>
        <w:t>vt 0.586600 0.823300</w:t>
        <w:br/>
        <w:t>vt 0.585400 0.823500</w:t>
        <w:br/>
        <w:t>vt 0.590100 0.800400</w:t>
        <w:br/>
        <w:t>vt 0.615900 0.762100</w:t>
        <w:br/>
        <w:t>vt 0.636000 0.724900</w:t>
        <w:br/>
        <w:t>vt 0.632700 0.726600</w:t>
        <w:br/>
        <w:t>vt 0.630800 0.716200</w:t>
        <w:br/>
        <w:t>vt 0.632000 0.715100</w:t>
        <w:br/>
        <w:t>vt 0.639400 0.723300</w:t>
        <w:br/>
        <w:t>vt 0.639000 0.723400</w:t>
        <w:br/>
        <w:t>vt 0.631800 0.715300</w:t>
        <w:br/>
        <w:t>vt 0.646600 0.750200</w:t>
        <w:br/>
        <w:t>vt 0.634900 0.737900</w:t>
        <w:br/>
        <w:t>vt 0.641100 0.736300</w:t>
        <w:br/>
        <w:t>vt 0.659100 0.904900</w:t>
        <w:br/>
        <w:t>vt 0.658400 0.913500</w:t>
        <w:br/>
        <w:t>vt 0.650400 0.911200</w:t>
        <w:br/>
        <w:t>vt 0.616200 0.914300</w:t>
        <w:br/>
        <w:t>vt 0.621400 0.911300</w:t>
        <w:br/>
        <w:t>vt 0.664000 0.762100</w:t>
        <w:br/>
        <w:t>vt 0.667900 0.781300</w:t>
        <w:br/>
        <w:t>vt 0.662500 0.762500</w:t>
        <w:br/>
        <w:t>vt 0.652300 0.765200</w:t>
        <w:br/>
        <w:t>vt 0.607300 0.759900</w:t>
        <w:br/>
        <w:t>vt 0.598700 0.778000</w:t>
        <w:br/>
        <w:t>vt 0.597800 0.777900</w:t>
        <w:br/>
        <w:t>vt 0.606500 0.759700</w:t>
        <w:br/>
        <w:t>vt 0.639000 0.723400</w:t>
        <w:br/>
        <w:t>vt 0.645900 0.733700</w:t>
        <w:br/>
        <w:t>vt 0.680300 0.863900</w:t>
        <w:br/>
        <w:t>vt 0.687900 0.866800</w:t>
        <w:br/>
        <w:t>vt 0.682900 0.843700</w:t>
        <w:br/>
        <w:t>vt 0.694400 0.846300</w:t>
        <w:br/>
        <w:t>vt 0.690700 0.803100</w:t>
        <w:br/>
        <w:t>vt 0.692200 0.803000</w:t>
        <w:br/>
        <w:t>vt 0.694400 0.823800</w:t>
        <w:br/>
        <w:t>vt 0.692900 0.823600</w:t>
        <w:br/>
        <w:t>vt 0.687200 0.782000</w:t>
        <w:br/>
        <w:t>vt 0.688600 0.781900</w:t>
        <w:br/>
        <w:t>vt 0.676600 0.782500</w:t>
        <w:br/>
        <w:t>vt 0.674000 0.762900</w:t>
        <w:br/>
        <w:t>vt 0.683400 0.762800</w:t>
        <w:br/>
        <w:t>vt 0.687200 0.782000</w:t>
        <w:br/>
        <w:t>vt 0.672500 0.746900</w:t>
        <w:br/>
        <w:t>vt 0.680000 0.747300</w:t>
        <w:br/>
        <w:t>vt 0.671300 0.735700</w:t>
        <w:br/>
        <w:t>vt 0.676600 0.735500</w:t>
        <w:br/>
        <w:t>vt 0.670100 0.726600</w:t>
        <w:br/>
        <w:t>vt 0.673000 0.726400</w:t>
        <w:br/>
        <w:t>vt 0.679300 0.803600</w:t>
        <w:br/>
        <w:t>vt 0.681400 0.822700</w:t>
        <w:br/>
        <w:t>vt 0.664000 0.762100</w:t>
        <w:br/>
        <w:t>vt 0.664900 0.747600</w:t>
        <w:br/>
        <w:t>vt 0.666600 0.736300</w:t>
        <w:br/>
        <w:t>vt 0.668100 0.726700</w:t>
        <w:br/>
        <w:t>vt 0.670100 0.726600</w:t>
        <w:br/>
        <w:t>vt 0.654400 0.746700</w:t>
        <w:br/>
        <w:t>vt 0.662500 0.762500</w:t>
        <w:br/>
        <w:t>vt 0.625200 0.716900</w:t>
        <w:br/>
        <w:t>vt 0.624700 0.708000</w:t>
        <w:br/>
        <w:t>vt 0.625600 0.716900</w:t>
        <w:br/>
        <w:t>vt 0.624700 0.708000</w:t>
        <w:br/>
        <w:t>vt 0.631800 0.715300</w:t>
        <w:br/>
        <w:t>vt 0.541300 0.840400</w:t>
        <w:br/>
        <w:t>vt 0.547600 0.831100</w:t>
        <w:br/>
        <w:t>vt 0.561800 0.841300</w:t>
        <w:br/>
        <w:t>vt 0.511400 0.851400</w:t>
        <w:br/>
        <w:t>vt 0.525000 0.861900</w:t>
        <w:br/>
        <w:t>vt 0.517000 0.871200</w:t>
        <w:br/>
        <w:t>vt 0.530500 0.826800</w:t>
        <w:br/>
        <w:t>vt 0.536000 0.819200</w:t>
        <w:br/>
        <w:t>vt 0.536800 0.818200</w:t>
        <w:br/>
        <w:t>vt 0.536000 0.819200</w:t>
        <w:br/>
        <w:t>vt 0.528100 0.809200</w:t>
        <w:br/>
        <w:t>vt 0.508900 0.796000</w:t>
        <w:br/>
        <w:t>vt 0.510600 0.793200</w:t>
        <w:br/>
        <w:t>vt 0.519100 0.800700</w:t>
        <w:br/>
        <w:t>vt 0.515900 0.805600</w:t>
        <w:br/>
        <w:t>vt 0.504400 0.788400</w:t>
        <w:br/>
        <w:t>vt 0.456800 0.814400</w:t>
        <w:br/>
        <w:t>vt 0.452500 0.797400</w:t>
        <w:br/>
        <w:t>vt 0.460200 0.807200</w:t>
        <w:br/>
        <w:t>vt 0.466600 0.805000</w:t>
        <w:br/>
        <w:t>vt 0.475100 0.815100</w:t>
        <w:br/>
        <w:t>vt 0.460200 0.807200</w:t>
        <w:br/>
        <w:t>vt 0.598100 0.906900</w:t>
        <w:br/>
        <w:t>vt 0.580700 0.897600</w:t>
        <w:br/>
        <w:t>vt 0.565700 0.888700</w:t>
        <w:br/>
        <w:t>vt 0.551400 0.880200</w:t>
        <w:br/>
        <w:t>vt 0.611300 0.918200</w:t>
        <w:br/>
        <w:t>vt 0.478000 0.834500</w:t>
        <w:br/>
        <w:t>vt 0.484800 0.830100</w:t>
        <w:br/>
        <w:t>vt 0.499000 0.842000</w:t>
        <w:br/>
        <w:t>vt 0.539900 0.871900</w:t>
        <w:br/>
        <w:t>vt 0.531100 0.881200</w:t>
        <w:br/>
        <w:t>vt 0.524300 0.835600</w:t>
        <w:br/>
        <w:t>vt 0.516700 0.824300</w:t>
        <w:br/>
        <w:t>vt 0.523400 0.815900</w:t>
        <w:br/>
        <w:t>vt 0.515900 0.805600</w:t>
        <w:br/>
        <w:t>vt 0.511200 0.811300</w:t>
        <w:br/>
        <w:t>vt 0.506700 0.798900</w:t>
        <w:br/>
        <w:t>vt 0.508900 0.796000</w:t>
        <w:br/>
        <w:t>vt 0.504400 0.788400</w:t>
        <w:br/>
        <w:t>vt 0.452500 0.797400</w:t>
        <w:br/>
        <w:t>vt 0.470300 0.817500</w:t>
        <w:br/>
        <w:t>vt 0.465500 0.823900</w:t>
        <w:br/>
        <w:t>vt 0.424500 0.482600</w:t>
        <w:br/>
        <w:t>vt 0.421200 0.483700</w:t>
        <w:br/>
        <w:t>vt 0.668600 0.719800</w:t>
        <w:br/>
        <w:t>vt 0.668600 0.719800</w:t>
        <w:br/>
        <w:t>vt 0.444200 0.589100</w:t>
        <w:br/>
        <w:t>vt 0.439400 0.589600</w:t>
        <w:br/>
        <w:t>vt 0.632700 0.726600</w:t>
        <w:br/>
        <w:t>vt 0.628500 0.726900</w:t>
        <w:br/>
        <w:t>vt 0.628700 0.717500</w:t>
        <w:br/>
        <w:t>vt 0.621000 0.735100</w:t>
        <w:br/>
        <w:t>vt 0.620100 0.734800</w:t>
        <w:br/>
        <w:t>vt 0.623500 0.725800</w:t>
        <w:br/>
        <w:t>vt 0.624200 0.725900</w:t>
        <w:br/>
        <w:t>vt 0.624200 0.725900</w:t>
        <w:br/>
        <w:t>vt 0.625600 0.716900</w:t>
        <w:br/>
        <w:t>vt 0.628700 0.717500</w:t>
        <w:br/>
        <w:t>vt 0.587700 0.846700</w:t>
        <w:br/>
        <w:t>vt 0.586500 0.847000</w:t>
        <w:br/>
        <w:t>vt 0.694400 0.846300</w:t>
        <w:br/>
        <w:t>vt 0.639400 0.909500</w:t>
        <w:br/>
        <w:t>vt 0.438300 0.537100</w:t>
        <w:br/>
        <w:t>vt 0.448100 0.537100</w:t>
        <w:br/>
        <w:t>vt 0.418100 0.553200</w:t>
        <w:br/>
        <w:t>vt 0.459600 0.613400</w:t>
        <w:br/>
        <w:t>vt 0.461100 0.628300</w:t>
        <w:br/>
        <w:t>vt 0.460700 0.628200</w:t>
        <w:br/>
        <w:t>vt 0.533000 0.958700</w:t>
        <w:br/>
        <w:t>vt 0.569200 0.638100</w:t>
        <w:br/>
        <w:t>vt 0.562400 0.642400</w:t>
        <w:br/>
        <w:t>vt 0.560600 0.632800</w:t>
        <w:br/>
        <w:t>vt 0.566100 0.629700</w:t>
        <w:br/>
        <w:t>vt 0.463100 0.628700</w:t>
        <w:br/>
        <w:t>vt 0.465900 0.646200</w:t>
        <w:br/>
        <w:t>vt 0.462100 0.646000</w:t>
        <w:br/>
        <w:t>vt 0.461100 0.628300</w:t>
        <w:br/>
        <w:t>vt 0.559700 0.621900</w:t>
        <w:br/>
        <w:t>vt 0.564100 0.620300</w:t>
        <w:br/>
        <w:t>vt 0.479500 0.938100</w:t>
        <w:br/>
        <w:t>vt 0.475700 0.942900</w:t>
        <w:br/>
        <w:t>vt 0.466700 0.930700</w:t>
        <w:br/>
        <w:t>vt 0.469000 0.927900</w:t>
        <w:br/>
        <w:t>vt 0.495800 0.960100</w:t>
        <w:br/>
        <w:t>vt 0.486000 0.952500</w:t>
        <w:br/>
        <w:t>vt 0.490400 0.946700</w:t>
        <w:br/>
        <w:t>vt 0.501800 0.953800</w:t>
        <w:br/>
        <w:t>vt 0.551100 0.650600</w:t>
        <w:br/>
        <w:t>vt 0.567800 0.653500</w:t>
        <w:br/>
        <w:t>vt 0.550100 0.667600</w:t>
        <w:br/>
        <w:t>vt 0.559400 0.612600</w:t>
        <w:br/>
        <w:t>vt 0.775100 0.838900</w:t>
        <w:br/>
        <w:t>vt 0.762300 0.825200</w:t>
        <w:br/>
        <w:t>vt 0.776800 0.795100</w:t>
        <w:br/>
        <w:t>vt 0.867600 0.797300</w:t>
        <w:br/>
        <w:t>vt 0.786300 0.978300</w:t>
        <w:br/>
        <w:t>vt 0.782100 0.969900</w:t>
        <w:br/>
        <w:t>vt 0.794200 0.964900</w:t>
        <w:br/>
        <w:t>vt 0.722200 0.987400</w:t>
        <w:br/>
        <w:t>vt 0.721200 0.984100</w:t>
        <w:br/>
        <w:t>vt 0.736700 0.982300</w:t>
        <w:br/>
        <w:t>vt 0.737800 0.986100</w:t>
        <w:br/>
        <w:t>vt 0.753200 0.979100</w:t>
        <w:br/>
        <w:t>vt 0.754800 0.984300</w:t>
        <w:br/>
        <w:t>vt 0.770400 0.981500</w:t>
        <w:br/>
        <w:t>vt 0.768400 0.975100</w:t>
        <w:br/>
        <w:t>vt 0.734100 0.969800</w:t>
        <w:br/>
        <w:t>vt 0.749100 0.966400</w:t>
        <w:br/>
        <w:t>vt 0.837500 0.925200</w:t>
        <w:br/>
        <w:t>vt 0.831300 0.940000</w:t>
        <w:br/>
        <w:t>vt 0.826900 0.933800</w:t>
        <w:br/>
        <w:t>vt 0.832800 0.919800</w:t>
        <w:br/>
        <w:t>vt 0.839500 0.911100</w:t>
        <w:br/>
        <w:t>vt 0.835600 0.908200</w:t>
        <w:br/>
        <w:t>vt 0.836600 0.894700</w:t>
        <w:br/>
        <w:t>vt 0.839600 0.894400</w:t>
        <w:br/>
        <w:t>vt 0.798500 0.972300</w:t>
        <w:br/>
        <w:t>vt 0.821600 0.832500</w:t>
        <w:br/>
        <w:t>vt 0.822200 0.833700</w:t>
        <w:br/>
        <w:t>vt 0.543200 0.623200</w:t>
        <w:br/>
        <w:t>vt 0.623100 0.901300</w:t>
        <w:br/>
        <w:t>vt 0.523400 0.929300</w:t>
        <w:br/>
        <w:t>vt 0.520100 0.951800</w:t>
        <w:br/>
        <w:t>vt 0.508200 0.944700</w:t>
        <w:br/>
        <w:t>vt 0.440000 0.608700</w:t>
        <w:br/>
        <w:t>vt 0.523400 0.836800</w:t>
        <w:br/>
        <w:t>vt 0.524300 0.835600</w:t>
        <w:br/>
        <w:t>vt 0.534700 0.849900</w:t>
        <w:br/>
        <w:t>vt 0.533800 0.851200</w:t>
        <w:br/>
        <w:t>vt 0.547300 0.863000</w:t>
        <w:br/>
        <w:t>vt 0.540300 0.656200</w:t>
        <w:br/>
        <w:t>vt 0.539600 0.673400</w:t>
        <w:br/>
        <w:t>vt 0.548600 0.684100</w:t>
        <w:br/>
        <w:t>vt 0.541300 0.689800</w:t>
        <w:br/>
        <w:t>vt 0.548400 0.704300</w:t>
        <w:br/>
        <w:t>vt 0.545000 0.706200</w:t>
        <w:br/>
        <w:t>vt 0.470300 0.817500</w:t>
        <w:br/>
        <w:t>vt 0.492100 0.825600</w:t>
        <w:br/>
        <w:t>vt 0.506200 0.834200</w:t>
        <w:br/>
        <w:t>vt 0.518900 0.843300</w:t>
        <w:br/>
        <w:t>vt 0.531600 0.852400</w:t>
        <w:br/>
        <w:t>vt 0.547300 0.863000</w:t>
        <w:br/>
        <w:t>vt 0.562600 0.611200</w:t>
        <w:br/>
        <w:t>vt 0.465200 0.891600</w:t>
        <w:br/>
        <w:t>vt 0.457300 0.880000</w:t>
        <w:br/>
        <w:t>vt 0.451100 0.869600</w:t>
        <w:br/>
        <w:t>vt 0.453400 0.854300</w:t>
        <w:br/>
        <w:t>vt 0.537300 0.709100</w:t>
        <w:br/>
        <w:t>vt 0.533900 0.693900</w:t>
        <w:br/>
        <w:t>vt 0.549700 0.722500</w:t>
        <w:br/>
        <w:t>vt 0.554200 0.738700</w:t>
        <w:br/>
        <w:t>vt 0.548500 0.740100</w:t>
        <w:br/>
        <w:t>vt 0.542600 0.724800</w:t>
        <w:br/>
        <w:t>vt 0.532000 0.676500</w:t>
        <w:br/>
        <w:t>vt 0.533100 0.659700</w:t>
        <w:br/>
        <w:t>vt 0.559400 0.612600</w:t>
        <w:br/>
        <w:t>vt 0.562200 0.600800</w:t>
        <w:br/>
        <w:t>vt 0.534200 0.643100</w:t>
        <w:br/>
        <w:t>vt 0.555700 0.778300</w:t>
        <w:br/>
        <w:t>vt 0.563000 0.778100</w:t>
        <w:br/>
        <w:t>vt 0.976000 0.993500</w:t>
        <w:br/>
        <w:t>vt 0.960800 0.993500</w:t>
        <w:br/>
        <w:t>vt 0.962200 0.986700</w:t>
        <w:br/>
        <w:t>vt 0.978200 0.988100</w:t>
        <w:br/>
        <w:t>vt 0.556800 0.753500</w:t>
        <w:br/>
        <w:t>vt 0.559600 0.766400</w:t>
        <w:br/>
        <w:t>vt 0.552400 0.767600</w:t>
        <w:br/>
        <w:t>vt 0.409000 0.471400</w:t>
        <w:br/>
        <w:t>vt 0.422600 0.504000</w:t>
        <w:br/>
        <w:t>vt 0.414700 0.484500</w:t>
        <w:br/>
        <w:t>vt 0.424600 0.521500</w:t>
        <w:br/>
        <w:t>vt 0.422100 0.537800</w:t>
        <w:br/>
        <w:t>vt 0.866900 0.954800</w:t>
        <w:br/>
        <w:t>vt 0.864100 0.967900</w:t>
        <w:br/>
        <w:t>vt 0.857400 0.958400</w:t>
        <w:br/>
        <w:t>vt 0.860000 0.949000</w:t>
        <w:br/>
        <w:t>vt 0.844400 0.935700</w:t>
        <w:br/>
        <w:t>vt 0.846600 0.934800</w:t>
        <w:br/>
        <w:t>vt 0.849000 0.941600</w:t>
        <w:br/>
        <w:t>vt 0.846200 0.944000</w:t>
        <w:br/>
        <w:t>vt 0.848900 0.954800</w:t>
        <w:br/>
        <w:t>vt 0.852200 0.950200</w:t>
        <w:br/>
        <w:t>vt 0.853200 0.966200</w:t>
        <w:br/>
        <w:t>vt 0.843400 0.925300</w:t>
        <w:br/>
        <w:t>vt 0.860900 0.979900</w:t>
        <w:br/>
        <w:t>vt 0.851600 0.938800</w:t>
        <w:br/>
        <w:t>vt 0.849000 0.941600</w:t>
        <w:br/>
        <w:t>vt 0.846600 0.934800</w:t>
        <w:br/>
        <w:t>vt 0.848400 0.933200</w:t>
        <w:br/>
        <w:t>vt 0.855500 0.943500</w:t>
        <w:br/>
        <w:t>vt 0.843400 0.925300</w:t>
        <w:br/>
        <w:t>vt 0.895300 0.970500</w:t>
        <w:br/>
        <w:t>vt 0.910700 0.976300</w:t>
        <w:br/>
        <w:t>vt 0.878600 0.962200</w:t>
        <w:br/>
        <w:t>vt 0.925200 0.980500</w:t>
        <w:br/>
        <w:t>vt 0.511800 0.960300</w:t>
        <w:br/>
        <w:t>vt 0.525400 0.967500</w:t>
        <w:br/>
        <w:t>vt 0.519700 0.974600</w:t>
        <w:br/>
        <w:t>vt 0.505100 0.966700</w:t>
        <w:br/>
        <w:t>vt 0.537600 0.982400</w:t>
        <w:br/>
        <w:t>vt 0.541800 0.974300</w:t>
        <w:br/>
        <w:t>vt 0.558600 0.979000</w:t>
        <w:br/>
        <w:t>vt 0.555400 0.987300</w:t>
        <w:br/>
        <w:t>vt 0.476000 0.920200</w:t>
        <w:br/>
        <w:t>vt 0.466000 0.909300</w:t>
        <w:br/>
        <w:t>vt 0.456900 0.897000</w:t>
        <w:br/>
        <w:t>vt 0.450800 0.885400</w:t>
        <w:br/>
        <w:t>vt 0.524700 0.697000</w:t>
        <w:br/>
        <w:t>vt 0.516100 0.711300</w:t>
        <w:br/>
        <w:t>vt 0.515400 0.697700</w:t>
        <w:br/>
        <w:t>vt 0.516900 0.678500</w:t>
        <w:br/>
        <w:t>vt 0.525000 0.678000</w:t>
        <w:br/>
        <w:t>vt 0.522200 0.659400</w:t>
        <w:br/>
        <w:t>vt 0.528100 0.660300</w:t>
        <w:br/>
        <w:t>vt 0.530800 0.642900</w:t>
        <w:br/>
        <w:t>vt 0.459000 0.916100</w:t>
        <w:br/>
        <w:t>vt 0.453000 0.898600</w:t>
        <w:br/>
        <w:t>vt 0.554000 0.778800</w:t>
        <w:br/>
        <w:t>vt 0.549900 0.769000</w:t>
        <w:br/>
        <w:t>vt 0.949100 0.994800</w:t>
        <w:br/>
        <w:t>vt 0.937200 0.996100</w:t>
        <w:br/>
        <w:t>vt 0.560500 0.677300</w:t>
        <w:br/>
        <w:t>vt 0.568500 0.669300</w:t>
        <w:br/>
        <w:t>vt 0.615400 0.746200</w:t>
        <w:br/>
        <w:t>vt 0.614500 0.745900</w:t>
        <w:br/>
        <w:t>vt 0.615400 0.746200</w:t>
        <w:br/>
        <w:t>vt 0.621000 0.735100</w:t>
        <w:br/>
        <w:t>vt 0.844700 0.818400</w:t>
        <w:br/>
        <w:t>vt 0.844400 0.817700</w:t>
        <w:br/>
        <w:t>vt 0.670000 0.962800</w:t>
        <w:br/>
        <w:t>vt 0.685200 0.962400</w:t>
        <w:br/>
        <w:t>vt 0.730000 0.956600</w:t>
        <w:br/>
        <w:t>vt 0.467700 0.842200</w:t>
        <w:br/>
        <w:t>vt 0.477100 0.835100</w:t>
        <w:br/>
        <w:t>vt 0.507300 0.882100</w:t>
        <w:br/>
        <w:t>vt 0.522200 0.891400</w:t>
        <w:br/>
        <w:t>vt 0.458000 0.828700</w:t>
        <w:br/>
        <w:t>vt 0.464800 0.824800</w:t>
        <w:br/>
        <w:t>vt 0.449400 0.814900</w:t>
        <w:br/>
        <w:t>vt 0.629400 0.910700</w:t>
        <w:br/>
        <w:t>vt 0.619500 0.949300</w:t>
        <w:br/>
        <w:t>vt 0.468300 0.661400</w:t>
        <w:br/>
        <w:t>vt 0.470100 0.677400</w:t>
        <w:br/>
        <w:t>vt 0.463500 0.676200</w:t>
        <w:br/>
        <w:t>vt 0.463600 0.661300</w:t>
        <w:br/>
        <w:t>vt 0.459300 0.738500</w:t>
        <w:br/>
        <w:t>vt 0.460200 0.721100</w:t>
        <w:br/>
        <w:t>vt 0.469900 0.722400</w:t>
        <w:br/>
        <w:t>vt 0.468600 0.739100</w:t>
        <w:br/>
        <w:t>vt 0.459400 0.752400</w:t>
        <w:br/>
        <w:t>vt 0.467900 0.751600</w:t>
        <w:br/>
        <w:t>vt 0.467300 0.763200</w:t>
        <w:br/>
        <w:t>vt 0.459700 0.764700</w:t>
        <w:br/>
        <w:t>vt 0.461300 0.776200</w:t>
        <w:br/>
        <w:t>vt 0.467100 0.774300</w:t>
        <w:br/>
        <w:t>vt 0.467000 0.783600</w:t>
        <w:br/>
        <w:t>vt 0.463400 0.784700</w:t>
        <w:br/>
        <w:t>vt 0.477000 0.739800</w:t>
        <w:br/>
        <w:t>vt 0.476500 0.753900</w:t>
        <w:br/>
        <w:t>vt 0.467900 0.751600</w:t>
        <w:br/>
        <w:t>vt 0.468600 0.739100</w:t>
        <w:br/>
        <w:t>vt 0.467300 0.763200</w:t>
        <w:br/>
        <w:t>vt 0.475100 0.765200</w:t>
        <w:br/>
        <w:t>vt 0.467100 0.774300</w:t>
        <w:br/>
        <w:t>vt 0.473000 0.776100</w:t>
        <w:br/>
        <w:t>vt 0.466400 0.794200</w:t>
        <w:br/>
        <w:t>vt 0.467000 0.783600</w:t>
        <w:br/>
        <w:t>vt 0.470600 0.784100</w:t>
        <w:br/>
        <w:t>vt 0.478500 0.705800</w:t>
        <w:br/>
        <w:t>vt 0.477900 0.722500</w:t>
        <w:br/>
        <w:t>vt 0.469900 0.722400</w:t>
        <w:br/>
        <w:t>vt 0.471100 0.705300</w:t>
        <w:br/>
        <w:t>vt 0.466400 0.794200</w:t>
        <w:br/>
        <w:t>vt 0.462200 0.703400</w:t>
        <w:br/>
        <w:t>vt 0.471100 0.705300</w:t>
        <w:br/>
        <w:t>vt 0.471000 0.691600</w:t>
        <w:br/>
        <w:t>vt 0.477300 0.692200</w:t>
        <w:br/>
        <w:t>vt 0.471000 0.691600</w:t>
        <w:br/>
        <w:t>vt 0.462700 0.689600</w:t>
        <w:br/>
        <w:t>vt 0.470100 0.677400</w:t>
        <w:br/>
        <w:t>vt 0.475300 0.677900</w:t>
        <w:br/>
        <w:t>vt 0.472600 0.662300</w:t>
        <w:br/>
        <w:t>vt 0.472600 0.662300</w:t>
        <w:br/>
        <w:t>vt 0.462800 0.661300</w:t>
        <w:br/>
        <w:t>vt 0.461300 0.645900</w:t>
        <w:br/>
        <w:t>vt 0.462100 0.646000</w:t>
        <w:br/>
        <w:t>vt 0.463600 0.661300</w:t>
        <w:br/>
        <w:t>vt 0.572300 0.825600</w:t>
        <w:br/>
        <w:t>vt 0.996800 0.988400</w:t>
        <w:br/>
        <w:t>vt 0.996600 0.995200</w:t>
        <w:br/>
        <w:t>vt 0.889700 0.880100</w:t>
        <w:br/>
        <w:t>vt 0.867100 0.885400</w:t>
        <w:br/>
        <w:t>vt 0.868900 0.874000</w:t>
        <w:br/>
        <w:t>vt 0.886300 0.869500</w:t>
        <w:br/>
        <w:t>vt 0.870200 0.861500</w:t>
        <w:br/>
        <w:t>vt 0.885300 0.858300</w:t>
        <w:br/>
        <w:t>vt 0.872500 0.851300</w:t>
        <w:br/>
        <w:t>vt 0.885400 0.849400</w:t>
        <w:br/>
        <w:t>vt 0.876200 0.841700</w:t>
        <w:br/>
        <w:t>vt 0.885700 0.842000</w:t>
        <w:br/>
        <w:t>vt 0.878300 0.835600</w:t>
        <w:br/>
        <w:t>vt 0.886600 0.835500</w:t>
        <w:br/>
        <w:t>vt 0.882500 0.829900</w:t>
        <w:br/>
        <w:t>vt 0.887800 0.830500</w:t>
        <w:br/>
        <w:t>vt 0.888100 0.825700</w:t>
        <w:br/>
        <w:t>vt 0.890200 0.826000</w:t>
        <w:br/>
        <w:t>vt 0.895200 0.819000</w:t>
        <w:br/>
        <w:t>vt 0.886400 0.823800</w:t>
        <w:br/>
        <w:t>vt 0.851700 0.889100</w:t>
        <w:br/>
        <w:t>vt 0.851300 0.877500</w:t>
        <w:br/>
        <w:t>vt 0.854700 0.866000</w:t>
        <w:br/>
        <w:t>vt 0.859700 0.855400</w:t>
        <w:br/>
        <w:t>vt 0.865600 0.845200</w:t>
        <w:br/>
        <w:t>vt 0.871500 0.836300</w:t>
        <w:br/>
        <w:t>vt 0.880300 0.827600</w:t>
        <w:br/>
        <w:t>vt 0.971500 0.861500</w:t>
        <w:br/>
        <w:t>vt 0.978200 0.874200</w:t>
        <w:br/>
        <w:t>vt 0.967400 0.879300</w:t>
        <w:br/>
        <w:t>vt 0.963600 0.862600</w:t>
        <w:br/>
        <w:t>vt 0.961100 0.847700</w:t>
        <w:br/>
        <w:t>vt 0.956900 0.849900</w:t>
        <w:br/>
        <w:t>vt 0.941400 0.830500</w:t>
        <w:br/>
        <w:t>vt 0.950000 0.840500</w:t>
        <w:br/>
        <w:t>vt 0.946300 0.840800</w:t>
        <w:br/>
        <w:t>vt 0.869900 0.803700</w:t>
        <w:br/>
        <w:t>vt 0.885500 0.803100</w:t>
        <w:br/>
        <w:t>vt 0.870700 0.807300</w:t>
        <w:br/>
        <w:t>vt 0.885500 0.803100</w:t>
        <w:br/>
        <w:t>vt 0.952700 0.839400</w:t>
        <w:br/>
        <w:t>vt 0.950000 0.840500</w:t>
        <w:br/>
        <w:t>vt 0.984300 0.889000</w:t>
        <w:br/>
        <w:t>vt 0.967800 0.889800</w:t>
        <w:br/>
        <w:t>vt 0.968900 0.901700</w:t>
        <w:br/>
        <w:t>vt 0.987500 0.902600</w:t>
        <w:br/>
        <w:t>vt 0.988200 0.917100</w:t>
        <w:br/>
        <w:t>vt 0.969600 0.914400</w:t>
        <w:br/>
        <w:t>vt 0.995400 0.915100</w:t>
        <w:br/>
        <w:t>vt 0.995900 0.923300</w:t>
        <w:br/>
        <w:t>vt 0.990200 0.912200</w:t>
        <w:br/>
        <w:t>vt 0.985100 0.960100</w:t>
        <w:br/>
        <w:t>vt 0.969300 0.950700</w:t>
        <w:br/>
        <w:t>vt 0.977200 0.938800</w:t>
        <w:br/>
        <w:t>vt 0.991600 0.946800</w:t>
        <w:br/>
        <w:t>vt 0.995000 0.934500</w:t>
        <w:br/>
        <w:t>vt 0.983000 0.929300</w:t>
        <w:br/>
        <w:t>vt 0.976100 0.969900</w:t>
        <w:br/>
        <w:t>vt 0.961800 0.960000</w:t>
        <w:br/>
        <w:t>vt 0.992200 0.904400</w:t>
        <w:br/>
        <w:t>vt 0.953900 0.944900</w:t>
        <w:br/>
        <w:t>vt 0.961200 0.930600</w:t>
        <w:br/>
        <w:t>vt 0.950700 0.953400</w:t>
        <w:br/>
        <w:t>vt 0.952700 0.871700</w:t>
        <w:br/>
        <w:t>vt 0.951900 0.861700</w:t>
        <w:br/>
        <w:t>vt 0.949200 0.849200</w:t>
        <w:br/>
        <w:t>vt 0.950200 0.892600</w:t>
        <w:br/>
        <w:t>vt 0.952600 0.881500</w:t>
        <w:br/>
        <w:t>vt 0.951800 0.904400</w:t>
        <w:br/>
        <w:t>vt 0.950800 0.917000</w:t>
        <w:br/>
        <w:t>vt 0.946000 0.930600</w:t>
        <w:br/>
        <w:t>vt 0.938300 0.946300</w:t>
        <w:br/>
        <w:t>vt 0.941400 0.830500</w:t>
        <w:br/>
        <w:t>vt 0.621300 0.629400</w:t>
        <w:br/>
        <w:t>vt 0.625400 0.638500</w:t>
        <w:br/>
        <w:t>vt 0.611800 0.638700</w:t>
        <w:br/>
        <w:t>vt 0.612100 0.629200</w:t>
        <w:br/>
        <w:t>vt 0.619400 0.621800</w:t>
        <w:br/>
        <w:t>vt 0.613900 0.621200</w:t>
        <w:br/>
        <w:t>vt 0.619600 0.615600</w:t>
        <w:br/>
        <w:t>vt 0.616300 0.614700</w:t>
        <w:br/>
        <w:t>vt 0.621200 0.609700</w:t>
        <w:br/>
        <w:t>vt 0.618600 0.608100</w:t>
        <w:br/>
        <w:t>vt 0.594600 0.622100</w:t>
        <w:br/>
        <w:t>vt 0.588800 0.621900</w:t>
        <w:br/>
        <w:t>vt 0.590900 0.615500</w:t>
        <w:br/>
        <w:t>vt 0.593600 0.615600</w:t>
        <w:br/>
        <w:t>vt 0.596300 0.629600</w:t>
        <w:br/>
        <w:t>vt 0.587400 0.630200</w:t>
        <w:br/>
        <w:t>vt 0.586300 0.640600</w:t>
        <w:br/>
        <w:t>vt 0.599000 0.639500</w:t>
        <w:br/>
        <w:t>vt 0.584600 0.652900</w:t>
        <w:br/>
        <w:t>vt 0.599000 0.651200</w:t>
        <w:br/>
        <w:t>vt 0.598300 0.664500</w:t>
        <w:br/>
        <w:t>vt 0.582200 0.666100</w:t>
        <w:br/>
        <w:t>vt 0.597600 0.677600</w:t>
        <w:br/>
        <w:t>vt 0.580800 0.678800</w:t>
        <w:br/>
        <w:t>vt 0.597200 0.691200</w:t>
        <w:br/>
        <w:t>vt 0.581700 0.692100</w:t>
        <w:br/>
        <w:t>vt 0.616600 0.664400</w:t>
        <w:br/>
        <w:t>vt 0.615200 0.650500</w:t>
        <w:br/>
        <w:t>vt 0.616800 0.677700</w:t>
        <w:br/>
        <w:t>vt 0.616100 0.692300</w:t>
        <w:br/>
        <w:t>vt 0.630500 0.650100</w:t>
        <w:br/>
        <w:t>vt 0.624900 0.605000</w:t>
        <w:br/>
        <w:t>vt 0.603800 0.629300</w:t>
        <w:br/>
        <w:t>vt 0.599000 0.639500</w:t>
        <w:br/>
        <w:t>vt 0.608900 0.620400</w:t>
        <w:br/>
        <w:t>vt 0.613300 0.613400</w:t>
        <w:br/>
        <w:t>vt 0.634200 0.664600</w:t>
        <w:br/>
        <w:t>vt 0.636400 0.678900</w:t>
        <w:br/>
        <w:t>vt 0.635100 0.693700</w:t>
        <w:br/>
        <w:t>vt 0.594000 0.610900</w:t>
        <w:br/>
        <w:t>vt 0.937500 0.762100</w:t>
        <w:br/>
        <w:t>vt 0.940300 0.752400</w:t>
        <w:br/>
        <w:t>vt 0.927800 0.752900</w:t>
        <w:br/>
        <w:t>vt 0.920300 0.764100</w:t>
        <w:br/>
        <w:t>vt 0.936200 0.743600</w:t>
        <w:br/>
        <w:t>vt 0.945900 0.744200</w:t>
        <w:br/>
        <w:t>vt 0.949800 0.734800</w:t>
        <w:br/>
        <w:t>vt 0.954400 0.738100</w:t>
        <w:br/>
        <w:t>vt 0.960700 0.733900</w:t>
        <w:br/>
        <w:t>vt 0.958800 0.731500</w:t>
        <w:br/>
        <w:t>vt 0.969100 0.727400</w:t>
        <w:br/>
        <w:t>vt 0.413200 0.571000</w:t>
        <w:br/>
        <w:t>vt 0.500400 0.768600</w:t>
        <w:br/>
        <w:t>vt 0.498300 0.779900</w:t>
        <w:br/>
        <w:t>vt 0.485400 0.777600</w:t>
        <w:br/>
        <w:t>vt 0.485400 0.765400</w:t>
        <w:br/>
        <w:t>vt 0.497200 0.789100</w:t>
        <w:br/>
        <w:t>vt 0.497400 0.796400</w:t>
        <w:br/>
        <w:t>vt 0.490000 0.795200</w:t>
        <w:br/>
        <w:t>vt 0.486700 0.786900</w:t>
        <w:br/>
        <w:t>vt 0.497800 0.801800</w:t>
        <w:br/>
        <w:t>vt 0.493700 0.801700</w:t>
        <w:br/>
        <w:t>vt 0.498700 0.806800</w:t>
        <w:br/>
        <w:t>vt 0.487300 0.752800</w:t>
        <w:br/>
        <w:t>vt 0.958000 0.815800</w:t>
        <w:br/>
        <w:t>vt 0.959300 0.813500</w:t>
        <w:br/>
        <w:t>vt 0.963900 0.816600</w:t>
        <w:br/>
        <w:t>vt 0.963900 0.818600</w:t>
        <w:br/>
        <w:t>vt 0.955900 0.810100</w:t>
        <w:br/>
        <w:t>vt 0.951800 0.811700</w:t>
        <w:br/>
        <w:t>vt 0.945600 0.805700</w:t>
        <w:br/>
        <w:t>vt 0.952000 0.804600</w:t>
        <w:br/>
        <w:t>vt 0.939200 0.797300</w:t>
        <w:br/>
        <w:t>vt 0.948600 0.797400</w:t>
        <w:br/>
        <w:t>vt 0.971700 0.820900</w:t>
        <w:br/>
        <w:t>vt 0.953300 0.770100</w:t>
        <w:br/>
        <w:t>vt 0.954800 0.759700</w:t>
        <w:br/>
        <w:t>vt 0.934200 0.773500</w:t>
        <w:br/>
        <w:t>vt 0.915700 0.776300</w:t>
        <w:br/>
        <w:t>vt 0.913000 0.785000</w:t>
        <w:br/>
        <w:t>vt 0.933200 0.784100</w:t>
        <w:br/>
        <w:t>vt 0.955100 0.751300</w:t>
        <w:br/>
        <w:t>vt 0.957100 0.745000</w:t>
        <w:br/>
        <w:t>vt 0.960300 0.738700</w:t>
        <w:br/>
        <w:t>vt 0.964500 0.733400</w:t>
        <w:br/>
        <w:t>vt 0.953800 0.779600</w:t>
        <w:br/>
        <w:t>vt 0.459100 0.447800</w:t>
        <w:br/>
        <w:t>vt 0.447400 0.451600</w:t>
        <w:br/>
        <w:t>vt 0.449200 0.440700</w:t>
        <w:br/>
        <w:t>vt 0.458700 0.437400</w:t>
        <w:br/>
        <w:t>vt 0.462900 0.471300</w:t>
        <w:br/>
        <w:t>vt 0.445600 0.477200</w:t>
        <w:br/>
        <w:t>vt 0.445600 0.465200</w:t>
        <w:br/>
        <w:t>vt 0.460900 0.460100</w:t>
        <w:br/>
        <w:t>vt 0.464600 0.481700</w:t>
        <w:br/>
        <w:t>vt 0.445600 0.488200</w:t>
        <w:br/>
        <w:t>vt 0.454100 0.428600</w:t>
        <w:br/>
        <w:t>vt 0.460300 0.426800</w:t>
        <w:br/>
        <w:t>vt 0.464000 0.419600</w:t>
        <w:br/>
        <w:t>vt 0.467000 0.420200</w:t>
        <w:br/>
        <w:t>vt 0.467700 0.427100</w:t>
        <w:br/>
        <w:t>vt 0.469200 0.410800</w:t>
        <w:br/>
        <w:t>vt 0.468900 0.436100</w:t>
        <w:br/>
        <w:t>vt 0.472000 0.445800</w:t>
        <w:br/>
        <w:t>vt 0.475100 0.457300</w:t>
        <w:br/>
        <w:t>vt 0.477900 0.467900</w:t>
        <w:br/>
        <w:t>vt 0.479400 0.478300</w:t>
        <w:br/>
        <w:t>vt 0.460900 0.419600</w:t>
        <w:br/>
        <w:t>vt 0.490600 0.611200</w:t>
        <w:br/>
        <w:t>vt 0.494500 0.618100</w:t>
        <w:br/>
        <w:t>vt 0.488600 0.620300</w:t>
        <w:br/>
        <w:t>vt 0.486500 0.612600</w:t>
        <w:br/>
        <w:t>vt 0.498400 0.628200</w:t>
        <w:br/>
        <w:t>vt 0.490300 0.630700</w:t>
        <w:br/>
        <w:t>vt 0.500900 0.639000</w:t>
        <w:br/>
        <w:t>vt 0.491800 0.641700</w:t>
        <w:br/>
        <w:t>vt 0.502700 0.652800</w:t>
        <w:br/>
        <w:t>vt 0.492300 0.654700</w:t>
        <w:br/>
        <w:t>vt 0.503900 0.669700</w:t>
        <w:br/>
        <w:t>vt 0.493000 0.671200</w:t>
        <w:br/>
        <w:t>vt 0.504700 0.686200</w:t>
        <w:br/>
        <w:t>vt 0.493900 0.688400</w:t>
        <w:br/>
        <w:t>vt 0.504100 0.699800</w:t>
        <w:br/>
        <w:t>vt 0.493400 0.702300</w:t>
        <w:br/>
        <w:t>vt 0.502600 0.714000</w:t>
        <w:br/>
        <w:t>vt 0.493400 0.715800</w:t>
        <w:br/>
        <w:t>vt 0.500800 0.729300</w:t>
        <w:br/>
        <w:t>vt 0.492600 0.730700</w:t>
        <w:br/>
        <w:t>vt 0.498300 0.744900</w:t>
        <w:br/>
        <w:t>vt 0.491800 0.745700</w:t>
        <w:br/>
        <w:t>vt 0.483100 0.604400</w:t>
        <w:br/>
        <w:t>vt 0.520700 0.717800</w:t>
        <w:br/>
        <w:t>vt 0.962400 0.819700</w:t>
        <w:br/>
        <w:t>vt 0.955300 0.817800</w:t>
        <w:br/>
        <w:t>vt 0.946800 0.813700</w:t>
        <w:br/>
        <w:t>vt 0.938700 0.807000</w:t>
        <w:br/>
        <w:t>vt 0.929300 0.797800</w:t>
        <w:br/>
        <w:t>vt 0.767100 0.916800</w:t>
        <w:br/>
        <w:t>vt 0.778200 0.899600</w:t>
        <w:br/>
        <w:t>vt 0.869800 0.897700</w:t>
        <w:br/>
        <w:t>vt 0.895100 0.892300</w:t>
        <w:br/>
        <w:t>vt 0.853200 0.899700</w:t>
        <w:br/>
        <w:t>vt 0.528100 0.809200</w:t>
        <w:br/>
        <w:t>vt 0.687000 0.973100</w:t>
        <w:br/>
        <w:t>vt 0.671200 0.971900</w:t>
        <w:br/>
        <w:t>vt 0.832800 0.824500</w:t>
        <w:br/>
        <w:t>vt 0.833400 0.825400</w:t>
        <w:br/>
        <w:t>vt 0.913000 0.785000</w:t>
        <w:br/>
        <w:t>vt 0.933200 0.784100</w:t>
        <w:br/>
        <w:t>vt 0.933200 0.784100</w:t>
        <w:br/>
        <w:t>vt 0.913000 0.785000</w:t>
        <w:br/>
        <w:t>vt 0.953800 0.779600</w:t>
        <w:br/>
        <w:t>vt 0.953800 0.779600</w:t>
        <w:br/>
        <w:t>vt 0.913000 0.785000</w:t>
        <w:br/>
        <w:t>vt 0.933200 0.784100</w:t>
        <w:br/>
        <w:t>vt 0.933200 0.784100</w:t>
        <w:br/>
        <w:t>vt 0.913000 0.785000</w:t>
        <w:br/>
        <w:t>vt 0.933200 0.784100</w:t>
        <w:br/>
        <w:t>vt 0.913000 0.785000</w:t>
        <w:br/>
        <w:t>vt 0.913000 0.785000</w:t>
        <w:br/>
        <w:t>vt 0.933200 0.784100</w:t>
        <w:br/>
        <w:t>vt 0.953800 0.779600</w:t>
        <w:br/>
        <w:t>vt 0.953800 0.779600</w:t>
        <w:br/>
        <w:t>vt 0.953800 0.779600</w:t>
        <w:br/>
        <w:t>vt 0.953800 0.779600</w:t>
        <w:br/>
        <w:t>vt 0.464600 0.481700</w:t>
        <w:br/>
        <w:t>vt 0.464600 0.481700</w:t>
        <w:br/>
        <w:t>vt 0.445600 0.488200</w:t>
        <w:br/>
        <w:t>vt 0.445600 0.488200</w:t>
        <w:br/>
        <w:t>vt 0.479400 0.478300</w:t>
        <w:br/>
        <w:t>vt 0.479400 0.478300</w:t>
        <w:br/>
        <w:t>vt 0.597200 0.691200</w:t>
        <w:br/>
        <w:t>vt 0.581700 0.692100</w:t>
        <w:br/>
        <w:t>vt 0.616100 0.692300</w:t>
        <w:br/>
        <w:t>vt 0.635100 0.693700</w:t>
        <w:br/>
        <w:t>vt 0.464600 0.481700</w:t>
        <w:br/>
        <w:t>vt 0.445600 0.488200</w:t>
        <w:br/>
        <w:t>vt 0.479400 0.478300</w:t>
        <w:br/>
        <w:t>vt 0.581700 0.692100</w:t>
        <w:br/>
        <w:t>vt 0.597200 0.691200</w:t>
        <w:br/>
        <w:t>vt 0.616100 0.692300</w:t>
        <w:br/>
        <w:t>vt 0.635100 0.693700</w:t>
        <w:br/>
        <w:t>vt 0.468900 0.436100</w:t>
        <w:br/>
        <w:t>vt 0.472000 0.445800</w:t>
        <w:br/>
        <w:t>vt 0.913000 0.785000</w:t>
        <w:br/>
        <w:t>vt 0.933200 0.784100</w:t>
        <w:br/>
        <w:t>vt 0.953800 0.779600</w:t>
        <w:br/>
        <w:t>vt 0.976100 0.969900</w:t>
        <w:br/>
        <w:t>vt 0.961800 0.960000</w:t>
        <w:br/>
        <w:t>vt 0.950700 0.953400</w:t>
        <w:br/>
        <w:t>vt 0.938300 0.946300</w:t>
        <w:br/>
        <w:t>vt 0.976100 0.969900</w:t>
        <w:br/>
        <w:t>vt 0.961800 0.960000</w:t>
        <w:br/>
        <w:t>vt 0.950700 0.953400</w:t>
        <w:br/>
        <w:t>vt 0.938300 0.946300</w:t>
        <w:br/>
        <w:t>vt 0.869800 0.897700</w:t>
        <w:br/>
        <w:t>vt 0.869800 0.897700</w:t>
        <w:br/>
        <w:t>vt 0.895100 0.892300</w:t>
        <w:br/>
        <w:t>vt 0.895100 0.892300</w:t>
        <w:br/>
        <w:t>vt 0.853200 0.899700</w:t>
        <w:br/>
        <w:t>vt 0.853200 0.899700</w:t>
        <w:br/>
        <w:t>vt 0.895100 0.892300</w:t>
        <w:br/>
        <w:t>vt 0.869800 0.897700</w:t>
        <w:br/>
        <w:t>vt 0.869800 0.897700</w:t>
        <w:br/>
        <w:t>vt 0.895100 0.892300</w:t>
        <w:br/>
        <w:t>vt 0.853200 0.899700</w:t>
        <w:br/>
        <w:t>vt 0.853200 0.899700</w:t>
        <w:br/>
        <w:t>vt 0.586600 0.823300</w:t>
        <w:br/>
        <w:t>vt 0.592900 0.867500</w:t>
        <w:br/>
        <w:t>vt 0.607300 0.759900</w:t>
        <w:br/>
        <w:t>vt 0.624700 0.708000</w:t>
        <w:br/>
        <w:t>vt 0.690700 0.803100</w:t>
        <w:br/>
        <w:t>vt 0.692900 0.823600</w:t>
        <w:br/>
        <w:t>vt 0.683400 0.762800</w:t>
        <w:br/>
        <w:t>vt 0.684700 0.762800</w:t>
        <w:br/>
        <w:t>vt 0.680000 0.747300</w:t>
        <w:br/>
        <w:t>vt 0.681000 0.747300</w:t>
        <w:br/>
        <w:t>vt 0.681000 0.747300</w:t>
        <w:br/>
        <w:t>vt 0.676600 0.735500</w:t>
        <w:br/>
        <w:t>vt 0.677300 0.735400</w:t>
        <w:br/>
        <w:t>vt 0.673000 0.726400</w:t>
        <w:br/>
        <w:t>vt 0.673400 0.726400</w:t>
        <w:br/>
        <w:t>vt 0.668600 0.719800</w:t>
        <w:br/>
        <w:t>vt 0.701200 0.829800</w:t>
        <w:br/>
        <w:t>vt 0.703000 0.830400</w:t>
        <w:br/>
        <w:t>vt 0.694400 0.846300</w:t>
        <w:br/>
        <w:t>vt 0.771000 0.786200</w:t>
        <w:br/>
        <w:t>vt 0.764100 0.795300</w:t>
        <w:br/>
        <w:t>vt 0.749100 0.813400</w:t>
        <w:br/>
        <w:t>vt 0.771000 0.786200</w:t>
        <w:br/>
        <w:t>vt 0.859600 0.810800</w:t>
        <w:br/>
        <w:t>vt 0.821600 0.832500</w:t>
        <w:br/>
        <w:t>vt 0.809600 0.842100</w:t>
        <w:br/>
        <w:t>vt 0.885500 0.803100</w:t>
        <w:br/>
        <w:t>vt 0.548400 0.829800</w:t>
        <w:br/>
        <w:t>vt 0.547600 0.831100</w:t>
        <w:br/>
        <w:t>vt 0.561800 0.841300</w:t>
        <w:br/>
        <w:t>vt 0.440900 0.554400</w:t>
        <w:br/>
        <w:t>vt 0.437700 0.571200</w:t>
        <w:br/>
        <w:t>vt 0.413200 0.571000</w:t>
        <w:br/>
        <w:t>vt 0.534700 0.849900</w:t>
        <w:br/>
        <w:t>vt 0.548000 0.861900</w:t>
        <w:br/>
        <w:t>vt 0.558700 0.872700</w:t>
        <w:br/>
        <w:t>vt 0.489500 0.847800</w:t>
        <w:br/>
        <w:t>vt 0.456800 0.814400</w:t>
        <w:br/>
        <w:t>vt 0.463500 0.676200</w:t>
        <w:br/>
        <w:t>vt 0.464400 0.628500</w:t>
        <w:br/>
        <w:t>vt 0.468200 0.646400</w:t>
        <w:br/>
        <w:t>vt 0.516700 0.824300</w:t>
        <w:br/>
        <w:t>vt 0.863300 0.527200</w:t>
        <w:br/>
        <w:t>vt 0.845000 0.521400</w:t>
        <w:br/>
        <w:t>vt 0.851500 0.514900</w:t>
        <w:br/>
        <w:t>vt 0.918800 0.553800</w:t>
        <w:br/>
        <w:t>vt 0.905400 0.543200</w:t>
        <w:br/>
        <w:t>vt 0.925500 0.547100</w:t>
        <w:br/>
        <w:t>vt 0.938100 0.559600</w:t>
        <w:br/>
        <w:t>vt 0.931800 0.564200</w:t>
        <w:br/>
        <w:t>vt 0.912500 0.559500</w:t>
        <w:br/>
        <w:t>vt 0.900700 0.548600</w:t>
        <w:br/>
        <w:t>vt 0.827600 0.519100</w:t>
        <w:br/>
        <w:t>vt 0.839900 0.512600</w:t>
        <w:br/>
        <w:t>vt 0.887700 0.527200</w:t>
        <w:br/>
        <w:t>vt 0.885100 0.531900</w:t>
        <w:br/>
        <w:t>vt 0.866200 0.522000</w:t>
        <w:br/>
        <w:t>vt 0.869100 0.517600</w:t>
        <w:br/>
        <w:t>vt 0.852900 0.507700</w:t>
        <w:br/>
        <w:t>vt 0.883100 0.536000</w:t>
        <w:br/>
        <w:t>vt 0.842700 0.505700</w:t>
        <w:br/>
        <w:t>vt 0.844800 0.500600</w:t>
        <w:br/>
        <w:t>vt 0.852900 0.507700</w:t>
        <w:br/>
        <w:t>vt 0.976400 0.638200</w:t>
        <w:br/>
        <w:t>vt 0.985500 0.657700</w:t>
        <w:br/>
        <w:t>vt 0.970700 0.660800</w:t>
        <w:br/>
        <w:t>vt 0.964400 0.644500</w:t>
        <w:br/>
        <w:t>vt 0.964300 0.624300</w:t>
        <w:br/>
        <w:t>vt 0.969400 0.620100</w:t>
        <w:br/>
        <w:t>vt 0.910800 0.536400</w:t>
        <w:br/>
        <w:t>vt 0.923900 0.571300</w:t>
        <w:br/>
        <w:t>vt 0.942400 0.580100</w:t>
        <w:br/>
        <w:t>vt 0.935900 0.586000</w:t>
        <w:br/>
        <w:t>vt 0.954500 0.602000</w:t>
        <w:br/>
        <w:t>vt 0.949000 0.605400</w:t>
        <w:br/>
        <w:t>vt 0.959200 0.626800</w:t>
        <w:br/>
        <w:t>vt 0.978200 0.675500</w:t>
        <w:br/>
        <w:t>vt 0.997700 0.662800</w:t>
        <w:br/>
        <w:t>vt 0.983600 0.680700</w:t>
        <w:br/>
        <w:t>vt 0.985500 0.657700</w:t>
        <w:br/>
        <w:t>vt 0.997700 0.662800</w:t>
        <w:br/>
        <w:t>vt 0.947700 0.576400</w:t>
        <w:br/>
        <w:t>vt 0.960200 0.599100</w:t>
        <w:br/>
        <w:t>vt 0.804900 0.519100</w:t>
        <w:br/>
        <w:t>vt 0.816300 0.518100</w:t>
        <w:br/>
        <w:t>vt 0.816300 0.532600</w:t>
        <w:br/>
        <w:t>vt 0.691900 0.718900</w:t>
        <w:br/>
        <w:t>vt 0.693600 0.713300</w:t>
        <w:br/>
        <w:t>vt 0.707300 0.725700</w:t>
        <w:br/>
        <w:t>vt 0.706400 0.731300</w:t>
        <w:br/>
        <w:t>vt 0.654700 0.686200</w:t>
        <w:br/>
        <w:t>vt 0.660400 0.679700</w:t>
        <w:br/>
        <w:t>vt 0.670600 0.694800</w:t>
        <w:br/>
        <w:t>vt 0.816300 0.570700</w:t>
        <w:br/>
        <w:t>vt 0.803400 0.571300</w:t>
        <w:br/>
        <w:t>vt 0.801000 0.553300</w:t>
        <w:br/>
        <w:t>vt 0.816300 0.552300</w:t>
        <w:br/>
        <w:t>vt 0.742100 0.623800</w:t>
        <w:br/>
        <w:t>vt 0.752500 0.612900</w:t>
        <w:br/>
        <w:t>vt 0.759700 0.629000</w:t>
        <w:br/>
        <w:t>vt 0.748900 0.639200</w:t>
        <w:br/>
        <w:t>vt 0.731800 0.636800</w:t>
        <w:br/>
        <w:t>vt 0.738700 0.653000</w:t>
        <w:br/>
        <w:t>vt 0.797800 0.649300</w:t>
        <w:br/>
        <w:t>vt 0.816300 0.650200</w:t>
        <w:br/>
        <w:t>vt 0.816300 0.660800</w:t>
        <w:br/>
        <w:t>vt 0.797400 0.660300</w:t>
        <w:br/>
        <w:t>vt 0.783000 0.636200</w:t>
        <w:br/>
        <w:t>vt 0.770000 0.620200</w:t>
        <w:br/>
        <w:t>vt 0.781900 0.624400</w:t>
        <w:br/>
        <w:t>vt 0.758200 0.650400</w:t>
        <w:br/>
        <w:t>vt 0.746900 0.668500</w:t>
        <w:br/>
        <w:t>vt 0.685100 0.662700</w:t>
        <w:br/>
        <w:t>vt 0.679400 0.676300</w:t>
        <w:br/>
        <w:t>vt 0.669000 0.665300</w:t>
        <w:br/>
        <w:t>vt 0.674200 0.651000</w:t>
        <w:br/>
        <w:t>vt 0.816300 0.672000</w:t>
        <w:br/>
        <w:t>vt 0.816300 0.687600</w:t>
        <w:br/>
        <w:t>vt 0.798600 0.686300</w:t>
        <w:br/>
        <w:t>vt 0.798000 0.671300</w:t>
        <w:br/>
        <w:t>vt 0.782900 0.670500</w:t>
        <w:br/>
        <w:t>vt 0.782700 0.659600</w:t>
        <w:br/>
        <w:t>vt 0.767700 0.684300</w:t>
        <w:br/>
        <w:t>vt 0.752100 0.684800</w:t>
        <w:br/>
        <w:t>vt 0.798600 0.702000</w:t>
        <w:br/>
        <w:t>vt 0.816300 0.704500</w:t>
        <w:br/>
        <w:t>vt 0.739400 0.685400</w:t>
        <w:br/>
        <w:t>vt 0.784500 0.698300</w:t>
        <w:br/>
        <w:t>vt 0.768200 0.696400</w:t>
        <w:br/>
        <w:t>vt 0.752000 0.694900</w:t>
        <w:br/>
        <w:t>vt 0.783200 0.709900</w:t>
        <w:br/>
        <w:t>vt 0.768300 0.703000</w:t>
        <w:br/>
        <w:t>vt 0.768300 0.703000</w:t>
        <w:br/>
        <w:t>vt 0.768300 0.705100</w:t>
        <w:br/>
        <w:t>vt 0.751900 0.696900</w:t>
        <w:br/>
        <w:t>vt 0.752000 0.694900</w:t>
        <w:br/>
        <w:t>vt 0.794000 0.742600</w:t>
        <w:br/>
        <w:t>vt 0.778500 0.739700</w:t>
        <w:br/>
        <w:t>vt 0.780100 0.732600</w:t>
        <w:br/>
        <w:t>vt 0.795100 0.735900</w:t>
        <w:br/>
        <w:t>vt 0.747100 0.727000</w:t>
        <w:br/>
        <w:t>vt 0.749600 0.719000</w:t>
        <w:br/>
        <w:t>vt 0.764900 0.727500</w:t>
        <w:br/>
        <w:t>vt 0.762500 0.734800</w:t>
        <w:br/>
        <w:t>vt 0.731800 0.716600</w:t>
        <w:br/>
        <w:t>vt 0.734400 0.707200</w:t>
        <w:br/>
        <w:t>vt 0.714400 0.663500</w:t>
        <w:br/>
        <w:t>vt 0.720300 0.655900</w:t>
        <w:br/>
        <w:t>vt 0.727800 0.672300</w:t>
        <w:br/>
        <w:t>vt 0.724200 0.679300</w:t>
        <w:br/>
        <w:t>vt 0.690500 0.649100</w:t>
        <w:br/>
        <w:t>vt 0.698600 0.662500</w:t>
        <w:br/>
        <w:t>vt 0.693600 0.675300</w:t>
        <w:br/>
        <w:t>vt 0.728300 0.671800</w:t>
        <w:br/>
        <w:t>vt 0.737000 0.695300</w:t>
        <w:br/>
        <w:t>vt 0.738800 0.686700</w:t>
        <w:br/>
        <w:t>vt 0.751900 0.696900</w:t>
        <w:br/>
        <w:t>vt 0.751300 0.708200</w:t>
        <w:br/>
        <w:t>vt 0.774300 0.595200</w:t>
        <w:br/>
        <w:t>vt 0.791200 0.589400</w:t>
        <w:br/>
        <w:t>vt 0.795200 0.610400</w:t>
        <w:br/>
        <w:t>vt 0.744600 0.598900</w:t>
        <w:br/>
        <w:t>vt 0.734400 0.608900</w:t>
        <w:br/>
        <w:t>vt 0.725000 0.594700</w:t>
        <w:br/>
        <w:t>vt 0.735800 0.583200</w:t>
        <w:br/>
        <w:t>vt 0.713400 0.609200</w:t>
        <w:br/>
        <w:t>vt 0.723100 0.622600</w:t>
        <w:br/>
        <w:t>vt 0.798900 0.535400</w:t>
        <w:br/>
        <w:t>vt 0.717100 0.581300</w:t>
        <w:br/>
        <w:t>vt 0.728100 0.570600</w:t>
        <w:br/>
        <w:t>vt 0.704300 0.595200</w:t>
        <w:br/>
        <w:t>vt 0.681100 0.635100</w:t>
        <w:br/>
        <w:t>vt 0.687100 0.622600</w:t>
        <w:br/>
        <w:t>vt 0.816300 0.607400</w:t>
        <w:br/>
        <w:t>vt 0.805000 0.586700</w:t>
        <w:br/>
        <w:t>vt 0.816300 0.586700</w:t>
        <w:br/>
        <w:t>vt 0.807200 0.624200</w:t>
        <w:br/>
        <w:t>vt 0.796300 0.624500</w:t>
        <w:br/>
        <w:t>vt 0.805700 0.608100</w:t>
        <w:br/>
        <w:t>vt 0.771300 0.581700</w:t>
        <w:br/>
        <w:t>vt 0.756400 0.590600</w:t>
        <w:br/>
        <w:t>vt 0.749100 0.573400</w:t>
        <w:br/>
        <w:t>vt 0.764500 0.564000</w:t>
        <w:br/>
        <w:t>vt 0.739700 0.560100</w:t>
        <w:br/>
        <w:t>vt 0.757000 0.549600</w:t>
        <w:br/>
        <w:t>vt 0.776700 0.541100</w:t>
        <w:br/>
        <w:t>vt 0.782400 0.556900</w:t>
        <w:br/>
        <w:t>vt 0.779800 0.614700</w:t>
        <w:br/>
        <w:t>vt 0.768100 0.656500</w:t>
        <w:br/>
        <w:t>vt 0.782700 0.645800</w:t>
        <w:br/>
        <w:t>vt 0.769300 0.640200</w:t>
        <w:br/>
        <w:t>vt 0.788600 0.574600</w:t>
        <w:br/>
        <w:t>vt 0.727800 0.672300</w:t>
        <w:br/>
        <w:t>vt 0.728300 0.671800</w:t>
        <w:br/>
        <w:t>vt 0.739400 0.685400</w:t>
        <w:br/>
        <w:t>vt 0.738800 0.686700</w:t>
        <w:br/>
        <w:t>vt 0.716300 0.702300</w:t>
        <w:br/>
        <w:t>vt 0.719300 0.690900</w:t>
        <w:br/>
        <w:t>vt 0.816300 0.747200</w:t>
        <w:br/>
        <w:t>vt 0.793100 0.749100</w:t>
        <w:br/>
        <w:t>vt 0.816300 0.743000</w:t>
        <w:br/>
        <w:t>vt 0.776800 0.747300</w:t>
        <w:br/>
        <w:t>vt 0.793300 0.756900</w:t>
        <w:br/>
        <w:t>vt 0.776500 0.756400</w:t>
        <w:br/>
        <w:t>vt 0.782000 0.722600</w:t>
        <w:br/>
        <w:t>vt 0.767100 0.717300</w:t>
        <w:br/>
        <w:t>vt 0.816300 0.728800</w:t>
        <w:br/>
        <w:t>vt 0.816300 0.737700</w:t>
        <w:br/>
        <w:t>vt 0.796600 0.725800</w:t>
        <w:br/>
        <w:t>vt 0.816300 0.754400</w:t>
        <w:br/>
        <w:t>vt 0.760200 0.743000</w:t>
        <w:br/>
        <w:t>vt 0.759200 0.753300</w:t>
        <w:br/>
        <w:t>vt 0.742100 0.747200</w:t>
        <w:br/>
        <w:t>vt 0.743400 0.736100</w:t>
        <w:br/>
        <w:t>vt 0.724300 0.737800</w:t>
        <w:br/>
        <w:t>vt 0.728300 0.726900</w:t>
        <w:br/>
        <w:t>vt 0.711700 0.714500</w:t>
        <w:br/>
        <w:t>vt 0.816300 0.624500</w:t>
        <w:br/>
        <w:t>vt 0.776500 0.756400</w:t>
        <w:br/>
        <w:t>vt 0.793300 0.756900</w:t>
        <w:br/>
        <w:t>vt 0.794600 0.764700</w:t>
        <w:br/>
        <w:t>vt 0.776400 0.762300</w:t>
        <w:br/>
        <w:t>vt 0.816300 0.763000</w:t>
        <w:br/>
        <w:t>vt 0.742100 0.747200</w:t>
        <w:br/>
        <w:t>vt 0.759200 0.753300</w:t>
        <w:br/>
        <w:t>vt 0.758500 0.757800</w:t>
        <w:br/>
        <w:t>vt 0.740900 0.752300</w:t>
        <w:br/>
        <w:t>vt 0.722900 0.742000</w:t>
        <w:br/>
        <w:t>vt 0.673400 0.688700</w:t>
        <w:br/>
        <w:t>vt 0.687800 0.688400</w:t>
        <w:br/>
        <w:t>vt 0.681900 0.700200</w:t>
        <w:br/>
        <w:t>vt 0.787500 0.521400</w:t>
        <w:br/>
        <w:t>vt 0.769200 0.527200</w:t>
        <w:br/>
        <w:t>vt 0.749400 0.536000</w:t>
        <w:br/>
        <w:t>vt 0.729100 0.550400</w:t>
        <w:br/>
        <w:t>vt 0.696400 0.583800</w:t>
        <w:br/>
        <w:t>vt 0.710800 0.568800</w:t>
        <w:br/>
        <w:t>vt 0.694400 0.609100</w:t>
        <w:br/>
        <w:t>vt 0.704400 0.623300</w:t>
        <w:br/>
        <w:t>vt 0.697300 0.635500</w:t>
        <w:br/>
        <w:t>vt 0.673300 0.626800</w:t>
        <w:br/>
        <w:t>vt 0.668100 0.644500</w:t>
        <w:br/>
        <w:t>vt 0.663200 0.662200</w:t>
        <w:br/>
        <w:t>vt 0.687100 0.599100</w:t>
        <w:br/>
        <w:t>vt 0.680000 0.611600</w:t>
        <w:br/>
        <w:t>vt 0.648900 0.680700</w:t>
        <w:br/>
        <w:t>vt 0.654300 0.675500</w:t>
        <w:br/>
        <w:t>vt 0.679700 0.706300</w:t>
        <w:br/>
        <w:t>vt 0.704800 0.649300</w:t>
        <w:br/>
        <w:t>vt 0.707900 0.676700</w:t>
        <w:br/>
        <w:t>vt 0.703500 0.689200</w:t>
        <w:br/>
        <w:t>vt 0.698600 0.701400</w:t>
        <w:br/>
        <w:t>vt 0.775900 0.770000</w:t>
        <w:br/>
        <w:t>vt 0.756100 0.764700</w:t>
        <w:br/>
        <w:t>vt 0.736300 0.758900</w:t>
        <w:br/>
        <w:t>vt 0.816300 0.775700</w:t>
        <w:br/>
        <w:t>vt 0.795200 0.773000</w:t>
        <w:br/>
        <w:t>vt 0.717700 0.749500</w:t>
        <w:br/>
        <w:t>vt 0.702600 0.741100</w:t>
        <w:br/>
        <w:t>vt 0.663100 0.701900</w:t>
        <w:br/>
        <w:t>vt 0.689000 0.727800</w:t>
        <w:br/>
        <w:t>vt 0.674800 0.714600</w:t>
        <w:br/>
        <w:t>vt 0.762900 0.604000</w:t>
        <w:br/>
        <w:t>vt 0.712800 0.637900</w:t>
        <w:br/>
        <w:t>vt 0.816300 0.717700</w:t>
        <w:br/>
        <w:t>vt 0.797600 0.714500</w:t>
        <w:br/>
        <w:t>vt 0.783200 0.709900</w:t>
        <w:br/>
        <w:t>vt 0.783100 0.711700</w:t>
        <w:br/>
        <w:t>vt 0.816300 0.717700</w:t>
        <w:br/>
        <w:t>vt 0.816300 0.719800</w:t>
        <w:br/>
        <w:t>vt 0.797600 0.716500</w:t>
        <w:br/>
        <w:t>vt 0.797600 0.714500</w:t>
        <w:br/>
        <w:t>vt 0.808000 0.636600</w:t>
        <w:br/>
        <w:t>vt 0.797100 0.636400</w:t>
        <w:br/>
        <w:t>vt 0.816300 0.636600</w:t>
        <w:br/>
        <w:t>vt 0.783900 0.684800</w:t>
        <w:br/>
        <w:t>vt 0.767100 0.669200</w:t>
        <w:br/>
        <w:t>vt 0.768300 0.705100</w:t>
        <w:br/>
        <w:t>vt 0.783100 0.711700</w:t>
        <w:br/>
        <w:t>vt 0.816300 0.719800</w:t>
        <w:br/>
        <w:t>vt 0.797600 0.716500</w:t>
        <w:br/>
        <w:t>vt 0.720300 0.655900</w:t>
        <w:br/>
        <w:t>vt 0.827600 0.519100</w:t>
        <w:br/>
        <w:t>vt 0.940600 0.718900</w:t>
        <w:br/>
        <w:t>vt 0.926100 0.731300</w:t>
        <w:br/>
        <w:t>vt 0.925200 0.725700</w:t>
        <w:br/>
        <w:t>vt 0.938900 0.713300</w:t>
        <w:br/>
        <w:t>vt 0.977800 0.686200</w:t>
        <w:br/>
        <w:t>vt 0.961900 0.694800</w:t>
        <w:br/>
        <w:t>vt 0.972100 0.679700</w:t>
        <w:br/>
        <w:t>vt 0.831500 0.553300</w:t>
        <w:br/>
        <w:t>vt 0.829100 0.571300</w:t>
        <w:br/>
        <w:t>vt 0.890400 0.623800</w:t>
        <w:br/>
        <w:t>vt 0.883600 0.639200</w:t>
        <w:br/>
        <w:t>vt 0.872800 0.629000</w:t>
        <w:br/>
        <w:t>vt 0.880000 0.612900</w:t>
        <w:br/>
        <w:t>vt 0.900700 0.636800</w:t>
        <w:br/>
        <w:t>vt 0.893800 0.653000</w:t>
        <w:br/>
        <w:t>vt 0.834700 0.649300</w:t>
        <w:br/>
        <w:t>vt 0.835100 0.660300</w:t>
        <w:br/>
        <w:t>vt 0.849500 0.636200</w:t>
        <w:br/>
        <w:t>vt 0.850600 0.624400</w:t>
        <w:br/>
        <w:t>vt 0.862500 0.620200</w:t>
        <w:br/>
        <w:t>vt 0.874300 0.650400</w:t>
        <w:br/>
        <w:t>vt 0.885600 0.668500</w:t>
        <w:br/>
        <w:t>vt 0.948400 0.663700</w:t>
        <w:br/>
        <w:t>vt 0.958300 0.651000</w:t>
        <w:br/>
        <w:t>vt 0.964500 0.666500</w:t>
        <w:br/>
        <w:t>vt 0.953400 0.677200</w:t>
        <w:br/>
        <w:t>vt 0.834500 0.671300</w:t>
        <w:br/>
        <w:t>vt 0.833900 0.686300</w:t>
        <w:br/>
        <w:t>vt 0.849800 0.659600</w:t>
        <w:br/>
        <w:t>vt 0.849600 0.670500</w:t>
        <w:br/>
        <w:t>vt 0.880400 0.684800</w:t>
        <w:br/>
        <w:t>vt 0.864800 0.684300</w:t>
        <w:br/>
        <w:t>vt 0.833900 0.702000</w:t>
        <w:br/>
        <w:t>vt 0.893100 0.685400</w:t>
        <w:br/>
        <w:t>vt 0.864300 0.696400</w:t>
        <w:br/>
        <w:t>vt 0.848000 0.698300</w:t>
        <w:br/>
        <w:t>vt 0.880500 0.694900</w:t>
        <w:br/>
        <w:t>vt 0.864200 0.703000</w:t>
        <w:br/>
        <w:t>vt 0.849300 0.709900</w:t>
        <w:br/>
        <w:t>vt 0.864200 0.703000</w:t>
        <w:br/>
        <w:t>vt 0.880500 0.694900</w:t>
        <w:br/>
        <w:t>vt 0.880600 0.696900</w:t>
        <w:br/>
        <w:t>vt 0.864200 0.705100</w:t>
        <w:br/>
        <w:t>vt 0.852400 0.732600</w:t>
        <w:br/>
        <w:t>vt 0.854000 0.739700</w:t>
        <w:br/>
        <w:t>vt 0.838500 0.742600</w:t>
        <w:br/>
        <w:t>vt 0.837400 0.735900</w:t>
        <w:br/>
        <w:t>vt 0.885400 0.727000</w:t>
        <w:br/>
        <w:t>vt 0.870000 0.734800</w:t>
        <w:br/>
        <w:t>vt 0.867600 0.727500</w:t>
        <w:br/>
        <w:t>vt 0.882900 0.719000</w:t>
        <w:br/>
        <w:t>vt 0.898100 0.707200</w:t>
        <w:br/>
        <w:t>vt 0.900700 0.716600</w:t>
        <w:br/>
        <w:t>vt 0.918100 0.663500</w:t>
        <w:br/>
        <w:t>vt 0.908300 0.679300</w:t>
        <w:br/>
        <w:t>vt 0.904700 0.672300</w:t>
        <w:br/>
        <w:t>vt 0.912200 0.655900</w:t>
        <w:br/>
        <w:t>vt 0.938900 0.675300</w:t>
        <w:br/>
        <w:t>vt 0.933900 0.662500</w:t>
        <w:br/>
        <w:t>vt 0.942000 0.649100</w:t>
        <w:br/>
        <w:t>vt 0.904200 0.671800</w:t>
        <w:br/>
        <w:t>vt 0.895500 0.695300</w:t>
        <w:br/>
        <w:t>vt 0.881200 0.708200</w:t>
        <w:br/>
        <w:t>vt 0.880600 0.696900</w:t>
        <w:br/>
        <w:t>vt 0.893700 0.686700</w:t>
        <w:br/>
        <w:t>vt 0.858200 0.595200</w:t>
        <w:br/>
        <w:t>vt 0.837300 0.610400</w:t>
        <w:br/>
        <w:t>vt 0.841300 0.589400</w:t>
        <w:br/>
        <w:t>vt 0.887900 0.598900</w:t>
        <w:br/>
        <w:t>vt 0.896700 0.583200</w:t>
        <w:br/>
        <w:t>vt 0.907500 0.594700</w:t>
        <w:br/>
        <w:t>vt 0.898100 0.608900</w:t>
        <w:br/>
        <w:t>vt 0.919100 0.609200</w:t>
        <w:br/>
        <w:t>vt 0.909400 0.622600</w:t>
        <w:br/>
        <w:t>vt 0.833600 0.535400</w:t>
        <w:br/>
        <w:t>vt 0.904400 0.570600</w:t>
        <w:br/>
        <w:t>vt 0.915400 0.581300</w:t>
        <w:br/>
        <w:t>vt 0.928200 0.595200</w:t>
        <w:br/>
        <w:t>vt 0.951400 0.635100</w:t>
        <w:br/>
        <w:t>vt 0.945400 0.622600</w:t>
        <w:br/>
        <w:t>vt 0.827500 0.586700</w:t>
        <w:br/>
        <w:t>vt 0.825300 0.624200</w:t>
        <w:br/>
        <w:t>vt 0.826800 0.608100</w:t>
        <w:br/>
        <w:t>vt 0.836200 0.624500</w:t>
        <w:br/>
        <w:t>vt 0.861200 0.581700</w:t>
        <w:br/>
        <w:t>vt 0.868000 0.564000</w:t>
        <w:br/>
        <w:t>vt 0.883400 0.573400</w:t>
        <w:br/>
        <w:t>vt 0.876100 0.590600</w:t>
        <w:br/>
        <w:t>vt 0.875500 0.549600</w:t>
        <w:br/>
        <w:t>vt 0.892800 0.560100</w:t>
        <w:br/>
        <w:t>vt 0.850100 0.556900</w:t>
        <w:br/>
        <w:t>vt 0.855800 0.541100</w:t>
        <w:br/>
        <w:t>vt 0.852700 0.614700</w:t>
        <w:br/>
        <w:t>vt 0.864400 0.656500</w:t>
        <w:br/>
        <w:t>vt 0.849800 0.645800</w:t>
        <w:br/>
        <w:t>vt 0.863200 0.640200</w:t>
        <w:br/>
        <w:t>vt 0.843900 0.574600</w:t>
        <w:br/>
        <w:t>vt 0.904700 0.672300</w:t>
        <w:br/>
        <w:t>vt 0.893700 0.686700</w:t>
        <w:br/>
        <w:t>vt 0.893100 0.685400</w:t>
        <w:br/>
        <w:t>vt 0.904200 0.671800</w:t>
        <w:br/>
        <w:t>vt 0.916200 0.702300</w:t>
        <w:br/>
        <w:t>vt 0.913200 0.690900</w:t>
        <w:br/>
        <w:t>vt 0.839400 0.749100</w:t>
        <w:br/>
        <w:t>vt 0.855700 0.747300</w:t>
        <w:br/>
        <w:t>vt 0.856000 0.756400</w:t>
        <w:br/>
        <w:t>vt 0.839200 0.756900</w:t>
        <w:br/>
        <w:t>vt 0.850500 0.722600</w:t>
        <w:br/>
        <w:t>vt 0.865400 0.717300</w:t>
        <w:br/>
        <w:t>vt 0.835900 0.725800</w:t>
        <w:br/>
        <w:t>vt 0.872300 0.743000</w:t>
        <w:br/>
        <w:t>vt 0.889100 0.736100</w:t>
        <w:br/>
        <w:t>vt 0.890400 0.747200</w:t>
        <w:br/>
        <w:t>vt 0.873300 0.753300</w:t>
        <w:br/>
        <w:t>vt 0.904200 0.726900</w:t>
        <w:br/>
        <w:t>vt 0.908200 0.737800</w:t>
        <w:br/>
        <w:t>vt 0.920800 0.714500</w:t>
        <w:br/>
        <w:t>vt 0.856000 0.756400</w:t>
        <w:br/>
        <w:t>vt 0.856100 0.762300</w:t>
        <w:br/>
        <w:t>vt 0.837900 0.764700</w:t>
        <w:br/>
        <w:t>vt 0.839200 0.756900</w:t>
        <w:br/>
        <w:t>vt 0.890400 0.747200</w:t>
        <w:br/>
        <w:t>vt 0.891600 0.752300</w:t>
        <w:br/>
        <w:t>vt 0.874000 0.757800</w:t>
        <w:br/>
        <w:t>vt 0.873300 0.753300</w:t>
        <w:br/>
        <w:t>vt 0.909600 0.742000</w:t>
        <w:br/>
        <w:t>vt 0.959100 0.688700</w:t>
        <w:br/>
        <w:t>vt 0.950600 0.700200</w:t>
        <w:br/>
        <w:t>vt 0.944700 0.688400</w:t>
        <w:br/>
        <w:t>vt 0.928100 0.623300</w:t>
        <w:br/>
        <w:t>vt 0.938100 0.609100</w:t>
        <w:br/>
        <w:t>vt 0.935200 0.635500</w:t>
        <w:br/>
        <w:t>vt 0.952800 0.706300</w:t>
        <w:br/>
        <w:t>vt 0.924600 0.676700</w:t>
        <w:br/>
        <w:t>vt 0.927700 0.649300</w:t>
        <w:br/>
        <w:t>vt 0.929000 0.689200</w:t>
        <w:br/>
        <w:t>vt 0.933900 0.701400</w:t>
        <w:br/>
        <w:t>vt 0.856600 0.770000</w:t>
        <w:br/>
        <w:t>vt 0.876400 0.764700</w:t>
        <w:br/>
        <w:t>vt 0.896200 0.758900</w:t>
        <w:br/>
        <w:t>vt 0.837300 0.773000</w:t>
        <w:br/>
        <w:t>vt 0.929900 0.741100</w:t>
        <w:br/>
        <w:t>vt 0.914800 0.749500</w:t>
        <w:br/>
        <w:t>vt 0.969400 0.701900</w:t>
        <w:br/>
        <w:t>vt 0.943500 0.727800</w:t>
        <w:br/>
        <w:t>vt 0.957700 0.714600</w:t>
        <w:br/>
        <w:t>vt 0.869600 0.604000</w:t>
        <w:br/>
        <w:t>vt 0.919700 0.637900</w:t>
        <w:br/>
        <w:t>vt 0.834900 0.714500</w:t>
        <w:br/>
        <w:t>vt 0.849300 0.709900</w:t>
        <w:br/>
        <w:t>vt 0.849400 0.711700</w:t>
        <w:br/>
        <w:t>vt 0.834900 0.714500</w:t>
        <w:br/>
        <w:t>vt 0.834900 0.716500</w:t>
        <w:br/>
        <w:t>vt 0.824500 0.636600</w:t>
        <w:br/>
        <w:t>vt 0.835400 0.636400</w:t>
        <w:br/>
        <w:t>vt 0.848600 0.684800</w:t>
        <w:br/>
        <w:t>vt 0.865400 0.669200</w:t>
        <w:br/>
        <w:t>vt 0.864200 0.705100</w:t>
        <w:br/>
        <w:t>vt 0.849400 0.711700</w:t>
        <w:br/>
        <w:t>vt 0.834900 0.716500</w:t>
        <w:br/>
        <w:t>vt 0.912200 0.655900</w:t>
        <w:br/>
        <w:t>vt 0.402900 0.933200</w:t>
        <w:br/>
        <w:t>vt 0.404400 0.960200</w:t>
        <w:br/>
        <w:t>vt 0.402200 0.960300</w:t>
        <w:br/>
        <w:t>vt 0.400500 0.932600</w:t>
        <w:br/>
        <w:t>vt 0.406000 0.985400</w:t>
        <w:br/>
        <w:t>vt 0.403900 0.985100</w:t>
        <w:br/>
        <w:t>vt 0.436700 0.881300</w:t>
        <w:br/>
        <w:t>vt 0.436900 0.851900</w:t>
        <w:br/>
        <w:t>vt 0.440000 0.852000</w:t>
        <w:br/>
        <w:t>vt 0.440500 0.882100</w:t>
        <w:br/>
        <w:t>vt 0.441800 0.789900</w:t>
        <w:br/>
        <w:t>vt 0.444500 0.789600</w:t>
        <w:br/>
        <w:t>vt 0.441100 0.823400</w:t>
        <w:br/>
        <w:t>vt 0.438300 0.823400</w:t>
        <w:br/>
        <w:t>vt 0.451100 0.725000</w:t>
        <w:br/>
        <w:t>vt 0.448000 0.759800</w:t>
        <w:br/>
        <w:t>vt 0.444900 0.759100</w:t>
        <w:br/>
        <w:t>vt 0.448800 0.724200</w:t>
        <w:br/>
        <w:t>vt 0.450300 0.688100</w:t>
        <w:br/>
        <w:t>vt 0.452700 0.688200</w:t>
        <w:br/>
        <w:t>vt 0.447100 0.660000</w:t>
        <w:br/>
        <w:t>vt 0.449300 0.659200</w:t>
        <w:br/>
        <w:t>vt 0.440600 0.637100</w:t>
        <w:br/>
        <w:t>vt 0.442700 0.635700</w:t>
        <w:br/>
        <w:t>vt 0.420500 0.598800</w:t>
        <w:br/>
        <w:t>vt 0.419700 0.600100</w:t>
        <w:br/>
        <w:t>vt 0.401000 0.579300</w:t>
        <w:br/>
        <w:t>vt 0.405500 0.605000</w:t>
        <w:br/>
        <w:t>vt 0.407700 0.603400</w:t>
        <w:br/>
        <w:t>vt 0.412100 0.620700</w:t>
        <w:br/>
        <w:t>vt 0.409300 0.622800</w:t>
        <w:br/>
        <w:t>vt 0.401000 0.579300</w:t>
        <w:br/>
        <w:t>vt 0.417400 0.641900</w:t>
        <w:br/>
        <w:t>vt 0.414400 0.643500</w:t>
        <w:br/>
        <w:t>vt 0.253300 0.535600</w:t>
        <w:br/>
        <w:t>vt 0.252300 0.543100</w:t>
        <w:br/>
        <w:t>vt 0.243100 0.540600</w:t>
        <w:br/>
        <w:t>vt 0.243200 0.535100</w:t>
        <w:br/>
        <w:t>vt 0.263900 0.537500</w:t>
        <w:br/>
        <w:t>vt 0.261900 0.545700</w:t>
        <w:br/>
        <w:t>vt 0.273400 0.548700</w:t>
        <w:br/>
        <w:t>vt 0.277100 0.542100</w:t>
        <w:br/>
        <w:t>vt 0.287800 0.554200</w:t>
        <w:br/>
        <w:t>vt 0.290600 0.548500</w:t>
        <w:br/>
        <w:t>vt 0.300300 0.562100</w:t>
        <w:br/>
        <w:t>vt 0.303100 0.557800</w:t>
        <w:br/>
        <w:t>vt 0.313600 0.567300</w:t>
        <w:br/>
        <w:t>vt 0.309500 0.571700</w:t>
        <w:br/>
        <w:t>vt 0.369500 0.597600</w:t>
        <w:br/>
        <w:t>vt 0.365400 0.612100</w:t>
        <w:br/>
        <w:t>vt 0.354400 0.606100</w:t>
        <w:br/>
        <w:t>vt 0.358200 0.593400</w:t>
        <w:br/>
        <w:t>vt 0.391400 0.606200</w:t>
        <w:br/>
        <w:t>vt 0.386700 0.622500</w:t>
        <w:br/>
        <w:t>vt 0.375800 0.616800</w:t>
        <w:br/>
        <w:t>vt 0.380900 0.602100</w:t>
        <w:br/>
        <w:t>vt 0.223000 0.535000</w:t>
        <w:br/>
        <w:t>vt 0.234900 0.535000</w:t>
        <w:br/>
        <w:t>vt 0.234700 0.538700</w:t>
        <w:br/>
        <w:t>vt 0.438000 0.908700</w:t>
        <w:br/>
        <w:t>vt 0.440600 0.935200</w:t>
        <w:br/>
        <w:t>vt 0.420700 0.932500</w:t>
        <w:br/>
        <w:t>vt 0.420000 0.905200</w:t>
        <w:br/>
        <w:t>vt 0.436700 0.881300</w:t>
        <w:br/>
        <w:t>vt 0.419900 0.876800</w:t>
        <w:br/>
        <w:t>vt 0.426100 0.756700</w:t>
        <w:br/>
        <w:t>vt 0.428500 0.723300</w:t>
        <w:br/>
        <w:t>vt 0.437800 0.722800</w:t>
        <w:br/>
        <w:t>vt 0.435400 0.757800</w:t>
        <w:br/>
        <w:t>vt 0.427700 0.691600</w:t>
        <w:br/>
        <w:t>vt 0.437400 0.689500</w:t>
        <w:br/>
        <w:t>vt 0.422600 0.663200</w:t>
        <w:br/>
        <w:t>vt 0.432800 0.661100</w:t>
        <w:br/>
        <w:t>vt 0.417400 0.641900</w:t>
        <w:br/>
        <w:t>vt 0.427000 0.638600</w:t>
        <w:br/>
        <w:t>vt 0.430600 0.616600</w:t>
        <w:br/>
        <w:t>vt 0.440600 0.637100</w:t>
        <w:br/>
        <w:t>vt 0.420300 0.618200</w:t>
        <w:br/>
        <w:t>vt 0.421500 0.787200</w:t>
        <w:br/>
        <w:t>vt 0.430300 0.788400</w:t>
        <w:br/>
        <w:t>vt 0.419700 0.600100</w:t>
        <w:br/>
        <w:t>vt 0.413800 0.601800</w:t>
        <w:br/>
        <w:t>vt 0.403800 0.905900</w:t>
        <w:br/>
        <w:t>vt 0.401300 0.904900</w:t>
        <w:br/>
        <w:t>vt 0.446400 0.958900</w:t>
        <w:br/>
        <w:t>vt 0.443200 0.959800</w:t>
        <w:br/>
        <w:t>vt 0.440600 0.935200</w:t>
        <w:br/>
        <w:t>vt 0.443900 0.935000</w:t>
        <w:br/>
        <w:t>vt 0.449700 0.985700</w:t>
        <w:br/>
        <w:t>vt 0.446700 0.986600</w:t>
        <w:br/>
        <w:t>vt 0.407100 0.877800</w:t>
        <w:br/>
        <w:t>vt 0.404100 0.876300</w:t>
        <w:br/>
        <w:t>vt 0.343300 0.599500</w:t>
        <w:br/>
        <w:t>vt 0.346600 0.589400</w:t>
        <w:br/>
        <w:t>vt 0.411200 0.847200</w:t>
        <w:br/>
        <w:t>vt 0.407700 0.845400</w:t>
        <w:br/>
        <w:t>vt 0.422300 0.846800</w:t>
        <w:br/>
        <w:t>vt 0.425300 0.819000</w:t>
        <w:br/>
        <w:t>vt 0.438300 0.823400</w:t>
        <w:br/>
        <w:t>vt 0.436900 0.851900</w:t>
        <w:br/>
        <w:t>vt 0.331200 0.591500</w:t>
        <w:br/>
        <w:t>vt 0.334500 0.583600</w:t>
        <w:br/>
        <w:t>vt 0.415500 0.819000</w:t>
        <w:br/>
        <w:t>vt 0.412600 0.817700</w:t>
        <w:br/>
        <w:t>vt 0.320600 0.582800</w:t>
        <w:br/>
        <w:t>vt 0.324700 0.576300</w:t>
        <w:br/>
        <w:t>vt 0.421500 0.787200</w:t>
        <w:br/>
        <w:t>vt 0.418100 0.786000</w:t>
        <w:br/>
        <w:t>vt 0.441800 0.789900</w:t>
        <w:br/>
        <w:t>vt 0.448800 0.724200</w:t>
        <w:br/>
        <w:t>vt 0.444900 0.759100</w:t>
        <w:br/>
        <w:t>vt 0.450300 0.688100</w:t>
        <w:br/>
        <w:t>vt 0.447100 0.660000</w:t>
        <w:br/>
        <w:t>vt 0.441600 0.909000</w:t>
        <w:br/>
        <w:t>vt 0.438000 0.908700</w:t>
        <w:br/>
        <w:t>vt 0.441600 0.909000</w:t>
        <w:br/>
        <w:t>vt 0.430600 0.616600</w:t>
        <w:br/>
        <w:t>vt 0.432700 0.615000</w:t>
        <w:br/>
        <w:t>vt 0.422600 0.958500</w:t>
        <w:br/>
        <w:t>vt 0.443200 0.959800</w:t>
        <w:br/>
        <w:t>vt 0.424800 0.984800</w:t>
        <w:br/>
        <w:t>vt 0.446700 0.986600</w:t>
        <w:br/>
        <w:t>vt 0.401000 0.579300</w:t>
        <w:br/>
        <w:t>vt 0.402900 0.933200</w:t>
        <w:br/>
        <w:t>vt 0.404400 0.960200</w:t>
        <w:br/>
        <w:t>vt 0.406000 0.985400</w:t>
        <w:br/>
        <w:t>vt 0.412100 0.620700</w:t>
        <w:br/>
        <w:t>vt 0.407700 0.603400</w:t>
        <w:br/>
        <w:t>vt 0.422400 0.756000</w:t>
        <w:br/>
        <w:t>vt 0.424400 0.724000</w:t>
        <w:br/>
        <w:t>vt 0.428500 0.723300</w:t>
        <w:br/>
        <w:t>vt 0.426100 0.756700</w:t>
        <w:br/>
        <w:t>vt 0.424300 0.693500</w:t>
        <w:br/>
        <w:t>vt 0.427700 0.691600</w:t>
        <w:br/>
        <w:t>vt 0.419600 0.665300</w:t>
        <w:br/>
        <w:t>vt 0.422600 0.663200</w:t>
        <w:br/>
        <w:t>vt 0.403800 0.905900</w:t>
        <w:br/>
        <w:t>vt 0.407100 0.877800</w:t>
        <w:br/>
        <w:t>vt 0.411200 0.847200</w:t>
        <w:br/>
        <w:t>vt 0.415500 0.819000</w:t>
        <w:br/>
        <w:t>vt 0.189400 0.465900</w:t>
        <w:br/>
        <w:t>vt 0.175800 0.470100</w:t>
        <w:br/>
        <w:t>vt 0.177600 0.453600</w:t>
        <w:br/>
        <w:t>vt 0.190500 0.451200</w:t>
        <w:br/>
        <w:t>vt 0.204900 0.450000</w:t>
        <w:br/>
        <w:t>vt 0.206100 0.466300</w:t>
        <w:br/>
        <w:t>vt 0.178700 0.438600</w:t>
        <w:br/>
        <w:t>vt 0.190500 0.437900</w:t>
        <w:br/>
        <w:t>vt 0.190500 0.437900</w:t>
        <w:br/>
        <w:t>vt 0.202200 0.436600</w:t>
        <w:br/>
        <w:t>vt 0.182600 0.414200</w:t>
        <w:br/>
        <w:t>vt 0.185000 0.397900</w:t>
        <w:br/>
        <w:t>vt 0.188500 0.414300</w:t>
        <w:br/>
        <w:t>vt 0.188500 0.414300</w:t>
        <w:br/>
        <w:t>vt 0.185000 0.397900</w:t>
        <w:br/>
        <w:t>vt 0.194500 0.412500</w:t>
        <w:br/>
        <w:t>vt 0.154300 0.447800</w:t>
        <w:br/>
        <w:t>vt 0.156900 0.459800</w:t>
        <w:br/>
        <w:t>vt 0.146000 0.460500</w:t>
        <w:br/>
        <w:t>vt 0.144700 0.447600</w:t>
        <w:br/>
        <w:t>vt 0.144100 0.437600</w:t>
        <w:br/>
        <w:t>vt 0.152300 0.437000</w:t>
        <w:br/>
        <w:t>vt 0.149400 0.419500</w:t>
        <w:br/>
        <w:t>vt 0.145100 0.419300</w:t>
        <w:br/>
        <w:t>vt 0.148800 0.407200</w:t>
        <w:br/>
        <w:t>vt 0.136100 0.459000</w:t>
        <w:br/>
        <w:t>vt 0.136200 0.446800</w:t>
        <w:br/>
        <w:t>vt 0.139100 0.427400</w:t>
        <w:br/>
        <w:t>vt 0.142000 0.418500</w:t>
        <w:br/>
        <w:t>vt 0.144500 0.428400</w:t>
        <w:br/>
        <w:t>vt 0.181300 0.426500</w:t>
        <w:br/>
        <w:t>vt 0.189500 0.426300</w:t>
        <w:br/>
        <w:t>vt 0.189500 0.426300</w:t>
        <w:br/>
        <w:t>vt 0.199300 0.424200</w:t>
        <w:br/>
        <w:t>vt 0.150200 0.428500</w:t>
        <w:br/>
        <w:t>vt 0.137500 0.436800</w:t>
        <w:br/>
        <w:t>vt 0.921500 0.924550</w:t>
        <w:br/>
        <w:t>vt 0.921700 0.934400</w:t>
        <w:br/>
        <w:t>vt 0.911500 0.933300</w:t>
        <w:br/>
        <w:t>vt 0.910300 0.924200</w:t>
        <w:br/>
        <w:t>vt 0.909400 0.917000</w:t>
        <w:br/>
        <w:t>vt 0.908700 0.910200</w:t>
        <w:br/>
        <w:t>vt 0.914800 0.909900</w:t>
        <w:br/>
        <w:t>vt 0.915800 0.917400</w:t>
        <w:br/>
        <w:t>vt 0.914400 0.905700</w:t>
        <w:br/>
        <w:t>vt 0.908500 0.906100</w:t>
        <w:br/>
        <w:t>vt 0.908300 0.901700</w:t>
        <w:br/>
        <w:t>vt 0.914200 0.900700</w:t>
        <w:br/>
        <w:t>vt 0.908100 0.887700</w:t>
        <w:br/>
        <w:t>vt 0.908100 0.883800</w:t>
        <w:br/>
        <w:t>vt 0.913900 0.883200</w:t>
        <w:br/>
        <w:t>vt 0.913900 0.887000</w:t>
        <w:br/>
        <w:t>vt 0.908100 0.879200</w:t>
        <w:br/>
        <w:t>vt 0.908200 0.874600</w:t>
        <w:br/>
        <w:t>vt 0.913900 0.874400</w:t>
        <w:br/>
        <w:t>vt 0.914000 0.878900</w:t>
        <w:br/>
        <w:t>vt 0.913800 0.850000</w:t>
        <w:br/>
        <w:t>vt 0.913800 0.859100</w:t>
        <w:br/>
        <w:t>vt 0.908600 0.859000</w:t>
        <w:br/>
        <w:t>vt 0.908900 0.849900</w:t>
        <w:br/>
        <w:t>vt 0.909200 0.835400</w:t>
        <w:br/>
        <w:t>vt 0.909300 0.829000</w:t>
        <w:br/>
        <w:t>vt 0.912200 0.829400</w:t>
        <w:br/>
        <w:t>vt 0.912900 0.835600</w:t>
        <w:br/>
        <w:t>vt 0.911000 0.822000</w:t>
        <w:br/>
        <w:t>vt 0.909400 0.821800</w:t>
        <w:br/>
        <w:t>vt 0.904300 0.925200</w:t>
        <w:br/>
        <w:t>vt 0.905900 0.935000</w:t>
        <w:br/>
        <w:t>vt 0.902500 0.906400</w:t>
        <w:br/>
        <w:t>vt 0.902600 0.902000</w:t>
        <w:br/>
        <w:t>vt 0.908100 0.892200</w:t>
        <w:br/>
        <w:t>vt 0.908100 0.897000</w:t>
        <w:br/>
        <w:t>vt 0.902600 0.897600</w:t>
        <w:br/>
        <w:t>vt 0.902600 0.892800</w:t>
        <w:br/>
        <w:t>vt 0.902900 0.879400</w:t>
        <w:br/>
        <w:t>vt 0.903100 0.874700</w:t>
        <w:br/>
        <w:t>vt 0.905800 0.835600</w:t>
        <w:br/>
        <w:t>vt 0.909000 0.843600</w:t>
        <w:br/>
        <w:t>vt 0.904800 0.843500</w:t>
        <w:br/>
        <w:t>vt 0.907900 0.821900</w:t>
        <w:br/>
        <w:t>vt 0.906500 0.829200</w:t>
        <w:br/>
        <w:t>vt 0.902700 0.910600</w:t>
        <w:br/>
        <w:t>vt 0.913900 0.891300</w:t>
        <w:br/>
        <w:t>vt 0.914000 0.895900</w:t>
        <w:br/>
        <w:t>vt 0.902700 0.884100</w:t>
        <w:br/>
        <w:t>vt 0.913800 0.867600</w:t>
        <w:br/>
        <w:t>vt 0.908300 0.867700</w:t>
        <w:br/>
        <w:t>vt 0.921500 0.924550</w:t>
        <w:br/>
        <w:t>vt 0.937000 0.922200</w:t>
        <w:br/>
        <w:t>vt 0.936600 0.932000</w:t>
        <w:br/>
        <w:t>vt 0.921700 0.934400</w:t>
        <w:br/>
        <w:t>vt 0.937500 0.914900</w:t>
        <w:br/>
        <w:t>vt 0.926700 0.915900</w:t>
        <w:br/>
        <w:t>vt 0.927000 0.908900</w:t>
        <w:br/>
        <w:t>vt 0.937800 0.908100</w:t>
        <w:br/>
        <w:t>vt 0.937800 0.904200</w:t>
        <w:br/>
        <w:t>vt 0.926900 0.904900</w:t>
        <w:br/>
        <w:t>vt 0.926500 0.900000</w:t>
        <w:br/>
        <w:t>vt 0.937400 0.900200</w:t>
        <w:br/>
        <w:t>vt 0.936900 0.891500</w:t>
        <w:br/>
        <w:t>vt 0.926000 0.890700</w:t>
        <w:br/>
        <w:t>vt 0.925900 0.886500</w:t>
        <w:br/>
        <w:t>vt 0.936700 0.887100</w:t>
        <w:br/>
        <w:t>vt 0.925700 0.882800</w:t>
        <w:br/>
        <w:t>vt 0.936400 0.883000</w:t>
        <w:br/>
        <w:t>vt 0.935600 0.873800</w:t>
        <w:br/>
        <w:t>vt 0.925200 0.874300</w:t>
        <w:br/>
        <w:t>vt 0.925000 0.867600</w:t>
        <w:br/>
        <w:t>vt 0.935100 0.866800</w:t>
        <w:br/>
        <w:t>vt 0.924100 0.829700</w:t>
        <w:br/>
        <w:t>vt 0.929100 0.829200</w:t>
        <w:br/>
        <w:t>vt 0.930300 0.835400</w:t>
        <w:br/>
        <w:t>vt 0.923800 0.835900</w:t>
        <w:br/>
        <w:t>vt 0.925200 0.814900</w:t>
        <w:br/>
        <w:t>vt 0.927300 0.822000</w:t>
        <w:br/>
        <w:t>vt 0.924500 0.822300</w:t>
        <w:br/>
        <w:t>vt 0.918700 0.843850</w:t>
        <w:br/>
        <w:t>vt 0.931900 0.843200</w:t>
        <w:br/>
        <w:t>vt 0.918700 0.843850</w:t>
        <w:br/>
        <w:t>vt 0.909500 0.814800</w:t>
        <w:br/>
        <w:t>vt 0.926200 0.895200</w:t>
        <w:br/>
        <w:t>vt 0.937200 0.896100</w:t>
        <w:br/>
        <w:t>vt 0.903400 0.917800</w:t>
        <w:br/>
        <w:t>vt 0.902700 0.888300</w:t>
        <w:br/>
        <w:t>vt 0.925300 0.878600</w:t>
        <w:br/>
        <w:t>vt 0.936100 0.878400</w:t>
        <w:br/>
        <w:t>vt 0.903200 0.867500</w:t>
        <w:br/>
        <w:t>vt 0.903600 0.858800</w:t>
        <w:br/>
        <w:t>vt 0.924400 0.859100</w:t>
        <w:br/>
        <w:t>vt 0.934100 0.858200</w:t>
        <w:br/>
        <w:t>vt 0.904200 0.849700</w:t>
        <w:br/>
        <w:t>vt 0.923900 0.850200</w:t>
        <w:br/>
        <w:t>vt 0.933000 0.849300</w:t>
        <w:br/>
        <w:t>vt 0.189400 0.465900</w:t>
        <w:br/>
        <w:t>vt 0.190500 0.451200</w:t>
        <w:br/>
        <w:t>vt 0.177600 0.453600</w:t>
        <w:br/>
        <w:t>vt 0.175800 0.470100</w:t>
        <w:br/>
        <w:t>vt 0.206100 0.466300</w:t>
        <w:br/>
        <w:t>vt 0.204900 0.450000</w:t>
        <w:br/>
        <w:t>vt 0.178700 0.438600</w:t>
        <w:br/>
        <w:t>vt 0.190500 0.437900</w:t>
        <w:br/>
        <w:t>vt 0.202200 0.436600</w:t>
        <w:br/>
        <w:t>vt 0.182600 0.414200</w:t>
        <w:br/>
        <w:t>vt 0.188500 0.414300</w:t>
        <w:br/>
        <w:t>vt 0.185000 0.397900</w:t>
        <w:br/>
        <w:t>vt 0.194500 0.412500</w:t>
        <w:br/>
        <w:t>vt 0.154300 0.447800</w:t>
        <w:br/>
        <w:t>vt 0.144700 0.447600</w:t>
        <w:br/>
        <w:t>vt 0.146000 0.460500</w:t>
        <w:br/>
        <w:t>vt 0.156900 0.459800</w:t>
        <w:br/>
        <w:t>vt 0.152300 0.437000</w:t>
        <w:br/>
        <w:t>vt 0.144100 0.437600</w:t>
        <w:br/>
        <w:t>vt 0.149400 0.419500</w:t>
        <w:br/>
        <w:t>vt 0.148800 0.407200</w:t>
        <w:br/>
        <w:t>vt 0.145100 0.419300</w:t>
        <w:br/>
        <w:t>vt 0.136100 0.459000</w:t>
        <w:br/>
        <w:t>vt 0.136200 0.446800</w:t>
        <w:br/>
        <w:t>vt 0.139100 0.427400</w:t>
        <w:br/>
        <w:t>vt 0.144500 0.428400</w:t>
        <w:br/>
        <w:t>vt 0.142000 0.418500</w:t>
        <w:br/>
        <w:t>vt 0.189500 0.426300</w:t>
        <w:br/>
        <w:t>vt 0.181300 0.426500</w:t>
        <w:br/>
        <w:t>vt 0.199300 0.424200</w:t>
        <w:br/>
        <w:t>vt 0.189500 0.426300</w:t>
        <w:br/>
        <w:t>vt 0.150200 0.428500</w:t>
        <w:br/>
        <w:t>vt 0.137500 0.436800</w:t>
        <w:br/>
        <w:t>vt 0.189400 0.465900</w:t>
        <w:br/>
        <w:t>vt 0.190500 0.451200</w:t>
        <w:br/>
        <w:t>vt 0.177600 0.453600</w:t>
        <w:br/>
        <w:t>vt 0.175800 0.470100</w:t>
        <w:br/>
        <w:t>vt 0.206100 0.466300</w:t>
        <w:br/>
        <w:t>vt 0.204900 0.450000</w:t>
        <w:br/>
        <w:t>vt 0.178700 0.438600</w:t>
        <w:br/>
        <w:t>vt 0.190500 0.437900</w:t>
        <w:br/>
        <w:t>vt 0.202200 0.436600</w:t>
        <w:br/>
        <w:t>vt 0.190500 0.437900</w:t>
        <w:br/>
        <w:t>vt 0.182600 0.414200</w:t>
        <w:br/>
        <w:t>vt 0.188500 0.414300</w:t>
        <w:br/>
        <w:t>vt 0.185000 0.397900</w:t>
        <w:br/>
        <w:t>vt 0.188500 0.414300</w:t>
        <w:br/>
        <w:t>vt 0.194500 0.412500</w:t>
        <w:br/>
        <w:t>vt 0.185000 0.397900</w:t>
        <w:br/>
        <w:t>vt 0.154300 0.447800</w:t>
        <w:br/>
        <w:t>vt 0.144700 0.447600</w:t>
        <w:br/>
        <w:t>vt 0.146000 0.460500</w:t>
        <w:br/>
        <w:t>vt 0.156900 0.459800</w:t>
        <w:br/>
        <w:t>vt 0.152300 0.437000</w:t>
        <w:br/>
        <w:t>vt 0.144100 0.437600</w:t>
        <w:br/>
        <w:t>vt 0.149400 0.419500</w:t>
        <w:br/>
        <w:t>vt 0.148800 0.407200</w:t>
        <w:br/>
        <w:t>vt 0.145100 0.419300</w:t>
        <w:br/>
        <w:t>vt 0.136100 0.459000</w:t>
        <w:br/>
        <w:t>vt 0.136200 0.446800</w:t>
        <w:br/>
        <w:t>vt 0.139100 0.427400</w:t>
        <w:br/>
        <w:t>vt 0.144500 0.428400</w:t>
        <w:br/>
        <w:t>vt 0.142000 0.418500</w:t>
        <w:br/>
        <w:t>vt 0.189500 0.426300</w:t>
        <w:br/>
        <w:t>vt 0.181300 0.426500</w:t>
        <w:br/>
        <w:t>vt 0.199300 0.424200</w:t>
        <w:br/>
        <w:t>vt 0.189500 0.426300</w:t>
        <w:br/>
        <w:t>vt 0.150200 0.428500</w:t>
        <w:br/>
        <w:t>vt 0.137500 0.436800</w:t>
        <w:br/>
        <w:t>vt 0.520700 0.584200</w:t>
        <w:br/>
        <w:t>vt 0.520200 0.569500</w:t>
        <w:br/>
        <w:t>vt 0.527000 0.569500</w:t>
        <w:br/>
        <w:t>vt 0.557600 0.567500</w:t>
        <w:br/>
        <w:t>vt 0.546900 0.568200</w:t>
        <w:br/>
        <w:t>vt 0.551600 0.554100</w:t>
        <w:br/>
        <w:t>vt 0.561400 0.553600</w:t>
        <w:br/>
        <w:t>vt 0.565100 0.540800</w:t>
        <w:br/>
        <w:t>vt 0.572500 0.541100</w:t>
        <w:br/>
        <w:t>vt 0.570300 0.553700</w:t>
        <w:br/>
        <w:t>vt 0.506900 0.583100</w:t>
        <w:br/>
        <w:t>vt 0.506400 0.568600</w:t>
        <w:br/>
        <w:t>vt 0.485600 0.570800</w:t>
        <w:br/>
        <w:t>vt 0.494600 0.582300</w:t>
        <w:br/>
        <w:t>vt 0.470800 0.578800</w:t>
        <w:br/>
        <w:t>vt 0.539800 0.540500</w:t>
        <w:br/>
        <w:t>vt 0.547500 0.541600</w:t>
        <w:br/>
        <w:t>vt 0.543300 0.554000</w:t>
        <w:br/>
        <w:t>vt 0.531900 0.555200</w:t>
        <w:br/>
        <w:t>vt 0.497800 0.565600</w:t>
        <w:br/>
        <w:t>vt 0.504500 0.559700</w:t>
        <w:br/>
        <w:t>vt 0.581100 0.553600</w:t>
        <w:br/>
        <w:t>vt 0.581300 0.567800</w:t>
        <w:br/>
        <w:t>vt 0.568300 0.567900</w:t>
        <w:br/>
        <w:t>vt 0.569100 0.530000</w:t>
        <w:br/>
        <w:t>vt 0.566000 0.530000</w:t>
        <w:br/>
        <w:t>vt 0.564900 0.523600</w:t>
        <w:br/>
        <w:t>vt 0.570700 0.535500</w:t>
        <w:br/>
        <w:t>vt 0.566100 0.535500</w:t>
        <w:br/>
        <w:t>vt 0.560600 0.535300</w:t>
        <w:br/>
        <w:t>vt 0.557500 0.540300</w:t>
        <w:br/>
        <w:t>vt 0.529000 0.542000</w:t>
        <w:br/>
        <w:t>vt 0.534900 0.541600</w:t>
        <w:br/>
        <w:t>vt 0.520400 0.546200</w:t>
        <w:br/>
        <w:t>vt 0.515100 0.560200</w:t>
        <w:br/>
        <w:t>vt 0.516900 0.548800</w:t>
        <w:br/>
        <w:t>vt 0.524600 0.539900</w:t>
        <w:br/>
        <w:t>vt 0.521900 0.541500</w:t>
        <w:br/>
        <w:t>vt 0.523000 0.537000</w:t>
        <w:br/>
        <w:t>vt 0.524700 0.535900</w:t>
        <w:br/>
        <w:t>vt 0.516300 0.538700</w:t>
        <w:br/>
        <w:t>vt 0.517500 0.543100</w:t>
        <w:br/>
        <w:t>vt 0.516000 0.544000</w:t>
        <w:br/>
        <w:t>vt 0.523000 0.557500</w:t>
        <w:br/>
        <w:t>vt 0.512500 0.551900</w:t>
        <w:br/>
        <w:t>vt 0.531700 0.534400</w:t>
        <w:br/>
        <w:t>vt 0.536100 0.534900</w:t>
        <w:br/>
        <w:t>vt 0.533700 0.522700</w:t>
        <w:br/>
        <w:t>vt 0.535800 0.529200</w:t>
        <w:br/>
        <w:t>vt 0.532800 0.528900</w:t>
        <w:br/>
        <w:t>vt 0.527300 0.535600</w:t>
        <w:br/>
        <w:t>vt 0.524700 0.535900</w:t>
        <w:br/>
        <w:t>vt 0.524600 0.531200</w:t>
        <w:br/>
        <w:t>vt 0.537500 0.568500</w:t>
        <w:br/>
        <w:t>vt 0.531400 0.584300</w:t>
        <w:br/>
        <w:t>vt 0.562900 0.530500</w:t>
        <w:br/>
        <w:t>vt 0.542000 0.534300</w:t>
        <w:br/>
        <w:t>vt 0.548200 0.535000</w:t>
        <w:br/>
        <w:t>vt 0.555600 0.534900</w:t>
        <w:br/>
        <w:t>vt 0.553100 0.583600</w:t>
        <w:br/>
        <w:t>vt 0.542200 0.583900</w:t>
        <w:br/>
        <w:t>vt 0.566400 0.583300</w:t>
        <w:br/>
        <w:t>vt 0.547100 0.523500</w:t>
        <w:br/>
        <w:t>vt 0.548000 0.528900</w:t>
        <w:br/>
        <w:t>vt 0.543200 0.528400</w:t>
        <w:br/>
        <w:t>vt 0.544200 0.523500</w:t>
        <w:br/>
        <w:t>vt 0.549500 0.523200</w:t>
        <w:br/>
        <w:t>vt 0.553000 0.528500</w:t>
        <w:br/>
        <w:t>vt 0.545000 0.516300</w:t>
        <w:br/>
        <w:t>vt 0.545000 0.516300</w:t>
        <w:br/>
        <w:t>vt 0.540500 0.534100</w:t>
        <w:br/>
        <w:t>vt 0.538100 0.528300</w:t>
        <w:br/>
        <w:t>vt 0.510700 0.523400</w:t>
        <w:br/>
        <w:t>vt 0.505500 0.523800</w:t>
        <w:br/>
        <w:t>vt 0.507500 0.518500</w:t>
        <w:br/>
        <w:t>vt 0.510600 0.517500</w:t>
        <w:br/>
        <w:t>vt 0.510900 0.528700</w:t>
        <w:br/>
        <w:t>vt 0.503700 0.529100</w:t>
        <w:br/>
        <w:t>vt 0.513700 0.519200</w:t>
        <w:br/>
        <w:t>vt 0.510600 0.517500</w:t>
        <w:br/>
        <w:t>vt 0.511900 0.512200</w:t>
        <w:br/>
        <w:t>vt 0.516100 0.523800</w:t>
        <w:br/>
        <w:t>vt 0.519200 0.528300</w:t>
        <w:br/>
        <w:t>vt 0.511900 0.512200</w:t>
        <w:br/>
        <w:t>vt 0.494700 0.524900</w:t>
        <w:br/>
        <w:t>vt 0.489500 0.524500</w:t>
        <w:br/>
        <w:t>vt 0.492500 0.519100</w:t>
        <w:br/>
        <w:t>vt 0.495000 0.519900</w:t>
        <w:br/>
        <w:t>vt 0.495200 0.530600</w:t>
        <w:br/>
        <w:t>vt 0.488100 0.531100</w:t>
        <w:br/>
        <w:t>vt 0.496200 0.535900</w:t>
        <w:br/>
        <w:t>vt 0.487400 0.536500</w:t>
        <w:br/>
        <w:t>vt 0.495900 0.512100</w:t>
        <w:br/>
        <w:t>vt 0.495000 0.519900</w:t>
        <w:br/>
        <w:t>vt 0.497400 0.518800</w:t>
        <w:br/>
        <w:t>vt 0.499000 0.523300</w:t>
        <w:br/>
        <w:t>vt 0.501200 0.528800</w:t>
        <w:br/>
        <w:t>vt 0.504400 0.534200</w:t>
        <w:br/>
        <w:t>vt 0.495900 0.512100</w:t>
        <w:br/>
        <w:t>vt 0.483900 0.523600</w:t>
        <w:br/>
        <w:t>vt 0.486700 0.530600</w:t>
        <w:br/>
        <w:t>vt 0.480900 0.530200</w:t>
        <w:br/>
        <w:t>vt 0.479400 0.524200</w:t>
        <w:br/>
        <w:t>vt 0.479100 0.518900</w:t>
        <w:br/>
        <w:t>vt 0.482100 0.518500</w:t>
        <w:br/>
        <w:t>vt 0.480000 0.513000</w:t>
        <w:br/>
        <w:t>vt 0.479100 0.518900</w:t>
        <w:br/>
        <w:t>vt 0.476000 0.518300</w:t>
        <w:br/>
        <w:t>vt 0.474600 0.529900</w:t>
        <w:br/>
        <w:t>vt 0.474300 0.524000</w:t>
        <w:br/>
        <w:t>vt 0.479400 0.524200</w:t>
        <w:br/>
        <w:t>vt 0.480900 0.530200</w:t>
        <w:br/>
        <w:t>vt 0.480000 0.513000</w:t>
        <w:br/>
        <w:t>vt 0.528200 0.538600</w:t>
        <w:br/>
        <w:t>vt 0.524600 0.539900</w:t>
        <w:br/>
        <w:t>vt 0.520400 0.546200</w:t>
        <w:br/>
        <w:t>vt 0.524300 0.544200</w:t>
        <w:br/>
        <w:t>vt 0.468700 0.523900</w:t>
        <w:br/>
        <w:t>vt 0.468400 0.519900</w:t>
        <w:br/>
        <w:t>vt 0.470500 0.520500</w:t>
        <w:br/>
        <w:t>vt 0.471600 0.524700</w:t>
        <w:br/>
        <w:t>vt 0.469300 0.515000</w:t>
        <w:br/>
        <w:t>vt 0.465100 0.525300</w:t>
        <w:br/>
        <w:t>vt 0.465800 0.522100</w:t>
        <w:br/>
        <w:t>vt 0.469200 0.528200</w:t>
        <w:br/>
        <w:t>vt 0.466700 0.519100</w:t>
        <w:br/>
        <w:t>vt 0.519800 0.542900</w:t>
        <w:br/>
        <w:t>vt 0.461100 0.519900</w:t>
        <w:br/>
        <w:t>vt 0.464100 0.527400</w:t>
        <w:br/>
        <w:t>vt 0.460000 0.526400</w:t>
        <w:br/>
        <w:t>vt 0.458900 0.520200</w:t>
        <w:br/>
        <w:t>vt 0.459800 0.515100</w:t>
        <w:br/>
        <w:t>vt 0.458900 0.520200</w:t>
        <w:br/>
        <w:t>vt 0.456900 0.519300</w:t>
        <w:br/>
        <w:t>vt 0.456500 0.522300</w:t>
        <w:br/>
        <w:t>vt 0.460000 0.526400</w:t>
        <w:br/>
        <w:t>vt 0.459800 0.515100</w:t>
        <w:br/>
        <w:t>vt 0.524300 0.544200</w:t>
        <w:br/>
        <w:t>vt 0.581000 0.540400</w:t>
        <w:br/>
        <w:t>vt 0.574700 0.535900</w:t>
        <w:br/>
        <w:t>vt 0.581000 0.534700</w:t>
        <w:br/>
        <w:t>vt 0.577500 0.530300</w:t>
        <w:br/>
        <w:t>vt 0.581000 0.530200</w:t>
        <w:br/>
        <w:t>vt 0.581200 0.524300</w:t>
        <w:br/>
        <w:t>vt 0.581300 0.583000</w:t>
        <w:br/>
        <w:t>vt 0.681600 0.519400</w:t>
        <w:br/>
        <w:t>vt 0.684500 0.524700</w:t>
        <w:br/>
        <w:t>vt 0.678800 0.525100</w:t>
        <w:br/>
        <w:t>vt 0.678400 0.519900</w:t>
        <w:br/>
        <w:t>vt 0.687200 0.529300</w:t>
        <w:br/>
        <w:t>vt 0.679200 0.530000</w:t>
        <w:br/>
        <w:t>vt 0.677900 0.513700</w:t>
        <w:br/>
        <w:t>vt 0.472700 0.529200</w:t>
        <w:br/>
        <w:t>vt 0.641700 0.582600</w:t>
        <w:br/>
        <w:t>vt 0.635400 0.568500</w:t>
        <w:br/>
        <w:t>vt 0.642300 0.568500</w:t>
        <w:br/>
        <w:t>vt 0.610500 0.553600</w:t>
        <w:br/>
        <w:t>vt 0.615600 0.567600</w:t>
        <w:br/>
        <w:t>vt 0.604800 0.567200</w:t>
        <w:br/>
        <w:t>vt 0.600800 0.553300</w:t>
        <w:br/>
        <w:t>vt 0.591700 0.553600</w:t>
        <w:br/>
        <w:t>vt 0.589400 0.540900</w:t>
        <w:br/>
        <w:t>vt 0.596900 0.540500</w:t>
        <w:br/>
        <w:t>vt 0.655800 0.581900</w:t>
        <w:br/>
        <w:t>vt 0.656000 0.567400</w:t>
        <w:br/>
        <w:t>vt 0.676900 0.569100</w:t>
        <w:br/>
        <w:t>vt 0.692000 0.577000</w:t>
        <w:br/>
        <w:t>vt 0.668200 0.580900</w:t>
        <w:br/>
        <w:t>vt 0.622300 0.539700</w:t>
        <w:br/>
        <w:t>vt 0.630100 0.554400</w:t>
        <w:br/>
        <w:t>vt 0.618900 0.553300</w:t>
        <w:br/>
        <w:t>vt 0.614500 0.541000</w:t>
        <w:br/>
        <w:t>vt 0.664400 0.564200</w:t>
        <w:br/>
        <w:t>vt 0.657600 0.558500</w:t>
        <w:br/>
        <w:t>vt 0.594200 0.567700</w:t>
        <w:br/>
        <w:t>vt 0.593000 0.529600</w:t>
        <w:br/>
        <w:t>vt 0.597400 0.523200</w:t>
        <w:br/>
        <w:t>vt 0.596000 0.529600</w:t>
        <w:br/>
        <w:t>vt 0.595800 0.535200</w:t>
        <w:br/>
        <w:t>vt 0.591300 0.535200</w:t>
        <w:br/>
        <w:t>vt 0.601300 0.535000</w:t>
        <w:br/>
        <w:t>vt 0.604500 0.539800</w:t>
        <w:br/>
        <w:t>vt 0.633200 0.541000</w:t>
        <w:br/>
        <w:t>vt 0.627100 0.540700</w:t>
        <w:br/>
        <w:t>vt 0.641700 0.545100</w:t>
        <w:br/>
        <w:t>vt 0.645300 0.547700</w:t>
        <w:br/>
        <w:t>vt 0.647100 0.559200</w:t>
        <w:br/>
        <w:t>vt 0.639000 0.536000</w:t>
        <w:br/>
        <w:t>vt 0.640100 0.540400</w:t>
        <w:br/>
        <w:t>vt 0.637400 0.538900</w:t>
        <w:br/>
        <w:t>vt 0.637400 0.534800</w:t>
        <w:br/>
        <w:t>vt 0.645700 0.537400</w:t>
        <w:br/>
        <w:t>vt 0.646200 0.542700</w:t>
        <w:br/>
        <w:t>vt 0.644600 0.541900</w:t>
        <w:br/>
        <w:t>vt 0.639100 0.556600</w:t>
        <w:br/>
        <w:t>vt 0.649700 0.550700</w:t>
        <w:br/>
        <w:t>vt 0.626000 0.534100</w:t>
        <w:br/>
        <w:t>vt 0.630500 0.533200</w:t>
        <w:br/>
        <w:t>vt 0.626900 0.521800</w:t>
        <w:br/>
        <w:t>vt 0.628900 0.527800</w:t>
        <w:br/>
        <w:t>vt 0.626000 0.528300</w:t>
        <w:br/>
        <w:t>vt 0.634800 0.534400</w:t>
        <w:br/>
        <w:t>vt 0.637800 0.530200</w:t>
        <w:br/>
        <w:t>vt 0.637400 0.534800</w:t>
        <w:br/>
        <w:t>vt 0.631300 0.582800</w:t>
        <w:br/>
        <w:t>vt 0.624900 0.567600</w:t>
        <w:br/>
        <w:t>vt 0.599400 0.530000</w:t>
        <w:br/>
        <w:t>vt 0.613700 0.534300</w:t>
        <w:br/>
        <w:t>vt 0.620000 0.533600</w:t>
        <w:br/>
        <w:t>vt 0.606400 0.534300</w:t>
        <w:br/>
        <w:t>vt 0.620500 0.582800</w:t>
        <w:br/>
        <w:t>vt 0.609500 0.582900</w:t>
        <w:br/>
        <w:t>vt 0.596300 0.583000</w:t>
        <w:br/>
        <w:t>vt 0.617300 0.523200</w:t>
        <w:br/>
        <w:t>vt 0.618500 0.527900</w:t>
        <w:br/>
        <w:t>vt 0.613800 0.528300</w:t>
        <w:br/>
        <w:t>vt 0.614500 0.522900</w:t>
        <w:br/>
        <w:t>vt 0.611500 0.522800</w:t>
        <w:br/>
        <w:t>vt 0.608900 0.527800</w:t>
        <w:br/>
        <w:t>vt 0.616400 0.516100</w:t>
        <w:br/>
        <w:t>vt 0.621700 0.533500</w:t>
        <w:br/>
        <w:t>vt 0.623500 0.527800</w:t>
        <w:br/>
        <w:t>vt 0.660100 0.524600</w:t>
        <w:br/>
        <w:t>vt 0.659600 0.518700</w:t>
        <w:br/>
        <w:t>vt 0.662700 0.519300</w:t>
        <w:br/>
        <w:t>vt 0.665200 0.524400</w:t>
        <w:br/>
        <w:t>vt 0.669400 0.530100</w:t>
        <w:br/>
        <w:t>vt 0.660500 0.529900</w:t>
        <w:br/>
        <w:t>vt 0.656400 0.520400</w:t>
        <w:br/>
        <w:t>vt 0.657800 0.513500</w:t>
        <w:br/>
        <w:t>vt 0.654800 0.525500</w:t>
        <w:br/>
        <w:t>vt 0.652200 0.530400</w:t>
        <w:br/>
        <w:t>vt 0.657800 0.513500</w:t>
        <w:br/>
        <w:t>vt 0.694500 0.523100</w:t>
        <w:br/>
        <w:t>vt 0.692400 0.518600</w:t>
        <w:br/>
        <w:t>vt 0.695000 0.516900</w:t>
        <w:br/>
        <w:t>vt 0.699000 0.520700</w:t>
        <w:br/>
        <w:t>vt 0.696000 0.528500</w:t>
        <w:br/>
        <w:t>vt 0.702800 0.526100</w:t>
        <w:br/>
        <w:t>vt 0.697200 0.533800</w:t>
        <w:br/>
        <w:t>vt 0.705500 0.531000</w:t>
        <w:br/>
        <w:t>vt 0.689000 0.511900</w:t>
        <w:br/>
        <w:t>vt 0.690000 0.523300</w:t>
        <w:br/>
        <w:t>vt 0.689900 0.518500</w:t>
        <w:br/>
        <w:t>vt 0.689800 0.529100</w:t>
        <w:br/>
        <w:t>vt 0.689000 0.535300</w:t>
        <w:br/>
        <w:t>vt 0.710500 0.521300</w:t>
        <w:br/>
        <w:t>vt 0.715200 0.521500</w:t>
        <w:br/>
        <w:t>vt 0.714300 0.527600</w:t>
        <w:br/>
        <w:t>vt 0.708500 0.528600</w:t>
        <w:br/>
        <w:t>vt 0.712000 0.516100</w:t>
        <w:br/>
        <w:t>vt 0.715000 0.516200</w:t>
        <w:br/>
        <w:t>vt 0.713700 0.510600</w:t>
        <w:br/>
        <w:t>vt 0.718100 0.515500</w:t>
        <w:br/>
        <w:t>vt 0.715000 0.516200</w:t>
        <w:br/>
        <w:t>vt 0.720400 0.526700</w:t>
        <w:br/>
        <w:t>vt 0.714300 0.527600</w:t>
        <w:br/>
        <w:t>vt 0.715200 0.521500</w:t>
        <w:br/>
        <w:t>vt 0.720100 0.520800</w:t>
        <w:br/>
        <w:t>vt 0.713700 0.510600</w:t>
        <w:br/>
        <w:t>vt 0.637400 0.538900</w:t>
        <w:br/>
        <w:t>vt 0.633900 0.537500</w:t>
        <w:br/>
        <w:t>vt 0.637700 0.543200</w:t>
        <w:br/>
        <w:t>vt 0.641700 0.545100</w:t>
        <w:br/>
        <w:t>vt 0.725300 0.518400</w:t>
        <w:br/>
        <w:t>vt 0.727400 0.517400</w:t>
        <w:br/>
        <w:t>vt 0.727600 0.521400</w:t>
        <w:br/>
        <w:t>vt 0.724900 0.522600</w:t>
        <w:br/>
        <w:t>vt 0.725700 0.512700</w:t>
        <w:br/>
        <w:t>vt 0.730200 0.519300</w:t>
        <w:br/>
        <w:t>vt 0.731300 0.522400</w:t>
        <w:br/>
        <w:t>vt 0.727600 0.525800</w:t>
        <w:br/>
        <w:t>vt 0.728800 0.516400</w:t>
        <w:br/>
        <w:t>vt 0.642400 0.541700</w:t>
        <w:br/>
        <w:t>vt 0.735100 0.518000</w:t>
        <w:br/>
        <w:t>vt 0.737100 0.517600</w:t>
        <w:br/>
        <w:t>vt 0.738200 0.523800</w:t>
        <w:br/>
        <w:t>vt 0.734600 0.526200</w:t>
        <w:br/>
        <w:t>vt 0.734600 0.513100</w:t>
        <w:br/>
        <w:t>vt 0.738900 0.516100</w:t>
        <w:br/>
        <w:t>vt 0.737100 0.517600</w:t>
        <w:br/>
        <w:t>vt 0.740100 0.518900</w:t>
        <w:br/>
        <w:t>vt 0.738200 0.523800</w:t>
        <w:br/>
        <w:t>vt 0.734600 0.513100</w:t>
        <w:br/>
        <w:t>vt 0.637700 0.543200</w:t>
        <w:br/>
        <w:t>vt 0.587200 0.536000</w:t>
        <w:br/>
        <w:t>vt 0.584600 0.530400</w:t>
        <w:br/>
        <w:t>vt 0.675200 0.519800</w:t>
        <w:br/>
        <w:t>vt 0.673100 0.525600</w:t>
        <w:br/>
        <w:t>vt 0.669400 0.530100</w:t>
        <w:br/>
        <w:t>vt 0.724200 0.527200</w:t>
        <w:br/>
        <w:t>vt 0.271700 0.848500</w:t>
        <w:br/>
        <w:t>vt 0.280800 0.833000</w:t>
        <w:br/>
        <w:t>vt 0.283000 0.850100</w:t>
        <w:br/>
        <w:t>vt 0.273600 0.788300</w:t>
        <w:br/>
        <w:t>vt 0.267200 0.788600</w:t>
        <w:br/>
        <w:t>vt 0.266300 0.780100</w:t>
        <w:br/>
        <w:t>vt 0.274200 0.779400</w:t>
        <w:br/>
        <w:t>vt 0.258100 0.754200</w:t>
        <w:br/>
        <w:t>vt 0.246800 0.757800</w:t>
        <w:br/>
        <w:t>vt 0.247400 0.749200</w:t>
        <w:br/>
        <w:t>vt 0.257900 0.745900</w:t>
        <w:br/>
        <w:t>vt 0.234600 0.749400</w:t>
        <w:br/>
        <w:t>vt 0.234700 0.739000</w:t>
        <w:br/>
        <w:t>vt 0.248200 0.739100</w:t>
        <w:br/>
        <w:t>vt 0.247600 0.766300</w:t>
        <w:br/>
        <w:t>vt 0.249300 0.775200</w:t>
        <w:br/>
        <w:t>vt 0.241100 0.775000</w:t>
        <w:br/>
        <w:t>vt 0.238300 0.767400</w:t>
        <w:br/>
        <w:t>vt 0.250400 0.817200</w:t>
        <w:br/>
        <w:t>vt 0.240500 0.818000</w:t>
        <w:br/>
        <w:t>vt 0.244000 0.807300</w:t>
        <w:br/>
        <w:t>vt 0.252700 0.807100</w:t>
        <w:br/>
        <w:t>vt 0.248500 0.849400</w:t>
        <w:br/>
        <w:t>vt 0.237500 0.849700</w:t>
        <w:br/>
        <w:t>vt 0.249400 0.832100</w:t>
        <w:br/>
        <w:t>vt 0.292500 0.739900</w:t>
        <w:br/>
        <w:t>vt 0.291800 0.749600</w:t>
        <w:br/>
        <w:t>vt 0.278400 0.746000</w:t>
        <w:br/>
        <w:t>vt 0.279400 0.738000</w:t>
        <w:br/>
        <w:t>vt 0.265900 0.771000</w:t>
        <w:br/>
        <w:t>vt 0.275800 0.761600</w:t>
        <w:br/>
        <w:t>vt 0.274700 0.771900</w:t>
        <w:br/>
        <w:t>vt 0.249300 0.775200</w:t>
        <w:br/>
        <w:t>vt 0.258700 0.772800</w:t>
        <w:br/>
        <w:t>vt 0.259800 0.781100</w:t>
        <w:br/>
        <w:t>vt 0.251400 0.782600</w:t>
        <w:br/>
        <w:t>vt 0.268300 0.820100</w:t>
        <w:br/>
        <w:t>vt 0.268200 0.808300</w:t>
        <w:br/>
        <w:t>vt 0.275200 0.810100</w:t>
        <w:br/>
        <w:t>vt 0.244400 0.789300</w:t>
        <w:br/>
        <w:t>vt 0.244000 0.783200</w:t>
        <w:br/>
        <w:t>vt 0.251400 0.782600</w:t>
        <w:br/>
        <w:t>vt 0.253100 0.789600</w:t>
        <w:br/>
        <w:t>vt 0.259500 0.735100</w:t>
        <w:br/>
        <w:t>vt 0.250600 0.727300</w:t>
        <w:br/>
        <w:t>vt 0.261600 0.725100</w:t>
        <w:br/>
        <w:t>vt 0.294300 0.851600</w:t>
        <w:br/>
        <w:t>vt 0.284500 0.869300</w:t>
        <w:br/>
        <w:t>vt 0.239300 0.867300</w:t>
        <w:br/>
        <w:t>vt 0.297900 0.887500</w:t>
        <w:br/>
        <w:t>vt 0.298600 0.906000</w:t>
        <w:br/>
        <w:t>vt 0.284500 0.887800</w:t>
        <w:br/>
        <w:t>vt 0.241700 0.906800</w:t>
        <w:br/>
        <w:t>vt 0.240200 0.886700</w:t>
        <w:br/>
        <w:t>vt 0.250700 0.886300</w:t>
        <w:br/>
        <w:t>vt 0.252400 0.906100</w:t>
        <w:br/>
        <w:t>vt 0.297600 0.926800</w:t>
        <w:br/>
        <w:t>vt 0.285400 0.907400</w:t>
        <w:br/>
        <w:t>vt 0.243700 0.925600</w:t>
        <w:br/>
        <w:t>vt 0.254300 0.925800</w:t>
        <w:br/>
        <w:t>vt 0.253100 0.789600</w:t>
        <w:br/>
        <w:t>vt 0.261500 0.789600</w:t>
        <w:br/>
        <w:t>vt 0.262600 0.797800</w:t>
        <w:br/>
        <w:t>vt 0.253100 0.798100</w:t>
        <w:br/>
        <w:t>vt 0.273300 0.867500</w:t>
        <w:br/>
        <w:t>vt 0.274700 0.887200</w:t>
        <w:br/>
        <w:t>vt 0.261800 0.886500</w:t>
        <w:br/>
        <w:t>vt 0.259800 0.866100</w:t>
        <w:br/>
        <w:t>vt 0.277500 0.928300</w:t>
        <w:br/>
        <w:t>vt 0.278300 0.946500</w:t>
        <w:br/>
        <w:t>vt 0.266700 0.945300</w:t>
        <w:br/>
        <w:t>vt 0.264900 0.927000</w:t>
        <w:br/>
        <w:t>vt 0.269900 0.831900</w:t>
        <w:br/>
        <w:t>vt 0.259000 0.832100</w:t>
        <w:br/>
        <w:t>vt 0.263400 0.907000</w:t>
        <w:br/>
        <w:t>vt 0.286900 0.772600</w:t>
        <w:br/>
        <w:t>vt 0.284100 0.779900</w:t>
        <w:br/>
        <w:t>vt 0.247600 0.766300</w:t>
        <w:br/>
        <w:t>vt 0.258200 0.763300</w:t>
        <w:br/>
        <w:t>vt 0.236200 0.758100</w:t>
        <w:br/>
        <w:t>vt 0.290700 0.757200</w:t>
        <w:br/>
        <w:t>vt 0.289100 0.764900</w:t>
        <w:br/>
        <w:t>vt 0.277000 0.753600</w:t>
        <w:br/>
        <w:t>vt 0.237500 0.724500</w:t>
        <w:br/>
        <w:t>vt 0.280500 0.728900</w:t>
        <w:br/>
        <w:t>vt 0.293300 0.730900</w:t>
        <w:br/>
        <w:t>vt 0.302700 0.754700</w:t>
        <w:br/>
        <w:t>vt 0.303900 0.745400</w:t>
        <w:br/>
        <w:t>vt 0.315700 0.749900</w:t>
        <w:br/>
        <w:t>vt 0.314400 0.759900</w:t>
        <w:br/>
        <w:t>vt 0.295000 0.778900</w:t>
        <w:br/>
        <w:t>vt 0.298000 0.770800</w:t>
        <w:br/>
        <w:t>vt 0.308300 0.777800</w:t>
        <w:br/>
        <w:t>vt 0.303700 0.785700</w:t>
        <w:br/>
        <w:t>vt 0.294100 0.798500</w:t>
        <w:br/>
        <w:t>vt 0.295400 0.804100</w:t>
        <w:br/>
        <w:t>vt 0.288500 0.803300</w:t>
        <w:br/>
        <w:t>vt 0.302100 0.821700</w:t>
        <w:br/>
        <w:t>vt 0.299800 0.835400</w:t>
        <w:br/>
        <w:t>vt 0.296200 0.825000</w:t>
        <w:br/>
        <w:t>vt 0.298400 0.793600</w:t>
        <w:br/>
        <w:t>vt 0.288900 0.793500</w:t>
        <w:br/>
        <w:t>vt 0.291900 0.787000</w:t>
        <w:br/>
        <w:t>vt 0.313500 0.849600</w:t>
        <w:br/>
        <w:t>vt 0.319400 0.866400</w:t>
        <w:br/>
        <w:t>vt 0.308400 0.868400</w:t>
        <w:br/>
        <w:t>vt 0.304300 0.850600</w:t>
        <w:br/>
        <w:t>vt 0.321900 0.886500</w:t>
        <w:br/>
        <w:t>vt 0.321100 0.907500</w:t>
        <w:br/>
        <w:t>vt 0.311200 0.907200</w:t>
        <w:br/>
        <w:t>vt 0.310200 0.886600</w:t>
        <w:br/>
        <w:t>vt 0.309800 0.926700</w:t>
        <w:br/>
        <w:t>vt 0.319800 0.927200</w:t>
        <w:br/>
        <w:t>vt 0.312700 0.768500</w:t>
        <w:br/>
        <w:t>vt 0.300900 0.761900</w:t>
        <w:br/>
        <w:t>vt 0.316900 0.736100</w:t>
        <w:br/>
        <w:t>vt 0.305200 0.733200</w:t>
        <w:br/>
        <w:t>vt 0.280500 0.800000</w:t>
        <w:br/>
        <w:t>vt 0.273000 0.797800</w:t>
        <w:br/>
        <w:t>vt 0.258900 0.817300</w:t>
        <w:br/>
        <w:t>vt 0.261000 0.806500</w:t>
        <w:br/>
        <w:t>vt 0.283700 0.813100</w:t>
        <w:br/>
        <w:t>vt 0.291000 0.814500</w:t>
        <w:br/>
        <w:t>vt 0.288200 0.823800</w:t>
        <w:br/>
        <w:t>vt 0.291500 0.835000</w:t>
        <w:br/>
        <w:t>vt 0.278300 0.821600</w:t>
        <w:br/>
        <w:t>vt 0.239000 0.830600</w:t>
        <w:br/>
        <w:t>vt 0.288500 0.803300</w:t>
        <w:br/>
        <w:t>vt 0.246800 0.795700</w:t>
        <w:br/>
        <w:t>vt 0.281100 0.787600</w:t>
        <w:br/>
        <w:t>vt 0.292500 0.739900</w:t>
        <w:br/>
        <w:t>vt 0.293300 0.730900</w:t>
        <w:br/>
        <w:t>vt 0.240700 0.711300</w:t>
        <w:br/>
        <w:t>vt 0.253000 0.713800</w:t>
        <w:br/>
        <w:t>vt 0.316700 0.723400</w:t>
        <w:br/>
        <w:t>vt 0.306500 0.721600</w:t>
        <w:br/>
        <w:t>vt 0.245100 0.699100</w:t>
        <w:br/>
        <w:t>vt 0.255300 0.702000</w:t>
        <w:br/>
        <w:t>vt 0.317700 0.710500</w:t>
        <w:br/>
        <w:t>vt 0.308500 0.710200</w:t>
        <w:br/>
        <w:t>vt 0.266600 0.658600</w:t>
        <w:br/>
        <w:t>vt 0.278900 0.644200</w:t>
        <w:br/>
        <w:t>vt 0.270100 0.659100</w:t>
        <w:br/>
        <w:t>vt 0.302700 0.666100</w:t>
        <w:br/>
        <w:t>vt 0.295400 0.648700</w:t>
        <w:br/>
        <w:t>vt 0.306400 0.664500</w:t>
        <w:br/>
        <w:t>vt 0.278900 0.644200</w:t>
        <w:br/>
        <w:t>vt 0.273900 0.658700</w:t>
        <w:br/>
        <w:t>vt 0.295000 0.721100</w:t>
        <w:br/>
        <w:t>vt 0.299300 0.710200</w:t>
        <w:br/>
        <w:t>vt 0.299900 0.665700</w:t>
        <w:br/>
        <w:t>vt 0.295400 0.648700</w:t>
        <w:br/>
        <w:t>vt 0.265300 0.669600</w:t>
        <w:br/>
        <w:t>vt 0.259800 0.668600</w:t>
        <w:br/>
        <w:t>vt 0.306700 0.677100</w:t>
        <w:br/>
        <w:t>vt 0.312700 0.675500</w:t>
        <w:br/>
        <w:t>vt 0.270300 0.670700</w:t>
        <w:br/>
        <w:t>vt 0.302100 0.677300</w:t>
        <w:br/>
        <w:t>vt 0.253700 0.678700</w:t>
        <w:br/>
        <w:t>vt 0.261400 0.680700</w:t>
        <w:br/>
        <w:t>vt 0.258200 0.691000</w:t>
        <w:br/>
        <w:t>vt 0.248900 0.688600</w:t>
        <w:br/>
        <w:t>vt 0.316000 0.687400</w:t>
        <w:br/>
        <w:t>vt 0.317300 0.699000</w:t>
        <w:br/>
        <w:t>vt 0.309800 0.699900</w:t>
        <w:br/>
        <w:t>vt 0.309400 0.688600</w:t>
        <w:br/>
        <w:t>vt 0.267500 0.682000</w:t>
        <w:br/>
        <w:t>vt 0.266000 0.692500</w:t>
        <w:br/>
        <w:t>vt 0.302000 0.699400</w:t>
        <w:br/>
        <w:t>vt 0.302800 0.688200</w:t>
        <w:br/>
        <w:t>vt 0.286900 0.772600</w:t>
        <w:br/>
        <w:t>vt 0.289100 0.764900</w:t>
        <w:br/>
        <w:t>vt 0.296200 0.825000</w:t>
        <w:br/>
        <w:t>vt 0.284100 0.779900</w:t>
        <w:br/>
        <w:t>vt 0.296300 0.869800</w:t>
        <w:br/>
        <w:t>vt 0.304300 0.850600</w:t>
        <w:br/>
        <w:t>vt 0.308400 0.868400</w:t>
        <w:br/>
        <w:t>vt 0.310200 0.886600</w:t>
        <w:br/>
        <w:t>vt 0.311200 0.907200</w:t>
        <w:br/>
        <w:t>vt 0.309800 0.926700</w:t>
        <w:br/>
        <w:t>vt 0.290700 0.757200</w:t>
        <w:br/>
        <w:t>vt 0.291800 0.749600</w:t>
        <w:br/>
        <w:t>vt 0.297100 0.813600</w:t>
        <w:br/>
        <w:t>vt 0.307800 0.831900</w:t>
        <w:br/>
        <w:t>vt 0.291000 0.814500</w:t>
        <w:br/>
        <w:t>vt 0.266600 0.751700</w:t>
        <w:br/>
        <w:t>vt 0.266300 0.760800</w:t>
        <w:br/>
        <w:t>vt 0.265900 0.771000</w:t>
        <w:br/>
        <w:t>vt 0.266300 0.780100</w:t>
        <w:br/>
        <w:t>vt 0.267200 0.788600</w:t>
        <w:br/>
        <w:t>vt 0.259100 0.848100</w:t>
        <w:br/>
        <w:t>vt 0.249400 0.866300</w:t>
        <w:br/>
        <w:t>vt 0.275900 0.907700</w:t>
        <w:br/>
        <w:t>vt 0.258900 0.817300</w:t>
        <w:br/>
        <w:t>vt 0.271700 0.848500</w:t>
        <w:br/>
        <w:t>vt 0.261000 0.806500</w:t>
        <w:br/>
        <w:t>vt 0.267500 0.797700</w:t>
        <w:br/>
        <w:t>vt 0.274700 0.887200</w:t>
        <w:br/>
        <w:t>vt 0.273300 0.867500</w:t>
        <w:br/>
        <w:t>vt 0.286600 0.945900</w:t>
        <w:br/>
        <w:t>vt 0.295700 0.945900</w:t>
        <w:br/>
        <w:t>vt 0.294600 0.964100</w:t>
        <w:br/>
        <w:t>vt 0.285600 0.963600</w:t>
        <w:br/>
        <w:t>vt 0.307600 0.945800</w:t>
        <w:br/>
        <w:t>vt 0.306000 0.964900</w:t>
        <w:br/>
        <w:t>vt 0.256400 0.963900</w:t>
        <w:br/>
        <w:t>vt 0.255900 0.944500</w:t>
        <w:br/>
        <w:t>vt 0.267500 0.964400</w:t>
        <w:br/>
        <w:t>vt 0.246100 0.962900</w:t>
        <w:br/>
        <w:t>vt 0.245000 0.944100</w:t>
        <w:br/>
        <w:t>vt 0.317800 0.946700</w:t>
        <w:br/>
        <w:t>vt 0.316000 0.966100</w:t>
        <w:br/>
        <w:t>vt 0.306000 0.964900</w:t>
        <w:br/>
        <w:t>vt 0.307600 0.945800</w:t>
        <w:br/>
        <w:t>vt 0.276900 0.964200</w:t>
        <w:br/>
        <w:t>vt 0.293600 0.983000</w:t>
        <w:br/>
        <w:t>vt 0.283400 0.982900</w:t>
        <w:br/>
        <w:t>vt 0.304700 0.983600</w:t>
        <w:br/>
        <w:t>vt 0.256600 0.983200</w:t>
        <w:br/>
        <w:t>vt 0.266400 0.983800</w:t>
        <w:br/>
        <w:t>vt 0.246200 0.981800</w:t>
        <w:br/>
        <w:t>vt 0.304700 0.983600</w:t>
        <w:br/>
        <w:t>vt 0.314600 0.985300</w:t>
        <w:br/>
        <w:t>vt 0.275100 0.983600</w:t>
        <w:br/>
        <w:t>vt 0.302000 0.699400</w:t>
        <w:br/>
        <w:t>vt 0.299300 0.710200</w:t>
        <w:br/>
        <w:t>vt 0.291000 0.708500</w:t>
        <w:br/>
        <w:t>vt 0.294500 0.697300</w:t>
        <w:br/>
        <w:t>vt 0.299900 0.665700</w:t>
        <w:br/>
        <w:t>vt 0.302100 0.677300</w:t>
        <w:br/>
        <w:t>vt 0.297100 0.676700</w:t>
        <w:br/>
        <w:t>vt 0.297100 0.664600</w:t>
        <w:br/>
        <w:t>vt 0.302800 0.688200</w:t>
        <w:br/>
        <w:t>vt 0.296400 0.687000</w:t>
        <w:br/>
        <w:t>vt 0.295400 0.648700</w:t>
        <w:br/>
        <w:t>vt 0.266300 0.760800</w:t>
        <w:br/>
        <w:t>vt 0.266600 0.751700</w:t>
        <w:br/>
        <w:t>vt 0.264300 0.714500</w:t>
        <w:br/>
        <w:t>vt 0.265500 0.703000</w:t>
        <w:br/>
        <w:t>vt 0.267000 0.744400</w:t>
        <w:br/>
        <w:t>vt 0.267000 0.744400</w:t>
        <w:br/>
        <w:t>vt 0.268100 0.737100</w:t>
        <w:br/>
        <w:t>vt 0.268100 0.737100</w:t>
        <w:br/>
        <w:t>vt 0.269700 0.727900</w:t>
        <w:br/>
        <w:t>vt 0.269700 0.727900</w:t>
        <w:br/>
        <w:t>vt 0.272200 0.715900</w:t>
        <w:br/>
        <w:t>vt 0.283200 0.717700</w:t>
        <w:br/>
        <w:t>vt 0.264300 0.714500</w:t>
        <w:br/>
        <w:t>vt 0.266800 0.705300</w:t>
        <w:br/>
        <w:t>vt 0.274300 0.705300</w:t>
        <w:br/>
        <w:t>vt 0.284500 0.707200</w:t>
        <w:br/>
        <w:t>vt 0.270500 0.693700</w:t>
        <w:br/>
        <w:t>vt 0.277300 0.694100</w:t>
        <w:br/>
        <w:t>vt 0.285800 0.696200</w:t>
        <w:br/>
        <w:t>vt 0.274300 0.684600</w:t>
        <w:br/>
        <w:t>vt 0.280000 0.685100</w:t>
        <w:br/>
        <w:t>vt 0.286400 0.686600</w:t>
        <w:br/>
        <w:t>vt 0.280500 0.670400</w:t>
        <w:br/>
        <w:t>vt 0.285300 0.661200</w:t>
        <w:br/>
        <w:t>vt 0.283400 0.670500</w:t>
        <w:br/>
        <w:t>vt 0.283400 0.670500</w:t>
        <w:br/>
        <w:t>vt 0.285300 0.661200</w:t>
        <w:br/>
        <w:t>vt 0.287200 0.671100</w:t>
        <w:br/>
        <w:t>vt 0.272200 0.715900</w:t>
        <w:br/>
        <w:t>vt 0.230200 0.708200</w:t>
        <w:br/>
        <w:t>vt 0.229400 0.716800</w:t>
        <w:br/>
        <w:t>vt 0.222300 0.715400</w:t>
        <w:br/>
        <w:t>vt 0.223100 0.706600</w:t>
        <w:br/>
        <w:t>vt 0.231000 0.697000</w:t>
        <w:br/>
        <w:t>vt 0.225000 0.695000</w:t>
        <w:br/>
        <w:t>vt 0.226500 0.686800</w:t>
        <w:br/>
        <w:t>vt 0.231500 0.687900</w:t>
        <w:br/>
        <w:t>vt 0.232800 0.673400</w:t>
        <w:br/>
        <w:t>vt 0.230200 0.672500</w:t>
        <w:br/>
        <w:t>vt 0.233200 0.663500</w:t>
        <w:br/>
        <w:t>vt 0.213300 0.715400</w:t>
        <w:br/>
        <w:t>vt 0.215600 0.704700</w:t>
        <w:br/>
        <w:t>vt 0.218400 0.694000</w:t>
        <w:br/>
        <w:t>vt 0.224400 0.678100</w:t>
        <w:br/>
        <w:t>vt 0.227700 0.671300</w:t>
        <w:br/>
        <w:t>vt 0.228300 0.679500</w:t>
        <w:br/>
        <w:t>vt 0.335600 0.755300</w:t>
        <w:br/>
        <w:t>vt 0.343800 0.754900</w:t>
        <w:br/>
        <w:t>vt 0.342900 0.767500</w:t>
        <w:br/>
        <w:t>vt 0.333000 0.766000</w:t>
        <w:br/>
        <w:t>vt 0.281100 0.787600</w:t>
        <w:br/>
        <w:t>vt 0.269900 0.831900</w:t>
        <w:br/>
        <w:t>vt 0.275900 0.907700</w:t>
        <w:br/>
        <w:t>vt 0.286400 0.927400</w:t>
        <w:br/>
        <w:t>vt 0.277500 0.928300</w:t>
        <w:br/>
        <w:t>vt 0.278300 0.946500</w:t>
        <w:br/>
        <w:t>vt 0.276900 0.964200</w:t>
        <w:br/>
        <w:t>vt 0.275100 0.983600</w:t>
        <w:br/>
        <w:t>vt 0.277300 0.677500</w:t>
        <w:br/>
        <w:t>vt 0.281600 0.677700</w:t>
        <w:br/>
        <w:t>vt 0.287000 0.678900</w:t>
        <w:br/>
        <w:t>vt 0.232100 0.680700</w:t>
        <w:br/>
        <w:t>vt 0.221600 0.685000</w:t>
        <w:br/>
        <w:t>vt 0.336800 0.742200</w:t>
        <w:br/>
        <w:t>vt 0.337100 0.727400</w:t>
        <w:br/>
        <w:t>vt 0.341400 0.727800</w:t>
        <w:br/>
        <w:t>vt 0.343100 0.742400</w:t>
        <w:br/>
        <w:t>vt 0.337100 0.708900</w:t>
        <w:br/>
        <w:t>vt 0.295000 0.721100</w:t>
        <w:br/>
        <w:t>vt 0.340300 0.781600</w:t>
        <w:br/>
        <w:t>vt 0.328400 0.773000</w:t>
        <w:br/>
        <w:t>vt 0.332000 0.793900</w:t>
        <w:br/>
        <w:t>vt 0.321300 0.776000</w:t>
        <w:br/>
        <w:t>vt 0.303700 0.785700</w:t>
        <w:br/>
        <w:t>vt 0.271700 0.848500</w:t>
        <w:br/>
        <w:t>vt 0.283000 0.850100</w:t>
        <w:br/>
        <w:t>vt 0.280800 0.833000</w:t>
        <w:br/>
        <w:t>vt 0.273600 0.788300</w:t>
        <w:br/>
        <w:t>vt 0.274200 0.779400</w:t>
        <w:br/>
        <w:t>vt 0.266300 0.780100</w:t>
        <w:br/>
        <w:t>vt 0.267200 0.788600</w:t>
        <w:br/>
        <w:t>vt 0.247400 0.749200</w:t>
        <w:br/>
        <w:t>vt 0.246800 0.757800</w:t>
        <w:br/>
        <w:t>vt 0.258100 0.754200</w:t>
        <w:br/>
        <w:t>vt 0.257900 0.745900</w:t>
        <w:br/>
        <w:t>vt 0.248200 0.739100</w:t>
        <w:br/>
        <w:t>vt 0.234700 0.739000</w:t>
        <w:br/>
        <w:t>vt 0.234600 0.749400</w:t>
        <w:br/>
        <w:t>vt 0.247600 0.766300</w:t>
        <w:br/>
        <w:t>vt 0.238300 0.767400</w:t>
        <w:br/>
        <w:t>vt 0.241100 0.775000</w:t>
        <w:br/>
        <w:t>vt 0.249300 0.775200</w:t>
        <w:br/>
        <w:t>vt 0.250400 0.817200</w:t>
        <w:br/>
        <w:t>vt 0.252700 0.807100</w:t>
        <w:br/>
        <w:t>vt 0.244000 0.807300</w:t>
        <w:br/>
        <w:t>vt 0.240500 0.818000</w:t>
        <w:br/>
        <w:t>vt 0.248500 0.849400</w:t>
        <w:br/>
        <w:t>vt 0.249400 0.832100</w:t>
        <w:br/>
        <w:t>vt 0.237500 0.849700</w:t>
        <w:br/>
        <w:t>vt 0.278400 0.746000</w:t>
        <w:br/>
        <w:t>vt 0.291800 0.749600</w:t>
        <w:br/>
        <w:t>vt 0.292500 0.739900</w:t>
        <w:br/>
        <w:t>vt 0.279400 0.738000</w:t>
        <w:br/>
        <w:t>vt 0.265900 0.771000</w:t>
        <w:br/>
        <w:t>vt 0.274700 0.771900</w:t>
        <w:br/>
        <w:t>vt 0.275800 0.761600</w:t>
        <w:br/>
        <w:t>vt 0.249300 0.775200</w:t>
        <w:br/>
        <w:t>vt 0.251400 0.782600</w:t>
        <w:br/>
        <w:t>vt 0.259800 0.781100</w:t>
        <w:br/>
        <w:t>vt 0.258700 0.772800</w:t>
        <w:br/>
        <w:t>vt 0.268300 0.820100</w:t>
        <w:br/>
        <w:t>vt 0.275200 0.810100</w:t>
        <w:br/>
        <w:t>vt 0.268200 0.808300</w:t>
        <w:br/>
        <w:t>vt 0.244400 0.789300</w:t>
        <w:br/>
        <w:t>vt 0.253100 0.789600</w:t>
        <w:br/>
        <w:t>vt 0.251400 0.782600</w:t>
        <w:br/>
        <w:t>vt 0.244000 0.783200</w:t>
        <w:br/>
        <w:t>vt 0.250600 0.727300</w:t>
        <w:br/>
        <w:t>vt 0.259500 0.735100</w:t>
        <w:br/>
        <w:t>vt 0.261600 0.725100</w:t>
        <w:br/>
        <w:t>vt 0.294300 0.851600</w:t>
        <w:br/>
        <w:t>vt 0.284500 0.869300</w:t>
        <w:br/>
        <w:t>vt 0.239300 0.867300</w:t>
        <w:br/>
        <w:t>vt 0.297900 0.887500</w:t>
        <w:br/>
        <w:t>vt 0.284500 0.887800</w:t>
        <w:br/>
        <w:t>vt 0.298600 0.906000</w:t>
        <w:br/>
        <w:t>vt 0.240200 0.886700</w:t>
        <w:br/>
        <w:t>vt 0.241700 0.906800</w:t>
        <w:br/>
        <w:t>vt 0.252400 0.906100</w:t>
        <w:br/>
        <w:t>vt 0.250700 0.886300</w:t>
        <w:br/>
        <w:t>vt 0.285400 0.907400</w:t>
        <w:br/>
        <w:t>vt 0.297600 0.926800</w:t>
        <w:br/>
        <w:t>vt 0.243700 0.925600</w:t>
        <w:br/>
        <w:t>vt 0.254300 0.925800</w:t>
        <w:br/>
        <w:t>vt 0.253100 0.789600</w:t>
        <w:br/>
        <w:t>vt 0.253100 0.798100</w:t>
        <w:br/>
        <w:t>vt 0.262600 0.797800</w:t>
        <w:br/>
        <w:t>vt 0.261500 0.789600</w:t>
        <w:br/>
        <w:t>vt 0.273300 0.867500</w:t>
        <w:br/>
        <w:t>vt 0.259800 0.866100</w:t>
        <w:br/>
        <w:t>vt 0.261800 0.886500</w:t>
        <w:br/>
        <w:t>vt 0.274700 0.887200</w:t>
        <w:br/>
        <w:t>vt 0.277500 0.928300</w:t>
        <w:br/>
        <w:t>vt 0.264900 0.927000</w:t>
        <w:br/>
        <w:t>vt 0.266700 0.945300</w:t>
        <w:br/>
        <w:t>vt 0.278300 0.946500</w:t>
        <w:br/>
        <w:t>vt 0.259000 0.832100</w:t>
        <w:br/>
        <w:t>vt 0.269900 0.831900</w:t>
        <w:br/>
        <w:t>vt 0.263400 0.907000</w:t>
        <w:br/>
        <w:t>vt 0.284100 0.779900</w:t>
        <w:br/>
        <w:t>vt 0.286900 0.772600</w:t>
        <w:br/>
        <w:t>vt 0.258200 0.763300</w:t>
        <w:br/>
        <w:t>vt 0.247600 0.766300</w:t>
        <w:br/>
        <w:t>vt 0.236200 0.758100</w:t>
        <w:br/>
        <w:t>vt 0.289100 0.764900</w:t>
        <w:br/>
        <w:t>vt 0.290700 0.757200</w:t>
        <w:br/>
        <w:t>vt 0.277000 0.753600</w:t>
        <w:br/>
        <w:t>vt 0.237500 0.724500</w:t>
        <w:br/>
        <w:t>vt 0.280500 0.728900</w:t>
        <w:br/>
        <w:t>vt 0.293300 0.730900</w:t>
        <w:br/>
        <w:t>vt 0.315700 0.749900</w:t>
        <w:br/>
        <w:t>vt 0.303900 0.745400</w:t>
        <w:br/>
        <w:t>vt 0.302700 0.754700</w:t>
        <w:br/>
        <w:t>vt 0.314400 0.759900</w:t>
        <w:br/>
        <w:t>vt 0.308300 0.777800</w:t>
        <w:br/>
        <w:t>vt 0.298000 0.770800</w:t>
        <w:br/>
        <w:t>vt 0.295000 0.778900</w:t>
        <w:br/>
        <w:t>vt 0.303700 0.785700</w:t>
        <w:br/>
        <w:t>vt 0.294100 0.798500</w:t>
        <w:br/>
        <w:t>vt 0.288500 0.803300</w:t>
        <w:br/>
        <w:t>vt 0.295400 0.804100</w:t>
        <w:br/>
        <w:t>vt 0.302100 0.821700</w:t>
        <w:br/>
        <w:t>vt 0.296200 0.825000</w:t>
        <w:br/>
        <w:t>vt 0.299800 0.835400</w:t>
        <w:br/>
        <w:t>vt 0.298400 0.793600</w:t>
        <w:br/>
        <w:t>vt 0.291900 0.787000</w:t>
        <w:br/>
        <w:t>vt 0.288900 0.793500</w:t>
        <w:br/>
        <w:t>vt 0.308400 0.868400</w:t>
        <w:br/>
        <w:t>vt 0.319400 0.866400</w:t>
        <w:br/>
        <w:t>vt 0.313500 0.849600</w:t>
        <w:br/>
        <w:t>vt 0.304300 0.850600</w:t>
        <w:br/>
        <w:t>vt 0.321900 0.886500</w:t>
        <w:br/>
        <w:t>vt 0.310200 0.886600</w:t>
        <w:br/>
        <w:t>vt 0.311200 0.907200</w:t>
        <w:br/>
        <w:t>vt 0.321100 0.907500</w:t>
        <w:br/>
        <w:t>vt 0.309800 0.926700</w:t>
        <w:br/>
        <w:t>vt 0.319800 0.927200</w:t>
        <w:br/>
        <w:t>vt 0.300900 0.761900</w:t>
        <w:br/>
        <w:t>vt 0.312700 0.768500</w:t>
        <w:br/>
        <w:t>vt 0.316900 0.736100</w:t>
        <w:br/>
        <w:t>vt 0.305200 0.733200</w:t>
        <w:br/>
        <w:t>vt 0.280500 0.800000</w:t>
        <w:br/>
        <w:t>vt 0.273000 0.797800</w:t>
        <w:br/>
        <w:t>vt 0.258900 0.817300</w:t>
        <w:br/>
        <w:t>vt 0.261000 0.806500</w:t>
        <w:br/>
        <w:t>vt 0.283700 0.813100</w:t>
        <w:br/>
        <w:t>vt 0.288200 0.823800</w:t>
        <w:br/>
        <w:t>vt 0.291000 0.814500</w:t>
        <w:br/>
        <w:t>vt 0.278300 0.821600</w:t>
        <w:br/>
        <w:t>vt 0.291500 0.835000</w:t>
        <w:br/>
        <w:t>vt 0.239000 0.830600</w:t>
        <w:br/>
        <w:t>vt 0.288500 0.803300</w:t>
        <w:br/>
        <w:t>vt 0.246800 0.795700</w:t>
        <w:br/>
        <w:t>vt 0.281100 0.787600</w:t>
        <w:br/>
        <w:t>vt 0.293300 0.730900</w:t>
        <w:br/>
        <w:t>vt 0.292500 0.739900</w:t>
        <w:br/>
        <w:t>vt 0.240700 0.711300</w:t>
        <w:br/>
        <w:t>vt 0.253000 0.713800</w:t>
        <w:br/>
        <w:t>vt 0.316700 0.723400</w:t>
        <w:br/>
        <w:t>vt 0.306500 0.721600</w:t>
        <w:br/>
        <w:t>vt 0.245100 0.699100</w:t>
        <w:br/>
        <w:t>vt 0.255300 0.702000</w:t>
        <w:br/>
        <w:t>vt 0.317700 0.710500</w:t>
        <w:br/>
        <w:t>vt 0.308500 0.710200</w:t>
        <w:br/>
        <w:t>vt 0.266600 0.658600</w:t>
        <w:br/>
        <w:t>vt 0.270100 0.659100</w:t>
        <w:br/>
        <w:t>vt 0.278900 0.644200</w:t>
        <w:br/>
        <w:t>vt 0.302700 0.666100</w:t>
        <w:br/>
        <w:t>vt 0.306400 0.664500</w:t>
        <w:br/>
        <w:t>vt 0.295400 0.648700</w:t>
        <w:br/>
        <w:t>vt 0.273900 0.658700</w:t>
        <w:br/>
        <w:t>vt 0.278900 0.644200</w:t>
        <w:br/>
        <w:t>vt 0.295000 0.721100</w:t>
        <w:br/>
        <w:t>vt 0.299300 0.710200</w:t>
        <w:br/>
        <w:t>vt 0.295400 0.648700</w:t>
        <w:br/>
        <w:t>vt 0.299900 0.665700</w:t>
        <w:br/>
        <w:t>vt 0.259800 0.668600</w:t>
        <w:br/>
        <w:t>vt 0.265300 0.669600</w:t>
        <w:br/>
        <w:t>vt 0.306700 0.677100</w:t>
        <w:br/>
        <w:t>vt 0.312700 0.675500</w:t>
        <w:br/>
        <w:t>vt 0.270300 0.670700</w:t>
        <w:br/>
        <w:t>vt 0.302100 0.677300</w:t>
        <w:br/>
        <w:t>vt 0.258200 0.691000</w:t>
        <w:br/>
        <w:t>vt 0.261400 0.680700</w:t>
        <w:br/>
        <w:t>vt 0.253700 0.678700</w:t>
        <w:br/>
        <w:t>vt 0.248900 0.688600</w:t>
        <w:br/>
        <w:t>vt 0.316000 0.687400</w:t>
        <w:br/>
        <w:t>vt 0.309400 0.688600</w:t>
        <w:br/>
        <w:t>vt 0.309800 0.699900</w:t>
        <w:br/>
        <w:t>vt 0.317300 0.699000</w:t>
        <w:br/>
        <w:t>vt 0.266000 0.692500</w:t>
        <w:br/>
        <w:t>vt 0.267500 0.682000</w:t>
        <w:br/>
        <w:t>vt 0.302000 0.699400</w:t>
        <w:br/>
        <w:t>vt 0.302800 0.688200</w:t>
        <w:br/>
        <w:t>vt 0.286900 0.772600</w:t>
        <w:br/>
        <w:t>vt 0.289100 0.764900</w:t>
        <w:br/>
        <w:t>vt 0.296200 0.825000</w:t>
        <w:br/>
        <w:t>vt 0.284100 0.779900</w:t>
        <w:br/>
        <w:t>vt 0.296300 0.869800</w:t>
        <w:br/>
        <w:t>vt 0.308400 0.868400</w:t>
        <w:br/>
        <w:t>vt 0.304300 0.850600</w:t>
        <w:br/>
        <w:t>vt 0.311200 0.907200</w:t>
        <w:br/>
        <w:t>vt 0.310200 0.886600</w:t>
        <w:br/>
        <w:t>vt 0.309800 0.926700</w:t>
        <w:br/>
        <w:t>vt 0.290700 0.757200</w:t>
        <w:br/>
        <w:t>vt 0.291800 0.749600</w:t>
        <w:br/>
        <w:t>vt 0.297100 0.813600</w:t>
        <w:br/>
        <w:t>vt 0.307800 0.831900</w:t>
        <w:br/>
        <w:t>vt 0.291000 0.814500</w:t>
        <w:br/>
        <w:t>vt 0.266300 0.760800</w:t>
        <w:br/>
        <w:t>vt 0.266600 0.751700</w:t>
        <w:br/>
        <w:t>vt 0.266300 0.780100</w:t>
        <w:br/>
        <w:t>vt 0.265900 0.771000</w:t>
        <w:br/>
        <w:t>vt 0.267200 0.788600</w:t>
        <w:br/>
        <w:t>vt 0.259100 0.848100</w:t>
        <w:br/>
        <w:t>vt 0.249400 0.866300</w:t>
        <w:br/>
        <w:t>vt 0.275900 0.907700</w:t>
        <w:br/>
        <w:t>vt 0.258900 0.817300</w:t>
        <w:br/>
        <w:t>vt 0.271700 0.848500</w:t>
        <w:br/>
        <w:t>vt 0.261000 0.806500</w:t>
        <w:br/>
        <w:t>vt 0.267500 0.797700</w:t>
        <w:br/>
        <w:t>vt 0.273300 0.867500</w:t>
        <w:br/>
        <w:t>vt 0.274700 0.887200</w:t>
        <w:br/>
        <w:t>vt 0.286600 0.945900</w:t>
        <w:br/>
        <w:t>vt 0.285600 0.963600</w:t>
        <w:br/>
        <w:t>vt 0.294600 0.964100</w:t>
        <w:br/>
        <w:t>vt 0.295700 0.945900</w:t>
        <w:br/>
        <w:t>vt 0.306000 0.964900</w:t>
        <w:br/>
        <w:t>vt 0.307600 0.945800</w:t>
        <w:br/>
        <w:t>vt 0.256400 0.963900</w:t>
        <w:br/>
        <w:t>vt 0.267500 0.964400</w:t>
        <w:br/>
        <w:t>vt 0.255900 0.944500</w:t>
        <w:br/>
        <w:t>vt 0.245000 0.944100</w:t>
        <w:br/>
        <w:t>vt 0.246100 0.962900</w:t>
        <w:br/>
        <w:t>vt 0.307600 0.945800</w:t>
        <w:br/>
        <w:t>vt 0.306000 0.964900</w:t>
        <w:br/>
        <w:t>vt 0.316000 0.966100</w:t>
        <w:br/>
        <w:t>vt 0.317800 0.946700</w:t>
        <w:br/>
        <w:t>vt 0.276900 0.964200</w:t>
        <w:br/>
        <w:t>vt 0.293600 0.983000</w:t>
        <w:br/>
        <w:t>vt 0.283400 0.982900</w:t>
        <w:br/>
        <w:t>vt 0.304700 0.983600</w:t>
        <w:br/>
        <w:t>vt 0.256600 0.983200</w:t>
        <w:br/>
        <w:t>vt 0.266400 0.983800</w:t>
        <w:br/>
        <w:t>vt 0.246200 0.981800</w:t>
        <w:br/>
        <w:t>vt 0.304700 0.983600</w:t>
        <w:br/>
        <w:t>vt 0.314600 0.985300</w:t>
        <w:br/>
        <w:t>vt 0.275100 0.983600</w:t>
        <w:br/>
        <w:t>vt 0.302000 0.699400</w:t>
        <w:br/>
        <w:t>vt 0.294500 0.697300</w:t>
        <w:br/>
        <w:t>vt 0.291000 0.708500</w:t>
        <w:br/>
        <w:t>vt 0.299300 0.710200</w:t>
        <w:br/>
        <w:t>vt 0.299900 0.665700</w:t>
        <w:br/>
        <w:t>vt 0.297100 0.664600</w:t>
        <w:br/>
        <w:t>vt 0.297100 0.676700</w:t>
        <w:br/>
        <w:t>vt 0.302100 0.677300</w:t>
        <w:br/>
        <w:t>vt 0.296400 0.687000</w:t>
        <w:br/>
        <w:t>vt 0.302800 0.688200</w:t>
        <w:br/>
        <w:t>vt 0.295400 0.648700</w:t>
        <w:br/>
        <w:t>vt 0.266300 0.760800</w:t>
        <w:br/>
        <w:t>vt 0.266600 0.751700</w:t>
        <w:br/>
        <w:t>vt 0.264300 0.714500</w:t>
        <w:br/>
        <w:t>vt 0.265500 0.703000</w:t>
        <w:br/>
        <w:t>vt 0.267000 0.744400</w:t>
        <w:br/>
        <w:t>vt 0.267000 0.744400</w:t>
        <w:br/>
        <w:t>vt 0.268100 0.737100</w:t>
        <w:br/>
        <w:t>vt 0.268100 0.737100</w:t>
        <w:br/>
        <w:t>vt 0.269700 0.727900</w:t>
        <w:br/>
        <w:t>vt 0.283200 0.717700</w:t>
        <w:br/>
        <w:t>vt 0.272200 0.715900</w:t>
        <w:br/>
        <w:t>vt 0.269700 0.727900</w:t>
        <w:br/>
        <w:t>vt 0.264300 0.714500</w:t>
        <w:br/>
        <w:t>vt 0.274300 0.705300</w:t>
        <w:br/>
        <w:t>vt 0.266800 0.705300</w:t>
        <w:br/>
        <w:t>vt 0.284500 0.707200</w:t>
        <w:br/>
        <w:t>vt 0.270500 0.693700</w:t>
        <w:br/>
        <w:t>vt 0.277300 0.694100</w:t>
        <w:br/>
        <w:t>vt 0.285800 0.696200</w:t>
        <w:br/>
        <w:t>vt 0.280000 0.685100</w:t>
        <w:br/>
        <w:t>vt 0.274300 0.684600</w:t>
        <w:br/>
        <w:t>vt 0.286400 0.686600</w:t>
        <w:br/>
        <w:t>vt 0.280500 0.670400</w:t>
        <w:br/>
        <w:t>vt 0.283400 0.670500</w:t>
        <w:br/>
        <w:t>vt 0.285300 0.661200</w:t>
        <w:br/>
        <w:t>vt 0.283400 0.670500</w:t>
        <w:br/>
        <w:t>vt 0.287200 0.671100</w:t>
        <w:br/>
        <w:t>vt 0.285300 0.661200</w:t>
        <w:br/>
        <w:t>vt 0.272200 0.715900</w:t>
        <w:br/>
        <w:t>vt 0.230200 0.708200</w:t>
        <w:br/>
        <w:t>vt 0.223100 0.706600</w:t>
        <w:br/>
        <w:t>vt 0.222300 0.715400</w:t>
        <w:br/>
        <w:t>vt 0.229400 0.716800</w:t>
        <w:br/>
        <w:t>vt 0.231000 0.697000</w:t>
        <w:br/>
        <w:t>vt 0.225000 0.695000</w:t>
        <w:br/>
        <w:t>vt 0.231500 0.687900</w:t>
        <w:br/>
        <w:t>vt 0.226500 0.686800</w:t>
        <w:br/>
        <w:t>vt 0.232800 0.673400</w:t>
        <w:br/>
        <w:t>vt 0.233200 0.663500</w:t>
        <w:br/>
        <w:t>vt 0.230200 0.672500</w:t>
        <w:br/>
        <w:t>vt 0.215600 0.704700</w:t>
        <w:br/>
        <w:t>vt 0.213300 0.715400</w:t>
        <w:br/>
        <w:t>vt 0.218400 0.694000</w:t>
        <w:br/>
        <w:t>vt 0.224400 0.678100</w:t>
        <w:br/>
        <w:t>vt 0.228300 0.679500</w:t>
        <w:br/>
        <w:t>vt 0.227700 0.671300</w:t>
        <w:br/>
        <w:t>vt 0.342900 0.767500</w:t>
        <w:br/>
        <w:t>vt 0.343800 0.754900</w:t>
        <w:br/>
        <w:t>vt 0.335600 0.755300</w:t>
        <w:br/>
        <w:t>vt 0.333000 0.766000</w:t>
        <w:br/>
        <w:t>vt 0.281100 0.787600</w:t>
        <w:br/>
        <w:t>vt 0.269900 0.831900</w:t>
        <w:br/>
        <w:t>vt 0.275900 0.907700</w:t>
        <w:br/>
        <w:t>vt 0.277500 0.928300</w:t>
        <w:br/>
        <w:t>vt 0.286400 0.927400</w:t>
        <w:br/>
        <w:t>vt 0.278300 0.946500</w:t>
        <w:br/>
        <w:t>vt 0.276900 0.964200</w:t>
        <w:br/>
        <w:t>vt 0.275100 0.983600</w:t>
        <w:br/>
        <w:t>vt 0.281600 0.677700</w:t>
        <w:br/>
        <w:t>vt 0.277300 0.677500</w:t>
        <w:br/>
        <w:t>vt 0.287000 0.678900</w:t>
        <w:br/>
        <w:t>vt 0.232100 0.680700</w:t>
        <w:br/>
        <w:t>vt 0.221600 0.685000</w:t>
        <w:br/>
        <w:t>vt 0.341400 0.727800</w:t>
        <w:br/>
        <w:t>vt 0.337100 0.727400</w:t>
        <w:br/>
        <w:t>vt 0.336800 0.742200</w:t>
        <w:br/>
        <w:t>vt 0.343100 0.742400</w:t>
        <w:br/>
        <w:t>vt 0.337100 0.708900</w:t>
        <w:br/>
        <w:t>vt 0.295000 0.721100</w:t>
        <w:br/>
        <w:t>vt 0.328400 0.773000</w:t>
        <w:br/>
        <w:t>vt 0.340300 0.781600</w:t>
        <w:br/>
        <w:t>vt 0.321300 0.776000</w:t>
        <w:br/>
        <w:t>vt 0.332000 0.793900</w:t>
        <w:br/>
        <w:t>vt 0.303700 0.785700</w:t>
        <w:br/>
        <w:t>vt 0.030000 0.788700</w:t>
        <w:br/>
        <w:t>vt 0.059900 0.787400</w:t>
        <w:br/>
        <w:t>vt 0.057900 0.819600</w:t>
        <w:br/>
        <w:t>vt 0.030300 0.819600</w:t>
        <w:br/>
        <w:t>vt 0.096500 0.721700</w:t>
        <w:br/>
        <w:t>vt 0.071300 0.754500</w:t>
        <w:br/>
        <w:t>vt 0.070300 0.719000</w:t>
        <w:br/>
        <w:t>vt 0.025900 0.503500</w:t>
        <w:br/>
        <w:t>vt 0.029000 0.484200</w:t>
        <w:br/>
        <w:t>vt 0.045300 0.514100</w:t>
        <w:br/>
        <w:t>vt 0.064200 0.649700</w:t>
        <w:br/>
        <w:t>vt 0.060000 0.621800</w:t>
        <w:br/>
        <w:t>vt 0.091200 0.651400</w:t>
        <w:br/>
        <w:t>vt 0.117800 0.794100</w:t>
        <w:br/>
        <w:t>vt 0.095500 0.795700</w:t>
        <w:br/>
        <w:t>vt 0.097700 0.761500</w:t>
        <w:br/>
        <w:t>vt 0.119900 0.759400</w:t>
        <w:br/>
        <w:t>vt 0.112700 0.828500</w:t>
        <w:br/>
        <w:t>vt 0.090600 0.829200</w:t>
        <w:br/>
        <w:t>vt 0.106500 0.859900</w:t>
        <w:br/>
        <w:t>vt 0.086900 0.859400</w:t>
        <w:br/>
        <w:t>vt 0.048000 0.493800</w:t>
        <w:br/>
        <w:t>vt 0.065900 0.508100</w:t>
        <w:br/>
        <w:t>vt 0.045300 0.514100</w:t>
        <w:br/>
        <w:t>vt 0.071300 0.754500</w:t>
        <w:br/>
        <w:t>vt 0.059700 0.755700</w:t>
        <w:br/>
        <w:t>vt 0.057100 0.721100</w:t>
        <w:br/>
        <w:t>vt 0.070300 0.719000</w:t>
        <w:br/>
        <w:t>vt 0.097700 0.761500</w:t>
        <w:br/>
        <w:t>vt 0.095500 0.795700</w:t>
        <w:br/>
        <w:t>vt 0.070500 0.789200</w:t>
        <w:br/>
        <w:t>vt 0.119900 0.721300</w:t>
        <w:br/>
        <w:t>vt 0.096500 0.721700</w:t>
        <w:br/>
        <w:t>vt 0.025900 0.503500</w:t>
        <w:br/>
        <w:t>vt 0.009100 0.503900</w:t>
        <w:br/>
        <w:t>vt 0.014900 0.479400</w:t>
        <w:br/>
        <w:t>vt 0.029000 0.484200</w:t>
        <w:br/>
        <w:t>vt 0.068400 0.822000</w:t>
        <w:br/>
        <w:t>vt 0.090600 0.829200</w:t>
        <w:br/>
        <w:t>vt 0.086900 0.859400</w:t>
        <w:br/>
        <w:t>vt 0.081600 0.890400</w:t>
        <w:br/>
        <w:t>vt 0.059800 0.881700</w:t>
        <w:br/>
        <w:t>vt 0.064900 0.851600</w:t>
        <w:br/>
        <w:t>vt 0.024500 0.526900</w:t>
        <w:br/>
        <w:t>vt 0.045500 0.533900</w:t>
        <w:br/>
        <w:t>vt 0.048000 0.493800</w:t>
        <w:br/>
        <w:t>vt 0.036400 0.460200</w:t>
        <w:br/>
        <w:t>vt 0.052000 0.471400</w:t>
        <w:br/>
        <w:t>vt 0.052000 0.471400</w:t>
        <w:br/>
        <w:t>vt 0.067200 0.471000</w:t>
        <w:br/>
        <w:t>vt 0.065400 0.488700</w:t>
        <w:br/>
        <w:t>vt 0.024100 0.456700</w:t>
        <w:br/>
        <w:t>vt 0.036400 0.460200</w:t>
        <w:br/>
        <w:t>vt 0.048800 0.553100</w:t>
        <w:br/>
        <w:t>vt 0.026200 0.551700</w:t>
        <w:br/>
        <w:t>vt 0.067900 0.527700</w:t>
        <w:br/>
        <w:t>vt 0.086700 0.542100</w:t>
        <w:br/>
        <w:t>vt 0.072300 0.548200</w:t>
        <w:br/>
        <w:t>vt 0.053000 0.575900</w:t>
        <w:br/>
        <w:t>vt 0.078300 0.567800</w:t>
        <w:br/>
        <w:t>vt 0.084700 0.595300</w:t>
        <w:br/>
        <w:t>vt 0.057400 0.597500</w:t>
        <w:br/>
        <w:t>vt 0.048400 0.441000</w:t>
        <w:br/>
        <w:t>vt 0.057600 0.449500</w:t>
        <w:br/>
        <w:t>vt 0.057600 0.449500</w:t>
        <w:br/>
        <w:t>vt 0.068100 0.450000</w:t>
        <w:br/>
        <w:t>vt 0.039400 0.437500</w:t>
        <w:br/>
        <w:t>vt 0.048400 0.441000</w:t>
        <w:br/>
        <w:t>vt 0.054000 0.907400</w:t>
        <w:br/>
        <w:t>vt 0.075300 0.915100</w:t>
        <w:br/>
        <w:t>vt 0.092900 0.917000</w:t>
        <w:br/>
        <w:t>vt 0.075300 0.915100</w:t>
        <w:br/>
        <w:t>vt 0.081600 0.890400</w:t>
        <w:br/>
        <w:t>vt 0.099600 0.891700</w:t>
        <w:br/>
        <w:t>vt 0.048300 0.931900</w:t>
        <w:br/>
        <w:t>vt 0.068400 0.937200</w:t>
        <w:br/>
        <w:t>vt 0.085500 0.940700</w:t>
        <w:br/>
        <w:t>vt 0.068400 0.937200</w:t>
        <w:br/>
        <w:t>vt 0.053900 0.850400</w:t>
        <w:br/>
        <w:t>vt 0.029900 0.848100</w:t>
        <w:br/>
        <w:t>vt 0.044900 0.905900</w:t>
        <w:br/>
        <w:t>vt 0.049400 0.879800</w:t>
        <w:br/>
        <w:t>vt 0.059800 0.881700</w:t>
        <w:br/>
        <w:t>vt 0.054000 0.907400</w:t>
        <w:br/>
        <w:t>vt 0.040000 0.927300</w:t>
        <w:br/>
        <w:t>vt 0.017300 0.922600</w:t>
        <w:br/>
        <w:t>vt 0.022500 0.900700</w:t>
        <w:br/>
        <w:t>vt 0.044900 0.905900</w:t>
        <w:br/>
        <w:t>vt 0.065500 0.423600</w:t>
        <w:br/>
        <w:t>vt 0.065500 0.423600</w:t>
        <w:br/>
        <w:t>vt 0.065500 0.423600</w:t>
        <w:br/>
        <w:t>vt 0.118200 0.647600</w:t>
        <w:br/>
        <w:t>vt 0.091200 0.651400</w:t>
        <w:br/>
        <w:t>vt 0.087400 0.622100</w:t>
        <w:br/>
        <w:t>vt 0.111700 0.615900</w:t>
        <w:br/>
        <w:t>vt 0.030400 0.757700</w:t>
        <w:br/>
        <w:t>vt 0.029800 0.723300</w:t>
        <w:br/>
        <w:t>vt 0.068400 0.822000</w:t>
        <w:br/>
        <w:t>vt 0.064900 0.851600</w:t>
        <w:br/>
        <w:t>vt 0.057900 0.819600</w:t>
        <w:br/>
        <w:t>vt 0.026800 0.877600</w:t>
        <w:br/>
        <w:t>vt 0.049400 0.879800</w:t>
        <w:br/>
        <w:t>vt 0.034100 0.953100</w:t>
        <w:br/>
        <w:t>vt 0.040000 0.927300</w:t>
        <w:br/>
        <w:t>vt 0.048300 0.931900</w:t>
        <w:br/>
        <w:t>vt 0.041600 0.957000</w:t>
        <w:br/>
        <w:t>vt 0.065900 0.508100</w:t>
        <w:br/>
        <w:t>vt 0.065400 0.488700</w:t>
        <w:br/>
        <w:t>vt 0.082400 0.504900</w:t>
        <w:br/>
        <w:t>vt 0.081900 0.523700</w:t>
        <w:br/>
        <w:t>vt 0.083000 0.487600</w:t>
        <w:br/>
        <w:t>vt 0.068100 0.450000</w:t>
        <w:br/>
        <w:t>vt 0.081900 0.469400</w:t>
        <w:br/>
        <w:t>vt 0.074700 0.450000</w:t>
        <w:br/>
        <w:t>vt 0.065500 0.423600</w:t>
        <w:br/>
        <w:t>vt 0.049500 0.989500</w:t>
        <w:br/>
        <w:t>vt 0.033800 0.984800</w:t>
        <w:br/>
        <w:t>vt 0.041600 0.957000</w:t>
        <w:br/>
        <w:t>vt 0.059400 0.961200</w:t>
        <w:br/>
        <w:t>vt 0.062800 0.994200</w:t>
        <w:br/>
        <w:t>vt 0.049500 0.989500</w:t>
        <w:br/>
        <w:t>vt 0.059400 0.961200</w:t>
        <w:br/>
        <w:t>vt 0.076400 0.965200</w:t>
        <w:br/>
        <w:t>vt 0.067900 0.527700</w:t>
        <w:br/>
        <w:t>vt 0.045500 0.533900</w:t>
        <w:br/>
        <w:t>vt 0.026200 0.551700</w:t>
        <w:br/>
        <w:t>vt 0.007100 0.530500</w:t>
        <w:br/>
        <w:t>vt 0.070500 0.789200</w:t>
        <w:br/>
        <w:t>vt 0.027000 0.982400</w:t>
        <w:br/>
        <w:t>vt 0.033800 0.984800</w:t>
        <w:br/>
        <w:t>vt 0.006600 0.977600</w:t>
        <w:br/>
        <w:t>vt 0.012100 0.946700</w:t>
        <w:br/>
        <w:t>vt 0.034100 0.953100</w:t>
        <w:br/>
        <w:t>vt 0.027000 0.982400</w:t>
        <w:br/>
        <w:t>vt 0.053000 0.575900</w:t>
        <w:br/>
        <w:t>vt 0.057400 0.597500</w:t>
        <w:br/>
        <w:t>vt 0.028600 0.578000</w:t>
        <w:br/>
        <w:t>vt 0.104400 0.590400</w:t>
        <w:br/>
        <w:t>vt 0.084700 0.595300</w:t>
        <w:br/>
        <w:t>vt 0.078300 0.567800</w:t>
        <w:br/>
        <w:t>vt 0.095400 0.563700</w:t>
        <w:br/>
        <w:t>vt 0.048800 0.553100</w:t>
        <w:br/>
        <w:t>vt 0.072300 0.548200</w:t>
        <w:br/>
        <w:t>vt 0.013600 0.608900</w:t>
        <w:br/>
        <w:t>vt 0.008800 0.581500</w:t>
        <w:br/>
        <w:t>vt 0.028600 0.578000</w:t>
        <w:br/>
        <w:t>vt 0.034200 0.601800</w:t>
        <w:br/>
        <w:t>vt 0.040300 0.626200</w:t>
        <w:br/>
        <w:t>vt 0.045300 0.651500</w:t>
        <w:br/>
        <w:t>vt 0.021500 0.659100</w:t>
        <w:br/>
        <w:t>vt 0.018100 0.631800</w:t>
        <w:br/>
        <w:t>vt 0.034200 0.601800</w:t>
        <w:br/>
        <w:t>vt 0.087400 0.622100</w:t>
        <w:br/>
        <w:t>vt 0.026600 0.688500</w:t>
        <w:br/>
        <w:t>vt 0.051000 0.683800</w:t>
        <w:br/>
        <w:t>vt 0.120600 0.682300</w:t>
        <w:br/>
        <w:t>vt 0.094500 0.684000</w:t>
        <w:br/>
        <w:t>vt 0.067400 0.683900</w:t>
        <w:br/>
        <w:t>vt 0.064200 0.649700</w:t>
        <w:br/>
        <w:t>vt 0.067400 0.683900</w:t>
        <w:br/>
        <w:t>vt 0.094500 0.684000</w:t>
        <w:br/>
        <w:t>vt 0.007200 0.555700</w:t>
        <w:br/>
        <w:t>vt 0.060000 0.621800</w:t>
        <w:br/>
        <w:t>vt 0.238000 0.433600</w:t>
        <w:br/>
        <w:t>vt 0.253100 0.433200</w:t>
        <w:br/>
        <w:t>vt 0.246800 0.461100</w:t>
        <w:br/>
        <w:t>vt 0.233000 0.460700</w:t>
        <w:br/>
        <w:t>vt 0.265400 0.296000</w:t>
        <w:br/>
        <w:t>vt 0.279800 0.295900</w:t>
        <w:br/>
        <w:t>vt 0.270500 0.323700</w:t>
        <w:br/>
        <w:t>vt 0.257400 0.324100</w:t>
        <w:br/>
        <w:t>vt 0.272400 0.233400</w:t>
        <w:br/>
        <w:t>vt 0.269100 0.261900</w:t>
        <w:br/>
        <w:t>vt 0.250300 0.256100</w:t>
        <w:br/>
        <w:t>vt 0.253500 0.231800</w:t>
        <w:br/>
        <w:t>vt 0.289100 0.268400</w:t>
        <w:br/>
        <w:t>vt 0.275600 0.265500</w:t>
        <w:br/>
        <w:t>vt 0.282000 0.240700</w:t>
        <w:br/>
        <w:t>vt 0.297500 0.242400</w:t>
        <w:br/>
        <w:t>vt 0.317300 0.274200</w:t>
        <w:br/>
        <w:t>vt 0.308000 0.301200</w:t>
        <w:br/>
        <w:t>vt 0.238200 0.209200</w:t>
        <w:br/>
        <w:t>vt 0.252600 0.206900</w:t>
        <w:br/>
        <w:t>vt 0.236900 0.229800</w:t>
        <w:br/>
        <w:t>vt 0.237400 0.189600</w:t>
        <w:br/>
        <w:t>vt 0.251400 0.166600</w:t>
        <w:br/>
        <w:t>vt 0.252100 0.186200</w:t>
        <w:br/>
        <w:t>vt 0.267700 0.166000</w:t>
        <w:br/>
        <w:t>vt 0.269000 0.182900</w:t>
        <w:br/>
        <w:t>vt 0.240900 0.149400</w:t>
        <w:br/>
        <w:t>vt 0.244100 0.132000</w:t>
        <w:br/>
        <w:t>vt 0.250800 0.134700</w:t>
        <w:br/>
        <w:t>vt 0.250800 0.150700</w:t>
        <w:br/>
        <w:t>vt 0.263000 0.134800</w:t>
        <w:br/>
        <w:t>vt 0.266300 0.151500</w:t>
        <w:br/>
        <w:t>vt 0.247400 0.116600</w:t>
        <w:br/>
        <w:t>vt 0.252300 0.118400</w:t>
        <w:br/>
        <w:t>vt 0.259600 0.120200</w:t>
        <w:br/>
        <w:t>vt 0.251500 0.104000</w:t>
        <w:br/>
        <w:t>vt 0.256700 0.105900</w:t>
        <w:br/>
        <w:t>vt 0.364300 0.169300</w:t>
        <w:br/>
        <w:t>vt 0.361500 0.169900</w:t>
        <w:br/>
        <w:t>vt 0.358200 0.137400</w:t>
        <w:br/>
        <w:t>vt 0.362000 0.135400</w:t>
        <w:br/>
        <w:t>vt 0.300300 0.359500</w:t>
        <w:br/>
        <w:t>vt 0.285300 0.354100</w:t>
        <w:br/>
        <w:t>vt 0.296800 0.328000</w:t>
        <w:br/>
        <w:t>vt 0.312200 0.333200</w:t>
        <w:br/>
        <w:t>vt 0.281500 0.034800</w:t>
        <w:br/>
        <w:t>vt 0.292800 0.028900</w:t>
        <w:br/>
        <w:t>vt 0.297800 0.040000</w:t>
        <w:br/>
        <w:t>vt 0.281700 0.050100</w:t>
        <w:br/>
        <w:t>vt 0.285300 0.020500</w:t>
        <w:br/>
        <w:t>vt 0.292000 0.018400</w:t>
        <w:br/>
        <w:t>vt 0.256100 0.093600</w:t>
        <w:br/>
        <w:t>vt 0.293500 0.010800</w:t>
        <w:br/>
        <w:t>vt 0.262800 0.406700</w:t>
        <w:br/>
        <w:t>vt 0.245300 0.406300</w:t>
        <w:br/>
        <w:t>vt 0.252800 0.378900</w:t>
        <w:br/>
        <w:t>vt 0.273400 0.379500</w:t>
        <w:br/>
        <w:t>vt 0.288200 0.383400</w:t>
        <w:br/>
        <w:t>vt 0.255700 0.462100</w:t>
        <w:br/>
        <w:t>vt 0.265200 0.435000</w:t>
        <w:br/>
        <w:t>vt 0.251200 0.485100</w:t>
        <w:br/>
        <w:t>vt 0.243700 0.484500</w:t>
        <w:br/>
        <w:t>vt 0.275900 0.409600</w:t>
        <w:br/>
        <w:t>vt 0.308000 0.301200</w:t>
        <w:br/>
        <w:t>vt 0.325500 0.307400</w:t>
        <w:br/>
        <w:t>vt 0.323100 0.246200</w:t>
        <w:br/>
        <w:t>vt 0.345400 0.250900</w:t>
        <w:br/>
        <w:t>vt 0.337600 0.280200</w:t>
        <w:br/>
        <w:t>vt 0.317300 0.274200</w:t>
        <w:br/>
        <w:t>vt 0.358900 0.199800</w:t>
        <w:br/>
        <w:t>vt 0.352100 0.224600</w:t>
        <w:br/>
        <w:t>vt 0.326300 0.218700</w:t>
        <w:br/>
        <w:t>vt 0.327500 0.194000</w:t>
        <w:br/>
        <w:t>vt 0.322400 0.141000</w:t>
        <w:br/>
        <w:t>vt 0.312300 0.116000</w:t>
        <w:br/>
        <w:t>vt 0.351200 0.108600</w:t>
        <w:br/>
        <w:t>vt 0.358200 0.137400</w:t>
        <w:br/>
        <w:t>vt 0.300000 0.095600</w:t>
        <w:br/>
        <w:t>vt 0.291300 0.080500</w:t>
        <w:br/>
        <w:t>vt 0.322400 0.065100</w:t>
        <w:br/>
        <w:t>vt 0.337200 0.083500</w:t>
        <w:br/>
        <w:t>vt 0.296800 0.328000</w:t>
        <w:br/>
        <w:t>vt 0.261000 0.351000</w:t>
        <w:br/>
        <w:t>vt 0.285500 0.066900</w:t>
        <w:br/>
        <w:t>vt 0.370800 0.450800</w:t>
        <w:br/>
        <w:t>vt 0.351500 0.440900</w:t>
        <w:br/>
        <w:t>vt 0.367700 0.418200</w:t>
        <w:br/>
        <w:t>vt 0.387800 0.428000</w:t>
        <w:br/>
        <w:t>vt 0.425800 0.383600</w:t>
        <w:br/>
        <w:t>vt 0.403000 0.374700</w:t>
        <w:br/>
        <w:t>vt 0.423300 0.346600</w:t>
        <w:br/>
        <w:t>vt 0.444800 0.355300</w:t>
        <w:br/>
        <w:t>vt 0.479900 0.231800</w:t>
        <w:br/>
        <w:t>vt 0.478700 0.263900</w:t>
        <w:br/>
        <w:t>vt 0.458100 0.258000</w:t>
        <w:br/>
        <w:t>vt 0.461400 0.229300</w:t>
        <w:br/>
        <w:t>vt 0.471200 0.292700</w:t>
        <w:br/>
        <w:t>vt 0.488900 0.295700</w:t>
        <w:br/>
        <w:t>vt 0.475800 0.331200</w:t>
        <w:br/>
        <w:t>vt 0.459200 0.324600</w:t>
        <w:br/>
        <w:t>vt 0.441600 0.391400</w:t>
        <w:br/>
        <w:t>vt 0.419100 0.415700</w:t>
        <w:br/>
        <w:t>vt 0.406400 0.406500</w:t>
        <w:br/>
        <w:t>vt 0.399600 0.437300</w:t>
        <w:br/>
        <w:t>vt 0.437300 0.318200</w:t>
        <w:br/>
        <w:t>vt 0.407300 0.160700</w:t>
        <w:br/>
        <w:t>vt 0.402800 0.140700</w:t>
        <w:br/>
        <w:t>vt 0.420500 0.141000</w:t>
        <w:br/>
        <w:t>vt 0.423000 0.162100</w:t>
        <w:br/>
        <w:t>vt 0.406800 0.071100</w:t>
        <w:br/>
        <w:t>vt 0.387900 0.069900</w:t>
        <w:br/>
        <w:t>vt 0.391700 0.055700</w:t>
        <w:br/>
        <w:t>vt 0.407900 0.058400</w:t>
        <w:br/>
        <w:t>vt 0.390000 0.040200</w:t>
        <w:br/>
        <w:t>vt 0.399100 0.042000</w:t>
        <w:br/>
        <w:t>vt 0.381000 0.053100</w:t>
        <w:br/>
        <w:t>vt 0.430500 0.008700</w:t>
        <w:br/>
        <w:t>vt 0.440300 0.004200</w:t>
        <w:br/>
        <w:t>vt 0.434200 0.011300</w:t>
        <w:br/>
        <w:t>vt 0.389900 0.101800</w:t>
        <w:br/>
        <w:t>vt 0.387300 0.085100</w:t>
        <w:br/>
        <w:t>vt 0.407900 0.084300</w:t>
        <w:br/>
        <w:t>vt 0.410700 0.100400</w:t>
        <w:br/>
        <w:t>vt 0.441500 0.195600</w:t>
        <w:br/>
        <w:t>vt 0.440000 0.227000</w:t>
        <w:br/>
        <w:t>vt 0.425600 0.223700</w:t>
        <w:br/>
        <w:t>vt 0.424100 0.192600</w:t>
        <w:br/>
        <w:t>vt 0.419500 0.315900</w:t>
        <w:br/>
        <w:t>vt 0.441700 0.280300</w:t>
        <w:br/>
        <w:t>vt 0.451100 0.285600</w:t>
        <w:br/>
        <w:t>vt 0.379000 0.366800</w:t>
        <w:br/>
        <w:t>vt 0.397300 0.340900</w:t>
        <w:br/>
        <w:t>vt 0.362800 0.387100</w:t>
        <w:br/>
        <w:t>vt 0.346900 0.409400</w:t>
        <w:br/>
        <w:t>vt 0.343900 0.407900</w:t>
        <w:br/>
        <w:t>vt 0.359000 0.385500</w:t>
        <w:br/>
        <w:t>vt 0.331500 0.432700</w:t>
        <w:br/>
        <w:t>vt 0.346900 0.409400</w:t>
        <w:br/>
        <w:t>vt 0.386200 0.396100</w:t>
        <w:br/>
        <w:t>vt 0.362800 0.387100</w:t>
        <w:br/>
        <w:t>vt 0.398800 0.220300</w:t>
        <w:br/>
        <w:t>vt 0.413500 0.220300</w:t>
        <w:br/>
        <w:t>vt 0.412100 0.247000</w:t>
        <w:br/>
        <w:t>vt 0.397600 0.247000</w:t>
        <w:br/>
        <w:t>vt 0.382600 0.459800</w:t>
        <w:br/>
        <w:t>vt 0.370900 0.481200</w:t>
        <w:br/>
        <w:t>vt 0.358100 0.473000</w:t>
        <w:br/>
        <w:t>vt 0.339100 0.463000</w:t>
        <w:br/>
        <w:t>vt 0.319900 0.454400</w:t>
        <w:br/>
        <w:t>vt 0.362000 0.504000</w:t>
        <w:br/>
        <w:t>vt 0.347800 0.496100</w:t>
        <w:br/>
        <w:t>vt 0.319900 0.454400</w:t>
        <w:br/>
        <w:t>vt 0.308400 0.478500</w:t>
        <w:br/>
        <w:t>vt 0.305600 0.477300</w:t>
        <w:br/>
        <w:t>vt 0.317300 0.453000</w:t>
        <w:br/>
        <w:t>vt 0.339400 0.517800</w:t>
        <w:br/>
        <w:t>vt 0.354700 0.525600</w:t>
        <w:br/>
        <w:t>vt 0.319300 0.507800</w:t>
        <w:br/>
        <w:t>vt 0.299700 0.499000</w:t>
        <w:br/>
        <w:t>vt 0.308400 0.478500</w:t>
        <w:br/>
        <w:t>vt 0.328100 0.487200</w:t>
        <w:br/>
        <w:t>vt 0.289000 0.518500</w:t>
        <w:br/>
        <w:t>vt 0.276900 0.513300</w:t>
        <w:br/>
        <w:t>vt 0.284800 0.492600</w:t>
        <w:br/>
        <w:t>vt 0.296800 0.497800</w:t>
        <w:br/>
        <w:t>vt 0.305600 0.477300</w:t>
        <w:br/>
        <w:t>vt 0.293600 0.471900</w:t>
        <w:br/>
        <w:t>vt 0.304900 0.447200</w:t>
        <w:br/>
        <w:t>vt 0.317300 0.453000</w:t>
        <w:br/>
        <w:t>vt 0.316300 0.424400</w:t>
        <w:br/>
        <w:t>vt 0.328700 0.431400</w:t>
        <w:br/>
        <w:t>vt 0.330500 0.400400</w:t>
        <w:br/>
        <w:t>vt 0.343900 0.407900</w:t>
        <w:br/>
        <w:t>vt 0.343500 0.377400</w:t>
        <w:br/>
        <w:t>vt 0.359000 0.385500</w:t>
        <w:br/>
        <w:t>vt 0.375200 0.365500</w:t>
        <w:br/>
        <w:t>vt 0.365100 0.359900</w:t>
        <w:br/>
        <w:t>vt 0.369800 0.327200</w:t>
        <w:br/>
        <w:t>vt 0.356000 0.355100</w:t>
        <w:br/>
        <w:t>vt 0.343400 0.347000</w:t>
        <w:br/>
        <w:t>vt 0.356900 0.321900</w:t>
        <w:br/>
        <w:t>vt 0.381100 0.301100</w:t>
        <w:br/>
        <w:t>vt 0.366700 0.295900</w:t>
        <w:br/>
        <w:t>vt 0.374100 0.269400</w:t>
        <w:br/>
        <w:t>vt 0.391500 0.273500</w:t>
        <w:br/>
        <w:t>vt 0.396500 0.191200</w:t>
        <w:br/>
        <w:t>vt 0.383300 0.217100</w:t>
        <w:br/>
        <w:t>vt 0.382800 0.186900</w:t>
        <w:br/>
        <w:t>vt 0.423200 0.025000</w:t>
        <w:br/>
        <w:t>vt 0.416100 0.022000</w:t>
        <w:br/>
        <w:t>vt 0.424300 0.014900</w:t>
        <w:br/>
        <w:t>vt 0.429200 0.017700</w:t>
        <w:br/>
        <w:t>vt 0.490900 0.201300</w:t>
        <w:br/>
        <w:t>vt 0.495900 0.233100</w:t>
        <w:br/>
        <w:t>vt 0.396500 0.122000</w:t>
        <w:br/>
        <w:t>vt 0.416300 0.121100</w:t>
        <w:br/>
        <w:t>vt 0.421300 0.012600</w:t>
        <w:br/>
        <w:t>vt 0.323100 0.246200</w:t>
        <w:br/>
        <w:t>vt 0.270900 0.206300</w:t>
        <w:br/>
        <w:t>vt 0.461900 0.362100</w:t>
        <w:br/>
        <w:t>vt 0.496500 0.266100</w:t>
        <w:br/>
        <w:t>vt 0.424300 0.120600</w:t>
        <w:br/>
        <w:t>vt 0.424300 0.140700</w:t>
        <w:br/>
        <w:t>vt 0.421200 0.047200</w:t>
        <w:br/>
        <w:t>vt 0.411600 0.045000</w:t>
        <w:br/>
        <w:t>vt 0.416500 0.034700</w:t>
        <w:br/>
        <w:t>vt 0.424400 0.037200</w:t>
        <w:br/>
        <w:t>vt 0.418800 0.072000</w:t>
        <w:br/>
        <w:t>vt 0.419800 0.084200</w:t>
        <w:br/>
        <w:t>vt 0.331400 0.538600</w:t>
        <w:br/>
        <w:t>vt 0.311300 0.528900</w:t>
        <w:br/>
        <w:t>vt 0.436100 0.012400</w:t>
        <w:br/>
        <w:t>vt 0.432700 0.019300</w:t>
        <w:br/>
        <w:t>vt 0.421900 0.100000</w:t>
        <w:br/>
        <w:t>vt 0.327500 0.194000</w:t>
        <w:br/>
        <w:t>vt 0.326300 0.218700</w:t>
        <w:br/>
        <w:t>vt 0.325500 0.193400</w:t>
        <w:br/>
        <w:t>vt 0.361300 0.199900</w:t>
        <w:br/>
        <w:t>vt 0.358900 0.199800</w:t>
        <w:br/>
        <w:t>vt 0.389900 0.101800</w:t>
        <w:br/>
        <w:t>vt 0.381900 0.122300</w:t>
        <w:br/>
        <w:t>vt 0.376800 0.100000</w:t>
        <w:br/>
        <w:t>vt 0.230600 0.484400</w:t>
        <w:br/>
        <w:t>vt 0.410400 0.019600</w:t>
        <w:br/>
        <w:t>vt 0.428600 0.027300</w:t>
        <w:br/>
        <w:t>vt 0.248500 0.511000</w:t>
        <w:br/>
        <w:t>vt 0.241500 0.510800</w:t>
        <w:br/>
        <w:t>vt 0.348400 0.547200</w:t>
        <w:br/>
        <w:t>vt 0.289000 0.518500</w:t>
        <w:br/>
        <w:t>vt 0.296800 0.497800</w:t>
        <w:br/>
        <w:t>vt 0.299700 0.499000</w:t>
        <w:br/>
        <w:t>vt 0.291800 0.519800</w:t>
        <w:br/>
        <w:t>vt 0.277500 0.465300</w:t>
        <w:br/>
        <w:t>vt 0.267900 0.485900</w:t>
        <w:br/>
        <w:t>vt 0.229800 0.510800</w:t>
        <w:br/>
        <w:t>vt 0.239400 0.406400</w:t>
        <w:br/>
        <w:t>vt 0.244900 0.378500</w:t>
        <w:br/>
        <w:t>vt 0.233100 0.251500</w:t>
        <w:br/>
        <w:t>vt 0.249800 0.349600</w:t>
        <w:br/>
        <w:t>vt 0.285300 0.218000</w:t>
        <w:br/>
        <w:t>vt 0.303200 0.216400</w:t>
        <w:br/>
        <w:t>vt 0.224200 0.510500</w:t>
        <w:br/>
        <w:t>vt 0.225200 0.484700</w:t>
        <w:br/>
        <w:t>vt 0.228300 0.461000</w:t>
        <w:br/>
        <w:t>vt 0.233100 0.433000</w:t>
        <w:br/>
        <w:t>vt 0.224000 0.484800</w:t>
        <w:br/>
        <w:t>vt 0.227100 0.460800</w:t>
        <w:br/>
        <w:t>vt 0.228300 0.461000</w:t>
        <w:br/>
        <w:t>vt 0.225200 0.484700</w:t>
        <w:br/>
        <w:t>vt 0.236600 0.405900</w:t>
        <w:br/>
        <w:t>vt 0.239400 0.406400</w:t>
        <w:br/>
        <w:t>vt 0.233100 0.433000</w:t>
        <w:br/>
        <w:t>vt 0.230800 0.432900</w:t>
        <w:br/>
        <w:t>vt 0.406600 0.031700</w:t>
        <w:br/>
        <w:t>vt 0.398900 0.029100</w:t>
        <w:br/>
        <w:t>vt 0.419000 0.060700</w:t>
        <w:br/>
        <w:t>vt 0.396500 0.122000</w:t>
        <w:br/>
        <w:t>vt 0.402800 0.140700</w:t>
        <w:br/>
        <w:t>vt 0.388300 0.140000</w:t>
        <w:br/>
        <w:t>vt 0.407300 0.160700</w:t>
        <w:br/>
        <w:t>vt 0.410400 0.189300</w:t>
        <w:br/>
        <w:t>vt 0.394400 0.159300</w:t>
        <w:br/>
        <w:t>vt 0.381700 0.153200</w:t>
        <w:br/>
        <w:t>vt 0.376700 0.136200</w:t>
        <w:br/>
        <w:t>vt 0.309700 0.052700</w:t>
        <w:br/>
        <w:t>vt 0.371000 0.119700</w:t>
        <w:br/>
        <w:t>vt 0.363000 0.102900</w:t>
        <w:br/>
        <w:t>vt 0.375100 0.099800</w:t>
        <w:br/>
        <w:t>vt 0.376600 0.084800</w:t>
        <w:br/>
        <w:t>vt 0.387300 0.085100</w:t>
        <w:br/>
        <w:t>vt 0.376400 0.068200</w:t>
        <w:br/>
        <w:t>vt 0.352100 0.089200</w:t>
        <w:br/>
        <w:t>vt 0.363700 0.084600</w:t>
        <w:br/>
        <w:t>vt 0.324200 0.058800</w:t>
        <w:br/>
        <w:t>vt 0.320400 0.047800</w:t>
        <w:br/>
        <w:t>vt 0.330500 0.056300</w:t>
        <w:br/>
        <w:t>vt 0.339900 0.063700</w:t>
        <w:br/>
        <w:t>vt 0.350700 0.072500</w:t>
        <w:br/>
        <w:t>vt 0.340200 0.078100</w:t>
        <w:br/>
        <w:t>vt 0.330100 0.067500</w:t>
        <w:br/>
        <w:t>vt 0.375300 0.084700</w:t>
        <w:br/>
        <w:t>vt 0.376400 0.068200</w:t>
        <w:br/>
        <w:t>vt 0.376600 0.084800</w:t>
        <w:br/>
        <w:t>vt 0.239400 0.167900</w:t>
        <w:br/>
        <w:t>vt 0.393000 0.340200</w:t>
        <w:br/>
        <w:t>vt 0.405600 0.307700</w:t>
        <w:br/>
        <w:t>vt 0.416000 0.315600</w:t>
        <w:br/>
        <w:t>vt 0.426500 0.277300</w:t>
        <w:br/>
        <w:t>vt 0.439500 0.279000</w:t>
        <w:br/>
        <w:t>vt 0.435700 0.252400</w:t>
        <w:br/>
        <w:t>vt 0.448100 0.256300</w:t>
        <w:br/>
        <w:t>vt 0.456200 0.198100</w:t>
        <w:br/>
        <w:t>vt 0.453800 0.228500</w:t>
        <w:br/>
        <w:t>vt 0.475800 0.201400</w:t>
        <w:br/>
        <w:t>vt 0.450100 0.256600</w:t>
        <w:br/>
        <w:t>vt 0.380400 0.244200</w:t>
        <w:br/>
        <w:t>vt 0.424100 0.249200</w:t>
        <w:br/>
        <w:t>vt 0.447400 0.079900</w:t>
        <w:br/>
        <w:t>vt 0.443500 0.080200</w:t>
        <w:br/>
        <w:t>vt 0.444900 0.068300</w:t>
        <w:br/>
        <w:t>vt 0.471200 0.175100</w:t>
        <w:br/>
        <w:t>vt 0.471800 0.154200</w:t>
        <w:br/>
        <w:t>vt 0.482700 0.157800</w:t>
        <w:br/>
        <w:t>vt 0.484300 0.176800</w:t>
        <w:br/>
        <w:t>vt 0.431400 0.121900</w:t>
        <w:br/>
        <w:t>vt 0.427100 0.141400</w:t>
        <w:br/>
        <w:t>vt 0.424300 0.120600</w:t>
        <w:br/>
        <w:t>vt 0.430000 0.104700</w:t>
        <w:br/>
        <w:t>vt 0.435200 0.106500</w:t>
        <w:br/>
        <w:t>vt 0.493600 0.121100</w:t>
        <w:br/>
        <w:t>vt 0.490000 0.118800</w:t>
        <w:br/>
        <w:t>vt 0.497900 0.112200</w:t>
        <w:br/>
        <w:t>vt 0.478000 0.122600</w:t>
        <w:br/>
        <w:t>vt 0.483100 0.127300</w:t>
        <w:br/>
        <w:t>vt 0.476000 0.139100</w:t>
        <w:br/>
        <w:t>vt 0.468400 0.134200</w:t>
        <w:br/>
        <w:t>vt 0.457100 0.169800</w:t>
        <w:br/>
        <w:t>vt 0.462400 0.149300</w:t>
        <w:br/>
        <w:t>vt 0.489200 0.130300</w:t>
        <w:br/>
        <w:t>vt 0.461200 0.197700</w:t>
        <w:br/>
        <w:t>vt 0.488300 0.115100</w:t>
        <w:br/>
        <w:t>vt 0.484600 0.142300</w:t>
        <w:br/>
        <w:t>vt 0.455200 0.145100</w:t>
        <w:br/>
        <w:t>vt 0.457100 0.169800</w:t>
        <w:br/>
        <w:t>vt 0.455600 0.169500</w:t>
        <w:br/>
        <w:t>vt 0.438000 0.092800</w:t>
        <w:br/>
        <w:t>vt 0.434700 0.091100</w:t>
        <w:br/>
        <w:t>vt 0.442700 0.167000</w:t>
        <w:br/>
        <w:t>vt 0.382300 0.331100</w:t>
        <w:br/>
        <w:t>vt 0.395900 0.304100</w:t>
        <w:br/>
        <w:t>vt 0.329400 0.369600</w:t>
        <w:br/>
        <w:t>vt 0.405800 0.274200</w:t>
        <w:br/>
        <w:t>vt 0.417700 0.276600</w:t>
        <w:br/>
        <w:t>vt 0.452700 0.124600</w:t>
        <w:br/>
        <w:t>vt 0.443300 0.143200</w:t>
        <w:br/>
        <w:t>vt 0.443300 0.123800</w:t>
        <w:br/>
        <w:t>vt 0.451100 0.108300</w:t>
        <w:br/>
        <w:t>vt 0.443600 0.108000</w:t>
        <w:br/>
        <w:t>vt 0.449700 0.093400</w:t>
        <w:br/>
        <w:t>vt 0.443500 0.094000</w:t>
        <w:br/>
        <w:t>vt 0.457200 0.198000</w:t>
        <w:br/>
        <w:t>vt 0.456200 0.198100</w:t>
        <w:br/>
        <w:t>vt 0.443500 0.080200</w:t>
        <w:br/>
        <w:t>vt 0.439700 0.079600</w:t>
        <w:br/>
        <w:t>vt 0.444900 0.068300</w:t>
        <w:br/>
        <w:t>vt 0.457200 0.198000</w:t>
        <w:br/>
        <w:t>vt 0.461400 0.229300</w:t>
        <w:br/>
        <w:t>vt 0.455300 0.228600</w:t>
        <w:br/>
        <w:t>vt 0.315700 0.393100</w:t>
        <w:br/>
        <w:t>vt 0.259200 0.506300</w:t>
        <w:br/>
        <w:t>vt 0.289600 0.441100</w:t>
        <w:br/>
        <w:t>vt 0.301900 0.418000</w:t>
        <w:br/>
        <w:t>vt 0.354100 0.225200</w:t>
        <w:br/>
        <w:t>vt 0.346200 0.251700</w:t>
        <w:br/>
        <w:t>vt 0.345400 0.250900</w:t>
        <w:br/>
        <w:t>vt 0.352100 0.224600</w:t>
        <w:br/>
        <w:t>vt 0.326300 0.218700</w:t>
        <w:br/>
        <w:t>vt 0.285800 0.191000</w:t>
        <w:br/>
        <w:t>vt 0.304600 0.192600</w:t>
        <w:br/>
        <w:t>vt 0.455300 0.228600</w:t>
        <w:br/>
        <w:t>vt 0.450100 0.256600</w:t>
        <w:br/>
        <w:t>vt 0.448100 0.256300</w:t>
        <w:br/>
        <w:t>vt 0.453800 0.228500</w:t>
        <w:br/>
        <w:t>vt 0.052900 0.065900</w:t>
        <w:br/>
        <w:t>vt 0.054700 0.073500</w:t>
        <w:br/>
        <w:t>vt 0.046800 0.073100</w:t>
        <w:br/>
        <w:t>vt 0.048500 0.066700</w:t>
        <w:br/>
        <w:t>vt 0.044300 0.081100</w:t>
        <w:br/>
        <w:t>vt 0.055000 0.082400</w:t>
        <w:br/>
        <w:t>vt 0.053100 0.091400</w:t>
        <w:br/>
        <w:t>vt 0.039800 0.090500</w:t>
        <w:br/>
        <w:t>vt 0.050800 0.102700</w:t>
        <w:br/>
        <w:t>vt 0.034000 0.101300</w:t>
        <w:br/>
        <w:t>vt 0.049700 0.060600</w:t>
        <w:br/>
        <w:t>vt 0.072500 0.078700</w:t>
        <w:br/>
        <w:t>vt 0.058700 0.076800</w:t>
        <w:br/>
        <w:t>vt 0.061900 0.067500</w:t>
        <w:br/>
        <w:t>vt 0.072200 0.068400</w:t>
        <w:br/>
        <w:t>vt 0.064900 0.058900</w:t>
        <w:br/>
        <w:t>vt 0.071800 0.059800</w:t>
        <w:br/>
        <w:t>vt 0.067900 0.051300</w:t>
        <w:br/>
        <w:t>vt 0.071600 0.052200</w:t>
        <w:br/>
        <w:t>vt 0.070800 0.044600</w:t>
        <w:br/>
        <w:t>vt 0.103200 0.070500</w:t>
        <w:br/>
        <w:t>vt 0.092600 0.069800</w:t>
        <w:br/>
        <w:t>vt 0.095100 0.059000</w:t>
        <w:br/>
        <w:t>vt 0.105700 0.060700</w:t>
        <w:br/>
        <w:t>vt 0.096200 0.049400</w:t>
        <w:br/>
        <w:t>vt 0.106800 0.049300</w:t>
        <w:br/>
        <w:t>vt 0.094500 0.040200</w:t>
        <w:br/>
        <w:t>vt 0.104500 0.038200</w:t>
        <w:br/>
        <w:t>vt 0.099300 0.027800</w:t>
        <w:br/>
        <w:t>vt 0.090500 0.031600</w:t>
        <w:br/>
        <w:t>vt 0.084100 0.013300</w:t>
        <w:br/>
        <w:t>vt 0.092700 0.019500</w:t>
        <w:br/>
        <w:t>vt 0.085000 0.023500</w:t>
        <w:br/>
        <w:t>vt 0.078700 0.017600</w:t>
        <w:br/>
        <w:t>vt 0.075700 0.009900</w:t>
        <w:br/>
        <w:t>vt 0.072800 0.013300</w:t>
        <w:br/>
        <w:t>vt 0.068900 0.008500</w:t>
        <w:br/>
        <w:t>vt 0.067300 0.010600</w:t>
        <w:br/>
        <w:t>vt 0.061900 0.007800</w:t>
        <w:br/>
        <w:t>vt 0.076900 0.067000</w:t>
        <w:br/>
        <w:t>vt 0.079700 0.057700</w:t>
        <w:br/>
        <w:t>vt 0.080600 0.050100</w:t>
        <w:br/>
        <w:t>vt 0.079900 0.042800</w:t>
        <w:br/>
        <w:t>vt 0.078300 0.034000</w:t>
        <w:br/>
        <w:t>vt 0.075800 0.027400</w:t>
        <w:br/>
        <w:t>vt 0.085000 0.023500</w:t>
        <w:br/>
        <w:t>vt 0.072500 0.021000</w:t>
        <w:br/>
        <w:t>vt 0.069100 0.016200</w:t>
        <w:br/>
        <w:t>vt 0.065600 0.012400</w:t>
        <w:br/>
        <w:t>vt 0.067300 0.010600</w:t>
        <w:br/>
        <w:t>vt 0.061900 0.007800</w:t>
        <w:br/>
        <w:t>vt 0.316000 0.029600</w:t>
        <w:br/>
        <w:t>vt 0.313700 0.027900</w:t>
        <w:br/>
        <w:t>vt 0.319300 0.023700</w:t>
        <w:br/>
        <w:t>vt 0.322800 0.026200</w:t>
        <w:br/>
        <w:t>vt 0.330300 0.022400</w:t>
        <w:br/>
        <w:t>vt 0.327600 0.019000</w:t>
        <w:br/>
        <w:t>vt 0.337700 0.014900</w:t>
        <w:br/>
        <w:t>vt 0.340000 0.018900</w:t>
        <w:br/>
        <w:t>vt 0.348000 0.012900</w:t>
        <w:br/>
        <w:t>vt 0.350100 0.017000</w:t>
        <w:br/>
        <w:t>vt 0.313700 0.027900</w:t>
        <w:br/>
        <w:t>vt 0.312000 0.026900</w:t>
        <w:br/>
        <w:t>vt 0.316400 0.021300</w:t>
        <w:br/>
        <w:t>vt 0.319300 0.023700</w:t>
        <w:br/>
        <w:t>vt 0.327600 0.019000</w:t>
        <w:br/>
        <w:t>vt 0.324300 0.015400</w:t>
        <w:br/>
        <w:t>vt 0.334700 0.010900</w:t>
        <w:br/>
        <w:t>vt 0.337700 0.014900</w:t>
        <w:br/>
        <w:t>vt 0.345600 0.009000</w:t>
        <w:br/>
        <w:t>vt 0.348000 0.012900</w:t>
        <w:br/>
        <w:t>vt 0.308900 0.033700</w:t>
        <w:br/>
        <w:t>vt 0.308900 0.033700</w:t>
        <w:br/>
        <w:t>vt 0.088200 0.081700</w:t>
        <w:br/>
        <w:t>vt 0.098100 0.082600</w:t>
        <w:br/>
        <w:t>vt 0.360200 0.008900</w:t>
        <w:br/>
        <w:t>vt 0.361900 0.012500</w:t>
        <w:br/>
        <w:t>vt 0.361900 0.012500</w:t>
        <w:br/>
        <w:t>vt 0.363200 0.015500</w:t>
        <w:br/>
        <w:t>vt 0.056000 0.088600</w:t>
        <w:br/>
        <w:t>vt 0.054700 0.088500</w:t>
        <w:br/>
        <w:t>vt 0.083700 0.092400</w:t>
        <w:br/>
        <w:t>vt 0.069200 0.089500</w:t>
        <w:br/>
        <w:t>vt 0.093100 0.092800</w:t>
        <w:br/>
        <w:t>vt 0.083700 0.092400</w:t>
        <w:br/>
        <w:t>vt 0.371600 0.009500</w:t>
        <w:br/>
        <w:t>vt 0.373200 0.011900</w:t>
        <w:br/>
        <w:t>vt 0.374500 0.015000</w:t>
        <w:br/>
        <w:t>vt 0.052100 0.102700</w:t>
        <w:br/>
        <w:t>vt 0.079500 0.103600</w:t>
        <w:br/>
        <w:t>vt 0.066400 0.102000</w:t>
        <w:br/>
        <w:t>vt 0.089600 0.103100</w:t>
        <w:br/>
        <w:t>vt 0.079500 0.103600</w:t>
        <w:br/>
        <w:t>vt 0.382900 0.009700</w:t>
        <w:br/>
        <w:t>vt 0.385300 0.013000</w:t>
        <w:br/>
        <w:t>vt 0.109400 0.124100</w:t>
        <w:br/>
        <w:t>vt 0.084600 0.121000</w:t>
        <w:br/>
        <w:t>vt 0.091700 0.100400</w:t>
        <w:br/>
        <w:t>vt 0.115200 0.111400</w:t>
        <w:br/>
        <w:t>vt 0.098400 0.086800</w:t>
        <w:br/>
        <w:t>vt 0.121000 0.100900</w:t>
        <w:br/>
        <w:t>vt 0.108800 0.075300</w:t>
        <w:br/>
        <w:t>vt 0.127600 0.091400</w:t>
        <w:br/>
        <w:t>vt 0.117800 0.067700</w:t>
        <w:br/>
        <w:t>vt 0.134900 0.082300</w:t>
        <w:br/>
        <w:t>vt 0.125600 0.062400</w:t>
        <w:br/>
        <w:t>vt 0.141100 0.072500</w:t>
        <w:br/>
        <w:t>vt 0.132700 0.055800</w:t>
        <w:br/>
        <w:t>vt 0.144500 0.062100</w:t>
        <w:br/>
        <w:t>vt 0.136100 0.048000</w:t>
        <w:br/>
        <w:t>vt 0.145800 0.050100</w:t>
        <w:br/>
        <w:t>vt 0.142100 0.039300</w:t>
        <w:br/>
        <w:t>vt 0.136500 0.039400</w:t>
        <w:br/>
        <w:t>vt 0.134100 0.029900</w:t>
        <w:br/>
        <w:t>vt 0.045200 0.117600</w:t>
        <w:br/>
        <w:t>vt 0.073400 0.120900</w:t>
        <w:br/>
        <w:t>vt 0.061600 0.119100</w:t>
        <w:br/>
        <w:t>vt 0.403400 0.008700</w:t>
        <w:br/>
        <w:t>vt 0.026200 0.115300</w:t>
        <w:br/>
        <w:t>vt 0.084600 0.121000</w:t>
        <w:br/>
        <w:t>vt 0.108300 0.139200</w:t>
        <w:br/>
        <w:t>vt 0.081200 0.137100</w:t>
        <w:br/>
        <w:t>vt 0.057900 0.135500</w:t>
        <w:br/>
        <w:t>vt 0.041100 0.134400</w:t>
        <w:br/>
        <w:t>vt 0.018200 0.133400</w:t>
        <w:br/>
        <w:t>vt 0.109300 0.153600</w:t>
        <w:br/>
        <w:t>vt 0.080000 0.153500</w:t>
        <w:br/>
        <w:t>vt 0.056500 0.152200</w:t>
        <w:br/>
        <w:t>vt 0.039800 0.151500</w:t>
        <w:br/>
        <w:t>vt 0.015300 0.152000</w:t>
        <w:br/>
        <w:t>vt 0.111800 0.168300</w:t>
        <w:br/>
        <w:t>vt 0.080500 0.169300</w:t>
        <w:br/>
        <w:t>vt 0.058500 0.168900</w:t>
        <w:br/>
        <w:t>vt 0.042500 0.169300</w:t>
        <w:br/>
        <w:t>vt 0.017600 0.170700</w:t>
        <w:br/>
        <w:t>vt 0.115100 0.183800</w:t>
        <w:br/>
        <w:t>vt 0.082500 0.185900</w:t>
        <w:br/>
        <w:t>vt 0.062300 0.187700</w:t>
        <w:br/>
        <w:t>vt 0.046800 0.189500</w:t>
        <w:br/>
        <w:t>vt 0.023900 0.192800</w:t>
        <w:br/>
        <w:t>vt 0.119600 0.202700</w:t>
        <w:br/>
        <w:t>vt 0.087500 0.204500</w:t>
        <w:br/>
        <w:t>vt 0.069000 0.206300</w:t>
        <w:br/>
        <w:t>vt 0.053600 0.207300</w:t>
        <w:br/>
        <w:t>vt 0.032000 0.212300</w:t>
        <w:br/>
        <w:t>vt 0.123900 0.221200</w:t>
        <w:br/>
        <w:t>vt 0.094000 0.222700</w:t>
        <w:br/>
        <w:t>vt 0.078200 0.225500</w:t>
        <w:br/>
        <w:t>vt 0.063300 0.227400</w:t>
        <w:br/>
        <w:t>vt 0.042200 0.232300</w:t>
        <w:br/>
        <w:t>vt 0.127700 0.238300</w:t>
        <w:br/>
        <w:t>vt 0.101000 0.239800</w:t>
        <w:br/>
        <w:t>vt 0.086700 0.243400</w:t>
        <w:br/>
        <w:t>vt 0.073000 0.245200</w:t>
        <w:br/>
        <w:t>vt 0.052800 0.249900</w:t>
        <w:br/>
        <w:t>vt 0.131500 0.255700</w:t>
        <w:br/>
        <w:t>vt 0.108000 0.256100</w:t>
        <w:br/>
        <w:t>vt 0.093600 0.259200</w:t>
        <w:br/>
        <w:t>vt 0.081000 0.260100</w:t>
        <w:br/>
        <w:t>vt 0.061300 0.265800</w:t>
        <w:br/>
        <w:t>vt 0.131300 0.272300</w:t>
        <w:br/>
        <w:t>vt 0.113400 0.272600</w:t>
        <w:br/>
        <w:t>vt 0.099000 0.274700</w:t>
        <w:br/>
        <w:t>vt 0.086900 0.275700</w:t>
        <w:br/>
        <w:t>vt 0.068800 0.281300</w:t>
        <w:br/>
        <w:t>vt 0.137900 0.288800</w:t>
        <w:br/>
        <w:t>vt 0.116700 0.288900</w:t>
        <w:br/>
        <w:t>vt 0.103600 0.291000</w:t>
        <w:br/>
        <w:t>vt 0.091600 0.292100</w:t>
        <w:br/>
        <w:t>vt 0.073600 0.296000</w:t>
        <w:br/>
        <w:t>vt 0.139200 0.304500</w:t>
        <w:br/>
        <w:t>vt 0.118800 0.305000</w:t>
        <w:br/>
        <w:t>vt 0.105900 0.306100</w:t>
        <w:br/>
        <w:t>vt 0.093500 0.307800</w:t>
        <w:br/>
        <w:t>vt 0.075000 0.311400</w:t>
        <w:br/>
        <w:t>vt 0.138900 0.318400</w:t>
        <w:br/>
        <w:t>vt 0.119100 0.319200</w:t>
        <w:br/>
        <w:t>vt 0.106500 0.320200</w:t>
        <w:br/>
        <w:t>vt 0.094700 0.321600</w:t>
        <w:br/>
        <w:t>vt 0.075500 0.324400</w:t>
        <w:br/>
        <w:t>vt 0.139000 0.335200</w:t>
        <w:br/>
        <w:t>vt 0.118800 0.335500</w:t>
        <w:br/>
        <w:t>vt 0.107000 0.337100</w:t>
        <w:br/>
        <w:t>vt 0.095400 0.338600</w:t>
        <w:br/>
        <w:t>vt 0.075500 0.340800</w:t>
        <w:br/>
        <w:t>vt 0.222700 0.295800</w:t>
        <w:br/>
        <w:t>vt 0.230400 0.323900</w:t>
        <w:br/>
        <w:t>vt 0.217100 0.324200</w:t>
        <w:br/>
        <w:t>vt 0.208200 0.295700</w:t>
        <w:br/>
        <w:t>vt 0.182200 0.168200</w:t>
        <w:br/>
        <w:t>vt 0.162300 0.169300</w:t>
        <w:br/>
        <w:t>vt 0.167800 0.138800</w:t>
        <w:br/>
        <w:t>vt 0.186800 0.142700</w:t>
        <w:br/>
        <w:t>vt 0.205700 0.240200</w:t>
        <w:br/>
        <w:t>vt 0.212600 0.265200</w:t>
        <w:br/>
        <w:t>vt 0.199100 0.268300</w:t>
        <w:br/>
        <w:t>vt 0.190300 0.242400</w:t>
        <w:br/>
        <w:t>vt 0.180400 0.192700</w:t>
        <w:br/>
        <w:t>vt 0.160700 0.197300</w:t>
        <w:br/>
        <w:t>vt 0.200600 0.167900</w:t>
        <w:br/>
        <w:t>vt 0.198000 0.189900</w:t>
        <w:br/>
        <w:t>vt 0.181200 0.301000</w:t>
        <w:br/>
        <w:t>vt 0.171700 0.274400</w:t>
        <w:br/>
        <w:t>vt 0.195900 0.117200</w:t>
        <w:br/>
        <w:t>vt 0.210200 0.126000</w:t>
        <w:br/>
        <w:t>vt 0.203600 0.146600</w:t>
        <w:br/>
        <w:t>vt 0.116100 0.357600</w:t>
        <w:br/>
        <w:t>vt 0.113600 0.371400</w:t>
        <w:br/>
        <w:t>vt 0.092700 0.369800</w:t>
        <w:br/>
        <w:t>vt 0.110100 0.387100</w:t>
        <w:br/>
        <w:t>vt 0.091400 0.385900</w:t>
        <w:br/>
        <w:t>vt 0.060300 0.364500</w:t>
        <w:br/>
        <w:t>vt 0.058600 0.357500</w:t>
        <w:br/>
        <w:t>vt 0.076300 0.357000</w:t>
        <w:br/>
        <w:t>vt 0.076400 0.367000</w:t>
        <w:br/>
        <w:t>vt 0.075700 0.382600</w:t>
        <w:br/>
        <w:t>vt 0.059100 0.376800</w:t>
        <w:br/>
        <w:t>vt 0.042800 0.358800</w:t>
        <w:br/>
        <w:t>vt 0.045100 0.371300</w:t>
        <w:br/>
        <w:t>vt 0.044100 0.363800</w:t>
        <w:br/>
        <w:t>vt 0.030100 0.361400</w:t>
        <w:br/>
        <w:t>vt 0.031400 0.366700</w:t>
        <w:br/>
        <w:t>vt 0.131800 0.135800</w:t>
        <w:br/>
        <w:t>vt 0.130800 0.168900</w:t>
        <w:br/>
        <w:t>vt 0.125900 0.168100</w:t>
        <w:br/>
        <w:t>vt 0.130000 0.134900</w:t>
        <w:br/>
        <w:t>vt 0.192100 0.327500</w:t>
        <w:br/>
        <w:t>vt 0.204100 0.353400</w:t>
        <w:br/>
        <w:t>vt 0.191400 0.358000</w:t>
        <w:br/>
        <w:t>vt 0.178400 0.331700</w:t>
        <w:br/>
        <w:t>vt 0.211100 0.029400</w:t>
        <w:br/>
        <w:t>vt 0.208700 0.044400</w:t>
        <w:br/>
        <w:t>vt 0.194200 0.032700</w:t>
        <w:br/>
        <w:t>vt 0.200900 0.022100</w:t>
        <w:br/>
        <w:t>vt 0.203300 0.011800</w:t>
        <w:br/>
        <w:t>vt 0.209600 0.014800</w:t>
        <w:br/>
        <w:t>vt 0.019300 0.365000</w:t>
        <w:br/>
        <w:t>vt 0.203100 0.004100</w:t>
        <w:br/>
        <w:t>vt 0.232100 0.377800</w:t>
        <w:br/>
        <w:t>vt 0.236600 0.405900</w:t>
        <w:br/>
        <w:t>vt 0.224800 0.406300</w:t>
        <w:br/>
        <w:t>vt 0.216000 0.379500</w:t>
        <w:br/>
        <w:t>vt 0.205100 0.382100</w:t>
        <w:br/>
        <w:t>vt 0.230800 0.432900</w:t>
        <w:br/>
        <w:t>vt 0.224500 0.433300</w:t>
        <w:br/>
        <w:t>vt 0.217600 0.408100</w:t>
        <w:br/>
        <w:t>vt 0.164800 0.307700</w:t>
        <w:br/>
        <w:t>vt 0.166400 0.306000</w:t>
        <w:br/>
        <w:t>vt 0.178400 0.331700</w:t>
        <w:br/>
        <w:t>vt 0.177100 0.333400</w:t>
        <w:br/>
        <w:t>vt 0.153600 0.279400</w:t>
        <w:br/>
        <w:t>vt 0.143600 0.251400</w:t>
        <w:br/>
        <w:t>vt 0.164700 0.247000</w:t>
        <w:br/>
        <w:t>vt 0.171700 0.274400</w:t>
        <w:br/>
        <w:t>vt 0.161000 0.221100</w:t>
        <w:br/>
        <w:t>vt 0.137200 0.225000</w:t>
        <w:br/>
        <w:t>vt 0.132100 0.199200</w:t>
        <w:br/>
        <w:t>vt 0.160700 0.197300</w:t>
        <w:br/>
        <w:t>vt 0.181200 0.301000</w:t>
        <w:br/>
        <w:t>vt 0.166400 0.306000</w:t>
        <w:br/>
        <w:t>vt 0.137000 0.106300</w:t>
        <w:br/>
        <w:t>vt 0.176100 0.110700</w:t>
        <w:br/>
        <w:t>vt 0.167800 0.138800</w:t>
        <w:br/>
        <w:t>vt 0.131800 0.135800</w:t>
        <w:br/>
        <w:t>vt 0.187700 0.087900</w:t>
        <w:br/>
        <w:t>vt 0.150000 0.078200</w:t>
        <w:br/>
        <w:t>vt 0.165800 0.057800</w:t>
        <w:br/>
        <w:t>vt 0.196100 0.073500</w:t>
        <w:br/>
        <w:t>vt 0.225300 0.351000</w:t>
        <w:br/>
        <w:t>vt 0.204100 0.383500</w:t>
        <w:br/>
        <w:t>vt 0.205100 0.382100</w:t>
        <w:br/>
        <w:t>vt 0.217600 0.408100</w:t>
        <w:br/>
        <w:t>vt 0.216200 0.409300</w:t>
        <w:br/>
        <w:t>vt 0.203000 0.060500</w:t>
        <w:br/>
        <w:t>vt 0.370800 0.450800</w:t>
        <w:br/>
        <w:t>vt 0.387800 0.428000</w:t>
        <w:br/>
        <w:t>vt 0.367700 0.418200</w:t>
        <w:br/>
        <w:t>vt 0.351500 0.440900</w:t>
        <w:br/>
        <w:t>vt 0.425800 0.383600</w:t>
        <w:br/>
        <w:t>vt 0.444800 0.355300</w:t>
        <w:br/>
        <w:t>vt 0.423300 0.346600</w:t>
        <w:br/>
        <w:t>vt 0.403000 0.374700</w:t>
        <w:br/>
        <w:t>vt 0.479900 0.231800</w:t>
        <w:br/>
        <w:t>vt 0.461400 0.229300</w:t>
        <w:br/>
        <w:t>vt 0.458100 0.258000</w:t>
        <w:br/>
        <w:t>vt 0.478700 0.263900</w:t>
        <w:br/>
        <w:t>vt 0.471200 0.292700</w:t>
        <w:br/>
        <w:t>vt 0.459200 0.324600</w:t>
        <w:br/>
        <w:t>vt 0.475800 0.331200</w:t>
        <w:br/>
        <w:t>vt 0.488900 0.295700</w:t>
        <w:br/>
        <w:t>vt 0.419100 0.415700</w:t>
        <w:br/>
        <w:t>vt 0.441600 0.391400</w:t>
        <w:br/>
        <w:t>vt 0.406400 0.406500</w:t>
        <w:br/>
        <w:t>vt 0.399600 0.437300</w:t>
        <w:br/>
        <w:t>vt 0.437300 0.318200</w:t>
        <w:br/>
        <w:t>vt 0.407300 0.160700</w:t>
        <w:br/>
        <w:t>vt 0.423000 0.162100</w:t>
        <w:br/>
        <w:t>vt 0.420500 0.141000</w:t>
        <w:br/>
        <w:t>vt 0.402800 0.140700</w:t>
        <w:br/>
        <w:t>vt 0.406800 0.071100</w:t>
        <w:br/>
        <w:t>vt 0.407900 0.058400</w:t>
        <w:br/>
        <w:t>vt 0.391700 0.055700</w:t>
        <w:br/>
        <w:t>vt 0.387900 0.069900</w:t>
        <w:br/>
        <w:t>vt 0.390000 0.040200</w:t>
        <w:br/>
        <w:t>vt 0.381000 0.053100</w:t>
        <w:br/>
        <w:t>vt 0.399100 0.042000</w:t>
        <w:br/>
        <w:t>vt 0.430500 0.008700</w:t>
        <w:br/>
        <w:t>vt 0.434200 0.011300</w:t>
        <w:br/>
        <w:t>vt 0.440300 0.004200</w:t>
        <w:br/>
        <w:t>vt 0.407900 0.084300</w:t>
        <w:br/>
        <w:t>vt 0.387300 0.085100</w:t>
        <w:br/>
        <w:t>vt 0.389900 0.101800</w:t>
        <w:br/>
        <w:t>vt 0.410700 0.100400</w:t>
        <w:br/>
        <w:t>vt 0.441500 0.195600</w:t>
        <w:br/>
        <w:t>vt 0.424100 0.192600</w:t>
        <w:br/>
        <w:t>vt 0.425600 0.223700</w:t>
        <w:br/>
        <w:t>vt 0.440000 0.227000</w:t>
        <w:br/>
        <w:t>vt 0.451100 0.285600</w:t>
        <w:br/>
        <w:t>vt 0.441500 0.280100</w:t>
        <w:br/>
        <w:t>vt 0.419200 0.315800</w:t>
        <w:br/>
        <w:t>vt 0.396900 0.340800</w:t>
        <w:br/>
        <w:t>vt 0.378600 0.366700</w:t>
        <w:br/>
        <w:t>vt 0.359000 0.385500</w:t>
        <w:br/>
        <w:t>vt 0.343900 0.407900</w:t>
        <w:br/>
        <w:t>vt 0.362400 0.386900</w:t>
        <w:br/>
        <w:t>vt 0.343900 0.407900</w:t>
        <w:br/>
        <w:t>vt 0.328700 0.431400</w:t>
        <w:br/>
        <w:t>vt 0.386200 0.396100</w:t>
        <w:br/>
        <w:t>vt 0.362400 0.386900</w:t>
        <w:br/>
        <w:t>vt 0.398800 0.220300</w:t>
        <w:br/>
        <w:t>vt 0.397600 0.247000</w:t>
        <w:br/>
        <w:t>vt 0.412100 0.247000</w:t>
        <w:br/>
        <w:t>vt 0.413500 0.220300</w:t>
        <w:br/>
        <w:t>vt 0.358100 0.473000</w:t>
        <w:br/>
        <w:t>vt 0.370900 0.481200</w:t>
        <w:br/>
        <w:t>vt 0.382600 0.459800</w:t>
        <w:br/>
        <w:t>vt 0.317300 0.453000</w:t>
        <w:br/>
        <w:t>vt 0.339100 0.463000</w:t>
        <w:br/>
        <w:t>vt 0.347800 0.496100</w:t>
        <w:br/>
        <w:t>vt 0.362000 0.504000</w:t>
        <w:br/>
        <w:t>vt 0.305600 0.477300</w:t>
        <w:br/>
        <w:t>vt 0.328100 0.487200</w:t>
        <w:br/>
        <w:t>vt 0.339400 0.517800</w:t>
        <w:br/>
        <w:t>vt 0.354700 0.525600</w:t>
        <w:br/>
        <w:t>vt 0.296800 0.497800</w:t>
        <w:br/>
        <w:t>vt 0.319300 0.507800</w:t>
        <w:br/>
        <w:t>vt 0.284800 0.492600</w:t>
        <w:br/>
        <w:t>vt 0.276900 0.513300</w:t>
        <w:br/>
        <w:t>vt 0.289000 0.518500</w:t>
        <w:br/>
        <w:t>vt 0.304900 0.447200</w:t>
        <w:br/>
        <w:t>vt 0.293600 0.471900</w:t>
        <w:br/>
        <w:t>vt 0.316300 0.424400</w:t>
        <w:br/>
        <w:t>vt 0.330500 0.400400</w:t>
        <w:br/>
        <w:t>vt 0.359000 0.385500</w:t>
        <w:br/>
        <w:t>vt 0.343500 0.377400</w:t>
        <w:br/>
        <w:t>vt 0.375200 0.365500</w:t>
        <w:br/>
        <w:t>vt 0.365100 0.359900</w:t>
        <w:br/>
        <w:t>vt 0.356900 0.321900</w:t>
        <w:br/>
        <w:t>vt 0.343400 0.347000</w:t>
        <w:br/>
        <w:t>vt 0.356000 0.355100</w:t>
        <w:br/>
        <w:t>vt 0.369800 0.327200</w:t>
        <w:br/>
        <w:t>vt 0.366700 0.295900</w:t>
        <w:br/>
        <w:t>vt 0.381100 0.301100</w:t>
        <w:br/>
        <w:t>vt 0.374100 0.269400</w:t>
        <w:br/>
        <w:t>vt 0.391500 0.273500</w:t>
        <w:br/>
        <w:t>vt 0.383300 0.217100</w:t>
        <w:br/>
        <w:t>vt 0.396500 0.191200</w:t>
        <w:br/>
        <w:t>vt 0.382800 0.186900</w:t>
        <w:br/>
        <w:t>vt 0.423200 0.025000</w:t>
        <w:br/>
        <w:t>vt 0.429200 0.017700</w:t>
        <w:br/>
        <w:t>vt 0.424300 0.014900</w:t>
        <w:br/>
        <w:t>vt 0.416100 0.022000</w:t>
        <w:br/>
        <w:t>vt 0.495900 0.233100</w:t>
        <w:br/>
        <w:t>vt 0.490900 0.201300</w:t>
        <w:br/>
        <w:t>vt 0.396500 0.122000</w:t>
        <w:br/>
        <w:t>vt 0.416300 0.121100</w:t>
        <w:br/>
        <w:t>vt 0.421300 0.012600</w:t>
        <w:br/>
        <w:t>vt 0.164700 0.247000</w:t>
        <w:br/>
        <w:t>vt 0.177800 0.111700</w:t>
        <w:br/>
        <w:t>vt 0.461900 0.362100</w:t>
        <w:br/>
        <w:t>vt 0.496500 0.266100</w:t>
        <w:br/>
        <w:t>vt 0.424300 0.120600</w:t>
        <w:br/>
        <w:t>vt 0.424300 0.140700</w:t>
        <w:br/>
        <w:t>vt 0.421200 0.047200</w:t>
        <w:br/>
        <w:t>vt 0.424400 0.037200</w:t>
        <w:br/>
        <w:t>vt 0.416500 0.034700</w:t>
        <w:br/>
        <w:t>vt 0.411600 0.045000</w:t>
        <w:br/>
        <w:t>vt 0.419800 0.084200</w:t>
        <w:br/>
        <w:t>vt 0.418800 0.072000</w:t>
        <w:br/>
        <w:t>vt 0.311300 0.528900</w:t>
        <w:br/>
        <w:t>vt 0.331400 0.538600</w:t>
        <w:br/>
        <w:t>vt 0.436100 0.012400</w:t>
        <w:br/>
        <w:t>vt 0.432700 0.019300</w:t>
        <w:br/>
        <w:t>vt 0.421900 0.100000</w:t>
        <w:br/>
        <w:t>vt 0.183400 0.216800</w:t>
        <w:br/>
        <w:t>vt 0.161000 0.221100</w:t>
        <w:br/>
        <w:t>vt 0.132100 0.199200</w:t>
        <w:br/>
        <w:t>vt 0.128000 0.199600</w:t>
        <w:br/>
        <w:t>vt 0.389900 0.101800</w:t>
        <w:br/>
        <w:t>vt 0.376700 0.100000</w:t>
        <w:br/>
        <w:t>vt 0.381900 0.122300</w:t>
        <w:br/>
        <w:t>vt 0.410400 0.019600</w:t>
        <w:br/>
        <w:t>vt 0.428600 0.027300</w:t>
        <w:br/>
        <w:t>vt 0.348400 0.547200</w:t>
        <w:br/>
        <w:t>vt 0.277100 0.489600</w:t>
        <w:br/>
        <w:t>vt 0.277500 0.465300</w:t>
        <w:br/>
        <w:t>vt 0.237400 0.349600</w:t>
        <w:br/>
        <w:t>vt 0.201400 0.217100</w:t>
        <w:br/>
        <w:t>vt 0.241800 0.377800</w:t>
        <w:br/>
        <w:t>vt 0.406600 0.031700</w:t>
        <w:br/>
        <w:t>vt 0.398900 0.029100</w:t>
        <w:br/>
        <w:t>vt 0.419000 0.060700</w:t>
        <w:br/>
        <w:t>vt 0.396500 0.122000</w:t>
        <w:br/>
        <w:t>vt 0.388300 0.140000</w:t>
        <w:br/>
        <w:t>vt 0.402800 0.140700</w:t>
        <w:br/>
        <w:t>vt 0.407300 0.160700</w:t>
        <w:br/>
        <w:t>vt 0.394400 0.159300</w:t>
        <w:br/>
        <w:t>vt 0.410400 0.189300</w:t>
        <w:br/>
        <w:t>vt 0.381700 0.153200</w:t>
        <w:br/>
        <w:t>vt 0.376700 0.136200</w:t>
        <w:br/>
        <w:t>vt 0.180600 0.044600</w:t>
        <w:br/>
        <w:t>vt 0.375100 0.099800</w:t>
        <w:br/>
        <w:t>vt 0.363000 0.102900</w:t>
        <w:br/>
        <w:t>vt 0.371000 0.119700</w:t>
        <w:br/>
        <w:t>vt 0.387300 0.085100</w:t>
        <w:br/>
        <w:t>vt 0.376500 0.084800</w:t>
        <w:br/>
        <w:t>vt 0.376400 0.068200</w:t>
        <w:br/>
        <w:t>vt 0.363700 0.084600</w:t>
        <w:br/>
        <w:t>vt 0.352100 0.089200</w:t>
        <w:br/>
        <w:t>vt 0.324200 0.058800</w:t>
        <w:br/>
        <w:t>vt 0.330500 0.056300</w:t>
        <w:br/>
        <w:t>vt 0.320400 0.047800</w:t>
        <w:br/>
        <w:t>vt 0.340200 0.078100</w:t>
        <w:br/>
        <w:t>vt 0.350700 0.072500</w:t>
        <w:br/>
        <w:t>vt 0.339900 0.063700</w:t>
        <w:br/>
        <w:t>vt 0.330100 0.067500</w:t>
        <w:br/>
        <w:t>vt 0.375300 0.084700</w:t>
        <w:br/>
        <w:t>vt 0.376500 0.084800</w:t>
        <w:br/>
        <w:t>vt 0.376400 0.068200</w:t>
        <w:br/>
        <w:t>vt 0.094700 0.357700</w:t>
        <w:br/>
        <w:t>vt 0.393000 0.340200</w:t>
        <w:br/>
        <w:t>vt 0.416000 0.315600</w:t>
        <w:br/>
        <w:t>vt 0.405600 0.307700</w:t>
        <w:br/>
        <w:t>vt 0.439500 0.279000</w:t>
        <w:br/>
        <w:t>vt 0.426500 0.277300</w:t>
        <w:br/>
        <w:t>vt 0.435700 0.252400</w:t>
        <w:br/>
        <w:t>vt 0.448100 0.256300</w:t>
        <w:br/>
        <w:t>vt 0.453600 0.197700</w:t>
        <w:br/>
        <w:t>vt 0.451300 0.228200</w:t>
        <w:br/>
        <w:t>vt 0.453800 0.228500</w:t>
        <w:br/>
        <w:t>vt 0.456200 0.198100</w:t>
        <w:br/>
        <w:t>vt 0.457100 0.169800</w:t>
        <w:br/>
        <w:t>vt 0.456200 0.198100</w:t>
        <w:br/>
        <w:t>vt 0.461200 0.197700</w:t>
        <w:br/>
        <w:t>vt 0.475800 0.201400</w:t>
        <w:br/>
        <w:t>vt 0.449900 0.256600</w:t>
        <w:br/>
        <w:t>vt 0.380400 0.244200</w:t>
        <w:br/>
        <w:t>vt 0.424100 0.249200</w:t>
        <w:br/>
        <w:t>vt 0.447400 0.079900</w:t>
        <w:br/>
        <w:t>vt 0.444900 0.068300</w:t>
        <w:br/>
        <w:t>vt 0.443500 0.080200</w:t>
        <w:br/>
        <w:t>vt 0.471200 0.175100</w:t>
        <w:br/>
        <w:t>vt 0.484300 0.176800</w:t>
        <w:br/>
        <w:t>vt 0.482700 0.157800</w:t>
        <w:br/>
        <w:t>vt 0.471800 0.154200</w:t>
        <w:br/>
        <w:t>vt 0.427100 0.141400</w:t>
        <w:br/>
        <w:t>vt 0.431400 0.121900</w:t>
        <w:br/>
        <w:t>vt 0.424300 0.120600</w:t>
        <w:br/>
        <w:t>vt 0.430000 0.104700</w:t>
        <w:br/>
        <w:t>vt 0.435200 0.106500</w:t>
        <w:br/>
        <w:t>vt 0.493600 0.121100</w:t>
        <w:br/>
        <w:t>vt 0.497900 0.112200</w:t>
        <w:br/>
        <w:t>vt 0.490000 0.118800</w:t>
        <w:br/>
        <w:t>vt 0.468400 0.134200</w:t>
        <w:br/>
        <w:t>vt 0.476000 0.139100</w:t>
        <w:br/>
        <w:t>vt 0.483100 0.127300</w:t>
        <w:br/>
        <w:t>vt 0.478000 0.122600</w:t>
        <w:br/>
        <w:t>vt 0.462400 0.149300</w:t>
        <w:br/>
        <w:t>vt 0.489200 0.130300</w:t>
        <w:br/>
        <w:t>vt 0.488300 0.115100</w:t>
        <w:br/>
        <w:t>vt 0.484600 0.142300</w:t>
        <w:br/>
        <w:t>vt 0.455200 0.145100</w:t>
        <w:br/>
        <w:t>vt 0.454600 0.169300</w:t>
        <w:br/>
        <w:t>vt 0.457100 0.169800</w:t>
        <w:br/>
        <w:t>vt 0.438000 0.092800</w:t>
        <w:br/>
        <w:t>vt 0.434700 0.091100</w:t>
        <w:br/>
        <w:t>vt 0.442700 0.167000</w:t>
        <w:br/>
        <w:t>vt 0.382300 0.331100</w:t>
        <w:br/>
        <w:t>vt 0.395900 0.304100</w:t>
        <w:br/>
        <w:t>vt 0.329400 0.369600</w:t>
        <w:br/>
        <w:t>vt 0.405800 0.274200</w:t>
        <w:br/>
        <w:t>vt 0.417700 0.276600</w:t>
        <w:br/>
        <w:t>vt 0.452700 0.124600</w:t>
        <w:br/>
        <w:t>vt 0.443300 0.123800</w:t>
        <w:br/>
        <w:t>vt 0.443300 0.143200</w:t>
        <w:br/>
        <w:t>vt 0.455200 0.145100</w:t>
        <w:br/>
        <w:t>vt 0.451100 0.108300</w:t>
        <w:br/>
        <w:t>vt 0.443600 0.108000</w:t>
        <w:br/>
        <w:t>vt 0.443500 0.094000</w:t>
        <w:br/>
        <w:t>vt 0.449700 0.093400</w:t>
        <w:br/>
        <w:t>vt 0.453600 0.197700</w:t>
        <w:br/>
        <w:t>vt 0.454600 0.169300</w:t>
        <w:br/>
        <w:t>vt 0.443500 0.080200</w:t>
        <w:br/>
        <w:t>vt 0.444900 0.068300</w:t>
        <w:br/>
        <w:t>vt 0.439700 0.079600</w:t>
        <w:br/>
        <w:t>vt 0.453800 0.228500</w:t>
        <w:br/>
        <w:t>vt 0.315700 0.393100</w:t>
        <w:br/>
        <w:t>vt 0.289600 0.441100</w:t>
        <w:br/>
        <w:t>vt 0.301900 0.418000</w:t>
        <w:br/>
        <w:t>vt 0.140900 0.252900</w:t>
        <w:br/>
        <w:t>vt 0.133800 0.226100</w:t>
        <w:br/>
        <w:t>vt 0.451300 0.228200</w:t>
        <w:br/>
        <w:t>vt 0.448100 0.256300</w:t>
        <w:br/>
        <w:t>vt 0.449900 0.256600</w:t>
        <w:br/>
        <w:t>vt 0.052900 0.065900</w:t>
        <w:br/>
        <w:t>vt 0.048500 0.066700</w:t>
        <w:br/>
        <w:t>vt 0.046800 0.073100</w:t>
        <w:br/>
        <w:t>vt 0.054700 0.073500</w:t>
        <w:br/>
        <w:t>vt 0.044300 0.081100</w:t>
        <w:br/>
        <w:t>vt 0.055000 0.082400</w:t>
        <w:br/>
        <w:t>vt 0.053100 0.091400</w:t>
        <w:br/>
        <w:t>vt 0.039800 0.090500</w:t>
        <w:br/>
        <w:t>vt 0.050800 0.102700</w:t>
        <w:br/>
        <w:t>vt 0.034000 0.101300</w:t>
        <w:br/>
        <w:t>vt 0.049700 0.060600</w:t>
        <w:br/>
        <w:t>vt 0.061900 0.067500</w:t>
        <w:br/>
        <w:t>vt 0.058700 0.076800</w:t>
        <w:br/>
        <w:t>vt 0.072500 0.078700</w:t>
        <w:br/>
        <w:t>vt 0.072200 0.068400</w:t>
        <w:br/>
        <w:t>vt 0.064900 0.058900</w:t>
        <w:br/>
        <w:t>vt 0.071800 0.059800</w:t>
        <w:br/>
        <w:t>vt 0.071600 0.052200</w:t>
        <w:br/>
        <w:t>vt 0.067900 0.051300</w:t>
        <w:br/>
        <w:t>vt 0.070800 0.044600</w:t>
        <w:br/>
        <w:t>vt 0.103200 0.070500</w:t>
        <w:br/>
        <w:t>vt 0.105700 0.060700</w:t>
        <w:br/>
        <w:t>vt 0.095100 0.059000</w:t>
        <w:br/>
        <w:t>vt 0.092600 0.069800</w:t>
        <w:br/>
        <w:t>vt 0.096200 0.049400</w:t>
        <w:br/>
        <w:t>vt 0.106800 0.049300</w:t>
        <w:br/>
        <w:t>vt 0.094500 0.040200</w:t>
        <w:br/>
        <w:t>vt 0.104500 0.038200</w:t>
        <w:br/>
        <w:t>vt 0.099300 0.027800</w:t>
        <w:br/>
        <w:t>vt 0.090500 0.031600</w:t>
        <w:br/>
        <w:t>vt 0.084100 0.013300</w:t>
        <w:br/>
        <w:t>vt 0.078700 0.017600</w:t>
        <w:br/>
        <w:t>vt 0.085000 0.023500</w:t>
        <w:br/>
        <w:t>vt 0.092700 0.019500</w:t>
        <w:br/>
        <w:t>vt 0.075700 0.009900</w:t>
        <w:br/>
        <w:t>vt 0.072800 0.013300</w:t>
        <w:br/>
        <w:t>vt 0.068900 0.008500</w:t>
        <w:br/>
        <w:t>vt 0.067300 0.010600</w:t>
        <w:br/>
        <w:t>vt 0.061900 0.007800</w:t>
        <w:br/>
        <w:t>vt 0.079700 0.057700</w:t>
        <w:br/>
        <w:t>vt 0.076900 0.067000</w:t>
        <w:br/>
        <w:t>vt 0.080600 0.050100</w:t>
        <w:br/>
        <w:t>vt 0.079900 0.042800</w:t>
        <w:br/>
        <w:t>vt 0.078300 0.034000</w:t>
        <w:br/>
        <w:t>vt 0.085000 0.023500</w:t>
        <w:br/>
        <w:t>vt 0.075800 0.027400</w:t>
        <w:br/>
        <w:t>vt 0.072500 0.021000</w:t>
        <w:br/>
        <w:t>vt 0.069100 0.016200</w:t>
        <w:br/>
        <w:t>vt 0.067300 0.010600</w:t>
        <w:br/>
        <w:t>vt 0.065600 0.012400</w:t>
        <w:br/>
        <w:t>vt 0.061900 0.007800</w:t>
        <w:br/>
        <w:t>vt 0.319300 0.023700</w:t>
        <w:br/>
        <w:t>vt 0.313700 0.027900</w:t>
        <w:br/>
        <w:t>vt 0.316000 0.029600</w:t>
        <w:br/>
        <w:t>vt 0.322800 0.026200</w:t>
        <w:br/>
        <w:t>vt 0.337700 0.014900</w:t>
        <w:br/>
        <w:t>vt 0.327600 0.019000</w:t>
        <w:br/>
        <w:t>vt 0.330300 0.022400</w:t>
        <w:br/>
        <w:t>vt 0.340000 0.018900</w:t>
        <w:br/>
        <w:t>vt 0.348000 0.012900</w:t>
        <w:br/>
        <w:t>vt 0.350100 0.017000</w:t>
        <w:br/>
        <w:t>vt 0.316400 0.021300</w:t>
        <w:br/>
        <w:t>vt 0.312000 0.026900</w:t>
        <w:br/>
        <w:t>vt 0.313700 0.027900</w:t>
        <w:br/>
        <w:t>vt 0.319300 0.023700</w:t>
        <w:br/>
        <w:t>vt 0.334700 0.010900</w:t>
        <w:br/>
        <w:t>vt 0.324300 0.015400</w:t>
        <w:br/>
        <w:t>vt 0.327600 0.019000</w:t>
        <w:br/>
        <w:t>vt 0.337700 0.014900</w:t>
        <w:br/>
        <w:t>vt 0.345600 0.009000</w:t>
        <w:br/>
        <w:t>vt 0.348000 0.012900</w:t>
        <w:br/>
        <w:t>vt 0.308900 0.033700</w:t>
        <w:br/>
        <w:t>vt 0.308900 0.033700</w:t>
        <w:br/>
        <w:t>vt 0.088200 0.081700</w:t>
        <w:br/>
        <w:t>vt 0.098100 0.082600</w:t>
        <w:br/>
        <w:t>vt 0.361900 0.012500</w:t>
        <w:br/>
        <w:t>vt 0.360200 0.008900</w:t>
        <w:br/>
        <w:t>vt 0.350100 0.017000</w:t>
        <w:br/>
        <w:t>vt 0.363200 0.015500</w:t>
        <w:br/>
        <w:t>vt 0.361900 0.012500</w:t>
        <w:br/>
        <w:t>vt 0.054700 0.088500</w:t>
        <w:br/>
        <w:t>vt 0.069200 0.089500</w:t>
        <w:br/>
        <w:t>vt 0.083700 0.092400</w:t>
        <w:br/>
        <w:t>vt 0.083700 0.092400</w:t>
        <w:br/>
        <w:t>vt 0.093100 0.092800</w:t>
        <w:br/>
        <w:t>vt 0.373200 0.011900</w:t>
        <w:br/>
        <w:t>vt 0.371600 0.009500</w:t>
        <w:br/>
        <w:t>vt 0.374500 0.015000</w:t>
        <w:br/>
        <w:t>vt 0.066400 0.102000</w:t>
        <w:br/>
        <w:t>vt 0.079500 0.103600</w:t>
        <w:br/>
        <w:t>vt 0.079500 0.103600</w:t>
        <w:br/>
        <w:t>vt 0.089600 0.103100</w:t>
        <w:br/>
        <w:t>vt 0.385300 0.013000</w:t>
        <w:br/>
        <w:t>vt 0.382900 0.009700</w:t>
        <w:br/>
        <w:t>vt 0.091700 0.100400</w:t>
        <w:br/>
        <w:t>vt 0.084600 0.121000</w:t>
        <w:br/>
        <w:t>vt 0.109400 0.124100</w:t>
        <w:br/>
        <w:t>vt 0.115200 0.111400</w:t>
        <w:br/>
        <w:t>vt 0.098400 0.086800</w:t>
        <w:br/>
        <w:t>vt 0.121000 0.100900</w:t>
        <w:br/>
        <w:t>vt 0.108800 0.075300</w:t>
        <w:br/>
        <w:t>vt 0.127600 0.091400</w:t>
        <w:br/>
        <w:t>vt 0.117800 0.067700</w:t>
        <w:br/>
        <w:t>vt 0.134900 0.082300</w:t>
        <w:br/>
        <w:t>vt 0.125600 0.062400</w:t>
        <w:br/>
        <w:t>vt 0.141100 0.072500</w:t>
        <w:br/>
        <w:t>vt 0.132700 0.055800</w:t>
        <w:br/>
        <w:t>vt 0.144500 0.062100</w:t>
        <w:br/>
        <w:t>vt 0.136100 0.048000</w:t>
        <w:br/>
        <w:t>vt 0.145800 0.050100</w:t>
        <w:br/>
        <w:t>vt 0.142100 0.039300</w:t>
        <w:br/>
        <w:t>vt 0.136500 0.039400</w:t>
        <w:br/>
        <w:t>vt 0.134100 0.029900</w:t>
        <w:br/>
        <w:t>vt 0.050800 0.102700</w:t>
        <w:br/>
        <w:t>vt 0.045200 0.117600</w:t>
        <w:br/>
        <w:t>vt 0.061600 0.119100</w:t>
        <w:br/>
        <w:t>vt 0.073400 0.120900</w:t>
        <w:br/>
        <w:t>vt 0.403400 0.008700</w:t>
        <w:br/>
        <w:t>vt 0.026200 0.115300</w:t>
        <w:br/>
        <w:t>vt 0.081200 0.137100</w:t>
        <w:br/>
        <w:t>vt 0.108300 0.139200</w:t>
        <w:br/>
        <w:t>vt 0.041100 0.134400</w:t>
        <w:br/>
        <w:t>vt 0.057900 0.135500</w:t>
        <w:br/>
        <w:t>vt 0.018200 0.133400</w:t>
        <w:br/>
        <w:t>vt 0.080000 0.153500</w:t>
        <w:br/>
        <w:t>vt 0.109300 0.153600</w:t>
        <w:br/>
        <w:t>vt 0.056500 0.152200</w:t>
        <w:br/>
        <w:t>vt 0.039800 0.151500</w:t>
        <w:br/>
        <w:t>vt 0.015300 0.152000</w:t>
        <w:br/>
        <w:t>vt 0.080500 0.169300</w:t>
        <w:br/>
        <w:t>vt 0.111800 0.168300</w:t>
        <w:br/>
        <w:t>vt 0.042500 0.169300</w:t>
        <w:br/>
        <w:t>vt 0.058500 0.168900</w:t>
        <w:br/>
        <w:t>vt 0.017600 0.170700</w:t>
        <w:br/>
        <w:t>vt 0.082500 0.185900</w:t>
        <w:br/>
        <w:t>vt 0.115100 0.183800</w:t>
        <w:br/>
        <w:t>vt 0.046800 0.189500</w:t>
        <w:br/>
        <w:t>vt 0.062300 0.187700</w:t>
        <w:br/>
        <w:t>vt 0.023900 0.192800</w:t>
        <w:br/>
        <w:t>vt 0.087500 0.204500</w:t>
        <w:br/>
        <w:t>vt 0.119600 0.202700</w:t>
        <w:br/>
        <w:t>vt 0.053600 0.207300</w:t>
        <w:br/>
        <w:t>vt 0.069000 0.206300</w:t>
        <w:br/>
        <w:t>vt 0.032000 0.212300</w:t>
        <w:br/>
        <w:t>vt 0.094000 0.222700</w:t>
        <w:br/>
        <w:t>vt 0.123900 0.221200</w:t>
        <w:br/>
        <w:t>vt 0.063300 0.227400</w:t>
        <w:br/>
        <w:t>vt 0.078200 0.225500</w:t>
        <w:br/>
        <w:t>vt 0.042200 0.232300</w:t>
        <w:br/>
        <w:t>vt 0.101000 0.239800</w:t>
        <w:br/>
        <w:t>vt 0.127700 0.238300</w:t>
        <w:br/>
        <w:t>vt 0.073000 0.245200</w:t>
        <w:br/>
        <w:t>vt 0.086700 0.243400</w:t>
        <w:br/>
        <w:t>vt 0.052800 0.249900</w:t>
        <w:br/>
        <w:t>vt 0.108000 0.256100</w:t>
        <w:br/>
        <w:t>vt 0.081000 0.260100</w:t>
        <w:br/>
        <w:t>vt 0.093600 0.259200</w:t>
        <w:br/>
        <w:t>vt 0.061300 0.265800</w:t>
        <w:br/>
        <w:t>vt 0.113400 0.272600</w:t>
        <w:br/>
        <w:t>vt 0.086900 0.275700</w:t>
        <w:br/>
        <w:t>vt 0.099000 0.274700</w:t>
        <w:br/>
        <w:t>vt 0.068800 0.281300</w:t>
        <w:br/>
        <w:t>vt 0.091600 0.292100</w:t>
        <w:br/>
        <w:t>vt 0.103600 0.291000</w:t>
        <w:br/>
        <w:t>vt 0.116700 0.288900</w:t>
        <w:br/>
        <w:t>vt 0.073600 0.296000</w:t>
        <w:br/>
        <w:t>vt 0.093500 0.307800</w:t>
        <w:br/>
        <w:t>vt 0.105900 0.306100</w:t>
        <w:br/>
        <w:t>vt 0.075000 0.311400</w:t>
        <w:br/>
        <w:t>vt 0.094700 0.321600</w:t>
        <w:br/>
        <w:t>vt 0.106500 0.320200</w:t>
        <w:br/>
        <w:t>vt 0.075500 0.324400</w:t>
        <w:br/>
        <w:t>vt 0.095400 0.338600</w:t>
        <w:br/>
        <w:t>vt 0.107000 0.337100</w:t>
        <w:br/>
        <w:t>vt 0.075500 0.340800</w:t>
        <w:br/>
        <w:t>vt 0.227100 0.460800</w:t>
        <w:br/>
        <w:t>vt 0.110100 0.336700</w:t>
        <w:br/>
        <w:t>vt 0.111200 0.319800</w:t>
        <w:br/>
        <w:t>vt 0.113400 0.305400</w:t>
        <w:br/>
        <w:t>vt 0.204800 0.095500</w:t>
        <w:br/>
        <w:t>vt 0.217700 0.105700</w:t>
        <w:br/>
        <w:t>vt 0.188500 0.089000</w:t>
        <w:br/>
        <w:t>vt 0.213600 0.073600</w:t>
        <w:br/>
        <w:t>vt 0.220400 0.057100</w:t>
        <w:br/>
        <w:t>vt 0.229600 0.061500</w:t>
        <w:br/>
        <w:t>vt 0.225200 0.079800</w:t>
        <w:br/>
        <w:t>vt 0.201000 0.067500</w:t>
        <w:br/>
        <w:t>vt 0.213000 0.052000</w:t>
        <w:br/>
        <w:t>vt 0.236800 0.036100</w:t>
        <w:br/>
        <w:t>vt 0.240100 0.038800</w:t>
        <w:br/>
        <w:t>vt 0.235600 0.047400</w:t>
        <w:br/>
        <w:t>vt 0.229800 0.043900</w:t>
        <w:br/>
        <w:t>vt 0.235400 0.034000</w:t>
        <w:br/>
        <w:t>vt 0.225800 0.040400</w:t>
        <w:br/>
        <w:t>vt 0.201000 0.067500</w:t>
        <w:br/>
        <w:t>vt 0.188500 0.089000</w:t>
        <w:br/>
        <w:t>vt 0.245600 0.029100</w:t>
        <w:br/>
        <w:t>vt 0.171100 0.388800</w:t>
        <w:br/>
        <w:t>vt 0.148300 0.388100</w:t>
        <w:br/>
        <w:t>vt 0.154000 0.369500</w:t>
        <w:br/>
        <w:t>vt 0.172600 0.370800</w:t>
        <w:br/>
        <w:t>vt 0.157300 0.356300</w:t>
        <w:br/>
        <w:t>vt 0.170200 0.356000</w:t>
        <w:br/>
        <w:t>vt 0.157900 0.345100</w:t>
        <w:br/>
        <w:t>vt 0.165800 0.343500</w:t>
        <w:br/>
        <w:t>vt 0.157000 0.337900</w:t>
        <w:br/>
        <w:t>vt 0.160900 0.336100</w:t>
        <w:br/>
        <w:t>vt 0.155300 0.329400</w:t>
        <w:br/>
        <w:t>vt 0.323300 0.164200</w:t>
        <w:br/>
        <w:t>vt 0.323500 0.167000</w:t>
        <w:br/>
        <w:t>vt 0.280600 0.098400</w:t>
        <w:br/>
        <w:t>vt 0.292500 0.122600</w:t>
        <w:br/>
        <w:t>vt 0.281300 0.124000</w:t>
        <w:br/>
        <w:t>vt 0.271700 0.100200</w:t>
        <w:br/>
        <w:t>vt 0.287500 0.167700</w:t>
        <w:br/>
        <w:t>vt 0.286000 0.143600</w:t>
        <w:br/>
        <w:t>vt 0.299600 0.143500</w:t>
        <w:br/>
        <w:t>vt 0.303300 0.165500</w:t>
        <w:br/>
        <w:t>vt 0.266000 0.077700</w:t>
        <w:br/>
        <w:t>vt 0.261300 0.079800</w:t>
        <w:br/>
        <w:t>vt 0.251000 0.061900</w:t>
        <w:br/>
        <w:t>vt 0.293000 0.091500</w:t>
        <w:br/>
        <w:t>vt 0.310100 0.116500</w:t>
        <w:br/>
        <w:t>vt 0.318500 0.138600</w:t>
        <w:br/>
        <w:t>vt 0.271800 0.074100</w:t>
        <w:br/>
        <w:t>vt 0.323300 0.164200</w:t>
        <w:br/>
        <w:t>vt 0.262900 0.287000</w:t>
        <w:br/>
        <w:t>vt 0.245300 0.282200</w:t>
        <w:br/>
        <w:t>vt 0.228000 0.275000</w:t>
        <w:br/>
        <w:t>vt 0.026000 0.014000</w:t>
        <w:br/>
        <w:t>vt 0.033000 0.015700</w:t>
        <w:br/>
        <w:t>vt 0.029200 0.030300</w:t>
        <w:br/>
        <w:t>vt 0.015300 0.029000</w:t>
        <w:br/>
        <w:t>vt 0.027800 0.047200</w:t>
        <w:br/>
        <w:t>vt 0.008900 0.047700</w:t>
        <w:br/>
        <w:t>vt 0.028100 0.061200</w:t>
        <w:br/>
        <w:t>vt 0.006800 0.062000</w:t>
        <w:br/>
        <w:t>vt 0.029000 0.078700</w:t>
        <w:br/>
        <w:t>vt 0.006200 0.079800</w:t>
        <w:br/>
        <w:t>vt 0.030900 0.097600</w:t>
        <w:br/>
        <w:t>vt 0.005300 0.098100</w:t>
        <w:br/>
        <w:t>vt 0.038300 0.002700</w:t>
        <w:br/>
        <w:t>vt 0.416000 0.315600</w:t>
        <w:br/>
        <w:t>vt 0.439500 0.279000</w:t>
        <w:br/>
        <w:t>vt 0.441700 0.280300</w:t>
        <w:br/>
        <w:t>vt 0.419500 0.315900</w:t>
        <w:br/>
        <w:t>vt 0.379000 0.366800</w:t>
        <w:br/>
        <w:t>vt 0.375200 0.365500</w:t>
        <w:br/>
        <w:t>vt 0.393000 0.340200</w:t>
        <w:br/>
        <w:t>vt 0.397300 0.340900</w:t>
        <w:br/>
        <w:t>vt 0.328700 0.431400</w:t>
        <w:br/>
        <w:t>vt 0.331500 0.432700</w:t>
        <w:br/>
        <w:t>vt 0.291800 0.519800</w:t>
        <w:br/>
        <w:t>vt 0.457100 0.169800</w:t>
        <w:br/>
        <w:t>vt 0.326800 0.168800</w:t>
        <w:br/>
        <w:t>vt 0.361500 0.169900</w:t>
        <w:br/>
        <w:t>vt 0.351200 0.108600</w:t>
        <w:br/>
        <w:t>vt 0.376800 0.100000</w:t>
        <w:br/>
        <w:t>vt 0.375100 0.099800</w:t>
        <w:br/>
        <w:t>vt 0.381900 0.122300</w:t>
        <w:br/>
        <w:t>vt 0.241800 0.377800</w:t>
        <w:br/>
        <w:t>vt 0.244900 0.378500</w:t>
        <w:br/>
        <w:t>vt 0.224200 0.510500</w:t>
        <w:br/>
        <w:t>vt 0.223600 0.510500</w:t>
        <w:br/>
        <w:t>vt 0.249800 0.349600</w:t>
        <w:br/>
        <w:t>vt 0.325500 0.193400</w:t>
        <w:br/>
        <w:t>vt 0.191400 0.358000</w:t>
        <w:br/>
        <w:t>vt 0.190100 0.359900</w:t>
        <w:br/>
        <w:t>vt 0.224500 0.433300</w:t>
        <w:br/>
        <w:t>vt 0.223000 0.434200</w:t>
        <w:br/>
        <w:t>vt 0.151400 0.281100</w:t>
        <w:br/>
        <w:t>vt 0.130800 0.168900</w:t>
        <w:br/>
        <w:t>vt 0.162300 0.169300</w:t>
        <w:br/>
        <w:t>vt 0.137000 0.106300</w:t>
        <w:br/>
        <w:t>vt 0.167800 0.138800</w:t>
        <w:br/>
        <w:t>vt 0.177800 0.111700</w:t>
        <w:br/>
        <w:t>vt 0.375100 0.099800</w:t>
        <w:br/>
        <w:t>vt 0.376700 0.100000</w:t>
        <w:br/>
        <w:t>vt 0.381900 0.122300</w:t>
        <w:br/>
        <w:t>vt 0.439500 0.279000</w:t>
        <w:br/>
        <w:t>vt 0.441500 0.280100</w:t>
        <w:br/>
        <w:t>vt 0.393000 0.340200</w:t>
        <w:br/>
        <w:t>vt 0.375200 0.365500</w:t>
        <w:br/>
        <w:t>vt 0.378600 0.366700</w:t>
        <w:br/>
        <w:t>vt 0.396900 0.340800</w:t>
        <w:br/>
        <w:t>vt 0.416000 0.315600</w:t>
        <w:br/>
        <w:t>vt 0.419200 0.315800</w:t>
        <w:br/>
        <w:t>vt 0.318500 0.138600</w:t>
        <w:br/>
        <w:t>vt 0.337600 0.280200</w:t>
        <w:br/>
        <w:t>vt 0.057900 0.819600</w:t>
        <w:br/>
        <w:t>vt 0.059900 0.787400</w:t>
        <w:br/>
        <w:t>vt 0.030000 0.788700</w:t>
        <w:br/>
        <w:t>vt 0.030300 0.819600</w:t>
        <w:br/>
        <w:t>vt 0.096500 0.721700</w:t>
        <w:br/>
        <w:t>vt 0.070300 0.719000</w:t>
        <w:br/>
        <w:t>vt 0.071300 0.754500</w:t>
        <w:br/>
        <w:t>vt 0.025900 0.503500</w:t>
        <w:br/>
        <w:t>vt 0.045300 0.514100</w:t>
        <w:br/>
        <w:t>vt 0.029000 0.484200</w:t>
        <w:br/>
        <w:t>vt 0.064200 0.649700</w:t>
        <w:br/>
        <w:t>vt 0.091200 0.651400</w:t>
        <w:br/>
        <w:t>vt 0.060000 0.621800</w:t>
        <w:br/>
        <w:t>vt 0.117800 0.794100</w:t>
        <w:br/>
        <w:t>vt 0.119900 0.759400</w:t>
        <w:br/>
        <w:t>vt 0.097700 0.761500</w:t>
        <w:br/>
        <w:t>vt 0.095500 0.795700</w:t>
        <w:br/>
        <w:t>vt 0.112700 0.828500</w:t>
        <w:br/>
        <w:t>vt 0.090600 0.829200</w:t>
        <w:br/>
        <w:t>vt 0.106500 0.859900</w:t>
        <w:br/>
        <w:t>vt 0.086900 0.859400</w:t>
        <w:br/>
        <w:t>vt 0.048000 0.493800</w:t>
        <w:br/>
        <w:t>vt 0.045300 0.514100</w:t>
        <w:br/>
        <w:t>vt 0.065900 0.508100</w:t>
        <w:br/>
        <w:t>vt 0.071300 0.754500</w:t>
        <w:br/>
        <w:t>vt 0.070300 0.719000</w:t>
        <w:br/>
        <w:t>vt 0.057100 0.721100</w:t>
        <w:br/>
        <w:t>vt 0.059700 0.755700</w:t>
        <w:br/>
        <w:t>vt 0.097700 0.761500</w:t>
        <w:br/>
        <w:t>vt 0.070500 0.789200</w:t>
        <w:br/>
        <w:t>vt 0.095500 0.795700</w:t>
        <w:br/>
        <w:t>vt 0.119900 0.721300</w:t>
        <w:br/>
        <w:t>vt 0.096500 0.721700</w:t>
        <w:br/>
        <w:t>vt 0.025900 0.503500</w:t>
        <w:br/>
        <w:t>vt 0.029000 0.484200</w:t>
        <w:br/>
        <w:t>vt 0.014900 0.479400</w:t>
        <w:br/>
        <w:t>vt 0.009100 0.503900</w:t>
        <w:br/>
        <w:t>vt 0.068400 0.822000</w:t>
        <w:br/>
        <w:t>vt 0.090600 0.829200</w:t>
        <w:br/>
        <w:t>vt 0.059800 0.881700</w:t>
        <w:br/>
        <w:t>vt 0.081600 0.890400</w:t>
        <w:br/>
        <w:t>vt 0.086900 0.859400</w:t>
        <w:br/>
        <w:t>vt 0.064900 0.851600</w:t>
        <w:br/>
        <w:t>vt 0.024500 0.526900</w:t>
        <w:br/>
        <w:t>vt 0.045500 0.533900</w:t>
        <w:br/>
        <w:t>vt 0.048000 0.493800</w:t>
        <w:br/>
        <w:t>vt 0.052000 0.471400</w:t>
        <w:br/>
        <w:t>vt 0.036400 0.460200</w:t>
        <w:br/>
        <w:t>vt 0.052000 0.471400</w:t>
        <w:br/>
        <w:t>vt 0.065400 0.488700</w:t>
        <w:br/>
        <w:t>vt 0.067200 0.471000</w:t>
        <w:br/>
        <w:t>vt 0.024100 0.456700</w:t>
        <w:br/>
        <w:t>vt 0.036400 0.460200</w:t>
        <w:br/>
        <w:t>vt 0.026200 0.551700</w:t>
        <w:br/>
        <w:t>vt 0.048800 0.553100</w:t>
        <w:br/>
        <w:t>vt 0.067900 0.527700</w:t>
        <w:br/>
        <w:t>vt 0.072300 0.548200</w:t>
        <w:br/>
        <w:t>vt 0.086700 0.542100</w:t>
        <w:br/>
        <w:t>vt 0.053000 0.575900</w:t>
        <w:br/>
        <w:t>vt 0.057400 0.597500</w:t>
        <w:br/>
        <w:t>vt 0.084700 0.595300</w:t>
        <w:br/>
        <w:t>vt 0.078300 0.567800</w:t>
        <w:br/>
        <w:t>vt 0.057600 0.449500</w:t>
        <w:br/>
        <w:t>vt 0.048400 0.441000</w:t>
        <w:br/>
        <w:t>vt 0.057600 0.449500</w:t>
        <w:br/>
        <w:t>vt 0.068100 0.450000</w:t>
        <w:br/>
        <w:t>vt 0.039400 0.437500</w:t>
        <w:br/>
        <w:t>vt 0.048400 0.441000</w:t>
        <w:br/>
        <w:t>vt 0.054000 0.907400</w:t>
        <w:br/>
        <w:t>vt 0.075300 0.915100</w:t>
        <w:br/>
        <w:t>vt 0.092900 0.917000</w:t>
        <w:br/>
        <w:t>vt 0.099600 0.891700</w:t>
        <w:br/>
        <w:t>vt 0.081600 0.890400</w:t>
        <w:br/>
        <w:t>vt 0.075300 0.915100</w:t>
        <w:br/>
        <w:t>vt 0.048300 0.931900</w:t>
        <w:br/>
        <w:t>vt 0.068400 0.937200</w:t>
        <w:br/>
        <w:t>vt 0.085500 0.940700</w:t>
        <w:br/>
        <w:t>vt 0.068400 0.937200</w:t>
        <w:br/>
        <w:t>vt 0.029900 0.848100</w:t>
        <w:br/>
        <w:t>vt 0.053900 0.850400</w:t>
        <w:br/>
        <w:t>vt 0.059800 0.881700</w:t>
        <w:br/>
        <w:t>vt 0.049400 0.879800</w:t>
        <w:br/>
        <w:t>vt 0.044900 0.905900</w:t>
        <w:br/>
        <w:t>vt 0.054000 0.907400</w:t>
        <w:br/>
        <w:t>vt 0.022500 0.900700</w:t>
        <w:br/>
        <w:t>vt 0.017300 0.922600</w:t>
        <w:br/>
        <w:t>vt 0.040000 0.927300</w:t>
        <w:br/>
        <w:t>vt 0.044900 0.905900</w:t>
        <w:br/>
        <w:t>vt 0.065500 0.423600</w:t>
        <w:br/>
        <w:t>vt 0.065500 0.423600</w:t>
        <w:br/>
        <w:t>vt 0.065500 0.423600</w:t>
        <w:br/>
        <w:t>vt 0.118200 0.647600</w:t>
        <w:br/>
        <w:t>vt 0.111700 0.615900</w:t>
        <w:br/>
        <w:t>vt 0.087400 0.622100</w:t>
        <w:br/>
        <w:t>vt 0.091200 0.651400</w:t>
        <w:br/>
        <w:t>vt 0.029800 0.723300</w:t>
        <w:br/>
        <w:t>vt 0.030400 0.757700</w:t>
        <w:br/>
        <w:t>vt 0.068400 0.822000</w:t>
        <w:br/>
        <w:t>vt 0.057900 0.819600</w:t>
        <w:br/>
        <w:t>vt 0.064900 0.851600</w:t>
        <w:br/>
        <w:t>vt 0.026800 0.877600</w:t>
        <w:br/>
        <w:t>vt 0.049400 0.879800</w:t>
        <w:br/>
        <w:t>vt 0.034100 0.953100</w:t>
        <w:br/>
        <w:t>vt 0.041600 0.957000</w:t>
        <w:br/>
        <w:t>vt 0.048300 0.931900</w:t>
        <w:br/>
        <w:t>vt 0.040000 0.927300</w:t>
        <w:br/>
        <w:t>vt 0.065900 0.508100</w:t>
        <w:br/>
        <w:t>vt 0.082400 0.504900</w:t>
        <w:br/>
        <w:t>vt 0.065400 0.488700</w:t>
        <w:br/>
        <w:t>vt 0.081900 0.523700</w:t>
        <w:br/>
        <w:t>vt 0.083000 0.487600</w:t>
        <w:br/>
        <w:t>vt 0.081900 0.469400</w:t>
        <w:br/>
        <w:t>vt 0.068100 0.450000</w:t>
        <w:br/>
        <w:t>vt 0.074700 0.450000</w:t>
        <w:br/>
        <w:t>vt 0.065500 0.423600</w:t>
        <w:br/>
        <w:t>vt 0.049500 0.989500</w:t>
        <w:br/>
        <w:t>vt 0.059400 0.961200</w:t>
        <w:br/>
        <w:t>vt 0.041600 0.957000</w:t>
        <w:br/>
        <w:t>vt 0.033800 0.984800</w:t>
        <w:br/>
        <w:t>vt 0.062800 0.994200</w:t>
        <w:br/>
        <w:t>vt 0.076400 0.965200</w:t>
        <w:br/>
        <w:t>vt 0.059400 0.961200</w:t>
        <w:br/>
        <w:t>vt 0.049500 0.989500</w:t>
        <w:br/>
        <w:t>vt 0.045500 0.533900</w:t>
        <w:br/>
        <w:t>vt 0.067900 0.527700</w:t>
        <w:br/>
        <w:t>vt 0.007100 0.530500</w:t>
        <w:br/>
        <w:t>vt 0.026200 0.551700</w:t>
        <w:br/>
        <w:t>vt 0.070500 0.789200</w:t>
        <w:br/>
        <w:t>vt 0.027000 0.982400</w:t>
        <w:br/>
        <w:t>vt 0.033800 0.984800</w:t>
        <w:br/>
        <w:t>vt 0.006600 0.977600</w:t>
        <w:br/>
        <w:t>vt 0.027000 0.982400</w:t>
        <w:br/>
        <w:t>vt 0.034100 0.953100</w:t>
        <w:br/>
        <w:t>vt 0.012100 0.946700</w:t>
        <w:br/>
        <w:t>vt 0.053000 0.575900</w:t>
        <w:br/>
        <w:t>vt 0.028600 0.578000</w:t>
        <w:br/>
        <w:t>vt 0.057400 0.597500</w:t>
        <w:br/>
        <w:t>vt 0.078300 0.567800</w:t>
        <w:br/>
        <w:t>vt 0.084700 0.595300</w:t>
        <w:br/>
        <w:t>vt 0.104400 0.590400</w:t>
        <w:br/>
        <w:t>vt 0.095400 0.563700</w:t>
        <w:br/>
        <w:t>vt 0.048800 0.553100</w:t>
        <w:br/>
        <w:t>vt 0.072300 0.548200</w:t>
        <w:br/>
        <w:t>vt 0.028600 0.578000</w:t>
        <w:br/>
        <w:t>vt 0.008800 0.581500</w:t>
        <w:br/>
        <w:t>vt 0.013600 0.608900</w:t>
        <w:br/>
        <w:t>vt 0.034200 0.601800</w:t>
        <w:br/>
        <w:t>vt 0.040300 0.626200</w:t>
        <w:br/>
        <w:t>vt 0.018100 0.631800</w:t>
        <w:br/>
        <w:t>vt 0.021500 0.659100</w:t>
        <w:br/>
        <w:t>vt 0.045300 0.651500</w:t>
        <w:br/>
        <w:t>vt 0.034200 0.601800</w:t>
        <w:br/>
        <w:t>vt 0.087400 0.622100</w:t>
        <w:br/>
        <w:t>vt 0.026600 0.688500</w:t>
        <w:br/>
        <w:t>vt 0.051000 0.683800</w:t>
        <w:br/>
        <w:t>vt 0.094500 0.684000</w:t>
        <w:br/>
        <w:t>vt 0.120600 0.682300</w:t>
        <w:br/>
        <w:t>vt 0.067400 0.683900</w:t>
        <w:br/>
        <w:t>vt 0.067400 0.683900</w:t>
        <w:br/>
        <w:t>vt 0.064200 0.649700</w:t>
        <w:br/>
        <w:t>vt 0.094500 0.684000</w:t>
        <w:br/>
        <w:t>vt 0.007200 0.555700</w:t>
        <w:br/>
        <w:t>vt 0.060000 0.621800</w:t>
        <w:br/>
        <w:t>vt 0.167663 0.788731</w:t>
        <w:br/>
        <w:t>vt 0.167663 0.794331</w:t>
        <w:br/>
        <w:t>vt 0.163863 0.794331</w:t>
        <w:br/>
        <w:t>vt 0.163863 0.788731</w:t>
        <w:br/>
        <w:t>vt 0.162963 0.794331</w:t>
        <w:br/>
        <w:t>vt 0.162963 0.788731</w:t>
        <w:br/>
        <w:t>vt 0.162963 0.796731</w:t>
        <w:br/>
        <w:t>vt 0.162963 0.794331</w:t>
        <w:br/>
        <w:t>vt 0.163863 0.794331</w:t>
        <w:br/>
        <w:t>vt 0.163863 0.796731</w:t>
        <w:br/>
        <w:t>vt 0.167663 0.794331</w:t>
        <w:br/>
        <w:t>vt 0.167663 0.796731</w:t>
        <w:br/>
        <w:t>vt 0.162963 0.784131</w:t>
        <w:br/>
        <w:t>vt 0.162963 0.779231</w:t>
        <w:br/>
        <w:t>vt 0.163863 0.779231</w:t>
        <w:br/>
        <w:t>vt 0.163863 0.784131</w:t>
        <w:br/>
        <w:t>vt 0.167663 0.779231</w:t>
        <w:br/>
        <w:t>vt 0.167663 0.784131</w:t>
        <w:br/>
        <w:t>vt 0.168563 0.786331</w:t>
        <w:br/>
        <w:t>vt 0.168563 0.788731</w:t>
        <w:br/>
        <w:t>vt 0.167663 0.788731</w:t>
        <w:br/>
        <w:t>vt 0.167663 0.786331</w:t>
        <w:br/>
        <w:t>vt 0.162963 0.786331</w:t>
        <w:br/>
        <w:t>vt 0.163863 0.786331</w:t>
        <w:br/>
        <w:t>vt 0.168563 0.794331</w:t>
        <w:br/>
        <w:t>vt 0.168563 0.796731</w:t>
        <w:br/>
        <w:t>vt 0.168563 0.784131</w:t>
        <w:br/>
        <w:t>vt 0.168563 0.779231</w:t>
        <w:br/>
        <w:t>vt 0.168563 0.776831</w:t>
        <w:br/>
        <w:t>vt 0.167663 0.776831</w:t>
        <w:br/>
        <w:t>vt 0.163863 0.776831</w:t>
        <w:br/>
        <w:t>vt 0.162963 0.776831</w:t>
        <w:br/>
        <w:t>vt 0.167663 0.784131</w:t>
        <w:br/>
        <w:t>vt 0.167663 0.786331</w:t>
        <w:br/>
        <w:t>vt 0.276631 0.725141</w:t>
        <w:br/>
        <w:t>vt 0.276331 0.730241</w:t>
        <w:br/>
        <w:t>vt 0.274831 0.727641</w:t>
        <w:br/>
        <w:t>vt 0.273131 0.730041</w:t>
        <w:br/>
        <w:t>vt 0.273231 0.725641</w:t>
        <w:br/>
        <w:t>vt 0.274631 0.731241</w:t>
        <w:br/>
        <w:t>vt 0.274831 0.724341</w:t>
        <w:br/>
        <w:t>vt 0.276331 0.730241</w:t>
        <w:br/>
        <w:t>vt 0.110755 0.896861</w:t>
        <w:br/>
        <w:t>vt 0.110855 0.891761</w:t>
        <w:br/>
        <w:t>vt 0.112255 0.894361</w:t>
        <w:br/>
        <w:t>vt 0.114355 0.892461</w:t>
        <w:br/>
        <w:t>vt 0.114155 0.896961</w:t>
        <w:br/>
        <w:t>vt 0.114155 0.896961</w:t>
        <w:br/>
        <w:t>vt 0.112455 0.897961</w:t>
        <w:br/>
        <w:t>vt 0.112855 0.891061</w:t>
        <w:br/>
        <w:t>vt 0.270800 0.010900</w:t>
        <w:br/>
        <w:t>vt 0.260700 0.028600</w:t>
        <w:br/>
        <w:t>vt 0.266300 0.006700</w:t>
        <w:br/>
        <w:t>vt 0.316300 0.036600</w:t>
        <w:br/>
        <w:t>vt 0.309200 0.018800</w:t>
        <w:br/>
        <w:t>vt 0.313300 0.015900</w:t>
        <w:br/>
        <w:t>vt 0.299900 0.008700</w:t>
        <w:br/>
        <w:t>vt 0.288300 0.029900</w:t>
        <w:br/>
        <w:t>vt 0.293400 0.008900</w:t>
        <w:br/>
        <w:t>vt 0.289400 0.012700</w:t>
        <w:br/>
        <w:t>vt 0.260700 0.005700</w:t>
        <w:br/>
        <w:t>vt 0.286300 0.007700</w:t>
        <w:br/>
        <w:t>vt 0.287100 0.064600</w:t>
        <w:br/>
        <w:t>vt 0.286000 0.104200</w:t>
        <w:br/>
        <w:t>vt 0.260700 0.102400</w:t>
        <w:br/>
        <w:t>vt 0.260700 0.063400</w:t>
        <w:br/>
        <w:t>vt 0.283800 0.145600</w:t>
        <w:br/>
        <w:t>vt 0.260700 0.144000</w:t>
        <w:br/>
        <w:t>vt 0.280700 0.189500</w:t>
        <w:br/>
        <w:t>vt 0.260700 0.187900</w:t>
        <w:br/>
        <w:t>vt 0.277900 0.233800</w:t>
        <w:br/>
        <w:t>vt 0.260700 0.231500</w:t>
        <w:br/>
        <w:t>vt 0.273500 0.269600</w:t>
        <w:br/>
        <w:t>vt 0.260700 0.267900</w:t>
        <w:br/>
        <w:t>vt 0.271700 0.278800</w:t>
        <w:br/>
        <w:t>vt 0.260700 0.277500</w:t>
        <w:br/>
        <w:t>vt 0.299500 0.194300</w:t>
        <w:br/>
        <w:t>vt 0.304800 0.150600</w:t>
        <w:br/>
        <w:t>vt 0.332100 0.120000</w:t>
        <w:br/>
        <w:t>vt 0.324100 0.161000</w:t>
        <w:br/>
        <w:t>vt 0.308900 0.109400</w:t>
        <w:br/>
        <w:t>vt 0.312600 0.070400</w:t>
        <w:br/>
        <w:t>vt 0.330900 0.043400</w:t>
        <w:br/>
        <w:t>vt 0.339600 0.081400</w:t>
        <w:br/>
        <w:t>vt 0.313700 0.202100</w:t>
        <w:br/>
        <w:t>vt 0.299800 0.242000</w:t>
        <w:br/>
        <w:t>vt 0.286600 0.273600</w:t>
        <w:br/>
        <w:t>vt 0.332400 0.167200</w:t>
        <w:br/>
        <w:t>vt 0.317400 0.205900</w:t>
        <w:br/>
        <w:t>vt 0.313700 0.202100</w:t>
        <w:br/>
        <w:t>vt 0.356600 0.058700</w:t>
        <w:br/>
        <w:t>vt 0.363100 0.037800</w:t>
        <w:br/>
        <w:t>vt 0.369300 0.042900</w:t>
        <w:br/>
        <w:t>vt 0.366100 0.063700</w:t>
        <w:br/>
        <w:t>vt 0.370400 0.049000</w:t>
        <w:br/>
        <w:t>vt 0.374600 0.046400</w:t>
        <w:br/>
        <w:t>vt 0.336300 0.025100</w:t>
        <w:br/>
        <w:t>vt 0.342900 0.026500</w:t>
        <w:br/>
        <w:t>vt 0.343600 0.051600</w:t>
        <w:br/>
        <w:t>vt 0.348300 0.031300</w:t>
        <w:br/>
        <w:t>vt 0.357900 0.090300</w:t>
        <w:br/>
        <w:t>vt 0.346100 0.127400</w:t>
        <w:br/>
        <w:t>vt 0.353300 0.130900</w:t>
        <w:br/>
        <w:t>vt 0.337700 0.170000</w:t>
        <w:br/>
        <w:t>vt 0.320900 0.208100</w:t>
        <w:br/>
        <w:t>vt 0.367600 0.094800</w:t>
        <w:br/>
        <w:t>vt 0.372700 0.069100</w:t>
        <w:br/>
        <w:t>vt 0.356300 0.036300</w:t>
        <w:br/>
        <w:t>vt 0.350500 0.038300</w:t>
        <w:br/>
        <w:t>vt 0.330500 0.027400</w:t>
        <w:br/>
        <w:t>vt 0.319400 0.014800</w:t>
        <w:br/>
        <w:t>vt 0.367600 0.094800</w:t>
        <w:br/>
        <w:t>vt 0.379500 0.073100</w:t>
        <w:br/>
        <w:t>vt 0.386800 0.076000</w:t>
        <w:br/>
        <w:t>vt 0.375300 0.100200</w:t>
        <w:br/>
        <w:t>vt 0.380700 0.102900</w:t>
        <w:br/>
        <w:t>vt 0.394300 0.078000</w:t>
        <w:br/>
        <w:t>vt 0.394700 0.108200</w:t>
        <w:br/>
        <w:t>vt 0.400900 0.059300</w:t>
        <w:br/>
        <w:t>vt 0.386800 0.076000</w:t>
        <w:br/>
        <w:t>vt 0.396300 0.056200</w:t>
        <w:br/>
        <w:t>vt 0.390800 0.055400</w:t>
        <w:br/>
        <w:t>vt 0.385400 0.051300</w:t>
        <w:br/>
        <w:t>vt 0.385600 0.058600</w:t>
        <w:br/>
        <w:t>vt 0.408400 0.084800</w:t>
        <w:br/>
        <w:t>vt 0.401800 0.066600</w:t>
        <w:br/>
        <w:t>vt 0.409500 0.064200</w:t>
        <w:br/>
        <w:t>vt 0.416900 0.064400</w:t>
        <w:br/>
        <w:t>vt 0.361000 0.133900</w:t>
        <w:br/>
        <w:t>vt 0.408400 0.084800</w:t>
        <w:br/>
        <w:t>vt 0.427300 0.073900</w:t>
        <w:br/>
        <w:t>vt 0.422600 0.093400</w:t>
        <w:br/>
        <w:t>vt 0.433300 0.071600</w:t>
        <w:br/>
        <w:t>vt 0.353300 0.130900</w:t>
        <w:br/>
        <w:t>vt 0.361000 0.133900</w:t>
        <w:br/>
        <w:t>vt 0.343700 0.172200</w:t>
        <w:br/>
        <w:t>vt 0.354700 0.175100</w:t>
        <w:br/>
        <w:t>vt 0.332600 0.211100</w:t>
        <w:br/>
        <w:t>vt 0.325300 0.209500</w:t>
        <w:br/>
        <w:t>vt 0.343700 0.172200</w:t>
        <w:br/>
        <w:t>vt 0.325300 0.209500</w:t>
        <w:br/>
        <w:t>vt 0.310500 0.247000</w:t>
        <w:br/>
        <w:t>vt 0.306600 0.246300</w:t>
        <w:br/>
        <w:t>vt 0.302800 0.244600</w:t>
        <w:br/>
        <w:t>vt 0.285500 0.283100</w:t>
        <w:br/>
        <w:t>vt 0.290600 0.275500</w:t>
        <w:br/>
        <w:t>vt 0.306600 0.246300</w:t>
        <w:br/>
        <w:t>vt 0.302800 0.244600</w:t>
        <w:br/>
        <w:t>vt 0.380700 0.047100</w:t>
        <w:br/>
        <w:t>vt 0.442900 0.086400</w:t>
        <w:br/>
        <w:t>vt 0.422600 0.093400</w:t>
        <w:br/>
        <w:t>vt 0.443500 0.079900</w:t>
        <w:br/>
        <w:t>vt 0.407500 0.115500</w:t>
        <w:br/>
        <w:t>vt 0.435800 0.105900</w:t>
        <w:br/>
        <w:t>vt 0.421000 0.129900</w:t>
        <w:br/>
        <w:t>vt 0.398600 0.158100</w:t>
        <w:br/>
        <w:t>vt 0.387500 0.143700</w:t>
        <w:br/>
        <w:t>vt 0.362100 0.179200</w:t>
        <w:br/>
        <w:t>vt 0.372100 0.190600</w:t>
        <w:br/>
        <w:t>vt 0.354700 0.175100</w:t>
        <w:br/>
        <w:t>vt 0.337900 0.214900</w:t>
        <w:br/>
        <w:t>vt 0.332600 0.211100</w:t>
        <w:br/>
        <w:t>vt 0.431100 0.147800</w:t>
        <w:br/>
        <w:t>vt 0.407200 0.172800</w:t>
        <w:br/>
        <w:t>vt 0.445400 0.118100</w:t>
        <w:br/>
        <w:t>vt 0.451800 0.127800</w:t>
        <w:br/>
        <w:t>vt 0.440900 0.165500</w:t>
        <w:br/>
        <w:t>vt 0.413600 0.186900</w:t>
        <w:br/>
        <w:t>vt 0.456200 0.139900</w:t>
        <w:br/>
        <w:t>vt 0.378500 0.202300</w:t>
        <w:br/>
        <w:t>vt 0.310500 0.247000</w:t>
        <w:br/>
        <w:t>vt 0.317100 0.253800</w:t>
        <w:br/>
        <w:t>vt 0.298100 0.282600</w:t>
        <w:br/>
        <w:t>vt 0.352100 0.237900</w:t>
        <w:br/>
        <w:t>vt 0.322700 0.262800</w:t>
        <w:br/>
        <w:t>vt 0.321800 0.260800</w:t>
        <w:br/>
        <w:t>vt 0.349800 0.232000</w:t>
        <w:br/>
        <w:t>vt 0.381800 0.212700</w:t>
        <w:br/>
        <w:t>vt 0.291500 0.287600</w:t>
        <w:br/>
        <w:t>vt 0.439900 0.074300</w:t>
        <w:br/>
        <w:t>vt 0.454800 0.101600</w:t>
        <w:br/>
        <w:t>vt 0.456600 0.094400</w:t>
        <w:br/>
        <w:t>vt 0.448800 0.085500</w:t>
        <w:br/>
        <w:t>vt 0.472800 0.141300</w:t>
        <w:br/>
        <w:t>vt 0.459300 0.149500</w:t>
        <w:br/>
        <w:t>vt 0.475400 0.134100</w:t>
        <w:br/>
        <w:t>vt 0.462700 0.161500</w:t>
        <w:br/>
        <w:t>vt 0.480100 0.148200</w:t>
        <w:br/>
        <w:t>vt 0.480800 0.155300</w:t>
        <w:br/>
        <w:t>vt 0.467300 0.174900</w:t>
        <w:br/>
        <w:t>vt 0.448500 0.187100</w:t>
        <w:br/>
        <w:t>vt 0.443400 0.176800</w:t>
        <w:br/>
        <w:t>vt 0.416300 0.196900</w:t>
        <w:br/>
        <w:t>vt 0.384200 0.220300</w:t>
        <w:br/>
        <w:t>vt 0.419200 0.205800</w:t>
        <w:br/>
        <w:t>vt 0.387300 0.226500</w:t>
        <w:br/>
        <w:t>vt 0.422800 0.212500</w:t>
        <w:br/>
        <w:t>vt 0.390500 0.231500</w:t>
        <w:br/>
        <w:t>vt 0.452600 0.195300</w:t>
        <w:br/>
        <w:t>vt 0.471500 0.184300</w:t>
        <w:br/>
        <w:t>vt 0.426800 0.221600</w:t>
        <w:br/>
        <w:t>vt 0.393400 0.237800</w:t>
        <w:br/>
        <w:t>vt 0.390500 0.231500</w:t>
        <w:br/>
        <w:t>vt 0.422800 0.212500</w:t>
        <w:br/>
        <w:t>vt 0.457800 0.207300</w:t>
        <w:br/>
        <w:t>vt 0.452600 0.195300</w:t>
        <w:br/>
        <w:t>vt 0.354800 0.244300</w:t>
        <w:br/>
        <w:t>vt 0.358200 0.250800</w:t>
        <w:br/>
        <w:t>vt 0.324400 0.267400</w:t>
        <w:br/>
        <w:t>vt 0.476800 0.160900</w:t>
        <w:br/>
        <w:t>vt 0.473600 0.127300</w:t>
        <w:br/>
        <w:t>vt 0.478200 0.197500</w:t>
        <w:br/>
        <w:t>vt 0.493000 0.182400</w:t>
        <w:br/>
        <w:t>vt 0.497900 0.187100</w:t>
        <w:br/>
        <w:t>vt 0.482200 0.204000</w:t>
        <w:br/>
        <w:t>vt 0.463700 0.217700</w:t>
        <w:br/>
        <w:t>vt 0.495600 0.200200</w:t>
        <w:br/>
        <w:t>vt 0.504100 0.202300</w:t>
        <w:br/>
        <w:t>vt 0.486700 0.210100</w:t>
        <w:br/>
        <w:t>vt 0.499700 0.193100</w:t>
        <w:br/>
        <w:t>vt 0.471500 0.184300</w:t>
        <w:br/>
        <w:t>vt 0.485200 0.180900</w:t>
        <w:br/>
        <w:t>vt 0.507800 0.207600</w:t>
        <w:br/>
        <w:t>vt 0.491300 0.219600</w:t>
        <w:br/>
        <w:t>vt 0.507800 0.213500</w:t>
        <w:br/>
        <w:t>vt 0.438800 0.245300</w:t>
        <w:br/>
        <w:t>vt 0.467800 0.226500</w:t>
        <w:br/>
        <w:t>vt 0.471600 0.237200</w:t>
        <w:br/>
        <w:t>vt 0.431700 0.229500</w:t>
        <w:br/>
        <w:t>vt 0.403000 0.255400</w:t>
        <w:br/>
        <w:t>vt 0.397100 0.243100</w:t>
        <w:br/>
        <w:t>vt 0.367600 0.267000</w:t>
        <w:br/>
        <w:t>vt 0.362700 0.257600</w:t>
        <w:br/>
        <w:t>vt 0.329000 0.273800</w:t>
        <w:br/>
        <w:t>vt 0.431700 0.229500</w:t>
        <w:br/>
        <w:t>vt 0.397100 0.243100</w:t>
        <w:br/>
        <w:t>vt 0.362700 0.257600</w:t>
        <w:br/>
        <w:t>vt 0.360100 0.254500</w:t>
        <w:br/>
        <w:t>vt 0.358200 0.250800</w:t>
        <w:br/>
        <w:t>vt 0.327600 0.272100</w:t>
        <w:br/>
        <w:t>vt 0.326600 0.270500</w:t>
        <w:br/>
        <w:t>vt 0.329000 0.273800</w:t>
        <w:br/>
        <w:t>vt 0.502800 0.218000</w:t>
        <w:br/>
        <w:t>vt 0.509700 0.220200</w:t>
        <w:br/>
        <w:t>vt 0.494800 0.231600</w:t>
        <w:br/>
        <w:t>vt 0.513600 0.228100</w:t>
        <w:br/>
        <w:t>vt 0.496300 0.246200</w:t>
        <w:br/>
        <w:t>vt 0.507600 0.241500</w:t>
        <w:br/>
        <w:t>vt 0.489200 0.174400</w:t>
        <w:br/>
        <w:t>vt 0.489200 0.174400</w:t>
        <w:br/>
        <w:t>vt 0.489000 0.168300</w:t>
        <w:br/>
        <w:t>vt 0.495000 0.273700</w:t>
        <w:br/>
        <w:t>vt 0.507500 0.266200</w:t>
        <w:br/>
        <w:t>vt 0.511400 0.269300</w:t>
        <w:br/>
        <w:t>vt 0.514100 0.275100</w:t>
        <w:br/>
        <w:t>vt 0.472600 0.264200</w:t>
        <w:br/>
        <w:t>vt 0.439200 0.269000</w:t>
        <w:br/>
        <w:t>vt 0.405800 0.274900</w:t>
        <w:br/>
        <w:t>vt 0.435800 0.291700</w:t>
        <w:br/>
        <w:t>vt 0.402500 0.294500</w:t>
        <w:br/>
        <w:t>vt 0.369200 0.298100</w:t>
        <w:br/>
        <w:t>vt 0.369900 0.281900</w:t>
        <w:br/>
        <w:t>vt 0.334100 0.296000</w:t>
        <w:br/>
        <w:t>vt 0.331800 0.279900</w:t>
        <w:br/>
        <w:t>vt 0.466900 0.288400</w:t>
        <w:br/>
        <w:t>vt 0.495700 0.260600</w:t>
        <w:br/>
        <w:t>vt 0.515600 0.259800</w:t>
        <w:br/>
        <w:t>vt 0.516900 0.252200</w:t>
        <w:br/>
        <w:t>vt 0.514100 0.244600</w:t>
        <w:br/>
        <w:t>vt 0.485500 0.300500</w:t>
        <w:br/>
        <w:t>vt 0.458300 0.311000</w:t>
        <w:br/>
        <w:t>vt 0.513400 0.282900</w:t>
        <w:br/>
        <w:t>vt 0.492000 0.286100</w:t>
        <w:br/>
        <w:t>vt 0.504600 0.297200</w:t>
        <w:br/>
        <w:t>vt 0.503600 0.304800</w:t>
        <w:br/>
        <w:t>vt 0.499100 0.311300</w:t>
        <w:br/>
        <w:t>vt 0.478600 0.310600</w:t>
        <w:br/>
        <w:t>vt 0.458300 0.311000</w:t>
        <w:br/>
        <w:t>vt 0.472900 0.321500</w:t>
        <w:br/>
        <w:t>vt 0.453100 0.327300</w:t>
        <w:br/>
        <w:t>vt 0.428900 0.311500</w:t>
        <w:br/>
        <w:t>vt 0.423600 0.323300</w:t>
        <w:br/>
        <w:t>vt 0.428900 0.311500</w:t>
        <w:br/>
        <w:t>vt 0.488300 0.328900</w:t>
        <w:br/>
        <w:t>vt 0.468900 0.329300</w:t>
        <w:br/>
        <w:t>vt 0.492500 0.323400</w:t>
        <w:br/>
        <w:t>vt 0.493500 0.317300</w:t>
        <w:br/>
        <w:t>vt 0.491300 0.313800</w:t>
        <w:br/>
        <w:t>vt 0.479500 0.338600</w:t>
        <w:br/>
        <w:t>vt 0.464000 0.334800</w:t>
        <w:br/>
        <w:t>vt 0.480600 0.333800</w:t>
        <w:br/>
        <w:t>vt 0.475600 0.342600</w:t>
        <w:br/>
        <w:t>vt 0.460400 0.340900</w:t>
        <w:br/>
        <w:t>vt 0.468800 0.343500</w:t>
        <w:br/>
        <w:t>vt 0.471100 0.347500</w:t>
        <w:br/>
        <w:t>vt 0.456100 0.348300</w:t>
        <w:br/>
        <w:t>vt 0.453300 0.355200</w:t>
        <w:br/>
        <w:t>vt 0.467800 0.356300</w:t>
        <w:br/>
        <w:t>vt 0.452100 0.362700</w:t>
        <w:br/>
        <w:t>vt 0.453300 0.355200</w:t>
        <w:br/>
        <w:t>vt 0.465800 0.363100</w:t>
        <w:br/>
        <w:t>vt 0.465900 0.368200</w:t>
        <w:br/>
        <w:t>vt 0.464300 0.358300</w:t>
        <w:br/>
        <w:t>vt 0.433400 0.356200</w:t>
        <w:br/>
        <w:t>vt 0.434100 0.349800</w:t>
        <w:br/>
        <w:t>vt 0.432300 0.362900</w:t>
        <w:br/>
        <w:t>vt 0.450500 0.370500</w:t>
        <w:br/>
        <w:t>vt 0.464000 0.372300</w:t>
        <w:br/>
        <w:t>vt 0.464300 0.358300</w:t>
        <w:br/>
        <w:t>vt 0.439100 0.343700</w:t>
        <w:br/>
        <w:t>vt 0.434100 0.349800</w:t>
        <w:br/>
        <w:t>vt 0.444700 0.337100</w:t>
        <w:br/>
        <w:t>vt 0.479200 0.330900</w:t>
        <w:br/>
        <w:t>vt 0.468900 0.329300</w:t>
        <w:br/>
        <w:t>vt 0.479200 0.330900</w:t>
        <w:br/>
        <w:t>vt 0.461100 0.375100</w:t>
        <w:br/>
        <w:t>vt 0.462700 0.378800</w:t>
        <w:br/>
        <w:t>vt 0.447100 0.377200</w:t>
        <w:br/>
        <w:t>vt 0.450500 0.370500</w:t>
        <w:br/>
        <w:t>vt 0.462500 0.384400</w:t>
        <w:br/>
        <w:t>vt 0.458200 0.388900</w:t>
        <w:br/>
        <w:t>vt 0.451800 0.389500</w:t>
        <w:br/>
        <w:t>vt 0.442600 0.384800</w:t>
        <w:br/>
        <w:t>vt 0.454900 0.395000</w:t>
        <w:br/>
        <w:t>vt 0.437700 0.393400</w:t>
        <w:br/>
        <w:t>vt 0.453500 0.401800</w:t>
        <w:br/>
        <w:t>vt 0.447600 0.406500</w:t>
        <w:br/>
        <w:t>vt 0.431000 0.401600</w:t>
        <w:br/>
        <w:t>vt 0.439800 0.406100</w:t>
        <w:br/>
        <w:t>vt 0.423700 0.420400</w:t>
        <w:br/>
        <w:t>vt 0.415100 0.415600</w:t>
        <w:br/>
        <w:t>vt 0.430900 0.421900</w:t>
        <w:br/>
        <w:t>vt 0.423800 0.424900</w:t>
        <w:br/>
        <w:t>vt 0.424000 0.408500</w:t>
        <w:br/>
        <w:t>vt 0.441600 0.411800</w:t>
        <w:br/>
        <w:t>vt 0.438000 0.418500</w:t>
        <w:br/>
        <w:t>vt 0.407800 0.396800</w:t>
        <w:br/>
        <w:t>vt 0.393000 0.408700</w:t>
        <w:br/>
        <w:t>vt 0.374700 0.394600</w:t>
        <w:br/>
        <w:t>vt 0.387600 0.383100</w:t>
        <w:br/>
        <w:t>vt 0.420100 0.383100</w:t>
        <w:br/>
        <w:t>vt 0.398800 0.370100</w:t>
        <w:br/>
        <w:t>vt 0.399800 0.424600</w:t>
        <w:br/>
        <w:t>vt 0.379900 0.416400</w:t>
        <w:br/>
        <w:t>vt 0.362900 0.401200</w:t>
        <w:br/>
        <w:t>vt 0.353900 0.378400</w:t>
        <w:br/>
        <w:t>vt 0.343900 0.384400</w:t>
        <w:br/>
        <w:t>vt 0.355900 0.404100</w:t>
        <w:br/>
        <w:t>vt 0.338000 0.386900</w:t>
        <w:br/>
        <w:t>vt 0.343900 0.384400</w:t>
        <w:br/>
        <w:t>vt 0.362900 0.401200</w:t>
        <w:br/>
        <w:t>vt 0.332700 0.362600</w:t>
        <w:br/>
        <w:t>vt 0.324500 0.368300</w:t>
        <w:br/>
        <w:t>vt 0.308100 0.349600</w:t>
        <w:br/>
        <w:t>vt 0.365000 0.368100</w:t>
        <w:br/>
        <w:t>vt 0.341600 0.353800</w:t>
        <w:br/>
        <w:t>vt 0.348500 0.344700</w:t>
        <w:br/>
        <w:t>vt 0.374100 0.356600</w:t>
        <w:br/>
        <w:t>vt 0.318100 0.338900</w:t>
        <w:br/>
        <w:t>vt 0.296700 0.329800</w:t>
        <w:br/>
        <w:t>vt 0.289800 0.337400</w:t>
        <w:br/>
        <w:t>vt 0.317500 0.371300</w:t>
        <w:br/>
        <w:t>vt 0.299600 0.355500</w:t>
        <w:br/>
        <w:t>vt 0.279800 0.346350</w:t>
        <w:br/>
        <w:t>vt 0.275700 0.341600</w:t>
        <w:br/>
        <w:t>vt 0.284500 0.333500</w:t>
        <w:br/>
        <w:t>vt 0.372300 0.420000</w:t>
        <w:br/>
        <w:t>vt 0.375800 0.418300</w:t>
        <w:br/>
        <w:t>vt 0.355900 0.404100</w:t>
        <w:br/>
        <w:t>vt 0.372300 0.420000</w:t>
        <w:br/>
        <w:t>vt 0.365400 0.422100</w:t>
        <w:br/>
        <w:t>vt 0.348900 0.406100</w:t>
        <w:br/>
        <w:t>vt 0.382100 0.429200</w:t>
        <w:br/>
        <w:t>vt 0.376400 0.432400</w:t>
        <w:br/>
        <w:t>vt 0.388300 0.428900</w:t>
        <w:br/>
        <w:t>vt 0.382100 0.429200</w:t>
        <w:br/>
        <w:t>vt 0.331800 0.389100</w:t>
        <w:br/>
        <w:t>vt 0.400200 0.439300</w:t>
        <w:br/>
        <w:t>vt 0.393100 0.427300</w:t>
        <w:br/>
        <w:t>vt 0.405200 0.436800</w:t>
        <w:br/>
        <w:t>vt 0.406300 0.431600</w:t>
        <w:br/>
        <w:t>vt 0.413800 0.433300</w:t>
        <w:br/>
        <w:t>vt 0.389800 0.436200</w:t>
        <w:br/>
        <w:t>vt 0.408100 0.420300</w:t>
        <w:br/>
        <w:t>vt 0.420700 0.430000</w:t>
        <w:br/>
        <w:t>vt 0.367500 0.436600</w:t>
        <w:br/>
        <w:t>vt 0.357100 0.426300</w:t>
        <w:br/>
        <w:t>vt 0.388700 0.440200</w:t>
        <w:br/>
        <w:t>vt 0.384900 0.443400</w:t>
        <w:br/>
        <w:t>vt 0.341400 0.409600</w:t>
        <w:br/>
        <w:t>vt 0.336000 0.417200</w:t>
        <w:br/>
        <w:t>vt 0.349800 0.434200</w:t>
        <w:br/>
        <w:t>vt 0.325400 0.392500</w:t>
        <w:br/>
        <w:t>vt 0.309600 0.375800</w:t>
        <w:br/>
        <w:t>vt 0.293700 0.359700</w:t>
        <w:br/>
        <w:t>vt 0.279800 0.346350</w:t>
        <w:br/>
        <w:t>vt 0.293700 0.359700</w:t>
        <w:br/>
        <w:t>vt 0.291500 0.362300</w:t>
        <w:br/>
        <w:t>vt 0.309600 0.375800</w:t>
        <w:br/>
        <w:t>vt 0.306000 0.380200</w:t>
        <w:br/>
        <w:t>vt 0.325400 0.392500</w:t>
        <w:br/>
        <w:t>vt 0.320900 0.398600</w:t>
        <w:br/>
        <w:t>vt 0.358100 0.444500</w:t>
        <w:br/>
        <w:t>vt 0.379500 0.444300</w:t>
        <w:br/>
        <w:t>vt 0.374400 0.444100</w:t>
        <w:br/>
        <w:t>vt 0.373600 0.448300</w:t>
        <w:br/>
        <w:t>vt 0.370700 0.451300</w:t>
        <w:br/>
        <w:t>vt 0.366500 0.452000</w:t>
        <w:br/>
        <w:t>vt 0.362700 0.450100</w:t>
        <w:br/>
        <w:t>vt 0.465800 0.108300</w:t>
        <w:br/>
        <w:t>vt 0.466400 0.116000</w:t>
        <w:br/>
        <w:t>vt 0.463600 0.121500</w:t>
        <w:br/>
        <w:t>vt 0.469100 0.122400</w:t>
        <w:br/>
        <w:t>vt 0.300700 0.286600</w:t>
        <w:br/>
        <w:t>vt 0.483800 0.162200</w:t>
        <w:br/>
        <w:t>vt 0.304500 0.300500</w:t>
        <w:br/>
        <w:t>vt 0.297100 0.301500</w:t>
        <w:br/>
        <w:t>vt 0.300700 0.286600</w:t>
        <w:br/>
        <w:t>vt 0.396500 0.311100</w:t>
        <w:br/>
        <w:t>vt 0.364100 0.311000</w:t>
        <w:br/>
        <w:t>vt 0.331400 0.312300</w:t>
        <w:br/>
        <w:t>vt 0.304100 0.312600</w:t>
        <w:br/>
        <w:t>vt 0.295200 0.318100</w:t>
        <w:br/>
        <w:t>vt 0.304100 0.312600</w:t>
        <w:br/>
        <w:t>vt 0.331400 0.312300</w:t>
        <w:br/>
        <w:t>vt 0.330100 0.315000</w:t>
        <w:br/>
        <w:t>vt 0.361700 0.316200</w:t>
        <w:br/>
        <w:t>vt 0.364100 0.311000</w:t>
        <w:br/>
        <w:t>vt 0.392900 0.319200</w:t>
        <w:br/>
        <w:t>vt 0.396500 0.311100</w:t>
        <w:br/>
        <w:t>vt 0.418300 0.331900</w:t>
        <w:br/>
        <w:t>vt 0.388900 0.326100</w:t>
        <w:br/>
        <w:t>vt 0.392900 0.319200</w:t>
        <w:br/>
        <w:t>vt 0.423600 0.323300</w:t>
        <w:br/>
        <w:t>vt 0.453100 0.327300</w:t>
        <w:br/>
        <w:t>vt 0.408800 0.342800</w:t>
        <w:br/>
        <w:t>vt 0.381800 0.335600</w:t>
        <w:br/>
        <w:t>vt 0.361700 0.316200</w:t>
        <w:br/>
        <w:t>vt 0.354500 0.329000</w:t>
        <w:br/>
        <w:t>vt 0.326600 0.323900</w:t>
        <w:br/>
        <w:t>vt 0.330100 0.315000</w:t>
        <w:br/>
        <w:t>vt 0.407500 0.347400</w:t>
        <w:br/>
        <w:t>vt 0.408800 0.342800</w:t>
        <w:br/>
        <w:t>vt 0.381800 0.335600</w:t>
        <w:br/>
        <w:t>vt 0.432300 0.362900</w:t>
        <w:br/>
        <w:t>vt 0.426900 0.373200</w:t>
        <w:br/>
        <w:t>vt 0.407500 0.352700</w:t>
        <w:br/>
        <w:t>vt 0.381000 0.342300</w:t>
        <w:br/>
        <w:t>vt 0.407500 0.352700</w:t>
        <w:br/>
        <w:t>vt 0.354100 0.333000</w:t>
        <w:br/>
        <w:t>vt 0.354500 0.329000</w:t>
        <w:br/>
        <w:t>vt 0.381000 0.342300</w:t>
        <w:br/>
        <w:t>vt 0.326600 0.323900</w:t>
        <w:br/>
        <w:t>vt 0.301900 0.319800</w:t>
        <w:br/>
        <w:t>vt 0.290400 0.327000</w:t>
        <w:br/>
        <w:t>vt 0.354100 0.333000</w:t>
        <w:br/>
        <w:t>vt 0.326600 0.270500</w:t>
        <w:br/>
        <w:t>vt 0.454000 0.088400</w:t>
        <w:br/>
        <w:t>vt 0.461000 0.102400</w:t>
        <w:br/>
        <w:t>vt 0.476300 0.142900</w:t>
        <w:br/>
        <w:t>vt 0.508700 0.289500</w:t>
        <w:br/>
        <w:t>vt 0.290600 0.275500</w:t>
        <w:br/>
        <w:t>vt 0.376900 0.138000</w:t>
        <w:br/>
        <w:t>vt 0.298100 0.282600</w:t>
        <w:br/>
        <w:t>vt 0.344900 0.223400</w:t>
        <w:br/>
        <w:t>vt 0.375300 0.100200</w:t>
        <w:br/>
        <w:t>vt 0.376900 0.138000</w:t>
        <w:br/>
        <w:t>vt 0.394700 0.108200</w:t>
        <w:br/>
        <w:t>vt 0.424200 0.067200</w:t>
        <w:br/>
        <w:t>vt 0.502600 0.293000</w:t>
        <w:br/>
        <w:t>vt 0.512800 0.236800</w:t>
        <w:br/>
        <w:t>vt 0.470600 0.352500</w:t>
        <w:br/>
        <w:t>vt 0.379900 0.416400</w:t>
        <w:br/>
        <w:t>vt 0.389800 0.436200</w:t>
        <w:br/>
        <w:t>vt 0.274000 0.007100</w:t>
        <w:br/>
        <w:t>vt 0.279400 0.005400</w:t>
        <w:br/>
        <w:t>vt 0.306100 0.012300</w:t>
        <w:br/>
        <w:t>vt 0.327300 0.019300</w:t>
        <w:br/>
        <w:t>vt 0.505312 0.169737</w:t>
        <w:br/>
        <w:t>vt 0.504553 0.168907</w:t>
        <w:br/>
        <w:t>vt 0.508657 0.167839</w:t>
        <w:br/>
        <w:t>vt 0.510128 0.178254</w:t>
        <w:br/>
        <w:t>vt 0.506261 0.177685</w:t>
        <w:br/>
        <w:t>vt 0.506807 0.176926</w:t>
        <w:br/>
        <w:t>vt 0.504909 0.175170</w:t>
        <w:br/>
        <w:t>vt 0.504956 0.173984</w:t>
        <w:br/>
        <w:t>vt 0.508871 0.173011</w:t>
        <w:br/>
        <w:t>vt 0.505668 0.173225</w:t>
        <w:br/>
        <w:t>vt 0.504363 0.167839</w:t>
        <w:br/>
        <w:t>vt 0.504719 0.172632</w:t>
        <w:br/>
        <w:t>vt 0.515372 0.172798</w:t>
        <w:br/>
        <w:t>vt 0.515134 0.167839</w:t>
        <w:br/>
        <w:t>vt 0.522442 0.167839</w:t>
        <w:br/>
        <w:t>vt 0.522774 0.172584</w:t>
        <w:br/>
        <w:t>vt 0.530224 0.167839</w:t>
        <w:br/>
        <w:t>vt 0.530508 0.172181</w:t>
        <w:br/>
        <w:t>vt 0.538433 0.167839</w:t>
        <w:br/>
        <w:t>vt 0.538718 0.171588</w:t>
        <w:br/>
        <w:t>vt 0.546571 0.167839</w:t>
        <w:br/>
        <w:t>vt 0.546998 0.171089</w:t>
        <w:br/>
        <w:t>vt 0.553380 0.167839</w:t>
        <w:br/>
        <w:t>vt 0.553688 0.170235</w:t>
        <w:br/>
        <w:t>vt 0.555183 0.167839</w:t>
        <w:br/>
        <w:t>vt 0.555420 0.169903</w:t>
        <w:br/>
        <w:t>vt 0.539619 0.175123</w:t>
        <w:br/>
        <w:t>vt 0.531434 0.176095</w:t>
        <w:br/>
        <w:t>vt 0.525716 0.181196</w:t>
        <w:br/>
        <w:t>vt 0.523747 0.176878</w:t>
        <w:br/>
        <w:t>vt 0.533403 0.179702</w:t>
        <w:br/>
        <w:t>vt 0.516439 0.177543</w:t>
        <w:br/>
        <w:t>vt 0.518527 0.182620</w:t>
        <w:br/>
        <w:t>vt 0.511409 0.180983</w:t>
        <w:br/>
        <w:t>vt 0.541066 0.177756</w:t>
        <w:br/>
        <w:t>vt 0.548516 0.175170</w:t>
        <w:br/>
        <w:t>vt 0.554424 0.172703</w:t>
        <w:br/>
        <w:t>vt 0.541066 0.177756</w:t>
        <w:br/>
        <w:t>vt 0.541778 0.178444</w:t>
        <w:br/>
        <w:t>vt 0.534542 0.181268</w:t>
        <w:br/>
        <w:t>vt 0.514256 0.185776</w:t>
        <w:br/>
        <w:t>vt 0.511314 0.188148</w:t>
        <w:br/>
        <w:t>vt 0.510365 0.187009</w:t>
        <w:br/>
        <w:t>vt 0.515205 0.187555</w:t>
        <w:br/>
        <w:t>vt 0.512453 0.188362</w:t>
        <w:br/>
        <w:t>vt 0.515205 0.187555</w:t>
        <w:br/>
        <w:t>vt 0.511955 0.189144</w:t>
        <w:br/>
        <w:t>vt 0.512453 0.188362</w:t>
        <w:br/>
        <w:t>vt 0.512928 0.183355</w:t>
        <w:br/>
        <w:t>vt 0.508254 0.183237</w:t>
        <w:br/>
        <w:t>vt 0.507969 0.181979</w:t>
        <w:br/>
        <w:t>vt 0.509155 0.184233</w:t>
        <w:br/>
        <w:t>vt 0.520164 0.186036</w:t>
        <w:br/>
        <w:t>vt 0.527092 0.183830</w:t>
        <w:br/>
        <w:t>vt 0.535088 0.182240</w:t>
        <w:br/>
        <w:t>vt 0.527756 0.185159</w:t>
        <w:br/>
        <w:t>vt 0.542205 0.179109</w:t>
        <w:br/>
        <w:t>vt 0.521018 0.187840</w:t>
        <w:br/>
        <w:t>vt 0.516202 0.188789</w:t>
        <w:br/>
        <w:t>vt 0.510081 0.185728</w:t>
        <w:br/>
        <w:t>vt 0.510460 0.184660</w:t>
        <w:br/>
        <w:t>vt 0.508396 0.180912</w:t>
        <w:br/>
        <w:t>vt 0.506071 0.178824</w:t>
        <w:br/>
        <w:t>vt 0.517507 0.191422</w:t>
        <w:br/>
        <w:t>vt 0.516937 0.190070</w:t>
        <w:br/>
        <w:t>vt 0.521018 0.187840</w:t>
        <w:br/>
        <w:t>vt 0.522038 0.189287</w:t>
        <w:br/>
        <w:t>vt 0.522537 0.190283</w:t>
        <w:br/>
        <w:t>vt 0.523509 0.192893</w:t>
        <w:br/>
        <w:t>vt 0.517886 0.192846</w:t>
        <w:br/>
        <w:t>vt 0.514375 0.194056</w:t>
        <w:br/>
        <w:t>vt 0.513782 0.193202</w:t>
        <w:br/>
        <w:t>vt 0.517507 0.191422</w:t>
        <w:br/>
        <w:t>vt 0.513640 0.192181</w:t>
        <w:br/>
        <w:t>vt 0.512880 0.191185</w:t>
        <w:br/>
        <w:t>vt 0.514233 0.191209</w:t>
        <w:br/>
        <w:t>vt 0.515727 0.194246</w:t>
        <w:br/>
        <w:t>vt 0.519144 0.195456</w:t>
        <w:br/>
        <w:t>vt 0.515277 0.195693</w:t>
        <w:br/>
        <w:t>vt 0.515324 0.197069</w:t>
        <w:br/>
        <w:t>vt 0.528326 0.186606</w:t>
        <w:br/>
        <w:t>vt 0.519144 0.195456</w:t>
        <w:br/>
        <w:t>vt 0.520757 0.198137</w:t>
        <w:br/>
        <w:t>vt 0.517103 0.199014</w:t>
        <w:br/>
        <w:t>vt 0.516676 0.200130</w:t>
        <w:br/>
        <w:t>vt 0.527756 0.185159</w:t>
        <w:br/>
        <w:t>vt 0.528326 0.186606</w:t>
        <w:br/>
        <w:t>vt 0.542751 0.181291</w:t>
        <w:br/>
        <w:t>vt 0.536013 0.185420</w:t>
        <w:br/>
        <w:t>vt 0.535491 0.183379</w:t>
        <w:br/>
        <w:t>vt 0.542466 0.179939</w:t>
        <w:br/>
        <w:t>vt 0.535491 0.183379</w:t>
        <w:br/>
        <w:t>vt 0.542466 0.179939</w:t>
        <w:br/>
        <w:t>vt 0.549323 0.176428</w:t>
        <w:br/>
        <w:t>vt 0.549465 0.177163</w:t>
        <w:br/>
        <w:t>vt 0.549014 0.175740</w:t>
        <w:br/>
        <w:t>vt 0.556203 0.172489</w:t>
        <w:br/>
        <w:t>vt 0.554803 0.173462</w:t>
        <w:br/>
        <w:t>vt 0.549323 0.176428</w:t>
        <w:br/>
        <w:t>vt 0.549014 0.175740</w:t>
        <w:br/>
        <w:t>vt 0.512097 0.190283</w:t>
        <w:br/>
        <w:t>vt 0.519429 0.201909</w:t>
        <w:br/>
        <w:t>vt 0.518219 0.202028</w:t>
        <w:br/>
        <w:t>vt 0.520757 0.198137</w:t>
        <w:br/>
        <w:t>vt 0.524885 0.195289</w:t>
        <w:br/>
        <w:t>vt 0.523082 0.200580</w:t>
        <w:br/>
        <w:t>vt 0.527590 0.197828</w:t>
        <w:br/>
        <w:t>vt 0.530152 0.191541</w:t>
        <w:br/>
        <w:t>vt 0.532857 0.193629</w:t>
        <w:br/>
        <w:t>vt 0.536796 0.186819</w:t>
        <w:br/>
        <w:t>vt 0.538907 0.188670</w:t>
        <w:br/>
        <w:t>vt 0.543463 0.182288</w:t>
        <w:br/>
        <w:t>vt 0.536013 0.185420</w:t>
        <w:br/>
        <w:t>vt 0.542751 0.181291</w:t>
        <w:br/>
        <w:t>vt 0.530936 0.199726</w:t>
        <w:br/>
        <w:t>vt 0.535586 0.195242</w:t>
        <w:br/>
        <w:t>vt 0.525360 0.202383</w:t>
        <w:br/>
        <w:t>vt 0.527187 0.203593</w:t>
        <w:br/>
        <w:t>vt 0.534233 0.201553</w:t>
        <w:br/>
        <w:t>vt 0.538219 0.196452</w:t>
        <w:br/>
        <w:t>vt 0.529441 0.204400</w:t>
        <w:br/>
        <w:t>vt 0.541114 0.189880</w:t>
        <w:br/>
        <w:t>vt 0.549465 0.177163</w:t>
        <w:br/>
        <w:t>vt 0.550723 0.178397</w:t>
        <w:br/>
        <w:t>vt 0.556108 0.174838</w:t>
        <w:br/>
        <w:t>vt 0.547757 0.184945</w:t>
        <w:br/>
        <w:t>vt 0.546666 0.184518</w:t>
        <w:br/>
        <w:t>vt 0.552051 0.179275</w:t>
        <w:br/>
        <w:t>vt 0.552407 0.179441</w:t>
        <w:br/>
        <w:t>vt 0.543059 0.190497</w:t>
        <w:br/>
        <w:t>vt 0.557057 0.173628</w:t>
        <w:br/>
        <w:t>vt 0.517175 0.201363</w:t>
        <w:br/>
        <w:t>vt 0.522276 0.204139</w:t>
        <w:br/>
        <w:t>vt 0.520947 0.204471</w:t>
        <w:br/>
        <w:t>vt 0.519263 0.203024</w:t>
        <w:br/>
        <w:t>vt 0.529702 0.207508</w:t>
        <w:br/>
        <w:t>vt 0.528373 0.207983</w:t>
        <w:br/>
        <w:t>vt 0.531244 0.204993</w:t>
        <w:br/>
        <w:t>vt 0.533498 0.205610</w:t>
        <w:br/>
        <w:t>vt 0.532312 0.209003</w:t>
        <w:br/>
        <w:t>vt 0.531007 0.208861</w:t>
        <w:br/>
        <w:t>vt 0.535989 0.206488</w:t>
        <w:br/>
        <w:t>vt 0.536345 0.202004</w:t>
        <w:br/>
        <w:t>vt 0.538267 0.202953</w:t>
        <w:br/>
        <w:t>vt 0.540094 0.196950</w:t>
        <w:br/>
        <w:t>vt 0.544483 0.190924</w:t>
        <w:br/>
        <w:t>vt 0.541754 0.197472</w:t>
        <w:br/>
        <w:t>vt 0.545622 0.191541</w:t>
        <w:br/>
        <w:t>vt 0.543012 0.198160</w:t>
        <w:br/>
        <w:t>vt 0.546571 0.192110</w:t>
        <w:br/>
        <w:t>vt 0.539809 0.203736</w:t>
        <w:br/>
        <w:t>vt 0.537745 0.207271</w:t>
        <w:br/>
        <w:t>vt 0.544720 0.198896</w:t>
        <w:br/>
        <w:t>vt 0.543012 0.198160</w:t>
        <w:br/>
        <w:t>vt 0.546571 0.192110</w:t>
        <w:br/>
        <w:t>vt 0.547757 0.192656</w:t>
        <w:br/>
        <w:t>vt 0.542039 0.204709</w:t>
        <w:br/>
        <w:t>vt 0.539809 0.203736</w:t>
        <w:br/>
        <w:t>vt 0.548967 0.185443</w:t>
        <w:br/>
        <w:t>vt 0.550177 0.186084</w:t>
        <w:br/>
        <w:t>vt 0.553285 0.179749</w:t>
        <w:br/>
        <w:t>vt 0.533379 0.208267</w:t>
        <w:br/>
        <w:t>vt 0.527092 0.207650</w:t>
        <w:br/>
        <w:t>vt 0.540212 0.208528</w:t>
        <w:br/>
        <w:t>vt 0.538267 0.212206</w:t>
        <w:br/>
        <w:t>vt 0.537389 0.211281</w:t>
        <w:br/>
        <w:t>vt 0.543985 0.205800</w:t>
        <w:br/>
        <w:t>vt 0.541422 0.209264</w:t>
        <w:br/>
        <w:t>vt 0.542561 0.210118</w:t>
        <w:br/>
        <w:t>vt 0.541114 0.213368</w:t>
        <w:br/>
        <w:t>vt 0.540710 0.211755</w:t>
        <w:br/>
        <w:t>vt 0.539382 0.212538</w:t>
        <w:br/>
        <w:t>vt 0.537745 0.207271</w:t>
        <w:br/>
        <w:t>vt 0.537104 0.209833</w:t>
        <w:br/>
        <w:t>vt 0.542110 0.214056</w:t>
        <w:br/>
        <w:t>vt 0.544340 0.210972</w:t>
        <w:br/>
        <w:t>vt 0.543202 0.214056</w:t>
        <w:br/>
        <w:t>vt 0.549157 0.201150</w:t>
        <w:br/>
        <w:t>vt 0.547638 0.207295</w:t>
        <w:br/>
        <w:t>vt 0.545622 0.206583</w:t>
        <w:br/>
        <w:t>vt 0.551031 0.194459</w:t>
        <w:br/>
        <w:t>vt 0.546191 0.199821</w:t>
        <w:br/>
        <w:t>vt 0.548753 0.193344</w:t>
        <w:br/>
        <w:t>vt 0.553190 0.187840</w:t>
        <w:br/>
        <w:t>vt 0.551458 0.186914</w:t>
        <w:br/>
        <w:t>vt 0.554471 0.180627</w:t>
        <w:br/>
        <w:t>vt 0.548753 0.193344</w:t>
        <w:br/>
        <w:t>vt 0.546191 0.199821</w:t>
        <w:br/>
        <w:t>vt 0.550865 0.186440</w:t>
        <w:br/>
        <w:t>vt 0.551458 0.186914</w:t>
        <w:br/>
        <w:t>vt 0.554163 0.180366</w:t>
        <w:br/>
        <w:t>vt 0.550177 0.186084</w:t>
        <w:br/>
        <w:t>vt 0.553854 0.180176</w:t>
        <w:br/>
        <w:t>vt 0.554471 0.180627</w:t>
        <w:br/>
        <w:t>vt 0.544032 0.213107</w:t>
        <w:br/>
        <w:t>vt 0.544459 0.214389</w:t>
        <w:br/>
        <w:t>vt 0.546594 0.211613</w:t>
        <w:br/>
        <w:t>vt 0.545930 0.215148</w:t>
        <w:br/>
        <w:t>vt 0.549323 0.211897</w:t>
        <w:br/>
        <w:t>vt 0.548445 0.214009</w:t>
        <w:br/>
        <w:t>vt 0.537104 0.209833</w:t>
        <w:br/>
        <w:t>vt 0.535894 0.210569</w:t>
        <w:br/>
        <w:t>vt 0.534755 0.210521</w:t>
        <w:br/>
        <w:t>vt 0.554448 0.211660</w:t>
        <w:br/>
        <w:t>vt 0.553641 0.214721</w:t>
        <w:br/>
        <w:t>vt 0.553048 0.214009</w:t>
        <w:br/>
        <w:t>vt 0.554709 0.215243</w:t>
        <w:br/>
        <w:t>vt 0.552692 0.207461</w:t>
        <w:br/>
        <w:t>vt 0.553570 0.201221</w:t>
        <w:br/>
        <w:t>vt 0.554685 0.194981</w:t>
        <w:br/>
        <w:t>vt 0.557817 0.200580</w:t>
        <w:br/>
        <w:t>vt 0.558339 0.194364</w:t>
        <w:br/>
        <w:t>vt 0.555990 0.188267</w:t>
        <w:br/>
        <w:t>vt 0.559027 0.188124</w:t>
        <w:br/>
        <w:t>vt 0.558647 0.181576</w:t>
        <w:br/>
        <w:t>vt 0.555610 0.181149</w:t>
        <w:br/>
        <w:t>vt 0.557200 0.206417</w:t>
        <w:br/>
        <w:t>vt 0.551861 0.215504</w:t>
        <w:br/>
        <w:t>vt 0.552004 0.211779</w:t>
        <w:br/>
        <w:t>vt 0.550438 0.215765</w:t>
        <w:br/>
        <w:t>vt 0.549014 0.215243</w:t>
        <w:br/>
        <w:t>vt 0.561423 0.204803</w:t>
        <w:br/>
        <w:t>vt 0.559454 0.209881</w:t>
        <w:br/>
        <w:t>vt 0.556180 0.215100</w:t>
        <w:br/>
        <w:t>vt 0.556773 0.211091</w:t>
        <w:br/>
        <w:t>vt 0.560284 0.213273</w:t>
        <w:br/>
        <w:t>vt 0.558837 0.213440</w:t>
        <w:br/>
        <w:t>vt 0.561352 0.208600</w:t>
        <w:br/>
        <w:t>vt 0.561494 0.212419</w:t>
        <w:br/>
        <w:t>vt 0.561423 0.204803</w:t>
        <w:br/>
        <w:t>vt 0.564460 0.203831</w:t>
        <w:br/>
        <w:t>vt 0.563392 0.207508</w:t>
        <w:br/>
        <w:t>vt 0.561518 0.199299</w:t>
        <w:br/>
        <w:t>vt 0.561518 0.199299</w:t>
        <w:br/>
        <w:t>vt 0.563724 0.198303</w:t>
        <w:br/>
        <w:t>vt 0.564768 0.210403</w:t>
        <w:br/>
        <w:t>vt 0.563748 0.211186</w:t>
        <w:br/>
        <w:t>vt 0.564839 0.206773</w:t>
        <w:br/>
        <w:t>vt 0.562609 0.211375</w:t>
        <w:br/>
        <w:t>vt 0.561969 0.210972</w:t>
        <w:br/>
        <w:t>vt 0.566571 0.208766</w:t>
        <w:br/>
        <w:t>vt 0.565694 0.208955</w:t>
        <w:br/>
        <w:t>vt 0.565883 0.205847</w:t>
        <w:br/>
        <w:t>vt 0.567354 0.208030</w:t>
        <w:br/>
        <w:t>vt 0.567022 0.205183</w:t>
        <w:br/>
        <w:t>vt 0.567520 0.206773</w:t>
        <w:br/>
        <w:t>vt 0.568256 0.207200</w:t>
        <w:br/>
        <w:t>vt 0.568398 0.204376</w:t>
        <w:br/>
        <w:t>vt 0.569703 0.203854</w:t>
        <w:br/>
        <w:t>vt 0.569893 0.206559</w:t>
        <w:br/>
        <w:t>vt 0.571103 0.203641</w:t>
        <w:br/>
        <w:t>vt 0.572123 0.206227</w:t>
        <w:br/>
        <w:t>vt 0.571174 0.206203</w:t>
        <w:br/>
        <w:t>vt 0.569703 0.203854</w:t>
        <w:br/>
        <w:t>vt 0.570273 0.205919</w:t>
        <w:br/>
        <w:t>vt 0.569893 0.200153</w:t>
        <w:br/>
        <w:t>vt 0.568683 0.200272</w:t>
        <w:br/>
        <w:t>vt 0.571127 0.199940</w:t>
        <w:br/>
        <w:t>vt 0.572550 0.203332</w:t>
        <w:br/>
        <w:t>vt 0.572906 0.205871</w:t>
        <w:br/>
        <w:t>vt 0.570273 0.205919</w:t>
        <w:br/>
        <w:t>vt 0.567544 0.201197</w:t>
        <w:br/>
        <w:t>vt 0.568683 0.200272</w:t>
        <w:br/>
        <w:t>vt 0.566310 0.202265</w:t>
        <w:br/>
        <w:t>vt 0.565148 0.208694</w:t>
        <w:br/>
        <w:t>vt 0.565148 0.208694</w:t>
        <w:br/>
        <w:t>vt 0.564839 0.206773</w:t>
        <w:br/>
        <w:t>vt 0.573404 0.205325</w:t>
        <w:br/>
        <w:t>vt 0.572550 0.203332</w:t>
        <w:br/>
        <w:t>vt 0.574116 0.205634</w:t>
        <w:br/>
        <w:t>vt 0.573404 0.205325</w:t>
        <w:br/>
        <w:t>vt 0.573808 0.202716</w:t>
        <w:br/>
        <w:t>vt 0.575160 0.205586</w:t>
        <w:br/>
        <w:t>vt 0.575990 0.204780</w:t>
        <w:br/>
        <w:t>vt 0.575231 0.201861</w:t>
        <w:br/>
        <w:t>vt 0.576109 0.203570</w:t>
        <w:br/>
        <w:t>vt 0.577129 0.204163</w:t>
        <w:br/>
        <w:t>vt 0.576821 0.200936</w:t>
        <w:br/>
        <w:t>vt 0.578363 0.199679</w:t>
        <w:br/>
        <w:t>vt 0.579288 0.202810</w:t>
        <w:br/>
        <w:t>vt 0.578410 0.203902</w:t>
        <w:br/>
        <w:t>vt 0.579217 0.201339</w:t>
        <w:br/>
        <w:t>vt 0.581874 0.198326</w:t>
        <w:br/>
        <w:t>vt 0.582159 0.199655</w:t>
        <w:br/>
        <w:t>vt 0.580973 0.196713</w:t>
        <w:br/>
        <w:t>vt 0.582729 0.198350</w:t>
        <w:br/>
        <w:t>vt 0.580285 0.201672</w:t>
        <w:br/>
        <w:t>vt 0.579644 0.198374</w:t>
        <w:br/>
        <w:t>vt 0.581519 0.201007</w:t>
        <w:br/>
        <w:t>vt 0.577485 0.195361</w:t>
        <w:br/>
        <w:t>vt 0.579692 0.192585</w:t>
        <w:br/>
        <w:t>vt 0.574923 0.191565</w:t>
        <w:br/>
        <w:t>vt 0.577058 0.189168</w:t>
        <w:br/>
        <w:t>vt 0.574923 0.197662</w:t>
        <w:br/>
        <w:t>vt 0.572479 0.193676</w:t>
        <w:br/>
        <w:t>vt 0.581139 0.190141</w:t>
        <w:br/>
        <w:t>vt 0.582657 0.193866</w:t>
        <w:br/>
        <w:t>vt 0.578292 0.186962</w:t>
        <w:br/>
        <w:t>vt 0.574021 0.185277</w:t>
        <w:br/>
        <w:t>vt 0.575136 0.183403</w:t>
        <w:br/>
        <w:t>vt 0.578838 0.185657</w:t>
        <w:br/>
        <w:t>vt 0.578292 0.186962</w:t>
        <w:br/>
        <w:t>vt 0.575136 0.183403</w:t>
        <w:br/>
        <w:t>vt 0.575635 0.182312</w:t>
        <w:br/>
        <w:t>vt 0.571079 0.181315</w:t>
        <w:br/>
        <w:t>vt 0.572147 0.179773</w:t>
        <w:br/>
        <w:t>vt 0.568636 0.176712</w:t>
        <w:br/>
        <w:t>vt 0.572099 0.187365</w:t>
        <w:br/>
        <w:t>vt 0.569418 0.182976</w:t>
        <w:br/>
        <w:t>vt 0.567734 0.184257</w:t>
        <w:br/>
        <w:t>vt 0.569964 0.189073</w:t>
        <w:br/>
        <w:t>vt 0.566643 0.178587</w:t>
        <w:br/>
        <w:t>vt 0.564958 0.174601</w:t>
        <w:br/>
        <w:t>vt 0.566382 0.173296</w:t>
        <w:br/>
        <w:t>vt 0.572716 0.178468</w:t>
        <w:br/>
        <w:t>vt 0.569751 0.175123</w:t>
        <w:br/>
        <w:t>vt 0.565622 0.172323</w:t>
        <w:br/>
        <w:t>vt 0.567022 0.170733</w:t>
        <w:br/>
        <w:t>vt 0.567876 0.171516</w:t>
        <w:br/>
        <w:t>vt 0.581803 0.188717</w:t>
        <w:br/>
        <w:t>vt 0.581495 0.189358</w:t>
        <w:br/>
        <w:t>vt 0.578838 0.185657</w:t>
        <w:br/>
        <w:t>vt 0.579193 0.184352</w:t>
        <w:br/>
        <w:t>vt 0.582207 0.187436</w:t>
        <w:br/>
        <w:t>vt 0.581803 0.188717</w:t>
        <w:br/>
        <w:t>vt 0.584128 0.189477</w:t>
        <w:br/>
        <w:t>vt 0.583511 0.190544</w:t>
        <w:br/>
        <w:t>vt 0.583511 0.190544</w:t>
        <w:br/>
        <w:t>vt 0.583488 0.191707</w:t>
        <w:br/>
        <w:t>vt 0.576038 0.181149</w:t>
        <w:br/>
        <w:t>vt 0.583179 0.192608</w:t>
        <w:br/>
        <w:t>vt 0.585433 0.193937</w:t>
        <w:br/>
        <w:t>vt 0.584935 0.194862</w:t>
        <w:br/>
        <w:t>vt 0.583986 0.195076</w:t>
        <w:br/>
        <w:t>vt 0.584294 0.196476</w:t>
        <w:br/>
        <w:t>vt 0.584840 0.191992</w:t>
        <w:br/>
        <w:t>vt 0.581851 0.195408</w:t>
        <w:br/>
        <w:t>vt 0.583678 0.197757</w:t>
        <w:br/>
        <w:t>vt 0.584911 0.187816</w:t>
        <w:br/>
        <w:t>vt 0.582990 0.185870</w:t>
        <w:br/>
        <w:t>vt 0.586192 0.191066</w:t>
        <w:br/>
        <w:t>vt 0.585576 0.191802</w:t>
        <w:br/>
        <w:t>vt 0.579858 0.182928</w:t>
        <w:br/>
        <w:t>vt 0.581281 0.181932</w:t>
        <w:br/>
        <w:t>vt 0.584460 0.184494</w:t>
        <w:br/>
        <w:t>vt 0.576655 0.179939</w:t>
        <w:br/>
        <w:t>vt 0.573547 0.176997</w:t>
        <w:br/>
        <w:t>vt 0.570534 0.174031</w:t>
        <w:br/>
        <w:t>vt 0.567195 0.170754</w:t>
        <w:br/>
        <w:t>vt 0.568208 0.171350</w:t>
        <w:br/>
        <w:t>vt 0.567022 0.170733</w:t>
        <w:br/>
        <w:t>vt 0.570534 0.174031</w:t>
        <w:br/>
        <w:t>vt 0.567876 0.171516</w:t>
        <w:br/>
        <w:t>vt 0.568208 0.171350</w:t>
        <w:br/>
        <w:t>vt 0.571008 0.173628</w:t>
        <w:br/>
        <w:t>vt 0.574377 0.176333</w:t>
        <w:br/>
        <w:t>vt 0.573547 0.176997</w:t>
        <w:br/>
        <w:t>vt 0.576655 0.179939</w:t>
        <w:br/>
        <w:t>vt 0.577794 0.179109</w:t>
        <w:br/>
        <w:t>vt 0.586382 0.186060</w:t>
        <w:br/>
        <w:t>vt 0.586359 0.190070</w:t>
        <w:br/>
        <w:t>vt 0.586311 0.189121</w:t>
        <w:br/>
        <w:t>vt 0.587094 0.188955</w:t>
        <w:br/>
        <w:t>vt 0.587663 0.188433</w:t>
        <w:br/>
        <w:t>vt 0.587806 0.187626</w:t>
        <w:br/>
        <w:t>vt 0.587426 0.186914</w:t>
        <w:br/>
        <w:t>vt 0.524980 0.206322</w:t>
        <w:br/>
        <w:t>vt 0.523533 0.206203</w:t>
        <w:br/>
        <w:t>vt 0.526001 0.205776</w:t>
        <w:br/>
        <w:t>vt 0.526167 0.206820</w:t>
        <w:br/>
        <w:t>vt 0.556868 0.175336</w:t>
        <w:br/>
        <w:t>vt 0.533616 0.209572</w:t>
        <w:br/>
        <w:t>vt 0.559644 0.174672</w:t>
        <w:br/>
        <w:t>vt 0.559477 0.176048</w:t>
        <w:br/>
        <w:t>vt 0.556868 0.175336</w:t>
        <w:br/>
        <w:t>vt 0.561447 0.193249</w:t>
        <w:br/>
        <w:t>vt 0.561447 0.187175</w:t>
        <w:br/>
        <w:t>vt 0.561660 0.181078</w:t>
        <w:br/>
        <w:t>vt 0.561731 0.175953</w:t>
        <w:br/>
        <w:t>vt 0.562775 0.174316</w:t>
        <w:br/>
        <w:t>vt 0.561731 0.175953</w:t>
        <w:br/>
        <w:t>vt 0.562182 0.180817</w:t>
        <w:br/>
        <w:t>vt 0.561660 0.181078</w:t>
        <w:br/>
        <w:t>vt 0.562396 0.186725</w:t>
        <w:br/>
        <w:t>vt 0.561447 0.187175</w:t>
        <w:br/>
        <w:t>vt 0.562965 0.192561</w:t>
        <w:br/>
        <w:t>vt 0.561447 0.193249</w:t>
        <w:br/>
        <w:t>vt 0.565338 0.197330</w:t>
        <w:br/>
        <w:t>vt 0.563724 0.198303</w:t>
        <w:br/>
        <w:t>vt 0.562965 0.192561</w:t>
        <w:br/>
        <w:t>vt 0.564246 0.191826</w:t>
        <w:br/>
        <w:t>vt 0.564460 0.203831</w:t>
        <w:br/>
        <w:t>vt 0.567378 0.195550</w:t>
        <w:br/>
        <w:t>vt 0.566026 0.190497</w:t>
        <w:br/>
        <w:t>vt 0.562396 0.186725</w:t>
        <w:br/>
        <w:t>vt 0.564792 0.185396</w:t>
        <w:br/>
        <w:t>vt 0.562182 0.180817</w:t>
        <w:br/>
        <w:t>vt 0.563843 0.180176</w:t>
        <w:br/>
        <w:t>vt 0.567378 0.195550</w:t>
        <w:br/>
        <w:t>vt 0.568232 0.195289</w:t>
        <w:br/>
        <w:t>vt 0.566026 0.190497</w:t>
        <w:br/>
        <w:t>vt 0.571127 0.199940</w:t>
        <w:br/>
        <w:t>vt 0.573048 0.198919</w:t>
        <w:br/>
        <w:t>vt 0.569229 0.195289</w:t>
        <w:br/>
        <w:t>vt 0.567283 0.190355</w:t>
        <w:br/>
        <w:t>vt 0.569229 0.195289</w:t>
        <w:br/>
        <w:t>vt 0.565551 0.185325</w:t>
        <w:br/>
        <w:t>vt 0.567283 0.190355</w:t>
        <w:br/>
        <w:t>vt 0.564792 0.185396</w:t>
        <w:br/>
        <w:t>vt 0.563843 0.180176</w:t>
        <w:br/>
        <w:t>vt 0.563084 0.175550</w:t>
        <w:br/>
        <w:t>vt 0.564412 0.173414</w:t>
        <w:br/>
        <w:t>vt 0.565551 0.185325</w:t>
        <w:br/>
        <w:t>vt 0.553854 0.180176</w:t>
        <w:br/>
        <w:t>vt 0.519808 0.203997</w:t>
        <w:br/>
        <w:t>vt 0.522442 0.205302</w:t>
        <w:br/>
        <w:t>vt 0.530010 0.208172</w:t>
        <w:br/>
        <w:t>vt 0.557413 0.214222</w:t>
        <w:br/>
        <w:t>vt 0.554803 0.173462</w:t>
        <w:br/>
        <w:t>vt 0.529085 0.189595</w:t>
        <w:br/>
        <w:t>vt 0.556108 0.174838</w:t>
        <w:br/>
        <w:t>vt 0.546666 0.184518</w:t>
        <w:br/>
        <w:t>vt 0.545052 0.183593</w:t>
        <w:br/>
        <w:t>vt 0.522038 0.189287</w:t>
        <w:br/>
        <w:t>vt 0.523509 0.192893</w:t>
        <w:br/>
        <w:t>vt 0.529085 0.189595</w:t>
        <w:br/>
        <w:t>vt 0.515870 0.198421</w:t>
        <w:br/>
        <w:t>vt 0.558054 0.213084</w:t>
        <w:br/>
        <w:t>vt 0.547567 0.214982</w:t>
        <w:br/>
        <w:t>vt 0.569205 0.207105</w:t>
        <w:br/>
        <w:t>vt 0.581139 0.190141</w:t>
        <w:br/>
        <w:t>vt 0.584840 0.191992</w:t>
        <w:br/>
        <w:t>vt 0.504315 0.171350</w:t>
        <w:br/>
        <w:t>vt 0.504624 0.170354</w:t>
        <w:br/>
        <w:t>vt 0.505597 0.176333</w:t>
        <w:br/>
        <w:t>vt 0.506901 0.180295</w:t>
        <w:br/>
        <w:t>vt 0.270700 0.009300</w:t>
        <w:br/>
        <w:t>vt 0.270800 0.010900</w:t>
        <w:br/>
        <w:t>vt 0.266300 0.006700</w:t>
        <w:br/>
        <w:t>vt 0.267000 0.005500</w:t>
        <w:br/>
        <w:t>vt 0.313300 0.015900</w:t>
        <w:br/>
        <w:t>vt 0.309200 0.018800</w:t>
        <w:br/>
        <w:t>vt 0.309600 0.017300</w:t>
        <w:br/>
        <w:t>vt 0.312800 0.014600</w:t>
        <w:br/>
        <w:t>vt 0.300300 0.007300</w:t>
        <w:br/>
        <w:t>vt 0.299900 0.008700</w:t>
        <w:br/>
        <w:t>vt 0.293400 0.008900</w:t>
        <w:br/>
        <w:t>vt 0.292900 0.007600</w:t>
        <w:br/>
        <w:t>vt 0.289400 0.012700</w:t>
        <w:br/>
        <w:t>vt 0.289600 0.011200</w:t>
        <w:br/>
        <w:t>vt 0.260700 0.005700</w:t>
        <w:br/>
        <w:t>vt 0.260700 0.004200</w:t>
        <w:br/>
        <w:t>vt 0.289600 0.011200</w:t>
        <w:br/>
        <w:t>vt 0.286300 0.007700</w:t>
        <w:br/>
        <w:t>vt 0.287100 0.006500</w:t>
        <w:br/>
        <w:t>vt 0.369300 0.042900</w:t>
        <w:br/>
        <w:t>vt 0.363100 0.037800</w:t>
        <w:br/>
        <w:t>vt 0.363700 0.036500</w:t>
        <w:br/>
        <w:t>vt 0.370400 0.042300</w:t>
        <w:br/>
        <w:t>vt 0.371000 0.048000</w:t>
        <w:br/>
        <w:t>vt 0.370400 0.049000</w:t>
        <w:br/>
        <w:t>vt 0.370400 0.049000</w:t>
        <w:br/>
        <w:t>vt 0.371000 0.048000</w:t>
        <w:br/>
        <w:t>vt 0.374200 0.045300</w:t>
        <w:br/>
        <w:t>vt 0.343500 0.025200</w:t>
        <w:br/>
        <w:t>vt 0.342900 0.026500</w:t>
        <w:br/>
        <w:t>vt 0.336300 0.025100</w:t>
        <w:br/>
        <w:t>vt 0.336200 0.023700</w:t>
        <w:br/>
        <w:t>vt 0.349400 0.030500</w:t>
        <w:br/>
        <w:t>vt 0.356300 0.036300</w:t>
        <w:br/>
        <w:t>vt 0.356300 0.035000</w:t>
        <w:br/>
        <w:t>vt 0.350500 0.038300</w:t>
        <w:br/>
        <w:t>vt 0.351200 0.037000</w:t>
        <w:br/>
        <w:t>vt 0.351200 0.037000</w:t>
        <w:br/>
        <w:t>vt 0.350500 0.038300</w:t>
        <w:br/>
        <w:t>vt 0.330500 0.027400</w:t>
        <w:br/>
        <w:t>vt 0.331200 0.026000</w:t>
        <w:br/>
        <w:t>vt 0.319400 0.014800</w:t>
        <w:br/>
        <w:t>vt 0.319700 0.013400</w:t>
        <w:br/>
        <w:t>vt 0.400900 0.059300</w:t>
        <w:br/>
        <w:t>vt 0.396700 0.055000</w:t>
        <w:br/>
        <w:t>vt 0.402000 0.058800</w:t>
        <w:br/>
        <w:t>vt 0.390800 0.055400</w:t>
        <w:br/>
        <w:t>vt 0.390400 0.054200</w:t>
        <w:br/>
        <w:t>vt 0.386700 0.056700</w:t>
        <w:br/>
        <w:t>vt 0.385600 0.058600</w:t>
        <w:br/>
        <w:t>vt 0.386600 0.050900</w:t>
        <w:br/>
        <w:t>vt 0.385600 0.058600</w:t>
        <w:br/>
        <w:t>vt 0.386700 0.056700</w:t>
        <w:br/>
        <w:t>vt 0.409500 0.064200</w:t>
        <w:br/>
        <w:t>vt 0.401800 0.066600</w:t>
        <w:br/>
        <w:t>vt 0.402700 0.065100</w:t>
        <w:br/>
        <w:t>vt 0.409300 0.062900</w:t>
        <w:br/>
        <w:t>vt 0.417200 0.063200</w:t>
        <w:br/>
        <w:t>vt 0.416900 0.064400</w:t>
        <w:br/>
        <w:t>vt 0.433300 0.071600</w:t>
        <w:br/>
        <w:t>vt 0.427900 0.072500</w:t>
        <w:br/>
        <w:t>vt 0.433400 0.070300</w:t>
        <w:br/>
        <w:t>vt 0.402700 0.065100</w:t>
        <w:br/>
        <w:t>vt 0.401800 0.066600</w:t>
        <w:br/>
        <w:t>vt 0.381200 0.045800</w:t>
        <w:br/>
        <w:t>vt 0.444000 0.085300</w:t>
        <w:br/>
        <w:t>vt 0.442900 0.086400</w:t>
        <w:br/>
        <w:t>vt 0.443500 0.079900</w:t>
        <w:br/>
        <w:t>vt 0.444700 0.079500</w:t>
        <w:br/>
        <w:t>vt 0.439900 0.074300</w:t>
        <w:br/>
        <w:t>vt 0.440800 0.073100</w:t>
        <w:br/>
        <w:t>vt 0.456500 0.100600</w:t>
        <w:br/>
        <w:t>vt 0.456600 0.094400</w:t>
        <w:br/>
        <w:t>vt 0.457900 0.094300</w:t>
        <w:br/>
        <w:t>vt 0.448800 0.085500</w:t>
        <w:br/>
        <w:t>vt 0.442900 0.086400</w:t>
        <w:br/>
        <w:t>vt 0.444000 0.085300</w:t>
        <w:br/>
        <w:t>vt 0.449100 0.084200</w:t>
        <w:br/>
        <w:t>vt 0.474400 0.140800</w:t>
        <w:br/>
        <w:t>vt 0.472800 0.141300</w:t>
        <w:br/>
        <w:t>vt 0.475400 0.134100</w:t>
        <w:br/>
        <w:t>vt 0.476800 0.134200</w:t>
        <w:br/>
        <w:t>vt 0.480800 0.155300</w:t>
        <w:br/>
        <w:t>vt 0.481300 0.147700</w:t>
        <w:br/>
        <w:t>vt 0.482000 0.155700</w:t>
        <w:br/>
        <w:t>vt 0.473600 0.127300</w:t>
        <w:br/>
        <w:t>vt 0.474800 0.126700</w:t>
        <w:br/>
        <w:t>vt 0.497900 0.187100</w:t>
        <w:br/>
        <w:t>vt 0.493000 0.182400</w:t>
        <w:br/>
        <w:t>vt 0.493600 0.181300</w:t>
        <w:br/>
        <w:t>vt 0.499100 0.186400</w:t>
        <w:br/>
        <w:t>vt 0.504100 0.202300</w:t>
        <w:br/>
        <w:t>vt 0.497400 0.199500</w:t>
        <w:br/>
        <w:t>vt 0.504900 0.201200</w:t>
        <w:br/>
        <w:t>vt 0.499700 0.193100</w:t>
        <w:br/>
        <w:t>vt 0.501000 0.193200</w:t>
        <w:br/>
        <w:t>vt 0.485200 0.180900</w:t>
        <w:br/>
        <w:t>vt 0.487300 0.180200</w:t>
        <w:br/>
        <w:t>vt 0.497400 0.199500</w:t>
        <w:br/>
        <w:t>vt 0.507800 0.207600</w:t>
        <w:br/>
        <w:t>vt 0.509200 0.207100</w:t>
        <w:br/>
        <w:t>vt 0.509100 0.214000</w:t>
        <w:br/>
        <w:t>vt 0.507800 0.213500</w:t>
        <w:br/>
        <w:t>vt 0.509700 0.220200</w:t>
        <w:br/>
        <w:t>vt 0.505100 0.217500</w:t>
        <w:br/>
        <w:t>vt 0.510700 0.219200</w:t>
        <w:br/>
        <w:t>vt 0.515000 0.227900</w:t>
        <w:br/>
        <w:t>vt 0.513600 0.228100</w:t>
        <w:br/>
        <w:t>vt 0.487300 0.180200</w:t>
        <w:br/>
        <w:t>vt 0.485200 0.180900</w:t>
        <w:br/>
        <w:t>vt 0.490300 0.174700</w:t>
        <w:br/>
        <w:t>vt 0.490200 0.167900</w:t>
        <w:br/>
        <w:t>vt 0.511400 0.269300</w:t>
        <w:br/>
        <w:t>vt 0.509800 0.266200</w:t>
        <w:br/>
        <w:t>vt 0.512600 0.268400</w:t>
        <w:br/>
        <w:t>vt 0.514100 0.275100</w:t>
        <w:br/>
        <w:t>vt 0.515600 0.274800</w:t>
        <w:br/>
        <w:t>vt 0.509800 0.266200</w:t>
        <w:br/>
        <w:t>vt 0.507500 0.266200</w:t>
        <w:br/>
        <w:t>vt 0.515600 0.259800</w:t>
        <w:br/>
        <w:t>vt 0.516800 0.260500</w:t>
        <w:br/>
        <w:t>vt 0.516900 0.252200</w:t>
        <w:br/>
        <w:t>vt 0.518400 0.252000</w:t>
        <w:br/>
        <w:t>vt 0.514100 0.244600</w:t>
        <w:br/>
        <w:t>vt 0.515200 0.243700</w:t>
        <w:br/>
        <w:t>vt 0.505000 0.305400</w:t>
        <w:br/>
        <w:t>vt 0.503600 0.304800</w:t>
        <w:br/>
        <w:t>vt 0.504600 0.297200</w:t>
        <w:br/>
        <w:t>vt 0.506000 0.297100</w:t>
        <w:br/>
        <w:t>vt 0.500000 0.312400</w:t>
        <w:br/>
        <w:t>vt 0.488300 0.328900</w:t>
        <w:br/>
        <w:t>vt 0.492500 0.323400</w:t>
        <w:br/>
        <w:t>vt 0.493900 0.324000</w:t>
        <w:br/>
        <w:t>vt 0.489000 0.330100</w:t>
        <w:br/>
        <w:t>vt 0.493500 0.317300</w:t>
        <w:br/>
        <w:t>vt 0.494800 0.317100</w:t>
        <w:br/>
        <w:t>vt 0.493400 0.314600</w:t>
        <w:br/>
        <w:t>vt 0.480800 0.339200</w:t>
        <w:br/>
        <w:t>vt 0.479500 0.338600</w:t>
        <w:br/>
        <w:t>vt 0.480600 0.333800</w:t>
        <w:br/>
        <w:t>vt 0.481700 0.333600</w:t>
        <w:br/>
        <w:t>vt 0.475600 0.342600</w:t>
        <w:br/>
        <w:t>vt 0.476200 0.343900</w:t>
        <w:br/>
        <w:t>vt 0.471000 0.344600</w:t>
        <w:br/>
        <w:t>vt 0.468800 0.343500</w:t>
        <w:br/>
        <w:t>vt 0.471100 0.347500</w:t>
        <w:br/>
        <w:t>vt 0.468800 0.343500</w:t>
        <w:br/>
        <w:t>vt 0.471000 0.344600</w:t>
        <w:br/>
        <w:t>vt 0.472400 0.347200</w:t>
        <w:br/>
        <w:t>vt 0.467300 0.368400</w:t>
        <w:br/>
        <w:t>vt 0.465900 0.368200</w:t>
        <w:br/>
        <w:t>vt 0.465800 0.363100</w:t>
        <w:br/>
        <w:t>vt 0.467100 0.362800</w:t>
        <w:br/>
        <w:t>vt 0.465800 0.358800</w:t>
        <w:br/>
        <w:t>vt 0.465200 0.373000</w:t>
        <w:br/>
        <w:t>vt 0.464000 0.372300</w:t>
        <w:br/>
        <w:t>vt 0.465800 0.358800</w:t>
        <w:br/>
        <w:t>vt 0.468500 0.357300</w:t>
        <w:br/>
        <w:t>vt 0.481000 0.331800</w:t>
        <w:br/>
        <w:t>vt 0.481000 0.331800</w:t>
        <w:br/>
        <w:t>vt 0.462800 0.375400</w:t>
        <w:br/>
        <w:t>vt 0.462700 0.378800</w:t>
        <w:br/>
        <w:t>vt 0.464200 0.378800</w:t>
        <w:br/>
        <w:t>vt 0.462500 0.384400</w:t>
        <w:br/>
        <w:t>vt 0.463800 0.385000</w:t>
        <w:br/>
        <w:t>vt 0.453700 0.390600</w:t>
        <w:br/>
        <w:t>vt 0.451800 0.389500</w:t>
        <w:br/>
        <w:t>vt 0.458200 0.388900</w:t>
        <w:br/>
        <w:t>vt 0.458900 0.390100</w:t>
        <w:br/>
        <w:t>vt 0.454900 0.395000</w:t>
        <w:br/>
        <w:t>vt 0.453700 0.390600</w:t>
        <w:br/>
        <w:t>vt 0.456300 0.394800</w:t>
        <w:br/>
        <w:t>vt 0.448200 0.407800</w:t>
        <w:br/>
        <w:t>vt 0.447600 0.406500</w:t>
        <w:br/>
        <w:t>vt 0.453500 0.401800</w:t>
        <w:br/>
        <w:t>vt 0.454700 0.402600</w:t>
        <w:br/>
        <w:t>vt 0.441600 0.407600</w:t>
        <w:br/>
        <w:t>vt 0.425200 0.422000</w:t>
        <w:br/>
        <w:t>vt 0.430900 0.421900</w:t>
        <w:br/>
        <w:t>vt 0.431000 0.423400</w:t>
        <w:br/>
        <w:t>vt 0.423800 0.424900</w:t>
        <w:br/>
        <w:t>vt 0.423700 0.420400</w:t>
        <w:br/>
        <w:t>vt 0.425200 0.422000</w:t>
        <w:br/>
        <w:t>vt 0.425200 0.425400</w:t>
        <w:br/>
        <w:t>vt 0.439100 0.419500</w:t>
        <w:br/>
        <w:t>vt 0.438000 0.418500</w:t>
        <w:br/>
        <w:t>vt 0.441600 0.411800</w:t>
        <w:br/>
        <w:t>vt 0.443000 0.412000</w:t>
        <w:br/>
        <w:t>vt 0.439800 0.406100</w:t>
        <w:br/>
        <w:t>vt 0.441600 0.407600</w:t>
        <w:br/>
        <w:t>vt 0.400300 0.440600</w:t>
        <w:br/>
        <w:t>vt 0.405200 0.436800</w:t>
        <w:br/>
        <w:t>vt 0.406000 0.437600</w:t>
        <w:br/>
        <w:t>vt 0.405200 0.436800</w:t>
        <w:br/>
        <w:t>vt 0.407200 0.433100</w:t>
        <w:br/>
        <w:t>vt 0.406000 0.437600</w:t>
        <w:br/>
        <w:t>vt 0.407200 0.433100</w:t>
        <w:br/>
        <w:t>vt 0.413800 0.433300</w:t>
        <w:br/>
        <w:t>vt 0.414000 0.434700</w:t>
        <w:br/>
        <w:t>vt 0.390500 0.437900</w:t>
        <w:br/>
        <w:t>vt 0.420700 0.430000</w:t>
        <w:br/>
        <w:t>vt 0.421700 0.431100</w:t>
        <w:br/>
        <w:t>vt 0.385500 0.444700</w:t>
        <w:br/>
        <w:t>vt 0.384900 0.443400</w:t>
        <w:br/>
        <w:t>vt 0.388700 0.440200</w:t>
        <w:br/>
        <w:t>vt 0.389700 0.440700</w:t>
        <w:br/>
        <w:t>vt 0.334900 0.418100</w:t>
        <w:br/>
        <w:t>vt 0.336000 0.417200</w:t>
        <w:br/>
        <w:t>vt 0.349800 0.434200</w:t>
        <w:br/>
        <w:t>vt 0.348700 0.435100</w:t>
        <w:br/>
        <w:t>vt 0.278400 0.348100</w:t>
        <w:br/>
        <w:t>vt 0.275700 0.341600</w:t>
        <w:br/>
        <w:t>vt 0.290500 0.363200</w:t>
        <w:br/>
        <w:t>vt 0.291500 0.362300</w:t>
        <w:br/>
        <w:t>vt 0.305000 0.381100</w:t>
        <w:br/>
        <w:t>vt 0.319800 0.399500</w:t>
        <w:br/>
        <w:t>vt 0.358100 0.444500</w:t>
        <w:br/>
        <w:t>vt 0.357000 0.445400</w:t>
        <w:br/>
        <w:t>vt 0.375300 0.445300</w:t>
        <w:br/>
        <w:t>vt 0.374400 0.444100</w:t>
        <w:br/>
        <w:t>vt 0.379600 0.445700</w:t>
        <w:br/>
        <w:t>vt 0.373600 0.448300</w:t>
        <w:br/>
        <w:t>vt 0.374400 0.444100</w:t>
        <w:br/>
        <w:t>vt 0.375300 0.445300</w:t>
        <w:br/>
        <w:t>vt 0.374700 0.448900</w:t>
        <w:br/>
        <w:t>vt 0.366500 0.452000</w:t>
        <w:br/>
        <w:t>vt 0.370700 0.451300</w:t>
        <w:br/>
        <w:t>vt 0.371400 0.452600</w:t>
        <w:br/>
        <w:t>vt 0.366200 0.453500</w:t>
        <w:br/>
        <w:t>vt 0.362700 0.450100</w:t>
        <w:br/>
        <w:t>vt 0.361700 0.451300</w:t>
        <w:br/>
        <w:t>vt 0.467800 0.116200</w:t>
        <w:br/>
        <w:t>vt 0.466400 0.116000</w:t>
        <w:br/>
        <w:t>vt 0.465800 0.108300</w:t>
        <w:br/>
        <w:t>vt 0.467100 0.107800</w:t>
        <w:br/>
        <w:t>vt 0.465600 0.120500</w:t>
        <w:br/>
        <w:t>vt 0.469100 0.122400</w:t>
        <w:br/>
        <w:t>vt 0.463600 0.121500</w:t>
        <w:br/>
        <w:t>vt 0.465600 0.120500</w:t>
        <w:br/>
        <w:t>vt 0.469800 0.121200</w:t>
        <w:br/>
        <w:t>vt 0.483800 0.162200</w:t>
        <w:br/>
        <w:t>vt 0.476800 0.160900</w:t>
        <w:br/>
        <w:t>vt 0.479100 0.160300</w:t>
        <w:br/>
        <w:t>vt 0.484400 0.161100</w:t>
        <w:br/>
        <w:t>vt 0.514800 0.283400</w:t>
        <w:br/>
        <w:t>vt 0.513400 0.282900</w:t>
        <w:br/>
        <w:t>vt 0.455000 0.087500</w:t>
        <w:br/>
        <w:t>vt 0.454000 0.088400</w:t>
        <w:br/>
        <w:t>vt 0.461000 0.102400</w:t>
        <w:br/>
        <w:t>vt 0.461800 0.101400</w:t>
        <w:br/>
        <w:t>vt 0.476900 0.142000</w:t>
        <w:br/>
        <w:t>vt 0.508700 0.289500</w:t>
        <w:br/>
        <w:t>vt 0.509700 0.290500</w:t>
        <w:br/>
        <w:t>vt 0.427900 0.072500</w:t>
        <w:br/>
        <w:t>vt 0.424200 0.067200</w:t>
        <w:br/>
        <w:t>vt 0.425000 0.066200</w:t>
        <w:br/>
        <w:t>vt 0.456500 0.100600</w:t>
        <w:br/>
        <w:t>vt 0.472800 0.141300</w:t>
        <w:br/>
        <w:t>vt 0.474400 0.140800</w:t>
        <w:br/>
        <w:t>vt 0.510100 0.241200</w:t>
        <w:br/>
        <w:t>vt 0.505100 0.217500</w:t>
        <w:br/>
        <w:t>vt 0.502800 0.218000</w:t>
        <w:br/>
        <w:t>vt 0.479100 0.160300</w:t>
        <w:br/>
        <w:t>vt 0.476800 0.160900</w:t>
        <w:br/>
        <w:t>vt 0.504400 0.293700</w:t>
        <w:br/>
        <w:t>vt 0.504400 0.293700</w:t>
        <w:br/>
        <w:t>vt 0.510100 0.241200</w:t>
        <w:br/>
        <w:t>vt 0.507600 0.241500</w:t>
        <w:br/>
        <w:t>vt 0.512800 0.236800</w:t>
        <w:br/>
        <w:t>vt 0.514100 0.237400</w:t>
        <w:br/>
        <w:t>vt 0.470600 0.352500</w:t>
        <w:br/>
        <w:t>vt 0.471900 0.353000</w:t>
        <w:br/>
        <w:t>vt 0.491300 0.313800</w:t>
        <w:br/>
        <w:t>vt 0.493400 0.314600</w:t>
        <w:br/>
        <w:t>vt 0.389800 0.436200</w:t>
        <w:br/>
        <w:t>vt 0.390500 0.437900</w:t>
        <w:br/>
        <w:t>vt 0.279400 0.005400</w:t>
        <w:br/>
        <w:t>vt 0.274000 0.007100</w:t>
        <w:br/>
        <w:t>vt 0.273200 0.005900</w:t>
        <w:br/>
        <w:t>vt 0.279400 0.004000</w:t>
        <w:br/>
        <w:t>vt 0.270800 0.010900</w:t>
        <w:br/>
        <w:t>vt 0.270700 0.009300</w:t>
        <w:br/>
        <w:t>vt 0.306100 0.012300</w:t>
        <w:br/>
        <w:t>vt 0.307100 0.011400</w:t>
        <w:br/>
        <w:t>vt 0.309600 0.017300</w:t>
        <w:br/>
        <w:t>vt 0.309200 0.018800</w:t>
        <w:br/>
        <w:t>vt 0.328300 0.018300</w:t>
        <w:br/>
        <w:t>vt 0.327300 0.019300</w:t>
        <w:br/>
        <w:t>vt 0.331200 0.026000</w:t>
        <w:br/>
        <w:t>vt 0.330500 0.027400</w:t>
        <w:br/>
        <w:t>vt 0.250600 0.010900</w:t>
        <w:br/>
        <w:t>vt 0.255000 0.006700</w:t>
        <w:br/>
        <w:t>vt 0.205000 0.036600</w:t>
        <w:br/>
        <w:t>vt 0.208100 0.015900</w:t>
        <w:br/>
        <w:t>vt 0.212100 0.018800</w:t>
        <w:br/>
        <w:t>vt 0.221400 0.008700</w:t>
        <w:br/>
        <w:t>vt 0.227900 0.008900</w:t>
        <w:br/>
        <w:t>vt 0.233100 0.029900</w:t>
        <w:br/>
        <w:t>vt 0.231900 0.012700</w:t>
        <w:br/>
        <w:t>vt 0.235000 0.007700</w:t>
        <w:br/>
        <w:t>vt 0.234200 0.064600</w:t>
        <w:br/>
        <w:t>vt 0.235400 0.104200</w:t>
        <w:br/>
        <w:t>vt 0.237500 0.145600</w:t>
        <w:br/>
        <w:t>vt 0.240600 0.189500</w:t>
        <w:br/>
        <w:t>vt 0.243400 0.233800</w:t>
        <w:br/>
        <w:t>vt 0.247900 0.269600</w:t>
        <w:br/>
        <w:t>vt 0.249700 0.278800</w:t>
        <w:br/>
        <w:t>vt 0.221800 0.194300</w:t>
        <w:br/>
        <w:t>vt 0.216600 0.150600</w:t>
        <w:br/>
        <w:t>vt 0.189200 0.120000</w:t>
        <w:br/>
        <w:t>vt 0.212400 0.109400</w:t>
        <w:br/>
        <w:t>vt 0.197200 0.161000</w:t>
        <w:br/>
        <w:t>vt 0.208800 0.070400</w:t>
        <w:br/>
        <w:t>vt 0.181700 0.081400</w:t>
        <w:br/>
        <w:t>vt 0.190400 0.043400</w:t>
        <w:br/>
        <w:t>vt 0.207600 0.202100</w:t>
        <w:br/>
        <w:t>vt 0.221500 0.242000</w:t>
        <w:br/>
        <w:t>vt 0.234700 0.273600</w:t>
        <w:br/>
        <w:t>vt 0.207600 0.202100</w:t>
        <w:br/>
        <w:t>vt 0.204000 0.205900</w:t>
        <w:br/>
        <w:t>vt 0.188900 0.167200</w:t>
        <w:br/>
        <w:t>vt 0.164800 0.058700</w:t>
        <w:br/>
        <w:t>vt 0.152000 0.042900</w:t>
        <w:br/>
        <w:t>vt 0.158200 0.037800</w:t>
        <w:br/>
        <w:t>vt 0.155300 0.063700</w:t>
        <w:br/>
        <w:t>vt 0.150900 0.049000</w:t>
        <w:br/>
        <w:t>vt 0.146800 0.046400</w:t>
        <w:br/>
        <w:t>vt 0.177700 0.051600</w:t>
        <w:br/>
        <w:t>vt 0.178400 0.026500</w:t>
        <w:br/>
        <w:t>vt 0.185000 0.025100</w:t>
        <w:br/>
        <w:t>vt 0.173100 0.031300</w:t>
        <w:br/>
        <w:t>vt 0.163400 0.090300</w:t>
        <w:br/>
        <w:t>vt 0.175200 0.127400</w:t>
        <w:br/>
        <w:t>vt 0.183600 0.170000</w:t>
        <w:br/>
        <w:t>vt 0.168000 0.130900</w:t>
        <w:br/>
        <w:t>vt 0.200400 0.208100</w:t>
        <w:br/>
        <w:t>vt 0.153700 0.094800</w:t>
        <w:br/>
        <w:t>vt 0.148600 0.069100</w:t>
        <w:br/>
        <w:t>vt 0.165000 0.036300</w:t>
        <w:br/>
        <w:t>vt 0.170800 0.038300</w:t>
        <w:br/>
        <w:t>vt 0.190800 0.027400</w:t>
        <w:br/>
        <w:t>vt 0.201900 0.014800</w:t>
        <w:br/>
        <w:t>vt 0.134600 0.076000</w:t>
        <w:br/>
        <w:t>vt 0.141800 0.073100</w:t>
        <w:br/>
        <w:t>vt 0.153700 0.094800</w:t>
        <w:br/>
        <w:t>vt 0.146000 0.100200</w:t>
        <w:br/>
        <w:t>vt 0.140600 0.102900</w:t>
        <w:br/>
        <w:t>vt 0.126600 0.108200</w:t>
        <w:br/>
        <w:t>vt 0.127000 0.078000</w:t>
        <w:br/>
        <w:t>vt 0.120400 0.059300</w:t>
        <w:br/>
        <w:t>vt 0.125000 0.056200</w:t>
        <w:br/>
        <w:t>vt 0.134600 0.076000</w:t>
        <w:br/>
        <w:t>vt 0.130500 0.055400</w:t>
        <w:br/>
        <w:t>vt 0.135900 0.051300</w:t>
        <w:br/>
        <w:t>vt 0.135700 0.058600</w:t>
        <w:br/>
        <w:t>vt 0.119500 0.066600</w:t>
        <w:br/>
        <w:t>vt 0.112900 0.084800</w:t>
        <w:br/>
        <w:t>vt 0.111800 0.064200</w:t>
        <w:br/>
        <w:t>vt 0.104400 0.064400</w:t>
        <w:br/>
        <w:t>vt 0.160300 0.133900</w:t>
        <w:br/>
        <w:t>vt 0.112900 0.084800</w:t>
        <w:br/>
        <w:t>vt 0.098700 0.093400</w:t>
        <w:br/>
        <w:t>vt 0.094000 0.073900</w:t>
        <w:br/>
        <w:t>vt 0.088000 0.071600</w:t>
        <w:br/>
        <w:t>vt 0.168000 0.130900</w:t>
        <w:br/>
        <w:t>vt 0.160300 0.133900</w:t>
        <w:br/>
        <w:t>vt 0.188700 0.211100</w:t>
        <w:br/>
        <w:t>vt 0.166600 0.175100</w:t>
        <w:br/>
        <w:t>vt 0.177600 0.172200</w:t>
        <w:br/>
        <w:t>vt 0.196000 0.209500</w:t>
        <w:br/>
        <w:t>vt 0.177600 0.172200</w:t>
        <w:br/>
        <w:t>vt 0.196000 0.209500</w:t>
        <w:br/>
        <w:t>vt 0.214700 0.246300</w:t>
        <w:br/>
        <w:t>vt 0.210900 0.247000</w:t>
        <w:br/>
        <w:t>vt 0.218500 0.244600</w:t>
        <w:br/>
        <w:t>vt 0.235900 0.283100</w:t>
        <w:br/>
        <w:t>vt 0.230700 0.275500</w:t>
        <w:br/>
        <w:t>vt 0.214700 0.246300</w:t>
        <w:br/>
        <w:t>vt 0.218500 0.244600</w:t>
        <w:br/>
        <w:t>vt 0.140700 0.047100</w:t>
        <w:br/>
        <w:t>vt 0.078500 0.086400</w:t>
        <w:br/>
        <w:t>vt 0.077800 0.079900</w:t>
        <w:br/>
        <w:t>vt 0.098700 0.093400</w:t>
        <w:br/>
        <w:t>vt 0.113900 0.115500</w:t>
        <w:br/>
        <w:t>vt 0.085500 0.105900</w:t>
        <w:br/>
        <w:t>vt 0.100400 0.129900</w:t>
        <w:br/>
        <w:t>vt 0.133900 0.143700</w:t>
        <w:br/>
        <w:t>vt 0.122800 0.158100</w:t>
        <w:br/>
        <w:t>vt 0.159200 0.179200</w:t>
        <w:br/>
        <w:t>vt 0.149200 0.190600</w:t>
        <w:br/>
        <w:t>vt 0.183400 0.214900</w:t>
        <w:br/>
        <w:t>vt 0.166600 0.175100</w:t>
        <w:br/>
        <w:t>vt 0.188700 0.211100</w:t>
        <w:br/>
        <w:t>vt 0.090200 0.147800</w:t>
        <w:br/>
        <w:t>vt 0.114100 0.172800</w:t>
        <w:br/>
        <w:t>vt 0.076000 0.118100</w:t>
        <w:br/>
        <w:t>vt 0.069500 0.127800</w:t>
        <w:br/>
        <w:t>vt 0.080400 0.165500</w:t>
        <w:br/>
        <w:t>vt 0.107700 0.186900</w:t>
        <w:br/>
        <w:t>vt 0.065100 0.139900</w:t>
        <w:br/>
        <w:t>vt 0.142800 0.202300</w:t>
        <w:br/>
        <w:t>vt 0.210900 0.247000</w:t>
        <w:br/>
        <w:t>vt 0.204200 0.253800</w:t>
        <w:br/>
        <w:t>vt 0.223200 0.282600</w:t>
        <w:br/>
        <w:t>vt 0.169200 0.237900</w:t>
        <w:br/>
        <w:t>vt 0.171500 0.232000</w:t>
        <w:br/>
        <w:t>vt 0.199500 0.260800</w:t>
        <w:br/>
        <w:t>vt 0.198600 0.262800</w:t>
        <w:br/>
        <w:t>vt 0.139600 0.212700</w:t>
        <w:br/>
        <w:t>vt 0.229800 0.287600</w:t>
        <w:br/>
        <w:t>vt 0.081500 0.074300</w:t>
        <w:br/>
        <w:t>vt 0.066500 0.101600</w:t>
        <w:br/>
        <w:t>vt 0.064800 0.094400</w:t>
        <w:br/>
        <w:t>vt 0.072500 0.085500</w:t>
        <w:br/>
        <w:t>vt 0.048600 0.141300</w:t>
        <w:br/>
        <w:t>vt 0.045900 0.134100</w:t>
        <w:br/>
        <w:t>vt 0.062000 0.149500</w:t>
        <w:br/>
        <w:t>vt 0.058600 0.161500</w:t>
        <w:br/>
        <w:t>vt 0.040500 0.155300</w:t>
        <w:br/>
        <w:t>vt 0.041300 0.148200</w:t>
        <w:br/>
        <w:t>vt 0.054000 0.174900</w:t>
        <w:br/>
        <w:t>vt 0.078000 0.176800</w:t>
        <w:br/>
        <w:t>vt 0.072800 0.187100</w:t>
        <w:br/>
        <w:t>vt 0.105000 0.196900</w:t>
        <w:br/>
        <w:t>vt 0.137200 0.220300</w:t>
        <w:br/>
        <w:t>vt 0.102200 0.205800</w:t>
        <w:br/>
        <w:t>vt 0.134000 0.226500</w:t>
        <w:br/>
        <w:t>vt 0.098500 0.212500</w:t>
        <w:br/>
        <w:t>vt 0.130900 0.231500</w:t>
        <w:br/>
        <w:t>vt 0.068700 0.195300</w:t>
        <w:br/>
        <w:t>vt 0.049800 0.184300</w:t>
        <w:br/>
        <w:t>vt 0.094500 0.221600</w:t>
        <w:br/>
        <w:t>vt 0.098500 0.212500</w:t>
        <w:br/>
        <w:t>vt 0.130900 0.231500</w:t>
        <w:br/>
        <w:t>vt 0.128000 0.237800</w:t>
        <w:br/>
        <w:t>vt 0.063500 0.207300</w:t>
        <w:br/>
        <w:t>vt 0.068700 0.195300</w:t>
        <w:br/>
        <w:t>vt 0.166600 0.244300</w:t>
        <w:br/>
        <w:t>vt 0.163200 0.250800</w:t>
        <w:br/>
        <w:t>vt 0.197000 0.267400</w:t>
        <w:br/>
        <w:t>vt 0.044500 0.160900</w:t>
        <w:br/>
        <w:t>vt 0.047700 0.127300</w:t>
        <w:br/>
        <w:t>vt 0.043100 0.197500</w:t>
        <w:br/>
        <w:t>vt 0.023400 0.187100</w:t>
        <w:br/>
        <w:t>vt 0.028300 0.182400</w:t>
        <w:br/>
        <w:t>vt 0.057600 0.217700</w:t>
        <w:br/>
        <w:t>vt 0.039100 0.204000</w:t>
        <w:br/>
        <w:t>vt 0.034600 0.210100</w:t>
        <w:br/>
        <w:t>vt 0.017200 0.202300</w:t>
        <w:br/>
        <w:t>vt 0.025800 0.200200</w:t>
        <w:br/>
        <w:t>vt 0.021600 0.193100</w:t>
        <w:br/>
        <w:t>vt 0.049800 0.184300</w:t>
        <w:br/>
        <w:t>vt 0.036100 0.180900</w:t>
        <w:br/>
        <w:t>vt 0.013500 0.207600</w:t>
        <w:br/>
        <w:t>vt 0.030000 0.219600</w:t>
        <w:br/>
        <w:t>vt 0.013500 0.213500</w:t>
        <w:br/>
        <w:t>vt 0.082500 0.245300</w:t>
        <w:br/>
        <w:t>vt 0.049700 0.237200</w:t>
        <w:br/>
        <w:t>vt 0.053500 0.226500</w:t>
        <w:br/>
        <w:t>vt 0.118400 0.255400</w:t>
        <w:br/>
        <w:t>vt 0.089600 0.229500</w:t>
        <w:br/>
        <w:t>vt 0.124300 0.243100</w:t>
        <w:br/>
        <w:t>vt 0.153800 0.267000</w:t>
        <w:br/>
        <w:t>vt 0.158600 0.257600</w:t>
        <w:br/>
        <w:t>vt 0.192300 0.273800</w:t>
        <w:br/>
        <w:t>vt 0.124300 0.243100</w:t>
        <w:br/>
        <w:t>vt 0.089600 0.229500</w:t>
        <w:br/>
        <w:t>vt 0.161200 0.254500</w:t>
        <w:br/>
        <w:t>vt 0.158600 0.257600</w:t>
        <w:br/>
        <w:t>vt 0.193700 0.272100</w:t>
        <w:br/>
        <w:t>vt 0.163200 0.250800</w:t>
        <w:br/>
        <w:t>vt 0.194700 0.270500</w:t>
        <w:br/>
        <w:t>vt 0.192300 0.273800</w:t>
        <w:br/>
        <w:t>vt 0.018500 0.218000</w:t>
        <w:br/>
        <w:t>vt 0.011700 0.220200</w:t>
        <w:br/>
        <w:t>vt 0.026500 0.231600</w:t>
        <w:br/>
        <w:t>vt 0.007700 0.228100</w:t>
        <w:br/>
        <w:t>vt 0.025000 0.246200</w:t>
        <w:br/>
        <w:t>vt 0.013700 0.241500</w:t>
        <w:br/>
        <w:t>vt 0.032100 0.174400</w:t>
        <w:br/>
        <w:t>vt 0.032100 0.174400</w:t>
        <w:br/>
        <w:t>vt 0.032300 0.168300</w:t>
        <w:br/>
        <w:t>vt 0.026400 0.273700</w:t>
        <w:br/>
        <w:t>vt 0.009900 0.269300</w:t>
        <w:br/>
        <w:t>vt 0.013800 0.266200</w:t>
        <w:br/>
        <w:t>vt 0.007200 0.275100</w:t>
        <w:br/>
        <w:t>vt 0.048700 0.264200</w:t>
        <w:br/>
        <w:t>vt 0.082100 0.269000</w:t>
        <w:br/>
        <w:t>vt 0.115500 0.274900</w:t>
        <w:br/>
        <w:t>vt 0.085500 0.291700</w:t>
        <w:br/>
        <w:t>vt 0.118800 0.294500</w:t>
        <w:br/>
        <w:t>vt 0.151500 0.281900</w:t>
        <w:br/>
        <w:t>vt 0.152200 0.298100</w:t>
        <w:br/>
        <w:t>vt 0.187200 0.296000</w:t>
        <w:br/>
        <w:t>vt 0.189500 0.279900</w:t>
        <w:br/>
        <w:t>vt 0.054400 0.288400</w:t>
        <w:br/>
        <w:t>vt 0.005700 0.259800</w:t>
        <w:br/>
        <w:t>vt 0.025600 0.260600</w:t>
        <w:br/>
        <w:t>vt 0.004400 0.252200</w:t>
        <w:br/>
        <w:t>vt 0.007200 0.244600</w:t>
        <w:br/>
        <w:t>vt 0.063000 0.311000</w:t>
        <w:br/>
        <w:t>vt 0.035800 0.300500</w:t>
        <w:br/>
        <w:t>vt 0.007900 0.282900</w:t>
        <w:br/>
        <w:t>vt 0.029300 0.286100</w:t>
        <w:br/>
        <w:t>vt 0.017700 0.304800</w:t>
        <w:br/>
        <w:t>vt 0.016800 0.297200</w:t>
        <w:br/>
        <w:t>vt 0.042700 0.310600</w:t>
        <w:br/>
        <w:t>vt 0.022300 0.311300</w:t>
        <w:br/>
        <w:t>vt 0.063000 0.311000</w:t>
        <w:br/>
        <w:t>vt 0.068200 0.327300</w:t>
        <w:br/>
        <w:t>vt 0.048500 0.321500</w:t>
        <w:br/>
        <w:t>vt 0.092500 0.311500</w:t>
        <w:br/>
        <w:t>vt 0.092500 0.311500</w:t>
        <w:br/>
        <w:t>vt 0.097700 0.323300</w:t>
        <w:br/>
        <w:t>vt 0.033100 0.328900</w:t>
        <w:br/>
        <w:t>vt 0.028800 0.323400</w:t>
        <w:br/>
        <w:t>vt 0.052500 0.329300</w:t>
        <w:br/>
        <w:t>vt 0.027800 0.317300</w:t>
        <w:br/>
        <w:t>vt 0.030000 0.313800</w:t>
        <w:br/>
        <w:t>vt 0.041800 0.338600</w:t>
        <w:br/>
        <w:t>vt 0.040700 0.333800</w:t>
        <w:br/>
        <w:t>vt 0.057300 0.334800</w:t>
        <w:br/>
        <w:t>vt 0.045800 0.342600</w:t>
        <w:br/>
        <w:t>vt 0.060900 0.340900</w:t>
        <w:br/>
        <w:t>vt 0.052500 0.343500</w:t>
        <w:br/>
        <w:t>vt 0.050200 0.347500</w:t>
        <w:br/>
        <w:t>vt 0.065200 0.348300</w:t>
        <w:br/>
        <w:t>vt 0.068000 0.355200</w:t>
        <w:br/>
        <w:t>vt 0.053600 0.356300</w:t>
        <w:br/>
        <w:t>vt 0.069200 0.362700</w:t>
        <w:br/>
        <w:t>vt 0.055400 0.368200</w:t>
        <w:br/>
        <w:t>vt 0.055500 0.363100</w:t>
        <w:br/>
        <w:t>vt 0.068000 0.355200</w:t>
        <w:br/>
        <w:t>vt 0.057000 0.358300</w:t>
        <w:br/>
        <w:t>vt 0.087900 0.356200</w:t>
        <w:br/>
        <w:t>vt 0.087200 0.349800</w:t>
        <w:br/>
        <w:t>vt 0.089000 0.362900</w:t>
        <w:br/>
        <w:t>vt 0.070800 0.370500</w:t>
        <w:br/>
        <w:t>vt 0.057300 0.372300</w:t>
        <w:br/>
        <w:t>vt 0.057000 0.358300</w:t>
        <w:br/>
        <w:t>vt 0.082200 0.343700</w:t>
        <w:br/>
        <w:t>vt 0.087200 0.349800</w:t>
        <w:br/>
        <w:t>vt 0.076600 0.337100</w:t>
        <w:br/>
        <w:t>vt 0.042200 0.330900</w:t>
        <w:br/>
        <w:t>vt 0.042200 0.330900</w:t>
        <w:br/>
        <w:t>vt 0.052500 0.329300</w:t>
        <w:br/>
        <w:t>vt 0.060200 0.375100</w:t>
        <w:br/>
        <w:t>vt 0.058600 0.378800</w:t>
        <w:br/>
        <w:t>vt 0.070800 0.370500</w:t>
        <w:br/>
        <w:t>vt 0.074200 0.377200</w:t>
        <w:br/>
        <w:t>vt 0.058900 0.384400</w:t>
        <w:br/>
        <w:t>vt 0.063100 0.388900</w:t>
        <w:br/>
        <w:t>vt 0.078700 0.384800</w:t>
        <w:br/>
        <w:t>vt 0.069600 0.389500</w:t>
        <w:br/>
        <w:t>vt 0.066400 0.395000</w:t>
        <w:br/>
        <w:t>vt 0.083600 0.393400</w:t>
        <w:br/>
        <w:t>vt 0.090400 0.401600</w:t>
        <w:br/>
        <w:t>vt 0.073700 0.406500</w:t>
        <w:br/>
        <w:t>vt 0.067800 0.401800</w:t>
        <w:br/>
        <w:t>vt 0.081500 0.406100</w:t>
        <w:br/>
        <w:t>vt 0.097600 0.420400</w:t>
        <w:br/>
        <w:t>vt 0.090500 0.421900</w:t>
        <w:br/>
        <w:t>vt 0.106200 0.415600</w:t>
        <w:br/>
        <w:t>vt 0.097600 0.424900</w:t>
        <w:br/>
        <w:t>vt 0.079700 0.411800</w:t>
        <w:br/>
        <w:t>vt 0.097400 0.408500</w:t>
        <w:br/>
        <w:t>vt 0.083300 0.418500</w:t>
        <w:br/>
        <w:t>vt 0.113500 0.396800</w:t>
        <w:br/>
        <w:t>vt 0.128400 0.408700</w:t>
        <w:br/>
        <w:t>vt 0.133800 0.383100</w:t>
        <w:br/>
        <w:t>vt 0.146600 0.394600</w:t>
        <w:br/>
        <w:t>vt 0.101200 0.383100</w:t>
        <w:br/>
        <w:t>vt 0.122600 0.370100</w:t>
        <w:br/>
        <w:t>vt 0.141400 0.416400</w:t>
        <w:br/>
        <w:t>vt 0.121500 0.424600</w:t>
        <w:br/>
        <w:t>vt 0.158500 0.401200</w:t>
        <w:br/>
        <w:t>vt 0.167400 0.378400</w:t>
        <w:br/>
        <w:t>vt 0.177500 0.384400</w:t>
        <w:br/>
        <w:t>vt 0.165400 0.404100</w:t>
        <w:br/>
        <w:t>vt 0.158500 0.401200</w:t>
        <w:br/>
        <w:t>vt 0.177500 0.384400</w:t>
        <w:br/>
        <w:t>vt 0.183300 0.386900</w:t>
        <w:br/>
        <w:t>vt 0.188600 0.362600</w:t>
        <w:br/>
        <w:t>vt 0.196800 0.368300</w:t>
        <w:br/>
        <w:t>vt 0.213300 0.349600</w:t>
        <w:br/>
        <w:t>vt 0.156300 0.368100</w:t>
        <w:br/>
        <w:t>vt 0.179700 0.353800</w:t>
        <w:br/>
        <w:t>vt 0.172900 0.344700</w:t>
        <w:br/>
        <w:t>vt 0.147200 0.356600</w:t>
        <w:br/>
        <w:t>vt 0.203200 0.338900</w:t>
        <w:br/>
        <w:t>vt 0.224600 0.329800</w:t>
        <w:br/>
        <w:t>vt 0.231600 0.337400</w:t>
        <w:br/>
        <w:t>vt 0.203800 0.371300</w:t>
        <w:br/>
        <w:t>vt 0.221700 0.355500</w:t>
        <w:br/>
        <w:t>vt 0.236800 0.333500</w:t>
        <w:br/>
        <w:t>vt 0.245300 0.340900</w:t>
        <w:br/>
        <w:t>vt 0.241100 0.345500</w:t>
        <w:br/>
        <w:t>vt 0.149100 0.420000</w:t>
        <w:br/>
        <w:t>vt 0.145500 0.418300</w:t>
        <w:br/>
        <w:t>vt 0.165400 0.404100</w:t>
        <w:br/>
        <w:t>vt 0.172400 0.406100</w:t>
        <w:br/>
        <w:t>vt 0.155900 0.422100</w:t>
        <w:br/>
        <w:t>vt 0.149100 0.420000</w:t>
        <w:br/>
        <w:t>vt 0.144900 0.432400</w:t>
        <w:br/>
        <w:t>vt 0.139200 0.429200</w:t>
        <w:br/>
        <w:t>vt 0.139200 0.429200</w:t>
        <w:br/>
        <w:t>vt 0.133100 0.428900</w:t>
        <w:br/>
        <w:t>vt 0.189500 0.389100</w:t>
        <w:br/>
        <w:t>vt 0.128200 0.427300</w:t>
        <w:br/>
        <w:t>vt 0.121100 0.439300</w:t>
        <w:br/>
        <w:t>vt 0.116100 0.436800</w:t>
        <w:br/>
        <w:t>vt 0.115000 0.431600</w:t>
        <w:br/>
        <w:t>vt 0.107500 0.433300</w:t>
        <w:br/>
        <w:t>vt 0.131500 0.436200</w:t>
        <w:br/>
        <w:t>vt 0.113200 0.420300</w:t>
        <w:br/>
        <w:t>vt 0.100700 0.430000</w:t>
        <w:br/>
        <w:t>vt 0.153800 0.436600</w:t>
        <w:br/>
        <w:t>vt 0.164200 0.426300</w:t>
        <w:br/>
        <w:t>vt 0.136400 0.443400</w:t>
        <w:br/>
        <w:t>vt 0.132600 0.440200</w:t>
        <w:br/>
        <w:t>vt 0.180000 0.409600</w:t>
        <w:br/>
        <w:t>vt 0.185300 0.417200</w:t>
        <w:br/>
        <w:t>vt 0.171600 0.434200</w:t>
        <w:br/>
        <w:t>vt 0.195900 0.392500</w:t>
        <w:br/>
        <w:t>vt 0.211700 0.375800</w:t>
        <w:br/>
        <w:t>vt 0.227600 0.359700</w:t>
        <w:br/>
        <w:t>vt 0.241100 0.345500</w:t>
        <w:br/>
        <w:t>vt 0.245300 0.340900</w:t>
        <w:br/>
        <w:t>vt 0.246000 0.342300</w:t>
        <w:br/>
        <w:t>vt 0.242000 0.347200</w:t>
        <w:br/>
        <w:t>vt 0.227600 0.359700</w:t>
        <w:br/>
        <w:t>vt 0.229800 0.362300</w:t>
        <w:br/>
        <w:t>vt 0.215300 0.380200</w:t>
        <w:br/>
        <w:t>vt 0.211700 0.375800</w:t>
        <w:br/>
        <w:t>vt 0.195900 0.392500</w:t>
        <w:br/>
        <w:t>vt 0.200400 0.398600</w:t>
        <w:br/>
        <w:t>vt 0.163200 0.444500</w:t>
        <w:br/>
        <w:t>vt 0.141800 0.444300</w:t>
        <w:br/>
        <w:t>vt 0.146900 0.444100</w:t>
        <w:br/>
        <w:t>vt 0.147700 0.448300</w:t>
        <w:br/>
        <w:t>vt 0.150600 0.451300</w:t>
        <w:br/>
        <w:t>vt 0.154800 0.452000</w:t>
        <w:br/>
        <w:t>vt 0.158700 0.450100</w:t>
        <w:br/>
        <w:t>vt 0.054900 0.116000</w:t>
        <w:br/>
        <w:t>vt 0.055600 0.108300</w:t>
        <w:br/>
        <w:t>vt 0.057800 0.121500</w:t>
        <w:br/>
        <w:t>vt 0.052300 0.122400</w:t>
        <w:br/>
        <w:t>vt 0.220700 0.286600</w:t>
        <w:br/>
        <w:t>vt 0.037500 0.162200</w:t>
        <w:br/>
        <w:t>vt 0.224200 0.301500</w:t>
        <w:br/>
        <w:t>vt 0.216800 0.300500</w:t>
        <w:br/>
        <w:t>vt 0.220700 0.286600</w:t>
        <w:br/>
        <w:t>vt 0.124800 0.311100</w:t>
        <w:br/>
        <w:t>vt 0.157200 0.311000</w:t>
        <w:br/>
        <w:t>vt 0.190000 0.312300</w:t>
        <w:br/>
        <w:t>vt 0.217300 0.312600</w:t>
        <w:br/>
        <w:t>vt 0.226100 0.318100</w:t>
        <w:br/>
        <w:t>vt 0.217300 0.312600</w:t>
        <w:br/>
        <w:t>vt 0.191200 0.315000</w:t>
        <w:br/>
        <w:t>vt 0.190000 0.312300</w:t>
        <w:br/>
        <w:t>vt 0.159600 0.316200</w:t>
        <w:br/>
        <w:t>vt 0.157200 0.311000</w:t>
        <w:br/>
        <w:t>vt 0.128500 0.319200</w:t>
        <w:br/>
        <w:t>vt 0.124800 0.311100</w:t>
        <w:br/>
        <w:t>vt 0.103000 0.331900</w:t>
        <w:br/>
        <w:t>vt 0.097700 0.323300</w:t>
        <w:br/>
        <w:t>vt 0.128500 0.319200</w:t>
        <w:br/>
        <w:t>vt 0.132400 0.326100</w:t>
        <w:br/>
        <w:t>vt 0.068200 0.327300</w:t>
        <w:br/>
        <w:t>vt 0.112500 0.342800</w:t>
        <w:br/>
        <w:t>vt 0.139600 0.335600</w:t>
        <w:br/>
        <w:t>vt 0.159600 0.316200</w:t>
        <w:br/>
        <w:t>vt 0.166800 0.329000</w:t>
        <w:br/>
        <w:t>vt 0.191200 0.315000</w:t>
        <w:br/>
        <w:t>vt 0.194800 0.323900</w:t>
        <w:br/>
        <w:t>vt 0.112500 0.342800</w:t>
        <w:br/>
        <w:t>vt 0.113800 0.347400</w:t>
        <w:br/>
        <w:t>vt 0.139600 0.335600</w:t>
        <w:br/>
        <w:t>vt 0.089000 0.362900</w:t>
        <w:br/>
        <w:t>vt 0.094500 0.373200</w:t>
        <w:br/>
        <w:t>vt 0.113900 0.352700</w:t>
        <w:br/>
        <w:t>vt 0.140300 0.342300</w:t>
        <w:br/>
        <w:t>vt 0.113900 0.352700</w:t>
        <w:br/>
        <w:t>vt 0.167200 0.333000</w:t>
        <w:br/>
        <w:t>vt 0.140300 0.342300</w:t>
        <w:br/>
        <w:t>vt 0.166800 0.329000</w:t>
        <w:br/>
        <w:t>vt 0.194800 0.323900</w:t>
        <w:br/>
        <w:t>vt 0.219500 0.319800</w:t>
        <w:br/>
        <w:t>vt 0.230900 0.327000</w:t>
        <w:br/>
        <w:t>vt 0.167200 0.333000</w:t>
        <w:br/>
        <w:t>vt 0.194700 0.270500</w:t>
        <w:br/>
        <w:t>vt 0.067300 0.088400</w:t>
        <w:br/>
        <w:t>vt 0.060300 0.102400</w:t>
        <w:br/>
        <w:t>vt 0.045000 0.142900</w:t>
        <w:br/>
        <w:t>vt 0.012600 0.289500</w:t>
        <w:br/>
        <w:t>vt 0.230700 0.275500</w:t>
        <w:br/>
        <w:t>vt 0.144400 0.138000</w:t>
        <w:br/>
        <w:t>vt 0.223200 0.282600</w:t>
        <w:br/>
        <w:t>vt 0.176500 0.223400</w:t>
        <w:br/>
        <w:t>vt 0.146000 0.100200</w:t>
        <w:br/>
        <w:t>vt 0.126600 0.108200</w:t>
        <w:br/>
        <w:t>vt 0.144400 0.138000</w:t>
        <w:br/>
        <w:t>vt 0.097100 0.067200</w:t>
        <w:br/>
        <w:t>vt 0.018700 0.293000</w:t>
        <w:br/>
        <w:t>vt 0.008500 0.236800</w:t>
        <w:br/>
        <w:t>vt 0.050700 0.352500</w:t>
        <w:br/>
        <w:t>vt 0.141400 0.416400</w:t>
        <w:br/>
        <w:t>vt 0.131500 0.436200</w:t>
        <w:br/>
        <w:t>vt 0.241900 0.005400</w:t>
        <w:br/>
        <w:t>vt 0.247300 0.007100</w:t>
        <w:br/>
        <w:t>vt 0.215200 0.012300</w:t>
        <w:br/>
        <w:t>vt 0.194100 0.019300</w:t>
        <w:br/>
        <w:t>vt 0.505312 0.169737</w:t>
        <w:br/>
        <w:t>vt 0.508657 0.167839</w:t>
        <w:br/>
        <w:t>vt 0.504553 0.168907</w:t>
        <w:br/>
        <w:t>vt 0.510128 0.178255</w:t>
        <w:br/>
        <w:t>vt 0.506807 0.176926</w:t>
        <w:br/>
        <w:t>vt 0.506261 0.177685</w:t>
        <w:br/>
        <w:t>vt 0.504909 0.175170</w:t>
        <w:br/>
        <w:t>vt 0.508871 0.173011</w:t>
        <w:br/>
        <w:t>vt 0.504956 0.173984</w:t>
        <w:br/>
        <w:t>vt 0.505668 0.173225</w:t>
        <w:br/>
        <w:t>vt 0.504363 0.167839</w:t>
        <w:br/>
        <w:t>vt 0.504719 0.172632</w:t>
        <w:br/>
        <w:t>vt 0.515372 0.172798</w:t>
        <w:br/>
        <w:t>vt 0.522774 0.172584</w:t>
        <w:br/>
        <w:t>vt 0.522442 0.167839</w:t>
        <w:br/>
        <w:t>vt 0.515134 0.167839</w:t>
        <w:br/>
        <w:t>vt 0.530509 0.172181</w:t>
        <w:br/>
        <w:t>vt 0.530224 0.167839</w:t>
        <w:br/>
        <w:t>vt 0.538718 0.171587</w:t>
        <w:br/>
        <w:t>vt 0.538433 0.167839</w:t>
        <w:br/>
        <w:t>vt 0.546998 0.171089</w:t>
        <w:br/>
        <w:t>vt 0.546571 0.167839</w:t>
        <w:br/>
        <w:t>vt 0.553688 0.170235</w:t>
        <w:br/>
        <w:t>vt 0.553380 0.167839</w:t>
        <w:br/>
        <w:t>vt 0.555420 0.169903</w:t>
        <w:br/>
        <w:t>vt 0.555183 0.167839</w:t>
        <w:br/>
        <w:t>vt 0.539619 0.175123</w:t>
        <w:br/>
        <w:t>vt 0.531434 0.176095</w:t>
        <w:br/>
        <w:t>vt 0.525716 0.181196</w:t>
        <w:br/>
        <w:t>vt 0.533403 0.179702</w:t>
        <w:br/>
        <w:t>vt 0.523747 0.176878</w:t>
        <w:br/>
        <w:t>vt 0.516439 0.177543</w:t>
        <w:br/>
        <w:t>vt 0.511409 0.180983</w:t>
        <w:br/>
        <w:t>vt 0.518527 0.182620</w:t>
        <w:br/>
        <w:t>vt 0.541066 0.177756</w:t>
        <w:br/>
        <w:t>vt 0.548516 0.175170</w:t>
        <w:br/>
        <w:t>vt 0.554424 0.172703</w:t>
        <w:br/>
        <w:t>vt 0.534542 0.181268</w:t>
        <w:br/>
        <w:t>vt 0.541778 0.178444</w:t>
        <w:br/>
        <w:t>vt 0.541066 0.177756</w:t>
        <w:br/>
        <w:t>vt 0.514256 0.185776</w:t>
        <w:br/>
        <w:t>vt 0.510365 0.187009</w:t>
        <w:br/>
        <w:t>vt 0.511314 0.188148</w:t>
        <w:br/>
        <w:t>vt 0.515205 0.187555</w:t>
        <w:br/>
        <w:t>vt 0.512453 0.188362</w:t>
        <w:br/>
        <w:t>vt 0.515205 0.187555</w:t>
        <w:br/>
        <w:t>vt 0.512453 0.188362</w:t>
        <w:br/>
        <w:t>vt 0.511955 0.189145</w:t>
        <w:br/>
        <w:t>vt 0.507969 0.181979</w:t>
        <w:br/>
        <w:t>vt 0.508254 0.183237</w:t>
        <w:br/>
        <w:t>vt 0.512928 0.183355</w:t>
        <w:br/>
        <w:t>vt 0.509155 0.184233</w:t>
        <w:br/>
        <w:t>vt 0.520164 0.186037</w:t>
        <w:br/>
        <w:t>vt 0.527092 0.183830</w:t>
        <w:br/>
        <w:t>vt 0.527756 0.185159</w:t>
        <w:br/>
        <w:t>vt 0.535088 0.182240</w:t>
        <w:br/>
        <w:t>vt 0.542205 0.179109</w:t>
        <w:br/>
        <w:t>vt 0.521018 0.187840</w:t>
        <w:br/>
        <w:t>vt 0.516202 0.188789</w:t>
        <w:br/>
        <w:t>vt 0.510081 0.185728</w:t>
        <w:br/>
        <w:t>vt 0.510460 0.184660</w:t>
        <w:br/>
        <w:t>vt 0.508396 0.180912</w:t>
        <w:br/>
        <w:t>vt 0.506071 0.178824</w:t>
        <w:br/>
        <w:t>vt 0.521018 0.187840</w:t>
        <w:br/>
        <w:t>vt 0.516937 0.190070</w:t>
        <w:br/>
        <w:t>vt 0.517507 0.191422</w:t>
        <w:br/>
        <w:t>vt 0.522038 0.189287</w:t>
        <w:br/>
        <w:t>vt 0.522537 0.190283</w:t>
        <w:br/>
        <w:t>vt 0.517886 0.192846</w:t>
        <w:br/>
        <w:t>vt 0.523510 0.192893</w:t>
        <w:br/>
        <w:t>vt 0.514375 0.194056</w:t>
        <w:br/>
        <w:t>vt 0.517507 0.191422</w:t>
        <w:br/>
        <w:t>vt 0.513782 0.193202</w:t>
        <w:br/>
        <w:t>vt 0.513639 0.192181</w:t>
        <w:br/>
        <w:t>vt 0.512880 0.191185</w:t>
        <w:br/>
        <w:t>vt 0.514233 0.191209</w:t>
        <w:br/>
        <w:t>vt 0.519144 0.195456</w:t>
        <w:br/>
        <w:t>vt 0.515727 0.194246</w:t>
        <w:br/>
        <w:t>vt 0.515277 0.195693</w:t>
        <w:br/>
        <w:t>vt 0.515324 0.197069</w:t>
        <w:br/>
        <w:t>vt 0.528326 0.186606</w:t>
        <w:br/>
        <w:t>vt 0.519144 0.195456</w:t>
        <w:br/>
        <w:t>vt 0.517103 0.199014</w:t>
        <w:br/>
        <w:t>vt 0.520757 0.198137</w:t>
        <w:br/>
        <w:t>vt 0.516676 0.200130</w:t>
        <w:br/>
        <w:t>vt 0.527756 0.185159</w:t>
        <w:br/>
        <w:t>vt 0.528326 0.186606</w:t>
        <w:br/>
        <w:t>vt 0.535491 0.183379</w:t>
        <w:br/>
        <w:t>vt 0.536013 0.185420</w:t>
        <w:br/>
        <w:t>vt 0.542751 0.181291</w:t>
        <w:br/>
        <w:t>vt 0.542466 0.179939</w:t>
        <w:br/>
        <w:t>vt 0.535491 0.183379</w:t>
        <w:br/>
        <w:t>vt 0.542466 0.179939</w:t>
        <w:br/>
        <w:t>vt 0.549465 0.177163</w:t>
        <w:br/>
        <w:t>vt 0.549323 0.176428</w:t>
        <w:br/>
        <w:t>vt 0.549014 0.175740</w:t>
        <w:br/>
        <w:t>vt 0.556203 0.172489</w:t>
        <w:br/>
        <w:t>vt 0.554803 0.173462</w:t>
        <w:br/>
        <w:t>vt 0.549323 0.176428</w:t>
        <w:br/>
        <w:t>vt 0.549014 0.175740</w:t>
        <w:br/>
        <w:t>vt 0.512097 0.190283</w:t>
        <w:br/>
        <w:t>vt 0.519429 0.201909</w:t>
        <w:br/>
        <w:t>vt 0.520757 0.198137</w:t>
        <w:br/>
        <w:t>vt 0.518219 0.202028</w:t>
        <w:br/>
        <w:t>vt 0.524885 0.195290</w:t>
        <w:br/>
        <w:t>vt 0.523082 0.200580</w:t>
        <w:br/>
        <w:t>vt 0.527590 0.197828</w:t>
        <w:br/>
        <w:t>vt 0.532857 0.193629</w:t>
        <w:br/>
        <w:t>vt 0.530153 0.191541</w:t>
        <w:br/>
        <w:t>vt 0.536796 0.186820</w:t>
        <w:br/>
        <w:t>vt 0.538907 0.188670</w:t>
        <w:br/>
        <w:t>vt 0.536013 0.185420</w:t>
        <w:br/>
        <w:t>vt 0.543463 0.182288</w:t>
        <w:br/>
        <w:t>vt 0.542751 0.181291</w:t>
        <w:br/>
        <w:t>vt 0.530936 0.199726</w:t>
        <w:br/>
        <w:t>vt 0.535586 0.195242</w:t>
        <w:br/>
        <w:t>vt 0.525360 0.202384</w:t>
        <w:br/>
        <w:t>vt 0.527187 0.203593</w:t>
        <w:br/>
        <w:t>vt 0.534233 0.201553</w:t>
        <w:br/>
        <w:t>vt 0.538219 0.196452</w:t>
        <w:br/>
        <w:t>vt 0.529441 0.204400</w:t>
        <w:br/>
        <w:t>vt 0.541114 0.189880</w:t>
        <w:br/>
        <w:t>vt 0.549465 0.177163</w:t>
        <w:br/>
        <w:t>vt 0.550723 0.178397</w:t>
        <w:br/>
        <w:t>vt 0.556108 0.174838</w:t>
        <w:br/>
        <w:t>vt 0.547757 0.184945</w:t>
        <w:br/>
        <w:t>vt 0.552407 0.179441</w:t>
        <w:br/>
        <w:t>vt 0.552051 0.179275</w:t>
        <w:br/>
        <w:t>vt 0.546666 0.184518</w:t>
        <w:br/>
        <w:t>vt 0.543059 0.190497</w:t>
        <w:br/>
        <w:t>vt 0.557057 0.173628</w:t>
        <w:br/>
        <w:t>vt 0.517175 0.201363</w:t>
        <w:br/>
        <w:t>vt 0.522276 0.204139</w:t>
        <w:br/>
        <w:t>vt 0.520947 0.204471</w:t>
        <w:br/>
        <w:t>vt 0.519263 0.203024</w:t>
        <w:br/>
        <w:t>vt 0.529702 0.207508</w:t>
        <w:br/>
        <w:t>vt 0.531244 0.204993</w:t>
        <w:br/>
        <w:t>vt 0.528373 0.207983</w:t>
        <w:br/>
        <w:t>vt 0.533498 0.205610</w:t>
        <w:br/>
        <w:t>vt 0.531007 0.208860</w:t>
        <w:br/>
        <w:t>vt 0.532312 0.209003</w:t>
        <w:br/>
        <w:t>vt 0.535989 0.206488</w:t>
        <w:br/>
        <w:t>vt 0.538267 0.202953</w:t>
        <w:br/>
        <w:t>vt 0.536345 0.202004</w:t>
        <w:br/>
        <w:t>vt 0.540094 0.196950</w:t>
        <w:br/>
        <w:t>vt 0.544483 0.190924</w:t>
        <w:br/>
        <w:t>vt 0.541754 0.197472</w:t>
        <w:br/>
        <w:t>vt 0.545622 0.191541</w:t>
        <w:br/>
        <w:t>vt 0.543012 0.198160</w:t>
        <w:br/>
        <w:t>vt 0.546571 0.192110</w:t>
        <w:br/>
        <w:t>vt 0.539809 0.203736</w:t>
        <w:br/>
        <w:t>vt 0.537745 0.207271</w:t>
        <w:br/>
        <w:t>vt 0.544720 0.198896</w:t>
        <w:br/>
        <w:t>vt 0.547757 0.192656</w:t>
        <w:br/>
        <w:t>vt 0.546571 0.192110</w:t>
        <w:br/>
        <w:t>vt 0.543012 0.198160</w:t>
        <w:br/>
        <w:t>vt 0.542039 0.204709</w:t>
        <w:br/>
        <w:t>vt 0.539809 0.203736</w:t>
        <w:br/>
        <w:t>vt 0.548967 0.185443</w:t>
        <w:br/>
        <w:t>vt 0.550177 0.186084</w:t>
        <w:br/>
        <w:t>vt 0.553285 0.179749</w:t>
        <w:br/>
        <w:t>vt 0.533379 0.208267</w:t>
        <w:br/>
        <w:t>vt 0.527092 0.207651</w:t>
        <w:br/>
        <w:t>vt 0.540212 0.208528</w:t>
        <w:br/>
        <w:t>vt 0.537389 0.211280</w:t>
        <w:br/>
        <w:t>vt 0.538267 0.212206</w:t>
        <w:br/>
        <w:t>vt 0.541422 0.209264</w:t>
        <w:br/>
        <w:t>vt 0.543985 0.205800</w:t>
        <w:br/>
        <w:t>vt 0.540710 0.211755</w:t>
        <w:br/>
        <w:t>vt 0.541114 0.213368</w:t>
        <w:br/>
        <w:t>vt 0.542561 0.210118</w:t>
        <w:br/>
        <w:t>vt 0.539382 0.212538</w:t>
        <w:br/>
        <w:t>vt 0.537745 0.207271</w:t>
        <w:br/>
        <w:t>vt 0.537104 0.209833</w:t>
        <w:br/>
        <w:t>vt 0.542110 0.214056</w:t>
        <w:br/>
        <w:t>vt 0.544340 0.210972</w:t>
        <w:br/>
        <w:t>vt 0.543202 0.214056</w:t>
        <w:br/>
        <w:t>vt 0.549157 0.201150</w:t>
        <w:br/>
        <w:t>vt 0.545622 0.206583</w:t>
        <w:br/>
        <w:t>vt 0.547638 0.207294</w:t>
        <w:br/>
        <w:t>vt 0.546191 0.199821</w:t>
        <w:br/>
        <w:t>vt 0.551031 0.194459</w:t>
        <w:br/>
        <w:t>vt 0.548753 0.193344</w:t>
        <w:br/>
        <w:t>vt 0.553190 0.187840</w:t>
        <w:br/>
        <w:t>vt 0.551458 0.186914</w:t>
        <w:br/>
        <w:t>vt 0.554471 0.180627</w:t>
        <w:br/>
        <w:t>vt 0.546191 0.199821</w:t>
        <w:br/>
        <w:t>vt 0.548753 0.193344</w:t>
        <w:br/>
        <w:t>vt 0.551458 0.186914</w:t>
        <w:br/>
        <w:t>vt 0.550865 0.186440</w:t>
        <w:br/>
        <w:t>vt 0.550177 0.186084</w:t>
        <w:br/>
        <w:t>vt 0.554163 0.180366</w:t>
        <w:br/>
        <w:t>vt 0.553854 0.180176</w:t>
        <w:br/>
        <w:t>vt 0.554471 0.180627</w:t>
        <w:br/>
        <w:t>vt 0.544032 0.213107</w:t>
        <w:br/>
        <w:t>vt 0.544459 0.214389</w:t>
        <w:br/>
        <w:t>vt 0.546594 0.211613</w:t>
        <w:br/>
        <w:t>vt 0.545930 0.215148</w:t>
        <w:br/>
        <w:t>vt 0.549323 0.211897</w:t>
        <w:br/>
        <w:t>vt 0.548445 0.214009</w:t>
        <w:br/>
        <w:t>vt 0.535894 0.210569</w:t>
        <w:br/>
        <w:t>vt 0.537104 0.209833</w:t>
        <w:br/>
        <w:t>vt 0.534755 0.210521</w:t>
        <w:br/>
        <w:t>vt 0.554448 0.211660</w:t>
        <w:br/>
        <w:t>vt 0.553048 0.214009</w:t>
        <w:br/>
        <w:t>vt 0.553641 0.214721</w:t>
        <w:br/>
        <w:t>vt 0.554708 0.215243</w:t>
        <w:br/>
        <w:t>vt 0.552692 0.207461</w:t>
        <w:br/>
        <w:t>vt 0.553570 0.201221</w:t>
        <w:br/>
        <w:t>vt 0.554685 0.194981</w:t>
        <w:br/>
        <w:t>vt 0.557817 0.200580</w:t>
        <w:br/>
        <w:t>vt 0.558339 0.194364</w:t>
        <w:br/>
        <w:t>vt 0.559027 0.188124</w:t>
        <w:br/>
        <w:t>vt 0.555990 0.188267</w:t>
        <w:br/>
        <w:t>vt 0.558647 0.181576</w:t>
        <w:br/>
        <w:t>vt 0.555610 0.181149</w:t>
        <w:br/>
        <w:t>vt 0.557200 0.206417</w:t>
        <w:br/>
        <w:t>vt 0.552004 0.211779</w:t>
        <w:br/>
        <w:t>vt 0.551862 0.215504</w:t>
        <w:br/>
        <w:t>vt 0.550438 0.215765</w:t>
        <w:br/>
        <w:t>vt 0.549014 0.215243</w:t>
        <w:br/>
        <w:t>vt 0.559454 0.209881</w:t>
        <w:br/>
        <w:t>vt 0.561423 0.204803</w:t>
        <w:br/>
        <w:t>vt 0.556180 0.215100</w:t>
        <w:br/>
        <w:t>vt 0.556773 0.211091</w:t>
        <w:br/>
        <w:t>vt 0.558837 0.213439</w:t>
        <w:br/>
        <w:t>vt 0.560284 0.213274</w:t>
        <w:br/>
        <w:t>vt 0.561494 0.212419</w:t>
        <w:br/>
        <w:t>vt 0.561352 0.208600</w:t>
        <w:br/>
        <w:t>vt 0.561423 0.204803</w:t>
        <w:br/>
        <w:t>vt 0.563392 0.207508</w:t>
        <w:br/>
        <w:t>vt 0.564460 0.203831</w:t>
        <w:br/>
        <w:t>vt 0.561518 0.199299</w:t>
        <w:br/>
        <w:t>vt 0.563724 0.198303</w:t>
        <w:br/>
        <w:t>vt 0.561518 0.199299</w:t>
        <w:br/>
        <w:t>vt 0.564768 0.210403</w:t>
        <w:br/>
        <w:t>vt 0.564839 0.206773</w:t>
        <w:br/>
        <w:t>vt 0.563748 0.211185</w:t>
        <w:br/>
        <w:t>vt 0.562609 0.211375</w:t>
        <w:br/>
        <w:t>vt 0.561969 0.210972</w:t>
        <w:br/>
        <w:t>vt 0.566571 0.208766</w:t>
        <w:br/>
        <w:t>vt 0.565883 0.205847</w:t>
        <w:br/>
        <w:t>vt 0.565694 0.208955</w:t>
        <w:br/>
        <w:t>vt 0.567354 0.208030</w:t>
        <w:br/>
        <w:t>vt 0.567022 0.205183</w:t>
        <w:br/>
        <w:t>vt 0.567520 0.206773</w:t>
        <w:br/>
        <w:t>vt 0.568256 0.207200</w:t>
        <w:br/>
        <w:t>vt 0.568398 0.204376</w:t>
        <w:br/>
        <w:t>vt 0.569703 0.203855</w:t>
        <w:br/>
        <w:t>vt 0.569893 0.206559</w:t>
        <w:br/>
        <w:t>vt 0.571103 0.203641</w:t>
        <w:br/>
        <w:t>vt 0.569703 0.203855</w:t>
        <w:br/>
        <w:t>vt 0.571174 0.206203</w:t>
        <w:br/>
        <w:t>vt 0.572123 0.206227</w:t>
        <w:br/>
        <w:t>vt 0.570273 0.205919</w:t>
        <w:br/>
        <w:t>vt 0.569893 0.200153</w:t>
        <w:br/>
        <w:t>vt 0.568683 0.200272</w:t>
        <w:br/>
        <w:t>vt 0.571127 0.199940</w:t>
        <w:br/>
        <w:t>vt 0.572550 0.203332</w:t>
        <w:br/>
        <w:t>vt 0.572906 0.205871</w:t>
        <w:br/>
        <w:t>vt 0.570273 0.205919</w:t>
        <w:br/>
        <w:t>vt 0.567544 0.201197</w:t>
        <w:br/>
        <w:t>vt 0.568683 0.200272</w:t>
        <w:br/>
        <w:t>vt 0.566310 0.202265</w:t>
        <w:br/>
        <w:t>vt 0.565148 0.208694</w:t>
        <w:br/>
        <w:t>vt 0.564839 0.206773</w:t>
        <w:br/>
        <w:t>vt 0.565148 0.208694</w:t>
        <w:br/>
        <w:t>vt 0.573404 0.205325</w:t>
        <w:br/>
        <w:t>vt 0.572550 0.203332</w:t>
        <w:br/>
        <w:t>vt 0.573404 0.205325</w:t>
        <w:br/>
        <w:t>vt 0.574116 0.205634</w:t>
        <w:br/>
        <w:t>vt 0.573808 0.202715</w:t>
        <w:br/>
        <w:t>vt 0.575160 0.205586</w:t>
        <w:br/>
        <w:t>vt 0.575990 0.204780</w:t>
        <w:br/>
        <w:t>vt 0.576109 0.203570</w:t>
        <w:br/>
        <w:t>vt 0.575231 0.201861</w:t>
        <w:br/>
        <w:t>vt 0.577129 0.204163</w:t>
        <w:br/>
        <w:t>vt 0.576821 0.200936</w:t>
        <w:br/>
        <w:t>vt 0.578410 0.203902</w:t>
        <w:br/>
        <w:t>vt 0.579288 0.202811</w:t>
        <w:br/>
        <w:t>vt 0.578363 0.199679</w:t>
        <w:br/>
        <w:t>vt 0.579217 0.201339</w:t>
        <w:br/>
        <w:t>vt 0.581874 0.198326</w:t>
        <w:br/>
        <w:t>vt 0.580973 0.196713</w:t>
        <w:br/>
        <w:t>vt 0.582159 0.199655</w:t>
        <w:br/>
        <w:t>vt 0.582729 0.198350</w:t>
        <w:br/>
        <w:t>vt 0.579644 0.198374</w:t>
        <w:br/>
        <w:t>vt 0.580285 0.201672</w:t>
        <w:br/>
        <w:t>vt 0.581519 0.201007</w:t>
        <w:br/>
        <w:t>vt 0.577485 0.195361</w:t>
        <w:br/>
        <w:t>vt 0.579692 0.192585</w:t>
        <w:br/>
        <w:t>vt 0.577058 0.189168</w:t>
        <w:br/>
        <w:t>vt 0.574923 0.191565</w:t>
        <w:br/>
        <w:t>vt 0.574923 0.197662</w:t>
        <w:br/>
        <w:t>vt 0.572479 0.193676</w:t>
        <w:br/>
        <w:t>vt 0.582657 0.193866</w:t>
        <w:br/>
        <w:t>vt 0.581139 0.190141</w:t>
        <w:br/>
        <w:t>vt 0.578292 0.186962</w:t>
        <w:br/>
        <w:t>vt 0.574021 0.185277</w:t>
        <w:br/>
        <w:t>vt 0.575136 0.183403</w:t>
        <w:br/>
        <w:t>vt 0.578838 0.185657</w:t>
        <w:br/>
        <w:t>vt 0.575634 0.182312</w:t>
        <w:br/>
        <w:t>vt 0.575136 0.183403</w:t>
        <w:br/>
        <w:t>vt 0.578292 0.186962</w:t>
        <w:br/>
        <w:t>vt 0.571079 0.181315</w:t>
        <w:br/>
        <w:t>vt 0.572147 0.179773</w:t>
        <w:br/>
        <w:t>vt 0.568635 0.176712</w:t>
        <w:br/>
        <w:t>vt 0.572099 0.187365</w:t>
        <w:br/>
        <w:t>vt 0.569418 0.182976</w:t>
        <w:br/>
        <w:t>vt 0.567734 0.184257</w:t>
        <w:br/>
        <w:t>vt 0.569964 0.189073</w:t>
        <w:br/>
        <w:t>vt 0.566643 0.178586</w:t>
        <w:br/>
        <w:t>vt 0.564958 0.174601</w:t>
        <w:br/>
        <w:t>vt 0.566382 0.173296</w:t>
        <w:br/>
        <w:t>vt 0.572716 0.178468</w:t>
        <w:br/>
        <w:t>vt 0.569751 0.175123</w:t>
        <w:br/>
        <w:t>vt 0.567876 0.171516</w:t>
        <w:br/>
        <w:t>vt 0.567022 0.170733</w:t>
        <w:br/>
        <w:t>vt 0.565622 0.172323</w:t>
        <w:br/>
        <w:t>vt 0.581803 0.188717</w:t>
        <w:br/>
        <w:t>vt 0.581495 0.189358</w:t>
        <w:br/>
        <w:t>vt 0.578838 0.185657</w:t>
        <w:br/>
        <w:t>vt 0.581803 0.188717</w:t>
        <w:br/>
        <w:t>vt 0.582206 0.187436</w:t>
        <w:br/>
        <w:t>vt 0.579193 0.184352</w:t>
        <w:br/>
        <w:t>vt 0.583511 0.190544</w:t>
        <w:br/>
        <w:t>vt 0.584128 0.189477</w:t>
        <w:br/>
        <w:t>vt 0.583488 0.191707</w:t>
        <w:br/>
        <w:t>vt 0.583511 0.190544</w:t>
        <w:br/>
        <w:t>vt 0.576038 0.181149</w:t>
        <w:br/>
        <w:t>vt 0.585433 0.193937</w:t>
        <w:br/>
        <w:t>vt 0.583179 0.192608</w:t>
        <w:br/>
        <w:t>vt 0.584935 0.194862</w:t>
        <w:br/>
        <w:t>vt 0.583986 0.195076</w:t>
        <w:br/>
        <w:t>vt 0.584294 0.196476</w:t>
        <w:br/>
        <w:t>vt 0.584840 0.191992</w:t>
        <w:br/>
        <w:t>vt 0.581851 0.195408</w:t>
        <w:br/>
        <w:t>vt 0.583678 0.197757</w:t>
        <w:br/>
        <w:t>vt 0.584911 0.187816</w:t>
        <w:br/>
        <w:t>vt 0.582989 0.185870</w:t>
        <w:br/>
        <w:t>vt 0.585576 0.191802</w:t>
        <w:br/>
        <w:t>vt 0.586192 0.191066</w:t>
        <w:br/>
        <w:t>vt 0.579858 0.182929</w:t>
        <w:br/>
        <w:t>vt 0.581281 0.181932</w:t>
        <w:br/>
        <w:t>vt 0.584460 0.184494</w:t>
        <w:br/>
        <w:t>vt 0.576655 0.179939</w:t>
        <w:br/>
        <w:t>vt 0.573547 0.176997</w:t>
        <w:br/>
        <w:t>vt 0.570534 0.174031</w:t>
        <w:br/>
        <w:t>vt 0.567022 0.170733</w:t>
        <w:br/>
        <w:t>vt 0.568208 0.171350</w:t>
        <w:br/>
        <w:t>vt 0.567272 0.170716</w:t>
        <w:br/>
        <w:t>vt 0.570534 0.174031</w:t>
        <w:br/>
        <w:t>vt 0.571008 0.173628</w:t>
        <w:br/>
        <w:t>vt 0.568208 0.171350</w:t>
        <w:br/>
        <w:t>vt 0.567876 0.171516</w:t>
        <w:br/>
        <w:t>vt 0.573547 0.176997</w:t>
        <w:br/>
        <w:t>vt 0.574377 0.176333</w:t>
        <w:br/>
        <w:t>vt 0.576655 0.179939</w:t>
        <w:br/>
        <w:t>vt 0.577794 0.179109</w:t>
        <w:br/>
        <w:t>vt 0.586382 0.186060</w:t>
        <w:br/>
        <w:t>vt 0.586359 0.190070</w:t>
        <w:br/>
        <w:t>vt 0.586311 0.189121</w:t>
        <w:br/>
        <w:t>vt 0.587094 0.188955</w:t>
        <w:br/>
        <w:t>vt 0.587663 0.188433</w:t>
        <w:br/>
        <w:t>vt 0.587806 0.187626</w:t>
        <w:br/>
        <w:t>vt 0.587426 0.186914</w:t>
        <w:br/>
        <w:t>vt 0.523533 0.206203</w:t>
        <w:br/>
        <w:t>vt 0.524980 0.206322</w:t>
        <w:br/>
        <w:t>vt 0.526000 0.205776</w:t>
        <w:br/>
        <w:t>vt 0.526167 0.206820</w:t>
        <w:br/>
        <w:t>vt 0.556868 0.175336</w:t>
        <w:br/>
        <w:t>vt 0.533617 0.209572</w:t>
        <w:br/>
        <w:t>vt 0.559477 0.176048</w:t>
        <w:br/>
        <w:t>vt 0.559644 0.174672</w:t>
        <w:br/>
        <w:t>vt 0.556868 0.175336</w:t>
        <w:br/>
        <w:t>vt 0.561447 0.193249</w:t>
        <w:br/>
        <w:t>vt 0.561447 0.187175</w:t>
        <w:br/>
        <w:t>vt 0.561660 0.181078</w:t>
        <w:br/>
        <w:t>vt 0.561731 0.175953</w:t>
        <w:br/>
        <w:t>vt 0.562775 0.174316</w:t>
        <w:br/>
        <w:t>vt 0.561731 0.175953</w:t>
        <w:br/>
        <w:t>vt 0.561660 0.181078</w:t>
        <w:br/>
        <w:t>vt 0.562182 0.180817</w:t>
        <w:br/>
        <w:t>vt 0.562396 0.186725</w:t>
        <w:br/>
        <w:t>vt 0.561447 0.187175</w:t>
        <w:br/>
        <w:t>vt 0.562965 0.192561</w:t>
        <w:br/>
        <w:t>vt 0.561447 0.193249</w:t>
        <w:br/>
        <w:t>vt 0.565338 0.197330</w:t>
        <w:br/>
        <w:t>vt 0.564246 0.191825</w:t>
        <w:br/>
        <w:t>vt 0.562965 0.192561</w:t>
        <w:br/>
        <w:t>vt 0.563724 0.198303</w:t>
        <w:br/>
        <w:t>vt 0.564460 0.203831</w:t>
        <w:br/>
        <w:t>vt 0.567378 0.195550</w:t>
        <w:br/>
        <w:t>vt 0.566026 0.190497</w:t>
        <w:br/>
        <w:t>vt 0.562396 0.186725</w:t>
        <w:br/>
        <w:t>vt 0.564792 0.185396</w:t>
        <w:br/>
        <w:t>vt 0.563843 0.180176</w:t>
        <w:br/>
        <w:t>vt 0.562182 0.180817</w:t>
        <w:br/>
        <w:t>vt 0.568232 0.195290</w:t>
        <w:br/>
        <w:t>vt 0.567378 0.195550</w:t>
        <w:br/>
        <w:t>vt 0.566026 0.190497</w:t>
        <w:br/>
        <w:t>vt 0.571127 0.199940</w:t>
        <w:br/>
        <w:t>vt 0.573048 0.198920</w:t>
        <w:br/>
        <w:t>vt 0.569229 0.195290</w:t>
        <w:br/>
        <w:t>vt 0.567283 0.190355</w:t>
        <w:br/>
        <w:t>vt 0.569229 0.195290</w:t>
        <w:br/>
        <w:t>vt 0.565551 0.185325</w:t>
        <w:br/>
        <w:t>vt 0.564792 0.185396</w:t>
        <w:br/>
        <w:t>vt 0.567283 0.190355</w:t>
        <w:br/>
        <w:t>vt 0.563843 0.180176</w:t>
        <w:br/>
        <w:t>vt 0.563084 0.175550</w:t>
        <w:br/>
        <w:t>vt 0.564412 0.173414</w:t>
        <w:br/>
        <w:t>vt 0.565551 0.185325</w:t>
        <w:br/>
        <w:t>vt 0.553854 0.180176</w:t>
        <w:br/>
        <w:t>vt 0.519808 0.203997</w:t>
        <w:br/>
        <w:t>vt 0.522442 0.205302</w:t>
        <w:br/>
        <w:t>vt 0.530010 0.208172</w:t>
        <w:br/>
        <w:t>vt 0.557413 0.214222</w:t>
        <w:br/>
        <w:t>vt 0.554803 0.173462</w:t>
        <w:br/>
        <w:t>vt 0.529085 0.189595</w:t>
        <w:br/>
        <w:t>vt 0.556108 0.174838</w:t>
        <w:br/>
        <w:t>vt 0.546666 0.184518</w:t>
        <w:br/>
        <w:t>vt 0.545052 0.183593</w:t>
        <w:br/>
        <w:t>vt 0.522038 0.189287</w:t>
        <w:br/>
        <w:t>vt 0.529085 0.189595</w:t>
        <w:br/>
        <w:t>vt 0.523510 0.192893</w:t>
        <w:br/>
        <w:t>vt 0.515870 0.198421</w:t>
        <w:br/>
        <w:t>vt 0.558054 0.213084</w:t>
        <w:br/>
        <w:t>vt 0.547567 0.214982</w:t>
        <w:br/>
        <w:t>vt 0.569205 0.207105</w:t>
        <w:br/>
        <w:t>vt 0.581139 0.190141</w:t>
        <w:br/>
        <w:t>vt 0.584840 0.191992</w:t>
        <w:br/>
        <w:t>vt 0.504624 0.170354</w:t>
        <w:br/>
        <w:t>vt 0.504315 0.171350</w:t>
        <w:br/>
        <w:t>vt 0.505597 0.176333</w:t>
        <w:br/>
        <w:t>vt 0.506902 0.180295</w:t>
        <w:br/>
        <w:t>vt 0.250600 0.009300</w:t>
        <w:br/>
        <w:t>vt 0.254300 0.005500</w:t>
        <w:br/>
        <w:t>vt 0.255000 0.006700</w:t>
        <w:br/>
        <w:t>vt 0.250600 0.010900</w:t>
        <w:br/>
        <w:t>vt 0.211700 0.017300</w:t>
        <w:br/>
        <w:t>vt 0.212100 0.018800</w:t>
        <w:br/>
        <w:t>vt 0.208100 0.015900</w:t>
        <w:br/>
        <w:t>vt 0.208600 0.014600</w:t>
        <w:br/>
        <w:t>vt 0.221100 0.007300</w:t>
        <w:br/>
        <w:t>vt 0.228400 0.007600</w:t>
        <w:br/>
        <w:t>vt 0.227900 0.008900</w:t>
        <w:br/>
        <w:t>vt 0.221400 0.008700</w:t>
        <w:br/>
        <w:t>vt 0.231700 0.011200</w:t>
        <w:br/>
        <w:t>vt 0.231900 0.012700</w:t>
        <w:br/>
        <w:t>vt 0.231700 0.011200</w:t>
        <w:br/>
        <w:t>vt 0.234200 0.006500</w:t>
        <w:br/>
        <w:t>vt 0.235000 0.007700</w:t>
        <w:br/>
        <w:t>vt 0.157600 0.036500</w:t>
        <w:br/>
        <w:t>vt 0.158200 0.037800</w:t>
        <w:br/>
        <w:t>vt 0.152000 0.042900</w:t>
        <w:br/>
        <w:t>vt 0.151000 0.042300</w:t>
        <w:br/>
        <w:t>vt 0.150300 0.048000</w:t>
        <w:br/>
        <w:t>vt 0.150900 0.049000</w:t>
        <w:br/>
        <w:t>vt 0.150300 0.048000</w:t>
        <w:br/>
        <w:t>vt 0.150900 0.049000</w:t>
        <w:br/>
        <w:t>vt 0.147100 0.045300</w:t>
        <w:br/>
        <w:t>vt 0.177800 0.025200</w:t>
        <w:br/>
        <w:t>vt 0.185100 0.023700</w:t>
        <w:br/>
        <w:t>vt 0.185000 0.025100</w:t>
        <w:br/>
        <w:t>vt 0.178400 0.026500</w:t>
        <w:br/>
        <w:t>vt 0.172000 0.030500</w:t>
        <w:br/>
        <w:t>vt 0.165100 0.035000</w:t>
        <w:br/>
        <w:t>vt 0.165000 0.036300</w:t>
        <w:br/>
        <w:t>vt 0.170100 0.037000</w:t>
        <w:br/>
        <w:t>vt 0.170800 0.038300</w:t>
        <w:br/>
        <w:t>vt 0.170100 0.037000</w:t>
        <w:br/>
        <w:t>vt 0.170800 0.038300</w:t>
        <w:br/>
        <w:t>vt 0.190100 0.026000</w:t>
        <w:br/>
        <w:t>vt 0.190800 0.027400</w:t>
        <w:br/>
        <w:t>vt 0.201900 0.014800</w:t>
        <w:br/>
        <w:t>vt 0.201600 0.013400</w:t>
        <w:br/>
        <w:t>vt 0.124600 0.055000</w:t>
        <w:br/>
        <w:t>vt 0.120400 0.059300</w:t>
        <w:br/>
        <w:t>vt 0.119300 0.058800</w:t>
        <w:br/>
        <w:t>vt 0.130900 0.054200</w:t>
        <w:br/>
        <w:t>vt 0.130500 0.055400</w:t>
        <w:br/>
        <w:t>vt 0.134700 0.056700</w:t>
        <w:br/>
        <w:t>vt 0.134700 0.050900</w:t>
        <w:br/>
        <w:t>vt 0.135700 0.058600</w:t>
        <w:br/>
        <w:t>vt 0.134700 0.056700</w:t>
        <w:br/>
        <w:t>vt 0.135700 0.058600</w:t>
        <w:br/>
        <w:t>vt 0.118700 0.065100</w:t>
        <w:br/>
        <w:t>vt 0.119500 0.066600</w:t>
        <w:br/>
        <w:t>vt 0.111800 0.064200</w:t>
        <w:br/>
        <w:t>vt 0.112000 0.062900</w:t>
        <w:br/>
        <w:t>vt 0.104100 0.063200</w:t>
        <w:br/>
        <w:t>vt 0.104400 0.064400</w:t>
        <w:br/>
        <w:t>vt 0.093400 0.072500</w:t>
        <w:br/>
        <w:t>vt 0.088000 0.071600</w:t>
        <w:br/>
        <w:t>vt 0.087900 0.070300</w:t>
        <w:br/>
        <w:t>vt 0.118700 0.065100</w:t>
        <w:br/>
        <w:t>vt 0.119500 0.066600</w:t>
        <w:br/>
        <w:t>vt 0.140100 0.045800</w:t>
        <w:br/>
        <w:t>vt 0.077300 0.085300</w:t>
        <w:br/>
        <w:t>vt 0.076600 0.079500</w:t>
        <w:br/>
        <w:t>vt 0.077800 0.079900</w:t>
        <w:br/>
        <w:t>vt 0.078500 0.086400</w:t>
        <w:br/>
        <w:t>vt 0.080500 0.073100</w:t>
        <w:br/>
        <w:t>vt 0.081500 0.074300</w:t>
        <w:br/>
        <w:t>vt 0.064800 0.100600</w:t>
        <w:br/>
        <w:t>vt 0.063400 0.094300</w:t>
        <w:br/>
        <w:t>vt 0.064800 0.094400</w:t>
        <w:br/>
        <w:t>vt 0.077300 0.085300</w:t>
        <w:br/>
        <w:t>vt 0.078500 0.086400</w:t>
        <w:br/>
        <w:t>vt 0.072500 0.085500</w:t>
        <w:br/>
        <w:t>vt 0.072200 0.084200</w:t>
        <w:br/>
        <w:t>vt 0.046900 0.140800</w:t>
        <w:br/>
        <w:t>vt 0.044600 0.134200</w:t>
        <w:br/>
        <w:t>vt 0.045900 0.134100</w:t>
        <w:br/>
        <w:t>vt 0.048600 0.141300</w:t>
        <w:br/>
        <w:t>vt 0.040000 0.147700</w:t>
        <w:br/>
        <w:t>vt 0.040500 0.155300</w:t>
        <w:br/>
        <w:t>vt 0.039300 0.155700</w:t>
        <w:br/>
        <w:t>vt 0.046500 0.126700</w:t>
        <w:br/>
        <w:t>vt 0.047700 0.127300</w:t>
        <w:br/>
        <w:t>vt 0.027700 0.181300</w:t>
        <w:br/>
        <w:t>vt 0.028300 0.182400</w:t>
        <w:br/>
        <w:t>vt 0.023400 0.187100</w:t>
        <w:br/>
        <w:t>vt 0.022200 0.186400</w:t>
        <w:br/>
        <w:t>vt 0.023900 0.199500</w:t>
        <w:br/>
        <w:t>vt 0.017200 0.202300</w:t>
        <w:br/>
        <w:t>vt 0.016500 0.201200</w:t>
        <w:br/>
        <w:t>vt 0.021600 0.193100</w:t>
        <w:br/>
        <w:t>vt 0.020300 0.193200</w:t>
        <w:br/>
        <w:t>vt 0.034000 0.180200</w:t>
        <w:br/>
        <w:t>vt 0.036100 0.180900</w:t>
        <w:br/>
        <w:t>vt 0.023900 0.199500</w:t>
        <w:br/>
        <w:t>vt 0.013500 0.207600</w:t>
        <w:br/>
        <w:t>vt 0.012100 0.207100</w:t>
        <w:br/>
        <w:t>vt 0.012200 0.214000</w:t>
        <w:br/>
        <w:t>vt 0.013500 0.213500</w:t>
        <w:br/>
        <w:t>vt 0.016200 0.217500</w:t>
        <w:br/>
        <w:t>vt 0.011700 0.220200</w:t>
        <w:br/>
        <w:t>vt 0.010700 0.219200</w:t>
        <w:br/>
        <w:t>vt 0.006300 0.227900</w:t>
        <w:br/>
        <w:t>vt 0.007700 0.228100</w:t>
        <w:br/>
        <w:t>vt 0.034000 0.180200</w:t>
        <w:br/>
        <w:t>vt 0.031100 0.174700</w:t>
        <w:br/>
        <w:t>vt 0.036100 0.180900</w:t>
        <w:br/>
        <w:t>vt 0.031200 0.167900</w:t>
        <w:br/>
        <w:t>vt 0.011600 0.266200</w:t>
        <w:br/>
        <w:t>vt 0.009900 0.269300</w:t>
        <w:br/>
        <w:t>vt 0.008800 0.268400</w:t>
        <w:br/>
        <w:t>vt 0.007200 0.275100</w:t>
        <w:br/>
        <w:t>vt 0.005700 0.274800</w:t>
        <w:br/>
        <w:t>vt 0.011600 0.266200</w:t>
        <w:br/>
        <w:t>vt 0.004500 0.260500</w:t>
        <w:br/>
        <w:t>vt 0.005700 0.259800</w:t>
        <w:br/>
        <w:t>vt 0.013800 0.266200</w:t>
        <w:br/>
        <w:t>vt 0.002900 0.252000</w:t>
        <w:br/>
        <w:t>vt 0.004400 0.252200</w:t>
        <w:br/>
        <w:t>vt 0.006100 0.243700</w:t>
        <w:br/>
        <w:t>vt 0.007200 0.244600</w:t>
        <w:br/>
        <w:t>vt 0.016400 0.305400</w:t>
        <w:br/>
        <w:t>vt 0.015400 0.297100</w:t>
        <w:br/>
        <w:t>vt 0.016800 0.297200</w:t>
        <w:br/>
        <w:t>vt 0.017700 0.304800</w:t>
        <w:br/>
        <w:t>vt 0.021400 0.312400</w:t>
        <w:br/>
        <w:t>vt 0.027500 0.324000</w:t>
        <w:br/>
        <w:t>vt 0.028800 0.323400</w:t>
        <w:br/>
        <w:t>vt 0.033100 0.328900</w:t>
        <w:br/>
        <w:t>vt 0.032300 0.330100</w:t>
        <w:br/>
        <w:t>vt 0.026500 0.317100</w:t>
        <w:br/>
        <w:t>vt 0.027800 0.317300</w:t>
        <w:br/>
        <w:t>vt 0.027900 0.314600</w:t>
        <w:br/>
        <w:t>vt 0.040500 0.339200</w:t>
        <w:br/>
        <w:t>vt 0.039600 0.333600</w:t>
        <w:br/>
        <w:t>vt 0.040700 0.333800</w:t>
        <w:br/>
        <w:t>vt 0.041800 0.338600</w:t>
        <w:br/>
        <w:t>vt 0.045800 0.342600</w:t>
        <w:br/>
        <w:t>vt 0.045200 0.343900</w:t>
        <w:br/>
        <w:t>vt 0.050300 0.344600</w:t>
        <w:br/>
        <w:t>vt 0.052500 0.343500</w:t>
        <w:br/>
        <w:t>vt 0.050300 0.344600</w:t>
        <w:br/>
        <w:t>vt 0.052500 0.343500</w:t>
        <w:br/>
        <w:t>vt 0.050200 0.347500</w:t>
        <w:br/>
        <w:t>vt 0.048900 0.347200</w:t>
        <w:br/>
        <w:t>vt 0.054000 0.368400</w:t>
        <w:br/>
        <w:t>vt 0.054200 0.362800</w:t>
        <w:br/>
        <w:t>vt 0.055500 0.363100</w:t>
        <w:br/>
        <w:t>vt 0.055400 0.368200</w:t>
        <w:br/>
        <w:t>vt 0.055500 0.358800</w:t>
        <w:br/>
        <w:t>vt 0.056100 0.373000</w:t>
        <w:br/>
        <w:t>vt 0.057300 0.372300</w:t>
        <w:br/>
        <w:t>vt 0.055500 0.358800</w:t>
        <w:br/>
        <w:t>vt 0.052800 0.357300</w:t>
        <w:br/>
        <w:t>vt 0.040400 0.331800</w:t>
        <w:br/>
        <w:t>vt 0.040400 0.331800</w:t>
        <w:br/>
        <w:t>vt 0.058600 0.375400</w:t>
        <w:br/>
        <w:t>vt 0.058600 0.378800</w:t>
        <w:br/>
        <w:t>vt 0.057100 0.378800</w:t>
        <w:br/>
        <w:t>vt 0.058900 0.384400</w:t>
        <w:br/>
        <w:t>vt 0.057600 0.385000</w:t>
        <w:br/>
        <w:t>vt 0.067600 0.390600</w:t>
        <w:br/>
        <w:t>vt 0.062500 0.390100</w:t>
        <w:br/>
        <w:t>vt 0.063100 0.388900</w:t>
        <w:br/>
        <w:t>vt 0.069600 0.389500</w:t>
        <w:br/>
        <w:t>vt 0.067600 0.390600</w:t>
        <w:br/>
        <w:t>vt 0.066400 0.395000</w:t>
        <w:br/>
        <w:t>vt 0.065100 0.394800</w:t>
        <w:br/>
        <w:t>vt 0.073200 0.407800</w:t>
        <w:br/>
        <w:t>vt 0.066600 0.402600</w:t>
        <w:br/>
        <w:t>vt 0.067800 0.401800</w:t>
        <w:br/>
        <w:t>vt 0.073700 0.406500</w:t>
        <w:br/>
        <w:t>vt 0.079700 0.407600</w:t>
        <w:br/>
        <w:t>vt 0.096200 0.422000</w:t>
        <w:br/>
        <w:t>vt 0.090300 0.423400</w:t>
        <w:br/>
        <w:t>vt 0.090500 0.421900</w:t>
        <w:br/>
        <w:t>vt 0.096200 0.422000</w:t>
        <w:br/>
        <w:t>vt 0.097600 0.420400</w:t>
        <w:br/>
        <w:t>vt 0.097600 0.424900</w:t>
        <w:br/>
        <w:t>vt 0.096200 0.425400</w:t>
        <w:br/>
        <w:t>vt 0.082300 0.419500</w:t>
        <w:br/>
        <w:t>vt 0.078400 0.412000</w:t>
        <w:br/>
        <w:t>vt 0.079700 0.411800</w:t>
        <w:br/>
        <w:t>vt 0.083300 0.418500</w:t>
        <w:br/>
        <w:t>vt 0.079700 0.407600</w:t>
        <w:br/>
        <w:t>vt 0.081500 0.406100</w:t>
        <w:br/>
        <w:t>vt 0.121000 0.440600</w:t>
        <w:br/>
        <w:t>vt 0.115300 0.437600</w:t>
        <w:br/>
        <w:t>vt 0.116100 0.436800</w:t>
        <w:br/>
        <w:t>vt 0.114100 0.433100</w:t>
        <w:br/>
        <w:t>vt 0.116100 0.436800</w:t>
        <w:br/>
        <w:t>vt 0.115300 0.437600</w:t>
        <w:br/>
        <w:t>vt 0.114100 0.433100</w:t>
        <w:br/>
        <w:t>vt 0.107300 0.434700</w:t>
        <w:br/>
        <w:t>vt 0.107500 0.433300</w:t>
        <w:br/>
        <w:t>vt 0.130900 0.437900</w:t>
        <w:br/>
        <w:t>vt 0.099700 0.431100</w:t>
        <w:br/>
        <w:t>vt 0.100700 0.430000</w:t>
        <w:br/>
        <w:t>vt 0.135800 0.444700</w:t>
        <w:br/>
        <w:t>vt 0.131600 0.440700</w:t>
        <w:br/>
        <w:t>vt 0.132600 0.440200</w:t>
        <w:br/>
        <w:t>vt 0.136400 0.443400</w:t>
        <w:br/>
        <w:t>vt 0.186400 0.418100</w:t>
        <w:br/>
        <w:t>vt 0.172700 0.435100</w:t>
        <w:br/>
        <w:t>vt 0.171600 0.434200</w:t>
        <w:br/>
        <w:t>vt 0.185300 0.417200</w:t>
        <w:br/>
        <w:t>vt 0.242000 0.347200</w:t>
        <w:br/>
        <w:t>vt 0.246000 0.342300</w:t>
        <w:br/>
        <w:t>vt 0.243000 0.348100</w:t>
        <w:br/>
        <w:t>vt 0.230800 0.363200</w:t>
        <w:br/>
        <w:t>vt 0.216300 0.381100</w:t>
        <w:br/>
        <w:t>vt 0.229800 0.362300</w:t>
        <w:br/>
        <w:t>vt 0.201500 0.399500</w:t>
        <w:br/>
        <w:t>vt 0.164300 0.445400</w:t>
        <w:br/>
        <w:t>vt 0.163200 0.444500</w:t>
        <w:br/>
        <w:t>vt 0.146000 0.445300</w:t>
        <w:br/>
        <w:t>vt 0.141700 0.445700</w:t>
        <w:br/>
        <w:t>vt 0.146900 0.444100</w:t>
        <w:br/>
        <w:t>vt 0.146000 0.445300</w:t>
        <w:br/>
        <w:t>vt 0.146900 0.444100</w:t>
        <w:br/>
        <w:t>vt 0.147700 0.448300</w:t>
        <w:br/>
        <w:t>vt 0.146600 0.448900</w:t>
        <w:br/>
        <w:t>vt 0.149900 0.452600</w:t>
        <w:br/>
        <w:t>vt 0.150600 0.451300</w:t>
        <w:br/>
        <w:t>vt 0.154800 0.452000</w:t>
        <w:br/>
        <w:t>vt 0.155100 0.453500</w:t>
        <w:br/>
        <w:t>vt 0.159600 0.451300</w:t>
        <w:br/>
        <w:t>vt 0.158700 0.450100</w:t>
        <w:br/>
        <w:t>vt 0.053600 0.116200</w:t>
        <w:br/>
        <w:t>vt 0.054300 0.107800</w:t>
        <w:br/>
        <w:t>vt 0.055600 0.108300</w:t>
        <w:br/>
        <w:t>vt 0.054900 0.116000</w:t>
        <w:br/>
        <w:t>vt 0.055700 0.120500</w:t>
        <w:br/>
        <w:t>vt 0.055700 0.120500</w:t>
        <w:br/>
        <w:t>vt 0.057800 0.121500</w:t>
        <w:br/>
        <w:t>vt 0.052300 0.122400</w:t>
        <w:br/>
        <w:t>vt 0.051600 0.121200</w:t>
        <w:br/>
        <w:t>vt 0.042300 0.160300</w:t>
        <w:br/>
        <w:t>vt 0.044500 0.160900</w:t>
        <w:br/>
        <w:t>vt 0.037500 0.162200</w:t>
        <w:br/>
        <w:t>vt 0.036900 0.161100</w:t>
        <w:br/>
        <w:t>vt 0.006500 0.283400</w:t>
        <w:br/>
        <w:t>vt 0.007900 0.282900</w:t>
        <w:br/>
        <w:t>vt 0.066300 0.087500</w:t>
        <w:br/>
        <w:t>vt 0.067300 0.088400</w:t>
        <w:br/>
        <w:t>vt 0.059500 0.101400</w:t>
        <w:br/>
        <w:t>vt 0.060300 0.102400</w:t>
        <w:br/>
        <w:t>vt 0.044400 0.142000</w:t>
        <w:br/>
        <w:t>vt 0.012600 0.289500</w:t>
        <w:br/>
        <w:t>vt 0.011600 0.290500</w:t>
        <w:br/>
        <w:t>vt 0.093400 0.072500</w:t>
        <w:br/>
        <w:t>vt 0.096300 0.066200</w:t>
        <w:br/>
        <w:t>vt 0.097100 0.067200</w:t>
        <w:br/>
        <w:t>vt 0.064800 0.100600</w:t>
        <w:br/>
        <w:t>vt 0.046900 0.140800</w:t>
        <w:br/>
        <w:t>vt 0.048600 0.141300</w:t>
        <w:br/>
        <w:t>vt 0.011200 0.241200</w:t>
        <w:br/>
        <w:t>vt 0.016200 0.217500</w:t>
        <w:br/>
        <w:t>vt 0.018500 0.218000</w:t>
        <w:br/>
        <w:t>vt 0.042300 0.160300</w:t>
        <w:br/>
        <w:t>vt 0.044500 0.160900</w:t>
        <w:br/>
        <w:t>vt 0.016900 0.293700</w:t>
        <w:br/>
        <w:t>vt 0.016900 0.293700</w:t>
        <w:br/>
        <w:t>vt 0.011200 0.241200</w:t>
        <w:br/>
        <w:t>vt 0.007200 0.237400</w:t>
        <w:br/>
        <w:t>vt 0.008500 0.236800</w:t>
        <w:br/>
        <w:t>vt 0.013700 0.241500</w:t>
        <w:br/>
        <w:t>vt 0.050700 0.352500</w:t>
        <w:br/>
        <w:t>vt 0.049400 0.353000</w:t>
        <w:br/>
        <w:t>vt 0.027900 0.314600</w:t>
        <w:br/>
        <w:t>vt 0.030000 0.313800</w:t>
        <w:br/>
        <w:t>vt 0.130900 0.437900</w:t>
        <w:br/>
        <w:t>vt 0.131500 0.436200</w:t>
        <w:br/>
        <w:t>vt 0.248100 0.005900</w:t>
        <w:br/>
        <w:t>vt 0.247300 0.007100</w:t>
        <w:br/>
        <w:t>vt 0.241900 0.005400</w:t>
        <w:br/>
        <w:t>vt 0.241900 0.004000</w:t>
        <w:br/>
        <w:t>vt 0.250600 0.009300</w:t>
        <w:br/>
        <w:t>vt 0.250600 0.010900</w:t>
        <w:br/>
        <w:t>vt 0.215200 0.012300</w:t>
        <w:br/>
        <w:t>vt 0.214200 0.011400</w:t>
        <w:br/>
        <w:t>vt 0.211700 0.017300</w:t>
        <w:br/>
        <w:t>vt 0.212100 0.018800</w:t>
        <w:br/>
        <w:t>vt 0.193100 0.018300</w:t>
        <w:br/>
        <w:t>vt 0.194100 0.019300</w:t>
        <w:br/>
        <w:t>vt 0.190100 0.026000</w:t>
        <w:br/>
        <w:t>vt 0.190800 0.027400</w:t>
        <w:br/>
        <w:t>vt 0.051659 0.941483</w:t>
        <w:br/>
        <w:t>vt 0.059259 0.941583</w:t>
        <w:br/>
        <w:t>vt 0.056759 0.947583</w:t>
        <w:br/>
        <w:t>vt 0.053059 0.947683</w:t>
        <w:br/>
        <w:t>vt 0.054259 0.951083</w:t>
        <w:br/>
        <w:t>vt 0.056559 0.951083</w:t>
        <w:br/>
        <w:t>vt 0.059959 0.936983</w:t>
        <w:br/>
        <w:t>vt 0.051159 0.936783</w:t>
        <w:br/>
        <w:t>vt 0.051159 0.936783</w:t>
        <w:br/>
        <w:t>vt 0.050559 0.936083</w:t>
        <w:br/>
        <w:t>vt 0.059759 0.935983</w:t>
        <w:br/>
        <w:t>vt 0.059959 0.936983</w:t>
        <w:br/>
        <w:t>vt 0.050159 0.935183</w:t>
        <w:br/>
        <w:t>vt 0.049859 0.932383</w:t>
        <w:br/>
        <w:t>vt 0.058859 0.932183</w:t>
        <w:br/>
        <w:t>vt 0.059359 0.934883</w:t>
        <w:br/>
        <w:t>vt 0.057859 0.928283</w:t>
        <w:br/>
        <w:t>vt 0.050559 0.928283</w:t>
        <w:br/>
        <w:t>vt 0.052259 0.924483</w:t>
        <w:br/>
        <w:t>vt 0.056659 0.924483</w:t>
        <w:br/>
        <w:t>vt 0.053359 0.921083</w:t>
        <w:br/>
        <w:t>vt 0.055759 0.921083</w:t>
        <w:br/>
        <w:t>vt 0.004729 0.921524</w:t>
        <w:br/>
        <w:t>vt 0.005378 0.925274</w:t>
        <w:br/>
        <w:t>vt 0.005779 0.921524</w:t>
        <w:br/>
        <w:t>vt 0.005779 0.917074</w:t>
        <w:br/>
        <w:t>vt 0.003779 0.915224</w:t>
        <w:br/>
        <w:t>vt 0.004229 0.910474</w:t>
        <w:br/>
        <w:t>vt 0.005079 0.910024</w:t>
        <w:br/>
        <w:t>vt 0.006029 0.910374</w:t>
        <w:br/>
        <w:t>vt 0.007629 0.917074</w:t>
        <w:br/>
        <w:t>vt 0.007228 0.912924</w:t>
        <w:br/>
        <w:t>vt 0.006829 0.921524</w:t>
        <w:br/>
        <w:t>vt 0.005779 0.921524</w:t>
        <w:br/>
        <w:t>vt 0.005378 0.925274</w:t>
        <w:br/>
        <w:t>vt 0.005829 0.925274</w:t>
        <w:br/>
        <w:t>vt 0.019425 0.924168</w:t>
        <w:br/>
        <w:t>vt 0.020525 0.920568</w:t>
        <w:br/>
        <w:t>vt 0.019125 0.920468</w:t>
        <w:br/>
        <w:t>vt 0.020125 0.910168</w:t>
        <w:br/>
        <w:t>vt 0.019325 0.916668</w:t>
        <w:br/>
        <w:t>vt 0.021325 0.914468</w:t>
        <w:br/>
        <w:t>vt 0.018525 0.924168</w:t>
        <w:br/>
        <w:t>vt 0.019125 0.920468</w:t>
        <w:br/>
        <w:t>vt 0.017725 0.920568</w:t>
        <w:br/>
        <w:t>vt 0.017325 0.916768</w:t>
        <w:br/>
        <w:t>vt 0.019325 0.916668</w:t>
        <w:br/>
        <w:t>vt 0.017325 0.912868</w:t>
        <w:br/>
        <w:t>vt 0.018025 0.910368</w:t>
        <w:br/>
        <w:t>vt 0.019025 0.909868</w:t>
        <w:br/>
        <w:t>vt 0.864800 0.943500</w:t>
        <w:br/>
        <w:t>vt 0.861400 0.958400</w:t>
        <w:br/>
        <w:t>vt 0.855500 0.956900</w:t>
        <w:br/>
        <w:t>vt 0.860300 0.940900</w:t>
        <w:br/>
        <w:t>vt 0.874400 0.950500</w:t>
        <w:br/>
        <w:t>vt 0.867200 0.965300</w:t>
        <w:br/>
        <w:t>vt 0.863700 0.960600</w:t>
        <w:br/>
        <w:t>vt 0.867200 0.945800</w:t>
        <w:br/>
        <w:t>vt 0.876400 0.954700</w:t>
        <w:br/>
        <w:t>vt 0.879900 0.958400</w:t>
        <w:br/>
        <w:t>vt 0.872400 0.969700</w:t>
        <w:br/>
        <w:t>vt 0.869500 0.968000</w:t>
        <w:br/>
        <w:t>vt 0.855100 0.939300</w:t>
        <w:br/>
        <w:t>vt 0.881900 0.961400</w:t>
        <w:br/>
        <w:t>vt 0.875200 0.971700</w:t>
        <w:br/>
        <w:t>vt 0.847800 0.956700</w:t>
        <w:br/>
        <w:t>vt 0.847800 0.938500</w:t>
        <w:br/>
        <w:t>vt 0.854850 0.987950</w:t>
        <w:br/>
        <w:t>vt 0.853400 0.971700</w:t>
        <w:br/>
        <w:t>vt 0.857300 0.973300</w:t>
        <w:br/>
        <w:t>vt 0.858500 0.974800</w:t>
        <w:br/>
        <w:t>vt 0.860700 0.978900</w:t>
        <w:br/>
        <w:t>vt 0.854850 0.987950</w:t>
        <w:br/>
        <w:t>vt 0.858500 0.974800</w:t>
        <w:br/>
        <w:t>vt 0.862400 0.980700</w:t>
        <w:br/>
        <w:t>vt 0.859000 0.992250</w:t>
        <w:br/>
        <w:t>vt 0.847800 0.970900</w:t>
        <w:br/>
        <w:t>vt 0.866400 0.983500</w:t>
        <w:br/>
        <w:t>vt 0.867200 0.965300</w:t>
        <w:br/>
        <w:t>vt 0.874400 0.950500</w:t>
        <w:br/>
        <w:t>vt 0.860700 0.978900</w:t>
        <w:br/>
        <w:t>vt 0.863700 0.960600</w:t>
        <w:br/>
        <w:t>vt 0.867200 0.945800</w:t>
        <w:br/>
        <w:t>vt 0.860300 0.940900</w:t>
        <w:br/>
        <w:t>vt 0.860500 0.940200</w:t>
        <w:br/>
        <w:t>vt 0.865100 0.942900</w:t>
        <w:br/>
        <w:t>vt 0.864800 0.943500</w:t>
        <w:br/>
        <w:t>vt 0.867300 0.945500</w:t>
        <w:br/>
        <w:t>vt 0.874700 0.950100</w:t>
        <w:br/>
        <w:t>vt 0.876400 0.954700</w:t>
        <w:br/>
        <w:t>vt 0.877000 0.954400</w:t>
        <w:br/>
        <w:t>vt 0.880500 0.958100</w:t>
        <w:br/>
        <w:t>vt 0.879900 0.958400</w:t>
        <w:br/>
        <w:t>vt 0.855100 0.939300</w:t>
        <w:br/>
        <w:t>vt 0.855200 0.938500</w:t>
        <w:br/>
        <w:t>vt 0.881900 0.961400</w:t>
        <w:br/>
        <w:t>vt 0.882600 0.961600</w:t>
        <w:br/>
        <w:t>vt 0.875200 0.971700</w:t>
        <w:br/>
        <w:t>vt 0.881900 0.961400</w:t>
        <w:br/>
        <w:t>vt 0.882600 0.961600</w:t>
        <w:br/>
        <w:t>vt 0.875900 0.972200</w:t>
        <w:br/>
        <w:t>vt 0.847800 0.938500</w:t>
        <w:br/>
        <w:t>vt 0.847800 0.937700</w:t>
        <w:br/>
        <w:t>vt 0.866400 0.983500</w:t>
        <w:br/>
        <w:t>vt 0.867000 0.984000</w:t>
        <w:br/>
        <w:t>vt 0.859000 0.992250</w:t>
        <w:br/>
        <w:t>vt 0.832300 0.943700</w:t>
        <w:br/>
        <w:t>vt 0.836100 0.941100</w:t>
        <w:br/>
        <w:t>vt 0.840400 0.956800</w:t>
        <w:br/>
        <w:t>vt 0.834800 0.958300</w:t>
        <w:br/>
        <w:t>vt 0.822400 0.949500</w:t>
        <w:br/>
        <w:t>vt 0.829800 0.946200</w:t>
        <w:br/>
        <w:t>vt 0.832500 0.960300</w:t>
        <w:br/>
        <w:t>vt 0.829200 0.964900</w:t>
        <w:br/>
        <w:t>vt 0.824100 0.969100</w:t>
        <w:br/>
        <w:t>vt 0.816500 0.956700</w:t>
        <w:br/>
        <w:t>vt 0.819800 0.953400</w:t>
        <w:br/>
        <w:t>vt 0.827100 0.967400</w:t>
        <w:br/>
        <w:t>vt 0.841400 0.939200</w:t>
        <w:br/>
        <w:t>vt 0.813800 0.960500</w:t>
        <w:br/>
        <w:t>vt 0.820900 0.971300</w:t>
        <w:br/>
        <w:t>vt 0.842600 0.971600</w:t>
        <w:br/>
        <w:t>vt 0.847800 0.984700</w:t>
        <w:br/>
        <w:t>vt 0.835600 0.978600</w:t>
        <w:br/>
        <w:t>vt 0.837700 0.974700</w:t>
        <w:br/>
        <w:t>vt 0.841300 0.987050</w:t>
        <w:br/>
        <w:t>vt 0.841300 0.987050</w:t>
        <w:br/>
        <w:t>vt 0.833900 0.980400</w:t>
        <w:br/>
        <w:t>vt 0.835600 0.978600</w:t>
        <w:br/>
        <w:t>vt 0.838900 0.973200</w:t>
        <w:br/>
        <w:t>vt 0.830100 0.983200</w:t>
        <w:br/>
        <w:t>vt 0.829200 0.964900</w:t>
        <w:br/>
        <w:t>vt 0.822400 0.949500</w:t>
        <w:br/>
        <w:t>vt 0.832500 0.960300</w:t>
        <w:br/>
        <w:t>vt 0.837700 0.974700</w:t>
        <w:br/>
        <w:t>vt 0.829800 0.946200</w:t>
        <w:br/>
        <w:t>vt 0.832000 0.943100</w:t>
        <w:br/>
        <w:t>vt 0.835700 0.940300</w:t>
        <w:br/>
        <w:t>vt 0.836100 0.941100</w:t>
        <w:br/>
        <w:t>vt 0.832300 0.943700</w:t>
        <w:br/>
        <w:t>vt 0.822200 0.948900</w:t>
        <w:br/>
        <w:t>vt 0.829700 0.945900</w:t>
        <w:br/>
        <w:t>vt 0.816000 0.956400</w:t>
        <w:br/>
        <w:t>vt 0.819400 0.953100</w:t>
        <w:br/>
        <w:t>vt 0.819800 0.953400</w:t>
        <w:br/>
        <w:t>vt 0.816500 0.956700</w:t>
        <w:br/>
        <w:t>vt 0.841200 0.938500</w:t>
        <w:br/>
        <w:t>vt 0.841400 0.939200</w:t>
        <w:br/>
        <w:t>vt 0.813800 0.960500</w:t>
        <w:br/>
        <w:t>vt 0.813100 0.960700</w:t>
        <w:br/>
        <w:t>vt 0.820900 0.971300</w:t>
        <w:br/>
        <w:t>vt 0.820200 0.971800</w:t>
        <w:br/>
        <w:t>vt 0.813100 0.960700</w:t>
        <w:br/>
        <w:t>vt 0.813800 0.960500</w:t>
        <w:br/>
        <w:t>vt 0.837050 0.991600</w:t>
        <w:br/>
        <w:t>vt 0.829500 0.983700</w:t>
        <w:br/>
        <w:t>vt 0.830100 0.983200</w:t>
        <w:br/>
        <w:t>vt 0.837050 0.991600</w:t>
        <w:br/>
        <w:t>vt 0.072303 0.444992</w:t>
        <w:br/>
        <w:t>vt 0.072003 0.440092</w:t>
        <w:br/>
        <w:t>vt 0.073603 0.440092</w:t>
        <w:br/>
        <w:t>vt 0.073303 0.444992</w:t>
        <w:br/>
        <w:t>vt 0.071003 0.436792</w:t>
        <w:br/>
        <w:t>vt 0.074603 0.436792</w:t>
        <w:br/>
        <w:t>vt 0.071703 0.435192</w:t>
        <w:br/>
        <w:t>vt 0.074003 0.435192</w:t>
        <w:br/>
        <w:t>vt 0.072903 0.433392</w:t>
        <w:br/>
        <w:t>vt 0.069603 0.431392</w:t>
        <w:br/>
        <w:t>vt 0.071603 0.431292</w:t>
        <w:br/>
        <w:t>vt 0.075303 0.428492</w:t>
        <w:br/>
        <w:t>vt 0.076103 0.431392</w:t>
        <w:br/>
        <w:t>vt 0.074103 0.431292</w:t>
        <w:br/>
        <w:t>vt 0.072903 0.429692</w:t>
        <w:br/>
        <w:t>vt 0.074103 0.427492</w:t>
        <w:br/>
        <w:t>vt 0.070503 0.428492</w:t>
        <w:br/>
        <w:t>vt 0.068303 0.429692</w:t>
        <w:br/>
        <w:t>vt 0.069103 0.428792</w:t>
        <w:br/>
        <w:t>vt 0.071803 0.425792</w:t>
        <w:br/>
        <w:t>vt 0.072903 0.424892</w:t>
        <w:br/>
        <w:t>vt 0.074003 0.425792</w:t>
        <w:br/>
        <w:t>vt 0.074903 0.424992</w:t>
        <w:br/>
        <w:t>vt 0.074303 0.424292</w:t>
        <w:br/>
        <w:t>vt 0.075803 0.422992</w:t>
        <w:br/>
        <w:t>vt 0.074903 0.422992</w:t>
        <w:br/>
        <w:t>vt 0.071703 0.427492</w:t>
        <w:br/>
        <w:t>vt 0.070803 0.424992</w:t>
        <w:br/>
        <w:t>vt 0.070003 0.422892</w:t>
        <w:br/>
        <w:t>vt 0.071003 0.422892</w:t>
        <w:br/>
        <w:t>vt 0.071503 0.424292</w:t>
        <w:br/>
        <w:t>vt 0.070903 0.420892</w:t>
        <w:br/>
        <w:t>vt 0.071503 0.421592</w:t>
        <w:br/>
        <w:t>vt 0.077403 0.429792</w:t>
        <w:br/>
        <w:t>vt 0.077803 0.431092</w:t>
        <w:br/>
        <w:t>vt 0.075003 0.420892</w:t>
        <w:br/>
        <w:t>vt 0.074303 0.421592</w:t>
        <w:br/>
        <w:t>vt 0.072903 0.419992</w:t>
        <w:br/>
        <w:t>vt 0.072903 0.420992</w:t>
        <w:br/>
        <w:t>vt 0.076603 0.428792</w:t>
        <w:br/>
        <w:t>vt 0.067903 0.431092</w:t>
        <w:br/>
        <w:t>vt 0.673100 0.641300</w:t>
        <w:br/>
        <w:t>vt 0.664200 0.630100</w:t>
        <w:br/>
        <w:t>vt 0.674500 0.628700</w:t>
        <w:br/>
        <w:t>vt 0.664400 0.621600</w:t>
        <w:br/>
        <w:t>vt 0.677100 0.621300</w:t>
        <w:br/>
        <w:t>vt 0.650300 0.632800</w:t>
        <w:br/>
        <w:t>vt 0.650300 0.622800</w:t>
        <w:br/>
        <w:t>vt 0.649900 0.644900</w:t>
        <w:br/>
        <w:t>vt 0.635300 0.634000</w:t>
        <w:br/>
        <w:t>vt 0.638300 0.624000</w:t>
        <w:br/>
        <w:t>vt 0.635300 0.634000</w:t>
        <w:br/>
        <w:t>vt 0.624500 0.646600</w:t>
        <w:br/>
        <w:t>vt 0.624600 0.661600</w:t>
        <w:br/>
        <w:t>vt 0.604300 0.663000</w:t>
        <w:br/>
        <w:t>vt 0.600900 0.647600</w:t>
        <w:br/>
        <w:t>vt 0.619700 0.637000</w:t>
        <w:br/>
        <w:t>vt 0.621900 0.623800</w:t>
        <w:br/>
        <w:t>vt 0.601000 0.635700</w:t>
        <w:br/>
        <w:t>vt 0.604100 0.626700</w:t>
        <w:br/>
        <w:t>vt 0.649900 0.660100</w:t>
        <w:br/>
        <w:t>vt 0.674700 0.658100</w:t>
        <w:br/>
        <w:t>vt 0.680300 0.612100</w:t>
        <w:br/>
        <w:t>vt 0.655300 0.614400</w:t>
        <w:br/>
        <w:t>vt 0.638300 0.624000</w:t>
        <w:br/>
        <w:t>vt 0.650300 0.622800</w:t>
        <w:br/>
        <w:t>vt 0.631700 0.617200</w:t>
        <w:br/>
        <w:t>vt 0.606500 0.618300</w:t>
        <w:br/>
        <w:t>vt 0.683200 0.601300</w:t>
        <w:br/>
        <w:t>vt 0.657300 0.603300</w:t>
        <w:br/>
        <w:t>vt 0.656200 0.588400</w:t>
        <w:br/>
        <w:t>vt 0.684300 0.585800</w:t>
        <w:br/>
        <w:t>vt 0.645700 0.615200</w:t>
        <w:br/>
        <w:t>vt 0.632600 0.606200</w:t>
        <w:br/>
        <w:t>vt 0.632900 0.590400</w:t>
        <w:br/>
        <w:t>vt 0.644800 0.572900</w:t>
        <w:br/>
        <w:t>vt 0.609600 0.575700</w:t>
        <w:br/>
        <w:t>vt 0.607400 0.607000</w:t>
        <w:br/>
        <w:t>vt 0.626900 0.707100</w:t>
        <w:br/>
        <w:t>vt 0.610600 0.677500</w:t>
        <w:br/>
        <w:t>vt 0.642500 0.676200</w:t>
        <w:br/>
        <w:t>vt 0.652300 0.708400</w:t>
        <w:br/>
        <w:t>vt 0.619600 0.543900</w:t>
        <w:br/>
        <w:t>vt 0.645400 0.540300</w:t>
        <w:br/>
        <w:t>vt 0.677100 0.675100</w:t>
        <w:br/>
        <w:t>vt 0.682500 0.569600</w:t>
        <w:br/>
        <w:t>vt 0.607600 0.591700</w:t>
        <w:br/>
        <w:t>vt 0.678300 0.629000</w:t>
        <w:br/>
        <w:t>vt 0.677200 0.641000</w:t>
        <w:br/>
        <w:t>vt 0.677100 0.621300</w:t>
        <w:br/>
        <w:t>vt 0.680500 0.621100</w:t>
        <w:br/>
        <w:t>vt 0.600800 0.663500</w:t>
        <w:br/>
        <w:t>vt 0.597100 0.647800</w:t>
        <w:br/>
        <w:t>vt 0.597300 0.635900</w:t>
        <w:br/>
        <w:t>vt 0.600300 0.627100</w:t>
        <w:br/>
        <w:t>vt 0.678700 0.657800</w:t>
        <w:br/>
        <w:t>vt 0.680300 0.612100</w:t>
        <w:br/>
        <w:t>vt 0.683800 0.612200</w:t>
        <w:br/>
        <w:t>vt 0.604100 0.626700</w:t>
        <w:br/>
        <w:t>vt 0.602200 0.618100</w:t>
        <w:br/>
        <w:t>vt 0.683200 0.601300</w:t>
        <w:br/>
        <w:t>vt 0.686500 0.601100</w:t>
        <w:br/>
        <w:t>vt 0.684300 0.585800</w:t>
        <w:br/>
        <w:t>vt 0.687400 0.585300</w:t>
        <w:br/>
        <w:t>vt 0.603100 0.591100</w:t>
        <w:br/>
        <w:t>vt 0.605300 0.575300</w:t>
        <w:br/>
        <w:t>vt 0.602900 0.606400</w:t>
        <w:br/>
        <w:t>vt 0.685300 0.568700</w:t>
        <w:br/>
        <w:t>vt 0.682500 0.569600</w:t>
        <w:br/>
        <w:t>vt 0.670500 0.537300</w:t>
        <w:br/>
        <w:t>vt 0.673000 0.536500</w:t>
        <w:br/>
        <w:t>vt 0.615800 0.543700</w:t>
        <w:br/>
        <w:t>vt 0.619600 0.543900</w:t>
        <w:br/>
        <w:t>vt 0.607600 0.678800</w:t>
        <w:br/>
        <w:t>vt 0.680800 0.675100</w:t>
        <w:br/>
        <w:t>vt 0.562102 0.554896</w:t>
        <w:br/>
        <w:t>vt 0.581702 0.545296</w:t>
        <w:br/>
        <w:t>vt 0.586902 0.561096</w:t>
        <w:br/>
        <w:t>vt 0.596602 0.557696</w:t>
        <w:br/>
        <w:t>vt 0.590602 0.541396</w:t>
        <w:br/>
        <w:t>vt 0.603402 0.549796</w:t>
        <w:br/>
        <w:t>vt 0.604902 0.542896</w:t>
        <w:br/>
        <w:t>vt 0.603102 0.538296</w:t>
        <w:br/>
        <w:t>vt 0.590602 0.541396</w:t>
        <w:br/>
        <w:t>vt 0.599802 0.535796</w:t>
        <w:br/>
        <w:t>vt 0.603102 0.538296</w:t>
        <w:br/>
        <w:t>vt 0.594102 0.532696</w:t>
        <w:br/>
        <w:t>vt 0.584102 0.532196</w:t>
        <w:br/>
        <w:t>vt 0.581702 0.545296</w:t>
        <w:br/>
        <w:t>vt 0.574802 0.538096</w:t>
        <w:br/>
        <w:t>vt 0.381031 0.676629</w:t>
        <w:br/>
        <w:t>vt 0.384569 0.668777</w:t>
        <w:br/>
        <w:t>vt 0.389305 0.669758</w:t>
        <w:br/>
        <w:t>vt 0.381036 0.669382</w:t>
        <w:br/>
        <w:t>vt 0.379206 0.670957</w:t>
        <w:br/>
        <w:t>vt 0.381031 0.676629</w:t>
        <w:br/>
        <w:t>vt 0.376974 0.674560</w:t>
        <w:br/>
        <w:t>vt 0.379206 0.670957</w:t>
        <w:br/>
        <w:t>vt 0.376662 0.682083</w:t>
        <w:br/>
        <w:t>vt 0.384477 0.682412</w:t>
        <w:br/>
        <w:t>vt 0.381811 0.688625</w:t>
        <w:br/>
        <w:t>vt 0.676500 0.708700</w:t>
        <w:br/>
        <w:t>vt 0.673400 0.738700</w:t>
        <w:br/>
        <w:t>vt 0.661100 0.738700</w:t>
        <w:br/>
        <w:t>vt 0.398866 0.708865</w:t>
        <w:br/>
        <w:t>vt 0.396298 0.695695</w:t>
        <w:br/>
        <w:t>vt 0.398148 0.695490</w:t>
        <w:br/>
        <w:t>vt 0.662200 0.510200</w:t>
        <w:br/>
        <w:t>vt 0.659800 0.510200</w:t>
        <w:br/>
        <w:t>vt 0.647800 0.510200</w:t>
        <w:br/>
        <w:t>vt 0.659800 0.510200</w:t>
        <w:br/>
        <w:t>vt 0.670500 0.537300</w:t>
        <w:br/>
        <w:t>vt 0.630500 0.510200</w:t>
        <w:br/>
        <w:t>vt 0.630500 0.510200</w:t>
        <w:br/>
        <w:t>vt 0.546202 0.559096</w:t>
        <w:br/>
        <w:t>vt 0.542702 0.555796</w:t>
        <w:br/>
        <w:t>vt 0.562102 0.554896</w:t>
        <w:br/>
        <w:t>vt 0.566402 0.559996</w:t>
        <w:br/>
        <w:t>vt 0.640900 0.738700</w:t>
        <w:br/>
        <w:t>vt 0.623900 0.708100</w:t>
        <w:br/>
        <w:t>vt 0.643800 0.738700</w:t>
        <w:br/>
        <w:t>vt 0.676800 0.691900</w:t>
        <w:br/>
        <w:t>vt 0.680250 0.691950</w:t>
        <w:br/>
        <w:t>vt 0.676800 0.691900</w:t>
        <w:br/>
        <w:t>vt 0.387736 0.686800</w:t>
        <w:br/>
        <w:t>vt 0.562102 0.554896</w:t>
        <w:br/>
        <w:t>vt 0.396077 0.688671</w:t>
        <w:br/>
        <w:t>vt 0.396813 0.681193</w:t>
        <w:br/>
        <w:t>vt 0.395306 0.683578</w:t>
        <w:br/>
        <w:t>vt 0.390689 0.690776</w:t>
        <w:br/>
        <w:t>vt 0.388099 0.692190</w:t>
        <w:br/>
        <w:t>vt 0.678770 0.708771</w:t>
        <w:br/>
        <w:t>vt 0.680250 0.691950</w:t>
        <w:br/>
        <w:t>vt 0.679700 0.708800</w:t>
        <w:br/>
        <w:t>vt 0.394387 0.695756</w:t>
        <w:br/>
        <w:t>vt 0.391707 0.676306</w:t>
        <w:br/>
        <w:t>vt 0.393690 0.674632</w:t>
        <w:br/>
        <w:t>vt 0.388265 0.672482</w:t>
        <w:br/>
        <w:t>vt 0.673400 0.738700</w:t>
        <w:br/>
        <w:t>vt 0.676500 0.708700</w:t>
        <w:br/>
        <w:t>vt 0.678770 0.708771</w:t>
        <w:br/>
        <w:t>vt 0.562874 0.026432</w:t>
        <w:br/>
        <w:t>vt 0.560419 0.043357</w:t>
        <w:br/>
        <w:t>vt 0.544430 0.042806</w:t>
        <w:br/>
        <w:t>vt 0.544430 0.024274</w:t>
        <w:br/>
        <w:t>vt 0.544430 0.066641</w:t>
        <w:br/>
        <w:t>vt 0.571130 0.068041</w:t>
        <w:br/>
        <w:t>vt 0.566830 0.097741</w:t>
        <w:br/>
        <w:t>vt 0.544430 0.096741</w:t>
        <w:br/>
        <w:t>vt 0.590830 0.100141</w:t>
        <w:br/>
        <w:t>vt 0.582830 0.127841</w:t>
        <w:br/>
        <w:t>vt 0.563030 0.126341</w:t>
        <w:br/>
        <w:t>vt 0.544430 0.125741</w:t>
        <w:br/>
        <w:t>vt 0.618530 0.080441</w:t>
        <w:br/>
        <w:t>vt 0.607530 0.106341</w:t>
        <w:br/>
        <w:t>vt 0.599530 0.071541</w:t>
        <w:br/>
        <w:t>vt 0.626077 0.036030</w:t>
        <w:br/>
        <w:t>vt 0.623574 0.054068</w:t>
        <w:br/>
        <w:t>vt 0.607059 0.048533</w:t>
        <w:br/>
        <w:t>vt 0.611094 0.032887</w:t>
        <w:br/>
        <w:t>vt 0.574366 0.044323</w:t>
        <w:br/>
        <w:t>vt 0.590065 0.045667</w:t>
        <w:br/>
        <w:t>vt 0.575230 0.159341</w:t>
        <w:br/>
        <w:t>vt 0.559430 0.159341</w:t>
        <w:br/>
        <w:t>vt 0.544430 0.159341</w:t>
        <w:br/>
        <w:t>vt 0.597330 0.130841</w:t>
        <w:br/>
        <w:t>vt 0.587830 0.159341</w:t>
        <w:br/>
        <w:t>vt 0.587830 0.159341</w:t>
        <w:br/>
        <w:t>vt 0.597330 0.130841</w:t>
        <w:br/>
        <w:t>vt 0.601230 0.133841</w:t>
        <w:br/>
        <w:t>vt 0.589330 0.159341</w:t>
        <w:br/>
        <w:t>vt 0.607530 0.106341</w:t>
        <w:br/>
        <w:t>vt 0.611930 0.111941</w:t>
        <w:br/>
        <w:t>vt 0.618530 0.080441</w:t>
        <w:br/>
        <w:t>vt 0.627958 0.058373</w:t>
        <w:br/>
        <w:t>vt 0.628921 0.072285</w:t>
        <w:br/>
        <w:t>vt 0.621681 0.092682</w:t>
        <w:br/>
        <w:t>vt 0.638875 0.055063</w:t>
        <w:br/>
        <w:t>vt 0.636344 0.040832</w:t>
        <w:br/>
        <w:t>vt 0.634130 0.019041</w:t>
        <w:br/>
        <w:t>vt 0.644230 0.023741</w:t>
        <w:br/>
        <w:t>vt 0.636344 0.040832</w:t>
        <w:br/>
        <w:t>vt 0.564330 0.008441</w:t>
        <w:br/>
        <w:t>vt 0.564730 0.006941</w:t>
        <w:br/>
        <w:t>vt 0.579030 0.012341</w:t>
        <w:br/>
        <w:t>vt 0.578530 0.013941</w:t>
        <w:br/>
        <w:t>vt 0.553130 0.006141</w:t>
        <w:br/>
        <w:t>vt 0.544430 0.005741</w:t>
        <w:br/>
        <w:t>vt 0.544430 0.004041</w:t>
        <w:br/>
        <w:t>vt 0.553330 0.004541</w:t>
        <w:br/>
        <w:t>vt 0.623030 0.016941</w:t>
        <w:br/>
        <w:t>vt 0.623030 0.015341</w:t>
        <w:br/>
        <w:t>vt 0.634630 0.017541</w:t>
        <w:br/>
        <w:t>vt 0.634130 0.019041</w:t>
        <w:br/>
        <w:t>vt 0.607230 0.017541</w:t>
        <w:br/>
        <w:t>vt 0.591230 0.019441</w:t>
        <w:br/>
        <w:t>vt 0.591430 0.017841</w:t>
        <w:br/>
        <w:t>vt 0.607130 0.015941</w:t>
        <w:br/>
        <w:t>vt 0.644230 0.023741</w:t>
        <w:br/>
        <w:t>vt 0.645230 0.022841</w:t>
        <w:br/>
        <w:t>vt 0.607230 0.017541</w:t>
        <w:br/>
        <w:t>vt 0.623030 0.016941</w:t>
        <w:br/>
        <w:t>vt 0.591198 0.031321</w:t>
        <w:br/>
        <w:t>vt 0.576448 0.029132</w:t>
        <w:br/>
        <w:t>vt 0.627958 0.058373</w:t>
        <w:br/>
        <w:t>vt 0.643900 0.477400</w:t>
        <w:br/>
        <w:t>vt 0.653400 0.477400</w:t>
        <w:br/>
        <w:t>vt 0.636200 0.464600</w:t>
        <w:br/>
        <w:t>vt 0.623800 0.462700</w:t>
        <w:br/>
        <w:t>vt 0.631800 0.456900</w:t>
        <w:br/>
        <w:t>vt 0.620600 0.456200</w:t>
        <w:br/>
        <w:t>vt 0.623800 0.462700</w:t>
        <w:br/>
        <w:t>vt 0.636200 0.464600</w:t>
        <w:br/>
        <w:t>vt 0.633100 0.447900</w:t>
        <w:br/>
        <w:t>vt 0.622000 0.446000</w:t>
        <w:br/>
        <w:t>vt 0.630800 0.432900</w:t>
        <w:br/>
        <w:t>vt 0.627200 0.436500</w:t>
        <w:br/>
        <w:t>vt 0.637600 0.439300</w:t>
        <w:br/>
        <w:t>vt 0.640600 0.436100</w:t>
        <w:br/>
        <w:t>vt 0.632700 0.427500</w:t>
        <w:br/>
        <w:t>vt 0.630800 0.432900</w:t>
        <w:br/>
        <w:t>vt 0.640600 0.436100</w:t>
        <w:br/>
        <w:t>vt 0.642100 0.432300</w:t>
        <w:br/>
        <w:t>vt 0.636400 0.424100</w:t>
        <w:br/>
        <w:t>vt 0.632700 0.427500</w:t>
        <w:br/>
        <w:t>vt 0.642100 0.432300</w:t>
        <w:br/>
        <w:t>vt 0.644800 0.430000</w:t>
        <w:br/>
        <w:t>vt 0.647700 0.425900</w:t>
        <w:br/>
        <w:t>vt 0.640600 0.418100</w:t>
        <w:br/>
        <w:t>vt 0.640600 0.418100</w:t>
        <w:br/>
        <w:t>vt 0.647700 0.425900</w:t>
        <w:br/>
        <w:t>vt 0.652700 0.419700</w:t>
        <w:br/>
        <w:t>vt 0.647700 0.410100</w:t>
        <w:br/>
        <w:t>vt 0.657900 0.415200</w:t>
        <w:br/>
        <w:t>vt 0.652100 0.404700</w:t>
        <w:br/>
        <w:t>vt 0.647700 0.410100</w:t>
        <w:br/>
        <w:t>vt 0.652700 0.419700</w:t>
        <w:br/>
        <w:t>vt 0.666700 0.411200</w:t>
        <w:br/>
        <w:t>vt 0.675900 0.409100</w:t>
        <w:br/>
        <w:t>vt 0.671300 0.397500</w:t>
        <w:br/>
        <w:t>vt 0.661000 0.399400</w:t>
        <w:br/>
        <w:t>vt 0.693400 0.398900</w:t>
        <w:br/>
        <w:t>vt 0.680500 0.400100</w:t>
        <w:br/>
        <w:t>vt 0.684700 0.410000</w:t>
        <w:br/>
        <w:t>vt 0.694900 0.407800</w:t>
        <w:br/>
        <w:t>vt 0.701900 0.400900</w:t>
        <w:br/>
        <w:t>vt 0.693400 0.398900</w:t>
        <w:br/>
        <w:t>vt 0.694900 0.407800</w:t>
        <w:br/>
        <w:t>vt 0.701500 0.409500</w:t>
        <w:br/>
        <w:t>vt 0.707600 0.410200</w:t>
        <w:br/>
        <w:t>vt 0.709700 0.401900</w:t>
        <w:br/>
        <w:t>vt 0.709700 0.401900</w:t>
        <w:br/>
        <w:t>vt 0.707600 0.410200</w:t>
        <w:br/>
        <w:t>vt 0.716200 0.410100</w:t>
        <w:br/>
        <w:t>vt 0.720800 0.400900</w:t>
        <w:br/>
        <w:t>vt 0.724300 0.412300</w:t>
        <w:br/>
        <w:t>vt 0.730100 0.402600</w:t>
        <w:br/>
        <w:t>vt 0.720800 0.400900</w:t>
        <w:br/>
        <w:t>vt 0.716200 0.410100</w:t>
        <w:br/>
        <w:t>vt 0.733500 0.418000</w:t>
        <w:br/>
        <w:t>vt 0.740400 0.425500</w:t>
        <w:br/>
        <w:t>vt 0.746800 0.416500</w:t>
        <w:br/>
        <w:t>vt 0.739700 0.408400</w:t>
        <w:br/>
        <w:t>vt 0.757500 0.434200</w:t>
        <w:br/>
        <w:t>vt 0.752000 0.425900</w:t>
        <w:br/>
        <w:t>vt 0.745500 0.433300</w:t>
        <w:br/>
        <w:t>vt 0.750200 0.439400</w:t>
        <w:br/>
        <w:t>vt 0.758100 0.437200</w:t>
        <w:br/>
        <w:t>vt 0.757500 0.434200</w:t>
        <w:br/>
        <w:t>vt 0.750200 0.439400</w:t>
        <w:br/>
        <w:t>vt 0.750400 0.442500</w:t>
        <w:br/>
        <w:t>vt 0.753000 0.445400</w:t>
        <w:br/>
        <w:t>vt 0.762100 0.442000</w:t>
        <w:br/>
        <w:t>vt 0.755000 0.448600</w:t>
        <w:br/>
        <w:t>vt 0.765500 0.446300</w:t>
        <w:br/>
        <w:t>vt 0.762100 0.442000</w:t>
        <w:br/>
        <w:t>vt 0.753000 0.445400</w:t>
        <w:br/>
        <w:t>vt 0.757100 0.452500</w:t>
        <w:br/>
        <w:t>vt 0.768800 0.450800</w:t>
        <w:br/>
        <w:t>vt 0.759600 0.463600</w:t>
        <w:br/>
        <w:t>vt 0.772100 0.462200</w:t>
        <w:br/>
        <w:t>vt 0.760300 0.477400</w:t>
        <w:br/>
        <w:t>vt 0.772500 0.477400</w:t>
        <w:br/>
        <w:t>vt 0.734300 0.467000</w:t>
        <w:br/>
        <w:t>vt 0.734800 0.477400</w:t>
        <w:br/>
        <w:t>vt 0.754700 0.477400</w:t>
        <w:br/>
        <w:t>vt 0.754200 0.464100</w:t>
        <w:br/>
        <w:t>vt 0.751900 0.453100</w:t>
        <w:br/>
        <w:t>vt 0.732400 0.453100</w:t>
        <w:br/>
        <w:t>vt 0.750400 0.449600</w:t>
        <w:br/>
        <w:t>vt 0.732400 0.453100</w:t>
        <w:br/>
        <w:t>vt 0.748800 0.447000</w:t>
        <w:br/>
        <w:t>vt 0.745700 0.445300</w:t>
        <w:br/>
        <w:t>vt 0.732400 0.453100</w:t>
        <w:br/>
        <w:t>vt 0.748800 0.447000</w:t>
        <w:br/>
        <w:t>vt 0.746300 0.441900</w:t>
        <w:br/>
        <w:t>vt 0.732400 0.453100</w:t>
        <w:br/>
        <w:t>vt 0.746300 0.441900</w:t>
        <w:br/>
        <w:t>vt 0.742400 0.437400</w:t>
        <w:br/>
        <w:t>vt 0.742400 0.437400</w:t>
        <w:br/>
        <w:t>vt 0.737500 0.429700</w:t>
        <w:br/>
        <w:t>vt 0.701100 0.441400</w:t>
        <w:br/>
        <w:t>vt 0.716200 0.446500</w:t>
        <w:br/>
        <w:t>vt 0.721800 0.416800</w:t>
        <w:br/>
        <w:t>vt 0.701100 0.441400</w:t>
        <w:br/>
        <w:t>vt 0.714000 0.414500</w:t>
        <w:br/>
        <w:t>vt 0.706200 0.415400</w:t>
        <w:br/>
        <w:t>vt 0.701100 0.441400</w:t>
        <w:br/>
        <w:t>vt 0.706200 0.415400</w:t>
        <w:br/>
        <w:t>vt 0.701700 0.414600</w:t>
        <w:br/>
        <w:t>vt 0.695700 0.412500</w:t>
        <w:br/>
        <w:t>vt 0.701100 0.441400</w:t>
        <w:br/>
        <w:t>vt 0.695700 0.412500</w:t>
        <w:br/>
        <w:t>vt 0.686600 0.414900</w:t>
        <w:br/>
        <w:t>vt 0.686600 0.414900</w:t>
        <w:br/>
        <w:t>vt 0.678000 0.414200</w:t>
        <w:br/>
        <w:t>vt 0.683000 0.441500</w:t>
        <w:br/>
        <w:t>vt 0.668800 0.415800</w:t>
        <w:br/>
        <w:t>vt 0.660500 0.419700</w:t>
        <w:br/>
        <w:t>vt 0.665200 0.443400</w:t>
        <w:br/>
        <w:t>vt 0.655200 0.424100</w:t>
        <w:br/>
        <w:t>vt 0.651300 0.429500</w:t>
        <w:br/>
        <w:t>vt 0.649100 0.432300</w:t>
        <w:br/>
        <w:t>vt 0.665200 0.443400</w:t>
        <w:br/>
        <w:t>vt 0.646600 0.434500</w:t>
        <w:br/>
        <w:t>vt 0.665200 0.443400</w:t>
        <w:br/>
        <w:t>vt 0.646600 0.434500</w:t>
        <w:br/>
        <w:t>vt 0.645600 0.438400</w:t>
        <w:br/>
        <w:t>vt 0.665200 0.443400</w:t>
        <w:br/>
        <w:t>vt 0.645600 0.438400</w:t>
        <w:br/>
        <w:t>vt 0.643500 0.440700</w:t>
        <w:br/>
        <w:t>vt 0.659800 0.454800</w:t>
        <w:br/>
        <w:t>vt 0.643500 0.440700</w:t>
        <w:br/>
        <w:t>vt 0.658000 0.467200</w:t>
        <w:br/>
        <w:t>vt 0.637600 0.457200</w:t>
        <w:br/>
        <w:t>vt 0.641400 0.465100</w:t>
        <w:br/>
        <w:t>vt 0.659200 0.477400</w:t>
        <w:br/>
        <w:t>vt 0.658000 0.467200</w:t>
        <w:br/>
        <w:t>vt 0.714000 0.414500</w:t>
        <w:br/>
        <w:t>vt 0.730800 0.422400</w:t>
        <w:br/>
        <w:t>vt 0.752000 0.425900</w:t>
        <w:br/>
        <w:t>vt 0.745500 0.433300</w:t>
        <w:br/>
        <w:t>vt 0.655200 0.424100</w:t>
        <w:br/>
        <w:t>vt 0.680500 0.400100</w:t>
        <w:br/>
        <w:t>vt 0.684700 0.410000</w:t>
        <w:br/>
        <w:t>vt 0.627200 0.436500</w:t>
        <w:br/>
        <w:t>vt 0.637600 0.439300</w:t>
        <w:br/>
        <w:t>vt 0.638700 0.449000</w:t>
        <w:br/>
        <w:t>vt 0.641400 0.465100</w:t>
        <w:br/>
        <w:t>vt 0.659200 0.477400</w:t>
        <w:br/>
        <w:t>vt 0.659200 0.479000</w:t>
        <w:br/>
        <w:t>vt 0.671900 0.477400</w:t>
        <w:br/>
        <w:t>vt 0.772500 0.477400</w:t>
        <w:br/>
        <w:t>vt 0.774200 0.477400</w:t>
        <w:br/>
        <w:t>vt 0.773700 0.461900</w:t>
        <w:br/>
        <w:t>vt 0.772100 0.462200</w:t>
        <w:br/>
        <w:t>vt 0.769900 0.450500</w:t>
        <w:br/>
        <w:t>vt 0.768800 0.450800</w:t>
        <w:br/>
        <w:t>vt 0.766600 0.445500</w:t>
        <w:br/>
        <w:t>vt 0.765500 0.446300</w:t>
        <w:br/>
        <w:t>vt 0.763200 0.441400</w:t>
        <w:br/>
        <w:t>vt 0.762100 0.442000</w:t>
        <w:br/>
        <w:t>vt 0.759300 0.436600</w:t>
        <w:br/>
        <w:t>vt 0.758100 0.437200</w:t>
        <w:br/>
        <w:t>vt 0.758400 0.433500</w:t>
        <w:br/>
        <w:t>vt 0.757500 0.434200</w:t>
        <w:br/>
        <w:t>vt 0.753000 0.425000</w:t>
        <w:br/>
        <w:t>vt 0.748100 0.415600</w:t>
        <w:br/>
        <w:t>vt 0.746800 0.416500</w:t>
        <w:br/>
        <w:t>vt 0.740800 0.407200</w:t>
        <w:br/>
        <w:t>vt 0.739700 0.408400</w:t>
        <w:br/>
        <w:t>vt 0.730700 0.401200</w:t>
        <w:br/>
        <w:t>vt 0.730100 0.402600</w:t>
        <w:br/>
        <w:t>vt 0.721000 0.399800</w:t>
        <w:br/>
        <w:t>vt 0.720800 0.400900</w:t>
        <w:br/>
        <w:t>vt 0.709700 0.401900</w:t>
        <w:br/>
        <w:t>vt 0.709704 0.400689</w:t>
        <w:br/>
        <w:t>vt 0.702400 0.399400</w:t>
        <w:br/>
        <w:t>vt 0.701900 0.400900</w:t>
        <w:br/>
        <w:t>vt 0.693371 0.398012</w:t>
        <w:br/>
        <w:t>vt 0.693400 0.398900</w:t>
        <w:br/>
        <w:t>vt 0.680700 0.399200</w:t>
        <w:br/>
        <w:t>vt 0.680500 0.400100</w:t>
        <w:br/>
        <w:t>vt 0.671300 0.396000</w:t>
        <w:br/>
        <w:t>vt 0.671300 0.397500</w:t>
        <w:br/>
        <w:t>vt 0.660500 0.397900</w:t>
        <w:br/>
        <w:t>vt 0.661000 0.399400</w:t>
        <w:br/>
        <w:t>vt 0.651200 0.403400</w:t>
        <w:br/>
        <w:t>vt 0.652100 0.404700</w:t>
        <w:br/>
        <w:t>vt 0.646700 0.409200</w:t>
        <w:br/>
        <w:t>vt 0.647700 0.410100</w:t>
        <w:br/>
        <w:t>vt 0.640600 0.418100</w:t>
        <w:br/>
        <w:t>vt 0.639800 0.417300</w:t>
        <w:br/>
        <w:t>vt 0.635300 0.423300</w:t>
        <w:br/>
        <w:t>vt 0.636400 0.424100</w:t>
        <w:br/>
        <w:t>vt 0.631914 0.426743</w:t>
        <w:br/>
        <w:t>vt 0.632700 0.427500</w:t>
        <w:br/>
        <w:t>vt 0.629600 0.432100</w:t>
        <w:br/>
        <w:t>vt 0.630800 0.432900</w:t>
        <w:br/>
        <w:t>vt 0.626000 0.436100</w:t>
        <w:br/>
        <w:t>vt 0.627200 0.436500</w:t>
        <w:br/>
        <w:t>vt 0.620500 0.445600</w:t>
        <w:br/>
        <w:t>vt 0.622000 0.446000</w:t>
        <w:br/>
        <w:t>vt 0.619000 0.456300</w:t>
        <w:br/>
        <w:t>vt 0.620600 0.456200</w:t>
        <w:br/>
        <w:t>vt 0.622500 0.463400</w:t>
        <w:br/>
        <w:t>vt 0.643900 0.477400</w:t>
        <w:br/>
        <w:t>vt 0.643300 0.479000</w:t>
        <w:br/>
        <w:t>vt 0.653300 0.479000</w:t>
        <w:br/>
        <w:t>vt 0.653400 0.477400</w:t>
        <w:br/>
        <w:t>vt 0.643900 0.477400</w:t>
        <w:br/>
        <w:t>vt 0.623800 0.462700</w:t>
        <w:br/>
        <w:t>vt 0.636200 0.464600</w:t>
        <w:br/>
        <w:t>vt 0.653400 0.477400</w:t>
        <w:br/>
        <w:t>vt 0.631800 0.456900</w:t>
        <w:br/>
        <w:t>vt 0.636200 0.464600</w:t>
        <w:br/>
        <w:t>vt 0.623800 0.462700</w:t>
        <w:br/>
        <w:t>vt 0.620600 0.456200</w:t>
        <w:br/>
        <w:t>vt 0.622000 0.446000</w:t>
        <w:br/>
        <w:t>vt 0.633100 0.447900</w:t>
        <w:br/>
        <w:t>vt 0.637600 0.439300</w:t>
        <w:br/>
        <w:t>vt 0.627200 0.436500</w:t>
        <w:br/>
        <w:t>vt 0.630800 0.432900</w:t>
        <w:br/>
        <w:t>vt 0.640600 0.436100</w:t>
        <w:br/>
        <w:t>vt 0.632700 0.427500</w:t>
        <w:br/>
        <w:t>vt 0.642100 0.432300</w:t>
        <w:br/>
        <w:t>vt 0.642100 0.432300</w:t>
        <w:br/>
        <w:t>vt 0.632700 0.427500</w:t>
        <w:br/>
        <w:t>vt 0.636400 0.424100</w:t>
        <w:br/>
        <w:t>vt 0.644800 0.430000</w:t>
        <w:br/>
        <w:t>vt 0.647700 0.425900</w:t>
        <w:br/>
        <w:t>vt 0.640600 0.418100</w:t>
        <w:br/>
        <w:t>vt 0.640600 0.418100</w:t>
        <w:br/>
        <w:t>vt 0.647700 0.410100</w:t>
        <w:br/>
        <w:t>vt 0.652700 0.419700</w:t>
        <w:br/>
        <w:t>vt 0.647700 0.425900</w:t>
        <w:br/>
        <w:t>vt 0.647700 0.410100</w:t>
        <w:br/>
        <w:t>vt 0.652100 0.404700</w:t>
        <w:br/>
        <w:t>vt 0.657900 0.415200</w:t>
        <w:br/>
        <w:t>vt 0.652700 0.419700</w:t>
        <w:br/>
        <w:t>vt 0.666700 0.411200</w:t>
        <w:br/>
        <w:t>vt 0.661000 0.399400</w:t>
        <w:br/>
        <w:t>vt 0.671300 0.397500</w:t>
        <w:br/>
        <w:t>vt 0.675900 0.409100</w:t>
        <w:br/>
        <w:t>vt 0.693400 0.398900</w:t>
        <w:br/>
        <w:t>vt 0.694900 0.407800</w:t>
        <w:br/>
        <w:t>vt 0.684700 0.410000</w:t>
        <w:br/>
        <w:t>vt 0.680500 0.400100</w:t>
        <w:br/>
        <w:t>vt 0.694900 0.407800</w:t>
        <w:br/>
        <w:t>vt 0.693400 0.398900</w:t>
        <w:br/>
        <w:t>vt 0.701900 0.400900</w:t>
        <w:br/>
        <w:t>vt 0.701500 0.409500</w:t>
        <w:br/>
        <w:t>vt 0.709700 0.401900</w:t>
        <w:br/>
        <w:t>vt 0.707600 0.410200</w:t>
        <w:br/>
        <w:t>vt 0.709700 0.401900</w:t>
        <w:br/>
        <w:t>vt 0.720800 0.400900</w:t>
        <w:br/>
        <w:t>vt 0.716200 0.410100</w:t>
        <w:br/>
        <w:t>vt 0.707600 0.410200</w:t>
        <w:br/>
        <w:t>vt 0.720800 0.400900</w:t>
        <w:br/>
        <w:t>vt 0.730100 0.402600</w:t>
        <w:br/>
        <w:t>vt 0.724300 0.412300</w:t>
        <w:br/>
        <w:t>vt 0.716200 0.410100</w:t>
        <w:br/>
        <w:t>vt 0.733500 0.418000</w:t>
        <w:br/>
        <w:t>vt 0.739700 0.408400</w:t>
        <w:br/>
        <w:t>vt 0.746800 0.416500</w:t>
        <w:br/>
        <w:t>vt 0.740400 0.425500</w:t>
        <w:br/>
        <w:t>vt 0.757500 0.434200</w:t>
        <w:br/>
        <w:t>vt 0.750200 0.439400</w:t>
        <w:br/>
        <w:t>vt 0.745500 0.433300</w:t>
        <w:br/>
        <w:t>vt 0.752000 0.425900</w:t>
        <w:br/>
        <w:t>vt 0.750200 0.439400</w:t>
        <w:br/>
        <w:t>vt 0.757500 0.434200</w:t>
        <w:br/>
        <w:t>vt 0.758100 0.437200</w:t>
        <w:br/>
        <w:t>vt 0.750400 0.442500</w:t>
        <w:br/>
        <w:t>vt 0.753000 0.445400</w:t>
        <w:br/>
        <w:t>vt 0.762100 0.442000</w:t>
        <w:br/>
        <w:t>vt 0.755000 0.448600</w:t>
        <w:br/>
        <w:t>vt 0.753000 0.445400</w:t>
        <w:br/>
        <w:t>vt 0.762100 0.442000</w:t>
        <w:br/>
        <w:t>vt 0.765500 0.446300</w:t>
        <w:br/>
        <w:t>vt 0.757100 0.452500</w:t>
        <w:br/>
        <w:t>vt 0.768800 0.450800</w:t>
        <w:br/>
        <w:t>vt 0.772100 0.462200</w:t>
        <w:br/>
        <w:t>vt 0.759600 0.463600</w:t>
        <w:br/>
        <w:t>vt 0.772500 0.477400</w:t>
        <w:br/>
        <w:t>vt 0.760300 0.477400</w:t>
        <w:br/>
        <w:t>vt 0.754700 0.477400</w:t>
        <w:br/>
        <w:t>vt 0.734800 0.477400</w:t>
        <w:br/>
        <w:t>vt 0.734300 0.467000</w:t>
        <w:br/>
        <w:t>vt 0.754200 0.464100</w:t>
        <w:br/>
        <w:t>vt 0.751900 0.453100</w:t>
        <w:br/>
        <w:t>vt 0.732400 0.453100</w:t>
        <w:br/>
        <w:t>vt 0.750400 0.449600</w:t>
        <w:br/>
        <w:t>vt 0.732400 0.453100</w:t>
        <w:br/>
        <w:t>vt 0.748800 0.447000</w:t>
        <w:br/>
        <w:t>vt 0.745700 0.445300</w:t>
        <w:br/>
        <w:t>vt 0.748800 0.447000</w:t>
        <w:br/>
        <w:t>vt 0.746300 0.441900</w:t>
        <w:br/>
        <w:t>vt 0.732400 0.453100</w:t>
        <w:br/>
        <w:t>vt 0.742400 0.437400</w:t>
        <w:br/>
        <w:t>vt 0.746300 0.441900</w:t>
        <w:br/>
        <w:t>vt 0.732400 0.453100</w:t>
        <w:br/>
        <w:t>vt 0.737500 0.429700</w:t>
        <w:br/>
        <w:t>vt 0.742400 0.437400</w:t>
        <w:br/>
        <w:t>vt 0.701100 0.441400</w:t>
        <w:br/>
        <w:t>vt 0.721800 0.416800</w:t>
        <w:br/>
        <w:t>vt 0.716200 0.446500</w:t>
        <w:br/>
        <w:t>vt 0.701100 0.441400</w:t>
        <w:br/>
        <w:t>vt 0.706200 0.415400</w:t>
        <w:br/>
        <w:t>vt 0.714000 0.414500</w:t>
        <w:br/>
        <w:t>vt 0.701700 0.414600</w:t>
        <w:br/>
        <w:t>vt 0.706200 0.415400</w:t>
        <w:br/>
        <w:t>vt 0.695700 0.412500</w:t>
        <w:br/>
        <w:t>vt 0.701100 0.441400</w:t>
        <w:br/>
        <w:t>vt 0.686600 0.414900</w:t>
        <w:br/>
        <w:t>vt 0.695700 0.412500</w:t>
        <w:br/>
        <w:t>vt 0.678000 0.414200</w:t>
        <w:br/>
        <w:t>vt 0.686600 0.414900</w:t>
        <w:br/>
        <w:t>vt 0.683000 0.441500</w:t>
        <w:br/>
        <w:t>vt 0.660500 0.419700</w:t>
        <w:br/>
        <w:t>vt 0.668800 0.415800</w:t>
        <w:br/>
        <w:t>vt 0.665200 0.443400</w:t>
        <w:br/>
        <w:t>vt 0.651300 0.429500</w:t>
        <w:br/>
        <w:t>vt 0.655200 0.424100</w:t>
        <w:br/>
        <w:t>vt 0.649100 0.432300</w:t>
        <w:br/>
        <w:t>vt 0.665200 0.443400</w:t>
        <w:br/>
        <w:t>vt 0.646600 0.434500</w:t>
        <w:br/>
        <w:t>vt 0.665200 0.443400</w:t>
        <w:br/>
        <w:t>vt 0.645600 0.438400</w:t>
        <w:br/>
        <w:t>vt 0.646600 0.434500</w:t>
        <w:br/>
        <w:t>vt 0.643500 0.440700</w:t>
        <w:br/>
        <w:t>vt 0.659800 0.454800</w:t>
        <w:br/>
        <w:t>vt 0.643500 0.440700</w:t>
        <w:br/>
        <w:t>vt 0.658000 0.467200</w:t>
        <w:br/>
        <w:t>vt 0.637600 0.457200</w:t>
        <w:br/>
        <w:t>vt 0.658000 0.467200</w:t>
        <w:br/>
        <w:t>vt 0.671900 0.477400</w:t>
        <w:br/>
        <w:t>vt 0.659200 0.477400</w:t>
        <w:br/>
        <w:t>vt 0.641400 0.465100</w:t>
        <w:br/>
        <w:t>vt 0.714000 0.414500</w:t>
        <w:br/>
        <w:t>vt 0.730800 0.422400</w:t>
        <w:br/>
        <w:t>vt 0.752000 0.425900</w:t>
        <w:br/>
        <w:t>vt 0.745500 0.433300</w:t>
        <w:br/>
        <w:t>vt 0.655200 0.424100</w:t>
        <w:br/>
        <w:t>vt 0.680500 0.400100</w:t>
        <w:br/>
        <w:t>vt 0.684700 0.410000</w:t>
        <w:br/>
        <w:t>vt 0.627200 0.436500</w:t>
        <w:br/>
        <w:t>vt 0.637600 0.439300</w:t>
        <w:br/>
        <w:t>vt 0.638700 0.449000</w:t>
        <w:br/>
        <w:t>vt 0.641400 0.465100</w:t>
        <w:br/>
        <w:t>vt 0.645230 0.022841</w:t>
        <w:br/>
        <w:t>vt 0.644230 0.023741</w:t>
        <w:br/>
        <w:t>vt 0.607978 0.175818</w:t>
        <w:br/>
        <w:t>vt 0.604913 0.175931</w:t>
        <w:br/>
        <w:t>vt 0.604442 0.172707</w:t>
        <w:br/>
        <w:t>vt 0.607978 0.172289</w:t>
        <w:br/>
        <w:t>vt 0.607978 0.180436</w:t>
        <w:br/>
        <w:t>vt 0.607978 0.186207</w:t>
        <w:br/>
        <w:t>vt 0.603683 0.186399</w:t>
        <w:br/>
        <w:t>vt 0.602859 0.180705</w:t>
        <w:br/>
        <w:t>vt 0.604412 0.191882</w:t>
        <w:br/>
        <w:t>vt 0.600616 0.192170</w:t>
        <w:br/>
        <w:t>vt 0.599082 0.186859</w:t>
        <w:br/>
        <w:t>vt 0.607978 0.191767</w:t>
        <w:br/>
        <w:t>vt 0.594036 0.183970</w:t>
        <w:br/>
        <w:t>vt 0.597414 0.181376</w:t>
        <w:br/>
        <w:t>vt 0.595880 0.188048</w:t>
        <w:br/>
        <w:t>vt 0.595968 0.176934</w:t>
        <w:br/>
        <w:t>vt 0.592946 0.179452</w:t>
        <w:br/>
        <w:t>vt 0.592927 0.175180</w:t>
        <w:br/>
        <w:t>vt 0.595195 0.173950</w:t>
        <w:br/>
        <w:t>vt 0.602276 0.176141</w:t>
        <w:br/>
        <w:t>vt 0.599239 0.176382</w:t>
        <w:br/>
        <w:t>vt 0.602073 0.198209</w:t>
        <w:br/>
        <w:t>vt 0.605102 0.198209</w:t>
        <w:br/>
        <w:t>vt 0.607978 0.198209</w:t>
        <w:br/>
        <w:t>vt 0.599657 0.198209</w:t>
        <w:br/>
        <w:t>vt 0.597836 0.192745</w:t>
        <w:br/>
        <w:t>vt 0.595938 0.171023</w:t>
        <w:br/>
        <w:t>vt 0.592909 0.170908</w:t>
        <w:br/>
        <w:t>vt 0.591632 0.175904</w:t>
        <w:br/>
        <w:t>vt 0.590781 0.171310</w:t>
        <w:br/>
        <w:t>vt 0.599017 0.173648</w:t>
        <w:br/>
        <w:t>vt 0.601440 0.170333</w:t>
        <w:br/>
        <w:t>vt 0.601858 0.173237</w:t>
        <w:br/>
        <w:t>vt 0.589857 0.173403</w:t>
        <w:br/>
        <w:t>vt 0.588844 0.172211</w:t>
        <w:br/>
        <w:t>vt 0.589892 0.172144</w:t>
        <w:br/>
        <w:t>vt 0.671900 0.477400</w:t>
        <w:br/>
        <w:t>vt 0.578530 0.013941</w:t>
        <w:br/>
        <w:t>vt 0.591230 0.019441</w:t>
        <w:br/>
        <w:t>vt 0.553130 0.006141</w:t>
        <w:br/>
        <w:t>vt 0.544430 0.005741</w:t>
        <w:br/>
        <w:t>vt 0.648830 0.037841</w:t>
        <w:br/>
        <w:t>vt 0.564330 0.008441</w:t>
        <w:br/>
        <w:t>vt 0.599005 0.171387</w:t>
        <w:br/>
        <w:t>vt 0.606310 0.168837</w:t>
        <w:br/>
        <w:t>vt 0.607978 0.168760</w:t>
        <w:br/>
        <w:t>vt 0.604163 0.169278</w:t>
        <w:br/>
        <w:t>vt 0.525985 0.026432</w:t>
        <w:br/>
        <w:t>vt 0.528440 0.043357</w:t>
        <w:br/>
        <w:t>vt 0.522030 0.097741</w:t>
        <w:br/>
        <w:t>vt 0.517730 0.068041</w:t>
        <w:br/>
        <w:t>vt 0.525830 0.126341</w:t>
        <w:br/>
        <w:t>vt 0.506030 0.127841</w:t>
        <w:br/>
        <w:t>vt 0.498030 0.100141</w:t>
        <w:br/>
        <w:t>vt 0.470330 0.080441</w:t>
        <w:br/>
        <w:t>vt 0.489330 0.071541</w:t>
        <w:br/>
        <w:t>vt 0.481330 0.106341</w:t>
        <w:br/>
        <w:t>vt 0.462783 0.036030</w:t>
        <w:br/>
        <w:t>vt 0.477765 0.032887</w:t>
        <w:br/>
        <w:t>vt 0.481800 0.048533</w:t>
        <w:br/>
        <w:t>vt 0.465286 0.054068</w:t>
        <w:br/>
        <w:t>vt 0.514494 0.044323</w:t>
        <w:br/>
        <w:t>vt 0.498794 0.045667</w:t>
        <w:br/>
        <w:t>vt 0.513630 0.159341</w:t>
        <w:br/>
        <w:t>vt 0.529430 0.159341</w:t>
        <w:br/>
        <w:t>vt 0.501030 0.159341</w:t>
        <w:br/>
        <w:t>vt 0.491530 0.130841</w:t>
        <w:br/>
        <w:t>vt 0.487630 0.133841</w:t>
        <w:br/>
        <w:t>vt 0.491530 0.130841</w:t>
        <w:br/>
        <w:t>vt 0.501030 0.159341</w:t>
        <w:br/>
        <w:t>vt 0.499530 0.159341</w:t>
        <w:br/>
        <w:t>vt 0.476930 0.111941</w:t>
        <w:br/>
        <w:t>vt 0.481330 0.106341</w:t>
        <w:br/>
        <w:t>vt 0.459939 0.072285</w:t>
        <w:br/>
        <w:t>vt 0.460901 0.058373</w:t>
        <w:br/>
        <w:t>vt 0.470330 0.080441</w:t>
        <w:br/>
        <w:t>vt 0.467178 0.092682</w:t>
        <w:br/>
        <w:t>vt 0.449984 0.055063</w:t>
        <w:br/>
        <w:t>vt 0.452515 0.040832</w:t>
        <w:br/>
        <w:t>vt 0.452515 0.040832</w:t>
        <w:br/>
        <w:t>vt 0.444630 0.023741</w:t>
        <w:br/>
        <w:t>vt 0.454730 0.019041</w:t>
        <w:br/>
        <w:t>vt 0.509830 0.012341</w:t>
        <w:br/>
        <w:t>vt 0.524130 0.006941</w:t>
        <w:br/>
        <w:t>vt 0.524530 0.008441</w:t>
        <w:br/>
        <w:t>vt 0.510330 0.013941</w:t>
        <w:br/>
        <w:t>vt 0.535730 0.006141</w:t>
        <w:br/>
        <w:t>vt 0.535530 0.004541</w:t>
        <w:br/>
        <w:t>vt 0.454230 0.017541</w:t>
        <w:br/>
        <w:t>vt 0.465830 0.015341</w:t>
        <w:br/>
        <w:t>vt 0.465830 0.016941</w:t>
        <w:br/>
        <w:t>vt 0.454730 0.019041</w:t>
        <w:br/>
        <w:t>vt 0.481630 0.017541</w:t>
        <w:br/>
        <w:t>vt 0.481730 0.015941</w:t>
        <w:br/>
        <w:t>vt 0.497430 0.017841</w:t>
        <w:br/>
        <w:t>vt 0.497630 0.019441</w:t>
        <w:br/>
        <w:t>vt 0.444630 0.023741</w:t>
        <w:br/>
        <w:t>vt 0.443630 0.022841</w:t>
        <w:br/>
        <w:t>vt 0.481630 0.017541</w:t>
        <w:br/>
        <w:t>vt 0.465830 0.016941</w:t>
        <w:br/>
        <w:t>vt 0.497662 0.031321</w:t>
        <w:br/>
        <w:t>vt 0.512412 0.029132</w:t>
        <w:br/>
        <w:t>vt 0.460901 0.058373</w:t>
        <w:br/>
        <w:t>vt 0.636200 0.464600</w:t>
        <w:br/>
        <w:t>vt 0.653400 0.477400</w:t>
        <w:br/>
        <w:t>vt 0.643900 0.477400</w:t>
        <w:br/>
        <w:t>vt 0.623800 0.462700</w:t>
        <w:br/>
        <w:t>vt 0.631800 0.456900</w:t>
        <w:br/>
        <w:t>vt 0.636200 0.464600</w:t>
        <w:br/>
        <w:t>vt 0.623800 0.462700</w:t>
        <w:br/>
        <w:t>vt 0.620600 0.456200</w:t>
        <w:br/>
        <w:t>vt 0.622000 0.446000</w:t>
        <w:br/>
        <w:t>vt 0.633100 0.447900</w:t>
        <w:br/>
        <w:t>vt 0.637600 0.439300</w:t>
        <w:br/>
        <w:t>vt 0.627200 0.436500</w:t>
        <w:br/>
        <w:t>vt 0.630800 0.432900</w:t>
        <w:br/>
        <w:t>vt 0.640600 0.436100</w:t>
        <w:br/>
        <w:t>vt 0.640600 0.436100</w:t>
        <w:br/>
        <w:t>vt 0.630800 0.432900</w:t>
        <w:br/>
        <w:t>vt 0.632700 0.427500</w:t>
        <w:br/>
        <w:t>vt 0.642100 0.432300</w:t>
        <w:br/>
        <w:t>vt 0.642100 0.432300</w:t>
        <w:br/>
        <w:t>vt 0.632700 0.427500</w:t>
        <w:br/>
        <w:t>vt 0.636400 0.424100</w:t>
        <w:br/>
        <w:t>vt 0.644800 0.430000</w:t>
        <w:br/>
        <w:t>vt 0.647700 0.425900</w:t>
        <w:br/>
        <w:t>vt 0.640600 0.418100</w:t>
        <w:br/>
        <w:t>vt 0.652700 0.419700</w:t>
        <w:br/>
        <w:t>vt 0.647700 0.425900</w:t>
        <w:br/>
        <w:t>vt 0.640600 0.418100</w:t>
        <w:br/>
        <w:t>vt 0.647700 0.410100</w:t>
        <w:br/>
        <w:t>vt 0.647700 0.410100</w:t>
        <w:br/>
        <w:t>vt 0.652100 0.404700</w:t>
        <w:br/>
        <w:t>vt 0.657900 0.415200</w:t>
        <w:br/>
        <w:t>vt 0.652700 0.419700</w:t>
        <w:br/>
        <w:t>vt 0.666700 0.411200</w:t>
        <w:br/>
        <w:t>vt 0.661000 0.399400</w:t>
        <w:br/>
        <w:t>vt 0.671300 0.397500</w:t>
        <w:br/>
        <w:t>vt 0.675900 0.409100</w:t>
        <w:br/>
        <w:t>vt 0.693400 0.398900</w:t>
        <w:br/>
        <w:t>vt 0.694900 0.407800</w:t>
        <w:br/>
        <w:t>vt 0.684700 0.410000</w:t>
        <w:br/>
        <w:t>vt 0.680500 0.400100</w:t>
        <w:br/>
        <w:t>vt 0.694900 0.407800</w:t>
        <w:br/>
        <w:t>vt 0.693400 0.398900</w:t>
        <w:br/>
        <w:t>vt 0.701900 0.400900</w:t>
        <w:br/>
        <w:t>vt 0.701500 0.409500</w:t>
        <w:br/>
        <w:t>vt 0.707600 0.410200</w:t>
        <w:br/>
        <w:t>vt 0.709700 0.401900</w:t>
        <w:br/>
        <w:t>vt 0.716200 0.410100</w:t>
        <w:br/>
        <w:t>vt 0.707600 0.410200</w:t>
        <w:br/>
        <w:t>vt 0.709700 0.401900</w:t>
        <w:br/>
        <w:t>vt 0.720800 0.400900</w:t>
        <w:br/>
        <w:t>vt 0.720800 0.400900</w:t>
        <w:br/>
        <w:t>vt 0.730100 0.402600</w:t>
        <w:br/>
        <w:t>vt 0.724300 0.412300</w:t>
        <w:br/>
        <w:t>vt 0.716200 0.410100</w:t>
        <w:br/>
        <w:t>vt 0.733500 0.418000</w:t>
        <w:br/>
        <w:t>vt 0.739700 0.408400</w:t>
        <w:br/>
        <w:t>vt 0.746800 0.416500</w:t>
        <w:br/>
        <w:t>vt 0.740400 0.425500</w:t>
        <w:br/>
        <w:t>vt 0.745500 0.433300</w:t>
        <w:br/>
        <w:t>vt 0.752000 0.425900</w:t>
        <w:br/>
        <w:t>vt 0.757500 0.434200</w:t>
        <w:br/>
        <w:t>vt 0.750200 0.439400</w:t>
        <w:br/>
        <w:t>vt 0.750200 0.439400</w:t>
        <w:br/>
        <w:t>vt 0.757500 0.434200</w:t>
        <w:br/>
        <w:t>vt 0.758100 0.437200</w:t>
        <w:br/>
        <w:t>vt 0.750400 0.442500</w:t>
        <w:br/>
        <w:t>vt 0.753000 0.445400</w:t>
        <w:br/>
        <w:t>vt 0.762100 0.442000</w:t>
        <w:br/>
        <w:t>vt 0.755000 0.448600</w:t>
        <w:br/>
        <w:t>vt 0.753000 0.445400</w:t>
        <w:br/>
        <w:t>vt 0.762100 0.442000</w:t>
        <w:br/>
        <w:t>vt 0.765500 0.446300</w:t>
        <w:br/>
        <w:t>vt 0.757100 0.452500</w:t>
        <w:br/>
        <w:t>vt 0.768800 0.450800</w:t>
        <w:br/>
        <w:t>vt 0.772100 0.462200</w:t>
        <w:br/>
        <w:t>vt 0.759600 0.463600</w:t>
        <w:br/>
        <w:t>vt 0.772500 0.477400</w:t>
        <w:br/>
        <w:t>vt 0.760300 0.477400</w:t>
        <w:br/>
        <w:t>vt 0.754700 0.477400</w:t>
        <w:br/>
        <w:t>vt 0.734300 0.467000</w:t>
        <w:br/>
        <w:t>vt 0.754200 0.464100</w:t>
        <w:br/>
        <w:t>vt 0.751900 0.453100</w:t>
        <w:br/>
        <w:t>vt 0.732400 0.453100</w:t>
        <w:br/>
        <w:t>vt 0.750400 0.449600</w:t>
        <w:br/>
        <w:t>vt 0.732400 0.453100</w:t>
        <w:br/>
        <w:t>vt 0.748800 0.447000</w:t>
        <w:br/>
        <w:t>vt 0.745700 0.445300</w:t>
        <w:br/>
        <w:t>vt 0.748800 0.447000</w:t>
        <w:br/>
        <w:t>vt 0.732400 0.453100</w:t>
        <w:br/>
        <w:t>vt 0.746300 0.441900</w:t>
        <w:br/>
        <w:t>vt 0.732400 0.453100</w:t>
        <w:br/>
        <w:t>vt 0.742400 0.437400</w:t>
        <w:br/>
        <w:t>vt 0.746300 0.441900</w:t>
        <w:br/>
        <w:t>vt 0.737500 0.429700</w:t>
        <w:br/>
        <w:t>vt 0.742400 0.437400</w:t>
        <w:br/>
        <w:t>vt 0.701100 0.441400</w:t>
        <w:br/>
        <w:t>vt 0.721800 0.416800</w:t>
        <w:br/>
        <w:t>vt 0.716200 0.446500</w:t>
        <w:br/>
        <w:t>vt 0.701100 0.441400</w:t>
        <w:br/>
        <w:t>vt 0.706200 0.415400</w:t>
        <w:br/>
        <w:t>vt 0.714000 0.414500</w:t>
        <w:br/>
        <w:t>vt 0.701100 0.441400</w:t>
        <w:br/>
        <w:t>vt 0.701700 0.414600</w:t>
        <w:br/>
        <w:t>vt 0.706200 0.415400</w:t>
        <w:br/>
        <w:t>vt 0.695700 0.412500</w:t>
        <w:br/>
        <w:t>vt 0.701100 0.441400</w:t>
        <w:br/>
        <w:t>vt 0.686600 0.414900</w:t>
        <w:br/>
        <w:t>vt 0.695700 0.412500</w:t>
        <w:br/>
        <w:t>vt 0.678000 0.414200</w:t>
        <w:br/>
        <w:t>vt 0.686600 0.414900</w:t>
        <w:br/>
        <w:t>vt 0.683000 0.441500</w:t>
        <w:br/>
        <w:t>vt 0.660500 0.419700</w:t>
        <w:br/>
        <w:t>vt 0.668800 0.415800</w:t>
        <w:br/>
        <w:t>vt 0.665200 0.443400</w:t>
        <w:br/>
        <w:t>vt 0.651300 0.429500</w:t>
        <w:br/>
        <w:t>vt 0.655200 0.424100</w:t>
        <w:br/>
        <w:t>vt 0.649100 0.432300</w:t>
        <w:br/>
        <w:t>vt 0.665200 0.443400</w:t>
        <w:br/>
        <w:t>vt 0.646600 0.434500</w:t>
        <w:br/>
        <w:t>vt 0.665200 0.443400</w:t>
        <w:br/>
        <w:t>vt 0.645600 0.438400</w:t>
        <w:br/>
        <w:t>vt 0.646600 0.434500</w:t>
        <w:br/>
        <w:t>vt 0.665200 0.443400</w:t>
        <w:br/>
        <w:t>vt 0.643500 0.440700</w:t>
        <w:br/>
        <w:t>vt 0.645600 0.438400</w:t>
        <w:br/>
        <w:t>vt 0.659800 0.454800</w:t>
        <w:br/>
        <w:t>vt 0.643500 0.440700</w:t>
        <w:br/>
        <w:t>vt 0.658000 0.467200</w:t>
        <w:br/>
        <w:t>vt 0.637600 0.457200</w:t>
        <w:br/>
        <w:t>vt 0.641400 0.465100</w:t>
        <w:br/>
        <w:t>vt 0.658000 0.467200</w:t>
        <w:br/>
        <w:t>vt 0.659200 0.477400</w:t>
        <w:br/>
        <w:t>vt 0.714000 0.414500</w:t>
        <w:br/>
        <w:t>vt 0.730800 0.422400</w:t>
        <w:br/>
        <w:t>vt 0.752000 0.425900</w:t>
        <w:br/>
        <w:t>vt 0.745500 0.433300</w:t>
        <w:br/>
        <w:t>vt 0.655200 0.424100</w:t>
        <w:br/>
        <w:t>vt 0.680500 0.400100</w:t>
        <w:br/>
        <w:t>vt 0.684700 0.410000</w:t>
        <w:br/>
        <w:t>vt 0.627200 0.436500</w:t>
        <w:br/>
        <w:t>vt 0.637600 0.439300</w:t>
        <w:br/>
        <w:t>vt 0.638700 0.449000</w:t>
        <w:br/>
        <w:t>vt 0.641400 0.465100</w:t>
        <w:br/>
        <w:t>vt 0.659200 0.477400</w:t>
        <w:br/>
        <w:t>vt 0.671900 0.477400</w:t>
        <w:br/>
        <w:t>vt 0.659200 0.479000</w:t>
        <w:br/>
        <w:t>vt 0.772500 0.477400</w:t>
        <w:br/>
        <w:t>vt 0.772100 0.462200</w:t>
        <w:br/>
        <w:t>vt 0.773700 0.461900</w:t>
        <w:br/>
        <w:t>vt 0.774200 0.477400</w:t>
        <w:br/>
        <w:t>vt 0.768800 0.450800</w:t>
        <w:br/>
        <w:t>vt 0.769900 0.450500</w:t>
        <w:br/>
        <w:t>vt 0.765500 0.446300</w:t>
        <w:br/>
        <w:t>vt 0.766600 0.445500</w:t>
        <w:br/>
        <w:t>vt 0.762100 0.442000</w:t>
        <w:br/>
        <w:t>vt 0.763200 0.441400</w:t>
        <w:br/>
        <w:t>vt 0.758100 0.437200</w:t>
        <w:br/>
        <w:t>vt 0.759300 0.436600</w:t>
        <w:br/>
        <w:t>vt 0.757500 0.434200</w:t>
        <w:br/>
        <w:t>vt 0.758400 0.433500</w:t>
        <w:br/>
        <w:t>vt 0.753000 0.425000</w:t>
        <w:br/>
        <w:t>vt 0.746800 0.416500</w:t>
        <w:br/>
        <w:t>vt 0.748100 0.415600</w:t>
        <w:br/>
        <w:t>vt 0.739700 0.408400</w:t>
        <w:br/>
        <w:t>vt 0.740800 0.407200</w:t>
        <w:br/>
        <w:t>vt 0.730100 0.402600</w:t>
        <w:br/>
        <w:t>vt 0.730700 0.401200</w:t>
        <w:br/>
        <w:t>vt 0.720800 0.400900</w:t>
        <w:br/>
        <w:t>vt 0.721000 0.399800</w:t>
        <w:br/>
        <w:t>vt 0.709700 0.401900</w:t>
        <w:br/>
        <w:t>vt 0.709704 0.400689</w:t>
        <w:br/>
        <w:t>vt 0.701900 0.400900</w:t>
        <w:br/>
        <w:t>vt 0.702400 0.399400</w:t>
        <w:br/>
        <w:t>vt 0.693400 0.398900</w:t>
        <w:br/>
        <w:t>vt 0.693371 0.398012</w:t>
        <w:br/>
        <w:t>vt 0.680700 0.399200</w:t>
        <w:br/>
        <w:t>vt 0.680500 0.400100</w:t>
        <w:br/>
        <w:t>vt 0.671300 0.397500</w:t>
        <w:br/>
        <w:t>vt 0.671300 0.396000</w:t>
        <w:br/>
        <w:t>vt 0.661000 0.399400</w:t>
        <w:br/>
        <w:t>vt 0.660500 0.397900</w:t>
        <w:br/>
        <w:t>vt 0.652100 0.404700</w:t>
        <w:br/>
        <w:t>vt 0.651200 0.403400</w:t>
        <w:br/>
        <w:t>vt 0.647700 0.410100</w:t>
        <w:br/>
        <w:t>vt 0.646700 0.409200</w:t>
        <w:br/>
        <w:t>vt 0.640600 0.418100</w:t>
        <w:br/>
        <w:t>vt 0.639800 0.417300</w:t>
        <w:br/>
        <w:t>vt 0.636400 0.424100</w:t>
        <w:br/>
        <w:t>vt 0.635300 0.423300</w:t>
        <w:br/>
        <w:t>vt 0.632700 0.427500</w:t>
        <w:br/>
        <w:t>vt 0.631914 0.426743</w:t>
        <w:br/>
        <w:t>vt 0.630800 0.432900</w:t>
        <w:br/>
        <w:t>vt 0.629600 0.432100</w:t>
        <w:br/>
        <w:t>vt 0.627200 0.436500</w:t>
        <w:br/>
        <w:t>vt 0.626000 0.436100</w:t>
        <w:br/>
        <w:t>vt 0.622000 0.446000</w:t>
        <w:br/>
        <w:t>vt 0.620500 0.445600</w:t>
        <w:br/>
        <w:t>vt 0.620600 0.456200</w:t>
        <w:br/>
        <w:t>vt 0.619000 0.456300</w:t>
        <w:br/>
        <w:t>vt 0.622500 0.463400</w:t>
        <w:br/>
        <w:t>vt 0.643900 0.477400</w:t>
        <w:br/>
        <w:t>vt 0.643300 0.479000</w:t>
        <w:br/>
        <w:t>vt 0.653400 0.477400</w:t>
        <w:br/>
        <w:t>vt 0.653300 0.479000</w:t>
        <w:br/>
        <w:t>vt 0.643900 0.477400</w:t>
        <w:br/>
        <w:t>vt 0.653400 0.477400</w:t>
        <w:br/>
        <w:t>vt 0.636200 0.464600</w:t>
        <w:br/>
        <w:t>vt 0.623800 0.462700</w:t>
        <w:br/>
        <w:t>vt 0.631800 0.456900</w:t>
        <w:br/>
        <w:t>vt 0.620600 0.456200</w:t>
        <w:br/>
        <w:t>vt 0.623800 0.462700</w:t>
        <w:br/>
        <w:t>vt 0.636200 0.464600</w:t>
        <w:br/>
        <w:t>vt 0.633100 0.447900</w:t>
        <w:br/>
        <w:t>vt 0.622000 0.446000</w:t>
        <w:br/>
        <w:t>vt 0.630800 0.432900</w:t>
        <w:br/>
        <w:t>vt 0.627200 0.436500</w:t>
        <w:br/>
        <w:t>vt 0.637600 0.439300</w:t>
        <w:br/>
        <w:t>vt 0.640600 0.436100</w:t>
        <w:br/>
        <w:t>vt 0.632700 0.427500</w:t>
        <w:br/>
        <w:t>vt 0.642100 0.432300</w:t>
        <w:br/>
        <w:t>vt 0.636400 0.424100</w:t>
        <w:br/>
        <w:t>vt 0.632700 0.427500</w:t>
        <w:br/>
        <w:t>vt 0.642100 0.432300</w:t>
        <w:br/>
        <w:t>vt 0.644800 0.430000</w:t>
        <w:br/>
        <w:t>vt 0.647700 0.425900</w:t>
        <w:br/>
        <w:t>vt 0.640600 0.418100</w:t>
        <w:br/>
        <w:t>vt 0.640600 0.418100</w:t>
        <w:br/>
        <w:t>vt 0.647700 0.425900</w:t>
        <w:br/>
        <w:t>vt 0.652700 0.419700</w:t>
        <w:br/>
        <w:t>vt 0.647700 0.410100</w:t>
        <w:br/>
        <w:t>vt 0.657900 0.415200</w:t>
        <w:br/>
        <w:t>vt 0.652100 0.404700</w:t>
        <w:br/>
        <w:t>vt 0.647700 0.410100</w:t>
        <w:br/>
        <w:t>vt 0.652700 0.419700</w:t>
        <w:br/>
        <w:t>vt 0.666700 0.411200</w:t>
        <w:br/>
        <w:t>vt 0.675900 0.409100</w:t>
        <w:br/>
        <w:t>vt 0.671300 0.397500</w:t>
        <w:br/>
        <w:t>vt 0.661000 0.399400</w:t>
        <w:br/>
        <w:t>vt 0.684700 0.410000</w:t>
        <w:br/>
        <w:t>vt 0.694900 0.407800</w:t>
        <w:br/>
        <w:t>vt 0.693400 0.398900</w:t>
        <w:br/>
        <w:t>vt 0.680500 0.400100</w:t>
        <w:br/>
        <w:t>vt 0.701900 0.400900</w:t>
        <w:br/>
        <w:t>vt 0.693400 0.398900</w:t>
        <w:br/>
        <w:t>vt 0.694900 0.407800</w:t>
        <w:br/>
        <w:t>vt 0.701500 0.409500</w:t>
        <w:br/>
        <w:t>vt 0.709700 0.401900</w:t>
        <w:br/>
        <w:t>vt 0.707600 0.410200</w:t>
        <w:br/>
        <w:t>vt 0.709700 0.401900</w:t>
        <w:br/>
        <w:t>vt 0.707600 0.410200</w:t>
        <w:br/>
        <w:t>vt 0.716200 0.410100</w:t>
        <w:br/>
        <w:t>vt 0.720800 0.400900</w:t>
        <w:br/>
        <w:t>vt 0.724300 0.412300</w:t>
        <w:br/>
        <w:t>vt 0.730100 0.402600</w:t>
        <w:br/>
        <w:t>vt 0.720800 0.400900</w:t>
        <w:br/>
        <w:t>vt 0.716200 0.410100</w:t>
        <w:br/>
        <w:t>vt 0.733500 0.418000</w:t>
        <w:br/>
        <w:t>vt 0.740400 0.425500</w:t>
        <w:br/>
        <w:t>vt 0.746800 0.416500</w:t>
        <w:br/>
        <w:t>vt 0.739700 0.408400</w:t>
        <w:br/>
        <w:t>vt 0.745500 0.433300</w:t>
        <w:br/>
        <w:t>vt 0.750200 0.439400</w:t>
        <w:br/>
        <w:t>vt 0.757500 0.434200</w:t>
        <w:br/>
        <w:t>vt 0.752000 0.425900</w:t>
        <w:br/>
        <w:t>vt 0.758100 0.437200</w:t>
        <w:br/>
        <w:t>vt 0.757500 0.434200</w:t>
        <w:br/>
        <w:t>vt 0.750200 0.439400</w:t>
        <w:br/>
        <w:t>vt 0.750400 0.442500</w:t>
        <w:br/>
        <w:t>vt 0.753000 0.445400</w:t>
        <w:br/>
        <w:t>vt 0.762100 0.442000</w:t>
        <w:br/>
        <w:t>vt 0.755000 0.448600</w:t>
        <w:br/>
        <w:t>vt 0.765500 0.446300</w:t>
        <w:br/>
        <w:t>vt 0.762100 0.442000</w:t>
        <w:br/>
        <w:t>vt 0.753000 0.445400</w:t>
        <w:br/>
        <w:t>vt 0.757100 0.452500</w:t>
        <w:br/>
        <w:t>vt 0.768800 0.450800</w:t>
        <w:br/>
        <w:t>vt 0.759600 0.463600</w:t>
        <w:br/>
        <w:t>vt 0.772100 0.462200</w:t>
        <w:br/>
        <w:t>vt 0.734300 0.467000</w:t>
        <w:br/>
        <w:t>vt 0.754200 0.464100</w:t>
        <w:br/>
        <w:t>vt 0.751900 0.453100</w:t>
        <w:br/>
        <w:t>vt 0.732400 0.453100</w:t>
        <w:br/>
        <w:t>vt 0.750400 0.449600</w:t>
        <w:br/>
        <w:t>vt 0.732400 0.453100</w:t>
        <w:br/>
        <w:t>vt 0.748800 0.447000</w:t>
        <w:br/>
        <w:t>vt 0.745700 0.445300</w:t>
        <w:br/>
        <w:t>vt 0.748800 0.447000</w:t>
        <w:br/>
        <w:t>vt 0.746300 0.441900</w:t>
        <w:br/>
        <w:t>vt 0.732400 0.453100</w:t>
        <w:br/>
        <w:t>vt 0.746300 0.441900</w:t>
        <w:br/>
        <w:t>vt 0.742400 0.437400</w:t>
        <w:br/>
        <w:t>vt 0.732400 0.453100</w:t>
        <w:br/>
        <w:t>vt 0.742400 0.437400</w:t>
        <w:br/>
        <w:t>vt 0.737500 0.429700</w:t>
        <w:br/>
        <w:t>vt 0.701100 0.441400</w:t>
        <w:br/>
        <w:t>vt 0.716200 0.446500</w:t>
        <w:br/>
        <w:t>vt 0.721800 0.416800</w:t>
        <w:br/>
        <w:t>vt 0.701100 0.441400</w:t>
        <w:br/>
        <w:t>vt 0.714000 0.414500</w:t>
        <w:br/>
        <w:t>vt 0.706200 0.415400</w:t>
        <w:br/>
        <w:t>vt 0.706200 0.415400</w:t>
        <w:br/>
        <w:t>vt 0.701700 0.414600</w:t>
        <w:br/>
        <w:t>vt 0.695700 0.412500</w:t>
        <w:br/>
        <w:t>vt 0.701100 0.441400</w:t>
        <w:br/>
        <w:t>vt 0.695700 0.412500</w:t>
        <w:br/>
        <w:t>vt 0.686600 0.414900</w:t>
        <w:br/>
        <w:t>vt 0.686600 0.414900</w:t>
        <w:br/>
        <w:t>vt 0.678000 0.414200</w:t>
        <w:br/>
        <w:t>vt 0.683000 0.441500</w:t>
        <w:br/>
        <w:t>vt 0.668800 0.415800</w:t>
        <w:br/>
        <w:t>vt 0.660500 0.419700</w:t>
        <w:br/>
        <w:t>vt 0.665200 0.443400</w:t>
        <w:br/>
        <w:t>vt 0.655200 0.424100</w:t>
        <w:br/>
        <w:t>vt 0.651300 0.429500</w:t>
        <w:br/>
        <w:t>vt 0.649100 0.432300</w:t>
        <w:br/>
        <w:t>vt 0.665200 0.443400</w:t>
        <w:br/>
        <w:t>vt 0.646600 0.434500</w:t>
        <w:br/>
        <w:t>vt 0.665200 0.443400</w:t>
        <w:br/>
        <w:t>vt 0.646600 0.434500</w:t>
        <w:br/>
        <w:t>vt 0.645600 0.438400</w:t>
        <w:br/>
        <w:t>vt 0.643500 0.440700</w:t>
        <w:br/>
        <w:t>vt 0.659800 0.454800</w:t>
        <w:br/>
        <w:t>vt 0.643500 0.440700</w:t>
        <w:br/>
        <w:t>vt 0.658000 0.467200</w:t>
        <w:br/>
        <w:t>vt 0.637600 0.457200</w:t>
        <w:br/>
        <w:t>vt 0.658000 0.467200</w:t>
        <w:br/>
        <w:t>vt 0.641400 0.465100</w:t>
        <w:br/>
        <w:t>vt 0.659200 0.477400</w:t>
        <w:br/>
        <w:t>vt 0.671900 0.477400</w:t>
        <w:br/>
        <w:t>vt 0.714000 0.414500</w:t>
        <w:br/>
        <w:t>vt 0.730800 0.422400</w:t>
        <w:br/>
        <w:t>vt 0.752000 0.425900</w:t>
        <w:br/>
        <w:t>vt 0.745500 0.433300</w:t>
        <w:br/>
        <w:t>vt 0.655200 0.424100</w:t>
        <w:br/>
        <w:t>vt 0.680500 0.400100</w:t>
        <w:br/>
        <w:t>vt 0.684700 0.410000</w:t>
        <w:br/>
        <w:t>vt 0.627200 0.436500</w:t>
        <w:br/>
        <w:t>vt 0.637600 0.439300</w:t>
        <w:br/>
        <w:t>vt 0.638700 0.449000</w:t>
        <w:br/>
        <w:t>vt 0.641400 0.465100</w:t>
        <w:br/>
        <w:t>vt 0.443630 0.022841</w:t>
        <w:br/>
        <w:t>vt 0.444630 0.023741</w:t>
        <w:br/>
        <w:t>vt 0.611514 0.172707</w:t>
        <w:br/>
        <w:t>vt 0.611043 0.175931</w:t>
        <w:br/>
        <w:t>vt 0.613097 0.180705</w:t>
        <w:br/>
        <w:t>vt 0.612273 0.186399</w:t>
        <w:br/>
        <w:t>vt 0.616874 0.186859</w:t>
        <w:br/>
        <w:t>vt 0.615340 0.192170</w:t>
        <w:br/>
        <w:t>vt 0.611544 0.191882</w:t>
        <w:br/>
        <w:t>vt 0.621920 0.183970</w:t>
        <w:br/>
        <w:t>vt 0.620076 0.188048</w:t>
        <w:br/>
        <w:t>vt 0.618542 0.181376</w:t>
        <w:br/>
        <w:t>vt 0.623029 0.175180</w:t>
        <w:br/>
        <w:t>vt 0.623010 0.179452</w:t>
        <w:br/>
        <w:t>vt 0.619988 0.176934</w:t>
        <w:br/>
        <w:t>vt 0.620761 0.173950</w:t>
        <w:br/>
        <w:t>vt 0.613680 0.176141</w:t>
        <w:br/>
        <w:t>vt 0.616717 0.176382</w:t>
        <w:br/>
        <w:t>vt 0.613883 0.198209</w:t>
        <w:br/>
        <w:t>vt 0.610854 0.198209</w:t>
        <w:br/>
        <w:t>vt 0.618120 0.192745</w:t>
        <w:br/>
        <w:t>vt 0.616299 0.198209</w:t>
        <w:br/>
        <w:t>vt 0.620018 0.171023</w:t>
        <w:br/>
        <w:t>vt 0.623047 0.170908</w:t>
        <w:br/>
        <w:t>vt 0.625175 0.171310</w:t>
        <w:br/>
        <w:t>vt 0.624324 0.175904</w:t>
        <w:br/>
        <w:t>vt 0.616939 0.173648</w:t>
        <w:br/>
        <w:t>vt 0.614516 0.170333</w:t>
        <w:br/>
        <w:t>vt 0.614098 0.173237</w:t>
        <w:br/>
        <w:t>vt 0.626099 0.173403</w:t>
        <w:br/>
        <w:t>vt 0.626064 0.172144</w:t>
        <w:br/>
        <w:t>vt 0.627112 0.172211</w:t>
        <w:br/>
        <w:t>vt 0.671900 0.477400</w:t>
        <w:br/>
        <w:t>vt 0.497630 0.019441</w:t>
        <w:br/>
        <w:t>vt 0.510330 0.013941</w:t>
        <w:br/>
        <w:t>vt 0.535730 0.006141</w:t>
        <w:br/>
        <w:t>vt 0.440030 0.037841</w:t>
        <w:br/>
        <w:t>vt 0.524530 0.008441</w:t>
        <w:br/>
        <w:t>vt 0.616951 0.171387</w:t>
        <w:br/>
        <w:t>vt 0.609646 0.168837</w:t>
        <w:br/>
        <w:t>vt 0.611793 0.169278</w:t>
        <w:br/>
        <w:t>vt 0.066840 0.871200</w:t>
        <w:br/>
        <w:t>vt 0.065540 0.872200</w:t>
        <w:br/>
        <w:t>vt 0.065540 0.863800</w:t>
        <w:br/>
        <w:t>vt 0.066840 0.863800</w:t>
        <w:br/>
        <w:t>vt 0.060192 0.415758</w:t>
        <w:br/>
        <w:t>vt 0.059092 0.416458</w:t>
        <w:br/>
        <w:t>vt 0.058892 0.415158</w:t>
        <w:br/>
        <w:t>vt 0.058292 0.415658</w:t>
        <w:br/>
        <w:t>vt 0.058392 0.413758</w:t>
        <w:br/>
        <w:t>vt 0.057592 0.413758</w:t>
        <w:br/>
        <w:t>vt 0.060392 0.420358</w:t>
        <w:br/>
        <w:t>vt 0.058392 0.419858</w:t>
        <w:br/>
        <w:t>vt 0.062292 0.419758</w:t>
        <w:br/>
        <w:t>vt 0.059092 0.418458</w:t>
        <w:br/>
        <w:t>vt 0.061192 0.416558</w:t>
        <w:br/>
        <w:t>vt 0.061492 0.418358</w:t>
        <w:br/>
        <w:t>vt 0.062092 0.415858</w:t>
        <w:br/>
        <w:t>vt 0.061492 0.415258</w:t>
        <w:br/>
        <w:t>vt 0.062092 0.413958</w:t>
        <w:br/>
        <w:t>vt 0.062992 0.413958</w:t>
        <w:br/>
        <w:t>vt 0.061192 0.420858</w:t>
        <w:br/>
        <w:t>vt 0.063892 0.420958</w:t>
        <w:br/>
        <w:t>vt 0.062792 0.421958</w:t>
        <w:br/>
        <w:t>vt 0.061492 0.421658</w:t>
        <w:br/>
        <w:t>vt 0.061292 0.422758</w:t>
        <w:br/>
        <w:t>vt 0.062192 0.423258</w:t>
        <w:br/>
        <w:t>vt 0.059592 0.420858</w:t>
        <w:br/>
        <w:t>vt 0.059192 0.421658</w:t>
        <w:br/>
        <w:t>vt 0.057992 0.421958</w:t>
        <w:br/>
        <w:t>vt 0.056892 0.420958</w:t>
        <w:br/>
        <w:t>vt 0.059492 0.422758</w:t>
        <w:br/>
        <w:t>vt 0.058592 0.423258</w:t>
        <w:br/>
        <w:t>vt 0.060392 0.423658</w:t>
        <w:br/>
        <w:t>vt 0.059292 0.424458</w:t>
        <w:br/>
        <w:t>vt 0.061692 0.425058</w:t>
        <w:br/>
        <w:t>vt 0.058992 0.424958</w:t>
        <w:br/>
        <w:t>vt 0.061392 0.424458</w:t>
        <w:br/>
        <w:t>vt 0.060392 0.425758</w:t>
        <w:br/>
        <w:t>vt 0.061092 0.425958</w:t>
        <w:br/>
        <w:t>vt 0.062392 0.425858</w:t>
        <w:br/>
        <w:t>vt 0.061792 0.426558</w:t>
        <w:br/>
        <w:t>vt 0.059392 0.426358</w:t>
        <w:br/>
        <w:t>vt 0.058192 0.425758</w:t>
        <w:br/>
        <w:t>vt 0.059792 0.425958</w:t>
        <w:br/>
        <w:t>vt 0.058292 0.428058</w:t>
        <w:br/>
        <w:t>vt 0.057892 0.426858</w:t>
        <w:br/>
        <w:t>vt 0.059292 0.426858</w:t>
        <w:br/>
        <w:t>vt 0.059592 0.427258</w:t>
        <w:br/>
        <w:t>vt 0.059092 0.428558</w:t>
        <w:br/>
        <w:t>vt 0.060392 0.427258</w:t>
        <w:br/>
        <w:t>vt 0.059592 0.429058</w:t>
        <w:br/>
        <w:t>vt 0.061092 0.427558</w:t>
        <w:br/>
        <w:t>vt 0.061692 0.412658</w:t>
        <w:br/>
        <w:t>vt 0.062292 0.412058</w:t>
        <w:br/>
        <w:t>vt 0.060392 0.412058</w:t>
        <w:br/>
        <w:t>vt 0.060392 0.411158</w:t>
        <w:br/>
        <w:t>vt 0.058992 0.412458</w:t>
        <w:br/>
        <w:t>vt 0.058492 0.411858</w:t>
        <w:br/>
        <w:t>vt 0.060992 0.429358</w:t>
        <w:br/>
        <w:t>vt 0.059592 0.429958</w:t>
        <w:br/>
        <w:t>vt 0.061192 0.431058</w:t>
        <w:br/>
        <w:t>vt 0.059292 0.431158</w:t>
        <w:br/>
        <w:t>vt 0.059392 0.435358</w:t>
        <w:br/>
        <w:t>vt 0.058392 0.432758</w:t>
        <w:br/>
        <w:t>vt 0.062192 0.432858</w:t>
        <w:br/>
        <w:t>vt 0.061292 0.435358</w:t>
        <w:br/>
        <w:t>vt 0.060592 0.443858</w:t>
        <w:br/>
        <w:t>vt 0.060092 0.443858</w:t>
        <w:br/>
        <w:t>vt 0.027957 0.926726</w:t>
        <w:br/>
        <w:t>vt 0.029957 0.931826</w:t>
        <w:br/>
        <w:t>vt 0.022557 0.932126</w:t>
        <w:br/>
        <w:t>vt 0.023757 0.926726</w:t>
        <w:br/>
        <w:t>vt 0.027157 0.923226</w:t>
        <w:br/>
        <w:t>vt 0.024557 0.923226</w:t>
        <w:br/>
        <w:t>vt 0.030357 0.935826</w:t>
        <w:br/>
        <w:t>vt 0.022157 0.936526</w:t>
        <w:br/>
        <w:t>vt 0.030257 0.936826</w:t>
        <w:br/>
        <w:t>vt 0.021657 0.937226</w:t>
        <w:br/>
        <w:t>vt 0.029857 0.940326</w:t>
        <w:br/>
        <w:t>vt 0.021157 0.940726</w:t>
        <w:br/>
        <w:t>vt 0.021257 0.938126</w:t>
        <w:br/>
        <w:t>vt 0.029957 0.937826</w:t>
        <w:br/>
        <w:t>vt 0.029257 0.943626</w:t>
        <w:br/>
        <w:t>vt 0.021957 0.944426</w:t>
        <w:br/>
        <w:t>vt 0.028357 0.947126</w:t>
        <w:br/>
        <w:t>vt 0.023857 0.948026</w:t>
        <w:br/>
        <w:t>vt 0.028257 0.950426</w:t>
        <w:br/>
        <w:t>vt 0.025757 0.950426</w:t>
        <w:br/>
        <w:t>vt 0.043490 0.921571</w:t>
        <w:br/>
        <w:t>vt 0.043919 0.919426</w:t>
        <w:br/>
        <w:t>vt 0.043848 0.921571</w:t>
        <w:br/>
        <w:t>vt 0.043848 0.915888</w:t>
        <w:br/>
        <w:t>vt 0.043061 0.919426</w:t>
        <w:br/>
        <w:t>vt 0.042418 0.915888</w:t>
        <w:br/>
        <w:t>vt 0.042775 0.911992</w:t>
        <w:br/>
        <w:t>vt 0.043848 0.915888</w:t>
        <w:br/>
        <w:t>vt 0.043990 0.911920</w:t>
        <w:br/>
        <w:t>vt 0.044920 0.913636</w:t>
        <w:br/>
        <w:t>vt 0.045420 0.915888</w:t>
        <w:br/>
        <w:t>vt 0.044777 0.919355</w:t>
        <w:br/>
        <w:t>vt 0.033305 0.923240</w:t>
        <w:br/>
        <w:t>vt 0.032971 0.920188</w:t>
        <w:br/>
        <w:t>vt 0.034300 0.920188</w:t>
        <w:br/>
        <w:t>vt 0.033753 0.911072</w:t>
        <w:br/>
        <w:t>vt 0.032971 0.916730</w:t>
        <w:br/>
        <w:t>vt 0.032971 0.910739</w:t>
        <w:br/>
        <w:t>vt 0.035065 0.914859</w:t>
        <w:br/>
        <w:t>vt 0.032429 0.923240</w:t>
        <w:br/>
        <w:t>vt 0.031147 0.916730</w:t>
        <w:br/>
        <w:t>vt 0.032971 0.916730</w:t>
        <w:br/>
        <w:t>vt 0.032971 0.920188</w:t>
        <w:br/>
        <w:t>vt 0.031721 0.920188</w:t>
        <w:br/>
        <w:t>vt 0.031196 0.913460</w:t>
        <w:br/>
        <w:t>vt 0.031919 0.911169</w:t>
        <w:br/>
        <w:t>vt 0.043490 0.921571</w:t>
        <w:br/>
        <w:t>vt 0.043347 0.911706</w:t>
        <w:br/>
        <w:t>vt 0.133989 0.465723</w:t>
        <w:br/>
        <w:t>vt 0.133989 0.464523</w:t>
        <w:br/>
        <w:t>vt 0.138589 0.464523</w:t>
        <w:br/>
        <w:t>vt 0.138589 0.465723</w:t>
        <w:br/>
        <w:t>vt 0.133989 0.464523</w:t>
        <w:br/>
        <w:t>vt 0.133989 0.463323</w:t>
        <w:br/>
        <w:t>vt 0.138589 0.463323</w:t>
        <w:br/>
        <w:t>vt 0.138589 0.464523</w:t>
        <w:br/>
        <w:t>vt 0.133989 0.462223</w:t>
        <w:br/>
        <w:t>vt 0.138589 0.462223</w:t>
        <w:br/>
        <w:t>vt 0.138589 0.463323</w:t>
        <w:br/>
        <w:t>vt 0.133989 0.463323</w:t>
        <w:br/>
        <w:t>vt 0.133989 0.461023</w:t>
        <w:br/>
        <w:t>vt 0.138589 0.461023</w:t>
        <w:br/>
        <w:t>vt 0.138589 0.462223</w:t>
        <w:br/>
        <w:t>vt 0.133989 0.462223</w:t>
        <w:br/>
        <w:t>vt 0.131289 0.464523</w:t>
        <w:br/>
        <w:t>vt 0.131289 0.465723</w:t>
        <w:br/>
        <w:t>vt 0.131289 0.463323</w:t>
        <w:br/>
        <w:t>vt 0.131289 0.464523</w:t>
        <w:br/>
        <w:t>vt 0.131289 0.463323</w:t>
        <w:br/>
        <w:t>vt 0.131289 0.462223</w:t>
        <w:br/>
        <w:t>vt 0.131289 0.462223</w:t>
        <w:br/>
        <w:t>vt 0.131289 0.461023</w:t>
        <w:br/>
        <w:t>vt 0.126889 0.465723</w:t>
        <w:br/>
        <w:t>vt 0.126889 0.464523</w:t>
        <w:br/>
        <w:t>vt 0.126889 0.464523</w:t>
        <w:br/>
        <w:t>vt 0.126889 0.463323</w:t>
        <w:br/>
        <w:t>vt 0.126889 0.462223</w:t>
        <w:br/>
        <w:t>vt 0.126889 0.463323</w:t>
        <w:br/>
        <w:t>vt 0.126889 0.461023</w:t>
        <w:br/>
        <w:t>vt 0.126889 0.462223</w:t>
        <w:br/>
        <w:t>vt 0.123689 0.464523</w:t>
        <w:br/>
        <w:t>vt 0.123689 0.465723</w:t>
        <w:br/>
        <w:t>vt 0.123689 0.463323</w:t>
        <w:br/>
        <w:t>vt 0.123689 0.464523</w:t>
        <w:br/>
        <w:t>vt 0.123689 0.463323</w:t>
        <w:br/>
        <w:t>vt 0.123689 0.462223</w:t>
        <w:br/>
        <w:t>vt 0.123689 0.462223</w:t>
        <w:br/>
        <w:t>vt 0.123689 0.461023</w:t>
        <w:br/>
        <w:t>vt 0.119589 0.464523</w:t>
        <w:br/>
        <w:t>vt 0.119589 0.465723</w:t>
        <w:br/>
        <w:t>vt 0.119589 0.463323</w:t>
        <w:br/>
        <w:t>vt 0.119589 0.464523</w:t>
        <w:br/>
        <w:t>vt 0.119589 0.463323</w:t>
        <w:br/>
        <w:t>vt 0.119589 0.462223</w:t>
        <w:br/>
        <w:t>vt 0.119589 0.462223</w:t>
        <w:br/>
        <w:t>vt 0.119589 0.461023</w:t>
        <w:br/>
        <w:t>vt 0.037527 0.924374</w:t>
        <w:br/>
        <w:t>vt 0.041527 0.924074</w:t>
        <w:br/>
        <w:t>vt 0.042427 0.929774</w:t>
        <w:br/>
        <w:t>vt 0.034927 0.929174</w:t>
        <w:br/>
        <w:t>vt 0.038527 0.921174</w:t>
        <w:br/>
        <w:t>vt 0.040727 0.921174</w:t>
        <w:br/>
        <w:t>vt 0.034227 0.933274</w:t>
        <w:br/>
        <w:t>vt 0.042627 0.934174</w:t>
        <w:br/>
        <w:t>vt 0.034427 0.934274</w:t>
        <w:br/>
        <w:t>vt 0.043127 0.934874</w:t>
        <w:br/>
        <w:t>vt 0.043327 0.935774</w:t>
        <w:br/>
        <w:t>vt 0.043427 0.938374</w:t>
        <w:br/>
        <w:t>vt 0.034627 0.937774</w:t>
        <w:br/>
        <w:t>vt 0.034627 0.935274</w:t>
        <w:br/>
        <w:t>vt 0.042327 0.942074</w:t>
        <w:br/>
        <w:t>vt 0.035227 0.941174</w:t>
        <w:br/>
        <w:t>vt 0.036027 0.944674</w:t>
        <w:br/>
        <w:t>vt 0.040527 0.945574</w:t>
        <w:br/>
        <w:t>vt 0.038727 0.947974</w:t>
        <w:br/>
        <w:t>vt 0.036427 0.947974</w:t>
        <w:br/>
        <w:t>vt 0.043061 0.919426</w:t>
        <w:br/>
        <w:t>vt 0.043490 0.921571</w:t>
        <w:br/>
        <w:t>vt 0.043919 0.919426</w:t>
        <w:br/>
        <w:t>vt 0.043848 0.915888</w:t>
        <w:br/>
        <w:t>vt 0.042418 0.915888</w:t>
        <w:br/>
        <w:t>vt 0.042775 0.911992</w:t>
        <w:br/>
        <w:t>vt 0.043347 0.911706</w:t>
        <w:br/>
        <w:t>vt 0.043990 0.911920</w:t>
        <w:br/>
        <w:t>vt 0.045420 0.915888</w:t>
        <w:br/>
        <w:t>vt 0.044920 0.913636</w:t>
        <w:br/>
        <w:t>vt 0.043919 0.919426</w:t>
        <w:br/>
        <w:t>vt 0.044777 0.919355</w:t>
        <w:br/>
        <w:t>vt 0.043848 0.921571</w:t>
        <w:br/>
        <w:t>vt 0.032429 0.923240</w:t>
        <w:br/>
        <w:t>vt 0.033305 0.923240</w:t>
        <w:br/>
        <w:t>vt 0.032971 0.920188</w:t>
        <w:br/>
        <w:t>vt 0.033753 0.911072</w:t>
        <w:br/>
        <w:t>vt 0.032971 0.916730</w:t>
        <w:br/>
        <w:t>vt 0.035065 0.914859</w:t>
        <w:br/>
        <w:t>vt 0.034300 0.920188</w:t>
        <w:br/>
        <w:t>vt 0.032971 0.920188</w:t>
        <w:br/>
        <w:t>vt 0.031721 0.920188</w:t>
        <w:br/>
        <w:t>vt 0.032971 0.916730</w:t>
        <w:br/>
        <w:t>vt 0.031147 0.916730</w:t>
        <w:br/>
        <w:t>vt 0.031196 0.913460</w:t>
        <w:br/>
        <w:t>vt 0.031919 0.911169</w:t>
        <w:br/>
        <w:t>vt 0.043490 0.921571</w:t>
        <w:br/>
        <w:t>vt 0.032971 0.910739</w:t>
        <w:br/>
        <w:t>vt 0.582700 0.787700</w:t>
        <w:br/>
        <w:t>vt 0.570200 0.787000</w:t>
        <w:br/>
        <w:t>vt 0.572100 0.785300</w:t>
        <w:br/>
        <w:t>vt 0.568200 0.788600</w:t>
        <w:br/>
        <w:t>vt 0.566800 0.791600</w:t>
        <w:br/>
        <w:t>vt 0.582700 0.787700</w:t>
        <w:br/>
        <w:t>vt 0.604500 0.766300</w:t>
        <w:br/>
        <w:t>vt 0.615000 0.778400</w:t>
        <w:br/>
        <w:t>vt 0.607000 0.782300</w:t>
        <w:br/>
        <w:t>vt 0.594500 0.771300</w:t>
        <w:br/>
        <w:t>vt 0.598900 0.788500</w:t>
        <w:br/>
        <w:t>vt 0.586400 0.778400</w:t>
        <w:br/>
        <w:t>vt 0.575400 0.764500</w:t>
        <w:br/>
        <w:t>vt 0.572600 0.771300</w:t>
        <w:br/>
        <w:t>vt 0.571800 0.768900</w:t>
        <w:br/>
        <w:t>vt 0.586400 0.778400</w:t>
        <w:br/>
        <w:t>vt 0.574800 0.780300</w:t>
        <w:br/>
        <w:t>vt 0.574100 0.775000</w:t>
        <w:br/>
        <w:t>vt 0.584600 0.783000</w:t>
        <w:br/>
        <w:t>vt 0.574100 0.775000</w:t>
        <w:br/>
        <w:t>vt 0.572600 0.771300</w:t>
        <w:br/>
        <w:t>vt 0.586400 0.778400</w:t>
        <w:br/>
        <w:t>vt 0.595200 0.797000</w:t>
        <w:br/>
        <w:t>vt 0.580500 0.797200</w:t>
        <w:br/>
        <w:t>vt 0.581700 0.802900</w:t>
        <w:br/>
        <w:t>vt 0.594500 0.805100</w:t>
        <w:br/>
        <w:t>vt 0.572100 0.785300</w:t>
        <w:br/>
        <w:t>vt 0.603200 0.751100</w:t>
        <w:br/>
        <w:t>vt 0.606700 0.748600</w:t>
        <w:br/>
        <w:t>vt 0.613700 0.761600</w:t>
        <w:br/>
        <w:t>vt 0.609200 0.764000</w:t>
        <w:br/>
        <w:t>vt 0.598100 0.752800</w:t>
        <w:br/>
        <w:t>vt 0.623000 0.760000</w:t>
        <w:br/>
        <w:t>vt 0.623700 0.777300</w:t>
        <w:br/>
        <w:t>vt 0.613800 0.743000</w:t>
        <w:br/>
        <w:t>vt 0.608400 0.745800</w:t>
        <w:br/>
        <w:t>vt 0.609400 0.744100</w:t>
        <w:br/>
        <w:t>vt 0.613700 0.761600</w:t>
        <w:br/>
        <w:t>vt 0.606700 0.748600</w:t>
        <w:br/>
        <w:t>vt 0.594300 0.752100</w:t>
        <w:br/>
        <w:t>vt 0.598100 0.752800</w:t>
        <w:br/>
        <w:t>vt 0.604500 0.766300</w:t>
        <w:br/>
        <w:t>vt 0.592700 0.752700</w:t>
        <w:br/>
        <w:t>vt 0.594300 0.752100</w:t>
        <w:br/>
        <w:t>vt 0.588300 0.755800</w:t>
        <w:br/>
        <w:t>vt 0.650900 0.749200</w:t>
        <w:br/>
        <w:t>vt 0.653400 0.748700</w:t>
        <w:br/>
        <w:t>vt 0.642000 0.762700</w:t>
        <w:br/>
        <w:t>vt 0.638100 0.761700</w:t>
        <w:br/>
        <w:t>vt 0.643500 0.747600</w:t>
        <w:br/>
        <w:t>vt 0.648500 0.749200</w:t>
        <w:br/>
        <w:t>vt 0.642000 0.762700</w:t>
        <w:br/>
        <w:t>vt 0.648500 0.749200</w:t>
        <w:br/>
        <w:t>vt 0.653500 0.768100</w:t>
        <w:br/>
        <w:t>vt 0.641400 0.781800</w:t>
        <w:br/>
        <w:t>vt 0.632900 0.777600</w:t>
        <w:br/>
        <w:t>vt 0.658800 0.750100</w:t>
        <w:br/>
        <w:t>vt 0.660400 0.775400</w:t>
        <w:br/>
        <w:t>vt 0.648000 0.787500</w:t>
        <w:br/>
        <w:t>vt 0.673800 0.756800</w:t>
        <w:br/>
        <w:t>vt 0.633100 0.760200</w:t>
        <w:br/>
        <w:t>vt 0.639400 0.745500</w:t>
        <w:br/>
        <w:t>vt 0.633100 0.760200</w:t>
        <w:br/>
        <w:t>vt 0.637300 0.743600</w:t>
        <w:br/>
        <w:t>vt 0.639400 0.745500</w:t>
        <w:br/>
        <w:t>vt 0.636100 0.742600</w:t>
        <w:br/>
        <w:t>vt 0.637300 0.743600</w:t>
        <w:br/>
        <w:t>vt 0.630300 0.741900</w:t>
        <w:br/>
        <w:t>vt 0.636100 0.742600</w:t>
        <w:br/>
        <w:t>vt 0.579400 0.824200</w:t>
        <w:br/>
        <w:t>vt 0.578000 0.820900</w:t>
        <w:br/>
        <w:t>vt 0.586100 0.812500</w:t>
        <w:br/>
        <w:t>vt 0.596700 0.812100</w:t>
        <w:br/>
        <w:t>vt 0.589600 0.818800</w:t>
        <w:br/>
        <w:t>vt 0.597000 0.821000</w:t>
        <w:br/>
        <w:t>vt 0.602700 0.817100</w:t>
        <w:br/>
        <w:t>vt 0.603600 0.821900</w:t>
        <w:br/>
        <w:t>vt 0.607300 0.821600</w:t>
        <w:br/>
        <w:t>vt 0.587700 0.827900</w:t>
        <w:br/>
        <w:t>vt 0.582900 0.826700</w:t>
        <w:br/>
        <w:t>vt 0.592700 0.826700</w:t>
        <w:br/>
        <w:t>vt 0.591200 0.828000</w:t>
        <w:br/>
        <w:t>vt 0.597000 0.821000</w:t>
        <w:br/>
        <w:t>vt 0.595300 0.826900</w:t>
        <w:br/>
        <w:t>vt 0.569900 0.804300</w:t>
        <w:br/>
        <w:t>vt 0.581700 0.802900</w:t>
        <w:br/>
        <w:t>vt 0.571300 0.805400</w:t>
        <w:br/>
        <w:t>vt 0.568500 0.800600</w:t>
        <w:br/>
        <w:t>vt 0.566900 0.796200</w:t>
        <w:br/>
        <w:t>vt 0.572900 0.807400</w:t>
        <w:br/>
        <w:t>vt 0.575300 0.809500</w:t>
        <w:br/>
        <w:t>vt 0.572900 0.807400</w:t>
        <w:br/>
        <w:t>vt 0.584100 0.808000</w:t>
        <w:br/>
        <w:t>vt 0.577600 0.812700</w:t>
        <w:br/>
        <w:t>vt 0.586100 0.812500</w:t>
        <w:br/>
        <w:t>vt 0.579100 0.818300</w:t>
        <w:br/>
        <w:t>vt 0.578700 0.816100</w:t>
        <w:br/>
        <w:t>vt 0.578700 0.816100</w:t>
        <w:br/>
        <w:t>vt 0.578000 0.820900</w:t>
        <w:br/>
        <w:t>vt 0.668400 0.805500</w:t>
        <w:br/>
        <w:t>vt 0.655000 0.808500</w:t>
        <w:br/>
        <w:t>vt 0.654000 0.797300</w:t>
        <w:br/>
        <w:t>vt 0.670000 0.792400</w:t>
        <w:br/>
        <w:t>vt 0.665500 0.782500</w:t>
        <w:br/>
        <w:t>vt 0.686300 0.781800</w:t>
        <w:br/>
        <w:t>vt 0.686500 0.788300</w:t>
        <w:br/>
        <w:t>vt 0.665500 0.782500</w:t>
        <w:br/>
        <w:t>vt 0.680500 0.776400</w:t>
        <w:br/>
        <w:t>vt 0.683500 0.777000</w:t>
        <w:br/>
        <w:t>vt 0.685100 0.794200</w:t>
        <w:br/>
        <w:t>vt 0.684200 0.799300</w:t>
        <w:br/>
        <w:t>vt 0.682700 0.801900</w:t>
        <w:br/>
        <w:t>vt 0.668400 0.805500</w:t>
        <w:br/>
        <w:t>vt 0.680400 0.805200</w:t>
        <w:br/>
        <w:t>vt 0.677700 0.809100</w:t>
        <w:br/>
        <w:t>vt 0.667800 0.808400</w:t>
        <w:br/>
        <w:t>vt 0.680400 0.805200</w:t>
        <w:br/>
        <w:t>vt 0.660000 0.821700</w:t>
        <w:br/>
        <w:t>vt 0.650800 0.820300</w:t>
        <w:br/>
        <w:t>vt 0.667100 0.812600</w:t>
        <w:br/>
        <w:t>vt 0.677800 0.814900</w:t>
        <w:br/>
        <w:t>vt 0.678700 0.816300</w:t>
        <w:br/>
        <w:t>vt 0.675800 0.813000</w:t>
        <w:br/>
        <w:t>vt 0.667100 0.812600</w:t>
        <w:br/>
        <w:t>vt 0.675800 0.813000</w:t>
        <w:br/>
        <w:t>vt 0.677800 0.814900</w:t>
        <w:br/>
        <w:t>vt 0.676100 0.819800</w:t>
        <w:br/>
        <w:t>vt 0.648200 0.834000</w:t>
        <w:br/>
        <w:t>vt 0.645100 0.833000</w:t>
        <w:br/>
        <w:t>vt 0.654500 0.832600</w:t>
        <w:br/>
        <w:t>vt 0.613200 0.817400</w:t>
        <w:br/>
        <w:t>vt 0.612900 0.819500</w:t>
        <w:br/>
        <w:t>vt 0.605500 0.828500</w:t>
        <w:br/>
        <w:t>vt 0.603700 0.828500</w:t>
        <w:br/>
        <w:t>vt 0.603600 0.821900</w:t>
        <w:br/>
        <w:t>vt 0.603700 0.828500</w:t>
        <w:br/>
        <w:t>vt 0.603400 0.828000</w:t>
        <w:br/>
        <w:t>vt 0.600300 0.821600</w:t>
        <w:br/>
        <w:t>vt 0.602700 0.827100</w:t>
        <w:br/>
        <w:t>vt 0.598700 0.826500</w:t>
        <w:br/>
        <w:t>vt 0.602700 0.827100</w:t>
        <w:br/>
        <w:t>vt 0.600300 0.821600</w:t>
        <w:br/>
        <w:t>vt 0.598700 0.826500</w:t>
        <w:br/>
        <w:t>vt 0.595300 0.826900</w:t>
        <w:br/>
        <w:t>vt 0.675400 0.772200</w:t>
        <w:br/>
        <w:t>vt 0.662700 0.778800</w:t>
        <w:br/>
        <w:t>vt 0.674500 0.768300</w:t>
        <w:br/>
        <w:t>vt 0.675000 0.765000</w:t>
        <w:br/>
        <w:t>vt 0.675200 0.762400</w:t>
        <w:br/>
        <w:t>vt 0.675000 0.765000</w:t>
        <w:br/>
        <w:t>vt 0.674500 0.768300</w:t>
        <w:br/>
        <w:t>vt 0.660400 0.775400</w:t>
        <w:br/>
        <w:t>vt 0.677300 0.775800</w:t>
        <w:br/>
        <w:t>vt 0.677300 0.775800</w:t>
        <w:br/>
        <w:t>vt 0.571800 0.768900</w:t>
        <w:br/>
        <w:t>vt 0.581700 0.759900</w:t>
        <w:br/>
        <w:t>vt 0.569900 0.804300</w:t>
        <w:br/>
        <w:t>vt 0.609400 0.744100</w:t>
        <w:br/>
        <w:t>vt 0.622500 0.742500</w:t>
        <w:br/>
        <w:t>vt 0.653400 0.748700</w:t>
        <w:br/>
        <w:t>vt 0.666800 0.752400</w:t>
        <w:br/>
        <w:t>vt 0.591200 0.828000</w:t>
        <w:br/>
        <w:t>vt 0.684200 0.799300</w:t>
        <w:br/>
        <w:t>vt 0.662200 0.829600</w:t>
        <w:br/>
        <w:t>vt 0.667300 0.824900</w:t>
        <w:br/>
        <w:t>vt 0.608900 0.825600</w:t>
        <w:br/>
        <w:t>vt 0.682202 0.177183</w:t>
        <w:br/>
        <w:t>vt 0.677762 0.178092</w:t>
        <w:br/>
        <w:t>vt 0.687617 0.160800</w:t>
        <w:br/>
        <w:t>vt 0.685636 0.176759</w:t>
        <w:br/>
        <w:t>vt 0.685636 0.176759</w:t>
        <w:br/>
        <w:t>vt 0.695823 0.160779</w:t>
        <w:br/>
        <w:t>vt 0.693617 0.176527</w:t>
        <w:br/>
        <w:t>vt 0.681929 0.178109</w:t>
        <w:br/>
        <w:t>vt 0.682202 0.177183</w:t>
        <w:br/>
        <w:t>vt 0.685636 0.176759</w:t>
        <w:br/>
        <w:t>vt 0.685176 0.177342</w:t>
        <w:br/>
        <w:t>vt 0.677356 0.178979</w:t>
        <w:br/>
        <w:t>vt 0.677762 0.178092</w:t>
        <w:br/>
        <w:t>vt 0.687617 0.160800</w:t>
        <w:br/>
        <w:t>vt 0.672435 0.177132</w:t>
        <w:br/>
        <w:t>vt 0.674605 0.155662</w:t>
        <w:br/>
        <w:t>vt 0.685173 0.133034</w:t>
        <w:br/>
        <w:t>vt 0.698494 0.133228</w:t>
        <w:br/>
        <w:t>vt 0.671990 0.178151</w:t>
        <w:br/>
        <w:t>vt 0.672435 0.177132</w:t>
        <w:br/>
        <w:t>vt 0.721027 0.152399</w:t>
        <w:br/>
        <w:t>vt 0.702526 0.161464</w:t>
        <w:br/>
        <w:t>vt 0.712368 0.126680</w:t>
        <w:br/>
        <w:t>vt 0.705631 0.183096</w:t>
        <w:br/>
        <w:t>vt 0.700230 0.180925</w:t>
        <w:br/>
        <w:t>vt 0.700215 0.180489</w:t>
        <w:br/>
        <w:t>vt 0.705429 0.182317</w:t>
        <w:br/>
        <w:t>vt 0.693437 0.177624</w:t>
        <w:br/>
        <w:t>vt 0.693617 0.176527</w:t>
        <w:br/>
        <w:t>vt 0.700215 0.180489</w:t>
        <w:br/>
        <w:t>vt 0.702526 0.161464</w:t>
        <w:br/>
        <w:t>vt 0.705429 0.182317</w:t>
        <w:br/>
        <w:t>vt 0.700215 0.180489</w:t>
        <w:br/>
        <w:t>vt 0.702526 0.161464</w:t>
        <w:br/>
        <w:t>vt 0.709531 0.183529</w:t>
        <w:br/>
        <w:t>vt 0.705429 0.182317</w:t>
        <w:br/>
        <w:t>vt 0.698494 0.133228</w:t>
        <w:br/>
        <w:t>vt 0.695823 0.160779</w:t>
        <w:br/>
        <w:t>vt 0.737490 0.142445</w:t>
        <w:br/>
        <w:t>vt 0.752343 0.157908</w:t>
        <w:br/>
        <w:t>vt 0.748780 0.162179</w:t>
        <w:br/>
        <w:t>vt 0.752343 0.157908</w:t>
        <w:br/>
        <w:t>vt 0.742027 0.137311</w:t>
        <w:br/>
        <w:t>vt 0.757145 0.152853</w:t>
        <w:br/>
        <w:t>vt 0.761968 0.149675</w:t>
        <w:br/>
        <w:t>vt 0.761968 0.149675</w:t>
        <w:br/>
        <w:t>vt 0.747178 0.133510</w:t>
        <w:br/>
        <w:t>vt 0.765630 0.147016</w:t>
        <w:br/>
        <w:t>vt 0.757993 0.153391</w:t>
        <w:br/>
        <w:t>vt 0.757145 0.152853</w:t>
        <w:br/>
        <w:t>vt 0.761968 0.149675</w:t>
        <w:br/>
        <w:t>vt 0.762536 0.149698</w:t>
        <w:br/>
        <w:t>vt 0.765630 0.147016</w:t>
        <w:br/>
        <w:t>vt 0.766214 0.147476</w:t>
        <w:br/>
        <w:t>vt 0.768264 0.144917</w:t>
        <w:br/>
        <w:t>vt 0.768926 0.145112</w:t>
        <w:br/>
        <w:t>vt 0.772374 0.138794</w:t>
        <w:br/>
        <w:t>vt 0.773129 0.139161</w:t>
        <w:br/>
        <w:t>vt 0.772374 0.138794</w:t>
        <w:br/>
        <w:t>vt 0.754640 0.117013</w:t>
        <w:br/>
        <w:t>vt 0.778150 0.126546</w:t>
        <w:br/>
        <w:t>vt 0.778150 0.126546</w:t>
        <w:br/>
        <w:t>vt 0.779169 0.126991</w:t>
        <w:br/>
        <w:t>vt 0.768264 0.144917</w:t>
        <w:br/>
        <w:t>vt 0.752623 0.158423</w:t>
        <w:br/>
        <w:t>vt 0.752343 0.157908</w:t>
        <w:br/>
        <w:t>vt 0.749403 0.162506</w:t>
        <w:br/>
        <w:t>vt 0.748780 0.162179</w:t>
        <w:br/>
        <w:t>vt 0.746489 0.164091</w:t>
        <w:br/>
        <w:t>vt 0.746877 0.165213</w:t>
        <w:br/>
        <w:t>vt 0.724639 0.119228</w:t>
        <w:br/>
        <w:t>vt 0.742027 0.137311</w:t>
        <w:br/>
        <w:t>vt 0.737490 0.142445</w:t>
        <w:br/>
        <w:t>vt 0.724639 0.119228</w:t>
        <w:br/>
        <w:t>vt 0.737490 0.142445</w:t>
        <w:br/>
        <w:t>vt 0.739017 0.168933</w:t>
        <w:br/>
        <w:t>vt 0.718284 0.181655</w:t>
        <w:br/>
        <w:t>vt 0.710075 0.184121</w:t>
        <w:br/>
        <w:t>vt 0.709531 0.183529</w:t>
        <w:br/>
        <w:t>vt 0.718284 0.181655</w:t>
        <w:br/>
        <w:t>vt 0.718976 0.182722</w:t>
        <w:br/>
        <w:t>vt 0.729043 0.175914</w:t>
        <w:br/>
        <w:t>vt 0.729656 0.177245</w:t>
        <w:br/>
        <w:t>vt 0.739017 0.168933</w:t>
        <w:br/>
        <w:t>vt 0.739537 0.170094</w:t>
        <w:br/>
        <w:t>vt 0.746489 0.164091</w:t>
        <w:br/>
        <w:t>vt 0.748780 0.162179</w:t>
        <w:br/>
        <w:t>vt 0.731037 0.107308</w:t>
        <w:br/>
        <w:t>vt 0.747178 0.133510</w:t>
        <w:br/>
        <w:t>vt 0.761597 0.099791</w:t>
        <w:br/>
        <w:t>vt 0.735312 0.093322</w:t>
        <w:br/>
        <w:t>vt 0.784098 0.086441</w:t>
        <w:br/>
        <w:t>vt 0.784467 0.083241</w:t>
        <w:br/>
        <w:t>vt 0.785378 0.083079</w:t>
        <w:br/>
        <w:t>vt 0.784955 0.085975</w:t>
        <w:br/>
        <w:t>vt 0.786286 0.079031</w:t>
        <w:br/>
        <w:t>vt 0.785547 0.079101</w:t>
        <w:br/>
        <w:t>vt 0.786646 0.070506</w:t>
        <w:br/>
        <w:t>vt 0.785547 0.079101</w:t>
        <w:br/>
        <w:t>vt 0.762267 0.086322</w:t>
        <w:br/>
        <w:t>vt 0.784467 0.083241</w:t>
        <w:br/>
        <w:t>vt 0.762267 0.086322</w:t>
        <w:br/>
        <w:t>vt 0.785547 0.079101</w:t>
        <w:br/>
        <w:t>vt 0.732845 0.078783</w:t>
        <w:br/>
        <w:t>vt 0.759096 0.067835</w:t>
        <w:br/>
        <w:t>vt 0.786646 0.070506</w:t>
        <w:br/>
        <w:t>vt 0.787690 0.070383</w:t>
        <w:br/>
        <w:t>vt 0.787214 0.057871</w:t>
        <w:br/>
        <w:t>vt 0.788335 0.057483</w:t>
        <w:br/>
        <w:t>vt 0.784098 0.086441</w:t>
        <w:br/>
        <w:t>vt 0.761822 0.093671</w:t>
        <w:br/>
        <w:t>vt 0.785172 0.093519</w:t>
        <w:br/>
        <w:t>vt 0.784339 0.093417</w:t>
        <w:br/>
        <w:t>vt 0.727621 0.065300</w:t>
        <w:br/>
        <w:t>vt 0.752879 0.050894</w:t>
        <w:br/>
        <w:t>vt 0.784604 0.106155</w:t>
        <w:br/>
        <w:t>vt 0.784670 0.103009</w:t>
        <w:br/>
        <w:t>vt 0.785518 0.103548</w:t>
        <w:br/>
        <w:t>vt 0.785320 0.106654</w:t>
        <w:br/>
        <w:t>vt 0.783496 0.115753</w:t>
        <w:br/>
        <w:t>vt 0.782741 0.115387</w:t>
        <w:br/>
        <w:t>vt 0.785064 0.099242</w:t>
        <w:br/>
        <w:t>vt 0.785515 0.099663</w:t>
        <w:br/>
        <w:t>vt 0.761597 0.099791</w:t>
        <w:br/>
        <w:t>vt 0.761822 0.093671</w:t>
        <w:br/>
        <w:t>vt 0.785064 0.099242</w:t>
        <w:br/>
        <w:t>vt 0.761597 0.099791</w:t>
        <w:br/>
        <w:t>vt 0.785064 0.099242</w:t>
        <w:br/>
        <w:t>vt 0.784670 0.103009</w:t>
        <w:br/>
        <w:t>vt 0.784604 0.106155</w:t>
        <w:br/>
        <w:t>vt 0.784670 0.103009</w:t>
        <w:br/>
        <w:t>vt 0.782741 0.115387</w:t>
        <w:br/>
        <w:t>vt 0.735312 0.093322</w:t>
        <w:br/>
        <w:t>vt 0.653780 0.140448</w:t>
        <w:br/>
        <w:t>vt 0.642474 0.145734</w:t>
        <w:br/>
        <w:t>vt 0.639529 0.142598</w:t>
        <w:br/>
        <w:t>vt 0.641524 0.146029</w:t>
        <w:br/>
        <w:t>vt 0.638634 0.143023</w:t>
        <w:br/>
        <w:t>vt 0.639529 0.142598</w:t>
        <w:br/>
        <w:t>vt 0.642474 0.145734</w:t>
        <w:br/>
        <w:t>vt 0.655398 0.101366</w:t>
        <w:br/>
        <w:t>vt 0.662404 0.095667</w:t>
        <w:br/>
        <w:t>vt 0.665937 0.096854</w:t>
        <w:br/>
        <w:t>vt 0.658354 0.109863</w:t>
        <w:br/>
        <w:t>vt 0.650346 0.106779</w:t>
        <w:br/>
        <w:t>vt 0.645225 0.098793</w:t>
        <w:br/>
        <w:t>vt 0.651558 0.096347</w:t>
        <w:br/>
        <w:t>vt 0.643306 0.101391</w:t>
        <w:br/>
        <w:t>vt 0.650346 0.106779</w:t>
        <w:br/>
        <w:t>vt 0.643430 0.102434</w:t>
        <w:br/>
        <w:t>vt 0.650346 0.106779</w:t>
        <w:br/>
        <w:t>vt 0.649105 0.110008</w:t>
        <w:br/>
        <w:t>vt 0.643304 0.103836</w:t>
        <w:br/>
        <w:t>vt 0.658354 0.109863</w:t>
        <w:br/>
        <w:t>vt 0.643304 0.103836</w:t>
        <w:br/>
        <w:t>vt 0.642807 0.102107</w:t>
        <w:br/>
        <w:t>vt 0.643430 0.102434</w:t>
        <w:br/>
        <w:t>vt 0.643304 0.103836</w:t>
        <w:br/>
        <w:t>vt 0.642617 0.103620</w:t>
        <w:br/>
        <w:t>vt 0.640309 0.108130</w:t>
        <w:br/>
        <w:t>vt 0.640903 0.108539</w:t>
        <w:br/>
        <w:t>vt 0.647659 0.114904</w:t>
        <w:br/>
        <w:t>vt 0.649105 0.110008</w:t>
        <w:br/>
        <w:t>vt 0.658354 0.109863</w:t>
        <w:br/>
        <w:t>vt 0.638838 0.116202</w:t>
        <w:br/>
        <w:t>vt 0.638941 0.112761</w:t>
        <w:br/>
        <w:t>vt 0.638109 0.118988</w:t>
        <w:br/>
        <w:t>vt 0.649105 0.110008</w:t>
        <w:br/>
        <w:t>vt 0.638941 0.112761</w:t>
        <w:br/>
        <w:t>vt 0.640903 0.108539</w:t>
        <w:br/>
        <w:t>vt 0.663729 0.121377</w:t>
        <w:br/>
        <w:t>vt 0.649154 0.127861</w:t>
        <w:br/>
        <w:t>vt 0.647659 0.114904</w:t>
        <w:br/>
        <w:t>vt 0.653780 0.140448</w:t>
        <w:br/>
        <w:t>vt 0.670592 0.131748</w:t>
        <w:br/>
        <w:t>vt 0.635791 0.124058</w:t>
        <w:br/>
        <w:t>vt 0.638109 0.118988</w:t>
        <w:br/>
        <w:t>vt 0.635468 0.138304</w:t>
        <w:br/>
        <w:t>vt 0.637408 0.118925</w:t>
        <w:br/>
        <w:t>vt 0.637925 0.116201</w:t>
        <w:br/>
        <w:t>vt 0.638838 0.116202</w:t>
        <w:br/>
        <w:t>vt 0.638109 0.118988</w:t>
        <w:br/>
        <w:t>vt 0.638280 0.112565</w:t>
        <w:br/>
        <w:t>vt 0.638941 0.112761</w:t>
        <w:br/>
        <w:t>vt 0.635791 0.124058</w:t>
        <w:br/>
        <w:t>vt 0.634522 0.123827</w:t>
        <w:br/>
        <w:t>vt 0.634832 0.131543</w:t>
        <w:br/>
        <w:t>vt 0.633563 0.131456</w:t>
        <w:br/>
        <w:t>vt 0.634522 0.123827</w:t>
        <w:br/>
        <w:t>vt 0.635468 0.138304</w:t>
        <w:br/>
        <w:t>vt 0.634043 0.138747</w:t>
        <w:br/>
        <w:t>vt 0.656666 0.163311</w:t>
        <w:br/>
        <w:t>vt 0.653911 0.161922</w:t>
        <w:br/>
        <w:t>vt 0.654291 0.160972</w:t>
        <w:br/>
        <w:t>vt 0.657049 0.162500</w:t>
        <w:br/>
        <w:t>vt 0.651043 0.159625</w:t>
        <w:br/>
        <w:t>vt 0.650534 0.160205</w:t>
        <w:br/>
        <w:t>vt 0.662008 0.148633</w:t>
        <w:br/>
        <w:t>vt 0.657049 0.162500</w:t>
        <w:br/>
        <w:t>vt 0.654291 0.160972</w:t>
        <w:br/>
        <w:t>vt 0.651043 0.159625</w:t>
        <w:br/>
        <w:t>vt 0.661148 0.167813</w:t>
        <w:br/>
        <w:t>vt 0.660389 0.168726</w:t>
        <w:br/>
        <w:t>vt 0.666179 0.173473</w:t>
        <w:br/>
        <w:t>vt 0.665474 0.174400</w:t>
        <w:br/>
        <w:t>vt 0.644213 0.147979</w:t>
        <w:br/>
        <w:t>vt 0.643500 0.148445</w:t>
        <w:br/>
        <w:t>vt 0.646215 0.151449</w:t>
        <w:br/>
        <w:t>vt 0.647098 0.150896</w:t>
        <w:br/>
        <w:t>vt 0.644213 0.147979</w:t>
        <w:br/>
        <w:t>vt 0.653780 0.140448</w:t>
        <w:br/>
        <w:t>vt 0.658011 0.144144</w:t>
        <w:br/>
        <w:t>vt 0.644213 0.147979</w:t>
        <w:br/>
        <w:t>vt 0.658011 0.144144</w:t>
        <w:br/>
        <w:t>vt 0.649550 0.155743</w:t>
        <w:br/>
        <w:t>vt 0.647098 0.150896</w:t>
        <w:br/>
        <w:t>vt 0.651043 0.159625</w:t>
        <w:br/>
        <w:t>vt 0.658011 0.144144</w:t>
        <w:br/>
        <w:t>vt 0.649550 0.155743</w:t>
        <w:br/>
        <w:t>vt 0.648693 0.156209</w:t>
        <w:br/>
        <w:t>vt 0.670592 0.131748</w:t>
        <w:br/>
        <w:t>vt 0.670592 0.131748</w:t>
        <w:br/>
        <w:t>vt 0.662008 0.148633</w:t>
        <w:br/>
        <w:t>vt 0.661148 0.167813</w:t>
        <w:br/>
        <w:t>vt 0.746233 0.041738</w:t>
        <w:br/>
        <w:t>vt 0.715832 0.052611</w:t>
        <w:br/>
        <w:t>vt 0.732153 0.030962</w:t>
        <w:br/>
        <w:t>vt 0.754930 0.014241</w:t>
        <w:br/>
        <w:t>vt 0.754930 0.014241</w:t>
        <w:br/>
        <w:t>vt 0.755585 0.012996</w:t>
        <w:br/>
        <w:t>vt 0.761495 0.019777</w:t>
        <w:br/>
        <w:t>vt 0.760692 0.020546</w:t>
        <w:br/>
        <w:t>vt 0.745716 0.010369</w:t>
        <w:br/>
        <w:t>vt 0.746185 0.008781</w:t>
        <w:br/>
        <w:t>vt 0.736445 0.008638</w:t>
        <w:br/>
        <w:t>vt 0.714862 0.023265</w:t>
        <w:br/>
        <w:t>vt 0.700372 0.043585</w:t>
        <w:br/>
        <w:t>vt 0.736445 0.008638</w:t>
        <w:br/>
        <w:t>vt 0.736875 0.007182</w:t>
        <w:br/>
        <w:t>vt 0.728879 0.006978</w:t>
        <w:br/>
        <w:t>vt 0.736875 0.007182</w:t>
        <w:br/>
        <w:t>vt 0.728209 0.007787</w:t>
        <w:br/>
        <w:t>vt 0.746233 0.041738</w:t>
        <w:br/>
        <w:t>vt 0.760692 0.020546</w:t>
        <w:br/>
        <w:t>vt 0.761597 0.025273</w:t>
        <w:br/>
        <w:t>vt 0.762052 0.029579</w:t>
        <w:br/>
        <w:t>vt 0.761597 0.025273</w:t>
        <w:br/>
        <w:t>vt 0.761495 0.019777</w:t>
        <w:br/>
        <w:t>vt 0.762680 0.025018</w:t>
        <w:br/>
        <w:t>vt 0.718150 0.007262</w:t>
        <w:br/>
        <w:t>vt 0.718183 0.005689</w:t>
        <w:br/>
        <w:t>vt 0.723710 0.006458</w:t>
        <w:br/>
        <w:t>vt 0.724020 0.007845</w:t>
        <w:br/>
        <w:t>vt 0.711836 0.007698</w:t>
        <w:br/>
        <w:t>vt 0.711920 0.008874</w:t>
        <w:br/>
        <w:t>vt 0.714862 0.023265</w:t>
        <w:br/>
        <w:t>vt 0.718150 0.007262</w:t>
        <w:br/>
        <w:t>vt 0.724020 0.007845</w:t>
        <w:br/>
        <w:t>vt 0.728209 0.007787</w:t>
        <w:br/>
        <w:t>vt 0.718150 0.007262</w:t>
        <w:br/>
        <w:t>vt 0.707077 0.022836</w:t>
        <w:br/>
        <w:t>vt 0.711920 0.008874</w:t>
        <w:br/>
        <w:t>vt 0.700372 0.043585</w:t>
        <w:br/>
        <w:t>vt 0.707077 0.022836</w:t>
        <w:br/>
        <w:t>vt 0.702259 0.021125</w:t>
        <w:br/>
        <w:t>vt 0.702259 0.021125</w:t>
        <w:br/>
        <w:t>vt 0.704183 0.007308</w:t>
        <w:br/>
        <w:t>vt 0.706796 0.009662</w:t>
        <w:br/>
        <w:t>vt 0.701389 0.006051</w:t>
        <w:br/>
        <w:t>vt 0.701074 0.005022</w:t>
        <w:br/>
        <w:t>vt 0.704059 0.006265</w:t>
        <w:br/>
        <w:t>vt 0.704183 0.007308</w:t>
        <w:br/>
        <w:t>vt 0.706796 0.009662</w:t>
        <w:br/>
        <w:t>vt 0.704059 0.006265</w:t>
        <w:br/>
        <w:t>vt 0.706831 0.008750</w:t>
        <w:br/>
        <w:t>vt 0.706831 0.008750</w:t>
        <w:br/>
        <w:t>vt 0.706796 0.009662</w:t>
        <w:br/>
        <w:t>vt 0.682908 0.016992</w:t>
        <w:br/>
        <w:t>vt 0.681952 0.015847</w:t>
        <w:br/>
        <w:t>vt 0.693914 0.007008</w:t>
        <w:br/>
        <w:t>vt 0.694738 0.008114</w:t>
        <w:br/>
        <w:t>vt 0.683448 0.028804</w:t>
        <w:br/>
        <w:t>vt 0.702259 0.021125</w:t>
        <w:br/>
        <w:t>vt 0.682908 0.016992</w:t>
        <w:br/>
        <w:t>vt 0.694738 0.008114</w:t>
        <w:br/>
        <w:t>vt 0.673638 0.021591</w:t>
        <w:br/>
        <w:t>vt 0.661091 0.038744</w:t>
        <w:br/>
        <w:t>vt 0.664712 0.044992</w:t>
        <w:br/>
        <w:t>vt 0.660259 0.044971</w:t>
        <w:br/>
        <w:t>vt 0.664753 0.029756</w:t>
        <w:br/>
        <w:t>vt 0.672814 0.020484</w:t>
        <w:br/>
        <w:t>vt 0.673638 0.021591</w:t>
        <w:br/>
        <w:t>vt 0.665920 0.030676</w:t>
        <w:br/>
        <w:t>vt 0.661091 0.038744</w:t>
        <w:br/>
        <w:t>vt 0.659714 0.038049</w:t>
        <w:br/>
        <w:t>vt 0.701389 0.006051</w:t>
        <w:br/>
        <w:t>vt 0.704183 0.007308</w:t>
        <w:br/>
        <w:t>vt 0.710075 0.184121</w:t>
        <w:br/>
        <w:t>vt 0.662265 0.094187</w:t>
        <w:br/>
        <w:t>vt 0.665582 0.094160</w:t>
        <w:br/>
        <w:t>vt 0.665937 0.096854</w:t>
        <w:br/>
        <w:t>vt 0.662404 0.095667</w:t>
        <w:br/>
        <w:t>vt 0.651380 0.095000</w:t>
        <w:br/>
        <w:t>vt 0.651558 0.096347</w:t>
        <w:br/>
        <w:t>vt 0.642807 0.100988</w:t>
        <w:br/>
        <w:t>vt 0.644759 0.097936</w:t>
        <w:br/>
        <w:t>vt 0.645225 0.098793</w:t>
        <w:br/>
        <w:t>vt 0.643306 0.101391</w:t>
        <w:br/>
        <w:t>vt 0.644759 0.097936</w:t>
        <w:br/>
        <w:t>vt 0.752879 0.050894</w:t>
        <w:br/>
        <w:t>vt 0.749270 0.047526</w:t>
        <w:br/>
        <w:t>vt 0.769425 0.035786</w:t>
        <w:br/>
        <w:t>vt 0.749270 0.047526</w:t>
        <w:br/>
        <w:t>vt 0.762052 0.029579</w:t>
        <w:br/>
        <w:t>vt 0.769425 0.035786</w:t>
        <w:br/>
        <w:t>vt 0.765318 0.033134</w:t>
        <w:br/>
        <w:t>vt 0.765856 0.032285</w:t>
        <w:br/>
        <w:t>vt 0.769983 0.035145</w:t>
        <w:br/>
        <w:t>vt 0.774017 0.037286</w:t>
        <w:br/>
        <w:t>vt 0.773293 0.037791</w:t>
        <w:br/>
        <w:t>vt 0.769983 0.035145</w:t>
        <w:br/>
        <w:t>vt 0.778164 0.039805</w:t>
        <w:br/>
        <w:t>vt 0.777043 0.040193</w:t>
        <w:br/>
        <w:t>vt 0.762950 0.029259</w:t>
        <w:br/>
        <w:t>vt 0.762052 0.029579</w:t>
        <w:br/>
        <w:t>vt 0.727621 0.065300</w:t>
        <w:br/>
        <w:t>vt 0.752879 0.050894</w:t>
        <w:br/>
        <w:t>vt 0.769425 0.035786</w:t>
        <w:br/>
        <w:t>vt 0.773293 0.037791</w:t>
        <w:br/>
        <w:t>vt 0.773293 0.037791</w:t>
        <w:br/>
        <w:t>vt 0.777043 0.040193</w:t>
        <w:br/>
        <w:t>vt 0.784176 0.045753</w:t>
        <w:br/>
        <w:t>vt 0.787214 0.057871</w:t>
        <w:br/>
        <w:t>vt 0.784176 0.045753</w:t>
        <w:br/>
        <w:t>vt 0.785508 0.045139</w:t>
        <w:br/>
        <w:t>vt 0.659537 0.043032</w:t>
        <w:br/>
        <w:t>vt 0.660259 0.044971</w:t>
        <w:br/>
        <w:t>vt 0.729043 0.175914</w:t>
        <w:br/>
        <w:t>vt 0.709531 0.183529</w:t>
        <w:br/>
        <w:t>vt 0.666179 0.173473</w:t>
        <w:br/>
        <w:t>vt 0.657049 0.162500</w:t>
        <w:br/>
        <w:t>vt 0.768264 0.144917</w:t>
        <w:br/>
        <w:t>vt 0.784604 0.106155</w:t>
        <w:br/>
        <w:t>vt 0.639529 0.142598</w:t>
        <w:br/>
        <w:t>vt 0.634832 0.131543</w:t>
        <w:br/>
        <w:t>vt 0.728209 0.007787</w:t>
        <w:br/>
        <w:t>vt 0.745716 0.010369</w:t>
        <w:br/>
        <w:t>vt 0.665920 0.030676</w:t>
        <w:br/>
        <w:t>vt 0.681422 0.043454</w:t>
        <w:br/>
        <w:t>vt 0.643306 0.101391</w:t>
        <w:br/>
        <w:t>vt 0.784339 0.093417</w:t>
        <w:br/>
        <w:t>vt 0.765318 0.033134</w:t>
        <w:br/>
        <w:t>vt 0.617900 0.794800</w:t>
        <w:br/>
        <w:t>vt 0.622800 0.790400</w:t>
        <w:br/>
        <w:t>vt 0.626600 0.792800</w:t>
        <w:br/>
        <w:t>vt 0.626600 0.789500</w:t>
        <w:br/>
        <w:t>vt 0.626600 0.800200</w:t>
        <w:br/>
        <w:t>vt 0.617500 0.800400</w:t>
        <w:br/>
        <w:t>vt 0.617300 0.808500</w:t>
        <w:br/>
        <w:t>vt 0.626500 0.808500</w:t>
        <w:br/>
        <w:t>vt 0.548600 0.953300</w:t>
        <w:br/>
        <w:t>vt 0.551100 0.938200</w:t>
        <w:br/>
        <w:t>vt 0.555500 0.941200</w:t>
        <w:br/>
        <w:t>vt 0.552800 0.954700</w:t>
        <w:br/>
        <w:t>vt 0.570800 0.948600</w:t>
        <w:br/>
        <w:t>vt 0.565700 0.962500</w:t>
        <w:br/>
        <w:t>vt 0.562000 0.960300</w:t>
        <w:br/>
        <w:t>vt 0.567200 0.945100</w:t>
        <w:br/>
        <w:t>vt 0.545800 0.935600</w:t>
        <w:br/>
        <w:t>vt 0.574200 0.954000</w:t>
        <w:br/>
        <w:t>vt 0.569400 0.964500</w:t>
        <w:br/>
        <w:t>vt 0.539500 0.951800</w:t>
        <w:br/>
        <w:t>vt 0.539500 0.934700</w:t>
        <w:br/>
        <w:t>vt 0.544700 0.980600</w:t>
        <w:br/>
        <w:t>vt 0.543200 0.991300</w:t>
        <w:br/>
        <w:t>vt 0.539500 0.991100</w:t>
        <w:br/>
        <w:t>vt 0.539500 0.979900</w:t>
        <w:br/>
        <w:t>vt 0.545700 0.991300</w:t>
        <w:br/>
        <w:t>vt 0.547000 0.981100</w:t>
        <w:br/>
        <w:t>vt 0.548400 0.981500</w:t>
        <w:br/>
        <w:t>vt 0.546700 0.991100</w:t>
        <w:br/>
        <w:t>vt 0.545700 0.991300</w:t>
        <w:br/>
        <w:t>vt 0.548400 0.981500</w:t>
        <w:br/>
        <w:t>vt 0.550400 0.982400</w:t>
        <w:br/>
        <w:t>vt 0.550000 0.992200</w:t>
        <w:br/>
        <w:t>vt 0.554000 0.984200</w:t>
        <w:br/>
        <w:t>vt 0.555900 0.985200</w:t>
        <w:br/>
        <w:t>vt 0.539500 0.966800</w:t>
        <w:br/>
        <w:t>vt 0.547000 0.967700</w:t>
        <w:br/>
        <w:t>vt 0.550100 0.968500</w:t>
        <w:br/>
        <w:t>vt 0.552100 0.969600</w:t>
        <w:br/>
        <w:t>vt 0.555400 0.956100</w:t>
        <w:br/>
        <w:t>vt 0.555100 0.971600</w:t>
        <w:br/>
        <w:t>vt 0.560100 0.974400</w:t>
        <w:br/>
        <w:t>vt 0.555100 0.971600</w:t>
        <w:br/>
        <w:t>vt 0.562800 0.975800</w:t>
        <w:br/>
        <w:t>vt 0.550400 0.982400</w:t>
        <w:br/>
        <w:t>vt 0.545400 0.994000</w:t>
        <w:br/>
        <w:t>vt 0.543000 0.994300</w:t>
        <w:br/>
        <w:t>vt 0.546300 0.993500</w:t>
        <w:br/>
        <w:t>vt 0.549200 0.994200</w:t>
        <w:br/>
        <w:t>vt 0.546700 0.991100</w:t>
        <w:br/>
        <w:t>vt 0.539500 0.994200</w:t>
        <w:br/>
        <w:t>vt 0.558400 0.943200</w:t>
        <w:br/>
        <w:t>vt 0.564700 0.941800</w:t>
        <w:br/>
        <w:t>vt 0.559600 0.958500</w:t>
        <w:br/>
        <w:t>vt 0.559600 0.958500</w:t>
        <w:br/>
        <w:t>vt 0.564700 0.941800</w:t>
        <w:br/>
        <w:t>vt 0.552100 0.969600</w:t>
        <w:br/>
        <w:t>vt 0.555400 0.956100</w:t>
        <w:br/>
        <w:t>vt 0.558400 0.943200</w:t>
        <w:br/>
        <w:t>vt 0.551500 0.936773</w:t>
        <w:br/>
        <w:t>vt 0.555900 0.939973</w:t>
        <w:br/>
        <w:t>vt 0.555500 0.941200</w:t>
        <w:br/>
        <w:t>vt 0.551100 0.938200</w:t>
        <w:br/>
        <w:t>vt 0.558500 0.942073</w:t>
        <w:br/>
        <w:t>vt 0.564900 0.940473</w:t>
        <w:br/>
        <w:t>vt 0.564700 0.941800</w:t>
        <w:br/>
        <w:t>vt 0.558400 0.943200</w:t>
        <w:br/>
        <w:t>vt 0.571400 0.947573</w:t>
        <w:br/>
        <w:t>vt 0.570800 0.948600</w:t>
        <w:br/>
        <w:t>vt 0.567200 0.945100</w:t>
        <w:br/>
        <w:t>vt 0.567600 0.944173</w:t>
        <w:br/>
        <w:t>vt 0.546000 0.934073</w:t>
        <w:br/>
        <w:t>vt 0.545800 0.935600</w:t>
        <w:br/>
        <w:t>vt 0.574900 0.953173</w:t>
        <w:br/>
        <w:t>vt 0.574200 0.954000</w:t>
        <w:br/>
        <w:t>vt 0.570200 0.964900</w:t>
        <w:br/>
        <w:t>vt 0.569400 0.964500</w:t>
        <w:br/>
        <w:t>vt 0.574200 0.954000</w:t>
        <w:br/>
        <w:t>vt 0.574900 0.953173</w:t>
        <w:br/>
        <w:t>vt 0.539500 0.934700</w:t>
        <w:br/>
        <w:t>vt 0.539500 0.933273</w:t>
        <w:br/>
        <w:t>vt 0.550700 0.992500</w:t>
        <w:br/>
        <w:t>vt 0.550000 0.992200</w:t>
        <w:br/>
        <w:t>vt 0.555900 0.985200</w:t>
        <w:br/>
        <w:t>vt 0.556600 0.985700</w:t>
        <w:br/>
        <w:t>vt 0.563500 0.976300</w:t>
        <w:br/>
        <w:t>vt 0.562800 0.975800</w:t>
        <w:br/>
        <w:t>vt 0.549600 0.993900</w:t>
        <w:br/>
        <w:t>vt 0.549200 0.994200</w:t>
        <w:br/>
        <w:t>vt 0.618700 0.791900</w:t>
        <w:br/>
        <w:t>vt 0.617900 0.794800</w:t>
        <w:br/>
        <w:t>vt 0.617300 0.794600</w:t>
        <w:br/>
        <w:t>vt 0.618500 0.791500</w:t>
        <w:br/>
        <w:t>vt 0.617500 0.800400</w:t>
        <w:br/>
        <w:t>vt 0.616700 0.800400</w:t>
        <w:br/>
        <w:t>vt 0.617300 0.808500</w:t>
        <w:br/>
        <w:t>vt 0.616600 0.808500</w:t>
        <w:br/>
        <w:t>vt 0.635300 0.794900</w:t>
        <w:br/>
        <w:t>vt 0.630500 0.790400</w:t>
        <w:br/>
        <w:t>vt 0.635600 0.800600</w:t>
        <w:br/>
        <w:t>vt 0.635700 0.808500</w:t>
        <w:br/>
        <w:t>vt 0.529400 0.953200</w:t>
        <w:br/>
        <w:t>vt 0.525600 0.954700</w:t>
        <w:br/>
        <w:t>vt 0.522500 0.940400</w:t>
        <w:br/>
        <w:t>vt 0.526900 0.937600</w:t>
        <w:br/>
        <w:t>vt 0.513700 0.942100</w:t>
        <w:br/>
        <w:t>vt 0.520100 0.942500</w:t>
        <w:br/>
        <w:t>vt 0.523100 0.956300</w:t>
        <w:br/>
        <w:t>vt 0.519300 0.958800</w:t>
        <w:br/>
        <w:t>vt 0.506900 0.949300</w:t>
        <w:br/>
        <w:t>vt 0.510900 0.945400</w:t>
        <w:br/>
        <w:t>vt 0.516800 0.960800</w:t>
        <w:br/>
        <w:t>vt 0.513000 0.963100</w:t>
        <w:br/>
        <w:t>vt 0.532600 0.935400</w:t>
        <w:br/>
        <w:t>vt 0.509200 0.965300</w:t>
        <w:br/>
        <w:t>vt 0.504100 0.954100</w:t>
        <w:br/>
        <w:t>vt 0.534400 0.980600</w:t>
        <w:br/>
        <w:t>vt 0.535800 0.991200</w:t>
        <w:br/>
        <w:t>vt 0.532100 0.981100</w:t>
        <w:br/>
        <w:t>vt 0.533200 0.991300</w:t>
        <w:br/>
        <w:t>vt 0.532200 0.991200</w:t>
        <w:br/>
        <w:t>vt 0.528600 0.982500</w:t>
        <w:br/>
        <w:t>vt 0.530700 0.981600</w:t>
        <w:br/>
        <w:t>vt 0.533200 0.991300</w:t>
        <w:br/>
        <w:t>vt 0.524900 0.984500</w:t>
        <w:br/>
        <w:t>vt 0.528600 0.982500</w:t>
        <w:br/>
        <w:t>vt 0.532200 0.991200</w:t>
        <w:br/>
        <w:t>vt 0.532000 0.967800</w:t>
        <w:br/>
        <w:t>vt 0.528900 0.968700</w:t>
        <w:br/>
        <w:t>vt 0.527100 0.969800</w:t>
        <w:br/>
        <w:t>vt 0.524000 0.971800</w:t>
        <w:br/>
        <w:t>vt 0.524000 0.971800</w:t>
        <w:br/>
        <w:t>vt 0.519300 0.958800</w:t>
        <w:br/>
        <w:t>vt 0.519000 0.974800</w:t>
        <w:br/>
        <w:t>vt 0.516200 0.976400</w:t>
        <w:br/>
        <w:t>vt 0.523000 0.985500</w:t>
        <w:br/>
        <w:t>vt 0.533600 0.994100</w:t>
        <w:br/>
        <w:t>vt 0.536000 0.994300</w:t>
        <w:br/>
        <w:t>vt 0.532700 0.993600</w:t>
        <w:br/>
        <w:t>vt 0.529700 0.994400</w:t>
        <w:br/>
        <w:t>vt 0.529000 0.992400</w:t>
        <w:br/>
        <w:t>vt 0.513700 0.942100</w:t>
        <w:br/>
        <w:t>vt 0.530700 0.981600</w:t>
        <w:br/>
        <w:t>vt 0.527100 0.969800</w:t>
        <w:br/>
        <w:t>vt 0.523100 0.956300</w:t>
        <w:br/>
        <w:t>vt 0.520100 0.942500</w:t>
        <w:br/>
        <w:t>vt 0.526900 0.937600</w:t>
        <w:br/>
        <w:t>vt 0.522500 0.940400</w:t>
        <w:br/>
        <w:t>vt 0.522200 0.939073</w:t>
        <w:br/>
        <w:t>vt 0.526600 0.936273</w:t>
        <w:br/>
        <w:t>vt 0.513700 0.942100</w:t>
        <w:br/>
        <w:t>vt 0.513500 0.940573</w:t>
        <w:br/>
        <w:t>vt 0.519900 0.941073</w:t>
        <w:br/>
        <w:t>vt 0.520100 0.942500</w:t>
        <w:br/>
        <w:t>vt 0.510900 0.945400</w:t>
        <w:br/>
        <w:t>vt 0.506900 0.949300</w:t>
        <w:br/>
        <w:t>vt 0.506500 0.948373</w:t>
        <w:br/>
        <w:t>vt 0.510500 0.944273</w:t>
        <w:br/>
        <w:t>vt 0.532600 0.935400</w:t>
        <w:br/>
        <w:t>vt 0.532500 0.934073</w:t>
        <w:br/>
        <w:t>vt 0.504100 0.954100</w:t>
        <w:br/>
        <w:t>vt 0.503300 0.953373</w:t>
        <w:br/>
        <w:t>vt 0.509200 0.965300</w:t>
        <w:br/>
        <w:t>vt 0.508400 0.965800</w:t>
        <w:br/>
        <w:t>vt 0.523000 0.985500</w:t>
        <w:br/>
        <w:t>vt 0.529000 0.992400</w:t>
        <w:br/>
        <w:t>vt 0.528300 0.992600</w:t>
        <w:br/>
        <w:t>vt 0.522400 0.985900</w:t>
        <w:br/>
        <w:t>vt 0.516200 0.976400</w:t>
        <w:br/>
        <w:t>vt 0.515500 0.976900</w:t>
        <w:br/>
        <w:t>vt 0.529700 0.994400</w:t>
        <w:br/>
        <w:t>vt 0.529400 0.994100</w:t>
        <w:br/>
        <w:t>vt 0.634600 0.792100</w:t>
        <w:br/>
        <w:t>vt 0.634700 0.791700</w:t>
        <w:br/>
        <w:t>vt 0.635900 0.794700</w:t>
        <w:br/>
        <w:t>vt 0.635300 0.794900</w:t>
        <w:br/>
        <w:t>vt 0.636400 0.800500</w:t>
        <w:br/>
        <w:t>vt 0.635600 0.800600</w:t>
        <w:br/>
        <w:t>vt 0.636400 0.808500</w:t>
        <w:br/>
        <w:t>vt 0.635700 0.808500</w:t>
        <w:br/>
        <w:t>vt 0.618700 0.791900</w:t>
        <w:br/>
        <w:t>vt 0.634600 0.792100</w:t>
        <w:br/>
        <w:t>vt 0.444600 0.937000</w:t>
        <w:br/>
        <w:t>vt 0.440100 0.936900</w:t>
        <w:br/>
        <w:t>vt 0.441000 0.927500</w:t>
        <w:br/>
        <w:t>vt 0.443500 0.927000</w:t>
        <w:br/>
        <w:t>vt 0.438800 0.947800</w:t>
        <w:br/>
        <w:t>vt 0.446700 0.947900</w:t>
        <w:br/>
        <w:t>vt 0.613900 0.984300</w:t>
        <w:br/>
        <w:t>vt 0.622400 0.978400</w:t>
        <w:br/>
        <w:t>vt 0.623100 0.980000</w:t>
        <w:br/>
        <w:t>vt 0.614800 0.987200</w:t>
        <w:br/>
        <w:t>vt 0.629100 0.972800</w:t>
        <w:br/>
        <w:t>vt 0.443700 0.991500</w:t>
        <w:br/>
        <w:t>vt 0.441100 0.983000</w:t>
        <w:br/>
        <w:t>vt 0.447900 0.982500</w:t>
        <w:br/>
        <w:t>vt 0.446200 0.991600</w:t>
        <w:br/>
        <w:t>vt 0.439300 0.972200</w:t>
        <w:br/>
        <w:t>vt 0.449900 0.972100</w:t>
        <w:br/>
        <w:t>vt 0.612100 0.981400</w:t>
        <w:br/>
        <w:t>vt 0.621800 0.976400</w:t>
        <w:br/>
        <w:t>vt 0.622400 0.978400</w:t>
        <w:br/>
        <w:t>vt 0.613900 0.984300</w:t>
        <w:br/>
        <w:t>vt 0.629000 0.971400</w:t>
        <w:br/>
        <w:t>vt 0.629100 0.972800</w:t>
        <w:br/>
        <w:t>vt 0.474100 0.985800</w:t>
        <w:br/>
        <w:t>vt 0.483400 0.989100</w:t>
        <w:br/>
        <w:t>vt 0.480200 0.991300</w:t>
        <w:br/>
        <w:t>vt 0.472400 0.989100</w:t>
        <w:br/>
        <w:t>vt 0.472400 0.989100</w:t>
        <w:br/>
        <w:t>vt 0.471900 0.992400</w:t>
        <w:br/>
        <w:t>vt 0.462900 0.986100</w:t>
        <w:br/>
        <w:t>vt 0.463500 0.984000</w:t>
        <w:br/>
        <w:t>vt 0.463500 0.984000</w:t>
        <w:br/>
        <w:t>vt 0.464400 0.981600</w:t>
        <w:br/>
        <w:t>vt 0.456100 0.978600</w:t>
        <w:br/>
        <w:t>vt 0.456300 0.977100</w:t>
        <w:br/>
        <w:t>vt 0.456100 0.978600</w:t>
        <w:br/>
        <w:t>vt 0.438000 0.963000</w:t>
        <w:br/>
        <w:t>vt 0.451800 0.962600</w:t>
        <w:br/>
        <w:t>vt 0.484100 0.992100</w:t>
        <w:br/>
        <w:t>vt 0.451200 0.959800</w:t>
        <w:br/>
        <w:t>vt 0.437900 0.959700</w:t>
        <w:br/>
        <w:t>vt 0.606800 0.987400</w:t>
        <w:br/>
        <w:t>vt 0.606600 0.990400</w:t>
        <w:br/>
        <w:t>vt 0.603400 0.989100</w:t>
        <w:br/>
        <w:t>vt 0.603700 0.985800</w:t>
        <w:br/>
        <w:t>vt 0.449100 0.956100</w:t>
        <w:br/>
        <w:t>vt 0.451200 0.959800</w:t>
        <w:br/>
        <w:t>vt 0.437900 0.959700</w:t>
        <w:br/>
        <w:t>vt 0.437900 0.956400</w:t>
        <w:br/>
        <w:t>vt 0.480400 0.994500</w:t>
        <w:br/>
        <w:t>vt 0.033700 0.646600</w:t>
        <w:br/>
        <w:t>vt 0.043200 0.646800</w:t>
        <w:br/>
        <w:t>vt 0.043200 0.653600</w:t>
        <w:br/>
        <w:t>vt 0.033700 0.653600</w:t>
        <w:br/>
        <w:t>vt 0.023500 0.653600</w:t>
        <w:br/>
        <w:t>vt 0.023500 0.646800</w:t>
        <w:br/>
        <w:t>vt 0.023500 0.636500</w:t>
        <w:br/>
        <w:t>vt 0.033700 0.636500</w:t>
        <w:br/>
        <w:t>vt 0.033700 0.625800</w:t>
        <w:br/>
        <w:t>vt 0.043200 0.625700</w:t>
        <w:br/>
        <w:t>vt 0.043200 0.636700</w:t>
        <w:br/>
        <w:t>vt 0.255375 0.666100</w:t>
        <w:br/>
        <w:t>vt 0.255375 0.676550</w:t>
        <w:br/>
        <w:t>vt 0.245925 0.676550</w:t>
        <w:br/>
        <w:t>vt 0.245925 0.666100</w:t>
        <w:br/>
        <w:t>vt 0.235900 0.676550</w:t>
        <w:br/>
        <w:t>vt 0.235900 0.666100</w:t>
        <w:br/>
        <w:t>vt 0.023500 0.625800</w:t>
        <w:br/>
        <w:t>vt 0.023500 0.617000</w:t>
        <w:br/>
        <w:t>vt 0.033700 0.616800</w:t>
        <w:br/>
        <w:t>vt 0.043200 0.616500</w:t>
        <w:br/>
        <w:t>vt 0.016200 0.647000</w:t>
        <w:br/>
        <w:t>vt 0.016200 0.636500</w:t>
        <w:br/>
        <w:t>vt 0.016200 0.625600</w:t>
        <w:br/>
        <w:t>vt 0.016200 0.653600</w:t>
        <w:br/>
        <w:t>vt 0.262000 0.676550</w:t>
        <w:br/>
        <w:t>vt 0.262000 0.666100</w:t>
        <w:br/>
        <w:t>vt 0.016200 0.655100</w:t>
        <w:br/>
        <w:t>vt 0.016200 0.653600</w:t>
        <w:br/>
        <w:t>vt 0.023500 0.653600</w:t>
        <w:br/>
        <w:t>vt 0.023500 0.655100</w:t>
        <w:br/>
        <w:t>vt 0.033700 0.655100</w:t>
        <w:br/>
        <w:t>vt 0.033700 0.653600</w:t>
        <w:br/>
        <w:t>vt 0.043200 0.653600</w:t>
        <w:br/>
        <w:t>vt 0.012200 0.655100</w:t>
        <w:br/>
        <w:t>vt 0.012200 0.653600</w:t>
        <w:br/>
        <w:t>vt 0.012200 0.646700</w:t>
        <w:br/>
        <w:t>vt 0.012200 0.636200</w:t>
        <w:br/>
        <w:t>vt 0.006900 0.655100</w:t>
        <w:br/>
        <w:t>vt 0.006900 0.644400</w:t>
        <w:br/>
        <w:t>vt 0.012200 0.646700</w:t>
        <w:br/>
        <w:t>vt 0.012200 0.653600</w:t>
        <w:br/>
        <w:t>vt 0.012200 0.655100</w:t>
        <w:br/>
        <w:t>vt 0.012200 0.636200</w:t>
        <w:br/>
        <w:t>vt 0.006900 0.635100</w:t>
        <w:br/>
        <w:t>vt 0.006900 0.625200</w:t>
        <w:br/>
        <w:t>vt 0.012200 0.625500</w:t>
        <w:br/>
        <w:t>vt 0.006900 0.616000</w:t>
        <w:br/>
        <w:t>vt 0.012200 0.617000</w:t>
        <w:br/>
        <w:t>vt 0.006900 0.606900</w:t>
        <w:br/>
        <w:t>vt 0.012200 0.608400</w:t>
        <w:br/>
        <w:t>vt 0.016200 0.617200</w:t>
        <w:br/>
        <w:t>vt 0.012200 0.625500</w:t>
        <w:br/>
        <w:t>vt 0.012200 0.617000</w:t>
        <w:br/>
        <w:t>vt 0.176800 0.666100</w:t>
        <w:br/>
        <w:t>vt 0.176800 0.676550</w:t>
        <w:br/>
        <w:t>vt 0.169000 0.676550</w:t>
        <w:br/>
        <w:t>vt 0.169000 0.666100</w:t>
        <w:br/>
        <w:t>vt 0.033700 0.561100</w:t>
        <w:br/>
        <w:t>vt 0.033700 0.552800</w:t>
        <w:br/>
        <w:t>vt 0.043200 0.552800</w:t>
        <w:br/>
        <w:t>vt 0.043200 0.561200</w:t>
        <w:br/>
        <w:t>vt 0.185275 0.666100</w:t>
        <w:br/>
        <w:t>vt 0.185275 0.676550</w:t>
        <w:br/>
        <w:t>vt 0.033700 0.551400</w:t>
        <w:br/>
        <w:t>vt 0.043200 0.552800</w:t>
        <w:br/>
        <w:t>vt 0.033700 0.552800</w:t>
        <w:br/>
        <w:t>vt 0.023500 0.552800</w:t>
        <w:br/>
        <w:t>vt 0.023500 0.551400</w:t>
        <w:br/>
        <w:t>vt 0.023500 0.560900</w:t>
        <w:br/>
        <w:t>vt 0.023500 0.552800</w:t>
        <w:br/>
        <w:t>vt 0.006900 0.559100</w:t>
        <w:br/>
        <w:t>vt 0.006900 0.551400</w:t>
        <w:br/>
        <w:t>vt 0.012200 0.552800</w:t>
        <w:br/>
        <w:t>vt 0.012200 0.560500</w:t>
        <w:br/>
        <w:t>vt 0.012200 0.551400</w:t>
        <w:br/>
        <w:t>vt 0.016200 0.552800</w:t>
        <w:br/>
        <w:t>vt 0.012200 0.552800</w:t>
        <w:br/>
        <w:t>vt 0.016200 0.551400</w:t>
        <w:br/>
        <w:t>vt 0.012200 0.560500</w:t>
        <w:br/>
        <w:t>vt 0.012200 0.552800</w:t>
        <w:br/>
        <w:t>vt 0.016200 0.552800</w:t>
        <w:br/>
        <w:t>vt 0.016200 0.560700</w:t>
        <w:br/>
        <w:t>vt 0.012200 0.569700</w:t>
        <w:br/>
        <w:t>vt 0.006900 0.568400</w:t>
        <w:br/>
        <w:t>vt 0.016200 0.569900</w:t>
        <w:br/>
        <w:t>vt 0.012200 0.569700</w:t>
        <w:br/>
        <w:t>vt 0.012200 0.578400</w:t>
        <w:br/>
        <w:t>vt 0.006900 0.577400</w:t>
        <w:br/>
        <w:t>vt 0.227725 0.676550</w:t>
        <w:br/>
        <w:t>vt 0.227725 0.666100</w:t>
        <w:br/>
        <w:t>vt 0.220000 0.676550</w:t>
        <w:br/>
        <w:t>vt 0.220000 0.666100</w:t>
        <w:br/>
        <w:t>vt 0.012200 0.599100</w:t>
        <w:br/>
        <w:t>vt 0.006900 0.597800</w:t>
        <w:br/>
        <w:t>vt 0.042400 0.570600</w:t>
        <w:br/>
        <w:t>vt 0.033700 0.570400</w:t>
        <w:br/>
        <w:t>vt 0.023500 0.570200</w:t>
        <w:br/>
        <w:t>vt 0.016200 0.578500</w:t>
        <w:br/>
        <w:t>vt 0.012200 0.578400</w:t>
        <w:br/>
        <w:t>vt 0.023500 0.579200</w:t>
        <w:br/>
        <w:t>vt 0.023500 0.589200</w:t>
        <w:br/>
        <w:t>vt 0.016200 0.589300</w:t>
        <w:br/>
        <w:t>vt 0.033700 0.580100</w:t>
        <w:br/>
        <w:t>vt 0.043200 0.570700</w:t>
        <w:br/>
        <w:t>vt 0.043200 0.580500</w:t>
        <w:br/>
        <w:t>vt 0.042100 0.580400</w:t>
        <w:br/>
        <w:t>vt 0.043200 0.589400</w:t>
        <w:br/>
        <w:t>vt 0.042300 0.589400</w:t>
        <w:br/>
        <w:t>vt 0.202975 0.666100</w:t>
        <w:br/>
        <w:t>vt 0.211700 0.666100</w:t>
        <w:br/>
        <w:t>vt 0.211700 0.676550</w:t>
        <w:br/>
        <w:t>vt 0.202975 0.676550</w:t>
        <w:br/>
        <w:t>vt 0.194475 0.676550</w:t>
        <w:br/>
        <w:t>vt 0.194475 0.666100</w:t>
        <w:br/>
        <w:t>vt 0.043200 0.598600</w:t>
        <w:br/>
        <w:t>vt 0.033700 0.589300</w:t>
        <w:br/>
        <w:t>vt 0.033700 0.599000</w:t>
        <w:br/>
        <w:t>vt 0.023500 0.599200</w:t>
        <w:br/>
        <w:t>vt 0.012200 0.589000</w:t>
        <w:br/>
        <w:t>vt 0.006900 0.587600</w:t>
        <w:br/>
        <w:t>vt 0.016200 0.608700</w:t>
        <w:br/>
        <w:t>vt 0.023500 0.608500</w:t>
        <w:br/>
        <w:t>vt 0.033700 0.608100</w:t>
        <w:br/>
        <w:t>vt 0.043200 0.607800</w:t>
        <w:br/>
        <w:t>vt 0.016200 0.599300</w:t>
        <w:br/>
        <w:t>vt 0.012200 0.608400</w:t>
        <w:br/>
        <w:t>vt 0.012200 0.599100</w:t>
        <w:br/>
        <w:t>vt 0.012200 0.589000</w:t>
        <w:br/>
        <w:t>vt 0.340788 0.836721</w:t>
        <w:br/>
        <w:t>vt 0.334888 0.835121</w:t>
        <w:br/>
        <w:t>vt 0.339288 0.826121</w:t>
        <w:br/>
        <w:t>vt 0.331388 0.828121</w:t>
        <w:br/>
        <w:t>vt 0.330188 0.820821</w:t>
        <w:br/>
        <w:t>vt 0.333088 0.815621</w:t>
        <w:br/>
        <w:t>vt 0.338488 0.813521</w:t>
        <w:br/>
        <w:t>vt 0.335188 0.833921</w:t>
        <w:br/>
        <w:t>vt 0.346388 0.833821</w:t>
        <w:br/>
        <w:t>vt 0.349288 0.827721</w:t>
        <w:br/>
        <w:t>vt 0.343888 0.816021</w:t>
        <w:br/>
        <w:t>vt 0.347388 0.821621</w:t>
        <w:br/>
        <w:t>vt 0.478264 0.552557</w:t>
        <w:br/>
        <w:t>vt 0.480796 0.551410</w:t>
        <w:br/>
        <w:t>vt 0.479926 0.557582</w:t>
        <w:br/>
        <w:t>vt 0.476009 0.555010</w:t>
        <w:br/>
        <w:t>vt 0.475851 0.561340</w:t>
        <w:br/>
        <w:t>vt 0.474743 0.558412</w:t>
        <w:br/>
        <w:t>vt 0.481429 0.552003</w:t>
        <w:br/>
        <w:t>vt 0.483961 0.553784</w:t>
        <w:br/>
        <w:t>vt 0.484713 0.556672</w:t>
        <w:br/>
        <w:t>vt 0.483566 0.560153</w:t>
        <w:br/>
        <w:t>vt 0.478343 0.562843</w:t>
        <w:br/>
        <w:t>vt 0.481231 0.562606</w:t>
        <w:br/>
        <w:t>vt 0.515664 0.542269</w:t>
        <w:br/>
        <w:t>vt 0.515664 0.538769</w:t>
        <w:br/>
        <w:t>vt 0.514664 0.538769</w:t>
        <w:br/>
        <w:t>vt 0.514664 0.542269</w:t>
        <w:br/>
        <w:t>vt 0.515664 0.543369</w:t>
        <w:br/>
        <w:t>vt 0.514664 0.544369</w:t>
        <w:br/>
        <w:t>vt 0.517164 0.544369</w:t>
        <w:br/>
        <w:t>vt 0.517164 0.543369</w:t>
        <w:br/>
        <w:t>vt 0.647600 0.382100</w:t>
        <w:br/>
        <w:t>vt 0.650300 0.392400</w:t>
        <w:br/>
        <w:t>vt 0.647700 0.393600</w:t>
        <w:br/>
        <w:t>vt 0.695719 0.264705</w:t>
        <w:br/>
        <w:t>vt 0.695719 0.274105</w:t>
        <w:br/>
        <w:t>vt 0.678119 0.273305</w:t>
        <w:br/>
        <w:t>vt 0.675919 0.262105</w:t>
        <w:br/>
        <w:t>vt 0.695719 0.260305</w:t>
        <w:br/>
        <w:t>vt 0.675319 0.258205</w:t>
        <w:br/>
        <w:t>vt 0.695719 0.254205</w:t>
        <w:br/>
        <w:t>vt 0.675519 0.253305</w:t>
        <w:br/>
        <w:t>vt 0.659719 0.257905</w:t>
        <w:br/>
        <w:t>vt 0.659219 0.252905</w:t>
        <w:br/>
        <w:t>vt 0.660219 0.247905</w:t>
        <w:br/>
        <w:t>vt 0.676419 0.248405</w:t>
        <w:br/>
        <w:t>vt 0.659219 0.252905</w:t>
        <w:br/>
        <w:t>vt 0.659719 0.257905</w:t>
        <w:br/>
        <w:t>vt 0.657819 0.258205</w:t>
        <w:br/>
        <w:t>vt 0.657519 0.252605</w:t>
        <w:br/>
        <w:t>vt 0.661019 0.261605</w:t>
        <w:br/>
        <w:t>vt 0.658819 0.263305</w:t>
        <w:br/>
        <w:t>vt 0.661019 0.261605</w:t>
        <w:br/>
        <w:t>vt 0.695719 0.248305</w:t>
        <w:br/>
        <w:t>vt 0.679519 0.237305</w:t>
        <w:br/>
        <w:t>vt 0.695719 0.236205</w:t>
        <w:br/>
        <w:t>vt 0.695719 0.220505</w:t>
        <w:br/>
        <w:t>vt 0.643700 0.392500</w:t>
        <w:br/>
        <w:t>vt 0.641700 0.389500</w:t>
        <w:br/>
        <w:t>vt 0.672319 0.289005</w:t>
        <w:br/>
        <w:t>vt 0.695719 0.289005</w:t>
        <w:br/>
        <w:t>vt 0.680019 0.301405</w:t>
        <w:br/>
        <w:t>vt 0.695719 0.301405</w:t>
        <w:br/>
        <w:t>vt 0.683819 0.306805</w:t>
        <w:br/>
        <w:t>vt 0.695719 0.306805</w:t>
        <w:br/>
        <w:t>vt 0.656300 0.360100</w:t>
        <w:br/>
        <w:t>vt 0.650800 0.369500</w:t>
        <w:br/>
        <w:t>vt 0.654000 0.359100</w:t>
        <w:br/>
        <w:t>vt 0.654800 0.370700</w:t>
        <w:br/>
        <w:t>vt 0.652500 0.384500</w:t>
        <w:br/>
        <w:t>vt 0.642400 0.380400</w:t>
        <w:br/>
        <w:t>vt 0.647300 0.367400</w:t>
        <w:br/>
        <w:t>vt 0.650800 0.369500</w:t>
        <w:br/>
        <w:t>vt 0.658300 0.355500</w:t>
        <w:br/>
        <w:t>vt 0.658900 0.355900</w:t>
        <w:br/>
        <w:t>vt 0.660400 0.355000</w:t>
        <w:br/>
        <w:t>vt 0.660400 0.354500</w:t>
        <w:br/>
        <w:t>vt 0.683619 0.200705</w:t>
        <w:br/>
        <w:t>vt 0.695719 0.200705</w:t>
        <w:br/>
        <w:t>vt 0.695719 0.203305</w:t>
        <w:br/>
        <w:t>vt 0.682319 0.203305</w:t>
        <w:br/>
        <w:t>vt 0.695719 0.209305</w:t>
        <w:br/>
        <w:t>vt 0.679219 0.209305</w:t>
        <w:br/>
        <w:t>vt 0.722635 0.465432</w:t>
        <w:br/>
        <w:t>vt 0.722145 0.467679</w:t>
        <w:br/>
        <w:t>vt 0.720679 0.467360</w:t>
        <w:br/>
        <w:t>vt 0.721169 0.465112</w:t>
        <w:br/>
        <w:t>vt 0.687176 0.459539</w:t>
        <w:br/>
        <w:t>vt 0.672182 0.461181</w:t>
        <w:br/>
        <w:t>vt 0.673009 0.456448</w:t>
        <w:br/>
        <w:t>vt 0.677043 0.453439</w:t>
        <w:br/>
        <w:t>vt 0.688421 0.453362</w:t>
        <w:br/>
        <w:t>vt 0.719400 0.252022</w:t>
        <w:br/>
        <w:t>vt 0.719400 0.258222</w:t>
        <w:br/>
        <w:t>vt 0.739000 0.255822</w:t>
        <w:br/>
        <w:t>vt 0.738700 0.250222</w:t>
        <w:br/>
        <w:t>vt 0.719400 0.263622</w:t>
        <w:br/>
        <w:t>vt 0.738700 0.260522</w:t>
        <w:br/>
        <w:t>vt 0.751700 0.259222</w:t>
        <w:br/>
        <w:t>vt 0.752900 0.254722</w:t>
        <w:br/>
        <w:t>vt 0.743000 0.289622</w:t>
        <w:br/>
        <w:t>vt 0.736600 0.272722</w:t>
        <w:br/>
        <w:t>vt 0.719400 0.293022</w:t>
        <w:br/>
        <w:t>vt 0.674678 0.464284</w:t>
        <w:br/>
        <w:t>vt 0.685583 0.465435</w:t>
        <w:br/>
        <w:t>vt 0.703183 0.461700</w:t>
        <w:br/>
        <w:t>vt 0.702908 0.466246</w:t>
        <w:br/>
        <w:t>vt 0.719400 0.275422</w:t>
        <w:br/>
        <w:t>vt 0.719400 0.245622</w:t>
        <w:br/>
        <w:t>vt 0.738100 0.244322</w:t>
        <w:br/>
        <w:t>vt 0.734700 0.232522</w:t>
        <w:br/>
        <w:t>vt 0.719400 0.232722</w:t>
        <w:br/>
        <w:t>vt 0.719400 0.215122</w:t>
        <w:br/>
        <w:t>vt 0.704665 0.457725</w:t>
        <w:br/>
        <w:t>vt 0.703183 0.461700</w:t>
        <w:br/>
        <w:t>vt 0.715698 0.463919</w:t>
        <w:br/>
        <w:t>vt 0.715208 0.466166</w:t>
        <w:br/>
        <w:t>vt 0.733000 0.196022</w:t>
        <w:br/>
        <w:t>vt 0.719400 0.196122</w:t>
        <w:br/>
        <w:t>vt 0.719400 0.202022</w:t>
        <w:br/>
        <w:t>vt 0.735300 0.201422</w:t>
        <w:br/>
        <w:t>vt 0.742000 0.214522</w:t>
        <w:br/>
        <w:t>vt 0.764348 0.193149</w:t>
        <w:br/>
        <w:t>vt 0.763660 0.183035</w:t>
        <w:br/>
        <w:t>vt 0.767445 0.183172</w:t>
        <w:br/>
        <w:t>vt 0.769371 0.185030</w:t>
        <w:br/>
        <w:t>vt 0.769027 0.192530</w:t>
        <w:br/>
        <w:t>vt 0.750900 0.271222</w:t>
        <w:br/>
        <w:t>vt 0.751700 0.259222</w:t>
        <w:br/>
        <w:t>vt 0.766757 0.205742</w:t>
        <w:br/>
        <w:t>vt 0.763523 0.205466</w:t>
        <w:br/>
        <w:t>vt 0.762215 0.216407</w:t>
        <w:br/>
        <w:t>vt 0.764279 0.216132</w:t>
        <w:br/>
        <w:t>vt 0.763729 0.220604</w:t>
        <w:br/>
        <w:t>vt 0.762628 0.220604</w:t>
        <w:br/>
        <w:t>vt 0.719400 0.305822</w:t>
        <w:br/>
        <w:t>vt 0.736600 0.304222</w:t>
        <w:br/>
        <w:t>vt 0.753700 0.260122</w:t>
        <w:br/>
        <w:t>vt 0.755200 0.255022</w:t>
        <w:br/>
        <w:t>vt 0.753700 0.248822</w:t>
        <w:br/>
        <w:t>vt 0.756000 0.248422</w:t>
        <w:br/>
        <w:t>vt 0.753400 0.242922</w:t>
        <w:br/>
        <w:t>vt 0.755300 0.242122</w:t>
        <w:br/>
        <w:t>vt 0.751000 0.230922</w:t>
        <w:br/>
        <w:t>vt 0.763523 0.205466</w:t>
        <w:br/>
        <w:t>vt 0.760151 0.206223</w:t>
        <w:br/>
        <w:t>vt 0.759600 0.193012</w:t>
        <w:br/>
        <w:t>vt 0.762215 0.216407</w:t>
        <w:br/>
        <w:t>vt 0.760701 0.185030</w:t>
        <w:br/>
        <w:t>vt 0.753400 0.242922</w:t>
        <w:br/>
        <w:t>vt 0.364502 0.933588</w:t>
        <w:br/>
        <w:t>vt 0.357443 0.936388</w:t>
        <w:br/>
        <w:t>vt 0.355697 0.934088</w:t>
        <w:br/>
        <w:t>vt 0.355478 0.930588</w:t>
        <w:br/>
        <w:t>vt 0.364065 0.938288</w:t>
        <w:br/>
        <w:t>vt 0.375199 0.933688</w:t>
        <w:br/>
        <w:t>vt 0.375563 0.937588</w:t>
        <w:br/>
        <w:t>vt 0.375199 0.929688</w:t>
        <w:br/>
        <w:t>vt 0.375199 0.933688</w:t>
        <w:br/>
        <w:t>vt 0.364502 0.933588</w:t>
        <w:br/>
        <w:t>vt 0.363992 0.928688</w:t>
        <w:br/>
        <w:t>vt 0.663719 0.274505</w:t>
        <w:br/>
        <w:t>vt 0.357006 0.928688</w:t>
        <w:br/>
        <w:t>vt 0.384877 0.934388</w:t>
        <w:br/>
        <w:t>vt 0.384804 0.931587</w:t>
        <w:br/>
        <w:t>vt 0.715208 0.466166</w:t>
        <w:br/>
        <w:t>vt 0.734400 0.310522</w:t>
        <w:br/>
        <w:t>vt 0.719400 0.311422</w:t>
        <w:br/>
        <w:t>vt 0.719400 0.313122</w:t>
        <w:br/>
        <w:t>vt 0.735100 0.313122</w:t>
        <w:br/>
        <w:t>vt 0.672319 0.220905</w:t>
        <w:br/>
        <w:t>vt 0.762972 0.222393</w:t>
        <w:br/>
        <w:t>vt 0.762078 0.221637</w:t>
        <w:br/>
        <w:t>vt 0.762628 0.220604</w:t>
        <w:br/>
        <w:t>vt 0.391863 0.933588</w:t>
        <w:br/>
        <w:t>vt 0.389098 0.933887</w:t>
        <w:br/>
        <w:t>vt 0.389098 0.931988</w:t>
        <w:br/>
        <w:t>vt 0.391936 0.932188</w:t>
        <w:br/>
        <w:t>vt 0.384804 0.931587</w:t>
        <w:br/>
        <w:t>vt 0.695719 0.308305</w:t>
        <w:br/>
        <w:t>vt 0.684819 0.308305</w:t>
        <w:br/>
        <w:t>vt 0.719400 0.194522</w:t>
        <w:br/>
        <w:t>vt 0.732800 0.194522</w:t>
        <w:br/>
        <w:t>vt 0.658019 0.247005</w:t>
        <w:br/>
        <w:t>vt 0.660219 0.247905</w:t>
        <w:br/>
        <w:t>vt 0.663119 0.236005</w:t>
        <w:br/>
        <w:t>vt 0.384804 0.931587</w:t>
        <w:br/>
        <w:t>vt 0.645924 0.232467</w:t>
        <w:br/>
        <w:t>vt 0.645924 0.226082</w:t>
        <w:br/>
        <w:t>vt 0.629485 0.229689</w:t>
        <w:br/>
        <w:t>vt 0.629485 0.234197</w:t>
        <w:br/>
        <w:t>vt 0.629485 0.194997</w:t>
        <w:br/>
        <w:t>vt 0.640528 0.194997</w:t>
        <w:br/>
        <w:t>vt 0.640528 0.184771</w:t>
        <w:br/>
        <w:t>vt 0.629485 0.184771</w:t>
        <w:br/>
        <w:t>vt 0.640528 0.210631</w:t>
        <w:br/>
        <w:t>vt 0.629485 0.210631</w:t>
        <w:br/>
        <w:t>vt 0.629485 0.218909</w:t>
        <w:br/>
        <w:t>vt 0.640528 0.221975</w:t>
        <w:br/>
        <w:t>vt 0.656393 0.184771</w:t>
        <w:br/>
        <w:t>vt 0.656393 0.208248</w:t>
        <w:br/>
        <w:t>vt 0.660864 0.208248</w:t>
        <w:br/>
        <w:t>vt 0.660864 0.184771</w:t>
        <w:br/>
        <w:t>vt 0.629485 0.221316</w:t>
        <w:br/>
        <w:t>vt 0.640528 0.221975</w:t>
        <w:br/>
        <w:t>vt 0.629485 0.224565</w:t>
        <w:br/>
        <w:t>vt 0.629485 0.221316</w:t>
        <w:br/>
        <w:t>vt 0.645924 0.226082</w:t>
        <w:br/>
        <w:t>vt 0.651205 0.229169</w:t>
        <w:br/>
        <w:t>vt 0.645924 0.232467</w:t>
        <w:br/>
        <w:t>vt 0.629485 0.234197</w:t>
        <w:br/>
        <w:t>vt 0.629485 0.229689</w:t>
        <w:br/>
        <w:t>vt 0.645924 0.226082</w:t>
        <w:br/>
        <w:t>vt 0.629485 0.194997</w:t>
        <w:br/>
        <w:t>vt 0.629485 0.184771</w:t>
        <w:br/>
        <w:t>vt 0.640528 0.184771</w:t>
        <w:br/>
        <w:t>vt 0.640528 0.194997</w:t>
        <w:br/>
        <w:t>vt 0.629485 0.218909</w:t>
        <w:br/>
        <w:t>vt 0.629485 0.210631</w:t>
        <w:br/>
        <w:t>vt 0.640528 0.210631</w:t>
        <w:br/>
        <w:t>vt 0.640528 0.221975</w:t>
        <w:br/>
        <w:t>vt 0.656393 0.184771</w:t>
        <w:br/>
        <w:t>vt 0.656393 0.208248</w:t>
        <w:br/>
        <w:t>vt 0.660864 0.208248</w:t>
        <w:br/>
        <w:t>vt 0.660864 0.184771</w:t>
        <w:br/>
        <w:t>vt 0.629485 0.221316</w:t>
        <w:br/>
        <w:t>vt 0.629485 0.224565</w:t>
        <w:br/>
        <w:t>vt 0.640528 0.221975</w:t>
        <w:br/>
        <w:t>vt 0.629485 0.221316</w:t>
        <w:br/>
        <w:t>vt 0.645924 0.226082</w:t>
        <w:br/>
        <w:t>vt 0.651205 0.229169</w:t>
        <w:br/>
        <w:t>vt 0.302989 0.698138</w:t>
        <w:br/>
        <w:t>vt 0.302097 0.692412</w:t>
        <w:br/>
        <w:t>vt 0.298389 0.694571</w:t>
        <w:br/>
        <w:t>vt 0.299657 0.699594</w:t>
        <w:br/>
        <w:t>vt 0.295807 0.700532</w:t>
        <w:br/>
        <w:t>vt 0.295057 0.696543</w:t>
        <w:br/>
        <w:t>vt 0.291255 0.698232</w:t>
        <w:br/>
        <w:t>vt 0.291583 0.701612</w:t>
        <w:br/>
        <w:t>vt 0.303787 0.703161</w:t>
        <w:br/>
        <w:t>vt 0.302942 0.704475</w:t>
        <w:br/>
        <w:t>vt 0.375614 0.994136</w:t>
        <w:br/>
        <w:t>vt 0.381123 0.988461</w:t>
        <w:br/>
        <w:t>vt 0.374676 0.992676</w:t>
        <w:br/>
        <w:t>vt 0.418451 0.981175</w:t>
        <w:br/>
        <w:t>vt 0.428676 0.983806</w:t>
        <w:br/>
        <w:t>vt 0.427860 0.980978</w:t>
        <w:br/>
        <w:t>vt 0.431675 0.956482</w:t>
        <w:br/>
        <w:t>vt 0.432516 0.946586</w:t>
        <w:br/>
        <w:t>vt 0.421366 0.946586</w:t>
        <w:br/>
        <w:t>vt 0.420480 0.956146</w:t>
        <w:br/>
        <w:t>vt 0.367101 0.946586</w:t>
        <w:br/>
        <w:t>vt 0.356667 0.946586</w:t>
        <w:br/>
        <w:t>vt 0.358442 0.958552</w:t>
        <w:br/>
        <w:t>vt 0.368617 0.959277</w:t>
        <w:br/>
        <w:t>vt 0.427781 0.973772</w:t>
        <w:br/>
        <w:t>vt 0.429531 0.968608</w:t>
        <w:br/>
        <w:t>vt 0.419121 0.967444</w:t>
        <w:br/>
        <w:t>vt 0.418337 0.973005</w:t>
        <w:br/>
        <w:t>vt 0.406945 0.955808</w:t>
        <w:br/>
        <w:t>vt 0.406591 0.967091</w:t>
        <w:br/>
        <w:t>vt 0.393150 0.956065</w:t>
        <w:br/>
        <w:t>vt 0.394107 0.968031</w:t>
        <w:br/>
        <w:t>vt 0.406564 0.973011</w:t>
        <w:br/>
        <w:t>vt 0.394873 0.974219</w:t>
        <w:br/>
        <w:t>vt 0.383323 0.970654</w:t>
        <w:br/>
        <w:t>vt 0.385104 0.976900</w:t>
        <w:br/>
        <w:t>vt 0.374048 0.975017</w:t>
        <w:br/>
        <w:t>vt 0.376806 0.980981</w:t>
        <w:br/>
        <w:t>vt 0.380164 0.957224</w:t>
        <w:br/>
        <w:t>vt 0.378592 0.946586</w:t>
        <w:br/>
        <w:t>vt 0.369326 0.985896</w:t>
        <w:br/>
        <w:t>vt 0.370628 0.987304</w:t>
        <w:br/>
        <w:t>vt 0.377881 0.982697</w:t>
        <w:br/>
        <w:t>vt 0.385854 0.978837</w:t>
        <w:br/>
        <w:t>vt 0.395275 0.976282</w:t>
        <w:br/>
        <w:t>vt 0.406652 0.975093</w:t>
        <w:br/>
        <w:t>vt 0.418078 0.975040</w:t>
        <w:br/>
        <w:t>vt 0.427244 0.975537</w:t>
        <w:br/>
        <w:t>vt 0.386956 0.980930</w:t>
        <w:br/>
        <w:t>vt 0.379243 0.984590</w:t>
        <w:br/>
        <w:t>vt 0.388523 0.984766</w:t>
        <w:br/>
        <w:t>vt 0.395924 0.978412</w:t>
        <w:br/>
        <w:t>vt 0.396759 0.982324</w:t>
        <w:br/>
        <w:t>vt 0.406870 0.976990</w:t>
        <w:br/>
        <w:t>vt 0.407641 0.981707</w:t>
        <w:br/>
        <w:t>vt 0.418228 0.978869</w:t>
        <w:br/>
        <w:t>vt 0.418034 0.976864</w:t>
        <w:br/>
        <w:t>vt 0.385854 0.978837</w:t>
        <w:br/>
        <w:t>vt 0.377881 0.982697</w:t>
        <w:br/>
        <w:t>vt 0.395924 0.978412</w:t>
        <w:br/>
        <w:t>vt 0.395275 0.976282</w:t>
        <w:br/>
        <w:t>vt 0.406652 0.975093</w:t>
        <w:br/>
        <w:t>vt 0.418078 0.975040</w:t>
        <w:br/>
        <w:t>vt 0.427155 0.977244</w:t>
        <w:br/>
        <w:t>vt 0.427244 0.975537</w:t>
        <w:br/>
        <w:t>vt 0.372142 0.988789</w:t>
        <w:br/>
        <w:t>vt 0.370628 0.987304</w:t>
        <w:br/>
        <w:t>vt 0.367178 0.983034</w:t>
        <w:br/>
        <w:t>vt 0.366737 0.978374</w:t>
        <w:br/>
        <w:t>vt 0.360866 0.974182</w:t>
        <w:br/>
        <w:t>vt 0.358983 0.972035</w:t>
        <w:br/>
        <w:t>vt 0.428721 0.980746</w:t>
        <w:br/>
        <w:t>vt 0.427860 0.980978</w:t>
        <w:br/>
        <w:t>vt 0.428676 0.983806</w:t>
        <w:br/>
        <w:t>vt 0.429717 0.983830</w:t>
        <w:br/>
        <w:t>vt 0.432799 0.956448</w:t>
        <w:br/>
        <w:t>vt 0.434281 0.945496</w:t>
        <w:br/>
        <w:t>vt 0.432516 0.946586</w:t>
        <w:br/>
        <w:t>vt 0.431675 0.956482</w:t>
        <w:br/>
        <w:t>vt 0.421504 0.945496</w:t>
        <w:br/>
        <w:t>vt 0.434281 0.945496</w:t>
        <w:br/>
        <w:t>vt 0.366891 0.945496</w:t>
        <w:br/>
        <w:t>vt 0.355811 0.945496</w:t>
        <w:br/>
        <w:t>vt 0.357378 0.958443</w:t>
        <w:br/>
        <w:t>vt 0.358442 0.958552</w:t>
        <w:br/>
        <w:t>vt 0.356667 0.946586</w:t>
        <w:br/>
        <w:t>vt 0.355811 0.945496</w:t>
        <w:br/>
        <w:t>vt 0.428716 0.974044</w:t>
        <w:br/>
        <w:t>vt 0.430612 0.968898</w:t>
        <w:br/>
        <w:t>vt 0.429531 0.968608</w:t>
        <w:br/>
        <w:t>vt 0.427781 0.973772</w:t>
        <w:br/>
        <w:t>vt 0.406954 0.945496</w:t>
        <w:br/>
        <w:t>vt 0.406974 0.946586</w:t>
        <w:br/>
        <w:t>vt 0.392124 0.945496</w:t>
        <w:br/>
        <w:t>vt 0.392207 0.946586</w:t>
        <w:br/>
        <w:t>vt 0.378425 0.945496</w:t>
        <w:br/>
        <w:t>vt 0.378592 0.946586</w:t>
        <w:br/>
        <w:t>vt 0.428066 0.975738</w:t>
        <w:br/>
        <w:t>vt 0.427244 0.975537</w:t>
        <w:br/>
        <w:t>vt 0.427984 0.977186</w:t>
        <w:br/>
        <w:t>vt 0.427155 0.977244</w:t>
        <w:br/>
        <w:t>vt 0.366040 0.982541</w:t>
        <w:br/>
        <w:t>vt 0.367178 0.983034</w:t>
        <w:br/>
        <w:t>vt 0.366737 0.978374</w:t>
        <w:br/>
        <w:t>vt 0.365852 0.979030</w:t>
        <w:br/>
        <w:t>vt 0.361205 0.975776</w:t>
        <w:br/>
        <w:t>vt 0.360866 0.974182</w:t>
        <w:br/>
        <w:t>vt 0.357828 0.971888</w:t>
        <w:br/>
        <w:t>vt 0.358983 0.972035</w:t>
        <w:br/>
        <w:t>vt 0.373819 0.991244</w:t>
        <w:br/>
        <w:t>vt 0.427155 0.977244</w:t>
        <w:br/>
        <w:t>vt 0.298389 0.694571</w:t>
        <w:br/>
        <w:t>vt 0.302097 0.692412</w:t>
        <w:br/>
        <w:t>vt 0.302989 0.698139</w:t>
        <w:br/>
        <w:t>vt 0.299657 0.699594</w:t>
        <w:br/>
        <w:t>vt 0.295807 0.700532</w:t>
        <w:br/>
        <w:t>vt 0.291583 0.701612</w:t>
        <w:br/>
        <w:t>vt 0.291254 0.698232</w:t>
        <w:br/>
        <w:t>vt 0.295057 0.696543</w:t>
        <w:br/>
        <w:t>vt 0.303787 0.703161</w:t>
        <w:br/>
        <w:t>vt 0.302942 0.704475</w:t>
        <w:br/>
        <w:t>vt 0.375614 0.994136</w:t>
        <w:br/>
        <w:t>vt 0.374676 0.992676</w:t>
        <w:br/>
        <w:t>vt 0.381123 0.988461</w:t>
        <w:br/>
        <w:t>vt 0.418451 0.981175</w:t>
        <w:br/>
        <w:t>vt 0.427860 0.980978</w:t>
        <w:br/>
        <w:t>vt 0.428676 0.983806</w:t>
        <w:br/>
        <w:t>vt 0.431675 0.956482</w:t>
        <w:br/>
        <w:t>vt 0.420480 0.956146</w:t>
        <w:br/>
        <w:t>vt 0.421366 0.946586</w:t>
        <w:br/>
        <w:t>vt 0.432516 0.946586</w:t>
        <w:br/>
        <w:t>vt 0.358442 0.958552</w:t>
        <w:br/>
        <w:t>vt 0.356667 0.946586</w:t>
        <w:br/>
        <w:t>vt 0.367101 0.946586</w:t>
        <w:br/>
        <w:t>vt 0.368617 0.959277</w:t>
        <w:br/>
        <w:t>vt 0.419121 0.967444</w:t>
        <w:br/>
        <w:t>vt 0.429531 0.968608</w:t>
        <w:br/>
        <w:t>vt 0.427781 0.973772</w:t>
        <w:br/>
        <w:t>vt 0.418337 0.973005</w:t>
        <w:br/>
        <w:t>vt 0.406945 0.955808</w:t>
        <w:br/>
        <w:t>vt 0.406591 0.967091</w:t>
        <w:br/>
        <w:t>vt 0.393150 0.956065</w:t>
        <w:br/>
        <w:t>vt 0.394107 0.968031</w:t>
        <w:br/>
        <w:t>vt 0.406564 0.973011</w:t>
        <w:br/>
        <w:t>vt 0.394873 0.974219</w:t>
        <w:br/>
        <w:t>vt 0.383323 0.970654</w:t>
        <w:br/>
        <w:t>vt 0.385104 0.976900</w:t>
        <w:br/>
        <w:t>vt 0.374048 0.975017</w:t>
        <w:br/>
        <w:t>vt 0.376806 0.980981</w:t>
        <w:br/>
        <w:t>vt 0.380164 0.957224</w:t>
        <w:br/>
        <w:t>vt 0.378592 0.946586</w:t>
        <w:br/>
        <w:t>vt 0.377881 0.982697</w:t>
        <w:br/>
        <w:t>vt 0.370628 0.987304</w:t>
        <w:br/>
        <w:t>vt 0.369326 0.985896</w:t>
        <w:br/>
        <w:t>vt 0.385854 0.978837</w:t>
        <w:br/>
        <w:t>vt 0.395276 0.976282</w:t>
        <w:br/>
        <w:t>vt 0.406652 0.975093</w:t>
        <w:br/>
        <w:t>vt 0.418078 0.975040</w:t>
        <w:br/>
        <w:t>vt 0.427244 0.975537</w:t>
        <w:br/>
        <w:t>vt 0.386956 0.980930</w:t>
        <w:br/>
        <w:t>vt 0.388522 0.984766</w:t>
        <w:br/>
        <w:t>vt 0.379243 0.984590</w:t>
        <w:br/>
        <w:t>vt 0.395924 0.978412</w:t>
        <w:br/>
        <w:t>vt 0.396759 0.982324</w:t>
        <w:br/>
        <w:t>vt 0.406870 0.976990</w:t>
        <w:br/>
        <w:t>vt 0.407641 0.981707</w:t>
        <w:br/>
        <w:t>vt 0.418034 0.976864</w:t>
        <w:br/>
        <w:t>vt 0.418228 0.978869</w:t>
        <w:br/>
        <w:t>vt 0.385854 0.978837</w:t>
        <w:br/>
        <w:t>vt 0.377881 0.982697</w:t>
        <w:br/>
        <w:t>vt 0.395276 0.976282</w:t>
        <w:br/>
        <w:t>vt 0.395924 0.978412</w:t>
        <w:br/>
        <w:t>vt 0.406652 0.975093</w:t>
        <w:br/>
        <w:t>vt 0.418078 0.975040</w:t>
        <w:br/>
        <w:t>vt 0.427244 0.975537</w:t>
        <w:br/>
        <w:t>vt 0.427155 0.977244</w:t>
        <w:br/>
        <w:t>vt 0.372142 0.988789</w:t>
        <w:br/>
        <w:t>vt 0.370628 0.987304</w:t>
        <w:br/>
        <w:t>vt 0.367178 0.983034</w:t>
        <w:br/>
        <w:t>vt 0.366737 0.978374</w:t>
        <w:br/>
        <w:t>vt 0.360866 0.974182</w:t>
        <w:br/>
        <w:t>vt 0.358983 0.972035</w:t>
        <w:br/>
        <w:t>vt 0.428676 0.983806</w:t>
        <w:br/>
        <w:t>vt 0.427860 0.980978</w:t>
        <w:br/>
        <w:t>vt 0.428721 0.980746</w:t>
        <w:br/>
        <w:t>vt 0.429717 0.983831</w:t>
        <w:br/>
        <w:t>vt 0.432799 0.956448</w:t>
        <w:br/>
        <w:t>vt 0.431675 0.956482</w:t>
        <w:br/>
        <w:t>vt 0.432516 0.946586</w:t>
        <w:br/>
        <w:t>vt 0.434281 0.945496</w:t>
        <w:br/>
        <w:t>vt 0.421504 0.945496</w:t>
        <w:br/>
        <w:t>vt 0.434281 0.945496</w:t>
        <w:br/>
        <w:t>vt 0.366891 0.945496</w:t>
        <w:br/>
        <w:t>vt 0.355811 0.945496</w:t>
        <w:br/>
        <w:t>vt 0.356667 0.946586</w:t>
        <w:br/>
        <w:t>vt 0.358442 0.958552</w:t>
        <w:br/>
        <w:t>vt 0.357378 0.958443</w:t>
        <w:br/>
        <w:t>vt 0.355811 0.945496</w:t>
        <w:br/>
        <w:t>vt 0.428716 0.974044</w:t>
        <w:br/>
        <w:t>vt 0.427781 0.973772</w:t>
        <w:br/>
        <w:t>vt 0.429531 0.968608</w:t>
        <w:br/>
        <w:t>vt 0.430612 0.968898</w:t>
        <w:br/>
        <w:t>vt 0.406974 0.946586</w:t>
        <w:br/>
        <w:t>vt 0.406954 0.945496</w:t>
        <w:br/>
        <w:t>vt 0.392207 0.946586</w:t>
        <w:br/>
        <w:t>vt 0.392124 0.945496</w:t>
        <w:br/>
        <w:t>vt 0.378592 0.946586</w:t>
        <w:br/>
        <w:t>vt 0.378425 0.945496</w:t>
        <w:br/>
        <w:t>vt 0.428066 0.975738</w:t>
        <w:br/>
        <w:t>vt 0.427244 0.975537</w:t>
        <w:br/>
        <w:t>vt 0.427155 0.977244</w:t>
        <w:br/>
        <w:t>vt 0.427984 0.977186</w:t>
        <w:br/>
        <w:t>vt 0.366737 0.978374</w:t>
        <w:br/>
        <w:t>vt 0.367178 0.983034</w:t>
        <w:br/>
        <w:t>vt 0.366040 0.982541</w:t>
        <w:br/>
        <w:t>vt 0.365852 0.979030</w:t>
        <w:br/>
        <w:t>vt 0.361205 0.975776</w:t>
        <w:br/>
        <w:t>vt 0.358983 0.972035</w:t>
        <w:br/>
        <w:t>vt 0.357828 0.971888</w:t>
        <w:br/>
        <w:t>vt 0.373820 0.991244</w:t>
        <w:br/>
        <w:t>vt 0.427155 0.977244</w:t>
        <w:br/>
        <w:t>vt 0.590900 0.936700</w:t>
        <w:br/>
        <w:t>vt 0.593300 0.936400</w:t>
        <w:br/>
        <w:t>vt 0.591100 0.922500</w:t>
        <w:br/>
        <w:t>vt 0.583700 0.923600</w:t>
        <w:br/>
        <w:t>vt 0.606700 0.962200</w:t>
        <w:br/>
        <w:t>vt 0.604100 0.949800</w:t>
        <w:br/>
        <w:t>vt 0.599000 0.950700</w:t>
        <w:br/>
        <w:t>vt 0.613800 0.953400</w:t>
        <w:br/>
        <w:t>vt 0.613000 0.948100</w:t>
        <w:br/>
        <w:t>vt 0.607700 0.948900</w:t>
        <w:br/>
        <w:t>vt 0.607300 0.968000</w:t>
        <w:br/>
        <w:t>vt 0.622700 0.963400</w:t>
        <w:br/>
        <w:t>vt 0.615900 0.958800</w:t>
        <w:br/>
        <w:t>vt 0.622700 0.958700</w:t>
        <w:br/>
        <w:t>vt 0.469000 0.965600</w:t>
        <w:br/>
        <w:t>vt 0.474700 0.970200</w:t>
        <w:br/>
        <w:t>vt 0.478000 0.966600</w:t>
        <w:br/>
        <w:t>vt 0.484100 0.972700</w:t>
        <w:br/>
        <w:t>vt 0.481800 0.977400</w:t>
        <w:br/>
        <w:t>vt 0.492200 0.974700</w:t>
        <w:br/>
        <w:t>vt 0.489600 0.983900</w:t>
        <w:br/>
        <w:t>vt 0.624100 0.838300</w:t>
        <w:br/>
        <w:t>vt 0.621800 0.838200</w:t>
        <w:br/>
        <w:t>vt 0.621200 0.840200</w:t>
        <w:br/>
        <w:t>vt 0.602000 0.935300</w:t>
        <w:br/>
        <w:t>vt 0.611400 0.933700</w:t>
        <w:br/>
        <w:t>vt 0.610900 0.920600</w:t>
        <w:br/>
        <w:t>vt 0.600700 0.921100</w:t>
        <w:br/>
        <w:t>vt 0.622700 0.948400</w:t>
        <w:br/>
        <w:t>vt 0.622700 0.934600</w:t>
        <w:br/>
        <w:t>vt 0.487200 0.962900</w:t>
        <w:br/>
        <w:t>vt 0.490300 0.950100</w:t>
        <w:br/>
        <w:t>vt 0.481700 0.949700</w:t>
        <w:br/>
        <w:t>vt 0.479500 0.961600</w:t>
        <w:br/>
        <w:t>vt 0.485800 0.967900</w:t>
        <w:br/>
        <w:t>vt 0.493300 0.969600</w:t>
        <w:br/>
        <w:t>vt 0.494400 0.964400</w:t>
        <w:br/>
        <w:t>vt 0.622700 0.921400</w:t>
        <w:br/>
        <w:t>vt 0.484600 0.935500</w:t>
        <w:br/>
        <w:t>vt 0.473400 0.936300</w:t>
        <w:br/>
        <w:t>vt 0.472600 0.948900</w:t>
        <w:br/>
        <w:t>vt 0.494600 0.935800</w:t>
        <w:br/>
        <w:t>vt 0.486900 0.921500</w:t>
        <w:br/>
        <w:t>vt 0.474700 0.921700</w:t>
        <w:br/>
        <w:t>vt 0.600600 0.964000</w:t>
        <w:br/>
        <w:t>vt 0.600700 0.970200</w:t>
        <w:br/>
        <w:t>vt 0.593000 0.973200</w:t>
        <w:br/>
        <w:t>vt 0.593900 0.976300</w:t>
        <w:br/>
        <w:t>vt 0.601600 0.972100</w:t>
        <w:br/>
        <w:t>vt 0.462100 0.921400</w:t>
        <w:br/>
        <w:t>vt 0.462100 0.934600</w:t>
        <w:br/>
        <w:t>vt 0.462100 0.948400</w:t>
        <w:br/>
        <w:t>vt 0.471700 0.961000</w:t>
        <w:br/>
        <w:t>vt 0.462100 0.958700</w:t>
        <w:br/>
        <w:t>vt 0.574600 0.940000</w:t>
        <w:br/>
        <w:t>vt 0.583100 0.938300</w:t>
        <w:br/>
        <w:t>vt 0.577100 0.924700</w:t>
        <w:br/>
        <w:t>vt 0.558500 0.926100</w:t>
        <w:br/>
        <w:t>vt 0.585200 0.974800</w:t>
        <w:br/>
        <w:t>vt 0.584700 0.978800</w:t>
        <w:br/>
        <w:t>vt 0.594700 0.978600</w:t>
        <w:br/>
        <w:t>vt 0.583700 0.986200</w:t>
        <w:br/>
        <w:t>vt 0.444644 0.733966</w:t>
        <w:br/>
        <w:t>vt 0.436604 0.728969</w:t>
        <w:br/>
        <w:t>vt 0.431933 0.745265</w:t>
        <w:br/>
        <w:t>vt 0.440950 0.747872</w:t>
        <w:br/>
        <w:t>vt 0.451814 0.721255</w:t>
        <w:br/>
        <w:t>vt 0.448446 0.717344</w:t>
        <w:br/>
        <w:t>vt 0.516877 0.689081</w:t>
        <w:br/>
        <w:t>vt 0.508497 0.692323</w:t>
        <w:br/>
        <w:t>vt 0.510887 0.696886</w:t>
        <w:br/>
        <w:t>vt 0.519267 0.693100</w:t>
        <w:br/>
        <w:t>vt 0.465488 0.708932</w:t>
        <w:br/>
        <w:t>vt 0.364575 0.909856</w:t>
        <w:br/>
        <w:t>vt 0.375766 0.903446</w:t>
        <w:br/>
        <w:t>vt 0.370116 0.892256</w:t>
        <w:br/>
        <w:t>vt 0.354843 0.898557</w:t>
        <w:br/>
        <w:t>vt 0.360407 0.814578</w:t>
        <w:br/>
        <w:t>vt 0.366096 0.826094</w:t>
        <w:br/>
        <w:t>vt 0.368704 0.815447</w:t>
        <w:br/>
        <w:t>vt 0.448881 0.840652</w:t>
        <w:br/>
        <w:t>vt 0.446056 0.823486</w:t>
        <w:br/>
        <w:t>vt 0.436930 0.826094</w:t>
        <w:br/>
        <w:t>vt 0.438560 0.840326</w:t>
        <w:br/>
        <w:t>vt 0.439940 0.808505</w:t>
        <w:br/>
        <w:t>vt 0.431390 0.813165</w:t>
        <w:br/>
        <w:t>vt 0.433671 0.797847</w:t>
        <w:br/>
        <w:t>vt 0.424219 0.790568</w:t>
        <w:br/>
        <w:t>vt 0.421938 0.803170</w:t>
        <w:br/>
        <w:t>vt 0.405665 0.798825</w:t>
        <w:br/>
        <w:t>vt 0.405665 0.806104</w:t>
        <w:br/>
        <w:t>vt 0.418678 0.811101</w:t>
        <w:br/>
        <w:t>vt 0.373595 0.803605</w:t>
        <w:br/>
        <w:t>vt 0.378373 0.816533</w:t>
        <w:br/>
        <w:t>vt 0.388189 0.809689</w:t>
        <w:br/>
        <w:t>vt 0.388189 0.800672</w:t>
        <w:br/>
        <w:t>vt 0.388189 0.775467</w:t>
        <w:br/>
        <w:t>vt 0.388189 0.789482</w:t>
        <w:br/>
        <w:t>vt 0.405665 0.788939</w:t>
        <w:br/>
        <w:t>vt 0.405665 0.776119</w:t>
        <w:br/>
        <w:t>vt 0.430194 0.760801</w:t>
        <w:br/>
        <w:t>vt 0.439103 0.761996</w:t>
        <w:br/>
        <w:t>vt 0.437365 0.777205</w:t>
        <w:br/>
        <w:t>vt 0.441059 0.777640</w:t>
        <w:br/>
        <w:t>vt 0.438668 0.895081</w:t>
        <w:br/>
        <w:t>vt 0.453552 0.904967</w:t>
        <w:br/>
        <w:t>vt 0.456160 0.884542</w:t>
        <w:br/>
        <w:t>vt 0.443666 0.877807</w:t>
        <w:br/>
        <w:t>vt 0.411553 0.855520</w:t>
        <w:br/>
        <w:t>vt 0.416188 0.855520</w:t>
        <w:br/>
        <w:t>vt 0.416249 0.846968</w:t>
        <w:br/>
        <w:t>vt 0.411614 0.845068</w:t>
        <w:br/>
        <w:t>vt 0.417049 0.877589</w:t>
        <w:br/>
        <w:t>vt 0.403252 0.881392</w:t>
        <w:br/>
        <w:t>vt 0.404121 0.892908</w:t>
        <w:br/>
        <w:t>vt 0.421938 0.890844</w:t>
        <w:br/>
        <w:t>vt 0.402491 0.870962</w:t>
        <w:br/>
        <w:t>vt 0.391192 0.868898</w:t>
        <w:br/>
        <w:t>vt 0.387933 0.879545</w:t>
        <w:br/>
        <w:t>vt 0.382175 0.862814</w:t>
        <w:br/>
        <w:t>vt 0.375440 0.851298</w:t>
        <w:br/>
        <w:t>vt 0.364744 0.853797</w:t>
        <w:br/>
        <w:t>vt 0.367620 0.874439</w:t>
        <w:br/>
        <w:t>vt 0.510200 0.831800</w:t>
        <w:br/>
        <w:t>vt 0.524700 0.831800</w:t>
        <w:br/>
        <w:t>vt 0.524500 0.826000</w:t>
        <w:br/>
        <w:t>vt 0.510000 0.826000</w:t>
        <w:br/>
        <w:t>vt 0.405665 0.720169</w:t>
        <w:br/>
        <w:t>vt 0.388189 0.721255</w:t>
        <w:br/>
        <w:t>vt 0.388189 0.732445</w:t>
        <w:br/>
        <w:t>vt 0.405665 0.731794</w:t>
        <w:br/>
        <w:t>vt 0.424111 0.730055</w:t>
        <w:br/>
        <w:t>vt 0.422807 0.716584</w:t>
        <w:br/>
        <w:t>vt 0.373595 0.730816</w:t>
        <w:br/>
        <w:t>vt 0.373595 0.719626</w:t>
        <w:br/>
        <w:t>vt 0.360407 0.716584</w:t>
        <w:br/>
        <w:t>vt 0.360407 0.728208</w:t>
        <w:br/>
        <w:t>vt 0.374027 0.845758</w:t>
        <w:br/>
        <w:t>vt 0.373375 0.827723</w:t>
        <w:br/>
        <w:t>vt 0.364961 0.838044</w:t>
        <w:br/>
        <w:t>vt 0.372289 0.839239</w:t>
        <w:br/>
        <w:t>vt 0.379350 0.878024</w:t>
        <w:br/>
        <w:t>vt 0.380546 0.891713</w:t>
        <w:br/>
        <w:t>vt 0.382718 0.903011</w:t>
        <w:br/>
        <w:t>vt 0.370008 0.913550</w:t>
        <w:br/>
        <w:t>vt 0.377721 0.913550</w:t>
        <w:br/>
        <w:t>vt 0.421503 0.903772</w:t>
        <w:br/>
        <w:t>vt 0.404881 0.903337</w:t>
        <w:br/>
        <w:t>vt 0.405424 0.913550</w:t>
        <w:br/>
        <w:t>vt 0.422235 0.913553</w:t>
        <w:br/>
        <w:t>vt 0.389020 0.902577</w:t>
        <w:br/>
        <w:t>vt 0.387933 0.891278</w:t>
        <w:br/>
        <w:t>vt 0.389671 0.913550</w:t>
        <w:br/>
        <w:t>vt 0.405424 0.913550</w:t>
        <w:br/>
        <w:t>vt 0.413573 0.866725</w:t>
        <w:br/>
        <w:t>vt 0.420526 0.876069</w:t>
        <w:br/>
        <w:t>vt 0.418027 0.863466</w:t>
        <w:br/>
        <w:t>vt 0.430086 0.870419</w:t>
        <w:br/>
        <w:t>vt 0.447903 0.859229</w:t>
        <w:br/>
        <w:t>vt 0.436387 0.854666</w:t>
        <w:br/>
        <w:t>vt 0.455680 0.840108</w:t>
        <w:br/>
        <w:t>vt 0.454275 0.820662</w:t>
        <w:br/>
        <w:t>vt 0.448256 0.803714</w:t>
        <w:br/>
        <w:t>vt 0.442639 0.789373</w:t>
        <w:br/>
        <w:t>vt 0.432476 0.776988</w:t>
        <w:br/>
        <w:t>vt 0.354843 0.878785</w:t>
        <w:br/>
        <w:t>vt 0.405665 0.760475</w:t>
        <w:br/>
        <w:t>vt 0.423676 0.776988</w:t>
        <w:br/>
        <w:t>vt 0.422807 0.760801</w:t>
        <w:br/>
        <w:t>vt 0.436822 0.905293</w:t>
        <w:br/>
        <w:t>vt 0.449641 0.910399</w:t>
        <w:br/>
        <w:t>vt 0.456743 0.862597</w:t>
        <w:br/>
        <w:t>vt 0.851889 0.853324</w:t>
        <w:br/>
        <w:t>vt 0.851889 0.856624</w:t>
        <w:br/>
        <w:t>vt 0.857289 0.856624</w:t>
        <w:br/>
        <w:t>vt 0.857289 0.853324</w:t>
        <w:br/>
        <w:t>vt 0.835189 0.853324</w:t>
        <w:br/>
        <w:t>vt 0.835189 0.856624</w:t>
        <w:br/>
        <w:t>vt 0.871389 0.853324</w:t>
        <w:br/>
        <w:t>vt 0.871389 0.856624</w:t>
        <w:br/>
        <w:t>vt 0.878089 0.856624</w:t>
        <w:br/>
        <w:t>vt 0.878089 0.853324</w:t>
        <w:br/>
        <w:t>vt 0.517034 0.731869</w:t>
        <w:br/>
        <w:t>vt 0.505361 0.736991</w:t>
        <w:br/>
        <w:t>vt 0.510467 0.747312</w:t>
        <w:br/>
        <w:t>vt 0.521705 0.742515</w:t>
        <w:br/>
        <w:t>vt 0.476041 0.790046</w:t>
        <w:br/>
        <w:t>vt 0.488100 0.791997</w:t>
        <w:br/>
        <w:t>vt 0.480821 0.783724</w:t>
        <w:br/>
        <w:t>vt 0.482125 0.769383</w:t>
        <w:br/>
        <w:t>vt 0.471152 0.769383</w:t>
        <w:br/>
        <w:t>vt 0.482234 0.776336</w:t>
        <w:br/>
        <w:t>vt 0.454747 0.739616</w:t>
        <w:br/>
        <w:t>vt 0.464308 0.744396</w:t>
        <w:br/>
        <w:t>vt 0.469957 0.734618</w:t>
        <w:br/>
        <w:t>vt 0.461157 0.728208</w:t>
        <w:br/>
        <w:t>vt 0.471587 0.758193</w:t>
        <w:br/>
        <w:t>vt 0.481799 0.759606</w:t>
        <w:br/>
        <w:t>vt 0.474737 0.749176</w:t>
        <w:br/>
        <w:t>vt 0.505301 0.710792</w:t>
        <w:br/>
        <w:t>vt 0.492542 0.717327</w:t>
        <w:br/>
        <w:t>vt 0.498734 0.726236</w:t>
        <w:br/>
        <w:t>vt 0.511167 0.720787</w:t>
        <w:br/>
        <w:t>vt 0.463764 0.787223</w:t>
        <w:br/>
        <w:t>vt 0.471587 0.781442</w:t>
        <w:br/>
        <w:t>vt 0.461374 0.780139</w:t>
        <w:br/>
        <w:t>vt 0.492120 0.785245</w:t>
        <w:br/>
        <w:t>vt 0.500051 0.793190</w:t>
        <w:br/>
        <w:t>vt 0.503403 0.786176</w:t>
        <w:br/>
        <w:t>vt 0.538482 0.762614</w:t>
        <w:br/>
        <w:t>vt 0.527355 0.763700</w:t>
        <w:br/>
        <w:t>vt 0.530457 0.776536</w:t>
        <w:br/>
        <w:t>vt 0.535766 0.748925</w:t>
        <w:br/>
        <w:t>vt 0.525182 0.752836</w:t>
        <w:br/>
        <w:t>vt 0.493967 0.769927</w:t>
        <w:br/>
        <w:t>vt 0.494075 0.777423</w:t>
        <w:br/>
        <w:t>vt 0.517746 0.776645</w:t>
        <w:br/>
        <w:t>vt 0.504599 0.777593</w:t>
        <w:br/>
        <w:t>vt 0.504272 0.769119</w:t>
        <w:br/>
        <w:t>vt 0.492337 0.762430</w:t>
        <w:br/>
        <w:t>vt 0.521766 0.786423</w:t>
        <w:br/>
        <w:t>vt 0.516443 0.766759</w:t>
        <w:br/>
        <w:t>vt 0.515993 0.706338</w:t>
        <w:br/>
        <w:t>vt 0.526112 0.703856</w:t>
        <w:br/>
        <w:t>vt 0.521860 0.716876</w:t>
        <w:br/>
        <w:t>vt 0.527835 0.728501</w:t>
        <w:br/>
        <w:t>vt 0.514053 0.756981</w:t>
        <w:br/>
        <w:t>vt 0.479394 0.725337</w:t>
        <w:br/>
        <w:t>vt 0.471898 0.716428</w:t>
        <w:br/>
        <w:t>vt 0.486564 0.733702</w:t>
        <w:br/>
        <w:t>vt 0.478431 0.741245</w:t>
        <w:br/>
        <w:t>vt 0.484406 0.747655</w:t>
        <w:br/>
        <w:t>vt 0.493409 0.742502</w:t>
        <w:br/>
        <w:t>vt 0.449967 0.763734</w:t>
        <w:br/>
        <w:t>vt 0.451379 0.751566</w:t>
        <w:br/>
        <w:t>vt 0.450727 0.778835</w:t>
        <w:br/>
        <w:t>vt 0.500086 0.701340</w:t>
        <w:br/>
        <w:t>vt 0.486566 0.707550</w:t>
        <w:br/>
        <w:t>vt 0.497478 0.696343</w:t>
        <w:br/>
        <w:t>vt 0.483090 0.701792</w:t>
        <w:br/>
        <w:t>vt 0.460723 0.766776</w:t>
        <w:br/>
        <w:t>vt 0.461157 0.755151</w:t>
        <w:br/>
        <w:t>vt 0.451488 0.783746</w:t>
        <w:br/>
        <w:t>vt 0.489295 0.755369</w:t>
        <w:br/>
        <w:t>vt 0.498841 0.751737</w:t>
        <w:br/>
        <w:t>vt 0.502534 0.760754</w:t>
        <w:br/>
        <w:t>vt 0.511132 0.792647</w:t>
        <w:br/>
        <w:t>vt 0.533173 0.714937</w:t>
        <w:br/>
        <w:t>vt 0.539909 0.725584</w:t>
        <w:br/>
        <w:t>vt 0.484400 0.831800</w:t>
        <w:br/>
        <w:t>vt 0.496900 0.831800</w:t>
        <w:br/>
        <w:t>vt 0.496600 0.826000</w:t>
        <w:br/>
        <w:t>vt 0.483200 0.826000</w:t>
        <w:br/>
        <w:t>vt 0.468000 0.826000</w:t>
        <w:br/>
        <w:t>vt 0.470300 0.831800</w:t>
        <w:br/>
        <w:t>vt 0.405665 0.744939</w:t>
        <w:br/>
        <w:t>vt 0.423241 0.744396</w:t>
        <w:br/>
        <w:t>vt 0.373595 0.788721</w:t>
        <w:br/>
        <w:t>vt 0.373595 0.774707</w:t>
        <w:br/>
        <w:t>vt 0.360407 0.787744</w:t>
        <w:br/>
        <w:t>vt 0.360407 0.773512</w:t>
        <w:br/>
        <w:t>vt 0.405665 0.806104</w:t>
        <w:br/>
        <w:t>vt 0.354843 0.855101</w:t>
        <w:br/>
        <w:t>vt 0.354843 0.835546</w:t>
        <w:br/>
        <w:t>vt 0.360407 0.802953</w:t>
        <w:br/>
        <w:t>vt 0.429325 0.844128</w:t>
        <w:br/>
        <w:t>vt 0.427478 0.851190</w:t>
        <w:br/>
        <w:t>vt 0.430086 0.828267</w:t>
        <w:br/>
        <w:t>vt 0.424871 0.818054</w:t>
        <w:br/>
        <w:t>vt 0.421938 0.860750</w:t>
        <w:br/>
        <w:t>vt 0.416249 0.837268</w:t>
        <w:br/>
        <w:t>vt 0.443449 0.710391</w:t>
        <w:br/>
        <w:t>vt 0.461902 0.702196</w:t>
        <w:br/>
        <w:t>vt 0.478744 0.694295</w:t>
        <w:br/>
        <w:t>vt 0.491938 0.687434</w:t>
        <w:br/>
        <w:t>vt 0.500675 0.681894</w:t>
        <w:br/>
        <w:t>vt 0.513835 0.683866</w:t>
        <w:br/>
        <w:t>vt 0.564700 0.831800</w:t>
        <w:br/>
        <w:t>vt 0.564700 0.838500</w:t>
        <w:br/>
        <w:t>vt 0.574800 0.838500</w:t>
        <w:br/>
        <w:t>vt 0.575500 0.830500</w:t>
        <w:br/>
        <w:t>vt 0.573905 0.648115</w:t>
        <w:br/>
        <w:t>vt 0.590431 0.661262</w:t>
        <w:br/>
        <w:t>vt 0.590431 0.655802</w:t>
        <w:br/>
        <w:t>vt 0.573905 0.644361</w:t>
        <w:br/>
        <w:t>vt 0.360407 0.802953</w:t>
        <w:br/>
        <w:t>vt 0.358240 0.802736</w:t>
        <w:br/>
        <w:t>vt 0.358240 0.814252</w:t>
        <w:br/>
        <w:t>vt 0.360407 0.814578</w:t>
        <w:br/>
        <w:t>vt 0.456160 0.884542</w:t>
        <w:br/>
        <w:t>vt 0.453552 0.904967</w:t>
        <w:br/>
        <w:t>vt 0.455508 0.904641</w:t>
        <w:br/>
        <w:t>vt 0.457681 0.884434</w:t>
        <w:br/>
        <w:t>vt 0.382393 0.861619</w:t>
        <w:br/>
        <w:t>vt 0.376417 0.851516</w:t>
        <w:br/>
        <w:t>vt 0.454275 0.820662</w:t>
        <w:br/>
        <w:t>vt 0.455680 0.840108</w:t>
        <w:br/>
        <w:t>vt 0.457967 0.839782</w:t>
        <w:br/>
        <w:t>vt 0.456811 0.820336</w:t>
        <w:br/>
        <w:t>vt 0.448256 0.803714</w:t>
        <w:br/>
        <w:t>vt 0.450293 0.803279</w:t>
        <w:br/>
        <w:t>vt 0.444644 0.790786</w:t>
        <w:br/>
        <w:t>vt 0.442639 0.789373</w:t>
        <w:br/>
        <w:t>vt 0.354843 0.878785</w:t>
        <w:br/>
        <w:t>vt 0.352779 0.878785</w:t>
        <w:br/>
        <w:t>vt 0.352779 0.898123</w:t>
        <w:br/>
        <w:t>vt 0.354843 0.898557</w:t>
        <w:br/>
        <w:t>vt 0.456743 0.862597</w:t>
        <w:br/>
        <w:t>vt 0.458047 0.862706</w:t>
        <w:br/>
        <w:t>vt 0.851889 0.857624</w:t>
        <w:br/>
        <w:t>vt 0.835189 0.857624</w:t>
        <w:br/>
        <w:t>vt 0.468000 0.826000</w:t>
        <w:br/>
        <w:t>vt 0.466800 0.826000</w:t>
        <w:br/>
        <w:t>vt 0.469000 0.831800</w:t>
        <w:br/>
        <w:t>vt 0.470300 0.831800</w:t>
        <w:br/>
        <w:t>vt 0.358240 0.787092</w:t>
        <w:br/>
        <w:t>vt 0.360407 0.787744</w:t>
        <w:br/>
        <w:t>vt 0.360407 0.773512</w:t>
        <w:br/>
        <w:t>vt 0.358240 0.772968</w:t>
        <w:br/>
        <w:t>vt 0.354843 0.855101</w:t>
        <w:br/>
        <w:t>vt 0.352779 0.854884</w:t>
        <w:br/>
        <w:t>vt 0.354843 0.835546</w:t>
        <w:br/>
        <w:t>vt 0.352779 0.835111</w:t>
        <w:br/>
        <w:t>vt 0.426501 0.850864</w:t>
        <w:br/>
        <w:t>vt 0.421612 0.858903</w:t>
        <w:br/>
        <w:t>vt 0.532181 0.738930</w:t>
        <w:br/>
        <w:t>vt 0.543494 0.735253</w:t>
        <w:br/>
        <w:t>vt 0.545565 0.746144</w:t>
        <w:br/>
        <w:t>vt 0.574800 0.838500</w:t>
        <w:br/>
        <w:t>vt 0.583300 0.838500</w:t>
        <w:br/>
        <w:t>vt 0.558700 0.816800</w:t>
        <w:br/>
        <w:t>vt 0.562500 0.826000</w:t>
        <w:br/>
        <w:t>vt 0.569400 0.825700</w:t>
        <w:br/>
        <w:t>vt 0.569400 0.825700</w:t>
        <w:br/>
        <w:t>vt 0.570200 0.825000</w:t>
        <w:br/>
        <w:t>vt 0.559500 0.816000</w:t>
        <w:br/>
        <w:t>vt 0.558700 0.816800</w:t>
        <w:br/>
        <w:t>vt 0.388189 0.745156</w:t>
        <w:br/>
        <w:t>vt 0.373595 0.743744</w:t>
        <w:br/>
        <w:t>vt 0.360407 0.741571</w:t>
        <w:br/>
        <w:t>vt 0.358240 0.741245</w:t>
        <w:br/>
        <w:t>vt 0.360407 0.741571</w:t>
        <w:br/>
        <w:t>vt 0.360407 0.728208</w:t>
        <w:br/>
        <w:t>vt 0.358240 0.727882</w:t>
        <w:br/>
        <w:t>vt 0.358240 0.756238</w:t>
        <w:br/>
        <w:t>vt 0.360407 0.756781</w:t>
        <w:br/>
        <w:t>vt 0.360407 0.756781</w:t>
        <w:br/>
        <w:t>vt 0.373595 0.758954</w:t>
        <w:br/>
        <w:t>vt 0.388189 0.760257</w:t>
        <w:br/>
        <w:t>vt 0.437691 0.779854</w:t>
        <w:br/>
        <w:t>vt 0.441928 0.780487</w:t>
        <w:br/>
        <w:t>vt 0.857289 0.857624</w:t>
        <w:br/>
        <w:t>vt 0.862689 0.853324</w:t>
        <w:br/>
        <w:t>vt 0.862689 0.856624</w:t>
        <w:br/>
        <w:t>vt 0.622700 0.953900</w:t>
        <w:br/>
        <w:t>vt 0.592300 0.967300</w:t>
        <w:br/>
        <w:t>vt 0.585900 0.968900</w:t>
        <w:br/>
        <w:t>vt 0.462100 0.953900</w:t>
        <w:br/>
        <w:t>vt 0.862689 0.857624</w:t>
        <w:br/>
        <w:t>vt 0.871389 0.857624</w:t>
        <w:br/>
        <w:t>vt 0.545341 0.734493</w:t>
        <w:br/>
        <w:t>vt 0.548709 0.740359</w:t>
        <w:br/>
        <w:t>vt 0.500675 0.681894</w:t>
        <w:br/>
        <w:t>vt 0.513835 0.683866</w:t>
        <w:br/>
        <w:t>vt 0.513509 0.682562</w:t>
        <w:br/>
        <w:t>vt 0.500892 0.680807</w:t>
        <w:br/>
        <w:t>vt 0.573905 0.651182</w:t>
        <w:br/>
        <w:t>vt 0.590431 0.661262</w:t>
        <w:br/>
        <w:t>vt 0.573905 0.655787</w:t>
        <w:br/>
        <w:t>vt 0.573905 0.661262</w:t>
        <w:br/>
        <w:t>vt 0.573905 0.680856</w:t>
        <w:br/>
        <w:t>vt 0.591310 0.680856</w:t>
        <w:br/>
        <w:t>vt 0.592188 0.702710</w:t>
        <w:br/>
        <w:t>vt 0.573905 0.701219</w:t>
        <w:br/>
        <w:t>vt 0.548709 0.740359</w:t>
        <w:br/>
        <w:t>vt 0.545565 0.746144</w:t>
        <w:br/>
        <w:t>vt 0.549375 0.741897</w:t>
        <w:br/>
        <w:t>vt 0.594000 0.952000</w:t>
        <w:br/>
        <w:t>vt 0.590000 0.952900</w:t>
        <w:br/>
        <w:t>vt 0.599000 0.950700</w:t>
        <w:br/>
        <w:t>vt 0.540500 0.831800</w:t>
        <w:br/>
        <w:t>vt 0.540600 0.826000</w:t>
        <w:br/>
        <w:t>vt 0.553700 0.826000</w:t>
        <w:br/>
        <w:t>vt 0.554000 0.831800</w:t>
        <w:br/>
        <w:t>vt 0.473000 0.838500</w:t>
        <w:br/>
        <w:t>vt 0.485800 0.838500</w:t>
        <w:br/>
        <w:t>vt 0.471800 0.838500</w:t>
        <w:br/>
        <w:t>vt 0.473000 0.838500</w:t>
        <w:br/>
        <w:t>vt 0.583300 0.838500</w:t>
        <w:br/>
        <w:t>vt 0.584900 0.838500</w:t>
        <w:br/>
        <w:t>vt 0.576200 0.829800</w:t>
        <w:br/>
        <w:t>vt 0.575500 0.830500</w:t>
        <w:br/>
        <w:t>vt 0.416249 0.829268</w:t>
        <w:br/>
        <w:t>vt 0.416249 0.818368</w:t>
        <w:br/>
        <w:t>vt 0.411614 0.820168</w:t>
        <w:br/>
        <w:t>vt 0.411614 0.831368</w:t>
        <w:br/>
        <w:t>vt 0.386033 0.865708</w:t>
        <w:br/>
        <w:t>vt 0.384447 0.878722</w:t>
        <w:br/>
        <w:t>vt 0.384590 0.891216</w:t>
        <w:br/>
        <w:t>vt 0.393292 0.821868</w:t>
        <w:br/>
        <w:t>vt 0.389235 0.820268</w:t>
        <w:br/>
        <w:t>vt 0.389235 0.833768</w:t>
        <w:br/>
        <w:t>vt 0.393292 0.834268</w:t>
        <w:br/>
        <w:t>vt 0.393292 0.845868</w:t>
        <w:br/>
        <w:t>vt 0.389235 0.846169</w:t>
        <w:br/>
        <w:t>vt 0.393292 0.855130</w:t>
        <w:br/>
        <w:t>vt 0.389235 0.855130</w:t>
        <w:br/>
        <w:t>vt 0.386201 0.902794</w:t>
        <w:br/>
        <w:t>vt 0.426066 0.872809</w:t>
        <w:br/>
        <w:t>vt 0.427696 0.881609</w:t>
        <w:br/>
        <w:t>vt 0.428130 0.904532</w:t>
        <w:br/>
        <w:t>vt 0.429108 0.892365</w:t>
        <w:br/>
        <w:t>vt 0.417419 0.846768</w:t>
        <w:br/>
        <w:t>vt 0.417419 0.858055</w:t>
        <w:br/>
        <w:t>vt 0.410343 0.845368</w:t>
        <w:br/>
        <w:t>vt 0.410343 0.858055</w:t>
        <w:br/>
        <w:t>vt 0.857289 0.851868</w:t>
        <w:br/>
        <w:t>vt 0.851889 0.851868</w:t>
        <w:br/>
        <w:t>vt 0.878089 0.851868</w:t>
        <w:br/>
        <w:t>vt 0.871389 0.851868</w:t>
        <w:br/>
        <w:t>vt 0.878089 0.857624</w:t>
        <w:br/>
        <w:t>vt 0.417419 0.836868</w:t>
        <w:br/>
        <w:t>vt 0.862689 0.851868</w:t>
        <w:br/>
        <w:t>vt 0.410343 0.831769</w:t>
        <w:br/>
        <w:t>vt 0.410343 0.820168</w:t>
        <w:br/>
        <w:t>vt 0.417419 0.817668</w:t>
        <w:br/>
        <w:t>vt 0.417419 0.828768</w:t>
        <w:br/>
        <w:t>vt 0.394975 0.821968</w:t>
        <w:br/>
        <w:t>vt 0.394975 0.834468</w:t>
        <w:br/>
        <w:t>vt 0.387797 0.819568</w:t>
        <w:br/>
        <w:t>vt 0.387797 0.833568</w:t>
        <w:br/>
        <w:t>vt 0.387797 0.846169</w:t>
        <w:br/>
        <w:t>vt 0.394975 0.845968</w:t>
        <w:br/>
        <w:t>vt 0.387797 0.856468</w:t>
        <w:br/>
        <w:t>vt 0.394975 0.856468</w:t>
        <w:br/>
        <w:t>vt 0.878089 0.859224</w:t>
        <w:br/>
        <w:t>vt 0.496100 0.975800</w:t>
        <w:br/>
        <w:t>vt 0.494700 0.987400</w:t>
        <w:br/>
        <w:t>vt 0.496500 0.970300</w:t>
        <w:br/>
        <w:t>vt 0.497100 0.964900</w:t>
        <w:br/>
        <w:t>vt 0.498000 0.950700</w:t>
        <w:br/>
        <w:t>vt 0.499900 0.950800</w:t>
        <w:br/>
        <w:t>vt 0.835189 0.851868</w:t>
        <w:br/>
        <w:t>vt 0.807889 0.853324</w:t>
        <w:br/>
        <w:t>vt 0.807889 0.856624</w:t>
        <w:br/>
        <w:t>vt 0.820389 0.856624</w:t>
        <w:br/>
        <w:t>vt 0.820389 0.853324</w:t>
        <w:br/>
        <w:t>vt 0.807889 0.857624</w:t>
        <w:br/>
        <w:t>vt 0.820389 0.857624</w:t>
        <w:br/>
        <w:t>vt 0.807889 0.851868</w:t>
        <w:br/>
        <w:t>vt 0.820389 0.851868</w:t>
        <w:br/>
        <w:t>vt 0.497900 0.922100</w:t>
        <w:br/>
        <w:t>vt 0.504200 0.936600</w:t>
        <w:br/>
        <w:t>vt 0.514800 0.923400</w:t>
        <w:br/>
        <w:t>vt 0.506900 0.936700</w:t>
        <w:br/>
        <w:t>vt 0.514900 0.928900</w:t>
        <w:br/>
        <w:t>vt 0.583400 0.954400</w:t>
        <w:br/>
        <w:t>vt 0.528300 0.922800</w:t>
        <w:br/>
        <w:t>vt 0.377721 0.913550</w:t>
        <w:br/>
        <w:t>vt 0.389671 0.913550</w:t>
        <w:br/>
        <w:t>vt 0.389671 0.913550</w:t>
        <w:br/>
        <w:t>vt 0.462100 0.963400</w:t>
        <w:br/>
        <w:t>vt 0.360407 0.716584</w:t>
        <w:br/>
        <w:t>vt 0.358240 0.716258</w:t>
        <w:br/>
        <w:t>vt 0.542673 0.751580</w:t>
        <w:br/>
        <w:t>vt 0.581081 0.736630</w:t>
        <w:br/>
        <w:t>vt 0.573905 0.734484</w:t>
        <w:br/>
        <w:t>vt 0.573905 0.743548</w:t>
        <w:br/>
        <w:t>vt 0.586730 0.727592</w:t>
        <w:br/>
        <w:t>vt 0.573905 0.720249</w:t>
        <w:br/>
        <w:t>vt 0.588259 0.722538</w:t>
        <w:br/>
        <w:t>vt 0.582405 0.713150</w:t>
        <w:br/>
        <w:t>vt 0.587430 0.708642</w:t>
        <w:br/>
        <w:t>vt 0.590139 0.706229</w:t>
        <w:br/>
        <w:t>vt 0.587227 0.719590</w:t>
        <w:br/>
        <w:t>vt 0.584345 0.717646</w:t>
        <w:br/>
        <w:t>vt 0.582822 0.715630</w:t>
        <w:br/>
        <w:t>vt 0.586319 0.713692</w:t>
        <w:br/>
        <w:t>vt 0.558500 0.909400</w:t>
        <w:br/>
        <w:t>vt 0.577100 0.924700</w:t>
        <w:br/>
        <w:t>vt 0.558500 0.926100</w:t>
        <w:br/>
        <w:t>vt 0.590900 0.936700</w:t>
        <w:br/>
        <w:t>vt 0.583700 0.923600</w:t>
        <w:br/>
        <w:t>vt 0.591100 0.922500</w:t>
        <w:br/>
        <w:t>vt 0.593300 0.936400</w:t>
        <w:br/>
        <w:t>vt 0.606700 0.962200</w:t>
        <w:br/>
        <w:t>vt 0.599000 0.950700</w:t>
        <w:br/>
        <w:t>vt 0.604100 0.949800</w:t>
        <w:br/>
        <w:t>vt 0.613800 0.953400</w:t>
        <w:br/>
        <w:t>vt 0.607700 0.948900</w:t>
        <w:br/>
        <w:t>vt 0.613000 0.948100</w:t>
        <w:br/>
        <w:t>vt 0.607300 0.968000</w:t>
        <w:br/>
        <w:t>vt 0.615900 0.958800</w:t>
        <w:br/>
        <w:t>vt 0.622700 0.963400</w:t>
        <w:br/>
        <w:t>vt 0.622700 0.958700</w:t>
        <w:br/>
        <w:t>vt 0.469000 0.965600</w:t>
        <w:br/>
        <w:t>vt 0.478000 0.966600</w:t>
        <w:br/>
        <w:t>vt 0.474700 0.970200</w:t>
        <w:br/>
        <w:t>vt 0.484100 0.972700</w:t>
        <w:br/>
        <w:t>vt 0.481800 0.977400</w:t>
        <w:br/>
        <w:t>vt 0.492200 0.974700</w:t>
        <w:br/>
        <w:t>vt 0.489600 0.983900</w:t>
        <w:br/>
        <w:t>vt 0.624100 0.838300</w:t>
        <w:br/>
        <w:t>vt 0.621200 0.840200</w:t>
        <w:br/>
        <w:t>vt 0.621800 0.838200</w:t>
        <w:br/>
        <w:t>vt 0.632600 0.833900</w:t>
        <w:br/>
        <w:t>vt 0.632500 0.839300</w:t>
        <w:br/>
        <w:t>vt 0.629500 0.838400</w:t>
        <w:br/>
        <w:t>vt 0.629500 0.833900</w:t>
        <w:br/>
        <w:t>vt 0.626400 0.838100</w:t>
        <w:br/>
        <w:t>vt 0.626400 0.833900</w:t>
        <w:br/>
        <w:t>vt 0.577800 0.909400</w:t>
        <w:br/>
        <w:t>vt 0.590200 0.909400</w:t>
        <w:br/>
        <w:t>vt 0.601000 0.909400</w:t>
        <w:br/>
        <w:t>vt 0.600700 0.921100</w:t>
        <w:br/>
        <w:t>vt 0.602000 0.935300</w:t>
        <w:br/>
        <w:t>vt 0.610900 0.920600</w:t>
        <w:br/>
        <w:t>vt 0.611400 0.933700</w:t>
        <w:br/>
        <w:t>vt 0.622700 0.934600</w:t>
        <w:br/>
        <w:t>vt 0.622700 0.948400</w:t>
        <w:br/>
        <w:t>vt 0.481700 0.949700</w:t>
        <w:br/>
        <w:t>vt 0.490300 0.950100</w:t>
        <w:br/>
        <w:t>vt 0.487200 0.962900</w:t>
        <w:br/>
        <w:t>vt 0.479500 0.961600</w:t>
        <w:br/>
        <w:t>vt 0.493300 0.969600</w:t>
        <w:br/>
        <w:t>vt 0.485800 0.967900</w:t>
        <w:br/>
        <w:t>vt 0.494400 0.964400</w:t>
        <w:br/>
        <w:t>vt 0.514800 0.923400</w:t>
        <w:br/>
        <w:t>vt 0.497900 0.922100</w:t>
        <w:br/>
        <w:t>vt 0.499100 0.909400</w:t>
        <w:br/>
        <w:t>vt 0.514800 0.909400</w:t>
        <w:br/>
        <w:t>vt 0.623100 0.833900</w:t>
        <w:br/>
        <w:t>vt 0.611400 0.909400</w:t>
        <w:br/>
        <w:t>vt 0.622700 0.909400</w:t>
        <w:br/>
        <w:t>vt 0.622700 0.921400</w:t>
        <w:br/>
        <w:t>vt 0.473400 0.936300</w:t>
        <w:br/>
        <w:t>vt 0.484600 0.935500</w:t>
        <w:br/>
        <w:t>vt 0.472600 0.948900</w:t>
        <w:br/>
        <w:t>vt 0.494600 0.935800</w:t>
        <w:br/>
        <w:t>vt 0.486900 0.921500</w:t>
        <w:br/>
        <w:t>vt 0.487500 0.909400</w:t>
        <w:br/>
        <w:t>vt 0.474700 0.921700</w:t>
        <w:br/>
        <w:t>vt 0.474800 0.909400</w:t>
        <w:br/>
        <w:t>vt 0.600700 0.970200</w:t>
        <w:br/>
        <w:t>vt 0.600600 0.964000</w:t>
        <w:br/>
        <w:t>vt 0.601600 0.972100</w:t>
        <w:br/>
        <w:t>vt 0.593900 0.976300</w:t>
        <w:br/>
        <w:t>vt 0.593000 0.973200</w:t>
        <w:br/>
        <w:t>vt 0.462100 0.909400</w:t>
        <w:br/>
        <w:t>vt 0.462100 0.921400</w:t>
        <w:br/>
        <w:t>vt 0.462100 0.934600</w:t>
        <w:br/>
        <w:t>vt 0.462100 0.948400</w:t>
        <w:br/>
        <w:t>vt 0.462100 0.958700</w:t>
        <w:br/>
        <w:t>vt 0.471700 0.961000</w:t>
        <w:br/>
        <w:t>vt 0.583100 0.938300</w:t>
        <w:br/>
        <w:t>vt 0.574600 0.940000</w:t>
        <w:br/>
        <w:t>vt 0.585200 0.974800</w:t>
        <w:br/>
        <w:t>vt 0.584700 0.978800</w:t>
        <w:br/>
        <w:t>vt 0.594700 0.978600</w:t>
        <w:br/>
        <w:t>vt 0.583700 0.986200</w:t>
        <w:br/>
        <w:t>vt 0.444644 0.733966</w:t>
        <w:br/>
        <w:t>vt 0.440950 0.747872</w:t>
        <w:br/>
        <w:t>vt 0.431933 0.745265</w:t>
        <w:br/>
        <w:t>vt 0.436604 0.728969</w:t>
        <w:br/>
        <w:t>vt 0.448446 0.717344</w:t>
        <w:br/>
        <w:t>vt 0.451814 0.721255</w:t>
        <w:br/>
        <w:t>vt 0.510887 0.696886</w:t>
        <w:br/>
        <w:t>vt 0.508497 0.692323</w:t>
        <w:br/>
        <w:t>vt 0.516877 0.689081</w:t>
        <w:br/>
        <w:t>vt 0.519267 0.693100</w:t>
        <w:br/>
        <w:t>vt 0.465488 0.708932</w:t>
        <w:br/>
        <w:t>vt 0.364575 0.909856</w:t>
        <w:br/>
        <w:t>vt 0.354843 0.898557</w:t>
        <w:br/>
        <w:t>vt 0.370116 0.892256</w:t>
        <w:br/>
        <w:t>vt 0.375765 0.903446</w:t>
        <w:br/>
        <w:t>vt 0.360407 0.814578</w:t>
        <w:br/>
        <w:t>vt 0.368704 0.815447</w:t>
        <w:br/>
        <w:t>vt 0.366096 0.826094</w:t>
        <w:br/>
        <w:t>vt 0.436930 0.826094</w:t>
        <w:br/>
        <w:t>vt 0.446056 0.823486</w:t>
        <w:br/>
        <w:t>vt 0.448881 0.840652</w:t>
        <w:br/>
        <w:t>vt 0.438560 0.840326</w:t>
        <w:br/>
        <w:t>vt 0.431390 0.813165</w:t>
        <w:br/>
        <w:t>vt 0.439940 0.808505</w:t>
        <w:br/>
        <w:t>vt 0.433671 0.797847</w:t>
        <w:br/>
        <w:t>vt 0.421938 0.803171</w:t>
        <w:br/>
        <w:t>vt 0.424219 0.790568</w:t>
        <w:br/>
        <w:t>vt 0.405665 0.798825</w:t>
        <w:br/>
        <w:t>vt 0.418679 0.811101</w:t>
        <w:br/>
        <w:t>vt 0.405665 0.806104</w:t>
        <w:br/>
        <w:t>vt 0.373595 0.803605</w:t>
        <w:br/>
        <w:t>vt 0.388189 0.800672</w:t>
        <w:br/>
        <w:t>vt 0.388189 0.809689</w:t>
        <w:br/>
        <w:t>vt 0.378373 0.816533</w:t>
        <w:br/>
        <w:t>vt 0.405665 0.788939</w:t>
        <w:br/>
        <w:t>vt 0.388189 0.789482</w:t>
        <w:br/>
        <w:t>vt 0.388189 0.775467</w:t>
        <w:br/>
        <w:t>vt 0.405665 0.776119</w:t>
        <w:br/>
        <w:t>vt 0.430194 0.760801</w:t>
        <w:br/>
        <w:t>vt 0.439103 0.761996</w:t>
        <w:br/>
        <w:t>vt 0.437365 0.777205</w:t>
        <w:br/>
        <w:t>vt 0.441059 0.777640</w:t>
        <w:br/>
        <w:t>vt 0.438668 0.895081</w:t>
        <w:br/>
        <w:t>vt 0.443666 0.877807</w:t>
        <w:br/>
        <w:t>vt 0.456160 0.884542</w:t>
        <w:br/>
        <w:t>vt 0.453552 0.904967</w:t>
        <w:br/>
        <w:t>vt 0.416249 0.846968</w:t>
        <w:br/>
        <w:t>vt 0.416188 0.855520</w:t>
        <w:br/>
        <w:t>vt 0.411553 0.855520</w:t>
        <w:br/>
        <w:t>vt 0.411614 0.845068</w:t>
        <w:br/>
        <w:t>vt 0.404121 0.892908</w:t>
        <w:br/>
        <w:t>vt 0.403252 0.881392</w:t>
        <w:br/>
        <w:t>vt 0.417049 0.877589</w:t>
        <w:br/>
        <w:t>vt 0.421938 0.890844</w:t>
        <w:br/>
        <w:t>vt 0.387933 0.879545</w:t>
        <w:br/>
        <w:t>vt 0.391193 0.868898</w:t>
        <w:br/>
        <w:t>vt 0.402491 0.870962</w:t>
        <w:br/>
        <w:t>vt 0.364744 0.853797</w:t>
        <w:br/>
        <w:t>vt 0.375440 0.851298</w:t>
        <w:br/>
        <w:t>vt 0.382175 0.862814</w:t>
        <w:br/>
        <w:t>vt 0.367620 0.874439</w:t>
        <w:br/>
        <w:t>vt 0.524500 0.826000</w:t>
        <w:br/>
        <w:t>vt 0.524700 0.831800</w:t>
        <w:br/>
        <w:t>vt 0.510200 0.831800</w:t>
        <w:br/>
        <w:t>vt 0.510000 0.826000</w:t>
        <w:br/>
        <w:t>vt 0.388189 0.732445</w:t>
        <w:br/>
        <w:t>vt 0.388189 0.721255</w:t>
        <w:br/>
        <w:t>vt 0.405665 0.720169</w:t>
        <w:br/>
        <w:t>vt 0.405665 0.731794</w:t>
        <w:br/>
        <w:t>vt 0.422807 0.716584</w:t>
        <w:br/>
        <w:t>vt 0.424111 0.730055</w:t>
        <w:br/>
        <w:t>vt 0.373595 0.730816</w:t>
        <w:br/>
        <w:t>vt 0.373595 0.719626</w:t>
        <w:br/>
        <w:t>vt 0.360407 0.728208</w:t>
        <w:br/>
        <w:t>vt 0.360407 0.716584</w:t>
        <w:br/>
        <w:t>vt 0.374027 0.845758</w:t>
        <w:br/>
        <w:t>vt 0.373375 0.827723</w:t>
        <w:br/>
        <w:t>vt 0.372289 0.839239</w:t>
        <w:br/>
        <w:t>vt 0.364961 0.838044</w:t>
        <w:br/>
        <w:t>vt 0.379242 0.878024</w:t>
        <w:br/>
        <w:t>vt 0.380546 0.891713</w:t>
        <w:br/>
        <w:t>vt 0.382718 0.903011</w:t>
        <w:br/>
        <w:t>vt 0.370008 0.913550</w:t>
        <w:br/>
        <w:t>vt 0.377721 0.913550</w:t>
        <w:br/>
        <w:t>vt 0.436822 0.905293</w:t>
        <w:br/>
        <w:t>vt 0.449641 0.910399</w:t>
        <w:br/>
        <w:t>vt 0.447794 0.913550</w:t>
        <w:br/>
        <w:t>vt 0.434598 0.909927</w:t>
        <w:br/>
        <w:t>vt 0.405424 0.913550</w:t>
        <w:br/>
        <w:t>vt 0.404881 0.903337</w:t>
        <w:br/>
        <w:t>vt 0.421503 0.903772</w:t>
        <w:br/>
        <w:t>vt 0.422264 0.913550</w:t>
        <w:br/>
        <w:t>vt 0.389020 0.902577</w:t>
        <w:br/>
        <w:t>vt 0.387933 0.891278</w:t>
        <w:br/>
        <w:t>vt 0.389672 0.913550</w:t>
        <w:br/>
        <w:t>vt 0.405424 0.913550</w:t>
        <w:br/>
        <w:t>vt 0.413572 0.866725</w:t>
        <w:br/>
        <w:t>vt 0.418027 0.863466</w:t>
        <w:br/>
        <w:t>vt 0.420525 0.876069</w:t>
        <w:br/>
        <w:t>vt 0.430086 0.870419</w:t>
        <w:br/>
        <w:t>vt 0.436387 0.854666</w:t>
        <w:br/>
        <w:t>vt 0.447903 0.859229</w:t>
        <w:br/>
        <w:t>vt 0.454275 0.820662</w:t>
        <w:br/>
        <w:t>vt 0.455680 0.840108</w:t>
        <w:br/>
        <w:t>vt 0.448256 0.803714</w:t>
        <w:br/>
        <w:t>vt 0.442639 0.789373</w:t>
        <w:br/>
        <w:t>vt 0.432476 0.776988</w:t>
        <w:br/>
        <w:t>vt 0.354843 0.878785</w:t>
        <w:br/>
        <w:t>vt 0.423676 0.776988</w:t>
        <w:br/>
        <w:t>vt 0.405665 0.760475</w:t>
        <w:br/>
        <w:t>vt 0.422807 0.760801</w:t>
        <w:br/>
        <w:t>vt 0.456743 0.862597</w:t>
        <w:br/>
        <w:t>vt 0.510467 0.747312</w:t>
        <w:br/>
        <w:t>vt 0.505361 0.736991</w:t>
        <w:br/>
        <w:t>vt 0.517034 0.731869</w:t>
        <w:br/>
        <w:t>vt 0.521705 0.742515</w:t>
        <w:br/>
        <w:t>vt 0.476041 0.790046</w:t>
        <w:br/>
        <w:t>vt 0.480821 0.783724</w:t>
        <w:br/>
        <w:t>vt 0.488100 0.791997</w:t>
        <w:br/>
        <w:t>vt 0.482125 0.769383</w:t>
        <w:br/>
        <w:t>vt 0.482233 0.776336</w:t>
        <w:br/>
        <w:t>vt 0.471152 0.769383</w:t>
        <w:br/>
        <w:t>vt 0.454747 0.739616</w:t>
        <w:br/>
        <w:t>vt 0.461157 0.728208</w:t>
        <w:br/>
        <w:t>vt 0.469957 0.734618</w:t>
        <w:br/>
        <w:t>vt 0.464308 0.744396</w:t>
        <w:br/>
        <w:t>vt 0.471587 0.758193</w:t>
        <w:br/>
        <w:t>vt 0.474737 0.749176</w:t>
        <w:br/>
        <w:t>vt 0.481799 0.759606</w:t>
        <w:br/>
        <w:t>vt 0.498734 0.726236</w:t>
        <w:br/>
        <w:t>vt 0.492542 0.717327</w:t>
        <w:br/>
        <w:t>vt 0.505300 0.710792</w:t>
        <w:br/>
        <w:t>vt 0.511167 0.720787</w:t>
        <w:br/>
        <w:t>vt 0.463764 0.787223</w:t>
        <w:br/>
        <w:t>vt 0.461374 0.780139</w:t>
        <w:br/>
        <w:t>vt 0.471587 0.781442</w:t>
        <w:br/>
        <w:t>vt 0.492120 0.785245</w:t>
        <w:br/>
        <w:t>vt 0.503403 0.786176</w:t>
        <w:br/>
        <w:t>vt 0.500050 0.793190</w:t>
        <w:br/>
        <w:t>vt 0.538482 0.762614</w:t>
        <w:br/>
        <w:t>vt 0.530457 0.776536</w:t>
        <w:br/>
        <w:t>vt 0.527355 0.763700</w:t>
        <w:br/>
        <w:t>vt 0.525182 0.752836</w:t>
        <w:br/>
        <w:t>vt 0.535766 0.748925</w:t>
        <w:br/>
        <w:t>vt 0.493967 0.769926</w:t>
        <w:br/>
        <w:t>vt 0.494075 0.777423</w:t>
        <w:br/>
        <w:t>vt 0.517746 0.776645</w:t>
        <w:br/>
        <w:t>vt 0.504598 0.777593</w:t>
        <w:br/>
        <w:t>vt 0.504273 0.769119</w:t>
        <w:br/>
        <w:t>vt 0.492337 0.762430</w:t>
        <w:br/>
        <w:t>vt 0.521766 0.786423</w:t>
        <w:br/>
        <w:t>vt 0.516443 0.766759</w:t>
        <w:br/>
        <w:t>vt 0.515993 0.706338</w:t>
        <w:br/>
        <w:t>vt 0.526112 0.703856</w:t>
        <w:br/>
        <w:t>vt 0.521860 0.716876</w:t>
        <w:br/>
        <w:t>vt 0.527835 0.728501</w:t>
        <w:br/>
        <w:t>vt 0.514053 0.756981</w:t>
        <w:br/>
        <w:t>vt 0.479394 0.725337</w:t>
        <w:br/>
        <w:t>vt 0.471898 0.716428</w:t>
        <w:br/>
        <w:t>vt 0.484406 0.747655</w:t>
        <w:br/>
        <w:t>vt 0.478431 0.741245</w:t>
        <w:br/>
        <w:t>vt 0.486564 0.733702</w:t>
        <w:br/>
        <w:t>vt 0.493409 0.742502</w:t>
        <w:br/>
        <w:t>vt 0.451379 0.751566</w:t>
        <w:br/>
        <w:t>vt 0.449967 0.763734</w:t>
        <w:br/>
        <w:t>vt 0.450728 0.778835</w:t>
        <w:br/>
        <w:t>vt 0.486566 0.707550</w:t>
        <w:br/>
        <w:t>vt 0.500086 0.701340</w:t>
        <w:br/>
        <w:t>vt 0.497478 0.696343</w:t>
        <w:br/>
        <w:t>vt 0.483090 0.701792</w:t>
        <w:br/>
        <w:t>vt 0.460723 0.766776</w:t>
        <w:br/>
        <w:t>vt 0.461157 0.755151</w:t>
        <w:br/>
        <w:t>vt 0.451488 0.783746</w:t>
        <w:br/>
        <w:t>vt 0.489295 0.755369</w:t>
        <w:br/>
        <w:t>vt 0.498841 0.751737</w:t>
        <w:br/>
        <w:t>vt 0.502534 0.760754</w:t>
        <w:br/>
        <w:t>vt 0.511132 0.792647</w:t>
        <w:br/>
        <w:t>vt 0.533173 0.714937</w:t>
        <w:br/>
        <w:t>vt 0.539909 0.725584</w:t>
        <w:br/>
        <w:t>vt 0.496600 0.826000</w:t>
        <w:br/>
        <w:t>vt 0.496900 0.831800</w:t>
        <w:br/>
        <w:t>vt 0.484400 0.831800</w:t>
        <w:br/>
        <w:t>vt 0.483200 0.826000</w:t>
        <w:br/>
        <w:t>vt 0.470300 0.831800</w:t>
        <w:br/>
        <w:t>vt 0.468000 0.826000</w:t>
        <w:br/>
        <w:t>vt 0.423241 0.744396</w:t>
        <w:br/>
        <w:t>vt 0.405665 0.744939</w:t>
        <w:br/>
        <w:t>vt 0.373595 0.788721</w:t>
        <w:br/>
        <w:t>vt 0.373595 0.774707</w:t>
        <w:br/>
        <w:t>vt 0.360407 0.787744</w:t>
        <w:br/>
        <w:t>vt 0.360407 0.773512</w:t>
        <w:br/>
        <w:t>vt 0.405665 0.806104</w:t>
        <w:br/>
        <w:t>vt 0.354843 0.855101</w:t>
        <w:br/>
        <w:t>vt 0.354843 0.835545</w:t>
        <w:br/>
        <w:t>vt 0.360407 0.802953</w:t>
        <w:br/>
        <w:t>vt 0.429325 0.844128</w:t>
        <w:br/>
        <w:t>vt 0.427478 0.851190</w:t>
        <w:br/>
        <w:t>vt 0.430086 0.828267</w:t>
        <w:br/>
        <w:t>vt 0.424871 0.818054</w:t>
        <w:br/>
        <w:t>vt 0.421938 0.860750</w:t>
        <w:br/>
        <w:t>vt 0.416249 0.837268</w:t>
        <w:br/>
        <w:t>vt 0.443449 0.710391</w:t>
        <w:br/>
        <w:t>vt 0.461903 0.702196</w:t>
        <w:br/>
        <w:t>vt 0.478744 0.694295</w:t>
        <w:br/>
        <w:t>vt 0.491938 0.687434</w:t>
        <w:br/>
        <w:t>vt 0.500675 0.681894</w:t>
        <w:br/>
        <w:t>vt 0.513835 0.683866</w:t>
        <w:br/>
        <w:t>vt 0.574800 0.838500</w:t>
        <w:br/>
        <w:t>vt 0.564700 0.838500</w:t>
        <w:br/>
        <w:t>vt 0.564700 0.831800</w:t>
        <w:br/>
        <w:t>vt 0.575500 0.830500</w:t>
        <w:br/>
        <w:t>vt 0.590431 0.655802</w:t>
        <w:br/>
        <w:t>vt 0.590431 0.661262</w:t>
        <w:br/>
        <w:t>vt 0.573905 0.648115</w:t>
        <w:br/>
        <w:t>vt 0.573905 0.644361</w:t>
        <w:br/>
        <w:t>vt 0.358240 0.814252</w:t>
        <w:br/>
        <w:t>vt 0.358240 0.802736</w:t>
        <w:br/>
        <w:t>vt 0.360407 0.802953</w:t>
        <w:br/>
        <w:t>vt 0.360407 0.814578</w:t>
        <w:br/>
        <w:t>vt 0.456160 0.884542</w:t>
        <w:br/>
        <w:t>vt 0.457681 0.884434</w:t>
        <w:br/>
        <w:t>vt 0.455508 0.904641</w:t>
        <w:br/>
        <w:t>vt 0.453552 0.904967</w:t>
        <w:br/>
        <w:t>vt 0.376417 0.851516</w:t>
        <w:br/>
        <w:t>vt 0.382393 0.861619</w:t>
        <w:br/>
        <w:t>vt 0.454275 0.820662</w:t>
        <w:br/>
        <w:t>vt 0.456811 0.820336</w:t>
        <w:br/>
        <w:t>vt 0.457967 0.839782</w:t>
        <w:br/>
        <w:t>vt 0.455680 0.840108</w:t>
        <w:br/>
        <w:t>vt 0.448256 0.803714</w:t>
        <w:br/>
        <w:t>vt 0.450293 0.803279</w:t>
        <w:br/>
        <w:t>vt 0.444644 0.790785</w:t>
        <w:br/>
        <w:t>vt 0.442639 0.789373</w:t>
        <w:br/>
        <w:t>vt 0.352779 0.898123</w:t>
        <w:br/>
        <w:t>vt 0.352779 0.878785</w:t>
        <w:br/>
        <w:t>vt 0.354843 0.878785</w:t>
        <w:br/>
        <w:t>vt 0.354843 0.898557</w:t>
        <w:br/>
        <w:t>vt 0.458047 0.862706</w:t>
        <w:br/>
        <w:t>vt 0.456743 0.862597</w:t>
        <w:br/>
        <w:t>vt 0.468000 0.826000</w:t>
        <w:br/>
        <w:t>vt 0.470300 0.831800</w:t>
        <w:br/>
        <w:t>vt 0.469000 0.831800</w:t>
        <w:br/>
        <w:t>vt 0.466800 0.826000</w:t>
        <w:br/>
        <w:t>vt 0.358240 0.787092</w:t>
        <w:br/>
        <w:t>vt 0.358240 0.772968</w:t>
        <w:br/>
        <w:t>vt 0.360407 0.773512</w:t>
        <w:br/>
        <w:t>vt 0.360407 0.787744</w:t>
        <w:br/>
        <w:t>vt 0.352779 0.854884</w:t>
        <w:br/>
        <w:t>vt 0.354843 0.855101</w:t>
        <w:br/>
        <w:t>vt 0.352779 0.835111</w:t>
        <w:br/>
        <w:t>vt 0.354843 0.835545</w:t>
        <w:br/>
        <w:t>vt 0.421612 0.858903</w:t>
        <w:br/>
        <w:t>vt 0.426501 0.850864</w:t>
        <w:br/>
        <w:t>vt 0.532181 0.738930</w:t>
        <w:br/>
        <w:t>vt 0.543494 0.735253</w:t>
        <w:br/>
        <w:t>vt 0.545565 0.746144</w:t>
        <w:br/>
        <w:t>vt 0.574800 0.838500</w:t>
        <w:br/>
        <w:t>vt 0.583300 0.838500</w:t>
        <w:br/>
        <w:t>vt 0.558700 0.816800</w:t>
        <w:br/>
        <w:t>vt 0.569400 0.825700</w:t>
        <w:br/>
        <w:t>vt 0.562500 0.826000</w:t>
        <w:br/>
        <w:t>vt 0.559500 0.816000</w:t>
        <w:br/>
        <w:t>vt 0.570200 0.825000</w:t>
        <w:br/>
        <w:t>vt 0.569400 0.825700</w:t>
        <w:br/>
        <w:t>vt 0.558700 0.816800</w:t>
        <w:br/>
        <w:t>vt 0.388189 0.745156</w:t>
        <w:br/>
        <w:t>vt 0.373595 0.743744</w:t>
        <w:br/>
        <w:t>vt 0.360407 0.741571</w:t>
        <w:br/>
        <w:t>vt 0.358240 0.741245</w:t>
        <w:br/>
        <w:t>vt 0.358240 0.727882</w:t>
        <w:br/>
        <w:t>vt 0.360407 0.728208</w:t>
        <w:br/>
        <w:t>vt 0.360407 0.741571</w:t>
        <w:br/>
        <w:t>vt 0.360407 0.756781</w:t>
        <w:br/>
        <w:t>vt 0.358240 0.756238</w:t>
        <w:br/>
        <w:t>vt 0.360407 0.756781</w:t>
        <w:br/>
        <w:t>vt 0.373595 0.758954</w:t>
        <w:br/>
        <w:t>vt 0.388189 0.760257</w:t>
        <w:br/>
        <w:t>vt 0.441928 0.780487</w:t>
        <w:br/>
        <w:t>vt 0.437691 0.779854</w:t>
        <w:br/>
        <w:t>vt 0.622700 0.953900</w:t>
        <w:br/>
        <w:t>vt 0.592300 0.967300</w:t>
        <w:br/>
        <w:t>vt 0.585900 0.968900</w:t>
        <w:br/>
        <w:t>vt 0.462100 0.953900</w:t>
        <w:br/>
        <w:t>vt 0.545341 0.734492</w:t>
        <w:br/>
        <w:t>vt 0.548709 0.740359</w:t>
        <w:br/>
        <w:t>vt 0.500675 0.681894</w:t>
        <w:br/>
        <w:t>vt 0.500892 0.680807</w:t>
        <w:br/>
        <w:t>vt 0.513509 0.682562</w:t>
        <w:br/>
        <w:t>vt 0.513835 0.683866</w:t>
        <w:br/>
        <w:t>vt 0.573905 0.651182</w:t>
        <w:br/>
        <w:t>vt 0.573905 0.655787</w:t>
        <w:br/>
        <w:t>vt 0.573905 0.661262</w:t>
        <w:br/>
        <w:t>vt 0.591310 0.680856</w:t>
        <w:br/>
        <w:t>vt 0.573905 0.680856</w:t>
        <w:br/>
        <w:t>vt 0.592188 0.702710</w:t>
        <w:br/>
        <w:t>vt 0.573905 0.701219</w:t>
        <w:br/>
        <w:t>vt 0.548709 0.740359</w:t>
        <w:br/>
        <w:t>vt 0.549375 0.741897</w:t>
        <w:br/>
        <w:t>vt 0.545565 0.746144</w:t>
        <w:br/>
        <w:t>vt 0.594000 0.952000</w:t>
        <w:br/>
        <w:t>vt 0.590000 0.952900</w:t>
        <w:br/>
        <w:t>vt 0.599000 0.950700</w:t>
        <w:br/>
        <w:t>vt 0.540600 0.826000</w:t>
        <w:br/>
        <w:t>vt 0.540500 0.831800</w:t>
        <w:br/>
        <w:t>vt 0.553700 0.826000</w:t>
        <w:br/>
        <w:t>vt 0.554000 0.831800</w:t>
        <w:br/>
        <w:t>vt 0.485800 0.838500</w:t>
        <w:br/>
        <w:t>vt 0.473000 0.838500</w:t>
        <w:br/>
        <w:t>vt 0.471800 0.838500</w:t>
        <w:br/>
        <w:t>vt 0.473000 0.838500</w:t>
        <w:br/>
        <w:t>vt 0.576200 0.829800</w:t>
        <w:br/>
        <w:t>vt 0.584900 0.838500</w:t>
        <w:br/>
        <w:t>vt 0.583300 0.838500</w:t>
        <w:br/>
        <w:t>vt 0.575500 0.830500</w:t>
        <w:br/>
        <w:t>vt 0.411614 0.820168</w:t>
        <w:br/>
        <w:t>vt 0.416249 0.818368</w:t>
        <w:br/>
        <w:t>vt 0.416249 0.829268</w:t>
        <w:br/>
        <w:t>vt 0.411614 0.831368</w:t>
        <w:br/>
        <w:t>vt 0.384447 0.878722</w:t>
        <w:br/>
        <w:t>vt 0.386033 0.865708</w:t>
        <w:br/>
        <w:t>vt 0.384590 0.891216</w:t>
        <w:br/>
        <w:t>vt 0.393292 0.821868</w:t>
        <w:br/>
        <w:t>vt 0.393292 0.834268</w:t>
        <w:br/>
        <w:t>vt 0.389235 0.833768</w:t>
        <w:br/>
        <w:t>vt 0.389235 0.820268</w:t>
        <w:br/>
        <w:t>vt 0.393292 0.845868</w:t>
        <w:br/>
        <w:t>vt 0.389235 0.846168</w:t>
        <w:br/>
        <w:t>vt 0.393292 0.855130</w:t>
        <w:br/>
        <w:t>vt 0.389235 0.855130</w:t>
        <w:br/>
        <w:t>vt 0.386201 0.902794</w:t>
        <w:br/>
        <w:t>vt 0.426066 0.872809</w:t>
        <w:br/>
        <w:t>vt 0.427696 0.881609</w:t>
        <w:br/>
        <w:t>vt 0.428130 0.904532</w:t>
        <w:br/>
        <w:t>vt 0.429108 0.892365</w:t>
        <w:br/>
        <w:t>vt 0.417419 0.846768</w:t>
        <w:br/>
        <w:t>vt 0.417419 0.858055</w:t>
        <w:br/>
        <w:t>vt 0.410343 0.845368</w:t>
        <w:br/>
        <w:t>vt 0.410343 0.858055</w:t>
        <w:br/>
        <w:t>vt 0.417419 0.836868</w:t>
        <w:br/>
        <w:t>vt 0.410343 0.831768</w:t>
        <w:br/>
        <w:t>vt 0.410343 0.820168</w:t>
        <w:br/>
        <w:t>vt 0.417419 0.817668</w:t>
        <w:br/>
        <w:t>vt 0.417419 0.828768</w:t>
        <w:br/>
        <w:t>vt 0.394975 0.821968</w:t>
        <w:br/>
        <w:t>vt 0.394975 0.834468</w:t>
        <w:br/>
        <w:t>vt 0.387797 0.819568</w:t>
        <w:br/>
        <w:t>vt 0.387797 0.833568</w:t>
        <w:br/>
        <w:t>vt 0.387797 0.846168</w:t>
        <w:br/>
        <w:t>vt 0.394975 0.845968</w:t>
        <w:br/>
        <w:t>vt 0.387797 0.856468</w:t>
        <w:br/>
        <w:t>vt 0.394975 0.856468</w:t>
        <w:br/>
        <w:t>vt 0.496100 0.975800</w:t>
        <w:br/>
        <w:t>vt 0.494700 0.987400</w:t>
        <w:br/>
        <w:t>vt 0.496500 0.970300</w:t>
        <w:br/>
        <w:t>vt 0.497100 0.964900</w:t>
        <w:br/>
        <w:t>vt 0.498000 0.950700</w:t>
        <w:br/>
        <w:t>vt 0.499900 0.950800</w:t>
        <w:br/>
        <w:t>vt 0.504200 0.936600</w:t>
        <w:br/>
        <w:t>vt 0.506900 0.936700</w:t>
        <w:br/>
        <w:t>vt 0.514900 0.928900</w:t>
        <w:br/>
        <w:t>vt 0.583400 0.954400</w:t>
        <w:br/>
        <w:t>vt 0.528300 0.922800</w:t>
        <w:br/>
        <w:t>vt 0.528300 0.909400</w:t>
        <w:br/>
        <w:t>vt 0.377721 0.913550</w:t>
        <w:br/>
        <w:t>vt 0.389672 0.913550</w:t>
        <w:br/>
        <w:t>vt 0.389672 0.913550</w:t>
        <w:br/>
        <w:t>vt 0.422264 0.913550</w:t>
        <w:br/>
        <w:t>vt 0.462100 0.963400</w:t>
        <w:br/>
        <w:t>vt 0.360407 0.716584</w:t>
        <w:br/>
        <w:t>vt 0.358240 0.716258</w:t>
        <w:br/>
        <w:t>vt 0.542673 0.751580</w:t>
        <w:br/>
        <w:t>vt 0.581081 0.736630</w:t>
        <w:br/>
        <w:t>vt 0.573905 0.743548</w:t>
        <w:br/>
        <w:t>vt 0.573905 0.734484</w:t>
        <w:br/>
        <w:t>vt 0.586730 0.727592</w:t>
        <w:br/>
        <w:t>vt 0.573905 0.720249</w:t>
        <w:br/>
        <w:t>vt 0.588259 0.722538</w:t>
        <w:br/>
        <w:t>vt 0.587430 0.708642</w:t>
        <w:br/>
        <w:t>vt 0.582405 0.713149</w:t>
        <w:br/>
        <w:t>vt 0.590139 0.706229</w:t>
        <w:br/>
        <w:t>vt 0.584345 0.717645</w:t>
        <w:br/>
        <w:t>vt 0.587227 0.719590</w:t>
        <w:br/>
        <w:t>vt 0.582822 0.715630</w:t>
        <w:br/>
        <w:t>vt 0.586319 0.713692</w:t>
        <w:br/>
        <w:t>vt 0.447794 0.913550</w:t>
        <w:br/>
        <w:t>vt 0.434598 0.909927</w:t>
        <w:br/>
        <w:t>vt 0.422264 0.913550</w:t>
        <w:br/>
        <w:t>vt 0.413764 0.862570</w:t>
        <w:br/>
        <w:t>vt 0.413764 0.862570</w:t>
        <w:br/>
        <w:t>vt 0.413764 0.862570</w:t>
        <w:br/>
        <w:t>vt 0.413764 0.862570</w:t>
        <w:br/>
        <w:t>vt 0.047921 0.821883</w:t>
        <w:br/>
        <w:t>vt 0.051561 0.821883</w:t>
        <w:br/>
        <w:t>vt 0.045470 0.827522</w:t>
        <w:br/>
        <w:t>vt 0.056447 0.821883</w:t>
        <w:br/>
        <w:t>vt 0.059931 0.821883</w:t>
        <w:br/>
        <w:t>vt 0.061640 0.824454</w:t>
        <w:br/>
        <w:t>vt 0.054248 0.824454</w:t>
        <w:br/>
        <w:t>vt 0.062929 0.821883</w:t>
        <w:br/>
        <w:t>vt 0.050242 0.827959</w:t>
        <w:br/>
        <w:t>vt 0.054475 0.821883</w:t>
        <w:br/>
        <w:t>vt 0.065215 0.821883</w:t>
        <w:br/>
        <w:t>vt 0.066149 0.824454</w:t>
        <w:br/>
        <w:t>vt 0.067230 0.821883</w:t>
        <w:br/>
        <w:t>vt 0.045470 0.821883</w:t>
        <w:br/>
        <w:t>vt 0.069354 0.821883</w:t>
        <w:br/>
        <w:t>vt 0.070867 0.824454</w:t>
        <w:br/>
        <w:t>vt 0.071316 0.821883</w:t>
        <w:br/>
        <w:t>vt 0.051561 0.821883</w:t>
        <w:br/>
        <w:t>vt 0.047921 0.821883</w:t>
        <w:br/>
        <w:t>vt 0.045470 0.827522</w:t>
        <w:br/>
        <w:t>vt 0.056448 0.821883</w:t>
        <w:br/>
        <w:t>vt 0.054248 0.824454</w:t>
        <w:br/>
        <w:t>vt 0.061640 0.824454</w:t>
        <w:br/>
        <w:t>vt 0.059931 0.821883</w:t>
        <w:br/>
        <w:t>vt 0.062929 0.821883</w:t>
        <w:br/>
        <w:t>vt 0.054475 0.821883</w:t>
        <w:br/>
        <w:t>vt 0.066149 0.824454</w:t>
        <w:br/>
        <w:t>vt 0.065215 0.821883</w:t>
        <w:br/>
        <w:t>vt 0.067230 0.821883</w:t>
        <w:br/>
        <w:t>vt 0.045470 0.821883</w:t>
        <w:br/>
        <w:t>vt 0.070867 0.824454</w:t>
        <w:br/>
        <w:t>vt 0.069354 0.821883</w:t>
        <w:br/>
        <w:t>vt 0.071316 0.821883</w:t>
        <w:br/>
        <w:t>vt 0.063233 0.813831</w:t>
        <w:br/>
        <w:t>vt 0.067905 0.813831</w:t>
        <w:br/>
        <w:t>vt 0.069146 0.817858</w:t>
        <w:br/>
        <w:t>vt 0.071088 0.813831</w:t>
        <w:br/>
        <w:t>vt 0.046688 0.813831</w:t>
        <w:br/>
        <w:t>vt 0.049975 0.813831</w:t>
        <w:br/>
        <w:t>vt 0.046398 0.817858</w:t>
        <w:br/>
        <w:t>vt 0.054106 0.813831</w:t>
        <w:br/>
        <w:t>vt 0.058368 0.817858</w:t>
        <w:br/>
        <w:t>vt 0.058409 0.813831</w:t>
        <w:br/>
        <w:t>vt 0.044092 0.813831</w:t>
        <w:br/>
        <w:t>vt 0.067905 0.813831</w:t>
        <w:br/>
        <w:t>vt 0.063233 0.813831</w:t>
        <w:br/>
        <w:t>vt 0.069146 0.817858</w:t>
        <w:br/>
        <w:t>vt 0.071087 0.813831</w:t>
        <w:br/>
        <w:t>vt 0.049975 0.813831</w:t>
        <w:br/>
        <w:t>vt 0.046688 0.813831</w:t>
        <w:br/>
        <w:t>vt 0.046398 0.817858</w:t>
        <w:br/>
        <w:t>vt 0.058368 0.817858</w:t>
        <w:br/>
        <w:t>vt 0.054106 0.813831</w:t>
        <w:br/>
        <w:t>vt 0.058409 0.813831</w:t>
        <w:br/>
        <w:t>vt 0.044092 0.813831</w:t>
        <w:br/>
        <w:t>vt 0.050242 0.827959</w:t>
        <w:br/>
        <w:t>vt 0.045470 0.833088</w:t>
        <w:br/>
        <w:t>vt 0.045470 0.827522</w:t>
        <w:br/>
        <w:t>vt 0.045470 0.827522</w:t>
        <w:br/>
        <w:t>vt 0.045470 0.833088</w:t>
        <w:br/>
        <w:t>vt 0.543100 0.905707</w:t>
        <w:br/>
        <w:t>vt 0.543254 0.913586</w:t>
        <w:br/>
        <w:t>vt 0.546160 0.905985</w:t>
        <w:br/>
        <w:t>vt 0.548733 0.907465</w:t>
        <w:br/>
        <w:t>vt 0.543254 0.913586</w:t>
        <w:br/>
        <w:t>vt 0.549514 0.913033</w:t>
        <w:br/>
        <w:t>vt 0.550159 0.909910</w:t>
        <w:br/>
        <w:t>vt 0.549181 0.915132</w:t>
        <w:br/>
        <w:t>vt 0.541907 0.921258</w:t>
        <w:br/>
        <w:t>vt 0.546438 0.920727</w:t>
        <w:br/>
        <w:t>vt 0.543254 0.913586</w:t>
        <w:br/>
        <w:t>vt 0.535219 0.918456</w:t>
        <w:br/>
        <w:t>vt 0.537771 0.920189</w:t>
        <w:br/>
        <w:t>vt 0.540078 0.906483</w:t>
        <w:br/>
        <w:t>vt 0.537684 0.908395</w:t>
        <w:br/>
        <w:t>vt 0.534659 0.916733</w:t>
        <w:br/>
        <w:t>vt 0.535219 0.918456</w:t>
        <w:br/>
        <w:t>vt 0.549840 0.918514</w:t>
        <w:br/>
        <w:t>vt 0.537560 0.911354</w:t>
        <w:br/>
        <w:t>vt 0.546646 0.904711</w:t>
        <w:br/>
        <w:t>vt 0.542465 0.904480</w:t>
        <w:br/>
        <w:t>vt 0.550314 0.906696</w:t>
        <w:br/>
        <w:t>vt 0.551888 0.913426</w:t>
        <w:br/>
        <w:t>vt 0.552035 0.910426</w:t>
        <w:br/>
        <w:t>vt 0.533969 0.913552</w:t>
        <w:br/>
        <w:t>vt 0.533730 0.911569</w:t>
        <w:br/>
        <w:t>vt 0.629500 0.833900</w:t>
        <w:br/>
        <w:t>vt 0.632600 0.833900</w:t>
        <w:br/>
        <w:t>vt 0.632200 0.830000</w:t>
        <w:br/>
        <w:t>vt 0.629500 0.830000</w:t>
        <w:br/>
        <w:t>vt 0.558500 0.909400</w:t>
        <w:br/>
        <w:t>vt 0.629500 0.838400</w:t>
        <w:br/>
        <w:t>vt 0.632500 0.839300</w:t>
        <w:br/>
        <w:t>vt 0.626400 0.838100</w:t>
        <w:br/>
        <w:t>vt 0.626400 0.833900</w:t>
        <w:br/>
        <w:t>vt 0.626400 0.830000</w:t>
        <w:br/>
        <w:t>vt 0.528300 0.888400</w:t>
        <w:br/>
        <w:t>vt 0.514800 0.888400</w:t>
        <w:br/>
        <w:t>vt 0.514800 0.897100</w:t>
        <w:br/>
        <w:t>vt 0.528300 0.897100</w:t>
        <w:br/>
        <w:t>vt 0.629500 0.827200</w:t>
        <w:br/>
        <w:t>vt 0.632100 0.827200</w:t>
        <w:br/>
        <w:t>vt 0.632500 0.822500</w:t>
        <w:br/>
        <w:t>vt 0.629500 0.822500</w:t>
        <w:br/>
        <w:t>vt 0.575400 0.888400</w:t>
        <w:br/>
        <w:t>vt 0.558500 0.888400</w:t>
        <w:br/>
        <w:t>vt 0.558500 0.897100</w:t>
        <w:br/>
        <w:t>vt 0.575800 0.897100</w:t>
        <w:br/>
        <w:t>vt 0.577800 0.909400</w:t>
        <w:br/>
        <w:t>vt 0.558500 0.897100</w:t>
        <w:br/>
        <w:t>vt 0.590200 0.909400</w:t>
        <w:br/>
        <w:t>vt 0.589800 0.904400</w:t>
        <w:br/>
        <w:t>vt 0.601000 0.909400</w:t>
        <w:br/>
        <w:t>vt 0.514800 0.909400</w:t>
        <w:br/>
        <w:t>vt 0.499100 0.909400</w:t>
        <w:br/>
        <w:t>vt 0.623100 0.833900</w:t>
        <w:br/>
        <w:t>vt 0.499800 0.897100</w:t>
        <w:br/>
        <w:t>vt 0.499600 0.888400</w:t>
        <w:br/>
        <w:t>vt 0.486200 0.882600</w:t>
        <w:br/>
        <w:t>vt 0.500000 0.873700</w:t>
        <w:br/>
        <w:t>vt 0.473600 0.873700</w:t>
        <w:br/>
        <w:t>vt 0.481300 0.883900</w:t>
        <w:br/>
        <w:t>vt 0.486400 0.873700</w:t>
        <w:br/>
        <w:t>vt 0.462100 0.885100</w:t>
        <w:br/>
        <w:t>vt 0.464600 0.885100</w:t>
        <w:br/>
        <w:t>vt 0.462100 0.873700</w:t>
        <w:br/>
        <w:t>vt 0.611900 0.885100</w:t>
        <w:br/>
        <w:t>vt 0.622700 0.885100</w:t>
        <w:br/>
        <w:t>vt 0.622700 0.873700</w:t>
        <w:br/>
        <w:t>vt 0.611000 0.873700</w:t>
        <w:br/>
        <w:t>vt 0.590200 0.897100</w:t>
        <w:br/>
        <w:t>vt 0.601400 0.897100</w:t>
        <w:br/>
        <w:t>vt 0.601800 0.891800</w:t>
        <w:br/>
        <w:t>vt 0.590100 0.890100</w:t>
        <w:br/>
        <w:t>vt 0.589800 0.883300</w:t>
        <w:br/>
        <w:t>vt 0.574600 0.873700</w:t>
        <w:br/>
        <w:t>vt 0.611400 0.909400</w:t>
        <w:br/>
        <w:t>vt 0.622700 0.909400</w:t>
        <w:br/>
        <w:t>vt 0.487500 0.909400</w:t>
        <w:br/>
        <w:t>vt 0.499700 0.900500</w:t>
        <w:br/>
        <w:t>vt 0.611600 0.903400</w:t>
        <w:br/>
        <w:t>vt 0.601400 0.903500</w:t>
        <w:br/>
        <w:t>vt 0.622700 0.903400</w:t>
        <w:br/>
        <w:t>vt 0.474800 0.909400</w:t>
        <w:br/>
        <w:t>vt 0.488400 0.903000</w:t>
        <w:br/>
        <w:t>vt 0.479200 0.897100</w:t>
        <w:br/>
        <w:t>vt 0.474800 0.902800</w:t>
        <w:br/>
        <w:t>vt 0.487800 0.897100</w:t>
        <w:br/>
        <w:t>vt 0.467800 0.897100</w:t>
        <w:br/>
        <w:t>vt 0.462100 0.897100</w:t>
        <w:br/>
        <w:t>vt 0.462100 0.903400</w:t>
        <w:br/>
        <w:t>vt 0.462100 0.909400</w:t>
        <w:br/>
        <w:t>vt 0.611700 0.891500</w:t>
        <w:br/>
        <w:t>vt 0.611700 0.897100</w:t>
        <w:br/>
        <w:t>vt 0.599700 0.873700</w:t>
        <w:br/>
        <w:t>vt 0.600400 0.882900</w:t>
        <w:br/>
        <w:t>vt 0.607600 0.885900</w:t>
        <w:br/>
        <w:t>vt 0.629500 0.830000</w:t>
        <w:br/>
        <w:t>vt 0.626400 0.827200</w:t>
        <w:br/>
        <w:t>vt 0.626400 0.830000</w:t>
        <w:br/>
        <w:t>vt 0.632200 0.830000</w:t>
        <w:br/>
        <w:t>vt 0.486700 0.890200</w:t>
        <w:br/>
        <w:t>vt 0.480900 0.890800</w:t>
        <w:br/>
        <w:t>vt 0.462100 0.891500</w:t>
        <w:br/>
        <w:t>vt 0.470500 0.891500</w:t>
        <w:br/>
        <w:t>vt 0.588500 0.873700</w:t>
        <w:br/>
        <w:t>vt 0.622700 0.897100</w:t>
        <w:br/>
        <w:t>vt 0.622700 0.891500</w:t>
        <w:br/>
        <w:t>vt 0.569237 0.865049</w:t>
        <w:br/>
        <w:t>vt 0.558500 0.873700</w:t>
        <w:br/>
        <w:t>vt 0.629500 0.819800</w:t>
        <w:br/>
        <w:t>vt 0.626400 0.819800</w:t>
        <w:br/>
        <w:t>vt 0.626400 0.822500</w:t>
        <w:br/>
        <w:t>vt 0.528300 0.865400</w:t>
        <w:br/>
        <w:t>vt 0.514800 0.865400</w:t>
        <w:br/>
        <w:t>vt 0.514800 0.873700</w:t>
        <w:br/>
        <w:t>vt 0.528300 0.873700</w:t>
        <w:br/>
        <w:t>vt 0.512100 0.864700</w:t>
        <w:br/>
        <w:t>vt 0.632800 0.819800</w:t>
        <w:br/>
        <w:t>vt 0.588500 0.873700</w:t>
        <w:br/>
        <w:t>vt 0.589500 0.846600</w:t>
        <w:br/>
        <w:t>vt 0.582700 0.846600</w:t>
        <w:br/>
        <w:t>vt 0.516000 0.854900</w:t>
        <w:br/>
        <w:t>vt 0.512500 0.854100</w:t>
        <w:br/>
        <w:t>vt 0.494700 0.846600</w:t>
        <w:br/>
        <w:t>vt 0.485300 0.846600</w:t>
        <w:br/>
        <w:t>vt 0.474600 0.846600</w:t>
        <w:br/>
        <w:t>vt 0.462100 0.846600</w:t>
        <w:br/>
        <w:t>vt 0.581100 0.846600</w:t>
        <w:br/>
        <w:t>vt 0.580300 0.846600</w:t>
        <w:br/>
        <w:t>vt 0.569237 0.865049</w:t>
        <w:br/>
        <w:t>vt 0.623500 0.830000</w:t>
        <w:br/>
        <w:t>vt 0.623500 0.827200</w:t>
        <w:br/>
        <w:t>vt 0.623500 0.830000</w:t>
        <w:br/>
        <w:t>vt 0.623400 0.819800</w:t>
        <w:br/>
        <w:t>vt 0.623600 0.822500</w:t>
        <w:br/>
        <w:t>vt 0.558500 0.873700</w:t>
        <w:br/>
        <w:t>vt 0.567506 0.864987</w:t>
        <w:br/>
        <w:t>vt 0.562492 0.865185</w:t>
        <w:br/>
        <w:t>vt 0.570125 0.847848</w:t>
        <w:br/>
        <w:t>vt 0.579300 0.846600</w:t>
        <w:br/>
        <w:t>vt 0.576200 0.846600</w:t>
        <w:br/>
        <w:t>vt 0.569237 0.865049</w:t>
        <w:br/>
        <w:t>vt 0.581100 0.846600</w:t>
        <w:br/>
        <w:t>vt 0.562492 0.865185</w:t>
        <w:br/>
        <w:t>vt 0.558500 0.865400</w:t>
        <w:br/>
        <w:t>vt 0.508400 0.864400</w:t>
        <w:br/>
        <w:t>vt 0.507900 0.852400</w:t>
        <w:br/>
        <w:t>vt 0.506100 0.851100</w:t>
        <w:br/>
        <w:t>vt 0.508400 0.864400</w:t>
        <w:br/>
        <w:t>vt 0.499300 0.846600</w:t>
        <w:br/>
        <w:t>vt 0.509600 0.853600</w:t>
        <w:br/>
        <w:t>vt 0.574000 0.846600</w:t>
        <w:br/>
        <w:t>vt 0.626400 0.819800</w:t>
        <w:br/>
        <w:t>vt 0.629500 0.819800</w:t>
        <w:br/>
        <w:t>vt 0.629500 0.819400</w:t>
        <w:br/>
        <w:t>vt 0.626400 0.819400</w:t>
        <w:br/>
        <w:t>vt 0.528300 0.865400</w:t>
        <w:br/>
        <w:t>vt 0.528300 0.864100</w:t>
        <w:br/>
        <w:t>vt 0.516000 0.864100</w:t>
        <w:br/>
        <w:t>vt 0.514800 0.865400</w:t>
        <w:br/>
        <w:t>vt 0.632800 0.819800</w:t>
        <w:br/>
        <w:t>vt 0.632500 0.819400</w:t>
        <w:br/>
        <w:t>vt 0.629500 0.819400</w:t>
        <w:br/>
        <w:t>vt 0.622700 0.846600</w:t>
        <w:br/>
        <w:t>vt 0.610600 0.846600</w:t>
        <w:br/>
        <w:t>vt 0.599500 0.846600</w:t>
        <w:br/>
        <w:t>vt 0.514800 0.865400</w:t>
        <w:br/>
        <w:t>vt 0.516000 0.864100</w:t>
        <w:br/>
        <w:t>vt 0.516000 0.854900</w:t>
        <w:br/>
        <w:t>vt 0.623500 0.819400</w:t>
        <w:br/>
        <w:t>vt 0.623400 0.819800</w:t>
        <w:br/>
        <w:t>vt 0.558500 0.865400</w:t>
        <w:br/>
        <w:t>vt 0.558800 0.854400</w:t>
        <w:br/>
        <w:t>vt 0.555400 0.865300</w:t>
        <w:br/>
        <w:t>vt 0.563259 0.851558</w:t>
        <w:br/>
        <w:t>vt 0.558800 0.854400</w:t>
        <w:br/>
        <w:t>vt 0.501100 0.846600</w:t>
        <w:br/>
        <w:t>vt 0.502200 0.848000</w:t>
        <w:br/>
        <w:t>vt 0.507900 0.852400</w:t>
        <w:br/>
        <w:t>vt 0.572415 0.846949</w:t>
        <w:br/>
        <w:t>vt 0.551589 0.914465</w:t>
        <w:br/>
        <w:t>vt 0.538332 0.905550</w:t>
        <w:br/>
        <w:t>vt 0.535176 0.908022</w:t>
        <w:br/>
        <w:t>vt 0.504100 0.849600</w:t>
        <w:br/>
        <w:t>vt 0.540261 0.897295</w:t>
        <w:br/>
        <w:t>vt 0.541621 0.897233</w:t>
        <w:br/>
        <w:t>vt 0.541004 0.891513</w:t>
        <w:br/>
        <w:t>vt 0.528300 0.909400</w:t>
        <w:br/>
        <w:t>vt 0.472800 0.883400</w:t>
        <w:br/>
        <w:t>vt 0.502200 0.848000</w:t>
        <w:br/>
        <w:t>vt 0.534012 0.914439</w:t>
        <w:br/>
        <w:t>vt 0.539685 0.871086</w:t>
        <w:br/>
        <w:t>vt 0.539307 0.872546</w:t>
        <w:br/>
        <w:t>vt 0.544881 0.874724</w:t>
        <w:br/>
        <w:t>vt 0.547472 0.869918</w:t>
        <w:br/>
        <w:t>vt 0.544529 0.865629</w:t>
        <w:br/>
        <w:t>vt 0.544881 0.874724</w:t>
        <w:br/>
        <w:t>vt 0.540946 0.867995</w:t>
        <w:br/>
        <w:t>vt 0.542803 0.886902</w:t>
        <w:br/>
        <w:t>vt 0.550455 0.872966</w:t>
        <w:br/>
        <w:t>vt 0.544881 0.874724</w:t>
        <w:br/>
        <w:t>vt 0.550455 0.872966</w:t>
        <w:br/>
        <w:t>vt 0.542955 0.865412</w:t>
        <w:br/>
        <w:t>vt 0.538863 0.873979</w:t>
        <w:br/>
        <w:t>vt 0.541957 0.865725</w:t>
        <w:br/>
        <w:t>vt 0.551470 0.915991</w:t>
        <w:br/>
        <w:t>vt 0.567506 0.864987</w:t>
        <w:br/>
        <w:t>vt 0.570125 0.847848</w:t>
        <w:br/>
        <w:t>vt 0.547831 0.898530</w:t>
        <w:br/>
        <w:t>vt 0.548319 0.896269</w:t>
        <w:br/>
        <w:t>vt 0.541621 0.897233</w:t>
        <w:br/>
        <w:t>vt 0.548580 0.894729</w:t>
        <w:br/>
        <w:t>vt 0.546950 0.893681</w:t>
        <w:br/>
        <w:t>vt 0.544152 0.892440</w:t>
        <w:br/>
        <w:t>vt 0.541004 0.891513</w:t>
        <w:br/>
        <w:t>vt 0.541621 0.897233</w:t>
        <w:br/>
        <w:t>vt 0.548580 0.894729</w:t>
        <w:br/>
        <w:t>vt 0.547994 0.900548</w:t>
        <w:br/>
        <w:t>vt 0.547705 0.899690</w:t>
        <w:br/>
        <w:t>vt 0.547705 0.899690</w:t>
        <w:br/>
        <w:t>vt 0.543100 0.905707</w:t>
        <w:br/>
        <w:t>vt 0.546161 0.905985</w:t>
        <w:br/>
        <w:t>vt 0.543254 0.913586</w:t>
        <w:br/>
        <w:t>vt 0.548732 0.907465</w:t>
        <w:br/>
        <w:t>vt 0.543254 0.913586</w:t>
        <w:br/>
        <w:t>vt 0.550159 0.909910</w:t>
        <w:br/>
        <w:t>vt 0.549514 0.913033</w:t>
        <w:br/>
        <w:t>vt 0.549181 0.915132</w:t>
        <w:br/>
        <w:t>vt 0.546438 0.920727</w:t>
        <w:br/>
        <w:t>vt 0.541907 0.921258</w:t>
        <w:br/>
        <w:t>vt 0.543254 0.913586</w:t>
        <w:br/>
        <w:t>vt 0.537771 0.920189</w:t>
        <w:br/>
        <w:t>vt 0.535219 0.918456</w:t>
        <w:br/>
        <w:t>vt 0.540078 0.906483</w:t>
        <w:br/>
        <w:t>vt 0.537684 0.908395</w:t>
        <w:br/>
        <w:t>vt 0.535219 0.918456</w:t>
        <w:br/>
        <w:t>vt 0.534659 0.916733</w:t>
        <w:br/>
        <w:t>vt 0.549840 0.918514</w:t>
        <w:br/>
        <w:t>vt 0.537560 0.911354</w:t>
        <w:br/>
        <w:t>vt 0.542465 0.904481</w:t>
        <w:br/>
        <w:t>vt 0.546646 0.904711</w:t>
        <w:br/>
        <w:t>vt 0.550314 0.906696</w:t>
        <w:br/>
        <w:t>vt 0.552035 0.910426</w:t>
        <w:br/>
        <w:t>vt 0.551887 0.913426</w:t>
        <w:br/>
        <w:t>vt 0.533969 0.913552</w:t>
        <w:br/>
        <w:t>vt 0.533730 0.911569</w:t>
        <w:br/>
        <w:t>vt 0.632200 0.830000</w:t>
        <w:br/>
        <w:t>vt 0.629500 0.830000</w:t>
        <w:br/>
        <w:t>vt 0.626400 0.830000</w:t>
        <w:br/>
        <w:t>vt 0.514800 0.897100</w:t>
        <w:br/>
        <w:t>vt 0.514800 0.888400</w:t>
        <w:br/>
        <w:t>vt 0.528300 0.888400</w:t>
        <w:br/>
        <w:t>vt 0.528300 0.897100</w:t>
        <w:br/>
        <w:t>vt 0.632500 0.822500</w:t>
        <w:br/>
        <w:t>vt 0.632100 0.827200</w:t>
        <w:br/>
        <w:t>vt 0.629500 0.827200</w:t>
        <w:br/>
        <w:t>vt 0.629500 0.822500</w:t>
        <w:br/>
        <w:t>vt 0.575400 0.888400</w:t>
        <w:br/>
        <w:t>vt 0.575800 0.897100</w:t>
        <w:br/>
        <w:t>vt 0.558500 0.897100</w:t>
        <w:br/>
        <w:t>vt 0.558500 0.888400</w:t>
        <w:br/>
        <w:t>vt 0.558500 0.897100</w:t>
        <w:br/>
        <w:t>vt 0.589800 0.904400</w:t>
        <w:br/>
        <w:t>vt 0.499800 0.897100</w:t>
        <w:br/>
        <w:t>vt 0.499600 0.888400</w:t>
        <w:br/>
        <w:t>vt 0.486200 0.882600</w:t>
        <w:br/>
        <w:t>vt 0.500000 0.873700</w:t>
        <w:br/>
        <w:t>vt 0.473600 0.873700</w:t>
        <w:br/>
        <w:t>vt 0.486400 0.873700</w:t>
        <w:br/>
        <w:t>vt 0.481300 0.883900</w:t>
        <w:br/>
        <w:t>vt 0.462100 0.885100</w:t>
        <w:br/>
        <w:t>vt 0.462100 0.873700</w:t>
        <w:br/>
        <w:t>vt 0.464600 0.885100</w:t>
        <w:br/>
        <w:t>vt 0.622700 0.873700</w:t>
        <w:br/>
        <w:t>vt 0.622700 0.885100</w:t>
        <w:br/>
        <w:t>vt 0.611900 0.885100</w:t>
        <w:br/>
        <w:t>vt 0.611000 0.873700</w:t>
        <w:br/>
        <w:t>vt 0.590200 0.897100</w:t>
        <w:br/>
        <w:t>vt 0.590100 0.890100</w:t>
        <w:br/>
        <w:t>vt 0.601800 0.891800</w:t>
        <w:br/>
        <w:t>vt 0.601400 0.897100</w:t>
        <w:br/>
        <w:t>vt 0.574600 0.873700</w:t>
        <w:br/>
        <w:t>vt 0.589800 0.883300</w:t>
        <w:br/>
        <w:t>vt 0.499700 0.900500</w:t>
        <w:br/>
        <w:t>vt 0.601400 0.903500</w:t>
        <w:br/>
        <w:t>vt 0.611600 0.903400</w:t>
        <w:br/>
        <w:t>vt 0.622700 0.903400</w:t>
        <w:br/>
        <w:t>vt 0.488400 0.903000</w:t>
        <w:br/>
        <w:t>vt 0.474800 0.902800</w:t>
        <w:br/>
        <w:t>vt 0.479200 0.897100</w:t>
        <w:br/>
        <w:t>vt 0.487800 0.897100</w:t>
        <w:br/>
        <w:t>vt 0.467800 0.897100</w:t>
        <w:br/>
        <w:t>vt 0.462100 0.903400</w:t>
        <w:br/>
        <w:t>vt 0.462100 0.897100</w:t>
        <w:br/>
        <w:t>vt 0.611700 0.891500</w:t>
        <w:br/>
        <w:t>vt 0.611700 0.897100</w:t>
        <w:br/>
        <w:t>vt 0.599700 0.873700</w:t>
        <w:br/>
        <w:t>vt 0.607600 0.885900</w:t>
        <w:br/>
        <w:t>vt 0.600400 0.882900</w:t>
        <w:br/>
        <w:t>vt 0.629500 0.830000</w:t>
        <w:br/>
        <w:t>vt 0.626400 0.830000</w:t>
        <w:br/>
        <w:t>vt 0.626400 0.827200</w:t>
        <w:br/>
        <w:t>vt 0.632200 0.830000</w:t>
        <w:br/>
        <w:t>vt 0.486700 0.890200</w:t>
        <w:br/>
        <w:t>vt 0.480900 0.890800</w:t>
        <w:br/>
        <w:t>vt 0.462100 0.891500</w:t>
        <w:br/>
        <w:t>vt 0.470500 0.891500</w:t>
        <w:br/>
        <w:t>vt 0.588500 0.873700</w:t>
        <w:br/>
        <w:t>vt 0.622700 0.891500</w:t>
        <w:br/>
        <w:t>vt 0.622700 0.897100</w:t>
        <w:br/>
        <w:t>vt 0.558500 0.873700</w:t>
        <w:br/>
        <w:t>vt 0.569237 0.865049</w:t>
        <w:br/>
        <w:t>vt 0.626400 0.822500</w:t>
        <w:br/>
        <w:t>vt 0.626400 0.819800</w:t>
        <w:br/>
        <w:t>vt 0.629500 0.819800</w:t>
        <w:br/>
        <w:t>vt 0.514800 0.873700</w:t>
        <w:br/>
        <w:t>vt 0.514800 0.865400</w:t>
        <w:br/>
        <w:t>vt 0.528300 0.865400</w:t>
        <w:br/>
        <w:t>vt 0.528300 0.873700</w:t>
        <w:br/>
        <w:t>vt 0.512100 0.864700</w:t>
        <w:br/>
        <w:t>vt 0.632800 0.819800</w:t>
        <w:br/>
        <w:t>vt 0.588500 0.873700</w:t>
        <w:br/>
        <w:t>vt 0.582700 0.846600</w:t>
        <w:br/>
        <w:t>vt 0.589500 0.846600</w:t>
        <w:br/>
        <w:t>vt 0.512500 0.854100</w:t>
        <w:br/>
        <w:t>vt 0.516000 0.854900</w:t>
        <w:br/>
        <w:t>vt 0.485300 0.846600</w:t>
        <w:br/>
        <w:t>vt 0.494700 0.846600</w:t>
        <w:br/>
        <w:t>vt 0.462100 0.846600</w:t>
        <w:br/>
        <w:t>vt 0.474600 0.846600</w:t>
        <w:br/>
        <w:t>vt 0.581100 0.846600</w:t>
        <w:br/>
        <w:t>vt 0.569237 0.865049</w:t>
        <w:br/>
        <w:t>vt 0.580300 0.846600</w:t>
        <w:br/>
        <w:t>vt 0.623500 0.830000</w:t>
        <w:br/>
        <w:t>vt 0.623500 0.830000</w:t>
        <w:br/>
        <w:t>vt 0.623500 0.827200</w:t>
        <w:br/>
        <w:t>vt 0.623600 0.822500</w:t>
        <w:br/>
        <w:t>vt 0.623400 0.819800</w:t>
        <w:br/>
        <w:t>vt 0.558500 0.873700</w:t>
        <w:br/>
        <w:t>vt 0.562492 0.865185</w:t>
        <w:br/>
        <w:t>vt 0.567506 0.864987</w:t>
        <w:br/>
        <w:t>vt 0.570125 0.847848</w:t>
        <w:br/>
        <w:t>vt 0.579300 0.846600</w:t>
        <w:br/>
        <w:t>vt 0.569237 0.865049</w:t>
        <w:br/>
        <w:t>vt 0.576200 0.846600</w:t>
        <w:br/>
        <w:t>vt 0.581100 0.846600</w:t>
        <w:br/>
        <w:t>vt 0.562492 0.865185</w:t>
        <w:br/>
        <w:t>vt 0.558500 0.865400</w:t>
        <w:br/>
        <w:t>vt 0.508400 0.864400</w:t>
        <w:br/>
        <w:t>vt 0.506100 0.851100</w:t>
        <w:br/>
        <w:t>vt 0.507900 0.852400</w:t>
        <w:br/>
        <w:t>vt 0.508400 0.864400</w:t>
        <w:br/>
        <w:t>vt 0.499300 0.846600</w:t>
        <w:br/>
        <w:t>vt 0.509600 0.853600</w:t>
        <w:br/>
        <w:t>vt 0.574000 0.846600</w:t>
        <w:br/>
        <w:t>vt 0.626400 0.819800</w:t>
        <w:br/>
        <w:t>vt 0.626400 0.819400</w:t>
        <w:br/>
        <w:t>vt 0.629500 0.819400</w:t>
        <w:br/>
        <w:t>vt 0.629500 0.819800</w:t>
        <w:br/>
        <w:t>vt 0.516000 0.864100</w:t>
        <w:br/>
        <w:t>vt 0.528300 0.864100</w:t>
        <w:br/>
        <w:t>vt 0.528300 0.865400</w:t>
        <w:br/>
        <w:t>vt 0.514800 0.865400</w:t>
        <w:br/>
        <w:t>vt 0.629500 0.819400</w:t>
        <w:br/>
        <w:t>vt 0.632500 0.819400</w:t>
        <w:br/>
        <w:t>vt 0.632800 0.819800</w:t>
        <w:br/>
        <w:t>vt 0.610600 0.846600</w:t>
        <w:br/>
        <w:t>vt 0.622700 0.846600</w:t>
        <w:br/>
        <w:t>vt 0.599500 0.846600</w:t>
        <w:br/>
        <w:t>vt 0.514800 0.865400</w:t>
        <w:br/>
        <w:t>vt 0.516000 0.854900</w:t>
        <w:br/>
        <w:t>vt 0.516000 0.864100</w:t>
        <w:br/>
        <w:t>vt 0.623500 0.819400</w:t>
        <w:br/>
        <w:t>vt 0.623400 0.819800</w:t>
        <w:br/>
        <w:t>vt 0.558500 0.865400</w:t>
        <w:br/>
        <w:t>vt 0.555400 0.865300</w:t>
        <w:br/>
        <w:t>vt 0.558800 0.854400</w:t>
        <w:br/>
        <w:t>vt 0.558800 0.854400</w:t>
        <w:br/>
        <w:t>vt 0.563259 0.851558</w:t>
        <w:br/>
        <w:t>vt 0.501100 0.846600</w:t>
        <w:br/>
        <w:t>vt 0.502200 0.848000</w:t>
        <w:br/>
        <w:t>vt 0.507900 0.852400</w:t>
        <w:br/>
        <w:t>vt 0.572415 0.846949</w:t>
        <w:br/>
        <w:t>vt 0.551589 0.914465</w:t>
        <w:br/>
        <w:t>vt 0.538332 0.905550</w:t>
        <w:br/>
        <w:t>vt 0.535176 0.908022</w:t>
        <w:br/>
        <w:t>vt 0.504100 0.849600</w:t>
        <w:br/>
        <w:t>vt 0.540261 0.897295</w:t>
        <w:br/>
        <w:t>vt 0.541004 0.891513</w:t>
        <w:br/>
        <w:t>vt 0.541621 0.897233</w:t>
        <w:br/>
        <w:t>vt 0.472800 0.883400</w:t>
        <w:br/>
        <w:t>vt 0.502200 0.848000</w:t>
        <w:br/>
        <w:t>vt 0.534012 0.914439</w:t>
        <w:br/>
        <w:t>vt 0.539685 0.871086</w:t>
        <w:br/>
        <w:t>vt 0.544881 0.874724</w:t>
        <w:br/>
        <w:t>vt 0.539307 0.872546</w:t>
        <w:br/>
        <w:t>vt 0.547472 0.869918</w:t>
        <w:br/>
        <w:t>vt 0.544881 0.874724</w:t>
        <w:br/>
        <w:t>vt 0.544529 0.865629</w:t>
        <w:br/>
        <w:t>vt 0.540947 0.867995</w:t>
        <w:br/>
        <w:t>vt 0.542803 0.886902</w:t>
        <w:br/>
        <w:t>vt 0.544881 0.874724</w:t>
        <w:br/>
        <w:t>vt 0.550455 0.872966</w:t>
        <w:br/>
        <w:t>vt 0.550455 0.872966</w:t>
        <w:br/>
        <w:t>vt 0.542955 0.865412</w:t>
        <w:br/>
        <w:t>vt 0.538863 0.873979</w:t>
        <w:br/>
        <w:t>vt 0.541957 0.865725</w:t>
        <w:br/>
        <w:t>vt 0.551470 0.915991</w:t>
        <w:br/>
        <w:t>vt 0.567506 0.864987</w:t>
        <w:br/>
        <w:t>vt 0.570125 0.847848</w:t>
        <w:br/>
        <w:t>vt 0.547831 0.898530</w:t>
        <w:br/>
        <w:t>vt 0.541621 0.897233</w:t>
        <w:br/>
        <w:t>vt 0.548319 0.896269</w:t>
        <w:br/>
        <w:t>vt 0.548580 0.894729</w:t>
        <w:br/>
        <w:t>vt 0.546950 0.893681</w:t>
        <w:br/>
        <w:t>vt 0.544152 0.892440</w:t>
        <w:br/>
        <w:t>vt 0.541621 0.897233</w:t>
        <w:br/>
        <w:t>vt 0.541004 0.891513</w:t>
        <w:br/>
        <w:t>vt 0.548580 0.894729</w:t>
        <w:br/>
        <w:t>vt 0.547994 0.900548</w:t>
        <w:br/>
        <w:t>vt 0.547705 0.899690</w:t>
        <w:br/>
        <w:t>vt 0.547705 0.899690</w:t>
        <w:br/>
        <w:t>vt 0.005300 0.871600</w:t>
        <w:br/>
        <w:t>vt 0.004700 0.867600</w:t>
        <w:br/>
        <w:t>vt 0.015000 0.866800</w:t>
        <w:br/>
        <w:t>vt 0.016700 0.871600</w:t>
        <w:br/>
        <w:t>vt 0.026600 0.866400</w:t>
        <w:br/>
        <w:t>vt 0.030600 0.871600</w:t>
        <w:br/>
        <w:t>vt 0.013800 0.856300</w:t>
        <w:br/>
        <w:t>vt 0.004000 0.861200</w:t>
        <w:br/>
        <w:t>vt 0.004800 0.853500</w:t>
        <w:br/>
        <w:t>vt 0.013900 0.844100</w:t>
        <w:br/>
        <w:t>vt 0.007200 0.844900</w:t>
        <w:br/>
        <w:t>vt 0.010600 0.835800</w:t>
        <w:br/>
        <w:t>vt 0.024300 0.858900</w:t>
        <w:br/>
        <w:t>vt 0.023800 0.849700</w:t>
        <w:br/>
        <w:t>vt 0.004700 0.875400</w:t>
        <w:br/>
        <w:t>vt 0.005300 0.871600</w:t>
        <w:br/>
        <w:t>vt 0.016700 0.871600</w:t>
        <w:br/>
        <w:t>vt 0.017400 0.875400</w:t>
        <w:br/>
        <w:t>vt 0.030600 0.871600</w:t>
        <w:br/>
        <w:t>vt 0.032300 0.877100</w:t>
        <w:br/>
        <w:t>vt 0.016200 0.887000</w:t>
        <w:br/>
        <w:t>vt 0.003900 0.882200</w:t>
        <w:br/>
        <w:t>vt 0.017400 0.875400</w:t>
        <w:br/>
        <w:t>vt 0.032400 0.886000</w:t>
        <w:br/>
        <w:t>vt 0.028100 0.895500</w:t>
        <w:br/>
        <w:t>vt 0.022300 0.903300</w:t>
        <w:br/>
        <w:t>vt 0.008200 0.899800</w:t>
        <w:br/>
        <w:t>vt 0.019100 0.907700</w:t>
        <w:br/>
        <w:t>vt 0.011200 0.909000</w:t>
        <w:br/>
        <w:t>vt 0.018100 0.837700</w:t>
        <w:br/>
        <w:t>vt 0.022000 0.841300</w:t>
        <w:br/>
        <w:t>vt 0.125969 0.951538</w:t>
        <w:br/>
        <w:t>vt 0.128169 0.949638</w:t>
        <w:br/>
        <w:t>vt 0.129169 0.950238</w:t>
        <w:br/>
        <w:t>vt 0.126269 0.952638</w:t>
        <w:br/>
        <w:t>vt 0.130469 0.943838</w:t>
        <w:br/>
        <w:t>vt 0.129769 0.936137</w:t>
        <w:br/>
        <w:t>vt 0.131069 0.936137</w:t>
        <w:br/>
        <w:t>vt 0.131569 0.944038</w:t>
        <w:br/>
        <w:t>vt 0.127869 0.927338</w:t>
        <w:br/>
        <w:t>vt 0.129069 0.927138</w:t>
        <w:br/>
        <w:t>vt 0.100109 0.930929</w:t>
        <w:br/>
        <w:t>vt 0.099809 0.938429</w:t>
        <w:br/>
        <w:t>vt 0.093809 0.938429</w:t>
        <w:br/>
        <w:t>vt 0.094509 0.928729</w:t>
        <w:br/>
        <w:t>vt 0.097009 0.946129</w:t>
        <w:br/>
        <w:t>vt 0.102009 0.949829</w:t>
        <w:br/>
        <w:t>vt 0.122369 0.952038</w:t>
        <w:br/>
        <w:t>vt 0.123069 0.951038</w:t>
        <w:br/>
        <w:t>vt 0.099809 0.938429</w:t>
        <w:br/>
        <w:t>vt 0.107209 0.948629</w:t>
        <w:br/>
        <w:t>vt 0.117369 0.946238</w:t>
        <w:br/>
        <w:t>vt 0.118569 0.945938</w:t>
        <w:br/>
        <w:t>vt 0.111309 0.940729</w:t>
        <w:br/>
        <w:t>vt 0.100109 0.930929</w:t>
        <w:br/>
        <w:t>vt 0.109509 0.930229</w:t>
        <w:br/>
        <w:t>vt 0.117269 0.936438</w:t>
        <w:br/>
        <w:t>vt 0.118469 0.936638</w:t>
        <w:br/>
        <w:t>vt 0.120369 0.926838</w:t>
        <w:br/>
        <w:t>vt 0.121569 0.927238</w:t>
        <w:br/>
        <w:t>vt 0.101809 0.915429</w:t>
        <w:br/>
        <w:t>vt 0.105309 0.921429</w:t>
        <w:br/>
        <w:t>vt 0.124669 0.917138</w:t>
        <w:br/>
        <w:t>vt 0.125069 0.917138</w:t>
        <w:br/>
        <w:t>vt 0.127869 0.927338</w:t>
        <w:br/>
        <w:t>vt 0.125169 0.935838</w:t>
        <w:br/>
        <w:t>vt 0.101809 0.915429</w:t>
        <w:br/>
        <w:t>vt 0.097409 0.920629</w:t>
        <w:br/>
        <w:t>vt 0.125069 0.943338</w:t>
        <w:br/>
        <w:t>vt 0.125069 0.943338</w:t>
        <w:br/>
        <w:t>vt 0.118569 0.945938</w:t>
        <w:br/>
        <w:t>vt 0.130469 0.943838</w:t>
        <w:br/>
        <w:t>vt 0.125169 0.935838</w:t>
        <w:br/>
        <w:t>vt 0.118469 0.936638</w:t>
        <w:br/>
        <w:t>vt 0.121569 0.927238</w:t>
        <w:br/>
        <w:t>vt 0.124669 0.917138</w:t>
        <w:br/>
        <w:t>vt 0.005100 0.890900</w:t>
        <w:br/>
        <w:t>vt 0.125069 0.917138</w:t>
        <w:br/>
        <w:t>vt 0.032300 0.877100</w:t>
        <w:br/>
        <w:t>vt 0.005300 0.871600</w:t>
        <w:br/>
        <w:t>vt 0.016700 0.871600</w:t>
        <w:br/>
        <w:t>vt 0.015000 0.866800</w:t>
        <w:br/>
        <w:t>vt 0.004700 0.867600</w:t>
        <w:br/>
        <w:t>vt 0.030600 0.871600</w:t>
        <w:br/>
        <w:t>vt 0.026600 0.866400</w:t>
        <w:br/>
        <w:t>vt 0.013800 0.856300</w:t>
        <w:br/>
        <w:t>vt 0.004800 0.853500</w:t>
        <w:br/>
        <w:t>vt 0.004000 0.861200</w:t>
        <w:br/>
        <w:t>vt 0.013900 0.844100</w:t>
        <w:br/>
        <w:t>vt 0.010600 0.835800</w:t>
        <w:br/>
        <w:t>vt 0.007200 0.844900</w:t>
        <w:br/>
        <w:t>vt 0.024300 0.858900</w:t>
        <w:br/>
        <w:t>vt 0.023800 0.849700</w:t>
        <w:br/>
        <w:t>vt 0.004700 0.875400</w:t>
        <w:br/>
        <w:t>vt 0.017400 0.875400</w:t>
        <w:br/>
        <w:t>vt 0.016700 0.871600</w:t>
        <w:br/>
        <w:t>vt 0.005300 0.871600</w:t>
        <w:br/>
        <w:t>vt 0.032300 0.877100</w:t>
        <w:br/>
        <w:t>vt 0.030600 0.871600</w:t>
        <w:br/>
        <w:t>vt 0.016200 0.887000</w:t>
        <w:br/>
        <w:t>vt 0.017400 0.875400</w:t>
        <w:br/>
        <w:t>vt 0.003900 0.882200</w:t>
        <w:br/>
        <w:t>vt 0.032400 0.886000</w:t>
        <w:br/>
        <w:t>vt 0.028100 0.895500</w:t>
        <w:br/>
        <w:t>vt 0.022300 0.903300</w:t>
        <w:br/>
        <w:t>vt 0.008200 0.899800</w:t>
        <w:br/>
        <w:t>vt 0.011200 0.909000</w:t>
        <w:br/>
        <w:t>vt 0.019100 0.907700</w:t>
        <w:br/>
        <w:t>vt 0.022000 0.841300</w:t>
        <w:br/>
        <w:t>vt 0.018100 0.837700</w:t>
        <w:br/>
        <w:t>vt 0.125969 0.951538</w:t>
        <w:br/>
        <w:t>vt 0.126269 0.952638</w:t>
        <w:br/>
        <w:t>vt 0.129169 0.950238</w:t>
        <w:br/>
        <w:t>vt 0.128169 0.949638</w:t>
        <w:br/>
        <w:t>vt 0.130469 0.943838</w:t>
        <w:br/>
        <w:t>vt 0.131569 0.944038</w:t>
        <w:br/>
        <w:t>vt 0.131069 0.936137</w:t>
        <w:br/>
        <w:t>vt 0.129769 0.936137</w:t>
        <w:br/>
        <w:t>vt 0.129069 0.927138</w:t>
        <w:br/>
        <w:t>vt 0.127869 0.927338</w:t>
        <w:br/>
        <w:t>vt 0.093809 0.938429</w:t>
        <w:br/>
        <w:t>vt 0.099808 0.938429</w:t>
        <w:br/>
        <w:t>vt 0.100109 0.930929</w:t>
        <w:br/>
        <w:t>vt 0.094509 0.928729</w:t>
        <w:br/>
        <w:t>vt 0.097008 0.946129</w:t>
        <w:br/>
        <w:t>vt 0.102008 0.949829</w:t>
        <w:br/>
        <w:t>vt 0.122369 0.952038</w:t>
        <w:br/>
        <w:t>vt 0.123069 0.951038</w:t>
        <w:br/>
        <w:t>vt 0.107208 0.948629</w:t>
        <w:br/>
        <w:t>vt 0.099808 0.938429</w:t>
        <w:br/>
        <w:t>vt 0.117369 0.946238</w:t>
        <w:br/>
        <w:t>vt 0.118569 0.945938</w:t>
        <w:br/>
        <w:t>vt 0.111308 0.940729</w:t>
        <w:br/>
        <w:t>vt 0.109509 0.930229</w:t>
        <w:br/>
        <w:t>vt 0.100109 0.930929</w:t>
        <w:br/>
        <w:t>vt 0.117269 0.936438</w:t>
        <w:br/>
        <w:t>vt 0.118469 0.936638</w:t>
        <w:br/>
        <w:t>vt 0.120369 0.926837</w:t>
        <w:br/>
        <w:t>vt 0.121569 0.927238</w:t>
        <w:br/>
        <w:t>vt 0.105309 0.921429</w:t>
        <w:br/>
        <w:t>vt 0.101808 0.915429</w:t>
        <w:br/>
        <w:t>vt 0.124669 0.917138</w:t>
        <w:br/>
        <w:t>vt 0.125069 0.917138</w:t>
        <w:br/>
        <w:t>vt 0.125169 0.935838</w:t>
        <w:br/>
        <w:t>vt 0.127869 0.927338</w:t>
        <w:br/>
        <w:t>vt 0.101808 0.915429</w:t>
        <w:br/>
        <w:t>vt 0.097408 0.920629</w:t>
        <w:br/>
        <w:t>vt 0.125069 0.943337</w:t>
        <w:br/>
        <w:t>vt 0.125069 0.943337</w:t>
        <w:br/>
        <w:t>vt 0.118569 0.945938</w:t>
        <w:br/>
        <w:t>vt 0.130469 0.943838</w:t>
        <w:br/>
        <w:t>vt 0.125169 0.935838</w:t>
        <w:br/>
        <w:t>vt 0.121569 0.927238</w:t>
        <w:br/>
        <w:t>vt 0.118469 0.936638</w:t>
        <w:br/>
        <w:t>vt 0.124669 0.917138</w:t>
        <w:br/>
        <w:t>vt 0.005100 0.890900</w:t>
        <w:br/>
        <w:t>vt 0.125069 0.917138</w:t>
        <w:br/>
        <w:t>vt 0.032300 0.877100</w:t>
        <w:br/>
        <w:t>vt 0.082891 0.934799</w:t>
        <w:br/>
        <w:t>vt 0.083157 0.940738</w:t>
        <w:br/>
        <w:t>vt 0.077838 0.940295</w:t>
        <w:br/>
        <w:t>vt 0.078636 0.934268</w:t>
        <w:br/>
        <w:t>vt 0.082979 0.929126</w:t>
        <w:br/>
        <w:t>vt 0.079788 0.928683</w:t>
        <w:br/>
        <w:t>vt 0.066086 0.925349</w:t>
        <w:br/>
        <w:t>vt 0.070286 0.925149</w:t>
        <w:br/>
        <w:t>vt 0.069486 0.931749</w:t>
        <w:br/>
        <w:t>vt 0.066386 0.931949</w:t>
        <w:br/>
        <w:t>vt 0.069086 0.938049</w:t>
        <w:br/>
        <w:t>vt 0.066586 0.938149</w:t>
        <w:br/>
        <w:t>vt 0.066686 0.943849</w:t>
        <w:br/>
        <w:t>vt 0.076686 0.925049</w:t>
        <w:br/>
        <w:t>vt 0.074686 0.932149</w:t>
        <w:br/>
        <w:t>vt 0.072886 0.924949</w:t>
        <w:br/>
        <w:t>vt 0.087589 0.934799</w:t>
        <w:br/>
        <w:t>vt 0.088830 0.941093</w:t>
        <w:br/>
        <w:t>vt 0.072786 0.938449</w:t>
        <w:br/>
        <w:t>vt 0.065386 0.938349</w:t>
        <w:br/>
        <w:t>vt 0.064486 0.932149</w:t>
        <w:br/>
        <w:t>vt 0.063786 0.925549</w:t>
        <w:br/>
        <w:t>vt 0.066086 0.925349</w:t>
        <w:br/>
        <w:t>vt 0.063686 0.918349</w:t>
        <w:br/>
        <w:t>vt 0.067486 0.918349</w:t>
        <w:br/>
        <w:t>vt 0.067286 0.919449</w:t>
        <w:br/>
        <w:t>vt 0.080320 0.946677</w:t>
        <w:br/>
        <w:t>vt 0.067486 0.918349</w:t>
        <w:br/>
        <w:t>vt 0.071186 0.918349</w:t>
        <w:br/>
        <w:t>vt 0.071086 0.919449</w:t>
        <w:br/>
        <w:t>vt 0.067286 0.919449</w:t>
        <w:br/>
        <w:t>vt 0.070286 0.943849</w:t>
        <w:br/>
        <w:t>vt 0.081206 0.923896</w:t>
        <w:br/>
        <w:t>vt 0.074186 0.919449</w:t>
        <w:br/>
        <w:t>vt 0.077686 0.918349</w:t>
        <w:br/>
        <w:t>vt 0.084486 0.923896</w:t>
        <w:br/>
        <w:t>vt 0.086436 0.928949</w:t>
        <w:br/>
        <w:t>vt 0.086702 0.946677</w:t>
        <w:br/>
        <w:t>vt 0.083688 0.946677</w:t>
        <w:br/>
        <w:t>vt 0.071186 0.918349</w:t>
        <w:br/>
        <w:t>vt 0.074286 0.918349</w:t>
        <w:br/>
        <w:t>vt 0.071086 0.919449</w:t>
        <w:br/>
        <w:t>vt 0.083688 0.946677</w:t>
        <w:br/>
        <w:t>vt 0.080320 0.946677</w:t>
        <w:br/>
        <w:t>vt 0.077218 0.946677</w:t>
        <w:br/>
        <w:t>vt 0.089539 0.946677</w:t>
        <w:br/>
        <w:t>vt 0.202900 0.981357</w:t>
        <w:br/>
        <w:t>vt 0.205100 0.970557</w:t>
        <w:br/>
        <w:t>vt 0.207900 0.971257</w:t>
        <w:br/>
        <w:t>vt 0.154500 0.988801</w:t>
        <w:br/>
        <w:t>vt 0.157900 0.993601</w:t>
        <w:br/>
        <w:t>vt 0.156100 0.995401</w:t>
        <w:br/>
        <w:t>vt 0.186800 0.988801</w:t>
        <w:br/>
        <w:t>vt 0.187000 0.993201</w:t>
        <w:br/>
        <w:t>vt 0.180700 0.994101</w:t>
        <w:br/>
        <w:t>vt 0.178000 0.988801</w:t>
        <w:br/>
        <w:t>vt 0.205600 0.994201</w:t>
        <w:br/>
        <w:t>vt 0.202800 0.988801</w:t>
        <w:br/>
        <w:t>vt 0.213200 0.988801</w:t>
        <w:br/>
        <w:t>vt 0.152800 0.982300</w:t>
        <w:br/>
        <w:t>vt 0.154500 0.987400</w:t>
        <w:br/>
        <w:t>vt 0.148000 0.987400</w:t>
        <w:br/>
        <w:t>vt 0.147400 0.982300</w:t>
        <w:br/>
        <w:t>vt 0.161200 0.982300</w:t>
        <w:br/>
        <w:t>vt 0.162100 0.987400</w:t>
        <w:br/>
        <w:t>vt 0.170100 0.982300</w:t>
        <w:br/>
        <w:t>vt 0.170900 0.987400</w:t>
        <w:br/>
        <w:t>vt 0.177100 0.982300</w:t>
        <w:br/>
        <w:t>vt 0.178000 0.987400</w:t>
        <w:br/>
        <w:t>vt 0.186800 0.982300</w:t>
        <w:br/>
        <w:t>vt 0.186800 0.987400</w:t>
        <w:br/>
        <w:t>vt 0.196700 0.982300</w:t>
        <w:br/>
        <w:t>vt 0.196000 0.987400</w:t>
        <w:br/>
        <w:t>vt 0.202900 0.982300</w:t>
        <w:br/>
        <w:t>vt 0.202800 0.987400</w:t>
        <w:br/>
        <w:t>vt 0.213200 0.982300</w:t>
        <w:br/>
        <w:t>vt 0.213200 0.987400</w:t>
        <w:br/>
        <w:t>vt 0.186800 0.981357</w:t>
        <w:br/>
        <w:t>vt 0.191300 0.971757</w:t>
        <w:br/>
        <w:t>vt 0.196700 0.981357</w:t>
        <w:br/>
        <w:t>vt 0.202900 0.981357</w:t>
        <w:br/>
        <w:t>vt 0.203900 0.970757</w:t>
        <w:br/>
        <w:t>vt 0.205100 0.970557</w:t>
        <w:br/>
        <w:t>vt 0.199900 0.971857</w:t>
        <w:br/>
        <w:t>vt 0.203900 0.970757</w:t>
        <w:br/>
        <w:t>vt 0.196700 0.981357</w:t>
        <w:br/>
        <w:t>vt 0.194400 0.972157</w:t>
        <w:br/>
        <w:t>vt 0.196200 0.971257</w:t>
        <w:br/>
        <w:t>vt 0.170100 0.981357</w:t>
        <w:br/>
        <w:t>vt 0.167700 0.974157</w:t>
        <w:br/>
        <w:t>vt 0.169100 0.973057</w:t>
        <w:br/>
        <w:t>vt 0.170100 0.981357</w:t>
        <w:br/>
        <w:t>vt 0.165600 0.973357</w:t>
        <w:br/>
        <w:t>vt 0.167700 0.974157</w:t>
        <w:br/>
        <w:t>vt 0.176400 0.973057</w:t>
        <w:br/>
        <w:t>vt 0.177900 0.973557</w:t>
        <w:br/>
        <w:t>vt 0.177100 0.981357</w:t>
        <w:br/>
        <w:t>vt 0.172600 0.973357</w:t>
        <w:br/>
        <w:t>vt 0.177100 0.981357</w:t>
        <w:br/>
        <w:t>vt 0.139600 0.976757</w:t>
        <w:br/>
        <w:t>vt 0.142200 0.974957</w:t>
        <w:br/>
        <w:t>vt 0.147400 0.981357</w:t>
        <w:br/>
        <w:t>vt 0.141200 0.991001</w:t>
        <w:br/>
        <w:t>vt 0.148000 0.988801</w:t>
        <w:br/>
        <w:t>vt 0.145900 0.994201</w:t>
        <w:br/>
        <w:t>vt 0.139700 0.987100</w:t>
        <w:br/>
        <w:t>vt 0.145400 0.974157</w:t>
        <w:br/>
        <w:t>vt 0.147400 0.981357</w:t>
        <w:br/>
        <w:t>vt 0.144200 0.974357</w:t>
        <w:br/>
        <w:t>vt 0.152800 0.981357</w:t>
        <w:br/>
        <w:t>vt 0.151200 0.974157</w:t>
        <w:br/>
        <w:t>vt 0.152200 0.974157</w:t>
        <w:br/>
        <w:t>vt 0.148300 0.974457</w:t>
        <w:br/>
        <w:t>vt 0.151200 0.974157</w:t>
        <w:br/>
        <w:t>vt 0.152800 0.981357</w:t>
        <w:br/>
        <w:t>vt 0.139500 0.980257</w:t>
        <w:br/>
        <w:t>vt 0.135800 0.982357</w:t>
        <w:br/>
        <w:t>vt 0.144200 0.974357</w:t>
        <w:br/>
        <w:t>vt 0.139700 0.988501</w:t>
        <w:br/>
        <w:t>vt 0.141200 0.991001</w:t>
        <w:br/>
        <w:t>vt 0.139200 0.990001</w:t>
        <w:br/>
        <w:t>vt 0.202800 0.988801</w:t>
        <w:br/>
        <w:t>vt 0.204000 0.994501</w:t>
        <w:br/>
        <w:t>vt 0.202400 0.995101</w:t>
        <w:br/>
        <w:t>vt 0.199000 0.994701</w:t>
        <w:br/>
        <w:t>vt 0.196000 0.988801</w:t>
        <w:br/>
        <w:t>vt 0.195200 0.994801</w:t>
        <w:br/>
        <w:t>vt 0.194100 0.994401</w:t>
        <w:br/>
        <w:t>vt 0.196000 0.988801</w:t>
        <w:br/>
        <w:t>vt 0.170900 0.988801</w:t>
        <w:br/>
        <w:t>vt 0.169300 0.994101</w:t>
        <w:br/>
        <w:t>vt 0.163100 0.993301</w:t>
        <w:br/>
        <w:t>vt 0.162100 0.988801</w:t>
        <w:br/>
        <w:t>vt 0.178000 0.988801</w:t>
        <w:br/>
        <w:t>vt 0.180700 0.994101</w:t>
        <w:br/>
        <w:t>vt 0.179600 0.995601</w:t>
        <w:br/>
        <w:t>vt 0.175300 0.995101</w:t>
        <w:br/>
        <w:t>vt 0.171100 0.995001</w:t>
        <w:br/>
        <w:t>vt 0.169300 0.994101</w:t>
        <w:br/>
        <w:t>vt 0.170900 0.988801</w:t>
        <w:br/>
        <w:t>vt 0.148000 0.988801</w:t>
        <w:br/>
        <w:t>vt 0.148300 0.995601</w:t>
        <w:br/>
        <w:t>vt 0.145900 0.994201</w:t>
        <w:br/>
        <w:t>vt 0.154500 0.988801</w:t>
        <w:br/>
        <w:t>vt 0.152200 0.995301</w:t>
        <w:br/>
        <w:t>vt 0.137700 0.989101</w:t>
        <w:br/>
        <w:t>vt 0.137200 0.988101</w:t>
        <w:br/>
        <w:t>vt 0.181200 0.972557</w:t>
        <w:br/>
        <w:t>vt 0.155800 0.973857</w:t>
        <w:br/>
        <w:t>vt 0.161200 0.981357</w:t>
        <w:br/>
        <w:t>vt 0.121700 0.994904</w:t>
        <w:br/>
        <w:t>vt 0.116700 0.995404</w:t>
        <w:br/>
        <w:t>vt 0.112900 0.978904</w:t>
        <w:br/>
        <w:t>vt 0.040800 0.965311</w:t>
        <w:br/>
        <w:t>vt 0.043800 0.954111</w:t>
        <w:br/>
        <w:t>vt 0.045600 0.958011</w:t>
        <w:br/>
        <w:t>vt 0.053600 0.965311</w:t>
        <w:br/>
        <w:t>vt 0.040800 0.965311</w:t>
        <w:br/>
        <w:t>vt 0.045600 0.958011</w:t>
        <w:br/>
        <w:t>vt 0.054700 0.959511</w:t>
        <w:br/>
        <w:t>vt 0.080600 0.957111</w:t>
        <w:br/>
        <w:t>vt 0.091600 0.958911</w:t>
        <w:br/>
        <w:t>vt 0.090800 0.965311</w:t>
        <w:br/>
        <w:t>vt 0.075900 0.965311</w:t>
        <w:br/>
        <w:t>vt 0.129600 0.965311</w:t>
        <w:br/>
        <w:t>vt 0.119200 0.958811</w:t>
        <w:br/>
        <w:t>vt 0.129600 0.959211</w:t>
        <w:br/>
        <w:t>vt 0.038800 0.974696</w:t>
        <w:br/>
        <w:t>vt 0.031700 0.974696</w:t>
        <w:br/>
        <w:t>vt 0.033100 0.968256</w:t>
        <w:br/>
        <w:t>vt 0.040800 0.968256</w:t>
        <w:br/>
        <w:t>vt 0.053600 0.968256</w:t>
        <w:br/>
        <w:t>vt 0.051800 0.974696</w:t>
        <w:br/>
        <w:t>vt 0.066900 0.974696</w:t>
        <w:br/>
        <w:t>vt 0.067800 0.968256</w:t>
        <w:br/>
        <w:t>vt 0.075900 0.968256</w:t>
        <w:br/>
        <w:t>vt 0.074500 0.974696</w:t>
        <w:br/>
        <w:t>vt 0.090800 0.968256</w:t>
        <w:br/>
        <w:t>vt 0.090600 0.974696</w:t>
        <w:br/>
        <w:t>vt 0.106400 0.968256</w:t>
        <w:br/>
        <w:t>vt 0.106500 0.974696</w:t>
        <w:br/>
        <w:t>vt 0.112700 0.968256</w:t>
        <w:br/>
        <w:t>vt 0.112900 0.974696</w:t>
        <w:br/>
        <w:t>vt 0.129600 0.968256</w:t>
        <w:br/>
        <w:t>vt 0.129600 0.974696</w:t>
        <w:br/>
        <w:t>vt 0.096800 0.994404</w:t>
        <w:br/>
        <w:t>vt 0.089300 0.994404</w:t>
        <w:br/>
        <w:t>vt 0.090600 0.978904</w:t>
        <w:br/>
        <w:t>vt 0.112900 0.978904</w:t>
        <w:br/>
        <w:t>vt 0.116700 0.995404</w:t>
        <w:br/>
        <w:t>vt 0.114700 0.996304</w:t>
        <w:br/>
        <w:t>vt 0.109600 0.995604</w:t>
        <w:br/>
        <w:t>vt 0.104400 0.995804</w:t>
        <w:br/>
        <w:t>vt 0.106500 0.978904</w:t>
        <w:br/>
        <w:t>vt 0.106500 0.978904</w:t>
        <w:br/>
        <w:t>vt 0.104400 0.995804</w:t>
        <w:br/>
        <w:t>vt 0.102200 0.993704</w:t>
        <w:br/>
        <w:t>vt 0.066900 0.978904</w:t>
        <w:br/>
        <w:t>vt 0.063400 0.993804</w:t>
        <w:br/>
        <w:t>vt 0.061900 0.991504</w:t>
        <w:br/>
        <w:t>vt 0.058000 0.992104</w:t>
        <w:br/>
        <w:t>vt 0.050300 0.993004</w:t>
        <w:br/>
        <w:t>vt 0.051800 0.978904</w:t>
        <w:br/>
        <w:t>vt 0.073500 0.994104</w:t>
        <w:br/>
        <w:t>vt 0.074500 0.978904</w:t>
        <w:br/>
        <w:t>vt 0.075800 0.992104</w:t>
        <w:br/>
        <w:t>vt 0.068200 0.994104</w:t>
        <w:br/>
        <w:t>vt 0.063400 0.993804</w:t>
        <w:br/>
        <w:t>vt 0.066900 0.978904</w:t>
        <w:br/>
        <w:t>vt 0.017400 0.978904</w:t>
        <w:br/>
        <w:t>vt 0.024000 0.978904</w:t>
        <w:br/>
        <w:t>vt 0.016800 0.982404</w:t>
        <w:br/>
        <w:t>vt 0.020600 0.962411</w:t>
        <w:br/>
        <w:t>vt 0.030000 0.957511</w:t>
        <w:br/>
        <w:t>vt 0.033100 0.965311</w:t>
        <w:br/>
        <w:t>vt 0.018500 0.965311</w:t>
        <w:br/>
        <w:t>vt 0.024000 0.974696</w:t>
        <w:br/>
        <w:t>vt 0.027900 0.991104</w:t>
        <w:br/>
        <w:t>vt 0.026800 0.990404</w:t>
        <w:br/>
        <w:t>vt 0.031700 0.978904</w:t>
        <w:br/>
        <w:t>vt 0.038800 0.978904</w:t>
        <w:br/>
        <w:t>vt 0.036800 0.990704</w:t>
        <w:br/>
        <w:t>vt 0.035400 0.991404</w:t>
        <w:br/>
        <w:t>vt 0.038800 0.978904</w:t>
        <w:br/>
        <w:t>vt 0.031600 0.990904</w:t>
        <w:br/>
        <w:t>vt 0.031700 0.978904</w:t>
        <w:br/>
        <w:t>vt 0.012900 0.979304</w:t>
        <w:br/>
        <w:t>vt 0.023000 0.989104</w:t>
        <w:br/>
        <w:t>vt 0.026800 0.990404</w:t>
        <w:br/>
        <w:t>vt 0.018500 0.965311</w:t>
        <w:br/>
        <w:t>vt 0.016800 0.961711</w:t>
        <w:br/>
        <w:t>vt 0.020600 0.962411</w:t>
        <w:br/>
        <w:t>vt 0.103500 0.957111</w:t>
        <w:br/>
        <w:t>vt 0.106400 0.965311</w:t>
        <w:br/>
        <w:t>vt 0.112700 0.965311</w:t>
        <w:br/>
        <w:t>vt 0.114400 0.955211</w:t>
        <w:br/>
        <w:t>vt 0.116100 0.958011</w:t>
        <w:br/>
        <w:t>vt 0.109700 0.955111</w:t>
        <w:br/>
        <w:t>vt 0.112700 0.965311</w:t>
        <w:br/>
        <w:t>vt 0.104600 0.955611</w:t>
        <w:br/>
        <w:t>vt 0.106400 0.965311</w:t>
        <w:br/>
        <w:t>vt 0.103500 0.957111</w:t>
        <w:br/>
        <w:t>vt 0.065600 0.957511</w:t>
        <w:br/>
        <w:t>vt 0.067800 0.965311</w:t>
        <w:br/>
        <w:t>vt 0.075900 0.965311</w:t>
        <w:br/>
        <w:t>vt 0.079600 0.954211</w:t>
        <w:br/>
        <w:t>vt 0.080600 0.957111</w:t>
        <w:br/>
        <w:t>vt 0.073500 0.954011</w:t>
        <w:br/>
        <w:t>vt 0.067700 0.954811</w:t>
        <w:br/>
        <w:t>vt 0.067800 0.965311</w:t>
        <w:br/>
        <w:t>vt 0.065600 0.957511</w:t>
        <w:br/>
        <w:t>vt 0.033100 0.965311</w:t>
        <w:br/>
        <w:t>vt 0.030000 0.957511</w:t>
        <w:br/>
        <w:t>vt 0.032600 0.953711</w:t>
        <w:br/>
        <w:t>vt 0.038200 0.953511</w:t>
        <w:br/>
        <w:t>vt 0.043800 0.954111</w:t>
        <w:br/>
        <w:t>vt 0.014300 0.963711</w:t>
        <w:br/>
        <w:t>vt 0.014500 0.966011</w:t>
        <w:br/>
        <w:t>vt 0.081500 0.993604</w:t>
        <w:br/>
        <w:t>vt 0.043100 0.990804</w:t>
        <w:br/>
        <w:t>vt 0.121700 0.994904</w:t>
        <w:br/>
        <w:t>vt 0.122100 0.996404</w:t>
        <w:br/>
        <w:t>vt 0.117200 0.996404</w:t>
        <w:br/>
        <w:t>vt 0.116700 0.995404</w:t>
        <w:br/>
        <w:t>vt 0.044500 0.953711</w:t>
        <w:br/>
        <w:t>vt 0.046000 0.957511</w:t>
        <w:br/>
        <w:t>vt 0.045600 0.958011</w:t>
        <w:br/>
        <w:t>vt 0.054800 0.958211</w:t>
        <w:br/>
        <w:t>vt 0.054700 0.959511</w:t>
        <w:br/>
        <w:t>vt 0.080800 0.956711</w:t>
        <w:br/>
        <w:t>vt 0.091500 0.957311</w:t>
        <w:br/>
        <w:t>vt 0.091600 0.958911</w:t>
        <w:br/>
        <w:t>vt 0.080600 0.957111</w:t>
        <w:br/>
        <w:t>vt 0.116300 0.957411</w:t>
        <w:br/>
        <w:t>vt 0.119500 0.957511</w:t>
        <w:br/>
        <w:t>vt 0.119200 0.958811</w:t>
        <w:br/>
        <w:t>vt 0.116100 0.958011</w:t>
        <w:br/>
        <w:t>vt 0.097000 0.996004</w:t>
        <w:br/>
        <w:t>vt 0.089100 0.996204</w:t>
        <w:br/>
        <w:t>vt 0.089300 0.994404</w:t>
        <w:br/>
        <w:t>vt 0.096800 0.994404</w:t>
        <w:br/>
        <w:t>vt 0.115100 0.997304</w:t>
        <w:br/>
        <w:t>vt 0.114700 0.996304</w:t>
        <w:br/>
        <w:t>vt 0.109500 0.996804</w:t>
        <w:br/>
        <w:t>vt 0.104200 0.996404</w:t>
        <w:br/>
        <w:t>vt 0.104400 0.995804</w:t>
        <w:br/>
        <w:t>vt 0.109600 0.995604</w:t>
        <w:br/>
        <w:t>vt 0.101900 0.994404</w:t>
        <w:br/>
        <w:t>vt 0.102200 0.993704</w:t>
        <w:br/>
        <w:t>vt 0.063100 0.994304</w:t>
        <w:br/>
        <w:t>vt 0.061700 0.992104</w:t>
        <w:br/>
        <w:t>vt 0.061900 0.991504</w:t>
        <w:br/>
        <w:t>vt 0.058000 0.993604</w:t>
        <w:br/>
        <w:t>vt 0.050300 0.994504</w:t>
        <w:br/>
        <w:t>vt 0.050300 0.993004</w:t>
        <w:br/>
        <w:t>vt 0.058000 0.992104</w:t>
        <w:br/>
        <w:t>vt 0.075800 0.993004</w:t>
        <w:br/>
        <w:t>vt 0.073900 0.994604</w:t>
        <w:br/>
        <w:t>vt 0.073500 0.994104</w:t>
        <w:br/>
        <w:t>vt 0.075800 0.992104</w:t>
        <w:br/>
        <w:t>vt 0.068200 0.995104</w:t>
        <w:br/>
        <w:t>vt 0.063400 0.993804</w:t>
        <w:br/>
        <w:t>vt 0.068200 0.994104</w:t>
        <w:br/>
        <w:t>vt 0.022600 0.990204</w:t>
        <w:br/>
        <w:t>vt 0.018100 0.987504</w:t>
        <w:br/>
        <w:t>vt 0.018900 0.987004</w:t>
        <w:br/>
        <w:t>vt 0.023000 0.989104</w:t>
        <w:br/>
        <w:t>vt 0.020400 0.961611</w:t>
        <w:br/>
        <w:t>vt 0.029600 0.957211</w:t>
        <w:br/>
        <w:t>vt 0.030000 0.957511</w:t>
        <w:br/>
        <w:t>vt 0.027900 0.991104</w:t>
        <w:br/>
        <w:t>vt 0.027500 0.991804</w:t>
        <w:br/>
        <w:t>vt 0.026200 0.990604</w:t>
        <w:br/>
        <w:t>vt 0.026800 0.990404</w:t>
        <w:br/>
        <w:t>vt 0.037100 0.991104</w:t>
        <w:br/>
        <w:t>vt 0.035800 0.991804</w:t>
        <w:br/>
        <w:t>vt 0.035400 0.991404</w:t>
        <w:br/>
        <w:t>vt 0.036800 0.990704</w:t>
        <w:br/>
        <w:t>vt 0.031500 0.991804</w:t>
        <w:br/>
        <w:t>vt 0.031600 0.990904</w:t>
        <w:br/>
        <w:t>vt 0.016800 0.982404</w:t>
        <w:br/>
        <w:t>vt 0.016300 0.983004</w:t>
        <w:br/>
        <w:t>vt 0.011900 0.979404</w:t>
        <w:br/>
        <w:t>vt 0.012900 0.979304</w:t>
        <w:br/>
        <w:t>vt 0.012900 0.974696</w:t>
        <w:br/>
        <w:t>vt 0.011900 0.974696</w:t>
        <w:br/>
        <w:t>vt 0.013100 0.968256</w:t>
        <w:br/>
        <w:t>vt 0.014500 0.968256</w:t>
        <w:br/>
        <w:t>vt 0.017000 0.984504</w:t>
        <w:br/>
        <w:t>vt 0.017800 0.984304</w:t>
        <w:br/>
        <w:t>vt 0.016800 0.961711</w:t>
        <w:br/>
        <w:t>vt 0.016600 0.960511</w:t>
        <w:br/>
        <w:t>vt 0.020600 0.962411</w:t>
        <w:br/>
        <w:t>vt 0.103200 0.956711</w:t>
        <w:br/>
        <w:t>vt 0.103500 0.957111</w:t>
        <w:br/>
        <w:t>vt 0.114400 0.955211</w:t>
        <w:br/>
        <w:t>vt 0.114900 0.954811</w:t>
        <w:br/>
        <w:t>vt 0.104600 0.955611</w:t>
        <w:br/>
        <w:t>vt 0.104200 0.955111</w:t>
        <w:br/>
        <w:t>vt 0.109700 0.954211</w:t>
        <w:br/>
        <w:t>vt 0.109700 0.955111</w:t>
        <w:br/>
        <w:t>vt 0.065500 0.957111</w:t>
        <w:br/>
        <w:t>vt 0.065600 0.957511</w:t>
        <w:br/>
        <w:t>vt 0.079600 0.954211</w:t>
        <w:br/>
        <w:t>vt 0.080100 0.953711</w:t>
        <w:br/>
        <w:t>vt 0.067700 0.954811</w:t>
        <w:br/>
        <w:t>vt 0.067400 0.954411</w:t>
        <w:br/>
        <w:t>vt 0.073500 0.953011</w:t>
        <w:br/>
        <w:t>vt 0.073500 0.954011</w:t>
        <w:br/>
        <w:t>vt 0.029600 0.957211</w:t>
        <w:br/>
        <w:t>vt 0.032200 0.953311</w:t>
        <w:br/>
        <w:t>vt 0.032600 0.953711</w:t>
        <w:br/>
        <w:t>vt 0.038300 0.952311</w:t>
        <w:br/>
        <w:t>vt 0.043800 0.954111</w:t>
        <w:br/>
        <w:t>vt 0.038200 0.953511</w:t>
        <w:br/>
        <w:t>vt 0.014300 0.963711</w:t>
        <w:br/>
        <w:t>vt 0.013200 0.963111</w:t>
        <w:br/>
        <w:t>vt 0.013100 0.965911</w:t>
        <w:br/>
        <w:t>vt 0.014500 0.966011</w:t>
        <w:br/>
        <w:t>vt 0.129600 0.994304</w:t>
        <w:br/>
        <w:t>vt 0.129600 0.996004</w:t>
        <w:br/>
        <w:t>vt 0.129600 0.957711</w:t>
        <w:br/>
        <w:t>vt 0.129600 0.959211</w:t>
        <w:br/>
        <w:t>vt 0.081100 0.995004</w:t>
        <w:br/>
        <w:t>vt 0.081500 0.993604</w:t>
        <w:br/>
        <w:t>vt 0.080100 0.953711</w:t>
        <w:br/>
        <w:t>vt 0.079600 0.954211</w:t>
        <w:br/>
        <w:t>vt 0.042700 0.992604</w:t>
        <w:br/>
        <w:t>vt 0.043100 0.990804</w:t>
        <w:br/>
        <w:t>vt 0.016800 0.982404</w:t>
        <w:br/>
        <w:t>vt 0.024000 0.978904</w:t>
        <w:br/>
        <w:t>vt 0.017800 0.984304</w:t>
        <w:br/>
        <w:t>vt 0.018900 0.987004</w:t>
        <w:br/>
        <w:t>vt 0.074500 0.978904</w:t>
        <w:br/>
        <w:t>vt 0.073500 0.994104</w:t>
        <w:br/>
        <w:t>vt 0.067700 0.954811</w:t>
        <w:br/>
        <w:t>vt 0.035400 0.991404</w:t>
        <w:br/>
        <w:t>vt 0.027900 0.991104</w:t>
        <w:br/>
        <w:t>vt 0.032600 0.953711</w:t>
        <w:br/>
        <w:t>vt 0.114700 0.996304</w:t>
        <w:br/>
        <w:t>vt 0.104600 0.955611</w:t>
        <w:br/>
        <w:t>vt 0.114400 0.955211</w:t>
        <w:br/>
        <w:t>vt 0.061900 0.991504</w:t>
        <w:br/>
        <w:t>vt 0.036800 0.990704</w:t>
        <w:br/>
        <w:t>vt 0.116100 0.958011</w:t>
        <w:br/>
        <w:t>vt 0.129600 0.978904</w:t>
        <w:br/>
        <w:t>vt 0.129600 0.994304</w:t>
        <w:br/>
        <w:t>vt 0.102200 0.993704</w:t>
        <w:br/>
        <w:t>vt 0.075800 0.992104</w:t>
        <w:br/>
        <w:t>vt 0.196200 0.971257</w:t>
        <w:br/>
        <w:t>vt 0.194100 0.994401</w:t>
        <w:br/>
        <w:t>vt 0.186400 0.971757</w:t>
        <w:br/>
        <w:t>vt 0.194400 0.972157</w:t>
        <w:br/>
        <w:t>vt 0.177900 0.973557</w:t>
        <w:br/>
        <w:t>vt 0.213200 0.993901</w:t>
        <w:br/>
        <w:t>vt 0.204000 0.994501</w:t>
        <w:br/>
        <w:t>vt 0.213200 0.981357</w:t>
        <w:br/>
        <w:t>vt 0.213200 0.971657</w:t>
        <w:br/>
        <w:t>vt 0.179600 0.995601</w:t>
        <w:br/>
        <w:t>vt 0.171100 0.995001</w:t>
        <w:br/>
        <w:t>vt 0.169100 0.973057</w:t>
        <w:br/>
        <w:t>vt 0.176400 0.973057</w:t>
        <w:br/>
        <w:t>vt 0.160700 0.972857</w:t>
        <w:br/>
        <w:t>vt 0.157900 0.993601</w:t>
        <w:br/>
        <w:t>vt 0.152200 0.974157</w:t>
        <w:br/>
        <w:t>vt 0.156100 0.995401</w:t>
        <w:br/>
        <w:t>vt 0.148300 0.995601</w:t>
        <w:br/>
        <w:t>vt 0.145400 0.974157</w:t>
        <w:br/>
        <w:t>vt 0.202400 0.995101</w:t>
        <w:br/>
        <w:t>vt 0.195200 0.994801</w:t>
        <w:br/>
        <w:t>vt 0.139200 0.978557</w:t>
        <w:br/>
        <w:t>vt 0.139700 0.988501</w:t>
        <w:br/>
        <w:t>vt 0.135800 0.983300</w:t>
        <w:br/>
        <w:t>vt 0.017400 0.974696</w:t>
        <w:br/>
        <w:t>vt 0.012900 0.974696</w:t>
        <w:br/>
        <w:t>vt 0.014500 0.968256</w:t>
        <w:br/>
        <w:t>vt 0.018500 0.968256</w:t>
        <w:br/>
        <w:t>vt 0.135800 0.983300</w:t>
        <w:br/>
        <w:t>vt 0.137200 0.986700</w:t>
        <w:br/>
        <w:t>vt 0.202900 0.981357</w:t>
        <w:br/>
        <w:t>vt 0.207900 0.971257</w:t>
        <w:br/>
        <w:t>vt 0.205100 0.970557</w:t>
        <w:br/>
        <w:t>vt 0.154500 0.988801</w:t>
        <w:br/>
        <w:t>vt 0.156100 0.995401</w:t>
        <w:br/>
        <w:t>vt 0.157900 0.993601</w:t>
        <w:br/>
        <w:t>vt 0.186800 0.988801</w:t>
        <w:br/>
        <w:t>vt 0.178000 0.988801</w:t>
        <w:br/>
        <w:t>vt 0.180700 0.994101</w:t>
        <w:br/>
        <w:t>vt 0.187000 0.993201</w:t>
        <w:br/>
        <w:t>vt 0.205600 0.994201</w:t>
        <w:br/>
        <w:t>vt 0.213200 0.988801</w:t>
        <w:br/>
        <w:t>vt 0.202800 0.988801</w:t>
        <w:br/>
        <w:t>vt 0.152800 0.982300</w:t>
        <w:br/>
        <w:t>vt 0.147400 0.982300</w:t>
        <w:br/>
        <w:t>vt 0.148000 0.987400</w:t>
        <w:br/>
        <w:t>vt 0.154500 0.987400</w:t>
        <w:br/>
        <w:t>vt 0.162100 0.987400</w:t>
        <w:br/>
        <w:t>vt 0.161200 0.982300</w:t>
        <w:br/>
        <w:t>vt 0.170100 0.982300</w:t>
        <w:br/>
        <w:t>vt 0.170900 0.987400</w:t>
        <w:br/>
        <w:t>vt 0.178000 0.987400</w:t>
        <w:br/>
        <w:t>vt 0.177100 0.982300</w:t>
        <w:br/>
        <w:t>vt 0.186800 0.987400</w:t>
        <w:br/>
        <w:t>vt 0.186800 0.982300</w:t>
        <w:br/>
        <w:t>vt 0.196000 0.987400</w:t>
        <w:br/>
        <w:t>vt 0.196700 0.982300</w:t>
        <w:br/>
        <w:t>vt 0.202800 0.987400</w:t>
        <w:br/>
        <w:t>vt 0.202900 0.982300</w:t>
        <w:br/>
        <w:t>vt 0.213200 0.987400</w:t>
        <w:br/>
        <w:t>vt 0.213200 0.982300</w:t>
        <w:br/>
        <w:t>vt 0.186800 0.981357</w:t>
        <w:br/>
        <w:t>vt 0.196700 0.981357</w:t>
        <w:br/>
        <w:t>vt 0.191300 0.971757</w:t>
        <w:br/>
        <w:t>vt 0.202900 0.981357</w:t>
        <w:br/>
        <w:t>vt 0.205100 0.970557</w:t>
        <w:br/>
        <w:t>vt 0.203900 0.970757</w:t>
        <w:br/>
        <w:t>vt 0.203900 0.970757</w:t>
        <w:br/>
        <w:t>vt 0.199900 0.971857</w:t>
        <w:br/>
        <w:t>vt 0.196700 0.981357</w:t>
        <w:br/>
        <w:t>vt 0.196200 0.971257</w:t>
        <w:br/>
        <w:t>vt 0.194400 0.972157</w:t>
        <w:br/>
        <w:t>vt 0.170100 0.981357</w:t>
        <w:br/>
        <w:t>vt 0.169100 0.973057</w:t>
        <w:br/>
        <w:t>vt 0.167700 0.974157</w:t>
        <w:br/>
        <w:t>vt 0.170100 0.981357</w:t>
        <w:br/>
        <w:t>vt 0.167700 0.974157</w:t>
        <w:br/>
        <w:t>vt 0.165600 0.973357</w:t>
        <w:br/>
        <w:t>vt 0.176400 0.973057</w:t>
        <w:br/>
        <w:t>vt 0.177100 0.981357</w:t>
        <w:br/>
        <w:t>vt 0.177900 0.973557</w:t>
        <w:br/>
        <w:t>vt 0.177100 0.981357</w:t>
        <w:br/>
        <w:t>vt 0.172600 0.973357</w:t>
        <w:br/>
        <w:t>vt 0.139600 0.976757</w:t>
        <w:br/>
        <w:t>vt 0.147400 0.981357</w:t>
        <w:br/>
        <w:t>vt 0.142200 0.974957</w:t>
        <w:br/>
        <w:t>vt 0.141200 0.991001</w:t>
        <w:br/>
        <w:t>vt 0.145900 0.994201</w:t>
        <w:br/>
        <w:t>vt 0.148000 0.988801</w:t>
        <w:br/>
        <w:t>vt 0.139700 0.987100</w:t>
        <w:br/>
        <w:t>vt 0.145400 0.974157</w:t>
        <w:br/>
        <w:t>vt 0.144200 0.974357</w:t>
        <w:br/>
        <w:t>vt 0.147400 0.981357</w:t>
        <w:br/>
        <w:t>vt 0.152800 0.981357</w:t>
        <w:br/>
        <w:t>vt 0.152200 0.974157</w:t>
        <w:br/>
        <w:t>vt 0.151200 0.974157</w:t>
        <w:br/>
        <w:t>vt 0.148300 0.974457</w:t>
        <w:br/>
        <w:t>vt 0.152800 0.981357</w:t>
        <w:br/>
        <w:t>vt 0.151200 0.974157</w:t>
        <w:br/>
        <w:t>vt 0.139500 0.980257</w:t>
        <w:br/>
        <w:t>vt 0.135800 0.982357</w:t>
        <w:br/>
        <w:t>vt 0.144200 0.974357</w:t>
        <w:br/>
        <w:t>vt 0.139700 0.988501</w:t>
        <w:br/>
        <w:t>vt 0.139200 0.990001</w:t>
        <w:br/>
        <w:t>vt 0.141200 0.991001</w:t>
        <w:br/>
        <w:t>vt 0.202800 0.988801</w:t>
        <w:br/>
        <w:t>vt 0.202400 0.995101</w:t>
        <w:br/>
        <w:t>vt 0.204000 0.994501</w:t>
        <w:br/>
        <w:t>vt 0.199000 0.994701</w:t>
        <w:br/>
        <w:t>vt 0.196000 0.988801</w:t>
        <w:br/>
        <w:t>vt 0.195200 0.994801</w:t>
        <w:br/>
        <w:t>vt 0.196000 0.988801</w:t>
        <w:br/>
        <w:t>vt 0.194100 0.994401</w:t>
        <w:br/>
        <w:t>vt 0.163100 0.993301</w:t>
        <w:br/>
        <w:t>vt 0.169300 0.994101</w:t>
        <w:br/>
        <w:t>vt 0.170900 0.988801</w:t>
        <w:br/>
        <w:t>vt 0.162100 0.988801</w:t>
        <w:br/>
        <w:t>vt 0.178000 0.988801</w:t>
        <w:br/>
        <w:t>vt 0.179600 0.995601</w:t>
        <w:br/>
        <w:t>vt 0.180700 0.994101</w:t>
        <w:br/>
        <w:t>vt 0.175300 0.995101</w:t>
        <w:br/>
        <w:t>vt 0.171100 0.995001</w:t>
        <w:br/>
        <w:t>vt 0.170900 0.988801</w:t>
        <w:br/>
        <w:t>vt 0.169300 0.994101</w:t>
        <w:br/>
        <w:t>vt 0.148000 0.988801</w:t>
        <w:br/>
        <w:t>vt 0.145900 0.994201</w:t>
        <w:br/>
        <w:t>vt 0.148300 0.995601</w:t>
        <w:br/>
        <w:t>vt 0.154500 0.988801</w:t>
        <w:br/>
        <w:t>vt 0.152200 0.995301</w:t>
        <w:br/>
        <w:t>vt 0.137700 0.989101</w:t>
        <w:br/>
        <w:t>vt 0.137200 0.988101</w:t>
        <w:br/>
        <w:t>vt 0.181200 0.972557</w:t>
        <w:br/>
        <w:t>vt 0.155800 0.973857</w:t>
        <w:br/>
        <w:t>vt 0.161200 0.981357</w:t>
        <w:br/>
        <w:t>vt 0.121700 0.994904</w:t>
        <w:br/>
        <w:t>vt 0.112900 0.978904</w:t>
        <w:br/>
        <w:t>vt 0.116700 0.995404</w:t>
        <w:br/>
        <w:t>vt 0.040800 0.965311</w:t>
        <w:br/>
        <w:t>vt 0.045600 0.958011</w:t>
        <w:br/>
        <w:t>vt 0.043800 0.954111</w:t>
        <w:br/>
        <w:t>vt 0.053600 0.965311</w:t>
        <w:br/>
        <w:t>vt 0.054700 0.959511</w:t>
        <w:br/>
        <w:t>vt 0.045600 0.958011</w:t>
        <w:br/>
        <w:t>vt 0.040800 0.965311</w:t>
        <w:br/>
        <w:t>vt 0.080600 0.957111</w:t>
        <w:br/>
        <w:t>vt 0.075900 0.965311</w:t>
        <w:br/>
        <w:t>vt 0.090800 0.965311</w:t>
        <w:br/>
        <w:t>vt 0.091600 0.958911</w:t>
        <w:br/>
        <w:t>vt 0.129600 0.965311</w:t>
        <w:br/>
        <w:t>vt 0.129600 0.959211</w:t>
        <w:br/>
        <w:t>vt 0.119200 0.958811</w:t>
        <w:br/>
        <w:t>vt 0.033100 0.968256</w:t>
        <w:br/>
        <w:t>vt 0.031700 0.974696</w:t>
        <w:br/>
        <w:t>vt 0.038800 0.974696</w:t>
        <w:br/>
        <w:t>vt 0.040800 0.968256</w:t>
        <w:br/>
        <w:t>vt 0.051800 0.974696</w:t>
        <w:br/>
        <w:t>vt 0.053600 0.968256</w:t>
        <w:br/>
        <w:t>vt 0.066900 0.974696</w:t>
        <w:br/>
        <w:t>vt 0.067800 0.968256</w:t>
        <w:br/>
        <w:t>vt 0.074500 0.974696</w:t>
        <w:br/>
        <w:t>vt 0.075900 0.968256</w:t>
        <w:br/>
        <w:t>vt 0.090600 0.974696</w:t>
        <w:br/>
        <w:t>vt 0.090800 0.968256</w:t>
        <w:br/>
        <w:t>vt 0.106500 0.974696</w:t>
        <w:br/>
        <w:t>vt 0.106400 0.968256</w:t>
        <w:br/>
        <w:t>vt 0.112900 0.974696</w:t>
        <w:br/>
        <w:t>vt 0.112700 0.968256</w:t>
        <w:br/>
        <w:t>vt 0.129600 0.974696</w:t>
        <w:br/>
        <w:t>vt 0.129600 0.968256</w:t>
        <w:br/>
        <w:t>vt 0.096800 0.994404</w:t>
        <w:br/>
        <w:t>vt 0.090600 0.978904</w:t>
        <w:br/>
        <w:t>vt 0.089300 0.994404</w:t>
        <w:br/>
        <w:t>vt 0.112900 0.978904</w:t>
        <w:br/>
        <w:t>vt 0.114700 0.996304</w:t>
        <w:br/>
        <w:t>vt 0.116700 0.995404</w:t>
        <w:br/>
        <w:t>vt 0.109600 0.995604</w:t>
        <w:br/>
        <w:t>vt 0.106500 0.978904</w:t>
        <w:br/>
        <w:t>vt 0.104400 0.995804</w:t>
        <w:br/>
        <w:t>vt 0.106500 0.978904</w:t>
        <w:br/>
        <w:t>vt 0.102200 0.993704</w:t>
        <w:br/>
        <w:t>vt 0.104400 0.995804</w:t>
        <w:br/>
        <w:t>vt 0.066900 0.978904</w:t>
        <w:br/>
        <w:t>vt 0.061900 0.991504</w:t>
        <w:br/>
        <w:t>vt 0.063400 0.993804</w:t>
        <w:br/>
        <w:t>vt 0.058000 0.992104</w:t>
        <w:br/>
        <w:t>vt 0.051800 0.978904</w:t>
        <w:br/>
        <w:t>vt 0.050300 0.993004</w:t>
        <w:br/>
        <w:t>vt 0.073500 0.994104</w:t>
        <w:br/>
        <w:t>vt 0.075800 0.992104</w:t>
        <w:br/>
        <w:t>vt 0.074500 0.978904</w:t>
        <w:br/>
        <w:t>vt 0.068200 0.994104</w:t>
        <w:br/>
        <w:t>vt 0.066900 0.978904</w:t>
        <w:br/>
        <w:t>vt 0.063400 0.993804</w:t>
        <w:br/>
        <w:t>vt 0.017400 0.978904</w:t>
        <w:br/>
        <w:t>vt 0.016800 0.982404</w:t>
        <w:br/>
        <w:t>vt 0.024000 0.978904</w:t>
        <w:br/>
        <w:t>vt 0.020600 0.962411</w:t>
        <w:br/>
        <w:t>vt 0.018500 0.965311</w:t>
        <w:br/>
        <w:t>vt 0.033100 0.965311</w:t>
        <w:br/>
        <w:t>vt 0.030000 0.957511</w:t>
        <w:br/>
        <w:t>vt 0.024000 0.974696</w:t>
        <w:br/>
        <w:t>vt 0.027900 0.991104</w:t>
        <w:br/>
        <w:t>vt 0.031700 0.978904</w:t>
        <w:br/>
        <w:t>vt 0.026800 0.990404</w:t>
        <w:br/>
        <w:t>vt 0.038800 0.978904</w:t>
        <w:br/>
        <w:t>vt 0.035400 0.991404</w:t>
        <w:br/>
        <w:t>vt 0.036800 0.990704</w:t>
        <w:br/>
        <w:t>vt 0.038800 0.978904</w:t>
        <w:br/>
        <w:t>vt 0.031700 0.978904</w:t>
        <w:br/>
        <w:t>vt 0.031600 0.990904</w:t>
        <w:br/>
        <w:t>vt 0.012900 0.979304</w:t>
        <w:br/>
        <w:t>vt 0.023000 0.989104</w:t>
        <w:br/>
        <w:t>vt 0.026800 0.990404</w:t>
        <w:br/>
        <w:t>vt 0.018500 0.965311</w:t>
        <w:br/>
        <w:t>vt 0.020600 0.962411</w:t>
        <w:br/>
        <w:t>vt 0.016800 0.961711</w:t>
        <w:br/>
        <w:t>vt 0.106400 0.965311</w:t>
        <w:br/>
        <w:t>vt 0.103500 0.957111</w:t>
        <w:br/>
        <w:t>vt 0.112700 0.965311</w:t>
        <w:br/>
        <w:t>vt 0.116100 0.958011</w:t>
        <w:br/>
        <w:t>vt 0.114400 0.955211</w:t>
        <w:br/>
        <w:t>vt 0.112700 0.965311</w:t>
        <w:br/>
        <w:t>vt 0.109700 0.955111</w:t>
        <w:br/>
        <w:t>vt 0.104600 0.955611</w:t>
        <w:br/>
        <w:t>vt 0.103500 0.957111</w:t>
        <w:br/>
        <w:t>vt 0.106400 0.965311</w:t>
        <w:br/>
        <w:t>vt 0.067800 0.965311</w:t>
        <w:br/>
        <w:t>vt 0.065600 0.957511</w:t>
        <w:br/>
        <w:t>vt 0.075900 0.965311</w:t>
        <w:br/>
        <w:t>vt 0.080600 0.957111</w:t>
        <w:br/>
        <w:t>vt 0.079600 0.954211</w:t>
        <w:br/>
        <w:t>vt 0.073500 0.954011</w:t>
        <w:br/>
        <w:t>vt 0.067700 0.954811</w:t>
        <w:br/>
        <w:t>vt 0.065600 0.957511</w:t>
        <w:br/>
        <w:t>vt 0.067800 0.965311</w:t>
        <w:br/>
        <w:t>vt 0.033100 0.965311</w:t>
        <w:br/>
        <w:t>vt 0.032600 0.953711</w:t>
        <w:br/>
        <w:t>vt 0.030000 0.957511</w:t>
        <w:br/>
        <w:t>vt 0.038200 0.953511</w:t>
        <w:br/>
        <w:t>vt 0.043800 0.954111</w:t>
        <w:br/>
        <w:t>vt 0.014300 0.963711</w:t>
        <w:br/>
        <w:t>vt 0.014500 0.966011</w:t>
        <w:br/>
        <w:t>vt 0.081500 0.993604</w:t>
        <w:br/>
        <w:t>vt 0.043100 0.990804</w:t>
        <w:br/>
        <w:t>vt 0.121700 0.994904</w:t>
        <w:br/>
        <w:t>vt 0.116700 0.995404</w:t>
        <w:br/>
        <w:t>vt 0.117200 0.996404</w:t>
        <w:br/>
        <w:t>vt 0.122100 0.996404</w:t>
        <w:br/>
        <w:t>vt 0.045600 0.958011</w:t>
        <w:br/>
        <w:t>vt 0.046000 0.957511</w:t>
        <w:br/>
        <w:t>vt 0.044500 0.953711</w:t>
        <w:br/>
        <w:t>vt 0.054700 0.959511</w:t>
        <w:br/>
        <w:t>vt 0.054800 0.958211</w:t>
        <w:br/>
        <w:t>vt 0.091600 0.958911</w:t>
        <w:br/>
        <w:t>vt 0.091500 0.957311</w:t>
        <w:br/>
        <w:t>vt 0.080800 0.956711</w:t>
        <w:br/>
        <w:t>vt 0.080600 0.957111</w:t>
        <w:br/>
        <w:t>vt 0.119200 0.958811</w:t>
        <w:br/>
        <w:t>vt 0.119500 0.957511</w:t>
        <w:br/>
        <w:t>vt 0.116300 0.957411</w:t>
        <w:br/>
        <w:t>vt 0.116100 0.958011</w:t>
        <w:br/>
        <w:t>vt 0.089300 0.994404</w:t>
        <w:br/>
        <w:t>vt 0.089100 0.996204</w:t>
        <w:br/>
        <w:t>vt 0.097000 0.996004</w:t>
        <w:br/>
        <w:t>vt 0.096800 0.994404</w:t>
        <w:br/>
        <w:t>vt 0.114700 0.996304</w:t>
        <w:br/>
        <w:t>vt 0.115100 0.997304</w:t>
        <w:br/>
        <w:t>vt 0.104400 0.995804</w:t>
        <w:br/>
        <w:t>vt 0.104200 0.996404</w:t>
        <w:br/>
        <w:t>vt 0.109500 0.996804</w:t>
        <w:br/>
        <w:t>vt 0.109600 0.995604</w:t>
        <w:br/>
        <w:t>vt 0.102200 0.993704</w:t>
        <w:br/>
        <w:t>vt 0.101900 0.994404</w:t>
        <w:br/>
        <w:t>vt 0.061900 0.991504</w:t>
        <w:br/>
        <w:t>vt 0.061700 0.992104</w:t>
        <w:br/>
        <w:t>vt 0.063100 0.994304</w:t>
        <w:br/>
        <w:t>vt 0.050300 0.993004</w:t>
        <w:br/>
        <w:t>vt 0.050300 0.994504</w:t>
        <w:br/>
        <w:t>vt 0.058000 0.993604</w:t>
        <w:br/>
        <w:t>vt 0.058000 0.992104</w:t>
        <w:br/>
        <w:t>vt 0.073500 0.994104</w:t>
        <w:br/>
        <w:t>vt 0.073900 0.994604</w:t>
        <w:br/>
        <w:t>vt 0.075800 0.993004</w:t>
        <w:br/>
        <w:t>vt 0.075800 0.992104</w:t>
        <w:br/>
        <w:t>vt 0.063400 0.993804</w:t>
        <w:br/>
        <w:t>vt 0.068200 0.995104</w:t>
        <w:br/>
        <w:t>vt 0.068200 0.994104</w:t>
        <w:br/>
        <w:t>vt 0.018900 0.987004</w:t>
        <w:br/>
        <w:t>vt 0.018100 0.987504</w:t>
        <w:br/>
        <w:t>vt 0.022600 0.990204</w:t>
        <w:br/>
        <w:t>vt 0.023000 0.989104</w:t>
        <w:br/>
        <w:t>vt 0.030000 0.957511</w:t>
        <w:br/>
        <w:t>vt 0.029600 0.957211</w:t>
        <w:br/>
        <w:t>vt 0.020400 0.961611</w:t>
        <w:br/>
        <w:t>vt 0.027900 0.991104</w:t>
        <w:br/>
        <w:t>vt 0.026800 0.990404</w:t>
        <w:br/>
        <w:t>vt 0.026200 0.990604</w:t>
        <w:br/>
        <w:t>vt 0.027500 0.991804</w:t>
        <w:br/>
        <w:t>vt 0.035400 0.991404</w:t>
        <w:br/>
        <w:t>vt 0.035800 0.991804</w:t>
        <w:br/>
        <w:t>vt 0.037100 0.991104</w:t>
        <w:br/>
        <w:t>vt 0.036800 0.990704</w:t>
        <w:br/>
        <w:t>vt 0.031600 0.990904</w:t>
        <w:br/>
        <w:t>vt 0.031500 0.991804</w:t>
        <w:br/>
        <w:t>vt 0.016800 0.982404</w:t>
        <w:br/>
        <w:t>vt 0.012900 0.979304</w:t>
        <w:br/>
        <w:t>vt 0.011900 0.979404</w:t>
        <w:br/>
        <w:t>vt 0.016300 0.983004</w:t>
        <w:br/>
        <w:t>vt 0.013100 0.968256</w:t>
        <w:br/>
        <w:t>vt 0.011900 0.974696</w:t>
        <w:br/>
        <w:t>vt 0.012900 0.974696</w:t>
        <w:br/>
        <w:t>vt 0.014500 0.968256</w:t>
        <w:br/>
        <w:t>vt 0.017800 0.984304</w:t>
        <w:br/>
        <w:t>vt 0.017000 0.984504</w:t>
        <w:br/>
        <w:t>vt 0.016800 0.961711</w:t>
        <w:br/>
        <w:t>vt 0.020600 0.962411</w:t>
        <w:br/>
        <w:t>vt 0.016600 0.960511</w:t>
        <w:br/>
        <w:t>vt 0.103500 0.957111</w:t>
        <w:br/>
        <w:t>vt 0.103200 0.956711</w:t>
        <w:br/>
        <w:t>vt 0.114400 0.955211</w:t>
        <w:br/>
        <w:t>vt 0.114900 0.954811</w:t>
        <w:br/>
        <w:t>vt 0.104600 0.955611</w:t>
        <w:br/>
        <w:t>vt 0.109700 0.955111</w:t>
        <w:br/>
        <w:t>vt 0.109700 0.954211</w:t>
        <w:br/>
        <w:t>vt 0.104200 0.955111</w:t>
        <w:br/>
        <w:t>vt 0.065500 0.957111</w:t>
        <w:br/>
        <w:t>vt 0.065600 0.957511</w:t>
        <w:br/>
        <w:t>vt 0.079600 0.954211</w:t>
        <w:br/>
        <w:t>vt 0.080100 0.953711</w:t>
        <w:br/>
        <w:t>vt 0.067700 0.954811</w:t>
        <w:br/>
        <w:t>vt 0.073500 0.954011</w:t>
        <w:br/>
        <w:t>vt 0.073500 0.953011</w:t>
        <w:br/>
        <w:t>vt 0.067400 0.954411</w:t>
        <w:br/>
        <w:t>vt 0.032600 0.953711</w:t>
        <w:br/>
        <w:t>vt 0.032200 0.953311</w:t>
        <w:br/>
        <w:t>vt 0.029600 0.957211</w:t>
        <w:br/>
        <w:t>vt 0.043800 0.954111</w:t>
        <w:br/>
        <w:t>vt 0.038300 0.952311</w:t>
        <w:br/>
        <w:t>vt 0.038200 0.953511</w:t>
        <w:br/>
        <w:t>vt 0.014300 0.963711</w:t>
        <w:br/>
        <w:t>vt 0.013200 0.963111</w:t>
        <w:br/>
        <w:t>vt 0.013100 0.965911</w:t>
        <w:br/>
        <w:t>vt 0.014500 0.966011</w:t>
        <w:br/>
        <w:t>vt 0.129600 0.994304</w:t>
        <w:br/>
        <w:t>vt 0.129600 0.996004</w:t>
        <w:br/>
        <w:t>vt 0.129600 0.959211</w:t>
        <w:br/>
        <w:t>vt 0.129600 0.957711</w:t>
        <w:br/>
        <w:t>vt 0.081500 0.993604</w:t>
        <w:br/>
        <w:t>vt 0.081100 0.995004</w:t>
        <w:br/>
        <w:t>vt 0.079600 0.954211</w:t>
        <w:br/>
        <w:t>vt 0.080100 0.953711</w:t>
        <w:br/>
        <w:t>vt 0.043100 0.990804</w:t>
        <w:br/>
        <w:t>vt 0.042700 0.992604</w:t>
        <w:br/>
        <w:t>vt 0.016800 0.982404</w:t>
        <w:br/>
        <w:t>vt 0.017800 0.984304</w:t>
        <w:br/>
        <w:t>vt 0.024000 0.978904</w:t>
        <w:br/>
        <w:t>vt 0.018900 0.987004</w:t>
        <w:br/>
        <w:t>vt 0.073500 0.994104</w:t>
        <w:br/>
        <w:t>vt 0.074500 0.978904</w:t>
        <w:br/>
        <w:t>vt 0.067700 0.954811</w:t>
        <w:br/>
        <w:t>vt 0.035400 0.991404</w:t>
        <w:br/>
        <w:t>vt 0.027900 0.991104</w:t>
        <w:br/>
        <w:t>vt 0.032600 0.953711</w:t>
        <w:br/>
        <w:t>vt 0.114700 0.996304</w:t>
        <w:br/>
        <w:t>vt 0.104600 0.955611</w:t>
        <w:br/>
        <w:t>vt 0.114400 0.955211</w:t>
        <w:br/>
        <w:t>vt 0.061900 0.991504</w:t>
        <w:br/>
        <w:t>vt 0.036800 0.990704</w:t>
        <w:br/>
        <w:t>vt 0.116100 0.958011</w:t>
        <w:br/>
        <w:t>vt 0.129600 0.978904</w:t>
        <w:br/>
        <w:t>vt 0.129600 0.994304</w:t>
        <w:br/>
        <w:t>vt 0.102200 0.993704</w:t>
        <w:br/>
        <w:t>vt 0.075800 0.992104</w:t>
        <w:br/>
        <w:t>vt 0.196200 0.971257</w:t>
        <w:br/>
        <w:t>vt 0.194100 0.994401</w:t>
        <w:br/>
        <w:t>vt 0.186400 0.971757</w:t>
        <w:br/>
        <w:t>vt 0.194400 0.972157</w:t>
        <w:br/>
        <w:t>vt 0.177900 0.973557</w:t>
        <w:br/>
        <w:t>vt 0.213200 0.993901</w:t>
        <w:br/>
        <w:t>vt 0.204000 0.994501</w:t>
        <w:br/>
        <w:t>vt 0.213200 0.981357</w:t>
        <w:br/>
        <w:t>vt 0.213200 0.971657</w:t>
        <w:br/>
        <w:t>vt 0.179600 0.995601</w:t>
        <w:br/>
        <w:t>vt 0.171100 0.995001</w:t>
        <w:br/>
        <w:t>vt 0.169100 0.973057</w:t>
        <w:br/>
        <w:t>vt 0.176400 0.973057</w:t>
        <w:br/>
        <w:t>vt 0.160700 0.972857</w:t>
        <w:br/>
        <w:t>vt 0.157900 0.993601</w:t>
        <w:br/>
        <w:t>vt 0.152200 0.974157</w:t>
        <w:br/>
        <w:t>vt 0.156100 0.995401</w:t>
        <w:br/>
        <w:t>vt 0.148300 0.995601</w:t>
        <w:br/>
        <w:t>vt 0.145400 0.974157</w:t>
        <w:br/>
        <w:t>vt 0.202400 0.995101</w:t>
        <w:br/>
        <w:t>vt 0.195200 0.994801</w:t>
        <w:br/>
        <w:t>vt 0.139200 0.978557</w:t>
        <w:br/>
        <w:t>vt 0.139700 0.988501</w:t>
        <w:br/>
        <w:t>vt 0.135800 0.983300</w:t>
        <w:br/>
        <w:t>vt 0.017400 0.974696</w:t>
        <w:br/>
        <w:t>vt 0.014500 0.968256</w:t>
        <w:br/>
        <w:t>vt 0.012900 0.974696</w:t>
        <w:br/>
        <w:t>vt 0.018500 0.968256</w:t>
        <w:br/>
        <w:t>vt 0.135800 0.983300</w:t>
        <w:br/>
        <w:t>vt 0.137200 0.986700</w:t>
        <w:br/>
        <w:t>vt 0.994900 0.975200</w:t>
        <w:br/>
        <w:t>vt 0.994900 0.930029</w:t>
        <w:br/>
        <w:t>vt 0.956600 0.930029</w:t>
        <w:br/>
        <w:t>vt 0.956600 0.975200</w:t>
        <w:br/>
        <w:t>vt 0.937800 0.602928</w:t>
        <w:br/>
        <w:t>vt 0.944200 0.646628</w:t>
        <w:br/>
        <w:t>vt 0.961000 0.644128</w:t>
        <w:br/>
        <w:t>vt 0.951400 0.583528</w:t>
        <w:br/>
        <w:t>vt 0.964900 0.560028</w:t>
        <w:br/>
        <w:t>vt 0.956600 0.815018</w:t>
        <w:br/>
        <w:t>vt 0.994900 0.815018</w:t>
        <w:br/>
        <w:t>vt 0.994900 0.793783</w:t>
        <w:br/>
        <w:t>vt 0.956600 0.792215</w:t>
        <w:br/>
        <w:t>vt 0.956600 0.841740</w:t>
        <w:br/>
        <w:t>vt 0.994900 0.841740</w:t>
        <w:br/>
        <w:t>vt 0.983100 0.639128</w:t>
        <w:br/>
        <w:t>vt 0.956600 0.900243</w:t>
        <w:br/>
        <w:t>vt 0.994900 0.900243</w:t>
        <w:br/>
        <w:t>vt 0.994900 0.876193</w:t>
        <w:br/>
        <w:t>vt 0.956600 0.876193</w:t>
        <w:br/>
        <w:t>vt 0.956600 0.989600</w:t>
        <w:br/>
        <w:t>vt 0.994900 0.989600</w:t>
        <w:br/>
        <w:t>vt 0.979700 0.537428</w:t>
        <w:br/>
        <w:t>vt 0.994900 0.638128</w:t>
        <w:br/>
        <w:t>vt 0.994900 0.519628</w:t>
        <w:br/>
        <w:t>vt 0.951500 0.697828</w:t>
        <w:br/>
        <w:t>vt 0.955200 0.743828</w:t>
        <w:br/>
        <w:t>vt 0.994900 0.744228</w:t>
        <w:br/>
        <w:t>vt 0.994900 0.697128</w:t>
        <w:br/>
        <w:t>vt 0.994900 0.975100</w:t>
        <w:br/>
        <w:t>vt 0.956600 0.975100</w:t>
        <w:br/>
        <w:t>vt 0.956600 0.930029</w:t>
        <w:br/>
        <w:t>vt 0.994900 0.930029</w:t>
        <w:br/>
        <w:t>vt 0.961000 0.644128</w:t>
        <w:br/>
        <w:t>vt 0.944200 0.646628</w:t>
        <w:br/>
        <w:t>vt 0.937800 0.602828</w:t>
        <w:br/>
        <w:t>vt 0.951400 0.583428</w:t>
        <w:br/>
        <w:t>vt 0.964900 0.560028</w:t>
        <w:br/>
        <w:t>vt 0.994900 0.793783</w:t>
        <w:br/>
        <w:t>vt 0.994900 0.815018</w:t>
        <w:br/>
        <w:t>vt 0.956600 0.815018</w:t>
        <w:br/>
        <w:t>vt 0.956600 0.792144</w:t>
        <w:br/>
        <w:t>vt 0.994900 0.841740</w:t>
        <w:br/>
        <w:t>vt 0.956600 0.841740</w:t>
        <w:br/>
        <w:t>vt 0.983100 0.639128</w:t>
        <w:br/>
        <w:t>vt 0.956600 0.900243</w:t>
        <w:br/>
        <w:t>vt 0.994900 0.900243</w:t>
        <w:br/>
        <w:t>vt 0.956600 0.876193</w:t>
        <w:br/>
        <w:t>vt 0.994900 0.876193</w:t>
        <w:br/>
        <w:t>vt 0.994900 0.989600</w:t>
        <w:br/>
        <w:t>vt 0.956600 0.989600</w:t>
        <w:br/>
        <w:t>vt 0.979700 0.537428</w:t>
        <w:br/>
        <w:t>vt 0.994900 0.519628</w:t>
        <w:br/>
        <w:t>vt 0.994900 0.638128</w:t>
        <w:br/>
        <w:t>vt 0.951500 0.697828</w:t>
        <w:br/>
        <w:t>vt 0.994900 0.697028</w:t>
        <w:br/>
        <w:t>vt 0.994900 0.744228</w:t>
        <w:br/>
        <w:t>vt 0.955200 0.743828</w:t>
        <w:br/>
        <w:t>vt 0.994900 0.697028</w:t>
        <w:br/>
        <w:t>vt 0.994900 0.638128</w:t>
        <w:br/>
        <w:t>vt 0.996100 0.638128</w:t>
        <w:br/>
        <w:t>vt 0.996100 0.697028</w:t>
        <w:br/>
        <w:t>vt 0.994900 0.519628</w:t>
        <w:br/>
        <w:t>vt 0.996100 0.516128</w:t>
        <w:br/>
        <w:t>vt 0.994900 0.519628</w:t>
        <w:br/>
        <w:t>vt 0.979700 0.537428</w:t>
        <w:br/>
        <w:t>vt 0.978700 0.536528</w:t>
        <w:br/>
        <w:t>vt 0.996100 0.516128</w:t>
        <w:br/>
        <w:t>vt 0.964900 0.560028</w:t>
        <w:br/>
        <w:t>vt 0.963700 0.559228</w:t>
        <w:br/>
        <w:t>vt 0.951400 0.583428</w:t>
        <w:br/>
        <w:t>vt 0.950300 0.582728</w:t>
        <w:br/>
        <w:t>vt 0.937800 0.602828</w:t>
        <w:br/>
        <w:t>vt 0.936500 0.602728</w:t>
        <w:br/>
        <w:t>vt 0.944200 0.646628</w:t>
        <w:br/>
        <w:t>vt 0.942800 0.646828</w:t>
        <w:br/>
        <w:t>vt 0.951500 0.697828</w:t>
        <w:br/>
        <w:t>vt 0.950100 0.697928</w:t>
        <w:br/>
        <w:t>vt 0.955200 0.743828</w:t>
        <w:br/>
        <w:t>vt 0.953900 0.743928</w:t>
        <w:br/>
        <w:t>vt 0.956600 0.792144</w:t>
        <w:br/>
        <w:t>vt 0.955200 0.792215</w:t>
        <w:br/>
        <w:t>vt 0.956600 0.815018</w:t>
        <w:br/>
        <w:t>vt 0.955200 0.815018</w:t>
        <w:br/>
        <w:t>vt 0.956600 0.841740</w:t>
        <w:br/>
        <w:t>vt 0.955200 0.841740</w:t>
        <w:br/>
        <w:t>vt 0.956600 0.876193</w:t>
        <w:br/>
        <w:t>vt 0.955200 0.876193</w:t>
        <w:br/>
        <w:t>vt 0.956600 0.900243</w:t>
        <w:br/>
        <w:t>vt 0.955200 0.900243</w:t>
        <w:br/>
        <w:t>vt 0.956600 0.930029</w:t>
        <w:br/>
        <w:t>vt 0.955200 0.930100</w:t>
        <w:br/>
        <w:t>vt 0.956600 0.975100</w:t>
        <w:br/>
        <w:t>vt 0.955200 0.975200</w:t>
        <w:br/>
        <w:t>vt 0.956600 0.989600</w:t>
        <w:br/>
        <w:t>vt 0.955200 0.989600</w:t>
        <w:br/>
        <w:t>vt 0.994900 0.975100</w:t>
        <w:br/>
        <w:t>vt 0.996100 0.975100</w:t>
        <w:br/>
        <w:t>vt 0.996100 0.989600</w:t>
        <w:br/>
        <w:t>vt 0.994900 0.989600</w:t>
        <w:br/>
        <w:t>vt 0.994900 0.930029</w:t>
        <w:br/>
        <w:t>vt 0.996100 0.930029</w:t>
        <w:br/>
        <w:t>vt 0.994900 0.900243</w:t>
        <w:br/>
        <w:t>vt 0.996100 0.900243</w:t>
        <w:br/>
        <w:t>vt 0.994900 0.876193</w:t>
        <w:br/>
        <w:t>vt 0.996100 0.876193</w:t>
        <w:br/>
        <w:t>vt 0.994900 0.841740</w:t>
        <w:br/>
        <w:t>vt 0.996100 0.841740</w:t>
        <w:br/>
        <w:t>vt 0.994900 0.815018</w:t>
        <w:br/>
        <w:t>vt 0.996100 0.815018</w:t>
        <w:br/>
        <w:t>vt 0.994900 0.793783</w:t>
        <w:br/>
        <w:t>vt 0.996100 0.793783</w:t>
        <w:br/>
        <w:t>vt 0.994900 0.744228</w:t>
        <w:br/>
        <w:t>vt 0.996100 0.744228</w:t>
        <w:br/>
        <w:t>vt 0.054100 0.067400</w:t>
        <w:br/>
        <w:t>vt 0.051900 0.068600</w:t>
        <w:br/>
        <w:t>vt 0.052500 0.070600</w:t>
        <w:br/>
        <w:t>vt 0.055000 0.070600</w:t>
        <w:br/>
        <w:t>vt 0.048600 0.064100</w:t>
        <w:br/>
        <w:t>vt 0.048600 0.066600</w:t>
        <w:br/>
        <w:t>vt 0.050600 0.067200</w:t>
        <w:br/>
        <w:t>vt 0.051800 0.065000</w:t>
        <w:br/>
        <w:t>vt 0.046600 0.067200</w:t>
        <w:br/>
        <w:t>vt 0.045300 0.065100</w:t>
        <w:br/>
        <w:t>vt 0.045200 0.068600</w:t>
        <w:br/>
        <w:t>vt 0.043000 0.067400</w:t>
        <w:br/>
        <w:t>vt 0.042100 0.070600</w:t>
        <w:br/>
        <w:t>vt 0.044600 0.070600</w:t>
        <w:br/>
        <w:t>vt 0.043000 0.073800</w:t>
        <w:br/>
        <w:t>vt 0.045200 0.072600</w:t>
        <w:br/>
        <w:t>vt 0.048500 0.077000</w:t>
        <w:br/>
        <w:t>vt 0.048600 0.074500</w:t>
        <w:br/>
        <w:t>vt 0.046600 0.074000</w:t>
        <w:br/>
        <w:t>vt 0.045300 0.076100</w:t>
        <w:br/>
        <w:t>vt 0.050500 0.074000</w:t>
        <w:br/>
        <w:t>vt 0.051800 0.076200</w:t>
        <w:br/>
        <w:t>vt 0.051900 0.072600</w:t>
        <w:br/>
        <w:t>vt 0.054100 0.073800</w:t>
        <w:br/>
        <w:t>vt 0.339800 0.501100</w:t>
        <w:br/>
        <w:t>vt 0.339800 0.499500</w:t>
        <w:br/>
        <w:t>vt 0.327300 0.499500</w:t>
        <w:br/>
        <w:t>vt 0.327300 0.501100</w:t>
        <w:br/>
        <w:t>vt 0.327300 0.513600</w:t>
        <w:br/>
        <w:t>vt 0.339800 0.513600</w:t>
        <w:br/>
        <w:t>vt 0.448900 0.513600</w:t>
        <w:br/>
        <w:t>vt 0.435400 0.513600</w:t>
        <w:br/>
        <w:t>vt 0.435400 0.522800</w:t>
        <w:br/>
        <w:t>vt 0.448900 0.522800</w:t>
        <w:br/>
        <w:t>vt 0.327300 0.522800</w:t>
        <w:br/>
        <w:t>vt 0.339800 0.522800</w:t>
        <w:br/>
        <w:t>vt 0.358100 0.513600</w:t>
        <w:br/>
        <w:t>vt 0.358100 0.522800</w:t>
        <w:br/>
        <w:t>vt 0.372900 0.522800</w:t>
        <w:br/>
        <w:t>vt 0.372900 0.513600</w:t>
        <w:br/>
        <w:t>vt 0.372900 0.499500</w:t>
        <w:br/>
        <w:t>vt 0.372900 0.497200</w:t>
        <w:br/>
        <w:t>vt 0.358100 0.497200</w:t>
        <w:br/>
        <w:t>vt 0.358100 0.499500</w:t>
        <w:br/>
        <w:t>vt 0.339800 0.477200</w:t>
        <w:br/>
        <w:t>vt 0.327300 0.477200</w:t>
        <w:br/>
        <w:t>vt 0.327300 0.497200</w:t>
        <w:br/>
        <w:t>vt 0.339800 0.497200</w:t>
        <w:br/>
        <w:t>vt 0.339800 0.499500</w:t>
        <w:br/>
        <w:t>vt 0.327300 0.499500</w:t>
        <w:br/>
        <w:t>vt 0.339800 0.461400</w:t>
        <w:br/>
        <w:t>vt 0.327300 0.461400</w:t>
        <w:br/>
        <w:t>vt 0.419600 0.513600</w:t>
        <w:br/>
        <w:t>vt 0.419600 0.522800</w:t>
        <w:br/>
        <w:t>vt 0.403200 0.513600</w:t>
        <w:br/>
        <w:t>vt 0.403200 0.522800</w:t>
        <w:br/>
        <w:t>vt 0.419600 0.501100</w:t>
        <w:br/>
        <w:t>vt 0.403200 0.501100</w:t>
        <w:br/>
        <w:t>vt 0.448900 0.501100</w:t>
        <w:br/>
        <w:t>vt 0.435400 0.501100</w:t>
        <w:br/>
        <w:t>vt 0.448900 0.499500</w:t>
        <w:br/>
        <w:t>vt 0.435400 0.499500</w:t>
        <w:br/>
        <w:t>vt 0.435400 0.501100</w:t>
        <w:br/>
        <w:t>vt 0.448900 0.501100</w:t>
        <w:br/>
        <w:t>vt 0.448900 0.497200</w:t>
        <w:br/>
        <w:t>vt 0.435400 0.497200</w:t>
        <w:br/>
        <w:t>vt 0.435400 0.499500</w:t>
        <w:br/>
        <w:t>vt 0.448900 0.499500</w:t>
        <w:br/>
        <w:t>vt 0.448900 0.477200</w:t>
        <w:br/>
        <w:t>vt 0.435400 0.477200</w:t>
        <w:br/>
        <w:t>vt 0.358100 0.497200</w:t>
        <w:br/>
        <w:t>vt 0.372900 0.497200</w:t>
        <w:br/>
        <w:t>vt 0.372900 0.477200</w:t>
        <w:br/>
        <w:t>vt 0.358100 0.477200</w:t>
        <w:br/>
        <w:t>vt 0.388900 0.497200</w:t>
        <w:br/>
        <w:t>vt 0.388900 0.477200</w:t>
        <w:br/>
        <w:t>vt 0.403200 0.477200</w:t>
        <w:br/>
        <w:t>vt 0.403200 0.461400</w:t>
        <w:br/>
        <w:t>vt 0.388900 0.461400</w:t>
        <w:br/>
        <w:t>vt 0.372900 0.461400</w:t>
        <w:br/>
        <w:t>vt 0.388900 0.499500</w:t>
        <w:br/>
        <w:t>vt 0.403200 0.499500</w:t>
        <w:br/>
        <w:t>vt 0.403200 0.497200</w:t>
        <w:br/>
        <w:t>vt 0.388900 0.497200</w:t>
        <w:br/>
        <w:t>vt 0.403200 0.497200</w:t>
        <w:br/>
        <w:t>vt 0.388900 0.501100</w:t>
        <w:br/>
        <w:t>vt 0.403200 0.499500</w:t>
        <w:br/>
        <w:t>vt 0.388900 0.499500</w:t>
        <w:br/>
        <w:t>vt 0.372900 0.499500</w:t>
        <w:br/>
        <w:t>vt 0.372900 0.501100</w:t>
        <w:br/>
        <w:t>vt 0.388900 0.501100</w:t>
        <w:br/>
        <w:t>vt 0.388900 0.499500</w:t>
        <w:br/>
        <w:t>vt 0.388900 0.513600</w:t>
        <w:br/>
        <w:t>vt 0.419600 0.477200</w:t>
        <w:br/>
        <w:t>vt 0.435400 0.461400</w:t>
        <w:br/>
        <w:t>vt 0.419600 0.461400</w:t>
        <w:br/>
        <w:t>vt 0.419600 0.497200</w:t>
        <w:br/>
        <w:t>vt 0.419600 0.499500</w:t>
        <w:br/>
        <w:t>vt 0.419600 0.497200</w:t>
        <w:br/>
        <w:t>vt 0.419600 0.499500</w:t>
        <w:br/>
        <w:t>vt 0.388900 0.522800</w:t>
        <w:br/>
        <w:t>vt 0.358100 0.501100</w:t>
        <w:br/>
        <w:t>vt 0.448900 0.461400</w:t>
        <w:br/>
        <w:t>vt 0.358100 0.461400</w:t>
        <w:br/>
        <w:t>vt 0.358100 0.499500</w:t>
        <w:br/>
        <w:t>vt 0.327300 0.499500</w:t>
        <w:br/>
        <w:t>vt 0.339800 0.499500</w:t>
        <w:br/>
        <w:t>vt 0.339800 0.501100</w:t>
        <w:br/>
        <w:t>vt 0.327300 0.501100</w:t>
        <w:br/>
        <w:t>vt 0.339800 0.513600</w:t>
        <w:br/>
        <w:t>vt 0.327300 0.513600</w:t>
        <w:br/>
        <w:t>vt 0.448900 0.513600</w:t>
        <w:br/>
        <w:t>vt 0.448900 0.522800</w:t>
        <w:br/>
        <w:t>vt 0.435400 0.522800</w:t>
        <w:br/>
        <w:t>vt 0.435400 0.513600</w:t>
        <w:br/>
        <w:t>vt 0.339800 0.522800</w:t>
        <w:br/>
        <w:t>vt 0.327300 0.522800</w:t>
        <w:br/>
        <w:t>vt 0.358100 0.513600</w:t>
        <w:br/>
        <w:t>vt 0.372900 0.513600</w:t>
        <w:br/>
        <w:t>vt 0.372900 0.522800</w:t>
        <w:br/>
        <w:t>vt 0.358100 0.522800</w:t>
        <w:br/>
        <w:t>vt 0.358100 0.497200</w:t>
        <w:br/>
        <w:t>vt 0.372900 0.497200</w:t>
        <w:br/>
        <w:t>vt 0.372900 0.499500</w:t>
        <w:br/>
        <w:t>vt 0.358100 0.499500</w:t>
        <w:br/>
        <w:t>vt 0.339800 0.477200</w:t>
        <w:br/>
        <w:t>vt 0.339800 0.497200</w:t>
        <w:br/>
        <w:t>vt 0.327300 0.497200</w:t>
        <w:br/>
        <w:t>vt 0.327300 0.477200</w:t>
        <w:br/>
        <w:t>vt 0.339800 0.499500</w:t>
        <w:br/>
        <w:t>vt 0.327300 0.499500</w:t>
        <w:br/>
        <w:t>vt 0.327300 0.461400</w:t>
        <w:br/>
        <w:t>vt 0.339800 0.461400</w:t>
        <w:br/>
        <w:t>vt 0.419600 0.522800</w:t>
        <w:br/>
        <w:t>vt 0.419600 0.513600</w:t>
        <w:br/>
        <w:t>vt 0.403200 0.522800</w:t>
        <w:br/>
        <w:t>vt 0.403200 0.513600</w:t>
        <w:br/>
        <w:t>vt 0.419600 0.501100</w:t>
        <w:br/>
        <w:t>vt 0.403200 0.501100</w:t>
        <w:br/>
        <w:t>vt 0.448900 0.501100</w:t>
        <w:br/>
        <w:t>vt 0.435400 0.501100</w:t>
        <w:br/>
        <w:t>vt 0.448900 0.499500</w:t>
        <w:br/>
        <w:t>vt 0.448900 0.501100</w:t>
        <w:br/>
        <w:t>vt 0.435400 0.501100</w:t>
        <w:br/>
        <w:t>vt 0.435400 0.499500</w:t>
        <w:br/>
        <w:t>vt 0.448900 0.497200</w:t>
        <w:br/>
        <w:t>vt 0.448900 0.499500</w:t>
        <w:br/>
        <w:t>vt 0.435400 0.499500</w:t>
        <w:br/>
        <w:t>vt 0.435400 0.497200</w:t>
        <w:br/>
        <w:t>vt 0.435400 0.477200</w:t>
        <w:br/>
        <w:t>vt 0.448900 0.477200</w:t>
        <w:br/>
        <w:t>vt 0.358100 0.477200</w:t>
        <w:br/>
        <w:t>vt 0.372900 0.477200</w:t>
        <w:br/>
        <w:t>vt 0.372900 0.497200</w:t>
        <w:br/>
        <w:t>vt 0.358100 0.497200</w:t>
        <w:br/>
        <w:t>vt 0.388900 0.477200</w:t>
        <w:br/>
        <w:t>vt 0.388900 0.497200</w:t>
        <w:br/>
        <w:t>vt 0.388900 0.461400</w:t>
        <w:br/>
        <w:t>vt 0.403200 0.461400</w:t>
        <w:br/>
        <w:t>vt 0.403200 0.477200</w:t>
        <w:br/>
        <w:t>vt 0.372900 0.461400</w:t>
        <w:br/>
        <w:t>vt 0.388900 0.499500</w:t>
        <w:br/>
        <w:t>vt 0.388900 0.497200</w:t>
        <w:br/>
        <w:t>vt 0.403200 0.497200</w:t>
        <w:br/>
        <w:t>vt 0.403200 0.499500</w:t>
        <w:br/>
        <w:t>vt 0.388900 0.501100</w:t>
        <w:br/>
        <w:t>vt 0.388900 0.499500</w:t>
        <w:br/>
        <w:t>vt 0.403200 0.499500</w:t>
        <w:br/>
        <w:t>vt 0.403200 0.501100</w:t>
        <w:br/>
        <w:t>vt 0.372900 0.501100</w:t>
        <w:br/>
        <w:t>vt 0.372900 0.499500</w:t>
        <w:br/>
        <w:t>vt 0.388900 0.513600</w:t>
        <w:br/>
        <w:t>vt 0.419600 0.477200</w:t>
        <w:br/>
        <w:t>vt 0.435400 0.461400</w:t>
        <w:br/>
        <w:t>vt 0.419600 0.461400</w:t>
        <w:br/>
        <w:t>vt 0.419600 0.497200</w:t>
        <w:br/>
        <w:t>vt 0.419600 0.499500</w:t>
        <w:br/>
        <w:t>vt 0.419600 0.499500</w:t>
        <w:br/>
        <w:t>vt 0.388900 0.522800</w:t>
        <w:br/>
        <w:t>vt 0.358100 0.501100</w:t>
        <w:br/>
        <w:t>vt 0.448900 0.461400</w:t>
        <w:br/>
        <w:t>vt 0.358100 0.461400</w:t>
        <w:br/>
        <w:t>vt 0.358100 0.499500</w:t>
        <w:br/>
        <w:t>vt 0.448900 0.522800</w:t>
        <w:br/>
        <w:t>vt 0.448900 0.523900</w:t>
        <w:br/>
        <w:t>vt 0.435400 0.523900</w:t>
        <w:br/>
        <w:t>vt 0.435400 0.522800</w:t>
        <w:br/>
        <w:t>vt 0.339800 0.523900</w:t>
        <w:br/>
        <w:t>vt 0.327300 0.523900</w:t>
        <w:br/>
        <w:t>vt 0.327300 0.522800</w:t>
        <w:br/>
        <w:t>vt 0.339800 0.522800</w:t>
        <w:br/>
        <w:t>vt 0.372900 0.522800</w:t>
        <w:br/>
        <w:t>vt 0.372900 0.523900</w:t>
        <w:br/>
        <w:t>vt 0.358100 0.523900</w:t>
        <w:br/>
        <w:t>vt 0.358100 0.522800</w:t>
        <w:br/>
        <w:t>vt 0.419600 0.523900</w:t>
        <w:br/>
        <w:t>vt 0.419600 0.522800</w:t>
        <w:br/>
        <w:t>vt 0.403200 0.523900</w:t>
        <w:br/>
        <w:t>vt 0.403200 0.522800</w:t>
        <w:br/>
        <w:t>vt 0.388900 0.523900</w:t>
        <w:br/>
        <w:t>vt 0.388900 0.522800</w:t>
        <w:br/>
        <w:t>vt 0.327300 0.513600</w:t>
        <w:br/>
        <w:t>vt 0.325900 0.513600</w:t>
        <w:br/>
        <w:t>vt 0.325900 0.501100</w:t>
        <w:br/>
        <w:t>vt 0.327300 0.501100</w:t>
        <w:br/>
        <w:t>vt 0.448900 0.513600</w:t>
        <w:br/>
        <w:t>vt 0.448900 0.501100</w:t>
        <w:br/>
        <w:t>vt 0.450200 0.501100</w:t>
        <w:br/>
        <w:t>vt 0.450200 0.513600</w:t>
        <w:br/>
        <w:t>vt 0.448900 0.499500</w:t>
        <w:br/>
        <w:t>vt 0.450200 0.499500</w:t>
        <w:br/>
        <w:t>vt 0.448900 0.497200</w:t>
        <w:br/>
        <w:t>vt 0.450200 0.497200</w:t>
        <w:br/>
        <w:t>vt 0.448900 0.477200</w:t>
        <w:br/>
        <w:t>vt 0.450200 0.477200</w:t>
        <w:br/>
        <w:t>vt 0.448900 0.461400</w:t>
        <w:br/>
        <w:t>vt 0.450200 0.460200</w:t>
        <w:br/>
        <w:t>vt 0.448900 0.461400</w:t>
        <w:br/>
        <w:t>vt 0.435400 0.461400</w:t>
        <w:br/>
        <w:t>vt 0.435400 0.460200</w:t>
        <w:br/>
        <w:t>vt 0.450200 0.460200</w:t>
        <w:br/>
        <w:t>vt 0.419600 0.461400</w:t>
        <w:br/>
        <w:t>vt 0.419600 0.460200</w:t>
        <w:br/>
        <w:t>vt 0.403200 0.461400</w:t>
        <w:br/>
        <w:t>vt 0.403200 0.460200</w:t>
        <w:br/>
        <w:t>vt 0.388900 0.461400</w:t>
        <w:br/>
        <w:t>vt 0.388900 0.460200</w:t>
        <w:br/>
        <w:t>vt 0.372900 0.461400</w:t>
        <w:br/>
        <w:t>vt 0.372900 0.460200</w:t>
        <w:br/>
        <w:t>vt 0.358100 0.461400</w:t>
        <w:br/>
        <w:t>vt 0.358100 0.460200</w:t>
        <w:br/>
        <w:t>vt 0.339800 0.461400</w:t>
        <w:br/>
        <w:t>vt 0.339800 0.460200</w:t>
        <w:br/>
        <w:t>vt 0.327300 0.461400</w:t>
        <w:br/>
        <w:t>vt 0.325900 0.460200</w:t>
        <w:br/>
        <w:t>vt 0.327300 0.477200</w:t>
        <w:br/>
        <w:t>vt 0.325900 0.477200</w:t>
        <w:br/>
        <w:t>vt 0.325900 0.460200</w:t>
        <w:br/>
        <w:t>vt 0.327300 0.461400</w:t>
        <w:br/>
        <w:t>vt 0.327300 0.497200</w:t>
        <w:br/>
        <w:t>vt 0.325900 0.497200</w:t>
        <w:br/>
        <w:t>vt 0.327300 0.499500</w:t>
        <w:br/>
        <w:t>vt 0.325900 0.499500</w:t>
        <w:br/>
        <w:t>vt 0.741603 0.926143</w:t>
        <w:br/>
        <w:t>vt 0.744303 0.922444</w:t>
        <w:br/>
        <w:t>vt 0.750303 0.925643</w:t>
        <w:br/>
        <w:t>vt 0.748903 0.930043</w:t>
        <w:br/>
        <w:t>vt 0.755503 0.897643</w:t>
        <w:br/>
        <w:t>vt 0.736203 0.905944</w:t>
        <w:br/>
        <w:t>vt 0.737103 0.898143</w:t>
        <w:br/>
        <w:t>vt 0.755603 0.920543</w:t>
        <w:br/>
        <w:t>vt 0.739903 0.917943</w:t>
        <w:br/>
        <w:t>vt 0.481975 0.517000</w:t>
        <w:br/>
        <w:t>vt 0.483775 0.511900</w:t>
        <w:br/>
        <w:t>vt 0.487875 0.515300</w:t>
        <w:br/>
        <w:t>vt 0.481875 0.506400</w:t>
        <w:br/>
        <w:t>vt 0.481875 0.504000</w:t>
        <w:br/>
        <w:t>vt 0.482875 0.503400</w:t>
        <w:br/>
        <w:t>vt 0.487775 0.508300</w:t>
        <w:br/>
        <w:t>vt 0.482875 0.520400</w:t>
        <w:br/>
        <w:t>vt 0.481975 0.519700</w:t>
        <w:br/>
        <w:t>vt 0.482175 0.503400</w:t>
        <w:br/>
        <w:t>vt 0.481975 0.517000</w:t>
        <w:br/>
        <w:t>vt 0.487875 0.515300</w:t>
        <w:br/>
        <w:t>vt 0.483775 0.511900</w:t>
        <w:br/>
        <w:t>vt 0.481876 0.506400</w:t>
        <w:br/>
        <w:t>vt 0.482875 0.503400</w:t>
        <w:br/>
        <w:t>vt 0.481876 0.504000</w:t>
        <w:br/>
        <w:t>vt 0.481975 0.519700</w:t>
        <w:br/>
        <w:t>vt 0.482175 0.520400</w:t>
        <w:br/>
        <w:t>vt 0.482875 0.520400</w:t>
        <w:br/>
        <w:t>vt 0.487775 0.508300</w:t>
        <w:br/>
        <w:t>vt 0.482175 0.503400</w:t>
        <w:br/>
        <w:t>vt 0.106576 0.019358</w:t>
        <w:br/>
        <w:t>vt 0.111176 0.019358</w:t>
        <w:br/>
        <w:t>vt 0.111176 0.026858</w:t>
        <w:br/>
        <w:t>vt 0.106576 0.026858</w:t>
        <w:br/>
        <w:t>vt 0.077461 0.806499</w:t>
        <w:br/>
        <w:t>vt 0.077461 0.807149</w:t>
        <w:br/>
        <w:t>vt 0.076861 0.807149</w:t>
        <w:br/>
        <w:t>vt 0.076861 0.806499</w:t>
        <w:br/>
        <w:t>vt 0.077461 0.806499</w:t>
        <w:br/>
        <w:t>vt 0.076861 0.806499</w:t>
        <w:br/>
        <w:t>vt 0.076861 0.807149</w:t>
        <w:br/>
        <w:t>vt 0.077461 0.807149</w:t>
        <w:br/>
        <w:t>vt 0.302043 0.898953</w:t>
        <w:br/>
        <w:t>vt 0.298686 0.902915</w:t>
        <w:br/>
        <w:t>vt 0.295531 0.898953</w:t>
        <w:br/>
        <w:t>vt 0.298433 0.888264</w:t>
        <w:br/>
        <w:t>vt 0.267616 0.711542</w:t>
        <w:br/>
        <w:t>vt 0.266052 0.711281</w:t>
        <w:br/>
        <w:t>vt 0.266156 0.706589</w:t>
        <w:br/>
        <w:t>vt 0.261568 0.704816</w:t>
        <w:br/>
        <w:t>vt 0.259170 0.707580</w:t>
        <w:br/>
        <w:t>vt 0.258388 0.707215</w:t>
        <w:br/>
        <w:t>vt 0.255051 0.703252</w:t>
        <w:br/>
        <w:t>vt 0.254947 0.701532</w:t>
        <w:br/>
        <w:t>vt 0.258857 0.700697</w:t>
        <w:br/>
        <w:t>vt 0.255677 0.695275</w:t>
        <w:br/>
        <w:t>vt 0.254999 0.694284</w:t>
        <w:br/>
        <w:t>vt 0.259066 0.696318</w:t>
        <w:br/>
        <w:t>vt 0.258596 0.687715</w:t>
        <w:br/>
        <w:t>vt 0.260525 0.686881</w:t>
        <w:br/>
        <w:t>vt 0.262142 0.690426</w:t>
        <w:br/>
        <w:t>vt 0.256615 0.699655</w:t>
        <w:br/>
        <w:t>vt 0.256094 0.700385</w:t>
        <w:br/>
        <w:t>vt 0.266052 0.711281</w:t>
        <w:br/>
        <w:t>vt 0.265166 0.710343</w:t>
        <w:br/>
        <w:t>vt 0.266156 0.706589</w:t>
        <w:br/>
        <w:t>vt 0.276063 0.706745</w:t>
        <w:br/>
        <w:t>vt 0.275489 0.704973</w:t>
        <w:br/>
        <w:t>vt 0.277105 0.706850</w:t>
        <w:br/>
        <w:t>vt 0.273143 0.705442</w:t>
        <w:br/>
        <w:t>vt 0.274707 0.706954</w:t>
        <w:br/>
        <w:t>vt 0.273716 0.707788</w:t>
        <w:br/>
        <w:t>vt 0.271735 0.706068</w:t>
        <w:br/>
        <w:t>vt 0.282371 0.698247</w:t>
        <w:br/>
        <w:t>vt 0.279608 0.695484</w:t>
        <w:br/>
        <w:t>vt 0.281589 0.695796</w:t>
        <w:br/>
        <w:t>vt 0.261568 0.704816</w:t>
        <w:br/>
        <w:t>vt 0.257293 0.706276</w:t>
        <w:br/>
        <w:t>vt 0.256198 0.704921</w:t>
        <w:br/>
        <w:t>vt 0.281276 0.702209</w:t>
        <w:br/>
        <w:t>vt 0.279921 0.704921</w:t>
        <w:br/>
        <w:t>vt 0.279243 0.698455</w:t>
        <w:br/>
        <w:t>vt 0.262507 0.707840</w:t>
        <w:br/>
        <w:t>vt 0.263810 0.705546</w:t>
        <w:br/>
        <w:t>vt 0.264384 0.709248</w:t>
        <w:br/>
        <w:t>vt 0.270536 0.709926</w:t>
        <w:br/>
        <w:t>vt 0.272257 0.709561</w:t>
        <w:br/>
        <w:t>vt 0.261047 0.707423</w:t>
        <w:br/>
        <w:t>vt 0.256667 0.697256</w:t>
        <w:br/>
        <w:t>vt 0.259066 0.696318</w:t>
        <w:br/>
        <w:t>vt 0.259013 0.698403</w:t>
        <w:br/>
        <w:t>vt 0.256772 0.698508</w:t>
        <w:br/>
        <w:t>vt 0.255364 0.692355</w:t>
        <w:br/>
        <w:t>vt 0.256719 0.690009</w:t>
        <w:br/>
        <w:t>vt 0.282371 0.691052</w:t>
        <w:br/>
        <w:t>vt 0.282006 0.693450</w:t>
        <w:br/>
        <w:t>vt 0.278513 0.692095</w:t>
        <w:br/>
        <w:t>vt 0.276636 0.697778</w:t>
        <w:br/>
        <w:t>vt 0.275489 0.704973</w:t>
        <w:br/>
        <w:t>vt 0.272726 0.703304</w:t>
        <w:br/>
        <w:t>vt 0.266000 0.704347</w:t>
        <w:br/>
        <w:t>vt 0.261725 0.694910</w:t>
        <w:br/>
        <w:t>vt 0.261620 0.700385</w:t>
        <w:br/>
        <w:t>vt 0.263706 0.691521</w:t>
        <w:br/>
        <w:t>vt 0.256146 0.696057</w:t>
        <w:br/>
        <w:t>vt 0.262142 0.690426</w:t>
        <w:br/>
        <w:t>vt 0.260525 0.686881</w:t>
        <w:br/>
        <w:t>vt 0.262142 0.687976</w:t>
        <w:br/>
        <w:t>vt 0.259639 0.707840</w:t>
        <w:br/>
        <w:t>vt 0.272257 0.709561</w:t>
        <w:br/>
        <w:t>vt 0.271735 0.706068</w:t>
        <w:br/>
        <w:t>vt 0.273195 0.708518</w:t>
        <w:br/>
        <w:t>vt 0.278409 0.706433</w:t>
        <w:br/>
        <w:t>vt 0.277105 0.706850</w:t>
        <w:br/>
        <w:t>vt 0.275489 0.704973</w:t>
        <w:br/>
        <w:t>vt 0.255468 0.701062</w:t>
        <w:br/>
        <w:t>vt 0.256094 0.700385</w:t>
        <w:br/>
        <w:t>vt 0.258857 0.700697</w:t>
        <w:br/>
        <w:t>vt 0.256146 0.696057</w:t>
        <w:br/>
        <w:t>vt 0.278409 0.706433</w:t>
        <w:br/>
        <w:t>vt 0.282215 0.700541</w:t>
        <w:br/>
        <w:t>vt 0.254999 0.694284</w:t>
        <w:br/>
        <w:t>vt 0.259639 0.707840</w:t>
        <w:br/>
        <w:t>vt 0.273195 0.708518</w:t>
        <w:br/>
        <w:t>vt 0.266000 0.704347</w:t>
        <w:br/>
        <w:t>vt 0.261725 0.694910</w:t>
        <w:br/>
        <w:t>vt 0.259013 0.698403</w:t>
        <w:br/>
        <w:t>vt 0.258388 0.707215</w:t>
        <w:br/>
        <w:t>vt 0.254947 0.701532</w:t>
        <w:br/>
        <w:t>vt 0.282371 0.698247</w:t>
        <w:br/>
        <w:t>vt 0.282215 0.700541</w:t>
        <w:br/>
        <w:t>vt 0.279243 0.698455</w:t>
        <w:br/>
        <w:t>vt 0.264384 0.709248</w:t>
        <w:br/>
        <w:t>vt 0.277470 0.695379</w:t>
        <w:br/>
        <w:t>vt 0.238500 0.937300</w:t>
        <w:br/>
        <w:t>vt 0.238500 0.938400</w:t>
        <w:br/>
        <w:t>vt 0.233400 0.939700</w:t>
        <w:br/>
        <w:t>vt 0.233100 0.925300</w:t>
        <w:br/>
        <w:t>vt 0.238200 0.927000</w:t>
        <w:br/>
        <w:t>vt 0.238500 0.929500</w:t>
        <w:br/>
        <w:t>vt 0.233100 0.920900</w:t>
        <w:br/>
        <w:t>vt 0.239000 0.919900</w:t>
        <w:br/>
        <w:t>vt 0.239400 0.920900</w:t>
        <w:br/>
        <w:t>vt 0.234300 0.907100</w:t>
        <w:br/>
        <w:t>vt 0.240000 0.908700</w:t>
        <w:br/>
        <w:t>vt 0.240400 0.911700</w:t>
        <w:br/>
        <w:t>vt 0.239500 0.902900</w:t>
        <w:br/>
        <w:t>vt 0.234500 0.903900</w:t>
        <w:br/>
        <w:t>vt 0.239500 0.901900</w:t>
        <w:br/>
        <w:t>vt 0.231900 0.888800</w:t>
        <w:br/>
        <w:t>vt 0.236200 0.885800</w:t>
        <w:br/>
        <w:t>vt 0.238200 0.888600</w:t>
        <w:br/>
        <w:t>vt 0.238400 0.904100</w:t>
        <w:br/>
        <w:t>vt 0.237100 0.905800</w:t>
        <w:br/>
        <w:t>vt 0.234500 0.903900</w:t>
        <w:br/>
        <w:t>vt 0.239500 0.906700</w:t>
        <w:br/>
        <w:t>vt 0.239600 0.907700</w:t>
        <w:br/>
        <w:t>vt 0.234300 0.907100</w:t>
        <w:br/>
        <w:t>vt 0.238200 0.927000</w:t>
        <w:br/>
        <w:t>vt 0.233100 0.925300</w:t>
        <w:br/>
        <w:t>vt 0.238200 0.925500</w:t>
        <w:br/>
        <w:t>vt 0.238500 0.940800</w:t>
        <w:br/>
        <w:t>vt 0.233400 0.939700</w:t>
        <w:br/>
        <w:t>vt 0.238900 0.939100</w:t>
        <w:br/>
        <w:t>vt 0.234300 0.942100</w:t>
        <w:br/>
        <w:t>vt 0.239200 0.944500</w:t>
        <w:br/>
        <w:t>vt 0.239500 0.948700</w:t>
        <w:br/>
        <w:t>vt 0.239200 0.944500</w:t>
        <w:br/>
        <w:t>vt 0.234300 0.942100</w:t>
        <w:br/>
        <w:t>vt 0.239700 0.943900</w:t>
        <w:br/>
        <w:t>vt 0.233100 0.959600</w:t>
        <w:br/>
        <w:t>vt 0.238100 0.961300</w:t>
        <w:br/>
        <w:t>vt 0.235200 0.963000</w:t>
        <w:br/>
        <w:t>vt 0.231900 0.888800</w:t>
        <w:br/>
        <w:t>vt 0.234900 0.885300</w:t>
        <w:br/>
        <w:t>vt 0.236200 0.885800</w:t>
        <w:br/>
        <w:t>vt 0.233200 0.913200</w:t>
        <w:br/>
        <w:t>vt 0.239200 0.917400</w:t>
        <w:br/>
        <w:t>vt 0.233100 0.920900</w:t>
        <w:br/>
        <w:t>vt 0.233100 0.949900</w:t>
        <w:br/>
        <w:t>vt 0.238300 0.953900</w:t>
        <w:br/>
        <w:t>vt 0.233400 0.957800</w:t>
        <w:br/>
        <w:t>vt 0.236700 0.923300</w:t>
        <w:br/>
        <w:t>vt 0.238200 0.925500</w:t>
        <w:br/>
        <w:t>vt 0.232900 0.933500</w:t>
        <w:br/>
        <w:t>vt 0.238200 0.934000</w:t>
        <w:br/>
        <w:t>vt 0.232900 0.895200</w:t>
        <w:br/>
        <w:t>vt 0.239700 0.893500</w:t>
        <w:br/>
        <w:t>vt 0.240000 0.898300</w:t>
        <w:br/>
        <w:t>vt 0.238200 0.959300</w:t>
        <w:br/>
        <w:t>vt 0.233100 0.959600</w:t>
        <w:br/>
        <w:t>vt 0.233400 0.957800</w:t>
        <w:br/>
        <w:t>vt 0.228000 0.965300</w:t>
        <w:br/>
        <w:t>vt 0.234000 0.966600</w:t>
        <w:br/>
        <w:t>vt 0.233400 0.970000</w:t>
        <w:br/>
        <w:t>vt 0.228000 0.955700</w:t>
        <w:br/>
        <w:t>vt 0.228000 0.941800</w:t>
        <w:br/>
        <w:t>vt 0.228000 0.925700</w:t>
        <w:br/>
        <w:t>vt 0.228000 0.911000</w:t>
        <w:br/>
        <w:t>vt 0.234300 0.907100</w:t>
        <w:br/>
        <w:t>vt 0.228000 0.898800</w:t>
        <w:br/>
        <w:t>vt 0.228000 0.891000</w:t>
        <w:br/>
        <w:t>vt 0.228000 0.891000</w:t>
        <w:br/>
        <w:t>vt 0.230700 0.887600</w:t>
        <w:br/>
        <w:t>vt 0.240000 0.908700</w:t>
        <w:br/>
        <w:t>vt 0.238400 0.904100</w:t>
        <w:br/>
        <w:t>vt 0.233100 0.920900</w:t>
        <w:br/>
        <w:t>vt 0.239400 0.920900</w:t>
        <w:br/>
        <w:t>vt 0.239400 0.921700</w:t>
        <w:br/>
        <w:t>vt 0.238900 0.939100</w:t>
        <w:br/>
        <w:t>vt 0.238100 0.961300</w:t>
        <w:br/>
        <w:t>vt 0.228000 0.955700</w:t>
        <w:br/>
        <w:t>vt 0.238500 0.937300</w:t>
        <w:br/>
        <w:t>vt 0.239300 0.936900</w:t>
        <w:br/>
        <w:t>vt 0.238500 0.938400</w:t>
        <w:br/>
        <w:t>vt 0.238500 0.929500</w:t>
        <w:br/>
        <w:t>vt 0.238200 0.927000</w:t>
        <w:br/>
        <w:t>vt 0.239000 0.927400</w:t>
        <w:br/>
        <w:t>vt 0.239700 0.929200</w:t>
        <w:br/>
        <w:t>vt 0.239400 0.920900</w:t>
        <w:br/>
        <w:t>vt 0.239900 0.919900</w:t>
        <w:br/>
        <w:t>vt 0.240800 0.921200</w:t>
        <w:br/>
        <w:t>vt 0.240900 0.909100</w:t>
        <w:br/>
        <w:t>vt 0.241900 0.912000</w:t>
        <w:br/>
        <w:t>vt 0.239500 0.902900</w:t>
        <w:br/>
        <w:t>vt 0.240700 0.901600</w:t>
        <w:br/>
        <w:t>vt 0.240300 0.903800</w:t>
        <w:br/>
        <w:t>vt 0.236200 0.885800</w:t>
        <w:br/>
        <w:t>vt 0.239600 0.888100</w:t>
        <w:br/>
        <w:t>vt 0.238200 0.888600</w:t>
        <w:br/>
        <w:t>vt 0.239500 0.906700</w:t>
        <w:br/>
        <w:t>vt 0.239800 0.905900</w:t>
        <w:br/>
        <w:t>vt 0.240800 0.906600</w:t>
        <w:br/>
        <w:t>vt 0.241200 0.908000</w:t>
        <w:br/>
        <w:t>vt 0.240800 0.906600</w:t>
        <w:br/>
        <w:t>vt 0.239100 0.926000</w:t>
        <w:br/>
        <w:t>vt 0.240000 0.942900</w:t>
        <w:br/>
        <w:t>vt 0.240500 0.941800</w:t>
        <w:br/>
        <w:t>vt 0.241000 0.942800</w:t>
        <w:br/>
        <w:t>vt 0.240600 0.944900</w:t>
        <w:br/>
        <w:t>vt 0.240800 0.948800</w:t>
        <w:br/>
        <w:t>vt 0.240100 0.939500</w:t>
        <w:br/>
        <w:t>vt 0.238900 0.939100</w:t>
        <w:br/>
        <w:t>vt 0.240100 0.938600</w:t>
        <w:br/>
        <w:t>vt 0.236500 0.885000</w:t>
        <w:br/>
        <w:t>vt 0.240100 0.914900</w:t>
        <w:br/>
        <w:t>vt 0.241500 0.915300</w:t>
        <w:br/>
        <w:t>vt 0.240300 0.917800</w:t>
        <w:br/>
        <w:t>vt 0.239600 0.954000</w:t>
        <w:br/>
        <w:t>vt 0.238300 0.953900</w:t>
        <w:br/>
        <w:t>vt 0.239600 0.957900</w:t>
        <w:br/>
        <w:t>vt 0.238300 0.958000</w:t>
        <w:br/>
        <w:t>vt 0.239900 0.919900</w:t>
        <w:br/>
        <w:t>vt 0.239000 0.919900</w:t>
        <w:br/>
        <w:t>vt 0.238200 0.934000</w:t>
        <w:br/>
        <w:t>vt 0.239200 0.934100</w:t>
        <w:br/>
        <w:t>vt 0.239300 0.936900</w:t>
        <w:br/>
        <w:t>vt 0.239400 0.921700</w:t>
        <w:br/>
        <w:t>vt 0.240600 0.922000</w:t>
        <w:br/>
        <w:t>vt 0.239100 0.923000</w:t>
        <w:br/>
        <w:t>vt 0.238700 0.905000</w:t>
        <w:br/>
        <w:t>vt 0.238400 0.905400</w:t>
        <w:br/>
        <w:t>vt 0.241400 0.898200</w:t>
        <w:br/>
        <w:t>vt 0.240000 0.898300</w:t>
        <w:br/>
        <w:t>vt 0.239700 0.893500</w:t>
        <w:br/>
        <w:t>vt 0.241200 0.893200</w:t>
        <w:br/>
        <w:t>vt 0.240700 0.901600</w:t>
        <w:br/>
        <w:t>vt 0.239500 0.901900</w:t>
        <w:br/>
        <w:t>vt 0.238200 0.959300</w:t>
        <w:br/>
        <w:t>vt 0.236600 0.963700</w:t>
        <w:br/>
        <w:t>vt 0.235400 0.967400</w:t>
        <w:br/>
        <w:t>vt 0.240900 0.909100</w:t>
        <w:br/>
        <w:t>vt 0.239600 0.904600</w:t>
        <w:br/>
        <w:t>vt 0.229200 0.886500</w:t>
        <w:br/>
        <w:t>vt 0.232700 0.883500</w:t>
        <w:br/>
        <w:t>vt 0.236500 0.885000</w:t>
        <w:br/>
        <w:t>vt 0.230700 0.887600</w:t>
        <w:br/>
        <w:t>vt 0.228000 0.889500</w:t>
        <w:br/>
        <w:t>vt 0.236700 0.923300</w:t>
        <w:br/>
        <w:t>vt 0.237900 0.923500</w:t>
        <w:br/>
        <w:t>vt 0.239400 0.925200</w:t>
        <w:br/>
        <w:t>vt 0.240600 0.944900</w:t>
        <w:br/>
        <w:t>vt 0.239700 0.943900</w:t>
        <w:br/>
        <w:t>vt 0.238100 0.961300</w:t>
        <w:br/>
        <w:t>vt 0.239100 0.961700</w:t>
        <w:br/>
        <w:t>vt 0.239600 0.904600</w:t>
        <w:br/>
        <w:t>vt 0.240700 0.901600</w:t>
        <w:br/>
        <w:t>vt 0.238500 0.937300</w:t>
        <w:br/>
        <w:t>vt 0.238300 0.958000</w:t>
        <w:br/>
        <w:t>vt 0.239500 0.901900</w:t>
        <w:br/>
        <w:t>vt 0.239700 0.940600</w:t>
        <w:br/>
        <w:t>vt 0.238500 0.940800</w:t>
        <w:br/>
        <w:t>vt 0.240000 0.942900</w:t>
        <w:br/>
        <w:t>vt 0.239400 0.921700</w:t>
        <w:br/>
        <w:t>vt 0.239900 0.919900</w:t>
        <w:br/>
        <w:t>vt 0.228000 0.889500</w:t>
        <w:br/>
        <w:t>vt 0.238300 0.958000</w:t>
        <w:br/>
        <w:t>vt 0.228000 0.960500</w:t>
        <w:br/>
        <w:t>vt 0.238200 0.925500</w:t>
        <w:br/>
        <w:t>vt 0.233400 0.970000</w:t>
        <w:br/>
        <w:t>vt 0.234000 0.971700</w:t>
        <w:br/>
        <w:t>vt 0.228000 0.967600</w:t>
        <w:br/>
        <w:t>vt 0.228000 0.965300</w:t>
        <w:br/>
        <w:t>vt 0.233400 0.970000</w:t>
        <w:br/>
        <w:t>vt 0.234000 0.971700</w:t>
        <w:br/>
        <w:t>vt 0.239000 0.927400</w:t>
        <w:br/>
        <w:t>vt 0.097700 0.770834</w:t>
        <w:br/>
        <w:t>vt 0.094300 0.771934</w:t>
        <w:br/>
        <w:t>vt 0.096600 0.774234</w:t>
        <w:br/>
        <w:t>vt 0.097700 0.777534</w:t>
        <w:br/>
        <w:t>vt 0.096600 0.774234</w:t>
        <w:br/>
        <w:t>vt 0.094300 0.776434</w:t>
        <w:br/>
        <w:t>vt 0.090900 0.770834</w:t>
        <w:br/>
        <w:t>vt 0.092100 0.774234</w:t>
        <w:br/>
        <w:t>vt 0.094300 0.771934</w:t>
        <w:br/>
        <w:t>vt 0.090900 0.770834</w:t>
        <w:br/>
        <w:t>vt 0.092100 0.774234</w:t>
        <w:br/>
        <w:t>vt 0.089700 0.774234</w:t>
        <w:br/>
        <w:t>vt 0.094300 0.771934</w:t>
        <w:br/>
        <w:t>vt 0.097700 0.770834</w:t>
        <w:br/>
        <w:t>vt 0.096600 0.774234</w:t>
        <w:br/>
        <w:t>vt 0.096600 0.774234</w:t>
        <w:br/>
        <w:t>vt 0.097700 0.777534</w:t>
        <w:br/>
        <w:t>vt 0.094300 0.776434</w:t>
        <w:br/>
        <w:t>vt 0.090900 0.777534</w:t>
        <w:br/>
        <w:t>vt 0.094300 0.774234</w:t>
        <w:br/>
        <w:t>vt 0.094300 0.771934</w:t>
        <w:br/>
        <w:t>vt 0.094300 0.774234</w:t>
        <w:br/>
        <w:t>vt 0.099000 0.774234</w:t>
        <w:br/>
        <w:t>vt 0.094300 0.769534</w:t>
        <w:br/>
        <w:t>vt 0.090900 0.777534</w:t>
        <w:br/>
        <w:t>vt 0.089700 0.774234</w:t>
        <w:br/>
        <w:t>vt 0.094300 0.778834</w:t>
        <w:br/>
        <w:t>vt 0.097700 0.777534</w:t>
        <w:br/>
        <w:t>vt 0.094300 0.778834</w:t>
        <w:br/>
        <w:t>vt 0.097700 0.770834</w:t>
        <w:br/>
        <w:t>vt 0.099000 0.774234</w:t>
        <w:br/>
        <w:t>vt 0.090900 0.770834</w:t>
        <w:br/>
        <w:t>vt 0.094300 0.769534</w:t>
        <w:br/>
        <w:t>vt 0.309200 0.609900</w:t>
        <w:br/>
        <w:t>vt 0.323400 0.609900</w:t>
        <w:br/>
        <w:t>vt 0.323400 0.611300</w:t>
        <w:br/>
        <w:t>vt 0.307100 0.611300</w:t>
        <w:br/>
        <w:t>vt 0.309200 0.589400</w:t>
        <w:br/>
        <w:t>vt 0.323400 0.589400</w:t>
        <w:br/>
        <w:t>vt 0.338500 0.589400</w:t>
        <w:br/>
        <w:t>vt 0.338500 0.609900</w:t>
        <w:br/>
        <w:t>vt 0.340500 0.589400</w:t>
        <w:br/>
        <w:t>vt 0.340500 0.611300</w:t>
        <w:br/>
        <w:t>vt 0.338500 0.609900</w:t>
        <w:br/>
        <w:t>vt 0.340500 0.611300</w:t>
        <w:br/>
        <w:t>vt 0.334200 0.663400</w:t>
        <w:br/>
        <w:t>vt 0.323700 0.663400</w:t>
        <w:br/>
        <w:t>vt 0.323700 0.647900</w:t>
        <w:br/>
        <w:t>vt 0.334200 0.647900</w:t>
        <w:br/>
        <w:t>vt 0.313300 0.663400</w:t>
        <w:br/>
        <w:t>vt 0.313300 0.647900</w:t>
        <w:br/>
        <w:t>vt 0.313300 0.638600</w:t>
        <w:br/>
        <w:t>vt 0.323700 0.638600</w:t>
        <w:br/>
        <w:t>vt 0.338500 0.576600</w:t>
        <w:br/>
        <w:t>vt 0.338500 0.566500</w:t>
        <w:br/>
        <w:t>vt 0.340500 0.566500</w:t>
        <w:br/>
        <w:t>vt 0.340500 0.576600</w:t>
        <w:br/>
        <w:t>vt 0.323700 0.631500</w:t>
        <w:br/>
        <w:t>vt 0.313300 0.631500</w:t>
        <w:br/>
        <w:t>vt 0.334200 0.638600</w:t>
        <w:br/>
        <w:t>vt 0.309200 0.609900</w:t>
        <w:br/>
        <w:t>vt 0.307100 0.611300</w:t>
        <w:br/>
        <w:t>vt 0.307100 0.589400</w:t>
        <w:br/>
        <w:t>vt 0.309200 0.589400</w:t>
        <w:br/>
        <w:t>vt 0.323400 0.576600</w:t>
        <w:br/>
        <w:t>vt 0.323400 0.566500</w:t>
        <w:br/>
        <w:t>vt 0.323400 0.561600</w:t>
        <w:br/>
        <w:t>vt 0.338500 0.561600</w:t>
        <w:br/>
        <w:t>vt 0.323400 0.556300</w:t>
        <w:br/>
        <w:t>vt 0.338500 0.556300</w:t>
        <w:br/>
        <w:t>vt 0.338500 0.559000</w:t>
        <w:br/>
        <w:t>vt 0.323400 0.559000</w:t>
        <w:br/>
        <w:t>vt 0.323400 0.559000</w:t>
        <w:br/>
        <w:t>vt 0.338500 0.559000</w:t>
        <w:br/>
        <w:t>vt 0.340500 0.556300</w:t>
        <w:br/>
        <w:t>vt 0.338500 0.553400</w:t>
        <w:br/>
        <w:t>vt 0.340500 0.552000</w:t>
        <w:br/>
        <w:t>vt 0.323400 0.553400</w:t>
        <w:br/>
        <w:t>vt 0.323400 0.552000</w:t>
        <w:br/>
        <w:t>vt 0.340500 0.552000</w:t>
        <w:br/>
        <w:t>vt 0.340500 0.559000</w:t>
        <w:br/>
        <w:t>vt 0.340500 0.561600</w:t>
        <w:br/>
        <w:t>vt 0.323700 0.624100</w:t>
        <w:br/>
        <w:t>vt 0.323700 0.627000</w:t>
        <w:br/>
        <w:t>vt 0.313300 0.627000</w:t>
        <w:br/>
        <w:t>vt 0.313300 0.624100</w:t>
        <w:br/>
        <w:t>vt 0.313300 0.628600</w:t>
        <w:br/>
        <w:t>vt 0.313300 0.627000</w:t>
        <w:br/>
        <w:t>vt 0.323700 0.627000</w:t>
        <w:br/>
        <w:t>vt 0.323700 0.628600</w:t>
        <w:br/>
        <w:t>vt 0.313300 0.621800</w:t>
        <w:br/>
        <w:t>vt 0.323700 0.621800</w:t>
        <w:br/>
        <w:t>vt 0.309200 0.559000</w:t>
        <w:br/>
        <w:t>vt 0.309200 0.556300</w:t>
        <w:br/>
        <w:t>vt 0.309200 0.561600</w:t>
        <w:br/>
        <w:t>vt 0.309200 0.559000</w:t>
        <w:br/>
        <w:t>vt 0.309200 0.553400</w:t>
        <w:br/>
        <w:t>vt 0.309200 0.556300</w:t>
        <w:br/>
        <w:t>vt 0.307100 0.556300</w:t>
        <w:br/>
        <w:t>vt 0.307100 0.552000</w:t>
        <w:br/>
        <w:t>vt 0.307100 0.559000</w:t>
        <w:br/>
        <w:t>vt 0.307100 0.561600</w:t>
        <w:br/>
        <w:t>vt 0.334200 0.621800</w:t>
        <w:br/>
        <w:t>vt 0.334200 0.624100</w:t>
        <w:br/>
        <w:t>vt 0.334200 0.627000</w:t>
        <w:br/>
        <w:t>vt 0.334200 0.628600</w:t>
        <w:br/>
        <w:t>vt 0.334200 0.627000</w:t>
        <w:br/>
        <w:t>vt 0.309200 0.566500</w:t>
        <w:br/>
        <w:t>vt 0.307100 0.566500</w:t>
        <w:br/>
        <w:t>vt 0.334200 0.631500</w:t>
        <w:br/>
        <w:t>vt 0.309200 0.576600</w:t>
        <w:br/>
        <w:t>vt 0.307100 0.576600</w:t>
        <w:br/>
        <w:t>vt 0.309200 0.576600</w:t>
        <w:br/>
        <w:t>vt 0.031838 0.835324</w:t>
        <w:br/>
        <w:t>vt 0.038238 0.835324</w:t>
        <w:br/>
        <w:t>vt 0.038238 0.846024</w:t>
        <w:br/>
        <w:t>vt 0.031838 0.846024</w:t>
        <w:br/>
        <w:t>vt 0.038238 0.848224</w:t>
        <w:br/>
        <w:t>vt 0.031838 0.848224</w:t>
        <w:br/>
        <w:t>vt 0.031838 0.854924</w:t>
        <w:br/>
        <w:t>vt 0.030338 0.854324</w:t>
        <w:br/>
        <w:t>vt 0.030338 0.849824</w:t>
        <w:br/>
        <w:t>vt 0.031838 0.849224</w:t>
        <w:br/>
        <w:t>vt 0.030338 0.834124</w:t>
        <w:br/>
        <w:t>vt 0.031838 0.832724</w:t>
        <w:br/>
        <w:t>vt 0.031838 0.835324</w:t>
        <w:br/>
        <w:t>vt 0.030338 0.836424</w:t>
        <w:br/>
        <w:t>vt 0.030338 0.848124</w:t>
        <w:br/>
        <w:t>vt 0.030338 0.844824</w:t>
        <w:br/>
        <w:t>vt 0.031838 0.848224</w:t>
        <w:br/>
        <w:t>vt 0.031838 0.856124</w:t>
        <w:br/>
        <w:t>vt 0.030338 0.855424</w:t>
        <w:br/>
        <w:t>vt 0.543544 0.680951</w:t>
        <w:br/>
        <w:t>vt 0.540522 0.680951</w:t>
        <w:br/>
        <w:t>vt 0.540522 0.673651</w:t>
        <w:br/>
        <w:t>vt 0.543544 0.673651</w:t>
        <w:br/>
        <w:t>vt 0.038238 0.849224</w:t>
        <w:br/>
        <w:t>vt 0.038238 0.854924</w:t>
        <w:br/>
        <w:t>vt 0.038238 0.848224</w:t>
        <w:br/>
        <w:t>vt 0.031838 0.856124</w:t>
        <w:br/>
        <w:t>vt 0.038238 0.856124</w:t>
        <w:br/>
        <w:t>vt 0.031838 0.832724</w:t>
        <w:br/>
        <w:t>vt 0.038238 0.832724</w:t>
        <w:br/>
        <w:t>vt 0.039738 0.836424</w:t>
        <w:br/>
        <w:t>vt 0.039738 0.844824</w:t>
        <w:br/>
        <w:t>vt 0.039738 0.834124</w:t>
        <w:br/>
        <w:t>vt 0.038238 0.832724</w:t>
        <w:br/>
        <w:t>vt 0.039738 0.848124</w:t>
        <w:br/>
        <w:t>vt 0.039738 0.849824</w:t>
        <w:br/>
        <w:t>vt 0.039738 0.854324</w:t>
        <w:br/>
        <w:t>vt 0.039738 0.855424</w:t>
        <w:br/>
        <w:t>vt 0.038238 0.856124</w:t>
        <w:br/>
        <w:t>vt 0.543544 0.680951</w:t>
        <w:br/>
        <w:t>vt 0.541994 0.682401</w:t>
        <w:br/>
        <w:t>vt 0.540522 0.680951</w:t>
        <w:br/>
        <w:t>vt 0.543544 0.673651</w:t>
        <w:br/>
        <w:t>vt 0.540522 0.673651</w:t>
        <w:br/>
        <w:t>vt 0.541994 0.672251</w:t>
        <w:br/>
        <w:t>vt 0.541994 0.672251</w:t>
        <w:br/>
        <w:t>vt 0.541994 0.682401</w:t>
        <w:br/>
        <w:t>vt 0.014027 0.925231</w:t>
        <w:br/>
        <w:t>vt 0.016827 0.930731</w:t>
        <w:br/>
        <w:t>vt 0.009127 0.931431</w:t>
        <w:br/>
        <w:t>vt 0.010227 0.925231</w:t>
        <w:br/>
        <w:t>vt 0.011127 0.921531</w:t>
        <w:br/>
        <w:t>vt 0.013527 0.921531</w:t>
        <w:br/>
        <w:t>vt 0.017627 0.935231</w:t>
        <w:br/>
        <w:t>vt 0.008727 0.936031</w:t>
        <w:br/>
        <w:t>vt 0.017427 0.936231</w:t>
        <w:br/>
        <w:t>vt 0.008227 0.936731</w:t>
        <w:br/>
        <w:t>vt 0.008727 0.936031</w:t>
        <w:br/>
        <w:t>vt 0.017627 0.935231</w:t>
        <w:br/>
        <w:t>vt 0.016927 0.940031</w:t>
        <w:br/>
        <w:t>vt 0.007727 0.940431</w:t>
        <w:br/>
        <w:t>vt 0.007827 0.937731</w:t>
        <w:br/>
        <w:t>vt 0.017027 0.937331</w:t>
        <w:br/>
        <w:t>vt 0.016327 0.943831</w:t>
        <w:br/>
        <w:t>vt 0.008827 0.944331</w:t>
        <w:br/>
        <w:t>vt 0.015327 0.947531</w:t>
        <w:br/>
        <w:t>vt 0.010827 0.948131</w:t>
        <w:br/>
        <w:t>vt 0.015127 0.951431</w:t>
        <w:br/>
        <w:t>vt 0.012727 0.951431</w:t>
        <w:br/>
        <w:t>vt 0.005378 0.925274</w:t>
        <w:br/>
        <w:t>vt 0.005779 0.921524</w:t>
        <w:br/>
        <w:t>vt 0.005829 0.925274</w:t>
        <w:br/>
        <w:t>vt 0.005779 0.917074</w:t>
        <w:br/>
        <w:t>vt 0.004729 0.921524</w:t>
        <w:br/>
        <w:t>vt 0.003779 0.915224</w:t>
        <w:br/>
        <w:t>vt 0.004229 0.910474</w:t>
        <w:br/>
        <w:t>vt 0.005779 0.917074</w:t>
        <w:br/>
        <w:t>vt 0.006029 0.910374</w:t>
        <w:br/>
        <w:t>vt 0.007229 0.912924</w:t>
        <w:br/>
        <w:t>vt 0.007629 0.917074</w:t>
        <w:br/>
        <w:t>vt 0.006829 0.921524</w:t>
        <w:br/>
        <w:t>vt 0.019425 0.924168</w:t>
        <w:br/>
        <w:t>vt 0.019125 0.920468</w:t>
        <w:br/>
        <w:t>vt 0.020525 0.920568</w:t>
        <w:br/>
        <w:t>vt 0.020125 0.910168</w:t>
        <w:br/>
        <w:t>vt 0.019325 0.916668</w:t>
        <w:br/>
        <w:t>vt 0.019025 0.909868</w:t>
        <w:br/>
        <w:t>vt 0.021325 0.914468</w:t>
        <w:br/>
        <w:t>vt 0.018525 0.924168</w:t>
        <w:br/>
        <w:t>vt 0.017725 0.920568</w:t>
        <w:br/>
        <w:t>vt 0.017325 0.916768</w:t>
        <w:br/>
        <w:t>vt 0.019325 0.916668</w:t>
        <w:br/>
        <w:t>vt 0.019125 0.920468</w:t>
        <w:br/>
        <w:t>vt 0.017325 0.912868</w:t>
        <w:br/>
        <w:t>vt 0.018025 0.910368</w:t>
        <w:br/>
        <w:t>vt 0.005378 0.925274</w:t>
        <w:br/>
        <w:t>vt 0.004229 0.910474</w:t>
        <w:br/>
        <w:t>vt 0.005079 0.910024</w:t>
        <w:br/>
        <w:t>vt 0.663032 0.075213</w:t>
        <w:br/>
        <w:t>vt 0.662732 0.071713</w:t>
        <w:br/>
        <w:t>vt 0.661732 0.073413</w:t>
        <w:br/>
        <w:t>vt 0.659932 0.077413</w:t>
        <w:br/>
        <w:t>vt 0.661232 0.078413</w:t>
        <w:br/>
        <w:t>vt 0.661432 0.074613</w:t>
        <w:br/>
        <w:t>vt 0.657232 0.079313</w:t>
        <w:br/>
        <w:t>vt 0.657832 0.080813</w:t>
        <w:br/>
        <w:t>vt 0.653632 0.079513</w:t>
        <w:br/>
        <w:t>vt 0.653332 0.081213</w:t>
        <w:br/>
        <w:t>vt 0.662532 0.079513</w:t>
        <w:br/>
        <w:t>vt 0.664632 0.075513</w:t>
        <w:br/>
        <w:t>vt 0.663032 0.075213</w:t>
        <w:br/>
        <w:t>vt 0.661232 0.078413</w:t>
        <w:br/>
        <w:t>vt 0.657832 0.080813</w:t>
        <w:br/>
        <w:t>vt 0.658432 0.082313</w:t>
        <w:br/>
        <w:t>vt 0.664732 0.071713</w:t>
        <w:br/>
        <w:t>vt 0.662732 0.071713</w:t>
        <w:br/>
        <w:t>vt 0.663432 0.069813</w:t>
        <w:br/>
        <w:t>vt 0.653332 0.081213</w:t>
        <w:br/>
        <w:t>vt 0.653032 0.082913</w:t>
        <w:br/>
        <w:t>vt 0.647332 0.070413</w:t>
        <w:br/>
        <w:t>vt 0.660432 0.070413</w:t>
        <w:br/>
        <w:t>vt 0.661332 0.068713</w:t>
        <w:br/>
        <w:t>vt 0.646232 0.068713</w:t>
        <w:br/>
        <w:t>vt 0.645032 0.070313</w:t>
        <w:br/>
        <w:t>vt 0.646332 0.072213</w:t>
        <w:br/>
        <w:t>vt 0.644532 0.072513</w:t>
        <w:br/>
        <w:t>vt 0.645432 0.077113</w:t>
        <w:br/>
        <w:t>vt 0.646932 0.076513</w:t>
        <w:br/>
        <w:t>vt 0.648332 0.080813</w:t>
        <w:br/>
        <w:t>vt 0.649332 0.079513</w:t>
        <w:br/>
        <w:t>vt 0.648532 0.072013</w:t>
        <w:br/>
        <w:t>vt 0.659532 0.072013</w:t>
        <w:br/>
        <w:t>vt 0.660432 0.070413</w:t>
        <w:br/>
        <w:t>vt 0.647332 0.070413</w:t>
        <w:br/>
        <w:t>vt 0.647932 0.072613</w:t>
        <w:br/>
        <w:t>vt 0.646332 0.072213</w:t>
        <w:br/>
        <w:t>vt 0.646932 0.076513</w:t>
        <w:br/>
        <w:t>vt 0.647832 0.073813</w:t>
        <w:br/>
        <w:t>vt 0.649332 0.079513</w:t>
        <w:br/>
        <w:t>vt 0.650432 0.078213</w:t>
        <w:br/>
        <w:t>vt 0.648532 0.075813</w:t>
        <w:br/>
        <w:t>vt 0.661132 0.072413</w:t>
        <w:br/>
        <w:t>vt 0.888800 0.899300</w:t>
        <w:br/>
        <w:t>vt 0.889200 0.891200</w:t>
        <w:br/>
        <w:t>vt 0.904011 0.891023</w:t>
        <w:br/>
        <w:t>vt 0.894400 0.846800</w:t>
        <w:br/>
        <w:t>vt 0.903809 0.863000</w:t>
        <w:br/>
        <w:t>vt 0.891500 0.862000</w:t>
        <w:br/>
        <w:t>vt 0.889500 0.877200</w:t>
        <w:br/>
        <w:t>vt 0.903904 0.876227</w:t>
        <w:br/>
        <w:t>vt 0.886000 0.899600</w:t>
        <w:br/>
        <w:t>vt 0.886200 0.891400</w:t>
        <w:br/>
        <w:t>vt 0.886600 0.877200</w:t>
        <w:br/>
        <w:t>vt 0.887200 0.903700</w:t>
        <w:br/>
        <w:t>vt 0.884800 0.904100</w:t>
        <w:br/>
        <w:t>vt 0.882200 0.908400</w:t>
        <w:br/>
        <w:t>vt 0.884600 0.908100</w:t>
        <w:br/>
        <w:t>vt 0.882900 0.915800</w:t>
        <w:br/>
        <w:t>vt 0.880400 0.916200</w:t>
        <w:br/>
        <w:t>vt 0.881600 0.929400</w:t>
        <w:br/>
        <w:t>vt 0.884000 0.929200</w:t>
        <w:br/>
        <w:t>vt 0.887800 0.944900</w:t>
        <w:br/>
        <w:t>vt 0.885600 0.945100</w:t>
        <w:br/>
        <w:t>vt 0.884800 0.904100</w:t>
        <w:br/>
        <w:t>vt 0.887200 0.903700</w:t>
        <w:br/>
        <w:t>vt 0.900200 0.991000</w:t>
        <w:br/>
        <w:t>vt 0.890500 0.960500</w:t>
        <w:br/>
        <w:t>vt 0.892500 0.960300</w:t>
        <w:br/>
        <w:t>vt 0.902000 0.990600</w:t>
        <w:br/>
        <w:t>vt 0.892100 0.846600</w:t>
        <w:br/>
        <w:t>vt 0.900200 0.817400</w:t>
        <w:br/>
        <w:t>vt 0.888900 0.861800</w:t>
        <w:br/>
        <w:t>vt 0.759027 0.950261</w:t>
        <w:br/>
        <w:t>vt 0.769827 0.941861</w:t>
        <w:br/>
        <w:t>vt 0.770729 0.950020</w:t>
        <w:br/>
        <w:t>vt 0.757327 0.939061</w:t>
        <w:br/>
        <w:t>vt 0.750626 0.950369</w:t>
        <w:br/>
        <w:t>vt 0.744627 0.937561</w:t>
        <w:br/>
        <w:t>vt 0.743427 0.950461</w:t>
        <w:br/>
        <w:t>vt 0.734027 0.940861</w:t>
        <w:br/>
        <w:t>vt 0.729427 0.945161</w:t>
        <w:br/>
        <w:t>vt 0.728827 0.948961</w:t>
        <w:br/>
        <w:t>vt 0.731027 0.951061</w:t>
        <w:br/>
        <w:t>vt 0.743427 0.950461</w:t>
        <w:br/>
        <w:t>vt 0.736227 0.954361</w:t>
        <w:br/>
        <w:t>vt 0.747527 0.957561</w:t>
        <w:br/>
        <w:t>vt 0.759427 0.956161</w:t>
        <w:br/>
        <w:t>vt 0.750626 0.950369</w:t>
        <w:br/>
        <w:t>vt 0.759027 0.950261</w:t>
        <w:br/>
        <w:t>vt 0.770927 0.954261</w:t>
        <w:br/>
        <w:t>vt 0.770729 0.950020</w:t>
        <w:br/>
        <w:t>vt 0.728827 0.948961</w:t>
        <w:br/>
        <w:t>vt 0.897708 0.902538</w:t>
        <w:br/>
        <w:t>vt 0.897708 0.902538</w:t>
        <w:br/>
        <w:t>vt 0.895328 0.933776</w:t>
        <w:br/>
        <w:t>vt 0.897133 0.953900</w:t>
        <w:br/>
        <w:t>vt 0.902000 0.990600</w:t>
        <w:br/>
        <w:t>vt 0.892500 0.960300</w:t>
        <w:br/>
        <w:t>vt 0.792927 0.949561</w:t>
        <w:br/>
        <w:t>vt 0.792927 0.949561</w:t>
        <w:br/>
        <w:t>vt 0.904246 0.849203</w:t>
        <w:br/>
        <w:t>vt 0.892253 0.911009</w:t>
        <w:br/>
        <w:t>vt 0.892035 0.915480</w:t>
        <w:br/>
        <w:t>vt 0.902400 0.818300</w:t>
        <w:br/>
        <w:t>vt 0.900200 0.817400</w:t>
        <w:br/>
        <w:t>vt 0.896413 0.941799</w:t>
        <w:br/>
        <w:t>vt 0.582700 0.787700</w:t>
        <w:br/>
        <w:t>vt 0.572100 0.785300</w:t>
        <w:br/>
        <w:t>vt 0.570200 0.787000</w:t>
        <w:br/>
        <w:t>vt 0.568200 0.788600</w:t>
        <w:br/>
        <w:t>vt 0.566800 0.791600</w:t>
        <w:br/>
        <w:t>vt 0.582700 0.787700</w:t>
        <w:br/>
        <w:t>vt 0.607000 0.782300</w:t>
        <w:br/>
        <w:t>vt 0.615000 0.778400</w:t>
        <w:br/>
        <w:t>vt 0.604500 0.766300</w:t>
        <w:br/>
        <w:t>vt 0.594500 0.771300</w:t>
        <w:br/>
        <w:t>vt 0.598900 0.788500</w:t>
        <w:br/>
        <w:t>vt 0.586400 0.778400</w:t>
        <w:br/>
        <w:t>vt 0.575400 0.764500</w:t>
        <w:br/>
        <w:t>vt 0.572600 0.771300</w:t>
        <w:br/>
        <w:t>vt 0.586400 0.778400</w:t>
        <w:br/>
        <w:t>vt 0.571800 0.768900</w:t>
        <w:br/>
        <w:t>vt 0.574100 0.775000</w:t>
        <w:br/>
        <w:t>vt 0.574800 0.780300</w:t>
        <w:br/>
        <w:t>vt 0.584600 0.783000</w:t>
        <w:br/>
        <w:t>vt 0.574100 0.775000</w:t>
        <w:br/>
        <w:t>vt 0.586400 0.778400</w:t>
        <w:br/>
        <w:t>vt 0.572600 0.771300</w:t>
        <w:br/>
        <w:t>vt 0.595200 0.797000</w:t>
        <w:br/>
        <w:t>vt 0.580500 0.797200</w:t>
        <w:br/>
        <w:t>vt 0.581700 0.802900</w:t>
        <w:br/>
        <w:t>vt 0.594500 0.805100</w:t>
        <w:br/>
        <w:t>vt 0.572100 0.785300</w:t>
        <w:br/>
        <w:t>vt 0.613700 0.761600</w:t>
        <w:br/>
        <w:t>vt 0.606700 0.748600</w:t>
        <w:br/>
        <w:t>vt 0.603200 0.751100</w:t>
        <w:br/>
        <w:t>vt 0.609200 0.764000</w:t>
        <w:br/>
        <w:t>vt 0.598100 0.752800</w:t>
        <w:br/>
        <w:t>vt 0.623700 0.777300</w:t>
        <w:br/>
        <w:t>vt 0.623000 0.760000</w:t>
        <w:br/>
        <w:t>vt 0.613800 0.743000</w:t>
        <w:br/>
        <w:t>vt 0.608400 0.745800</w:t>
        <w:br/>
        <w:t>vt 0.613700 0.761600</w:t>
        <w:br/>
        <w:t>vt 0.609400 0.744100</w:t>
        <w:br/>
        <w:t>vt 0.606700 0.748600</w:t>
        <w:br/>
        <w:t>vt 0.594300 0.752100</w:t>
        <w:br/>
        <w:t>vt 0.604500 0.766300</w:t>
        <w:br/>
        <w:t>vt 0.598100 0.752800</w:t>
        <w:br/>
        <w:t>vt 0.592700 0.752700</w:t>
        <w:br/>
        <w:t>vt 0.594300 0.752100</w:t>
        <w:br/>
        <w:t>vt 0.588300 0.755800</w:t>
        <w:br/>
        <w:t>vt 0.650900 0.749200</w:t>
        <w:br/>
        <w:t>vt 0.642000 0.762700</w:t>
        <w:br/>
        <w:t>vt 0.653400 0.748700</w:t>
        <w:br/>
        <w:t>vt 0.643500 0.747600</w:t>
        <w:br/>
        <w:t>vt 0.638100 0.761700</w:t>
        <w:br/>
        <w:t>vt 0.648500 0.749200</w:t>
        <w:br/>
        <w:t>vt 0.642000 0.762700</w:t>
        <w:br/>
        <w:t>vt 0.648500 0.749200</w:t>
        <w:br/>
        <w:t>vt 0.632900 0.777600</w:t>
        <w:br/>
        <w:t>vt 0.641400 0.781800</w:t>
        <w:br/>
        <w:t>vt 0.653500 0.768100</w:t>
        <w:br/>
        <w:t>vt 0.658800 0.750100</w:t>
        <w:br/>
        <w:t>vt 0.648000 0.787500</w:t>
        <w:br/>
        <w:t>vt 0.660400 0.775400</w:t>
        <w:br/>
        <w:t>vt 0.673800 0.756800</w:t>
        <w:br/>
        <w:t>vt 0.633100 0.760200</w:t>
        <w:br/>
        <w:t>vt 0.639400 0.745500</w:t>
        <w:br/>
        <w:t>vt 0.633100 0.760200</w:t>
        <w:br/>
        <w:t>vt 0.639400 0.745500</w:t>
        <w:br/>
        <w:t>vt 0.637300 0.743600</w:t>
        <w:br/>
        <w:t>vt 0.636100 0.742600</w:t>
        <w:br/>
        <w:t>vt 0.637300 0.743600</w:t>
        <w:br/>
        <w:t>vt 0.630300 0.741900</w:t>
        <w:br/>
        <w:t>vt 0.636100 0.742600</w:t>
        <w:br/>
        <w:t>vt 0.579400 0.824200</w:t>
        <w:br/>
        <w:t>vt 0.586100 0.812500</w:t>
        <w:br/>
        <w:t>vt 0.578000 0.820900</w:t>
        <w:br/>
        <w:t>vt 0.596700 0.812100</w:t>
        <w:br/>
        <w:t>vt 0.589600 0.818800</w:t>
        <w:br/>
        <w:t>vt 0.597000 0.821000</w:t>
        <w:br/>
        <w:t>vt 0.602700 0.817100</w:t>
        <w:br/>
        <w:t>vt 0.603600 0.821900</w:t>
        <w:br/>
        <w:t>vt 0.607300 0.821600</w:t>
        <w:br/>
        <w:t>vt 0.582900 0.826700</w:t>
        <w:br/>
        <w:t>vt 0.587700 0.827900</w:t>
        <w:br/>
        <w:t>vt 0.592700 0.826700</w:t>
        <w:br/>
        <w:t>vt 0.597000 0.821000</w:t>
        <w:br/>
        <w:t>vt 0.591200 0.828000</w:t>
        <w:br/>
        <w:t>vt 0.595300 0.826900</w:t>
        <w:br/>
        <w:t>vt 0.569900 0.804300</w:t>
        <w:br/>
        <w:t>vt 0.571300 0.805400</w:t>
        <w:br/>
        <w:t>vt 0.581700 0.802900</w:t>
        <w:br/>
        <w:t>vt 0.566900 0.796200</w:t>
        <w:br/>
        <w:t>vt 0.568500 0.800600</w:t>
        <w:br/>
        <w:t>vt 0.572900 0.807400</w:t>
        <w:br/>
        <w:t>vt 0.572900 0.807400</w:t>
        <w:br/>
        <w:t>vt 0.575300 0.809500</w:t>
        <w:br/>
        <w:t>vt 0.584100 0.808000</w:t>
        <w:br/>
        <w:t>vt 0.577600 0.812700</w:t>
        <w:br/>
        <w:t>vt 0.586100 0.812500</w:t>
        <w:br/>
        <w:t>vt 0.578700 0.816100</w:t>
        <w:br/>
        <w:t>vt 0.579100 0.818300</w:t>
        <w:br/>
        <w:t>vt 0.578700 0.816100</w:t>
        <w:br/>
        <w:t>vt 0.578000 0.820900</w:t>
        <w:br/>
        <w:t>vt 0.654000 0.797300</w:t>
        <w:br/>
        <w:t>vt 0.655000 0.808500</w:t>
        <w:br/>
        <w:t>vt 0.668400 0.805500</w:t>
        <w:br/>
        <w:t>vt 0.670000 0.792400</w:t>
        <w:br/>
        <w:t>vt 0.665500 0.782500</w:t>
        <w:br/>
        <w:t>vt 0.686500 0.788300</w:t>
        <w:br/>
        <w:t>vt 0.686300 0.781800</w:t>
        <w:br/>
        <w:t>vt 0.665500 0.782500</w:t>
        <w:br/>
        <w:t>vt 0.683500 0.777000</w:t>
        <w:br/>
        <w:t>vt 0.680500 0.776400</w:t>
        <w:br/>
        <w:t>vt 0.685100 0.794200</w:t>
        <w:br/>
        <w:t>vt 0.682700 0.801900</w:t>
        <w:br/>
        <w:t>vt 0.684200 0.799300</w:t>
        <w:br/>
        <w:t>vt 0.668400 0.805500</w:t>
        <w:br/>
        <w:t>vt 0.680400 0.805200</w:t>
        <w:br/>
        <w:t>vt 0.677700 0.809100</w:t>
        <w:br/>
        <w:t>vt 0.680400 0.805200</w:t>
        <w:br/>
        <w:t>vt 0.667800 0.808400</w:t>
        <w:br/>
        <w:t>vt 0.650800 0.820300</w:t>
        <w:br/>
        <w:t>vt 0.660000 0.821700</w:t>
        <w:br/>
        <w:t>vt 0.667100 0.812600</w:t>
        <w:br/>
        <w:t>vt 0.677800 0.814900</w:t>
        <w:br/>
        <w:t>vt 0.678700 0.816300</w:t>
        <w:br/>
        <w:t>vt 0.675800 0.813000</w:t>
        <w:br/>
        <w:t>vt 0.667100 0.812600</w:t>
        <w:br/>
        <w:t>vt 0.677800 0.814900</w:t>
        <w:br/>
        <w:t>vt 0.675800 0.813000</w:t>
        <w:br/>
        <w:t>vt 0.676100 0.819800</w:t>
        <w:br/>
        <w:t>vt 0.645100 0.833000</w:t>
        <w:br/>
        <w:t>vt 0.648200 0.834000</w:t>
        <w:br/>
        <w:t>vt 0.654500 0.832600</w:t>
        <w:br/>
        <w:t>vt 0.613200 0.817400</w:t>
        <w:br/>
        <w:t>vt 0.612900 0.819500</w:t>
        <w:br/>
        <w:t>vt 0.603700 0.828500</w:t>
        <w:br/>
        <w:t>vt 0.605500 0.828500</w:t>
        <w:br/>
        <w:t>vt 0.603600 0.821900</w:t>
        <w:br/>
        <w:t>vt 0.603400 0.828000</w:t>
        <w:br/>
        <w:t>vt 0.603700 0.828500</w:t>
        <w:br/>
        <w:t>vt 0.600300 0.821600</w:t>
        <w:br/>
        <w:t>vt 0.598700 0.826500</w:t>
        <w:br/>
        <w:t>vt 0.602700 0.827100</w:t>
        <w:br/>
        <w:t>vt 0.602700 0.827100</w:t>
        <w:br/>
        <w:t>vt 0.600300 0.821600</w:t>
        <w:br/>
        <w:t>vt 0.598700 0.826500</w:t>
        <w:br/>
        <w:t>vt 0.595300 0.826900</w:t>
        <w:br/>
        <w:t>vt 0.675400 0.772200</w:t>
        <w:br/>
        <w:t>vt 0.674500 0.768300</w:t>
        <w:br/>
        <w:t>vt 0.662700 0.778800</w:t>
        <w:br/>
        <w:t>vt 0.675000 0.765000</w:t>
        <w:br/>
        <w:t>vt 0.675200 0.762400</w:t>
        <w:br/>
        <w:t>vt 0.675000 0.765000</w:t>
        <w:br/>
        <w:t>vt 0.660400 0.775400</w:t>
        <w:br/>
        <w:t>vt 0.674500 0.768300</w:t>
        <w:br/>
        <w:t>vt 0.677300 0.775800</w:t>
        <w:br/>
        <w:t>vt 0.677300 0.775800</w:t>
        <w:br/>
        <w:t>vt 0.571800 0.768900</w:t>
        <w:br/>
        <w:t>vt 0.581700 0.759900</w:t>
        <w:br/>
        <w:t>vt 0.569900 0.804300</w:t>
        <w:br/>
        <w:t>vt 0.609400 0.744100</w:t>
        <w:br/>
        <w:t>vt 0.622500 0.742500</w:t>
        <w:br/>
        <w:t>vt 0.653400 0.748700</w:t>
        <w:br/>
        <w:t>vt 0.666800 0.752400</w:t>
        <w:br/>
        <w:t>vt 0.591200 0.828000</w:t>
        <w:br/>
        <w:t>vt 0.684200 0.799300</w:t>
        <w:br/>
        <w:t>vt 0.662200 0.829600</w:t>
        <w:br/>
        <w:t>vt 0.667300 0.824900</w:t>
        <w:br/>
        <w:t>vt 0.608900 0.825600</w:t>
        <w:br/>
        <w:t>vt 0.682202 0.177183</w:t>
        <w:br/>
        <w:t>vt 0.687617 0.160800</w:t>
        <w:br/>
        <w:t>vt 0.677762 0.178092</w:t>
        <w:br/>
        <w:t>vt 0.685636 0.176759</w:t>
        <w:br/>
        <w:t>vt 0.685636 0.176759</w:t>
        <w:br/>
        <w:t>vt 0.693617 0.176527</w:t>
        <w:br/>
        <w:t>vt 0.695823 0.160779</w:t>
        <w:br/>
        <w:t>vt 0.681929 0.178109</w:t>
        <w:br/>
        <w:t>vt 0.685176 0.177342</w:t>
        <w:br/>
        <w:t>vt 0.685636 0.176759</w:t>
        <w:br/>
        <w:t>vt 0.682202 0.177183</w:t>
        <w:br/>
        <w:t>vt 0.677762 0.178092</w:t>
        <w:br/>
        <w:t>vt 0.677356 0.178979</w:t>
        <w:br/>
        <w:t>vt 0.687617 0.160800</w:t>
        <w:br/>
        <w:t>vt 0.674605 0.155662</w:t>
        <w:br/>
        <w:t>vt 0.672436 0.177132</w:t>
        <w:br/>
        <w:t>vt 0.698494 0.133228</w:t>
        <w:br/>
        <w:t>vt 0.685173 0.133034</w:t>
        <w:br/>
        <w:t>vt 0.672436 0.177132</w:t>
        <w:br/>
        <w:t>vt 0.671990 0.178151</w:t>
        <w:br/>
        <w:t>vt 0.721027 0.152399</w:t>
        <w:br/>
        <w:t>vt 0.712368 0.126680</w:t>
        <w:br/>
        <w:t>vt 0.702526 0.161464</w:t>
        <w:br/>
        <w:t>vt 0.700215 0.180489</w:t>
        <w:br/>
        <w:t>vt 0.700230 0.180925</w:t>
        <w:br/>
        <w:t>vt 0.705631 0.183096</w:t>
        <w:br/>
        <w:t>vt 0.705429 0.182317</w:t>
        <w:br/>
        <w:t>vt 0.693617 0.176527</w:t>
        <w:br/>
        <w:t>vt 0.693437 0.177624</w:t>
        <w:br/>
        <w:t>vt 0.700215 0.180489</w:t>
        <w:br/>
        <w:t>vt 0.702526 0.161464</w:t>
        <w:br/>
        <w:t>vt 0.700215 0.180489</w:t>
        <w:br/>
        <w:t>vt 0.705429 0.182317</w:t>
        <w:br/>
        <w:t>vt 0.702526 0.161464</w:t>
        <w:br/>
        <w:t>vt 0.705429 0.182317</w:t>
        <w:br/>
        <w:t>vt 0.709531 0.183529</w:t>
        <w:br/>
        <w:t>vt 0.698494 0.133228</w:t>
        <w:br/>
        <w:t>vt 0.695823 0.160779</w:t>
        <w:br/>
        <w:t>vt 0.737490 0.142445</w:t>
        <w:br/>
        <w:t>vt 0.748780 0.162179</w:t>
        <w:br/>
        <w:t>vt 0.752343 0.157908</w:t>
        <w:br/>
        <w:t>vt 0.752343 0.157908</w:t>
        <w:br/>
        <w:t>vt 0.757145 0.152853</w:t>
        <w:br/>
        <w:t>vt 0.742027 0.137311</w:t>
        <w:br/>
        <w:t>vt 0.761968 0.149675</w:t>
        <w:br/>
        <w:t>vt 0.761968 0.149675</w:t>
        <w:br/>
        <w:t>vt 0.765630 0.147016</w:t>
        <w:br/>
        <w:t>vt 0.747178 0.133510</w:t>
        <w:br/>
        <w:t>vt 0.757993 0.153391</w:t>
        <w:br/>
        <w:t>vt 0.762536 0.149698</w:t>
        <w:br/>
        <w:t>vt 0.761968 0.149675</w:t>
        <w:br/>
        <w:t>vt 0.757145 0.152853</w:t>
        <w:br/>
        <w:t>vt 0.766214 0.147476</w:t>
        <w:br/>
        <w:t>vt 0.765630 0.147016</w:t>
        <w:br/>
        <w:t>vt 0.768926 0.145112</w:t>
        <w:br/>
        <w:t>vt 0.768264 0.144917</w:t>
        <w:br/>
        <w:t>vt 0.772374 0.138794</w:t>
        <w:br/>
        <w:t>vt 0.773129 0.139161</w:t>
        <w:br/>
        <w:t>vt 0.772374 0.138794</w:t>
        <w:br/>
        <w:t>vt 0.778150 0.126546</w:t>
        <w:br/>
        <w:t>vt 0.754640 0.117013</w:t>
        <w:br/>
        <w:t>vt 0.778150 0.126546</w:t>
        <w:br/>
        <w:t>vt 0.779169 0.126991</w:t>
        <w:br/>
        <w:t>vt 0.768264 0.144917</w:t>
        <w:br/>
        <w:t>vt 0.752343 0.157908</w:t>
        <w:br/>
        <w:t>vt 0.752623 0.158423</w:t>
        <w:br/>
        <w:t>vt 0.749403 0.162506</w:t>
        <w:br/>
        <w:t>vt 0.748780 0.162179</w:t>
        <w:br/>
        <w:t>vt 0.746489 0.164091</w:t>
        <w:br/>
        <w:t>vt 0.746877 0.165213</w:t>
        <w:br/>
        <w:t>vt 0.724639 0.119228</w:t>
        <w:br/>
        <w:t>vt 0.742027 0.137311</w:t>
        <w:br/>
        <w:t>vt 0.737490 0.142445</w:t>
        <w:br/>
        <w:t>vt 0.724639 0.119228</w:t>
        <w:br/>
        <w:t>vt 0.737490 0.142445</w:t>
        <w:br/>
        <w:t>vt 0.739017 0.168933</w:t>
        <w:br/>
        <w:t>vt 0.718284 0.181655</w:t>
        <w:br/>
        <w:t>vt 0.710075 0.184121</w:t>
        <w:br/>
        <w:t>vt 0.718976 0.182722</w:t>
        <w:br/>
        <w:t>vt 0.718284 0.181655</w:t>
        <w:br/>
        <w:t>vt 0.709531 0.183529</w:t>
        <w:br/>
        <w:t>vt 0.729656 0.177245</w:t>
        <w:br/>
        <w:t>vt 0.729043 0.175914</w:t>
        <w:br/>
        <w:t>vt 0.739537 0.170094</w:t>
        <w:br/>
        <w:t>vt 0.739017 0.168933</w:t>
        <w:br/>
        <w:t>vt 0.746489 0.164091</w:t>
        <w:br/>
        <w:t>vt 0.748780 0.162179</w:t>
        <w:br/>
        <w:t>vt 0.747178 0.133510</w:t>
        <w:br/>
        <w:t>vt 0.731037 0.107308</w:t>
        <w:br/>
        <w:t>vt 0.761597 0.099791</w:t>
        <w:br/>
        <w:t>vt 0.735312 0.093322</w:t>
        <w:br/>
        <w:t>vt 0.785378 0.083079</w:t>
        <w:br/>
        <w:t>vt 0.784467 0.083241</w:t>
        <w:br/>
        <w:t>vt 0.784098 0.086441</w:t>
        <w:br/>
        <w:t>vt 0.784955 0.085975</w:t>
        <w:br/>
        <w:t>vt 0.786286 0.079031</w:t>
        <w:br/>
        <w:t>vt 0.785547 0.079101</w:t>
        <w:br/>
        <w:t>vt 0.786646 0.070506</w:t>
        <w:br/>
        <w:t>vt 0.762267 0.086322</w:t>
        <w:br/>
        <w:t>vt 0.785547 0.079101</w:t>
        <w:br/>
        <w:t>vt 0.784467 0.083241</w:t>
        <w:br/>
        <w:t>vt 0.785547 0.079101</w:t>
        <w:br/>
        <w:t>vt 0.762267 0.086322</w:t>
        <w:br/>
        <w:t>vt 0.732845 0.078783</w:t>
        <w:br/>
        <w:t>vt 0.759096 0.067835</w:t>
        <w:br/>
        <w:t>vt 0.787690 0.070383</w:t>
        <w:br/>
        <w:t>vt 0.786646 0.070506</w:t>
        <w:br/>
        <w:t>vt 0.787214 0.057871</w:t>
        <w:br/>
        <w:t>vt 0.788335 0.057483</w:t>
        <w:br/>
        <w:t>vt 0.784098 0.086441</w:t>
        <w:br/>
        <w:t>vt 0.761822 0.093671</w:t>
        <w:br/>
        <w:t>vt 0.785172 0.093519</w:t>
        <w:br/>
        <w:t>vt 0.784339 0.093417</w:t>
        <w:br/>
        <w:t>vt 0.727621 0.065300</w:t>
        <w:br/>
        <w:t>vt 0.752879 0.050894</w:t>
        <w:br/>
        <w:t>vt 0.785518 0.103548</w:t>
        <w:br/>
        <w:t>vt 0.784670 0.103009</w:t>
        <w:br/>
        <w:t>vt 0.784605 0.106155</w:t>
        <w:br/>
        <w:t>vt 0.785320 0.106654</w:t>
        <w:br/>
        <w:t>vt 0.782741 0.115387</w:t>
        <w:br/>
        <w:t>vt 0.783496 0.115753</w:t>
        <w:br/>
        <w:t>vt 0.785064 0.099242</w:t>
        <w:br/>
        <w:t>vt 0.785515 0.099663</w:t>
        <w:br/>
        <w:t>vt 0.761597 0.099791</w:t>
        <w:br/>
        <w:t>vt 0.785064 0.099242</w:t>
        <w:br/>
        <w:t>vt 0.761822 0.093671</w:t>
        <w:br/>
        <w:t>vt 0.761597 0.099791</w:t>
        <w:br/>
        <w:t>vt 0.784670 0.103009</w:t>
        <w:br/>
        <w:t>vt 0.785064 0.099242</w:t>
        <w:br/>
        <w:t>vt 0.784605 0.106155</w:t>
        <w:br/>
        <w:t>vt 0.784670 0.103009</w:t>
        <w:br/>
        <w:t>vt 0.782741 0.115387</w:t>
        <w:br/>
        <w:t>vt 0.735312 0.093322</w:t>
        <w:br/>
        <w:t>vt 0.653780 0.140448</w:t>
        <w:br/>
        <w:t>vt 0.639529 0.142598</w:t>
        <w:br/>
        <w:t>vt 0.642474 0.145734</w:t>
        <w:br/>
        <w:t>vt 0.639529 0.142598</w:t>
        <w:br/>
        <w:t>vt 0.638634 0.143023</w:t>
        <w:br/>
        <w:t>vt 0.641524 0.146029</w:t>
        <w:br/>
        <w:t>vt 0.642474 0.145734</w:t>
        <w:br/>
        <w:t>vt 0.655398 0.101366</w:t>
        <w:br/>
        <w:t>vt 0.658354 0.109863</w:t>
        <w:br/>
        <w:t>vt 0.665937 0.096854</w:t>
        <w:br/>
        <w:t>vt 0.662404 0.095667</w:t>
        <w:br/>
        <w:t>vt 0.650346 0.106779</w:t>
        <w:br/>
        <w:t>vt 0.651557 0.096347</w:t>
        <w:br/>
        <w:t>vt 0.645225 0.098793</w:t>
        <w:br/>
        <w:t>vt 0.643306 0.101391</w:t>
        <w:br/>
        <w:t>vt 0.643430 0.102434</w:t>
        <w:br/>
        <w:t>vt 0.650346 0.106779</w:t>
        <w:br/>
        <w:t>vt 0.650346 0.106779</w:t>
        <w:br/>
        <w:t>vt 0.643304 0.103836</w:t>
        <w:br/>
        <w:t>vt 0.649105 0.110008</w:t>
        <w:br/>
        <w:t>vt 0.658354 0.109863</w:t>
        <w:br/>
        <w:t>vt 0.643304 0.103836</w:t>
        <w:br/>
        <w:t>vt 0.642807 0.102107</w:t>
        <w:br/>
        <w:t>vt 0.642617 0.103620</w:t>
        <w:br/>
        <w:t>vt 0.643304 0.103836</w:t>
        <w:br/>
        <w:t>vt 0.643430 0.102434</w:t>
        <w:br/>
        <w:t>vt 0.640309 0.108130</w:t>
        <w:br/>
        <w:t>vt 0.640903 0.108539</w:t>
        <w:br/>
        <w:t>vt 0.647659 0.114904</w:t>
        <w:br/>
        <w:t>vt 0.658354 0.109863</w:t>
        <w:br/>
        <w:t>vt 0.649105 0.110008</w:t>
        <w:br/>
        <w:t>vt 0.638941 0.112761</w:t>
        <w:br/>
        <w:t>vt 0.638838 0.116202</w:t>
        <w:br/>
        <w:t>vt 0.638109 0.118988</w:t>
        <w:br/>
        <w:t>vt 0.649105 0.110008</w:t>
        <w:br/>
        <w:t>vt 0.640903 0.108539</w:t>
        <w:br/>
        <w:t>vt 0.638941 0.112761</w:t>
        <w:br/>
        <w:t>vt 0.663729 0.121377</w:t>
        <w:br/>
        <w:t>vt 0.647659 0.114904</w:t>
        <w:br/>
        <w:t>vt 0.649154 0.127861</w:t>
        <w:br/>
        <w:t>vt 0.653780 0.140448</w:t>
        <w:br/>
        <w:t>vt 0.670592 0.131748</w:t>
        <w:br/>
        <w:t>vt 0.638109 0.118988</w:t>
        <w:br/>
        <w:t>vt 0.635792 0.124058</w:t>
        <w:br/>
        <w:t>vt 0.635468 0.138304</w:t>
        <w:br/>
        <w:t>vt 0.637408 0.118925</w:t>
        <w:br/>
        <w:t>vt 0.638109 0.118988</w:t>
        <w:br/>
        <w:t>vt 0.638838 0.116202</w:t>
        <w:br/>
        <w:t>vt 0.637925 0.116201</w:t>
        <w:br/>
        <w:t>vt 0.638941 0.112761</w:t>
        <w:br/>
        <w:t>vt 0.638280 0.112565</w:t>
        <w:br/>
        <w:t>vt 0.635792 0.124058</w:t>
        <w:br/>
        <w:t>vt 0.634522 0.123827</w:t>
        <w:br/>
        <w:t>vt 0.633563 0.131456</w:t>
        <w:br/>
        <w:t>vt 0.634832 0.131543</w:t>
        <w:br/>
        <w:t>vt 0.634522 0.123827</w:t>
        <w:br/>
        <w:t>vt 0.635468 0.138304</w:t>
        <w:br/>
        <w:t>vt 0.634043 0.138747</w:t>
        <w:br/>
        <w:t>vt 0.656666 0.163311</w:t>
        <w:br/>
        <w:t>vt 0.657049 0.162500</w:t>
        <w:br/>
        <w:t>vt 0.654291 0.160972</w:t>
        <w:br/>
        <w:t>vt 0.653911 0.161922</w:t>
        <w:br/>
        <w:t>vt 0.651043 0.159625</w:t>
        <w:br/>
        <w:t>vt 0.650534 0.160205</w:t>
        <w:br/>
        <w:t>vt 0.662008 0.148633</w:t>
        <w:br/>
        <w:t>vt 0.654291 0.160972</w:t>
        <w:br/>
        <w:t>vt 0.657049 0.162500</w:t>
        <w:br/>
        <w:t>vt 0.651043 0.159625</w:t>
        <w:br/>
        <w:t>vt 0.660389 0.168726</w:t>
        <w:br/>
        <w:t>vt 0.661148 0.167813</w:t>
        <w:br/>
        <w:t>vt 0.666179 0.173473</w:t>
        <w:br/>
        <w:t>vt 0.665474 0.174400</w:t>
        <w:br/>
        <w:t>vt 0.643500 0.148445</w:t>
        <w:br/>
        <w:t>vt 0.644213 0.147979</w:t>
        <w:br/>
        <w:t>vt 0.646215 0.151449</w:t>
        <w:br/>
        <w:t>vt 0.647098 0.150896</w:t>
        <w:br/>
        <w:t>vt 0.644213 0.147979</w:t>
        <w:br/>
        <w:t>vt 0.653780 0.140448</w:t>
        <w:br/>
        <w:t>vt 0.644213 0.147979</w:t>
        <w:br/>
        <w:t>vt 0.658011 0.144144</w:t>
        <w:br/>
        <w:t>vt 0.658011 0.144144</w:t>
        <w:br/>
        <w:t>vt 0.647098 0.150896</w:t>
        <w:br/>
        <w:t>vt 0.649550 0.155743</w:t>
        <w:br/>
        <w:t>vt 0.658011 0.144144</w:t>
        <w:br/>
        <w:t>vt 0.651043 0.159625</w:t>
        <w:br/>
        <w:t>vt 0.648693 0.156209</w:t>
        <w:br/>
        <w:t>vt 0.649550 0.155743</w:t>
        <w:br/>
        <w:t>vt 0.670592 0.131748</w:t>
        <w:br/>
        <w:t>vt 0.670592 0.131748</w:t>
        <w:br/>
        <w:t>vt 0.662008 0.148633</w:t>
        <w:br/>
        <w:t>vt 0.661148 0.167813</w:t>
        <w:br/>
        <w:t>vt 0.715832 0.052611</w:t>
        <w:br/>
        <w:t>vt 0.746233 0.041738</w:t>
        <w:br/>
        <w:t>vt 0.732153 0.030962</w:t>
        <w:br/>
        <w:t>vt 0.754930 0.014241</w:t>
        <w:br/>
        <w:t>vt 0.761495 0.019777</w:t>
        <w:br/>
        <w:t>vt 0.755585 0.012996</w:t>
        <w:br/>
        <w:t>vt 0.754930 0.014241</w:t>
        <w:br/>
        <w:t>vt 0.760692 0.020546</w:t>
        <w:br/>
        <w:t>vt 0.745716 0.010369</w:t>
        <w:br/>
        <w:t>vt 0.746185 0.008781</w:t>
        <w:br/>
        <w:t>vt 0.736445 0.008638</w:t>
        <w:br/>
        <w:t>vt 0.714862 0.023265</w:t>
        <w:br/>
        <w:t>vt 0.700372 0.043585</w:t>
        <w:br/>
        <w:t>vt 0.736445 0.008638</w:t>
        <w:br/>
        <w:t>vt 0.736875 0.007182</w:t>
        <w:br/>
        <w:t>vt 0.736875 0.007182</w:t>
        <w:br/>
        <w:t>vt 0.728879 0.006978</w:t>
        <w:br/>
        <w:t>vt 0.728209 0.007787</w:t>
        <w:br/>
        <w:t>vt 0.746233 0.041738</w:t>
        <w:br/>
        <w:t>vt 0.761597 0.025273</w:t>
        <w:br/>
        <w:t>vt 0.760692 0.020546</w:t>
        <w:br/>
        <w:t>vt 0.762052 0.029579</w:t>
        <w:br/>
        <w:t>vt 0.761597 0.025273</w:t>
        <w:br/>
        <w:t>vt 0.762680 0.025018</w:t>
        <w:br/>
        <w:t>vt 0.761495 0.019777</w:t>
        <w:br/>
        <w:t>vt 0.723710 0.006458</w:t>
        <w:br/>
        <w:t>vt 0.718183 0.005689</w:t>
        <w:br/>
        <w:t>vt 0.718150 0.007262</w:t>
        <w:br/>
        <w:t>vt 0.724020 0.007845</w:t>
        <w:br/>
        <w:t>vt 0.711836 0.007698</w:t>
        <w:br/>
        <w:t>vt 0.711920 0.008874</w:t>
        <w:br/>
        <w:t>vt 0.714862 0.023265</w:t>
        <w:br/>
        <w:t>vt 0.724020 0.007845</w:t>
        <w:br/>
        <w:t>vt 0.718150 0.007262</w:t>
        <w:br/>
        <w:t>vt 0.728209 0.007787</w:t>
        <w:br/>
        <w:t>vt 0.718150 0.007262</w:t>
        <w:br/>
        <w:t>vt 0.711920 0.008874</w:t>
        <w:br/>
        <w:t>vt 0.707077 0.022836</w:t>
        <w:br/>
        <w:t>vt 0.700372 0.043585</w:t>
        <w:br/>
        <w:t>vt 0.707077 0.022836</w:t>
        <w:br/>
        <w:t>vt 0.702259 0.021125</w:t>
        <w:br/>
        <w:t>vt 0.702259 0.021125</w:t>
        <w:br/>
        <w:t>vt 0.706796 0.009662</w:t>
        <w:br/>
        <w:t>vt 0.704183 0.007308</w:t>
        <w:br/>
        <w:t>vt 0.704059 0.006265</w:t>
        <w:br/>
        <w:t>vt 0.701074 0.005022</w:t>
        <w:br/>
        <w:t>vt 0.701389 0.006051</w:t>
        <w:br/>
        <w:t>vt 0.704183 0.007308</w:t>
        <w:br/>
        <w:t>vt 0.706796 0.009662</w:t>
        <w:br/>
        <w:t>vt 0.706831 0.008750</w:t>
        <w:br/>
        <w:t>vt 0.704059 0.006265</w:t>
        <w:br/>
        <w:t>vt 0.706831 0.008750</w:t>
        <w:br/>
        <w:t>vt 0.706796 0.009662</w:t>
        <w:br/>
        <w:t>vt 0.693913 0.007008</w:t>
        <w:br/>
        <w:t>vt 0.681952 0.015847</w:t>
        <w:br/>
        <w:t>vt 0.682909 0.016992</w:t>
        <w:br/>
        <w:t>vt 0.694738 0.008114</w:t>
        <w:br/>
        <w:t>vt 0.702259 0.021125</w:t>
        <w:br/>
        <w:t>vt 0.683448 0.028804</w:t>
        <w:br/>
        <w:t>vt 0.694738 0.008114</w:t>
        <w:br/>
        <w:t>vt 0.682909 0.016992</w:t>
        <w:br/>
        <w:t>vt 0.673638 0.021591</w:t>
        <w:br/>
        <w:t>vt 0.661091 0.038744</w:t>
        <w:br/>
        <w:t>vt 0.660259 0.044971</w:t>
        <w:br/>
        <w:t>vt 0.664712 0.044992</w:t>
        <w:br/>
        <w:t>vt 0.673638 0.021591</w:t>
        <w:br/>
        <w:t>vt 0.672814 0.020484</w:t>
        <w:br/>
        <w:t>vt 0.664753 0.029756</w:t>
        <w:br/>
        <w:t>vt 0.665920 0.030676</w:t>
        <w:br/>
        <w:t>vt 0.659714 0.038049</w:t>
        <w:br/>
        <w:t>vt 0.661091 0.038744</w:t>
        <w:br/>
        <w:t>vt 0.704183 0.007308</w:t>
        <w:br/>
        <w:t>vt 0.701389 0.006051</w:t>
        <w:br/>
        <w:t>vt 0.710075 0.184121</w:t>
        <w:br/>
        <w:t>vt 0.662265 0.094187</w:t>
        <w:br/>
        <w:t>vt 0.662404 0.095667</w:t>
        <w:br/>
        <w:t>vt 0.665937 0.096854</w:t>
        <w:br/>
        <w:t>vt 0.665582 0.094160</w:t>
        <w:br/>
        <w:t>vt 0.651380 0.095000</w:t>
        <w:br/>
        <w:t>vt 0.651557 0.096347</w:t>
        <w:br/>
        <w:t>vt 0.642807 0.100988</w:t>
        <w:br/>
        <w:t>vt 0.643306 0.101391</w:t>
        <w:br/>
        <w:t>vt 0.645225 0.098793</w:t>
        <w:br/>
        <w:t>vt 0.644759 0.097936</w:t>
        <w:br/>
        <w:t>vt 0.644759 0.097936</w:t>
        <w:br/>
        <w:t>vt 0.752879 0.050894</w:t>
        <w:br/>
        <w:t>vt 0.769425 0.035786</w:t>
        <w:br/>
        <w:t>vt 0.749270 0.047526</w:t>
        <w:br/>
        <w:t>vt 0.749270 0.047526</w:t>
        <w:br/>
        <w:t>vt 0.762052 0.029579</w:t>
        <w:br/>
        <w:t>vt 0.765856 0.032285</w:t>
        <w:br/>
        <w:t>vt 0.765318 0.033134</w:t>
        <w:br/>
        <w:t>vt 0.769425 0.035786</w:t>
        <w:br/>
        <w:t>vt 0.769983 0.035145</w:t>
        <w:br/>
        <w:t>vt 0.773293 0.037791</w:t>
        <w:br/>
        <w:t>vt 0.774017 0.037286</w:t>
        <w:br/>
        <w:t>vt 0.769983 0.035145</w:t>
        <w:br/>
        <w:t>vt 0.777043 0.040193</w:t>
        <w:br/>
        <w:t>vt 0.778164 0.039805</w:t>
        <w:br/>
        <w:t>vt 0.762052 0.029579</w:t>
        <w:br/>
        <w:t>vt 0.762950 0.029259</w:t>
        <w:br/>
        <w:t>vt 0.727621 0.065300</w:t>
        <w:br/>
        <w:t>vt 0.752879 0.050894</w:t>
        <w:br/>
        <w:t>vt 0.773293 0.037791</w:t>
        <w:br/>
        <w:t>vt 0.769425 0.035786</w:t>
        <w:br/>
        <w:t>vt 0.777043 0.040193</w:t>
        <w:br/>
        <w:t>vt 0.773293 0.037791</w:t>
        <w:br/>
        <w:t>vt 0.787214 0.057871</w:t>
        <w:br/>
        <w:t>vt 0.784176 0.045753</w:t>
        <w:br/>
        <w:t>vt 0.784176 0.045753</w:t>
        <w:br/>
        <w:t>vt 0.785508 0.045139</w:t>
        <w:br/>
        <w:t>vt 0.659537 0.043032</w:t>
        <w:br/>
        <w:t>vt 0.660259 0.044971</w:t>
        <w:br/>
        <w:t>vt 0.729043 0.175914</w:t>
        <w:br/>
        <w:t>vt 0.709531 0.183529</w:t>
        <w:br/>
        <w:t>vt 0.666179 0.173473</w:t>
        <w:br/>
        <w:t>vt 0.657049 0.162500</w:t>
        <w:br/>
        <w:t>vt 0.768264 0.144917</w:t>
        <w:br/>
        <w:t>vt 0.784605 0.106155</w:t>
        <w:br/>
        <w:t>vt 0.639529 0.142598</w:t>
        <w:br/>
        <w:t>vt 0.634832 0.131543</w:t>
        <w:br/>
        <w:t>vt 0.728209 0.007787</w:t>
        <w:br/>
        <w:t>vt 0.745716 0.010369</w:t>
        <w:br/>
        <w:t>vt 0.665920 0.030676</w:t>
        <w:br/>
        <w:t>vt 0.681422 0.043454</w:t>
        <w:br/>
        <w:t>vt 0.643306 0.101391</w:t>
        <w:br/>
        <w:t>vt 0.784339 0.093417</w:t>
        <w:br/>
        <w:t>vt 0.765318 0.033134</w:t>
        <w:br/>
        <w:t>vt 0.647600 0.382100</w:t>
        <w:br/>
        <w:t>vt 0.647700 0.393600</w:t>
        <w:br/>
        <w:t>vt 0.650300 0.392400</w:t>
        <w:br/>
        <w:t>vt 0.695719 0.264705</w:t>
        <w:br/>
        <w:t>vt 0.675920 0.262105</w:t>
        <w:br/>
        <w:t>vt 0.678119 0.273305</w:t>
        <w:br/>
        <w:t>vt 0.695719 0.274105</w:t>
        <w:br/>
        <w:t>vt 0.695719 0.260305</w:t>
        <w:br/>
        <w:t>vt 0.675319 0.258205</w:t>
        <w:br/>
        <w:t>vt 0.695719 0.254205</w:t>
        <w:br/>
        <w:t>vt 0.675519 0.253305</w:t>
        <w:br/>
        <w:t>vt 0.659719 0.257905</w:t>
        <w:br/>
        <w:t>vt 0.659219 0.252905</w:t>
        <w:br/>
        <w:t>vt 0.660219 0.247905</w:t>
        <w:br/>
        <w:t>vt 0.676419 0.248405</w:t>
        <w:br/>
        <w:t>vt 0.657819 0.258205</w:t>
        <w:br/>
        <w:t>vt 0.659719 0.257905</w:t>
        <w:br/>
        <w:t>vt 0.659219 0.252905</w:t>
        <w:br/>
        <w:t>vt 0.657519 0.252605</w:t>
        <w:br/>
        <w:t>vt 0.658819 0.263305</w:t>
        <w:br/>
        <w:t>vt 0.661019 0.261605</w:t>
        <w:br/>
        <w:t>vt 0.661019 0.261605</w:t>
        <w:br/>
        <w:t>vt 0.695719 0.248305</w:t>
        <w:br/>
        <w:t>vt 0.695719 0.236205</w:t>
        <w:br/>
        <w:t>vt 0.679519 0.237305</w:t>
        <w:br/>
        <w:t>vt 0.695719 0.220505</w:t>
        <w:br/>
        <w:t>vt 0.643700 0.392500</w:t>
        <w:br/>
        <w:t>vt 0.641700 0.389500</w:t>
        <w:br/>
        <w:t>vt 0.672319 0.289005</w:t>
        <w:br/>
        <w:t>vt 0.695719 0.289005</w:t>
        <w:br/>
        <w:t>vt 0.680019 0.301405</w:t>
        <w:br/>
        <w:t>vt 0.695719 0.301405</w:t>
        <w:br/>
        <w:t>vt 0.683819 0.306805</w:t>
        <w:br/>
        <w:t>vt 0.695719 0.306805</w:t>
        <w:br/>
        <w:t>vt 0.656300 0.360100</w:t>
        <w:br/>
        <w:t>vt 0.654000 0.359100</w:t>
        <w:br/>
        <w:t>vt 0.650800 0.369500</w:t>
        <w:br/>
        <w:t>vt 0.654800 0.370700</w:t>
        <w:br/>
        <w:t>vt 0.652500 0.384500</w:t>
        <w:br/>
        <w:t>vt 0.642400 0.380400</w:t>
        <w:br/>
        <w:t>vt 0.650800 0.369500</w:t>
        <w:br/>
        <w:t>vt 0.647300 0.367400</w:t>
        <w:br/>
        <w:t>vt 0.658300 0.355500</w:t>
        <w:br/>
        <w:t>vt 0.658900 0.355900</w:t>
        <w:br/>
        <w:t>vt 0.660400 0.355000</w:t>
        <w:br/>
        <w:t>vt 0.660400 0.354500</w:t>
        <w:br/>
        <w:t>vt 0.695719 0.203305</w:t>
        <w:br/>
        <w:t>vt 0.695719 0.200705</w:t>
        <w:br/>
        <w:t>vt 0.683619 0.200705</w:t>
        <w:br/>
        <w:t>vt 0.682319 0.203305</w:t>
        <w:br/>
        <w:t>vt 0.695719 0.209305</w:t>
        <w:br/>
        <w:t>vt 0.679219 0.209305</w:t>
        <w:br/>
        <w:t>vt 0.720679 0.467360</w:t>
        <w:br/>
        <w:t>vt 0.722145 0.467679</w:t>
        <w:br/>
        <w:t>vt 0.722635 0.465432</w:t>
        <w:br/>
        <w:t>vt 0.721169 0.465112</w:t>
        <w:br/>
        <w:t>vt 0.687176 0.459539</w:t>
        <w:br/>
        <w:t>vt 0.673009 0.456448</w:t>
        <w:br/>
        <w:t>vt 0.672182 0.461181</w:t>
        <w:br/>
        <w:t>vt 0.677043 0.453439</w:t>
        <w:br/>
        <w:t>vt 0.688421 0.453362</w:t>
        <w:br/>
        <w:t>vt 0.739000 0.255822</w:t>
        <w:br/>
        <w:t>vt 0.719400 0.258222</w:t>
        <w:br/>
        <w:t>vt 0.719400 0.252022</w:t>
        <w:br/>
        <w:t>vt 0.738700 0.250222</w:t>
        <w:br/>
        <w:t>vt 0.738700 0.260522</w:t>
        <w:br/>
        <w:t>vt 0.719400 0.263622</w:t>
        <w:br/>
        <w:t>vt 0.752900 0.254722</w:t>
        <w:br/>
        <w:t>vt 0.751700 0.259222</w:t>
        <w:br/>
        <w:t>vt 0.743000 0.289622</w:t>
        <w:br/>
        <w:t>vt 0.719400 0.293022</w:t>
        <w:br/>
        <w:t>vt 0.736600 0.272722</w:t>
        <w:br/>
        <w:t>vt 0.674678 0.464284</w:t>
        <w:br/>
        <w:t>vt 0.685583 0.465435</w:t>
        <w:br/>
        <w:t>vt 0.702908 0.466246</w:t>
        <w:br/>
        <w:t>vt 0.703183 0.461700</w:t>
        <w:br/>
        <w:t>vt 0.719400 0.275422</w:t>
        <w:br/>
        <w:t>vt 0.719400 0.245622</w:t>
        <w:br/>
        <w:t>vt 0.738100 0.244322</w:t>
        <w:br/>
        <w:t>vt 0.719400 0.232722</w:t>
        <w:br/>
        <w:t>vt 0.734700 0.232522</w:t>
        <w:br/>
        <w:t>vt 0.719400 0.215122</w:t>
        <w:br/>
        <w:t>vt 0.703183 0.461700</w:t>
        <w:br/>
        <w:t>vt 0.704665 0.457725</w:t>
        <w:br/>
        <w:t>vt 0.715698 0.463919</w:t>
        <w:br/>
        <w:t>vt 0.715208 0.466166</w:t>
        <w:br/>
        <w:t>vt 0.719400 0.202022</w:t>
        <w:br/>
        <w:t>vt 0.719400 0.196122</w:t>
        <w:br/>
        <w:t>vt 0.733000 0.196022</w:t>
        <w:br/>
        <w:t>vt 0.735300 0.201422</w:t>
        <w:br/>
        <w:t>vt 0.742000 0.214522</w:t>
        <w:br/>
        <w:t>vt 0.764348 0.193149</w:t>
        <w:br/>
        <w:t>vt 0.767445 0.183172</w:t>
        <w:br/>
        <w:t>vt 0.763660 0.183035</w:t>
        <w:br/>
        <w:t>vt 0.769371 0.185030</w:t>
        <w:br/>
        <w:t>vt 0.769027 0.192530</w:t>
        <w:br/>
        <w:t>vt 0.750900 0.271222</w:t>
        <w:br/>
        <w:t>vt 0.751700 0.259222</w:t>
        <w:br/>
        <w:t>vt 0.753700 0.260122</w:t>
        <w:br/>
        <w:t>vt 0.766757 0.205742</w:t>
        <w:br/>
        <w:t>vt 0.763523 0.205466</w:t>
        <w:br/>
        <w:t>vt 0.763729 0.220604</w:t>
        <w:br/>
        <w:t>vt 0.764279 0.216132</w:t>
        <w:br/>
        <w:t>vt 0.762215 0.216407</w:t>
        <w:br/>
        <w:t>vt 0.762628 0.220604</w:t>
        <w:br/>
        <w:t>vt 0.736600 0.304222</w:t>
        <w:br/>
        <w:t>vt 0.719400 0.305822</w:t>
        <w:br/>
        <w:t>vt 0.755200 0.255022</w:t>
        <w:br/>
        <w:t>vt 0.753700 0.248822</w:t>
        <w:br/>
        <w:t>vt 0.756000 0.248422</w:t>
        <w:br/>
        <w:t>vt 0.753400 0.242922</w:t>
        <w:br/>
        <w:t>vt 0.755300 0.242122</w:t>
        <w:br/>
        <w:t>vt 0.751000 0.230922</w:t>
        <w:br/>
        <w:t>vt 0.753400 0.242922</w:t>
        <w:br/>
        <w:t>vt 0.759600 0.193012</w:t>
        <w:br/>
        <w:t>vt 0.760151 0.206223</w:t>
        <w:br/>
        <w:t>vt 0.763523 0.205466</w:t>
        <w:br/>
        <w:t>vt 0.762215 0.216407</w:t>
        <w:br/>
        <w:t>vt 0.760701 0.185030</w:t>
        <w:br/>
        <w:t>vt 0.364502 0.933588</w:t>
        <w:br/>
        <w:t>vt 0.355697 0.934088</w:t>
        <w:br/>
        <w:t>vt 0.357443 0.936388</w:t>
        <w:br/>
        <w:t>vt 0.355478 0.930588</w:t>
        <w:br/>
        <w:t>vt 0.364065 0.938288</w:t>
        <w:br/>
        <w:t>vt 0.375563 0.937588</w:t>
        <w:br/>
        <w:t>vt 0.375199 0.933687</w:t>
        <w:br/>
        <w:t>vt 0.364502 0.933588</w:t>
        <w:br/>
        <w:t>vt 0.375199 0.933687</w:t>
        <w:br/>
        <w:t>vt 0.375199 0.929688</w:t>
        <w:br/>
        <w:t>vt 0.363992 0.928688</w:t>
        <w:br/>
        <w:t>vt 0.663719 0.274505</w:t>
        <w:br/>
        <w:t>vt 0.357006 0.928688</w:t>
        <w:br/>
        <w:t>vt 0.384877 0.934387</w:t>
        <w:br/>
        <w:t>vt 0.384804 0.931587</w:t>
        <w:br/>
        <w:t>vt 0.357006 0.928688</w:t>
        <w:br/>
        <w:t>vt 0.715208 0.466166</w:t>
        <w:br/>
        <w:t>vt 0.734400 0.310522</w:t>
        <w:br/>
        <w:t>vt 0.719400 0.311422</w:t>
        <w:br/>
        <w:t>vt 0.719400 0.313122</w:t>
        <w:br/>
        <w:t>vt 0.735100 0.313122</w:t>
        <w:br/>
        <w:t>vt 0.672319 0.220905</w:t>
        <w:br/>
        <w:t>vt 0.762078 0.221637</w:t>
        <w:br/>
        <w:t>vt 0.762972 0.222393</w:t>
        <w:br/>
        <w:t>vt 0.762628 0.220604</w:t>
        <w:br/>
        <w:t>vt 0.389098 0.931988</w:t>
        <w:br/>
        <w:t>vt 0.389098 0.933888</w:t>
        <w:br/>
        <w:t>vt 0.391863 0.933588</w:t>
        <w:br/>
        <w:t>vt 0.391936 0.932188</w:t>
        <w:br/>
        <w:t>vt 0.384804 0.931587</w:t>
        <w:br/>
        <w:t>vt 0.684819 0.308305</w:t>
        <w:br/>
        <w:t>vt 0.695719 0.308305</w:t>
        <w:br/>
        <w:t>vt 0.719400 0.194522</w:t>
        <w:br/>
        <w:t>vt 0.732800 0.194522</w:t>
        <w:br/>
        <w:t>vt 0.660219 0.247905</w:t>
        <w:br/>
        <w:t>vt 0.658020 0.247005</w:t>
        <w:br/>
        <w:t>vt 0.663119 0.236005</w:t>
        <w:br/>
        <w:t>vt 0.384804 0.931587</w:t>
        <w:br/>
        <w:t>vt 0.136900 0.782800</w:t>
        <w:br/>
        <w:t>vt 0.138200 0.780200</w:t>
        <w:br/>
        <w:t>vt 0.132900 0.780600</w:t>
        <w:br/>
        <w:t>vt 0.132900 0.780600</w:t>
        <w:br/>
        <w:t>vt 0.134900 0.783200</w:t>
        <w:br/>
        <w:t>vt 0.136900 0.782800</w:t>
        <w:br/>
        <w:t>vt 0.116700 0.779200</w:t>
        <w:br/>
        <w:t>vt 0.112100 0.780300</w:t>
        <w:br/>
        <w:t>vt 0.114300 0.782500</w:t>
        <w:br/>
        <w:t>vt 0.116700 0.782100</w:t>
        <w:br/>
        <w:t>vt 0.132900 0.778200</w:t>
        <w:br/>
        <w:t>vt 0.138200 0.796200</w:t>
        <w:br/>
        <w:t>vt 0.132900 0.796000</w:t>
        <w:br/>
        <w:t>vt 0.132900 0.798200</w:t>
        <w:br/>
        <w:t>vt 0.114200 0.793400</w:t>
        <w:br/>
        <w:t>vt 0.112000 0.795600</w:t>
        <w:br/>
        <w:t>vt 0.116700 0.796700</w:t>
        <w:br/>
        <w:t>vt 0.116700 0.793700</w:t>
        <w:br/>
        <w:t>vt 0.051659 0.941483</w:t>
        <w:br/>
        <w:t>vt 0.053059 0.947683</w:t>
        <w:br/>
        <w:t>vt 0.056759 0.947583</w:t>
        <w:br/>
        <w:t>vt 0.059259 0.941583</w:t>
        <w:br/>
        <w:t>vt 0.054259 0.951083</w:t>
        <w:br/>
        <w:t>vt 0.056559 0.951083</w:t>
        <w:br/>
        <w:t>vt 0.059959 0.936983</w:t>
        <w:br/>
        <w:t>vt 0.051159 0.936783</w:t>
        <w:br/>
        <w:t>vt 0.051159 0.936783</w:t>
        <w:br/>
        <w:t>vt 0.059959 0.936983</w:t>
        <w:br/>
        <w:t>vt 0.059759 0.935983</w:t>
        <w:br/>
        <w:t>vt 0.050559 0.936083</w:t>
        <w:br/>
        <w:t>vt 0.058859 0.932183</w:t>
        <w:br/>
        <w:t>vt 0.049859 0.932383</w:t>
        <w:br/>
        <w:t>vt 0.050159 0.935183</w:t>
        <w:br/>
        <w:t>vt 0.059359 0.934883</w:t>
        <w:br/>
        <w:t>vt 0.057859 0.928283</w:t>
        <w:br/>
        <w:t>vt 0.050559 0.928283</w:t>
        <w:br/>
        <w:t>vt 0.052259 0.924483</w:t>
        <w:br/>
        <w:t>vt 0.056659 0.924483</w:t>
        <w:br/>
        <w:t>vt 0.053359 0.921083</w:t>
        <w:br/>
        <w:t>vt 0.055759 0.921083</w:t>
        <w:br/>
        <w:t>vt 0.004729 0.921524</w:t>
        <w:br/>
        <w:t>vt 0.005779 0.921524</w:t>
        <w:br/>
        <w:t>vt 0.005379 0.925274</w:t>
        <w:br/>
        <w:t>vt 0.005779 0.917074</w:t>
        <w:br/>
        <w:t>vt 0.003779 0.915224</w:t>
        <w:br/>
        <w:t>vt 0.004229 0.910474</w:t>
        <w:br/>
        <w:t>vt 0.005079 0.910024</w:t>
        <w:br/>
        <w:t>vt 0.006029 0.910374</w:t>
        <w:br/>
        <w:t>vt 0.007229 0.912924</w:t>
        <w:br/>
        <w:t>vt 0.007629 0.917074</w:t>
        <w:br/>
        <w:t>vt 0.006829 0.921524</w:t>
        <w:br/>
        <w:t>vt 0.005779 0.921524</w:t>
        <w:br/>
        <w:t>vt 0.005829 0.925274</w:t>
        <w:br/>
        <w:t>vt 0.005379 0.925274</w:t>
        <w:br/>
        <w:t>vt 0.019425 0.924168</w:t>
        <w:br/>
        <w:t>vt 0.019125 0.920468</w:t>
        <w:br/>
        <w:t>vt 0.020525 0.920568</w:t>
        <w:br/>
        <w:t>vt 0.020125 0.910168</w:t>
        <w:br/>
        <w:t>vt 0.021325 0.914468</w:t>
        <w:br/>
        <w:t>vt 0.019325 0.916668</w:t>
        <w:br/>
        <w:t>vt 0.018525 0.924168</w:t>
        <w:br/>
        <w:t>vt 0.017725 0.920568</w:t>
        <w:br/>
        <w:t>vt 0.019125 0.920468</w:t>
        <w:br/>
        <w:t>vt 0.017325 0.916768</w:t>
        <w:br/>
        <w:t>vt 0.019325 0.916668</w:t>
        <w:br/>
        <w:t>vt 0.017325 0.912868</w:t>
        <w:br/>
        <w:t>vt 0.018025 0.910368</w:t>
        <w:br/>
        <w:t>vt 0.019025 0.909868</w:t>
        <w:br/>
        <w:t>vt 0.444600 0.937000</w:t>
        <w:br/>
        <w:t>vt 0.443500 0.927000</w:t>
        <w:br/>
        <w:t>vt 0.441000 0.927500</w:t>
        <w:br/>
        <w:t>vt 0.440100 0.936900</w:t>
        <w:br/>
        <w:t>vt 0.438800 0.947800</w:t>
        <w:br/>
        <w:t>vt 0.446700 0.947900</w:t>
        <w:br/>
        <w:t>vt 0.613900 0.984300</w:t>
        <w:br/>
        <w:t>vt 0.614800 0.987200</w:t>
        <w:br/>
        <w:t>vt 0.623100 0.980000</w:t>
        <w:br/>
        <w:t>vt 0.622400 0.978400</w:t>
        <w:br/>
        <w:t>vt 0.629100 0.972800</w:t>
        <w:br/>
        <w:t>vt 0.443700 0.991500</w:t>
        <w:br/>
        <w:t>vt 0.446200 0.991600</w:t>
        <w:br/>
        <w:t>vt 0.447900 0.982500</w:t>
        <w:br/>
        <w:t>vt 0.441100 0.983000</w:t>
        <w:br/>
        <w:t>vt 0.439300 0.972200</w:t>
        <w:br/>
        <w:t>vt 0.449900 0.972100</w:t>
        <w:br/>
        <w:t>vt 0.622400 0.978400</w:t>
        <w:br/>
        <w:t>vt 0.621800 0.976400</w:t>
        <w:br/>
        <w:t>vt 0.612100 0.981400</w:t>
        <w:br/>
        <w:t>vt 0.613900 0.984300</w:t>
        <w:br/>
        <w:t>vt 0.629100 0.972800</w:t>
        <w:br/>
        <w:t>vt 0.629000 0.971400</w:t>
        <w:br/>
        <w:t>vt 0.474100 0.985800</w:t>
        <w:br/>
        <w:t>vt 0.472400 0.989100</w:t>
        <w:br/>
        <w:t>vt 0.480200 0.991300</w:t>
        <w:br/>
        <w:t>vt 0.483400 0.989100</w:t>
        <w:br/>
        <w:t>vt 0.472400 0.989100</w:t>
        <w:br/>
        <w:t>vt 0.463500 0.984000</w:t>
        <w:br/>
        <w:t>vt 0.462900 0.986100</w:t>
        <w:br/>
        <w:t>vt 0.471900 0.992400</w:t>
        <w:br/>
        <w:t>vt 0.464400 0.981600</w:t>
        <w:br/>
        <w:t>vt 0.463500 0.984000</w:t>
        <w:br/>
        <w:t>vt 0.456300 0.977100</w:t>
        <w:br/>
        <w:t>vt 0.456100 0.978600</w:t>
        <w:br/>
        <w:t>vt 0.456100 0.978600</w:t>
        <w:br/>
        <w:t>vt 0.451800 0.962600</w:t>
        <w:br/>
        <w:t>vt 0.438000 0.963000</w:t>
        <w:br/>
        <w:t>vt 0.484100 0.992100</w:t>
        <w:br/>
        <w:t>vt 0.451200 0.959800</w:t>
        <w:br/>
        <w:t>vt 0.437900 0.959700</w:t>
        <w:br/>
        <w:t>vt 0.606800 0.987400</w:t>
        <w:br/>
        <w:t>vt 0.603400 0.989100</w:t>
        <w:br/>
        <w:t>vt 0.606600 0.990400</w:t>
        <w:br/>
        <w:t>vt 0.603700 0.985800</w:t>
        <w:br/>
        <w:t>vt 0.449100 0.956100</w:t>
        <w:br/>
        <w:t>vt 0.437900 0.956400</w:t>
        <w:br/>
        <w:t>vt 0.437900 0.959700</w:t>
        <w:br/>
        <w:t>vt 0.451200 0.959800</w:t>
        <w:br/>
        <w:t>vt 0.480400 0.994500</w:t>
        <w:br/>
        <w:t>vt 0.444600 0.937000</w:t>
        <w:br/>
        <w:t>vt 0.440100 0.936900</w:t>
        <w:br/>
        <w:t>vt 0.441000 0.927500</w:t>
        <w:br/>
        <w:t>vt 0.443500 0.927000</w:t>
        <w:br/>
        <w:t>vt 0.438800 0.947800</w:t>
        <w:br/>
        <w:t>vt 0.446700 0.947900</w:t>
        <w:br/>
        <w:t>vt 0.613900 0.984300</w:t>
        <w:br/>
        <w:t>vt 0.622400 0.978400</w:t>
        <w:br/>
        <w:t>vt 0.623100 0.980000</w:t>
        <w:br/>
        <w:t>vt 0.614800 0.987200</w:t>
        <w:br/>
        <w:t>vt 0.629100 0.972800</w:t>
        <w:br/>
        <w:t>vt 0.443700 0.991500</w:t>
        <w:br/>
        <w:t>vt 0.441100 0.983000</w:t>
        <w:br/>
        <w:t>vt 0.447900 0.982500</w:t>
        <w:br/>
        <w:t>vt 0.446200 0.991600</w:t>
        <w:br/>
        <w:t>vt 0.439300 0.972200</w:t>
        <w:br/>
        <w:t>vt 0.449900 0.972100</w:t>
        <w:br/>
        <w:t>vt 0.612100 0.981400</w:t>
        <w:br/>
        <w:t>vt 0.621800 0.976400</w:t>
        <w:br/>
        <w:t>vt 0.622400 0.978400</w:t>
        <w:br/>
        <w:t>vt 0.613900 0.984300</w:t>
        <w:br/>
        <w:t>vt 0.629000 0.971400</w:t>
        <w:br/>
        <w:t>vt 0.629100 0.972800</w:t>
        <w:br/>
        <w:t>vt 0.474100 0.985800</w:t>
        <w:br/>
        <w:t>vt 0.483400 0.989100</w:t>
        <w:br/>
        <w:t>vt 0.480200 0.991300</w:t>
        <w:br/>
        <w:t>vt 0.472400 0.989100</w:t>
        <w:br/>
        <w:t>vt 0.472400 0.989100</w:t>
        <w:br/>
        <w:t>vt 0.471900 0.992400</w:t>
        <w:br/>
        <w:t>vt 0.462900 0.986100</w:t>
        <w:br/>
        <w:t>vt 0.463500 0.984000</w:t>
        <w:br/>
        <w:t>vt 0.463500 0.984000</w:t>
        <w:br/>
        <w:t>vt 0.464400 0.981600</w:t>
        <w:br/>
        <w:t>vt 0.456100 0.978600</w:t>
        <w:br/>
        <w:t>vt 0.456300 0.977100</w:t>
        <w:br/>
        <w:t>vt 0.456100 0.978600</w:t>
        <w:br/>
        <w:t>vt 0.438000 0.963000</w:t>
        <w:br/>
        <w:t>vt 0.451800 0.962600</w:t>
        <w:br/>
        <w:t>vt 0.484100 0.992100</w:t>
        <w:br/>
        <w:t>vt 0.451200 0.959800</w:t>
        <w:br/>
        <w:t>vt 0.437900 0.959700</w:t>
        <w:br/>
        <w:t>vt 0.606800 0.987400</w:t>
        <w:br/>
        <w:t>vt 0.606600 0.990400</w:t>
        <w:br/>
        <w:t>vt 0.603400 0.989100</w:t>
        <w:br/>
        <w:t>vt 0.603700 0.985800</w:t>
        <w:br/>
        <w:t>vt 0.449100 0.956100</w:t>
        <w:br/>
        <w:t>vt 0.451200 0.959800</w:t>
        <w:br/>
        <w:t>vt 0.437900 0.959700</w:t>
        <w:br/>
        <w:t>vt 0.437900 0.956400</w:t>
        <w:br/>
        <w:t>vt 0.480400 0.994500</w:t>
        <w:br/>
        <w:t>vt 0.444600 0.937000</w:t>
        <w:br/>
        <w:t>vt 0.443500 0.927000</w:t>
        <w:br/>
        <w:t>vt 0.441000 0.927500</w:t>
        <w:br/>
        <w:t>vt 0.440100 0.936900</w:t>
        <w:br/>
        <w:t>vt 0.438800 0.947800</w:t>
        <w:br/>
        <w:t>vt 0.446700 0.947900</w:t>
        <w:br/>
        <w:t>vt 0.613900 0.984300</w:t>
        <w:br/>
        <w:t>vt 0.614800 0.987200</w:t>
        <w:br/>
        <w:t>vt 0.623100 0.980000</w:t>
        <w:br/>
        <w:t>vt 0.622400 0.978400</w:t>
        <w:br/>
        <w:t>vt 0.629100 0.972800</w:t>
        <w:br/>
        <w:t>vt 0.443700 0.991500</w:t>
        <w:br/>
        <w:t>vt 0.446200 0.991600</w:t>
        <w:br/>
        <w:t>vt 0.447900 0.982500</w:t>
        <w:br/>
        <w:t>vt 0.441100 0.983000</w:t>
        <w:br/>
        <w:t>vt 0.439300 0.972200</w:t>
        <w:br/>
        <w:t>vt 0.449900 0.972100</w:t>
        <w:br/>
        <w:t>vt 0.622400 0.978400</w:t>
        <w:br/>
        <w:t>vt 0.621800 0.976400</w:t>
        <w:br/>
        <w:t>vt 0.612100 0.981400</w:t>
        <w:br/>
        <w:t>vt 0.613900 0.984300</w:t>
        <w:br/>
        <w:t>vt 0.629100 0.972800</w:t>
        <w:br/>
        <w:t>vt 0.629000 0.971400</w:t>
        <w:br/>
        <w:t>vt 0.474100 0.985800</w:t>
        <w:br/>
        <w:t>vt 0.472400 0.989100</w:t>
        <w:br/>
        <w:t>vt 0.480200 0.991300</w:t>
        <w:br/>
        <w:t>vt 0.483400 0.989100</w:t>
        <w:br/>
        <w:t>vt 0.472400 0.989100</w:t>
        <w:br/>
        <w:t>vt 0.463500 0.984000</w:t>
        <w:br/>
        <w:t>vt 0.462900 0.986100</w:t>
        <w:br/>
        <w:t>vt 0.471900 0.992400</w:t>
        <w:br/>
        <w:t>vt 0.464400 0.981600</w:t>
        <w:br/>
        <w:t>vt 0.463500 0.984000</w:t>
        <w:br/>
        <w:t>vt 0.456300 0.977100</w:t>
        <w:br/>
        <w:t>vt 0.456100 0.978600</w:t>
        <w:br/>
        <w:t>vt 0.456100 0.978600</w:t>
        <w:br/>
        <w:t>vt 0.451800 0.962600</w:t>
        <w:br/>
        <w:t>vt 0.438000 0.963000</w:t>
        <w:br/>
        <w:t>vt 0.484100 0.992100</w:t>
        <w:br/>
        <w:t>vt 0.451200 0.959800</w:t>
        <w:br/>
        <w:t>vt 0.437900 0.959700</w:t>
        <w:br/>
        <w:t>vt 0.606800 0.987400</w:t>
        <w:br/>
        <w:t>vt 0.603400 0.989100</w:t>
        <w:br/>
        <w:t>vt 0.606600 0.990400</w:t>
        <w:br/>
        <w:t>vt 0.603700 0.985800</w:t>
        <w:br/>
        <w:t>vt 0.449100 0.956100</w:t>
        <w:br/>
        <w:t>vt 0.437900 0.956400</w:t>
        <w:br/>
        <w:t>vt 0.437900 0.959700</w:t>
        <w:br/>
        <w:t>vt 0.451200 0.959800</w:t>
        <w:br/>
        <w:t>vt 0.480400 0.994500</w:t>
        <w:br/>
        <w:t>vt 0.042427 0.929775</w:t>
        <w:br/>
        <w:t>vt 0.041527 0.924074</w:t>
        <w:br/>
        <w:t>vt 0.037527 0.924374</w:t>
        <w:br/>
        <w:t>vt 0.034927 0.929174</w:t>
        <w:br/>
        <w:t>vt 0.040727 0.921174</w:t>
        <w:br/>
        <w:t>vt 0.038527 0.921174</w:t>
        <w:br/>
        <w:t>vt 0.034227 0.933275</w:t>
        <w:br/>
        <w:t>vt 0.042627 0.934174</w:t>
        <w:br/>
        <w:t>vt 0.034427 0.934274</w:t>
        <w:br/>
        <w:t>vt 0.043127 0.934874</w:t>
        <w:br/>
        <w:t>vt 0.034627 0.937774</w:t>
        <w:br/>
        <w:t>vt 0.043427 0.938375</w:t>
        <w:br/>
        <w:t>vt 0.043327 0.935774</w:t>
        <w:br/>
        <w:t>vt 0.034627 0.935274</w:t>
        <w:br/>
        <w:t>vt 0.035227 0.941175</w:t>
        <w:br/>
        <w:t>vt 0.042327 0.942074</w:t>
        <w:br/>
        <w:t>vt 0.036027 0.944674</w:t>
        <w:br/>
        <w:t>vt 0.040527 0.945575</w:t>
        <w:br/>
        <w:t>vt 0.038727 0.947974</w:t>
        <w:br/>
        <w:t>vt 0.036427 0.947974</w:t>
        <w:br/>
        <w:t>vt 0.043061 0.919426</w:t>
        <w:br/>
        <w:t>vt 0.043919 0.919426</w:t>
        <w:br/>
        <w:t>vt 0.043490 0.921571</w:t>
        <w:br/>
        <w:t>vt 0.043848 0.915888</w:t>
        <w:br/>
        <w:t>vt 0.042418 0.915888</w:t>
        <w:br/>
        <w:t>vt 0.042775 0.911992</w:t>
        <w:br/>
        <w:t>vt 0.043347 0.911706</w:t>
        <w:br/>
        <w:t>vt 0.043990 0.911920</w:t>
        <w:br/>
        <w:t>vt 0.044920 0.913636</w:t>
        <w:br/>
        <w:t>vt 0.045420 0.915888</w:t>
        <w:br/>
        <w:t>vt 0.044777 0.919355</w:t>
        <w:br/>
        <w:t>vt 0.043919 0.919426</w:t>
        <w:br/>
        <w:t>vt 0.043848 0.921571</w:t>
        <w:br/>
        <w:t>vt 0.032429 0.923240</w:t>
        <w:br/>
        <w:t>vt 0.032971 0.920188</w:t>
        <w:br/>
        <w:t>vt 0.033305 0.923240</w:t>
        <w:br/>
        <w:t>vt 0.033753 0.911072</w:t>
        <w:br/>
        <w:t>vt 0.035065 0.914859</w:t>
        <w:br/>
        <w:t>vt 0.032971 0.916730</w:t>
        <w:br/>
        <w:t>vt 0.034300 0.920188</w:t>
        <w:br/>
        <w:t>vt 0.031721 0.920188</w:t>
        <w:br/>
        <w:t>vt 0.032971 0.920188</w:t>
        <w:br/>
        <w:t>vt 0.031147 0.916730</w:t>
        <w:br/>
        <w:t>vt 0.032971 0.916730</w:t>
        <w:br/>
        <w:t>vt 0.031196 0.913460</w:t>
        <w:br/>
        <w:t>vt 0.031919 0.911169</w:t>
        <w:br/>
        <w:t>vt 0.043490 0.921571</w:t>
        <w:br/>
        <w:t>vt 0.032971 0.910739</w:t>
        <w:br/>
        <w:t>vt 0.663032 0.075213</w:t>
        <w:br/>
        <w:t>vt 0.661732 0.073413</w:t>
        <w:br/>
        <w:t>vt 0.662732 0.071713</w:t>
        <w:br/>
        <w:t>vt 0.659932 0.077413</w:t>
        <w:br/>
        <w:t>vt 0.661432 0.074613</w:t>
        <w:br/>
        <w:t>vt 0.661232 0.078413</w:t>
        <w:br/>
        <w:t>vt 0.657832 0.080813</w:t>
        <w:br/>
        <w:t>vt 0.657232 0.079313</w:t>
        <w:br/>
        <w:t>vt 0.653332 0.081213</w:t>
        <w:br/>
        <w:t>vt 0.653632 0.079513</w:t>
        <w:br/>
        <w:t>vt 0.662532 0.079513</w:t>
        <w:br/>
        <w:t>vt 0.661232 0.078413</w:t>
        <w:br/>
        <w:t>vt 0.663032 0.075213</w:t>
        <w:br/>
        <w:t>vt 0.664632 0.075513</w:t>
        <w:br/>
        <w:t>vt 0.657832 0.080813</w:t>
        <w:br/>
        <w:t>vt 0.658432 0.082313</w:t>
        <w:br/>
        <w:t>vt 0.662732 0.071713</w:t>
        <w:br/>
        <w:t>vt 0.664732 0.071713</w:t>
        <w:br/>
        <w:t>vt 0.663432 0.069813</w:t>
        <w:br/>
        <w:t>vt 0.653032 0.082913</w:t>
        <w:br/>
        <w:t>vt 0.653332 0.081213</w:t>
        <w:br/>
        <w:t>vt 0.647332 0.070413</w:t>
        <w:br/>
        <w:t>vt 0.646232 0.068713</w:t>
        <w:br/>
        <w:t>vt 0.661332 0.068713</w:t>
        <w:br/>
        <w:t>vt 0.660432 0.070413</w:t>
        <w:br/>
        <w:t>vt 0.646332 0.072213</w:t>
        <w:br/>
        <w:t>vt 0.645032 0.070313</w:t>
        <w:br/>
        <w:t>vt 0.644532 0.072513</w:t>
        <w:br/>
        <w:t>vt 0.646932 0.076513</w:t>
        <w:br/>
        <w:t>vt 0.645432 0.077113</w:t>
        <w:br/>
        <w:t>vt 0.648332 0.080813</w:t>
        <w:br/>
        <w:t>vt 0.649332 0.079513</w:t>
        <w:br/>
        <w:t>vt 0.648532 0.072013</w:t>
        <w:br/>
        <w:t>vt 0.647332 0.070413</w:t>
        <w:br/>
        <w:t>vt 0.660432 0.070413</w:t>
        <w:br/>
        <w:t>vt 0.659532 0.072013</w:t>
        <w:br/>
        <w:t>vt 0.647932 0.072613</w:t>
        <w:br/>
        <w:t>vt 0.646332 0.072213</w:t>
        <w:br/>
        <w:t>vt 0.646932 0.076513</w:t>
        <w:br/>
        <w:t>vt 0.647832 0.073813</w:t>
        <w:br/>
        <w:t>vt 0.649332 0.079513</w:t>
        <w:br/>
        <w:t>vt 0.648532 0.075813</w:t>
        <w:br/>
        <w:t>vt 0.650432 0.078213</w:t>
        <w:br/>
        <w:t>vt 0.661132 0.072413</w:t>
        <w:br/>
        <w:t>vt 0.027957 0.926726</w:t>
        <w:br/>
        <w:t>vt 0.023757 0.926726</w:t>
        <w:br/>
        <w:t>vt 0.022557 0.932126</w:t>
        <w:br/>
        <w:t>vt 0.029957 0.931826</w:t>
        <w:br/>
        <w:t>vt 0.027157 0.923226</w:t>
        <w:br/>
        <w:t>vt 0.024557 0.923226</w:t>
        <w:br/>
        <w:t>vt 0.030357 0.935826</w:t>
        <w:br/>
        <w:t>vt 0.022157 0.936526</w:t>
        <w:br/>
        <w:t>vt 0.021657 0.937226</w:t>
        <w:br/>
        <w:t>vt 0.030257 0.936826</w:t>
        <w:br/>
        <w:t>vt 0.021257 0.938126</w:t>
        <w:br/>
        <w:t>vt 0.021157 0.940726</w:t>
        <w:br/>
        <w:t>vt 0.029857 0.940326</w:t>
        <w:br/>
        <w:t>vt 0.029957 0.937826</w:t>
        <w:br/>
        <w:t>vt 0.029257 0.943626</w:t>
        <w:br/>
        <w:t>vt 0.021957 0.944426</w:t>
        <w:br/>
        <w:t>vt 0.023857 0.948026</w:t>
        <w:br/>
        <w:t>vt 0.028357 0.947126</w:t>
        <w:br/>
        <w:t>vt 0.025757 0.950426</w:t>
        <w:br/>
        <w:t>vt 0.028257 0.950426</w:t>
        <w:br/>
        <w:t>vt 0.043490 0.921571</w:t>
        <w:br/>
        <w:t>vt 0.043848 0.921571</w:t>
        <w:br/>
        <w:t>vt 0.043919 0.919426</w:t>
        <w:br/>
        <w:t>vt 0.043848 0.915888</w:t>
        <w:br/>
        <w:t>vt 0.042418 0.915888</w:t>
        <w:br/>
        <w:t>vt 0.043061 0.919426</w:t>
        <w:br/>
        <w:t>vt 0.042775 0.911992</w:t>
        <w:br/>
        <w:t>vt 0.043848 0.915888</w:t>
        <w:br/>
        <w:t>vt 0.044920 0.913636</w:t>
        <w:br/>
        <w:t>vt 0.043990 0.911920</w:t>
        <w:br/>
        <w:t>vt 0.045420 0.915888</w:t>
        <w:br/>
        <w:t>vt 0.044777 0.919355</w:t>
        <w:br/>
        <w:t>vt 0.033305 0.923240</w:t>
        <w:br/>
        <w:t>vt 0.034300 0.920188</w:t>
        <w:br/>
        <w:t>vt 0.032971 0.920188</w:t>
        <w:br/>
        <w:t>vt 0.033753 0.911072</w:t>
        <w:br/>
        <w:t>vt 0.032971 0.910739</w:t>
        <w:br/>
        <w:t>vt 0.032971 0.916730</w:t>
        <w:br/>
        <w:t>vt 0.035065 0.914859</w:t>
        <w:br/>
        <w:t>vt 0.032429 0.923240</w:t>
        <w:br/>
        <w:t>vt 0.032971 0.920188</w:t>
        <w:br/>
        <w:t>vt 0.032971 0.916730</w:t>
        <w:br/>
        <w:t>vt 0.031147 0.916730</w:t>
        <w:br/>
        <w:t>vt 0.031721 0.920188</w:t>
        <w:br/>
        <w:t>vt 0.031196 0.913447</w:t>
        <w:br/>
        <w:t>vt 0.031919 0.911164</w:t>
        <w:br/>
        <w:t>vt 0.043490 0.921571</w:t>
        <w:br/>
        <w:t>vt 0.043347 0.911706</w:t>
        <w:br/>
        <w:t>vt 0.167663 0.788731</w:t>
        <w:br/>
        <w:t>vt 0.163862 0.788731</w:t>
        <w:br/>
        <w:t>vt 0.163862 0.794331</w:t>
        <w:br/>
        <w:t>vt 0.167663 0.794331</w:t>
        <w:br/>
        <w:t>vt 0.162963 0.788731</w:t>
        <w:br/>
        <w:t>vt 0.162963 0.794331</w:t>
        <w:br/>
        <w:t>vt 0.163862 0.794331</w:t>
        <w:br/>
        <w:t>vt 0.162963 0.794331</w:t>
        <w:br/>
        <w:t>vt 0.162963 0.796731</w:t>
        <w:br/>
        <w:t>vt 0.163862 0.796731</w:t>
        <w:br/>
        <w:t>vt 0.167663 0.796731</w:t>
        <w:br/>
        <w:t>vt 0.167663 0.794331</w:t>
        <w:br/>
        <w:t>vt 0.163862 0.779231</w:t>
        <w:br/>
        <w:t>vt 0.162963 0.779231</w:t>
        <w:br/>
        <w:t>vt 0.162963 0.784131</w:t>
        <w:br/>
        <w:t>vt 0.163862 0.784131</w:t>
        <w:br/>
        <w:t>vt 0.167663 0.784131</w:t>
        <w:br/>
        <w:t>vt 0.167663 0.779231</w:t>
        <w:br/>
        <w:t>vt 0.168563 0.786331</w:t>
        <w:br/>
        <w:t>vt 0.167663 0.786331</w:t>
        <w:br/>
        <w:t>vt 0.167663 0.788731</w:t>
        <w:br/>
        <w:t>vt 0.168563 0.788731</w:t>
        <w:br/>
        <w:t>vt 0.162963 0.786331</w:t>
        <w:br/>
        <w:t>vt 0.163862 0.786331</w:t>
        <w:br/>
        <w:t>vt 0.168563 0.794331</w:t>
        <w:br/>
        <w:t>vt 0.168563 0.796731</w:t>
        <w:br/>
        <w:t>vt 0.168563 0.784131</w:t>
        <w:br/>
        <w:t>vt 0.168563 0.779231</w:t>
        <w:br/>
        <w:t>vt 0.168563 0.776831</w:t>
        <w:br/>
        <w:t>vt 0.167663 0.776831</w:t>
        <w:br/>
        <w:t>vt 0.163862 0.776831</w:t>
        <w:br/>
        <w:t>vt 0.162963 0.776831</w:t>
        <w:br/>
        <w:t>vt 0.167663 0.786331</w:t>
        <w:br/>
        <w:t>vt 0.167663 0.784131</w:t>
        <w:br/>
        <w:t>vt 0.276631 0.725141</w:t>
        <w:br/>
        <w:t>vt 0.274831 0.727641</w:t>
        <w:br/>
        <w:t>vt 0.276331 0.730241</w:t>
        <w:br/>
        <w:t>vt 0.273131 0.730041</w:t>
        <w:br/>
        <w:t>vt 0.273231 0.725641</w:t>
        <w:br/>
        <w:t>vt 0.274631 0.731241</w:t>
        <w:br/>
        <w:t>vt 0.274831 0.724341</w:t>
        <w:br/>
        <w:t>vt 0.276331 0.730241</w:t>
        <w:br/>
        <w:t>vt 0.110755 0.896861</w:t>
        <w:br/>
        <w:t>vt 0.112256 0.894361</w:t>
        <w:br/>
        <w:t>vt 0.110856 0.891761</w:t>
        <w:br/>
        <w:t>vt 0.114356 0.892461</w:t>
        <w:br/>
        <w:t>vt 0.114155 0.896961</w:t>
        <w:br/>
        <w:t>vt 0.114155 0.896961</w:t>
        <w:br/>
        <w:t>vt 0.112455 0.897961</w:t>
        <w:br/>
        <w:t>vt 0.112855 0.891061</w:t>
        <w:br/>
        <w:t>vt 0.077838 0.940295</w:t>
        <w:br/>
        <w:t>vt 0.083157 0.940738</w:t>
        <w:br/>
        <w:t>vt 0.082891 0.934799</w:t>
        <w:br/>
        <w:t>vt 0.078636 0.934268</w:t>
        <w:br/>
        <w:t>vt 0.082979 0.929126</w:t>
        <w:br/>
        <w:t>vt 0.079788 0.928683</w:t>
        <w:br/>
        <w:t>vt 0.069486 0.931749</w:t>
        <w:br/>
        <w:t>vt 0.070286 0.925149</w:t>
        <w:br/>
        <w:t>vt 0.066086 0.925349</w:t>
        <w:br/>
        <w:t>vt 0.066386 0.931949</w:t>
        <w:br/>
        <w:t>vt 0.066586 0.938149</w:t>
        <w:br/>
        <w:t>vt 0.069086 0.938049</w:t>
        <w:br/>
        <w:t>vt 0.066686 0.943849</w:t>
        <w:br/>
        <w:t>vt 0.076686 0.925049</w:t>
        <w:br/>
        <w:t>vt 0.072886 0.924949</w:t>
        <w:br/>
        <w:t>vt 0.074686 0.932149</w:t>
        <w:br/>
        <w:t>vt 0.088830 0.941093</w:t>
        <w:br/>
        <w:t>vt 0.087589 0.934799</w:t>
        <w:br/>
        <w:t>vt 0.072786 0.938449</w:t>
        <w:br/>
        <w:t>vt 0.064486 0.932149</w:t>
        <w:br/>
        <w:t>vt 0.065386 0.938349</w:t>
        <w:br/>
        <w:t>vt 0.063786 0.925549</w:t>
        <w:br/>
        <w:t>vt 0.066086 0.925349</w:t>
        <w:br/>
        <w:t>vt 0.063686 0.918349</w:t>
        <w:br/>
        <w:t>vt 0.067286 0.919449</w:t>
        <w:br/>
        <w:t>vt 0.067486 0.918349</w:t>
        <w:br/>
        <w:t>vt 0.080320 0.946677</w:t>
        <w:br/>
        <w:t>vt 0.067486 0.918349</w:t>
        <w:br/>
        <w:t>vt 0.067286 0.919449</w:t>
        <w:br/>
        <w:t>vt 0.071086 0.919449</w:t>
        <w:br/>
        <w:t>vt 0.071186 0.918349</w:t>
        <w:br/>
        <w:t>vt 0.070286 0.943849</w:t>
        <w:br/>
        <w:t>vt 0.081206 0.923896</w:t>
        <w:br/>
        <w:t>vt 0.077686 0.918349</w:t>
        <w:br/>
        <w:t>vt 0.074186 0.919449</w:t>
        <w:br/>
        <w:t>vt 0.086436 0.928949</w:t>
        <w:br/>
        <w:t>vt 0.084486 0.923896</w:t>
        <w:br/>
        <w:t>vt 0.086702 0.946677</w:t>
        <w:br/>
        <w:t>vt 0.083688 0.946677</w:t>
        <w:br/>
        <w:t>vt 0.071186 0.918349</w:t>
        <w:br/>
        <w:t>vt 0.071086 0.919449</w:t>
        <w:br/>
        <w:t>vt 0.074286 0.918349</w:t>
        <w:br/>
        <w:t>vt 0.083688 0.946677</w:t>
        <w:br/>
        <w:t>vt 0.077218 0.946677</w:t>
        <w:br/>
        <w:t>vt 0.080320 0.946677</w:t>
        <w:br/>
        <w:t>vt 0.089539 0.946677</w:t>
        <w:br/>
        <w:t>vt 0.094300 0.771934</w:t>
        <w:br/>
        <w:t>vt 0.092100 0.774234</w:t>
        <w:br/>
        <w:t>vt 0.090900 0.770834</w:t>
        <w:br/>
        <w:t>vt 0.097700 0.770834</w:t>
        <w:br/>
        <w:t>vt 0.096600 0.774234</w:t>
        <w:br/>
        <w:t>vt 0.094300 0.771934</w:t>
        <w:br/>
        <w:t>vt 0.097700 0.777534</w:t>
        <w:br/>
        <w:t>vt 0.094300 0.776434</w:t>
        <w:br/>
        <w:t>vt 0.096600 0.774234</w:t>
        <w:br/>
        <w:t>vt 0.090900 0.777534</w:t>
        <w:br/>
        <w:t>vt 0.092100 0.774234</w:t>
        <w:br/>
        <w:t>vt 0.094300 0.776434</w:t>
        <w:br/>
        <w:t>vt 0.090900 0.770834</w:t>
        <w:br/>
        <w:t>vt 0.089700 0.774234</w:t>
        <w:br/>
        <w:t>vt 0.092100 0.774234</w:t>
        <w:br/>
        <w:t>vt 0.094300 0.771934</w:t>
        <w:br/>
        <w:t>vt 0.096600 0.774234</w:t>
        <w:br/>
        <w:t>vt 0.097700 0.770834</w:t>
        <w:br/>
        <w:t>vt 0.096600 0.774234</w:t>
        <w:br/>
        <w:t>vt 0.094300 0.776434</w:t>
        <w:br/>
        <w:t>vt 0.097700 0.777534</w:t>
        <w:br/>
        <w:t>vt 0.094300 0.774234</w:t>
        <w:br/>
        <w:t>vt 0.094300 0.774234</w:t>
        <w:br/>
        <w:t>vt 0.094300 0.771934</w:t>
        <w:br/>
        <w:t>vt 0.099000 0.774234</w:t>
        <w:br/>
        <w:t>vt 0.097700 0.770834</w:t>
        <w:br/>
        <w:t>vt 0.097700 0.777534</w:t>
        <w:br/>
        <w:t>vt 0.094300 0.778834</w:t>
        <w:br/>
        <w:t>vt 0.094300 0.769534</w:t>
        <w:br/>
        <w:t>vt 0.094300 0.771934</w:t>
        <w:br/>
        <w:t>vt 0.092100 0.774234</w:t>
        <w:br/>
        <w:t>vt 0.090900 0.770834</w:t>
        <w:br/>
        <w:t>vt 0.097700 0.770834</w:t>
        <w:br/>
        <w:t>vt 0.096600 0.774234</w:t>
        <w:br/>
        <w:t>vt 0.094300 0.771934</w:t>
        <w:br/>
        <w:t>vt 0.097700 0.777534</w:t>
        <w:br/>
        <w:t>vt 0.094300 0.776434</w:t>
        <w:br/>
        <w:t>vt 0.096600 0.774234</w:t>
        <w:br/>
        <w:t>vt 0.090900 0.777534</w:t>
        <w:br/>
        <w:t>vt 0.092100 0.774234</w:t>
        <w:br/>
        <w:t>vt 0.094300 0.776434</w:t>
        <w:br/>
        <w:t>vt 0.090900 0.770834</w:t>
        <w:br/>
        <w:t>vt 0.089700 0.774234</w:t>
        <w:br/>
        <w:t>vt 0.092100 0.774234</w:t>
        <w:br/>
        <w:t>vt 0.094300 0.771934</w:t>
        <w:br/>
        <w:t>vt 0.096600 0.774234</w:t>
        <w:br/>
        <w:t>vt 0.097700 0.770834</w:t>
        <w:br/>
        <w:t>vt 0.096600 0.774234</w:t>
        <w:br/>
        <w:t>vt 0.094300 0.776434</w:t>
        <w:br/>
        <w:t>vt 0.097700 0.777534</w:t>
        <w:br/>
        <w:t>vt 0.094300 0.774234</w:t>
        <w:br/>
        <w:t>vt 0.094300 0.774234</w:t>
        <w:br/>
        <w:t>vt 0.094300 0.771934</w:t>
        <w:br/>
        <w:t>vt 0.094300 0.769534</w:t>
        <w:br/>
        <w:t>vt 0.097700 0.770834</w:t>
        <w:br/>
        <w:t>vt 0.099000 0.774234</w:t>
        <w:br/>
        <w:t>vt 0.097700 0.777534</w:t>
        <w:br/>
        <w:t>vt 0.094300 0.778834</w:t>
        <w:br/>
        <w:t>vt 0.097700 0.770834</w:t>
        <w:br/>
        <w:t>vt 0.096600 0.774234</w:t>
        <w:br/>
        <w:t>vt 0.094300 0.771934</w:t>
        <w:br/>
        <w:t>vt 0.097700 0.777534</w:t>
        <w:br/>
        <w:t>vt 0.094300 0.776434</w:t>
        <w:br/>
        <w:t>vt 0.096600 0.774234</w:t>
        <w:br/>
        <w:t>vt 0.090900 0.770834</w:t>
        <w:br/>
        <w:t>vt 0.094300 0.771934</w:t>
        <w:br/>
        <w:t>vt 0.092100 0.774234</w:t>
        <w:br/>
        <w:t>vt 0.090900 0.770834</w:t>
        <w:br/>
        <w:t>vt 0.089700 0.774234</w:t>
        <w:br/>
        <w:t>vt 0.092100 0.774234</w:t>
        <w:br/>
        <w:t>vt 0.094300 0.771934</w:t>
        <w:br/>
        <w:t>vt 0.096600 0.774234</w:t>
        <w:br/>
        <w:t>vt 0.097700 0.770834</w:t>
        <w:br/>
        <w:t>vt 0.096600 0.774234</w:t>
        <w:br/>
        <w:t>vt 0.094300 0.776434</w:t>
        <w:br/>
        <w:t>vt 0.097700 0.777534</w:t>
        <w:br/>
        <w:t>vt 0.090900 0.777534</w:t>
        <w:br/>
        <w:t>vt 0.094300 0.774234</w:t>
        <w:br/>
        <w:t>vt 0.094300 0.774234</w:t>
        <w:br/>
        <w:t>vt 0.094300 0.771934</w:t>
        <w:br/>
        <w:t>vt 0.099000 0.774234</w:t>
        <w:br/>
        <w:t>vt 0.094300 0.769534</w:t>
        <w:br/>
        <w:t>vt 0.094300 0.778834</w:t>
        <w:br/>
        <w:t>vt 0.097700 0.777534</w:t>
        <w:br/>
        <w:t>vt 0.097700 0.770834</w:t>
        <w:br/>
        <w:t>vt 0.094300 0.771934</w:t>
        <w:br/>
        <w:t>vt 0.090900 0.770834</w:t>
        <w:br/>
        <w:t>vt 0.092100 0.774234</w:t>
        <w:br/>
        <w:t>vt 0.097700 0.770834</w:t>
        <w:br/>
        <w:t>vt 0.094300 0.771934</w:t>
        <w:br/>
        <w:t>vt 0.096600 0.774234</w:t>
        <w:br/>
        <w:t>vt 0.097700 0.777534</w:t>
        <w:br/>
        <w:t>vt 0.096600 0.774234</w:t>
        <w:br/>
        <w:t>vt 0.094300 0.776434</w:t>
        <w:br/>
        <w:t>vt 0.090900 0.777534</w:t>
        <w:br/>
        <w:t>vt 0.094300 0.776434</w:t>
        <w:br/>
        <w:t>vt 0.092100 0.774234</w:t>
        <w:br/>
        <w:t>vt 0.090900 0.770834</w:t>
        <w:br/>
        <w:t>vt 0.092100 0.774234</w:t>
        <w:br/>
        <w:t>vt 0.089700 0.774234</w:t>
        <w:br/>
        <w:t>vt 0.094300 0.771934</w:t>
        <w:br/>
        <w:t>vt 0.097700 0.770834</w:t>
        <w:br/>
        <w:t>vt 0.096600 0.774234</w:t>
        <w:br/>
        <w:t>vt 0.096600 0.774234</w:t>
        <w:br/>
        <w:t>vt 0.097700 0.777534</w:t>
        <w:br/>
        <w:t>vt 0.094300 0.776434</w:t>
        <w:br/>
        <w:t>vt 0.094300 0.774234</w:t>
        <w:br/>
        <w:t>vt 0.094300 0.771934</w:t>
        <w:br/>
        <w:t>vt 0.094300 0.774234</w:t>
        <w:br/>
        <w:t>vt 0.097700 0.770834</w:t>
        <w:br/>
        <w:t>vt 0.099000 0.774234</w:t>
        <w:br/>
        <w:t>vt 0.097700 0.777534</w:t>
        <w:br/>
        <w:t>vt 0.094300 0.778834</w:t>
        <w:br/>
        <w:t>vt 0.094300 0.769534</w:t>
        <w:br/>
        <w:t>vt 0.094300 0.771934</w:t>
        <w:br/>
        <w:t>vt 0.090900 0.770834</w:t>
        <w:br/>
        <w:t>vt 0.092100 0.774234</w:t>
        <w:br/>
        <w:t>vt 0.097700 0.770834</w:t>
        <w:br/>
        <w:t>vt 0.094300 0.771934</w:t>
        <w:br/>
        <w:t>vt 0.096600 0.774234</w:t>
        <w:br/>
        <w:t>vt 0.097700 0.777534</w:t>
        <w:br/>
        <w:t>vt 0.096600 0.774234</w:t>
        <w:br/>
        <w:t>vt 0.094300 0.776434</w:t>
        <w:br/>
        <w:t>vt 0.090900 0.777534</w:t>
        <w:br/>
        <w:t>vt 0.094300 0.776434</w:t>
        <w:br/>
        <w:t>vt 0.092100 0.774234</w:t>
        <w:br/>
        <w:t>vt 0.090900 0.770834</w:t>
        <w:br/>
        <w:t>vt 0.092100 0.774234</w:t>
        <w:br/>
        <w:t>vt 0.089700 0.774234</w:t>
        <w:br/>
        <w:t>vt 0.094300 0.771934</w:t>
        <w:br/>
        <w:t>vt 0.097700 0.770834</w:t>
        <w:br/>
        <w:t>vt 0.096600 0.774234</w:t>
        <w:br/>
        <w:t>vt 0.096600 0.774234</w:t>
        <w:br/>
        <w:t>vt 0.097700 0.777534</w:t>
        <w:br/>
        <w:t>vt 0.094300 0.776434</w:t>
        <w:br/>
        <w:t>vt 0.094300 0.774234</w:t>
        <w:br/>
        <w:t>vt 0.094300 0.771934</w:t>
        <w:br/>
        <w:t>vt 0.094300 0.774234</w:t>
        <w:br/>
        <w:t>vt 0.094300 0.769534</w:t>
        <w:br/>
        <w:t>vt 0.097700 0.770834</w:t>
        <w:br/>
        <w:t>vt 0.099000 0.774234</w:t>
        <w:br/>
        <w:t>vt 0.097700 0.777534</w:t>
        <w:br/>
        <w:t>vt 0.094300 0.778834</w:t>
        <w:br/>
        <w:t>vt 0.133989 0.465724</w:t>
        <w:br/>
        <w:t>vt 0.138590 0.465724</w:t>
        <w:br/>
        <w:t>vt 0.138590 0.464523</w:t>
        <w:br/>
        <w:t>vt 0.133989 0.464523</w:t>
        <w:br/>
        <w:t>vt 0.133989 0.464523</w:t>
        <w:br/>
        <w:t>vt 0.138590 0.464523</w:t>
        <w:br/>
        <w:t>vt 0.138590 0.463323</w:t>
        <w:br/>
        <w:t>vt 0.133989 0.463323</w:t>
        <w:br/>
        <w:t>vt 0.138590 0.463323</w:t>
        <w:br/>
        <w:t>vt 0.138590 0.462224</w:t>
        <w:br/>
        <w:t>vt 0.133989 0.462224</w:t>
        <w:br/>
        <w:t>vt 0.133989 0.463323</w:t>
        <w:br/>
        <w:t>vt 0.138590 0.462224</w:t>
        <w:br/>
        <w:t>vt 0.138590 0.461023</w:t>
        <w:br/>
        <w:t>vt 0.133989 0.461023</w:t>
        <w:br/>
        <w:t>vt 0.133989 0.462224</w:t>
        <w:br/>
        <w:t>vt 0.131289 0.464523</w:t>
        <w:br/>
        <w:t>vt 0.131289 0.465724</w:t>
        <w:br/>
        <w:t>vt 0.131289 0.463323</w:t>
        <w:br/>
        <w:t>vt 0.131289 0.464523</w:t>
        <w:br/>
        <w:t>vt 0.131289 0.463323</w:t>
        <w:br/>
        <w:t>vt 0.131289 0.462224</w:t>
        <w:br/>
        <w:t>vt 0.131289 0.462224</w:t>
        <w:br/>
        <w:t>vt 0.131289 0.461023</w:t>
        <w:br/>
        <w:t>vt 0.126889 0.465724</w:t>
        <w:br/>
        <w:t>vt 0.126889 0.464523</w:t>
        <w:br/>
        <w:t>vt 0.126889 0.464523</w:t>
        <w:br/>
        <w:t>vt 0.126889 0.463323</w:t>
        <w:br/>
        <w:t>vt 0.126889 0.462224</w:t>
        <w:br/>
        <w:t>vt 0.126889 0.463323</w:t>
        <w:br/>
        <w:t>vt 0.126889 0.461023</w:t>
        <w:br/>
        <w:t>vt 0.126889 0.462224</w:t>
        <w:br/>
        <w:t>vt 0.123689 0.464523</w:t>
        <w:br/>
        <w:t>vt 0.123689 0.465724</w:t>
        <w:br/>
        <w:t>vt 0.123689 0.463323</w:t>
        <w:br/>
        <w:t>vt 0.123689 0.464523</w:t>
        <w:br/>
        <w:t>vt 0.123689 0.463323</w:t>
        <w:br/>
        <w:t>vt 0.123689 0.462224</w:t>
        <w:br/>
        <w:t>vt 0.123689 0.462224</w:t>
        <w:br/>
        <w:t>vt 0.123689 0.461023</w:t>
        <w:br/>
        <w:t>vt 0.119589 0.464523</w:t>
        <w:br/>
        <w:t>vt 0.119589 0.465724</w:t>
        <w:br/>
        <w:t>vt 0.119589 0.463323</w:t>
        <w:br/>
        <w:t>vt 0.119589 0.464523</w:t>
        <w:br/>
        <w:t>vt 0.119589 0.463323</w:t>
        <w:br/>
        <w:t>vt 0.119589 0.462224</w:t>
        <w:br/>
        <w:t>vt 0.119589 0.462224</w:t>
        <w:br/>
        <w:t>vt 0.119589 0.461023</w:t>
        <w:br/>
        <w:t>vt 0.033700 0.646600</w:t>
        <w:br/>
        <w:t>vt 0.033700 0.653600</w:t>
        <w:br/>
        <w:t>vt 0.043200 0.653600</w:t>
        <w:br/>
        <w:t>vt 0.043200 0.646800</w:t>
        <w:br/>
        <w:t>vt 0.023500 0.653600</w:t>
        <w:br/>
        <w:t>vt 0.023500 0.646800</w:t>
        <w:br/>
        <w:t>vt 0.033700 0.636500</w:t>
        <w:br/>
        <w:t>vt 0.023500 0.636500</w:t>
        <w:br/>
        <w:t>vt 0.043200 0.636700</w:t>
        <w:br/>
        <w:t>vt 0.043200 0.625700</w:t>
        <w:br/>
        <w:t>vt 0.033700 0.625800</w:t>
        <w:br/>
        <w:t>vt 0.245925 0.676550</w:t>
        <w:br/>
        <w:t>vt 0.255375 0.676550</w:t>
        <w:br/>
        <w:t>vt 0.255375 0.666100</w:t>
        <w:br/>
        <w:t>vt 0.245925 0.666100</w:t>
        <w:br/>
        <w:t>vt 0.235900 0.676550</w:t>
        <w:br/>
        <w:t>vt 0.235900 0.666100</w:t>
        <w:br/>
        <w:t>vt 0.023500 0.625800</w:t>
        <w:br/>
        <w:t>vt 0.023500 0.617000</w:t>
        <w:br/>
        <w:t>vt 0.033700 0.616800</w:t>
        <w:br/>
        <w:t>vt 0.043200 0.616500</w:t>
        <w:br/>
        <w:t>vt 0.016200 0.647000</w:t>
        <w:br/>
        <w:t>vt 0.016200 0.636500</w:t>
        <w:br/>
        <w:t>vt 0.016200 0.625600</w:t>
        <w:br/>
        <w:t>vt 0.016200 0.653600</w:t>
        <w:br/>
        <w:t>vt 0.262000 0.676550</w:t>
        <w:br/>
        <w:t>vt 0.262000 0.666100</w:t>
        <w:br/>
        <w:t>vt 0.023500 0.653600</w:t>
        <w:br/>
        <w:t>vt 0.016200 0.653600</w:t>
        <w:br/>
        <w:t>vt 0.016200 0.655100</w:t>
        <w:br/>
        <w:t>vt 0.023500 0.655100</w:t>
        <w:br/>
        <w:t>vt 0.033700 0.655100</w:t>
        <w:br/>
        <w:t>vt 0.043200 0.653600</w:t>
        <w:br/>
        <w:t>vt 0.033700 0.653600</w:t>
        <w:br/>
        <w:t>vt 0.012200 0.655100</w:t>
        <w:br/>
        <w:t>vt 0.012200 0.653600</w:t>
        <w:br/>
        <w:t>vt 0.012200 0.636200</w:t>
        <w:br/>
        <w:t>vt 0.012200 0.646700</w:t>
        <w:br/>
        <w:t>vt 0.006900 0.655100</w:t>
        <w:br/>
        <w:t>vt 0.012200 0.653600</w:t>
        <w:br/>
        <w:t>vt 0.012200 0.646700</w:t>
        <w:br/>
        <w:t>vt 0.006900 0.644400</w:t>
        <w:br/>
        <w:t>vt 0.012200 0.655100</w:t>
        <w:br/>
        <w:t>vt 0.012200 0.636200</w:t>
        <w:br/>
        <w:t>vt 0.006900 0.635100</w:t>
        <w:br/>
        <w:t>vt 0.012200 0.625500</w:t>
        <w:br/>
        <w:t>vt 0.006900 0.625200</w:t>
        <w:br/>
        <w:t>vt 0.012200 0.617000</w:t>
        <w:br/>
        <w:t>vt 0.006900 0.616000</w:t>
        <w:br/>
        <w:t>vt 0.012200 0.608400</w:t>
        <w:br/>
        <w:t>vt 0.006900 0.606900</w:t>
        <w:br/>
        <w:t>vt 0.016200 0.617200</w:t>
        <w:br/>
        <w:t>vt 0.012200 0.617000</w:t>
        <w:br/>
        <w:t>vt 0.012200 0.625500</w:t>
        <w:br/>
        <w:t>vt 0.169000 0.676550</w:t>
        <w:br/>
        <w:t>vt 0.176800 0.676550</w:t>
        <w:br/>
        <w:t>vt 0.176800 0.666100</w:t>
        <w:br/>
        <w:t>vt 0.169000 0.666100</w:t>
        <w:br/>
        <w:t>vt 0.033700 0.561100</w:t>
        <w:br/>
        <w:t>vt 0.043200 0.561200</w:t>
        <w:br/>
        <w:t>vt 0.043200 0.552800</w:t>
        <w:br/>
        <w:t>vt 0.033700 0.552800</w:t>
        <w:br/>
        <w:t>vt 0.185275 0.676550</w:t>
        <w:br/>
        <w:t>vt 0.185275 0.666100</w:t>
        <w:br/>
        <w:t>vt 0.033700 0.551400</w:t>
        <w:br/>
        <w:t>vt 0.033700 0.552800</w:t>
        <w:br/>
        <w:t>vt 0.043200 0.552800</w:t>
        <w:br/>
        <w:t>vt 0.023500 0.551400</w:t>
        <w:br/>
        <w:t>vt 0.023500 0.552800</w:t>
        <w:br/>
        <w:t>vt 0.023500 0.552800</w:t>
        <w:br/>
        <w:t>vt 0.023500 0.560900</w:t>
        <w:br/>
        <w:t>vt 0.006900 0.559100</w:t>
        <w:br/>
        <w:t>vt 0.012200 0.560500</w:t>
        <w:br/>
        <w:t>vt 0.012200 0.552800</w:t>
        <w:br/>
        <w:t>vt 0.006900 0.551400</w:t>
        <w:br/>
        <w:t>vt 0.012200 0.551400</w:t>
        <w:br/>
        <w:t>vt 0.016200 0.552800</w:t>
        <w:br/>
        <w:t>vt 0.016200 0.551400</w:t>
        <w:br/>
        <w:t>vt 0.012200 0.552800</w:t>
        <w:br/>
        <w:t>vt 0.016200 0.552800</w:t>
        <w:br/>
        <w:t>vt 0.012200 0.552800</w:t>
        <w:br/>
        <w:t>vt 0.012200 0.560500</w:t>
        <w:br/>
        <w:t>vt 0.016200 0.560700</w:t>
        <w:br/>
        <w:t>vt 0.006900 0.568400</w:t>
        <w:br/>
        <w:t>vt 0.012200 0.569700</w:t>
        <w:br/>
        <w:t>vt 0.012200 0.569700</w:t>
        <w:br/>
        <w:t>vt 0.016200 0.569900</w:t>
        <w:br/>
        <w:t>vt 0.006900 0.577400</w:t>
        <w:br/>
        <w:t>vt 0.012200 0.578400</w:t>
        <w:br/>
        <w:t>vt 0.227725 0.666100</w:t>
        <w:br/>
        <w:t>vt 0.227725 0.676550</w:t>
        <w:br/>
        <w:t>vt 0.220000 0.666100</w:t>
        <w:br/>
        <w:t>vt 0.220000 0.676550</w:t>
        <w:br/>
        <w:t>vt 0.012200 0.599100</w:t>
        <w:br/>
        <w:t>vt 0.006900 0.597800</w:t>
        <w:br/>
        <w:t>vt 0.033700 0.570400</w:t>
        <w:br/>
        <w:t>vt 0.042400 0.570600</w:t>
        <w:br/>
        <w:t>vt 0.023500 0.570200</w:t>
        <w:br/>
        <w:t>vt 0.016200 0.578500</w:t>
        <w:br/>
        <w:t>vt 0.012200 0.578400</w:t>
        <w:br/>
        <w:t>vt 0.023500 0.579200</w:t>
        <w:br/>
        <w:t>vt 0.016200 0.589300</w:t>
        <w:br/>
        <w:t>vt 0.023500 0.589200</w:t>
        <w:br/>
        <w:t>vt 0.033700 0.580100</w:t>
        <w:br/>
        <w:t>vt 0.043200 0.580500</w:t>
        <w:br/>
        <w:t>vt 0.043200 0.570700</w:t>
        <w:br/>
        <w:t>vt 0.042100 0.580400</w:t>
        <w:br/>
        <w:t>vt 0.042300 0.589400</w:t>
        <w:br/>
        <w:t>vt 0.043200 0.589400</w:t>
        <w:br/>
        <w:t>vt 0.211700 0.676550</w:t>
        <w:br/>
        <w:t>vt 0.211700 0.666100</w:t>
        <w:br/>
        <w:t>vt 0.202975 0.666100</w:t>
        <w:br/>
        <w:t>vt 0.202975 0.676550</w:t>
        <w:br/>
        <w:t>vt 0.194475 0.676550</w:t>
        <w:br/>
        <w:t>vt 0.194475 0.666100</w:t>
        <w:br/>
        <w:t>vt 0.043200 0.598600</w:t>
        <w:br/>
        <w:t>vt 0.033700 0.589300</w:t>
        <w:br/>
        <w:t>vt 0.023500 0.599200</w:t>
        <w:br/>
        <w:t>vt 0.033700 0.599000</w:t>
        <w:br/>
        <w:t>vt 0.012200 0.589000</w:t>
        <w:br/>
        <w:t>vt 0.006900 0.587600</w:t>
        <w:br/>
        <w:t>vt 0.023500 0.608500</w:t>
        <w:br/>
        <w:t>vt 0.016200 0.608700</w:t>
        <w:br/>
        <w:t>vt 0.033700 0.608100</w:t>
        <w:br/>
        <w:t>vt 0.043200 0.607800</w:t>
        <w:br/>
        <w:t>vt 0.016200 0.599300</w:t>
        <w:br/>
        <w:t>vt 0.012200 0.608400</w:t>
        <w:br/>
        <w:t>vt 0.012200 0.599100</w:t>
        <w:br/>
        <w:t>vt 0.012200 0.589000</w:t>
        <w:br/>
        <w:t>vt 0.340788 0.836721</w:t>
        <w:br/>
        <w:t>vt 0.339288 0.826121</w:t>
        <w:br/>
        <w:t>vt 0.334888 0.835121</w:t>
        <w:br/>
        <w:t>vt 0.331388 0.828121</w:t>
        <w:br/>
        <w:t>vt 0.330188 0.820821</w:t>
        <w:br/>
        <w:t>vt 0.333088 0.815621</w:t>
        <w:br/>
        <w:t>vt 0.338488 0.813521</w:t>
        <w:br/>
        <w:t>vt 0.335188 0.833921</w:t>
        <w:br/>
        <w:t>vt 0.346388 0.833821</w:t>
        <w:br/>
        <w:t>vt 0.349288 0.827721</w:t>
        <w:br/>
        <w:t>vt 0.343888 0.816021</w:t>
        <w:br/>
        <w:t>vt 0.347388 0.821621</w:t>
        <w:br/>
        <w:t>vt 0.478264 0.552557</w:t>
        <w:br/>
        <w:t>vt 0.479926 0.557582</w:t>
        <w:br/>
        <w:t>vt 0.480796 0.551410</w:t>
        <w:br/>
        <w:t>vt 0.476009 0.555010</w:t>
        <w:br/>
        <w:t>vt 0.475851 0.561340</w:t>
        <w:br/>
        <w:t>vt 0.474743 0.558412</w:t>
        <w:br/>
        <w:t>vt 0.481429 0.552003</w:t>
        <w:br/>
        <w:t>vt 0.483961 0.553784</w:t>
        <w:br/>
        <w:t>vt 0.484713 0.556672</w:t>
        <w:br/>
        <w:t>vt 0.483565 0.560153</w:t>
        <w:br/>
        <w:t>vt 0.478343 0.562843</w:t>
        <w:br/>
        <w:t>vt 0.481231 0.562606</w:t>
        <w:br/>
        <w:t>vt 0.956600 0.930029</w:t>
        <w:br/>
        <w:t>vt 0.994900 0.930029</w:t>
        <w:br/>
        <w:t>vt 0.994900 0.975200</w:t>
        <w:br/>
        <w:t>vt 0.956600 0.975200</w:t>
        <w:br/>
        <w:t>vt 0.937800 0.602928</w:t>
        <w:br/>
        <w:t>vt 0.951400 0.583528</w:t>
        <w:br/>
        <w:t>vt 0.961000 0.644128</w:t>
        <w:br/>
        <w:t>vt 0.944200 0.646628</w:t>
        <w:br/>
        <w:t>vt 0.964900 0.560028</w:t>
        <w:br/>
        <w:t>vt 0.956600 0.815018</w:t>
        <w:br/>
        <w:t>vt 0.956600 0.792215</w:t>
        <w:br/>
        <w:t>vt 0.994900 0.793783</w:t>
        <w:br/>
        <w:t>vt 0.994900 0.815018</w:t>
        <w:br/>
        <w:t>vt 0.956600 0.841740</w:t>
        <w:br/>
        <w:t>vt 0.994900 0.841740</w:t>
        <w:br/>
        <w:t>vt 0.983100 0.639128</w:t>
        <w:br/>
        <w:t>vt 0.956600 0.900243</w:t>
        <w:br/>
        <w:t>vt 0.994900 0.900243</w:t>
        <w:br/>
        <w:t>vt 0.994900 0.876193</w:t>
        <w:br/>
        <w:t>vt 0.956600 0.876193</w:t>
        <w:br/>
        <w:t>vt 0.994900 0.989600</w:t>
        <w:br/>
        <w:t>vt 0.956600 0.989600</w:t>
        <w:br/>
        <w:t>vt 0.994900 0.638128</w:t>
        <w:br/>
        <w:t>vt 0.979700 0.537428</w:t>
        <w:br/>
        <w:t>vt 0.994900 0.519628</w:t>
        <w:br/>
        <w:t>vt 0.951500 0.697828</w:t>
        <w:br/>
        <w:t>vt 0.955200 0.743828</w:t>
        <w:br/>
        <w:t>vt 0.994900 0.697128</w:t>
        <w:br/>
        <w:t>vt 0.994900 0.744228</w:t>
        <w:br/>
        <w:t>vt 0.956600 0.930029</w:t>
        <w:br/>
        <w:t>vt 0.956600 0.975100</w:t>
        <w:br/>
        <w:t>vt 0.994900 0.975100</w:t>
        <w:br/>
        <w:t>vt 0.994900 0.930029</w:t>
        <w:br/>
        <w:t>vt 0.961000 0.644128</w:t>
        <w:br/>
        <w:t>vt 0.951400 0.583428</w:t>
        <w:br/>
        <w:t>vt 0.937800 0.602828</w:t>
        <w:br/>
        <w:t>vt 0.944200 0.646628</w:t>
        <w:br/>
        <w:t>vt 0.964900 0.560028</w:t>
        <w:br/>
        <w:t>vt 0.994900 0.793783</w:t>
        <w:br/>
        <w:t>vt 0.956600 0.792144</w:t>
        <w:br/>
        <w:t>vt 0.956600 0.815018</w:t>
        <w:br/>
        <w:t>vt 0.994900 0.815018</w:t>
        <w:br/>
        <w:t>vt 0.956600 0.841740</w:t>
        <w:br/>
        <w:t>vt 0.994900 0.841740</w:t>
        <w:br/>
        <w:t>vt 0.983100 0.639128</w:t>
        <w:br/>
        <w:t>vt 0.994900 0.900243</w:t>
        <w:br/>
        <w:t>vt 0.956600 0.900243</w:t>
        <w:br/>
        <w:t>vt 0.994900 0.876193</w:t>
        <w:br/>
        <w:t>vt 0.956600 0.876193</w:t>
        <w:br/>
        <w:t>vt 0.994900 0.989600</w:t>
        <w:br/>
        <w:t>vt 0.956600 0.989600</w:t>
        <w:br/>
        <w:t>vt 0.994900 0.638128</w:t>
        <w:br/>
        <w:t>vt 0.994900 0.519628</w:t>
        <w:br/>
        <w:t>vt 0.979700 0.537428</w:t>
        <w:br/>
        <w:t>vt 0.951500 0.697828</w:t>
        <w:br/>
        <w:t>vt 0.994900 0.697028</w:t>
        <w:br/>
        <w:t>vt 0.955200 0.743828</w:t>
        <w:br/>
        <w:t>vt 0.994900 0.744228</w:t>
        <w:br/>
        <w:t>vt 0.996100 0.638128</w:t>
        <w:br/>
        <w:t>vt 0.994900 0.638128</w:t>
        <w:br/>
        <w:t>vt 0.994900 0.697028</w:t>
        <w:br/>
        <w:t>vt 0.996100 0.697028</w:t>
        <w:br/>
        <w:t>vt 0.994900 0.519628</w:t>
        <w:br/>
        <w:t>vt 0.996100 0.516128</w:t>
        <w:br/>
        <w:t>vt 0.978700 0.536528</w:t>
        <w:br/>
        <w:t>vt 0.979700 0.537428</w:t>
        <w:br/>
        <w:t>vt 0.994900 0.519628</w:t>
        <w:br/>
        <w:t>vt 0.996100 0.516128</w:t>
        <w:br/>
        <w:t>vt 0.964900 0.560028</w:t>
        <w:br/>
        <w:t>vt 0.963700 0.559228</w:t>
        <w:br/>
        <w:t>vt 0.951400 0.583428</w:t>
        <w:br/>
        <w:t>vt 0.950300 0.582728</w:t>
        <w:br/>
        <w:t>vt 0.936500 0.602728</w:t>
        <w:br/>
        <w:t>vt 0.937800 0.602828</w:t>
        <w:br/>
        <w:t>vt 0.944200 0.646628</w:t>
        <w:br/>
        <w:t>vt 0.942800 0.646828</w:t>
        <w:br/>
        <w:t>vt 0.951500 0.697828</w:t>
        <w:br/>
        <w:t>vt 0.950100 0.697928</w:t>
        <w:br/>
        <w:t>vt 0.955200 0.743828</w:t>
        <w:br/>
        <w:t>vt 0.953900 0.743928</w:t>
        <w:br/>
        <w:t>vt 0.956600 0.792144</w:t>
        <w:br/>
        <w:t>vt 0.955200 0.792215</w:t>
        <w:br/>
        <w:t>vt 0.956600 0.815018</w:t>
        <w:br/>
        <w:t>vt 0.955200 0.815018</w:t>
        <w:br/>
        <w:t>vt 0.956600 0.841740</w:t>
        <w:br/>
        <w:t>vt 0.955200 0.841740</w:t>
        <w:br/>
        <w:t>vt 0.956600 0.876193</w:t>
        <w:br/>
        <w:t>vt 0.955200 0.876193</w:t>
        <w:br/>
        <w:t>vt 0.956600 0.900243</w:t>
        <w:br/>
        <w:t>vt 0.955200 0.900243</w:t>
        <w:br/>
        <w:t>vt 0.956600 0.930029</w:t>
        <w:br/>
        <w:t>vt 0.955200 0.930100</w:t>
        <w:br/>
        <w:t>vt 0.956600 0.975100</w:t>
        <w:br/>
        <w:t>vt 0.955200 0.975200</w:t>
        <w:br/>
        <w:t>vt 0.956600 0.989600</w:t>
        <w:br/>
        <w:t>vt 0.955200 0.989600</w:t>
        <w:br/>
        <w:t>vt 0.994900 0.975100</w:t>
        <w:br/>
        <w:t>vt 0.994900 0.989600</w:t>
        <w:br/>
        <w:t>vt 0.996100 0.989600</w:t>
        <w:br/>
        <w:t>vt 0.996100 0.975100</w:t>
        <w:br/>
        <w:t>vt 0.994900 0.930029</w:t>
        <w:br/>
        <w:t>vt 0.996100 0.930029</w:t>
        <w:br/>
        <w:t>vt 0.994900 0.900243</w:t>
        <w:br/>
        <w:t>vt 0.996100 0.900243</w:t>
        <w:br/>
        <w:t>vt 0.994900 0.876193</w:t>
        <w:br/>
        <w:t>vt 0.996100 0.876193</w:t>
        <w:br/>
        <w:t>vt 0.996100 0.841740</w:t>
        <w:br/>
        <w:t>vt 0.994900 0.841740</w:t>
        <w:br/>
        <w:t>vt 0.996100 0.815018</w:t>
        <w:br/>
        <w:t>vt 0.994900 0.815018</w:t>
        <w:br/>
        <w:t>vt 0.996100 0.793783</w:t>
        <w:br/>
        <w:t>vt 0.994900 0.793783</w:t>
        <w:br/>
        <w:t>vt 0.996100 0.744228</w:t>
        <w:br/>
        <w:t>vt 0.994900 0.744228</w:t>
        <w:br/>
        <w:t>vt 0.888800 0.899300</w:t>
        <w:br/>
        <w:t>vt 0.904011 0.891023</w:t>
        <w:br/>
        <w:t>vt 0.889200 0.891200</w:t>
        <w:br/>
        <w:t>vt 0.894400 0.846800</w:t>
        <w:br/>
        <w:t>vt 0.891500 0.862000</w:t>
        <w:br/>
        <w:t>vt 0.903809 0.863000</w:t>
        <w:br/>
        <w:t>vt 0.889500 0.877200</w:t>
        <w:br/>
        <w:t>vt 0.903904 0.876227</w:t>
        <w:br/>
        <w:t>vt 0.886000 0.899600</w:t>
        <w:br/>
        <w:t>vt 0.886200 0.891400</w:t>
        <w:br/>
        <w:t>vt 0.886600 0.877200</w:t>
        <w:br/>
        <w:t>vt 0.884800 0.904100</w:t>
        <w:br/>
        <w:t>vt 0.887200 0.903700</w:t>
        <w:br/>
        <w:t>vt 0.882200 0.908400</w:t>
        <w:br/>
        <w:t>vt 0.880400 0.916200</w:t>
        <w:br/>
        <w:t>vt 0.882900 0.915800</w:t>
        <w:br/>
        <w:t>vt 0.884600 0.908100</w:t>
        <w:br/>
        <w:t>vt 0.881600 0.929400</w:t>
        <w:br/>
        <w:t>vt 0.885600 0.945100</w:t>
        <w:br/>
        <w:t>vt 0.887800 0.944900</w:t>
        <w:br/>
        <w:t>vt 0.884000 0.929200</w:t>
        <w:br/>
        <w:t>vt 0.884800 0.904100</w:t>
        <w:br/>
        <w:t>vt 0.887200 0.903700</w:t>
        <w:br/>
        <w:t>vt 0.892500 0.960300</w:t>
        <w:br/>
        <w:t>vt 0.890500 0.960500</w:t>
        <w:br/>
        <w:t>vt 0.900200 0.991000</w:t>
        <w:br/>
        <w:t>vt 0.902000 0.990600</w:t>
        <w:br/>
        <w:t>vt 0.900200 0.817400</w:t>
        <w:br/>
        <w:t>vt 0.892100 0.846600</w:t>
        <w:br/>
        <w:t>vt 0.888900 0.861800</w:t>
        <w:br/>
        <w:t>vt 0.759027 0.950261</w:t>
        <w:br/>
        <w:t>vt 0.770729 0.950020</w:t>
        <w:br/>
        <w:t>vt 0.769827 0.941861</w:t>
        <w:br/>
        <w:t>vt 0.757327 0.939061</w:t>
        <w:br/>
        <w:t>vt 0.750626 0.950369</w:t>
        <w:br/>
        <w:t>vt 0.744627 0.937561</w:t>
        <w:br/>
        <w:t>vt 0.734027 0.940861</w:t>
        <w:br/>
        <w:t>vt 0.743427 0.950461</w:t>
        <w:br/>
        <w:t>vt 0.729427 0.945161</w:t>
        <w:br/>
        <w:t>vt 0.728827 0.948961</w:t>
        <w:br/>
        <w:t>vt 0.731027 0.951061</w:t>
        <w:br/>
        <w:t>vt 0.736227 0.954361</w:t>
        <w:br/>
        <w:t>vt 0.743427 0.950461</w:t>
        <w:br/>
        <w:t>vt 0.747527 0.957561</w:t>
        <w:br/>
        <w:t>vt 0.750626 0.950369</w:t>
        <w:br/>
        <w:t>vt 0.759427 0.956161</w:t>
        <w:br/>
        <w:t>vt 0.759027 0.950261</w:t>
        <w:br/>
        <w:t>vt 0.770927 0.954261</w:t>
        <w:br/>
        <w:t>vt 0.770729 0.950020</w:t>
        <w:br/>
        <w:t>vt 0.728827 0.948961</w:t>
        <w:br/>
        <w:t>vt 0.897708 0.902538</w:t>
        <w:br/>
        <w:t>vt 0.897708 0.902538</w:t>
        <w:br/>
        <w:t>vt 0.895328 0.933776</w:t>
        <w:br/>
        <w:t>vt 0.897133 0.953900</w:t>
        <w:br/>
        <w:t>vt 0.892500 0.960300</w:t>
        <w:br/>
        <w:t>vt 0.902000 0.990600</w:t>
        <w:br/>
        <w:t>vt 0.792927 0.949561</w:t>
        <w:br/>
        <w:t>vt 0.792927 0.949561</w:t>
        <w:br/>
        <w:t>vt 0.904246 0.849203</w:t>
        <w:br/>
        <w:t>vt 0.892035 0.915480</w:t>
        <w:br/>
        <w:t>vt 0.892253 0.911009</w:t>
        <w:br/>
        <w:t>vt 0.902400 0.818300</w:t>
        <w:br/>
        <w:t>vt 0.673100 0.641300</w:t>
        <w:br/>
        <w:t>vt 0.674500 0.628700</w:t>
        <w:br/>
        <w:t>vt 0.664200 0.630100</w:t>
        <w:br/>
        <w:t>vt 0.664400 0.621600</w:t>
        <w:br/>
        <w:t>vt 0.677100 0.621300</w:t>
        <w:br/>
        <w:t>vt 0.650300 0.632800</w:t>
        <w:br/>
        <w:t>vt 0.650300 0.622800</w:t>
        <w:br/>
        <w:t>vt 0.649900 0.644900</w:t>
        <w:br/>
        <w:t>vt 0.635300 0.634000</w:t>
        <w:br/>
        <w:t>vt 0.638300 0.624000</w:t>
        <w:br/>
        <w:t>vt 0.635300 0.634000</w:t>
        <w:br/>
        <w:t>vt 0.604300 0.663000</w:t>
        <w:br/>
        <w:t>vt 0.624600 0.661600</w:t>
        <w:br/>
        <w:t>vt 0.624500 0.646600</w:t>
        <w:br/>
        <w:t>vt 0.600900 0.647600</w:t>
        <w:br/>
        <w:t>vt 0.619700 0.637000</w:t>
        <w:br/>
        <w:t>vt 0.621900 0.623800</w:t>
        <w:br/>
        <w:t>vt 0.604100 0.626700</w:t>
        <w:br/>
        <w:t>vt 0.601000 0.635700</w:t>
        <w:br/>
        <w:t>vt 0.649900 0.660100</w:t>
        <w:br/>
        <w:t>vt 0.674700 0.658100</w:t>
        <w:br/>
        <w:t>vt 0.680300 0.612100</w:t>
        <w:br/>
        <w:t>vt 0.655300 0.614400</w:t>
        <w:br/>
        <w:t>vt 0.638300 0.624000</w:t>
        <w:br/>
        <w:t>vt 0.650300 0.622800</w:t>
        <w:br/>
        <w:t>vt 0.631700 0.617200</w:t>
        <w:br/>
        <w:t>vt 0.606500 0.618300</w:t>
        <w:br/>
        <w:t>vt 0.683200 0.601300</w:t>
        <w:br/>
        <w:t>vt 0.656200 0.588400</w:t>
        <w:br/>
        <w:t>vt 0.657300 0.603300</w:t>
        <w:br/>
        <w:t>vt 0.684300 0.585800</w:t>
        <w:br/>
        <w:t>vt 0.645700 0.615200</w:t>
        <w:br/>
        <w:t>vt 0.632600 0.606200</w:t>
        <w:br/>
        <w:t>vt 0.632900 0.590400</w:t>
        <w:br/>
        <w:t>vt 0.644800 0.572900</w:t>
        <w:br/>
        <w:t>vt 0.609600 0.575700</w:t>
        <w:br/>
        <w:t>vt 0.607400 0.607000</w:t>
        <w:br/>
        <w:t>vt 0.642500 0.676200</w:t>
        <w:br/>
        <w:t>vt 0.610600 0.677500</w:t>
        <w:br/>
        <w:t>vt 0.626900 0.707100</w:t>
        <w:br/>
        <w:t>vt 0.652300 0.708400</w:t>
        <w:br/>
        <w:t>vt 0.619600 0.543900</w:t>
        <w:br/>
        <w:t>vt 0.645400 0.540300</w:t>
        <w:br/>
        <w:t>vt 0.677100 0.675100</w:t>
        <w:br/>
        <w:t>vt 0.682500 0.569600</w:t>
        <w:br/>
        <w:t>vt 0.607600 0.591700</w:t>
        <w:br/>
        <w:t>vt 0.678300 0.629000</w:t>
        <w:br/>
        <w:t>vt 0.677200 0.641000</w:t>
        <w:br/>
        <w:t>vt 0.680500 0.621100</w:t>
        <w:br/>
        <w:t>vt 0.677100 0.621300</w:t>
        <w:br/>
        <w:t>vt 0.597100 0.647800</w:t>
        <w:br/>
        <w:t>vt 0.600800 0.663500</w:t>
        <w:br/>
        <w:t>vt 0.600300 0.627100</w:t>
        <w:br/>
        <w:t>vt 0.597300 0.635900</w:t>
        <w:br/>
        <w:t>vt 0.678700 0.657800</w:t>
        <w:br/>
        <w:t>vt 0.683800 0.612200</w:t>
        <w:br/>
        <w:t>vt 0.680300 0.612100</w:t>
        <w:br/>
        <w:t>vt 0.602200 0.618100</w:t>
        <w:br/>
        <w:t>vt 0.604100 0.626700</w:t>
        <w:br/>
        <w:t>vt 0.686500 0.601100</w:t>
        <w:br/>
        <w:t>vt 0.683200 0.601300</w:t>
        <w:br/>
        <w:t>vt 0.687400 0.585300</w:t>
        <w:br/>
        <w:t>vt 0.684300 0.585800</w:t>
        <w:br/>
        <w:t>vt 0.603100 0.591100</w:t>
        <w:br/>
        <w:t>vt 0.605300 0.575300</w:t>
        <w:br/>
        <w:t>vt 0.602900 0.606400</w:t>
        <w:br/>
        <w:t>vt 0.685300 0.568700</w:t>
        <w:br/>
        <w:t>vt 0.673000 0.536500</w:t>
        <w:br/>
        <w:t>vt 0.670500 0.537300</w:t>
        <w:br/>
        <w:t>vt 0.682500 0.569600</w:t>
        <w:br/>
        <w:t>vt 0.615800 0.543700</w:t>
        <w:br/>
        <w:t>vt 0.619600 0.543900</w:t>
        <w:br/>
        <w:t>vt 0.607600 0.678800</w:t>
        <w:br/>
        <w:t>vt 0.680800 0.675100</w:t>
        <w:br/>
        <w:t>vt 0.562102 0.554896</w:t>
        <w:br/>
        <w:t>vt 0.586902 0.561096</w:t>
        <w:br/>
        <w:t>vt 0.581702 0.545296</w:t>
        <w:br/>
        <w:t>vt 0.596602 0.557696</w:t>
        <w:br/>
        <w:t>vt 0.590602 0.541396</w:t>
        <w:br/>
        <w:t>vt 0.603402 0.549796</w:t>
        <w:br/>
        <w:t>vt 0.604902 0.542896</w:t>
        <w:br/>
        <w:t>vt 0.603102 0.538296</w:t>
        <w:br/>
        <w:t>vt 0.590602 0.541396</w:t>
        <w:br/>
        <w:t>vt 0.603102 0.538296</w:t>
        <w:br/>
        <w:t>vt 0.599802 0.535796</w:t>
        <w:br/>
        <w:t>vt 0.594102 0.532696</w:t>
        <w:br/>
        <w:t>vt 0.584102 0.532196</w:t>
        <w:br/>
        <w:t>vt 0.581702 0.545296</w:t>
        <w:br/>
        <w:t>vt 0.574802 0.538096</w:t>
        <w:br/>
        <w:t>vt 0.381031 0.676629</w:t>
        <w:br/>
        <w:t>vt 0.389305 0.669758</w:t>
        <w:br/>
        <w:t>vt 0.384569 0.668777</w:t>
        <w:br/>
        <w:t>vt 0.381036 0.669382</w:t>
        <w:br/>
        <w:t>vt 0.379206 0.670957</w:t>
        <w:br/>
        <w:t>vt 0.381031 0.676629</w:t>
        <w:br/>
        <w:t>vt 0.379206 0.670957</w:t>
        <w:br/>
        <w:t>vt 0.376974 0.674560</w:t>
        <w:br/>
        <w:t>vt 0.376662 0.682083</w:t>
        <w:br/>
        <w:t>vt 0.384477 0.682412</w:t>
        <w:br/>
        <w:t>vt 0.381811 0.688625</w:t>
        <w:br/>
        <w:t>vt 0.661100 0.738700</w:t>
        <w:br/>
        <w:t>vt 0.673400 0.738700</w:t>
        <w:br/>
        <w:t>vt 0.676500 0.708700</w:t>
        <w:br/>
        <w:t>vt 0.398866 0.708865</w:t>
        <w:br/>
        <w:t>vt 0.398148 0.695490</w:t>
        <w:br/>
        <w:t>vt 0.396298 0.695695</w:t>
        <w:br/>
        <w:t>vt 0.662200 0.510200</w:t>
        <w:br/>
        <w:t>vt 0.659800 0.510200</w:t>
        <w:br/>
        <w:t>vt 0.647800 0.510200</w:t>
        <w:br/>
        <w:t>vt 0.670500 0.537300</w:t>
        <w:br/>
        <w:t>vt 0.659800 0.510200</w:t>
        <w:br/>
        <w:t>vt 0.630500 0.510200</w:t>
        <w:br/>
        <w:t>vt 0.630500 0.510200</w:t>
        <w:br/>
        <w:t>vt 0.562102 0.554896</w:t>
        <w:br/>
        <w:t>vt 0.542702 0.555796</w:t>
        <w:br/>
        <w:t>vt 0.546202 0.559096</w:t>
        <w:br/>
        <w:t>vt 0.566402 0.559996</w:t>
        <w:br/>
        <w:t>vt 0.640900 0.738700</w:t>
        <w:br/>
        <w:t>vt 0.643800 0.738700</w:t>
        <w:br/>
        <w:t>vt 0.623900 0.708100</w:t>
        <w:br/>
        <w:t>vt 0.676800 0.691900</w:t>
        <w:br/>
        <w:t>vt 0.676800 0.691900</w:t>
        <w:br/>
        <w:t>vt 0.680250 0.691950</w:t>
        <w:br/>
        <w:t>vt 0.387736 0.686800</w:t>
        <w:br/>
        <w:t>vt 0.562102 0.554896</w:t>
        <w:br/>
        <w:t>vt 0.396077 0.688671</w:t>
        <w:br/>
        <w:t>vt 0.396813 0.681193</w:t>
        <w:br/>
        <w:t>vt 0.395306 0.683578</w:t>
        <w:br/>
        <w:t>vt 0.390689 0.690776</w:t>
        <w:br/>
        <w:t>vt 0.388099 0.692190</w:t>
        <w:br/>
        <w:t>vt 0.678770 0.708771</w:t>
        <w:br/>
        <w:t>vt 0.679700 0.708800</w:t>
        <w:br/>
        <w:t>vt 0.680250 0.691950</w:t>
        <w:br/>
        <w:t>vt 0.394387 0.695755</w:t>
        <w:br/>
        <w:t>vt 0.393690 0.674632</w:t>
        <w:br/>
        <w:t>vt 0.391707 0.676306</w:t>
        <w:br/>
        <w:t>vt 0.388265 0.672482</w:t>
        <w:br/>
        <w:t>vt 0.673400 0.738700</w:t>
        <w:br/>
        <w:t>vt 0.676500 0.708700</w:t>
        <w:br/>
        <w:t>vt 0.678770 0.708771</w:t>
        <w:br/>
        <w:t>vt 0.673400 0.738700</w:t>
        <w:br/>
        <w:t>vt 0.900200 0.817400</w:t>
        <w:br/>
        <w:t>vt 0.896413 0.941799</w:t>
        <w:br/>
        <w:t>vt 0.302051 0.680666</w:t>
        <w:br/>
        <w:t>vt 0.276563 0.680666</w:t>
        <w:br/>
        <w:t>vt 0.275480 0.676479</w:t>
        <w:br/>
        <w:t>vt 0.301762 0.676334</w:t>
        <w:br/>
        <w:t>vt 0.276057 0.671930</w:t>
        <w:br/>
        <w:t>vt 0.300462 0.670774</w:t>
        <w:br/>
        <w:t>vt 0.298729 0.668103</w:t>
        <w:br/>
        <w:t>vt 0.277285 0.669691</w:t>
        <w:br/>
        <w:t>vt 0.279884 0.666370</w:t>
        <w:br/>
        <w:t>vt 0.282556 0.664276</w:t>
        <w:br/>
        <w:t>vt 0.286455 0.663482</w:t>
        <w:br/>
        <w:t>vt 0.293314 0.664781</w:t>
        <w:br/>
        <w:t>vt 0.275480 0.676479</w:t>
        <w:br/>
        <w:t>vt 0.301762 0.676334</w:t>
        <w:br/>
        <w:t>vt 0.276057 0.671930</w:t>
        <w:br/>
        <w:t>vt 0.300462 0.670774</w:t>
        <w:br/>
        <w:t>vt 0.298729 0.668103</w:t>
        <w:br/>
        <w:t>vt 0.277285 0.669691</w:t>
        <w:br/>
        <w:t>vt 0.279884 0.666370</w:t>
        <w:br/>
        <w:t>vt 0.282556 0.664276</w:t>
        <w:br/>
        <w:t>vt 0.293314 0.664781</w:t>
        <w:br/>
        <w:t>vt 0.286455 0.663482</w:t>
        <w:br/>
        <w:t>vt 0.122900 0.811200</w:t>
        <w:br/>
        <w:t>vt 0.122900 0.817700</w:t>
        <w:br/>
        <w:t>vt 0.125000 0.819500</w:t>
        <w:br/>
        <w:t>vt 0.125000 0.809400</w:t>
        <w:br/>
        <w:t>vt 0.120000 0.807300</w:t>
        <w:br/>
        <w:t>vt 0.125000 0.809400</w:t>
        <w:br/>
        <w:t>vt 0.126400 0.806200</w:t>
        <w:br/>
        <w:t>vt 0.122800 0.810500</w:t>
        <w:br/>
        <w:t>vt 0.120000 0.807300</w:t>
        <w:br/>
        <w:t>vt 0.120000 0.809900</w:t>
        <w:br/>
        <w:t>vt 0.120000 0.804600</w:t>
        <w:br/>
        <w:t>vt 0.122900 0.811200</w:t>
        <w:br/>
        <w:t>vt 0.125000 0.809400</w:t>
        <w:br/>
        <w:t>vt 0.125000 0.819500</w:t>
        <w:br/>
        <w:t>vt 0.122900 0.817700</w:t>
        <w:br/>
        <w:t>vt 0.126400 0.806200</w:t>
        <w:br/>
        <w:t>vt 0.128100 0.809600</w:t>
        <w:br/>
        <w:t>vt 0.125000 0.809400</w:t>
        <w:br/>
        <w:t>vt 0.120000 0.807300</w:t>
        <w:br/>
        <w:t>vt 0.122800 0.810500</w:t>
        <w:br/>
        <w:t>vt 0.120000 0.807300</w:t>
        <w:br/>
        <w:t>vt 0.120000 0.809900</w:t>
        <w:br/>
        <w:t>vt 0.120000 0.804600</w:t>
        <w:br/>
        <w:t>vt 0.323400 0.611300</w:t>
        <w:br/>
        <w:t>vt 0.323400 0.609900</w:t>
        <w:br/>
        <w:t>vt 0.309200 0.609900</w:t>
        <w:br/>
        <w:t>vt 0.307100 0.611300</w:t>
        <w:br/>
        <w:t>vt 0.323400 0.589400</w:t>
        <w:br/>
        <w:t>vt 0.309200 0.589400</w:t>
        <w:br/>
        <w:t>vt 0.338500 0.609900</w:t>
        <w:br/>
        <w:t>vt 0.338500 0.589400</w:t>
        <w:br/>
        <w:t>vt 0.340500 0.611300</w:t>
        <w:br/>
        <w:t>vt 0.340500 0.589400</w:t>
        <w:br/>
        <w:t>vt 0.338500 0.609900</w:t>
        <w:br/>
        <w:t>vt 0.340500 0.611300</w:t>
        <w:br/>
        <w:t>vt 0.323700 0.647900</w:t>
        <w:br/>
        <w:t>vt 0.323700 0.663400</w:t>
        <w:br/>
        <w:t>vt 0.334200 0.663400</w:t>
        <w:br/>
        <w:t>vt 0.334200 0.647900</w:t>
        <w:br/>
        <w:t>vt 0.313300 0.647900</w:t>
        <w:br/>
        <w:t>vt 0.313300 0.663400</w:t>
        <w:br/>
        <w:t>vt 0.323700 0.638600</w:t>
        <w:br/>
        <w:t>vt 0.313300 0.638600</w:t>
        <w:br/>
        <w:t>vt 0.338500 0.576600</w:t>
        <w:br/>
        <w:t>vt 0.340500 0.576600</w:t>
        <w:br/>
        <w:t>vt 0.340500 0.566500</w:t>
        <w:br/>
        <w:t>vt 0.338500 0.566500</w:t>
        <w:br/>
        <w:t>vt 0.323700 0.631500</w:t>
        <w:br/>
        <w:t>vt 0.313300 0.631500</w:t>
        <w:br/>
        <w:t>vt 0.334200 0.638600</w:t>
        <w:br/>
        <w:t>vt 0.309200 0.609900</w:t>
        <w:br/>
        <w:t>vt 0.309200 0.589400</w:t>
        <w:br/>
        <w:t>vt 0.307100 0.589400</w:t>
        <w:br/>
        <w:t>vt 0.307100 0.611300</w:t>
        <w:br/>
        <w:t>vt 0.323400 0.576600</w:t>
        <w:br/>
        <w:t>vt 0.323400 0.566500</w:t>
        <w:br/>
        <w:t>vt 0.338500 0.561600</w:t>
        <w:br/>
        <w:t>vt 0.323400 0.561600</w:t>
        <w:br/>
        <w:t>vt 0.338500 0.559000</w:t>
        <w:br/>
        <w:t>vt 0.338500 0.556300</w:t>
        <w:br/>
        <w:t>vt 0.323400 0.556300</w:t>
        <w:br/>
        <w:t>vt 0.323400 0.559000</w:t>
        <w:br/>
        <w:t>vt 0.338500 0.559000</w:t>
        <w:br/>
        <w:t>vt 0.323400 0.559000</w:t>
        <w:br/>
        <w:t>vt 0.338500 0.553400</w:t>
        <w:br/>
        <w:t>vt 0.340500 0.556300</w:t>
        <w:br/>
        <w:t>vt 0.340500 0.552000</w:t>
        <w:br/>
        <w:t>vt 0.323400 0.553400</w:t>
        <w:br/>
        <w:t>vt 0.323400 0.552000</w:t>
        <w:br/>
        <w:t>vt 0.340500 0.552000</w:t>
        <w:br/>
        <w:t>vt 0.340500 0.561600</w:t>
        <w:br/>
        <w:t>vt 0.340500 0.559000</w:t>
        <w:br/>
        <w:t>vt 0.323700 0.624100</w:t>
        <w:br/>
        <w:t>vt 0.313300 0.624100</w:t>
        <w:br/>
        <w:t>vt 0.313300 0.627000</w:t>
        <w:br/>
        <w:t>vt 0.323700 0.627000</w:t>
        <w:br/>
        <w:t>vt 0.323700 0.627000</w:t>
        <w:br/>
        <w:t>vt 0.313300 0.627000</w:t>
        <w:br/>
        <w:t>vt 0.313300 0.628600</w:t>
        <w:br/>
        <w:t>vt 0.323700 0.628600</w:t>
        <w:br/>
        <w:t>vt 0.323700 0.621800</w:t>
        <w:br/>
        <w:t>vt 0.313300 0.621800</w:t>
        <w:br/>
        <w:t>vt 0.309200 0.556300</w:t>
        <w:br/>
        <w:t>vt 0.309200 0.559000</w:t>
        <w:br/>
        <w:t>vt 0.309200 0.559000</w:t>
        <w:br/>
        <w:t>vt 0.309200 0.561600</w:t>
        <w:br/>
        <w:t>vt 0.309200 0.553400</w:t>
        <w:br/>
        <w:t>vt 0.307100 0.552000</w:t>
        <w:br/>
        <w:t>vt 0.307100 0.556300</w:t>
        <w:br/>
        <w:t>vt 0.309200 0.556300</w:t>
        <w:br/>
        <w:t>vt 0.307100 0.559000</w:t>
        <w:br/>
        <w:t>vt 0.307100 0.561600</w:t>
        <w:br/>
        <w:t>vt 0.334200 0.621800</w:t>
        <w:br/>
        <w:t>vt 0.334200 0.624100</w:t>
        <w:br/>
        <w:t>vt 0.334200 0.628600</w:t>
        <w:br/>
        <w:t>vt 0.334200 0.627000</w:t>
        <w:br/>
        <w:t>vt 0.334200 0.627000</w:t>
        <w:br/>
        <w:t>vt 0.309200 0.566500</w:t>
        <w:br/>
        <w:t>vt 0.307100 0.566500</w:t>
        <w:br/>
        <w:t>vt 0.334200 0.631500</w:t>
        <w:br/>
        <w:t>vt 0.309200 0.576600</w:t>
        <w:br/>
        <w:t>vt 0.307100 0.576600</w:t>
        <w:br/>
        <w:t>vt 0.309200 0.576600</w:t>
        <w:br/>
        <w:t>vt 0.339800 0.501100</w:t>
        <w:br/>
        <w:t>vt 0.327300 0.501100</w:t>
        <w:br/>
        <w:t>vt 0.327300 0.499500</w:t>
        <w:br/>
        <w:t>vt 0.339800 0.499500</w:t>
        <w:br/>
        <w:t>vt 0.339800 0.513600</w:t>
        <w:br/>
        <w:t>vt 0.327300 0.513600</w:t>
        <w:br/>
        <w:t>vt 0.435400 0.522800</w:t>
        <w:br/>
        <w:t>vt 0.435400 0.513600</w:t>
        <w:br/>
        <w:t>vt 0.448900 0.513600</w:t>
        <w:br/>
        <w:t>vt 0.448900 0.522800</w:t>
        <w:br/>
        <w:t>vt 0.339800 0.522800</w:t>
        <w:br/>
        <w:t>vt 0.327300 0.522800</w:t>
        <w:br/>
        <w:t>vt 0.372900 0.522800</w:t>
        <w:br/>
        <w:t>vt 0.358100 0.522800</w:t>
        <w:br/>
        <w:t>vt 0.358100 0.513600</w:t>
        <w:br/>
        <w:t>vt 0.372900 0.513600</w:t>
        <w:br/>
        <w:t>vt 0.372900 0.499500</w:t>
        <w:br/>
        <w:t>vt 0.358100 0.499500</w:t>
        <w:br/>
        <w:t>vt 0.358100 0.497200</w:t>
        <w:br/>
        <w:t>vt 0.372900 0.497200</w:t>
        <w:br/>
        <w:t>vt 0.327300 0.497200</w:t>
        <w:br/>
        <w:t>vt 0.327300 0.477200</w:t>
        <w:br/>
        <w:t>vt 0.339800 0.477200</w:t>
        <w:br/>
        <w:t>vt 0.339800 0.497200</w:t>
        <w:br/>
        <w:t>vt 0.339800 0.499500</w:t>
        <w:br/>
        <w:t>vt 0.327300 0.499500</w:t>
        <w:br/>
        <w:t>vt 0.339800 0.461400</w:t>
        <w:br/>
        <w:t>vt 0.327300 0.461400</w:t>
        <w:br/>
        <w:t>vt 0.419600 0.522800</w:t>
        <w:br/>
        <w:t>vt 0.419600 0.513600</w:t>
        <w:br/>
        <w:t>vt 0.403200 0.522800</w:t>
        <w:br/>
        <w:t>vt 0.403200 0.513600</w:t>
        <w:br/>
        <w:t>vt 0.403200 0.501100</w:t>
        <w:br/>
        <w:t>vt 0.419600 0.501100</w:t>
        <w:br/>
        <w:t>vt 0.435400 0.501100</w:t>
        <w:br/>
        <w:t>vt 0.448900 0.501100</w:t>
        <w:br/>
        <w:t>vt 0.435400 0.501100</w:t>
        <w:br/>
        <w:t>vt 0.435400 0.499500</w:t>
        <w:br/>
        <w:t>vt 0.448900 0.499500</w:t>
        <w:br/>
        <w:t>vt 0.448900 0.501100</w:t>
        <w:br/>
        <w:t>vt 0.435400 0.499500</w:t>
        <w:br/>
        <w:t>vt 0.435400 0.497200</w:t>
        <w:br/>
        <w:t>vt 0.448900 0.497200</w:t>
        <w:br/>
        <w:t>vt 0.448900 0.499500</w:t>
        <w:br/>
        <w:t>vt 0.435400 0.477200</w:t>
        <w:br/>
        <w:t>vt 0.448900 0.477200</w:t>
        <w:br/>
        <w:t>vt 0.358100 0.497200</w:t>
        <w:br/>
        <w:t>vt 0.358100 0.477200</w:t>
        <w:br/>
        <w:t>vt 0.372900 0.477200</w:t>
        <w:br/>
        <w:t>vt 0.372900 0.497200</w:t>
        <w:br/>
        <w:t>vt 0.388900 0.497200</w:t>
        <w:br/>
        <w:t>vt 0.388900 0.477200</w:t>
        <w:br/>
        <w:t>vt 0.403200 0.461400</w:t>
        <w:br/>
        <w:t>vt 0.403200 0.477200</w:t>
        <w:br/>
        <w:t>vt 0.388900 0.461400</w:t>
        <w:br/>
        <w:t>vt 0.372900 0.461400</w:t>
        <w:br/>
        <w:t>vt 0.403200 0.497200</w:t>
        <w:br/>
        <w:t>vt 0.403200 0.499500</w:t>
        <w:br/>
        <w:t>vt 0.388900 0.499500</w:t>
        <w:br/>
        <w:t>vt 0.388900 0.497200</w:t>
        <w:br/>
        <w:t>vt 0.403200 0.497200</w:t>
        <w:br/>
        <w:t>vt 0.403200 0.499500</w:t>
        <w:br/>
        <w:t>vt 0.388900 0.501100</w:t>
        <w:br/>
        <w:t>vt 0.388900 0.499500</w:t>
        <w:br/>
        <w:t>vt 0.372900 0.499500</w:t>
        <w:br/>
        <w:t>vt 0.388900 0.499500</w:t>
        <w:br/>
        <w:t>vt 0.388900 0.501100</w:t>
        <w:br/>
        <w:t>vt 0.372900 0.501100</w:t>
        <w:br/>
        <w:t>vt 0.388900 0.513600</w:t>
        <w:br/>
        <w:t>vt 0.419600 0.477200</w:t>
        <w:br/>
        <w:t>vt 0.435400 0.461400</w:t>
        <w:br/>
        <w:t>vt 0.419600 0.461400</w:t>
        <w:br/>
        <w:t>vt 0.419600 0.497200</w:t>
        <w:br/>
        <w:t>vt 0.419600 0.497200</w:t>
        <w:br/>
        <w:t>vt 0.419600 0.499500</w:t>
        <w:br/>
        <w:t>vt 0.419600 0.499500</w:t>
        <w:br/>
        <w:t>vt 0.388900 0.522800</w:t>
        <w:br/>
        <w:t>vt 0.358100 0.501100</w:t>
        <w:br/>
        <w:t>vt 0.448900 0.461400</w:t>
        <w:br/>
        <w:t>vt 0.358100 0.461400</w:t>
        <w:br/>
        <w:t>vt 0.358100 0.499500</w:t>
        <w:br/>
        <w:t>vt 0.327300 0.499500</w:t>
        <w:br/>
        <w:t>vt 0.327300 0.501100</w:t>
        <w:br/>
        <w:t>vt 0.339800 0.501100</w:t>
        <w:br/>
        <w:t>vt 0.339800 0.499500</w:t>
        <w:br/>
        <w:t>vt 0.339800 0.513600</w:t>
        <w:br/>
        <w:t>vt 0.327300 0.513600</w:t>
        <w:br/>
        <w:t>vt 0.435400 0.522800</w:t>
        <w:br/>
        <w:t>vt 0.448900 0.522800</w:t>
        <w:br/>
        <w:t>vt 0.448900 0.513600</w:t>
        <w:br/>
        <w:t>vt 0.435400 0.513600</w:t>
        <w:br/>
        <w:t>vt 0.339800 0.522800</w:t>
        <w:br/>
        <w:t>vt 0.327300 0.522800</w:t>
        <w:br/>
        <w:t>vt 0.372900 0.522800</w:t>
        <w:br/>
        <w:t>vt 0.372900 0.513600</w:t>
        <w:br/>
        <w:t>vt 0.358100 0.513600</w:t>
        <w:br/>
        <w:t>vt 0.358100 0.522800</w:t>
        <w:br/>
        <w:t>vt 0.358100 0.497200</w:t>
        <w:br/>
        <w:t>vt 0.358100 0.499500</w:t>
        <w:br/>
        <w:t>vt 0.372900 0.499500</w:t>
        <w:br/>
        <w:t>vt 0.372900 0.497200</w:t>
        <w:br/>
        <w:t>vt 0.327300 0.497200</w:t>
        <w:br/>
        <w:t>vt 0.339800 0.497200</w:t>
        <w:br/>
        <w:t>vt 0.339800 0.477200</w:t>
        <w:br/>
        <w:t>vt 0.327300 0.477200</w:t>
        <w:br/>
        <w:t>vt 0.327300 0.499500</w:t>
        <w:br/>
        <w:t>vt 0.339800 0.499500</w:t>
        <w:br/>
        <w:t>vt 0.339800 0.461400</w:t>
        <w:br/>
        <w:t>vt 0.327300 0.461400</w:t>
        <w:br/>
        <w:t>vt 0.419600 0.522800</w:t>
        <w:br/>
        <w:t>vt 0.419600 0.513600</w:t>
        <w:br/>
        <w:t>vt 0.403200 0.522800</w:t>
        <w:br/>
        <w:t>vt 0.403200 0.513600</w:t>
        <w:br/>
        <w:t>vt 0.419600 0.501100</w:t>
        <w:br/>
        <w:t>vt 0.403200 0.501100</w:t>
        <w:br/>
        <w:t>vt 0.448900 0.501100</w:t>
        <w:br/>
        <w:t>vt 0.435400 0.501100</w:t>
        <w:br/>
        <w:t>vt 0.435400 0.501100</w:t>
        <w:br/>
        <w:t>vt 0.448900 0.501100</w:t>
        <w:br/>
        <w:t>vt 0.448900 0.499500</w:t>
        <w:br/>
        <w:t>vt 0.435400 0.499500</w:t>
        <w:br/>
        <w:t>vt 0.435400 0.499500</w:t>
        <w:br/>
        <w:t>vt 0.448900 0.499500</w:t>
        <w:br/>
        <w:t>vt 0.448900 0.497200</w:t>
        <w:br/>
        <w:t>vt 0.435400 0.497200</w:t>
        <w:br/>
        <w:t>vt 0.435400 0.477200</w:t>
        <w:br/>
        <w:t>vt 0.448900 0.477200</w:t>
        <w:br/>
        <w:t>vt 0.372900 0.497200</w:t>
        <w:br/>
        <w:t>vt 0.372900 0.477200</w:t>
        <w:br/>
        <w:t>vt 0.358100 0.477200</w:t>
        <w:br/>
        <w:t>vt 0.358100 0.497200</w:t>
        <w:br/>
        <w:t>vt 0.388900 0.497200</w:t>
        <w:br/>
        <w:t>vt 0.388900 0.477200</w:t>
        <w:br/>
        <w:t>vt 0.403200 0.461400</w:t>
        <w:br/>
        <w:t>vt 0.388900 0.461400</w:t>
        <w:br/>
        <w:t>vt 0.403200 0.477200</w:t>
        <w:br/>
        <w:t>vt 0.372900 0.461400</w:t>
        <w:br/>
        <w:t>vt 0.403200 0.497200</w:t>
        <w:br/>
        <w:t>vt 0.388900 0.497200</w:t>
        <w:br/>
        <w:t>vt 0.388900 0.499500</w:t>
        <w:br/>
        <w:t>vt 0.403200 0.499500</w:t>
        <w:br/>
        <w:t>vt 0.403200 0.499500</w:t>
        <w:br/>
        <w:t>vt 0.388900 0.499500</w:t>
        <w:br/>
        <w:t>vt 0.388900 0.501100</w:t>
        <w:br/>
        <w:t>vt 0.403200 0.501100</w:t>
        <w:br/>
        <w:t>vt 0.372900 0.499500</w:t>
        <w:br/>
        <w:t>vt 0.372900 0.501100</w:t>
        <w:br/>
        <w:t>vt 0.388900 0.513600</w:t>
        <w:br/>
        <w:t>vt 0.419600 0.477200</w:t>
        <w:br/>
        <w:t>vt 0.435400 0.461400</w:t>
        <w:br/>
        <w:t>vt 0.419600 0.461400</w:t>
        <w:br/>
        <w:t>vt 0.419600 0.497200</w:t>
        <w:br/>
        <w:t>vt 0.419600 0.499500</w:t>
        <w:br/>
        <w:t>vt 0.419600 0.499500</w:t>
        <w:br/>
        <w:t>vt 0.388900 0.522800</w:t>
        <w:br/>
        <w:t>vt 0.358100 0.501100</w:t>
        <w:br/>
        <w:t>vt 0.448900 0.461400</w:t>
        <w:br/>
        <w:t>vt 0.358100 0.461400</w:t>
        <w:br/>
        <w:t>vt 0.358100 0.499500</w:t>
        <w:br/>
        <w:t>vt 0.435400 0.523900</w:t>
        <w:br/>
        <w:t>vt 0.448900 0.523900</w:t>
        <w:br/>
        <w:t>vt 0.448900 0.522800</w:t>
        <w:br/>
        <w:t>vt 0.435400 0.522800</w:t>
        <w:br/>
        <w:t>vt 0.339800 0.523900</w:t>
        <w:br/>
        <w:t>vt 0.339800 0.522800</w:t>
        <w:br/>
        <w:t>vt 0.327300 0.522800</w:t>
        <w:br/>
        <w:t>vt 0.327300 0.523900</w:t>
        <w:br/>
        <w:t>vt 0.358100 0.523900</w:t>
        <w:br/>
        <w:t>vt 0.372900 0.523900</w:t>
        <w:br/>
        <w:t>vt 0.372900 0.522800</w:t>
        <w:br/>
        <w:t>vt 0.358100 0.522800</w:t>
        <w:br/>
        <w:t>vt 0.419600 0.523900</w:t>
        <w:br/>
        <w:t>vt 0.419600 0.522800</w:t>
        <w:br/>
        <w:t>vt 0.403200 0.522800</w:t>
        <w:br/>
        <w:t>vt 0.403200 0.523900</w:t>
        <w:br/>
        <w:t>vt 0.388900 0.523900</w:t>
        <w:br/>
        <w:t>vt 0.388900 0.522800</w:t>
        <w:br/>
        <w:t>vt 0.327300 0.513600</w:t>
        <w:br/>
        <w:t>vt 0.327300 0.501100</w:t>
        <w:br/>
        <w:t>vt 0.325900 0.501100</w:t>
        <w:br/>
        <w:t>vt 0.325900 0.513600</w:t>
        <w:br/>
        <w:t>vt 0.450200 0.501100</w:t>
        <w:br/>
        <w:t>vt 0.448900 0.501100</w:t>
        <w:br/>
        <w:t>vt 0.448900 0.513600</w:t>
        <w:br/>
        <w:t>vt 0.450200 0.513600</w:t>
        <w:br/>
        <w:t>vt 0.448900 0.499500</w:t>
        <w:br/>
        <w:t>vt 0.450200 0.499500</w:t>
        <w:br/>
        <w:t>vt 0.448900 0.497200</w:t>
        <w:br/>
        <w:t>vt 0.450200 0.497200</w:t>
        <w:br/>
        <w:t>vt 0.448900 0.477200</w:t>
        <w:br/>
        <w:t>vt 0.450200 0.477200</w:t>
        <w:br/>
        <w:t>vt 0.450200 0.460200</w:t>
        <w:br/>
        <w:t>vt 0.448900 0.461400</w:t>
        <w:br/>
        <w:t>vt 0.435400 0.460200</w:t>
        <w:br/>
        <w:t>vt 0.435400 0.461400</w:t>
        <w:br/>
        <w:t>vt 0.448900 0.461400</w:t>
        <w:br/>
        <w:t>vt 0.450200 0.460200</w:t>
        <w:br/>
        <w:t>vt 0.419600 0.460200</w:t>
        <w:br/>
        <w:t>vt 0.419600 0.461400</w:t>
        <w:br/>
        <w:t>vt 0.403200 0.461400</w:t>
        <w:br/>
        <w:t>vt 0.403200 0.460200</w:t>
        <w:br/>
        <w:t>vt 0.388900 0.461400</w:t>
        <w:br/>
        <w:t>vt 0.388900 0.460200</w:t>
        <w:br/>
        <w:t>vt 0.372900 0.460200</w:t>
        <w:br/>
        <w:t>vt 0.372900 0.461400</w:t>
        <w:br/>
        <w:t>vt 0.358100 0.461400</w:t>
        <w:br/>
        <w:t>vt 0.358100 0.460200</w:t>
        <w:br/>
        <w:t>vt 0.339800 0.460200</w:t>
        <w:br/>
        <w:t>vt 0.339800 0.461400</w:t>
        <w:br/>
        <w:t>vt 0.327300 0.461400</w:t>
        <w:br/>
        <w:t>vt 0.325900 0.460200</w:t>
        <w:br/>
        <w:t>vt 0.327300 0.477200</w:t>
        <w:br/>
        <w:t>vt 0.327300 0.461400</w:t>
        <w:br/>
        <w:t>vt 0.325900 0.460200</w:t>
        <w:br/>
        <w:t>vt 0.325900 0.477200</w:t>
        <w:br/>
        <w:t>vt 0.325900 0.497200</w:t>
        <w:br/>
        <w:t>vt 0.327300 0.497200</w:t>
        <w:br/>
        <w:t>vt 0.325900 0.499500</w:t>
        <w:br/>
        <w:t>vt 0.327300 0.499500</w:t>
        <w:br/>
        <w:t>vt 0.014027 0.925231</w:t>
        <w:br/>
        <w:t>vt 0.010227 0.925231</w:t>
        <w:br/>
        <w:t>vt 0.009127 0.931431</w:t>
        <w:br/>
        <w:t>vt 0.016827 0.930731</w:t>
        <w:br/>
        <w:t>vt 0.011127 0.921531</w:t>
        <w:br/>
        <w:t>vt 0.013527 0.921531</w:t>
        <w:br/>
        <w:t>vt 0.017627 0.935231</w:t>
        <w:br/>
        <w:t>vt 0.008727 0.936031</w:t>
        <w:br/>
        <w:t>vt 0.008727 0.936031</w:t>
        <w:br/>
        <w:t>vt 0.008227 0.936731</w:t>
        <w:br/>
        <w:t>vt 0.017427 0.936231</w:t>
        <w:br/>
        <w:t>vt 0.017627 0.935231</w:t>
        <w:br/>
        <w:t>vt 0.007827 0.937731</w:t>
        <w:br/>
        <w:t>vt 0.007727 0.940431</w:t>
        <w:br/>
        <w:t>vt 0.016927 0.940031</w:t>
        <w:br/>
        <w:t>vt 0.017027 0.937331</w:t>
        <w:br/>
        <w:t>vt 0.016327 0.943831</w:t>
        <w:br/>
        <w:t>vt 0.008827 0.944331</w:t>
        <w:br/>
        <w:t>vt 0.010827 0.948131</w:t>
        <w:br/>
        <w:t>vt 0.015327 0.947531</w:t>
        <w:br/>
        <w:t>vt 0.012727 0.951431</w:t>
        <w:br/>
        <w:t>vt 0.015127 0.951431</w:t>
        <w:br/>
        <w:t>vt 0.005379 0.925274</w:t>
        <w:br/>
        <w:t>vt 0.005829 0.925274</w:t>
        <w:br/>
        <w:t>vt 0.005779 0.921524</w:t>
        <w:br/>
        <w:t>vt 0.005779 0.917074</w:t>
        <w:br/>
        <w:t>vt 0.003779 0.915224</w:t>
        <w:br/>
        <w:t>vt 0.004729 0.921524</w:t>
        <w:br/>
        <w:t>vt 0.004229 0.910474</w:t>
        <w:br/>
        <w:t>vt 0.005779 0.917074</w:t>
        <w:br/>
        <w:t>vt 0.007229 0.912924</w:t>
        <w:br/>
        <w:t>vt 0.006029 0.910374</w:t>
        <w:br/>
        <w:t>vt 0.007629 0.917074</w:t>
        <w:br/>
        <w:t>vt 0.006829 0.921524</w:t>
        <w:br/>
        <w:t>vt 0.019425 0.924168</w:t>
        <w:br/>
        <w:t>vt 0.020525 0.920568</w:t>
        <w:br/>
        <w:t>vt 0.019125 0.920468</w:t>
        <w:br/>
        <w:t>vt 0.020125 0.910168</w:t>
        <w:br/>
        <w:t>vt 0.019025 0.909868</w:t>
        <w:br/>
        <w:t>vt 0.019325 0.916668</w:t>
        <w:br/>
        <w:t>vt 0.021325 0.914468</w:t>
        <w:br/>
        <w:t>vt 0.018525 0.924168</w:t>
        <w:br/>
        <w:t>vt 0.017725 0.920568</w:t>
        <w:br/>
        <w:t>vt 0.019125 0.920468</w:t>
        <w:br/>
        <w:t>vt 0.019325 0.916668</w:t>
        <w:br/>
        <w:t>vt 0.017325 0.916768</w:t>
        <w:br/>
        <w:t>vt 0.017325 0.912868</w:t>
        <w:br/>
        <w:t>vt 0.018025 0.910368</w:t>
        <w:br/>
        <w:t>vt 0.005379 0.925274</w:t>
        <w:br/>
        <w:t>vt 0.005079 0.910024</w:t>
        <w:br/>
        <w:t>vt 0.004229 0.910474</w:t>
        <w:br/>
        <w:t>vt 0.302043 0.898953</w:t>
        <w:br/>
        <w:t>vt 0.295532 0.898953</w:t>
        <w:br/>
        <w:t>vt 0.298686 0.902915</w:t>
        <w:br/>
        <w:t>vt 0.298433 0.888263</w:t>
        <w:br/>
        <w:t>vt 0.541935 0.856104</w:t>
        <w:br/>
        <w:t>vt 0.543585 0.854676</w:t>
        <w:br/>
        <w:t>vt 0.543585 0.857876</w:t>
        <w:br/>
        <w:t>vt 0.498400 0.840900</w:t>
        <w:br/>
        <w:t>vt 0.498400 0.836800</w:t>
        <w:br/>
        <w:t>vt 0.501300 0.836800</w:t>
        <w:br/>
        <w:t>vt 0.501300 0.840900</w:t>
        <w:br/>
        <w:t>vt 0.511000 0.840900</w:t>
        <w:br/>
        <w:t>vt 0.511000 0.836800</w:t>
        <w:br/>
        <w:t>vt 0.512500 0.836800</w:t>
        <w:br/>
        <w:t>vt 0.512500 0.840900</w:t>
        <w:br/>
        <w:t>vt 0.540369 0.854676</w:t>
        <w:br/>
        <w:t>vt 0.540369 0.857876</w:t>
        <w:br/>
        <w:t>vt 0.541935 0.856104</w:t>
        <w:br/>
        <w:t>vt 0.541935 0.853476</w:t>
        <w:br/>
        <w:t>vt 0.541935 0.859176</w:t>
        <w:br/>
        <w:t>vt 0.543585 0.857876</w:t>
        <w:br/>
        <w:t>vt 0.543585 0.854676</w:t>
        <w:br/>
        <w:t>vt 0.508400 0.840900</w:t>
        <w:br/>
        <w:t>vt 0.508400 0.836800</w:t>
        <w:br/>
        <w:t>vt 0.511000 0.836800</w:t>
        <w:br/>
        <w:t>vt 0.511000 0.840900</w:t>
        <w:br/>
        <w:t>vt 0.541935 0.859131</w:t>
        <w:br/>
        <w:t>vt 0.540369 0.857876</w:t>
        <w:br/>
        <w:t>vt 0.503600 0.836800</w:t>
        <w:br/>
        <w:t>vt 0.503600 0.840900</w:t>
        <w:br/>
        <w:t>vt 0.505300 0.836800</w:t>
        <w:br/>
        <w:t>vt 0.505300 0.840900</w:t>
        <w:br/>
        <w:t>vt 0.503600 0.840900</w:t>
        <w:br/>
        <w:t>vt 0.503600 0.836800</w:t>
        <w:br/>
        <w:t>vt 0.540369 0.854676</w:t>
        <w:br/>
        <w:t>vt 0.541935 0.853431</w:t>
        <w:br/>
        <w:t>vt 0.541935 0.856104</w:t>
        <w:br/>
        <w:t>vt 0.543585 0.857876</w:t>
        <w:br/>
        <w:t>vt 0.543585 0.854676</w:t>
        <w:br/>
        <w:t>vt 0.501300 0.836800</w:t>
        <w:br/>
        <w:t>vt 0.498400 0.836800</w:t>
        <w:br/>
        <w:t>vt 0.498400 0.840900</w:t>
        <w:br/>
        <w:t>vt 0.501300 0.840900</w:t>
        <w:br/>
        <w:t>vt 0.512500 0.836800</w:t>
        <w:br/>
        <w:t>vt 0.511000 0.836800</w:t>
        <w:br/>
        <w:t>vt 0.511000 0.840900</w:t>
        <w:br/>
        <w:t>vt 0.512500 0.840900</w:t>
        <w:br/>
        <w:t>vt 0.540369 0.854676</w:t>
        <w:br/>
        <w:t>vt 0.541935 0.856104</w:t>
        <w:br/>
        <w:t>vt 0.540369 0.857876</w:t>
        <w:br/>
        <w:t>vt 0.541935 0.853476</w:t>
        <w:br/>
        <w:t>vt 0.543585 0.857876</w:t>
        <w:br/>
        <w:t>vt 0.541935 0.859176</w:t>
        <w:br/>
        <w:t>vt 0.543585 0.854676</w:t>
        <w:br/>
        <w:t>vt 0.508400 0.840900</w:t>
        <w:br/>
        <w:t>vt 0.511000 0.840900</w:t>
        <w:br/>
        <w:t>vt 0.511000 0.836800</w:t>
        <w:br/>
        <w:t>vt 0.508400 0.836800</w:t>
        <w:br/>
        <w:t>vt 0.541935 0.859131</w:t>
        <w:br/>
        <w:t>vt 0.540369 0.857876</w:t>
        <w:br/>
        <w:t>vt 0.503600 0.840900</w:t>
        <w:br/>
        <w:t>vt 0.503600 0.836800</w:t>
        <w:br/>
        <w:t>vt 0.503600 0.840900</w:t>
        <w:br/>
        <w:t>vt 0.505300 0.840900</w:t>
        <w:br/>
        <w:t>vt 0.505300 0.836800</w:t>
        <w:br/>
        <w:t>vt 0.503600 0.836800</w:t>
        <w:br/>
        <w:t>vt 0.540369 0.854676</w:t>
        <w:br/>
        <w:t>vt 0.541935 0.853431</w:t>
        <w:br/>
        <w:t>vt 0.267616 0.711542</w:t>
        <w:br/>
        <w:t>vt 0.266156 0.706589</w:t>
        <w:br/>
        <w:t>vt 0.266052 0.711281</w:t>
        <w:br/>
        <w:t>vt 0.261568 0.704816</w:t>
        <w:br/>
        <w:t>vt 0.258388 0.707215</w:t>
        <w:br/>
        <w:t>vt 0.259170 0.707580</w:t>
        <w:br/>
        <w:t>vt 0.255051 0.703252</w:t>
        <w:br/>
        <w:t>vt 0.258857 0.700697</w:t>
        <w:br/>
        <w:t>vt 0.254947 0.701532</w:t>
        <w:br/>
        <w:t>vt 0.255677 0.695275</w:t>
        <w:br/>
        <w:t>vt 0.259066 0.696318</w:t>
        <w:br/>
        <w:t>vt 0.254999 0.694284</w:t>
        <w:br/>
        <w:t>vt 0.258596 0.687715</w:t>
        <w:br/>
        <w:t>vt 0.262142 0.690426</w:t>
        <w:br/>
        <w:t>vt 0.260525 0.686881</w:t>
        <w:br/>
        <w:t>vt 0.256615 0.699655</w:t>
        <w:br/>
        <w:t>vt 0.256094 0.700385</w:t>
        <w:br/>
        <w:t>vt 0.266052 0.711281</w:t>
        <w:br/>
        <w:t>vt 0.266156 0.706589</w:t>
        <w:br/>
        <w:t>vt 0.265166 0.710343</w:t>
        <w:br/>
        <w:t>vt 0.276063 0.706745</w:t>
        <w:br/>
        <w:t>vt 0.277105 0.706850</w:t>
        <w:br/>
        <w:t>vt 0.275489 0.704973</w:t>
        <w:br/>
        <w:t>vt 0.271735 0.706068</w:t>
        <w:br/>
        <w:t>vt 0.273716 0.707788</w:t>
        <w:br/>
        <w:t>vt 0.282371 0.698247</w:t>
        <w:br/>
        <w:t>vt 0.281589 0.695796</w:t>
        <w:br/>
        <w:t>vt 0.279608 0.695483</w:t>
        <w:br/>
        <w:t>vt 0.256198 0.704921</w:t>
        <w:br/>
        <w:t>vt 0.257293 0.706276</w:t>
        <w:br/>
        <w:t>vt 0.261568 0.704816</w:t>
        <w:br/>
        <w:t>vt 0.281276 0.702209</w:t>
        <w:br/>
        <w:t>vt 0.279243 0.698455</w:t>
        <w:br/>
        <w:t>vt 0.279921 0.704921</w:t>
        <w:br/>
        <w:t>vt 0.262507 0.707840</w:t>
        <w:br/>
        <w:t>vt 0.264384 0.709248</w:t>
        <w:br/>
        <w:t>vt 0.263810 0.705546</w:t>
        <w:br/>
        <w:t>vt 0.272256 0.709561</w:t>
        <w:br/>
        <w:t>vt 0.270536 0.709926</w:t>
        <w:br/>
        <w:t>vt 0.261047 0.707423</w:t>
        <w:br/>
        <w:t>vt 0.256667 0.697256</w:t>
        <w:br/>
        <w:t>vt 0.256772 0.698508</w:t>
        <w:br/>
        <w:t>vt 0.259014 0.698403</w:t>
        <w:br/>
        <w:t>vt 0.259066 0.696318</w:t>
        <w:br/>
        <w:t>vt 0.256719 0.690009</w:t>
        <w:br/>
        <w:t>vt 0.255364 0.692355</w:t>
        <w:br/>
        <w:t>vt 0.282006 0.693450</w:t>
        <w:br/>
        <w:t>vt 0.278513 0.692095</w:t>
        <w:br/>
        <w:t>vt 0.277470 0.695379</w:t>
        <w:br/>
        <w:t>vt 0.276636 0.697778</w:t>
        <w:br/>
        <w:t>vt 0.272726 0.703304</w:t>
        <w:br/>
        <w:t>vt 0.266000 0.704347</w:t>
        <w:br/>
        <w:t>vt 0.261725 0.694910</w:t>
        <w:br/>
        <w:t>vt 0.261620 0.700385</w:t>
        <w:br/>
        <w:t>vt 0.263706 0.691521</w:t>
        <w:br/>
        <w:t>vt 0.256146 0.696057</w:t>
        <w:br/>
        <w:t>vt 0.262142 0.690426</w:t>
        <w:br/>
        <w:t>vt 0.262142 0.687976</w:t>
        <w:br/>
        <w:t>vt 0.260525 0.686881</w:t>
        <w:br/>
        <w:t>vt 0.259639 0.707840</w:t>
        <w:br/>
        <w:t>vt 0.272256 0.709561</w:t>
        <w:br/>
        <w:t>vt 0.273195 0.708518</w:t>
        <w:br/>
        <w:t>vt 0.271735 0.706068</w:t>
        <w:br/>
        <w:t>vt 0.278409 0.706433</w:t>
        <w:br/>
        <w:t>vt 0.275489 0.704973</w:t>
        <w:br/>
        <w:t>vt 0.277105 0.706850</w:t>
        <w:br/>
        <w:t>vt 0.255468 0.701062</w:t>
        <w:br/>
        <w:t>vt 0.258857 0.700697</w:t>
        <w:br/>
        <w:t>vt 0.256094 0.700385</w:t>
        <w:br/>
        <w:t>vt 0.256146 0.696057</w:t>
        <w:br/>
        <w:t>vt 0.278409 0.706433</w:t>
        <w:br/>
        <w:t>vt 0.282215 0.700541</w:t>
        <w:br/>
        <w:t>vt 0.254999 0.694284</w:t>
        <w:br/>
        <w:t>vt 0.259639 0.707840</w:t>
        <w:br/>
        <w:t>vt 0.273716 0.707788</w:t>
        <w:br/>
        <w:t>vt 0.273195 0.708518</w:t>
        <w:br/>
        <w:t>vt 0.266000 0.704347</w:t>
        <w:br/>
        <w:t>vt 0.261725 0.694910</w:t>
        <w:br/>
        <w:t>vt 0.259014 0.698403</w:t>
        <w:br/>
        <w:t>vt 0.258388 0.707215</w:t>
        <w:br/>
        <w:t>vt 0.254947 0.701532</w:t>
        <w:br/>
        <w:t>vt 0.282371 0.698247</w:t>
        <w:br/>
        <w:t>vt 0.279243 0.698455</w:t>
        <w:br/>
        <w:t>vt 0.282215 0.700541</w:t>
        <w:br/>
        <w:t>vt 0.264384 0.709248</w:t>
        <w:br/>
        <w:t>vt 0.282371 0.691052</w:t>
        <w:br/>
        <w:t>vt 0.238500 0.937300</w:t>
        <w:br/>
        <w:t>vt 0.233400 0.939700</w:t>
        <w:br/>
        <w:t>vt 0.238500 0.938400</w:t>
        <w:br/>
        <w:t>vt 0.233100 0.925300</w:t>
        <w:br/>
        <w:t>vt 0.238500 0.929500</w:t>
        <w:br/>
        <w:t>vt 0.238200 0.927000</w:t>
        <w:br/>
        <w:t>vt 0.233100 0.920900</w:t>
        <w:br/>
        <w:t>vt 0.239400 0.920900</w:t>
        <w:br/>
        <w:t>vt 0.239000 0.919900</w:t>
        <w:br/>
        <w:t>vt 0.234300 0.907100</w:t>
        <w:br/>
        <w:t>vt 0.240400 0.911700</w:t>
        <w:br/>
        <w:t>vt 0.240000 0.908700</w:t>
        <w:br/>
        <w:t>vt 0.239500 0.902900</w:t>
        <w:br/>
        <w:t>vt 0.239500 0.901900</w:t>
        <w:br/>
        <w:t>vt 0.234500 0.903900</w:t>
        <w:br/>
        <w:t>vt 0.231900 0.888800</w:t>
        <w:br/>
        <w:t>vt 0.238200 0.888600</w:t>
        <w:br/>
        <w:t>vt 0.236200 0.885800</w:t>
        <w:br/>
        <w:t>vt 0.238400 0.904100</w:t>
        <w:br/>
        <w:t>vt 0.234500 0.903900</w:t>
        <w:br/>
        <w:t>vt 0.237100 0.905800</w:t>
        <w:br/>
        <w:t>vt 0.239500 0.906700</w:t>
        <w:br/>
        <w:t>vt 0.234300 0.907100</w:t>
        <w:br/>
        <w:t>vt 0.239600 0.907700</w:t>
        <w:br/>
        <w:t>vt 0.238200 0.927000</w:t>
        <w:br/>
        <w:t>vt 0.238200 0.925500</w:t>
        <w:br/>
        <w:t>vt 0.233100 0.925300</w:t>
        <w:br/>
        <w:t>vt 0.238500 0.940800</w:t>
        <w:br/>
        <w:t>vt 0.238900 0.939100</w:t>
        <w:br/>
        <w:t>vt 0.233400 0.939700</w:t>
        <w:br/>
        <w:t>vt 0.234300 0.942100</w:t>
        <w:br/>
        <w:t>vt 0.239500 0.948700</w:t>
        <w:br/>
        <w:t>vt 0.239200 0.944500</w:t>
        <w:br/>
        <w:t>vt 0.239200 0.944500</w:t>
        <w:br/>
        <w:t>vt 0.239700 0.943900</w:t>
        <w:br/>
        <w:t>vt 0.234300 0.942100</w:t>
        <w:br/>
        <w:t>vt 0.233100 0.959600</w:t>
        <w:br/>
        <w:t>vt 0.235200 0.963000</w:t>
        <w:br/>
        <w:t>vt 0.238100 0.961300</w:t>
        <w:br/>
        <w:t>vt 0.231900 0.888800</w:t>
        <w:br/>
        <w:t>vt 0.236200 0.885800</w:t>
        <w:br/>
        <w:t>vt 0.234900 0.885300</w:t>
        <w:br/>
        <w:t>vt 0.233200 0.913200</w:t>
        <w:br/>
        <w:t>vt 0.233100 0.920900</w:t>
        <w:br/>
        <w:t>vt 0.239200 0.917400</w:t>
        <w:br/>
        <w:t>vt 0.233100 0.949900</w:t>
        <w:br/>
        <w:t>vt 0.233400 0.957800</w:t>
        <w:br/>
        <w:t>vt 0.238300 0.953900</w:t>
        <w:br/>
        <w:t>vt 0.238200 0.925500</w:t>
        <w:br/>
        <w:t>vt 0.236700 0.923300</w:t>
        <w:br/>
        <w:t>vt 0.232900 0.933500</w:t>
        <w:br/>
        <w:t>vt 0.238200 0.934000</w:t>
        <w:br/>
        <w:t>vt 0.232900 0.895200</w:t>
        <w:br/>
        <w:t>vt 0.240000 0.898300</w:t>
        <w:br/>
        <w:t>vt 0.239700 0.893500</w:t>
        <w:br/>
        <w:t>vt 0.238200 0.959300</w:t>
        <w:br/>
        <w:t>vt 0.233400 0.957800</w:t>
        <w:br/>
        <w:t>vt 0.233100 0.959600</w:t>
        <w:br/>
        <w:t>vt 0.228000 0.965300</w:t>
        <w:br/>
        <w:t>vt 0.233400 0.970000</w:t>
        <w:br/>
        <w:t>vt 0.234000 0.966600</w:t>
        <w:br/>
        <w:t>vt 0.228000 0.955700</w:t>
        <w:br/>
        <w:t>vt 0.228000 0.941800</w:t>
        <w:br/>
        <w:t>vt 0.228000 0.925700</w:t>
        <w:br/>
        <w:t>vt 0.228000 0.911000</w:t>
        <w:br/>
        <w:t>vt 0.234300 0.907100</w:t>
        <w:br/>
        <w:t>vt 0.228000 0.898800</w:t>
        <w:br/>
        <w:t>vt 0.228000 0.891000</w:t>
        <w:br/>
        <w:t>vt 0.228000 0.891000</w:t>
        <w:br/>
        <w:t>vt 0.230700 0.887600</w:t>
        <w:br/>
        <w:t>vt 0.240000 0.908700</w:t>
        <w:br/>
        <w:t>vt 0.238400 0.904100</w:t>
        <w:br/>
        <w:t>vt 0.233100 0.920900</w:t>
        <w:br/>
        <w:t>vt 0.239400 0.921700</w:t>
        <w:br/>
        <w:t>vt 0.239400 0.920900</w:t>
        <w:br/>
        <w:t>vt 0.238900 0.939100</w:t>
        <w:br/>
        <w:t>vt 0.238100 0.961300</w:t>
        <w:br/>
        <w:t>vt 0.228000 0.955700</w:t>
        <w:br/>
        <w:t>vt 0.238500 0.937300</w:t>
        <w:br/>
        <w:t>vt 0.238500 0.938400</w:t>
        <w:br/>
        <w:t>vt 0.239300 0.936900</w:t>
        <w:br/>
        <w:t>vt 0.239000 0.927400</w:t>
        <w:br/>
        <w:t>vt 0.238200 0.927000</w:t>
        <w:br/>
        <w:t>vt 0.238500 0.929500</w:t>
        <w:br/>
        <w:t>vt 0.239700 0.929200</w:t>
        <w:br/>
        <w:t>vt 0.239400 0.920900</w:t>
        <w:br/>
        <w:t>vt 0.240800 0.921200</w:t>
        <w:br/>
        <w:t>vt 0.239900 0.919900</w:t>
        <w:br/>
        <w:t>vt 0.240900 0.909100</w:t>
        <w:br/>
        <w:t>vt 0.241900 0.912000</w:t>
        <w:br/>
        <w:t>vt 0.239500 0.902900</w:t>
        <w:br/>
        <w:t>vt 0.240300 0.903800</w:t>
        <w:br/>
        <w:t>vt 0.240700 0.901600</w:t>
        <w:br/>
        <w:t>vt 0.236200 0.885800</w:t>
        <w:br/>
        <w:t>vt 0.238200 0.888600</w:t>
        <w:br/>
        <w:t>vt 0.239600 0.888100</w:t>
        <w:br/>
        <w:t>vt 0.239500 0.906700</w:t>
        <w:br/>
        <w:t>vt 0.240800 0.906600</w:t>
        <w:br/>
        <w:t>vt 0.239800 0.905900</w:t>
        <w:br/>
        <w:t>vt 0.241200 0.908000</w:t>
        <w:br/>
        <w:t>vt 0.240800 0.906600</w:t>
        <w:br/>
        <w:t>vt 0.239100 0.926000</w:t>
        <w:br/>
        <w:t>vt 0.240000 0.942900</w:t>
        <w:br/>
        <w:t>vt 0.241000 0.942800</w:t>
        <w:br/>
        <w:t>vt 0.240500 0.941800</w:t>
        <w:br/>
        <w:t>vt 0.240600 0.944900</w:t>
        <w:br/>
        <w:t>vt 0.240800 0.948800</w:t>
        <w:br/>
        <w:t>vt 0.240100 0.939500</w:t>
        <w:br/>
        <w:t>vt 0.240100 0.938600</w:t>
        <w:br/>
        <w:t>vt 0.238900 0.939100</w:t>
        <w:br/>
        <w:t>vt 0.236500 0.885000</w:t>
        <w:br/>
        <w:t>vt 0.240100 0.914900</w:t>
        <w:br/>
        <w:t>vt 0.241500 0.915300</w:t>
        <w:br/>
        <w:t>vt 0.240300 0.917800</w:t>
        <w:br/>
        <w:t>vt 0.239600 0.954000</w:t>
        <w:br/>
        <w:t>vt 0.238300 0.953900</w:t>
        <w:br/>
        <w:t>vt 0.239600 0.957900</w:t>
        <w:br/>
        <w:t>vt 0.238300 0.958000</w:t>
        <w:br/>
        <w:t>vt 0.239900 0.919900</w:t>
        <w:br/>
        <w:t>vt 0.239000 0.919900</w:t>
        <w:br/>
        <w:t>vt 0.238200 0.934000</w:t>
        <w:br/>
        <w:t>vt 0.239200 0.934100</w:t>
        <w:br/>
        <w:t>vt 0.239300 0.936900</w:t>
        <w:br/>
        <w:t>vt 0.239400 0.921700</w:t>
        <w:br/>
        <w:t>vt 0.239100 0.923000</w:t>
        <w:br/>
        <w:t>vt 0.240600 0.922000</w:t>
        <w:br/>
        <w:t>vt 0.238700 0.905000</w:t>
        <w:br/>
        <w:t>vt 0.238400 0.905400</w:t>
        <w:br/>
        <w:t>vt 0.241400 0.898200</w:t>
        <w:br/>
        <w:t>vt 0.241200 0.893200</w:t>
        <w:br/>
        <w:t>vt 0.239700 0.893500</w:t>
        <w:br/>
        <w:t>vt 0.240000 0.898300</w:t>
        <w:br/>
        <w:t>vt 0.240700 0.901600</w:t>
        <w:br/>
        <w:t>vt 0.239500 0.901900</w:t>
        <w:br/>
        <w:t>vt 0.238200 0.959300</w:t>
        <w:br/>
        <w:t>vt 0.235400 0.967400</w:t>
        <w:br/>
        <w:t>vt 0.236600 0.963700</w:t>
        <w:br/>
        <w:t>vt 0.240900 0.909100</w:t>
        <w:br/>
        <w:t>vt 0.239600 0.904600</w:t>
        <w:br/>
        <w:t>vt 0.232700 0.883500</w:t>
        <w:br/>
        <w:t>vt 0.229200 0.886500</w:t>
        <w:br/>
        <w:t>vt 0.236500 0.885000</w:t>
        <w:br/>
        <w:t>vt 0.230700 0.887600</w:t>
        <w:br/>
        <w:t>vt 0.228000 0.889500</w:t>
        <w:br/>
        <w:t>vt 0.236700 0.923300</w:t>
        <w:br/>
        <w:t>vt 0.237900 0.923500</w:t>
        <w:br/>
        <w:t>vt 0.239400 0.925200</w:t>
        <w:br/>
        <w:t>vt 0.239700 0.943900</w:t>
        <w:br/>
        <w:t>vt 0.240600 0.944900</w:t>
        <w:br/>
        <w:t>vt 0.238100 0.961300</w:t>
        <w:br/>
        <w:t>vt 0.239100 0.961700</w:t>
        <w:br/>
        <w:t>vt 0.239600 0.904600</w:t>
        <w:br/>
        <w:t>vt 0.240700 0.901600</w:t>
        <w:br/>
        <w:t>vt 0.238500 0.937300</w:t>
        <w:br/>
        <w:t>vt 0.238300 0.958000</w:t>
        <w:br/>
        <w:t>vt 0.239500 0.901900</w:t>
        <w:br/>
        <w:t>vt 0.238500 0.940800</w:t>
        <w:br/>
        <w:t>vt 0.239700 0.940600</w:t>
        <w:br/>
        <w:t>vt 0.240000 0.942900</w:t>
        <w:br/>
        <w:t>vt 0.239400 0.921700</w:t>
        <w:br/>
        <w:t>vt 0.239900 0.919900</w:t>
        <w:br/>
        <w:t>vt 0.228000 0.889500</w:t>
        <w:br/>
        <w:t>vt 0.238300 0.958000</w:t>
        <w:br/>
        <w:t>vt 0.228000 0.960500</w:t>
        <w:br/>
        <w:t>vt 0.238200 0.925500</w:t>
        <w:br/>
        <w:t>vt 0.228000 0.967600</w:t>
        <w:br/>
        <w:t>vt 0.234000 0.971700</w:t>
        <w:br/>
        <w:t>vt 0.233400 0.970000</w:t>
        <w:br/>
        <w:t>vt 0.228000 0.965300</w:t>
        <w:br/>
        <w:t>vt 0.233400 0.970000</w:t>
        <w:br/>
        <w:t>vt 0.234000 0.971700</w:t>
        <w:br/>
        <w:t>vt 0.239000 0.927400</w:t>
        <w:br/>
        <w:t>vt 0.709313 0.115460</w:t>
        <w:br/>
        <w:t>vt 0.713213 0.112260</w:t>
        <w:br/>
        <w:t>vt 0.703613 0.108360</w:t>
        <w:br/>
        <w:t>vt 0.694913 0.109660</w:t>
        <w:br/>
        <w:t>vt 0.709313 0.115460</w:t>
        <w:br/>
        <w:t>vt 0.694913 0.109660</w:t>
        <w:br/>
        <w:t>vt 0.694913 0.110460</w:t>
        <w:br/>
        <w:t>vt 0.709113 0.116160</w:t>
        <w:br/>
        <w:t>vt 0.675613 0.101860</w:t>
        <w:br/>
        <w:t>vt 0.694813 0.104860</w:t>
        <w:br/>
        <w:t>vt 0.675513 0.097060</w:t>
        <w:br/>
        <w:t>vt 0.675613 0.101860</w:t>
        <w:br/>
        <w:t>vt 0.675613 0.102660</w:t>
        <w:br/>
        <w:t>vt 0.703613 0.108360</w:t>
        <w:br/>
        <w:t>vt 0.713213 0.112260</w:t>
        <w:br/>
        <w:t>vt 0.709313 0.115460</w:t>
        <w:br/>
        <w:t>vt 0.694913 0.109660</w:t>
        <w:br/>
        <w:t>vt 0.694913 0.110460</w:t>
        <w:br/>
        <w:t>vt 0.694913 0.109660</w:t>
        <w:br/>
        <w:t>vt 0.709313 0.115460</w:t>
        <w:br/>
        <w:t>vt 0.709113 0.116160</w:t>
        <w:br/>
        <w:t>vt 0.675613 0.101860</w:t>
        <w:br/>
        <w:t>vt 0.675513 0.097060</w:t>
        <w:br/>
        <w:t>vt 0.694813 0.104860</w:t>
        <w:br/>
        <w:t>vt 0.675613 0.102660</w:t>
        <w:br/>
        <w:t>vt 0.675613 0.101860</w:t>
        <w:br/>
        <w:t>vt 0.975200 0.173600</w:t>
        <w:br/>
        <w:t>vt 0.987600 0.174300</w:t>
        <w:br/>
        <w:t>vt 0.987600 0.154300</w:t>
        <w:br/>
        <w:t>vt 0.975200 0.154300</w:t>
        <w:br/>
        <w:t>vt 0.975200 0.196100</w:t>
        <w:br/>
        <w:t>vt 0.987600 0.199500</w:t>
        <w:br/>
        <w:t>vt 0.987600 0.136400</w:t>
        <w:br/>
        <w:t>vt 0.987600 0.114200</w:t>
        <w:br/>
        <w:t>vt 0.975200 0.114600</w:t>
        <w:br/>
        <w:t>vt 0.975200 0.136700</w:t>
        <w:br/>
        <w:t>vt 0.975200 0.092900</w:t>
        <w:br/>
        <w:t>vt 0.975200 0.085900</w:t>
        <w:br/>
        <w:t>vt 0.987600 0.090900</w:t>
        <w:br/>
        <w:t>vt 0.975200 0.146500</w:t>
        <w:br/>
        <w:t>vt 0.987600 0.146100</w:t>
        <w:br/>
        <w:t>vt 0.975200 0.142200</w:t>
        <w:br/>
        <w:t>vt 0.987600 0.141800</w:t>
        <w:br/>
        <w:t>vt 0.975200 0.202400</w:t>
        <w:br/>
        <w:t>vt 0.987600 0.207400</w:t>
        <w:br/>
        <w:t>vt 0.991000 0.132000</w:t>
        <w:br/>
        <w:t>vt 0.991000 0.172500</w:t>
        <w:br/>
        <w:t>vt 0.991000 0.155400</w:t>
        <w:br/>
        <w:t>vt 0.991000 0.091800</w:t>
        <w:br/>
        <w:t>vt 0.987600 0.090900</w:t>
        <w:br/>
        <w:t>vt 0.991000 0.115200</w:t>
        <w:br/>
        <w:t>vt 0.987600 0.141800</w:t>
        <w:br/>
        <w:t>vt 0.987600 0.146100</w:t>
        <w:br/>
        <w:t>vt 0.991000 0.146700</w:t>
        <w:br/>
        <w:t>vt 0.991000 0.140000</w:t>
        <w:br/>
        <w:t>vt 0.991000 0.086300</w:t>
        <w:br/>
        <w:t>vt 0.987600 0.084200</w:t>
        <w:br/>
        <w:t>vt 0.991000 0.204100</w:t>
        <w:br/>
        <w:t>vt 0.991000 0.195800</w:t>
        <w:br/>
        <w:t>vt 0.991000 0.206900</w:t>
        <w:br/>
        <w:t>vt 0.991000 0.204100</w:t>
        <w:br/>
        <w:t>vt 0.275454 0.325508</w:t>
        <w:br/>
        <w:t>vt 0.280233 0.321563</w:t>
        <w:br/>
        <w:t>vt 0.275822 0.310757</w:t>
        <w:br/>
        <w:t>vt 0.277108 0.296577</w:t>
        <w:br/>
        <w:t>vt 0.282806 0.310471</w:t>
        <w:br/>
        <w:t>vt 0.274167 0.292518</w:t>
        <w:br/>
        <w:t>vt 0.270675 0.326023</w:t>
        <w:br/>
        <w:t>vt 0.275454 0.325508</w:t>
        <w:br/>
        <w:t>vt 0.275822 0.310757</w:t>
        <w:br/>
        <w:t>vt 0.267918 0.310814</w:t>
        <w:br/>
        <w:t>vt 0.267826 0.321849</w:t>
        <w:br/>
        <w:t>vt 0.268194 0.295777</w:t>
        <w:br/>
        <w:t>vt 0.270675 0.326023</w:t>
        <w:br/>
        <w:t>vt 0.270951 0.292632</w:t>
        <w:br/>
        <w:t>vt 0.274167 0.292518</w:t>
        <w:br/>
        <w:t>vt 0.975200 0.173600</w:t>
        <w:br/>
        <w:t>vt 0.975200 0.154300</w:t>
        <w:br/>
        <w:t>vt 0.987600 0.154300</w:t>
        <w:br/>
        <w:t>vt 0.987600 0.174300</w:t>
        <w:br/>
        <w:t>vt 0.987600 0.199500</w:t>
        <w:br/>
        <w:t>vt 0.975200 0.196100</w:t>
        <w:br/>
        <w:t>vt 0.975200 0.114600</w:t>
        <w:br/>
        <w:t>vt 0.987600 0.114200</w:t>
        <w:br/>
        <w:t>vt 0.987600 0.136400</w:t>
        <w:br/>
        <w:t>vt 0.975200 0.136700</w:t>
        <w:br/>
        <w:t>vt 0.975200 0.092900</w:t>
        <w:br/>
        <w:t>vt 0.975200 0.085900</w:t>
        <w:br/>
        <w:t>vt 0.987600 0.090900</w:t>
        <w:br/>
        <w:t>vt 0.975200 0.146500</w:t>
        <w:br/>
        <w:t>vt 0.987600 0.146100</w:t>
        <w:br/>
        <w:t>vt 0.975200 0.142200</w:t>
        <w:br/>
        <w:t>vt 0.987600 0.141800</w:t>
        <w:br/>
        <w:t>vt 0.987600 0.207400</w:t>
        <w:br/>
        <w:t>vt 0.975200 0.202400</w:t>
        <w:br/>
        <w:t>vt 0.991000 0.132000</w:t>
        <w:br/>
        <w:t>vt 0.991000 0.172500</w:t>
        <w:br/>
        <w:t>vt 0.991000 0.155400</w:t>
        <w:br/>
        <w:t>vt 0.991000 0.091800</w:t>
        <w:br/>
        <w:t>vt 0.991000 0.115200</w:t>
        <w:br/>
        <w:t>vt 0.987600 0.090900</w:t>
        <w:br/>
        <w:t>vt 0.991000 0.146700</w:t>
        <w:br/>
        <w:t>vt 0.987600 0.146100</w:t>
        <w:br/>
        <w:t>vt 0.987600 0.141800</w:t>
        <w:br/>
        <w:t>vt 0.991000 0.140000</w:t>
        <w:br/>
        <w:t>vt 0.991000 0.086300</w:t>
        <w:br/>
        <w:t>vt 0.987600 0.084200</w:t>
        <w:br/>
        <w:t>vt 0.991000 0.195800</w:t>
        <w:br/>
        <w:t>vt 0.991000 0.204100</w:t>
        <w:br/>
        <w:t>vt 0.991000 0.204100</w:t>
        <w:br/>
        <w:t>vt 0.991000 0.206900</w:t>
        <w:br/>
        <w:t>vt 0.275454 0.325508</w:t>
        <w:br/>
        <w:t>vt 0.275822 0.310757</w:t>
        <w:br/>
        <w:t>vt 0.280233 0.321563</w:t>
        <w:br/>
        <w:t>vt 0.277108 0.296577</w:t>
        <w:br/>
        <w:t>vt 0.282806 0.310471</w:t>
        <w:br/>
        <w:t>vt 0.274167 0.292518</w:t>
        <w:br/>
        <w:t>vt 0.270675 0.326023</w:t>
        <w:br/>
        <w:t>vt 0.275822 0.310757</w:t>
        <w:br/>
        <w:t>vt 0.275454 0.325508</w:t>
        <w:br/>
        <w:t>vt 0.267826 0.321849</w:t>
        <w:br/>
        <w:t>vt 0.267918 0.310814</w:t>
        <w:br/>
        <w:t>vt 0.268194 0.295777</w:t>
        <w:br/>
        <w:t>vt 0.270675 0.326023</w:t>
        <w:br/>
        <w:t>vt 0.270951 0.292632</w:t>
        <w:br/>
        <w:t>vt 0.274167 0.292518</w:t>
        <w:br/>
        <w:t>vt 0.029600 0.075200</w:t>
        <w:br/>
        <w:t>vt 0.036300 0.073700</w:t>
        <w:br/>
        <w:t>vt 0.029600 0.071100</w:t>
        <w:br/>
        <w:t>vt 0.034800 0.080300</w:t>
        <w:br/>
        <w:t>vt 0.038900 0.080300</w:t>
        <w:br/>
        <w:t>vt 0.036300 0.087000</w:t>
        <w:br/>
        <w:t>vt 0.029600 0.085500</w:t>
        <w:br/>
        <w:t>vt 0.029600 0.089600</w:t>
        <w:br/>
        <w:t>vt 0.023000 0.087000</w:t>
        <w:br/>
        <w:t>vt 0.024500 0.080300</w:t>
        <w:br/>
        <w:t>vt 0.020400 0.080300</w:t>
        <w:br/>
        <w:t>vt 0.023000 0.073700</w:t>
        <w:br/>
        <w:t>vt 0.029600 0.080300</w:t>
        <w:br/>
        <w:t>vt 0.737200 0.761400</w:t>
        <w:br/>
        <w:t>vt 0.725600 0.797800</w:t>
        <w:br/>
        <w:t>vt 0.734600 0.797800</w:t>
        <w:br/>
        <w:t>vt 0.744400 0.797800</w:t>
        <w:br/>
        <w:t>vt 0.734500 0.840300</w:t>
        <w:br/>
        <w:t>vt 0.727600 0.840300</w:t>
        <w:br/>
        <w:t>vt 0.725700 0.881400</w:t>
        <w:br/>
        <w:t>vt 0.716200 0.797800</w:t>
        <w:br/>
        <w:t>vt 0.721500 0.840300</w:t>
        <w:br/>
        <w:t>vt 0.727600 0.840300</w:t>
        <w:br/>
        <w:t>vt 0.725600 0.797800</w:t>
        <w:br/>
        <w:t>vt 0.694800 0.797800</w:t>
        <w:br/>
        <w:t>vt 0.707300 0.797800</w:t>
        <w:br/>
        <w:t>vt 0.704700 0.761400</w:t>
        <w:br/>
        <w:t>vt 0.694800 0.761400</w:t>
        <w:br/>
        <w:t>vt 0.699400 0.691000</w:t>
        <w:br/>
        <w:t>vt 0.702400 0.730200</w:t>
        <w:br/>
        <w:t>vt 0.715400 0.730200</w:t>
        <w:br/>
        <w:t>vt 0.712600 0.691000</w:t>
        <w:br/>
        <w:t>vt 0.710200 0.761400</w:t>
        <w:br/>
        <w:t>vt 0.721800 0.761400</w:t>
        <w:br/>
        <w:t>vt 0.694800 0.840300</w:t>
        <w:br/>
        <w:t>vt 0.710100 0.840300</w:t>
        <w:br/>
        <w:t>vt 0.694800 0.918200</w:t>
        <w:br/>
        <w:t>vt 0.694800 0.947900</w:t>
        <w:br/>
        <w:t>vt 0.713600 0.947900</w:t>
        <w:br/>
        <w:t>vt 0.719400 0.918200</w:t>
        <w:br/>
        <w:t>vt 0.694800 0.959300</w:t>
        <w:br/>
        <w:t>vt 0.711600 0.959300</w:t>
        <w:br/>
        <w:t>vt 0.710400 0.881400</w:t>
        <w:br/>
        <w:t>vt 0.694800 0.881400</w:t>
        <w:br/>
        <w:t>vt 0.732600 0.584100</w:t>
        <w:br/>
        <w:t>vt 0.735200 0.640100</w:t>
        <w:br/>
        <w:t>vt 0.760822 0.640100</w:t>
        <w:br/>
        <w:t>vt 0.760822 0.584100</w:t>
        <w:br/>
        <w:t>vt 0.746000 0.501100</w:t>
        <w:br/>
        <w:t>vt 0.725900 0.522400</w:t>
        <w:br/>
        <w:t>vt 0.737300 0.691000</w:t>
        <w:br/>
        <w:t>vt 0.760822 0.691000</w:t>
        <w:br/>
        <w:t>vt 0.708400 0.543000</w:t>
        <w:br/>
        <w:t>vt 0.695400 0.550900</w:t>
        <w:br/>
        <w:t>vt 0.699100 0.584100</w:t>
        <w:br/>
        <w:t>vt 0.699100 0.584100</w:t>
        <w:br/>
        <w:t>vt 0.695400 0.550900</w:t>
        <w:br/>
        <w:t>vt 0.694800 0.551200</w:t>
        <w:br/>
        <w:t>vt 0.694800 0.584100</w:t>
        <w:br/>
        <w:t>vt 0.694800 0.640100</w:t>
        <w:br/>
        <w:t>vt 0.704300 0.640100</w:t>
        <w:br/>
        <w:t>vt 0.704300 0.640100</w:t>
        <w:br/>
        <w:t>vt 0.737200 0.730200</w:t>
        <w:br/>
        <w:t>vt 0.715400 0.730200</w:t>
        <w:br/>
        <w:t>vt 0.712600 0.691000</w:t>
        <w:br/>
        <w:t>vt 0.721500 0.840300</w:t>
        <w:br/>
        <w:t>vt 0.716200 0.797800</w:t>
        <w:br/>
        <w:t>vt 0.710200 0.761400</w:t>
        <w:br/>
        <w:t>vt 0.702400 0.730200</w:t>
        <w:br/>
        <w:t>vt 0.725700 0.881400</w:t>
        <w:br/>
        <w:t>vt 0.754300 0.761400</w:t>
        <w:br/>
        <w:t>vt 0.760822 0.730200</w:t>
        <w:br/>
        <w:t>vt 0.694800 0.730200</w:t>
        <w:br/>
        <w:t>vt 0.699400 0.691000</w:t>
        <w:br/>
        <w:t>vt 0.694800 0.691000</w:t>
        <w:br/>
        <w:t>vt 0.721800 0.761400</w:t>
        <w:br/>
        <w:t>vt 0.760822 0.491400</w:t>
        <w:br/>
        <w:t>vt 0.694800 0.640100</w:t>
        <w:br/>
        <w:t>vt 0.737200 0.761400</w:t>
        <w:br/>
        <w:t>vt 0.734600 0.797800</w:t>
        <w:br/>
        <w:t>vt 0.725600 0.797800</w:t>
        <w:br/>
        <w:t>vt 0.744400 0.797800</w:t>
        <w:br/>
        <w:t>vt 0.734500 0.840300</w:t>
        <w:br/>
        <w:t>vt 0.725700 0.881400</w:t>
        <w:br/>
        <w:t>vt 0.727600 0.840300</w:t>
        <w:br/>
        <w:t>vt 0.716200 0.797800</w:t>
        <w:br/>
        <w:t>vt 0.725600 0.797800</w:t>
        <w:br/>
        <w:t>vt 0.727600 0.840300</w:t>
        <w:br/>
        <w:t>vt 0.721500 0.840300</w:t>
        <w:br/>
        <w:t>vt 0.704700 0.761400</w:t>
        <w:br/>
        <w:t>vt 0.707300 0.797800</w:t>
        <w:br/>
        <w:t>vt 0.694800 0.797800</w:t>
        <w:br/>
        <w:t>vt 0.694800 0.761400</w:t>
        <w:br/>
        <w:t>vt 0.699400 0.691000</w:t>
        <w:br/>
        <w:t>vt 0.712600 0.691000</w:t>
        <w:br/>
        <w:t>vt 0.715400 0.730200</w:t>
        <w:br/>
        <w:t>vt 0.702400 0.730200</w:t>
        <w:br/>
        <w:t>vt 0.721800 0.761400</w:t>
        <w:br/>
        <w:t>vt 0.710200 0.761400</w:t>
        <w:br/>
        <w:t>vt 0.710100 0.840300</w:t>
        <w:br/>
        <w:t>vt 0.694800 0.840300</w:t>
        <w:br/>
        <w:t>vt 0.694800 0.918200</w:t>
        <w:br/>
        <w:t>vt 0.719400 0.918200</w:t>
        <w:br/>
        <w:t>vt 0.713600 0.947900</w:t>
        <w:br/>
        <w:t>vt 0.694800 0.947900</w:t>
        <w:br/>
        <w:t>vt 0.711600 0.959300</w:t>
        <w:br/>
        <w:t>vt 0.694800 0.959300</w:t>
        <w:br/>
        <w:t>vt 0.694800 0.881400</w:t>
        <w:br/>
        <w:t>vt 0.710400 0.881400</w:t>
        <w:br/>
        <w:t>vt 0.760822 0.640100</w:t>
        <w:br/>
        <w:t>vt 0.735200 0.640100</w:t>
        <w:br/>
        <w:t>vt 0.732600 0.584100</w:t>
        <w:br/>
        <w:t>vt 0.760822 0.584100</w:t>
        <w:br/>
        <w:t>vt 0.725900 0.522400</w:t>
        <w:br/>
        <w:t>vt 0.746000 0.501100</w:t>
        <w:br/>
        <w:t>vt 0.760822 0.691000</w:t>
        <w:br/>
        <w:t>vt 0.737300 0.691000</w:t>
        <w:br/>
        <w:t>vt 0.695400 0.550900</w:t>
        <w:br/>
        <w:t>vt 0.708400 0.543000</w:t>
        <w:br/>
        <w:t>vt 0.699100 0.584100</w:t>
        <w:br/>
        <w:t>vt 0.699100 0.584100</w:t>
        <w:br/>
        <w:t>vt 0.694800 0.584100</w:t>
        <w:br/>
        <w:t>vt 0.694800 0.551200</w:t>
        <w:br/>
        <w:t>vt 0.695400 0.550900</w:t>
        <w:br/>
        <w:t>vt 0.694800 0.640100</w:t>
        <w:br/>
        <w:t>vt 0.704300 0.640100</w:t>
        <w:br/>
        <w:t>vt 0.704300 0.640100</w:t>
        <w:br/>
        <w:t>vt 0.737200 0.730200</w:t>
        <w:br/>
        <w:t>vt 0.715400 0.730200</w:t>
        <w:br/>
        <w:t>vt 0.712600 0.691000</w:t>
        <w:br/>
        <w:t>vt 0.716200 0.797800</w:t>
        <w:br/>
        <w:t>vt 0.721500 0.840300</w:t>
        <w:br/>
        <w:t>vt 0.710200 0.761400</w:t>
        <w:br/>
        <w:t>vt 0.702400 0.730200</w:t>
        <w:br/>
        <w:t>vt 0.725700 0.881400</w:t>
        <w:br/>
        <w:t>vt 0.760822 0.730200</w:t>
        <w:br/>
        <w:t>vt 0.754300 0.761400</w:t>
        <w:br/>
        <w:t>vt 0.694800 0.730200</w:t>
        <w:br/>
        <w:t>vt 0.699400 0.691000</w:t>
        <w:br/>
        <w:t>vt 0.694800 0.691000</w:t>
        <w:br/>
        <w:t>vt 0.721800 0.761400</w:t>
        <w:br/>
        <w:t>vt 0.760822 0.491400</w:t>
        <w:br/>
        <w:t>vt 0.694800 0.640100</w:t>
        <w:br/>
        <w:t>vt 0.762122 0.584100</w:t>
        <w:br/>
        <w:t>vt 0.760822 0.584100</w:t>
        <w:br/>
        <w:t>vt 0.760822 0.491400</w:t>
        <w:br/>
        <w:t>vt 0.761722 0.489200</w:t>
        <w:br/>
        <w:t>vt 0.761722 0.489200</w:t>
        <w:br/>
        <w:t>vt 0.760822 0.491400</w:t>
        <w:br/>
        <w:t>vt 0.746000 0.501100</w:t>
        <w:br/>
        <w:t>vt 0.745200 0.500000</w:t>
        <w:br/>
        <w:t>vt 0.724900 0.521600</w:t>
        <w:br/>
        <w:t>vt 0.725900 0.522400</w:t>
        <w:br/>
        <w:t>vt 0.707500 0.542100</w:t>
        <w:br/>
        <w:t>vt 0.708400 0.543000</w:t>
        <w:br/>
        <w:t>vt 0.695200 0.549300</w:t>
        <w:br/>
        <w:t>vt 0.695400 0.550900</w:t>
        <w:br/>
        <w:t>vt 0.695200 0.549300</w:t>
        <w:br/>
        <w:t>vt 0.693400 0.550400</w:t>
        <w:br/>
        <w:t>vt 0.693400 0.584100</w:t>
        <w:br/>
        <w:t>vt 0.693400 0.550400</w:t>
        <w:br/>
        <w:t>vt 0.694800 0.551200</w:t>
        <w:br/>
        <w:t>vt 0.694800 0.584100</w:t>
        <w:br/>
        <w:t>vt 0.694800 0.640100</w:t>
        <w:br/>
        <w:t>vt 0.693400 0.640100</w:t>
        <w:br/>
        <w:t>vt 0.693400 0.691000</w:t>
        <w:br/>
        <w:t>vt 0.693400 0.640100</w:t>
        <w:br/>
        <w:t>vt 0.694800 0.691000</w:t>
        <w:br/>
        <w:t>vt 0.693400 0.691000</w:t>
        <w:br/>
        <w:t>vt 0.694800 0.730200</w:t>
        <w:br/>
        <w:t>vt 0.693400 0.730200</w:t>
        <w:br/>
        <w:t>vt 0.693400 0.761400</w:t>
        <w:br/>
        <w:t>vt 0.694800 0.761400</w:t>
        <w:br/>
        <w:t>vt 0.694800 0.797800</w:t>
        <w:br/>
        <w:t>vt 0.693400 0.797800</w:t>
        <w:br/>
        <w:t>vt 0.694800 0.840300</w:t>
        <w:br/>
        <w:t>vt 0.693400 0.840300</w:t>
        <w:br/>
        <w:t>vt 0.694800 0.881400</w:t>
        <w:br/>
        <w:t>vt 0.693400 0.881400</w:t>
        <w:br/>
        <w:t>vt 0.694800 0.918200</w:t>
        <w:br/>
        <w:t>vt 0.693400 0.918200</w:t>
        <w:br/>
        <w:t>vt 0.694800 0.947900</w:t>
        <w:br/>
        <w:t>vt 0.693400 0.947900</w:t>
        <w:br/>
        <w:t>vt 0.694800 0.959300</w:t>
        <w:br/>
        <w:t>vt 0.693400 0.959300</w:t>
        <w:br/>
        <w:t>vt 0.712800 0.959300</w:t>
        <w:br/>
        <w:t>vt 0.711600 0.959300</w:t>
        <w:br/>
        <w:t>vt 0.713600 0.947900</w:t>
        <w:br/>
        <w:t>vt 0.714800 0.947900</w:t>
        <w:br/>
        <w:t>vt 0.720400 0.918200</w:t>
        <w:br/>
        <w:t>vt 0.719400 0.918200</w:t>
        <w:br/>
        <w:t>vt 0.726800 0.881400</w:t>
        <w:br/>
        <w:t>vt 0.725700 0.881400</w:t>
        <w:br/>
        <w:t>vt 0.735800 0.840300</w:t>
        <w:br/>
        <w:t>vt 0.734500 0.840300</w:t>
        <w:br/>
        <w:t>vt 0.745700 0.797800</w:t>
        <w:br/>
        <w:t>vt 0.744400 0.797800</w:t>
        <w:br/>
        <w:t>vt 0.754300 0.761400</w:t>
        <w:br/>
        <w:t>vt 0.755600 0.761400</w:t>
        <w:br/>
        <w:t>vt 0.760822 0.730200</w:t>
        <w:br/>
        <w:t>vt 0.762222 0.730200</w:t>
        <w:br/>
        <w:t>vt 0.760822 0.691000</w:t>
        <w:br/>
        <w:t>vt 0.762222 0.691000</w:t>
        <w:br/>
        <w:t>vt 0.760822 0.640100</w:t>
        <w:br/>
        <w:t>vt 0.762122 0.640100</w:t>
        <w:br/>
        <w:t>vt 0.737200 0.761400</w:t>
        <w:br/>
        <w:t>vt 0.734600 0.797800</w:t>
        <w:br/>
        <w:t>vt 0.725600 0.797800</w:t>
        <w:br/>
        <w:t>vt 0.744400 0.797800</w:t>
        <w:br/>
        <w:t>vt 0.734500 0.840300</w:t>
        <w:br/>
        <w:t>vt 0.725700 0.881400</w:t>
        <w:br/>
        <w:t>vt 0.727600 0.840300</w:t>
        <w:br/>
        <w:t>vt 0.716200 0.797800</w:t>
        <w:br/>
        <w:t>vt 0.725600 0.797800</w:t>
        <w:br/>
        <w:t>vt 0.727600 0.840300</w:t>
        <w:br/>
        <w:t>vt 0.721500 0.840300</w:t>
        <w:br/>
        <w:t>vt 0.704700 0.761400</w:t>
        <w:br/>
        <w:t>vt 0.707300 0.797800</w:t>
        <w:br/>
        <w:t>vt 0.694800 0.797800</w:t>
        <w:br/>
        <w:t>vt 0.694800 0.761400</w:t>
        <w:br/>
        <w:t>vt 0.699400 0.691000</w:t>
        <w:br/>
        <w:t>vt 0.712600 0.691000</w:t>
        <w:br/>
        <w:t>vt 0.715400 0.730200</w:t>
        <w:br/>
        <w:t>vt 0.702400 0.730200</w:t>
        <w:br/>
        <w:t>vt 0.721800 0.761400</w:t>
        <w:br/>
        <w:t>vt 0.710200 0.761400</w:t>
        <w:br/>
        <w:t>vt 0.710100 0.840300</w:t>
        <w:br/>
        <w:t>vt 0.694800 0.840300</w:t>
        <w:br/>
        <w:t>vt 0.694800 0.918200</w:t>
        <w:br/>
        <w:t>vt 0.719400 0.918200</w:t>
        <w:br/>
        <w:t>vt 0.713600 0.947900</w:t>
        <w:br/>
        <w:t>vt 0.694800 0.947900</w:t>
        <w:br/>
        <w:t>vt 0.711600 0.959300</w:t>
        <w:br/>
        <w:t>vt 0.694800 0.959300</w:t>
        <w:br/>
        <w:t>vt 0.694800 0.881400</w:t>
        <w:br/>
        <w:t>vt 0.710400 0.881400</w:t>
        <w:br/>
        <w:t>vt 0.760822 0.640100</w:t>
        <w:br/>
        <w:t>vt 0.735200 0.640100</w:t>
        <w:br/>
        <w:t>vt 0.732600 0.584100</w:t>
        <w:br/>
        <w:t>vt 0.760822 0.584100</w:t>
        <w:br/>
        <w:t>vt 0.725900 0.522400</w:t>
        <w:br/>
        <w:t>vt 0.746000 0.501100</w:t>
        <w:br/>
        <w:t>vt 0.760822 0.691000</w:t>
        <w:br/>
        <w:t>vt 0.737300 0.691000</w:t>
        <w:br/>
        <w:t>vt 0.699100 0.584100</w:t>
        <w:br/>
        <w:t>vt 0.695400 0.550900</w:t>
        <w:br/>
        <w:t>vt 0.708400 0.543000</w:t>
        <w:br/>
        <w:t>vt 0.699100 0.584100</w:t>
        <w:br/>
        <w:t>vt 0.694800 0.584100</w:t>
        <w:br/>
        <w:t>vt 0.694800 0.551200</w:t>
        <w:br/>
        <w:t>vt 0.695400 0.550900</w:t>
        <w:br/>
        <w:t>vt 0.694800 0.640100</w:t>
        <w:br/>
        <w:t>vt 0.704300 0.640100</w:t>
        <w:br/>
        <w:t>vt 0.704300 0.640100</w:t>
        <w:br/>
        <w:t>vt 0.737200 0.730200</w:t>
        <w:br/>
        <w:t>vt 0.715400 0.730200</w:t>
        <w:br/>
        <w:t>vt 0.712600 0.691000</w:t>
        <w:br/>
        <w:t>vt 0.716200 0.797800</w:t>
        <w:br/>
        <w:t>vt 0.721500 0.840300</w:t>
        <w:br/>
        <w:t>vt 0.710200 0.761400</w:t>
        <w:br/>
        <w:t>vt 0.702400 0.730200</w:t>
        <w:br/>
        <w:t>vt 0.725700 0.881400</w:t>
        <w:br/>
        <w:t>vt 0.760822 0.730200</w:t>
        <w:br/>
        <w:t>vt 0.754300 0.761400</w:t>
        <w:br/>
        <w:t>vt 0.694800 0.730200</w:t>
        <w:br/>
        <w:t>vt 0.699400 0.691000</w:t>
        <w:br/>
        <w:t>vt 0.694800 0.691000</w:t>
        <w:br/>
        <w:t>vt 0.721800 0.761400</w:t>
        <w:br/>
        <w:t>vt 0.760822 0.491400</w:t>
        <w:br/>
        <w:t>vt 0.694800 0.640100</w:t>
        <w:br/>
        <w:t>vt 0.737200 0.761400</w:t>
        <w:br/>
        <w:t>vt 0.725600 0.797800</w:t>
        <w:br/>
        <w:t>vt 0.734600 0.797800</w:t>
        <w:br/>
        <w:t>vt 0.744400 0.797800</w:t>
        <w:br/>
        <w:t>vt 0.734500 0.840300</w:t>
        <w:br/>
        <w:t>vt 0.727600 0.840300</w:t>
        <w:br/>
        <w:t>vt 0.725700 0.881400</w:t>
        <w:br/>
        <w:t>vt 0.716200 0.797800</w:t>
        <w:br/>
        <w:t>vt 0.721500 0.840300</w:t>
        <w:br/>
        <w:t>vt 0.727600 0.840300</w:t>
        <w:br/>
        <w:t>vt 0.725600 0.797800</w:t>
        <w:br/>
        <w:t>vt 0.694800 0.797800</w:t>
        <w:br/>
        <w:t>vt 0.707300 0.797800</w:t>
        <w:br/>
        <w:t>vt 0.704700 0.761400</w:t>
        <w:br/>
        <w:t>vt 0.694800 0.761400</w:t>
        <w:br/>
        <w:t>vt 0.699400 0.691000</w:t>
        <w:br/>
        <w:t>vt 0.702400 0.730200</w:t>
        <w:br/>
        <w:t>vt 0.715400 0.730200</w:t>
        <w:br/>
        <w:t>vt 0.712600 0.691000</w:t>
        <w:br/>
        <w:t>vt 0.710200 0.761400</w:t>
        <w:br/>
        <w:t>vt 0.721800 0.761400</w:t>
        <w:br/>
        <w:t>vt 0.694800 0.840300</w:t>
        <w:br/>
        <w:t>vt 0.710100 0.840300</w:t>
        <w:br/>
        <w:t>vt 0.694800 0.918200</w:t>
        <w:br/>
        <w:t>vt 0.694800 0.947900</w:t>
        <w:br/>
        <w:t>vt 0.713600 0.947900</w:t>
        <w:br/>
        <w:t>vt 0.719400 0.918200</w:t>
        <w:br/>
        <w:t>vt 0.694800 0.959300</w:t>
        <w:br/>
        <w:t>vt 0.711600 0.959300</w:t>
        <w:br/>
        <w:t>vt 0.710400 0.881400</w:t>
        <w:br/>
        <w:t>vt 0.694800 0.881400</w:t>
        <w:br/>
        <w:t>vt 0.732600 0.584100</w:t>
        <w:br/>
        <w:t>vt 0.735200 0.640100</w:t>
        <w:br/>
        <w:t>vt 0.760822 0.640100</w:t>
        <w:br/>
        <w:t>vt 0.760822 0.584100</w:t>
        <w:br/>
        <w:t>vt 0.746000 0.501100</w:t>
        <w:br/>
        <w:t>vt 0.725900 0.522400</w:t>
        <w:br/>
        <w:t>vt 0.737300 0.691000</w:t>
        <w:br/>
        <w:t>vt 0.760822 0.691000</w:t>
        <w:br/>
        <w:t>vt 0.695400 0.550900</w:t>
        <w:br/>
        <w:t>vt 0.699100 0.584100</w:t>
        <w:br/>
        <w:t>vt 0.708400 0.543000</w:t>
        <w:br/>
        <w:t>vt 0.699100 0.584100</w:t>
        <w:br/>
        <w:t>vt 0.695400 0.550900</w:t>
        <w:br/>
        <w:t>vt 0.694800 0.551200</w:t>
        <w:br/>
        <w:t>vt 0.694800 0.584100</w:t>
        <w:br/>
        <w:t>vt 0.694800 0.640100</w:t>
        <w:br/>
        <w:t>vt 0.704300 0.640100</w:t>
        <w:br/>
        <w:t>vt 0.704300 0.640100</w:t>
        <w:br/>
        <w:t>vt 0.737200 0.730200</w:t>
        <w:br/>
        <w:t>vt 0.715400 0.730200</w:t>
        <w:br/>
        <w:t>vt 0.712600 0.691000</w:t>
        <w:br/>
        <w:t>vt 0.721500 0.840300</w:t>
        <w:br/>
        <w:t>vt 0.716200 0.797800</w:t>
        <w:br/>
        <w:t>vt 0.710200 0.761400</w:t>
        <w:br/>
        <w:t>vt 0.702400 0.730200</w:t>
        <w:br/>
        <w:t>vt 0.725700 0.881400</w:t>
        <w:br/>
        <w:t>vt 0.754300 0.761400</w:t>
        <w:br/>
        <w:t>vt 0.760822 0.730200</w:t>
        <w:br/>
        <w:t>vt 0.694800 0.730200</w:t>
        <w:br/>
        <w:t>vt 0.699400 0.691000</w:t>
        <w:br/>
        <w:t>vt 0.694800 0.691000</w:t>
        <w:br/>
        <w:t>vt 0.721800 0.761400</w:t>
        <w:br/>
        <w:t>vt 0.760822 0.491400</w:t>
        <w:br/>
        <w:t>vt 0.694800 0.640100</w:t>
        <w:br/>
        <w:t>vt 0.761722 0.489200</w:t>
        <w:br/>
        <w:t>vt 0.760822 0.491400</w:t>
        <w:br/>
        <w:t>vt 0.760822 0.584100</w:t>
        <w:br/>
        <w:t>vt 0.762122 0.584100</w:t>
        <w:br/>
        <w:t>vt 0.746000 0.501100</w:t>
        <w:br/>
        <w:t>vt 0.760822 0.491400</w:t>
        <w:br/>
        <w:t>vt 0.761722 0.489200</w:t>
        <w:br/>
        <w:t>vt 0.745200 0.500000</w:t>
        <w:br/>
        <w:t>vt 0.724900 0.521600</w:t>
        <w:br/>
        <w:t>vt 0.725900 0.522400</w:t>
        <w:br/>
        <w:t>vt 0.707500 0.542100</w:t>
        <w:br/>
        <w:t>vt 0.708400 0.543000</w:t>
        <w:br/>
        <w:t>vt 0.695200 0.549300</w:t>
        <w:br/>
        <w:t>vt 0.695400 0.550900</w:t>
        <w:br/>
        <w:t>vt 0.695200 0.549300</w:t>
        <w:br/>
        <w:t>vt 0.693400 0.550400</w:t>
        <w:br/>
        <w:t>vt 0.693400 0.584100</w:t>
        <w:br/>
        <w:t>vt 0.694800 0.584100</w:t>
        <w:br/>
        <w:t>vt 0.694800 0.551200</w:t>
        <w:br/>
        <w:t>vt 0.693400 0.550400</w:t>
        <w:br/>
        <w:t>vt 0.694800 0.640100</w:t>
        <w:br/>
        <w:t>vt 0.693400 0.640100</w:t>
        <w:br/>
        <w:t>vt 0.693400 0.691000</w:t>
        <w:br/>
        <w:t>vt 0.694800 0.691000</w:t>
        <w:br/>
        <w:t>vt 0.693400 0.640100</w:t>
        <w:br/>
        <w:t>vt 0.694800 0.730200</w:t>
        <w:br/>
        <w:t>vt 0.693400 0.691000</w:t>
        <w:br/>
        <w:t>vt 0.693400 0.730200</w:t>
        <w:br/>
        <w:t>vt 0.693400 0.761400</w:t>
        <w:br/>
        <w:t>vt 0.694800 0.761400</w:t>
        <w:br/>
        <w:t>vt 0.694800 0.797800</w:t>
        <w:br/>
        <w:t>vt 0.693400 0.797800</w:t>
        <w:br/>
        <w:t>vt 0.694800 0.840300</w:t>
        <w:br/>
        <w:t>vt 0.693400 0.840300</w:t>
        <w:br/>
        <w:t>vt 0.694800 0.881400</w:t>
        <w:br/>
        <w:t>vt 0.693400 0.881400</w:t>
        <w:br/>
        <w:t>vt 0.694800 0.918200</w:t>
        <w:br/>
        <w:t>vt 0.693400 0.918200</w:t>
        <w:br/>
        <w:t>vt 0.694800 0.947900</w:t>
        <w:br/>
        <w:t>vt 0.693400 0.947900</w:t>
        <w:br/>
        <w:t>vt 0.694800 0.959300</w:t>
        <w:br/>
        <w:t>vt 0.693400 0.959300</w:t>
        <w:br/>
        <w:t>vt 0.713600 0.947900</w:t>
        <w:br/>
        <w:t>vt 0.711600 0.959300</w:t>
        <w:br/>
        <w:t>vt 0.712800 0.959300</w:t>
        <w:br/>
        <w:t>vt 0.714800 0.947900</w:t>
        <w:br/>
        <w:t>vt 0.720400 0.918200</w:t>
        <w:br/>
        <w:t>vt 0.719400 0.918200</w:t>
        <w:br/>
        <w:t>vt 0.725700 0.881400</w:t>
        <w:br/>
        <w:t>vt 0.726800 0.881400</w:t>
        <w:br/>
        <w:t>vt 0.735800 0.840300</w:t>
        <w:br/>
        <w:t>vt 0.734500 0.840300</w:t>
        <w:br/>
        <w:t>vt 0.745700 0.797800</w:t>
        <w:br/>
        <w:t>vt 0.744400 0.797800</w:t>
        <w:br/>
        <w:t>vt 0.754300 0.761400</w:t>
        <w:br/>
        <w:t>vt 0.755600 0.761400</w:t>
        <w:br/>
        <w:t>vt 0.760822 0.730200</w:t>
        <w:br/>
        <w:t>vt 0.762222 0.730200</w:t>
        <w:br/>
        <w:t>vt 0.760822 0.691000</w:t>
        <w:br/>
        <w:t>vt 0.762222 0.691000</w:t>
        <w:br/>
        <w:t>vt 0.760822 0.640100</w:t>
        <w:br/>
        <w:t>vt 0.762122 0.640100</w:t>
        <w:br/>
        <w:t>vt 0.022833 0.529716</w:t>
        <w:br/>
        <w:t>vt 0.037139 0.529716</w:t>
        <w:br/>
        <w:t>vt 0.037139 0.538741</w:t>
        <w:br/>
        <w:t>vt 0.022833 0.538741</w:t>
        <w:br/>
        <w:t>vt 0.022833 0.527037</w:t>
        <w:br/>
        <w:t>vt 0.037139 0.527037</w:t>
        <w:br/>
        <w:t>vt 0.013453 0.529716</w:t>
        <w:br/>
        <w:t>vt 0.010906 0.527037</w:t>
        <w:br/>
        <w:t>vt 0.013453 0.538741</w:t>
        <w:br/>
        <w:t>vt 0.010906 0.541617</w:t>
        <w:br/>
        <w:t>vt 0.010906 0.527037</w:t>
        <w:br/>
        <w:t>vt 0.013453 0.529716</w:t>
        <w:br/>
        <w:t>vt 0.013453 0.538741</w:t>
        <w:br/>
        <w:t>vt 0.022833 0.541617</w:t>
        <w:br/>
        <w:t>vt 0.022833 0.538741</w:t>
        <w:br/>
        <w:t>vt 0.037139 0.538741</w:t>
        <w:br/>
        <w:t>vt 0.037139 0.541617</w:t>
        <w:br/>
        <w:t>vt 0.013453 0.538741</w:t>
        <w:br/>
        <w:t>vt 0.010906 0.541617</w:t>
        <w:br/>
        <w:t>vt 0.037139 0.538741</w:t>
        <w:br/>
        <w:t>vt 0.037139 0.529716</w:t>
        <w:br/>
        <w:t>vt 0.022833 0.529716</w:t>
        <w:br/>
        <w:t>vt 0.022833 0.538741</w:t>
        <w:br/>
        <w:t>vt 0.022833 0.527037</w:t>
        <w:br/>
        <w:t>vt 0.037139 0.527037</w:t>
        <w:br/>
        <w:t>vt 0.013453 0.529716</w:t>
        <w:br/>
        <w:t>vt 0.010906 0.527037</w:t>
        <w:br/>
        <w:t>vt 0.013453 0.538741</w:t>
        <w:br/>
        <w:t>vt 0.010906 0.541617</w:t>
        <w:br/>
        <w:t>vt 0.013453 0.538741</w:t>
        <w:br/>
        <w:t>vt 0.013453 0.529716</w:t>
        <w:br/>
        <w:t>vt 0.010906 0.527037</w:t>
        <w:br/>
        <w:t>vt 0.037139 0.538741</w:t>
        <w:br/>
        <w:t>vt 0.022833 0.538741</w:t>
        <w:br/>
        <w:t>vt 0.022833 0.541617</w:t>
        <w:br/>
        <w:t>vt 0.037139 0.541617</w:t>
        <w:br/>
        <w:t>vt 0.013453 0.538741</w:t>
        <w:br/>
        <w:t>vt 0.010906 0.541617</w:t>
        <w:br/>
        <w:t>vt 0.909088 0.445123</w:t>
        <w:br/>
        <w:t>vt 0.909055 0.438354</w:t>
        <w:br/>
        <w:t>vt 0.906093 0.445123</w:t>
        <w:br/>
        <w:t>vt 0.906093 0.445123</w:t>
        <w:br/>
        <w:t>vt 0.909055 0.438354</w:t>
        <w:br/>
        <w:t>vt 0.904155 0.445123</w:t>
        <w:br/>
        <w:t>vt 0.914010 0.445123</w:t>
        <w:br/>
        <w:t>vt 0.909055 0.438354</w:t>
        <w:br/>
        <w:t>vt 0.912077 0.445123</w:t>
        <w:br/>
        <w:t>vt 0.912077 0.445123</w:t>
        <w:br/>
        <w:t>vt 0.909055 0.438354</w:t>
        <w:br/>
        <w:t>vt 0.909088 0.445123</w:t>
        <w:br/>
        <w:t>vt 0.902818 0.453027</w:t>
        <w:br/>
        <w:t>vt 0.905506 0.453027</w:t>
        <w:br/>
        <w:t>vt 0.905506 0.453027</w:t>
        <w:br/>
        <w:t>vt 0.909101 0.453027</w:t>
        <w:br/>
        <w:t>vt 0.909101 0.453027</w:t>
        <w:br/>
        <w:t>vt 0.912747 0.453027</w:t>
        <w:br/>
        <w:t>vt 0.912747 0.453027</w:t>
        <w:br/>
        <w:t>vt 0.915518 0.453027</w:t>
        <w:br/>
        <w:t>vt 0.909088 0.445111</w:t>
        <w:br/>
        <w:t>vt 0.906093 0.445111</w:t>
        <w:br/>
        <w:t>vt 0.909055 0.438342</w:t>
        <w:br/>
        <w:t>vt 0.904155 0.445111</w:t>
        <w:br/>
        <w:t>vt 0.914010 0.445111</w:t>
        <w:br/>
        <w:t>vt 0.912077 0.445111</w:t>
        <w:br/>
        <w:t>vt 0.909055 0.438342</w:t>
        <w:br/>
        <w:t>vt 0.912077 0.445111</w:t>
        <w:br/>
        <w:t>vt 0.909088 0.445111</w:t>
        <w:br/>
        <w:t>vt 0.909055 0.438342</w:t>
        <w:br/>
        <w:t>vt 0.905506 0.453015</w:t>
        <w:br/>
        <w:t>vt 0.902818 0.453015</w:t>
        <w:br/>
        <w:t>vt 0.909101 0.453015</w:t>
        <w:br/>
        <w:t>vt 0.912747 0.453015</w:t>
        <w:br/>
        <w:t>vt 0.909101 0.453015</w:t>
        <w:br/>
        <w:t>vt 0.915518 0.453015</w:t>
        <w:br/>
        <w:t>vt 0.912747 0.453015</w:t>
        <w:br/>
        <w:t>vt 0.902818 0.453027</w:t>
        <w:br/>
        <w:t>vt 0.912747 0.453027</w:t>
        <w:br/>
        <w:t>vt 0.909101 0.453027</w:t>
        <w:br/>
        <w:t>vt 0.905506 0.453027</w:t>
        <w:br/>
        <w:t>vt 0.909101 0.453015</w:t>
        <w:br/>
        <w:t>vt 0.912747 0.453015</w:t>
        <w:br/>
        <w:t>vt 0.915518 0.453015</w:t>
        <w:br/>
        <w:t>vt 0.905506 0.453015</w:t>
        <w:br/>
        <w:t>vt 0.908413 0.428523</w:t>
        <w:br/>
        <w:t>vt 0.908413 0.419765</w:t>
        <w:br/>
        <w:t>vt 0.903132 0.419765</w:t>
        <w:br/>
        <w:t>vt 0.903663 0.428523</w:t>
        <w:br/>
        <w:t>vt 0.903132 0.419765</w:t>
        <w:br/>
        <w:t>vt 0.897448 0.419765</w:t>
        <w:br/>
        <w:t>vt 0.898728 0.428523</w:t>
        <w:br/>
        <w:t>vt 0.903663 0.428523</w:t>
        <w:br/>
        <w:t>vt 0.919220 0.419765</w:t>
        <w:br/>
        <w:t>vt 0.913572 0.419765</w:t>
        <w:br/>
        <w:t>vt 0.913109 0.428523</w:t>
        <w:br/>
        <w:t>vt 0.917863 0.428523</w:t>
        <w:br/>
        <w:t>vt 0.913109 0.428523</w:t>
        <w:br/>
        <w:t>vt 0.913572 0.419765</w:t>
        <w:br/>
        <w:t>vt 0.908413 0.419765</w:t>
        <w:br/>
        <w:t>vt 0.908413 0.428523</w:t>
        <w:br/>
        <w:t>vt 0.903663 0.428505</w:t>
        <w:br/>
        <w:t>vt 0.903132 0.419747</w:t>
        <w:br/>
        <w:t>vt 0.908413 0.419747</w:t>
        <w:br/>
        <w:t>vt 0.908413 0.428505</w:t>
        <w:br/>
        <w:t>vt 0.897448 0.419747</w:t>
        <w:br/>
        <w:t>vt 0.903132 0.419747</w:t>
        <w:br/>
        <w:t>vt 0.903663 0.428505</w:t>
        <w:br/>
        <w:t>vt 0.898728 0.428505</w:t>
        <w:br/>
        <w:t>vt 0.913572 0.419747</w:t>
        <w:br/>
        <w:t>vt 0.919220 0.419747</w:t>
        <w:br/>
        <w:t>vt 0.917863 0.428505</w:t>
        <w:br/>
        <w:t>vt 0.913109 0.428505</w:t>
        <w:br/>
        <w:t>vt 0.908413 0.428505</w:t>
        <w:br/>
        <w:t>vt 0.908413 0.419747</w:t>
        <w:br/>
        <w:t>vt 0.913572 0.419747</w:t>
        <w:br/>
        <w:t>vt 0.913109 0.428505</w:t>
        <w:br/>
        <w:t>vt 0.917863 0.428505</w:t>
        <w:br/>
        <w:t>vt 0.903663 0.428505</w:t>
        <w:br/>
        <w:t>vt 0.908413 0.428505</w:t>
        <w:br/>
        <w:t>vt 0.913109 0.428505</w:t>
        <w:br/>
        <w:t>vt 0.913109 0.428523</w:t>
        <w:br/>
        <w:t>vt 0.908413 0.428523</w:t>
        <w:br/>
        <w:t>vt 0.903663 0.428523</w:t>
        <w:br/>
        <w:t>vt 0.898728 0.428523</w:t>
        <w:br/>
        <w:t>vt 0.906359 0.779116</w:t>
        <w:br/>
        <w:t>vt 0.906359 0.766716</w:t>
        <w:br/>
        <w:t>vt 0.913159 0.770016</w:t>
        <w:br/>
        <w:t>vt 0.913159 0.783116</w:t>
        <w:br/>
        <w:t>vt 0.906359 0.794416</w:t>
        <w:br/>
        <w:t>vt 0.913159 0.798216</w:t>
        <w:br/>
        <w:t>vt 0.946500 0.972000</w:t>
        <w:br/>
        <w:t>vt 0.946500 0.986200</w:t>
        <w:br/>
        <w:t>vt 0.940500 0.980400</w:t>
        <w:br/>
        <w:t>vt 0.946500 0.956900</w:t>
        <w:br/>
        <w:t>vt 0.940500 0.966600</w:t>
        <w:br/>
        <w:t>vt 0.940500 0.956400</w:t>
        <w:br/>
        <w:t>vt 0.946500 0.947100</w:t>
        <w:br/>
        <w:t>vt 0.940500 0.947700</w:t>
        <w:br/>
        <w:t>vt 0.940500 0.938400</w:t>
        <w:br/>
        <w:t>vt 0.946500 0.938600</w:t>
        <w:br/>
        <w:t>vt 0.946500 0.920100</w:t>
        <w:br/>
        <w:t>vt 0.946500 0.929800</w:t>
        <w:br/>
        <w:t>vt 0.940500 0.929600</w:t>
        <w:br/>
        <w:t>vt 0.940500 0.919700</w:t>
        <w:br/>
        <w:t>vt 0.946500 0.911100</w:t>
        <w:br/>
        <w:t>vt 0.940500 0.910700</w:t>
        <w:br/>
        <w:t>vt 0.946500 0.901000</w:t>
        <w:br/>
        <w:t>vt 0.940500 0.901000</w:t>
        <w:br/>
        <w:t>vt 0.940500 0.891600</w:t>
        <w:br/>
        <w:t>vt 0.946500 0.891500</w:t>
        <w:br/>
        <w:t>vt 0.940500 0.882500</w:t>
        <w:br/>
        <w:t>vt 0.946500 0.882300</w:t>
        <w:br/>
        <w:t>vt 0.940500 0.872800</w:t>
        <w:br/>
        <w:t>vt 0.946500 0.872500</w:t>
        <w:br/>
        <w:t>vt 0.940500 0.863000</w:t>
        <w:br/>
        <w:t>vt 0.946500 0.862600</w:t>
        <w:br/>
        <w:t>vt 0.940500 0.853200</w:t>
        <w:br/>
        <w:t>vt 0.946500 0.852800</w:t>
        <w:br/>
        <w:t>vt 0.940500 0.841600</w:t>
        <w:br/>
        <w:t>vt 0.946500 0.841100</w:t>
        <w:br/>
        <w:t>vt 0.940500 0.828800</w:t>
        <w:br/>
        <w:t>vt 0.946500 0.828900</w:t>
        <w:br/>
        <w:t>vt 0.946500 0.816100</w:t>
        <w:br/>
        <w:t>vt 0.940500 0.815600</w:t>
        <w:br/>
        <w:t>vt 0.940500 0.807700</w:t>
        <w:br/>
        <w:t>vt 0.946500 0.806100</w:t>
        <w:br/>
        <w:t>vt 0.946500 0.791500</w:t>
        <w:br/>
        <w:t>vt 0.943000 0.792500</w:t>
        <w:br/>
        <w:t>vt 0.941100 0.781400</w:t>
        <w:br/>
        <w:t>vt 0.945600 0.777800</w:t>
        <w:br/>
        <w:t>vt 0.945600 0.790200</w:t>
        <w:br/>
        <w:t>vt 0.941100 0.790100</w:t>
        <w:br/>
        <w:t>vt 0.906359 0.766716</w:t>
        <w:br/>
        <w:t>vt 0.906359 0.779116</w:t>
        <w:br/>
        <w:t>vt 0.904859 0.778116</w:t>
        <w:br/>
        <w:t>vt 0.904859 0.765816</w:t>
        <w:br/>
        <w:t>vt 0.914559 0.749116</w:t>
        <w:br/>
        <w:t>vt 0.913159 0.750816</w:t>
        <w:br/>
        <w:t>vt 0.906359 0.748016</w:t>
        <w:br/>
        <w:t>vt 0.904859 0.744916</w:t>
        <w:br/>
        <w:t>vt 0.913159 0.759616</w:t>
        <w:br/>
        <w:t>vt 0.914559 0.759616</w:t>
        <w:br/>
        <w:t>vt 0.914559 0.769916</w:t>
        <w:br/>
        <w:t>vt 0.904859 0.793316</w:t>
        <w:br/>
        <w:t>vt 0.945600 0.764600</w:t>
        <w:br/>
        <w:t>vt 0.945600 0.767800</w:t>
        <w:br/>
        <w:t>vt 0.941100 0.766800</w:t>
        <w:br/>
        <w:t>vt 0.941100 0.764600</w:t>
        <w:br/>
        <w:t>vt 0.946500 0.986200</w:t>
        <w:br/>
        <w:t>vt 0.946500 0.972000</w:t>
        <w:br/>
        <w:t>vt 0.948000 0.972100</w:t>
        <w:br/>
        <w:t>vt 0.948000 0.986700</w:t>
        <w:br/>
        <w:t>vt 0.938800 0.989900</w:t>
        <w:br/>
        <w:t>vt 0.938800 0.979800</w:t>
        <w:br/>
        <w:t>vt 0.940500 0.980400</w:t>
        <w:br/>
        <w:t>vt 0.940500 0.989900</w:t>
        <w:br/>
        <w:t>vt 0.946500 0.956900</w:t>
        <w:br/>
        <w:t>vt 0.948000 0.957000</w:t>
        <w:br/>
        <w:t>vt 0.938800 0.956500</w:t>
        <w:br/>
        <w:t>vt 0.938800 0.947700</w:t>
        <w:br/>
        <w:t>vt 0.940500 0.947700</w:t>
        <w:br/>
        <w:t>vt 0.940500 0.956400</w:t>
        <w:br/>
        <w:t>vt 0.946500 0.947100</w:t>
        <w:br/>
        <w:t>vt 0.948000 0.947200</w:t>
        <w:br/>
        <w:t>vt 0.940500 0.938400</w:t>
        <w:br/>
        <w:t>vt 0.938800 0.938400</w:t>
        <w:br/>
        <w:t>vt 0.948000 0.938700</w:t>
        <w:br/>
        <w:t>vt 0.938800 0.929500</w:t>
        <w:br/>
        <w:t>vt 0.938800 0.919600</w:t>
        <w:br/>
        <w:t>vt 0.940500 0.929600</w:t>
        <w:br/>
        <w:t>vt 0.946500 0.920100</w:t>
        <w:br/>
        <w:t>vt 0.948000 0.920100</w:t>
        <w:br/>
        <w:t>vt 0.948000 0.929900</w:t>
        <w:br/>
        <w:t>vt 0.946500 0.929800</w:t>
        <w:br/>
        <w:t>vt 0.940500 0.910700</w:t>
        <w:br/>
        <w:t>vt 0.938800 0.910600</w:t>
        <w:br/>
        <w:t>vt 0.946500 0.911100</w:t>
        <w:br/>
        <w:t>vt 0.948000 0.911200</w:t>
        <w:br/>
        <w:t>vt 0.938800 0.901000</w:t>
        <w:br/>
        <w:t>vt 0.940500 0.901000</w:t>
        <w:br/>
        <w:t>vt 0.946500 0.901000</w:t>
        <w:br/>
        <w:t>vt 0.948000 0.901100</w:t>
        <w:br/>
        <w:t>vt 0.938800 0.891700</w:t>
        <w:br/>
        <w:t>vt 0.940500 0.891600</w:t>
        <w:br/>
        <w:t>vt 0.946500 0.891500</w:t>
        <w:br/>
        <w:t>vt 0.948000 0.891600</w:t>
        <w:br/>
        <w:t>vt 0.938800 0.882500</w:t>
        <w:br/>
        <w:t>vt 0.940500 0.882500</w:t>
        <w:br/>
        <w:t>vt 0.946500 0.882300</w:t>
        <w:br/>
        <w:t>vt 0.948000 0.882300</w:t>
        <w:br/>
        <w:t>vt 0.938800 0.872900</w:t>
        <w:br/>
        <w:t>vt 0.940500 0.872800</w:t>
        <w:br/>
        <w:t>vt 0.946500 0.872500</w:t>
        <w:br/>
        <w:t>vt 0.948000 0.872500</w:t>
        <w:br/>
        <w:t>vt 0.938800 0.863000</w:t>
        <w:br/>
        <w:t>vt 0.940500 0.863000</w:t>
        <w:br/>
        <w:t>vt 0.946500 0.862600</w:t>
        <w:br/>
        <w:t>vt 0.948000 0.862500</w:t>
        <w:br/>
        <w:t>vt 0.940500 0.853200</w:t>
        <w:br/>
        <w:t>vt 0.938800 0.853300</w:t>
        <w:br/>
        <w:t>vt 0.946500 0.852800</w:t>
        <w:br/>
        <w:t>vt 0.948000 0.852700</w:t>
        <w:br/>
        <w:t>vt 0.938800 0.841600</w:t>
        <w:br/>
        <w:t>vt 0.940500 0.841600</w:t>
        <w:br/>
        <w:t>vt 0.946500 0.841100</w:t>
        <w:br/>
        <w:t>vt 0.948000 0.841000</w:t>
        <w:br/>
        <w:t>vt 0.938800 0.828800</w:t>
        <w:br/>
        <w:t>vt 0.940500 0.828800</w:t>
        <w:br/>
        <w:t>vt 0.946500 0.828900</w:t>
        <w:br/>
        <w:t>vt 0.948000 0.828800</w:t>
        <w:br/>
        <w:t>vt 0.938800 0.815700</w:t>
        <w:br/>
        <w:t>vt 0.940500 0.815600</w:t>
        <w:br/>
        <w:t>vt 0.946500 0.816100</w:t>
        <w:br/>
        <w:t>vt 0.948000 0.816100</w:t>
        <w:br/>
        <w:t>vt 0.948000 0.805400</w:t>
        <w:br/>
        <w:t>vt 0.946500 0.806100</w:t>
        <w:br/>
        <w:t>vt 0.946500 0.791500</w:t>
        <w:br/>
        <w:t>vt 0.948000 0.791600</w:t>
        <w:br/>
        <w:t>vt 0.940500 0.791100</w:t>
        <w:br/>
        <w:t>vt 0.938800 0.807500</w:t>
        <w:br/>
        <w:t>vt 0.938800 0.791100</w:t>
        <w:br/>
        <w:t>vt 0.906359 0.801016</w:t>
        <w:br/>
        <w:t>vt 0.904859 0.801016</w:t>
        <w:br/>
        <w:t>vt 0.941100 0.766800</w:t>
        <w:br/>
        <w:t>vt 0.941100 0.773700</w:t>
        <w:br/>
        <w:t>vt 0.939400 0.773600</w:t>
        <w:br/>
        <w:t>vt 0.939400 0.766300</w:t>
        <w:br/>
        <w:t>vt 0.945600 0.775000</w:t>
        <w:br/>
        <w:t>vt 0.945600 0.767800</w:t>
        <w:br/>
        <w:t>vt 0.947200 0.767600</w:t>
        <w:br/>
        <w:t>vt 0.947200 0.774600</w:t>
        <w:br/>
        <w:t>vt 0.948000 0.777000</w:t>
        <w:br/>
        <w:t>vt 0.943300 0.791100</w:t>
        <w:br/>
        <w:t>vt 0.945600 0.790200</w:t>
        <w:br/>
        <w:t>vt 0.946500 0.791500</w:t>
        <w:br/>
        <w:t>vt 0.943000 0.792500</w:t>
        <w:br/>
        <w:t>vt 0.941100 0.781400</w:t>
        <w:br/>
        <w:t>vt 0.938800 0.781300</w:t>
        <w:br/>
        <w:t>vt 0.941100 0.764600</w:t>
        <w:br/>
        <w:t>vt 0.939400 0.764600</w:t>
        <w:br/>
        <w:t>vt 0.945600 0.764600</w:t>
        <w:br/>
        <w:t>vt 0.947200 0.764600</w:t>
        <w:br/>
        <w:t>vt 0.945600 0.777800</w:t>
        <w:br/>
        <w:t>vt 0.945600 0.790200</w:t>
        <w:br/>
        <w:t>vt 0.941100 0.790100</w:t>
        <w:br/>
        <w:t>vt 0.943300 0.791100</w:t>
        <w:br/>
        <w:t>vt 0.940500 0.791100</w:t>
        <w:br/>
        <w:t>vt 0.906359 0.756416</w:t>
        <w:br/>
        <w:t>vt 0.913159 0.759616</w:t>
        <w:br/>
        <w:t>vt 0.904859 0.755716</w:t>
        <w:br/>
        <w:t>vt 0.906359 0.756416</w:t>
        <w:br/>
        <w:t>vt 0.914559 0.783016</w:t>
        <w:br/>
        <w:t>vt 0.914559 0.797916</w:t>
        <w:br/>
        <w:t>vt 0.913159 0.798216</w:t>
        <w:br/>
        <w:t>vt 0.946500 0.989900</w:t>
        <w:br/>
        <w:t>vt 0.940500 0.989900</w:t>
        <w:br/>
        <w:t>vt 0.946500 0.989900</w:t>
        <w:br/>
        <w:t>vt 0.948000 0.989900</w:t>
        <w:br/>
        <w:t>vt 0.938800 0.965700</w:t>
        <w:br/>
        <w:t>vt 0.940500 0.966600</w:t>
        <w:br/>
        <w:t>vt 0.941100 0.773700</w:t>
        <w:br/>
        <w:t>vt 0.945600 0.775000</w:t>
        <w:br/>
        <w:t>vt 0.940500 0.807700</w:t>
        <w:br/>
        <w:t>vt 0.913159 0.751916</w:t>
        <w:br/>
        <w:t>vt 0.906359 0.749116</w:t>
        <w:br/>
        <w:t>vt 0.904859 0.748516</w:t>
        <w:br/>
        <w:t>vt 0.904859 0.744916</w:t>
        <w:br/>
        <w:t>vt 0.906359 0.748016</w:t>
        <w:br/>
        <w:t>vt 0.914559 0.752216</w:t>
        <w:br/>
        <w:t>vt 0.913159 0.751916</w:t>
        <w:br/>
        <w:t>vt 0.938800 0.774400</w:t>
        <w:br/>
        <w:t>vt 0.948000 0.775300</w:t>
        <w:br/>
        <w:t>vt 0.123800 0.910667</w:t>
        <w:br/>
        <w:t>vt 0.121600 0.907750</w:t>
        <w:br/>
        <w:t>vt 0.129000 0.907750</w:t>
        <w:br/>
        <w:t>vt 0.126600 0.910667</w:t>
        <w:br/>
        <w:t>vt 0.126600 0.910667</w:t>
        <w:br/>
        <w:t>vt 0.129300 0.910600</w:t>
        <w:br/>
        <w:t>vt 0.126900 0.911850</w:t>
        <w:br/>
        <w:t>vt 0.123500 0.911850</w:t>
        <w:br/>
        <w:t>vt 0.123800 0.910667</w:t>
        <w:br/>
        <w:t>vt 0.121200 0.910600</w:t>
        <w:br/>
        <w:t>vt 0.121200 0.890700</w:t>
        <w:br/>
        <w:t>vt 0.121200 0.899350</w:t>
        <w:br/>
        <w:t>vt 0.119532 0.899350</w:t>
        <w:br/>
        <w:t>vt 0.119532 0.890700</w:t>
        <w:br/>
        <w:t>vt 0.131180 0.899350</w:t>
        <w:br/>
        <w:t>vt 0.129500 0.899350</w:t>
        <w:br/>
        <w:t>vt 0.129500 0.890700</w:t>
        <w:br/>
        <w:t>vt 0.131180 0.890700</w:t>
        <w:br/>
        <w:t>vt 0.129500 0.876800</w:t>
        <w:br/>
        <w:t>vt 0.131180 0.876800</w:t>
        <w:br/>
        <w:t>vt 0.119532 0.876800</w:t>
        <w:br/>
        <w:t>vt 0.121200 0.876800</w:t>
        <w:br/>
        <w:t>vt 0.129500 0.863650</w:t>
        <w:br/>
        <w:t>vt 0.131180 0.863650</w:t>
        <w:br/>
        <w:t>vt 0.119532 0.863650</w:t>
        <w:br/>
        <w:t>vt 0.121200 0.863650</w:t>
        <w:br/>
        <w:t>vt 0.129500 0.851500</w:t>
        <w:br/>
        <w:t>vt 0.131180 0.851500</w:t>
        <w:br/>
        <w:t>vt 0.119532 0.851500</w:t>
        <w:br/>
        <w:t>vt 0.121300 0.851500</w:t>
        <w:br/>
        <w:t>vt 0.131180 0.844200</w:t>
        <w:br/>
        <w:t>vt 0.119532 0.844200</w:t>
        <w:br/>
        <w:t>vt 0.121600 0.843000</w:t>
        <w:br/>
        <w:t>vt 0.126900 0.841200</w:t>
        <w:br/>
        <w:t>vt 0.123700 0.841200</w:t>
        <w:br/>
        <w:t>vt 0.123500 0.839391</w:t>
        <w:br/>
        <w:t>vt 0.127100 0.839391</w:t>
        <w:br/>
        <w:t>vt 0.131180 0.907750</w:t>
        <w:br/>
        <w:t>vt 0.119532 0.907750</w:t>
        <w:br/>
        <w:t>vt 0.129100 0.843100</w:t>
        <w:br/>
        <w:t>vt 0.129600 0.840741</w:t>
        <w:br/>
        <w:t>vt 0.121000 0.840741</w:t>
        <w:br/>
        <w:t>vt 0.123700 0.841200</w:t>
        <w:br/>
        <w:t>vt 0.126900 0.841200</w:t>
        <w:br/>
        <w:t>vt 0.129500 0.876800</w:t>
        <w:br/>
        <w:t>vt 0.125400 0.876800</w:t>
        <w:br/>
        <w:t>vt 0.129500 0.863650</w:t>
        <w:br/>
        <w:t>vt 0.089968 0.796228</w:t>
        <w:br/>
        <w:t>vt 0.097168 0.796228</w:t>
        <w:br/>
        <w:t>vt 0.097168 0.803628</w:t>
        <w:br/>
        <w:t>vt 0.089968 0.803628</w:t>
        <w:br/>
        <w:t>vt 0.085395 0.822473</w:t>
        <w:br/>
        <w:t>vt 0.085395 0.815423</w:t>
        <w:br/>
        <w:t>vt 0.084245 0.815423</w:t>
        <w:br/>
        <w:t>vt 0.084245 0.822473</w:t>
        <w:br/>
        <w:t>vt 0.089609 0.810740</w:t>
        <w:br/>
        <w:t>vt 0.096909 0.810740</w:t>
        <w:br/>
        <w:t>vt 0.096909 0.812271</w:t>
        <w:br/>
        <w:t>vt 0.089609 0.812271</w:t>
        <w:br/>
        <w:t>vt 0.084245 0.815423</w:t>
        <w:br/>
        <w:t>vt 0.085395 0.815423</w:t>
        <w:br/>
        <w:t>vt 0.085395 0.822473</w:t>
        <w:br/>
        <w:t>vt 0.084245 0.822473</w:t>
        <w:br/>
        <w:t>vt 0.085395 0.829673</w:t>
        <w:br/>
        <w:t>vt 0.084345 0.830723</w:t>
        <w:br/>
        <w:t>vt 0.082545 0.830723</w:t>
        <w:br/>
        <w:t>vt 0.089609 0.815224</w:t>
        <w:br/>
        <w:t>vt 0.096909 0.815224</w:t>
        <w:br/>
        <w:t>vt 0.096909 0.816724</w:t>
        <w:br/>
        <w:t>vt 0.089609 0.816724</w:t>
        <w:br/>
        <w:t>vt 0.089609 0.813824</w:t>
        <w:br/>
        <w:t>vt 0.096909 0.813824</w:t>
        <w:br/>
        <w:t>vt 0.085395 0.829673</w:t>
        <w:br/>
        <w:t>vt 0.101799 0.813349</w:t>
        <w:br/>
        <w:t>vt 0.101799 0.806249</w:t>
        <w:br/>
        <w:t>vt 0.103147 0.809749</w:t>
        <w:br/>
        <w:t>vt 0.082545 0.822473</w:t>
        <w:br/>
        <w:t>vt 0.081195 0.822473</w:t>
        <w:br/>
        <w:t>vt 0.082545 0.830723</w:t>
        <w:br/>
        <w:t>vt 0.089609 0.825224</w:t>
        <w:br/>
        <w:t>vt 0.089609 0.816724</w:t>
        <w:br/>
        <w:t>vt 0.096909 0.816724</w:t>
        <w:br/>
        <w:t>vt 0.096909 0.825224</w:t>
        <w:br/>
        <w:t>vt 0.082545 0.822473</w:t>
        <w:br/>
        <w:t>vt 0.081195 0.822473</w:t>
        <w:br/>
        <w:t>vt 0.102527 0.821432</w:t>
        <w:br/>
        <w:t>vt 0.102527 0.825132</w:t>
        <w:br/>
        <w:t>vt 0.101427 0.825132</w:t>
        <w:br/>
        <w:t>vt 0.101427 0.821432</w:t>
        <w:br/>
        <w:t>vt 0.101427 0.817732</w:t>
        <w:br/>
        <w:t>vt 0.102527 0.817732</w:t>
        <w:br/>
        <w:t>vt 0.092909 0.826324</w:t>
        <w:br/>
        <w:t>vt 0.082693 0.809330</w:t>
        <w:br/>
        <w:t>vt 0.081215 0.809330</w:t>
        <w:br/>
        <w:t>vt 0.081215 0.804010</w:t>
        <w:br/>
        <w:t>vt 0.082693 0.804010</w:t>
        <w:br/>
        <w:t>vt 0.084345 0.830723</w:t>
        <w:br/>
        <w:t>vt 0.156500 0.675800</w:t>
        <w:br/>
        <w:t>vt 0.143300 0.675800</w:t>
        <w:br/>
        <w:t>vt 0.143300 0.668947</w:t>
        <w:br/>
        <w:t>vt 0.156500 0.668947</w:t>
        <w:br/>
        <w:t>vt 0.130200 0.668966</w:t>
        <w:br/>
        <w:t>vt 0.130200 0.675687</w:t>
        <w:br/>
        <w:t>vt 0.120000 0.675800</w:t>
        <w:br/>
        <w:t>vt 0.120000 0.668947</w:t>
        <w:br/>
        <w:t>vt 0.108500 0.668972</w:t>
        <w:br/>
        <w:t>vt 0.108500 0.675794</w:t>
        <w:br/>
        <w:t>vt 0.094500 0.675794</w:t>
        <w:br/>
        <w:t>vt 0.094500 0.668972</w:t>
        <w:br/>
        <w:t>vt 0.077800 0.675800</w:t>
        <w:br/>
        <w:t>vt 0.077800 0.668947</w:t>
        <w:br/>
        <w:t>vt 0.062600 0.675794</w:t>
        <w:br/>
        <w:t>vt 0.062600 0.668972</w:t>
        <w:br/>
        <w:t>vt 0.034800 0.675800</w:t>
        <w:br/>
        <w:t>vt 0.034800 0.668947</w:t>
        <w:br/>
        <w:t>vt 0.048300 0.668972</w:t>
        <w:br/>
        <w:t>vt 0.048300 0.675794</w:t>
        <w:br/>
        <w:t>vt 0.021800 0.675794</w:t>
        <w:br/>
        <w:t>vt 0.021800 0.668972</w:t>
        <w:br/>
        <w:t>vt 0.006600 0.675800</w:t>
        <w:br/>
        <w:t>vt 0.006600 0.668947</w:t>
        <w:br/>
        <w:t>vt 0.156500 0.676800</w:t>
        <w:br/>
        <w:t>vt 0.143300 0.676800</w:t>
        <w:br/>
        <w:t>vt 0.143300 0.675800</w:t>
        <w:br/>
        <w:t>vt 0.156500 0.675800</w:t>
        <w:br/>
        <w:t>vt 0.143300 0.668947</w:t>
        <w:br/>
        <w:t>vt 0.143300 0.668300</w:t>
        <w:br/>
        <w:t>vt 0.156500 0.668300</w:t>
        <w:br/>
        <w:t>vt 0.156500 0.668947</w:t>
        <w:br/>
        <w:t>vt 0.130200 0.668966</w:t>
        <w:br/>
        <w:t>vt 0.120000 0.668947</w:t>
        <w:br/>
        <w:t>vt 0.120000 0.668300</w:t>
        <w:br/>
        <w:t>vt 0.034800 0.675800</w:t>
        <w:br/>
        <w:t>vt 0.048300 0.675794</w:t>
        <w:br/>
        <w:t>vt 0.034800 0.676800</w:t>
        <w:br/>
        <w:t>vt 0.034800 0.668947</w:t>
        <w:br/>
        <w:t>vt 0.034800 0.668300</w:t>
        <w:br/>
        <w:t>vt 0.048300 0.668972</w:t>
        <w:br/>
        <w:t>vt 0.021800 0.675794</w:t>
        <w:br/>
        <w:t>vt 0.021800 0.668972</w:t>
        <w:br/>
        <w:t>vt 0.006600 0.675800</w:t>
        <w:br/>
        <w:t>vt 0.006600 0.676800</w:t>
        <w:br/>
        <w:t>vt 0.077800 0.668300</w:t>
        <w:br/>
        <w:t>vt 0.094500 0.668972</w:t>
        <w:br/>
        <w:t>vt 0.077800 0.668947</w:t>
        <w:br/>
        <w:t>vt 0.062600 0.668972</w:t>
        <w:br/>
        <w:t>vt 0.108500 0.668972</w:t>
        <w:br/>
        <w:t>vt 0.006600 0.668947</w:t>
        <w:br/>
        <w:t>vt 0.006600 0.668300</w:t>
        <w:br/>
        <w:t>vt 0.077800 0.675800</w:t>
        <w:br/>
        <w:t>vt 0.094500 0.675794</w:t>
        <w:br/>
        <w:t>vt 0.077800 0.676800</w:t>
        <w:br/>
        <w:t>vt 0.062600 0.675794</w:t>
        <w:br/>
        <w:t>vt 0.120000 0.675800</w:t>
        <w:br/>
        <w:t>vt 0.130200 0.675687</w:t>
        <w:br/>
        <w:t>vt 0.120000 0.676800</w:t>
        <w:br/>
        <w:t>vt 0.108500 0.675794</w:t>
        <w:br/>
        <w:t>vt 0.156500 0.675800</w:t>
        <w:br/>
        <w:t>vt 0.156500 0.668947</w:t>
        <w:br/>
        <w:t>vt 0.143300 0.668947</w:t>
        <w:br/>
        <w:t>vt 0.143300 0.675800</w:t>
        <w:br/>
        <w:t>vt 0.130200 0.668966</w:t>
        <w:br/>
        <w:t>vt 0.130200 0.675687</w:t>
        <w:br/>
        <w:t>vt 0.120000 0.668947</w:t>
        <w:br/>
        <w:t>vt 0.120000 0.675800</w:t>
        <w:br/>
        <w:t>vt 0.108500 0.668972</w:t>
        <w:br/>
        <w:t>vt 0.108500 0.675794</w:t>
        <w:br/>
        <w:t>vt 0.094500 0.668972</w:t>
        <w:br/>
        <w:t>vt 0.094500 0.675794</w:t>
        <w:br/>
        <w:t>vt 0.077800 0.668947</w:t>
        <w:br/>
        <w:t>vt 0.077800 0.675800</w:t>
        <w:br/>
        <w:t>vt 0.062600 0.668972</w:t>
        <w:br/>
        <w:t>vt 0.062600 0.675794</w:t>
        <w:br/>
        <w:t>vt 0.048300 0.668972</w:t>
        <w:br/>
        <w:t>vt 0.034800 0.668947</w:t>
        <w:br/>
        <w:t>vt 0.034800 0.675800</w:t>
        <w:br/>
        <w:t>vt 0.048300 0.675794</w:t>
        <w:br/>
        <w:t>vt 0.021800 0.675794</w:t>
        <w:br/>
        <w:t>vt 0.021800 0.668972</w:t>
        <w:br/>
        <w:t>vt 0.006600 0.668947</w:t>
        <w:br/>
        <w:t>vt 0.006600 0.675800</w:t>
        <w:br/>
        <w:t>vt 0.143300 0.675800</w:t>
        <w:br/>
        <w:t>vt 0.143300 0.676800</w:t>
        <w:br/>
        <w:t>vt 0.156500 0.676800</w:t>
        <w:br/>
        <w:t>vt 0.156500 0.675800</w:t>
        <w:br/>
        <w:t>vt 0.143300 0.668947</w:t>
        <w:br/>
        <w:t>vt 0.156500 0.668947</w:t>
        <w:br/>
        <w:t>vt 0.156500 0.668300</w:t>
        <w:br/>
        <w:t>vt 0.143300 0.668300</w:t>
        <w:br/>
        <w:t>vt 0.130200 0.668966</w:t>
        <w:br/>
        <w:t>vt 0.120000 0.668947</w:t>
        <w:br/>
        <w:t>vt 0.120000 0.668300</w:t>
        <w:br/>
        <w:t>vt 0.034800 0.675800</w:t>
        <w:br/>
        <w:t>vt 0.034800 0.676800</w:t>
        <w:br/>
        <w:t>vt 0.048300 0.675794</w:t>
        <w:br/>
        <w:t>vt 0.034800 0.668947</w:t>
        <w:br/>
        <w:t>vt 0.048300 0.668972</w:t>
        <w:br/>
        <w:t>vt 0.034800 0.668300</w:t>
        <w:br/>
        <w:t>vt 0.021800 0.675794</w:t>
        <w:br/>
        <w:t>vt 0.021800 0.668972</w:t>
        <w:br/>
        <w:t>vt 0.006600 0.675800</w:t>
        <w:br/>
        <w:t>vt 0.006600 0.676800</w:t>
        <w:br/>
        <w:t>vt 0.077800 0.668300</w:t>
        <w:br/>
        <w:t>vt 0.077800 0.668947</w:t>
        <w:br/>
        <w:t>vt 0.094500 0.668972</w:t>
        <w:br/>
        <w:t>vt 0.062600 0.668972</w:t>
        <w:br/>
        <w:t>vt 0.108500 0.668972</w:t>
        <w:br/>
        <w:t>vt 0.006600 0.668947</w:t>
        <w:br/>
        <w:t>vt 0.006600 0.668300</w:t>
        <w:br/>
        <w:t>vt 0.077800 0.675800</w:t>
        <w:br/>
        <w:t>vt 0.077800 0.676800</w:t>
        <w:br/>
        <w:t>vt 0.094500 0.675794</w:t>
        <w:br/>
        <w:t>vt 0.062600 0.675794</w:t>
        <w:br/>
        <w:t>vt 0.120000 0.675800</w:t>
        <w:br/>
        <w:t>vt 0.120000 0.676800</w:t>
        <w:br/>
        <w:t>vt 0.130200 0.675687</w:t>
        <w:br/>
        <w:t>vt 0.108500 0.675794</w:t>
        <w:br/>
        <w:t>vt 0.503400 0.483100</w:t>
        <w:br/>
        <w:t>vt 0.502600 0.494000</w:t>
        <w:br/>
        <w:t>vt 0.485700 0.494000</w:t>
        <w:br/>
        <w:t>vt 0.485700 0.495900</w:t>
        <w:br/>
        <w:t>vt 0.485700 0.494000</w:t>
        <w:br/>
        <w:t>vt 0.502600 0.494000</w:t>
        <w:br/>
        <w:t>vt 0.502600 0.495900</w:t>
        <w:br/>
        <w:t>vt 0.485700 0.469700</w:t>
        <w:br/>
        <w:t>vt 0.502900 0.469700</w:t>
        <w:br/>
        <w:t>vt 0.503000 0.471600</w:t>
        <w:br/>
        <w:t>vt 0.485700 0.471600</w:t>
        <w:br/>
        <w:t>vt 0.512000 0.495900</w:t>
        <w:br/>
        <w:t>vt 0.512300 0.494000</w:t>
        <w:br/>
        <w:t>vt 0.513500 0.469700</w:t>
        <w:br/>
        <w:t>vt 0.513800 0.471600</w:t>
        <w:br/>
        <w:t>vt 0.503000 0.471600</w:t>
        <w:br/>
        <w:t>vt 0.513800 0.471600</w:t>
        <w:br/>
        <w:t>vt 0.512300 0.494000</w:t>
        <w:br/>
        <w:t>vt 0.485700 0.471600</w:t>
        <w:br/>
        <w:t>vt 0.468000 0.483100</w:t>
        <w:br/>
        <w:t>vt 0.468700 0.494000</w:t>
        <w:br/>
        <w:t>vt 0.468700 0.494000</w:t>
        <w:br/>
        <w:t>vt 0.468800 0.495900</w:t>
        <w:br/>
        <w:t>vt 0.468400 0.471600</w:t>
        <w:br/>
        <w:t>vt 0.468400 0.469700</w:t>
        <w:br/>
        <w:t>vt 0.459400 0.495900</w:t>
        <w:br/>
        <w:t>vt 0.459100 0.494000</w:t>
        <w:br/>
        <w:t>vt 0.457600 0.471600</w:t>
        <w:br/>
        <w:t>vt 0.457800 0.469700</w:t>
        <w:br/>
        <w:t>vt 0.468400 0.471600</w:t>
        <w:br/>
        <w:t>vt 0.457600 0.471600</w:t>
        <w:br/>
        <w:t>vt 0.459100 0.494000</w:t>
        <w:br/>
        <w:t>vt 0.019100 0.687914</w:t>
        <w:br/>
        <w:t>vt 0.006100 0.687914</w:t>
        <w:br/>
        <w:t>vt 0.006100 0.684400</w:t>
        <w:br/>
        <w:t>vt 0.019100 0.684400</w:t>
        <w:br/>
        <w:t>vt 0.087000 0.684400</w:t>
        <w:br/>
        <w:t>vt 0.100800 0.684400</w:t>
        <w:br/>
        <w:t>vt 0.100900 0.687914</w:t>
        <w:br/>
        <w:t>vt 0.087000 0.687914</w:t>
        <w:br/>
        <w:t>vt 0.115400 0.684400</w:t>
        <w:br/>
        <w:t>vt 0.107000 0.685147</w:t>
        <w:br/>
        <w:t>vt 0.106900 0.684400</w:t>
        <w:br/>
        <w:t>vt 0.115200 0.687914</w:t>
        <w:br/>
        <w:t>vt 0.108900 0.687914</w:t>
        <w:br/>
        <w:t>vt 0.006100 0.687914</w:t>
        <w:br/>
        <w:t>vt 0.019100 0.687914</w:t>
        <w:br/>
        <w:t>vt 0.019200 0.689900</w:t>
        <w:br/>
        <w:t>vt 0.006100 0.689900</w:t>
        <w:br/>
        <w:t>vt 0.029100 0.687914</w:t>
        <w:br/>
        <w:t>vt 0.029400 0.689900</w:t>
        <w:br/>
        <w:t>vt 0.042000 0.687914</w:t>
        <w:br/>
        <w:t>vt 0.041900 0.689900</w:t>
        <w:br/>
        <w:t>vt 0.055300 0.687914</w:t>
        <w:br/>
        <w:t>vt 0.055200 0.689900</w:t>
        <w:br/>
        <w:t>vt 0.070000 0.687914</w:t>
        <w:br/>
        <w:t>vt 0.070000 0.689900</w:t>
        <w:br/>
        <w:t>vt 0.087000 0.687914</w:t>
        <w:br/>
        <w:t>vt 0.087100 0.689900</w:t>
        <w:br/>
        <w:t>vt 0.100900 0.687914</w:t>
        <w:br/>
        <w:t>vt 0.100600 0.689900</w:t>
        <w:br/>
        <w:t>vt 0.090600 0.698815</w:t>
        <w:br/>
        <w:t>vt 0.090500 0.697400</w:t>
        <w:br/>
        <w:t>vt 0.103800 0.697400</w:t>
        <w:br/>
        <w:t>vt 0.103900 0.698815</w:t>
        <w:br/>
        <w:t>vt 0.112600 0.698815</w:t>
        <w:br/>
        <w:t>vt 0.112500 0.697400</w:t>
        <w:br/>
        <w:t>vt 0.108900 0.687914</w:t>
        <w:br/>
        <w:t>vt 0.108900 0.689900</w:t>
        <w:br/>
        <w:t>vt 0.119550 0.698815</w:t>
        <w:br/>
        <w:t>vt 0.121200 0.697400</w:t>
        <w:br/>
        <w:t>vt 0.115200 0.687914</w:t>
        <w:br/>
        <w:t>vt 0.116500 0.689900</w:t>
        <w:br/>
        <w:t>vt 0.125800 0.698815</w:t>
        <w:br/>
        <w:t>vt 0.126000 0.697400</w:t>
        <w:br/>
        <w:t>vt 0.070000 0.687914</w:t>
        <w:br/>
        <w:t>vt 0.070000 0.684400</w:t>
        <w:br/>
        <w:t>vt 0.074700 0.698815</w:t>
        <w:br/>
        <w:t>vt 0.074600 0.697400</w:t>
        <w:br/>
        <w:t>vt 0.055400 0.684400</w:t>
        <w:br/>
        <w:t>vt 0.055300 0.687914</w:t>
        <w:br/>
        <w:t>vt 0.060300 0.698815</w:t>
        <w:br/>
        <w:t>vt 0.060200 0.697400</w:t>
        <w:br/>
        <w:t>vt 0.042100 0.684400</w:t>
        <w:br/>
        <w:t>vt 0.042000 0.687914</w:t>
        <w:br/>
        <w:t>vt 0.046300 0.698815</w:t>
        <w:br/>
        <w:t>vt 0.046200 0.697400</w:t>
        <w:br/>
        <w:t>vt 0.029100 0.684400</w:t>
        <w:br/>
        <w:t>vt 0.029100 0.687914</w:t>
        <w:br/>
        <w:t>vt 0.031600 0.698815</w:t>
        <w:br/>
        <w:t>vt 0.031800 0.697400</w:t>
        <w:br/>
        <w:t>vt 0.020300 0.698815</w:t>
        <w:br/>
        <w:t>vt 0.020300 0.697400</w:t>
        <w:br/>
        <w:t>vt 0.006200 0.698815</w:t>
        <w:br/>
        <w:t>vt 0.006200 0.697400</w:t>
        <w:br/>
        <w:t>vt 0.020300 0.702800</w:t>
        <w:br/>
        <w:t>vt 0.006200 0.702800</w:t>
        <w:br/>
        <w:t>vt 0.006200 0.698815</w:t>
        <w:br/>
        <w:t>vt 0.020300 0.698815</w:t>
        <w:br/>
        <w:t>vt 0.031600 0.698815</w:t>
        <w:br/>
        <w:t>vt 0.031600 0.702800</w:t>
        <w:br/>
        <w:t>vt 0.046300 0.698815</w:t>
        <w:br/>
        <w:t>vt 0.046300 0.702800</w:t>
        <w:br/>
        <w:t>vt 0.060300 0.698815</w:t>
        <w:br/>
        <w:t>vt 0.060300 0.702800</w:t>
        <w:br/>
        <w:t>vt 0.074700 0.698815</w:t>
        <w:br/>
        <w:t>vt 0.074700 0.702800</w:t>
        <w:br/>
        <w:t>vt 0.090600 0.702800</w:t>
        <w:br/>
        <w:t>vt 0.090600 0.698815</w:t>
        <w:br/>
        <w:t>vt 0.103900 0.698815</w:t>
        <w:br/>
        <w:t>vt 0.103900 0.702800</w:t>
        <w:br/>
        <w:t>vt 0.108200 0.701800</w:t>
        <w:br/>
        <w:t>vt 0.108200 0.702800</w:t>
        <w:br/>
        <w:t>vt 0.104800 0.685147</w:t>
        <w:br/>
        <w:t>vt 0.105000 0.685700</w:t>
        <w:br/>
        <w:t>vt 0.104800 0.684400</w:t>
        <w:br/>
        <w:t>vt 0.106800 0.685700</w:t>
        <w:br/>
        <w:t>vt 0.119550 0.698815</w:t>
        <w:br/>
        <w:t>vt 0.111100 0.702000</w:t>
        <w:br/>
        <w:t>vt 0.112600 0.698815</w:t>
        <w:br/>
        <w:t>vt 0.119550 0.702800</w:t>
        <w:br/>
        <w:t>vt 0.111100 0.702800</w:t>
        <w:br/>
        <w:t>vt 0.110800 0.701500</w:t>
        <w:br/>
        <w:t>vt 0.108500 0.701500</w:t>
        <w:br/>
        <w:t>vt 0.119800 0.687914</w:t>
        <w:br/>
        <w:t>vt 0.120100 0.689900</w:t>
        <w:br/>
        <w:t>vt 0.162100 0.685828</w:t>
        <w:br/>
        <w:t>vt 0.162100 0.699000</w:t>
        <w:br/>
        <w:t>vt 0.150500 0.699000</w:t>
        <w:br/>
        <w:t>vt 0.150500 0.685828</w:t>
        <w:br/>
        <w:t>vt 0.490500 0.527150</w:t>
        <w:br/>
        <w:t>vt 0.490500 0.529693</w:t>
        <w:br/>
        <w:t>vt 0.479900 0.529693</w:t>
        <w:br/>
        <w:t>vt 0.479900 0.527150</w:t>
        <w:br/>
        <w:t>vt 0.236200 0.685828</w:t>
        <w:br/>
        <w:t>vt 0.236200 0.699000</w:t>
        <w:br/>
        <w:t>vt 0.222700 0.699000</w:t>
        <w:br/>
        <w:t>vt 0.222700 0.685828</w:t>
        <w:br/>
        <w:t>vt 0.206300 0.699001</w:t>
        <w:br/>
        <w:t>vt 0.206300 0.685909</w:t>
        <w:br/>
        <w:t>vt 0.191600 0.699000</w:t>
        <w:br/>
        <w:t>vt 0.191600 0.685828</w:t>
        <w:br/>
        <w:t>vt 0.177300 0.699000</w:t>
        <w:br/>
        <w:t>vt 0.177300 0.685828</w:t>
        <w:br/>
        <w:t>vt 0.490500 0.539193</w:t>
        <w:br/>
        <w:t>vt 0.479900 0.539193</w:t>
        <w:br/>
        <w:t>vt 0.150500 0.699000</w:t>
        <w:br/>
        <w:t>vt 0.136400 0.700001</w:t>
        <w:br/>
        <w:t>vt 0.136400 0.699001</w:t>
        <w:br/>
        <w:t>vt 0.206300 0.699001</w:t>
        <w:br/>
        <w:t>vt 0.222700 0.699000</w:t>
        <w:br/>
        <w:t>vt 0.206300 0.700001</w:t>
        <w:br/>
        <w:t>vt 0.191600 0.699000</w:t>
        <w:br/>
        <w:t>vt 0.490500 0.539193</w:t>
        <w:br/>
        <w:t>vt 0.490500 0.529693</w:t>
        <w:br/>
        <w:t>vt 0.491500 0.530293</w:t>
        <w:br/>
        <w:t>vt 0.491500 0.539193</w:t>
        <w:br/>
        <w:t>vt 0.136400 0.699001</w:t>
        <w:br/>
        <w:t>vt 0.136400 0.685909</w:t>
        <w:br/>
        <w:t>vt 0.240500 0.698932</w:t>
        <w:br/>
        <w:t>vt 0.240500 0.685796</w:t>
        <w:br/>
        <w:t>vt 0.236200 0.685828</w:t>
        <w:br/>
        <w:t>vt 0.240500 0.684896</w:t>
        <w:br/>
        <w:t>vt 0.240500 0.685796</w:t>
        <w:br/>
        <w:t>vt 0.478900 0.530293</w:t>
        <w:br/>
        <w:t>vt 0.479900 0.529693</w:t>
        <w:br/>
        <w:t>vt 0.479900 0.539193</w:t>
        <w:br/>
        <w:t>vt 0.478900 0.539193</w:t>
        <w:br/>
        <w:t>vt 0.490500 0.527150</w:t>
        <w:br/>
        <w:t>vt 0.490800 0.527500</w:t>
        <w:br/>
        <w:t>vt 0.479900 0.527150</w:t>
        <w:br/>
        <w:t>vt 0.479600 0.527500</w:t>
        <w:br/>
        <w:t>vt 0.191600 0.685828</w:t>
        <w:br/>
        <w:t>vt 0.206300 0.685009</w:t>
        <w:br/>
        <w:t>vt 0.206300 0.685909</w:t>
        <w:br/>
        <w:t>vt 0.222700 0.685828</w:t>
        <w:br/>
        <w:t>vt 0.236200 0.699000</w:t>
        <w:br/>
        <w:t>vt 0.240500 0.698932</w:t>
        <w:br/>
        <w:t>vt 0.240500 0.699932</w:t>
        <w:br/>
        <w:t>vt 0.136400 0.685009</w:t>
        <w:br/>
        <w:t>vt 0.150500 0.685828</w:t>
        <w:br/>
        <w:t>vt 0.136400 0.685909</w:t>
        <w:br/>
        <w:t>vt 0.019100 0.684400</w:t>
        <w:br/>
        <w:t>vt 0.006100 0.684400</w:t>
        <w:br/>
        <w:t>vt 0.006100 0.687914</w:t>
        <w:br/>
        <w:t>vt 0.019100 0.687914</w:t>
        <w:br/>
        <w:t>vt 0.087000 0.687914</w:t>
        <w:br/>
        <w:t>vt 0.100900 0.687914</w:t>
        <w:br/>
        <w:t>vt 0.100800 0.684400</w:t>
        <w:br/>
        <w:t>vt 0.087000 0.684400</w:t>
        <w:br/>
        <w:t>vt 0.107000 0.685147</w:t>
        <w:br/>
        <w:t>vt 0.115400 0.684400</w:t>
        <w:br/>
        <w:t>vt 0.106900 0.684400</w:t>
        <w:br/>
        <w:t>vt 0.115200 0.687914</w:t>
        <w:br/>
        <w:t>vt 0.108900 0.687914</w:t>
        <w:br/>
        <w:t>vt 0.006100 0.687914</w:t>
        <w:br/>
        <w:t>vt 0.006100 0.689900</w:t>
        <w:br/>
        <w:t>vt 0.019200 0.689900</w:t>
        <w:br/>
        <w:t>vt 0.019100 0.687914</w:t>
        <w:br/>
        <w:t>vt 0.029400 0.689900</w:t>
        <w:br/>
        <w:t>vt 0.029100 0.687914</w:t>
        <w:br/>
        <w:t>vt 0.041900 0.689900</w:t>
        <w:br/>
        <w:t>vt 0.042000 0.687914</w:t>
        <w:br/>
        <w:t>vt 0.055200 0.689900</w:t>
        <w:br/>
        <w:t>vt 0.055300 0.687914</w:t>
        <w:br/>
        <w:t>vt 0.070000 0.689900</w:t>
        <w:br/>
        <w:t>vt 0.070000 0.687914</w:t>
        <w:br/>
        <w:t>vt 0.087100 0.689900</w:t>
        <w:br/>
        <w:t>vt 0.087000 0.687914</w:t>
        <w:br/>
        <w:t>vt 0.100600 0.689900</w:t>
        <w:br/>
        <w:t>vt 0.100900 0.687914</w:t>
        <w:br/>
        <w:t>vt 0.103800 0.697400</w:t>
        <w:br/>
        <w:t>vt 0.090500 0.697400</w:t>
        <w:br/>
        <w:t>vt 0.090600 0.698815</w:t>
        <w:br/>
        <w:t>vt 0.103900 0.698815</w:t>
        <w:br/>
        <w:t>vt 0.112600 0.698815</w:t>
        <w:br/>
        <w:t>vt 0.112500 0.697400</w:t>
        <w:br/>
        <w:t>vt 0.108900 0.689900</w:t>
        <w:br/>
        <w:t>vt 0.108900 0.687914</w:t>
        <w:br/>
        <w:t>vt 0.119550 0.698815</w:t>
        <w:br/>
        <w:t>vt 0.121200 0.697400</w:t>
        <w:br/>
        <w:t>vt 0.116500 0.689900</w:t>
        <w:br/>
        <w:t>vt 0.115200 0.687914</w:t>
        <w:br/>
        <w:t>vt 0.125800 0.698815</w:t>
        <w:br/>
        <w:t>vt 0.126000 0.697400</w:t>
        <w:br/>
        <w:t>vt 0.070000 0.684400</w:t>
        <w:br/>
        <w:t>vt 0.070000 0.687914</w:t>
        <w:br/>
        <w:t>vt 0.074600 0.697400</w:t>
        <w:br/>
        <w:t>vt 0.074700 0.698815</w:t>
        <w:br/>
        <w:t>vt 0.055300 0.687914</w:t>
        <w:br/>
        <w:t>vt 0.055400 0.684400</w:t>
        <w:br/>
        <w:t>vt 0.060200 0.697400</w:t>
        <w:br/>
        <w:t>vt 0.060300 0.698815</w:t>
        <w:br/>
        <w:t>vt 0.042100 0.684400</w:t>
        <w:br/>
        <w:t>vt 0.042000 0.687914</w:t>
        <w:br/>
        <w:t>vt 0.046200 0.697400</w:t>
        <w:br/>
        <w:t>vt 0.046300 0.698815</w:t>
        <w:br/>
        <w:t>vt 0.029100 0.687914</w:t>
        <w:br/>
        <w:t>vt 0.029100 0.684400</w:t>
        <w:br/>
        <w:t>vt 0.031800 0.697400</w:t>
        <w:br/>
        <w:t>vt 0.031600 0.698815</w:t>
        <w:br/>
        <w:t>vt 0.020300 0.697400</w:t>
        <w:br/>
        <w:t>vt 0.020300 0.698815</w:t>
        <w:br/>
        <w:t>vt 0.006200 0.697400</w:t>
        <w:br/>
        <w:t>vt 0.006200 0.698815</w:t>
        <w:br/>
        <w:t>vt 0.020300 0.698815</w:t>
        <w:br/>
        <w:t>vt 0.006200 0.698815</w:t>
        <w:br/>
        <w:t>vt 0.006200 0.702800</w:t>
        <w:br/>
        <w:t>vt 0.020300 0.702800</w:t>
        <w:br/>
        <w:t>vt 0.031600 0.702800</w:t>
        <w:br/>
        <w:t>vt 0.031600 0.698815</w:t>
        <w:br/>
        <w:t>vt 0.046300 0.702800</w:t>
        <w:br/>
        <w:t>vt 0.046300 0.698815</w:t>
        <w:br/>
        <w:t>vt 0.060300 0.702800</w:t>
        <w:br/>
        <w:t>vt 0.060300 0.698815</w:t>
        <w:br/>
        <w:t>vt 0.074700 0.702800</w:t>
        <w:br/>
        <w:t>vt 0.074700 0.698815</w:t>
        <w:br/>
        <w:t>vt 0.090600 0.698815</w:t>
        <w:br/>
        <w:t>vt 0.090600 0.702800</w:t>
        <w:br/>
        <w:t>vt 0.103900 0.702800</w:t>
        <w:br/>
        <w:t>vt 0.103900 0.698815</w:t>
        <w:br/>
        <w:t>vt 0.108200 0.702800</w:t>
        <w:br/>
        <w:t>vt 0.108200 0.701800</w:t>
        <w:br/>
        <w:t>vt 0.105000 0.685700</w:t>
        <w:br/>
        <w:t>vt 0.104800 0.685147</w:t>
        <w:br/>
        <w:t>vt 0.104800 0.684400</w:t>
        <w:br/>
        <w:t>vt 0.106800 0.685700</w:t>
        <w:br/>
        <w:t>vt 0.111100 0.702000</w:t>
        <w:br/>
        <w:t>vt 0.119550 0.698815</w:t>
        <w:br/>
        <w:t>vt 0.112600 0.698815</w:t>
        <w:br/>
        <w:t>vt 0.119550 0.702800</w:t>
        <w:br/>
        <w:t>vt 0.111100 0.702800</w:t>
        <w:br/>
        <w:t>vt 0.110800 0.701500</w:t>
        <w:br/>
        <w:t>vt 0.108500 0.701500</w:t>
        <w:br/>
        <w:t>vt 0.120100 0.689900</w:t>
        <w:br/>
        <w:t>vt 0.119800 0.687914</w:t>
        <w:br/>
        <w:t>vt 0.150500 0.685828</w:t>
        <w:br/>
        <w:t>vt 0.150500 0.699000</w:t>
        <w:br/>
        <w:t>vt 0.162100 0.699000</w:t>
        <w:br/>
        <w:t>vt 0.162100 0.685828</w:t>
        <w:br/>
        <w:t>vt 0.479900 0.529693</w:t>
        <w:br/>
        <w:t>vt 0.490500 0.529693</w:t>
        <w:br/>
        <w:t>vt 0.490500 0.527150</w:t>
        <w:br/>
        <w:t>vt 0.479900 0.527150</w:t>
        <w:br/>
        <w:t>vt 0.222700 0.685828</w:t>
        <w:br/>
        <w:t>vt 0.222700 0.699000</w:t>
        <w:br/>
        <w:t>vt 0.236200 0.699000</w:t>
        <w:br/>
        <w:t>vt 0.236200 0.685828</w:t>
        <w:br/>
        <w:t>vt 0.206300 0.685909</w:t>
        <w:br/>
        <w:t>vt 0.206300 0.699001</w:t>
        <w:br/>
        <w:t>vt 0.191600 0.685828</w:t>
        <w:br/>
        <w:t>vt 0.191600 0.699000</w:t>
        <w:br/>
        <w:t>vt 0.177300 0.685828</w:t>
        <w:br/>
        <w:t>vt 0.177300 0.699000</w:t>
        <w:br/>
        <w:t>vt 0.479900 0.539193</w:t>
        <w:br/>
        <w:t>vt 0.490500 0.539193</w:t>
        <w:br/>
        <w:t>vt 0.150500 0.699000</w:t>
        <w:br/>
        <w:t>vt 0.136400 0.699001</w:t>
        <w:br/>
        <w:t>vt 0.136400 0.700001</w:t>
        <w:br/>
        <w:t>vt 0.206300 0.699001</w:t>
        <w:br/>
        <w:t>vt 0.206300 0.700001</w:t>
        <w:br/>
        <w:t>vt 0.222700 0.699000</w:t>
        <w:br/>
        <w:t>vt 0.191600 0.699000</w:t>
        <w:br/>
        <w:t>vt 0.491500 0.530293</w:t>
        <w:br/>
        <w:t>vt 0.490500 0.529693</w:t>
        <w:br/>
        <w:t>vt 0.490500 0.539193</w:t>
        <w:br/>
        <w:t>vt 0.491500 0.539193</w:t>
        <w:br/>
        <w:t>vt 0.136400 0.685909</w:t>
        <w:br/>
        <w:t>vt 0.136400 0.699001</w:t>
        <w:br/>
        <w:t>vt 0.240500 0.698932</w:t>
        <w:br/>
        <w:t>vt 0.240500 0.685796</w:t>
        <w:br/>
        <w:t>vt 0.236200 0.685828</w:t>
        <w:br/>
        <w:t>vt 0.240500 0.685796</w:t>
        <w:br/>
        <w:t>vt 0.240500 0.684896</w:t>
        <w:br/>
        <w:t>vt 0.478900 0.530293</w:t>
        <w:br/>
        <w:t>vt 0.478900 0.539193</w:t>
        <w:br/>
        <w:t>vt 0.479900 0.539193</w:t>
        <w:br/>
        <w:t>vt 0.479900 0.529693</w:t>
        <w:br/>
        <w:t>vt 0.490800 0.527500</w:t>
        <w:br/>
        <w:t>vt 0.490500 0.527150</w:t>
        <w:br/>
        <w:t>vt 0.479900 0.527150</w:t>
        <w:br/>
        <w:t>vt 0.479600 0.527500</w:t>
        <w:br/>
        <w:t>vt 0.191600 0.685828</w:t>
        <w:br/>
        <w:t>vt 0.206300 0.685909</w:t>
        <w:br/>
        <w:t>vt 0.206300 0.685009</w:t>
        <w:br/>
        <w:t>vt 0.222700 0.685828</w:t>
        <w:br/>
        <w:t>vt 0.236200 0.699000</w:t>
        <w:br/>
        <w:t>vt 0.240500 0.699932</w:t>
        <w:br/>
        <w:t>vt 0.240500 0.698932</w:t>
        <w:br/>
        <w:t>vt 0.136400 0.685009</w:t>
        <w:br/>
        <w:t>vt 0.136400 0.685909</w:t>
        <w:br/>
        <w:t>vt 0.150500 0.685828</w:t>
        <w:br/>
        <w:t>vt 0.913159 0.770016</w:t>
        <w:br/>
        <w:t>vt 0.906359 0.766716</w:t>
        <w:br/>
        <w:t>vt 0.906359 0.779116</w:t>
        <w:br/>
        <w:t>vt 0.913159 0.783116</w:t>
        <w:br/>
        <w:t>vt 0.906359 0.794416</w:t>
        <w:br/>
        <w:t>vt 0.913159 0.798216</w:t>
        <w:br/>
        <w:t>vt 0.946500 0.972000</w:t>
        <w:br/>
        <w:t>vt 0.940500 0.980400</w:t>
        <w:br/>
        <w:t>vt 0.946500 0.986200</w:t>
        <w:br/>
        <w:t>vt 0.946500 0.956900</w:t>
        <w:br/>
        <w:t>vt 0.940500 0.956400</w:t>
        <w:br/>
        <w:t>vt 0.940500 0.966600</w:t>
        <w:br/>
        <w:t>vt 0.946500 0.947100</w:t>
        <w:br/>
        <w:t>vt 0.940500 0.947700</w:t>
        <w:br/>
        <w:t>vt 0.940500 0.938400</w:t>
        <w:br/>
        <w:t>vt 0.946500 0.938600</w:t>
        <w:br/>
        <w:t>vt 0.940500 0.929600</w:t>
        <w:br/>
        <w:t>vt 0.946500 0.929800</w:t>
        <w:br/>
        <w:t>vt 0.946500 0.920100</w:t>
        <w:br/>
        <w:t>vt 0.940500 0.919700</w:t>
        <w:br/>
        <w:t>vt 0.946500 0.911100</w:t>
        <w:br/>
        <w:t>vt 0.940500 0.910700</w:t>
        <w:br/>
        <w:t>vt 0.946500 0.901000</w:t>
        <w:br/>
        <w:t>vt 0.940500 0.901000</w:t>
        <w:br/>
        <w:t>vt 0.940500 0.891600</w:t>
        <w:br/>
        <w:t>vt 0.946500 0.891500</w:t>
        <w:br/>
        <w:t>vt 0.940500 0.882500</w:t>
        <w:br/>
        <w:t>vt 0.946500 0.882300</w:t>
        <w:br/>
        <w:t>vt 0.940500 0.872800</w:t>
        <w:br/>
        <w:t>vt 0.946500 0.872500</w:t>
        <w:br/>
        <w:t>vt 0.940500 0.863000</w:t>
        <w:br/>
        <w:t>vt 0.946500 0.862600</w:t>
        <w:br/>
        <w:t>vt 0.940500 0.853200</w:t>
        <w:br/>
        <w:t>vt 0.946500 0.852800</w:t>
        <w:br/>
        <w:t>vt 0.940500 0.841600</w:t>
        <w:br/>
        <w:t>vt 0.946500 0.841100</w:t>
        <w:br/>
        <w:t>vt 0.940500 0.828800</w:t>
        <w:br/>
        <w:t>vt 0.946500 0.828900</w:t>
        <w:br/>
        <w:t>vt 0.946500 0.816100</w:t>
        <w:br/>
        <w:t>vt 0.940500 0.815600</w:t>
        <w:br/>
        <w:t>vt 0.940500 0.807700</w:t>
        <w:br/>
        <w:t>vt 0.946500 0.806100</w:t>
        <w:br/>
        <w:t>vt 0.946500 0.791500</w:t>
        <w:br/>
        <w:t>vt 0.943000 0.792500</w:t>
        <w:br/>
        <w:t>vt 0.941100 0.781400</w:t>
        <w:br/>
        <w:t>vt 0.941100 0.790100</w:t>
        <w:br/>
        <w:t>vt 0.945600 0.790200</w:t>
        <w:br/>
        <w:t>vt 0.945600 0.777800</w:t>
        <w:br/>
        <w:t>vt 0.906359 0.766716</w:t>
        <w:br/>
        <w:t>vt 0.904859 0.765816</w:t>
        <w:br/>
        <w:t>vt 0.904859 0.778116</w:t>
        <w:br/>
        <w:t>vt 0.906359 0.779116</w:t>
        <w:br/>
        <w:t>vt 0.914559 0.749116</w:t>
        <w:br/>
        <w:t>vt 0.904859 0.744916</w:t>
        <w:br/>
        <w:t>vt 0.906359 0.748016</w:t>
        <w:br/>
        <w:t>vt 0.913159 0.750816</w:t>
        <w:br/>
        <w:t>vt 0.914559 0.769916</w:t>
        <w:br/>
        <w:t>vt 0.914559 0.759616</w:t>
        <w:br/>
        <w:t>vt 0.913159 0.759616</w:t>
        <w:br/>
        <w:t>vt 0.904859 0.793316</w:t>
        <w:br/>
        <w:t>vt 0.941100 0.766800</w:t>
        <w:br/>
        <w:t>vt 0.945600 0.767800</w:t>
        <w:br/>
        <w:t>vt 0.945600 0.764600</w:t>
        <w:br/>
        <w:t>vt 0.941100 0.764600</w:t>
        <w:br/>
        <w:t>vt 0.946500 0.986200</w:t>
        <w:br/>
        <w:t>vt 0.948000 0.986700</w:t>
        <w:br/>
        <w:t>vt 0.948000 0.972100</w:t>
        <w:br/>
        <w:t>vt 0.946500 0.972000</w:t>
        <w:br/>
        <w:t>vt 0.938800 0.989900</w:t>
        <w:br/>
        <w:t>vt 0.940500 0.989900</w:t>
        <w:br/>
        <w:t>vt 0.940500 0.980400</w:t>
        <w:br/>
        <w:t>vt 0.938800 0.979800</w:t>
        <w:br/>
        <w:t>vt 0.948000 0.957000</w:t>
        <w:br/>
        <w:t>vt 0.946500 0.956900</w:t>
        <w:br/>
        <w:t>vt 0.938800 0.956500</w:t>
        <w:br/>
        <w:t>vt 0.940500 0.956400</w:t>
        <w:br/>
        <w:t>vt 0.940500 0.947700</w:t>
        <w:br/>
        <w:t>vt 0.938800 0.947700</w:t>
        <w:br/>
        <w:t>vt 0.948000 0.947200</w:t>
        <w:br/>
        <w:t>vt 0.946500 0.947100</w:t>
        <w:br/>
        <w:t>vt 0.940500 0.938400</w:t>
        <w:br/>
        <w:t>vt 0.938800 0.938400</w:t>
        <w:br/>
        <w:t>vt 0.948000 0.938700</w:t>
        <w:br/>
        <w:t>vt 0.938800 0.929500</w:t>
        <w:br/>
        <w:t>vt 0.940500 0.929600</w:t>
        <w:br/>
        <w:t>vt 0.938800 0.919600</w:t>
        <w:br/>
        <w:t>vt 0.948000 0.929900</w:t>
        <w:br/>
        <w:t>vt 0.948000 0.920100</w:t>
        <w:br/>
        <w:t>vt 0.946500 0.920100</w:t>
        <w:br/>
        <w:t>vt 0.946500 0.929800</w:t>
        <w:br/>
        <w:t>vt 0.940500 0.910700</w:t>
        <w:br/>
        <w:t>vt 0.938800 0.910600</w:t>
        <w:br/>
        <w:t>vt 0.948000 0.911200</w:t>
        <w:br/>
        <w:t>vt 0.946500 0.911100</w:t>
        <w:br/>
        <w:t>vt 0.938800 0.901000</w:t>
        <w:br/>
        <w:t>vt 0.940500 0.901000</w:t>
        <w:br/>
        <w:t>vt 0.948000 0.901100</w:t>
        <w:br/>
        <w:t>vt 0.946500 0.901000</w:t>
        <w:br/>
        <w:t>vt 0.938800 0.891700</w:t>
        <w:br/>
        <w:t>vt 0.940500 0.891600</w:t>
        <w:br/>
        <w:t>vt 0.948000 0.891600</w:t>
        <w:br/>
        <w:t>vt 0.946500 0.891500</w:t>
        <w:br/>
        <w:t>vt 0.938800 0.882500</w:t>
        <w:br/>
        <w:t>vt 0.940500 0.882500</w:t>
        <w:br/>
        <w:t>vt 0.948000 0.882300</w:t>
        <w:br/>
        <w:t>vt 0.946500 0.882300</w:t>
        <w:br/>
        <w:t>vt 0.938800 0.872900</w:t>
        <w:br/>
        <w:t>vt 0.940500 0.872800</w:t>
        <w:br/>
        <w:t>vt 0.948000 0.872500</w:t>
        <w:br/>
        <w:t>vt 0.946500 0.872500</w:t>
        <w:br/>
        <w:t>vt 0.938800 0.863000</w:t>
        <w:br/>
        <w:t>vt 0.940500 0.863000</w:t>
        <w:br/>
        <w:t>vt 0.948000 0.862500</w:t>
        <w:br/>
        <w:t>vt 0.946500 0.862600</w:t>
        <w:br/>
        <w:t>vt 0.940500 0.853200</w:t>
        <w:br/>
        <w:t>vt 0.938800 0.853300</w:t>
        <w:br/>
        <w:t>vt 0.948000 0.852700</w:t>
        <w:br/>
        <w:t>vt 0.946500 0.852800</w:t>
        <w:br/>
        <w:t>vt 0.940500 0.841600</w:t>
        <w:br/>
        <w:t>vt 0.938800 0.841600</w:t>
        <w:br/>
        <w:t>vt 0.948000 0.841000</w:t>
        <w:br/>
        <w:t>vt 0.946500 0.841100</w:t>
        <w:br/>
        <w:t>vt 0.940500 0.828800</w:t>
        <w:br/>
        <w:t>vt 0.938800 0.828800</w:t>
        <w:br/>
        <w:t>vt 0.948000 0.828800</w:t>
        <w:br/>
        <w:t>vt 0.946500 0.828900</w:t>
        <w:br/>
        <w:t>vt 0.940500 0.815600</w:t>
        <w:br/>
        <w:t>vt 0.938800 0.815700</w:t>
        <w:br/>
        <w:t>vt 0.948000 0.816100</w:t>
        <w:br/>
        <w:t>vt 0.946500 0.816100</w:t>
        <w:br/>
        <w:t>vt 0.948000 0.805400</w:t>
        <w:br/>
        <w:t>vt 0.948000 0.791600</w:t>
        <w:br/>
        <w:t>vt 0.946500 0.791500</w:t>
        <w:br/>
        <w:t>vt 0.946500 0.806100</w:t>
        <w:br/>
        <w:t>vt 0.938800 0.807500</w:t>
        <w:br/>
        <w:t>vt 0.940500 0.791100</w:t>
        <w:br/>
        <w:t>vt 0.938800 0.791100</w:t>
        <w:br/>
        <w:t>vt 0.906359 0.801016</w:t>
        <w:br/>
        <w:t>vt 0.904859 0.801016</w:t>
        <w:br/>
        <w:t>vt 0.941100 0.766800</w:t>
        <w:br/>
        <w:t>vt 0.939400 0.766300</w:t>
        <w:br/>
        <w:t>vt 0.939400 0.773600</w:t>
        <w:br/>
        <w:t>vt 0.941100 0.773700</w:t>
        <w:br/>
        <w:t>vt 0.945600 0.775000</w:t>
        <w:br/>
        <w:t>vt 0.947200 0.774600</w:t>
        <w:br/>
        <w:t>vt 0.947200 0.767600</w:t>
        <w:br/>
        <w:t>vt 0.945600 0.767800</w:t>
        <w:br/>
        <w:t>vt 0.948000 0.777000</w:t>
        <w:br/>
        <w:t>vt 0.943300 0.791100</w:t>
        <w:br/>
        <w:t>vt 0.943000 0.792500</w:t>
        <w:br/>
        <w:t>vt 0.946500 0.791500</w:t>
        <w:br/>
        <w:t>vt 0.945600 0.790200</w:t>
        <w:br/>
        <w:t>vt 0.941100 0.781400</w:t>
        <w:br/>
        <w:t>vt 0.938800 0.781300</w:t>
        <w:br/>
        <w:t>vt 0.941100 0.764600</w:t>
        <w:br/>
        <w:t>vt 0.939400 0.764600</w:t>
        <w:br/>
        <w:t>vt 0.947200 0.764600</w:t>
        <w:br/>
        <w:t>vt 0.945600 0.764600</w:t>
        <w:br/>
        <w:t>vt 0.945600 0.777800</w:t>
        <w:br/>
        <w:t>vt 0.945600 0.790200</w:t>
        <w:br/>
        <w:t>vt 0.941100 0.790100</w:t>
        <w:br/>
        <w:t>vt 0.943300 0.791100</w:t>
        <w:br/>
        <w:t>vt 0.940500 0.791100</w:t>
        <w:br/>
        <w:t>vt 0.913159 0.759616</w:t>
        <w:br/>
        <w:t>vt 0.906359 0.756416</w:t>
        <w:br/>
        <w:t>vt 0.906359 0.756416</w:t>
        <w:br/>
        <w:t>vt 0.904859 0.755716</w:t>
        <w:br/>
        <w:t>vt 0.914559 0.783016</w:t>
        <w:br/>
        <w:t>vt 0.913159 0.798216</w:t>
        <w:br/>
        <w:t>vt 0.914559 0.797916</w:t>
        <w:br/>
        <w:t>vt 0.940500 0.989900</w:t>
        <w:br/>
        <w:t>vt 0.946500 0.989900</w:t>
        <w:br/>
        <w:t>vt 0.946500 0.989900</w:t>
        <w:br/>
        <w:t>vt 0.948000 0.989900</w:t>
        <w:br/>
        <w:t>vt 0.940500 0.966600</w:t>
        <w:br/>
        <w:t>vt 0.938800 0.965700</w:t>
        <w:br/>
        <w:t>vt 0.941100 0.773700</w:t>
        <w:br/>
        <w:t>vt 0.945600 0.775000</w:t>
        <w:br/>
        <w:t>vt 0.940500 0.807700</w:t>
        <w:br/>
        <w:t>vt 0.913159 0.751916</w:t>
        <w:br/>
        <w:t>vt 0.906359 0.749116</w:t>
        <w:br/>
        <w:t>vt 0.904859 0.748516</w:t>
        <w:br/>
        <w:t>vt 0.906359 0.748016</w:t>
        <w:br/>
        <w:t>vt 0.904859 0.744916</w:t>
        <w:br/>
        <w:t>vt 0.914559 0.752216</w:t>
        <w:br/>
        <w:t>vt 0.913159 0.751916</w:t>
        <w:br/>
        <w:t>vt 0.938800 0.774400</w:t>
        <w:br/>
        <w:t>vt 0.948000 0.775300</w:t>
        <w:br/>
        <w:t>vt 0.097168 0.803628</w:t>
        <w:br/>
        <w:t>vt 0.097168 0.796228</w:t>
        <w:br/>
        <w:t>vt 0.089968 0.796228</w:t>
        <w:br/>
        <w:t>vt 0.089968 0.803628</w:t>
        <w:br/>
        <w:t>vt 0.085395 0.822473</w:t>
        <w:br/>
        <w:t>vt 0.084245 0.822473</w:t>
        <w:br/>
        <w:t>vt 0.084245 0.815423</w:t>
        <w:br/>
        <w:t>vt 0.085395 0.815423</w:t>
        <w:br/>
        <w:t>vt 0.096909 0.812271</w:t>
        <w:br/>
        <w:t>vt 0.096909 0.810740</w:t>
        <w:br/>
        <w:t>vt 0.089609 0.810740</w:t>
        <w:br/>
        <w:t>vt 0.089609 0.812271</w:t>
        <w:br/>
        <w:t>vt 0.085395 0.822473</w:t>
        <w:br/>
        <w:t>vt 0.085395 0.815423</w:t>
        <w:br/>
        <w:t>vt 0.084245 0.815423</w:t>
        <w:br/>
        <w:t>vt 0.084245 0.822473</w:t>
        <w:br/>
        <w:t>vt 0.085395 0.829673</w:t>
        <w:br/>
        <w:t>vt 0.082545 0.830723</w:t>
        <w:br/>
        <w:t>vt 0.084345 0.830723</w:t>
        <w:br/>
        <w:t>vt 0.089609 0.815224</w:t>
        <w:br/>
        <w:t>vt 0.089609 0.816724</w:t>
        <w:br/>
        <w:t>vt 0.096909 0.816724</w:t>
        <w:br/>
        <w:t>vt 0.096909 0.815224</w:t>
        <w:br/>
        <w:t>vt 0.089609 0.813824</w:t>
        <w:br/>
        <w:t>vt 0.096909 0.813824</w:t>
        <w:br/>
        <w:t>vt 0.085395 0.829673</w:t>
        <w:br/>
        <w:t>vt 0.101799 0.813349</w:t>
        <w:br/>
        <w:t>vt 0.103147 0.809749</w:t>
        <w:br/>
        <w:t>vt 0.101799 0.806249</w:t>
        <w:br/>
        <w:t>vt 0.082545 0.822473</w:t>
        <w:br/>
        <w:t>vt 0.082545 0.830723</w:t>
        <w:br/>
        <w:t>vt 0.081195 0.822473</w:t>
        <w:br/>
        <w:t>vt 0.089609 0.825224</w:t>
        <w:br/>
        <w:t>vt 0.096909 0.825224</w:t>
        <w:br/>
        <w:t>vt 0.096909 0.816724</w:t>
        <w:br/>
        <w:t>vt 0.089609 0.816724</w:t>
        <w:br/>
        <w:t>vt 0.082545 0.822473</w:t>
        <w:br/>
        <w:t>vt 0.081195 0.822473</w:t>
        <w:br/>
        <w:t>vt 0.101427 0.825132</w:t>
        <w:br/>
        <w:t>vt 0.102527 0.825132</w:t>
        <w:br/>
        <w:t>vt 0.102527 0.821432</w:t>
        <w:br/>
        <w:t>vt 0.101427 0.821432</w:t>
        <w:br/>
        <w:t>vt 0.101427 0.817732</w:t>
        <w:br/>
        <w:t>vt 0.102527 0.817732</w:t>
        <w:br/>
        <w:t>vt 0.092909 0.826324</w:t>
        <w:br/>
        <w:t>vt 0.081215 0.804010</w:t>
        <w:br/>
        <w:t>vt 0.081215 0.809330</w:t>
        <w:br/>
        <w:t>vt 0.082693 0.809330</w:t>
        <w:br/>
        <w:t>vt 0.082693 0.804010</w:t>
        <w:br/>
        <w:t>vt 0.084345 0.830723</w:t>
        <w:br/>
        <w:t>vt 0.129000 0.907750</w:t>
        <w:br/>
        <w:t>vt 0.121600 0.907750</w:t>
        <w:br/>
        <w:t>vt 0.123800 0.910667</w:t>
        <w:br/>
        <w:t>vt 0.126600 0.910667</w:t>
        <w:br/>
        <w:t>vt 0.126600 0.910667</w:t>
        <w:br/>
        <w:t>vt 0.126900 0.911850</w:t>
        <w:br/>
        <w:t>vt 0.129300 0.910600</w:t>
        <w:br/>
        <w:t>vt 0.123500 0.911850</w:t>
        <w:br/>
        <w:t>vt 0.123800 0.910667</w:t>
        <w:br/>
        <w:t>vt 0.121200 0.910600</w:t>
        <w:br/>
        <w:t>vt 0.119531 0.899350</w:t>
        <w:br/>
        <w:t>vt 0.121200 0.899350</w:t>
        <w:br/>
        <w:t>vt 0.121200 0.890700</w:t>
        <w:br/>
        <w:t>vt 0.119531 0.890700</w:t>
        <w:br/>
        <w:t>vt 0.131181 0.899350</w:t>
        <w:br/>
        <w:t>vt 0.131181 0.890700</w:t>
        <w:br/>
        <w:t>vt 0.129500 0.890700</w:t>
        <w:br/>
        <w:t>vt 0.129500 0.899350</w:t>
        <w:br/>
        <w:t>vt 0.131181 0.876800</w:t>
        <w:br/>
        <w:t>vt 0.129500 0.876800</w:t>
        <w:br/>
        <w:t>vt 0.119531 0.876800</w:t>
        <w:br/>
        <w:t>vt 0.121200 0.876800</w:t>
        <w:br/>
        <w:t>vt 0.131181 0.863650</w:t>
        <w:br/>
        <w:t>vt 0.129500 0.863650</w:t>
        <w:br/>
        <w:t>vt 0.119531 0.863650</w:t>
        <w:br/>
        <w:t>vt 0.121200 0.863650</w:t>
        <w:br/>
        <w:t>vt 0.131181 0.851500</w:t>
        <w:br/>
        <w:t>vt 0.129500 0.851500</w:t>
        <w:br/>
        <w:t>vt 0.119531 0.851500</w:t>
        <w:br/>
        <w:t>vt 0.121300 0.851500</w:t>
        <w:br/>
        <w:t>vt 0.131181 0.844200</w:t>
        <w:br/>
        <w:t>vt 0.119531 0.844200</w:t>
        <w:br/>
        <w:t>vt 0.121600 0.843000</w:t>
        <w:br/>
        <w:t>vt 0.123500 0.839391</w:t>
        <w:br/>
        <w:t>vt 0.123700 0.841200</w:t>
        <w:br/>
        <w:t>vt 0.126900 0.841200</w:t>
        <w:br/>
        <w:t>vt 0.127100 0.839391</w:t>
        <w:br/>
        <w:t>vt 0.131181 0.907750</w:t>
        <w:br/>
        <w:t>vt 0.119531 0.907750</w:t>
        <w:br/>
        <w:t>vt 0.129600 0.840741</w:t>
        <w:br/>
        <w:t>vt 0.129100 0.843100</w:t>
        <w:br/>
        <w:t>vt 0.121000 0.840741</w:t>
        <w:br/>
        <w:t>vt 0.126900 0.841200</w:t>
        <w:br/>
        <w:t>vt 0.123700 0.841200</w:t>
        <w:br/>
        <w:t>vt 0.129500 0.876800</w:t>
        <w:br/>
        <w:t>vt 0.125400 0.876800</w:t>
        <w:br/>
        <w:t>vt 0.129500 0.863650</w:t>
        <w:br/>
        <w:t>vt 0.247849 0.972449</w:t>
        <w:br/>
        <w:t>vt 0.253961 0.972449</w:t>
        <w:br/>
        <w:t>vt 0.247849 0.979280</w:t>
        <w:br/>
        <w:t>vt 0.255300 0.963508</w:t>
        <w:br/>
        <w:t>vt 0.255300 0.961224</w:t>
        <w:br/>
        <w:t>vt 0.253727 0.963396</w:t>
        <w:br/>
        <w:t>vt 0.255300 0.966091</w:t>
        <w:br/>
        <w:t>vt 0.247849 0.971504</w:t>
        <w:br/>
        <w:t>vt 0.247849 0.963354</w:t>
        <w:br/>
        <w:t>vt 0.253961 0.971504</w:t>
        <w:br/>
        <w:t>vt 0.246984 0.972449</w:t>
        <w:br/>
        <w:t>vt 0.246984 0.979280</w:t>
        <w:br/>
        <w:t>vt 0.240872 0.972449</w:t>
        <w:br/>
        <w:t>vt 0.255300 0.963508</w:t>
        <w:br/>
        <w:t>vt 0.253727 0.963396</w:t>
        <w:br/>
        <w:t>vt 0.255300 0.961224</w:t>
        <w:br/>
        <w:t>vt 0.255300 0.966091</w:t>
        <w:br/>
        <w:t>vt 0.246984 0.971437</w:t>
        <w:br/>
        <w:t>vt 0.240872 0.971437</w:t>
        <w:br/>
        <w:t>vt 0.246984 0.963288</w:t>
        <w:br/>
        <w:t>vt 0.029600 0.080300</w:t>
        <w:br/>
        <w:t>vt 0.029600 0.075200</w:t>
        <w:br/>
        <w:t>vt 0.034800 0.080300</w:t>
        <w:br/>
        <w:t>vt 0.029600 0.085500</w:t>
        <w:br/>
        <w:t>vt 0.024500 0.080300</w:t>
        <w:br/>
        <w:t>vt 0.029600 0.071100</w:t>
        <w:br/>
        <w:t>vt 0.036300 0.073700</w:t>
        <w:br/>
        <w:t>vt 0.038900 0.080300</w:t>
        <w:br/>
        <w:t>vt 0.036300 0.087000</w:t>
        <w:br/>
        <w:t>vt 0.029600 0.089600</w:t>
        <w:br/>
        <w:t>vt 0.023000 0.087000</w:t>
        <w:br/>
        <w:t>vt 0.020400 0.080300</w:t>
        <w:br/>
        <w:t>vt 0.023000 0.073700</w:t>
        <w:br/>
        <w:t>vt 0.106500 0.833600</w:t>
        <w:br/>
        <w:t>vt 0.106700 0.828600</w:t>
        <w:br/>
        <w:t>vt 0.108900 0.829200</w:t>
        <w:br/>
        <w:t>vt 0.109900 0.833000</w:t>
        <w:br/>
        <w:t>vt 0.106600 0.823800</w:t>
        <w:br/>
        <w:t>vt 0.109900 0.833000</w:t>
        <w:br/>
        <w:t>vt 0.108900 0.829200</w:t>
        <w:br/>
        <w:t>vt 0.109600 0.829000</w:t>
        <w:br/>
        <w:t>vt 0.110700 0.833900</w:t>
        <w:br/>
        <w:t>vt 0.110700 0.833900</w:t>
        <w:br/>
        <w:t>vt 0.106600 0.823800</w:t>
        <w:br/>
        <w:t>vt 0.148030 0.795337</w:t>
        <w:br/>
        <w:t>vt 0.150963 0.786237</w:t>
        <w:br/>
        <w:t>vt 0.152063 0.790437</w:t>
        <w:br/>
        <w:t>vt 0.148030 0.795337</w:t>
        <w:br/>
        <w:t>vt 0.152063 0.790437</w:t>
        <w:br/>
        <w:t>vt 0.152963 0.790937</w:t>
        <w:br/>
        <w:t>vt 0.148030 0.797237</w:t>
        <w:br/>
        <w:t>vt 0.150963 0.786237</w:t>
        <w:br/>
        <w:t>vt 0.148030 0.778222</w:t>
        <w:br/>
        <w:t>vt 0.143998 0.790237</w:t>
        <w:br/>
        <w:t>vt 0.145098 0.786237</w:t>
        <w:br/>
        <w:t>vt 0.143098 0.790837</w:t>
        <w:br/>
        <w:t>vt 0.148030 0.797237</w:t>
        <w:br/>
        <w:t>vt 0.145098 0.786237</w:t>
        <w:br/>
        <w:t>vt 0.178392 0.737100</w:t>
        <w:br/>
        <w:t>vt 0.174692 0.737800</w:t>
        <w:br/>
        <w:t>vt 0.171192 0.737300</w:t>
        <w:br/>
        <w:t>vt 0.178392 0.723400</w:t>
        <w:br/>
        <w:t>vt 0.178392 0.728900</w:t>
        <w:br/>
        <w:t>vt 0.171192 0.729100</w:t>
        <w:br/>
        <w:t>vt 0.171192 0.723100</w:t>
        <w:br/>
        <w:t>vt 0.171192 0.720600</w:t>
        <w:br/>
        <w:t>vt 0.178392 0.721100</w:t>
        <w:br/>
        <w:t>vt 0.178392 0.721100</w:t>
        <w:br/>
        <w:t>vt 0.171192 0.720600</w:t>
        <w:br/>
        <w:t>vt 0.171192 0.719200</w:t>
        <w:br/>
        <w:t>vt 0.178392 0.719700</w:t>
        <w:br/>
        <w:t>vt 0.171192 0.718200</w:t>
        <w:br/>
        <w:t>vt 0.178392 0.718300</w:t>
        <w:br/>
        <w:t>vt 0.178392 0.716200</w:t>
        <w:br/>
        <w:t>vt 0.171192 0.715700</w:t>
        <w:br/>
        <w:t>vt 0.171192 0.712900</w:t>
        <w:br/>
        <w:t>vt 0.178392 0.713600</w:t>
        <w:br/>
        <w:t>vt 0.178392 0.738200</w:t>
        <w:br/>
        <w:t>vt 0.174792 0.739000</w:t>
        <w:br/>
        <w:t>vt 0.163194 0.714946</w:t>
        <w:br/>
        <w:t>vt 0.163794 0.716246</w:t>
        <w:br/>
        <w:t>vt 0.155094 0.716246</w:t>
        <w:br/>
        <w:t>vt 0.155694 0.714946</w:t>
        <w:br/>
        <w:t>vt 0.163230 0.708755</w:t>
        <w:br/>
        <w:t>vt 0.162630 0.709854</w:t>
        <w:br/>
        <w:t>vt 0.155330 0.709854</w:t>
        <w:br/>
        <w:t>vt 0.154630 0.708755</w:t>
        <w:br/>
        <w:t>vt 0.150630 0.709854</w:t>
        <w:br/>
        <w:t>vt 0.151830 0.708355</w:t>
        <w:br/>
        <w:t>vt 0.155694 0.714946</w:t>
        <w:br/>
        <w:t>vt 0.152494 0.715946</w:t>
        <w:br/>
        <w:t>vt 0.150394 0.714946</w:t>
        <w:br/>
        <w:t>vt 0.149830 0.707455</w:t>
        <w:br/>
        <w:t>vt 0.149494 0.715846</w:t>
        <w:br/>
        <w:t>vt 0.148330 0.708454</w:t>
        <w:br/>
        <w:t>vt 0.147894 0.715946</w:t>
        <w:br/>
        <w:t>vt 0.148330 0.706855</w:t>
        <w:br/>
        <w:t>vt 0.147894 0.715946</w:t>
        <w:br/>
        <w:t>vt 0.148094 0.717546</w:t>
        <w:br/>
        <w:t>vt 0.149830 0.706354</w:t>
        <w:br/>
        <w:t>vt 0.148794 0.718446</w:t>
        <w:br/>
        <w:t>vt 0.151930 0.707054</w:t>
        <w:br/>
        <w:t>vt 0.148794 0.718446</w:t>
        <w:br/>
        <w:t>vt 0.152494 0.715946</w:t>
        <w:br/>
        <w:t>vt 0.151494 0.717846</w:t>
        <w:br/>
        <w:t>vt 0.178392 0.713600</w:t>
        <w:br/>
        <w:t>vt 0.177670 0.712400</w:t>
        <w:br/>
        <w:t>vt 0.178492 0.712600</w:t>
        <w:br/>
        <w:t>vt 0.154330 0.707155</w:t>
        <w:br/>
        <w:t>vt 0.154730 0.708255</w:t>
        <w:br/>
        <w:t>vt 0.155094 0.716246</w:t>
        <w:br/>
        <w:t>vt 0.154494 0.718146</w:t>
        <w:br/>
        <w:t>vt 0.151830 0.708355</w:t>
        <w:br/>
        <w:t>vt 0.154730 0.708255</w:t>
        <w:br/>
        <w:t>vt 0.171192 0.712900</w:t>
        <w:br/>
        <w:t>vt 0.170492 0.711400</w:t>
        <w:br/>
        <w:t>vt 0.171192 0.738500</w:t>
        <w:br/>
        <w:t>vt 0.564716 0.268408</w:t>
        <w:br/>
        <w:t>vt 0.555610 0.272734</w:t>
        <w:br/>
        <w:t>vt 0.557127 0.253956</w:t>
        <w:br/>
        <w:t>vt 0.540428 0.314831</w:t>
        <w:br/>
        <w:t>vt 0.528228 0.309931</w:t>
        <w:br/>
        <w:t>vt 0.533428 0.304431</w:t>
        <w:br/>
        <w:t>vt 0.528528 0.322431</w:t>
        <w:br/>
        <w:t>vt 0.516628 0.318931</w:t>
        <w:br/>
        <w:t>vt 0.522928 0.314431</w:t>
        <w:br/>
        <w:t>vt 0.519028 0.328431</w:t>
        <w:br/>
        <w:t>vt 0.510628 0.322631</w:t>
        <w:br/>
        <w:t>vt 0.510128 0.333631</w:t>
        <w:br/>
        <w:t>vt 0.657628 0.319531</w:t>
        <w:br/>
        <w:t>vt 0.660028 0.330831</w:t>
        <w:br/>
        <w:t>vt 0.650328 0.325831</w:t>
        <w:br/>
        <w:t>vt 0.650428 0.314931</w:t>
        <w:br/>
        <w:t>vt 0.640928 0.319531</w:t>
        <w:br/>
        <w:t>vt 0.643328 0.309931</w:t>
        <w:br/>
        <w:t>vt 0.542628 0.326131</w:t>
        <w:br/>
        <w:t>vt 0.532928 0.332131</w:t>
        <w:br/>
        <w:t>vt 0.523828 0.338831</w:t>
        <w:br/>
        <w:t>vt 0.516528 0.344731</w:t>
        <w:br/>
        <w:t>vt 0.653928 0.342231</w:t>
        <w:br/>
        <w:t>vt 0.644028 0.335731</w:t>
        <w:br/>
        <w:t>vt 0.634328 0.329131</w:t>
        <w:br/>
        <w:t>vt 0.541728 0.335631</w:t>
        <w:br/>
        <w:t>vt 0.537028 0.345431</w:t>
        <w:br/>
        <w:t>vt 0.531128 0.351131</w:t>
        <w:br/>
        <w:t>vt 0.637228 0.347631</w:t>
        <w:br/>
        <w:t>vt 0.646928 0.355531</w:t>
        <w:br/>
        <w:t>vt 0.629828 0.339431</w:t>
        <w:br/>
        <w:t>vt 0.631828 0.283731</w:t>
        <w:br/>
        <w:t>vt 0.630828 0.283931</w:t>
        <w:br/>
        <w:t>vt 0.634928 0.269831</w:t>
        <w:br/>
        <w:t>vt 0.636528 0.269831</w:t>
        <w:br/>
        <w:t>vt 0.629028 0.256131</w:t>
        <w:br/>
        <w:t>vt 0.635728 0.263931</w:t>
        <w:br/>
        <w:t>vt 0.633928 0.264831</w:t>
        <w:br/>
        <w:t>vt 0.627428 0.257831</w:t>
        <w:br/>
        <w:t>vt 0.534628 0.270931</w:t>
        <w:br/>
        <w:t>vt 0.539028 0.285831</w:t>
        <w:br/>
        <w:t>vt 0.537728 0.285631</w:t>
        <w:br/>
        <w:t>vt 0.533128 0.270931</w:t>
        <w:br/>
        <w:t>vt 0.634128 0.297431</w:t>
        <w:br/>
        <w:t>vt 0.633328 0.297831</w:t>
        <w:br/>
        <w:t>vt 0.630628 0.289331</w:t>
        <w:br/>
        <w:t>vt 0.631528 0.288931</w:t>
        <w:br/>
        <w:t>vt 0.538028 0.290731</w:t>
        <w:br/>
        <w:t>vt 0.539028 0.290931</w:t>
        <w:br/>
        <w:t>vt 0.533428 0.304431</w:t>
        <w:br/>
        <w:t>vt 0.532328 0.304331</w:t>
        <w:br/>
        <w:t>vt 0.533228 0.266631</w:t>
        <w:br/>
        <w:t>vt 0.535228 0.266931</w:t>
        <w:br/>
        <w:t>vt 0.514828 0.316431</w:t>
        <w:br/>
        <w:t>vt 0.520828 0.311031</w:t>
        <w:br/>
        <w:t>vt 0.509128 0.320031</w:t>
        <w:br/>
        <w:t>vt 0.505628 0.325731</w:t>
        <w:br/>
        <w:t>vt 0.504128 0.323231</w:t>
        <w:br/>
        <w:t>vt 0.664328 0.322831</w:t>
        <w:br/>
        <w:t>vt 0.658828 0.316431</w:t>
        <w:br/>
        <w:t>vt 0.665728 0.320131</w:t>
        <w:br/>
        <w:t>vt 0.637628 0.290431</w:t>
        <w:br/>
        <w:t>vt 0.639628 0.297131</w:t>
        <w:br/>
        <w:t>vt 0.634128 0.297431</w:t>
        <w:br/>
        <w:t>vt 0.639328 0.281031</w:t>
        <w:br/>
        <w:t>vt 0.631828 0.283731</w:t>
        <w:br/>
        <w:t>vt 0.636528 0.269831</w:t>
        <w:br/>
        <w:t>vt 0.645628 0.266731</w:t>
        <w:br/>
        <w:t>vt 0.533128 0.270931</w:t>
        <w:br/>
        <w:t>vt 0.530328 0.283731</w:t>
        <w:br/>
        <w:t>vt 0.524228 0.269431</w:t>
        <w:br/>
        <w:t>vt 0.631528 0.288931</w:t>
        <w:br/>
        <w:t>vt 0.537728 0.285631</w:t>
        <w:br/>
        <w:t>vt 0.538028 0.290731</w:t>
        <w:br/>
        <w:t>vt 0.531528 0.292131</w:t>
        <w:br/>
        <w:t>vt 0.533228 0.266631</w:t>
        <w:br/>
        <w:t>vt 0.523728 0.266631</w:t>
        <w:br/>
        <w:t>vt 0.525328 0.264031</w:t>
        <w:br/>
        <w:t>vt 0.644728 0.261331</w:t>
        <w:br/>
        <w:t>vt 0.646228 0.263631</w:t>
        <w:br/>
        <w:t>vt 0.635728 0.263931</w:t>
        <w:br/>
        <w:t>vt 0.967900 0.072200</w:t>
        <w:br/>
        <w:t>vt 0.966800 0.078500</w:t>
        <w:br/>
        <w:t>vt 0.951700 0.077300</w:t>
        <w:br/>
        <w:t>vt 0.951300 0.071600</w:t>
        <w:br/>
        <w:t>vt 0.951900 0.082700</w:t>
        <w:br/>
        <w:t>vt 0.966000 0.084500</w:t>
        <w:br/>
        <w:t>vt 0.969600 0.065300</w:t>
        <w:br/>
        <w:t>vt 0.950000 0.064200</w:t>
        <w:br/>
        <w:t>vt 0.969600 0.065300</w:t>
        <w:br/>
        <w:t>vt 0.948300 0.054300</w:t>
        <w:br/>
        <w:t>vt 0.972400 0.054900</w:t>
        <w:br/>
        <w:t>vt 0.948000 0.052400</w:t>
        <w:br/>
        <w:t>vt 0.972800 0.053100</w:t>
        <w:br/>
        <w:t>vt 0.947600 0.050600</w:t>
        <w:br/>
        <w:t>vt 0.973400 0.051200</w:t>
        <w:br/>
        <w:t>vt 0.945800 0.040700</w:t>
        <w:br/>
        <w:t>vt 0.945700 0.030100</w:t>
        <w:br/>
        <w:t>vt 0.975400 0.031200</w:t>
        <w:br/>
        <w:t>vt 0.974700 0.041200</w:t>
        <w:br/>
        <w:t>vt 0.647328 0.307331</w:t>
        <w:br/>
        <w:t>vt 0.652928 0.312531</w:t>
        <w:br/>
        <w:t>vt 0.638728 0.305031</w:t>
        <w:br/>
        <w:t>vt 0.643528 0.303131</w:t>
        <w:br/>
        <w:t>vt 0.638728 0.305031</w:t>
        <w:br/>
        <w:t>vt 0.638128 0.305331</w:t>
        <w:br/>
        <w:t>vt 0.524028 0.357731</w:t>
        <w:br/>
        <w:t>vt 0.604651 0.268900</w:t>
        <w:br/>
        <w:t>vt 0.603702 0.263984</w:t>
        <w:br/>
        <w:t>vt 0.612429 0.263787</w:t>
        <w:br/>
        <w:t>vt 0.613662 0.272636</w:t>
        <w:br/>
        <w:t>vt 0.626628 0.323631</w:t>
        <w:br/>
        <w:t>vt 0.631928 0.314631</w:t>
        <w:br/>
        <w:t>vt 0.625728 0.332431</w:t>
        <w:br/>
        <w:t>vt 0.952400 0.091500</w:t>
        <w:br/>
        <w:t>vt 0.952000 0.086400</w:t>
        <w:br/>
        <w:t>vt 0.965700 0.088600</w:t>
        <w:br/>
        <w:t>vt 0.964600 0.093400</w:t>
        <w:br/>
        <w:t>vt 0.961900 0.096100</w:t>
        <w:br/>
        <w:t>vt 0.954600 0.095300</w:t>
        <w:br/>
        <w:t>vt 0.958700 0.096700</w:t>
        <w:br/>
        <w:t>vt 0.568984 0.254152</w:t>
        <w:br/>
        <w:t>vt 0.576668 0.254644</w:t>
        <w:br/>
        <w:t>vt 0.575245 0.265459</w:t>
        <w:br/>
        <w:t>vt 0.594691 0.266147</w:t>
        <w:br/>
        <w:t>vt 0.592983 0.254841</w:t>
        <w:br/>
        <w:t>vt 0.600098 0.253268</w:t>
        <w:br/>
        <w:t>vt 0.584921 0.264869</w:t>
        <w:br/>
        <w:t>vt 0.584921 0.255824</w:t>
        <w:br/>
        <w:t>vt 0.537207 0.272636</w:t>
        <w:br/>
        <w:t>vt 0.537776 0.268703</w:t>
        <w:br/>
        <w:t>vt 0.546977 0.279420</w:t>
        <w:br/>
        <w:t>vt 0.541381 0.287285</w:t>
        <w:br/>
        <w:t>vt 0.540528 0.258031</w:t>
        <w:br/>
        <w:t>vt 0.542028 0.259331</w:t>
        <w:br/>
        <w:t>vt 0.534928 0.253031</w:t>
        <w:br/>
        <w:t>vt 0.540528 0.258031</w:t>
        <w:br/>
        <w:t>vt 0.549628 0.246831</w:t>
        <w:br/>
        <w:t>vt 0.551328 0.248131</w:t>
        <w:br/>
        <w:t>vt 0.544028 0.241731</w:t>
        <w:br/>
        <w:t>vt 0.549628 0.246831</w:t>
        <w:br/>
        <w:t>vt 0.544227 0.261231</w:t>
        <w:br/>
        <w:t>vt 0.553048 0.250220</w:t>
        <w:br/>
        <w:t>vt 0.612050 0.252678</w:t>
        <w:br/>
        <w:t>vt 0.617728 0.246431</w:t>
        <w:br/>
        <w:t>vt 0.619128 0.244831</w:t>
        <w:br/>
        <w:t>vt 0.624428 0.239531</w:t>
        <w:br/>
        <w:t>vt 0.634628 0.250831</w:t>
        <w:br/>
        <w:t>vt 0.629028 0.256131</w:t>
        <w:br/>
        <w:t>vt 0.619128 0.244831</w:t>
        <w:br/>
        <w:t>vt 0.605505 0.245107</w:t>
        <w:br/>
        <w:t>vt 0.596114 0.244124</w:t>
        <w:br/>
        <w:t>vt 0.563578 0.245796</w:t>
        <w:br/>
        <w:t>vt 0.573443 0.244714</w:t>
        <w:br/>
        <w:t>vt 0.584921 0.244124</w:t>
        <w:br/>
        <w:t>vt 0.566328 0.234293</w:t>
        <w:br/>
        <w:t>vt 0.573917 0.227411</w:t>
        <w:br/>
        <w:t>vt 0.577996 0.236750</w:t>
        <w:br/>
        <w:t>vt 0.591940 0.236652</w:t>
        <w:br/>
        <w:t>vt 0.577996 0.236750</w:t>
        <w:br/>
        <w:t>vt 0.610728 0.238731</w:t>
        <w:br/>
        <w:t>vt 0.612428 0.237331</w:t>
        <w:br/>
        <w:t>vt 0.556528 0.238531</w:t>
        <w:br/>
        <w:t>vt 0.558228 0.239631</w:t>
        <w:br/>
        <w:t>vt 0.563928 0.230631</w:t>
        <w:br/>
        <w:t>vt 0.565328 0.231931</w:t>
        <w:br/>
        <w:t>vt 0.572728 0.223431</w:t>
        <w:br/>
        <w:t>vt 0.573328 0.224931</w:t>
        <w:br/>
        <w:t>vt 0.604728 0.229731</w:t>
        <w:br/>
        <w:t>vt 0.603628 0.231131</w:t>
        <w:br/>
        <w:t>vt 0.597028 0.223331</w:t>
        <w:br/>
        <w:t>vt 0.596128 0.224831</w:t>
        <w:br/>
        <w:t>vt 0.589428 0.221231</w:t>
        <w:br/>
        <w:t>vt 0.589228 0.219297</w:t>
        <w:br/>
        <w:t>vt 0.580228 0.219297</w:t>
        <w:br/>
        <w:t>vt 0.580128 0.221231</w:t>
        <w:br/>
        <w:t>vt 0.584928 0.221231</w:t>
        <w:br/>
        <w:t>vt 0.584928 0.219297</w:t>
        <w:br/>
        <w:t>vt 0.947400 0.023400</w:t>
        <w:br/>
        <w:t>vt 0.974100 0.024000</w:t>
        <w:br/>
        <w:t>vt 0.971000 0.017500</w:t>
        <w:br/>
        <w:t>vt 0.950100 0.016900</w:t>
        <w:br/>
        <w:t>vt 0.967200 0.011200</w:t>
        <w:br/>
        <w:t>vt 0.953000 0.011200</w:t>
        <w:br/>
        <w:t>vt 0.956600 0.006300</w:t>
        <w:br/>
        <w:t>vt 0.959900 0.006000</w:t>
        <w:br/>
        <w:t>vt 0.963600 0.006400</w:t>
        <w:br/>
        <w:t>vt 0.584928 0.212297</w:t>
        <w:br/>
        <w:t>vt 0.591028 0.212297</w:t>
        <w:br/>
        <w:t>vt 0.551028 0.233231</w:t>
        <w:br/>
        <w:t>vt 0.558928 0.224531</w:t>
        <w:br/>
        <w:t>vt 0.568828 0.216631</w:t>
        <w:br/>
        <w:t>vt 0.578628 0.212297</w:t>
        <w:br/>
        <w:t>vt 0.600828 0.216531</w:t>
        <w:br/>
        <w:t>vt 0.609728 0.223531</w:t>
        <w:br/>
        <w:t>vt 0.617628 0.231631</w:t>
        <w:br/>
        <w:t>vt 0.559594 0.241863</w:t>
        <w:br/>
        <w:t>vt 0.581221 0.233703</w:t>
        <w:br/>
        <w:t>vt 0.580367 0.223773</w:t>
        <w:br/>
        <w:t>vt 0.584921 0.233703</w:t>
        <w:br/>
        <w:t>vt 0.584921 0.223773</w:t>
        <w:br/>
        <w:t>vt 0.589189 0.223773</w:t>
        <w:br/>
        <w:t>vt 0.588525 0.233703</w:t>
        <w:br/>
        <w:t>vt 0.595545 0.227312</w:t>
        <w:br/>
        <w:t>vt 0.602659 0.233506</w:t>
        <w:br/>
        <w:t>vt 0.609394 0.240978</w:t>
        <w:br/>
        <w:t>vt 0.616034 0.248548</w:t>
        <w:br/>
        <w:t>vt 0.631401 0.266639</w:t>
        <w:br/>
        <w:t>vt 0.632349 0.271554</w:t>
        <w:br/>
        <w:t>vt 0.621820 0.277650</w:t>
        <w:br/>
        <w:t>vt 0.625235 0.259756</w:t>
        <w:br/>
        <w:t>vt 0.631401 0.266639</w:t>
        <w:br/>
        <w:t>vt 0.524828 0.306531</w:t>
        <w:br/>
        <w:t>vt 0.528228 0.309931</w:t>
        <w:br/>
        <w:t>vt 0.532328 0.304331</w:t>
        <w:br/>
        <w:t>vt 0.528728 0.299631</w:t>
        <w:br/>
        <w:t>vt 0.643328 0.309931</w:t>
        <w:br/>
        <w:t>vt 0.546977 0.279420</w:t>
        <w:br/>
        <w:t>vt 0.555610 0.272734</w:t>
        <w:br/>
        <w:t>vt 0.556179 0.273914</w:t>
        <w:br/>
        <w:t>vt 0.547736 0.280403</w:t>
        <w:br/>
        <w:t>vt 0.621820 0.277650</w:t>
        <w:br/>
        <w:t>vt 0.620967 0.278731</w:t>
        <w:br/>
        <w:t>vt 0.613283 0.273619</w:t>
        <w:br/>
        <w:t>vt 0.613662 0.272636</w:t>
        <w:br/>
        <w:t>vt 0.604272 0.270571</w:t>
        <w:br/>
        <w:t>vt 0.604651 0.268900</w:t>
        <w:br/>
        <w:t>vt 0.594501 0.267327</w:t>
        <w:br/>
        <w:t>vt 0.594691 0.266147</w:t>
        <w:br/>
        <w:t>vt 0.584921 0.264869</w:t>
        <w:br/>
        <w:t>vt 0.584921 0.267228</w:t>
        <w:br/>
        <w:t>vt 0.575245 0.265459</w:t>
        <w:br/>
        <w:t>vt 0.575150 0.267425</w:t>
        <w:br/>
        <w:t>vt 0.564716 0.268408</w:t>
        <w:br/>
        <w:t>vt 0.565380 0.270178</w:t>
        <w:br/>
        <w:t>vt 0.565380 0.270178</w:t>
        <w:br/>
        <w:t>vt 0.541381 0.287285</w:t>
        <w:br/>
        <w:t>vt 0.628460 0.285417</w:t>
        <w:br/>
        <w:t>vt 0.542628 0.326131</w:t>
        <w:br/>
        <w:t>vt 0.540428 0.314831</w:t>
        <w:br/>
        <w:t>vt 0.541328 0.314231</w:t>
        <w:br/>
        <w:t>vt 0.544028 0.326331</w:t>
        <w:br/>
        <w:t>vt 0.626628 0.323631</w:t>
        <w:br/>
        <w:t>vt 0.625428 0.323131</w:t>
        <w:br/>
        <w:t>vt 0.630828 0.314131</w:t>
        <w:br/>
        <w:t>vt 0.631928 0.314631</w:t>
        <w:br/>
        <w:t>vt 0.638128 0.305331</w:t>
        <w:br/>
        <w:t>vt 0.541728 0.335631</w:t>
        <w:br/>
        <w:t>vt 0.543128 0.336231</w:t>
        <w:br/>
        <w:t>vt 0.537028 0.345431</w:t>
        <w:br/>
        <w:t>vt 0.537928 0.346631</w:t>
        <w:br/>
        <w:t>vt 0.531128 0.351131</w:t>
        <w:br/>
        <w:t>vt 0.531828 0.351731</w:t>
        <w:br/>
        <w:t>vt 0.524328 0.358131</w:t>
        <w:br/>
        <w:t>vt 0.524028 0.357731</w:t>
        <w:br/>
        <w:t>vt 0.646928 0.355531</w:t>
        <w:br/>
        <w:t>vt 0.646628 0.355931</w:t>
        <w:br/>
        <w:t>vt 0.636628 0.348331</w:t>
        <w:br/>
        <w:t>vt 0.637228 0.347631</w:t>
        <w:br/>
        <w:t>vt 0.629028 0.340731</w:t>
        <w:br/>
        <w:t>vt 0.629828 0.339431</w:t>
        <w:br/>
        <w:t>vt 0.624428 0.333031</w:t>
        <w:br/>
        <w:t>vt 0.625728 0.332431</w:t>
        <w:br/>
        <w:t>vt 0.533428 0.304431</w:t>
        <w:br/>
        <w:t>vt 0.834053 0.891460</w:t>
        <w:br/>
        <w:t>vt 0.834053 0.890460</w:t>
        <w:br/>
        <w:t>vt 0.846753 0.890460</w:t>
        <w:br/>
        <w:t>vt 0.846753 0.891460</w:t>
        <w:br/>
        <w:t>vt 0.846753 0.890460</w:t>
        <w:br/>
        <w:t>vt 0.834053 0.890460</w:t>
        <w:br/>
        <w:t>vt 0.834053 0.887260</w:t>
        <w:br/>
        <w:t>vt 0.846753 0.887260</w:t>
        <w:br/>
        <w:t>vt 0.818153 0.890460</w:t>
        <w:br/>
        <w:t>vt 0.818153 0.887260</w:t>
        <w:br/>
        <w:t>vt 0.802053 0.890460</w:t>
        <w:br/>
        <w:t>vt 0.802053 0.887260</w:t>
        <w:br/>
        <w:t>vt 0.802053 0.890460</w:t>
        <w:br/>
        <w:t>vt 0.818153 0.890460</w:t>
        <w:br/>
        <w:t>vt 0.818153 0.891460</w:t>
        <w:br/>
        <w:t>vt 0.802053 0.891460</w:t>
        <w:br/>
        <w:t>vt 0.852053 0.890460</w:t>
        <w:br/>
        <w:t>vt 0.852053 0.891460</w:t>
        <w:br/>
        <w:t>vt 0.852053 0.890460</w:t>
        <w:br/>
        <w:t>vt 0.852053 0.887260</w:t>
        <w:br/>
        <w:t>vt 0.776553 0.890460</w:t>
        <w:br/>
        <w:t>vt 0.768153 0.890460</w:t>
        <w:br/>
        <w:t>vt 0.768153 0.887260</w:t>
        <w:br/>
        <w:t>vt 0.776553 0.887260</w:t>
        <w:br/>
        <w:t>vt 0.768153 0.891460</w:t>
        <w:br/>
        <w:t>vt 0.768153 0.890460</w:t>
        <w:br/>
        <w:t>vt 0.776553 0.890460</w:t>
        <w:br/>
        <w:t>vt 0.776553 0.891460</w:t>
        <w:br/>
        <w:t>vt 0.788353 0.891460</w:t>
        <w:br/>
        <w:t>vt 0.788353 0.890460</w:t>
        <w:br/>
        <w:t>vt 0.788353 0.890460</w:t>
        <w:br/>
        <w:t>vt 0.788353 0.887260</w:t>
        <w:br/>
        <w:t>vt 0.247400 0.943000</w:t>
        <w:br/>
        <w:t>vt 0.254300 0.946800</w:t>
        <w:br/>
        <w:t>vt 0.247400 0.956700</w:t>
        <w:br/>
        <w:t>vt 0.252600 0.941240</w:t>
        <w:br/>
        <w:t>vt 0.250667 0.939700</w:t>
        <w:br/>
        <w:t>vt 0.299008 0.943786</w:t>
        <w:br/>
        <w:t>vt 0.310700 0.959078</w:t>
        <w:br/>
        <w:t>vt 0.295000 0.956778</w:t>
        <w:br/>
        <w:t>vt 0.292200 0.947819</w:t>
        <w:br/>
        <w:t>vt 0.287100 0.955545</w:t>
        <w:br/>
        <w:t>vt 0.286900 0.948678</w:t>
        <w:br/>
        <w:t>vt 0.281600 0.952900</w:t>
        <w:br/>
        <w:t>vt 0.282200 0.947778</w:t>
        <w:br/>
        <w:t>vt 0.277200 0.949600</w:t>
        <w:br/>
        <w:t>vt 0.274400 0.945800</w:t>
        <w:br/>
        <w:t>vt 0.278600 0.945400</w:t>
        <w:br/>
        <w:t>vt 0.274506 0.939673</w:t>
        <w:br/>
        <w:t>vt 0.278600 0.942000</w:t>
        <w:br/>
        <w:t>vt 0.282500 0.936100</w:t>
        <w:br/>
        <w:t>vt 0.286100 0.936200</w:t>
        <w:br/>
        <w:t>vt 0.285000 0.940267</w:t>
        <w:br/>
        <w:t>vt 0.281900 0.940008</w:t>
        <w:br/>
        <w:t>vt 0.290000 0.940100</w:t>
        <w:br/>
        <w:t>vt 0.287333 0.942300</w:t>
        <w:br/>
        <w:t>vt 0.288800 0.937700</w:t>
        <w:br/>
        <w:t>vt 0.289900 0.942700</w:t>
        <w:br/>
        <w:t>vt 0.288300 0.944511</w:t>
        <w:br/>
        <w:t>vt 0.278200 0.937800</w:t>
        <w:br/>
        <w:t>vt 0.270950 0.939684</w:t>
        <w:br/>
        <w:t>vt 0.269800 0.945300</w:t>
        <w:br/>
        <w:t>vt 0.268022 0.937828</w:t>
        <w:br/>
        <w:t>vt 0.265800 0.944100</w:t>
        <w:br/>
        <w:t>vt 0.262500 0.945900</w:t>
        <w:br/>
        <w:t>vt 0.248714 0.919000</w:t>
        <w:br/>
        <w:t>vt 0.247400 0.918600</w:t>
        <w:br/>
        <w:t>vt 0.247400 0.913500</w:t>
        <w:br/>
        <w:t>vt 0.262840 0.936800</w:t>
        <w:br/>
        <w:t>vt 0.264188 0.932359</w:t>
        <w:br/>
        <w:t>vt 0.277000 0.925600</w:t>
        <w:br/>
        <w:t>vt 0.281800 0.927800</w:t>
        <w:br/>
        <w:t>vt 0.279300 0.931200</w:t>
        <w:br/>
        <w:t>vt 0.274367 0.928519</w:t>
        <w:br/>
        <w:t>vt 0.250588 0.927500</w:t>
        <w:br/>
        <w:t>vt 0.247400 0.930100</w:t>
        <w:br/>
        <w:t>vt 0.266653 0.932333</w:t>
        <w:br/>
        <w:t>vt 0.270800 0.936800</w:t>
        <w:br/>
        <w:t>vt 0.275300 0.934500</w:t>
        <w:br/>
        <w:t>vt 0.270500 0.930945</w:t>
        <w:br/>
        <w:t>vt 0.247400 0.936600</w:t>
        <w:br/>
        <w:t>vt 0.250321 0.936600</w:t>
        <w:br/>
        <w:t>vt 0.252309 0.930000</w:t>
        <w:br/>
        <w:t>vt 0.253474 0.932000</w:t>
        <w:br/>
        <w:t>vt 0.251521 0.934000</w:t>
        <w:br/>
        <w:t>vt 0.260340 0.939472</w:t>
        <w:br/>
        <w:t>vt 0.258900 0.946500</w:t>
        <w:br/>
        <w:t>vt 0.256400 0.941240</w:t>
        <w:br/>
        <w:t>vt 0.247400 0.934000</w:t>
        <w:br/>
        <w:t>vt 0.247400 0.943000</w:t>
        <w:br/>
        <w:t>vt 0.247400 0.956700</w:t>
        <w:br/>
        <w:t>vt 0.254300 0.946800</w:t>
        <w:br/>
        <w:t>vt 0.252600 0.941240</w:t>
        <w:br/>
        <w:t>vt 0.250667 0.939700</w:t>
        <w:br/>
        <w:t>vt 0.295000 0.956778</w:t>
        <w:br/>
        <w:t>vt 0.310700 0.959078</w:t>
        <w:br/>
        <w:t>vt 0.299008 0.943786</w:t>
        <w:br/>
        <w:t>vt 0.292200 0.947819</w:t>
        <w:br/>
        <w:t>vt 0.287100 0.955545</w:t>
        <w:br/>
        <w:t>vt 0.286900 0.948678</w:t>
        <w:br/>
        <w:t>vt 0.281600 0.952900</w:t>
        <w:br/>
        <w:t>vt 0.282200 0.947778</w:t>
        <w:br/>
        <w:t>vt 0.277200 0.949600</w:t>
        <w:br/>
        <w:t>vt 0.278600 0.945400</w:t>
        <w:br/>
        <w:t>vt 0.274400 0.945800</w:t>
        <w:br/>
        <w:t>vt 0.278600 0.942000</w:t>
        <w:br/>
        <w:t>vt 0.274506 0.939673</w:t>
        <w:br/>
        <w:t>vt 0.282500 0.936100</w:t>
        <w:br/>
        <w:t>vt 0.281900 0.940007</w:t>
        <w:br/>
        <w:t>vt 0.285000 0.940267</w:t>
        <w:br/>
        <w:t>vt 0.286100 0.936200</w:t>
        <w:br/>
        <w:t>vt 0.290000 0.940100</w:t>
        <w:br/>
        <w:t>vt 0.288800 0.937700</w:t>
        <w:br/>
        <w:t>vt 0.287333 0.942300</w:t>
        <w:br/>
        <w:t>vt 0.289900 0.942700</w:t>
        <w:br/>
        <w:t>vt 0.288300 0.944511</w:t>
        <w:br/>
        <w:t>vt 0.278200 0.937800</w:t>
        <w:br/>
        <w:t>vt 0.270950 0.939684</w:t>
        <w:br/>
        <w:t>vt 0.269800 0.945300</w:t>
        <w:br/>
        <w:t>vt 0.268022 0.937828</w:t>
        <w:br/>
        <w:t>vt 0.262500 0.945900</w:t>
        <w:br/>
        <w:t>vt 0.265800 0.944100</w:t>
        <w:br/>
        <w:t>vt 0.248714 0.919000</w:t>
        <w:br/>
        <w:t>vt 0.247400 0.913500</w:t>
        <w:br/>
        <w:t>vt 0.247400 0.918600</w:t>
        <w:br/>
        <w:t>vt 0.264188 0.932359</w:t>
        <w:br/>
        <w:t>vt 0.262840 0.936800</w:t>
        <w:br/>
        <w:t>vt 0.279300 0.931200</w:t>
        <w:br/>
        <w:t>vt 0.281800 0.927800</w:t>
        <w:br/>
        <w:t>vt 0.277000 0.925600</w:t>
        <w:br/>
        <w:t>vt 0.274367 0.928519</w:t>
        <w:br/>
        <w:t>vt 0.247400 0.930100</w:t>
        <w:br/>
        <w:t>vt 0.250588 0.927500</w:t>
        <w:br/>
        <w:t>vt 0.270800 0.936800</w:t>
        <w:br/>
        <w:t>vt 0.266654 0.932333</w:t>
        <w:br/>
        <w:t>vt 0.275300 0.934500</w:t>
        <w:br/>
        <w:t>vt 0.270500 0.930945</w:t>
        <w:br/>
        <w:t>vt 0.250321 0.936600</w:t>
        <w:br/>
        <w:t>vt 0.247400 0.936600</w:t>
        <w:br/>
        <w:t>vt 0.252309 0.930000</w:t>
        <w:br/>
        <w:t>vt 0.251521 0.934000</w:t>
        <w:br/>
        <w:t>vt 0.253474 0.932000</w:t>
        <w:br/>
        <w:t>vt 0.260340 0.939472</w:t>
        <w:br/>
        <w:t>vt 0.258900 0.946500</w:t>
        <w:br/>
        <w:t>vt 0.256400 0.941240</w:t>
        <w:br/>
        <w:t>vt 0.247400 0.934000</w:t>
        <w:br/>
        <w:t>vt 0.145142 0.727400</w:t>
        <w:br/>
        <w:t>vt 0.150342 0.727400</w:t>
        <w:br/>
        <w:t>vt 0.150242 0.735400</w:t>
        <w:br/>
        <w:t>vt 0.140142 0.735400</w:t>
        <w:br/>
        <w:t>vt 0.140042 0.727400</w:t>
        <w:br/>
        <w:t>vt 0.226400 0.717900</w:t>
        <w:br/>
        <w:t>vt 0.221100 0.726000</w:t>
        <w:br/>
        <w:t>vt 0.221200 0.714300</w:t>
        <w:br/>
        <w:t>vt 0.224500 0.715300</w:t>
        <w:br/>
        <w:t>vt 0.215900 0.718000</w:t>
        <w:br/>
        <w:t>vt 0.217800 0.715400</w:t>
        <w:br/>
        <w:t>vt 0.221100 0.731900</w:t>
        <w:br/>
        <w:t>vt 0.221100 0.731000</w:t>
        <w:br/>
        <w:t>vt 0.226400 0.731000</w:t>
        <w:br/>
        <w:t>vt 0.226400 0.731900</w:t>
        <w:br/>
        <w:t>vt 0.215900 0.731900</w:t>
        <w:br/>
        <w:t>vt 0.215900 0.731000</w:t>
        <w:br/>
        <w:t>vt 0.226400 0.732700</w:t>
        <w:br/>
        <w:t>vt 0.221100 0.732700</w:t>
        <w:br/>
        <w:t>vt 0.215900 0.732700</w:t>
        <w:br/>
        <w:t>vt 0.160869 0.731164</w:t>
        <w:br/>
        <w:t>vt 0.159709 0.731164</w:t>
        <w:br/>
        <w:t>vt 0.159709 0.739164</w:t>
        <w:br/>
        <w:t>vt 0.160869 0.739164</w:t>
        <w:br/>
        <w:t>vt 0.160869 0.727942</w:t>
        <w:br/>
        <w:t>vt 0.159709 0.727942</w:t>
        <w:br/>
        <w:t>vt 0.160869 0.724421</w:t>
        <w:br/>
        <w:t>vt 0.159709 0.724421</w:t>
        <w:br/>
        <w:t>vt 0.159709 0.727942</w:t>
        <w:br/>
        <w:t>vt 0.160869 0.727942</w:t>
        <w:br/>
        <w:t>vt 0.160869 0.731164</w:t>
        <w:br/>
        <w:t>vt 0.159709 0.731164</w:t>
        <w:br/>
        <w:t>vt 0.159709 0.739164</w:t>
        <w:br/>
        <w:t>vt 0.160869 0.739164</w:t>
        <w:br/>
        <w:t>vt 0.160869 0.724349</w:t>
        <w:br/>
        <w:t>vt 0.159709 0.724349</w:t>
        <w:br/>
        <w:t>vt 0.160869 0.744314</w:t>
        <w:br/>
        <w:t>vt 0.158900 0.744814</w:t>
        <w:br/>
        <w:t>vt 0.159750 0.744914</w:t>
        <w:br/>
        <w:t>vt 0.158900 0.744814</w:t>
        <w:br/>
        <w:t>vt 0.160869 0.744314</w:t>
        <w:br/>
        <w:t>vt 0.159750 0.744914</w:t>
        <w:br/>
        <w:t>vt 0.158001 0.739164</w:t>
        <w:br/>
        <w:t>vt 0.158001 0.739164</w:t>
        <w:br/>
        <w:t>vt 0.136849 0.706700</w:t>
        <w:br/>
        <w:t>vt 0.136849 0.712100</w:t>
        <w:br/>
        <w:t>vt 0.132809 0.712100</w:t>
        <w:br/>
        <w:t>vt 0.132809 0.706700</w:t>
        <w:br/>
        <w:t>vt 0.136849 0.717200</w:t>
        <w:br/>
        <w:t>vt 0.132809 0.717200</w:t>
        <w:br/>
        <w:t>vt 0.226400 0.726000</w:t>
        <w:br/>
        <w:t>vt 0.215900 0.726000</w:t>
        <w:br/>
        <w:t>vt 0.145242 0.739100</w:t>
        <w:br/>
        <w:t>vt 0.148442 0.738000</w:t>
        <w:br/>
        <w:t>vt 0.142042 0.738000</w:t>
        <w:br/>
        <w:t>vt 0.924573 0.878100</w:t>
        <w:br/>
        <w:t>vt 0.930100 0.878100</w:t>
        <w:br/>
        <w:t>vt 0.930100 0.867900</w:t>
        <w:br/>
        <w:t>vt 0.924573 0.865500</w:t>
        <w:br/>
        <w:t>vt 0.930100 0.973000</w:t>
        <w:br/>
        <w:t>vt 0.924573 0.972100</w:t>
        <w:br/>
        <w:t>vt 0.924573 0.985300</w:t>
        <w:br/>
        <w:t>vt 0.930100 0.988500</w:t>
        <w:br/>
        <w:t>vt 0.924573 0.966000</w:t>
        <w:br/>
        <w:t>vt 0.930100 0.966600</w:t>
        <w:br/>
        <w:t>vt 0.930100 0.960300</w:t>
        <w:br/>
        <w:t>vt 0.924573 0.960200</w:t>
        <w:br/>
        <w:t>vt 0.930100 0.935700</w:t>
        <w:br/>
        <w:t>vt 0.930100 0.924900</w:t>
        <w:br/>
        <w:t>vt 0.924573 0.927900</w:t>
        <w:br/>
        <w:t>vt 0.930100 0.898000</w:t>
        <w:br/>
        <w:t>vt 0.930100 0.887500</w:t>
        <w:br/>
        <w:t>vt 0.924573 0.888000</w:t>
        <w:br/>
        <w:t>vt 0.924573 0.898000</w:t>
        <w:br/>
        <w:t>vt 0.930100 0.838600</w:t>
        <w:br/>
        <w:t>vt 0.930100 0.832200</w:t>
        <w:br/>
        <w:t>vt 0.924573 0.833800</w:t>
        <w:br/>
        <w:t>vt 0.924573 0.839800</w:t>
        <w:br/>
        <w:t>vt 0.930100 0.827200</w:t>
        <w:br/>
        <w:t>vt 0.930100 0.819700</w:t>
        <w:br/>
        <w:t>vt 0.924573 0.822700</w:t>
        <w:br/>
        <w:t>vt 0.924573 0.829700</w:t>
        <w:br/>
        <w:t>vt 0.930100 0.943500</w:t>
        <w:br/>
        <w:t>vt 0.924573 0.944500</w:t>
        <w:br/>
        <w:t>vt 0.930100 0.851700</w:t>
        <w:br/>
        <w:t>vt 0.924573 0.850900</w:t>
        <w:br/>
        <w:t>vt 0.560392 0.759093</w:t>
        <w:br/>
        <w:t>vt 0.563189 0.752346</w:t>
        <w:br/>
        <w:t>vt 0.558015 0.751407</w:t>
        <w:br/>
        <w:t>vt 0.554675 0.758517</w:t>
        <w:br/>
        <w:t>vt 0.924573 0.906300</w:t>
        <w:br/>
        <w:t>vt 0.930100 0.908900</w:t>
        <w:br/>
        <w:t>vt 0.549439 0.774890</w:t>
        <w:br/>
        <w:t>vt 0.554614 0.776029</w:t>
        <w:br/>
        <w:t>vt 0.557406 0.764855</w:t>
        <w:br/>
        <w:t>vt 0.551590 0.763384</w:t>
        <w:br/>
        <w:t>vt 0.486383 0.804288</w:t>
        <w:br/>
        <w:t>vt 0.474779 0.802148</w:t>
        <w:br/>
        <w:t>vt 0.476344 0.810863</w:t>
        <w:br/>
        <w:t>vt 0.487047 0.813042</w:t>
        <w:br/>
        <w:t>vt 0.465693 0.800046</w:t>
        <w:br/>
        <w:t>vt 0.469240 0.808544</w:t>
        <w:br/>
        <w:t>vt 0.543891 0.787388</w:t>
        <w:br/>
        <w:t>vt 0.551173 0.784960</w:t>
        <w:br/>
        <w:t>vt 0.547502 0.791804</w:t>
        <w:br/>
        <w:t>vt 0.537282 0.797047</w:t>
        <w:br/>
        <w:t>vt 0.543246 0.797908</w:t>
        <w:br/>
        <w:t>vt 0.520066 0.805012</w:t>
        <w:br/>
        <w:t>vt 0.518132 0.813497</w:t>
        <w:br/>
        <w:t>vt 0.526818 0.812538</w:t>
        <w:br/>
        <w:t>vt 0.530204 0.803889</w:t>
        <w:br/>
        <w:t>vt 0.509031 0.805300</w:t>
        <w:br/>
        <w:t>vt 0.508245 0.814588</w:t>
        <w:br/>
        <w:t>vt 0.497967 0.805323</w:t>
        <w:br/>
        <w:t>vt 0.498193 0.814665</w:t>
        <w:br/>
        <w:t>vt 0.537929 0.804430</w:t>
        <w:br/>
        <w:t>vt 0.533600 0.811790</w:t>
        <w:br/>
        <w:t>vt 0.931100 0.868200</w:t>
        <w:br/>
        <w:t>vt 0.930100 0.867900</w:t>
        <w:br/>
        <w:t>vt 0.931100 0.878100</w:t>
        <w:br/>
        <w:t>vt 0.931100 0.988200</w:t>
        <w:br/>
        <w:t>vt 0.931100 0.973000</w:t>
        <w:br/>
        <w:t>vt 0.930100 0.960300</w:t>
        <w:br/>
        <w:t>vt 0.930100 0.966600</w:t>
        <w:br/>
        <w:t>vt 0.931100 0.966600</w:t>
        <w:br/>
        <w:t>vt 0.931100 0.960300</w:t>
        <w:br/>
        <w:t>vt 0.930100 0.935700</w:t>
        <w:br/>
        <w:t>vt 0.930100 0.943500</w:t>
        <w:br/>
        <w:t>vt 0.931100 0.943400</w:t>
        <w:br/>
        <w:t>vt 0.931100 0.935600</w:t>
        <w:br/>
        <w:t>vt 0.930100 0.918100</w:t>
        <w:br/>
        <w:t>vt 0.930100 0.924900</w:t>
        <w:br/>
        <w:t>vt 0.931100 0.924500</w:t>
        <w:br/>
        <w:t>vt 0.931100 0.917900</w:t>
        <w:br/>
        <w:t>vt 0.931100 0.908800</w:t>
        <w:br/>
        <w:t>vt 0.930100 0.887500</w:t>
        <w:br/>
        <w:t>vt 0.930100 0.898000</w:t>
        <w:br/>
        <w:t>vt 0.931100 0.898000</w:t>
        <w:br/>
        <w:t>vt 0.931100 0.887500</w:t>
        <w:br/>
        <w:t>vt 0.931100 0.832500</w:t>
        <w:br/>
        <w:t>vt 0.930100 0.832200</w:t>
        <w:br/>
        <w:t>vt 0.930100 0.838600</w:t>
        <w:br/>
        <w:t>vt 0.931100 0.838800</w:t>
        <w:br/>
        <w:t>vt 0.931100 0.819300</w:t>
        <w:br/>
        <w:t>vt 0.930000 0.818900</w:t>
        <w:br/>
        <w:t>vt 0.930100 0.819700</w:t>
        <w:br/>
        <w:t>vt 0.564585 0.752493</w:t>
        <w:br/>
        <w:t>vt 0.565875 0.744101</w:t>
        <w:br/>
        <w:t>vt 0.564678 0.744032</w:t>
        <w:br/>
        <w:t>vt 0.915300 0.700569</w:t>
        <w:br/>
        <w:t>vt 0.915300 0.706269</w:t>
        <w:br/>
        <w:t>vt 0.916854 0.706269</w:t>
        <w:br/>
        <w:t>vt 0.916854 0.700569</w:t>
        <w:br/>
        <w:t>vt 0.915300 0.667269</w:t>
        <w:br/>
        <w:t>vt 0.915300 0.682869</w:t>
        <w:br/>
        <w:t>vt 0.916854 0.682869</w:t>
        <w:br/>
        <w:t>vt 0.916854 0.667269</w:t>
        <w:br/>
        <w:t>vt 0.915300 0.654269</w:t>
        <w:br/>
        <w:t>vt 0.916854 0.654269</w:t>
        <w:br/>
        <w:t>vt 0.555940 0.776084</w:t>
        <w:br/>
        <w:t>vt 0.558869 0.765197</w:t>
        <w:br/>
        <w:t>vt 0.476453 0.812766</w:t>
        <w:br/>
        <w:t>vt 0.487120 0.814607</w:t>
        <w:br/>
        <w:t>vt 0.551173 0.784960</w:t>
        <w:br/>
        <w:t>vt 0.552379 0.785129</w:t>
        <w:br/>
        <w:t>vt 0.561725 0.759449</w:t>
        <w:br/>
        <w:t>vt 0.548971 0.792145</w:t>
        <w:br/>
        <w:t>vt 0.544794 0.798341</w:t>
        <w:br/>
        <w:t>vt 0.469240 0.808544</w:t>
        <w:br/>
        <w:t>vt 0.471028 0.811067</w:t>
        <w:br/>
        <w:t>vt 0.564636 0.732869</w:t>
        <w:br/>
        <w:t>vt 0.563460 0.732999</w:t>
        <w:br/>
        <w:t>vt 0.518143 0.815099</w:t>
        <w:br/>
        <w:t>vt 0.526595 0.814167</w:t>
        <w:br/>
        <w:t>vt 0.508355 0.816179</w:t>
        <w:br/>
        <w:t>vt 0.498290 0.816142</w:t>
        <w:br/>
        <w:t>vt 0.539770 0.804730</w:t>
        <w:br/>
        <w:t>vt 0.533974 0.813352</w:t>
        <w:br/>
        <w:t>vt 0.915300 0.711969</w:t>
        <w:br/>
        <w:t>vt 0.915300 0.716869</w:t>
        <w:br/>
        <w:t>vt 0.916854 0.716869</w:t>
        <w:br/>
        <w:t>vt 0.916854 0.711969</w:t>
        <w:br/>
        <w:t>vt 0.930100 0.851700</w:t>
        <w:br/>
        <w:t>vt 0.931100 0.852000</w:t>
        <w:br/>
        <w:t>vt 0.931100 0.827400</w:t>
        <w:br/>
        <w:t>vt 0.930100 0.827200</w:t>
        <w:br/>
        <w:t>vt 0.562880 0.727744</w:t>
        <w:br/>
        <w:t>vt 0.557213 0.730845</w:t>
        <w:br/>
        <w:t>vt 0.557523 0.733654</w:t>
        <w:br/>
        <w:t>vt 0.564678 0.744032</w:t>
        <w:br/>
        <w:t>vt 0.558105 0.738922</w:t>
        <w:br/>
        <w:t>vt 0.558839 0.745582</w:t>
        <w:br/>
        <w:t>vt 0.561875 0.718633</w:t>
        <w:br/>
        <w:t>vt 0.557194 0.722334</w:t>
        <w:br/>
        <w:t>vt 0.553776 0.727531</w:t>
        <w:br/>
        <w:t>vt 0.550853 0.727139</w:t>
        <w:br/>
        <w:t>vt 0.551902 0.729060</w:t>
        <w:br/>
        <w:t>vt 0.912000 0.682869</w:t>
        <w:br/>
        <w:t>vt 0.912000 0.700569</w:t>
        <w:br/>
        <w:t>vt 0.912000 0.706269</w:t>
        <w:br/>
        <w:t>vt 0.912000 0.711969</w:t>
        <w:br/>
        <w:t>vt 0.915300 0.716869</w:t>
        <w:br/>
        <w:t>vt 0.912000 0.716869</w:t>
        <w:br/>
        <w:t>vt 0.915300 0.723569</w:t>
        <w:br/>
        <w:t>vt 0.912000 0.723569</w:t>
        <w:br/>
        <w:t>vt 0.910184 0.682869</w:t>
        <w:br/>
        <w:t>vt 0.910184 0.700569</w:t>
        <w:br/>
        <w:t>vt 0.910184 0.706269</w:t>
        <w:br/>
        <w:t>vt 0.910184 0.711969</w:t>
        <w:br/>
        <w:t>vt 0.910184 0.716869</w:t>
        <w:br/>
        <w:t>vt 0.910184 0.723569</w:t>
        <w:br/>
        <w:t>vt 0.916854 0.723569</w:t>
        <w:br/>
        <w:t>vt 0.918354 0.723569</w:t>
        <w:br/>
        <w:t>vt 0.924573 0.918000</w:t>
        <w:br/>
        <w:t>vt 0.923373 0.878100</w:t>
        <w:br/>
        <w:t>vt 0.924573 0.878100</w:t>
        <w:br/>
        <w:t>vt 0.923373 0.865200</w:t>
        <w:br/>
        <w:t>vt 0.930100 0.988500</w:t>
        <w:br/>
        <w:t>vt 0.924573 0.985300</w:t>
        <w:br/>
        <w:t>vt 0.923373 0.985800</w:t>
        <w:br/>
        <w:t>vt 0.924573 0.972100</w:t>
        <w:br/>
        <w:t>vt 0.923373 0.972100</w:t>
        <w:br/>
        <w:t>vt 0.924573 0.966000</w:t>
        <w:br/>
        <w:t>vt 0.924573 0.960200</w:t>
        <w:br/>
        <w:t>vt 0.923373 0.960200</w:t>
        <w:br/>
        <w:t>vt 0.923373 0.965900</w:t>
        <w:br/>
        <w:t>vt 0.924573 0.898000</w:t>
        <w:br/>
        <w:t>vt 0.924573 0.888000</w:t>
        <w:br/>
        <w:t>vt 0.923373 0.888000</w:t>
        <w:br/>
        <w:t>vt 0.923373 0.898000</w:t>
        <w:br/>
        <w:t>vt 0.924573 0.878100</w:t>
        <w:br/>
        <w:t>vt 0.923373 0.878100</w:t>
        <w:br/>
        <w:t>vt 0.924573 0.839800</w:t>
        <w:br/>
        <w:t>vt 0.924573 0.833800</w:t>
        <w:br/>
        <w:t>vt 0.923373 0.833900</w:t>
        <w:br/>
        <w:t>vt 0.923373 0.839800</w:t>
        <w:br/>
        <w:t>vt 0.930100 0.819700</w:t>
        <w:br/>
        <w:t>vt 0.930000 0.818900</w:t>
        <w:br/>
        <w:t>vt 0.923373 0.822200</w:t>
        <w:br/>
        <w:t>vt 0.924573 0.822700</w:t>
        <w:br/>
        <w:t>vt 0.923373 0.829700</w:t>
        <w:br/>
        <w:t>vt 0.924573 0.829700</w:t>
        <w:br/>
        <w:t>vt 0.924573 0.944500</w:t>
        <w:br/>
        <w:t>vt 0.923373 0.944600</w:t>
        <w:br/>
        <w:t>vt 0.923373 0.960200</w:t>
        <w:br/>
        <w:t>vt 0.924573 0.865500</w:t>
        <w:br/>
        <w:t>vt 0.924573 0.850900</w:t>
        <w:br/>
        <w:t>vt 0.923373 0.850900</w:t>
        <w:br/>
        <w:t>vt 0.923373 0.906200</w:t>
        <w:br/>
        <w:t>vt 0.924573 0.906300</w:t>
        <w:br/>
        <w:t>vt 0.923373 0.972100</w:t>
        <w:br/>
        <w:t>vt 0.923373 0.965900</w:t>
        <w:br/>
        <w:t>vt 0.924573 0.918000</w:t>
        <w:br/>
        <w:t>vt 0.923373 0.918000</w:t>
        <w:br/>
        <w:t>vt 0.915300 0.654269</w:t>
        <w:br/>
        <w:t>vt 0.912000 0.654269</w:t>
        <w:br/>
        <w:t>vt 0.912000 0.667269</w:t>
        <w:br/>
        <w:t>vt 0.910184 0.654269</w:t>
        <w:br/>
        <w:t>vt 0.910184 0.667269</w:t>
        <w:br/>
        <w:t>vt 0.924573 0.927900</w:t>
        <w:br/>
        <w:t>vt 0.923373 0.928300</w:t>
        <w:br/>
        <w:t>vt 0.462955 0.798939</w:t>
        <w:br/>
        <w:t>vt 0.554042 0.725795</w:t>
        <w:br/>
        <w:t>vt 0.555536 0.724118</w:t>
        <w:br/>
        <w:t>vt 0.553919 0.730115</w:t>
        <w:br/>
        <w:t>vt 0.924573 0.878100</w:t>
        <w:br/>
        <w:t>vt 0.924573 0.865500</w:t>
        <w:br/>
        <w:t>vt 0.930100 0.867900</w:t>
        <w:br/>
        <w:t>vt 0.930100 0.878100</w:t>
        <w:br/>
        <w:t>vt 0.924573 0.985300</w:t>
        <w:br/>
        <w:t>vt 0.924573 0.972100</w:t>
        <w:br/>
        <w:t>vt 0.930100 0.973000</w:t>
        <w:br/>
        <w:t>vt 0.930100 0.988500</w:t>
        <w:br/>
        <w:t>vt 0.924573 0.966000</w:t>
        <w:br/>
        <w:t>vt 0.924573 0.960200</w:t>
        <w:br/>
        <w:t>vt 0.930100 0.960300</w:t>
        <w:br/>
        <w:t>vt 0.930100 0.966600</w:t>
        <w:br/>
        <w:t>vt 0.930100 0.935700</w:t>
        <w:br/>
        <w:t>vt 0.924573 0.927900</w:t>
        <w:br/>
        <w:t>vt 0.930100 0.924900</w:t>
        <w:br/>
        <w:t>vt 0.924573 0.888000</w:t>
        <w:br/>
        <w:t>vt 0.930100 0.887500</w:t>
        <w:br/>
        <w:t>vt 0.930100 0.898000</w:t>
        <w:br/>
        <w:t>vt 0.924573 0.898000</w:t>
        <w:br/>
        <w:t>vt 0.924573 0.833800</w:t>
        <w:br/>
        <w:t>vt 0.930100 0.832200</w:t>
        <w:br/>
        <w:t>vt 0.930100 0.838600</w:t>
        <w:br/>
        <w:t>vt 0.924573 0.839800</w:t>
        <w:br/>
        <w:t>vt 0.924573 0.822700</w:t>
        <w:br/>
        <w:t>vt 0.930100 0.819700</w:t>
        <w:br/>
        <w:t>vt 0.930100 0.827200</w:t>
        <w:br/>
        <w:t>vt 0.924573 0.829700</w:t>
        <w:br/>
        <w:t>vt 0.924573 0.944500</w:t>
        <w:br/>
        <w:t>vt 0.930100 0.943500</w:t>
        <w:br/>
        <w:t>vt 0.924573 0.850900</w:t>
        <w:br/>
        <w:t>vt 0.930100 0.851700</w:t>
        <w:br/>
        <w:t>vt 0.558016 0.751407</w:t>
        <w:br/>
        <w:t>vt 0.563189 0.752346</w:t>
        <w:br/>
        <w:t>vt 0.560392 0.759093</w:t>
        <w:br/>
        <w:t>vt 0.554675 0.758517</w:t>
        <w:br/>
        <w:t>vt 0.851889 0.853324</w:t>
        <w:br/>
        <w:t>vt 0.857289 0.853324</w:t>
        <w:br/>
        <w:t>vt 0.857289 0.856624</w:t>
        <w:br/>
        <w:t>vt 0.851889 0.856624</w:t>
        <w:br/>
        <w:t>vt 0.835189 0.856624</w:t>
        <w:br/>
        <w:t>vt 0.835189 0.853324</w:t>
        <w:br/>
        <w:t>vt 0.924573 0.906300</w:t>
        <w:br/>
        <w:t>vt 0.930100 0.908900</w:t>
        <w:br/>
        <w:t>vt 0.871389 0.853324</w:t>
        <w:br/>
        <w:t>vt 0.878089 0.853324</w:t>
        <w:br/>
        <w:t>vt 0.878089 0.856624</w:t>
        <w:br/>
        <w:t>vt 0.871389 0.856624</w:t>
        <w:br/>
        <w:t>vt 0.549439 0.774890</w:t>
        <w:br/>
        <w:t>vt 0.551590 0.763384</w:t>
        <w:br/>
        <w:t>vt 0.557406 0.764855</w:t>
        <w:br/>
        <w:t>vt 0.554614 0.776029</w:t>
        <w:br/>
        <w:t>vt 0.486383 0.804288</w:t>
        <w:br/>
        <w:t>vt 0.487047 0.813042</w:t>
        <w:br/>
        <w:t>vt 0.476344 0.810862</w:t>
        <w:br/>
        <w:t>vt 0.474778 0.802148</w:t>
        <w:br/>
        <w:t>vt 0.469240 0.808544</w:t>
        <w:br/>
        <w:t>vt 0.465693 0.800046</w:t>
        <w:br/>
        <w:t>vt 0.551173 0.784960</w:t>
        <w:br/>
        <w:t>vt 0.543891 0.787388</w:t>
        <w:br/>
        <w:t>vt 0.547502 0.791804</w:t>
        <w:br/>
        <w:t>vt 0.537282 0.797047</w:t>
        <w:br/>
        <w:t>vt 0.543246 0.797908</w:t>
        <w:br/>
        <w:t>vt 0.520066 0.805012</w:t>
        <w:br/>
        <w:t>vt 0.530204 0.803889</w:t>
        <w:br/>
        <w:t>vt 0.526818 0.812538</w:t>
        <w:br/>
        <w:t>vt 0.518132 0.813497</w:t>
        <w:br/>
        <w:t>vt 0.508245 0.814588</w:t>
        <w:br/>
        <w:t>vt 0.509031 0.805300</w:t>
        <w:br/>
        <w:t>vt 0.497967 0.805323</w:t>
        <w:br/>
        <w:t>vt 0.498193 0.814665</w:t>
        <w:br/>
        <w:t>vt 0.537929 0.804430</w:t>
        <w:br/>
        <w:t>vt 0.533600 0.811790</w:t>
        <w:br/>
        <w:t>vt 0.931100 0.868200</w:t>
        <w:br/>
        <w:t>vt 0.931100 0.878100</w:t>
        <w:br/>
        <w:t>vt 0.930100 0.867900</w:t>
        <w:br/>
        <w:t>vt 0.931100 0.988200</w:t>
        <w:br/>
        <w:t>vt 0.931100 0.973000</w:t>
        <w:br/>
        <w:t>vt 0.931100 0.966600</w:t>
        <w:br/>
        <w:t>vt 0.930100 0.966600</w:t>
        <w:br/>
        <w:t>vt 0.930100 0.960300</w:t>
        <w:br/>
        <w:t>vt 0.931100 0.960300</w:t>
        <w:br/>
        <w:t>vt 0.930100 0.935700</w:t>
        <w:br/>
        <w:t>vt 0.931100 0.935600</w:t>
        <w:br/>
        <w:t>vt 0.931100 0.943400</w:t>
        <w:br/>
        <w:t>vt 0.930100 0.943500</w:t>
        <w:br/>
        <w:t>vt 0.930100 0.918100</w:t>
        <w:br/>
        <w:t>vt 0.931100 0.917900</w:t>
        <w:br/>
        <w:t>vt 0.931100 0.924500</w:t>
        <w:br/>
        <w:t>vt 0.930100 0.924900</w:t>
        <w:br/>
        <w:t>vt 0.931100 0.908800</w:t>
        <w:br/>
        <w:t>vt 0.930100 0.887500</w:t>
        <w:br/>
        <w:t>vt 0.931100 0.887500</w:t>
        <w:br/>
        <w:t>vt 0.931100 0.898000</w:t>
        <w:br/>
        <w:t>vt 0.930100 0.898000</w:t>
        <w:br/>
        <w:t>vt 0.931100 0.832500</w:t>
        <w:br/>
        <w:t>vt 0.931100 0.838800</w:t>
        <w:br/>
        <w:t>vt 0.930100 0.838600</w:t>
        <w:br/>
        <w:t>vt 0.930100 0.832200</w:t>
        <w:br/>
        <w:t>vt 0.931100 0.819300</w:t>
        <w:br/>
        <w:t>vt 0.930100 0.819700</w:t>
        <w:br/>
        <w:t>vt 0.930000 0.818900</w:t>
        <w:br/>
        <w:t>vt 0.565875 0.744101</w:t>
        <w:br/>
        <w:t>vt 0.564585 0.752493</w:t>
        <w:br/>
        <w:t>vt 0.564678 0.744032</w:t>
        <w:br/>
        <w:t>vt 0.916854 0.706269</w:t>
        <w:br/>
        <w:t>vt 0.915300 0.706269</w:t>
        <w:br/>
        <w:t>vt 0.915300 0.700569</w:t>
        <w:br/>
        <w:t>vt 0.916854 0.700569</w:t>
        <w:br/>
        <w:t>vt 0.916854 0.682869</w:t>
        <w:br/>
        <w:t>vt 0.915300 0.682869</w:t>
        <w:br/>
        <w:t>vt 0.915300 0.667269</w:t>
        <w:br/>
        <w:t>vt 0.916854 0.667269</w:t>
        <w:br/>
        <w:t>vt 0.851889 0.857624</w:t>
        <w:br/>
        <w:t>vt 0.835189 0.857624</w:t>
        <w:br/>
        <w:t>vt 0.915300 0.654269</w:t>
        <w:br/>
        <w:t>vt 0.916854 0.654269</w:t>
        <w:br/>
        <w:t>vt 0.558869 0.765197</w:t>
        <w:br/>
        <w:t>vt 0.555940 0.776084</w:t>
        <w:br/>
        <w:t>vt 0.487119 0.814607</w:t>
        <w:br/>
        <w:t>vt 0.476453 0.812766</w:t>
        <w:br/>
        <w:t>vt 0.552379 0.785129</w:t>
        <w:br/>
        <w:t>vt 0.551173 0.784960</w:t>
        <w:br/>
        <w:t>vt 0.561725 0.759449</w:t>
        <w:br/>
        <w:t>vt 0.548971 0.792145</w:t>
        <w:br/>
        <w:t>vt 0.544794 0.798341</w:t>
        <w:br/>
        <w:t>vt 0.471028 0.811067</w:t>
        <w:br/>
        <w:t>vt 0.469240 0.808544</w:t>
        <w:br/>
        <w:t>vt 0.564636 0.732869</w:t>
        <w:br/>
        <w:t>vt 0.563460 0.732999</w:t>
        <w:br/>
        <w:t>vt 0.526595 0.814166</w:t>
        <w:br/>
        <w:t>vt 0.518143 0.815099</w:t>
        <w:br/>
        <w:t>vt 0.508355 0.816179</w:t>
        <w:br/>
        <w:t>vt 0.498290 0.816142</w:t>
        <w:br/>
        <w:t>vt 0.539770 0.804730</w:t>
        <w:br/>
        <w:t>vt 0.533974 0.813352</w:t>
        <w:br/>
        <w:t>vt 0.857289 0.857624</w:t>
        <w:br/>
        <w:t>vt 0.862689 0.853324</w:t>
        <w:br/>
        <w:t>vt 0.862689 0.856624</w:t>
        <w:br/>
        <w:t>vt 0.915300 0.711969</w:t>
        <w:br/>
        <w:t>vt 0.916854 0.711969</w:t>
        <w:br/>
        <w:t>vt 0.916854 0.716869</w:t>
        <w:br/>
        <w:t>vt 0.915300 0.716869</w:t>
        <w:br/>
        <w:t>vt 0.931100 0.852000</w:t>
        <w:br/>
        <w:t>vt 0.930100 0.851700</w:t>
        <w:br/>
        <w:t>vt 0.931100 0.827400</w:t>
        <w:br/>
        <w:t>vt 0.930100 0.827200</w:t>
        <w:br/>
        <w:t>vt 0.871389 0.857624</w:t>
        <w:br/>
        <w:t>vt 0.862689 0.857624</w:t>
        <w:br/>
        <w:t>vt 0.557523 0.733654</w:t>
        <w:br/>
        <w:t>vt 0.557213 0.730845</w:t>
        <w:br/>
        <w:t>vt 0.562880 0.727744</w:t>
        <w:br/>
        <w:t>vt 0.564678 0.744032</w:t>
        <w:br/>
        <w:t>vt 0.558104 0.738922</w:t>
        <w:br/>
        <w:t>vt 0.558839 0.745582</w:t>
        <w:br/>
        <w:t>vt 0.557193 0.722334</w:t>
        <w:br/>
        <w:t>vt 0.561875 0.718633</w:t>
        <w:br/>
        <w:t>vt 0.553776 0.727531</w:t>
        <w:br/>
        <w:t>vt 0.551902 0.729060</w:t>
        <w:br/>
        <w:t>vt 0.550853 0.727139</w:t>
        <w:br/>
        <w:t>vt 0.912000 0.682869</w:t>
        <w:br/>
        <w:t>vt 0.912000 0.700569</w:t>
        <w:br/>
        <w:t>vt 0.912000 0.706269</w:t>
        <w:br/>
        <w:t>vt 0.912000 0.711969</w:t>
        <w:br/>
        <w:t>vt 0.915300 0.716869</w:t>
        <w:br/>
        <w:t>vt 0.912000 0.716869</w:t>
        <w:br/>
        <w:t>vt 0.915300 0.723569</w:t>
        <w:br/>
        <w:t>vt 0.912000 0.723569</w:t>
        <w:br/>
        <w:t>vt 0.857289 0.851868</w:t>
        <w:br/>
        <w:t>vt 0.851889 0.851868</w:t>
        <w:br/>
        <w:t>vt 0.878089 0.851868</w:t>
        <w:br/>
        <w:t>vt 0.871389 0.851868</w:t>
        <w:br/>
        <w:t>vt 0.878089 0.857624</w:t>
        <w:br/>
        <w:t>vt 0.862689 0.851868</w:t>
        <w:br/>
        <w:t>vt 0.910184 0.700569</w:t>
        <w:br/>
        <w:t>vt 0.910184 0.682869</w:t>
        <w:br/>
        <w:t>vt 0.910184 0.706269</w:t>
        <w:br/>
        <w:t>vt 0.910184 0.711969</w:t>
        <w:br/>
        <w:t>vt 0.910184 0.716869</w:t>
        <w:br/>
        <w:t>vt 0.910184 0.723569</w:t>
        <w:br/>
        <w:t>vt 0.916854 0.723569</w:t>
        <w:br/>
        <w:t>vt 0.918354 0.723569</w:t>
        <w:br/>
        <w:t>vt 0.878089 0.859224</w:t>
        <w:br/>
        <w:t>vt 0.924573 0.918000</w:t>
        <w:br/>
        <w:t>vt 0.923373 0.878100</w:t>
        <w:br/>
        <w:t>vt 0.923373 0.865200</w:t>
        <w:br/>
        <w:t>vt 0.924573 0.878100</w:t>
        <w:br/>
        <w:t>vt 0.930100 0.988500</w:t>
        <w:br/>
        <w:t>vt 0.923373 0.985800</w:t>
        <w:br/>
        <w:t>vt 0.924573 0.985300</w:t>
        <w:br/>
        <w:t>vt 0.923373 0.972100</w:t>
        <w:br/>
        <w:t>vt 0.924573 0.972100</w:t>
        <w:br/>
        <w:t>vt 0.923373 0.960200</w:t>
        <w:br/>
        <w:t>vt 0.924573 0.960200</w:t>
        <w:br/>
        <w:t>vt 0.924573 0.966000</w:t>
        <w:br/>
        <w:t>vt 0.923373 0.965900</w:t>
        <w:br/>
        <w:t>vt 0.923373 0.888000</w:t>
        <w:br/>
        <w:t>vt 0.924573 0.888000</w:t>
        <w:br/>
        <w:t>vt 0.924573 0.898000</w:t>
        <w:br/>
        <w:t>vt 0.923373 0.898000</w:t>
        <w:br/>
        <w:t>vt 0.923373 0.878100</w:t>
        <w:br/>
        <w:t>vt 0.924573 0.878100</w:t>
        <w:br/>
        <w:t>vt 0.923373 0.833900</w:t>
        <w:br/>
        <w:t>vt 0.924573 0.833800</w:t>
        <w:br/>
        <w:t>vt 0.924573 0.839800</w:t>
        <w:br/>
        <w:t>vt 0.923373 0.839800</w:t>
        <w:br/>
        <w:t>vt 0.930100 0.819700</w:t>
        <w:br/>
        <w:t>vt 0.924573 0.822700</w:t>
        <w:br/>
        <w:t>vt 0.923373 0.822200</w:t>
        <w:br/>
        <w:t>vt 0.930000 0.818900</w:t>
        <w:br/>
        <w:t>vt 0.923373 0.829700</w:t>
        <w:br/>
        <w:t>vt 0.924573 0.829700</w:t>
        <w:br/>
        <w:t>vt 0.923373 0.944600</w:t>
        <w:br/>
        <w:t>vt 0.924573 0.944500</w:t>
        <w:br/>
        <w:t>vt 0.923373 0.960200</w:t>
        <w:br/>
        <w:t>vt 0.923373 0.850900</w:t>
        <w:br/>
        <w:t>vt 0.924573 0.850900</w:t>
        <w:br/>
        <w:t>vt 0.924573 0.865500</w:t>
        <w:br/>
        <w:t>vt 0.923373 0.906200</w:t>
        <w:br/>
        <w:t>vt 0.924573 0.906300</w:t>
        <w:br/>
        <w:t>vt 0.923373 0.972100</w:t>
        <w:br/>
        <w:t>vt 0.923373 0.965900</w:t>
        <w:br/>
        <w:t>vt 0.924573 0.918000</w:t>
        <w:br/>
        <w:t>vt 0.923373 0.918000</w:t>
        <w:br/>
        <w:t>vt 0.835189 0.851868</w:t>
        <w:br/>
        <w:t>vt 0.807889 0.856624</w:t>
        <w:br/>
        <w:t>vt 0.807889 0.857624</w:t>
        <w:br/>
        <w:t>vt 0.793389 0.857624</w:t>
        <w:br/>
        <w:t>vt 0.793389 0.856624</w:t>
        <w:br/>
        <w:t>vt 0.912000 0.654269</w:t>
        <w:br/>
        <w:t>vt 0.912000 0.639269</w:t>
        <w:br/>
        <w:t>vt 0.915300 0.639269</w:t>
        <w:br/>
        <w:t>vt 0.910184 0.654269</w:t>
        <w:br/>
        <w:t>vt 0.910184 0.639269</w:t>
        <w:br/>
        <w:t>vt 0.807889 0.856624</w:t>
        <w:br/>
        <w:t>vt 0.793389 0.856624</w:t>
        <w:br/>
        <w:t>vt 0.793389 0.853324</w:t>
        <w:br/>
        <w:t>vt 0.807889 0.853324</w:t>
        <w:br/>
        <w:t>vt 0.915300 0.639269</w:t>
        <w:br/>
        <w:t>vt 0.916854 0.639269</w:t>
        <w:br/>
        <w:t>vt 0.793389 0.851868</w:t>
        <w:br/>
        <w:t>vt 0.807889 0.851868</w:t>
        <w:br/>
        <w:t>vt 0.820389 0.856624</w:t>
        <w:br/>
        <w:t>vt 0.820389 0.853324</w:t>
        <w:br/>
        <w:t>vt 0.820389 0.857624</w:t>
        <w:br/>
        <w:t>vt 0.912000 0.667269</w:t>
        <w:br/>
        <w:t>vt 0.910184 0.667269</w:t>
        <w:br/>
        <w:t>vt 0.820389 0.851868</w:t>
        <w:br/>
        <w:t>vt 0.924573 0.927900</w:t>
        <w:br/>
        <w:t>vt 0.923373 0.928300</w:t>
        <w:br/>
        <w:t>vt 0.462955 0.798939</w:t>
        <w:br/>
        <w:t>vt 0.554042 0.725795</w:t>
        <w:br/>
        <w:t>vt 0.555536 0.724118</w:t>
        <w:br/>
        <w:t>vt 0.553919 0.730115</w:t>
        <w:br/>
        <w:t>vt 0.425800 0.928600</w:t>
        <w:br/>
        <w:t>vt 0.419400 0.928600</w:t>
        <w:br/>
        <w:t>vt 0.419400 0.940700</w:t>
        <w:br/>
        <w:t>vt 0.425800 0.940700</w:t>
        <w:br/>
        <w:t>vt 0.412300 0.940700</w:t>
        <w:br/>
        <w:t>vt 0.412300 0.928600</w:t>
        <w:br/>
        <w:t>vt 0.405000 0.940700</w:t>
        <w:br/>
        <w:t>vt 0.405000 0.928600</w:t>
        <w:br/>
        <w:t>vt 0.397700 0.928600</w:t>
        <w:br/>
        <w:t>vt 0.397700 0.940700</w:t>
        <w:br/>
        <w:t>vt 0.793389 0.853324</w:t>
        <w:br/>
        <w:t>vt 0.779889 0.853324</w:t>
        <w:br/>
        <w:t>vt 0.779889 0.856624</w:t>
        <w:br/>
        <w:t>vt 0.793389 0.856624</w:t>
        <w:br/>
        <w:t>vt 0.541252 0.845063</w:t>
        <w:br/>
        <w:t>vt 0.541352 0.842563</w:t>
        <w:br/>
        <w:t>vt 0.532252 0.842563</w:t>
        <w:br/>
        <w:t>vt 0.532252 0.845063</w:t>
        <w:br/>
        <w:t>vt 0.771689 0.853324</w:t>
        <w:br/>
        <w:t>vt 0.771689 0.856624</w:t>
        <w:br/>
        <w:t>vt 0.759789 0.856624</w:t>
        <w:br/>
        <w:t>vt 0.759789 0.853324</w:t>
        <w:br/>
        <w:t>vt 0.915300 0.599369</w:t>
        <w:br/>
        <w:t>vt 0.915300 0.614769</w:t>
        <w:br/>
        <w:t>vt 0.916854 0.614769</w:t>
        <w:br/>
        <w:t>vt 0.916854 0.599369</w:t>
        <w:br/>
        <w:t>vt 0.916854 0.624269</w:t>
        <w:br/>
        <w:t>vt 0.915300 0.624269</w:t>
        <w:br/>
        <w:t>vt 0.915300 0.639269</w:t>
        <w:br/>
        <w:t>vt 0.916854 0.639269</w:t>
        <w:br/>
        <w:t>vt 0.557052 0.842563</w:t>
        <w:br/>
        <w:t>vt 0.557952 0.841163</w:t>
        <w:br/>
        <w:t>vt 0.550252 0.841163</w:t>
        <w:br/>
        <w:t>vt 0.549852 0.842563</w:t>
        <w:br/>
        <w:t>vt 0.915300 0.584869</w:t>
        <w:br/>
        <w:t>vt 0.916854 0.584269</w:t>
        <w:br/>
        <w:t>vt 0.541452 0.841163</w:t>
        <w:br/>
        <w:t>vt 0.541352 0.842563</w:t>
        <w:br/>
        <w:t>vt 0.532352 0.841163</w:t>
        <w:br/>
        <w:t>vt 0.532252 0.842563</w:t>
        <w:br/>
        <w:t>vt 0.771689 0.857624</w:t>
        <w:br/>
        <w:t>vt 0.779889 0.857624</w:t>
        <w:br/>
        <w:t>vt 0.759789 0.857624</w:t>
        <w:br/>
        <w:t>vt 0.747889 0.856624</w:t>
        <w:br/>
        <w:t>vt 0.746989 0.857624</w:t>
        <w:br/>
        <w:t>vt 0.522252 0.842563</w:t>
        <w:br/>
        <w:t>vt 0.521452 0.841163</w:t>
        <w:br/>
        <w:t>vt 0.750189 0.853324</w:t>
        <w:br/>
        <w:t>vt 0.549652 0.845063</w:t>
        <w:br/>
        <w:t>vt 0.549852 0.842563</w:t>
        <w:br/>
        <w:t>vt 0.553852 0.845063</w:t>
        <w:br/>
        <w:t>vt 0.557052 0.842563</w:t>
        <w:br/>
        <w:t>vt 0.912000 0.614769</w:t>
        <w:br/>
        <w:t>vt 0.912000 0.599369</w:t>
        <w:br/>
        <w:t>vt 0.912000 0.624269</w:t>
        <w:br/>
        <w:t>vt 0.912000 0.639269</w:t>
        <w:br/>
        <w:t>vt 0.912000 0.589069</w:t>
        <w:br/>
        <w:t>vt 0.522252 0.842563</w:t>
        <w:br/>
        <w:t>vt 0.525552 0.845063</w:t>
        <w:br/>
        <w:t>vt 0.532252 0.845063</w:t>
        <w:br/>
        <w:t>vt 0.532252 0.846163</w:t>
        <w:br/>
        <w:t>vt 0.541252 0.846163</w:t>
        <w:br/>
        <w:t>vt 0.771689 0.851868</w:t>
        <w:br/>
        <w:t>vt 0.779889 0.853324</w:t>
        <w:br/>
        <w:t>vt 0.779889 0.851868</w:t>
        <w:br/>
        <w:t>vt 0.793389 0.851868</w:t>
        <w:br/>
        <w:t>vt 0.759789 0.851868</w:t>
        <w:br/>
        <w:t>vt 0.750989 0.851868</w:t>
        <w:br/>
        <w:t>vt 0.549552 0.846163</w:t>
        <w:br/>
        <w:t>vt 0.553252 0.846163</w:t>
        <w:br/>
        <w:t>vt 0.553852 0.845063</w:t>
        <w:br/>
        <w:t>vt 0.910184 0.614769</w:t>
        <w:br/>
        <w:t>vt 0.910184 0.599369</w:t>
        <w:br/>
        <w:t>vt 0.912000 0.624269</w:t>
        <w:br/>
        <w:t>vt 0.910184 0.624269</w:t>
        <w:br/>
        <w:t>vt 0.910184 0.589769</w:t>
        <w:br/>
        <w:t>vt 0.526452 0.846163</w:t>
        <w:br/>
        <w:t>vt 0.793389 0.857624</w:t>
        <w:br/>
        <w:t>vt 0.793389 0.856624</w:t>
        <w:br/>
        <w:t>vt 0.910184 0.639269</w:t>
        <w:br/>
        <w:t>vt 0.419400 0.940700</w:t>
        <w:br/>
        <w:t>vt 0.419400 0.928600</w:t>
        <w:br/>
        <w:t>vt 0.425800 0.928600</w:t>
        <w:br/>
        <w:t>vt 0.425800 0.940700</w:t>
        <w:br/>
        <w:t>vt 0.412300 0.940700</w:t>
        <w:br/>
        <w:t>vt 0.412300 0.928600</w:t>
        <w:br/>
        <w:t>vt 0.405000 0.940700</w:t>
        <w:br/>
        <w:t>vt 0.405000 0.928600</w:t>
        <w:br/>
        <w:t>vt 0.397700 0.928600</w:t>
        <w:br/>
        <w:t>vt 0.397700 0.940700</w:t>
        <w:br/>
        <w:t>vt 0.779889 0.856624</w:t>
        <w:br/>
        <w:t>vt 0.779889 0.853324</w:t>
        <w:br/>
        <w:t>vt 0.541252 0.845063</w:t>
        <w:br/>
        <w:t>vt 0.532252 0.845063</w:t>
        <w:br/>
        <w:t>vt 0.532252 0.842563</w:t>
        <w:br/>
        <w:t>vt 0.541352 0.842563</w:t>
        <w:br/>
        <w:t>vt 0.771689 0.853324</w:t>
        <w:br/>
        <w:t>vt 0.771689 0.856624</w:t>
        <w:br/>
        <w:t>vt 0.759789 0.856624</w:t>
        <w:br/>
        <w:t>vt 0.759789 0.853324</w:t>
        <w:br/>
        <w:t>vt 0.915300 0.599369</w:t>
        <w:br/>
        <w:t>vt 0.916854 0.599369</w:t>
        <w:br/>
        <w:t>vt 0.916854 0.614769</w:t>
        <w:br/>
        <w:t>vt 0.915300 0.614769</w:t>
        <w:br/>
        <w:t>vt 0.916854 0.624269</w:t>
        <w:br/>
        <w:t>vt 0.915300 0.624269</w:t>
        <w:br/>
        <w:t>vt 0.550252 0.841163</w:t>
        <w:br/>
        <w:t>vt 0.557952 0.841163</w:t>
        <w:br/>
        <w:t>vt 0.557052 0.842563</w:t>
        <w:br/>
        <w:t>vt 0.549852 0.842563</w:t>
        <w:br/>
        <w:t>vt 0.915300 0.584869</w:t>
        <w:br/>
        <w:t>vt 0.916854 0.584269</w:t>
        <w:br/>
        <w:t>vt 0.541452 0.841163</w:t>
        <w:br/>
        <w:t>vt 0.541352 0.842563</w:t>
        <w:br/>
        <w:t>vt 0.532352 0.841163</w:t>
        <w:br/>
        <w:t>vt 0.532252 0.842563</w:t>
        <w:br/>
        <w:t>vt 0.779889 0.857624</w:t>
        <w:br/>
        <w:t>vt 0.771689 0.857624</w:t>
        <w:br/>
        <w:t>vt 0.759789 0.857624</w:t>
        <w:br/>
        <w:t>vt 0.746989 0.857624</w:t>
        <w:br/>
        <w:t>vt 0.747889 0.856624</w:t>
        <w:br/>
        <w:t>vt 0.522252 0.842563</w:t>
        <w:br/>
        <w:t>vt 0.521452 0.841163</w:t>
        <w:br/>
        <w:t>vt 0.750189 0.853324</w:t>
        <w:br/>
        <w:t>vt 0.549652 0.845063</w:t>
        <w:br/>
        <w:t>vt 0.549852 0.842563</w:t>
        <w:br/>
        <w:t>vt 0.553852 0.845063</w:t>
        <w:br/>
        <w:t>vt 0.557052 0.842563</w:t>
        <w:br/>
        <w:t>vt 0.912000 0.614769</w:t>
        <w:br/>
        <w:t>vt 0.912000 0.599369</w:t>
        <w:br/>
        <w:t>vt 0.912000 0.624269</w:t>
        <w:br/>
        <w:t>vt 0.912000 0.589069</w:t>
        <w:br/>
        <w:t>vt 0.525552 0.845063</w:t>
        <w:br/>
        <w:t>vt 0.522252 0.842563</w:t>
        <w:br/>
        <w:t>vt 0.532252 0.846163</w:t>
        <w:br/>
        <w:t>vt 0.532252 0.845063</w:t>
        <w:br/>
        <w:t>vt 0.541252 0.846163</w:t>
        <w:br/>
        <w:t>vt 0.771689 0.851868</w:t>
        <w:br/>
        <w:t>vt 0.779889 0.851868</w:t>
        <w:br/>
        <w:t>vt 0.779889 0.853324</w:t>
        <w:br/>
        <w:t>vt 0.759789 0.851868</w:t>
        <w:br/>
        <w:t>vt 0.750989 0.851868</w:t>
        <w:br/>
        <w:t>vt 0.549552 0.846163</w:t>
        <w:br/>
        <w:t>vt 0.553252 0.846163</w:t>
        <w:br/>
        <w:t>vt 0.553852 0.845063</w:t>
        <w:br/>
        <w:t>vt 0.910184 0.614769</w:t>
        <w:br/>
        <w:t>vt 0.910184 0.599369</w:t>
        <w:br/>
        <w:t>vt 0.912000 0.624269</w:t>
        <w:br/>
        <w:t>vt 0.910184 0.624269</w:t>
        <w:br/>
        <w:t>vt 0.910184 0.589769</w:t>
        <w:br/>
        <w:t>vt 0.526452 0.846163</w:t>
        <w:br/>
        <w:t>vt 0.370400 0.540340</w:t>
        <w:br/>
        <w:t>vt 0.370200 0.532300</w:t>
        <w:br/>
        <w:t>vt 0.383400 0.532300</w:t>
        <w:br/>
        <w:t>vt 0.383500 0.540340</w:t>
        <w:br/>
        <w:t>vt 0.358100 0.540340</w:t>
        <w:br/>
        <w:t>vt 0.358200 0.532300</w:t>
        <w:br/>
        <w:t>vt 0.344300 0.540340</w:t>
        <w:br/>
        <w:t>vt 0.344300 0.532300</w:t>
        <w:br/>
        <w:t>vt 0.411300 0.540340</w:t>
        <w:br/>
        <w:t>vt 0.396500 0.540340</w:t>
        <w:br/>
        <w:t>vt 0.396400 0.532300</w:t>
        <w:br/>
        <w:t>vt 0.411600 0.532300</w:t>
        <w:br/>
        <w:t>vt 0.330400 0.540340</w:t>
        <w:br/>
        <w:t>vt 0.330400 0.532300</w:t>
        <w:br/>
        <w:t>vt 0.425800 0.532300</w:t>
        <w:br/>
        <w:t>vt 0.438700 0.532300</w:t>
        <w:br/>
        <w:t>vt 0.438700 0.540340</w:t>
        <w:br/>
        <w:t>vt 0.425800 0.540340</w:t>
        <w:br/>
        <w:t>vt 0.446500 0.532300</w:t>
        <w:br/>
        <w:t>vt 0.446500 0.540340</w:t>
        <w:br/>
        <w:t>vt 0.447950 0.533500</w:t>
        <w:br/>
        <w:t>vt 0.447950 0.539447</w:t>
        <w:br/>
        <w:t>vt 0.449000 0.536850</w:t>
        <w:br/>
        <w:t>vt 0.370200 0.532300</w:t>
        <w:br/>
        <w:t>vt 0.370100 0.531200</w:t>
        <w:br/>
        <w:t>vt 0.383400 0.531200</w:t>
        <w:br/>
        <w:t>vt 0.383400 0.532300</w:t>
        <w:br/>
        <w:t>vt 0.383500 0.541900</w:t>
        <w:br/>
        <w:t>vt 0.370400 0.541900</w:t>
        <w:br/>
        <w:t>vt 0.370400 0.540340</w:t>
        <w:br/>
        <w:t>vt 0.383500 0.540340</w:t>
        <w:br/>
        <w:t>vt 0.358200 0.532300</w:t>
        <w:br/>
        <w:t>vt 0.358200 0.531200</w:t>
        <w:br/>
        <w:t>vt 0.358200 0.541900</w:t>
        <w:br/>
        <w:t>vt 0.358100 0.540340</w:t>
        <w:br/>
        <w:t>vt 0.344400 0.531200</w:t>
        <w:br/>
        <w:t>vt 0.344300 0.532300</w:t>
        <w:br/>
        <w:t>vt 0.344300 0.540340</w:t>
        <w:br/>
        <w:t>vt 0.344200 0.541900</w:t>
        <w:br/>
        <w:t>vt 0.396600 0.531200</w:t>
        <w:br/>
        <w:t>vt 0.412100 0.531200</w:t>
        <w:br/>
        <w:t>vt 0.411600 0.532300</w:t>
        <w:br/>
        <w:t>vt 0.396400 0.532300</w:t>
        <w:br/>
        <w:t>vt 0.411300 0.540340</w:t>
        <w:br/>
        <w:t>vt 0.411600 0.541900</w:t>
        <w:br/>
        <w:t>vt 0.396800 0.541900</w:t>
        <w:br/>
        <w:t>vt 0.396500 0.540340</w:t>
        <w:br/>
        <w:t>vt 0.330400 0.531200</w:t>
        <w:br/>
        <w:t>vt 0.330400 0.532300</w:t>
        <w:br/>
        <w:t>vt 0.330400 0.540340</w:t>
        <w:br/>
        <w:t>vt 0.330400 0.541900</w:t>
        <w:br/>
        <w:t>vt 0.438700 0.532300</w:t>
        <w:br/>
        <w:t>vt 0.425800 0.532300</w:t>
        <w:br/>
        <w:t>vt 0.425800 0.531200</w:t>
        <w:br/>
        <w:t>vt 0.438700 0.531200</w:t>
        <w:br/>
        <w:t>vt 0.425800 0.541900</w:t>
        <w:br/>
        <w:t>vt 0.425800 0.540340</w:t>
        <w:br/>
        <w:t>vt 0.438700 0.540340</w:t>
        <w:br/>
        <w:t>vt 0.438700 0.541900</w:t>
        <w:br/>
        <w:t>vt 0.446500 0.531200</w:t>
        <w:br/>
        <w:t>vt 0.446500 0.532300</w:t>
        <w:br/>
        <w:t>vt 0.446500 0.540340</w:t>
        <w:br/>
        <w:t>vt 0.446500 0.541900</w:t>
        <w:br/>
        <w:t>vt 0.448850 0.532800</w:t>
        <w:br/>
        <w:t>vt 0.447950 0.533500</w:t>
        <w:br/>
        <w:t>vt 0.448850 0.540800</w:t>
        <w:br/>
        <w:t>vt 0.447950 0.539447</w:t>
        <w:br/>
        <w:t>vt 0.450200 0.536850</w:t>
        <w:br/>
        <w:t>vt 0.449000 0.536850</w:t>
        <w:br/>
        <w:t>vt 0.425800 0.532300</w:t>
        <w:br/>
        <w:t>vt 0.425800 0.540340</w:t>
        <w:br/>
        <w:t>vt 0.107400 0.844200</w:t>
        <w:br/>
        <w:t>vt 0.108000 0.844500</w:t>
        <w:br/>
        <w:t>vt 0.106100 0.846600</w:t>
        <w:br/>
        <w:t>vt 0.105700 0.845800</w:t>
        <w:br/>
        <w:t>vt 0.107400 0.844200</w:t>
        <w:br/>
        <w:t>vt 0.105700 0.845800</w:t>
        <w:br/>
        <w:t>vt 0.105200 0.843000</w:t>
        <w:br/>
        <w:t>vt 0.106900 0.842800</w:t>
        <w:br/>
        <w:t>vt 0.108400 0.842000</w:t>
        <w:br/>
        <w:t>vt 0.108400 0.842000</w:t>
        <w:br/>
        <w:t>vt 0.096300 0.838800</w:t>
        <w:br/>
        <w:t>vt 0.096400 0.837600</w:t>
        <w:br/>
        <w:t>vt 0.101500 0.844400</w:t>
        <w:br/>
        <w:t>vt 0.101000 0.845200</w:t>
        <w:br/>
        <w:t>vt 0.096400 0.837600</w:t>
        <w:br/>
        <w:t>vt 0.096300 0.830200</w:t>
        <w:br/>
        <w:t>vt 0.102700 0.841300</w:t>
        <w:br/>
        <w:t>vt 0.101500 0.844400</w:t>
        <w:br/>
        <w:t>vt 0.103300 0.846800</w:t>
        <w:br/>
        <w:t>vt 0.103400 0.845900</w:t>
        <w:br/>
        <w:t>vt 0.103400 0.845900</w:t>
        <w:br/>
        <w:t>vt 0.103900 0.842600</w:t>
        <w:br/>
        <w:t>vt 0.087600 0.843000</w:t>
        <w:br/>
        <w:t>vt 0.087100 0.845900</w:t>
        <w:br/>
        <w:t>vt 0.085400 0.844300</w:t>
        <w:br/>
        <w:t>vt 0.085900 0.843000</w:t>
        <w:br/>
        <w:t>vt 0.084300 0.842100</w:t>
        <w:br/>
        <w:t>vt 0.091200 0.844600</w:t>
        <w:br/>
        <w:t>vt 0.090000 0.841400</w:t>
        <w:br/>
        <w:t>vt 0.088800 0.842700</w:t>
        <w:br/>
        <w:t>vt 0.089300 0.845900</w:t>
        <w:br/>
        <w:t>vt 0.085400 0.844300</w:t>
        <w:br/>
        <w:t>vt 0.087100 0.845900</w:t>
        <w:br/>
        <w:t>vt 0.086700 0.846600</w:t>
        <w:br/>
        <w:t>vt 0.084800 0.844600</w:t>
        <w:br/>
        <w:t>vt 0.084300 0.842100</w:t>
        <w:br/>
        <w:t>vt 0.089300 0.845900</w:t>
        <w:br/>
        <w:t>vt 0.089600 0.846800</w:t>
        <w:br/>
        <w:t>vt 0.091200 0.844600</w:t>
        <w:br/>
        <w:t>vt 0.091800 0.845200</w:t>
        <w:br/>
        <w:t>vt 0.096300 0.838800</w:t>
        <w:br/>
        <w:t>vt 0.383400 0.532300</w:t>
        <w:br/>
        <w:t>vt 0.370200 0.532300</w:t>
        <w:br/>
        <w:t>vt 0.370400 0.540340</w:t>
        <w:br/>
        <w:t>vt 0.383500 0.540340</w:t>
        <w:br/>
        <w:t>vt 0.358200 0.532300</w:t>
        <w:br/>
        <w:t>vt 0.358100 0.540340</w:t>
        <w:br/>
        <w:t>vt 0.344300 0.532300</w:t>
        <w:br/>
        <w:t>vt 0.344300 0.540340</w:t>
        <w:br/>
        <w:t>vt 0.411300 0.540340</w:t>
        <w:br/>
        <w:t>vt 0.411600 0.532300</w:t>
        <w:br/>
        <w:t>vt 0.396400 0.532300</w:t>
        <w:br/>
        <w:t>vt 0.396500 0.540340</w:t>
        <w:br/>
        <w:t>vt 0.330400 0.532300</w:t>
        <w:br/>
        <w:t>vt 0.330400 0.540340</w:t>
        <w:br/>
        <w:t>vt 0.425800 0.532300</w:t>
        <w:br/>
        <w:t>vt 0.425800 0.540340</w:t>
        <w:br/>
        <w:t>vt 0.438700 0.540340</w:t>
        <w:br/>
        <w:t>vt 0.438700 0.532300</w:t>
        <w:br/>
        <w:t>vt 0.446500 0.540340</w:t>
        <w:br/>
        <w:t>vt 0.446500 0.532300</w:t>
        <w:br/>
        <w:t>vt 0.447950 0.539447</w:t>
        <w:br/>
        <w:t>vt 0.447950 0.533500</w:t>
        <w:br/>
        <w:t>vt 0.449000 0.536850</w:t>
        <w:br/>
        <w:t>vt 0.370200 0.532300</w:t>
        <w:br/>
        <w:t>vt 0.383400 0.532300</w:t>
        <w:br/>
        <w:t>vt 0.383400 0.531200</w:t>
        <w:br/>
        <w:t>vt 0.370100 0.531200</w:t>
        <w:br/>
        <w:t>vt 0.370400 0.540340</w:t>
        <w:br/>
        <w:t>vt 0.370400 0.541900</w:t>
        <w:br/>
        <w:t>vt 0.383500 0.541900</w:t>
        <w:br/>
        <w:t>vt 0.383500 0.540340</w:t>
        <w:br/>
        <w:t>vt 0.358200 0.531200</w:t>
        <w:br/>
        <w:t>vt 0.358200 0.532300</w:t>
        <w:br/>
        <w:t>vt 0.358200 0.541900</w:t>
        <w:br/>
        <w:t>vt 0.358100 0.540340</w:t>
        <w:br/>
        <w:t>vt 0.344400 0.531200</w:t>
        <w:br/>
        <w:t>vt 0.344300 0.532300</w:t>
        <w:br/>
        <w:t>vt 0.344300 0.540340</w:t>
        <w:br/>
        <w:t>vt 0.344200 0.541900</w:t>
        <w:br/>
        <w:t>vt 0.411600 0.532300</w:t>
        <w:br/>
        <w:t>vt 0.412100 0.531200</w:t>
        <w:br/>
        <w:t>vt 0.396600 0.531200</w:t>
        <w:br/>
        <w:t>vt 0.396400 0.532300</w:t>
        <w:br/>
        <w:t>vt 0.411300 0.540340</w:t>
        <w:br/>
        <w:t>vt 0.396500 0.540340</w:t>
        <w:br/>
        <w:t>vt 0.396800 0.541900</w:t>
        <w:br/>
        <w:t>vt 0.411600 0.541900</w:t>
        <w:br/>
        <w:t>vt 0.330400 0.531200</w:t>
        <w:br/>
        <w:t>vt 0.330400 0.532300</w:t>
        <w:br/>
        <w:t>vt 0.330400 0.540340</w:t>
        <w:br/>
        <w:t>vt 0.330400 0.541900</w:t>
        <w:br/>
        <w:t>vt 0.425800 0.531200</w:t>
        <w:br/>
        <w:t>vt 0.425800 0.532300</w:t>
        <w:br/>
        <w:t>vt 0.438700 0.532300</w:t>
        <w:br/>
        <w:t>vt 0.438700 0.531200</w:t>
        <w:br/>
        <w:t>vt 0.425800 0.541900</w:t>
        <w:br/>
        <w:t>vt 0.438700 0.541900</w:t>
        <w:br/>
        <w:t>vt 0.438700 0.540340</w:t>
        <w:br/>
        <w:t>vt 0.425800 0.540340</w:t>
        <w:br/>
        <w:t>vt 0.446500 0.532300</w:t>
        <w:br/>
        <w:t>vt 0.446500 0.531200</w:t>
        <w:br/>
        <w:t>vt 0.446500 0.541900</w:t>
        <w:br/>
        <w:t>vt 0.446500 0.540340</w:t>
        <w:br/>
        <w:t>vt 0.448850 0.532800</w:t>
        <w:br/>
        <w:t>vt 0.447950 0.533500</w:t>
        <w:br/>
        <w:t>vt 0.448850 0.540800</w:t>
        <w:br/>
        <w:t>vt 0.447950 0.539447</w:t>
        <w:br/>
        <w:t>vt 0.449000 0.536850</w:t>
        <w:br/>
        <w:t>vt 0.450200 0.536850</w:t>
        <w:br/>
        <w:t>vt 0.425800 0.540340</w:t>
        <w:br/>
        <w:t>vt 0.425800 0.532300</w:t>
        <w:br/>
        <w:t>vt 0.109900 0.833000</w:t>
        <w:br/>
        <w:t>vt 0.110700 0.833900</w:t>
        <w:br/>
        <w:t>vt 0.109600 0.829000</w:t>
        <w:br/>
        <w:t>vt 0.108900 0.829200</w:t>
        <w:br/>
        <w:t>vt 0.110700 0.833900</w:t>
        <w:br/>
        <w:t>vt 0.109900 0.833000</w:t>
        <w:br/>
        <w:t>vt 0.106500 0.833600</w:t>
        <w:br/>
        <w:t>vt 0.108900 0.829200</w:t>
        <w:br/>
        <w:t>vt 0.106700 0.828600</w:t>
        <w:br/>
        <w:t>vt 0.106500 0.833600</w:t>
        <w:br/>
        <w:t>vt 0.109900 0.833000</w:t>
        <w:br/>
        <w:t>vt 0.106600 0.823800</w:t>
        <w:br/>
        <w:t>vt 0.106600 0.823800</w:t>
        <w:br/>
        <w:t>vt 0.178392 0.737100</w:t>
        <w:br/>
        <w:t>vt 0.171192 0.737300</w:t>
        <w:br/>
        <w:t>vt 0.174692 0.737800</w:t>
        <w:br/>
        <w:t>vt 0.171192 0.729100</w:t>
        <w:br/>
        <w:t>vt 0.178392 0.728900</w:t>
        <w:br/>
        <w:t>vt 0.178392 0.723400</w:t>
        <w:br/>
        <w:t>vt 0.171192 0.723100</w:t>
        <w:br/>
        <w:t>vt 0.178392 0.721100</w:t>
        <w:br/>
        <w:t>vt 0.171192 0.720600</w:t>
        <w:br/>
        <w:t>vt 0.178392 0.721100</w:t>
        <w:br/>
        <w:t>vt 0.178392 0.719700</w:t>
        <w:br/>
        <w:t>vt 0.171192 0.719200</w:t>
        <w:br/>
        <w:t>vt 0.171192 0.720600</w:t>
        <w:br/>
        <w:t>vt 0.178392 0.718300</w:t>
        <w:br/>
        <w:t>vt 0.171192 0.718200</w:t>
        <w:br/>
        <w:t>vt 0.178392 0.716200</w:t>
        <w:br/>
        <w:t>vt 0.171192 0.715700</w:t>
        <w:br/>
        <w:t>vt 0.178392 0.713600</w:t>
        <w:br/>
        <w:t>vt 0.171192 0.712900</w:t>
        <w:br/>
        <w:t>vt 0.174793 0.739000</w:t>
        <w:br/>
        <w:t>vt 0.178392 0.738200</w:t>
        <w:br/>
        <w:t>vt 0.163194 0.714946</w:t>
        <w:br/>
        <w:t>vt 0.155694 0.714946</w:t>
        <w:br/>
        <w:t>vt 0.155094 0.716246</w:t>
        <w:br/>
        <w:t>vt 0.163794 0.716246</w:t>
        <w:br/>
        <w:t>vt 0.163230 0.708755</w:t>
        <w:br/>
        <w:t>vt 0.154630 0.708755</w:t>
        <w:br/>
        <w:t>vt 0.155330 0.709854</w:t>
        <w:br/>
        <w:t>vt 0.162630 0.709854</w:t>
        <w:br/>
        <w:t>vt 0.151830 0.708355</w:t>
        <w:br/>
        <w:t>vt 0.150630 0.709854</w:t>
        <w:br/>
        <w:t>vt 0.152494 0.715946</w:t>
        <w:br/>
        <w:t>vt 0.155694 0.714946</w:t>
        <w:br/>
        <w:t>vt 0.150394 0.714946</w:t>
        <w:br/>
        <w:t>vt 0.149830 0.707454</w:t>
        <w:br/>
        <w:t>vt 0.149494 0.715846</w:t>
        <w:br/>
        <w:t>vt 0.148330 0.708454</w:t>
        <w:br/>
        <w:t>vt 0.147894 0.715946</w:t>
        <w:br/>
        <w:t>vt 0.148330 0.706854</w:t>
        <w:br/>
        <w:t>vt 0.147894 0.715946</w:t>
        <w:br/>
        <w:t>vt 0.148094 0.717546</w:t>
        <w:br/>
        <w:t>vt 0.149830 0.706354</w:t>
        <w:br/>
        <w:t>vt 0.148794 0.718446</w:t>
        <w:br/>
        <w:t>vt 0.151930 0.707054</w:t>
        <w:br/>
        <w:t>vt 0.148794 0.718446</w:t>
        <w:br/>
        <w:t>vt 0.151494 0.717846</w:t>
        <w:br/>
        <w:t>vt 0.152494 0.715946</w:t>
        <w:br/>
        <w:t>vt 0.178392 0.713600</w:t>
        <w:br/>
        <w:t>vt 0.178492 0.712600</w:t>
        <w:br/>
        <w:t>vt 0.177670 0.712400</w:t>
        <w:br/>
        <w:t>vt 0.154730 0.708254</w:t>
        <w:br/>
        <w:t>vt 0.154330 0.707154</w:t>
        <w:br/>
        <w:t>vt 0.154494 0.718146</w:t>
        <w:br/>
        <w:t>vt 0.155094 0.716246</w:t>
        <w:br/>
        <w:t>vt 0.154730 0.708254</w:t>
        <w:br/>
        <w:t>vt 0.151830 0.708355</w:t>
        <w:br/>
        <w:t>vt 0.170492 0.711400</w:t>
        <w:br/>
        <w:t>vt 0.171192 0.712900</w:t>
        <w:br/>
        <w:t>vt 0.171192 0.738500</w:t>
        <w:br/>
        <w:t>vt 0.145142 0.727400</w:t>
        <w:br/>
        <w:t>vt 0.150242 0.735400</w:t>
        <w:br/>
        <w:t>vt 0.150342 0.727400</w:t>
        <w:br/>
        <w:t>vt 0.140042 0.727400</w:t>
        <w:br/>
        <w:t>vt 0.140142 0.735400</w:t>
        <w:br/>
        <w:t>vt 0.226400 0.717900</w:t>
        <w:br/>
        <w:t>vt 0.224500 0.715300</w:t>
        <w:br/>
        <w:t>vt 0.221200 0.714300</w:t>
        <w:br/>
        <w:t>vt 0.221100 0.726000</w:t>
        <w:br/>
        <w:t>vt 0.215900 0.718000</w:t>
        <w:br/>
        <w:t>vt 0.217800 0.715400</w:t>
        <w:br/>
        <w:t>vt 0.221100 0.731900</w:t>
        <w:br/>
        <w:t>vt 0.226400 0.731900</w:t>
        <w:br/>
        <w:t>vt 0.226400 0.731000</w:t>
        <w:br/>
        <w:t>vt 0.221100 0.731000</w:t>
        <w:br/>
        <w:t>vt 0.215900 0.731000</w:t>
        <w:br/>
        <w:t>vt 0.215900 0.731900</w:t>
        <w:br/>
        <w:t>vt 0.221100 0.732700</w:t>
        <w:br/>
        <w:t>vt 0.226400 0.732700</w:t>
        <w:br/>
        <w:t>vt 0.215900 0.732700</w:t>
        <w:br/>
        <w:t>vt 0.159709 0.739164</w:t>
        <w:br/>
        <w:t>vt 0.159709 0.731164</w:t>
        <w:br/>
        <w:t>vt 0.160869 0.731164</w:t>
        <w:br/>
        <w:t>vt 0.160869 0.739164</w:t>
        <w:br/>
        <w:t>vt 0.159709 0.727942</w:t>
        <w:br/>
        <w:t>vt 0.160869 0.727942</w:t>
        <w:br/>
        <w:t>vt 0.159709 0.724421</w:t>
        <w:br/>
        <w:t>vt 0.160869 0.724421</w:t>
        <w:br/>
        <w:t>vt 0.159709 0.727942</w:t>
        <w:br/>
        <w:t>vt 0.159709 0.731164</w:t>
        <w:br/>
        <w:t>vt 0.160869 0.731164</w:t>
        <w:br/>
        <w:t>vt 0.160869 0.727942</w:t>
        <w:br/>
        <w:t>vt 0.159709 0.739164</w:t>
        <w:br/>
        <w:t>vt 0.160869 0.739164</w:t>
        <w:br/>
        <w:t>vt 0.160869 0.724349</w:t>
        <w:br/>
        <w:t>vt 0.159709 0.724349</w:t>
        <w:br/>
        <w:t>vt 0.160869 0.744314</w:t>
        <w:br/>
        <w:t>vt 0.159750 0.744914</w:t>
        <w:br/>
        <w:t>vt 0.158900 0.744814</w:t>
        <w:br/>
        <w:t>vt 0.158900 0.744814</w:t>
        <w:br/>
        <w:t>vt 0.159750 0.744914</w:t>
        <w:br/>
        <w:t>vt 0.160869 0.744314</w:t>
        <w:br/>
        <w:t>vt 0.158001 0.739164</w:t>
        <w:br/>
        <w:t>vt 0.158001 0.739164</w:t>
        <w:br/>
        <w:t>vt 0.136849 0.706700</w:t>
        <w:br/>
        <w:t>vt 0.132808 0.706700</w:t>
        <w:br/>
        <w:t>vt 0.132808 0.712100</w:t>
        <w:br/>
        <w:t>vt 0.136849 0.712100</w:t>
        <w:br/>
        <w:t>vt 0.136849 0.717200</w:t>
        <w:br/>
        <w:t>vt 0.132808 0.717200</w:t>
        <w:br/>
        <w:t>vt 0.226400 0.726000</w:t>
        <w:br/>
        <w:t>vt 0.215900 0.726000</w:t>
        <w:br/>
        <w:t>vt 0.145242 0.739100</w:t>
        <w:br/>
        <w:t>vt 0.148442 0.738000</w:t>
        <w:br/>
        <w:t>vt 0.142042 0.738000</w:t>
        <w:br/>
        <w:t>vt 0.834053 0.891460</w:t>
        <w:br/>
        <w:t>vt 0.846753 0.891460</w:t>
        <w:br/>
        <w:t>vt 0.846753 0.890460</w:t>
        <w:br/>
        <w:t>vt 0.834053 0.890460</w:t>
        <w:br/>
        <w:t>vt 0.846753 0.890460</w:t>
        <w:br/>
        <w:t>vt 0.846753 0.887260</w:t>
        <w:br/>
        <w:t>vt 0.834053 0.887260</w:t>
        <w:br/>
        <w:t>vt 0.834053 0.890460</w:t>
        <w:br/>
        <w:t>vt 0.818153 0.887260</w:t>
        <w:br/>
        <w:t>vt 0.818153 0.890460</w:t>
        <w:br/>
        <w:t>vt 0.802053 0.887260</w:t>
        <w:br/>
        <w:t>vt 0.802053 0.890460</w:t>
        <w:br/>
        <w:t>vt 0.818153 0.891460</w:t>
        <w:br/>
        <w:t>vt 0.818153 0.890460</w:t>
        <w:br/>
        <w:t>vt 0.802053 0.890460</w:t>
        <w:br/>
        <w:t>vt 0.802053 0.891460</w:t>
        <w:br/>
        <w:t>vt 0.852053 0.891460</w:t>
        <w:br/>
        <w:t>vt 0.852053 0.890460</w:t>
        <w:br/>
        <w:t>vt 0.852053 0.890460</w:t>
        <w:br/>
        <w:t>vt 0.852053 0.887260</w:t>
        <w:br/>
        <w:t>vt 0.768153 0.887260</w:t>
        <w:br/>
        <w:t>vt 0.768153 0.890460</w:t>
        <w:br/>
        <w:t>vt 0.776553 0.890460</w:t>
        <w:br/>
        <w:t>vt 0.776553 0.887260</w:t>
        <w:br/>
        <w:t>vt 0.776553 0.890460</w:t>
        <w:br/>
        <w:t>vt 0.768153 0.890460</w:t>
        <w:br/>
        <w:t>vt 0.768153 0.891460</w:t>
        <w:br/>
        <w:t>vt 0.776553 0.891460</w:t>
        <w:br/>
        <w:t>vt 0.788353 0.891460</w:t>
        <w:br/>
        <w:t>vt 0.788353 0.890460</w:t>
        <w:br/>
        <w:t>vt 0.788353 0.890460</w:t>
        <w:br/>
        <w:t>vt 0.788353 0.887260</w:t>
        <w:br/>
        <w:t>vt 0.148030 0.795337</w:t>
        <w:br/>
        <w:t>vt 0.152063 0.790437</w:t>
        <w:br/>
        <w:t>vt 0.150963 0.786237</w:t>
        <w:br/>
        <w:t>vt 0.148030 0.795337</w:t>
        <w:br/>
        <w:t>vt 0.148030 0.797237</w:t>
        <w:br/>
        <w:t>vt 0.152963 0.790937</w:t>
        <w:br/>
        <w:t>vt 0.152063 0.790437</w:t>
        <w:br/>
        <w:t>vt 0.150963 0.786237</w:t>
        <w:br/>
        <w:t>vt 0.148030 0.778222</w:t>
        <w:br/>
        <w:t>vt 0.145098 0.786237</w:t>
        <w:br/>
        <w:t>vt 0.143998 0.790237</w:t>
        <w:br/>
        <w:t>vt 0.143098 0.790837</w:t>
        <w:br/>
        <w:t>vt 0.148030 0.797237</w:t>
        <w:br/>
        <w:t>vt 0.145098 0.786237</w:t>
        <w:br/>
        <w:t>vt 0.106500 0.833600</w:t>
        <w:br/>
        <w:t>vt 0.109900 0.833000</w:t>
        <w:br/>
        <w:t>vt 0.108900 0.829200</w:t>
        <w:br/>
        <w:t>vt 0.106700 0.828600</w:t>
        <w:br/>
        <w:t>vt 0.106600 0.823800</w:t>
        <w:br/>
        <w:t>vt 0.109900 0.833000</w:t>
        <w:br/>
        <w:t>vt 0.110700 0.833900</w:t>
        <w:br/>
        <w:t>vt 0.109600 0.829000</w:t>
        <w:br/>
        <w:t>vt 0.108900 0.829200</w:t>
        <w:br/>
        <w:t>vt 0.110700 0.833900</w:t>
        <w:br/>
        <w:t>vt 0.106600 0.823800</w:t>
        <w:br/>
        <w:t>vt 0.109900 0.833000</w:t>
        <w:br/>
        <w:t>vt 0.108900 0.829200</w:t>
        <w:br/>
        <w:t>vt 0.109600 0.829000</w:t>
        <w:br/>
        <w:t>vt 0.110700 0.833900</w:t>
        <w:br/>
        <w:t>vt 0.110700 0.833900</w:t>
        <w:br/>
        <w:t>vt 0.106500 0.833600</w:t>
        <w:br/>
        <w:t>vt 0.109900 0.833000</w:t>
        <w:br/>
        <w:t>vt 0.106500 0.833600</w:t>
        <w:br/>
        <w:t>vt 0.106700 0.828600</w:t>
        <w:br/>
        <w:t>vt 0.108900 0.829200</w:t>
        <w:br/>
        <w:t>vt 0.109900 0.833000</w:t>
        <w:br/>
        <w:t>vt 0.106600 0.823800</w:t>
        <w:br/>
        <w:t>vt 0.106600 0.823800</w:t>
        <w:br/>
        <w:t>vt 0.107400 0.844200</w:t>
        <w:br/>
        <w:t>vt 0.105700 0.845800</w:t>
        <w:br/>
        <w:t>vt 0.106100 0.846600</w:t>
        <w:br/>
        <w:t>vt 0.108000 0.844500</w:t>
        <w:br/>
        <w:t>vt 0.107400 0.844200</w:t>
        <w:br/>
        <w:t>vt 0.106900 0.842800</w:t>
        <w:br/>
        <w:t>vt 0.105200 0.843000</w:t>
        <w:br/>
        <w:t>vt 0.105700 0.845800</w:t>
        <w:br/>
        <w:t>vt 0.108400 0.842000</w:t>
        <w:br/>
        <w:t>vt 0.108400 0.842000</w:t>
        <w:br/>
        <w:t>vt 0.096300 0.838800</w:t>
        <w:br/>
        <w:t>vt 0.101000 0.845200</w:t>
        <w:br/>
        <w:t>vt 0.101500 0.844400</w:t>
        <w:br/>
        <w:t>vt 0.096400 0.837600</w:t>
        <w:br/>
        <w:t>vt 0.102700 0.841300</w:t>
        <w:br/>
        <w:t>vt 0.096300 0.830200</w:t>
        <w:br/>
        <w:t>vt 0.096400 0.837600</w:t>
        <w:br/>
        <w:t>vt 0.101500 0.844400</w:t>
        <w:br/>
        <w:t>vt 0.103400 0.845900</w:t>
        <w:br/>
        <w:t>vt 0.103300 0.846800</w:t>
        <w:br/>
        <w:t>vt 0.103900 0.842600</w:t>
        <w:br/>
        <w:t>vt 0.103400 0.845900</w:t>
        <w:br/>
        <w:t>vt 0.085400 0.844300</w:t>
        <w:br/>
        <w:t>vt 0.087100 0.845900</w:t>
        <w:br/>
        <w:t>vt 0.087600 0.843000</w:t>
        <w:br/>
        <w:t>vt 0.085900 0.843000</w:t>
        <w:br/>
        <w:t>vt 0.084300 0.842100</w:t>
        <w:br/>
        <w:t>vt 0.090000 0.841400</w:t>
        <w:br/>
        <w:t>vt 0.091200 0.844600</w:t>
        <w:br/>
        <w:t>vt 0.089300 0.845900</w:t>
        <w:br/>
        <w:t>vt 0.088800 0.842700</w:t>
        <w:br/>
        <w:t>vt 0.085400 0.844300</w:t>
        <w:br/>
        <w:t>vt 0.084800 0.844600</w:t>
        <w:br/>
        <w:t>vt 0.086700 0.846600</w:t>
        <w:br/>
        <w:t>vt 0.087100 0.845900</w:t>
        <w:br/>
        <w:t>vt 0.084300 0.842100</w:t>
        <w:br/>
        <w:t>vt 0.089600 0.846800</w:t>
        <w:br/>
        <w:t>vt 0.089300 0.845900</w:t>
        <w:br/>
        <w:t>vt 0.091800 0.845200</w:t>
        <w:br/>
        <w:t>vt 0.091200 0.844600</w:t>
        <w:br/>
        <w:t>vt 0.096300 0.838800</w:t>
        <w:br/>
        <w:t>vt 0.564716 0.268408</w:t>
        <w:br/>
        <w:t>vt 0.557127 0.253956</w:t>
        <w:br/>
        <w:t>vt 0.555609 0.272734</w:t>
        <w:br/>
        <w:t>vt 0.540428 0.314831</w:t>
        <w:br/>
        <w:t>vt 0.533428 0.304431</w:t>
        <w:br/>
        <w:t>vt 0.528228 0.309931</w:t>
        <w:br/>
        <w:t>vt 0.528528 0.322431</w:t>
        <w:br/>
        <w:t>vt 0.522928 0.314431</w:t>
        <w:br/>
        <w:t>vt 0.516628 0.318931</w:t>
        <w:br/>
        <w:t>vt 0.519028 0.328431</w:t>
        <w:br/>
        <w:t>vt 0.510628 0.322631</w:t>
        <w:br/>
        <w:t>vt 0.510128 0.333631</w:t>
        <w:br/>
        <w:t>vt 0.657628 0.319531</w:t>
        <w:br/>
        <w:t>vt 0.650328 0.325831</w:t>
        <w:br/>
        <w:t>vt 0.660028 0.330831</w:t>
        <w:br/>
        <w:t>vt 0.650428 0.314931</w:t>
        <w:br/>
        <w:t>vt 0.643328 0.309931</w:t>
        <w:br/>
        <w:t>vt 0.640928 0.319531</w:t>
        <w:br/>
        <w:t>vt 0.532928 0.332131</w:t>
        <w:br/>
        <w:t>vt 0.542628 0.326131</w:t>
        <w:br/>
        <w:t>vt 0.523828 0.338831</w:t>
        <w:br/>
        <w:t>vt 0.516528 0.344731</w:t>
        <w:br/>
        <w:t>vt 0.653928 0.342231</w:t>
        <w:br/>
        <w:t>vt 0.644028 0.335731</w:t>
        <w:br/>
        <w:t>vt 0.634328 0.329131</w:t>
        <w:br/>
        <w:t>vt 0.537028 0.345431</w:t>
        <w:br/>
        <w:t>vt 0.541728 0.335631</w:t>
        <w:br/>
        <w:t>vt 0.531128 0.351131</w:t>
        <w:br/>
        <w:t>vt 0.637228 0.347631</w:t>
        <w:br/>
        <w:t>vt 0.646928 0.355531</w:t>
        <w:br/>
        <w:t>vt 0.629828 0.339431</w:t>
        <w:br/>
        <w:t>vt 0.631828 0.283731</w:t>
        <w:br/>
        <w:t>vt 0.636528 0.269831</w:t>
        <w:br/>
        <w:t>vt 0.634928 0.269831</w:t>
        <w:br/>
        <w:t>vt 0.630828 0.283931</w:t>
        <w:br/>
        <w:t>vt 0.629028 0.256131</w:t>
        <w:br/>
        <w:t>vt 0.627428 0.257831</w:t>
        <w:br/>
        <w:t>vt 0.633928 0.264831</w:t>
        <w:br/>
        <w:t>vt 0.635728 0.263931</w:t>
        <w:br/>
        <w:t>vt 0.537728 0.285631</w:t>
        <w:br/>
        <w:t>vt 0.539028 0.285831</w:t>
        <w:br/>
        <w:t>vt 0.534628 0.270931</w:t>
        <w:br/>
        <w:t>vt 0.533128 0.270931</w:t>
        <w:br/>
        <w:t>vt 0.634128 0.297431</w:t>
        <w:br/>
        <w:t>vt 0.631528 0.288931</w:t>
        <w:br/>
        <w:t>vt 0.630628 0.289331</w:t>
        <w:br/>
        <w:t>vt 0.633328 0.297831</w:t>
        <w:br/>
        <w:t>vt 0.538028 0.290731</w:t>
        <w:br/>
        <w:t>vt 0.539028 0.290931</w:t>
        <w:br/>
        <w:t>vt 0.533428 0.304431</w:t>
        <w:br/>
        <w:t>vt 0.532328 0.304331</w:t>
        <w:br/>
        <w:t>vt 0.535228 0.266931</w:t>
        <w:br/>
        <w:t>vt 0.533228 0.266631</w:t>
        <w:br/>
        <w:t>vt 0.514828 0.316431</w:t>
        <w:br/>
        <w:t>vt 0.520828 0.311031</w:t>
        <w:br/>
        <w:t>vt 0.509128 0.320031</w:t>
        <w:br/>
        <w:t>vt 0.504128 0.323231</w:t>
        <w:br/>
        <w:t>vt 0.505628 0.325731</w:t>
        <w:br/>
        <w:t>vt 0.658828 0.316431</w:t>
        <w:br/>
        <w:t>vt 0.664328 0.322831</w:t>
        <w:br/>
        <w:t>vt 0.665728 0.320131</w:t>
        <w:br/>
        <w:t>vt 0.637628 0.290431</w:t>
        <w:br/>
        <w:t>vt 0.634128 0.297431</w:t>
        <w:br/>
        <w:t>vt 0.639628 0.297131</w:t>
        <w:br/>
        <w:t>vt 0.636528 0.269831</w:t>
        <w:br/>
        <w:t>vt 0.631828 0.283731</w:t>
        <w:br/>
        <w:t>vt 0.639328 0.281031</w:t>
        <w:br/>
        <w:t>vt 0.645628 0.266731</w:t>
        <w:br/>
        <w:t>vt 0.533128 0.270931</w:t>
        <w:br/>
        <w:t>vt 0.524228 0.269431</w:t>
        <w:br/>
        <w:t>vt 0.530328 0.283731</w:t>
        <w:br/>
        <w:t>vt 0.631528 0.288931</w:t>
        <w:br/>
        <w:t>vt 0.531528 0.292131</w:t>
        <w:br/>
        <w:t>vt 0.538028 0.290731</w:t>
        <w:br/>
        <w:t>vt 0.537728 0.285631</w:t>
        <w:br/>
        <w:t>vt 0.533228 0.266631</w:t>
        <w:br/>
        <w:t>vt 0.525328 0.264031</w:t>
        <w:br/>
        <w:t>vt 0.523728 0.266631</w:t>
        <w:br/>
        <w:t>vt 0.644728 0.261331</w:t>
        <w:br/>
        <w:t>vt 0.635728 0.263931</w:t>
        <w:br/>
        <w:t>vt 0.646228 0.263631</w:t>
        <w:br/>
        <w:t>vt 0.967900 0.072200</w:t>
        <w:br/>
        <w:t>vt 0.951300 0.071600</w:t>
        <w:br/>
        <w:t>vt 0.951700 0.077300</w:t>
        <w:br/>
        <w:t>vt 0.966800 0.078500</w:t>
        <w:br/>
        <w:t>vt 0.951900 0.082700</w:t>
        <w:br/>
        <w:t>vt 0.966000 0.084500</w:t>
        <w:br/>
        <w:t>vt 0.969600 0.065300</w:t>
        <w:br/>
        <w:t>vt 0.950000 0.064200</w:t>
        <w:br/>
        <w:t>vt 0.969600 0.065300</w:t>
        <w:br/>
        <w:t>vt 0.972400 0.054900</w:t>
        <w:br/>
        <w:t>vt 0.948300 0.054300</w:t>
        <w:br/>
        <w:t>vt 0.972800 0.053100</w:t>
        <w:br/>
        <w:t>vt 0.948000 0.052400</w:t>
        <w:br/>
        <w:t>vt 0.947600 0.050600</w:t>
        <w:br/>
        <w:t>vt 0.973400 0.051200</w:t>
        <w:br/>
        <w:t>vt 0.945800 0.040700</w:t>
        <w:br/>
        <w:t>vt 0.974700 0.041200</w:t>
        <w:br/>
        <w:t>vt 0.975400 0.031200</w:t>
        <w:br/>
        <w:t>vt 0.945700 0.030100</w:t>
        <w:br/>
        <w:t>vt 0.647328 0.307331</w:t>
        <w:br/>
        <w:t>vt 0.652928 0.312531</w:t>
        <w:br/>
        <w:t>vt 0.643528 0.303131</w:t>
        <w:br/>
        <w:t>vt 0.638728 0.305031</w:t>
        <w:br/>
        <w:t>vt 0.638128 0.305331</w:t>
        <w:br/>
        <w:t>vt 0.638728 0.305031</w:t>
        <w:br/>
        <w:t>vt 0.524028 0.357731</w:t>
        <w:br/>
        <w:t>vt 0.604651 0.268900</w:t>
        <w:br/>
        <w:t>vt 0.613663 0.272636</w:t>
        <w:br/>
        <w:t>vt 0.612429 0.263787</w:t>
        <w:br/>
        <w:t>vt 0.603703 0.263984</w:t>
        <w:br/>
        <w:t>vt 0.631928 0.314631</w:t>
        <w:br/>
        <w:t>vt 0.626628 0.323631</w:t>
        <w:br/>
        <w:t>vt 0.625728 0.332431</w:t>
        <w:br/>
        <w:t>vt 0.952400 0.091500</w:t>
        <w:br/>
        <w:t>vt 0.964600 0.093400</w:t>
        <w:br/>
        <w:t>vt 0.965700 0.088600</w:t>
        <w:br/>
        <w:t>vt 0.952000 0.086400</w:t>
        <w:br/>
        <w:t>vt 0.954600 0.095300</w:t>
        <w:br/>
        <w:t>vt 0.961900 0.096100</w:t>
        <w:br/>
        <w:t>vt 0.958700 0.096700</w:t>
        <w:br/>
        <w:t>vt 0.575245 0.265459</w:t>
        <w:br/>
        <w:t>vt 0.576668 0.254644</w:t>
        <w:br/>
        <w:t>vt 0.568985 0.254152</w:t>
        <w:br/>
        <w:t>vt 0.600098 0.253268</w:t>
        <w:br/>
        <w:t>vt 0.592983 0.254841</w:t>
        <w:br/>
        <w:t>vt 0.594691 0.266147</w:t>
        <w:br/>
        <w:t>vt 0.584921 0.255824</w:t>
        <w:br/>
        <w:t>vt 0.584921 0.264869</w:t>
        <w:br/>
        <w:t>vt 0.546978 0.279420</w:t>
        <w:br/>
        <w:t>vt 0.537776 0.268703</w:t>
        <w:br/>
        <w:t>vt 0.537207 0.272636</w:t>
        <w:br/>
        <w:t>vt 0.541381 0.287285</w:t>
        <w:br/>
        <w:t>vt 0.540528 0.258031</w:t>
        <w:br/>
        <w:t>vt 0.542028 0.259331</w:t>
        <w:br/>
        <w:t>vt 0.534928 0.253031</w:t>
        <w:br/>
        <w:t>vt 0.540528 0.258031</w:t>
        <w:br/>
        <w:t>vt 0.549628 0.246831</w:t>
        <w:br/>
        <w:t>vt 0.551328 0.248131</w:t>
        <w:br/>
        <w:t>vt 0.549628 0.246831</w:t>
        <w:br/>
        <w:t>vt 0.544028 0.241731</w:t>
        <w:br/>
        <w:t>vt 0.544226 0.261231</w:t>
        <w:br/>
        <w:t>vt 0.553048 0.250220</w:t>
        <w:br/>
        <w:t>vt 0.612050 0.252678</w:t>
        <w:br/>
        <w:t>vt 0.617728 0.246431</w:t>
        <w:br/>
        <w:t>vt 0.619128 0.244831</w:t>
        <w:br/>
        <w:t>vt 0.624428 0.239531</w:t>
        <w:br/>
        <w:t>vt 0.619128 0.244831</w:t>
        <w:br/>
        <w:t>vt 0.629028 0.256131</w:t>
        <w:br/>
        <w:t>vt 0.634628 0.250831</w:t>
        <w:br/>
        <w:t>vt 0.605505 0.245107</w:t>
        <w:br/>
        <w:t>vt 0.596114 0.244124</w:t>
        <w:br/>
        <w:t>vt 0.563577 0.245795</w:t>
        <w:br/>
        <w:t>vt 0.573443 0.244714</w:t>
        <w:br/>
        <w:t>vt 0.584921 0.244124</w:t>
        <w:br/>
        <w:t>vt 0.566329 0.234293</w:t>
        <w:br/>
        <w:t>vt 0.577996 0.236750</w:t>
        <w:br/>
        <w:t>vt 0.573917 0.227411</w:t>
        <w:br/>
        <w:t>vt 0.591940 0.236652</w:t>
        <w:br/>
        <w:t>vt 0.577996 0.236750</w:t>
        <w:br/>
        <w:t>vt 0.612428 0.237331</w:t>
        <w:br/>
        <w:t>vt 0.610728 0.238731</w:t>
        <w:br/>
        <w:t>vt 0.556528 0.238531</w:t>
        <w:br/>
        <w:t>vt 0.558228 0.239631</w:t>
        <w:br/>
        <w:t>vt 0.563928 0.230631</w:t>
        <w:br/>
        <w:t>vt 0.565328 0.231931</w:t>
        <w:br/>
        <w:t>vt 0.572728 0.223431</w:t>
        <w:br/>
        <w:t>vt 0.573328 0.224931</w:t>
        <w:br/>
        <w:t>vt 0.604728 0.229731</w:t>
        <w:br/>
        <w:t>vt 0.603628 0.231131</w:t>
        <w:br/>
        <w:t>vt 0.597028 0.223331</w:t>
        <w:br/>
        <w:t>vt 0.589228 0.219297</w:t>
        <w:br/>
        <w:t>vt 0.589428 0.221231</w:t>
        <w:br/>
        <w:t>vt 0.596128 0.224831</w:t>
        <w:br/>
        <w:t>vt 0.580128 0.221231</w:t>
        <w:br/>
        <w:t>vt 0.580228 0.219297</w:t>
        <w:br/>
        <w:t>vt 0.584928 0.221231</w:t>
        <w:br/>
        <w:t>vt 0.584928 0.219297</w:t>
        <w:br/>
        <w:t>vt 0.974100 0.024000</w:t>
        <w:br/>
        <w:t>vt 0.947400 0.023400</w:t>
        <w:br/>
        <w:t>vt 0.971000 0.017500</w:t>
        <w:br/>
        <w:t>vt 0.950100 0.016900</w:t>
        <w:br/>
        <w:t>vt 0.967200 0.011200</w:t>
        <w:br/>
        <w:t>vt 0.953000 0.011200</w:t>
        <w:br/>
        <w:t>vt 0.956600 0.006300</w:t>
        <w:br/>
        <w:t>vt 0.963600 0.006400</w:t>
        <w:br/>
        <w:t>vt 0.959900 0.006000</w:t>
        <w:br/>
        <w:t>vt 0.591028 0.212297</w:t>
        <w:br/>
        <w:t>vt 0.584928 0.212297</w:t>
        <w:br/>
        <w:t>vt 0.551028 0.233231</w:t>
        <w:br/>
        <w:t>vt 0.558928 0.224531</w:t>
        <w:br/>
        <w:t>vt 0.568828 0.216631</w:t>
        <w:br/>
        <w:t>vt 0.578628 0.212297</w:t>
        <w:br/>
        <w:t>vt 0.600828 0.216531</w:t>
        <w:br/>
        <w:t>vt 0.609728 0.223531</w:t>
        <w:br/>
        <w:t>vt 0.617628 0.231631</w:t>
        <w:br/>
        <w:t>vt 0.559593 0.241863</w:t>
        <w:br/>
        <w:t>vt 0.581221 0.233703</w:t>
        <w:br/>
        <w:t>vt 0.580368 0.223773</w:t>
        <w:br/>
        <w:t>vt 0.589189 0.223773</w:t>
        <w:br/>
        <w:t>vt 0.584921 0.223773</w:t>
        <w:br/>
        <w:t>vt 0.584921 0.233703</w:t>
        <w:br/>
        <w:t>vt 0.588525 0.233703</w:t>
        <w:br/>
        <w:t>vt 0.595545 0.227312</w:t>
        <w:br/>
        <w:t>vt 0.602659 0.233506</w:t>
        <w:br/>
        <w:t>vt 0.609394 0.240978</w:t>
        <w:br/>
        <w:t>vt 0.616034 0.248548</w:t>
        <w:br/>
        <w:t>vt 0.631401 0.266639</w:t>
        <w:br/>
        <w:t>vt 0.621820 0.277650</w:t>
        <w:br/>
        <w:t>vt 0.632350 0.271554</w:t>
        <w:br/>
        <w:t>vt 0.631401 0.266639</w:t>
        <w:br/>
        <w:t>vt 0.625235 0.259756</w:t>
        <w:br/>
        <w:t>vt 0.524828 0.306531</w:t>
        <w:br/>
        <w:t>vt 0.528228 0.309931</w:t>
        <w:br/>
        <w:t>vt 0.532328 0.304331</w:t>
        <w:br/>
        <w:t>vt 0.528728 0.299631</w:t>
        <w:br/>
        <w:t>vt 0.643328 0.309931</w:t>
        <w:br/>
        <w:t>vt 0.546978 0.279420</w:t>
        <w:br/>
        <w:t>vt 0.547736 0.280403</w:t>
        <w:br/>
        <w:t>vt 0.556179 0.273914</w:t>
        <w:br/>
        <w:t>vt 0.555609 0.272734</w:t>
        <w:br/>
        <w:t>vt 0.613283 0.273619</w:t>
        <w:br/>
        <w:t>vt 0.620967 0.278731</w:t>
        <w:br/>
        <w:t>vt 0.621820 0.277650</w:t>
        <w:br/>
        <w:t>vt 0.613663 0.272636</w:t>
        <w:br/>
        <w:t>vt 0.604272 0.270571</w:t>
        <w:br/>
        <w:t>vt 0.604651 0.268900</w:t>
        <w:br/>
        <w:t>vt 0.594501 0.267327</w:t>
        <w:br/>
        <w:t>vt 0.594691 0.266147</w:t>
        <w:br/>
        <w:t>vt 0.584921 0.264869</w:t>
        <w:br/>
        <w:t>vt 0.584921 0.267228</w:t>
        <w:br/>
        <w:t>vt 0.575245 0.265459</w:t>
        <w:br/>
        <w:t>vt 0.575150 0.267425</w:t>
        <w:br/>
        <w:t>vt 0.564716 0.268408</w:t>
        <w:br/>
        <w:t>vt 0.565380 0.270178</w:t>
        <w:br/>
        <w:t>vt 0.565380 0.270178</w:t>
        <w:br/>
        <w:t>vt 0.541381 0.287285</w:t>
        <w:br/>
        <w:t>vt 0.628460 0.285417</w:t>
        <w:br/>
        <w:t>vt 0.542628 0.326131</w:t>
        <w:br/>
        <w:t>vt 0.544028 0.326331</w:t>
        <w:br/>
        <w:t>vt 0.541328 0.314231</w:t>
        <w:br/>
        <w:t>vt 0.540428 0.314831</w:t>
        <w:br/>
        <w:t>vt 0.630828 0.314131</w:t>
        <w:br/>
        <w:t>vt 0.625428 0.323131</w:t>
        <w:br/>
        <w:t>vt 0.626628 0.323631</w:t>
        <w:br/>
        <w:t>vt 0.631928 0.314631</w:t>
        <w:br/>
        <w:t>vt 0.638128 0.305331</w:t>
        <w:br/>
        <w:t>vt 0.541728 0.335631</w:t>
        <w:br/>
        <w:t>vt 0.543128 0.336231</w:t>
        <w:br/>
        <w:t>vt 0.537028 0.345431</w:t>
        <w:br/>
        <w:t>vt 0.537928 0.346631</w:t>
        <w:br/>
        <w:t>vt 0.531128 0.351131</w:t>
        <w:br/>
        <w:t>vt 0.531828 0.351731</w:t>
        <w:br/>
        <w:t>vt 0.524328 0.358131</w:t>
        <w:br/>
        <w:t>vt 0.524028 0.357731</w:t>
        <w:br/>
        <w:t>vt 0.636628 0.348331</w:t>
        <w:br/>
        <w:t>vt 0.646628 0.355931</w:t>
        <w:br/>
        <w:t>vt 0.646928 0.355531</w:t>
        <w:br/>
        <w:t>vt 0.637228 0.347631</w:t>
        <w:br/>
        <w:t>vt 0.629028 0.340731</w:t>
        <w:br/>
        <w:t>vt 0.629828 0.339431</w:t>
        <w:br/>
        <w:t>vt 0.624428 0.333031</w:t>
        <w:br/>
        <w:t>vt 0.625728 0.332431</w:t>
        <w:br/>
        <w:t>vt 0.533428 0.304431</w:t>
        <w:br/>
        <w:t>vt 0.809364 0.548241</w:t>
        <w:br/>
        <w:t>vt 0.809364 0.524572</w:t>
        <w:br/>
        <w:t>vt 0.811900 0.519500</w:t>
        <w:br/>
        <w:t>vt 0.811900 0.553031</w:t>
        <w:br/>
        <w:t>vt 0.807392 0.550496</w:t>
        <w:br/>
        <w:t>vt 0.799221 0.548241</w:t>
        <w:br/>
        <w:t>vt 0.796403 0.553031</w:t>
        <w:br/>
        <w:t>vt 0.796403 0.519500</w:t>
        <w:br/>
        <w:t>vt 0.799221 0.524572</w:t>
        <w:br/>
        <w:t>vt 0.800629 0.550496</w:t>
        <w:br/>
        <w:t>vt 0.811900 0.553031</w:t>
        <w:br/>
        <w:t>vt 0.816972 0.555567</w:t>
        <w:br/>
        <w:t>vt 0.813591 0.559512</w:t>
        <w:br/>
        <w:t>vt 0.794994 0.559512</w:t>
        <w:br/>
        <w:t>vt 0.796403 0.553031</w:t>
        <w:br/>
        <w:t>vt 0.811900 0.519500</w:t>
        <w:br/>
        <w:t>vt 0.816972 0.518655</w:t>
        <w:br/>
        <w:t>vt 0.791331 0.554722</w:t>
        <w:br/>
        <w:t>vt 0.791331 0.518655</w:t>
        <w:br/>
        <w:t>vt 0.796403 0.519500</w:t>
        <w:br/>
        <w:t>vt 0.794994 0.513020</w:t>
        <w:br/>
        <w:t>vt 0.813591 0.513020</w:t>
        <w:br/>
        <w:t>vt 0.800629 0.522036</w:t>
        <w:br/>
        <w:t>vt 0.811900 0.519500</w:t>
        <w:br/>
        <w:t>vt 0.807392 0.522036</w:t>
        <w:br/>
        <w:t>vt 0.800629 0.522036</w:t>
        <w:br/>
        <w:t>vt 0.796403 0.519500</w:t>
        <w:br/>
        <w:t>vt 0.807392 0.522036</w:t>
        <w:br/>
        <w:t>vt 0.883448 0.497148</w:t>
        <w:br/>
        <w:t>vt 0.888864 0.504112</w:t>
        <w:br/>
        <w:t>vt 0.871583 0.504112</w:t>
        <w:br/>
        <w:t>vt 0.876999 0.497148</w:t>
        <w:br/>
        <w:t>vt 0.891701 0.499469</w:t>
        <w:br/>
        <w:t>vt 0.884995 0.494053</w:t>
        <w:br/>
        <w:t>vt 0.884995 0.470840</w:t>
        <w:br/>
        <w:t>vt 0.891701 0.465424</w:t>
        <w:br/>
        <w:t>vt 0.883448 0.466971</w:t>
        <w:br/>
        <w:t>vt 0.888864 0.461555</w:t>
        <w:br/>
        <w:t>vt 0.871583 0.461555</w:t>
        <w:br/>
        <w:t>vt 0.876999 0.466971</w:t>
        <w:br/>
        <w:t>vt 0.868746 0.466197</w:t>
        <w:br/>
        <w:t>vt 0.875194 0.470840</w:t>
        <w:br/>
        <w:t>vt 0.868746 0.500501</w:t>
        <w:br/>
        <w:t>vt 0.875194 0.494053</w:t>
        <w:br/>
        <w:t>vt 0.292062 0.928166</w:t>
        <w:br/>
        <w:t>vt 0.294343 0.923476</w:t>
        <w:br/>
        <w:t>vt 0.294343 0.933109</w:t>
        <w:br/>
        <w:t>vt 0.299224 0.921701</w:t>
        <w:br/>
        <w:t>vt 0.303977 0.923983</w:t>
        <w:br/>
        <w:t>vt 0.303977 0.933363</w:t>
        <w:br/>
        <w:t>vt 0.299224 0.935264</w:t>
        <w:br/>
        <w:t>vt 0.306335 0.928800</w:t>
        <w:br/>
        <w:t>vt 0.235790 0.992243</w:t>
        <w:br/>
        <w:t>vt 0.237707 0.991923</w:t>
        <w:br/>
        <w:t>vt 0.236269 0.990166</w:t>
        <w:br/>
        <w:t>vt 0.237387 0.993201</w:t>
        <w:br/>
        <w:t>vt 0.239145 0.993361</w:t>
        <w:br/>
        <w:t>vt 0.239145 0.990805</w:t>
        <w:br/>
        <w:t>vt 0.237866 0.990485</w:t>
        <w:br/>
        <w:t>vt 0.240582 0.989048</w:t>
        <w:br/>
        <w:t>vt 0.240582 0.991444</w:t>
        <w:br/>
        <w:t>vt 0.242500 0.990965</w:t>
        <w:br/>
        <w:t>vt 0.242500 0.989048</w:t>
        <w:br/>
        <w:t>vt 0.244737 0.988568</w:t>
        <w:br/>
        <w:t>vt 0.244577 0.985692</w:t>
        <w:br/>
        <w:t>vt 0.242660 0.986811</w:t>
        <w:br/>
        <w:t>vt 0.242500 0.989048</w:t>
        <w:br/>
        <w:t>vt 0.242180 0.983615</w:t>
        <w:br/>
        <w:t>vt 0.240423 0.983775</w:t>
        <w:br/>
        <w:t>vt 0.240582 0.986811</w:t>
        <w:br/>
        <w:t>vt 0.244577 0.990805</w:t>
        <w:br/>
        <w:t>vt 0.242500 0.993042</w:t>
        <w:br/>
        <w:t>vt 0.244417 0.992243</w:t>
        <w:br/>
        <w:t>vt 0.239624 0.988728</w:t>
        <w:br/>
        <w:t>vt 0.239624 0.986491</w:t>
        <w:br/>
        <w:t>vt 0.239304 0.983456</w:t>
        <w:br/>
        <w:t>vt 0.239304 0.981219</w:t>
        <w:br/>
        <w:t>vt 0.238506 0.980580</w:t>
        <w:br/>
        <w:t>vt 0.239304 0.983456</w:t>
        <w:br/>
        <w:t>vt 0.237866 0.982657</w:t>
        <w:br/>
        <w:t>vt 0.238186 0.985852</w:t>
        <w:br/>
        <w:t>vt 0.236908 0.985213</w:t>
        <w:br/>
        <w:t>vt 0.236269 0.987929</w:t>
        <w:br/>
        <w:t>vt 0.238026 0.988089</w:t>
        <w:br/>
        <w:t>vt 0.233872 0.990645</w:t>
        <w:br/>
        <w:t>vt 0.247293 0.991124</w:t>
        <w:br/>
        <w:t>vt 0.244417 0.992243</w:t>
        <w:br/>
        <w:t>vt 0.245855 0.993361</w:t>
        <w:br/>
        <w:t>vt 0.244097 0.993521</w:t>
        <w:br/>
        <w:t>vt 0.244737 0.988568</w:t>
        <w:br/>
        <w:t>vt 0.244577 0.990805</w:t>
        <w:br/>
        <w:t>vt 0.246973 0.988568</w:t>
        <w:br/>
        <w:t>vt 0.236269 0.987929</w:t>
        <w:br/>
        <w:t>vt 0.234032 0.988249</w:t>
        <w:br/>
        <w:t>vt 0.236908 0.985213</w:t>
        <w:br/>
        <w:t>vt 0.234831 0.985213</w:t>
        <w:br/>
        <w:t>vt 0.236269 0.990166</w:t>
        <w:br/>
        <w:t>vt 0.244577 0.985692</w:t>
        <w:br/>
        <w:t>vt 0.246654 0.985533</w:t>
        <w:br/>
        <w:t>vt 0.238506 0.980580</w:t>
        <w:br/>
        <w:t>vt 0.237866 0.982657</w:t>
        <w:br/>
        <w:t>vt 0.239624 0.986491</w:t>
        <w:br/>
        <w:t>vt 0.239624 0.988728</w:t>
        <w:br/>
        <w:t>vt 0.235790 0.992243</w:t>
        <w:br/>
        <w:t>vt 0.236269 0.990166</w:t>
        <w:br/>
        <w:t>vt 0.237707 0.991923</w:t>
        <w:br/>
        <w:t>vt 0.237387 0.993201</w:t>
        <w:br/>
        <w:t>vt 0.239145 0.993361</w:t>
        <w:br/>
        <w:t>vt 0.239145 0.990805</w:t>
        <w:br/>
        <w:t>vt 0.237867 0.990485</w:t>
        <w:br/>
        <w:t>vt 0.242500 0.990965</w:t>
        <w:br/>
        <w:t>vt 0.240583 0.991444</w:t>
        <w:br/>
        <w:t>vt 0.240583 0.989047</w:t>
        <w:br/>
        <w:t>vt 0.242500 0.989047</w:t>
        <w:br/>
        <w:t>vt 0.242660 0.986811</w:t>
        <w:br/>
        <w:t>vt 0.244577 0.985692</w:t>
        <w:br/>
        <w:t>vt 0.244737 0.988568</w:t>
        <w:br/>
        <w:t>vt 0.242500 0.989047</w:t>
        <w:br/>
        <w:t>vt 0.242180 0.983615</w:t>
        <w:br/>
        <w:t>vt 0.240583 0.986811</w:t>
        <w:br/>
        <w:t>vt 0.240423 0.983775</w:t>
        <w:br/>
        <w:t>vt 0.244577 0.990805</w:t>
        <w:br/>
        <w:t>vt 0.244417 0.992243</w:t>
        <w:br/>
        <w:t>vt 0.242500 0.993042</w:t>
        <w:br/>
        <w:t>vt 0.239624 0.988728</w:t>
        <w:br/>
        <w:t>vt 0.239624 0.986491</w:t>
        <w:br/>
        <w:t>vt 0.239304 0.983456</w:t>
        <w:br/>
        <w:t>vt 0.239304 0.981219</w:t>
        <w:br/>
        <w:t>vt 0.238506 0.980580</w:t>
        <w:br/>
        <w:t>vt 0.239304 0.983456</w:t>
        <w:br/>
        <w:t>vt 0.238186 0.985852</w:t>
        <w:br/>
        <w:t>vt 0.237867 0.982657</w:t>
        <w:br/>
        <w:t>vt 0.238026 0.988089</w:t>
        <w:br/>
        <w:t>vt 0.236269 0.987929</w:t>
        <w:br/>
        <w:t>vt 0.236908 0.985213</w:t>
        <w:br/>
        <w:t>vt 0.233872 0.990645</w:t>
        <w:br/>
        <w:t>vt 0.247293 0.991124</w:t>
        <w:br/>
        <w:t>vt 0.245855 0.993361</w:t>
        <w:br/>
        <w:t>vt 0.244417 0.992243</w:t>
        <w:br/>
        <w:t>vt 0.244097 0.993521</w:t>
        <w:br/>
        <w:t>vt 0.244577 0.990805</w:t>
        <w:br/>
        <w:t>vt 0.244737 0.988568</w:t>
        <w:br/>
        <w:t>vt 0.246973 0.988568</w:t>
        <w:br/>
        <w:t>vt 0.236269 0.987929</w:t>
        <w:br/>
        <w:t>vt 0.234032 0.988249</w:t>
        <w:br/>
        <w:t>vt 0.236908 0.985213</w:t>
        <w:br/>
        <w:t>vt 0.234831 0.985213</w:t>
        <w:br/>
        <w:t>vt 0.236269 0.990166</w:t>
        <w:br/>
        <w:t>vt 0.244577 0.985692</w:t>
        <w:br/>
        <w:t>vt 0.246654 0.985533</w:t>
        <w:br/>
        <w:t>vt 0.238506 0.980580</w:t>
        <w:br/>
        <w:t>vt 0.237867 0.982657</w:t>
        <w:br/>
        <w:t>vt 0.239624 0.986491</w:t>
        <w:br/>
        <w:t>vt 0.239624 0.988728</w:t>
        <w:br/>
        <w:t>vt 0.956167 0.528180</w:t>
        <w:br/>
        <w:t>vt 0.958175 0.525886</w:t>
        <w:br/>
        <w:t>vt 0.960469 0.531048</w:t>
        <w:br/>
        <w:t>vt 0.960469 0.531048</w:t>
        <w:br/>
        <w:t>vt 0.965632 0.533342</w:t>
        <w:br/>
        <w:t>vt 0.962190 0.537358</w:t>
        <w:br/>
        <w:t>vt 0.960469 0.496632</w:t>
        <w:br/>
        <w:t>vt 0.965632 0.496059</w:t>
        <w:br/>
        <w:t>vt 0.944982 0.531048</w:t>
        <w:br/>
        <w:t>vt 0.949284 0.528180</w:t>
        <w:br/>
        <w:t>vt 0.947564 0.525886</w:t>
        <w:br/>
        <w:t>vt 0.949284 0.528180</w:t>
        <w:br/>
        <w:t>vt 0.944982 0.531048</w:t>
        <w:br/>
        <w:t>vt 0.958175 0.501794</w:t>
        <w:br/>
        <w:t>vt 0.960469 0.496632</w:t>
        <w:br/>
        <w:t>vt 0.956167 0.499500</w:t>
        <w:br/>
        <w:t>vt 0.944982 0.496632</w:t>
        <w:br/>
        <w:t>vt 0.960469 0.496632</w:t>
        <w:br/>
        <w:t>vt 0.949284 0.499500</w:t>
        <w:br/>
        <w:t>vt 0.962190 0.490323</w:t>
        <w:br/>
        <w:t>vt 0.883448 0.497148</w:t>
        <w:br/>
        <w:t>vt 0.884995 0.494053</w:t>
        <w:br/>
        <w:t>vt 0.891701 0.499469</w:t>
        <w:br/>
        <w:t>vt 0.888864 0.504112</w:t>
        <w:br/>
        <w:t>vt 0.943549 0.490323</w:t>
        <w:br/>
        <w:t>vt 0.944982 0.496632</w:t>
        <w:br/>
        <w:t>vt 0.939819 0.496059</w:t>
        <w:br/>
        <w:t>vt 0.944982 0.531048</w:t>
        <w:br/>
        <w:t>vt 0.939819 0.532769</w:t>
        <w:br/>
        <w:t>vt 0.944982 0.496632</w:t>
        <w:br/>
        <w:t>vt 0.947564 0.501794</w:t>
        <w:br/>
        <w:t>vt 0.943549 0.537358</w:t>
        <w:br/>
        <w:t>vt 0.891701 0.465424</w:t>
        <w:br/>
        <w:t>vt 0.884995 0.470840</w:t>
        <w:br/>
        <w:t>vt 0.883448 0.466971</w:t>
        <w:br/>
        <w:t>vt 0.888864 0.461555</w:t>
        <w:br/>
        <w:t>vt 0.876999 0.466971</w:t>
        <w:br/>
        <w:t>vt 0.871583 0.461555</w:t>
        <w:br/>
        <w:t>vt 0.868746 0.466197</w:t>
        <w:br/>
        <w:t>vt 0.875194 0.470840</w:t>
        <w:br/>
        <w:t>vt 0.868746 0.500501</w:t>
        <w:br/>
        <w:t>vt 0.875194 0.494053</w:t>
        <w:br/>
        <w:t>vt 0.876999 0.497148</w:t>
        <w:br/>
        <w:t>vt 0.871583 0.504112</w:t>
        <w:br/>
        <w:t>vt 0.834505 0.501971</w:t>
        <w:br/>
        <w:t>vt 0.831180 0.497622</w:t>
        <w:br/>
        <w:t>vt 0.835784 0.496087</w:t>
        <w:br/>
        <w:t>vt 0.831180 0.464879</w:t>
        <w:br/>
        <w:t>vt 0.835784 0.465647</w:t>
        <w:br/>
        <w:t>vt 0.849597 0.496087</w:t>
        <w:br/>
        <w:t>vt 0.851132 0.501971</w:t>
        <w:br/>
        <w:t>vt 0.845761 0.493785</w:t>
        <w:br/>
        <w:t>vt 0.847295 0.491739</w:t>
        <w:br/>
        <w:t>vt 0.838086 0.491739</w:t>
        <w:br/>
        <w:t>vt 0.839621 0.493785</w:t>
        <w:br/>
        <w:t>vt 0.835784 0.496087</w:t>
        <w:br/>
        <w:t>vt 0.849597 0.496087</w:t>
        <w:br/>
        <w:t>vt 0.839621 0.467949</w:t>
        <w:br/>
        <w:t>vt 0.838086 0.470251</w:t>
        <w:br/>
        <w:t>vt 0.835784 0.465647</w:t>
        <w:br/>
        <w:t>vt 0.847295 0.470251</w:t>
        <w:br/>
        <w:t>vt 0.845761 0.467949</w:t>
        <w:br/>
        <w:t>vt 0.849597 0.465647</w:t>
        <w:br/>
        <w:t>vt 0.839621 0.467949</w:t>
        <w:br/>
        <w:t>vt 0.835784 0.465647</w:t>
        <w:br/>
        <w:t>vt 0.849597 0.496087</w:t>
        <w:br/>
        <w:t>vt 0.854201 0.498390</w:t>
        <w:br/>
        <w:t>vt 0.849597 0.465647</w:t>
        <w:br/>
        <w:t>vt 0.854201 0.464879</w:t>
        <w:br/>
        <w:t>vt 0.851132 0.459763</w:t>
        <w:br/>
        <w:t>vt 0.834505 0.459763</w:t>
        <w:br/>
        <w:t>vt 0.888864 0.461555</w:t>
        <w:br/>
        <w:t>vt 0.883448 0.466971</w:t>
        <w:br/>
        <w:t>vt 0.876999 0.466971</w:t>
        <w:br/>
        <w:t>vt 0.871583 0.461555</w:t>
        <w:br/>
        <w:t>vt 0.875194 0.470840</w:t>
        <w:br/>
        <w:t>vt 0.868746 0.466197</w:t>
        <w:br/>
        <w:t>vt 0.875194 0.494053</w:t>
        <w:br/>
        <w:t>vt 0.868746 0.500501</w:t>
        <w:br/>
        <w:t>vt 0.876999 0.497148</w:t>
        <w:br/>
        <w:t>vt 0.871583 0.504112</w:t>
        <w:br/>
        <w:t>vt 0.883448 0.497148</w:t>
        <w:br/>
        <w:t>vt 0.888864 0.504112</w:t>
        <w:br/>
        <w:t>vt 0.884995 0.494053</w:t>
        <w:br/>
        <w:t>vt 0.891701 0.499469</w:t>
        <w:br/>
        <w:t>vt 0.884995 0.470840</w:t>
        <w:br/>
        <w:t>vt 0.891701 0.465424</w:t>
        <w:br/>
        <w:t>vt 0.294344 0.923476</w:t>
        <w:br/>
        <w:t>vt 0.294344 0.933109</w:t>
        <w:br/>
        <w:t>vt 0.292062 0.928166</w:t>
        <w:br/>
        <w:t>vt 0.299224 0.935264</w:t>
        <w:br/>
        <w:t>vt 0.299224 0.921701</w:t>
        <w:br/>
        <w:t>vt 0.303977 0.923983</w:t>
        <w:br/>
        <w:t>vt 0.303977 0.933363</w:t>
        <w:br/>
        <w:t>vt 0.306334 0.928800</w:t>
        <w:br/>
        <w:t>vt 0.930230 0.577195</w:t>
        <w:br/>
        <w:t>vt 0.925347 0.577195</w:t>
        <w:br/>
        <w:t>vt 0.925347 0.609689</w:t>
        <w:br/>
        <w:t>vt 0.930230 0.609689</w:t>
        <w:br/>
        <w:t>vt 0.930230 0.795189</w:t>
        <w:br/>
        <w:t>vt 0.925347 0.795189</w:t>
        <w:br/>
        <w:t>vt 0.925347 0.807378</w:t>
        <w:br/>
        <w:t>vt 0.930230 0.807378</w:t>
        <w:br/>
        <w:t>vt 0.930230 0.772253</w:t>
        <w:br/>
        <w:t>vt 0.930230 0.769251</w:t>
        <w:br/>
        <w:t>vt 0.925347 0.769251</w:t>
        <w:br/>
        <w:t>vt 0.925347 0.772253</w:t>
        <w:br/>
        <w:t>vt 0.930230 0.609689</w:t>
        <w:br/>
        <w:t>vt 0.925347 0.609689</w:t>
        <w:br/>
        <w:t>vt 0.925347 0.619252</w:t>
        <w:br/>
        <w:t>vt 0.930230 0.619252</w:t>
        <w:br/>
        <w:t>vt 0.925347 0.784500</w:t>
        <w:br/>
        <w:t>vt 0.930230 0.784500</w:t>
        <w:br/>
        <w:t>vt 0.930230 0.780157</w:t>
        <w:br/>
        <w:t>vt 0.925347 0.780157</w:t>
        <w:br/>
        <w:t>vt 0.925347 0.741339</w:t>
        <w:br/>
        <w:t>vt 0.925347 0.751393</w:t>
        <w:br/>
        <w:t>vt 0.930230 0.751393</w:t>
        <w:br/>
        <w:t>vt 0.930230 0.741339</w:t>
        <w:br/>
        <w:t>vt 0.925347 0.776202</w:t>
        <w:br/>
        <w:t>vt 0.930230 0.776202</w:t>
        <w:br/>
        <w:t>vt 0.930230 0.769251</w:t>
        <w:br/>
        <w:t>vt 0.930230 0.761215</w:t>
        <w:br/>
        <w:t>vt 0.925347 0.761215</w:t>
        <w:br/>
        <w:t>vt 0.925347 0.769251</w:t>
        <w:br/>
        <w:t>vt 0.930230 0.707660</w:t>
        <w:br/>
        <w:t>vt 0.930230 0.701052</w:t>
        <w:br/>
        <w:t>vt 0.925347 0.701052</w:t>
        <w:br/>
        <w:t>vt 0.925347 0.707660</w:t>
        <w:br/>
        <w:t>vt 0.930230 0.713207</w:t>
        <w:br/>
        <w:t>vt 0.925347 0.713207</w:t>
        <w:br/>
        <w:t>vt 0.925347 0.722276</w:t>
        <w:br/>
        <w:t>vt 0.930230 0.722276</w:t>
        <w:br/>
        <w:t>vt 0.925347 0.672870</w:t>
        <w:br/>
        <w:t>vt 0.925347 0.682015</w:t>
        <w:br/>
        <w:t>vt 0.930230 0.682015</w:t>
        <w:br/>
        <w:t>vt 0.930230 0.672870</w:t>
        <w:br/>
        <w:t>vt 0.925347 0.690991</w:t>
        <w:br/>
        <w:t>vt 0.925347 0.701052</w:t>
        <w:br/>
        <w:t>vt 0.930230 0.701052</w:t>
        <w:br/>
        <w:t>vt 0.930230 0.690991</w:t>
        <w:br/>
        <w:t>vt 0.925347 0.713207</w:t>
        <w:br/>
        <w:t>vt 0.930230 0.713207</w:t>
        <w:br/>
        <w:t>vt 0.930230 0.638327</w:t>
        <w:br/>
        <w:t>vt 0.930230 0.635023</w:t>
        <w:br/>
        <w:t>vt 0.925347 0.635023</w:t>
        <w:br/>
        <w:t>vt 0.925347 0.638327</w:t>
        <w:br/>
        <w:t>vt 0.930230 0.649652</w:t>
        <w:br/>
        <w:t>vt 0.925347 0.649652</w:t>
        <w:br/>
        <w:t>vt 0.925347 0.656866</w:t>
        <w:br/>
        <w:t>vt 0.930230 0.656866</w:t>
        <w:br/>
        <w:t>vt 0.930230 0.645377</w:t>
        <w:br/>
        <w:t>vt 0.930230 0.642059</w:t>
        <w:br/>
        <w:t>vt 0.925347 0.642059</w:t>
        <w:br/>
        <w:t>vt 0.925347 0.645377</w:t>
        <w:br/>
        <w:t>vt 0.925347 0.626575</w:t>
        <w:br/>
        <w:t>vt 0.930230 0.626575</w:t>
        <w:br/>
        <w:t>vt 0.925347 0.649652</w:t>
        <w:br/>
        <w:t>vt 0.930230 0.649652</w:t>
        <w:br/>
        <w:t>vt 0.930230 0.722276</w:t>
        <w:br/>
        <w:t>vt 0.925347 0.722276</w:t>
        <w:br/>
        <w:t>vt 0.925347 0.730811</w:t>
        <w:br/>
        <w:t>vt 0.930230 0.730811</w:t>
        <w:br/>
        <w:t>vt 0.930230 0.656866</w:t>
        <w:br/>
        <w:t>vt 0.925347 0.656866</w:t>
        <w:br/>
        <w:t>vt 0.925347 0.663705</w:t>
        <w:br/>
        <w:t>vt 0.930230 0.663705</w:t>
        <w:br/>
        <w:t>vt 0.930230 0.776202</w:t>
        <w:br/>
        <w:t>vt 0.925347 0.776202</w:t>
        <w:br/>
        <w:t>vt 0.925347 0.642059</w:t>
        <w:br/>
        <w:t>vt 0.930230 0.642059</w:t>
        <w:br/>
        <w:t>vt 0.930230 0.638327</w:t>
        <w:br/>
        <w:t>vt 0.925347 0.638327</w:t>
        <w:br/>
        <w:t>vt 0.925347 0.761215</w:t>
        <w:br/>
        <w:t>vt 0.930230 0.761215</w:t>
        <w:br/>
        <w:t>vt 0.925347 0.690991</w:t>
        <w:br/>
        <w:t>vt 0.930230 0.690991</w:t>
        <w:br/>
        <w:t>vt 0.925347 0.635023</w:t>
        <w:br/>
        <w:t>vt 0.930230 0.635023</w:t>
        <w:br/>
        <w:t>vt 0.930230 0.577195</w:t>
        <w:br/>
        <w:t>vt 0.930230 0.576299</w:t>
        <w:br/>
        <w:t>vt 0.925347 0.576299</w:t>
        <w:br/>
        <w:t>vt 0.925347 0.577195</w:t>
        <w:br/>
        <w:t>vt 0.925329 0.601654</w:t>
        <w:br/>
        <w:t>vt 0.925329 0.576325</w:t>
        <w:br/>
        <w:t>vt 0.930230 0.576325</w:t>
        <w:br/>
        <w:t>vt 0.930230 0.601654</w:t>
        <w:br/>
        <w:t>vt 0.925329 0.807378</w:t>
        <w:br/>
        <w:t>vt 0.925329 0.794050</w:t>
        <w:br/>
        <w:t>vt 0.930230 0.794050</w:t>
        <w:br/>
        <w:t>vt 0.930230 0.807378</w:t>
        <w:br/>
        <w:t>vt 0.925329 0.763947</w:t>
        <w:br/>
        <w:t>vt 0.930230 0.763947</w:t>
        <w:br/>
        <w:t>vt 0.930230 0.769184</w:t>
        <w:br/>
        <w:t>vt 0.925329 0.769184</w:t>
        <w:br/>
        <w:t>vt 0.925329 0.610780</w:t>
        <w:br/>
        <w:t>vt 0.925329 0.601654</w:t>
        <w:br/>
        <w:t>vt 0.930230 0.601654</w:t>
        <w:br/>
        <w:t>vt 0.930230 0.610780</w:t>
        <w:br/>
        <w:t>vt 0.925329 0.783046</w:t>
        <w:br/>
        <w:t>vt 0.925329 0.779782</w:t>
        <w:br/>
        <w:t>vt 0.930230 0.779782</w:t>
        <w:br/>
        <w:t>vt 0.930230 0.783046</w:t>
        <w:br/>
        <w:t>vt 0.930230 0.747022</w:t>
        <w:br/>
        <w:t>vt 0.925329 0.747022</w:t>
        <w:br/>
        <w:t>vt 0.925329 0.737025</w:t>
        <w:br/>
        <w:t>vt 0.930230 0.737025</w:t>
        <w:br/>
        <w:t>vt 0.930230 0.774991</w:t>
        <w:br/>
        <w:t>vt 0.925329 0.774991</w:t>
        <w:br/>
        <w:t>vt 0.930230 0.763947</w:t>
        <w:br/>
        <w:t>vt 0.925329 0.763947</w:t>
        <w:br/>
        <w:t>vt 0.925329 0.755071</w:t>
        <w:br/>
        <w:t>vt 0.930230 0.755071</w:t>
        <w:br/>
        <w:t>vt 0.925329 0.693453</w:t>
        <w:br/>
        <w:t>vt 0.930230 0.693453</w:t>
        <w:br/>
        <w:t>vt 0.930230 0.701940</w:t>
        <w:br/>
        <w:t>vt 0.925329 0.701940</w:t>
        <w:br/>
        <w:t>vt 0.930230 0.709408</w:t>
        <w:br/>
        <w:t>vt 0.930230 0.718860</w:t>
        <w:br/>
        <w:t>vt 0.925329 0.718860</w:t>
        <w:br/>
        <w:t>vt 0.925329 0.709408</w:t>
        <w:br/>
        <w:t>vt 0.930230 0.675020</w:t>
        <w:br/>
        <w:t>vt 0.925329 0.675020</w:t>
        <w:br/>
        <w:t>vt 0.925329 0.665589</w:t>
        <w:br/>
        <w:t>vt 0.930230 0.665589</w:t>
        <w:br/>
        <w:t>vt 0.930230 0.693453</w:t>
        <w:br/>
        <w:t>vt 0.925329 0.693453</w:t>
        <w:br/>
        <w:t>vt 0.925329 0.683373</w:t>
        <w:br/>
        <w:t>vt 0.930230 0.683373</w:t>
        <w:br/>
        <w:t>vt 0.925329 0.709408</w:t>
        <w:br/>
        <w:t>vt 0.930230 0.709408</w:t>
        <w:br/>
        <w:t>vt 0.925329 0.625148</w:t>
        <w:br/>
        <w:t>vt 0.930230 0.625148</w:t>
        <w:br/>
        <w:t>vt 0.930230 0.627047</w:t>
        <w:br/>
        <w:t>vt 0.925329 0.627047</w:t>
        <w:br/>
        <w:t>vt 0.930230 0.642406</w:t>
        <w:br/>
        <w:t>vt 0.930230 0.649618</w:t>
        <w:br/>
        <w:t>vt 0.925329 0.649618</w:t>
        <w:br/>
        <w:t>vt 0.925329 0.642406</w:t>
        <w:br/>
        <w:t>vt 0.925329 0.631318</w:t>
        <w:br/>
        <w:t>vt 0.930230 0.631318</w:t>
        <w:br/>
        <w:t>vt 0.930230 0.636533</w:t>
        <w:br/>
        <w:t>vt 0.925329 0.636533</w:t>
        <w:br/>
        <w:t>vt 0.930230 0.617558</w:t>
        <w:br/>
        <w:t>vt 0.925329 0.617558</w:t>
        <w:br/>
        <w:t>vt 0.930230 0.642406</w:t>
        <w:br/>
        <w:t>vt 0.925329 0.642406</w:t>
        <w:br/>
        <w:t>vt 0.925329 0.726630</w:t>
        <w:br/>
        <w:t>vt 0.925329 0.718860</w:t>
        <w:br/>
        <w:t>vt 0.930230 0.718860</w:t>
        <w:br/>
        <w:t>vt 0.930230 0.726630</w:t>
        <w:br/>
        <w:t>vt 0.925329 0.656071</w:t>
        <w:br/>
        <w:t>vt 0.925329 0.649618</w:t>
        <w:br/>
        <w:t>vt 0.930230 0.649618</w:t>
        <w:br/>
        <w:t>vt 0.930230 0.656071</w:t>
        <w:br/>
        <w:t>vt 0.925329 0.774991</w:t>
        <w:br/>
        <w:t>vt 0.930230 0.774991</w:t>
        <w:br/>
        <w:t>vt 0.930230 0.631318</w:t>
        <w:br/>
        <w:t>vt 0.925329 0.631318</w:t>
        <w:br/>
        <w:t>vt 0.930230 0.755071</w:t>
        <w:br/>
        <w:t>vt 0.925329 0.755071</w:t>
        <w:br/>
        <w:t>vt 0.930230 0.683373</w:t>
        <w:br/>
        <w:t>vt 0.925329 0.683373</w:t>
        <w:br/>
        <w:t>vt 0.930230 0.625148</w:t>
        <w:br/>
        <w:t>vt 0.925329 0.625148</w:t>
        <w:br/>
        <w:t>vt 0.930230 0.577195</w:t>
        <w:br/>
        <w:t>vt 0.930230 0.609689</w:t>
        <w:br/>
        <w:t>vt 0.925347 0.609689</w:t>
        <w:br/>
        <w:t>vt 0.925347 0.577195</w:t>
        <w:br/>
        <w:t>vt 0.925347 0.807378</w:t>
        <w:br/>
        <w:t>vt 0.925347 0.795189</w:t>
        <w:br/>
        <w:t>vt 0.930230 0.795189</w:t>
        <w:br/>
        <w:t>vt 0.930230 0.807378</w:t>
        <w:br/>
        <w:t>vt 0.925347 0.769251</w:t>
        <w:br/>
        <w:t>vt 0.930230 0.769251</w:t>
        <w:br/>
        <w:t>vt 0.930230 0.772253</w:t>
        <w:br/>
        <w:t>vt 0.925347 0.772253</w:t>
        <w:br/>
        <w:t>vt 0.925347 0.619252</w:t>
        <w:br/>
        <w:t>vt 0.925347 0.609689</w:t>
        <w:br/>
        <w:t>vt 0.930230 0.609689</w:t>
        <w:br/>
        <w:t>vt 0.930230 0.619252</w:t>
        <w:br/>
        <w:t>vt 0.925347 0.784500</w:t>
        <w:br/>
        <w:t>vt 0.925347 0.780157</w:t>
        <w:br/>
        <w:t>vt 0.930230 0.780157</w:t>
        <w:br/>
        <w:t>vt 0.930230 0.784500</w:t>
        <w:br/>
        <w:t>vt 0.930230 0.751393</w:t>
        <w:br/>
        <w:t>vt 0.925347 0.751393</w:t>
        <w:br/>
        <w:t>vt 0.925347 0.741339</w:t>
        <w:br/>
        <w:t>vt 0.930230 0.741339</w:t>
        <w:br/>
        <w:t>vt 0.930230 0.776202</w:t>
        <w:br/>
        <w:t>vt 0.925347 0.776202</w:t>
        <w:br/>
        <w:t>vt 0.925347 0.761215</w:t>
        <w:br/>
        <w:t>vt 0.930230 0.761215</w:t>
        <w:br/>
        <w:t>vt 0.930230 0.769251</w:t>
        <w:br/>
        <w:t>vt 0.925347 0.769251</w:t>
        <w:br/>
        <w:t>vt 0.925347 0.701052</w:t>
        <w:br/>
        <w:t>vt 0.930230 0.701052</w:t>
        <w:br/>
        <w:t>vt 0.930230 0.707660</w:t>
        <w:br/>
        <w:t>vt 0.925347 0.707660</w:t>
        <w:br/>
        <w:t>vt 0.930230 0.713207</w:t>
        <w:br/>
        <w:t>vt 0.930230 0.722276</w:t>
        <w:br/>
        <w:t>vt 0.925347 0.722276</w:t>
        <w:br/>
        <w:t>vt 0.925347 0.713207</w:t>
        <w:br/>
        <w:t>vt 0.930230 0.682015</w:t>
        <w:br/>
        <w:t>vt 0.925347 0.682015</w:t>
        <w:br/>
        <w:t>vt 0.925347 0.672870</w:t>
        <w:br/>
        <w:t>vt 0.930230 0.672870</w:t>
        <w:br/>
        <w:t>vt 0.930230 0.701052</w:t>
        <w:br/>
        <w:t>vt 0.925347 0.701052</w:t>
        <w:br/>
        <w:t>vt 0.925347 0.690991</w:t>
        <w:br/>
        <w:t>vt 0.930230 0.690991</w:t>
        <w:br/>
        <w:t>vt 0.925347 0.713207</w:t>
        <w:br/>
        <w:t>vt 0.930230 0.713207</w:t>
        <w:br/>
        <w:t>vt 0.925347 0.635023</w:t>
        <w:br/>
        <w:t>vt 0.930230 0.635023</w:t>
        <w:br/>
        <w:t>vt 0.930230 0.638327</w:t>
        <w:br/>
        <w:t>vt 0.925347 0.638327</w:t>
        <w:br/>
        <w:t>vt 0.930230 0.649652</w:t>
        <w:br/>
        <w:t>vt 0.930230 0.656866</w:t>
        <w:br/>
        <w:t>vt 0.925347 0.656866</w:t>
        <w:br/>
        <w:t>vt 0.925347 0.649652</w:t>
        <w:br/>
        <w:t>vt 0.925347 0.642059</w:t>
        <w:br/>
        <w:t>vt 0.930230 0.642059</w:t>
        <w:br/>
        <w:t>vt 0.930230 0.645377</w:t>
        <w:br/>
        <w:t>vt 0.925347 0.645377</w:t>
        <w:br/>
        <w:t>vt 0.930230 0.626575</w:t>
        <w:br/>
        <w:t>vt 0.925347 0.626575</w:t>
        <w:br/>
        <w:t>vt 0.925347 0.649652</w:t>
        <w:br/>
        <w:t>vt 0.930230 0.649652</w:t>
        <w:br/>
        <w:t>vt 0.925347 0.730811</w:t>
        <w:br/>
        <w:t>vt 0.925347 0.722276</w:t>
        <w:br/>
        <w:t>vt 0.930230 0.722276</w:t>
        <w:br/>
        <w:t>vt 0.930230 0.730811</w:t>
        <w:br/>
        <w:t>vt 0.925347 0.663705</w:t>
        <w:br/>
        <w:t>vt 0.925347 0.656866</w:t>
        <w:br/>
        <w:t>vt 0.930230 0.656866</w:t>
        <w:br/>
        <w:t>vt 0.930230 0.663705</w:t>
        <w:br/>
        <w:t>vt 0.925347 0.776202</w:t>
        <w:br/>
        <w:t>vt 0.930230 0.776202</w:t>
        <w:br/>
        <w:t>vt 0.925347 0.642059</w:t>
        <w:br/>
        <w:t>vt 0.925347 0.638327</w:t>
        <w:br/>
        <w:t>vt 0.930230 0.638327</w:t>
        <w:br/>
        <w:t>vt 0.930230 0.642059</w:t>
        <w:br/>
        <w:t>vt 0.930230 0.761215</w:t>
        <w:br/>
        <w:t>vt 0.925347 0.761215</w:t>
        <w:br/>
        <w:t>vt 0.930230 0.690991</w:t>
        <w:br/>
        <w:t>vt 0.925347 0.690991</w:t>
        <w:br/>
        <w:t>vt 0.930230 0.635023</w:t>
        <w:br/>
        <w:t>vt 0.925347 0.635023</w:t>
        <w:br/>
        <w:t>vt 0.930230 0.577195</w:t>
        <w:br/>
        <w:t>vt 0.925347 0.577195</w:t>
        <w:br/>
        <w:t>vt 0.925347 0.576299</w:t>
        <w:br/>
        <w:t>vt 0.930230 0.576299</w:t>
        <w:br/>
        <w:t>vt 0.925329 0.601654</w:t>
        <w:br/>
        <w:t>vt 0.930230 0.601654</w:t>
        <w:br/>
        <w:t>vt 0.930230 0.576325</w:t>
        <w:br/>
        <w:t>vt 0.925329 0.576325</w:t>
        <w:br/>
        <w:t>vt 0.930230 0.794050</w:t>
        <w:br/>
        <w:t>vt 0.925329 0.794050</w:t>
        <w:br/>
        <w:t>vt 0.930230 0.769184</w:t>
        <w:br/>
        <w:t>vt 0.930230 0.763947</w:t>
        <w:br/>
        <w:t>vt 0.925329 0.763947</w:t>
        <w:br/>
        <w:t>vt 0.925329 0.769184</w:t>
        <w:br/>
        <w:t>vt 0.930230 0.601654</w:t>
        <w:br/>
        <w:t>vt 0.925329 0.601654</w:t>
        <w:br/>
        <w:t>vt 0.925329 0.610780</w:t>
        <w:br/>
        <w:t>vt 0.930230 0.610780</w:t>
        <w:br/>
        <w:t>vt 0.925329 0.783046</w:t>
        <w:br/>
        <w:t>vt 0.930230 0.783046</w:t>
        <w:br/>
        <w:t>vt 0.930230 0.779782</w:t>
        <w:br/>
        <w:t>vt 0.925329 0.779782</w:t>
        <w:br/>
        <w:t>vt 0.925329 0.737025</w:t>
        <w:br/>
        <w:t>vt 0.925329 0.747022</w:t>
        <w:br/>
        <w:t>vt 0.930230 0.747022</w:t>
        <w:br/>
        <w:t>vt 0.930230 0.737025</w:t>
        <w:br/>
        <w:t>vt 0.925329 0.774991</w:t>
        <w:br/>
        <w:t>vt 0.930230 0.774991</w:t>
        <w:br/>
        <w:t>vt 0.925329 0.755071</w:t>
        <w:br/>
        <w:t>vt 0.925329 0.763947</w:t>
        <w:br/>
        <w:t>vt 0.930230 0.763947</w:t>
        <w:br/>
        <w:t>vt 0.930230 0.755071</w:t>
        <w:br/>
        <w:t>vt 0.930230 0.701940</w:t>
        <w:br/>
        <w:t>vt 0.930230 0.693453</w:t>
        <w:br/>
        <w:t>vt 0.925329 0.693453</w:t>
        <w:br/>
        <w:t>vt 0.925329 0.701940</w:t>
        <w:br/>
        <w:t>vt 0.930230 0.709408</w:t>
        <w:br/>
        <w:t>vt 0.925329 0.709408</w:t>
        <w:br/>
        <w:t>vt 0.925329 0.718860</w:t>
        <w:br/>
        <w:t>vt 0.930230 0.718860</w:t>
        <w:br/>
        <w:t>vt 0.925329 0.665589</w:t>
        <w:br/>
        <w:t>vt 0.925329 0.675020</w:t>
        <w:br/>
        <w:t>vt 0.930230 0.675020</w:t>
        <w:br/>
        <w:t>vt 0.930230 0.665589</w:t>
        <w:br/>
        <w:t>vt 0.925329 0.683373</w:t>
        <w:br/>
        <w:t>vt 0.925329 0.693453</w:t>
        <w:br/>
        <w:t>vt 0.930230 0.693453</w:t>
        <w:br/>
        <w:t>vt 0.930230 0.683373</w:t>
        <w:br/>
        <w:t>vt 0.925329 0.709408</w:t>
        <w:br/>
        <w:t>vt 0.930230 0.709408</w:t>
        <w:br/>
        <w:t>vt 0.930230 0.627047</w:t>
        <w:br/>
        <w:t>vt 0.930230 0.625148</w:t>
        <w:br/>
        <w:t>vt 0.925329 0.625148</w:t>
        <w:br/>
        <w:t>vt 0.925329 0.627047</w:t>
        <w:br/>
        <w:t>vt 0.930230 0.642406</w:t>
        <w:br/>
        <w:t>vt 0.925329 0.642406</w:t>
        <w:br/>
        <w:t>vt 0.925329 0.649618</w:t>
        <w:br/>
        <w:t>vt 0.930230 0.649618</w:t>
        <w:br/>
        <w:t>vt 0.930230 0.636533</w:t>
        <w:br/>
        <w:t>vt 0.930230 0.631318</w:t>
        <w:br/>
        <w:t>vt 0.925329 0.631318</w:t>
        <w:br/>
        <w:t>vt 0.925329 0.636533</w:t>
        <w:br/>
        <w:t>vt 0.925329 0.617558</w:t>
        <w:br/>
        <w:t>vt 0.930230 0.617558</w:t>
        <w:br/>
        <w:t>vt 0.930230 0.642406</w:t>
        <w:br/>
        <w:t>vt 0.925329 0.642406</w:t>
        <w:br/>
        <w:t>vt 0.930230 0.718860</w:t>
        <w:br/>
        <w:t>vt 0.925329 0.718860</w:t>
        <w:br/>
        <w:t>vt 0.925329 0.726630</w:t>
        <w:br/>
        <w:t>vt 0.930230 0.726630</w:t>
        <w:br/>
        <w:t>vt 0.930230 0.649618</w:t>
        <w:br/>
        <w:t>vt 0.925329 0.649618</w:t>
        <w:br/>
        <w:t>vt 0.925329 0.656071</w:t>
        <w:br/>
        <w:t>vt 0.930230 0.656071</w:t>
        <w:br/>
        <w:t>vt 0.930230 0.774991</w:t>
        <w:br/>
        <w:t>vt 0.925329 0.774991</w:t>
        <w:br/>
        <w:t>vt 0.930230 0.631318</w:t>
        <w:br/>
        <w:t>vt 0.925329 0.631318</w:t>
        <w:br/>
        <w:t>vt 0.925329 0.755071</w:t>
        <w:br/>
        <w:t>vt 0.930230 0.755071</w:t>
        <w:br/>
        <w:t>vt 0.925329 0.683373</w:t>
        <w:br/>
        <w:t>vt 0.930230 0.683373</w:t>
        <w:br/>
        <w:t>vt 0.925329 0.625148</w:t>
        <w:br/>
        <w:t>vt 0.930230 0.625148</w:t>
        <w:br/>
        <w:t>vt 0.125037 0.726400</w:t>
        <w:br/>
        <w:t>vt 0.123736 0.727600</w:t>
        <w:br/>
        <w:t>vt 0.126137 0.727600</w:t>
        <w:br/>
        <w:t>vt 0.122736 0.725700</w:t>
        <w:br/>
        <w:t>vt 0.121336 0.727200</w:t>
        <w:br/>
        <w:t>vt 0.121337 0.727200</w:t>
        <w:br/>
        <w:t>vt 0.122737 0.725700</w:t>
        <w:br/>
        <w:t>vt 0.123737 0.727600</w:t>
        <w:br/>
        <w:t>vt 0.125037 0.726400</w:t>
        <w:br/>
        <w:t>vt 0.126137 0.727600</w:t>
        <w:br/>
        <w:t>vt 0.126137 0.727600</w:t>
        <w:br/>
        <w:t>vt 0.127237 0.725800</w:t>
        <w:br/>
        <w:t>vt 0.128637 0.727300</w:t>
        <w:br/>
        <w:t>vt 0.128637 0.727300</w:t>
        <w:br/>
        <w:t>vt 0.127237 0.725800</w:t>
        <w:br/>
        <w:t>vt 0.126137 0.727600</w:t>
        <w:br/>
        <w:t>vt 0.125037 0.725100</w:t>
        <w:br/>
        <w:t>vt 0.125037 0.725100</w:t>
        <w:br/>
        <w:t>vt 0.127237 0.725800</w:t>
        <w:br/>
        <w:t>vt 0.127237 0.725800</w:t>
        <w:br/>
        <w:t>vt 0.124937 0.740100</w:t>
        <w:br/>
        <w:t>vt 0.123036 0.740500</w:t>
        <w:br/>
        <w:t>vt 0.124937 0.740100</w:t>
        <w:br/>
        <w:t>vt 0.123037 0.740500</w:t>
        <w:br/>
        <w:t>vt 0.126937 0.740600</w:t>
        <w:br/>
        <w:t>vt 0.124937 0.740100</w:t>
        <w:br/>
        <w:t>vt 0.124937 0.740100</w:t>
        <w:br/>
        <w:t>vt 0.126936 0.740600</w:t>
        <w:br/>
        <w:t>vt 0.125037 0.741300</w:t>
        <w:br/>
        <w:t>vt 0.125037 0.741300</w:t>
        <w:br/>
        <w:t>vt 0.126936 0.740600</w:t>
        <w:br/>
        <w:t>vt 0.257593 0.725554</w:t>
        <w:br/>
        <w:t>vt 0.258793 0.724154</w:t>
        <w:br/>
        <w:t>vt 0.260693 0.728254</w:t>
        <w:br/>
        <w:t>vt 0.258593 0.728254</w:t>
        <w:br/>
        <w:t>vt 0.258793 0.732054</w:t>
        <w:br/>
        <w:t>vt 0.257593 0.730654</w:t>
        <w:br/>
        <w:t>vt 0.252393 0.725654</w:t>
        <w:br/>
        <w:t>vt 0.254993 0.724554</w:t>
        <w:br/>
        <w:t>vt 0.254993 0.731754</w:t>
        <w:br/>
        <w:t>vt 0.252293 0.730754</w:t>
        <w:br/>
        <w:t>vt 0.254993 0.722654</w:t>
        <w:br/>
        <w:t>vt 0.254993 0.724554</w:t>
        <w:br/>
        <w:t>vt 0.252393 0.725654</w:t>
        <w:br/>
        <w:t>vt 0.250993 0.724354</w:t>
        <w:br/>
        <w:t>vt 0.252293 0.730754</w:t>
        <w:br/>
        <w:t>vt 0.251093 0.731954</w:t>
        <w:br/>
        <w:t>vt 0.249393 0.728254</w:t>
        <w:br/>
        <w:t>vt 0.251293 0.728254</w:t>
        <w:br/>
        <w:t>vt 0.254993 0.733654</w:t>
        <w:br/>
        <w:t>vt 0.254993 0.731754</w:t>
        <w:br/>
        <w:t>vt 0.257593 0.725554</w:t>
        <w:br/>
        <w:t>vt 0.257593 0.730654</w:t>
        <w:br/>
        <w:t>vt 0.251293 0.728254</w:t>
        <w:br/>
        <w:t>vt 0.258593 0.728254</w:t>
        <w:br/>
        <w:t>vt 0.057853 0.859705</w:t>
        <w:br/>
        <w:t>vt 0.057853 0.870905</w:t>
        <w:br/>
        <w:t>vt 0.053553 0.865805</w:t>
        <w:br/>
        <w:t>vt 0.057853 0.859705</w:t>
        <w:br/>
        <w:t>vt 0.053553 0.865805</w:t>
        <w:br/>
        <w:t>vt 0.057853 0.870905</w:t>
        <w:br/>
        <w:t>vt 0.066841 0.856800</w:t>
        <w:br/>
        <w:t>vt 0.065540 0.856100</w:t>
        <w:br/>
        <w:t>vt 0.065540 0.863800</w:t>
        <w:br/>
        <w:t>vt 0.066841 0.863800</w:t>
        <w:br/>
        <w:t>vt 0.065540 0.863800</w:t>
        <w:br/>
        <w:t>vt 0.065540 0.872200</w:t>
        <w:br/>
        <w:t>vt 0.066841 0.871200</w:t>
        <w:br/>
        <w:t>vt 0.066841 0.863800</w:t>
        <w:br/>
        <w:t>vt 0.064240 0.856700</w:t>
        <w:br/>
        <w:t>vt 0.064240 0.863700</w:t>
        <w:br/>
        <w:t>vt 0.064240 0.871200</w:t>
        <w:br/>
        <w:t>vt 0.065540 0.872200</w:t>
        <w:br/>
        <w:t>vt 0.065540 0.863800</w:t>
        <w:br/>
        <w:t>vt 0.064240 0.863700</w:t>
        <w:br/>
        <w:t>vt 0.224431 0.991731</w:t>
        <w:br/>
        <w:t>vt 0.226029 0.992051</w:t>
        <w:br/>
        <w:t>vt 0.224910 0.990294</w:t>
        <w:br/>
        <w:t>vt 0.223313 0.990613</w:t>
        <w:br/>
        <w:t>vt 0.222674 0.992850</w:t>
        <w:br/>
        <w:t>vt 0.224591 0.992850</w:t>
        <w:br/>
        <w:t>vt 0.224591 0.988057</w:t>
        <w:br/>
        <w:t>vt 0.222993 0.989015</w:t>
        <w:br/>
        <w:t>vt 0.222993 0.986938</w:t>
        <w:br/>
        <w:t>vt 0.225549 0.984542</w:t>
        <w:br/>
        <w:t>vt 0.224591 0.988057</w:t>
        <w:br/>
        <w:t>vt 0.226508 0.987897</w:t>
        <w:br/>
        <w:t>vt 0.226508 0.984702</w:t>
        <w:br/>
        <w:t>vt 0.226668 0.990453</w:t>
        <w:br/>
        <w:t>vt 0.220597 0.988216</w:t>
        <w:br/>
        <w:t>vt 0.222993 0.989015</w:t>
        <w:br/>
        <w:t>vt 0.221396 0.991731</w:t>
        <w:br/>
        <w:t>vt 0.225549 0.984542</w:t>
        <w:br/>
        <w:t>vt 0.226349 0.981986</w:t>
        <w:br/>
        <w:t>vt 0.225869 0.981986</w:t>
        <w:br/>
        <w:t>vt 0.224431 0.991731</w:t>
        <w:br/>
        <w:t>vt 0.224910 0.990293</w:t>
        <w:br/>
        <w:t>vt 0.226029 0.992051</w:t>
        <w:br/>
        <w:t>vt 0.223313 0.990613</w:t>
        <w:br/>
        <w:t>vt 0.222674 0.992850</w:t>
        <w:br/>
        <w:t>vt 0.222674 0.992850</w:t>
        <w:br/>
        <w:t>vt 0.224591 0.992850</w:t>
        <w:br/>
        <w:t>vt 0.222993 0.989015</w:t>
        <w:br/>
        <w:t>vt 0.224591 0.988057</w:t>
        <w:br/>
        <w:t>vt 0.222993 0.986938</w:t>
        <w:br/>
        <w:t>vt 0.225550 0.984542</w:t>
        <w:br/>
        <w:t>vt 0.224591 0.988057</w:t>
        <w:br/>
        <w:t>vt 0.226508 0.984702</w:t>
        <w:br/>
        <w:t>vt 0.226508 0.987897</w:t>
        <w:br/>
        <w:t>vt 0.226668 0.990453</w:t>
        <w:br/>
        <w:t>vt 0.222993 0.989015</w:t>
        <w:br/>
        <w:t>vt 0.220597 0.988216</w:t>
        <w:br/>
        <w:t>vt 0.221396 0.991731</w:t>
        <w:br/>
        <w:t>vt 0.225550 0.984542</w:t>
        <w:br/>
        <w:t>vt 0.225869 0.981986</w:t>
        <w:br/>
        <w:t>vt 0.226348 0.981986</w:t>
        <w:br/>
        <w:t>vt 0.303210 0.917378</w:t>
        <w:br/>
        <w:t>vt 0.302510 0.912178</w:t>
        <w:br/>
        <w:t>vt 0.300920 0.913747</w:t>
        <w:br/>
        <w:t>vt 0.298910 0.908866</w:t>
        <w:br/>
        <w:t>vt 0.298210 0.911884</w:t>
        <w:br/>
        <w:t>vt 0.294410 0.908341</w:t>
        <w:br/>
        <w:t>vt 0.294410 0.911957</w:t>
        <w:br/>
        <w:t>vt 0.292322 0.908341</w:t>
        <w:br/>
        <w:t>vt 0.291510 0.912578</w:t>
        <w:br/>
        <w:t>vt 0.282610 0.920878</w:t>
        <w:br/>
        <w:t>vt 0.288610 0.918978</w:t>
        <w:br/>
        <w:t>vt 0.284010 0.917278</w:t>
        <w:br/>
        <w:t>vt 0.284710 0.912878</w:t>
        <w:br/>
        <w:t>vt 0.291010 0.914678</w:t>
        <w:br/>
        <w:t>vt 0.283210 0.905678</w:t>
        <w:br/>
        <w:t>vt 0.290122 0.903978</w:t>
        <w:br/>
        <w:t>vt 0.287122 0.899878</w:t>
        <w:br/>
        <w:t>vt 0.280210 0.899878</w:t>
        <w:br/>
        <w:t>vt 0.303210 0.917378</w:t>
        <w:br/>
        <w:t>vt 0.300921 0.913747</w:t>
        <w:br/>
        <w:t>vt 0.302510 0.912178</w:t>
        <w:br/>
        <w:t>vt 0.298210 0.911884</w:t>
        <w:br/>
        <w:t>vt 0.298910 0.908866</w:t>
        <w:br/>
        <w:t>vt 0.294410 0.911957</w:t>
        <w:br/>
        <w:t>vt 0.294410 0.908341</w:t>
        <w:br/>
        <w:t>vt 0.292322 0.908341</w:t>
        <w:br/>
        <w:t>vt 0.291510 0.912578</w:t>
        <w:br/>
        <w:t>vt 0.282610 0.920878</w:t>
        <w:br/>
        <w:t>vt 0.284010 0.917278</w:t>
        <w:br/>
        <w:t>vt 0.288610 0.918978</w:t>
        <w:br/>
        <w:t>vt 0.284710 0.912878</w:t>
        <w:br/>
        <w:t>vt 0.291010 0.914678</w:t>
        <w:br/>
        <w:t>vt 0.283210 0.905678</w:t>
        <w:br/>
        <w:t>vt 0.290122 0.903978</w:t>
        <w:br/>
        <w:t>vt 0.280210 0.899878</w:t>
        <w:br/>
        <w:t>vt 0.287122 0.899878</w:t>
        <w:br/>
        <w:t>vt 0.809364 0.548241</w:t>
        <w:br/>
        <w:t>vt 0.809364 0.524572</w:t>
        <w:br/>
        <w:t>vt 0.811900 0.519500</w:t>
        <w:br/>
        <w:t>vt 0.811900 0.553031</w:t>
        <w:br/>
        <w:t>vt 0.807392 0.550496</w:t>
        <w:br/>
        <w:t>vt 0.799221 0.548241</w:t>
        <w:br/>
        <w:t>vt 0.796403 0.553031</w:t>
        <w:br/>
        <w:t>vt 0.796403 0.519500</w:t>
        <w:br/>
        <w:t>vt 0.799221 0.524572</w:t>
        <w:br/>
        <w:t>vt 0.800629 0.550496</w:t>
        <w:br/>
        <w:t>vt 0.811900 0.553031</w:t>
        <w:br/>
        <w:t>vt 0.816972 0.555567</w:t>
        <w:br/>
        <w:t>vt 0.813591 0.559512</w:t>
        <w:br/>
        <w:t>vt 0.794994 0.559512</w:t>
        <w:br/>
        <w:t>vt 0.796403 0.553031</w:t>
        <w:br/>
        <w:t>vt 0.811900 0.519500</w:t>
        <w:br/>
        <w:t>vt 0.816972 0.518655</w:t>
        <w:br/>
        <w:t>vt 0.791331 0.554722</w:t>
        <w:br/>
        <w:t>vt 0.791331 0.518655</w:t>
        <w:br/>
        <w:t>vt 0.796403 0.519500</w:t>
        <w:br/>
        <w:t>vt 0.794994 0.513020</w:t>
        <w:br/>
        <w:t>vt 0.813591 0.513020</w:t>
        <w:br/>
        <w:t>vt 0.800629 0.522036</w:t>
        <w:br/>
        <w:t>vt 0.811900 0.519500</w:t>
        <w:br/>
        <w:t>vt 0.807392 0.522036</w:t>
        <w:br/>
        <w:t>vt 0.800629 0.522036</w:t>
        <w:br/>
        <w:t>vt 0.796403 0.519500</w:t>
        <w:br/>
        <w:t>vt 0.807392 0.522036</w:t>
        <w:br/>
        <w:t>vt 0.883448 0.497148</w:t>
        <w:br/>
        <w:t>vt 0.888864 0.504112</w:t>
        <w:br/>
        <w:t>vt 0.871583 0.504112</w:t>
        <w:br/>
        <w:t>vt 0.876999 0.497148</w:t>
        <w:br/>
        <w:t>vt 0.891701 0.499469</w:t>
        <w:br/>
        <w:t>vt 0.884995 0.494053</w:t>
        <w:br/>
        <w:t>vt 0.884995 0.470840</w:t>
        <w:br/>
        <w:t>vt 0.891701 0.465424</w:t>
        <w:br/>
        <w:t>vt 0.883448 0.466971</w:t>
        <w:br/>
        <w:t>vt 0.888864 0.461555</w:t>
        <w:br/>
        <w:t>vt 0.871583 0.461555</w:t>
        <w:br/>
        <w:t>vt 0.876999 0.466971</w:t>
        <w:br/>
        <w:t>vt 0.868746 0.466197</w:t>
        <w:br/>
        <w:t>vt 0.875194 0.470840</w:t>
        <w:br/>
        <w:t>vt 0.868746 0.500501</w:t>
        <w:br/>
        <w:t>vt 0.875194 0.494053</w:t>
        <w:br/>
        <w:t>vt 0.800629 0.522036</w:t>
        <w:br/>
        <w:t>vt 0.799221 0.524572</w:t>
        <w:br/>
        <w:t>vt 0.796403 0.519500</w:t>
        <w:br/>
        <w:t>vt 0.796403 0.519500</w:t>
        <w:br/>
        <w:t>vt 0.791331 0.518655</w:t>
        <w:br/>
        <w:t>vt 0.794994 0.513020</w:t>
        <w:br/>
        <w:t>vt 0.796403 0.553031</w:t>
        <w:br/>
        <w:t>vt 0.791331 0.554722</w:t>
        <w:br/>
        <w:t>vt 0.813591 0.513020</w:t>
        <w:br/>
        <w:t>vt 0.811900 0.519500</w:t>
        <w:br/>
        <w:t>vt 0.811900 0.519500</w:t>
        <w:br/>
        <w:t>vt 0.807392 0.522036</w:t>
        <w:br/>
        <w:t>vt 0.809364 0.524572</w:t>
        <w:br/>
        <w:t>vt 0.807392 0.522036</w:t>
        <w:br/>
        <w:t>vt 0.799221 0.548241</w:t>
        <w:br/>
        <w:t>vt 0.796403 0.553031</w:t>
        <w:br/>
        <w:t>vt 0.800629 0.550496</w:t>
        <w:br/>
        <w:t>vt 0.807392 0.550496</w:t>
        <w:br/>
        <w:t>vt 0.811900 0.553031</w:t>
        <w:br/>
        <w:t>vt 0.796403 0.553031</w:t>
        <w:br/>
        <w:t>vt 0.794994 0.559512</w:t>
        <w:br/>
        <w:t>vt 0.811900 0.553031</w:t>
        <w:br/>
        <w:t>vt 0.813591 0.559512</w:t>
        <w:br/>
        <w:t>vt 0.816972 0.555567</w:t>
        <w:br/>
        <w:t>vt 0.816972 0.518655</w:t>
        <w:br/>
        <w:t>vt 0.811900 0.553031</w:t>
        <w:br/>
        <w:t>vt 0.809364 0.548241</w:t>
        <w:br/>
        <w:t>vt 0.871583 0.504112</w:t>
        <w:br/>
        <w:t>vt 0.876999 0.497148</w:t>
        <w:br/>
        <w:t>vt 0.883448 0.497148</w:t>
        <w:br/>
        <w:t>vt 0.888864 0.504112</w:t>
        <w:br/>
        <w:t>vt 0.891701 0.499469</w:t>
        <w:br/>
        <w:t>vt 0.884995 0.494053</w:t>
        <w:br/>
        <w:t>vt 0.891701 0.465424</w:t>
        <w:br/>
        <w:t>vt 0.884995 0.470840</w:t>
        <w:br/>
        <w:t>vt 0.883448 0.466971</w:t>
        <w:br/>
        <w:t>vt 0.888864 0.461555</w:t>
        <w:br/>
        <w:t>vt 0.876999 0.466971</w:t>
        <w:br/>
        <w:t>vt 0.871583 0.461555</w:t>
        <w:br/>
        <w:t>vt 0.868746 0.466197</w:t>
        <w:br/>
        <w:t>vt 0.875194 0.470840</w:t>
        <w:br/>
        <w:t>vt 0.868746 0.500501</w:t>
        <w:br/>
        <w:t>vt 0.875194 0.494053</w:t>
        <w:br/>
        <w:t>vt 0.522600 0.480000</w:t>
        <w:br/>
        <w:t>vt 0.522600 0.473200</w:t>
        <w:br/>
        <w:t>vt 0.524700 0.473200</w:t>
        <w:br/>
        <w:t>vt 0.524700 0.480000</w:t>
        <w:br/>
        <w:t>vt 0.524700 0.471700</w:t>
        <w:br/>
        <w:t>vt 0.524700 0.473200</w:t>
        <w:br/>
        <w:t>vt 0.522600 0.473200</w:t>
        <w:br/>
        <w:t>vt 0.522600 0.471700</w:t>
        <w:br/>
        <w:t>vt 0.522600 0.481500</w:t>
        <w:br/>
        <w:t>vt 0.522600 0.480000</w:t>
        <w:br/>
        <w:t>vt 0.524700 0.480000</w:t>
        <w:br/>
        <w:t>vt 0.524700 0.481500</w:t>
        <w:br/>
        <w:t>vt 0.524700 0.488200</w:t>
        <w:br/>
        <w:t>vt 0.522600 0.488200</w:t>
        <w:br/>
        <w:t>vt 0.522600 0.481500</w:t>
        <w:br/>
        <w:t>vt 0.524700 0.481500</w:t>
        <w:br/>
        <w:t>vt 0.133989 0.465724</w:t>
        <w:br/>
        <w:t>vt 0.138590 0.465724</w:t>
        <w:br/>
        <w:t>vt 0.138590 0.464523</w:t>
        <w:br/>
        <w:t>vt 0.133989 0.464523</w:t>
        <w:br/>
        <w:t>vt 0.133989 0.464523</w:t>
        <w:br/>
        <w:t>vt 0.138590 0.464523</w:t>
        <w:br/>
        <w:t>vt 0.138590 0.463323</w:t>
        <w:br/>
        <w:t>vt 0.133989 0.463323</w:t>
        <w:br/>
        <w:t>vt 0.138590 0.463323</w:t>
        <w:br/>
        <w:t>vt 0.138590 0.462224</w:t>
        <w:br/>
        <w:t>vt 0.133989 0.462224</w:t>
        <w:br/>
        <w:t>vt 0.133989 0.463323</w:t>
        <w:br/>
        <w:t>vt 0.138590 0.462224</w:t>
        <w:br/>
        <w:t>vt 0.138590 0.461023</w:t>
        <w:br/>
        <w:t>vt 0.133989 0.461023</w:t>
        <w:br/>
        <w:t>vt 0.133989 0.462224</w:t>
        <w:br/>
        <w:t>vt 0.131289 0.464523</w:t>
        <w:br/>
        <w:t>vt 0.131289 0.465724</w:t>
        <w:br/>
        <w:t>vt 0.131289 0.463323</w:t>
        <w:br/>
        <w:t>vt 0.131289 0.464523</w:t>
        <w:br/>
        <w:t>vt 0.131289 0.463323</w:t>
        <w:br/>
        <w:t>vt 0.131289 0.462224</w:t>
        <w:br/>
        <w:t>vt 0.131289 0.462224</w:t>
        <w:br/>
        <w:t>vt 0.131289 0.461023</w:t>
        <w:br/>
        <w:t>vt 0.126889 0.465724</w:t>
        <w:br/>
        <w:t>vt 0.126889 0.464523</w:t>
        <w:br/>
        <w:t>vt 0.126889 0.464523</w:t>
        <w:br/>
        <w:t>vt 0.126889 0.463323</w:t>
        <w:br/>
        <w:t>vt 0.126889 0.462224</w:t>
        <w:br/>
        <w:t>vt 0.126889 0.463323</w:t>
        <w:br/>
        <w:t>vt 0.126889 0.461023</w:t>
        <w:br/>
        <w:t>vt 0.126889 0.462224</w:t>
        <w:br/>
        <w:t>vt 0.123689 0.464523</w:t>
        <w:br/>
        <w:t>vt 0.123689 0.465724</w:t>
        <w:br/>
        <w:t>vt 0.123689 0.463323</w:t>
        <w:br/>
        <w:t>vt 0.123689 0.464523</w:t>
        <w:br/>
        <w:t>vt 0.123689 0.463323</w:t>
        <w:br/>
        <w:t>vt 0.123689 0.462224</w:t>
        <w:br/>
        <w:t>vt 0.123689 0.462224</w:t>
        <w:br/>
        <w:t>vt 0.123689 0.461023</w:t>
        <w:br/>
        <w:t>vt 0.119589 0.465724</w:t>
        <w:br/>
        <w:t>vt 0.119589 0.462224</w:t>
        <w:br/>
        <w:t>vt 0.119589 0.462224</w:t>
        <w:br/>
        <w:t>vt 0.063669 0.903551</w:t>
        <w:br/>
        <w:t>vt 0.063438 0.905864</w:t>
        <w:br/>
        <w:t>vt 0.059969 0.904476</w:t>
        <w:br/>
        <w:t>vt 0.059969 0.904476</w:t>
        <w:br/>
        <w:t>vt 0.056500 0.905632</w:t>
        <w:br/>
        <w:t>vt 0.056269 0.903089</w:t>
        <w:br/>
        <w:t>vt 0.056500 0.905632</w:t>
        <w:br/>
        <w:t>vt 0.058119 0.904245</w:t>
        <w:br/>
        <w:t>vt 0.056269 0.903089</w:t>
        <w:br/>
        <w:t>vt 0.061819 0.904476</w:t>
        <w:br/>
        <w:t>vt 0.063438 0.905864</w:t>
        <w:br/>
        <w:t>vt 0.063669 0.903551</w:t>
        <w:br/>
        <w:t>vt 0.062282 0.907714</w:t>
        <w:br/>
        <w:t>vt 0.059969 0.906789</w:t>
        <w:br/>
        <w:t>vt 0.057656 0.907714</w:t>
        <w:br/>
        <w:t>vt 0.057656 0.907714</w:t>
        <w:br/>
        <w:t>vt 0.059969 0.906789</w:t>
        <w:br/>
        <w:t>vt 0.059969 0.904245</w:t>
        <w:br/>
        <w:t>vt 0.062282 0.907714</w:t>
        <w:br/>
        <w:t>vt 0.059969 0.908639</w:t>
        <w:br/>
        <w:t>vt 0.059969 0.906789</w:t>
        <w:br/>
        <w:t>vt 0.059969 0.908639</w:t>
        <w:br/>
        <w:t>vt 0.059969 0.899157</w:t>
        <w:br/>
        <w:t>vt 0.057656 0.898001</w:t>
        <w:br/>
        <w:t>vt 0.057656 0.898001</w:t>
        <w:br/>
        <w:t>vt 0.059969 0.899157</w:t>
        <w:br/>
        <w:t>vt 0.059969 0.899157</w:t>
        <w:br/>
        <w:t>vt 0.062513 0.900082</w:t>
        <w:br/>
        <w:t>vt 0.062513 0.900082</w:t>
        <w:br/>
        <w:t>vt 0.059969 0.899157</w:t>
        <w:br/>
        <w:t>vt 0.063669 0.903551</w:t>
        <w:br/>
        <w:t>vt 0.059969 0.904476</w:t>
        <w:br/>
        <w:t>vt 0.063438 0.905864</w:t>
        <w:br/>
        <w:t>vt 0.059969 0.904476</w:t>
        <w:br/>
        <w:t>vt 0.056269 0.903089</w:t>
        <w:br/>
        <w:t>vt 0.056500 0.905632</w:t>
        <w:br/>
        <w:t>vt 0.056500 0.905633</w:t>
        <w:br/>
        <w:t>vt 0.056269 0.903089</w:t>
        <w:br/>
        <w:t>vt 0.058119 0.904245</w:t>
        <w:br/>
        <w:t>vt 0.061819 0.904476</w:t>
        <w:br/>
        <w:t>vt 0.063669 0.903551</w:t>
        <w:br/>
        <w:t>vt 0.063438 0.905864</w:t>
        <w:br/>
        <w:t>vt 0.062282 0.907714</w:t>
        <w:br/>
        <w:t>vt 0.059969 0.906789</w:t>
        <w:br/>
        <w:t>vt 0.057656 0.907714</w:t>
        <w:br/>
        <w:t>vt 0.057656 0.907714</w:t>
        <w:br/>
        <w:t>vt 0.059969 0.906789</w:t>
        <w:br/>
        <w:t>vt 0.059969 0.904245</w:t>
        <w:br/>
        <w:t>vt 0.062282 0.907714</w:t>
        <w:br/>
        <w:t>vt 0.059969 0.908639</w:t>
        <w:br/>
        <w:t>vt 0.059969 0.906789</w:t>
        <w:br/>
        <w:t>vt 0.059969 0.908639</w:t>
        <w:br/>
        <w:t>vt 0.057656 0.898001</w:t>
        <w:br/>
        <w:t>vt 0.059969 0.899157</w:t>
        <w:br/>
        <w:t>vt 0.059969 0.899157</w:t>
        <w:br/>
        <w:t>vt 0.062513 0.900082</w:t>
        <w:br/>
        <w:t>vt 0.059969 0.899157</w:t>
        <w:br/>
        <w:t>vt 0.059969 0.899157</w:t>
        <w:br/>
        <w:t>vt 0.062513 0.900082</w:t>
        <w:br/>
        <w:t>vt 0.258681 0.988672</w:t>
        <w:br/>
        <w:t>vt 0.258681 0.991514</w:t>
        <w:br/>
        <w:t>vt 0.255620 0.988672</w:t>
        <w:br/>
        <w:t>vt 0.258681 0.985611</w:t>
        <w:br/>
        <w:t>vt 0.261524 0.988672</w:t>
        <w:br/>
        <w:t>vt 0.258681 0.994356</w:t>
        <w:br/>
        <w:t>vt 0.254308 0.992826</w:t>
        <w:br/>
        <w:t>vt 0.252778 0.988672</w:t>
        <w:br/>
        <w:t>vt 0.254308 0.984299</w:t>
        <w:br/>
        <w:t>vt 0.258681 0.982768</w:t>
        <w:br/>
        <w:t>vt 0.262836 0.984299</w:t>
        <w:br/>
        <w:t>vt 0.264585 0.988672</w:t>
        <w:br/>
        <w:t>vt 0.262836 0.992826</w:t>
        <w:br/>
        <w:t>vt 0.258681 0.991514</w:t>
        <w:br/>
        <w:t>vt 0.254309 0.992826</w:t>
        <w:br/>
        <w:t>vt 0.258681 0.994356</w:t>
        <w:br/>
        <w:t>vt 0.255620 0.988672</w:t>
        <w:br/>
        <w:t>vt 0.252778 0.988672</w:t>
        <w:br/>
        <w:t>vt 0.254309 0.984299</w:t>
        <w:br/>
        <w:t>vt 0.258681 0.985611</w:t>
        <w:br/>
        <w:t>vt 0.258681 0.982768</w:t>
        <w:br/>
        <w:t>vt 0.262836 0.984299</w:t>
        <w:br/>
        <w:t>vt 0.261523 0.988672</w:t>
        <w:br/>
        <w:t>vt 0.264585 0.988672</w:t>
        <w:br/>
        <w:t>vt 0.262836 0.992826</w:t>
        <w:br/>
        <w:t>vt 0.262836 0.992826</w:t>
        <w:br/>
        <w:t>vt 0.258681 0.988672</w:t>
        <w:br/>
        <w:t>vt 0.300460 0.991467</w:t>
        <w:br/>
        <w:t>vt 0.301528 0.989927</w:t>
        <w:br/>
        <w:t>vt 0.299886 0.988018</w:t>
        <w:br/>
        <w:t>vt 0.298207 0.991467</w:t>
        <w:br/>
        <w:t>vt 0.306970 0.989927</w:t>
        <w:br/>
        <w:t>vt 0.308439 0.988018</w:t>
        <w:br/>
        <w:t>vt 0.292462 0.993674</w:t>
        <w:br/>
        <w:t>vt 0.301130 0.993674</w:t>
        <w:br/>
        <w:t>vt 0.292193 0.991467</w:t>
        <w:br/>
        <w:t>vt 0.279876 0.991141</w:t>
        <w:br/>
        <w:t>vt 0.282260 0.991141</w:t>
        <w:br/>
        <w:t>vt 0.280161 0.988457</w:t>
        <w:br/>
        <w:t>vt 0.278826 0.990456</w:t>
        <w:br/>
        <w:t>vt 0.271717 0.988457</w:t>
        <w:br/>
        <w:t>vt 0.273366 0.990456</w:t>
        <w:br/>
        <w:t>vt 0.279705 0.993379</w:t>
        <w:br/>
        <w:t>vt 0.285453 0.985743</w:t>
        <w:br/>
        <w:t>vt 0.285453 0.986543</w:t>
        <w:br/>
        <w:t>vt 0.286087 0.986543</w:t>
        <w:br/>
        <w:t>vt 0.286087 0.985743</w:t>
        <w:br/>
        <w:t>vt 0.292753 0.985743</w:t>
        <w:br/>
        <w:t>vt 0.292753 0.986543</w:t>
        <w:br/>
        <w:t>vt 0.293864 0.986543</w:t>
        <w:br/>
        <w:t>vt 0.293864 0.985743</w:t>
        <w:br/>
        <w:t>vt 0.283628 0.985743</w:t>
        <w:br/>
        <w:t>vt 0.283628 0.986543</w:t>
        <w:br/>
        <w:t>vt 0.296720 0.986543</w:t>
        <w:br/>
        <w:t>vt 0.296720 0.985743</w:t>
        <w:br/>
        <w:t>vt 0.289817 0.985743</w:t>
        <w:br/>
        <w:t>vt 0.289817 0.986543</w:t>
        <w:br/>
        <w:t>vt 0.290690 0.986543</w:t>
        <w:br/>
        <w:t>vt 0.290690 0.985743</w:t>
        <w:br/>
        <w:t>vt 0.290690 0.985743</w:t>
        <w:br/>
        <w:t>vt 0.290690 0.986543</w:t>
        <w:br/>
        <w:t>vt 0.286802 0.985743</w:t>
        <w:br/>
        <w:t>vt 0.286802 0.986543</w:t>
        <w:br/>
        <w:t>vt 0.286802 0.985743</w:t>
        <w:br/>
        <w:t>vt 0.286802 0.986543</w:t>
        <w:br/>
        <w:t>vt 0.288356 0.993379</w:t>
        <w:br/>
        <w:t>vt 0.288078 0.991141</w:t>
        <w:br/>
        <w:t>vt 0.299886 0.988018</w:t>
        <w:br/>
        <w:t>vt 0.301529 0.989927</w:t>
        <w:br/>
        <w:t>vt 0.300461 0.991467</w:t>
        <w:br/>
        <w:t>vt 0.298207 0.991467</w:t>
        <w:br/>
        <w:t>vt 0.308439 0.988018</w:t>
        <w:br/>
        <w:t>vt 0.306970 0.989927</w:t>
        <w:br/>
        <w:t>vt 0.292462 0.993674</w:t>
        <w:br/>
        <w:t>vt 0.292193 0.991467</w:t>
        <w:br/>
        <w:t>vt 0.301130 0.993674</w:t>
        <w:br/>
        <w:t>vt 0.280161 0.988458</w:t>
        <w:br/>
        <w:t>vt 0.282260 0.991141</w:t>
        <w:br/>
        <w:t>vt 0.279876 0.991141</w:t>
        <w:br/>
        <w:t>vt 0.278827 0.990456</w:t>
        <w:br/>
        <w:t>vt 0.273366 0.990456</w:t>
        <w:br/>
        <w:t>vt 0.271717 0.988458</w:t>
        <w:br/>
        <w:t>vt 0.279705 0.993379</w:t>
        <w:br/>
        <w:t>vt 0.286087 0.986543</w:t>
        <w:br/>
        <w:t>vt 0.285453 0.986543</w:t>
        <w:br/>
        <w:t>vt 0.285453 0.985743</w:t>
        <w:br/>
        <w:t>vt 0.286087 0.985743</w:t>
        <w:br/>
        <w:t>vt 0.293864 0.986543</w:t>
        <w:br/>
        <w:t>vt 0.292753 0.986543</w:t>
        <w:br/>
        <w:t>vt 0.292753 0.985743</w:t>
        <w:br/>
        <w:t>vt 0.293864 0.985743</w:t>
        <w:br/>
        <w:t>vt 0.283628 0.986543</w:t>
        <w:br/>
        <w:t>vt 0.283628 0.985743</w:t>
        <w:br/>
        <w:t>vt 0.296720 0.985743</w:t>
        <w:br/>
        <w:t>vt 0.296720 0.986543</w:t>
        <w:br/>
        <w:t>vt 0.290690 0.986543</w:t>
        <w:br/>
        <w:t>vt 0.289817 0.986543</w:t>
        <w:br/>
        <w:t>vt 0.289817 0.985743</w:t>
        <w:br/>
        <w:t>vt 0.290690 0.985743</w:t>
        <w:br/>
        <w:t>vt 0.290690 0.986543</w:t>
        <w:br/>
        <w:t>vt 0.290690 0.985743</w:t>
        <w:br/>
        <w:t>vt 0.286802 0.985743</w:t>
        <w:br/>
        <w:t>vt 0.286802 0.986543</w:t>
        <w:br/>
        <w:t>vt 0.286802 0.986543</w:t>
        <w:br/>
        <w:t>vt 0.286802 0.985743</w:t>
        <w:br/>
        <w:t>vt 0.288356 0.993379</w:t>
        <w:br/>
        <w:t>vt 0.288078 0.991141</w:t>
        <w:br/>
        <w:t>vt 0.315024 0.981658</w:t>
        <w:br/>
        <w:t>vt 0.313824 0.980358</w:t>
        <w:br/>
        <w:t>vt 0.315024 0.979158</w:t>
        <w:br/>
        <w:t>vt 0.289044 0.962300</w:t>
        <w:br/>
        <w:t>vt 0.291330 0.962300</w:t>
        <w:br/>
        <w:t>vt 0.291330 0.977500</w:t>
        <w:br/>
        <w:t>vt 0.289044 0.977500</w:t>
        <w:br/>
        <w:t>vt 0.286631 0.962300</w:t>
        <w:br/>
        <w:t>vt 0.289044 0.962300</w:t>
        <w:br/>
        <w:t>vt 0.289044 0.977500</w:t>
        <w:br/>
        <w:t>vt 0.286631 0.977500</w:t>
        <w:br/>
        <w:t>vt 0.293743 0.962300</w:t>
        <w:br/>
        <w:t>vt 0.296029 0.962300</w:t>
        <w:br/>
        <w:t>vt 0.296029 0.977500</w:t>
        <w:br/>
        <w:t>vt 0.293743 0.977500</w:t>
        <w:br/>
        <w:t>vt 0.291330 0.977500</w:t>
        <w:br/>
        <w:t>vt 0.291330 0.962300</w:t>
        <w:br/>
        <w:t>vt 0.293743 0.962300</w:t>
        <w:br/>
        <w:t>vt 0.293743 0.977500</w:t>
        <w:br/>
        <w:t>vt 0.316324 0.980358</w:t>
        <w:br/>
        <w:t>vt 0.006985 0.730607</w:t>
        <w:br/>
        <w:t>vt 0.010773 0.730859</w:t>
        <w:br/>
        <w:t>vt 0.011657 0.728334</w:t>
        <w:br/>
        <w:t>vt 0.006985 0.724167</w:t>
        <w:br/>
        <w:t>vt 0.006985 0.707501</w:t>
        <w:br/>
        <w:t>vt 0.006985 0.715834</w:t>
        <w:br/>
        <w:t>vt 0.009485 0.710657</w:t>
        <w:br/>
        <w:t>vt 0.010798 0.714319</w:t>
        <w:br/>
        <w:t>vt 0.013677 0.724167</w:t>
        <w:br/>
        <w:t>vt 0.013677 0.726996</w:t>
        <w:br/>
        <w:t>vt 0.013804 0.719067</w:t>
        <w:br/>
        <w:t>vt 0.011783 0.717854</w:t>
        <w:br/>
        <w:t>vt 0.017970 0.724167</w:t>
        <w:br/>
        <w:t>vt 0.021379 0.727071</w:t>
        <w:br/>
        <w:t>vt 0.025167 0.724167</w:t>
        <w:br/>
        <w:t>vt 0.021632 0.720885</w:t>
        <w:br/>
        <w:t>vt 0.018223 0.727955</w:t>
        <w:br/>
        <w:t>vt 0.018475 0.719117</w:t>
        <w:br/>
        <w:t>vt 0.010900 0.734016</w:t>
        <w:br/>
        <w:t>vt 0.006985 0.738561</w:t>
        <w:br/>
        <w:t>vt 0.011531 0.738688</w:t>
        <w:br/>
        <w:t>vt 0.006985 0.744370</w:t>
        <w:br/>
        <w:t>vt 0.015950 0.719067</w:t>
        <w:br/>
        <w:t>vt 0.015697 0.726996</w:t>
        <w:br/>
        <w:t>vt 0.006985 0.730607</w:t>
        <w:br/>
        <w:t>vt 0.006985 0.724167</w:t>
        <w:br/>
        <w:t>vt 0.011657 0.728334</w:t>
        <w:br/>
        <w:t>vt 0.010773 0.730859</w:t>
        <w:br/>
        <w:t>vt 0.006985 0.707501</w:t>
        <w:br/>
        <w:t>vt 0.009485 0.710657</w:t>
        <w:br/>
        <w:t>vt 0.006985 0.715834</w:t>
        <w:br/>
        <w:t>vt 0.010798 0.714319</w:t>
        <w:br/>
        <w:t>vt 0.013677 0.724167</w:t>
        <w:br/>
        <w:t>vt 0.013677 0.726996</w:t>
        <w:br/>
        <w:t>vt 0.011783 0.717855</w:t>
        <w:br/>
        <w:t>vt 0.013803 0.719067</w:t>
        <w:br/>
        <w:t>vt 0.017970 0.724167</w:t>
        <w:br/>
        <w:t>vt 0.025167 0.724167</w:t>
        <w:br/>
        <w:t>vt 0.021379 0.727071</w:t>
        <w:br/>
        <w:t>vt 0.021632 0.720885</w:t>
        <w:br/>
        <w:t>vt 0.018223 0.727955</w:t>
        <w:br/>
        <w:t>vt 0.018475 0.719117</w:t>
        <w:br/>
        <w:t>vt 0.010899 0.734016</w:t>
        <w:br/>
        <w:t>vt 0.011531 0.738688</w:t>
        <w:br/>
        <w:t>vt 0.006985 0.738561</w:t>
        <w:br/>
        <w:t>vt 0.006985 0.744369</w:t>
        <w:br/>
        <w:t>vt 0.015950 0.719067</w:t>
        <w:br/>
        <w:t>vt 0.015697 0.726996</w:t>
        <w:br/>
        <w:t>vt 0.074467 0.854640</w:t>
        <w:br/>
        <w:t>vt 0.074467 0.859841</w:t>
        <w:br/>
        <w:t>vt 0.075167 0.859841</w:t>
        <w:br/>
        <w:t>vt 0.075167 0.854640</w:t>
        <w:br/>
        <w:t>vt 0.074467 0.864841</w:t>
        <w:br/>
        <w:t>vt 0.075167 0.864841</w:t>
        <w:br/>
        <w:t>vt 0.074467 0.869841</w:t>
        <w:br/>
        <w:t>vt 0.075167 0.869841</w:t>
        <w:br/>
        <w:t>vt 0.074467 0.875141</w:t>
        <w:br/>
        <w:t>vt 0.075167 0.875141</w:t>
        <w:br/>
        <w:t>vt 0.077567 0.854640</w:t>
        <w:br/>
        <w:t>vt 0.077567 0.859841</w:t>
        <w:br/>
        <w:t>vt 0.077567 0.864841</w:t>
        <w:br/>
        <w:t>vt 0.077567 0.869841</w:t>
        <w:br/>
        <w:t>vt 0.075167 0.875141</w:t>
        <w:br/>
        <w:t>vt 0.077567 0.875141</w:t>
        <w:br/>
        <w:t>vt 0.077567 0.854640</w:t>
        <w:br/>
        <w:t>vt 0.077567 0.859841</w:t>
        <w:br/>
        <w:t>vt 0.078767 0.859841</w:t>
        <w:br/>
        <w:t>vt 0.078767 0.854640</w:t>
        <w:br/>
        <w:t>vt 0.077567 0.864841</w:t>
        <w:br/>
        <w:t>vt 0.078767 0.864841</w:t>
        <w:br/>
        <w:t>vt 0.077567 0.869841</w:t>
        <w:br/>
        <w:t>vt 0.078767 0.869841</w:t>
        <w:br/>
        <w:t>vt 0.077567 0.875141</w:t>
        <w:br/>
        <w:t>vt 0.078767 0.875141</w:t>
        <w:br/>
        <w:t>vt 0.078767 0.854640</w:t>
        <w:br/>
        <w:t>vt 0.078767 0.859841</w:t>
        <w:br/>
        <w:t>vt 0.082767 0.859841</w:t>
        <w:br/>
        <w:t>vt 0.082767 0.854640</w:t>
        <w:br/>
        <w:t>vt 0.078767 0.864841</w:t>
        <w:br/>
        <w:t>vt 0.082767 0.864841</w:t>
        <w:br/>
        <w:t>vt 0.078767 0.869841</w:t>
        <w:br/>
        <w:t>vt 0.082767 0.869841</w:t>
        <w:br/>
        <w:t>vt 0.078767 0.875141</w:t>
        <w:br/>
        <w:t>vt 0.082767 0.875141</w:t>
        <w:br/>
        <w:t>vt 0.075167 0.854641</w:t>
        <w:br/>
        <w:t>vt 0.075167 0.859841</w:t>
        <w:br/>
        <w:t>vt 0.074467 0.859841</w:t>
        <w:br/>
        <w:t>vt 0.074467 0.854641</w:t>
        <w:br/>
        <w:t>vt 0.075167 0.864841</w:t>
        <w:br/>
        <w:t>vt 0.074467 0.864841</w:t>
        <w:br/>
        <w:t>vt 0.075167 0.869841</w:t>
        <w:br/>
        <w:t>vt 0.074467 0.869841</w:t>
        <w:br/>
        <w:t>vt 0.075167 0.875141</w:t>
        <w:br/>
        <w:t>vt 0.074467 0.875141</w:t>
        <w:br/>
        <w:t>vt 0.077567 0.854641</w:t>
        <w:br/>
        <w:t>vt 0.077567 0.859841</w:t>
        <w:br/>
        <w:t>vt 0.077567 0.864841</w:t>
        <w:br/>
        <w:t>vt 0.077567 0.869841</w:t>
        <w:br/>
        <w:t>vt 0.077567 0.875141</w:t>
        <w:br/>
        <w:t>vt 0.078767 0.859841</w:t>
        <w:br/>
        <w:t>vt 0.077567 0.859841</w:t>
        <w:br/>
        <w:t>vt 0.077567 0.854641</w:t>
        <w:br/>
        <w:t>vt 0.078767 0.854641</w:t>
        <w:br/>
        <w:t>vt 0.078767 0.864841</w:t>
        <w:br/>
        <w:t>vt 0.077567 0.864841</w:t>
        <w:br/>
        <w:t>vt 0.078767 0.869841</w:t>
        <w:br/>
        <w:t>vt 0.077567 0.869841</w:t>
        <w:br/>
        <w:t>vt 0.078767 0.875141</w:t>
        <w:br/>
        <w:t>vt 0.077567 0.875141</w:t>
        <w:br/>
        <w:t>vt 0.082767 0.859841</w:t>
        <w:br/>
        <w:t>vt 0.078767 0.859841</w:t>
        <w:br/>
        <w:t>vt 0.078767 0.854641</w:t>
        <w:br/>
        <w:t>vt 0.082767 0.854641</w:t>
        <w:br/>
        <w:t>vt 0.082767 0.864841</w:t>
        <w:br/>
        <w:t>vt 0.078767 0.864841</w:t>
        <w:br/>
        <w:t>vt 0.082767 0.869841</w:t>
        <w:br/>
        <w:t>vt 0.078767 0.869841</w:t>
        <w:br/>
        <w:t>vt 0.082767 0.875141</w:t>
        <w:br/>
        <w:t>vt 0.078767 0.875141</w:t>
        <w:br/>
        <w:t>vt 0.106189 0.910800</w:t>
        <w:br/>
        <w:t>vt 0.108541 0.906276</w:t>
        <w:br/>
        <w:t>vt 0.111346 0.910800</w:t>
        <w:br/>
        <w:t>vt 0.111346 0.901932</w:t>
        <w:br/>
        <w:t>vt 0.108541 0.906276</w:t>
        <w:br/>
        <w:t>vt 0.106189 0.901932</w:t>
        <w:br/>
        <w:t>vt 0.113518 0.906276</w:t>
        <w:br/>
        <w:t>vt 0.103837 0.906276</w:t>
        <w:br/>
        <w:t>vt 0.102124 0.856281</w:t>
        <w:br/>
        <w:t>vt 0.101024 0.854781</w:t>
        <w:br/>
        <w:t>vt 0.102624 0.854781</w:t>
        <w:br/>
        <w:t>vt 0.102124 0.853281</w:t>
        <w:br/>
        <w:t>vt 0.103424 0.853081</w:t>
        <w:br/>
        <w:t>vt 0.103724 0.854781</w:t>
        <w:br/>
        <w:t>vt 0.102324 0.851981</w:t>
        <w:br/>
        <w:t>vt 0.101024 0.852781</w:t>
        <w:br/>
        <w:t>vt 0.099924 0.853281</w:t>
        <w:br/>
        <w:t>vt 0.099724 0.851881</w:t>
        <w:br/>
        <w:t>vt 0.098724 0.853081</w:t>
        <w:br/>
        <w:t>vt 0.099424 0.854781</w:t>
        <w:br/>
        <w:t>vt 0.098324 0.854681</w:t>
        <w:br/>
        <w:t>vt 0.098624 0.856381</w:t>
        <w:br/>
        <w:t>vt 0.103424 0.856381</w:t>
        <w:br/>
        <w:t>vt 0.102324 0.857481</w:t>
        <w:br/>
        <w:t>vt 0.101024 0.856781</w:t>
        <w:br/>
        <w:t>vt 0.099824 0.856181</w:t>
        <w:br/>
        <w:t>vt 0.099724 0.857481</w:t>
        <w:br/>
        <w:t>vt 0.101024 0.851581</w:t>
        <w:br/>
        <w:t>vt 0.101024 0.857781</w:t>
        <w:br/>
        <w:t>vt 0.251603 0.457326</w:t>
        <w:br/>
        <w:t>vt 0.253999 0.449171</w:t>
        <w:br/>
        <w:t>vt 0.254713 0.459031</w:t>
        <w:br/>
        <w:t>vt 0.260740 0.451146</w:t>
        <w:br/>
        <w:t>vt 0.268047 0.452901</w:t>
        <w:br/>
        <w:t>vt 0.266757 0.456538</w:t>
        <w:br/>
        <w:t>vt 0.261733 0.458906</w:t>
        <w:br/>
        <w:t>vt 0.257992 0.459578</w:t>
        <w:br/>
        <w:t>vt 0.236771 0.444874</w:t>
        <w:br/>
        <w:t>vt 0.241583 0.445920</w:t>
        <w:br/>
        <w:t>vt 0.242107 0.453879</w:t>
        <w:br/>
        <w:t>vt 0.233439 0.453938</w:t>
        <w:br/>
        <w:t>vt 0.233300 0.444878</w:t>
        <w:br/>
        <w:t>vt 0.215087 0.463455</w:t>
        <w:br/>
        <w:t>vt 0.217727 0.456475</w:t>
        <w:br/>
        <w:t>vt 0.218859 0.464410</w:t>
        <w:br/>
        <w:t>vt 0.222107 0.463329</w:t>
        <w:br/>
        <w:t>vt 0.222465 0.461111</w:t>
        <w:br/>
        <w:t>vt 0.225564 0.455363</w:t>
        <w:br/>
        <w:t>vt 0.224640 0.463724</w:t>
        <w:br/>
        <w:t>vt 0.229850 0.465709</w:t>
        <w:br/>
        <w:t>vt 0.227179 0.465139</w:t>
        <w:br/>
        <w:t>vt 0.248095 0.463567</w:t>
        <w:br/>
        <w:t>vt 0.243624 0.463675</w:t>
        <w:br/>
        <w:t>vt 0.222609 0.450460</w:t>
        <w:br/>
        <w:t>vt 0.217676 0.451788</w:t>
        <w:br/>
        <w:t>vt 0.213637 0.452011</w:t>
        <w:br/>
        <w:t>vt 0.239298 0.462018</w:t>
        <w:br/>
        <w:t>vt 0.235850 0.459668</w:t>
        <w:br/>
        <w:t>vt 0.226499 0.448532</w:t>
        <w:br/>
        <w:t>vt 0.229741 0.446431</w:t>
        <w:br/>
        <w:t>vt 0.212578 0.460706</w:t>
        <w:br/>
        <w:t>vt 0.211125 0.457637</w:t>
        <w:br/>
        <w:t>vt 0.251245 0.462506</w:t>
        <w:br/>
        <w:t>vt 0.254213 0.460564</w:t>
        <w:br/>
        <w:t>vt 0.210193 0.456094</w:t>
        <w:br/>
        <w:t>vt 0.210460 0.451954</w:t>
        <w:br/>
        <w:t>vt 0.208579 0.452241</w:t>
        <w:br/>
        <w:t>vt 0.208978 0.456141</w:t>
        <w:br/>
        <w:t>vt 0.206762 0.453332</w:t>
        <w:br/>
        <w:t>vt 0.206107 0.455101</w:t>
        <w:br/>
        <w:t>vt 0.208022 0.456952</w:t>
        <w:br/>
        <w:t>vt 0.205925 0.457181</w:t>
        <w:br/>
        <w:t>vt 0.207894 0.458306</w:t>
        <w:br/>
        <w:t>vt 0.206074 0.458887</w:t>
        <w:br/>
        <w:t>vt 0.207921 0.459423</w:t>
        <w:br/>
        <w:t>vt 0.206570 0.459805</w:t>
        <w:br/>
        <w:t>vt 0.207300 0.460369</w:t>
        <w:br/>
        <w:t>vt 0.293828 0.451596</w:t>
        <w:br/>
        <w:t>vt 0.281043 0.445741</w:t>
        <w:br/>
        <w:t>vt 0.287973 0.438810</w:t>
        <w:br/>
        <w:t>vt 0.300759 0.442395</w:t>
        <w:br/>
        <w:t>vt 0.299803 0.457093</w:t>
        <w:br/>
        <w:t>vt 0.308287 0.453150</w:t>
        <w:br/>
        <w:t>vt 0.308884 0.459961</w:t>
        <w:br/>
        <w:t>vt 0.306016 0.463665</w:t>
        <w:br/>
        <w:t>vt 0.306494 0.448609</w:t>
        <w:br/>
        <w:t>vt 0.275785 0.443232</w:t>
        <w:br/>
        <w:t>vt 0.279131 0.432358</w:t>
        <w:br/>
        <w:t>vt 0.272439 0.440842</w:t>
        <w:br/>
        <w:t>vt 0.259415 0.412522</w:t>
        <w:br/>
        <w:t>vt 0.263119 0.410730</w:t>
        <w:br/>
        <w:t>vt 0.258220 0.420289</w:t>
        <w:br/>
        <w:t>vt 0.265509 0.418736</w:t>
        <w:br/>
        <w:t>vt 0.267660 0.409893</w:t>
        <w:br/>
        <w:t>vt 0.271961 0.411686</w:t>
        <w:br/>
        <w:t>vt 0.272917 0.417541</w:t>
        <w:br/>
        <w:t>vt 0.274232 0.415271</w:t>
        <w:br/>
        <w:t>vt 0.276741 0.416585</w:t>
        <w:br/>
        <w:t>vt 0.272439 0.425308</w:t>
        <w:br/>
        <w:t>vt 0.280326 0.417063</w:t>
        <w:br/>
        <w:t>vt 0.283313 0.418258</w:t>
        <w:br/>
        <w:t>vt 0.298847 0.433314</w:t>
        <w:br/>
        <w:t>vt 0.301356 0.435345</w:t>
        <w:br/>
        <w:t>vt 0.265867 0.428056</w:t>
        <w:br/>
        <w:t>vt 0.261924 0.423277</w:t>
        <w:br/>
        <w:t>vt 0.289646 0.428893</w:t>
        <w:br/>
        <w:t>vt 0.294665 0.430207</w:t>
        <w:br/>
        <w:t>vt 0.268376 0.432597</w:t>
        <w:br/>
        <w:t>vt 0.303866 0.437616</w:t>
        <w:br/>
        <w:t>vt 0.257383 0.413478</w:t>
        <w:br/>
        <w:t>vt 0.254993 0.418019</w:t>
        <w:br/>
        <w:t>vt 0.253320 0.416346</w:t>
        <w:br/>
        <w:t>vt 0.256308 0.412522</w:t>
        <w:br/>
        <w:t>vt 0.252365 0.413598</w:t>
        <w:br/>
        <w:t>vt 0.253320 0.411208</w:t>
        <w:br/>
        <w:t>vt 0.256188 0.411208</w:t>
        <w:br/>
        <w:t>vt 0.257264 0.410371</w:t>
        <w:br/>
        <w:t>vt 0.255591 0.409176</w:t>
        <w:br/>
        <w:t>vt 0.257861 0.408460</w:t>
        <w:br/>
        <w:t>vt 0.258459 0.410252</w:t>
        <w:br/>
        <w:t>vt 0.259415 0.408938</w:t>
        <w:br/>
        <w:t>vt 0.260490 0.410730</w:t>
        <w:br/>
        <w:t>vt 0.259415 0.411447</w:t>
        <w:br/>
        <w:t>vt 0.291319 0.454225</w:t>
        <w:br/>
        <w:t>vt 0.278892 0.448848</w:t>
        <w:br/>
        <w:t>vt 0.254435 0.446835</w:t>
        <w:br/>
        <w:t>vt 0.242076 0.443368</w:t>
        <w:br/>
        <w:t>vt 0.303746 0.445383</w:t>
        <w:br/>
        <w:t>vt 0.300759 0.442395</w:t>
        <w:br/>
        <w:t>vt 0.302193 0.442276</w:t>
        <w:br/>
        <w:t>vt 0.306016 0.463665</w:t>
        <w:br/>
        <w:t>vt 0.307331 0.465816</w:t>
        <w:br/>
        <w:t>vt 0.305180 0.464382</w:t>
        <w:br/>
        <w:t>vt 0.268472 0.451996</w:t>
        <w:br/>
        <w:t>vt 0.270421 0.453023</w:t>
        <w:br/>
        <w:t>vt 0.268047 0.452901</w:t>
        <w:br/>
        <w:t>vt 0.297652 0.458885</w:t>
        <w:br/>
        <w:t>vt 0.299803 0.457093</w:t>
        <w:br/>
        <w:t>vt 0.261138 0.449123</w:t>
        <w:br/>
        <w:t>vt 0.273395 0.446338</w:t>
        <w:br/>
        <w:t>vt 0.237048 0.442264</w:t>
        <w:br/>
        <w:t>vt 0.269691 0.443351</w:t>
        <w:br/>
        <w:t>vt 0.232968 0.442291</w:t>
        <w:br/>
        <w:t>vt 0.266943 0.438691</w:t>
        <w:br/>
        <w:t>vt 0.270049 0.436899</w:t>
        <w:br/>
        <w:t>vt 0.228842 0.444064</w:t>
        <w:br/>
        <w:t>vt 0.263477 0.429490</w:t>
        <w:br/>
        <w:t>vt 0.260132 0.424830</w:t>
        <w:br/>
        <w:t>vt 0.261924 0.423277</w:t>
        <w:br/>
        <w:t>vt 0.265867 0.428056</w:t>
        <w:br/>
        <w:t>vt 0.217527 0.450083</w:t>
        <w:br/>
        <w:t>vt 0.222008 0.448542</w:t>
        <w:br/>
        <w:t>vt 0.256666 0.421723</w:t>
        <w:br/>
        <w:t>vt 0.258220 0.420289</w:t>
        <w:br/>
        <w:t>vt 0.213637 0.452011</w:t>
        <w:br/>
        <w:t>vt 0.213725 0.450461</w:t>
        <w:br/>
        <w:t>vt 0.265509 0.434150</w:t>
        <w:br/>
        <w:t>vt 0.225641 0.446361</w:t>
        <w:br/>
        <w:t>vt 0.300759 0.442395</w:t>
        <w:br/>
        <w:t>vt 0.303866 0.437616</w:t>
        <w:br/>
        <w:t>vt 0.302193 0.442276</w:t>
        <w:br/>
        <w:t>vt 0.253679 0.418975</w:t>
        <w:br/>
        <w:t>vt 0.254993 0.418019</w:t>
        <w:br/>
        <w:t>vt 0.210460 0.451954</w:t>
        <w:br/>
        <w:t>vt 0.210412 0.450738</w:t>
        <w:br/>
        <w:t>vt 0.213725 0.450461</w:t>
        <w:br/>
        <w:t>vt 0.252245 0.416704</w:t>
        <w:br/>
        <w:t>vt 0.253320 0.416346</w:t>
        <w:br/>
        <w:t>vt 0.208579 0.452241</w:t>
        <w:br/>
        <w:t>vt 0.208278 0.451282</w:t>
        <w:br/>
        <w:t>vt 0.206762 0.453332</w:t>
        <w:br/>
        <w:t>vt 0.205776 0.452515</w:t>
        <w:br/>
        <w:t>vt 0.206107 0.455101</w:t>
        <w:br/>
        <w:t>vt 0.204811 0.454757</w:t>
        <w:br/>
        <w:t>vt 0.206074 0.458887</w:t>
        <w:br/>
        <w:t>vt 0.205118 0.459697</w:t>
        <w:br/>
        <w:t>vt 0.204652 0.457445</w:t>
        <w:br/>
        <w:t>vt 0.205925 0.457181</w:t>
        <w:br/>
        <w:t>vt 0.206570 0.459805</w:t>
        <w:br/>
        <w:t>vt 0.206010 0.461044</w:t>
        <w:br/>
        <w:t>vt 0.207871 0.460659</w:t>
        <w:br/>
        <w:t>vt 0.207996 0.461757</w:t>
        <w:br/>
        <w:t>vt 0.207053 0.461645</w:t>
        <w:br/>
        <w:t>vt 0.207300 0.460369</w:t>
        <w:br/>
        <w:t>vt 0.208597 0.460713</w:t>
        <w:br/>
        <w:t>vt 0.286300 0.420887</w:t>
        <w:br/>
        <w:t>vt 0.233065 0.465452</w:t>
        <w:br/>
        <w:t>vt 0.284986 0.428534</w:t>
        <w:br/>
        <w:t>vt 0.252365 0.413598</w:t>
        <w:br/>
        <w:t>vt 0.260251 0.409893</w:t>
        <w:br/>
        <w:t>vt 0.208597 0.460713</w:t>
        <w:br/>
        <w:t>vt 0.207871 0.460659</w:t>
        <w:br/>
        <w:t>vt 0.303746 0.445383</w:t>
        <w:br/>
        <w:t>vt 0.308645 0.465935</w:t>
        <w:br/>
        <w:t>vt 0.271113 0.453901</w:t>
        <w:br/>
        <w:t>vt 0.270421 0.453023</w:t>
        <w:br/>
        <w:t>vt 0.307331 0.465816</w:t>
        <w:br/>
        <w:t>vt 0.288690 0.427220</w:t>
        <w:br/>
        <w:t>vt 0.288093 0.424232</w:t>
        <w:br/>
        <w:t>vt 0.237654 0.462460</w:t>
        <w:br/>
        <w:t>vt 0.235861 0.464159</w:t>
        <w:br/>
        <w:t>vt 0.530089 0.509300</w:t>
        <w:br/>
        <w:t>vt 0.530089 0.501200</w:t>
        <w:br/>
        <w:t>vt 0.538003 0.501200</w:t>
        <w:br/>
        <w:t>vt 0.538003 0.509300</w:t>
        <w:br/>
        <w:t>vt 0.538003 0.499600</w:t>
        <w:br/>
        <w:t>vt 0.538003 0.501200</w:t>
        <w:br/>
        <w:t>vt 0.530089 0.501200</w:t>
        <w:br/>
        <w:t>vt 0.530089 0.499600</w:t>
        <w:br/>
        <w:t>vt 0.530089 0.510900</w:t>
        <w:br/>
        <w:t>vt 0.530089 0.509300</w:t>
        <w:br/>
        <w:t>vt 0.538003 0.509300</w:t>
        <w:br/>
        <w:t>vt 0.538003 0.510900</w:t>
        <w:br/>
        <w:t>vt 0.538003 0.519000</w:t>
        <w:br/>
        <w:t>vt 0.530089 0.519000</w:t>
        <w:br/>
        <w:t>vt 0.530089 0.510900</w:t>
        <w:br/>
        <w:t>vt 0.538003 0.510900</w:t>
        <w:br/>
        <w:t>vt 0.526030 0.502131</w:t>
        <w:br/>
        <w:t>vt 0.526030 0.509071</w:t>
        <w:br/>
        <w:t>vt 0.525512 0.509071</w:t>
        <w:br/>
        <w:t>vt 0.525512 0.502131</w:t>
        <w:br/>
        <w:t>vt 0.526030 0.502131</w:t>
        <w:br/>
        <w:t>vt 0.525512 0.502131</w:t>
        <w:br/>
        <w:t>vt 0.525512 0.509071</w:t>
        <w:br/>
        <w:t>vt 0.526030 0.509071</w:t>
        <w:br/>
        <w:t>vt 0.526031 0.531811</w:t>
        <w:br/>
        <w:t>vt 0.526031 0.535489</w:t>
        <w:br/>
        <w:t>vt 0.530155 0.536604</w:t>
        <w:br/>
        <w:t>vt 0.530155 0.530585</w:t>
        <w:br/>
        <w:t>vt 0.530824 0.538275</w:t>
        <w:br/>
        <w:t>vt 0.534279 0.538387</w:t>
        <w:br/>
        <w:t>vt 0.530824 0.540728</w:t>
        <w:br/>
        <w:t>vt 0.534279 0.540728</w:t>
        <w:br/>
        <w:t>vt 0.534279 0.538387</w:t>
        <w:br/>
        <w:t>vt 0.530824 0.538275</w:t>
        <w:br/>
        <w:t>vt 0.534279 0.528801</w:t>
        <w:br/>
        <w:t>vt 0.534279 0.526572</w:t>
        <w:br/>
        <w:t>vt 0.530824 0.526572</w:t>
        <w:br/>
        <w:t>vt 0.530824 0.528913</w:t>
        <w:br/>
        <w:t>vt 0.522701 0.550817</w:t>
        <w:br/>
        <w:t>vt 0.522701 0.552131</w:t>
        <w:br/>
        <w:t>vt 0.527001 0.552131</w:t>
        <w:br/>
        <w:t>vt 0.527001 0.550817</w:t>
        <w:br/>
        <w:t>vt 0.524917 0.535823</w:t>
        <w:br/>
        <w:t>vt 0.526031 0.535489</w:t>
        <w:br/>
        <w:t>vt 0.526031 0.531811</w:t>
        <w:br/>
        <w:t>vt 0.524917 0.531476</w:t>
        <w:br/>
        <w:t>vt 0.521387 0.550817</w:t>
        <w:br/>
        <w:t>vt 0.520312 0.552131</w:t>
        <w:br/>
        <w:t>vt 0.522324 0.528397</w:t>
        <w:br/>
        <w:t>vt 0.521524 0.529347</w:t>
        <w:br/>
        <w:t>vt 0.521524 0.537878</w:t>
        <w:br/>
        <w:t>vt 0.522324 0.538878</w:t>
        <w:br/>
        <w:t>vt 0.520312 0.548906</w:t>
        <w:br/>
        <w:t>vt 0.521387 0.549145</w:t>
        <w:br/>
        <w:t>vt 0.520320 0.538878</w:t>
        <w:br/>
        <w:t>vt 0.534279 0.528801</w:t>
        <w:br/>
        <w:t>vt 0.530824 0.528913</w:t>
        <w:br/>
        <w:t>vt 0.519627 0.529347</w:t>
        <w:br/>
        <w:t>vt 0.520320 0.528397</w:t>
        <w:br/>
        <w:t>vt 0.521524 0.529347</w:t>
        <w:br/>
        <w:t>vt 0.526031 0.531811</w:t>
        <w:br/>
        <w:t>vt 0.530155 0.530585</w:t>
        <w:br/>
        <w:t>vt 0.530155 0.536604</w:t>
        <w:br/>
        <w:t>vt 0.526031 0.535489</w:t>
        <w:br/>
        <w:t>vt 0.530824 0.538276</w:t>
        <w:br/>
        <w:t>vt 0.534279 0.538387</w:t>
        <w:br/>
        <w:t>vt 0.530824 0.540728</w:t>
        <w:br/>
        <w:t>vt 0.530824 0.538276</w:t>
        <w:br/>
        <w:t>vt 0.534279 0.538387</w:t>
        <w:br/>
        <w:t>vt 0.534279 0.540728</w:t>
        <w:br/>
        <w:t>vt 0.534279 0.528802</w:t>
        <w:br/>
        <w:t>vt 0.530824 0.528913</w:t>
        <w:br/>
        <w:t>vt 0.530824 0.526572</w:t>
        <w:br/>
        <w:t>vt 0.534279 0.526572</w:t>
        <w:br/>
        <w:t>vt 0.522701 0.550817</w:t>
        <w:br/>
        <w:t>vt 0.527001 0.550817</w:t>
        <w:br/>
        <w:t>vt 0.527001 0.552131</w:t>
        <w:br/>
        <w:t>vt 0.522701 0.552131</w:t>
        <w:br/>
        <w:t>vt 0.524917 0.535823</w:t>
        <w:br/>
        <w:t>vt 0.524917 0.531477</w:t>
        <w:br/>
        <w:t>vt 0.526031 0.531811</w:t>
        <w:br/>
        <w:t>vt 0.526031 0.535489</w:t>
        <w:br/>
        <w:t>vt 0.521387 0.550817</w:t>
        <w:br/>
        <w:t>vt 0.520312 0.552131</w:t>
        <w:br/>
        <w:t>vt 0.522324 0.538878</w:t>
        <w:br/>
        <w:t>vt 0.521520 0.537878</w:t>
        <w:br/>
        <w:t>vt 0.522324 0.528397</w:t>
        <w:br/>
        <w:t>vt 0.520312 0.548906</w:t>
        <w:br/>
        <w:t>vt 0.521387 0.549145</w:t>
        <w:br/>
        <w:t>vt 0.515664 0.542269</w:t>
        <w:br/>
        <w:t>vt 0.514664 0.542269</w:t>
        <w:br/>
        <w:t>vt 0.514664 0.538769</w:t>
        <w:br/>
        <w:t>vt 0.515664 0.538769</w:t>
        <w:br/>
        <w:t>vt 0.515664 0.543369</w:t>
        <w:br/>
        <w:t>vt 0.514664 0.544369</w:t>
        <w:br/>
        <w:t>vt 0.534279 0.528802</w:t>
        <w:br/>
        <w:t>vt 0.530824 0.528913</w:t>
        <w:br/>
        <w:t>vt 0.522324 0.528397</w:t>
        <w:br/>
        <w:t>vt 0.517164 0.544369</w:t>
        <w:br/>
        <w:t>vt 0.517164 0.543369</w:t>
        <w:br/>
        <w:t>vt 0.523073 0.513018</w:t>
        <w:br/>
        <w:t>vt 0.523073 0.521549</w:t>
        <w:br/>
        <w:t>vt 0.519933 0.521549</w:t>
        <w:br/>
        <w:t>vt 0.519933 0.513018</w:t>
        <w:br/>
        <w:t>vt 0.522324 0.528397</w:t>
        <w:br/>
        <w:t>vt 0.520320 0.528397</w:t>
        <w:br/>
        <w:t>vt 0.519627 0.537878</w:t>
        <w:br/>
        <w:t>vt 0.520320 0.538878</w:t>
        <w:br/>
        <w:t>vt 0.522324 0.538878</w:t>
        <w:br/>
        <w:t>vt 0.137149 0.819900</w:t>
        <w:br/>
        <w:t>vt 0.137149 0.809800</w:t>
        <w:br/>
        <w:t>vt 0.139349 0.811600</w:t>
        <w:br/>
        <w:t>vt 0.139349 0.818100</w:t>
        <w:br/>
        <w:t>vt 0.139549 0.810800</w:t>
        <w:br/>
        <w:t>vt 0.142349 0.807700</w:t>
        <w:br/>
        <w:t>vt 0.139649 0.818900</w:t>
        <w:br/>
        <w:t>vt 0.145049 0.810800</w:t>
        <w:br/>
        <w:t>vt 0.147249 0.809800</w:t>
        <w:br/>
        <w:t>vt 0.145249 0.811600</w:t>
        <w:br/>
        <w:t>vt 0.145249 0.818100</w:t>
        <w:br/>
        <w:t>vt 0.147249 0.819900</w:t>
        <w:br/>
        <w:t>vt 0.142349 0.819500</w:t>
        <w:br/>
        <w:t>vt 0.144949 0.818900</w:t>
        <w:br/>
        <w:t>vt 0.142349 0.822100</w:t>
        <w:br/>
        <w:t>vt 0.150449 0.819400</w:t>
        <w:br/>
        <w:t>vt 0.147249 0.819900</w:t>
        <w:br/>
        <w:t>vt 0.147249 0.809800</w:t>
        <w:br/>
        <w:t>vt 0.150449 0.809900</w:t>
        <w:br/>
        <w:t>vt 0.148749 0.806600</w:t>
        <w:br/>
        <w:t>vt 0.142349 0.807700</w:t>
        <w:br/>
        <w:t>vt 0.148749 0.822900</w:t>
        <w:br/>
        <w:t>vt 0.142349 0.822100</w:t>
        <w:br/>
        <w:t>vt 0.142349 0.824900</w:t>
        <w:br/>
        <w:t>vt 0.133949 0.819400</w:t>
        <w:br/>
        <w:t>vt 0.134049 0.809900</w:t>
        <w:br/>
        <w:t>vt 0.137149 0.809800</w:t>
        <w:br/>
        <w:t>vt 0.137149 0.819900</w:t>
        <w:br/>
        <w:t>vt 0.135849 0.822900</w:t>
        <w:br/>
        <w:t>vt 0.135849 0.806600</w:t>
        <w:br/>
        <w:t>vt 0.142349 0.804900</w:t>
        <w:br/>
        <w:t>vt 0.142349 0.810200</w:t>
        <w:br/>
        <w:t>vt 0.139349 0.811600</w:t>
        <w:br/>
        <w:t>vt 0.137149 0.809800</w:t>
        <w:br/>
        <w:t>vt 0.137149 0.819900</w:t>
        <w:br/>
        <w:t>vt 0.139349 0.818100</w:t>
        <w:br/>
        <w:t>vt 0.139549 0.810800</w:t>
        <w:br/>
        <w:t>vt 0.142349 0.807700</w:t>
        <w:br/>
        <w:t>vt 0.139649 0.818900</w:t>
        <w:br/>
        <w:t>vt 0.145049 0.810800</w:t>
        <w:br/>
        <w:t>vt 0.147249 0.809800</w:t>
        <w:br/>
        <w:t>vt 0.145249 0.811600</w:t>
        <w:br/>
        <w:t>vt 0.145249 0.818100</w:t>
        <w:br/>
        <w:t>vt 0.147249 0.819900</w:t>
        <w:br/>
        <w:t>vt 0.142349 0.819500</w:t>
        <w:br/>
        <w:t>vt 0.142349 0.822100</w:t>
        <w:br/>
        <w:t>vt 0.144949 0.818900</w:t>
        <w:br/>
        <w:t>vt 0.150449 0.819400</w:t>
        <w:br/>
        <w:t>vt 0.150449 0.809900</w:t>
        <w:br/>
        <w:t>vt 0.147249 0.809800</w:t>
        <w:br/>
        <w:t>vt 0.147249 0.819900</w:t>
        <w:br/>
        <w:t>vt 0.148749 0.806600</w:t>
        <w:br/>
        <w:t>vt 0.142349 0.807700</w:t>
        <w:br/>
        <w:t>vt 0.148749 0.822900</w:t>
        <w:br/>
        <w:t>vt 0.142349 0.822100</w:t>
        <w:br/>
        <w:t>vt 0.142349 0.824900</w:t>
        <w:br/>
        <w:t>vt 0.133949 0.819400</w:t>
        <w:br/>
        <w:t>vt 0.137149 0.819900</w:t>
        <w:br/>
        <w:t>vt 0.137149 0.809800</w:t>
        <w:br/>
        <w:t>vt 0.134049 0.809900</w:t>
        <w:br/>
        <w:t>vt 0.135849 0.822900</w:t>
        <w:br/>
        <w:t>vt 0.135849 0.806600</w:t>
        <w:br/>
        <w:t>vt 0.142349 0.804900</w:t>
        <w:br/>
        <w:t>vt 0.142349 0.810200</w:t>
        <w:br/>
        <w:t>vt 0.809364 0.548241</w:t>
        <w:br/>
        <w:t>vt 0.809364 0.524572</w:t>
        <w:br/>
        <w:t>vt 0.811900 0.519500</w:t>
        <w:br/>
        <w:t>vt 0.811900 0.553032</w:t>
        <w:br/>
        <w:t>vt 0.807392 0.550496</w:t>
        <w:br/>
        <w:t>vt 0.799221 0.548241</w:t>
        <w:br/>
        <w:t>vt 0.796403 0.553032</w:t>
        <w:br/>
        <w:t>vt 0.796403 0.519500</w:t>
        <w:br/>
        <w:t>vt 0.799221 0.524572</w:t>
        <w:br/>
        <w:t>vt 0.800629 0.550496</w:t>
        <w:br/>
        <w:t>vt 0.811900 0.553032</w:t>
        <w:br/>
        <w:t>vt 0.816972 0.555567</w:t>
        <w:br/>
        <w:t>vt 0.813591 0.559512</w:t>
        <w:br/>
        <w:t>vt 0.794994 0.559512</w:t>
        <w:br/>
        <w:t>vt 0.796403 0.553032</w:t>
        <w:br/>
        <w:t>vt 0.811900 0.519500</w:t>
        <w:br/>
        <w:t>vt 0.816972 0.518655</w:t>
        <w:br/>
        <w:t>vt 0.791331 0.554722</w:t>
        <w:br/>
        <w:t>vt 0.791331 0.518655</w:t>
        <w:br/>
        <w:t>vt 0.796403 0.519500</w:t>
        <w:br/>
        <w:t>vt 0.794994 0.513020</w:t>
        <w:br/>
        <w:t>vt 0.813591 0.513020</w:t>
        <w:br/>
        <w:t>vt 0.800629 0.522036</w:t>
        <w:br/>
        <w:t>vt 0.811900 0.519500</w:t>
        <w:br/>
        <w:t>vt 0.807392 0.522036</w:t>
        <w:br/>
        <w:t>vt 0.800629 0.522036</w:t>
        <w:br/>
        <w:t>vt 0.796403 0.519500</w:t>
        <w:br/>
        <w:t>vt 0.807392 0.522036</w:t>
        <w:br/>
        <w:t>vt 0.883448 0.497148</w:t>
        <w:br/>
        <w:t>vt 0.888864 0.504112</w:t>
        <w:br/>
        <w:t>vt 0.871583 0.504112</w:t>
        <w:br/>
        <w:t>vt 0.876999 0.497148</w:t>
        <w:br/>
        <w:t>vt 0.891701 0.499469</w:t>
        <w:br/>
        <w:t>vt 0.884995 0.494053</w:t>
        <w:br/>
        <w:t>vt 0.884995 0.470840</w:t>
        <w:br/>
        <w:t>vt 0.891701 0.465424</w:t>
        <w:br/>
        <w:t>vt 0.883448 0.466971</w:t>
        <w:br/>
        <w:t>vt 0.888864 0.461555</w:t>
        <w:br/>
        <w:t>vt 0.871583 0.461555</w:t>
        <w:br/>
        <w:t>vt 0.876999 0.466971</w:t>
        <w:br/>
        <w:t>vt 0.868746 0.466198</w:t>
        <w:br/>
        <w:t>vt 0.875194 0.470840</w:t>
        <w:br/>
        <w:t>vt 0.868746 0.500501</w:t>
        <w:br/>
        <w:t>vt 0.875194 0.494053</w:t>
        <w:br/>
        <w:t>vt 0.021500 0.045800</w:t>
        <w:br/>
        <w:t>vt 0.011700 0.045800</w:t>
        <w:br/>
        <w:t>vt 0.010400 0.044200</w:t>
        <w:br/>
        <w:t>vt 0.022800 0.044200</w:t>
        <w:br/>
        <w:t>vt 0.010400 0.044200</w:t>
        <w:br/>
        <w:t>vt 0.009200 0.042600</w:t>
        <w:br/>
        <w:t>vt 0.024100 0.042600</w:t>
        <w:br/>
        <w:t>vt 0.022800 0.044200</w:t>
        <w:br/>
        <w:t>vt 0.021500 0.045800</w:t>
        <w:br/>
        <w:t>vt 0.022800 0.044200</w:t>
        <w:br/>
        <w:t>vt 0.023500 0.047600</w:t>
        <w:br/>
        <w:t>vt 0.021800 0.048200</w:t>
        <w:br/>
        <w:t>vt 0.022800 0.044200</w:t>
        <w:br/>
        <w:t>vt 0.024100 0.042600</w:t>
        <w:br/>
        <w:t>vt 0.025100 0.047000</w:t>
        <w:br/>
        <w:t>vt 0.023500 0.047600</w:t>
        <w:br/>
        <w:t>vt 0.025100 0.047000</w:t>
        <w:br/>
        <w:t>vt 0.024100 0.042600</w:t>
        <w:br/>
        <w:t>vt 0.021500 0.045800</w:t>
        <w:br/>
        <w:t>vt 0.021800 0.048200</w:t>
        <w:br/>
        <w:t>vt 0.026100 0.055300</w:t>
        <w:br/>
        <w:t>vt 0.024400 0.055000</w:t>
        <w:br/>
        <w:t>vt 0.027800 0.055700</w:t>
        <w:br/>
        <w:t>vt 0.026100 0.055300</w:t>
        <w:br/>
        <w:t>vt 0.024400 0.055000</w:t>
        <w:br/>
        <w:t>vt 0.027800 0.055700</w:t>
        <w:br/>
        <w:t>vt 0.022300 0.059100</w:t>
        <w:br/>
        <w:t>vt 0.021500 0.057600</w:t>
        <w:br/>
        <w:t>vt 0.023100 0.060500</w:t>
        <w:br/>
        <w:t>vt 0.022300 0.059100</w:t>
        <w:br/>
        <w:t>vt 0.023100 0.060500</w:t>
        <w:br/>
        <w:t>vt 0.021500 0.057600</w:t>
        <w:br/>
        <w:t>vt 0.009200 0.042600</w:t>
        <w:br/>
        <w:t>vt 0.011700 0.045800</w:t>
        <w:br/>
        <w:t>vt 0.011700 0.045800</w:t>
        <w:br/>
        <w:t>vt 0.011400 0.048200</w:t>
        <w:br/>
        <w:t>vt 0.009800 0.047600</w:t>
        <w:br/>
        <w:t>vt 0.010400 0.044200</w:t>
        <w:br/>
        <w:t>vt 0.010400 0.044200</w:t>
        <w:br/>
        <w:t>vt 0.009800 0.047600</w:t>
        <w:br/>
        <w:t>vt 0.008100 0.047000</w:t>
        <w:br/>
        <w:t>vt 0.009200 0.042600</w:t>
        <w:br/>
        <w:t>vt 0.008100 0.047000</w:t>
        <w:br/>
        <w:t>vt 0.011400 0.048200</w:t>
        <w:br/>
        <w:t>vt 0.008900 0.055000</w:t>
        <w:br/>
        <w:t>vt 0.005400 0.055700</w:t>
        <w:br/>
        <w:t>vt 0.008900 0.055000</w:t>
        <w:br/>
        <w:t>vt 0.011700 0.057600</w:t>
        <w:br/>
        <w:t>vt 0.010900 0.059100</w:t>
        <w:br/>
        <w:t>vt 0.007100 0.055300</w:t>
        <w:br/>
        <w:t>vt 0.007100 0.055300</w:t>
        <w:br/>
        <w:t>vt 0.010900 0.059100</w:t>
        <w:br/>
        <w:t>vt 0.010100 0.060500</w:t>
        <w:br/>
        <w:t>vt 0.005400 0.055700</w:t>
        <w:br/>
        <w:t>vt 0.010100 0.060500</w:t>
        <w:br/>
        <w:t>vt 0.011700 0.057600</w:t>
        <w:br/>
        <w:t>vt 0.016600 0.061800</w:t>
        <w:br/>
        <w:t>vt 0.016600 0.058500</w:t>
        <w:br/>
        <w:t>vt 0.016600 0.060200</w:t>
        <w:br/>
        <w:t>vt 0.016600 0.058500</w:t>
        <w:br/>
        <w:t>vt 0.016600 0.061800</w:t>
        <w:br/>
        <w:t>vt 0.016600 0.060200</w:t>
        <w:br/>
        <w:t>vt 0.083045 0.026300</w:t>
        <w:br/>
        <w:t>vt 0.078345 0.019300</w:t>
        <w:br/>
        <w:t>vt 0.081845 0.015800</w:t>
        <w:br/>
        <w:t>vt 0.087645 0.024400</w:t>
        <w:br/>
        <w:t>vt 0.071345 0.014600</w:t>
        <w:br/>
        <w:t>vt 0.073245 0.010000</w:t>
        <w:br/>
        <w:t>vt 0.063045 0.011000</w:t>
        <w:br/>
        <w:t>vt 0.052845 0.010000</w:t>
        <w:br/>
        <w:t>vt 0.054845 0.014600</w:t>
        <w:br/>
        <w:t>vt 0.047845 0.019300</w:t>
        <w:br/>
        <w:t>vt 0.044245 0.015700</w:t>
        <w:br/>
        <w:t>vt 0.043145 0.026300</w:t>
        <w:br/>
        <w:t>vt 0.038445 0.024400</w:t>
        <w:br/>
        <w:t>vt 0.041445 0.034600</w:t>
        <w:br/>
        <w:t>vt 0.036445 0.034600</w:t>
        <w:br/>
        <w:t>vt 0.043145 0.042800</w:t>
        <w:br/>
        <w:t>vt 0.038445 0.044700</w:t>
        <w:br/>
        <w:t>vt 0.047745 0.049800</w:t>
        <w:br/>
        <w:t>vt 0.044245 0.053400</w:t>
        <w:br/>
        <w:t>vt 0.054845 0.054500</w:t>
        <w:br/>
        <w:t>vt 0.052845 0.059100</w:t>
        <w:br/>
        <w:t>vt 0.063045 0.058200</w:t>
        <w:br/>
        <w:t>vt 0.073245 0.059100</w:t>
        <w:br/>
        <w:t>vt 0.071345 0.054500</w:t>
        <w:br/>
        <w:t>vt 0.078345 0.049800</w:t>
        <w:br/>
        <w:t>vt 0.081845 0.053400</w:t>
        <w:br/>
        <w:t>vt 0.083045 0.042800</w:t>
        <w:br/>
        <w:t>vt 0.087645 0.044700</w:t>
        <w:br/>
        <w:t>vt 0.084645 0.034600</w:t>
        <w:br/>
        <w:t>vt 0.089645 0.034600</w:t>
        <w:br/>
        <w:t>vt 0.063045 0.015000</w:t>
        <w:br/>
        <w:t>vt 0.063045 0.054200</w:t>
        <w:br/>
        <w:t>vt 0.063145 0.034500</w:t>
        <w:br/>
        <w:t>vt 0.802554 0.933799</w:t>
        <w:br/>
        <w:t>vt 0.801554 0.937199</w:t>
        <w:br/>
        <w:t>vt 0.795154 0.933799</w:t>
        <w:br/>
        <w:t>vt 0.797454 0.930999</w:t>
        <w:br/>
        <w:t>vt 0.793754 0.926599</w:t>
        <w:br/>
        <w:t>vt 0.790554 0.928299</w:t>
        <w:br/>
        <w:t>vt 0.790554 0.921099</w:t>
        <w:br/>
        <w:t>vt 0.789154 0.914199</w:t>
        <w:br/>
        <w:t>vt 0.792554 0.915199</w:t>
        <w:br/>
        <w:t>vt 0.795254 0.909999</w:t>
        <w:br/>
        <w:t>vt 0.792554 0.907799</w:t>
        <w:br/>
        <w:t>vt 0.799754 0.906299</w:t>
        <w:br/>
        <w:t>vt 0.798054 0.903199</w:t>
        <w:br/>
        <w:t>vt 0.804954 0.901099</w:t>
        <w:br/>
        <w:t>vt 0.805354 0.904599</w:t>
        <w:br/>
        <w:t>vt 0.811154 0.905199</w:t>
        <w:br/>
        <w:t>vt 0.812154 0.901799</w:t>
        <w:br/>
        <w:t>vt 0.816254 0.907899</w:t>
        <w:br/>
        <w:t>vt 0.818554 0.905099</w:t>
        <w:br/>
        <w:t>vt 0.823154 0.910699</w:t>
        <w:br/>
        <w:t>vt 0.819954 0.912399</w:t>
        <w:br/>
        <w:t>vt 0.823154 0.917799</w:t>
        <w:br/>
        <w:t>vt 0.824554 0.924799</w:t>
        <w:br/>
        <w:t>vt 0.821154 0.923799</w:t>
        <w:br/>
        <w:t>vt 0.818454 0.928899</w:t>
        <w:br/>
        <w:t>vt 0.821254 0.931199</w:t>
        <w:br/>
        <w:t>vt 0.815654 0.935799</w:t>
        <w:br/>
        <w:t>vt 0.813954 0.932599</w:t>
        <w:br/>
        <w:t>vt 0.808754 0.937899</w:t>
        <w:br/>
        <w:t>vt 0.808354 0.934299</w:t>
        <w:br/>
        <w:t>vt 0.793454 0.920799</w:t>
        <w:br/>
        <w:t>vt 0.820254 0.918099</w:t>
        <w:br/>
        <w:t>vt 0.806854 0.919499</w:t>
        <w:br/>
        <w:t>vt 0.823154 0.910699</w:t>
        <w:br/>
        <w:t>vt 0.825254 0.917599</w:t>
        <w:br/>
        <w:t>vt 0.824554 0.924799</w:t>
        <w:br/>
        <w:t>vt 0.063045 0.061200</w:t>
        <w:br/>
        <w:t>vt 0.790554 0.928299</w:t>
        <w:br/>
        <w:t>vt 0.788454 0.921399</w:t>
        <w:br/>
        <w:t>vt 0.789154 0.914199</w:t>
        <w:br/>
        <w:t>vt 0.063045 0.008000</w:t>
        <w:br/>
        <w:t>vt 0.097132 0.051408</w:t>
        <w:br/>
        <w:t>vt 0.099432 0.051408</w:t>
        <w:br/>
        <w:t>vt 0.097132 0.053508</w:t>
        <w:br/>
        <w:t>vt 0.094732 0.051408</w:t>
        <w:br/>
        <w:t>vt 0.097132 0.051408</w:t>
        <w:br/>
        <w:t>vt 0.097132 0.049308</w:t>
        <w:br/>
        <w:t>vt 0.099532 0.055408</w:t>
        <w:br/>
        <w:t>vt 0.101832 0.051408</w:t>
        <w:br/>
        <w:t>vt 0.094632 0.055408</w:t>
        <w:br/>
        <w:t>vt 0.092332 0.051408</w:t>
        <w:br/>
        <w:t>vt 0.094732 0.047208</w:t>
        <w:br/>
        <w:t>vt 0.099432 0.047208</w:t>
        <w:br/>
        <w:t>vt 0.099532 0.055408</w:t>
        <w:br/>
        <w:t>vt 0.099432 0.051408</w:t>
        <w:br/>
        <w:t>vt 0.097133 0.053508</w:t>
        <w:br/>
        <w:t>vt 0.094633 0.055408</w:t>
        <w:br/>
        <w:t>vt 0.099532 0.055408</w:t>
        <w:br/>
        <w:t>vt 0.092332 0.051408</w:t>
        <w:br/>
        <w:t>vt 0.094732 0.051408</w:t>
        <w:br/>
        <w:t>vt 0.094732 0.047208</w:t>
        <w:br/>
        <w:t>vt 0.099432 0.047208</w:t>
        <w:br/>
        <w:t>vt 0.097133 0.049308</w:t>
        <w:br/>
        <w:t>vt 0.099432 0.051408</w:t>
        <w:br/>
        <w:t>vt 0.097133 0.051408</w:t>
        <w:br/>
        <w:t>vt 0.097133 0.051408</w:t>
        <w:br/>
        <w:t>vt 0.101832 0.051408</w:t>
        <w:br/>
        <w:t>vt 0.088800 0.011000</w:t>
        <w:br/>
        <w:t>vt 0.087600 0.011000</w:t>
        <w:br/>
        <w:t>vt 0.088600 0.007600</w:t>
        <w:br/>
        <w:t>vt 0.089600 0.008100</w:t>
        <w:br/>
        <w:t>vt 0.089900 0.011000</w:t>
        <w:br/>
        <w:t>vt 0.089600 0.008100</w:t>
        <w:br/>
        <w:t>vt 0.091200 0.007700</w:t>
        <w:br/>
        <w:t>vt 0.092000 0.008500</w:t>
        <w:br/>
        <w:t>vt 0.091000 0.011000</w:t>
        <w:br/>
        <w:t>vt 0.089900 0.011000</w:t>
        <w:br/>
        <w:t>vt 0.091200 0.007700</w:t>
        <w:br/>
        <w:t>vt 0.099100 0.011000</w:t>
        <w:br/>
        <w:t>vt 0.098000 0.011000</w:t>
        <w:br/>
        <w:t>vt 0.097000 0.013400</w:t>
        <w:br/>
        <w:t>vt 0.097700 0.014200</w:t>
        <w:br/>
        <w:t>vt 0.099100 0.011000</w:t>
        <w:br/>
        <w:t>vt 0.097700 0.014200</w:t>
        <w:br/>
        <w:t>vt 0.099400 0.013800</w:t>
        <w:br/>
        <w:t>vt 0.100400 0.014400</w:t>
        <w:br/>
        <w:t>vt 0.101400 0.011000</w:t>
        <w:br/>
        <w:t>vt 0.100200 0.011000</w:t>
        <w:br/>
        <w:t>vt 0.099400 0.013800</w:t>
        <w:br/>
        <w:t>vt 0.091700 0.006100</w:t>
        <w:br/>
        <w:t>vt 0.091100 0.005000</w:t>
        <w:br/>
        <w:t>vt 0.091700 0.006100</w:t>
        <w:br/>
        <w:t>vt 0.097300 0.015800</w:t>
        <w:br/>
        <w:t>vt 0.097300 0.015800</w:t>
        <w:br/>
        <w:t>vt 0.097900 0.016900</w:t>
        <w:br/>
        <w:t>vt 0.094500 0.005200</w:t>
        <w:br/>
        <w:t>vt 0.094500 0.004100</w:t>
        <w:br/>
        <w:t>vt 0.094500 0.006300</w:t>
        <w:br/>
        <w:t>vt 0.094500 0.006300</w:t>
        <w:br/>
        <w:t>vt 0.094500 0.007400</w:t>
        <w:br/>
        <w:t>vt 0.094500 0.014400</w:t>
        <w:br/>
        <w:t>vt 0.094500 0.015600</w:t>
        <w:br/>
        <w:t>vt 0.094500 0.015600</w:t>
        <w:br/>
        <w:t>vt 0.094500 0.016700</w:t>
        <w:br/>
        <w:t>vt 0.094500 0.016700</w:t>
        <w:br/>
        <w:t>vt 0.094500 0.017800</w:t>
        <w:br/>
        <w:t>vt 0.097900 0.005000</w:t>
        <w:br/>
        <w:t>vt 0.097300 0.006100</w:t>
        <w:br/>
        <w:t>vt 0.097300 0.006100</w:t>
        <w:br/>
        <w:t>vt 0.097800 0.007700</w:t>
        <w:br/>
        <w:t>vt 0.097800 0.007700</w:t>
        <w:br/>
        <w:t>vt 0.097000 0.008500</w:t>
        <w:br/>
        <w:t>vt 0.091200 0.014200</w:t>
        <w:br/>
        <w:t>vt 0.092000 0.013400</w:t>
        <w:br/>
        <w:t>vt 0.091700 0.015800</w:t>
        <w:br/>
        <w:t>vt 0.091100 0.016900</w:t>
        <w:br/>
        <w:t>vt 0.091700 0.015800</w:t>
        <w:br/>
        <w:t>vt 0.099400 0.008100</w:t>
        <w:br/>
        <w:t>vt 0.100400 0.007600</w:t>
        <w:br/>
        <w:t>vt 0.099400 0.008100</w:t>
        <w:br/>
        <w:t>vt 0.091200 0.014200</w:t>
        <w:br/>
        <w:t>vt 0.089600 0.013800</w:t>
        <w:br/>
        <w:t>vt 0.089600 0.013800</w:t>
        <w:br/>
        <w:t>vt 0.088600 0.014400</w:t>
        <w:br/>
        <w:t>vt 0.100200 0.011000</w:t>
        <w:br/>
        <w:t>vt 0.101400 0.011000</w:t>
        <w:br/>
        <w:t>vt 0.099100 0.011000</w:t>
        <w:br/>
        <w:t>vt 0.098000 0.011000</w:t>
        <w:br/>
        <w:t>vt 0.099100 0.011000</w:t>
        <w:br/>
        <w:t>vt 0.091000 0.011000</w:t>
        <w:br/>
        <w:t>vt 0.089900 0.011000</w:t>
        <w:br/>
        <w:t>vt 0.089900 0.011000</w:t>
        <w:br/>
        <w:t>vt 0.088800 0.011000</w:t>
        <w:br/>
        <w:t>vt 0.088800 0.011000</w:t>
        <w:br/>
        <w:t>vt 0.087600 0.011000</w:t>
        <w:br/>
        <w:t>vt 0.100400 0.014400</w:t>
        <w:br/>
        <w:t>vt 0.099400 0.013800</w:t>
        <w:br/>
        <w:t>vt 0.099400 0.013800</w:t>
        <w:br/>
        <w:t>vt 0.097700 0.014200</w:t>
        <w:br/>
        <w:t>vt 0.097000 0.013400</w:t>
        <w:br/>
        <w:t>vt 0.097700 0.014200</w:t>
        <w:br/>
        <w:t>vt 0.092000 0.008500</w:t>
        <w:br/>
        <w:t>vt 0.091200 0.007700</w:t>
        <w:br/>
        <w:t>vt 0.089600 0.008100</w:t>
        <w:br/>
        <w:t>vt 0.088600 0.007600</w:t>
        <w:br/>
        <w:t>vt 0.089600 0.008100</w:t>
        <w:br/>
        <w:t>vt 0.097900 0.016900</w:t>
        <w:br/>
        <w:t>vt 0.097300 0.015800</w:t>
        <w:br/>
        <w:t>vt 0.097300 0.015800</w:t>
        <w:br/>
        <w:t>vt 0.091200 0.007700</w:t>
        <w:br/>
        <w:t>vt 0.091700 0.006100</w:t>
        <w:br/>
        <w:t>vt 0.091100 0.005000</w:t>
        <w:br/>
        <w:t>vt 0.091700 0.006100</w:t>
        <w:br/>
        <w:t>vt 0.094500 0.016700</w:t>
        <w:br/>
        <w:t>vt 0.094500 0.017800</w:t>
        <w:br/>
        <w:t>vt 0.094500 0.015600</w:t>
        <w:br/>
        <w:t>vt 0.094500 0.015600</w:t>
        <w:br/>
        <w:t>vt 0.094500 0.014400</w:t>
        <w:br/>
        <w:t>vt 0.094500 0.006300</w:t>
        <w:br/>
        <w:t>vt 0.094500 0.007400</w:t>
        <w:br/>
        <w:t>vt 0.094500 0.006300</w:t>
        <w:br/>
        <w:t>vt 0.094500 0.005200</w:t>
        <w:br/>
        <w:t>vt 0.094500 0.005200</w:t>
        <w:br/>
        <w:t>vt 0.094500 0.004100</w:t>
        <w:br/>
        <w:t>vt 0.091100 0.016900</w:t>
        <w:br/>
        <w:t>vt 0.091700 0.015800</w:t>
        <w:br/>
        <w:t>vt 0.091700 0.015800</w:t>
        <w:br/>
        <w:t>vt 0.091200 0.014200</w:t>
        <w:br/>
        <w:t>vt 0.092000 0.013400</w:t>
        <w:br/>
        <w:t>vt 0.091200 0.014200</w:t>
        <w:br/>
        <w:t>vt 0.097000 0.008500</w:t>
        <w:br/>
        <w:t>vt 0.097800 0.007700</w:t>
        <w:br/>
        <w:t>vt 0.097300 0.006100</w:t>
        <w:br/>
        <w:t>vt 0.097900 0.005000</w:t>
        <w:br/>
        <w:t>vt 0.097300 0.006100</w:t>
        <w:br/>
        <w:t>vt 0.089600 0.013800</w:t>
        <w:br/>
        <w:t>vt 0.088600 0.014400</w:t>
        <w:br/>
        <w:t>vt 0.089600 0.013800</w:t>
        <w:br/>
        <w:t>vt 0.097800 0.007700</w:t>
        <w:br/>
        <w:t>vt 0.099400 0.008100</w:t>
        <w:br/>
        <w:t>vt 0.099400 0.008100</w:t>
        <w:br/>
        <w:t>vt 0.100400 0.007600</w:t>
        <w:br/>
        <w:t>vt 0.088800 0.011000</w:t>
        <w:br/>
        <w:t>vt 0.094500 0.005200</w:t>
        <w:br/>
        <w:t>vt 0.100200 0.011000</w:t>
        <w:br/>
        <w:t>vt 0.094500 0.016700</w:t>
        <w:br/>
        <w:t>vt 0.100200 0.011000</w:t>
        <w:br/>
        <w:t>vt 0.809364 0.548241</w:t>
        <w:br/>
        <w:t>vt 0.809364 0.524572</w:t>
        <w:br/>
        <w:t>vt 0.811900 0.519500</w:t>
        <w:br/>
        <w:t>vt 0.811900 0.553031</w:t>
        <w:br/>
        <w:t>vt 0.811900 0.519500</w:t>
        <w:br/>
        <w:t>vt 0.807392 0.522036</w:t>
        <w:br/>
        <w:t>vt 0.800629 0.522036</w:t>
        <w:br/>
        <w:t>vt 0.796403 0.519500</w:t>
        <w:br/>
        <w:t>vt 0.796403 0.519500</w:t>
        <w:br/>
        <w:t>vt 0.800629 0.522036</w:t>
        <w:br/>
        <w:t>vt 0.799221 0.524572</w:t>
        <w:br/>
        <w:t>vt 0.794994 0.513020</w:t>
        <w:br/>
        <w:t>vt 0.813591 0.513020</w:t>
        <w:br/>
        <w:t>vt 0.791331 0.518655</w:t>
        <w:br/>
        <w:t>vt 0.791331 0.554722</w:t>
        <w:br/>
        <w:t>vt 0.796403 0.553031</w:t>
        <w:br/>
        <w:t>vt 0.796403 0.519500</w:t>
        <w:br/>
        <w:t>vt 0.799221 0.548241</w:t>
        <w:br/>
        <w:t>vt 0.796403 0.553031</w:t>
        <w:br/>
        <w:t>vt 0.816972 0.518655</w:t>
        <w:br/>
        <w:t>vt 0.816972 0.555567</w:t>
        <w:br/>
        <w:t>vt 0.811900 0.553031</w:t>
        <w:br/>
        <w:t>vt 0.807392 0.550496</w:t>
        <w:br/>
        <w:t>vt 0.796403 0.553031</w:t>
        <w:br/>
        <w:t>vt 0.800629 0.550496</w:t>
        <w:br/>
        <w:t>vt 0.813591 0.559512</w:t>
        <w:br/>
        <w:t>vt 0.794994 0.559512</w:t>
        <w:br/>
        <w:t>vt 0.888864 0.504112</w:t>
        <w:br/>
        <w:t>vt 0.871583 0.504112</w:t>
        <w:br/>
        <w:t>vt 0.876999 0.497148</w:t>
        <w:br/>
        <w:t>vt 0.883448 0.497148</w:t>
        <w:br/>
        <w:t>vt 0.891701 0.499469</w:t>
        <w:br/>
        <w:t>vt 0.884995 0.494053</w:t>
        <w:br/>
        <w:t>vt 0.884995 0.470840</w:t>
        <w:br/>
        <w:t>vt 0.891701 0.465424</w:t>
        <w:br/>
        <w:t>vt 0.883448 0.466971</w:t>
        <w:br/>
        <w:t>vt 0.888864 0.461555</w:t>
        <w:br/>
        <w:t>vt 0.871583 0.461555</w:t>
        <w:br/>
        <w:t>vt 0.876999 0.466971</w:t>
        <w:br/>
        <w:t>vt 0.868746 0.466197</w:t>
        <w:br/>
        <w:t>vt 0.875194 0.470840</w:t>
        <w:br/>
        <w:t>vt 0.875194 0.494053</w:t>
        <w:br/>
        <w:t>vt 0.868746 0.500501</w:t>
        <w:br/>
        <w:t>vt 0.800629 0.522036</w:t>
        <w:br/>
        <w:t>vt 0.799221 0.524572</w:t>
        <w:br/>
        <w:t>vt 0.796403 0.519500</w:t>
        <w:br/>
        <w:t>vt 0.796403 0.519500</w:t>
        <w:br/>
        <w:t>vt 0.791331 0.518655</w:t>
        <w:br/>
        <w:t>vt 0.794994 0.513020</w:t>
        <w:br/>
        <w:t>vt 0.796403 0.553031</w:t>
        <w:br/>
        <w:t>vt 0.791331 0.554722</w:t>
        <w:br/>
        <w:t>vt 0.813591 0.513020</w:t>
        <w:br/>
        <w:t>vt 0.811900 0.519500</w:t>
        <w:br/>
        <w:t>vt 0.811900 0.519500</w:t>
        <w:br/>
        <w:t>vt 0.807392 0.522036</w:t>
        <w:br/>
        <w:t>vt 0.809364 0.524572</w:t>
        <w:br/>
        <w:t>vt 0.807392 0.522036</w:t>
        <w:br/>
        <w:t>vt 0.799221 0.548241</w:t>
        <w:br/>
        <w:t>vt 0.796403 0.553031</w:t>
        <w:br/>
        <w:t>vt 0.800629 0.550496</w:t>
        <w:br/>
        <w:t>vt 0.807392 0.550496</w:t>
        <w:br/>
        <w:t>vt 0.811900 0.553031</w:t>
        <w:br/>
        <w:t>vt 0.796403 0.553031</w:t>
        <w:br/>
        <w:t>vt 0.794994 0.559512</w:t>
        <w:br/>
        <w:t>vt 0.811900 0.553031</w:t>
        <w:br/>
        <w:t>vt 0.813591 0.559512</w:t>
        <w:br/>
        <w:t>vt 0.816972 0.555567</w:t>
        <w:br/>
        <w:t>vt 0.816972 0.518655</w:t>
        <w:br/>
        <w:t>vt 0.811900 0.553031</w:t>
        <w:br/>
        <w:t>vt 0.809364 0.548241</w:t>
        <w:br/>
        <w:t>vt 0.868746 0.500501</w:t>
        <w:br/>
        <w:t>vt 0.875194 0.494053</w:t>
        <w:br/>
        <w:t>vt 0.876999 0.497148</w:t>
        <w:br/>
        <w:t>vt 0.871583 0.504112</w:t>
        <w:br/>
        <w:t>vt 0.883448 0.497148</w:t>
        <w:br/>
        <w:t>vt 0.888864 0.504112</w:t>
        <w:br/>
        <w:t>vt 0.891701 0.499469</w:t>
        <w:br/>
        <w:t>vt 0.884995 0.494053</w:t>
        <w:br/>
        <w:t>vt 0.891701 0.465424</w:t>
        <w:br/>
        <w:t>vt 0.884995 0.470840</w:t>
        <w:br/>
        <w:t>vt 0.883448 0.466971</w:t>
        <w:br/>
        <w:t>vt 0.888864 0.461555</w:t>
        <w:br/>
        <w:t>vt 0.876999 0.466971</w:t>
        <w:br/>
        <w:t>vt 0.871583 0.461555</w:t>
        <w:br/>
        <w:t>vt 0.868746 0.466197</w:t>
        <w:br/>
        <w:t>vt 0.875194 0.470840</w:t>
        <w:br/>
        <w:t>vt 0.235600 0.714900</w:t>
        <w:br/>
        <w:t>vt 0.238900 0.714900</w:t>
        <w:br/>
        <w:t>vt 0.238900 0.729000</w:t>
        <w:br/>
        <w:t>vt 0.235600 0.729000</w:t>
        <w:br/>
        <w:t>vt 0.235600 0.710800</w:t>
        <w:br/>
        <w:t>vt 0.238900 0.710800</w:t>
        <w:br/>
        <w:t>vt 0.238900 0.714900</w:t>
        <w:br/>
        <w:t>vt 0.235600 0.714900</w:t>
        <w:br/>
        <w:t>vt 0.238900 0.729000</w:t>
        <w:br/>
        <w:t>vt 0.238900 0.733100</w:t>
        <w:br/>
        <w:t>vt 0.235600 0.733100</w:t>
        <w:br/>
        <w:t>vt 0.235600 0.729000</w:t>
        <w:br/>
        <w:t>vt 0.123640 0.707507</w:t>
        <w:br/>
        <w:t>vt 0.126390 0.707507</w:t>
        <w:br/>
        <w:t>vt 0.126390 0.717007</w:t>
        <w:br/>
        <w:t>vt 0.123640 0.717007</w:t>
        <w:br/>
        <w:t>vt 0.126390 0.707507</w:t>
        <w:br/>
        <w:t>vt 0.126390 0.717007</w:t>
        <w:br/>
        <w:t>vt 0.123640 0.717007</w:t>
        <w:br/>
        <w:t>vt 0.123640 0.707507</w:t>
        <w:br/>
        <w:t>vt 0.107555 0.740933</w:t>
        <w:br/>
        <w:t>vt 0.110055 0.741133</w:t>
        <w:br/>
        <w:t>vt 0.108755 0.742533</w:t>
        <w:br/>
        <w:t>vt 0.107555 0.742133</w:t>
        <w:br/>
        <w:t>vt 0.105055 0.741133</w:t>
        <w:br/>
        <w:t>vt 0.107555 0.740933</w:t>
        <w:br/>
        <w:t>vt 0.107555 0.742133</w:t>
        <w:br/>
        <w:t>vt 0.106455 0.742533</w:t>
        <w:br/>
        <w:t>vt 0.107555 0.742133</w:t>
        <w:br/>
        <w:t>vt 0.107555 0.740933</w:t>
        <w:br/>
        <w:t>vt 0.105055 0.741133</w:t>
        <w:br/>
        <w:t>vt 0.106455 0.742533</w:t>
        <w:br/>
        <w:t>vt 0.110055 0.741133</w:t>
        <w:br/>
        <w:t>vt 0.107555 0.740933</w:t>
        <w:br/>
        <w:t>vt 0.107555 0.742133</w:t>
        <w:br/>
        <w:t>vt 0.108755 0.742533</w:t>
        <w:br/>
        <w:t>vt 0.107555 0.742833</w:t>
        <w:br/>
        <w:t>vt 0.107555 0.742833</w:t>
        <w:br/>
        <w:t>vt 0.107555 0.729633</w:t>
        <w:br/>
        <w:t>vt 0.108955 0.729433</w:t>
        <w:br/>
        <w:t>vt 0.106155 0.729433</w:t>
        <w:br/>
        <w:t>vt 0.107555 0.729633</w:t>
        <w:br/>
        <w:t>vt 0.107555 0.729633</w:t>
        <w:br/>
        <w:t>vt 0.106155 0.729433</w:t>
        <w:br/>
        <w:t>vt 0.108955 0.729433</w:t>
        <w:br/>
        <w:t>vt 0.107555 0.729633</w:t>
        <w:br/>
        <w:t>vt 0.107555 0.728733</w:t>
        <w:br/>
        <w:t>vt 0.107555 0.728733</w:t>
        <w:br/>
        <w:t>vt 0.110164 0.708372</w:t>
        <w:br/>
        <w:t>vt 0.112341 0.708372</w:t>
        <w:br/>
        <w:t>vt 0.112341 0.722922</w:t>
        <w:br/>
        <w:t>vt 0.110164 0.722922</w:t>
        <w:br/>
        <w:t>vt 0.108037 0.722922</w:t>
        <w:br/>
        <w:t>vt 0.108037 0.708372</w:t>
        <w:br/>
        <w:t>vt 0.110164 0.708372</w:t>
        <w:br/>
        <w:t>vt 0.110164 0.722922</w:t>
        <w:br/>
        <w:t>vt 0.110164 0.722922</w:t>
        <w:br/>
        <w:t>vt 0.110164 0.708372</w:t>
        <w:br/>
        <w:t>vt 0.108037 0.708372</w:t>
        <w:br/>
        <w:t>vt 0.108037 0.722922</w:t>
        <w:br/>
        <w:t>vt 0.112341 0.708372</w:t>
        <w:br/>
        <w:t>vt 0.110164 0.708372</w:t>
        <w:br/>
        <w:t>vt 0.110164 0.722922</w:t>
        <w:br/>
        <w:t>vt 0.112341 0.722922</w:t>
        <w:br/>
        <w:t>vt 0.110164 0.722922</w:t>
        <w:br/>
        <w:t>vt 0.112341 0.722922</w:t>
        <w:br/>
        <w:t>vt 0.110164 0.724210</w:t>
        <w:br/>
        <w:t>vt 0.110164 0.707060</w:t>
        <w:br/>
        <w:t>vt 0.110164 0.708372</w:t>
        <w:br/>
        <w:t>vt 0.110164 0.722922</w:t>
        <w:br/>
        <w:t>vt 0.108037 0.722922</w:t>
        <w:br/>
        <w:t>vt 0.108037 0.708372</w:t>
        <w:br/>
        <w:t>vt 0.112341 0.722922</w:t>
        <w:br/>
        <w:t>vt 0.110164 0.722922</w:t>
        <w:br/>
        <w:t>vt 0.110164 0.708372</w:t>
        <w:br/>
        <w:t>vt 0.112341 0.708372</w:t>
        <w:br/>
        <w:t>vt 0.110164 0.708372</w:t>
        <w:br/>
        <w:t>vt 0.108037 0.708372</w:t>
        <w:br/>
        <w:t>vt 0.108037 0.722922</w:t>
        <w:br/>
        <w:t>vt 0.110164 0.722922</w:t>
        <w:br/>
        <w:t>vt 0.112341 0.722922</w:t>
        <w:br/>
        <w:t>vt 0.112341 0.708372</w:t>
        <w:br/>
        <w:t>vt 0.110164 0.708372</w:t>
        <w:br/>
        <w:t>vt 0.110164 0.722922</w:t>
        <w:br/>
        <w:t>vt 0.110164 0.707060</w:t>
        <w:br/>
        <w:t>vt 0.110164 0.724210</w:t>
        <w:br/>
        <w:t>vt 0.112341 0.722922</w:t>
        <w:br/>
        <w:t>vt 0.110164 0.722922</w:t>
        <w:br/>
        <w:t>vt 0.110164 0.724210</w:t>
        <w:br/>
        <w:t>vt 0.110164 0.722922</w:t>
        <w:br/>
        <w:t>vt 0.112341 0.722922</w:t>
        <w:br/>
        <w:t>vt 0.110164 0.707060</w:t>
        <w:br/>
        <w:t>vt 0.098290 0.708362</w:t>
        <w:br/>
        <w:t>vt 0.098290 0.722362</w:t>
        <w:br/>
        <w:t>vt 0.095990 0.722161</w:t>
        <w:br/>
        <w:t>vt 0.095990 0.708362</w:t>
        <w:br/>
        <w:t>vt 0.095990 0.708362</w:t>
        <w:br/>
        <w:t>vt 0.095990 0.722161</w:t>
        <w:br/>
        <w:t>vt 0.093790 0.722362</w:t>
        <w:br/>
        <w:t>vt 0.093790 0.708362</w:t>
        <w:br/>
        <w:t>vt 0.080031 0.709400</w:t>
        <w:br/>
        <w:t>vt 0.082431 0.709400</w:t>
        <w:br/>
        <w:t>vt 0.082431 0.723400</w:t>
        <w:br/>
        <w:t>vt 0.080031 0.723300</w:t>
        <w:br/>
        <w:t>vt 0.077931 0.709400</w:t>
        <w:br/>
        <w:t>vt 0.080031 0.709400</w:t>
        <w:br/>
        <w:t>vt 0.080031 0.723300</w:t>
        <w:br/>
        <w:t>vt 0.077931 0.723400</w:t>
        <w:br/>
        <w:t>vt 0.095990 0.723561</w:t>
        <w:br/>
        <w:t>vt 0.080031 0.724600</w:t>
        <w:br/>
        <w:t>vt 0.077931 0.723400</w:t>
        <w:br/>
        <w:t>vt 0.080031 0.723300</w:t>
        <w:br/>
        <w:t>vt 0.115100 0.764900</w:t>
        <w:br/>
        <w:t>vt 0.109000 0.771900</w:t>
        <w:br/>
        <w:t>vt 0.109000 0.760100</w:t>
        <w:br/>
        <w:t>vt 0.102200 0.765200</w:t>
        <w:br/>
        <w:t>vt 0.099100 0.762600</w:t>
        <w:br/>
        <w:t>vt 0.105600 0.755400</w:t>
        <w:br/>
        <w:t>vt 0.118400 0.762500</w:t>
        <w:br/>
        <w:t>vt 0.117000 0.765400</w:t>
        <w:br/>
        <w:t>vt 0.100200 0.765500</w:t>
        <w:br/>
        <w:t>vt 0.098100 0.765500</w:t>
        <w:br/>
        <w:t>vt 0.095500 0.760100</w:t>
        <w:br/>
        <w:t>vt 0.095500 0.763200</w:t>
        <w:br/>
        <w:t>vt 0.094100 0.761300</w:t>
        <w:br/>
        <w:t>vt 0.099300 0.756500</w:t>
        <w:br/>
        <w:t>vt 0.092100 0.762900</w:t>
        <w:br/>
        <w:t>vt 0.121400 0.763000</w:t>
        <w:br/>
        <w:t>vt 0.121700 0.760100</w:t>
        <w:br/>
        <w:t>vt 0.123200 0.761400</w:t>
        <w:br/>
        <w:t>vt 0.119300 0.763800</w:t>
        <w:br/>
        <w:t>vt 0.119300 0.765300</w:t>
        <w:br/>
        <w:t>vt 0.098100 0.765500</w:t>
        <w:br/>
        <w:t>vt 0.097900 0.763900</w:t>
        <w:br/>
        <w:t>vt 0.095500 0.763200</w:t>
        <w:br/>
        <w:t>vt 0.099100 0.762600</w:t>
        <w:br/>
        <w:t>vt 0.097900 0.763900</w:t>
        <w:br/>
        <w:t>vt 0.096300 0.764300</w:t>
        <w:br/>
        <w:t>vt 0.094100 0.764000</w:t>
        <w:br/>
        <w:t>vt 0.092100 0.762900</w:t>
        <w:br/>
        <w:t>vt 0.121400 0.763000</w:t>
        <w:br/>
        <w:t>vt 0.120300 0.764000</w:t>
        <w:br/>
        <w:t>vt 0.119300 0.763800</w:t>
        <w:br/>
        <w:t>vt 0.118400 0.762500</w:t>
        <w:br/>
        <w:t>vt 0.125000 0.763000</w:t>
        <w:br/>
        <w:t>vt 0.122700 0.764000</w:t>
        <w:br/>
        <w:t>vt 0.109000 0.751300</w:t>
        <w:br/>
        <w:t>vt 0.109000 0.746800</w:t>
        <w:br/>
        <w:t>vt 0.113900 0.754100</w:t>
        <w:br/>
        <w:t>vt 0.112800 0.755400</w:t>
        <w:br/>
        <w:t>vt 0.109000 0.753200</w:t>
        <w:br/>
        <w:t>vt 0.110500 0.756100</w:t>
        <w:br/>
        <w:t>vt 0.104300 0.753700</w:t>
        <w:br/>
        <w:t>vt 0.118000 0.756500</w:t>
        <w:br/>
        <w:t>vt 0.119300 0.765300</w:t>
        <w:br/>
        <w:t>vt 0.107700 0.756200</w:t>
        <w:br/>
        <w:t>vt 0.107700 0.756200</w:t>
        <w:br/>
        <w:t>vt 0.109000 0.760100</w:t>
        <w:br/>
        <w:t>vt 0.105600 0.755400</w:t>
        <w:br/>
        <w:t>vt 0.110500 0.756100</w:t>
        <w:br/>
        <w:t>vt 0.112800 0.755400</w:t>
        <w:br/>
        <w:t>vt 0.109000 0.760100</w:t>
        <w:br/>
        <w:t>vt 0.263922 0.923314</w:t>
        <w:br/>
        <w:t>vt 0.258979 0.921377</w:t>
        <w:br/>
        <w:t>vt 0.263922 0.916527</w:t>
        <w:br/>
        <w:t>vt 0.257048 0.916527</w:t>
        <w:br/>
        <w:t>vt 0.258979 0.911771</w:t>
        <w:br/>
        <w:t>vt 0.263922 0.909772</w:t>
        <w:br/>
        <w:t>vt 0.263922 0.916527</w:t>
        <w:br/>
        <w:t>vt 0.268585 0.911771</w:t>
        <w:br/>
        <w:t>vt 0.270591 0.916527</w:t>
        <w:br/>
        <w:t>vt 0.268585 0.921377</w:t>
        <w:br/>
        <w:t>vt 0.063195 0.722546</w:t>
        <w:br/>
        <w:t>vt 0.060599 0.723699</w:t>
        <w:br/>
        <w:t>vt 0.060023 0.721392</w:t>
        <w:br/>
        <w:t>vt 0.056851 0.722546</w:t>
        <w:br/>
        <w:t>vt 0.059734 0.725718</w:t>
        <w:br/>
        <w:t>vt 0.055120 0.725141</w:t>
        <w:br/>
        <w:t>vt 0.064348 0.733792</w:t>
        <w:br/>
        <w:t>vt 0.060023 0.733504</w:t>
        <w:br/>
        <w:t>vt 0.061464 0.729755</w:t>
        <w:br/>
        <w:t>vt 0.064348 0.730043</w:t>
        <w:br/>
        <w:t>vt 0.059734 0.728025</w:t>
        <w:br/>
        <w:t>vt 0.054832 0.728602</w:t>
        <w:br/>
        <w:t>vt 0.056851 0.731773</w:t>
        <w:br/>
        <w:t>vt 0.126400 0.822600</w:t>
        <w:br/>
        <w:t>vt 0.120000 0.821800</w:t>
        <w:br/>
        <w:t>vt 0.125000 0.819500</w:t>
        <w:br/>
        <w:t>vt 0.125000 0.819500</w:t>
        <w:br/>
        <w:t>vt 0.120000 0.821800</w:t>
        <w:br/>
        <w:t>vt 0.122700 0.818600</w:t>
        <w:br/>
        <w:t>vt 0.122900 0.817700</w:t>
        <w:br/>
        <w:t>vt 0.125000 0.809400</w:t>
        <w:br/>
        <w:t>vt 0.122900 0.811200</w:t>
        <w:br/>
        <w:t>vt 0.117300 0.818600</w:t>
        <w:br/>
        <w:t>vt 0.114900 0.819500</w:t>
        <w:br/>
        <w:t>vt 0.117000 0.817700</w:t>
        <w:br/>
        <w:t>vt 0.117000 0.811200</w:t>
        <w:br/>
        <w:t>vt 0.114900 0.809400</w:t>
        <w:br/>
        <w:t>vt 0.114900 0.819500</w:t>
        <w:br/>
        <w:t>vt 0.113500 0.822600</w:t>
        <w:br/>
        <w:t>vt 0.111700 0.819100</w:t>
        <w:br/>
        <w:t>vt 0.114900 0.809400</w:t>
        <w:br/>
        <w:t>vt 0.111700 0.809600</w:t>
        <w:br/>
        <w:t>vt 0.113600 0.806200</w:t>
        <w:br/>
        <w:t>vt 0.128200 0.819100</w:t>
        <w:br/>
        <w:t>vt 0.128100 0.809600</w:t>
        <w:br/>
        <w:t>vt 0.125000 0.809400</w:t>
        <w:br/>
        <w:t>vt 0.126400 0.806200</w:t>
        <w:br/>
        <w:t>vt 0.120000 0.807300</w:t>
        <w:br/>
        <w:t>vt 0.120000 0.804600</w:t>
        <w:br/>
        <w:t>vt 0.117300 0.810500</w:t>
        <w:br/>
        <w:t>vt 0.120000 0.807300</w:t>
        <w:br/>
        <w:t>vt 0.120000 0.809900</w:t>
        <w:br/>
        <w:t>vt 0.122800 0.810500</w:t>
        <w:br/>
        <w:t>vt 0.120000 0.824500</w:t>
        <w:br/>
        <w:t>vt 0.120000 0.819200</w:t>
        <w:br/>
        <w:t>vt 0.126400 0.822600</w:t>
        <w:br/>
        <w:t>vt 0.125000 0.819500</w:t>
        <w:br/>
        <w:t>vt 0.120000 0.821800</w:t>
        <w:br/>
        <w:t>vt 0.125000 0.819500</w:t>
        <w:br/>
        <w:t>vt 0.122700 0.818600</w:t>
        <w:br/>
        <w:t>vt 0.120000 0.821800</w:t>
        <w:br/>
        <w:t>vt 0.122900 0.817700</w:t>
        <w:br/>
        <w:t>vt 0.125000 0.809400</w:t>
        <w:br/>
        <w:t>vt 0.122900 0.811200</w:t>
        <w:br/>
        <w:t>vt 0.117300 0.818600</w:t>
        <w:br/>
        <w:t>vt 0.114900 0.819500</w:t>
        <w:br/>
        <w:t>vt 0.117000 0.817700</w:t>
        <w:br/>
        <w:t>vt 0.117000 0.811200</w:t>
        <w:br/>
        <w:t>vt 0.114900 0.809400</w:t>
        <w:br/>
        <w:t>vt 0.114900 0.819500</w:t>
        <w:br/>
        <w:t>vt 0.111700 0.819100</w:t>
        <w:br/>
        <w:t>vt 0.113500 0.822600</w:t>
        <w:br/>
        <w:t>vt 0.114900 0.809400</w:t>
        <w:br/>
        <w:t>vt 0.111700 0.809600</w:t>
        <w:br/>
        <w:t>vt 0.113600 0.806200</w:t>
        <w:br/>
        <w:t>vt 0.128200 0.819100</w:t>
        <w:br/>
        <w:t>vt 0.128100 0.809600</w:t>
        <w:br/>
        <w:t>vt 0.125000 0.809400</w:t>
        <w:br/>
        <w:t>vt 0.126400 0.806200</w:t>
        <w:br/>
        <w:t>vt 0.120000 0.804600</w:t>
        <w:br/>
        <w:t>vt 0.120000 0.807300</w:t>
        <w:br/>
        <w:t>vt 0.117300 0.810500</w:t>
        <w:br/>
        <w:t>vt 0.120000 0.809900</w:t>
        <w:br/>
        <w:t>vt 0.120000 0.807300</w:t>
        <w:br/>
        <w:t>vt 0.122800 0.810500</w:t>
        <w:br/>
        <w:t>vt 0.120000 0.824500</w:t>
        <w:br/>
        <w:t>vt 0.120000 0.819200</w:t>
        <w:br/>
        <w:t>vt 0.126500 0.786700</w:t>
        <w:br/>
        <w:t>vt 0.127200 0.785900</w:t>
        <w:br/>
        <w:t>vt 0.128200 0.788100</w:t>
        <w:br/>
        <w:t>vt 0.127100 0.788100</w:t>
        <w:br/>
        <w:t>vt 0.127300 0.790300</w:t>
        <w:br/>
        <w:t>vt 0.126500 0.789600</w:t>
        <w:br/>
        <w:t>vt 0.123000 0.785900</w:t>
        <w:br/>
        <w:t>vt 0.125100 0.785100</w:t>
        <w:br/>
        <w:t>vt 0.125100 0.786100</w:t>
        <w:br/>
        <w:t>vt 0.123600 0.786700</w:t>
        <w:br/>
        <w:t>vt 0.122800 0.790200</w:t>
        <w:br/>
        <w:t>vt 0.122000 0.788100</w:t>
        <w:br/>
        <w:t>vt 0.123000 0.788100</w:t>
        <w:br/>
        <w:t>vt 0.123600 0.789600</w:t>
        <w:br/>
        <w:t>vt 0.123600 0.786700</w:t>
        <w:br/>
        <w:t>vt 0.125100 0.786100</w:t>
        <w:br/>
        <w:t>vt 0.125100 0.790100</w:t>
        <w:br/>
        <w:t>vt 0.123600 0.789600</w:t>
        <w:br/>
        <w:t>vt 0.125100 0.791300</w:t>
        <w:br/>
        <w:t>vt 0.125100 0.790100</w:t>
        <w:br/>
        <w:t>vt 0.126500 0.786700</w:t>
        <w:br/>
        <w:t>vt 0.126500 0.789600</w:t>
        <w:br/>
        <w:t>vt 0.127100 0.788100</w:t>
        <w:br/>
        <w:t>vt 0.123000 0.788100</w:t>
        <w:br/>
        <w:t>vt 0.305951 0.969405</w:t>
        <w:br/>
        <w:t>vt 0.303257 0.969405</w:t>
        <w:br/>
        <w:t>vt 0.303257 0.965977</w:t>
        <w:br/>
        <w:t>vt 0.309869 0.965977</w:t>
        <w:br/>
        <w:t>vt 0.293646 0.982131</w:t>
        <w:br/>
        <w:t>vt 0.293646 0.980831</w:t>
        <w:br/>
        <w:t>vt 0.295111 0.980831</w:t>
        <w:br/>
        <w:t>vt 0.295111 0.982131</w:t>
        <w:br/>
        <w:t>vt 0.303257 0.965977</w:t>
        <w:br/>
        <w:t>vt 0.303257 0.969405</w:t>
        <w:br/>
        <w:t>vt 0.305951 0.969405</w:t>
        <w:br/>
        <w:t>vt 0.309869 0.965977</w:t>
        <w:br/>
        <w:t>vt 0.287146 0.982131</w:t>
        <w:br/>
        <w:t>vt 0.284346 0.982131</w:t>
        <w:br/>
        <w:t>vt 0.284346 0.980831</w:t>
        <w:br/>
        <w:t>vt 0.287146 0.980831</w:t>
        <w:br/>
        <w:t>vt 0.309869 0.976262</w:t>
        <w:br/>
        <w:t>vt 0.305951 0.972834</w:t>
        <w:br/>
        <w:t>vt 0.297442 0.982131</w:t>
        <w:br/>
        <w:t>vt 0.297442 0.980831</w:t>
        <w:br/>
        <w:t>vt 0.298842 0.980831</w:t>
        <w:br/>
        <w:t>vt 0.298842 0.982131</w:t>
        <w:br/>
        <w:t>vt 0.305951 0.972834</w:t>
        <w:br/>
        <w:t>vt 0.309869 0.976262</w:t>
        <w:br/>
        <w:t>vt 0.303257 0.976262</w:t>
        <w:br/>
        <w:t>vt 0.303257 0.972834</w:t>
        <w:br/>
        <w:t>vt 0.301211 0.980831</w:t>
        <w:br/>
        <w:t>vt 0.302311 0.980831</w:t>
        <w:br/>
        <w:t>vt 0.302311 0.982131</w:t>
        <w:br/>
        <w:t>vt 0.301211 0.982131</w:t>
        <w:br/>
        <w:t>vt 0.303257 0.976262</w:t>
        <w:br/>
        <w:t>vt 0.303257 0.972834</w:t>
        <w:br/>
        <w:t>vt 0.308771 0.980831</w:t>
        <w:br/>
        <w:t>vt 0.308771 0.982131</w:t>
        <w:br/>
        <w:t>vt 0.305971 0.982131</w:t>
        <w:br/>
        <w:t>vt 0.305971 0.980831</w:t>
        <w:br/>
        <w:t>vt 0.289951 0.982131</w:t>
        <w:br/>
        <w:t>vt 0.289951 0.980831</w:t>
        <w:br/>
        <w:t>vt 0.291351 0.980831</w:t>
        <w:br/>
        <w:t>vt 0.291351 0.982131</w:t>
        <w:br/>
        <w:t>vt 0.304571 0.982131</w:t>
        <w:br/>
        <w:t>vt 0.304571 0.980831</w:t>
        <w:br/>
        <w:t>vt 0.305971 0.980831</w:t>
        <w:br/>
        <w:t>vt 0.305971 0.982131</w:t>
        <w:br/>
        <w:t>vt 0.259472 0.977538</w:t>
        <w:br/>
        <w:t>vt 0.258562 0.972984</w:t>
        <w:br/>
        <w:t>vt 0.262508 0.973591</w:t>
        <w:br/>
        <w:t>vt 0.262204 0.977538</w:t>
        <w:br/>
        <w:t>vt 0.264329 0.977538</w:t>
        <w:br/>
        <w:t>vt 0.262204 0.977538</w:t>
        <w:br/>
        <w:t>vt 0.262508 0.973591</w:t>
        <w:br/>
        <w:t>vt 0.265240 0.974502</w:t>
        <w:br/>
        <w:t>vt 0.263115 0.977538</w:t>
        <w:br/>
        <w:t>vt 0.264329 0.977538</w:t>
        <w:br/>
        <w:t>vt 0.265240 0.974502</w:t>
        <w:br/>
        <w:t>vt 0.262508 0.973591</w:t>
        <w:br/>
        <w:t>vt 0.261597 0.977538</w:t>
        <w:br/>
        <w:t>vt 0.262508 0.973591</w:t>
        <w:br/>
        <w:t>vt 0.258562 0.972985</w:t>
        <w:br/>
        <w:t>vt 0.259472 0.977538</w:t>
        <w:br/>
        <w:t>vt 0.259169 0.968735</w:t>
        <w:br/>
        <w:t>vt 0.264025 0.969342</w:t>
        <w:br/>
        <w:t>vt 0.264025 0.969342</w:t>
        <w:br/>
        <w:t>vt 0.266757 0.972377</w:t>
        <w:br/>
        <w:t>vt 0.266757 0.972377</w:t>
        <w:br/>
        <w:t>vt 0.264025 0.969342</w:t>
        <w:br/>
        <w:t>vt 0.264025 0.969342</w:t>
        <w:br/>
        <w:t>vt 0.259169 0.968735</w:t>
        <w:br/>
        <w:t>vt 0.261294 0.964181</w:t>
        <w:br/>
        <w:t>vt 0.261294 0.964182</w:t>
        <w:br/>
        <w:t>vt 0.265240 0.961146</w:t>
        <w:br/>
        <w:t>vt 0.267365 0.966306</w:t>
        <w:br/>
        <w:t>vt 0.268275 0.971163</w:t>
        <w:br/>
        <w:t>vt 0.267365 0.966306</w:t>
        <w:br/>
        <w:t>vt 0.268275 0.971162</w:t>
        <w:br/>
        <w:t>vt 0.267365 0.966306</w:t>
        <w:br/>
        <w:t>vt 0.267365 0.966306</w:t>
        <w:br/>
        <w:t>vt 0.265240 0.961146</w:t>
        <w:br/>
        <w:t>vt 0.270704 0.960235</w:t>
        <w:br/>
        <w:t>vt 0.271463 0.966154</w:t>
        <w:br/>
        <w:t>vt 0.271463 0.966154</w:t>
        <w:br/>
        <w:t>vt 0.270400 0.971163</w:t>
        <w:br/>
        <w:t>vt 0.270400 0.971162</w:t>
        <w:br/>
        <w:t>vt 0.271463 0.966154</w:t>
        <w:br/>
        <w:t>vt 0.271463 0.966154</w:t>
        <w:br/>
        <w:t>vt 0.270704 0.960235</w:t>
        <w:br/>
        <w:t>vt 0.276168 0.961753</w:t>
        <w:br/>
        <w:t>vt 0.275561 0.969038</w:t>
        <w:br/>
        <w:t>vt 0.276168 0.961753</w:t>
        <w:br/>
        <w:t>vt 0.275561 0.969038</w:t>
        <w:br/>
        <w:t>vt 0.272221 0.972074</w:t>
        <w:br/>
        <w:t>vt 0.272221 0.972074</w:t>
        <w:br/>
        <w:t>vt 0.276471 0.971770</w:t>
        <w:br/>
        <w:t>vt 0.276471 0.971770</w:t>
        <w:br/>
        <w:t>vt 0.280114 0.965699</w:t>
        <w:br/>
        <w:t>vt 0.280114 0.965699</w:t>
        <w:br/>
        <w:t>vt 0.281328 0.969949</w:t>
        <w:br/>
        <w:t>vt 0.276471 0.971770</w:t>
        <w:br/>
        <w:t>vt 0.276471 0.971770</w:t>
        <w:br/>
        <w:t>vt 0.273132 0.973591</w:t>
        <w:br/>
        <w:t>vt 0.273132 0.973591</w:t>
        <w:br/>
        <w:t>vt 0.281328 0.969949</w:t>
        <w:br/>
        <w:t>vt 0.281024 0.973288</w:t>
        <w:br/>
        <w:t>vt 0.281024 0.973287</w:t>
        <w:br/>
        <w:t>vt 0.278292 0.976627</w:t>
        <w:br/>
        <w:t>vt 0.275864 0.975716</w:t>
        <w:br/>
        <w:t>vt 0.275864 0.975716</w:t>
        <w:br/>
        <w:t>vt 0.273739 0.975716</w:t>
        <w:br/>
        <w:t>vt 0.275864 0.975716</w:t>
        <w:br/>
        <w:t>vt 0.273739 0.975716</w:t>
        <w:br/>
        <w:t>vt 0.275864 0.975716</w:t>
        <w:br/>
        <w:t>vt 0.278292 0.976627</w:t>
        <w:br/>
        <w:t>vt 0.275257 0.978448</w:t>
        <w:br/>
        <w:t>vt 0.274346 0.977841</w:t>
        <w:br/>
        <w:t>vt 0.274346 0.977841</w:t>
        <w:br/>
        <w:t>vt 0.273435 0.977841</w:t>
        <w:br/>
        <w:t>vt 0.274346 0.977841</w:t>
        <w:br/>
        <w:t>vt 0.273435 0.977841</w:t>
        <w:br/>
        <w:t>vt 0.274346 0.977841</w:t>
        <w:br/>
        <w:t>vt 0.275257 0.978448</w:t>
        <w:br/>
        <w:t>vt 0.274043 0.978448</w:t>
        <w:br/>
        <w:t>vt 0.274043 0.978448</w:t>
        <w:br/>
        <w:t>vt 0.274043 0.978448</w:t>
        <w:br/>
        <w:t>vt 0.274043 0.978448</w:t>
        <w:br/>
        <w:t>vt 0.072439 0.907779</w:t>
        <w:br/>
        <w:t>vt 0.075743 0.909225</w:t>
        <w:br/>
        <w:t>vt 0.075950 0.906747</w:t>
        <w:br/>
        <w:t>vt 0.069340 0.909225</w:t>
        <w:br/>
        <w:t>vt 0.072439 0.907779</w:t>
        <w:br/>
        <w:t>vt 0.068927 0.906747</w:t>
        <w:br/>
        <w:t>vt 0.070786 0.907779</w:t>
        <w:br/>
        <w:t>vt 0.069340 0.909225</w:t>
        <w:br/>
        <w:t>vt 0.068927 0.906747</w:t>
        <w:br/>
        <w:t>vt 0.075743 0.909225</w:t>
        <w:br/>
        <w:t>vt 0.074297 0.907779</w:t>
        <w:br/>
        <w:t>vt 0.075950 0.906747</w:t>
        <w:br/>
        <w:t>vt 0.074504 0.911084</w:t>
        <w:br/>
        <w:t>vt 0.070373 0.911084</w:t>
        <w:br/>
        <w:t>vt 0.072439 0.910258</w:t>
        <w:br/>
        <w:t>vt 0.072438 0.910258</w:t>
        <w:br/>
        <w:t>vt 0.070373 0.911084</w:t>
        <w:br/>
        <w:t>vt 0.072438 0.907779</w:t>
        <w:br/>
        <w:t>vt 0.074504 0.911084</w:t>
        <w:br/>
        <w:t>vt 0.072439 0.910258</w:t>
        <w:br/>
        <w:t>vt 0.072439 0.911704</w:t>
        <w:br/>
        <w:t>vt 0.072438 0.911704</w:t>
        <w:br/>
        <w:t>vt 0.071199 0.898071</w:t>
        <w:br/>
        <w:t>vt 0.072438 0.898071</w:t>
        <w:br/>
        <w:t>vt 0.072438 0.898071</w:t>
        <w:br/>
        <w:t>vt 0.073678 0.898071</w:t>
        <w:br/>
        <w:t>vt 0.073678 0.898071</w:t>
        <w:br/>
        <w:t>vt 0.071199 0.898071</w:t>
        <w:br/>
        <w:t>vt 0.072439 0.898071</w:t>
        <w:br/>
        <w:t>vt 0.072439 0.898071</w:t>
        <w:br/>
        <w:t>vt 0.058904 0.890494</w:t>
        <w:br/>
        <w:t>vt 0.060604 0.888694</w:t>
        <w:br/>
        <w:t>vt 0.060604 0.891094</w:t>
        <w:br/>
        <w:t>vt 0.062304 0.890494</w:t>
        <w:br/>
        <w:t>vt 0.060604 0.888694</w:t>
        <w:br/>
        <w:t>vt 0.063004 0.888694</w:t>
        <w:br/>
        <w:t>vt 0.062354 0.886994</w:t>
        <w:br/>
        <w:t>vt 0.062304 0.890494</w:t>
        <w:br/>
        <w:t>vt 0.062354 0.886994</w:t>
        <w:br/>
        <w:t>vt 0.063004 0.888694</w:t>
        <w:br/>
        <w:t>vt 0.060604 0.888694</w:t>
        <w:br/>
        <w:t>vt 0.060604 0.891094</w:t>
        <w:br/>
        <w:t>vt 0.058904 0.890494</w:t>
        <w:br/>
        <w:t>vt 0.060604 0.888694</w:t>
        <w:br/>
        <w:t>vt 0.058854 0.886994</w:t>
        <w:br/>
        <w:t>vt 0.058204 0.888694</w:t>
        <w:br/>
        <w:t>vt 0.060604 0.888694</w:t>
        <w:br/>
        <w:t>vt 0.058204 0.888694</w:t>
        <w:br/>
        <w:t>vt 0.058854 0.886994</w:t>
        <w:br/>
        <w:t>vt 0.060604 0.886294</w:t>
        <w:br/>
        <w:t>vt 0.060604 0.888694</w:t>
        <w:br/>
        <w:t>vt 0.060604 0.886294</w:t>
        <w:br/>
        <w:t>vt 0.038244 0.881030</w:t>
        <w:br/>
        <w:t>vt 0.048480 0.877805</w:t>
        <w:br/>
        <w:t>vt 0.040347 0.877104</w:t>
        <w:br/>
        <w:t>vt 0.046097 0.893230</w:t>
        <w:br/>
        <w:t>vt 0.048480 0.884957</w:t>
        <w:br/>
        <w:t>vt 0.042030 0.885377</w:t>
        <w:br/>
        <w:t>vt 0.040347 0.893090</w:t>
        <w:br/>
        <w:t>vt 0.033897 0.904869</w:t>
        <w:br/>
        <w:t>vt 0.036981 0.907113</w:t>
        <w:br/>
        <w:t>vt 0.036561 0.903887</w:t>
        <w:br/>
        <w:t>vt 0.040347 0.907393</w:t>
        <w:br/>
        <w:t>vt 0.039225 0.902064</w:t>
        <w:br/>
        <w:t>vt 0.044273 0.905851</w:t>
        <w:br/>
        <w:t>vt 0.041329 0.899120</w:t>
        <w:br/>
        <w:t>vt 0.041750 0.895894</w:t>
        <w:br/>
        <w:t>vt 0.049041 0.898138</w:t>
        <w:br/>
        <w:t>vt 0.047639 0.902345</w:t>
        <w:br/>
        <w:t>vt 0.048480 0.839102</w:t>
        <w:br/>
        <w:t>vt 0.042170 0.872476</w:t>
        <w:br/>
        <w:t>vt 0.038244 0.881030</w:t>
        <w:br/>
        <w:t>vt 0.040347 0.877104</w:t>
        <w:br/>
        <w:t>vt 0.048480 0.877805</w:t>
        <w:br/>
        <w:t>vt 0.046097 0.893230</w:t>
        <w:br/>
        <w:t>vt 0.040347 0.893090</w:t>
        <w:br/>
        <w:t>vt 0.042030 0.885377</w:t>
        <w:br/>
        <w:t>vt 0.048480 0.884957</w:t>
        <w:br/>
        <w:t>vt 0.033897 0.904869</w:t>
        <w:br/>
        <w:t>vt 0.036561 0.903887</w:t>
        <w:br/>
        <w:t>vt 0.036982 0.907113</w:t>
        <w:br/>
        <w:t>vt 0.039225 0.902064</w:t>
        <w:br/>
        <w:t>vt 0.040347 0.907393</w:t>
        <w:br/>
        <w:t>vt 0.041329 0.899120</w:t>
        <w:br/>
        <w:t>vt 0.044274 0.905851</w:t>
        <w:br/>
        <w:t>vt 0.049041 0.898138</w:t>
        <w:br/>
        <w:t>vt 0.041749 0.895894</w:t>
        <w:br/>
        <w:t>vt 0.047639 0.902345</w:t>
        <w:br/>
        <w:t>vt 0.042170 0.872476</w:t>
        <w:br/>
        <w:t>vt 0.048480 0.839102</w:t>
        <w:br/>
        <w:t>vt 0.087688 0.905095</w:t>
        <w:br/>
        <w:t>vt 0.087688 0.900295</w:t>
        <w:br/>
        <w:t>vt 0.084388 0.901695</w:t>
        <w:br/>
        <w:t>vt 0.082988 0.904995</w:t>
        <w:br/>
        <w:t>vt 0.084288 0.908195</w:t>
        <w:br/>
        <w:t>vt 0.087688 0.909695</w:t>
        <w:br/>
        <w:t>vt 0.093454 0.900405</w:t>
        <w:br/>
        <w:t>vt 0.093454 0.901705</w:t>
        <w:br/>
        <w:t>vt 0.095954 0.902805</w:t>
        <w:br/>
        <w:t>vt 0.097054 0.901905</w:t>
        <w:br/>
        <w:t>vt 0.097154 0.905605</w:t>
        <w:br/>
        <w:t>vt 0.098554 0.905605</w:t>
        <w:br/>
        <w:t>vt 0.095954 0.908405</w:t>
        <w:br/>
        <w:t>vt 0.097154 0.909105</w:t>
        <w:br/>
        <w:t>vt 0.093454 0.909405</w:t>
        <w:br/>
        <w:t>vt 0.093454 0.910905</w:t>
        <w:br/>
        <w:t>vt 0.093454 0.909405</w:t>
        <w:br/>
        <w:t>vt 0.093454 0.901705</w:t>
        <w:br/>
        <w:t>vt 0.087688 0.905095</w:t>
        <w:br/>
        <w:t>vt 0.084388 0.901695</w:t>
        <w:br/>
        <w:t>vt 0.087688 0.900295</w:t>
        <w:br/>
        <w:t>vt 0.082988 0.904995</w:t>
        <w:br/>
        <w:t>vt 0.084288 0.908195</w:t>
        <w:br/>
        <w:t>vt 0.087688 0.909695</w:t>
        <w:br/>
        <w:t>vt 0.093454 0.900405</w:t>
        <w:br/>
        <w:t>vt 0.097054 0.901905</w:t>
        <w:br/>
        <w:t>vt 0.095954 0.902805</w:t>
        <w:br/>
        <w:t>vt 0.093454 0.901705</w:t>
        <w:br/>
        <w:t>vt 0.098554 0.905605</w:t>
        <w:br/>
        <w:t>vt 0.097154 0.905605</w:t>
        <w:br/>
        <w:t>vt 0.097154 0.909105</w:t>
        <w:br/>
        <w:t>vt 0.095954 0.908405</w:t>
        <w:br/>
        <w:t>vt 0.093454 0.910905</w:t>
        <w:br/>
        <w:t>vt 0.093454 0.909405</w:t>
        <w:br/>
        <w:t>vt 0.093454 0.909405</w:t>
        <w:br/>
        <w:t>vt 0.106189 0.910800</w:t>
        <w:br/>
        <w:t>vt 0.108541 0.906276</w:t>
        <w:br/>
        <w:t>vt 0.111346 0.910800</w:t>
        <w:br/>
        <w:t>vt 0.111346 0.901932</w:t>
        <w:br/>
        <w:t>vt 0.108541 0.906276</w:t>
        <w:br/>
        <w:t>vt 0.106189 0.901932</w:t>
        <w:br/>
        <w:t>vt 0.113518 0.906276</w:t>
        <w:br/>
        <w:t>vt 0.103836 0.906276</w:t>
        <w:br/>
        <w:t>vt 0.561000 0.441800</w:t>
        <w:br/>
        <w:t>vt 0.557500 0.447200</w:t>
        <w:br/>
        <w:t>vt 0.549700 0.439500</w:t>
        <w:br/>
        <w:t>vt 0.556500 0.430600</w:t>
        <w:br/>
        <w:t>vt 0.541200 0.432500</w:t>
        <w:br/>
        <w:t>vt 0.551900 0.421400</w:t>
        <w:br/>
        <w:t>vt 0.442300 0.428500</w:t>
        <w:br/>
        <w:t>vt 0.450200 0.420400</w:t>
        <w:br/>
        <w:t>vt 0.453900 0.432900</w:t>
        <w:br/>
        <w:t>vt 0.442600 0.435100</w:t>
        <w:br/>
        <w:t>vt 0.459000 0.411800</w:t>
        <w:br/>
        <w:t>vt 0.468100 0.430300</w:t>
        <w:br/>
        <w:t>vt 0.469600 0.443700</w:t>
        <w:br/>
        <w:t>vt 0.455300 0.445200</w:t>
        <w:br/>
        <w:t>vt 0.481900 0.429100</w:t>
        <w:br/>
        <w:t>vt 0.483300 0.442800</w:t>
        <w:br/>
        <w:t>vt 0.451200 0.453700</w:t>
        <w:br/>
        <w:t>vt 0.449800 0.454800</w:t>
        <w:br/>
        <w:t>vt 0.444400 0.447400</w:t>
        <w:br/>
        <w:t>vt 0.446300 0.446100</w:t>
        <w:br/>
        <w:t>vt 0.551300 0.454900</w:t>
        <w:br/>
        <w:t>vt 0.550600 0.452700</w:t>
        <w:br/>
        <w:t>vt 0.560600 0.450300</w:t>
        <w:br/>
        <w:t>vt 0.562300 0.452000</w:t>
        <w:br/>
        <w:t>vt 0.544200 0.457300</w:t>
        <w:br/>
        <w:t>vt 0.543800 0.455300</w:t>
        <w:br/>
        <w:t>vt 0.550600 0.452700</w:t>
        <w:br/>
        <w:t>vt 0.544000 0.447100</w:t>
        <w:br/>
        <w:t>vt 0.533700 0.443100</w:t>
        <w:br/>
        <w:t>vt 0.530400 0.429100</w:t>
        <w:br/>
        <w:t>vt 0.517300 0.442500</w:t>
        <w:br/>
        <w:t>vt 0.515600 0.428300</w:t>
        <w:br/>
        <w:t>vt 0.546500 0.410900</w:t>
        <w:br/>
        <w:t>vt 0.531500 0.385900</w:t>
        <w:br/>
        <w:t>vt 0.542600 0.403700</w:t>
        <w:br/>
        <w:t>vt 0.525000 0.410500</w:t>
        <w:br/>
        <w:t>vt 0.468100 0.399100</w:t>
        <w:br/>
        <w:t>vt 0.475000 0.386600</w:t>
        <w:br/>
        <w:t>vt 0.480200 0.411300</w:t>
        <w:br/>
        <w:t>vt 0.490000 0.386800</w:t>
        <w:br/>
        <w:t>vt 0.438100 0.435400</w:t>
        <w:br/>
        <w:t>vt 0.435600 0.435600</w:t>
        <w:br/>
        <w:t>vt 0.440200 0.427100</w:t>
        <w:br/>
        <w:t>vt 0.442300 0.428500</w:t>
        <w:br/>
        <w:t>vt 0.438100 0.435400</w:t>
        <w:br/>
        <w:t>vt 0.446300 0.446100</w:t>
        <w:br/>
        <w:t>vt 0.438100 0.435400</w:t>
        <w:br/>
        <w:t>vt 0.435600 0.435600</w:t>
        <w:br/>
        <w:t>vt 0.448500 0.418700</w:t>
        <w:br/>
        <w:t>vt 0.450200 0.420400</w:t>
        <w:br/>
        <w:t>vt 0.468400 0.411000</w:t>
        <w:br/>
        <w:t>vt 0.492700 0.411400</w:t>
        <w:br/>
        <w:t>vt 0.493700 0.428400</w:t>
        <w:br/>
        <w:t>vt 0.504000 0.428000</w:t>
        <w:br/>
        <w:t>vt 0.497000 0.414800</w:t>
        <w:br/>
        <w:t>vt 0.560600 0.450300</w:t>
        <w:br/>
        <w:t>vt 0.561000 0.441800</w:t>
        <w:br/>
        <w:t>vt 0.563400 0.441700</w:t>
        <w:br/>
        <w:t>vt 0.562300 0.452000</w:t>
        <w:br/>
        <w:t>vt 0.560600 0.450300</w:t>
        <w:br/>
        <w:t>vt 0.556500 0.430600</w:t>
        <w:br/>
        <w:t>vt 0.558500 0.429500</w:t>
        <w:br/>
        <w:t>vt 0.551900 0.421400</w:t>
        <w:br/>
        <w:t>vt 0.553400 0.420200</w:t>
        <w:br/>
        <w:t>vt 0.504000 0.442600</w:t>
        <w:br/>
        <w:t>vt 0.510900 0.414700</w:t>
        <w:br/>
        <w:t>vt 0.504000 0.410500</w:t>
        <w:br/>
        <w:t>vt 0.513900 0.410500</w:t>
        <w:br/>
        <w:t>vt 0.516700 0.386600</w:t>
        <w:br/>
        <w:t>vt 0.457500 0.410000</w:t>
        <w:br/>
        <w:t>vt 0.466100 0.398200</w:t>
        <w:br/>
        <w:t>vt 0.468100 0.399100</w:t>
        <w:br/>
        <w:t>vt 0.459000 0.411800</w:t>
        <w:br/>
        <w:t>vt 0.472600 0.386000</w:t>
        <w:br/>
        <w:t>vt 0.475000 0.386600</w:t>
        <w:br/>
        <w:t>vt 0.504000 0.372000</w:t>
        <w:br/>
        <w:t>vt 0.497400 0.366900</w:t>
        <w:br/>
        <w:t>vt 0.504000 0.363900</w:t>
        <w:br/>
        <w:t>vt 0.518400 0.369000</w:t>
        <w:br/>
        <w:t>vt 0.518400 0.369000</w:t>
        <w:br/>
        <w:t>vt 0.519800 0.366800</w:t>
        <w:br/>
        <w:t>vt 0.534200 0.385400</w:t>
        <w:br/>
        <w:t>vt 0.504000 0.356100</w:t>
        <w:br/>
        <w:t>vt 0.504000 0.353400</w:t>
        <w:br/>
        <w:t>vt 0.504000 0.356100</w:t>
        <w:br/>
        <w:t>vt 0.487300 0.369800</w:t>
        <w:br/>
        <w:t>vt 0.486200 0.367500</w:t>
        <w:br/>
        <w:t>vt 0.504000 0.353400</w:t>
        <w:br/>
        <w:t>vt 0.548800 0.411900</w:t>
        <w:br/>
        <w:t>vt 0.504000 0.362300</w:t>
        <w:br/>
        <w:t>vt 0.509900 0.366600</w:t>
        <w:br/>
        <w:t>vt 0.504000 0.362300</w:t>
        <w:br/>
        <w:t>vt 0.504000 0.356100</w:t>
        <w:br/>
        <w:t>vt 0.487800 0.373900</w:t>
        <w:br/>
        <w:t>vt 0.504000 0.387000</w:t>
        <w:br/>
        <w:t>vt 0.504000 0.426200</w:t>
        <w:br/>
        <w:t>vt 0.504000 0.428000</w:t>
        <w:br/>
        <w:t>vt 0.497000 0.414800</w:t>
        <w:br/>
        <w:t>vt 0.504000 0.426200</w:t>
        <w:br/>
        <w:t>vt 0.538600 0.410700</w:t>
        <w:br/>
        <w:t>vt 0.544200 0.402100</w:t>
        <w:br/>
        <w:t>vt 0.542600 0.403700</w:t>
        <w:br/>
        <w:t>vt 0.543800 0.455300</w:t>
        <w:br/>
        <w:t>vt 0.541700 0.452700</w:t>
        <w:br/>
        <w:t>vt 0.532800 0.452700</w:t>
        <w:br/>
        <w:t>vt 0.518600 0.452700</w:t>
        <w:br/>
        <w:t>vt 0.504000 0.452700</w:t>
        <w:br/>
        <w:t>vt 0.483900 0.452700</w:t>
        <w:br/>
        <w:t>vt 0.470700 0.452700</w:t>
        <w:br/>
        <w:t>vt 0.454200 0.452700</w:t>
        <w:br/>
        <w:t>vt 0.451200 0.453700</w:t>
        <w:br/>
        <w:t>vt 0.481100 0.372900</w:t>
        <w:br/>
        <w:t>vt 0.487300 0.369800</w:t>
        <w:br/>
        <w:t>vt 0.483300 0.374300</w:t>
        <w:br/>
        <w:t>vt 0.111900 0.009600</w:t>
        <w:br/>
        <w:t>vt 0.117900 0.009800</w:t>
        <w:br/>
        <w:t>vt 0.117700 0.014200</w:t>
        <w:br/>
        <w:t>vt 0.110100 0.013000</w:t>
        <w:br/>
        <w:t>vt 0.123900 0.009700</w:t>
        <w:br/>
        <w:t>vt 0.125800 0.014300</w:t>
        <w:br/>
        <w:t>vt 0.130300 0.009400</w:t>
        <w:br/>
        <w:t>vt 0.132600 0.014800</w:t>
        <w:br/>
        <w:t>vt 0.135700 0.010000</w:t>
        <w:br/>
        <w:t>vt 0.139100 0.017000</w:t>
        <w:br/>
        <w:t>vt 0.140900 0.011200</w:t>
        <w:br/>
        <w:t>vt 0.150100 0.013700</w:t>
        <w:br/>
        <w:t>vt 0.148600 0.018600</w:t>
        <w:br/>
        <w:t>vt 0.136400 0.021300</w:t>
        <w:br/>
        <w:t>vt 0.132400 0.024700</w:t>
        <w:br/>
        <w:t>vt 0.154800 0.026900</w:t>
        <w:br/>
        <w:t>vt 0.147400 0.030700</w:t>
        <w:br/>
        <w:t>vt 0.126500 0.027600</w:t>
        <w:br/>
        <w:t>vt 0.141500 0.032900</w:t>
        <w:br/>
        <w:t>vt 0.128200 0.029300</w:t>
        <w:br/>
        <w:t>vt 0.116700 0.034800</w:t>
        <w:br/>
        <w:t>vt 0.125200 0.042100</w:t>
        <w:br/>
        <w:t>vt 0.121000 0.042500</w:t>
        <w:br/>
        <w:t>vt 0.114300 0.035800</w:t>
        <w:br/>
        <w:t>vt 0.108100 0.033800</w:t>
        <w:br/>
        <w:t>vt 0.111400 0.035400</w:t>
        <w:br/>
        <w:t>vt 0.112300 0.037700</w:t>
        <w:br/>
        <w:t>vt 0.108400 0.035500</w:t>
        <w:br/>
        <w:t>vt 0.107900 0.036900</w:t>
        <w:br/>
        <w:t>vt 0.112000 0.039100</w:t>
        <w:br/>
        <w:t>vt 0.111600 0.041700</w:t>
        <w:br/>
        <w:t>vt 0.108800 0.042700</w:t>
        <w:br/>
        <w:t>vt 0.106700 0.037700</w:t>
        <w:br/>
        <w:t>vt 0.105900 0.042000</w:t>
        <w:br/>
        <w:t>vt 0.105300 0.037400</w:t>
        <w:br/>
        <w:t>vt 0.103200 0.039800</w:t>
        <w:br/>
        <w:t>vt 0.103600 0.036000</w:t>
        <w:br/>
        <w:t>vt 0.101400 0.036700</w:t>
        <w:br/>
        <w:t>vt 0.102100 0.033400</w:t>
        <w:br/>
        <w:t>vt 0.100200 0.034200</w:t>
        <w:br/>
        <w:t>vt 0.100700 0.031500</w:t>
        <w:br/>
        <w:t>vt 0.099600 0.034100</w:t>
        <w:br/>
        <w:t>vt 0.098500 0.031300</w:t>
        <w:br/>
        <w:t>vt 0.097300 0.032700</w:t>
        <w:br/>
        <w:t>vt 0.099000 0.034600</w:t>
        <w:br/>
        <w:t>vt 0.099100 0.036300</w:t>
        <w:br/>
        <w:t>vt 0.097800 0.035700</w:t>
        <w:br/>
        <w:t>vt 0.098900 0.035600</w:t>
        <w:br/>
        <w:t>vt 0.097100 0.034300</w:t>
        <w:br/>
        <w:t>vt 0.138500 0.038200</w:t>
        <w:br/>
        <w:t>vt 0.127800 0.031200</w:t>
        <w:br/>
        <w:t>vt 0.125900 0.032900</w:t>
        <w:br/>
        <w:t>vt 0.134000 0.039700</w:t>
        <w:br/>
        <w:t>vt 0.121700 0.033300</w:t>
        <w:br/>
        <w:t>vt 0.126900 0.039600</w:t>
        <w:br/>
        <w:t>vt 0.117100 0.032400</w:t>
        <w:br/>
        <w:t>vt 0.014270 0.084378</w:t>
        <w:br/>
        <w:t>vt 0.009117 0.083899</w:t>
        <w:br/>
        <w:t>vt 0.009596 0.076949</w:t>
        <w:br/>
        <w:t>vt 0.013790 0.075151</w:t>
        <w:br/>
        <w:t>vt 0.008398 0.090730</w:t>
        <w:br/>
        <w:t>vt 0.013790 0.093845</w:t>
        <w:br/>
        <w:t>vt 0.007679 0.098399</w:t>
        <w:br/>
        <w:t>vt 0.013671 0.102473</w:t>
        <w:br/>
        <w:t>vt 0.007439 0.104990</w:t>
        <w:br/>
        <w:t>vt 0.014869 0.111341</w:t>
        <w:br/>
        <w:t>vt 0.007319 0.111581</w:t>
        <w:br/>
        <w:t>vt 0.026133 0.107027</w:t>
        <w:br/>
        <w:t>vt 0.020381 0.133151</w:t>
        <w:br/>
        <w:t>vt 0.020861 0.110143</w:t>
        <w:br/>
        <w:t>vt 0.027452 0.126321</w:t>
        <w:br/>
        <w:t>vt 0.031646 0.101395</w:t>
        <w:br/>
        <w:t>vt 0.032125 0.120449</w:t>
        <w:br/>
        <w:t>vt 0.033084 0.103792</w:t>
        <w:br/>
        <w:t>vt 0.039315 0.118771</w:t>
        <w:br/>
        <w:t>vt 0.035481 0.103912</w:t>
        <w:br/>
        <w:t>vt 0.038357 0.102234</w:t>
        <w:br/>
        <w:t>vt 0.040753 0.097920</w:t>
        <w:br/>
        <w:t>vt 0.042671 0.114457</w:t>
        <w:br/>
        <w:t>vt 0.042191 0.092647</w:t>
        <w:br/>
        <w:t>vt 0.045667 0.106548</w:t>
        <w:br/>
        <w:t>vt 0.051538 0.101515</w:t>
        <w:br/>
        <w:t>vt 0.049142 0.105949</w:t>
        <w:br/>
        <w:t>vt 0.044947 0.092767</w:t>
        <w:br/>
        <w:t>vt 0.047344 0.090490</w:t>
        <w:br/>
        <w:t>vt 0.052497 0.095164</w:t>
        <w:br/>
        <w:t>vt 0.052377 0.090250</w:t>
        <w:br/>
        <w:t>vt 0.050700 0.089531</w:t>
        <w:br/>
        <w:t>vt 0.051538 0.084259</w:t>
        <w:br/>
        <w:t>vt 0.053456 0.084618</w:t>
        <w:br/>
        <w:t>vt 0.054894 0.092048</w:t>
        <w:br/>
        <w:t>vt 0.058009 0.090490</w:t>
        <w:br/>
        <w:t>vt 0.055253 0.084019</w:t>
        <w:br/>
        <w:t>vt 0.059687 0.087494</w:t>
        <w:br/>
        <w:t>vt 0.056571 0.082581</w:t>
        <w:br/>
        <w:t>vt 0.060526 0.083779</w:t>
        <w:br/>
        <w:t>vt 0.057650 0.080064</w:t>
        <w:br/>
        <w:t>vt 0.060766 0.079825</w:t>
        <w:br/>
        <w:t>vt 0.058489 0.076469</w:t>
        <w:br/>
        <w:t>vt 0.061245 0.076709</w:t>
        <w:br/>
        <w:t>vt 0.059088 0.073953</w:t>
        <w:br/>
        <w:t>vt 0.061844 0.076110</w:t>
        <w:br/>
        <w:t>vt 0.060886 0.072635</w:t>
        <w:br/>
        <w:t>vt 0.062683 0.072874</w:t>
        <w:br/>
        <w:t>vt 0.063043 0.076110</w:t>
        <w:br/>
        <w:t>vt 0.064361 0.076589</w:t>
        <w:br/>
        <w:t>vt 0.064720 0.075511</w:t>
        <w:br/>
        <w:t>vt 0.065319 0.076949</w:t>
        <w:br/>
        <w:t>vt 0.064121 0.073953</w:t>
        <w:br/>
        <w:t>vt 0.012952 0.123205</w:t>
        <w:br/>
        <w:t>vt 0.010195 0.139862</w:t>
        <w:br/>
        <w:t>vt 0.007919 0.134230</w:t>
        <w:br/>
        <w:t>vt 0.006840 0.123085</w:t>
        <w:br/>
        <w:t>vt 0.034762 0.122606</w:t>
        <w:br/>
        <w:t>vt 0.013790 0.075151</w:t>
        <w:br/>
        <w:t>vt 0.015348 0.075031</w:t>
        <w:br/>
        <w:t>vt 0.015947 0.084139</w:t>
        <w:br/>
        <w:t>vt 0.014270 0.084378</w:t>
        <w:br/>
        <w:t>vt 0.117800 0.008100</w:t>
        <w:br/>
        <w:t>vt 0.117900 0.009800</w:t>
        <w:br/>
        <w:t>vt 0.111900 0.009600</w:t>
        <w:br/>
        <w:t>vt 0.111900 0.008700</w:t>
        <w:br/>
        <w:t>vt 0.123700 0.007600</w:t>
        <w:br/>
        <w:t>vt 0.123900 0.009700</w:t>
        <w:br/>
        <w:t>vt 0.015468 0.093606</w:t>
        <w:br/>
        <w:t>vt 0.013790 0.093845</w:t>
        <w:br/>
        <w:t>vt 0.130300 0.007200</w:t>
        <w:br/>
        <w:t>vt 0.130300 0.009400</w:t>
        <w:br/>
        <w:t>vt 0.015228 0.101994</w:t>
        <w:br/>
        <w:t>vt 0.013671 0.102473</w:t>
        <w:br/>
        <w:t>vt 0.136000 0.007800</w:t>
        <w:br/>
        <w:t>vt 0.135700 0.010000</w:t>
        <w:br/>
        <w:t>vt 0.141500 0.008900</w:t>
        <w:br/>
        <w:t>vt 0.140900 0.011200</w:t>
        <w:br/>
        <w:t>vt 0.015828 0.110023</w:t>
        <w:br/>
        <w:t>vt 0.014869 0.111341</w:t>
        <w:br/>
        <w:t>vt 0.150900 0.011800</w:t>
        <w:br/>
        <w:t>vt 0.150100 0.013700</w:t>
        <w:br/>
        <w:t>vt 0.020142 0.108945</w:t>
        <w:br/>
        <w:t>vt 0.020861 0.110143</w:t>
        <w:br/>
        <w:t>vt 0.014869 0.111341</w:t>
        <w:br/>
        <w:t>vt 0.015828 0.110023</w:t>
        <w:br/>
        <w:t>vt 0.026133 0.107027</w:t>
        <w:br/>
        <w:t>vt 0.025295 0.105829</w:t>
        <w:br/>
        <w:t>vt 0.031286 0.100316</w:t>
        <w:br/>
        <w:t>vt 0.031646 0.101395</w:t>
        <w:br/>
        <w:t>vt 0.033084 0.103792</w:t>
        <w:br/>
        <w:t>vt 0.031646 0.101395</w:t>
        <w:br/>
        <w:t>vt 0.031286 0.100316</w:t>
        <w:br/>
        <w:t>vt 0.033563 0.102354</w:t>
        <w:br/>
        <w:t>vt 0.035121 0.102593</w:t>
        <w:br/>
        <w:t>vt 0.035481 0.103912</w:t>
        <w:br/>
        <w:t>vt 0.037278 0.101395</w:t>
        <w:br/>
        <w:t>vt 0.038357 0.102234</w:t>
        <w:br/>
        <w:t>vt 0.039555 0.097321</w:t>
        <w:br/>
        <w:t>vt 0.040753 0.097920</w:t>
        <w:br/>
        <w:t>vt 0.041233 0.091928</w:t>
        <w:br/>
        <w:t>vt 0.042191 0.092647</w:t>
        <w:br/>
        <w:t>vt 0.044947 0.092767</w:t>
        <w:br/>
        <w:t>vt 0.042191 0.092647</w:t>
        <w:br/>
        <w:t>vt 0.041233 0.091928</w:t>
        <w:br/>
        <w:t>vt 0.044228 0.091569</w:t>
        <w:br/>
        <w:t>vt 0.047344 0.090490</w:t>
        <w:br/>
        <w:t>vt 0.046266 0.089651</w:t>
        <w:br/>
        <w:t>vt 0.047824 0.086655</w:t>
        <w:br/>
        <w:t>vt 0.049022 0.087135</w:t>
        <w:br/>
        <w:t>vt 0.051538 0.084259</w:t>
        <w:br/>
        <w:t>vt 0.050100 0.083420</w:t>
        <w:br/>
        <w:t>vt 0.049381 0.082461</w:t>
        <w:br/>
        <w:t>vt 0.051778 0.082940</w:t>
        <w:br/>
        <w:t>vt 0.053456 0.084618</w:t>
        <w:br/>
        <w:t>vt 0.053336 0.083300</w:t>
        <w:br/>
        <w:t>vt 0.055253 0.084019</w:t>
        <w:br/>
        <w:t>vt 0.054534 0.082821</w:t>
        <w:br/>
        <w:t>vt 0.056571 0.082581</w:t>
        <w:br/>
        <w:t>vt 0.055373 0.081742</w:t>
        <w:br/>
        <w:t>vt 0.056332 0.079705</w:t>
        <w:br/>
        <w:t>vt 0.057650 0.080064</w:t>
        <w:br/>
        <w:t>vt 0.057171 0.076110</w:t>
        <w:br/>
        <w:t>vt 0.058489 0.076469</w:t>
        <w:br/>
        <w:t>vt 0.058129 0.073114</w:t>
        <w:br/>
        <w:t>vt 0.059088 0.073953</w:t>
        <w:br/>
        <w:t>vt 0.060886 0.072635</w:t>
        <w:br/>
        <w:t>vt 0.060766 0.071316</w:t>
        <w:br/>
        <w:t>vt 0.062683 0.072874</w:t>
        <w:br/>
        <w:t>vt 0.063402 0.071796</w:t>
        <w:br/>
        <w:t>vt 0.065319 0.076949</w:t>
        <w:br/>
        <w:t>vt 0.064720 0.075511</w:t>
        <w:br/>
        <w:t>vt 0.066038 0.075271</w:t>
        <w:br/>
        <w:t>vt 0.159500 0.016300</w:t>
        <w:br/>
        <w:t>vt 0.163700 0.020500</w:t>
        <w:br/>
        <w:t>vt 0.162100 0.020700</w:t>
        <w:br/>
        <w:t>vt 0.158400 0.017300</w:t>
        <w:br/>
        <w:t>vt 0.010195 0.139862</w:t>
        <w:br/>
        <w:t>vt 0.020381 0.133151</w:t>
        <w:br/>
        <w:t>vt 0.009836 0.141300</w:t>
        <w:br/>
        <w:t>vt 0.027452 0.126321</w:t>
        <w:br/>
        <w:t>vt 0.032125 0.120449</w:t>
        <w:br/>
        <w:t>vt 0.032724 0.121887</w:t>
        <w:br/>
        <w:t>vt 0.032724 0.121887</w:t>
        <w:br/>
        <w:t>vt 0.032125 0.120449</w:t>
        <w:br/>
        <w:t>vt 0.034762 0.122606</w:t>
        <w:br/>
        <w:t>vt 0.064121 0.073953</w:t>
        <w:br/>
        <w:t>vt 0.065200 0.073234</w:t>
        <w:br/>
        <w:t>vt 0.049381 0.082461</w:t>
        <w:br/>
        <w:t>vt 0.050100 0.083420</w:t>
        <w:br/>
        <w:t>vt 0.049022 0.087135</w:t>
        <w:br/>
        <w:t>vt 0.050100 0.083420</w:t>
        <w:br/>
        <w:t>vt 0.115800 0.041000</w:t>
        <w:br/>
        <w:t>vt 0.009117 0.083899</w:t>
        <w:br/>
        <w:t>vt 0.006960 0.083659</w:t>
        <w:br/>
        <w:t>vt 0.008518 0.076949</w:t>
        <w:br/>
        <w:t>vt 0.009596 0.076949</w:t>
        <w:br/>
        <w:t>vt 0.005881 0.090490</w:t>
        <w:br/>
        <w:t>vt 0.005042 0.098279</w:t>
        <w:br/>
        <w:t>vt 0.004803 0.104870</w:t>
        <w:br/>
        <w:t>vt 0.004563 0.111341</w:t>
        <w:br/>
        <w:t>vt 0.004443 0.123205</w:t>
        <w:br/>
        <w:t>vt 0.007919 0.134230</w:t>
        <w:br/>
        <w:t>vt 0.006241 0.134829</w:t>
        <w:br/>
        <w:t>vt 0.010195 0.139862</w:t>
        <w:br/>
        <w:t>vt 0.009836 0.141300</w:t>
        <w:br/>
        <w:t>vt 0.143000 0.034900</w:t>
        <w:br/>
        <w:t>vt 0.163700 0.020500</w:t>
        <w:br/>
        <w:t>vt 0.154800 0.026900</w:t>
        <w:br/>
        <w:t>vt 0.162100 0.020700</w:t>
        <w:br/>
        <w:t>vt 0.100400 0.864209</w:t>
        <w:br/>
        <w:t>vt 0.099600 0.870800</w:t>
        <w:br/>
        <w:t>vt 0.104400 0.872000</w:t>
        <w:br/>
        <w:t>vt 0.104900 0.863358</w:t>
        <w:br/>
        <w:t>vt 0.096410 0.862939</w:t>
        <w:br/>
        <w:t>vt 0.090700 0.865000</w:t>
        <w:br/>
        <w:t>vt 0.094700 0.868900</w:t>
        <w:br/>
        <w:t>vt 0.093421 0.858919</w:t>
        <w:br/>
        <w:t>vt 0.092000 0.855100</w:t>
        <w:br/>
        <w:t>vt 0.088800 0.855600</w:t>
        <w:br/>
        <w:t>vt 0.088900 0.860800</w:t>
        <w:br/>
        <w:t>vt 0.090800 0.851200</w:t>
        <w:br/>
        <w:t>vt 0.107031 0.861000</w:t>
        <w:br/>
        <w:t>vt 0.108851 0.863900</w:t>
        <w:br/>
        <w:t>vt 0.106800 0.874900</w:t>
        <w:br/>
        <w:t>vt 0.113500 0.872500</w:t>
        <w:br/>
        <w:t>vt 0.111580 0.867600</w:t>
        <w:br/>
        <w:t>vt 0.114000 0.877800</w:t>
        <w:br/>
        <w:t>vt 0.107300 0.878500</w:t>
        <w:br/>
        <w:t>vt 0.106400 0.881200</w:t>
        <w:br/>
        <w:t>vt 0.109600 0.885652</w:t>
        <w:br/>
        <w:t>vt 0.112500 0.882800</w:t>
        <w:br/>
        <w:t>vt 0.100932 0.893650</w:t>
        <w:br/>
        <w:t>vt 0.101600 0.890000</w:t>
        <w:br/>
        <w:t>vt 0.096600 0.888300</w:t>
        <w:br/>
        <w:t>vt 0.095743 0.893650</w:t>
        <w:br/>
        <w:t>vt 0.103576 0.886931</w:t>
        <w:br/>
        <w:t>vt 0.099800 0.883297</w:t>
        <w:br/>
        <w:t>vt 0.106411 0.886273</w:t>
        <w:br/>
        <w:t>vt 0.103900 0.882252</w:t>
        <w:br/>
        <w:t>vt 0.100400 0.864209</w:t>
        <w:br/>
        <w:t>vt 0.104900 0.863358</w:t>
        <w:br/>
        <w:t>vt 0.104400 0.872000</w:t>
        <w:br/>
        <w:t>vt 0.099600 0.870800</w:t>
        <w:br/>
        <w:t>vt 0.096410 0.862939</w:t>
        <w:br/>
        <w:t>vt 0.094700 0.868900</w:t>
        <w:br/>
        <w:t>vt 0.090700 0.865000</w:t>
        <w:br/>
        <w:t>vt 0.093421 0.858919</w:t>
        <w:br/>
        <w:t>vt 0.088800 0.855600</w:t>
        <w:br/>
        <w:t>vt 0.092000 0.855100</w:t>
        <w:br/>
        <w:t>vt 0.088900 0.860800</w:t>
        <w:br/>
        <w:t>vt 0.090800 0.851200</w:t>
        <w:br/>
        <w:t>vt 0.107031 0.861000</w:t>
        <w:br/>
        <w:t>vt 0.108851 0.863900</w:t>
        <w:br/>
        <w:t>vt 0.106800 0.874900</w:t>
        <w:br/>
        <w:t>vt 0.111581 0.867600</w:t>
        <w:br/>
        <w:t>vt 0.113500 0.872500</w:t>
        <w:br/>
        <w:t>vt 0.114000 0.877800</w:t>
        <w:br/>
        <w:t>vt 0.107300 0.878500</w:t>
        <w:br/>
        <w:t>vt 0.106400 0.881200</w:t>
        <w:br/>
        <w:t>vt 0.112500 0.882800</w:t>
        <w:br/>
        <w:t>vt 0.109600 0.885652</w:t>
        <w:br/>
        <w:t>vt 0.096600 0.888300</w:t>
        <w:br/>
        <w:t>vt 0.101600 0.890000</w:t>
        <w:br/>
        <w:t>vt 0.100932 0.893650</w:t>
        <w:br/>
        <w:t>vt 0.095743 0.893650</w:t>
        <w:br/>
        <w:t>vt 0.099800 0.883297</w:t>
        <w:br/>
        <w:t>vt 0.103576 0.886931</w:t>
        <w:br/>
        <w:t>vt 0.106410 0.886273</w:t>
        <w:br/>
        <w:t>vt 0.103900 0.882252</w:t>
        <w:br/>
        <w:t>vt 0.062048 0.454521</w:t>
        <w:br/>
        <w:t>vt 0.058448 0.454521</w:t>
        <w:br/>
        <w:t>vt 0.058448 0.457021</w:t>
        <w:br/>
        <w:t>vt 0.062048 0.457021</w:t>
        <w:br/>
        <w:t>vt 0.054248 0.454521</w:t>
        <w:br/>
        <w:t>vt 0.054448 0.457021</w:t>
        <w:br/>
        <w:t>vt 0.048748 0.454521</w:t>
        <w:br/>
        <w:t>vt 0.048948 0.457021</w:t>
        <w:br/>
        <w:t>vt 0.075348 0.454521</w:t>
        <w:br/>
        <w:t>vt 0.069848 0.454521</w:t>
        <w:br/>
        <w:t>vt 0.069648 0.457021</w:t>
        <w:br/>
        <w:t>vt 0.075148 0.457021</w:t>
        <w:br/>
        <w:t>vt 0.065747 0.454521</w:t>
        <w:br/>
        <w:t>vt 0.065648 0.457021</w:t>
        <w:br/>
        <w:t>vt 0.056947 0.460621</w:t>
        <w:br/>
        <w:t>vt 0.062048 0.460421</w:t>
        <w:br/>
        <w:t>vt 0.051848 0.462721</w:t>
        <w:br/>
        <w:t>vt 0.072248 0.462721</w:t>
        <w:br/>
        <w:t>vt 0.067147 0.460621</w:t>
        <w:br/>
        <w:t>vt 0.062048 0.467921</w:t>
        <w:br/>
        <w:t>vt 0.011000 0.317800</w:t>
        <w:br/>
        <w:t>vt 0.011000 0.323100</w:t>
        <w:br/>
        <w:t>vt 0.013800 0.318500</w:t>
        <w:br/>
        <w:t>vt 0.015700 0.320500</w:t>
        <w:br/>
        <w:t>vt 0.016400 0.323200</w:t>
        <w:br/>
        <w:t>vt 0.015700 0.325900</w:t>
        <w:br/>
        <w:t>vt 0.013700 0.327800</w:t>
        <w:br/>
        <w:t>vt 0.011000 0.328500</w:t>
        <w:br/>
        <w:t>vt 0.062048 0.454521</w:t>
        <w:br/>
        <w:t>vt 0.062048 0.457021</w:t>
        <w:br/>
        <w:t>vt 0.058448 0.457021</w:t>
        <w:br/>
        <w:t>vt 0.058448 0.454521</w:t>
        <w:br/>
        <w:t>vt 0.054448 0.457021</w:t>
        <w:br/>
        <w:t>vt 0.054248 0.454521</w:t>
        <w:br/>
        <w:t>vt 0.048948 0.457021</w:t>
        <w:br/>
        <w:t>vt 0.048748 0.454521</w:t>
        <w:br/>
        <w:t>vt 0.075348 0.454521</w:t>
        <w:br/>
        <w:t>vt 0.075148 0.457021</w:t>
        <w:br/>
        <w:t>vt 0.069648 0.457021</w:t>
        <w:br/>
        <w:t>vt 0.069848 0.454521</w:t>
        <w:br/>
        <w:t>vt 0.065648 0.457021</w:t>
        <w:br/>
        <w:t>vt 0.065748 0.454521</w:t>
        <w:br/>
        <w:t>vt 0.062048 0.460421</w:t>
        <w:br/>
        <w:t>vt 0.056948 0.460621</w:t>
        <w:br/>
        <w:t>vt 0.051848 0.462721</w:t>
        <w:br/>
        <w:t>vt 0.072248 0.462721</w:t>
        <w:br/>
        <w:t>vt 0.067148 0.460621</w:t>
        <w:br/>
        <w:t>vt 0.062048 0.467921</w:t>
        <w:br/>
        <w:t>vt 0.011000 0.317800</w:t>
        <w:br/>
        <w:t>vt 0.013800 0.318500</w:t>
        <w:br/>
        <w:t>vt 0.011000 0.323100</w:t>
        <w:br/>
        <w:t>vt 0.015700 0.320500</w:t>
        <w:br/>
        <w:t>vt 0.016400 0.323200</w:t>
        <w:br/>
        <w:t>vt 0.015700 0.325900</w:t>
        <w:br/>
        <w:t>vt 0.013700 0.327800</w:t>
        <w:br/>
        <w:t>vt 0.011000 0.328500</w:t>
        <w:br/>
        <w:t>vt 0.088173 0.464515</w:t>
        <w:br/>
        <w:t>vt 0.083573 0.464515</w:t>
        <w:br/>
        <w:t>vt 0.083573 0.473015</w:t>
        <w:br/>
        <w:t>vt 0.088173 0.473015</w:t>
        <w:br/>
        <w:t>vt 0.092673 0.473015</w:t>
        <w:br/>
        <w:t>vt 0.092673 0.464515</w:t>
        <w:br/>
        <w:t>vt 0.088173 0.464515</w:t>
        <w:br/>
        <w:t>vt 0.088173 0.473015</w:t>
        <w:br/>
        <w:t>vt 0.167257 0.455929</w:t>
        <w:br/>
        <w:t>vt 0.171057 0.459829</w:t>
        <w:br/>
        <w:t>vt 0.171057 0.452229</w:t>
        <w:br/>
        <w:t>vt 0.083573 0.473015</w:t>
        <w:br/>
        <w:t>vt 0.083573 0.464515</w:t>
        <w:br/>
        <w:t>vt 0.088173 0.464515</w:t>
        <w:br/>
        <w:t>vt 0.088173 0.473015</w:t>
        <w:br/>
        <w:t>vt 0.088173 0.464515</w:t>
        <w:br/>
        <w:t>vt 0.092673 0.464515</w:t>
        <w:br/>
        <w:t>vt 0.092673 0.473015</w:t>
        <w:br/>
        <w:t>vt 0.088173 0.473015</w:t>
        <w:br/>
        <w:t>vt 0.171057 0.452229</w:t>
        <w:br/>
        <w:t>vt 0.171057 0.459829</w:t>
        <w:br/>
        <w:t>vt 0.167257 0.455929</w:t>
        <w:br/>
        <w:t>vt 0.269000 0.389600</w:t>
        <w:br/>
        <w:t>vt 0.268800 0.385000</w:t>
        <w:br/>
        <w:t>vt 0.284200 0.382900</w:t>
        <w:br/>
        <w:t>vt 0.291100 0.388000</w:t>
        <w:br/>
        <w:t>vt 0.266100 0.374900</w:t>
        <w:br/>
        <w:t>vt 0.263200 0.366900</w:t>
        <w:br/>
        <w:t>vt 0.273900 0.365100</w:t>
        <w:br/>
        <w:t>vt 0.278000 0.366900</w:t>
        <w:br/>
        <w:t>vt 0.287300 0.381100</w:t>
        <w:br/>
        <w:t>vt 0.260900 0.363300</w:t>
        <w:br/>
        <w:t>vt 0.259300 0.361000</w:t>
        <w:br/>
        <w:t>vt 0.267900 0.359900</w:t>
        <w:br/>
        <w:t>vt 0.271300 0.362300</w:t>
        <w:br/>
        <w:t>vt 0.257100 0.357400</w:t>
        <w:br/>
        <w:t>vt 0.263600 0.355300</w:t>
        <w:br/>
        <w:t>vt 0.308200 0.420800</w:t>
        <w:br/>
        <w:t>vt 0.303900 0.408200</w:t>
        <w:br/>
        <w:t>vt 0.314500 0.415000</w:t>
        <w:br/>
        <w:t>vt 0.271300 0.392400</w:t>
        <w:br/>
        <w:t>vt 0.294900 0.391700</w:t>
        <w:br/>
        <w:t>vt 0.321300 0.427700</w:t>
        <w:br/>
        <w:t>vt 0.322200 0.419800</w:t>
        <w:br/>
        <w:t>vt 0.325900 0.424200</w:t>
        <w:br/>
        <w:t>vt 0.326900 0.429300</w:t>
        <w:br/>
        <w:t>vt 0.326500 0.430900</w:t>
        <w:br/>
        <w:t>vt 0.283500 0.375000</w:t>
        <w:br/>
        <w:t>vt 0.279500 0.371200</w:t>
        <w:br/>
        <w:t>vt 0.260900 0.363300</w:t>
        <w:br/>
        <w:t>vt 0.271300 0.362300</w:t>
        <w:br/>
        <w:t>vt 0.237000 0.408500</w:t>
        <w:br/>
        <w:t>vt 0.217100 0.408500</w:t>
        <w:br/>
        <w:t>vt 0.222800 0.401900</w:t>
        <w:br/>
        <w:t>vt 0.236300 0.402400</w:t>
        <w:br/>
        <w:t>vt 0.200000 0.443000</w:t>
        <w:br/>
        <w:t>vt 0.187100 0.450300</w:t>
        <w:br/>
        <w:t>vt 0.186200 0.442600</w:t>
        <w:br/>
        <w:t>vt 0.181000 0.450000</w:t>
        <w:br/>
        <w:t>vt 0.182300 0.446900</w:t>
        <w:br/>
        <w:t>vt 0.228400 0.385300</w:t>
        <w:br/>
        <w:t>vt 0.238900 0.392100</w:t>
        <w:br/>
        <w:t>vt 0.225500 0.388100</w:t>
        <w:br/>
        <w:t>vt 0.223000 0.393900</w:t>
        <w:br/>
        <w:t>vt 0.220100 0.400100</w:t>
        <w:br/>
        <w:t>vt 0.245000 0.381500</w:t>
        <w:br/>
        <w:t>vt 0.234100 0.381100</w:t>
        <w:br/>
        <w:t>vt 0.237400 0.379100</w:t>
        <w:br/>
        <w:t>vt 0.246200 0.379600</w:t>
        <w:br/>
        <w:t>vt 0.240800 0.375500</w:t>
        <w:br/>
        <w:t>vt 0.246600 0.375600</w:t>
        <w:br/>
        <w:t>vt 0.234900 0.412700</w:t>
        <w:br/>
        <w:t>vt 0.213300 0.412600</w:t>
        <w:br/>
        <w:t>vt 0.227100 0.389400</w:t>
        <w:br/>
        <w:t>vt 0.234100 0.381100</w:t>
        <w:br/>
        <w:t>vt 0.245000 0.381500</w:t>
        <w:br/>
        <w:t>vt 0.242700 0.384500</w:t>
        <w:br/>
        <w:t>vt 0.232000 0.383400</w:t>
        <w:br/>
        <w:t>vt 0.213400 0.433900</w:t>
        <w:br/>
        <w:t>vt 0.207700 0.422500</w:t>
        <w:br/>
        <w:t>vt 0.225400 0.423300</w:t>
        <w:br/>
        <w:t>vt 0.221700 0.402100</w:t>
        <w:br/>
        <w:t>vt 0.215400 0.408400</w:t>
        <w:br/>
        <w:t>vt 0.239400 0.402700</w:t>
        <w:br/>
        <w:t>vt 0.239500 0.408600</w:t>
        <w:br/>
        <w:t>vt 0.266100 0.385300</w:t>
        <w:br/>
        <w:t>vt 0.266200 0.390100</w:t>
        <w:br/>
        <w:t>vt 0.320500 0.428400</w:t>
        <w:br/>
        <w:t>vt 0.306800 0.421800</w:t>
        <w:br/>
        <w:t>vt 0.187600 0.450900</w:t>
        <w:br/>
        <w:t>vt 0.181600 0.453800</w:t>
        <w:br/>
        <w:t>vt 0.181800 0.453100</w:t>
        <w:br/>
        <w:t>vt 0.187100 0.450300</w:t>
        <w:br/>
        <w:t>vt 0.200000 0.443000</w:t>
        <w:br/>
        <w:t>vt 0.201000 0.443900</w:t>
        <w:br/>
        <w:t>vt 0.227300 0.385000</w:t>
        <w:br/>
        <w:t>vt 0.231200 0.383000</w:t>
        <w:br/>
        <w:t>vt 0.232000 0.383400</w:t>
        <w:br/>
        <w:t>vt 0.224000 0.388100</w:t>
        <w:br/>
        <w:t>vt 0.241700 0.392700</w:t>
        <w:br/>
        <w:t>vt 0.244400 0.384900</w:t>
        <w:br/>
        <w:t>vt 0.261500 0.367500</w:t>
        <w:br/>
        <w:t>vt 0.263800 0.375600</w:t>
        <w:br/>
        <w:t>vt 0.218600 0.400300</w:t>
        <w:br/>
        <w:t>vt 0.221900 0.393600</w:t>
        <w:br/>
        <w:t>vt 0.246800 0.379700</w:t>
        <w:br/>
        <w:t>vt 0.245700 0.381600</w:t>
        <w:br/>
        <w:t>vt 0.260400 0.363700</w:t>
        <w:br/>
        <w:t>vt 0.258800 0.361300</w:t>
        <w:br/>
        <w:t>vt 0.259300 0.361000</w:t>
        <w:br/>
        <w:t>vt 0.260900 0.363300</w:t>
        <w:br/>
        <w:t>vt 0.233500 0.380500</w:t>
        <w:br/>
        <w:t>vt 0.236500 0.378700</w:t>
        <w:br/>
        <w:t>vt 0.237400 0.379100</w:t>
        <w:br/>
        <w:t>vt 0.257100 0.357400</w:t>
        <w:br/>
        <w:t>vt 0.246600 0.375600</w:t>
        <w:br/>
        <w:t>vt 0.240800 0.375500</w:t>
        <w:br/>
        <w:t>vt 0.240600 0.374400</w:t>
        <w:br/>
        <w:t>vt 0.247200 0.374800</w:t>
        <w:br/>
        <w:t>vt 0.240600 0.374400</w:t>
        <w:br/>
        <w:t>vt 0.240800 0.375500</w:t>
        <w:br/>
        <w:t>vt 0.292500 0.413400</w:t>
        <w:br/>
        <w:t>vt 0.279500 0.403200</w:t>
        <w:br/>
        <w:t>vt 0.281500 0.402100</w:t>
        <w:br/>
        <w:t>vt 0.294100 0.412300</w:t>
        <w:br/>
        <w:t>vt 0.215100 0.435000</w:t>
        <w:br/>
        <w:t>vt 0.227500 0.424400</w:t>
        <w:br/>
        <w:t>vt 0.211700 0.412600</w:t>
        <w:br/>
        <w:t>vt 0.239500 0.408600</w:t>
        <w:br/>
        <w:t>vt 0.237500 0.413600</w:t>
        <w:br/>
        <w:t>vt 0.268900 0.393300</w:t>
        <w:br/>
        <w:t>vt 0.181400 0.451800</w:t>
        <w:br/>
        <w:t>vt 0.180900 0.452300</w:t>
        <w:br/>
        <w:t>vt 0.181800 0.453100</w:t>
        <w:br/>
        <w:t>vt 0.180900 0.452300</w:t>
        <w:br/>
        <w:t>vt 0.181600 0.453800</w:t>
        <w:br/>
        <w:t>vt 0.180100 0.452100</w:t>
        <w:br/>
        <w:t>vt 0.179800 0.449800</w:t>
        <w:br/>
        <w:t>vt 0.185200 0.442200</w:t>
        <w:br/>
        <w:t>vt 0.181100 0.446300</w:t>
        <w:br/>
        <w:t>vt 0.225800 0.389500</w:t>
        <w:br/>
        <w:t>vt 0.245700 0.381600</w:t>
        <w:br/>
        <w:t>vt 0.202400 0.428000</w:t>
        <w:br/>
        <w:t>vt 0.202500 0.425100</w:t>
        <w:br/>
        <w:t>vt 0.203300 0.430100</w:t>
        <w:br/>
        <w:t>vt 0.205200 0.429900</w:t>
        <w:br/>
        <w:t>vt 0.194100 0.437400</w:t>
        <w:br/>
        <w:t>vt 0.192800 0.437100</w:t>
        <w:br/>
        <w:t>vt 0.214800 0.418600</w:t>
        <w:br/>
        <w:t>vt 0.211100 0.416700</w:t>
        <w:br/>
        <w:t>vt 0.297100 0.395800</w:t>
        <w:br/>
        <w:t>vt 0.294300 0.397500</w:t>
        <w:br/>
        <w:t>vt 0.209800 0.416900</w:t>
        <w:br/>
        <w:t>vt 0.212700 0.418700</w:t>
        <w:br/>
        <w:t>vt 0.207500 0.421400</w:t>
        <w:br/>
        <w:t>vt 0.299500 0.400000</w:t>
        <w:br/>
        <w:t>vt 0.200900 0.428400</w:t>
        <w:br/>
        <w:t>vt 0.306400 0.406600</w:t>
        <w:br/>
        <w:t>vt 0.304700 0.403400</w:t>
        <w:br/>
        <w:t>vt 0.327200 0.427400</w:t>
        <w:br/>
        <w:t>vt 0.281300 0.369700</w:t>
        <w:br/>
        <w:t>vt 0.247200 0.374800</w:t>
        <w:br/>
        <w:t>vt 0.413400 0.039400</w:t>
        <w:br/>
        <w:t>vt 0.414900 0.042800</w:t>
        <w:br/>
        <w:t>vt 0.410000 0.042800</w:t>
        <w:br/>
        <w:t>vt 0.410000 0.037900</w:t>
        <w:br/>
        <w:t>vt 0.406600 0.039400</w:t>
        <w:br/>
        <w:t>vt 0.405100 0.042800</w:t>
        <w:br/>
        <w:t>vt 0.406600 0.046200</w:t>
        <w:br/>
        <w:t>vt 0.410000 0.047700</w:t>
        <w:br/>
        <w:t>vt 0.413400 0.046200</w:t>
        <w:br/>
        <w:t>vt 0.421700 0.024200</w:t>
        <w:br/>
        <w:t>vt 0.428300 0.024200</w:t>
        <w:br/>
        <w:t>vt 0.428300 0.028100</w:t>
        <w:br/>
        <w:t>vt 0.421700 0.028100</w:t>
        <w:br/>
        <w:t>vt 0.421700 0.032000</w:t>
        <w:br/>
        <w:t>vt 0.428300 0.032000</w:t>
        <w:br/>
        <w:t>vt 0.428300 0.035800</w:t>
        <w:br/>
        <w:t>vt 0.421700 0.035800</w:t>
        <w:br/>
        <w:t>vt 0.421700 0.008700</w:t>
        <w:br/>
        <w:t>vt 0.421700 0.004800</w:t>
        <w:br/>
        <w:t>vt 0.428300 0.004800</w:t>
        <w:br/>
        <w:t>vt 0.428300 0.008700</w:t>
        <w:br/>
        <w:t>vt 0.428300 0.012600</w:t>
        <w:br/>
        <w:t>vt 0.421700 0.012600</w:t>
        <w:br/>
        <w:t>vt 0.421700 0.016500</w:t>
        <w:br/>
        <w:t>vt 0.428300 0.016500</w:t>
        <w:br/>
        <w:t>vt 0.428300 0.020300</w:t>
        <w:br/>
        <w:t>vt 0.421700 0.020300</w:t>
        <w:br/>
        <w:t>vt 0.375000 0.010200</w:t>
        <w:br/>
        <w:t>vt 0.376700 0.014100</w:t>
        <w:br/>
        <w:t>vt 0.371200 0.014100</w:t>
        <w:br/>
        <w:t>vt 0.375000 0.017900</w:t>
        <w:br/>
        <w:t>vt 0.371200 0.019600</w:t>
        <w:br/>
        <w:t>vt 0.367300 0.017900</w:t>
        <w:br/>
        <w:t>vt 0.365700 0.014100</w:t>
        <w:br/>
        <w:t>vt 0.367300 0.010200</w:t>
        <w:br/>
        <w:t>vt 0.371200 0.008600</w:t>
        <w:br/>
        <w:t>vt 0.330300 0.007400</w:t>
        <w:br/>
        <w:t>vt 0.330100 0.008100</w:t>
        <w:br/>
        <w:t>vt 0.329800 0.007500</w:t>
        <w:br/>
        <w:t>vt 0.330800 0.008000</w:t>
        <w:br/>
        <w:t>vt 0.330800 0.008400</w:t>
        <w:br/>
        <w:t>vt 0.331500 0.008100</w:t>
        <w:br/>
        <w:t>vt 0.331300 0.007400</w:t>
        <w:br/>
        <w:t>vt 0.330800 0.006900</w:t>
        <w:br/>
        <w:t>vt 0.331500 0.006800</w:t>
        <w:br/>
        <w:t>vt 0.330800 0.006500</w:t>
        <w:br/>
        <w:t>vt 0.330100 0.006800</w:t>
        <w:br/>
        <w:t>vt 0.330800 0.007400</w:t>
        <w:br/>
        <w:t>vt 0.384200 0.026900</w:t>
        <w:br/>
        <w:t>vt 0.384200 0.031200</w:t>
        <w:br/>
        <w:t>vt 0.381200 0.028200</w:t>
        <w:br/>
        <w:t>vt 0.379900 0.031200</w:t>
        <w:br/>
        <w:t>vt 0.381200 0.034200</w:t>
        <w:br/>
        <w:t>vt 0.384200 0.035500</w:t>
        <w:br/>
        <w:t>vt 0.387200 0.034200</w:t>
        <w:br/>
        <w:t>vt 0.388500 0.031200</w:t>
        <w:br/>
        <w:t>vt 0.387200 0.028200</w:t>
        <w:br/>
        <w:t>vt 0.388800 0.005700</w:t>
        <w:br/>
        <w:t>vt 0.388800 0.006500</w:t>
        <w:br/>
        <w:t>vt 0.385200 0.006500</w:t>
        <w:br/>
        <w:t>vt 0.385400 0.005700</w:t>
        <w:br/>
        <w:t>vt 0.392100 0.006500</w:t>
        <w:br/>
        <w:t>vt 0.392100 0.005700</w:t>
        <w:br/>
        <w:t>vt 0.395300 0.005700</w:t>
        <w:br/>
        <w:t>vt 0.395300 0.006500</w:t>
        <w:br/>
        <w:t>vt 0.398500 0.006500</w:t>
        <w:br/>
        <w:t>vt 0.398500 0.005700</w:t>
        <w:br/>
        <w:t>vt 0.401600 0.005700</w:t>
        <w:br/>
        <w:t>vt 0.401600 0.006500</w:t>
        <w:br/>
        <w:t>vt 0.404800 0.006500</w:t>
        <w:br/>
        <w:t>vt 0.404900 0.005700</w:t>
        <w:br/>
        <w:t>vt 0.408200 0.005700</w:t>
        <w:br/>
        <w:t>vt 0.408200 0.006500</w:t>
        <w:br/>
        <w:t>vt 0.411700 0.006500</w:t>
        <w:br/>
        <w:t>vt 0.411600 0.005700</w:t>
        <w:br/>
        <w:t>vt 0.401600 0.030800</w:t>
        <w:br/>
        <w:t>vt 0.400900 0.030800</w:t>
        <w:br/>
        <w:t>vt 0.400100 0.030800</w:t>
        <w:br/>
        <w:t>vt 0.399300 0.030800</w:t>
        <w:br/>
        <w:t>vt 0.398500 0.030800</w:t>
        <w:br/>
        <w:t>vt 0.397700 0.030800</w:t>
        <w:br/>
        <w:t>vt 0.396900 0.030800</w:t>
        <w:br/>
        <w:t>vt 0.396100 0.030800</w:t>
        <w:br/>
        <w:t>vt 0.395300 0.030800</w:t>
        <w:br/>
        <w:t>vt 0.331800 0.007400</w:t>
        <w:br/>
        <w:t>vt 0.545470 0.530500</w:t>
        <w:br/>
        <w:t>vt 0.548870 0.530500</w:t>
        <w:br/>
        <w:t>vt 0.547970 0.531800</w:t>
        <w:br/>
        <w:t>vt 0.546270 0.531800</w:t>
        <w:br/>
        <w:t>vt 0.547070 0.526500</w:t>
        <w:br/>
        <w:t>vt 0.547970 0.538600</w:t>
        <w:br/>
        <w:t>vt 0.546270 0.538600</w:t>
        <w:br/>
        <w:t>vt 0.540631 0.530200</w:t>
        <w:br/>
        <w:t>vt 0.539831 0.531600</w:t>
        <w:br/>
        <w:t>vt 0.538231 0.531600</w:t>
        <w:br/>
        <w:t>vt 0.537231 0.530300</w:t>
        <w:br/>
        <w:t>vt 0.538831 0.526300</w:t>
        <w:br/>
        <w:t>vt 0.539831 0.538400</w:t>
        <w:br/>
        <w:t>vt 0.538231 0.538400</w:t>
        <w:br/>
        <w:t>vt 0.560370 0.530900</w:t>
        <w:br/>
        <w:t>vt 0.561170 0.530900</w:t>
        <w:br/>
        <w:t>vt 0.561170 0.532500</w:t>
        <w:br/>
        <w:t>vt 0.560370 0.532500</w:t>
        <w:br/>
        <w:t>vt 0.555346 0.532500</w:t>
        <w:br/>
        <w:t>vt 0.555346 0.530900</w:t>
        <w:br/>
        <w:t>vt 0.556146 0.530900</w:t>
        <w:br/>
        <w:t>vt 0.556146 0.532500</w:t>
        <w:br/>
        <w:t>vt 0.555346 0.526600</w:t>
        <w:br/>
        <w:t>vt 0.556146 0.526600</w:t>
        <w:br/>
        <w:t>vt 0.561170 0.526600</w:t>
        <w:br/>
        <w:t>vt 0.560370 0.526600</w:t>
        <w:br/>
        <w:t>vt 0.561170 0.539300</w:t>
        <w:br/>
        <w:t>vt 0.560370 0.539300</w:t>
        <w:br/>
        <w:t>vt 0.539831 0.541900</w:t>
        <w:br/>
        <w:t>vt 0.539831 0.542600</w:t>
        <w:br/>
        <w:t>vt 0.538231 0.542600</w:t>
        <w:br/>
        <w:t>vt 0.538231 0.541900</w:t>
        <w:br/>
        <w:t>vt 0.555346 0.539400</w:t>
        <w:br/>
        <w:t>vt 0.556146 0.539400</w:t>
        <w:br/>
        <w:t>vt 0.539831 0.541900</w:t>
        <w:br/>
        <w:t>vt 0.538231 0.541900</w:t>
        <w:br/>
        <w:t>vt 0.556146 0.542600</w:t>
        <w:br/>
        <w:t>vt 0.555346 0.542600</w:t>
        <w:br/>
        <w:t>vt 0.547970 0.542100</w:t>
        <w:br/>
        <w:t>vt 0.546270 0.542100</w:t>
        <w:br/>
        <w:t>vt 0.561170 0.542600</w:t>
        <w:br/>
        <w:t>vt 0.560370 0.542600</w:t>
        <w:br/>
        <w:t>vt 0.249454 0.311588</w:t>
        <w:br/>
        <w:t>vt 0.249454 0.319352</w:t>
        <w:br/>
        <w:t>vt 0.245288 0.322193</w:t>
        <w:br/>
        <w:t>vt 0.249833 0.293028</w:t>
        <w:br/>
        <w:t>vt 0.254567 0.304959</w:t>
        <w:br/>
        <w:t>vt 0.244720 0.304770</w:t>
        <w:br/>
        <w:t>vt 0.249833 0.293028</w:t>
        <w:br/>
        <w:t>vt 0.249454 0.311588</w:t>
        <w:br/>
        <w:t>vt 0.258355 0.312535</w:t>
        <w:br/>
        <w:t>vt 0.255325 0.317459</w:t>
        <w:br/>
        <w:t>vt 0.253242 0.322383</w:t>
        <w:br/>
        <w:t>vt 0.249454 0.319352</w:t>
        <w:br/>
        <w:t>vt 0.240553 0.312156</w:t>
        <w:br/>
        <w:t>vt 0.245288 0.322193</w:t>
        <w:br/>
        <w:t>vt 0.243394 0.317269</w:t>
        <w:br/>
        <w:t>vt 0.253242 0.322383</w:t>
        <w:br/>
        <w:t>vt 0.054100 0.067400</w:t>
        <w:br/>
        <w:t>vt 0.053800 0.070600</w:t>
        <w:br/>
        <w:t>vt 0.052300 0.066900</w:t>
        <w:br/>
        <w:t>vt 0.052300 0.066900</w:t>
        <w:br/>
        <w:t>vt 0.053800 0.070600</w:t>
        <w:br/>
        <w:t>vt 0.051900 0.068600</w:t>
        <w:br/>
        <w:t>vt 0.051800 0.065000</w:t>
        <w:br/>
        <w:t>vt 0.050600 0.067200</w:t>
        <w:br/>
        <w:t>vt 0.048600 0.064100</w:t>
        <w:br/>
        <w:t>vt 0.048600 0.065300</w:t>
        <w:br/>
        <w:t>vt 0.048600 0.065300</w:t>
        <w:br/>
        <w:t>vt 0.048600 0.066600</w:t>
        <w:br/>
        <w:t>vt 0.045300 0.065000</w:t>
        <w:br/>
        <w:t>vt 0.046600 0.067200</w:t>
        <w:br/>
        <w:t>vt 0.043000 0.067400</w:t>
        <w:br/>
        <w:t>vt 0.044800 0.066900</w:t>
        <w:br/>
        <w:t>vt 0.044800 0.066900</w:t>
        <w:br/>
        <w:t>vt 0.045200 0.068600</w:t>
        <w:br/>
        <w:t>vt 0.042100 0.070600</w:t>
        <w:br/>
        <w:t>vt 0.043300 0.070600</w:t>
        <w:br/>
        <w:t>vt 0.043300 0.070600</w:t>
        <w:br/>
        <w:t>vt 0.044600 0.070600</w:t>
        <w:br/>
        <w:t>vt 0.043000 0.073800</w:t>
        <w:br/>
        <w:t>vt 0.045200 0.072600</w:t>
        <w:br/>
        <w:t>vt 0.045300 0.076200</w:t>
        <w:br/>
        <w:t>vt 0.044800 0.074300</w:t>
        <w:br/>
        <w:t>vt 0.044800 0.074300</w:t>
        <w:br/>
        <w:t>vt 0.046600 0.074000</w:t>
        <w:br/>
        <w:t>vt 0.048600 0.077100</w:t>
        <w:br/>
        <w:t>vt 0.048600 0.075900</w:t>
        <w:br/>
        <w:t>vt 0.048600 0.075900</w:t>
        <w:br/>
        <w:t>vt 0.048600 0.074500</w:t>
        <w:br/>
        <w:t>vt 0.051800 0.076200</w:t>
        <w:br/>
        <w:t>vt 0.050500 0.074000</w:t>
        <w:br/>
        <w:t>vt 0.054100 0.073800</w:t>
        <w:br/>
        <w:t>vt 0.052300 0.074300</w:t>
        <w:br/>
        <w:t>vt 0.052300 0.074300</w:t>
        <w:br/>
        <w:t>vt 0.051900 0.072600</w:t>
        <w:br/>
        <w:t>vt 0.055000 0.070600</w:t>
        <w:br/>
        <w:t>vt 0.052500 0.070600</w:t>
        <w:br/>
        <w:t>vt 0.007400 0.030100</w:t>
        <w:br/>
        <w:t>vt 0.007400 0.031200</w:t>
        <w:br/>
        <w:t>vt 0.006300 0.030100</w:t>
        <w:br/>
        <w:t>vt 0.007400 0.028800</w:t>
        <w:br/>
        <w:t>vt 0.008500 0.030100</w:t>
        <w:br/>
        <w:t>vt 0.007400 0.032300</w:t>
        <w:br/>
        <w:t>vt 0.005800 0.031800</w:t>
        <w:br/>
        <w:t>vt 0.005100 0.030400</w:t>
        <w:br/>
        <w:t>vt 0.005300 0.028800</w:t>
        <w:br/>
        <w:t>vt 0.009500 0.028800</w:t>
        <w:br/>
        <w:t>vt 0.009700 0.030400</w:t>
        <w:br/>
        <w:t>vt 0.008900 0.031800</w:t>
        <w:br/>
        <w:t>vt 0.007400 0.031200</w:t>
        <w:br/>
        <w:t>vt 0.005800 0.031800</w:t>
        <w:br/>
        <w:t>vt 0.007400 0.032300</w:t>
        <w:br/>
        <w:t>vt 0.006300 0.030100</w:t>
        <w:br/>
        <w:t>vt 0.005100 0.030400</w:t>
        <w:br/>
        <w:t>vt 0.005300 0.028800</w:t>
        <w:br/>
        <w:t>vt 0.008500 0.030100</w:t>
        <w:br/>
        <w:t>vt 0.009700 0.030400</w:t>
        <w:br/>
        <w:t>vt 0.009500 0.028800</w:t>
        <w:br/>
        <w:t>vt 0.008900 0.031800</w:t>
        <w:br/>
        <w:t>vt 0.008900 0.031800</w:t>
        <w:br/>
        <w:t>vt 0.007400 0.030100</w:t>
        <w:br/>
        <w:t>vt 0.007400 0.028800</w:t>
        <w:br/>
        <w:t>vt 0.006400 0.028800</w:t>
        <w:br/>
        <w:t>vt 0.005300 0.026400</w:t>
        <w:br/>
        <w:t>vt 0.006400 0.026400</w:t>
        <w:br/>
        <w:t>vt 0.006400 0.028800</w:t>
        <w:br/>
        <w:t>vt 0.006400 0.026400</w:t>
        <w:br/>
        <w:t>vt 0.005300 0.026400</w:t>
        <w:br/>
        <w:t>vt 0.007400 0.026400</w:t>
        <w:br/>
        <w:t>vt 0.008500 0.028800</w:t>
        <w:br/>
        <w:t>vt 0.008500 0.026400</w:t>
        <w:br/>
        <w:t>vt 0.009500 0.026400</w:t>
        <w:br/>
        <w:t>vt 0.008500 0.028800</w:t>
        <w:br/>
        <w:t>vt 0.008500 0.026400</w:t>
        <w:br/>
        <w:t>vt 0.009500 0.026400</w:t>
        <w:br/>
        <w:t>vt 0.007400 0.026400</w:t>
        <w:br/>
        <w:t>vt 0.009000 0.004700</w:t>
        <w:br/>
        <w:t>vt 0.009700 0.003800</w:t>
        <w:br/>
        <w:t>vt 0.011600 0.006200</w:t>
        <w:br/>
        <w:t>vt 0.010700 0.006700</w:t>
        <w:br/>
        <w:t>vt 0.008400 0.005600</w:t>
        <w:br/>
        <w:t>vt 0.009000 0.004700</w:t>
        <w:br/>
        <w:t>vt 0.010700 0.006700</w:t>
        <w:br/>
        <w:t>vt 0.009700 0.007200</w:t>
        <w:br/>
        <w:t>vt 0.008400 0.005600</w:t>
        <w:br/>
        <w:t>vt 0.009700 0.007200</w:t>
        <w:br/>
        <w:t>vt 0.010700 0.006700</w:t>
        <w:br/>
        <w:t>vt 0.009000 0.004700</w:t>
        <w:br/>
        <w:t>vt 0.009000 0.004700</w:t>
        <w:br/>
        <w:t>vt 0.010700 0.006700</w:t>
        <w:br/>
        <w:t>vt 0.011600 0.006200</w:t>
        <w:br/>
        <w:t>vt 0.009700 0.003800</w:t>
        <w:br/>
        <w:t>vt 0.012500 0.009300</w:t>
        <w:br/>
        <w:t>vt 0.011400 0.009300</w:t>
        <w:br/>
        <w:t>vt 0.011400 0.009300</w:t>
        <w:br/>
        <w:t>vt 0.010300 0.009300</w:t>
        <w:br/>
        <w:t>vt 0.010300 0.009300</w:t>
        <w:br/>
        <w:t>vt 0.011400 0.009300</w:t>
        <w:br/>
        <w:t>vt 0.011400 0.009300</w:t>
        <w:br/>
        <w:t>vt 0.012500 0.009300</w:t>
        <w:br/>
        <w:t>vt 0.011700 0.012300</w:t>
        <w:br/>
        <w:t>vt 0.010700 0.011900</w:t>
        <w:br/>
        <w:t>vt 0.010700 0.011900</w:t>
        <w:br/>
        <w:t>vt 0.009800 0.011400</w:t>
        <w:br/>
        <w:t>vt 0.009800 0.011400</w:t>
        <w:br/>
        <w:t>vt 0.010700 0.011900</w:t>
        <w:br/>
        <w:t>vt 0.010700 0.011900</w:t>
        <w:br/>
        <w:t>vt 0.011700 0.012300</w:t>
        <w:br/>
        <w:t>vt 0.009800 0.014800</w:t>
        <w:br/>
        <w:t>vt 0.009200 0.013900</w:t>
        <w:br/>
        <w:t>vt 0.009200 0.013900</w:t>
        <w:br/>
        <w:t>vt 0.008500 0.013100</w:t>
        <w:br/>
        <w:t>vt 0.008500 0.013100</w:t>
        <w:br/>
        <w:t>vt 0.009200 0.013900</w:t>
        <w:br/>
        <w:t>vt 0.009200 0.013900</w:t>
        <w:br/>
        <w:t>vt 0.009800 0.014800</w:t>
        <w:br/>
        <w:t>vt 0.015400 0.052100</w:t>
        <w:br/>
        <w:t>vt 0.015000 0.052300</w:t>
        <w:br/>
        <w:t>vt 0.015000 0.050700</w:t>
        <w:br/>
        <w:t>vt 0.015400 0.050900</w:t>
        <w:br/>
        <w:t>vt 0.015900 0.051900</w:t>
        <w:br/>
        <w:t>vt 0.015400 0.052100</w:t>
        <w:br/>
        <w:t>vt 0.015400 0.050900</w:t>
        <w:br/>
        <w:t>vt 0.015900 0.051100</w:t>
        <w:br/>
        <w:t>vt 0.015900 0.051900</w:t>
        <w:br/>
        <w:t>vt 0.015900 0.051100</w:t>
        <w:br/>
        <w:t>vt 0.015400 0.050900</w:t>
        <w:br/>
        <w:t>vt 0.015400 0.052100</w:t>
        <w:br/>
        <w:t>vt 0.015400 0.052100</w:t>
        <w:br/>
        <w:t>vt 0.015400 0.050900</w:t>
        <w:br/>
        <w:t>vt 0.015000 0.050700</w:t>
        <w:br/>
        <w:t>vt 0.015000 0.052300</w:t>
        <w:br/>
        <w:t>vt 0.016100 0.049600</w:t>
        <w:br/>
        <w:t>vt 0.016300 0.050100</w:t>
        <w:br/>
        <w:t>vt 0.016300 0.050100</w:t>
        <w:br/>
        <w:t>vt 0.016500 0.050600</w:t>
        <w:br/>
        <w:t>vt 0.016500 0.050600</w:t>
        <w:br/>
        <w:t>vt 0.016300 0.050100</w:t>
        <w:br/>
        <w:t>vt 0.016300 0.050100</w:t>
        <w:br/>
        <w:t>vt 0.016100 0.049600</w:t>
        <w:br/>
        <w:t>vt 0.017700 0.049600</w:t>
        <w:br/>
        <w:t>vt 0.017500 0.050100</w:t>
        <w:br/>
        <w:t>vt 0.017500 0.050100</w:t>
        <w:br/>
        <w:t>vt 0.017300 0.050600</w:t>
        <w:br/>
        <w:t>vt 0.017300 0.050600</w:t>
        <w:br/>
        <w:t>vt 0.017500 0.050100</w:t>
        <w:br/>
        <w:t>vt 0.017500 0.050100</w:t>
        <w:br/>
        <w:t>vt 0.017700 0.049600</w:t>
        <w:br/>
        <w:t>vt 0.018800 0.050800</w:t>
        <w:br/>
        <w:t>vt 0.018300 0.050900</w:t>
        <w:br/>
        <w:t>vt 0.018300 0.050900</w:t>
        <w:br/>
        <w:t>vt 0.017800 0.051100</w:t>
        <w:br/>
        <w:t>vt 0.017800 0.051100</w:t>
        <w:br/>
        <w:t>vt 0.018300 0.050900</w:t>
        <w:br/>
        <w:t>vt 0.018300 0.050900</w:t>
        <w:br/>
        <w:t>vt 0.018800 0.050800</w:t>
        <w:br/>
        <w:t>vt 0.018800 0.052300</w:t>
        <w:br/>
        <w:t>vt 0.018300 0.052100</w:t>
        <w:br/>
        <w:t>vt 0.018300 0.052100</w:t>
        <w:br/>
        <w:t>vt 0.017800 0.051900</w:t>
        <w:br/>
        <w:t>vt 0.017800 0.051900</w:t>
        <w:br/>
        <w:t>vt 0.018300 0.052100</w:t>
        <w:br/>
        <w:t>vt 0.018300 0.052100</w:t>
        <w:br/>
        <w:t>vt 0.018800 0.052300</w:t>
        <w:br/>
        <w:t>vt 0.017700 0.053500</w:t>
        <w:br/>
        <w:t>vt 0.017500 0.053000</w:t>
        <w:br/>
        <w:t>vt 0.017500 0.053000</w:t>
        <w:br/>
        <w:t>vt 0.017300 0.052500</w:t>
        <w:br/>
        <w:t>vt 0.017300 0.052500</w:t>
        <w:br/>
        <w:t>vt 0.017500 0.053000</w:t>
        <w:br/>
        <w:t>vt 0.017500 0.053000</w:t>
        <w:br/>
        <w:t>vt 0.017700 0.053500</w:t>
        <w:br/>
        <w:t>vt 0.016100 0.053500</w:t>
        <w:br/>
        <w:t>vt 0.016300 0.053000</w:t>
        <w:br/>
        <w:t>vt 0.016300 0.053000</w:t>
        <w:br/>
        <w:t>vt 0.016500 0.052500</w:t>
        <w:br/>
        <w:t>vt 0.016500 0.052500</w:t>
        <w:br/>
        <w:t>vt 0.016300 0.053000</w:t>
        <w:br/>
        <w:t>vt 0.016300 0.053000</w:t>
        <w:br/>
        <w:t>vt 0.016100 0.053500</w:t>
        <w:br/>
        <w:t>vt 0.836789 0.547426</w:t>
        <w:br/>
        <w:t>vt 0.838417 0.549597</w:t>
        <w:br/>
        <w:t>vt 0.834347 0.552038</w:t>
        <w:br/>
        <w:t>vt 0.845200 0.549597</w:t>
        <w:br/>
        <w:t>vt 0.849270 0.552038</w:t>
        <w:br/>
        <w:t>vt 0.846556 0.547426</w:t>
        <w:br/>
        <w:t>vt 0.846556 0.524635</w:t>
        <w:br/>
        <w:t>vt 0.849270 0.519751</w:t>
        <w:br/>
        <w:t>vt 0.836789 0.524635</w:t>
        <w:br/>
        <w:t>vt 0.834347 0.519751</w:t>
        <w:br/>
        <w:t>vt 0.834347 0.552038</w:t>
        <w:br/>
        <w:t>vt 0.832743 0.558219</w:t>
        <w:br/>
        <w:t>vt 0.829496 0.554431</w:t>
        <w:br/>
        <w:t>vt 0.838417 0.522193</w:t>
        <w:br/>
        <w:t>vt 0.834347 0.519751</w:t>
        <w:br/>
        <w:t>vt 0.829451 0.518920</w:t>
        <w:br/>
        <w:t>vt 0.832743 0.513570</w:t>
        <w:br/>
        <w:t>vt 0.845200 0.522193</w:t>
        <w:br/>
        <w:t>vt 0.834347 0.519751</w:t>
        <w:br/>
        <w:t>vt 0.849270 0.519751</w:t>
        <w:br/>
        <w:t>vt 0.854166 0.518920</w:t>
        <w:br/>
        <w:t>vt 0.854166 0.553684</w:t>
        <w:br/>
        <w:t>vt 0.849270 0.552038</w:t>
        <w:br/>
        <w:t>vt 0.849270 0.519751</w:t>
        <w:br/>
        <w:t>vt 0.850603 0.513570</w:t>
        <w:br/>
        <w:t>vt 0.850603 0.558219</w:t>
        <w:br/>
        <w:t>vt 0.884682 0.525141</w:t>
        <w:br/>
        <w:t>vt 0.890910 0.520645</w:t>
        <w:br/>
        <w:t>vt 0.890910 0.553740</w:t>
        <w:br/>
        <w:t>vt 0.884682 0.547503</w:t>
        <w:br/>
        <w:t>vt 0.882943 0.521663</w:t>
        <w:br/>
        <w:t>vt 0.888173 0.516165</w:t>
        <w:br/>
        <w:t>vt 0.876731 0.521663</w:t>
        <w:br/>
        <w:t>vt 0.871501 0.516165</w:t>
        <w:br/>
        <w:t>vt 0.875240 0.525141</w:t>
        <w:br/>
        <w:t>vt 0.868764 0.520147</w:t>
        <w:br/>
        <w:t>vt 0.875240 0.547503</w:t>
        <w:br/>
        <w:t>vt 0.868764 0.552994</w:t>
        <w:br/>
        <w:t>vt 0.876731 0.550733</w:t>
        <w:br/>
        <w:t>vt 0.871501 0.557473</w:t>
        <w:br/>
        <w:t>vt 0.882943 0.550733</w:t>
        <w:br/>
        <w:t>vt 0.888173 0.557473</w:t>
        <w:br/>
        <w:t>vt 0.186300 0.765700</w:t>
        <w:br/>
        <w:t>vt 0.182900 0.765400</w:t>
        <w:br/>
        <w:t>vt 0.185500 0.763800</w:t>
        <w:br/>
        <w:t>vt 0.186100 0.768400</w:t>
        <w:br/>
        <w:t>vt 0.184600 0.760100</w:t>
        <w:br/>
        <w:t>vt 0.185800 0.761300</w:t>
        <w:br/>
        <w:t>vt 0.185200 0.762800</w:t>
        <w:br/>
        <w:t>vt 0.183100 0.759400</w:t>
        <w:br/>
        <w:t>vt 0.180900 0.755900</w:t>
        <w:br/>
        <w:t>vt 0.182600 0.757200</w:t>
        <w:br/>
        <w:t>vt 0.182600 0.758500</w:t>
        <w:br/>
        <w:t>vt 0.182100 0.759500</w:t>
        <w:br/>
        <w:t>vt 0.179700 0.755500</w:t>
        <w:br/>
        <w:t>vt 0.179100 0.759400</w:t>
        <w:br/>
        <w:t>vt 0.176900 0.757500</w:t>
        <w:br/>
        <w:t>vt 0.178200 0.753800</w:t>
        <w:br/>
        <w:t>vt 0.179400 0.763100</w:t>
        <w:br/>
        <w:t>vt 0.184500 0.763100</w:t>
        <w:br/>
        <w:t>vt 0.167700 0.765800</w:t>
        <w:br/>
        <w:t>vt 0.168300 0.763800</w:t>
        <w:br/>
        <w:t>vt 0.171100 0.765200</w:t>
        <w:br/>
        <w:t>vt 0.167800 0.768400</w:t>
        <w:br/>
        <w:t>vt 0.168800 0.760300</w:t>
        <w:br/>
        <w:t>vt 0.168400 0.762600</w:t>
        <w:br/>
        <w:t>vt 0.168000 0.761400</w:t>
        <w:br/>
        <w:t>vt 0.170100 0.759600</w:t>
        <w:br/>
        <w:t>vt 0.172700 0.756000</w:t>
        <w:br/>
        <w:t>vt 0.171100 0.758600</w:t>
        <w:br/>
        <w:t>vt 0.171000 0.757300</w:t>
        <w:br/>
        <w:t>vt 0.171400 0.759400</w:t>
        <w:br/>
        <w:t>vt 0.174000 0.755600</w:t>
        <w:br/>
        <w:t>vt 0.176900 0.757500</w:t>
        <w:br/>
        <w:t>vt 0.174500 0.759300</w:t>
        <w:br/>
        <w:t>vt 0.175400 0.753900</w:t>
        <w:br/>
        <w:t>vt 0.169100 0.763100</w:t>
        <w:br/>
        <w:t>vt 0.174300 0.762900</w:t>
        <w:br/>
        <w:t>vt 0.176800 0.749000</w:t>
        <w:br/>
        <w:t>vt 0.176800 0.749000</w:t>
        <w:br/>
        <w:t>vt 0.321330 0.980014</w:t>
        <w:br/>
        <w:t>vt 0.319830 0.978414</w:t>
        <w:br/>
        <w:t>vt 0.321330 0.976914</w:t>
        <w:br/>
        <w:t>vt 0.267638 0.996187</w:t>
        <w:br/>
        <w:t>vt 0.269938 0.996187</w:t>
        <w:br/>
        <w:t>vt 0.269938 0.997187</w:t>
        <w:br/>
        <w:t>vt 0.267638 0.997187</w:t>
        <w:br/>
        <w:t>vt 0.269938 0.997187</w:t>
        <w:br/>
        <w:t>vt 0.269938 0.996187</w:t>
        <w:br/>
        <w:t>vt 0.272138 0.996187</w:t>
        <w:br/>
        <w:t>vt 0.272138 0.997187</w:t>
        <w:br/>
        <w:t>vt 0.272138 0.997187</w:t>
        <w:br/>
        <w:t>vt 0.272138 0.996187</w:t>
        <w:br/>
        <w:t>vt 0.274438 0.996187</w:t>
        <w:br/>
        <w:t>vt 0.274438 0.997187</w:t>
        <w:br/>
        <w:t>vt 0.274438 0.996187</w:t>
        <w:br/>
        <w:t>vt 0.276638 0.996187</w:t>
        <w:br/>
        <w:t>vt 0.276638 0.997187</w:t>
        <w:br/>
        <w:t>vt 0.274438 0.997187</w:t>
        <w:br/>
        <w:t>vt 0.314930 0.986128</w:t>
        <w:br/>
        <w:t>vt 0.316430 0.987628</w:t>
        <w:br/>
        <w:t>vt 0.314930 0.989128</w:t>
        <w:br/>
        <w:t>vt 0.322830 0.978514</w:t>
        <w:br/>
        <w:t>vt 0.313430 0.987628</w:t>
        <w:br/>
        <w:t>vt 0.046700 0.381600</w:t>
        <w:br/>
        <w:t>vt 0.048100 0.381600</w:t>
        <w:br/>
        <w:t>vt 0.048100 0.383300</w:t>
        <w:br/>
        <w:t>vt 0.046700 0.383300</w:t>
        <w:br/>
        <w:t>vt 0.045200 0.383300</w:t>
        <w:br/>
        <w:t>vt 0.043000 0.383300</w:t>
        <w:br/>
        <w:t>vt 0.043000 0.381600</w:t>
        <w:br/>
        <w:t>vt 0.045200 0.381600</w:t>
        <w:br/>
        <w:t>vt 0.045200 0.384300</w:t>
        <w:br/>
        <w:t>vt 0.043000 0.384300</w:t>
        <w:br/>
        <w:t>vt 0.046700 0.384300</w:t>
        <w:br/>
        <w:t>vt 0.050300 0.381600</w:t>
        <w:br/>
        <w:t>vt 0.050300 0.383300</w:t>
        <w:br/>
        <w:t>vt 0.050300 0.384300</w:t>
        <w:br/>
        <w:t>vt 0.048100 0.384300</w:t>
        <w:br/>
        <w:t>vt 0.048400 0.386600</w:t>
        <w:br/>
        <w:t>vt 0.047600 0.386600</w:t>
        <w:br/>
        <w:t>vt 0.046700 0.384300</w:t>
        <w:br/>
        <w:t>vt 0.046700 0.386600</w:t>
        <w:br/>
        <w:t>vt 0.045700 0.386600</w:t>
        <w:br/>
        <w:t>vt 0.125888 0.449862</w:t>
        <w:br/>
        <w:t>vt 0.126588 0.450062</w:t>
        <w:br/>
        <w:t>vt 0.126588 0.451462</w:t>
        <w:br/>
        <w:t>vt 0.125888 0.451762</w:t>
        <w:br/>
        <w:t>vt 0.044900 0.386600</w:t>
        <w:br/>
        <w:t>vt 0.126888 0.450762</w:t>
        <w:br/>
        <w:t>vt 0.046700 0.381600</w:t>
        <w:br/>
        <w:t>vt 0.046700 0.383300</w:t>
        <w:br/>
        <w:t>vt 0.048100 0.383300</w:t>
        <w:br/>
        <w:t>vt 0.048100 0.381600</w:t>
        <w:br/>
        <w:t>vt 0.045200 0.383300</w:t>
        <w:br/>
        <w:t>vt 0.045200 0.381600</w:t>
        <w:br/>
        <w:t>vt 0.043000 0.381600</w:t>
        <w:br/>
        <w:t>vt 0.043000 0.383300</w:t>
        <w:br/>
        <w:t>vt 0.043000 0.384300</w:t>
        <w:br/>
        <w:t>vt 0.045200 0.384300</w:t>
        <w:br/>
        <w:t>vt 0.046700 0.384300</w:t>
        <w:br/>
        <w:t>vt 0.050300 0.381600</w:t>
        <w:br/>
        <w:t>vt 0.050300 0.383300</w:t>
        <w:br/>
        <w:t>vt 0.048100 0.384300</w:t>
        <w:br/>
        <w:t>vt 0.050300 0.384300</w:t>
        <w:br/>
        <w:t>vt 0.047600 0.386600</w:t>
        <w:br/>
        <w:t>vt 0.048400 0.386600</w:t>
        <w:br/>
        <w:t>vt 0.046700 0.384300</w:t>
        <w:br/>
        <w:t>vt 0.046700 0.386600</w:t>
        <w:br/>
        <w:t>vt 0.045700 0.386600</w:t>
        <w:br/>
        <w:t>vt 0.126588 0.451462</w:t>
        <w:br/>
        <w:t>vt 0.126588 0.450062</w:t>
        <w:br/>
        <w:t>vt 0.125888 0.449862</w:t>
        <w:br/>
        <w:t>vt 0.125888 0.451762</w:t>
        <w:br/>
        <w:t>vt 0.044900 0.386600</w:t>
        <w:br/>
        <w:t>vt 0.126888 0.450762</w:t>
        <w:br/>
        <w:t>vt 0.025730 0.378632</w:t>
        <w:br/>
        <w:t>vt 0.020371 0.385245</w:t>
        <w:br/>
        <w:t>vt 0.007600 0.370526</w:t>
        <w:br/>
        <w:t>vt 0.007600 0.358900</w:t>
        <w:br/>
        <w:t>vt 0.050588 0.420764</w:t>
        <w:br/>
        <w:t>vt 0.048308 0.433456</w:t>
        <w:br/>
        <w:t>vt 0.040554 0.430897</w:t>
        <w:br/>
        <w:t>vt 0.042264 0.420444</w:t>
        <w:br/>
        <w:t>vt 0.032914 0.454149</w:t>
        <w:br/>
        <w:t>vt 0.020029 0.460762</w:t>
        <w:br/>
        <w:t>vt 0.017292 0.453402</w:t>
        <w:br/>
        <w:t>vt 0.028011 0.447962</w:t>
        <w:br/>
        <w:t>vt 0.016152 0.392818</w:t>
        <w:br/>
        <w:t>vt 0.007600 0.385672</w:t>
        <w:br/>
        <w:t>vt 0.041124 0.391858</w:t>
        <w:br/>
        <w:t>vt 0.034396 0.396232</w:t>
        <w:br/>
        <w:t>vt 0.026871 0.401351</w:t>
        <w:br/>
        <w:t>vt 0.035651 0.440496</w:t>
        <w:br/>
        <w:t>vt 0.021169 0.442843</w:t>
        <w:br/>
        <w:t>vt 0.030405 0.432923</w:t>
        <w:br/>
        <w:t>vt 0.042264 0.444976</w:t>
        <w:br/>
        <w:t>vt 0.033484 0.420124</w:t>
        <w:br/>
        <w:t>vt 0.007600 0.446789</w:t>
        <w:br/>
        <w:t>vt 0.007600 0.462788</w:t>
        <w:br/>
        <w:t>vt 0.007600 0.455109</w:t>
        <w:br/>
        <w:t>vt 0.031660 0.409991</w:t>
        <w:br/>
        <w:t>vt 0.040668 0.407538</w:t>
        <w:br/>
        <w:t>vt 0.048650 0.405511</w:t>
        <w:br/>
        <w:t>vt 0.755703 0.875744</w:t>
        <w:br/>
        <w:t>vt 0.748503 0.884643</w:t>
        <w:br/>
        <w:t>vt 0.745503 0.880643</w:t>
        <w:br/>
        <w:t>vt 0.755703 0.868544</w:t>
        <w:br/>
        <w:t>vt 0.740603 0.891343</w:t>
        <w:br/>
        <w:t>vt 0.732703 0.896943</w:t>
        <w:br/>
        <w:t>vt 0.736803 0.888644</w:t>
        <w:br/>
        <w:t>vt 0.736203 0.905944</w:t>
        <w:br/>
        <w:t>vt 0.731503 0.906043</w:t>
        <w:br/>
        <w:t>vt 0.737203 0.912143</w:t>
        <w:br/>
        <w:t>vt 0.732903 0.913643</w:t>
        <w:br/>
        <w:t>vt 0.755703 0.884943</w:t>
        <w:br/>
        <w:t>vt 0.751403 0.889743</w:t>
        <w:br/>
        <w:t>vt 0.737203 0.912143</w:t>
        <w:br/>
        <w:t>vt 0.736303 0.920643</w:t>
        <w:br/>
        <w:t>vt 0.755703 0.926543</w:t>
        <w:br/>
        <w:t>vt 0.755703 0.931144</w:t>
        <w:br/>
        <w:t>vt 0.007700 0.348900</w:t>
        <w:br/>
        <w:t>vt 0.017900 0.348400</w:t>
        <w:br/>
        <w:t>vt 0.017900 0.349400</w:t>
        <w:br/>
        <w:t>vt 0.018400 0.348400</w:t>
        <w:br/>
        <w:t>vt 0.018400 0.334800</w:t>
        <w:br/>
        <w:t>vt 0.027000 0.332100</w:t>
        <w:br/>
        <w:t>vt 0.026900 0.351200</w:t>
        <w:br/>
        <w:t>vt 0.007600 0.405831</w:t>
        <w:br/>
        <w:t>vt 0.015240 0.394418</w:t>
        <w:br/>
        <w:t>vt 0.032700 0.371400</w:t>
        <w:br/>
        <w:t>vt 0.032700 0.354900</w:t>
        <w:br/>
        <w:t>vt 0.045600 0.354900</w:t>
        <w:br/>
        <w:t>vt 0.045600 0.371400</w:t>
        <w:br/>
        <w:t>vt 0.014898 0.393885</w:t>
        <w:br/>
        <w:t>vt 0.007600 0.370526</w:t>
        <w:br/>
        <w:t>vt 0.020371 0.385245</w:t>
        <w:br/>
        <w:t>vt 0.025730 0.378633</w:t>
        <w:br/>
        <w:t>vt 0.007600 0.358900</w:t>
        <w:br/>
        <w:t>vt 0.050588 0.420764</w:t>
        <w:br/>
        <w:t>vt 0.042264 0.420444</w:t>
        <w:br/>
        <w:t>vt 0.040554 0.430897</w:t>
        <w:br/>
        <w:t>vt 0.048308 0.433456</w:t>
        <w:br/>
        <w:t>vt 0.032914 0.454149</w:t>
        <w:br/>
        <w:t>vt 0.028011 0.447962</w:t>
        <w:br/>
        <w:t>vt 0.017292 0.453402</w:t>
        <w:br/>
        <w:t>vt 0.020029 0.460762</w:t>
        <w:br/>
        <w:t>vt 0.007600 0.385672</w:t>
        <w:br/>
        <w:t>vt 0.016152 0.392818</w:t>
        <w:br/>
        <w:t>vt 0.034396 0.396232</w:t>
        <w:br/>
        <w:t>vt 0.041124 0.391859</w:t>
        <w:br/>
        <w:t>vt 0.026870 0.401351</w:t>
        <w:br/>
        <w:t>vt 0.035650 0.440496</w:t>
        <w:br/>
        <w:t>vt 0.030406 0.432923</w:t>
        <w:br/>
        <w:t>vt 0.021169 0.442842</w:t>
        <w:br/>
        <w:t>vt 0.042264 0.444976</w:t>
        <w:br/>
        <w:t>vt 0.033484 0.420124</w:t>
        <w:br/>
        <w:t>vt 0.007600 0.446789</w:t>
        <w:br/>
        <w:t>vt 0.007600 0.455109</w:t>
        <w:br/>
        <w:t>vt 0.007600 0.462788</w:t>
        <w:br/>
        <w:t>vt 0.031660 0.409991</w:t>
        <w:br/>
        <w:t>vt 0.040668 0.407538</w:t>
        <w:br/>
        <w:t>vt 0.048650 0.405511</w:t>
        <w:br/>
        <w:t>vt 0.755703 0.875743</w:t>
        <w:br/>
        <w:t>vt 0.755703 0.868544</w:t>
        <w:br/>
        <w:t>vt 0.745503 0.880643</w:t>
        <w:br/>
        <w:t>vt 0.748503 0.884644</w:t>
        <w:br/>
        <w:t>vt 0.740603 0.891344</w:t>
        <w:br/>
        <w:t>vt 0.736803 0.888644</w:t>
        <w:br/>
        <w:t>vt 0.732703 0.896944</w:t>
        <w:br/>
        <w:t>vt 0.737103 0.898143</w:t>
        <w:br/>
        <w:t>vt 0.731503 0.906044</w:t>
        <w:br/>
        <w:t>vt 0.736203 0.905943</w:t>
        <w:br/>
        <w:t>vt 0.732903 0.913643</w:t>
        <w:br/>
        <w:t>vt 0.737203 0.912143</w:t>
        <w:br/>
        <w:t>vt 0.741603 0.926143</w:t>
        <w:br/>
        <w:t>vt 0.748902 0.930043</w:t>
        <w:br/>
        <w:t>vt 0.750302 0.925643</w:t>
        <w:br/>
        <w:t>vt 0.744303 0.922443</w:t>
        <w:br/>
        <w:t>vt 0.751402 0.889743</w:t>
        <w:br/>
        <w:t>vt 0.755503 0.897644</w:t>
        <w:br/>
        <w:t>vt 0.736203 0.905943</w:t>
        <w:br/>
        <w:t>vt 0.737203 0.912143</w:t>
        <w:br/>
        <w:t>vt 0.755602 0.920543</w:t>
        <w:br/>
        <w:t>vt 0.736302 0.920643</w:t>
        <w:br/>
        <w:t>vt 0.739903 0.917943</w:t>
        <w:br/>
        <w:t>vt 0.007700 0.348900</w:t>
        <w:br/>
        <w:t>vt 0.017900 0.349400</w:t>
        <w:br/>
        <w:t>vt 0.017900 0.348400</w:t>
        <w:br/>
        <w:t>vt 0.027000 0.332100</w:t>
        <w:br/>
        <w:t>vt 0.018400 0.334800</w:t>
        <w:br/>
        <w:t>vt 0.018400 0.348400</w:t>
        <w:br/>
        <w:t>vt 0.026900 0.351200</w:t>
        <w:br/>
        <w:t>vt 0.007600 0.405831</w:t>
        <w:br/>
        <w:t>vt 0.015240 0.394418</w:t>
        <w:br/>
        <w:t>vt 0.032700 0.371400</w:t>
        <w:br/>
        <w:t>vt 0.045600 0.371400</w:t>
        <w:br/>
        <w:t>vt 0.045600 0.354900</w:t>
        <w:br/>
        <w:t>vt 0.032700 0.354900</w:t>
        <w:br/>
        <w:t>vt 0.014898 0.393885</w:t>
        <w:br/>
        <w:t>vt 0.106631 0.453756</w:t>
        <w:br/>
        <w:t>vt 0.105531 0.450956</w:t>
        <w:br/>
        <w:t>vt 0.103131 0.451056</w:t>
        <w:br/>
        <w:t>vt 0.105131 0.455256</w:t>
        <w:br/>
        <w:t>vt 0.109431 0.456956</w:t>
        <w:br/>
        <w:t>vt 0.109431 0.454656</w:t>
        <w:br/>
        <w:t>vt 0.106531 0.448256</w:t>
        <w:br/>
        <w:t>vt 0.109431 0.447256</w:t>
        <w:br/>
        <w:t>vt 0.109431 0.444856</w:t>
        <w:br/>
        <w:t>vt 0.105031 0.446756</w:t>
        <w:br/>
        <w:t>vt 0.109431 0.450956</w:t>
        <w:br/>
        <w:t>vt 0.106631 0.453756</w:t>
        <w:br/>
        <w:t>vt 0.105131 0.455256</w:t>
        <w:br/>
        <w:t>vt 0.103131 0.451056</w:t>
        <w:br/>
        <w:t>vt 0.105531 0.450956</w:t>
        <w:br/>
        <w:t>vt 0.109431 0.456956</w:t>
        <w:br/>
        <w:t>vt 0.109431 0.454656</w:t>
        <w:br/>
        <w:t>vt 0.106531 0.448256</w:t>
        <w:br/>
        <w:t>vt 0.105031 0.446756</w:t>
        <w:br/>
        <w:t>vt 0.109431 0.444856</w:t>
        <w:br/>
        <w:t>vt 0.109431 0.447256</w:t>
        <w:br/>
        <w:t>vt 0.109431 0.450956</w:t>
        <w:br/>
        <w:t>vt 0.497393 0.506322</w:t>
        <w:br/>
        <w:t>vt 0.501486 0.506322</w:t>
        <w:br/>
        <w:t>vt 0.501486 0.519032</w:t>
        <w:br/>
        <w:t>vt 0.497393 0.519032</w:t>
        <w:br/>
        <w:t>vt 0.497393 0.505470</w:t>
        <w:br/>
        <w:t>vt 0.497393 0.503950</w:t>
        <w:br/>
        <w:t>vt 0.501486 0.503950</w:t>
        <w:br/>
        <w:t>vt 0.501486 0.505470</w:t>
        <w:br/>
        <w:t>vt 0.502603 0.504497</w:t>
        <w:br/>
        <w:t>vt 0.503950 0.505227</w:t>
        <w:br/>
        <w:t>vt 0.503950 0.506322</w:t>
        <w:br/>
        <w:t>vt 0.497393 0.519944</w:t>
        <w:br/>
        <w:t>vt 0.495326 0.519640</w:t>
        <w:br/>
        <w:t>vt 0.497393 0.519032</w:t>
        <w:br/>
        <w:t>vt 0.501486 0.519944</w:t>
        <w:br/>
        <w:t>vt 0.497393 0.519944</w:t>
        <w:br/>
        <w:t>vt 0.503950 0.519640</w:t>
        <w:br/>
        <w:t>vt 0.501486 0.519944</w:t>
        <w:br/>
        <w:t>vt 0.502746 0.521039</w:t>
        <w:br/>
        <w:t>vt 0.497393 0.506322</w:t>
        <w:br/>
        <w:t>vt 0.495326 0.506322</w:t>
        <w:br/>
        <w:t>vt 0.497393 0.505470</w:t>
        <w:br/>
        <w:t>vt 0.501486 0.521404</w:t>
        <w:br/>
        <w:t>vt 0.497393 0.521404</w:t>
        <w:br/>
        <w:t>vt 0.496182 0.521039</w:t>
        <w:br/>
        <w:t>vt 0.496467 0.504497</w:t>
        <w:br/>
        <w:t>vt 0.495326 0.520674</w:t>
        <w:br/>
        <w:t>vt 0.460435 0.527559</w:t>
        <w:br/>
        <w:t>vt 0.463299 0.531076</w:t>
        <w:br/>
        <w:t>vt 0.457572 0.531076</w:t>
        <w:br/>
        <w:t>vt 0.459524 0.527559</w:t>
        <w:br/>
        <w:t>vt 0.471369 0.516488</w:t>
        <w:br/>
        <w:t>vt 0.476966 0.516488</w:t>
        <w:br/>
        <w:t>vt 0.468506 0.519353</w:t>
        <w:br/>
        <w:t>vt 0.459264 0.526647</w:t>
        <w:br/>
        <w:t>vt 0.456400 0.529252</w:t>
        <w:br/>
        <w:t>vt 0.456400 0.523131</w:t>
        <w:br/>
        <w:t>vt 0.459264 0.523131</w:t>
        <w:br/>
        <w:t>vt 0.456400 0.503723</w:t>
        <w:br/>
        <w:t>vt 0.457572 0.501900</w:t>
        <w:br/>
        <w:t>vt 0.459524 0.505416</w:t>
        <w:br/>
        <w:t>vt 0.459264 0.506328</w:t>
        <w:br/>
        <w:t>vt 0.463299 0.501900</w:t>
        <w:br/>
        <w:t>vt 0.460435 0.505416</w:t>
        <w:br/>
        <w:t>vt 0.466813 0.511929</w:t>
        <w:br/>
        <w:t>vt 0.468506 0.513622</w:t>
        <w:br/>
        <w:t>vt 0.553886 0.483900</w:t>
        <w:br/>
        <w:t>vt 0.557900 0.483900</w:t>
        <w:br/>
        <w:t>vt 0.557900 0.486300</w:t>
        <w:br/>
        <w:t>vt 0.553886 0.486300</w:t>
        <w:br/>
        <w:t>vt 0.553886 0.501700</w:t>
        <w:br/>
        <w:t>vt 0.553886 0.501000</w:t>
        <w:br/>
        <w:t>vt 0.557900 0.501000</w:t>
        <w:br/>
        <w:t>vt 0.557900 0.501700</w:t>
        <w:br/>
        <w:t>vt 0.566400 0.470900</w:t>
        <w:br/>
        <w:t>vt 0.566400 0.472600</w:t>
        <w:br/>
        <w:t>vt 0.562212 0.472600</w:t>
        <w:br/>
        <w:t>vt 0.562212 0.470900</w:t>
        <w:br/>
        <w:t>vt 0.557900 0.502400</w:t>
        <w:br/>
        <w:t>vt 0.553886 0.502400</w:t>
        <w:br/>
        <w:t>vt 0.553886 0.501700</w:t>
        <w:br/>
        <w:t>vt 0.557900 0.501700</w:t>
        <w:br/>
        <w:t>vt 0.562212 0.477000</w:t>
        <w:br/>
        <w:t>vt 0.566400 0.477000</w:t>
        <w:br/>
        <w:t>vt 0.547300 0.510100</w:t>
        <w:br/>
        <w:t>vt 0.546000 0.510100</w:t>
        <w:br/>
        <w:t>vt 0.546000 0.507100</w:t>
        <w:br/>
        <w:t>vt 0.547300 0.507100</w:t>
        <w:br/>
        <w:t>vt 0.562212 0.470000</w:t>
        <w:br/>
        <w:t>vt 0.562212 0.512200</w:t>
        <w:br/>
        <w:t>vt 0.566400 0.512200</w:t>
        <w:br/>
        <w:t>vt 0.566400 0.513900</w:t>
        <w:br/>
        <w:t>vt 0.562212 0.513900</w:t>
        <w:br/>
        <w:t>vt 0.553886 0.483200</w:t>
        <w:br/>
        <w:t>vt 0.557900 0.483200</w:t>
        <w:br/>
        <w:t>vt 0.553886 0.483200</w:t>
        <w:br/>
        <w:t>vt 0.553886 0.482500</w:t>
        <w:br/>
        <w:t>vt 0.557900 0.482500</w:t>
        <w:br/>
        <w:t>vt 0.557900 0.483200</w:t>
        <w:br/>
        <w:t>vt 0.562212 0.507700</w:t>
        <w:br/>
        <w:t>vt 0.566400 0.507700</w:t>
        <w:br/>
        <w:t>vt 0.557900 0.475600</w:t>
        <w:br/>
        <w:t>vt 0.553886 0.475600</w:t>
        <w:br/>
        <w:t>vt 0.546000 0.507100</w:t>
        <w:br/>
        <w:t>vt 0.546000 0.504000</w:t>
        <w:br/>
        <w:t>vt 0.547300 0.504000</w:t>
        <w:br/>
        <w:t>vt 0.547300 0.507100</w:t>
        <w:br/>
        <w:t>vt 0.562212 0.505000</w:t>
        <w:br/>
        <w:t>vt 0.562212 0.492400</w:t>
        <w:br/>
        <w:t>vt 0.566400 0.492400</w:t>
        <w:br/>
        <w:t>vt 0.466944 0.521047</w:t>
        <w:br/>
        <w:t>vt 0.557900 0.509500</w:t>
        <w:br/>
        <w:t>vt 0.553886 0.509500</w:t>
        <w:br/>
        <w:t>vt 0.566400 0.492400</w:t>
        <w:br/>
        <w:t>vt 0.562212 0.492400</w:t>
        <w:br/>
        <w:t>vt 0.562212 0.480100</w:t>
        <w:br/>
        <w:t>vt 0.557900 0.470200</w:t>
        <w:br/>
        <w:t>vt 0.557900 0.475600</w:t>
        <w:br/>
        <w:t>vt 0.553886 0.475600</w:t>
        <w:br/>
        <w:t>vt 0.553886 0.470200</w:t>
        <w:br/>
        <w:t>vt 0.557900 0.514800</w:t>
        <w:br/>
        <w:t>vt 0.553886 0.514800</w:t>
        <w:br/>
        <w:t>vt 0.553886 0.509500</w:t>
        <w:br/>
        <w:t>vt 0.557900 0.509500</w:t>
        <w:br/>
        <w:t>vt 0.546000 0.513600</w:t>
        <w:br/>
        <w:t>vt 0.546000 0.510100</w:t>
        <w:br/>
        <w:t>vt 0.547300 0.510100</w:t>
        <w:br/>
        <w:t>vt 0.547300 0.513600</w:t>
        <w:br/>
        <w:t>vt 0.461607 0.516488</w:t>
        <w:br/>
        <w:t>vt 0.465121 0.516488</w:t>
        <w:br/>
        <w:t>vt 0.546000 0.500600</w:t>
        <w:br/>
        <w:t>vt 0.547300 0.500600</w:t>
        <w:br/>
        <w:t>vt 0.547300 0.504000</w:t>
        <w:br/>
        <w:t>vt 0.546000 0.504000</w:t>
        <w:br/>
        <w:t>vt 0.537844 0.472870</w:t>
        <w:br/>
        <w:t>vt 0.537844 0.480370</w:t>
        <w:br/>
        <w:t>vt 0.535544 0.474970</w:t>
        <w:br/>
        <w:t>vt 0.562212 0.466200</w:t>
        <w:br/>
        <w:t>vt 0.566400 0.466200</w:t>
        <w:br/>
        <w:t>vt 0.566400 0.518200</w:t>
        <w:br/>
        <w:t>vt 0.562212 0.518200</w:t>
        <w:br/>
        <w:t>vt 0.562212 0.514400</w:t>
        <w:br/>
        <w:t>vt 0.557900 0.498300</w:t>
        <w:br/>
        <w:t>vt 0.553886 0.498300</w:t>
        <w:br/>
        <w:t>vt 0.459264 0.509324</w:t>
        <w:br/>
        <w:t>vt 0.456400 0.509324</w:t>
        <w:br/>
        <w:t>vt 0.535544 0.479470</w:t>
        <w:br/>
        <w:t>vt 0.536944 0.480370</w:t>
        <w:br/>
        <w:t>vt 0.508038 0.538058</w:t>
        <w:br/>
        <w:t>vt 0.508038 0.530858</w:t>
        <w:br/>
        <w:t>vt 0.509938 0.532758</w:t>
        <w:br/>
        <w:t>vt 0.509938 0.537158</w:t>
        <w:br/>
        <w:t>vt 0.508538 0.538058</w:t>
        <w:br/>
        <w:t>vt 0.482175 0.520400</w:t>
        <w:br/>
        <w:t>vt 0.538600 0.487805</w:t>
        <w:br/>
        <w:t>vt 0.536400 0.490505</w:t>
        <w:br/>
        <w:t>vt 0.534200 0.487905</w:t>
        <w:br/>
        <w:t>vt 0.536400 0.485705</w:t>
        <w:br/>
        <w:t>vt 0.557900 0.487000</w:t>
        <w:br/>
        <w:t>vt 0.553886 0.487000</w:t>
        <w:br/>
        <w:t>vt 0.553886 0.486300</w:t>
        <w:br/>
        <w:t>vt 0.557900 0.486300</w:t>
        <w:br/>
        <w:t>vt 0.557900 0.497600</w:t>
        <w:br/>
        <w:t>vt 0.553886 0.497600</w:t>
        <w:br/>
        <w:t>vt 0.553886 0.487000</w:t>
        <w:br/>
        <w:t>vt 0.557900 0.487000</w:t>
        <w:br/>
        <w:t>vt 0.557900 0.497600</w:t>
        <w:br/>
        <w:t>vt 0.557900 0.498300</w:t>
        <w:br/>
        <w:t>vt 0.553886 0.498300</w:t>
        <w:br/>
        <w:t>vt 0.553886 0.497600</w:t>
        <w:br/>
        <w:t>vt 0.495326 0.505470</w:t>
        <w:br/>
        <w:t>vt 0.501486 0.519032</w:t>
        <w:br/>
        <w:t>vt 0.501486 0.506322</w:t>
        <w:br/>
        <w:t>vt 0.497393 0.506322</w:t>
        <w:br/>
        <w:t>vt 0.497393 0.519032</w:t>
        <w:br/>
        <w:t>vt 0.501486 0.503950</w:t>
        <w:br/>
        <w:t>vt 0.497393 0.503950</w:t>
        <w:br/>
        <w:t>vt 0.497393 0.505470</w:t>
        <w:br/>
        <w:t>vt 0.501486 0.505470</w:t>
        <w:br/>
        <w:t>vt 0.502604 0.504497</w:t>
        <w:br/>
        <w:t>vt 0.503950 0.506322</w:t>
        <w:br/>
        <w:t>vt 0.503950 0.505227</w:t>
        <w:br/>
        <w:t>vt 0.497393 0.519944</w:t>
        <w:br/>
        <w:t>vt 0.497393 0.519032</w:t>
        <w:br/>
        <w:t>vt 0.495326 0.519640</w:t>
        <w:br/>
        <w:t>vt 0.501486 0.519944</w:t>
        <w:br/>
        <w:t>vt 0.497393 0.519944</w:t>
        <w:br/>
        <w:t>vt 0.503950 0.519640</w:t>
        <w:br/>
        <w:t>vt 0.501486 0.519944</w:t>
        <w:br/>
        <w:t>vt 0.502746 0.521039</w:t>
        <w:br/>
        <w:t>vt 0.497393 0.506322</w:t>
        <w:br/>
        <w:t>vt 0.497393 0.505470</w:t>
        <w:br/>
        <w:t>vt 0.495326 0.506322</w:t>
        <w:br/>
        <w:t>vt 0.497393 0.521404</w:t>
        <w:br/>
        <w:t>vt 0.501486 0.521404</w:t>
        <w:br/>
        <w:t>vt 0.496181 0.521039</w:t>
        <w:br/>
        <w:t>vt 0.496467 0.504497</w:t>
        <w:br/>
        <w:t>vt 0.495326 0.520674</w:t>
        <w:br/>
        <w:t>vt 0.457572 0.531076</w:t>
        <w:br/>
        <w:t>vt 0.463299 0.531076</w:t>
        <w:br/>
        <w:t>vt 0.460435 0.527559</w:t>
        <w:br/>
        <w:t>vt 0.459524 0.527559</w:t>
        <w:br/>
        <w:t>vt 0.471369 0.516488</w:t>
        <w:br/>
        <w:t>vt 0.468506 0.519353</w:t>
        <w:br/>
        <w:t>vt 0.476966 0.516488</w:t>
        <w:br/>
        <w:t>vt 0.456400 0.523130</w:t>
        <w:br/>
        <w:t>vt 0.456400 0.529252</w:t>
        <w:br/>
        <w:t>vt 0.459264 0.526647</w:t>
        <w:br/>
        <w:t>vt 0.459264 0.523130</w:t>
        <w:br/>
        <w:t>vt 0.456400 0.503723</w:t>
        <w:br/>
        <w:t>vt 0.459264 0.506328</w:t>
        <w:br/>
        <w:t>vt 0.459524 0.505416</w:t>
        <w:br/>
        <w:t>vt 0.457572 0.501899</w:t>
        <w:br/>
        <w:t>vt 0.460435 0.505416</w:t>
        <w:br/>
        <w:t>vt 0.463299 0.501899</w:t>
        <w:br/>
        <w:t>vt 0.466813 0.511929</w:t>
        <w:br/>
        <w:t>vt 0.468506 0.513622</w:t>
        <w:br/>
        <w:t>vt 0.553886 0.483900</w:t>
        <w:br/>
        <w:t>vt 0.553886 0.486300</w:t>
        <w:br/>
        <w:t>vt 0.557900 0.486300</w:t>
        <w:br/>
        <w:t>vt 0.557900 0.483900</w:t>
        <w:br/>
        <w:t>vt 0.557900 0.501000</w:t>
        <w:br/>
        <w:t>vt 0.553886 0.501000</w:t>
        <w:br/>
        <w:t>vt 0.553886 0.501700</w:t>
        <w:br/>
        <w:t>vt 0.557900 0.501700</w:t>
        <w:br/>
        <w:t>vt 0.562212 0.472600</w:t>
        <w:br/>
        <w:t>vt 0.566400 0.472600</w:t>
        <w:br/>
        <w:t>vt 0.566400 0.470900</w:t>
        <w:br/>
        <w:t>vt 0.562212 0.470900</w:t>
        <w:br/>
        <w:t>vt 0.557900 0.502400</w:t>
        <w:br/>
        <w:t>vt 0.557900 0.501700</w:t>
        <w:br/>
        <w:t>vt 0.553886 0.501700</w:t>
        <w:br/>
        <w:t>vt 0.553886 0.502400</w:t>
        <w:br/>
        <w:t>vt 0.562212 0.477000</w:t>
        <w:br/>
        <w:t>vt 0.566400 0.477000</w:t>
        <w:br/>
        <w:t>vt 0.547300 0.510100</w:t>
        <w:br/>
        <w:t>vt 0.547300 0.507100</w:t>
        <w:br/>
        <w:t>vt 0.546000 0.507100</w:t>
        <w:br/>
        <w:t>vt 0.546000 0.510100</w:t>
        <w:br/>
        <w:t>vt 0.562212 0.470000</w:t>
        <w:br/>
        <w:t>vt 0.562212 0.512200</w:t>
        <w:br/>
        <w:t>vt 0.562212 0.513900</w:t>
        <w:br/>
        <w:t>vt 0.566400 0.513900</w:t>
        <w:br/>
        <w:t>vt 0.566400 0.512200</w:t>
        <w:br/>
        <w:t>vt 0.557900 0.483200</w:t>
        <w:br/>
        <w:t>vt 0.553886 0.483200</w:t>
        <w:br/>
        <w:t>vt 0.557900 0.482500</w:t>
        <w:br/>
        <w:t>vt 0.553886 0.482500</w:t>
        <w:br/>
        <w:t>vt 0.553886 0.483200</w:t>
        <w:br/>
        <w:t>vt 0.557900 0.483200</w:t>
        <w:br/>
        <w:t>vt 0.562212 0.507700</w:t>
        <w:br/>
        <w:t>vt 0.566400 0.507700</w:t>
        <w:br/>
        <w:t>vt 0.557900 0.475600</w:t>
        <w:br/>
        <w:t>vt 0.553886 0.475600</w:t>
        <w:br/>
        <w:t>vt 0.546000 0.507100</w:t>
        <w:br/>
        <w:t>vt 0.547300 0.507100</w:t>
        <w:br/>
        <w:t>vt 0.547300 0.504000</w:t>
        <w:br/>
        <w:t>vt 0.546000 0.504000</w:t>
        <w:br/>
        <w:t>vt 0.566400 0.492400</w:t>
        <w:br/>
        <w:t>vt 0.562212 0.492400</w:t>
        <w:br/>
        <w:t>vt 0.562212 0.505000</w:t>
        <w:br/>
        <w:t>vt 0.466944 0.521047</w:t>
        <w:br/>
        <w:t>vt 0.553886 0.509500</w:t>
        <w:br/>
        <w:t>vt 0.557900 0.509500</w:t>
        <w:br/>
        <w:t>vt 0.566400 0.492400</w:t>
        <w:br/>
        <w:t>vt 0.562212 0.480100</w:t>
        <w:br/>
        <w:t>vt 0.562212 0.492400</w:t>
        <w:br/>
        <w:t>vt 0.553886 0.475600</w:t>
        <w:br/>
        <w:t>vt 0.557900 0.475600</w:t>
        <w:br/>
        <w:t>vt 0.557900 0.470200</w:t>
        <w:br/>
        <w:t>vt 0.553886 0.470200</w:t>
        <w:br/>
        <w:t>vt 0.557900 0.514800</w:t>
        <w:br/>
        <w:t>vt 0.557900 0.509500</w:t>
        <w:br/>
        <w:t>vt 0.553886 0.509500</w:t>
        <w:br/>
        <w:t>vt 0.553886 0.514800</w:t>
        <w:br/>
        <w:t>vt 0.547300 0.510100</w:t>
        <w:br/>
        <w:t>vt 0.546000 0.510100</w:t>
        <w:br/>
        <w:t>vt 0.546000 0.513600</w:t>
        <w:br/>
        <w:t>vt 0.547300 0.513600</w:t>
        <w:br/>
        <w:t>vt 0.465121 0.516488</w:t>
        <w:br/>
        <w:t>vt 0.461607 0.516488</w:t>
        <w:br/>
        <w:t>vt 0.547300 0.504000</w:t>
        <w:br/>
        <w:t>vt 0.547300 0.500600</w:t>
        <w:br/>
        <w:t>vt 0.546000 0.500600</w:t>
        <w:br/>
        <w:t>vt 0.546000 0.504000</w:t>
        <w:br/>
        <w:t>vt 0.537844 0.472870</w:t>
        <w:br/>
        <w:t>vt 0.535544 0.474970</w:t>
        <w:br/>
        <w:t>vt 0.537844 0.480370</w:t>
        <w:br/>
        <w:t>vt 0.566400 0.466200</w:t>
        <w:br/>
        <w:t>vt 0.562212 0.466200</w:t>
        <w:br/>
        <w:t>vt 0.566400 0.518200</w:t>
        <w:br/>
        <w:t>vt 0.562212 0.514400</w:t>
        <w:br/>
        <w:t>vt 0.562212 0.518200</w:t>
        <w:br/>
        <w:t>vt 0.557900 0.498300</w:t>
        <w:br/>
        <w:t>vt 0.553886 0.498300</w:t>
        <w:br/>
        <w:t>vt 0.456400 0.509324</w:t>
        <w:br/>
        <w:t>vt 0.459264 0.509324</w:t>
        <w:br/>
        <w:t>vt 0.535544 0.479470</w:t>
        <w:br/>
        <w:t>vt 0.536944 0.480370</w:t>
        <w:br/>
        <w:t>vt 0.508038 0.538058</w:t>
        <w:br/>
        <w:t>vt 0.509938 0.532758</w:t>
        <w:br/>
        <w:t>vt 0.508038 0.530858</w:t>
        <w:br/>
        <w:t>vt 0.509938 0.537158</w:t>
        <w:br/>
        <w:t>vt 0.508538 0.538058</w:t>
        <w:br/>
        <w:t>vt 0.534200 0.487905</w:t>
        <w:br/>
        <w:t>vt 0.536400 0.490505</w:t>
        <w:br/>
        <w:t>vt 0.538600 0.487805</w:t>
        <w:br/>
        <w:t>vt 0.536400 0.485705</w:t>
        <w:br/>
        <w:t>vt 0.553886 0.486300</w:t>
        <w:br/>
        <w:t>vt 0.553886 0.487000</w:t>
        <w:br/>
        <w:t>vt 0.557900 0.487000</w:t>
        <w:br/>
        <w:t>vt 0.557900 0.486300</w:t>
        <w:br/>
        <w:t>vt 0.557900 0.487000</w:t>
        <w:br/>
        <w:t>vt 0.553886 0.487000</w:t>
        <w:br/>
        <w:t>vt 0.553886 0.497600</w:t>
        <w:br/>
        <w:t>vt 0.557900 0.497600</w:t>
        <w:br/>
        <w:t>vt 0.557900 0.497600</w:t>
        <w:br/>
        <w:t>vt 0.553886 0.497600</w:t>
        <w:br/>
        <w:t>vt 0.553886 0.498300</w:t>
        <w:br/>
        <w:t>vt 0.557900 0.498300</w:t>
        <w:br/>
        <w:t>vt 0.495326 0.505470</w:t>
        <w:br/>
        <w:t>vt 0.503950 0.520674</w:t>
        <w:br/>
        <w:t>vt 0.503950 0.520674</w:t>
        <w:br/>
        <w:t>vt 0.013100 0.153700</w:t>
        <w:br/>
        <w:t>vt 0.013100 0.150000</w:t>
        <w:br/>
        <w:t>vt 0.015200 0.150000</w:t>
        <w:br/>
        <w:t>vt 0.015200 0.153700</w:t>
        <w:br/>
        <w:t>vt 0.015200 0.147800</w:t>
        <w:br/>
        <w:t>vt 0.015200 0.150000</w:t>
        <w:br/>
        <w:t>vt 0.013100 0.150000</w:t>
        <w:br/>
        <w:t>vt 0.013100 0.147800</w:t>
        <w:br/>
        <w:t>vt 0.106576 0.026858</w:t>
        <w:br/>
        <w:t>vt 0.111176 0.026858</w:t>
        <w:br/>
        <w:t>vt 0.111176 0.019358</w:t>
        <w:br/>
        <w:t>vt 0.106576 0.019358</w:t>
        <w:br/>
        <w:t>vt 0.013100 0.155900</w:t>
        <w:br/>
        <w:t>vt 0.013100 0.153700</w:t>
        <w:br/>
        <w:t>vt 0.015200 0.153700</w:t>
        <w:br/>
        <w:t>vt 0.015200 0.155900</w:t>
        <w:br/>
        <w:t>vt 0.021300 0.012600</w:t>
        <w:br/>
        <w:t>vt 0.021300 0.005100</w:t>
        <w:br/>
        <w:t>vt 0.025900 0.005100</w:t>
        <w:br/>
        <w:t>vt 0.025900 0.012600</w:t>
        <w:br/>
        <w:t>vt 0.138200 0.796200</w:t>
        <w:br/>
        <w:t>vt 0.132900 0.796000</w:t>
        <w:br/>
        <w:t>vt 0.136900 0.793700</w:t>
        <w:br/>
        <w:t>vt 0.134900 0.793200</w:t>
        <w:br/>
        <w:t>vt 0.136900 0.793700</w:t>
        <w:br/>
        <w:t>vt 0.132900 0.796000</w:t>
        <w:br/>
        <w:t>vt 0.132900 0.794000</w:t>
        <w:br/>
        <w:t>vt 0.139000 0.793100</w:t>
        <w:br/>
        <w:t>vt 0.135200 0.792100</w:t>
        <w:br/>
        <w:t>vt 0.135200 0.784200</w:t>
        <w:br/>
        <w:t>vt 0.136900 0.782800</w:t>
        <w:br/>
        <w:t>vt 0.136900 0.782800</w:t>
        <w:br/>
        <w:t>vt 0.139000 0.783300</w:t>
        <w:br/>
        <w:t>vt 0.134900 0.783200</w:t>
        <w:br/>
        <w:t>vt 0.132900 0.782500</w:t>
        <w:br/>
        <w:t>vt 0.132900 0.780600</w:t>
        <w:br/>
        <w:t>vt 0.138200 0.780200</w:t>
        <w:br/>
        <w:t>vt 0.132900 0.780600</w:t>
        <w:br/>
        <w:t>vt 0.132900 0.778200</w:t>
        <w:br/>
        <w:t>vt 0.114200 0.793400</w:t>
        <w:br/>
        <w:t>vt 0.116700 0.793700</w:t>
        <w:br/>
        <w:t>vt 0.116700 0.796700</w:t>
        <w:br/>
        <w:t>vt 0.112000 0.795600</w:t>
        <w:br/>
        <w:t>vt 0.110800 0.793000</w:t>
        <w:br/>
        <w:t>vt 0.113800 0.792000</w:t>
        <w:br/>
        <w:t>vt 0.110800 0.782900</w:t>
        <w:br/>
        <w:t>vt 0.113800 0.783800</w:t>
        <w:br/>
        <w:t>vt 0.116700 0.779200</w:t>
        <w:br/>
        <w:t>vt 0.116700 0.782100</w:t>
        <w:br/>
        <w:t>vt 0.114300 0.782500</w:t>
        <w:br/>
        <w:t>vt 0.112100 0.780300</w:t>
        <w:br/>
        <w:t>vt 0.132900 0.798200</w:t>
        <w:br/>
        <w:t>vt 0.138200 0.796200</w:t>
        <w:br/>
        <w:t>vt 0.136900 0.793700</w:t>
        <w:br/>
        <w:t>vt 0.136900 0.793700</w:t>
        <w:br/>
        <w:t>vt 0.134900 0.793200</w:t>
        <w:br/>
        <w:t>vt 0.132900 0.794000</w:t>
        <w:br/>
        <w:t>vt 0.139000 0.793100</w:t>
        <w:br/>
        <w:t>vt 0.135200 0.792100</w:t>
        <w:br/>
        <w:t>vt 0.136900 0.782800</w:t>
        <w:br/>
        <w:t>vt 0.135200 0.784200</w:t>
        <w:br/>
        <w:t>vt 0.139000 0.783300</w:t>
        <w:br/>
        <w:t>vt 0.136900 0.782800</w:t>
        <w:br/>
        <w:t>vt 0.134900 0.783200</w:t>
        <w:br/>
        <w:t>vt 0.138200 0.780200</w:t>
        <w:br/>
        <w:t>vt 0.114200 0.793400</w:t>
        <w:br/>
        <w:t>vt 0.112000 0.795600</w:t>
        <w:br/>
        <w:t>vt 0.116700 0.796700</w:t>
        <w:br/>
        <w:t>vt 0.116700 0.793700</w:t>
        <w:br/>
        <w:t>vt 0.113800 0.792000</w:t>
        <w:br/>
        <w:t>vt 0.110800 0.793000</w:t>
        <w:br/>
        <w:t>vt 0.113800 0.783800</w:t>
        <w:br/>
        <w:t>vt 0.110800 0.782900</w:t>
        <w:br/>
        <w:t>vt 0.114300 0.782500</w:t>
        <w:br/>
        <w:t>vt 0.116700 0.782100</w:t>
        <w:br/>
        <w:t>vt 0.116700 0.779200</w:t>
        <w:br/>
        <w:t>vt 0.112100 0.780300</w:t>
        <w:br/>
        <w:t>vt 0.132900 0.798200</w:t>
        <w:br/>
        <w:t>vt 0.070241 0.834061</w:t>
        <w:br/>
        <w:t>vt 0.074710 0.835977</w:t>
        <w:br/>
        <w:t>vt 0.075029 0.845234</w:t>
        <w:br/>
        <w:t>vt 0.070241 0.846831</w:t>
        <w:br/>
        <w:t>vt 0.065452 0.835977</w:t>
        <w:br/>
        <w:t>vt 0.065452 0.845234</w:t>
        <w:br/>
        <w:t>vt 0.063856 0.840446</w:t>
        <w:br/>
        <w:t>vt 0.076626 0.840446</w:t>
        <w:br/>
        <w:t>vt 0.065452 0.835977</w:t>
        <w:br/>
        <w:t>vt 0.065452 0.845234</w:t>
        <w:br/>
        <w:t>vt 0.070241 0.846831</w:t>
        <w:br/>
        <w:t>vt 0.070241 0.834061</w:t>
        <w:br/>
        <w:t>vt 0.075029 0.845234</w:t>
        <w:br/>
        <w:t>vt 0.074711 0.835977</w:t>
        <w:br/>
        <w:t>vt 0.076626 0.840446</w:t>
        <w:br/>
        <w:t>vt 0.063856 0.840446</w:t>
        <w:br/>
        <w:t>vt 0.033503 0.734600</w:t>
        <w:br/>
        <w:t>vt 0.028903 0.736900</w:t>
        <w:br/>
        <w:t>vt 0.028703 0.736400</w:t>
        <w:br/>
        <w:t>vt 0.032403 0.733600</w:t>
        <w:br/>
        <w:t>vt 0.032603 0.729300</w:t>
        <w:br/>
        <w:t>vt 0.034503 0.729800</w:t>
        <w:br/>
        <w:t>vt 0.032403 0.733600</w:t>
        <w:br/>
        <w:t>vt 0.031203 0.732700</w:t>
        <w:br/>
        <w:t>vt 0.036403 0.730500</w:t>
        <w:br/>
        <w:t>vt 0.034503 0.729800</w:t>
        <w:br/>
        <w:t>vt 0.034503 0.729800</w:t>
        <w:br/>
        <w:t>vt 0.032403 0.733600</w:t>
        <w:br/>
        <w:t>vt 0.033503 0.734600</w:t>
        <w:br/>
        <w:t>vt 0.036403 0.730500</w:t>
        <w:br/>
        <w:t>vt 0.028703 0.736400</w:t>
        <w:br/>
        <w:t>vt 0.028403 0.735900</w:t>
        <w:br/>
        <w:t>vt 0.032403 0.733600</w:t>
        <w:br/>
        <w:t>vt 0.031203 0.732700</w:t>
        <w:br/>
        <w:t>vt 0.028403 0.735900</w:t>
        <w:br/>
        <w:t>vt 0.028703 0.736400</w:t>
        <w:br/>
        <w:t>vt 0.034503 0.729800</w:t>
        <w:br/>
        <w:t>vt 0.032603 0.729300</w:t>
        <w:br/>
        <w:t>vt 0.028703 0.736400</w:t>
        <w:br/>
        <w:t>vt 0.028903 0.736900</w:t>
        <w:br/>
        <w:t>vt 0.034703 0.717500</w:t>
        <w:br/>
        <w:t>vt 0.032703 0.719100</w:t>
        <w:br/>
        <w:t>vt 0.028203 0.715700</w:t>
        <w:br/>
        <w:t>vt 0.029303 0.713200</w:t>
        <w:br/>
        <w:t>vt 0.028203 0.715700</w:t>
        <w:br/>
        <w:t>vt 0.032703 0.719100</w:t>
        <w:br/>
        <w:t>vt 0.034703 0.717500</w:t>
        <w:br/>
        <w:t>vt 0.029303 0.713200</w:t>
        <w:br/>
        <w:t>vt 0.030803 0.720800</w:t>
        <w:br/>
        <w:t>vt 0.032703 0.719100</w:t>
        <w:br/>
        <w:t>vt 0.028203 0.715700</w:t>
        <w:br/>
        <w:t>vt 0.027203 0.718200</w:t>
        <w:br/>
        <w:t>vt 0.035103 0.724700</w:t>
        <w:br/>
        <w:t>vt 0.037203 0.724500</w:t>
        <w:br/>
        <w:t>vt 0.037203 0.724500</w:t>
        <w:br/>
        <w:t>vt 0.035103 0.724700</w:t>
        <w:br/>
        <w:t>vt 0.032703 0.719100</w:t>
        <w:br/>
        <w:t>vt 0.030803 0.720800</w:t>
        <w:br/>
        <w:t>vt 0.027203 0.718200</w:t>
        <w:br/>
        <w:t>vt 0.028203 0.715700</w:t>
        <w:br/>
        <w:t>vt 0.033003 0.724900</w:t>
        <w:br/>
        <w:t>vt 0.035103 0.724700</w:t>
        <w:br/>
        <w:t>vt 0.033003 0.724900</w:t>
        <w:br/>
        <w:t>vt 0.035103 0.724700</w:t>
        <w:br/>
        <w:t>vt 0.028703 0.736400</w:t>
        <w:br/>
        <w:t>vt 0.028903 0.736900</w:t>
        <w:br/>
        <w:t>vt 0.033503 0.734600</w:t>
        <w:br/>
        <w:t>vt 0.032403 0.733600</w:t>
        <w:br/>
        <w:t>vt 0.032403 0.733600</w:t>
        <w:br/>
        <w:t>vt 0.034503 0.729800</w:t>
        <w:br/>
        <w:t>vt 0.032603 0.729300</w:t>
        <w:br/>
        <w:t>vt 0.031203 0.732700</w:t>
        <w:br/>
        <w:t>vt 0.036403 0.730500</w:t>
        <w:br/>
        <w:t>vt 0.034503 0.729800</w:t>
        <w:br/>
        <w:t>vt 0.034503 0.729800</w:t>
        <w:br/>
        <w:t>vt 0.036403 0.730500</w:t>
        <w:br/>
        <w:t>vt 0.033503 0.734600</w:t>
        <w:br/>
        <w:t>vt 0.032403 0.733600</w:t>
        <w:br/>
        <w:t>vt 0.028703 0.736400</w:t>
        <w:br/>
        <w:t>vt 0.028403 0.735900</w:t>
        <w:br/>
        <w:t>vt 0.032403 0.733600</w:t>
        <w:br/>
        <w:t>vt 0.028703 0.736400</w:t>
        <w:br/>
        <w:t>vt 0.028403 0.735900</w:t>
        <w:br/>
        <w:t>vt 0.031203 0.732700</w:t>
        <w:br/>
        <w:t>vt 0.034503 0.729800</w:t>
        <w:br/>
        <w:t>vt 0.032603 0.729300</w:t>
        <w:br/>
        <w:t>vt 0.028903 0.736900</w:t>
        <w:br/>
        <w:t>vt 0.028703 0.736400</w:t>
        <w:br/>
        <w:t>vt 0.034703 0.717500</w:t>
        <w:br/>
        <w:t>vt 0.029303 0.713200</w:t>
        <w:br/>
        <w:t>vt 0.028203 0.715700</w:t>
        <w:br/>
        <w:t>vt 0.032703 0.719100</w:t>
        <w:br/>
        <w:t>vt 0.034703 0.717500</w:t>
        <w:br/>
        <w:t>vt 0.032703 0.719100</w:t>
        <w:br/>
        <w:t>vt 0.028203 0.715700</w:t>
        <w:br/>
        <w:t>vt 0.029303 0.713200</w:t>
        <w:br/>
        <w:t>vt 0.028203 0.715700</w:t>
        <w:br/>
        <w:t>vt 0.032703 0.719100</w:t>
        <w:br/>
        <w:t>vt 0.030803 0.720800</w:t>
        <w:br/>
        <w:t>vt 0.027203 0.718200</w:t>
        <w:br/>
        <w:t>vt 0.035103 0.724700</w:t>
        <w:br/>
        <w:t>vt 0.037203 0.724500</w:t>
        <w:br/>
        <w:t>vt 0.037203 0.724500</w:t>
        <w:br/>
        <w:t>vt 0.035103 0.724700</w:t>
        <w:br/>
        <w:t>vt 0.032703 0.719100</w:t>
        <w:br/>
        <w:t>vt 0.028203 0.715700</w:t>
        <w:br/>
        <w:t>vt 0.027203 0.718200</w:t>
        <w:br/>
        <w:t>vt 0.030803 0.720800</w:t>
        <w:br/>
        <w:t>vt 0.035103 0.724700</w:t>
        <w:br/>
        <w:t>vt 0.033003 0.724900</w:t>
        <w:br/>
        <w:t>vt 0.035103 0.724700</w:t>
        <w:br/>
        <w:t>vt 0.033003 0.724900</w:t>
        <w:br/>
        <w:t>vt 0.300326 0.633100</w:t>
        <w:br/>
        <w:t>vt 0.294026 0.630300</w:t>
        <w:br/>
        <w:t>vt 0.300326 0.619700</w:t>
        <w:br/>
        <w:t>vt 0.296026 0.597300</w:t>
        <w:br/>
        <w:t>vt 0.295826 0.595200</w:t>
        <w:br/>
        <w:t>vt 0.297726 0.594000</w:t>
        <w:br/>
        <w:t>vt 0.297626 0.598300</w:t>
        <w:br/>
        <w:t>vt 0.288226 0.620500</w:t>
        <w:br/>
        <w:t>vt 0.293026 0.620600</w:t>
        <w:br/>
        <w:t>vt 0.285526 0.626300</w:t>
        <w:br/>
        <w:t>vt 0.286026 0.621900</w:t>
        <w:br/>
        <w:t>vt 0.300326 0.643600</w:t>
        <w:br/>
        <w:t>vt 0.298826 0.643500</w:t>
        <w:br/>
        <w:t>vt 0.298026 0.636500</w:t>
        <w:br/>
        <w:t>vt 0.274426 0.629400</w:t>
        <w:br/>
        <w:t>vt 0.277026 0.629200</w:t>
        <w:br/>
        <w:t>vt 0.273808 0.633639</w:t>
        <w:br/>
        <w:t>vt 0.284026 0.615200</w:t>
        <w:br/>
        <w:t>vt 0.280326 0.614200</w:t>
        <w:br/>
        <w:t>vt 0.283126 0.612900</w:t>
        <w:br/>
        <w:t>vt 0.283426 0.622500</w:t>
        <w:br/>
        <w:t>vt 0.276126 0.625800</w:t>
        <w:br/>
        <w:t>vt 0.281226 0.620300</w:t>
        <w:br/>
        <w:t>vt 0.282026 0.622100</w:t>
        <w:br/>
        <w:t>vt 0.279526 0.624400</w:t>
        <w:br/>
        <w:t>vt 0.277926 0.619000</w:t>
        <w:br/>
        <w:t>vt 0.281626 0.618800</w:t>
        <w:br/>
        <w:t>vt 0.283526 0.617100</w:t>
        <w:br/>
        <w:t>vt 0.288190 0.599193</w:t>
        <w:br/>
        <w:t>vt 0.291926 0.599193</w:t>
        <w:br/>
        <w:t>vt 0.293826 0.603200</w:t>
        <w:br/>
        <w:t>vt 0.294326 0.598918</w:t>
        <w:br/>
        <w:t>vt 0.297426 0.584200</w:t>
        <w:br/>
        <w:t>vt 0.300326 0.579200</w:t>
        <w:br/>
        <w:t>vt 0.300326 0.591800</w:t>
        <w:br/>
        <w:t>vt 0.300326 0.658789</w:t>
        <w:br/>
        <w:t>vt 0.296426 0.650400</w:t>
        <w:br/>
        <w:t>vt 0.289126 0.618000</w:t>
        <w:br/>
        <w:t>vt 0.289226 0.613900</w:t>
        <w:br/>
        <w:t>vt 0.291026 0.594000</w:t>
        <w:br/>
        <w:t>vt 0.292726 0.593500</w:t>
        <w:br/>
        <w:t>vt 0.290026 0.597300</w:t>
        <w:br/>
        <w:t>vt 0.294426 0.588300</w:t>
        <w:br/>
        <w:t>vt 0.294126 0.594900</w:t>
        <w:br/>
        <w:t>vt 0.292126 0.595400</w:t>
        <w:br/>
        <w:t>vt 0.300326 0.598200</w:t>
        <w:br/>
        <w:t>vt 0.300326 0.607500</w:t>
        <w:br/>
        <w:t>vt 0.291326 0.605400</w:t>
        <w:br/>
        <w:t>vt 0.290426 0.603300</w:t>
        <w:br/>
        <w:t>vt 0.292826 0.611900</w:t>
        <w:br/>
        <w:t>vt 0.290526 0.608100</w:t>
        <w:br/>
        <w:t>vt 0.287426 0.611200</w:t>
        <w:br/>
        <w:t>vt 0.288730 0.631436</w:t>
        <w:br/>
        <w:t>vt 0.283926 0.630175</w:t>
        <w:br/>
        <w:t>vt 0.279526 0.624400</w:t>
        <w:br/>
        <w:t>vt 0.275226 0.621500</w:t>
        <w:br/>
        <w:t>vt 0.277926 0.619000</w:t>
        <w:br/>
        <w:t>vt 0.275326 0.617000</w:t>
        <w:br/>
        <w:t>vt 0.276626 0.613500</w:t>
        <w:br/>
        <w:t>vt 0.281126 0.611100</w:t>
        <w:br/>
        <w:t>vt 0.278426 0.611700</w:t>
        <w:br/>
        <w:t>vt 0.279826 0.630800</w:t>
        <w:br/>
        <w:t>vt 0.276426 0.632300</w:t>
        <w:br/>
        <w:t>vt 0.273808 0.633639</w:t>
        <w:br/>
        <w:t>vt 0.277026 0.629200</w:t>
        <w:br/>
        <w:t>vt 0.295926 0.640300</w:t>
        <w:br/>
        <w:t>vt 0.295322 0.642900</w:t>
        <w:br/>
        <w:t>vt 0.292626 0.634400</w:t>
        <w:br/>
        <w:t>vt 0.294626 0.636800</w:t>
        <w:br/>
        <w:t>vt 0.292626 0.652900</w:t>
        <w:br/>
        <w:t>vt 0.289826 0.650414</w:t>
        <w:br/>
        <w:t>vt 0.293483 0.646139</w:t>
        <w:br/>
        <w:t>vt 0.295230 0.655793</w:t>
        <w:br/>
        <w:t>vt 0.295426 0.638700</w:t>
        <w:br/>
        <w:t>vt 0.294726 0.637800</w:t>
        <w:br/>
        <w:t>vt 0.300326 0.633100</w:t>
        <w:br/>
        <w:t>vt 0.300326 0.619700</w:t>
        <w:br/>
        <w:t>vt 0.294026 0.630300</w:t>
        <w:br/>
        <w:t>vt 0.297726 0.594000</w:t>
        <w:br/>
        <w:t>vt 0.295826 0.595200</w:t>
        <w:br/>
        <w:t>vt 0.296026 0.597300</w:t>
        <w:br/>
        <w:t>vt 0.297626 0.598300</w:t>
        <w:br/>
        <w:t>vt 0.285526 0.626300</w:t>
        <w:br/>
        <w:t>vt 0.293026 0.620600</w:t>
        <w:br/>
        <w:t>vt 0.288226 0.620500</w:t>
        <w:br/>
        <w:t>vt 0.286026 0.621900</w:t>
        <w:br/>
        <w:t>vt 0.300326 0.643600</w:t>
        <w:br/>
        <w:t>vt 0.298026 0.636500</w:t>
        <w:br/>
        <w:t>vt 0.298826 0.643500</w:t>
        <w:br/>
        <w:t>vt 0.274426 0.629400</w:t>
        <w:br/>
        <w:t>vt 0.273808 0.633639</w:t>
        <w:br/>
        <w:t>vt 0.277026 0.629200</w:t>
        <w:br/>
        <w:t>vt 0.284026 0.615200</w:t>
        <w:br/>
        <w:t>vt 0.283126 0.612900</w:t>
        <w:br/>
        <w:t>vt 0.280326 0.614200</w:t>
        <w:br/>
        <w:t>vt 0.283426 0.622500</w:t>
        <w:br/>
        <w:t>vt 0.276126 0.625800</w:t>
        <w:br/>
        <w:t>vt 0.279526 0.624400</w:t>
        <w:br/>
        <w:t>vt 0.282026 0.622100</w:t>
        <w:br/>
        <w:t>vt 0.281226 0.620300</w:t>
        <w:br/>
        <w:t>vt 0.277926 0.619000</w:t>
        <w:br/>
        <w:t>vt 0.281626 0.618800</w:t>
        <w:br/>
        <w:t>vt 0.283526 0.617100</w:t>
        <w:br/>
        <w:t>vt 0.288190 0.599193</w:t>
        <w:br/>
        <w:t>vt 0.293826 0.603200</w:t>
        <w:br/>
        <w:t>vt 0.291926 0.599193</w:t>
        <w:br/>
        <w:t>vt 0.294326 0.598918</w:t>
        <w:br/>
        <w:t>vt 0.297426 0.584200</w:t>
        <w:br/>
        <w:t>vt 0.300326 0.591800</w:t>
        <w:br/>
        <w:t>vt 0.300326 0.579200</w:t>
        <w:br/>
        <w:t>vt 0.296426 0.650400</w:t>
        <w:br/>
        <w:t>vt 0.300326 0.658789</w:t>
        <w:br/>
        <w:t>vt 0.289126 0.618000</w:t>
        <w:br/>
        <w:t>vt 0.289226 0.613900</w:t>
        <w:br/>
        <w:t>vt 0.291026 0.594000</w:t>
        <w:br/>
        <w:t>vt 0.290026 0.597300</w:t>
        <w:br/>
        <w:t>vt 0.292726 0.593500</w:t>
        <w:br/>
        <w:t>vt 0.294426 0.588300</w:t>
        <w:br/>
        <w:t>vt 0.292126 0.595400</w:t>
        <w:br/>
        <w:t>vt 0.294126 0.594900</w:t>
        <w:br/>
        <w:t>vt 0.300326 0.598200</w:t>
        <w:br/>
        <w:t>vt 0.300326 0.607500</w:t>
        <w:br/>
        <w:t>vt 0.290426 0.603300</w:t>
        <w:br/>
        <w:t>vt 0.291326 0.605400</w:t>
        <w:br/>
        <w:t>vt 0.292826 0.611900</w:t>
        <w:br/>
        <w:t>vt 0.290526 0.608100</w:t>
        <w:br/>
        <w:t>vt 0.287426 0.611200</w:t>
        <w:br/>
        <w:t>vt 0.283926 0.630175</w:t>
        <w:br/>
        <w:t>vt 0.288730 0.631436</w:t>
        <w:br/>
        <w:t>vt 0.279526 0.624400</w:t>
        <w:br/>
        <w:t>vt 0.275226 0.621500</w:t>
        <w:br/>
        <w:t>vt 0.277926 0.619000</w:t>
        <w:br/>
        <w:t>vt 0.275326 0.617000</w:t>
        <w:br/>
        <w:t>vt 0.276626 0.613500</w:t>
        <w:br/>
        <w:t>vt 0.281126 0.611100</w:t>
        <w:br/>
        <w:t>vt 0.278426 0.611700</w:t>
        <w:br/>
        <w:t>vt 0.279826 0.630800</w:t>
        <w:br/>
        <w:t>vt 0.276426 0.632300</w:t>
        <w:br/>
        <w:t>vt 0.273808 0.633639</w:t>
        <w:br/>
        <w:t>vt 0.277026 0.629200</w:t>
        <w:br/>
        <w:t>vt 0.295926 0.640300</w:t>
        <w:br/>
        <w:t>vt 0.295322 0.642900</w:t>
        <w:br/>
        <w:t>vt 0.292626 0.634400</w:t>
        <w:br/>
        <w:t>vt 0.294626 0.636800</w:t>
        <w:br/>
        <w:t>vt 0.292626 0.652900</w:t>
        <w:br/>
        <w:t>vt 0.289826 0.650414</w:t>
        <w:br/>
        <w:t>vt 0.293483 0.646139</w:t>
        <w:br/>
        <w:t>vt 0.295230 0.655793</w:t>
        <w:br/>
        <w:t>vt 0.295426 0.638700</w:t>
        <w:br/>
        <w:t>vt 0.294726 0.637800</w:t>
        <w:br/>
        <w:t>vt 0.184932 0.722357</w:t>
        <w:br/>
        <w:t>vt 0.184932 0.719203</w:t>
        <w:br/>
        <w:t>vt 0.190040 0.719203</w:t>
        <w:br/>
        <w:t>vt 0.190040 0.722357</w:t>
        <w:br/>
        <w:t>vt 0.184932 0.728835</w:t>
        <w:br/>
        <w:t>vt 0.184932 0.725595</w:t>
        <w:br/>
        <w:t>vt 0.190040 0.725595</w:t>
        <w:br/>
        <w:t>vt 0.190040 0.728835</w:t>
        <w:br/>
        <w:t>vt 0.184932 0.734984</w:t>
        <w:br/>
        <w:t>vt 0.184932 0.731990</w:t>
        <w:br/>
        <w:t>vt 0.190040 0.731990</w:t>
        <w:br/>
        <w:t>vt 0.190040 0.734984</w:t>
        <w:br/>
        <w:t>vt 0.184932 0.716209</w:t>
        <w:br/>
        <w:t>vt 0.184932 0.713466</w:t>
        <w:br/>
        <w:t>vt 0.190040 0.713466</w:t>
        <w:br/>
        <w:t>vt 0.190040 0.716209</w:t>
        <w:br/>
        <w:t>vt 0.190040 0.737724</w:t>
        <w:br/>
        <w:t>vt 0.184932 0.737724</w:t>
        <w:br/>
        <w:t>vt 0.203420 0.728323</w:t>
        <w:br/>
        <w:t>vt 0.203420 0.721641</w:t>
        <w:br/>
        <w:t>vt 0.205260 0.724963</w:t>
        <w:br/>
        <w:t>vt 0.200098 0.729544</w:t>
        <w:br/>
        <w:t>vt 0.196710 0.728323</w:t>
        <w:br/>
        <w:t>vt 0.196710 0.721641</w:t>
        <w:br/>
        <w:t>vt 0.200098 0.720200</w:t>
        <w:br/>
        <w:t>vt 0.195152 0.724963</w:t>
        <w:br/>
        <w:t>vt 0.257048 0.916527</w:t>
        <w:br/>
        <w:t>vt 0.263923 0.916527</w:t>
        <w:br/>
        <w:t>vt 0.258979 0.921377</w:t>
        <w:br/>
        <w:t>vt 0.258979 0.911771</w:t>
        <w:br/>
        <w:t>vt 0.270591 0.916527</w:t>
        <w:br/>
        <w:t>vt 0.263923 0.916527</w:t>
        <w:br/>
        <w:t>vt 0.268585 0.911771</w:t>
        <w:br/>
        <w:t>vt 0.268585 0.921377</w:t>
        <w:br/>
        <w:t>vt 0.263923 0.909773</w:t>
        <w:br/>
        <w:t>vt 0.263923 0.923314</w:t>
        <w:br/>
        <w:t>vt 0.294344 0.923476</w:t>
        <w:br/>
        <w:t>vt 0.294344 0.933109</w:t>
        <w:br/>
        <w:t>vt 0.292062 0.928166</w:t>
        <w:br/>
        <w:t>vt 0.303977 0.923983</w:t>
        <w:br/>
        <w:t>vt 0.303977 0.933363</w:t>
        <w:br/>
        <w:t>vt 0.299224 0.935264</w:t>
        <w:br/>
        <w:t>vt 0.299224 0.921701</w:t>
        <w:br/>
        <w:t>vt 0.306335 0.928800</w:t>
        <w:br/>
        <w:t>vt 0.515398 0.508809</w:t>
        <w:br/>
        <w:t>vt 0.519098 0.507809</w:t>
        <w:br/>
        <w:t>vt 0.519098 0.504509</w:t>
        <w:br/>
        <w:t>vt 0.515398 0.503509</w:t>
        <w:br/>
        <w:t>vt 0.514798 0.502009</w:t>
        <w:br/>
        <w:t>vt 0.511798 0.501809</w:t>
        <w:br/>
        <w:t>vt 0.511798 0.512109</w:t>
        <w:br/>
        <w:t>vt 0.514798 0.512109</w:t>
        <w:br/>
        <w:t>vt 0.514798 0.510409</w:t>
        <w:br/>
        <w:t>vt 0.511798 0.510509</w:t>
        <w:br/>
        <w:t>vt 0.511798 0.500209</w:t>
        <w:br/>
        <w:t>vt 0.511798 0.501809</w:t>
        <w:br/>
        <w:t>vt 0.514798 0.502009</w:t>
        <w:br/>
        <w:t>vt 0.514798 0.500209</w:t>
        <w:br/>
        <w:t>vt 0.531991 0.549967</w:t>
        <w:br/>
        <w:t>vt 0.537081 0.549967</w:t>
        <w:br/>
        <w:t>vt 0.537081 0.548620</w:t>
        <w:br/>
        <w:t>vt 0.531991 0.548620</w:t>
        <w:br/>
        <w:t>vt 0.519098 0.504509</w:t>
        <w:br/>
        <w:t>vt 0.519098 0.507809</w:t>
        <w:br/>
        <w:t>vt 0.519898 0.508109</w:t>
        <w:br/>
        <w:t>vt 0.519898 0.504209</w:t>
        <w:br/>
        <w:t>vt 0.539477 0.549967</w:t>
        <w:br/>
        <w:t>vt 0.538129 0.548620</w:t>
        <w:br/>
        <w:t>vt 0.510004 0.515731</w:t>
        <w:br/>
        <w:t>vt 0.510004 0.526212</w:t>
        <w:br/>
        <w:t>vt 0.510804 0.525212</w:t>
        <w:br/>
        <w:t>vt 0.510804 0.516681</w:t>
        <w:br/>
        <w:t>vt 0.511381 0.515731</w:t>
        <w:br/>
        <w:t>vt 0.514954 0.532156</w:t>
        <w:br/>
        <w:t>vt 0.516313 0.532156</w:t>
        <w:br/>
        <w:t>vt 0.516313 0.527174</w:t>
        <w:br/>
        <w:t>vt 0.514954 0.527174</w:t>
        <w:br/>
        <w:t>vt 0.516313 0.526118</w:t>
        <w:br/>
        <w:t>vt 0.514954 0.524608</w:t>
        <w:br/>
        <w:t>vt 0.517822 0.524608</w:t>
        <w:br/>
        <w:t>vt 0.517822 0.526118</w:t>
        <w:br/>
        <w:t>vt 0.511798 0.510509</w:t>
        <w:br/>
        <w:t>vt 0.514798 0.510409</w:t>
        <w:br/>
        <w:t>vt 0.539477 0.546824</w:t>
        <w:br/>
        <w:t>vt 0.538129 0.546824</w:t>
        <w:br/>
        <w:t>vt 0.511752 0.525212</w:t>
        <w:br/>
        <w:t>vt 0.511165 0.526212</w:t>
        <w:br/>
        <w:t>vt 0.510804 0.525212</w:t>
        <w:br/>
        <w:t>vt 0.515398 0.503509</w:t>
        <w:br/>
        <w:t>vt 0.519098 0.504509</w:t>
        <w:br/>
        <w:t>vt 0.519098 0.507809</w:t>
        <w:br/>
        <w:t>vt 0.515398 0.508809</w:t>
        <w:br/>
        <w:t>vt 0.514798 0.502009</w:t>
        <w:br/>
        <w:t>vt 0.511798 0.501809</w:t>
        <w:br/>
        <w:t>vt 0.514798 0.510409</w:t>
        <w:br/>
        <w:t>vt 0.514798 0.512109</w:t>
        <w:br/>
        <w:t>vt 0.511798 0.512109</w:t>
        <w:br/>
        <w:t>vt 0.511798 0.510509</w:t>
        <w:br/>
        <w:t>vt 0.514798 0.502009</w:t>
        <w:br/>
        <w:t>vt 0.511798 0.501809</w:t>
        <w:br/>
        <w:t>vt 0.511798 0.500209</w:t>
        <w:br/>
        <w:t>vt 0.514798 0.500209</w:t>
        <w:br/>
        <w:t>vt 0.531991 0.549967</w:t>
        <w:br/>
        <w:t>vt 0.531991 0.548620</w:t>
        <w:br/>
        <w:t>vt 0.537081 0.548620</w:t>
        <w:br/>
        <w:t>vt 0.537081 0.549967</w:t>
        <w:br/>
        <w:t>vt 0.519898 0.504209</w:t>
        <w:br/>
        <w:t>vt 0.519898 0.508109</w:t>
        <w:br/>
        <w:t>vt 0.519098 0.507809</w:t>
        <w:br/>
        <w:t>vt 0.519098 0.504509</w:t>
        <w:br/>
        <w:t>vt 0.538129 0.548620</w:t>
        <w:br/>
        <w:t>vt 0.539477 0.549967</w:t>
        <w:br/>
        <w:t>vt 0.510804 0.516681</w:t>
        <w:br/>
        <w:t>vt 0.510004 0.526212</w:t>
        <w:br/>
        <w:t>vt 0.510004 0.515731</w:t>
        <w:br/>
        <w:t>vt 0.514954 0.532156</w:t>
        <w:br/>
        <w:t>vt 0.514954 0.527175</w:t>
        <w:br/>
        <w:t>vt 0.516313 0.527175</w:t>
        <w:br/>
        <w:t>vt 0.516313 0.532156</w:t>
        <w:br/>
        <w:t>vt 0.514954 0.524608</w:t>
        <w:br/>
        <w:t>vt 0.516313 0.526118</w:t>
        <w:br/>
        <w:t>vt 0.517822 0.524608</w:t>
        <w:br/>
        <w:t>vt 0.517822 0.526118</w:t>
        <w:br/>
        <w:t>vt 0.511798 0.510509</w:t>
        <w:br/>
        <w:t>vt 0.514798 0.510409</w:t>
        <w:br/>
        <w:t>vt 0.539477 0.546824</w:t>
        <w:br/>
        <w:t>vt 0.538129 0.546824</w:t>
        <w:br/>
        <w:t>vt 0.510004 0.526212</w:t>
        <w:br/>
        <w:t>vt 0.545352 0.484888</w:t>
        <w:br/>
        <w:t>vt 0.545352 0.476357</w:t>
        <w:br/>
        <w:t>vt 0.547854 0.476357</w:t>
        <w:br/>
        <w:t>vt 0.547854 0.484888</w:t>
        <w:br/>
        <w:t>vt 0.511752 0.516681</w:t>
        <w:br/>
        <w:t>vt 0.511381 0.515731</w:t>
        <w:br/>
        <w:t>vt 0.510004 0.515731</w:t>
        <w:br/>
        <w:t>vt 0.510004 0.526212</w:t>
        <w:br/>
        <w:t>vt 0.511165 0.526212</w:t>
        <w:br/>
        <w:t>vt 0.314801 0.993802</w:t>
        <w:br/>
        <w:t>vt 0.316701 0.993802</w:t>
        <w:br/>
        <w:t>vt 0.316701 0.994952</w:t>
        <w:br/>
        <w:t>vt 0.314801 0.994952</w:t>
        <w:br/>
        <w:t>vt 0.313001 0.993802</w:t>
        <w:br/>
        <w:t>vt 0.314801 0.993802</w:t>
        <w:br/>
        <w:t>vt 0.314801 0.994952</w:t>
        <w:br/>
        <w:t>vt 0.313001 0.994952</w:t>
        <w:br/>
        <w:t>vt 0.311201 0.994952</w:t>
        <w:br/>
        <w:t>vt 0.311201 0.993802</w:t>
        <w:br/>
        <w:t>vt 0.313001 0.993802</w:t>
        <w:br/>
        <w:t>vt 0.313001 0.994952</w:t>
        <w:br/>
        <w:t>vt 0.309301 0.994952</w:t>
        <w:br/>
        <w:t>vt 0.309301 0.993802</w:t>
        <w:br/>
        <w:t>vt 0.311201 0.993802</w:t>
        <w:br/>
        <w:t>vt 0.311201 0.994952</w:t>
        <w:br/>
        <w:t>vt 0.321478 0.988278</w:t>
        <w:br/>
        <w:t>vt 0.322778 0.989478</w:t>
        <w:br/>
        <w:t>vt 0.321478 0.990678</w:t>
        <w:br/>
        <w:t>vt 0.320278 0.989478</w:t>
        <w:br/>
        <w:t>vt 0.663032 0.075213</w:t>
        <w:br/>
        <w:t>vt 0.661232 0.078413</w:t>
        <w:br/>
        <w:t>vt 0.659932 0.077413</w:t>
        <w:br/>
        <w:t>vt 0.661432 0.074613</w:t>
        <w:br/>
        <w:t>vt 0.661132 0.072413</w:t>
        <w:br/>
        <w:t>vt 0.662732 0.071713</w:t>
        <w:br/>
        <w:t>vt 0.661732 0.073413</w:t>
        <w:br/>
        <w:t>vt 0.657832 0.080813</w:t>
        <w:br/>
        <w:t>vt 0.657232 0.079313</w:t>
        <w:br/>
        <w:t>vt 0.663032 0.075213</w:t>
        <w:br/>
        <w:t>vt 0.664632 0.075513</w:t>
        <w:br/>
        <w:t>vt 0.662532 0.079513</w:t>
        <w:br/>
        <w:t>vt 0.661232 0.078413</w:t>
        <w:br/>
        <w:t>vt 0.658432 0.082313</w:t>
        <w:br/>
        <w:t>vt 0.657832 0.080813</w:t>
        <w:br/>
        <w:t>vt 0.647332 0.070413</w:t>
        <w:br/>
        <w:t>vt 0.646232 0.068713</w:t>
        <w:br/>
        <w:t>vt 0.661332 0.068713</w:t>
        <w:br/>
        <w:t>vt 0.660432 0.070413</w:t>
        <w:br/>
        <w:t>vt 0.662732 0.071713</w:t>
        <w:br/>
        <w:t>vt 0.663432 0.069813</w:t>
        <w:br/>
        <w:t>vt 0.664732 0.071713</w:t>
        <w:br/>
        <w:t>vt 0.645032 0.070313</w:t>
        <w:br/>
        <w:t>vt 0.646332 0.072213</w:t>
        <w:br/>
        <w:t>vt 0.646932 0.076513</w:t>
        <w:br/>
        <w:t>vt 0.649332 0.079513</w:t>
        <w:br/>
        <w:t>vt 0.648332 0.080813</w:t>
        <w:br/>
        <w:t>vt 0.645432 0.077113</w:t>
        <w:br/>
        <w:t>vt 0.644532 0.072513</w:t>
        <w:br/>
        <w:t>vt 0.647332 0.070413</w:t>
        <w:br/>
        <w:t>vt 0.648532 0.072013</w:t>
        <w:br/>
        <w:t>vt 0.647932 0.072613</w:t>
        <w:br/>
        <w:t>vt 0.646332 0.072213</w:t>
        <w:br/>
        <w:t>vt 0.660432 0.070413</w:t>
        <w:br/>
        <w:t>vt 0.659532 0.072013</w:t>
        <w:br/>
        <w:t>vt 0.646932 0.076513</w:t>
        <w:br/>
        <w:t>vt 0.647832 0.073813</w:t>
        <w:br/>
        <w:t>vt 0.649332 0.079513</w:t>
        <w:br/>
        <w:t>vt 0.648532 0.075813</w:t>
        <w:br/>
        <w:t>vt 0.650432 0.078213</w:t>
        <w:br/>
        <w:t>vt 0.653332 0.081213</w:t>
        <w:br/>
        <w:t>vt 0.653632 0.079513</w:t>
        <w:br/>
        <w:t>vt 0.653032 0.082913</w:t>
        <w:br/>
        <w:t>vt 0.653332 0.081213</w:t>
        <w:br/>
        <w:t>vt 0.711111 0.243385</w:t>
        <w:br/>
        <w:t>vt 0.711111 0.249653</w:t>
        <w:br/>
        <w:t>vt 0.705578 0.249653</w:t>
        <w:br/>
        <w:t>vt 0.705579 0.243385</w:t>
        <w:br/>
        <w:t>vt 0.711111 0.237025</w:t>
        <w:br/>
        <w:t>vt 0.705578 0.237025</w:t>
        <w:br/>
        <w:t>vt 0.705579 0.231157</w:t>
        <w:br/>
        <w:t>vt 0.711111 0.231157</w:t>
        <w:br/>
        <w:t>vt 0.711111 0.285749</w:t>
        <w:br/>
        <w:t>vt 0.711111 0.292122</w:t>
        <w:br/>
        <w:t>vt 0.705579 0.292122</w:t>
        <w:br/>
        <w:t>vt 0.705579 0.285749</w:t>
        <w:br/>
        <w:t>vt 0.705579 0.273306</w:t>
        <w:br/>
        <w:t>vt 0.711111 0.273306</w:t>
        <w:br/>
        <w:t>vt 0.711111 0.279458</w:t>
        <w:br/>
        <w:t>vt 0.705578 0.279458</w:t>
        <w:br/>
        <w:t>vt 0.711111 0.261810</w:t>
        <w:br/>
        <w:t>vt 0.711111 0.267516</w:t>
        <w:br/>
        <w:t>vt 0.705579 0.267516</w:t>
        <w:br/>
        <w:t>vt 0.705579 0.261809</w:t>
        <w:br/>
        <w:t>vt 0.705578 0.255825</w:t>
        <w:br/>
        <w:t>vt 0.711111 0.255825</w:t>
        <w:br/>
        <w:t>vt 0.705579 0.225305</w:t>
        <w:br/>
        <w:t>vt 0.711111 0.225305</w:t>
        <w:br/>
        <w:t>vt 0.705579 0.207192</w:t>
        <w:br/>
        <w:t>vt 0.711111 0.207192</w:t>
        <w:br/>
        <w:t>vt 0.711111 0.213204</w:t>
        <w:br/>
        <w:t>vt 0.705579 0.213204</w:t>
        <w:br/>
        <w:t>vt 0.705579 0.219258</w:t>
        <w:br/>
        <w:t>vt 0.711111 0.219258</w:t>
        <w:br/>
        <w:t>vt 0.711111 0.298456</w:t>
        <w:br/>
        <w:t>vt 0.705579 0.298456</w:t>
        <w:br/>
        <w:t>vt 0.705579 0.201140</w:t>
        <w:br/>
        <w:t>vt 0.711111 0.201140</w:t>
        <w:br/>
        <w:t>vt 0.244696 0.470108</w:t>
        <w:br/>
        <w:t>vt 0.244696 0.478208</w:t>
        <w:br/>
        <w:t>vt 0.247296 0.478208</w:t>
        <w:br/>
        <w:t>vt 0.247296 0.470108</w:t>
        <w:br/>
        <w:t>vt 0.242096 0.478208</w:t>
        <w:br/>
        <w:t>vt 0.242096 0.470108</w:t>
        <w:br/>
        <w:t>vt 0.252396 0.478208</w:t>
        <w:br/>
        <w:t>vt 0.252396 0.470108</w:t>
        <w:br/>
        <w:t>vt 0.249796 0.470108</w:t>
        <w:br/>
        <w:t>vt 0.249796 0.478208</w:t>
        <w:br/>
        <w:t>vt 0.244696 0.470108</w:t>
        <w:br/>
        <w:t>vt 0.247296 0.470108</w:t>
        <w:br/>
        <w:t>vt 0.247296 0.478208</w:t>
        <w:br/>
        <w:t>vt 0.244696 0.478208</w:t>
        <w:br/>
        <w:t>vt 0.242096 0.478208</w:t>
        <w:br/>
        <w:t>vt 0.242096 0.470108</w:t>
        <w:br/>
        <w:t>vt 0.249796 0.470108</w:t>
        <w:br/>
        <w:t>vt 0.252396 0.470108</w:t>
        <w:br/>
        <w:t>vt 0.252396 0.478208</w:t>
        <w:br/>
        <w:t>vt 0.249796 0.478208</w:t>
        <w:br/>
        <w:t>vt 0.833940 0.577323</w:t>
        <w:br/>
        <w:t>vt 0.849310 0.577323</w:t>
        <w:br/>
        <w:t>vt 0.845041 0.580169</w:t>
        <w:br/>
        <w:t>vt 0.838209 0.580169</w:t>
        <w:br/>
        <w:t>vt 0.836501 0.582446</w:t>
        <w:br/>
        <w:t>vt 0.836501 0.606356</w:t>
        <w:br/>
        <w:t>vt 0.833940 0.611479</w:t>
        <w:br/>
        <w:t>vt 0.849310 0.577323</w:t>
        <w:br/>
        <w:t>vt 0.849310 0.611479</w:t>
        <w:br/>
        <w:t>vt 0.847033 0.606356</w:t>
        <w:br/>
        <w:t>vt 0.847033 0.582446</w:t>
        <w:br/>
        <w:t>vt 0.845041 0.608633</w:t>
        <w:br/>
        <w:t>vt 0.833940 0.611479</w:t>
        <w:br/>
        <w:t>vt 0.838209 0.608633</w:t>
        <w:br/>
        <w:t>vt 0.845041 0.580169</w:t>
        <w:br/>
        <w:t>vt 0.832516 0.617741</w:t>
        <w:br/>
        <w:t>vt 0.828817 0.613187</w:t>
        <w:br/>
        <w:t>vt 0.833940 0.611479</w:t>
        <w:br/>
        <w:t>vt 0.849310 0.611479</w:t>
        <w:br/>
        <w:t>vt 0.851018 0.617741</w:t>
        <w:br/>
        <w:t>vt 0.828817 0.576754</w:t>
        <w:br/>
        <w:t>vt 0.833940 0.577323</w:t>
        <w:br/>
        <w:t>vt 0.854433 0.613756</w:t>
        <w:br/>
        <w:t>vt 0.832516 0.571061</w:t>
        <w:br/>
        <w:t>vt 0.851018 0.571061</w:t>
        <w:br/>
        <w:t>vt 0.849310 0.577323</w:t>
        <w:br/>
        <w:t>vt 0.854433 0.576754</w:t>
        <w:br/>
        <w:t>vt 0.883448 0.466971</w:t>
        <w:br/>
        <w:t>vt 0.876999 0.466971</w:t>
        <w:br/>
        <w:t>vt 0.871583 0.461555</w:t>
        <w:br/>
        <w:t>vt 0.888864 0.461555</w:t>
        <w:br/>
        <w:t>vt 0.868746 0.466197</w:t>
        <w:br/>
        <w:t>vt 0.875194 0.470840</w:t>
        <w:br/>
        <w:t>vt 0.875194 0.494053</w:t>
        <w:br/>
        <w:t>vt 0.868746 0.500501</w:t>
        <w:br/>
        <w:t>vt 0.876999 0.497148</w:t>
        <w:br/>
        <w:t>vt 0.871583 0.504112</w:t>
        <w:br/>
        <w:t>vt 0.883448 0.497148</w:t>
        <w:br/>
        <w:t>vt 0.888864 0.504112</w:t>
        <w:br/>
        <w:t>vt 0.891701 0.499469</w:t>
        <w:br/>
        <w:t>vt 0.884995 0.494053</w:t>
        <w:br/>
        <w:t>vt 0.891701 0.465424</w:t>
        <w:br/>
        <w:t>vt 0.884995 0.470840</w:t>
        <w:br/>
        <w:t>vt 0.292062 0.928166</w:t>
        <w:br/>
        <w:t>vt 0.294344 0.933109</w:t>
        <w:br/>
        <w:t>vt 0.294344 0.923476</w:t>
        <w:br/>
        <w:t>vt 0.299224 0.921701</w:t>
        <w:br/>
        <w:t>vt 0.299224 0.935264</w:t>
        <w:br/>
        <w:t>vt 0.303977 0.933363</w:t>
        <w:br/>
        <w:t>vt 0.303977 0.923983</w:t>
        <w:br/>
        <w:t>vt 0.306335 0.928800</w:t>
        <w:br/>
        <w:t>vt 0.800629 0.550496</w:t>
        <w:br/>
        <w:t>vt 0.796403 0.553032</w:t>
        <w:br/>
        <w:t>vt 0.799221 0.548241</w:t>
        <w:br/>
        <w:t>vt 0.796403 0.553032</w:t>
        <w:br/>
        <w:t>vt 0.794994 0.559512</w:t>
        <w:br/>
        <w:t>vt 0.791331 0.554722</w:t>
        <w:br/>
        <w:t>vt 0.796403 0.519500</w:t>
        <w:br/>
        <w:t>vt 0.791331 0.518655</w:t>
        <w:br/>
        <w:t>vt 0.811900 0.553032</w:t>
        <w:br/>
        <w:t>vt 0.813591 0.559512</w:t>
        <w:br/>
        <w:t>vt 0.807392 0.550496</w:t>
        <w:br/>
        <w:t>vt 0.811900 0.553032</w:t>
        <w:br/>
        <w:t>vt 0.809364 0.548241</w:t>
        <w:br/>
        <w:t>vt 0.807392 0.550496</w:t>
        <w:br/>
        <w:t>vt 0.799221 0.524572</w:t>
        <w:br/>
        <w:t>vt 0.796403 0.519500</w:t>
        <w:br/>
        <w:t>vt 0.800629 0.522036</w:t>
        <w:br/>
        <w:t>vt 0.796403 0.519500</w:t>
        <w:br/>
        <w:t>vt 0.811900 0.519500</w:t>
        <w:br/>
        <w:t>vt 0.807392 0.522036</w:t>
        <w:br/>
        <w:t>vt 0.794994 0.513020</w:t>
        <w:br/>
        <w:t>vt 0.813591 0.513020</w:t>
        <w:br/>
        <w:t>vt 0.811900 0.519500</w:t>
        <w:br/>
        <w:t>vt 0.816972 0.518655</w:t>
        <w:br/>
        <w:t>vt 0.816972 0.555567</w:t>
        <w:br/>
        <w:t>vt 0.811900 0.519500</w:t>
        <w:br/>
        <w:t>vt 0.809364 0.524572</w:t>
        <w:br/>
        <w:t>vt 0.883448 0.466971</w:t>
        <w:br/>
        <w:t>vt 0.876999 0.466971</w:t>
        <w:br/>
        <w:t>vt 0.871583 0.461555</w:t>
        <w:br/>
        <w:t>vt 0.888864 0.461555</w:t>
        <w:br/>
        <w:t>vt 0.891701 0.465424</w:t>
        <w:br/>
        <w:t>vt 0.884995 0.470840</w:t>
        <w:br/>
        <w:t>vt 0.891701 0.499469</w:t>
        <w:br/>
        <w:t>vt 0.884995 0.494053</w:t>
        <w:br/>
        <w:t>vt 0.883448 0.497148</w:t>
        <w:br/>
        <w:t>vt 0.888864 0.504112</w:t>
        <w:br/>
        <w:t>vt 0.876999 0.497148</w:t>
        <w:br/>
        <w:t>vt 0.871583 0.504112</w:t>
        <w:br/>
        <w:t>vt 0.868746 0.500501</w:t>
        <w:br/>
        <w:t>vt 0.875194 0.494053</w:t>
        <w:br/>
        <w:t>vt 0.868746 0.466198</w:t>
        <w:br/>
        <w:t>vt 0.875194 0.470840</w:t>
        <w:br/>
        <w:t>vt 0.110164 0.708372</w:t>
        <w:br/>
        <w:t>vt 0.108037 0.708372</w:t>
        <w:br/>
        <w:t>vt 0.108037 0.722922</w:t>
        <w:br/>
        <w:t>vt 0.110164 0.722922</w:t>
        <w:br/>
        <w:t>vt 0.110164 0.708372</w:t>
        <w:br/>
        <w:t>vt 0.110164 0.722922</w:t>
        <w:br/>
        <w:t>vt 0.112341 0.722922</w:t>
        <w:br/>
        <w:t>vt 0.112341 0.708372</w:t>
        <w:br/>
        <w:t>vt 0.108037 0.722922</w:t>
        <w:br/>
        <w:t>vt 0.108037 0.708372</w:t>
        <w:br/>
        <w:t>vt 0.110164 0.708372</w:t>
        <w:br/>
        <w:t>vt 0.110164 0.722922</w:t>
        <w:br/>
        <w:t>vt 0.112341 0.722922</w:t>
        <w:br/>
        <w:t>vt 0.110164 0.722922</w:t>
        <w:br/>
        <w:t>vt 0.110164 0.708372</w:t>
        <w:br/>
        <w:t>vt 0.112341 0.708372</w:t>
        <w:br/>
        <w:t>vt 0.110164 0.707060</w:t>
        <w:br/>
        <w:t>vt 0.110164 0.724210</w:t>
        <w:br/>
        <w:t>vt 0.112341 0.722922</w:t>
        <w:br/>
        <w:t>vt 0.110164 0.722922</w:t>
        <w:br/>
        <w:t>vt 0.110164 0.724210</w:t>
        <w:br/>
        <w:t>vt 0.110164 0.722922</w:t>
        <w:br/>
        <w:t>vt 0.112341 0.722922</w:t>
        <w:br/>
        <w:t>vt 0.110164 0.707060</w:t>
        <w:br/>
        <w:t>vt 0.846556 0.547426</w:t>
        <w:br/>
        <w:t>vt 0.849270 0.552038</w:t>
        <w:br/>
        <w:t>vt 0.845200 0.549597</w:t>
        <w:br/>
        <w:t>vt 0.838417 0.549597</w:t>
        <w:br/>
        <w:t>vt 0.834347 0.552038</w:t>
        <w:br/>
        <w:t>vt 0.836789 0.547426</w:t>
        <w:br/>
        <w:t>vt 0.834347 0.519751</w:t>
        <w:br/>
        <w:t>vt 0.836789 0.524635</w:t>
        <w:br/>
        <w:t>vt 0.846556 0.524635</w:t>
        <w:br/>
        <w:t>vt 0.849270 0.519751</w:t>
        <w:br/>
        <w:t>vt 0.849270 0.552038</w:t>
        <w:br/>
        <w:t>vt 0.854166 0.553684</w:t>
        <w:br/>
        <w:t>vt 0.850603 0.558219</w:t>
        <w:br/>
        <w:t>vt 0.845200 0.522193</w:t>
        <w:br/>
        <w:t>vt 0.849270 0.519751</w:t>
        <w:br/>
        <w:t>vt 0.850603 0.513570</w:t>
        <w:br/>
        <w:t>vt 0.854166 0.518920</w:t>
        <w:br/>
        <w:t>vt 0.849270 0.519751</w:t>
        <w:br/>
        <w:t>vt 0.838417 0.522193</w:t>
        <w:br/>
        <w:t>vt 0.834347 0.519751</w:t>
        <w:br/>
        <w:t>vt 0.829451 0.518920</w:t>
        <w:br/>
        <w:t>vt 0.834347 0.519751</w:t>
        <w:br/>
        <w:t>vt 0.834347 0.552038</w:t>
        <w:br/>
        <w:t>vt 0.829496 0.554431</w:t>
        <w:br/>
        <w:t>vt 0.832743 0.513570</w:t>
        <w:br/>
        <w:t>vt 0.832743 0.558219</w:t>
        <w:br/>
        <w:t>vt 0.875240 0.525141</w:t>
        <w:br/>
        <w:t>vt 0.875240 0.547503</w:t>
        <w:br/>
        <w:t>vt 0.868764 0.552994</w:t>
        <w:br/>
        <w:t>vt 0.868764 0.520147</w:t>
        <w:br/>
        <w:t>vt 0.876731 0.521663</w:t>
        <w:br/>
        <w:t>vt 0.871501 0.516165</w:t>
        <w:br/>
        <w:t>vt 0.888173 0.516165</w:t>
        <w:br/>
        <w:t>vt 0.882943 0.521663</w:t>
        <w:br/>
        <w:t>vt 0.890910 0.520645</w:t>
        <w:br/>
        <w:t>vt 0.884682 0.525141</w:t>
        <w:br/>
        <w:t>vt 0.884682 0.547503</w:t>
        <w:br/>
        <w:t>vt 0.890910 0.553740</w:t>
        <w:br/>
        <w:t>vt 0.882943 0.550733</w:t>
        <w:br/>
        <w:t>vt 0.888173 0.557473</w:t>
        <w:br/>
        <w:t>vt 0.871501 0.557473</w:t>
        <w:br/>
        <w:t>vt 0.876731 0.550733</w:t>
        <w:br/>
        <w:t>vt 0.139000 0.783300</w:t>
        <w:br/>
        <w:t>vt 0.135200 0.792100</w:t>
        <w:br/>
        <w:t>vt 0.136900 0.793700</w:t>
        <w:br/>
        <w:t>vt 0.135200 0.784200</w:t>
        <w:br/>
        <w:t>vt 0.134900 0.793200</w:t>
        <w:br/>
        <w:t>vt 0.132900 0.794000</w:t>
        <w:br/>
        <w:t>vt 0.132900 0.796000</w:t>
        <w:br/>
        <w:t>vt 0.138200 0.796200</w:t>
        <w:br/>
        <w:t>vt 0.136900 0.793700</w:t>
        <w:br/>
        <w:t>vt 0.132900 0.796000</w:t>
        <w:br/>
        <w:t>vt 0.139000 0.793100</w:t>
        <w:br/>
        <w:t>vt 0.116700 0.796700</w:t>
        <w:br/>
        <w:t>vt 0.116700 0.793700</w:t>
        <w:br/>
        <w:t>vt 0.114200 0.793400</w:t>
        <w:br/>
        <w:t>vt 0.112000 0.795600</w:t>
        <w:br/>
        <w:t>vt 0.113800 0.792000</w:t>
        <w:br/>
        <w:t>vt 0.110800 0.793000</w:t>
        <w:br/>
        <w:t>vt 0.113800 0.783800</w:t>
        <w:br/>
        <w:t>vt 0.110800 0.782900</w:t>
        <w:br/>
        <w:t>vt 0.132900 0.798200</w:t>
        <w:br/>
        <w:t>vt 0.132900 0.782500</w:t>
        <w:br/>
        <w:t>vt 0.136900 0.782800</w:t>
        <w:br/>
        <w:t>vt 0.138200 0.780200</w:t>
        <w:br/>
        <w:t>vt 0.139000 0.783300</w:t>
        <w:br/>
        <w:t>vt 0.136900 0.782800</w:t>
        <w:br/>
        <w:t>vt 0.136900 0.793700</w:t>
        <w:br/>
        <w:t>vt 0.135200 0.792100</w:t>
        <w:br/>
        <w:t>vt 0.135200 0.784200</w:t>
        <w:br/>
        <w:t>vt 0.134900 0.793200</w:t>
        <w:br/>
        <w:t>vt 0.134900 0.783200</w:t>
        <w:br/>
        <w:t>vt 0.138200 0.796200</w:t>
        <w:br/>
        <w:t>vt 0.136900 0.793700</w:t>
        <w:br/>
        <w:t>vt 0.139000 0.793100</w:t>
        <w:br/>
        <w:t>vt 0.116700 0.796700</w:t>
        <w:br/>
        <w:t>vt 0.112000 0.795600</w:t>
        <w:br/>
        <w:t>vt 0.114200 0.793400</w:t>
        <w:br/>
        <w:t>vt 0.116700 0.793700</w:t>
        <w:br/>
        <w:t>vt 0.110800 0.793000</w:t>
        <w:br/>
        <w:t>vt 0.113800 0.792000</w:t>
        <w:br/>
        <w:t>vt 0.114300 0.782500</w:t>
        <w:br/>
        <w:t>vt 0.112100 0.780300</w:t>
        <w:br/>
        <w:t>vt 0.116700 0.779200</w:t>
        <w:br/>
        <w:t>vt 0.116700 0.782100</w:t>
        <w:br/>
        <w:t>vt 0.110800 0.782900</w:t>
        <w:br/>
        <w:t>vt 0.113800 0.783800</w:t>
        <w:br/>
        <w:t>vt 0.800629 0.522036</w:t>
        <w:br/>
        <w:t>vt 0.799221 0.524572</w:t>
        <w:br/>
        <w:t>vt 0.796403 0.519500</w:t>
        <w:br/>
        <w:t>vt 0.796403 0.519500</w:t>
        <w:br/>
        <w:t>vt 0.791331 0.518655</w:t>
        <w:br/>
        <w:t>vt 0.794994 0.513020</w:t>
        <w:br/>
        <w:t>vt 0.796403 0.553032</w:t>
        <w:br/>
        <w:t>vt 0.791331 0.554722</w:t>
        <w:br/>
        <w:t>vt 0.813591 0.513020</w:t>
        <w:br/>
        <w:t>vt 0.811900 0.519500</w:t>
        <w:br/>
        <w:t>vt 0.811900 0.519500</w:t>
        <w:br/>
        <w:t>vt 0.807392 0.522036</w:t>
        <w:br/>
        <w:t>vt 0.809364 0.524572</w:t>
        <w:br/>
        <w:t>vt 0.807392 0.522036</w:t>
        <w:br/>
        <w:t>vt 0.799221 0.548241</w:t>
        <w:br/>
        <w:t>vt 0.796403 0.553032</w:t>
        <w:br/>
        <w:t>vt 0.800629 0.550496</w:t>
        <w:br/>
        <w:t>vt 0.807392 0.550496</w:t>
        <w:br/>
        <w:t>vt 0.811900 0.553032</w:t>
        <w:br/>
        <w:t>vt 0.796403 0.553032</w:t>
        <w:br/>
        <w:t>vt 0.794994 0.559512</w:t>
        <w:br/>
        <w:t>vt 0.811900 0.553032</w:t>
        <w:br/>
        <w:t>vt 0.813591 0.559512</w:t>
        <w:br/>
        <w:t>vt 0.816972 0.555567</w:t>
        <w:br/>
        <w:t>vt 0.816972 0.518655</w:t>
        <w:br/>
        <w:t>vt 0.811900 0.553032</w:t>
        <w:br/>
        <w:t>vt 0.809364 0.548241</w:t>
        <w:br/>
        <w:t>vt 0.871583 0.504112</w:t>
        <w:br/>
        <w:t>vt 0.876999 0.497148</w:t>
        <w:br/>
        <w:t>vt 0.883448 0.497148</w:t>
        <w:br/>
        <w:t>vt 0.888864 0.504112</w:t>
        <w:br/>
        <w:t>vt 0.891701 0.499469</w:t>
        <w:br/>
        <w:t>vt 0.884995 0.494053</w:t>
        <w:br/>
        <w:t>vt 0.891701 0.465424</w:t>
        <w:br/>
        <w:t>vt 0.884995 0.470840</w:t>
        <w:br/>
        <w:t>vt 0.883448 0.466971</w:t>
        <w:br/>
        <w:t>vt 0.888864 0.461555</w:t>
        <w:br/>
        <w:t>vt 0.876999 0.466971</w:t>
        <w:br/>
        <w:t>vt 0.871583 0.461555</w:t>
        <w:br/>
        <w:t>vt 0.868746 0.466198</w:t>
        <w:br/>
        <w:t>vt 0.875194 0.470840</w:t>
        <w:br/>
        <w:t>vt 0.868746 0.500501</w:t>
        <w:br/>
        <w:t>vt 0.875194 0.494053</w:t>
        <w:br/>
        <w:t>vt 0.800629 0.550496</w:t>
        <w:br/>
        <w:t>vt 0.796403 0.553032</w:t>
        <w:br/>
        <w:t>vt 0.799221 0.548241</w:t>
        <w:br/>
        <w:t>vt 0.796403 0.553032</w:t>
        <w:br/>
        <w:t>vt 0.794994 0.559512</w:t>
        <w:br/>
        <w:t>vt 0.791331 0.554722</w:t>
        <w:br/>
        <w:t>vt 0.796403 0.519500</w:t>
        <w:br/>
        <w:t>vt 0.791331 0.518655</w:t>
        <w:br/>
        <w:t>vt 0.811900 0.553032</w:t>
        <w:br/>
        <w:t>vt 0.813591 0.559512</w:t>
        <w:br/>
        <w:t>vt 0.807392 0.550496</w:t>
        <w:br/>
        <w:t>vt 0.811900 0.553032</w:t>
        <w:br/>
        <w:t>vt 0.809364 0.548241</w:t>
        <w:br/>
        <w:t>vt 0.807392 0.550496</w:t>
        <w:br/>
        <w:t>vt 0.799221 0.524572</w:t>
        <w:br/>
        <w:t>vt 0.796403 0.519500</w:t>
        <w:br/>
        <w:t>vt 0.800629 0.522036</w:t>
        <w:br/>
        <w:t>vt 0.796403 0.519500</w:t>
        <w:br/>
        <w:t>vt 0.811900 0.519500</w:t>
        <w:br/>
        <w:t>vt 0.807392 0.522036</w:t>
        <w:br/>
        <w:t>vt 0.794994 0.513020</w:t>
        <w:br/>
        <w:t>vt 0.813591 0.513020</w:t>
        <w:br/>
        <w:t>vt 0.811900 0.519500</w:t>
        <w:br/>
        <w:t>vt 0.816972 0.518655</w:t>
        <w:br/>
        <w:t>vt 0.816972 0.555567</w:t>
        <w:br/>
        <w:t>vt 0.811900 0.519500</w:t>
        <w:br/>
        <w:t>vt 0.809364 0.524572</w:t>
        <w:br/>
        <w:t>vt 0.883448 0.466971</w:t>
        <w:br/>
        <w:t>vt 0.876999 0.466971</w:t>
        <w:br/>
        <w:t>vt 0.871583 0.461555</w:t>
        <w:br/>
        <w:t>vt 0.888864 0.461555</w:t>
        <w:br/>
        <w:t>vt 0.891701 0.465424</w:t>
        <w:br/>
        <w:t>vt 0.884995 0.470840</w:t>
        <w:br/>
        <w:t>vt 0.891701 0.499469</w:t>
        <w:br/>
        <w:t>vt 0.884995 0.494053</w:t>
        <w:br/>
        <w:t>vt 0.883448 0.497148</w:t>
        <w:br/>
        <w:t>vt 0.888864 0.504112</w:t>
        <w:br/>
        <w:t>vt 0.876999 0.497148</w:t>
        <w:br/>
        <w:t>vt 0.871583 0.504112</w:t>
        <w:br/>
        <w:t>vt 0.868746 0.500501</w:t>
        <w:br/>
        <w:t>vt 0.875194 0.494053</w:t>
        <w:br/>
        <w:t>vt 0.868746 0.466198</w:t>
        <w:br/>
        <w:t>vt 0.875194 0.470840</w:t>
        <w:br/>
        <w:t>vt 0.120000 0.824500</w:t>
        <w:br/>
        <w:t>vt 0.113500 0.822600</w:t>
        <w:br/>
        <w:t>vt 0.120000 0.821800</w:t>
        <w:br/>
        <w:t>vt 0.111700 0.819100</w:t>
        <w:br/>
        <w:t>vt 0.111700 0.809600</w:t>
        <w:br/>
        <w:t>vt 0.114900 0.809400</w:t>
        <w:br/>
        <w:t>vt 0.114900 0.819500</w:t>
        <w:br/>
        <w:t>vt 0.113600 0.806200</w:t>
        <w:br/>
        <w:t>vt 0.120000 0.807300</w:t>
        <w:br/>
        <w:t>vt 0.126400 0.822600</w:t>
        <w:br/>
        <w:t>vt 0.114900 0.819500</w:t>
        <w:br/>
        <w:t>vt 0.117000 0.817700</w:t>
        <w:br/>
        <w:t>vt 0.117300 0.818600</w:t>
        <w:br/>
        <w:t>vt 0.120000 0.821800</w:t>
        <w:br/>
        <w:t>vt 0.120000 0.819200</w:t>
        <w:br/>
        <w:t>vt 0.117000 0.811200</w:t>
        <w:br/>
        <w:t>vt 0.114900 0.809400</w:t>
        <w:br/>
        <w:t>vt 0.126400 0.806200</w:t>
        <w:br/>
        <w:t>vt 0.125000 0.809400</w:t>
        <w:br/>
        <w:t>vt 0.128100 0.809600</w:t>
        <w:br/>
        <w:t>vt 0.128200 0.819100</w:t>
        <w:br/>
        <w:t>vt 0.125000 0.819500</w:t>
        <w:br/>
        <w:t>vt 0.122800 0.810500</w:t>
        <w:br/>
        <w:t>vt 0.120000 0.809900</w:t>
        <w:br/>
        <w:t>vt 0.120000 0.807300</w:t>
        <w:br/>
        <w:t>vt 0.125000 0.809400</w:t>
        <w:br/>
        <w:t>vt 0.117300 0.810500</w:t>
        <w:br/>
        <w:t>vt 0.122900 0.811200</w:t>
        <w:br/>
        <w:t>vt 0.125000 0.819500</w:t>
        <w:br/>
        <w:t>vt 0.122900 0.817700</w:t>
        <w:br/>
        <w:t>vt 0.122700 0.818600</w:t>
        <w:br/>
        <w:t>vt 0.120000 0.804600</w:t>
        <w:br/>
        <w:t>vt 0.120000 0.824500</w:t>
        <w:br/>
        <w:t>vt 0.120000 0.821800</w:t>
        <w:br/>
        <w:t>vt 0.113500 0.822600</w:t>
        <w:br/>
        <w:t>vt 0.114900 0.809400</w:t>
        <w:br/>
        <w:t>vt 0.111700 0.809600</w:t>
        <w:br/>
        <w:t>vt 0.111700 0.819100</w:t>
        <w:br/>
        <w:t>vt 0.114900 0.819500</w:t>
        <w:br/>
        <w:t>vt 0.113600 0.806200</w:t>
        <w:br/>
        <w:t>vt 0.120000 0.807300</w:t>
        <w:br/>
        <w:t>vt 0.126400 0.822600</w:t>
        <w:br/>
        <w:t>vt 0.114900 0.819500</w:t>
        <w:br/>
        <w:t>vt 0.117300 0.818600</w:t>
        <w:br/>
        <w:t>vt 0.117000 0.817700</w:t>
        <w:br/>
        <w:t>vt 0.120000 0.821800</w:t>
        <w:br/>
        <w:t>vt 0.120000 0.819200</w:t>
        <w:br/>
        <w:t>vt 0.117000 0.811200</w:t>
        <w:br/>
        <w:t>vt 0.114900 0.809400</w:t>
        <w:br/>
        <w:t>vt 0.125000 0.809400</w:t>
        <w:br/>
        <w:t>vt 0.126400 0.806200</w:t>
        <w:br/>
        <w:t>vt 0.128100 0.809600</w:t>
        <w:br/>
        <w:t>vt 0.128200 0.819100</w:t>
        <w:br/>
        <w:t>vt 0.125000 0.819500</w:t>
        <w:br/>
        <w:t>vt 0.122800 0.810500</w:t>
        <w:br/>
        <w:t>vt 0.125000 0.809400</w:t>
        <w:br/>
        <w:t>vt 0.120000 0.807300</w:t>
        <w:br/>
        <w:t>vt 0.120000 0.809900</w:t>
        <w:br/>
        <w:t>vt 0.117300 0.810500</w:t>
        <w:br/>
        <w:t>vt 0.122900 0.811200</w:t>
        <w:br/>
        <w:t>vt 0.125000 0.819500</w:t>
        <w:br/>
        <w:t>vt 0.122900 0.817700</w:t>
        <w:br/>
        <w:t>vt 0.122700 0.818600</w:t>
        <w:br/>
        <w:t>vt 0.120000 0.804600</w:t>
        <w:br/>
        <w:t>vt 0.063194 0.722546</w:t>
        <w:br/>
        <w:t>vt 0.060022 0.721392</w:t>
        <w:br/>
        <w:t>vt 0.060600 0.723699</w:t>
        <w:br/>
        <w:t>vt 0.056851 0.722546</w:t>
        <w:br/>
        <w:t>vt 0.059735 0.725718</w:t>
        <w:br/>
        <w:t>vt 0.055120 0.725141</w:t>
        <w:br/>
        <w:t>vt 0.064348 0.733792</w:t>
        <w:br/>
        <w:t>vt 0.064348 0.730043</w:t>
        <w:br/>
        <w:t>vt 0.061464 0.729755</w:t>
        <w:br/>
        <w:t>vt 0.060022 0.733504</w:t>
        <w:br/>
        <w:t>vt 0.054832 0.728601</w:t>
        <w:br/>
        <w:t>vt 0.059735 0.728025</w:t>
        <w:br/>
        <w:t>vt 0.056851 0.731773</w:t>
        <w:br/>
        <w:t>vt 0.120000 0.821800</w:t>
        <w:br/>
        <w:t>vt 0.114900 0.819500</w:t>
        <w:br/>
        <w:t>vt 0.113500 0.822600</w:t>
        <w:br/>
        <w:t>vt 0.117000 0.817700</w:t>
        <w:br/>
        <w:t>vt 0.114900 0.819500</w:t>
        <w:br/>
        <w:t>vt 0.117300 0.818600</w:t>
        <w:br/>
        <w:t>vt 0.120000 0.821800</w:t>
        <w:br/>
        <w:t>vt 0.117000 0.811200</w:t>
        <w:br/>
        <w:t>vt 0.114900 0.809400</w:t>
        <w:br/>
        <w:t>vt 0.117300 0.810500</w:t>
        <w:br/>
        <w:t>vt 0.125000 0.819500</w:t>
        <w:br/>
        <w:t>vt 0.122700 0.818600</w:t>
        <w:br/>
        <w:t>vt 0.111700 0.809600</w:t>
        <w:br/>
        <w:t>vt 0.114900 0.809400</w:t>
        <w:br/>
        <w:t>vt 0.113600 0.806200</w:t>
        <w:br/>
        <w:t>vt 0.111700 0.819100</w:t>
        <w:br/>
        <w:t>vt 0.126400 0.822600</w:t>
        <w:br/>
        <w:t>vt 0.125000 0.819500</w:t>
        <w:br/>
        <w:t>vt 0.128200 0.819100</w:t>
        <w:br/>
        <w:t>vt 0.125000 0.809400</w:t>
        <w:br/>
        <w:t>vt 0.128100 0.809600</w:t>
        <w:br/>
        <w:t>vt 0.125000 0.809400</w:t>
        <w:br/>
        <w:t>vt 0.122800 0.810500</w:t>
        <w:br/>
        <w:t>vt 0.122900 0.811200</w:t>
        <w:br/>
        <w:t>vt 0.122900 0.817700</w:t>
        <w:br/>
        <w:t>vt 0.126400 0.806200</w:t>
        <w:br/>
        <w:t>vt 0.120000 0.807300</w:t>
        <w:br/>
        <w:t>vt 0.120000 0.809900</w:t>
        <w:br/>
        <w:t>vt 0.120000 0.807300</w:t>
        <w:br/>
        <w:t>vt 0.120000 0.824500</w:t>
        <w:br/>
        <w:t>vt 0.120000 0.819200</w:t>
        <w:br/>
        <w:t>vt 0.120000 0.804600</w:t>
        <w:br/>
        <w:t>vt 0.120000 0.821800</w:t>
        <w:br/>
        <w:t>vt 0.113500 0.822600</w:t>
        <w:br/>
        <w:t>vt 0.114900 0.819500</w:t>
        <w:br/>
        <w:t>vt 0.117000 0.817700</w:t>
        <w:br/>
        <w:t>vt 0.117300 0.818600</w:t>
        <w:br/>
        <w:t>vt 0.114900 0.819500</w:t>
        <w:br/>
        <w:t>vt 0.120000 0.821800</w:t>
        <w:br/>
        <w:t>vt 0.117000 0.811200</w:t>
        <w:br/>
        <w:t>vt 0.114900 0.809400</w:t>
        <w:br/>
        <w:t>vt 0.117300 0.810500</w:t>
        <w:br/>
        <w:t>vt 0.125000 0.819500</w:t>
        <w:br/>
        <w:t>vt 0.122700 0.818600</w:t>
        <w:br/>
        <w:t>vt 0.111700 0.809600</w:t>
        <w:br/>
        <w:t>vt 0.113600 0.806200</w:t>
        <w:br/>
        <w:t>vt 0.114900 0.809400</w:t>
        <w:br/>
        <w:t>vt 0.111700 0.819100</w:t>
        <w:br/>
        <w:t>vt 0.126400 0.822600</w:t>
        <w:br/>
        <w:t>vt 0.125000 0.819500</w:t>
        <w:br/>
        <w:t>vt 0.128200 0.819100</w:t>
        <w:br/>
        <w:t>vt 0.125000 0.809400</w:t>
        <w:br/>
        <w:t>vt 0.128100 0.809600</w:t>
        <w:br/>
        <w:t>vt 0.125000 0.809400</w:t>
        <w:br/>
        <w:t>vt 0.122900 0.811200</w:t>
        <w:br/>
        <w:t>vt 0.122800 0.810500</w:t>
        <w:br/>
        <w:t>vt 0.122900 0.817700</w:t>
        <w:br/>
        <w:t>vt 0.126400 0.806200</w:t>
        <w:br/>
        <w:t>vt 0.120000 0.807300</w:t>
        <w:br/>
        <w:t>vt 0.120000 0.807300</w:t>
        <w:br/>
        <w:t>vt 0.120000 0.809900</w:t>
        <w:br/>
        <w:t>vt 0.120000 0.824500</w:t>
        <w:br/>
        <w:t>vt 0.120000 0.819200</w:t>
        <w:br/>
        <w:t>vt 0.120000 0.804600</w:t>
        <w:br/>
        <w:t>vt 0.120000 0.821800</w:t>
        <w:br/>
        <w:t>vt 0.126400 0.822600</w:t>
        <w:br/>
        <w:t>vt 0.120000 0.824500</w:t>
        <w:br/>
        <w:t>vt 0.122900 0.811200</w:t>
        <w:br/>
        <w:t>vt 0.125000 0.809400</w:t>
        <w:br/>
        <w:t>vt 0.125000 0.819500</w:t>
        <w:br/>
        <w:t>vt 0.122900 0.817700</w:t>
        <w:br/>
        <w:t>vt 0.122800 0.810500</w:t>
        <w:br/>
        <w:t>vt 0.122700 0.818600</w:t>
        <w:br/>
        <w:t>vt 0.120000 0.821800</w:t>
        <w:br/>
        <w:t>vt 0.120000 0.807300</w:t>
        <w:br/>
        <w:t>vt 0.120000 0.809900</w:t>
        <w:br/>
        <w:t>vt 0.120000 0.807300</w:t>
        <w:br/>
        <w:t>vt 0.114900 0.809400</w:t>
        <w:br/>
        <w:t>vt 0.113600 0.806200</w:t>
        <w:br/>
        <w:t>vt 0.125000 0.809400</w:t>
        <w:br/>
        <w:t>vt 0.126400 0.806200</w:t>
        <w:br/>
        <w:t>vt 0.128100 0.809600</w:t>
        <w:br/>
        <w:t>vt 0.128200 0.819100</w:t>
        <w:br/>
        <w:t>vt 0.125000 0.819500</w:t>
        <w:br/>
        <w:t>vt 0.117300 0.818600</w:t>
        <w:br/>
        <w:t>vt 0.114900 0.819500</w:t>
        <w:br/>
        <w:t>vt 0.117000 0.817700</w:t>
        <w:br/>
        <w:t>vt 0.114900 0.809400</w:t>
        <w:br/>
        <w:t>vt 0.117000 0.811200</w:t>
        <w:br/>
        <w:t>vt 0.114900 0.819500</w:t>
        <w:br/>
        <w:t>vt 0.111700 0.819100</w:t>
        <w:br/>
        <w:t>vt 0.111700 0.809600</w:t>
        <w:br/>
        <w:t>vt 0.113500 0.822600</w:t>
        <w:br/>
        <w:t>vt 0.117300 0.810500</w:t>
        <w:br/>
        <w:t>vt 0.120000 0.819200</w:t>
        <w:br/>
        <w:t>vt 0.120000 0.804600</w:t>
        <w:br/>
        <w:t>vt 0.120000 0.821800</w:t>
        <w:br/>
        <w:t>vt 0.120000 0.824500</w:t>
        <w:br/>
        <w:t>vt 0.126400 0.822600</w:t>
        <w:br/>
        <w:t>vt 0.122900 0.811200</w:t>
        <w:br/>
        <w:t>vt 0.122900 0.817700</w:t>
        <w:br/>
        <w:t>vt 0.125000 0.819500</w:t>
        <w:br/>
        <w:t>vt 0.125000 0.809400</w:t>
        <w:br/>
        <w:t>vt 0.122800 0.810500</w:t>
        <w:br/>
        <w:t>vt 0.122700 0.818600</w:t>
        <w:br/>
        <w:t>vt 0.120000 0.821800</w:t>
        <w:br/>
        <w:t>vt 0.120000 0.807300</w:t>
        <w:br/>
        <w:t>vt 0.120000 0.809900</w:t>
        <w:br/>
        <w:t>vt 0.120000 0.807300</w:t>
        <w:br/>
        <w:t>vt 0.113600 0.806200</w:t>
        <w:br/>
        <w:t>vt 0.114900 0.809400</w:t>
        <w:br/>
        <w:t>vt 0.125000 0.809400</w:t>
        <w:br/>
        <w:t>vt 0.128100 0.809600</w:t>
        <w:br/>
        <w:t>vt 0.126400 0.806200</w:t>
        <w:br/>
        <w:t>vt 0.125000 0.819500</w:t>
        <w:br/>
        <w:t>vt 0.128200 0.819100</w:t>
        <w:br/>
        <w:t>vt 0.117300 0.818600</w:t>
        <w:br/>
        <w:t>vt 0.114900 0.819500</w:t>
        <w:br/>
        <w:t>vt 0.117000 0.817700</w:t>
        <w:br/>
        <w:t>vt 0.114900 0.809400</w:t>
        <w:br/>
        <w:t>vt 0.117000 0.811200</w:t>
        <w:br/>
        <w:t>vt 0.114900 0.819500</w:t>
        <w:br/>
        <w:t>vt 0.111700 0.809600</w:t>
        <w:br/>
        <w:t>vt 0.111700 0.819100</w:t>
        <w:br/>
        <w:t>vt 0.113500 0.822600</w:t>
        <w:br/>
        <w:t>vt 0.117300 0.810500</w:t>
        <w:br/>
        <w:t>vt 0.120000 0.819200</w:t>
        <w:br/>
        <w:t>vt 0.120000 0.804600</w:t>
        <w:br/>
        <w:t>vt 0.043271 0.711912</w:t>
        <w:br/>
        <w:t>vt 0.044536 0.711912</w:t>
        <w:br/>
        <w:t>vt 0.044536 0.714612</w:t>
        <w:br/>
        <w:t>vt 0.043271 0.714612</w:t>
        <w:br/>
        <w:t>vt 0.042132 0.714612</w:t>
        <w:br/>
        <w:t>vt 0.042132 0.711912</w:t>
        <w:br/>
        <w:t>vt 0.043271 0.711912</w:t>
        <w:br/>
        <w:t>vt 0.043271 0.714612</w:t>
        <w:br/>
        <w:t>vt 0.042132 0.708912</w:t>
        <w:br/>
        <w:t>vt 0.043271 0.708912</w:t>
        <w:br/>
        <w:t>vt 0.045675 0.714612</w:t>
        <w:br/>
        <w:t>vt 0.045675 0.711912</w:t>
        <w:br/>
        <w:t>vt 0.046940 0.711912</w:t>
        <w:br/>
        <w:t>vt 0.046940 0.714612</w:t>
        <w:br/>
        <w:t>vt 0.045675 0.714612</w:t>
        <w:br/>
        <w:t>vt 0.044536 0.714612</w:t>
        <w:br/>
        <w:t>vt 0.044536 0.711912</w:t>
        <w:br/>
        <w:t>vt 0.045675 0.711912</w:t>
        <w:br/>
        <w:t>vt 0.044536 0.708912</w:t>
        <w:br/>
        <w:t>vt 0.045675 0.708912</w:t>
        <w:br/>
        <w:t>vt 0.043271 0.708912</w:t>
        <w:br/>
        <w:t>vt 0.044536 0.708912</w:t>
        <w:br/>
        <w:t>vt 0.044536 0.717412</w:t>
        <w:br/>
        <w:t>vt 0.043271 0.717412</w:t>
        <w:br/>
        <w:t>vt 0.044536 0.720312</w:t>
        <w:br/>
        <w:t>vt 0.043271 0.720312</w:t>
        <w:br/>
        <w:t>vt 0.045675 0.717412</w:t>
        <w:br/>
        <w:t>vt 0.044536 0.717412</w:t>
        <w:br/>
        <w:t>vt 0.045675 0.720312</w:t>
        <w:br/>
        <w:t>vt 0.044536 0.720312</w:t>
        <w:br/>
        <w:t>vt 0.042132 0.717412</w:t>
        <w:br/>
        <w:t>vt 0.043271 0.717412</w:t>
        <w:br/>
        <w:t>vt 0.045675 0.717412</w:t>
        <w:br/>
        <w:t>vt 0.046940 0.717412</w:t>
        <w:br/>
        <w:t>vt 0.045675 0.720312</w:t>
        <w:br/>
        <w:t>vt 0.046940 0.720312</w:t>
        <w:br/>
        <w:t>vt 0.042132 0.720312</w:t>
        <w:br/>
        <w:t>vt 0.043271 0.720312</w:t>
        <w:br/>
        <w:t>vt 0.045675 0.708912</w:t>
        <w:br/>
        <w:t>vt 0.046940 0.708912</w:t>
        <w:br/>
        <w:t>vt 0.043271 0.723112</w:t>
        <w:br/>
        <w:t>vt 0.042132 0.723112</w:t>
        <w:br/>
        <w:t>vt 0.044536 0.723112</w:t>
        <w:br/>
        <w:t>vt 0.045675 0.723112</w:t>
        <w:br/>
        <w:t>vt 0.044536 0.723112</w:t>
        <w:br/>
        <w:t>vt 0.043271 0.723112</w:t>
        <w:br/>
        <w:t>vt 0.046940 0.723112</w:t>
        <w:br/>
        <w:t>vt 0.045675 0.723112</w:t>
        <w:br/>
        <w:t>vt 0.047130 0.741358</w:t>
        <w:br/>
        <w:t>vt 0.047130 0.743800</w:t>
        <w:br/>
        <w:t>vt 0.045544 0.743800</w:t>
        <w:br/>
        <w:t>vt 0.045544 0.741358</w:t>
        <w:br/>
        <w:t>vt 0.042073 0.741358</w:t>
        <w:br/>
        <w:t>vt 0.042700 0.741358</w:t>
        <w:br/>
        <w:t>vt 0.042700 0.743800</w:t>
        <w:br/>
        <w:t>vt 0.042073 0.743800</w:t>
        <w:br/>
        <w:t>vt 0.045544 0.738916</w:t>
        <w:br/>
        <w:t>vt 0.047130 0.738916</w:t>
        <w:br/>
        <w:t>vt 0.047130 0.726620</w:t>
        <w:br/>
        <w:t>vt 0.047130 0.729149</w:t>
        <w:br/>
        <w:t>vt 0.045544 0.729149</w:t>
        <w:br/>
        <w:t>vt 0.045544 0.726620</w:t>
        <w:br/>
        <w:t>vt 0.047130 0.731591</w:t>
        <w:br/>
        <w:t>vt 0.045544 0.731591</w:t>
        <w:br/>
        <w:t>vt 0.042700 0.726620</w:t>
        <w:br/>
        <w:t>vt 0.042700 0.729149</w:t>
        <w:br/>
        <w:t>vt 0.042073 0.729149</w:t>
        <w:br/>
        <w:t>vt 0.042073 0.726620</w:t>
        <w:br/>
        <w:t>vt 0.047130 0.726620</w:t>
        <w:br/>
        <w:t>vt 0.048717 0.726620</w:t>
        <w:br/>
        <w:t>vt 0.048717 0.729149</w:t>
        <w:br/>
        <w:t>vt 0.047130 0.729149</w:t>
        <w:br/>
        <w:t>vt 0.048717 0.743800</w:t>
        <w:br/>
        <w:t>vt 0.047130 0.743800</w:t>
        <w:br/>
        <w:t>vt 0.047130 0.741358</w:t>
        <w:br/>
        <w:t>vt 0.048717 0.741358</w:t>
        <w:br/>
        <w:t>vt 0.047130 0.738916</w:t>
        <w:br/>
        <w:t>vt 0.048717 0.738916</w:t>
        <w:br/>
        <w:t>vt 0.048717 0.736475</w:t>
        <w:br/>
        <w:t>vt 0.047130 0.736475</w:t>
        <w:br/>
        <w:t>vt 0.042700 0.738916</w:t>
        <w:br/>
        <w:t>vt 0.042073 0.738916</w:t>
        <w:br/>
        <w:t>vt 0.042073 0.736475</w:t>
        <w:br/>
        <w:t>vt 0.042700 0.736475</w:t>
        <w:br/>
        <w:t>vt 0.045544 0.736475</w:t>
        <w:br/>
        <w:t>vt 0.047130 0.736475</w:t>
        <w:br/>
        <w:t>vt 0.047130 0.734033</w:t>
        <w:br/>
        <w:t>vt 0.047130 0.731591</w:t>
        <w:br/>
        <w:t>vt 0.048717 0.731591</w:t>
        <w:br/>
        <w:t>vt 0.048717 0.734033</w:t>
        <w:br/>
        <w:t>vt 0.042073 0.731591</w:t>
        <w:br/>
        <w:t>vt 0.042700 0.731591</w:t>
        <w:br/>
        <w:t>vt 0.042700 0.734033</w:t>
        <w:br/>
        <w:t>vt 0.042073 0.734033</w:t>
        <w:br/>
        <w:t>vt 0.047130 0.734033</w:t>
        <w:br/>
        <w:t>vt 0.045544 0.734033</w:t>
        <w:br/>
        <w:t>vt 0.069226 0.714205</w:t>
        <w:br/>
        <w:t>vt 0.069679 0.714205</w:t>
        <w:br/>
        <w:t>vt 0.069679 0.714960</w:t>
        <w:br/>
        <w:t>vt 0.069226 0.714960</w:t>
        <w:br/>
        <w:t>vt 0.070183 0.713450</w:t>
        <w:br/>
        <w:t>vt 0.070183 0.712745</w:t>
        <w:br/>
        <w:t>vt 0.070686 0.712745</w:t>
        <w:br/>
        <w:t>vt 0.070686 0.713450</w:t>
        <w:br/>
        <w:t>vt 0.069679 0.713450</w:t>
        <w:br/>
        <w:t>vt 0.069679 0.712745</w:t>
        <w:br/>
        <w:t>vt 0.070183 0.712745</w:t>
        <w:br/>
        <w:t>vt 0.070183 0.713450</w:t>
        <w:br/>
        <w:t>vt 0.070686 0.714205</w:t>
        <w:br/>
        <w:t>vt 0.070686 0.714960</w:t>
        <w:br/>
        <w:t>vt 0.070183 0.714960</w:t>
        <w:br/>
        <w:t>vt 0.070183 0.714205</w:t>
        <w:br/>
        <w:t>vt 0.071190 0.714960</w:t>
        <w:br/>
        <w:t>vt 0.070686 0.714960</w:t>
        <w:br/>
        <w:t>vt 0.070686 0.714205</w:t>
        <w:br/>
        <w:t>vt 0.071190 0.714205</w:t>
        <w:br/>
        <w:t>vt 0.069679 0.714960</w:t>
        <w:br/>
        <w:t>vt 0.069679 0.714205</w:t>
        <w:br/>
        <w:t>vt 0.070183 0.714205</w:t>
        <w:br/>
        <w:t>vt 0.070183 0.714960</w:t>
        <w:br/>
        <w:t>vt 0.070686 0.712745</w:t>
        <w:br/>
        <w:t>vt 0.071190 0.712745</w:t>
        <w:br/>
        <w:t>vt 0.071190 0.713450</w:t>
        <w:br/>
        <w:t>vt 0.070686 0.713450</w:t>
        <w:br/>
        <w:t>vt 0.069226 0.713450</w:t>
        <w:br/>
        <w:t>vt 0.069679 0.713450</w:t>
        <w:br/>
        <w:t>vt 0.069226 0.712745</w:t>
        <w:br/>
        <w:t>vt 0.069679 0.712745</w:t>
        <w:br/>
        <w:t>vt 0.057694 0.713100</w:t>
        <w:br/>
        <w:t>vt 0.057694 0.712596</w:t>
        <w:br/>
        <w:t>vt 0.058450 0.712596</w:t>
        <w:br/>
        <w:t>vt 0.058450 0.713100</w:t>
        <w:br/>
        <w:t>vt 0.056939 0.713100</w:t>
        <w:br/>
        <w:t>vt 0.056939 0.712596</w:t>
        <w:br/>
        <w:t>vt 0.057694 0.713553</w:t>
        <w:br/>
        <w:t>vt 0.056939 0.713553</w:t>
        <w:br/>
        <w:t>vt 0.056939 0.713100</w:t>
        <w:br/>
        <w:t>vt 0.057694 0.713100</w:t>
        <w:br/>
        <w:t>vt 0.058450 0.713553</w:t>
        <w:br/>
        <w:t>vt 0.058450 0.713100</w:t>
        <w:br/>
        <w:t>vt 0.057694 0.712143</w:t>
        <w:br/>
        <w:t>vt 0.057694 0.712596</w:t>
        <w:br/>
        <w:t>vt 0.056939 0.712596</w:t>
        <w:br/>
        <w:t>vt 0.056939 0.712143</w:t>
        <w:br/>
        <w:t>vt 0.058450 0.712143</w:t>
        <w:br/>
        <w:t>vt 0.058450 0.712596</w:t>
        <w:br/>
        <w:t>vt 0.057694 0.713553</w:t>
        <w:br/>
        <w:t>vt 0.058450 0.713553</w:t>
        <w:br/>
        <w:t>vt 0.058450 0.714006</w:t>
        <w:br/>
        <w:t>vt 0.057694 0.714006</w:t>
        <w:br/>
        <w:t>vt 0.056939 0.713553</w:t>
        <w:br/>
        <w:t>vt 0.056939 0.714006</w:t>
        <w:br/>
        <w:t>vt 0.811900 0.553032</w:t>
        <w:br/>
        <w:t>vt 0.809364 0.548241</w:t>
        <w:br/>
        <w:t>vt 0.809364 0.524572</w:t>
        <w:br/>
        <w:t>vt 0.811900 0.519500</w:t>
        <w:br/>
        <w:t>vt 0.807392 0.522036</w:t>
        <w:br/>
        <w:t>vt 0.799221 0.524572</w:t>
        <w:br/>
        <w:t>vt 0.799221 0.548241</w:t>
        <w:br/>
        <w:t>vt 0.796403 0.553032</w:t>
        <w:br/>
        <w:t>vt 0.796403 0.519500</w:t>
        <w:br/>
        <w:t>vt 0.800629 0.522036</w:t>
        <w:br/>
        <w:t>vt 0.811900 0.519500</w:t>
        <w:br/>
        <w:t>vt 0.813591 0.513020</w:t>
        <w:br/>
        <w:t>vt 0.816972 0.518655</w:t>
        <w:br/>
        <w:t>vt 0.794994 0.513020</w:t>
        <w:br/>
        <w:t>vt 0.796403 0.519500</w:t>
        <w:br/>
        <w:t>vt 0.811900 0.553032</w:t>
        <w:br/>
        <w:t>vt 0.816972 0.555567</w:t>
        <w:br/>
        <w:t>vt 0.791331 0.518655</w:t>
        <w:br/>
        <w:t>vt 0.796403 0.553032</w:t>
        <w:br/>
        <w:t>vt 0.791331 0.554722</w:t>
        <w:br/>
        <w:t>vt 0.794994 0.559512</w:t>
        <w:br/>
        <w:t>vt 0.813591 0.559512</w:t>
        <w:br/>
        <w:t>vt 0.800629 0.550496</w:t>
        <w:br/>
        <w:t>vt 0.800629 0.550496</w:t>
        <w:br/>
        <w:t>vt 0.807392 0.550496</w:t>
        <w:br/>
        <w:t>vt 0.811900 0.553032</w:t>
        <w:br/>
        <w:t>vt 0.796403 0.553032</w:t>
        <w:br/>
        <w:t>vt 0.807392 0.550496</w:t>
        <w:br/>
        <w:t>vt 0.871583 0.461555</w:t>
        <w:br/>
        <w:t>vt 0.888864 0.461555</w:t>
        <w:br/>
        <w:t>vt 0.883448 0.466971</w:t>
        <w:br/>
        <w:t>vt 0.876999 0.466971</w:t>
        <w:br/>
        <w:t>vt 0.891701 0.465424</w:t>
        <w:br/>
        <w:t>vt 0.884995 0.470840</w:t>
        <w:br/>
        <w:t>vt 0.884995 0.494053</w:t>
        <w:br/>
        <w:t>vt 0.891701 0.499469</w:t>
        <w:br/>
        <w:t>vt 0.883448 0.497148</w:t>
        <w:br/>
        <w:t>vt 0.888864 0.504112</w:t>
        <w:br/>
        <w:t>vt 0.871583 0.504112</w:t>
        <w:br/>
        <w:t>vt 0.876999 0.497148</w:t>
        <w:br/>
        <w:t>vt 0.868746 0.500501</w:t>
        <w:br/>
        <w:t>vt 0.875194 0.494053</w:t>
        <w:br/>
        <w:t>vt 0.868746 0.466198</w:t>
        <w:br/>
        <w:t>vt 0.875194 0.470840</w:t>
        <w:br/>
        <w:t>vt 0.530089 0.509400</w:t>
        <w:br/>
        <w:t>vt 0.530089 0.501100</w:t>
        <w:br/>
        <w:t>vt 0.538004 0.501100</w:t>
        <w:br/>
        <w:t>vt 0.538004 0.509400</w:t>
        <w:br/>
        <w:t>vt 0.530089 0.499600</w:t>
        <w:br/>
        <w:t>vt 0.538004 0.499600</w:t>
        <w:br/>
        <w:t>vt 0.538004 0.501100</w:t>
        <w:br/>
        <w:t>vt 0.530089 0.501100</w:t>
        <w:br/>
        <w:t>vt 0.530089 0.510900</w:t>
        <w:br/>
        <w:t>vt 0.530089 0.509400</w:t>
        <w:br/>
        <w:t>vt 0.538004 0.509400</w:t>
        <w:br/>
        <w:t>vt 0.538004 0.510900</w:t>
        <w:br/>
        <w:t>vt 0.530089 0.510900</w:t>
        <w:br/>
        <w:t>vt 0.538004 0.510900</w:t>
        <w:br/>
        <w:t>vt 0.538004 0.519100</w:t>
        <w:br/>
        <w:t>vt 0.530089 0.519100</w:t>
        <w:br/>
        <w:t>vt 0.526030 0.502131</w:t>
        <w:br/>
        <w:t>vt 0.526030 0.509071</w:t>
        <w:br/>
        <w:t>vt 0.525512 0.509071</w:t>
        <w:br/>
        <w:t>vt 0.525512 0.502131</w:t>
        <w:br/>
        <w:t>vt 0.526030 0.502131</w:t>
        <w:br/>
        <w:t>vt 0.525512 0.502131</w:t>
        <w:br/>
        <w:t>vt 0.525512 0.509071</w:t>
        <w:br/>
        <w:t>vt 0.526030 0.509071</w:t>
        <w:br/>
        <w:t>vt 0.294344 0.923476</w:t>
        <w:br/>
        <w:t>vt 0.292062 0.928166</w:t>
        <w:br/>
        <w:t>vt 0.294344 0.933109</w:t>
        <w:br/>
        <w:t>vt 0.299224 0.935264</w:t>
        <w:br/>
        <w:t>vt 0.303977 0.933363</w:t>
        <w:br/>
        <w:t>vt 0.303977 0.923983</w:t>
        <w:br/>
        <w:t>vt 0.299224 0.921701</w:t>
        <w:br/>
        <w:t>vt 0.306335 0.928800</w:t>
        <w:br/>
        <w:t>vt 0.138200 0.796200</w:t>
        <w:br/>
        <w:t>vt 0.132900 0.798200</w:t>
        <w:br/>
        <w:t>vt 0.132900 0.796000</w:t>
        <w:br/>
        <w:t>vt 0.135200 0.792100</w:t>
        <w:br/>
        <w:t>vt 0.135200 0.784200</w:t>
        <w:br/>
        <w:t>vt 0.136900 0.782800</w:t>
        <w:br/>
        <w:t>vt 0.136900 0.793700</w:t>
        <w:br/>
        <w:t>vt 0.134900 0.793200</w:t>
        <w:br/>
        <w:t>vt 0.136900 0.793700</w:t>
        <w:br/>
        <w:t>vt 0.139000 0.793100</w:t>
        <w:br/>
        <w:t>vt 0.136900 0.782800</w:t>
        <w:br/>
        <w:t>vt 0.139000 0.783300</w:t>
        <w:br/>
        <w:t>vt 0.132900 0.796000</w:t>
        <w:br/>
        <w:t>vt 0.132900 0.794000</w:t>
        <w:br/>
        <w:t>vt 0.138200 0.780200</w:t>
        <w:br/>
        <w:t>vt 0.132900 0.780600</w:t>
        <w:br/>
        <w:t>vt 0.134900 0.783200</w:t>
        <w:br/>
        <w:t>vt 0.132900 0.782500</w:t>
        <w:br/>
        <w:t>vt 0.132900 0.780600</w:t>
        <w:br/>
        <w:t>vt 0.132900 0.778200</w:t>
        <w:br/>
        <w:t>vt 0.114200 0.793400</w:t>
        <w:br/>
        <w:t>vt 0.116700 0.793700</w:t>
        <w:br/>
        <w:t>vt 0.116700 0.796700</w:t>
        <w:br/>
        <w:t>vt 0.112000 0.795600</w:t>
        <w:br/>
        <w:t>vt 0.110800 0.793000</w:t>
        <w:br/>
        <w:t>vt 0.113800 0.792000</w:t>
        <w:br/>
        <w:t>vt 0.110800 0.782900</w:t>
        <w:br/>
        <w:t>vt 0.113800 0.783800</w:t>
        <w:br/>
        <w:t>vt 0.116700 0.779200</w:t>
        <w:br/>
        <w:t>vt 0.116700 0.782100</w:t>
        <w:br/>
        <w:t>vt 0.114300 0.782500</w:t>
        <w:br/>
        <w:t>vt 0.112100 0.780300</w:t>
        <w:br/>
        <w:t>vt 0.138200 0.796200</w:t>
        <w:br/>
        <w:t>vt 0.135200 0.792100</w:t>
        <w:br/>
        <w:t>vt 0.136900 0.793700</w:t>
        <w:br/>
        <w:t>vt 0.136900 0.782800</w:t>
        <w:br/>
        <w:t>vt 0.135200 0.784200</w:t>
        <w:br/>
        <w:t>vt 0.134900 0.793200</w:t>
        <w:br/>
        <w:t>vt 0.139000 0.793100</w:t>
        <w:br/>
        <w:t>vt 0.136900 0.793700</w:t>
        <w:br/>
        <w:t>vt 0.136900 0.782800</w:t>
        <w:br/>
        <w:t>vt 0.139000 0.783300</w:t>
        <w:br/>
        <w:t>vt 0.138200 0.780200</w:t>
        <w:br/>
        <w:t>vt 0.134900 0.783200</w:t>
        <w:br/>
        <w:t>vt 0.114200 0.793400</w:t>
        <w:br/>
        <w:t>vt 0.112000 0.795600</w:t>
        <w:br/>
        <w:t>vt 0.116700 0.796700</w:t>
        <w:br/>
        <w:t>vt 0.116700 0.793700</w:t>
        <w:br/>
        <w:t>vt 0.110800 0.793000</w:t>
        <w:br/>
        <w:t>vt 0.113800 0.792000</w:t>
        <w:br/>
        <w:t>vt 0.110800 0.782900</w:t>
        <w:br/>
        <w:t>vt 0.113800 0.783800</w:t>
        <w:br/>
        <w:t>vt 0.114300 0.782500</w:t>
        <w:br/>
        <w:t>vt 0.116700 0.782100</w:t>
        <w:br/>
        <w:t>vt 0.116700 0.779200</w:t>
        <w:br/>
        <w:t>vt 0.112100 0.780300</w:t>
        <w:br/>
        <w:t>vt 0.139000 0.793100</w:t>
        <w:br/>
        <w:t>vt 0.136900 0.793700</w:t>
        <w:br/>
        <w:t>vt 0.136900 0.793700</w:t>
        <w:br/>
        <w:t>vt 0.135200 0.792100</w:t>
        <w:br/>
        <w:t>vt 0.134900 0.793200</w:t>
        <w:br/>
        <w:t>vt 0.136900 0.782800</w:t>
        <w:br/>
        <w:t>vt 0.139000 0.783300</w:t>
        <w:br/>
        <w:t>vt 0.138200 0.780200</w:t>
        <w:br/>
        <w:t>vt 0.132900 0.796000</w:t>
        <w:br/>
        <w:t>vt 0.132900 0.780600</w:t>
        <w:br/>
        <w:t>vt 0.136900 0.782800</w:t>
        <w:br/>
        <w:t>vt 0.134900 0.783200</w:t>
        <w:br/>
        <w:t>vt 0.135200 0.784200</w:t>
        <w:br/>
        <w:t>vt 0.132900 0.780600</w:t>
        <w:br/>
        <w:t>vt 0.132900 0.782500</w:t>
        <w:br/>
        <w:t>vt 0.110800 0.793000</w:t>
        <w:br/>
        <w:t>vt 0.113800 0.792000</w:t>
        <w:br/>
        <w:t>vt 0.110800 0.782900</w:t>
        <w:br/>
        <w:t>vt 0.113800 0.783800</w:t>
        <w:br/>
        <w:t>vt 0.114300 0.782500</w:t>
        <w:br/>
        <w:t>vt 0.112100 0.780300</w:t>
        <w:br/>
        <w:t>vt 0.116700 0.782100</w:t>
        <w:br/>
        <w:t>vt 0.116700 0.779200</w:t>
        <w:br/>
        <w:t>vt 0.132900 0.778200</w:t>
        <w:br/>
        <w:t>vt 0.132900 0.794000</w:t>
        <w:br/>
        <w:t>vt 0.138200 0.796200</w:t>
        <w:br/>
        <w:t>vt 0.136900 0.793700</w:t>
        <w:br/>
        <w:t>vt 0.139000 0.793100</w:t>
        <w:br/>
        <w:t>vt 0.136900 0.793700</w:t>
        <w:br/>
        <w:t>vt 0.134900 0.793200</w:t>
        <w:br/>
        <w:t>vt 0.135200 0.792100</w:t>
        <w:br/>
        <w:t>vt 0.136900 0.782800</w:t>
        <w:br/>
        <w:t>vt 0.139000 0.783300</w:t>
        <w:br/>
        <w:t>vt 0.138200 0.780200</w:t>
        <w:br/>
        <w:t>vt 0.136900 0.782800</w:t>
        <w:br/>
        <w:t>vt 0.135200 0.784200</w:t>
        <w:br/>
        <w:t>vt 0.134900 0.783200</w:t>
        <w:br/>
        <w:t>vt 0.114200 0.793400</w:t>
        <w:br/>
        <w:t>vt 0.116700 0.793700</w:t>
        <w:br/>
        <w:t>vt 0.116700 0.796700</w:t>
        <w:br/>
        <w:t>vt 0.112000 0.795600</w:t>
        <w:br/>
        <w:t>vt 0.110800 0.793000</w:t>
        <w:br/>
        <w:t>vt 0.113800 0.792000</w:t>
        <w:br/>
        <w:t>vt 0.110800 0.782900</w:t>
        <w:br/>
        <w:t>vt 0.113800 0.783800</w:t>
        <w:br/>
        <w:t>vt 0.114300 0.782500</w:t>
        <w:br/>
        <w:t>vt 0.112100 0.780300</w:t>
        <w:br/>
        <w:t>vt 0.116700 0.779200</w:t>
        <w:br/>
        <w:t>vt 0.116700 0.782100</w:t>
        <w:br/>
        <w:t>vt 0.663032 0.075213</w:t>
        <w:br/>
        <w:t>vt 0.661432 0.074613</w:t>
        <w:br/>
        <w:t>vt 0.659932 0.077413</w:t>
        <w:br/>
        <w:t>vt 0.661232 0.078413</w:t>
        <w:br/>
        <w:t>vt 0.661132 0.072413</w:t>
        <w:br/>
        <w:t>vt 0.661732 0.073413</w:t>
        <w:br/>
        <w:t>vt 0.662732 0.071713</w:t>
        <w:br/>
        <w:t>vt 0.657232 0.079313</w:t>
        <w:br/>
        <w:t>vt 0.657832 0.080813</w:t>
        <w:br/>
        <w:t>vt 0.662532 0.079513</w:t>
        <w:br/>
        <w:t>vt 0.664632 0.075513</w:t>
        <w:br/>
        <w:t>vt 0.663032 0.075213</w:t>
        <w:br/>
        <w:t>vt 0.661232 0.078413</w:t>
        <w:br/>
        <w:t>vt 0.657832 0.080813</w:t>
        <w:br/>
        <w:t>vt 0.658432 0.082313</w:t>
        <w:br/>
        <w:t>vt 0.647332 0.070413</w:t>
        <w:br/>
        <w:t>vt 0.660432 0.070413</w:t>
        <w:br/>
        <w:t>vt 0.661332 0.068713</w:t>
        <w:br/>
        <w:t>vt 0.646232 0.068713</w:t>
        <w:br/>
        <w:t>vt 0.662732 0.071713</w:t>
        <w:br/>
        <w:t>vt 0.664732 0.071713</w:t>
        <w:br/>
        <w:t>vt 0.663432 0.069813</w:t>
        <w:br/>
        <w:t>vt 0.645032 0.070313</w:t>
        <w:br/>
        <w:t>vt 0.646332 0.072213</w:t>
        <w:br/>
        <w:t>vt 0.646932 0.076513</w:t>
        <w:br/>
        <w:t>vt 0.645432 0.077113</w:t>
        <w:br/>
        <w:t>vt 0.648332 0.080813</w:t>
        <w:br/>
        <w:t>vt 0.649332 0.079513</w:t>
        <w:br/>
        <w:t>vt 0.644532 0.072513</w:t>
        <w:br/>
        <w:t>vt 0.647932 0.072613</w:t>
        <w:br/>
        <w:t>vt 0.648532 0.072013</w:t>
        <w:br/>
        <w:t>vt 0.647332 0.070413</w:t>
        <w:br/>
        <w:t>vt 0.646332 0.072213</w:t>
        <w:br/>
        <w:t>vt 0.660432 0.070413</w:t>
        <w:br/>
        <w:t>vt 0.659532 0.072013</w:t>
        <w:br/>
        <w:t>vt 0.646932 0.076513</w:t>
        <w:br/>
        <w:t>vt 0.647832 0.073813</w:t>
        <w:br/>
        <w:t>vt 0.648532 0.075813</w:t>
        <w:br/>
        <w:t>vt 0.649332 0.079513</w:t>
        <w:br/>
        <w:t>vt 0.650432 0.078213</w:t>
        <w:br/>
        <w:t>vt 0.653332 0.081213</w:t>
        <w:br/>
        <w:t>vt 0.653632 0.079513</w:t>
        <w:br/>
        <w:t>vt 0.653032 0.082913</w:t>
        <w:br/>
        <w:t>vt 0.653332 0.081213</w:t>
        <w:br/>
        <w:t>vt 0.950236 0.467090</w:t>
        <w:br/>
        <w:t>vt 0.957046 0.467090</w:t>
        <w:br/>
        <w:t>vt 0.957046 0.458709</w:t>
        <w:br/>
        <w:t>vt 0.950416 0.458709</w:t>
        <w:br/>
        <w:t>vt 0.943191 0.467090</w:t>
        <w:br/>
        <w:t>vt 0.943581 0.458709</w:t>
        <w:br/>
        <w:t>vt 0.936537 0.458709</w:t>
        <w:br/>
        <w:t>vt 0.935655 0.467090</w:t>
        <w:br/>
        <w:t>vt 0.929196 0.458709</w:t>
        <w:br/>
        <w:t>vt 0.927505 0.467090</w:t>
        <w:br/>
        <w:t>vt 0.979037 0.467090</w:t>
        <w:br/>
        <w:t>vt 0.987018 0.467090</w:t>
        <w:br/>
        <w:t>vt 0.985621 0.458709</w:t>
        <w:br/>
        <w:t>vt 0.978085 0.458709</w:t>
        <w:br/>
        <w:t>vt 0.971389 0.467090</w:t>
        <w:br/>
        <w:t>vt 0.970913 0.458709</w:t>
        <w:br/>
        <w:t>vt 0.963938 0.458709</w:t>
        <w:br/>
        <w:t>vt 0.964002 0.467090</w:t>
        <w:br/>
        <w:t>vt 0.964139 0.413417</w:t>
        <w:br/>
        <w:t>vt 0.964708 0.404213</w:t>
        <w:br/>
        <w:t>vt 0.957518 0.404213</w:t>
        <w:br/>
        <w:t>vt 0.957518 0.413417</w:t>
        <w:br/>
        <w:t>vt 0.950083 0.404213</w:t>
        <w:br/>
        <w:t>vt 0.950735 0.413417</w:t>
        <w:br/>
        <w:t>vt 0.942509 0.404213</w:t>
        <w:br/>
        <w:t>vt 0.943355 0.413417</w:t>
        <w:br/>
        <w:t>vt 0.935194 0.404213</w:t>
        <w:br/>
        <w:t>vt 0.935711 0.413417</w:t>
        <w:br/>
        <w:t>vt 0.927505 0.404213</w:t>
        <w:br/>
        <w:t>vt 0.928112 0.413417</w:t>
        <w:br/>
        <w:t>vt 0.987446 0.404213</w:t>
        <w:br/>
        <w:t>vt 0.979414 0.404213</w:t>
        <w:br/>
        <w:t>vt 0.978863 0.413417</w:t>
        <w:br/>
        <w:t>vt 0.986499 0.413417</w:t>
        <w:br/>
        <w:t>vt 0.972067 0.404213</w:t>
        <w:br/>
        <w:t>vt 0.971351 0.413417</w:t>
        <w:br/>
        <w:t>vt 0.446377 0.553233</w:t>
        <w:br/>
        <w:t>vt 0.446377 0.559933</w:t>
        <w:br/>
        <w:t>vt 0.462577 0.553533</w:t>
        <w:br/>
        <w:t>vt 0.457777 0.548433</w:t>
        <w:br/>
        <w:t>vt 0.450877 0.564733</w:t>
        <w:br/>
        <w:t>vt 0.462577 0.560533</w:t>
        <w:br/>
        <w:t>vt 0.450777 0.548433</w:t>
        <w:br/>
        <w:t>vt 0.457477 0.565333</w:t>
        <w:br/>
        <w:t>vt 0.176165 0.008093</w:t>
        <w:br/>
        <w:t>vt 0.179865 0.007093</w:t>
        <w:br/>
        <w:t>vt 0.176165 0.005493</w:t>
        <w:br/>
        <w:t>vt 0.176165 0.008093</w:t>
        <w:br/>
        <w:t>vt 0.172365 0.007093</w:t>
        <w:br/>
        <w:t>vt 0.178765 0.010793</w:t>
        <w:br/>
        <w:t>vt 0.176165 0.010793</w:t>
        <w:br/>
        <w:t>vt 0.178765 0.010793</w:t>
        <w:br/>
        <w:t>vt 0.181265 0.010793</w:t>
        <w:br/>
        <w:t>vt 0.173465 0.010793</w:t>
        <w:br/>
        <w:t>vt 0.176165 0.010793</w:t>
        <w:br/>
        <w:t>vt 0.173465 0.010793</w:t>
        <w:br/>
        <w:t>vt 0.171065 0.010793</w:t>
        <w:br/>
        <w:t>vt 0.176165 0.013393</w:t>
        <w:br/>
        <w:t>vt 0.176165 0.013393</w:t>
        <w:br/>
        <w:t>vt 0.172365 0.014493</w:t>
        <w:br/>
        <w:t>vt 0.173465 0.010793</w:t>
        <w:br/>
        <w:t>vt 0.173465 0.010793</w:t>
        <w:br/>
        <w:t>vt 0.176165 0.015993</w:t>
        <w:br/>
        <w:t>vt 0.179865 0.014493</w:t>
        <w:br/>
        <w:t>vt 0.091252 0.447063</w:t>
        <w:br/>
        <w:t>vt 0.095652 0.444663</w:t>
        <w:br/>
        <w:t>vt 0.091252 0.442063</w:t>
        <w:br/>
        <w:t>vt 0.095652 0.439463</w:t>
        <w:br/>
        <w:t>vt 0.091252 0.436963</w:t>
        <w:br/>
        <w:t>vt 0.086752 0.439363</w:t>
        <w:br/>
        <w:t>vt 0.086752 0.444563</w:t>
        <w:br/>
        <w:t>vt 0.091252 0.447063</w:t>
        <w:br/>
        <w:t>vt 0.095652 0.444663</w:t>
        <w:br/>
        <w:t>vt 0.091252 0.442063</w:t>
        <w:br/>
        <w:t>vt 0.095652 0.439463</w:t>
        <w:br/>
        <w:t>vt 0.091252 0.436963</w:t>
        <w:br/>
        <w:t>vt 0.086752 0.439363</w:t>
        <w:br/>
        <w:t>vt 0.086752 0.444563</w:t>
        <w:br/>
        <w:t>vt 0.091252 0.447063</w:t>
        <w:br/>
        <w:t>vt 0.095652 0.444663</w:t>
        <w:br/>
        <w:t>vt 0.091252 0.442063</w:t>
        <w:br/>
        <w:t>vt 0.095652 0.439463</w:t>
        <w:br/>
        <w:t>vt 0.091252 0.436963</w:t>
        <w:br/>
        <w:t>vt 0.086752 0.439363</w:t>
        <w:br/>
        <w:t>vt 0.091252 0.442063</w:t>
        <w:br/>
        <w:t>vt 0.086752 0.444563</w:t>
        <w:br/>
        <w:t>vt 0.007182 0.827242</w:t>
        <w:br/>
        <w:t>vt 0.006332 0.825061</w:t>
        <w:br/>
        <w:t>vt 0.004347 0.825074</w:t>
        <w:br/>
        <w:t>vt 0.006037 0.828514</w:t>
        <w:br/>
        <w:t>vt 0.009351 0.829862</w:t>
        <w:br/>
        <w:t>vt 0.009404 0.827952</w:t>
        <w:br/>
        <w:t>vt 0.012755 0.828736</w:t>
        <w:br/>
        <w:t>vt 0.011435 0.827233</w:t>
        <w:br/>
        <w:t>vt 0.012493 0.825105</w:t>
        <w:br/>
        <w:t>vt 0.014337 0.825082</w:t>
        <w:br/>
        <w:t>vt 0.011519 0.822633</w:t>
        <w:br/>
        <w:t>vt 0.012664 0.821361</w:t>
        <w:br/>
        <w:t>vt 0.009351 0.820013</w:t>
        <w:br/>
        <w:t>vt 0.009430 0.822073</w:t>
        <w:br/>
        <w:t>vt 0.007258 0.822783</w:t>
        <w:br/>
        <w:t>vt 0.005995 0.821496</w:t>
        <w:br/>
        <w:t>vt 0.011435 0.827233</w:t>
        <w:br/>
        <w:t>vt 0.012493 0.825105</w:t>
        <w:br/>
        <w:t>vt 0.011519 0.822633</w:t>
        <w:br/>
        <w:t>vt 0.009404 0.827952</w:t>
        <w:br/>
        <w:t>vt 0.009430 0.822073</w:t>
        <w:br/>
        <w:t>vt 0.007258 0.822783</w:t>
        <w:br/>
        <w:t>vt 0.007182 0.827242</w:t>
        <w:br/>
        <w:t>vt 0.006332 0.825061</w:t>
        <w:br/>
        <w:t>vt 0.108755 0.742533</w:t>
        <w:br/>
        <w:t>vt 0.110055 0.741133</w:t>
        <w:br/>
        <w:t>vt 0.107555 0.740933</w:t>
        <w:br/>
        <w:t>vt 0.107555 0.742133</w:t>
        <w:br/>
        <w:t>vt 0.107555 0.742133</w:t>
        <w:br/>
        <w:t>vt 0.107555 0.740933</w:t>
        <w:br/>
        <w:t>vt 0.105055 0.741133</w:t>
        <w:br/>
        <w:t>vt 0.106455 0.742533</w:t>
        <w:br/>
        <w:t>vt 0.107555 0.742133</w:t>
        <w:br/>
        <w:t>vt 0.106455 0.742533</w:t>
        <w:br/>
        <w:t>vt 0.105055 0.741133</w:t>
        <w:br/>
        <w:t>vt 0.107555 0.740933</w:t>
        <w:br/>
        <w:t>vt 0.107555 0.742133</w:t>
        <w:br/>
        <w:t>vt 0.107555 0.740933</w:t>
        <w:br/>
        <w:t>vt 0.110055 0.741133</w:t>
        <w:br/>
        <w:t>vt 0.108755 0.742533</w:t>
        <w:br/>
        <w:t>vt 0.107555 0.742833</w:t>
        <w:br/>
        <w:t>vt 0.107555 0.742833</w:t>
        <w:br/>
        <w:t>vt 0.108955 0.729433</w:t>
        <w:br/>
        <w:t>vt 0.107555 0.729633</w:t>
        <w:br/>
        <w:t>vt 0.107555 0.729633</w:t>
        <w:br/>
        <w:t>vt 0.106155 0.729433</w:t>
        <w:br/>
        <w:t>vt 0.106155 0.729433</w:t>
        <w:br/>
        <w:t>vt 0.107555 0.729633</w:t>
        <w:br/>
        <w:t>vt 0.107555 0.729633</w:t>
        <w:br/>
        <w:t>vt 0.108955 0.729433</w:t>
        <w:br/>
        <w:t>vt 0.107555 0.728733</w:t>
        <w:br/>
        <w:t>vt 0.107555 0.728733</w:t>
        <w:br/>
        <w:t>vt 0.184932 0.722357</w:t>
        <w:br/>
        <w:t>vt 0.190040 0.722357</w:t>
        <w:br/>
        <w:t>vt 0.190040 0.719203</w:t>
        <w:br/>
        <w:t>vt 0.184932 0.719203</w:t>
        <w:br/>
        <w:t>vt 0.184932 0.728835</w:t>
        <w:br/>
        <w:t>vt 0.190040 0.728835</w:t>
        <w:br/>
        <w:t>vt 0.190040 0.725597</w:t>
        <w:br/>
        <w:t>vt 0.184932 0.725597</w:t>
        <w:br/>
        <w:t>vt 0.184932 0.734984</w:t>
        <w:br/>
        <w:t>vt 0.190040 0.734984</w:t>
        <w:br/>
        <w:t>vt 0.190040 0.731990</w:t>
        <w:br/>
        <w:t>vt 0.184932 0.731990</w:t>
        <w:br/>
        <w:t>vt 0.184932 0.716209</w:t>
        <w:br/>
        <w:t>vt 0.190040 0.716209</w:t>
        <w:br/>
        <w:t>vt 0.190040 0.713466</w:t>
        <w:br/>
        <w:t>vt 0.184932 0.713466</w:t>
        <w:br/>
        <w:t>vt 0.190040 0.737724</w:t>
        <w:br/>
        <w:t>vt 0.184932 0.737724</w:t>
        <w:br/>
        <w:t>vt 0.203420 0.728323</w:t>
        <w:br/>
        <w:t>vt 0.205260 0.724963</w:t>
        <w:br/>
        <w:t>vt 0.203420 0.721641</w:t>
        <w:br/>
        <w:t>vt 0.196710 0.721641</w:t>
        <w:br/>
        <w:t>vt 0.196710 0.728323</w:t>
        <w:br/>
        <w:t>vt 0.200098 0.729544</w:t>
        <w:br/>
        <w:t>vt 0.200098 0.720199</w:t>
        <w:br/>
        <w:t>vt 0.195152 0.724963</w:t>
        <w:br/>
        <w:t>vt 0.106189 0.910800</w:t>
        <w:br/>
        <w:t>vt 0.111346 0.910800</w:t>
        <w:br/>
        <w:t>vt 0.108541 0.906276</w:t>
        <w:br/>
        <w:t>vt 0.111346 0.901932</w:t>
        <w:br/>
        <w:t>vt 0.106189 0.901932</w:t>
        <w:br/>
        <w:t>vt 0.108541 0.906276</w:t>
        <w:br/>
        <w:t>vt 0.113518 0.906276</w:t>
        <w:br/>
        <w:t>vt 0.103836 0.906276</w:t>
        <w:br/>
        <w:t>vt 0.089600 0.730200</w:t>
        <w:br/>
        <w:t>vt 0.088700 0.728600</w:t>
        <w:br/>
        <w:t>vt 0.088100 0.729300</w:t>
        <w:br/>
        <w:t>vt 0.088700 0.730400</w:t>
        <w:br/>
        <w:t>vt 0.088700 0.730400</w:t>
        <w:br/>
        <w:t>vt 0.088100 0.729300</w:t>
        <w:br/>
        <w:t>vt 0.087500 0.729900</w:t>
        <w:br/>
        <w:t>vt 0.087900 0.730700</w:t>
        <w:br/>
        <w:t>vt 0.086400 0.727900</w:t>
        <w:br/>
        <w:t>vt 0.086400 0.728800</w:t>
        <w:br/>
        <w:t>vt 0.086400 0.728800</w:t>
        <w:br/>
        <w:t>vt 0.086400 0.729700</w:t>
        <w:br/>
        <w:t>vt 0.084000 0.730500</w:t>
        <w:br/>
        <w:t>vt 0.084600 0.729400</w:t>
        <w:br/>
        <w:t>vt 0.085300 0.730000</w:t>
        <w:br/>
        <w:t>vt 0.084900 0.730800</w:t>
        <w:br/>
        <w:t>vt 0.088700 0.735600</w:t>
        <w:br/>
        <w:t>vt 0.087900 0.735300</w:t>
        <w:br/>
        <w:t>vt 0.087500 0.736100</w:t>
        <w:br/>
        <w:t>vt 0.088200 0.736700</w:t>
        <w:br/>
        <w:t>vt 0.089600 0.735800</w:t>
        <w:br/>
        <w:t>vt 0.088700 0.735600</w:t>
        <w:br/>
        <w:t>vt 0.088200 0.736700</w:t>
        <w:br/>
        <w:t>vt 0.088800 0.737400</w:t>
        <w:br/>
        <w:t>vt 0.086400 0.728800</w:t>
        <w:br/>
        <w:t>vt 0.086400 0.729700</w:t>
        <w:br/>
        <w:t>vt 0.086400 0.736400</w:t>
        <w:br/>
        <w:t>vt 0.086400 0.737300</w:t>
        <w:br/>
        <w:t>vt 0.086400 0.737300</w:t>
        <w:br/>
        <w:t>vt 0.086400 0.738200</w:t>
        <w:br/>
        <w:t>vt 0.083200 0.730300</w:t>
        <w:br/>
        <w:t>vt 0.084000 0.730500</w:t>
        <w:br/>
        <w:t>vt 0.084600 0.729400</w:t>
        <w:br/>
        <w:t>vt 0.084000 0.728700</w:t>
        <w:br/>
        <w:t>vt 0.085300 0.730000</w:t>
        <w:br/>
        <w:t>vt 0.084600 0.729400</w:t>
        <w:br/>
        <w:t>vt 0.084000 0.730500</w:t>
        <w:br/>
        <w:t>vt 0.084900 0.730800</w:t>
        <w:br/>
        <w:t>vt 0.087500 0.729900</w:t>
        <w:br/>
        <w:t>vt 0.088100 0.729300</w:t>
        <w:br/>
        <w:t>vt 0.088700 0.730400</w:t>
        <w:br/>
        <w:t>vt 0.087900 0.730700</w:t>
        <w:br/>
        <w:t>vt 0.085300 0.736200</w:t>
        <w:br/>
        <w:t>vt 0.084900 0.735400</w:t>
        <w:br/>
        <w:t>vt 0.084100 0.735700</w:t>
        <w:br/>
        <w:t>vt 0.084700 0.736800</w:t>
        <w:br/>
        <w:t>vt 0.083200 0.735900</w:t>
        <w:br/>
        <w:t>vt 0.084100 0.737500</w:t>
        <w:br/>
        <w:t>vt 0.084700 0.736800</w:t>
        <w:br/>
        <w:t>vt 0.084100 0.735700</w:t>
        <w:br/>
        <w:t>vt 0.084900 0.735400</w:t>
        <w:br/>
        <w:t>vt 0.084100 0.735700</w:t>
        <w:br/>
        <w:t>vt 0.085300 0.736200</w:t>
        <w:br/>
        <w:t>vt 0.084700 0.736800</w:t>
        <w:br/>
        <w:t>vt 0.086400 0.736400</w:t>
        <w:br/>
        <w:t>vt 0.086400 0.737300</w:t>
        <w:br/>
        <w:t>vt 0.087500 0.736100</w:t>
        <w:br/>
        <w:t>vt 0.088200 0.736700</w:t>
        <w:br/>
        <w:t>vt 0.087900 0.735300</w:t>
        <w:br/>
        <w:t>vt 0.088700 0.735600</w:t>
        <w:br/>
        <w:t>vt 0.088100 0.729300</w:t>
        <w:br/>
        <w:t>vt 0.088700 0.728600</w:t>
        <w:br/>
        <w:t>vt 0.089600 0.730200</w:t>
        <w:br/>
        <w:t>vt 0.088700 0.730400</w:t>
        <w:br/>
        <w:t>vt 0.089600 0.735800</w:t>
        <w:br/>
        <w:t>vt 0.088700 0.735600</w:t>
        <w:br/>
        <w:t>vt 0.088200 0.736700</w:t>
        <w:br/>
        <w:t>vt 0.088800 0.737400</w:t>
        <w:br/>
        <w:t>vt 0.086400 0.738200</w:t>
        <w:br/>
        <w:t>vt 0.086400 0.737300</w:t>
        <w:br/>
        <w:t>vt 0.084700 0.736800</w:t>
        <w:br/>
        <w:t>vt 0.084100 0.737500</w:t>
        <w:br/>
        <w:t>vt 0.083200 0.735900</w:t>
        <w:br/>
        <w:t>vt 0.084100 0.735700</w:t>
        <w:br/>
        <w:t>vt 0.083200 0.730300</w:t>
        <w:br/>
        <w:t>vt 0.084000 0.730500</w:t>
        <w:br/>
        <w:t>vt 0.084000 0.728700</w:t>
        <w:br/>
        <w:t>vt 0.084600 0.729400</w:t>
        <w:br/>
        <w:t>vt 0.086400 0.727900</w:t>
        <w:br/>
        <w:t>vt 0.086400 0.728800</w:t>
        <w:br/>
        <w:t>vt 0.115100 0.764900</w:t>
        <w:br/>
        <w:t>vt 0.109000 0.760100</w:t>
        <w:br/>
        <w:t>vt 0.109000 0.771900</w:t>
        <w:br/>
        <w:t>vt 0.102200 0.765200</w:t>
        <w:br/>
        <w:t>vt 0.105600 0.755400</w:t>
        <w:br/>
        <w:t>vt 0.099100 0.762600</w:t>
        <w:br/>
        <w:t>vt 0.117000 0.765400</w:t>
        <w:br/>
        <w:t>vt 0.118400 0.762500</w:t>
        <w:br/>
        <w:t>vt 0.098100 0.765500</w:t>
        <w:br/>
        <w:t>vt 0.100200 0.765500</w:t>
        <w:br/>
        <w:t>vt 0.095500 0.760100</w:t>
        <w:br/>
        <w:t>vt 0.094100 0.761300</w:t>
        <w:br/>
        <w:t>vt 0.095500 0.763200</w:t>
        <w:br/>
        <w:t>vt 0.099300 0.756500</w:t>
        <w:br/>
        <w:t>vt 0.092100 0.762900</w:t>
        <w:br/>
        <w:t>vt 0.121700 0.760100</w:t>
        <w:br/>
        <w:t>vt 0.121400 0.763000</w:t>
        <w:br/>
        <w:t>vt 0.123200 0.761400</w:t>
        <w:br/>
        <w:t>vt 0.119300 0.763800</w:t>
        <w:br/>
        <w:t>vt 0.119300 0.765300</w:t>
        <w:br/>
        <w:t>vt 0.098100 0.765500</w:t>
        <w:br/>
        <w:t>vt 0.097900 0.763900</w:t>
        <w:br/>
        <w:t>vt 0.095500 0.763200</w:t>
        <w:br/>
        <w:t>vt 0.096300 0.764300</w:t>
        <w:br/>
        <w:t>vt 0.097900 0.763900</w:t>
        <w:br/>
        <w:t>vt 0.099100 0.762600</w:t>
        <w:br/>
        <w:t>vt 0.094100 0.764000</w:t>
        <w:br/>
        <w:t>vt 0.092100 0.762900</w:t>
        <w:br/>
        <w:t>vt 0.119300 0.763800</w:t>
        <w:br/>
        <w:t>vt 0.120300 0.764000</w:t>
        <w:br/>
        <w:t>vt 0.121400 0.763000</w:t>
        <w:br/>
        <w:t>vt 0.118400 0.762500</w:t>
        <w:br/>
        <w:t>vt 0.125000 0.763000</w:t>
        <w:br/>
        <w:t>vt 0.122700 0.764000</w:t>
        <w:br/>
        <w:t>vt 0.109000 0.751300</w:t>
        <w:br/>
        <w:t>vt 0.112800 0.755400</w:t>
        <w:br/>
        <w:t>vt 0.113900 0.754100</w:t>
        <w:br/>
        <w:t>vt 0.109000 0.746800</w:t>
        <w:br/>
        <w:t>vt 0.109000 0.753200</w:t>
        <w:br/>
        <w:t>vt 0.110500 0.756100</w:t>
        <w:br/>
        <w:t>vt 0.104300 0.753700</w:t>
        <w:br/>
        <w:t>vt 0.118000 0.756500</w:t>
        <w:br/>
        <w:t>vt 0.119300 0.765300</w:t>
        <w:br/>
        <w:t>vt 0.107700 0.756200</w:t>
        <w:br/>
        <w:t>vt 0.107700 0.756200</w:t>
        <w:br/>
        <w:t>vt 0.105600 0.755400</w:t>
        <w:br/>
        <w:t>vt 0.109000 0.760100</w:t>
        <w:br/>
        <w:t>vt 0.110500 0.756100</w:t>
        <w:br/>
        <w:t>vt 0.109000 0.760100</w:t>
        <w:br/>
        <w:t>vt 0.112800 0.755400</w:t>
        <w:br/>
        <w:t>vt 0.238900 0.729000</w:t>
        <w:br/>
        <w:t>vt 0.238900 0.714900</w:t>
        <w:br/>
        <w:t>vt 0.235600 0.714900</w:t>
        <w:br/>
        <w:t>vt 0.235600 0.729000</w:t>
        <w:br/>
        <w:t>vt 0.238900 0.714900</w:t>
        <w:br/>
        <w:t>vt 0.238900 0.710800</w:t>
        <w:br/>
        <w:t>vt 0.235600 0.710800</w:t>
        <w:br/>
        <w:t>vt 0.235600 0.714900</w:t>
        <w:br/>
        <w:t>vt 0.238900 0.729000</w:t>
        <w:br/>
        <w:t>vt 0.235600 0.729000</w:t>
        <w:br/>
        <w:t>vt 0.235600 0.733100</w:t>
        <w:br/>
        <w:t>vt 0.238900 0.733100</w:t>
        <w:br/>
        <w:t>vt 0.126390 0.717007</w:t>
        <w:br/>
        <w:t>vt 0.126390 0.707507</w:t>
        <w:br/>
        <w:t>vt 0.123640 0.707507</w:t>
        <w:br/>
        <w:t>vt 0.123640 0.717007</w:t>
        <w:br/>
        <w:t>vt 0.126390 0.707507</w:t>
        <w:br/>
        <w:t>vt 0.123640 0.707507</w:t>
        <w:br/>
        <w:t>vt 0.123640 0.717007</w:t>
        <w:br/>
        <w:t>vt 0.126390 0.717007</w:t>
        <w:br/>
        <w:t>vt 0.125037 0.726400</w:t>
        <w:br/>
        <w:t>vt 0.126137 0.727600</w:t>
        <w:br/>
        <w:t>vt 0.123737 0.727600</w:t>
        <w:br/>
        <w:t>vt 0.121337 0.727200</w:t>
        <w:br/>
        <w:t>vt 0.122737 0.725700</w:t>
        <w:br/>
        <w:t>vt 0.121336 0.727200</w:t>
        <w:br/>
        <w:t>vt 0.123736 0.727600</w:t>
        <w:br/>
        <w:t>vt 0.122736 0.725700</w:t>
        <w:br/>
        <w:t>vt 0.126137 0.727600</w:t>
        <w:br/>
        <w:t>vt 0.125037 0.726400</w:t>
        <w:br/>
        <w:t>vt 0.126137 0.727600</w:t>
        <w:br/>
        <w:t>vt 0.128637 0.727300</w:t>
        <w:br/>
        <w:t>vt 0.127237 0.725800</w:t>
        <w:br/>
        <w:t>vt 0.126137 0.727600</w:t>
        <w:br/>
        <w:t>vt 0.125037 0.725100</w:t>
        <w:br/>
        <w:t>vt 0.125037 0.725100</w:t>
        <w:br/>
        <w:t>vt 0.127237 0.725800</w:t>
        <w:br/>
        <w:t>vt 0.124937 0.740100</w:t>
        <w:br/>
        <w:t>vt 0.123037 0.740500</w:t>
        <w:br/>
        <w:t>vt 0.124937 0.740100</w:t>
        <w:br/>
        <w:t>vt 0.123036 0.740500</w:t>
        <w:br/>
        <w:t>vt 0.126936 0.740600</w:t>
        <w:br/>
        <w:t>vt 0.124937 0.740100</w:t>
        <w:br/>
        <w:t>vt 0.124937 0.740100</w:t>
        <w:br/>
        <w:t>vt 0.126937 0.740600</w:t>
        <w:br/>
        <w:t>vt 0.125037 0.741300</w:t>
        <w:br/>
        <w:t>vt 0.125037 0.741300</w:t>
        <w:br/>
        <w:t>vt 0.126937 0.740600</w:t>
        <w:br/>
        <w:t>vt 0.095990 0.722162</w:t>
        <w:br/>
        <w:t>vt 0.098290 0.722362</w:t>
        <w:br/>
        <w:t>vt 0.098290 0.708362</w:t>
        <w:br/>
        <w:t>vt 0.095990 0.708362</w:t>
        <w:br/>
        <w:t>vt 0.093790 0.722362</w:t>
        <w:br/>
        <w:t>vt 0.095990 0.722162</w:t>
        <w:br/>
        <w:t>vt 0.095990 0.708362</w:t>
        <w:br/>
        <w:t>vt 0.093790 0.708362</w:t>
        <w:br/>
        <w:t>vt 0.080031 0.709400</w:t>
        <w:br/>
        <w:t>vt 0.080031 0.723300</w:t>
        <w:br/>
        <w:t>vt 0.082431 0.723400</w:t>
        <w:br/>
        <w:t>vt 0.082431 0.709400</w:t>
        <w:br/>
        <w:t>vt 0.077931 0.709400</w:t>
        <w:br/>
        <w:t>vt 0.077931 0.723400</w:t>
        <w:br/>
        <w:t>vt 0.080031 0.723300</w:t>
        <w:br/>
        <w:t>vt 0.080031 0.709400</w:t>
        <w:br/>
        <w:t>vt 0.095990 0.723562</w:t>
        <w:br/>
        <w:t>vt 0.080031 0.724600</w:t>
        <w:br/>
        <w:t>vt 0.077931 0.723400</w:t>
        <w:br/>
        <w:t>vt 0.080031 0.723300</w:t>
        <w:br/>
        <w:t>vt 0.186300 0.765700</w:t>
        <w:br/>
        <w:t>vt 0.185500 0.763800</w:t>
        <w:br/>
        <w:t>vt 0.182900 0.765400</w:t>
        <w:br/>
        <w:t>vt 0.186100 0.768400</w:t>
        <w:br/>
        <w:t>vt 0.184600 0.760100</w:t>
        <w:br/>
        <w:t>vt 0.185200 0.762800</w:t>
        <w:br/>
        <w:t>vt 0.185800 0.761300</w:t>
        <w:br/>
        <w:t>vt 0.183100 0.759400</w:t>
        <w:br/>
        <w:t>vt 0.180900 0.755900</w:t>
        <w:br/>
        <w:t>vt 0.182600 0.758500</w:t>
        <w:br/>
        <w:t>vt 0.182600 0.757200</w:t>
        <w:br/>
        <w:t>vt 0.179700 0.755500</w:t>
        <w:br/>
        <w:t>vt 0.182100 0.759500</w:t>
        <w:br/>
        <w:t>vt 0.178200 0.753800</w:t>
        <w:br/>
        <w:t>vt 0.176900 0.757500</w:t>
        <w:br/>
        <w:t>vt 0.179100 0.759400</w:t>
        <w:br/>
        <w:t>vt 0.184500 0.763100</w:t>
        <w:br/>
        <w:t>vt 0.179400 0.763100</w:t>
        <w:br/>
        <w:t>vt 0.167700 0.765800</w:t>
        <w:br/>
        <w:t>vt 0.171100 0.765200</w:t>
        <w:br/>
        <w:t>vt 0.168300 0.763800</w:t>
        <w:br/>
        <w:t>vt 0.167800 0.768400</w:t>
        <w:br/>
        <w:t>vt 0.168800 0.760300</w:t>
        <w:br/>
        <w:t>vt 0.168000 0.761400</w:t>
        <w:br/>
        <w:t>vt 0.168400 0.762600</w:t>
        <w:br/>
        <w:t>vt 0.170100 0.759600</w:t>
        <w:br/>
        <w:t>vt 0.172700 0.756000</w:t>
        <w:br/>
        <w:t>vt 0.171000 0.757300</w:t>
        <w:br/>
        <w:t>vt 0.171100 0.758600</w:t>
        <w:br/>
        <w:t>vt 0.171400 0.759400</w:t>
        <w:br/>
        <w:t>vt 0.174000 0.755600</w:t>
        <w:br/>
        <w:t>vt 0.174500 0.759300</w:t>
        <w:br/>
        <w:t>vt 0.176900 0.757500</w:t>
        <w:br/>
        <w:t>vt 0.175400 0.753900</w:t>
        <w:br/>
        <w:t>vt 0.169100 0.763100</w:t>
        <w:br/>
        <w:t>vt 0.174300 0.762900</w:t>
        <w:br/>
        <w:t>vt 0.176800 0.749000</w:t>
        <w:br/>
        <w:t>vt 0.176800 0.749000</w:t>
        <w:br/>
        <w:t>vt 0.800629 0.550496</w:t>
        <w:br/>
        <w:t>vt 0.796403 0.553032</w:t>
        <w:br/>
        <w:t>vt 0.799221 0.548241</w:t>
        <w:br/>
        <w:t>vt 0.796403 0.553032</w:t>
        <w:br/>
        <w:t>vt 0.794994 0.559512</w:t>
        <w:br/>
        <w:t>vt 0.791331 0.554722</w:t>
        <w:br/>
        <w:t>vt 0.796403 0.519500</w:t>
        <w:br/>
        <w:t>vt 0.791331 0.518655</w:t>
        <w:br/>
        <w:t>vt 0.811900 0.553032</w:t>
        <w:br/>
        <w:t>vt 0.813591 0.559512</w:t>
        <w:br/>
        <w:t>vt 0.807392 0.550496</w:t>
        <w:br/>
        <w:t>vt 0.811900 0.553032</w:t>
        <w:br/>
        <w:t>vt 0.809364 0.548241</w:t>
        <w:br/>
        <w:t>vt 0.807392 0.550496</w:t>
        <w:br/>
        <w:t>vt 0.799221 0.524572</w:t>
        <w:br/>
        <w:t>vt 0.796403 0.519500</w:t>
        <w:br/>
        <w:t>vt 0.800629 0.522036</w:t>
        <w:br/>
        <w:t>vt 0.796403 0.519500</w:t>
        <w:br/>
        <w:t>vt 0.811900 0.519500</w:t>
        <w:br/>
        <w:t>vt 0.807392 0.522036</w:t>
        <w:br/>
        <w:t>vt 0.794994 0.513020</w:t>
        <w:br/>
        <w:t>vt 0.813591 0.513020</w:t>
        <w:br/>
        <w:t>vt 0.811900 0.519500</w:t>
        <w:br/>
        <w:t>vt 0.816972 0.518655</w:t>
        <w:br/>
        <w:t>vt 0.816972 0.555567</w:t>
        <w:br/>
        <w:t>vt 0.811900 0.519500</w:t>
        <w:br/>
        <w:t>vt 0.809364 0.524572</w:t>
        <w:br/>
        <w:t>vt 0.876999 0.466971</w:t>
        <w:br/>
        <w:t>vt 0.875194 0.470840</w:t>
        <w:br/>
        <w:t>vt 0.868746 0.466198</w:t>
        <w:br/>
        <w:t>vt 0.871583 0.461555</w:t>
        <w:br/>
        <w:t>vt 0.883448 0.466971</w:t>
        <w:br/>
        <w:t>vt 0.888864 0.461555</w:t>
        <w:br/>
        <w:t>vt 0.891701 0.465424</w:t>
        <w:br/>
        <w:t>vt 0.884995 0.470840</w:t>
        <w:br/>
        <w:t>vt 0.891701 0.499469</w:t>
        <w:br/>
        <w:t>vt 0.884995 0.494053</w:t>
        <w:br/>
        <w:t>vt 0.883448 0.497148</w:t>
        <w:br/>
        <w:t>vt 0.888864 0.504112</w:t>
        <w:br/>
        <w:t>vt 0.876999 0.497148</w:t>
        <w:br/>
        <w:t>vt 0.871583 0.504112</w:t>
        <w:br/>
        <w:t>vt 0.868746 0.500501</w:t>
        <w:br/>
        <w:t>vt 0.875194 0.494053</w:t>
        <w:br/>
        <w:t>vt 0.811900 0.553032</w:t>
        <w:br/>
        <w:t>vt 0.809364 0.548241</w:t>
        <w:br/>
        <w:t>vt 0.809364 0.524572</w:t>
        <w:br/>
        <w:t>vt 0.811900 0.519500</w:t>
        <w:br/>
        <w:t>vt 0.807392 0.522036</w:t>
        <w:br/>
        <w:t>vt 0.799221 0.524572</w:t>
        <w:br/>
        <w:t>vt 0.799221 0.548241</w:t>
        <w:br/>
        <w:t>vt 0.796403 0.553032</w:t>
        <w:br/>
        <w:t>vt 0.796403 0.519500</w:t>
        <w:br/>
        <w:t>vt 0.800629 0.522036</w:t>
        <w:br/>
        <w:t>vt 0.811900 0.519500</w:t>
        <w:br/>
        <w:t>vt 0.813591 0.513020</w:t>
        <w:br/>
        <w:t>vt 0.816972 0.518655</w:t>
        <w:br/>
        <w:t>vt 0.794994 0.513020</w:t>
        <w:br/>
        <w:t>vt 0.796403 0.519500</w:t>
        <w:br/>
        <w:t>vt 0.811900 0.553032</w:t>
        <w:br/>
        <w:t>vt 0.816972 0.555567</w:t>
        <w:br/>
        <w:t>vt 0.791331 0.518655</w:t>
        <w:br/>
        <w:t>vt 0.796403 0.553032</w:t>
        <w:br/>
        <w:t>vt 0.791331 0.554722</w:t>
        <w:br/>
        <w:t>vt 0.794994 0.559512</w:t>
        <w:br/>
        <w:t>vt 0.813591 0.559512</w:t>
        <w:br/>
        <w:t>vt 0.800629 0.550496</w:t>
        <w:br/>
        <w:t>vt 0.800629 0.550496</w:t>
        <w:br/>
        <w:t>vt 0.807392 0.550496</w:t>
        <w:br/>
        <w:t>vt 0.811900 0.553032</w:t>
        <w:br/>
        <w:t>vt 0.796403 0.553032</w:t>
        <w:br/>
        <w:t>vt 0.807392 0.550496</w:t>
        <w:br/>
        <w:t>vt 0.871583 0.461555</w:t>
        <w:br/>
        <w:t>vt 0.888864 0.461555</w:t>
        <w:br/>
        <w:t>vt 0.883448 0.466971</w:t>
        <w:br/>
        <w:t>vt 0.876999 0.466971</w:t>
        <w:br/>
        <w:t>vt 0.891701 0.465424</w:t>
        <w:br/>
        <w:t>vt 0.884995 0.470840</w:t>
        <w:br/>
        <w:t>vt 0.884995 0.494053</w:t>
        <w:br/>
        <w:t>vt 0.891701 0.499469</w:t>
        <w:br/>
        <w:t>vt 0.883448 0.497148</w:t>
        <w:br/>
        <w:t>vt 0.888864 0.504112</w:t>
        <w:br/>
        <w:t>vt 0.871583 0.504112</w:t>
        <w:br/>
        <w:t>vt 0.876999 0.497148</w:t>
        <w:br/>
        <w:t>vt 0.868746 0.500501</w:t>
        <w:br/>
        <w:t>vt 0.875194 0.494053</w:t>
        <w:br/>
        <w:t>vt 0.868746 0.466198</w:t>
        <w:br/>
        <w:t>vt 0.875194 0.470840</w:t>
        <w:br/>
        <w:t>vt 0.811900 0.553032</w:t>
        <w:br/>
        <w:t>vt 0.809364 0.548241</w:t>
        <w:br/>
        <w:t>vt 0.809364 0.524572</w:t>
        <w:br/>
        <w:t>vt 0.811900 0.519500</w:t>
        <w:br/>
        <w:t>vt 0.807392 0.522036</w:t>
        <w:br/>
        <w:t>vt 0.799221 0.524572</w:t>
        <w:br/>
        <w:t>vt 0.799221 0.548241</w:t>
        <w:br/>
        <w:t>vt 0.796403 0.553032</w:t>
        <w:br/>
        <w:t>vt 0.796403 0.519500</w:t>
        <w:br/>
        <w:t>vt 0.800629 0.522036</w:t>
        <w:br/>
        <w:t>vt 0.811900 0.519500</w:t>
        <w:br/>
        <w:t>vt 0.813591 0.513020</w:t>
        <w:br/>
        <w:t>vt 0.816972 0.518655</w:t>
        <w:br/>
        <w:t>vt 0.794994 0.513020</w:t>
        <w:br/>
        <w:t>vt 0.796403 0.519500</w:t>
        <w:br/>
        <w:t>vt 0.811900 0.553032</w:t>
        <w:br/>
        <w:t>vt 0.816972 0.555567</w:t>
        <w:br/>
        <w:t>vt 0.791331 0.518655</w:t>
        <w:br/>
        <w:t>vt 0.796403 0.553032</w:t>
        <w:br/>
        <w:t>vt 0.791331 0.554722</w:t>
        <w:br/>
        <w:t>vt 0.794994 0.559512</w:t>
        <w:br/>
        <w:t>vt 0.813591 0.559512</w:t>
        <w:br/>
        <w:t>vt 0.800629 0.550496</w:t>
        <w:br/>
        <w:t>vt 0.800629 0.550496</w:t>
        <w:br/>
        <w:t>vt 0.807392 0.550496</w:t>
        <w:br/>
        <w:t>vt 0.811900 0.553032</w:t>
        <w:br/>
        <w:t>vt 0.796403 0.553032</w:t>
        <w:br/>
        <w:t>vt 0.807392 0.550496</w:t>
        <w:br/>
        <w:t>vt 0.871583 0.461555</w:t>
        <w:br/>
        <w:t>vt 0.888864 0.461555</w:t>
        <w:br/>
        <w:t>vt 0.883448 0.466971</w:t>
        <w:br/>
        <w:t>vt 0.876999 0.466971</w:t>
        <w:br/>
        <w:t>vt 0.891701 0.465424</w:t>
        <w:br/>
        <w:t>vt 0.884995 0.470840</w:t>
        <w:br/>
        <w:t>vt 0.884995 0.494053</w:t>
        <w:br/>
        <w:t>vt 0.891701 0.499469</w:t>
        <w:br/>
        <w:t>vt 0.883448 0.497148</w:t>
        <w:br/>
        <w:t>vt 0.888864 0.504112</w:t>
        <w:br/>
        <w:t>vt 0.871583 0.504112</w:t>
        <w:br/>
        <w:t>vt 0.876999 0.497148</w:t>
        <w:br/>
        <w:t>vt 0.868746 0.500501</w:t>
        <w:br/>
        <w:t>vt 0.875194 0.494053</w:t>
        <w:br/>
        <w:t>vt 0.868746 0.466198</w:t>
        <w:br/>
        <w:t>vt 0.875194 0.470840</w:t>
        <w:br/>
        <w:t>vt 0.111900 0.009600</w:t>
        <w:br/>
        <w:t>vt 0.110100 0.013000</w:t>
        <w:br/>
        <w:t>vt 0.117700 0.014200</w:t>
        <w:br/>
        <w:t>vt 0.117900 0.009800</w:t>
        <w:br/>
        <w:t>vt 0.123900 0.009700</w:t>
        <w:br/>
        <w:t>vt 0.125800 0.014300</w:t>
        <w:br/>
        <w:t>vt 0.130300 0.009400</w:t>
        <w:br/>
        <w:t>vt 0.132600 0.014800</w:t>
        <w:br/>
        <w:t>vt 0.135700 0.010000</w:t>
        <w:br/>
        <w:t>vt 0.139100 0.017000</w:t>
        <w:br/>
        <w:t>vt 0.140900 0.011200</w:t>
        <w:br/>
        <w:t>vt 0.148600 0.018600</w:t>
        <w:br/>
        <w:t>vt 0.150100 0.013700</w:t>
        <w:br/>
        <w:t>vt 0.136400 0.021300</w:t>
        <w:br/>
        <w:t>vt 0.147400 0.030700</w:t>
        <w:br/>
        <w:t>vt 0.154800 0.026900</w:t>
        <w:br/>
        <w:t>vt 0.132400 0.024700</w:t>
        <w:br/>
        <w:t>vt 0.126500 0.027600</w:t>
        <w:br/>
        <w:t>vt 0.141500 0.032900</w:t>
        <w:br/>
        <w:t>vt 0.128200 0.029300</w:t>
        <w:br/>
        <w:t>vt 0.121000 0.042500</w:t>
        <w:br/>
        <w:t>vt 0.125200 0.042100</w:t>
        <w:br/>
        <w:t>vt 0.116700 0.034800</w:t>
        <w:br/>
        <w:t>vt 0.114300 0.035800</w:t>
        <w:br/>
        <w:t>vt 0.108100 0.033800</w:t>
        <w:br/>
        <w:t>vt 0.112300 0.037700</w:t>
        <w:br/>
        <w:t>vt 0.111400 0.035400</w:t>
        <w:br/>
        <w:t>vt 0.108400 0.035500</w:t>
        <w:br/>
        <w:t>vt 0.107900 0.036900</w:t>
        <w:br/>
        <w:t>vt 0.111600 0.041700</w:t>
        <w:br/>
        <w:t>vt 0.112000 0.039100</w:t>
        <w:br/>
        <w:t>vt 0.108800 0.042700</w:t>
        <w:br/>
        <w:t>vt 0.106700 0.037700</w:t>
        <w:br/>
        <w:t>vt 0.105900 0.042000</w:t>
        <w:br/>
        <w:t>vt 0.105300 0.037400</w:t>
        <w:br/>
        <w:t>vt 0.103200 0.039800</w:t>
        <w:br/>
        <w:t>vt 0.103600 0.036000</w:t>
        <w:br/>
        <w:t>vt 0.101400 0.036700</w:t>
        <w:br/>
        <w:t>vt 0.102100 0.033400</w:t>
        <w:br/>
        <w:t>vt 0.100200 0.034200</w:t>
        <w:br/>
        <w:t>vt 0.100700 0.031500</w:t>
        <w:br/>
        <w:t>vt 0.099600 0.034100</w:t>
        <w:br/>
        <w:t>vt 0.098500 0.031300</w:t>
        <w:br/>
        <w:t>vt 0.097300 0.032700</w:t>
        <w:br/>
        <w:t>vt 0.099000 0.034600</w:t>
        <w:br/>
        <w:t>vt 0.099100 0.036300</w:t>
        <w:br/>
        <w:t>vt 0.098900 0.035600</w:t>
        <w:br/>
        <w:t>vt 0.097800 0.035700</w:t>
        <w:br/>
        <w:t>vt 0.097100 0.034300</w:t>
        <w:br/>
        <w:t>vt 0.127800 0.031200</w:t>
        <w:br/>
        <w:t>vt 0.138500 0.038200</w:t>
        <w:br/>
        <w:t>vt 0.125900 0.032900</w:t>
        <w:br/>
        <w:t>vt 0.134000 0.039700</w:t>
        <w:br/>
        <w:t>vt 0.121700 0.033300</w:t>
        <w:br/>
        <w:t>vt 0.126900 0.039600</w:t>
        <w:br/>
        <w:t>vt 0.117100 0.032400</w:t>
        <w:br/>
        <w:t>vt 0.009596 0.076949</w:t>
        <w:br/>
        <w:t>vt 0.009117 0.083899</w:t>
        <w:br/>
        <w:t>vt 0.014270 0.084378</w:t>
        <w:br/>
        <w:t>vt 0.013790 0.075151</w:t>
        <w:br/>
        <w:t>vt 0.008398 0.090730</w:t>
        <w:br/>
        <w:t>vt 0.007679 0.098399</w:t>
        <w:br/>
        <w:t>vt 0.013790 0.093845</w:t>
        <w:br/>
        <w:t>vt 0.007439 0.104990</w:t>
        <w:br/>
        <w:t>vt 0.013671 0.102473</w:t>
        <w:br/>
        <w:t>vt 0.014869 0.111341</w:t>
        <w:br/>
        <w:t>vt 0.007319 0.111581</w:t>
        <w:br/>
        <w:t>vt 0.026133 0.107027</w:t>
        <w:br/>
        <w:t>vt 0.020861 0.110143</w:t>
        <w:br/>
        <w:t>vt 0.020381 0.133151</w:t>
        <w:br/>
        <w:t>vt 0.027452 0.126321</w:t>
        <w:br/>
        <w:t>vt 0.031646 0.101395</w:t>
        <w:br/>
        <w:t>vt 0.032125 0.120449</w:t>
        <w:br/>
        <w:t>vt 0.033084 0.103792</w:t>
        <w:br/>
        <w:t>vt 0.039315 0.118771</w:t>
        <w:br/>
        <w:t>vt 0.038357 0.102234</w:t>
        <w:br/>
        <w:t>vt 0.035481 0.103912</w:t>
        <w:br/>
        <w:t>vt 0.042671 0.114457</w:t>
        <w:br/>
        <w:t>vt 0.040753 0.097920</w:t>
        <w:br/>
        <w:t>vt 0.045667 0.106548</w:t>
        <w:br/>
        <w:t>vt 0.042191 0.092647</w:t>
        <w:br/>
        <w:t>vt 0.051539 0.101515</w:t>
        <w:br/>
        <w:t>vt 0.047344 0.090490</w:t>
        <w:br/>
        <w:t>vt 0.044947 0.092767</w:t>
        <w:br/>
        <w:t>vt 0.049142 0.105949</w:t>
        <w:br/>
        <w:t>vt 0.052497 0.095164</w:t>
        <w:br/>
        <w:t>vt 0.052377 0.090250</w:t>
        <w:br/>
        <w:t>vt 0.050700 0.089531</w:t>
        <w:br/>
        <w:t>vt 0.053456 0.084618</w:t>
        <w:br/>
        <w:t>vt 0.051539 0.084259</w:t>
        <w:br/>
        <w:t>vt 0.054894 0.092048</w:t>
        <w:br/>
        <w:t>vt 0.058009 0.090490</w:t>
        <w:br/>
        <w:t>vt 0.055253 0.084019</w:t>
        <w:br/>
        <w:t>vt 0.059687 0.087494</w:t>
        <w:br/>
        <w:t>vt 0.056572 0.082581</w:t>
        <w:br/>
        <w:t>vt 0.060526 0.083779</w:t>
        <w:br/>
        <w:t>vt 0.057650 0.080064</w:t>
        <w:br/>
        <w:t>vt 0.060766 0.079825</w:t>
        <w:br/>
        <w:t>vt 0.058489 0.076469</w:t>
        <w:br/>
        <w:t>vt 0.061245 0.076709</w:t>
        <w:br/>
        <w:t>vt 0.059088 0.073953</w:t>
        <w:br/>
        <w:t>vt 0.061844 0.076110</w:t>
        <w:br/>
        <w:t>vt 0.060886 0.072635</w:t>
        <w:br/>
        <w:t>vt 0.062683 0.072874</w:t>
        <w:br/>
        <w:t>vt 0.063042 0.076110</w:t>
        <w:br/>
        <w:t>vt 0.064361 0.076589</w:t>
        <w:br/>
        <w:t>vt 0.065319 0.076949</w:t>
        <w:br/>
        <w:t>vt 0.064720 0.075511</w:t>
        <w:br/>
        <w:t>vt 0.064121 0.073953</w:t>
        <w:br/>
        <w:t>vt 0.012952 0.123205</w:t>
        <w:br/>
        <w:t>vt 0.006840 0.123085</w:t>
        <w:br/>
        <w:t>vt 0.007918 0.134230</w:t>
        <w:br/>
        <w:t>vt 0.010195 0.139862</w:t>
        <w:br/>
        <w:t>vt 0.034761 0.122606</w:t>
        <w:br/>
        <w:t>vt 0.013790 0.075151</w:t>
        <w:br/>
        <w:t>vt 0.014270 0.084378</w:t>
        <w:br/>
        <w:t>vt 0.015947 0.084139</w:t>
        <w:br/>
        <w:t>vt 0.015348 0.075031</w:t>
        <w:br/>
        <w:t>vt 0.117800 0.008100</w:t>
        <w:br/>
        <w:t>vt 0.111900 0.008700</w:t>
        <w:br/>
        <w:t>vt 0.111900 0.009600</w:t>
        <w:br/>
        <w:t>vt 0.117900 0.009800</w:t>
        <w:br/>
        <w:t>vt 0.123700 0.007600</w:t>
        <w:br/>
        <w:t>vt 0.123900 0.009700</w:t>
        <w:br/>
        <w:t>vt 0.013790 0.093845</w:t>
        <w:br/>
        <w:t>vt 0.015468 0.093606</w:t>
        <w:br/>
        <w:t>vt 0.130300 0.009400</w:t>
        <w:br/>
        <w:t>vt 0.130300 0.007200</w:t>
        <w:br/>
        <w:t>vt 0.013671 0.102473</w:t>
        <w:br/>
        <w:t>vt 0.015228 0.101994</w:t>
        <w:br/>
        <w:t>vt 0.136000 0.007800</w:t>
        <w:br/>
        <w:t>vt 0.135700 0.010000</w:t>
        <w:br/>
        <w:t>vt 0.141500 0.008900</w:t>
        <w:br/>
        <w:t>vt 0.140900 0.011200</w:t>
        <w:br/>
        <w:t>vt 0.014869 0.111341</w:t>
        <w:br/>
        <w:t>vt 0.015828 0.110023</w:t>
        <w:br/>
        <w:t>vt 0.150100 0.013700</w:t>
        <w:br/>
        <w:t>vt 0.150900 0.011800</w:t>
        <w:br/>
        <w:t>vt 0.014869 0.111341</w:t>
        <w:br/>
        <w:t>vt 0.020861 0.110143</w:t>
        <w:br/>
        <w:t>vt 0.020141 0.108945</w:t>
        <w:br/>
        <w:t>vt 0.015828 0.110023</w:t>
        <w:br/>
        <w:t>vt 0.026133 0.107027</w:t>
        <w:br/>
        <w:t>vt 0.031646 0.101395</w:t>
        <w:br/>
        <w:t>vt 0.031286 0.100317</w:t>
        <w:br/>
        <w:t>vt 0.025295 0.105829</w:t>
        <w:br/>
        <w:t>vt 0.031286 0.100317</w:t>
        <w:br/>
        <w:t>vt 0.031646 0.101395</w:t>
        <w:br/>
        <w:t>vt 0.033084 0.103792</w:t>
        <w:br/>
        <w:t>vt 0.033563 0.102354</w:t>
        <w:br/>
        <w:t>vt 0.035481 0.103912</w:t>
        <w:br/>
        <w:t>vt 0.035121 0.102593</w:t>
        <w:br/>
        <w:t>vt 0.038357 0.102234</w:t>
        <w:br/>
        <w:t>vt 0.037278 0.101395</w:t>
        <w:br/>
        <w:t>vt 0.040753 0.097920</w:t>
        <w:br/>
        <w:t>vt 0.039555 0.097321</w:t>
        <w:br/>
        <w:t>vt 0.042191 0.092647</w:t>
        <w:br/>
        <w:t>vt 0.041232 0.091928</w:t>
        <w:br/>
        <w:t>vt 0.041232 0.091928</w:t>
        <w:br/>
        <w:t>vt 0.042191 0.092647</w:t>
        <w:br/>
        <w:t>vt 0.044947 0.092767</w:t>
        <w:br/>
        <w:t>vt 0.044228 0.091568</w:t>
        <w:br/>
        <w:t>vt 0.047344 0.090490</w:t>
        <w:br/>
        <w:t>vt 0.046266 0.089651</w:t>
        <w:br/>
        <w:t>vt 0.049022 0.087135</w:t>
        <w:br/>
        <w:t>vt 0.047824 0.086655</w:t>
        <w:br/>
        <w:t>vt 0.049381 0.082461</w:t>
        <w:br/>
        <w:t>vt 0.050100 0.083420</w:t>
        <w:br/>
        <w:t>vt 0.051539 0.084259</w:t>
        <w:br/>
        <w:t>vt 0.051778 0.082940</w:t>
        <w:br/>
        <w:t>vt 0.053456 0.084618</w:t>
        <w:br/>
        <w:t>vt 0.053336 0.083300</w:t>
        <w:br/>
        <w:t>vt 0.055253 0.084019</w:t>
        <w:br/>
        <w:t>vt 0.054534 0.082821</w:t>
        <w:br/>
        <w:t>vt 0.056572 0.082581</w:t>
        <w:br/>
        <w:t>vt 0.055373 0.081742</w:t>
        <w:br/>
        <w:t>vt 0.057650 0.080064</w:t>
        <w:br/>
        <w:t>vt 0.056332 0.079705</w:t>
        <w:br/>
        <w:t>vt 0.058489 0.076469</w:t>
        <w:br/>
        <w:t>vt 0.057171 0.076110</w:t>
        <w:br/>
        <w:t>vt 0.059088 0.073953</w:t>
        <w:br/>
        <w:t>vt 0.058129 0.073114</w:t>
        <w:br/>
        <w:t>vt 0.060886 0.072635</w:t>
        <w:br/>
        <w:t>vt 0.060766 0.071316</w:t>
        <w:br/>
        <w:t>vt 0.062683 0.072874</w:t>
        <w:br/>
        <w:t>vt 0.063402 0.071796</w:t>
        <w:br/>
        <w:t>vt 0.065319 0.076949</w:t>
        <w:br/>
        <w:t>vt 0.066038 0.075271</w:t>
        <w:br/>
        <w:t>vt 0.064720 0.075511</w:t>
        <w:br/>
        <w:t>vt 0.162100 0.020700</w:t>
        <w:br/>
        <w:t>vt 0.163700 0.020500</w:t>
        <w:br/>
        <w:t>vt 0.159500 0.016300</w:t>
        <w:br/>
        <w:t>vt 0.158400 0.017300</w:t>
        <w:br/>
        <w:t>vt 0.010195 0.139862</w:t>
        <w:br/>
        <w:t>vt 0.009836 0.141300</w:t>
        <w:br/>
        <w:t>vt 0.020381 0.133151</w:t>
        <w:br/>
        <w:t>vt 0.027452 0.126321</w:t>
        <w:br/>
        <w:t>vt 0.032724 0.121887</w:t>
        <w:br/>
        <w:t>vt 0.032125 0.120449</w:t>
        <w:br/>
        <w:t>vt 0.032724 0.121887</w:t>
        <w:br/>
        <w:t>vt 0.034761 0.122606</w:t>
        <w:br/>
        <w:t>vt 0.032125 0.120449</w:t>
        <w:br/>
        <w:t>vt 0.064121 0.073953</w:t>
        <w:br/>
        <w:t>vt 0.065199 0.073234</w:t>
        <w:br/>
        <w:t>vt 0.050100 0.083420</w:t>
        <w:br/>
        <w:t>vt 0.049381 0.082461</w:t>
        <w:br/>
        <w:t>vt 0.049022 0.087135</w:t>
        <w:br/>
        <w:t>vt 0.050100 0.083420</w:t>
        <w:br/>
        <w:t>vt 0.115800 0.041000</w:t>
        <w:br/>
        <w:t>vt 0.009117 0.083899</w:t>
        <w:br/>
        <w:t>vt 0.009596 0.076949</w:t>
        <w:br/>
        <w:t>vt 0.008518 0.076949</w:t>
        <w:br/>
        <w:t>vt 0.006960 0.083659</w:t>
        <w:br/>
        <w:t>vt 0.005881 0.090490</w:t>
        <w:br/>
        <w:t>vt 0.005042 0.098279</w:t>
        <w:br/>
        <w:t>vt 0.004803 0.104870</w:t>
        <w:br/>
        <w:t>vt 0.004563 0.111341</w:t>
        <w:br/>
        <w:t>vt 0.004443 0.123205</w:t>
        <w:br/>
        <w:t>vt 0.007918 0.134230</w:t>
        <w:br/>
        <w:t>vt 0.006241 0.134829</w:t>
        <w:br/>
        <w:t>vt 0.010195 0.139862</w:t>
        <w:br/>
        <w:t>vt 0.009836 0.141300</w:t>
        <w:br/>
        <w:t>vt 0.143000 0.034900</w:t>
        <w:br/>
        <w:t>vt 0.163700 0.020500</w:t>
        <w:br/>
        <w:t>vt 0.162100 0.020700</w:t>
        <w:br/>
        <w:t>vt 0.154800 0.026900</w:t>
        <w:br/>
        <w:t>vt 0.070241 0.846831</w:t>
        <w:br/>
        <w:t>vt 0.065452 0.845234</w:t>
        <w:br/>
        <w:t>vt 0.065452 0.835977</w:t>
        <w:br/>
        <w:t>vt 0.070241 0.834061</w:t>
        <w:br/>
        <w:t>vt 0.075029 0.845234</w:t>
        <w:br/>
        <w:t>vt 0.074710 0.835977</w:t>
        <w:br/>
        <w:t>vt 0.076626 0.840446</w:t>
        <w:br/>
        <w:t>vt 0.063856 0.840446</w:t>
        <w:br/>
        <w:t>vt 0.070241 0.834061</w:t>
        <w:br/>
        <w:t>vt 0.070241 0.846831</w:t>
        <w:br/>
        <w:t>vt 0.075029 0.845234</w:t>
        <w:br/>
        <w:t>vt 0.074711 0.835977</w:t>
        <w:br/>
        <w:t>vt 0.065452 0.835977</w:t>
        <w:br/>
        <w:t>vt 0.065452 0.845234</w:t>
        <w:br/>
        <w:t>vt 0.063856 0.840446</w:t>
        <w:br/>
        <w:t>vt 0.076626 0.840446</w:t>
        <w:br/>
        <w:t>vt 0.133989 0.465723</w:t>
        <w:br/>
        <w:t>vt 0.133989 0.464523</w:t>
        <w:br/>
        <w:t>vt 0.138589 0.464523</w:t>
        <w:br/>
        <w:t>vt 0.138589 0.465723</w:t>
        <w:br/>
        <w:t>vt 0.133989 0.464523</w:t>
        <w:br/>
        <w:t>vt 0.133989 0.463323</w:t>
        <w:br/>
        <w:t>vt 0.138589 0.463323</w:t>
        <w:br/>
        <w:t>vt 0.138589 0.464523</w:t>
        <w:br/>
        <w:t>vt 0.133989 0.462223</w:t>
        <w:br/>
        <w:t>vt 0.138589 0.462223</w:t>
        <w:br/>
        <w:t>vt 0.138589 0.463323</w:t>
        <w:br/>
        <w:t>vt 0.133989 0.463323</w:t>
        <w:br/>
        <w:t>vt 0.133989 0.461023</w:t>
        <w:br/>
        <w:t>vt 0.138589 0.461023</w:t>
        <w:br/>
        <w:t>vt 0.138589 0.462223</w:t>
        <w:br/>
        <w:t>vt 0.133989 0.462223</w:t>
        <w:br/>
        <w:t>vt 0.131289 0.464523</w:t>
        <w:br/>
        <w:t>vt 0.131289 0.465723</w:t>
        <w:br/>
        <w:t>vt 0.131289 0.463323</w:t>
        <w:br/>
        <w:t>vt 0.131289 0.464523</w:t>
        <w:br/>
        <w:t>vt 0.131289 0.463323</w:t>
        <w:br/>
        <w:t>vt 0.131289 0.462223</w:t>
        <w:br/>
        <w:t>vt 0.131289 0.462223</w:t>
        <w:br/>
        <w:t>vt 0.131289 0.461023</w:t>
        <w:br/>
        <w:t>vt 0.126889 0.465723</w:t>
        <w:br/>
        <w:t>vt 0.126889 0.464523</w:t>
        <w:br/>
        <w:t>vt 0.126889 0.464523</w:t>
        <w:br/>
        <w:t>vt 0.126889 0.463323</w:t>
        <w:br/>
        <w:t>vt 0.126889 0.462223</w:t>
        <w:br/>
        <w:t>vt 0.126889 0.463323</w:t>
        <w:br/>
        <w:t>vt 0.126889 0.461023</w:t>
        <w:br/>
        <w:t>vt 0.126889 0.462223</w:t>
        <w:br/>
        <w:t>vt 0.123689 0.464523</w:t>
        <w:br/>
        <w:t>vt 0.123689 0.465723</w:t>
        <w:br/>
        <w:t>vt 0.123689 0.463323</w:t>
        <w:br/>
        <w:t>vt 0.123689 0.464523</w:t>
        <w:br/>
        <w:t>vt 0.123689 0.463323</w:t>
        <w:br/>
        <w:t>vt 0.123689 0.462223</w:t>
        <w:br/>
        <w:t>vt 0.123689 0.462223</w:t>
        <w:br/>
        <w:t>vt 0.123689 0.461023</w:t>
        <w:br/>
        <w:t>vt 0.119589 0.465723</w:t>
        <w:br/>
        <w:t>vt 0.119589 0.462223</w:t>
        <w:br/>
        <w:t>vt 0.119589 0.462223</w:t>
        <w:br/>
        <w:t>vt 0.284200 0.382900</w:t>
        <w:br/>
        <w:t>vt 0.268800 0.385000</w:t>
        <w:br/>
        <w:t>vt 0.269000 0.389600</w:t>
        <w:br/>
        <w:t>vt 0.291100 0.388000</w:t>
        <w:br/>
        <w:t>vt 0.266100 0.374900</w:t>
        <w:br/>
        <w:t>vt 0.278000 0.366900</w:t>
        <w:br/>
        <w:t>vt 0.273900 0.365100</w:t>
        <w:br/>
        <w:t>vt 0.263200 0.366900</w:t>
        <w:br/>
        <w:t>vt 0.287300 0.381100</w:t>
        <w:br/>
        <w:t>vt 0.267900 0.359900</w:t>
        <w:br/>
        <w:t>vt 0.259300 0.361000</w:t>
        <w:br/>
        <w:t>vt 0.260900 0.363300</w:t>
        <w:br/>
        <w:t>vt 0.271300 0.362300</w:t>
        <w:br/>
        <w:t>vt 0.263600 0.355300</w:t>
        <w:br/>
        <w:t>vt 0.257100 0.357400</w:t>
        <w:br/>
        <w:t>vt 0.308200 0.420800</w:t>
        <w:br/>
        <w:t>vt 0.314500 0.415000</w:t>
        <w:br/>
        <w:t>vt 0.303900 0.408200</w:t>
        <w:br/>
        <w:t>vt 0.271300 0.392400</w:t>
        <w:br/>
        <w:t>vt 0.294900 0.391700</w:t>
        <w:br/>
        <w:t>vt 0.321300 0.427700</w:t>
        <w:br/>
        <w:t>vt 0.325900 0.424200</w:t>
        <w:br/>
        <w:t>vt 0.322200 0.419800</w:t>
        <w:br/>
        <w:t>vt 0.326500 0.430900</w:t>
        <w:br/>
        <w:t>vt 0.326900 0.429300</w:t>
        <w:br/>
        <w:t>vt 0.283500 0.375000</w:t>
        <w:br/>
        <w:t>vt 0.279500 0.371200</w:t>
        <w:br/>
        <w:t>vt 0.271300 0.362300</w:t>
        <w:br/>
        <w:t>vt 0.260900 0.363300</w:t>
        <w:br/>
        <w:t>vt 0.237000 0.408500</w:t>
        <w:br/>
        <w:t>vt 0.236300 0.402400</w:t>
        <w:br/>
        <w:t>vt 0.222800 0.401900</w:t>
        <w:br/>
        <w:t>vt 0.217100 0.408500</w:t>
        <w:br/>
        <w:t>vt 0.200000 0.443000</w:t>
        <w:br/>
        <w:t>vt 0.186200 0.442600</w:t>
        <w:br/>
        <w:t>vt 0.187100 0.450300</w:t>
        <w:br/>
        <w:t>vt 0.182300 0.446900</w:t>
        <w:br/>
        <w:t>vt 0.181000 0.450000</w:t>
        <w:br/>
        <w:t>vt 0.228400 0.385300</w:t>
        <w:br/>
        <w:t>vt 0.225500 0.388100</w:t>
        <w:br/>
        <w:t>vt 0.238900 0.392100</w:t>
        <w:br/>
        <w:t>vt 0.223000 0.393900</w:t>
        <w:br/>
        <w:t>vt 0.220100 0.400100</w:t>
        <w:br/>
        <w:t>vt 0.245000 0.381500</w:t>
        <w:br/>
        <w:t>vt 0.246200 0.379600</w:t>
        <w:br/>
        <w:t>vt 0.237400 0.379100</w:t>
        <w:br/>
        <w:t>vt 0.234100 0.381100</w:t>
        <w:br/>
        <w:t>vt 0.240800 0.375500</w:t>
        <w:br/>
        <w:t>vt 0.246600 0.375600</w:t>
        <w:br/>
        <w:t>vt 0.213300 0.412600</w:t>
        <w:br/>
        <w:t>vt 0.234900 0.412700</w:t>
        <w:br/>
        <w:t>vt 0.227100 0.389400</w:t>
        <w:br/>
        <w:t>vt 0.242700 0.384500</w:t>
        <w:br/>
        <w:t>vt 0.245000 0.381500</w:t>
        <w:br/>
        <w:t>vt 0.234100 0.381100</w:t>
        <w:br/>
        <w:t>vt 0.232000 0.383400</w:t>
        <w:br/>
        <w:t>vt 0.213400 0.433900</w:t>
        <w:br/>
        <w:t>vt 0.225400 0.423300</w:t>
        <w:br/>
        <w:t>vt 0.207700 0.422500</w:t>
        <w:br/>
        <w:t>vt 0.221700 0.402100</w:t>
        <w:br/>
        <w:t>vt 0.215400 0.408400</w:t>
        <w:br/>
        <w:t>vt 0.239500 0.408600</w:t>
        <w:br/>
        <w:t>vt 0.239400 0.402700</w:t>
        <w:br/>
        <w:t>vt 0.266100 0.385300</w:t>
        <w:br/>
        <w:t>vt 0.266200 0.390100</w:t>
        <w:br/>
        <w:t>vt 0.320500 0.428400</w:t>
        <w:br/>
        <w:t>vt 0.306800 0.421800</w:t>
        <w:br/>
        <w:t>vt 0.187600 0.450900</w:t>
        <w:br/>
        <w:t>vt 0.181800 0.453100</w:t>
        <w:br/>
        <w:t>vt 0.181600 0.453800</w:t>
        <w:br/>
        <w:t>vt 0.201000 0.443900</w:t>
        <w:br/>
        <w:t>vt 0.200000 0.443000</w:t>
        <w:br/>
        <w:t>vt 0.187100 0.450300</w:t>
        <w:br/>
        <w:t>vt 0.232000 0.383400</w:t>
        <w:br/>
        <w:t>vt 0.231200 0.383000</w:t>
        <w:br/>
        <w:t>vt 0.227300 0.385000</w:t>
        <w:br/>
        <w:t>vt 0.224000 0.388100</w:t>
        <w:br/>
        <w:t>vt 0.241700 0.392700</w:t>
        <w:br/>
        <w:t>vt 0.244400 0.384900</w:t>
        <w:br/>
        <w:t>vt 0.261500 0.367500</w:t>
        <w:br/>
        <w:t>vt 0.263800 0.375600</w:t>
        <w:br/>
        <w:t>vt 0.221900 0.393600</w:t>
        <w:br/>
        <w:t>vt 0.218600 0.400300</w:t>
        <w:br/>
        <w:t>vt 0.246800 0.379700</w:t>
        <w:br/>
        <w:t>vt 0.245700 0.381600</w:t>
        <w:br/>
        <w:t>vt 0.259300 0.361000</w:t>
        <w:br/>
        <w:t>vt 0.258800 0.361300</w:t>
        <w:br/>
        <w:t>vt 0.260400 0.363700</w:t>
        <w:br/>
        <w:t>vt 0.260900 0.363300</w:t>
        <w:br/>
        <w:t>vt 0.237400 0.379100</w:t>
        <w:br/>
        <w:t>vt 0.236500 0.378700</w:t>
        <w:br/>
        <w:t>vt 0.233500 0.380500</w:t>
        <w:br/>
        <w:t>vt 0.257100 0.357400</w:t>
        <w:br/>
        <w:t>vt 0.246600 0.375600</w:t>
        <w:br/>
        <w:t>vt 0.247200 0.374800</w:t>
        <w:br/>
        <w:t>vt 0.240600 0.374400</w:t>
        <w:br/>
        <w:t>vt 0.240800 0.375500</w:t>
        <w:br/>
        <w:t>vt 0.240800 0.375500</w:t>
        <w:br/>
        <w:t>vt 0.240600 0.374400</w:t>
        <w:br/>
        <w:t>vt 0.292500 0.413400</w:t>
        <w:br/>
        <w:t>vt 0.294100 0.412300</w:t>
        <w:br/>
        <w:t>vt 0.281500 0.402100</w:t>
        <w:br/>
        <w:t>vt 0.279500 0.403200</w:t>
        <w:br/>
        <w:t>vt 0.215100 0.435000</w:t>
        <w:br/>
        <w:t>vt 0.227500 0.424400</w:t>
        <w:br/>
        <w:t>vt 0.211700 0.412600</w:t>
        <w:br/>
        <w:t>vt 0.237500 0.413600</w:t>
        <w:br/>
        <w:t>vt 0.239500 0.408600</w:t>
        <w:br/>
        <w:t>vt 0.268900 0.393300</w:t>
        <w:br/>
        <w:t>vt 0.180900 0.452300</w:t>
        <w:br/>
        <w:t>vt 0.181400 0.451800</w:t>
        <w:br/>
        <w:t>vt 0.181800 0.453100</w:t>
        <w:br/>
        <w:t>vt 0.180900 0.452300</w:t>
        <w:br/>
        <w:t>vt 0.180100 0.452100</w:t>
        <w:br/>
        <w:t>vt 0.181600 0.453800</w:t>
        <w:br/>
        <w:t>vt 0.179800 0.449800</w:t>
        <w:br/>
        <w:t>vt 0.185200 0.442200</w:t>
        <w:br/>
        <w:t>vt 0.181100 0.446300</w:t>
        <w:br/>
        <w:t>vt 0.225800 0.389500</w:t>
        <w:br/>
        <w:t>vt 0.245700 0.381600</w:t>
        <w:br/>
        <w:t>vt 0.202400 0.428000</w:t>
        <w:br/>
        <w:t>vt 0.202500 0.425100</w:t>
        <w:br/>
        <w:t>vt 0.203300 0.430100</w:t>
        <w:br/>
        <w:t>vt 0.192800 0.437100</w:t>
        <w:br/>
        <w:t>vt 0.194100 0.437400</w:t>
        <w:br/>
        <w:t>vt 0.205200 0.429900</w:t>
        <w:br/>
        <w:t>vt 0.214800 0.418600</w:t>
        <w:br/>
        <w:t>vt 0.211100 0.416700</w:t>
        <w:br/>
        <w:t>vt 0.297100 0.395800</w:t>
        <w:br/>
        <w:t>vt 0.294300 0.397500</w:t>
        <w:br/>
        <w:t>vt 0.209800 0.416900</w:t>
        <w:br/>
        <w:t>vt 0.212700 0.418700</w:t>
        <w:br/>
        <w:t>vt 0.207500 0.421400</w:t>
        <w:br/>
        <w:t>vt 0.299500 0.400000</w:t>
        <w:br/>
        <w:t>vt 0.200900 0.428400</w:t>
        <w:br/>
        <w:t>vt 0.306400 0.406600</w:t>
        <w:br/>
        <w:t>vt 0.304700 0.403400</w:t>
        <w:br/>
        <w:t>vt 0.327200 0.427400</w:t>
        <w:br/>
        <w:t>vt 0.281300 0.369700</w:t>
        <w:br/>
        <w:t>vt 0.247200 0.374800</w:t>
        <w:br/>
        <w:t>vt 0.126500 0.786700</w:t>
        <w:br/>
        <w:t>vt 0.127100 0.788100</w:t>
        <w:br/>
        <w:t>vt 0.128200 0.788100</w:t>
        <w:br/>
        <w:t>vt 0.127200 0.785900</w:t>
        <w:br/>
        <w:t>vt 0.127300 0.790300</w:t>
        <w:br/>
        <w:t>vt 0.126500 0.789600</w:t>
        <w:br/>
        <w:t>vt 0.125100 0.786100</w:t>
        <w:br/>
        <w:t>vt 0.125100 0.785100</w:t>
        <w:br/>
        <w:t>vt 0.123000 0.785900</w:t>
        <w:br/>
        <w:t>vt 0.123600 0.786700</w:t>
        <w:br/>
        <w:t>vt 0.123000 0.788100</w:t>
        <w:br/>
        <w:t>vt 0.122000 0.788100</w:t>
        <w:br/>
        <w:t>vt 0.122800 0.790200</w:t>
        <w:br/>
        <w:t>vt 0.123600 0.789600</w:t>
        <w:br/>
        <w:t>vt 0.125100 0.790100</w:t>
        <w:br/>
        <w:t>vt 0.125100 0.786100</w:t>
        <w:br/>
        <w:t>vt 0.123600 0.786700</w:t>
        <w:br/>
        <w:t>vt 0.123600 0.789600</w:t>
        <w:br/>
        <w:t>vt 0.125100 0.791300</w:t>
        <w:br/>
        <w:t>vt 0.125100 0.790100</w:t>
        <w:br/>
        <w:t>vt 0.126500 0.789600</w:t>
        <w:br/>
        <w:t>vt 0.126500 0.786700</w:t>
        <w:br/>
        <w:t>vt 0.127100 0.788100</w:t>
        <w:br/>
        <w:t>vt 0.123000 0.788100</w:t>
        <w:br/>
        <w:t>vt 0.257594 0.725554</w:t>
        <w:br/>
        <w:t>vt 0.258594 0.728254</w:t>
        <w:br/>
        <w:t>vt 0.260694 0.728254</w:t>
        <w:br/>
        <w:t>vt 0.258793 0.724154</w:t>
        <w:br/>
        <w:t>vt 0.257594 0.730654</w:t>
        <w:br/>
        <w:t>vt 0.258793 0.732054</w:t>
        <w:br/>
        <w:t>vt 0.254993 0.731754</w:t>
        <w:br/>
        <w:t>vt 0.254993 0.724554</w:t>
        <w:br/>
        <w:t>vt 0.252393 0.725654</w:t>
        <w:br/>
        <w:t>vt 0.252294 0.730754</w:t>
        <w:br/>
        <w:t>vt 0.252393 0.725654</w:t>
        <w:br/>
        <w:t>vt 0.254993 0.724554</w:t>
        <w:br/>
        <w:t>vt 0.254993 0.722654</w:t>
        <w:br/>
        <w:t>vt 0.250993 0.724354</w:t>
        <w:br/>
        <w:t>vt 0.249393 0.728254</w:t>
        <w:br/>
        <w:t>vt 0.251093 0.731954</w:t>
        <w:br/>
        <w:t>vt 0.252294 0.730754</w:t>
        <w:br/>
        <w:t>vt 0.251294 0.728254</w:t>
        <w:br/>
        <w:t>vt 0.254993 0.733654</w:t>
        <w:br/>
        <w:t>vt 0.254993 0.731754</w:t>
        <w:br/>
        <w:t>vt 0.257594 0.730654</w:t>
        <w:br/>
        <w:t>vt 0.257594 0.725554</w:t>
        <w:br/>
        <w:t>vt 0.251294 0.728254</w:t>
        <w:br/>
        <w:t>vt 0.258594 0.728254</w:t>
        <w:br/>
        <w:t>vt 0.561000 0.441800</w:t>
        <w:br/>
        <w:t>vt 0.556500 0.430600</w:t>
        <w:br/>
        <w:t>vt 0.549700 0.439500</w:t>
        <w:br/>
        <w:t>vt 0.557500 0.447200</w:t>
        <w:br/>
        <w:t>vt 0.551900 0.421400</w:t>
        <w:br/>
        <w:t>vt 0.541200 0.432500</w:t>
        <w:br/>
        <w:t>vt 0.453900 0.432900</w:t>
        <w:br/>
        <w:t>vt 0.450200 0.420400</w:t>
        <w:br/>
        <w:t>vt 0.442300 0.428500</w:t>
        <w:br/>
        <w:t>vt 0.442600 0.435100</w:t>
        <w:br/>
        <w:t>vt 0.468100 0.430300</w:t>
        <w:br/>
        <w:t>vt 0.459000 0.411800</w:t>
        <w:br/>
        <w:t>vt 0.455300 0.445200</w:t>
        <w:br/>
        <w:t>vt 0.469600 0.443700</w:t>
        <w:br/>
        <w:t>vt 0.483300 0.442800</w:t>
        <w:br/>
        <w:t>vt 0.481900 0.429100</w:t>
        <w:br/>
        <w:t>vt 0.451200 0.453700</w:t>
        <w:br/>
        <w:t>vt 0.446300 0.446100</w:t>
        <w:br/>
        <w:t>vt 0.444400 0.447400</w:t>
        <w:br/>
        <w:t>vt 0.449800 0.454800</w:t>
        <w:br/>
        <w:t>vt 0.551300 0.454900</w:t>
        <w:br/>
        <w:t>vt 0.562300 0.452000</w:t>
        <w:br/>
        <w:t>vt 0.560600 0.450300</w:t>
        <w:br/>
        <w:t>vt 0.550600 0.452700</w:t>
        <w:br/>
        <w:t>vt 0.543800 0.455300</w:t>
        <w:br/>
        <w:t>vt 0.544200 0.457300</w:t>
        <w:br/>
        <w:t>vt 0.550600 0.452700</w:t>
        <w:br/>
        <w:t>vt 0.544000 0.447100</w:t>
        <w:br/>
        <w:t>vt 0.533700 0.443100</w:t>
        <w:br/>
        <w:t>vt 0.530400 0.429100</w:t>
        <w:br/>
        <w:t>vt 0.515600 0.428300</w:t>
        <w:br/>
        <w:t>vt 0.517300 0.442500</w:t>
        <w:br/>
        <w:t>vt 0.546500 0.410900</w:t>
        <w:br/>
        <w:t>vt 0.531500 0.385900</w:t>
        <w:br/>
        <w:t>vt 0.525000 0.410500</w:t>
        <w:br/>
        <w:t>vt 0.542600 0.403700</w:t>
        <w:br/>
        <w:t>vt 0.468100 0.399100</w:t>
        <w:br/>
        <w:t>vt 0.480200 0.411300</w:t>
        <w:br/>
        <w:t>vt 0.475000 0.386600</w:t>
        <w:br/>
        <w:t>vt 0.490000 0.386800</w:t>
        <w:br/>
        <w:t>vt 0.438100 0.435400</w:t>
        <w:br/>
        <w:t>vt 0.442300 0.428500</w:t>
        <w:br/>
        <w:t>vt 0.440200 0.427100</w:t>
        <w:br/>
        <w:t>vt 0.435600 0.435600</w:t>
        <w:br/>
        <w:t>vt 0.438100 0.435400</w:t>
        <w:br/>
        <w:t>vt 0.446300 0.446100</w:t>
        <w:br/>
        <w:t>vt 0.438100 0.435400</w:t>
        <w:br/>
        <w:t>vt 0.435600 0.435600</w:t>
        <w:br/>
        <w:t>vt 0.450200 0.420400</w:t>
        <w:br/>
        <w:t>vt 0.448500 0.418700</w:t>
        <w:br/>
        <w:t>vt 0.468400 0.411000</w:t>
        <w:br/>
        <w:t>vt 0.493700 0.428400</w:t>
        <w:br/>
        <w:t>vt 0.492700 0.411400</w:t>
        <w:br/>
        <w:t>vt 0.504000 0.428000</w:t>
        <w:br/>
        <w:t>vt 0.497000 0.414800</w:t>
        <w:br/>
        <w:t>vt 0.560600 0.450300</w:t>
        <w:br/>
        <w:t>vt 0.562300 0.452000</w:t>
        <w:br/>
        <w:t>vt 0.563400 0.441700</w:t>
        <w:br/>
        <w:t>vt 0.561000 0.441800</w:t>
        <w:br/>
        <w:t>vt 0.560600 0.450300</w:t>
        <w:br/>
        <w:t>vt 0.558500 0.429500</w:t>
        <w:br/>
        <w:t>vt 0.556500 0.430600</w:t>
        <w:br/>
        <w:t>vt 0.551900 0.421400</w:t>
        <w:br/>
        <w:t>vt 0.553400 0.420200</w:t>
        <w:br/>
        <w:t>vt 0.504000 0.442600</w:t>
        <w:br/>
        <w:t>vt 0.510900 0.414700</w:t>
        <w:br/>
        <w:t>vt 0.513900 0.410500</w:t>
        <w:br/>
        <w:t>vt 0.504000 0.410500</w:t>
        <w:br/>
        <w:t>vt 0.516700 0.386600</w:t>
        <w:br/>
        <w:t>vt 0.468100 0.399100</w:t>
        <w:br/>
        <w:t>vt 0.466100 0.398200</w:t>
        <w:br/>
        <w:t>vt 0.457500 0.410000</w:t>
        <w:br/>
        <w:t>vt 0.459000 0.411800</w:t>
        <w:br/>
        <w:t>vt 0.475000 0.386600</w:t>
        <w:br/>
        <w:t>vt 0.472600 0.386000</w:t>
        <w:br/>
        <w:t>vt 0.504000 0.372000</w:t>
        <w:br/>
        <w:t>vt 0.504000 0.363900</w:t>
        <w:br/>
        <w:t>vt 0.497400 0.366900</w:t>
        <w:br/>
        <w:t>vt 0.518400 0.369000</w:t>
        <w:br/>
        <w:t>vt 0.534200 0.385400</w:t>
        <w:br/>
        <w:t>vt 0.519800 0.366800</w:t>
        <w:br/>
        <w:t>vt 0.518400 0.369000</w:t>
        <w:br/>
        <w:t>vt 0.504000 0.356100</w:t>
        <w:br/>
        <w:t>vt 0.504000 0.353400</w:t>
        <w:br/>
        <w:t>vt 0.504000 0.356100</w:t>
        <w:br/>
        <w:t>vt 0.504000 0.353400</w:t>
        <w:br/>
        <w:t>vt 0.486200 0.367500</w:t>
        <w:br/>
        <w:t>vt 0.487300 0.369800</w:t>
        <w:br/>
        <w:t>vt 0.548800 0.411900</w:t>
        <w:br/>
        <w:t>vt 0.504000 0.362300</w:t>
        <w:br/>
        <w:t>vt 0.509900 0.366600</w:t>
        <w:br/>
        <w:t>vt 0.504000 0.362300</w:t>
        <w:br/>
        <w:t>vt 0.504000 0.356100</w:t>
        <w:br/>
        <w:t>vt 0.487800 0.373900</w:t>
        <w:br/>
        <w:t>vt 0.504000 0.387000</w:t>
        <w:br/>
        <w:t>vt 0.504000 0.426200</w:t>
        <w:br/>
        <w:t>vt 0.504000 0.428000</w:t>
        <w:br/>
        <w:t>vt 0.497000 0.414800</w:t>
        <w:br/>
        <w:t>vt 0.504000 0.426200</w:t>
        <w:br/>
        <w:t>vt 0.538600 0.410700</w:t>
        <w:br/>
        <w:t>vt 0.544200 0.402100</w:t>
        <w:br/>
        <w:t>vt 0.542600 0.403700</w:t>
        <w:br/>
        <w:t>vt 0.543800 0.455300</w:t>
        <w:br/>
        <w:t>vt 0.541700 0.452700</w:t>
        <w:br/>
        <w:t>vt 0.532800 0.452700</w:t>
        <w:br/>
        <w:t>vt 0.518600 0.452700</w:t>
        <w:br/>
        <w:t>vt 0.504000 0.452700</w:t>
        <w:br/>
        <w:t>vt 0.483900 0.452700</w:t>
        <w:br/>
        <w:t>vt 0.470700 0.452700</w:t>
        <w:br/>
        <w:t>vt 0.454200 0.452700</w:t>
        <w:br/>
        <w:t>vt 0.451200 0.453700</w:t>
        <w:br/>
        <w:t>vt 0.487300 0.369800</w:t>
        <w:br/>
        <w:t>vt 0.481100 0.372900</w:t>
        <w:br/>
        <w:t>vt 0.483300 0.374300</w:t>
        <w:br/>
        <w:t>vt 0.037900 0.060600</w:t>
        <w:br/>
        <w:t>vt 0.037900 0.055700</w:t>
        <w:br/>
        <w:t>vt 0.035600 0.055500</w:t>
        <w:br/>
        <w:t>vt 0.035600 0.060800</w:t>
        <w:br/>
        <w:t>vt 0.033200 0.060700</w:t>
        <w:br/>
        <w:t>vt 0.035600 0.060800</w:t>
        <w:br/>
        <w:t>vt 0.035600 0.055500</w:t>
        <w:br/>
        <w:t>vt 0.033300 0.055700</w:t>
        <w:br/>
        <w:t>vt 0.033200 0.060700</w:t>
        <w:br/>
        <w:t>vt 0.033300 0.055700</w:t>
        <w:br/>
        <w:t>vt 0.035600 0.055500</w:t>
        <w:br/>
        <w:t>vt 0.035600 0.060800</w:t>
        <w:br/>
        <w:t>vt 0.037900 0.060600</w:t>
        <w:br/>
        <w:t>vt 0.035600 0.060800</w:t>
        <w:br/>
        <w:t>vt 0.035600 0.055500</w:t>
        <w:br/>
        <w:t>vt 0.037900 0.055700</w:t>
        <w:br/>
        <w:t>vt 0.037100 0.054700</w:t>
        <w:br/>
        <w:t>vt 0.037100 0.054700</w:t>
        <w:br/>
        <w:t>vt 0.034000 0.054700</w:t>
        <w:br/>
        <w:t>vt 0.034000 0.054700</w:t>
        <w:br/>
        <w:t>vt 0.035600 0.054200</w:t>
        <w:br/>
        <w:t>vt 0.035600 0.054200</w:t>
        <w:br/>
        <w:t>vt 0.037100 0.061700</w:t>
        <w:br/>
        <w:t>vt 0.037100 0.061700</w:t>
        <w:br/>
        <w:t>vt 0.034000 0.061700</w:t>
        <w:br/>
        <w:t>vt 0.034000 0.061700</w:t>
        <w:br/>
        <w:t>vt 0.035600 0.062200</w:t>
        <w:br/>
        <w:t>vt 0.035600 0.062200</w:t>
        <w:br/>
        <w:t>vt 0.251603 0.457326</w:t>
        <w:br/>
        <w:t>vt 0.254713 0.459031</w:t>
        <w:br/>
        <w:t>vt 0.253999 0.449171</w:t>
        <w:br/>
        <w:t>vt 0.266757 0.456538</w:t>
        <w:br/>
        <w:t>vt 0.268047 0.452901</w:t>
        <w:br/>
        <w:t>vt 0.260740 0.451146</w:t>
        <w:br/>
        <w:t>vt 0.261733 0.458906</w:t>
        <w:br/>
        <w:t>vt 0.257992 0.459578</w:t>
        <w:br/>
        <w:t>vt 0.242107 0.453879</w:t>
        <w:br/>
        <w:t>vt 0.241583 0.445920</w:t>
        <w:br/>
        <w:t>vt 0.236771 0.444874</w:t>
        <w:br/>
        <w:t>vt 0.233439 0.453938</w:t>
        <w:br/>
        <w:t>vt 0.233300 0.444878</w:t>
        <w:br/>
        <w:t>vt 0.215087 0.463455</w:t>
        <w:br/>
        <w:t>vt 0.218859 0.464410</w:t>
        <w:br/>
        <w:t>vt 0.217727 0.456475</w:t>
        <w:br/>
        <w:t>vt 0.222107 0.463329</w:t>
        <w:br/>
        <w:t>vt 0.222465 0.461111</w:t>
        <w:br/>
        <w:t>vt 0.224640 0.463724</w:t>
        <w:br/>
        <w:t>vt 0.225564 0.455363</w:t>
        <w:br/>
        <w:t>vt 0.229850 0.465709</w:t>
        <w:br/>
        <w:t>vt 0.227179 0.465139</w:t>
        <w:br/>
        <w:t>vt 0.243624 0.463675</w:t>
        <w:br/>
        <w:t>vt 0.248095 0.463567</w:t>
        <w:br/>
        <w:t>vt 0.222609 0.450460</w:t>
        <w:br/>
        <w:t>vt 0.217676 0.451788</w:t>
        <w:br/>
        <w:t>vt 0.213637 0.452011</w:t>
        <w:br/>
        <w:t>vt 0.235850 0.459668</w:t>
        <w:br/>
        <w:t>vt 0.239298 0.462018</w:t>
        <w:br/>
        <w:t>vt 0.229741 0.446431</w:t>
        <w:br/>
        <w:t>vt 0.226499 0.448532</w:t>
        <w:br/>
        <w:t>vt 0.211126 0.457637</w:t>
        <w:br/>
        <w:t>vt 0.212578 0.460706</w:t>
        <w:br/>
        <w:t>vt 0.251245 0.462506</w:t>
        <w:br/>
        <w:t>vt 0.254213 0.460564</w:t>
        <w:br/>
        <w:t>vt 0.210193 0.456094</w:t>
        <w:br/>
        <w:t>vt 0.210460 0.451954</w:t>
        <w:br/>
        <w:t>vt 0.208579 0.452241</w:t>
        <w:br/>
        <w:t>vt 0.208978 0.456141</w:t>
        <w:br/>
        <w:t>vt 0.206762 0.453332</w:t>
        <w:br/>
        <w:t>vt 0.206107 0.455101</w:t>
        <w:br/>
        <w:t>vt 0.208022 0.456952</w:t>
        <w:br/>
        <w:t>vt 0.207894 0.458306</w:t>
        <w:br/>
        <w:t>vt 0.205925 0.457181</w:t>
        <w:br/>
        <w:t>vt 0.206074 0.458887</w:t>
        <w:br/>
        <w:t>vt 0.207921 0.459424</w:t>
        <w:br/>
        <w:t>vt 0.206571 0.459805</w:t>
        <w:br/>
        <w:t>vt 0.207300 0.460369</w:t>
        <w:br/>
        <w:t>vt 0.293828 0.451596</w:t>
        <w:br/>
        <w:t>vt 0.300759 0.442395</w:t>
        <w:br/>
        <w:t>vt 0.287973 0.438810</w:t>
        <w:br/>
        <w:t>vt 0.281043 0.445741</w:t>
        <w:br/>
        <w:t>vt 0.299803 0.457093</w:t>
        <w:br/>
        <w:t>vt 0.306016 0.463665</w:t>
        <w:br/>
        <w:t>vt 0.308884 0.459961</w:t>
        <w:br/>
        <w:t>vt 0.308287 0.453150</w:t>
        <w:br/>
        <w:t>vt 0.306494 0.448609</w:t>
        <w:br/>
        <w:t>vt 0.279131 0.432358</w:t>
        <w:br/>
        <w:t>vt 0.275785 0.443232</w:t>
        <w:br/>
        <w:t>vt 0.272439 0.440842</w:t>
        <w:br/>
        <w:t>vt 0.259415 0.412522</w:t>
        <w:br/>
        <w:t>vt 0.258220 0.420289</w:t>
        <w:br/>
        <w:t>vt 0.263119 0.410730</w:t>
        <w:br/>
        <w:t>vt 0.265509 0.418736</w:t>
        <w:br/>
        <w:t>vt 0.271961 0.411686</w:t>
        <w:br/>
        <w:t>vt 0.267660 0.409893</w:t>
        <w:br/>
        <w:t>vt 0.272917 0.417541</w:t>
        <w:br/>
        <w:t>vt 0.274232 0.415271</w:t>
        <w:br/>
        <w:t>vt 0.276741 0.416585</w:t>
        <w:br/>
        <w:t>vt 0.272439 0.425308</w:t>
        <w:br/>
        <w:t>vt 0.283313 0.418258</w:t>
        <w:br/>
        <w:t>vt 0.280326 0.417063</w:t>
        <w:br/>
        <w:t>vt 0.301356 0.435345</w:t>
        <w:br/>
        <w:t>vt 0.298847 0.433314</w:t>
        <w:br/>
        <w:t>vt 0.261924 0.423277</w:t>
        <w:br/>
        <w:t>vt 0.265867 0.428056</w:t>
        <w:br/>
        <w:t>vt 0.294665 0.430207</w:t>
        <w:br/>
        <w:t>vt 0.289646 0.428893</w:t>
        <w:br/>
        <w:t>vt 0.268377 0.432597</w:t>
        <w:br/>
        <w:t>vt 0.303866 0.437616</w:t>
        <w:br/>
        <w:t>vt 0.257383 0.413478</w:t>
        <w:br/>
        <w:t>vt 0.254994 0.418019</w:t>
        <w:br/>
        <w:t>vt 0.253321 0.416346</w:t>
        <w:br/>
        <w:t>vt 0.256308 0.412522</w:t>
        <w:br/>
        <w:t>vt 0.252365 0.413598</w:t>
        <w:br/>
        <w:t>vt 0.256188 0.411208</w:t>
        <w:br/>
        <w:t>vt 0.253321 0.411208</w:t>
        <w:br/>
        <w:t>vt 0.257264 0.410371</w:t>
        <w:br/>
        <w:t>vt 0.257861 0.408459</w:t>
        <w:br/>
        <w:t>vt 0.255591 0.409176</w:t>
        <w:br/>
        <w:t>vt 0.258459 0.410252</w:t>
        <w:br/>
        <w:t>vt 0.259415 0.408937</w:t>
        <w:br/>
        <w:t>vt 0.259415 0.411447</w:t>
        <w:br/>
        <w:t>vt 0.260490 0.410730</w:t>
        <w:br/>
        <w:t>vt 0.291319 0.454225</w:t>
        <w:br/>
        <w:t>vt 0.278892 0.448848</w:t>
        <w:br/>
        <w:t>vt 0.254435 0.446834</w:t>
        <w:br/>
        <w:t>vt 0.242076 0.443368</w:t>
        <w:br/>
        <w:t>vt 0.303746 0.445383</w:t>
        <w:br/>
        <w:t>vt 0.302193 0.442276</w:t>
        <w:br/>
        <w:t>vt 0.300759 0.442395</w:t>
        <w:br/>
        <w:t>vt 0.306016 0.463665</w:t>
        <w:br/>
        <w:t>vt 0.305180 0.464382</w:t>
        <w:br/>
        <w:t>vt 0.307331 0.465816</w:t>
        <w:br/>
        <w:t>vt 0.268472 0.451996</w:t>
        <w:br/>
        <w:t>vt 0.268047 0.452901</w:t>
        <w:br/>
        <w:t>vt 0.270421 0.453023</w:t>
        <w:br/>
        <w:t>vt 0.299803 0.457093</w:t>
        <w:br/>
        <w:t>vt 0.297652 0.458885</w:t>
        <w:br/>
        <w:t>vt 0.261138 0.449123</w:t>
        <w:br/>
        <w:t>vt 0.273395 0.446338</w:t>
        <w:br/>
        <w:t>vt 0.237048 0.442264</w:t>
        <w:br/>
        <w:t>vt 0.269691 0.443351</w:t>
        <w:br/>
        <w:t>vt 0.232968 0.442291</w:t>
        <w:br/>
        <w:t>vt 0.270050 0.436899</w:t>
        <w:br/>
        <w:t>vt 0.266943 0.438691</w:t>
        <w:br/>
        <w:t>vt 0.228842 0.444064</w:t>
        <w:br/>
        <w:t>vt 0.261924 0.423277</w:t>
        <w:br/>
        <w:t>vt 0.260132 0.424830</w:t>
        <w:br/>
        <w:t>vt 0.263477 0.429490</w:t>
        <w:br/>
        <w:t>vt 0.265867 0.428056</w:t>
        <w:br/>
        <w:t>vt 0.222008 0.448542</w:t>
        <w:br/>
        <w:t>vt 0.217527 0.450083</w:t>
        <w:br/>
        <w:t>vt 0.258220 0.420289</w:t>
        <w:br/>
        <w:t>vt 0.256666 0.421723</w:t>
        <w:br/>
        <w:t>vt 0.213725 0.450461</w:t>
        <w:br/>
        <w:t>vt 0.213637 0.452011</w:t>
        <w:br/>
        <w:t>vt 0.265509 0.434150</w:t>
        <w:br/>
        <w:t>vt 0.225641 0.446361</w:t>
        <w:br/>
        <w:t>vt 0.300759 0.442395</w:t>
        <w:br/>
        <w:t>vt 0.302193 0.442276</w:t>
        <w:br/>
        <w:t>vt 0.303866 0.437616</w:t>
        <w:br/>
        <w:t>vt 0.254994 0.418019</w:t>
        <w:br/>
        <w:t>vt 0.253679 0.418975</w:t>
        <w:br/>
        <w:t>vt 0.213725 0.450461</w:t>
        <w:br/>
        <w:t>vt 0.210413 0.450738</w:t>
        <w:br/>
        <w:t>vt 0.210460 0.451954</w:t>
        <w:br/>
        <w:t>vt 0.253321 0.416346</w:t>
        <w:br/>
        <w:t>vt 0.252245 0.416704</w:t>
        <w:br/>
        <w:t>vt 0.208278 0.451282</w:t>
        <w:br/>
        <w:t>vt 0.208579 0.452241</w:t>
        <w:br/>
        <w:t>vt 0.206762 0.453332</w:t>
        <w:br/>
        <w:t>vt 0.205776 0.452515</w:t>
        <w:br/>
        <w:t>vt 0.204811 0.454757</w:t>
        <w:br/>
        <w:t>vt 0.206107 0.455101</w:t>
        <w:br/>
        <w:t>vt 0.204652 0.457445</w:t>
        <w:br/>
        <w:t>vt 0.205119 0.459697</w:t>
        <w:br/>
        <w:t>vt 0.206074 0.458887</w:t>
        <w:br/>
        <w:t>vt 0.205925 0.457181</w:t>
        <w:br/>
        <w:t>vt 0.206010 0.461045</w:t>
        <w:br/>
        <w:t>vt 0.206571 0.459805</w:t>
        <w:br/>
        <w:t>vt 0.207053 0.461645</w:t>
        <w:br/>
        <w:t>vt 0.207996 0.461757</w:t>
        <w:br/>
        <w:t>vt 0.207870 0.460659</w:t>
        <w:br/>
        <w:t>vt 0.207300 0.460369</w:t>
        <w:br/>
        <w:t>vt 0.208596 0.460713</w:t>
        <w:br/>
        <w:t>vt 0.286300 0.420887</w:t>
        <w:br/>
        <w:t>vt 0.233065 0.465452</w:t>
        <w:br/>
        <w:t>vt 0.284986 0.428534</w:t>
        <w:br/>
        <w:t>vt 0.252365 0.413598</w:t>
        <w:br/>
        <w:t>vt 0.260251 0.409893</w:t>
        <w:br/>
        <w:t>vt 0.207870 0.460659</w:t>
        <w:br/>
        <w:t>vt 0.208596 0.460713</w:t>
        <w:br/>
        <w:t>vt 0.303746 0.445383</w:t>
        <w:br/>
        <w:t>vt 0.308645 0.465935</w:t>
        <w:br/>
        <w:t>vt 0.271113 0.453901</w:t>
        <w:br/>
        <w:t>vt 0.270421 0.453023</w:t>
        <w:br/>
        <w:t>vt 0.307331 0.465816</w:t>
        <w:br/>
        <w:t>vt 0.288690 0.427220</w:t>
        <w:br/>
        <w:t>vt 0.288093 0.424232</w:t>
        <w:br/>
        <w:t>vt 0.237654 0.462460</w:t>
        <w:br/>
        <w:t>vt 0.235861 0.464159</w:t>
        <w:br/>
        <w:t>vt 0.249454 0.311588</w:t>
        <w:br/>
        <w:t>vt 0.245288 0.322193</w:t>
        <w:br/>
        <w:t>vt 0.249454 0.319352</w:t>
        <w:br/>
        <w:t>vt 0.254568 0.304959</w:t>
        <w:br/>
        <w:t>vt 0.249833 0.293028</w:t>
        <w:br/>
        <w:t>vt 0.244720 0.304770</w:t>
        <w:br/>
        <w:t>vt 0.249454 0.311588</w:t>
        <w:br/>
        <w:t>vt 0.249833 0.293028</w:t>
        <w:br/>
        <w:t>vt 0.258355 0.312535</w:t>
        <w:br/>
        <w:t>vt 0.255325 0.317459</w:t>
        <w:br/>
        <w:t>vt 0.249454 0.319352</w:t>
        <w:br/>
        <w:t>vt 0.253242 0.322383</w:t>
        <w:br/>
        <w:t>vt 0.240553 0.312156</w:t>
        <w:br/>
        <w:t>vt 0.243394 0.317269</w:t>
        <w:br/>
        <w:t>vt 0.245288 0.322193</w:t>
        <w:br/>
        <w:t>vt 0.253242 0.322383</w:t>
        <w:br/>
        <w:t>vt 0.110164 0.708372</w:t>
        <w:br/>
        <w:t>vt 0.110164 0.722922</w:t>
        <w:br/>
        <w:t>vt 0.112341 0.722922</w:t>
        <w:br/>
        <w:t>vt 0.112341 0.708372</w:t>
        <w:br/>
        <w:t>vt 0.108037 0.722922</w:t>
        <w:br/>
        <w:t>vt 0.110164 0.722922</w:t>
        <w:br/>
        <w:t>vt 0.110164 0.708372</w:t>
        <w:br/>
        <w:t>vt 0.108037 0.708372</w:t>
        <w:br/>
        <w:t>vt 0.110164 0.722922</w:t>
        <w:br/>
        <w:t>vt 0.108037 0.722922</w:t>
        <w:br/>
        <w:t>vt 0.108037 0.708372</w:t>
        <w:br/>
        <w:t>vt 0.110164 0.708372</w:t>
        <w:br/>
        <w:t>vt 0.110164 0.722922</w:t>
        <w:br/>
        <w:t>vt 0.110164 0.708372</w:t>
        <w:br/>
        <w:t>vt 0.112341 0.708372</w:t>
        <w:br/>
        <w:t>vt 0.112341 0.722922</w:t>
        <w:br/>
        <w:t>vt 0.110164 0.722922</w:t>
        <w:br/>
        <w:t>vt 0.110164 0.724210</w:t>
        <w:br/>
        <w:t>vt 0.112341 0.722922</w:t>
        <w:br/>
        <w:t>vt 0.110164 0.707060</w:t>
        <w:br/>
        <w:t>vt 0.262508 0.973591</w:t>
        <w:br/>
        <w:t>vt 0.258562 0.972985</w:t>
        <w:br/>
        <w:t>vt 0.259472 0.977538</w:t>
        <w:br/>
        <w:t>vt 0.262204 0.977538</w:t>
        <w:br/>
        <w:t>vt 0.264329 0.977538</w:t>
        <w:br/>
        <w:t>vt 0.265240 0.974502</w:t>
        <w:br/>
        <w:t>vt 0.262508 0.973591</w:t>
        <w:br/>
        <w:t>vt 0.262204 0.977538</w:t>
        <w:br/>
        <w:t>vt 0.264329 0.977538</w:t>
        <w:br/>
        <w:t>vt 0.262204 0.977538</w:t>
        <w:br/>
        <w:t>vt 0.262508 0.973591</w:t>
        <w:br/>
        <w:t>vt 0.265240 0.974502</w:t>
        <w:br/>
        <w:t>vt 0.262508 0.973591</w:t>
        <w:br/>
        <w:t>vt 0.262204 0.977538</w:t>
        <w:br/>
        <w:t>vt 0.259472 0.977538</w:t>
        <w:br/>
        <w:t>vt 0.258562 0.972984</w:t>
        <w:br/>
        <w:t>vt 0.259169 0.968735</w:t>
        <w:br/>
        <w:t>vt 0.264025 0.969342</w:t>
        <w:br/>
        <w:t>vt 0.266757 0.972377</w:t>
        <w:br/>
        <w:t>vt 0.264025 0.969342</w:t>
        <w:br/>
        <w:t>vt 0.266757 0.972377</w:t>
        <w:br/>
        <w:t>vt 0.264025 0.969342</w:t>
        <w:br/>
        <w:t>vt 0.259169 0.968735</w:t>
        <w:br/>
        <w:t>vt 0.264025 0.969342</w:t>
        <w:br/>
        <w:t>vt 0.261294 0.964181</w:t>
        <w:br/>
        <w:t>vt 0.261294 0.964181</w:t>
        <w:br/>
        <w:t>vt 0.267365 0.966306</w:t>
        <w:br/>
        <w:t>vt 0.265240 0.961146</w:t>
        <w:br/>
        <w:t>vt 0.268275 0.971162</w:t>
        <w:br/>
        <w:t>vt 0.267365 0.966306</w:t>
        <w:br/>
        <w:t>vt 0.268275 0.971163</w:t>
        <w:br/>
        <w:t>vt 0.267365 0.966306</w:t>
        <w:br/>
        <w:t>vt 0.267365 0.966306</w:t>
        <w:br/>
        <w:t>vt 0.265240 0.961146</w:t>
        <w:br/>
        <w:t>vt 0.270704 0.960235</w:t>
        <w:br/>
        <w:t>vt 0.271463 0.966154</w:t>
        <w:br/>
        <w:t>vt 0.271463 0.966154</w:t>
        <w:br/>
        <w:t>vt 0.270400 0.971162</w:t>
        <w:br/>
        <w:t>vt 0.270400 0.971163</w:t>
        <w:br/>
        <w:t>vt 0.271463 0.966154</w:t>
        <w:br/>
        <w:t>vt 0.270704 0.960235</w:t>
        <w:br/>
        <w:t>vt 0.271463 0.966154</w:t>
        <w:br/>
        <w:t>vt 0.276168 0.961753</w:t>
        <w:br/>
        <w:t>vt 0.276168 0.961753</w:t>
        <w:br/>
        <w:t>vt 0.275561 0.969038</w:t>
        <w:br/>
        <w:t>vt 0.272221 0.972074</w:t>
        <w:br/>
        <w:t>vt 0.276471 0.971770</w:t>
        <w:br/>
        <w:t>vt 0.272221 0.972074</w:t>
        <w:br/>
        <w:t>vt 0.280114 0.965699</w:t>
        <w:br/>
        <w:t>vt 0.276471 0.971770</w:t>
        <w:br/>
        <w:t>vt 0.281328 0.969949</w:t>
        <w:br/>
        <w:t>vt 0.280114 0.965699</w:t>
        <w:br/>
        <w:t>vt 0.275561 0.969038</w:t>
        <w:br/>
        <w:t>vt 0.276471 0.971770</w:t>
        <w:br/>
        <w:t>vt 0.273132 0.973591</w:t>
        <w:br/>
        <w:t>vt 0.276471 0.971770</w:t>
        <w:br/>
        <w:t>vt 0.273132 0.973591</w:t>
        <w:br/>
        <w:t>vt 0.281328 0.969949</w:t>
        <w:br/>
        <w:t>vt 0.281024 0.973287</w:t>
        <w:br/>
        <w:t>vt 0.281024 0.973288</w:t>
        <w:br/>
        <w:t>vt 0.278292 0.976627</w:t>
        <w:br/>
        <w:t>vt 0.275864 0.975716</w:t>
        <w:br/>
        <w:t>vt 0.275864 0.975716</w:t>
        <w:br/>
        <w:t>vt 0.273739 0.975716</w:t>
        <w:br/>
        <w:t>vt 0.275864 0.975716</w:t>
        <w:br/>
        <w:t>vt 0.273739 0.975716</w:t>
        <w:br/>
        <w:t>vt 0.275864 0.975716</w:t>
        <w:br/>
        <w:t>vt 0.278292 0.976627</w:t>
        <w:br/>
        <w:t>vt 0.275257 0.978448</w:t>
        <w:br/>
        <w:t>vt 0.274346 0.977841</w:t>
        <w:br/>
        <w:t>vt 0.274346 0.977841</w:t>
        <w:br/>
        <w:t>vt 0.273435 0.977841</w:t>
        <w:br/>
        <w:t>vt 0.274346 0.977841</w:t>
        <w:br/>
        <w:t>vt 0.273435 0.977841</w:t>
        <w:br/>
        <w:t>vt 0.275257 0.978448</w:t>
        <w:br/>
        <w:t>vt 0.274346 0.977841</w:t>
        <w:br/>
        <w:t>vt 0.274043 0.978448</w:t>
        <w:br/>
        <w:t>vt 0.274043 0.978448</w:t>
        <w:br/>
        <w:t>vt 0.274043 0.978448</w:t>
        <w:br/>
        <w:t>vt 0.274043 0.978448</w:t>
        <w:br/>
        <w:t>vt 0.126400 0.822600</w:t>
        <w:br/>
        <w:t>vt 0.125000 0.819500</w:t>
        <w:br/>
        <w:t>vt 0.120000 0.821800</w:t>
        <w:br/>
        <w:t>vt 0.128200 0.819100</w:t>
        <w:br/>
        <w:t>vt 0.114900 0.819500</w:t>
        <w:br/>
        <w:t>vt 0.113500 0.822600</w:t>
        <w:br/>
        <w:t>vt 0.111700 0.819100</w:t>
        <w:br/>
        <w:t>vt 0.120000 0.821800</w:t>
        <w:br/>
        <w:t>vt 0.117300 0.818600</w:t>
        <w:br/>
        <w:t>vt 0.114900 0.819500</w:t>
        <w:br/>
        <w:t>vt 0.122700 0.818600</w:t>
        <w:br/>
        <w:t>vt 0.117000 0.817700</w:t>
        <w:br/>
        <w:t>vt 0.128100 0.809600</w:t>
        <w:br/>
        <w:t>vt 0.113600 0.806200</w:t>
        <w:br/>
        <w:t>vt 0.114900 0.809400</w:t>
        <w:br/>
        <w:t>vt 0.117300 0.810500</w:t>
        <w:br/>
        <w:t>vt 0.114900 0.809400</w:t>
        <w:br/>
        <w:t>vt 0.117000 0.811200</w:t>
        <w:br/>
        <w:t>vt 0.111700 0.809600</w:t>
        <w:br/>
        <w:t>vt 0.120000 0.824500</w:t>
        <w:br/>
        <w:t>vt 0.120000 0.819200</w:t>
        <w:br/>
        <w:t>vt 0.126400 0.822600</w:t>
        <w:br/>
        <w:t>vt 0.120000 0.821800</w:t>
        <w:br/>
        <w:t>vt 0.125000 0.819500</w:t>
        <w:br/>
        <w:t>vt 0.128200 0.819100</w:t>
        <w:br/>
        <w:t>vt 0.113500 0.822600</w:t>
        <w:br/>
        <w:t>vt 0.114900 0.819500</w:t>
        <w:br/>
        <w:t>vt 0.111700 0.819100</w:t>
        <w:br/>
        <w:t>vt 0.120000 0.821800</w:t>
        <w:br/>
        <w:t>vt 0.114900 0.819500</w:t>
        <w:br/>
        <w:t>vt 0.117300 0.818600</w:t>
        <w:br/>
        <w:t>vt 0.122700 0.818600</w:t>
        <w:br/>
        <w:t>vt 0.117000 0.817700</w:t>
        <w:br/>
        <w:t>vt 0.113600 0.806200</w:t>
        <w:br/>
        <w:t>vt 0.114900 0.809400</w:t>
        <w:br/>
        <w:t>vt 0.117300 0.810500</w:t>
        <w:br/>
        <w:t>vt 0.117000 0.811200</w:t>
        <w:br/>
        <w:t>vt 0.114900 0.809400</w:t>
        <w:br/>
        <w:t>vt 0.111700 0.809600</w:t>
        <w:br/>
        <w:t>vt 0.120000 0.824500</w:t>
        <w:br/>
        <w:t>vt 0.120000 0.819200</w:t>
        <w:br/>
        <w:t>vt 0.800629 0.550496</w:t>
        <w:br/>
        <w:t>vt 0.796403 0.553032</w:t>
        <w:br/>
        <w:t>vt 0.799221 0.548241</w:t>
        <w:br/>
        <w:t>vt 0.796403 0.553032</w:t>
        <w:br/>
        <w:t>vt 0.794994 0.559512</w:t>
        <w:br/>
        <w:t>vt 0.791331 0.554722</w:t>
        <w:br/>
        <w:t>vt 0.796403 0.519500</w:t>
        <w:br/>
        <w:t>vt 0.791331 0.518655</w:t>
        <w:br/>
        <w:t>vt 0.811900 0.553032</w:t>
        <w:br/>
        <w:t>vt 0.813591 0.559512</w:t>
        <w:br/>
        <w:t>vt 0.807392 0.550496</w:t>
        <w:br/>
        <w:t>vt 0.811900 0.553032</w:t>
        <w:br/>
        <w:t>vt 0.809364 0.548241</w:t>
        <w:br/>
        <w:t>vt 0.807392 0.550496</w:t>
        <w:br/>
        <w:t>vt 0.799221 0.524572</w:t>
        <w:br/>
        <w:t>vt 0.796403 0.519500</w:t>
        <w:br/>
        <w:t>vt 0.800629 0.522036</w:t>
        <w:br/>
        <w:t>vt 0.796403 0.519500</w:t>
        <w:br/>
        <w:t>vt 0.811900 0.519500</w:t>
        <w:br/>
        <w:t>vt 0.807392 0.522036</w:t>
        <w:br/>
        <w:t>vt 0.794994 0.513020</w:t>
        <w:br/>
        <w:t>vt 0.813591 0.513020</w:t>
        <w:br/>
        <w:t>vt 0.811900 0.519500</w:t>
        <w:br/>
        <w:t>vt 0.816972 0.518655</w:t>
        <w:br/>
        <w:t>vt 0.816972 0.555567</w:t>
        <w:br/>
        <w:t>vt 0.811900 0.519500</w:t>
        <w:br/>
        <w:t>vt 0.809364 0.524572</w:t>
        <w:br/>
        <w:t>vt 0.883448 0.466971</w:t>
        <w:br/>
        <w:t>vt 0.876999 0.466971</w:t>
        <w:br/>
        <w:t>vt 0.871583 0.461555</w:t>
        <w:br/>
        <w:t>vt 0.888864 0.461555</w:t>
        <w:br/>
        <w:t>vt 0.891701 0.465424</w:t>
        <w:br/>
        <w:t>vt 0.884995 0.470840</w:t>
        <w:br/>
        <w:t>vt 0.891701 0.499469</w:t>
        <w:br/>
        <w:t>vt 0.884995 0.494053</w:t>
        <w:br/>
        <w:t>vt 0.883448 0.497148</w:t>
        <w:br/>
        <w:t>vt 0.888864 0.504112</w:t>
        <w:br/>
        <w:t>vt 0.876999 0.497148</w:t>
        <w:br/>
        <w:t>vt 0.871583 0.504112</w:t>
        <w:br/>
        <w:t>vt 0.868746 0.500501</w:t>
        <w:br/>
        <w:t>vt 0.875194 0.494053</w:t>
        <w:br/>
        <w:t>vt 0.868746 0.466198</w:t>
        <w:br/>
        <w:t>vt 0.875194 0.470840</w:t>
        <w:br/>
        <w:t>vt 0.811900 0.553032</w:t>
        <w:br/>
        <w:t>vt 0.809364 0.548241</w:t>
        <w:br/>
        <w:t>vt 0.809364 0.524572</w:t>
        <w:br/>
        <w:t>vt 0.811900 0.519500</w:t>
        <w:br/>
        <w:t>vt 0.807392 0.522036</w:t>
        <w:br/>
        <w:t>vt 0.799221 0.524572</w:t>
        <w:br/>
        <w:t>vt 0.799221 0.548241</w:t>
        <w:br/>
        <w:t>vt 0.796403 0.553032</w:t>
        <w:br/>
        <w:t>vt 0.796403 0.519500</w:t>
        <w:br/>
        <w:t>vt 0.800629 0.522036</w:t>
        <w:br/>
        <w:t>vt 0.811900 0.519500</w:t>
        <w:br/>
        <w:t>vt 0.813591 0.513020</w:t>
        <w:br/>
        <w:t>vt 0.816972 0.518655</w:t>
        <w:br/>
        <w:t>vt 0.794994 0.513020</w:t>
        <w:br/>
        <w:t>vt 0.796403 0.519500</w:t>
        <w:br/>
        <w:t>vt 0.811900 0.553032</w:t>
        <w:br/>
        <w:t>vt 0.816972 0.555567</w:t>
        <w:br/>
        <w:t>vt 0.791331 0.518655</w:t>
        <w:br/>
        <w:t>vt 0.796403 0.553032</w:t>
        <w:br/>
        <w:t>vt 0.791331 0.554722</w:t>
        <w:br/>
        <w:t>vt 0.794994 0.559512</w:t>
        <w:br/>
        <w:t>vt 0.813591 0.559512</w:t>
        <w:br/>
        <w:t>vt 0.800629 0.550496</w:t>
        <w:br/>
        <w:t>vt 0.800629 0.550496</w:t>
        <w:br/>
        <w:t>vt 0.807392 0.550496</w:t>
        <w:br/>
        <w:t>vt 0.811900 0.553032</w:t>
        <w:br/>
        <w:t>vt 0.796403 0.553032</w:t>
        <w:br/>
        <w:t>vt 0.807392 0.550496</w:t>
        <w:br/>
        <w:t>vt 0.871583 0.461555</w:t>
        <w:br/>
        <w:t>vt 0.888864 0.461555</w:t>
        <w:br/>
        <w:t>vt 0.883448 0.466971</w:t>
        <w:br/>
        <w:t>vt 0.876999 0.466971</w:t>
        <w:br/>
        <w:t>vt 0.891701 0.465424</w:t>
        <w:br/>
        <w:t>vt 0.884995 0.470840</w:t>
        <w:br/>
        <w:t>vt 0.884995 0.494053</w:t>
        <w:br/>
        <w:t>vt 0.891701 0.499469</w:t>
        <w:br/>
        <w:t>vt 0.883448 0.497148</w:t>
        <w:br/>
        <w:t>vt 0.888864 0.504112</w:t>
        <w:br/>
        <w:t>vt 0.871583 0.504112</w:t>
        <w:br/>
        <w:t>vt 0.876999 0.497148</w:t>
        <w:br/>
        <w:t>vt 0.868746 0.500501</w:t>
        <w:br/>
        <w:t>vt 0.875194 0.494053</w:t>
        <w:br/>
        <w:t>vt 0.868746 0.466198</w:t>
        <w:br/>
        <w:t>vt 0.875194 0.470840</w:t>
        <w:br/>
        <w:t>vt 0.809364 0.548241</w:t>
        <w:br/>
        <w:t>vt 0.809364 0.524572</w:t>
        <w:br/>
        <w:t>vt 0.811900 0.519500</w:t>
        <w:br/>
        <w:t>vt 0.811900 0.553032</w:t>
        <w:br/>
        <w:t>vt 0.807392 0.550496</w:t>
        <w:br/>
        <w:t>vt 0.799221 0.548241</w:t>
        <w:br/>
        <w:t>vt 0.796403 0.553032</w:t>
        <w:br/>
        <w:t>vt 0.796403 0.519500</w:t>
        <w:br/>
        <w:t>vt 0.799221 0.524572</w:t>
        <w:br/>
        <w:t>vt 0.800629 0.550496</w:t>
        <w:br/>
        <w:t>vt 0.811900 0.553032</w:t>
        <w:br/>
        <w:t>vt 0.816972 0.555567</w:t>
        <w:br/>
        <w:t>vt 0.813591 0.559512</w:t>
        <w:br/>
        <w:t>vt 0.794994 0.559512</w:t>
        <w:br/>
        <w:t>vt 0.796403 0.553032</w:t>
        <w:br/>
        <w:t>vt 0.811900 0.519500</w:t>
        <w:br/>
        <w:t>vt 0.816972 0.518655</w:t>
        <w:br/>
        <w:t>vt 0.791331 0.554722</w:t>
        <w:br/>
        <w:t>vt 0.791331 0.518655</w:t>
        <w:br/>
        <w:t>vt 0.796403 0.519500</w:t>
        <w:br/>
        <w:t>vt 0.794994 0.513020</w:t>
        <w:br/>
        <w:t>vt 0.813591 0.513020</w:t>
        <w:br/>
        <w:t>vt 0.800629 0.522036</w:t>
        <w:br/>
        <w:t>vt 0.811900 0.519500</w:t>
        <w:br/>
        <w:t>vt 0.807392 0.522036</w:t>
        <w:br/>
        <w:t>vt 0.800629 0.522036</w:t>
        <w:br/>
        <w:t>vt 0.796403 0.519500</w:t>
        <w:br/>
        <w:t>vt 0.807392 0.522036</w:t>
        <w:br/>
        <w:t>vt 0.883448 0.497148</w:t>
        <w:br/>
        <w:t>vt 0.888864 0.504112</w:t>
        <w:br/>
        <w:t>vt 0.871583 0.504112</w:t>
        <w:br/>
        <w:t>vt 0.876999 0.497148</w:t>
        <w:br/>
        <w:t>vt 0.891701 0.499469</w:t>
        <w:br/>
        <w:t>vt 0.884995 0.494053</w:t>
        <w:br/>
        <w:t>vt 0.884995 0.470840</w:t>
        <w:br/>
        <w:t>vt 0.891701 0.465424</w:t>
        <w:br/>
        <w:t>vt 0.883448 0.466971</w:t>
        <w:br/>
        <w:t>vt 0.888864 0.461555</w:t>
        <w:br/>
        <w:t>vt 0.871583 0.461555</w:t>
        <w:br/>
        <w:t>vt 0.876999 0.466971</w:t>
        <w:br/>
        <w:t>vt 0.868746 0.466198</w:t>
        <w:br/>
        <w:t>vt 0.875194 0.470840</w:t>
        <w:br/>
        <w:t>vt 0.868746 0.500501</w:t>
        <w:br/>
        <w:t>vt 0.875194 0.494053</w:t>
        <w:br/>
        <w:t>vt 0.547970 0.531800</w:t>
        <w:br/>
        <w:t>vt 0.548870 0.530500</w:t>
        <w:br/>
        <w:t>vt 0.545470 0.530500</w:t>
        <w:br/>
        <w:t>vt 0.546270 0.531800</w:t>
        <w:br/>
        <w:t>vt 0.547070 0.526500</w:t>
        <w:br/>
        <w:t>vt 0.547970 0.538600</w:t>
        <w:br/>
        <w:t>vt 0.546270 0.538600</w:t>
        <w:br/>
        <w:t>vt 0.538231 0.531600</w:t>
        <w:br/>
        <w:t>vt 0.539831 0.531600</w:t>
        <w:br/>
        <w:t>vt 0.540631 0.530200</w:t>
        <w:br/>
        <w:t>vt 0.537231 0.530300</w:t>
        <w:br/>
        <w:t>vt 0.538831 0.526300</w:t>
        <w:br/>
        <w:t>vt 0.539831 0.538400</w:t>
        <w:br/>
        <w:t>vt 0.538231 0.538400</w:t>
        <w:br/>
        <w:t>vt 0.561170 0.532500</w:t>
        <w:br/>
        <w:t>vt 0.561170 0.530900</w:t>
        <w:br/>
        <w:t>vt 0.560370 0.530900</w:t>
        <w:br/>
        <w:t>vt 0.560370 0.532500</w:t>
        <w:br/>
        <w:t>vt 0.555346 0.532500</w:t>
        <w:br/>
        <w:t>vt 0.556146 0.532500</w:t>
        <w:br/>
        <w:t>vt 0.556146 0.530900</w:t>
        <w:br/>
        <w:t>vt 0.555346 0.530900</w:t>
        <w:br/>
        <w:t>vt 0.555346 0.526600</w:t>
        <w:br/>
        <w:t>vt 0.556146 0.526600</w:t>
        <w:br/>
        <w:t>vt 0.561170 0.526600</w:t>
        <w:br/>
        <w:t>vt 0.560370 0.526600</w:t>
        <w:br/>
        <w:t>vt 0.561170 0.539300</w:t>
        <w:br/>
        <w:t>vt 0.560370 0.539300</w:t>
        <w:br/>
        <w:t>vt 0.539831 0.542600</w:t>
        <w:br/>
        <w:t>vt 0.539831 0.541900</w:t>
        <w:br/>
        <w:t>vt 0.538231 0.541900</w:t>
        <w:br/>
        <w:t>vt 0.538231 0.542600</w:t>
        <w:br/>
        <w:t>vt 0.555346 0.539400</w:t>
        <w:br/>
        <w:t>vt 0.556146 0.539400</w:t>
        <w:br/>
        <w:t>vt 0.539831 0.541900</w:t>
        <w:br/>
        <w:t>vt 0.538231 0.541900</w:t>
        <w:br/>
        <w:t>vt 0.555346 0.542600</w:t>
        <w:br/>
        <w:t>vt 0.556146 0.542600</w:t>
        <w:br/>
        <w:t>vt 0.547970 0.542100</w:t>
        <w:br/>
        <w:t>vt 0.546270 0.542100</w:t>
        <w:br/>
        <w:t>vt 0.560370 0.542600</w:t>
        <w:br/>
        <w:t>vt 0.561170 0.542600</w:t>
        <w:br/>
        <w:t>vt 0.133400 0.766400</w:t>
        <w:br/>
        <w:t>vt 0.133400 0.754500</w:t>
        <w:br/>
        <w:t>vt 0.134200 0.756300</w:t>
        <w:br/>
        <w:t>vt 0.134200 0.764700</w:t>
        <w:br/>
        <w:t>vt 0.134900 0.755400</w:t>
        <w:br/>
        <w:t>vt 0.131600 0.754300</w:t>
        <w:br/>
        <w:t>vt 0.133400 0.754500</w:t>
        <w:br/>
        <w:t>vt 0.133400 0.766400</w:t>
        <w:br/>
        <w:t>vt 0.131600 0.767300</w:t>
        <w:br/>
        <w:t>vt 0.132800 0.752300</w:t>
        <w:br/>
        <w:t>vt 0.137300 0.755400</w:t>
        <w:br/>
        <w:t>vt 0.138800 0.754500</w:t>
        <w:br/>
        <w:t>vt 0.138800 0.754500</w:t>
        <w:br/>
        <w:t>vt 0.139300 0.752300</w:t>
        <w:br/>
        <w:t>vt 0.140600 0.754300</w:t>
        <w:br/>
        <w:t>vt 0.138800 0.766400</w:t>
        <w:br/>
        <w:t>vt 0.140600 0.767000</w:t>
        <w:br/>
        <w:t>vt 0.137900 0.756300</w:t>
        <w:br/>
        <w:t>vt 0.138800 0.766400</w:t>
        <w:br/>
        <w:t>vt 0.137900 0.764700</w:t>
        <w:br/>
        <w:t>vt 0.134900 0.765500</w:t>
        <w:br/>
        <w:t>vt 0.133400 0.766400</w:t>
        <w:br/>
        <w:t>vt 0.137300 0.765500</w:t>
        <w:br/>
        <w:t>vt 0.138800 0.766400</w:t>
        <w:br/>
        <w:t>vt 0.139300 0.768700</w:t>
        <w:br/>
        <w:t>vt 0.132800 0.768700</w:t>
        <w:br/>
        <w:t>vt 0.150800 0.766000</w:t>
        <w:br/>
        <w:t>vt 0.153300 0.766000</w:t>
        <w:br/>
        <w:t>vt 0.155300 0.768700</w:t>
        <w:br/>
        <w:t>vt 0.148700 0.768700</w:t>
        <w:br/>
        <w:t>vt 0.147600 0.766900</w:t>
        <w:br/>
        <w:t>vt 0.150100 0.764800</w:t>
        <w:br/>
        <w:t>vt 0.147600 0.753700</w:t>
        <w:br/>
        <w:t>vt 0.150100 0.755700</w:t>
        <w:br/>
        <w:t>vt 0.150800 0.754300</w:t>
        <w:br/>
        <w:t>vt 0.148700 0.752200</w:t>
        <w:br/>
        <w:t>vt 0.155300 0.752200</w:t>
        <w:br/>
        <w:t>vt 0.153300 0.754300</w:t>
        <w:br/>
        <w:t>vt 0.156500 0.754000</w:t>
        <w:br/>
        <w:t>vt 0.154000 0.755700</w:t>
        <w:br/>
        <w:t>vt 0.156500 0.767300</w:t>
        <w:br/>
        <w:t>vt 0.154000 0.764800</w:t>
        <w:br/>
        <w:t>vt 0.800629 0.522036</w:t>
        <w:br/>
        <w:t>vt 0.799221 0.524572</w:t>
        <w:br/>
        <w:t>vt 0.796403 0.519500</w:t>
        <w:br/>
        <w:t>vt 0.796403 0.519500</w:t>
        <w:br/>
        <w:t>vt 0.791331 0.518655</w:t>
        <w:br/>
        <w:t>vt 0.794994 0.513020</w:t>
        <w:br/>
        <w:t>vt 0.796403 0.553032</w:t>
        <w:br/>
        <w:t>vt 0.791331 0.554722</w:t>
        <w:br/>
        <w:t>vt 0.813591 0.513020</w:t>
        <w:br/>
        <w:t>vt 0.811900 0.519500</w:t>
        <w:br/>
        <w:t>vt 0.811900 0.519500</w:t>
        <w:br/>
        <w:t>vt 0.807392 0.522036</w:t>
        <w:br/>
        <w:t>vt 0.809364 0.524572</w:t>
        <w:br/>
        <w:t>vt 0.807392 0.522036</w:t>
        <w:br/>
        <w:t>vt 0.799221 0.548241</w:t>
        <w:br/>
        <w:t>vt 0.796403 0.553032</w:t>
        <w:br/>
        <w:t>vt 0.800629 0.550496</w:t>
        <w:br/>
        <w:t>vt 0.807392 0.550496</w:t>
        <w:br/>
        <w:t>vt 0.811900 0.553032</w:t>
        <w:br/>
        <w:t>vt 0.796403 0.553032</w:t>
        <w:br/>
        <w:t>vt 0.794994 0.559512</w:t>
        <w:br/>
        <w:t>vt 0.811900 0.553032</w:t>
        <w:br/>
        <w:t>vt 0.813591 0.559512</w:t>
        <w:br/>
        <w:t>vt 0.816972 0.555567</w:t>
        <w:br/>
        <w:t>vt 0.816972 0.518655</w:t>
        <w:br/>
        <w:t>vt 0.811900 0.553032</w:t>
        <w:br/>
        <w:t>vt 0.809364 0.548241</w:t>
        <w:br/>
        <w:t>vt 0.871583 0.504112</w:t>
        <w:br/>
        <w:t>vt 0.876999 0.497148</w:t>
        <w:br/>
        <w:t>vt 0.883448 0.497148</w:t>
        <w:br/>
        <w:t>vt 0.888864 0.504112</w:t>
        <w:br/>
        <w:t>vt 0.891701 0.499469</w:t>
        <w:br/>
        <w:t>vt 0.884995 0.494053</w:t>
        <w:br/>
        <w:t>vt 0.891701 0.465424</w:t>
        <w:br/>
        <w:t>vt 0.884995 0.470840</w:t>
        <w:br/>
        <w:t>vt 0.883448 0.466971</w:t>
        <w:br/>
        <w:t>vt 0.888864 0.461555</w:t>
        <w:br/>
        <w:t>vt 0.876999 0.466971</w:t>
        <w:br/>
        <w:t>vt 0.871583 0.461555</w:t>
        <w:br/>
        <w:t>vt 0.868746 0.466198</w:t>
        <w:br/>
        <w:t>vt 0.875194 0.470840</w:t>
        <w:br/>
        <w:t>vt 0.868746 0.500501</w:t>
        <w:br/>
        <w:t>vt 0.875194 0.494053</w:t>
        <w:br/>
        <w:t>vt 0.106189 0.910800</w:t>
        <w:br/>
        <w:t>vt 0.111346 0.910800</w:t>
        <w:br/>
        <w:t>vt 0.108541 0.906276</w:t>
        <w:br/>
        <w:t>vt 0.111346 0.901932</w:t>
        <w:br/>
        <w:t>vt 0.106189 0.901932</w:t>
        <w:br/>
        <w:t>vt 0.108541 0.906276</w:t>
        <w:br/>
        <w:t>vt 0.113518 0.906276</w:t>
        <w:br/>
        <w:t>vt 0.103836 0.906276</w:t>
        <w:br/>
        <w:t>vt 0.811900 0.553032</w:t>
        <w:br/>
        <w:t>vt 0.809364 0.548241</w:t>
        <w:br/>
        <w:t>vt 0.809364 0.524572</w:t>
        <w:br/>
        <w:t>vt 0.811900 0.519500</w:t>
        <w:br/>
        <w:t>vt 0.811900 0.553032</w:t>
        <w:br/>
        <w:t>vt 0.796403 0.553032</w:t>
        <w:br/>
        <w:t>vt 0.800629 0.550496</w:t>
        <w:br/>
        <w:t>vt 0.807392 0.550496</w:t>
        <w:br/>
        <w:t>vt 0.796403 0.553032</w:t>
        <w:br/>
        <w:t>vt 0.799221 0.548241</w:t>
        <w:br/>
        <w:t>vt 0.800629 0.550496</w:t>
        <w:br/>
        <w:t>vt 0.813591 0.559512</w:t>
        <w:br/>
        <w:t>vt 0.794994 0.559512</w:t>
        <w:br/>
        <w:t>vt 0.791331 0.554722</w:t>
        <w:br/>
        <w:t>vt 0.791331 0.518655</w:t>
        <w:br/>
        <w:t>vt 0.796403 0.519500</w:t>
        <w:br/>
        <w:t>vt 0.796403 0.553032</w:t>
        <w:br/>
        <w:t>vt 0.796403 0.519500</w:t>
        <w:br/>
        <w:t>vt 0.799221 0.524572</w:t>
        <w:br/>
        <w:t>vt 0.816972 0.555567</w:t>
        <w:br/>
        <w:t>vt 0.811900 0.519500</w:t>
        <w:br/>
        <w:t>vt 0.816972 0.518655</w:t>
        <w:br/>
        <w:t>vt 0.807392 0.522036</w:t>
        <w:br/>
        <w:t>vt 0.800629 0.522036</w:t>
        <w:br/>
        <w:t>vt 0.796403 0.519500</w:t>
        <w:br/>
        <w:t>vt 0.813591 0.513020</w:t>
        <w:br/>
        <w:t>vt 0.794994 0.513020</w:t>
        <w:br/>
        <w:t>vt 0.888864 0.461555</w:t>
        <w:br/>
        <w:t>vt 0.883448 0.466971</w:t>
        <w:br/>
        <w:t>vt 0.876999 0.466971</w:t>
        <w:br/>
        <w:t>vt 0.871583 0.461555</w:t>
        <w:br/>
        <w:t>vt 0.891701 0.465424</w:t>
        <w:br/>
        <w:t>vt 0.884995 0.470840</w:t>
        <w:br/>
        <w:t>vt 0.884995 0.494053</w:t>
        <w:br/>
        <w:t>vt 0.891701 0.499469</w:t>
        <w:br/>
        <w:t>vt 0.883448 0.497148</w:t>
        <w:br/>
        <w:t>vt 0.888864 0.504112</w:t>
        <w:br/>
        <w:t>vt 0.871583 0.504112</w:t>
        <w:br/>
        <w:t>vt 0.876999 0.497148</w:t>
        <w:br/>
        <w:t>vt 0.868746 0.500501</w:t>
        <w:br/>
        <w:t>vt 0.875194 0.494053</w:t>
        <w:br/>
        <w:t>vt 0.875194 0.470840</w:t>
        <w:br/>
        <w:t>vt 0.868746 0.466198</w:t>
        <w:br/>
        <w:t>vt 0.294344 0.923476</w:t>
        <w:br/>
        <w:t>vt 0.292062 0.928166</w:t>
        <w:br/>
        <w:t>vt 0.294344 0.933109</w:t>
        <w:br/>
        <w:t>vt 0.303977 0.923983</w:t>
        <w:br/>
        <w:t>vt 0.299224 0.921701</w:t>
        <w:br/>
        <w:t>vt 0.299224 0.935264</w:t>
        <w:br/>
        <w:t>vt 0.303977 0.933363</w:t>
        <w:br/>
        <w:t>vt 0.306335 0.928800</w:t>
        <w:br/>
        <w:t>vt 0.138800 0.766400</w:t>
        <w:br/>
        <w:t>vt 0.137900 0.764700</w:t>
        <w:br/>
        <w:t>vt 0.137900 0.756300</w:t>
        <w:br/>
        <w:t>vt 0.138800 0.754500</w:t>
        <w:br/>
        <w:t>vt 0.137300 0.755400</w:t>
        <w:br/>
        <w:t>vt 0.138800 0.766400</w:t>
        <w:br/>
        <w:t>vt 0.138800 0.754500</w:t>
        <w:br/>
        <w:t>vt 0.140600 0.754300</w:t>
        <w:br/>
        <w:t>vt 0.140600 0.767000</w:t>
        <w:br/>
        <w:t>vt 0.139300 0.752300</w:t>
        <w:br/>
        <w:t>vt 0.134900 0.755400</w:t>
        <w:br/>
        <w:t>vt 0.133400 0.754500</w:t>
        <w:br/>
        <w:t>vt 0.133400 0.754500</w:t>
        <w:br/>
        <w:t>vt 0.131600 0.754300</w:t>
        <w:br/>
        <w:t>vt 0.132800 0.752300</w:t>
        <w:br/>
        <w:t>vt 0.133400 0.766400</w:t>
        <w:br/>
        <w:t>vt 0.131600 0.767300</w:t>
        <w:br/>
        <w:t>vt 0.134200 0.756300</w:t>
        <w:br/>
        <w:t>vt 0.134200 0.764700</w:t>
        <w:br/>
        <w:t>vt 0.133400 0.766400</w:t>
        <w:br/>
        <w:t>vt 0.137300 0.765500</w:t>
        <w:br/>
        <w:t>vt 0.138800 0.766400</w:t>
        <w:br/>
        <w:t>vt 0.133400 0.766400</w:t>
        <w:br/>
        <w:t>vt 0.134900 0.765500</w:t>
        <w:br/>
        <w:t>vt 0.132800 0.768700</w:t>
        <w:br/>
        <w:t>vt 0.139300 0.768700</w:t>
        <w:br/>
        <w:t>vt 0.148700 0.768700</w:t>
        <w:br/>
        <w:t>vt 0.150800 0.766000</w:t>
        <w:br/>
        <w:t>vt 0.153300 0.766000</w:t>
        <w:br/>
        <w:t>vt 0.155300 0.768700</w:t>
        <w:br/>
        <w:t>vt 0.156500 0.767300</w:t>
        <w:br/>
        <w:t>vt 0.154000 0.764800</w:t>
        <w:br/>
        <w:t>vt 0.156500 0.754000</w:t>
        <w:br/>
        <w:t>vt 0.154000 0.755700</w:t>
        <w:br/>
        <w:t>vt 0.153300 0.754300</w:t>
        <w:br/>
        <w:t>vt 0.155300 0.752200</w:t>
        <w:br/>
        <w:t>vt 0.148700 0.752200</w:t>
        <w:br/>
        <w:t>vt 0.150800 0.754300</w:t>
        <w:br/>
        <w:t>vt 0.147600 0.753700</w:t>
        <w:br/>
        <w:t>vt 0.150100 0.755700</w:t>
        <w:br/>
        <w:t>vt 0.147600 0.766900</w:t>
        <w:br/>
        <w:t>vt 0.150100 0.764800</w:t>
        <w:br/>
        <w:t>vt 0.008300 0.174300</w:t>
        <w:br/>
        <w:t>vt 0.009500 0.173200</w:t>
        <w:br/>
        <w:t>vt 0.009500 0.166200</w:t>
        <w:br/>
        <w:t>vt 0.008300 0.165000</w:t>
        <w:br/>
        <w:t>vt 0.009100 0.182600</w:t>
        <w:br/>
        <w:t>vt 0.009100 0.186000</w:t>
        <w:br/>
        <w:t>vt 0.008300 0.186000</w:t>
        <w:br/>
        <w:t>vt 0.008300 0.182600</w:t>
        <w:br/>
        <w:t>vt 0.009500 0.173200</w:t>
        <w:br/>
        <w:t>vt 0.008300 0.174300</w:t>
        <w:br/>
        <w:t>vt 0.008300 0.165000</w:t>
        <w:br/>
        <w:t>vt 0.009500 0.166200</w:t>
        <w:br/>
        <w:t>vt 0.023900 0.161400</w:t>
        <w:br/>
        <w:t>vt 0.023900 0.156900</w:t>
        <w:br/>
        <w:t>vt 0.024700 0.156900</w:t>
        <w:br/>
        <w:t>vt 0.024700 0.161400</w:t>
        <w:br/>
        <w:t>vt 0.013700 0.166200</w:t>
        <w:br/>
        <w:t>vt 0.014900 0.165000</w:t>
        <w:br/>
        <w:t>vt 0.009100 0.191400</w:t>
        <w:br/>
        <w:t>vt 0.009100 0.193400</w:t>
        <w:br/>
        <w:t>vt 0.008300 0.193400</w:t>
        <w:br/>
        <w:t>vt 0.008300 0.191400</w:t>
        <w:br/>
        <w:t>vt 0.014900 0.165000</w:t>
        <w:br/>
        <w:t>vt 0.013700 0.166200</w:t>
        <w:br/>
        <w:t>vt 0.023900 0.149200</w:t>
        <w:br/>
        <w:t>vt 0.023900 0.146100</w:t>
        <w:br/>
        <w:t>vt 0.024700 0.146100</w:t>
        <w:br/>
        <w:t>vt 0.024700 0.149200</w:t>
        <w:br/>
        <w:t>vt 0.014900 0.174300</w:t>
        <w:br/>
        <w:t>vt 0.013700 0.173200</w:t>
        <w:br/>
        <w:t>vt 0.009100 0.188000</w:t>
        <w:br/>
        <w:t>vt 0.009100 0.191400</w:t>
        <w:br/>
        <w:t>vt 0.008300 0.191400</w:t>
        <w:br/>
        <w:t>vt 0.008300 0.188000</w:t>
        <w:br/>
        <w:t>vt 0.014900 0.174300</w:t>
        <w:br/>
        <w:t>vt 0.013700 0.173200</w:t>
        <w:br/>
        <w:t>vt 0.023900 0.149200</w:t>
        <w:br/>
        <w:t>vt 0.024700 0.149200</w:t>
        <w:br/>
        <w:t>vt 0.024700 0.153700</w:t>
        <w:br/>
        <w:t>vt 0.023900 0.153700</w:t>
        <w:br/>
        <w:t>vt 0.009100 0.186000</w:t>
        <w:br/>
        <w:t>vt 0.009100 0.188000</w:t>
        <w:br/>
        <w:t>vt 0.008300 0.188000</w:t>
        <w:br/>
        <w:t>vt 0.008300 0.186000</w:t>
        <w:br/>
        <w:t>vt 0.023900 0.156900</w:t>
        <w:br/>
        <w:t>vt 0.023900 0.153700</w:t>
        <w:br/>
        <w:t>vt 0.024700 0.153700</w:t>
        <w:br/>
        <w:t>vt 0.024700 0.156900</w:t>
        <w:br/>
        <w:t>vt 0.035600 0.055500</w:t>
        <w:br/>
        <w:t>vt 0.037900 0.055700</w:t>
        <w:br/>
        <w:t>vt 0.037900 0.060600</w:t>
        <w:br/>
        <w:t>vt 0.035600 0.060800</w:t>
        <w:br/>
        <w:t>vt 0.035600 0.055500</w:t>
        <w:br/>
        <w:t>vt 0.035600 0.060800</w:t>
        <w:br/>
        <w:t>vt 0.033200 0.060700</w:t>
        <w:br/>
        <w:t>vt 0.033300 0.055700</w:t>
        <w:br/>
        <w:t>vt 0.033300 0.055700</w:t>
        <w:br/>
        <w:t>vt 0.033200 0.060700</w:t>
        <w:br/>
        <w:t>vt 0.035600 0.060800</w:t>
        <w:br/>
        <w:t>vt 0.035600 0.055500</w:t>
        <w:br/>
        <w:t>vt 0.037900 0.055700</w:t>
        <w:br/>
        <w:t>vt 0.035600 0.055500</w:t>
        <w:br/>
        <w:t>vt 0.035600 0.060800</w:t>
        <w:br/>
        <w:t>vt 0.037900 0.060600</w:t>
        <w:br/>
        <w:t>vt 0.037100 0.061700</w:t>
        <w:br/>
        <w:t>vt 0.037100 0.061700</w:t>
        <w:br/>
        <w:t>vt 0.034000 0.061700</w:t>
        <w:br/>
        <w:t>vt 0.034000 0.061700</w:t>
        <w:br/>
        <w:t>vt 0.035600 0.062200</w:t>
        <w:br/>
        <w:t>vt 0.035600 0.062200</w:t>
        <w:br/>
        <w:t>vt 0.037100 0.054700</w:t>
        <w:br/>
        <w:t>vt 0.037100 0.054700</w:t>
        <w:br/>
        <w:t>vt 0.034000 0.054700</w:t>
        <w:br/>
        <w:t>vt 0.034000 0.054700</w:t>
        <w:br/>
        <w:t>vt 0.035600 0.054200</w:t>
        <w:br/>
        <w:t>vt 0.035600 0.054200</w:t>
        <w:br/>
        <w:t>vt 0.034800 0.010000</w:t>
        <w:br/>
        <w:t>vt 0.034800 0.008100</w:t>
        <w:br/>
        <w:t>vt 0.035800 0.008100</w:t>
        <w:br/>
        <w:t>vt 0.035800 0.010000</w:t>
        <w:br/>
        <w:t>vt 0.035600 0.135700</w:t>
        <w:br/>
        <w:t>vt 0.035600 0.134000</w:t>
        <w:br/>
        <w:t>vt 0.037000 0.134000</w:t>
        <w:br/>
        <w:t>vt 0.037000 0.135700</w:t>
        <w:br/>
        <w:t>vt 0.036800 0.010000</w:t>
        <w:br/>
        <w:t>vt 0.035800 0.010000</w:t>
        <w:br/>
        <w:t>vt 0.035800 0.008100</w:t>
        <w:br/>
        <w:t>vt 0.036800 0.008100</w:t>
        <w:br/>
        <w:t>vt 0.035800 0.011900</w:t>
        <w:br/>
        <w:t>vt 0.034800 0.011900</w:t>
        <w:br/>
        <w:t>vt 0.034800 0.010000</w:t>
        <w:br/>
        <w:t>vt 0.035800 0.010000</w:t>
        <w:br/>
        <w:t>vt 0.037000 0.137400</w:t>
        <w:br/>
        <w:t>vt 0.035600 0.137400</w:t>
        <w:br/>
        <w:t>vt 0.035600 0.135700</w:t>
        <w:br/>
        <w:t>vt 0.037000 0.135700</w:t>
        <w:br/>
        <w:t>vt 0.035800 0.011900</w:t>
        <w:br/>
        <w:t>vt 0.035800 0.010000</w:t>
        <w:br/>
        <w:t>vt 0.036800 0.010000</w:t>
        <w:br/>
        <w:t>vt 0.036800 0.011900</w:t>
        <w:br/>
        <w:t>vt 0.034800 0.014100</w:t>
        <w:br/>
        <w:t>vt 0.035800 0.014100</w:t>
        <w:br/>
        <w:t>vt 0.035600 0.139100</w:t>
        <w:br/>
        <w:t>vt 0.035600 0.137400</w:t>
        <w:br/>
        <w:t>vt 0.037000 0.137400</w:t>
        <w:br/>
        <w:t>vt 0.037000 0.139100</w:t>
        <w:br/>
        <w:t>vt 0.036800 0.014100</w:t>
        <w:br/>
        <w:t>vt 0.035800 0.014100</w:t>
        <w:br/>
        <w:t>vt 0.034800 0.006100</w:t>
        <w:br/>
        <w:t>vt 0.034800 0.004500</w:t>
        <w:br/>
        <w:t>vt 0.035800 0.004500</w:t>
        <w:br/>
        <w:t>vt 0.035800 0.006100</w:t>
        <w:br/>
        <w:t>vt 0.035600 0.132400</w:t>
        <w:br/>
        <w:t>vt 0.035600 0.131100</w:t>
        <w:br/>
        <w:t>vt 0.037000 0.131100</w:t>
        <w:br/>
        <w:t>vt 0.037000 0.132400</w:t>
        <w:br/>
        <w:t>vt 0.036800 0.006100</w:t>
        <w:br/>
        <w:t>vt 0.035800 0.006100</w:t>
        <w:br/>
        <w:t>vt 0.035800 0.004500</w:t>
        <w:br/>
        <w:t>vt 0.036800 0.004500</w:t>
        <w:br/>
        <w:t>vt 0.037000 0.134000</w:t>
        <w:br/>
        <w:t>vt 0.035600 0.134000</w:t>
        <w:br/>
        <w:t>vt 0.035600 0.132400</w:t>
        <w:br/>
        <w:t>vt 0.037000 0.132400</w:t>
        <w:br/>
        <w:t>vt 0.430600 0.053600</w:t>
        <w:br/>
        <w:t>vt 0.431900 0.054900</w:t>
        <w:br/>
        <w:t>vt 0.430800 0.057300</w:t>
        <w:br/>
        <w:t>vt 0.428900 0.057300</w:t>
        <w:br/>
        <w:t>vt 0.434400 0.052100</w:t>
        <w:br/>
        <w:t>vt 0.434400 0.054000</w:t>
        <w:br/>
        <w:t>vt 0.438200 0.053700</w:t>
        <w:br/>
        <w:t>vt 0.436900 0.055100</w:t>
        <w:br/>
        <w:t>vt 0.439700 0.057600</w:t>
        <w:br/>
        <w:t>vt 0.437800 0.057600</w:t>
        <w:br/>
        <w:t>vt 0.438000 0.061400</w:t>
        <w:br/>
        <w:t>vt 0.436700 0.060100</w:t>
        <w:br/>
        <w:t>vt 0.434200 0.062900</w:t>
        <w:br/>
        <w:t>vt 0.434100 0.061000</w:t>
        <w:br/>
        <w:t>vt 0.430400 0.061200</w:t>
        <w:br/>
        <w:t>vt 0.431700 0.059900</w:t>
        <w:br/>
        <w:t>vt 0.345300 0.016000</w:t>
        <w:br/>
        <w:t>vt 0.347200 0.014100</w:t>
        <w:br/>
        <w:t>vt 0.349000 0.015000</w:t>
        <w:br/>
        <w:t>vt 0.349000 0.017400</w:t>
        <w:br/>
        <w:t>vt 0.352700 0.016000</w:t>
        <w:br/>
        <w:t>vt 0.350800 0.014100</w:t>
        <w:br/>
        <w:t>vt 0.351800 0.012300</w:t>
        <w:br/>
        <w:t>vt 0.354200 0.012300</w:t>
        <w:br/>
        <w:t>vt 0.352700 0.008600</w:t>
        <w:br/>
        <w:t>vt 0.350800 0.010400</w:t>
        <w:br/>
        <w:t>vt 0.349000 0.009500</w:t>
        <w:br/>
        <w:t>vt 0.349000 0.007100</w:t>
        <w:br/>
        <w:t>vt 0.345300 0.008600</w:t>
        <w:br/>
        <w:t>vt 0.347200 0.010400</w:t>
        <w:br/>
        <w:t>vt 0.346200 0.012300</w:t>
        <w:br/>
        <w:t>vt 0.343800 0.012300</w:t>
        <w:br/>
        <w:t>vt 0.349000 0.012300</w:t>
        <w:br/>
        <w:t>vt 0.957046 0.458691</w:t>
        <w:br/>
        <w:t>vt 0.957046 0.467073</w:t>
        <w:br/>
        <w:t>vt 0.950236 0.467073</w:t>
        <w:br/>
        <w:t>vt 0.950416 0.458691</w:t>
        <w:br/>
        <w:t>vt 0.943191 0.467073</w:t>
        <w:br/>
        <w:t>vt 0.943581 0.458691</w:t>
        <w:br/>
        <w:t>vt 0.936537 0.458691</w:t>
        <w:br/>
        <w:t>vt 0.935655 0.467073</w:t>
        <w:br/>
        <w:t>vt 0.929196 0.458691</w:t>
        <w:br/>
        <w:t>vt 0.927505 0.467073</w:t>
        <w:br/>
        <w:t>vt 0.985621 0.458691</w:t>
        <w:br/>
        <w:t>vt 0.987018 0.467073</w:t>
        <w:br/>
        <w:t>vt 0.979037 0.467073</w:t>
        <w:br/>
        <w:t>vt 0.978085 0.458691</w:t>
        <w:br/>
        <w:t>vt 0.971389 0.467073</w:t>
        <w:br/>
        <w:t>vt 0.970913 0.458691</w:t>
        <w:br/>
        <w:t>vt 0.963938 0.458691</w:t>
        <w:br/>
        <w:t>vt 0.964002 0.467073</w:t>
        <w:br/>
        <w:t>vt 0.964139 0.413417</w:t>
        <w:br/>
        <w:t>vt 0.957518 0.413417</w:t>
        <w:br/>
        <w:t>vt 0.957518 0.404213</w:t>
        <w:br/>
        <w:t>vt 0.964708 0.404213</w:t>
        <w:br/>
        <w:t>vt 0.950735 0.413417</w:t>
        <w:br/>
        <w:t>vt 0.950083 0.404213</w:t>
        <w:br/>
        <w:t>vt 0.943355 0.413417</w:t>
        <w:br/>
        <w:t>vt 0.942509 0.404213</w:t>
        <w:br/>
        <w:t>vt 0.935711 0.413417</w:t>
        <w:br/>
        <w:t>vt 0.935194 0.404213</w:t>
        <w:br/>
        <w:t>vt 0.928112 0.413417</w:t>
        <w:br/>
        <w:t>vt 0.927505 0.404213</w:t>
        <w:br/>
        <w:t>vt 0.978863 0.413417</w:t>
        <w:br/>
        <w:t>vt 0.979414 0.404213</w:t>
        <w:br/>
        <w:t>vt 0.987446 0.404213</w:t>
        <w:br/>
        <w:t>vt 0.986499 0.413417</w:t>
        <w:br/>
        <w:t>vt 0.971351 0.413417</w:t>
        <w:br/>
        <w:t>vt 0.972067 0.404213</w:t>
        <w:br/>
        <w:t>vt 0.446377 0.553233</w:t>
        <w:br/>
        <w:t>vt 0.457777 0.548433</w:t>
        <w:br/>
        <w:t>vt 0.462577 0.553533</w:t>
        <w:br/>
        <w:t>vt 0.446377 0.559933</w:t>
        <w:br/>
        <w:t>vt 0.462577 0.560533</w:t>
        <w:br/>
        <w:t>vt 0.450877 0.564733</w:t>
        <w:br/>
        <w:t>vt 0.450777 0.548433</w:t>
        <w:br/>
        <w:t>vt 0.457477 0.565333</w:t>
        <w:br/>
        <w:t>vt 0.091252 0.447063</w:t>
        <w:br/>
        <w:t>vt 0.091252 0.442063</w:t>
        <w:br/>
        <w:t>vt 0.095652 0.444663</w:t>
        <w:br/>
        <w:t>vt 0.095652 0.439463</w:t>
        <w:br/>
        <w:t>vt 0.091252 0.436963</w:t>
        <w:br/>
        <w:t>vt 0.086752 0.439363</w:t>
        <w:br/>
        <w:t>vt 0.086752 0.444563</w:t>
        <w:br/>
        <w:t>vt 0.091252 0.447063</w:t>
        <w:br/>
        <w:t>vt 0.091252 0.442063</w:t>
        <w:br/>
        <w:t>vt 0.095652 0.444663</w:t>
        <w:br/>
        <w:t>vt 0.095652 0.439463</w:t>
        <w:br/>
        <w:t>vt 0.091252 0.436963</w:t>
        <w:br/>
        <w:t>vt 0.086752 0.439363</w:t>
        <w:br/>
        <w:t>vt 0.086752 0.444563</w:t>
        <w:br/>
        <w:t>vt 0.091252 0.447063</w:t>
        <w:br/>
        <w:t>vt 0.091252 0.442063</w:t>
        <w:br/>
        <w:t>vt 0.095652 0.444663</w:t>
        <w:br/>
        <w:t>vt 0.095652 0.439463</w:t>
        <w:br/>
        <w:t>vt 0.091252 0.436963</w:t>
        <w:br/>
        <w:t>vt 0.091252 0.442063</w:t>
        <w:br/>
        <w:t>vt 0.086752 0.439363</w:t>
        <w:br/>
        <w:t>vt 0.086752 0.444563</w:t>
        <w:br/>
        <w:t>vt 0.176165 0.008093</w:t>
        <w:br/>
        <w:t>vt 0.176165 0.005493</w:t>
        <w:br/>
        <w:t>vt 0.179865 0.007093</w:t>
        <w:br/>
        <w:t>vt 0.179865 0.007093</w:t>
        <w:br/>
        <w:t>vt 0.176165 0.005493</w:t>
        <w:br/>
        <w:t>vt 0.176165 0.008093</w:t>
        <w:br/>
        <w:t>vt 0.172365 0.007093</w:t>
        <w:br/>
        <w:t>vt 0.172365 0.007093</w:t>
        <w:br/>
        <w:t>vt 0.178765 0.010793</w:t>
        <w:br/>
        <w:t>vt 0.176165 0.010793</w:t>
        <w:br/>
        <w:t>vt 0.178765 0.010793</w:t>
        <w:br/>
        <w:t>vt 0.181265 0.010793</w:t>
        <w:br/>
        <w:t>vt 0.173465 0.010793</w:t>
        <w:br/>
        <w:t>vt 0.176165 0.010793</w:t>
        <w:br/>
        <w:t>vt 0.173465 0.010793</w:t>
        <w:br/>
        <w:t>vt 0.171065 0.010793</w:t>
        <w:br/>
        <w:t>vt 0.176165 0.013393</w:t>
        <w:br/>
        <w:t>vt 0.176165 0.013393</w:t>
        <w:br/>
        <w:t>vt 0.172365 0.014493</w:t>
        <w:br/>
        <w:t>vt 0.173465 0.010793</w:t>
        <w:br/>
        <w:t>vt 0.171065 0.010793</w:t>
        <w:br/>
        <w:t>vt 0.173465 0.010793</w:t>
        <w:br/>
        <w:t>vt 0.176165 0.015993</w:t>
        <w:br/>
        <w:t>vt 0.179865 0.014493</w:t>
        <w:br/>
        <w:t>vt 0.176165 0.015993</w:t>
        <w:br/>
        <w:t>vt 0.179865 0.014493</w:t>
        <w:br/>
        <w:t>vt 0.172365 0.014493</w:t>
        <w:br/>
        <w:t>vt 0.181265 0.010793</w:t>
        <w:br/>
        <w:t>vt 0.007183 0.827242</w:t>
        <w:br/>
        <w:t>vt 0.006037 0.828514</w:t>
        <w:br/>
        <w:t>vt 0.004347 0.825074</w:t>
        <w:br/>
        <w:t>vt 0.006332 0.825061</w:t>
        <w:br/>
        <w:t>vt 0.009351 0.829862</w:t>
        <w:br/>
        <w:t>vt 0.009404 0.827952</w:t>
        <w:br/>
        <w:t>vt 0.012755 0.828736</w:t>
        <w:br/>
        <w:t>vt 0.011435 0.827233</w:t>
        <w:br/>
        <w:t>vt 0.012493 0.825105</w:t>
        <w:br/>
        <w:t>vt 0.014337 0.825083</w:t>
        <w:br/>
        <w:t>vt 0.011519 0.822633</w:t>
        <w:br/>
        <w:t>vt 0.012664 0.821361</w:t>
        <w:br/>
        <w:t>vt 0.009350 0.820013</w:t>
        <w:br/>
        <w:t>vt 0.009430 0.822073</w:t>
        <w:br/>
        <w:t>vt 0.005995 0.821496</w:t>
        <w:br/>
        <w:t>vt 0.007258 0.822783</w:t>
        <w:br/>
        <w:t>vt 0.011435 0.827233</w:t>
        <w:br/>
        <w:t>vt 0.011519 0.822633</w:t>
        <w:br/>
        <w:t>vt 0.012493 0.825105</w:t>
        <w:br/>
        <w:t>vt 0.009404 0.827952</w:t>
        <w:br/>
        <w:t>vt 0.007183 0.827242</w:t>
        <w:br/>
        <w:t>vt 0.007258 0.822783</w:t>
        <w:br/>
        <w:t>vt 0.009430 0.822073</w:t>
        <w:br/>
        <w:t>vt 0.006332 0.825061</w:t>
        <w:br/>
        <w:t>vt 0.089600 0.730200</w:t>
        <w:br/>
        <w:t>vt 0.088700 0.730400</w:t>
        <w:br/>
        <w:t>vt 0.088100 0.729300</w:t>
        <w:br/>
        <w:t>vt 0.088700 0.728600</w:t>
        <w:br/>
        <w:t>vt 0.087500 0.729900</w:t>
        <w:br/>
        <w:t>vt 0.088100 0.729300</w:t>
        <w:br/>
        <w:t>vt 0.088700 0.730400</w:t>
        <w:br/>
        <w:t>vt 0.087900 0.730700</w:t>
        <w:br/>
        <w:t>vt 0.086400 0.728800</w:t>
        <w:br/>
        <w:t>vt 0.086400 0.727900</w:t>
        <w:br/>
        <w:t>vt 0.086400 0.729700</w:t>
        <w:br/>
        <w:t>vt 0.086400 0.728800</w:t>
        <w:br/>
        <w:t>vt 0.085300 0.730000</w:t>
        <w:br/>
        <w:t>vt 0.084600 0.729400</w:t>
        <w:br/>
        <w:t>vt 0.084000 0.730500</w:t>
        <w:br/>
        <w:t>vt 0.084900 0.730800</w:t>
        <w:br/>
        <w:t>vt 0.088700 0.735600</w:t>
        <w:br/>
        <w:t>vt 0.088200 0.736700</w:t>
        <w:br/>
        <w:t>vt 0.087500 0.736100</w:t>
        <w:br/>
        <w:t>vt 0.087900 0.735300</w:t>
        <w:br/>
        <w:t>vt 0.089600 0.735800</w:t>
        <w:br/>
        <w:t>vt 0.088800 0.737400</w:t>
        <w:br/>
        <w:t>vt 0.088200 0.736700</w:t>
        <w:br/>
        <w:t>vt 0.088700 0.735600</w:t>
        <w:br/>
        <w:t>vt 0.086400 0.729700</w:t>
        <w:br/>
        <w:t>vt 0.086400 0.728800</w:t>
        <w:br/>
        <w:t>vt 0.086400 0.737300</w:t>
        <w:br/>
        <w:t>vt 0.086400 0.736400</w:t>
        <w:br/>
        <w:t>vt 0.086400 0.738200</w:t>
        <w:br/>
        <w:t>vt 0.086400 0.737300</w:t>
        <w:br/>
        <w:t>vt 0.083200 0.730300</w:t>
        <w:br/>
        <w:t>vt 0.084000 0.728700</w:t>
        <w:br/>
        <w:t>vt 0.084600 0.729400</w:t>
        <w:br/>
        <w:t>vt 0.084000 0.730500</w:t>
        <w:br/>
        <w:t>vt 0.085300 0.730000</w:t>
        <w:br/>
        <w:t>vt 0.084900 0.730800</w:t>
        <w:br/>
        <w:t>vt 0.084000 0.730500</w:t>
        <w:br/>
        <w:t>vt 0.084600 0.729400</w:t>
        <w:br/>
        <w:t>vt 0.087500 0.729900</w:t>
        <w:br/>
        <w:t>vt 0.087900 0.730700</w:t>
        <w:br/>
        <w:t>vt 0.088700 0.730400</w:t>
        <w:br/>
        <w:t>vt 0.088100 0.729300</w:t>
        <w:br/>
        <w:t>vt 0.084100 0.735700</w:t>
        <w:br/>
        <w:t>vt 0.084900 0.735400</w:t>
        <w:br/>
        <w:t>vt 0.085300 0.736200</w:t>
        <w:br/>
        <w:t>vt 0.084700 0.736800</w:t>
        <w:br/>
        <w:t>vt 0.083200 0.735900</w:t>
        <w:br/>
        <w:t>vt 0.084100 0.735700</w:t>
        <w:br/>
        <w:t>vt 0.084700 0.736800</w:t>
        <w:br/>
        <w:t>vt 0.084100 0.737500</w:t>
        <w:br/>
        <w:t>vt 0.084900 0.735400</w:t>
        <w:br/>
        <w:t>vt 0.084100 0.735700</w:t>
        <w:br/>
        <w:t>vt 0.084700 0.736800</w:t>
        <w:br/>
        <w:t>vt 0.085300 0.736200</w:t>
        <w:br/>
        <w:t>vt 0.086400 0.737300</w:t>
        <w:br/>
        <w:t>vt 0.086400 0.736400</w:t>
        <w:br/>
        <w:t>vt 0.088200 0.736700</w:t>
        <w:br/>
        <w:t>vt 0.087500 0.736100</w:t>
        <w:br/>
        <w:t>vt 0.088700 0.735600</w:t>
        <w:br/>
        <w:t>vt 0.087900 0.735300</w:t>
        <w:br/>
        <w:t>vt 0.088100 0.729300</w:t>
        <w:br/>
        <w:t>vt 0.088700 0.730400</w:t>
        <w:br/>
        <w:t>vt 0.089600 0.730200</w:t>
        <w:br/>
        <w:t>vt 0.088700 0.728600</w:t>
        <w:br/>
        <w:t>vt 0.088700 0.735600</w:t>
        <w:br/>
        <w:t>vt 0.089600 0.735800</w:t>
        <w:br/>
        <w:t>vt 0.088200 0.736700</w:t>
        <w:br/>
        <w:t>vt 0.088800 0.737400</w:t>
        <w:br/>
        <w:t>vt 0.086400 0.737300</w:t>
        <w:br/>
        <w:t>vt 0.086400 0.738200</w:t>
        <w:br/>
        <w:t>vt 0.084700 0.736800</w:t>
        <w:br/>
        <w:t>vt 0.084100 0.737500</w:t>
        <w:br/>
        <w:t>vt 0.083200 0.735900</w:t>
        <w:br/>
        <w:t>vt 0.084100 0.735700</w:t>
        <w:br/>
        <w:t>vt 0.084000 0.730500</w:t>
        <w:br/>
        <w:t>vt 0.083200 0.730300</w:t>
        <w:br/>
        <w:t>vt 0.084600 0.729400</w:t>
        <w:br/>
        <w:t>vt 0.084000 0.728700</w:t>
        <w:br/>
        <w:t>vt 0.086400 0.728800</w:t>
        <w:br/>
        <w:t>vt 0.086400 0.727900</w:t>
        <w:br/>
        <w:t>vt 0.024578 0.030761</w:t>
        <w:br/>
        <w:t>vt 0.019098 0.031385</w:t>
        <w:br/>
        <w:t>vt 0.019098 0.028225</w:t>
        <w:br/>
        <w:t>vt 0.024578 0.028225</w:t>
        <w:br/>
        <w:t>vt 0.024578 0.022738</w:t>
        <w:br/>
        <w:t>vt 0.024578 0.025550</w:t>
        <w:br/>
        <w:t>vt 0.019098 0.025550</w:t>
        <w:br/>
        <w:t>vt 0.019098 0.022738</w:t>
        <w:br/>
        <w:t>vt 0.019098 0.018921</w:t>
        <w:br/>
        <w:t>vt 0.024578 0.018921</w:t>
        <w:br/>
        <w:t>vt 0.024578 0.034557</w:t>
        <w:br/>
        <w:t>vt 0.024578 0.036804</w:t>
        <w:br/>
        <w:t>vt 0.019098 0.036804</w:t>
        <w:br/>
        <w:t>vt 0.024578 0.030761</w:t>
        <w:br/>
        <w:t>vt 0.024578 0.028225</w:t>
        <w:br/>
        <w:t>vt 0.019098 0.028225</w:t>
        <w:br/>
        <w:t>vt 0.019098 0.031385</w:t>
        <w:br/>
        <w:t>vt 0.024578 0.022738</w:t>
        <w:br/>
        <w:t>vt 0.019098 0.022738</w:t>
        <w:br/>
        <w:t>vt 0.019098 0.025550</w:t>
        <w:br/>
        <w:t>vt 0.024578 0.025550</w:t>
        <w:br/>
        <w:t>vt 0.024578 0.034557</w:t>
        <w:br/>
        <w:t>vt 0.138200 0.796200</w:t>
        <w:br/>
        <w:t>vt 0.132900 0.796000</w:t>
        <w:br/>
        <w:t>vt 0.132900 0.798200</w:t>
        <w:br/>
        <w:t>vt 0.139000 0.793100</w:t>
        <w:br/>
        <w:t>vt 0.136900 0.793700</w:t>
        <w:br/>
        <w:t>vt 0.136900 0.793700</w:t>
        <w:br/>
        <w:t>vt 0.135200 0.792100</w:t>
        <w:br/>
        <w:t>vt 0.134900 0.793200</w:t>
        <w:br/>
        <w:t>vt 0.136900 0.782800</w:t>
        <w:br/>
        <w:t>vt 0.139000 0.783300</w:t>
        <w:br/>
        <w:t>vt 0.138200 0.780200</w:t>
        <w:br/>
        <w:t>vt 0.132900 0.796000</w:t>
        <w:br/>
        <w:t>vt 0.132900 0.780600</w:t>
        <w:br/>
        <w:t>vt 0.136900 0.782800</w:t>
        <w:br/>
        <w:t>vt 0.134900 0.783200</w:t>
        <w:br/>
        <w:t>vt 0.135200 0.784200</w:t>
        <w:br/>
        <w:t>vt 0.132900 0.780600</w:t>
        <w:br/>
        <w:t>vt 0.132900 0.782500</w:t>
        <w:br/>
        <w:t>vt 0.114200 0.793400</w:t>
        <w:br/>
        <w:t>vt 0.112000 0.795600</w:t>
        <w:br/>
        <w:t>vt 0.116700 0.796700</w:t>
        <w:br/>
        <w:t>vt 0.116700 0.793700</w:t>
        <w:br/>
        <w:t>vt 0.110800 0.793000</w:t>
        <w:br/>
        <w:t>vt 0.113800 0.792000</w:t>
        <w:br/>
        <w:t>vt 0.110800 0.782900</w:t>
        <w:br/>
        <w:t>vt 0.113800 0.783800</w:t>
        <w:br/>
        <w:t>vt 0.114300 0.782500</w:t>
        <w:br/>
        <w:t>vt 0.112100 0.780300</w:t>
        <w:br/>
        <w:t>vt 0.116700 0.782100</w:t>
        <w:br/>
        <w:t>vt 0.116700 0.779200</w:t>
        <w:br/>
        <w:t>vt 0.132900 0.778200</w:t>
        <w:br/>
        <w:t>vt 0.132900 0.794000</w:t>
        <w:br/>
        <w:t>vt 0.138200 0.796200</w:t>
        <w:br/>
        <w:t>vt 0.136900 0.793700</w:t>
        <w:br/>
        <w:t>vt 0.139000 0.793100</w:t>
        <w:br/>
        <w:t>vt 0.136900 0.793700</w:t>
        <w:br/>
        <w:t>vt 0.134900 0.793200</w:t>
        <w:br/>
        <w:t>vt 0.135200 0.792100</w:t>
        <w:br/>
        <w:t>vt 0.136900 0.782800</w:t>
        <w:br/>
        <w:t>vt 0.139000 0.783300</w:t>
        <w:br/>
        <w:t>vt 0.138200 0.780200</w:t>
        <w:br/>
        <w:t>vt 0.136900 0.782800</w:t>
        <w:br/>
        <w:t>vt 0.135200 0.784200</w:t>
        <w:br/>
        <w:t>vt 0.134900 0.783200</w:t>
        <w:br/>
        <w:t>vt 0.114200 0.793400</w:t>
        <w:br/>
        <w:t>vt 0.116700 0.793700</w:t>
        <w:br/>
        <w:t>vt 0.116700 0.796700</w:t>
        <w:br/>
        <w:t>vt 0.112000 0.795600</w:t>
        <w:br/>
        <w:t>vt 0.110800 0.793000</w:t>
        <w:br/>
        <w:t>vt 0.113800 0.792000</w:t>
        <w:br/>
        <w:t>vt 0.110800 0.782900</w:t>
        <w:br/>
        <w:t>vt 0.113800 0.783800</w:t>
        <w:br/>
        <w:t>vt 0.114300 0.782500</w:t>
        <w:br/>
        <w:t>vt 0.112100 0.780300</w:t>
        <w:br/>
        <w:t>vt 0.116700 0.779200</w:t>
        <w:br/>
        <w:t>vt 0.116700 0.782100</w:t>
        <w:br/>
        <w:t>vt 0.956167 0.528180</w:t>
        <w:br/>
        <w:t>vt 0.960469 0.531048</w:t>
        <w:br/>
        <w:t>vt 0.958175 0.525886</w:t>
        <w:br/>
        <w:t>vt 0.960469 0.531048</w:t>
        <w:br/>
        <w:t>vt 0.962190 0.537358</w:t>
        <w:br/>
        <w:t>vt 0.965632 0.533342</w:t>
        <w:br/>
        <w:t>vt 0.965632 0.496059</w:t>
        <w:br/>
        <w:t>vt 0.960469 0.496632</w:t>
        <w:br/>
        <w:t>vt 0.949284 0.528180</w:t>
        <w:br/>
        <w:t>vt 0.944982 0.531048</w:t>
        <w:br/>
        <w:t>vt 0.947564 0.525886</w:t>
        <w:br/>
        <w:t>vt 0.944982 0.531048</w:t>
        <w:br/>
        <w:t>vt 0.949284 0.528180</w:t>
        <w:br/>
        <w:t>vt 0.960469 0.496632</w:t>
        <w:br/>
        <w:t>vt 0.958175 0.501794</w:t>
        <w:br/>
        <w:t>vt 0.956167 0.499500</w:t>
        <w:br/>
        <w:t>vt 0.960469 0.496632</w:t>
        <w:br/>
        <w:t>vt 0.944982 0.496632</w:t>
        <w:br/>
        <w:t>vt 0.949284 0.499500</w:t>
        <w:br/>
        <w:t>vt 0.962190 0.490323</w:t>
        <w:br/>
        <w:t>vt 0.883448 0.497148</w:t>
        <w:br/>
        <w:t>vt 0.888864 0.504112</w:t>
        <w:br/>
        <w:t>vt 0.891701 0.499469</w:t>
        <w:br/>
        <w:t>vt 0.884995 0.494053</w:t>
        <w:br/>
        <w:t>vt 0.943549 0.490323</w:t>
        <w:br/>
        <w:t>vt 0.944982 0.496632</w:t>
        <w:br/>
        <w:t>vt 0.939819 0.496059</w:t>
        <w:br/>
        <w:t>vt 0.939819 0.532769</w:t>
        <w:br/>
        <w:t>vt 0.944982 0.531048</w:t>
        <w:br/>
        <w:t>vt 0.947564 0.501794</w:t>
        <w:br/>
        <w:t>vt 0.944982 0.496632</w:t>
        <w:br/>
        <w:t>vt 0.943549 0.537358</w:t>
        <w:br/>
        <w:t>vt 0.891701 0.465424</w:t>
        <w:br/>
        <w:t>vt 0.888864 0.461555</w:t>
        <w:br/>
        <w:t>vt 0.883448 0.466971</w:t>
        <w:br/>
        <w:t>vt 0.884995 0.470840</w:t>
        <w:br/>
        <w:t>vt 0.876999 0.466971</w:t>
        <w:br/>
        <w:t>vt 0.871583 0.461555</w:t>
        <w:br/>
        <w:t>vt 0.868746 0.466197</w:t>
        <w:br/>
        <w:t>vt 0.875194 0.470840</w:t>
        <w:br/>
        <w:t>vt 0.868746 0.500501</w:t>
        <w:br/>
        <w:t>vt 0.871583 0.504112</w:t>
        <w:br/>
        <w:t>vt 0.876999 0.497148</w:t>
        <w:br/>
        <w:t>vt 0.875194 0.494053</w:t>
        <w:br/>
        <w:t>vt 0.909250 0.498840</w:t>
        <w:br/>
        <w:t>vt 0.909250 0.531482</w:t>
        <w:br/>
        <w:t>vt 0.911718 0.526818</w:t>
        <w:br/>
        <w:t>vt 0.911718 0.503777</w:t>
        <w:br/>
        <w:t>vt 0.913638 0.529013</w:t>
        <w:br/>
        <w:t>vt 0.904312 0.533950</w:t>
        <w:br/>
        <w:t>vt 0.909250 0.531482</w:t>
        <w:br/>
        <w:t>vt 0.909250 0.498840</w:t>
        <w:br/>
        <w:t>vt 0.904312 0.498017</w:t>
        <w:br/>
        <w:t>vt 0.907604 0.537791</w:t>
        <w:br/>
        <w:t>vt 0.920222 0.529013</w:t>
        <w:br/>
        <w:t>vt 0.924336 0.531482</w:t>
        <w:br/>
        <w:t>vt 0.924336 0.531482</w:t>
        <w:br/>
        <w:t>vt 0.925708 0.537791</w:t>
        <w:br/>
        <w:t>vt 0.929274 0.533127</w:t>
        <w:br/>
        <w:t>vt 0.924336 0.498840</w:t>
        <w:br/>
        <w:t>vt 0.929274 0.498017</w:t>
        <w:br/>
        <w:t>vt 0.921593 0.526818</w:t>
        <w:br/>
        <w:t>vt 0.924336 0.498840</w:t>
        <w:br/>
        <w:t>vt 0.921593 0.503777</w:t>
        <w:br/>
        <w:t>vt 0.913638 0.501308</w:t>
        <w:br/>
        <w:t>vt 0.909250 0.498840</w:t>
        <w:br/>
        <w:t>vt 0.920222 0.501308</w:t>
        <w:br/>
        <w:t>vt 0.924336 0.498840</w:t>
        <w:br/>
        <w:t>vt 0.925708 0.492531</w:t>
        <w:br/>
        <w:t>vt 0.907604 0.492531</w:t>
        <w:br/>
        <w:t>vt 0.147600 0.766900</w:t>
        <w:br/>
        <w:t>vt 0.150100 0.764800</w:t>
        <w:br/>
        <w:t>vt 0.150100 0.755700</w:t>
        <w:br/>
        <w:t>vt 0.147600 0.753700</w:t>
        <w:br/>
        <w:t>vt 0.150800 0.766000</w:t>
        <w:br/>
        <w:t>vt 0.148700 0.768700</w:t>
        <w:br/>
        <w:t>vt 0.155300 0.768700</w:t>
        <w:br/>
        <w:t>vt 0.153300 0.766000</w:t>
        <w:br/>
        <w:t>vt 0.156500 0.767300</w:t>
        <w:br/>
        <w:t>vt 0.154000 0.764800</w:t>
        <w:br/>
        <w:t>vt 0.156500 0.754000</w:t>
        <w:br/>
        <w:t>vt 0.154000 0.755700</w:t>
        <w:br/>
        <w:t>vt 0.153300 0.754300</w:t>
        <w:br/>
        <w:t>vt 0.155300 0.752200</w:t>
        <w:br/>
        <w:t>vt 0.150800 0.754300</w:t>
        <w:br/>
        <w:t>vt 0.148700 0.752200</w:t>
        <w:br/>
        <w:t>vt 0.811900 0.519500</w:t>
        <w:br/>
        <w:t>vt 0.809364 0.524572</w:t>
        <w:br/>
        <w:t>vt 0.809364 0.548241</w:t>
        <w:br/>
        <w:t>vt 0.811900 0.553032</w:t>
        <w:br/>
        <w:t>vt 0.807392 0.522036</w:t>
        <w:br/>
        <w:t>vt 0.811900 0.519500</w:t>
        <w:br/>
        <w:t>vt 0.796403 0.519500</w:t>
        <w:br/>
        <w:t>vt 0.800629 0.522036</w:t>
        <w:br/>
        <w:t>vt 0.799221 0.524572</w:t>
        <w:br/>
        <w:t>vt 0.799221 0.548241</w:t>
        <w:br/>
        <w:t>vt 0.796403 0.553032</w:t>
        <w:br/>
        <w:t>vt 0.800629 0.550496</w:t>
        <w:br/>
        <w:t>vt 0.811900 0.519500</w:t>
        <w:br/>
        <w:t>vt 0.816972 0.518655</w:t>
        <w:br/>
        <w:t>vt 0.813591 0.513020</w:t>
        <w:br/>
        <w:t>vt 0.796403 0.519500</w:t>
        <w:br/>
        <w:t>vt 0.794994 0.513020</w:t>
        <w:br/>
        <w:t>vt 0.791331 0.518655</w:t>
        <w:br/>
        <w:t>vt 0.811900 0.553032</w:t>
        <w:br/>
        <w:t>vt 0.816972 0.555567</w:t>
        <w:br/>
        <w:t>vt 0.813591 0.559512</w:t>
        <w:br/>
        <w:t>vt 0.794994 0.559512</w:t>
        <w:br/>
        <w:t>vt 0.791331 0.554722</w:t>
        <w:br/>
        <w:t>vt 0.807392 0.550496</w:t>
        <w:br/>
        <w:t>vt 0.796403 0.553032</w:t>
        <w:br/>
        <w:t>vt 0.811900 0.553032</w:t>
        <w:br/>
        <w:t>vt 0.891701 0.465424</w:t>
        <w:br/>
        <w:t>vt 0.884995 0.470840</w:t>
        <w:br/>
        <w:t>vt 0.884995 0.494053</w:t>
        <w:br/>
        <w:t>vt 0.891701 0.499469</w:t>
        <w:br/>
        <w:t>vt 0.883448 0.466971</w:t>
        <w:br/>
        <w:t>vt 0.888864 0.461555</w:t>
        <w:br/>
        <w:t>vt 0.876999 0.466971</w:t>
        <w:br/>
        <w:t>vt 0.871583 0.461555</w:t>
        <w:br/>
        <w:t>vt 0.868746 0.466197</w:t>
        <w:br/>
        <w:t>vt 0.875194 0.470840</w:t>
        <w:br/>
        <w:t>vt 0.875194 0.494053</w:t>
        <w:br/>
        <w:t>vt 0.868746 0.500501</w:t>
        <w:br/>
        <w:t>vt 0.876999 0.497148</w:t>
        <w:br/>
        <w:t>vt 0.871583 0.504112</w:t>
        <w:br/>
        <w:t>vt 0.883448 0.497148</w:t>
        <w:br/>
        <w:t>vt 0.888864 0.504112</w:t>
        <w:br/>
        <w:t>vt 0.791331 0.518655</w:t>
        <w:br/>
        <w:t>vt 0.791331 0.554722</w:t>
        <w:br/>
        <w:t>vt 0.796403 0.553032</w:t>
        <w:br/>
        <w:t>vt 0.796403 0.519500</w:t>
        <w:br/>
        <w:t>vt 0.794994 0.559512</w:t>
        <w:br/>
        <w:t>vt 0.794994 0.513020</w:t>
        <w:br/>
        <w:t>vt 0.799221 0.548241</w:t>
        <w:br/>
        <w:t>vt 0.796403 0.553032</w:t>
        <w:br/>
        <w:t>vt 0.800629 0.550496</w:t>
        <w:br/>
        <w:t>vt 0.799221 0.524572</w:t>
        <w:br/>
        <w:t>vt 0.796403 0.519500</w:t>
        <w:br/>
        <w:t>vt 0.800629 0.550496</w:t>
        <w:br/>
        <w:t>vt 0.796403 0.553032</w:t>
        <w:br/>
        <w:t>vt 0.811900 0.553032</w:t>
        <w:br/>
        <w:t>vt 0.807392 0.550496</w:t>
        <w:br/>
        <w:t>vt 0.811900 0.519500</w:t>
        <w:br/>
        <w:t>vt 0.796403 0.519500</w:t>
        <w:br/>
        <w:t>vt 0.800629 0.522036</w:t>
        <w:br/>
        <w:t>vt 0.807392 0.522036</w:t>
        <w:br/>
        <w:t>vt 0.809364 0.548241</w:t>
        <w:br/>
        <w:t>vt 0.809364 0.524572</w:t>
        <w:br/>
        <w:t>vt 0.811900 0.519500</w:t>
        <w:br/>
        <w:t>vt 0.807392 0.522036</w:t>
        <w:br/>
        <w:t>vt 0.813591 0.513020</w:t>
        <w:br/>
        <w:t>vt 0.816972 0.555567</w:t>
        <w:br/>
        <w:t>vt 0.816972 0.518655</w:t>
        <w:br/>
        <w:t>vt 0.811900 0.519500</w:t>
        <w:br/>
        <w:t>vt 0.811900 0.553032</w:t>
        <w:br/>
        <w:t>vt 0.813591 0.559512</w:t>
        <w:br/>
        <w:t>vt 0.883448 0.466971</w:t>
        <w:br/>
        <w:t>vt 0.876999 0.466971</w:t>
        <w:br/>
        <w:t>vt 0.871583 0.461555</w:t>
        <w:br/>
        <w:t>vt 0.888864 0.461555</w:t>
        <w:br/>
        <w:t>vt 0.868746 0.466197</w:t>
        <w:br/>
        <w:t>vt 0.875194 0.470840</w:t>
        <w:br/>
        <w:t>vt 0.875194 0.494053</w:t>
        <w:br/>
        <w:t>vt 0.868746 0.500501</w:t>
        <w:br/>
        <w:t>vt 0.876999 0.497148</w:t>
        <w:br/>
        <w:t>vt 0.871583 0.504112</w:t>
        <w:br/>
        <w:t>vt 0.888864 0.504112</w:t>
        <w:br/>
        <w:t>vt 0.883448 0.497148</w:t>
        <w:br/>
        <w:t>vt 0.891701 0.499469</w:t>
        <w:br/>
        <w:t>vt 0.884995 0.494053</w:t>
        <w:br/>
        <w:t>vt 0.884995 0.470840</w:t>
        <w:br/>
        <w:t>vt 0.891701 0.465424</w:t>
        <w:br/>
        <w:t>vt 0.811900 0.553032</w:t>
        <w:br/>
        <w:t>vt 0.811900 0.519500</w:t>
        <w:br/>
        <w:t>vt 0.809364 0.524572</w:t>
        <w:br/>
        <w:t>vt 0.809364 0.548241</w:t>
        <w:br/>
        <w:t>vt 0.796403 0.519500</w:t>
        <w:br/>
        <w:t>vt 0.799221 0.524572</w:t>
        <w:br/>
        <w:t>vt 0.800629 0.522036</w:t>
        <w:br/>
        <w:t>vt 0.807392 0.522036</w:t>
        <w:br/>
        <w:t>vt 0.811900 0.519500</w:t>
        <w:br/>
        <w:t>vt 0.796403 0.553032</w:t>
        <w:br/>
        <w:t>vt 0.799221 0.548241</w:t>
        <w:br/>
        <w:t>vt 0.800629 0.550496</w:t>
        <w:br/>
        <w:t>vt 0.796403 0.553032</w:t>
        <w:br/>
        <w:t>vt 0.811900 0.553032</w:t>
        <w:br/>
        <w:t>vt 0.807392 0.550496</w:t>
        <w:br/>
        <w:t>vt 0.796403 0.519500</w:t>
        <w:br/>
        <w:t>vt 0.794994 0.513020</w:t>
        <w:br/>
        <w:t>vt 0.791331 0.518655</w:t>
        <w:br/>
        <w:t>vt 0.816972 0.518655</w:t>
        <w:br/>
        <w:t>vt 0.811900 0.553032</w:t>
        <w:br/>
        <w:t>vt 0.816972 0.555567</w:t>
        <w:br/>
        <w:t>vt 0.813591 0.513020</w:t>
        <w:br/>
        <w:t>vt 0.794994 0.559512</w:t>
        <w:br/>
        <w:t>vt 0.813591 0.559512</w:t>
        <w:br/>
        <w:t>vt 0.791331 0.554722</w:t>
        <w:br/>
        <w:t>vt 0.868746 0.500501</w:t>
        <w:br/>
        <w:t>vt 0.875194 0.494053</w:t>
        <w:br/>
        <w:t>vt 0.875194 0.470840</w:t>
        <w:br/>
        <w:t>vt 0.868746 0.466197</w:t>
        <w:br/>
        <w:t>vt 0.876999 0.497148</w:t>
        <w:br/>
        <w:t>vt 0.871583 0.504112</w:t>
        <w:br/>
        <w:t>vt 0.883448 0.497148</w:t>
        <w:br/>
        <w:t>vt 0.888864 0.504112</w:t>
        <w:br/>
        <w:t>vt 0.891701 0.499469</w:t>
        <w:br/>
        <w:t>vt 0.884995 0.494053</w:t>
        <w:br/>
        <w:t>vt 0.891701 0.465424</w:t>
        <w:br/>
        <w:t>vt 0.884995 0.470840</w:t>
        <w:br/>
        <w:t>vt 0.883448 0.466971</w:t>
        <w:br/>
        <w:t>vt 0.888864 0.461555</w:t>
        <w:br/>
        <w:t>vt 0.876999 0.466971</w:t>
        <w:br/>
        <w:t>vt 0.871583 0.461555</w:t>
        <w:br/>
        <w:t>vt 0.811900 0.553032</w:t>
        <w:br/>
        <w:t>vt 0.811900 0.519500</w:t>
        <w:br/>
        <w:t>vt 0.809364 0.524572</w:t>
        <w:br/>
        <w:t>vt 0.809364 0.548241</w:t>
        <w:br/>
        <w:t>vt 0.807392 0.522036</w:t>
        <w:br/>
        <w:t>vt 0.816972 0.518655</w:t>
        <w:br/>
        <w:t>vt 0.811900 0.519500</w:t>
        <w:br/>
        <w:t>vt 0.811900 0.553032</w:t>
        <w:br/>
        <w:t>vt 0.816972 0.555567</w:t>
        <w:br/>
        <w:t>vt 0.813591 0.513020</w:t>
        <w:br/>
        <w:t>vt 0.800629 0.522036</w:t>
        <w:br/>
        <w:t>vt 0.796403 0.519500</w:t>
        <w:br/>
        <w:t>vt 0.796403 0.519500</w:t>
        <w:br/>
        <w:t>vt 0.794994 0.513020</w:t>
        <w:br/>
        <w:t>vt 0.791331 0.518655</w:t>
        <w:br/>
        <w:t>vt 0.796403 0.553032</w:t>
        <w:br/>
        <w:t>vt 0.791331 0.554722</w:t>
        <w:br/>
        <w:t>vt 0.799221 0.524572</w:t>
        <w:br/>
        <w:t>vt 0.796403 0.553032</w:t>
        <w:br/>
        <w:t>vt 0.799221 0.548241</w:t>
        <w:br/>
        <w:t>vt 0.807392 0.550496</w:t>
        <w:br/>
        <w:t>vt 0.811900 0.553032</w:t>
        <w:br/>
        <w:t>vt 0.800629 0.550496</w:t>
        <w:br/>
        <w:t>vt 0.796403 0.553032</w:t>
        <w:br/>
        <w:t>vt 0.794994 0.559512</w:t>
        <w:br/>
        <w:t>vt 0.813591 0.559512</w:t>
        <w:br/>
        <w:t>vt 0.891701 0.465424</w:t>
        <w:br/>
        <w:t>vt 0.884995 0.470840</w:t>
        <w:br/>
        <w:t>vt 0.884995 0.494053</w:t>
        <w:br/>
        <w:t>vt 0.891701 0.499469</w:t>
        <w:br/>
        <w:t>vt 0.883448 0.466971</w:t>
        <w:br/>
        <w:t>vt 0.888864 0.461555</w:t>
        <w:br/>
        <w:t>vt 0.876999 0.466971</w:t>
        <w:br/>
        <w:t>vt 0.871583 0.461555</w:t>
        <w:br/>
        <w:t>vt 0.868746 0.466197</w:t>
        <w:br/>
        <w:t>vt 0.875194 0.470840</w:t>
        <w:br/>
        <w:t>vt 0.868746 0.500501</w:t>
        <w:br/>
        <w:t>vt 0.875194 0.494053</w:t>
        <w:br/>
        <w:t>vt 0.876999 0.497148</w:t>
        <w:br/>
        <w:t>vt 0.871583 0.504112</w:t>
        <w:br/>
        <w:t>vt 0.888864 0.504112</w:t>
        <w:br/>
        <w:t>vt 0.883448 0.497148</w:t>
        <w:br/>
        <w:t>vt 0.791331 0.554722</w:t>
        <w:br/>
        <w:t>vt 0.796403 0.553032</w:t>
        <w:br/>
        <w:t>vt 0.796403 0.519500</w:t>
        <w:br/>
        <w:t>vt 0.791331 0.518655</w:t>
        <w:br/>
        <w:t>vt 0.794994 0.559512</w:t>
        <w:br/>
        <w:t>vt 0.794994 0.513020</w:t>
        <w:br/>
        <w:t>vt 0.799221 0.548241</w:t>
        <w:br/>
        <w:t>vt 0.796403 0.553032</w:t>
        <w:br/>
        <w:t>vt 0.800629 0.550496</w:t>
        <w:br/>
        <w:t>vt 0.799221 0.524572</w:t>
        <w:br/>
        <w:t>vt 0.796403 0.519500</w:t>
        <w:br/>
        <w:t>vt 0.807392 0.550496</w:t>
        <w:br/>
        <w:t>vt 0.796403 0.553032</w:t>
        <w:br/>
        <w:t>vt 0.811900 0.553032</w:t>
        <w:br/>
        <w:t>vt 0.811900 0.519500</w:t>
        <w:br/>
        <w:t>vt 0.796403 0.519500</w:t>
        <w:br/>
        <w:t>vt 0.800629 0.522036</w:t>
        <w:br/>
        <w:t>vt 0.807392 0.522036</w:t>
        <w:br/>
        <w:t>vt 0.809364 0.548241</w:t>
        <w:br/>
        <w:t>vt 0.809364 0.524572</w:t>
        <w:br/>
        <w:t>vt 0.811900 0.519500</w:t>
        <w:br/>
        <w:t>vt 0.811900 0.519500</w:t>
        <w:br/>
        <w:t>vt 0.813591 0.513020</w:t>
        <w:br/>
        <w:t>vt 0.816972 0.518655</w:t>
        <w:br/>
        <w:t>vt 0.811900 0.553032</w:t>
        <w:br/>
        <w:t>vt 0.816972 0.555567</w:t>
        <w:br/>
        <w:t>vt 0.813591 0.559512</w:t>
        <w:br/>
        <w:t>vt 0.883448 0.466971</w:t>
        <w:br/>
        <w:t>vt 0.876999 0.466971</w:t>
        <w:br/>
        <w:t>vt 0.871583 0.461555</w:t>
        <w:br/>
        <w:t>vt 0.888864 0.461555</w:t>
        <w:br/>
        <w:t>vt 0.868746 0.466197</w:t>
        <w:br/>
        <w:t>vt 0.875194 0.470840</w:t>
        <w:br/>
        <w:t>vt 0.868746 0.500501</w:t>
        <w:br/>
        <w:t>vt 0.875194 0.494053</w:t>
        <w:br/>
        <w:t>vt 0.876999 0.497148</w:t>
        <w:br/>
        <w:t>vt 0.871583 0.504112</w:t>
        <w:br/>
        <w:t>vt 0.883448 0.497148</w:t>
        <w:br/>
        <w:t>vt 0.888864 0.504112</w:t>
        <w:br/>
        <w:t>vt 0.891701 0.499469</w:t>
        <w:br/>
        <w:t>vt 0.884995 0.494053</w:t>
        <w:br/>
        <w:t>vt 0.891701 0.465424</w:t>
        <w:br/>
        <w:t>vt 0.884995 0.470840</w:t>
        <w:br/>
        <w:t>vt 0.791331 0.554722</w:t>
        <w:br/>
        <w:t>vt 0.796403 0.553032</w:t>
        <w:br/>
        <w:t>vt 0.796403 0.519500</w:t>
        <w:br/>
        <w:t>vt 0.791331 0.518655</w:t>
        <w:br/>
        <w:t>vt 0.794994 0.559512</w:t>
        <w:br/>
        <w:t>vt 0.794994 0.513020</w:t>
        <w:br/>
        <w:t>vt 0.799221 0.548241</w:t>
        <w:br/>
        <w:t>vt 0.796403 0.553032</w:t>
        <w:br/>
        <w:t>vt 0.800629 0.550496</w:t>
        <w:br/>
        <w:t>vt 0.799221 0.524572</w:t>
        <w:br/>
        <w:t>vt 0.796403 0.519500</w:t>
        <w:br/>
        <w:t>vt 0.807392 0.550496</w:t>
        <w:br/>
        <w:t>vt 0.796403 0.553032</w:t>
        <w:br/>
        <w:t>vt 0.811900 0.553032</w:t>
        <w:br/>
        <w:t>vt 0.796403 0.519500</w:t>
        <w:br/>
        <w:t>vt 0.800629 0.522036</w:t>
        <w:br/>
        <w:t>vt 0.807392 0.522036</w:t>
        <w:br/>
        <w:t>vt 0.811900 0.519500</w:t>
        <w:br/>
        <w:t>vt 0.809364 0.548241</w:t>
        <w:br/>
        <w:t>vt 0.809364 0.524572</w:t>
        <w:br/>
        <w:t>vt 0.811900 0.519500</w:t>
        <w:br/>
        <w:t>vt 0.813591 0.513020</w:t>
        <w:br/>
        <w:t>vt 0.816972 0.518655</w:t>
        <w:br/>
        <w:t>vt 0.811900 0.553032</w:t>
        <w:br/>
        <w:t>vt 0.816972 0.555567</w:t>
        <w:br/>
        <w:t>vt 0.813591 0.559512</w:t>
        <w:br/>
        <w:t>vt 0.888864 0.461555</w:t>
        <w:br/>
        <w:t>vt 0.883448 0.466971</w:t>
        <w:br/>
        <w:t>vt 0.876999 0.466971</w:t>
        <w:br/>
        <w:t>vt 0.871583 0.461555</w:t>
        <w:br/>
        <w:t>vt 0.868746 0.466197</w:t>
        <w:br/>
        <w:t>vt 0.875194 0.470840</w:t>
        <w:br/>
        <w:t>vt 0.868746 0.500501</w:t>
        <w:br/>
        <w:t>vt 0.875194 0.494053</w:t>
        <w:br/>
        <w:t>vt 0.876999 0.497148</w:t>
        <w:br/>
        <w:t>vt 0.871583 0.504112</w:t>
        <w:br/>
        <w:t>vt 0.883448 0.497148</w:t>
        <w:br/>
        <w:t>vt 0.888864 0.504112</w:t>
        <w:br/>
        <w:t>vt 0.891701 0.499469</w:t>
        <w:br/>
        <w:t>vt 0.884995 0.494053</w:t>
        <w:br/>
        <w:t>vt 0.891701 0.465424</w:t>
        <w:br/>
        <w:t>vt 0.884995 0.470840</w:t>
        <w:br/>
        <w:t>vt 0.791331 0.554722</w:t>
        <w:br/>
        <w:t>vt 0.796403 0.553032</w:t>
        <w:br/>
        <w:t>vt 0.796403 0.519500</w:t>
        <w:br/>
        <w:t>vt 0.791331 0.518655</w:t>
        <w:br/>
        <w:t>vt 0.794994 0.559512</w:t>
        <w:br/>
        <w:t>vt 0.794994 0.513020</w:t>
        <w:br/>
        <w:t>vt 0.799221 0.548241</w:t>
        <w:br/>
        <w:t>vt 0.796403 0.553032</w:t>
        <w:br/>
        <w:t>vt 0.800629 0.550496</w:t>
        <w:br/>
        <w:t>vt 0.799221 0.524572</w:t>
        <w:br/>
        <w:t>vt 0.796403 0.519500</w:t>
        <w:br/>
        <w:t>vt 0.807392 0.550496</w:t>
        <w:br/>
        <w:t>vt 0.811900 0.553032</w:t>
        <w:br/>
        <w:t>vt 0.796403 0.519500</w:t>
        <w:br/>
        <w:t>vt 0.800629 0.522036</w:t>
        <w:br/>
        <w:t>vt 0.807392 0.522036</w:t>
        <w:br/>
        <w:t>vt 0.811900 0.519500</w:t>
        <w:br/>
        <w:t>vt 0.811900 0.553032</w:t>
        <w:br/>
        <w:t>vt 0.809364 0.548241</w:t>
        <w:br/>
        <w:t>vt 0.807392 0.550496</w:t>
        <w:br/>
        <w:t>vt 0.811900 0.519500</w:t>
        <w:br/>
        <w:t>vt 0.809364 0.524572</w:t>
        <w:br/>
        <w:t>vt 0.811900 0.519500</w:t>
        <w:br/>
        <w:t>vt 0.813591 0.513020</w:t>
        <w:br/>
        <w:t>vt 0.816972 0.518655</w:t>
        <w:br/>
        <w:t>vt 0.811900 0.553032</w:t>
        <w:br/>
        <w:t>vt 0.816972 0.555567</w:t>
        <w:br/>
        <w:t>vt 0.813591 0.559512</w:t>
        <w:br/>
        <w:t>vt 0.888864 0.461555</w:t>
        <w:br/>
        <w:t>vt 0.883448 0.466971</w:t>
        <w:br/>
        <w:t>vt 0.876999 0.466971</w:t>
        <w:br/>
        <w:t>vt 0.871583 0.461555</w:t>
        <w:br/>
        <w:t>vt 0.868746 0.466197</w:t>
        <w:br/>
        <w:t>vt 0.875194 0.470840</w:t>
        <w:br/>
        <w:t>vt 0.868746 0.500501</w:t>
        <w:br/>
        <w:t>vt 0.875194 0.494053</w:t>
        <w:br/>
        <w:t>vt 0.876999 0.497148</w:t>
        <w:br/>
        <w:t>vt 0.871583 0.504112</w:t>
        <w:br/>
        <w:t>vt 0.883448 0.497148</w:t>
        <w:br/>
        <w:t>vt 0.888864 0.504112</w:t>
        <w:br/>
        <w:t>vt 0.891701 0.499469</w:t>
        <w:br/>
        <w:t>vt 0.884995 0.494053</w:t>
        <w:br/>
        <w:t>vt 0.891701 0.465424</w:t>
        <w:br/>
        <w:t>vt 0.884995 0.470840</w:t>
        <w:br/>
        <w:t>vt 0.909250 0.498840</w:t>
        <w:br/>
        <w:t>vt 0.911718 0.503777</w:t>
        <w:br/>
        <w:t>vt 0.911718 0.526818</w:t>
        <w:br/>
        <w:t>vt 0.909250 0.531482</w:t>
        <w:br/>
        <w:t>vt 0.913638 0.529013</w:t>
        <w:br/>
        <w:t>vt 0.909250 0.498840</w:t>
        <w:br/>
        <w:t>vt 0.909250 0.531482</w:t>
        <w:br/>
        <w:t>vt 0.904312 0.533950</w:t>
        <w:br/>
        <w:t>vt 0.904312 0.498017</w:t>
        <w:br/>
        <w:t>vt 0.907604 0.537791</w:t>
        <w:br/>
        <w:t>vt 0.920222 0.529013</w:t>
        <w:br/>
        <w:t>vt 0.924336 0.531482</w:t>
        <w:br/>
        <w:t>vt 0.924336 0.531482</w:t>
        <w:br/>
        <w:t>vt 0.929274 0.533127</w:t>
        <w:br/>
        <w:t>vt 0.925708 0.537791</w:t>
        <w:br/>
        <w:t>vt 0.924336 0.498840</w:t>
        <w:br/>
        <w:t>vt 0.929274 0.498017</w:t>
        <w:br/>
        <w:t>vt 0.921593 0.526818</w:t>
        <w:br/>
        <w:t>vt 0.921593 0.503777</w:t>
        <w:br/>
        <w:t>vt 0.924336 0.498840</w:t>
        <w:br/>
        <w:t>vt 0.913638 0.501308</w:t>
        <w:br/>
        <w:t>vt 0.909250 0.498840</w:t>
        <w:br/>
        <w:t>vt 0.924336 0.498840</w:t>
        <w:br/>
        <w:t>vt 0.920222 0.501308</w:t>
        <w:br/>
        <w:t>vt 0.925708 0.492531</w:t>
        <w:br/>
        <w:t>vt 0.907604 0.492531</w:t>
        <w:br/>
        <w:t>vt 0.147600 0.766900</w:t>
        <w:br/>
        <w:t>vt 0.147600 0.753700</w:t>
        <w:br/>
        <w:t>vt 0.150100 0.755700</w:t>
        <w:br/>
        <w:t>vt 0.150100 0.764800</w:t>
        <w:br/>
        <w:t>vt 0.150800 0.766000</w:t>
        <w:br/>
        <w:t>vt 0.148700 0.768700</w:t>
        <w:br/>
        <w:t>vt 0.155300 0.768700</w:t>
        <w:br/>
        <w:t>vt 0.153300 0.766000</w:t>
        <w:br/>
        <w:t>vt 0.156500 0.767300</w:t>
        <w:br/>
        <w:t>vt 0.154000 0.764800</w:t>
        <w:br/>
        <w:t>vt 0.156500 0.754000</w:t>
        <w:br/>
        <w:t>vt 0.154000 0.755700</w:t>
        <w:br/>
        <w:t>vt 0.153300 0.754300</w:t>
        <w:br/>
        <w:t>vt 0.155300 0.752200</w:t>
        <w:br/>
        <w:t>vt 0.150800 0.754300</w:t>
        <w:br/>
        <w:t>vt 0.148700 0.752200</w:t>
        <w:br/>
        <w:t>vt 0.809364 0.548241</w:t>
        <w:br/>
        <w:t>vt 0.809364 0.524572</w:t>
        <w:br/>
        <w:t>vt 0.811900 0.519500</w:t>
        <w:br/>
        <w:t>vt 0.811900 0.553032</w:t>
        <w:br/>
        <w:t>vt 0.796403 0.519500</w:t>
        <w:br/>
        <w:t>vt 0.811900 0.519500</w:t>
        <w:br/>
        <w:t>vt 0.807392 0.522036</w:t>
        <w:br/>
        <w:t>vt 0.800629 0.522036</w:t>
        <w:br/>
        <w:t>vt 0.799221 0.524572</w:t>
        <w:br/>
        <w:t>vt 0.799221 0.548241</w:t>
        <w:br/>
        <w:t>vt 0.796403 0.553032</w:t>
        <w:br/>
        <w:t>vt 0.800629 0.550496</w:t>
        <w:br/>
        <w:t>vt 0.811900 0.519500</w:t>
        <w:br/>
        <w:t>vt 0.813591 0.513020</w:t>
        <w:br/>
        <w:t>vt 0.816972 0.518655</w:t>
        <w:br/>
        <w:t>vt 0.796403 0.519500</w:t>
        <w:br/>
        <w:t>vt 0.794994 0.513020</w:t>
        <w:br/>
        <w:t>vt 0.791331 0.518655</w:t>
        <w:br/>
        <w:t>vt 0.816972 0.555567</w:t>
        <w:br/>
        <w:t>vt 0.811900 0.553032</w:t>
        <w:br/>
        <w:t>vt 0.813591 0.559512</w:t>
        <w:br/>
        <w:t>vt 0.794994 0.559512</w:t>
        <w:br/>
        <w:t>vt 0.791331 0.554722</w:t>
        <w:br/>
        <w:t>vt 0.796403 0.553032</w:t>
        <w:br/>
        <w:t>vt 0.807392 0.550496</w:t>
        <w:br/>
        <w:t>vt 0.811900 0.553032</w:t>
        <w:br/>
        <w:t>vt 0.891701 0.465424</w:t>
        <w:br/>
        <w:t>vt 0.891701 0.499469</w:t>
        <w:br/>
        <w:t>vt 0.884995 0.494053</w:t>
        <w:br/>
        <w:t>vt 0.884995 0.470840</w:t>
        <w:br/>
        <w:t>vt 0.883448 0.466971</w:t>
        <w:br/>
        <w:t>vt 0.888864 0.461555</w:t>
        <w:br/>
        <w:t>vt 0.876999 0.466971</w:t>
        <w:br/>
        <w:t>vt 0.871583 0.461555</w:t>
        <w:br/>
        <w:t>vt 0.868746 0.466197</w:t>
        <w:br/>
        <w:t>vt 0.875194 0.470840</w:t>
        <w:br/>
        <w:t>vt 0.875194 0.494053</w:t>
        <w:br/>
        <w:t>vt 0.868746 0.500501</w:t>
        <w:br/>
        <w:t>vt 0.876999 0.497148</w:t>
        <w:br/>
        <w:t>vt 0.871583 0.504112</w:t>
        <w:br/>
        <w:t>vt 0.883448 0.497148</w:t>
        <w:br/>
        <w:t>vt 0.888864 0.504112</w:t>
        <w:br/>
        <w:t>vt 0.791331 0.518655</w:t>
        <w:br/>
        <w:t>vt 0.796403 0.519500</w:t>
        <w:br/>
        <w:t>vt 0.796403 0.553032</w:t>
        <w:br/>
        <w:t>vt 0.791331 0.554722</w:t>
        <w:br/>
        <w:t>vt 0.794994 0.559512</w:t>
        <w:br/>
        <w:t>vt 0.794994 0.513020</w:t>
        <w:br/>
        <w:t>vt 0.799221 0.548241</w:t>
        <w:br/>
        <w:t>vt 0.800629 0.550496</w:t>
        <w:br/>
        <w:t>vt 0.796403 0.553032</w:t>
        <w:br/>
        <w:t>vt 0.796403 0.519500</w:t>
        <w:br/>
        <w:t>vt 0.799221 0.524572</w:t>
        <w:br/>
        <w:t>vt 0.811900 0.553032</w:t>
        <w:br/>
        <w:t>vt 0.796403 0.553032</w:t>
        <w:br/>
        <w:t>vt 0.800629 0.550496</w:t>
        <w:br/>
        <w:t>vt 0.807392 0.550496</w:t>
        <w:br/>
        <w:t>vt 0.811900 0.519500</w:t>
        <w:br/>
        <w:t>vt 0.807392 0.522036</w:t>
        <w:br/>
        <w:t>vt 0.800629 0.522036</w:t>
        <w:br/>
        <w:t>vt 0.796403 0.519500</w:t>
        <w:br/>
        <w:t>vt 0.809364 0.548241</w:t>
        <w:br/>
        <w:t>vt 0.809364 0.524572</w:t>
        <w:br/>
        <w:t>vt 0.811900 0.519500</w:t>
        <w:br/>
        <w:t>vt 0.807392 0.522036</w:t>
        <w:br/>
        <w:t>vt 0.813591 0.513020</w:t>
        <w:br/>
        <w:t>vt 0.816972 0.555567</w:t>
        <w:br/>
        <w:t>vt 0.811900 0.553032</w:t>
        <w:br/>
        <w:t>vt 0.811900 0.519500</w:t>
        <w:br/>
        <w:t>vt 0.816972 0.518655</w:t>
        <w:br/>
        <w:t>vt 0.813591 0.559512</w:t>
        <w:br/>
        <w:t>vt 0.871583 0.461555</w:t>
        <w:br/>
        <w:t>vt 0.876999 0.466971</w:t>
        <w:br/>
        <w:t>vt 0.883448 0.466971</w:t>
        <w:br/>
        <w:t>vt 0.888864 0.461555</w:t>
        <w:br/>
        <w:t>vt 0.868746 0.466197</w:t>
        <w:br/>
        <w:t>vt 0.875194 0.470840</w:t>
        <w:br/>
        <w:t>vt 0.875194 0.494053</w:t>
        <w:br/>
        <w:t>vt 0.868746 0.500501</w:t>
        <w:br/>
        <w:t>vt 0.876999 0.497148</w:t>
        <w:br/>
        <w:t>vt 0.871583 0.504112</w:t>
        <w:br/>
        <w:t>vt 0.888864 0.504112</w:t>
        <w:br/>
        <w:t>vt 0.883448 0.497148</w:t>
        <w:br/>
        <w:t>vt 0.891701 0.499469</w:t>
        <w:br/>
        <w:t>vt 0.884995 0.494053</w:t>
        <w:br/>
        <w:t>vt 0.884995 0.470840</w:t>
        <w:br/>
        <w:t>vt 0.891701 0.465424</w:t>
        <w:br/>
        <w:t>vt 0.811900 0.553032</w:t>
        <w:br/>
        <w:t>vt 0.809364 0.548241</w:t>
        <w:br/>
        <w:t>vt 0.809364 0.524572</w:t>
        <w:br/>
        <w:t>vt 0.811900 0.519500</w:t>
        <w:br/>
        <w:t>vt 0.796403 0.519500</w:t>
        <w:br/>
        <w:t>vt 0.800629 0.522036</w:t>
        <w:br/>
        <w:t>vt 0.799221 0.524572</w:t>
        <w:br/>
        <w:t>vt 0.807392 0.522036</w:t>
        <w:br/>
        <w:t>vt 0.811900 0.519500</w:t>
        <w:br/>
        <w:t>vt 0.799221 0.548241</w:t>
        <w:br/>
        <w:t>vt 0.796403 0.553032</w:t>
        <w:br/>
        <w:t>vt 0.800629 0.550496</w:t>
        <w:br/>
        <w:t>vt 0.811900 0.553032</w:t>
        <w:br/>
        <w:t>vt 0.796403 0.553032</w:t>
        <w:br/>
        <w:t>vt 0.807392 0.550496</w:t>
        <w:br/>
        <w:t>vt 0.796403 0.519500</w:t>
        <w:br/>
        <w:t>vt 0.791331 0.518655</w:t>
        <w:br/>
        <w:t>vt 0.794994 0.513020</w:t>
        <w:br/>
        <w:t>vt 0.816972 0.518655</w:t>
        <w:br/>
        <w:t>vt 0.816972 0.555567</w:t>
        <w:br/>
        <w:t>vt 0.811900 0.553032</w:t>
        <w:br/>
        <w:t>vt 0.813591 0.513020</w:t>
        <w:br/>
        <w:t>vt 0.813591 0.559512</w:t>
        <w:br/>
        <w:t>vt 0.794994 0.559512</w:t>
        <w:br/>
        <w:t>vt 0.791331 0.554722</w:t>
        <w:br/>
        <w:t>vt 0.868746 0.500501</w:t>
        <w:br/>
        <w:t>vt 0.868746 0.466197</w:t>
        <w:br/>
        <w:t>vt 0.875194 0.470840</w:t>
        <w:br/>
        <w:t>vt 0.875194 0.494053</w:t>
        <w:br/>
        <w:t>vt 0.876999 0.497148</w:t>
        <w:br/>
        <w:t>vt 0.871583 0.504112</w:t>
        <w:br/>
        <w:t>vt 0.883448 0.497148</w:t>
        <w:br/>
        <w:t>vt 0.888864 0.504112</w:t>
        <w:br/>
        <w:t>vt 0.891701 0.499469</w:t>
        <w:br/>
        <w:t>vt 0.884995 0.494053</w:t>
        <w:br/>
        <w:t>vt 0.891701 0.465424</w:t>
        <w:br/>
        <w:t>vt 0.884995 0.470840</w:t>
        <w:br/>
        <w:t>vt 0.883448 0.466971</w:t>
        <w:br/>
        <w:t>vt 0.888864 0.461555</w:t>
        <w:br/>
        <w:t>vt 0.876999 0.466971</w:t>
        <w:br/>
        <w:t>vt 0.871583 0.461555</w:t>
        <w:br/>
        <w:t>vt 0.811900 0.553032</w:t>
        <w:br/>
        <w:t>vt 0.809364 0.548241</w:t>
        <w:br/>
        <w:t>vt 0.809364 0.524572</w:t>
        <w:br/>
        <w:t>vt 0.811900 0.519500</w:t>
        <w:br/>
        <w:t>vt 0.807392 0.522036</w:t>
        <w:br/>
        <w:t>vt 0.811900 0.553032</w:t>
        <w:br/>
        <w:t>vt 0.811900 0.519500</w:t>
        <w:br/>
        <w:t>vt 0.816972 0.518655</w:t>
        <w:br/>
        <w:t>vt 0.816972 0.555567</w:t>
        <w:br/>
        <w:t>vt 0.813591 0.513020</w:t>
        <w:br/>
        <w:t>vt 0.800629 0.522036</w:t>
        <w:br/>
        <w:t>vt 0.796403 0.519500</w:t>
        <w:br/>
        <w:t>vt 0.796403 0.519500</w:t>
        <w:br/>
        <w:t>vt 0.791331 0.518655</w:t>
        <w:br/>
        <w:t>vt 0.794994 0.513020</w:t>
        <w:br/>
        <w:t>vt 0.796403 0.553032</w:t>
        <w:br/>
        <w:t>vt 0.791331 0.554722</w:t>
        <w:br/>
        <w:t>vt 0.799221 0.524572</w:t>
        <w:br/>
        <w:t>vt 0.799221 0.548241</w:t>
        <w:br/>
        <w:t>vt 0.796403 0.553032</w:t>
        <w:br/>
        <w:t>vt 0.807392 0.550496</w:t>
        <w:br/>
        <w:t>vt 0.811900 0.553032</w:t>
        <w:br/>
        <w:t>vt 0.796403 0.553032</w:t>
        <w:br/>
        <w:t>vt 0.800629 0.550496</w:t>
        <w:br/>
        <w:t>vt 0.794994 0.559512</w:t>
        <w:br/>
        <w:t>vt 0.813591 0.559512</w:t>
        <w:br/>
        <w:t>vt 0.891701 0.465424</w:t>
        <w:br/>
        <w:t>vt 0.891701 0.499469</w:t>
        <w:br/>
        <w:t>vt 0.884995 0.494053</w:t>
        <w:br/>
        <w:t>vt 0.884995 0.470840</w:t>
        <w:br/>
        <w:t>vt 0.883448 0.466971</w:t>
        <w:br/>
        <w:t>vt 0.888864 0.461555</w:t>
        <w:br/>
        <w:t>vt 0.876999 0.466971</w:t>
        <w:br/>
        <w:t>vt 0.871583 0.461555</w:t>
        <w:br/>
        <w:t>vt 0.868746 0.466197</w:t>
        <w:br/>
        <w:t>vt 0.875194 0.470840</w:t>
        <w:br/>
        <w:t>vt 0.868746 0.500501</w:t>
        <w:br/>
        <w:t>vt 0.875194 0.494053</w:t>
        <w:br/>
        <w:t>vt 0.876999 0.497148</w:t>
        <w:br/>
        <w:t>vt 0.871583 0.504112</w:t>
        <w:br/>
        <w:t>vt 0.888864 0.504112</w:t>
        <w:br/>
        <w:t>vt 0.883448 0.497148</w:t>
        <w:br/>
        <w:t>vt 0.796403 0.519500</w:t>
        <w:br/>
        <w:t>vt 0.796403 0.553032</w:t>
        <w:br/>
        <w:t>vt 0.791331 0.554722</w:t>
        <w:br/>
        <w:t>vt 0.791331 0.518655</w:t>
        <w:br/>
        <w:t>vt 0.794994 0.559512</w:t>
        <w:br/>
        <w:t>vt 0.794994 0.513020</w:t>
        <w:br/>
        <w:t>vt 0.799221 0.548241</w:t>
        <w:br/>
        <w:t>vt 0.800629 0.550496</w:t>
        <w:br/>
        <w:t>vt 0.796403 0.553032</w:t>
        <w:br/>
        <w:t>vt 0.796403 0.519500</w:t>
        <w:br/>
        <w:t>vt 0.799221 0.524572</w:t>
        <w:br/>
        <w:t>vt 0.807392 0.550496</w:t>
        <w:br/>
        <w:t>vt 0.811900 0.553032</w:t>
        <w:br/>
        <w:t>vt 0.796403 0.553032</w:t>
        <w:br/>
        <w:t>vt 0.811900 0.519500</w:t>
        <w:br/>
        <w:t>vt 0.807392 0.522036</w:t>
        <w:br/>
        <w:t>vt 0.800629 0.522036</w:t>
        <w:br/>
        <w:t>vt 0.796403 0.519500</w:t>
        <w:br/>
        <w:t>vt 0.809364 0.548241</w:t>
        <w:br/>
        <w:t>vt 0.809364 0.524572</w:t>
        <w:br/>
        <w:t>vt 0.811900 0.519500</w:t>
        <w:br/>
        <w:t>vt 0.813591 0.513020</w:t>
        <w:br/>
        <w:t>vt 0.811900 0.519500</w:t>
        <w:br/>
        <w:t>vt 0.811900 0.553032</w:t>
        <w:br/>
        <w:t>vt 0.816972 0.518655</w:t>
        <w:br/>
        <w:t>vt 0.816972 0.555567</w:t>
        <w:br/>
        <w:t>vt 0.813591 0.559512</w:t>
        <w:br/>
        <w:t>vt 0.871583 0.461555</w:t>
        <w:br/>
        <w:t>vt 0.876999 0.466971</w:t>
        <w:br/>
        <w:t>vt 0.883448 0.466971</w:t>
        <w:br/>
        <w:t>vt 0.888864 0.461555</w:t>
        <w:br/>
        <w:t>vt 0.868746 0.466197</w:t>
        <w:br/>
        <w:t>vt 0.875194 0.470840</w:t>
        <w:br/>
        <w:t>vt 0.868746 0.500501</w:t>
        <w:br/>
        <w:t>vt 0.875194 0.494053</w:t>
        <w:br/>
        <w:t>vt 0.876999 0.497148</w:t>
        <w:br/>
        <w:t>vt 0.871583 0.504112</w:t>
        <w:br/>
        <w:t>vt 0.883448 0.497148</w:t>
        <w:br/>
        <w:t>vt 0.888864 0.504112</w:t>
        <w:br/>
        <w:t>vt 0.891701 0.499469</w:t>
        <w:br/>
        <w:t>vt 0.884995 0.494053</w:t>
        <w:br/>
        <w:t>vt 0.891701 0.465424</w:t>
        <w:br/>
        <w:t>vt 0.884995 0.470840</w:t>
        <w:br/>
        <w:t>vt 0.796403 0.519500</w:t>
        <w:br/>
        <w:t>vt 0.796403 0.553032</w:t>
        <w:br/>
        <w:t>vt 0.791331 0.554722</w:t>
        <w:br/>
        <w:t>vt 0.791331 0.518655</w:t>
        <w:br/>
        <w:t>vt 0.794994 0.559512</w:t>
        <w:br/>
        <w:t>vt 0.794994 0.513020</w:t>
        <w:br/>
        <w:t>vt 0.799221 0.548241</w:t>
        <w:br/>
        <w:t>vt 0.800629 0.550496</w:t>
        <w:br/>
        <w:t>vt 0.796403 0.553032</w:t>
        <w:br/>
        <w:t>vt 0.796403 0.519500</w:t>
        <w:br/>
        <w:t>vt 0.799221 0.524572</w:t>
        <w:br/>
        <w:t>vt 0.807392 0.550496</w:t>
        <w:br/>
        <w:t>vt 0.811900 0.553032</w:t>
        <w:br/>
        <w:t>vt 0.796403 0.553032</w:t>
        <w:br/>
        <w:t>vt 0.807392 0.522036</w:t>
        <w:br/>
        <w:t>vt 0.800629 0.522036</w:t>
        <w:br/>
        <w:t>vt 0.796403 0.519500</w:t>
        <w:br/>
        <w:t>vt 0.811900 0.519500</w:t>
        <w:br/>
        <w:t>vt 0.809364 0.548241</w:t>
        <w:br/>
        <w:t>vt 0.809364 0.524572</w:t>
        <w:br/>
        <w:t>vt 0.813591 0.513020</w:t>
        <w:br/>
        <w:t>vt 0.811900 0.519500</w:t>
        <w:br/>
        <w:t>vt 0.811900 0.553032</w:t>
        <w:br/>
        <w:t>vt 0.816972 0.518655</w:t>
        <w:br/>
        <w:t>vt 0.816972 0.555567</w:t>
        <w:br/>
        <w:t>vt 0.813591 0.559512</w:t>
        <w:br/>
        <w:t>vt 0.888864 0.461555</w:t>
        <w:br/>
        <w:t>vt 0.871583 0.461555</w:t>
        <w:br/>
        <w:t>vt 0.876999 0.466971</w:t>
        <w:br/>
        <w:t>vt 0.883448 0.466971</w:t>
        <w:br/>
        <w:t>vt 0.868746 0.466197</w:t>
        <w:br/>
        <w:t>vt 0.875194 0.470840</w:t>
        <w:br/>
        <w:t>vt 0.868746 0.500501</w:t>
        <w:br/>
        <w:t>vt 0.875194 0.494053</w:t>
        <w:br/>
        <w:t>vt 0.876999 0.497148</w:t>
        <w:br/>
        <w:t>vt 0.871583 0.504112</w:t>
        <w:br/>
        <w:t>vt 0.883448 0.497148</w:t>
        <w:br/>
        <w:t>vt 0.888864 0.504112</w:t>
        <w:br/>
        <w:t>vt 0.891701 0.499469</w:t>
        <w:br/>
        <w:t>vt 0.884995 0.494053</w:t>
        <w:br/>
        <w:t>vt 0.891701 0.465424</w:t>
        <w:br/>
        <w:t>vt 0.884995 0.470840</w:t>
        <w:br/>
        <w:t>vt 0.796403 0.519500</w:t>
        <w:br/>
        <w:t>vt 0.796403 0.553032</w:t>
        <w:br/>
        <w:t>vt 0.791331 0.554722</w:t>
        <w:br/>
        <w:t>vt 0.791331 0.518655</w:t>
        <w:br/>
        <w:t>vt 0.794994 0.559512</w:t>
        <w:br/>
        <w:t>vt 0.794994 0.513020</w:t>
        <w:br/>
        <w:t>vt 0.799221 0.548241</w:t>
        <w:br/>
        <w:t>vt 0.800629 0.550496</w:t>
        <w:br/>
        <w:t>vt 0.796403 0.553032</w:t>
        <w:br/>
        <w:t>vt 0.796403 0.519500</w:t>
        <w:br/>
        <w:t>vt 0.799221 0.524572</w:t>
        <w:br/>
        <w:t>vt 0.807392 0.550496</w:t>
        <w:br/>
        <w:t>vt 0.811900 0.553032</w:t>
        <w:br/>
        <w:t>vt 0.807392 0.522036</w:t>
        <w:br/>
        <w:t>vt 0.800629 0.522036</w:t>
        <w:br/>
        <w:t>vt 0.796403 0.519500</w:t>
        <w:br/>
        <w:t>vt 0.811900 0.519500</w:t>
        <w:br/>
        <w:t>vt 0.811900 0.553032</w:t>
        <w:br/>
        <w:t>vt 0.807392 0.550496</w:t>
        <w:br/>
        <w:t>vt 0.809364 0.548241</w:t>
        <w:br/>
        <w:t>vt 0.811900 0.519500</w:t>
        <w:br/>
        <w:t>vt 0.809364 0.524572</w:t>
        <w:br/>
        <w:t>vt 0.813591 0.513020</w:t>
        <w:br/>
        <w:t>vt 0.811900 0.519500</w:t>
        <w:br/>
        <w:t>vt 0.811900 0.553032</w:t>
        <w:br/>
        <w:t>vt 0.816972 0.518655</w:t>
        <w:br/>
        <w:t>vt 0.816972 0.555567</w:t>
        <w:br/>
        <w:t>vt 0.813591 0.559512</w:t>
        <w:br/>
        <w:t>vt 0.888864 0.461555</w:t>
        <w:br/>
        <w:t>vt 0.871583 0.461555</w:t>
        <w:br/>
        <w:t>vt 0.876999 0.466971</w:t>
        <w:br/>
        <w:t>vt 0.883448 0.466971</w:t>
        <w:br/>
        <w:t>vt 0.868746 0.466197</w:t>
        <w:br/>
        <w:t>vt 0.875194 0.470840</w:t>
        <w:br/>
        <w:t>vt 0.868746 0.500501</w:t>
        <w:br/>
        <w:t>vt 0.875194 0.494053</w:t>
        <w:br/>
        <w:t>vt 0.876999 0.497148</w:t>
        <w:br/>
        <w:t>vt 0.871583 0.504112</w:t>
        <w:br/>
        <w:t>vt 0.883448 0.497148</w:t>
        <w:br/>
        <w:t>vt 0.888864 0.504112</w:t>
        <w:br/>
        <w:t>vt 0.891701 0.499469</w:t>
        <w:br/>
        <w:t>vt 0.884995 0.494053</w:t>
        <w:br/>
        <w:t>vt 0.891701 0.465424</w:t>
        <w:br/>
        <w:t>vt 0.884995 0.470840</w:t>
        <w:br/>
        <w:t>vt 0.066840 0.856800</w:t>
        <w:br/>
        <w:t>vt 0.066840 0.863800</w:t>
        <w:br/>
        <w:t>vt 0.065540 0.863800</w:t>
        <w:br/>
        <w:t>vt 0.065540 0.856100</w:t>
        <w:br/>
        <w:t>vt 0.064240 0.856700</w:t>
        <w:br/>
        <w:t>vt 0.064240 0.863700</w:t>
        <w:br/>
        <w:t>vt 0.065540 0.863800</w:t>
        <w:br/>
        <w:t>vt 0.065540 0.872200</w:t>
        <w:br/>
        <w:t>vt 0.064240 0.871200</w:t>
        <w:br/>
        <w:t>vt 0.064240 0.863700</w:t>
        <w:br/>
        <w:t>vt 0.770180 0.870130</w:t>
        <w:br/>
        <w:t>vt 0.770180 0.873829</w:t>
        <w:br/>
        <w:t>vt 0.762080 0.873829</w:t>
        <w:br/>
        <w:t>vt 0.762080 0.870130</w:t>
        <w:br/>
        <w:t>vt 0.860680 0.873829</w:t>
        <w:br/>
        <w:t>vt 0.860680 0.870130</w:t>
        <w:br/>
        <w:t>vt 0.868080 0.870130</w:t>
        <w:br/>
        <w:t>vt 0.868080 0.873829</w:t>
        <w:br/>
        <w:t>vt 0.853180 0.873829</w:t>
        <w:br/>
        <w:t>vt 0.844180 0.873829</w:t>
        <w:br/>
        <w:t>vt 0.844180 0.870130</w:t>
        <w:br/>
        <w:t>vt 0.853180 0.870130</w:t>
        <w:br/>
        <w:t>vt 0.835980 0.870130</w:t>
        <w:br/>
        <w:t>vt 0.835980 0.873829</w:t>
        <w:br/>
        <w:t>vt 0.819880 0.873829</w:t>
        <w:br/>
        <w:t>vt 0.819880 0.870130</w:t>
        <w:br/>
        <w:t>vt 0.827980 0.870130</w:t>
        <w:br/>
        <w:t>vt 0.827980 0.873829</w:t>
        <w:br/>
        <w:t>vt 0.803780 0.873829</w:t>
        <w:br/>
        <w:t>vt 0.803780 0.870130</w:t>
        <w:br/>
        <w:t>vt 0.811880 0.870130</w:t>
        <w:br/>
        <w:t>vt 0.811880 0.873829</w:t>
        <w:br/>
        <w:t>vt 0.778380 0.873829</w:t>
        <w:br/>
        <w:t>vt 0.778380 0.870130</w:t>
        <w:br/>
        <w:t>vt 0.786680 0.870130</w:t>
        <w:br/>
        <w:t>vt 0.786680 0.873829</w:t>
        <w:br/>
        <w:t>vt 0.794980 0.870130</w:t>
        <w:br/>
        <w:t>vt 0.794980 0.873829</w:t>
        <w:br/>
        <w:t>vt 0.762080 0.875030</w:t>
        <w:br/>
        <w:t>vt 0.762080 0.873829</w:t>
        <w:br/>
        <w:t>vt 0.770180 0.873829</w:t>
        <w:br/>
        <w:t>vt 0.770180 0.875030</w:t>
        <w:br/>
        <w:t>vt 0.762080 0.868929</w:t>
        <w:br/>
        <w:t>vt 0.770180 0.868929</w:t>
        <w:br/>
        <w:t>vt 0.770180 0.870130</w:t>
        <w:br/>
        <w:t>vt 0.762080 0.870130</w:t>
        <w:br/>
        <w:t>vt 0.860680 0.875030</w:t>
        <w:br/>
        <w:t>vt 0.860680 0.873829</w:t>
        <w:br/>
        <w:t>vt 0.868080 0.873829</w:t>
        <w:br/>
        <w:t>vt 0.868080 0.875030</w:t>
        <w:br/>
        <w:t>vt 0.868080 0.868929</w:t>
        <w:br/>
        <w:t>vt 0.868080 0.870130</w:t>
        <w:br/>
        <w:t>vt 0.860680 0.870130</w:t>
        <w:br/>
        <w:t>vt 0.860680 0.868929</w:t>
        <w:br/>
        <w:t>vt 0.853180 0.875030</w:t>
        <w:br/>
        <w:t>vt 0.844180 0.875030</w:t>
        <w:br/>
        <w:t>vt 0.844180 0.873829</w:t>
        <w:br/>
        <w:t>vt 0.853180 0.873829</w:t>
        <w:br/>
        <w:t>vt 0.844180 0.868929</w:t>
        <w:br/>
        <w:t>vt 0.853180 0.868929</w:t>
        <w:br/>
        <w:t>vt 0.853180 0.870130</w:t>
        <w:br/>
        <w:t>vt 0.844180 0.870130</w:t>
        <w:br/>
        <w:t>vt 0.835980 0.868929</w:t>
        <w:br/>
        <w:t>vt 0.835980 0.870130</w:t>
        <w:br/>
        <w:t>vt 0.835980 0.875030</w:t>
        <w:br/>
        <w:t>vt 0.835980 0.873829</w:t>
        <w:br/>
        <w:t>vt 0.827980 0.875030</w:t>
        <w:br/>
        <w:t>vt 0.819880 0.875030</w:t>
        <w:br/>
        <w:t>vt 0.819880 0.873829</w:t>
        <w:br/>
        <w:t>vt 0.827980 0.873829</w:t>
        <w:br/>
        <w:t>vt 0.827980 0.868929</w:t>
        <w:br/>
        <w:t>vt 0.827980 0.870130</w:t>
        <w:br/>
        <w:t>vt 0.819880 0.870130</w:t>
        <w:br/>
        <w:t>vt 0.819880 0.868929</w:t>
        <w:br/>
        <w:t>vt 0.803780 0.875030</w:t>
        <w:br/>
        <w:t>vt 0.803780 0.873829</w:t>
        <w:br/>
        <w:t>vt 0.811880 0.873829</w:t>
        <w:br/>
        <w:t>vt 0.811880 0.875030</w:t>
        <w:br/>
        <w:t>vt 0.811880 0.868929</w:t>
        <w:br/>
        <w:t>vt 0.811880 0.870130</w:t>
        <w:br/>
        <w:t>vt 0.803780 0.870130</w:t>
        <w:br/>
        <w:t>vt 0.803780 0.868929</w:t>
        <w:br/>
        <w:t>vt 0.786680 0.868929</w:t>
        <w:br/>
        <w:t>vt 0.786680 0.870130</w:t>
        <w:br/>
        <w:t>vt 0.778380 0.870130</w:t>
        <w:br/>
        <w:t>vt 0.778380 0.868929</w:t>
        <w:br/>
        <w:t>vt 0.778380 0.875030</w:t>
        <w:br/>
        <w:t>vt 0.778380 0.873829</w:t>
        <w:br/>
        <w:t>vt 0.786680 0.873829</w:t>
        <w:br/>
        <w:t>vt 0.786680 0.875030</w:t>
        <w:br/>
        <w:t>vt 0.794980 0.873829</w:t>
        <w:br/>
        <w:t>vt 0.794980 0.875030</w:t>
        <w:br/>
        <w:t>vt 0.794980 0.868929</w:t>
        <w:br/>
        <w:t>vt 0.794980 0.870130</w:t>
        <w:br/>
        <w:t>vt 0.061600 0.806200</w:t>
        <w:br/>
        <w:t>vt 0.065500 0.804900</w:t>
        <w:br/>
        <w:t>vt 0.065200 0.807200</w:t>
        <w:br/>
        <w:t>vt 0.065600 0.787200</w:t>
        <w:br/>
        <w:t>vt 0.067600 0.789100</w:t>
        <w:br/>
        <w:t>vt 0.065900 0.789200</w:t>
        <w:br/>
        <w:t>vt 0.061600 0.789400</w:t>
        <w:br/>
        <w:t>vt 0.061600 0.788500</w:t>
        <w:br/>
        <w:t>vt 0.065000 0.791900</w:t>
        <w:br/>
        <w:t>vt 0.064400 0.789000</w:t>
        <w:br/>
        <w:t>vt 0.063000 0.791800</w:t>
        <w:br/>
        <w:t>vt 0.063400 0.794800</w:t>
        <w:br/>
        <w:t>vt 0.061600 0.794300</w:t>
        <w:br/>
        <w:t>vt 0.061600 0.791600</w:t>
        <w:br/>
        <w:t>vt 0.061600 0.789400</w:t>
        <w:br/>
        <w:t>vt 0.076836 0.829683</w:t>
        <w:br/>
        <w:t>vt 0.075958 0.830981</w:t>
        <w:br/>
        <w:t>vt 0.075530 0.829189</w:t>
        <w:br/>
        <w:t>vt 0.076742 0.828880</w:t>
        <w:br/>
        <w:t>vt 0.074384 0.829944</w:t>
        <w:br/>
        <w:t>vt 0.074928 0.830853</w:t>
        <w:br/>
        <w:t>vt 0.063700 0.797000</w:t>
        <w:br/>
        <w:t>vt 0.061600 0.797200</w:t>
        <w:br/>
        <w:t>vt 0.074603 0.828532</w:t>
        <w:br/>
        <w:t>vt 0.075530 0.829189</w:t>
        <w:br/>
        <w:t>vt 0.075415 0.827853</w:t>
        <w:br/>
        <w:t>vt 0.061600 0.799900</w:t>
        <w:br/>
        <w:t>vt 0.065700 0.799000</w:t>
        <w:br/>
        <w:t>vt 0.067000 0.794900</w:t>
        <w:br/>
        <w:t>vt 0.067200 0.797100</w:t>
        <w:br/>
        <w:t>vt 0.068500 0.794800</w:t>
        <w:br/>
        <w:t>vt 0.068500 0.797400</w:t>
        <w:br/>
        <w:t>vt 0.067200 0.797100</w:t>
        <w:br/>
        <w:t>vt 0.067000 0.794900</w:t>
        <w:br/>
        <w:t>vt 0.067300 0.792000</w:t>
        <w:br/>
        <w:t>vt 0.068500 0.792100</w:t>
        <w:br/>
        <w:t>vt 0.075674 0.811419</w:t>
        <w:br/>
        <w:t>vt 0.075922 0.812867</w:t>
        <w:br/>
        <w:t>vt 0.075013 0.812494</w:t>
        <w:br/>
        <w:t>vt 0.068500 0.797400</w:t>
        <w:br/>
        <w:t>vt 0.068500 0.799600</w:t>
        <w:br/>
        <w:t>vt 0.067600 0.789100</w:t>
        <w:br/>
        <w:t>vt 0.075674 0.811419</w:t>
        <w:br/>
        <w:t>vt 0.074475 0.811502</w:t>
        <w:br/>
        <w:t>vt 0.074682 0.810096</w:t>
        <w:br/>
        <w:t>vt 0.068500 0.789000</w:t>
        <w:br/>
        <w:t>vt 0.075674 0.811419</w:t>
        <w:br/>
        <w:t>vt 0.076584 0.810385</w:t>
        <w:br/>
        <w:t>vt 0.076791 0.811378</w:t>
        <w:br/>
        <w:t>vt 0.068500 0.804100</w:t>
        <w:br/>
        <w:t>vt 0.068500 0.806700</w:t>
        <w:br/>
        <w:t>vt 0.061600 0.805100</w:t>
        <w:br/>
        <w:t>vt 0.061600 0.802600</w:t>
        <w:br/>
        <w:t>vt 0.065500 0.802100</w:t>
        <w:br/>
        <w:t>vt 0.068500 0.802000</w:t>
        <w:br/>
        <w:t>vt 0.076321 0.827976</w:t>
        <w:br/>
        <w:t>vt 0.076626 0.812453</w:t>
        <w:br/>
        <w:t>vt 0.075674 0.811419</w:t>
        <w:br/>
        <w:t>vt 0.074682 0.810096</w:t>
        <w:br/>
        <w:t>vt 0.075716 0.809723</w:t>
        <w:br/>
        <w:t>vt 0.068500 0.789000</w:t>
        <w:br/>
        <w:t>vt 0.064400 0.789000</w:t>
        <w:br/>
        <w:t>vt 0.068500 0.786400</w:t>
        <w:br/>
        <w:t>vt 0.615300 0.516800</w:t>
        <w:br/>
        <w:t>vt 0.615600 0.517100</w:t>
        <w:br/>
        <w:t>vt 0.607300 0.519200</w:t>
        <w:br/>
        <w:t>vt 0.607150 0.518750</w:t>
        <w:br/>
        <w:t>vt 0.717550 0.503700</w:t>
        <w:br/>
        <w:t>vt 0.724600 0.504750</w:t>
        <w:br/>
        <w:t>vt 0.721700 0.512800</w:t>
        <w:br/>
        <w:t>vt 0.717900 0.512400</w:t>
        <w:br/>
        <w:t>vt 0.716300 0.489300</w:t>
        <w:br/>
        <w:t>vt 0.693800 0.499800</w:t>
        <w:br/>
        <w:t>vt 0.691800 0.489300</w:t>
        <w:br/>
        <w:t>vt 0.592500 0.508400</w:t>
        <w:br/>
        <w:t>vt 0.595700 0.484300</w:t>
        <w:br/>
        <w:t>vt 0.596200 0.484400</w:t>
        <w:br/>
        <w:t>vt 0.593000 0.508600</w:t>
        <w:br/>
        <w:t>vt 0.607100 0.511850</w:t>
        <w:br/>
        <w:t>vt 0.607150 0.518750</w:t>
        <w:br/>
        <w:t>vt 0.592100 0.519900</w:t>
        <w:br/>
        <w:t>vt 0.593000 0.508600</w:t>
        <w:br/>
        <w:t>vt 0.695300 0.508400</w:t>
        <w:br/>
        <w:t>vt 0.592100 0.519900</w:t>
        <w:br/>
        <w:t>vt 0.591800 0.520200</w:t>
        <w:br/>
        <w:t>vt 0.615500 0.513300</w:t>
        <w:br/>
        <w:t>vt 0.615300 0.516800</w:t>
        <w:br/>
        <w:t>vt 0.615900 0.513200</w:t>
        <w:br/>
        <w:t>vt 0.615500 0.513300</w:t>
        <w:br/>
        <w:t>vt 0.614600 0.490200</w:t>
        <w:br/>
        <w:t>vt 0.615100 0.490200</w:t>
        <w:br/>
        <w:t>vt 0.663800 0.501000</w:t>
        <w:br/>
        <w:t>vt 0.662950 0.495450</w:t>
        <w:br/>
        <w:t>vt 0.606350 0.487650</w:t>
        <w:br/>
        <w:t>vt 0.606050 0.456650</w:t>
        <w:br/>
        <w:t>vt 0.611300 0.458200</w:t>
        <w:br/>
        <w:t>vt 0.614600 0.490200</w:t>
        <w:br/>
        <w:t>vt 0.611300 0.458200</w:t>
        <w:br/>
        <w:t>vt 0.611700 0.458100</w:t>
        <w:br/>
        <w:t>vt 0.602300 0.435800</w:t>
        <w:br/>
        <w:t>vt 0.605800 0.435100</w:t>
        <w:br/>
        <w:t>vt 0.605700 0.435550</w:t>
        <w:br/>
        <w:t>vt 0.602700 0.435900</w:t>
        <w:br/>
        <w:t>vt 0.600100 0.454900</w:t>
        <w:br/>
        <w:t>vt 0.602700 0.435900</w:t>
        <w:br/>
        <w:t>vt 0.605700 0.435550</w:t>
        <w:br/>
        <w:t>vt 0.596200 0.484400</w:t>
        <w:br/>
        <w:t>vt 0.602700 0.435900</w:t>
        <w:br/>
        <w:t>vt 0.600100 0.454900</w:t>
        <w:br/>
        <w:t>vt 0.599700 0.454800</w:t>
        <w:br/>
        <w:t>vt 0.602300 0.435800</w:t>
        <w:br/>
        <w:t>vt 0.661900 0.489300</w:t>
        <w:br/>
        <w:t>vt 0.643000 0.495000</w:t>
        <w:br/>
        <w:t>vt 0.641950 0.492300</w:t>
        <w:br/>
        <w:t>vt 0.642600 0.489300</w:t>
        <w:br/>
        <w:t>vt 0.608200 0.436900</w:t>
        <w:br/>
        <w:t>vt 0.608600 0.436800</w:t>
        <w:br/>
        <w:t>vt 0.608200 0.436900</w:t>
        <w:br/>
        <w:t>vt 0.728000 0.489300</w:t>
        <w:br/>
        <w:t>vt 0.591800 0.520200</w:t>
        <w:br/>
        <w:t>vt 0.592100 0.519900</w:t>
        <w:br/>
        <w:t>vt 0.615600 0.517100</w:t>
        <w:br/>
        <w:t>vt 0.615300 0.516800</w:t>
        <w:br/>
        <w:t>vt 0.077800 0.759400</w:t>
        <w:br/>
        <w:t>vt 0.074300 0.768400</w:t>
        <w:br/>
        <w:t>vt 0.071200 0.759300</w:t>
        <w:br/>
        <w:t>vt 0.077700 0.752400</w:t>
        <w:br/>
        <w:t>vt 0.081700 0.741600</w:t>
        <w:br/>
        <w:t>vt 0.084800 0.746300</w:t>
        <w:br/>
        <w:t>vt 0.086800 0.755900</w:t>
        <w:br/>
        <w:t>vt 0.077800 0.759400</w:t>
        <w:br/>
        <w:t>vt 0.083600 0.766600</w:t>
        <w:br/>
        <w:t>vt 0.034200 0.755600</w:t>
        <w:br/>
        <w:t>vt 0.038200 0.764900</w:t>
        <w:br/>
        <w:t>vt 0.036600 0.765000</w:t>
        <w:br/>
        <w:t>vt 0.032900 0.755800</w:t>
        <w:br/>
        <w:t>vt 0.039000 0.773200</w:t>
        <w:br/>
        <w:t>vt 0.040900 0.773200</w:t>
        <w:br/>
        <w:t>vt 0.040000 0.778800</w:t>
        <w:br/>
        <w:t>vt 0.042000 0.778900</w:t>
        <w:br/>
        <w:t>vt 0.040700 0.783300</w:t>
        <w:br/>
        <w:t>vt 0.042400 0.783300</w:t>
        <w:br/>
        <w:t>vt 0.078600 0.739200</w:t>
        <w:br/>
        <w:t>vt 0.074900 0.741500</w:t>
        <w:br/>
        <w:t>vt 0.077700 0.752400</w:t>
        <w:br/>
        <w:t>vt 0.016300 0.783300</w:t>
        <w:br/>
        <w:t>vt 0.033600 0.783300</w:t>
        <w:br/>
        <w:t>vt 0.032400 0.788600</w:t>
        <w:br/>
        <w:t>vt 0.015000 0.787900</w:t>
        <w:br/>
        <w:t>vt 0.021400 0.796100</w:t>
        <w:br/>
        <w:t>vt 0.039700 0.788300</w:t>
        <w:br/>
        <w:t>vt 0.036300 0.796400</w:t>
        <w:br/>
        <w:t>vt 0.040700 0.783300</w:t>
        <w:br/>
        <w:t>vt 0.042400 0.783300</w:t>
        <w:br/>
        <w:t>vt 0.041400 0.788200</w:t>
        <w:br/>
        <w:t>vt 0.038000 0.796400</w:t>
        <w:br/>
        <w:t>vt 0.071300 0.749500</w:t>
        <w:br/>
        <w:t>vt 0.034800 0.804300</w:t>
        <w:br/>
        <w:t>vt 0.033300 0.804300</w:t>
        <w:br/>
        <w:t>vt 0.011900 0.809600</w:t>
        <w:br/>
        <w:t>vt 0.008700 0.803800</w:t>
        <w:br/>
        <w:t>vt 0.031900 0.812700</w:t>
        <w:br/>
        <w:t>vt 0.030600 0.812600</w:t>
        <w:br/>
        <w:t>vt 0.005800 0.794000</w:t>
        <w:br/>
        <w:t>vt 0.006800 0.787600</w:t>
        <w:br/>
        <w:t>vt 0.005100 0.787100</w:t>
        <w:br/>
        <w:t>vt 0.005900 0.783300</w:t>
        <w:br/>
        <w:t>vt 0.007800 0.783300</w:t>
        <w:br/>
        <w:t>vt 0.006800 0.778600</w:t>
        <w:br/>
        <w:t>vt 0.004900 0.778800</w:t>
        <w:br/>
        <w:t>vt 0.015100 0.778100</w:t>
        <w:br/>
        <w:t>vt 0.016300 0.783300</w:t>
        <w:br/>
        <w:t>vt 0.006800 0.772800</w:t>
        <w:br/>
        <w:t>vt 0.023300 0.772300</w:t>
        <w:br/>
        <w:t>vt 0.009300 0.763200</w:t>
        <w:br/>
        <w:t>vt 0.023200 0.764400</w:t>
        <w:br/>
        <w:t>vt 0.004800 0.772700</w:t>
        <w:br/>
        <w:t>vt 0.007300 0.762900</w:t>
        <w:br/>
        <w:t>vt 0.032500 0.778300</w:t>
        <w:br/>
        <w:t>vt 0.033600 0.783300</w:t>
        <w:br/>
        <w:t>vt 0.061300 0.778100</w:t>
        <w:br/>
        <w:t>vt 0.057200 0.779900</w:t>
        <w:br/>
        <w:t>vt 0.057400 0.769400</w:t>
        <w:br/>
        <w:t>vt 0.053600 0.779000</w:t>
        <w:br/>
        <w:t>vt 0.057400 0.769400</w:t>
        <w:br/>
        <w:t>vt 0.057200 0.779900</w:t>
        <w:br/>
        <w:t>vt 0.025000 0.820700</w:t>
        <w:br/>
        <w:t>vt 0.016500 0.814100</w:t>
        <w:br/>
        <w:t>vt 0.027200 0.820700</w:t>
        <w:br/>
        <w:t>vt 0.028600 0.820700</w:t>
        <w:br/>
        <w:t>vt 0.027200 0.820700</w:t>
        <w:br/>
        <w:t>vt 0.023300 0.820700</w:t>
        <w:br/>
        <w:t>vt 0.015400 0.814700</w:t>
        <w:br/>
        <w:t>vt 0.016500 0.814100</w:t>
        <w:br/>
        <w:t>vt 0.025000 0.820700</w:t>
        <w:br/>
        <w:t>vt 0.057200 0.749600</w:t>
        <w:br/>
        <w:t>vt 0.051900 0.756500</w:t>
        <w:br/>
        <w:t>vt 0.053600 0.750300</w:t>
        <w:br/>
        <w:t>vt 0.011900 0.809600</w:t>
        <w:br/>
        <w:t>vt 0.010600 0.810000</w:t>
        <w:br/>
        <w:t>vt 0.004000 0.793500</w:t>
        <w:br/>
        <w:t>vt 0.049500 0.773800</w:t>
        <w:br/>
        <w:t>vt 0.063900 0.772700</w:t>
        <w:br/>
        <w:t>vt 0.057100 0.760800</w:t>
        <w:br/>
        <w:t>vt 0.062700 0.762300</w:t>
        <w:br/>
        <w:t>vt 0.061500 0.755800</w:t>
        <w:br/>
        <w:t>vt 0.050200 0.762500</w:t>
        <w:br/>
        <w:t>vt 0.057100 0.760800</w:t>
        <w:br/>
        <w:t>vt 0.007100 0.803800</w:t>
        <w:br/>
        <w:t>vt 0.059800 0.749300</w:t>
        <w:br/>
        <w:t>vt 0.057200 0.749600</w:t>
        <w:br/>
        <w:t>vt 0.056900 0.740100</w:t>
        <w:br/>
        <w:t>vt 0.024200 0.746200</w:t>
        <w:br/>
        <w:t>vt 0.017900 0.752700</w:t>
        <w:br/>
        <w:t>vt 0.016800 0.751700</w:t>
        <w:br/>
        <w:t>vt 0.022700 0.746200</w:t>
        <w:br/>
        <w:t>vt 0.056900 0.740100</w:t>
        <w:br/>
        <w:t>vt 0.017900 0.752700</w:t>
        <w:br/>
        <w:t>vt 0.024200 0.746200</w:t>
        <w:br/>
        <w:t>vt 0.027500 0.746200</w:t>
        <w:br/>
        <w:t>vt 0.027500 0.746200</w:t>
        <w:br/>
        <w:t>vt 0.028700 0.746200</w:t>
        <w:br/>
        <w:t>vt 0.011300 0.756500</w:t>
        <w:br/>
        <w:t>vt 0.013100 0.757100</w:t>
        <w:br/>
        <w:t>vt 0.077900 0.775000</w:t>
        <w:br/>
        <w:t>vt 0.077900 0.775000</w:t>
        <w:br/>
        <w:t>vt 0.077800 0.759400</w:t>
        <w:br/>
        <w:t>vt 0.071200 0.759300</w:t>
        <w:br/>
        <w:t>vt 0.074300 0.768400</w:t>
        <w:br/>
        <w:t>vt 0.077700 0.752400</w:t>
        <w:br/>
        <w:t>vt 0.084800 0.746300</w:t>
        <w:br/>
        <w:t>vt 0.081700 0.741600</w:t>
        <w:br/>
        <w:t>vt 0.086800 0.755900</w:t>
        <w:br/>
        <w:t>vt 0.077800 0.759400</w:t>
        <w:br/>
        <w:t>vt 0.083600 0.766600</w:t>
        <w:br/>
        <w:t>vt 0.036600 0.765000</w:t>
        <w:br/>
        <w:t>vt 0.038200 0.764900</w:t>
        <w:br/>
        <w:t>vt 0.034200 0.755600</w:t>
        <w:br/>
        <w:t>vt 0.032900 0.755800</w:t>
        <w:br/>
        <w:t>vt 0.039000 0.773200</w:t>
        <w:br/>
        <w:t>vt 0.040900 0.773200</w:t>
        <w:br/>
        <w:t>vt 0.040000 0.778800</w:t>
        <w:br/>
        <w:t>vt 0.042000 0.778900</w:t>
        <w:br/>
        <w:t>vt 0.040700 0.783300</w:t>
        <w:br/>
        <w:t>vt 0.042400 0.783300</w:t>
        <w:br/>
        <w:t>vt 0.078600 0.739200</w:t>
        <w:br/>
        <w:t>vt 0.074900 0.741500</w:t>
        <w:br/>
        <w:t>vt 0.077700 0.752400</w:t>
        <w:br/>
        <w:t>vt 0.032400 0.788600</w:t>
        <w:br/>
        <w:t>vt 0.033600 0.783300</w:t>
        <w:br/>
        <w:t>vt 0.016300 0.783300</w:t>
        <w:br/>
        <w:t>vt 0.015000 0.787900</w:t>
        <w:br/>
        <w:t>vt 0.021400 0.796100</w:t>
        <w:br/>
        <w:t>vt 0.036300 0.796400</w:t>
        <w:br/>
        <w:t>vt 0.039700 0.788300</w:t>
        <w:br/>
        <w:t>vt 0.040700 0.783300</w:t>
        <w:br/>
        <w:t>vt 0.041400 0.788200</w:t>
        <w:br/>
        <w:t>vt 0.042400 0.783300</w:t>
        <w:br/>
        <w:t>vt 0.038000 0.796400</w:t>
        <w:br/>
        <w:t>vt 0.071300 0.749500</w:t>
        <w:br/>
        <w:t>vt 0.034800 0.804300</w:t>
        <w:br/>
        <w:t>vt 0.033300 0.804300</w:t>
        <w:br/>
        <w:t>vt 0.008700 0.803800</w:t>
        <w:br/>
        <w:t>vt 0.011900 0.809600</w:t>
        <w:br/>
        <w:t>vt 0.030600 0.812600</w:t>
        <w:br/>
        <w:t>vt 0.031900 0.812700</w:t>
        <w:br/>
        <w:t>vt 0.006800 0.787600</w:t>
        <w:br/>
        <w:t>vt 0.005800 0.794000</w:t>
        <w:br/>
        <w:t>vt 0.007800 0.783300</w:t>
        <w:br/>
        <w:t>vt 0.005900 0.783300</w:t>
        <w:br/>
        <w:t>vt 0.005100 0.787100</w:t>
        <w:br/>
        <w:t>vt 0.006800 0.778600</w:t>
        <w:br/>
        <w:t>vt 0.004900 0.778800</w:t>
        <w:br/>
        <w:t>vt 0.015100 0.778100</w:t>
        <w:br/>
        <w:t>vt 0.016300 0.783300</w:t>
        <w:br/>
        <w:t>vt 0.006800 0.772800</w:t>
        <w:br/>
        <w:t>vt 0.009300 0.763200</w:t>
        <w:br/>
        <w:t>vt 0.023300 0.772300</w:t>
        <w:br/>
        <w:t>vt 0.023200 0.764400</w:t>
        <w:br/>
        <w:t>vt 0.007300 0.762900</w:t>
        <w:br/>
        <w:t>vt 0.004800 0.772700</w:t>
        <w:br/>
        <w:t>vt 0.033600 0.783300</w:t>
        <w:br/>
        <w:t>vt 0.032500 0.778300</w:t>
        <w:br/>
        <w:t>vt 0.061300 0.778100</w:t>
        <w:br/>
        <w:t>vt 0.057400 0.769400</w:t>
        <w:br/>
        <w:t>vt 0.057200 0.779900</w:t>
        <w:br/>
        <w:t>vt 0.053600 0.779000</w:t>
        <w:br/>
        <w:t>vt 0.057200 0.779900</w:t>
        <w:br/>
        <w:t>vt 0.057400 0.769400</w:t>
        <w:br/>
        <w:t>vt 0.025000 0.820700</w:t>
        <w:br/>
        <w:t>vt 0.027200 0.820700</w:t>
        <w:br/>
        <w:t>vt 0.016500 0.814100</w:t>
        <w:br/>
        <w:t>vt 0.027200 0.820700</w:t>
        <w:br/>
        <w:t>vt 0.028600 0.820700</w:t>
        <w:br/>
        <w:t>vt 0.023300 0.820700</w:t>
        <w:br/>
        <w:t>vt 0.025000 0.820700</w:t>
        <w:br/>
        <w:t>vt 0.016500 0.814100</w:t>
        <w:br/>
        <w:t>vt 0.015400 0.814700</w:t>
        <w:br/>
        <w:t>vt 0.057200 0.749600</w:t>
        <w:br/>
        <w:t>vt 0.053600 0.750300</w:t>
        <w:br/>
        <w:t>vt 0.051900 0.756500</w:t>
        <w:br/>
        <w:t>vt 0.011900 0.809600</w:t>
        <w:br/>
        <w:t>vt 0.010600 0.810000</w:t>
        <w:br/>
        <w:t>vt 0.004000 0.793500</w:t>
        <w:br/>
        <w:t>vt 0.049500 0.773800</w:t>
        <w:br/>
        <w:t>vt 0.063900 0.772700</w:t>
        <w:br/>
        <w:t>vt 0.062700 0.762300</w:t>
        <w:br/>
        <w:t>vt 0.057100 0.760800</w:t>
        <w:br/>
        <w:t>vt 0.061500 0.755800</w:t>
        <w:br/>
        <w:t>vt 0.057100 0.760800</w:t>
        <w:br/>
        <w:t>vt 0.050200 0.762500</w:t>
        <w:br/>
        <w:t>vt 0.007100 0.803800</w:t>
        <w:br/>
        <w:t>vt 0.059800 0.749300</w:t>
        <w:br/>
        <w:t>vt 0.056900 0.740100</w:t>
        <w:br/>
        <w:t>vt 0.057200 0.749600</w:t>
        <w:br/>
        <w:t>vt 0.016800 0.751700</w:t>
        <w:br/>
        <w:t>vt 0.017900 0.752700</w:t>
        <w:br/>
        <w:t>vt 0.024200 0.746200</w:t>
        <w:br/>
        <w:t>vt 0.022700 0.746200</w:t>
        <w:br/>
        <w:t>vt 0.056900 0.740100</w:t>
        <w:br/>
        <w:t>vt 0.027500 0.746200</w:t>
        <w:br/>
        <w:t>vt 0.024200 0.746200</w:t>
        <w:br/>
        <w:t>vt 0.017900 0.752700</w:t>
        <w:br/>
        <w:t>vt 0.028700 0.746200</w:t>
        <w:br/>
        <w:t>vt 0.027500 0.746200</w:t>
        <w:br/>
        <w:t>vt 0.013100 0.757100</w:t>
        <w:br/>
        <w:t>vt 0.011300 0.756500</w:t>
        <w:br/>
        <w:t>vt 0.077900 0.775000</w:t>
        <w:br/>
        <w:t>vt 0.077900 0.775000</w:t>
        <w:br/>
        <w:t>vt 0.615300 0.516800</w:t>
        <w:br/>
        <w:t>vt 0.607150 0.518750</w:t>
        <w:br/>
        <w:t>vt 0.607300 0.519200</w:t>
        <w:br/>
        <w:t>vt 0.615600 0.517100</w:t>
        <w:br/>
        <w:t>vt 0.721700 0.512800</w:t>
        <w:br/>
        <w:t>vt 0.724600 0.504750</w:t>
        <w:br/>
        <w:t>vt 0.717550 0.503700</w:t>
        <w:br/>
        <w:t>vt 0.717900 0.512400</w:t>
        <w:br/>
        <w:t>vt 0.716300 0.489300</w:t>
        <w:br/>
        <w:t>vt 0.691800 0.489300</w:t>
        <w:br/>
        <w:t>vt 0.693800 0.499800</w:t>
        <w:br/>
        <w:t>vt 0.596200 0.484400</w:t>
        <w:br/>
        <w:t>vt 0.595700 0.484300</w:t>
        <w:br/>
        <w:t>vt 0.592500 0.508400</w:t>
        <w:br/>
        <w:t>vt 0.593000 0.508600</w:t>
        <w:br/>
        <w:t>vt 0.607100 0.511850</w:t>
        <w:br/>
        <w:t>vt 0.593000 0.508600</w:t>
        <w:br/>
        <w:t>vt 0.592100 0.519900</w:t>
        <w:br/>
        <w:t>vt 0.607150 0.518750</w:t>
        <w:br/>
        <w:t>vt 0.695300 0.508400</w:t>
        <w:br/>
        <w:t>vt 0.592100 0.519900</w:t>
        <w:br/>
        <w:t>vt 0.591800 0.520200</w:t>
        <w:br/>
        <w:t>vt 0.615300 0.516800</w:t>
        <w:br/>
        <w:t>vt 0.615500 0.513300</w:t>
        <w:br/>
        <w:t>vt 0.615900 0.513200</w:t>
        <w:br/>
        <w:t>vt 0.615100 0.490200</w:t>
        <w:br/>
        <w:t>vt 0.614600 0.490200</w:t>
        <w:br/>
        <w:t>vt 0.615500 0.513300</w:t>
        <w:br/>
        <w:t>vt 0.662950 0.495450</w:t>
        <w:br/>
        <w:t>vt 0.663800 0.501000</w:t>
        <w:br/>
        <w:t>vt 0.611300 0.458200</w:t>
        <w:br/>
        <w:t>vt 0.606050 0.456650</w:t>
        <w:br/>
        <w:t>vt 0.606350 0.487650</w:t>
        <w:br/>
        <w:t>vt 0.614600 0.490200</w:t>
        <w:br/>
        <w:t>vt 0.611700 0.458100</w:t>
        <w:br/>
        <w:t>vt 0.611300 0.458200</w:t>
        <w:br/>
        <w:t>vt 0.605700 0.435550</w:t>
        <w:br/>
        <w:t>vt 0.605800 0.435100</w:t>
        <w:br/>
        <w:t>vt 0.602300 0.435800</w:t>
        <w:br/>
        <w:t>vt 0.602700 0.435900</w:t>
        <w:br/>
        <w:t>vt 0.605700 0.435550</w:t>
        <w:br/>
        <w:t>vt 0.602700 0.435900</w:t>
        <w:br/>
        <w:t>vt 0.600100 0.454900</w:t>
        <w:br/>
        <w:t>vt 0.596200 0.484400</w:t>
        <w:br/>
        <w:t>vt 0.599700 0.454800</w:t>
        <w:br/>
        <w:t>vt 0.600100 0.454900</w:t>
        <w:br/>
        <w:t>vt 0.602700 0.435900</w:t>
        <w:br/>
        <w:t>vt 0.602300 0.435800</w:t>
        <w:br/>
        <w:t>vt 0.661900 0.489300</w:t>
        <w:br/>
        <w:t>vt 0.641950 0.492300</w:t>
        <w:br/>
        <w:t>vt 0.643000 0.495000</w:t>
        <w:br/>
        <w:t>vt 0.642600 0.489300</w:t>
        <w:br/>
        <w:t>vt 0.608200 0.436900</w:t>
        <w:br/>
        <w:t>vt 0.608200 0.436900</w:t>
        <w:br/>
        <w:t>vt 0.608600 0.436800</w:t>
        <w:br/>
        <w:t>vt 0.728000 0.489300</w:t>
        <w:br/>
        <w:t>vt 0.591800 0.520200</w:t>
        <w:br/>
        <w:t>vt 0.592100 0.519900</w:t>
        <w:br/>
        <w:t>vt 0.615600 0.517100</w:t>
        <w:br/>
        <w:t>vt 0.615300 0.516800</w:t>
        <w:br/>
        <w:t>vt 0.061600 0.806200</w:t>
        <w:br/>
        <w:t>vt 0.065200 0.807200</w:t>
        <w:br/>
        <w:t>vt 0.065500 0.804900</w:t>
        <w:br/>
        <w:t>vt 0.065600 0.787200</w:t>
        <w:br/>
        <w:t>vt 0.065900 0.789200</w:t>
        <w:br/>
        <w:t>vt 0.067600 0.789100</w:t>
        <w:br/>
        <w:t>vt 0.061600 0.788500</w:t>
        <w:br/>
        <w:t>vt 0.061600 0.789400</w:t>
        <w:br/>
        <w:t>vt 0.065000 0.791900</w:t>
        <w:br/>
        <w:t>vt 0.064400 0.789000</w:t>
        <w:br/>
        <w:t>vt 0.063000 0.791800</w:t>
        <w:br/>
        <w:t>vt 0.063400 0.794800</w:t>
        <w:br/>
        <w:t>vt 0.061600 0.791600</w:t>
        <w:br/>
        <w:t>vt 0.061600 0.794300</w:t>
        <w:br/>
        <w:t>vt 0.061600 0.789400</w:t>
        <w:br/>
        <w:t>vt 0.076836 0.829683</w:t>
        <w:br/>
        <w:t>vt 0.075530 0.829189</w:t>
        <w:br/>
        <w:t>vt 0.075958 0.830981</w:t>
        <w:br/>
        <w:t>vt 0.076742 0.828880</w:t>
        <w:br/>
        <w:t>vt 0.074384 0.829944</w:t>
        <w:br/>
        <w:t>vt 0.074928 0.830853</w:t>
        <w:br/>
        <w:t>vt 0.061600 0.797200</w:t>
        <w:br/>
        <w:t>vt 0.063700 0.797000</w:t>
        <w:br/>
        <w:t>vt 0.074603 0.828532</w:t>
        <w:br/>
        <w:t>vt 0.075530 0.829189</w:t>
        <w:br/>
        <w:t>vt 0.075415 0.827853</w:t>
        <w:br/>
        <w:t>vt 0.061600 0.799900</w:t>
        <w:br/>
        <w:t>vt 0.065700 0.799000</w:t>
        <w:br/>
        <w:t>vt 0.067000 0.794900</w:t>
        <w:br/>
        <w:t>vt 0.067200 0.797100</w:t>
        <w:br/>
        <w:t>vt 0.067200 0.797100</w:t>
        <w:br/>
        <w:t>vt 0.068500 0.797400</w:t>
        <w:br/>
        <w:t>vt 0.068500 0.794800</w:t>
        <w:br/>
        <w:t>vt 0.067000 0.794900</w:t>
        <w:br/>
        <w:t>vt 0.067300 0.792000</w:t>
        <w:br/>
        <w:t>vt 0.068500 0.792100</w:t>
        <w:br/>
        <w:t>vt 0.075674 0.811419</w:t>
        <w:br/>
        <w:t>vt 0.075013 0.812495</w:t>
        <w:br/>
        <w:t>vt 0.075922 0.812867</w:t>
        <w:br/>
        <w:t>vt 0.068500 0.799600</w:t>
        <w:br/>
        <w:t>vt 0.068500 0.797400</w:t>
        <w:br/>
        <w:t>vt 0.067600 0.789100</w:t>
        <w:br/>
        <w:t>vt 0.075674 0.811419</w:t>
        <w:br/>
        <w:t>vt 0.074682 0.810096</w:t>
        <w:br/>
        <w:t>vt 0.074475 0.811502</w:t>
        <w:br/>
        <w:t>vt 0.068500 0.789000</w:t>
        <w:br/>
        <w:t>vt 0.075674 0.811419</w:t>
        <w:br/>
        <w:t>vt 0.076791 0.811378</w:t>
        <w:br/>
        <w:t>vt 0.076584 0.810385</w:t>
        <w:br/>
        <w:t>vt 0.068500 0.804100</w:t>
        <w:br/>
        <w:t>vt 0.068500 0.806700</w:t>
        <w:br/>
        <w:t>vt 0.065500 0.802100</w:t>
        <w:br/>
        <w:t>vt 0.061600 0.802600</w:t>
        <w:br/>
        <w:t>vt 0.061600 0.805100</w:t>
        <w:br/>
        <w:t>vt 0.068500 0.802000</w:t>
        <w:br/>
        <w:t>vt 0.076321 0.827976</w:t>
        <w:br/>
        <w:t>vt 0.076626 0.812453</w:t>
        <w:br/>
        <w:t>vt 0.075674 0.811419</w:t>
        <w:br/>
        <w:t>vt 0.075716 0.809723</w:t>
        <w:br/>
        <w:t>vt 0.074682 0.810096</w:t>
        <w:br/>
        <w:t>vt 0.068500 0.789000</w:t>
        <w:br/>
        <w:t>vt 0.064400 0.789000</w:t>
        <w:br/>
        <w:t>vt 0.068500 0.786400</w:t>
        <w:br/>
        <w:t>vt 0.762079 0.873830</w:t>
        <w:br/>
        <w:t>vt 0.770180 0.873830</w:t>
        <w:br/>
        <w:t>vt 0.770180 0.870130</w:t>
        <w:br/>
        <w:t>vt 0.762079 0.870130</w:t>
        <w:br/>
        <w:t>vt 0.860680 0.873830</w:t>
        <w:br/>
        <w:t>vt 0.868080 0.873830</w:t>
        <w:br/>
        <w:t>vt 0.868080 0.870130</w:t>
        <w:br/>
        <w:t>vt 0.860680 0.870130</w:t>
        <w:br/>
        <w:t>vt 0.844180 0.870130</w:t>
        <w:br/>
        <w:t>vt 0.844180 0.873830</w:t>
        <w:br/>
        <w:t>vt 0.853180 0.873830</w:t>
        <w:br/>
        <w:t>vt 0.853180 0.870130</w:t>
        <w:br/>
        <w:t>vt 0.835980 0.870130</w:t>
        <w:br/>
        <w:t>vt 0.835980 0.873830</w:t>
        <w:br/>
        <w:t>vt 0.819880 0.873830</w:t>
        <w:br/>
        <w:t>vt 0.827980 0.873830</w:t>
        <w:br/>
        <w:t>vt 0.827980 0.870130</w:t>
        <w:br/>
        <w:t>vt 0.819880 0.870130</w:t>
        <w:br/>
        <w:t>vt 0.803780 0.873830</w:t>
        <w:br/>
        <w:t>vt 0.811880 0.873830</w:t>
        <w:br/>
        <w:t>vt 0.811880 0.870130</w:t>
        <w:br/>
        <w:t>vt 0.803780 0.870130</w:t>
        <w:br/>
        <w:t>vt 0.786680 0.870130</w:t>
        <w:br/>
        <w:t>vt 0.778380 0.870130</w:t>
        <w:br/>
        <w:t>vt 0.778380 0.873830</w:t>
        <w:br/>
        <w:t>vt 0.786680 0.873830</w:t>
        <w:br/>
        <w:t>vt 0.794980 0.873830</w:t>
        <w:br/>
        <w:t>vt 0.794980 0.870130</w:t>
        <w:br/>
        <w:t>vt 0.762079 0.875030</w:t>
        <w:br/>
        <w:t>vt 0.770180 0.875030</w:t>
        <w:br/>
        <w:t>vt 0.770180 0.873830</w:t>
        <w:br/>
        <w:t>vt 0.762079 0.873830</w:t>
        <w:br/>
        <w:t>vt 0.770180 0.870130</w:t>
        <w:br/>
        <w:t>vt 0.770180 0.868930</w:t>
        <w:br/>
        <w:t>vt 0.762079 0.868930</w:t>
        <w:br/>
        <w:t>vt 0.762079 0.870130</w:t>
        <w:br/>
        <w:t>vt 0.860680 0.875030</w:t>
        <w:br/>
        <w:t>vt 0.868080 0.875030</w:t>
        <w:br/>
        <w:t>vt 0.868080 0.873830</w:t>
        <w:br/>
        <w:t>vt 0.860680 0.873830</w:t>
        <w:br/>
        <w:t>vt 0.868080 0.868930</w:t>
        <w:br/>
        <w:t>vt 0.860680 0.868930</w:t>
        <w:br/>
        <w:t>vt 0.860680 0.870130</w:t>
        <w:br/>
        <w:t>vt 0.868080 0.870130</w:t>
        <w:br/>
        <w:t>vt 0.844180 0.873830</w:t>
        <w:br/>
        <w:t>vt 0.844180 0.875030</w:t>
        <w:br/>
        <w:t>vt 0.853180 0.875030</w:t>
        <w:br/>
        <w:t>vt 0.853180 0.873830</w:t>
        <w:br/>
        <w:t>vt 0.853180 0.870130</w:t>
        <w:br/>
        <w:t>vt 0.853180 0.868930</w:t>
        <w:br/>
        <w:t>vt 0.844180 0.868930</w:t>
        <w:br/>
        <w:t>vt 0.844180 0.870130</w:t>
        <w:br/>
        <w:t>vt 0.835980 0.868930</w:t>
        <w:br/>
        <w:t>vt 0.835980 0.870130</w:t>
        <w:br/>
        <w:t>vt 0.835980 0.873830</w:t>
        <w:br/>
        <w:t>vt 0.835980 0.875030</w:t>
        <w:br/>
        <w:t>vt 0.819880 0.873830</w:t>
        <w:br/>
        <w:t>vt 0.819880 0.875030</w:t>
        <w:br/>
        <w:t>vt 0.827980 0.875030</w:t>
        <w:br/>
        <w:t>vt 0.827980 0.873830</w:t>
        <w:br/>
        <w:t>vt 0.827980 0.868930</w:t>
        <w:br/>
        <w:t>vt 0.819880 0.868930</w:t>
        <w:br/>
        <w:t>vt 0.819880 0.870130</w:t>
        <w:br/>
        <w:t>vt 0.827980 0.870130</w:t>
        <w:br/>
        <w:t>vt 0.803780 0.875030</w:t>
        <w:br/>
        <w:t>vt 0.811880 0.875030</w:t>
        <w:br/>
        <w:t>vt 0.811880 0.873830</w:t>
        <w:br/>
        <w:t>vt 0.803780 0.873830</w:t>
        <w:br/>
        <w:t>vt 0.811880 0.868930</w:t>
        <w:br/>
        <w:t>vt 0.803780 0.868930</w:t>
        <w:br/>
        <w:t>vt 0.803780 0.870130</w:t>
        <w:br/>
        <w:t>vt 0.811880 0.870130</w:t>
        <w:br/>
        <w:t>vt 0.786680 0.868930</w:t>
        <w:br/>
        <w:t>vt 0.778380 0.868930</w:t>
        <w:br/>
        <w:t>vt 0.778380 0.870130</w:t>
        <w:br/>
        <w:t>vt 0.786680 0.870130</w:t>
        <w:br/>
        <w:t>vt 0.778380 0.875030</w:t>
        <w:br/>
        <w:t>vt 0.786680 0.875030</w:t>
        <w:br/>
        <w:t>vt 0.786680 0.873830</w:t>
        <w:br/>
        <w:t>vt 0.778380 0.873830</w:t>
        <w:br/>
        <w:t>vt 0.794980 0.875030</w:t>
        <w:br/>
        <w:t>vt 0.794980 0.873830</w:t>
        <w:br/>
        <w:t>vt 0.794980 0.868930</w:t>
        <w:br/>
        <w:t>vt 0.794980 0.870130</w:t>
        <w:br/>
        <w:t>vt 0.225500 0.749300</w:t>
        <w:br/>
        <w:t>vt 0.236700 0.749300</w:t>
        <w:br/>
        <w:t>vt 0.235000 0.758100</w:t>
        <w:br/>
        <w:t>vt 0.224400 0.757700</w:t>
        <w:br/>
        <w:t>vt 0.247100 0.756200</w:t>
        <w:br/>
        <w:t>vt 0.238600 0.757600</w:t>
        <w:br/>
        <w:t>vt 0.243800 0.749300</w:t>
        <w:br/>
        <w:t>vt 0.249000 0.749300</w:t>
        <w:br/>
        <w:t>vt 0.255900 0.755900</w:t>
        <w:br/>
        <w:t>vt 0.255900 0.749300</w:t>
        <w:br/>
        <w:t>vt 0.214600 0.756700</w:t>
        <w:br/>
        <w:t>vt 0.215300 0.749300</w:t>
        <w:br/>
        <w:t>vt 0.204800 0.760700</w:t>
        <w:br/>
        <w:t>vt 0.206300 0.755200</w:t>
        <w:br/>
        <w:t>vt 0.213500 0.763800</w:t>
        <w:br/>
        <w:t>vt 0.209700 0.772900</w:t>
        <w:br/>
        <w:t>vt 0.200200 0.768200</w:t>
        <w:br/>
        <w:t>vt 0.219600 0.776000</w:t>
        <w:br/>
        <w:t>vt 0.222800 0.766000</w:t>
        <w:br/>
        <w:t>vt 0.225800 0.777800</w:t>
        <w:br/>
        <w:t>vt 0.233800 0.766200</w:t>
        <w:br/>
        <w:t>vt 0.216000 0.786700</w:t>
        <w:br/>
        <w:t>vt 0.226100 0.792800</w:t>
        <w:br/>
        <w:t>vt 0.224700 0.797600</w:t>
        <w:br/>
        <w:t>vt 0.232900 0.772800</w:t>
        <w:br/>
        <w:t>vt 0.231600 0.784700</w:t>
        <w:br/>
        <w:t>vt 0.229000 0.788500</w:t>
        <w:br/>
        <w:t>vt 0.245700 0.763400</w:t>
        <w:br/>
        <w:t>vt 0.238300 0.777900</w:t>
        <w:br/>
        <w:t>vt 0.255900 0.761400</w:t>
        <w:br/>
        <w:t>vt 0.255900 0.767000</w:t>
        <w:br/>
        <w:t>vt 0.253800 0.768500</w:t>
        <w:br/>
        <w:t>vt 0.234300 0.781500</w:t>
        <w:br/>
        <w:t>vt 0.223000 0.804800</w:t>
        <w:br/>
        <w:t>vt 0.242400 0.775200</w:t>
        <w:br/>
        <w:t>vt 0.248200 0.771200</w:t>
        <w:br/>
        <w:t>vt 0.245800 0.772800</w:t>
        <w:br/>
        <w:t>vt 0.250700 0.769900</w:t>
        <w:br/>
        <w:t>vt 0.207500 0.813800</w:t>
        <w:br/>
        <w:t>vt 0.194300 0.800000</w:t>
        <w:br/>
        <w:t>vt 0.205800 0.788100</w:t>
        <w:br/>
        <w:t>vt 0.180000 0.788500</w:t>
        <w:br/>
        <w:t>vt 0.192800 0.777000</w:t>
        <w:br/>
        <w:t>vt 0.224100 0.818000</w:t>
        <w:br/>
        <w:t>vt 0.206800 0.749300</w:t>
        <w:br/>
        <w:t>vt 0.225500 0.749300</w:t>
        <w:br/>
        <w:t>vt 0.224400 0.757700</w:t>
        <w:br/>
        <w:t>vt 0.235000 0.758100</w:t>
        <w:br/>
        <w:t>vt 0.236700 0.749300</w:t>
        <w:br/>
        <w:t>vt 0.243800 0.749300</w:t>
        <w:br/>
        <w:t>vt 0.238600 0.757600</w:t>
        <w:br/>
        <w:t>vt 0.247100 0.756200</w:t>
        <w:br/>
        <w:t>vt 0.249000 0.749300</w:t>
        <w:br/>
        <w:t>vt 0.255900 0.755900</w:t>
        <w:br/>
        <w:t>vt 0.255900 0.749300</w:t>
        <w:br/>
        <w:t>vt 0.214600 0.756700</w:t>
        <w:br/>
        <w:t>vt 0.215300 0.749300</w:t>
        <w:br/>
        <w:t>vt 0.204800 0.760700</w:t>
        <w:br/>
        <w:t>vt 0.213500 0.763800</w:t>
        <w:br/>
        <w:t>vt 0.206300 0.755200</w:t>
        <w:br/>
        <w:t>vt 0.200200 0.768200</w:t>
        <w:br/>
        <w:t>vt 0.209700 0.772900</w:t>
        <w:br/>
        <w:t>vt 0.219600 0.776000</w:t>
        <w:br/>
        <w:t>vt 0.225800 0.777800</w:t>
        <w:br/>
        <w:t>vt 0.222800 0.766000</w:t>
        <w:br/>
        <w:t>vt 0.233800 0.766200</w:t>
        <w:br/>
        <w:t>vt 0.216000 0.786700</w:t>
        <w:br/>
        <w:t>vt 0.226100 0.792800</w:t>
        <w:br/>
        <w:t>vt 0.224700 0.797600</w:t>
        <w:br/>
        <w:t>vt 0.232900 0.772800</w:t>
        <w:br/>
        <w:t>vt 0.229000 0.788500</w:t>
        <w:br/>
        <w:t>vt 0.231600 0.784700</w:t>
        <w:br/>
        <w:t>vt 0.245700 0.763400</w:t>
        <w:br/>
        <w:t>vt 0.238300 0.777900</w:t>
        <w:br/>
        <w:t>vt 0.255900 0.761400</w:t>
        <w:br/>
        <w:t>vt 0.253800 0.768500</w:t>
        <w:br/>
        <w:t>vt 0.255900 0.767000</w:t>
        <w:br/>
        <w:t>vt 0.234300 0.781500</w:t>
        <w:br/>
        <w:t>vt 0.223000 0.804800</w:t>
        <w:br/>
        <w:t>vt 0.242400 0.775200</w:t>
        <w:br/>
        <w:t>vt 0.245800 0.772800</w:t>
        <w:br/>
        <w:t>vt 0.248200 0.771200</w:t>
        <w:br/>
        <w:t>vt 0.250700 0.769900</w:t>
        <w:br/>
        <w:t>vt 0.207500 0.813800</w:t>
        <w:br/>
        <w:t>vt 0.205800 0.788100</w:t>
        <w:br/>
        <w:t>vt 0.194300 0.800000</w:t>
        <w:br/>
        <w:t>vt 0.192800 0.777000</w:t>
        <w:br/>
        <w:t>vt 0.180000 0.788500</w:t>
        <w:br/>
        <w:t>vt 0.224100 0.818000</w:t>
        <w:br/>
        <w:t>vt 0.215300 0.743335</w:t>
        <w:br/>
        <w:t>vt 0.206800 0.743335</w:t>
        <w:br/>
        <w:t>vt 0.215300 0.743335</w:t>
        <w:br/>
        <w:t>vt 0.311500 0.828600</w:t>
        <w:br/>
        <w:t>vt 0.309900 0.815000</w:t>
        <w:br/>
        <w:t>vt 0.322333 0.827067</w:t>
        <w:br/>
        <w:t>vt 0.317200 0.799200</w:t>
        <w:br/>
        <w:t>vt 0.307800 0.803400</w:t>
        <w:br/>
        <w:t>vt 0.314700 0.842700</w:t>
        <w:br/>
        <w:t>vt 0.287800 0.848000</w:t>
        <w:br/>
        <w:t>vt 0.293500 0.846800</w:t>
        <w:br/>
        <w:t>vt 0.292200 0.861600</w:t>
        <w:br/>
        <w:t>vt 0.286500 0.862200</w:t>
        <w:br/>
        <w:t>vt 0.292000 0.875500</w:t>
        <w:br/>
        <w:t>vt 0.286500 0.875600</w:t>
        <w:br/>
        <w:t>vt 0.288600 0.832900</w:t>
        <w:br/>
        <w:t>vt 0.293900 0.831900</w:t>
        <w:br/>
        <w:t>vt 0.299100 0.816900</w:t>
        <w:br/>
        <w:t>vt 0.300500 0.830500</w:t>
        <w:br/>
        <w:t>vt 0.292200 0.817100</w:t>
        <w:br/>
        <w:t>vt 0.294500 0.798000</w:t>
        <w:br/>
        <w:t>vt 0.288100 0.802500</w:t>
        <w:br/>
        <w:t>vt 0.284000 0.791600</w:t>
        <w:br/>
        <w:t>vt 0.291400 0.785400</w:t>
        <w:br/>
        <w:t>vt 0.297000 0.807000</w:t>
        <w:br/>
        <w:t>vt 0.303800 0.844600</w:t>
        <w:br/>
        <w:t>vt 0.315500 0.857800</w:t>
        <w:br/>
        <w:t>vt 0.303400 0.860000</w:t>
        <w:br/>
        <w:t>vt 0.308800 0.872300</w:t>
        <w:br/>
        <w:t>vt 0.304900 0.790700</w:t>
        <w:br/>
        <w:t>vt 0.322333 0.827067</w:t>
        <w:br/>
        <w:t>vt 0.290200 0.886300</w:t>
        <w:br/>
        <w:t>vt 0.280400 0.862700</w:t>
        <w:br/>
        <w:t>vt 0.281300 0.875300</w:t>
        <w:br/>
        <w:t>vt 0.281500 0.849200</w:t>
        <w:br/>
        <w:t>vt 0.282900 0.834600</w:t>
        <w:br/>
        <w:t>vt 0.283500 0.892000</w:t>
        <w:br/>
        <w:t>vt 0.285500 0.886300</w:t>
        <w:br/>
        <w:t>vt 0.263300 0.848800</w:t>
        <w:br/>
        <w:t>vt 0.262900 0.860000</w:t>
        <w:br/>
        <w:t>vt 0.254800 0.790400</w:t>
        <w:br/>
        <w:t>vt 0.264700 0.789200</w:t>
        <w:br/>
        <w:t>vt 0.264500 0.793700</w:t>
        <w:br/>
        <w:t>vt 0.254800 0.795100</w:t>
        <w:br/>
        <w:t>vt 0.279000 0.888100</w:t>
        <w:br/>
        <w:t>vt 0.272700 0.789200</w:t>
        <w:br/>
        <w:t>vt 0.278300 0.794700</w:t>
        <w:br/>
        <w:t>vt 0.272900 0.796600</w:t>
        <w:br/>
        <w:t>vt 0.263400 0.836500</w:t>
        <w:br/>
        <w:t>vt 0.272400 0.894100</w:t>
        <w:br/>
        <w:t>vt 0.274900 0.897700</w:t>
        <w:br/>
        <w:t>vt 0.231400 0.836400</w:t>
        <w:br/>
        <w:t>vt 0.231400 0.826900</w:t>
        <w:br/>
        <w:t>vt 0.246200 0.825900</w:t>
        <w:br/>
        <w:t>vt 0.246600 0.836400</w:t>
        <w:br/>
        <w:t>vt 0.231400 0.817700</w:t>
        <w:br/>
        <w:t>vt 0.245400 0.816200</w:t>
        <w:br/>
        <w:t>vt 0.231400 0.807800</w:t>
        <w:br/>
        <w:t>vt 0.243900 0.806200</w:t>
        <w:br/>
        <w:t>vt 0.231400 0.856600</w:t>
        <w:br/>
        <w:t>vt 0.231400 0.846700</w:t>
        <w:br/>
        <w:t>vt 0.247000 0.847400</w:t>
        <w:br/>
        <w:t>vt 0.246700 0.857900</w:t>
        <w:br/>
        <w:t>vt 0.286700 0.817900</w:t>
        <w:br/>
        <w:t>vt 0.283200 0.805200</w:t>
        <w:br/>
        <w:t>vt 0.281100 0.819900</w:t>
        <w:br/>
        <w:t>vt 0.278000 0.807200</w:t>
        <w:br/>
        <w:t>vt 0.262600 0.823500</w:t>
        <w:br/>
        <w:t>vt 0.260900 0.812700</w:t>
        <w:br/>
        <w:t>vt 0.258100 0.802500</w:t>
        <w:br/>
        <w:t>vt 0.347863 0.867000</w:t>
        <w:br/>
        <w:t>vt 0.325319 0.866500</w:t>
        <w:br/>
        <w:t>vt 0.337073 0.853000</w:t>
        <w:br/>
        <w:t>vt 0.347863 0.851300</w:t>
        <w:br/>
        <w:t>vt 0.347863 0.882284</w:t>
        <w:br/>
        <w:t>vt 0.329224 0.881061</w:t>
        <w:br/>
        <w:t>vt 0.307400 0.887974</w:t>
        <w:br/>
        <w:t>vt 0.318864 0.894647</w:t>
        <w:br/>
        <w:t>vt 0.309038 0.895252</w:t>
        <w:br/>
        <w:t>vt 0.329379 0.894876</w:t>
        <w:br/>
        <w:t>vt 0.347863 0.897137</w:t>
        <w:br/>
        <w:t>vt 0.321445 0.908168</w:t>
        <w:br/>
        <w:t>vt 0.311300 0.917973</w:t>
        <w:br/>
        <w:t>vt 0.310290 0.906190</w:t>
        <w:br/>
        <w:t>vt 0.329723 0.961450</w:t>
        <w:br/>
        <w:t>vt 0.326646 0.935292</w:t>
        <w:br/>
        <w:t>vt 0.347863 0.938520</w:t>
        <w:br/>
        <w:t>vt 0.347863 0.961450</w:t>
        <w:br/>
        <w:t>vt 0.347863 0.911225</w:t>
        <w:br/>
        <w:t>vt 0.328659 0.908707</w:t>
        <w:br/>
        <w:t>vt 0.315300 0.961450</w:t>
        <w:br/>
        <w:t>vt 0.312602 0.934146</w:t>
        <w:br/>
        <w:t>vt 0.330443 0.967051</w:t>
        <w:br/>
        <w:t>vt 0.347863 0.967051</w:t>
        <w:br/>
        <w:t>vt 0.316263 0.876542</w:t>
        <w:br/>
        <w:t>vt 0.322127 0.881151</w:t>
        <w:br/>
        <w:t>vt 0.316071 0.967051</w:t>
        <w:br/>
        <w:t>vt 0.347863 0.841700</w:t>
        <w:br/>
        <w:t>vt 0.330891 0.971694</w:t>
        <w:br/>
        <w:t>vt 0.347863 0.971694</w:t>
        <w:br/>
        <w:t>vt 0.337073 0.853000</w:t>
        <w:br/>
        <w:t>vt 0.325319 0.866500</w:t>
        <w:br/>
        <w:t>vt 0.347863 0.867000</w:t>
        <w:br/>
        <w:t>vt 0.347863 0.851300</w:t>
        <w:br/>
        <w:t>vt 0.329224 0.881061</w:t>
        <w:br/>
        <w:t>vt 0.347863 0.882284</w:t>
        <w:br/>
        <w:t>vt 0.307400 0.887974</w:t>
        <w:br/>
        <w:t>vt 0.309038 0.895252</w:t>
        <w:br/>
        <w:t>vt 0.318864 0.894647</w:t>
        <w:br/>
        <w:t>vt 0.329379 0.894876</w:t>
        <w:br/>
        <w:t>vt 0.347863 0.897137</w:t>
        <w:br/>
        <w:t>vt 0.321445 0.908168</w:t>
        <w:br/>
        <w:t>vt 0.310290 0.906190</w:t>
        <w:br/>
        <w:t>vt 0.311300 0.923347</w:t>
        <w:br/>
        <w:t>vt 0.347863 0.938520</w:t>
        <w:br/>
        <w:t>vt 0.326646 0.935292</w:t>
        <w:br/>
        <w:t>vt 0.329723 0.961450</w:t>
        <w:br/>
        <w:t>vt 0.347863 0.961450</w:t>
        <w:br/>
        <w:t>vt 0.347863 0.911225</w:t>
        <w:br/>
        <w:t>vt 0.328659 0.908707</w:t>
        <w:br/>
        <w:t>vt 0.312602 0.934146</w:t>
        <w:br/>
        <w:t>vt 0.315300 0.961450</w:t>
        <w:br/>
        <w:t>vt 0.330443 0.967051</w:t>
        <w:br/>
        <w:t>vt 0.347863 0.967051</w:t>
        <w:br/>
        <w:t>vt 0.316263 0.876542</w:t>
        <w:br/>
        <w:t>vt 0.322127 0.881151</w:t>
        <w:br/>
        <w:t>vt 0.316071 0.967051</w:t>
        <w:br/>
        <w:t>vt 0.347863 0.841700</w:t>
        <w:br/>
        <w:t>vt 0.330891 0.971694</w:t>
        <w:br/>
        <w:t>vt 0.347863 0.971694</w:t>
        <w:br/>
        <w:t>vt 0.155100 0.938900</w:t>
        <w:br/>
        <w:t>vt 0.155400 0.929500</w:t>
        <w:br/>
        <w:t>vt 0.166100 0.930200</w:t>
        <w:br/>
        <w:t>vt 0.165500 0.940000</w:t>
        <w:br/>
        <w:t>vt 0.205500 0.954700</w:t>
        <w:br/>
        <w:t>vt 0.194300 0.955000</w:t>
        <w:br/>
        <w:t>vt 0.194100 0.947500</w:t>
        <w:br/>
        <w:t>vt 0.205500 0.947100</w:t>
        <w:br/>
        <w:t>vt 0.144300 0.967600</w:t>
        <w:br/>
        <w:t>vt 0.137000 0.967600</w:t>
        <w:br/>
        <w:t>vt 0.137000 0.953400</w:t>
        <w:br/>
        <w:t>vt 0.144000 0.953300</w:t>
        <w:br/>
        <w:t>vt 0.137000 0.937500</w:t>
        <w:br/>
        <w:t>vt 0.137000 0.927800</w:t>
        <w:br/>
        <w:t>vt 0.145600 0.928500</w:t>
        <w:br/>
        <w:t>vt 0.144700 0.937900</w:t>
        <w:br/>
        <w:t>vt 0.183600 0.940400</w:t>
        <w:br/>
        <w:t>vt 0.174700 0.940300</w:t>
        <w:br/>
        <w:t>vt 0.175500 0.930400</w:t>
        <w:br/>
        <w:t>vt 0.183800 0.930300</w:t>
        <w:br/>
        <w:t>vt 0.214300 0.967600</w:t>
        <w:br/>
        <w:t>vt 0.205500 0.967600</w:t>
        <w:br/>
        <w:t>vt 0.215300 0.954100</w:t>
        <w:br/>
        <w:t>vt 0.189600 0.967600</w:t>
        <w:br/>
        <w:t>vt 0.184000 0.955100</w:t>
        <w:br/>
        <w:t>vt 0.196800 0.967600</w:t>
        <w:br/>
        <w:t>vt 0.166200 0.921500</w:t>
        <w:br/>
        <w:t>vt 0.175300 0.922200</w:t>
        <w:br/>
        <w:t>vt 0.146200 0.919700</w:t>
        <w:br/>
        <w:t>vt 0.155600 0.920400</w:t>
        <w:br/>
        <w:t>vt 0.137000 0.919300</w:t>
        <w:br/>
        <w:t>vt 0.214200 0.928600</w:t>
        <w:br/>
        <w:t>vt 0.214200 0.919800</w:t>
        <w:br/>
        <w:t>vt 0.223000 0.919900</w:t>
        <w:br/>
        <w:t>vt 0.223000 0.928600</w:t>
        <w:br/>
        <w:t>vt 0.137000 0.945400</w:t>
        <w:br/>
        <w:t>vt 0.144200 0.945600</w:t>
        <w:br/>
        <w:t>vt 0.215000 0.946400</w:t>
        <w:br/>
        <w:t>vt 0.173900 0.954800</w:t>
        <w:br/>
        <w:t>vt 0.183600 0.947100</w:t>
        <w:br/>
        <w:t>vt 0.223000 0.953700</w:t>
        <w:br/>
        <w:t>vt 0.155000 0.946100</w:t>
        <w:br/>
        <w:t>vt 0.183300 0.967600</w:t>
        <w:br/>
        <w:t>vt 0.174500 0.967600</w:t>
        <w:br/>
        <w:t>vt 0.155000 0.953800</w:t>
        <w:br/>
        <w:t>vt 0.154800 0.967600</w:t>
        <w:br/>
        <w:t>vt 0.223000 0.967600</w:t>
        <w:br/>
        <w:t>vt 0.166100 0.967600</w:t>
        <w:br/>
        <w:t>vt 0.165300 0.954400</w:t>
        <w:br/>
        <w:t>vt 0.205300 0.939500</w:t>
        <w:br/>
        <w:t>vt 0.194100 0.940200</w:t>
        <w:br/>
        <w:t>vt 0.194100 0.930000</w:t>
        <w:br/>
        <w:t>vt 0.204300 0.929100</w:t>
        <w:br/>
        <w:t>vt 0.165400 0.946700</w:t>
        <w:br/>
        <w:t>vt 0.174400 0.946900</w:t>
        <w:br/>
        <w:t>vt 0.147000 0.905300</w:t>
        <w:br/>
        <w:t>vt 0.137000 0.905000</w:t>
        <w:br/>
        <w:t>vt 0.155900 0.905900</w:t>
        <w:br/>
        <w:t>vt 0.166400 0.907200</w:t>
        <w:br/>
        <w:t>vt 0.223000 0.905500</w:t>
        <w:br/>
        <w:t>vt 0.214400 0.905500</w:t>
        <w:br/>
        <w:t>vt 0.137000 0.883100</w:t>
        <w:br/>
        <w:t>vt 0.148500 0.883600</w:t>
        <w:br/>
        <w:t>vt 0.156900 0.884300</w:t>
        <w:br/>
        <w:t>vt 0.183300 0.885800</w:t>
        <w:br/>
        <w:t>vt 0.183400 0.908100</w:t>
        <w:br/>
        <w:t>vt 0.175000 0.908100</w:t>
        <w:br/>
        <w:t>vt 0.174900 0.885700</w:t>
        <w:br/>
        <w:t>vt 0.194400 0.921000</w:t>
        <w:br/>
        <w:t>vt 0.183600 0.922100</w:t>
        <w:br/>
        <w:t>vt 0.194800 0.906900</w:t>
        <w:br/>
        <w:t>vt 0.167100 0.885200</w:t>
        <w:br/>
        <w:t>vt 0.203900 0.920300</w:t>
        <w:br/>
        <w:t>vt 0.203900 0.906000</w:t>
        <w:br/>
        <w:t>vt 0.194300 0.884900</w:t>
        <w:br/>
        <w:t>vt 0.149000 0.832600</w:t>
        <w:br/>
        <w:t>vt 0.149500 0.851900</w:t>
        <w:br/>
        <w:t>vt 0.137000 0.851600</w:t>
        <w:br/>
        <w:t>vt 0.137000 0.832600</w:t>
        <w:br/>
        <w:t>vt 0.158000 0.852400</w:t>
        <w:br/>
        <w:t>vt 0.157500 0.832600</w:t>
        <w:br/>
        <w:t>vt 0.165800 0.832600</w:t>
        <w:br/>
        <w:t>vt 0.166800 0.852700</w:t>
        <w:br/>
        <w:t>vt 0.203500 0.884100</w:t>
        <w:br/>
        <w:t>vt 0.194500 0.852300</w:t>
        <w:br/>
        <w:t>vt 0.202700 0.851900</w:t>
        <w:br/>
        <w:t>vt 0.173100 0.832600</w:t>
        <w:br/>
        <w:t>vt 0.174000 0.853000</w:t>
        <w:br/>
        <w:t>vt 0.182800 0.832600</w:t>
        <w:br/>
        <w:t>vt 0.183000 0.852900</w:t>
        <w:br/>
        <w:t>vt 0.194700 0.832600</w:t>
        <w:br/>
        <w:t>vt 0.202800 0.832600</w:t>
        <w:br/>
        <w:t>vt 0.212200 0.832600</w:t>
        <w:br/>
        <w:t>vt 0.223000 0.832600</w:t>
        <w:br/>
        <w:t>vt 0.223000 0.851400</w:t>
        <w:br/>
        <w:t>vt 0.212900 0.851500</w:t>
        <w:br/>
        <w:t>vt 0.223000 0.883200</w:t>
        <w:br/>
        <w:t>vt 0.213300 0.883400</w:t>
        <w:br/>
        <w:t>vt 0.214500 0.938400</w:t>
        <w:br/>
        <w:t>vt 0.223000 0.938200</w:t>
        <w:br/>
        <w:t>vt 0.223000 0.946100</w:t>
        <w:br/>
        <w:t>vt 0.345400 0.715900</w:t>
        <w:br/>
        <w:t>vt 0.343600 0.728900</w:t>
        <w:br/>
        <w:t>vt 0.334500 0.725500</w:t>
        <w:br/>
        <w:t>vt 0.336800 0.714400</w:t>
        <w:br/>
        <w:t>vt 0.295900 0.736800</w:t>
        <w:br/>
        <w:t>vt 0.306800 0.734300</w:t>
        <w:br/>
        <w:t>vt 0.309400 0.743200</w:t>
        <w:br/>
        <w:t>vt 0.297400 0.746900</w:t>
        <w:br/>
        <w:t>vt 0.311600 0.753400</w:t>
        <w:br/>
        <w:t>vt 0.299000 0.760300</w:t>
        <w:br/>
        <w:t>vt 0.316100 0.729600</w:t>
        <w:br/>
        <w:t>vt 0.320200 0.738400</w:t>
        <w:br/>
        <w:t>vt 0.329000 0.733200</w:t>
        <w:br/>
        <w:t>vt 0.323600 0.723300</w:t>
        <w:br/>
        <w:t>vt 0.323200 0.748900</w:t>
        <w:br/>
        <w:t>vt 0.334000 0.744800</w:t>
        <w:br/>
        <w:t>vt 0.337700 0.761800</w:t>
        <w:br/>
        <w:t>vt 0.325400 0.763300</w:t>
        <w:br/>
        <w:t>vt 0.313400 0.768800</w:t>
        <w:br/>
        <w:t>vt 0.349400 0.744100</w:t>
        <w:br/>
        <w:t>vt 0.349400 0.762300</w:t>
        <w:br/>
        <w:t>vt 0.338500 0.776500</w:t>
        <w:br/>
        <w:t>vt 0.326300 0.779100</w:t>
        <w:br/>
        <w:t>vt 0.349400 0.775700</w:t>
        <w:br/>
        <w:t>vt 0.349400 0.716000</w:t>
        <w:br/>
        <w:t>vt 0.349400 0.729300</w:t>
        <w:br/>
        <w:t>vt 0.349400 0.792200</w:t>
        <w:br/>
        <w:t>vt 0.340200 0.791400</w:t>
        <w:br/>
        <w:t>vt 0.266968 0.756729</w:t>
        <w:br/>
        <w:t>vt 0.278700 0.754300</w:t>
        <w:br/>
        <w:t>vt 0.280380 0.757840</w:t>
        <w:br/>
        <w:t>vt 0.297800 0.763405</w:t>
        <w:br/>
        <w:t>vt 0.287000 0.750100</w:t>
        <w:br/>
        <w:t>vt 0.291566 0.753981</w:t>
        <w:br/>
        <w:t>vt 0.344700 0.700700</w:t>
        <w:br/>
        <w:t>vt 0.335500 0.701400</w:t>
        <w:br/>
        <w:t>vt 0.331800 0.688700</w:t>
        <w:br/>
        <w:t>vt 0.342000 0.686000</w:t>
        <w:br/>
        <w:t>vt 0.328200 0.713100</w:t>
        <w:br/>
        <w:t>vt 0.327100 0.702100</w:t>
        <w:br/>
        <w:t>vt 0.283500 0.737600</w:t>
        <w:br/>
        <w:t>vt 0.295800 0.731100</w:t>
        <w:br/>
        <w:t>vt 0.319300 0.702900</w:t>
        <w:br/>
        <w:t>vt 0.323300 0.692600</w:t>
        <w:br/>
        <w:t>vt 0.349400 0.699800</w:t>
        <w:br/>
        <w:t>vt 0.303900 0.726500</w:t>
        <w:br/>
        <w:t>vt 0.310400 0.720700</w:t>
        <w:br/>
        <w:t>vt 0.316400 0.713400</w:t>
        <w:br/>
        <w:t>vt 0.349400 0.684200</w:t>
        <w:br/>
        <w:t>vt 0.274100 0.744700</w:t>
        <w:br/>
        <w:t>vt 0.349400 0.802582</w:t>
        <w:br/>
        <w:t>vt 0.265300 0.753700</w:t>
        <w:br/>
        <w:t>vt 0.345400 0.715900</w:t>
        <w:br/>
        <w:t>vt 0.336800 0.714400</w:t>
        <w:br/>
        <w:t>vt 0.334500 0.725500</w:t>
        <w:br/>
        <w:t>vt 0.343600 0.728900</w:t>
        <w:br/>
        <w:t>vt 0.295900 0.736800</w:t>
        <w:br/>
        <w:t>vt 0.297400 0.746900</w:t>
        <w:br/>
        <w:t>vt 0.309400 0.743200</w:t>
        <w:br/>
        <w:t>vt 0.306800 0.734300</w:t>
        <w:br/>
        <w:t>vt 0.311600 0.753400</w:t>
        <w:br/>
        <w:t>vt 0.299000 0.760300</w:t>
        <w:br/>
        <w:t>vt 0.320200 0.738400</w:t>
        <w:br/>
        <w:t>vt 0.316100 0.729600</w:t>
        <w:br/>
        <w:t>vt 0.323600 0.723300</w:t>
        <w:br/>
        <w:t>vt 0.329000 0.733200</w:t>
        <w:br/>
        <w:t>vt 0.323200 0.748900</w:t>
        <w:br/>
        <w:t>vt 0.325400 0.763300</w:t>
        <w:br/>
        <w:t>vt 0.337700 0.761800</w:t>
        <w:br/>
        <w:t>vt 0.334000 0.744800</w:t>
        <w:br/>
        <w:t>vt 0.313400 0.768800</w:t>
        <w:br/>
        <w:t>vt 0.349400 0.762300</w:t>
        <w:br/>
        <w:t>vt 0.349400 0.744100</w:t>
        <w:br/>
        <w:t>vt 0.326300 0.779100</w:t>
        <w:br/>
        <w:t>vt 0.338500 0.776500</w:t>
        <w:br/>
        <w:t>vt 0.349400 0.775700</w:t>
        <w:br/>
        <w:t>vt 0.349400 0.716000</w:t>
        <w:br/>
        <w:t>vt 0.349400 0.729300</w:t>
        <w:br/>
        <w:t>vt 0.349400 0.792200</w:t>
        <w:br/>
        <w:t>vt 0.340200 0.791400</w:t>
        <w:br/>
        <w:t>vt 0.266968 0.756730</w:t>
        <w:br/>
        <w:t>vt 0.280380 0.757840</w:t>
        <w:br/>
        <w:t>vt 0.278700 0.754300</w:t>
        <w:br/>
        <w:t>vt 0.297800 0.763405</w:t>
        <w:br/>
        <w:t>vt 0.291566 0.753981</w:t>
        <w:br/>
        <w:t>vt 0.287000 0.750100</w:t>
        <w:br/>
        <w:t>vt 0.331800 0.688700</w:t>
        <w:br/>
        <w:t>vt 0.335500 0.701400</w:t>
        <w:br/>
        <w:t>vt 0.344700 0.700700</w:t>
        <w:br/>
        <w:t>vt 0.342000 0.686000</w:t>
        <w:br/>
        <w:t>vt 0.328200 0.713100</w:t>
        <w:br/>
        <w:t>vt 0.327100 0.702100</w:t>
        <w:br/>
        <w:t>vt 0.295800 0.731100</w:t>
        <w:br/>
        <w:t>vt 0.283500 0.737600</w:t>
        <w:br/>
        <w:t>vt 0.319300 0.702900</w:t>
        <w:br/>
        <w:t>vt 0.323300 0.692600</w:t>
        <w:br/>
        <w:t>vt 0.349400 0.699800</w:t>
        <w:br/>
        <w:t>vt 0.303900 0.726500</w:t>
        <w:br/>
        <w:t>vt 0.310400 0.720700</w:t>
        <w:br/>
        <w:t>vt 0.316400 0.713400</w:t>
        <w:br/>
        <w:t>vt 0.349400 0.684200</w:t>
        <w:br/>
        <w:t>vt 0.274100 0.744700</w:t>
        <w:br/>
        <w:t>vt 0.349400 0.802582</w:t>
        <w:br/>
        <w:t>vt 0.265300 0.753700</w:t>
        <w:br/>
        <w:t>vt 0.248600 0.598500</w:t>
        <w:br/>
        <w:t>vt 0.234400 0.598200</w:t>
        <w:br/>
        <w:t>vt 0.234400 0.605400</w:t>
        <w:br/>
        <w:t>vt 0.248200 0.605500</w:t>
        <w:br/>
        <w:t>vt 0.211400 0.597600</w:t>
        <w:br/>
        <w:t>vt 0.199800 0.597400</w:t>
        <w:br/>
        <w:t>vt 0.200500 0.604700</w:t>
        <w:br/>
        <w:t>vt 0.210700 0.604900</w:t>
        <w:br/>
        <w:t>vt 0.190100 0.604800</w:t>
        <w:br/>
        <w:t>vt 0.188800 0.597700</w:t>
        <w:br/>
        <w:t>vt 0.221500 0.597800</w:t>
        <w:br/>
        <w:t>vt 0.222100 0.605200</w:t>
        <w:br/>
        <w:t>vt 0.178400 0.598100</w:t>
        <w:br/>
        <w:t>vt 0.178900 0.605400</w:t>
        <w:br/>
        <w:t>vt 0.169200 0.605400</w:t>
        <w:br/>
        <w:t>vt 0.169200 0.610800</w:t>
        <w:br/>
        <w:t>vt 0.179000 0.610800</w:t>
        <w:br/>
        <w:t>vt 0.190000 0.610800</w:t>
        <w:br/>
        <w:t>vt 0.199600 0.610800</w:t>
        <w:br/>
        <w:t>vt 0.210300 0.610800</w:t>
        <w:br/>
        <w:t>vt 0.223400 0.610800</w:t>
        <w:br/>
        <w:t>vt 0.234800 0.610800</w:t>
        <w:br/>
        <w:t>vt 0.238000 0.591400</w:t>
        <w:br/>
        <w:t>vt 0.230500 0.591400</w:t>
        <w:br/>
        <w:t>vt 0.222000 0.591400</w:t>
        <w:br/>
        <w:t>vt 0.212500 0.591400</w:t>
        <w:br/>
        <w:t>vt 0.258700 0.605500</w:t>
        <w:br/>
        <w:t>vt 0.248100 0.610800</w:t>
        <w:br/>
        <w:t>vt 0.258700 0.610800</w:t>
        <w:br/>
        <w:t>vt 0.204100 0.591400</w:t>
        <w:br/>
        <w:t>vt 0.195800 0.591400</w:t>
        <w:br/>
        <w:t>vt 0.187200 0.591400</w:t>
        <w:br/>
        <w:t>vt 0.180800 0.591400</w:t>
        <w:br/>
        <w:t>vt 0.174500 0.591400</w:t>
        <w:br/>
        <w:t>vt 0.134600 0.611600</w:t>
        <w:br/>
        <w:t>vt 0.135700 0.610200</w:t>
        <w:br/>
        <w:t>vt 0.133000 0.609000</w:t>
        <w:br/>
        <w:t>vt 0.258700 0.598500</w:t>
        <w:br/>
        <w:t>vt 0.258700 0.591400</w:t>
        <w:br/>
        <w:t>vt 0.249700 0.591400</w:t>
        <w:br/>
        <w:t>vt 0.238100 0.588600</w:t>
        <w:br/>
        <w:t>vt 0.243800 0.586400</w:t>
        <w:br/>
        <w:t>vt 0.250200 0.586400</w:t>
        <w:br/>
        <w:t>vt 0.258700 0.586300</w:t>
        <w:br/>
        <w:t>vt 0.169200 0.598400</w:t>
        <w:br/>
        <w:t>vt 0.169200 0.591400</w:t>
        <w:br/>
        <w:t>vt 0.060900 0.592600</w:t>
        <w:br/>
        <w:t>vt 0.062100 0.593700</w:t>
        <w:br/>
        <w:t>vt 0.062300 0.593200</w:t>
        <w:br/>
        <w:t>vt 0.061100 0.592300</w:t>
        <w:br/>
        <w:t>vt 0.069200 0.605900</w:t>
        <w:br/>
        <w:t>vt 0.069100 0.595700</w:t>
        <w:br/>
        <w:t>vt 0.065100 0.603500</w:t>
        <w:br/>
        <w:t>vt 0.083000 0.607100</w:t>
        <w:br/>
        <w:t>vt 0.086500 0.604800</w:t>
        <w:br/>
        <w:t>vt 0.082500 0.594800</w:t>
        <w:br/>
        <w:t>vt 0.199700 0.477400</w:t>
        <w:br/>
        <w:t>vt 0.192800 0.483800</w:t>
        <w:br/>
        <w:t>vt 0.202900 0.480700</w:t>
        <w:br/>
        <w:t>vt 0.125000 0.591000</w:t>
        <w:br/>
        <w:t>vt 0.123300 0.604400</w:t>
        <w:br/>
        <w:t>vt 0.127500 0.605200</w:t>
        <w:br/>
        <w:t>vt 0.139200 0.596800</w:t>
        <w:br/>
        <w:t>vt 0.137100 0.608800</w:t>
        <w:br/>
        <w:t>vt 0.140100 0.607700</w:t>
        <w:br/>
        <w:t>vt 0.062100 0.593700</w:t>
        <w:br/>
        <w:t>vt 0.056000 0.593100</w:t>
        <w:br/>
        <w:t>vt 0.054500 0.601300</w:t>
        <w:br/>
        <w:t>vt 0.059800 0.602000</w:t>
        <w:br/>
        <w:t>vt 0.049300 0.595900</w:t>
        <w:br/>
        <w:t>vt 0.162000 0.598000</w:t>
        <w:br/>
        <w:t>vt 0.154800 0.594800</w:t>
        <w:br/>
        <w:t>vt 0.156400 0.603800</w:t>
        <w:br/>
        <w:t>vt 0.148200 0.592600</w:t>
        <w:br/>
        <w:t>vt 0.150700 0.605300</w:t>
        <w:br/>
        <w:t>vt 0.115400 0.590500</w:t>
        <w:br/>
        <w:t>vt 0.116500 0.600200</w:t>
        <w:br/>
        <w:t>vt 0.137800 0.594000</w:t>
        <w:br/>
        <w:t>vt 0.162000 0.594700</w:t>
        <w:br/>
        <w:t>vt 0.155200 0.593400</w:t>
        <w:br/>
        <w:t>vt 0.069900 0.591900</w:t>
        <w:br/>
        <w:t>vt 0.066400 0.591400</w:t>
        <w:br/>
        <w:t>vt 0.076700 0.596500</w:t>
        <w:br/>
        <w:t>vt 0.073700 0.593600</w:t>
        <w:br/>
        <w:t>vt 0.082800 0.590800</w:t>
        <w:br/>
        <w:t>vt 0.079100 0.593000</w:t>
        <w:br/>
        <w:t>vt 0.089000 0.594300</w:t>
        <w:br/>
        <w:t>vt 0.086600 0.590000</w:t>
        <w:br/>
        <w:t>vt 0.130700 0.606900</w:t>
        <w:br/>
        <w:t>vt 0.131200 0.590100</w:t>
        <w:br/>
        <w:t>vt 0.144500 0.593300</w:t>
        <w:br/>
        <w:t>vt 0.145600 0.607900</w:t>
        <w:br/>
        <w:t>vt 0.072300 0.606000</w:t>
        <w:br/>
        <w:t>vt 0.078200 0.607500</w:t>
        <w:br/>
        <w:t>vt 0.080900 0.609100</w:t>
        <w:br/>
        <w:t>vt 0.075500 0.606400</w:t>
        <w:br/>
        <w:t>vt 0.090900 0.603800</w:t>
        <w:br/>
        <w:t>vt 0.119400 0.601500</w:t>
        <w:br/>
        <w:t>vt 0.049300 0.592300</w:t>
        <w:br/>
        <w:t>vt 0.141400 0.594700</w:t>
        <w:br/>
        <w:t>vt 0.134800 0.591400</w:t>
        <w:br/>
        <w:t>vt 0.124600 0.590200</w:t>
        <w:br/>
        <w:t>vt 0.105600 0.590300</w:t>
        <w:br/>
        <w:t>vt 0.096200 0.590200</w:t>
        <w:br/>
        <w:t>vt 0.095300 0.591500</w:t>
        <w:br/>
        <w:t>vt 0.156800 0.472500</w:t>
        <w:br/>
        <w:t>vt 0.152500 0.482200</w:t>
        <w:br/>
        <w:t>vt 0.165500 0.472100</w:t>
        <w:br/>
        <w:t>vt 0.149300 0.475500</w:t>
        <w:br/>
        <w:t>vt 0.144100 0.479800</w:t>
        <w:br/>
        <w:t>vt 0.049300 0.601200</w:t>
        <w:br/>
        <w:t>vt 0.162000 0.603200</w:t>
        <w:br/>
        <w:t>vt 0.194400 0.474300</w:t>
        <w:br/>
        <w:t>vt 0.092600 0.604000</w:t>
        <w:br/>
        <w:t>vt 0.096400 0.601200</w:t>
        <w:br/>
        <w:t>vt 0.100500 0.599600</w:t>
        <w:br/>
        <w:t>vt 0.104600 0.598900</w:t>
        <w:br/>
        <w:t>vt 0.112200 0.599100</w:t>
        <w:br/>
        <w:t>vt 0.108300 0.598700</w:t>
        <w:br/>
        <w:t>vt 0.234400 0.605400</w:t>
        <w:br/>
        <w:t>vt 0.234400 0.598200</w:t>
        <w:br/>
        <w:t>vt 0.248600 0.598500</w:t>
        <w:br/>
        <w:t>vt 0.248200 0.605500</w:t>
        <w:br/>
        <w:t>vt 0.200500 0.604700</w:t>
        <w:br/>
        <w:t>vt 0.199800 0.597400</w:t>
        <w:br/>
        <w:t>vt 0.211400 0.597600</w:t>
        <w:br/>
        <w:t>vt 0.210700 0.604900</w:t>
        <w:br/>
        <w:t>vt 0.190100 0.604800</w:t>
        <w:br/>
        <w:t>vt 0.188800 0.597700</w:t>
        <w:br/>
        <w:t>vt 0.222100 0.605200</w:t>
        <w:br/>
        <w:t>vt 0.221500 0.597800</w:t>
        <w:br/>
        <w:t>vt 0.178400 0.598100</w:t>
        <w:br/>
        <w:t>vt 0.178900 0.605400</w:t>
        <w:br/>
        <w:t>vt 0.179000 0.610800</w:t>
        <w:br/>
        <w:t>vt 0.169200 0.610800</w:t>
        <w:br/>
        <w:t>vt 0.169200 0.605400</w:t>
        <w:br/>
        <w:t>vt 0.190000 0.610800</w:t>
        <w:br/>
        <w:t>vt 0.199600 0.610800</w:t>
        <w:br/>
        <w:t>vt 0.210300 0.610800</w:t>
        <w:br/>
        <w:t>vt 0.223400 0.610800</w:t>
        <w:br/>
        <w:t>vt 0.234800 0.610800</w:t>
        <w:br/>
        <w:t>vt 0.230500 0.591400</w:t>
        <w:br/>
        <w:t>vt 0.238000 0.591400</w:t>
        <w:br/>
        <w:t>vt 0.222000 0.591400</w:t>
        <w:br/>
        <w:t>vt 0.212500 0.591400</w:t>
        <w:br/>
        <w:t>vt 0.248100 0.610800</w:t>
        <w:br/>
        <w:t>vt 0.258700 0.605500</w:t>
        <w:br/>
        <w:t>vt 0.258700 0.610800</w:t>
        <w:br/>
        <w:t>vt 0.195800 0.591400</w:t>
        <w:br/>
        <w:t>vt 0.204100 0.591400</w:t>
        <w:br/>
        <w:t>vt 0.187200 0.591400</w:t>
        <w:br/>
        <w:t>vt 0.174500 0.591400</w:t>
        <w:br/>
        <w:t>vt 0.180800 0.591400</w:t>
        <w:br/>
        <w:t>vt 0.134600 0.611600</w:t>
        <w:br/>
        <w:t>vt 0.133000 0.609000</w:t>
        <w:br/>
        <w:t>vt 0.135700 0.610200</w:t>
        <w:br/>
        <w:t>vt 0.249700 0.591400</w:t>
        <w:br/>
        <w:t>vt 0.258700 0.591400</w:t>
        <w:br/>
        <w:t>vt 0.258700 0.598500</w:t>
        <w:br/>
        <w:t>vt 0.238100 0.588600</w:t>
        <w:br/>
        <w:t>vt 0.243800 0.586400</w:t>
        <w:br/>
        <w:t>vt 0.250200 0.586400</w:t>
        <w:br/>
        <w:t>vt 0.258700 0.586300</w:t>
        <w:br/>
        <w:t>vt 0.169200 0.598400</w:t>
        <w:br/>
        <w:t>vt 0.169200 0.591400</w:t>
        <w:br/>
        <w:t>vt 0.060900 0.592600</w:t>
        <w:br/>
        <w:t>vt 0.061100 0.592300</w:t>
        <w:br/>
        <w:t>vt 0.062300 0.593200</w:t>
        <w:br/>
        <w:t>vt 0.062100 0.593700</w:t>
        <w:br/>
        <w:t>vt 0.069200 0.605900</w:t>
        <w:br/>
        <w:t>vt 0.065100 0.603500</w:t>
        <w:br/>
        <w:t>vt 0.069100 0.595700</w:t>
        <w:br/>
        <w:t>vt 0.083000 0.607100</w:t>
        <w:br/>
        <w:t>vt 0.082500 0.594800</w:t>
        <w:br/>
        <w:t>vt 0.086500 0.604800</w:t>
        <w:br/>
        <w:t>vt 0.199700 0.477400</w:t>
        <w:br/>
        <w:t>vt 0.202900 0.480700</w:t>
        <w:br/>
        <w:t>vt 0.192800 0.483800</w:t>
        <w:br/>
        <w:t>vt 0.125000 0.591000</w:t>
        <w:br/>
        <w:t>vt 0.127500 0.605200</w:t>
        <w:br/>
        <w:t>vt 0.123300 0.604400</w:t>
        <w:br/>
        <w:t>vt 0.139200 0.596800</w:t>
        <w:br/>
        <w:t>vt 0.140100 0.607700</w:t>
        <w:br/>
        <w:t>vt 0.137100 0.608800</w:t>
        <w:br/>
        <w:t>vt 0.062100 0.593700</w:t>
        <w:br/>
        <w:t>vt 0.056000 0.593100</w:t>
        <w:br/>
        <w:t>vt 0.059800 0.602000</w:t>
        <w:br/>
        <w:t>vt 0.054500 0.601300</w:t>
        <w:br/>
        <w:t>vt 0.049300 0.595900</w:t>
        <w:br/>
        <w:t>vt 0.162000 0.598000</w:t>
        <w:br/>
        <w:t>vt 0.156400 0.603800</w:t>
        <w:br/>
        <w:t>vt 0.154800 0.594800</w:t>
        <w:br/>
        <w:t>vt 0.150700 0.605300</w:t>
        <w:br/>
        <w:t>vt 0.148200 0.592600</w:t>
        <w:br/>
        <w:t>vt 0.116500 0.600200</w:t>
        <w:br/>
        <w:t>vt 0.115400 0.590500</w:t>
        <w:br/>
        <w:t>vt 0.137800 0.594000</w:t>
        <w:br/>
        <w:t>vt 0.162000 0.594700</w:t>
        <w:br/>
        <w:t>vt 0.155200 0.593400</w:t>
        <w:br/>
        <w:t>vt 0.066400 0.591400</w:t>
        <w:br/>
        <w:t>vt 0.069900 0.591900</w:t>
        <w:br/>
        <w:t>vt 0.076700 0.596500</w:t>
        <w:br/>
        <w:t>vt 0.073700 0.593600</w:t>
        <w:br/>
        <w:t>vt 0.079100 0.593000</w:t>
        <w:br/>
        <w:t>vt 0.082800 0.590800</w:t>
        <w:br/>
        <w:t>vt 0.086600 0.590000</w:t>
        <w:br/>
        <w:t>vt 0.089000 0.594300</w:t>
        <w:br/>
        <w:t>vt 0.130700 0.606900</w:t>
        <w:br/>
        <w:t>vt 0.131200 0.590100</w:t>
        <w:br/>
        <w:t>vt 0.144500 0.593300</w:t>
        <w:br/>
        <w:t>vt 0.145600 0.607900</w:t>
        <w:br/>
        <w:t>vt 0.072300 0.606000</w:t>
        <w:br/>
        <w:t>vt 0.078200 0.607500</w:t>
        <w:br/>
        <w:t>vt 0.080900 0.609100</w:t>
        <w:br/>
        <w:t>vt 0.075500 0.606400</w:t>
        <w:br/>
        <w:t>vt 0.090900 0.603800</w:t>
        <w:br/>
        <w:t>vt 0.119400 0.601500</w:t>
        <w:br/>
        <w:t>vt 0.049300 0.592300</w:t>
        <w:br/>
        <w:t>vt 0.141400 0.594700</w:t>
        <w:br/>
        <w:t>vt 0.134800 0.591400</w:t>
        <w:br/>
        <w:t>vt 0.124600 0.590200</w:t>
        <w:br/>
        <w:t>vt 0.105600 0.590300</w:t>
        <w:br/>
        <w:t>vt 0.095300 0.591500</w:t>
        <w:br/>
        <w:t>vt 0.096200 0.590200</w:t>
        <w:br/>
        <w:t>vt 0.156800 0.472500</w:t>
        <w:br/>
        <w:t>vt 0.165500 0.472100</w:t>
        <w:br/>
        <w:t>vt 0.152500 0.482200</w:t>
        <w:br/>
        <w:t>vt 0.144100 0.479800</w:t>
        <w:br/>
        <w:t>vt 0.149300 0.475500</w:t>
        <w:br/>
        <w:t>vt 0.049300 0.601200</w:t>
        <w:br/>
        <w:t>vt 0.162000 0.603200</w:t>
        <w:br/>
        <w:t>vt 0.194400 0.474300</w:t>
        <w:br/>
        <w:t>vt 0.092600 0.604000</w:t>
        <w:br/>
        <w:t>vt 0.096400 0.601200</w:t>
        <w:br/>
        <w:t>vt 0.100500 0.599600</w:t>
        <w:br/>
        <w:t>vt 0.104600 0.598900</w:t>
        <w:br/>
        <w:t>vt 0.112200 0.599100</w:t>
        <w:br/>
        <w:t>vt 0.108300 0.598700</w:t>
        <w:br/>
        <w:t>vt 0.374557 0.564547</w:t>
        <w:br/>
        <w:t>vt 0.372865 0.568947</w:t>
        <w:br/>
        <w:t>vt 0.364235 0.562347</w:t>
        <w:br/>
        <w:t>vt 0.395726 0.563665</w:t>
        <w:br/>
        <w:t>vt 0.385235 0.556051</w:t>
        <w:br/>
        <w:t>vt 0.387604 0.551989</w:t>
        <w:br/>
        <w:t>vt 0.403510 0.560789</w:t>
        <w:br/>
        <w:t>vt 0.397578 0.583399</w:t>
        <w:br/>
        <w:t>vt 0.384895 0.591247</w:t>
        <w:br/>
        <w:t>vt 0.383480 0.586867</w:t>
        <w:br/>
        <w:t>vt 0.373298 0.584728</w:t>
        <w:br/>
        <w:t>vt 0.370760 0.589804</w:t>
        <w:br/>
        <w:t>vt 0.361453 0.583543</w:t>
        <w:br/>
        <w:t>vt 0.373637 0.578467</w:t>
        <w:br/>
        <w:t>vt 0.372114 0.573560</w:t>
        <w:br/>
        <w:t>vt 0.351977 0.578128</w:t>
        <w:br/>
        <w:t>vt 0.383271 0.579783</w:t>
        <w:br/>
        <w:t>vt 0.385419 0.575180</w:t>
        <w:br/>
        <w:t>vt 0.405785 0.578892</w:t>
        <w:br/>
        <w:t>vt 0.375234 0.559132</w:t>
        <w:br/>
        <w:t>vt 0.373035 0.552871</w:t>
        <w:br/>
        <w:t>vt 0.354928 0.556086</w:t>
        <w:br/>
        <w:t>vt 0.384219 0.562819</w:t>
        <w:br/>
        <w:t>vt 0.385235 0.567896</w:t>
        <w:br/>
        <w:t>vt 0.374558 0.564547</w:t>
        <w:br/>
        <w:t>vt 0.364235 0.562347</w:t>
        <w:br/>
        <w:t>vt 0.372865 0.568947</w:t>
        <w:br/>
        <w:t>vt 0.387604 0.551990</w:t>
        <w:br/>
        <w:t>vt 0.385235 0.556051</w:t>
        <w:br/>
        <w:t>vt 0.395726 0.563665</w:t>
        <w:br/>
        <w:t>vt 0.403510 0.560789</w:t>
        <w:br/>
        <w:t>vt 0.397578 0.583399</w:t>
        <w:br/>
        <w:t>vt 0.383480 0.586867</w:t>
        <w:br/>
        <w:t>vt 0.384895 0.591247</w:t>
        <w:br/>
        <w:t>vt 0.373298 0.584728</w:t>
        <w:br/>
        <w:t>vt 0.361453 0.583543</w:t>
        <w:br/>
        <w:t>vt 0.370760 0.589804</w:t>
        <w:br/>
        <w:t>vt 0.373637 0.578467</w:t>
        <w:br/>
        <w:t>vt 0.372114 0.573560</w:t>
        <w:br/>
        <w:t>vt 0.351977 0.578128</w:t>
        <w:br/>
        <w:t>vt 0.383271 0.579783</w:t>
        <w:br/>
        <w:t>vt 0.385419 0.575180</w:t>
        <w:br/>
        <w:t>vt 0.405784 0.578893</w:t>
        <w:br/>
        <w:t>vt 0.375234 0.559132</w:t>
        <w:br/>
        <w:t>vt 0.373035 0.552871</w:t>
        <w:br/>
        <w:t>vt 0.354928 0.556086</w:t>
        <w:br/>
        <w:t>vt 0.384219 0.562819</w:t>
        <w:br/>
        <w:t>vt 0.385235 0.567896</w:t>
        <w:br/>
        <w:t>vt 0.509642 0.621970</w:t>
        <w:br/>
        <w:t>vt 0.506563 0.621799</w:t>
        <w:br/>
        <w:t>vt 0.506837 0.617343</w:t>
        <w:br/>
        <w:t>vt 0.511876 0.616693</w:t>
        <w:br/>
        <w:t>vt 0.505566 0.613104</w:t>
        <w:br/>
        <w:t>vt 0.510394 0.610505</w:t>
        <w:br/>
        <w:t>vt 0.417154 0.640155</w:t>
        <w:br/>
        <w:t>vt 0.421786 0.642608</w:t>
        <w:br/>
        <w:t>vt 0.419879 0.647149</w:t>
        <w:br/>
        <w:t>vt 0.415428 0.646241</w:t>
        <w:br/>
        <w:t>vt 0.428144 0.634524</w:t>
        <w:br/>
        <w:t>vt 0.424511 0.638793</w:t>
        <w:br/>
        <w:t>vt 0.420515 0.635614</w:t>
        <w:br/>
        <w:t>vt 0.425601 0.631526</w:t>
        <w:br/>
        <w:t>vt 0.419334 0.652054</w:t>
        <w:br/>
        <w:t>vt 0.415882 0.651509</w:t>
        <w:br/>
        <w:t>vt 0.507788 0.606083</w:t>
        <w:br/>
        <w:t>vt 0.503552 0.609706</w:t>
        <w:br/>
        <w:t>vt 0.364291 0.655142</w:t>
        <w:br/>
        <w:t>vt 0.360113 0.654960</w:t>
        <w:br/>
        <w:t>vt 0.360385 0.651600</w:t>
        <w:br/>
        <w:t>vt 0.364836 0.651600</w:t>
        <w:br/>
        <w:t>vt 0.546992 0.627191</w:t>
        <w:br/>
        <w:t>vt 0.544260 0.628121</w:t>
        <w:br/>
        <w:t>vt 0.543781 0.625112</w:t>
        <w:br/>
        <w:t>vt 0.545992 0.623809</w:t>
        <w:br/>
        <w:t>vt 0.363564 0.659411</w:t>
        <w:br/>
        <w:t>vt 0.368741 0.655960</w:t>
        <w:br/>
        <w:t>vt 0.367470 0.660319</w:t>
        <w:br/>
        <w:t>vt 0.373646 0.658503</w:t>
        <w:br/>
        <w:t>vt 0.371920 0.662227</w:t>
        <w:br/>
        <w:t>vt 0.355934 0.655233</w:t>
        <w:br/>
        <w:t>vt 0.359658 0.659139</w:t>
        <w:br/>
        <w:t>vt 0.355753 0.659229</w:t>
        <w:br/>
        <w:t>vt 0.550291 0.626352</w:t>
        <w:br/>
        <w:t>vt 0.550583 0.630899</w:t>
        <w:br/>
        <w:t>vt 0.547574 0.631378</w:t>
        <w:br/>
        <w:t>vt 0.554220 0.626658</w:t>
        <w:br/>
        <w:t>vt 0.558632 0.627215</w:t>
        <w:br/>
        <w:t>vt 0.557885 0.630813</w:t>
        <w:br/>
        <w:t>vt 0.553872 0.630668</w:t>
        <w:br/>
        <w:t>vt 0.524566 0.629631</w:t>
        <w:br/>
        <w:t>vt 0.521635 0.627800</w:t>
        <w:br/>
        <w:t>vt 0.524692 0.624280</w:t>
        <w:br/>
        <w:t>vt 0.527157 0.627401</w:t>
        <w:br/>
        <w:t>vt 0.518546 0.625682</w:t>
        <w:br/>
        <w:t>vt 0.521868 0.620868</w:t>
        <w:br/>
        <w:t>vt 0.399624 0.654870</w:t>
        <w:br/>
        <w:t>vt 0.404619 0.651146</w:t>
        <w:br/>
        <w:t>vt 0.406799 0.656323</w:t>
        <w:br/>
        <w:t>vt 0.402621 0.659048</w:t>
        <w:br/>
        <w:t>vt 0.414611 0.652599</w:t>
        <w:br/>
        <w:t>vt 0.415246 0.655869</w:t>
        <w:br/>
        <w:t>vt 0.411068 0.655687</w:t>
        <w:br/>
        <w:t>vt 0.410432 0.650691</w:t>
        <w:br/>
        <w:t>vt 0.398352 0.662045</w:t>
        <w:br/>
        <w:t>vt 0.395536 0.658684</w:t>
        <w:br/>
        <w:t>vt 0.514144 0.621961</w:t>
        <w:br/>
        <w:t>vt 0.514385 0.624642</w:t>
        <w:br/>
        <w:t>vt 0.510302 0.575706</w:t>
        <w:br/>
        <w:t>vt 0.512260 0.582551</w:t>
        <w:br/>
        <w:t>vt 0.507978 0.581550</w:t>
        <w:br/>
        <w:t>vt 0.506440 0.576253</w:t>
        <w:br/>
        <w:t>vt 0.516116 0.579855</w:t>
        <w:br/>
        <w:t>vt 0.512260 0.582551</w:t>
        <w:br/>
        <w:t>vt 0.510302 0.575706</w:t>
        <w:br/>
        <w:t>vt 0.513333 0.573808</w:t>
        <w:br/>
        <w:t>vt 0.518125 0.570884</w:t>
        <w:br/>
        <w:t>vt 0.520564 0.575627</w:t>
        <w:br/>
        <w:t>vt 0.518916 0.577223</w:t>
        <w:br/>
        <w:t>vt 0.515998 0.572026</w:t>
        <w:br/>
        <w:t>vt 0.416791 0.597647</w:t>
        <w:br/>
        <w:t>vt 0.412340 0.602733</w:t>
        <w:br/>
        <w:t>vt 0.410251 0.599645</w:t>
        <w:br/>
        <w:t>vt 0.414701 0.595103</w:t>
        <w:br/>
        <w:t>vt 0.370558 0.650964</w:t>
        <w:br/>
        <w:t>vt 0.375009 0.655869</w:t>
        <w:br/>
        <w:t>vt 0.355753 0.651691</w:t>
        <w:br/>
        <w:t>vt 0.549413 0.620376</w:t>
        <w:br/>
        <w:t>vt 0.503708 0.605085</w:t>
        <w:br/>
        <w:t>vt 0.501078 0.607193</w:t>
        <w:br/>
        <w:t>vt 0.498039 0.596924</w:t>
        <w:br/>
        <w:t>vt 0.505980 0.599930</w:t>
        <w:br/>
        <w:t>vt 0.501848 0.602176</w:t>
        <w:br/>
        <w:t>vt 0.496317 0.600627</w:t>
        <w:br/>
        <w:t>vt 0.498985 0.593532</w:t>
        <w:br/>
        <w:t>vt 0.507641 0.594968</w:t>
        <w:br/>
        <w:t>vt 0.422967 0.623261</w:t>
        <w:br/>
        <w:t>vt 0.421423 0.618447</w:t>
        <w:br/>
        <w:t>vt 0.429143 0.616267</w:t>
        <w:br/>
        <w:t>vt 0.430597 0.620082</w:t>
        <w:br/>
        <w:t>vt 0.505171 0.584587</w:t>
        <w:br/>
        <w:t>vt 0.507593 0.590344</w:t>
        <w:br/>
        <w:t>vt 0.499529 0.589931</w:t>
        <w:br/>
        <w:t>vt 0.499495 0.584496</w:t>
        <w:br/>
        <w:t>vt 0.428417 0.612815</w:t>
        <w:br/>
        <w:t>vt 0.421514 0.614178</w:t>
        <w:br/>
        <w:t>vt 0.421877 0.610454</w:t>
        <w:br/>
        <w:t>vt 0.428144 0.609909</w:t>
        <w:br/>
        <w:t>vt 0.427418 0.627348</w:t>
        <w:br/>
        <w:t>vt 0.432686 0.624260</w:t>
        <w:br/>
        <w:t>vt 0.554610 0.622568</w:t>
        <w:br/>
        <w:t>vt 0.559572 0.624229</w:t>
        <w:br/>
        <w:t>vt 0.419334 0.600099</w:t>
        <w:br/>
        <w:t>vt 0.422422 0.602188</w:t>
        <w:br/>
        <w:t>vt 0.419152 0.607093</w:t>
        <w:br/>
        <w:t>vt 0.415428 0.605731</w:t>
        <w:br/>
        <w:t>vt 0.407798 0.596012</w:t>
        <w:br/>
        <w:t>vt 0.412249 0.591924</w:t>
        <w:br/>
        <w:t>vt 0.544639 0.632304</w:t>
        <w:br/>
        <w:t>vt 0.510392 0.625835</w:t>
        <w:br/>
        <w:t>vt 0.510308 0.623441</w:t>
        <w:br/>
        <w:t>vt 0.394355 0.650691</w:t>
        <w:br/>
        <w:t>vt 0.390087 0.655687</w:t>
        <w:br/>
        <w:t>vt 0.382366 0.653598</w:t>
        <w:br/>
        <w:t>vt 0.378097 0.653598</w:t>
        <w:br/>
        <w:t>vt 0.379914 0.641245</w:t>
        <w:br/>
        <w:t>vt 0.387452 0.645423</w:t>
        <w:br/>
        <w:t>vt 0.503708 0.605085</w:t>
        <w:br/>
        <w:t>vt 0.503322 0.603862</w:t>
        <w:br/>
        <w:t>vt 0.507180 0.603518</w:t>
        <w:br/>
        <w:t>vt 0.507788 0.606083</w:t>
        <w:br/>
        <w:t>vt 0.503254 0.603010</w:t>
        <w:br/>
        <w:t>vt 0.507058 0.601002</w:t>
        <w:br/>
        <w:t>vt 0.507375 0.583690</w:t>
        <w:br/>
        <w:t>vt 0.511172 0.589753</w:t>
        <w:br/>
        <w:t>vt 0.507952 0.583172</w:t>
        <w:br/>
        <w:t>vt 0.513090 0.586458</w:t>
        <w:br/>
        <w:t>vt 0.512605 0.583854</w:t>
        <w:br/>
        <w:t>vt 0.513090 0.586458</w:t>
        <w:br/>
        <w:t>vt 0.507952 0.583172</w:t>
        <w:br/>
        <w:t>vt 0.508003 0.582483</w:t>
        <w:br/>
        <w:t>vt 0.416246 0.614359</w:t>
        <w:br/>
        <w:t>vt 0.419061 0.609818</w:t>
        <w:br/>
        <w:t>vt 0.415337 0.611362</w:t>
        <w:br/>
        <w:t>vt 0.418698 0.609091</w:t>
        <w:br/>
        <w:t>vt 0.418607 0.608183</w:t>
        <w:br/>
        <w:t>vt 0.414066 0.608637</w:t>
        <w:br/>
        <w:t>vt 0.425874 0.628711</w:t>
        <w:br/>
        <w:t>vt 0.419970 0.624986</w:t>
        <w:br/>
        <w:t>vt 0.513520 0.620410</w:t>
        <w:br/>
        <w:t>vt 0.514144 0.621961</w:t>
        <w:br/>
        <w:t>vt 0.509993 0.622868</w:t>
        <w:br/>
        <w:t>vt 0.509800 0.622257</w:t>
        <w:br/>
        <w:t>vt 0.512452 0.618730</w:t>
        <w:br/>
        <w:t>vt 0.545400 0.622786</w:t>
        <w:br/>
        <w:t>vt 0.543263 0.624536</w:t>
        <w:br/>
        <w:t>vt 0.537996 0.619139</w:t>
        <w:br/>
        <w:t>vt 0.542729 0.619864</w:t>
        <w:br/>
        <w:t>vt 0.541503 0.623007</w:t>
        <w:br/>
        <w:t>vt 0.538221 0.622833</w:t>
        <w:br/>
        <w:t>vt 0.530537 0.621494</w:t>
        <w:br/>
        <w:t>vt 0.531897 0.625165</w:t>
        <w:br/>
        <w:t>vt 0.425874 0.628711</w:t>
        <w:br/>
        <w:t>vt 0.418425 0.626349</w:t>
        <w:br/>
        <w:t>vt 0.417154 0.619537</w:t>
        <w:br/>
        <w:t>vt 0.425329 0.629801</w:t>
        <w:br/>
        <w:t>vt 0.425601 0.631526</w:t>
        <w:br/>
        <w:t>vt 0.417790 0.632253</w:t>
        <w:br/>
        <w:t>vt 0.417790 0.629256</w:t>
        <w:br/>
        <w:t>vt 0.415428 0.651600</w:t>
        <w:br/>
        <w:t>vt 0.412885 0.647149</w:t>
        <w:br/>
        <w:t>vt 0.407253 0.635069</w:t>
        <w:br/>
        <w:t>vt 0.408797 0.628620</w:t>
        <w:br/>
        <w:t>vt 0.414429 0.629437</w:t>
        <w:br/>
        <w:t>vt 0.412431 0.637703</w:t>
        <w:br/>
        <w:t>vt 0.413884 0.620173</w:t>
        <w:br/>
        <w:t>vt 0.409433 0.620808</w:t>
        <w:br/>
        <w:t>vt 0.412431 0.612997</w:t>
        <w:br/>
        <w:t>vt 0.407980 0.613905</w:t>
        <w:br/>
        <w:t>vt 0.409978 0.605186</w:t>
        <w:br/>
        <w:t>vt 0.404256 0.640700</w:t>
        <w:br/>
        <w:t>vt 0.409433 0.644697</w:t>
        <w:br/>
        <w:t>vt 0.406163 0.606911</w:t>
        <w:br/>
        <w:t>vt 0.399079 0.627802</w:t>
        <w:br/>
        <w:t>vt 0.407617 0.601462</w:t>
        <w:br/>
        <w:t>vt 0.404710 0.602824</w:t>
        <w:br/>
        <w:t>vt 0.405437 0.597828</w:t>
        <w:br/>
        <w:t>vt 0.402984 0.598827</w:t>
        <w:br/>
        <w:t>vt 0.521113 0.579286</w:t>
        <w:br/>
        <w:t>vt 0.522369 0.576873</w:t>
        <w:br/>
        <w:t>vt 0.523700 0.579814</w:t>
        <w:br/>
        <w:t>vt 0.524557 0.576989</w:t>
        <w:br/>
        <w:t>vt 0.394991 0.601734</w:t>
        <w:br/>
        <w:t>vt 0.396990 0.608728</w:t>
        <w:br/>
        <w:t>vt 0.541503 0.623007</w:t>
        <w:br/>
        <w:t>vt 0.542729 0.619864</w:t>
        <w:br/>
        <w:t>vt 0.411613 0.648875</w:t>
        <w:br/>
        <w:t>vt 0.399533 0.645605</w:t>
        <w:br/>
        <w:t>vt 0.391721 0.640700</w:t>
        <w:br/>
        <w:t>vt 0.398080 0.615994</w:t>
        <w:br/>
        <w:t>vt 0.389632 0.621626</w:t>
        <w:br/>
        <w:t>vt 0.389814 0.617357</w:t>
        <w:br/>
        <w:t>vt 0.389632 0.610272</w:t>
        <w:br/>
        <w:t>vt 0.518465 0.582610</w:t>
        <w:br/>
        <w:t>vt 0.522326 0.584618</w:t>
        <w:br/>
        <w:t>vt 0.512605 0.583854</w:t>
        <w:br/>
        <w:t>vt 0.515436 0.589415</w:t>
        <w:br/>
        <w:t>vt 0.511165 0.595268</w:t>
        <w:br/>
        <w:t>vt 0.514685 0.595771</w:t>
        <w:br/>
        <w:t>vt 0.507180 0.603518</w:t>
        <w:br/>
        <w:t>vt 0.514626 0.601975</w:t>
        <w:br/>
        <w:t>vt 0.515906 0.608160</w:t>
        <w:br/>
        <w:t>vt 0.517688 0.613380</w:t>
        <w:br/>
        <w:t>vt 0.519577 0.617019</w:t>
        <w:br/>
        <w:t>vt 0.513520 0.620410</w:t>
        <w:br/>
        <w:t>vt 0.537417 0.614750</w:t>
        <w:br/>
        <w:t>vt 0.544094 0.615668</w:t>
        <w:br/>
        <w:t>vt 0.528175 0.616995</w:t>
        <w:br/>
        <w:t>vt 0.525682 0.610587</w:t>
        <w:br/>
        <w:t>vt 0.541676 0.607153</w:t>
        <w:br/>
        <w:t>vt 0.535207 0.608388</w:t>
        <w:br/>
        <w:t>vt 0.523074 0.601258</w:t>
        <w:br/>
        <w:t>vt 0.521801 0.589558</w:t>
        <w:br/>
        <w:t>vt 0.532100 0.577028</w:t>
        <w:br/>
        <w:t>vt 0.531501 0.581521</w:t>
        <w:br/>
        <w:t>vt 0.532428 0.599583</w:t>
        <w:br/>
        <w:t>vt 0.531316 0.587966</w:t>
        <w:br/>
        <w:t>vt 0.538618 0.587880</w:t>
        <w:br/>
        <w:t>vt 0.539672 0.598036</w:t>
        <w:br/>
        <w:t>vt 0.538448 0.580740</w:t>
        <w:br/>
        <w:t>vt 0.538735 0.575472</w:t>
        <w:br/>
        <w:t>vt 0.388088 0.604550</w:t>
        <w:br/>
        <w:t>vt 0.545681 0.587466</w:t>
        <w:br/>
        <w:t>vt 0.544997 0.579547</w:t>
        <w:br/>
        <w:t>vt 0.555240 0.578129</w:t>
        <w:br/>
        <w:t>vt 0.557742 0.583928</w:t>
        <w:br/>
        <w:t>vt 0.553815 0.570846</w:t>
        <w:br/>
        <w:t>vt 0.544969 0.573706</w:t>
        <w:br/>
        <w:t>vt 0.548884 0.605281</w:t>
        <w:br/>
        <w:t>vt 0.547003 0.596125</w:t>
        <w:br/>
        <w:t>vt 0.554416 0.599164</w:t>
        <w:br/>
        <w:t>vt 0.383547 0.632344</w:t>
        <w:br/>
        <w:t>vt 0.376190 0.637249</w:t>
        <w:br/>
        <w:t>vt 0.371466 0.632344</w:t>
        <w:br/>
        <w:t>vt 0.547113 0.617135</w:t>
        <w:br/>
        <w:t>vt 0.551216 0.611604</w:t>
        <w:br/>
        <w:t>vt 0.555909 0.604744</w:t>
        <w:br/>
        <w:t>vt 0.562925 0.597151</w:t>
        <w:br/>
        <w:t>vt 0.560383 0.591229</w:t>
        <w:br/>
        <w:t>vt 0.568316 0.584624</w:t>
        <w:br/>
        <w:t>vt 0.565206 0.576260</w:t>
        <w:br/>
        <w:t>vt 0.571292 0.591282</w:t>
        <w:br/>
        <w:t>vt 0.576445 0.580982</w:t>
        <w:br/>
        <w:t>vt 0.548699 0.619391</w:t>
        <w:br/>
        <w:t>vt 0.553105 0.615244</w:t>
        <w:br/>
        <w:t>vt 0.558019 0.609726</w:t>
        <w:br/>
        <w:t>vt 0.562148 0.605128</w:t>
        <w:br/>
        <w:t>vt 0.360113 0.645514</w:t>
        <w:br/>
        <w:t>vt 0.354935 0.645968</w:t>
        <w:br/>
        <w:t>vt 0.354481 0.640428</w:t>
        <w:br/>
        <w:t>vt 0.359477 0.639519</w:t>
        <w:br/>
        <w:t>vt 0.354663 0.633615</w:t>
        <w:br/>
        <w:t>vt 0.354481 0.631980</w:t>
        <w:br/>
        <w:t>vt 0.359295 0.637884</w:t>
        <w:br/>
        <w:t>vt 0.557288 0.617420</w:t>
        <w:br/>
        <w:t>vt 0.553455 0.616142</w:t>
        <w:br/>
        <w:t>vt 0.559023 0.612905</w:t>
        <w:br/>
        <w:t>vt 0.563933 0.615255</w:t>
        <w:br/>
        <w:t>vt 0.567139 0.610075</w:t>
        <w:br/>
        <w:t>vt 0.565206 0.601608</w:t>
        <w:br/>
        <w:t>vt 0.365199 0.645060</w:t>
        <w:br/>
        <w:t>vt 0.575240 0.595482</w:t>
        <w:br/>
        <w:t>vt 0.371194 0.640246</w:t>
        <w:br/>
        <w:t>vt 0.371376 0.650146</w:t>
        <w:br/>
        <w:t>vt 0.366743 0.623170</w:t>
        <w:br/>
        <w:t>vt 0.364927 0.632707</w:t>
        <w:br/>
        <w:t>vt 0.365290 0.639065</w:t>
        <w:br/>
        <w:t>vt 0.365472 0.643970</w:t>
        <w:br/>
        <w:t>vt 0.375826 0.655324</w:t>
        <w:br/>
        <w:t>vt 0.505260 0.571448</w:t>
        <w:br/>
        <w:t>vt 0.508841 0.570654</w:t>
        <w:br/>
        <w:t>vt 0.511696 0.569686</w:t>
        <w:br/>
        <w:t>vt 0.514434 0.568351</w:t>
        <w:br/>
        <w:t>vt 0.516726 0.567089</w:t>
        <w:br/>
        <w:t>vt 0.417608 0.591743</w:t>
        <w:br/>
        <w:t>vt 0.419879 0.594286</w:t>
        <w:br/>
        <w:t>vt 0.554110 0.633551</w:t>
        <w:br/>
        <w:t>vt 0.557800 0.633529</w:t>
        <w:br/>
        <w:t>vt 0.557472 0.638877</w:t>
        <w:br/>
        <w:t>vt 0.554228 0.638825</w:t>
        <w:br/>
        <w:t>vt 0.554947 0.648296</w:t>
        <w:br/>
        <w:t>vt 0.554292 0.642436</w:t>
        <w:br/>
        <w:t>vt 0.557941 0.642494</w:t>
        <w:br/>
        <w:t>vt 0.558369 0.648274</w:t>
        <w:br/>
        <w:t>vt 0.359113 0.666768</w:t>
        <w:br/>
        <w:t>vt 0.358841 0.668948</w:t>
        <w:br/>
        <w:t>vt 0.355389 0.667404</w:t>
        <w:br/>
        <w:t>vt 0.550824 0.633579</w:t>
        <w:br/>
        <w:t>vt 0.551222 0.639101</w:t>
        <w:br/>
        <w:t>vt 0.551450 0.642593</w:t>
        <w:br/>
        <w:t>vt 0.552039 0.648521</w:t>
        <w:br/>
        <w:t>vt 0.547889 0.639616</w:t>
        <w:br/>
        <w:t>vt 0.545366 0.640143</w:t>
        <w:br/>
        <w:t>vt 0.544838 0.635065</w:t>
        <w:br/>
        <w:t>vt 0.547812 0.634261</w:t>
        <w:br/>
        <w:t>vt 0.365290 0.669766</w:t>
        <w:br/>
        <w:t>vt 0.365744 0.667404</w:t>
        <w:br/>
        <w:t>vt 0.369105 0.669312</w:t>
        <w:br/>
        <w:t>vt 0.549151 0.649004</w:t>
        <w:br/>
        <w:t>vt 0.548316 0.643313</w:t>
        <w:br/>
        <w:t>vt 0.545664 0.644285</w:t>
        <w:br/>
        <w:t>vt 0.546090 0.649565</w:t>
        <w:br/>
        <w:t>vt 0.362474 0.667041</w:t>
        <w:br/>
        <w:t>vt 0.362111 0.669493</w:t>
        <w:br/>
        <w:t>vt 0.403711 0.670765</w:t>
        <w:br/>
        <w:t>vt 0.407617 0.669312</w:t>
        <w:br/>
        <w:t>vt 0.408616 0.672400</w:t>
        <w:br/>
        <w:t>vt 0.405528 0.674307</w:t>
        <w:br/>
        <w:t>vt 0.518881 0.637610</w:t>
        <w:br/>
        <w:t>vt 0.522023 0.639040</w:t>
        <w:br/>
        <w:t>vt 0.519760 0.646141</w:t>
        <w:br/>
        <w:t>vt 0.517580 0.653082</w:t>
        <w:br/>
        <w:t>vt 0.514984 0.651873</w:t>
        <w:br/>
        <w:t>vt 0.517026 0.644515</w:t>
        <w:br/>
        <w:t>vt 0.516141 0.656831</w:t>
        <w:br/>
        <w:t>vt 0.513684 0.655655</w:t>
        <w:br/>
        <w:t>vt 0.410342 0.676850</w:t>
        <w:br/>
        <w:t>vt 0.412794 0.683209</w:t>
        <w:br/>
        <w:t>vt 0.410160 0.683844</w:t>
        <w:br/>
        <w:t>vt 0.407072 0.677486</w:t>
        <w:br/>
        <w:t>vt 0.515375 0.636297</w:t>
        <w:br/>
        <w:t>vt 0.511293 0.650629</w:t>
        <w:br/>
        <w:t>vt 0.513479 0.643283</w:t>
        <w:br/>
        <w:t>vt 0.510179 0.654343</w:t>
        <w:br/>
        <w:t>vt 0.413611 0.675851</w:t>
        <w:br/>
        <w:t>vt 0.415973 0.682391</w:t>
        <w:br/>
        <w:t>vt 0.416559 0.693564</w:t>
        <w:br/>
        <w:t>vt 0.414611 0.687932</w:t>
        <w:br/>
        <w:t>vt 0.417517 0.687114</w:t>
        <w:br/>
        <w:t>vt 0.419561 0.692456</w:t>
        <w:br/>
        <w:t>vt 0.417880 0.665678</w:t>
        <w:br/>
        <w:t>vt 0.418698 0.669312</w:t>
        <w:br/>
        <w:t>vt 0.414974 0.669766</w:t>
        <w:br/>
        <w:t>vt 0.413793 0.666768</w:t>
        <w:br/>
        <w:t>vt 0.508251 0.635453</w:t>
        <w:br/>
        <w:t>vt 0.511494 0.635505</w:t>
        <w:br/>
        <w:t>vt 0.510580 0.639425</w:t>
        <w:br/>
        <w:t>vt 0.507423 0.639009</w:t>
        <w:br/>
        <w:t>vt 0.506518 0.642320</w:t>
        <w:br/>
        <w:t>vt 0.509678 0.642533</w:t>
        <w:br/>
        <w:t>vt 0.507997 0.650090</w:t>
        <w:br/>
        <w:t>vt 0.504938 0.649879</w:t>
        <w:br/>
        <w:t>vt 0.416518 0.674580</w:t>
        <w:br/>
        <w:t>vt 0.419425 0.672672</w:t>
        <w:br/>
        <w:t>vt 0.421241 0.680030</w:t>
        <w:br/>
        <w:t>vt 0.418698 0.681210</w:t>
        <w:br/>
        <w:t>vt 0.514338 0.640255</w:t>
        <w:br/>
        <w:t>vt 0.507167 0.653848</w:t>
        <w:br/>
        <w:t>vt 0.420151 0.686115</w:t>
        <w:br/>
        <w:t>vt 0.422089 0.691831</w:t>
        <w:br/>
        <w:t>vt 0.511204 0.663473</w:t>
        <w:br/>
        <w:t>vt 0.513512 0.664591</w:t>
        <w:br/>
        <w:t>vt 0.508237 0.662391</w:t>
        <w:br/>
        <w:t>vt 0.505192 0.661913</w:t>
        <w:br/>
        <w:t>vt 0.504470 0.653724</w:t>
        <w:br/>
        <w:t>vt 0.502496 0.661889</w:t>
        <w:br/>
        <w:t>vt 0.517847 0.641365</w:t>
        <w:br/>
        <w:t>vt 0.520825 0.642914</w:t>
        <w:br/>
        <w:t>vt 0.422149 0.683754</w:t>
        <w:br/>
        <w:t>vt 0.419606 0.684389</w:t>
        <w:br/>
        <w:t>vt 0.413975 0.686297</w:t>
        <w:br/>
        <w:t>vt 0.411795 0.687296</w:t>
        <w:br/>
        <w:t>vt 0.416972 0.685389</w:t>
        <w:br/>
        <w:t>vt 0.414514 0.694664</w:t>
        <w:br/>
        <w:t>vt 0.426964 0.654506</w:t>
        <w:br/>
        <w:t>vt 0.427872 0.650510</w:t>
        <w:br/>
        <w:t>vt 0.432232 0.652780</w:t>
        <w:br/>
        <w:t>vt 0.431414 0.656414</w:t>
        <w:br/>
        <w:t>vt 0.498641 0.620131</w:t>
        <w:br/>
        <w:t>vt 0.499306 0.624157</w:t>
        <w:br/>
        <w:t>vt 0.483792 0.630601</w:t>
        <w:br/>
        <w:t>vt 0.479183 0.632190</w:t>
        <w:br/>
        <w:t>vt 0.478071 0.628238</w:t>
        <w:br/>
        <w:t>vt 0.482232 0.626723</w:t>
        <w:br/>
        <w:t>vt 0.456305 0.666475</w:t>
        <w:br/>
        <w:t>vt 0.447309 0.662318</w:t>
        <w:br/>
        <w:t>vt 0.449489 0.660774</w:t>
        <w:br/>
        <w:t>vt 0.457139 0.664390</w:t>
        <w:br/>
        <w:t>vt 0.448036 0.660047</w:t>
        <w:br/>
        <w:t>vt 0.442950 0.660592</w:t>
        <w:br/>
        <w:t>vt 0.444221 0.658321</w:t>
        <w:br/>
        <w:t>vt 0.497319 0.616582</w:t>
        <w:br/>
        <w:t>vt 0.477022 0.625342</w:t>
        <w:br/>
        <w:t>vt 0.480983 0.623621</w:t>
        <w:br/>
        <w:t>vt 0.451124 0.658230</w:t>
        <w:br/>
        <w:t>vt 0.458023 0.661910</w:t>
        <w:br/>
        <w:t>vt 0.445765 0.655505</w:t>
        <w:br/>
        <w:t>vt 0.449580 0.657322</w:t>
        <w:br/>
        <w:t>vt 0.429870 0.646695</w:t>
        <w:br/>
        <w:t>vt 0.435865 0.645877</w:t>
        <w:br/>
        <w:t>vt 0.432050 0.643607</w:t>
        <w:br/>
        <w:t>vt 0.434957 0.639792</w:t>
        <w:br/>
        <w:t>vt 0.438771 0.642517</w:t>
        <w:br/>
        <w:t>vt 0.491127 0.615712</w:t>
        <w:br/>
        <w:t>vt 0.489467 0.613009</w:t>
        <w:br/>
        <w:t>vt 0.493516 0.610924</w:t>
        <w:br/>
        <w:t>vt 0.495501 0.613592</w:t>
        <w:br/>
        <w:t>vt 0.460959 0.657692</w:t>
        <w:br/>
        <w:t>vt 0.459640 0.659716</w:t>
        <w:br/>
        <w:t>vt 0.452396 0.655415</w:t>
        <w:br/>
        <w:t>vt 0.452668 0.652326</w:t>
        <w:br/>
        <w:t>vt 0.473898 0.620344</w:t>
        <w:br/>
        <w:t>vt 0.475565 0.622642</w:t>
        <w:br/>
        <w:t>vt 0.466712 0.627158</w:t>
        <w:br/>
        <w:t>vt 0.465277 0.625098</w:t>
        <w:br/>
        <w:t>vt 0.477789 0.617973</w:t>
        <w:br/>
        <w:t>vt 0.479487 0.620798</w:t>
        <w:br/>
        <w:t>vt 0.450943 0.654597</w:t>
        <w:br/>
        <w:t>vt 0.447309 0.652599</w:t>
        <w:br/>
        <w:t>vt 0.448944 0.649965</w:t>
        <w:br/>
        <w:t>vt 0.492784 0.618618</w:t>
        <w:br/>
        <w:t>vt 0.437954 0.646967</w:t>
        <w:br/>
        <w:t>vt 0.441769 0.644697</w:t>
        <w:br/>
        <w:t>vt 0.440406 0.648511</w:t>
        <w:br/>
        <w:t>vt 0.487945 0.616919</w:t>
        <w:br/>
        <w:t>vt 0.486082 0.614212</w:t>
        <w:br/>
        <w:t>vt 0.438771 0.651691</w:t>
        <w:br/>
        <w:t>vt 0.436501 0.650237</w:t>
        <w:br/>
        <w:t>vt 0.494026 0.622126</w:t>
        <w:br/>
        <w:t>vt 0.491007 0.623213</w:t>
        <w:br/>
        <w:t>vt 0.489682 0.619866</w:t>
        <w:br/>
        <w:t>vt 0.469389 0.632546</w:t>
        <w:br/>
        <w:t>vt 0.468258 0.629658</w:t>
        <w:br/>
        <w:t>vt 0.469733 0.635291</w:t>
        <w:br/>
        <w:t>vt 0.495023 0.625711</w:t>
        <w:br/>
        <w:t>vt 0.434139 0.648966</w:t>
        <w:br/>
        <w:t>vt 0.491959 0.627081</w:t>
        <w:br/>
        <w:t>vt 0.437954 0.621898</w:t>
        <w:br/>
        <w:t>vt 0.436319 0.617993</w:t>
        <w:br/>
        <w:t>vt 0.439316 0.616993</w:t>
        <w:br/>
        <w:t>vt 0.441860 0.620263</w:t>
        <w:br/>
        <w:t>vt 0.490743 0.599159</w:t>
        <w:br/>
        <w:t>vt 0.492465 0.595456</w:t>
        <w:br/>
        <w:t>vt 0.486866 0.598164</w:t>
        <w:br/>
        <w:t>vt 0.482213 0.597482</w:t>
        <w:br/>
        <w:t>vt 0.483571 0.593691</w:t>
        <w:br/>
        <w:t>vt 0.488218 0.594779</w:t>
        <w:br/>
        <w:t>vt 0.473998 0.591267</w:t>
        <w:br/>
        <w:t>vt 0.473084 0.595186</w:t>
        <w:br/>
        <w:t>vt 0.469251 0.593908</w:t>
        <w:br/>
        <w:t>vt 0.470443 0.590439</w:t>
        <w:br/>
        <w:t>vt 0.454122 0.612452</w:t>
        <w:br/>
        <w:t>vt 0.457482 0.611271</w:t>
        <w:br/>
        <w:t>vt 0.458391 0.613451</w:t>
        <w:br/>
        <w:t>vt 0.454848 0.614904</w:t>
        <w:br/>
        <w:t>vt 0.441769 0.616176</w:t>
        <w:br/>
        <w:t>vt 0.445493 0.615177</w:t>
        <w:br/>
        <w:t>vt 0.446219 0.618356</w:t>
        <w:br/>
        <w:t>vt 0.493528 0.592431</w:t>
        <w:br/>
        <w:t>vt 0.484354 0.590419</w:t>
        <w:br/>
        <w:t>vt 0.489000 0.591507</w:t>
        <w:br/>
        <w:t>vt 0.471260 0.587492</w:t>
        <w:br/>
        <w:t>vt 0.474858 0.588239</w:t>
        <w:br/>
        <w:t>vt 0.453213 0.609364</w:t>
        <w:br/>
        <w:t>vt 0.456574 0.608365</w:t>
        <w:br/>
        <w:t>vt 0.441042 0.612997</w:t>
        <w:br/>
        <w:t>vt 0.444585 0.611998</w:t>
        <w:br/>
        <w:t>vt 0.435047 0.614541</w:t>
        <w:br/>
        <w:t>vt 0.438499 0.613633</w:t>
        <w:br/>
        <w:t>vt 0.464718 0.608979</w:t>
        <w:br/>
        <w:t>vt 0.459390 0.610635</w:t>
        <w:br/>
        <w:t>vt 0.458663 0.607820</w:t>
        <w:br/>
        <w:t>vt 0.463591 0.606452</w:t>
        <w:br/>
        <w:t>vt 0.437318 0.610000</w:t>
        <w:br/>
        <w:t>vt 0.434321 0.610999</w:t>
        <w:br/>
        <w:t>vt 0.433957 0.608637</w:t>
        <w:br/>
        <w:t>vt 0.437863 0.607638</w:t>
        <w:br/>
        <w:t>vt 0.493947 0.583961</w:t>
        <w:br/>
        <w:t>vt 0.493705 0.588946</w:t>
        <w:br/>
        <w:t>vt 0.489583 0.588028</w:t>
        <w:br/>
        <w:t>vt 0.490185 0.583333</w:t>
        <w:br/>
        <w:t>vt 0.455938 0.605367</w:t>
        <w:br/>
        <w:t>vt 0.452305 0.606276</w:t>
        <w:br/>
        <w:t>vt 0.451851 0.604550</w:t>
        <w:br/>
        <w:t>vt 0.455666 0.603641</w:t>
        <w:br/>
        <w:t>vt 0.475985 0.581160</w:t>
        <w:br/>
        <w:t>vt 0.475595 0.585250</w:t>
        <w:br/>
        <w:t>vt 0.471833 0.584622</w:t>
        <w:br/>
        <w:t>vt 0.471934 0.580892</w:t>
        <w:br/>
        <w:t>vt 0.485214 0.582281</w:t>
        <w:br/>
        <w:t>vt 0.484653 0.586895</w:t>
        <w:br/>
        <w:t>vt 0.439771 0.609364</w:t>
        <w:br/>
        <w:t>vt 0.442950 0.606548</w:t>
        <w:br/>
        <w:t>vt 0.443676 0.608546</w:t>
        <w:br/>
        <w:t>vt 0.457755 0.604731</w:t>
        <w:br/>
        <w:t>vt 0.463241 0.603793</w:t>
        <w:br/>
        <w:t>vt 0.462118 0.591117</w:t>
        <w:br/>
        <w:t>vt 0.463292 0.588662</w:t>
        <w:br/>
        <w:t>vt 0.464551 0.586046</w:t>
        <w:br/>
        <w:t>vt 0.465079 0.583459</w:t>
        <w:br/>
        <w:t>vt 0.464764 0.580331</w:t>
        <w:br/>
        <w:t>vt 0.462873 0.601759</w:t>
        <w:br/>
        <w:t>vt 0.465728 0.611029</w:t>
        <w:br/>
        <w:t>vt 0.425510 0.598101</w:t>
        <w:br/>
        <w:t>vt 0.422240 0.596375</w:t>
        <w:br/>
        <w:t>vt 0.424602 0.593287</w:t>
        <w:br/>
        <w:t>vt 0.427963 0.594740</w:t>
        <w:br/>
        <w:t>vt 0.501351 0.559706</w:t>
        <w:br/>
        <w:t>vt 0.500158 0.555712</w:t>
        <w:br/>
        <w:t>vt 0.503086 0.555191</w:t>
        <w:br/>
        <w:t>vt 0.504363 0.559024</w:t>
        <w:br/>
        <w:t>vt 0.432504 0.587655</w:t>
        <w:br/>
        <w:t>vt 0.430778 0.585839</w:t>
        <w:br/>
        <w:t>vt 0.433140 0.583386</w:t>
        <w:br/>
        <w:t>vt 0.435047 0.584476</w:t>
        <w:br/>
        <w:t>vt 0.506075 0.563594</w:t>
        <w:br/>
        <w:t>vt 0.508768 0.562542</w:t>
        <w:br/>
        <w:t>vt 0.509975 0.565724</w:t>
        <w:br/>
        <w:t>vt 0.507683 0.566985</w:t>
        <w:br/>
        <w:t>vt 0.507137 0.558014</w:t>
        <w:br/>
        <w:t>vt 0.505658 0.554178</w:t>
        <w:br/>
        <w:t>vt 0.431051 0.581661</w:t>
        <w:br/>
        <w:t>vt 0.428871 0.584022</w:t>
        <w:br/>
        <w:t>vt 0.437753 0.577741</w:t>
        <w:br/>
        <w:t>vt 0.434230 0.582206</w:t>
        <w:br/>
        <w:t>vt 0.432232 0.580298</w:t>
        <w:br/>
        <w:t>vt 0.435576 0.576539</w:t>
        <w:br/>
        <w:t>vt 0.420242 0.588927</w:t>
        <w:br/>
        <w:t>vt 0.415337 0.588836</w:t>
        <w:br/>
        <w:t>vt 0.418789 0.585839</w:t>
        <w:br/>
        <w:t>vt 0.512633 0.564347</w:t>
        <w:br/>
        <w:t>vt 0.515127 0.563089</w:t>
        <w:br/>
        <w:t>vt 0.424784 0.580480</w:t>
        <w:br/>
        <w:t>vt 0.427690 0.577755</w:t>
        <w:br/>
        <w:t>vt 0.429143 0.579935</w:t>
        <w:br/>
        <w:t>vt 0.426782 0.582296</w:t>
        <w:br/>
        <w:t>vt 0.511961 0.555617</w:t>
        <w:br/>
        <w:t>vt 0.509628 0.556959</w:t>
        <w:br/>
        <w:t>vt 0.507984 0.553242</w:t>
        <w:br/>
        <w:t>vt 0.509951 0.552016</w:t>
        <w:br/>
        <w:t>vt 0.511427 0.561165</w:t>
        <w:br/>
        <w:t>vt 0.514123 0.559910</w:t>
        <w:br/>
        <w:t>vt 0.421877 0.587383</w:t>
        <w:br/>
        <w:t>vt 0.421423 0.583659</w:t>
        <w:br/>
        <w:t>vt 0.423694 0.585657</w:t>
        <w:br/>
        <w:t>vt 0.423966 0.589381</w:t>
        <w:br/>
        <w:t>vt 0.425783 0.587383</w:t>
        <w:br/>
        <w:t>vt 0.430233 0.578663</w:t>
        <w:br/>
        <w:t>vt 0.434238 0.574424</w:t>
        <w:br/>
        <w:t>vt 0.501053 0.549083</w:t>
        <w:br/>
        <w:t>vt 0.498637 0.549402</w:t>
        <w:br/>
        <w:t>vt 0.503277 0.548340</w:t>
        <w:br/>
        <w:t>vt 0.505401 0.547401</w:t>
        <w:br/>
        <w:t>vt 0.427781 0.589381</w:t>
        <w:br/>
        <w:t>vt 0.426055 0.591561</w:t>
        <w:br/>
        <w:t>vt 0.429870 0.591470</w:t>
        <w:br/>
        <w:t>vt 0.504185 0.567619</w:t>
        <w:br/>
        <w:t>vt 0.502860 0.564272</w:t>
        <w:br/>
        <w:t>vt 0.506917 0.546452</w:t>
        <w:br/>
        <w:t>vt 0.432580 0.572369</w:t>
        <w:br/>
        <w:t>vt 0.439801 0.579179</w:t>
        <w:br/>
        <w:t>vt 0.410887 0.668040</w:t>
        <w:br/>
        <w:t>vt 0.436591 0.655051</w:t>
        <w:br/>
        <w:t>vt 0.434321 0.653780</w:t>
        <w:br/>
        <w:t>vt 0.436501 0.650237</w:t>
        <w:br/>
        <w:t>vt 0.438771 0.651691</w:t>
        <w:br/>
        <w:t>vt 0.434684 0.657595</w:t>
        <w:br/>
        <w:t>vt 0.411977 0.671219</w:t>
        <w:br/>
        <w:t>vt 0.422513 0.591289</w:t>
        <w:br/>
        <w:t>vt 0.409524 0.674761</w:t>
        <w:br/>
        <w:t>vt 0.412885 0.673762</w:t>
        <w:br/>
        <w:t>vt 0.415791 0.672491</w:t>
        <w:br/>
        <w:t>vt 0.370831 0.664679</w:t>
        <w:br/>
        <w:t>vt 0.366652 0.662772</w:t>
        <w:br/>
        <w:t>vt 0.363292 0.662136</w:t>
        <w:br/>
        <w:t>vt 0.359568 0.661682</w:t>
        <w:br/>
        <w:t>vt 0.355844 0.662045</w:t>
        <w:br/>
        <w:t>vt 0.357762 0.676235</w:t>
        <w:br/>
        <w:t>vt 0.354481 0.676578</w:t>
        <w:br/>
        <w:t>vt 0.355026 0.671037</w:t>
        <w:br/>
        <w:t>vt 0.358568 0.671401</w:t>
        <w:br/>
        <w:t>vt 0.361006 0.676238</w:t>
        <w:br/>
        <w:t>vt 0.361748 0.671764</w:t>
        <w:br/>
        <w:t>vt 0.364745 0.672309</w:t>
        <w:br/>
        <w:t>vt 0.364058 0.677229</w:t>
        <w:br/>
        <w:t>vt 0.368106 0.673217</w:t>
        <w:br/>
        <w:t>vt 0.367054 0.678631</w:t>
        <w:br/>
        <w:t>vt 0.424317 0.691378</w:t>
        <w:br/>
        <w:t>vt 0.372556 0.611090</w:t>
        <w:br/>
        <w:t>vt 0.381548 0.607275</w:t>
        <w:br/>
        <w:t>vt 0.383183 0.611725</w:t>
        <w:br/>
        <w:t>vt 0.572675 0.573298</w:t>
        <w:br/>
        <w:t>vt 0.581514 0.578509</w:t>
        <w:br/>
        <w:t>vt 0.586690 0.587027</w:t>
        <w:br/>
        <w:t>vt 0.582053 0.590441</w:t>
        <w:br/>
        <w:t>vt 0.577827 0.570663</w:t>
        <w:br/>
        <w:t>vt 0.558389 0.611962</w:t>
        <w:br/>
        <w:t>vt 0.567808 0.608787</w:t>
        <w:br/>
        <w:t>vt 0.359113 0.632707</w:t>
        <w:br/>
        <w:t>vt 0.414883 0.651963</w:t>
        <w:br/>
        <w:t>vt 0.561673 0.619599</w:t>
        <w:br/>
        <w:t>vt 0.360022 0.615359</w:t>
        <w:br/>
        <w:t>vt 0.359295 0.628075</w:t>
        <w:br/>
        <w:t>vt 0.354572 0.615540</w:t>
        <w:br/>
        <w:t>vt 0.354663 0.628256</w:t>
        <w:br/>
        <w:t>vt 0.569395 0.605933</w:t>
        <w:br/>
        <w:t>vt 0.396081 0.635795</w:t>
        <w:br/>
        <w:t>vt 0.384637 0.618265</w:t>
        <w:br/>
        <w:t>vt 0.422158 0.701669</w:t>
        <w:br/>
        <w:t>vt 0.419265 0.701001</w:t>
        <w:br/>
        <w:t>vt 0.420156 0.700139</w:t>
        <w:br/>
        <w:t>vt 0.421770 0.700295</w:t>
        <w:br/>
        <w:t>vt 0.418526 0.698069</w:t>
        <w:br/>
        <w:t>vt 0.417024 0.698928</w:t>
        <w:br/>
        <w:t>vt 0.422983 0.696551</w:t>
        <w:br/>
        <w:t>vt 0.424332 0.696694</w:t>
        <w:br/>
        <w:t>vt 0.618648 0.405816</w:t>
        <w:br/>
        <w:t>vt 0.618648 0.394889</w:t>
        <w:br/>
        <w:t>vt 0.625018 0.392998</w:t>
        <w:br/>
        <w:t>vt 0.625018 0.405816</w:t>
        <w:br/>
        <w:t>vt 0.611773 0.392998</w:t>
        <w:br/>
        <w:t>vt 0.611773 0.405816</w:t>
        <w:br/>
        <w:t>vt 0.618648 0.392998</w:t>
        <w:br/>
        <w:t>vt 0.611773 0.392998</w:t>
        <w:br/>
        <w:t>vt 0.618648 0.390396</w:t>
        <w:br/>
        <w:t>vt 0.424091 0.699554</w:t>
        <w:br/>
        <w:t>vt 0.422836 0.699122</w:t>
        <w:br/>
        <w:t>vt 0.618648 0.392998</w:t>
        <w:br/>
        <w:t>vt 0.618648 0.390396</w:t>
        <w:br/>
        <w:t>vt 0.618648 0.392998</w:t>
        <w:br/>
        <w:t>vt 0.421772 0.692996</w:t>
        <w:br/>
        <w:t>vt 0.419804 0.693405</w:t>
        <w:br/>
        <w:t>vt 0.417526 0.694253</w:t>
        <w:br/>
        <w:t>vt 0.507155 0.667566</w:t>
        <w:br/>
        <w:t>vt 0.509429 0.668312</w:t>
        <w:br/>
        <w:t>vt 0.508694 0.671447</w:t>
        <w:br/>
        <w:t>vt 0.506341 0.671304</w:t>
        <w:br/>
        <w:t>vt 0.503977 0.670301</w:t>
        <w:br/>
        <w:t>vt 0.504511 0.667140</w:t>
        <w:br/>
        <w:t>vt 0.511108 0.669553</w:t>
        <w:br/>
        <w:t>vt 0.502485 0.667939</w:t>
        <w:br/>
        <w:t>vt 0.552699 0.653000</w:t>
        <w:br/>
        <w:t>vt 0.555427 0.652886</w:t>
        <w:br/>
        <w:t>vt 0.555496 0.655836</w:t>
        <w:br/>
        <w:t>vt 0.553164 0.656840</w:t>
        <w:br/>
        <w:t>vt 0.621949 0.392998</w:t>
        <w:br/>
        <w:t>vt 0.618648 0.392998</w:t>
        <w:br/>
        <w:t>vt 0.618648 0.390396</w:t>
        <w:br/>
        <w:t>vt 0.625018 0.392998</w:t>
        <w:br/>
        <w:t>vt 0.625018 0.405816</w:t>
        <w:br/>
        <w:t>vt 0.618648 0.405816</w:t>
        <w:br/>
        <w:t>vt 0.621949 0.392998</w:t>
        <w:br/>
        <w:t>vt 0.550536 0.656582</w:t>
        <w:br/>
        <w:t>vt 0.550068 0.653319</w:t>
        <w:br/>
        <w:t>vt 0.615657 0.392998</w:t>
        <w:br/>
        <w:t>vt 0.618648 0.392998</w:t>
        <w:br/>
        <w:t>vt 0.557612 0.653054</w:t>
        <w:br/>
        <w:t>vt 0.548055 0.654573</w:t>
        <w:br/>
        <w:t>vt 0.364829 0.684438</w:t>
        <w:br/>
        <w:t>vt 0.362569 0.683222</w:t>
        <w:br/>
        <w:t>vt 0.615657 0.392998</w:t>
        <w:br/>
        <w:t>vt 0.611773 0.392998</w:t>
        <w:br/>
        <w:t>vt 0.357283 0.681892</w:t>
        <w:br/>
        <w:t>vt 0.354492 0.682313</w:t>
        <w:br/>
        <w:t>vt 0.362223 0.687115</w:t>
        <w:br/>
        <w:t>vt 0.360766 0.685544</w:t>
        <w:br/>
        <w:t>vt 0.358128 0.685086</w:t>
        <w:br/>
        <w:t>vt 0.356095 0.685886</w:t>
        <w:br/>
        <w:t>vt 0.463596 0.634468</w:t>
        <w:br/>
        <w:t>vt 0.460716 0.636013</w:t>
        <w:br/>
        <w:t>vt 0.458903 0.633933</w:t>
        <w:br/>
        <w:t>vt 0.462857 0.632283</w:t>
        <w:br/>
        <w:t>vt 0.618648 0.392998</w:t>
        <w:br/>
        <w:t>vt 0.618648 0.390396</w:t>
        <w:br/>
        <w:t>vt 0.621949 0.392998</w:t>
        <w:br/>
        <w:t>vt 0.458651 0.630857</w:t>
        <w:br/>
        <w:t>vt 0.461867 0.630117</w:t>
        <w:br/>
        <w:t>vt 0.463506 0.636311</w:t>
        <w:br/>
        <w:t>vt 0.460432 0.628738</w:t>
        <w:br/>
        <w:t>vt 0.458729 0.664095</w:t>
        <w:br/>
        <w:t>vt 0.459219 0.662437</w:t>
        <w:br/>
        <w:t>vt 0.460407 0.660994</w:t>
        <w:br/>
        <w:t>vt 0.462005 0.665864</w:t>
        <w:br/>
        <w:t>vt 0.464079 0.665834</w:t>
        <w:br/>
        <w:t>vt 0.463909 0.667584</w:t>
        <w:br/>
        <w:t>vt 0.461541 0.667756</w:t>
        <w:br/>
        <w:t>vt 0.464758 0.661112</w:t>
        <w:br/>
        <w:t>vt 0.463655 0.662674</w:t>
        <w:br/>
        <w:t>vt 0.618648 0.405816</w:t>
        <w:br/>
        <w:t>vt 0.621949 0.392998</w:t>
        <w:br/>
        <w:t>vt 0.625018 0.392998</w:t>
        <w:br/>
        <w:t>vt 0.625018 0.405816</w:t>
        <w:br/>
        <w:t>vt 0.618648 0.392998</w:t>
        <w:br/>
        <w:t>vt 0.615657 0.392998</w:t>
        <w:br/>
        <w:t>vt 0.615657 0.392998</w:t>
        <w:br/>
        <w:t>vt 0.465841 0.662996</w:t>
        <w:br/>
        <w:t>vt 0.464771 0.664354</w:t>
        <w:br/>
        <w:t>vt 0.453830 0.583243</w:t>
        <w:br/>
        <w:t>vt 0.457707 0.584293</w:t>
        <w:br/>
        <w:t>vt 0.457000 0.586336</w:t>
        <w:br/>
        <w:t>vt 0.453978 0.585826</w:t>
        <w:br/>
        <w:t>vt 0.618648 0.392998</w:t>
        <w:br/>
        <w:t>vt 0.618648 0.390396</w:t>
        <w:br/>
        <w:t>vt 0.621949 0.392998</w:t>
        <w:br/>
        <w:t>vt 0.455411 0.580819</w:t>
        <w:br/>
        <w:t>vt 0.458219 0.582119</w:t>
        <w:br/>
        <w:t>vt 0.455873 0.587650</w:t>
        <w:br/>
        <w:t>vt 0.457948 0.580273</w:t>
        <w:br/>
        <w:t>vt 0.464559 0.604375</w:t>
        <w:br/>
        <w:t>vt 0.470069 0.608455</w:t>
        <w:br/>
        <w:t>vt 0.469090 0.606771</w:t>
        <w:br/>
        <w:t>vt 0.467771 0.601440</w:t>
        <w:br/>
        <w:t>vt 0.468063 0.603329</w:t>
        <w:br/>
        <w:t>vt 0.618648 0.405816</w:t>
        <w:br/>
        <w:t>vt 0.621949 0.392998</w:t>
        <w:br/>
        <w:t>vt 0.625018 0.392998</w:t>
        <w:br/>
        <w:t>vt 0.625018 0.405816</w:t>
        <w:br/>
        <w:t>vt 0.615657 0.392998</w:t>
        <w:br/>
        <w:t>vt 0.618648 0.392998</w:t>
        <w:br/>
        <w:t>vt 0.469860 0.602043</w:t>
        <w:br/>
        <w:t>vt 0.470032 0.603764</w:t>
        <w:br/>
        <w:t>vt 0.499580 0.542484</w:t>
        <w:br/>
        <w:t>vt 0.500936 0.541645</w:t>
        <w:br/>
        <w:t>vt 0.501687 0.544020</w:t>
        <w:br/>
        <w:t>vt 0.500158 0.544397</w:t>
        <w:br/>
        <w:t>vt 0.618648 0.392998</w:t>
        <w:br/>
        <w:t>vt 0.618648 0.390396</w:t>
        <w:br/>
        <w:t>vt 0.621949 0.392998</w:t>
        <w:br/>
        <w:t>vt 0.502494 0.541557</w:t>
        <w:br/>
        <w:t>vt 0.503140 0.543553</w:t>
        <w:br/>
        <w:t>vt 0.503761 0.542715</w:t>
        <w:br/>
        <w:t>vt 0.437899 0.576575</w:t>
        <w:br/>
        <w:t>vt 0.611773 0.418517</w:t>
        <w:br/>
        <w:t>vt 0.611773 0.405816</w:t>
        <w:br/>
        <w:t>vt 0.618648 0.405816</w:t>
        <w:br/>
        <w:t>vt 0.440466 0.573879</w:t>
        <w:br/>
        <w:t>vt 0.440982 0.571870</w:t>
        <w:br/>
        <w:t>vt 0.442626 0.572494</w:t>
        <w:br/>
        <w:t>vt 0.442169 0.574824</w:t>
        <w:br/>
        <w:t>vt 0.436604 0.569975</w:t>
        <w:br/>
        <w:t>vt 0.437822 0.571449</w:t>
        <w:br/>
        <w:t>vt 0.625018 0.392998</w:t>
        <w:br/>
        <w:t>vt 0.625018 0.405816</w:t>
        <w:br/>
        <w:t>vt 0.621949 0.392998</w:t>
        <w:br/>
        <w:t>vt 0.615657 0.392998</w:t>
        <w:br/>
        <w:t>vt 0.618648 0.392998</w:t>
        <w:br/>
        <w:t>vt 0.438707 0.569424</w:t>
        <w:br/>
        <w:t>vt 0.439736 0.570814</w:t>
        <w:br/>
        <w:t>vt 0.471654 0.606687</w:t>
        <w:br/>
        <w:t>vt 0.470562 0.605309</w:t>
        <w:br/>
        <w:t>vt 0.441727 0.569806</w:t>
        <w:br/>
        <w:t>vt 0.442626 0.572494</w:t>
        <w:br/>
        <w:t>vt 0.440982 0.571870</w:t>
        <w:br/>
        <w:t>vt 0.439736 0.570814</w:t>
        <w:br/>
        <w:t>vt 0.472259 0.603917</w:t>
        <w:br/>
        <w:t>vt 0.471654 0.606687</w:t>
        <w:br/>
        <w:t>vt 0.470562 0.605309</w:t>
        <w:br/>
        <w:t>vt 0.469860 0.602043</w:t>
        <w:br/>
        <w:t>vt 0.470032 0.603764</w:t>
        <w:br/>
        <w:t>vt 0.611773 0.418517</w:t>
        <w:br/>
        <w:t>vt 0.611773 0.405816</w:t>
        <w:br/>
        <w:t>vt 0.625018 0.418517</w:t>
        <w:br/>
        <w:t>vt 0.618648 0.418517</w:t>
        <w:br/>
        <w:t>vt 0.464817 0.665260</w:t>
        <w:br/>
        <w:t>vt 0.463909 0.667584</w:t>
        <w:br/>
        <w:t>vt 0.464079 0.665834</w:t>
        <w:br/>
        <w:t>vt 0.466267 0.666010</w:t>
        <w:br/>
        <w:t>vt 0.611773 0.392998</w:t>
        <w:br/>
        <w:t>vt 0.625018 0.392998</w:t>
        <w:br/>
        <w:t>vt 0.611773 0.392998</w:t>
        <w:br/>
        <w:t>vt 0.611773 0.405816</w:t>
        <w:br/>
        <w:t>vt 0.611773 0.418517</w:t>
        <w:br/>
        <w:t>vt 0.464706 0.606239</w:t>
        <w:br/>
        <w:t>vt 0.625018 0.418517</w:t>
        <w:br/>
        <w:t>vt 0.465504 0.607772</w:t>
        <w:br/>
        <w:t>vt 0.618648 0.418517</w:t>
        <w:br/>
        <w:t>vt 0.611773 0.392998</w:t>
        <w:br/>
        <w:t>vt 0.470694 0.604384</w:t>
        <w:br/>
        <w:t>vt 0.615657 0.392998</w:t>
        <w:br/>
        <w:t>vt 0.611773 0.392998</w:t>
        <w:br/>
        <w:t>vt 0.625018 0.392998</w:t>
        <w:br/>
        <w:t>vt 0.436428 0.575667</w:t>
        <w:br/>
        <w:t>vt 0.435347 0.574141</w:t>
        <w:br/>
        <w:t>vt 0.625018 0.418517</w:t>
        <w:br/>
        <w:t>vt 0.611773 0.392998</w:t>
        <w:br/>
        <w:t>vt 0.440622 0.571007</w:t>
        <w:br/>
        <w:t>vt 0.615657 0.392998</w:t>
        <w:br/>
        <w:t>vt 0.611773 0.392998</w:t>
        <w:br/>
        <w:t>vt 0.625018 0.392998</w:t>
        <w:br/>
        <w:t>vt 0.618648 0.418517</w:t>
        <w:br/>
        <w:t>vt 0.611773 0.405816</w:t>
        <w:br/>
        <w:t>vt 0.611773 0.418517</w:t>
        <w:br/>
        <w:t>vt 0.362999 0.678850</w:t>
        <w:br/>
        <w:t>vt 0.618648 0.418517</w:t>
        <w:br/>
        <w:t>vt 0.357991 0.677815</w:t>
        <w:br/>
        <w:t>vt 0.625018 0.418517</w:t>
        <w:br/>
        <w:t>vt 0.360566 0.677686</w:t>
        <w:br/>
        <w:t>vt 0.611773 0.392998</w:t>
        <w:br/>
        <w:t>vt 0.360766 0.685544</w:t>
        <w:br/>
        <w:t>vt 0.362223 0.687115</w:t>
        <w:br/>
        <w:t>vt 0.358813 0.688252</w:t>
        <w:br/>
        <w:t>vt 0.359244 0.685774</w:t>
        <w:br/>
        <w:t>vt 0.356095 0.685886</w:t>
        <w:br/>
        <w:t>vt 0.358128 0.685086</w:t>
        <w:br/>
        <w:t>vt 0.625018 0.392998</w:t>
        <w:br/>
        <w:t>vt 0.498871 0.543893</w:t>
        <w:br/>
        <w:t>vt 0.618648 0.418517</w:t>
        <w:br/>
        <w:t>vt 0.611773 0.418517</w:t>
        <w:br/>
        <w:t>vt 0.625018 0.418517</w:t>
        <w:br/>
        <w:t>vt 0.509642 0.621970</w:t>
        <w:br/>
        <w:t>vt 0.511876 0.616693</w:t>
        <w:br/>
        <w:t>vt 0.506837 0.617343</w:t>
        <w:br/>
        <w:t>vt 0.506563 0.621799</w:t>
        <w:br/>
        <w:t>vt 0.510394 0.610505</w:t>
        <w:br/>
        <w:t>vt 0.505566 0.613104</w:t>
        <w:br/>
        <w:t>vt 0.419879 0.647149</w:t>
        <w:br/>
        <w:t>vt 0.421786 0.642608</w:t>
        <w:br/>
        <w:t>vt 0.417154 0.640155</w:t>
        <w:br/>
        <w:t>vt 0.415428 0.646241</w:t>
        <w:br/>
        <w:t>vt 0.420515 0.635614</w:t>
        <w:br/>
        <w:t>vt 0.424511 0.638793</w:t>
        <w:br/>
        <w:t>vt 0.428144 0.634524</w:t>
        <w:br/>
        <w:t>vt 0.425601 0.631526</w:t>
        <w:br/>
        <w:t>vt 0.415882 0.651509</w:t>
        <w:br/>
        <w:t>vt 0.419334 0.652054</w:t>
        <w:br/>
        <w:t>vt 0.507788 0.606083</w:t>
        <w:br/>
        <w:t>vt 0.503552 0.609706</w:t>
        <w:br/>
        <w:t>vt 0.364291 0.655142</w:t>
        <w:br/>
        <w:t>vt 0.364836 0.651600</w:t>
        <w:br/>
        <w:t>vt 0.360385 0.651600</w:t>
        <w:br/>
        <w:t>vt 0.360113 0.654960</w:t>
        <w:br/>
        <w:t>vt 0.543781 0.625112</w:t>
        <w:br/>
        <w:t>vt 0.544260 0.628121</w:t>
        <w:br/>
        <w:t>vt 0.546992 0.627191</w:t>
        <w:br/>
        <w:t>vt 0.545992 0.623809</w:t>
        <w:br/>
        <w:t>vt 0.363564 0.659411</w:t>
        <w:br/>
        <w:t>vt 0.367470 0.660319</w:t>
        <w:br/>
        <w:t>vt 0.368741 0.655960</w:t>
        <w:br/>
        <w:t>vt 0.371920 0.662227</w:t>
        <w:br/>
        <w:t>vt 0.373646 0.658503</w:t>
        <w:br/>
        <w:t>vt 0.355934 0.655233</w:t>
        <w:br/>
        <w:t>vt 0.355753 0.659229</w:t>
        <w:br/>
        <w:t>vt 0.359658 0.659139</w:t>
        <w:br/>
        <w:t>vt 0.550583 0.630899</w:t>
        <w:br/>
        <w:t>vt 0.550291 0.626352</w:t>
        <w:br/>
        <w:t>vt 0.547574 0.631378</w:t>
        <w:br/>
        <w:t>vt 0.557885 0.630813</w:t>
        <w:br/>
        <w:t>vt 0.558632 0.627215</w:t>
        <w:br/>
        <w:t>vt 0.554220 0.626658</w:t>
        <w:br/>
        <w:t>vt 0.553872 0.630668</w:t>
        <w:br/>
        <w:t>vt 0.524692 0.624280</w:t>
        <w:br/>
        <w:t>vt 0.521635 0.627800</w:t>
        <w:br/>
        <w:t>vt 0.524566 0.629631</w:t>
        <w:br/>
        <w:t>vt 0.527157 0.627401</w:t>
        <w:br/>
        <w:t>vt 0.521868 0.620868</w:t>
        <w:br/>
        <w:t>vt 0.518546 0.625682</w:t>
        <w:br/>
        <w:t>vt 0.399624 0.654870</w:t>
        <w:br/>
        <w:t>vt 0.402621 0.659048</w:t>
        <w:br/>
        <w:t>vt 0.406799 0.656323</w:t>
        <w:br/>
        <w:t>vt 0.404619 0.651146</w:t>
        <w:br/>
        <w:t>vt 0.414611 0.652599</w:t>
        <w:br/>
        <w:t>vt 0.410432 0.650691</w:t>
        <w:br/>
        <w:t>vt 0.411068 0.655687</w:t>
        <w:br/>
        <w:t>vt 0.415246 0.655869</w:t>
        <w:br/>
        <w:t>vt 0.395536 0.658684</w:t>
        <w:br/>
        <w:t>vt 0.398352 0.662045</w:t>
        <w:br/>
        <w:t>vt 0.514144 0.621961</w:t>
        <w:br/>
        <w:t>vt 0.514385 0.624642</w:t>
        <w:br/>
        <w:t>vt 0.510302 0.575706</w:t>
        <w:br/>
        <w:t>vt 0.506440 0.576253</w:t>
        <w:br/>
        <w:t>vt 0.507978 0.581550</w:t>
        <w:br/>
        <w:t>vt 0.512260 0.582551</w:t>
        <w:br/>
        <w:t>vt 0.510302 0.575706</w:t>
        <w:br/>
        <w:t>vt 0.512260 0.582551</w:t>
        <w:br/>
        <w:t>vt 0.516116 0.579855</w:t>
        <w:br/>
        <w:t>vt 0.513333 0.573808</w:t>
        <w:br/>
        <w:t>vt 0.518125 0.570884</w:t>
        <w:br/>
        <w:t>vt 0.515998 0.572026</w:t>
        <w:br/>
        <w:t>vt 0.518916 0.577223</w:t>
        <w:br/>
        <w:t>vt 0.520564 0.575627</w:t>
        <w:br/>
        <w:t>vt 0.416791 0.597647</w:t>
        <w:br/>
        <w:t>vt 0.414701 0.595103</w:t>
        <w:br/>
        <w:t>vt 0.410251 0.599645</w:t>
        <w:br/>
        <w:t>vt 0.412340 0.602733</w:t>
        <w:br/>
        <w:t>vt 0.370558 0.650964</w:t>
        <w:br/>
        <w:t>vt 0.375009 0.655869</w:t>
        <w:br/>
        <w:t>vt 0.355753 0.651691</w:t>
        <w:br/>
        <w:t>vt 0.549413 0.620376</w:t>
        <w:br/>
        <w:t>vt 0.503708 0.605085</w:t>
        <w:br/>
        <w:t>vt 0.501078 0.607193</w:t>
        <w:br/>
        <w:t>vt 0.498039 0.596924</w:t>
        <w:br/>
        <w:t>vt 0.496317 0.600627</w:t>
        <w:br/>
        <w:t>vt 0.501848 0.602176</w:t>
        <w:br/>
        <w:t>vt 0.505980 0.599930</w:t>
        <w:br/>
        <w:t>vt 0.498985 0.593532</w:t>
        <w:br/>
        <w:t>vt 0.507641 0.594968</w:t>
        <w:br/>
        <w:t>vt 0.429143 0.616267</w:t>
        <w:br/>
        <w:t>vt 0.421423 0.618447</w:t>
        <w:br/>
        <w:t>vt 0.422967 0.623261</w:t>
        <w:br/>
        <w:t>vt 0.430597 0.620082</w:t>
        <w:br/>
        <w:t>vt 0.499529 0.589931</w:t>
        <w:br/>
        <w:t>vt 0.507593 0.590344</w:t>
        <w:br/>
        <w:t>vt 0.505171 0.584587</w:t>
        <w:br/>
        <w:t>vt 0.499495 0.584496</w:t>
        <w:br/>
        <w:t>vt 0.428417 0.612815</w:t>
        <w:br/>
        <w:t>vt 0.428144 0.609909</w:t>
        <w:br/>
        <w:t>vt 0.421877 0.610454</w:t>
        <w:br/>
        <w:t>vt 0.421514 0.614178</w:t>
        <w:br/>
        <w:t>vt 0.427418 0.627348</w:t>
        <w:br/>
        <w:t>vt 0.432686 0.624260</w:t>
        <w:br/>
        <w:t>vt 0.559572 0.624229</w:t>
        <w:br/>
        <w:t>vt 0.554610 0.622568</w:t>
        <w:br/>
        <w:t>vt 0.419334 0.600099</w:t>
        <w:br/>
        <w:t>vt 0.415428 0.605731</w:t>
        <w:br/>
        <w:t>vt 0.419152 0.607093</w:t>
        <w:br/>
        <w:t>vt 0.422422 0.602188</w:t>
        <w:br/>
        <w:t>vt 0.412249 0.591924</w:t>
        <w:br/>
        <w:t>vt 0.407798 0.596012</w:t>
        <w:br/>
        <w:t>vt 0.544639 0.632304</w:t>
        <w:br/>
        <w:t>vt 0.510392 0.625835</w:t>
        <w:br/>
        <w:t>vt 0.510308 0.623441</w:t>
        <w:br/>
        <w:t>vt 0.394355 0.650691</w:t>
        <w:br/>
        <w:t>vt 0.390087 0.655687</w:t>
        <w:br/>
        <w:t>vt 0.382366 0.653598</w:t>
        <w:br/>
        <w:t>vt 0.387452 0.645423</w:t>
        <w:br/>
        <w:t>vt 0.379914 0.641245</w:t>
        <w:br/>
        <w:t>vt 0.378097 0.653598</w:t>
        <w:br/>
        <w:t>vt 0.503708 0.605085</w:t>
        <w:br/>
        <w:t>vt 0.507788 0.606083</w:t>
        <w:br/>
        <w:t>vt 0.507180 0.603518</w:t>
        <w:br/>
        <w:t>vt 0.503322 0.603862</w:t>
        <w:br/>
        <w:t>vt 0.507058 0.601002</w:t>
        <w:br/>
        <w:t>vt 0.503254 0.603010</w:t>
        <w:br/>
        <w:t>vt 0.507375 0.583690</w:t>
        <w:br/>
        <w:t>vt 0.511172 0.589753</w:t>
        <w:br/>
        <w:t>vt 0.513090 0.586458</w:t>
        <w:br/>
        <w:t>vt 0.507952 0.583172</w:t>
        <w:br/>
        <w:t>vt 0.512605 0.583854</w:t>
        <w:br/>
        <w:t>vt 0.508003 0.582483</w:t>
        <w:br/>
        <w:t>vt 0.507952 0.583172</w:t>
        <w:br/>
        <w:t>vt 0.513090 0.586458</w:t>
        <w:br/>
        <w:t>vt 0.419061 0.609818</w:t>
        <w:br/>
        <w:t>vt 0.416246 0.614359</w:t>
        <w:br/>
        <w:t>vt 0.418698 0.609091</w:t>
        <w:br/>
        <w:t>vt 0.415337 0.611362</w:t>
        <w:br/>
        <w:t>vt 0.418607 0.608183</w:t>
        <w:br/>
        <w:t>vt 0.414066 0.608637</w:t>
        <w:br/>
        <w:t>vt 0.425874 0.628711</w:t>
        <w:br/>
        <w:t>vt 0.419970 0.624986</w:t>
        <w:br/>
        <w:t>vt 0.513520 0.620410</w:t>
        <w:br/>
        <w:t>vt 0.509993 0.622868</w:t>
        <w:br/>
        <w:t>vt 0.514144 0.621961</w:t>
        <w:br/>
        <w:t>vt 0.509800 0.622257</w:t>
        <w:br/>
        <w:t>vt 0.512452 0.618730</w:t>
        <w:br/>
        <w:t>vt 0.545400 0.622786</w:t>
        <w:br/>
        <w:t>vt 0.543263 0.624536</w:t>
        <w:br/>
        <w:t>vt 0.537996 0.619139</w:t>
        <w:br/>
        <w:t>vt 0.538221 0.622833</w:t>
        <w:br/>
        <w:t>vt 0.541503 0.623007</w:t>
        <w:br/>
        <w:t>vt 0.542729 0.619864</w:t>
        <w:br/>
        <w:t>vt 0.530537 0.621494</w:t>
        <w:br/>
        <w:t>vt 0.531897 0.625165</w:t>
        <w:br/>
        <w:t>vt 0.418425 0.626349</w:t>
        <w:br/>
        <w:t>vt 0.425874 0.628711</w:t>
        <w:br/>
        <w:t>vt 0.417154 0.619537</w:t>
        <w:br/>
        <w:t>vt 0.425329 0.629801</w:t>
        <w:br/>
        <w:t>vt 0.417790 0.629256</w:t>
        <w:br/>
        <w:t>vt 0.417790 0.632253</w:t>
        <w:br/>
        <w:t>vt 0.425601 0.631526</w:t>
        <w:br/>
        <w:t>vt 0.412885 0.647149</w:t>
        <w:br/>
        <w:t>vt 0.415428 0.651600</w:t>
        <w:br/>
        <w:t>vt 0.414429 0.629437</w:t>
        <w:br/>
        <w:t>vt 0.408797 0.628620</w:t>
        <w:br/>
        <w:t>vt 0.407253 0.635069</w:t>
        <w:br/>
        <w:t>vt 0.412431 0.637703</w:t>
        <w:br/>
        <w:t>vt 0.413884 0.620173</w:t>
        <w:br/>
        <w:t>vt 0.409433 0.620808</w:t>
        <w:br/>
        <w:t>vt 0.412431 0.612997</w:t>
        <w:br/>
        <w:t>vt 0.407980 0.613905</w:t>
        <w:br/>
        <w:t>vt 0.409978 0.605186</w:t>
        <w:br/>
        <w:t>vt 0.404256 0.640700</w:t>
        <w:br/>
        <w:t>vt 0.409433 0.644697</w:t>
        <w:br/>
        <w:t>vt 0.406163 0.606911</w:t>
        <w:br/>
        <w:t>vt 0.399079 0.627802</w:t>
        <w:br/>
        <w:t>vt 0.407617 0.601462</w:t>
        <w:br/>
        <w:t>vt 0.404710 0.602824</w:t>
        <w:br/>
        <w:t>vt 0.405437 0.597828</w:t>
        <w:br/>
        <w:t>vt 0.402984 0.598827</w:t>
        <w:br/>
        <w:t>vt 0.521113 0.579286</w:t>
        <w:br/>
        <w:t>vt 0.522369 0.576873</w:t>
        <w:br/>
        <w:t>vt 0.523700 0.579814</w:t>
        <w:br/>
        <w:t>vt 0.524557 0.576989</w:t>
        <w:br/>
        <w:t>vt 0.394991 0.601734</w:t>
        <w:br/>
        <w:t>vt 0.396990 0.608728</w:t>
        <w:br/>
        <w:t>vt 0.542729 0.619864</w:t>
        <w:br/>
        <w:t>vt 0.541503 0.623007</w:t>
        <w:br/>
        <w:t>vt 0.411613 0.648875</w:t>
        <w:br/>
        <w:t>vt 0.399533 0.645605</w:t>
        <w:br/>
        <w:t>vt 0.391721 0.640700</w:t>
        <w:br/>
        <w:t>vt 0.389632 0.621626</w:t>
        <w:br/>
        <w:t>vt 0.398080 0.615994</w:t>
        <w:br/>
        <w:t>vt 0.389814 0.617357</w:t>
        <w:br/>
        <w:t>vt 0.389632 0.610272</w:t>
        <w:br/>
        <w:t>vt 0.518465 0.582610</w:t>
        <w:br/>
        <w:t>vt 0.522326 0.584618</w:t>
        <w:br/>
        <w:t>vt 0.512605 0.583854</w:t>
        <w:br/>
        <w:t>vt 0.515436 0.589415</w:t>
        <w:br/>
        <w:t>vt 0.511165 0.595268</w:t>
        <w:br/>
        <w:t>vt 0.514685 0.595771</w:t>
        <w:br/>
        <w:t>vt 0.507180 0.603518</w:t>
        <w:br/>
        <w:t>vt 0.514626 0.601975</w:t>
        <w:br/>
        <w:t>vt 0.515906 0.608160</w:t>
        <w:br/>
        <w:t>vt 0.517688 0.613380</w:t>
        <w:br/>
        <w:t>vt 0.513520 0.620410</w:t>
        <w:br/>
        <w:t>vt 0.519577 0.617019</w:t>
        <w:br/>
        <w:t>vt 0.544094 0.615668</w:t>
        <w:br/>
        <w:t>vt 0.537417 0.614750</w:t>
        <w:br/>
        <w:t>vt 0.528175 0.616995</w:t>
        <w:br/>
        <w:t>vt 0.525682 0.610587</w:t>
        <w:br/>
        <w:t>vt 0.541676 0.607153</w:t>
        <w:br/>
        <w:t>vt 0.535207 0.608388</w:t>
        <w:br/>
        <w:t>vt 0.523074 0.601258</w:t>
        <w:br/>
        <w:t>vt 0.521801 0.589558</w:t>
        <w:br/>
        <w:t>vt 0.531501 0.581521</w:t>
        <w:br/>
        <w:t>vt 0.532100 0.577028</w:t>
        <w:br/>
        <w:t>vt 0.532428 0.599583</w:t>
        <w:br/>
        <w:t>vt 0.539672 0.598036</w:t>
        <w:br/>
        <w:t>vt 0.538618 0.587880</w:t>
        <w:br/>
        <w:t>vt 0.531316 0.587966</w:t>
        <w:br/>
        <w:t>vt 0.538448 0.580740</w:t>
        <w:br/>
        <w:t>vt 0.538735 0.575472</w:t>
        <w:br/>
        <w:t>vt 0.388088 0.604550</w:t>
        <w:br/>
        <w:t>vt 0.555240 0.578129</w:t>
        <w:br/>
        <w:t>vt 0.544997 0.579547</w:t>
        <w:br/>
        <w:t>vt 0.545681 0.587466</w:t>
        <w:br/>
        <w:t>vt 0.557742 0.583928</w:t>
        <w:br/>
        <w:t>vt 0.553815 0.570846</w:t>
        <w:br/>
        <w:t>vt 0.544969 0.573706</w:t>
        <w:br/>
        <w:t>vt 0.548884 0.605281</w:t>
        <w:br/>
        <w:t>vt 0.554416 0.599164</w:t>
        <w:br/>
        <w:t>vt 0.547003 0.596125</w:t>
        <w:br/>
        <w:t>vt 0.383547 0.632344</w:t>
        <w:br/>
        <w:t>vt 0.371466 0.632344</w:t>
        <w:br/>
        <w:t>vt 0.376190 0.637249</w:t>
        <w:br/>
        <w:t>vt 0.547113 0.617135</w:t>
        <w:br/>
        <w:t>vt 0.551216 0.611604</w:t>
        <w:br/>
        <w:t>vt 0.555909 0.604744</w:t>
        <w:br/>
        <w:t>vt 0.562925 0.597151</w:t>
        <w:br/>
        <w:t>vt 0.568316 0.584624</w:t>
        <w:br/>
        <w:t>vt 0.560383 0.591229</w:t>
        <w:br/>
        <w:t>vt 0.565206 0.576260</w:t>
        <w:br/>
        <w:t>vt 0.571292 0.591282</w:t>
        <w:br/>
        <w:t>vt 0.576445 0.580982</w:t>
        <w:br/>
        <w:t>vt 0.548699 0.619391</w:t>
        <w:br/>
        <w:t>vt 0.553105 0.615244</w:t>
        <w:br/>
        <w:t>vt 0.558019 0.609726</w:t>
        <w:br/>
        <w:t>vt 0.562148 0.605128</w:t>
        <w:br/>
        <w:t>vt 0.360113 0.645514</w:t>
        <w:br/>
        <w:t>vt 0.354935 0.645968</w:t>
        <w:br/>
        <w:t>vt 0.354481 0.640428</w:t>
        <w:br/>
        <w:t>vt 0.359477 0.639519</w:t>
        <w:br/>
        <w:t>vt 0.354663 0.633615</w:t>
        <w:br/>
        <w:t>vt 0.359295 0.637884</w:t>
        <w:br/>
        <w:t>vt 0.354481 0.631980</w:t>
        <w:br/>
        <w:t>vt 0.557288 0.617420</w:t>
        <w:br/>
        <w:t>vt 0.553455 0.616142</w:t>
        <w:br/>
        <w:t>vt 0.559023 0.612905</w:t>
        <w:br/>
        <w:t>vt 0.563933 0.615255</w:t>
        <w:br/>
        <w:t>vt 0.567139 0.610075</w:t>
        <w:br/>
        <w:t>vt 0.565206 0.601608</w:t>
        <w:br/>
        <w:t>vt 0.365199 0.645060</w:t>
        <w:br/>
        <w:t>vt 0.575240 0.595482</w:t>
        <w:br/>
        <w:t>vt 0.371194 0.640246</w:t>
        <w:br/>
        <w:t>vt 0.371376 0.650146</w:t>
        <w:br/>
        <w:t>vt 0.366743 0.623170</w:t>
        <w:br/>
        <w:t>vt 0.364927 0.632707</w:t>
        <w:br/>
        <w:t>vt 0.365290 0.639065</w:t>
        <w:br/>
        <w:t>vt 0.365472 0.643970</w:t>
        <w:br/>
        <w:t>vt 0.375826 0.655324</w:t>
        <w:br/>
        <w:t>vt 0.508841 0.570654</w:t>
        <w:br/>
        <w:t>vt 0.505260 0.571448</w:t>
        <w:br/>
        <w:t>vt 0.511696 0.569686</w:t>
        <w:br/>
        <w:t>vt 0.516726 0.567089</w:t>
        <w:br/>
        <w:t>vt 0.514434 0.568351</w:t>
        <w:br/>
        <w:t>vt 0.419879 0.594286</w:t>
        <w:br/>
        <w:t>vt 0.417608 0.591743</w:t>
        <w:br/>
        <w:t>vt 0.554110 0.633551</w:t>
        <w:br/>
        <w:t>vt 0.554228 0.638825</w:t>
        <w:br/>
        <w:t>vt 0.557472 0.638877</w:t>
        <w:br/>
        <w:t>vt 0.557800 0.633529</w:t>
        <w:br/>
        <w:t>vt 0.557941 0.642494</w:t>
        <w:br/>
        <w:t>vt 0.554292 0.642436</w:t>
        <w:br/>
        <w:t>vt 0.554947 0.648296</w:t>
        <w:br/>
        <w:t>vt 0.558369 0.648274</w:t>
        <w:br/>
        <w:t>vt 0.359113 0.666768</w:t>
        <w:br/>
        <w:t>vt 0.355389 0.667404</w:t>
        <w:br/>
        <w:t>vt 0.358841 0.668948</w:t>
        <w:br/>
        <w:t>vt 0.550824 0.633579</w:t>
        <w:br/>
        <w:t>vt 0.551222 0.639101</w:t>
        <w:br/>
        <w:t>vt 0.551450 0.642593</w:t>
        <w:br/>
        <w:t>vt 0.552039 0.648521</w:t>
        <w:br/>
        <w:t>vt 0.544838 0.635065</w:t>
        <w:br/>
        <w:t>vt 0.545366 0.640143</w:t>
        <w:br/>
        <w:t>vt 0.547889 0.639616</w:t>
        <w:br/>
        <w:t>vt 0.547812 0.634261</w:t>
        <w:br/>
        <w:t>vt 0.365290 0.669766</w:t>
        <w:br/>
        <w:t>vt 0.369105 0.669312</w:t>
        <w:br/>
        <w:t>vt 0.365744 0.667404</w:t>
        <w:br/>
        <w:t>vt 0.548316 0.643313</w:t>
        <w:br/>
        <w:t>vt 0.549151 0.649004</w:t>
        <w:br/>
        <w:t>vt 0.545664 0.644285</w:t>
        <w:br/>
        <w:t>vt 0.546090 0.649565</w:t>
        <w:br/>
        <w:t>vt 0.362474 0.667041</w:t>
        <w:br/>
        <w:t>vt 0.362111 0.669493</w:t>
        <w:br/>
        <w:t>vt 0.403711 0.670765</w:t>
        <w:br/>
        <w:t>vt 0.405528 0.674307</w:t>
        <w:br/>
        <w:t>vt 0.408616 0.672400</w:t>
        <w:br/>
        <w:t>vt 0.407617 0.669312</w:t>
        <w:br/>
        <w:t>vt 0.518881 0.637610</w:t>
        <w:br/>
        <w:t>vt 0.522023 0.639040</w:t>
        <w:br/>
        <w:t>vt 0.519760 0.646141</w:t>
        <w:br/>
        <w:t>vt 0.517026 0.644515</w:t>
        <w:br/>
        <w:t>vt 0.514984 0.651873</w:t>
        <w:br/>
        <w:t>vt 0.517580 0.653082</w:t>
        <w:br/>
        <w:t>vt 0.513684 0.655655</w:t>
        <w:br/>
        <w:t>vt 0.516141 0.656831</w:t>
        <w:br/>
        <w:t>vt 0.410342 0.676850</w:t>
        <w:br/>
        <w:t>vt 0.407072 0.677486</w:t>
        <w:br/>
        <w:t>vt 0.410160 0.683844</w:t>
        <w:br/>
        <w:t>vt 0.412794 0.683209</w:t>
        <w:br/>
        <w:t>vt 0.515375 0.636297</w:t>
        <w:br/>
        <w:t>vt 0.513479 0.643283</w:t>
        <w:br/>
        <w:t>vt 0.511293 0.650629</w:t>
        <w:br/>
        <w:t>vt 0.510179 0.654343</w:t>
        <w:br/>
        <w:t>vt 0.413611 0.675851</w:t>
        <w:br/>
        <w:t>vt 0.415973 0.682391</w:t>
        <w:br/>
        <w:t>vt 0.416559 0.693564</w:t>
        <w:br/>
        <w:t>vt 0.419561 0.692456</w:t>
        <w:br/>
        <w:t>vt 0.417517 0.687114</w:t>
        <w:br/>
        <w:t>vt 0.414611 0.687932</w:t>
        <w:br/>
        <w:t>vt 0.414974 0.669766</w:t>
        <w:br/>
        <w:t>vt 0.418698 0.669312</w:t>
        <w:br/>
        <w:t>vt 0.417880 0.665678</w:t>
        <w:br/>
        <w:t>vt 0.413793 0.666768</w:t>
        <w:br/>
        <w:t>vt 0.510580 0.639425</w:t>
        <w:br/>
        <w:t>vt 0.511494 0.635505</w:t>
        <w:br/>
        <w:t>vt 0.508251 0.635453</w:t>
        <w:br/>
        <w:t>vt 0.507423 0.639009</w:t>
        <w:br/>
        <w:t>vt 0.506518 0.642320</w:t>
        <w:br/>
        <w:t>vt 0.504938 0.649879</w:t>
        <w:br/>
        <w:t>vt 0.507997 0.650090</w:t>
        <w:br/>
        <w:t>vt 0.509678 0.642533</w:t>
        <w:br/>
        <w:t>vt 0.416518 0.674580</w:t>
        <w:br/>
        <w:t>vt 0.418698 0.681210</w:t>
        <w:br/>
        <w:t>vt 0.421241 0.680030</w:t>
        <w:br/>
        <w:t>vt 0.419425 0.672672</w:t>
        <w:br/>
        <w:t>vt 0.514338 0.640255</w:t>
        <w:br/>
        <w:t>vt 0.507167 0.653848</w:t>
        <w:br/>
        <w:t>vt 0.422089 0.691831</w:t>
        <w:br/>
        <w:t>vt 0.420151 0.686115</w:t>
        <w:br/>
        <w:t>vt 0.511204 0.663473</w:t>
        <w:br/>
        <w:t>vt 0.513512 0.664591</w:t>
        <w:br/>
        <w:t>vt 0.508237 0.662391</w:t>
        <w:br/>
        <w:t>vt 0.505192 0.661913</w:t>
        <w:br/>
        <w:t>vt 0.504470 0.653724</w:t>
        <w:br/>
        <w:t>vt 0.502496 0.661889</w:t>
        <w:br/>
        <w:t>vt 0.517847 0.641365</w:t>
        <w:br/>
        <w:t>vt 0.520825 0.642914</w:t>
        <w:br/>
        <w:t>vt 0.422149 0.683754</w:t>
        <w:br/>
        <w:t>vt 0.419606 0.684389</w:t>
        <w:br/>
        <w:t>vt 0.411795 0.687296</w:t>
        <w:br/>
        <w:t>vt 0.413975 0.686297</w:t>
        <w:br/>
        <w:t>vt 0.416972 0.685389</w:t>
        <w:br/>
        <w:t>vt 0.414514 0.694664</w:t>
        <w:br/>
        <w:t>vt 0.426964 0.654506</w:t>
        <w:br/>
        <w:t>vt 0.431414 0.656414</w:t>
        <w:br/>
        <w:t>vt 0.432232 0.652780</w:t>
        <w:br/>
        <w:t>vt 0.427872 0.650510</w:t>
        <w:br/>
        <w:t>vt 0.498641 0.620131</w:t>
        <w:br/>
        <w:t>vt 0.499306 0.624157</w:t>
        <w:br/>
        <w:t>vt 0.478071 0.628238</w:t>
        <w:br/>
        <w:t>vt 0.479183 0.632190</w:t>
        <w:br/>
        <w:t>vt 0.483792 0.630601</w:t>
        <w:br/>
        <w:t>vt 0.482232 0.626723</w:t>
        <w:br/>
        <w:t>vt 0.456305 0.666475</w:t>
        <w:br/>
        <w:t>vt 0.457139 0.664390</w:t>
        <w:br/>
        <w:t>vt 0.449489 0.660774</w:t>
        <w:br/>
        <w:t>vt 0.447309 0.662318</w:t>
        <w:br/>
        <w:t>vt 0.448036 0.660047</w:t>
        <w:br/>
        <w:t>vt 0.444221 0.658321</w:t>
        <w:br/>
        <w:t>vt 0.442950 0.660592</w:t>
        <w:br/>
        <w:t>vt 0.497319 0.616582</w:t>
        <w:br/>
        <w:t>vt 0.477022 0.625342</w:t>
        <w:br/>
        <w:t>vt 0.480983 0.623621</w:t>
        <w:br/>
        <w:t>vt 0.451124 0.658230</w:t>
        <w:br/>
        <w:t>vt 0.458023 0.661910</w:t>
        <w:br/>
        <w:t>vt 0.445765 0.655505</w:t>
        <w:br/>
        <w:t>vt 0.449580 0.657322</w:t>
        <w:br/>
        <w:t>vt 0.429870 0.646695</w:t>
        <w:br/>
        <w:t>vt 0.435865 0.645877</w:t>
        <w:br/>
        <w:t>vt 0.438771 0.642517</w:t>
        <w:br/>
        <w:t>vt 0.434957 0.639792</w:t>
        <w:br/>
        <w:t>vt 0.432050 0.643607</w:t>
        <w:br/>
        <w:t>vt 0.491127 0.615712</w:t>
        <w:br/>
        <w:t>vt 0.495501 0.613592</w:t>
        <w:br/>
        <w:t>vt 0.493516 0.610924</w:t>
        <w:br/>
        <w:t>vt 0.489467 0.613009</w:t>
        <w:br/>
        <w:t>vt 0.460959 0.657692</w:t>
        <w:br/>
        <w:t>vt 0.452668 0.652326</w:t>
        <w:br/>
        <w:t>vt 0.452396 0.655415</w:t>
        <w:br/>
        <w:t>vt 0.459640 0.659716</w:t>
        <w:br/>
        <w:t>vt 0.473898 0.620344</w:t>
        <w:br/>
        <w:t>vt 0.465277 0.625098</w:t>
        <w:br/>
        <w:t>vt 0.466712 0.627158</w:t>
        <w:br/>
        <w:t>vt 0.475565 0.622642</w:t>
        <w:br/>
        <w:t>vt 0.477789 0.617973</w:t>
        <w:br/>
        <w:t>vt 0.479487 0.620798</w:t>
        <w:br/>
        <w:t>vt 0.450943 0.654597</w:t>
        <w:br/>
        <w:t>vt 0.448944 0.649965</w:t>
        <w:br/>
        <w:t>vt 0.447309 0.652599</w:t>
        <w:br/>
        <w:t>vt 0.492784 0.618618</w:t>
        <w:br/>
        <w:t>vt 0.437954 0.646967</w:t>
        <w:br/>
        <w:t>vt 0.440406 0.648511</w:t>
        <w:br/>
        <w:t>vt 0.441769 0.644697</w:t>
        <w:br/>
        <w:t>vt 0.486082 0.614212</w:t>
        <w:br/>
        <w:t>vt 0.487945 0.616919</w:t>
        <w:br/>
        <w:t>vt 0.436501 0.650237</w:t>
        <w:br/>
        <w:t>vt 0.438771 0.651691</w:t>
        <w:br/>
        <w:t>vt 0.489682 0.619866</w:t>
        <w:br/>
        <w:t>vt 0.491007 0.623213</w:t>
        <w:br/>
        <w:t>vt 0.494026 0.622126</w:t>
        <w:br/>
        <w:t>vt 0.468258 0.629658</w:t>
        <w:br/>
        <w:t>vt 0.469389 0.632546</w:t>
        <w:br/>
        <w:t>vt 0.469733 0.635291</w:t>
        <w:br/>
        <w:t>vt 0.495023 0.625711</w:t>
        <w:br/>
        <w:t>vt 0.434139 0.648966</w:t>
        <w:br/>
        <w:t>vt 0.491959 0.627081</w:t>
        <w:br/>
        <w:t>vt 0.437954 0.621898</w:t>
        <w:br/>
        <w:t>vt 0.441860 0.620263</w:t>
        <w:br/>
        <w:t>vt 0.439316 0.616993</w:t>
        <w:br/>
        <w:t>vt 0.436319 0.617993</w:t>
        <w:br/>
        <w:t>vt 0.492465 0.595456</w:t>
        <w:br/>
        <w:t>vt 0.490743 0.599159</w:t>
        <w:br/>
        <w:t>vt 0.486866 0.598164</w:t>
        <w:br/>
        <w:t>vt 0.488218 0.594779</w:t>
        <w:br/>
        <w:t>vt 0.483571 0.593691</w:t>
        <w:br/>
        <w:t>vt 0.482213 0.597482</w:t>
        <w:br/>
        <w:t>vt 0.473998 0.591267</w:t>
        <w:br/>
        <w:t>vt 0.470443 0.590439</w:t>
        <w:br/>
        <w:t>vt 0.469251 0.593908</w:t>
        <w:br/>
        <w:t>vt 0.473084 0.595186</w:t>
        <w:br/>
        <w:t>vt 0.454122 0.612452</w:t>
        <w:br/>
        <w:t>vt 0.454848 0.614904</w:t>
        <w:br/>
        <w:t>vt 0.458391 0.613451</w:t>
        <w:br/>
        <w:t>vt 0.457482 0.611271</w:t>
        <w:br/>
        <w:t>vt 0.441769 0.616176</w:t>
        <w:br/>
        <w:t>vt 0.446219 0.618356</w:t>
        <w:br/>
        <w:t>vt 0.445493 0.615177</w:t>
        <w:br/>
        <w:t>vt 0.493528 0.592431</w:t>
        <w:br/>
        <w:t>vt 0.489000 0.591507</w:t>
        <w:br/>
        <w:t>vt 0.484354 0.590419</w:t>
        <w:br/>
        <w:t>vt 0.474858 0.588239</w:t>
        <w:br/>
        <w:t>vt 0.471260 0.587492</w:t>
        <w:br/>
        <w:t>vt 0.453213 0.609364</w:t>
        <w:br/>
        <w:t>vt 0.456574 0.608365</w:t>
        <w:br/>
        <w:t>vt 0.444585 0.611998</w:t>
        <w:br/>
        <w:t>vt 0.441042 0.612997</w:t>
        <w:br/>
        <w:t>vt 0.435047 0.614541</w:t>
        <w:br/>
        <w:t>vt 0.438499 0.613633</w:t>
        <w:br/>
        <w:t>vt 0.458663 0.607820</w:t>
        <w:br/>
        <w:t>vt 0.459390 0.610635</w:t>
        <w:br/>
        <w:t>vt 0.464718 0.608979</w:t>
        <w:br/>
        <w:t>vt 0.463591 0.606452</w:t>
        <w:br/>
        <w:t>vt 0.437318 0.610000</w:t>
        <w:br/>
        <w:t>vt 0.437863 0.607638</w:t>
        <w:br/>
        <w:t>vt 0.433957 0.608637</w:t>
        <w:br/>
        <w:t>vt 0.434321 0.610999</w:t>
        <w:br/>
        <w:t>vt 0.489583 0.588028</w:t>
        <w:br/>
        <w:t>vt 0.493705 0.588946</w:t>
        <w:br/>
        <w:t>vt 0.493947 0.583961</w:t>
        <w:br/>
        <w:t>vt 0.490185 0.583333</w:t>
        <w:br/>
        <w:t>vt 0.455938 0.605367</w:t>
        <w:br/>
        <w:t>vt 0.455666 0.603641</w:t>
        <w:br/>
        <w:t>vt 0.451851 0.604550</w:t>
        <w:br/>
        <w:t>vt 0.452305 0.606276</w:t>
        <w:br/>
        <w:t>vt 0.475985 0.581160</w:t>
        <w:br/>
        <w:t>vt 0.471934 0.580892</w:t>
        <w:br/>
        <w:t>vt 0.471833 0.584622</w:t>
        <w:br/>
        <w:t>vt 0.475595 0.585250</w:t>
        <w:br/>
        <w:t>vt 0.485214 0.582281</w:t>
        <w:br/>
        <w:t>vt 0.484653 0.586895</w:t>
        <w:br/>
        <w:t>vt 0.439771 0.609364</w:t>
        <w:br/>
        <w:t>vt 0.443676 0.608546</w:t>
        <w:br/>
        <w:t>vt 0.442950 0.606548</w:t>
        <w:br/>
        <w:t>vt 0.463241 0.603793</w:t>
        <w:br/>
        <w:t>vt 0.457755 0.604731</w:t>
        <w:br/>
        <w:t>vt 0.463292 0.588662</w:t>
        <w:br/>
        <w:t>vt 0.462118 0.591117</w:t>
        <w:br/>
        <w:t>vt 0.464551 0.586046</w:t>
        <w:br/>
        <w:t>vt 0.465079 0.583459</w:t>
        <w:br/>
        <w:t>vt 0.464764 0.580331</w:t>
        <w:br/>
        <w:t>vt 0.462873 0.601759</w:t>
        <w:br/>
        <w:t>vt 0.465728 0.611029</w:t>
        <w:br/>
        <w:t>vt 0.425510 0.598101</w:t>
        <w:br/>
        <w:t>vt 0.427963 0.594740</w:t>
        <w:br/>
        <w:t>vt 0.424602 0.593287</w:t>
        <w:br/>
        <w:t>vt 0.422240 0.596375</w:t>
        <w:br/>
        <w:t>vt 0.501351 0.559706</w:t>
        <w:br/>
        <w:t>vt 0.504363 0.559024</w:t>
        <w:br/>
        <w:t>vt 0.503086 0.555191</w:t>
        <w:br/>
        <w:t>vt 0.500158 0.555712</w:t>
        <w:br/>
        <w:t>vt 0.432504 0.587655</w:t>
        <w:br/>
        <w:t>vt 0.435047 0.584476</w:t>
        <w:br/>
        <w:t>vt 0.433140 0.583386</w:t>
        <w:br/>
        <w:t>vt 0.430778 0.585839</w:t>
        <w:br/>
        <w:t>vt 0.509975 0.565724</w:t>
        <w:br/>
        <w:t>vt 0.508768 0.562542</w:t>
        <w:br/>
        <w:t>vt 0.506075 0.563594</w:t>
        <w:br/>
        <w:t>vt 0.507683 0.566985</w:t>
        <w:br/>
        <w:t>vt 0.507137 0.558014</w:t>
        <w:br/>
        <w:t>vt 0.505658 0.554178</w:t>
        <w:br/>
        <w:t>vt 0.431051 0.581661</w:t>
        <w:br/>
        <w:t>vt 0.428871 0.584022</w:t>
        <w:br/>
        <w:t>vt 0.432232 0.580298</w:t>
        <w:br/>
        <w:t>vt 0.434230 0.582206</w:t>
        <w:br/>
        <w:t>vt 0.437753 0.577741</w:t>
        <w:br/>
        <w:t>vt 0.435576 0.576539</w:t>
        <w:br/>
        <w:t>vt 0.420242 0.588927</w:t>
        <w:br/>
        <w:t>vt 0.418789 0.585839</w:t>
        <w:br/>
        <w:t>vt 0.415337 0.588836</w:t>
        <w:br/>
        <w:t>vt 0.512633 0.564347</w:t>
        <w:br/>
        <w:t>vt 0.515127 0.563089</w:t>
        <w:br/>
        <w:t>vt 0.429143 0.579935</w:t>
        <w:br/>
        <w:t>vt 0.427690 0.577755</w:t>
        <w:br/>
        <w:t>vt 0.424784 0.580480</w:t>
        <w:br/>
        <w:t>vt 0.426782 0.582296</w:t>
        <w:br/>
        <w:t>vt 0.511961 0.555617</w:t>
        <w:br/>
        <w:t>vt 0.509951 0.552016</w:t>
        <w:br/>
        <w:t>vt 0.507984 0.553242</w:t>
        <w:br/>
        <w:t>vt 0.509628 0.556959</w:t>
        <w:br/>
        <w:t>vt 0.514123 0.559910</w:t>
        <w:br/>
        <w:t>vt 0.511427 0.561165</w:t>
        <w:br/>
        <w:t>vt 0.421877 0.587383</w:t>
        <w:br/>
        <w:t>vt 0.423694 0.585657</w:t>
        <w:br/>
        <w:t>vt 0.421423 0.583659</w:t>
        <w:br/>
        <w:t>vt 0.423966 0.589381</w:t>
        <w:br/>
        <w:t>vt 0.425783 0.587383</w:t>
        <w:br/>
        <w:t>vt 0.434238 0.574424</w:t>
        <w:br/>
        <w:t>vt 0.430233 0.578663</w:t>
        <w:br/>
        <w:t>vt 0.501053 0.549083</w:t>
        <w:br/>
        <w:t>vt 0.498637 0.549402</w:t>
        <w:br/>
        <w:t>vt 0.503277 0.548340</w:t>
        <w:br/>
        <w:t>vt 0.505401 0.547401</w:t>
        <w:br/>
        <w:t>vt 0.427781 0.589381</w:t>
        <w:br/>
        <w:t>vt 0.426055 0.591561</w:t>
        <w:br/>
        <w:t>vt 0.429870 0.591470</w:t>
        <w:br/>
        <w:t>vt 0.502860 0.564272</w:t>
        <w:br/>
        <w:t>vt 0.504185 0.567619</w:t>
        <w:br/>
        <w:t>vt 0.506917 0.546452</w:t>
        <w:br/>
        <w:t>vt 0.432580 0.572369</w:t>
        <w:br/>
        <w:t>vt 0.439801 0.579179</w:t>
        <w:br/>
        <w:t>vt 0.410887 0.668040</w:t>
        <w:br/>
        <w:t>vt 0.436591 0.655051</w:t>
        <w:br/>
        <w:t>vt 0.438771 0.651691</w:t>
        <w:br/>
        <w:t>vt 0.436501 0.650237</w:t>
        <w:br/>
        <w:t>vt 0.434321 0.653780</w:t>
        <w:br/>
        <w:t>vt 0.434684 0.657595</w:t>
        <w:br/>
        <w:t>vt 0.411977 0.671219</w:t>
        <w:br/>
        <w:t>vt 0.422513 0.591289</w:t>
        <w:br/>
        <w:t>vt 0.409524 0.674761</w:t>
        <w:br/>
        <w:t>vt 0.412885 0.673762</w:t>
        <w:br/>
        <w:t>vt 0.415791 0.672491</w:t>
        <w:br/>
        <w:t>vt 0.370831 0.664679</w:t>
        <w:br/>
        <w:t>vt 0.366652 0.662772</w:t>
        <w:br/>
        <w:t>vt 0.363292 0.662136</w:t>
        <w:br/>
        <w:t>vt 0.359568 0.661682</w:t>
        <w:br/>
        <w:t>vt 0.355844 0.662045</w:t>
        <w:br/>
        <w:t>vt 0.357762 0.676235</w:t>
        <w:br/>
        <w:t>vt 0.358568 0.671401</w:t>
        <w:br/>
        <w:t>vt 0.355026 0.671037</w:t>
        <w:br/>
        <w:t>vt 0.354481 0.676578</w:t>
        <w:br/>
        <w:t>vt 0.361006 0.676238</w:t>
        <w:br/>
        <w:t>vt 0.361748 0.671764</w:t>
        <w:br/>
        <w:t>vt 0.364058 0.677229</w:t>
        <w:br/>
        <w:t>vt 0.364745 0.672309</w:t>
        <w:br/>
        <w:t>vt 0.367054 0.678631</w:t>
        <w:br/>
        <w:t>vt 0.368106 0.673217</w:t>
        <w:br/>
        <w:t>vt 0.424317 0.691378</w:t>
        <w:br/>
        <w:t>vt 0.372556 0.611090</w:t>
        <w:br/>
        <w:t>vt 0.383183 0.611725</w:t>
        <w:br/>
        <w:t>vt 0.381548 0.607275</w:t>
        <w:br/>
        <w:t>vt 0.572675 0.573298</w:t>
        <w:br/>
        <w:t>vt 0.586690 0.587027</w:t>
        <w:br/>
        <w:t>vt 0.581514 0.578509</w:t>
        <w:br/>
        <w:t>vt 0.582053 0.590441</w:t>
        <w:br/>
        <w:t>vt 0.577827 0.570663</w:t>
        <w:br/>
        <w:t>vt 0.558389 0.611962</w:t>
        <w:br/>
        <w:t>vt 0.567808 0.608787</w:t>
        <w:br/>
        <w:t>vt 0.359113 0.632707</w:t>
        <w:br/>
        <w:t>vt 0.414883 0.651963</w:t>
        <w:br/>
        <w:t>vt 0.561673 0.619599</w:t>
        <w:br/>
        <w:t>vt 0.360022 0.615359</w:t>
        <w:br/>
        <w:t>vt 0.359295 0.628075</w:t>
        <w:br/>
        <w:t>vt 0.354572 0.615540</w:t>
        <w:br/>
        <w:t>vt 0.354663 0.628256</w:t>
        <w:br/>
        <w:t>vt 0.569395 0.605933</w:t>
        <w:br/>
        <w:t>vt 0.396081 0.635795</w:t>
        <w:br/>
        <w:t>vt 0.384637 0.618265</w:t>
        <w:br/>
        <w:t>vt 0.422158 0.701669</w:t>
        <w:br/>
        <w:t>vt 0.421770 0.700295</w:t>
        <w:br/>
        <w:t>vt 0.420156 0.700139</w:t>
        <w:br/>
        <w:t>vt 0.419265 0.701001</w:t>
        <w:br/>
        <w:t>vt 0.418526 0.698069</w:t>
        <w:br/>
        <w:t>vt 0.417024 0.698928</w:t>
        <w:br/>
        <w:t>vt 0.422983 0.696551</w:t>
        <w:br/>
        <w:t>vt 0.424332 0.696694</w:t>
        <w:br/>
        <w:t>vt 0.625018 0.392998</w:t>
        <w:br/>
        <w:t>vt 0.618648 0.394889</w:t>
        <w:br/>
        <w:t>vt 0.618648 0.405816</w:t>
        <w:br/>
        <w:t>vt 0.625018 0.405816</w:t>
        <w:br/>
        <w:t>vt 0.611773 0.392998</w:t>
        <w:br/>
        <w:t>vt 0.611773 0.405816</w:t>
        <w:br/>
        <w:t>vt 0.618648 0.392998</w:t>
        <w:br/>
        <w:t>vt 0.618648 0.390396</w:t>
        <w:br/>
        <w:t>vt 0.611773 0.392998</w:t>
        <w:br/>
        <w:t>vt 0.422836 0.699122</w:t>
        <w:br/>
        <w:t>vt 0.424091 0.699554</w:t>
        <w:br/>
        <w:t>vt 0.618648 0.390396</w:t>
        <w:br/>
        <w:t>vt 0.618648 0.392998</w:t>
        <w:br/>
        <w:t>vt 0.618648 0.392998</w:t>
        <w:br/>
        <w:t>vt 0.421772 0.692996</w:t>
        <w:br/>
        <w:t>vt 0.417526 0.694253</w:t>
        <w:br/>
        <w:t>vt 0.419804 0.693405</w:t>
        <w:br/>
        <w:t>vt 0.508694 0.671447</w:t>
        <w:br/>
        <w:t>vt 0.509429 0.668312</w:t>
        <w:br/>
        <w:t>vt 0.507155 0.667566</w:t>
        <w:br/>
        <w:t>vt 0.506341 0.671304</w:t>
        <w:br/>
        <w:t>vt 0.504511 0.667140</w:t>
        <w:br/>
        <w:t>vt 0.503977 0.670301</w:t>
        <w:br/>
        <w:t>vt 0.511108 0.669553</w:t>
        <w:br/>
        <w:t>vt 0.502485 0.667939</w:t>
        <w:br/>
        <w:t>vt 0.552699 0.653000</w:t>
        <w:br/>
        <w:t>vt 0.553164 0.656840</w:t>
        <w:br/>
        <w:t>vt 0.555496 0.655836</w:t>
        <w:br/>
        <w:t>vt 0.555427 0.652886</w:t>
        <w:br/>
        <w:t>vt 0.621949 0.392998</w:t>
        <w:br/>
        <w:t>vt 0.618648 0.390396</w:t>
        <w:br/>
        <w:t>vt 0.618648 0.392998</w:t>
        <w:br/>
        <w:t>vt 0.618648 0.405816</w:t>
        <w:br/>
        <w:t>vt 0.625018 0.405816</w:t>
        <w:br/>
        <w:t>vt 0.625018 0.392998</w:t>
        <w:br/>
        <w:t>vt 0.621949 0.392998</w:t>
        <w:br/>
        <w:t>vt 0.550068 0.653319</w:t>
        <w:br/>
        <w:t>vt 0.550536 0.656582</w:t>
        <w:br/>
        <w:t>vt 0.615657 0.392998</w:t>
        <w:br/>
        <w:t>vt 0.618648 0.392998</w:t>
        <w:br/>
        <w:t>vt 0.557612 0.653054</w:t>
        <w:br/>
        <w:t>vt 0.548055 0.654573</w:t>
        <w:br/>
        <w:t>vt 0.364829 0.684438</w:t>
        <w:br/>
        <w:t>vt 0.362569 0.683222</w:t>
        <w:br/>
        <w:t>vt 0.615657 0.392998</w:t>
        <w:br/>
        <w:t>vt 0.611773 0.392998</w:t>
        <w:br/>
        <w:t>vt 0.357283 0.681892</w:t>
        <w:br/>
        <w:t>vt 0.354492 0.682313</w:t>
        <w:br/>
        <w:t>vt 0.362223 0.687115</w:t>
        <w:br/>
        <w:t>vt 0.360766 0.685544</w:t>
        <w:br/>
        <w:t>vt 0.356095 0.685886</w:t>
        <w:br/>
        <w:t>vt 0.358128 0.685086</w:t>
        <w:br/>
        <w:t>vt 0.458903 0.633933</w:t>
        <w:br/>
        <w:t>vt 0.460716 0.636013</w:t>
        <w:br/>
        <w:t>vt 0.463596 0.634468</w:t>
        <w:br/>
        <w:t>vt 0.462857 0.632283</w:t>
        <w:br/>
        <w:t>vt 0.618648 0.392998</w:t>
        <w:br/>
        <w:t>vt 0.621949 0.392998</w:t>
        <w:br/>
        <w:t>vt 0.618648 0.390396</w:t>
        <w:br/>
        <w:t>vt 0.458651 0.630857</w:t>
        <w:br/>
        <w:t>vt 0.461867 0.630117</w:t>
        <w:br/>
        <w:t>vt 0.463506 0.636311</w:t>
        <w:br/>
        <w:t>vt 0.460432 0.628738</w:t>
        <w:br/>
        <w:t>vt 0.458729 0.664095</w:t>
        <w:br/>
        <w:t>vt 0.459219 0.662437</w:t>
        <w:br/>
        <w:t>vt 0.460407 0.660994</w:t>
        <w:br/>
        <w:t>vt 0.462005 0.665864</w:t>
        <w:br/>
        <w:t>vt 0.461541 0.667756</w:t>
        <w:br/>
        <w:t>vt 0.463909 0.667584</w:t>
        <w:br/>
        <w:t>vt 0.464079 0.665834</w:t>
        <w:br/>
        <w:t>vt 0.464758 0.661112</w:t>
        <w:br/>
        <w:t>vt 0.463655 0.662674</w:t>
        <w:br/>
        <w:t>vt 0.618648 0.405816</w:t>
        <w:br/>
        <w:t>vt 0.625018 0.405816</w:t>
        <w:br/>
        <w:t>vt 0.625018 0.392998</w:t>
        <w:br/>
        <w:t>vt 0.621949 0.392998</w:t>
        <w:br/>
        <w:t>vt 0.618648 0.392998</w:t>
        <w:br/>
        <w:t>vt 0.615657 0.392998</w:t>
        <w:br/>
        <w:t>vt 0.615657 0.392998</w:t>
        <w:br/>
        <w:t>vt 0.465841 0.662996</w:t>
        <w:br/>
        <w:t>vt 0.464771 0.664354</w:t>
        <w:br/>
        <w:t>vt 0.457000 0.586336</w:t>
        <w:br/>
        <w:t>vt 0.457707 0.584293</w:t>
        <w:br/>
        <w:t>vt 0.453830 0.583243</w:t>
        <w:br/>
        <w:t>vt 0.453978 0.585826</w:t>
        <w:br/>
        <w:t>vt 0.618648 0.392998</w:t>
        <w:br/>
        <w:t>vt 0.621949 0.392998</w:t>
        <w:br/>
        <w:t>vt 0.618648 0.390396</w:t>
        <w:br/>
        <w:t>vt 0.455411 0.580819</w:t>
        <w:br/>
        <w:t>vt 0.458219 0.582119</w:t>
        <w:br/>
        <w:t>vt 0.455873 0.587650</w:t>
        <w:br/>
        <w:t>vt 0.457948 0.580273</w:t>
        <w:br/>
        <w:t>vt 0.464559 0.604375</w:t>
        <w:br/>
        <w:t>vt 0.470069 0.608455</w:t>
        <w:br/>
        <w:t>vt 0.469090 0.606771</w:t>
        <w:br/>
        <w:t>vt 0.468063 0.603329</w:t>
        <w:br/>
        <w:t>vt 0.467771 0.601440</w:t>
        <w:br/>
        <w:t>vt 0.618648 0.405816</w:t>
        <w:br/>
        <w:t>vt 0.625018 0.405816</w:t>
        <w:br/>
        <w:t>vt 0.625018 0.392998</w:t>
        <w:br/>
        <w:t>vt 0.621949 0.392998</w:t>
        <w:br/>
        <w:t>vt 0.615657 0.392998</w:t>
        <w:br/>
        <w:t>vt 0.618648 0.392998</w:t>
        <w:br/>
        <w:t>vt 0.469860 0.602043</w:t>
        <w:br/>
        <w:t>vt 0.470032 0.603764</w:t>
        <w:br/>
        <w:t>vt 0.499580 0.542484</w:t>
        <w:br/>
        <w:t>vt 0.500158 0.544397</w:t>
        <w:br/>
        <w:t>vt 0.501687 0.544020</w:t>
        <w:br/>
        <w:t>vt 0.500936 0.541645</w:t>
        <w:br/>
        <w:t>vt 0.618648 0.392998</w:t>
        <w:br/>
        <w:t>vt 0.621949 0.392998</w:t>
        <w:br/>
        <w:t>vt 0.618648 0.390396</w:t>
        <w:br/>
        <w:t>vt 0.502494 0.541557</w:t>
        <w:br/>
        <w:t>vt 0.503140 0.543553</w:t>
        <w:br/>
        <w:t>vt 0.503761 0.542715</w:t>
        <w:br/>
        <w:t>vt 0.437899 0.576575</w:t>
        <w:br/>
        <w:t>vt 0.611773 0.418517</w:t>
        <w:br/>
        <w:t>vt 0.618648 0.405816</w:t>
        <w:br/>
        <w:t>vt 0.611773 0.405816</w:t>
        <w:br/>
        <w:t>vt 0.440466 0.573879</w:t>
        <w:br/>
        <w:t>vt 0.442169 0.574824</w:t>
        <w:br/>
        <w:t>vt 0.442626 0.572494</w:t>
        <w:br/>
        <w:t>vt 0.440982 0.571870</w:t>
        <w:br/>
        <w:t>vt 0.436604 0.569975</w:t>
        <w:br/>
        <w:t>vt 0.437822 0.571449</w:t>
        <w:br/>
        <w:t>vt 0.625018 0.405816</w:t>
        <w:br/>
        <w:t>vt 0.625018 0.392998</w:t>
        <w:br/>
        <w:t>vt 0.621949 0.392998</w:t>
        <w:br/>
        <w:t>vt 0.615657 0.392998</w:t>
        <w:br/>
        <w:t>vt 0.618648 0.392998</w:t>
        <w:br/>
        <w:t>vt 0.438707 0.569424</w:t>
        <w:br/>
        <w:t>vt 0.439736 0.570814</w:t>
        <w:br/>
        <w:t>vt 0.471654 0.606687</w:t>
        <w:br/>
        <w:t>vt 0.470562 0.605309</w:t>
        <w:br/>
        <w:t>vt 0.441727 0.569806</w:t>
        <w:br/>
        <w:t>vt 0.440982 0.571870</w:t>
        <w:br/>
        <w:t>vt 0.442626 0.572494</w:t>
        <w:br/>
        <w:t>vt 0.439736 0.570814</w:t>
        <w:br/>
        <w:t>vt 0.472259 0.603917</w:t>
        <w:br/>
        <w:t>vt 0.470562 0.605309</w:t>
        <w:br/>
        <w:t>vt 0.471654 0.606687</w:t>
        <w:br/>
        <w:t>vt 0.469860 0.602043</w:t>
        <w:br/>
        <w:t>vt 0.470032 0.603764</w:t>
        <w:br/>
        <w:t>vt 0.611773 0.418517</w:t>
        <w:br/>
        <w:t>vt 0.611773 0.405816</w:t>
        <w:br/>
        <w:t>vt 0.625018 0.418517</w:t>
        <w:br/>
        <w:t>vt 0.618648 0.418517</w:t>
        <w:br/>
        <w:t>vt 0.464817 0.665260</w:t>
        <w:br/>
        <w:t>vt 0.464079 0.665834</w:t>
        <w:br/>
        <w:t>vt 0.463909 0.667584</w:t>
        <w:br/>
        <w:t>vt 0.466267 0.666010</w:t>
        <w:br/>
        <w:t>vt 0.611773 0.392998</w:t>
        <w:br/>
        <w:t>vt 0.625018 0.392998</w:t>
        <w:br/>
        <w:t>vt 0.611773 0.392998</w:t>
        <w:br/>
        <w:t>vt 0.611773 0.405816</w:t>
        <w:br/>
        <w:t>vt 0.611773 0.418517</w:t>
        <w:br/>
        <w:t>vt 0.464706 0.606239</w:t>
        <w:br/>
        <w:t>vt 0.625018 0.418517</w:t>
        <w:br/>
        <w:t>vt 0.465504 0.607772</w:t>
        <w:br/>
        <w:t>vt 0.618648 0.418517</w:t>
        <w:br/>
        <w:t>vt 0.611773 0.392998</w:t>
        <w:br/>
        <w:t>vt 0.470694 0.604384</w:t>
        <w:br/>
        <w:t>vt 0.615657 0.392998</w:t>
        <w:br/>
        <w:t>vt 0.611773 0.392998</w:t>
        <w:br/>
        <w:t>vt 0.625018 0.392998</w:t>
        <w:br/>
        <w:t>vt 0.436428 0.575667</w:t>
        <w:br/>
        <w:t>vt 0.435347 0.574141</w:t>
        <w:br/>
        <w:t>vt 0.625018 0.418517</w:t>
        <w:br/>
        <w:t>vt 0.611773 0.392998</w:t>
        <w:br/>
        <w:t>vt 0.440622 0.571007</w:t>
        <w:br/>
        <w:t>vt 0.615657 0.392998</w:t>
        <w:br/>
        <w:t>vt 0.611773 0.392998</w:t>
        <w:br/>
        <w:t>vt 0.625018 0.392998</w:t>
        <w:br/>
        <w:t>vt 0.618648 0.418517</w:t>
        <w:br/>
        <w:t>vt 0.611773 0.405816</w:t>
        <w:br/>
        <w:t>vt 0.611773 0.418517</w:t>
        <w:br/>
        <w:t>vt 0.362999 0.678850</w:t>
        <w:br/>
        <w:t>vt 0.618648 0.418517</w:t>
        <w:br/>
        <w:t>vt 0.357991 0.677815</w:t>
        <w:br/>
        <w:t>vt 0.625018 0.418517</w:t>
        <w:br/>
        <w:t>vt 0.360566 0.677686</w:t>
        <w:br/>
        <w:t>vt 0.611773 0.392998</w:t>
        <w:br/>
        <w:t>vt 0.360766 0.685544</w:t>
        <w:br/>
        <w:t>vt 0.359244 0.685774</w:t>
        <w:br/>
        <w:t>vt 0.358813 0.688252</w:t>
        <w:br/>
        <w:t>vt 0.362223 0.687115</w:t>
        <w:br/>
        <w:t>vt 0.358128 0.685086</w:t>
        <w:br/>
        <w:t>vt 0.356095 0.685886</w:t>
        <w:br/>
        <w:t>vt 0.625018 0.392998</w:t>
        <w:br/>
        <w:t>vt 0.498871 0.543893</w:t>
        <w:br/>
        <w:t>vt 0.611773 0.418517</w:t>
        <w:br/>
        <w:t>vt 0.618648 0.418517</w:t>
        <w:br/>
        <w:t>vt 0.625018 0.418517</w:t>
        <w:br/>
        <w:t>vt 0.155100 0.938900</w:t>
        <w:br/>
        <w:t>vt 0.165500 0.940000</w:t>
        <w:br/>
        <w:t>vt 0.166100 0.930200</w:t>
        <w:br/>
        <w:t>vt 0.155400 0.929500</w:t>
        <w:br/>
        <w:t>vt 0.205500 0.954700</w:t>
        <w:br/>
        <w:t>vt 0.205500 0.947100</w:t>
        <w:br/>
        <w:t>vt 0.194100 0.947500</w:t>
        <w:br/>
        <w:t>vt 0.194300 0.955000</w:t>
        <w:br/>
        <w:t>vt 0.144300 0.967600</w:t>
        <w:br/>
        <w:t>vt 0.144000 0.953300</w:t>
        <w:br/>
        <w:t>vt 0.137000 0.953400</w:t>
        <w:br/>
        <w:t>vt 0.137000 0.967600</w:t>
        <w:br/>
        <w:t>vt 0.137000 0.937500</w:t>
        <w:br/>
        <w:t>vt 0.144700 0.937900</w:t>
        <w:br/>
        <w:t>vt 0.145600 0.928500</w:t>
        <w:br/>
        <w:t>vt 0.137000 0.927800</w:t>
        <w:br/>
        <w:t>vt 0.183600 0.940400</w:t>
        <w:br/>
        <w:t>vt 0.183800 0.930300</w:t>
        <w:br/>
        <w:t>vt 0.175500 0.930400</w:t>
        <w:br/>
        <w:t>vt 0.174700 0.940300</w:t>
        <w:br/>
        <w:t>vt 0.214300 0.967600</w:t>
        <w:br/>
        <w:t>vt 0.215300 0.954100</w:t>
        <w:br/>
        <w:t>vt 0.205500 0.967600</w:t>
        <w:br/>
        <w:t>vt 0.189600 0.967600</w:t>
        <w:br/>
        <w:t>vt 0.184000 0.955100</w:t>
        <w:br/>
        <w:t>vt 0.196800 0.967600</w:t>
        <w:br/>
        <w:t>vt 0.175300 0.922200</w:t>
        <w:br/>
        <w:t>vt 0.166200 0.921500</w:t>
        <w:br/>
        <w:t>vt 0.155600 0.920400</w:t>
        <w:br/>
        <w:t>vt 0.146200 0.919700</w:t>
        <w:br/>
        <w:t>vt 0.137000 0.919300</w:t>
        <w:br/>
        <w:t>vt 0.223000 0.919900</w:t>
        <w:br/>
        <w:t>vt 0.214200 0.919800</w:t>
        <w:br/>
        <w:t>vt 0.214200 0.928600</w:t>
        <w:br/>
        <w:t>vt 0.223000 0.928600</w:t>
        <w:br/>
        <w:t>vt 0.137000 0.945400</w:t>
        <w:br/>
        <w:t>vt 0.144200 0.945600</w:t>
        <w:br/>
        <w:t>vt 0.215000 0.946400</w:t>
        <w:br/>
        <w:t>vt 0.173900 0.954800</w:t>
        <w:br/>
        <w:t>vt 0.183600 0.947100</w:t>
        <w:br/>
        <w:t>vt 0.223000 0.953700</w:t>
        <w:br/>
        <w:t>vt 0.155000 0.946100</w:t>
        <w:br/>
        <w:t>vt 0.174500 0.967600</w:t>
        <w:br/>
        <w:t>vt 0.183300 0.967600</w:t>
        <w:br/>
        <w:t>vt 0.154800 0.967600</w:t>
        <w:br/>
        <w:t>vt 0.155000 0.953800</w:t>
        <w:br/>
        <w:t>vt 0.223000 0.967600</w:t>
        <w:br/>
        <w:t>vt 0.166100 0.967600</w:t>
        <w:br/>
        <w:t>vt 0.165300 0.954400</w:t>
        <w:br/>
        <w:t>vt 0.194100 0.930000</w:t>
        <w:br/>
        <w:t>vt 0.194100 0.940200</w:t>
        <w:br/>
        <w:t>vt 0.205300 0.939500</w:t>
        <w:br/>
        <w:t>vt 0.204300 0.929100</w:t>
        <w:br/>
        <w:t>vt 0.165400 0.946700</w:t>
        <w:br/>
        <w:t>vt 0.174400 0.946900</w:t>
        <w:br/>
        <w:t>vt 0.147000 0.905300</w:t>
        <w:br/>
        <w:t>vt 0.137000 0.905000</w:t>
        <w:br/>
        <w:t>vt 0.166400 0.907200</w:t>
        <w:br/>
        <w:t>vt 0.155900 0.905900</w:t>
        <w:br/>
        <w:t>vt 0.223000 0.905500</w:t>
        <w:br/>
        <w:t>vt 0.214400 0.905500</w:t>
        <w:br/>
        <w:t>vt 0.148500 0.883600</w:t>
        <w:br/>
        <w:t>vt 0.137000 0.883100</w:t>
        <w:br/>
        <w:t>vt 0.156900 0.884300</w:t>
        <w:br/>
        <w:t>vt 0.175000 0.908100</w:t>
        <w:br/>
        <w:t>vt 0.183400 0.908100</w:t>
        <w:br/>
        <w:t>vt 0.183300 0.885800</w:t>
        <w:br/>
        <w:t>vt 0.174900 0.885700</w:t>
        <w:br/>
        <w:t>vt 0.194400 0.921000</w:t>
        <w:br/>
        <w:t>vt 0.194800 0.906900</w:t>
        <w:br/>
        <w:t>vt 0.183600 0.922100</w:t>
        <w:br/>
        <w:t>vt 0.167100 0.885200</w:t>
        <w:br/>
        <w:t>vt 0.203900 0.920300</w:t>
        <w:br/>
        <w:t>vt 0.203900 0.906000</w:t>
        <w:br/>
        <w:t>vt 0.194300 0.884900</w:t>
        <w:br/>
        <w:t>vt 0.137000 0.851600</w:t>
        <w:br/>
        <w:t>vt 0.149500 0.851900</w:t>
        <w:br/>
        <w:t>vt 0.149000 0.832600</w:t>
        <w:br/>
        <w:t>vt 0.137000 0.832600</w:t>
        <w:br/>
        <w:t>vt 0.158000 0.852400</w:t>
        <w:br/>
        <w:t>vt 0.166800 0.852700</w:t>
        <w:br/>
        <w:t>vt 0.165800 0.832600</w:t>
        <w:br/>
        <w:t>vt 0.157500 0.832600</w:t>
        <w:br/>
        <w:t>vt 0.203500 0.884100</w:t>
        <w:br/>
        <w:t>vt 0.202700 0.851900</w:t>
        <w:br/>
        <w:t>vt 0.194500 0.852300</w:t>
        <w:br/>
        <w:t>vt 0.174000 0.853000</w:t>
        <w:br/>
        <w:t>vt 0.173100 0.832600</w:t>
        <w:br/>
        <w:t>vt 0.183000 0.852900</w:t>
        <w:br/>
        <w:t>vt 0.182800 0.832600</w:t>
        <w:br/>
        <w:t>vt 0.202800 0.832600</w:t>
        <w:br/>
        <w:t>vt 0.194700 0.832600</w:t>
        <w:br/>
        <w:t>vt 0.223000 0.851400</w:t>
        <w:br/>
        <w:t>vt 0.223000 0.832600</w:t>
        <w:br/>
        <w:t>vt 0.212200 0.832600</w:t>
        <w:br/>
        <w:t>vt 0.212900 0.851500</w:t>
        <w:br/>
        <w:t>vt 0.223000 0.883200</w:t>
        <w:br/>
        <w:t>vt 0.213300 0.883400</w:t>
        <w:br/>
        <w:t>vt 0.214500 0.938400</w:t>
        <w:br/>
        <w:t>vt 0.223000 0.938200</w:t>
        <w:br/>
        <w:t>vt 0.223000 0.946100</w:t>
        <w:br/>
        <w:t>vt 0.311500 0.828600</w:t>
        <w:br/>
        <w:t>vt 0.322333 0.827067</w:t>
        <w:br/>
        <w:t>vt 0.309900 0.815000</w:t>
        <w:br/>
        <w:t>vt 0.317200 0.799200</w:t>
        <w:br/>
        <w:t>vt 0.307800 0.803400</w:t>
        <w:br/>
        <w:t>vt 0.314700 0.842700</w:t>
        <w:br/>
        <w:t>vt 0.292200 0.861600</w:t>
        <w:br/>
        <w:t>vt 0.293500 0.846800</w:t>
        <w:br/>
        <w:t>vt 0.287800 0.848000</w:t>
        <w:br/>
        <w:t>vt 0.286500 0.862200</w:t>
        <w:br/>
        <w:t>vt 0.292000 0.875500</w:t>
        <w:br/>
        <w:t>vt 0.286500 0.875600</w:t>
        <w:br/>
        <w:t>vt 0.293900 0.831900</w:t>
        <w:br/>
        <w:t>vt 0.288600 0.832900</w:t>
        <w:br/>
        <w:t>vt 0.299100 0.816900</w:t>
        <w:br/>
        <w:t>vt 0.300500 0.830500</w:t>
        <w:br/>
        <w:t>vt 0.292200 0.817100</w:t>
        <w:br/>
        <w:t>vt 0.284000 0.791600</w:t>
        <w:br/>
        <w:t>vt 0.288100 0.802500</w:t>
        <w:br/>
        <w:t>vt 0.294500 0.798000</w:t>
        <w:br/>
        <w:t>vt 0.291400 0.785400</w:t>
        <w:br/>
        <w:t>vt 0.297000 0.807000</w:t>
        <w:br/>
        <w:t>vt 0.303800 0.844600</w:t>
        <w:br/>
        <w:t>vt 0.303400 0.860000</w:t>
        <w:br/>
        <w:t>vt 0.315500 0.857800</w:t>
        <w:br/>
        <w:t>vt 0.308800 0.872300</w:t>
        <w:br/>
        <w:t>vt 0.304900 0.790700</w:t>
        <w:br/>
        <w:t>vt 0.322333 0.827067</w:t>
        <w:br/>
        <w:t>vt 0.290200 0.886300</w:t>
        <w:br/>
        <w:t>vt 0.280400 0.862700</w:t>
        <w:br/>
        <w:t>vt 0.281300 0.875300</w:t>
        <w:br/>
        <w:t>vt 0.281500 0.849200</w:t>
        <w:br/>
        <w:t>vt 0.282900 0.834600</w:t>
        <w:br/>
        <w:t>vt 0.283500 0.892000</w:t>
        <w:br/>
        <w:t>vt 0.285500 0.886300</w:t>
        <w:br/>
        <w:t>vt 0.263300 0.848800</w:t>
        <w:br/>
        <w:t>vt 0.262900 0.860000</w:t>
        <w:br/>
        <w:t>vt 0.264500 0.793700</w:t>
        <w:br/>
        <w:t>vt 0.264700 0.789200</w:t>
        <w:br/>
        <w:t>vt 0.254800 0.790400</w:t>
        <w:br/>
        <w:t>vt 0.254800 0.795100</w:t>
        <w:br/>
        <w:t>vt 0.279000 0.888100</w:t>
        <w:br/>
        <w:t>vt 0.272700 0.789200</w:t>
        <w:br/>
        <w:t>vt 0.272900 0.796600</w:t>
        <w:br/>
        <w:t>vt 0.278300 0.794700</w:t>
        <w:br/>
        <w:t>vt 0.263400 0.836500</w:t>
        <w:br/>
        <w:t>vt 0.272400 0.894100</w:t>
        <w:br/>
        <w:t>vt 0.274900 0.897700</w:t>
        <w:br/>
        <w:t>vt 0.231400 0.836400</w:t>
        <w:br/>
        <w:t>vt 0.246600 0.836400</w:t>
        <w:br/>
        <w:t>vt 0.246200 0.825900</w:t>
        <w:br/>
        <w:t>vt 0.231400 0.826900</w:t>
        <w:br/>
        <w:t>vt 0.245400 0.816200</w:t>
        <w:br/>
        <w:t>vt 0.231400 0.817700</w:t>
        <w:br/>
        <w:t>vt 0.243900 0.806200</w:t>
        <w:br/>
        <w:t>vt 0.231400 0.807800</w:t>
        <w:br/>
        <w:t>vt 0.231400 0.856600</w:t>
        <w:br/>
        <w:t>vt 0.246700 0.857900</w:t>
        <w:br/>
        <w:t>vt 0.247000 0.847400</w:t>
        <w:br/>
        <w:t>vt 0.231400 0.846700</w:t>
        <w:br/>
        <w:t>vt 0.286700 0.817900</w:t>
        <w:br/>
        <w:t>vt 0.283200 0.805200</w:t>
        <w:br/>
        <w:t>vt 0.281100 0.819900</w:t>
        <w:br/>
        <w:t>vt 0.278000 0.807200</w:t>
        <w:br/>
        <w:t>vt 0.262600 0.823500</w:t>
        <w:br/>
        <w:t>vt 0.260900 0.812700</w:t>
        <w:br/>
        <w:t>vt 0.258100 0.802500</w:t>
        <w:br/>
        <w:t>vt 0.267800 0.904199</w:t>
        <w:br/>
        <w:t>vt 0.257981 0.895300</w:t>
        <w:br/>
        <w:t>vt 0.267800 0.895800</w:t>
        <w:br/>
        <w:t>vt 0.267800 0.887900</w:t>
        <w:br/>
        <w:t>vt 0.257401 0.887500</w:t>
        <w:br/>
        <w:t>vt 0.239501 0.875760</w:t>
        <w:br/>
        <w:t>vt 0.238741 0.866700</w:t>
        <w:br/>
        <w:t>vt 0.248741 0.866700</w:t>
        <w:br/>
        <w:t>vt 0.248901 0.875500</w:t>
        <w:br/>
        <w:t>vt 0.250901 0.887600</w:t>
        <w:br/>
        <w:t>vt 0.257200 0.875500</w:t>
        <w:br/>
        <w:t>vt 0.228300 0.875400</w:t>
        <w:br/>
        <w:t>vt 0.229200 0.866700</w:t>
        <w:br/>
        <w:t>vt 0.257500 0.866700</w:t>
        <w:br/>
        <w:t>vt 0.267800 0.866700</w:t>
        <w:br/>
        <w:t>vt 0.267800 0.875500</w:t>
        <w:br/>
        <w:t>vt 0.244001 0.880600</w:t>
        <w:br/>
        <w:t>vt 0.267800 0.904199</w:t>
        <w:br/>
        <w:t>vt 0.267800 0.895800</w:t>
        <w:br/>
        <w:t>vt 0.257981 0.895300</w:t>
        <w:br/>
        <w:t>vt 0.267800 0.887900</w:t>
        <w:br/>
        <w:t>vt 0.257401 0.887500</w:t>
        <w:br/>
        <w:t>vt 0.239501 0.875760</w:t>
        <w:br/>
        <w:t>vt 0.248901 0.875500</w:t>
        <w:br/>
        <w:t>vt 0.248740 0.866700</w:t>
        <w:br/>
        <w:t>vt 0.238740 0.866700</w:t>
        <w:br/>
        <w:t>vt 0.250901 0.887600</w:t>
        <w:br/>
        <w:t>vt 0.257200 0.875500</w:t>
        <w:br/>
        <w:t>vt 0.228300 0.875400</w:t>
        <w:br/>
        <w:t>vt 0.229200 0.866700</w:t>
        <w:br/>
        <w:t>vt 0.257500 0.866700</w:t>
        <w:br/>
        <w:t>vt 0.267800 0.875500</w:t>
        <w:br/>
        <w:t>vt 0.267800 0.866700</w:t>
        <w:br/>
        <w:t>vt 0.244001 0.880600</w:t>
        <w:br/>
        <w:t>vt 0.166357 0.823950</w:t>
        <w:br/>
        <w:t>vt 0.166757 0.813950</w:t>
        <w:br/>
        <w:t>vt 0.158657 0.813950</w:t>
        <w:br/>
        <w:t>vt 0.160657 0.823950</w:t>
        <w:br/>
        <w:t>vt 0.167057 0.803900</w:t>
        <w:br/>
        <w:t>vt 0.158457 0.803900</w:t>
        <w:br/>
        <w:t>vt 0.172857 0.813950</w:t>
        <w:br/>
        <w:t>vt 0.172557 0.823950</w:t>
        <w:br/>
        <w:t>vt 0.178757 0.823950</w:t>
        <w:br/>
        <w:t>vt 0.179357 0.813950</w:t>
        <w:br/>
        <w:t>vt 0.173257 0.803900</w:t>
        <w:br/>
        <w:t>vt 0.184657 0.823950</w:t>
        <w:br/>
        <w:t>vt 0.183657 0.819400</w:t>
        <w:br/>
        <w:t>vt 0.185557 0.818000</w:t>
        <w:br/>
        <w:t>vt 0.185557 0.813950</w:t>
        <w:br/>
        <w:t>vt 0.187057 0.816200</w:t>
        <w:br/>
        <w:t>vt 0.187557 0.813950</w:t>
        <w:br/>
        <w:t>vt 0.191157 0.811100</w:t>
        <w:br/>
        <w:t>vt 0.191657 0.808900</w:t>
        <w:br/>
        <w:t>vt 0.191457 0.806900</w:t>
        <w:br/>
        <w:t>vt 0.187557 0.812600</w:t>
        <w:br/>
        <w:t>vt 0.184857 0.806200</w:t>
        <w:br/>
        <w:t>vt 0.183757 0.805400</w:t>
        <w:br/>
        <w:t>vt 0.179257 0.804500</w:t>
        <w:br/>
        <w:t>vt 0.175857 0.803900</w:t>
        <w:br/>
        <w:t>vt 0.189457 0.812200</w:t>
        <w:br/>
        <w:t>vt 0.190357 0.805700</w:t>
        <w:br/>
        <w:t>vt 0.188557 0.805500</w:t>
        <w:br/>
        <w:t>vt 0.186057 0.807300</w:t>
        <w:br/>
        <w:t>vt 0.187257 0.806200</w:t>
        <w:br/>
        <w:t>vt 0.158657 0.813950</w:t>
        <w:br/>
        <w:t>vt 0.166757 0.813950</w:t>
        <w:br/>
        <w:t>vt 0.166357 0.823950</w:t>
        <w:br/>
        <w:t>vt 0.160657 0.823950</w:t>
        <w:br/>
        <w:t>vt 0.158457 0.803900</w:t>
        <w:br/>
        <w:t>vt 0.167057 0.803900</w:t>
        <w:br/>
        <w:t>vt 0.172857 0.813950</w:t>
        <w:br/>
        <w:t>vt 0.179357 0.813950</w:t>
        <w:br/>
        <w:t>vt 0.178757 0.823950</w:t>
        <w:br/>
        <w:t>vt 0.172557 0.823950</w:t>
        <w:br/>
        <w:t>vt 0.173257 0.803900</w:t>
        <w:br/>
        <w:t>vt 0.183657 0.819400</w:t>
        <w:br/>
        <w:t>vt 0.184657 0.823950</w:t>
        <w:br/>
        <w:t>vt 0.185557 0.813950</w:t>
        <w:br/>
        <w:t>vt 0.185557 0.818000</w:t>
        <w:br/>
        <w:t>vt 0.187057 0.816200</w:t>
        <w:br/>
        <w:t>vt 0.187557 0.813950</w:t>
        <w:br/>
        <w:t>vt 0.191157 0.811100</w:t>
        <w:br/>
        <w:t>vt 0.191457 0.806900</w:t>
        <w:br/>
        <w:t>vt 0.191657 0.808900</w:t>
        <w:br/>
        <w:t>vt 0.187557 0.812600</w:t>
        <w:br/>
        <w:t>vt 0.183757 0.805400</w:t>
        <w:br/>
        <w:t>vt 0.184857 0.806200</w:t>
        <w:br/>
        <w:t>vt 0.175857 0.803900</w:t>
        <w:br/>
        <w:t>vt 0.179257 0.804500</w:t>
        <w:br/>
        <w:t>vt 0.189457 0.812200</w:t>
        <w:br/>
        <w:t>vt 0.188557 0.805500</w:t>
        <w:br/>
        <w:t>vt 0.190357 0.805700</w:t>
        <w:br/>
        <w:t>vt 0.186057 0.807300</w:t>
        <w:br/>
        <w:t>vt 0.187257 0.806200</w:t>
        <w:br/>
        <w:t>vt 0.720900 0.990600</w:t>
        <w:br/>
        <w:t>vt 0.721800 0.973900</w:t>
        <w:br/>
        <w:t>vt 0.724000 0.973900</w:t>
        <w:br/>
        <w:t>vt 0.727100 0.973900</w:t>
        <w:br/>
        <w:t>vt 0.732000 0.990600</w:t>
        <w:br/>
        <w:t>vt 0.731900 0.973900</w:t>
        <w:br/>
        <w:t>vt 0.734600 0.973900</w:t>
        <w:br/>
        <w:t>vt 0.743700 0.990600</w:t>
        <w:br/>
        <w:t>vt 0.742300 0.973900</w:t>
        <w:br/>
        <w:t>vt 0.744500 0.973900</w:t>
        <w:br/>
        <w:t>vt 0.739500 0.973900</w:t>
        <w:br/>
        <w:t>vt 0.736700 0.973900</w:t>
        <w:br/>
        <w:t>vt 0.754600 0.990600</w:t>
        <w:br/>
        <w:t>vt 0.752600 0.973900</w:t>
        <w:br/>
        <w:t>vt 0.755700 0.973900</w:t>
        <w:br/>
        <w:t>vt 0.749400 0.973900</w:t>
        <w:br/>
        <w:t>vt 0.743700 0.990600</w:t>
        <w:br/>
        <w:t>vt 0.747100 0.973900</w:t>
        <w:br/>
        <w:t>vt 0.749400 0.973900</w:t>
        <w:br/>
        <w:t>vt 0.747100 0.973900</w:t>
        <w:br/>
        <w:t>vt 0.765600 0.990600</w:t>
        <w:br/>
        <w:t>vt 0.763300 0.973900</w:t>
        <w:br/>
        <w:t>vt 0.765200 0.973900</w:t>
        <w:br/>
        <w:t>vt 0.760800 0.973900</w:t>
        <w:br/>
        <w:t>vt 0.754600 0.990600</w:t>
        <w:br/>
        <w:t>vt 0.758100 0.973900</w:t>
        <w:br/>
        <w:t>vt 0.760800 0.973900</w:t>
        <w:br/>
        <w:t>vt 0.775300 0.990600</w:t>
        <w:br/>
        <w:t>vt 0.773100 0.973900</w:t>
        <w:br/>
        <w:t>vt 0.775400 0.973900</w:t>
        <w:br/>
        <w:t>vt 0.770400 0.973900</w:t>
        <w:br/>
        <w:t>vt 0.775300 0.990600</w:t>
        <w:br/>
        <w:t>vt 0.767800 0.973900</w:t>
        <w:br/>
        <w:t>vt 0.770400 0.973900</w:t>
        <w:br/>
        <w:t>vt 0.767800 0.973900</w:t>
        <w:br/>
        <w:t>vt 0.784600 0.990600</w:t>
        <w:br/>
        <w:t>vt 0.781100 0.973900</w:t>
        <w:br/>
        <w:t>vt 0.784400 0.973900</w:t>
        <w:br/>
        <w:t>vt 0.784600 0.990600</w:t>
        <w:br/>
        <w:t>vt 0.778300 0.973900</w:t>
        <w:br/>
        <w:t>vt 0.781100 0.973900</w:t>
        <w:br/>
        <w:t>vt 0.778300 0.973900</w:t>
        <w:br/>
        <w:t>vt 0.793900 0.990600</w:t>
        <w:br/>
        <w:t>vt 0.793000 0.973900</w:t>
        <w:br/>
        <w:t>vt 0.796400 0.973900</w:t>
        <w:br/>
        <w:t>vt 0.787600 0.973900</w:t>
        <w:br/>
        <w:t>vt 0.790500 0.973900</w:t>
        <w:br/>
        <w:t>vt 0.804000 0.990600</w:t>
        <w:br/>
        <w:t>vt 0.802600 0.973900</w:t>
        <w:br/>
        <w:t>vt 0.807300 0.973900</w:t>
        <w:br/>
        <w:t>vt 0.793900 0.990600</w:t>
        <w:br/>
        <w:t>vt 0.799700 0.973900</w:t>
        <w:br/>
        <w:t>vt 0.802600 0.973900</w:t>
        <w:br/>
        <w:t>vt 0.709700 0.990600</w:t>
        <w:br/>
        <w:t>vt 0.703700 0.973900</w:t>
        <w:br/>
        <w:t>vt 0.705200 0.973900</w:t>
        <w:br/>
        <w:t>vt 0.709700 0.990600</w:t>
        <w:br/>
        <w:t>vt 0.702500 0.973900</w:t>
        <w:br/>
        <w:t>vt 0.703700 0.973900</w:t>
        <w:br/>
        <w:t>vt 0.699300 0.990600</w:t>
        <w:br/>
        <w:t>vt 0.698200 0.973900</w:t>
        <w:br/>
        <w:t>vt 0.700200 0.973900</w:t>
        <w:br/>
        <w:t>vt 0.695800 0.973900</w:t>
        <w:br/>
        <w:t>vt 0.699300 0.990600</w:t>
        <w:br/>
        <w:t>vt 0.691600 0.973900</w:t>
        <w:br/>
        <w:t>vt 0.720900 0.990600</w:t>
        <w:br/>
        <w:t>vt 0.716800 0.973900</w:t>
        <w:br/>
        <w:t>vt 0.719900 0.973900</w:t>
        <w:br/>
        <w:t>vt 0.715000 0.973900</w:t>
        <w:br/>
        <w:t>vt 0.716800 0.973900</w:t>
        <w:br/>
        <w:t>vt 0.709700 0.990600</w:t>
        <w:br/>
        <w:t>vt 0.709500 0.973900</w:t>
        <w:br/>
        <w:t>vt 0.711200 0.973900</w:t>
        <w:br/>
        <w:t>vt 0.706700 0.973900</w:t>
        <w:br/>
        <w:t>vt 0.705200 0.973900</w:t>
        <w:br/>
        <w:t>vt 0.728900 0.973900</w:t>
        <w:br/>
        <w:t>vt 0.731900 0.973900</w:t>
        <w:br/>
        <w:t>vt 0.732000 0.990600</w:t>
        <w:br/>
        <w:t>vt 0.728900 0.973900</w:t>
        <w:br/>
        <w:t>vt 0.725200 0.973900</w:t>
        <w:br/>
        <w:t>vt 0.720900 0.990600</w:t>
        <w:br/>
        <w:t>vt 0.724000 0.973900</w:t>
        <w:br/>
        <w:t>vt 0.719900 0.973900</w:t>
        <w:br/>
        <w:t>vt 0.714000 0.973900</w:t>
        <w:br/>
        <w:t>vt 0.739500 0.973900</w:t>
        <w:br/>
        <w:t>vt 0.732000 0.990600</w:t>
        <w:br/>
        <w:t>vt 0.702500 0.973900</w:t>
        <w:br/>
        <w:t>vt 0.714000 0.973900</w:t>
        <w:br/>
        <w:t>vt 0.709700 0.990600</w:t>
        <w:br/>
        <w:t>vt 0.711200 0.973900</w:t>
        <w:br/>
        <w:t>vt 0.793000 0.973900</w:t>
        <w:br/>
        <w:t>vt 0.784600 0.990600</w:t>
        <w:br/>
        <w:t>vt 0.725200 0.973900</w:t>
        <w:br/>
        <w:t>vt 0.720900 0.990600</w:t>
        <w:br/>
        <w:t>vt 0.720900 0.990600</w:t>
        <w:br/>
        <w:t>vt 0.724000 0.973900</w:t>
        <w:br/>
        <w:t>vt 0.721800 0.973900</w:t>
        <w:br/>
        <w:t>vt 0.732000 0.990600</w:t>
        <w:br/>
        <w:t>vt 0.727100 0.973900</w:t>
        <w:br/>
        <w:t>vt 0.731900 0.973900</w:t>
        <w:br/>
        <w:t>vt 0.734600 0.973900</w:t>
        <w:br/>
        <w:t>vt 0.743700 0.990600</w:t>
        <w:br/>
        <w:t>vt 0.744500 0.973900</w:t>
        <w:br/>
        <w:t>vt 0.742300 0.973900</w:t>
        <w:br/>
        <w:t>vt 0.739500 0.973900</w:t>
        <w:br/>
        <w:t>vt 0.736700 0.973900</w:t>
        <w:br/>
        <w:t>vt 0.754600 0.990600</w:t>
        <w:br/>
        <w:t>vt 0.755700 0.973900</w:t>
        <w:br/>
        <w:t>vt 0.752600 0.973900</w:t>
        <w:br/>
        <w:t>vt 0.749400 0.973900</w:t>
        <w:br/>
        <w:t>vt 0.743700 0.990600</w:t>
        <w:br/>
        <w:t>vt 0.749400 0.973900</w:t>
        <w:br/>
        <w:t>vt 0.747100 0.973900</w:t>
        <w:br/>
        <w:t>vt 0.747100 0.973900</w:t>
        <w:br/>
        <w:t>vt 0.765600 0.990600</w:t>
        <w:br/>
        <w:t>vt 0.765200 0.973900</w:t>
        <w:br/>
        <w:t>vt 0.763300 0.973900</w:t>
        <w:br/>
        <w:t>vt 0.760800 0.973900</w:t>
        <w:br/>
        <w:t>vt 0.754600 0.990600</w:t>
        <w:br/>
        <w:t>vt 0.760800 0.973900</w:t>
        <w:br/>
        <w:t>vt 0.758100 0.973900</w:t>
        <w:br/>
        <w:t>vt 0.775300 0.990600</w:t>
        <w:br/>
        <w:t>vt 0.775400 0.973900</w:t>
        <w:br/>
        <w:t>vt 0.773100 0.973900</w:t>
        <w:br/>
        <w:t>vt 0.770400 0.973900</w:t>
        <w:br/>
        <w:t>vt 0.775300 0.990600</w:t>
        <w:br/>
        <w:t>vt 0.770400 0.973900</w:t>
        <w:br/>
        <w:t>vt 0.767800 0.973900</w:t>
        <w:br/>
        <w:t>vt 0.767800 0.973900</w:t>
        <w:br/>
        <w:t>vt 0.784600 0.990600</w:t>
        <w:br/>
        <w:t>vt 0.784400 0.973900</w:t>
        <w:br/>
        <w:t>vt 0.781100 0.973900</w:t>
        <w:br/>
        <w:t>vt 0.784600 0.990600</w:t>
        <w:br/>
        <w:t>vt 0.781100 0.973900</w:t>
        <w:br/>
        <w:t>vt 0.778300 0.973900</w:t>
        <w:br/>
        <w:t>vt 0.778300 0.973900</w:t>
        <w:br/>
        <w:t>vt 0.793900 0.990600</w:t>
        <w:br/>
        <w:t>vt 0.796400 0.973900</w:t>
        <w:br/>
        <w:t>vt 0.793000 0.973900</w:t>
        <w:br/>
        <w:t>vt 0.790500 0.973900</w:t>
        <w:br/>
        <w:t>vt 0.787600 0.973900</w:t>
        <w:br/>
        <w:t>vt 0.804000 0.990600</w:t>
        <w:br/>
        <w:t>vt 0.807300 0.973900</w:t>
        <w:br/>
        <w:t>vt 0.802600 0.973900</w:t>
        <w:br/>
        <w:t>vt 0.793900 0.990600</w:t>
        <w:br/>
        <w:t>vt 0.802600 0.973900</w:t>
        <w:br/>
        <w:t>vt 0.799700 0.973900</w:t>
        <w:br/>
        <w:t>vt 0.709700 0.990600</w:t>
        <w:br/>
        <w:t>vt 0.705200 0.973900</w:t>
        <w:br/>
        <w:t>vt 0.703700 0.973900</w:t>
        <w:br/>
        <w:t>vt 0.709700 0.990600</w:t>
        <w:br/>
        <w:t>vt 0.703700 0.973900</w:t>
        <w:br/>
        <w:t>vt 0.702500 0.973900</w:t>
        <w:br/>
        <w:t>vt 0.699300 0.990600</w:t>
        <w:br/>
        <w:t>vt 0.700200 0.973900</w:t>
        <w:br/>
        <w:t>vt 0.698200 0.973900</w:t>
        <w:br/>
        <w:t>vt 0.695800 0.973900</w:t>
        <w:br/>
        <w:t>vt 0.699300 0.990600</w:t>
        <w:br/>
        <w:t>vt 0.691600 0.973900</w:t>
        <w:br/>
        <w:t>vt 0.720900 0.990600</w:t>
        <w:br/>
        <w:t>vt 0.719900 0.973900</w:t>
        <w:br/>
        <w:t>vt 0.716800 0.973900</w:t>
        <w:br/>
        <w:t>vt 0.716800 0.973900</w:t>
        <w:br/>
        <w:t>vt 0.715000 0.973900</w:t>
        <w:br/>
        <w:t>vt 0.709700 0.990600</w:t>
        <w:br/>
        <w:t>vt 0.711200 0.973900</w:t>
        <w:br/>
        <w:t>vt 0.709500 0.973900</w:t>
        <w:br/>
        <w:t>vt 0.706700 0.973900</w:t>
        <w:br/>
        <w:t>vt 0.705200 0.973900</w:t>
        <w:br/>
        <w:t>vt 0.728900 0.973900</w:t>
        <w:br/>
        <w:t>vt 0.732000 0.990600</w:t>
        <w:br/>
        <w:t>vt 0.731900 0.973900</w:t>
        <w:br/>
        <w:t>vt 0.728900 0.973900</w:t>
        <w:br/>
        <w:t>vt 0.725200 0.973900</w:t>
        <w:br/>
        <w:t>vt 0.724000 0.973900</w:t>
        <w:br/>
        <w:t>vt 0.720900 0.990600</w:t>
        <w:br/>
        <w:t>vt 0.719900 0.973900</w:t>
        <w:br/>
        <w:t>vt 0.714000 0.973900</w:t>
        <w:br/>
        <w:t>vt 0.732000 0.990600</w:t>
        <w:br/>
        <w:t>vt 0.739500 0.973900</w:t>
        <w:br/>
        <w:t>vt 0.702500 0.973900</w:t>
        <w:br/>
        <w:t>vt 0.714000 0.973900</w:t>
        <w:br/>
        <w:t>vt 0.711200 0.973900</w:t>
        <w:br/>
        <w:t>vt 0.709700 0.990600</w:t>
        <w:br/>
        <w:t>vt 0.793000 0.973900</w:t>
        <w:br/>
        <w:t>vt 0.784600 0.990600</w:t>
        <w:br/>
        <w:t>vt 0.725200 0.973900</w:t>
        <w:br/>
        <w:t>vt 0.720900 0.990600</w:t>
        <w:br/>
        <w:t>vt 0.694813 0.067460</w:t>
        <w:br/>
        <w:t>vt 0.675513 0.067460</w:t>
        <w:br/>
        <w:t>vt 0.675513 0.074126</w:t>
        <w:br/>
        <w:t>vt 0.694813 0.074126</w:t>
        <w:br/>
        <w:t>vt 0.713213 0.074126</w:t>
        <w:br/>
        <w:t>vt 0.694813 0.081441</w:t>
        <w:br/>
        <w:t>vt 0.713213 0.081441</w:t>
        <w:br/>
        <w:t>vt 0.675513 0.081441</w:t>
        <w:br/>
        <w:t>vt 0.675513 0.091903</w:t>
        <w:br/>
        <w:t>vt 0.694813 0.091903</w:t>
        <w:br/>
        <w:t>vt 0.675513 0.093940</w:t>
        <w:br/>
        <w:t>vt 0.694813 0.101161</w:t>
        <w:br/>
        <w:t>vt 0.713213 0.067460</w:t>
        <w:br/>
        <w:t>vt 0.713213 0.091903</w:t>
        <w:br/>
        <w:t>vt 0.703613 0.104402</w:t>
        <w:br/>
        <w:t>vt 0.713213 0.108012</w:t>
        <w:br/>
        <w:t>vt 0.713213 0.103754</w:t>
        <w:br/>
        <w:t>vt 0.694813 0.067460</w:t>
        <w:br/>
        <w:t>vt 0.694813 0.074127</w:t>
        <w:br/>
        <w:t>vt 0.675513 0.074127</w:t>
        <w:br/>
        <w:t>vt 0.675513 0.067460</w:t>
        <w:br/>
        <w:t>vt 0.713213 0.074127</w:t>
        <w:br/>
        <w:t>vt 0.713213 0.081441</w:t>
        <w:br/>
        <w:t>vt 0.694813 0.081441</w:t>
        <w:br/>
        <w:t>vt 0.675513 0.091903</w:t>
        <w:br/>
        <w:t>vt 0.675513 0.081441</w:t>
        <w:br/>
        <w:t>vt 0.694813 0.091903</w:t>
        <w:br/>
        <w:t>vt 0.694813 0.101161</w:t>
        <w:br/>
        <w:t>vt 0.675513 0.093940</w:t>
        <w:br/>
        <w:t>vt 0.713213 0.067460</w:t>
        <w:br/>
        <w:t>vt 0.713213 0.091903</w:t>
        <w:br/>
        <w:t>vt 0.703613 0.104402</w:t>
        <w:br/>
        <w:t>vt 0.713213 0.103754</w:t>
        <w:br/>
        <w:t>vt 0.713213 0.108012</w:t>
        <w:br/>
        <w:t>vt 0.951298 0.311939</w:t>
        <w:br/>
        <w:t>vt 0.948476 0.292103</w:t>
        <w:br/>
        <w:t>vt 0.931549 0.294130</w:t>
        <w:br/>
        <w:t>vt 0.933753 0.313526</w:t>
        <w:br/>
        <w:t>vt 0.929257 0.272178</w:t>
        <w:br/>
        <w:t>vt 0.945215 0.269974</w:t>
        <w:br/>
        <w:t>vt 0.918236 0.295277</w:t>
        <w:br/>
        <w:t>vt 0.920176 0.314672</w:t>
        <w:br/>
        <w:t>vt 0.912418 0.248021</w:t>
        <w:br/>
        <w:t>vt 0.915679 0.273588</w:t>
        <w:br/>
        <w:t>vt 0.926612 0.246346</w:t>
        <w:br/>
        <w:t>vt 0.915239 0.221219</w:t>
        <w:br/>
        <w:t>vt 0.902014 0.222541</w:t>
        <w:br/>
        <w:t>vt 0.889318 0.222541</w:t>
        <w:br/>
        <w:t>vt 0.899634 0.248462</w:t>
        <w:br/>
        <w:t>vt 0.889495 0.210287</w:t>
        <w:br/>
        <w:t>vt 0.901573 0.210463</w:t>
        <w:br/>
        <w:t>vt 0.880326 0.222277</w:t>
        <w:br/>
        <w:t>vt 0.883412 0.247844</w:t>
        <w:br/>
        <w:t>vt 0.890288 0.201647</w:t>
        <w:br/>
        <w:t>vt 0.892228 0.193183</w:t>
        <w:br/>
        <w:t>vt 0.883412 0.193800</w:t>
        <w:br/>
        <w:t>vt 0.881472 0.201470</w:t>
        <w:br/>
        <w:t>vt 0.880150 0.209934</w:t>
        <w:br/>
        <w:t>vt 0.868865 0.209934</w:t>
        <w:br/>
        <w:t>vt 0.869129 0.221748</w:t>
        <w:br/>
        <w:t>vt 0.856610 0.201999</w:t>
        <w:br/>
        <w:t>vt 0.856169 0.209670</w:t>
        <w:br/>
        <w:t>vt 0.868865 0.201647</w:t>
        <w:br/>
        <w:t>vt 0.857932 0.164882</w:t>
        <w:br/>
        <w:t>vt 0.877593 0.165940</w:t>
        <w:br/>
        <w:t>vt 0.877240 0.151305</w:t>
        <w:br/>
        <w:t>vt 0.858550 0.151217</w:t>
        <w:br/>
        <w:t>vt 0.877417 0.127060</w:t>
        <w:br/>
        <w:t>vt 0.859696 0.126443</w:t>
        <w:br/>
        <w:t>vt 0.839859 0.164001</w:t>
        <w:br/>
        <w:t>vt 0.838889 0.178195</w:t>
        <w:br/>
        <w:t>vt 0.857580 0.179694</w:t>
        <w:br/>
        <w:t>vt 0.843297 0.126355</w:t>
        <w:br/>
        <w:t>vt 0.841093 0.150247</w:t>
        <w:br/>
        <w:t>vt 0.844531 0.101405</w:t>
        <w:br/>
        <w:t>vt 0.860401 0.101493</w:t>
        <w:br/>
        <w:t>vt 0.845589 0.076014</w:t>
        <w:br/>
        <w:t>vt 0.832982 0.076014</w:t>
        <w:br/>
        <w:t>vt 0.831748 0.101933</w:t>
        <w:br/>
        <w:t>vt 0.836156 0.051416</w:t>
        <w:br/>
        <w:t>vt 0.848587 0.051416</w:t>
        <w:br/>
        <w:t>vt 0.850527 0.028405</w:t>
        <w:br/>
        <w:t>vt 0.839242 0.028405</w:t>
        <w:br/>
        <w:t>vt 0.819669 0.076014</w:t>
        <w:br/>
        <w:t>vt 0.824166 0.051416</w:t>
        <w:br/>
        <w:t>vt 0.826634 0.028405</w:t>
        <w:br/>
        <w:t>vt 0.839506 0.021087</w:t>
        <w:br/>
        <w:t>vt 0.827075 0.021087</w:t>
        <w:br/>
        <w:t>vt 0.862605 0.051416</w:t>
        <w:br/>
        <w:t>vt 0.864368 0.028405</w:t>
        <w:br/>
        <w:t>vt 0.861018 0.076014</w:t>
        <w:br/>
        <w:t>vt 0.878210 0.076014</w:t>
        <w:br/>
        <w:t>vt 0.878386 0.051416</w:t>
        <w:br/>
        <w:t>vt 0.877857 0.101757</w:t>
        <w:br/>
        <w:t>vt 0.895931 0.151129</w:t>
        <w:br/>
        <w:t>vt 0.895578 0.127236</w:t>
        <w:br/>
        <w:t>vt 0.896636 0.165588</w:t>
        <w:br/>
        <w:t>vt 0.878122 0.180135</w:t>
        <w:br/>
        <w:t>vt 0.898047 0.179165</w:t>
        <w:br/>
        <w:t>vt 0.901132 0.201911</w:t>
        <w:br/>
        <w:t>vt 0.913652 0.209493</w:t>
        <w:br/>
        <w:t>vt 0.912241 0.201030</w:t>
        <w:br/>
        <w:t>vt 0.925995 0.219544</w:t>
        <w:br/>
        <w:t>vt 0.924496 0.207994</w:t>
        <w:br/>
        <w:t>vt 0.941512 0.244142</w:t>
        <w:br/>
        <w:t>vt 0.938514 0.217252</w:t>
        <w:br/>
        <w:t>vt 0.962406 0.267681</w:t>
        <w:br/>
        <w:t>vt 0.957822 0.241320</w:t>
        <w:br/>
        <w:t>vt 0.966286 0.289634</w:t>
        <w:br/>
        <w:t>vt 0.772237 0.267681</w:t>
        <w:br/>
        <w:t>vt 0.768005 0.289634</w:t>
        <w:br/>
        <w:t>vt 0.791192 0.291397</w:t>
        <w:br/>
        <w:t>vt 0.794807 0.269444</w:t>
        <w:br/>
        <w:t>vt 0.764126 0.309647</w:t>
        <w:br/>
        <w:t>vt 0.788283 0.311058</w:t>
        <w:br/>
        <w:t>vt 0.969812 0.309647</w:t>
        <w:br/>
        <w:t>vt 0.903865 0.295894</w:t>
        <w:br/>
        <w:t>vt 0.887555 0.295453</w:t>
        <w:br/>
        <w:t>vt 0.888613 0.315289</w:t>
        <w:br/>
        <w:t>vt 0.905629 0.315378</w:t>
        <w:br/>
        <w:t>vt 0.867013 0.294659</w:t>
        <w:br/>
        <w:t>vt 0.875653 0.315025</w:t>
        <w:br/>
        <w:t>vt 0.867366 0.272795</w:t>
        <w:br/>
        <w:t>vt 0.885792 0.273588</w:t>
        <w:br/>
        <w:t>vt 0.867630 0.247051</w:t>
        <w:br/>
        <w:t>vt 0.861723 0.314761</w:t>
        <w:br/>
        <w:t>vt 0.849733 0.272266</w:t>
        <w:br/>
        <w:t>vt 0.848940 0.294483</w:t>
        <w:br/>
        <w:t>vt 0.851673 0.245993</w:t>
        <w:br/>
        <w:t>vt 0.831042 0.272001</w:t>
        <w:br/>
        <w:t>vt 0.829808 0.294307</w:t>
        <w:br/>
        <w:t>vt 0.821873 0.208171</w:t>
        <w:br/>
        <w:t>vt 0.820903 0.220514</w:t>
        <w:br/>
        <w:t>vt 0.837126 0.221748</w:t>
        <w:br/>
        <w:t>vt 0.839065 0.209141</w:t>
        <w:br/>
        <w:t>vt 0.839242 0.201206</w:t>
        <w:br/>
        <w:t>vt 0.822314 0.200148</w:t>
        <w:br/>
        <w:t>vt 0.823901 0.177049</w:t>
        <w:br/>
        <w:t>vt 0.825576 0.162678</w:t>
        <w:br/>
        <w:t>vt 0.803095 0.197327</w:t>
        <w:br/>
        <w:t>vt 0.801596 0.205614</w:t>
        <w:br/>
        <w:t>vt 0.827251 0.149542</w:t>
        <w:br/>
        <w:t>vt 0.811294 0.148925</w:t>
        <w:br/>
        <w:t>vt 0.809354 0.161885</w:t>
        <w:br/>
        <w:t>vt 0.829720 0.126179</w:t>
        <w:br/>
        <w:t>vt 0.814732 0.125209</w:t>
        <w:br/>
        <w:t>vt 0.800097 0.124680</w:t>
        <w:br/>
        <w:t>vt 0.795512 0.148220</w:t>
        <w:br/>
        <w:t>vt 0.817730 0.101140</w:t>
        <w:br/>
        <w:t>vt 0.804770 0.100435</w:t>
        <w:br/>
        <w:t>vt 0.809530 0.075925</w:t>
        <w:br/>
        <w:t>vt 0.932959 0.100523</w:t>
        <w:br/>
        <w:t>vt 0.920528 0.100964</w:t>
        <w:br/>
        <w:t>vt 0.924849 0.125032</w:t>
        <w:br/>
        <w:t>vt 0.937191 0.124680</w:t>
        <w:br/>
        <w:t>vt 0.928639 0.076014</w:t>
        <w:br/>
        <w:t>vt 0.919735 0.076014</w:t>
        <w:br/>
        <w:t>vt 0.924320 0.051504</w:t>
        <w:br/>
        <w:t>vt 0.916649 0.051416</w:t>
        <w:br/>
        <w:t>vt 0.906511 0.051416</w:t>
        <w:br/>
        <w:t>vt 0.907921 0.076014</w:t>
        <w:br/>
        <w:t>vt 0.906687 0.028405</w:t>
        <w:br/>
        <w:t>vt 0.893110 0.021087</w:t>
        <w:br/>
        <w:t>vt 0.893021 0.028405</w:t>
        <w:br/>
        <w:t>vt 0.906775 0.021087</w:t>
        <w:br/>
        <w:t>vt 0.864809 0.021087</w:t>
        <w:br/>
        <w:t>vt 0.879268 0.028405</w:t>
        <w:br/>
        <w:t>vt 0.879532 0.021087</w:t>
        <w:br/>
        <w:t>vt 0.894256 0.076014</w:t>
        <w:br/>
        <w:t>vt 0.893198 0.051416</w:t>
        <w:br/>
        <w:t>vt 0.894432 0.101316</w:t>
        <w:br/>
        <w:t>vt 0.910037 0.126091</w:t>
        <w:br/>
        <w:t>vt 0.908009 0.100787</w:t>
        <w:br/>
        <w:t>vt 0.907304 0.151305</w:t>
        <w:br/>
        <w:t>vt 0.919030 0.164442</w:t>
        <w:br/>
        <w:t>vt 0.921851 0.177225</w:t>
        <w:br/>
        <w:t>vt 0.933489 0.175286</w:t>
        <w:br/>
        <w:t>vt 0.930667 0.162855</w:t>
        <w:br/>
        <w:t>vt 0.908803 0.165235</w:t>
        <w:br/>
        <w:t>vt 0.910478 0.178283</w:t>
        <w:br/>
        <w:t>vt 0.953061 0.214695</w:t>
        <w:br/>
        <w:t>vt 0.951033 0.203146</w:t>
        <w:br/>
        <w:t>vt 0.936398 0.205967</w:t>
        <w:br/>
        <w:t>vt 0.782552 0.214695</w:t>
        <w:br/>
        <w:t>vt 0.801331 0.217692</w:t>
        <w:br/>
        <w:t>vt 0.784756 0.203234</w:t>
        <w:br/>
        <w:t>vt 0.777351 0.241320</w:t>
        <w:br/>
        <w:t>vt 0.798510 0.243083</w:t>
        <w:br/>
        <w:t>vt 0.815614 0.271296</w:t>
        <w:br/>
        <w:t>vt 0.813586 0.293689</w:t>
        <w:br/>
        <w:t>vt 0.812087 0.313262</w:t>
        <w:br/>
        <w:t>vt 0.829015 0.314408</w:t>
        <w:br/>
        <w:t>vt 0.848851 0.314496</w:t>
        <w:br/>
        <w:t>vt 0.833599 0.245376</w:t>
        <w:br/>
        <w:t>vt 0.818347 0.244582</w:t>
        <w:br/>
        <w:t>vt 0.786520 0.194417</w:t>
        <w:br/>
        <w:t>vt 0.793132 0.160298</w:t>
        <w:br/>
        <w:t>vt 0.790840 0.172200</w:t>
        <w:br/>
        <w:t>vt 0.806180 0.175109</w:t>
        <w:br/>
        <w:t>vt 0.943451 0.160210</w:t>
        <w:br/>
        <w:t>vt 0.941335 0.148131</w:t>
        <w:br/>
        <w:t>vt 0.929080 0.149277</w:t>
        <w:br/>
        <w:t>vt 0.917266 0.150424</w:t>
        <w:br/>
        <w:t>vt 0.893198 0.051416</w:t>
        <w:br/>
        <w:t>vt 0.893021 0.028405</w:t>
        <w:br/>
        <w:t>vt 0.893110 0.021087</w:t>
        <w:br/>
        <w:t>vt 0.814291 0.051328</w:t>
        <w:br/>
        <w:t>vt 0.818788 0.028317</w:t>
        <w:br/>
        <w:t>vt 0.920264 0.028405</w:t>
        <w:br/>
        <w:t>vt 0.855111 0.222101</w:t>
        <w:br/>
        <w:t>vt 0.902102 0.274029</w:t>
        <w:br/>
        <w:t>vt 0.947948 0.185513</w:t>
        <w:br/>
        <w:t>vt 0.928022 0.188775</w:t>
        <w:br/>
        <w:t>vt 0.945567 0.172024</w:t>
        <w:br/>
        <w:t>vt 0.804682 0.188775</w:t>
        <w:br/>
        <w:t>vt 0.788195 0.185601</w:t>
        <w:br/>
        <w:t>vt 0.823107 0.191243</w:t>
        <w:br/>
        <w:t>vt 0.839506 0.193095</w:t>
        <w:br/>
        <w:t>vt 0.856610 0.193359</w:t>
        <w:br/>
        <w:t>vt 0.869041 0.194153</w:t>
        <w:br/>
        <w:t>vt 0.899898 0.192566</w:t>
        <w:br/>
        <w:t>vt 0.911183 0.191067</w:t>
        <w:br/>
        <w:t>vt 0.918148 0.190362</w:t>
        <w:br/>
        <w:t>vt 0.932783 0.196710</w:t>
        <w:br/>
        <w:t>vt 0.921851 0.199090</w:t>
        <w:br/>
        <w:t>vt 0.949534 0.194329</w:t>
        <w:br/>
        <w:t>vt 0.820198 0.020999</w:t>
        <w:br/>
        <w:t>vt 0.918942 0.021176</w:t>
        <w:br/>
        <w:t>vt 0.850967 0.021087</w:t>
        <w:br/>
        <w:t>vt 0.951298 0.311939</w:t>
        <w:br/>
        <w:t>vt 0.933753 0.313526</w:t>
        <w:br/>
        <w:t>vt 0.931549 0.294130</w:t>
        <w:br/>
        <w:t>vt 0.948476 0.292103</w:t>
        <w:br/>
        <w:t>vt 0.929257 0.272178</w:t>
        <w:br/>
        <w:t>vt 0.945214 0.269974</w:t>
        <w:br/>
        <w:t>vt 0.918236 0.295276</w:t>
        <w:br/>
        <w:t>vt 0.920176 0.314672</w:t>
        <w:br/>
        <w:t>vt 0.915679 0.273588</w:t>
        <w:br/>
        <w:t>vt 0.912417 0.248021</w:t>
        <w:br/>
        <w:t>vt 0.926612 0.246346</w:t>
        <w:br/>
        <w:t>vt 0.915239 0.221219</w:t>
        <w:br/>
        <w:t>vt 0.902014 0.222541</w:t>
        <w:br/>
        <w:t>vt 0.889319 0.222541</w:t>
        <w:br/>
        <w:t>vt 0.899634 0.248462</w:t>
        <w:br/>
        <w:t>vt 0.889495 0.210287</w:t>
        <w:br/>
        <w:t>vt 0.901573 0.210463</w:t>
        <w:br/>
        <w:t>vt 0.880326 0.222277</w:t>
        <w:br/>
        <w:t>vt 0.883412 0.247844</w:t>
        <w:br/>
        <w:t>vt 0.890288 0.201647</w:t>
        <w:br/>
        <w:t>vt 0.881472 0.201470</w:t>
        <w:br/>
        <w:t>vt 0.883412 0.193800</w:t>
        <w:br/>
        <w:t>vt 0.892228 0.193183</w:t>
        <w:br/>
        <w:t>vt 0.880150 0.209934</w:t>
        <w:br/>
        <w:t>vt 0.869129 0.221748</w:t>
        <w:br/>
        <w:t>vt 0.868865 0.209934</w:t>
        <w:br/>
        <w:t>vt 0.856169 0.209670</w:t>
        <w:br/>
        <w:t>vt 0.856610 0.201999</w:t>
        <w:br/>
        <w:t>vt 0.868865 0.201647</w:t>
        <w:br/>
        <w:t>vt 0.857932 0.164882</w:t>
        <w:br/>
        <w:t>vt 0.858549 0.151217</w:t>
        <w:br/>
        <w:t>vt 0.877240 0.151305</w:t>
        <w:br/>
        <w:t>vt 0.877593 0.165940</w:t>
        <w:br/>
        <w:t>vt 0.859696 0.126443</w:t>
        <w:br/>
        <w:t>vt 0.877416 0.127060</w:t>
        <w:br/>
        <w:t>vt 0.857580 0.179694</w:t>
        <w:br/>
        <w:t>vt 0.838889 0.178195</w:t>
        <w:br/>
        <w:t>vt 0.839859 0.164001</w:t>
        <w:br/>
        <w:t>vt 0.843297 0.126355</w:t>
        <w:br/>
        <w:t>vt 0.841093 0.150247</w:t>
        <w:br/>
        <w:t>vt 0.844531 0.101405</w:t>
        <w:br/>
        <w:t>vt 0.860401 0.101493</w:t>
        <w:br/>
        <w:t>vt 0.832982 0.076013</w:t>
        <w:br/>
        <w:t>vt 0.845589 0.076013</w:t>
        <w:br/>
        <w:t>vt 0.831748 0.101934</w:t>
        <w:br/>
        <w:t>vt 0.836156 0.051416</w:t>
        <w:br/>
        <w:t>vt 0.848587 0.051416</w:t>
        <w:br/>
        <w:t>vt 0.850527 0.028405</w:t>
        <w:br/>
        <w:t>vt 0.839242 0.028405</w:t>
        <w:br/>
        <w:t>vt 0.819669 0.076013</w:t>
        <w:br/>
        <w:t>vt 0.824166 0.051416</w:t>
        <w:br/>
        <w:t>vt 0.826634 0.028405</w:t>
        <w:br/>
        <w:t>vt 0.839506 0.021087</w:t>
        <w:br/>
        <w:t>vt 0.827075 0.021087</w:t>
        <w:br/>
        <w:t>vt 0.864368 0.028405</w:t>
        <w:br/>
        <w:t>vt 0.862605 0.051416</w:t>
        <w:br/>
        <w:t>vt 0.861018 0.076013</w:t>
        <w:br/>
        <w:t>vt 0.878386 0.051416</w:t>
        <w:br/>
        <w:t>vt 0.878210 0.076013</w:t>
        <w:br/>
        <w:t>vt 0.877857 0.101757</w:t>
        <w:br/>
        <w:t>vt 0.895931 0.151129</w:t>
        <w:br/>
        <w:t>vt 0.895578 0.127237</w:t>
        <w:br/>
        <w:t>vt 0.896636 0.165588</w:t>
        <w:br/>
        <w:t>vt 0.898047 0.179165</w:t>
        <w:br/>
        <w:t>vt 0.878122 0.180135</w:t>
        <w:br/>
        <w:t>vt 0.913652 0.209493</w:t>
        <w:br/>
        <w:t>vt 0.901132 0.201911</w:t>
        <w:br/>
        <w:t>vt 0.912241 0.201030</w:t>
        <w:br/>
        <w:t>vt 0.924496 0.207994</w:t>
        <w:br/>
        <w:t>vt 0.925995 0.219544</w:t>
        <w:br/>
        <w:t>vt 0.938514 0.217252</w:t>
        <w:br/>
        <w:t>vt 0.941511 0.244142</w:t>
        <w:br/>
        <w:t>vt 0.962406 0.267681</w:t>
        <w:br/>
        <w:t>vt 0.957822 0.241320</w:t>
        <w:br/>
        <w:t>vt 0.966285 0.289634</w:t>
        <w:br/>
        <w:t>vt 0.772237 0.267681</w:t>
        <w:br/>
        <w:t>vt 0.794807 0.269445</w:t>
        <w:br/>
        <w:t>vt 0.791192 0.291397</w:t>
        <w:br/>
        <w:t>vt 0.768005 0.289634</w:t>
        <w:br/>
        <w:t>vt 0.788283 0.311058</w:t>
        <w:br/>
        <w:t>vt 0.764126 0.309647</w:t>
        <w:br/>
        <w:t>vt 0.969812 0.309647</w:t>
        <w:br/>
        <w:t>vt 0.888613 0.315290</w:t>
        <w:br/>
        <w:t>vt 0.887555 0.295453</w:t>
        <w:br/>
        <w:t>vt 0.903866 0.295894</w:t>
        <w:br/>
        <w:t>vt 0.905629 0.315378</w:t>
        <w:br/>
        <w:t>vt 0.875653 0.315025</w:t>
        <w:br/>
        <w:t>vt 0.867013 0.294659</w:t>
        <w:br/>
        <w:t>vt 0.867366 0.272795</w:t>
        <w:br/>
        <w:t>vt 0.867630 0.247051</w:t>
        <w:br/>
        <w:t>vt 0.885792 0.273588</w:t>
        <w:br/>
        <w:t>vt 0.861723 0.314761</w:t>
        <w:br/>
        <w:t>vt 0.849733 0.272266</w:t>
        <w:br/>
        <w:t>vt 0.848940 0.294483</w:t>
        <w:br/>
        <w:t>vt 0.851673 0.245993</w:t>
        <w:br/>
        <w:t>vt 0.829808 0.294307</w:t>
        <w:br/>
        <w:t>vt 0.831042 0.272001</w:t>
        <w:br/>
        <w:t>vt 0.821873 0.208171</w:t>
        <w:br/>
        <w:t>vt 0.839065 0.209141</w:t>
        <w:br/>
        <w:t>vt 0.837126 0.221748</w:t>
        <w:br/>
        <w:t>vt 0.820904 0.220514</w:t>
        <w:br/>
        <w:t>vt 0.839242 0.201206</w:t>
        <w:br/>
        <w:t>vt 0.822314 0.200148</w:t>
        <w:br/>
        <w:t>vt 0.823901 0.177049</w:t>
        <w:br/>
        <w:t>vt 0.825576 0.162678</w:t>
        <w:br/>
        <w:t>vt 0.801596 0.205614</w:t>
        <w:br/>
        <w:t>vt 0.803095 0.197327</w:t>
        <w:br/>
        <w:t>vt 0.809354 0.161885</w:t>
        <w:br/>
        <w:t>vt 0.811294 0.148925</w:t>
        <w:br/>
        <w:t>vt 0.827251 0.149542</w:t>
        <w:br/>
        <w:t>vt 0.814732 0.125209</w:t>
        <w:br/>
        <w:t>vt 0.829720 0.126179</w:t>
        <w:br/>
        <w:t>vt 0.800097 0.124680</w:t>
        <w:br/>
        <w:t>vt 0.795512 0.148219</w:t>
        <w:br/>
        <w:t>vt 0.804770 0.100435</w:t>
        <w:br/>
        <w:t>vt 0.817730 0.101140</w:t>
        <w:br/>
        <w:t>vt 0.809530 0.075925</w:t>
        <w:br/>
        <w:t>vt 0.932960 0.100523</w:t>
        <w:br/>
        <w:t>vt 0.937191 0.124680</w:t>
        <w:br/>
        <w:t>vt 0.924848 0.125032</w:t>
        <w:br/>
        <w:t>vt 0.920528 0.100964</w:t>
        <w:br/>
        <w:t>vt 0.919735 0.076013</w:t>
        <w:br/>
        <w:t>vt 0.928640 0.076013</w:t>
        <w:br/>
        <w:t>vt 0.924320 0.051504</w:t>
        <w:br/>
        <w:t>vt 0.916649 0.051416</w:t>
        <w:br/>
        <w:t>vt 0.906510 0.051416</w:t>
        <w:br/>
        <w:t>vt 0.907921 0.076013</w:t>
        <w:br/>
        <w:t>vt 0.906687 0.028405</w:t>
        <w:br/>
        <w:t>vt 0.893110 0.021087</w:t>
        <w:br/>
        <w:t>vt 0.906775 0.021087</w:t>
        <w:br/>
        <w:t>vt 0.893021 0.028405</w:t>
        <w:br/>
        <w:t>vt 0.879268 0.028405</w:t>
        <w:br/>
        <w:t>vt 0.864809 0.021087</w:t>
        <w:br/>
        <w:t>vt 0.879532 0.021087</w:t>
        <w:br/>
        <w:t>vt 0.894256 0.076013</w:t>
        <w:br/>
        <w:t>vt 0.893198 0.051416</w:t>
        <w:br/>
        <w:t>vt 0.894432 0.101316</w:t>
        <w:br/>
        <w:t>vt 0.910037 0.126090</w:t>
        <w:br/>
        <w:t>vt 0.908009 0.100787</w:t>
        <w:br/>
        <w:t>vt 0.907304 0.151305</w:t>
        <w:br/>
        <w:t>vt 0.919030 0.164442</w:t>
        <w:br/>
        <w:t>vt 0.930667 0.162855</w:t>
        <w:br/>
        <w:t>vt 0.933489 0.175286</w:t>
        <w:br/>
        <w:t>vt 0.921851 0.177225</w:t>
        <w:br/>
        <w:t>vt 0.910478 0.178283</w:t>
        <w:br/>
        <w:t>vt 0.908803 0.165235</w:t>
        <w:br/>
        <w:t>vt 0.953061 0.214695</w:t>
        <w:br/>
        <w:t>vt 0.936398 0.205967</w:t>
        <w:br/>
        <w:t>vt 0.951033 0.203145</w:t>
        <w:br/>
        <w:t>vt 0.801331 0.217692</w:t>
        <w:br/>
        <w:t>vt 0.782552 0.214695</w:t>
        <w:br/>
        <w:t>vt 0.784756 0.203234</w:t>
        <w:br/>
        <w:t>vt 0.777351 0.241320</w:t>
        <w:br/>
        <w:t>vt 0.798510 0.243084</w:t>
        <w:br/>
        <w:t>vt 0.813586 0.293689</w:t>
        <w:br/>
        <w:t>vt 0.815614 0.271296</w:t>
        <w:br/>
        <w:t>vt 0.829015 0.314408</w:t>
        <w:br/>
        <w:t>vt 0.812087 0.313262</w:t>
        <w:br/>
        <w:t>vt 0.848851 0.314496</w:t>
        <w:br/>
        <w:t>vt 0.818347 0.244582</w:t>
        <w:br/>
        <w:t>vt 0.833599 0.245376</w:t>
        <w:br/>
        <w:t>vt 0.786520 0.194417</w:t>
        <w:br/>
        <w:t>vt 0.793132 0.160298</w:t>
        <w:br/>
        <w:t>vt 0.806180 0.175109</w:t>
        <w:br/>
        <w:t>vt 0.790840 0.172200</w:t>
        <w:br/>
        <w:t>vt 0.943451 0.160210</w:t>
        <w:br/>
        <w:t>vt 0.929080 0.149277</w:t>
        <w:br/>
        <w:t>vt 0.941335 0.148131</w:t>
        <w:br/>
        <w:t>vt 0.917266 0.150424</w:t>
        <w:br/>
        <w:t>vt 0.893198 0.051416</w:t>
        <w:br/>
        <w:t>vt 0.893021 0.028405</w:t>
        <w:br/>
        <w:t>vt 0.893110 0.021087</w:t>
        <w:br/>
        <w:t>vt 0.814291 0.051328</w:t>
        <w:br/>
        <w:t>vt 0.818788 0.028317</w:t>
        <w:br/>
        <w:t>vt 0.920264 0.028405</w:t>
        <w:br/>
        <w:t>vt 0.855111 0.222101</w:t>
        <w:br/>
        <w:t>vt 0.902102 0.274029</w:t>
        <w:br/>
        <w:t>vt 0.947947 0.185513</w:t>
        <w:br/>
        <w:t>vt 0.928022 0.188775</w:t>
        <w:br/>
        <w:t>vt 0.945567 0.172024</w:t>
        <w:br/>
        <w:t>vt 0.804681 0.188775</w:t>
        <w:br/>
        <w:t>vt 0.788195 0.185601</w:t>
        <w:br/>
        <w:t>vt 0.823108 0.191243</w:t>
        <w:br/>
        <w:t>vt 0.839506 0.193095</w:t>
        <w:br/>
        <w:t>vt 0.856610 0.193359</w:t>
        <w:br/>
        <w:t>vt 0.869041 0.194153</w:t>
        <w:br/>
        <w:t>vt 0.899898 0.192566</w:t>
        <w:br/>
        <w:t>vt 0.911183 0.191067</w:t>
        <w:br/>
        <w:t>vt 0.918148 0.190362</w:t>
        <w:br/>
        <w:t>vt 0.932783 0.196710</w:t>
        <w:br/>
        <w:t>vt 0.921851 0.199090</w:t>
        <w:br/>
        <w:t>vt 0.949534 0.194329</w:t>
        <w:br/>
        <w:t>vt 0.820198 0.020999</w:t>
        <w:br/>
        <w:t>vt 0.918942 0.021176</w:t>
        <w:br/>
        <w:t>vt 0.850967 0.021087</w:t>
        <w:br/>
        <w:t>vt 0.923712 0.389297</w:t>
        <w:br/>
        <w:t>vt 0.917549 0.383839</w:t>
        <w:br/>
        <w:t>vt 0.917549 0.396203</w:t>
        <w:br/>
        <w:t>vt 0.933639 0.383796</w:t>
        <w:br/>
        <w:t>vt 0.926353 0.383862</w:t>
        <w:br/>
        <w:t>vt 0.925796 0.375567</w:t>
        <w:br/>
        <w:t>vt 0.925508 0.379505</w:t>
        <w:br/>
        <w:t>vt 0.966432 0.383698</w:t>
        <w:br/>
        <w:t>vt 0.967744 0.379314</w:t>
        <w:br/>
        <w:t>vt 0.945175 0.379227</w:t>
        <w:br/>
        <w:t>vt 0.942025 0.376560</w:t>
        <w:br/>
        <w:t>vt 0.933711 0.380731</w:t>
        <w:br/>
        <w:t>vt 0.912294 0.389636</w:t>
        <w:br/>
        <w:t>vt 0.908933 0.384427</w:t>
        <w:br/>
        <w:t>vt 0.902605 0.384467</w:t>
        <w:br/>
        <w:t>vt 0.910271 0.380081</w:t>
        <w:br/>
        <w:t>vt 0.909897 0.375024</w:t>
        <w:br/>
        <w:t>vt 0.892566 0.381951</w:t>
        <w:br/>
        <w:t>vt 0.875267 0.385967</w:t>
        <w:br/>
        <w:t>vt 0.877027 0.388150</w:t>
        <w:br/>
        <w:t>vt 0.902054 0.381811</w:t>
        <w:br/>
        <w:t>vt 0.702492 0.358000</w:t>
        <w:br/>
        <w:t>vt 0.720798 0.326582</w:t>
        <w:br/>
        <w:t>vt 0.681724 0.326582</w:t>
        <w:br/>
        <w:t>vt 0.681724 0.356000</w:t>
        <w:br/>
        <w:t>vt 0.989806 0.326582</w:t>
        <w:br/>
        <w:t>vt 0.961604 0.326582</w:t>
        <w:br/>
        <w:t>vt 0.970384 0.356856</w:t>
        <w:br/>
        <w:t>vt 0.989806 0.355750</w:t>
        <w:br/>
        <w:t>vt 0.951234 0.357103</w:t>
        <w:br/>
        <w:t>vt 0.917549 0.326582</w:t>
        <w:br/>
        <w:t>vt 0.901320 0.360209</w:t>
        <w:br/>
        <w:t>vt 0.917549 0.359431</w:t>
        <w:br/>
        <w:t>vt 0.870414 0.326582</w:t>
        <w:br/>
        <w:t>vt 0.851130 0.326582</w:t>
        <w:br/>
        <w:t>vt 0.852489 0.361846</w:t>
        <w:br/>
        <w:t>vt 0.871093 0.361492</w:t>
        <w:br/>
        <w:t>vt 0.830570 0.326582</w:t>
        <w:br/>
        <w:t>vt 0.830725 0.361942</w:t>
        <w:br/>
        <w:t>vt 0.936006 0.358620</w:t>
        <w:br/>
        <w:t>vt 0.936786 0.326582</w:t>
        <w:br/>
        <w:t>vt 0.756175 0.383171</w:t>
        <w:br/>
        <w:t>vt 0.761801 0.379705</w:t>
        <w:br/>
        <w:t>vt 0.762220 0.375323</w:t>
        <w:br/>
        <w:t>vt 0.802051 0.392262</w:t>
        <w:br/>
        <w:t>vt 0.805122 0.388684</w:t>
        <w:br/>
        <w:t>vt 0.787374 0.380805</w:t>
        <w:br/>
        <w:t>vt 0.782297 0.383725</w:t>
        <w:br/>
        <w:t>vt 0.777391 0.379998</w:t>
        <w:br/>
        <w:t>vt 0.769252 0.381624</w:t>
        <w:br/>
        <w:t>vt 0.772184 0.383578</w:t>
        <w:br/>
        <w:t>vt 0.763071 0.384158</w:t>
        <w:br/>
        <w:t>vt 0.763470 0.387728</w:t>
        <w:br/>
        <w:t>vt 0.756175 0.397138</w:t>
        <w:br/>
        <w:t>vt 0.738933 0.383975</w:t>
        <w:br/>
        <w:t>vt 0.748794 0.389116</w:t>
        <w:br/>
        <w:t>vt 0.748769 0.384496</w:t>
        <w:br/>
        <w:t>vt 0.739671 0.381245</w:t>
        <w:br/>
        <w:t>vt 0.749801 0.380543</w:t>
        <w:br/>
        <w:t>vt 0.750029 0.375292</w:t>
        <w:br/>
        <w:t>vt 0.756175 0.326582</w:t>
        <w:br/>
        <w:t>vt 0.736434 0.358134</w:t>
        <w:br/>
        <w:t>vt 0.851887 0.390290</w:t>
        <w:br/>
        <w:t>vt 0.828489 0.390668</w:t>
        <w:br/>
        <w:t>vt 0.928366 0.370783</w:t>
        <w:br/>
        <w:t>vt 0.908225 0.371656</w:t>
        <w:br/>
        <w:t>vt 0.723209 0.359204</w:t>
        <w:br/>
        <w:t>vt 0.697804 0.384671</w:t>
        <w:br/>
        <w:t>vt 0.713062 0.383558</w:t>
        <w:br/>
        <w:t>vt 0.811515 0.326582</w:t>
        <w:br/>
        <w:t>vt 0.810717 0.361837</w:t>
        <w:br/>
        <w:t>vt 0.896820 0.378613</w:t>
        <w:br/>
        <w:t>vt 0.734048 0.377773</w:t>
        <w:br/>
        <w:t>vt 0.729476 0.379968</w:t>
        <w:br/>
        <w:t>vt 0.716503 0.386461</w:t>
        <w:br/>
        <w:t>vt 0.756175 0.358415</w:t>
        <w:br/>
        <w:t>vt 0.771496 0.358885</w:t>
        <w:br/>
        <w:t>vt 0.782040 0.326582</w:t>
        <w:br/>
        <w:t>vt 0.789986 0.362139</w:t>
        <w:br/>
        <w:t>vt 0.895684 0.326582</w:t>
        <w:br/>
        <w:t>vt 0.886557 0.361123</w:t>
        <w:br/>
        <w:t>vt 0.989806 0.381607</w:t>
        <w:br/>
        <w:t>vt 0.681724 0.381887</w:t>
        <w:br/>
        <w:t>vt 0.748509 0.371995</w:t>
        <w:br/>
        <w:t>vt 0.764289 0.371492</w:t>
        <w:br/>
        <w:t>vt 0.924607 0.390462</w:t>
        <w:br/>
        <w:t>vt 0.917549 0.397983</w:t>
        <w:br/>
        <w:t>vt 0.934197 0.385112</w:t>
        <w:br/>
        <w:t>vt 0.927074 0.375925</w:t>
        <w:br/>
        <w:t>vt 0.926838 0.379387</w:t>
        <w:br/>
        <w:t>vt 0.945259 0.380535</w:t>
        <w:br/>
        <w:t>vt 0.966960 0.385122</w:t>
        <w:br/>
        <w:t>vt 0.966432 0.383698</w:t>
        <w:br/>
        <w:t>vt 0.968520 0.380447</w:t>
        <w:br/>
        <w:t>vt 0.966432 0.383698</w:t>
        <w:br/>
        <w:t>vt 0.966960 0.385122</w:t>
        <w:br/>
        <w:t>vt 0.939716 0.376545</w:t>
        <w:br/>
        <w:t>vt 0.933157 0.379628</w:t>
        <w:br/>
        <w:t>vt 0.933711 0.380731</w:t>
        <w:br/>
        <w:t>vt 0.942025 0.376560</w:t>
        <w:br/>
        <w:t>vt 0.927083 0.382235</w:t>
        <w:br/>
        <w:t>vt 0.926353 0.383862</w:t>
        <w:br/>
        <w:t>vt 0.927083 0.382235</w:t>
        <w:br/>
        <w:t>vt 0.911584 0.390891</w:t>
        <w:br/>
        <w:t>vt 0.917549 0.397983</w:t>
        <w:br/>
        <w:t>vt 0.917549 0.396203</w:t>
        <w:br/>
        <w:t>vt 0.912294 0.389636</w:t>
        <w:br/>
        <w:t>vt 0.902170 0.385829</w:t>
        <w:br/>
        <w:t>vt 0.908953 0.379927</w:t>
        <w:br/>
        <w:t>vt 0.908622 0.375394</w:t>
        <w:br/>
        <w:t>vt 0.892633 0.383207</w:t>
        <w:br/>
        <w:t>vt 0.877027 0.388150</w:t>
        <w:br/>
        <w:t>vt 0.876933 0.389575</w:t>
        <w:br/>
        <w:t>vt 0.874871 0.387235</w:t>
        <w:br/>
        <w:t>vt 0.877027 0.388150</w:t>
        <w:br/>
        <w:t>vt 0.908486 0.383012</w:t>
        <w:br/>
        <w:t>vt 0.902637 0.380376</w:t>
        <w:br/>
        <w:t>vt 0.902054 0.381811</w:t>
        <w:br/>
        <w:t>vt 0.908933 0.384427</w:t>
        <w:br/>
        <w:t>vt 0.908486 0.383012</w:t>
        <w:br/>
        <w:t>vt 0.763346 0.375985</w:t>
        <w:br/>
        <w:t>vt 0.762892 0.379256</w:t>
        <w:br/>
        <w:t>vt 0.805615 0.389831</w:t>
        <w:br/>
        <w:t>vt 0.802051 0.392262</w:t>
        <w:br/>
        <w:t>vt 0.802009 0.393670</w:t>
        <w:br/>
        <w:t>vt 0.781882 0.384957</w:t>
        <w:br/>
        <w:t>vt 0.802009 0.393670</w:t>
        <w:br/>
        <w:t>vt 0.802051 0.392262</w:t>
        <w:br/>
        <w:t>vt 0.774971 0.379437</w:t>
        <w:br/>
        <w:t>vt 0.769446 0.380359</w:t>
        <w:br/>
        <w:t>vt 0.772307 0.384731</w:t>
        <w:br/>
        <w:t>vt 0.763797 0.382612</w:t>
        <w:br/>
        <w:t>vt 0.764535 0.388596</w:t>
        <w:br/>
        <w:t>vt 0.772307 0.384731</w:t>
        <w:br/>
        <w:t>vt 0.763470 0.387728</w:t>
        <w:br/>
        <w:t>vt 0.764535 0.388596</w:t>
        <w:br/>
        <w:t>vt 0.756175 0.397138</w:t>
        <w:br/>
        <w:t>vt 0.756175 0.399043</w:t>
        <w:br/>
        <w:t>vt 0.748078 0.390231</w:t>
        <w:br/>
        <w:t>vt 0.748794 0.389116</w:t>
        <w:br/>
        <w:t>vt 0.738285 0.385178</w:t>
        <w:br/>
        <w:t>vt 0.748126 0.382900</w:t>
        <w:br/>
        <w:t>vt 0.740219 0.380110</w:t>
        <w:br/>
        <w:t>vt 0.739671 0.381245</w:t>
        <w:br/>
        <w:t>vt 0.748769 0.384496</w:t>
        <w:br/>
        <w:t>vt 0.748078 0.390231</w:t>
        <w:br/>
        <w:t>vt 0.756175 0.399043</w:t>
        <w:br/>
        <w:t>vt 0.756175 0.397138</w:t>
        <w:br/>
        <w:t>vt 0.748126 0.382900</w:t>
        <w:br/>
        <w:t>vt 0.748565 0.380289</w:t>
        <w:br/>
        <w:t>vt 0.748795 0.375646</w:t>
        <w:br/>
        <w:t>vt 0.851994 0.391598</w:t>
        <w:br/>
        <w:t>vt 0.828409 0.391969</w:t>
        <w:br/>
        <w:t>vt 0.939716 0.376545</w:t>
        <w:br/>
        <w:t>vt 0.928823 0.372307</w:t>
        <w:br/>
        <w:t>vt 0.735915 0.378016</w:t>
        <w:br/>
        <w:t>vt 0.748035 0.373331</w:t>
        <w:br/>
        <w:t>vt 0.748509 0.371995</w:t>
        <w:br/>
        <w:t>vt 0.712532 0.384698</w:t>
        <w:br/>
        <w:t>vt 0.697746 0.385985</w:t>
        <w:br/>
        <w:t>vt 0.898650 0.378725</w:t>
        <w:br/>
        <w:t>vt 0.908055 0.373143</w:t>
        <w:br/>
        <w:t>vt 0.908225 0.371656</w:t>
        <w:br/>
        <w:t>vt 0.896820 0.378613</w:t>
        <w:br/>
        <w:t>vt 0.729533 0.381450</w:t>
        <w:br/>
        <w:t>vt 0.738285 0.385178</w:t>
        <w:br/>
        <w:t>vt 0.735915 0.378016</w:t>
        <w:br/>
        <w:t>vt 0.734048 0.377773</w:t>
        <w:br/>
        <w:t>vt 0.716542 0.388001</w:t>
        <w:br/>
        <w:t>vt 0.716542 0.388001</w:t>
        <w:br/>
        <w:t>vt 0.898650 0.378725</w:t>
        <w:br/>
        <w:t>vt 0.896820 0.378613</w:t>
        <w:br/>
        <w:t>vt 0.902170 0.385829</w:t>
        <w:br/>
        <w:t>vt 0.989806 0.382891</w:t>
        <w:br/>
        <w:t>vt 0.681724 0.383203</w:t>
        <w:br/>
        <w:t>vt 0.748035 0.373331</w:t>
        <w:br/>
        <w:t>vt 0.764484 0.373193</w:t>
        <w:br/>
        <w:t>vt 0.774971 0.379437</w:t>
        <w:br/>
        <w:t>vt 0.777391 0.379998</w:t>
        <w:br/>
        <w:t>vt 0.908055 0.373143</w:t>
        <w:br/>
        <w:t>vt 0.923712 0.389297</w:t>
        <w:br/>
        <w:t>vt 0.917549 0.396203</w:t>
        <w:br/>
        <w:t>vt 0.917549 0.383839</w:t>
        <w:br/>
        <w:t>vt 0.926353 0.383862</w:t>
        <w:br/>
        <w:t>vt 0.933639 0.383796</w:t>
        <w:br/>
        <w:t>vt 0.925796 0.375567</w:t>
        <w:br/>
        <w:t>vt 0.925508 0.379505</w:t>
        <w:br/>
        <w:t>vt 0.966432 0.383697</w:t>
        <w:br/>
        <w:t>vt 0.945175 0.379227</w:t>
        <w:br/>
        <w:t>vt 0.967744 0.379314</w:t>
        <w:br/>
        <w:t>vt 0.942025 0.376560</w:t>
        <w:br/>
        <w:t>vt 0.933711 0.380731</w:t>
        <w:br/>
        <w:t>vt 0.912294 0.389636</w:t>
        <w:br/>
        <w:t>vt 0.908933 0.384427</w:t>
        <w:br/>
        <w:t>vt 0.902605 0.384467</w:t>
        <w:br/>
        <w:t>vt 0.910271 0.380081</w:t>
        <w:br/>
        <w:t>vt 0.909897 0.375024</w:t>
        <w:br/>
        <w:t>vt 0.892566 0.381951</w:t>
        <w:br/>
        <w:t>vt 0.877027 0.388150</w:t>
        <w:br/>
        <w:t>vt 0.875267 0.385967</w:t>
        <w:br/>
        <w:t>vt 0.902054 0.381811</w:t>
        <w:br/>
        <w:t>vt 0.702492 0.358000</w:t>
        <w:br/>
        <w:t>vt 0.681724 0.356000</w:t>
        <w:br/>
        <w:t>vt 0.681724 0.326583</w:t>
        <w:br/>
        <w:t>vt 0.720798 0.326583</w:t>
        <w:br/>
        <w:t>vt 0.970384 0.356856</w:t>
        <w:br/>
        <w:t>vt 0.961604 0.326583</w:t>
        <w:br/>
        <w:t>vt 0.989806 0.326583</w:t>
        <w:br/>
        <w:t>vt 0.989806 0.355750</w:t>
        <w:br/>
        <w:t>vt 0.951234 0.357103</w:t>
        <w:br/>
        <w:t>vt 0.917549 0.326583</w:t>
        <w:br/>
        <w:t>vt 0.917549 0.359431</w:t>
        <w:br/>
        <w:t>vt 0.901320 0.360209</w:t>
        <w:br/>
        <w:t>vt 0.852489 0.361846</w:t>
        <w:br/>
        <w:t>vt 0.851130 0.326583</w:t>
        <w:br/>
        <w:t>vt 0.870414 0.326583</w:t>
        <w:br/>
        <w:t>vt 0.871093 0.361492</w:t>
        <w:br/>
        <w:t>vt 0.830725 0.361942</w:t>
        <w:br/>
        <w:t>vt 0.830570 0.326583</w:t>
        <w:br/>
        <w:t>vt 0.936006 0.358620</w:t>
        <w:br/>
        <w:t>vt 0.936786 0.326583</w:t>
        <w:br/>
        <w:t>vt 0.756175 0.383171</w:t>
        <w:br/>
        <w:t>vt 0.762220 0.375323</w:t>
        <w:br/>
        <w:t>vt 0.761801 0.379705</w:t>
        <w:br/>
        <w:t>vt 0.787374 0.380804</w:t>
        <w:br/>
        <w:t>vt 0.805122 0.388684</w:t>
        <w:br/>
        <w:t>vt 0.802051 0.392262</w:t>
        <w:br/>
        <w:t>vt 0.782297 0.383725</w:t>
        <w:br/>
        <w:t>vt 0.777391 0.379998</w:t>
        <w:br/>
        <w:t>vt 0.772184 0.383578</w:t>
        <w:br/>
        <w:t>vt 0.769252 0.381624</w:t>
        <w:br/>
        <w:t>vt 0.763470 0.387728</w:t>
        <w:br/>
        <w:t>vt 0.763071 0.384158</w:t>
        <w:br/>
        <w:t>vt 0.756175 0.397138</w:t>
        <w:br/>
        <w:t>vt 0.748769 0.384496</w:t>
        <w:br/>
        <w:t>vt 0.748794 0.389116</w:t>
        <w:br/>
        <w:t>vt 0.738933 0.383975</w:t>
        <w:br/>
        <w:t>vt 0.739672 0.381245</w:t>
        <w:br/>
        <w:t>vt 0.749801 0.380543</w:t>
        <w:br/>
        <w:t>vt 0.750029 0.375292</w:t>
        <w:br/>
        <w:t>vt 0.756175 0.326583</w:t>
        <w:br/>
        <w:t>vt 0.736434 0.358134</w:t>
        <w:br/>
        <w:t>vt 0.851887 0.390290</w:t>
        <w:br/>
        <w:t>vt 0.828489 0.390668</w:t>
        <w:br/>
        <w:t>vt 0.928366 0.370783</w:t>
        <w:br/>
        <w:t>vt 0.908225 0.371656</w:t>
        <w:br/>
        <w:t>vt 0.723209 0.359204</w:t>
        <w:br/>
        <w:t>vt 0.713062 0.383558</w:t>
        <w:br/>
        <w:t>vt 0.697804 0.384671</w:t>
        <w:br/>
        <w:t>vt 0.810717 0.361837</w:t>
        <w:br/>
        <w:t>vt 0.811515 0.326583</w:t>
        <w:br/>
        <w:t>vt 0.896820 0.378613</w:t>
        <w:br/>
        <w:t>vt 0.734048 0.377773</w:t>
        <w:br/>
        <w:t>vt 0.729476 0.379968</w:t>
        <w:br/>
        <w:t>vt 0.716503 0.386461</w:t>
        <w:br/>
        <w:t>vt 0.771496 0.358885</w:t>
        <w:br/>
        <w:t>vt 0.756175 0.358415</w:t>
        <w:br/>
        <w:t>vt 0.782040 0.326583</w:t>
        <w:br/>
        <w:t>vt 0.789986 0.362139</w:t>
        <w:br/>
        <w:t>vt 0.895685 0.326583</w:t>
        <w:br/>
        <w:t>vt 0.886557 0.361123</w:t>
        <w:br/>
        <w:t>vt 0.989806 0.381607</w:t>
        <w:br/>
        <w:t>vt 0.681724 0.381887</w:t>
        <w:br/>
        <w:t>vt 0.748509 0.371995</w:t>
        <w:br/>
        <w:t>vt 0.764289 0.371492</w:t>
        <w:br/>
        <w:t>vt 0.924607 0.390462</w:t>
        <w:br/>
        <w:t>vt 0.917549 0.397983</w:t>
        <w:br/>
        <w:t>vt 0.934197 0.385112</w:t>
        <w:br/>
        <w:t>vt 0.927074 0.375924</w:t>
        <w:br/>
        <w:t>vt 0.926838 0.379387</w:t>
        <w:br/>
        <w:t>vt 0.945259 0.380535</w:t>
        <w:br/>
        <w:t>vt 0.966432 0.383697</w:t>
        <w:br/>
        <w:t>vt 0.966960 0.385122</w:t>
        <w:br/>
        <w:t>vt 0.966432 0.383697</w:t>
        <w:br/>
        <w:t>vt 0.968520 0.380447</w:t>
        <w:br/>
        <w:t>vt 0.966960 0.385122</w:t>
        <w:br/>
        <w:t>vt 0.939716 0.376545</w:t>
        <w:br/>
        <w:t>vt 0.942025 0.376560</w:t>
        <w:br/>
        <w:t>vt 0.933711 0.380731</w:t>
        <w:br/>
        <w:t>vt 0.933157 0.379628</w:t>
        <w:br/>
        <w:t>vt 0.926353 0.383862</w:t>
        <w:br/>
        <w:t>vt 0.927083 0.382235</w:t>
        <w:br/>
        <w:t>vt 0.927083 0.382235</w:t>
        <w:br/>
        <w:t>vt 0.911584 0.390891</w:t>
        <w:br/>
        <w:t>vt 0.912294 0.389636</w:t>
        <w:br/>
        <w:t>vt 0.917549 0.396203</w:t>
        <w:br/>
        <w:t>vt 0.917549 0.397983</w:t>
        <w:br/>
        <w:t>vt 0.902170 0.385829</w:t>
        <w:br/>
        <w:t>vt 0.908953 0.379927</w:t>
        <w:br/>
        <w:t>vt 0.908622 0.375394</w:t>
        <w:br/>
        <w:t>vt 0.877027 0.388150</w:t>
        <w:br/>
        <w:t>vt 0.892633 0.383207</w:t>
        <w:br/>
        <w:t>vt 0.876933 0.389576</w:t>
        <w:br/>
        <w:t>vt 0.874871 0.387235</w:t>
        <w:br/>
        <w:t>vt 0.877027 0.388150</w:t>
        <w:br/>
        <w:t>vt 0.908486 0.383012</w:t>
        <w:br/>
        <w:t>vt 0.908933 0.384427</w:t>
        <w:br/>
        <w:t>vt 0.902054 0.381811</w:t>
        <w:br/>
        <w:t>vt 0.902637 0.380376</w:t>
        <w:br/>
        <w:t>vt 0.908486 0.383012</w:t>
        <w:br/>
        <w:t>vt 0.763346 0.375985</w:t>
        <w:br/>
        <w:t>vt 0.762892 0.379256</w:t>
        <w:br/>
        <w:t>vt 0.802051 0.392262</w:t>
        <w:br/>
        <w:t>vt 0.805615 0.389831</w:t>
        <w:br/>
        <w:t>vt 0.802009 0.393669</w:t>
        <w:br/>
        <w:t>vt 0.781882 0.384957</w:t>
        <w:br/>
        <w:t>vt 0.802051 0.392262</w:t>
        <w:br/>
        <w:t>vt 0.802009 0.393669</w:t>
        <w:br/>
        <w:t>vt 0.774970 0.379437</w:t>
        <w:br/>
        <w:t>vt 0.769446 0.380359</w:t>
        <w:br/>
        <w:t>vt 0.772307 0.384731</w:t>
        <w:br/>
        <w:t>vt 0.763797 0.382612</w:t>
        <w:br/>
        <w:t>vt 0.764535 0.388596</w:t>
        <w:br/>
        <w:t>vt 0.763470 0.387728</w:t>
        <w:br/>
        <w:t>vt 0.772307 0.384731</w:t>
        <w:br/>
        <w:t>vt 0.756175 0.397138</w:t>
        <w:br/>
        <w:t>vt 0.764535 0.388596</w:t>
        <w:br/>
        <w:t>vt 0.756175 0.399043</w:t>
        <w:br/>
        <w:t>vt 0.748794 0.389116</w:t>
        <w:br/>
        <w:t>vt 0.748078 0.390231</w:t>
        <w:br/>
        <w:t>vt 0.738285 0.385178</w:t>
        <w:br/>
        <w:t>vt 0.748126 0.382900</w:t>
        <w:br/>
        <w:t>vt 0.748769 0.384496</w:t>
        <w:br/>
        <w:t>vt 0.739672 0.381245</w:t>
        <w:br/>
        <w:t>vt 0.740219 0.380110</w:t>
        <w:br/>
        <w:t>vt 0.748078 0.390231</w:t>
        <w:br/>
        <w:t>vt 0.756175 0.397138</w:t>
        <w:br/>
        <w:t>vt 0.756175 0.399043</w:t>
        <w:br/>
        <w:t>vt 0.748126 0.382900</w:t>
        <w:br/>
        <w:t>vt 0.748565 0.380289</w:t>
        <w:br/>
        <w:t>vt 0.748795 0.375646</w:t>
        <w:br/>
        <w:t>vt 0.851994 0.391598</w:t>
        <w:br/>
        <w:t>vt 0.828409 0.391969</w:t>
        <w:br/>
        <w:t>vt 0.939716 0.376545</w:t>
        <w:br/>
        <w:t>vt 0.928824 0.372307</w:t>
        <w:br/>
        <w:t>vt 0.735915 0.378016</w:t>
        <w:br/>
        <w:t>vt 0.748509 0.371995</w:t>
        <w:br/>
        <w:t>vt 0.748035 0.373331</w:t>
        <w:br/>
        <w:t>vt 0.712532 0.384698</w:t>
        <w:br/>
        <w:t>vt 0.697746 0.385985</w:t>
        <w:br/>
        <w:t>vt 0.898650 0.378725</w:t>
        <w:br/>
        <w:t>vt 0.896820 0.378613</w:t>
        <w:br/>
        <w:t>vt 0.908225 0.371656</w:t>
        <w:br/>
        <w:t>vt 0.908055 0.373143</w:t>
        <w:br/>
        <w:t>vt 0.729533 0.381450</w:t>
        <w:br/>
        <w:t>vt 0.738285 0.385178</w:t>
        <w:br/>
        <w:t>vt 0.734048 0.377773</w:t>
        <w:br/>
        <w:t>vt 0.735915 0.378016</w:t>
        <w:br/>
        <w:t>vt 0.716542 0.388001</w:t>
        <w:br/>
        <w:t>vt 0.896820 0.378613</w:t>
        <w:br/>
        <w:t>vt 0.898650 0.378725</w:t>
        <w:br/>
        <w:t>vt 0.902170 0.385829</w:t>
        <w:br/>
        <w:t>vt 0.989806 0.382891</w:t>
        <w:br/>
        <w:t>vt 0.681724 0.383203</w:t>
        <w:br/>
        <w:t>vt 0.748035 0.373331</w:t>
        <w:br/>
        <w:t>vt 0.764484 0.373193</w:t>
        <w:br/>
        <w:t>vt 0.777391 0.379998</w:t>
        <w:br/>
        <w:t>vt 0.774970 0.379437</w:t>
        <w:br/>
        <w:t>vt 0.908055 0.373143</w:t>
        <w:br/>
        <w:t>vt 0.626401 0.311904</w:t>
        <w:br/>
        <w:t>vt 0.620713 0.318761</w:t>
        <w:br/>
        <w:t>vt 0.619310 0.312216</w:t>
        <w:br/>
        <w:t>vt 0.611908 0.335047</w:t>
        <w:br/>
        <w:t>vt 0.615726 0.333488</w:t>
        <w:br/>
        <w:t>vt 0.619310 0.339488</w:t>
        <w:br/>
        <w:t>vt 0.609025 0.320475</w:t>
        <w:br/>
        <w:t>vt 0.616505 0.325774</w:t>
        <w:br/>
        <w:t>vt 0.596402 0.287125</w:t>
        <w:br/>
        <w:t>vt 0.592817 0.280892</w:t>
        <w:br/>
        <w:t>vt 0.600843 0.283463</w:t>
        <w:br/>
        <w:t>vt 0.584947 0.287827</w:t>
        <w:br/>
        <w:t>vt 0.576922 0.280970</w:t>
        <w:br/>
        <w:t>vt 0.584947 0.280814</w:t>
        <w:br/>
        <w:t>vt 0.557052 0.308865</w:t>
        <w:br/>
        <w:t>vt 0.557519 0.295930</w:t>
        <w:br/>
        <w:t>vt 0.571467 0.301619</w:t>
        <w:br/>
        <w:t>vt 0.561337 0.286112</w:t>
        <w:br/>
        <w:t>vt 0.568896 0.283151</w:t>
        <w:br/>
        <w:t>vt 0.570376 0.287671</w:t>
        <w:br/>
        <w:t>vt 0.619077 0.303878</w:t>
        <w:br/>
        <w:t>vt 0.608012 0.300761</w:t>
        <w:br/>
        <w:t>vt 0.620713 0.295229</w:t>
        <w:br/>
        <w:t>vt 0.554091 0.362942</w:t>
        <w:br/>
        <w:t>vt 0.557052 0.370267</w:t>
        <w:br/>
        <w:t>vt 0.549338 0.373228</w:t>
        <w:br/>
        <w:t>vt 0.545597 0.366760</w:t>
        <w:br/>
        <w:t>vt 0.549182 0.300684</w:t>
        <w:br/>
        <w:t>vt 0.549182 0.296710</w:t>
        <w:br/>
        <w:t>vt 0.596636 0.318294</w:t>
        <w:br/>
        <w:t>vt 0.596713 0.336761</w:t>
        <w:br/>
        <w:t>vt 0.584947 0.334267</w:t>
        <w:br/>
        <w:t>vt 0.584947 0.317982</w:t>
        <w:br/>
        <w:t>vt 0.608246 0.285879</w:t>
        <w:br/>
        <w:t>vt 0.623351 0.306060</w:t>
        <w:br/>
        <w:t>vt 0.556896 0.321177</w:t>
        <w:br/>
        <w:t>vt 0.550974 0.318839</w:t>
        <w:br/>
        <w:t>vt 0.571935 0.318683</w:t>
        <w:br/>
        <w:t>vt 0.584947 0.301463</w:t>
        <w:br/>
        <w:t>vt 0.584947 0.317982</w:t>
        <w:br/>
        <w:t>vt 0.596558 0.301385</w:t>
        <w:br/>
        <w:t>vt 0.554402 0.291255</w:t>
        <w:br/>
        <w:t>vt 0.610272 0.340891</w:t>
        <w:br/>
        <w:t>vt 0.623752 0.346267</w:t>
        <w:br/>
        <w:t>vt 0.620012 0.353903</w:t>
        <w:br/>
        <w:t>vt 0.608479 0.348917</w:t>
        <w:br/>
        <w:t>vt 0.633025 0.351332</w:t>
        <w:br/>
        <w:t>vt 0.629128 0.358657</w:t>
        <w:br/>
        <w:t>vt 0.541779 0.360137</w:t>
        <w:br/>
        <w:t>vt 0.550896 0.355072</w:t>
        <w:br/>
        <w:t>vt 0.564220 0.358579</w:t>
        <w:br/>
        <w:t>vt 0.561805 0.350007</w:t>
        <w:br/>
        <w:t>vt 0.559701 0.342059</w:t>
        <w:br/>
        <w:t>vt 0.572168 0.337384</w:t>
        <w:br/>
        <w:t>vt 0.572948 0.345488</w:t>
        <w:br/>
        <w:t>vt 0.584947 0.352423</w:t>
        <w:br/>
        <w:t>vt 0.574662 0.354605</w:t>
        <w:br/>
        <w:t>vt 0.584947 0.342683</w:t>
        <w:br/>
        <w:t>vt 0.596168 0.344787</w:t>
        <w:br/>
        <w:t>vt 0.584947 0.342683</w:t>
        <w:br/>
        <w:t>vt 0.616583 0.361462</w:t>
        <w:br/>
        <w:t>vt 0.606376 0.357332</w:t>
        <w:br/>
        <w:t>vt 0.625466 0.365514</w:t>
        <w:br/>
        <w:t>vt 0.547545 0.347280</w:t>
        <w:br/>
        <w:t>vt 0.537727 0.353046</w:t>
        <w:br/>
        <w:t>vt 0.584947 0.334267</w:t>
        <w:br/>
        <w:t>vt 0.595545 0.353826</w:t>
        <w:br/>
        <w:t>vt 0.584947 0.352423</w:t>
        <w:br/>
        <w:t>vt 0.558143 0.334190</w:t>
        <w:br/>
        <w:t>vt 0.625232 0.345410</w:t>
        <w:br/>
        <w:t>vt 0.553078 0.328268</w:t>
        <w:br/>
        <w:t>vt 0.552377 0.335982</w:t>
        <w:br/>
        <w:t>vt 0.548325 0.344085</w:t>
        <w:br/>
        <w:t>vt 0.543571 0.348059</w:t>
        <w:br/>
        <w:t>vt 0.543571 0.348059</w:t>
        <w:br/>
        <w:t>vt 0.621660 0.299437</w:t>
        <w:br/>
        <w:t>vt 0.544818 0.311203</w:t>
        <w:br/>
        <w:t>vt 0.614557 0.289930</w:t>
        <w:br/>
        <w:t>vt 0.604194 0.365436</w:t>
        <w:br/>
        <w:t>vt 0.613466 0.369020</w:t>
        <w:br/>
        <w:t>vt 0.621882 0.372293</w:t>
        <w:br/>
        <w:t>vt 0.566402 0.366293</w:t>
        <w:br/>
        <w:t>vt 0.584947 0.361150</w:t>
        <w:br/>
        <w:t>vt 0.576064 0.362709</w:t>
        <w:br/>
        <w:t>vt 0.594376 0.362163</w:t>
        <w:br/>
        <w:t>vt 0.584947 0.361150</w:t>
        <w:br/>
        <w:t>vt 0.552221 0.378293</w:t>
        <w:br/>
        <w:t>vt 0.559000 0.376189</w:t>
        <w:br/>
        <w:t>vt 0.568117 0.372682</w:t>
        <w:br/>
        <w:t>vt 0.577155 0.369566</w:t>
        <w:br/>
        <w:t>vt 0.584947 0.368241</w:t>
        <w:br/>
        <w:t>vt 0.593129 0.368864</w:t>
        <w:br/>
        <w:t>vt 0.584947 0.368241</w:t>
        <w:br/>
        <w:t>vt 0.602635 0.371592</w:t>
        <w:br/>
        <w:t>vt 0.611518 0.374786</w:t>
        <w:br/>
        <w:t>vt 0.619155 0.377436</w:t>
        <w:br/>
        <w:t>vt 0.840950 0.422107</w:t>
        <w:br/>
        <w:t>vt 0.824936 0.415164</w:t>
        <w:br/>
        <w:t>vt 0.829975 0.409565</w:t>
        <w:br/>
        <w:t>vt 0.859765 0.422107</w:t>
        <w:br/>
        <w:t>vt 0.850693 0.415164</w:t>
        <w:br/>
        <w:t>vt 0.856517 0.409677</w:t>
        <w:br/>
        <w:t>vt 0.875555 0.422107</w:t>
        <w:br/>
        <w:t>vt 0.875779 0.417516</w:t>
        <w:br/>
        <w:t>vt 0.846102 0.410125</w:t>
        <w:br/>
        <w:t>vt 0.819000 0.422107</w:t>
        <w:br/>
        <w:t>vt 0.818888 0.408781</w:t>
        <w:br/>
        <w:t>vt 0.837703 0.407101</w:t>
        <w:br/>
        <w:t>vt 0.864804 0.408109</w:t>
        <w:br/>
        <w:t>vt 0.777452 0.418076</w:t>
        <w:br/>
        <w:t>vt 0.780252 0.410125</w:t>
        <w:br/>
        <w:t>vt 0.794811 0.408557</w:t>
        <w:br/>
        <w:t>vt 0.800186 0.415164</w:t>
        <w:br/>
        <w:t>vt 0.872755 0.412028</w:t>
        <w:br/>
        <w:t>vt 0.778012 0.422107</w:t>
        <w:br/>
        <w:t>vt 0.787308 0.406317</w:t>
        <w:br/>
        <w:t>vt 0.811609 0.406989</w:t>
        <w:br/>
        <w:t>vt 0.805562 0.408781</w:t>
        <w:br/>
        <w:t>vt 0.798730 0.422107</w:t>
        <w:br/>
        <w:t>vt 0.803666 0.440008</w:t>
        <w:br/>
        <w:t>vt 0.804978 0.447222</w:t>
        <w:br/>
        <w:t>vt 0.779097 0.447222</w:t>
        <w:br/>
        <w:t>vt 0.780498 0.440008</w:t>
        <w:br/>
        <w:t>vt 0.784649 0.433910</w:t>
        <w:br/>
        <w:t>vt 0.798944 0.433910</w:t>
        <w:br/>
        <w:t>vt 0.826355 0.440008</w:t>
        <w:br/>
        <w:t>vt 0.807601 0.433516</w:t>
        <w:br/>
        <w:t>vt 0.823339 0.433516</w:t>
        <w:br/>
        <w:t>vt 0.827929 0.447222</w:t>
        <w:br/>
        <w:t>vt 0.849569 0.440008</w:t>
        <w:br/>
        <w:t>vt 0.851930 0.447222</w:t>
        <w:br/>
        <w:t>vt 0.791338 0.430631</w:t>
        <w:br/>
        <w:t>vt 0.875013 0.440008</w:t>
        <w:br/>
        <w:t>vt 0.876718 0.447222</w:t>
        <w:br/>
        <w:t>vt 0.815076 0.430631</w:t>
        <w:br/>
        <w:t>vt 0.830290 0.432598</w:t>
        <w:br/>
        <w:t>vt 0.845766 0.432598</w:t>
        <w:br/>
        <w:t>vt 0.837372 0.430631</w:t>
        <w:br/>
        <w:t>vt 0.854684 0.432598</w:t>
        <w:br/>
        <w:t>vt 0.870029 0.432598</w:t>
        <w:br/>
        <w:t>vt 0.862291 0.430631</w:t>
        <w:br/>
        <w:t>vt 0.803666 0.440008</w:t>
        <w:br/>
        <w:t>vt 0.780498 0.440008</w:t>
        <w:br/>
        <w:t>vt 0.779097 0.447222</w:t>
        <w:br/>
        <w:t>vt 0.804977 0.447222</w:t>
        <w:br/>
        <w:t>vt 0.784649 0.433910</w:t>
        <w:br/>
        <w:t>vt 0.798944 0.433910</w:t>
        <w:br/>
        <w:t>vt 0.807601 0.433516</w:t>
        <w:br/>
        <w:t>vt 0.826355 0.440008</w:t>
        <w:br/>
        <w:t>vt 0.823339 0.433516</w:t>
        <w:br/>
        <w:t>vt 0.849569 0.440008</w:t>
        <w:br/>
        <w:t>vt 0.827929 0.447222</w:t>
        <w:br/>
        <w:t>vt 0.851930 0.447222</w:t>
        <w:br/>
        <w:t>vt 0.791338 0.430631</w:t>
        <w:br/>
        <w:t>vt 0.876718 0.447222</w:t>
        <w:br/>
        <w:t>vt 0.875013 0.440008</w:t>
        <w:br/>
        <w:t>vt 0.815076 0.430631</w:t>
        <w:br/>
        <w:t>vt 0.845766 0.432598</w:t>
        <w:br/>
        <w:t>vt 0.830290 0.432598</w:t>
        <w:br/>
        <w:t>vt 0.837372 0.430631</w:t>
        <w:br/>
        <w:t>vt 0.870029 0.432598</w:t>
        <w:br/>
        <w:t>vt 0.854684 0.432598</w:t>
        <w:br/>
        <w:t>vt 0.862291 0.430631</w:t>
        <w:br/>
        <w:t>vt 0.840950 0.422107</w:t>
        <w:br/>
        <w:t>vt 0.829975 0.409565</w:t>
        <w:br/>
        <w:t>vt 0.824936 0.415164</w:t>
        <w:br/>
        <w:t>vt 0.859765 0.422107</w:t>
        <w:br/>
        <w:t>vt 0.856517 0.409677</w:t>
        <w:br/>
        <w:t>vt 0.850693 0.415164</w:t>
        <w:br/>
        <w:t>vt 0.875555 0.422107</w:t>
        <w:br/>
        <w:t>vt 0.875779 0.417516</w:t>
        <w:br/>
        <w:t>vt 0.846102 0.410125</w:t>
        <w:br/>
        <w:t>vt 0.818889 0.408781</w:t>
        <w:br/>
        <w:t>vt 0.819000 0.422107</w:t>
        <w:br/>
        <w:t>vt 0.837703 0.407101</w:t>
        <w:br/>
        <w:t>vt 0.864804 0.408109</w:t>
        <w:br/>
        <w:t>vt 0.777452 0.418076</w:t>
        <w:br/>
        <w:t>vt 0.800186 0.415164</w:t>
        <w:br/>
        <w:t>vt 0.794811 0.408557</w:t>
        <w:br/>
        <w:t>vt 0.780252 0.410125</w:t>
        <w:br/>
        <w:t>vt 0.872755 0.412028</w:t>
        <w:br/>
        <w:t>vt 0.778013 0.422107</w:t>
        <w:br/>
        <w:t>vt 0.787308 0.406317</w:t>
        <w:br/>
        <w:t>vt 0.811609 0.406989</w:t>
        <w:br/>
        <w:t>vt 0.805562 0.408781</w:t>
        <w:br/>
        <w:t>vt 0.798730 0.422107</w:t>
        <w:br/>
        <w:t>vt 0.626401 0.311904</w:t>
        <w:br/>
        <w:t>vt 0.619310 0.312216</w:t>
        <w:br/>
        <w:t>vt 0.620713 0.318761</w:t>
        <w:br/>
        <w:t>vt 0.611908 0.335047</w:t>
        <w:br/>
        <w:t>vt 0.619310 0.339488</w:t>
        <w:br/>
        <w:t>vt 0.615726 0.333488</w:t>
        <w:br/>
        <w:t>vt 0.616506 0.325774</w:t>
        <w:br/>
        <w:t>vt 0.609025 0.320475</w:t>
        <w:br/>
        <w:t>vt 0.596402 0.287125</w:t>
        <w:br/>
        <w:t>vt 0.600843 0.283463</w:t>
        <w:br/>
        <w:t>vt 0.592817 0.280892</w:t>
        <w:br/>
        <w:t>vt 0.584947 0.287827</w:t>
        <w:br/>
        <w:t>vt 0.584947 0.280814</w:t>
        <w:br/>
        <w:t>vt 0.576922 0.280970</w:t>
        <w:br/>
        <w:t>vt 0.557052 0.308865</w:t>
        <w:br/>
        <w:t>vt 0.571467 0.301619</w:t>
        <w:br/>
        <w:t>vt 0.557519 0.295930</w:t>
        <w:br/>
        <w:t>vt 0.561337 0.286112</w:t>
        <w:br/>
        <w:t>vt 0.570376 0.287671</w:t>
        <w:br/>
        <w:t>vt 0.568896 0.283151</w:t>
        <w:br/>
        <w:t>vt 0.619077 0.303878</w:t>
        <w:br/>
        <w:t>vt 0.620713 0.295229</w:t>
        <w:br/>
        <w:t>vt 0.608012 0.300761</w:t>
        <w:br/>
        <w:t>vt 0.549338 0.373228</w:t>
        <w:br/>
        <w:t>vt 0.557052 0.370267</w:t>
        <w:br/>
        <w:t>vt 0.554091 0.362942</w:t>
        <w:br/>
        <w:t>vt 0.545597 0.366760</w:t>
        <w:br/>
        <w:t>vt 0.549182 0.300683</w:t>
        <w:br/>
        <w:t>vt 0.549182 0.296710</w:t>
        <w:br/>
        <w:t>vt 0.596635 0.318294</w:t>
        <w:br/>
        <w:t>vt 0.584947 0.317982</w:t>
        <w:br/>
        <w:t>vt 0.584947 0.334267</w:t>
        <w:br/>
        <w:t>vt 0.596713 0.336761</w:t>
        <w:br/>
        <w:t>vt 0.608246 0.285879</w:t>
        <w:br/>
        <w:t>vt 0.623350 0.306060</w:t>
        <w:br/>
        <w:t>vt 0.550974 0.318839</w:t>
        <w:br/>
        <w:t>vt 0.556896 0.321177</w:t>
        <w:br/>
        <w:t>vt 0.571935 0.318683</w:t>
        <w:br/>
        <w:t>vt 0.584947 0.301463</w:t>
        <w:br/>
        <w:t>vt 0.584947 0.317982</w:t>
        <w:br/>
        <w:t>vt 0.596558 0.301385</w:t>
        <w:br/>
        <w:t>vt 0.554403 0.291255</w:t>
        <w:br/>
        <w:t>vt 0.610272 0.340891</w:t>
        <w:br/>
        <w:t>vt 0.608479 0.348917</w:t>
        <w:br/>
        <w:t>vt 0.620012 0.353904</w:t>
        <w:br/>
        <w:t>vt 0.623752 0.346267</w:t>
        <w:br/>
        <w:t>vt 0.629128 0.358657</w:t>
        <w:br/>
        <w:t>vt 0.633024 0.351332</w:t>
        <w:br/>
        <w:t>vt 0.550896 0.355072</w:t>
        <w:br/>
        <w:t>vt 0.541779 0.360137</w:t>
        <w:br/>
        <w:t>vt 0.564221 0.358579</w:t>
        <w:br/>
        <w:t>vt 0.561805 0.350007</w:t>
        <w:br/>
        <w:t>vt 0.559701 0.342059</w:t>
        <w:br/>
        <w:t>vt 0.572948 0.345488</w:t>
        <w:br/>
        <w:t>vt 0.572168 0.337384</w:t>
        <w:br/>
        <w:t>vt 0.584947 0.352423</w:t>
        <w:br/>
        <w:t>vt 0.584947 0.342683</w:t>
        <w:br/>
        <w:t>vt 0.574662 0.354605</w:t>
        <w:br/>
        <w:t>vt 0.584947 0.342683</w:t>
        <w:br/>
        <w:t>vt 0.596168 0.344787</w:t>
        <w:br/>
        <w:t>vt 0.606376 0.357332</w:t>
        <w:br/>
        <w:t>vt 0.616583 0.361462</w:t>
        <w:br/>
        <w:t>vt 0.625466 0.365514</w:t>
        <w:br/>
        <w:t>vt 0.547545 0.347280</w:t>
        <w:br/>
        <w:t>vt 0.537727 0.353046</w:t>
        <w:br/>
        <w:t>vt 0.584947 0.334267</w:t>
        <w:br/>
        <w:t>vt 0.584947 0.352423</w:t>
        <w:br/>
        <w:t>vt 0.595544 0.353826</w:t>
        <w:br/>
        <w:t>vt 0.558143 0.334190</w:t>
        <w:br/>
        <w:t>vt 0.625233 0.345410</w:t>
        <w:br/>
        <w:t>vt 0.553078 0.328268</w:t>
        <w:br/>
        <w:t>vt 0.552377 0.335982</w:t>
        <w:br/>
        <w:t>vt 0.548325 0.344085</w:t>
        <w:br/>
        <w:t>vt 0.543571 0.348059</w:t>
        <w:br/>
        <w:t>vt 0.543571 0.348059</w:t>
        <w:br/>
        <w:t>vt 0.621660 0.299437</w:t>
        <w:br/>
        <w:t>vt 0.544818 0.311203</w:t>
        <w:br/>
        <w:t>vt 0.614557 0.289930</w:t>
        <w:br/>
        <w:t>vt 0.604194 0.365436</w:t>
        <w:br/>
        <w:t>vt 0.613467 0.369020</w:t>
        <w:br/>
        <w:t>vt 0.621882 0.372293</w:t>
        <w:br/>
        <w:t>vt 0.566402 0.366293</w:t>
        <w:br/>
        <w:t>vt 0.584947 0.361150</w:t>
        <w:br/>
        <w:t>vt 0.576064 0.362709</w:t>
        <w:br/>
        <w:t>vt 0.594376 0.362163</w:t>
        <w:br/>
        <w:t>vt 0.584947 0.361150</w:t>
        <w:br/>
        <w:t>vt 0.552221 0.378293</w:t>
        <w:br/>
        <w:t>vt 0.559000 0.376189</w:t>
        <w:br/>
        <w:t>vt 0.568116 0.372682</w:t>
        <w:br/>
        <w:t>vt 0.577155 0.369566</w:t>
        <w:br/>
        <w:t>vt 0.584947 0.368241</w:t>
        <w:br/>
        <w:t>vt 0.584947 0.368241</w:t>
        <w:br/>
        <w:t>vt 0.593129 0.368864</w:t>
        <w:br/>
        <w:t>vt 0.602636 0.371592</w:t>
        <w:br/>
        <w:t>vt 0.611518 0.374786</w:t>
        <w:br/>
        <w:t>vt 0.619155 0.377436</w:t>
        <w:br/>
        <w:t>vt 0.668800 0.977234</w:t>
        <w:br/>
        <w:t>vt 0.657400 0.976516</w:t>
        <w:br/>
        <w:t>vt 0.657400 0.983150</w:t>
        <w:br/>
        <w:t>vt 0.668900 0.983150</w:t>
        <w:br/>
        <w:t>vt 0.675300 0.983150</w:t>
        <w:br/>
        <w:t>vt 0.675200 0.977193</w:t>
        <w:br/>
        <w:t>vt 0.674800 0.964597</w:t>
        <w:br/>
        <w:t>vt 0.674700 0.944798</w:t>
        <w:br/>
        <w:t>vt 0.668300 0.944798</w:t>
        <w:br/>
        <w:t>vt 0.668300 0.965049</w:t>
        <w:br/>
        <w:t>vt 0.657400 0.964814</w:t>
        <w:br/>
        <w:t>vt 0.657400 0.944798</w:t>
        <w:br/>
        <w:t>vt 0.646300 0.963469</w:t>
        <w:br/>
        <w:t>vt 0.646300 0.944798</w:t>
        <w:br/>
        <w:t>vt 0.671400 0.914842</w:t>
        <w:br/>
        <w:t>vt 0.657400 0.914842</w:t>
        <w:br/>
        <w:t>vt 0.657400 0.928374</w:t>
        <w:br/>
        <w:t>vt 0.669500 0.928374</w:t>
        <w:br/>
        <w:t>vt 0.669400 0.990700</w:t>
        <w:br/>
        <w:t>vt 0.674700 0.990700</w:t>
        <w:br/>
        <w:t>vt 0.657400 0.990700</w:t>
        <w:br/>
        <w:t>vt 0.645400 0.983150</w:t>
        <w:br/>
        <w:t>vt 0.644800 0.990700</w:t>
        <w:br/>
        <w:t>vt 0.657400 0.970838</w:t>
        <w:br/>
        <w:t>vt 0.668600 0.971217</w:t>
        <w:br/>
        <w:t>vt 0.675000 0.970813</w:t>
        <w:br/>
        <w:t>vt 0.646000 0.969378</w:t>
        <w:br/>
        <w:t>vt 0.645800 0.975057</w:t>
        <w:br/>
        <w:t>vt 0.639600 0.962311</w:t>
        <w:br/>
        <w:t>vt 0.639000 0.944798</w:t>
        <w:br/>
        <w:t>vt 0.639200 0.968176</w:t>
        <w:br/>
        <w:t>vt 0.638900 0.973999</w:t>
        <w:br/>
        <w:t>vt 0.638000 0.983150</w:t>
        <w:br/>
        <w:t>vt 0.637800 0.990700</w:t>
        <w:br/>
        <w:t>vt 0.643600 0.914842</w:t>
        <w:br/>
        <w:t>vt 0.645000 0.928374</w:t>
        <w:br/>
        <w:t>vt 0.677500 0.928374</w:t>
        <w:br/>
        <w:t>vt 0.681300 0.914842</w:t>
        <w:br/>
        <w:t>vt 0.633500 0.914842</w:t>
        <w:br/>
        <w:t>vt 0.636500 0.928374</w:t>
        <w:br/>
        <w:t>vt 0.657400 0.983150</w:t>
        <w:br/>
        <w:t>vt 0.657400 0.976516</w:t>
        <w:br/>
        <w:t>vt 0.668800 0.977234</w:t>
        <w:br/>
        <w:t>vt 0.668900 0.983150</w:t>
        <w:br/>
        <w:t>vt 0.675200 0.977193</w:t>
        <w:br/>
        <w:t>vt 0.675300 0.983150</w:t>
        <w:br/>
        <w:t>vt 0.668300 0.944798</w:t>
        <w:br/>
        <w:t>vt 0.674700 0.944798</w:t>
        <w:br/>
        <w:t>vt 0.674800 0.964597</w:t>
        <w:br/>
        <w:t>vt 0.668300 0.965049</w:t>
        <w:br/>
        <w:t>vt 0.657400 0.964814</w:t>
        <w:br/>
        <w:t>vt 0.657400 0.944798</w:t>
        <w:br/>
        <w:t>vt 0.646300 0.963469</w:t>
        <w:br/>
        <w:t>vt 0.646300 0.944798</w:t>
        <w:br/>
        <w:t>vt 0.671400 0.914842</w:t>
        <w:br/>
        <w:t>vt 0.669500 0.928374</w:t>
        <w:br/>
        <w:t>vt 0.657400 0.928374</w:t>
        <w:br/>
        <w:t>vt 0.657400 0.914842</w:t>
        <w:br/>
        <w:t>vt 0.674700 0.990700</w:t>
        <w:br/>
        <w:t>vt 0.669400 0.990700</w:t>
        <w:br/>
        <w:t>vt 0.657400 0.990700</w:t>
        <w:br/>
        <w:t>vt 0.644800 0.990700</w:t>
        <w:br/>
        <w:t>vt 0.645400 0.983150</w:t>
        <w:br/>
        <w:t>vt 0.657400 0.970838</w:t>
        <w:br/>
        <w:t>vt 0.668600 0.971217</w:t>
        <w:br/>
        <w:t>vt 0.675000 0.970813</w:t>
        <w:br/>
        <w:t>vt 0.646000 0.969378</w:t>
        <w:br/>
        <w:t>vt 0.645800 0.975057</w:t>
        <w:br/>
        <w:t>vt 0.639600 0.962311</w:t>
        <w:br/>
        <w:t>vt 0.639000 0.944798</w:t>
        <w:br/>
        <w:t>vt 0.639200 0.968176</w:t>
        <w:br/>
        <w:t>vt 0.638900 0.973999</w:t>
        <w:br/>
        <w:t>vt 0.638000 0.983150</w:t>
        <w:br/>
        <w:t>vt 0.637800 0.990700</w:t>
        <w:br/>
        <w:t>vt 0.672900 0.898927</w:t>
        <w:br/>
        <w:t>vt 0.657400 0.898927</w:t>
        <w:br/>
        <w:t>vt 0.683792 0.898927</w:t>
        <w:br/>
        <w:t>vt 0.681300 0.914842</w:t>
        <w:br/>
        <w:t>vt 0.643600 0.914842</w:t>
        <w:br/>
        <w:t>vt 0.642500 0.898927</w:t>
        <w:br/>
        <w:t>vt 0.633500 0.914842</w:t>
        <w:br/>
        <w:t>vt 0.630266 0.898927</w:t>
        <w:br/>
        <w:t>vt 0.645000 0.928374</w:t>
        <w:br/>
        <w:t>vt 0.677500 0.928374</w:t>
        <w:br/>
        <w:t>vt 0.636500 0.928374</w:t>
        <w:br/>
        <w:t>vt 0.670400 0.857120</w:t>
        <w:br/>
        <w:t>vt 0.666900 0.857120</w:t>
        <w:br/>
        <w:t>vt 0.671200 0.874140</w:t>
        <w:br/>
        <w:t>vt 0.681700 0.870802</w:t>
        <w:br/>
        <w:t>vt 0.682291 0.882870</w:t>
        <w:br/>
        <w:t>vt 0.671900 0.884745</w:t>
        <w:br/>
        <w:t>vt 0.672900 0.898927</w:t>
        <w:br/>
        <w:t>vt 0.683792 0.898927</w:t>
        <w:br/>
        <w:t>vt 0.671500 0.882740</w:t>
        <w:br/>
        <w:t>vt 0.657400 0.878922</w:t>
        <w:br/>
        <w:t>vt 0.657400 0.882776</w:t>
        <w:br/>
        <w:t>vt 0.643700 0.881900</w:t>
        <w:br/>
        <w:t>vt 0.647400 0.857120</w:t>
        <w:br/>
        <w:t>vt 0.644300 0.873576</w:t>
        <w:br/>
        <w:t>vt 0.657400 0.871765</w:t>
        <w:br/>
        <w:t>vt 0.666900 0.846300</w:t>
        <w:br/>
        <w:t>vt 0.670400 0.846300</w:t>
        <w:br/>
        <w:t>vt 0.657400 0.885368</w:t>
        <w:br/>
        <w:t>vt 0.657400 0.898927</w:t>
        <w:br/>
        <w:t>vt 0.642500 0.898927</w:t>
        <w:br/>
        <w:t>vt 0.657700 0.846300</w:t>
        <w:br/>
        <w:t>vt 0.657400 0.857120</w:t>
        <w:br/>
        <w:t>vt 0.643300 0.883764</w:t>
        <w:br/>
        <w:t>vt 0.647600 0.846300</w:t>
        <w:br/>
        <w:t>vt 0.642300 0.857120</w:t>
        <w:br/>
        <w:t>vt 0.642300 0.846300</w:t>
        <w:br/>
        <w:t>vt 0.634500 0.870323</w:t>
        <w:br/>
        <w:t>vt 0.633193 0.881404</w:t>
        <w:br/>
        <w:t>vt 0.630266 0.898927</w:t>
        <w:br/>
        <w:t>vt 0.670400 0.857120</w:t>
        <w:br/>
        <w:t>vt 0.681700 0.870802</w:t>
        <w:br/>
        <w:t>vt 0.671200 0.874140</w:t>
        <w:br/>
        <w:t>vt 0.666900 0.857120</w:t>
        <w:br/>
        <w:t>vt 0.671900 0.884745</w:t>
        <w:br/>
        <w:t>vt 0.682291 0.882870</w:t>
        <w:br/>
        <w:t>vt 0.671500 0.882740</w:t>
        <w:br/>
        <w:t>vt 0.657400 0.878922</w:t>
        <w:br/>
        <w:t>vt 0.657400 0.882776</w:t>
        <w:br/>
        <w:t>vt 0.643700 0.881900</w:t>
        <w:br/>
        <w:t>vt 0.647400 0.857120</w:t>
        <w:br/>
        <w:t>vt 0.657400 0.871765</w:t>
        <w:br/>
        <w:t>vt 0.644300 0.873576</w:t>
        <w:br/>
        <w:t>vt 0.666900 0.846300</w:t>
        <w:br/>
        <w:t>vt 0.670400 0.846300</w:t>
        <w:br/>
        <w:t>vt 0.657400 0.885368</w:t>
        <w:br/>
        <w:t>vt 0.657700 0.846300</w:t>
        <w:br/>
        <w:t>vt 0.657400 0.857120</w:t>
        <w:br/>
        <w:t>vt 0.643300 0.883764</w:t>
        <w:br/>
        <w:t>vt 0.647600 0.846300</w:t>
        <w:br/>
        <w:t>vt 0.642300 0.857120</w:t>
        <w:br/>
        <w:t>vt 0.642300 0.846300</w:t>
        <w:br/>
        <w:t>vt 0.634500 0.870323</w:t>
        <w:br/>
        <w:t>vt 0.633193 0.881404</w:t>
        <w:br/>
        <w:t>vt 0.956911 0.426337</w:t>
        <w:br/>
        <w:t>vt 0.956911 0.417579</w:t>
        <w:br/>
        <w:t>vt 0.950129 0.417579</w:t>
        <w:br/>
        <w:t>vt 0.950585 0.426337</w:t>
        <w:br/>
        <w:t>vt 0.942748 0.417579</w:t>
        <w:br/>
        <w:t>vt 0.944171 0.426337</w:t>
        <w:br/>
        <w:t>vt 0.935104 0.417579</w:t>
        <w:br/>
        <w:t>vt 0.937636 0.426337</w:t>
        <w:br/>
        <w:t>vt 0.927505 0.417579</w:t>
        <w:br/>
        <w:t>vt 0.930938 0.426337</w:t>
        <w:br/>
        <w:t>vt 0.982254 0.426337</w:t>
        <w:br/>
        <w:t>vt 0.985893 0.417579</w:t>
        <w:br/>
        <w:t>vt 0.978256 0.417579</w:t>
        <w:br/>
        <w:t>vt 0.975860 0.426337</w:t>
        <w:br/>
        <w:t>vt 0.970745 0.417579</w:t>
        <w:br/>
        <w:t>vt 0.969503 0.426337</w:t>
        <w:br/>
        <w:t>vt 0.963532 0.417579</w:t>
        <w:br/>
        <w:t>vt 0.963213 0.426337</w:t>
        <w:br/>
        <w:t>vt 0.951520 0.436381</w:t>
        <w:br/>
        <w:t>vt 0.956911 0.436381</w:t>
        <w:br/>
        <w:t>vt 0.946339 0.436381</w:t>
        <w:br/>
        <w:t>vt 0.941552 0.436381</w:t>
        <w:br/>
        <w:t>vt 0.937456 0.436381</w:t>
        <w:br/>
        <w:t>vt 0.972216 0.436381</w:t>
        <w:br/>
        <w:t>vt 0.976303 0.436381</w:t>
        <w:br/>
        <w:t>vt 0.967443 0.436381</w:t>
        <w:br/>
        <w:t>vt 0.962273 0.436381</w:t>
        <w:br/>
        <w:t>vt 0.937933 0.448109</w:t>
        <w:br/>
        <w:t>vt 0.931644 0.448109</w:t>
        <w:br/>
        <w:t>vt 0.929061 0.454622</w:t>
        <w:br/>
        <w:t>vt 0.936402 0.454622</w:t>
        <w:br/>
        <w:t>vt 0.943446 0.454622</w:t>
        <w:br/>
        <w:t>vt 0.944268 0.448109</w:t>
        <w:br/>
        <w:t>vt 0.950586 0.448109</w:t>
        <w:br/>
        <w:t>vt 0.950281 0.454622</w:t>
        <w:br/>
        <w:t>vt 0.956911 0.448109</w:t>
        <w:br/>
        <w:t>vt 0.956911 0.454622</w:t>
        <w:br/>
        <w:t>vt 0.963803 0.454622</w:t>
        <w:br/>
        <w:t>vt 0.963340 0.448109</w:t>
        <w:br/>
        <w:t>vt 0.970778 0.454622</w:t>
        <w:br/>
        <w:t>vt 0.969808 0.448109</w:t>
        <w:br/>
        <w:t>vt 0.977950 0.454622</w:t>
        <w:br/>
        <w:t>vt 0.976321 0.448109</w:t>
        <w:br/>
        <w:t>vt 0.985486 0.454622</w:t>
        <w:br/>
        <w:t>vt 0.982839 0.448109</w:t>
        <w:br/>
        <w:t>vt 0.956911 0.426319</w:t>
        <w:br/>
        <w:t>vt 0.950585 0.426319</w:t>
        <w:br/>
        <w:t>vt 0.950129 0.417562</w:t>
        <w:br/>
        <w:t>vt 0.956911 0.417562</w:t>
        <w:br/>
        <w:t>vt 0.944171 0.426319</w:t>
        <w:br/>
        <w:t>vt 0.942748 0.417562</w:t>
        <w:br/>
        <w:t>vt 0.937636 0.426319</w:t>
        <w:br/>
        <w:t>vt 0.935104 0.417562</w:t>
        <w:br/>
        <w:t>vt 0.930938 0.426319</w:t>
        <w:br/>
        <w:t>vt 0.927505 0.417562</w:t>
        <w:br/>
        <w:t>vt 0.982254 0.426319</w:t>
        <w:br/>
        <w:t>vt 0.975860 0.426319</w:t>
        <w:br/>
        <w:t>vt 0.978256 0.417562</w:t>
        <w:br/>
        <w:t>vt 0.985893 0.417562</w:t>
        <w:br/>
        <w:t>vt 0.969503 0.426319</w:t>
        <w:br/>
        <w:t>vt 0.970745 0.417562</w:t>
        <w:br/>
        <w:t>vt 0.963213 0.426319</w:t>
        <w:br/>
        <w:t>vt 0.963532 0.417562</w:t>
        <w:br/>
        <w:t>vt 0.951520 0.436363</w:t>
        <w:br/>
        <w:t>vt 0.956911 0.436363</w:t>
        <w:br/>
        <w:t>vt 0.946339 0.436363</w:t>
        <w:br/>
        <w:t>vt 0.941552 0.436363</w:t>
        <w:br/>
        <w:t>vt 0.937456 0.436363</w:t>
        <w:br/>
        <w:t>vt 0.972216 0.436363</w:t>
        <w:br/>
        <w:t>vt 0.976303 0.436363</w:t>
        <w:br/>
        <w:t>vt 0.967443 0.436363</w:t>
        <w:br/>
        <w:t>vt 0.962273 0.436363</w:t>
        <w:br/>
        <w:t>vt 0.929061 0.454604</w:t>
        <w:br/>
        <w:t>vt 0.931644 0.448091</w:t>
        <w:br/>
        <w:t>vt 0.937933 0.448091</w:t>
        <w:br/>
        <w:t>vt 0.936402 0.454604</w:t>
        <w:br/>
        <w:t>vt 0.943446 0.454604</w:t>
        <w:br/>
        <w:t>vt 0.944268 0.448091</w:t>
        <w:br/>
        <w:t>vt 0.950586 0.448091</w:t>
        <w:br/>
        <w:t>vt 0.950281 0.454604</w:t>
        <w:br/>
        <w:t>vt 0.956911 0.448091</w:t>
        <w:br/>
        <w:t>vt 0.956911 0.454604</w:t>
        <w:br/>
        <w:t>vt 0.963803 0.454604</w:t>
        <w:br/>
        <w:t>vt 0.963340 0.448091</w:t>
        <w:br/>
        <w:t>vt 0.970778 0.454604</w:t>
        <w:br/>
        <w:t>vt 0.969808 0.448091</w:t>
        <w:br/>
        <w:t>vt 0.977950 0.454604</w:t>
        <w:br/>
        <w:t>vt 0.976321 0.448091</w:t>
        <w:br/>
        <w:t>vt 0.985486 0.454604</w:t>
        <w:br/>
        <w:t>vt 0.982839 0.448091</w:t>
        <w:br/>
        <w:t>vt 0.185400 0.471100</w:t>
        <w:br/>
        <w:t>vt 0.185300 0.472900</w:t>
        <w:br/>
        <w:t>vt 0.195400 0.472900</w:t>
        <w:br/>
        <w:t>vt 0.201000 0.476400</w:t>
        <w:br/>
        <w:t>vt 0.199700 0.477400</w:t>
        <w:br/>
        <w:t>vt 0.202900 0.480700</w:t>
        <w:br/>
        <w:t>vt 0.204900 0.481700</w:t>
        <w:br/>
        <w:t>vt 0.175100 0.474900</w:t>
        <w:br/>
        <w:t>vt 0.175100 0.476500</w:t>
        <w:br/>
        <w:t>vt 0.185500 0.467900</w:t>
        <w:br/>
        <w:t>vt 0.197400 0.469400</w:t>
        <w:br/>
        <w:t>vt 0.185700 0.466500</w:t>
        <w:br/>
        <w:t>vt 0.204900 0.481700</w:t>
        <w:br/>
        <w:t>vt 0.215700 0.480700</w:t>
        <w:br/>
        <w:t>vt 0.205300 0.473000</w:t>
        <w:br/>
        <w:t>vt 0.201000 0.476400</w:t>
        <w:br/>
        <w:t>vt 0.165500 0.470500</w:t>
        <w:br/>
        <w:t>vt 0.195400 0.472900</w:t>
        <w:br/>
        <w:t>vt 0.175200 0.465500</w:t>
        <w:br/>
        <w:t>vt 0.175300 0.466900</w:t>
        <w:br/>
        <w:t>vt 0.156400 0.470800</w:t>
        <w:br/>
        <w:t>vt 0.148100 0.474200</w:t>
        <w:br/>
        <w:t>vt 0.144100 0.479800</w:t>
        <w:br/>
        <w:t>vt 0.141300 0.480600</w:t>
        <w:br/>
        <w:t>vt 0.148100 0.474200</w:t>
        <w:br/>
        <w:t>vt 0.156400 0.470800</w:t>
        <w:br/>
        <w:t>vt 0.154300 0.467800</w:t>
        <w:br/>
        <w:t>vt 0.143500 0.472100</w:t>
        <w:br/>
        <w:t>vt 0.165500 0.470500</w:t>
        <w:br/>
        <w:t>vt 0.165500 0.467400</w:t>
        <w:br/>
        <w:t>vt 0.165300 0.465900</w:t>
        <w:br/>
        <w:t>vt 0.043300 0.501100</w:t>
        <w:br/>
        <w:t>vt 0.030100 0.500700</w:t>
        <w:br/>
        <w:t>vt 0.029800 0.505800</w:t>
        <w:br/>
        <w:t>vt 0.041900 0.506600</w:t>
        <w:br/>
        <w:t>vt 0.087300 0.486200</w:t>
        <w:br/>
        <w:t>vt 0.078600 0.484900</w:t>
        <w:br/>
        <w:t>vt 0.080300 0.504200</w:t>
        <w:br/>
        <w:t>vt 0.107400 0.488100</w:t>
        <w:br/>
        <w:t>vt 0.113100 0.507700</w:t>
        <w:br/>
        <w:t>vt 0.116700 0.481800</w:t>
        <w:br/>
        <w:t>vt 0.162300 0.487100</w:t>
        <w:br/>
        <w:t>vt 0.172500 0.510200</w:t>
        <w:br/>
        <w:t>vt 0.172900 0.488500</w:t>
        <w:br/>
        <w:t>vt 0.193100 0.485400</w:t>
        <w:br/>
        <w:t>vt 0.198500 0.511500</w:t>
        <w:br/>
        <w:t>vt 0.220400 0.513500</w:t>
        <w:br/>
        <w:t>vt 0.241473 0.493482</w:t>
        <w:br/>
        <w:t>vt 0.235200 0.488000</w:t>
        <w:br/>
        <w:t>vt 0.251227 0.508255</w:t>
        <w:br/>
        <w:t>vt 0.247418 0.499418</w:t>
        <w:br/>
        <w:t>vt 0.246418 0.500018</w:t>
        <w:br/>
        <w:t>vt 0.290100 0.508400</w:t>
        <w:br/>
        <w:t>vt 0.289300 0.482099</w:t>
        <w:br/>
        <w:t>vt 0.275500 0.489470</w:t>
        <w:br/>
        <w:t>vt 0.304100 0.508400</w:t>
        <w:br/>
        <w:t>vt 0.288500 0.515100</w:t>
        <w:br/>
        <w:t>vt 0.066100 0.514200</w:t>
        <w:br/>
        <w:t>vt 0.057900 0.504600</w:t>
        <w:br/>
        <w:t>vt 0.052200 0.517100</w:t>
        <w:br/>
        <w:t>vt 0.038300 0.511300</w:t>
        <w:br/>
        <w:t>vt 0.029000 0.509800</w:t>
        <w:br/>
        <w:t>vt 0.285700 0.526000</w:t>
        <w:br/>
        <w:t>vt 0.296832 0.533444</w:t>
        <w:br/>
        <w:t>vt 0.304176 0.526328</w:t>
        <w:br/>
        <w:t>vt 0.273800 0.552950</w:t>
        <w:br/>
        <w:t>vt 0.296700 0.552950</w:t>
        <w:br/>
        <w:t>vt 0.296832 0.543600</w:t>
        <w:br/>
        <w:t>vt 0.274200 0.537400</w:t>
        <w:br/>
        <w:t>vt 0.058700 0.525900</w:t>
        <w:br/>
        <w:t>vt 0.052500 0.526100</w:t>
        <w:br/>
        <w:t>vt 0.052500 0.534500</w:t>
        <w:br/>
        <w:t>vt 0.060200 0.535700</w:t>
        <w:br/>
        <w:t>vt 0.057300 0.557600</w:t>
        <w:br/>
        <w:t>vt 0.052500 0.571700</w:t>
        <w:br/>
        <w:t>vt 0.067600 0.571900</w:t>
        <w:br/>
        <w:t>vt 0.068800 0.558800</w:t>
        <w:br/>
        <w:t>vt 0.113100 0.517400</w:t>
        <w:br/>
        <w:t>vt 0.097900 0.514900</w:t>
        <w:br/>
        <w:t>vt 0.097900 0.526300</w:t>
        <w:br/>
        <w:t>vt 0.112200 0.527700</w:t>
        <w:br/>
        <w:t>vt 0.271900 0.508600</w:t>
        <w:br/>
        <w:t>vt 0.271000 0.517100</w:t>
        <w:br/>
        <w:t>vt 0.111800 0.538400</w:t>
        <w:br/>
        <w:t>vt 0.097800 0.537800</w:t>
        <w:br/>
        <w:t>vt 0.097300 0.549800</w:t>
        <w:br/>
        <w:t>vt 0.111400 0.550400</w:t>
        <w:br/>
        <w:t>vt 0.150200 0.530300</w:t>
        <w:br/>
        <w:t>vt 0.125600 0.529500</w:t>
        <w:br/>
        <w:t>vt 0.125000 0.538700</w:t>
        <w:br/>
        <w:t>vt 0.255300 0.524400</w:t>
        <w:br/>
        <w:t>vt 0.256400 0.536900</w:t>
        <w:br/>
        <w:t>vt 0.270600 0.525900</w:t>
        <w:br/>
        <w:t>vt 0.239000 0.515300</w:t>
        <w:br/>
        <w:t>vt 0.220000 0.534100</w:t>
        <w:br/>
        <w:t>vt 0.238300 0.535400</w:t>
        <w:br/>
        <w:t>vt 0.127300 0.508800</w:t>
        <w:br/>
        <w:t>vt 0.125900 0.519000</w:t>
        <w:br/>
        <w:t>vt 0.150000 0.510400</w:t>
        <w:br/>
        <w:t>vt 0.285700 0.526000</w:t>
        <w:br/>
        <w:t>vt 0.304700 0.514600</w:t>
        <w:br/>
        <w:t>vt 0.182500 0.487900</w:t>
        <w:br/>
        <w:t>vt 0.172900 0.531600</w:t>
        <w:br/>
        <w:t>vt 0.198100 0.532500</w:t>
        <w:br/>
        <w:t>vt 0.172900 0.547700</w:t>
        <w:br/>
        <w:t>vt 0.198300 0.549000</w:t>
        <w:br/>
        <w:t>vt 0.141300 0.480600</w:t>
        <w:br/>
        <w:t>vt 0.133200 0.479600</w:t>
        <w:br/>
        <w:t>vt 0.083900 0.525500</w:t>
        <w:br/>
        <w:t>vt 0.082800 0.514100</w:t>
        <w:br/>
        <w:t>vt 0.097600 0.506100</w:t>
        <w:br/>
        <w:t>vt 0.070300 0.484700</w:t>
        <w:br/>
        <w:t>vt 0.059300 0.478400</w:t>
        <w:br/>
        <w:t>vt 0.319658 0.518623</w:t>
        <w:br/>
        <w:t>vt 0.319700 0.514300</w:t>
        <w:br/>
        <w:t>vt 0.304700 0.514600</w:t>
        <w:br/>
        <w:t>vt 0.310924 0.521390</w:t>
        <w:br/>
        <w:t>vt 0.319700 0.514300</w:t>
        <w:br/>
        <w:t>vt 0.319700 0.509000</w:t>
        <w:br/>
        <w:t>vt 0.226900 0.482800</w:t>
        <w:br/>
        <w:t>vt 0.254045 0.516600</w:t>
        <w:br/>
        <w:t>vt 0.251227 0.508255</w:t>
        <w:br/>
        <w:t>vt 0.246418 0.500018</w:t>
        <w:br/>
        <w:t>vt 0.260900 0.489470</w:t>
        <w:br/>
        <w:t>vt 0.252700 0.492170</w:t>
        <w:br/>
        <w:t>vt 0.240300 0.560700</w:t>
        <w:br/>
        <w:t>vt 0.240700 0.575900</w:t>
        <w:br/>
        <w:t>vt 0.256100 0.570000</w:t>
        <w:br/>
        <w:t>vt 0.241473 0.493482</w:t>
        <w:br/>
        <w:t>vt 0.241973 0.492682</w:t>
        <w:br/>
        <w:t>vt 0.045000 0.474300</w:t>
        <w:br/>
        <w:t>vt 0.030700 0.472300</w:t>
        <w:br/>
        <w:t>vt 0.030800 0.473500</w:t>
        <w:br/>
        <w:t>vt 0.070000 0.525300</w:t>
        <w:br/>
        <w:t>vt 0.094500 0.489000</w:t>
        <w:br/>
        <w:t>vt 0.101800 0.495000</w:t>
        <w:br/>
        <w:t>vt 0.101600 0.493300</w:t>
        <w:br/>
        <w:t>vt 0.152000 0.484300</w:t>
        <w:br/>
        <w:t>vt 0.152500 0.482200</w:t>
        <w:br/>
        <w:t>vt 0.144100 0.479800</w:t>
        <w:br/>
        <w:t>vt 0.141300 0.480600</w:t>
        <w:br/>
        <w:t>vt 0.172900 0.488500</w:t>
        <w:br/>
        <w:t>vt 0.173000 0.485900</w:t>
        <w:br/>
        <w:t>vt 0.162700 0.485000</w:t>
        <w:br/>
        <w:t>vt 0.162300 0.487100</w:t>
        <w:br/>
        <w:t>vt 0.193100 0.485400</w:t>
        <w:br/>
        <w:t>vt 0.182400 0.485700</w:t>
        <w:br/>
        <w:t>vt 0.182500 0.487900</w:t>
        <w:br/>
        <w:t>vt 0.128800 0.479200</w:t>
        <w:br/>
        <w:t>vt 0.149300 0.547200</w:t>
        <w:br/>
        <w:t>vt 0.152000 0.484300</w:t>
        <w:br/>
        <w:t>vt 0.084200 0.575300</w:t>
        <w:br/>
        <w:t>vt 0.083600 0.560700</w:t>
        <w:br/>
        <w:t>vt 0.096100 0.561800</w:t>
        <w:br/>
        <w:t>vt 0.221000 0.570800</w:t>
        <w:br/>
        <w:t>vt 0.219800 0.583600</w:t>
        <w:br/>
        <w:t>vt 0.197300 0.579900</w:t>
        <w:br/>
        <w:t>vt 0.196700 0.583600</w:t>
        <w:br/>
        <w:t>vt 0.197800 0.565400</w:t>
        <w:br/>
        <w:t>vt 0.171900 0.566800</w:t>
        <w:br/>
        <w:t>vt 0.170700 0.583600</w:t>
        <w:br/>
        <w:t>vt 0.148600 0.565900</w:t>
        <w:br/>
        <w:t>vt 0.147900 0.583600</w:t>
        <w:br/>
        <w:t>vt 0.124100 0.551300</w:t>
        <w:br/>
        <w:t>vt 0.125100 0.564400</w:t>
        <w:br/>
        <w:t>vt 0.125200 0.583600</w:t>
        <w:br/>
        <w:t>vt 0.101800 0.583600</w:t>
        <w:br/>
        <w:t>vt 0.113000 0.563600</w:t>
        <w:br/>
        <w:t>vt 0.059600 0.546400</w:t>
        <w:br/>
        <w:t>vt 0.052500 0.545600</w:t>
        <w:br/>
        <w:t>vt 0.052500 0.557600</w:t>
        <w:br/>
        <w:t>vt 0.016900 0.507400</w:t>
        <w:br/>
        <w:t>vt 0.016900 0.510400</w:t>
        <w:br/>
        <w:t>vt 0.016900 0.502700</w:t>
        <w:br/>
        <w:t>vt 0.016900 0.507400</w:t>
        <w:br/>
        <w:t>vt 0.016900 0.472000</w:t>
        <w:br/>
        <w:t>vt 0.016900 0.473300</w:t>
        <w:br/>
        <w:t>vt 0.248700 0.495557</w:t>
        <w:br/>
        <w:t>vt 0.083900 0.548900</w:t>
        <w:br/>
        <w:t>vt 0.070800 0.547700</w:t>
        <w:br/>
        <w:t>vt 0.071300 0.536500</w:t>
        <w:br/>
        <w:t>vt 0.084300 0.537100</w:t>
        <w:br/>
        <w:t>vt 0.273500 0.570000</w:t>
        <w:br/>
        <w:t>vt 0.296700 0.570000</w:t>
        <w:br/>
        <w:t>vt 0.238400 0.550000</w:t>
        <w:br/>
        <w:t>vt 0.255900 0.551200</w:t>
        <w:br/>
        <w:t>vt 0.319700 0.497300</w:t>
        <w:br/>
        <w:t>vt 0.016900 0.491300</w:t>
        <w:br/>
        <w:t>vt 0.319700 0.477955</w:t>
        <w:br/>
        <w:t>vt 0.304500 0.479355</w:t>
        <w:br/>
        <w:t>vt 0.221100 0.559200</w:t>
        <w:br/>
        <w:t>vt 0.220700 0.550000</w:t>
        <w:br/>
        <w:t>vt 0.084300 0.583600</w:t>
        <w:br/>
        <w:t>vt 0.067100 0.583600</w:t>
        <w:br/>
        <w:t>vt 0.052500 0.583600</w:t>
        <w:br/>
        <w:t>vt 0.046200 0.519500</w:t>
        <w:br/>
        <w:t>vt 0.235200 0.488000</w:t>
        <w:br/>
        <w:t>vt 0.235500 0.487400</w:t>
        <w:br/>
        <w:t>vt 0.185300 0.472900</w:t>
        <w:br/>
        <w:t>vt 0.185400 0.471100</w:t>
        <w:br/>
        <w:t>vt 0.195400 0.472900</w:t>
        <w:br/>
        <w:t>vt 0.202900 0.480700</w:t>
        <w:br/>
        <w:t>vt 0.199700 0.477400</w:t>
        <w:br/>
        <w:t>vt 0.201000 0.476400</w:t>
        <w:br/>
        <w:t>vt 0.204900 0.481700</w:t>
        <w:br/>
        <w:t>vt 0.175100 0.476500</w:t>
        <w:br/>
        <w:t>vt 0.175100 0.474900</w:t>
        <w:br/>
        <w:t>vt 0.185500 0.467900</w:t>
        <w:br/>
        <w:t>vt 0.185700 0.466500</w:t>
        <w:br/>
        <w:t>vt 0.197400 0.469400</w:t>
        <w:br/>
        <w:t>vt 0.204900 0.481700</w:t>
        <w:br/>
        <w:t>vt 0.201000 0.476400</w:t>
        <w:br/>
        <w:t>vt 0.205300 0.473000</w:t>
        <w:br/>
        <w:t>vt 0.215700 0.480700</w:t>
        <w:br/>
        <w:t>vt 0.165500 0.470500</w:t>
        <w:br/>
        <w:t>vt 0.195400 0.472900</w:t>
        <w:br/>
        <w:t>vt 0.175300 0.466900</w:t>
        <w:br/>
        <w:t>vt 0.175200 0.465500</w:t>
        <w:br/>
        <w:t>vt 0.156400 0.470800</w:t>
        <w:br/>
        <w:t>vt 0.148100 0.474200</w:t>
        <w:br/>
        <w:t>vt 0.144100 0.479800</w:t>
        <w:br/>
        <w:t>vt 0.141300 0.480600</w:t>
        <w:br/>
        <w:t>vt 0.154300 0.467800</w:t>
        <w:br/>
        <w:t>vt 0.156400 0.470800</w:t>
        <w:br/>
        <w:t>vt 0.148100 0.474200</w:t>
        <w:br/>
        <w:t>vt 0.143500 0.472100</w:t>
        <w:br/>
        <w:t>vt 0.165500 0.467400</w:t>
        <w:br/>
        <w:t>vt 0.165500 0.470500</w:t>
        <w:br/>
        <w:t>vt 0.165300 0.465900</w:t>
        <w:br/>
        <w:t>vt 0.043300 0.501100</w:t>
        <w:br/>
        <w:t>vt 0.041900 0.506600</w:t>
        <w:br/>
        <w:t>vt 0.029800 0.505800</w:t>
        <w:br/>
        <w:t>vt 0.030100 0.500700</w:t>
        <w:br/>
        <w:t>vt 0.087300 0.486200</w:t>
        <w:br/>
        <w:t>vt 0.080300 0.504200</w:t>
        <w:br/>
        <w:t>vt 0.078600 0.484900</w:t>
        <w:br/>
        <w:t>vt 0.107400 0.488100</w:t>
        <w:br/>
        <w:t>vt 0.116700 0.481800</w:t>
        <w:br/>
        <w:t>vt 0.113100 0.507700</w:t>
        <w:br/>
        <w:t>vt 0.162300 0.487100</w:t>
        <w:br/>
        <w:t>vt 0.172900 0.488500</w:t>
        <w:br/>
        <w:t>vt 0.172500 0.510200</w:t>
        <w:br/>
        <w:t>vt 0.193100 0.485400</w:t>
        <w:br/>
        <w:t>vt 0.198500 0.511500</w:t>
        <w:br/>
        <w:t>vt 0.220400 0.513500</w:t>
        <w:br/>
        <w:t>vt 0.235200 0.488000</w:t>
        <w:br/>
        <w:t>vt 0.241473 0.493482</w:t>
        <w:br/>
        <w:t>vt 0.251227 0.508255</w:t>
        <w:br/>
        <w:t>vt 0.246418 0.500018</w:t>
        <w:br/>
        <w:t>vt 0.247418 0.499418</w:t>
        <w:br/>
        <w:t>vt 0.290100 0.508400</w:t>
        <w:br/>
        <w:t>vt 0.275500 0.489470</w:t>
        <w:br/>
        <w:t>vt 0.289300 0.482098</w:t>
        <w:br/>
        <w:t>vt 0.304100 0.508400</w:t>
        <w:br/>
        <w:t>vt 0.288500 0.515100</w:t>
        <w:br/>
        <w:t>vt 0.066100 0.514200</w:t>
        <w:br/>
        <w:t>vt 0.057900 0.504600</w:t>
        <w:br/>
        <w:t>vt 0.052200 0.517100</w:t>
        <w:br/>
        <w:t>vt 0.038300 0.511300</w:t>
        <w:br/>
        <w:t>vt 0.029000 0.509800</w:t>
        <w:br/>
        <w:t>vt 0.285700 0.526000</w:t>
        <w:br/>
        <w:t>vt 0.304176 0.526328</w:t>
        <w:br/>
        <w:t>vt 0.296832 0.533444</w:t>
        <w:br/>
        <w:t>vt 0.273800 0.552950</w:t>
        <w:br/>
        <w:t>vt 0.274200 0.537400</w:t>
        <w:br/>
        <w:t>vt 0.296832 0.543600</w:t>
        <w:br/>
        <w:t>vt 0.296700 0.552950</w:t>
        <w:br/>
        <w:t>vt 0.052500 0.534500</w:t>
        <w:br/>
        <w:t>vt 0.052500 0.526100</w:t>
        <w:br/>
        <w:t>vt 0.058700 0.525900</w:t>
        <w:br/>
        <w:t>vt 0.060200 0.535700</w:t>
        <w:br/>
        <w:t>vt 0.067600 0.571900</w:t>
        <w:br/>
        <w:t>vt 0.052500 0.571700</w:t>
        <w:br/>
        <w:t>vt 0.057300 0.557600</w:t>
        <w:br/>
        <w:t>vt 0.068800 0.558800</w:t>
        <w:br/>
        <w:t>vt 0.097900 0.526300</w:t>
        <w:br/>
        <w:t>vt 0.097900 0.514900</w:t>
        <w:br/>
        <w:t>vt 0.113100 0.517400</w:t>
        <w:br/>
        <w:t>vt 0.112200 0.527700</w:t>
        <w:br/>
        <w:t>vt 0.271000 0.517100</w:t>
        <w:br/>
        <w:t>vt 0.271900 0.508600</w:t>
        <w:br/>
        <w:t>vt 0.097300 0.549800</w:t>
        <w:br/>
        <w:t>vt 0.097800 0.537800</w:t>
        <w:br/>
        <w:t>vt 0.111800 0.538400</w:t>
        <w:br/>
        <w:t>vt 0.111400 0.550400</w:t>
        <w:br/>
        <w:t>vt 0.150200 0.530300</w:t>
        <w:br/>
        <w:t>vt 0.125000 0.538700</w:t>
        <w:br/>
        <w:t>vt 0.125600 0.529500</w:t>
        <w:br/>
        <w:t>vt 0.255300 0.524400</w:t>
        <w:br/>
        <w:t>vt 0.270600 0.525900</w:t>
        <w:br/>
        <w:t>vt 0.256400 0.536900</w:t>
        <w:br/>
        <w:t>vt 0.220000 0.534100</w:t>
        <w:br/>
        <w:t>vt 0.239000 0.515300</w:t>
        <w:br/>
        <w:t>vt 0.238300 0.535400</w:t>
        <w:br/>
        <w:t>vt 0.127300 0.508800</w:t>
        <w:br/>
        <w:t>vt 0.150000 0.510400</w:t>
        <w:br/>
        <w:t>vt 0.125900 0.519000</w:t>
        <w:br/>
        <w:t>vt 0.285700 0.526000</w:t>
        <w:br/>
        <w:t>vt 0.304700 0.514600</w:t>
        <w:br/>
        <w:t>vt 0.182500 0.487900</w:t>
        <w:br/>
        <w:t>vt 0.198100 0.532500</w:t>
        <w:br/>
        <w:t>vt 0.172900 0.531600</w:t>
        <w:br/>
        <w:t>vt 0.198300 0.549000</w:t>
        <w:br/>
        <w:t>vt 0.172900 0.547700</w:t>
        <w:br/>
        <w:t>vt 0.133200 0.479600</w:t>
        <w:br/>
        <w:t>vt 0.141300 0.480600</w:t>
        <w:br/>
        <w:t>vt 0.083900 0.525500</w:t>
        <w:br/>
        <w:t>vt 0.082800 0.514100</w:t>
        <w:br/>
        <w:t>vt 0.097600 0.506100</w:t>
        <w:br/>
        <w:t>vt 0.059300 0.478400</w:t>
        <w:br/>
        <w:t>vt 0.070300 0.484700</w:t>
        <w:br/>
        <w:t>vt 0.304700 0.514600</w:t>
        <w:br/>
        <w:t>vt 0.319700 0.514300</w:t>
        <w:br/>
        <w:t>vt 0.319658 0.518623</w:t>
        <w:br/>
        <w:t>vt 0.319700 0.514300</w:t>
        <w:br/>
        <w:t>vt 0.319700 0.509000</w:t>
        <w:br/>
        <w:t>vt 0.226900 0.482800</w:t>
        <w:br/>
        <w:t>vt 0.251227 0.508255</w:t>
        <w:br/>
        <w:t>vt 0.254045 0.516600</w:t>
        <w:br/>
        <w:t>vt 0.246418 0.500018</w:t>
        <w:br/>
        <w:t>vt 0.252700 0.492170</w:t>
        <w:br/>
        <w:t>vt 0.260900 0.489470</w:t>
        <w:br/>
        <w:t>vt 0.240300 0.560700</w:t>
        <w:br/>
        <w:t>vt 0.256100 0.570000</w:t>
        <w:br/>
        <w:t>vt 0.240700 0.575900</w:t>
        <w:br/>
        <w:t>vt 0.241473 0.493482</w:t>
        <w:br/>
        <w:t>vt 0.241973 0.492682</w:t>
        <w:br/>
        <w:t>vt 0.045000 0.474300</w:t>
        <w:br/>
        <w:t>vt 0.030800 0.473500</w:t>
        <w:br/>
        <w:t>vt 0.030700 0.472300</w:t>
        <w:br/>
        <w:t>vt 0.070000 0.525300</w:t>
        <w:br/>
        <w:t>vt 0.094500 0.489000</w:t>
        <w:br/>
        <w:t>vt 0.101600 0.493300</w:t>
        <w:br/>
        <w:t>vt 0.101800 0.495000</w:t>
        <w:br/>
        <w:t>vt 0.152000 0.484300</w:t>
        <w:br/>
        <w:t>vt 0.141300 0.480600</w:t>
        <w:br/>
        <w:t>vt 0.144100 0.479800</w:t>
        <w:br/>
        <w:t>vt 0.152500 0.482200</w:t>
        <w:br/>
        <w:t>vt 0.172900 0.488500</w:t>
        <w:br/>
        <w:t>vt 0.162300 0.487100</w:t>
        <w:br/>
        <w:t>vt 0.162700 0.485000</w:t>
        <w:br/>
        <w:t>vt 0.173000 0.485900</w:t>
        <w:br/>
        <w:t>vt 0.193100 0.485400</w:t>
        <w:br/>
        <w:t>vt 0.182500 0.487900</w:t>
        <w:br/>
        <w:t>vt 0.182400 0.485700</w:t>
        <w:br/>
        <w:t>vt 0.128800 0.479200</w:t>
        <w:br/>
        <w:t>vt 0.149300 0.547200</w:t>
        <w:br/>
        <w:t>vt 0.152000 0.484300</w:t>
        <w:br/>
        <w:t>vt 0.083600 0.560700</w:t>
        <w:br/>
        <w:t>vt 0.084200 0.575300</w:t>
        <w:br/>
        <w:t>vt 0.096100 0.561800</w:t>
        <w:br/>
        <w:t>vt 0.219800 0.583600</w:t>
        <w:br/>
        <w:t>vt 0.221000 0.570800</w:t>
        <w:br/>
        <w:t>vt 0.196700 0.583600</w:t>
        <w:br/>
        <w:t>vt 0.197300 0.579900</w:t>
        <w:br/>
        <w:t>vt 0.170700 0.583600</w:t>
        <w:br/>
        <w:t>vt 0.171900 0.566800</w:t>
        <w:br/>
        <w:t>vt 0.197800 0.565400</w:t>
        <w:br/>
        <w:t>vt 0.148600 0.565900</w:t>
        <w:br/>
        <w:t>vt 0.147900 0.583600</w:t>
        <w:br/>
        <w:t>vt 0.124100 0.551300</w:t>
        <w:br/>
        <w:t>vt 0.125100 0.564400</w:t>
        <w:br/>
        <w:t>vt 0.125200 0.583600</w:t>
        <w:br/>
        <w:t>vt 0.101800 0.583600</w:t>
        <w:br/>
        <w:t>vt 0.113000 0.563600</w:t>
        <w:br/>
        <w:t>vt 0.052500 0.557600</w:t>
        <w:br/>
        <w:t>vt 0.052500 0.545600</w:t>
        <w:br/>
        <w:t>vt 0.059600 0.546400</w:t>
        <w:br/>
        <w:t>vt 0.016900 0.507400</w:t>
        <w:br/>
        <w:t>vt 0.016900 0.510400</w:t>
        <w:br/>
        <w:t>vt 0.016900 0.507400</w:t>
        <w:br/>
        <w:t>vt 0.016900 0.502700</w:t>
        <w:br/>
        <w:t>vt 0.016900 0.472000</w:t>
        <w:br/>
        <w:t>vt 0.016900 0.473300</w:t>
        <w:br/>
        <w:t>vt 0.248700 0.495557</w:t>
        <w:br/>
        <w:t>vt 0.083900 0.548900</w:t>
        <w:br/>
        <w:t>vt 0.070800 0.547700</w:t>
        <w:br/>
        <w:t>vt 0.071300 0.536500</w:t>
        <w:br/>
        <w:t>vt 0.084300 0.537100</w:t>
        <w:br/>
        <w:t>vt 0.273500 0.570000</w:t>
        <w:br/>
        <w:t>vt 0.296700 0.570000</w:t>
        <w:br/>
        <w:t>vt 0.238400 0.550000</w:t>
        <w:br/>
        <w:t>vt 0.255900 0.551200</w:t>
        <w:br/>
        <w:t>vt 0.319700 0.497300</w:t>
        <w:br/>
        <w:t>vt 0.016900 0.491300</w:t>
        <w:br/>
        <w:t>vt 0.304500 0.479355</w:t>
        <w:br/>
        <w:t>vt 0.319700 0.477955</w:t>
        <w:br/>
        <w:t>vt 0.221100 0.559200</w:t>
        <w:br/>
        <w:t>vt 0.220700 0.550000</w:t>
        <w:br/>
        <w:t>vt 0.084300 0.583600</w:t>
        <w:br/>
        <w:t>vt 0.067100 0.583600</w:t>
        <w:br/>
        <w:t>vt 0.052500 0.583600</w:t>
        <w:br/>
        <w:t>vt 0.046200 0.519500</w:t>
        <w:br/>
        <w:t>vt 0.235200 0.488000</w:t>
        <w:br/>
        <w:t>vt 0.235500 0.487400</w:t>
        <w:br/>
        <w:t>vt 0.304500 0.479355</w:t>
        <w:br/>
        <w:t>vt 0.304600 0.478155</w:t>
        <w:br/>
        <w:t>vt 0.319700 0.476655</w:t>
        <w:br/>
        <w:t>vt 0.304500 0.479355</w:t>
        <w:br/>
        <w:t>vt 0.304600 0.478155</w:t>
        <w:br/>
        <w:t>vt 0.319700 0.476655</w:t>
        <w:br/>
        <w:t>vt 0.101600 0.493300</w:t>
        <w:br/>
        <w:t>vt 0.101800 0.495000</w:t>
        <w:br/>
        <w:t>vt 0.107400 0.488100</w:t>
        <w:br/>
        <w:t>vt 0.101600 0.493300</w:t>
        <w:br/>
        <w:t>vt 0.107400 0.488100</w:t>
        <w:br/>
        <w:t>vt 0.101800 0.495000</w:t>
        <w:br/>
        <w:t>vt 0.202700 0.654200</w:t>
        <w:br/>
        <w:t>vt 0.206000 0.631900</w:t>
        <w:br/>
        <w:t>vt 0.202000 0.633300</w:t>
        <w:br/>
        <w:t>vt 0.216125 0.620600</w:t>
        <w:br/>
        <w:t>vt 0.219017 0.620600</w:t>
        <w:br/>
        <w:t>vt 0.216353 0.619700</w:t>
        <w:br/>
        <w:t>vt 0.219085 0.619700</w:t>
        <w:br/>
        <w:t>vt 0.213886 0.620600</w:t>
        <w:br/>
        <w:t>vt 0.214034 0.619700</w:t>
        <w:br/>
        <w:t>vt 0.212336 0.620600</w:t>
        <w:br/>
        <w:t>vt 0.212495 0.619700</w:t>
        <w:br/>
        <w:t>vt 0.210614 0.620600</w:t>
        <w:br/>
        <w:t>vt 0.210886 0.619700</w:t>
        <w:br/>
        <w:t>vt 0.219600 0.632400</w:t>
        <w:br/>
        <w:t>vt 0.211400 0.632500</w:t>
        <w:br/>
        <w:t>vt 0.218100 0.648900</w:t>
        <w:br/>
        <w:t>vt 0.202700 0.654200</w:t>
        <w:br/>
        <w:t>vt 0.213886 0.620600</w:t>
        <w:br/>
        <w:t>vt 0.228400 0.630100</w:t>
        <w:br/>
        <w:t>vt 0.230800 0.644500</w:t>
        <w:br/>
        <w:t>vt 0.222312 0.620600</w:t>
        <w:br/>
        <w:t>vt 0.211400 0.632500</w:t>
        <w:br/>
        <w:t>vt 0.202000 0.633300</w:t>
        <w:br/>
        <w:t>vt 0.189700 0.636200</w:t>
        <w:br/>
        <w:t>vt 0.187800 0.659000</w:t>
        <w:br/>
        <w:t>vt 0.179800 0.636400</w:t>
        <w:br/>
        <w:t>vt 0.172800 0.659600</w:t>
        <w:br/>
        <w:t>vt 0.191193 0.620600</w:t>
        <w:br/>
        <w:t>vt 0.186873 0.620600</w:t>
        <w:br/>
        <w:t>vt 0.198864 0.620600</w:t>
        <w:br/>
        <w:t>vt 0.195539 0.620600</w:t>
        <w:br/>
        <w:t>vt 0.198864 0.620600</w:t>
        <w:br/>
        <w:t>vt 0.199971 0.620600</w:t>
        <w:br/>
        <w:t>vt 0.198635 0.619700</w:t>
        <w:br/>
        <w:t>vt 0.195295 0.619700</w:t>
        <w:br/>
        <w:t>vt 0.191204 0.619700</w:t>
        <w:br/>
        <w:t>vt 0.199796 0.619700</w:t>
        <w:br/>
        <w:t>vt 0.198635 0.619700</w:t>
        <w:br/>
        <w:t>vt 0.202022 0.620600</w:t>
        <w:br/>
        <w:t>vt 0.201709 0.619700</w:t>
        <w:br/>
        <w:t>vt 0.205733 0.620600</w:t>
        <w:br/>
        <w:t>vt 0.202022 0.620600</w:t>
        <w:br/>
        <w:t>vt 0.205609 0.619700</w:t>
        <w:br/>
        <w:t>vt 0.201709 0.619700</w:t>
        <w:br/>
        <w:t>vt 0.202000 0.633300</w:t>
        <w:br/>
        <w:t>vt 0.205733 0.620600</w:t>
        <w:br/>
        <w:t>vt 0.210614 0.620600</w:t>
        <w:br/>
        <w:t>vt 0.210886 0.619700</w:t>
        <w:br/>
        <w:t>vt 0.206000 0.631900</w:t>
        <w:br/>
        <w:t>vt 0.251700 0.627100</w:t>
        <w:br/>
        <w:t>vt 0.254600 0.632600</w:t>
        <w:br/>
        <w:t>vt 0.254000 0.625900</w:t>
        <w:br/>
        <w:t>vt 0.251038 0.620600</w:t>
        <w:br/>
        <w:t>vt 0.252818 0.620600</w:t>
        <w:br/>
        <w:t>vt 0.252818 0.620600</w:t>
        <w:br/>
        <w:t>vt 0.252793 0.619700</w:t>
        <w:br/>
        <w:t>vt 0.251038 0.620600</w:t>
        <w:br/>
        <w:t>vt 0.250790 0.619700</w:t>
        <w:br/>
        <w:t>vt 0.250029 0.619700</w:t>
        <w:br/>
        <w:t>vt 0.250062 0.620600</w:t>
        <w:br/>
        <w:t>vt 0.250062 0.620600</w:t>
        <w:br/>
        <w:t>vt 0.251700 0.627100</w:t>
        <w:br/>
        <w:t>vt 0.251038 0.620600</w:t>
        <w:br/>
        <w:t>vt 0.249147 0.620600</w:t>
        <w:br/>
        <w:t>vt 0.249147 0.620600</w:t>
        <w:br/>
        <w:t>vt 0.245894 0.620600</w:t>
        <w:br/>
        <w:t>vt 0.243000 0.630600</w:t>
        <w:br/>
        <w:t>vt 0.243300 0.638300</w:t>
        <w:br/>
        <w:t>vt 0.235000 0.632200</w:t>
        <w:br/>
        <w:t>vt 0.242623 0.620600</w:t>
        <w:br/>
        <w:t>vt 0.239701 0.620600</w:t>
        <w:br/>
        <w:t>vt 0.240005 0.619700</w:t>
        <w:br/>
        <w:t>vt 0.242634 0.619700</w:t>
        <w:br/>
        <w:t>vt 0.238040 0.619700</w:t>
        <w:br/>
        <w:t>vt 0.237681 0.620600</w:t>
        <w:br/>
        <w:t>vt 0.245760 0.619700</w:t>
        <w:br/>
        <w:t>vt 0.235000 0.632200</w:t>
        <w:br/>
        <w:t>vt 0.237681 0.620600</w:t>
        <w:br/>
        <w:t>vt 0.236192 0.620600</w:t>
        <w:br/>
        <w:t>vt 0.248714 0.619700</w:t>
        <w:br/>
        <w:t>vt 0.248714 0.619700</w:t>
        <w:br/>
        <w:t>vt 0.252818 0.620600</w:t>
        <w:br/>
        <w:t>vt 0.254000 0.625900</w:t>
        <w:br/>
        <w:t>vt 0.254818 0.620600</w:t>
        <w:br/>
        <w:t>vt 0.256000 0.626500</w:t>
        <w:br/>
        <w:t>vt 0.254818 0.620600</w:t>
        <w:br/>
        <w:t>vt 0.256000 0.626500</w:t>
        <w:br/>
        <w:t>vt 0.255591 0.620600</w:t>
        <w:br/>
        <w:t>vt 0.260642 0.624800</w:t>
        <w:br/>
        <w:t>vt 0.257266 0.620600</w:t>
        <w:br/>
        <w:t>vt 0.260706 0.620600</w:t>
        <w:br/>
        <w:t>vt 0.257388 0.619700</w:t>
        <w:br/>
        <w:t>vt 0.256094 0.619700</w:t>
        <w:br/>
        <w:t>vt 0.257266 0.620600</w:t>
        <w:br/>
        <w:t>vt 0.255937 0.620600</w:t>
        <w:br/>
        <w:t>vt 0.260706 0.620600</w:t>
        <w:br/>
        <w:t>vt 0.260701 0.619700</w:t>
        <w:br/>
        <w:t>vt 0.266800 0.620600</w:t>
        <w:br/>
        <w:t>vt 0.265239 0.620600</w:t>
        <w:br/>
        <w:t>vt 0.255591 0.620600</w:t>
        <w:br/>
        <w:t>vt 0.255545 0.619700</w:t>
        <w:br/>
        <w:t>vt 0.255591 0.620600</w:t>
        <w:br/>
        <w:t>vt 0.256000 0.626500</w:t>
        <w:br/>
        <w:t>vt 0.255937 0.620600</w:t>
        <w:br/>
        <w:t>vt 0.254818 0.620600</w:t>
        <w:br/>
        <w:t>vt 0.254908 0.619700</w:t>
        <w:br/>
        <w:t>vt 0.262200 0.627700</w:t>
        <w:br/>
        <w:t>vt 0.254600 0.632600</w:t>
        <w:br/>
        <w:t>vt 0.149600 0.636400</w:t>
        <w:br/>
        <w:t>vt 0.144500 0.635900</w:t>
        <w:br/>
        <w:t>vt 0.143500 0.660900</w:t>
        <w:br/>
        <w:t>vt 0.146492 0.620600</w:t>
        <w:br/>
        <w:t>vt 0.142991 0.620600</w:t>
        <w:br/>
        <w:t>vt 0.146492 0.620600</w:t>
        <w:br/>
        <w:t>vt 0.149600 0.636400</w:t>
        <w:br/>
        <w:t>vt 0.148859 0.620600</w:t>
        <w:br/>
        <w:t>vt 0.148979 0.619700</w:t>
        <w:br/>
        <w:t>vt 0.146703 0.619700</w:t>
        <w:br/>
        <w:t>vt 0.148859 0.620600</w:t>
        <w:br/>
        <w:t>vt 0.150133 0.620600</w:t>
        <w:br/>
        <w:t>vt 0.153963 0.620600</w:t>
        <w:br/>
        <w:t>vt 0.149600 0.636400</w:t>
        <w:br/>
        <w:t>vt 0.160700 0.637500</w:t>
        <w:br/>
        <w:t>vt 0.154179 0.619700</w:t>
        <w:br/>
        <w:t>vt 0.150389 0.619700</w:t>
        <w:br/>
        <w:t>vt 0.150133 0.620600</w:t>
        <w:br/>
        <w:t>vt 0.142911 0.619700</w:t>
        <w:br/>
        <w:t>vt 0.146703 0.619700</w:t>
        <w:br/>
        <w:t>vt 0.144500 0.635900</w:t>
        <w:br/>
        <w:t>vt 0.139500 0.637200</w:t>
        <w:br/>
        <w:t>vt 0.143500 0.660900</w:t>
        <w:br/>
        <w:t>vt 0.139761 0.620600</w:t>
        <w:br/>
        <w:t>vt 0.138050 0.620600</w:t>
        <w:br/>
        <w:t>vt 0.142991 0.620600</w:t>
        <w:br/>
        <w:t>vt 0.139761 0.620600</w:t>
        <w:br/>
        <w:t>vt 0.139427 0.619700</w:t>
        <w:br/>
        <w:t>vt 0.137837 0.619700</w:t>
        <w:br/>
        <w:t>vt 0.136413 0.620600</w:t>
        <w:br/>
        <w:t>vt 0.136160 0.619700</w:t>
        <w:br/>
        <w:t>vt 0.132738 0.620600</w:t>
        <w:br/>
        <w:t>vt 0.132684 0.619700</w:t>
        <w:br/>
        <w:t>vt 0.136413 0.620600</w:t>
        <w:br/>
        <w:t>vt 0.129300 0.638000</w:t>
        <w:br/>
        <w:t>vt 0.127600 0.659700</w:t>
        <w:br/>
        <w:t>vt 0.139500 0.637200</w:t>
        <w:br/>
        <w:t>vt 0.118200 0.635900</w:t>
        <w:br/>
        <w:t>vt 0.113700 0.656200</w:t>
        <w:br/>
        <w:t>vt 0.124064 0.620600</w:t>
        <w:br/>
        <w:t>vt 0.128393 0.620600</w:t>
        <w:br/>
        <w:t>vt 0.118200 0.635900</w:t>
        <w:br/>
        <w:t>vt 0.121147 0.620600</w:t>
        <w:br/>
        <w:t>vt 0.119606 0.620600</w:t>
        <w:br/>
        <w:t>vt 0.121147 0.620600</w:t>
        <w:br/>
        <w:t>vt 0.124064 0.620600</w:t>
        <w:br/>
        <w:t>vt 0.121353 0.619700</w:t>
        <w:br/>
        <w:t>vt 0.124264 0.619700</w:t>
        <w:br/>
        <w:t>vt 0.119823 0.619700</w:t>
        <w:br/>
        <w:t>vt 0.117958 0.620600</w:t>
        <w:br/>
        <w:t>vt 0.128364 0.619700</w:t>
        <w:br/>
        <w:t>vt 0.158600 0.661800</w:t>
        <w:br/>
        <w:t>vt 0.165328 0.620600</w:t>
        <w:br/>
        <w:t>vt 0.170400 0.636200</w:t>
        <w:br/>
        <w:t>vt 0.168799 0.620600</w:t>
        <w:br/>
        <w:t>vt 0.168618 0.619700</w:t>
        <w:br/>
        <w:t>vt 0.165383 0.619700</w:t>
        <w:br/>
        <w:t>vt 0.159684 0.619700</w:t>
        <w:br/>
        <w:t>vt 0.159706 0.620600</w:t>
        <w:br/>
        <w:t>vt 0.099000 0.633800</w:t>
        <w:br/>
        <w:t>vt 0.089000 0.630900</w:t>
        <w:br/>
        <w:t>vt 0.095700 0.651100</w:t>
        <w:br/>
        <w:t>vt 0.078600 0.643300</w:t>
        <w:br/>
        <w:t>vt 0.098801 0.620600</w:t>
        <w:br/>
        <w:t>vt 0.101725 0.620600</w:t>
        <w:br/>
        <w:t>vt 0.098877 0.619700</w:t>
        <w:br/>
        <w:t>vt 0.101849 0.619700</w:t>
        <w:br/>
        <w:t>vt 0.104549 0.619700</w:t>
        <w:br/>
        <w:t>vt 0.104496 0.620600</w:t>
        <w:br/>
        <w:t>vt 0.109900 0.635300</w:t>
        <w:br/>
        <w:t>vt 0.107850 0.620600</w:t>
        <w:br/>
        <w:t>vt 0.109900 0.635300</w:t>
        <w:br/>
        <w:t>vt 0.109508 0.620600</w:t>
        <w:br/>
        <w:t>vt 0.107585 0.619700</w:t>
        <w:br/>
        <w:t>vt 0.109339 0.619700</w:t>
        <w:br/>
        <w:t>vt 0.111558 0.620600</w:t>
        <w:br/>
        <w:t>vt 0.111334 0.619700</w:t>
        <w:br/>
        <w:t>vt 0.118237 0.619700</w:t>
        <w:br/>
        <w:t>vt 0.115017 0.619700</w:t>
        <w:br/>
        <w:t>vt 0.117958 0.620600</w:t>
        <w:br/>
        <w:t>vt 0.115000 0.620600</w:t>
        <w:br/>
        <w:t>vt 0.118237 0.619700</w:t>
        <w:br/>
        <w:t>vt 0.111334 0.619700</w:t>
        <w:br/>
        <w:t>vt 0.111558 0.620600</w:t>
        <w:br/>
        <w:t>vt 0.114500 0.635500</w:t>
        <w:br/>
        <w:t>vt 0.115000 0.620600</w:t>
        <w:br/>
        <w:t>vt 0.113700 0.656200</w:t>
        <w:br/>
        <w:t>vt 0.113700 0.656200</w:t>
        <w:br/>
        <w:t>vt 0.114500 0.635500</w:t>
        <w:br/>
        <w:t>vt 0.222312 0.620600</w:t>
        <w:br/>
        <w:t>vt 0.222080 0.619700</w:t>
        <w:br/>
        <w:t>vt 0.225516 0.620600</w:t>
        <w:br/>
        <w:t>vt 0.225331 0.619700</w:t>
        <w:br/>
        <w:t>vt 0.225516 0.620600</w:t>
        <w:br/>
        <w:t>vt 0.226865 0.620600</w:t>
        <w:br/>
        <w:t>vt 0.225331 0.619700</w:t>
        <w:br/>
        <w:t>vt 0.226806 0.619700</w:t>
        <w:br/>
        <w:t>vt 0.227931 0.620600</w:t>
        <w:br/>
        <w:t>vt 0.227786 0.619700</w:t>
        <w:br/>
        <w:t>vt 0.228400 0.630100</w:t>
        <w:br/>
        <w:t>vt 0.227931 0.620600</w:t>
        <w:br/>
        <w:t>vt 0.230797 0.620600</w:t>
        <w:br/>
        <w:t>vt 0.231700 0.629600</w:t>
        <w:br/>
        <w:t>vt 0.234059 0.620600</w:t>
        <w:br/>
        <w:t>vt 0.231700 0.629600</w:t>
        <w:br/>
        <w:t>vt 0.230797 0.620600</w:t>
        <w:br/>
        <w:t>vt 0.230800 0.644500</w:t>
        <w:br/>
        <w:t>vt 0.234059 0.620600</w:t>
        <w:br/>
        <w:t>vt 0.230800 0.644500</w:t>
        <w:br/>
        <w:t>vt 0.230797 0.620600</w:t>
        <w:br/>
        <w:t>vt 0.234059 0.620600</w:t>
        <w:br/>
        <w:t>vt 0.230680 0.619700</w:t>
        <w:br/>
        <w:t>vt 0.234199 0.619700</w:t>
        <w:br/>
        <w:t>vt 0.236427 0.619700</w:t>
        <w:br/>
        <w:t>vt 0.236192 0.620600</w:t>
        <w:br/>
        <w:t>vt 0.170400 0.636200</w:t>
        <w:br/>
        <w:t>vt 0.172800 0.659600</w:t>
        <w:br/>
        <w:t>vt 0.175100 0.635200</w:t>
        <w:br/>
        <w:t>vt 0.172248 0.620600</w:t>
        <w:br/>
        <w:t>vt 0.175710 0.620600</w:t>
        <w:br/>
        <w:t>vt 0.172018 0.619700</w:t>
        <w:br/>
        <w:t>vt 0.175687 0.619700</w:t>
        <w:br/>
        <w:t>vt 0.181397 0.620600</w:t>
        <w:br/>
        <w:t>vt 0.181550 0.619700</w:t>
        <w:br/>
        <w:t>vt 0.179527 0.620600</w:t>
        <w:br/>
        <w:t>vt 0.179780 0.619700</w:t>
        <w:br/>
        <w:t>vt 0.179800 0.636400</w:t>
        <w:br/>
        <w:t>vt 0.183094 0.620600</w:t>
        <w:br/>
        <w:t>vt 0.181397 0.620600</w:t>
        <w:br/>
        <w:t>vt 0.175710 0.620600</w:t>
        <w:br/>
        <w:t>vt 0.175100 0.635200</w:t>
        <w:br/>
        <w:t>vt 0.179527 0.620600</w:t>
        <w:br/>
        <w:t>vt 0.172800 0.659600</w:t>
        <w:br/>
        <w:t>vt 0.183345 0.619700</w:t>
        <w:br/>
        <w:t>vt 0.186882 0.619700</w:t>
        <w:br/>
        <w:t>vt 0.179780 0.619700</w:t>
        <w:br/>
        <w:t>vt 0.170670 0.620600</w:t>
        <w:br/>
        <w:t>vt 0.172248 0.620600</w:t>
        <w:br/>
        <w:t>vt 0.170575 0.619700</w:t>
        <w:br/>
        <w:t>vt 0.172018 0.619700</w:t>
        <w:br/>
        <w:t>vt 0.168799 0.620600</w:t>
        <w:br/>
        <w:t>vt 0.168618 0.619700</w:t>
        <w:br/>
        <w:t>vt 0.267400 0.620600</w:t>
        <w:br/>
        <w:t>vt 0.267700 0.619700</w:t>
        <w:br/>
        <w:t>vt 0.266823 0.619700</w:t>
        <w:br/>
        <w:t>vt 0.267400 0.620600</w:t>
        <w:br/>
        <w:t>vt 0.266800 0.620600</w:t>
        <w:br/>
        <w:t>vt 0.266823 0.619700</w:t>
        <w:br/>
        <w:t>vt 0.265381 0.619700</w:t>
        <w:br/>
        <w:t>vt 0.101725 0.620600</w:t>
        <w:br/>
        <w:t>vt 0.098801 0.620600</w:t>
        <w:br/>
        <w:t>vt 0.092960 0.620600</w:t>
        <w:br/>
        <w:t>vt 0.089000 0.630900</w:t>
        <w:br/>
        <w:t>vt 0.095195 0.620600</w:t>
        <w:br/>
        <w:t>vt 0.090585 0.620600</w:t>
        <w:br/>
        <w:t>vt 0.086853 0.620600</w:t>
        <w:br/>
        <w:t>vt 0.084200 0.629700</w:t>
        <w:br/>
        <w:t>vt 0.090585 0.620600</w:t>
        <w:br/>
        <w:t>vt 0.092960 0.620600</w:t>
        <w:br/>
        <w:t>vt 0.090877 0.619700</w:t>
        <w:br/>
        <w:t>vt 0.093139 0.619700</w:t>
        <w:br/>
        <w:t>vt 0.086981 0.619700</w:t>
        <w:br/>
        <w:t>vt 0.083173 0.619700</w:t>
        <w:br/>
        <w:t>vt 0.083421 0.620600</w:t>
        <w:br/>
        <w:t>vt 0.081495 0.620600</w:t>
        <w:br/>
        <w:t>vt 0.083421 0.620600</w:t>
        <w:br/>
        <w:t>vt 0.081456 0.619700</w:t>
        <w:br/>
        <w:t>vt 0.083173 0.619700</w:t>
        <w:br/>
        <w:t>vt 0.080500 0.629300</w:t>
        <w:br/>
        <w:t>vt 0.084200 0.629700</w:t>
        <w:br/>
        <w:t>vt 0.086853 0.620600</w:t>
        <w:br/>
        <w:t>vt 0.081495 0.620600</w:t>
        <w:br/>
        <w:t>vt 0.080500 0.629300</w:t>
        <w:br/>
        <w:t>vt 0.083421 0.620600</w:t>
        <w:br/>
        <w:t>vt 0.078600 0.643300</w:t>
        <w:br/>
        <w:t>vt 0.095498 0.619700</w:t>
        <w:br/>
        <w:t>vt 0.080624 0.620600</w:t>
        <w:br/>
        <w:t>vt 0.080499 0.619700</w:t>
        <w:br/>
        <w:t>vt 0.080624 0.620600</w:t>
        <w:br/>
        <w:t>vt 0.069986 0.620600</w:t>
        <w:br/>
        <w:t>vt 0.078945 0.620600</w:t>
        <w:br/>
        <w:t>vt 0.070297 0.619700</w:t>
        <w:br/>
        <w:t>vt 0.078914 0.619700</w:t>
        <w:br/>
        <w:t>vt 0.056661 0.619700</w:t>
        <w:br/>
        <w:t>vt 0.056698 0.620600</w:t>
        <w:br/>
        <w:t>vt 0.062570 0.619700</w:t>
        <w:br/>
        <w:t>vt 0.062451 0.620600</w:t>
        <w:br/>
        <w:t>vt 0.056698 0.620600</w:t>
        <w:br/>
        <w:t>vt 0.051793 0.620600</w:t>
        <w:br/>
        <w:t>vt 0.062451 0.620600</w:t>
        <w:br/>
        <w:t>vt 0.051767 0.619700</w:t>
        <w:br/>
        <w:t>vt 0.051793 0.620600</w:t>
        <w:br/>
        <w:t>vt 0.049000 0.619700</w:t>
        <w:br/>
        <w:t>vt 0.048900 0.620600</w:t>
        <w:br/>
        <w:t>vt 0.080500 0.629300</w:t>
        <w:br/>
        <w:t>vt 0.067100 0.628200</w:t>
        <w:br/>
        <w:t>vt 0.061600 0.635600</w:t>
        <w:br/>
        <w:t>vt 0.048900 0.620600</w:t>
        <w:br/>
        <w:t>vt 0.078945 0.620600</w:t>
        <w:br/>
        <w:t>vt 0.069986 0.620600</w:t>
        <w:br/>
        <w:t>vt 0.255937 0.620600</w:t>
        <w:br/>
        <w:t>vt 0.095195 0.620600</w:t>
        <w:br/>
        <w:t>vt 0.107850 0.620600</w:t>
        <w:br/>
        <w:t>vt 0.183094 0.620600</w:t>
        <w:br/>
        <w:t>vt 0.219017 0.620600</w:t>
        <w:br/>
        <w:t>vt 0.846896 0.737031</w:t>
        <w:br/>
        <w:t>vt 0.853964 0.703331</w:t>
        <w:br/>
        <w:t>vt 0.833908 0.731331</w:t>
        <w:br/>
        <w:t>vt 0.845273 0.693231</w:t>
        <w:br/>
        <w:t>vt 0.841739 0.688331</w:t>
        <w:br/>
        <w:t>vt 0.821302 0.728031</w:t>
        <w:br/>
        <w:t>vt 0.841739 0.688331</w:t>
        <w:br/>
        <w:t>vt 0.840402 0.683931</w:t>
        <w:br/>
        <w:t>vt 0.821302 0.728031</w:t>
        <w:br/>
        <w:t>vt 0.797522 0.635431</w:t>
        <w:br/>
        <w:t>vt 0.791315 0.677831</w:t>
        <w:br/>
        <w:t>vt 0.805258 0.643331</w:t>
        <w:br/>
        <w:t>vt 0.799050 0.674131</w:t>
        <w:br/>
        <w:t>vt 0.784343 0.769931</w:t>
        <w:br/>
        <w:t>vt 0.779186 0.772031</w:t>
        <w:br/>
        <w:t>vt 0.776894 0.820531</w:t>
        <w:br/>
        <w:t>vt 0.775557 0.819631</w:t>
        <w:br/>
        <w:t>vt 0.828083 0.786031</w:t>
        <w:br/>
        <w:t>vt 0.816050 0.780231</w:t>
        <w:br/>
        <w:t>vt 0.794371 0.833431</w:t>
        <w:br/>
        <w:t>vt 0.787686 0.828531</w:t>
        <w:br/>
        <w:t>vt 0.895984 0.805731</w:t>
        <w:br/>
        <w:t>vt 0.892833 0.789631</w:t>
        <w:br/>
        <w:t>vt 0.864278 0.819231</w:t>
        <w:br/>
        <w:t>vt 0.853009 0.804431</w:t>
        <w:br/>
        <w:t>vt 0.823499 0.676131</w:t>
        <w:br/>
        <w:t>vt 0.818819 0.653431</w:t>
        <w:br/>
        <w:t>vt 0.811274 0.670931</w:t>
        <w:br/>
        <w:t>vt 0.812325 0.648031</w:t>
        <w:br/>
        <w:t>vt 0.799050 0.674131</w:t>
        <w:br/>
        <w:t>vt 0.831903 0.669831</w:t>
        <w:br/>
        <w:t>vt 0.826077 0.660931</w:t>
        <w:br/>
        <w:t>vt 0.837060 0.677631</w:t>
        <w:br/>
        <w:t>vt 0.834195 0.683931</w:t>
        <w:br/>
        <w:t>vt 0.802966 0.773731</w:t>
        <w:br/>
        <w:t>vt 0.796854 0.772531</w:t>
        <w:br/>
        <w:t>vt 0.782242 0.824531</w:t>
        <w:br/>
        <w:t>vt 0.779950 0.822831</w:t>
        <w:br/>
        <w:t>vt 0.782242 0.824531</w:t>
        <w:br/>
        <w:t>vt 0.802966 0.773731</w:t>
        <w:br/>
        <w:t>vt 0.811848 0.726031</w:t>
        <w:br/>
        <w:t>vt 0.790169 0.768731</w:t>
        <w:br/>
        <w:t>vt 0.800292 0.719631</w:t>
        <w:br/>
        <w:t>vt 0.785967 0.679831</w:t>
        <w:br/>
        <w:t>vt 0.792270 0.626931</w:t>
        <w:br/>
        <w:t>vt 0.783293 0.613831</w:t>
        <w:br/>
        <w:t>vt 0.791315 0.721431</w:t>
        <w:br/>
        <w:t>vt 0.868671 0.730531</w:t>
        <w:br/>
        <w:t>vt 0.866952 0.723731</w:t>
        <w:br/>
        <w:t>vt 0.801247 0.838431</w:t>
        <w:br/>
        <w:t>vt 0.808028 0.843231</w:t>
        <w:br/>
        <w:t>vt 0.861604 0.713931</w:t>
        <w:br/>
        <w:t>vt 0.782529 0.725331</w:t>
        <w:br/>
        <w:t>vt 0.828083 0.786031</w:t>
        <w:br/>
        <w:t>vt 0.869148 0.742031</w:t>
        <w:br/>
        <w:t>vt 0.862272 0.740031</w:t>
        <w:br/>
        <w:t>vt 0.771641 0.770631</w:t>
        <w:br/>
        <w:t>vt 0.771641 0.816531</w:t>
        <w:br/>
        <w:t>vt 0.862272 0.740031</w:t>
        <w:br/>
        <w:t>vt 0.777563 0.821031</w:t>
        <w:br/>
        <w:t>vt 0.784343 0.769931</w:t>
        <w:br/>
        <w:t>vt 0.776894 0.820531</w:t>
        <w:br/>
        <w:t>vt 0.821302 0.728031</w:t>
        <w:br/>
        <w:t>vt 0.840020 0.792031</w:t>
        <w:br/>
        <w:t>vt 0.876120 0.754431</w:t>
        <w:br/>
        <w:t>vt 0.885192 0.770831</w:t>
        <w:br/>
        <w:t>vt 0.771641 0.724931</w:t>
        <w:br/>
        <w:t>vt 0.791315 0.721431</w:t>
        <w:br/>
        <w:t>vt 0.868671 0.734231</w:t>
        <w:br/>
        <w:t>vt 0.840402 0.683931</w:t>
        <w:br/>
        <w:t>vt 0.771546 0.600831</w:t>
        <w:br/>
        <w:t>vt 0.771641 0.680431</w:t>
        <w:br/>
        <w:t>vt 0.794371 0.833431</w:t>
        <w:br/>
        <w:t>vt 0.868671 0.734231</w:t>
        <w:br/>
        <w:t>vt 0.846107 0.692397</w:t>
        <w:br/>
        <w:t>vt 0.847158 0.691697</w:t>
        <w:br/>
        <w:t>vt 0.842574 0.687497</w:t>
        <w:br/>
        <w:t>vt 0.843720 0.686897</w:t>
        <w:br/>
        <w:t>vt 0.841237 0.683097</w:t>
        <w:br/>
        <w:t>vt 0.842287 0.682697</w:t>
        <w:br/>
        <w:t>vt 0.806092 0.642497</w:t>
        <w:br/>
        <w:t>vt 0.806856 0.641497</w:t>
        <w:br/>
        <w:t>vt 0.798357 0.634597</w:t>
        <w:br/>
        <w:t>vt 0.799216 0.633797</w:t>
        <w:br/>
        <w:t>vt 0.864980 0.820461</w:t>
        <w:br/>
        <w:t>vt 0.865458 0.821661</w:t>
        <w:br/>
        <w:t>vt 0.896687 0.806961</w:t>
        <w:br/>
        <w:t>vt 0.898024 0.807761</w:t>
        <w:br/>
        <w:t>vt 0.893667 0.788797</w:t>
        <w:br/>
        <w:t>vt 0.896818 0.804897</w:t>
        <w:br/>
        <w:t>vt 0.894813 0.788497</w:t>
        <w:br/>
        <w:t>vt 0.898155 0.805697</w:t>
        <w:br/>
        <w:t>vt 0.832737 0.668997</w:t>
        <w:br/>
        <w:t>vt 0.833788 0.668197</w:t>
        <w:br/>
        <w:t>vt 0.826912 0.660097</w:t>
        <w:br/>
        <w:t>vt 0.827771 0.659297</w:t>
        <w:br/>
        <w:t>vt 0.854798 0.702497</w:t>
        <w:br/>
        <w:t>vt 0.855848 0.701697</w:t>
        <w:br/>
        <w:t>vt 0.837894 0.676797</w:t>
        <w:br/>
        <w:t>vt 0.838945 0.676097</w:t>
        <w:br/>
        <w:t>vt 0.813159 0.647197</w:t>
        <w:br/>
        <w:t>vt 0.813923 0.646197</w:t>
        <w:br/>
        <w:t>vt 0.793104 0.626097</w:t>
        <w:br/>
        <w:t>vt 0.794059 0.625297</w:t>
        <w:br/>
        <w:t>vt 0.784127 0.612997</w:t>
        <w:br/>
        <w:t>vt 0.785082 0.612197</w:t>
        <w:br/>
        <w:t>vt 0.869505 0.729697</w:t>
        <w:br/>
        <w:t>vt 0.870365 0.729297</w:t>
        <w:br/>
        <w:t>vt 0.867786 0.722897</w:t>
        <w:br/>
        <w:t>vt 0.868741 0.722397</w:t>
        <w:br/>
        <w:t>vt 0.862438 0.713097</w:t>
        <w:br/>
        <w:t>vt 0.863488 0.712297</w:t>
        <w:br/>
        <w:t>vt 0.770191 0.770631</w:t>
        <w:br/>
        <w:t>vt 0.768974 0.770531</w:t>
        <w:br/>
        <w:t>vt 0.770191 0.816531</w:t>
        <w:br/>
        <w:t>vt 0.768974 0.815531</w:t>
        <w:br/>
        <w:t>vt 0.869983 0.741197</w:t>
        <w:br/>
        <w:t>vt 0.876954 0.753597</w:t>
        <w:br/>
        <w:t>vt 0.871129 0.740697</w:t>
        <w:br/>
        <w:t>vt 0.878005 0.752997</w:t>
        <w:br/>
        <w:t>vt 0.770191 0.724931</w:t>
        <w:br/>
        <w:t>vt 0.768974 0.724931</w:t>
        <w:br/>
        <w:t>vt 0.869505 0.733397</w:t>
        <w:br/>
        <w:t>vt 0.870684 0.733297</w:t>
        <w:br/>
        <w:t>vt 0.841237 0.683097</w:t>
        <w:br/>
        <w:t>vt 0.842287 0.682697</w:t>
        <w:br/>
        <w:t>vt 0.770191 0.680431</w:t>
        <w:br/>
        <w:t>vt 0.770191 0.600831</w:t>
        <w:br/>
        <w:t>vt 0.768974 0.680531</w:t>
        <w:br/>
        <w:t>vt 0.768974 0.598231</w:t>
        <w:br/>
        <w:t>vt 0.772380 0.599997</w:t>
        <w:br/>
        <w:t>vt 0.771234 0.597397</w:t>
        <w:br/>
        <w:t>vt 0.886027 0.769997</w:t>
        <w:br/>
        <w:t>vt 0.887173 0.769497</w:t>
        <w:br/>
        <w:t>vt 0.808730 0.844461</w:t>
        <w:br/>
        <w:t>vt 0.809972 0.845361</w:t>
        <w:br/>
        <w:t>vt 0.819653 0.652597</w:t>
        <w:br/>
        <w:t>vt 0.820417 0.651697</w:t>
        <w:br/>
        <w:t>vt 0.869505 0.729697</w:t>
        <w:br/>
        <w:t>vt 0.870365 0.729297</w:t>
        <w:br/>
        <w:t>vt 0.202000 0.633300</w:t>
        <w:br/>
        <w:t>vt 0.206000 0.631900</w:t>
        <w:br/>
        <w:t>vt 0.202700 0.654200</w:t>
        <w:br/>
        <w:t>vt 0.216125 0.620600</w:t>
        <w:br/>
        <w:t>vt 0.216353 0.619700</w:t>
        <w:br/>
        <w:t>vt 0.219017 0.620600</w:t>
        <w:br/>
        <w:t>vt 0.219085 0.619700</w:t>
        <w:br/>
        <w:t>vt 0.213886 0.620600</w:t>
        <w:br/>
        <w:t>vt 0.214034 0.619700</w:t>
        <w:br/>
        <w:t>vt 0.212495 0.619700</w:t>
        <w:br/>
        <w:t>vt 0.212336 0.620600</w:t>
        <w:br/>
        <w:t>vt 0.210614 0.620600</w:t>
        <w:br/>
        <w:t>vt 0.210886 0.619700</w:t>
        <w:br/>
        <w:t>vt 0.219600 0.632400</w:t>
        <w:br/>
        <w:t>vt 0.218100 0.648900</w:t>
        <w:br/>
        <w:t>vt 0.211400 0.632500</w:t>
        <w:br/>
        <w:t>vt 0.202700 0.654200</w:t>
        <w:br/>
        <w:t>vt 0.213886 0.620600</w:t>
        <w:br/>
        <w:t>vt 0.230800 0.644500</w:t>
        <w:br/>
        <w:t>vt 0.228400 0.630100</w:t>
        <w:br/>
        <w:t>vt 0.222312 0.620600</w:t>
        <w:br/>
        <w:t>vt 0.211400 0.632500</w:t>
        <w:br/>
        <w:t>vt 0.187800 0.659000</w:t>
        <w:br/>
        <w:t>vt 0.189700 0.636200</w:t>
        <w:br/>
        <w:t>vt 0.202000 0.633300</w:t>
        <w:br/>
        <w:t>vt 0.179800 0.636400</w:t>
        <w:br/>
        <w:t>vt 0.172800 0.659600</w:t>
        <w:br/>
        <w:t>vt 0.186873 0.620600</w:t>
        <w:br/>
        <w:t>vt 0.191193 0.620600</w:t>
        <w:br/>
        <w:t>vt 0.195539 0.620600</w:t>
        <w:br/>
        <w:t>vt 0.198864 0.620600</w:t>
        <w:br/>
        <w:t>vt 0.199971 0.620600</w:t>
        <w:br/>
        <w:t>vt 0.198864 0.620600</w:t>
        <w:br/>
        <w:t>vt 0.195295 0.619700</w:t>
        <w:br/>
        <w:t>vt 0.198635 0.619700</w:t>
        <w:br/>
        <w:t>vt 0.191204 0.619700</w:t>
        <w:br/>
        <w:t>vt 0.199796 0.619700</w:t>
        <w:br/>
        <w:t>vt 0.198635 0.619700</w:t>
        <w:br/>
        <w:t>vt 0.201709 0.619700</w:t>
        <w:br/>
        <w:t>vt 0.202022 0.620600</w:t>
        <w:br/>
        <w:t>vt 0.202022 0.620600</w:t>
        <w:br/>
        <w:t>vt 0.205732 0.620600</w:t>
        <w:br/>
        <w:t>vt 0.205609 0.619700</w:t>
        <w:br/>
        <w:t>vt 0.201709 0.619700</w:t>
        <w:br/>
        <w:t>vt 0.202000 0.633300</w:t>
        <w:br/>
        <w:t>vt 0.205732 0.620600</w:t>
        <w:br/>
        <w:t>vt 0.210614 0.620600</w:t>
        <w:br/>
        <w:t>vt 0.210886 0.619700</w:t>
        <w:br/>
        <w:t>vt 0.206000 0.631900</w:t>
        <w:br/>
        <w:t>vt 0.254000 0.625900</w:t>
        <w:br/>
        <w:t>vt 0.254600 0.632600</w:t>
        <w:br/>
        <w:t>vt 0.251700 0.627100</w:t>
        <w:br/>
        <w:t>vt 0.251038 0.620600</w:t>
        <w:br/>
        <w:t>vt 0.252818 0.620600</w:t>
        <w:br/>
        <w:t>vt 0.250790 0.619700</w:t>
        <w:br/>
        <w:t>vt 0.252793 0.619700</w:t>
        <w:br/>
        <w:t>vt 0.251038 0.620600</w:t>
        <w:br/>
        <w:t>vt 0.252818 0.620600</w:t>
        <w:br/>
        <w:t>vt 0.250062 0.620600</w:t>
        <w:br/>
        <w:t>vt 0.250029 0.619700</w:t>
        <w:br/>
        <w:t>vt 0.251038 0.620600</w:t>
        <w:br/>
        <w:t>vt 0.251700 0.627100</w:t>
        <w:br/>
        <w:t>vt 0.250062 0.620600</w:t>
        <w:br/>
        <w:t>vt 0.249147 0.620600</w:t>
        <w:br/>
        <w:t>vt 0.245894 0.620600</w:t>
        <w:br/>
        <w:t>vt 0.249147 0.620600</w:t>
        <w:br/>
        <w:t>vt 0.243300 0.638300</w:t>
        <w:br/>
        <w:t>vt 0.243000 0.630600</w:t>
        <w:br/>
        <w:t>vt 0.235000 0.632200</w:t>
        <w:br/>
        <w:t>vt 0.239701 0.620600</w:t>
        <w:br/>
        <w:t>vt 0.242623 0.620600</w:t>
        <w:br/>
        <w:t>vt 0.240005 0.619700</w:t>
        <w:br/>
        <w:t>vt 0.242634 0.619700</w:t>
        <w:br/>
        <w:t>vt 0.237681 0.620600</w:t>
        <w:br/>
        <w:t>vt 0.238040 0.619700</w:t>
        <w:br/>
        <w:t>vt 0.245759 0.619700</w:t>
        <w:br/>
        <w:t>vt 0.236192 0.620600</w:t>
        <w:br/>
        <w:t>vt 0.237681 0.620600</w:t>
        <w:br/>
        <w:t>vt 0.235000 0.632200</w:t>
        <w:br/>
        <w:t>vt 0.248714 0.619700</w:t>
        <w:br/>
        <w:t>vt 0.248714 0.619700</w:t>
        <w:br/>
        <w:t>vt 0.252818 0.620600</w:t>
        <w:br/>
        <w:t>vt 0.254818 0.620600</w:t>
        <w:br/>
        <w:t>vt 0.254000 0.625900</w:t>
        <w:br/>
        <w:t>vt 0.256000 0.626500</w:t>
        <w:br/>
        <w:t>vt 0.255591 0.620600</w:t>
        <w:br/>
        <w:t>vt 0.256000 0.626500</w:t>
        <w:br/>
        <w:t>vt 0.254818 0.620600</w:t>
        <w:br/>
        <w:t>vt 0.257266 0.620600</w:t>
        <w:br/>
        <w:t>vt 0.260642 0.624800</w:t>
        <w:br/>
        <w:t>vt 0.260706 0.620600</w:t>
        <w:br/>
        <w:t>vt 0.255937 0.620600</w:t>
        <w:br/>
        <w:t>vt 0.256094 0.619700</w:t>
        <w:br/>
        <w:t>vt 0.257266 0.620600</w:t>
        <w:br/>
        <w:t>vt 0.257388 0.619700</w:t>
        <w:br/>
        <w:t>vt 0.260706 0.620600</w:t>
        <w:br/>
        <w:t>vt 0.260701 0.619700</w:t>
        <w:br/>
        <w:t>vt 0.265239 0.620600</w:t>
        <w:br/>
        <w:t>vt 0.266800 0.620600</w:t>
        <w:br/>
        <w:t>vt 0.255591 0.620600</w:t>
        <w:br/>
        <w:t>vt 0.255545 0.619700</w:t>
        <w:br/>
        <w:t>vt 0.255937 0.620600</w:t>
        <w:br/>
        <w:t>vt 0.256000 0.626500</w:t>
        <w:br/>
        <w:t>vt 0.255591 0.620600</w:t>
        <w:br/>
        <w:t>vt 0.254818 0.620600</w:t>
        <w:br/>
        <w:t>vt 0.254908 0.619700</w:t>
        <w:br/>
        <w:t>vt 0.262200 0.627700</w:t>
        <w:br/>
        <w:t>vt 0.254600 0.632600</w:t>
        <w:br/>
        <w:t>vt 0.143500 0.660900</w:t>
        <w:br/>
        <w:t>vt 0.144500 0.635900</w:t>
        <w:br/>
        <w:t>vt 0.149600 0.636400</w:t>
        <w:br/>
        <w:t>vt 0.146492 0.620600</w:t>
        <w:br/>
        <w:t>vt 0.142991 0.620600</w:t>
        <w:br/>
        <w:t>vt 0.148859 0.620600</w:t>
        <w:br/>
        <w:t>vt 0.149600 0.636400</w:t>
        <w:br/>
        <w:t>vt 0.146492 0.620600</w:t>
        <w:br/>
        <w:t>vt 0.148979 0.619700</w:t>
        <w:br/>
        <w:t>vt 0.146703 0.619700</w:t>
        <w:br/>
        <w:t>vt 0.150133 0.620600</w:t>
        <w:br/>
        <w:t>vt 0.148859 0.620600</w:t>
        <w:br/>
        <w:t>vt 0.160700 0.637500</w:t>
        <w:br/>
        <w:t>vt 0.149600 0.636400</w:t>
        <w:br/>
        <w:t>vt 0.153963 0.620600</w:t>
        <w:br/>
        <w:t>vt 0.150133 0.620600</w:t>
        <w:br/>
        <w:t>vt 0.150389 0.619700</w:t>
        <w:br/>
        <w:t>vt 0.154179 0.619700</w:t>
        <w:br/>
        <w:t>vt 0.142911 0.619700</w:t>
        <w:br/>
        <w:t>vt 0.146703 0.619700</w:t>
        <w:br/>
        <w:t>vt 0.143500 0.660900</w:t>
        <w:br/>
        <w:t>vt 0.139500 0.637200</w:t>
        <w:br/>
        <w:t>vt 0.144500 0.635900</w:t>
        <w:br/>
        <w:t>vt 0.138050 0.620600</w:t>
        <w:br/>
        <w:t>vt 0.139761 0.620600</w:t>
        <w:br/>
        <w:t>vt 0.142991 0.620600</w:t>
        <w:br/>
        <w:t>vt 0.139761 0.620600</w:t>
        <w:br/>
        <w:t>vt 0.139427 0.619700</w:t>
        <w:br/>
        <w:t>vt 0.137837 0.619700</w:t>
        <w:br/>
        <w:t>vt 0.136413 0.620600</w:t>
        <w:br/>
        <w:t>vt 0.136160 0.619700</w:t>
        <w:br/>
        <w:t>vt 0.132738 0.620600</w:t>
        <w:br/>
        <w:t>vt 0.132684 0.619700</w:t>
        <w:br/>
        <w:t>vt 0.136413 0.620600</w:t>
        <w:br/>
        <w:t>vt 0.127600 0.659700</w:t>
        <w:br/>
        <w:t>vt 0.139500 0.637200</w:t>
        <w:br/>
        <w:t>vt 0.129300 0.638000</w:t>
        <w:br/>
        <w:t>vt 0.113700 0.656200</w:t>
        <w:br/>
        <w:t>vt 0.118200 0.635900</w:t>
        <w:br/>
        <w:t>vt 0.128393 0.620600</w:t>
        <w:br/>
        <w:t>vt 0.124064 0.620600</w:t>
        <w:br/>
        <w:t>vt 0.119606 0.620600</w:t>
        <w:br/>
        <w:t>vt 0.121147 0.620600</w:t>
        <w:br/>
        <w:t>vt 0.118200 0.635900</w:t>
        <w:br/>
        <w:t>vt 0.124264 0.619700</w:t>
        <w:br/>
        <w:t>vt 0.124064 0.620600</w:t>
        <w:br/>
        <w:t>vt 0.121353 0.619700</w:t>
        <w:br/>
        <w:t>vt 0.121147 0.620600</w:t>
        <w:br/>
        <w:t>vt 0.119823 0.619700</w:t>
        <w:br/>
        <w:t>vt 0.117958 0.620600</w:t>
        <w:br/>
        <w:t>vt 0.128364 0.619700</w:t>
        <w:br/>
        <w:t>vt 0.158600 0.661800</w:t>
        <w:br/>
        <w:t>vt 0.170400 0.636200</w:t>
        <w:br/>
        <w:t>vt 0.165328 0.620600</w:t>
        <w:br/>
        <w:t>vt 0.168799 0.620600</w:t>
        <w:br/>
        <w:t>vt 0.168618 0.619700</w:t>
        <w:br/>
        <w:t>vt 0.165383 0.619700</w:t>
        <w:br/>
        <w:t>vt 0.159706 0.620600</w:t>
        <w:br/>
        <w:t>vt 0.159684 0.619700</w:t>
        <w:br/>
        <w:t>vt 0.099000 0.633800</w:t>
        <w:br/>
        <w:t>vt 0.095700 0.651100</w:t>
        <w:br/>
        <w:t>vt 0.089000 0.630900</w:t>
        <w:br/>
        <w:t>vt 0.078600 0.643300</w:t>
        <w:br/>
        <w:t>vt 0.101849 0.619700</w:t>
        <w:br/>
        <w:t>vt 0.101725 0.620600</w:t>
        <w:br/>
        <w:t>vt 0.098877 0.619700</w:t>
        <w:br/>
        <w:t>vt 0.098801 0.620600</w:t>
        <w:br/>
        <w:t>vt 0.104496 0.620600</w:t>
        <w:br/>
        <w:t>vt 0.104549 0.619700</w:t>
        <w:br/>
        <w:t>vt 0.109900 0.635300</w:t>
        <w:br/>
        <w:t>vt 0.109508 0.620600</w:t>
        <w:br/>
        <w:t>vt 0.109900 0.635300</w:t>
        <w:br/>
        <w:t>vt 0.107850 0.620600</w:t>
        <w:br/>
        <w:t>vt 0.107585 0.619700</w:t>
        <w:br/>
        <w:t>vt 0.109339 0.619700</w:t>
        <w:br/>
        <w:t>vt 0.111558 0.620600</w:t>
        <w:br/>
        <w:t>vt 0.111334 0.619700</w:t>
        <w:br/>
        <w:t>vt 0.115000 0.620600</w:t>
        <w:br/>
        <w:t>vt 0.115017 0.619700</w:t>
        <w:br/>
        <w:t>vt 0.117958 0.620600</w:t>
        <w:br/>
        <w:t>vt 0.118237 0.619700</w:t>
        <w:br/>
        <w:t>vt 0.118237 0.619700</w:t>
        <w:br/>
        <w:t>vt 0.111334 0.619700</w:t>
        <w:br/>
        <w:t>vt 0.111558 0.620600</w:t>
        <w:br/>
        <w:t>vt 0.114500 0.635500</w:t>
        <w:br/>
        <w:t>vt 0.115000 0.620600</w:t>
        <w:br/>
        <w:t>vt 0.113700 0.656200</w:t>
        <w:br/>
        <w:t>vt 0.114500 0.635500</w:t>
        <w:br/>
        <w:t>vt 0.113700 0.656200</w:t>
        <w:br/>
        <w:t>vt 0.222080 0.619700</w:t>
        <w:br/>
        <w:t>vt 0.222312 0.620600</w:t>
        <w:br/>
        <w:t>vt 0.225516 0.620600</w:t>
        <w:br/>
        <w:t>vt 0.225331 0.619700</w:t>
        <w:br/>
        <w:t>vt 0.225516 0.620600</w:t>
        <w:br/>
        <w:t>vt 0.225331 0.619700</w:t>
        <w:br/>
        <w:t>vt 0.226864 0.620600</w:t>
        <w:br/>
        <w:t>vt 0.226806 0.619700</w:t>
        <w:br/>
        <w:t>vt 0.227931 0.620600</w:t>
        <w:br/>
        <w:t>vt 0.227787 0.619700</w:t>
        <w:br/>
        <w:t>vt 0.228400 0.630100</w:t>
        <w:br/>
        <w:t>vt 0.231700 0.629600</w:t>
        <w:br/>
        <w:t>vt 0.230797 0.620600</w:t>
        <w:br/>
        <w:t>vt 0.227931 0.620600</w:t>
        <w:br/>
        <w:t>vt 0.230797 0.620600</w:t>
        <w:br/>
        <w:t>vt 0.234059 0.620600</w:t>
        <w:br/>
        <w:t>vt 0.231700 0.629600</w:t>
        <w:br/>
        <w:t>vt 0.230800 0.644500</w:t>
        <w:br/>
        <w:t>vt 0.234059 0.620600</w:t>
        <w:br/>
        <w:t>vt 0.230800 0.644500</w:t>
        <w:br/>
        <w:t>vt 0.234199 0.619700</w:t>
        <w:br/>
        <w:t>vt 0.234059 0.620600</w:t>
        <w:br/>
        <w:t>vt 0.230680 0.619700</w:t>
        <w:br/>
        <w:t>vt 0.230797 0.620600</w:t>
        <w:br/>
        <w:t>vt 0.236427 0.619700</w:t>
        <w:br/>
        <w:t>vt 0.236192 0.620600</w:t>
        <w:br/>
        <w:t>vt 0.175100 0.635200</w:t>
        <w:br/>
        <w:t>vt 0.172800 0.659600</w:t>
        <w:br/>
        <w:t>vt 0.170400 0.636200</w:t>
        <w:br/>
        <w:t>vt 0.172248 0.620600</w:t>
        <w:br/>
        <w:t>vt 0.175710 0.620600</w:t>
        <w:br/>
        <w:t>vt 0.172018 0.619700</w:t>
        <w:br/>
        <w:t>vt 0.175687 0.619700</w:t>
        <w:br/>
        <w:t>vt 0.181397 0.620600</w:t>
        <w:br/>
        <w:t>vt 0.179527 0.620600</w:t>
        <w:br/>
        <w:t>vt 0.181550 0.619700</w:t>
        <w:br/>
        <w:t>vt 0.179780 0.619700</w:t>
        <w:br/>
        <w:t>vt 0.181397 0.620600</w:t>
        <w:br/>
        <w:t>vt 0.183094 0.620600</w:t>
        <w:br/>
        <w:t>vt 0.179800 0.636400</w:t>
        <w:br/>
        <w:t>vt 0.175710 0.620600</w:t>
        <w:br/>
        <w:t>vt 0.179527 0.620600</w:t>
        <w:br/>
        <w:t>vt 0.175100 0.635200</w:t>
        <w:br/>
        <w:t>vt 0.172800 0.659600</w:t>
        <w:br/>
        <w:t>vt 0.183345 0.619700</w:t>
        <w:br/>
        <w:t>vt 0.186882 0.619700</w:t>
        <w:br/>
        <w:t>vt 0.179780 0.619700</w:t>
        <w:br/>
        <w:t>vt 0.170670 0.620600</w:t>
        <w:br/>
        <w:t>vt 0.170575 0.619700</w:t>
        <w:br/>
        <w:t>vt 0.172248 0.620600</w:t>
        <w:br/>
        <w:t>vt 0.172018 0.619700</w:t>
        <w:br/>
        <w:t>vt 0.168799 0.620600</w:t>
        <w:br/>
        <w:t>vt 0.168618 0.619700</w:t>
        <w:br/>
        <w:t>vt 0.267400 0.620600</w:t>
        <w:br/>
        <w:t>vt 0.266800 0.620600</w:t>
        <w:br/>
        <w:t>vt 0.266823 0.619700</w:t>
        <w:br/>
        <w:t>vt 0.267400 0.620600</w:t>
        <w:br/>
        <w:t>vt 0.267700 0.619700</w:t>
        <w:br/>
        <w:t>vt 0.266823 0.619700</w:t>
        <w:br/>
        <w:t>vt 0.265381 0.619700</w:t>
        <w:br/>
        <w:t>vt 0.098801 0.620600</w:t>
        <w:br/>
        <w:t>vt 0.101725 0.620600</w:t>
        <w:br/>
        <w:t>vt 0.095195 0.620600</w:t>
        <w:br/>
        <w:t>vt 0.089000 0.630900</w:t>
        <w:br/>
        <w:t>vt 0.092960 0.620600</w:t>
        <w:br/>
        <w:t>vt 0.090585 0.620600</w:t>
        <w:br/>
        <w:t>vt 0.086853 0.620600</w:t>
        <w:br/>
        <w:t>vt 0.084200 0.629700</w:t>
        <w:br/>
        <w:t>vt 0.093139 0.619700</w:t>
        <w:br/>
        <w:t>vt 0.092960 0.620600</w:t>
        <w:br/>
        <w:t>vt 0.090877 0.619700</w:t>
        <w:br/>
        <w:t>vt 0.090585 0.620600</w:t>
        <w:br/>
        <w:t>vt 0.086981 0.619700</w:t>
        <w:br/>
        <w:t>vt 0.083421 0.620600</w:t>
        <w:br/>
        <w:t>vt 0.083173 0.619700</w:t>
        <w:br/>
        <w:t>vt 0.083173 0.619700</w:t>
        <w:br/>
        <w:t>vt 0.083421 0.620600</w:t>
        <w:br/>
        <w:t>vt 0.081456 0.619700</w:t>
        <w:br/>
        <w:t>vt 0.081495 0.620600</w:t>
        <w:br/>
        <w:t>vt 0.080500 0.629300</w:t>
        <w:br/>
        <w:t>vt 0.084200 0.629700</w:t>
        <w:br/>
        <w:t>vt 0.086853 0.620600</w:t>
        <w:br/>
        <w:t>vt 0.083421 0.620600</w:t>
        <w:br/>
        <w:t>vt 0.080500 0.629300</w:t>
        <w:br/>
        <w:t>vt 0.081495 0.620600</w:t>
        <w:br/>
        <w:t>vt 0.078600 0.643300</w:t>
        <w:br/>
        <w:t>vt 0.095498 0.619700</w:t>
        <w:br/>
        <w:t>vt 0.080624 0.620600</w:t>
        <w:br/>
        <w:t>vt 0.080499 0.619700</w:t>
        <w:br/>
        <w:t>vt 0.080624 0.620600</w:t>
        <w:br/>
        <w:t>vt 0.078914 0.619700</w:t>
        <w:br/>
        <w:t>vt 0.078945 0.620600</w:t>
        <w:br/>
        <w:t>vt 0.070297 0.619700</w:t>
        <w:br/>
        <w:t>vt 0.069986 0.620600</w:t>
        <w:br/>
        <w:t>vt 0.062451 0.620600</w:t>
        <w:br/>
        <w:t>vt 0.056698 0.620600</w:t>
        <w:br/>
        <w:t>vt 0.062570 0.619700</w:t>
        <w:br/>
        <w:t>vt 0.056661 0.619700</w:t>
        <w:br/>
        <w:t>vt 0.062451 0.620600</w:t>
        <w:br/>
        <w:t>vt 0.051793 0.620600</w:t>
        <w:br/>
        <w:t>vt 0.056698 0.620600</w:t>
        <w:br/>
        <w:t>vt 0.051767 0.619700</w:t>
        <w:br/>
        <w:t>vt 0.051793 0.620600</w:t>
        <w:br/>
        <w:t>vt 0.048900 0.620600</w:t>
        <w:br/>
        <w:t>vt 0.049000 0.619700</w:t>
        <w:br/>
        <w:t>vt 0.061600 0.635600</w:t>
        <w:br/>
        <w:t>vt 0.067100 0.628200</w:t>
        <w:br/>
        <w:t>vt 0.080500 0.629300</w:t>
        <w:br/>
        <w:t>vt 0.048900 0.620600</w:t>
        <w:br/>
        <w:t>vt 0.078945 0.620600</w:t>
        <w:br/>
        <w:t>vt 0.069986 0.620600</w:t>
        <w:br/>
        <w:t>vt 0.255937 0.620600</w:t>
        <w:br/>
        <w:t>vt 0.095195 0.620600</w:t>
        <w:br/>
        <w:t>vt 0.107850 0.620600</w:t>
        <w:br/>
        <w:t>vt 0.183094 0.620600</w:t>
        <w:br/>
        <w:t>vt 0.219017 0.620600</w:t>
        <w:br/>
        <w:t>vt 0.833908 0.731331</w:t>
        <w:br/>
        <w:t>vt 0.853964 0.703331</w:t>
        <w:br/>
        <w:t>vt 0.846897 0.737031</w:t>
        <w:br/>
        <w:t>vt 0.821302 0.728031</w:t>
        <w:br/>
        <w:t>vt 0.841739 0.688331</w:t>
        <w:br/>
        <w:t>vt 0.845273 0.693231</w:t>
        <w:br/>
        <w:t>vt 0.821302 0.728031</w:t>
        <w:br/>
        <w:t>vt 0.840402 0.683931</w:t>
        <w:br/>
        <w:t>vt 0.841739 0.688331</w:t>
        <w:br/>
        <w:t>vt 0.797522 0.635431</w:t>
        <w:br/>
        <w:t>vt 0.805258 0.643331</w:t>
        <w:br/>
        <w:t>vt 0.791315 0.677831</w:t>
        <w:br/>
        <w:t>vt 0.799050 0.674131</w:t>
        <w:br/>
        <w:t>vt 0.775557 0.819631</w:t>
        <w:br/>
        <w:t>vt 0.779186 0.772031</w:t>
        <w:br/>
        <w:t>vt 0.776894 0.820531</w:t>
        <w:br/>
        <w:t>vt 0.784343 0.769931</w:t>
        <w:br/>
        <w:t>vt 0.828083 0.786031</w:t>
        <w:br/>
        <w:t>vt 0.794371 0.833431</w:t>
        <w:br/>
        <w:t>vt 0.816050 0.780231</w:t>
        <w:br/>
        <w:t>vt 0.787686 0.828531</w:t>
        <w:br/>
        <w:t>vt 0.895984 0.805731</w:t>
        <w:br/>
        <w:t>vt 0.864278 0.819231</w:t>
        <w:br/>
        <w:t>vt 0.892833 0.789631</w:t>
        <w:br/>
        <w:t>vt 0.853009 0.804431</w:t>
        <w:br/>
        <w:t>vt 0.811275 0.670931</w:t>
        <w:br/>
        <w:t>vt 0.818819 0.653431</w:t>
        <w:br/>
        <w:t>vt 0.823499 0.676131</w:t>
        <w:br/>
        <w:t>vt 0.799050 0.674131</w:t>
        <w:br/>
        <w:t>vt 0.812325 0.648031</w:t>
        <w:br/>
        <w:t>vt 0.826077 0.660931</w:t>
        <w:br/>
        <w:t>vt 0.831903 0.669831</w:t>
        <w:br/>
        <w:t>vt 0.834195 0.683931</w:t>
        <w:br/>
        <w:t>vt 0.837060 0.677631</w:t>
        <w:br/>
        <w:t>vt 0.779950 0.822831</w:t>
        <w:br/>
        <w:t>vt 0.796854 0.772531</w:t>
        <w:br/>
        <w:t>vt 0.782242 0.824531</w:t>
        <w:br/>
        <w:t>vt 0.802966 0.773731</w:t>
        <w:br/>
        <w:t>vt 0.782242 0.824531</w:t>
        <w:br/>
        <w:t>vt 0.802966 0.773731</w:t>
        <w:br/>
        <w:t>vt 0.790169 0.768731</w:t>
        <w:br/>
        <w:t>vt 0.811847 0.726031</w:t>
        <w:br/>
        <w:t>vt 0.800292 0.719631</w:t>
        <w:br/>
        <w:t>vt 0.783293 0.613831</w:t>
        <w:br/>
        <w:t>vt 0.792270 0.626931</w:t>
        <w:br/>
        <w:t>vt 0.785967 0.679831</w:t>
        <w:br/>
        <w:t>vt 0.791315 0.721431</w:t>
        <w:br/>
        <w:t>vt 0.866952 0.723731</w:t>
        <w:br/>
        <w:t>vt 0.868671 0.730531</w:t>
        <w:br/>
        <w:t>vt 0.808028 0.843231</w:t>
        <w:br/>
        <w:t>vt 0.801247 0.838431</w:t>
        <w:br/>
        <w:t>vt 0.861604 0.713931</w:t>
        <w:br/>
        <w:t>vt 0.782529 0.725331</w:t>
        <w:br/>
        <w:t>vt 0.862272 0.740031</w:t>
        <w:br/>
        <w:t>vt 0.869148 0.742031</w:t>
        <w:br/>
        <w:t>vt 0.828083 0.786031</w:t>
        <w:br/>
        <w:t>vt 0.771641 0.816531</w:t>
        <w:br/>
        <w:t>vt 0.771641 0.770631</w:t>
        <w:br/>
        <w:t>vt 0.862272 0.740031</w:t>
        <w:br/>
        <w:t>vt 0.777563 0.821031</w:t>
        <w:br/>
        <w:t>vt 0.784343 0.769931</w:t>
        <w:br/>
        <w:t>vt 0.776894 0.820531</w:t>
        <w:br/>
        <w:t>vt 0.821302 0.728031</w:t>
        <w:br/>
        <w:t>vt 0.876120 0.754431</w:t>
        <w:br/>
        <w:t>vt 0.840020 0.792031</w:t>
        <w:br/>
        <w:t>vt 0.885192 0.770831</w:t>
        <w:br/>
        <w:t>vt 0.771641 0.724931</w:t>
        <w:br/>
        <w:t>vt 0.791315 0.721431</w:t>
        <w:br/>
        <w:t>vt 0.868671 0.734231</w:t>
        <w:br/>
        <w:t>vt 0.840402 0.683931</w:t>
        <w:br/>
        <w:t>vt 0.771641 0.680431</w:t>
        <w:br/>
        <w:t>vt 0.771546 0.600831</w:t>
        <w:br/>
        <w:t>vt 0.794371 0.833431</w:t>
        <w:br/>
        <w:t>vt 0.868671 0.734231</w:t>
        <w:br/>
        <w:t>vt 0.843720 0.686897</w:t>
        <w:br/>
        <w:t>vt 0.847158 0.691697</w:t>
        <w:br/>
        <w:t>vt 0.842574 0.687497</w:t>
        <w:br/>
        <w:t>vt 0.846107 0.692397</w:t>
        <w:br/>
        <w:t>vt 0.842287 0.682697</w:t>
        <w:br/>
        <w:t>vt 0.841237 0.683097</w:t>
        <w:br/>
        <w:t>vt 0.799216 0.633797</w:t>
        <w:br/>
        <w:t>vt 0.806856 0.641497</w:t>
        <w:br/>
        <w:t>vt 0.798357 0.634597</w:t>
        <w:br/>
        <w:t>vt 0.806092 0.642497</w:t>
        <w:br/>
        <w:t>vt 0.898024 0.807761</w:t>
        <w:br/>
        <w:t>vt 0.865458 0.821661</w:t>
        <w:br/>
        <w:t>vt 0.896687 0.806961</w:t>
        <w:br/>
        <w:t>vt 0.864980 0.820461</w:t>
        <w:br/>
        <w:t>vt 0.893667 0.788797</w:t>
        <w:br/>
        <w:t>vt 0.894813 0.788497</w:t>
        <w:br/>
        <w:t>vt 0.896819 0.804897</w:t>
        <w:br/>
        <w:t>vt 0.898155 0.805697</w:t>
        <w:br/>
        <w:t>vt 0.827771 0.659297</w:t>
        <w:br/>
        <w:t>vt 0.833787 0.668197</w:t>
        <w:br/>
        <w:t>vt 0.826912 0.660097</w:t>
        <w:br/>
        <w:t>vt 0.832737 0.668997</w:t>
        <w:br/>
        <w:t>vt 0.855848 0.701697</w:t>
        <w:br/>
        <w:t>vt 0.854798 0.702497</w:t>
        <w:br/>
        <w:t>vt 0.838945 0.676097</w:t>
        <w:br/>
        <w:t>vt 0.837894 0.676797</w:t>
        <w:br/>
        <w:t>vt 0.813923 0.646197</w:t>
        <w:br/>
        <w:t>vt 0.813159 0.647197</w:t>
        <w:br/>
        <w:t>vt 0.785082 0.612197</w:t>
        <w:br/>
        <w:t>vt 0.794059 0.625297</w:t>
        <w:br/>
        <w:t>vt 0.784127 0.612997</w:t>
        <w:br/>
        <w:t>vt 0.793104 0.626097</w:t>
        <w:br/>
        <w:t>vt 0.868741 0.722397</w:t>
        <w:br/>
        <w:t>vt 0.870364 0.729297</w:t>
        <w:br/>
        <w:t>vt 0.867786 0.722897</w:t>
        <w:br/>
        <w:t>vt 0.869505 0.729697</w:t>
        <w:br/>
        <w:t>vt 0.863489 0.712297</w:t>
        <w:br/>
        <w:t>vt 0.862438 0.713097</w:t>
        <w:br/>
        <w:t>vt 0.768974 0.815531</w:t>
        <w:br/>
        <w:t>vt 0.768974 0.770531</w:t>
        <w:br/>
        <w:t>vt 0.770191 0.816531</w:t>
        <w:br/>
        <w:t>vt 0.770191 0.770631</w:t>
        <w:br/>
        <w:t>vt 0.869983 0.741197</w:t>
        <w:br/>
        <w:t>vt 0.871129 0.740697</w:t>
        <w:br/>
        <w:t>vt 0.876954 0.753597</w:t>
        <w:br/>
        <w:t>vt 0.878005 0.752997</w:t>
        <w:br/>
        <w:t>vt 0.768974 0.724931</w:t>
        <w:br/>
        <w:t>vt 0.770191 0.724931</w:t>
        <w:br/>
        <w:t>vt 0.869505 0.733397</w:t>
        <w:br/>
        <w:t>vt 0.870684 0.733297</w:t>
        <w:br/>
        <w:t>vt 0.842287 0.682697</w:t>
        <w:br/>
        <w:t>vt 0.841237 0.683097</w:t>
        <w:br/>
        <w:t>vt 0.770191 0.680431</w:t>
        <w:br/>
        <w:t>vt 0.768974 0.680531</w:t>
        <w:br/>
        <w:t>vt 0.770191 0.600831</w:t>
        <w:br/>
        <w:t>vt 0.768974 0.598231</w:t>
        <w:br/>
        <w:t>vt 0.771234 0.597397</w:t>
        <w:br/>
        <w:t>vt 0.772380 0.599997</w:t>
        <w:br/>
        <w:t>vt 0.887173 0.769497</w:t>
        <w:br/>
        <w:t>vt 0.886027 0.769997</w:t>
        <w:br/>
        <w:t>vt 0.808730 0.844461</w:t>
        <w:br/>
        <w:t>vt 0.809972 0.845361</w:t>
        <w:br/>
        <w:t>vt 0.820417 0.651697</w:t>
        <w:br/>
        <w:t>vt 0.819654 0.652597</w:t>
        <w:br/>
        <w:t>vt 0.870364 0.729297</w:t>
        <w:br/>
        <w:t>vt 0.869505 0.729697</w:t>
        <w:br/>
        <w:t>vt 0.206000 0.631900</w:t>
        <w:br/>
        <w:t>vt 0.202700 0.654200</w:t>
        <w:br/>
        <w:t>vt 0.202000 0.633300</w:t>
        <w:br/>
        <w:t>vt 0.219017 0.620600</w:t>
        <w:br/>
        <w:t>vt 0.216125 0.620600</w:t>
        <w:br/>
        <w:t>vt 0.216353 0.619700</w:t>
        <w:br/>
        <w:t>vt 0.219085 0.619700</w:t>
        <w:br/>
        <w:t>vt 0.213886 0.620600</w:t>
        <w:br/>
        <w:t>vt 0.214034 0.619700</w:t>
        <w:br/>
        <w:t>vt 0.212336 0.620600</w:t>
        <w:br/>
        <w:t>vt 0.212495 0.619700</w:t>
        <w:br/>
        <w:t>vt 0.210614 0.620600</w:t>
        <w:br/>
        <w:t>vt 0.210886 0.619700</w:t>
        <w:br/>
        <w:t>vt 0.211400 0.632500</w:t>
        <w:br/>
        <w:t>vt 0.219600 0.632400</w:t>
        <w:br/>
        <w:t>vt 0.218100 0.648900</w:t>
        <w:br/>
        <w:t>vt 0.202700 0.654200</w:t>
        <w:br/>
        <w:t>vt 0.213886 0.620600</w:t>
        <w:br/>
        <w:t>vt 0.228400 0.630100</w:t>
        <w:br/>
        <w:t>vt 0.230800 0.644500</w:t>
        <w:br/>
        <w:t>vt 0.222312 0.620600</w:t>
        <w:br/>
        <w:t>vt 0.211400 0.632500</w:t>
        <w:br/>
        <w:t>vt 0.189700 0.636200</w:t>
        <w:br/>
        <w:t>vt 0.202000 0.633300</w:t>
        <w:br/>
        <w:t>vt 0.187800 0.659000</w:t>
        <w:br/>
        <w:t>vt 0.179800 0.636400</w:t>
        <w:br/>
        <w:t>vt 0.172800 0.659600</w:t>
        <w:br/>
        <w:t>vt 0.186873 0.620600</w:t>
        <w:br/>
        <w:t>vt 0.191193 0.620600</w:t>
        <w:br/>
        <w:t>vt 0.195539 0.620600</w:t>
        <w:br/>
        <w:t>vt 0.198864 0.620600</w:t>
        <w:br/>
        <w:t>vt 0.198864 0.620600</w:t>
        <w:br/>
        <w:t>vt 0.199971 0.620600</w:t>
        <w:br/>
        <w:t>vt 0.198635 0.619700</w:t>
        <w:br/>
        <w:t>vt 0.195295 0.619700</w:t>
        <w:br/>
        <w:t>vt 0.191204 0.619700</w:t>
        <w:br/>
        <w:t>vt 0.199796 0.619700</w:t>
        <w:br/>
        <w:t>vt 0.198635 0.619700</w:t>
        <w:br/>
        <w:t>vt 0.201709 0.619700</w:t>
        <w:br/>
        <w:t>vt 0.202022 0.620600</w:t>
        <w:br/>
        <w:t>vt 0.205733 0.620600</w:t>
        <w:br/>
        <w:t>vt 0.202022 0.620600</w:t>
        <w:br/>
        <w:t>vt 0.205609 0.619700</w:t>
        <w:br/>
        <w:t>vt 0.201709 0.619700</w:t>
        <w:br/>
        <w:t>vt 0.202000 0.633300</w:t>
        <w:br/>
        <w:t>vt 0.210614 0.620600</w:t>
        <w:br/>
        <w:t>vt 0.205733 0.620600</w:t>
        <w:br/>
        <w:t>vt 0.210886 0.619700</w:t>
        <w:br/>
        <w:t>vt 0.206000 0.631900</w:t>
        <w:br/>
        <w:t>vt 0.254600 0.632600</w:t>
        <w:br/>
        <w:t>vt 0.251700 0.627100</w:t>
        <w:br/>
        <w:t>vt 0.254000 0.625900</w:t>
        <w:br/>
        <w:t>vt 0.251038 0.620600</w:t>
        <w:br/>
        <w:t>vt 0.252818 0.620600</w:t>
        <w:br/>
        <w:t>vt 0.252793 0.619700</w:t>
        <w:br/>
        <w:t>vt 0.252818 0.620600</w:t>
        <w:br/>
        <w:t>vt 0.251038 0.620600</w:t>
        <w:br/>
        <w:t>vt 0.250790 0.619700</w:t>
        <w:br/>
        <w:t>vt 0.250029 0.619700</w:t>
        <w:br/>
        <w:t>vt 0.250062 0.620600</w:t>
        <w:br/>
        <w:t>vt 0.251700 0.627100</w:t>
        <w:br/>
        <w:t>vt 0.250062 0.620600</w:t>
        <w:br/>
        <w:t>vt 0.251038 0.620600</w:t>
        <w:br/>
        <w:t>vt 0.249147 0.620600</w:t>
        <w:br/>
        <w:t>vt 0.245894 0.620600</w:t>
        <w:br/>
        <w:t>vt 0.249147 0.620600</w:t>
        <w:br/>
        <w:t>vt 0.243000 0.630600</w:t>
        <w:br/>
        <w:t>vt 0.243300 0.638300</w:t>
        <w:br/>
        <w:t>vt 0.235000 0.632200</w:t>
        <w:br/>
        <w:t>vt 0.239701 0.620600</w:t>
        <w:br/>
        <w:t>vt 0.242623 0.620600</w:t>
        <w:br/>
        <w:t>vt 0.240005 0.619700</w:t>
        <w:br/>
        <w:t>vt 0.242634 0.619700</w:t>
        <w:br/>
        <w:t>vt 0.238040 0.619700</w:t>
        <w:br/>
        <w:t>vt 0.237681 0.620600</w:t>
        <w:br/>
        <w:t>vt 0.245760 0.619700</w:t>
        <w:br/>
        <w:t>vt 0.237681 0.620600</w:t>
        <w:br/>
        <w:t>vt 0.235000 0.632200</w:t>
        <w:br/>
        <w:t>vt 0.236192 0.620600</w:t>
        <w:br/>
        <w:t>vt 0.248714 0.619700</w:t>
        <w:br/>
        <w:t>vt 0.248714 0.619700</w:t>
        <w:br/>
        <w:t>vt 0.254000 0.625900</w:t>
        <w:br/>
        <w:t>vt 0.252818 0.620600</w:t>
        <w:br/>
        <w:t>vt 0.254818 0.620600</w:t>
        <w:br/>
        <w:t>vt 0.256000 0.626500</w:t>
        <w:br/>
        <w:t>vt 0.256000 0.626500</w:t>
        <w:br/>
        <w:t>vt 0.254818 0.620600</w:t>
        <w:br/>
        <w:t>vt 0.255591 0.620600</w:t>
        <w:br/>
        <w:t>vt 0.260642 0.624800</w:t>
        <w:br/>
        <w:t>vt 0.257266 0.620600</w:t>
        <w:br/>
        <w:t>vt 0.260706 0.620600</w:t>
        <w:br/>
        <w:t>vt 0.256094 0.619700</w:t>
        <w:br/>
        <w:t>vt 0.257388 0.619700</w:t>
        <w:br/>
        <w:t>vt 0.257266 0.620600</w:t>
        <w:br/>
        <w:t>vt 0.255937 0.620600</w:t>
        <w:br/>
        <w:t>vt 0.260706 0.620600</w:t>
        <w:br/>
        <w:t>vt 0.260701 0.619700</w:t>
        <w:br/>
        <w:t>vt 0.265239 0.620600</w:t>
        <w:br/>
        <w:t>vt 0.266800 0.620600</w:t>
        <w:br/>
        <w:t>vt 0.255591 0.620600</w:t>
        <w:br/>
        <w:t>vt 0.255545 0.619700</w:t>
        <w:br/>
        <w:t>vt 0.256000 0.626500</w:t>
        <w:br/>
        <w:t>vt 0.255591 0.620600</w:t>
        <w:br/>
        <w:t>vt 0.255937 0.620600</w:t>
        <w:br/>
        <w:t>vt 0.254818 0.620600</w:t>
        <w:br/>
        <w:t>vt 0.254908 0.619700</w:t>
        <w:br/>
        <w:t>vt 0.262200 0.627700</w:t>
        <w:br/>
        <w:t>vt 0.254600 0.632600</w:t>
        <w:br/>
        <w:t>vt 0.144500 0.635900</w:t>
        <w:br/>
        <w:t>vt 0.149600 0.636400</w:t>
        <w:br/>
        <w:t>vt 0.143500 0.660900</w:t>
        <w:br/>
        <w:t>vt 0.146492 0.620600</w:t>
        <w:br/>
        <w:t>vt 0.142991 0.620600</w:t>
        <w:br/>
        <w:t>vt 0.149600 0.636400</w:t>
        <w:br/>
        <w:t>vt 0.146492 0.620600</w:t>
        <w:br/>
        <w:t>vt 0.148859 0.620600</w:t>
        <w:br/>
        <w:t>vt 0.148979 0.619700</w:t>
        <w:br/>
        <w:t>vt 0.146703 0.619700</w:t>
        <w:br/>
        <w:t>vt 0.148859 0.620600</w:t>
        <w:br/>
        <w:t>vt 0.150133 0.620600</w:t>
        <w:br/>
        <w:t>vt 0.149600 0.636400</w:t>
        <w:br/>
        <w:t>vt 0.153963 0.620600</w:t>
        <w:br/>
        <w:t>vt 0.160700 0.637500</w:t>
        <w:br/>
        <w:t>vt 0.150389 0.619700</w:t>
        <w:br/>
        <w:t>vt 0.154179 0.619700</w:t>
        <w:br/>
        <w:t>vt 0.150133 0.620600</w:t>
        <w:br/>
        <w:t>vt 0.142911 0.619700</w:t>
        <w:br/>
        <w:t>vt 0.146703 0.619700</w:t>
        <w:br/>
        <w:t>vt 0.139500 0.637200</w:t>
        <w:br/>
        <w:t>vt 0.144500 0.635900</w:t>
        <w:br/>
        <w:t>vt 0.143500 0.660900</w:t>
        <w:br/>
        <w:t>vt 0.139761 0.620600</w:t>
        <w:br/>
        <w:t>vt 0.138050 0.620600</w:t>
        <w:br/>
        <w:t>vt 0.142991 0.620600</w:t>
        <w:br/>
        <w:t>vt 0.139761 0.620600</w:t>
        <w:br/>
        <w:t>vt 0.139427 0.619700</w:t>
        <w:br/>
        <w:t>vt 0.137837 0.619700</w:t>
        <w:br/>
        <w:t>vt 0.136413 0.620600</w:t>
        <w:br/>
        <w:t>vt 0.136160 0.619700</w:t>
        <w:br/>
        <w:t>vt 0.132738 0.620600</w:t>
        <w:br/>
        <w:t>vt 0.132684 0.619700</w:t>
        <w:br/>
        <w:t>vt 0.136413 0.620600</w:t>
        <w:br/>
        <w:t>vt 0.127600 0.659700</w:t>
        <w:br/>
        <w:t>vt 0.129300 0.638000</w:t>
        <w:br/>
        <w:t>vt 0.139500 0.637200</w:t>
        <w:br/>
        <w:t>vt 0.113700 0.656200</w:t>
        <w:br/>
        <w:t>vt 0.118200 0.635900</w:t>
        <w:br/>
        <w:t>vt 0.124064 0.620600</w:t>
        <w:br/>
        <w:t>vt 0.128393 0.620600</w:t>
        <w:br/>
        <w:t>vt 0.121147 0.620600</w:t>
        <w:br/>
        <w:t>vt 0.118200 0.635900</w:t>
        <w:br/>
        <w:t>vt 0.119606 0.620600</w:t>
        <w:br/>
        <w:t>vt 0.124064 0.620600</w:t>
        <w:br/>
        <w:t>vt 0.121147 0.620600</w:t>
        <w:br/>
        <w:t>vt 0.121353 0.619700</w:t>
        <w:br/>
        <w:t>vt 0.124264 0.619700</w:t>
        <w:br/>
        <w:t>vt 0.119823 0.619700</w:t>
        <w:br/>
        <w:t>vt 0.117958 0.620600</w:t>
        <w:br/>
        <w:t>vt 0.128364 0.619700</w:t>
        <w:br/>
        <w:t>vt 0.158600 0.661800</w:t>
        <w:br/>
        <w:t>vt 0.165328 0.620600</w:t>
        <w:br/>
        <w:t>vt 0.170400 0.636200</w:t>
        <w:br/>
        <w:t>vt 0.168618 0.619700</w:t>
        <w:br/>
        <w:t>vt 0.168799 0.620600</w:t>
        <w:br/>
        <w:t>vt 0.165383 0.619700</w:t>
        <w:br/>
        <w:t>vt 0.159684 0.619700</w:t>
        <w:br/>
        <w:t>vt 0.159706 0.620600</w:t>
        <w:br/>
        <w:t>vt 0.089000 0.630900</w:t>
        <w:br/>
        <w:t>vt 0.099000 0.633800</w:t>
        <w:br/>
        <w:t>vt 0.095700 0.651100</w:t>
        <w:br/>
        <w:t>vt 0.078600 0.643300</w:t>
        <w:br/>
        <w:t>vt 0.101725 0.620600</w:t>
        <w:br/>
        <w:t>vt 0.098801 0.620600</w:t>
        <w:br/>
        <w:t>vt 0.098877 0.619700</w:t>
        <w:br/>
        <w:t>vt 0.101849 0.619700</w:t>
        <w:br/>
        <w:t>vt 0.104549 0.619700</w:t>
        <w:br/>
        <w:t>vt 0.104496 0.620600</w:t>
        <w:br/>
        <w:t>vt 0.109900 0.635300</w:t>
        <w:br/>
        <w:t>vt 0.109900 0.635300</w:t>
        <w:br/>
        <w:t>vt 0.107850 0.620600</w:t>
        <w:br/>
        <w:t>vt 0.109508 0.620600</w:t>
        <w:br/>
        <w:t>vt 0.107585 0.619700</w:t>
        <w:br/>
        <w:t>vt 0.109339 0.619700</w:t>
        <w:br/>
        <w:t>vt 0.111334 0.619700</w:t>
        <w:br/>
        <w:t>vt 0.111558 0.620600</w:t>
        <w:br/>
        <w:t>vt 0.115017 0.619700</w:t>
        <w:br/>
        <w:t>vt 0.118237 0.619700</w:t>
        <w:br/>
        <w:t>vt 0.117958 0.620600</w:t>
        <w:br/>
        <w:t>vt 0.115000 0.620600</w:t>
        <w:br/>
        <w:t>vt 0.118237 0.619700</w:t>
        <w:br/>
        <w:t>vt 0.111558 0.620600</w:t>
        <w:br/>
        <w:t>vt 0.111334 0.619700</w:t>
        <w:br/>
        <w:t>vt 0.114500 0.635500</w:t>
        <w:br/>
        <w:t>vt 0.115000 0.620600</w:t>
        <w:br/>
        <w:t>vt 0.113700 0.656200</w:t>
        <w:br/>
        <w:t>vt 0.113700 0.656200</w:t>
        <w:br/>
        <w:t>vt 0.114500 0.635500</w:t>
        <w:br/>
        <w:t>vt 0.222080 0.619700</w:t>
        <w:br/>
        <w:t>vt 0.222312 0.620600</w:t>
        <w:br/>
        <w:t>vt 0.225331 0.619700</w:t>
        <w:br/>
        <w:t>vt 0.225516 0.620600</w:t>
        <w:br/>
        <w:t>vt 0.226865 0.620600</w:t>
        <w:br/>
        <w:t>vt 0.225516 0.620600</w:t>
        <w:br/>
        <w:t>vt 0.225331 0.619700</w:t>
        <w:br/>
        <w:t>vt 0.226806 0.619700</w:t>
        <w:br/>
        <w:t>vt 0.227931 0.620600</w:t>
        <w:br/>
        <w:t>vt 0.227786 0.619700</w:t>
        <w:br/>
        <w:t>vt 0.228400 0.630100</w:t>
        <w:br/>
        <w:t>vt 0.227931 0.620600</w:t>
        <w:br/>
        <w:t>vt 0.230797 0.620600</w:t>
        <w:br/>
        <w:t>vt 0.231700 0.629600</w:t>
        <w:br/>
        <w:t>vt 0.234059 0.620600</w:t>
        <w:br/>
        <w:t>vt 0.231700 0.629600</w:t>
        <w:br/>
        <w:t>vt 0.230797 0.620600</w:t>
        <w:br/>
        <w:t>vt 0.230800 0.644500</w:t>
        <w:br/>
        <w:t>vt 0.234059 0.620600</w:t>
        <w:br/>
        <w:t>vt 0.230800 0.644500</w:t>
        <w:br/>
        <w:t>vt 0.234059 0.620600</w:t>
        <w:br/>
        <w:t>vt 0.230797 0.620600</w:t>
        <w:br/>
        <w:t>vt 0.230680 0.619700</w:t>
        <w:br/>
        <w:t>vt 0.234199 0.619700</w:t>
        <w:br/>
        <w:t>vt 0.236427 0.619700</w:t>
        <w:br/>
        <w:t>vt 0.236192 0.620600</w:t>
        <w:br/>
        <w:t>vt 0.172800 0.659600</w:t>
        <w:br/>
        <w:t>vt 0.170400 0.636200</w:t>
        <w:br/>
        <w:t>vt 0.175100 0.635200</w:t>
        <w:br/>
        <w:t>vt 0.172248 0.620600</w:t>
        <w:br/>
        <w:t>vt 0.175710 0.620600</w:t>
        <w:br/>
        <w:t>vt 0.172018 0.619700</w:t>
        <w:br/>
        <w:t>vt 0.175687 0.619700</w:t>
        <w:br/>
        <w:t>vt 0.181550 0.619700</w:t>
        <w:br/>
        <w:t>vt 0.181397 0.620600</w:t>
        <w:br/>
        <w:t>vt 0.179527 0.620600</w:t>
        <w:br/>
        <w:t>vt 0.179780 0.619700</w:t>
        <w:br/>
        <w:t>vt 0.183094 0.620600</w:t>
        <w:br/>
        <w:t>vt 0.179800 0.636400</w:t>
        <w:br/>
        <w:t>vt 0.181397 0.620600</w:t>
        <w:br/>
        <w:t>vt 0.175100 0.635200</w:t>
        <w:br/>
        <w:t>vt 0.175710 0.620600</w:t>
        <w:br/>
        <w:t>vt 0.179527 0.620600</w:t>
        <w:br/>
        <w:t>vt 0.172800 0.659600</w:t>
        <w:br/>
        <w:t>vt 0.183345 0.619700</w:t>
        <w:br/>
        <w:t>vt 0.186882 0.619700</w:t>
        <w:br/>
        <w:t>vt 0.179780 0.619700</w:t>
        <w:br/>
        <w:t>vt 0.172248 0.620600</w:t>
        <w:br/>
        <w:t>vt 0.170670 0.620600</w:t>
        <w:br/>
        <w:t>vt 0.170575 0.619700</w:t>
        <w:br/>
        <w:t>vt 0.172018 0.619700</w:t>
        <w:br/>
        <w:t>vt 0.168799 0.620600</w:t>
        <w:br/>
        <w:t>vt 0.168618 0.619700</w:t>
        <w:br/>
        <w:t>vt 0.267400 0.620600</w:t>
        <w:br/>
        <w:t>vt 0.266823 0.619700</w:t>
        <w:br/>
        <w:t>vt 0.267700 0.619700</w:t>
        <w:br/>
        <w:t>vt 0.267400 0.620600</w:t>
        <w:br/>
        <w:t>vt 0.266800 0.620600</w:t>
        <w:br/>
        <w:t>vt 0.265381 0.619700</w:t>
        <w:br/>
        <w:t>vt 0.266823 0.619700</w:t>
        <w:br/>
        <w:t>vt 0.098801 0.620600</w:t>
        <w:br/>
        <w:t>vt 0.101725 0.620600</w:t>
        <w:br/>
        <w:t>vt 0.089000 0.630900</w:t>
        <w:br/>
        <w:t>vt 0.092960 0.620600</w:t>
        <w:br/>
        <w:t>vt 0.095195 0.620600</w:t>
        <w:br/>
        <w:t>vt 0.090585 0.620600</w:t>
        <w:br/>
        <w:t>vt 0.086853 0.620600</w:t>
        <w:br/>
        <w:t>vt 0.084200 0.629700</w:t>
        <w:br/>
        <w:t>vt 0.092960 0.620600</w:t>
        <w:br/>
        <w:t>vt 0.090585 0.620600</w:t>
        <w:br/>
        <w:t>vt 0.090877 0.619700</w:t>
        <w:br/>
        <w:t>vt 0.093139 0.619700</w:t>
        <w:br/>
        <w:t>vt 0.086981 0.619700</w:t>
        <w:br/>
        <w:t>vt 0.083173 0.619700</w:t>
        <w:br/>
        <w:t>vt 0.083421 0.620600</w:t>
        <w:br/>
        <w:t>vt 0.083421 0.620600</w:t>
        <w:br/>
        <w:t>vt 0.081495 0.620600</w:t>
        <w:br/>
        <w:t>vt 0.081456 0.619700</w:t>
        <w:br/>
        <w:t>vt 0.083173 0.619700</w:t>
        <w:br/>
        <w:t>vt 0.084200 0.629700</w:t>
        <w:br/>
        <w:t>vt 0.080500 0.629300</w:t>
        <w:br/>
        <w:t>vt 0.086853 0.620600</w:t>
        <w:br/>
        <w:t>vt 0.080500 0.629300</w:t>
        <w:br/>
        <w:t>vt 0.081495 0.620600</w:t>
        <w:br/>
        <w:t>vt 0.083421 0.620600</w:t>
        <w:br/>
        <w:t>vt 0.078600 0.643300</w:t>
        <w:br/>
        <w:t>vt 0.095498 0.619700</w:t>
        <w:br/>
        <w:t>vt 0.080624 0.620600</w:t>
        <w:br/>
        <w:t>vt 0.080624 0.620600</w:t>
        <w:br/>
        <w:t>vt 0.080499 0.619700</w:t>
        <w:br/>
        <w:t>vt 0.078945 0.620600</w:t>
        <w:br/>
        <w:t>vt 0.069986 0.620600</w:t>
        <w:br/>
        <w:t>vt 0.070297 0.619700</w:t>
        <w:br/>
        <w:t>vt 0.078914 0.619700</w:t>
        <w:br/>
        <w:t>vt 0.056698 0.620600</w:t>
        <w:br/>
        <w:t>vt 0.056661 0.619700</w:t>
        <w:br/>
        <w:t>vt 0.062570 0.619700</w:t>
        <w:br/>
        <w:t>vt 0.062451 0.620600</w:t>
        <w:br/>
        <w:t>vt 0.051793 0.620600</w:t>
        <w:br/>
        <w:t>vt 0.056698 0.620600</w:t>
        <w:br/>
        <w:t>vt 0.062451 0.620600</w:t>
        <w:br/>
        <w:t>vt 0.051793 0.620600</w:t>
        <w:br/>
        <w:t>vt 0.051767 0.619700</w:t>
        <w:br/>
        <w:t>vt 0.049000 0.619700</w:t>
        <w:br/>
        <w:t>vt 0.048900 0.620600</w:t>
        <w:br/>
        <w:t>vt 0.067100 0.628200</w:t>
        <w:br/>
        <w:t>vt 0.080500 0.629300</w:t>
        <w:br/>
        <w:t>vt 0.061600 0.635600</w:t>
        <w:br/>
        <w:t>vt 0.048900 0.620600</w:t>
        <w:br/>
        <w:t>vt 0.078945 0.620600</w:t>
        <w:br/>
        <w:t>vt 0.069986 0.620600</w:t>
        <w:br/>
        <w:t>vt 0.255937 0.620600</w:t>
        <w:br/>
        <w:t>vt 0.095195 0.620600</w:t>
        <w:br/>
        <w:t>vt 0.107850 0.620600</w:t>
        <w:br/>
        <w:t>vt 0.183094 0.620600</w:t>
        <w:br/>
        <w:t>vt 0.219017 0.620600</w:t>
        <w:br/>
        <w:t>vt 0.853964 0.703331</w:t>
        <w:br/>
        <w:t>vt 0.846896 0.737031</w:t>
        <w:br/>
        <w:t>vt 0.833908 0.731331</w:t>
        <w:br/>
        <w:t>vt 0.841739 0.688331</w:t>
        <w:br/>
        <w:t>vt 0.845273 0.693231</w:t>
        <w:br/>
        <w:t>vt 0.821302 0.728031</w:t>
        <w:br/>
        <w:t>vt 0.840402 0.683931</w:t>
        <w:br/>
        <w:t>vt 0.841739 0.688331</w:t>
        <w:br/>
        <w:t>vt 0.821302 0.728031</w:t>
        <w:br/>
        <w:t>vt 0.791315 0.677831</w:t>
        <w:br/>
        <w:t>vt 0.797522 0.635431</w:t>
        <w:br/>
        <w:t>vt 0.805258 0.643331</w:t>
        <w:br/>
        <w:t>vt 0.799050 0.674131</w:t>
        <w:br/>
        <w:t>vt 0.779186 0.772031</w:t>
        <w:br/>
        <w:t>vt 0.784343 0.769931</w:t>
        <w:br/>
        <w:t>vt 0.776894 0.820531</w:t>
        <w:br/>
        <w:t>vt 0.775557 0.819631</w:t>
        <w:br/>
        <w:t>vt 0.816050 0.780231</w:t>
        <w:br/>
        <w:t>vt 0.828083 0.786031</w:t>
        <w:br/>
        <w:t>vt 0.794371 0.833431</w:t>
        <w:br/>
        <w:t>vt 0.787686 0.828531</w:t>
        <w:br/>
        <w:t>vt 0.892833 0.789631</w:t>
        <w:br/>
        <w:t>vt 0.895984 0.805731</w:t>
        <w:br/>
        <w:t>vt 0.864278 0.819231</w:t>
        <w:br/>
        <w:t>vt 0.853009 0.804431</w:t>
        <w:br/>
        <w:t>vt 0.818819 0.653431</w:t>
        <w:br/>
        <w:t>vt 0.823499 0.676131</w:t>
        <w:br/>
        <w:t>vt 0.811274 0.670931</w:t>
        <w:br/>
        <w:t>vt 0.812325 0.648031</w:t>
        <w:br/>
        <w:t>vt 0.799050 0.674131</w:t>
        <w:br/>
        <w:t>vt 0.826077 0.660931</w:t>
        <w:br/>
        <w:t>vt 0.831903 0.669831</w:t>
        <w:br/>
        <w:t>vt 0.837060 0.677631</w:t>
        <w:br/>
        <w:t>vt 0.834195 0.683931</w:t>
        <w:br/>
        <w:t>vt 0.796854 0.772531</w:t>
        <w:br/>
        <w:t>vt 0.802966 0.773731</w:t>
        <w:br/>
        <w:t>vt 0.782242 0.824531</w:t>
        <w:br/>
        <w:t>vt 0.779950 0.822831</w:t>
        <w:br/>
        <w:t>vt 0.782242 0.824531</w:t>
        <w:br/>
        <w:t>vt 0.802966 0.773731</w:t>
        <w:br/>
        <w:t>vt 0.811848 0.726031</w:t>
        <w:br/>
        <w:t>vt 0.790169 0.768731</w:t>
        <w:br/>
        <w:t>vt 0.800292 0.719631</w:t>
        <w:br/>
        <w:t>vt 0.792270 0.626931</w:t>
        <w:br/>
        <w:t>vt 0.785967 0.679831</w:t>
        <w:br/>
        <w:t>vt 0.783293 0.613831</w:t>
        <w:br/>
        <w:t>vt 0.791315 0.721431</w:t>
        <w:br/>
        <w:t>vt 0.866952 0.723731</w:t>
        <w:br/>
        <w:t>vt 0.868671 0.730531</w:t>
        <w:br/>
        <w:t>vt 0.808028 0.843231</w:t>
        <w:br/>
        <w:t>vt 0.801247 0.838431</w:t>
        <w:br/>
        <w:t>vt 0.861604 0.713931</w:t>
        <w:br/>
        <w:t>vt 0.782529 0.725331</w:t>
        <w:br/>
        <w:t>vt 0.869148 0.742031</w:t>
        <w:br/>
        <w:t>vt 0.828083 0.786031</w:t>
        <w:br/>
        <w:t>vt 0.862272 0.740031</w:t>
        <w:br/>
        <w:t>vt 0.771641 0.816531</w:t>
        <w:br/>
        <w:t>vt 0.771641 0.770631</w:t>
        <w:br/>
        <w:t>vt 0.862272 0.740031</w:t>
        <w:br/>
        <w:t>vt 0.777563 0.821031</w:t>
        <w:br/>
        <w:t>vt 0.784343 0.769931</w:t>
        <w:br/>
        <w:t>vt 0.776894 0.820531</w:t>
        <w:br/>
        <w:t>vt 0.821302 0.728031</w:t>
        <w:br/>
        <w:t>vt 0.840020 0.792031</w:t>
        <w:br/>
        <w:t>vt 0.876120 0.754431</w:t>
        <w:br/>
        <w:t>vt 0.885192 0.770831</w:t>
        <w:br/>
        <w:t>vt 0.771641 0.724931</w:t>
        <w:br/>
        <w:t>vt 0.791315 0.721431</w:t>
        <w:br/>
        <w:t>vt 0.868671 0.734231</w:t>
        <w:br/>
        <w:t>vt 0.840402 0.683931</w:t>
        <w:br/>
        <w:t>vt 0.771641 0.680431</w:t>
        <w:br/>
        <w:t>vt 0.771546 0.600831</w:t>
        <w:br/>
        <w:t>vt 0.794371 0.833431</w:t>
        <w:br/>
        <w:t>vt 0.868671 0.734231</w:t>
        <w:br/>
        <w:t>vt 0.847158 0.691697</w:t>
        <w:br/>
        <w:t>vt 0.846107 0.692397</w:t>
        <w:br/>
        <w:t>vt 0.842574 0.687497</w:t>
        <w:br/>
        <w:t>vt 0.843720 0.686897</w:t>
        <w:br/>
        <w:t>vt 0.841237 0.683097</w:t>
        <w:br/>
        <w:t>vt 0.842287 0.682697</w:t>
        <w:br/>
        <w:t>vt 0.806856 0.641497</w:t>
        <w:br/>
        <w:t>vt 0.806092 0.642497</w:t>
        <w:br/>
        <w:t>vt 0.798357 0.634597</w:t>
        <w:br/>
        <w:t>vt 0.799216 0.633797</w:t>
        <w:br/>
        <w:t>vt 0.865458 0.821661</w:t>
        <w:br/>
        <w:t>vt 0.864980 0.820461</w:t>
        <w:br/>
        <w:t>vt 0.896687 0.806961</w:t>
        <w:br/>
        <w:t>vt 0.898024 0.807761</w:t>
        <w:br/>
        <w:t>vt 0.896818 0.804897</w:t>
        <w:br/>
        <w:t>vt 0.893667 0.788797</w:t>
        <w:br/>
        <w:t>vt 0.894813 0.788497</w:t>
        <w:br/>
        <w:t>vt 0.898155 0.805697</w:t>
        <w:br/>
        <w:t>vt 0.833788 0.668197</w:t>
        <w:br/>
        <w:t>vt 0.832737 0.668997</w:t>
        <w:br/>
        <w:t>vt 0.826912 0.660097</w:t>
        <w:br/>
        <w:t>vt 0.827771 0.659297</w:t>
        <w:br/>
        <w:t>vt 0.855848 0.701697</w:t>
        <w:br/>
        <w:t>vt 0.854798 0.702497</w:t>
        <w:br/>
        <w:t>vt 0.838945 0.676097</w:t>
        <w:br/>
        <w:t>vt 0.837894 0.676797</w:t>
        <w:br/>
        <w:t>vt 0.813923 0.646197</w:t>
        <w:br/>
        <w:t>vt 0.813159 0.647197</w:t>
        <w:br/>
        <w:t>vt 0.794059 0.625297</w:t>
        <w:br/>
        <w:t>vt 0.793104 0.626097</w:t>
        <w:br/>
        <w:t>vt 0.784127 0.612997</w:t>
        <w:br/>
        <w:t>vt 0.785082 0.612197</w:t>
        <w:br/>
        <w:t>vt 0.870365 0.729297</w:t>
        <w:br/>
        <w:t>vt 0.869505 0.729697</w:t>
        <w:br/>
        <w:t>vt 0.867786 0.722897</w:t>
        <w:br/>
        <w:t>vt 0.868741 0.722397</w:t>
        <w:br/>
        <w:t>vt 0.862438 0.713097</w:t>
        <w:br/>
        <w:t>vt 0.863488 0.712297</w:t>
        <w:br/>
        <w:t>vt 0.768974 0.770531</w:t>
        <w:br/>
        <w:t>vt 0.770191 0.770631</w:t>
        <w:br/>
        <w:t>vt 0.770191 0.816531</w:t>
        <w:br/>
        <w:t>vt 0.768974 0.815531</w:t>
        <w:br/>
        <w:t>vt 0.876954 0.753597</w:t>
        <w:br/>
        <w:t>vt 0.869983 0.741197</w:t>
        <w:br/>
        <w:t>vt 0.871129 0.740697</w:t>
        <w:br/>
        <w:t>vt 0.878005 0.752997</w:t>
        <w:br/>
        <w:t>vt 0.768974 0.724931</w:t>
        <w:br/>
        <w:t>vt 0.770191 0.724931</w:t>
        <w:br/>
        <w:t>vt 0.869505 0.733397</w:t>
        <w:br/>
        <w:t>vt 0.870684 0.733297</w:t>
        <w:br/>
        <w:t>vt 0.842287 0.682697</w:t>
        <w:br/>
        <w:t>vt 0.841237 0.683097</w:t>
        <w:br/>
        <w:t>vt 0.770191 0.600831</w:t>
        <w:br/>
        <w:t>vt 0.770191 0.680431</w:t>
        <w:br/>
        <w:t>vt 0.768974 0.680531</w:t>
        <w:br/>
        <w:t>vt 0.768974 0.598231</w:t>
        <w:br/>
        <w:t>vt 0.772380 0.599997</w:t>
        <w:br/>
        <w:t>vt 0.771234 0.597397</w:t>
        <w:br/>
        <w:t>vt 0.887173 0.769497</w:t>
        <w:br/>
        <w:t>vt 0.886027 0.769997</w:t>
        <w:br/>
        <w:t>vt 0.808730 0.844461</w:t>
        <w:br/>
        <w:t>vt 0.809972 0.845361</w:t>
        <w:br/>
        <w:t>vt 0.819653 0.652597</w:t>
        <w:br/>
        <w:t>vt 0.820417 0.651697</w:t>
        <w:br/>
        <w:t>vt 0.869505 0.729697</w:t>
        <w:br/>
        <w:t>vt 0.870365 0.729297</w:t>
        <w:br/>
        <w:t>vt 0.206000 0.631900</w:t>
        <w:br/>
        <w:t>vt 0.202000 0.633300</w:t>
        <w:br/>
        <w:t>vt 0.202700 0.654200</w:t>
        <w:br/>
        <w:t>vt 0.216353 0.619700</w:t>
        <w:br/>
        <w:t>vt 0.216125 0.620600</w:t>
        <w:br/>
        <w:t>vt 0.219017 0.620600</w:t>
        <w:br/>
        <w:t>vt 0.219085 0.619700</w:t>
        <w:br/>
        <w:t>vt 0.214034 0.619700</w:t>
        <w:br/>
        <w:t>vt 0.213886 0.620600</w:t>
        <w:br/>
        <w:t>vt 0.212495 0.619700</w:t>
        <w:br/>
        <w:t>vt 0.212336 0.620600</w:t>
        <w:br/>
        <w:t>vt 0.210614 0.620600</w:t>
        <w:br/>
        <w:t>vt 0.210886 0.619700</w:t>
        <w:br/>
        <w:t>vt 0.218100 0.648900</w:t>
        <w:br/>
        <w:t>vt 0.219600 0.632400</w:t>
        <w:br/>
        <w:t>vt 0.211400 0.632500</w:t>
        <w:br/>
        <w:t>vt 0.202700 0.654200</w:t>
        <w:br/>
        <w:t>vt 0.213886 0.620600</w:t>
        <w:br/>
        <w:t>vt 0.230800 0.644500</w:t>
        <w:br/>
        <w:t>vt 0.228400 0.630100</w:t>
        <w:br/>
        <w:t>vt 0.222312 0.620600</w:t>
        <w:br/>
        <w:t>vt 0.211400 0.632500</w:t>
        <w:br/>
        <w:t>vt 0.189700 0.636200</w:t>
        <w:br/>
        <w:t>vt 0.187800 0.659000</w:t>
        <w:br/>
        <w:t>vt 0.202000 0.633300</w:t>
        <w:br/>
        <w:t>vt 0.179800 0.636400</w:t>
        <w:br/>
        <w:t>vt 0.172800 0.659600</w:t>
        <w:br/>
        <w:t>vt 0.186873 0.620600</w:t>
        <w:br/>
        <w:t>vt 0.191193 0.620600</w:t>
        <w:br/>
        <w:t>vt 0.195539 0.620600</w:t>
        <w:br/>
        <w:t>vt 0.198864 0.620600</w:t>
        <w:br/>
        <w:t>vt 0.199971 0.620600</w:t>
        <w:br/>
        <w:t>vt 0.198864 0.620600</w:t>
        <w:br/>
        <w:t>vt 0.198635 0.619700</w:t>
        <w:br/>
        <w:t>vt 0.195295 0.619700</w:t>
        <w:br/>
        <w:t>vt 0.191204 0.619700</w:t>
        <w:br/>
        <w:t>vt 0.199796 0.619700</w:t>
        <w:br/>
        <w:t>vt 0.198635 0.619700</w:t>
        <w:br/>
        <w:t>vt 0.201709 0.619700</w:t>
        <w:br/>
        <w:t>vt 0.202022 0.620600</w:t>
        <w:br/>
        <w:t>vt 0.205732 0.620600</w:t>
        <w:br/>
        <w:t>vt 0.202022 0.620600</w:t>
        <w:br/>
        <w:t>vt 0.205609 0.619700</w:t>
        <w:br/>
        <w:t>vt 0.201709 0.619700</w:t>
        <w:br/>
        <w:t>vt 0.202000 0.633300</w:t>
        <w:br/>
        <w:t>vt 0.205732 0.620600</w:t>
        <w:br/>
        <w:t>vt 0.210614 0.620600</w:t>
        <w:br/>
        <w:t>vt 0.210886 0.619700</w:t>
        <w:br/>
        <w:t>vt 0.206000 0.631900</w:t>
        <w:br/>
        <w:t>vt 0.254600 0.632600</w:t>
        <w:br/>
        <w:t>vt 0.254000 0.625900</w:t>
        <w:br/>
        <w:t>vt 0.251700 0.627100</w:t>
        <w:br/>
        <w:t>vt 0.251038 0.620600</w:t>
        <w:br/>
        <w:t>vt 0.252818 0.620600</w:t>
        <w:br/>
        <w:t>vt 0.252793 0.619700</w:t>
        <w:br/>
        <w:t>vt 0.250790 0.619700</w:t>
        <w:br/>
        <w:t>vt 0.251038 0.620600</w:t>
        <w:br/>
        <w:t>vt 0.252818 0.620600</w:t>
        <w:br/>
        <w:t>vt 0.250029 0.619700</w:t>
        <w:br/>
        <w:t>vt 0.250062 0.620600</w:t>
        <w:br/>
        <w:t>vt 0.251700 0.627100</w:t>
        <w:br/>
        <w:t>vt 0.251038 0.620600</w:t>
        <w:br/>
        <w:t>vt 0.250062 0.620600</w:t>
        <w:br/>
        <w:t>vt 0.249147 0.620600</w:t>
        <w:br/>
        <w:t>vt 0.245894 0.620600</w:t>
        <w:br/>
        <w:t>vt 0.249147 0.620600</w:t>
        <w:br/>
        <w:t>vt 0.243000 0.630600</w:t>
        <w:br/>
        <w:t>vt 0.243300 0.638300</w:t>
        <w:br/>
        <w:t>vt 0.235000 0.632200</w:t>
        <w:br/>
        <w:t>vt 0.239701 0.620600</w:t>
        <w:br/>
        <w:t>vt 0.242623 0.620600</w:t>
        <w:br/>
        <w:t>vt 0.240005 0.619700</w:t>
        <w:br/>
        <w:t>vt 0.242634 0.619700</w:t>
        <w:br/>
        <w:t>vt 0.238040 0.619700</w:t>
        <w:br/>
        <w:t>vt 0.237681 0.620600</w:t>
        <w:br/>
        <w:t>vt 0.245759 0.619700</w:t>
        <w:br/>
        <w:t>vt 0.237681 0.620600</w:t>
        <w:br/>
        <w:t>vt 0.236192 0.620600</w:t>
        <w:br/>
        <w:t>vt 0.235000 0.632200</w:t>
        <w:br/>
        <w:t>vt 0.248714 0.619700</w:t>
        <w:br/>
        <w:t>vt 0.248714 0.619700</w:t>
        <w:br/>
        <w:t>vt 0.254818 0.620600</w:t>
        <w:br/>
        <w:t>vt 0.252818 0.620600</w:t>
        <w:br/>
        <w:t>vt 0.254000 0.625900</w:t>
        <w:br/>
        <w:t>vt 0.256000 0.626500</w:t>
        <w:br/>
        <w:t>vt 0.256000 0.626500</w:t>
        <w:br/>
        <w:t>vt 0.255591 0.620600</w:t>
        <w:br/>
        <w:t>vt 0.254818 0.620600</w:t>
        <w:br/>
        <w:t>vt 0.257266 0.620600</w:t>
        <w:br/>
        <w:t>vt 0.260642 0.624800</w:t>
        <w:br/>
        <w:t>vt 0.260706 0.620600</w:t>
        <w:br/>
        <w:t>vt 0.256094 0.619700</w:t>
        <w:br/>
        <w:t>vt 0.255937 0.620600</w:t>
        <w:br/>
        <w:t>vt 0.257266 0.620600</w:t>
        <w:br/>
        <w:t>vt 0.257388 0.619700</w:t>
        <w:br/>
        <w:t>vt 0.260706 0.620600</w:t>
        <w:br/>
        <w:t>vt 0.260701 0.619700</w:t>
        <w:br/>
        <w:t>vt 0.265239 0.620600</w:t>
        <w:br/>
        <w:t>vt 0.266800 0.620600</w:t>
        <w:br/>
        <w:t>vt 0.255545 0.619700</w:t>
        <w:br/>
        <w:t>vt 0.255591 0.620600</w:t>
        <w:br/>
        <w:t>vt 0.256000 0.626500</w:t>
        <w:br/>
        <w:t>vt 0.255937 0.620600</w:t>
        <w:br/>
        <w:t>vt 0.255591 0.620600</w:t>
        <w:br/>
        <w:t>vt 0.254818 0.620600</w:t>
        <w:br/>
        <w:t>vt 0.254908 0.619700</w:t>
        <w:br/>
        <w:t>vt 0.262200 0.627700</w:t>
        <w:br/>
        <w:t>vt 0.254600 0.632600</w:t>
        <w:br/>
        <w:t>vt 0.144500 0.635900</w:t>
        <w:br/>
        <w:t>vt 0.143500 0.660900</w:t>
        <w:br/>
        <w:t>vt 0.149600 0.636400</w:t>
        <w:br/>
        <w:t>vt 0.146492 0.620600</w:t>
        <w:br/>
        <w:t>vt 0.142991 0.620600</w:t>
        <w:br/>
        <w:t>vt 0.149600 0.636400</w:t>
        <w:br/>
        <w:t>vt 0.148859 0.620600</w:t>
        <w:br/>
        <w:t>vt 0.146492 0.620600</w:t>
        <w:br/>
        <w:t>vt 0.148979 0.619700</w:t>
        <w:br/>
        <w:t>vt 0.146703 0.619700</w:t>
        <w:br/>
        <w:t>vt 0.150133 0.620600</w:t>
        <w:br/>
        <w:t>vt 0.148859 0.620600</w:t>
        <w:br/>
        <w:t>vt 0.149600 0.636400</w:t>
        <w:br/>
        <w:t>vt 0.160700 0.637500</w:t>
        <w:br/>
        <w:t>vt 0.153963 0.620600</w:t>
        <w:br/>
        <w:t>vt 0.150389 0.619700</w:t>
        <w:br/>
        <w:t>vt 0.150133 0.620600</w:t>
        <w:br/>
        <w:t>vt 0.154179 0.619700</w:t>
        <w:br/>
        <w:t>vt 0.142911 0.619700</w:t>
        <w:br/>
        <w:t>vt 0.146703 0.619700</w:t>
        <w:br/>
        <w:t>vt 0.139500 0.637200</w:t>
        <w:br/>
        <w:t>vt 0.143500 0.660900</w:t>
        <w:br/>
        <w:t>vt 0.144500 0.635900</w:t>
        <w:br/>
        <w:t>vt 0.139761 0.620600</w:t>
        <w:br/>
        <w:t>vt 0.138050 0.620600</w:t>
        <w:br/>
        <w:t>vt 0.142991 0.620600</w:t>
        <w:br/>
        <w:t>vt 0.139761 0.620600</w:t>
        <w:br/>
        <w:t>vt 0.139427 0.619700</w:t>
        <w:br/>
        <w:t>vt 0.137837 0.619700</w:t>
        <w:br/>
        <w:t>vt 0.136413 0.620600</w:t>
        <w:br/>
        <w:t>vt 0.136160 0.619700</w:t>
        <w:br/>
        <w:t>vt 0.132738 0.620600</w:t>
        <w:br/>
        <w:t>vt 0.132684 0.619700</w:t>
        <w:br/>
        <w:t>vt 0.136413 0.620600</w:t>
        <w:br/>
        <w:t>vt 0.127600 0.659700</w:t>
        <w:br/>
        <w:t>vt 0.139500 0.637200</w:t>
        <w:br/>
        <w:t>vt 0.129300 0.638000</w:t>
        <w:br/>
        <w:t>vt 0.113700 0.656200</w:t>
        <w:br/>
        <w:t>vt 0.118200 0.635900</w:t>
        <w:br/>
        <w:t>vt 0.128393 0.620600</w:t>
        <w:br/>
        <w:t>vt 0.124064 0.620600</w:t>
        <w:br/>
        <w:t>vt 0.121147 0.620600</w:t>
        <w:br/>
        <w:t>vt 0.119606 0.620600</w:t>
        <w:br/>
        <w:t>vt 0.118200 0.635900</w:t>
        <w:br/>
        <w:t>vt 0.124064 0.620600</w:t>
        <w:br/>
        <w:t>vt 0.124264 0.619700</w:t>
        <w:br/>
        <w:t>vt 0.121353 0.619700</w:t>
        <w:br/>
        <w:t>vt 0.121147 0.620600</w:t>
        <w:br/>
        <w:t>vt 0.119823 0.619700</w:t>
        <w:br/>
        <w:t>vt 0.117958 0.620600</w:t>
        <w:br/>
        <w:t>vt 0.128364 0.619700</w:t>
        <w:br/>
        <w:t>vt 0.158600 0.661800</w:t>
        <w:br/>
        <w:t>vt 0.170400 0.636200</w:t>
        <w:br/>
        <w:t>vt 0.165328 0.620600</w:t>
        <w:br/>
        <w:t>vt 0.168799 0.620600</w:t>
        <w:br/>
        <w:t>vt 0.168618 0.619700</w:t>
        <w:br/>
        <w:t>vt 0.165383 0.619700</w:t>
        <w:br/>
        <w:t>vt 0.159684 0.619700</w:t>
        <w:br/>
        <w:t>vt 0.159706 0.620600</w:t>
        <w:br/>
        <w:t>vt 0.095700 0.651100</w:t>
        <w:br/>
        <w:t>vt 0.099000 0.633800</w:t>
        <w:br/>
        <w:t>vt 0.089000 0.630900</w:t>
        <w:br/>
        <w:t>vt 0.078600 0.643300</w:t>
        <w:br/>
        <w:t>vt 0.101725 0.620600</w:t>
        <w:br/>
        <w:t>vt 0.101849 0.619700</w:t>
        <w:br/>
        <w:t>vt 0.098877 0.619700</w:t>
        <w:br/>
        <w:t>vt 0.098801 0.620600</w:t>
        <w:br/>
        <w:t>vt 0.104496 0.620600</w:t>
        <w:br/>
        <w:t>vt 0.104549 0.619700</w:t>
        <w:br/>
        <w:t>vt 0.109900 0.635300</w:t>
        <w:br/>
        <w:t>vt 0.109900 0.635300</w:t>
        <w:br/>
        <w:t>vt 0.109508 0.620600</w:t>
        <w:br/>
        <w:t>vt 0.107850 0.620600</w:t>
        <w:br/>
        <w:t>vt 0.109339 0.619700</w:t>
        <w:br/>
        <w:t>vt 0.107585 0.619700</w:t>
        <w:br/>
        <w:t>vt 0.111558 0.620600</w:t>
        <w:br/>
        <w:t>vt 0.111334 0.619700</w:t>
        <w:br/>
        <w:t>vt 0.115017 0.619700</w:t>
        <w:br/>
        <w:t>vt 0.115000 0.620600</w:t>
        <w:br/>
        <w:t>vt 0.117958 0.620600</w:t>
        <w:br/>
        <w:t>vt 0.118237 0.619700</w:t>
        <w:br/>
        <w:t>vt 0.118237 0.619700</w:t>
        <w:br/>
        <w:t>vt 0.111334 0.619700</w:t>
        <w:br/>
        <w:t>vt 0.111558 0.620600</w:t>
        <w:br/>
        <w:t>vt 0.114500 0.635500</w:t>
        <w:br/>
        <w:t>vt 0.115000 0.620600</w:t>
        <w:br/>
        <w:t>vt 0.113700 0.656200</w:t>
        <w:br/>
        <w:t>vt 0.114500 0.635500</w:t>
        <w:br/>
        <w:t>vt 0.113700 0.656200</w:t>
        <w:br/>
        <w:t>vt 0.222080 0.619700</w:t>
        <w:br/>
        <w:t>vt 0.222312 0.620600</w:t>
        <w:br/>
        <w:t>vt 0.225516 0.620600</w:t>
        <w:br/>
        <w:t>vt 0.225331 0.619700</w:t>
        <w:br/>
        <w:t>vt 0.225331 0.619700</w:t>
        <w:br/>
        <w:t>vt 0.225516 0.620600</w:t>
        <w:br/>
        <w:t>vt 0.226864 0.620600</w:t>
        <w:br/>
        <w:t>vt 0.226806 0.619700</w:t>
        <w:br/>
        <w:t>vt 0.227931 0.620600</w:t>
        <w:br/>
        <w:t>vt 0.227787 0.619700</w:t>
        <w:br/>
        <w:t>vt 0.228400 0.630100</w:t>
        <w:br/>
        <w:t>vt 0.231700 0.629600</w:t>
        <w:br/>
        <w:t>vt 0.230797 0.620600</w:t>
        <w:br/>
        <w:t>vt 0.227931 0.620600</w:t>
        <w:br/>
        <w:t>vt 0.234059 0.620600</w:t>
        <w:br/>
        <w:t>vt 0.230797 0.620600</w:t>
        <w:br/>
        <w:t>vt 0.231700 0.629600</w:t>
        <w:br/>
        <w:t>vt 0.230800 0.644500</w:t>
        <w:br/>
        <w:t>vt 0.234059 0.620600</w:t>
        <w:br/>
        <w:t>vt 0.230800 0.644500</w:t>
        <w:br/>
        <w:t>vt 0.234059 0.620600</w:t>
        <w:br/>
        <w:t>vt 0.234199 0.619700</w:t>
        <w:br/>
        <w:t>vt 0.230680 0.619700</w:t>
        <w:br/>
        <w:t>vt 0.230797 0.620600</w:t>
        <w:br/>
        <w:t>vt 0.236427 0.619700</w:t>
        <w:br/>
        <w:t>vt 0.236192 0.620600</w:t>
        <w:br/>
        <w:t>vt 0.172800 0.659600</w:t>
        <w:br/>
        <w:t>vt 0.175100 0.635200</w:t>
        <w:br/>
        <w:t>vt 0.170400 0.636200</w:t>
        <w:br/>
        <w:t>vt 0.172248 0.620600</w:t>
        <w:br/>
        <w:t>vt 0.175710 0.620600</w:t>
        <w:br/>
        <w:t>vt 0.175687 0.619700</w:t>
        <w:br/>
        <w:t>vt 0.172018 0.619700</w:t>
        <w:br/>
        <w:t>vt 0.179527 0.620600</w:t>
        <w:br/>
        <w:t>vt 0.181397 0.620600</w:t>
        <w:br/>
        <w:t>vt 0.181550 0.619700</w:t>
        <w:br/>
        <w:t>vt 0.179780 0.619700</w:t>
        <w:br/>
        <w:t>vt 0.183094 0.620600</w:t>
        <w:br/>
        <w:t>vt 0.181397 0.620600</w:t>
        <w:br/>
        <w:t>vt 0.179800 0.636400</w:t>
        <w:br/>
        <w:t>vt 0.179527 0.620600</w:t>
        <w:br/>
        <w:t>vt 0.175710 0.620600</w:t>
        <w:br/>
        <w:t>vt 0.175100 0.635200</w:t>
        <w:br/>
        <w:t>vt 0.172800 0.659600</w:t>
        <w:br/>
        <w:t>vt 0.183345 0.619700</w:t>
        <w:br/>
        <w:t>vt 0.186882 0.619700</w:t>
        <w:br/>
        <w:t>vt 0.179780 0.619700</w:t>
        <w:br/>
        <w:t>vt 0.170575 0.619700</w:t>
        <w:br/>
        <w:t>vt 0.170670 0.620600</w:t>
        <w:br/>
        <w:t>vt 0.172248 0.620600</w:t>
        <w:br/>
        <w:t>vt 0.172018 0.619700</w:t>
        <w:br/>
        <w:t>vt 0.168799 0.620600</w:t>
        <w:br/>
        <w:t>vt 0.168618 0.619700</w:t>
        <w:br/>
        <w:t>vt 0.267400 0.620600</w:t>
        <w:br/>
        <w:t>vt 0.266823 0.619700</w:t>
        <w:br/>
        <w:t>vt 0.266800 0.620600</w:t>
        <w:br/>
        <w:t>vt 0.267400 0.620600</w:t>
        <w:br/>
        <w:t>vt 0.267700 0.619700</w:t>
        <w:br/>
        <w:t>vt 0.266823 0.619700</w:t>
        <w:br/>
        <w:t>vt 0.265381 0.619700</w:t>
        <w:br/>
        <w:t>vt 0.098801 0.620600</w:t>
        <w:br/>
        <w:t>vt 0.101725 0.620600</w:t>
        <w:br/>
        <w:t>vt 0.089000 0.630900</w:t>
        <w:br/>
        <w:t>vt 0.095195 0.620600</w:t>
        <w:br/>
        <w:t>vt 0.092960 0.620600</w:t>
        <w:br/>
        <w:t>vt 0.090585 0.620600</w:t>
        <w:br/>
        <w:t>vt 0.086853 0.620600</w:t>
        <w:br/>
        <w:t>vt 0.084200 0.629700</w:t>
        <w:br/>
        <w:t>vt 0.092960 0.620600</w:t>
        <w:br/>
        <w:t>vt 0.093139 0.619700</w:t>
        <w:br/>
        <w:t>vt 0.090877 0.619700</w:t>
        <w:br/>
        <w:t>vt 0.090585 0.620600</w:t>
        <w:br/>
        <w:t>vt 0.086981 0.619700</w:t>
        <w:br/>
        <w:t>vt 0.083173 0.619700</w:t>
        <w:br/>
        <w:t>vt 0.083421 0.620600</w:t>
        <w:br/>
        <w:t>vt 0.083421 0.620600</w:t>
        <w:br/>
        <w:t>vt 0.083173 0.619700</w:t>
        <w:br/>
        <w:t>vt 0.081456 0.619700</w:t>
        <w:br/>
        <w:t>vt 0.081495 0.620600</w:t>
        <w:br/>
        <w:t>vt 0.080500 0.629300</w:t>
        <w:br/>
        <w:t>vt 0.084200 0.629700</w:t>
        <w:br/>
        <w:t>vt 0.086853 0.620600</w:t>
        <w:br/>
        <w:t>vt 0.080500 0.629300</w:t>
        <w:br/>
        <w:t>vt 0.083421 0.620600</w:t>
        <w:br/>
        <w:t>vt 0.081495 0.620600</w:t>
        <w:br/>
        <w:t>vt 0.078600 0.643300</w:t>
        <w:br/>
        <w:t>vt 0.095498 0.619700</w:t>
        <w:br/>
        <w:t>vt 0.080624 0.620600</w:t>
        <w:br/>
        <w:t>vt 0.080499 0.619700</w:t>
        <w:br/>
        <w:t>vt 0.080624 0.620600</w:t>
        <w:br/>
        <w:t>vt 0.078945 0.620600</w:t>
        <w:br/>
        <w:t>vt 0.078914 0.619700</w:t>
        <w:br/>
        <w:t>vt 0.070297 0.619700</w:t>
        <w:br/>
        <w:t>vt 0.069986 0.620600</w:t>
        <w:br/>
        <w:t>vt 0.056698 0.620600</w:t>
        <w:br/>
        <w:t>vt 0.062451 0.620600</w:t>
        <w:br/>
        <w:t>vt 0.062570 0.619700</w:t>
        <w:br/>
        <w:t>vt 0.056661 0.619700</w:t>
        <w:br/>
        <w:t>vt 0.051793 0.620600</w:t>
        <w:br/>
        <w:t>vt 0.062451 0.620600</w:t>
        <w:br/>
        <w:t>vt 0.056698 0.620600</w:t>
        <w:br/>
        <w:t>vt 0.051767 0.619700</w:t>
        <w:br/>
        <w:t>vt 0.051793 0.620600</w:t>
        <w:br/>
        <w:t>vt 0.049000 0.619700</w:t>
        <w:br/>
        <w:t>vt 0.048900 0.620600</w:t>
        <w:br/>
        <w:t>vt 0.067100 0.628200</w:t>
        <w:br/>
        <w:t>vt 0.061600 0.635600</w:t>
        <w:br/>
        <w:t>vt 0.080500 0.629300</w:t>
        <w:br/>
        <w:t>vt 0.048900 0.620600</w:t>
        <w:br/>
        <w:t>vt 0.078945 0.620600</w:t>
        <w:br/>
        <w:t>vt 0.069986 0.620600</w:t>
        <w:br/>
        <w:t>vt 0.255937 0.620600</w:t>
        <w:br/>
        <w:t>vt 0.095195 0.620600</w:t>
        <w:br/>
        <w:t>vt 0.107850 0.620600</w:t>
        <w:br/>
        <w:t>vt 0.183094 0.620600</w:t>
        <w:br/>
        <w:t>vt 0.219017 0.620600</w:t>
        <w:br/>
        <w:t>vt 0.853964 0.703331</w:t>
        <w:br/>
        <w:t>vt 0.833908 0.731331</w:t>
        <w:br/>
        <w:t>vt 0.846897 0.737031</w:t>
        <w:br/>
        <w:t>vt 0.841739 0.688331</w:t>
        <w:br/>
        <w:t>vt 0.821302 0.728031</w:t>
        <w:br/>
        <w:t>vt 0.845273 0.693231</w:t>
        <w:br/>
        <w:t>vt 0.840402 0.683931</w:t>
        <w:br/>
        <w:t>vt 0.821302 0.728031</w:t>
        <w:br/>
        <w:t>vt 0.841739 0.688331</w:t>
        <w:br/>
        <w:t>vt 0.805258 0.643331</w:t>
        <w:br/>
        <w:t>vt 0.797522 0.635431</w:t>
        <w:br/>
        <w:t>vt 0.791315 0.677831</w:t>
        <w:br/>
        <w:t>vt 0.799050 0.674131</w:t>
        <w:br/>
        <w:t>vt 0.779186 0.772031</w:t>
        <w:br/>
        <w:t>vt 0.775557 0.819631</w:t>
        <w:br/>
        <w:t>vt 0.776894 0.820531</w:t>
        <w:br/>
        <w:t>vt 0.784343 0.769931</w:t>
        <w:br/>
        <w:t>vt 0.794371 0.833431</w:t>
        <w:br/>
        <w:t>vt 0.828083 0.786031</w:t>
        <w:br/>
        <w:t>vt 0.816050 0.780231</w:t>
        <w:br/>
        <w:t>vt 0.787686 0.828531</w:t>
        <w:br/>
        <w:t>vt 0.864278 0.819231</w:t>
        <w:br/>
        <w:t>vt 0.895984 0.805731</w:t>
        <w:br/>
        <w:t>vt 0.892833 0.789631</w:t>
        <w:br/>
        <w:t>vt 0.853009 0.804431</w:t>
        <w:br/>
        <w:t>vt 0.818819 0.653431</w:t>
        <w:br/>
        <w:t>vt 0.811275 0.670931</w:t>
        <w:br/>
        <w:t>vt 0.823499 0.676131</w:t>
        <w:br/>
        <w:t>vt 0.812325 0.648031</w:t>
        <w:br/>
        <w:t>vt 0.799050 0.674131</w:t>
        <w:br/>
        <w:t>vt 0.826077 0.660931</w:t>
        <w:br/>
        <w:t>vt 0.831903 0.669831</w:t>
        <w:br/>
        <w:t>vt 0.834195 0.683931</w:t>
        <w:br/>
        <w:t>vt 0.837060 0.677631</w:t>
        <w:br/>
        <w:t>vt 0.796854 0.772531</w:t>
        <w:br/>
        <w:t>vt 0.779950 0.822831</w:t>
        <w:br/>
        <w:t>vt 0.782242 0.824531</w:t>
        <w:br/>
        <w:t>vt 0.802966 0.773731</w:t>
        <w:br/>
        <w:t>vt 0.782242 0.824531</w:t>
        <w:br/>
        <w:t>vt 0.802966 0.773731</w:t>
        <w:br/>
        <w:t>vt 0.790169 0.768731</w:t>
        <w:br/>
        <w:t>vt 0.811847 0.726031</w:t>
        <w:br/>
        <w:t>vt 0.800292 0.719631</w:t>
        <w:br/>
        <w:t>vt 0.792270 0.626931</w:t>
        <w:br/>
        <w:t>vt 0.783293 0.613831</w:t>
        <w:br/>
        <w:t>vt 0.785967 0.679831</w:t>
        <w:br/>
        <w:t>vt 0.791315 0.721431</w:t>
        <w:br/>
        <w:t>vt 0.866952 0.723731</w:t>
        <w:br/>
        <w:t>vt 0.868671 0.730531</w:t>
        <w:br/>
        <w:t>vt 0.808028 0.843231</w:t>
        <w:br/>
        <w:t>vt 0.801247 0.838431</w:t>
        <w:br/>
        <w:t>vt 0.861604 0.713931</w:t>
        <w:br/>
        <w:t>vt 0.782529 0.725331</w:t>
        <w:br/>
        <w:t>vt 0.869148 0.742031</w:t>
        <w:br/>
        <w:t>vt 0.862272 0.740031</w:t>
        <w:br/>
        <w:t>vt 0.828083 0.786031</w:t>
        <w:br/>
        <w:t>vt 0.771641 0.816531</w:t>
        <w:br/>
        <w:t>vt 0.771641 0.770631</w:t>
        <w:br/>
        <w:t>vt 0.862272 0.740031</w:t>
        <w:br/>
        <w:t>vt 0.777563 0.821031</w:t>
        <w:br/>
        <w:t>vt 0.784343 0.769931</w:t>
        <w:br/>
        <w:t>vt 0.776894 0.820531</w:t>
        <w:br/>
        <w:t>vt 0.821302 0.728031</w:t>
        <w:br/>
        <w:t>vt 0.840020 0.792031</w:t>
        <w:br/>
        <w:t>vt 0.876120 0.754431</w:t>
        <w:br/>
        <w:t>vt 0.885192 0.770831</w:t>
        <w:br/>
        <w:t>vt 0.771641 0.724931</w:t>
        <w:br/>
        <w:t>vt 0.791315 0.721431</w:t>
        <w:br/>
        <w:t>vt 0.868671 0.734231</w:t>
        <w:br/>
        <w:t>vt 0.840402 0.683931</w:t>
        <w:br/>
        <w:t>vt 0.771641 0.680431</w:t>
        <w:br/>
        <w:t>vt 0.771546 0.600831</w:t>
        <w:br/>
        <w:t>vt 0.794371 0.833431</w:t>
        <w:br/>
        <w:t>vt 0.868671 0.734231</w:t>
        <w:br/>
        <w:t>vt 0.847158 0.691697</w:t>
        <w:br/>
        <w:t>vt 0.843720 0.686897</w:t>
        <w:br/>
        <w:t>vt 0.842574 0.687497</w:t>
        <w:br/>
        <w:t>vt 0.846107 0.692397</w:t>
        <w:br/>
        <w:t>vt 0.842287 0.682697</w:t>
        <w:br/>
        <w:t>vt 0.841237 0.683097</w:t>
        <w:br/>
        <w:t>vt 0.806856 0.641497</w:t>
        <w:br/>
        <w:t>vt 0.799216 0.633797</w:t>
        <w:br/>
        <w:t>vt 0.798357 0.634597</w:t>
        <w:br/>
        <w:t>vt 0.806092 0.642497</w:t>
        <w:br/>
        <w:t>vt 0.865458 0.821661</w:t>
        <w:br/>
        <w:t>vt 0.898024 0.807761</w:t>
        <w:br/>
        <w:t>vt 0.896687 0.806961</w:t>
        <w:br/>
        <w:t>vt 0.864980 0.820461</w:t>
        <w:br/>
        <w:t>vt 0.894813 0.788497</w:t>
        <w:br/>
        <w:t>vt 0.893667 0.788797</w:t>
        <w:br/>
        <w:t>vt 0.896819 0.804897</w:t>
        <w:br/>
        <w:t>vt 0.898155 0.805697</w:t>
        <w:br/>
        <w:t>vt 0.833787 0.668197</w:t>
        <w:br/>
        <w:t>vt 0.827771 0.659297</w:t>
        <w:br/>
        <w:t>vt 0.826912 0.660097</w:t>
        <w:br/>
        <w:t>vt 0.832737 0.668997</w:t>
        <w:br/>
        <w:t>vt 0.855848 0.701697</w:t>
        <w:br/>
        <w:t>vt 0.854798 0.702497</w:t>
        <w:br/>
        <w:t>vt 0.838945 0.676097</w:t>
        <w:br/>
        <w:t>vt 0.837894 0.676797</w:t>
        <w:br/>
        <w:t>vt 0.813923 0.646197</w:t>
        <w:br/>
        <w:t>vt 0.813159 0.647197</w:t>
        <w:br/>
        <w:t>vt 0.794059 0.625297</w:t>
        <w:br/>
        <w:t>vt 0.785082 0.612197</w:t>
        <w:br/>
        <w:t>vt 0.784127 0.612997</w:t>
        <w:br/>
        <w:t>vt 0.793104 0.626097</w:t>
        <w:br/>
        <w:t>vt 0.870364 0.729297</w:t>
        <w:br/>
        <w:t>vt 0.868741 0.722397</w:t>
        <w:br/>
        <w:t>vt 0.867786 0.722897</w:t>
        <w:br/>
        <w:t>vt 0.869505 0.729697</w:t>
        <w:br/>
        <w:t>vt 0.863489 0.712297</w:t>
        <w:br/>
        <w:t>vt 0.862438 0.713097</w:t>
        <w:br/>
        <w:t>vt 0.768974 0.770531</w:t>
        <w:br/>
        <w:t>vt 0.768974 0.815531</w:t>
        <w:br/>
        <w:t>vt 0.770191 0.816531</w:t>
        <w:br/>
        <w:t>vt 0.770191 0.770631</w:t>
        <w:br/>
        <w:t>vt 0.871129 0.740697</w:t>
        <w:br/>
        <w:t>vt 0.869983 0.741197</w:t>
        <w:br/>
        <w:t>vt 0.876954 0.753597</w:t>
        <w:br/>
        <w:t>vt 0.878005 0.752997</w:t>
        <w:br/>
        <w:t>vt 0.768974 0.724931</w:t>
        <w:br/>
        <w:t>vt 0.770191 0.724931</w:t>
        <w:br/>
        <w:t>vt 0.870684 0.733297</w:t>
        <w:br/>
        <w:t>vt 0.869505 0.733397</w:t>
        <w:br/>
        <w:t>vt 0.842287 0.682697</w:t>
        <w:br/>
        <w:t>vt 0.841237 0.683097</w:t>
        <w:br/>
        <w:t>vt 0.768974 0.680531</w:t>
        <w:br/>
        <w:t>vt 0.770191 0.680431</w:t>
        <w:br/>
        <w:t>vt 0.770191 0.600831</w:t>
        <w:br/>
        <w:t>vt 0.768974 0.598231</w:t>
        <w:br/>
        <w:t>vt 0.771234 0.597397</w:t>
        <w:br/>
        <w:t>vt 0.772380 0.599997</w:t>
        <w:br/>
        <w:t>vt 0.887173 0.769497</w:t>
        <w:br/>
        <w:t>vt 0.886027 0.769997</w:t>
        <w:br/>
        <w:t>vt 0.808730 0.844461</w:t>
        <w:br/>
        <w:t>vt 0.809972 0.845361</w:t>
        <w:br/>
        <w:t>vt 0.820417 0.651697</w:t>
        <w:br/>
        <w:t>vt 0.819654 0.652597</w:t>
        <w:br/>
        <w:t>vt 0.870364 0.729297</w:t>
        <w:br/>
        <w:t>vt 0.869505 0.729697</w:t>
        <w:br/>
        <w:t>vt 0.572700 0.383668</w:t>
        <w:br/>
        <w:t>vt 0.572000 0.382868</w:t>
        <w:br/>
        <w:t>vt 0.571300 0.384568</w:t>
        <w:br/>
        <w:t>vt 0.570400 0.384368</w:t>
        <w:br/>
        <w:t>vt 0.576100 0.383068</w:t>
        <w:br/>
        <w:t>vt 0.575900 0.382168</w:t>
        <w:br/>
        <w:t>vt 0.574300 0.383068</w:t>
        <w:br/>
        <w:t>vt 0.573900 0.382168</w:t>
        <w:br/>
        <w:t>vt 0.578700 0.385500</w:t>
        <w:br/>
        <w:t>vt 0.576100 0.384600</w:t>
        <w:br/>
        <w:t>vt 0.583000 0.391400</w:t>
        <w:br/>
        <w:t>vt 0.576100 0.384600</w:t>
        <w:br/>
        <w:t>vt 0.571500 0.391900</w:t>
        <w:br/>
        <w:t>vt 0.574300 0.384600</w:t>
        <w:br/>
        <w:t>vt 0.572700 0.385200</w:t>
        <w:br/>
        <w:t>vt 0.578700 0.383968</w:t>
        <w:br/>
        <w:t>vt 0.578500 0.382968</w:t>
        <w:br/>
        <w:t>vt 0.595300 0.382168</w:t>
        <w:br/>
        <w:t>vt 0.595200 0.383068</w:t>
        <w:br/>
        <w:t>vt 0.596700 0.383568</w:t>
        <w:br/>
        <w:t>vt 0.595800 0.383768</w:t>
        <w:br/>
        <w:t>vt 0.596169 0.391400</w:t>
        <w:br/>
        <w:t>vt 0.597068 0.391500</w:t>
        <w:br/>
        <w:t>vt 0.596968 0.385300</w:t>
        <w:br/>
        <w:t>vt 0.597869 0.385100</w:t>
        <w:br/>
        <w:t>vt 0.592700 0.381368</w:t>
        <w:br/>
        <w:t>vt 0.593000 0.382368</w:t>
        <w:br/>
        <w:t>vt 0.595800 0.385300</w:t>
        <w:br/>
        <w:t>vt 0.595200 0.384600</w:t>
        <w:br/>
        <w:t>vt 0.595000 0.391400</w:t>
        <w:br/>
        <w:t>vt 0.590000 0.381568</w:t>
        <w:br/>
        <w:t>vt 0.590400 0.382568</w:t>
        <w:br/>
        <w:t>vt 0.590400 0.384100</w:t>
        <w:br/>
        <w:t>vt 0.593000 0.383900</w:t>
        <w:br/>
        <w:t>vt 0.588300 0.383368</w:t>
        <w:br/>
        <w:t>vt 0.588400 0.382468</w:t>
        <w:br/>
        <w:t>vt 0.586300 0.382468</w:t>
        <w:br/>
        <w:t>vt 0.586400 0.381368</w:t>
        <w:br/>
        <w:t>vt 0.586300 0.384000</w:t>
        <w:br/>
        <w:t>vt 0.583700 0.383400</w:t>
        <w:br/>
        <w:t>vt 0.592569 0.424800</w:t>
        <w:br/>
        <w:t>vt 0.593468 0.425000</w:t>
        <w:br/>
        <w:t>vt 0.591400 0.424800</w:t>
        <w:br/>
        <w:t>vt 0.581600 0.424700</w:t>
        <w:br/>
        <w:t>vt 0.571596 0.452500</w:t>
        <w:br/>
        <w:t>vt 0.572496 0.452400</w:t>
        <w:br/>
        <w:t>vt 0.569996 0.425300</w:t>
        <w:br/>
        <w:t>vt 0.571196 0.424800</w:t>
        <w:br/>
        <w:t>vt 0.569896 0.386100</w:t>
        <w:br/>
        <w:t>vt 0.568996 0.385900</w:t>
        <w:br/>
        <w:t>vt 0.570096 0.391900</w:t>
        <w:br/>
        <w:t>vt 0.568961 0.391982</w:t>
        <w:br/>
        <w:t>vt 0.571300 0.386100</w:t>
        <w:br/>
        <w:t>vt 0.579900 0.479800</w:t>
        <w:br/>
        <w:t>vt 0.580600 0.452400</w:t>
        <w:br/>
        <w:t>vt 0.575500 0.479600</w:t>
        <w:br/>
        <w:t>vt 0.573900 0.452400</w:t>
        <w:br/>
        <w:t>vt 0.583600 0.380768</w:t>
        <w:br/>
        <w:t>vt 0.580900 0.381268</w:t>
        <w:br/>
        <w:t>vt 0.583700 0.381868</w:t>
        <w:br/>
        <w:t>vt 0.581100 0.382268</w:t>
        <w:br/>
        <w:t>vt 0.582668 0.505700</w:t>
        <w:br/>
        <w:t>vt 0.583468 0.505700</w:t>
        <w:br/>
        <w:t>vt 0.586069 0.480100</w:t>
        <w:br/>
        <w:t>vt 0.586968 0.480200</w:t>
        <w:br/>
        <w:t>vt 0.584900 0.480100</w:t>
        <w:br/>
        <w:t>vt 0.581500 0.505700</w:t>
        <w:br/>
        <w:t>vt 0.579100 0.506100</w:t>
        <w:br/>
        <w:t>vt 0.590268 0.453300</w:t>
        <w:br/>
        <w:t>vt 0.589368 0.453100</w:t>
        <w:br/>
        <w:t>vt 0.577000 0.506400</w:t>
        <w:br/>
        <w:t>vt 0.574896 0.506600</w:t>
        <w:br/>
        <w:t>vt 0.575596 0.506400</w:t>
        <w:br/>
        <w:t>vt 0.573296 0.479700</w:t>
        <w:br/>
        <w:t>vt 0.574096 0.479600</w:t>
        <w:br/>
        <w:t>vt 0.581100 0.383800</w:t>
        <w:br/>
        <w:t>vt 0.588300 0.384900</w:t>
        <w:br/>
        <w:t>vt 0.572600 0.424800</w:t>
        <w:br/>
        <w:t>vt 0.588200 0.453100</w:t>
        <w:br/>
        <w:t>vt 0.572700 0.383668</w:t>
        <w:br/>
        <w:t>vt 0.571300 0.384568</w:t>
        <w:br/>
        <w:t>vt 0.572000 0.382868</w:t>
        <w:br/>
        <w:t>vt 0.570400 0.384368</w:t>
        <w:br/>
        <w:t>vt 0.576100 0.383068</w:t>
        <w:br/>
        <w:t>vt 0.574300 0.383068</w:t>
        <w:br/>
        <w:t>vt 0.575900 0.382168</w:t>
        <w:br/>
        <w:t>vt 0.573900 0.382168</w:t>
        <w:br/>
        <w:t>vt 0.583000 0.391400</w:t>
        <w:br/>
        <w:t>vt 0.576100 0.384600</w:t>
        <w:br/>
        <w:t>vt 0.578700 0.385500</w:t>
        <w:br/>
        <w:t>vt 0.571500 0.391900</w:t>
        <w:br/>
        <w:t>vt 0.576100 0.384600</w:t>
        <w:br/>
        <w:t>vt 0.574300 0.384600</w:t>
        <w:br/>
        <w:t>vt 0.572700 0.385200</w:t>
        <w:br/>
        <w:t>vt 0.578500 0.382968</w:t>
        <w:br/>
        <w:t>vt 0.578700 0.383968</w:t>
        <w:br/>
        <w:t>vt 0.595300 0.382168</w:t>
        <w:br/>
        <w:t>vt 0.596700 0.383568</w:t>
        <w:br/>
        <w:t>vt 0.595200 0.383068</w:t>
        <w:br/>
        <w:t>vt 0.595800 0.383768</w:t>
        <w:br/>
        <w:t>vt 0.597868 0.385100</w:t>
        <w:br/>
        <w:t>vt 0.597069 0.391500</w:t>
        <w:br/>
        <w:t>vt 0.596968 0.385300</w:t>
        <w:br/>
        <w:t>vt 0.596169 0.391400</w:t>
        <w:br/>
        <w:t>vt 0.593000 0.382368</w:t>
        <w:br/>
        <w:t>vt 0.592700 0.381368</w:t>
        <w:br/>
        <w:t>vt 0.595000 0.391400</w:t>
        <w:br/>
        <w:t>vt 0.595200 0.384600</w:t>
        <w:br/>
        <w:t>vt 0.595800 0.385300</w:t>
        <w:br/>
        <w:t>vt 0.590400 0.382568</w:t>
        <w:br/>
        <w:t>vt 0.590000 0.381568</w:t>
        <w:br/>
        <w:t>vt 0.593000 0.383900</w:t>
        <w:br/>
        <w:t>vt 0.590400 0.384100</w:t>
        <w:br/>
        <w:t>vt 0.588300 0.383368</w:t>
        <w:br/>
        <w:t>vt 0.586300 0.382468</w:t>
        <w:br/>
        <w:t>vt 0.588400 0.382468</w:t>
        <w:br/>
        <w:t>vt 0.586400 0.381368</w:t>
        <w:br/>
        <w:t>vt 0.583700 0.383400</w:t>
        <w:br/>
        <w:t>vt 0.586300 0.384000</w:t>
        <w:br/>
        <w:t>vt 0.592569 0.424800</w:t>
        <w:br/>
        <w:t>vt 0.593468 0.425000</w:t>
        <w:br/>
        <w:t>vt 0.591400 0.424800</w:t>
        <w:br/>
        <w:t>vt 0.581600 0.424700</w:t>
        <w:br/>
        <w:t>vt 0.571596 0.452500</w:t>
        <w:br/>
        <w:t>vt 0.569997 0.425300</w:t>
        <w:br/>
        <w:t>vt 0.572496 0.452400</w:t>
        <w:br/>
        <w:t>vt 0.571196 0.424800</w:t>
        <w:br/>
        <w:t>vt 0.568961 0.391982</w:t>
        <w:br/>
        <w:t>vt 0.568996 0.385900</w:t>
        <w:br/>
        <w:t>vt 0.570096 0.391900</w:t>
        <w:br/>
        <w:t>vt 0.569896 0.386100</w:t>
        <w:br/>
        <w:t>vt 0.571300 0.386100</w:t>
        <w:br/>
        <w:t>vt 0.573900 0.452400</w:t>
        <w:br/>
        <w:t>vt 0.580600 0.452400</w:t>
        <w:br/>
        <w:t>vt 0.575500 0.479600</w:t>
        <w:br/>
        <w:t>vt 0.579900 0.479800</w:t>
        <w:br/>
        <w:t>vt 0.583600 0.380768</w:t>
        <w:br/>
        <w:t>vt 0.583700 0.381868</w:t>
        <w:br/>
        <w:t>vt 0.580900 0.381268</w:t>
        <w:br/>
        <w:t>vt 0.581100 0.382268</w:t>
        <w:br/>
        <w:t>vt 0.586969 0.480200</w:t>
        <w:br/>
        <w:t>vt 0.583468 0.505700</w:t>
        <w:br/>
        <w:t>vt 0.586068 0.480100</w:t>
        <w:br/>
        <w:t>vt 0.582669 0.505700</w:t>
        <w:br/>
        <w:t>vt 0.584900 0.480100</w:t>
        <w:br/>
        <w:t>vt 0.581500 0.505700</w:t>
        <w:br/>
        <w:t>vt 0.579100 0.506100</w:t>
        <w:br/>
        <w:t>vt 0.590268 0.453300</w:t>
        <w:br/>
        <w:t>vt 0.589369 0.453100</w:t>
        <w:br/>
        <w:t>vt 0.577000 0.506400</w:t>
        <w:br/>
        <w:t>vt 0.574897 0.506600</w:t>
        <w:br/>
        <w:t>vt 0.573296 0.479700</w:t>
        <w:br/>
        <w:t>vt 0.575597 0.506400</w:t>
        <w:br/>
        <w:t>vt 0.574096 0.479600</w:t>
        <w:br/>
        <w:t>vt 0.581100 0.383800</w:t>
        <w:br/>
        <w:t>vt 0.588300 0.384900</w:t>
        <w:br/>
        <w:t>vt 0.572600 0.424800</w:t>
        <w:br/>
        <w:t>vt 0.588200 0.453100</w:t>
        <w:br/>
        <w:t>vt 0.572000 0.382868</w:t>
        <w:br/>
        <w:t>vt 0.572700 0.383668</w:t>
        <w:br/>
        <w:t>vt 0.571300 0.384568</w:t>
        <w:br/>
        <w:t>vt 0.570400 0.384368</w:t>
        <w:br/>
        <w:t>vt 0.575900 0.382168</w:t>
        <w:br/>
        <w:t>vt 0.576100 0.383068</w:t>
        <w:br/>
        <w:t>vt 0.574300 0.383068</w:t>
        <w:br/>
        <w:t>vt 0.573900 0.382168</w:t>
        <w:br/>
        <w:t>vt 0.576100 0.384600</w:t>
        <w:br/>
        <w:t>vt 0.578700 0.385500</w:t>
        <w:br/>
        <w:t>vt 0.583000 0.391400</w:t>
        <w:br/>
        <w:t>vt 0.576100 0.384600</w:t>
        <w:br/>
        <w:t>vt 0.571500 0.391900</w:t>
        <w:br/>
        <w:t>vt 0.574300 0.384600</w:t>
        <w:br/>
        <w:t>vt 0.572700 0.385200</w:t>
        <w:br/>
        <w:t>vt 0.578500 0.382968</w:t>
        <w:br/>
        <w:t>vt 0.578700 0.383968</w:t>
        <w:br/>
        <w:t>vt 0.595200 0.383068</w:t>
        <w:br/>
        <w:t>vt 0.595300 0.382168</w:t>
        <w:br/>
        <w:t>vt 0.596700 0.383568</w:t>
        <w:br/>
        <w:t>vt 0.595800 0.383768</w:t>
        <w:br/>
        <w:t>vt 0.597068 0.391500</w:t>
        <w:br/>
        <w:t>vt 0.596169 0.391400</w:t>
        <w:br/>
        <w:t>vt 0.596968 0.385300</w:t>
        <w:br/>
        <w:t>vt 0.597869 0.385100</w:t>
        <w:br/>
        <w:t>vt 0.593000 0.382368</w:t>
        <w:br/>
        <w:t>vt 0.592700 0.381368</w:t>
        <w:br/>
        <w:t>vt 0.595200 0.384600</w:t>
        <w:br/>
        <w:t>vt 0.595800 0.385300</w:t>
        <w:br/>
        <w:t>vt 0.595000 0.391400</w:t>
        <w:br/>
        <w:t>vt 0.590400 0.382568</w:t>
        <w:br/>
        <w:t>vt 0.590000 0.381568</w:t>
        <w:br/>
        <w:t>vt 0.590400 0.384100</w:t>
        <w:br/>
        <w:t>vt 0.593000 0.383900</w:t>
        <w:br/>
        <w:t>vt 0.588400 0.382468</w:t>
        <w:br/>
        <w:t>vt 0.588300 0.383368</w:t>
        <w:br/>
        <w:t>vt 0.586300 0.382468</w:t>
        <w:br/>
        <w:t>vt 0.586400 0.381368</w:t>
        <w:br/>
        <w:t>vt 0.586300 0.384000</w:t>
        <w:br/>
        <w:t>vt 0.583700 0.383400</w:t>
        <w:br/>
        <w:t>vt 0.592569 0.424800</w:t>
        <w:br/>
        <w:t>vt 0.593468 0.425000</w:t>
        <w:br/>
        <w:t>vt 0.591400 0.424800</w:t>
        <w:br/>
        <w:t>vt 0.581600 0.424700</w:t>
        <w:br/>
        <w:t>vt 0.572496 0.452400</w:t>
        <w:br/>
        <w:t>vt 0.571596 0.452500</w:t>
        <w:br/>
        <w:t>vt 0.569996 0.425300</w:t>
        <w:br/>
        <w:t>vt 0.571196 0.424800</w:t>
        <w:br/>
        <w:t>vt 0.568996 0.385900</w:t>
        <w:br/>
        <w:t>vt 0.569896 0.386100</w:t>
        <w:br/>
        <w:t>vt 0.570096 0.391900</w:t>
        <w:br/>
        <w:t>vt 0.568961 0.391982</w:t>
        <w:br/>
        <w:t>vt 0.571300 0.386100</w:t>
        <w:br/>
        <w:t>vt 0.580600 0.452400</w:t>
        <w:br/>
        <w:t>vt 0.579900 0.479800</w:t>
        <w:br/>
        <w:t>vt 0.575500 0.479600</w:t>
        <w:br/>
        <w:t>vt 0.573900 0.452400</w:t>
        <w:br/>
        <w:t>vt 0.580900 0.381268</w:t>
        <w:br/>
        <w:t>vt 0.583600 0.380768</w:t>
        <w:br/>
        <w:t>vt 0.583700 0.381868</w:t>
        <w:br/>
        <w:t>vt 0.581100 0.382268</w:t>
        <w:br/>
        <w:t>vt 0.583468 0.505700</w:t>
        <w:br/>
        <w:t>vt 0.582668 0.505700</w:t>
        <w:br/>
        <w:t>vt 0.586069 0.480100</w:t>
        <w:br/>
        <w:t>vt 0.586968 0.480200</w:t>
        <w:br/>
        <w:t>vt 0.584900 0.480100</w:t>
        <w:br/>
        <w:t>vt 0.581500 0.505700</w:t>
        <w:br/>
        <w:t>vt 0.579100 0.506100</w:t>
        <w:br/>
        <w:t>vt 0.590268 0.453300</w:t>
        <w:br/>
        <w:t>vt 0.589368 0.453100</w:t>
        <w:br/>
        <w:t>vt 0.577000 0.506400</w:t>
        <w:br/>
        <w:t>vt 0.575596 0.506400</w:t>
        <w:br/>
        <w:t>vt 0.574896 0.506600</w:t>
        <w:br/>
        <w:t>vt 0.573296 0.479700</w:t>
        <w:br/>
        <w:t>vt 0.574096 0.479600</w:t>
        <w:br/>
        <w:t>vt 0.581100 0.383800</w:t>
        <w:br/>
        <w:t>vt 0.588300 0.384900</w:t>
        <w:br/>
        <w:t>vt 0.572600 0.424800</w:t>
        <w:br/>
        <w:t>vt 0.588200 0.453100</w:t>
        <w:br/>
        <w:t>vt 0.571300 0.384568</w:t>
        <w:br/>
        <w:t>vt 0.572700 0.383668</w:t>
        <w:br/>
        <w:t>vt 0.572000 0.382868</w:t>
        <w:br/>
        <w:t>vt 0.570400 0.384368</w:t>
        <w:br/>
        <w:t>vt 0.574300 0.383068</w:t>
        <w:br/>
        <w:t>vt 0.576100 0.383068</w:t>
        <w:br/>
        <w:t>vt 0.575900 0.382168</w:t>
        <w:br/>
        <w:t>vt 0.573900 0.382168</w:t>
        <w:br/>
        <w:t>vt 0.576100 0.384600</w:t>
        <w:br/>
        <w:t>vt 0.583000 0.391400</w:t>
        <w:br/>
        <w:t>vt 0.578700 0.385500</w:t>
        <w:br/>
        <w:t>vt 0.571500 0.391900</w:t>
        <w:br/>
        <w:t>vt 0.576100 0.384600</w:t>
        <w:br/>
        <w:t>vt 0.574300 0.384600</w:t>
        <w:br/>
        <w:t>vt 0.572700 0.385200</w:t>
        <w:br/>
        <w:t>vt 0.578500 0.382968</w:t>
        <w:br/>
        <w:t>vt 0.578700 0.383968</w:t>
        <w:br/>
        <w:t>vt 0.596700 0.383568</w:t>
        <w:br/>
        <w:t>vt 0.595300 0.382168</w:t>
        <w:br/>
        <w:t>vt 0.595200 0.383068</w:t>
        <w:br/>
        <w:t>vt 0.595800 0.383768</w:t>
        <w:br/>
        <w:t>vt 0.597069 0.391500</w:t>
        <w:br/>
        <w:t>vt 0.597868 0.385100</w:t>
        <w:br/>
        <w:t>vt 0.596968 0.385300</w:t>
        <w:br/>
        <w:t>vt 0.596169 0.391400</w:t>
        <w:br/>
        <w:t>vt 0.593000 0.382368</w:t>
        <w:br/>
        <w:t>vt 0.592700 0.381368</w:t>
        <w:br/>
        <w:t>vt 0.595200 0.384600</w:t>
        <w:br/>
        <w:t>vt 0.595000 0.391400</w:t>
        <w:br/>
        <w:t>vt 0.595800 0.385300</w:t>
        <w:br/>
        <w:t>vt 0.590400 0.382568</w:t>
        <w:br/>
        <w:t>vt 0.590000 0.381568</w:t>
        <w:br/>
        <w:t>vt 0.593000 0.383900</w:t>
        <w:br/>
        <w:t>vt 0.590400 0.384100</w:t>
        <w:br/>
        <w:t>vt 0.586300 0.382468</w:t>
        <w:br/>
        <w:t>vt 0.588300 0.383368</w:t>
        <w:br/>
        <w:t>vt 0.588400 0.382468</w:t>
        <w:br/>
        <w:t>vt 0.586400 0.381368</w:t>
        <w:br/>
        <w:t>vt 0.586300 0.384000</w:t>
        <w:br/>
        <w:t>vt 0.583700 0.383400</w:t>
        <w:br/>
        <w:t>vt 0.592569 0.424800</w:t>
        <w:br/>
        <w:t>vt 0.593468 0.425000</w:t>
        <w:br/>
        <w:t>vt 0.591400 0.424800</w:t>
        <w:br/>
        <w:t>vt 0.581600 0.424700</w:t>
        <w:br/>
        <w:t>vt 0.569997 0.425300</w:t>
        <w:br/>
        <w:t>vt 0.571596 0.452500</w:t>
        <w:br/>
        <w:t>vt 0.572496 0.452400</w:t>
        <w:br/>
        <w:t>vt 0.571196 0.424800</w:t>
        <w:br/>
        <w:t>vt 0.568996 0.385900</w:t>
        <w:br/>
        <w:t>vt 0.568961 0.391982</w:t>
        <w:br/>
        <w:t>vt 0.570096 0.391900</w:t>
        <w:br/>
        <w:t>vt 0.569896 0.386100</w:t>
        <w:br/>
        <w:t>vt 0.571300 0.386100</w:t>
        <w:br/>
        <w:t>vt 0.580600 0.452400</w:t>
        <w:br/>
        <w:t>vt 0.573900 0.452400</w:t>
        <w:br/>
        <w:t>vt 0.575500 0.479600</w:t>
        <w:br/>
        <w:t>vt 0.579900 0.479800</w:t>
        <w:br/>
        <w:t>vt 0.583700 0.381868</w:t>
        <w:br/>
        <w:t>vt 0.583600 0.380768</w:t>
        <w:br/>
        <w:t>vt 0.580900 0.381268</w:t>
        <w:br/>
        <w:t>vt 0.581100 0.382268</w:t>
        <w:br/>
        <w:t>vt 0.583468 0.505700</w:t>
        <w:br/>
        <w:t>vt 0.586969 0.480200</w:t>
        <w:br/>
        <w:t>vt 0.586068 0.480100</w:t>
        <w:br/>
        <w:t>vt 0.582669 0.505700</w:t>
        <w:br/>
        <w:t>vt 0.581500 0.505700</w:t>
        <w:br/>
        <w:t>vt 0.584900 0.480100</w:t>
        <w:br/>
        <w:t>vt 0.579100 0.506100</w:t>
        <w:br/>
        <w:t>vt 0.590268 0.453300</w:t>
        <w:br/>
        <w:t>vt 0.589369 0.453100</w:t>
        <w:br/>
        <w:t>vt 0.577000 0.506400</w:t>
        <w:br/>
        <w:t>vt 0.573296 0.479700</w:t>
        <w:br/>
        <w:t>vt 0.574897 0.506600</w:t>
        <w:br/>
        <w:t>vt 0.575597 0.506400</w:t>
        <w:br/>
        <w:t>vt 0.574096 0.479600</w:t>
        <w:br/>
        <w:t>vt 0.581100 0.383800</w:t>
        <w:br/>
        <w:t>vt 0.588300 0.384900</w:t>
        <w:br/>
        <w:t>vt 0.572600 0.424800</w:t>
        <w:br/>
        <w:t>vt 0.588200 0.453100</w:t>
        <w:br/>
        <w:t>vt 0.905080 0.954060</w:t>
        <w:br/>
        <w:t>vt 0.911050 0.983660</w:t>
        <w:br/>
        <w:t>vt 0.900890 0.961010</w:t>
        <w:br/>
        <w:t>vt 0.889110 0.934360</w:t>
        <w:br/>
        <w:t>vt 0.905350 0.913190</w:t>
        <w:br/>
        <w:t>vt 0.884740 0.907230</w:t>
        <w:br/>
        <w:t>vt 0.915100 0.849260</w:t>
        <w:br/>
        <w:t>vt 0.928960 0.807490</w:t>
        <w:br/>
        <w:t>vt 0.972150 0.827730</w:t>
        <w:br/>
        <w:t>vt 0.962970 0.864990</w:t>
        <w:br/>
        <w:t>vt 0.886230 0.872310</w:t>
        <w:br/>
        <w:t>vt 0.897650 0.834740</w:t>
        <w:br/>
        <w:t>vt 0.916510 0.801060</w:t>
        <w:br/>
        <w:t>vt 0.946530 0.796550</w:t>
        <w:br/>
        <w:t>vt 0.938750 0.784140</w:t>
        <w:br/>
        <w:t>vt 0.961880 0.780660</w:t>
        <w:br/>
        <w:t>vt 0.965180 0.792360</w:t>
        <w:br/>
        <w:t>vt 0.974950 0.789020</w:t>
        <w:br/>
        <w:t>vt 0.988000 0.814490</w:t>
        <w:br/>
        <w:t>vt 0.149580 0.389200</w:t>
        <w:br/>
        <w:t>vt 0.146610 0.371160</w:t>
        <w:br/>
        <w:t>vt 0.161370 0.365540</w:t>
        <w:br/>
        <w:t>vt 0.166330 0.386980</w:t>
        <w:br/>
        <w:t>vt 0.140340 0.409350</w:t>
        <w:br/>
        <w:t>vt 0.157640 0.414300</w:t>
        <w:br/>
        <w:t>vt 0.146650 0.447260</w:t>
        <w:br/>
        <w:t>vt 0.124620 0.432120</w:t>
        <w:br/>
        <w:t>vt 0.120650 0.396610</w:t>
        <w:br/>
        <w:t>vt 0.116660 0.379370</w:t>
        <w:br/>
        <w:t>vt 0.120650 0.396610</w:t>
        <w:br/>
        <w:t>vt 0.093170 0.415140</w:t>
        <w:br/>
        <w:t>vt 0.133060 0.491450</w:t>
        <w:br/>
        <w:t>vt 0.098070 0.464020</w:t>
        <w:br/>
        <w:t>vt 0.093170 0.415140</w:t>
        <w:br/>
        <w:t>vt 0.082900 0.403140</w:t>
        <w:br/>
        <w:t>vt 0.059190 0.442790</w:t>
        <w:br/>
        <w:t>vt 0.059190 0.442790</w:t>
        <w:br/>
        <w:t>vt 0.052140 0.432740</w:t>
        <w:br/>
        <w:t>vt 0.021920 0.469550</w:t>
        <w:br/>
        <w:t>vt 0.034910 0.476540</w:t>
        <w:br/>
        <w:t>vt 0.088110 0.524630</w:t>
        <w:br/>
        <w:t>vt 0.063700 0.503320</w:t>
        <w:br/>
        <w:t>vt 0.034910 0.476540</w:t>
        <w:br/>
        <w:t>vt 0.020230 0.516250</w:t>
        <w:br/>
        <w:t>vt 0.008860 0.515000</w:t>
        <w:br/>
        <w:t>vt 0.020230 0.516250</w:t>
        <w:br/>
        <w:t>vt 0.029320 0.543260</w:t>
        <w:br/>
        <w:t>vt 0.018200 0.547240</w:t>
        <w:br/>
        <w:t>vt 0.029320 0.543260</w:t>
        <w:br/>
        <w:t>vt 0.042950 0.559580</w:t>
        <w:br/>
        <w:t>vt 0.036140 0.569660</w:t>
        <w:br/>
        <w:t>vt 0.053980 0.577340</w:t>
        <w:br/>
        <w:t>vt 0.057550 0.563220</w:t>
        <w:br/>
        <w:t>vt 0.057550 0.563220</w:t>
        <w:br/>
        <w:t>vt 0.112550 0.571300</w:t>
        <w:br/>
        <w:t>vt 0.071090 0.562280</w:t>
        <w:br/>
        <w:t>vt 0.070560 0.578200</w:t>
        <w:br/>
        <w:t>vt 0.112550 0.571300</w:t>
        <w:br/>
        <w:t>vt 0.094980 0.599120</w:t>
        <w:br/>
        <w:t>vt 0.071090 0.562280</w:t>
        <w:br/>
        <w:t>vt 0.053980 0.577340</w:t>
        <w:br/>
        <w:t>vt 0.951840 0.924750</w:t>
        <w:br/>
        <w:t>vt 0.905080 0.954060</w:t>
        <w:br/>
        <w:t>vt 0.949980 0.961580</w:t>
        <w:br/>
        <w:t>vt 0.911050 0.983660</w:t>
        <w:br/>
        <w:t>vt 0.149580 0.389200</w:t>
        <w:br/>
        <w:t>vt 0.166330 0.386980</w:t>
        <w:br/>
        <w:t>vt 0.953160 0.984260</w:t>
        <w:br/>
        <w:t>vt 0.305980 0.059210</w:t>
        <w:br/>
        <w:t>vt 0.304180 0.056950</w:t>
        <w:br/>
        <w:t>vt 0.302090 0.048920</w:t>
        <w:br/>
        <w:t>vt 0.304440 0.054550</w:t>
        <w:br/>
        <w:t>vt 0.866230 0.013980</w:t>
        <w:br/>
        <w:t>vt 0.862350 0.006850</w:t>
        <w:br/>
        <w:t>vt 0.837670 0.004160</w:t>
        <w:br/>
        <w:t>vt 0.891290 0.010160</w:t>
        <w:br/>
        <w:t>vt 0.901360 0.034880</w:t>
        <w:br/>
        <w:t>vt 0.916910 0.020110</w:t>
        <w:br/>
        <w:t>vt 0.951580 0.075610</w:t>
        <w:br/>
        <w:t>vt 0.913810 0.108960</w:t>
        <w:br/>
        <w:t>vt 0.941310 0.135710</w:t>
        <w:br/>
        <w:t>vt 0.980610 0.108690</w:t>
        <w:br/>
        <w:t>vt 0.946290 0.039050</w:t>
        <w:br/>
        <w:t>vt 0.972930 0.067890</w:t>
        <w:br/>
        <w:t>vt 0.992450 0.101190</w:t>
        <w:br/>
        <w:t>vt 0.981160 0.129370</w:t>
        <w:br/>
        <w:t>vt 0.995810 0.128940</w:t>
        <w:br/>
        <w:t>vt 0.975350 0.147580</w:t>
        <w:br/>
        <w:t>vt 0.987110 0.150650</w:t>
        <w:br/>
        <w:t>vt 0.973290 0.157710</w:t>
        <w:br/>
        <w:t>vt 0.944720 0.156080</w:t>
        <w:br/>
        <w:t>vt 0.871490 0.377930</w:t>
        <w:br/>
        <w:t>vt 0.854230 0.386980</w:t>
        <w:br/>
        <w:t>vt 0.859200 0.365540</w:t>
        <w:br/>
        <w:t>vt 0.877290 0.360630</w:t>
        <w:br/>
        <w:t>vt 0.879310 0.395930</w:t>
        <w:br/>
        <w:t>vt 0.891130 0.420020</w:t>
        <w:br/>
        <w:t>vt 0.873920 0.447260</w:t>
        <w:br/>
        <w:t>vt 0.862930 0.414300</w:t>
        <w:br/>
        <w:t>vt 0.904160 0.391000</w:t>
        <w:br/>
        <w:t>vt 0.910840 0.374650</w:t>
        <w:br/>
        <w:t>vt 0.904160 0.391000</w:t>
        <w:br/>
        <w:t>vt 0.926530 0.407560</w:t>
        <w:br/>
        <w:t>vt 0.887510 0.491450</w:t>
        <w:br/>
        <w:t>vt 0.913910 0.454960</w:t>
        <w:br/>
        <w:t>vt 0.938570 0.397450</w:t>
        <w:br/>
        <w:t>vt 0.926530 0.407560</w:t>
        <w:br/>
        <w:t>vt 0.955640 0.440540</w:t>
        <w:br/>
        <w:t>vt 0.964200 0.431820</w:t>
        <w:br/>
        <w:t>vt 0.955640 0.440540</w:t>
        <w:br/>
        <w:t>vt 0.988160 0.473200</w:t>
        <w:br/>
        <w:t>vt 0.974220 0.477920</w:t>
        <w:br/>
        <w:t>vt 0.914080 0.516440</w:t>
        <w:br/>
        <w:t>vt 0.941550 0.499500</w:t>
        <w:br/>
        <w:t>vt 0.974220 0.477920</w:t>
        <w:br/>
        <w:t>vt 0.993790 0.520240</w:t>
        <w:br/>
        <w:t>vt 0.982380 0.519560</w:t>
        <w:br/>
        <w:t>vt 0.982380 0.519560</w:t>
        <w:br/>
        <w:t>vt 0.979450 0.550480</w:t>
        <w:br/>
        <w:t>vt 0.969110 0.544680</w:t>
        <w:br/>
        <w:t>vt 0.969110 0.544680</w:t>
        <w:br/>
        <w:t>vt 0.958180 0.569580</w:t>
        <w:br/>
        <w:t>vt 0.953070 0.558490</w:t>
        <w:br/>
        <w:t>vt 0.939350 0.574160</w:t>
        <w:br/>
        <w:t>vt 0.938360 0.558790</w:t>
        <w:br/>
        <w:t>vt 0.938360 0.558790</w:t>
        <w:br/>
        <w:t>vt 0.908020 0.571300</w:t>
        <w:br/>
        <w:t>vt 0.925310 0.557420</w:t>
        <w:br/>
        <w:t>vt 0.924610 0.572370</w:t>
        <w:br/>
        <w:t>vt 0.925580 0.599120</w:t>
        <w:br/>
        <w:t>vt 0.908020 0.571300</w:t>
        <w:br/>
        <w:t>vt 0.925310 0.557420</w:t>
        <w:br/>
        <w:t>vt 0.939350 0.574160</w:t>
        <w:br/>
        <w:t>vt 0.867870 0.069140</w:t>
        <w:br/>
        <w:t>vt 0.866230 0.013980</w:t>
        <w:br/>
        <w:t>vt 0.837670 0.004160</w:t>
        <w:br/>
        <w:t>vt 0.837040 0.048910</w:t>
        <w:br/>
        <w:t>vt 0.871490 0.377930</w:t>
        <w:br/>
        <w:t>vt 0.854230 0.386980</w:t>
        <w:br/>
        <w:t>vt 0.815860 0.040190</w:t>
        <w:br/>
        <w:t>vt 0.304440 0.054550</w:t>
        <w:br/>
        <w:t>vt 0.305980 0.059210</w:t>
        <w:br/>
        <w:t>vt 0.308160 0.061260</w:t>
        <w:br/>
        <w:t>vt 0.307720 0.058820</w:t>
        <w:br/>
        <w:t>vt 0.302090 0.048920</w:t>
        <w:br/>
        <w:t>vt 0.304180 0.056950</w:t>
        <w:br/>
        <w:t>vt 0.305980 0.059210</w:t>
        <w:br/>
        <w:t>vt 0.304440 0.054550</w:t>
        <w:br/>
        <w:t>vt 0.476980 0.463570</w:t>
        <w:br/>
        <w:t>vt 0.468040 0.456760</w:t>
        <w:br/>
        <w:t>vt 0.475410 0.449160</w:t>
        <w:br/>
        <w:t>vt 0.483730 0.454980</w:t>
        <w:br/>
        <w:t>vt 0.471070 0.426970</w:t>
        <w:br/>
        <w:t>vt 0.466880 0.422460</w:t>
        <w:br/>
        <w:t>vt 0.470400 0.420830</w:t>
        <w:br/>
        <w:t>vt 0.473970 0.424090</w:t>
        <w:br/>
        <w:t>vt 0.472470 0.418700</w:t>
        <w:br/>
        <w:t>vt 0.474670 0.419090</w:t>
        <w:br/>
        <w:t>vt 0.473130 0.419630</w:t>
        <w:br/>
        <w:t>vt 0.484750 0.776290</w:t>
        <w:br/>
        <w:t>vt 0.510280 0.776020</w:t>
        <w:br/>
        <w:t>vt 0.510280 0.841330</w:t>
        <w:br/>
        <w:t>vt 0.481860 0.843580</w:t>
        <w:br/>
        <w:t>vt 0.485840 0.724230</w:t>
        <w:br/>
        <w:t>vt 0.510280 0.724740</w:t>
        <w:br/>
        <w:t>vt 0.486540 0.679810</w:t>
        <w:br/>
        <w:t>vt 0.510280 0.679470</w:t>
        <w:br/>
        <w:t>vt 0.487800 0.660150</w:t>
        <w:br/>
        <w:t>vt 0.510280 0.661330</w:t>
        <w:br/>
        <w:t>vt 0.462930 0.680330</w:t>
        <w:br/>
        <w:t>vt 0.461370 0.723200</w:t>
        <w:br/>
        <w:t>vt 0.464900 0.658070</w:t>
        <w:br/>
        <w:t>vt 0.489900 0.641770</w:t>
        <w:br/>
        <w:t>vt 0.510280 0.642010</w:t>
        <w:br/>
        <w:t>vt 0.459950 0.777360</w:t>
        <w:br/>
        <w:t>vt 0.491950 0.623230</w:t>
        <w:br/>
        <w:t>vt 0.510280 0.623370</w:t>
        <w:br/>
        <w:t>vt 0.494640 0.605710</w:t>
        <w:br/>
        <w:t>vt 0.510280 0.605490</w:t>
        <w:br/>
        <w:t>vt 0.496690 0.590960</w:t>
        <w:br/>
        <w:t>vt 0.510280 0.590800</w:t>
        <w:br/>
        <w:t>vt 0.481070 0.603860</w:t>
        <w:br/>
        <w:t>vt 0.477110 0.620080</w:t>
        <w:br/>
        <w:t>vt 0.470980 0.639280</w:t>
        <w:br/>
        <w:t>vt 0.483680 0.589790</w:t>
        <w:br/>
        <w:t>vt 0.452540 0.630680</w:t>
        <w:br/>
        <w:t>vt 0.460260 0.612530</w:t>
        <w:br/>
        <w:t>vt 0.462820 0.599290</w:t>
        <w:br/>
        <w:t>vt 0.435040 0.652810</w:t>
        <w:br/>
        <w:t>vt 0.464830 0.585140</w:t>
        <w:br/>
        <w:t>vt 0.438110 0.617300</w:t>
        <w:br/>
        <w:t>vt 0.446620 0.604610</w:t>
        <w:br/>
        <w:t>vt 0.435400 0.681720</w:t>
        <w:br/>
        <w:t>vt 0.426030 0.628250</w:t>
        <w:br/>
        <w:t>vt 0.447570 0.590190</w:t>
        <w:br/>
        <w:t>vt 0.435020 0.722590</w:t>
        <w:br/>
        <w:t>vt 0.431520 0.608300</w:t>
        <w:br/>
        <w:t>vt 0.440640 0.602060</w:t>
        <w:br/>
        <w:t>vt 0.435140 0.778960</w:t>
        <w:br/>
        <w:t>vt 0.421520 0.617920</w:t>
        <w:br/>
        <w:t>vt 0.456380 0.842880</w:t>
        <w:br/>
        <w:t>vt 0.510280 0.907200</w:t>
        <w:br/>
        <w:t>vt 0.479370 0.906550</w:t>
        <w:br/>
        <w:t>vt 0.510280 0.970480</w:t>
        <w:br/>
        <w:t>vt 0.473940 0.971310</w:t>
        <w:br/>
        <w:t>vt 0.444990 0.902100</w:t>
        <w:br/>
        <w:t>vt 0.433950 0.968780</w:t>
        <w:br/>
        <w:t>vt 0.401720 0.898020</w:t>
        <w:br/>
        <w:t>vt 0.386330 0.964350</w:t>
        <w:br/>
        <w:t>vt 0.430890 0.842530</w:t>
        <w:br/>
        <w:t>vt 0.358410 0.893350</w:t>
        <w:br/>
        <w:t>vt 0.342400 0.955850</w:t>
        <w:br/>
        <w:t>vt 0.403020 0.840290</w:t>
        <w:br/>
        <w:t>vt 0.406680 0.780670</w:t>
        <w:br/>
        <w:t>vt 0.371310 0.834860</w:t>
        <w:br/>
        <w:t>vt 0.323620 0.881260</w:t>
        <w:br/>
        <w:t>vt 0.296850 0.945010</w:t>
        <w:br/>
        <w:t>vt 0.341120 0.827240</w:t>
        <w:br/>
        <w:t>vt 0.380090 0.779300</w:t>
        <w:br/>
        <w:t>vt 0.352990 0.775400</w:t>
        <w:br/>
        <w:t>vt 0.277160 0.861290</w:t>
        <w:br/>
        <w:t>vt 0.242330 0.918910</w:t>
        <w:br/>
        <w:t>vt 0.303160 0.814190</w:t>
        <w:br/>
        <w:t>vt 0.191050 0.882390</w:t>
        <w:br/>
        <w:t>vt 0.227830 0.833130</w:t>
        <w:br/>
        <w:t>vt 0.259770 0.788770</w:t>
        <w:br/>
        <w:t>vt 0.186840 0.789100</w:t>
        <w:br/>
        <w:t>vt 0.143850 0.823360</w:t>
        <w:br/>
        <w:t>vt 0.223780 0.753350</w:t>
        <w:br/>
        <w:t>vt 0.149300 0.740770</w:t>
        <w:br/>
        <w:t>vt 0.107900 0.761250</w:t>
        <w:br/>
        <w:t>vt 0.189690 0.717790</w:t>
        <w:br/>
        <w:t>vt 0.121060 0.685250</w:t>
        <w:br/>
        <w:t>vt 0.085660 0.700740</w:t>
        <w:br/>
        <w:t>vt 0.163820 0.670110</w:t>
        <w:br/>
        <w:t>vt 0.210120 0.650720</w:t>
        <w:br/>
        <w:t>vt 0.231660 0.687190</w:t>
        <w:br/>
        <w:t>vt 0.077170 0.645540</w:t>
        <w:br/>
        <w:t>vt 0.110860 0.632250</w:t>
        <w:br/>
        <w:t>vt 0.155330 0.622990</w:t>
        <w:br/>
        <w:t>vt 0.202980 0.614470</w:t>
        <w:br/>
        <w:t>vt 0.055100 0.586230</w:t>
        <w:br/>
        <w:t>vt 0.094980 0.599120</w:t>
        <w:br/>
        <w:t>vt 0.257980 0.718430</w:t>
        <w:br/>
        <w:t>vt 0.159130 0.573490</w:t>
        <w:br/>
        <w:t>vt 0.206660 0.574570</w:t>
        <w:br/>
        <w:t>vt 0.290390 0.747610</w:t>
        <w:br/>
        <w:t>vt 0.265890 0.660550</w:t>
        <w:br/>
        <w:t>vt 0.233340 0.641680</w:t>
        <w:br/>
        <w:t>vt 0.288460 0.682280</w:t>
        <w:br/>
        <w:t>vt 0.325080 0.765920</w:t>
        <w:br/>
        <w:t>vt 0.315080 0.701970</w:t>
        <w:br/>
        <w:t>vt 0.338790 0.716780</w:t>
        <w:br/>
        <w:t>vt 0.360100 0.721060</w:t>
        <w:br/>
        <w:t>vt 0.384240 0.723290</w:t>
        <w:br/>
        <w:t>vt 0.408030 0.723320</w:t>
        <w:br/>
        <w:t>vt 0.347830 0.682830</w:t>
        <w:br/>
        <w:t>vt 0.365470 0.688110</w:t>
        <w:br/>
        <w:t>vt 0.385580 0.688860</w:t>
        <w:br/>
        <w:t>vt 0.330260 0.672900</w:t>
        <w:br/>
        <w:t>vt 0.312490 0.656280</w:t>
        <w:br/>
        <w:t>vt 0.407600 0.686360</w:t>
        <w:br/>
        <w:t>vt 0.370000 0.662930</w:t>
        <w:br/>
        <w:t>vt 0.387330 0.664190</w:t>
        <w:br/>
        <w:t>vt 0.409030 0.662130</w:t>
        <w:br/>
        <w:t>vt 0.409850 0.636560</w:t>
        <w:br/>
        <w:t>vt 0.389500 0.642240</w:t>
        <w:br/>
        <w:t>vt 0.374250 0.641580</w:t>
        <w:br/>
        <w:t>vt 0.354850 0.659520</w:t>
        <w:br/>
        <w:t>vt 0.358780 0.638670</w:t>
        <w:br/>
        <w:t>vt 0.339440 0.650570</w:t>
        <w:br/>
        <w:t>vt 0.345300 0.634090</w:t>
        <w:br/>
        <w:t>vt 0.360470 0.629880</w:t>
        <w:br/>
        <w:t>vt 0.374970 0.632120</w:t>
        <w:br/>
        <w:t>vt 0.323360 0.637380</w:t>
        <w:br/>
        <w:t>vt 0.347700 0.626250</w:t>
        <w:br/>
        <w:t>vt 0.389020 0.632710</w:t>
        <w:br/>
        <w:t>vt 0.406620 0.627910</w:t>
        <w:br/>
        <w:t>vt 0.418610 0.597120</w:t>
        <w:br/>
        <w:t>vt 0.431910 0.603110</w:t>
        <w:br/>
        <w:t>vt 0.436970 0.600440</w:t>
        <w:br/>
        <w:t>vt 0.441420 0.591060</w:t>
        <w:br/>
        <w:t>vt 0.436830 0.591170</w:t>
        <w:br/>
        <w:t>vt 0.429520 0.575110</w:t>
        <w:br/>
        <w:t>vt 0.435090 0.573040</w:t>
        <w:br/>
        <w:t>vt 0.441260 0.571520</w:t>
        <w:br/>
        <w:t>vt 0.414880 0.564910</w:t>
        <w:br/>
        <w:t>vt 0.419120 0.560550</w:t>
        <w:br/>
        <w:t>vt 0.423100 0.556250</w:t>
        <w:br/>
        <w:t>vt 0.400280 0.556870</w:t>
        <w:br/>
        <w:t>vt 0.403950 0.552790</w:t>
        <w:br/>
        <w:t>vt 0.390240 0.548450</w:t>
        <w:br/>
        <w:t>vt 0.387660 0.553540</w:t>
        <w:br/>
        <w:t>vt 0.377010 0.551480</w:t>
        <w:br/>
        <w:t>vt 0.378480 0.545670</w:t>
        <w:br/>
        <w:t>vt 0.393800 0.543160</w:t>
        <w:br/>
        <w:t>vt 0.408030 0.548570</w:t>
        <w:br/>
        <w:t>vt 0.381390 0.539680</w:t>
        <w:br/>
        <w:t>vt 0.365570 0.544680</w:t>
        <w:br/>
        <w:t>vt 0.365980 0.550450</w:t>
        <w:br/>
        <w:t>vt 0.354460 0.545150</w:t>
        <w:br/>
        <w:t>vt 0.354180 0.550750</w:t>
        <w:br/>
        <w:t>vt 0.367810 0.538150</w:t>
        <w:br/>
        <w:t>vt 0.341290 0.553320</w:t>
        <w:br/>
        <w:t>vt 0.339750 0.549630</w:t>
        <w:br/>
        <w:t>vt 0.354170 0.538560</w:t>
        <w:br/>
        <w:t>vt 0.336960 0.543220</w:t>
        <w:br/>
        <w:t>vt 0.326690 0.558000</w:t>
        <w:br/>
        <w:t>vt 0.323390 0.551930</w:t>
        <w:br/>
        <w:t>vt 0.318240 0.566090</w:t>
        <w:br/>
        <w:t>vt 0.313800 0.561400</w:t>
        <w:br/>
        <w:t>vt 0.313230 0.573590</w:t>
        <w:br/>
        <w:t>vt 0.309270 0.570720</w:t>
        <w:br/>
        <w:t>vt 0.318240 0.566090</w:t>
        <w:br/>
        <w:t>vt 0.308630 0.594720</w:t>
        <w:br/>
        <w:t>vt 0.308440 0.600620</w:t>
        <w:br/>
        <w:t>vt 0.303390 0.604990</w:t>
        <w:br/>
        <w:t>vt 0.303050 0.592510</w:t>
        <w:br/>
        <w:t>vt 0.304790 0.583390</w:t>
        <w:br/>
        <w:t>vt 0.313230 0.573590</w:t>
        <w:br/>
        <w:t>vt 0.308950 0.584970</w:t>
        <w:br/>
        <w:t>vt 0.316460 0.616600</w:t>
        <w:br/>
        <w:t>vt 0.319930 0.611570</w:t>
        <w:br/>
        <w:t>vt 0.293660 0.582630</w:t>
        <w:br/>
        <w:t>vt 0.292550 0.596100</w:t>
        <w:br/>
        <w:t>vt 0.297900 0.565990</w:t>
        <w:br/>
        <w:t>vt 0.303520 0.551810</w:t>
        <w:br/>
        <w:t>vt 0.330610 0.626010</w:t>
        <w:br/>
        <w:t>vt 0.334070 0.619940</w:t>
        <w:br/>
        <w:t>vt 0.307690 0.624020</w:t>
        <w:br/>
        <w:t>vt 0.292590 0.612570</w:t>
        <w:br/>
        <w:t>vt 0.296630 0.636990</w:t>
        <w:br/>
        <w:t>vt 0.267470 0.625760</w:t>
        <w:br/>
        <w:t>vt 0.237450 0.610710</w:t>
        <w:br/>
        <w:t>vt 0.269490 0.603430</w:t>
        <w:br/>
        <w:t>vt 0.272670 0.581330</w:t>
        <w:br/>
        <w:t>vt 0.278090 0.560030</w:t>
        <w:br/>
        <w:t>vt 0.243450 0.580360</w:t>
        <w:br/>
        <w:t>vt 0.172740 0.510710</w:t>
        <w:br/>
        <w:t>vt 0.217020 0.531790</w:t>
        <w:br/>
        <w:t>vt 0.251960 0.549290</w:t>
        <w:br/>
        <w:t>vt 0.285340 0.540080</w:t>
        <w:br/>
        <w:t>vt 0.318200 0.532230</w:t>
        <w:br/>
        <w:t>vt 0.261040 0.523630</w:t>
        <w:br/>
        <w:t>vt 0.296840 0.517600</w:t>
        <w:br/>
        <w:t>vt 0.184150 0.473190</w:t>
        <w:br/>
        <w:t>vt 0.227210 0.499980</w:t>
        <w:br/>
        <w:t>vt 0.271820 0.498330</w:t>
        <w:br/>
        <w:t>vt 0.335600 0.529390</w:t>
        <w:br/>
        <w:t>vt 0.353730 0.523770</w:t>
        <w:br/>
        <w:t>vt 0.371830 0.524990</w:t>
        <w:br/>
        <w:t>vt 0.333080 0.512500</w:t>
        <w:br/>
        <w:t>vt 0.309870 0.494970</w:t>
        <w:br/>
        <w:t>vt 0.386670 0.528040</w:t>
        <w:br/>
        <w:t>vt 0.357630 0.506220</w:t>
        <w:br/>
        <w:t>vt 0.343300 0.494810</w:t>
        <w:br/>
        <w:t>vt 0.378330 0.509490</w:t>
        <w:br/>
        <w:t>vt 0.399820 0.532370</w:t>
        <w:br/>
        <w:t>vt 0.393920 0.514000</w:t>
        <w:br/>
        <w:t>vt 0.414730 0.538250</w:t>
        <w:br/>
        <w:t>vt 0.407450 0.519260</w:t>
        <w:br/>
        <w:t>vt 0.370650 0.486410</w:t>
        <w:br/>
        <w:t>vt 0.388420 0.492400</w:t>
        <w:br/>
        <w:t>vt 0.403530 0.498480</w:t>
        <w:br/>
        <w:t>vt 0.351950 0.479250</w:t>
        <w:br/>
        <w:t>vt 0.422170 0.526170</w:t>
        <w:br/>
        <w:t>vt 0.323770 0.472670</w:t>
        <w:br/>
        <w:t>vt 0.430190 0.546980</w:t>
        <w:br/>
        <w:t>vt 0.283070 0.473830</w:t>
        <w:br/>
        <w:t>vt 0.197290 0.444140</w:t>
        <w:br/>
        <w:t>vt 0.238020 0.473030</w:t>
        <w:br/>
        <w:t>vt 0.448280 0.558280</w:t>
        <w:br/>
        <w:t>vt 0.468160 0.570070</w:t>
        <w:br/>
        <w:t>vt 0.210420 0.420970</w:t>
        <w:br/>
        <w:t>vt 0.250400 0.449250</w:t>
        <w:br/>
        <w:t>vt 0.303990 0.439810</w:t>
        <w:br/>
        <w:t>vt 0.271540 0.420400</w:t>
        <w:br/>
        <w:t>vt 0.235060 0.397530</w:t>
        <w:br/>
        <w:t>vt 0.336100 0.452020</w:t>
        <w:br/>
        <w:t>vt 0.362270 0.462260</w:t>
        <w:br/>
        <w:t>vt 0.381880 0.468770</w:t>
        <w:br/>
        <w:t>vt 0.400060 0.474340</w:t>
        <w:br/>
        <w:t>vt 0.346670 0.436110</w:t>
        <w:br/>
        <w:t>vt 0.373770 0.444920</w:t>
        <w:br/>
        <w:t>vt 0.394520 0.450240</w:t>
        <w:br/>
        <w:t>vt 0.316820 0.421190</w:t>
        <w:br/>
        <w:t>vt 0.286310 0.403550</w:t>
        <w:br/>
        <w:t>vt 0.333530 0.401280</w:t>
        <w:br/>
        <w:t>vt 0.362590 0.415850</w:t>
        <w:br/>
        <w:t>vt 0.252020 0.381400</w:t>
        <w:br/>
        <w:t>vt 0.304080 0.382990</w:t>
        <w:br/>
        <w:t>vt 0.190440 0.338080</w:t>
        <w:br/>
        <w:t>vt 0.220090 0.362190</w:t>
        <w:br/>
        <w:t>vt 0.202310 0.378050</w:t>
        <w:br/>
        <w:t>vt 0.170750 0.355610</w:t>
        <w:br/>
        <w:t>vt 0.144510 0.316370</w:t>
        <w:br/>
        <w:t>vt 0.194190 0.286650</w:t>
        <w:br/>
        <w:t>vt 0.212970 0.319400</w:t>
        <w:br/>
        <w:t>vt 0.168960 0.300800</w:t>
        <w:br/>
        <w:t>vt 0.242240 0.342760</w:t>
        <w:br/>
        <w:t>vt 0.272430 0.361860</w:t>
        <w:br/>
        <w:t>vt 0.253570 0.258250</w:t>
        <w:br/>
        <w:t>vt 0.271250 0.278000</w:t>
        <w:br/>
        <w:t>vt 0.236630 0.300090</w:t>
        <w:br/>
        <w:t>vt 0.219230 0.273610</w:t>
        <w:br/>
        <w:t>vt 0.284710 0.242830</w:t>
        <w:br/>
        <w:t>vt 0.300880 0.260730</w:t>
        <w:br/>
        <w:t>vt 0.266750 0.322260</w:t>
        <w:br/>
        <w:t>vt 0.297160 0.299500</w:t>
        <w:br/>
        <w:t>vt 0.326830 0.281950</w:t>
        <w:br/>
        <w:t>vt 0.326410 0.218890</w:t>
        <w:br/>
        <w:t>vt 0.347410 0.235920</w:t>
        <w:br/>
        <w:t>vt 0.325120 0.247860</w:t>
        <w:br/>
        <w:t>vt 0.308640 0.229810</w:t>
        <w:br/>
        <w:t>vt 0.325850 0.361490</w:t>
        <w:br/>
        <w:t>vt 0.352800 0.379810</w:t>
        <w:br/>
        <w:t>vt 0.324750 0.320600</w:t>
        <w:br/>
        <w:t>vt 0.296760 0.341450</w:t>
        <w:br/>
        <w:t>vt 0.351580 0.339680</w:t>
        <w:br/>
        <w:t>vt 0.353630 0.301460</w:t>
        <w:br/>
        <w:t>vt 0.354390 0.267480</w:t>
        <w:br/>
        <w:t>vt 0.382450 0.285980</w:t>
        <w:br/>
        <w:t>vt 0.379310 0.320280</w:t>
        <w:br/>
        <w:t>vt 0.380190 0.256120</w:t>
        <w:br/>
        <w:t>vt 0.408220 0.304900</w:t>
        <w:br/>
        <w:t>vt 0.385290 0.212010</w:t>
        <w:br/>
        <w:t>vt 0.360250 0.192900</w:t>
        <w:br/>
        <w:t>vt 0.370230 0.181620</w:t>
        <w:br/>
        <w:t>vt 0.394760 0.199470</w:t>
        <w:br/>
        <w:t>vt 0.367930 0.224520</w:t>
        <w:br/>
        <w:t>vt 0.403300 0.247320</w:t>
        <w:br/>
        <w:t>vt 0.410740 0.275580</w:t>
        <w:br/>
        <w:t>vt 0.431120 0.225720</w:t>
        <w:br/>
        <w:t>vt 0.420830 0.236750</w:t>
        <w:br/>
        <w:t>vt 0.434860 0.267810</w:t>
        <w:br/>
        <w:t>vt 0.435970 0.294080</w:t>
        <w:br/>
        <w:t>vt 0.457970 0.286190</w:t>
        <w:br/>
        <w:t>vt 0.450450 0.257550</w:t>
        <w:br/>
        <w:t>vt 0.460460 0.248360</w:t>
        <w:br/>
        <w:t>vt 0.475040 0.277850</w:t>
        <w:br/>
        <w:t>vt 0.453980 0.310660</w:t>
        <w:br/>
        <w:t>vt 0.474140 0.303100</w:t>
        <w:br/>
        <w:t>vt 0.428410 0.322920</w:t>
        <w:br/>
        <w:t>vt 0.401740 0.338980</w:t>
        <w:br/>
        <w:t>vt 0.375750 0.359060</w:t>
        <w:br/>
        <w:t>vt 0.441290 0.339680</w:t>
        <w:br/>
        <w:t>vt 0.419470 0.356060</w:t>
        <w:br/>
        <w:t>vt 0.397330 0.377000</w:t>
        <w:br/>
        <w:t>vt 0.378030 0.397500</w:t>
        <w:br/>
        <w:t>vt 0.386110 0.425970</w:t>
        <w:br/>
        <w:t>vt 0.398690 0.407690</w:t>
        <w:br/>
        <w:t>vt 0.413710 0.388580</w:t>
        <w:br/>
        <w:t>vt 0.405650 0.433210</w:t>
        <w:br/>
        <w:t>vt 0.431670 0.369570</w:t>
        <w:br/>
        <w:t>vt 0.415600 0.451720</w:t>
        <w:br/>
        <w:t>vt 0.429700 0.397180</w:t>
        <w:br/>
        <w:t>vt 0.417470 0.415390</w:t>
        <w:br/>
        <w:t>vt 0.427550 0.433550</w:t>
        <w:br/>
        <w:t>vt 0.414800 0.482630</w:t>
        <w:br/>
        <w:t>vt 0.417000 0.504840</w:t>
        <w:br/>
        <w:t>vt 0.428780 0.467150</w:t>
        <w:br/>
        <w:t>vt 0.427580 0.489950</w:t>
        <w:br/>
        <w:t>vt 0.430900 0.511940</w:t>
        <w:br/>
        <w:t>vt 0.437990 0.535100</w:t>
        <w:br/>
        <w:t>vt 0.440570 0.497270</w:t>
        <w:br/>
        <w:t>vt 0.446280 0.521320</w:t>
        <w:br/>
        <w:t>vt 0.455110 0.546480</w:t>
        <w:br/>
        <w:t>vt 0.462120 0.533030</w:t>
        <w:br/>
        <w:t>vt 0.454970 0.506540</w:t>
        <w:br/>
        <w:t>vt 0.440400 0.476420</w:t>
        <w:br/>
        <w:t>vt 0.452490 0.484050</w:t>
        <w:br/>
        <w:t>vt 0.436440 0.446670</w:t>
        <w:br/>
        <w:t>vt 0.446160 0.456900</w:t>
        <w:br/>
        <w:t>vt 0.455680 0.465250</w:t>
        <w:br/>
        <w:t>vt 0.452530 0.440680</w:t>
        <w:br/>
        <w:t>vt 0.459720 0.449490</w:t>
        <w:br/>
        <w:t>vt 0.447470 0.429830</w:t>
        <w:br/>
        <w:t>vt 0.435890 0.418050</w:t>
        <w:br/>
        <w:t>vt 0.465890 0.472340</w:t>
        <w:br/>
        <w:t>vt 0.447900 0.418690</w:t>
        <w:br/>
        <w:t>vt 0.464470 0.491870</w:t>
        <w:br/>
        <w:t>vt 0.468860 0.518800</w:t>
        <w:br/>
        <w:t>vt 0.475800 0.505330</w:t>
        <w:br/>
        <w:t>vt 0.475150 0.480940</w:t>
        <w:br/>
        <w:t>vt 0.477300 0.543900</w:t>
        <w:br/>
        <w:t>vt 0.472200 0.557440</w:t>
        <w:br/>
        <w:t>vt 0.481640 0.530490</w:t>
        <w:br/>
        <w:t>vt 0.488040 0.565360</w:t>
        <w:br/>
        <w:t>vt 0.490990 0.551540</w:t>
        <w:br/>
        <w:t>vt 0.494240 0.538790</w:t>
        <w:br/>
        <w:t>vt 0.485590 0.577150</w:t>
        <w:br/>
        <w:t>vt 0.499600 0.568550</w:t>
        <w:br/>
        <w:t>vt 0.501510 0.554370</w:t>
        <w:br/>
        <w:t>vt 0.498070 0.579890</w:t>
        <w:br/>
        <w:t>vt 0.510280 0.579760</w:t>
        <w:br/>
        <w:t>vt 0.503310 0.542100</w:t>
        <w:br/>
        <w:t>vt 0.510280 0.569240</w:t>
        <w:br/>
        <w:t>vt 0.510280 0.555420</w:t>
        <w:br/>
        <w:t>vt 0.510280 0.542560</w:t>
        <w:br/>
        <w:t>vt 0.504980 0.530810</w:t>
        <w:br/>
        <w:t>vt 0.510280 0.531810</w:t>
        <w:br/>
        <w:t>vt 0.497300 0.526590</w:t>
        <w:br/>
        <w:t>vt 0.486550 0.517630</w:t>
        <w:br/>
        <w:t>vt 0.499890 0.516170</w:t>
        <w:br/>
        <w:t>vt 0.506460 0.520990</w:t>
        <w:br/>
        <w:t>vt 0.492510 0.506800</w:t>
        <w:br/>
        <w:t>vt 0.484260 0.494410</w:t>
        <w:br/>
        <w:t>vt 0.488840 0.471120</w:t>
        <w:br/>
        <w:t>vt 0.494770 0.486210</w:t>
        <w:br/>
        <w:t>vt 0.499780 0.498800</w:t>
        <w:br/>
        <w:t>vt 0.487780 0.447080</w:t>
        <w:br/>
        <w:t>vt 0.490760 0.439500</w:t>
        <w:br/>
        <w:t>vt 0.497680 0.442400</w:t>
        <w:br/>
        <w:t>vt 0.495510 0.450630</w:t>
        <w:br/>
        <w:t>vt 0.501060 0.470640</w:t>
        <w:br/>
        <w:t>vt 0.502620 0.483040</w:t>
        <w:br/>
        <w:t>vt 0.504230 0.444230</w:t>
        <w:br/>
        <w:t>vt 0.503360 0.452450</w:t>
        <w:br/>
        <w:t>vt 0.483630 0.436000</w:t>
        <w:br/>
        <w:t>vt 0.480150 0.442170</w:t>
        <w:br/>
        <w:t>vt 0.505450 0.496460</w:t>
        <w:br/>
        <w:t>vt 0.504160 0.508840</w:t>
        <w:br/>
        <w:t>vt 0.507630 0.506620</w:t>
        <w:br/>
        <w:t>vt 0.508380 0.513810</w:t>
        <w:br/>
        <w:t>vt 0.510280 0.481780</w:t>
        <w:br/>
        <w:t>vt 0.510280 0.496290</w:t>
        <w:br/>
        <w:t>vt 0.510280 0.470540</w:t>
        <w:br/>
        <w:t>vt 0.508690 0.511240</w:t>
        <w:br/>
        <w:t>vt 0.510280 0.521530</w:t>
        <w:br/>
        <w:t>vt 0.510280 0.514690</w:t>
        <w:br/>
        <w:t>vt 0.510280 0.511100</w:t>
        <w:br/>
        <w:t>vt 0.510280 0.506230</w:t>
        <w:br/>
        <w:t>vt 0.510280 0.444680</w:t>
        <w:br/>
        <w:t>vt 0.510280 0.453050</w:t>
        <w:br/>
        <w:t>vt 0.502410 0.462110</w:t>
        <w:br/>
        <w:t>vt 0.510280 0.462610</w:t>
        <w:br/>
        <w:t>vt 0.492650 0.459940</w:t>
        <w:br/>
        <w:t>vt 0.467560 0.442440</w:t>
        <w:br/>
        <w:t>vt 0.510280 0.436110</w:t>
        <w:br/>
        <w:t>vt 0.504560 0.435910</w:t>
        <w:br/>
        <w:t>vt 0.498740 0.434790</w:t>
        <w:br/>
        <w:t>vt 0.504380 0.428150</w:t>
        <w:br/>
        <w:t>vt 0.510280 0.427830</w:t>
        <w:br/>
        <w:t>vt 0.498670 0.428010</w:t>
        <w:br/>
        <w:t>vt 0.750780 0.989950</w:t>
        <w:br/>
        <w:t>vt 0.750780 0.995550</w:t>
        <w:br/>
        <w:t>vt 0.729070 0.995550</w:t>
        <w:br/>
        <w:t>vt 0.729070 0.989950</w:t>
        <w:br/>
        <w:t>vt 0.707010 0.995550</w:t>
        <w:br/>
        <w:t>vt 0.707010 0.989950</w:t>
        <w:br/>
        <w:t>vt 0.492310 0.432480</w:t>
        <w:br/>
        <w:t>vt 0.492840 0.426850</w:t>
        <w:br/>
        <w:t>vt 0.486870 0.424960</w:t>
        <w:br/>
        <w:t>vt 0.487330 0.420250</w:t>
        <w:br/>
        <w:t>vt 0.493270 0.420630</w:t>
        <w:br/>
        <w:t>vt 0.481270 0.419840</w:t>
        <w:br/>
        <w:t>vt 0.480550 0.422890</w:t>
        <w:br/>
        <w:t>vt 0.612770 0.995550</w:t>
        <w:br/>
        <w:t>vt 0.612770 0.989950</w:t>
        <w:br/>
        <w:t>vt 0.635260 0.989950</w:t>
        <w:br/>
        <w:t>vt 0.635260 0.995550</w:t>
        <w:br/>
        <w:t>vt 0.479020 0.427110</w:t>
        <w:br/>
        <w:t>vt 0.485800 0.430060</w:t>
        <w:br/>
        <w:t>vt 0.475870 0.421020</w:t>
        <w:br/>
        <w:t>vt 0.476440 0.431580</w:t>
        <w:br/>
        <w:t>vt 0.472790 0.436350</w:t>
        <w:br/>
        <w:t>vt 0.467660 0.430530</w:t>
        <w:br/>
        <w:t>vt 0.455530 0.427150</w:t>
        <w:br/>
        <w:t>vt 0.461210 0.435990</w:t>
        <w:br/>
        <w:t>vt 0.462830 0.423910</w:t>
        <w:br/>
        <w:t>vt 0.454200 0.418680</w:t>
        <w:br/>
        <w:t>vt 0.466430 0.418660</w:t>
        <w:br/>
        <w:t>vt 0.469220 0.418680</w:t>
        <w:br/>
        <w:t>vt 0.469020 0.413950</w:t>
        <w:br/>
        <w:t>vt 0.473070 0.416280</w:t>
        <w:br/>
        <w:t>vt 0.461310 0.418620</w:t>
        <w:br/>
        <w:t>vt 0.464720 0.411860</w:t>
        <w:br/>
        <w:t>vt 0.453780 0.407630</w:t>
        <w:br/>
        <w:t>vt 0.459170 0.409740</w:t>
        <w:br/>
        <w:t>vt 0.470820 0.406260</w:t>
        <w:br/>
        <w:t>vt 0.475220 0.410200</w:t>
        <w:br/>
        <w:t>vt 0.444360 0.404170</w:t>
        <w:br/>
        <w:t>vt 0.443470 0.381250</w:t>
        <w:br/>
        <w:t>vt 0.454350 0.391340</w:t>
        <w:br/>
        <w:t>vt 0.458240 0.370120</w:t>
        <w:br/>
        <w:t>vt 0.466740 0.382120</w:t>
        <w:br/>
        <w:t>vt 0.450010 0.354650</w:t>
        <w:br/>
        <w:t>vt 0.463430 0.326460</w:t>
        <w:br/>
        <w:t>vt 0.468240 0.342380</w:t>
        <w:br/>
        <w:t>vt 0.482450 0.318470</w:t>
        <w:br/>
        <w:t>vt 0.495150 0.297230</w:t>
        <w:br/>
        <w:t>vt 0.485240 0.334240</w:t>
        <w:br/>
        <w:t>vt 0.498810 0.313950</w:t>
        <w:br/>
        <w:t>vt 0.474040 0.361430</w:t>
        <w:br/>
        <w:t>vt 0.488100 0.355260</w:t>
        <w:br/>
        <w:t>vt 0.479700 0.375150</w:t>
        <w:br/>
        <w:t>vt 0.490410 0.370380</w:t>
        <w:br/>
        <w:t>vt 0.500350 0.328510</w:t>
        <w:br/>
        <w:t>vt 0.501350 0.352010</w:t>
        <w:br/>
        <w:t>vt 0.483140 0.384770</w:t>
        <w:br/>
        <w:t>vt 0.472580 0.390130</w:t>
        <w:br/>
        <w:t>vt 0.492480 0.381660</w:t>
        <w:br/>
        <w:t>vt 0.483220 0.406710</w:t>
        <w:br/>
        <w:t>vt 0.479850 0.401470</w:t>
        <w:br/>
        <w:t>vt 0.488010 0.398610</w:t>
        <w:br/>
        <w:t>vt 0.490250 0.404590</w:t>
        <w:br/>
        <w:t>vt 0.495540 0.396460</w:t>
        <w:br/>
        <w:t>vt 0.496970 0.403190</w:t>
        <w:br/>
        <w:t>vt 0.476110 0.419070</w:t>
        <w:br/>
        <w:t>vt 0.476730 0.419070</w:t>
        <w:br/>
        <w:t>vt 0.474600 0.419000</w:t>
        <w:br/>
        <w:t>vt 0.481600 0.417390</w:t>
        <w:br/>
        <w:t>vt 0.478940 0.414040</w:t>
        <w:br/>
        <w:t>vt 0.485990 0.412160</w:t>
        <w:br/>
        <w:t>vt 0.487800 0.416170</w:t>
        <w:br/>
        <w:t>vt 0.635260 0.987920</w:t>
        <w:br/>
        <w:t>vt 0.635260 0.982350</w:t>
        <w:br/>
        <w:t>vt 0.659840 0.982350</w:t>
        <w:br/>
        <w:t>vt 0.659840 0.987920</w:t>
        <w:br/>
        <w:t>vt 0.492230 0.410670</w:t>
        <w:br/>
        <w:t>vt 0.493370 0.415210</w:t>
        <w:br/>
        <w:t>vt 0.488600 0.418490</w:t>
        <w:br/>
        <w:t>vt 0.494150 0.418300</w:t>
        <w:br/>
        <w:t>vt 0.683310 0.982350</w:t>
        <w:br/>
        <w:t>vt 0.707010 0.982350</w:t>
        <w:br/>
        <w:t>vt 0.707010 0.987920</w:t>
        <w:br/>
        <w:t>vt 0.683310 0.987920</w:t>
        <w:br/>
        <w:t>vt 0.497940 0.409590</w:t>
        <w:br/>
        <w:t>vt 0.498640 0.414700</w:t>
        <w:br/>
        <w:t>vt 0.729070 0.982350</w:t>
        <w:br/>
        <w:t>vt 0.729070 0.987920</w:t>
        <w:br/>
        <w:t>vt 0.504560 0.408800</w:t>
        <w:br/>
        <w:t>vt 0.504730 0.414470</w:t>
        <w:br/>
        <w:t>vt 0.505080 0.418150</w:t>
        <w:br/>
        <w:t>vt 0.510280 0.414360</w:t>
        <w:br/>
        <w:t>vt 0.510280 0.418130</w:t>
        <w:br/>
        <w:t>vt 0.466490 0.402220</w:t>
        <w:br/>
        <w:t>vt 0.461860 0.398330</w:t>
        <w:br/>
        <w:t>vt 0.476250 0.395770</w:t>
        <w:br/>
        <w:t>vt 0.504450 0.402410</w:t>
        <w:br/>
        <w:t>vt 0.494080 0.389500</w:t>
        <w:br/>
        <w:t>vt 0.503000 0.380230</w:t>
        <w:br/>
        <w:t>vt 0.503540 0.388150</w:t>
        <w:br/>
        <w:t>vt 0.485610 0.391880</w:t>
        <w:br/>
        <w:t>vt 0.503930 0.395260</w:t>
        <w:br/>
        <w:t>vt 0.510280 0.395170</w:t>
        <w:br/>
        <w:t>vt 0.510280 0.402360</w:t>
        <w:br/>
        <w:t>vt 0.502340 0.368440</w:t>
        <w:br/>
        <w:t>vt 0.510280 0.380020</w:t>
        <w:br/>
        <w:t>vt 0.510280 0.388060</w:t>
        <w:br/>
        <w:t>vt 0.510280 0.408740</w:t>
        <w:br/>
        <w:t>vt 0.510280 0.367800</w:t>
        <w:br/>
        <w:t>vt 0.510280 0.350650</w:t>
        <w:br/>
        <w:t>vt 0.484930 0.270060</w:t>
        <w:br/>
        <w:t>vt 0.510280 0.292970</w:t>
        <w:br/>
        <w:t>vt 0.510280 0.312410</w:t>
        <w:br/>
        <w:t>vt 0.510280 0.327020</w:t>
        <w:br/>
        <w:t>vt 0.499230 0.420860</w:t>
        <w:br/>
        <w:t>vt 0.612770 0.987920</w:t>
        <w:br/>
        <w:t>vt 0.612770 0.982350</w:t>
        <w:br/>
        <w:t>vt 0.342900 0.207370</w:t>
        <w:br/>
        <w:t>vt 0.601200 0.995550</w:t>
        <w:br/>
        <w:t>vt 0.606840 0.989950</w:t>
        <w:br/>
        <w:t>vt 0.308950 0.584970</w:t>
        <w:br/>
        <w:t>vt 0.543590 0.463570</w:t>
        <w:br/>
        <w:t>vt 0.536840 0.454980</w:t>
        <w:br/>
        <w:t>vt 0.545160 0.449160</w:t>
        <w:br/>
        <w:t>vt 0.552530 0.456760</w:t>
        <w:br/>
        <w:t>vt 0.549490 0.426970</w:t>
        <w:br/>
        <w:t>vt 0.546600 0.424090</w:t>
        <w:br/>
        <w:t>vt 0.550170 0.420830</w:t>
        <w:br/>
        <w:t>vt 0.553680 0.422460</w:t>
        <w:br/>
        <w:t>vt 0.548100 0.418700</w:t>
        <w:br/>
        <w:t>vt 0.545900 0.419090</w:t>
        <w:br/>
        <w:t>vt 0.545960 0.419000</w:t>
        <w:br/>
        <w:t>vt 0.535820 0.776290</w:t>
        <w:br/>
        <w:t>vt 0.538710 0.843580</w:t>
        <w:br/>
        <w:t>vt 0.534720 0.724230</w:t>
        <w:br/>
        <w:t>vt 0.534020 0.679810</w:t>
        <w:br/>
        <w:t>vt 0.532760 0.660150</w:t>
        <w:br/>
        <w:t>vt 0.557640 0.680330</w:t>
        <w:br/>
        <w:t>vt 0.559200 0.723200</w:t>
        <w:br/>
        <w:t>vt 0.555670 0.658070</w:t>
        <w:br/>
        <w:t>vt 0.530660 0.641770</w:t>
        <w:br/>
        <w:t>vt 0.560620 0.777360</w:t>
        <w:br/>
        <w:t>vt 0.528620 0.623230</w:t>
        <w:br/>
        <w:t>vt 0.525930 0.605710</w:t>
        <w:br/>
        <w:t>vt 0.523880 0.590960</w:t>
        <w:br/>
        <w:t>vt 0.539490 0.603860</w:t>
        <w:br/>
        <w:t>vt 0.543460 0.620060</w:t>
        <w:br/>
        <w:t>vt 0.549590 0.639280</w:t>
        <w:br/>
        <w:t>vt 0.536890 0.589790</w:t>
        <w:br/>
        <w:t>vt 0.560300 0.612530</w:t>
        <w:br/>
        <w:t>vt 0.568030 0.630680</w:t>
        <w:br/>
        <w:t>vt 0.557750 0.599290</w:t>
        <w:br/>
        <w:t>vt 0.585530 0.652810</w:t>
        <w:br/>
        <w:t>vt 0.555740 0.585140</w:t>
        <w:br/>
        <w:t>vt 0.573950 0.604610</w:t>
        <w:br/>
        <w:t>vt 0.582460 0.617300</w:t>
        <w:br/>
        <w:t>vt 0.585160 0.681720</w:t>
        <w:br/>
        <w:t>vt 0.594530 0.628250</w:t>
        <w:br/>
        <w:t>vt 0.573000 0.590190</w:t>
        <w:br/>
        <w:t>vt 0.585550 0.722590</w:t>
        <w:br/>
        <w:t>vt 0.579930 0.602060</w:t>
        <w:br/>
        <w:t>vt 0.589050 0.608300</w:t>
        <w:br/>
        <w:t>vt 0.585430 0.778960</w:t>
        <w:br/>
        <w:t>vt 0.599040 0.617920</w:t>
        <w:br/>
        <w:t>vt 0.564190 0.842880</w:t>
        <w:br/>
        <w:t>vt 0.541190 0.906550</w:t>
        <w:br/>
        <w:t>vt 0.546630 0.971310</w:t>
        <w:br/>
        <w:t>vt 0.575580 0.902100</w:t>
        <w:br/>
        <w:t>vt 0.586620 0.968780</w:t>
        <w:br/>
        <w:t>vt 0.618840 0.898020</w:t>
        <w:br/>
        <w:t>vt 0.634240 0.964350</w:t>
        <w:br/>
        <w:t>vt 0.589680 0.842530</w:t>
        <w:br/>
        <w:t>vt 0.662160 0.893350</w:t>
        <w:br/>
        <w:t>vt 0.678170 0.955850</w:t>
        <w:br/>
        <w:t>vt 0.613890 0.780670</w:t>
        <w:br/>
        <w:t>vt 0.617550 0.840290</w:t>
        <w:br/>
        <w:t>vt 0.649260 0.834860</w:t>
        <w:br/>
        <w:t>vt 0.696950 0.881260</w:t>
        <w:br/>
        <w:t>vt 0.723710 0.945010</w:t>
        <w:br/>
        <w:t>vt 0.679450 0.827240</w:t>
        <w:br/>
        <w:t>vt 0.640480 0.779300</w:t>
        <w:br/>
        <w:t>vt 0.667580 0.775400</w:t>
        <w:br/>
        <w:t>vt 0.743400 0.861290</w:t>
        <w:br/>
        <w:t>vt 0.778240 0.918910</w:t>
        <w:br/>
        <w:t>vt 0.717410 0.814190</w:t>
        <w:br/>
        <w:t>vt 0.792740 0.833130</w:t>
        <w:br/>
        <w:t>vt 0.829520 0.882390</w:t>
        <w:br/>
        <w:t>vt 0.760790 0.788770</w:t>
        <w:br/>
        <w:t>vt 0.833730 0.789100</w:t>
        <w:br/>
        <w:t>vt 0.876720 0.823360</w:t>
        <w:br/>
        <w:t>vt 0.796780 0.753350</w:t>
        <w:br/>
        <w:t>vt 0.871270 0.740770</w:t>
        <w:br/>
        <w:t>vt 0.912670 0.761250</w:t>
        <w:br/>
        <w:t>vt 0.830880 0.717790</w:t>
        <w:br/>
        <w:t>vt 0.899510 0.685250</w:t>
        <w:br/>
        <w:t>vt 0.934910 0.700740</w:t>
        <w:br/>
        <w:t>vt 0.788910 0.687190</w:t>
        <w:br/>
        <w:t>vt 0.810450 0.650720</w:t>
        <w:br/>
        <w:t>vt 0.856750 0.670110</w:t>
        <w:br/>
        <w:t>vt 0.943400 0.645540</w:t>
        <w:br/>
        <w:t>vt 0.909710 0.632250</w:t>
        <w:br/>
        <w:t>vt 0.865230 0.622990</w:t>
        <w:br/>
        <w:t>vt 0.817590 0.614470</w:t>
        <w:br/>
        <w:t>vt 0.925580 0.599120</w:t>
        <w:br/>
        <w:t>vt 0.949640 0.575690</w:t>
        <w:br/>
        <w:t>vt 0.762590 0.718430</w:t>
        <w:br/>
        <w:t>vt 0.813910 0.574570</w:t>
        <w:br/>
        <w:t>vt 0.861440 0.573490</w:t>
        <w:br/>
        <w:t>vt 0.730180 0.747610</w:t>
        <w:br/>
        <w:t>vt 0.754680 0.660550</w:t>
        <w:br/>
        <w:t>vt 0.787220 0.641680</w:t>
        <w:br/>
        <w:t>vt 0.732100 0.682280</w:t>
        <w:br/>
        <w:t>vt 0.695490 0.765920</w:t>
        <w:br/>
        <w:t>vt 0.705480 0.701970</w:t>
        <w:br/>
        <w:t>vt 0.681770 0.716780</w:t>
        <w:br/>
        <w:t>vt 0.660470 0.721060</w:t>
        <w:br/>
        <w:t>vt 0.636330 0.723290</w:t>
        <w:br/>
        <w:t>vt 0.612540 0.723320</w:t>
        <w:br/>
        <w:t>vt 0.655100 0.688110</w:t>
        <w:br/>
        <w:t>vt 0.672740 0.682830</w:t>
        <w:br/>
        <w:t>vt 0.634990 0.688860</w:t>
        <w:br/>
        <w:t>vt 0.690300 0.672900</w:t>
        <w:br/>
        <w:t>vt 0.708080 0.656280</w:t>
        <w:br/>
        <w:t>vt 0.612970 0.686360</w:t>
        <w:br/>
        <w:t>vt 0.650570 0.662930</w:t>
        <w:br/>
        <w:t>vt 0.633240 0.664190</w:t>
        <w:br/>
        <w:t>vt 0.611540 0.662130</w:t>
        <w:br/>
        <w:t>vt 0.610730 0.636630</w:t>
        <w:br/>
        <w:t>vt 0.631070 0.642240</w:t>
        <w:br/>
        <w:t>vt 0.646320 0.641580</w:t>
        <w:br/>
        <w:t>vt 0.665720 0.659520</w:t>
        <w:br/>
        <w:t>vt 0.661790 0.638670</w:t>
        <w:br/>
        <w:t>vt 0.681120 0.650570</w:t>
        <w:br/>
        <w:t>vt 0.675270 0.634090</w:t>
        <w:br/>
        <w:t>vt 0.660100 0.629880</w:t>
        <w:br/>
        <w:t>vt 0.645590 0.632120</w:t>
        <w:br/>
        <w:t>vt 0.697210 0.637380</w:t>
        <w:br/>
        <w:t>vt 0.672870 0.626250</w:t>
        <w:br/>
        <w:t>vt 0.631550 0.632710</w:t>
        <w:br/>
        <w:t>vt 0.613950 0.627910</w:t>
        <w:br/>
        <w:t>vt 0.601950 0.597120</w:t>
        <w:br/>
        <w:t>vt 0.588660 0.603110</w:t>
        <w:br/>
        <w:t>vt 0.583600 0.600440</w:t>
        <w:br/>
        <w:t>vt 0.579140 0.591060</w:t>
        <w:br/>
        <w:t>vt 0.583740 0.591170</w:t>
        <w:br/>
        <w:t>vt 0.585480 0.573040</w:t>
        <w:br/>
        <w:t>vt 0.591050 0.575110</w:t>
        <w:br/>
        <w:t>vt 0.579310 0.571520</w:t>
        <w:br/>
        <w:t>vt 0.601450 0.560550</w:t>
        <w:br/>
        <w:t>vt 0.605690 0.564910</w:t>
        <w:br/>
        <w:t>vt 0.597470 0.556250</w:t>
        <w:br/>
        <w:t>vt 0.616620 0.552790</w:t>
        <w:br/>
        <w:t>vt 0.620290 0.556870</w:t>
        <w:br/>
        <w:t>vt 0.630330 0.548450</w:t>
        <w:br/>
        <w:t>vt 0.632910 0.553540</w:t>
        <w:br/>
        <w:t>vt 0.642090 0.545670</w:t>
        <w:br/>
        <w:t>vt 0.643560 0.551480</w:t>
        <w:br/>
        <w:t>vt 0.612540 0.548570</w:t>
        <w:br/>
        <w:t>vt 0.626770 0.543160</w:t>
        <w:br/>
        <w:t>vt 0.639180 0.539680</w:t>
        <w:br/>
        <w:t>vt 0.655000 0.544680</w:t>
        <w:br/>
        <w:t>vt 0.654590 0.550450</w:t>
        <w:br/>
        <w:t>vt 0.666100 0.545150</w:t>
        <w:br/>
        <w:t>vt 0.666390 0.550750</w:t>
        <w:br/>
        <w:t>vt 0.652760 0.538150</w:t>
        <w:br/>
        <w:t>vt 0.680820 0.549630</w:t>
        <w:br/>
        <w:t>vt 0.679280 0.553320</w:t>
        <w:br/>
        <w:t>vt 0.666400 0.538560</w:t>
        <w:br/>
        <w:t>vt 0.683610 0.543220</w:t>
        <w:br/>
        <w:t>vt 0.693870 0.558000</w:t>
        <w:br/>
        <w:t>vt 0.697180 0.551930</w:t>
        <w:br/>
        <w:t>vt 0.702330 0.566090</w:t>
        <w:br/>
        <w:t>vt 0.706770 0.561400</w:t>
        <w:br/>
        <w:t>vt 0.707340 0.573590</w:t>
        <w:br/>
        <w:t>vt 0.711300 0.570720</w:t>
        <w:br/>
        <w:t>vt 0.717180 0.604990</w:t>
        <w:br/>
        <w:t>vt 0.712130 0.600620</w:t>
        <w:br/>
        <w:t>vt 0.711940 0.594720</w:t>
        <w:br/>
        <w:t>vt 0.717520 0.592510</w:t>
        <w:br/>
        <w:t>vt 0.715780 0.583390</w:t>
        <w:br/>
        <w:t>vt 0.711620 0.584970</w:t>
        <w:br/>
        <w:t>vt 0.704110 0.616600</w:t>
        <w:br/>
        <w:t>vt 0.700640 0.611570</w:t>
        <w:br/>
        <w:t>vt 0.726900 0.582630</w:t>
        <w:br/>
        <w:t>vt 0.728020 0.596100</w:t>
        <w:br/>
        <w:t>vt 0.722670 0.565990</w:t>
        <w:br/>
        <w:t>vt 0.717050 0.551810</w:t>
        <w:br/>
        <w:t>vt 0.686500 0.619940</w:t>
        <w:br/>
        <w:t>vt 0.689960 0.626010</w:t>
        <w:br/>
        <w:t>vt 0.712880 0.624020</w:t>
        <w:br/>
        <w:t>vt 0.727980 0.612570</w:t>
        <w:br/>
        <w:t>vt 0.723940 0.636990</w:t>
        <w:br/>
        <w:t>vt 0.753090 0.625760</w:t>
        <w:br/>
        <w:t>vt 0.751080 0.603430</w:t>
        <w:br/>
        <w:t>vt 0.783120 0.610710</w:t>
        <w:br/>
        <w:t>vt 0.747890 0.581330</w:t>
        <w:br/>
        <w:t>vt 0.742480 0.560030</w:t>
        <w:br/>
        <w:t>vt 0.777110 0.580360</w:t>
        <w:br/>
        <w:t>vt 0.847830 0.510710</w:t>
        <w:br/>
        <w:t>vt 0.803550 0.531790</w:t>
        <w:br/>
        <w:t>vt 0.768610 0.549290</w:t>
        <w:br/>
        <w:t>vt 0.735230 0.540080</w:t>
        <w:br/>
        <w:t>vt 0.702370 0.532230</w:t>
        <w:br/>
        <w:t>vt 0.759530 0.523630</w:t>
        <w:br/>
        <w:t>vt 0.723730 0.517600</w:t>
        <w:br/>
        <w:t>vt 0.836410 0.473190</w:t>
        <w:br/>
        <w:t>vt 0.793360 0.499980</w:t>
        <w:br/>
        <w:t>vt 0.748750 0.498330</w:t>
        <w:br/>
        <w:t>vt 0.666840 0.523770</w:t>
        <w:br/>
        <w:t>vt 0.684970 0.529390</w:t>
        <w:br/>
        <w:t>vt 0.648730 0.524990</w:t>
        <w:br/>
        <w:t>vt 0.687490 0.512500</w:t>
        <w:br/>
        <w:t>vt 0.710700 0.494970</w:t>
        <w:br/>
        <w:t>vt 0.633900 0.528040</w:t>
        <w:br/>
        <w:t>vt 0.662940 0.506220</w:t>
        <w:br/>
        <w:t>vt 0.677270 0.494810</w:t>
        <w:br/>
        <w:t>vt 0.642240 0.509490</w:t>
        <w:br/>
        <w:t>vt 0.620750 0.532370</w:t>
        <w:br/>
        <w:t>vt 0.626650 0.514000</w:t>
        <w:br/>
        <w:t>vt 0.605840 0.538250</w:t>
        <w:br/>
        <w:t>vt 0.613120 0.519260</w:t>
        <w:br/>
        <w:t>vt 0.632140 0.492400</w:t>
        <w:br/>
        <w:t>vt 0.649910 0.486410</w:t>
        <w:br/>
        <w:t>vt 0.617040 0.498480</w:t>
        <w:br/>
        <w:t>vt 0.668610 0.479250</w:t>
        <w:br/>
        <w:t>vt 0.598400 0.526170</w:t>
        <w:br/>
        <w:t>vt 0.696800 0.472670</w:t>
        <w:br/>
        <w:t>vt 0.590380 0.546980</w:t>
        <w:br/>
        <w:t>vt 0.737500 0.473830</w:t>
        <w:br/>
        <w:t>vt 0.782550 0.473030</w:t>
        <w:br/>
        <w:t>vt 0.823280 0.444140</w:t>
        <w:br/>
        <w:t>vt 0.572290 0.558280</w:t>
        <w:br/>
        <w:t>vt 0.552410 0.570070</w:t>
        <w:br/>
        <w:t>vt 0.810150 0.420970</w:t>
        <w:br/>
        <w:t>vt 0.770170 0.449250</w:t>
        <w:br/>
        <w:t>vt 0.716580 0.439810</w:t>
        <w:br/>
        <w:t>vt 0.749030 0.420400</w:t>
        <w:br/>
        <w:t>vt 0.785510 0.397530</w:t>
        <w:br/>
        <w:t>vt 0.684470 0.452020</w:t>
        <w:br/>
        <w:t>vt 0.658290 0.462260</w:t>
        <w:br/>
        <w:t>vt 0.638690 0.468770</w:t>
        <w:br/>
        <w:t>vt 0.620500 0.474340</w:t>
        <w:br/>
        <w:t>vt 0.673900 0.436110</w:t>
        <w:br/>
        <w:t>vt 0.646800 0.444920</w:t>
        <w:br/>
        <w:t>vt 0.626040 0.450240</w:t>
        <w:br/>
        <w:t>vt 0.703750 0.421190</w:t>
        <w:br/>
        <w:t>vt 0.734260 0.403550</w:t>
        <w:br/>
        <w:t>vt 0.657980 0.415850</w:t>
        <w:br/>
        <w:t>vt 0.687040 0.401280</w:t>
        <w:br/>
        <w:t>vt 0.768550 0.381400</w:t>
        <w:br/>
        <w:t>vt 0.716490 0.382990</w:t>
        <w:br/>
        <w:t>vt 0.830130 0.338080</w:t>
        <w:br/>
        <w:t>vt 0.849820 0.355610</w:t>
        <w:br/>
        <w:t>vt 0.818260 0.378050</w:t>
        <w:br/>
        <w:t>vt 0.800480 0.362190</w:t>
        <w:br/>
        <w:t>vt 0.876060 0.316370</w:t>
        <w:br/>
        <w:t>vt 0.826380 0.286650</w:t>
        <w:br/>
        <w:t>vt 0.851610 0.300800</w:t>
        <w:br/>
        <w:t>vt 0.807600 0.319400</w:t>
        <w:br/>
        <w:t>vt 0.778330 0.342760</w:t>
        <w:br/>
        <w:t>vt 0.748130 0.361860</w:t>
        <w:br/>
        <w:t>vt 0.767000 0.258250</w:t>
        <w:br/>
        <w:t>vt 0.801340 0.273610</w:t>
        <w:br/>
        <w:t>vt 0.783940 0.300090</w:t>
        <w:br/>
        <w:t>vt 0.749310 0.278000</w:t>
        <w:br/>
        <w:t>vt 0.719690 0.260730</w:t>
        <w:br/>
        <w:t>vt 0.735860 0.242830</w:t>
        <w:br/>
        <w:t>vt 0.753820 0.322260</w:t>
        <w:br/>
        <w:t>vt 0.723400 0.299500</w:t>
        <w:br/>
        <w:t>vt 0.693740 0.281950</w:t>
        <w:br/>
        <w:t>vt 0.694160 0.218890</w:t>
        <w:br/>
        <w:t>vt 0.711930 0.229810</w:t>
        <w:br/>
        <w:t>vt 0.695440 0.247860</w:t>
        <w:br/>
        <w:t>vt 0.673160 0.235920</w:t>
        <w:br/>
        <w:t>vt 0.667770 0.379810</w:t>
        <w:br/>
        <w:t>vt 0.694720 0.361490</w:t>
        <w:br/>
        <w:t>vt 0.723810 0.341450</w:t>
        <w:br/>
        <w:t>vt 0.695820 0.320600</w:t>
        <w:br/>
        <w:t>vt 0.668990 0.339680</w:t>
        <w:br/>
        <w:t>vt 0.666940 0.301460</w:t>
        <w:br/>
        <w:t>vt 0.638120 0.285980</w:t>
        <w:br/>
        <w:t>vt 0.666180 0.267480</w:t>
        <w:br/>
        <w:t>vt 0.641260 0.320280</w:t>
        <w:br/>
        <w:t>vt 0.640380 0.256120</w:t>
        <w:br/>
        <w:t>vt 0.612350 0.304900</w:t>
        <w:br/>
        <w:t>vt 0.635280 0.212010</w:t>
        <w:br/>
        <w:t>vt 0.625810 0.199470</w:t>
        <w:br/>
        <w:t>vt 0.650330 0.181620</w:t>
        <w:br/>
        <w:t>vt 0.660320 0.192900</w:t>
        <w:br/>
        <w:t>vt 0.617270 0.247320</w:t>
        <w:br/>
        <w:t>vt 0.652640 0.224520</w:t>
        <w:br/>
        <w:t>vt 0.609830 0.275580</w:t>
        <w:br/>
        <w:t>vt 0.599730 0.236750</w:t>
        <w:br/>
        <w:t>vt 0.589450 0.225720</w:t>
        <w:br/>
        <w:t>vt 0.585710 0.267810</w:t>
        <w:br/>
        <w:t>vt 0.584590 0.294080</w:t>
        <w:br/>
        <w:t>vt 0.562600 0.286190</w:t>
        <w:br/>
        <w:t>vt 0.570120 0.257550</w:t>
        <w:br/>
        <w:t>vt 0.560110 0.248360</w:t>
        <w:br/>
        <w:t>vt 0.545530 0.277850</w:t>
        <w:br/>
        <w:t>vt 0.566580 0.310660</w:t>
        <w:br/>
        <w:t>vt 0.546430 0.303100</w:t>
        <w:br/>
        <w:t>vt 0.618830 0.338980</w:t>
        <w:br/>
        <w:t>vt 0.592150 0.322920</w:t>
        <w:br/>
        <w:t>vt 0.644820 0.359060</w:t>
        <w:br/>
        <w:t>vt 0.601100 0.356060</w:t>
        <w:br/>
        <w:t>vt 0.579280 0.339680</w:t>
        <w:br/>
        <w:t>vt 0.623240 0.377000</w:t>
        <w:br/>
        <w:t>vt 0.642540 0.397500</w:t>
        <w:br/>
        <w:t>vt 0.634460 0.425970</w:t>
        <w:br/>
        <w:t>vt 0.621880 0.407690</w:t>
        <w:br/>
        <w:t>vt 0.606860 0.388580</w:t>
        <w:br/>
        <w:t>vt 0.614920 0.433210</w:t>
        <w:br/>
        <w:t>vt 0.588900 0.369570</w:t>
        <w:br/>
        <w:t>vt 0.604960 0.451720</w:t>
        <w:br/>
        <w:t>vt 0.603100 0.415390</w:t>
        <w:br/>
        <w:t>vt 0.590860 0.397180</w:t>
        <w:br/>
        <w:t>vt 0.593020 0.433550</w:t>
        <w:br/>
        <w:t>vt 0.605770 0.482630</w:t>
        <w:br/>
        <w:t>vt 0.603570 0.504840</w:t>
        <w:br/>
        <w:t>vt 0.591790 0.467150</w:t>
        <w:br/>
        <w:t>vt 0.592990 0.489950</w:t>
        <w:br/>
        <w:t>vt 0.589660 0.511940</w:t>
        <w:br/>
        <w:t>vt 0.582580 0.535100</w:t>
        <w:br/>
        <w:t>vt 0.580000 0.497270</w:t>
        <w:br/>
        <w:t>vt 0.574290 0.521320</w:t>
        <w:br/>
        <w:t>vt 0.565460 0.546480</w:t>
        <w:br/>
        <w:t>vt 0.558450 0.533030</w:t>
        <w:br/>
        <w:t>vt 0.565590 0.506540</w:t>
        <w:br/>
        <w:t>vt 0.580160 0.476420</w:t>
        <w:br/>
        <w:t>vt 0.568080 0.484050</w:t>
        <w:br/>
        <w:t>vt 0.584120 0.446670</w:t>
        <w:br/>
        <w:t>vt 0.574410 0.456900</w:t>
        <w:br/>
        <w:t>vt 0.564890 0.465250</w:t>
        <w:br/>
        <w:t>vt 0.560850 0.449490</w:t>
        <w:br/>
        <w:t>vt 0.568040 0.440680</w:t>
        <w:br/>
        <w:t>vt 0.573100 0.429830</w:t>
        <w:br/>
        <w:t>vt 0.584670 0.418050</w:t>
        <w:br/>
        <w:t>vt 0.554670 0.472340</w:t>
        <w:br/>
        <w:t>vt 0.572670 0.418690</w:t>
        <w:br/>
        <w:t>vt 0.556100 0.491870</w:t>
        <w:br/>
        <w:t>vt 0.551710 0.518800</w:t>
        <w:br/>
        <w:t>vt 0.544770 0.505330</w:t>
        <w:br/>
        <w:t>vt 0.545410 0.480940</w:t>
        <w:br/>
        <w:t>vt 0.548370 0.557440</w:t>
        <w:br/>
        <w:t>vt 0.543260 0.543900</w:t>
        <w:br/>
        <w:t>vt 0.538960 0.530490</w:t>
        <w:br/>
        <w:t>vt 0.532530 0.565360</w:t>
        <w:br/>
        <w:t>vt 0.529570 0.551540</w:t>
        <w:br/>
        <w:t>vt 0.526330 0.538790</w:t>
        <w:br/>
        <w:t>vt 0.534980 0.577150</w:t>
        <w:br/>
        <w:t>vt 0.520960 0.568550</w:t>
        <w:br/>
        <w:t>vt 0.519060 0.554370</w:t>
        <w:br/>
        <w:t>vt 0.522500 0.579890</w:t>
        <w:br/>
        <w:t>vt 0.517260 0.542100</w:t>
        <w:br/>
        <w:t>vt 0.515590 0.530810</w:t>
        <w:br/>
        <w:t>vt 0.523270 0.526590</w:t>
        <w:br/>
        <w:t>vt 0.534020 0.517630</w:t>
        <w:br/>
        <w:t>vt 0.520680 0.516170</w:t>
        <w:br/>
        <w:t>vt 0.514110 0.520990</w:t>
        <w:br/>
        <w:t>vt 0.528060 0.506800</w:t>
        <w:br/>
        <w:t>vt 0.536310 0.494410</w:t>
        <w:br/>
        <w:t>vt 0.531730 0.471120</w:t>
        <w:br/>
        <w:t>vt 0.525790 0.486210</w:t>
        <w:br/>
        <w:t>vt 0.520790 0.498800</w:t>
        <w:br/>
        <w:t>vt 0.522890 0.442400</w:t>
        <w:br/>
        <w:t>vt 0.529810 0.439500</w:t>
        <w:br/>
        <w:t>vt 0.532790 0.447080</w:t>
        <w:br/>
        <w:t>vt 0.525050 0.450630</w:t>
        <w:br/>
        <w:t>vt 0.519510 0.470640</w:t>
        <w:br/>
        <w:t>vt 0.517950 0.483040</w:t>
        <w:br/>
        <w:t>vt 0.517210 0.452450</w:t>
        <w:br/>
        <w:t>vt 0.516340 0.444230</w:t>
        <w:br/>
        <w:t>vt 0.536940 0.436000</w:t>
        <w:br/>
        <w:t>vt 0.540420 0.442170</w:t>
        <w:br/>
        <w:t>vt 0.515120 0.496460</w:t>
        <w:br/>
        <w:t>vt 0.516410 0.508840</w:t>
        <w:br/>
        <w:t>vt 0.512930 0.506620</w:t>
        <w:br/>
        <w:t>vt 0.512190 0.513810</w:t>
        <w:br/>
        <w:t>vt 0.511870 0.511240</w:t>
        <w:br/>
        <w:t>vt 0.510280 0.514690</w:t>
        <w:br/>
        <w:t>vt 0.518160 0.462110</w:t>
        <w:br/>
        <w:t>vt 0.527920 0.459940</w:t>
        <w:br/>
        <w:t>vt 0.553010 0.442440</w:t>
        <w:br/>
        <w:t>vt 0.516010 0.435910</w:t>
        <w:br/>
        <w:t>vt 0.521830 0.434790</w:t>
        <w:br/>
        <w:t>vt 0.516190 0.428150</w:t>
        <w:br/>
        <w:t>vt 0.521890 0.428010</w:t>
        <w:br/>
        <w:t>vt 0.772290 0.995550</w:t>
        <w:br/>
        <w:t>vt 0.772290 0.989950</w:t>
        <w:br/>
        <w:t>vt 0.794350 0.995550</w:t>
        <w:br/>
        <w:t>vt 0.794350 0.989950</w:t>
        <w:br/>
        <w:t>vt 0.528260 0.432480</w:t>
        <w:br/>
        <w:t>vt 0.527720 0.426850</w:t>
        <w:br/>
        <w:t>vt 0.533700 0.424960</w:t>
        <w:br/>
        <w:t>vt 0.527300 0.420630</w:t>
        <w:br/>
        <w:t>vt 0.533240 0.420250</w:t>
        <w:br/>
        <w:t>vt 0.539300 0.419840</w:t>
        <w:br/>
        <w:t>vt 0.540020 0.422890</w:t>
        <w:br/>
        <w:t>vt 0.888610 0.995550</w:t>
        <w:br/>
        <w:t>vt 0.866080 0.995550</w:t>
        <w:br/>
        <w:t>vt 0.866080 0.989950</w:t>
        <w:br/>
        <w:t>vt 0.888610 0.989950</w:t>
        <w:br/>
        <w:t>vt 0.541540 0.427110</w:t>
        <w:br/>
        <w:t>vt 0.534770 0.430060</w:t>
        <w:br/>
        <w:t>vt 0.544690 0.421020</w:t>
        <w:br/>
        <w:t>vt 0.544130 0.431580</w:t>
        <w:br/>
        <w:t>vt 0.552910 0.430530</w:t>
        <w:br/>
        <w:t>vt 0.547780 0.436350</w:t>
        <w:br/>
        <w:t>vt 0.565030 0.427150</w:t>
        <w:br/>
        <w:t>vt 0.559360 0.435990</w:t>
        <w:br/>
        <w:t>vt 0.557740 0.423910</w:t>
        <w:br/>
        <w:t>vt 0.566370 0.418680</w:t>
        <w:br/>
        <w:t>vt 0.547440 0.419630</w:t>
        <w:br/>
        <w:t>vt 0.551350 0.418680</w:t>
        <w:br/>
        <w:t>vt 0.554130 0.418660</w:t>
        <w:br/>
        <w:t>vt 0.551540 0.413950</w:t>
        <w:br/>
        <w:t>vt 0.547500 0.416280</w:t>
        <w:br/>
        <w:t>vt 0.555850 0.411860</w:t>
        <w:br/>
        <w:t>vt 0.559260 0.418620</w:t>
        <w:br/>
        <w:t>vt 0.566790 0.407630</w:t>
        <w:br/>
        <w:t>vt 0.561400 0.409740</w:t>
        <w:br/>
        <w:t>vt 0.545350 0.410200</w:t>
        <w:br/>
        <w:t>vt 0.549750 0.406260</w:t>
        <w:br/>
        <w:t>vt 0.576210 0.404170</w:t>
        <w:br/>
        <w:t>vt 0.577100 0.381250</w:t>
        <w:br/>
        <w:t>vt 0.566210 0.391340</w:t>
        <w:br/>
        <w:t>vt 0.553830 0.382120</w:t>
        <w:br/>
        <w:t>vt 0.562330 0.370120</w:t>
        <w:br/>
        <w:t>vt 0.570560 0.354650</w:t>
        <w:br/>
        <w:t>vt 0.557140 0.326460</w:t>
        <w:br/>
        <w:t>vt 0.552330 0.342380</w:t>
        <w:br/>
        <w:t>vt 0.538120 0.318470</w:t>
        <w:br/>
        <w:t>vt 0.525420 0.297230</w:t>
        <w:br/>
        <w:t>vt 0.535320 0.334240</w:t>
        <w:br/>
        <w:t>vt 0.521760 0.313950</w:t>
        <w:br/>
        <w:t>vt 0.546530 0.361430</w:t>
        <w:br/>
        <w:t>vt 0.532470 0.355260</w:t>
        <w:br/>
        <w:t>vt 0.540860 0.375150</w:t>
        <w:br/>
        <w:t>vt 0.530160 0.370380</w:t>
        <w:br/>
        <w:t>vt 0.519210 0.352010</w:t>
        <w:br/>
        <w:t>vt 0.520210 0.328510</w:t>
        <w:br/>
        <w:t>vt 0.547980 0.390130</w:t>
        <w:br/>
        <w:t>vt 0.537420 0.384770</w:t>
        <w:br/>
        <w:t>vt 0.528090 0.381660</w:t>
        <w:br/>
        <w:t>vt 0.537350 0.406710</w:t>
        <w:br/>
        <w:t>vt 0.530310 0.404590</w:t>
        <w:br/>
        <w:t>vt 0.532550 0.398610</w:t>
        <w:br/>
        <w:t>vt 0.540720 0.401470</w:t>
        <w:br/>
        <w:t>vt 0.523600 0.403190</w:t>
        <w:br/>
        <w:t>vt 0.525030 0.396460</w:t>
        <w:br/>
        <w:t>vt 0.544460 0.419070</w:t>
        <w:br/>
        <w:t>vt 0.543830 0.419070</w:t>
        <w:br/>
        <w:t>vt 0.538960 0.417390</w:t>
        <w:br/>
        <w:t>vt 0.532770 0.416170</w:t>
        <w:br/>
        <w:t>vt 0.534580 0.412160</w:t>
        <w:br/>
        <w:t>vt 0.541630 0.414040</w:t>
        <w:br/>
        <w:t>vt 0.866080 0.987920</w:t>
        <w:br/>
        <w:t>vt 0.841520 0.987920</w:t>
        <w:br/>
        <w:t>vt 0.841520 0.982350</w:t>
        <w:br/>
        <w:t>vt 0.866080 0.982350</w:t>
        <w:br/>
        <w:t>vt 0.528340 0.410670</w:t>
        <w:br/>
        <w:t>vt 0.527190 0.415210</w:t>
        <w:br/>
        <w:t>vt 0.531970 0.418490</w:t>
        <w:br/>
        <w:t>vt 0.526420 0.418300</w:t>
        <w:br/>
        <w:t>vt 0.794350 0.987920</w:t>
        <w:br/>
        <w:t>vt 0.794350 0.982350</w:t>
        <w:br/>
        <w:t>vt 0.818050 0.982350</w:t>
        <w:br/>
        <w:t>vt 0.818050 0.987920</w:t>
        <w:br/>
        <w:t>vt 0.521930 0.414700</w:t>
        <w:br/>
        <w:t>vt 0.522630 0.409590</w:t>
        <w:br/>
        <w:t>vt 0.772290 0.987920</w:t>
        <w:br/>
        <w:t>vt 0.772290 0.982350</w:t>
        <w:br/>
        <w:t>vt 0.516010 0.408800</w:t>
        <w:br/>
        <w:t>vt 0.515830 0.414470</w:t>
        <w:br/>
        <w:t>vt 0.515490 0.418150</w:t>
        <w:br/>
        <w:t>vt 0.554080 0.402220</w:t>
        <w:br/>
        <w:t>vt 0.544320 0.395770</w:t>
        <w:br/>
        <w:t>vt 0.558710 0.398330</w:t>
        <w:br/>
        <w:t>vt 0.516120 0.402410</w:t>
        <w:br/>
        <w:t>vt 0.526490 0.389500</w:t>
        <w:br/>
        <w:t>vt 0.517020 0.388150</w:t>
        <w:br/>
        <w:t>vt 0.517570 0.380230</w:t>
        <w:br/>
        <w:t>vt 0.534950 0.391880</w:t>
        <w:br/>
        <w:t>vt 0.516630 0.395260</w:t>
        <w:br/>
        <w:t>vt 0.518220 0.368440</w:t>
        <w:br/>
        <w:t>vt 0.535640 0.270060</w:t>
        <w:br/>
        <w:t>vt 0.521340 0.420860</w:t>
        <w:br/>
        <w:t>vt 0.888610 0.987920</w:t>
        <w:br/>
        <w:t>vt 0.888610 0.982350</w:t>
        <w:br/>
        <w:t>vt 0.677670 0.207370</w:t>
        <w:br/>
        <w:t>vt 0.900500 0.995550</w:t>
        <w:br/>
        <w:t>vt 0.894940 0.989950</w:t>
        <w:br/>
        <w:t>vt 0.707780 0.087420</w:t>
        <w:br/>
        <w:t>vt 0.727770 0.061410</w:t>
        <w:br/>
        <w:t>vt 0.721300 0.062330</w:t>
        <w:br/>
        <w:t>vt 0.709160 0.047440</w:t>
        <w:br/>
        <w:t>vt 0.721300 0.062330</w:t>
        <w:br/>
        <w:t>vt 0.727770 0.061410</w:t>
        <w:br/>
        <w:t>vt 0.707780 0.087420</w:t>
        <w:br/>
        <w:t>vt 0.721300 0.062330</w:t>
        <w:br/>
        <w:t>vt 0.727770 0.061410</w:t>
        <w:br/>
        <w:t>vt 0.709160 0.047440</w:t>
        <w:br/>
        <w:t>vt 0.727770 0.061410</w:t>
        <w:br/>
        <w:t>vt 0.721300 0.062330</w:t>
        <w:br/>
        <w:t>vt 0.601200 0.982350</w:t>
        <w:br/>
        <w:t>vt 0.606840 0.987920</w:t>
        <w:br/>
        <w:t>vt 0.601200 0.988950</w:t>
        <w:br/>
        <w:t>vt 0.504830 0.420890</w:t>
        <w:br/>
        <w:t>vt 0.510280 0.420830</w:t>
        <w:br/>
        <w:t>vt 0.659840 0.995550</w:t>
        <w:br/>
        <w:t>vt 0.659840 0.989950</w:t>
        <w:br/>
        <w:t>vt 0.683310 0.989950</w:t>
        <w:br/>
        <w:t>vt 0.683310 0.995550</w:t>
        <w:br/>
        <w:t>vt 0.476210 0.419460</w:t>
        <w:br/>
        <w:t>vt 0.482600 0.418740</w:t>
        <w:br/>
        <w:t>vt 0.499710 0.418200</w:t>
        <w:br/>
        <w:t>vt 0.750780 0.982350</w:t>
        <w:br/>
        <w:t>vt 0.750780 0.987920</w:t>
        <w:br/>
        <w:t>vt 0.474740 0.419180</w:t>
        <w:br/>
        <w:t>vt 0.900500 0.988950</w:t>
        <w:br/>
        <w:t>vt 0.515730 0.420890</w:t>
        <w:br/>
        <w:t>vt 0.818050 0.989950</w:t>
        <w:br/>
        <w:t>vt 0.841520 0.989950</w:t>
        <w:br/>
        <w:t>vt 0.841520 0.995550</w:t>
        <w:br/>
        <w:t>vt 0.818050 0.995550</w:t>
        <w:br/>
        <w:t>vt 0.544350 0.419460</w:t>
        <w:br/>
        <w:t>vt 0.894940 0.987920</w:t>
        <w:br/>
        <w:t>vt 0.900500 0.982350</w:t>
        <w:br/>
        <w:t>vt 0.537970 0.418740</w:t>
        <w:br/>
        <w:t>vt 0.520860 0.418200</w:t>
        <w:br/>
        <w:t>vt 0.545830 0.419180</w:t>
        <w:br/>
        <w:t>vt 0.606840 0.987920</w:t>
        <w:br/>
        <w:t>vt 0.606840 0.989950</w:t>
        <w:br/>
        <w:t>vt 0.601200 0.988950</w:t>
        <w:br/>
        <w:t>vt 0.894940 0.989950</w:t>
        <w:br/>
        <w:t>vt 0.894940 0.987920</w:t>
        <w:br/>
        <w:t>vt 0.900500 0.988950</w:t>
        <w:br/>
        <w:t>vt 0.331780 0.591130</w:t>
        <w:br/>
        <w:t>vt 0.337520 0.605310</w:t>
        <w:br/>
        <w:t>vt 0.321710 0.597590</w:t>
        <w:br/>
        <w:t>vt 0.325230 0.571540</w:t>
        <w:br/>
        <w:t>vt 0.330810 0.566010</w:t>
        <w:br/>
        <w:t>vt 0.330560 0.575250</w:t>
        <w:br/>
        <w:t>vt 0.402170 0.615070</w:t>
        <w:br/>
        <w:t>vt 0.392600 0.607400</w:t>
        <w:br/>
        <w:t>vt 0.401760 0.604140</w:t>
        <w:br/>
        <w:t>vt 0.383960 0.565310</w:t>
        <w:br/>
        <w:t>vt 0.384110 0.557810</w:t>
        <w:br/>
        <w:t>vt 0.395140 0.561860</w:t>
        <w:br/>
        <w:t>vt 0.360250 0.562660</w:t>
        <w:br/>
        <w:t>vt 0.374570 0.555960</w:t>
        <w:br/>
        <w:t>vt 0.405750 0.568370</w:t>
        <w:br/>
        <w:t>vt 0.398680 0.573850</w:t>
        <w:br/>
        <w:t>vt 0.352560 0.557290</w:t>
        <w:br/>
        <w:t>vt 0.364300 0.555960</w:t>
        <w:br/>
        <w:t>vt 0.412510 0.578460</w:t>
        <w:br/>
        <w:t>vt 0.403240 0.585400</w:t>
        <w:br/>
        <w:t>vt 0.416390 0.590650</w:t>
        <w:br/>
        <w:t>vt 0.355500 0.570990</w:t>
        <w:br/>
        <w:t>vt 0.360250 0.562660</w:t>
        <w:br/>
        <w:t>vt 0.383960 0.565310</w:t>
        <w:br/>
        <w:t>vt 0.377150 0.573860</w:t>
        <w:br/>
        <w:t>vt 0.392690 0.579440</w:t>
        <w:br/>
        <w:t>vt 0.413570 0.598550</w:t>
        <w:br/>
        <w:t>vt 0.401650 0.593890</w:t>
        <w:br/>
        <w:t>vt 0.387680 0.592290</w:t>
        <w:br/>
        <w:t>vt 0.410060 0.606080</w:t>
        <w:br/>
        <w:t>vt 0.340520 0.596940</w:t>
        <w:br/>
        <w:t>vt 0.331780 0.591130</w:t>
        <w:br/>
        <w:t>vt 0.337750 0.590760</w:t>
        <w:br/>
        <w:t>vt 0.371560 0.592500</w:t>
        <w:br/>
        <w:t>vt 0.387850 0.621000</w:t>
        <w:br/>
        <w:t>vt 0.385080 0.609620</w:t>
        <w:br/>
        <w:t>vt 0.372330 0.599390</w:t>
        <w:br/>
        <w:t>vt 0.388340 0.599120</w:t>
        <w:br/>
        <w:t>vt 0.372270 0.623400</w:t>
        <w:br/>
        <w:t>vt 0.374850 0.611420</w:t>
        <w:br/>
        <w:t>vt 0.385080 0.609620</w:t>
        <w:br/>
        <w:t>vt 0.374850 0.611420</w:t>
        <w:br/>
        <w:t>vt 0.337930 0.616870</w:t>
        <w:br/>
        <w:t>vt 0.329970 0.612820</w:t>
        <w:br/>
        <w:t>vt 0.349550 0.610510</w:t>
        <w:br/>
        <w:t>vt 0.363160 0.612360</w:t>
        <w:br/>
        <w:t>vt 0.356110 0.599880</w:t>
        <w:br/>
        <w:t>vt 0.353600 0.592500</w:t>
        <w:br/>
        <w:t>vt 0.349550 0.610510</w:t>
        <w:br/>
        <w:t>vt 0.360470 0.622700</w:t>
        <w:br/>
        <w:t>vt 0.363160 0.612360</w:t>
        <w:br/>
        <w:t>vt 0.348590 0.621220</w:t>
        <w:br/>
        <w:t>vt 0.337520 0.605310</w:t>
        <w:br/>
        <w:t>vt 0.320200 0.591130</w:t>
        <w:br/>
        <w:t>vt 0.326340 0.585010</w:t>
        <w:br/>
        <w:t>vt 0.321180 0.577760</w:t>
        <w:br/>
        <w:t>vt 0.326340 0.585010</w:t>
        <w:br/>
        <w:t>vt 0.338270 0.573920</w:t>
        <w:br/>
        <w:t>vt 0.330560 0.575250</w:t>
        <w:br/>
        <w:t>vt 0.341360 0.567750</w:t>
        <w:br/>
        <w:t>vt 0.341790 0.560630</w:t>
        <w:br/>
        <w:t>vt 0.341360 0.567750</w:t>
        <w:br/>
        <w:t>vt 0.395090 0.598130</w:t>
        <w:br/>
        <w:t>vt 0.395090 0.598130</w:t>
        <w:br/>
        <w:t>vt 0.323490 0.603860</w:t>
        <w:br/>
        <w:t>vt 0.320200 0.587850</w:t>
        <w:br/>
        <w:t>vt 0.319870 0.584130</w:t>
        <w:br/>
        <w:t>vt 0.619140 0.594530</w:t>
        <w:br/>
        <w:t>vt 0.610910 0.601770</w:t>
        <w:br/>
        <w:t>vt 0.625950 0.608080</w:t>
        <w:br/>
        <w:t>vt 0.610980 0.575690</w:t>
        <w:br/>
        <w:t>vt 0.616180 0.578910</w:t>
        <w:br/>
        <w:t>vt 0.615310 0.569750</w:t>
        <w:br/>
        <w:t>vt 0.684880 0.612280</w:t>
        <w:br/>
        <w:t>vt 0.683220 0.601490</w:t>
        <w:br/>
        <w:t>vt 0.675420 0.605500</w:t>
        <w:br/>
        <w:t>vt 0.662730 0.564570</w:t>
        <w:br/>
        <w:t>vt 0.672320 0.560210</w:t>
        <w:br/>
        <w:t>vt 0.661980 0.557120</w:t>
        <w:br/>
        <w:t>vt 0.653240 0.556100</w:t>
        <w:br/>
        <w:t>vt 0.641220 0.563940</w:t>
        <w:br/>
        <w:t>vt 0.682560 0.565750</w:t>
        <w:br/>
        <w:t>vt 0.676900 0.571770</w:t>
        <w:br/>
        <w:t>vt 0.644050 0.556960</w:t>
        <w:br/>
        <w:t>vt 0.633710 0.559270</w:t>
        <w:br/>
        <w:t>vt 0.689800 0.575160</w:t>
        <w:br/>
        <w:t>vt 0.682330 0.582820</w:t>
        <w:br/>
        <w:t>vt 0.694710 0.586910</w:t>
        <w:br/>
        <w:t>vt 0.662730 0.564570</w:t>
        <w:br/>
        <w:t>vt 0.641220 0.563940</w:t>
        <w:br/>
        <w:t>vt 0.637970 0.572590</w:t>
        <w:br/>
        <w:t>vt 0.657660 0.573600</w:t>
        <w:br/>
        <w:t>vt 0.672200 0.577810</w:t>
        <w:br/>
        <w:t>vt 0.681910 0.591360</w:t>
        <w:br/>
        <w:t>vt 0.693110 0.594960</w:t>
        <w:br/>
        <w:t>vt 0.669230 0.590960</w:t>
        <w:br/>
        <w:t>vt 0.690870 0.602720</w:t>
        <w:br/>
        <w:t>vt 0.627640 0.599540</w:t>
        <w:br/>
        <w:t>vt 0.624440 0.593660</w:t>
        <w:br/>
        <w:t>vt 0.619140 0.594530</w:t>
        <w:br/>
        <w:t>vt 0.654850 0.592530</w:t>
        <w:br/>
        <w:t>vt 0.668960 0.608330</w:t>
        <w:br/>
        <w:t>vt 0.672780 0.619360</w:t>
        <w:br/>
        <w:t>vt 0.656360 0.599280</w:t>
        <w:br/>
        <w:t>vt 0.670630 0.597660</w:t>
        <w:br/>
        <w:t>vt 0.660030 0.610970</w:t>
        <w:br/>
        <w:t>vt 0.659140 0.623050</w:t>
        <w:br/>
        <w:t>vt 0.660030 0.610970</w:t>
        <w:br/>
        <w:t>vt 0.668960 0.608330</w:t>
        <w:br/>
        <w:t>vt 0.627680 0.619490</w:t>
        <w:br/>
        <w:t>vt 0.637310 0.612210</w:t>
        <w:br/>
        <w:t>vt 0.620090 0.616150</w:t>
        <w:br/>
        <w:t>vt 0.641920 0.601130</w:t>
        <w:br/>
        <w:t>vt 0.649690 0.612890</w:t>
        <w:br/>
        <w:t>vt 0.638810 0.594040</w:t>
        <w:br/>
        <w:t>vt 0.637310 0.612210</w:t>
        <w:br/>
        <w:t>vt 0.649690 0.612890</w:t>
        <w:br/>
        <w:t>vt 0.648510 0.623360</w:t>
        <w:br/>
        <w:t>vt 0.637720 0.622900</w:t>
        <w:br/>
        <w:t>vt 0.625950 0.608080</w:t>
        <w:br/>
        <w:t>vt 0.608800 0.595500</w:t>
        <w:br/>
        <w:t>vt 0.613560 0.588930</w:t>
        <w:br/>
        <w:t>vt 0.608090 0.582190</w:t>
        <w:br/>
        <w:t>vt 0.613560 0.588930</w:t>
        <w:br/>
        <w:t>vt 0.622910 0.576950</w:t>
        <w:br/>
        <w:t>vt 0.616180 0.578910</w:t>
        <w:br/>
        <w:t>vt 0.624940 0.570580</w:t>
        <w:br/>
        <w:t>vt 0.624490 0.563490</w:t>
        <w:br/>
        <w:t>vt 0.676550 0.596100</w:t>
        <w:br/>
        <w:t>vt 0.676550 0.596100</w:t>
        <w:br/>
        <w:t>vt 0.613240 0.607820</w:t>
        <w:br/>
        <w:t>vt 0.607670 0.588600</w:t>
        <w:br/>
        <w:t>vt 0.608400 0.592260</w:t>
        <w:br/>
        <w:t>vt 0.388340 0.599120</w:t>
        <w:br/>
        <w:t>vt 0.392600 0.607400</w:t>
        <w:br/>
        <w:t>vt 0.372330 0.599390</w:t>
        <w:br/>
        <w:t>vt 0.401760 0.604140</w:t>
        <w:br/>
        <w:t>vt 0.675420 0.605500</w:t>
        <w:br/>
        <w:t>vt 0.670630 0.597660</w:t>
        <w:br/>
        <w:t>vt 0.656360 0.599280</w:t>
        <w:br/>
        <w:t>vt 0.683220 0.601490</w:t>
        <w:br/>
        <w:t>vt 0.046200 0.053280</w:t>
        <w:br/>
        <w:t>vt 0.057810 0.034580</w:t>
        <w:br/>
        <w:t>vt 0.052550 0.032080</w:t>
        <w:br/>
        <w:t>vt 0.037740 0.049720</w:t>
        <w:br/>
        <w:t>vt 0.019440 0.095260</w:t>
        <w:br/>
        <w:t>vt 0.028990 0.097590</w:t>
        <w:br/>
        <w:t>vt 0.036340 0.073570</w:t>
        <w:br/>
        <w:t>vt 0.026990 0.070490</w:t>
        <w:br/>
        <w:t>vt 0.015930 0.136100</w:t>
        <w:br/>
        <w:t>vt 0.023320 0.135150</w:t>
        <w:br/>
        <w:t>vt 0.019670 0.169020</w:t>
        <w:br/>
        <w:t>vt 0.025520 0.167750</w:t>
        <w:br/>
        <w:t>vt 0.031840 0.197050</w:t>
        <w:br/>
        <w:t>vt 0.027280 0.198350</w:t>
        <w:br/>
        <w:t>vt 0.038680 0.226930</w:t>
        <w:br/>
        <w:t>vt 0.041050 0.224970</w:t>
        <w:br/>
        <w:t>vt 0.054720 0.259210</w:t>
        <w:br/>
        <w:t>vt 0.070150 0.016410</w:t>
        <w:br/>
        <w:t>vt 0.052550 0.032080</w:t>
        <w:br/>
        <w:t>vt 0.057810 0.034580</w:t>
        <w:br/>
        <w:t>vt 0.046200 0.053280</w:t>
        <w:br/>
        <w:t>vt 0.037740 0.049720</w:t>
        <w:br/>
        <w:t>vt 0.019440 0.095260</w:t>
        <w:br/>
        <w:t>vt 0.026990 0.070490</w:t>
        <w:br/>
        <w:t>vt 0.036340 0.073570</w:t>
        <w:br/>
        <w:t>vt 0.028990 0.097590</w:t>
        <w:br/>
        <w:t>vt 0.015930 0.136100</w:t>
        <w:br/>
        <w:t>vt 0.023320 0.135150</w:t>
        <w:br/>
        <w:t>vt 0.019670 0.169020</w:t>
        <w:br/>
        <w:t>vt 0.025520 0.167750</w:t>
        <w:br/>
        <w:t>vt 0.031840 0.197050</w:t>
        <w:br/>
        <w:t>vt 0.027280 0.198350</w:t>
        <w:br/>
        <w:t>vt 0.038680 0.226930</w:t>
        <w:br/>
        <w:t>vt 0.041050 0.224970</w:t>
        <w:br/>
        <w:t>vt 0.054720 0.259210</w:t>
        <w:br/>
        <w:t>vt 0.070150 0.016410</w:t>
        <w:br/>
        <w:t>vt 0.256800 0.973650</w:t>
        <w:br/>
        <w:t>vt 0.278150 0.989310</w:t>
        <w:br/>
        <w:t>vt 0.261860 0.967470</w:t>
        <w:br/>
        <w:t>vt 0.226650 0.950070</w:t>
        <w:br/>
        <w:t>vt 0.220280 0.956060</w:t>
        <w:br/>
        <w:t>vt 0.253900 0.978180</w:t>
        <w:br/>
        <w:t>vt 0.256800 0.973650</w:t>
        <w:br/>
        <w:t>vt 0.226650 0.950070</w:t>
        <w:br/>
        <w:t>vt 0.233980 0.940090</w:t>
        <w:br/>
        <w:t>vt 0.196490 0.926550</w:t>
        <w:br/>
        <w:t>vt 0.187320 0.933910</w:t>
        <w:br/>
        <w:t>vt 0.196490 0.926550</w:t>
        <w:br/>
        <w:t>vt 0.204000 0.911380</w:t>
        <w:br/>
        <w:t>vt 0.160390 0.888640</w:t>
        <w:br/>
        <w:t>vt 0.151200 0.895920</w:t>
        <w:br/>
        <w:t>vt 0.160390 0.888640</w:t>
        <w:br/>
        <w:t>vt 0.168050 0.876380</w:t>
        <w:br/>
        <w:t>vt 0.124620 0.846080</w:t>
        <w:br/>
        <w:t>vt 0.115870 0.851990</w:t>
        <w:br/>
        <w:t>vt 0.131500 0.837020</w:t>
        <w:br/>
        <w:t>vt 0.124620 0.846080</w:t>
        <w:br/>
        <w:t>vt 0.085020 0.808430</w:t>
        <w:br/>
        <w:t>vt 0.093190 0.803340</w:t>
        <w:br/>
        <w:t>vt 0.061770 0.756270</w:t>
        <w:br/>
        <w:t>vt 0.053990 0.760800</w:t>
        <w:br/>
        <w:t>vt 0.035640 0.716310</w:t>
        <w:br/>
        <w:t>vt 0.061770 0.756270</w:t>
        <w:br/>
        <w:t>vt 0.066740 0.751780</w:t>
        <w:br/>
        <w:t>vt 0.038400 0.715040</w:t>
        <w:br/>
        <w:t>vt 0.035640 0.716310</w:t>
        <w:br/>
        <w:t>vt 0.030970 0.718740</w:t>
        <w:br/>
        <w:t>vt 0.009520 0.673160</w:t>
        <w:br/>
        <w:t>vt 0.009520 0.673160</w:t>
        <w:br/>
        <w:t>vt 0.098960 0.796090</w:t>
        <w:br/>
        <w:t>vt 0.093190 0.803340</w:t>
        <w:br/>
        <w:t>vt 0.278150 0.989310</w:t>
        <w:br/>
        <w:t>vt 0.256800 0.973650</w:t>
        <w:br/>
        <w:t>vt 0.261860 0.967470</w:t>
        <w:br/>
        <w:t>vt 0.278150 0.989310</w:t>
        <w:br/>
        <w:t>vt 0.226650 0.950070</w:t>
        <w:br/>
        <w:t>vt 0.256800 0.973650</w:t>
        <w:br/>
        <w:t>vt 0.253900 0.978180</w:t>
        <w:br/>
        <w:t>vt 0.220280 0.956060</w:t>
        <w:br/>
        <w:t>vt 0.226650 0.950070</w:t>
        <w:br/>
        <w:t>vt 0.233980 0.940090</w:t>
        <w:br/>
        <w:t>vt 0.196490 0.926550</w:t>
        <w:br/>
        <w:t>vt 0.187320 0.933910</w:t>
        <w:br/>
        <w:t>vt 0.196490 0.926550</w:t>
        <w:br/>
        <w:t>vt 0.204000 0.911380</w:t>
        <w:br/>
        <w:t>vt 0.151200 0.895920</w:t>
        <w:br/>
        <w:t>vt 0.160390 0.888640</w:t>
        <w:br/>
        <w:t>vt 0.160390 0.888640</w:t>
        <w:br/>
        <w:t>vt 0.168050 0.876380</w:t>
        <w:br/>
        <w:t>vt 0.115870 0.851990</w:t>
        <w:br/>
        <w:t>vt 0.124620 0.846080</w:t>
        <w:br/>
        <w:t>vt 0.124620 0.846080</w:t>
        <w:br/>
        <w:t>vt 0.131500 0.837020</w:t>
        <w:br/>
        <w:t>vt 0.085020 0.808430</w:t>
        <w:br/>
        <w:t>vt 0.093190 0.803340</w:t>
        <w:br/>
        <w:t>vt 0.053990 0.760800</w:t>
        <w:br/>
        <w:t>vt 0.061770 0.756270</w:t>
        <w:br/>
        <w:t>vt 0.035640 0.716310</w:t>
        <w:br/>
        <w:t>vt 0.038400 0.715040</w:t>
        <w:br/>
        <w:t>vt 0.066740 0.751780</w:t>
        <w:br/>
        <w:t>vt 0.061770 0.756270</w:t>
        <w:br/>
        <w:t>vt 0.035640 0.716310</w:t>
        <w:br/>
        <w:t>vt 0.030970 0.718740</w:t>
        <w:br/>
        <w:t>vt 0.009520 0.673160</w:t>
        <w:br/>
        <w:t>vt 0.009520 0.673160</w:t>
        <w:br/>
        <w:t>vt 0.093190 0.803340</w:t>
        <w:br/>
        <w:t>vt 0.098960 0.796090</w:t>
        <w:br/>
        <w:t>vt 0.278150 0.989310</w:t>
        <w:br/>
        <w:t>vt 0.863850 0.126990</w:t>
        <w:br/>
        <w:t>vt 0.844970 0.106240</w:t>
        <w:br/>
        <w:t>vt 0.836510 0.117740</w:t>
        <w:br/>
        <w:t>vt 0.854510 0.137190</w:t>
        <w:br/>
        <w:t>vt 0.822110 0.087900</w:t>
        <w:br/>
        <w:t>vt 0.815990 0.101060</w:t>
        <w:br/>
        <w:t>vt 0.878660 0.147930</w:t>
        <w:br/>
        <w:t>vt 0.866410 0.156890</w:t>
        <w:br/>
        <w:t>vt 0.794440 0.088590</w:t>
        <w:br/>
        <w:t>vt 0.798080 0.075300</w:t>
        <w:br/>
        <w:t>vt 0.727770 0.061410</w:t>
        <w:br/>
        <w:t>vt 0.730770 0.072460</w:t>
        <w:br/>
        <w:t>vt 0.750840 0.063150</w:t>
        <w:br/>
        <w:t>vt 0.758270 0.044560</w:t>
        <w:br/>
        <w:t>vt 0.734090 0.041880</w:t>
        <w:br/>
        <w:t>vt 0.881080 0.184870</w:t>
        <w:br/>
        <w:t>vt 0.893850 0.177490</w:t>
        <w:br/>
        <w:t>vt 0.707780 0.087420</w:t>
        <w:br/>
        <w:t>vt 0.868690 0.080940</w:t>
        <w:br/>
        <w:t>vt 0.844110 0.082240</w:t>
        <w:br/>
        <w:t>vt 0.856570 0.092340</w:t>
        <w:br/>
        <w:t>vt 0.695210 0.032650</w:t>
        <w:br/>
        <w:t>vt 0.697460 0.023140</w:t>
        <w:br/>
        <w:t>vt 0.680050 0.008760</w:t>
        <w:br/>
        <w:t>vt 0.712730 0.035800</w:t>
        <w:br/>
        <w:t>vt 0.830480 0.071200</w:t>
        <w:br/>
        <w:t>vt 0.804500 0.056170</w:t>
        <w:br/>
        <w:t>vt 0.844110 0.082240</w:t>
        <w:br/>
        <w:t>vt 0.856570 0.092340</w:t>
        <w:br/>
        <w:t>vt 0.876390 0.114350</w:t>
        <w:br/>
        <w:t>vt 0.892220 0.136660</w:t>
        <w:br/>
        <w:t>vt 0.906350 0.146870</w:t>
        <w:br/>
        <w:t>vt 0.697460 0.023140</w:t>
        <w:br/>
        <w:t>vt 0.699830 0.019230</w:t>
        <w:br/>
        <w:t>vt 0.680050 0.008760</w:t>
        <w:br/>
        <w:t>vt 0.716820 0.026460</w:t>
        <w:br/>
        <w:t>vt 0.712730 0.035800</w:t>
        <w:br/>
        <w:t>vt 0.734090 0.041880</w:t>
        <w:br/>
        <w:t>vt 0.736020 0.032540</w:t>
        <w:br/>
        <w:t>vt 0.839630 0.059530</w:t>
        <w:br/>
        <w:t>vt 0.810910 0.044580</w:t>
        <w:br/>
        <w:t>vt 0.908920 0.130810</w:t>
        <w:br/>
        <w:t>vt 0.917110 0.145730</w:t>
        <w:br/>
        <w:t>vt 0.890370 0.104900</w:t>
        <w:br/>
        <w:t>vt 0.914300 0.219360</w:t>
        <w:br/>
        <w:t>vt 0.933610 0.216330</w:t>
        <w:br/>
        <w:t>vt 0.918110 0.194720</w:t>
        <w:br/>
        <w:t>vt 0.933440 0.232870</w:t>
        <w:br/>
        <w:t>vt 0.962180 0.235050</w:t>
        <w:br/>
        <w:t>vt 0.978360 0.246870</w:t>
        <w:br/>
        <w:t>vt 0.957270 0.247830</w:t>
        <w:br/>
        <w:t>vt 0.975900 0.253260</w:t>
        <w:br/>
        <w:t>vt 0.709160 0.047440</w:t>
        <w:br/>
        <w:t>vt 0.913090 0.246850</w:t>
        <w:br/>
        <w:t>vt 0.929490 0.250040</w:t>
        <w:br/>
        <w:t>vt 0.910710 0.270210</w:t>
        <w:br/>
        <w:t>vt 0.924770 0.274240</w:t>
        <w:br/>
        <w:t>vt 0.898360 0.312350</w:t>
        <w:br/>
        <w:t>vt 0.905830 0.313260</w:t>
        <w:br/>
        <w:t>vt 0.926360 0.166780</w:t>
        <w:br/>
        <w:t>vt 0.906890 0.166970</w:t>
        <w:br/>
        <w:t>vt 0.940860 0.192060</w:t>
        <w:br/>
        <w:t>vt 0.952540 0.210100</w:t>
        <w:br/>
        <w:t>vt 0.972080 0.230150</w:t>
        <w:br/>
        <w:t>vt 0.994530 0.258690</w:t>
        <w:br/>
        <w:t>vt 0.983310 0.244420</w:t>
        <w:br/>
        <w:t>vt 0.898360 0.312350</w:t>
        <w:br/>
        <w:t>vt 0.892220 0.308440</w:t>
        <w:br/>
        <w:t>vt 0.884870 0.339730</w:t>
        <w:br/>
        <w:t>vt 0.743300 0.154950</w:t>
        <w:br/>
        <w:t>vt 0.737170 0.155440</w:t>
        <w:br/>
        <w:t>vt 0.745980 0.180680</w:t>
        <w:br/>
        <w:t>vt 0.744640 0.167810</w:t>
        <w:br/>
        <w:t>vt 0.744540 0.140740</w:t>
        <w:br/>
        <w:t>vt 0.736010 0.139690</w:t>
        <w:br/>
        <w:t>vt 0.750080 0.123320</w:t>
        <w:br/>
        <w:t>vt 0.754910 0.116530</w:t>
        <w:br/>
        <w:t>vt 0.740450 0.116540</w:t>
        <w:br/>
        <w:t>vt 0.890250 0.212230</w:t>
        <w:br/>
        <w:t>vt 0.894760 0.229130</w:t>
        <w:br/>
        <w:t>vt 0.906870 0.204970</w:t>
        <w:br/>
        <w:t>vt 0.910710 0.270210</w:t>
        <w:br/>
        <w:t>vt 0.913090 0.246850</w:t>
        <w:br/>
        <w:t>vt 0.895560 0.245960</w:t>
        <w:br/>
        <w:t>vt 0.897000 0.265920</w:t>
        <w:br/>
        <w:t>vt 0.884870 0.339730</w:t>
        <w:br/>
        <w:t>vt 0.787310 0.037620</w:t>
        <w:br/>
        <w:t>vt 0.782140 0.049450</w:t>
        <w:br/>
        <w:t>vt 0.914300 0.219360</w:t>
        <w:br/>
        <w:t>vt 0.944240 0.163690</w:t>
        <w:br/>
        <w:t>vt 0.932340 0.158860</w:t>
        <w:br/>
        <w:t>vt 0.933080 0.163320</w:t>
        <w:br/>
        <w:t>vt 0.944600 0.165930</w:t>
        <w:br/>
        <w:t>vt 0.706370 0.096780</w:t>
        <w:br/>
        <w:t>vt 0.713500 0.106760</w:t>
        <w:br/>
        <w:t>vt 0.716140 0.102250</w:t>
        <w:br/>
        <w:t>vt 0.725920 0.107730</w:t>
        <w:br/>
        <w:t>vt 0.741530 0.125590</w:t>
        <w:br/>
        <w:t>vt 0.927250 0.160170</w:t>
        <w:br/>
        <w:t>vt 0.936830 0.170270</w:t>
        <w:br/>
        <w:t>vt 0.946480 0.169400</w:t>
        <w:br/>
        <w:t>vt 0.870740 0.258430</w:t>
        <w:br/>
        <w:t>vt 0.868020 0.244870</w:t>
        <w:br/>
        <w:t>vt 0.860370 0.244260</w:t>
        <w:br/>
        <w:t>vt 0.844450 0.175450</w:t>
        <w:br/>
        <w:t>vt 0.851010 0.197790</w:t>
        <w:br/>
        <w:t>vt 0.862900 0.186280</w:t>
        <w:br/>
        <w:t>vt 0.858300 0.172040</w:t>
        <w:br/>
        <w:t>vt 0.777260 0.092200</w:t>
        <w:br/>
        <w:t>vt 0.777390 0.098060</w:t>
        <w:br/>
        <w:t>vt 0.780620 0.099210</w:t>
        <w:br/>
        <w:t>vt 0.777530 0.103930</w:t>
        <w:br/>
        <w:t>vt 0.780150 0.110100</w:t>
        <w:br/>
        <w:t>vt 0.793340 0.114240</w:t>
        <w:br/>
        <w:t>vt 0.783980 0.106220</w:t>
        <w:br/>
        <w:t>vt 0.761240 0.107640</w:t>
        <w:br/>
        <w:t>vt 0.769920 0.126920</w:t>
        <w:br/>
        <w:t>vt 0.790080 0.132240</w:t>
        <w:br/>
        <w:t>vt 0.819730 0.149050</w:t>
        <w:br/>
        <w:t>vt 0.838460 0.141690</w:t>
        <w:br/>
        <w:t>vt 0.819970 0.126920</w:t>
        <w:br/>
        <w:t>vt 0.806070 0.139610</w:t>
        <w:br/>
        <w:t>vt 0.849710 0.154630</w:t>
        <w:br/>
        <w:t>vt 0.802950 0.118050</w:t>
        <w:br/>
        <w:t>vt 0.833240 0.161670</w:t>
        <w:br/>
        <w:t>vt 0.762290 0.077930</w:t>
        <w:br/>
        <w:t>vt 0.853500 0.220970</w:t>
        <w:br/>
        <w:t>vt 0.855730 0.233410</w:t>
        <w:br/>
        <w:t>vt 0.866910 0.232870</w:t>
        <w:br/>
        <w:t>vt 0.867100 0.218910</w:t>
        <w:br/>
        <w:t>vt 0.741530 0.125590</w:t>
        <w:br/>
        <w:t>vt 0.735150 0.127280</w:t>
        <w:br/>
        <w:t>vt 0.865830 0.201330</w:t>
        <w:br/>
        <w:t>vt 0.758270 0.044560</w:t>
        <w:br/>
        <w:t>vt 0.763230 0.033580</w:t>
        <w:br/>
        <w:t>vt 0.746860 0.104210</w:t>
        <w:br/>
        <w:t>vt 0.728880 0.100680</w:t>
        <w:br/>
        <w:t>vt 0.716140 0.102250</w:t>
        <w:br/>
        <w:t>vt 0.717620 0.098730</w:t>
        <w:br/>
        <w:t>vt 0.845870 0.074460</w:t>
        <w:br/>
        <w:t>vt 0.845870 0.074460</w:t>
        <w:br/>
        <w:t>vt 0.100200 0.043970</w:t>
        <w:br/>
        <w:t>vt 0.100740 0.068360</w:t>
        <w:br/>
        <w:t>vt 0.087920 0.062270</w:t>
        <w:br/>
        <w:t>vt 0.084600 0.036480</w:t>
        <w:br/>
        <w:t>vt 0.116600 0.069020</w:t>
        <w:br/>
        <w:t>vt 0.100740 0.068360</w:t>
        <w:br/>
        <w:t>vt 0.100200 0.043970</w:t>
        <w:br/>
        <w:t>vt 0.119340 0.028020</w:t>
        <w:br/>
        <w:t>vt 0.064150 0.217420</w:t>
        <w:br/>
        <w:t>vt 0.088680 0.207410</w:t>
        <w:br/>
        <w:t>vt 0.091690 0.227810</w:t>
        <w:br/>
        <w:t>vt 0.062090 0.231450</w:t>
        <w:br/>
        <w:t>vt 0.868690 0.080940</w:t>
        <w:br/>
        <w:t>vt 0.094900 0.132680</w:t>
        <w:br/>
        <w:t>vt 0.091740 0.101190</w:t>
        <w:br/>
        <w:t>vt 0.101210 0.094250</w:t>
        <w:br/>
        <w:t>vt 0.103190 0.133800</w:t>
        <w:br/>
        <w:t>vt 0.114300 0.107260</w:t>
        <w:br/>
        <w:t>vt 0.112130 0.142140</w:t>
        <w:br/>
        <w:t>vt 0.103190 0.133800</w:t>
        <w:br/>
        <w:t>vt 0.101210 0.094250</w:t>
        <w:br/>
        <w:t>vt 0.069310 0.181910</w:t>
        <w:br/>
        <w:t>vt 0.083590 0.172240</w:t>
        <w:br/>
        <w:t>vt 0.086010 0.188800</w:t>
        <w:br/>
        <w:t>vt 0.067070 0.197700</w:t>
        <w:br/>
        <w:t>vt 0.099130 0.174950</w:t>
        <w:br/>
        <w:t>vt 0.105230 0.167760</w:t>
        <w:br/>
        <w:t>vt 0.108970 0.254220</w:t>
        <w:br/>
        <w:t>vt 0.105230 0.167760</w:t>
        <w:br/>
        <w:t>vt 0.111080 0.175110</w:t>
        <w:br/>
        <w:t>vt 0.108970 0.254220</w:t>
        <w:br/>
        <w:t>vt 0.082210 0.156550</w:t>
        <w:br/>
        <w:t>vt 0.072710 0.160930</w:t>
        <w:br/>
        <w:t>vt 0.078590 0.118840</w:t>
        <w:br/>
        <w:t>vt 0.927250 0.160170</w:t>
        <w:br/>
        <w:t>vt 0.926360 0.166780</w:t>
        <w:br/>
        <w:t>vt 0.956130 0.168530</w:t>
        <w:br/>
        <w:t>vt 0.745310 0.174240</w:t>
        <w:br/>
        <w:t>vt 0.744540 0.140740</w:t>
        <w:br/>
        <w:t>vt 0.051270 0.904350</w:t>
        <w:br/>
        <w:t>vt 0.037960 0.877610</w:t>
        <w:br/>
        <w:t>vt 0.042100 0.903830</w:t>
        <w:br/>
        <w:t>vt 0.060450 0.904860</w:t>
        <w:br/>
        <w:t>vt 0.052110 0.911560</w:t>
        <w:br/>
        <w:t>vt 0.046640 0.834660</w:t>
        <w:br/>
        <w:t>vt 0.041030 0.853170</w:t>
        <w:br/>
        <w:t>vt 0.048110 0.853640</w:t>
        <w:br/>
        <w:t>vt 0.058910 0.870520</w:t>
        <w:br/>
        <w:t>vt 0.055190 0.854110</w:t>
        <w:br/>
        <w:t>vt 0.040010 0.868930</w:t>
        <w:br/>
        <w:t>vt 0.061080 0.882070</w:t>
        <w:br/>
        <w:t>vt 0.150610 0.971530</w:t>
        <w:br/>
        <w:t>vt 0.150080 0.976500</w:t>
        <w:br/>
        <w:t>vt 0.192070 0.974310</w:t>
        <w:br/>
        <w:t>vt 0.097110 0.965300</w:t>
        <w:br/>
        <w:t>vt 0.096160 0.973180</w:t>
        <w:br/>
        <w:t>vt 0.061920 0.965780</w:t>
        <w:br/>
        <w:t>vt 0.062350 0.971180</w:t>
        <w:br/>
        <w:t>vt 0.079720 0.968730</w:t>
        <w:br/>
        <w:t>vt 0.079980 0.962570</w:t>
        <w:br/>
        <w:t>vt 0.029440 0.979300</w:t>
        <w:br/>
        <w:t>vt 0.046110 0.977940</w:t>
        <w:br/>
        <w:t>vt 0.045890 0.975240</w:t>
        <w:br/>
        <w:t>vt 0.079460 0.974880</w:t>
        <w:br/>
        <w:t>vt 0.098050 0.957420</w:t>
        <w:br/>
        <w:t>vt 0.062770 0.976590</w:t>
        <w:br/>
        <w:t>vt 0.150610 0.971530</w:t>
        <w:br/>
        <w:t>vt 0.151140 0.966560</w:t>
        <w:br/>
        <w:t>vt 0.192070 0.974310</w:t>
        <w:br/>
        <w:t>vt 0.045680 0.972540</w:t>
        <w:br/>
        <w:t>vt 0.776430 0.068140</w:t>
        <w:br/>
        <w:t>vt 0.782140 0.049450</w:t>
        <w:br/>
        <w:t>vt 0.863850 0.126990</w:t>
        <w:br/>
        <w:t>vt 0.854510 0.137190</w:t>
        <w:br/>
        <w:t>vt 0.836510 0.117740</w:t>
        <w:br/>
        <w:t>vt 0.844970 0.106240</w:t>
        <w:br/>
        <w:t>vt 0.815990 0.101060</w:t>
        <w:br/>
        <w:t>vt 0.822110 0.087900</w:t>
        <w:br/>
        <w:t>vt 0.878660 0.147930</w:t>
        <w:br/>
        <w:t>vt 0.866410 0.156890</w:t>
        <w:br/>
        <w:t>vt 0.794440 0.088590</w:t>
        <w:br/>
        <w:t>vt 0.798080 0.075300</w:t>
        <w:br/>
        <w:t>vt 0.727770 0.061410</w:t>
        <w:br/>
        <w:t>vt 0.750840 0.063150</w:t>
        <w:br/>
        <w:t>vt 0.730770 0.072460</w:t>
        <w:br/>
        <w:t>vt 0.734090 0.041880</w:t>
        <w:br/>
        <w:t>vt 0.758270 0.044560</w:t>
        <w:br/>
        <w:t>vt 0.893850 0.177490</w:t>
        <w:br/>
        <w:t>vt 0.881080 0.184870</w:t>
        <w:br/>
        <w:t>vt 0.707780 0.087420</w:t>
        <w:br/>
        <w:t>vt 0.868690 0.080940</w:t>
        <w:br/>
        <w:t>vt 0.856570 0.092340</w:t>
        <w:br/>
        <w:t>vt 0.844110 0.082240</w:t>
        <w:br/>
        <w:t>vt 0.695210 0.032650</w:t>
        <w:br/>
        <w:t>vt 0.680050 0.008760</w:t>
        <w:br/>
        <w:t>vt 0.697460 0.023140</w:t>
        <w:br/>
        <w:t>vt 0.712730 0.035800</w:t>
        <w:br/>
        <w:t>vt 0.804500 0.056170</w:t>
        <w:br/>
        <w:t>vt 0.830480 0.071200</w:t>
        <w:br/>
        <w:t>vt 0.844110 0.082240</w:t>
        <w:br/>
        <w:t>vt 0.856570 0.092340</w:t>
        <w:br/>
        <w:t>vt 0.876390 0.114350</w:t>
        <w:br/>
        <w:t>vt 0.892220 0.136660</w:t>
        <w:br/>
        <w:t>vt 0.906350 0.146870</w:t>
        <w:br/>
        <w:t>vt 0.697460 0.023140</w:t>
        <w:br/>
        <w:t>vt 0.680050 0.008760</w:t>
        <w:br/>
        <w:t>vt 0.699830 0.019230</w:t>
        <w:br/>
        <w:t>vt 0.716820 0.026460</w:t>
        <w:br/>
        <w:t>vt 0.736020 0.032540</w:t>
        <w:br/>
        <w:t>vt 0.734090 0.041880</w:t>
        <w:br/>
        <w:t>vt 0.712730 0.035800</w:t>
        <w:br/>
        <w:t>vt 0.810910 0.044580</w:t>
        <w:br/>
        <w:t>vt 0.839630 0.059530</w:t>
        <w:br/>
        <w:t>vt 0.908920 0.130810</w:t>
        <w:br/>
        <w:t>vt 0.917110 0.145730</w:t>
        <w:br/>
        <w:t>vt 0.890370 0.104900</w:t>
        <w:br/>
        <w:t>vt 0.914300 0.219360</w:t>
        <w:br/>
        <w:t>vt 0.918110 0.194720</w:t>
        <w:br/>
        <w:t>vt 0.933610 0.216330</w:t>
        <w:br/>
        <w:t>vt 0.933440 0.232870</w:t>
        <w:br/>
        <w:t>vt 0.962180 0.235050</w:t>
        <w:br/>
        <w:t>vt 0.957270 0.247830</w:t>
        <w:br/>
        <w:t>vt 0.978360 0.246870</w:t>
        <w:br/>
        <w:t>vt 0.975900 0.253260</w:t>
        <w:br/>
        <w:t>vt 0.709160 0.047440</w:t>
        <w:br/>
        <w:t>vt 0.913090 0.246850</w:t>
        <w:br/>
        <w:t>vt 0.929490 0.250040</w:t>
        <w:br/>
        <w:t>vt 0.910710 0.270210</w:t>
        <w:br/>
        <w:t>vt 0.924770 0.274240</w:t>
        <w:br/>
        <w:t>vt 0.905830 0.313260</w:t>
        <w:br/>
        <w:t>vt 0.898360 0.312350</w:t>
        <w:br/>
        <w:t>vt 0.926360 0.166780</w:t>
        <w:br/>
        <w:t>vt 0.940860 0.192060</w:t>
        <w:br/>
        <w:t>vt 0.906890 0.166970</w:t>
        <w:br/>
        <w:t>vt 0.952540 0.210100</w:t>
        <w:br/>
        <w:t>vt 0.972080 0.230150</w:t>
        <w:br/>
        <w:t>vt 0.994530 0.258690</w:t>
        <w:br/>
        <w:t>vt 0.983310 0.244420</w:t>
        <w:br/>
        <w:t>vt 0.898360 0.312350</w:t>
        <w:br/>
        <w:t>vt 0.884870 0.339730</w:t>
        <w:br/>
        <w:t>vt 0.892220 0.308440</w:t>
        <w:br/>
        <w:t>vt 0.743300 0.154950</w:t>
        <w:br/>
        <w:t>vt 0.744640 0.167810</w:t>
        <w:br/>
        <w:t>vt 0.745980 0.180680</w:t>
        <w:br/>
        <w:t>vt 0.737170 0.155440</w:t>
        <w:br/>
        <w:t>vt 0.736010 0.139690</w:t>
        <w:br/>
        <w:t>vt 0.744540 0.140740</w:t>
        <w:br/>
        <w:t>vt 0.750080 0.123320</w:t>
        <w:br/>
        <w:t>vt 0.740450 0.116540</w:t>
        <w:br/>
        <w:t>vt 0.754910 0.116530</w:t>
        <w:br/>
        <w:t>vt 0.914300 0.219360</w:t>
        <w:br/>
        <w:t>vt 0.894760 0.229130</w:t>
        <w:br/>
        <w:t>vt 0.890250 0.212230</w:t>
        <w:br/>
        <w:t>vt 0.906870 0.204970</w:t>
        <w:br/>
        <w:t>vt 0.895560 0.245960</w:t>
        <w:br/>
        <w:t>vt 0.913090 0.246850</w:t>
        <w:br/>
        <w:t>vt 0.910710 0.270210</w:t>
        <w:br/>
        <w:t>vt 0.897000 0.265920</w:t>
        <w:br/>
        <w:t>vt 0.884870 0.339730</w:t>
        <w:br/>
        <w:t>vt 0.782140 0.049450</w:t>
        <w:br/>
        <w:t>vt 0.787310 0.037620</w:t>
        <w:br/>
        <w:t>vt 0.944240 0.163690</w:t>
        <w:br/>
        <w:t>vt 0.944600 0.165930</w:t>
        <w:br/>
        <w:t>vt 0.933080 0.163320</w:t>
        <w:br/>
        <w:t>vt 0.932340 0.158860</w:t>
        <w:br/>
        <w:t>vt 0.706370 0.096780</w:t>
        <w:br/>
        <w:t>vt 0.716140 0.102250</w:t>
        <w:br/>
        <w:t>vt 0.713500 0.106760</w:t>
        <w:br/>
        <w:t>vt 0.741530 0.125590</w:t>
        <w:br/>
        <w:t>vt 0.725920 0.107730</w:t>
        <w:br/>
        <w:t>vt 0.927250 0.160170</w:t>
        <w:br/>
        <w:t>vt 0.946480 0.169400</w:t>
        <w:br/>
        <w:t>vt 0.936830 0.170270</w:t>
        <w:br/>
        <w:t>vt 0.870740 0.258430</w:t>
        <w:br/>
        <w:t>vt 0.860370 0.244260</w:t>
        <w:br/>
        <w:t>vt 0.868020 0.244870</w:t>
        <w:br/>
        <w:t>vt 0.862900 0.186280</w:t>
        <w:br/>
        <w:t>vt 0.851010 0.197790</w:t>
        <w:br/>
        <w:t>vt 0.844450 0.175450</w:t>
        <w:br/>
        <w:t>vt 0.858300 0.172040</w:t>
        <w:br/>
        <w:t>vt 0.777260 0.092200</w:t>
        <w:br/>
        <w:t>vt 0.780620 0.099210</w:t>
        <w:br/>
        <w:t>vt 0.777390 0.098060</w:t>
        <w:br/>
        <w:t>vt 0.783980 0.106220</w:t>
        <w:br/>
        <w:t>vt 0.793340 0.114240</w:t>
        <w:br/>
        <w:t>vt 0.780150 0.110100</w:t>
        <w:br/>
        <w:t>vt 0.777530 0.103930</w:t>
        <w:br/>
        <w:t>vt 0.761240 0.107640</w:t>
        <w:br/>
        <w:t>vt 0.769920 0.126920</w:t>
        <w:br/>
        <w:t>vt 0.790080 0.132240</w:t>
        <w:br/>
        <w:t>vt 0.819730 0.149050</w:t>
        <w:br/>
        <w:t>vt 0.806070 0.139610</w:t>
        <w:br/>
        <w:t>vt 0.819970 0.126920</w:t>
        <w:br/>
        <w:t>vt 0.838460 0.141690</w:t>
        <w:br/>
        <w:t>vt 0.849710 0.154630</w:t>
        <w:br/>
        <w:t>vt 0.802950 0.118050</w:t>
        <w:br/>
        <w:t>vt 0.833240 0.161670</w:t>
        <w:br/>
        <w:t>vt 0.762290 0.077930</w:t>
        <w:br/>
        <w:t>vt 0.866910 0.232870</w:t>
        <w:br/>
        <w:t>vt 0.855730 0.233410</w:t>
        <w:br/>
        <w:t>vt 0.853500 0.220970</w:t>
        <w:br/>
        <w:t>vt 0.867100 0.218910</w:t>
        <w:br/>
        <w:t>vt 0.735150 0.127280</w:t>
        <w:br/>
        <w:t>vt 0.741530 0.125590</w:t>
        <w:br/>
        <w:t>vt 0.865830 0.201330</w:t>
        <w:br/>
        <w:t>vt 0.758270 0.044560</w:t>
        <w:br/>
        <w:t>vt 0.763230 0.033580</w:t>
        <w:br/>
        <w:t>vt 0.728880 0.100680</w:t>
        <w:br/>
        <w:t>vt 0.746860 0.104210</w:t>
        <w:br/>
        <w:t>vt 0.716140 0.102250</w:t>
        <w:br/>
        <w:t>vt 0.717620 0.098730</w:t>
        <w:br/>
        <w:t>vt 0.845870 0.074460</w:t>
        <w:br/>
        <w:t>vt 0.845870 0.074460</w:t>
        <w:br/>
        <w:t>vt 0.100200 0.043970</w:t>
        <w:br/>
        <w:t>vt 0.084600 0.036480</w:t>
        <w:br/>
        <w:t>vt 0.087920 0.062270</w:t>
        <w:br/>
        <w:t>vt 0.100740 0.068360</w:t>
        <w:br/>
        <w:t>vt 0.100200 0.043970</w:t>
        <w:br/>
        <w:t>vt 0.100740 0.068360</w:t>
        <w:br/>
        <w:t>vt 0.116600 0.069020</w:t>
        <w:br/>
        <w:t>vt 0.119340 0.028020</w:t>
        <w:br/>
        <w:t>vt 0.064150 0.217420</w:t>
        <w:br/>
        <w:t>vt 0.062090 0.231450</w:t>
        <w:br/>
        <w:t>vt 0.091690 0.227810</w:t>
        <w:br/>
        <w:t>vt 0.088680 0.207410</w:t>
        <w:br/>
        <w:t>vt 0.868690 0.080940</w:t>
        <w:br/>
        <w:t>vt 0.101210 0.094250</w:t>
        <w:br/>
        <w:t>vt 0.091740 0.101190</w:t>
        <w:br/>
        <w:t>vt 0.094900 0.132680</w:t>
        <w:br/>
        <w:t>vt 0.103190 0.133800</w:t>
        <w:br/>
        <w:t>vt 0.114300 0.107260</w:t>
        <w:br/>
        <w:t>vt 0.101210 0.094250</w:t>
        <w:br/>
        <w:t>vt 0.103190 0.133800</w:t>
        <w:br/>
        <w:t>vt 0.112130 0.142140</w:t>
        <w:br/>
        <w:t>vt 0.069310 0.181910</w:t>
        <w:br/>
        <w:t>vt 0.067070 0.197700</w:t>
        <w:br/>
        <w:t>vt 0.086010 0.188800</w:t>
        <w:br/>
        <w:t>vt 0.083590 0.172240</w:t>
        <w:br/>
        <w:t>vt 0.099130 0.174950</w:t>
        <w:br/>
        <w:t>vt 0.108970 0.254220</w:t>
        <w:br/>
        <w:t>vt 0.105230 0.167760</w:t>
        <w:br/>
        <w:t>vt 0.105230 0.167760</w:t>
        <w:br/>
        <w:t>vt 0.108970 0.254220</w:t>
        <w:br/>
        <w:t>vt 0.111080 0.175110</w:t>
        <w:br/>
        <w:t>vt 0.082210 0.156550</w:t>
        <w:br/>
        <w:t>vt 0.078590 0.118840</w:t>
        <w:br/>
        <w:t>vt 0.072710 0.160930</w:t>
        <w:br/>
        <w:t>vt 0.927250 0.160170</w:t>
        <w:br/>
        <w:t>vt 0.926360 0.166780</w:t>
        <w:br/>
        <w:t>vt 0.956130 0.168530</w:t>
        <w:br/>
        <w:t>vt 0.745310 0.174240</w:t>
        <w:br/>
        <w:t>vt 0.051270 0.904350</w:t>
        <w:br/>
        <w:t>vt 0.042100 0.903830</w:t>
        <w:br/>
        <w:t>vt 0.037960 0.877610</w:t>
        <w:br/>
        <w:t>vt 0.051970 0.910340</w:t>
        <w:br/>
        <w:t>vt 0.051270 0.904350</w:t>
        <w:br/>
        <w:t>vt 0.060450 0.904860</w:t>
        <w:br/>
        <w:t>vt 0.046640 0.834660</w:t>
        <w:br/>
        <w:t>vt 0.048110 0.853640</w:t>
        <w:br/>
        <w:t>vt 0.041030 0.853170</w:t>
        <w:br/>
        <w:t>vt 0.055190 0.854110</w:t>
        <w:br/>
        <w:t>vt 0.058910 0.870520</w:t>
        <w:br/>
        <w:t>vt 0.040010 0.868930</w:t>
        <w:br/>
        <w:t>vt 0.061080 0.882070</w:t>
        <w:br/>
        <w:t>vt 0.150610 0.971530</w:t>
        <w:br/>
        <w:t>vt 0.192070 0.974310</w:t>
        <w:br/>
        <w:t>vt 0.150080 0.976500</w:t>
        <w:br/>
        <w:t>vt 0.097110 0.965300</w:t>
        <w:br/>
        <w:t>vt 0.096160 0.973180</w:t>
        <w:br/>
        <w:t>vt 0.079720 0.968730</w:t>
        <w:br/>
        <w:t>vt 0.062350 0.971180</w:t>
        <w:br/>
        <w:t>vt 0.061920 0.965780</w:t>
        <w:br/>
        <w:t>vt 0.079980 0.962570</w:t>
        <w:br/>
        <w:t>vt 0.029440 0.979300</w:t>
        <w:br/>
        <w:t>vt 0.045890 0.975240</w:t>
        <w:br/>
        <w:t>vt 0.046110 0.977940</w:t>
        <w:br/>
        <w:t>vt 0.079460 0.974880</w:t>
        <w:br/>
        <w:t>vt 0.098050 0.957420</w:t>
        <w:br/>
        <w:t>vt 0.062770 0.976590</w:t>
        <w:br/>
        <w:t>vt 0.151140 0.966560</w:t>
        <w:br/>
        <w:t>vt 0.150610 0.971530</w:t>
        <w:br/>
        <w:t>vt 0.192070 0.974310</w:t>
        <w:br/>
        <w:t>vt 0.045680 0.972540</w:t>
        <w:br/>
        <w:t>vt 0.776430 0.068140</w:t>
        <w:br/>
        <w:t>vt 0.782140 0.049450</w:t>
        <w:br/>
        <w:t>vt 0.053660 0.924880</w:t>
        <w:br/>
        <w:t>vt 0.053660 0.924880</w:t>
        <w:br/>
        <w:t>vt 0.725920 0.107730</w:t>
        <w:br/>
        <w:t>vt 0.720630 0.116740</w:t>
        <w:br/>
        <w:t>vt 0.735150 0.127280</w:t>
        <w:br/>
        <w:t>vt 0.741530 0.125590</w:t>
        <w:br/>
        <w:t>vt 0.735150 0.127280</w:t>
        <w:br/>
        <w:t>vt 0.720630 0.116740</w:t>
        <w:br/>
        <w:t>vt 0.725920 0.107730</w:t>
        <w:br/>
        <w:t>vt 0.741530 0.125590</w:t>
        <w:br/>
        <w:t>vt 0.706370 0.096780</w:t>
        <w:br/>
        <w:t>vt 0.706370 0.096780</w:t>
        <w:br/>
        <w:t>vt 0.308160 0.061260</w:t>
        <w:br/>
        <w:t>vt 0.305980 0.059210</w:t>
        <w:br/>
        <w:t>vt 0.304440 0.054550</w:t>
        <w:br/>
        <w:t>vt 0.307720 0.058820</w:t>
        <w:br/>
        <w:t>vt 0.365770 0.061890</w:t>
        <w:br/>
        <w:t>vt 0.352340 0.056100</w:t>
        <w:br/>
        <w:t>vt 0.355350 0.039630</w:t>
        <w:br/>
        <w:t>vt 0.368480 0.034720</w:t>
        <w:br/>
        <w:t>vt 0.345610 0.042190</w:t>
        <w:br/>
        <w:t>vt 0.342620 0.051410</w:t>
        <w:br/>
        <w:t>vt 0.336640 0.049820</w:t>
        <w:br/>
        <w:t>vt 0.339540 0.043230</w:t>
        <w:br/>
        <w:t>vt 0.337300 0.039010</w:t>
        <w:br/>
        <w:t>vt 0.343630 0.035460</w:t>
        <w:br/>
        <w:t>vt 0.330310 0.043930</w:t>
        <w:br/>
        <w:t>vt 0.336040 0.034140</w:t>
        <w:br/>
        <w:t>vt 0.335080 0.029920</w:t>
        <w:br/>
        <w:t>vt 0.327880 0.038480</w:t>
        <w:br/>
        <w:t>vt 0.326670 0.031140</w:t>
        <w:br/>
        <w:t>vt 0.325350 0.023950</w:t>
        <w:br/>
        <w:t>vt 0.336590 0.023320</w:t>
        <w:br/>
        <w:t>vt 0.326440 0.004250</w:t>
        <w:br/>
        <w:t>vt 0.340110 0.007470</w:t>
        <w:br/>
        <w:t>vt 0.309840 0.088690</w:t>
        <w:br/>
        <w:t>vt 0.310210 0.092300</w:t>
        <w:br/>
        <w:t>vt 0.306910 0.093000</w:t>
        <w:br/>
        <w:t>vt 0.306820 0.088950</w:t>
        <w:br/>
        <w:t>vt 0.317310 0.091280</w:t>
        <w:br/>
        <w:t>vt 0.314920 0.086180</w:t>
        <w:br/>
        <w:t>vt 0.311690 0.079030</w:t>
        <w:br/>
        <w:t>vt 0.310690 0.084220</w:t>
        <w:br/>
        <w:t>vt 0.306700 0.084310</w:t>
        <w:br/>
        <w:t>vt 0.306200 0.079580</w:t>
        <w:br/>
        <w:t>vt 0.325350 0.082510</w:t>
        <w:br/>
        <w:t>vt 0.327740 0.089240</w:t>
        <w:br/>
        <w:t>vt 0.305980 0.059210</w:t>
        <w:br/>
        <w:t>vt 0.307710 0.063160</w:t>
        <w:br/>
        <w:t>vt 0.304930 0.063920</w:t>
        <w:br/>
        <w:t>vt 0.304180 0.056950</w:t>
        <w:br/>
        <w:t>vt 0.313820 0.076520</w:t>
        <w:br/>
        <w:t>vt 0.335520 0.076860</w:t>
        <w:br/>
        <w:t>vt 0.338670 0.085850</w:t>
        <w:br/>
        <w:t>vt 0.345050 0.066880</w:t>
        <w:br/>
        <w:t>vt 0.352830 0.077390</w:t>
        <w:br/>
        <w:t>vt 0.323980 0.074370</w:t>
        <w:br/>
        <w:t>vt 0.312820 0.069960</w:t>
        <w:br/>
        <w:t>vt 0.329680 0.066450</w:t>
        <w:br/>
        <w:t>vt 0.338370 0.058130</w:t>
        <w:br/>
        <w:t>vt 0.333160 0.054300</w:t>
        <w:br/>
        <w:t>vt 0.325040 0.059560</w:t>
        <w:br/>
        <w:t>vt 0.321550 0.067260</w:t>
        <w:br/>
        <w:t>vt 0.318640 0.061970</w:t>
        <w:br/>
        <w:t>vt 0.325570 0.047900</w:t>
        <w:br/>
        <w:t>vt 0.314620 0.058060</w:t>
        <w:br/>
        <w:t>vt 0.321780 0.055020</w:t>
        <w:br/>
        <w:t>vt 0.311230 0.063940</w:t>
        <w:br/>
        <w:t>vt 0.308160 0.061260</w:t>
        <w:br/>
        <w:t>vt 0.321760 0.043570</w:t>
        <w:br/>
        <w:t>vt 0.316080 0.049230</w:t>
        <w:br/>
        <w:t>vt 0.317410 0.034550</w:t>
        <w:br/>
        <w:t>vt 0.311990 0.038430</w:t>
        <w:br/>
        <w:t>vt 0.316220 0.025610</w:t>
        <w:br/>
        <w:t>vt 0.310770 0.028260</w:t>
        <w:br/>
        <w:t>vt 0.312270 0.004630</w:t>
        <w:br/>
        <w:t>vt 0.303010 0.006260</w:t>
        <w:br/>
        <w:t>vt 0.306250 0.033280</w:t>
        <w:br/>
        <w:t>vt 0.304270 0.027110</w:t>
        <w:br/>
        <w:t>vt 0.295640 0.008210</w:t>
        <w:br/>
        <w:t>vt 0.304060 0.046530</w:t>
        <w:br/>
        <w:t>vt 0.301120 0.036640</w:t>
        <w:br/>
        <w:t>vt 0.301120 0.032690</w:t>
        <w:br/>
        <w:t>vt 0.300320 0.037710</w:t>
        <w:br/>
        <w:t>vt 0.297880 0.034520</w:t>
        <w:br/>
        <w:t>vt 0.288070 0.025420</w:t>
        <w:br/>
        <w:t>vt 0.284090 0.019360</w:t>
        <w:br/>
        <w:t>vt 0.289260 0.018700</w:t>
        <w:br/>
        <w:t>vt 0.299850 0.030100</w:t>
        <w:br/>
        <w:t>vt 0.281120 0.013650</w:t>
        <w:br/>
        <w:t>vt 0.284880 0.011700</w:t>
        <w:br/>
        <w:t>vt 0.300640 0.031540</w:t>
        <w:br/>
        <w:t>vt 0.292810 0.030170</w:t>
        <w:br/>
        <w:t>vt 0.349370 0.028660</w:t>
        <w:br/>
        <w:t>vt 0.358730 0.018320</w:t>
        <w:br/>
        <w:t>vt 0.308950 0.067950</w:t>
        <w:br/>
        <w:t>vt 0.309860 0.073520</w:t>
        <w:br/>
        <w:t>vt 0.306130 0.074020</w:t>
        <w:br/>
        <w:t>vt 0.304940 0.068900</w:t>
        <w:br/>
        <w:t>vt 0.308160 0.061260</w:t>
        <w:br/>
        <w:t>vt 0.310940 0.054900</w:t>
        <w:br/>
        <w:t>vt 0.303760 0.035760</w:t>
        <w:br/>
        <w:t>vt 0.301600 0.029740</w:t>
        <w:br/>
        <w:t>vt 0.290040 0.009900</w:t>
        <w:br/>
        <w:t>vt 0.302450 0.048250</w:t>
        <w:br/>
        <w:t>vt 0.301360 0.043140</w:t>
        <w:br/>
        <w:t>vt 0.308460 0.038880</w:t>
        <w:br/>
        <w:t>vt 0.310940 0.054900</w:t>
        <w:br/>
        <w:t>vt 0.307720 0.058820</w:t>
        <w:br/>
        <w:t>vt 0.305580 0.052420</w:t>
        <w:br/>
        <w:t>vt 0.304440 0.054550</w:t>
        <w:br/>
        <w:t>vt 0.302090 0.048920</w:t>
        <w:br/>
        <w:t>vt 0.355350 0.039630</w:t>
        <w:br/>
        <w:t>vt 0.352340 0.056100</w:t>
        <w:br/>
        <w:t>vt 0.345610 0.042190</w:t>
        <w:br/>
        <w:t>vt 0.342620 0.051410</w:t>
        <w:br/>
        <w:t>vt 0.339540 0.043230</w:t>
        <w:br/>
        <w:t>vt 0.336640 0.049820</w:t>
        <w:br/>
        <w:t>vt 0.343630 0.035460</w:t>
        <w:br/>
        <w:t>vt 0.337300 0.039010</w:t>
        <w:br/>
        <w:t>vt 0.330310 0.043930</w:t>
        <w:br/>
        <w:t>vt 0.336040 0.034140</w:t>
        <w:br/>
        <w:t>vt 0.335080 0.029920</w:t>
        <w:br/>
        <w:t>vt 0.327880 0.038480</w:t>
        <w:br/>
        <w:t>vt 0.326670 0.031140</w:t>
        <w:br/>
        <w:t>vt 0.336590 0.023320</w:t>
        <w:br/>
        <w:t>vt 0.325350 0.023950</w:t>
        <w:br/>
        <w:t>vt 0.309840 0.088690</w:t>
        <w:br/>
        <w:t>vt 0.306820 0.088950</w:t>
        <w:br/>
        <w:t>vt 0.314920 0.086180</w:t>
        <w:br/>
        <w:t>vt 0.311690 0.079030</w:t>
        <w:br/>
        <w:t>vt 0.306200 0.079580</w:t>
        <w:br/>
        <w:t>vt 0.306700 0.084310</w:t>
        <w:br/>
        <w:t>vt 0.310690 0.084220</w:t>
        <w:br/>
        <w:t>vt 0.325350 0.082510</w:t>
        <w:br/>
        <w:t>vt 0.305980 0.059210</w:t>
        <w:br/>
        <w:t>vt 0.304180 0.056950</w:t>
        <w:br/>
        <w:t>vt 0.304930 0.063920</w:t>
        <w:br/>
        <w:t>vt 0.307710 0.063160</w:t>
        <w:br/>
        <w:t>vt 0.313820 0.076520</w:t>
        <w:br/>
        <w:t>vt 0.335520 0.076860</w:t>
        <w:br/>
        <w:t>vt 0.345050 0.066880</w:t>
        <w:br/>
        <w:t>vt 0.323980 0.074370</w:t>
        <w:br/>
        <w:t>vt 0.312820 0.069960</w:t>
        <w:br/>
        <w:t>vt 0.338370 0.058130</w:t>
        <w:br/>
        <w:t>vt 0.329680 0.066450</w:t>
        <w:br/>
        <w:t>vt 0.333160 0.054300</w:t>
        <w:br/>
        <w:t>vt 0.325040 0.059560</w:t>
        <w:br/>
        <w:t>vt 0.318640 0.061970</w:t>
        <w:br/>
        <w:t>vt 0.321550 0.067260</w:t>
        <w:br/>
        <w:t>vt 0.325570 0.047900</w:t>
        <w:br/>
        <w:t>vt 0.314620 0.058060</w:t>
        <w:br/>
        <w:t>vt 0.321780 0.055020</w:t>
        <w:br/>
        <w:t>vt 0.311230 0.063940</w:t>
        <w:br/>
        <w:t>vt 0.321760 0.043570</w:t>
        <w:br/>
        <w:t>vt 0.316080 0.049230</w:t>
        <w:br/>
        <w:t>vt 0.317410 0.034550</w:t>
        <w:br/>
        <w:t>vt 0.311990 0.038430</w:t>
        <w:br/>
        <w:t>vt 0.316220 0.025610</w:t>
        <w:br/>
        <w:t>vt 0.310770 0.028260</w:t>
        <w:br/>
        <w:t>vt 0.306250 0.033280</w:t>
        <w:br/>
        <w:t>vt 0.304270 0.027110</w:t>
        <w:br/>
        <w:t>vt 0.304060 0.046530</w:t>
        <w:br/>
        <w:t>vt 0.301120 0.032690</w:t>
        <w:br/>
        <w:t>vt 0.301120 0.036640</w:t>
        <w:br/>
        <w:t>vt 0.297880 0.034520</w:t>
        <w:br/>
        <w:t>vt 0.300320 0.037710</w:t>
        <w:br/>
        <w:t>vt 0.288070 0.025420</w:t>
        <w:br/>
        <w:t>vt 0.299850 0.030100</w:t>
        <w:br/>
        <w:t>vt 0.289260 0.018700</w:t>
        <w:br/>
        <w:t>vt 0.284090 0.019360</w:t>
        <w:br/>
        <w:t>vt 0.292810 0.030170</w:t>
        <w:br/>
        <w:t>vt 0.300640 0.031540</w:t>
        <w:br/>
        <w:t>vt 0.349370 0.028660</w:t>
        <w:br/>
        <w:t>vt 0.308950 0.067950</w:t>
        <w:br/>
        <w:t>vt 0.304940 0.068900</w:t>
        <w:br/>
        <w:t>vt 0.306130 0.074020</w:t>
        <w:br/>
        <w:t>vt 0.309860 0.073520</w:t>
        <w:br/>
        <w:t>vt 0.310940 0.054900</w:t>
        <w:br/>
        <w:t>vt 0.301600 0.029740</w:t>
        <w:br/>
        <w:t>vt 0.303760 0.035760</w:t>
        <w:br/>
        <w:t>vt 0.301360 0.043140</w:t>
        <w:br/>
        <w:t>vt 0.302450 0.048250</w:t>
        <w:br/>
        <w:t>vt 0.308460 0.038880</w:t>
        <w:br/>
        <w:t>vt 0.310940 0.054900</w:t>
        <w:br/>
        <w:t>vt 0.305580 0.052420</w:t>
        <w:br/>
        <w:t>vt 0.307720 0.058820</w:t>
        <w:br/>
        <w:t>vt 0.302090 0.048920</w:t>
        <w:br/>
        <w:t>vt 0.304440 0.054550</w:t>
        <w:br/>
        <w:t>vt 0.308160 0.061260</w:t>
        <w:br/>
        <w:t>vt 0.777990 0.237460</w:t>
        <w:br/>
        <w:t>vt 0.758540 0.237460</w:t>
        <w:br/>
        <w:t>vt 0.758540 0.219450</w:t>
        <w:br/>
        <w:t>vt 0.777990 0.219450</w:t>
        <w:br/>
        <w:t>vt 0.788070 0.219450</w:t>
        <w:br/>
        <w:t>vt 0.788070 0.237460</w:t>
        <w:br/>
        <w:t>vt 0.795500 0.219450</w:t>
        <w:br/>
        <w:t>vt 0.795500 0.237460</w:t>
        <w:br/>
        <w:t>vt 0.803140 0.219450</w:t>
        <w:br/>
        <w:t>vt 0.803140 0.237460</w:t>
        <w:br/>
        <w:t>vt 0.813330 0.219450</w:t>
        <w:br/>
        <w:t>vt 0.813330 0.237460</w:t>
        <w:br/>
        <w:t>vt 0.836110 0.219450</w:t>
        <w:br/>
        <w:t>vt 0.836110 0.237460</w:t>
        <w:br/>
        <w:t>vt 0.825440 0.237460</w:t>
        <w:br/>
        <w:t>vt 0.825440 0.219450</w:t>
        <w:br/>
        <w:t>vt 0.825440 0.210050</w:t>
        <w:br/>
        <w:t>vt 0.836110 0.210050</w:t>
        <w:br/>
        <w:t>vt 0.836110 0.219450</w:t>
        <w:br/>
        <w:t>vt 0.825440 0.219450</w:t>
        <w:br/>
        <w:t>vt 0.813330 0.210050</w:t>
        <w:br/>
        <w:t>vt 0.813330 0.219450</w:t>
        <w:br/>
        <w:t>vt 0.803140 0.219450</w:t>
        <w:br/>
        <w:t>vt 0.803140 0.210050</w:t>
        <w:br/>
        <w:t>vt 0.795500 0.219450</w:t>
        <w:br/>
        <w:t>vt 0.795500 0.210050</w:t>
        <w:br/>
        <w:t>vt 0.788070 0.219450</w:t>
        <w:br/>
        <w:t>vt 0.788070 0.210050</w:t>
        <w:br/>
        <w:t>vt 0.777990 0.219450</w:t>
        <w:br/>
        <w:t>vt 0.777990 0.210050</w:t>
        <w:br/>
        <w:t>vt 0.758540 0.219450</w:t>
        <w:br/>
        <w:t>vt 0.758540 0.210050</w:t>
        <w:br/>
        <w:t>vt 0.758540 0.210050</w:t>
        <w:br/>
        <w:t>vt 0.758540 0.191720</w:t>
        <w:br/>
        <w:t>vt 0.777990 0.191720</w:t>
        <w:br/>
        <w:t>vt 0.777990 0.210050</w:t>
        <w:br/>
        <w:t>vt 0.788070 0.191720</w:t>
        <w:br/>
        <w:t>vt 0.788070 0.210050</w:t>
        <w:br/>
        <w:t>vt 0.795500 0.210050</w:t>
        <w:br/>
        <w:t>vt 0.795500 0.191720</w:t>
        <w:br/>
        <w:t>vt 0.803140 0.210050</w:t>
        <w:br/>
        <w:t>vt 0.803140 0.191720</w:t>
        <w:br/>
        <w:t>vt 0.813330 0.210050</w:t>
        <w:br/>
        <w:t>vt 0.813330 0.191720</w:t>
        <w:br/>
        <w:t>vt 0.825440 0.191720</w:t>
        <w:br/>
        <w:t>vt 0.836110 0.191720</w:t>
        <w:br/>
        <w:t>vt 0.836110 0.210050</w:t>
        <w:br/>
        <w:t>vt 0.825440 0.210050</w:t>
        <w:br/>
        <w:t>vt 0.758540 0.219450</w:t>
        <w:br/>
        <w:t>vt 0.758540 0.237460</w:t>
        <w:br/>
        <w:t>vt 0.777990 0.237460</w:t>
        <w:br/>
        <w:t>vt 0.777990 0.219450</w:t>
        <w:br/>
        <w:t>vt 0.788070 0.237460</w:t>
        <w:br/>
        <w:t>vt 0.788070 0.219450</w:t>
        <w:br/>
        <w:t>vt 0.795500 0.237460</w:t>
        <w:br/>
        <w:t>vt 0.795500 0.219450</w:t>
        <w:br/>
        <w:t>vt 0.803140 0.237460</w:t>
        <w:br/>
        <w:t>vt 0.803140 0.219450</w:t>
        <w:br/>
        <w:t>vt 0.813330 0.237460</w:t>
        <w:br/>
        <w:t>vt 0.813330 0.219450</w:t>
        <w:br/>
        <w:t>vt 0.825440 0.219450</w:t>
        <w:br/>
        <w:t>vt 0.825440 0.237460</w:t>
        <w:br/>
        <w:t>vt 0.825440 0.210050</w:t>
        <w:br/>
        <w:t>vt 0.825440 0.219450</w:t>
        <w:br/>
        <w:t>vt 0.813330 0.210050</w:t>
        <w:br/>
        <w:t>vt 0.813330 0.219450</w:t>
        <w:br/>
        <w:t>vt 0.803140 0.210050</w:t>
        <w:br/>
        <w:t>vt 0.803140 0.219450</w:t>
        <w:br/>
        <w:t>vt 0.795500 0.210050</w:t>
        <w:br/>
        <w:t>vt 0.795500 0.219450</w:t>
        <w:br/>
        <w:t>vt 0.788070 0.210050</w:t>
        <w:br/>
        <w:t>vt 0.788070 0.219450</w:t>
        <w:br/>
        <w:t>vt 0.777990 0.210050</w:t>
        <w:br/>
        <w:t>vt 0.777990 0.219450</w:t>
        <w:br/>
        <w:t>vt 0.758540 0.210050</w:t>
        <w:br/>
        <w:t>vt 0.758540 0.219450</w:t>
        <w:br/>
        <w:t>vt 0.777990 0.191720</w:t>
        <w:br/>
        <w:t>vt 0.758540 0.191720</w:t>
        <w:br/>
        <w:t>vt 0.758540 0.210050</w:t>
        <w:br/>
        <w:t>vt 0.777990 0.210050</w:t>
        <w:br/>
        <w:t>vt 0.788070 0.191720</w:t>
        <w:br/>
        <w:t>vt 0.788070 0.210050</w:t>
        <w:br/>
        <w:t>vt 0.795500 0.210050</w:t>
        <w:br/>
        <w:t>vt 0.795500 0.191720</w:t>
        <w:br/>
        <w:t>vt 0.803140 0.210050</w:t>
        <w:br/>
        <w:t>vt 0.803140 0.191720</w:t>
        <w:br/>
        <w:t>vt 0.813330 0.210050</w:t>
        <w:br/>
        <w:t>vt 0.813330 0.191720</w:t>
        <w:br/>
        <w:t>vt 0.825440 0.191720</w:t>
        <w:br/>
        <w:t>vt 0.825440 0.210050</w:t>
        <w:br/>
        <w:t>vt 0.705160 0.142200</w:t>
        <w:br/>
        <w:t>vt 0.705160 0.160310</w:t>
        <w:br/>
        <w:t>vt 0.697150 0.160310</w:t>
        <w:br/>
        <w:t>vt 0.697150 0.142200</w:t>
        <w:br/>
        <w:t>vt 0.645840 0.131600</w:t>
        <w:br/>
        <w:t>vt 0.626620 0.131600</w:t>
        <w:br/>
        <w:t>vt 0.626620 0.112670</w:t>
        <w:br/>
        <w:t>vt 0.645840 0.112670</w:t>
        <w:br/>
        <w:t>vt 0.657010 0.112670</w:t>
        <w:br/>
        <w:t>vt 0.657010 0.131600</w:t>
        <w:br/>
        <w:t>vt 0.665450 0.131600</w:t>
        <w:br/>
        <w:t>vt 0.665450 0.112670</w:t>
        <w:br/>
        <w:t>vt 0.674920 0.131600</w:t>
        <w:br/>
        <w:t>vt 0.674920 0.112670</w:t>
        <w:br/>
        <w:t>vt 0.686390 0.112670</w:t>
        <w:br/>
        <w:t>vt 0.686390 0.131600</w:t>
        <w:br/>
        <w:t>vt 0.705160 0.131600</w:t>
        <w:br/>
        <w:t>vt 0.697150 0.131600</w:t>
        <w:br/>
        <w:t>vt 0.697150 0.112670</w:t>
        <w:br/>
        <w:t>vt 0.705160 0.112670</w:t>
        <w:br/>
        <w:t>vt 0.626620 0.160310</w:t>
        <w:br/>
        <w:t>vt 0.626620 0.142200</w:t>
        <w:br/>
        <w:t>vt 0.645840 0.142200</w:t>
        <w:br/>
        <w:t>vt 0.645840 0.160310</w:t>
        <w:br/>
        <w:t>vt 0.657010 0.142200</w:t>
        <w:br/>
        <w:t>vt 0.657010 0.160310</w:t>
        <w:br/>
        <w:t>vt 0.665450 0.142200</w:t>
        <w:br/>
        <w:t>vt 0.665450 0.160310</w:t>
        <w:br/>
        <w:t>vt 0.674920 0.142200</w:t>
        <w:br/>
        <w:t>vt 0.674920 0.160310</w:t>
        <w:br/>
        <w:t>vt 0.686390 0.142200</w:t>
        <w:br/>
        <w:t>vt 0.686390 0.160310</w:t>
        <w:br/>
        <w:t>vt 0.626620 0.142200</w:t>
        <w:br/>
        <w:t>vt 0.626620 0.131600</w:t>
        <w:br/>
        <w:t>vt 0.645840 0.131600</w:t>
        <w:br/>
        <w:t>vt 0.645840 0.142200</w:t>
        <w:br/>
        <w:t>vt 0.657010 0.131600</w:t>
        <w:br/>
        <w:t>vt 0.657010 0.142200</w:t>
        <w:br/>
        <w:t>vt 0.665450 0.131600</w:t>
        <w:br/>
        <w:t>vt 0.665450 0.142200</w:t>
        <w:br/>
        <w:t>vt 0.674920 0.131600</w:t>
        <w:br/>
        <w:t>vt 0.674920 0.142200</w:t>
        <w:br/>
        <w:t>vt 0.686390 0.131600</w:t>
        <w:br/>
        <w:t>vt 0.686390 0.142200</w:t>
        <w:br/>
        <w:t>vt 0.697150 0.131600</w:t>
        <w:br/>
        <w:t>vt 0.697150 0.142200</w:t>
        <w:br/>
        <w:t>vt 0.705160 0.131600</w:t>
        <w:br/>
        <w:t>vt 0.705160 0.142200</w:t>
        <w:br/>
        <w:t>vt 0.697150 0.142200</w:t>
        <w:br/>
        <w:t>vt 0.697150 0.160310</w:t>
        <w:br/>
        <w:t>vt 0.645840 0.131600</w:t>
        <w:br/>
        <w:t>vt 0.645840 0.112670</w:t>
        <w:br/>
        <w:t>vt 0.626620 0.112670</w:t>
        <w:br/>
        <w:t>vt 0.626620 0.131600</w:t>
        <w:br/>
        <w:t>vt 0.657010 0.131600</w:t>
        <w:br/>
        <w:t>vt 0.657010 0.112670</w:t>
        <w:br/>
        <w:t>vt 0.665450 0.131600</w:t>
        <w:br/>
        <w:t>vt 0.665450 0.112670</w:t>
        <w:br/>
        <w:t>vt 0.674920 0.131600</w:t>
        <w:br/>
        <w:t>vt 0.674920 0.112670</w:t>
        <w:br/>
        <w:t>vt 0.686390 0.131600</w:t>
        <w:br/>
        <w:t>vt 0.686390 0.112670</w:t>
        <w:br/>
        <w:t>vt 0.697150 0.112670</w:t>
        <w:br/>
        <w:t>vt 0.697150 0.131600</w:t>
        <w:br/>
        <w:t>vt 0.626620 0.160310</w:t>
        <w:br/>
        <w:t>vt 0.645840 0.160310</w:t>
        <w:br/>
        <w:t>vt 0.645840 0.142200</w:t>
        <w:br/>
        <w:t>vt 0.626620 0.142200</w:t>
        <w:br/>
        <w:t>vt 0.657010 0.160310</w:t>
        <w:br/>
        <w:t>vt 0.657010 0.142200</w:t>
        <w:br/>
        <w:t>vt 0.665450 0.160310</w:t>
        <w:br/>
        <w:t>vt 0.665450 0.142200</w:t>
        <w:br/>
        <w:t>vt 0.674920 0.142200</w:t>
        <w:br/>
        <w:t>vt 0.674920 0.160310</w:t>
        <w:br/>
        <w:t>vt 0.686390 0.142200</w:t>
        <w:br/>
        <w:t>vt 0.686390 0.160310</w:t>
        <w:br/>
        <w:t>vt 0.645840 0.131600</w:t>
        <w:br/>
        <w:t>vt 0.626620 0.131600</w:t>
        <w:br/>
        <w:t>vt 0.626620 0.142200</w:t>
        <w:br/>
        <w:t>vt 0.645840 0.142200</w:t>
        <w:br/>
        <w:t>vt 0.657010 0.142200</w:t>
        <w:br/>
        <w:t>vt 0.657010 0.131600</w:t>
        <w:br/>
        <w:t>vt 0.665450 0.142200</w:t>
        <w:br/>
        <w:t>vt 0.665450 0.131600</w:t>
        <w:br/>
        <w:t>vt 0.674920 0.131600</w:t>
        <w:br/>
        <w:t>vt 0.674920 0.142200</w:t>
        <w:br/>
        <w:t>vt 0.686390 0.131600</w:t>
        <w:br/>
        <w:t>vt 0.686390 0.142200</w:t>
        <w:br/>
        <w:t>vt 0.697150 0.131600</w:t>
        <w:br/>
        <w:t>vt 0.697150 0.142200</w:t>
        <w:br/>
        <w:t>vt 0.264930 0.119510</w:t>
        <w:br/>
        <w:t>vt 0.264930 0.103200</w:t>
        <w:br/>
        <w:t>vt 0.246630 0.107310</w:t>
        <w:br/>
        <w:t>vt 0.245570 0.119510</w:t>
        <w:br/>
        <w:t>vt 0.234030 0.109040</w:t>
        <w:br/>
        <w:t>vt 0.233500 0.120440</w:t>
        <w:br/>
        <w:t>vt 0.222490 0.109170</w:t>
        <w:br/>
        <w:t>vt 0.222220 0.120180</w:t>
        <w:br/>
        <w:t>vt 0.213340 0.119380</w:t>
        <w:br/>
        <w:t>vt 0.213200 0.108770</w:t>
        <w:br/>
        <w:t>vt 0.202060 0.117660</w:t>
        <w:br/>
        <w:t>vt 0.201530 0.107970</w:t>
        <w:br/>
        <w:t>vt 0.190390 0.107440</w:t>
        <w:br/>
        <w:t>vt 0.191450 0.115140</w:t>
        <w:br/>
        <w:t>vt 0.182030 0.106910</w:t>
        <w:br/>
        <w:t>vt 0.183360 0.112880</w:t>
        <w:br/>
        <w:t>vt 0.175140 0.105850</w:t>
        <w:br/>
        <w:t>vt 0.177130 0.111160</w:t>
        <w:br/>
        <w:t>vt 0.169170 0.109830</w:t>
        <w:br/>
        <w:t>vt 0.167580 0.104390</w:t>
        <w:br/>
        <w:t>vt 0.157500 0.102670</w:t>
        <w:br/>
        <w:t>vt 0.160680 0.109830</w:t>
        <w:br/>
        <w:t>vt 0.140520 0.110760</w:t>
        <w:br/>
        <w:t>vt 0.129910 0.094440</w:t>
        <w:br/>
        <w:t>vt 0.126330 0.109300</w:t>
        <w:br/>
        <w:t>vt 0.140520 0.110760</w:t>
        <w:br/>
        <w:t>vt 0.126330 0.109300</w:t>
        <w:br/>
        <w:t>vt 0.126730 0.119780</w:t>
        <w:br/>
        <w:t>vt 0.142910 0.119780</w:t>
        <w:br/>
        <w:t>vt 0.131630 0.135830</w:t>
        <w:br/>
        <w:t>vt 0.148340 0.131050</w:t>
        <w:br/>
        <w:t>vt 0.169430 0.118720</w:t>
        <w:br/>
        <w:t>vt 0.163860 0.113410</w:t>
        <w:br/>
        <w:t>vt 0.138930 0.148690</w:t>
        <w:br/>
        <w:t>vt 0.154580 0.140740</w:t>
        <w:br/>
        <w:t>vt 0.138530 0.078660</w:t>
        <w:br/>
        <w:t>vt 0.134290 0.085430</w:t>
        <w:br/>
        <w:t>vt 0.160680 0.099880</w:t>
        <w:br/>
        <w:t>vt 0.165590 0.097100</w:t>
        <w:br/>
        <w:t>vt 0.169170 0.109830</w:t>
        <w:br/>
        <w:t>vt 0.160680 0.109830</w:t>
        <w:br/>
        <w:t>vt 0.151930 0.163020</w:t>
        <w:br/>
        <w:t>vt 0.166120 0.151480</w:t>
        <w:br/>
        <w:t>vt 0.174740 0.124420</w:t>
        <w:br/>
        <w:t>vt 0.169170 0.175090</w:t>
        <w:br/>
        <w:t>vt 0.180840 0.160630</w:t>
        <w:br/>
        <w:t>vt 0.183360 0.112880</w:t>
        <w:br/>
        <w:t>vt 0.182960 0.131450</w:t>
        <w:br/>
        <w:t>vt 0.191450 0.115140</w:t>
        <w:br/>
        <w:t>vt 0.193840 0.138880</w:t>
        <w:br/>
        <w:t>vt 0.189460 0.183840</w:t>
        <w:br/>
        <w:t>vt 0.197290 0.167790</w:t>
        <w:br/>
        <w:t>vt 0.202060 0.117660</w:t>
        <w:br/>
        <w:t>vt 0.206170 0.144580</w:t>
        <w:br/>
        <w:t>vt 0.207240 0.188490</w:t>
        <w:br/>
        <w:t>vt 0.211220 0.172040</w:t>
        <w:br/>
        <w:t>vt 0.216520 0.148430</w:t>
        <w:br/>
        <w:t>vt 0.231110 0.151480</w:t>
        <w:br/>
        <w:t>vt 0.233500 0.120440</w:t>
        <w:br/>
        <w:t>vt 0.228990 0.175750</w:t>
        <w:br/>
        <w:t>vt 0.245570 0.119510</w:t>
        <w:br/>
        <w:t>vt 0.245570 0.152280</w:t>
        <w:br/>
        <w:t>vt 0.228990 0.191270</w:t>
        <w:br/>
        <w:t>vt 0.245570 0.178270</w:t>
        <w:br/>
        <w:t>vt 0.264930 0.151350</w:t>
        <w:br/>
        <w:t>vt 0.264930 0.119510</w:t>
        <w:br/>
        <w:t>vt 0.247290 0.192730</w:t>
        <w:br/>
        <w:t>vt 0.264930 0.181060</w:t>
        <w:br/>
        <w:t>vt 0.264930 0.069110</w:t>
        <w:br/>
        <w:t>vt 0.264930 0.020040</w:t>
        <w:br/>
        <w:t>vt 0.242520 0.027600</w:t>
        <w:br/>
        <w:t>vt 0.247430 0.075210</w:t>
        <w:br/>
        <w:t>vt 0.233100 0.079330</w:t>
        <w:br/>
        <w:t>vt 0.234030 0.109040</w:t>
        <w:br/>
        <w:t>vt 0.226070 0.033300</w:t>
        <w:br/>
        <w:t>vt 0.208170 0.038870</w:t>
        <w:br/>
        <w:t>vt 0.217580 0.083830</w:t>
        <w:br/>
        <w:t>vt 0.222490 0.109170</w:t>
        <w:br/>
        <w:t>vt 0.207770 0.086490</w:t>
        <w:br/>
        <w:t>vt 0.213200 0.108770</w:t>
        <w:br/>
        <w:t>vt 0.192380 0.044180</w:t>
        <w:br/>
        <w:t>vt 0.201530 0.107970</w:t>
        <w:br/>
        <w:t>vt 0.195300 0.088740</w:t>
        <w:br/>
        <w:t>vt 0.175010 0.051210</w:t>
        <w:br/>
        <w:t>vt 0.190390 0.107440</w:t>
        <w:br/>
        <w:t>vt 0.183230 0.091260</w:t>
        <w:br/>
        <w:t>vt 0.160550 0.059030</w:t>
        <w:br/>
        <w:t>vt 0.172750 0.094180</w:t>
        <w:br/>
        <w:t>vt 0.175140 0.105850</w:t>
        <w:br/>
        <w:t>vt 0.182030 0.106910</w:t>
        <w:br/>
        <w:t>vt 0.167580 0.104390</w:t>
        <w:br/>
        <w:t>vt 0.157500 0.102670</w:t>
        <w:br/>
        <w:t>vt 0.129910 0.094440</w:t>
        <w:br/>
        <w:t>vt 0.146890 0.069640</w:t>
        <w:br/>
        <w:t>vt 0.246630 0.107310</w:t>
        <w:br/>
        <w:t>vt 0.264930 0.103200</w:t>
        <w:br/>
        <w:t>vt 0.264930 0.119510</w:t>
        <w:br/>
        <w:t>vt 0.245570 0.119510</w:t>
        <w:br/>
        <w:t>vt 0.234030 0.109040</w:t>
        <w:br/>
        <w:t>vt 0.233500 0.120440</w:t>
        <w:br/>
        <w:t>vt 0.222220 0.120180</w:t>
        <w:br/>
        <w:t>vt 0.222490 0.109170</w:t>
        <w:br/>
        <w:t>vt 0.213340 0.119380</w:t>
        <w:br/>
        <w:t>vt 0.213200 0.108770</w:t>
        <w:br/>
        <w:t>vt 0.202060 0.117660</w:t>
        <w:br/>
        <w:t>vt 0.201530 0.107970</w:t>
        <w:br/>
        <w:t>vt 0.191450 0.115140</w:t>
        <w:br/>
        <w:t>vt 0.190390 0.107440</w:t>
        <w:br/>
        <w:t>vt 0.183360 0.112880</w:t>
        <w:br/>
        <w:t>vt 0.182030 0.106910</w:t>
        <w:br/>
        <w:t>vt 0.177130 0.111160</w:t>
        <w:br/>
        <w:t>vt 0.175140 0.105850</w:t>
        <w:br/>
        <w:t>vt 0.169170 0.109830</w:t>
        <w:br/>
        <w:t>vt 0.167580 0.104390</w:t>
        <w:br/>
        <w:t>vt 0.160680 0.109830</w:t>
        <w:br/>
        <w:t>vt 0.157500 0.102670</w:t>
        <w:br/>
        <w:t>vt 0.140520 0.110760</w:t>
        <w:br/>
        <w:t>vt 0.140520 0.110760</w:t>
        <w:br/>
        <w:t>vt 0.142910 0.119780</w:t>
        <w:br/>
        <w:t>vt 0.148340 0.131050</w:t>
        <w:br/>
        <w:t>vt 0.163860 0.113410</w:t>
        <w:br/>
        <w:t>vt 0.169430 0.118720</w:t>
        <w:br/>
        <w:t>vt 0.154580 0.140740</w:t>
        <w:br/>
        <w:t>vt 0.165590 0.097100</w:t>
        <w:br/>
        <w:t>vt 0.160680 0.099880</w:t>
        <w:br/>
        <w:t>vt 0.169170 0.109830</w:t>
        <w:br/>
        <w:t>vt 0.160680 0.109830</w:t>
        <w:br/>
        <w:t>vt 0.166120 0.151480</w:t>
        <w:br/>
        <w:t>vt 0.174740 0.124420</w:t>
        <w:br/>
        <w:t>vt 0.180840 0.160630</w:t>
        <w:br/>
        <w:t>vt 0.183360 0.112880</w:t>
        <w:br/>
        <w:t>vt 0.182960 0.131450</w:t>
        <w:br/>
        <w:t>vt 0.191450 0.115140</w:t>
        <w:br/>
        <w:t>vt 0.193840 0.138880</w:t>
        <w:br/>
        <w:t>vt 0.197290 0.167790</w:t>
        <w:br/>
        <w:t>vt 0.202060 0.117660</w:t>
        <w:br/>
        <w:t>vt 0.206170 0.144580</w:t>
        <w:br/>
        <w:t>vt 0.211220 0.172040</w:t>
        <w:br/>
        <w:t>vt 0.216520 0.148430</w:t>
        <w:br/>
        <w:t>vt 0.233500 0.120440</w:t>
        <w:br/>
        <w:t>vt 0.231110 0.151480</w:t>
        <w:br/>
        <w:t>vt 0.228990 0.175750</w:t>
        <w:br/>
        <w:t>vt 0.245570 0.119510</w:t>
        <w:br/>
        <w:t>vt 0.245570 0.152280</w:t>
        <w:br/>
        <w:t>vt 0.245570 0.178270</w:t>
        <w:br/>
        <w:t>vt 0.264930 0.119510</w:t>
        <w:br/>
        <w:t>vt 0.264930 0.151350</w:t>
        <w:br/>
        <w:t>vt 0.264930 0.069110</w:t>
        <w:br/>
        <w:t>vt 0.247430 0.075210</w:t>
        <w:br/>
        <w:t>vt 0.233100 0.079330</w:t>
        <w:br/>
        <w:t>vt 0.234030 0.109040</w:t>
        <w:br/>
        <w:t>vt 0.217580 0.083830</w:t>
        <w:br/>
        <w:t>vt 0.222490 0.109170</w:t>
        <w:br/>
        <w:t>vt 0.213200 0.108770</w:t>
        <w:br/>
        <w:t>vt 0.207770 0.086490</w:t>
        <w:br/>
        <w:t>vt 0.201530 0.107970</w:t>
        <w:br/>
        <w:t>vt 0.195300 0.088740</w:t>
        <w:br/>
        <w:t>vt 0.190390 0.107440</w:t>
        <w:br/>
        <w:t>vt 0.183230 0.091260</w:t>
        <w:br/>
        <w:t>vt 0.172750 0.094180</w:t>
        <w:br/>
        <w:t>vt 0.182030 0.106910</w:t>
        <w:br/>
        <w:t>vt 0.175140 0.105850</w:t>
        <w:br/>
        <w:t>vt 0.167580 0.104390</w:t>
        <w:br/>
        <w:t>vt 0.157500 0.102670</w:t>
        <w:br/>
        <w:t>vt 0.482990 0.145210</w:t>
        <w:br/>
        <w:t>vt 0.502630 0.123430</w:t>
        <w:br/>
        <w:t>vt 0.479660 0.137910</w:t>
        <w:br/>
        <w:t>vt 0.532770 0.224030</w:t>
        <w:br/>
        <w:t>vt 0.510850 0.152850</w:t>
        <w:br/>
        <w:t>vt 0.503880 0.154480</w:t>
        <w:br/>
        <w:t>vt 0.507990 0.230080</w:t>
        <w:br/>
        <w:t>vt 0.526020 0.127090</w:t>
        <w:br/>
        <w:t>vt 0.524770 0.136020</w:t>
        <w:br/>
        <w:t>vt 0.524990 0.116920</w:t>
        <w:br/>
        <w:t>vt 0.496540 0.153960</w:t>
        <w:br/>
        <w:t>vt 0.481720 0.228260</w:t>
        <w:br/>
        <w:t>vt 0.583090 0.163050</w:t>
        <w:br/>
        <w:t>vt 0.521660 0.143200</w:t>
        <w:br/>
        <w:t>vt 0.571630 0.189310</w:t>
        <w:br/>
        <w:t>vt 0.417170 0.140250</w:t>
        <w:br/>
        <w:t>vt 0.421490 0.170430</w:t>
        <w:br/>
        <w:t>vt 0.478540 0.129710</w:t>
        <w:br/>
        <w:t>vt 0.570350 0.062010</w:t>
        <w:br/>
        <w:t>vt 0.549830 0.039550</w:t>
        <w:br/>
        <w:t>vt 0.515650 0.102260</w:t>
        <w:br/>
        <w:t>vt 0.521320 0.108530</w:t>
        <w:br/>
        <w:t>vt 0.479210 0.121740</w:t>
        <w:br/>
        <w:t>vt 0.481780 0.113650</w:t>
        <w:br/>
        <w:t>vt 0.498900 0.098150</w:t>
        <w:br/>
        <w:t>vt 0.491060 0.025520</w:t>
        <w:br/>
        <w:t>vt 0.465770 0.036460</w:t>
        <w:br/>
        <w:t>vt 0.491780 0.101380</w:t>
        <w:br/>
        <w:t>vt 0.507880 0.098540</w:t>
        <w:br/>
        <w:t>vt 0.522270 0.026720</w:t>
        <w:br/>
        <w:t>vt 0.429200 0.080720</w:t>
        <w:br/>
        <w:t>vt 0.485910 0.106680</w:t>
        <w:br/>
        <w:t>vt 0.444700 0.055360</w:t>
        <w:br/>
        <w:t>vt 0.489100 0.150660</w:t>
        <w:br/>
        <w:t>vt 0.433770 0.196620</w:t>
        <w:br/>
        <w:t>vt 0.455320 0.216390</w:t>
        <w:br/>
        <w:t>vt 0.516850 0.148770</w:t>
        <w:br/>
        <w:t>vt 0.433770 0.196620</w:t>
        <w:br/>
        <w:t>vt 0.424960 0.203650</w:t>
        <w:br/>
        <w:t>vt 0.449280 0.225940</w:t>
        <w:br/>
        <w:t>vt 0.455320 0.216390</w:t>
        <w:br/>
        <w:t>vt 0.417170 0.140250</w:t>
        <w:br/>
        <w:t>vt 0.405620 0.140810</w:t>
        <w:br/>
        <w:t>vt 0.410800 0.174220</w:t>
        <w:br/>
        <w:t>vt 0.421490 0.170430</w:t>
        <w:br/>
        <w:t>vt 0.524590 0.015640</w:t>
        <w:br/>
        <w:t>vt 0.489330 0.014660</w:t>
        <w:br/>
        <w:t>vt 0.491060 0.025520</w:t>
        <w:br/>
        <w:t>vt 0.522270 0.026720</w:t>
        <w:br/>
        <w:t>vt 0.580960 0.195660</w:t>
        <w:br/>
        <w:t>vt 0.571630 0.189310</w:t>
        <w:br/>
        <w:t>vt 0.554280 0.209600</w:t>
        <w:br/>
        <w:t>vt 0.561440 0.218390</w:t>
        <w:br/>
        <w:t>vt 0.460270 0.026530</w:t>
        <w:br/>
        <w:t>vt 0.465770 0.036460</w:t>
        <w:br/>
        <w:t>vt 0.587840 0.130010</w:t>
        <w:br/>
        <w:t>vt 0.583090 0.163050</w:t>
        <w:br/>
        <w:t>vt 0.593890 0.166440</w:t>
        <w:br/>
        <w:t>vt 0.599380 0.130090</w:t>
        <w:br/>
        <w:t>vt 0.536910 0.234520</w:t>
        <w:br/>
        <w:t>vt 0.532770 0.224030</w:t>
        <w:br/>
        <w:t>vt 0.507990 0.230080</w:t>
        <w:br/>
        <w:t>vt 0.508760 0.241350</w:t>
        <w:br/>
        <w:t>vt 0.583900 0.092550</w:t>
        <w:br/>
        <w:t>vt 0.594680 0.089080</w:t>
        <w:br/>
        <w:t>vt 0.436450 0.047570</w:t>
        <w:br/>
        <w:t>vt 0.444700 0.055360</w:t>
        <w:br/>
        <w:t>vt 0.570350 0.062010</w:t>
        <w:br/>
        <w:t>vt 0.579430 0.055210</w:t>
        <w:br/>
        <w:t>vt 0.419100 0.075530</w:t>
        <w:br/>
        <w:t>vt 0.429200 0.080720</w:t>
        <w:br/>
        <w:t>vt 0.549830 0.039550</w:t>
        <w:br/>
        <w:t>vt 0.555990 0.030080</w:t>
        <w:br/>
        <w:t>vt 0.479080 0.238960</w:t>
        <w:br/>
        <w:t>vt 0.481720 0.228260</w:t>
        <w:br/>
        <w:t>vt 0.419360 0.110480</w:t>
        <w:br/>
        <w:t>vt 0.408270 0.108070</w:t>
        <w:br/>
        <w:t>vt 0.554280 0.209600</w:t>
        <w:br/>
        <w:t>vt 0.419360 0.110480</w:t>
        <w:br/>
        <w:t>vt 0.583900 0.092550</w:t>
        <w:br/>
        <w:t>vt 0.587840 0.130010</w:t>
        <w:br/>
        <w:t>vt 0.482990 0.145210</w:t>
        <w:br/>
        <w:t>vt 0.479660 0.137910</w:t>
        <w:br/>
        <w:t>vt 0.502630 0.123430</w:t>
        <w:br/>
        <w:t>vt 0.532770 0.224030</w:t>
        <w:br/>
        <w:t>vt 0.507990 0.230080</w:t>
        <w:br/>
        <w:t>vt 0.503880 0.154480</w:t>
        <w:br/>
        <w:t>vt 0.510850 0.152850</w:t>
        <w:br/>
        <w:t>vt 0.526020 0.127090</w:t>
        <w:br/>
        <w:t>vt 0.524770 0.136020</w:t>
        <w:br/>
        <w:t>vt 0.524990 0.116920</w:t>
        <w:br/>
        <w:t>vt 0.481720 0.228260</w:t>
        <w:br/>
        <w:t>vt 0.496540 0.153960</w:t>
        <w:br/>
        <w:t>vt 0.583090 0.163050</w:t>
        <w:br/>
        <w:t>vt 0.571630 0.189310</w:t>
        <w:br/>
        <w:t>vt 0.521660 0.143200</w:t>
        <w:br/>
        <w:t>vt 0.417170 0.140250</w:t>
        <w:br/>
        <w:t>vt 0.478540 0.129710</w:t>
        <w:br/>
        <w:t>vt 0.421490 0.170430</w:t>
        <w:br/>
        <w:t>vt 0.570350 0.062010</w:t>
        <w:br/>
        <w:t>vt 0.521320 0.108530</w:t>
        <w:br/>
        <w:t>vt 0.515650 0.102260</w:t>
        <w:br/>
        <w:t>vt 0.549830 0.039550</w:t>
        <w:br/>
        <w:t>vt 0.479210 0.121740</w:t>
        <w:br/>
        <w:t>vt 0.481780 0.113650</w:t>
        <w:br/>
        <w:t>vt 0.498900 0.098150</w:t>
        <w:br/>
        <w:t>vt 0.491780 0.101380</w:t>
        <w:br/>
        <w:t>vt 0.465770 0.036460</w:t>
        <w:br/>
        <w:t>vt 0.491060 0.025520</w:t>
        <w:br/>
        <w:t>vt 0.522270 0.026720</w:t>
        <w:br/>
        <w:t>vt 0.507880 0.098540</w:t>
        <w:br/>
        <w:t>vt 0.429200 0.080720</w:t>
        <w:br/>
        <w:t>vt 0.444700 0.055360</w:t>
        <w:br/>
        <w:t>vt 0.485910 0.106680</w:t>
        <w:br/>
        <w:t>vt 0.489100 0.150660</w:t>
        <w:br/>
        <w:t>vt 0.455320 0.216390</w:t>
        <w:br/>
        <w:t>vt 0.433770 0.196620</w:t>
        <w:br/>
        <w:t>vt 0.516850 0.148770</w:t>
        <w:br/>
        <w:t>vt 0.449280 0.225940</w:t>
        <w:br/>
        <w:t>vt 0.424960 0.203650</w:t>
        <w:br/>
        <w:t>vt 0.433770 0.196620</w:t>
        <w:br/>
        <w:t>vt 0.455320 0.216390</w:t>
        <w:br/>
        <w:t>vt 0.410800 0.174220</w:t>
        <w:br/>
        <w:t>vt 0.405620 0.140810</w:t>
        <w:br/>
        <w:t>vt 0.417170 0.140250</w:t>
        <w:br/>
        <w:t>vt 0.421490 0.170430</w:t>
        <w:br/>
        <w:t>vt 0.491060 0.025520</w:t>
        <w:br/>
        <w:t>vt 0.489330 0.014660</w:t>
        <w:br/>
        <w:t>vt 0.524590 0.015640</w:t>
        <w:br/>
        <w:t>vt 0.522270 0.026720</w:t>
        <w:br/>
        <w:t>vt 0.580960 0.195660</w:t>
        <w:br/>
        <w:t>vt 0.561440 0.218390</w:t>
        <w:br/>
        <w:t>vt 0.554280 0.209600</w:t>
        <w:br/>
        <w:t>vt 0.571630 0.189310</w:t>
        <w:br/>
        <w:t>vt 0.465770 0.036460</w:t>
        <w:br/>
        <w:t>vt 0.460270 0.026530</w:t>
        <w:br/>
        <w:t>vt 0.587840 0.130010</w:t>
        <w:br/>
        <w:t>vt 0.599380 0.130090</w:t>
        <w:br/>
        <w:t>vt 0.593890 0.166440</w:t>
        <w:br/>
        <w:t>vt 0.583090 0.163050</w:t>
        <w:br/>
        <w:t>vt 0.536910 0.234520</w:t>
        <w:br/>
        <w:t>vt 0.508760 0.241350</w:t>
        <w:br/>
        <w:t>vt 0.507990 0.230080</w:t>
        <w:br/>
        <w:t>vt 0.532770 0.224030</w:t>
        <w:br/>
        <w:t>vt 0.583900 0.092550</w:t>
        <w:br/>
        <w:t>vt 0.594680 0.089080</w:t>
        <w:br/>
        <w:t>vt 0.444700 0.055360</w:t>
        <w:br/>
        <w:t>vt 0.436450 0.047570</w:t>
        <w:br/>
        <w:t>vt 0.570350 0.062010</w:t>
        <w:br/>
        <w:t>vt 0.579430 0.055210</w:t>
        <w:br/>
        <w:t>vt 0.429200 0.080720</w:t>
        <w:br/>
        <w:t>vt 0.419100 0.075530</w:t>
        <w:br/>
        <w:t>vt 0.549830 0.039550</w:t>
        <w:br/>
        <w:t>vt 0.555990 0.030080</w:t>
        <w:br/>
        <w:t>vt 0.479080 0.238960</w:t>
        <w:br/>
        <w:t>vt 0.481720 0.228260</w:t>
        <w:br/>
        <w:t>vt 0.419360 0.110480</w:t>
        <w:br/>
        <w:t>vt 0.408270 0.108070</w:t>
        <w:br/>
        <w:t>vt 0.554280 0.209600</w:t>
        <w:br/>
        <w:t>vt 0.419360 0.110480</w:t>
        <w:br/>
        <w:t>vt 0.583900 0.092550</w:t>
        <w:br/>
        <w:t>vt 0.587840 0.130010</w:t>
        <w:br/>
        <w:t>vt 0.309830 0.179590</w:t>
        <w:br/>
        <w:t>vt 0.303230 0.178720</w:t>
        <w:br/>
        <w:t>vt 0.309830 0.154070</w:t>
        <w:br/>
        <w:t>vt 0.297080 0.176170</w:t>
        <w:br/>
        <w:t>vt 0.291790 0.172110</w:t>
        <w:br/>
        <w:t>vt 0.287730 0.166830</w:t>
        <w:br/>
        <w:t>vt 0.285190 0.160670</w:t>
        <w:br/>
        <w:t>vt 0.284320 0.154070</w:t>
        <w:br/>
        <w:t>vt 0.285190 0.147460</w:t>
        <w:br/>
        <w:t>vt 0.287730 0.141310</w:t>
        <w:br/>
        <w:t>vt 0.291790 0.136020</w:t>
        <w:br/>
        <w:t>vt 0.297080 0.131970</w:t>
        <w:br/>
        <w:t>vt 0.303230 0.129420</w:t>
        <w:br/>
        <w:t>vt 0.309830 0.128550</w:t>
        <w:br/>
        <w:t>vt 0.316440 0.129420</w:t>
        <w:br/>
        <w:t>vt 0.322590 0.131970</w:t>
        <w:br/>
        <w:t>vt 0.327880 0.136020</w:t>
        <w:br/>
        <w:t>vt 0.331930 0.141310</w:t>
        <w:br/>
        <w:t>vt 0.334480 0.147460</w:t>
        <w:br/>
        <w:t>vt 0.335350 0.154070</w:t>
        <w:br/>
        <w:t>vt 0.334480 0.160670</w:t>
        <w:br/>
        <w:t>vt 0.331930 0.166830</w:t>
        <w:br/>
        <w:t>vt 0.327880 0.172110</w:t>
        <w:br/>
        <w:t>vt 0.322590 0.176170</w:t>
        <w:br/>
        <w:t>vt 0.316440 0.178720</w:t>
        <w:br/>
        <w:t>vt 0.316440 0.178720</w:t>
        <w:br/>
        <w:t>vt 0.309830 0.179590</w:t>
        <w:br/>
        <w:t>vt 0.309830 0.154070</w:t>
        <w:br/>
        <w:t>vt 0.322590 0.176170</w:t>
        <w:br/>
        <w:t>vt 0.327880 0.172110</w:t>
        <w:br/>
        <w:t>vt 0.331930 0.166830</w:t>
        <w:br/>
        <w:t>vt 0.334480 0.160670</w:t>
        <w:br/>
        <w:t>vt 0.335350 0.154070</w:t>
        <w:br/>
        <w:t>vt 0.334480 0.147460</w:t>
        <w:br/>
        <w:t>vt 0.331930 0.141310</w:t>
        <w:br/>
        <w:t>vt 0.327880 0.136020</w:t>
        <w:br/>
        <w:t>vt 0.322590 0.131970</w:t>
        <w:br/>
        <w:t>vt 0.316440 0.129420</w:t>
        <w:br/>
        <w:t>vt 0.309830 0.128550</w:t>
        <w:br/>
        <w:t>vt 0.303230 0.129420</w:t>
        <w:br/>
        <w:t>vt 0.297080 0.131970</w:t>
        <w:br/>
        <w:t>vt 0.291790 0.136020</w:t>
        <w:br/>
        <w:t>vt 0.287730 0.141310</w:t>
        <w:br/>
        <w:t>vt 0.285190 0.147460</w:t>
        <w:br/>
        <w:t>vt 0.284320 0.154070</w:t>
        <w:br/>
        <w:t>vt 0.285190 0.160670</w:t>
        <w:br/>
        <w:t>vt 0.287730 0.166830</w:t>
        <w:br/>
        <w:t>vt 0.291790 0.172110</w:t>
        <w:br/>
        <w:t>vt 0.297080 0.176170</w:t>
        <w:br/>
        <w:t>vt 0.303230 0.178720</w:t>
        <w:br/>
        <w:t>vt 0.575660 0.029480</w:t>
        <w:br/>
        <w:t>vt 0.615050 0.025330</w:t>
        <w:br/>
        <w:t>vt 0.576630 0.035540</w:t>
        <w:br/>
        <w:t>vt 0.650790 0.011980</w:t>
        <w:br/>
        <w:t>vt 0.641270 0.008660</w:t>
        <w:br/>
        <w:t>vt 0.628400 0.007430</w:t>
        <w:br/>
        <w:t>vt 0.590700 0.043340</w:t>
        <w:br/>
        <w:t>vt 0.602430 0.044430</w:t>
        <w:br/>
        <w:t>vt 0.579150 0.022880</w:t>
        <w:br/>
        <w:t>vt 0.656140 0.023040</w:t>
        <w:br/>
        <w:t>vt 0.655930 0.016910</w:t>
        <w:br/>
        <w:t>vt 0.613500 0.008460</w:t>
        <w:br/>
        <w:t>vt 0.598760 0.011670</w:t>
        <w:br/>
        <w:t>vt 0.630340 0.040390</w:t>
        <w:br/>
        <w:t>vt 0.642570 0.035640</w:t>
        <w:br/>
        <w:t>vt 0.616180 0.043470</w:t>
        <w:br/>
        <w:t>vt 0.581840 0.040330</w:t>
        <w:br/>
        <w:t>vt 0.586980 0.016600</w:t>
        <w:br/>
        <w:t>vt 0.651520 0.029560</w:t>
        <w:br/>
        <w:t>vt 0.601760 0.076720</w:t>
        <w:br/>
        <w:t>vt 0.641150 0.072590</w:t>
        <w:br/>
        <w:t>vt 0.602730 0.082780</w:t>
        <w:br/>
        <w:t>vt 0.676890 0.059250</w:t>
        <w:br/>
        <w:t>vt 0.667380 0.055920</w:t>
        <w:br/>
        <w:t>vt 0.654500 0.054690</w:t>
        <w:br/>
        <w:t>vt 0.616790 0.090580</w:t>
        <w:br/>
        <w:t>vt 0.628530 0.091680</w:t>
        <w:br/>
        <w:t>vt 0.605250 0.070120</w:t>
        <w:br/>
        <w:t>vt 0.682240 0.070310</w:t>
        <w:br/>
        <w:t>vt 0.682030 0.064190</w:t>
        <w:br/>
        <w:t>vt 0.639600 0.055710</w:t>
        <w:br/>
        <w:t>vt 0.624870 0.058920</w:t>
        <w:br/>
        <w:t>vt 0.656430 0.087650</w:t>
        <w:br/>
        <w:t>vt 0.668660 0.082900</w:t>
        <w:br/>
        <w:t>vt 0.642270 0.090730</w:t>
        <w:br/>
        <w:t>vt 0.607930 0.087570</w:t>
        <w:br/>
        <w:t>vt 0.613080 0.063850</w:t>
        <w:br/>
        <w:t>vt 0.677620 0.076830</w:t>
        <w:br/>
        <w:t>vt 0.372520 0.078330</w:t>
        <w:br/>
        <w:t>vt 0.378740 0.072040</w:t>
        <w:br/>
        <w:t>vt 0.379840 0.101870</w:t>
        <w:br/>
        <w:t>vt 0.386580 0.079350</w:t>
        <w:br/>
        <w:t>vt 0.391570 0.084380</w:t>
        <w:br/>
        <w:t>vt 0.395900 0.088640</w:t>
        <w:br/>
        <w:t>vt 0.400170 0.094250</w:t>
        <w:br/>
        <w:t>vt 0.401490 0.099150</w:t>
        <w:br/>
        <w:t>vt 0.401480 0.102580</w:t>
        <w:br/>
        <w:t>vt 0.400120 0.105880</w:t>
        <w:br/>
        <w:t>vt 0.398150 0.108950</w:t>
        <w:br/>
        <w:t>vt 0.396460 0.110780</w:t>
        <w:br/>
        <w:t>vt 0.394240 0.112620</w:t>
        <w:br/>
        <w:t>vt 0.392740 0.113490</w:t>
        <w:br/>
        <w:t>vt 0.389910 0.113990</w:t>
        <w:br/>
        <w:t>vt 0.386060 0.114080</w:t>
        <w:br/>
        <w:t>vt 0.382780 0.113150</w:t>
        <w:br/>
        <w:t>vt 0.380060 0.111650</w:t>
        <w:br/>
        <w:t>vt 0.378720 0.110130</w:t>
        <w:br/>
        <w:t>vt 0.376920 0.111400</w:t>
        <w:br/>
        <w:t>vt 0.373990 0.112960</w:t>
        <w:br/>
        <w:t>vt 0.370380 0.113620</w:t>
        <w:br/>
        <w:t>vt 0.367190 0.113690</w:t>
        <w:br/>
        <w:t>vt 0.363130 0.112120</w:t>
        <w:br/>
        <w:t>vt 0.359750 0.109170</w:t>
        <w:br/>
        <w:t>vt 0.357450 0.105950</w:t>
        <w:br/>
        <w:t>vt 0.356460 0.101260</w:t>
        <w:br/>
        <w:t>vt 0.356630 0.097120</w:t>
        <w:br/>
        <w:t>vt 0.357400 0.093250</w:t>
        <w:br/>
        <w:t>vt 0.361230 0.088900</w:t>
        <w:br/>
        <w:t>vt 0.367070 0.083340</w:t>
        <w:br/>
        <w:t>vt 0.372520 0.078330</w:t>
        <w:br/>
        <w:t>vt 0.379840 0.101870</w:t>
        <w:br/>
        <w:t>vt 0.378740 0.072040</w:t>
        <w:br/>
        <w:t>vt 0.386580 0.079350</w:t>
        <w:br/>
        <w:t>vt 0.391570 0.084380</w:t>
        <w:br/>
        <w:t>vt 0.395900 0.088640</w:t>
        <w:br/>
        <w:t>vt 0.400170 0.094250</w:t>
        <w:br/>
        <w:t>vt 0.401490 0.099150</w:t>
        <w:br/>
        <w:t>vt 0.401480 0.102580</w:t>
        <w:br/>
        <w:t>vt 0.400120 0.105880</w:t>
        <w:br/>
        <w:t>vt 0.398150 0.108950</w:t>
        <w:br/>
        <w:t>vt 0.396460 0.110780</w:t>
        <w:br/>
        <w:t>vt 0.394240 0.112620</w:t>
        <w:br/>
        <w:t>vt 0.392740 0.113490</w:t>
        <w:br/>
        <w:t>vt 0.389910 0.113990</w:t>
        <w:br/>
        <w:t>vt 0.386060 0.114080</w:t>
        <w:br/>
        <w:t>vt 0.382780 0.113150</w:t>
        <w:br/>
        <w:t>vt 0.380060 0.111650</w:t>
        <w:br/>
        <w:t>vt 0.378720 0.110130</w:t>
        <w:br/>
        <w:t>vt 0.376920 0.111400</w:t>
        <w:br/>
        <w:t>vt 0.373990 0.112960</w:t>
        <w:br/>
        <w:t>vt 0.370380 0.113620</w:t>
        <w:br/>
        <w:t>vt 0.367190 0.113690</w:t>
        <w:br/>
        <w:t>vt 0.363130 0.112120</w:t>
        <w:br/>
        <w:t>vt 0.359750 0.109170</w:t>
        <w:br/>
        <w:t>vt 0.357450 0.105950</w:t>
        <w:br/>
        <w:t>vt 0.356460 0.101260</w:t>
        <w:br/>
        <w:t>vt 0.356630 0.097120</w:t>
        <w:br/>
        <w:t>vt 0.357400 0.093250</w:t>
        <w:br/>
        <w:t>vt 0.361230 0.088900</w:t>
        <w:br/>
        <w:t>vt 0.367070 0.083340</w:t>
        <w:br/>
        <w:t>vn 0.7687 0.6395 0.0085</w:t>
        <w:br/>
        <w:t>vn 0.7964 0.5275 0.2958</w:t>
        <w:br/>
        <w:t>vn 0.8991 0.3936 0.1914</w:t>
        <w:br/>
        <w:t>vn -0.2281 0.4429 0.8671</w:t>
        <w:br/>
        <w:t>vn -0.2163 -0.1638 0.9625</w:t>
        <w:br/>
        <w:t>vn -0.2862 -0.1432 0.9474</w:t>
        <w:br/>
        <w:t>vn -0.0869 0.4655 0.8808</w:t>
        <w:br/>
        <w:t>vn 0.1485 -0.3767 0.9144</w:t>
        <w:br/>
        <w:t>vn -0.0275 -0.2183 0.9755</w:t>
        <w:br/>
        <w:t>vn -0.0437 -0.1320 0.9903</w:t>
        <w:br/>
        <w:t>vn -0.1814 -0.0240 0.9831</w:t>
        <w:br/>
        <w:t>vn -0.0988 0.0117 0.9950</w:t>
        <w:br/>
        <w:t>vn 0.2807 0.0813 0.9563</w:t>
        <w:br/>
        <w:t>vn 0.1278 0.0008 0.9918</w:t>
        <w:br/>
        <w:t>vn -0.2947 0.4021 0.8669</w:t>
        <w:br/>
        <w:t>vn -0.1032 -0.2684 0.9578</w:t>
        <w:br/>
        <w:t>vn -0.3020 0.9512 0.0637</w:t>
        <w:br/>
        <w:t>vn -0.1075 0.9899 0.0920</w:t>
        <w:br/>
        <w:t>vn -0.0744 0.9954 0.0597</w:t>
        <w:br/>
        <w:t>vn -0.3040 0.9410 0.1489</w:t>
        <w:br/>
        <w:t>vn -0.0296 0.2873 -0.9574</w:t>
        <w:br/>
        <w:t>vn -0.1092 0.3599 -0.9266</w:t>
        <w:br/>
        <w:t>vn -0.5777 -0.4258 0.6964</w:t>
        <w:br/>
        <w:t>vn -0.5289 -0.4646 0.7102</w:t>
        <w:br/>
        <w:t>vn -0.5289 -0.4647 0.7102</w:t>
        <w:br/>
        <w:t>vn -0.5778 -0.4258 0.6963</w:t>
        <w:br/>
        <w:t>vn -0.0006 0.6544 0.7561</w:t>
        <w:br/>
        <w:t>vn -0.1258 0.6284 0.7676</w:t>
        <w:br/>
        <w:t>vn -0.3090 0.3141 0.8977</w:t>
        <w:br/>
        <w:t>vn 0.0650 0.4696 0.8805</w:t>
        <w:br/>
        <w:t>vn 0.3696 0.9292 -0.0074</w:t>
        <w:br/>
        <w:t>vn 0.2309 0.9719 -0.0448</w:t>
        <w:br/>
        <w:t>vn 0.1911 0.9412 -0.2787</w:t>
        <w:br/>
        <w:t>vn 0.4846 0.8639 -0.1371</w:t>
        <w:br/>
        <w:t>vn 0.0239 0.9964 -0.0815</w:t>
        <w:br/>
        <w:t>vn 0.2144 0.9747 -0.0637</w:t>
        <w:br/>
        <w:t>vn 0.1728 0.9735 -0.1499</w:t>
        <w:br/>
        <w:t>vn -0.1559 0.9876 0.0180</w:t>
        <w:br/>
        <w:t>vn 0.8939 -0.0631 0.4438</w:t>
        <w:br/>
        <w:t>vn 0.7647 -0.1780 0.6193</w:t>
        <w:br/>
        <w:t>vn 0.7955 -0.2062 0.5698</w:t>
        <w:br/>
        <w:t>vn -0.4439 0.7180 0.5361</w:t>
        <w:br/>
        <w:t>vn -0.5632 0.6347 0.5291</w:t>
        <w:br/>
        <w:t>vn -0.3495 0.2962 0.8889</w:t>
        <w:br/>
        <w:t>vn -0.3156 0.3436 0.8845</w:t>
        <w:br/>
        <w:t>vn -0.4550 0.8862 0.0874</w:t>
        <w:br/>
        <w:t>vn -0.4175 0.9055 0.0758</w:t>
        <w:br/>
        <w:t>vn 0.9956 -0.0167 0.0923</w:t>
        <w:br/>
        <w:t>vn 0.9670 -0.0406 0.2514</w:t>
        <w:br/>
        <w:t>vn 0.9514 -0.1156 0.2853</w:t>
        <w:br/>
        <w:t>vn 0.9899 -0.0891 0.1106</w:t>
        <w:br/>
        <w:t>vn 0.1870 0.9724 0.1397</w:t>
        <w:br/>
        <w:t>vn 0.4901 0.8317 0.2609</w:t>
        <w:br/>
        <w:t>vn 0.2488 0.4067 0.8790</w:t>
        <w:br/>
        <w:t>vn -0.1387 -0.0526 0.9889</w:t>
        <w:br/>
        <w:t>vn 0.3638 0.1595 0.9177</w:t>
        <w:br/>
        <w:t>vn 0.0183 0.1370 0.9904</w:t>
        <w:br/>
        <w:t>vn -0.2741 0.0568 0.9600</w:t>
        <w:br/>
        <w:t>vn -0.2194 -0.0508 0.9743</w:t>
        <w:br/>
        <w:t>vn 0.1037 0.0101 0.9946</w:t>
        <w:br/>
        <w:t>vn -0.2850 0.1619 0.9448</w:t>
        <w:br/>
        <w:t>vn -0.0230 0.2653 0.9639</w:t>
        <w:br/>
        <w:t>vn -0.4967 -0.4817 0.7219</w:t>
        <w:br/>
        <w:t>vn -0.4967 -0.4817 0.7220</w:t>
        <w:br/>
        <w:t>vn -0.5250 -0.4741 0.7068</w:t>
        <w:br/>
        <w:t>vn -0.5250 -0.4741 0.7069</w:t>
        <w:br/>
        <w:t>vn 0.8044 0.5786 -0.1346</w:t>
        <w:br/>
        <w:t>vn 0.7035 0.6188 -0.3495</w:t>
        <w:br/>
        <w:t>vn 0.6226 0.7077 -0.3341</w:t>
        <w:br/>
        <w:t>vn 0.7091 0.6910 -0.1399</w:t>
        <w:br/>
        <w:t>vn 0.3126 -0.3685 0.8755</w:t>
        <w:br/>
        <w:t>vn 0.0447 -0.1811 0.9824</w:t>
        <w:br/>
        <w:t>vn -0.0577 -0.1014 0.9932</w:t>
        <w:br/>
        <w:t>vn 0.1846 -0.2243 0.9569</w:t>
        <w:br/>
        <w:t>vn 0.2687 -0.4151 0.8692</w:t>
        <w:br/>
        <w:t>vn 0.0366 -0.1837 0.9823</w:t>
        <w:br/>
        <w:t>vn -0.0611 0.9863 0.1533</w:t>
        <w:br/>
        <w:t>vn -0.2537 0.9279 0.2732</w:t>
        <w:br/>
        <w:t>vn -0.0121 0.9676 0.2521</w:t>
        <w:br/>
        <w:t>vn 0.2692 0.9477 0.1712</w:t>
        <w:br/>
        <w:t>vn 0.2753 0.9567 0.0943</w:t>
        <w:br/>
        <w:t>vn -0.1752 0.7602 0.6256</w:t>
        <w:br/>
        <w:t>vn 0.3476 0.5480 0.7608</w:t>
        <w:br/>
        <w:t>vn 0.4498 0.7280 0.5174</w:t>
        <w:br/>
        <w:t>vn 0.2757 0.8279 0.4884</w:t>
        <w:br/>
        <w:t>vn 0.1965 0.6756 0.7106</w:t>
        <w:br/>
        <w:t>vn -0.6695 0.5578 0.4905</w:t>
        <w:br/>
        <w:t>vn -0.3961 0.2662 0.8787</w:t>
        <w:br/>
        <w:t>vn 0.1209 0.7021 0.7017</w:t>
        <w:br/>
        <w:t>vn -0.0375 0.8988 0.4367</w:t>
        <w:br/>
        <w:t>vn 0.4961 -0.5281 -0.6892</w:t>
        <w:br/>
        <w:t>vn 0.6788 -0.4957 -0.5418</w:t>
        <w:br/>
        <w:t>vn 0.6463 -0.4352 -0.6268</w:t>
        <w:br/>
        <w:t>vn -0.7487 -0.3147 0.5834</w:t>
        <w:br/>
        <w:t>vn -0.4944 -0.8618 0.1130</w:t>
        <w:br/>
        <w:t>vn -0.4251 -0.8899 0.1655</w:t>
        <w:br/>
        <w:t>vn -0.7208 -0.4105 0.5586</w:t>
        <w:br/>
        <w:t>vn 0.2776 0.0178 0.9605</w:t>
        <w:br/>
        <w:t>vn 0.2038 -0.1313 0.9702</w:t>
        <w:br/>
        <w:t>vn 0.3591 -0.0995 0.9280</w:t>
        <w:br/>
        <w:t>vn 0.3036 -0.2746 0.9124</w:t>
        <w:br/>
        <w:t>vn 0.3362 -0.2560 0.9063</w:t>
        <w:br/>
        <w:t>vn 0.4324 -0.3735 0.8207</w:t>
        <w:br/>
        <w:t>vn 0.7696 -0.1043 0.6300</w:t>
        <w:br/>
        <w:t>vn 0.5291 0.4894 -0.6933</w:t>
        <w:br/>
        <w:t>vn 0.5290 0.4894 -0.6933</w:t>
        <w:br/>
        <w:t>vn 0.4939 0.6124 -0.6173</w:t>
        <w:br/>
        <w:t>vn 0.4939 0.6124 -0.6172</w:t>
        <w:br/>
        <w:t>vn 0.4980 0.6729 -0.5469</w:t>
        <w:br/>
        <w:t>vn 0.0941 -0.4858 0.8690</w:t>
        <w:br/>
        <w:t>vn 0.2264 -0.1334 0.9649</w:t>
        <w:br/>
        <w:t>vn 0.2158 -0.0959 0.9717</w:t>
        <w:br/>
        <w:t>vn -0.6784 0.7316 -0.0683</w:t>
        <w:br/>
        <w:t>vn -0.4158 0.8932 -0.1709</w:t>
        <w:br/>
        <w:t>vn -0.4713 0.8662 -0.1657</w:t>
        <w:br/>
        <w:t>vn 0.1185 0.8781 0.4635</w:t>
        <w:br/>
        <w:t>vn 0.3551 0.8844 0.3028</w:t>
        <w:br/>
        <w:t>vn 0.2113 0.9686 0.1311</w:t>
        <w:br/>
        <w:t>vn 0.0188 0.9658 0.2585</w:t>
        <w:br/>
        <w:t>vn -0.0355 0.3673 0.9294</w:t>
        <w:br/>
        <w:t>vn 0.6177 0.4789 0.6238</w:t>
        <w:br/>
        <w:t>vn 0.3693 0.7364 0.5669</w:t>
        <w:br/>
        <w:t>vn 0.0763 0.8280 0.5556</w:t>
        <w:br/>
        <w:t>vn 0.7705 0.3281 0.5465</w:t>
        <w:br/>
        <w:t>vn 0.6765 0.2634 0.6877</w:t>
        <w:br/>
        <w:t>vn 0.7363 0.1886 0.6498</w:t>
        <w:br/>
        <w:t>vn 0.8150 0.2509 0.5223</w:t>
        <w:br/>
        <w:t>vn 0.9329 0.1592 0.3230</w:t>
        <w:br/>
        <w:t>vn 0.9257 0.3248 0.1938</w:t>
        <w:br/>
        <w:t>vn 0.9338 0.3188 0.1622</w:t>
        <w:br/>
        <w:t>vn 0.9371 0.1451 0.3176</w:t>
        <w:br/>
        <w:t>vn -0.5123 0.5912 -0.6230</w:t>
        <w:br/>
        <w:t>vn -0.4908 0.6164 -0.6158</w:t>
        <w:br/>
        <w:t>vn -0.4937 0.5660 -0.6602</w:t>
        <w:br/>
        <w:t>vn -0.4809 0.5700 -0.6662</w:t>
        <w:br/>
        <w:t>vn 0.3120 -0.1089 0.9438</w:t>
        <w:br/>
        <w:t>vn 0.1248 -0.4726 0.8724</w:t>
        <w:br/>
        <w:t>vn 0.3111 -0.3556 0.8813</w:t>
        <w:br/>
        <w:t>vn -0.6146 -0.3920 0.6846</w:t>
        <w:br/>
        <w:t>vn 0.6824 -0.1075 0.7230</w:t>
        <w:br/>
        <w:t>vn 0.3920 -0.4204 0.8183</w:t>
        <w:br/>
        <w:t>vn 0.7239 -0.1188 0.6796</w:t>
        <w:br/>
        <w:t>vn 0.7809 -0.2739 0.5614</w:t>
        <w:br/>
        <w:t>vn 0.3438 -0.7060 0.6191</w:t>
        <w:br/>
        <w:t>vn 0.4249 -0.7577 0.4954</w:t>
        <w:br/>
        <w:t>vn 0.7912 -0.3287 0.5156</w:t>
        <w:br/>
        <w:t>vn 0.9044 -0.1067 0.4130</w:t>
        <w:br/>
        <w:t>vn 0.5052 -0.7565 0.4154</w:t>
        <w:br/>
        <w:t>vn 0.5331 -0.7543 0.3831</w:t>
        <w:br/>
        <w:t>vn 0.6595 -0.6027 0.4493</w:t>
        <w:br/>
        <w:t>vn -0.1602 -0.2233 0.9615</w:t>
        <w:br/>
        <w:t>vn -0.7018 -0.1751 -0.6905</w:t>
        <w:br/>
        <w:t>vn -0.7937 -0.2722 -0.5441</w:t>
        <w:br/>
        <w:t>vn -0.6168 -0.1771 -0.7669</w:t>
        <w:br/>
        <w:t>vn -0.5656 -0.0677 -0.8219</w:t>
        <w:br/>
        <w:t>vn -0.1059 -0.4049 0.9082</w:t>
        <w:br/>
        <w:t>vn -0.0016 -0.5597 0.8287</w:t>
        <w:br/>
        <w:t>vn -0.6498 0.0986 -0.7537</w:t>
        <w:br/>
        <w:t>vn -0.6461 -0.0260 -0.7628</w:t>
        <w:br/>
        <w:t>vn -0.5653 0.0936 -0.8196</w:t>
        <w:br/>
        <w:t>vn -0.5994 0.2010 -0.7748</w:t>
        <w:br/>
        <w:t>vn 0.5565 -0.4542 0.6957</w:t>
        <w:br/>
        <w:t>vn 0.1102 -0.7063 0.6993</w:t>
        <w:br/>
        <w:t>vn 0.1573 -0.7778 0.6085</w:t>
        <w:br/>
        <w:t>vn -0.4057 0.8931 0.1944</w:t>
        <w:br/>
        <w:t>vn -0.4175 0.9055 0.0757</w:t>
        <w:br/>
        <w:t>vn -0.3040 0.9410 0.1488</w:t>
        <w:br/>
        <w:t>vn 0.5902 -0.3036 0.7480</w:t>
        <w:br/>
        <w:t>vn 0.7140 -0.1153 0.6906</w:t>
        <w:br/>
        <w:t>vn 0.5121 0.0363 0.8582</w:t>
        <w:br/>
        <w:t>vn 0.5140 0.1589 0.8429</w:t>
        <w:br/>
        <w:t>vn 0.7753 -0.0865 0.6256</w:t>
        <w:br/>
        <w:t>vn 0.7073 -0.0656 0.7038</w:t>
        <w:br/>
        <w:t>vn 0.7006 -0.6449 -0.3055</w:t>
        <w:br/>
        <w:t>vn 0.8042 -0.4105 -0.4298</w:t>
        <w:br/>
        <w:t>vn 0.9201 -0.3604 -0.1534</w:t>
        <w:br/>
        <w:t>vn 0.8429 -0.5343 -0.0632</w:t>
        <w:br/>
        <w:t>vn 0.5618 -0.2490 0.7889</w:t>
        <w:br/>
        <w:t>vn 0.4866 0.1748 0.8560</w:t>
        <w:br/>
        <w:t>vn 0.5026 -0.2187 0.8364</w:t>
        <w:br/>
        <w:t>vn 0.0549 -0.9955 0.0777</w:t>
        <w:br/>
        <w:t>vn 0.3564 -0.8440 0.4007</w:t>
        <w:br/>
        <w:t>vn -0.0233 -0.9963 0.0825</w:t>
        <w:br/>
        <w:t>vn 0.5044 0.2283 0.8328</w:t>
        <w:br/>
        <w:t>vn 0.4845 0.2585 0.8357</w:t>
        <w:br/>
        <w:t>vn 0.7020 -0.0509 0.7104</w:t>
        <w:br/>
        <w:t>vn 0.7390 -0.0356 0.6727</w:t>
        <w:br/>
        <w:t>vn 0.8080 -0.4703 0.3549</w:t>
        <w:br/>
        <w:t>vn 0.8642 -0.3967 0.3095</w:t>
        <w:br/>
        <w:t>vn 0.9308 0.1310 0.3412</w:t>
        <w:br/>
        <w:t>vn 0.7233 -0.2401 0.6474</w:t>
        <w:br/>
        <w:t>vn 0.9317 0.1105 0.3460</w:t>
        <w:br/>
        <w:t>vn 0.3051 -0.6251 0.7184</w:t>
        <w:br/>
        <w:t>vn 0.1515 -0.7043 0.6935</w:t>
        <w:br/>
        <w:t>vn 0.1766 -0.7988 0.5751</w:t>
        <w:br/>
        <w:t>vn 0.3228 -0.8859 0.3331</w:t>
        <w:br/>
        <w:t>vn 0.2378 -0.8698 0.4323</w:t>
        <w:br/>
        <w:t>vn -0.8400 0.4944 0.2238</w:t>
        <w:br/>
        <w:t>vn -0.8922 0.4486 0.0523</w:t>
        <w:br/>
        <w:t>vn -0.8627 0.4442 0.2417</w:t>
        <w:br/>
        <w:t>vn -0.8032 0.5271 0.2777</w:t>
        <w:br/>
        <w:t>vn -0.1640 0.8280 0.5363</w:t>
        <w:br/>
        <w:t>vn -0.3222 0.7857 0.5280</w:t>
        <w:br/>
        <w:t>vn -0.1727 -0.4585 0.8717</w:t>
        <w:br/>
        <w:t>vn -0.3795 -0.2520 0.8902</w:t>
        <w:br/>
        <w:t>vn -0.3332 -0.1613 0.9290</w:t>
        <w:br/>
        <w:t>vn -0.5309 0.8469 -0.0304</w:t>
        <w:br/>
        <w:t>vn -0.5363 0.8439 0.0146</w:t>
        <w:br/>
        <w:t>vn -0.3619 0.9278 0.0912</w:t>
        <w:br/>
        <w:t>vn -0.3865 0.9219 -0.0255</w:t>
        <w:br/>
        <w:t>vn -0.4157 -0.4503 0.7902</w:t>
        <w:br/>
        <w:t>vn -0.4237 -0.4885 0.7628</w:t>
        <w:br/>
        <w:t>vn 0.5278 0.8281 0.1890</w:t>
        <w:br/>
        <w:t>vn 0.4456 0.8791 0.1694</w:t>
        <w:br/>
        <w:t>vn 0.5000 0.8120 0.3012</w:t>
        <w:br/>
        <w:t>vn 0.1262 0.9491 0.2884</w:t>
        <w:br/>
        <w:t>vn 0.1195 0.8382 0.5321</w:t>
        <w:br/>
        <w:t>vn 0.1588 0.6716 0.7236</w:t>
        <w:br/>
        <w:t>vn 0.3537 0.7434 0.5676</w:t>
        <w:br/>
        <w:t>vn 0.2309 0.5601 0.7956</w:t>
        <w:br/>
        <w:t>vn 0.2142 0.3886 0.8962</w:t>
        <w:br/>
        <w:t>vn 0.2130 0.1743 0.9614</w:t>
        <w:br/>
        <w:t>vn 0.4135 -0.5741 -0.7067</w:t>
        <w:br/>
        <w:t>vn -0.8838 0.2561 0.3916</w:t>
        <w:br/>
        <w:t>vn -0.8782 0.2830 0.3856</w:t>
        <w:br/>
        <w:t>vn -0.8197 0.3234 0.4729</w:t>
        <w:br/>
        <w:t>vn -0.8265 0.2596 0.4995</w:t>
        <w:br/>
        <w:t>vn -0.9591 0.2683 0.0906</w:t>
        <w:br/>
        <w:t>vn -0.9735 0.1382 0.1822</w:t>
        <w:br/>
        <w:t>vn -0.8636 0.1510 0.4810</w:t>
        <w:br/>
        <w:t>vn -0.8421 0.2089 0.4972</w:t>
        <w:br/>
        <w:t>vn -0.1097 0.9506 0.2905</w:t>
        <w:br/>
        <w:t>vn -0.4619 0.1991 0.8643</w:t>
        <w:br/>
        <w:t>vn -0.5123 0.1521 0.8453</w:t>
        <w:br/>
        <w:t>vn -0.5426 0.1379 0.8286</w:t>
        <w:br/>
        <w:t>vn -0.1578 -0.0288 0.9871</w:t>
        <w:br/>
        <w:t>vn -0.2396 -0.0409 0.9700</w:t>
        <w:br/>
        <w:t>vn -0.5707 -0.0243 0.8208</w:t>
        <w:br/>
        <w:t>vn -0.5614 -0.0517 0.8259</w:t>
        <w:br/>
        <w:t>vn 0.3677 0.6455 0.6695</w:t>
        <w:br/>
        <w:t>vn 0.6029 0.7456 0.2840</w:t>
        <w:br/>
        <w:t>vn 0.4848 0.5130 0.7084</w:t>
        <w:br/>
        <w:t>vn 0.7279 0.6084 0.3162</w:t>
        <w:br/>
        <w:t>vn 0.8272 0.4374 0.3528</w:t>
        <w:br/>
        <w:t>vn 0.7859 0.5098 0.3500</w:t>
        <w:br/>
        <w:t>vn 0.6072 0.3902 0.6922</w:t>
        <w:br/>
        <w:t>vn 0.6567 0.2607 0.7076</w:t>
        <w:br/>
        <w:t>vn 0.1822 0.5454 0.8182</w:t>
        <w:br/>
        <w:t>vn 0.2260 0.4069 0.8851</w:t>
        <w:br/>
        <w:t>vn 0.2933 0.2259 0.9290</w:t>
        <w:br/>
        <w:t>vn 0.3319 0.0569 0.9416</w:t>
        <w:br/>
        <w:t>vn 0.6742 0.1305 0.7270</w:t>
        <w:br/>
        <w:t>vn 0.9357 0.2300 0.2674</w:t>
        <w:br/>
        <w:t>vn 0.9174 0.2329 0.3228</w:t>
        <w:br/>
        <w:t>vn 0.9453 0.2021 0.2560</w:t>
        <w:br/>
        <w:t>vn 0.8760 0.2628 0.4045</w:t>
        <w:br/>
        <w:t>vn 0.8390 0.1737 0.5156</w:t>
        <w:br/>
        <w:t>vn 0.9591 0.1006 0.2644</w:t>
        <w:br/>
        <w:t>vn 0.8685 0.0578 0.4923</w:t>
        <w:br/>
        <w:t>vn -0.3798 -0.4010 0.8336</w:t>
        <w:br/>
        <w:t>vn -0.2567 -0.4668 0.8463</w:t>
        <w:br/>
        <w:t>vn -0.3918 -0.4129 0.8222</w:t>
        <w:br/>
        <w:t>vn 0.2828 0.9519 0.1182</w:t>
        <w:br/>
        <w:t>vn 0.1116 0.9890 0.0975</w:t>
        <w:br/>
        <w:t>vn -0.0102 -0.2935 0.9559</w:t>
        <w:br/>
        <w:t>vn 0.3166 -0.4208 0.8501</w:t>
        <w:br/>
        <w:t>vn 0.0513 -0.5089 0.8593</w:t>
        <w:br/>
        <w:t>vn 0.8085 0.5690 0.1501</w:t>
        <w:br/>
        <w:t>vn 0.8547 0.4943 0.1585</w:t>
        <w:br/>
        <w:t>vn 0.6762 0.7288 0.1073</w:t>
        <w:br/>
        <w:t>vn 0.7577 0.6440 0.1053</w:t>
        <w:br/>
        <w:t>vn -0.1474 -0.5002 0.8533</w:t>
        <w:br/>
        <w:t>vn 0.8940 0.3290 0.3042</w:t>
        <w:br/>
        <w:t>vn 0.8759 0.2628 0.4045</w:t>
        <w:br/>
        <w:t>vn 0.4129 0.9103 -0.0299</w:t>
        <w:br/>
        <w:t>vn 0.3964 0.9154 -0.0704</w:t>
        <w:br/>
        <w:t>vn 0.4625 0.4316 0.7745</w:t>
        <w:br/>
        <w:t>vn 0.5675 0.5389 0.6225</w:t>
        <w:br/>
        <w:t>vn 0.5849 0.3332 0.7395</w:t>
        <w:br/>
        <w:t>vn 0.6938 0.4147 0.5888</w:t>
        <w:br/>
        <w:t>vn 0.4691 0.8717 0.1415</w:t>
        <w:br/>
        <w:t>vn -0.7497 0.6467 -0.1402</w:t>
        <w:br/>
        <w:t>vn -0.8413 0.4878 -0.2330</w:t>
        <w:br/>
        <w:t>vn 0.8652 0.4750 0.1604</w:t>
        <w:br/>
        <w:t>vn 0.8557 0.4132 0.3114</w:t>
        <w:br/>
        <w:t>vn 0.8924 0.3339 0.3034</w:t>
        <w:br/>
        <w:t>vn 0.9150 0.3741 0.1511</w:t>
        <w:br/>
        <w:t>vn -0.0775 0.8592 0.5058</w:t>
        <w:br/>
        <w:t>vn -0.2596 0.9637 0.0624</w:t>
        <w:br/>
        <w:t>vn -0.0273 0.6996 0.7140</w:t>
        <w:br/>
        <w:t>vn 0.1019 0.7057 0.7011</w:t>
        <w:br/>
        <w:t>vn 0.1403 0.8518 0.5048</w:t>
        <w:br/>
        <w:t>vn 0.5854 0.8089 -0.0553</w:t>
        <w:br/>
        <w:t>vn 0.5633 0.8148 -0.1375</w:t>
        <w:br/>
        <w:t>vn 0.5712 0.0091 0.8208</w:t>
        <w:br/>
        <w:t>vn 0.9427 -0.2706 0.1950</w:t>
        <w:br/>
        <w:t>vn 0.9733 -0.1766 0.1464</w:t>
        <w:br/>
        <w:t>vn 0.9196 -0.1778 0.3504</w:t>
        <w:br/>
        <w:t>vn 0.8950 -0.2325 0.3807</w:t>
        <w:br/>
        <w:t>vn 0.0041 -0.0474 0.9989</w:t>
        <w:br/>
        <w:t>vn -0.0753 -0.0495 0.9959</w:t>
        <w:br/>
        <w:t>vn -0.2555 -0.0274 0.9664</w:t>
        <w:br/>
        <w:t>vn -0.2247 -0.0017 0.9744</w:t>
        <w:br/>
        <w:t>vn -0.0676 -0.0477 0.9966</w:t>
        <w:br/>
        <w:t>vn -0.1674 0.0790 0.9827</w:t>
        <w:br/>
        <w:t>vn 0.3871 0.1802 0.9042</w:t>
        <w:br/>
        <w:t>vn -0.0349 0.0753 0.9966</w:t>
        <w:br/>
        <w:t>vn -0.9709 -0.0674 0.2298</w:t>
        <w:br/>
        <w:t>vn -0.8443 0.0596 0.5326</w:t>
        <w:br/>
        <w:t>vn -0.8702 0.1157 0.4790</w:t>
        <w:br/>
        <w:t>vn -0.9916 0.0398 0.1228</w:t>
        <w:br/>
        <w:t>vn -0.5767 0.0317 0.8163</w:t>
        <w:br/>
        <w:t>vn -0.5674 0.1053 0.8167</w:t>
        <w:br/>
        <w:t>vn -0.8459 0.2084 0.4910</w:t>
        <w:br/>
        <w:t>vn -0.8512 0.1127 0.5125</w:t>
        <w:br/>
        <w:t>vn -0.7413 0.1698 -0.6493</w:t>
        <w:br/>
        <w:t>vn -0.8483 0.3090 -0.4299</w:t>
        <w:br/>
        <w:t>vn -0.7070 0.3066 -0.6374</w:t>
        <w:br/>
        <w:t>vn -0.6301 0.1374 -0.7643</w:t>
        <w:br/>
        <w:t>vn -0.4364 -0.0179 -0.8996</w:t>
        <w:br/>
        <w:t>vn -0.3134 -0.1955 -0.9293</w:t>
        <w:br/>
        <w:t>vn -0.6392 0.0223 -0.7687</w:t>
        <w:br/>
        <w:t>vn 0.6115 0.3530 0.7081</w:t>
        <w:br/>
        <w:t>vn 0.7825 0.3932 0.4829</w:t>
        <w:br/>
        <w:t>vn 0.8756 0.4036 0.2655</w:t>
        <w:br/>
        <w:t>vn 0.8180 0.5721 -0.0600</w:t>
        <w:br/>
        <w:t>vn -0.7566 0.6538 0.0100</w:t>
        <w:br/>
        <w:t>vn -0.8425 0.5357 0.0562</w:t>
        <w:br/>
        <w:t>vn -0.8272 0.5205 0.2116</w:t>
        <w:br/>
        <w:t>vn -0.7494 0.6419 0.1624</w:t>
        <w:br/>
        <w:t>vn -0.9167 0.3901 0.0861</w:t>
        <w:br/>
        <w:t>vn -0.8946 0.3747 0.2433</w:t>
        <w:br/>
        <w:t>vn -0.9610 -0.0000 0.2764</w:t>
        <w:br/>
        <w:t>vn -0.9426 -0.1084 0.3159</w:t>
        <w:br/>
        <w:t>vn -0.9533 -0.0714 0.2935</w:t>
        <w:br/>
        <w:t>vn -0.9425 -0.0012 0.3342</w:t>
        <w:br/>
        <w:t>vn -0.6587 0.7520 -0.0253</w:t>
        <w:br/>
        <w:t>vn -0.6590 0.7456 0.0989</w:t>
        <w:br/>
        <w:t>vn -0.2477 0.9583 0.1428</w:t>
        <w:br/>
        <w:t>vn -0.2885 0.9119 0.2918</w:t>
        <w:br/>
        <w:t>vn 0.9039 -0.3223 0.2813</w:t>
        <w:br/>
        <w:t>vn 0.4635 0.2662 0.8452</w:t>
        <w:br/>
        <w:t>vn 0.6455 -0.0710 0.7605</w:t>
        <w:br/>
        <w:t>vn 0.7086 -0.5625 0.4260</w:t>
        <w:br/>
        <w:t>vn 0.4755 0.2391 0.8466</w:t>
        <w:br/>
        <w:t>vn 0.6000 -0.1116 0.7922</w:t>
        <w:br/>
        <w:t>vn 0.5893 -0.6206 0.5173</w:t>
        <w:br/>
        <w:t>vn -0.2036 -0.9723 0.1146</w:t>
        <w:br/>
        <w:t>vn -0.3866 -0.8488 0.3607</w:t>
        <w:br/>
        <w:t>vn -0.4759 -0.8053 0.3537</w:t>
        <w:br/>
        <w:t>vn 0.0404 0.7449 0.6659</w:t>
        <w:br/>
        <w:t>vn -0.3318 0.7500 0.5722</w:t>
        <w:br/>
        <w:t>vn -0.3227 0.6096 0.7241</w:t>
        <w:br/>
        <w:t>vn -0.0333 0.6181 0.7854</w:t>
        <w:br/>
        <w:t>vn 0.3160 0.6175 0.7203</w:t>
        <w:br/>
        <w:t>vn -0.0207 0.2620 0.9648</w:t>
        <w:br/>
        <w:t>vn -0.4868 0.2056 0.8490</w:t>
        <w:br/>
        <w:t>vn -0.5076 0.0629 0.8593</w:t>
        <w:br/>
        <w:t>vn -0.0116 0.1144 0.9934</w:t>
        <w:br/>
        <w:t>vn 0.7353 0.6205 0.2726</w:t>
        <w:br/>
        <w:t>vn 0.6875 0.5237 0.5031</w:t>
        <w:br/>
        <w:t>vn 0.8877 0.3941 0.2381</w:t>
        <w:br/>
        <w:t>vn -0.5261 -0.0836 0.8463</w:t>
        <w:br/>
        <w:t>vn 0.0181 -0.0362 0.9992</w:t>
        <w:br/>
        <w:t>vn 0.6173 -0.2482 0.7465</w:t>
        <w:br/>
        <w:t>vn 0.5513 -0.0791 0.8305</w:t>
        <w:br/>
        <w:t>vn 0.0511 -0.2426 0.9688</w:t>
        <w:br/>
        <w:t>vn 0.5941 -0.2813 0.7536</w:t>
        <w:br/>
        <w:t>vn 0.5956 -0.1117 0.7955</w:t>
        <w:br/>
        <w:t>vn -0.6517 0.5873 0.4799</w:t>
        <w:br/>
        <w:t>vn -0.4931 0.6444 0.5845</w:t>
        <w:br/>
        <w:t>vn -0.5976 0.4608 0.6561</w:t>
        <w:br/>
        <w:t>vn -0.4324 0.2609 0.8631</w:t>
        <w:br/>
        <w:t>vn -0.6786 0.3028 0.6692</w:t>
        <w:br/>
        <w:t>vn -0.6951 0.2142 0.6863</w:t>
        <w:br/>
        <w:t>vn -0.4612 0.2060 0.8631</w:t>
        <w:br/>
        <w:t>vn 0.6006 0.2173 0.7695</w:t>
        <w:br/>
        <w:t>vn 0.5876 0.3493 0.7299</w:t>
        <w:br/>
        <w:t>vn 0.4040 0.4010 0.8221</w:t>
        <w:br/>
        <w:t>vn 0.4506 0.2412 0.8595</w:t>
        <w:br/>
        <w:t>vn 0.4889 0.0861 0.8681</w:t>
        <w:br/>
        <w:t>vn 0.5920 0.0659 0.8033</w:t>
        <w:br/>
        <w:t>vn -0.0243 0.4340 0.9006</w:t>
        <w:br/>
        <w:t>vn 0.0524 0.2846 -0.9572</w:t>
        <w:br/>
        <w:t>vn -0.0690 0.3128 -0.9473</w:t>
        <w:br/>
        <w:t>vn 0.2591 0.1338 -0.9565</w:t>
        <w:br/>
        <w:t>vn 0.3958 0.1009 -0.9128</w:t>
        <w:br/>
        <w:t>vn -0.3711 0.6429 0.6701</w:t>
        <w:br/>
        <w:t>vn -0.4298 0.4767 0.7668</w:t>
        <w:br/>
        <w:t>vn -0.5110 -0.3749 0.7735</w:t>
        <w:br/>
        <w:t>vn -0.0733 -0.4694 0.8800</w:t>
        <w:br/>
        <w:t>vn 0.0558 -0.3788 0.9238</w:t>
        <w:br/>
        <w:t>vn -0.7892 -0.3204 0.5239</w:t>
        <w:br/>
        <w:t>vn -0.5333 -0.2673 0.8026</w:t>
        <w:br/>
        <w:t>vn -0.8067 -0.1749 0.5645</w:t>
        <w:br/>
        <w:t>vn -0.8029 -0.0138 0.5959</w:t>
        <w:br/>
        <w:t>vn -0.7907 0.1412 0.5957</w:t>
        <w:br/>
        <w:t>vn -0.7619 0.2956 0.5763</w:t>
        <w:br/>
        <w:t>vn -0.5732 0.2623 0.7763</w:t>
        <w:br/>
        <w:t>vn -0.8888 0.1160 0.4434</w:t>
        <w:br/>
        <w:t>vn -0.2356 -0.4038 0.8840</w:t>
        <w:br/>
        <w:t>vn -0.2348 -0.2519 0.9388</w:t>
        <w:br/>
        <w:t>vn -0.3906 -0.1704 0.9047</w:t>
        <w:br/>
        <w:t>vn -0.4082 -0.2910 0.8653</w:t>
        <w:br/>
        <w:t>vn 0.7109 -0.1005 -0.6960</w:t>
        <w:br/>
        <w:t>vn 0.6057 0.0984 -0.7896</w:t>
        <w:br/>
        <w:t>vn 0.6957 0.1717 -0.6975</w:t>
        <w:br/>
        <w:t>vn -0.4377 0.3809 0.8144</w:t>
        <w:br/>
        <w:t>vn -0.4388 0.3309 0.8355</w:t>
        <w:br/>
        <w:t>vn -0.5893 0.5354 0.6051</w:t>
        <w:br/>
        <w:t>vn -0.6399 0.4178 0.6449</w:t>
        <w:br/>
        <w:t>vn -0.5570 -0.4056 0.7248</w:t>
        <w:br/>
        <w:t>vn -0.7796 -0.4115 0.4721</w:t>
        <w:br/>
        <w:t>vn -0.7137 -0.3783 0.5895</w:t>
        <w:br/>
        <w:t>vn -0.8711 -0.2176 0.4402</w:t>
        <w:br/>
        <w:t>vn -0.8392 -0.3516 0.4148</w:t>
        <w:br/>
        <w:t>vn -0.2681 0.1946 0.9435</w:t>
        <w:br/>
        <w:t>vn -0.1871 0.0626 0.9803</w:t>
        <w:br/>
        <w:t>vn -0.1881 0.1219 0.9745</w:t>
        <w:br/>
        <w:t>vn -0.3481 -0.0542 0.9359</w:t>
        <w:br/>
        <w:t>vn -0.0930 -0.1134 0.9892</w:t>
        <w:br/>
        <w:t>vn -0.3964 -0.2269 -0.8896</w:t>
        <w:br/>
        <w:t>vn -0.6004 -0.1813 -0.7788</w:t>
        <w:br/>
        <w:t>vn -0.2664 -0.2544 -0.9297</w:t>
        <w:br/>
        <w:t>vn -0.1527 -0.1921 -0.9694</w:t>
        <w:br/>
        <w:t>vn -0.7758 -0.4000 0.4881</w:t>
        <w:br/>
        <w:t>vn 0.6315 -0.6584 0.4094</w:t>
        <w:br/>
        <w:t>vn 0.5046 -0.7085 0.4934</w:t>
        <w:br/>
        <w:t>vn 0.4287 -0.8232 0.3723</w:t>
        <w:br/>
        <w:t>vn -0.0190 0.5234 -0.8519</w:t>
        <w:br/>
        <w:t>vn -0.1853 0.4664 -0.8650</w:t>
        <w:br/>
        <w:t>vn -0.1667 0.4619 -0.8711</w:t>
        <w:br/>
        <w:t>vn 0.0217 0.4635 -0.8858</w:t>
        <w:br/>
        <w:t>vn 0.6609 -0.4486 0.6016</w:t>
        <w:br/>
        <w:t>vn 0.0423 -0.5646 0.8243</w:t>
        <w:br/>
        <w:t>vn 0.6591 -0.5370 0.5265</w:t>
        <w:br/>
        <w:t>vn 0.4249 0.7336 0.5304</w:t>
        <w:br/>
        <w:t>vn 0.4378 0.8429 0.3127</w:t>
        <w:br/>
        <w:t>vn 0.1431 0.8984 0.4153</w:t>
        <w:br/>
        <w:t>vn -0.3676 0.7736 0.5162</w:t>
        <w:br/>
        <w:t>vn -0.3953 0.7919 0.4654</w:t>
        <w:br/>
        <w:t>vn 0.3544 0.0198 -0.9349</w:t>
        <w:br/>
        <w:t>vn 0.6544 0.0837 -0.7515</w:t>
        <w:br/>
        <w:t>vn 0.6022 0.0416 -0.7972</w:t>
        <w:br/>
        <w:t>vn 0.6528 -0.3567 0.6683</w:t>
        <w:br/>
        <w:t>vn -0.4617 -0.2618 -0.8475</w:t>
        <w:br/>
        <w:t>vn -0.3066 -0.2097 -0.9285</w:t>
        <w:br/>
        <w:t>vn -0.0723 -0.1303 -0.9888</w:t>
        <w:br/>
        <w:t>vn -0.1148 -0.1001 -0.9883</w:t>
        <w:br/>
        <w:t>vn 0.6602 -0.6592 0.3598</w:t>
        <w:br/>
        <w:t>vn 0.7466 -0.5187 0.4165</w:t>
        <w:br/>
        <w:t>vn 0.8196 0.3203 0.4750</w:t>
        <w:br/>
        <w:t>vn 0.9165 0.2667 0.2982</w:t>
        <w:br/>
        <w:t>vn 0.7922 0.1966 0.5778</w:t>
        <w:br/>
        <w:t>vn 0.9410 0.1445 0.3059</w:t>
        <w:br/>
        <w:t>vn 0.4966 -0.0288 -0.8675</w:t>
        <w:br/>
        <w:t>vn 0.1837 -0.0330 -0.9824</w:t>
        <w:br/>
        <w:t>vn 0.2063 -0.1313 -0.9696</w:t>
        <w:br/>
        <w:t>vn 0.3961 -0.0984 -0.9129</w:t>
        <w:br/>
        <w:t>vn 0.5095 0.0185 -0.8603</w:t>
        <w:br/>
        <w:t>vn 0.0650 0.0300 -0.9974</w:t>
        <w:br/>
        <w:t>vn 0.6793 -0.2931 0.6728</w:t>
        <w:br/>
        <w:t>vn 0.6234 -0.4180 0.6608</w:t>
        <w:br/>
        <w:t>vn 0.8778 -0.3534 0.3235</w:t>
        <w:br/>
        <w:t>vn 0.9037 -0.2557 0.3434</w:t>
        <w:br/>
        <w:t>vn 0.5944 -0.4505 0.6662</w:t>
        <w:br/>
        <w:t>vn 0.8710 -0.3950 0.2921</w:t>
        <w:br/>
        <w:t>vn 0.5634 -0.4379 0.7006</w:t>
        <w:br/>
        <w:t>vn 0.8669 -0.4195 0.2693</w:t>
        <w:br/>
        <w:t>vn 0.8362 -0.4846 0.2570</w:t>
        <w:br/>
        <w:t>vn 0.7247 -0.1214 0.6783</w:t>
        <w:br/>
        <w:t>vn 0.7608 0.0631 0.6459</w:t>
        <w:br/>
        <w:t>vn 0.2549 -0.4062 0.8775</w:t>
        <w:br/>
        <w:t>vn 0.1867 -0.4070 0.8941</w:t>
        <w:br/>
        <w:t>vn 0.1018 -0.3340 0.9371</w:t>
        <w:br/>
        <w:t>vn 0.0276 -0.2077 0.9778</w:t>
        <w:br/>
        <w:t>vn 0.8008 -0.4235 0.4235</w:t>
        <w:br/>
        <w:t>vn 0.8138 -0.3409 0.4707</w:t>
        <w:br/>
        <w:t>vn 0.1309 0.4367 -0.8900</w:t>
        <w:br/>
        <w:t>vn 0.1916 0.4652 -0.8642</w:t>
        <w:br/>
        <w:t>vn 0.1152 0.3916 -0.9129</w:t>
        <w:br/>
        <w:t>vn 0.3059 -0.8996 0.3118</w:t>
        <w:br/>
        <w:t>vn 0.5189 -0.8240 0.2276</w:t>
        <w:br/>
        <w:t>vn -0.5093 0.1068 0.8539</w:t>
        <w:br/>
        <w:t>vn -0.2087 0.1075 0.9720</w:t>
        <w:br/>
        <w:t>vn -0.1882 0.1219 0.9745</w:t>
        <w:br/>
        <w:t>vn -0.8116 -0.0007 0.5842</w:t>
        <w:br/>
        <w:t>vn -0.8288 0.0798 0.5538</w:t>
        <w:br/>
        <w:t>vn -0.9406 0.1112 0.3208</w:t>
        <w:br/>
        <w:t>vn -0.5287 -0.0231 0.8485</w:t>
        <w:br/>
        <w:t>vn -0.1801 0.0100 0.9836</w:t>
        <w:br/>
        <w:t>vn 0.9982 -0.0482 -0.0354</w:t>
        <w:br/>
        <w:t>vn 0.9911 -0.0063 0.1327</w:t>
        <w:br/>
        <w:t>vn 0.0729 -0.0273 0.9970</w:t>
        <w:br/>
        <w:t>vn 0.0730 -0.0274 0.9970</w:t>
        <w:br/>
        <w:t>vn 0.0472 -0.0260 0.9985</w:t>
        <w:br/>
        <w:t>vn 0.0683 -0.0301 0.9972</w:t>
        <w:br/>
        <w:t>vn -0.4854 0.7284 -0.4836</w:t>
        <w:br/>
        <w:t>vn -0.3299 0.8229 -0.4627</w:t>
        <w:br/>
        <w:t>vn -0.6435 -0.2038 0.7378</w:t>
        <w:br/>
        <w:t>vn -0.7620 -0.0382 0.6464</w:t>
        <w:br/>
        <w:t>vn -0.7791 0.0863 0.6210</w:t>
        <w:br/>
        <w:t>vn -0.5872 0.6896 0.4239</w:t>
        <w:br/>
        <w:t>vn -0.6710 0.5836 0.4574</w:t>
        <w:br/>
        <w:t>vn -0.7409 0.4660 0.4836</w:t>
        <w:br/>
        <w:t>vn -0.7946 0.3259 0.5122</w:t>
        <w:br/>
        <w:t>vn -0.4728 0.8494 0.2345</w:t>
        <w:br/>
        <w:t>vn -0.9931 0.1169 -0.0070</w:t>
        <w:br/>
        <w:t>vn -0.9560 0.0754 0.2834</w:t>
        <w:br/>
        <w:t>vn -0.8866 -0.0232 0.4619</w:t>
        <w:br/>
        <w:t>vn -0.8206 0.1791 0.5428</w:t>
        <w:br/>
        <w:t>vn -0.9330 0.2253 0.2804</w:t>
        <w:br/>
        <w:t>vn -0.8035 -0.0531 0.5929</w:t>
        <w:br/>
        <w:t>vn -0.8538 -0.1819 0.4877</w:t>
        <w:br/>
        <w:t>vn -0.5192 -0.1180 0.8465</w:t>
        <w:br/>
        <w:t>vn -0.8897 -0.2996 0.3445</w:t>
        <w:br/>
        <w:t>vn -0.8897 -0.2996 0.3446</w:t>
        <w:br/>
        <w:t>vn -0.8510 -0.4932 0.1806</w:t>
        <w:br/>
        <w:t>vn -0.8510 -0.4932 0.1805</w:t>
        <w:br/>
        <w:t>vn -0.7929 -0.6019 0.0955</w:t>
        <w:br/>
        <w:t>vn -0.7084 0.1226 0.6951</w:t>
        <w:br/>
        <w:t>vn -0.8223 0.4435 -0.3565</w:t>
        <w:br/>
        <w:t>vn -0.2520 -0.5693 0.7826</w:t>
        <w:br/>
        <w:t>vn -0.4584 -0.3942 0.7965</w:t>
        <w:br/>
        <w:t>vn 0.8116 -0.5294 0.2471</w:t>
        <w:br/>
        <w:t>vn 0.0093 -0.1166 0.9931</w:t>
        <w:br/>
        <w:t>vn -0.3261 0.1909 0.9259</w:t>
        <w:br/>
        <w:t>vn -0.4958 -0.3860 0.7780</w:t>
        <w:br/>
        <w:t>vn -0.7330 -0.2674 0.6255</w:t>
        <w:br/>
        <w:t>vn -0.0064 -0.7506 0.6608</w:t>
        <w:br/>
        <w:t>vn -0.6819 -0.0062 -0.7314</w:t>
        <w:br/>
        <w:t>vn -0.2104 0.1365 -0.9680</w:t>
        <w:br/>
        <w:t>vn -0.0104 0.2804 -0.9598</w:t>
        <w:br/>
        <w:t>vn -0.3784 0.2791 -0.8826</w:t>
        <w:br/>
        <w:t>vn -0.9020 -0.1232 0.4137</w:t>
        <w:br/>
        <w:t>vn -0.8487 0.0249 0.5283</w:t>
        <w:br/>
        <w:t>vn -0.0063 -0.7505 0.6608</w:t>
        <w:br/>
        <w:t>vn 0.7354 0.6204 0.2726</w:t>
        <w:br/>
        <w:t>vn -0.7029 -0.1038 -0.7036</w:t>
        <w:br/>
        <w:t>vn 0.0008 -0.4034 -0.9150</w:t>
        <w:br/>
        <w:t>vn -0.2312 0.8856 0.4028</w:t>
        <w:br/>
        <w:t>vn -0.4165 -0.1041 0.9032</w:t>
        <w:br/>
        <w:t>vn -0.1620 -0.1912 0.9681</w:t>
        <w:br/>
        <w:t>vn -0.6508 0.0144 0.7591</w:t>
        <w:br/>
        <w:t>vn 0.3723 -0.8001 0.4704</w:t>
        <w:br/>
        <w:t>vn 0.4616 -0.7605 0.4566</w:t>
        <w:br/>
        <w:t>vn -0.7499 0.4466 0.4881</w:t>
        <w:br/>
        <w:t>vn -0.4501 0.0882 0.8886</w:t>
        <w:br/>
        <w:t>vn -0.5970 0.0033 0.8022</w:t>
        <w:br/>
        <w:t>vn -0.6085 0.1075 0.7863</w:t>
        <w:br/>
        <w:t>vn -0.4539 0.2812 0.8455</w:t>
        <w:br/>
        <w:t>vn -0.5138 0.8254 0.2340</w:t>
        <w:br/>
        <w:t>vn -0.6724 0.7002 0.2401</w:t>
        <w:br/>
        <w:t>vn -0.6301 0.5455 0.5526</w:t>
        <w:br/>
        <w:t>vn -0.5281 0.6918 0.4925</w:t>
        <w:br/>
        <w:t>vn -0.5985 0.2117 0.7726</w:t>
        <w:br/>
        <w:t>vn -0.4504 0.4008 0.7978</w:t>
        <w:br/>
        <w:t>vn -0.9535 0.1654 0.2521</w:t>
        <w:br/>
        <w:t>vn -0.8929 0.1935 0.4065</w:t>
        <w:br/>
        <w:t>vn -0.8872 0.1269 0.4436</w:t>
        <w:br/>
        <w:t>vn -0.9469 0.0601 0.3157</w:t>
        <w:br/>
        <w:t>vn -0.9403 0.2604 0.2193</w:t>
        <w:br/>
        <w:t>vn -0.9281 0.3010 0.2192</w:t>
        <w:br/>
        <w:t>vn -0.7507 -0.2851 0.5959</w:t>
        <w:br/>
        <w:t>vn -0.5623 -0.1163 0.8187</w:t>
        <w:br/>
        <w:t>vn -0.7347 -0.3341 0.5905</w:t>
        <w:br/>
        <w:t>vn -0.6677 -0.2557 0.6991</w:t>
        <w:br/>
        <w:t>vn 0.6987 0.0083 0.7153</w:t>
        <w:br/>
        <w:t>vn 0.3554 -0.2032 0.9124</w:t>
        <w:br/>
        <w:t>vn 0.1385 -0.5840 0.7998</w:t>
        <w:br/>
        <w:t>vn 0.3837 -0.8732 0.3005</w:t>
        <w:br/>
        <w:t>vn 0.8775 -0.1548 -0.4539</w:t>
        <w:br/>
        <w:t>vn 0.9493 -0.1095 -0.2946</w:t>
        <w:br/>
        <w:t>vn 0.9233 -0.1812 -0.3386</w:t>
        <w:br/>
        <w:t>vn 0.9082 0.3215 0.2681</w:t>
        <w:br/>
        <w:t>vn 0.9025 0.4264 -0.0611</w:t>
        <w:br/>
        <w:t>vn 0.9573 0.2827 -0.0598</w:t>
        <w:br/>
        <w:t>vn 0.9537 0.1610 0.2539</w:t>
        <w:br/>
        <w:t>vn 0.9792 0.1488 -0.1382</w:t>
        <w:br/>
        <w:t>vn 0.9862 0.0350 0.1618</w:t>
        <w:br/>
        <w:t>vn 0.9826 -0.1188 0.1427</w:t>
        <w:br/>
        <w:t>vn 0.9732 -0.0088 -0.2298</w:t>
        <w:br/>
        <w:t>vn 0.9559 0.2724 0.1096</w:t>
        <w:br/>
        <w:t>vn 0.9881 0.1280 0.0851</w:t>
        <w:br/>
        <w:t>vn 0.4649 -0.8669 -0.1799</w:t>
        <w:br/>
        <w:t>vn 0.5670 -0.7914 -0.2284</w:t>
        <w:br/>
        <w:t>vn 0.7410 -0.6714 -0.0142</w:t>
        <w:br/>
        <w:t>vn 0.6550 -0.7552 0.0253</w:t>
        <w:br/>
        <w:t>vn 0.3279 -0.9408 -0.0863</w:t>
        <w:br/>
        <w:t>vn 0.5112 -0.8539 0.0969</w:t>
        <w:br/>
        <w:t>vn 0.3476 -0.9204 0.1788</w:t>
        <w:br/>
        <w:t>vn 0.1783 -0.9834 0.0336</w:t>
        <w:br/>
        <w:t>vn 0.8154 -0.1828 -0.5493</w:t>
        <w:br/>
        <w:t>vn -0.2571 0.4418 -0.8595</w:t>
        <w:br/>
        <w:t>vn -0.3739 0.3860 -0.8433</w:t>
        <w:br/>
        <w:t>vn -0.0971 -0.9899 -0.1036</w:t>
        <w:br/>
        <w:t>vn -0.5210 0.7239 0.4522</w:t>
        <w:br/>
        <w:t>vn 0.0321 -0.1048 0.9940</w:t>
        <w:br/>
        <w:t>vn -0.7952 0.3256 0.5116</w:t>
        <w:br/>
        <w:t>vn -0.8236 0.2603 0.5039</w:t>
        <w:br/>
        <w:t>vn 0.0580 -0.1153 -0.9916</w:t>
        <w:br/>
        <w:t>vn -0.4216 -0.1824 -0.8883</w:t>
        <w:br/>
        <w:t>vn 0.0828 -0.1228 -0.9890</w:t>
        <w:br/>
        <w:t>vn 0.2844 -0.1201 -0.9512</w:t>
        <w:br/>
        <w:t>vn 0.2642 -0.1325 -0.9553</w:t>
        <w:br/>
        <w:t>vn -0.6719 -0.7172 0.1850</w:t>
        <w:br/>
        <w:t>vn -0.7446 -0.6593 0.1039</w:t>
        <w:br/>
        <w:t>vn -0.8761 -0.3021 0.3757</w:t>
        <w:br/>
        <w:t>vn -0.9003 -0.4353 0.0078</w:t>
        <w:br/>
        <w:t>vn -0.9898 -0.1408 0.0204</w:t>
        <w:br/>
        <w:t>vn -0.0356 0.3673 0.9294</w:t>
        <w:br/>
        <w:t>vn -0.8495 0.1277 0.5119</w:t>
        <w:br/>
        <w:t>vn -0.7182 -0.0704 0.6923</w:t>
        <w:br/>
        <w:t>vn -0.6624 -0.0481 0.7476</w:t>
        <w:br/>
        <w:t>vn -0.6338 -0.0305 0.7729</w:t>
        <w:br/>
        <w:t>vn -0.6509 0.0144 0.7591</w:t>
        <w:br/>
        <w:t>vn -0.6821 0.1262 0.7203</w:t>
        <w:br/>
        <w:t>vn -0.4938 0.3629 0.7902</w:t>
        <w:br/>
        <w:t>vn -0.5481 -0.0692 0.8335</w:t>
        <w:br/>
        <w:t>vn -0.5223 -0.0442 0.8516</w:t>
        <w:br/>
        <w:t>vn -0.4502 0.0882 0.8886</w:t>
        <w:br/>
        <w:t>vn -0.8029 -0.2149 -0.5560</w:t>
        <w:br/>
        <w:t>vn -0.5991 -0.5355 -0.5952</w:t>
        <w:br/>
        <w:t>vn -0.9436 0.1848 -0.2747</w:t>
        <w:br/>
        <w:t>vn -0.9060 0.0112 -0.4231</w:t>
        <w:br/>
        <w:t>vn -0.3954 -0.7745 -0.4938</w:t>
        <w:br/>
        <w:t>vn -0.2738 -0.9079 -0.3176</w:t>
        <w:br/>
        <w:t>vn -0.5220 0.3374 0.7834</w:t>
        <w:br/>
        <w:t>vn -0.4904 0.2867 0.8230</w:t>
        <w:br/>
        <w:t>vn -0.6678 -0.2557 0.6990</w:t>
        <w:br/>
        <w:t>vn -0.0306 -0.9530 -0.3013</w:t>
        <w:br/>
        <w:t>vn -0.8591 0.4617 -0.2208</w:t>
        <w:br/>
        <w:t>vn -0.8960 0.4141 0.1603</w:t>
        <w:br/>
        <w:t>vn -0.8032 0.5270 0.2777</w:t>
        <w:br/>
        <w:t>vn -0.8648 0.3821 0.3257</w:t>
        <w:br/>
        <w:t>vn -0.8147 0.5276 0.2404</w:t>
        <w:br/>
        <w:t>vn -0.9591 0.2682 0.0906</w:t>
        <w:br/>
        <w:t>vn -0.9261 0.3539 0.1304</w:t>
        <w:br/>
        <w:t>vn -0.8625 0.3928 -0.3191</w:t>
        <w:br/>
        <w:t>vn -0.7182 -0.0703 0.6923</w:t>
        <w:br/>
        <w:t>vn -0.7620 -0.0382 0.6465</w:t>
        <w:br/>
        <w:t>vn -0.6184 -0.0241 0.7855</w:t>
        <w:br/>
        <w:t>vn -0.7676 -0.0967 0.6336</w:t>
        <w:br/>
        <w:t>vn -0.6789 -0.2164 0.7016</w:t>
        <w:br/>
        <w:t>vn -0.5198 0.1478 0.8414</w:t>
        <w:br/>
        <w:t>vn -0.2564 -0.8439 0.4713</w:t>
        <w:br/>
        <w:t>vn -0.3545 -0.8065 0.4732</w:t>
        <w:br/>
        <w:t>vn -0.5513 -0.6927 0.4651</w:t>
        <w:br/>
        <w:t>vn -0.5994 -0.2886 0.7466</w:t>
        <w:br/>
        <w:t>vn -0.7174 -0.5429 0.4366</w:t>
        <w:br/>
        <w:t>vn -0.2251 -0.8530 0.4709</w:t>
        <w:br/>
        <w:t>vn -0.4813 0.1824 0.8573</w:t>
        <w:br/>
        <w:t>vn -0.4814 0.1824 0.8573</w:t>
        <w:br/>
        <w:t>vn -0.4509 0.1828 0.8736</w:t>
        <w:br/>
        <w:t>vn -0.4509 0.1828 0.8737</w:t>
        <w:br/>
        <w:t>vn -0.5029 0.1800 0.8454</w:t>
        <w:br/>
        <w:t>vn -0.4385 0.1855 0.8794</w:t>
        <w:br/>
        <w:t>vn -0.8569 0.0499 0.5130</w:t>
        <w:br/>
        <w:t>vn -0.7251 0.0724 0.6848</w:t>
        <w:br/>
        <w:t>vn -0.8952 0.3926 0.2109</w:t>
        <w:br/>
        <w:t>vn -0.8237 0.5384 0.1779</w:t>
        <w:br/>
        <w:t>vn -0.7481 0.6168 0.2448</w:t>
        <w:br/>
        <w:t>vn -0.7397 0.6557 0.1516</w:t>
        <w:br/>
        <w:t>vn -0.6120 0.7806 0.1267</w:t>
        <w:br/>
        <w:t>vn -0.5977 0.8016 -0.0132</w:t>
        <w:br/>
        <w:t>vn -0.8291 0.0120 0.5590</w:t>
        <w:br/>
        <w:t>vn -0.7963 -0.0585 0.6021</w:t>
        <w:br/>
        <w:t>vn -0.7150 -0.0430 0.6978</w:t>
        <w:br/>
        <w:t>vn -0.1253 -0.4930 -0.8610</w:t>
        <w:br/>
        <w:t>vn -0.0199 -0.2779 -0.9604</w:t>
        <w:br/>
        <w:t>vn 0.0763 -0.4612 -0.8840</w:t>
        <w:br/>
        <w:t>vn 0.2035 -0.5711 -0.7952</w:t>
        <w:br/>
        <w:t>vn 0.0285 -0.6508 -0.7587</w:t>
        <w:br/>
        <w:t>vn 0.2747 -0.6989 -0.6604</w:t>
        <w:br/>
        <w:t>vn 0.1160 -0.7834 -0.6106</w:t>
        <w:br/>
        <w:t>vn 0.2870 -0.8261 -0.4849</w:t>
        <w:br/>
        <w:t>vn -0.9194 0.3857 -0.0764</w:t>
        <w:br/>
        <w:t>vn -0.9469 0.3214 0.0107</w:t>
        <w:br/>
        <w:t>vn -0.9262 0.3539 0.1304</w:t>
        <w:br/>
        <w:t>vn -0.6759 -0.2860 0.6792</w:t>
        <w:br/>
        <w:t>vn -0.6560 -0.2448 -0.7140</w:t>
        <w:br/>
        <w:t>vn -0.2146 -0.0340 -0.9761</w:t>
        <w:br/>
        <w:t>vn -0.8717 -0.4144 0.2617</w:t>
        <w:br/>
        <w:t>vn -0.9064 -0.2932 0.3042</w:t>
        <w:br/>
        <w:t>vn -0.4831 0.4974 -0.7206</w:t>
        <w:br/>
        <w:t>vn -0.4517 0.5191 -0.7256</w:t>
        <w:br/>
        <w:t>vn 0.6296 0.7142 0.3058</w:t>
        <w:br/>
        <w:t>vn 0.7903 0.5256 0.3149</w:t>
        <w:br/>
        <w:t>vn 0.9250 0.2500 0.2860</w:t>
        <w:br/>
        <w:t>vn -0.9520 -0.1325 0.2761</w:t>
        <w:br/>
        <w:t>vn -0.9676 0.1306 0.2159</w:t>
        <w:br/>
        <w:t>vn -0.9583 0.2468 0.1439</w:t>
        <w:br/>
        <w:t>vn -0.9702 -0.1654 0.1773</w:t>
        <w:br/>
        <w:t>vn -0.9702 -0.2051 0.1292</w:t>
        <w:br/>
        <w:t>vn -0.4179 0.8046 0.4218</w:t>
        <w:br/>
        <w:t>vn -0.8086 0.5207 -0.2739</w:t>
        <w:br/>
        <w:t>vn -0.7704 0.6160 0.1647</w:t>
        <w:br/>
        <w:t>vn -0.8124 0.4919 0.3131</w:t>
        <w:br/>
        <w:t>vn -0.7422 0.3346 0.5807</w:t>
        <w:br/>
        <w:t>vn -0.7095 0.4317 0.5570</w:t>
        <w:br/>
        <w:t>vn -0.6841 0.2051 0.7000</w:t>
        <w:br/>
        <w:t>vn -0.7070 0.2451 0.6633</w:t>
        <w:br/>
        <w:t>vn -0.6394 0.1627 0.7514</w:t>
        <w:br/>
        <w:t>vn -0.6395 0.1627 0.7514</w:t>
        <w:br/>
        <w:t>vn -0.5895 0.1143 0.7997</w:t>
        <w:br/>
        <w:t>vn -0.5895 0.1143 0.7996</w:t>
        <w:br/>
        <w:t>vn -0.5372 0.0795 0.8397</w:t>
        <w:br/>
        <w:t>vn -0.4963 0.0910 0.8634</w:t>
        <w:br/>
        <w:t>vn -0.5267 0.2331 -0.8175</w:t>
        <w:br/>
        <w:t>vn -0.5303 0.0950 -0.8425</w:t>
        <w:br/>
        <w:t>vn -0.5303 0.0951 -0.8425</w:t>
        <w:br/>
        <w:t>vn -0.5557 -0.0731 -0.8282</w:t>
        <w:br/>
        <w:t>vn -0.5841 -0.2663 -0.7667</w:t>
        <w:br/>
        <w:t>vn -0.4980 -0.6717 -0.5485</w:t>
        <w:br/>
        <w:t>vn -0.5556 -0.5271 -0.6430</w:t>
        <w:br/>
        <w:t>vn -0.6148 0.4319 -0.6599</w:t>
        <w:br/>
        <w:t>vn -0.5592 0.3354 -0.7582</w:t>
        <w:br/>
        <w:t>vn -0.5592 0.3353 -0.7582</w:t>
        <w:br/>
        <w:t>vn -0.4846 0.1037 0.8686</w:t>
        <w:br/>
        <w:t>vn -0.7230 0.2492 0.6443</w:t>
        <w:br/>
        <w:t>vn -0.7230 0.2492 0.6444</w:t>
        <w:br/>
        <w:t>vn -0.6656 0.5376 -0.5177</w:t>
        <w:br/>
        <w:t>vn -0.7344 0.2660 0.6244</w:t>
        <w:br/>
        <w:t>vn -0.6831 0.5850 -0.4372</w:t>
        <w:br/>
        <w:t>vn -0.6883 0.6175 -0.3806</w:t>
        <w:br/>
        <w:t>vn -0.6836 0.6822 -0.2593</w:t>
        <w:br/>
        <w:t>vn -0.6884 0.6175 -0.3806</w:t>
        <w:br/>
        <w:t>vn 0.7626 -0.5133 -0.3937</w:t>
        <w:br/>
        <w:t>vn 0.1908 -0.4273 0.8837</w:t>
        <w:br/>
        <w:t>vn 0.4651 -0.6397 0.6119</w:t>
        <w:br/>
        <w:t>vn -0.7432 0.6036 0.2887</w:t>
        <w:br/>
        <w:t>vn -0.7432 0.6037 0.2887</w:t>
        <w:br/>
        <w:t>vn -0.9653 0.0178 -0.2607</w:t>
        <w:br/>
        <w:t>vn -0.9267 -0.0035 -0.3757</w:t>
        <w:br/>
        <w:t>vn -0.9258 0.0655 -0.3722</w:t>
        <w:br/>
        <w:t>vn -0.9591 0.1162 -0.2580</w:t>
        <w:br/>
        <w:t>vn -0.9204 0.1165 -0.3732</w:t>
        <w:br/>
        <w:t>vn -0.9439 0.1936 -0.2676</w:t>
        <w:br/>
        <w:t>vn -0.9089 0.1797 -0.3762</w:t>
        <w:br/>
        <w:t>vn -0.9218 0.2561 -0.2911</w:t>
        <w:br/>
        <w:t>vn -0.8895 0.2408 -0.3883</w:t>
        <w:br/>
        <w:t>vn -0.8861 0.3359 -0.3194</w:t>
        <w:br/>
        <w:t>vn -0.8612 0.2984 -0.4115</w:t>
        <w:br/>
        <w:t>vn -0.8475 0.4090 -0.3383</w:t>
        <w:br/>
        <w:t>vn -0.7901 0.4323 -0.4346</w:t>
        <w:br/>
        <w:t>vn -0.7678 0.5249 -0.3675</w:t>
        <w:br/>
        <w:t>vn -0.6395 0.5951 -0.4868</w:t>
        <w:br/>
        <w:t>vn -0.6013 0.6752 -0.4272</w:t>
        <w:br/>
        <w:t>vn -0.5318 0.6675 -0.5211</w:t>
        <w:br/>
        <w:t>vn -0.6703 0.5082 -0.5408</w:t>
        <w:br/>
        <w:t>vn -0.8742 -0.0248 -0.4850</w:t>
        <w:br/>
        <w:t>vn -0.8772 0.0137 -0.4799</w:t>
        <w:br/>
        <w:t>vn -0.8807 0.0374 -0.4722</w:t>
        <w:br/>
        <w:t>vn -0.8840 0.1009 -0.4564</w:t>
        <w:br/>
        <w:t>vn -0.8807 0.1424 -0.4518</w:t>
        <w:br/>
        <w:t>vn -0.8595 0.1824 -0.4774</w:t>
        <w:br/>
        <w:t>vn -0.8017 0.3339 -0.4957</w:t>
        <w:br/>
        <w:t>vn -0.8051 -0.1777 -0.5660</w:t>
        <w:br/>
        <w:t>vn -0.8137 -0.0899 -0.5742</w:t>
        <w:br/>
        <w:t>vn -0.6449 0.1866 -0.7411</w:t>
        <w:br/>
        <w:t>vn -0.6680 0.2177 -0.7116</w:t>
        <w:br/>
        <w:t>vn -0.7809 -0.2571 -0.5693</w:t>
        <w:br/>
        <w:t>vn -0.7144 0.1690 -0.6790</w:t>
        <w:br/>
        <w:t>vn -0.4936 0.6398 -0.5891</w:t>
        <w:br/>
        <w:t>vn -0.6362 0.3715 -0.6761</w:t>
        <w:br/>
        <w:t>vn 0.8847 0.3929 0.2508</w:t>
        <w:br/>
        <w:t>vn 0.8700 0.4209 0.2566</w:t>
        <w:br/>
        <w:t>vn 0.5307 -0.7610 0.3730</w:t>
        <w:br/>
        <w:t>vn -0.7608 -0.2893 -0.5810</w:t>
        <w:br/>
        <w:t>vn -0.7648 -0.2874 -0.5766</w:t>
        <w:br/>
        <w:t>vn -0.8013 -0.0502 -0.5962</w:t>
        <w:br/>
        <w:t>vn -0.6577 0.0552 -0.7512</w:t>
        <w:br/>
        <w:t>vn -0.6805 -0.0323 -0.7321</w:t>
        <w:br/>
        <w:t>vn -0.7619 -0.0651 -0.6444</w:t>
        <w:br/>
        <w:t>vn -0.6216 0.0909 -0.7781</w:t>
        <w:br/>
        <w:t>vn -0.7390 -0.0999 -0.6663</w:t>
        <w:br/>
        <w:t>vn -0.5996 0.2010 -0.7746</w:t>
        <w:br/>
        <w:t>vn -0.5651 0.0936 -0.8197</w:t>
        <w:br/>
        <w:t>vn -0.5411 0.3008 -0.7853</w:t>
        <w:br/>
        <w:t>vn -0.6625 -0.2196 -0.7162</w:t>
        <w:br/>
        <w:t>vn -0.5026 -0.2221 -0.8355</w:t>
        <w:br/>
        <w:t>vn -0.5011 -0.1196 -0.8571</w:t>
        <w:br/>
        <w:t>vn -0.6167 -0.1770 -0.7670</w:t>
        <w:br/>
        <w:t>vn -0.5657 -0.0677 -0.8218</w:t>
        <w:br/>
        <w:t>vn -0.5482 -0.0213 -0.8361</w:t>
        <w:br/>
        <w:t>vn -0.4038 -0.5023 -0.7646</w:t>
        <w:br/>
        <w:t>vn -0.6197 0.2377 -0.7480</w:t>
        <w:br/>
        <w:t>vn -0.7340 -0.3746 -0.5665</w:t>
        <w:br/>
        <w:t>vn -0.7133 -0.1874 -0.6753</w:t>
        <w:br/>
        <w:t>vn -0.6489 -0.4973 -0.5758</w:t>
        <w:br/>
        <w:t>vn -0.4463 0.4280 -0.7859</w:t>
        <w:br/>
        <w:t>vn -0.4831 0.4973 -0.7206</w:t>
        <w:br/>
        <w:t>vn -0.4754 0.1586 -0.8653</w:t>
        <w:br/>
        <w:t>vn -0.5874 0.0013 -0.8093</w:t>
        <w:br/>
        <w:t>vn -0.7291 -0.1672 -0.6637</w:t>
        <w:br/>
        <w:t>vn -0.8727 -0.2713 -0.4059</w:t>
        <w:br/>
        <w:t>vn -0.8427 -0.3803 -0.3811</w:t>
        <w:br/>
        <w:t>vn -0.7567 -0.2913 -0.5853</w:t>
        <w:br/>
        <w:t>vn -0.7607 -0.2893 -0.5811</w:t>
        <w:br/>
        <w:t>vn 0.1316 0.0422 -0.9904</w:t>
        <w:br/>
        <w:t>vn 0.0950 0.2111 -0.9728</w:t>
        <w:br/>
        <w:t>vn 0.0668 0.2959 -0.9529</w:t>
        <w:br/>
        <w:t>vn -0.0103 0.2804 -0.9598</w:t>
        <w:br/>
        <w:t>vn 0.0618 0.4068 -0.9114</w:t>
        <w:br/>
        <w:t>vn 0.1314 0.4368 -0.8899</w:t>
        <w:br/>
        <w:t>vn -0.0194 0.5231 -0.8520</w:t>
        <w:br/>
        <w:t>vn -0.7403 0.3278 -0.5870</w:t>
        <w:br/>
        <w:t>vn -0.4104 0.2105 -0.8873</w:t>
        <w:br/>
        <w:t>vn -0.5038 0.1307 -0.8539</w:t>
        <w:br/>
        <w:t>vn -0.7559 0.3050 -0.5793</w:t>
        <w:br/>
        <w:t>vn -0.7225 0.3578 -0.5916</w:t>
        <w:br/>
        <w:t>vn -0.4955 0.2936 -0.8175</w:t>
        <w:br/>
        <w:t>vn -0.6440 0.2227 -0.7319</w:t>
        <w:br/>
        <w:t>vn -0.1645 -0.0479 -0.9852</w:t>
        <w:br/>
        <w:t>vn -0.0238 -0.0942 -0.9953</w:t>
        <w:br/>
        <w:t>vn 0.0732 -0.1986 -0.9773</w:t>
        <w:br/>
        <w:t>vn 0.1141 -0.4143 -0.9029</w:t>
        <w:br/>
        <w:t>vn 0.1015 -0.1487 -0.9837</w:t>
        <w:br/>
        <w:t>vn 0.1229 -0.0845 -0.9888</w:t>
        <w:br/>
        <w:t>vn 0.1213 -0.2645 -0.9567</w:t>
        <w:br/>
        <w:t>vn 0.1592 -0.4241 -0.8915</w:t>
        <w:br/>
        <w:t>vn -0.0723 -0.1302 -0.9888</w:t>
        <w:br/>
        <w:t>vn 0.1921 0.4653 -0.8640</w:t>
        <w:br/>
        <w:t>vn 0.2591 0.1337 -0.9565</w:t>
        <w:br/>
        <w:t>vn -0.0689 0.3128 -0.9473</w:t>
        <w:br/>
        <w:t>vn -0.1852 0.4663 -0.8650</w:t>
        <w:br/>
        <w:t>vn -0.2663 -0.2544 -0.9297</w:t>
        <w:br/>
        <w:t>vn 0.4371 -0.4340 -0.7878</w:t>
        <w:br/>
        <w:t>vn -0.5382 0.0632 -0.8405</w:t>
        <w:br/>
        <w:t>vn 0.9413 0.2573 -0.2184</w:t>
        <w:br/>
        <w:t>vn 0.9359 0.2223 -0.2732</w:t>
        <w:br/>
        <w:t>vn 0.9504 0.1988 -0.2390</w:t>
        <w:br/>
        <w:t>vn 0.9565 0.2303 -0.1791</w:t>
        <w:br/>
        <w:t>vn 0.9198 0.2180 -0.3264</w:t>
        <w:br/>
        <w:t>vn 0.9015 0.2468 -0.3555</w:t>
        <w:br/>
        <w:t>vn 0.8755 0.2100 -0.4353</w:t>
        <w:br/>
        <w:t>vn 0.8661 0.2621 -0.4257</w:t>
        <w:br/>
        <w:t>vn 0.8222 0.3242 -0.4679</w:t>
        <w:br/>
        <w:t>vn 0.8272 0.2213 -0.5166</w:t>
        <w:br/>
        <w:t>vn 0.7763 0.3974 -0.4894</w:t>
        <w:br/>
        <w:t>vn 0.7459 -0.1514 -0.6486</w:t>
        <w:br/>
        <w:t>vn 0.5103 -0.0231 -0.8597</w:t>
        <w:br/>
        <w:t>vn 0.0581 -0.1153 -0.9916</w:t>
        <w:br/>
        <w:t>vn 0.2845 -0.1201 -0.9511</w:t>
        <w:br/>
        <w:t>vn 0.5357 0.0469 -0.8431</w:t>
        <w:br/>
        <w:t>vn 0.5530 0.1120 -0.8256</w:t>
        <w:br/>
        <w:t>vn 0.5358 0.0468 -0.8431</w:t>
        <w:br/>
        <w:t>vn 0.5604 0.1600 -0.8126</w:t>
        <w:br/>
        <w:t>vn 0.5633 0.1859 -0.8051</w:t>
        <w:br/>
        <w:t>vn 0.5650 0.2994 -0.7688</w:t>
        <w:br/>
        <w:t>vn 0.5756 0.2862 -0.7660</w:t>
        <w:br/>
        <w:t>vn 0.5213 0.4217 -0.7419</w:t>
        <w:br/>
        <w:t>vn 0.5282 0.3635 -0.7674</w:t>
        <w:br/>
        <w:t>vn 0.6510 0.1498 -0.7442</w:t>
        <w:br/>
        <w:t>vn 0.6561 0.1855 -0.7316</w:t>
        <w:br/>
        <w:t>vn 0.7133 0.1229 -0.6900</w:t>
        <w:br/>
        <w:t>vn 0.6971 0.1177 -0.7073</w:t>
        <w:br/>
        <w:t>vn 0.7372 0.1139 -0.6660</w:t>
        <w:br/>
        <w:t>vn 0.7242 0.1289 -0.6774</w:t>
        <w:br/>
        <w:t>vn 0.5507 0.3686 -0.7489</w:t>
        <w:br/>
        <w:t>vn 0.9346 0.2280 -0.2729</w:t>
        <w:br/>
        <w:t>vn 0.9238 0.2836 -0.2571</w:t>
        <w:br/>
        <w:t>vn 0.9525 0.2507 -0.1727</w:t>
        <w:br/>
        <w:t>vn 0.9601 0.2707 -0.0707</w:t>
        <w:br/>
        <w:t>vn 0.9910 0.1342 0.0019</w:t>
        <w:br/>
        <w:t>vn 0.9856 0.0681 -0.1548</w:t>
        <w:br/>
        <w:t>vn 0.9196 0.2454 -0.3068</w:t>
        <w:br/>
        <w:t>vn 0.8814 0.2751 -0.3839</w:t>
        <w:br/>
        <w:t>vn 0.8542 0.3134 -0.4149</w:t>
        <w:br/>
        <w:t>vn 0.8063 0.4235 -0.4128</w:t>
        <w:br/>
        <w:t>vn 0.9073 -0.0165 -0.4201</w:t>
        <w:br/>
        <w:t>vn 0.8273 -0.1483 -0.5418</w:t>
        <w:br/>
        <w:t>vn 0.8394 -0.1861 -0.5107</w:t>
        <w:br/>
        <w:t>vn 0.8659 -0.2709 -0.4205</w:t>
        <w:br/>
        <w:t>vn 0.8421 -0.2206 -0.4921</w:t>
        <w:br/>
        <w:t>vn 0.7814 -0.2215 -0.5833</w:t>
        <w:br/>
        <w:t>vn 0.8020 -0.2153 -0.5572</w:t>
        <w:br/>
        <w:t>vn 0.8121 -0.1852 -0.5533</w:t>
        <w:br/>
        <w:t>vn 0.7982 -0.1705 -0.5778</w:t>
        <w:br/>
        <w:t>vn 0.7559 -0.2804 -0.5917</w:t>
        <w:br/>
        <w:t>vn 0.7637 -0.2987 -0.5724</w:t>
        <w:br/>
        <w:t>vn 0.7634 -0.5949 -0.2515</w:t>
        <w:br/>
        <w:t>vn 0.7874 -0.4512 -0.4200</w:t>
        <w:br/>
        <w:t>vn 0.5989 -0.7168 -0.3570</w:t>
        <w:br/>
        <w:t>vn 0.6376 -0.3173 -0.7020</w:t>
        <w:br/>
        <w:t>vn 0.4667 -0.8136 -0.3468</w:t>
        <w:br/>
        <w:t>vn 0.8025 -0.1288 -0.5826</w:t>
        <w:br/>
        <w:t>vn 0.8031 -0.1013 -0.5872</w:t>
        <w:br/>
        <w:t>vn 0.8580 -0.1751 -0.4830</w:t>
        <w:br/>
        <w:t>vn 0.8544 -0.2239 -0.4690</w:t>
        <w:br/>
        <w:t>vn 0.8405 -0.2525 -0.4794</w:t>
        <w:br/>
        <w:t>vn 0.4766 -0.8761 -0.0728</w:t>
        <w:br/>
        <w:t>vn 0.9784 0.1330 -0.1581</w:t>
        <w:br/>
        <w:t>vn 0.9988 0.0086 -0.0485</w:t>
        <w:br/>
        <w:t>vn 0.9914 -0.1186 0.0555</w:t>
        <w:br/>
        <w:t>vn 0.9914 -0.1187 0.0554</w:t>
        <w:br/>
        <w:t>vn 0.9668 -0.2396 0.0894</w:t>
        <w:br/>
        <w:t>vn 0.9394 -0.3386 0.0542</w:t>
        <w:br/>
        <w:t>vn 0.9393 -0.3387 0.0542</w:t>
        <w:br/>
        <w:t>vn 0.9185 -0.3954 -0.0046</w:t>
        <w:br/>
        <w:t>vn 0.9105 -0.4065 -0.0754</w:t>
        <w:br/>
        <w:t>vn 0.8917 -0.4256 -0.1542</w:t>
        <w:br/>
        <w:t>vn 0.8483 -0.4868 -0.2084</w:t>
        <w:br/>
        <w:t>vn 0.7720 -0.5652 -0.2908</w:t>
        <w:br/>
        <w:t>vn 0.6788 -0.4956 -0.5419</w:t>
        <w:br/>
        <w:t>vn 0.7192 -0.5984 -0.3532</w:t>
        <w:br/>
        <w:t>vn 0.9593 0.1975 -0.2019</w:t>
        <w:br/>
        <w:t>vn -0.0927 -0.1005 -0.9906</w:t>
        <w:br/>
        <w:t>vn 0.5330 0.3039 -0.7897</w:t>
        <w:br/>
        <w:t>vn 0.5544 0.3125 -0.7714</w:t>
        <w:br/>
        <w:t>vn 0.6602 0.2210 -0.7179</w:t>
        <w:br/>
        <w:t>vn 0.7292 0.1280 -0.6722</w:t>
        <w:br/>
        <w:t>vn 0.7498 0.0989 -0.6542</w:t>
        <w:br/>
        <w:t>vn 0.6307 0.0484 0.7745</w:t>
        <w:br/>
        <w:t>vn -0.9256 -0.0199 -0.3781</w:t>
        <w:br/>
        <w:t>vn -0.9673 -0.0171 -0.2532</w:t>
        <w:br/>
        <w:t>vn -0.8678 -0.0223 -0.4965</w:t>
        <w:br/>
        <w:t>vn -0.0577 -0.0253 0.9980</w:t>
        <w:br/>
        <w:t>vn 0.7832 0.6065 0.1371</w:t>
        <w:br/>
        <w:t>vn 0.6307 0.7691 0.1030</w:t>
        <w:br/>
        <w:t>vn -0.3778 0.4667 -0.7996</w:t>
        <w:br/>
        <w:t>vn -0.4462 0.4280 -0.7859</w:t>
        <w:br/>
        <w:t>vn 0.9792 -0.1980 -0.0443</w:t>
        <w:br/>
        <w:t>vn 0.9611 -0.2079 -0.1818</w:t>
        <w:br/>
        <w:t>vn 0.9632 -0.2048 -0.1738</w:t>
        <w:br/>
        <w:t>vn 0.8580 -0.1751 -0.4829</w:t>
        <w:br/>
        <w:t>vn 0.9428 -0.3250 -0.0742</w:t>
        <w:br/>
        <w:t>vn 0.8986 -0.3763 -0.2259</w:t>
        <w:br/>
        <w:t>vn 0.9335 -0.2957 -0.2027</w:t>
        <w:br/>
        <w:t>vn 0.9646 -0.2594 -0.0477</w:t>
        <w:br/>
        <w:t>vn 0.9564 -0.2198 -0.1924</w:t>
        <w:br/>
        <w:t>vn 0.9945 -0.1033 -0.0180</w:t>
        <w:br/>
        <w:t>vn 0.9760 -0.1470 -0.1609</w:t>
        <w:br/>
        <w:t>vn 0.7522 -0.4493 -0.4819</w:t>
        <w:br/>
        <w:t>vn 0.8115 -0.3330 -0.4802</w:t>
        <w:br/>
        <w:t>vn 0.8405 -0.2525 -0.4795</w:t>
        <w:br/>
        <w:t>vn 0.8775 -0.1420 -0.4580</w:t>
        <w:br/>
        <w:t>vn 0.6956 -0.3633 -0.6198</w:t>
        <w:br/>
        <w:t>vn 0.5803 -0.5018 -0.6414</w:t>
        <w:br/>
        <w:t>vn 0.3428 -0.5687 -0.7477</w:t>
        <w:br/>
        <w:t>vn 0.7522 -0.4493 -0.4820</w:t>
        <w:br/>
        <w:t>vn 0.0902 -0.6586 -0.7471</w:t>
        <w:br/>
        <w:t>vn -0.0092 -0.7079 -0.7063</w:t>
        <w:br/>
        <w:t>vn 0.1390 -0.6163 -0.7751</w:t>
        <w:br/>
        <w:t>vn 0.5003 -0.5823 -0.6408</w:t>
        <w:br/>
        <w:t>vn 0.2568 -0.6607 -0.7054</w:t>
        <w:br/>
        <w:t>vn 0.7244 -0.4829 -0.4920</w:t>
        <w:br/>
        <w:t>vn 0.0020 -0.7555 -0.6551</w:t>
        <w:br/>
        <w:t>vn 0.0666 -0.7418 -0.6673</w:t>
        <w:br/>
        <w:t>vn 0.0994 -0.7141 -0.6930</w:t>
        <w:br/>
        <w:t>vn 0.9389 -0.3300 -0.0976</w:t>
        <w:br/>
        <w:t>vn 0.8902 -0.3818 -0.2485</w:t>
        <w:br/>
        <w:t>vn 0.7244 -0.4830 -0.4920</w:t>
        <w:br/>
        <w:t>vn -0.2371 -0.7108 -0.6622</w:t>
        <w:br/>
        <w:t>vn -0.4966 -0.6349 -0.5918</w:t>
        <w:br/>
        <w:t>vn -0.7513 -0.4856 -0.4470</w:t>
        <w:br/>
        <w:t>vn -0.1629 -0.7571 -0.6327</w:t>
        <w:br/>
        <w:t>vn -0.3608 -0.7431 -0.5636</w:t>
        <w:br/>
        <w:t>vn -0.6360 -0.6368 -0.4358</w:t>
        <w:br/>
        <w:t>vn -0.9022 -0.2058 -0.3790</w:t>
        <w:br/>
        <w:t>vn -0.9241 -0.1001 -0.3688</w:t>
        <w:br/>
        <w:t>vn -0.8427 -0.3803 -0.3812</w:t>
        <w:br/>
        <w:t>vn -0.8672 -0.1463 -0.4760</w:t>
        <w:br/>
        <w:t>vn -0.8671 -0.0486 -0.4958</w:t>
        <w:br/>
        <w:t>vn -0.6360 -0.6369 -0.4358</w:t>
        <w:br/>
        <w:t>vn -0.8102 -0.4486 -0.3773</w:t>
        <w:br/>
        <w:t>vn -0.8560 -0.3374 -0.3916</w:t>
        <w:br/>
        <w:t>vn -0.8305 -0.3799 -0.4073</w:t>
        <w:br/>
        <w:t>vn -0.8509 -0.2912 -0.4372</w:t>
        <w:br/>
        <w:t>vn -0.8902 -0.0480 0.4530</w:t>
        <w:br/>
        <w:t>vn -0.7191 -0.0884 -0.6893</w:t>
        <w:br/>
        <w:t>vn -0.8454 -0.4192 0.3311</w:t>
        <w:br/>
        <w:t>vn 0.1929 0.4658 -0.8636</w:t>
        <w:br/>
        <w:t>vn -0.8076 0.1147 0.5784</w:t>
        <w:br/>
        <w:t>vn 0.9223 -0.1242 0.3661</w:t>
        <w:br/>
        <w:t>vn 0.9347 0.0375 0.3534</w:t>
        <w:br/>
        <w:t>vn 0.4127 0.0746 -0.9078</w:t>
        <w:br/>
        <w:t>vn 0.2373 0.0807 -0.9681</w:t>
        <w:br/>
        <w:t>vn 0.3443 0.0953 -0.9340</w:t>
        <w:br/>
        <w:t>vn -0.4955 0.2937 -0.8175</w:t>
        <w:br/>
        <w:t>vn 0.0102 0.0472 -0.9988</w:t>
        <w:br/>
        <w:t>vn -0.4104 0.2106 -0.8873</w:t>
        <w:br/>
        <w:t>vn -0.1643 -0.0668 -0.9841</w:t>
        <w:br/>
        <w:t>vn -0.5383 0.0632 -0.8404</w:t>
        <w:br/>
        <w:t>vn -0.8609 -0.2670 -0.4331</w:t>
        <w:br/>
        <w:t>vn -0.8824 -0.2381 -0.4057</w:t>
        <w:br/>
        <w:t>vn -0.6194 0.2377 -0.7482</w:t>
        <w:br/>
        <w:t>vn 0.8552 -0.0856 0.5112</w:t>
        <w:br/>
        <w:t>vn 0.5696 0.4296 -0.7007</w:t>
        <w:br/>
        <w:t>vn 0.8832 -0.0810 0.4620</w:t>
        <w:br/>
        <w:t>vn 0.9095 0.3452 0.2318</w:t>
        <w:br/>
        <w:t>vn 0.9445 0.2975 0.1393</w:t>
        <w:br/>
        <w:t>vn 0.9578 0.2741 0.0861</w:t>
        <w:br/>
        <w:t>vn -0.4940 0.6398 -0.5888</w:t>
        <w:br/>
        <w:t>vn 0.7460 -0.1514 -0.6486</w:t>
        <w:br/>
        <w:t>vn 0.9192 -0.1849 -0.3478</w:t>
        <w:br/>
        <w:t>vn 0.8323 -0.2748 -0.4815</w:t>
        <w:br/>
        <w:t>vn -0.2218 0.3414 0.9134</w:t>
        <w:br/>
        <w:t>vn -0.7567 0.0950 0.6468</w:t>
        <w:br/>
        <w:t>vn 0.1254 -0.1194 -0.9849</w:t>
        <w:br/>
        <w:t>vn 0.1251 -0.1385 -0.9824</w:t>
        <w:br/>
        <w:t>vn 0.7362 0.1614 -0.6572</w:t>
        <w:br/>
        <w:t>vn 0.0067 -0.2913 0.9566</w:t>
        <w:br/>
        <w:t>vn -0.5069 0.8609 0.0440</w:t>
        <w:br/>
        <w:t>vn -0.6313 0.7686 -0.1035</w:t>
        <w:br/>
        <w:t>vn -0.6164 -0.2287 -0.7535</w:t>
        <w:br/>
        <w:t>vn 0.3056 0.8726 0.3810</w:t>
        <w:br/>
        <w:t>vn -0.0623 0.9029 0.4254</w:t>
        <w:br/>
        <w:t>vn -0.0274 0.7658 0.6424</w:t>
        <w:br/>
        <w:t>vn 0.7158 0.3182 0.6216</w:t>
        <w:br/>
        <w:t>vn 0.6323 0.3980 0.6646</w:t>
        <w:br/>
        <w:t>vn 0.6434 0.2283 0.7307</w:t>
        <w:br/>
        <w:t>vn 0.6771 0.1538 0.7197</w:t>
        <w:br/>
        <w:t>vn 0.7780 0.2639 0.5702</w:t>
        <w:br/>
        <w:t>vn 0.7759 0.5622 0.2863</w:t>
        <w:br/>
        <w:t>vn 0.6698 0.6905 0.2731</w:t>
        <w:br/>
        <w:t>vn -0.1972 0.7314 0.6528</w:t>
        <w:br/>
        <w:t>vn -0.3352 0.7578 0.5598</w:t>
        <w:br/>
        <w:t>vn 0.5041 0.2842 0.8155</w:t>
        <w:br/>
        <w:t>vn 0.5496 0.5143 0.6584</w:t>
        <w:br/>
        <w:t>vn 0.3906 0.6622 0.6395</w:t>
        <w:br/>
        <w:t>vn 0.3636 0.3966 0.8429</w:t>
        <w:br/>
        <w:t>vn 0.2883 0.4898 0.8228</w:t>
        <w:br/>
        <w:t>vn 0.5309 0.7796 0.3324</w:t>
        <w:br/>
        <w:t>vn -0.1694 0.8560 0.4885</w:t>
        <w:br/>
        <w:t>vn -0.4712 0.8663 -0.1656</w:t>
        <w:br/>
        <w:t>vn 0.9826 -0.1189 0.1427</w:t>
        <w:br/>
        <w:t>vn 0.8167 -0.3966 0.4191</w:t>
        <w:br/>
        <w:t>vn 0.7303 -0.3815 0.5667</w:t>
        <w:br/>
        <w:t>vn 0.8012 -0.1573 0.5773</w:t>
        <w:br/>
        <w:t>vn 0.8513 -0.0756 0.5192</w:t>
        <w:br/>
        <w:t>vn 0.9862 0.0350 0.1617</w:t>
        <w:br/>
        <w:t>vn 0.5857 0.3054 0.7508</w:t>
        <w:br/>
        <w:t>vn 0.8750 0.4435 0.1941</w:t>
        <w:br/>
        <w:t>vn 0.8218 0.1902 0.5371</w:t>
        <w:br/>
        <w:t>vn 0.9278 0.3308 0.1727</w:t>
        <w:br/>
        <w:t>vn 0.8528 0.0569 0.5192</w:t>
        <w:br/>
        <w:t>vn 0.9446 0.2397 0.2242</w:t>
        <w:br/>
        <w:t>vn 0.8536 -0.0075 0.5208</w:t>
        <w:br/>
        <w:t>vn 0.5952 -0.7334 0.3285</w:t>
        <w:br/>
        <w:t>vn 0.0865 -0.9796 0.1815</w:t>
        <w:br/>
        <w:t>vn 0.1420 -0.9268 0.3477</w:t>
        <w:br/>
        <w:t>vn 0.9687 -0.2470 0.0240</w:t>
        <w:br/>
        <w:t>vn 0.9081 0.3216 0.2681</w:t>
        <w:br/>
        <w:t>vn 0.2309 0.9720 -0.0448</w:t>
        <w:br/>
        <w:t>vn 0.0683 0.9357 0.3461</w:t>
        <w:br/>
        <w:t>vn -0.2339 -0.9251 0.2992</w:t>
        <w:br/>
        <w:t>vn -0.8225 -0.5636 -0.0766</w:t>
        <w:br/>
        <w:t>vn -0.7973 -0.5410 -0.2676</w:t>
        <w:br/>
        <w:t>vn -0.2447 -0.9453 0.2157</w:t>
        <w:br/>
        <w:t>vn -0.1062 -0.9762 0.1889</w:t>
        <w:br/>
        <w:t>vn -0.5871 -0.7217 0.3665</w:t>
        <w:br/>
        <w:t>vn -0.1747 -0.8975 0.4050</w:t>
        <w:br/>
        <w:t>vn 0.0105 0.9945 -0.1040</w:t>
        <w:br/>
        <w:t>vn -0.1247 0.9862 -0.1091</w:t>
        <w:br/>
        <w:t>vn -0.1554 0.9829 0.0986</w:t>
        <w:br/>
        <w:t>vn 0.0104 0.9945 0.1044</w:t>
        <w:br/>
        <w:t>vn -0.8257 0.4656 -0.3185</w:t>
        <w:br/>
        <w:t>vn -0.7346 0.6127 -0.2914</w:t>
        <w:br/>
        <w:t>vn -0.6420 0.6169 -0.4552</w:t>
        <w:br/>
        <w:t>vn -0.7363 0.4534 -0.5022</w:t>
        <w:br/>
        <w:t>vn -0.8855 0.3199 -0.3370</w:t>
        <w:br/>
        <w:t>vn -0.8307 0.2629 -0.4908</w:t>
        <w:br/>
        <w:t>vn -0.1800 0.5755 -0.7977</w:t>
        <w:br/>
        <w:t>vn 0.0000 0.5777 -0.8162</w:t>
        <w:br/>
        <w:t>vn 0.0000 0.4746 -0.8802</w:t>
        <w:br/>
        <w:t>vn -0.1340 0.4777 -0.8682</w:t>
        <w:br/>
        <w:t>vn -0.3310 0.6559 -0.6784</w:t>
        <w:br/>
        <w:t>vn -0.5008 0.7117 -0.4927</w:t>
        <w:br/>
        <w:t>vn -0.3440 0.7295 -0.5912</w:t>
        <w:br/>
        <w:t>vn -0.6685 0.4041 -0.6243</w:t>
        <w:br/>
        <w:t>vn -0.6884 0.2035 -0.6962</w:t>
        <w:br/>
        <w:t>vn -0.9853 -0.1080 0.1326</w:t>
        <w:br/>
        <w:t>vn -0.9386 -0.2798 0.2020</w:t>
        <w:br/>
        <w:t>vn -0.8534 -0.2952 0.4297</w:t>
        <w:br/>
        <w:t>vn -0.9280 -0.1190 0.3530</w:t>
        <w:br/>
        <w:t>vn 0.0000 0.3538 -0.9353</w:t>
        <w:br/>
        <w:t>vn 0.0000 0.2054 -0.9787</w:t>
        <w:br/>
        <w:t>vn -0.1088 0.2003 -0.9737</w:t>
        <w:br/>
        <w:t>vn -0.1149 0.3510 -0.9293</w:t>
        <w:br/>
        <w:t>vn -0.2918 0.3194 -0.9016</w:t>
        <w:br/>
        <w:t>vn -0.2920 0.4649 -0.8358</w:t>
        <w:br/>
        <w:t>vn -0.4901 0.1494 -0.8588</w:t>
        <w:br/>
        <w:t>vn -0.6545 0.0472 -0.7546</w:t>
        <w:br/>
        <w:t>vn -0.1343 0.0300 -0.9905</w:t>
        <w:br/>
        <w:t>vn 0.0000 0.0451 -0.9990</w:t>
        <w:br/>
        <w:t>vn -0.7631 0.0525 -0.6441</w:t>
        <w:br/>
        <w:t>vn -0.3001 0.0230 -0.9536</w:t>
        <w:br/>
        <w:t>vn -0.5031 -0.0324 -0.8636</w:t>
        <w:br/>
        <w:t>vn -0.6351 -0.1002 -0.7659</w:t>
        <w:br/>
        <w:t>vn -0.2874 -0.1096 -0.9515</w:t>
        <w:br/>
        <w:t>vn -0.4705 -0.1595 -0.8678</w:t>
        <w:br/>
        <w:t>vn 0.4654 0.7805 0.4175</w:t>
        <w:br/>
        <w:t>vn 0.4654 0.7804 0.4175</w:t>
        <w:br/>
        <w:t>vn 0.6465 0.6349 0.4231</w:t>
        <w:br/>
        <w:t>vn 0.6465 0.6348 0.4231</w:t>
        <w:br/>
        <w:t>vn -0.1568 -0.2085 -0.9654</w:t>
        <w:br/>
        <w:t>vn -0.2965 -0.1746 -0.9389</w:t>
        <w:br/>
        <w:t>vn -0.2899 -0.0297 -0.9566</w:t>
        <w:br/>
        <w:t>vn -0.1557 -0.0342 -0.9872</w:t>
        <w:br/>
        <w:t>vn -0.6088 -0.1379 -0.7813</w:t>
        <w:br/>
        <w:t>vn -0.5782 -0.0176 -0.8157</w:t>
        <w:br/>
        <w:t>vn -0.4627 -0.0223 -0.8863</w:t>
        <w:br/>
        <w:t>vn -0.4773 -0.1430 -0.8670</w:t>
        <w:br/>
        <w:t>vn -0.7359 -0.1616 -0.6575</w:t>
        <w:br/>
        <w:t>vn -0.6977 0.0058 -0.7164</w:t>
        <w:br/>
        <w:t>vn -0.8407 0.3552 -0.4088</w:t>
        <w:br/>
        <w:t>vn -0.8557 0.3465 -0.3844</w:t>
        <w:br/>
        <w:t>vn -0.7349 0.3360 -0.5891</w:t>
        <w:br/>
        <w:t>vn -0.7680 0.2567 -0.5867</w:t>
        <w:br/>
        <w:t>vn -0.9874 0.1307 0.0891</w:t>
        <w:br/>
        <w:t>vn -0.9782 0.1020 -0.1811</w:t>
        <w:br/>
        <w:t>vn -0.9836 -0.1171 -0.1374</w:t>
        <w:br/>
        <w:t>vn -0.8554 0.1831 -0.4845</w:t>
        <w:br/>
        <w:t>vn -0.6542 0.1828 -0.7339</w:t>
        <w:br/>
        <w:t>vn -0.6381 0.2471 -0.7292</w:t>
        <w:br/>
        <w:t>vn -0.5393 0.1762 -0.8235</w:t>
        <w:br/>
        <w:t>vn -0.5482 0.1258 -0.8269</w:t>
        <w:br/>
        <w:t>vn -0.4092 0.8584 -0.3095</w:t>
        <w:br/>
        <w:t>vn -0.2382 0.9245 -0.2977</w:t>
        <w:br/>
        <w:t>vn -0.2153 0.8772 -0.4292</w:t>
        <w:br/>
        <w:t>vn -0.7716 0.6241 -0.1229</w:t>
        <w:br/>
        <w:t>vn -0.8576 0.4937 -0.1443</w:t>
        <w:br/>
        <w:t>vn -0.8701 0.4926 0.0147</w:t>
        <w:br/>
        <w:t>vn -0.7828 0.6207 0.0440</w:t>
        <w:br/>
        <w:t>vn -0.9265 0.3761 -0.0078</w:t>
        <w:br/>
        <w:t>vn -0.9129 0.3733 -0.1653</w:t>
        <w:br/>
        <w:t>vn -0.1949 0.9326 0.3037</w:t>
        <w:br/>
        <w:t>vn -0.8616 0.4621 0.2102</w:t>
        <w:br/>
        <w:t>vn -0.7824 0.5731 0.2437</w:t>
        <w:br/>
        <w:t>vn -0.9158 0.3582 0.1814</w:t>
        <w:br/>
        <w:t>vn -0.9352 0.0326 0.3526</w:t>
        <w:br/>
        <w:t>vn -0.9301 0.2829 0.2344</w:t>
        <w:br/>
        <w:t>vn -0.0000 0.9197 -0.3927</w:t>
        <w:br/>
        <w:t>vn -0.0836 0.9548 -0.2854</w:t>
        <w:br/>
        <w:t>vn 0.0038 0.9683 -0.2498</w:t>
        <w:br/>
        <w:t>vn -0.1176 0.8090 -0.5760</w:t>
        <w:br/>
        <w:t>vn -0.2061 0.7932 -0.5730</w:t>
        <w:br/>
        <w:t>vn -0.1312 0.8978 -0.4204</w:t>
        <w:br/>
        <w:t>vn -0.4746 0.8744 -0.1010</w:t>
        <w:br/>
        <w:t>vn -0.6545 0.7487 -0.1056</w:t>
        <w:br/>
        <w:t>vn -0.6753 0.7338 0.0742</w:t>
        <w:br/>
        <w:t>vn -0.5303 0.8431 0.0888</w:t>
        <w:br/>
        <w:t>vn -0.6758 0.7024 0.2236</w:t>
        <w:br/>
        <w:t>vn -0.5581 0.7897 0.2546</w:t>
        <w:br/>
        <w:t>vn -0.3802 0.8744 0.3015</w:t>
        <w:br/>
        <w:t>vn -0.3517 0.9318 0.0898</w:t>
        <w:br/>
        <w:t>vn -0.3667 0.8046 -0.4670</w:t>
        <w:br/>
        <w:t>vn -0.5404 0.3859 -0.7477</w:t>
        <w:br/>
        <w:t>vn -0.2980 0.5667 -0.7682</w:t>
        <w:br/>
        <w:t>vn -0.5229 0.5705 -0.6333</w:t>
        <w:br/>
        <w:t>vn -0.2940 0.9499 -0.1062</w:t>
        <w:br/>
        <w:t>vn 0.8863 0.3771 0.2688</w:t>
        <w:br/>
        <w:t>vn 0.7900 0.5055 0.3469</w:t>
        <w:br/>
        <w:t>vn 0.7901 0.5054 0.3469</w:t>
        <w:br/>
        <w:t>vn -0.8578 -0.1621 -0.4878</w:t>
        <w:br/>
        <w:t>vn -0.8329 0.0446 -0.5516</w:t>
        <w:br/>
        <w:t>vn 0.0000 -0.2235 -0.9747</w:t>
        <w:br/>
        <w:t>vn -0.1462 -0.1822 -0.9723</w:t>
        <w:br/>
        <w:t>vn 0.0000 -0.2290 -0.9734</w:t>
        <w:br/>
        <w:t>vn -0.2834 -0.1080 -0.9529</w:t>
        <w:br/>
        <w:t>vn -0.1410 -0.0800 -0.9868</w:t>
        <w:br/>
        <w:t>vn -0.2690 0.0108 -0.9631</w:t>
        <w:br/>
        <w:t>vn -0.2721 0.0898 -0.9581</w:t>
        <w:br/>
        <w:t>vn -0.4358 0.0983 -0.8947</w:t>
        <w:br/>
        <w:t>vn 0.0000 0.0833 -0.9965</w:t>
        <w:br/>
        <w:t>vn 0.0000 -0.0328 -0.9995</w:t>
        <w:br/>
        <w:t>vn -0.1452 0.0854 -0.9857</w:t>
        <w:br/>
        <w:t>vn -0.0000 -0.5814 -0.8136</w:t>
        <w:br/>
        <w:t>vn -0.4648 -0.0521 -0.8839</w:t>
        <w:br/>
        <w:t>vn -0.4457 0.0761 -0.8919</w:t>
        <w:br/>
        <w:t>vn -0.6436 0.0376 -0.7644</w:t>
        <w:br/>
        <w:t>vn -0.6357 -0.0647 -0.7692</w:t>
        <w:br/>
        <w:t>vn -0.7370 -0.5239 -0.4271</w:t>
        <w:br/>
        <w:t>vn -0.7710 -0.1396 -0.6213</w:t>
        <w:br/>
        <w:t>vn -0.8621 -0.1875 -0.4708</w:t>
        <w:br/>
        <w:t>vn 0.0000 0.8338 -0.5520</w:t>
        <w:br/>
        <w:t>vn -0.0205 -0.9109 -0.4121</w:t>
        <w:br/>
        <w:t>vn 0.0795 -0.9044 -0.4193</w:t>
        <w:br/>
        <w:t>vn 0.1428 -0.9833 -0.1126</w:t>
        <w:br/>
        <w:t>vn 0.0605 -0.9923 -0.1081</w:t>
        <w:br/>
        <w:t>vn 0.0000 -0.9914 -0.1310</w:t>
        <w:br/>
        <w:t>vn -0.3605 -0.8849 -0.2951</w:t>
        <w:br/>
        <w:t>vn -0.1814 -0.9003 -0.3957</w:t>
        <w:br/>
        <w:t>vn -0.0266 -0.9940 -0.1057</w:t>
        <w:br/>
        <w:t>vn -0.1387 -0.9903 -0.0087</w:t>
        <w:br/>
        <w:t>vn -0.2272 -0.9656 0.1264</w:t>
        <w:br/>
        <w:t>vn -0.7194 -0.6086 0.3349</w:t>
        <w:br/>
        <w:t>vn -0.9670 -0.2413 -0.0816</w:t>
        <w:br/>
        <w:t>vn -0.7974 -0.5909 0.1225</w:t>
        <w:br/>
        <w:t>vn -0.4057 0.8931 0.1945</w:t>
        <w:br/>
        <w:t>vn -0.5606 0.7673 0.3115</w:t>
        <w:br/>
        <w:t>vn -0.7431 0.6037 0.2887</w:t>
        <w:br/>
        <w:t>vn -0.9223 0.3300 0.2012</w:t>
        <w:br/>
        <w:t>vn -0.9104 0.4135 -0.0141</w:t>
        <w:br/>
        <w:t>vn -0.9263 0.3767 -0.0076</w:t>
        <w:br/>
        <w:t>vn -0.8928 0.0671 0.4454</w:t>
        <w:br/>
        <w:t>vn -0.8847 -0.1311 0.4474</w:t>
        <w:br/>
        <w:t>vn -0.8013 -0.3879 0.4555</w:t>
        <w:br/>
        <w:t>vn -0.9195 0.3857 -0.0764</w:t>
        <w:br/>
        <w:t>vn -0.9469 0.3214 0.0108</w:t>
        <w:br/>
        <w:t>vn -0.3887 -0.9207 0.0351</w:t>
        <w:br/>
        <w:t>vn -0.6587 -0.6601 0.3610</w:t>
        <w:br/>
        <w:t>vn -0.1930 -0.9125 0.3606</w:t>
        <w:br/>
        <w:t>vn -0.8899 0.3891 -0.2382</w:t>
        <w:br/>
        <w:t>vn -0.9175 0.0749 -0.3906</w:t>
        <w:br/>
        <w:t>vn -0.9325 -0.1394 -0.3332</w:t>
        <w:br/>
        <w:t>vn -0.9308 -0.2114 -0.2981</w:t>
        <w:br/>
        <w:t>vn 0.1347 -0.9692 0.2061</w:t>
        <w:br/>
        <w:t>vn 0.1308 -0.9719 0.1958</w:t>
        <w:br/>
        <w:t>vn 0.1016 -0.9554 0.2774</w:t>
        <w:br/>
        <w:t>vn 0.0000 -0.9812 0.1931</w:t>
        <w:br/>
        <w:t>vn 0.1912 -0.9597 0.2060</w:t>
        <w:br/>
        <w:t>vn 0.0828 -0.9269 0.3661</w:t>
        <w:br/>
        <w:t>vn 0.1085 -0.9122 0.3951</w:t>
        <w:br/>
        <w:t>vn 0.1932 -0.9330 0.3036</w:t>
        <w:br/>
        <w:t>vn 0.1297 -0.9021 0.4116</w:t>
        <w:br/>
        <w:t>vn 0.1608 -0.9002 0.4047</w:t>
        <w:br/>
        <w:t>vn -0.6018 0.7367 -0.3085</w:t>
        <w:br/>
        <w:t>vn -0.8760 0.4221 -0.2335</w:t>
        <w:br/>
        <w:t>vn 0.0000 -0.0562 -0.9984</w:t>
        <w:br/>
        <w:t>vn -0.1577 -0.0703 -0.9850</w:t>
        <w:br/>
        <w:t>vn 0.3090 0.8449 0.4367</w:t>
        <w:br/>
        <w:t>vn -0.0000 0.8116 0.5842</w:t>
        <w:br/>
        <w:t>vn 0.2118 0.8198 0.5320</w:t>
        <w:br/>
        <w:t>vn -0.0944 0.6940 -0.7137</w:t>
        <w:br/>
        <w:t>vn -0.1912 0.6970 -0.6911</w:t>
        <w:br/>
        <w:t>vn 0.0000 0.7051 -0.7091</w:t>
        <w:br/>
        <w:t>vn -0.2885 0.1770 -0.9410</w:t>
        <w:br/>
        <w:t>vn -0.5129 0.2487 -0.8217</w:t>
        <w:br/>
        <w:t>vn -0.4270 0.1343 -0.8942</w:t>
        <w:br/>
        <w:t>vn -0.2652 0.1151 -0.9573</w:t>
        <w:br/>
        <w:t>vn 0.0000 0.1017 -0.9948</w:t>
        <w:br/>
        <w:t>vn -0.1433 0.1055 -0.9840</w:t>
        <w:br/>
        <w:t>vn 0.9221 0.3035 0.2401</w:t>
        <w:br/>
        <w:t>vn 0.3695 0.9292 -0.0073</w:t>
        <w:br/>
        <w:t>vn 0.2339 -0.9251 0.2992</w:t>
        <w:br/>
        <w:t>vn 0.2447 -0.9453 0.2157</w:t>
        <w:br/>
        <w:t>vn 0.7973 -0.5411 -0.2676</w:t>
        <w:br/>
        <w:t>vn 0.8225 -0.5636 -0.0766</w:t>
        <w:br/>
        <w:t>vn 0.0979 -0.8729 0.4780</w:t>
        <w:br/>
        <w:t>vn 0.1747 -0.8975 0.4050</w:t>
        <w:br/>
        <w:t>vn 0.4809 -0.6926 0.5376</w:t>
        <w:br/>
        <w:t>vn 0.1409 0.9864 0.0846</w:t>
        <w:br/>
        <w:t>vn 0.1254 0.9867 -0.1039</w:t>
        <w:br/>
        <w:t>vn 0.8257 0.4656 -0.3185</w:t>
        <w:br/>
        <w:t>vn 0.7363 0.4534 -0.5022</w:t>
        <w:br/>
        <w:t>vn 0.6420 0.6169 -0.4552</w:t>
        <w:br/>
        <w:t>vn 0.7342 0.6138 -0.2903</w:t>
        <w:br/>
        <w:t>vn 0.8855 0.3199 -0.3370</w:t>
        <w:br/>
        <w:t>vn 0.8307 0.2629 -0.4908</w:t>
        <w:br/>
        <w:t>vn 0.1800 0.5755 -0.7977</w:t>
        <w:br/>
        <w:t>vn 0.1340 0.4777 -0.8682</w:t>
        <w:br/>
        <w:t>vn 0.3310 0.6559 -0.6784</w:t>
        <w:br/>
        <w:t>vn 0.3440 0.7295 -0.5912</w:t>
        <w:br/>
        <w:t>vn 0.5008 0.7117 -0.4927</w:t>
        <w:br/>
        <w:t>vn 0.6685 0.4041 -0.6243</w:t>
        <w:br/>
        <w:t>vn 0.6884 0.2035 -0.6962</w:t>
        <w:br/>
        <w:t>vn 0.9853 -0.1080 0.1326</w:t>
        <w:br/>
        <w:t>vn 0.8810 -0.1258 0.4561</w:t>
        <w:br/>
        <w:t>vn 0.7839 -0.2921 0.5479</w:t>
        <w:br/>
        <w:t>vn 0.9386 -0.2798 0.2019</w:t>
        <w:br/>
        <w:t>vn 0.1149 0.3510 -0.9293</w:t>
        <w:br/>
        <w:t>vn 0.1088 0.2003 -0.9737</w:t>
        <w:br/>
        <w:t>vn 0.2920 0.4648 -0.8359</w:t>
        <w:br/>
        <w:t>vn 0.2918 0.3194 -0.9016</w:t>
        <w:br/>
        <w:t>vn 0.6545 0.0472 -0.7546</w:t>
        <w:br/>
        <w:t>vn 0.4901 0.1494 -0.8588</w:t>
        <w:br/>
        <w:t>vn 0.1343 0.0300 -0.9905</w:t>
        <w:br/>
        <w:t>vn 0.7631 0.0525 -0.6441</w:t>
        <w:br/>
        <w:t>vn 0.5031 -0.0324 -0.8636</w:t>
        <w:br/>
        <w:t>vn 0.3001 0.0230 -0.9536</w:t>
        <w:br/>
        <w:t>vn 0.6351 -0.1002 -0.7659</w:t>
        <w:br/>
        <w:t>vn 0.4705 -0.1595 -0.8678</w:t>
        <w:br/>
        <w:t>vn 0.2874 -0.1096 -0.9515</w:t>
        <w:br/>
        <w:t>vn -0.4654 0.7805 0.4175</w:t>
        <w:br/>
        <w:t>vn -0.6465 0.6348 0.4231</w:t>
        <w:br/>
        <w:t>vn -0.6465 0.6349 0.4231</w:t>
        <w:br/>
        <w:t>vn 0.2899 -0.0297 -0.9566</w:t>
        <w:br/>
        <w:t>vn 0.2965 -0.1746 -0.9389</w:t>
        <w:br/>
        <w:t>vn 0.1568 -0.2085 -0.9654</w:t>
        <w:br/>
        <w:t>vn 0.1557 -0.0342 -0.9872</w:t>
        <w:br/>
        <w:t>vn 0.6088 -0.1379 -0.7813</w:t>
        <w:br/>
        <w:t>vn 0.4773 -0.1430 -0.8670</w:t>
        <w:br/>
        <w:t>vn 0.4627 -0.0223 -0.8863</w:t>
        <w:br/>
        <w:t>vn 0.5783 -0.0176 -0.8157</w:t>
        <w:br/>
        <w:t>vn 0.6977 0.0058 -0.7164</w:t>
        <w:br/>
        <w:t>vn 0.7359 -0.1616 -0.6575</w:t>
        <w:br/>
        <w:t>vn 0.8407 0.3552 -0.4088</w:t>
        <w:br/>
        <w:t>vn 0.7680 0.2567 -0.5867</w:t>
        <w:br/>
        <w:t>vn 0.7349 0.3360 -0.5891</w:t>
        <w:br/>
        <w:t>vn 0.8557 0.3465 -0.3844</w:t>
        <w:br/>
        <w:t>vn 0.9836 -0.1171 -0.1374</w:t>
        <w:br/>
        <w:t>vn 0.9782 0.1020 -0.1811</w:t>
        <w:br/>
        <w:t>vn 0.9874 0.1307 0.0891</w:t>
        <w:br/>
        <w:t>vn 0.8554 0.1830 -0.4845</w:t>
        <w:br/>
        <w:t>vn 0.6542 0.1828 -0.7339</w:t>
        <w:br/>
        <w:t>vn 0.5482 0.1258 -0.8269</w:t>
        <w:br/>
        <w:t>vn 0.5393 0.1762 -0.8235</w:t>
        <w:br/>
        <w:t>vn 0.6381 0.2471 -0.7292</w:t>
        <w:br/>
        <w:t>vn 0.4100 0.8582 -0.3089</w:t>
        <w:br/>
        <w:t>vn 0.2153 0.8772 -0.4292</w:t>
        <w:br/>
        <w:t>vn 0.2363 0.9256 -0.2956</w:t>
        <w:br/>
        <w:t>vn 0.7734 0.6198 -0.1332</w:t>
        <w:br/>
        <w:t>vn 0.7944 0.6074 -0.0048</w:t>
        <w:br/>
        <w:t>vn 0.8754 0.4832 -0.0111</w:t>
        <w:br/>
        <w:t>vn 0.8585 0.4916 -0.1463</w:t>
        <w:br/>
        <w:t>vn 0.9297 0.3679 -0.0162</w:t>
        <w:br/>
        <w:t>vn 0.9129 0.3733 -0.1653</w:t>
        <w:br/>
        <w:t>vn 0.0441 0.9577 0.2845</w:t>
        <w:br/>
        <w:t>vn 0.7888 0.6058 0.1038</w:t>
        <w:br/>
        <w:t>vn 0.8820 0.4706 0.0242</w:t>
        <w:br/>
        <w:t>vn 0.9297 0.3682 0.0062</w:t>
        <w:br/>
        <w:t>vn 0.8891 0.0103 0.4576</w:t>
        <w:br/>
        <w:t>vn 0.9276 0.3171 0.1974</w:t>
        <w:br/>
        <w:t>vn 0.0847 0.9560 -0.2810</w:t>
        <w:br/>
        <w:t>vn 0.1176 0.8090 -0.5760</w:t>
        <w:br/>
        <w:t>vn 0.1312 0.8978 -0.4204</w:t>
        <w:br/>
        <w:t>vn 0.2061 0.7932 -0.5730</w:t>
        <w:br/>
        <w:t>vn 0.4639 0.8784 -0.1146</w:t>
        <w:br/>
        <w:t>vn 0.4899 0.8713 0.0307</w:t>
        <w:br/>
        <w:t>vn 0.6629 0.7487 0.0106</w:t>
        <w:br/>
        <w:t>vn 0.6504 0.7494 -0.1235</w:t>
        <w:br/>
        <w:t>vn 0.5078 0.8484 0.1497</w:t>
        <w:br/>
        <w:t>vn 0.6579 0.7398 0.1407</w:t>
        <w:br/>
        <w:t>vn 0.3036 0.9513 0.0531</w:t>
        <w:br/>
        <w:t>vn 0.2830 0.9432 0.1737</w:t>
        <w:br/>
        <w:t>vn 0.3667 0.8046 -0.4670</w:t>
        <w:br/>
        <w:t>vn 0.5404 0.3859 -0.7477</w:t>
        <w:br/>
        <w:t>vn 0.2980 0.5667 -0.7682</w:t>
        <w:br/>
        <w:t>vn 0.5229 0.5705 -0.6333</w:t>
        <w:br/>
        <w:t>vn 0.2789 0.9543 -0.1073</w:t>
        <w:br/>
        <w:t>vn -0.8863 0.3772 0.2687</w:t>
        <w:br/>
        <w:t>vn -0.7900 0.5054 0.3469</w:t>
        <w:br/>
        <w:t>vn -0.7900 0.5054 0.3470</w:t>
        <w:br/>
        <w:t>vn -0.8863 0.3771 0.2688</w:t>
        <w:br/>
        <w:t>vn 0.8578 -0.1621 -0.4878</w:t>
        <w:br/>
        <w:t>vn 0.8329 0.0446 -0.5516</w:t>
        <w:br/>
        <w:t>vn 0.1462 -0.1822 -0.9723</w:t>
        <w:br/>
        <w:t>vn 0.2834 -0.1080 -0.9529</w:t>
        <w:br/>
        <w:t>vn 0.2690 0.0108 -0.9631</w:t>
        <w:br/>
        <w:t>vn 0.1410 -0.0800 -0.9868</w:t>
        <w:br/>
        <w:t>vn 0.2721 0.0898 -0.9581</w:t>
        <w:br/>
        <w:t>vn 0.4358 0.0983 -0.8947</w:t>
        <w:br/>
        <w:t>vn 0.1452 0.0855 -0.9857</w:t>
        <w:br/>
        <w:t>vn 0.4648 -0.0521 -0.8839</w:t>
        <w:br/>
        <w:t>vn 0.6357 -0.0647 -0.7692</w:t>
        <w:br/>
        <w:t>vn 0.6436 0.0376 -0.7644</w:t>
        <w:br/>
        <w:t>vn 0.4457 0.0761 -0.8919</w:t>
        <w:br/>
        <w:t>vn 0.7710 -0.1396 -0.6213</w:t>
        <w:br/>
        <w:t>vn 0.7370 -0.5239 -0.4271</w:t>
        <w:br/>
        <w:t>vn 0.8621 -0.1875 -0.4708</w:t>
        <w:br/>
        <w:t>vn 0.0205 -0.9109 -0.4121</w:t>
        <w:br/>
        <w:t>vn -0.0604 -0.9923 -0.1081</w:t>
        <w:br/>
        <w:t>vn -0.1428 -0.9833 -0.1126</w:t>
        <w:br/>
        <w:t>vn -0.0795 -0.9044 -0.4193</w:t>
        <w:br/>
        <w:t>vn 0.3605 -0.8849 -0.2951</w:t>
        <w:br/>
        <w:t>vn 0.1387 -0.9903 -0.0087</w:t>
        <w:br/>
        <w:t>vn 0.0266 -0.9940 -0.1057</w:t>
        <w:br/>
        <w:t>vn 0.1814 -0.9003 -0.3957</w:t>
        <w:br/>
        <w:t>vn 0.2272 -0.9656 0.1264</w:t>
        <w:br/>
        <w:t>vn 0.7194 -0.6086 0.3349</w:t>
        <w:br/>
        <w:t>vn 0.7974 -0.5909 0.1225</w:t>
        <w:br/>
        <w:t>vn 0.9670 -0.2413 -0.0816</w:t>
        <w:br/>
        <w:t>vn 0.9076 0.4199 -0.0021</w:t>
        <w:br/>
        <w:t>vn 0.9082 0.4182 -0.0188</w:t>
        <w:br/>
        <w:t>vn 0.9263 0.3767 -0.0076</w:t>
        <w:br/>
        <w:t>vn 0.1930 -0.9125 0.3606</w:t>
        <w:br/>
        <w:t>vn 0.9175 0.0749 -0.3906</w:t>
        <w:br/>
        <w:t>vn 0.8899 0.3891 -0.2382</w:t>
        <w:br/>
        <w:t>vn 0.9325 -0.1394 -0.3332</w:t>
        <w:br/>
        <w:t>vn 0.9308 -0.2114 -0.2981</w:t>
        <w:br/>
        <w:t>vn -0.1347 -0.9692 0.2061</w:t>
        <w:br/>
        <w:t>vn -0.1308 -0.9719 0.1958</w:t>
        <w:br/>
        <w:t>vn -0.1016 -0.9554 0.2774</w:t>
        <w:br/>
        <w:t>vn -0.1912 -0.9597 0.2060</w:t>
        <w:br/>
        <w:t>vn -0.1085 -0.9122 0.3951</w:t>
        <w:br/>
        <w:t>vn -0.0828 -0.9269 0.3660</w:t>
        <w:br/>
        <w:t>vn -0.1932 -0.9330 0.3036</w:t>
        <w:br/>
        <w:t>vn -0.1297 -0.9021 0.4116</w:t>
        <w:br/>
        <w:t>vn -0.1608 -0.9002 0.4047</w:t>
        <w:br/>
        <w:t>vn 0.6022 0.7371 -0.3068</w:t>
        <w:br/>
        <w:t>vn 0.8760 0.4221 -0.2335</w:t>
        <w:br/>
        <w:t>vn 0.1577 -0.0703 -0.9850</w:t>
        <w:br/>
        <w:t>vn -0.3090 0.8449 0.4367</w:t>
        <w:br/>
        <w:t>vn -0.2118 0.8198 0.5320</w:t>
        <w:br/>
        <w:t>vn 0.0944 0.6940 -0.7137</w:t>
        <w:br/>
        <w:t>vn 0.1912 0.6970 -0.6911</w:t>
        <w:br/>
        <w:t>vn 0.2885 0.1770 -0.9410</w:t>
        <w:br/>
        <w:t>vn 0.5128 0.2487 -0.8217</w:t>
        <w:br/>
        <w:t>vn 0.4270 0.1343 -0.8942</w:t>
        <w:br/>
        <w:t>vn 0.2652 0.1151 -0.9573</w:t>
        <w:br/>
        <w:t>vn 0.1434 0.1055 -0.9840</w:t>
        <w:br/>
        <w:t>vn -0.9221 0.3035 0.2401</w:t>
        <w:br/>
        <w:t>vn 0.7377 -0.2674 0.6199</w:t>
        <w:br/>
        <w:t>vn 0.7844 -0.1690 0.5969</w:t>
        <w:br/>
        <w:t>vn 0.5858 -0.1932 0.7871</w:t>
        <w:br/>
        <w:t>vn 0.5598 -0.2868 0.7774</w:t>
        <w:br/>
        <w:t>vn 0.8033 -0.1427 0.5782</w:t>
        <w:br/>
        <w:t>vn 0.5929 -0.1617 0.7889</w:t>
        <w:br/>
        <w:t>vn -0.5316 -0.2567 0.8071</w:t>
        <w:br/>
        <w:t>vn -0.4586 -0.2802 0.8433</w:t>
        <w:br/>
        <w:t>vn -0.0629 -0.4213 0.9047</w:t>
        <w:br/>
        <w:t>vn -0.0979 -0.3951 0.9134</w:t>
        <w:br/>
        <w:t>vn -0.3829 -0.3338 0.8614</w:t>
        <w:br/>
        <w:t>vn -0.0884 -0.4517 0.8878</w:t>
        <w:br/>
        <w:t>vn -0.0571 -0.4437 0.8944</w:t>
        <w:br/>
        <w:t>vn -0.4066 -0.3048 0.8613</w:t>
        <w:br/>
        <w:t>vn -0.2055 -0.4484 0.8699</w:t>
        <w:br/>
        <w:t>vn -0.1725 -0.4392 0.8817</w:t>
        <w:br/>
        <w:t>vn -0.3662 -0.3691 0.8542</w:t>
        <w:br/>
        <w:t>vn -0.2912 -0.4087 0.8650</w:t>
        <w:br/>
        <w:t>vn -0.2504 -0.4036 0.8800</w:t>
        <w:br/>
        <w:t>vn -0.1596 -0.4371 0.8851</w:t>
        <w:br/>
        <w:t>vn -0.2778 -0.4137 0.8670</w:t>
        <w:br/>
        <w:t>vn -0.1223 -0.4285 0.8952</w:t>
        <w:br/>
        <w:t>vn -0.2494 -0.4569 0.8538</w:t>
        <w:br/>
        <w:t>vn -0.0821 -0.4456 0.8914</w:t>
        <w:br/>
        <w:t>vn -0.0240 -0.2653 0.9639</w:t>
        <w:br/>
        <w:t>vn -0.1572 -0.3289 0.9312</w:t>
        <w:br/>
        <w:t>vn -0.0221 -0.2221 0.9748</w:t>
        <w:br/>
        <w:t>vn 0.5169 -0.0699 0.8532</w:t>
        <w:br/>
        <w:t>vn 0.8231 0.0698 0.5635</w:t>
        <w:br/>
        <w:t>vn 0.7865 -0.1022 0.6091</w:t>
        <w:br/>
        <w:t>vn 0.4896 -0.2334 0.8401</w:t>
        <w:br/>
        <w:t>vn 0.8408 0.1455 0.5214</w:t>
        <w:br/>
        <w:t>vn 0.7913 -0.2048 0.5761</w:t>
        <w:br/>
        <w:t>vn 0.4800 -0.3420 0.8079</w:t>
        <w:br/>
        <w:t>vn -0.0387 -0.3759 0.9259</w:t>
        <w:br/>
        <w:t>vn 0.4752 -0.3731 0.7969</w:t>
        <w:br/>
        <w:t>vn -0.1595 -0.4371 0.8852</w:t>
        <w:br/>
        <w:t>vn 0.4160 -0.4642 0.7820</w:t>
        <w:br/>
        <w:t>vn 0.3638 -0.5330 0.7639</w:t>
        <w:br/>
        <w:t>vn 0.3971 -0.5370 0.7443</w:t>
        <w:br/>
        <w:t>vn 0.4574 -0.5608 0.6902</w:t>
        <w:br/>
        <w:t>vn 0.5597 -0.2868 0.7775</w:t>
        <w:br/>
        <w:t>vn 0.3503 -0.2899 0.8906</w:t>
        <w:br/>
        <w:t>vn 0.0451 -0.3736 0.9265</w:t>
        <w:br/>
        <w:t>vn 0.5105 -0.3964 0.7630</w:t>
        <w:br/>
        <w:t>vn 0.3297 -0.1663 0.9293</w:t>
        <w:br/>
        <w:t>vn 0.3426 -0.2027 0.9173</w:t>
        <w:br/>
        <w:t>vn -0.0222 -0.2221 0.9748</w:t>
        <w:br/>
        <w:t>vn -0.5125 0.3568 -0.7810</w:t>
        <w:br/>
        <w:t>vn -0.5357 0.2572 -0.8043</w:t>
        <w:br/>
        <w:t>vn -0.2878 0.2720 -0.9183</w:t>
        <w:br/>
        <w:t>vn -0.2733 0.3603 -0.8919</w:t>
        <w:br/>
        <w:t>vn -0.5232 0.4355 -0.7326</w:t>
        <w:br/>
        <w:t>vn -0.2572 0.4264 -0.8672</w:t>
        <w:br/>
        <w:t>vn 0.3219 0.3404 -0.8834</w:t>
        <w:br/>
        <w:t>vn 0.3980 0.3880 -0.8313</w:t>
        <w:br/>
        <w:t>vn 0.0012 0.5093 -0.8606</w:t>
        <w:br/>
        <w:t>vn -0.0845 0.5071 -0.8577</w:t>
        <w:br/>
        <w:t>vn 0.3711 0.4278 -0.8242</w:t>
        <w:br/>
        <w:t>vn -0.0151 0.4836 -0.8752</w:t>
        <w:br/>
        <w:t>vn 0.3453 0.4321 -0.8331</w:t>
        <w:br/>
        <w:t>vn -0.0629 0.4381 -0.8967</w:t>
        <w:br/>
        <w:t>vn 0.3379 0.4230 -0.8408</w:t>
        <w:br/>
        <w:t>vn -0.1010 0.3854 -0.9172</w:t>
        <w:br/>
        <w:t>vn -0.5615 0.0787 -0.8237</w:t>
        <w:br/>
        <w:t>vn -0.5206 0.2706 -0.8098</w:t>
        <w:br/>
        <w:t>vn -0.1569 0.2306 -0.9603</w:t>
        <w:br/>
        <w:t>vn 0.2143 0.3545 -0.9102</w:t>
        <w:br/>
        <w:t>vn -0.1837 0.5125 -0.8388</w:t>
        <w:br/>
        <w:t>vn -0.5647 -0.1481 -0.8119</w:t>
        <w:br/>
        <w:t>vn -0.1955 0.0253 -0.9804</w:t>
        <w:br/>
        <w:t>vn 0.6543 -0.3990 0.6424</w:t>
        <w:br/>
        <w:t>vn 0.5106 -0.3964 0.7630</w:t>
        <w:br/>
        <w:t>vn -0.7823 -0.1485 0.6050</w:t>
        <w:br/>
        <w:t>vn -0.7823 -0.1485 0.6049</w:t>
        <w:br/>
        <w:t>vn -0.7073 -0.1906 0.6808</w:t>
        <w:br/>
        <w:t>vn -0.8165 -0.1393 0.5603</w:t>
        <w:br/>
        <w:t>vn 0.5672 -0.4781 0.6706</w:t>
        <w:br/>
        <w:t>vn 0.4659 -0.4666 0.7518</w:t>
        <w:br/>
        <w:t>vn 0.4660 -0.4666 0.7518</w:t>
        <w:br/>
        <w:t>vn 0.5837 -0.5075 0.6339</w:t>
        <w:br/>
        <w:t>vn 0.4688 -0.5025 0.7265</w:t>
        <w:br/>
        <w:t>vn -0.2434 0.4644 -0.8515</w:t>
        <w:br/>
        <w:t>vn -0.2237 0.4968 -0.8386</w:t>
        <w:br/>
        <w:t>vn -0.5625 0.5376 -0.6282</w:t>
        <w:br/>
        <w:t>vn -0.5498 0.4902 -0.6763</w:t>
        <w:br/>
        <w:t>vn -0.0630 -0.4213 0.9047</w:t>
        <w:br/>
        <w:t>vn 0.6481 -0.5448 0.5321</w:t>
        <w:br/>
        <w:t>vn 0.4861 -0.5454 0.6828</w:t>
        <w:br/>
        <w:t>vn 0.6633 -0.5540 0.5031</w:t>
        <w:br/>
        <w:t>vn 0.4573 -0.5608 0.6902</w:t>
        <w:br/>
        <w:t>vn -0.5469 0.5739 -0.6096</w:t>
        <w:br/>
        <w:t>vn -0.3956 0.5426 -0.7410</w:t>
        <w:br/>
        <w:t>vn -0.4746 0.5756 -0.6659</w:t>
        <w:br/>
        <w:t>vn -0.3997 0.4644 -0.7903</w:t>
        <w:br/>
        <w:t>vn -0.4609 0.3691 -0.8071</w:t>
        <w:br/>
        <w:t>vn -0.6664 -0.2233 0.7114</w:t>
        <w:br/>
        <w:t>vn -0.6225 -0.2346 0.7466</w:t>
        <w:br/>
        <w:t>vn -0.1915 -0.4143 0.8898</w:t>
        <w:br/>
        <w:t>vn -0.0387 -0.3758 0.9259</w:t>
        <w:br/>
        <w:t>vn -0.2784 0.1880 -0.9419</w:t>
        <w:br/>
        <w:t>vn -0.5563 0.1555 -0.8163</w:t>
        <w:br/>
        <w:t>vn -0.2650 0.1467 -0.9530</w:t>
        <w:br/>
        <w:t>vn -0.5597 0.1041 -0.8222</w:t>
        <w:br/>
        <w:t>vn -0.2011 -0.0668 -0.9773</w:t>
        <w:br/>
        <w:t>vn -0.0186 0.2664 -0.9637</w:t>
        <w:br/>
        <w:t>vn 0.0256 0.2028 -0.9789</w:t>
        <w:br/>
        <w:t>vn 0.0577 0.1738 -0.9831</w:t>
        <w:br/>
        <w:t>vn 0.2783 0.3349 -0.9002</w:t>
        <w:br/>
        <w:t>vn 0.2106 0.1934 -0.9582</w:t>
        <w:br/>
        <w:t>vn 0.3971 -0.5370 0.7442</w:t>
        <w:br/>
        <w:t>vn 0.7565 -0.4511 0.4735</w:t>
        <w:br/>
        <w:t>vn 0.7013 -0.5019 0.5062</w:t>
        <w:br/>
        <w:t>vn 0.7980 -0.3487 0.4915</w:t>
        <w:br/>
        <w:t>vn 0.4751 -0.3732 0.7969</w:t>
        <w:br/>
        <w:t>vn 0.8157 -0.2366 0.5278</w:t>
        <w:br/>
        <w:t>vn -0.0151 0.3388 -0.9408</w:t>
        <w:br/>
        <w:t>vn 0.0315 0.3795 -0.9246</w:t>
        <w:br/>
        <w:t>vn 0.0933 0.3804 -0.9201</w:t>
        <w:br/>
        <w:t>vn 0.1510 0.3761 -0.9142</w:t>
        <w:br/>
        <w:t>vn 0.9836 -0.0901 0.1562</w:t>
        <w:br/>
        <w:t>vn 0.7995 -0.0598 0.5977</w:t>
        <w:br/>
        <w:t>vn 0.7721 -0.1099 0.6259</w:t>
        <w:br/>
        <w:t>vn 0.9750 -0.1659 0.1480</w:t>
        <w:br/>
        <w:t>vn 0.9114 -0.1766 -0.3717</w:t>
        <w:br/>
        <w:t>vn 0.9418 -0.0997 -0.3211</w:t>
        <w:br/>
        <w:t>vn 0.7201 -0.1756 0.6713</w:t>
        <w:br/>
        <w:t>vn 0.7200 -0.1756 0.6714</w:t>
        <w:br/>
        <w:t>vn 0.8435 -0.3226 -0.4296</w:t>
        <w:br/>
        <w:t>vn 0.6945 -0.1711 0.6989</w:t>
        <w:br/>
        <w:t>vn 0.7061 -0.1406 0.6940</w:t>
        <w:br/>
        <w:t>vn 0.7963 -0.4784 -0.3703</w:t>
        <w:br/>
        <w:t>vn 0.7762 -0.5352 -0.3332</w:t>
        <w:br/>
        <w:t>vn -0.9767 0.1266 -0.1733</w:t>
        <w:br/>
        <w:t>vn -0.9830 0.0793 -0.1658</w:t>
        <w:br/>
        <w:t>vn -0.9885 0.0981 -0.1153</w:t>
        <w:br/>
        <w:t>vn -0.9838 0.1396 -0.1122</w:t>
        <w:br/>
        <w:t>vn -0.9697 0.2216 -0.1025</w:t>
        <w:br/>
        <w:t>vn -0.9630 0.2018 -0.1785</w:t>
        <w:br/>
        <w:t>vn -0.9548 0.2586 -0.1468</w:t>
        <w:br/>
        <w:t>vn -0.9596 0.2542 -0.1207</w:t>
        <w:br/>
        <w:t>vn -0.9619 0.2364 -0.1371</w:t>
        <w:br/>
        <w:t>vn -0.9911 0.1166 -0.0645</w:t>
        <w:br/>
        <w:t>vn -0.9871 0.1520 -0.0506</w:t>
        <w:br/>
        <w:t>vn -0.9605 0.2757 -0.0371</w:t>
        <w:br/>
        <w:t>vn -0.9638 0.2495 -0.0945</w:t>
        <w:br/>
        <w:t>vn -0.9585 0.2670 -0.1000</w:t>
        <w:br/>
        <w:t>vn 0.6899 -0.1965 0.6967</w:t>
        <w:br/>
        <w:t>vn 0.6900 -0.1964 0.6967</w:t>
        <w:br/>
        <w:t>vn 0.8111 -0.4054 -0.4217</w:t>
        <w:br/>
        <w:t>vn -0.9526 0.2571 -0.1626</w:t>
        <w:br/>
        <w:t>vn -0.9704 0.2401 -0.0258</w:t>
        <w:br/>
        <w:t>vn -0.4720 -0.7068 0.5268</w:t>
        <w:br/>
        <w:t>vn -0.4912 -0.7041 0.5128</w:t>
        <w:br/>
        <w:t>vn -0.1884 -0.5758 0.7956</w:t>
        <w:br/>
        <w:t>vn -0.1857 -0.5411 0.8202</w:t>
        <w:br/>
        <w:t>vn -0.2921 -0.4059 0.8660</w:t>
        <w:br/>
        <w:t>vn -0.5164 -0.1758 0.8381</w:t>
        <w:br/>
        <w:t>vn -0.6974 -0.3851 0.6043</w:t>
        <w:br/>
        <w:t>vn -0.5284 -0.6149 0.5854</w:t>
        <w:br/>
        <w:t>vn -0.8421 -0.1283 0.5239</w:t>
        <w:br/>
        <w:t>vn -0.6978 0.0761 0.7123</w:t>
        <w:br/>
        <w:t>vn -0.7796 0.2806 0.5598</w:t>
        <w:br/>
        <w:t>vn -0.9074 0.0864 0.4113</w:t>
        <w:br/>
        <w:t>vn -0.7582 0.6283 0.1744</w:t>
        <w:br/>
        <w:t>vn -0.7109 0.7008 0.0592</w:t>
        <w:br/>
        <w:t>vn -0.8340 0.5418 -0.1041</w:t>
        <w:br/>
        <w:t>vn -0.8853 0.4645 0.0229</w:t>
        <w:br/>
        <w:t>vn -0.6508 0.7570 -0.0587</w:t>
        <w:br/>
        <w:t>vn -0.5711 0.8007 -0.1810</w:t>
        <w:br/>
        <w:t>vn -0.7106 0.6124 -0.3464</w:t>
        <w:br/>
        <w:t>vn -0.7778 0.5867 -0.2255</w:t>
        <w:br/>
        <w:t>vn -0.5171 0.6461 -0.5614</w:t>
        <w:br/>
        <w:t>vn -0.5703 0.6508 -0.5013</w:t>
        <w:br/>
        <w:t>vn -0.3980 0.8516 -0.3411</w:t>
        <w:br/>
        <w:t>vn -0.3252 0.8619 -0.3891</w:t>
        <w:br/>
        <w:t>vn -0.1753 0.8527 -0.4922</w:t>
        <w:br/>
        <w:t>vn -0.1135 0.8343 -0.5396</w:t>
        <w:br/>
        <w:t>vn -0.4006 0.5103 -0.7610</w:t>
        <w:br/>
        <w:t>vn -0.4345 0.5546 -0.7097</w:t>
        <w:br/>
        <w:t>vn -0.3586 0.5002 -0.7881</w:t>
        <w:br/>
        <w:t>vn -0.0605 0.8154 -0.5757</w:t>
        <w:br/>
        <w:t>vn 0.1378 -0.2687 0.9533</w:t>
        <w:br/>
        <w:t>vn 0.1497 -0.3392 0.9287</w:t>
        <w:br/>
        <w:t>vn -0.4843 0.2736 0.8310</w:t>
        <w:br/>
        <w:t>vn -0.5925 0.4535 0.6658</w:t>
        <w:br/>
        <w:t>vn -0.7878 0.5425 0.2915</w:t>
        <w:br/>
        <w:t>vn -0.7986 0.4274 0.4237</w:t>
        <w:br/>
        <w:t>vn -0.6156 0.5785 0.5352</w:t>
        <w:br/>
        <w:t>vn -0.6039 0.6792 0.4171</w:t>
        <w:br/>
        <w:t>vn -0.4762 0.8721 0.1124</w:t>
        <w:br/>
        <w:t>vn -0.3844 0.9231 -0.0005</w:t>
        <w:br/>
        <w:t>vn 0.1196 0.9774 -0.1745</w:t>
        <w:br/>
        <w:t>vn -0.2503 0.8627 -0.4395</w:t>
        <w:br/>
        <w:t>vn 0.0098 0.9840 -0.1780</w:t>
        <w:br/>
        <w:t>vn 0.2518 0.9404 -0.2287</w:t>
        <w:br/>
        <w:t>vn 0.2007 0.9610 -0.1904</w:t>
        <w:br/>
        <w:t>vn -0.2670 0.0571 0.9620</w:t>
        <w:br/>
        <w:t>vn -0.9180 0.3687 0.1460</w:t>
        <w:br/>
        <w:t>vn -0.9269 0.2466 0.2829</w:t>
        <w:br/>
        <w:t>vn -0.5402 0.8127 0.2183</w:t>
        <w:br/>
        <w:t>vn -0.6336 0.6346 -0.4426</w:t>
        <w:br/>
        <w:t>vn -0.4778 0.8317 -0.2827</w:t>
        <w:br/>
        <w:t>vn 0.2270 0.5502 -0.8036</w:t>
        <w:br/>
        <w:t>vn 0.2530 0.5622 -0.7874</w:t>
        <w:br/>
        <w:t>vn 0.2992 0.4240 -0.8548</w:t>
        <w:br/>
        <w:t>vn 0.2991 0.4240 -0.8548</w:t>
        <w:br/>
        <w:t>vn 0.5142 0.1698 -0.8407</w:t>
        <w:br/>
        <w:t>vn 0.5143 0.1698 -0.8407</w:t>
        <w:br/>
        <w:t>vn 0.6888 -0.0795 -0.7206</w:t>
        <w:br/>
        <w:t>vn 0.6888 -0.0795 -0.7205</w:t>
        <w:br/>
        <w:t>vn 0.7700 -0.2848 -0.5710</w:t>
        <w:br/>
        <w:t>vn 0.7700 -0.2849 -0.5710</w:t>
        <w:br/>
        <w:t>vn 0.7795 -0.5453 -0.3082</w:t>
        <w:br/>
        <w:t>vn 0.7556 -0.6228 -0.2027</w:t>
        <w:br/>
        <w:t>vn 0.7557 -0.6228 -0.2027</w:t>
        <w:br/>
        <w:t>vn 0.7147 -0.6947 -0.0807</w:t>
        <w:br/>
        <w:t>vn 0.7149 -0.6945 -0.0810</w:t>
        <w:br/>
        <w:t>vn 0.5818 -0.7935 0.1786</w:t>
        <w:br/>
        <w:t>vn 0.4935 -0.8245 0.2768</w:t>
        <w:br/>
        <w:t>vn 0.1726 -0.8474 0.5020</w:t>
        <w:br/>
        <w:t>vn 0.2045 -0.8580 0.4711</w:t>
        <w:br/>
        <w:t>vn 0.1257 -0.8276 0.5470</w:t>
        <w:br/>
        <w:t>vn 0.1439 -0.8351 0.5310</w:t>
        <w:br/>
        <w:t>vn -0.4726 0.6114 -0.6347</w:t>
        <w:br/>
        <w:t>vn 0.2605 -0.8652 0.4285</w:t>
        <w:br/>
        <w:t>vn -0.0361 0.8069 -0.5896</w:t>
        <w:br/>
        <w:t>vn 0.7900 -0.4419 -0.4250</w:t>
        <w:br/>
        <w:t>vn -0.0028 -0.1236 0.9923</w:t>
        <w:br/>
        <w:t>vn -0.5813 0.7507 0.3139</w:t>
        <w:br/>
        <w:t>vn 0.6581 -0.7513 0.0496</w:t>
        <w:br/>
        <w:t>vn -0.2795 0.9552 -0.0977</w:t>
        <w:br/>
        <w:t>vn -0.1877 0.9710 -0.1482</w:t>
        <w:br/>
        <w:t>vn 0.4104 -0.8485 0.3341</w:t>
        <w:br/>
        <w:t>vn 0.4103 -0.8485 0.3342</w:t>
        <w:br/>
        <w:t>vn -0.0964 0.9802 -0.1728</w:t>
        <w:br/>
        <w:t>vn 0.3325 -0.8631 0.3802</w:t>
        <w:br/>
        <w:t>vn -0.9883 -0.0697 0.1357</w:t>
        <w:br/>
        <w:t>vn -0.9821 -0.1351 0.1310</w:t>
        <w:br/>
        <w:t>vn -0.8283 -0.0972 0.5518</w:t>
        <w:br/>
        <w:t>vn -0.8511 -0.0523 0.5225</w:t>
        <w:br/>
        <w:t>vn -0.9588 -0.0753 -0.2739</w:t>
        <w:br/>
        <w:t>vn -0.9371 -0.1458 -0.3173</w:t>
        <w:br/>
        <w:t>vn -0.7841 -0.1570 0.6005</w:t>
        <w:br/>
        <w:t>vn -0.9591 -0.2502 0.1325</w:t>
        <w:br/>
        <w:t>vn -0.8859 -0.2788 -0.3708</w:t>
        <w:br/>
        <w:t>vn -0.7615 -0.1545 0.6294</w:t>
        <w:br/>
        <w:t>vn -0.9265 -0.3321 0.1772</w:t>
        <w:br/>
        <w:t>vn -0.9202 -0.3426 0.1892</w:t>
        <w:br/>
        <w:t>vn -0.8472 -0.4223 -0.3223</w:t>
        <w:br/>
        <w:t>vn 0.9841 0.1048 -0.1434</w:t>
        <w:br/>
        <w:t>vn 0.9890 0.1153 -0.0927</w:t>
        <w:br/>
        <w:t>vn 0.9922 0.0808 -0.0951</w:t>
        <w:br/>
        <w:t>vn 0.9884 0.0655 -0.1369</w:t>
        <w:br/>
        <w:t>vn 0.9746 0.1677 -0.1483</w:t>
        <w:br/>
        <w:t>vn 0.9793 0.1839 -0.0850</w:t>
        <w:br/>
        <w:t>vn 0.9688 0.2156 -0.1224</w:t>
        <w:br/>
        <w:t>vn 0.9739 0.1964 -0.1141</w:t>
        <w:br/>
        <w:t>vn 0.9722 0.2115 -0.1004</w:t>
        <w:br/>
        <w:t>vn 0.9940 0.0960 -0.0531</w:t>
        <w:br/>
        <w:t>vn 0.9912 0.1254 -0.0417</w:t>
        <w:br/>
        <w:t>vn 0.9729 0.2294 -0.0307</w:t>
        <w:br/>
        <w:t>vn 0.9714 0.2222 -0.0833</w:t>
        <w:br/>
        <w:t>vn 0.9751 0.2074 -0.0784</w:t>
        <w:br/>
        <w:t>vn -0.7575 -0.1774 0.6283</w:t>
        <w:br/>
        <w:t>vn -0.7575 -0.1774 0.6282</w:t>
        <w:br/>
        <w:t>vn -0.8595 -0.3567 -0.3660</w:t>
        <w:br/>
        <w:t>vn 0.9673 0.2144 -0.1356</w:t>
        <w:br/>
        <w:t>vn 0.9797 0.1992 -0.0213</w:t>
        <w:br/>
        <w:t>vn -0.9347 -0.1056 0.3393</w:t>
        <w:br/>
        <w:t>vn -0.9322 -0.1675 0.3208</w:t>
        <w:br/>
        <w:t>vn -0.6548 -0.2120 0.7254</w:t>
        <w:br/>
        <w:t>vn -0.6816 -0.1681 0.7122</w:t>
        <w:br/>
        <w:t>vn -0.9944 -0.0213 -0.1038</w:t>
        <w:br/>
        <w:t>vn -0.9832 -0.0821 -0.1629</w:t>
        <w:br/>
        <w:t>vn -0.6042 -0.2662 0.7510</w:t>
        <w:br/>
        <w:t>vn -0.9471 -0.2024 -0.2489</w:t>
        <w:br/>
        <w:t>vn -0.5840 -0.2748 0.7638</w:t>
        <w:br/>
        <w:t>vn -0.5840 -0.2747 0.7639</w:t>
        <w:br/>
        <w:t>vn -0.5919 -0.2693 0.7597</w:t>
        <w:br/>
        <w:t>vn -0.8922 -0.3863 -0.2341</w:t>
        <w:br/>
        <w:t>vn -0.8922 -0.3862 -0.2341</w:t>
        <w:br/>
        <w:t>vn -0.8556 -0.4711 -0.2145</w:t>
        <w:br/>
        <w:t>vn 0.9022 0.1501 -0.4043</w:t>
        <w:br/>
        <w:t>vn 0.9426 0.1415 -0.3026</w:t>
        <w:br/>
        <w:t>vn 0.9450 0.1085 -0.3084</w:t>
        <w:br/>
        <w:t>vn 0.9098 0.1116 -0.3997</w:t>
        <w:br/>
        <w:t>vn 0.8896 0.2035 -0.4088</w:t>
        <w:br/>
        <w:t>vn 0.9359 0.2033 -0.2877</w:t>
        <w:br/>
        <w:t>vn 0.8998 0.2546 -0.3544</w:t>
        <w:br/>
        <w:t>vn 0.9130 0.2776 -0.2989</w:t>
        <w:br/>
        <w:t>vn 0.9230 0.2556 -0.2875</w:t>
        <w:br/>
        <w:t>vn 0.9712 0.1044 -0.2142</w:t>
        <w:br/>
        <w:t>vn 0.9716 0.1311 -0.1972</w:t>
        <w:br/>
        <w:t>vn 0.9591 0.2310 -0.1637</w:t>
        <w:br/>
        <w:t>vn 0.9322 0.2327 -0.2773</w:t>
        <w:br/>
        <w:t>vn 0.9417 0.2553 -0.2190</w:t>
        <w:br/>
        <w:t>vn -0.5788 -0.2786 0.7664</w:t>
        <w:br/>
        <w:t>vn -0.9231 -0.2798 -0.2638</w:t>
        <w:br/>
        <w:t>vn 0.8926 0.2313 -0.3871</w:t>
        <w:br/>
        <w:t>vn 0.9665 0.1996 -0.1616</w:t>
        <w:br/>
        <w:t>vn 0.7599 -0.5266 -0.3811</w:t>
        <w:br/>
        <w:t>vn 0.8177 -0.5107 -0.2657</w:t>
        <w:br/>
        <w:t>vn 0.6992 -0.5748 -0.4251</w:t>
        <w:br/>
        <w:t>vn 0.2845 -0.6060 -0.7428</w:t>
        <w:br/>
        <w:t>vn 0.4313 -0.5965 -0.6769</w:t>
        <w:br/>
        <w:t>vn 0.4392 -0.5637 -0.6995</w:t>
        <w:br/>
        <w:t>vn 0.2846 -0.5473 -0.7871</w:t>
        <w:br/>
        <w:t>vn 0.3180 -0.3980 -0.8605</w:t>
        <w:br/>
        <w:t>vn 0.1882 -0.3481 -0.9184</w:t>
        <w:br/>
        <w:t>vn 0.1479 -0.5124 -0.8459</w:t>
        <w:br/>
        <w:t>vn 0.8898 -0.4279 -0.1587</w:t>
        <w:br/>
        <w:t>vn 0.8990 -0.4379 0.0059</w:t>
        <w:br/>
        <w:t>vn 0.9288 -0.3609 0.0841</w:t>
        <w:br/>
        <w:t>vn 0.9307 -0.3584 0.0733</w:t>
        <w:br/>
        <w:t>vn 0.9501 -0.2978 0.0933</w:t>
        <w:br/>
        <w:t>vn 0.7320 -0.5720 -0.3702</w:t>
        <w:br/>
        <w:t>vn 0.6703 -0.5316 -0.5178</w:t>
        <w:br/>
        <w:t>vn 0.5969 -0.5889 -0.5449</w:t>
        <w:br/>
        <w:t>vn 0.7447 -0.6080 -0.2750</w:t>
        <w:br/>
        <w:t>vn 0.9009 -0.4018 0.1644</w:t>
        <w:br/>
        <w:t>vn 0.8750 -0.4477 0.1843</w:t>
        <w:br/>
        <w:t>vn 0.0000 -0.5016 -0.8651</w:t>
        <w:br/>
        <w:t>vn -0.0002 -0.6267 -0.7793</w:t>
        <w:br/>
        <w:t>vn 0.1403 -0.6173 -0.7741</w:t>
        <w:br/>
        <w:t>vn 0.0218 -0.0626 -0.9978</w:t>
        <w:br/>
        <w:t>vn 0.3234 0.0359 -0.9456</w:t>
        <w:br/>
        <w:t>vn 0.3078 0.1146 -0.9445</w:t>
        <w:br/>
        <w:t>vn 0.0858 -0.1764 -0.9806</w:t>
        <w:br/>
        <w:t>vn 0.3384 -0.1627 -0.9268</w:t>
        <w:br/>
        <w:t>vn 0.5700 -0.1380 -0.8100</w:t>
        <w:br/>
        <w:t>vn 0.4713 -0.4829 -0.7380</w:t>
        <w:br/>
        <w:t>vn 0.7039 -0.6671 -0.2441</w:t>
        <w:br/>
        <w:t>vn 0.8246 -0.5385 -0.1735</w:t>
        <w:br/>
        <w:t>vn 0.7067 -0.6471 -0.2862</w:t>
        <w:br/>
        <w:t>vn 0.8165 -0.5624 -0.1305</w:t>
        <w:br/>
        <w:t>vn 0.6930 -0.6171 -0.3727</w:t>
        <w:br/>
        <w:t>vn 0.9304 -0.3133 0.1901</w:t>
        <w:br/>
        <w:t>vn 0.9572 -0.2894 0.0079</w:t>
        <w:br/>
        <w:t>vn 0.6422 -0.6652 -0.3809</w:t>
        <w:br/>
        <w:t>vn 0.6602 -0.6273 -0.4131</w:t>
        <w:br/>
        <w:t>vn 0.8734 -0.4657 -0.1423</w:t>
        <w:br/>
        <w:t>vn 0.7631 -0.6237 -0.1691</w:t>
        <w:br/>
        <w:t>vn 0.8864 -0.4614 0.0360</w:t>
        <w:br/>
        <w:t>vn 0.9486 -0.2742 0.1581</w:t>
        <w:br/>
        <w:t>vn 0.8258 -0.5384 -0.1677</w:t>
        <w:br/>
        <w:t>vn 0.7846 -0.6185 0.0443</w:t>
        <w:br/>
        <w:t>vn 0.8108 -0.5828 -0.0543</w:t>
        <w:br/>
        <w:t>vn 0.9473 -0.2273 0.2258</w:t>
        <w:br/>
        <w:t>vn 0.3396 -0.6575 -0.6725</w:t>
        <w:br/>
        <w:t>vn 0.7356 -0.4930 -0.4646</w:t>
        <w:br/>
        <w:t>vn 0.5541 -0.5967 -0.5805</w:t>
        <w:br/>
        <w:t>vn 0.5497 -0.5868 -0.5945</w:t>
        <w:br/>
        <w:t>vn 0.5931 0.1313 -0.7944</w:t>
        <w:br/>
        <w:t>vn 0.9183 -0.2768 -0.2831</w:t>
        <w:br/>
        <w:t>vn 0.7315 -0.4153 -0.5408</w:t>
        <w:br/>
        <w:t>vn 0.4584 -0.5034 -0.7324</w:t>
        <w:br/>
        <w:t>vn 0.2960 -0.6273 -0.7204</w:t>
        <w:br/>
        <w:t>vn 0.4312 -0.6092 -0.6655</w:t>
        <w:br/>
        <w:t>vn 0.1520 -0.6542 -0.7409</w:t>
        <w:br/>
        <w:t>vn 0.7345 -0.2571 -0.6280</w:t>
        <w:br/>
        <w:t>vn 0.7527 -0.3229 -0.5737</w:t>
        <w:br/>
        <w:t>vn 0.9509 -0.0941 -0.2950</w:t>
        <w:br/>
        <w:t>vn 0.9486 0.0722 -0.3081</w:t>
        <w:br/>
        <w:t>vn 0.3335 -0.5196 -0.7866</w:t>
        <w:br/>
        <w:t>vn 0.4276 -0.4969 -0.7552</w:t>
        <w:br/>
        <w:t>vn 0.9294 0.1663 -0.3294</w:t>
        <w:br/>
        <w:t>vn 0.2815 -0.5068 -0.8148</w:t>
        <w:br/>
        <w:t>vn 0.5454 -0.6998 -0.4614</w:t>
        <w:br/>
        <w:t>vn 0.4886 -0.8097 -0.3251</w:t>
        <w:br/>
        <w:t>vn -0.3215 -0.1088 0.9406</w:t>
        <w:br/>
        <w:t>vn -0.7275 -0.1588 0.6675</w:t>
        <w:br/>
        <w:t>vn -0.6820 -0.4958 0.5377</w:t>
        <w:br/>
        <w:t>vn -0.3491 0.0466 0.9359</w:t>
        <w:br/>
        <w:t>vn -0.7267 -0.0158 0.6868</w:t>
        <w:br/>
        <w:t>vn 0.2552 -0.2013 0.9457</w:t>
        <w:br/>
        <w:t>vn 0.2899 -0.2385 0.9269</w:t>
        <w:br/>
        <w:t>vn 0.1622 -0.0325 0.9862</w:t>
        <w:br/>
        <w:t>vn 0.1014 0.0993 0.9899</w:t>
        <w:br/>
        <w:t>vn -0.6173 -0.6687 0.4145</w:t>
        <w:br/>
        <w:t>vn -0.6752 0.0836 0.7329</w:t>
        <w:br/>
        <w:t>vn -0.9051 -0.1786 0.3859</w:t>
        <w:br/>
        <w:t>vn -0.8438 -0.3477 0.4088</w:t>
        <w:br/>
        <w:t>vn -0.8438 -0.3476 0.4088</w:t>
        <w:br/>
        <w:t>vn -0.6846 0.2771 0.6742</w:t>
        <w:br/>
        <w:t>vn -0.9203 0.0554 0.3872</w:t>
        <w:br/>
        <w:t>vn -0.6703 0.3848 0.6345</w:t>
        <w:br/>
        <w:t>vn -0.9031 0.1822 0.3888</w:t>
        <w:br/>
        <w:t>vn -0.8056 -0.4103 0.4274</w:t>
        <w:br/>
        <w:t>vn -0.2340 0.2325 0.9440</w:t>
        <w:br/>
        <w:t>vn -0.2842 0.3245 0.9022</w:t>
        <w:br/>
        <w:t>vn -0.3223 0.4464 0.8348</w:t>
        <w:br/>
        <w:t>vn -0.3332 0.5275 0.7815</w:t>
        <w:br/>
        <w:t>vn -0.2077 0.1768 0.9621</w:t>
        <w:br/>
        <w:t>vn -0.3125 0.5866 0.7471</w:t>
        <w:br/>
        <w:t>vn -0.6864 0.5181 0.5103</w:t>
        <w:br/>
        <w:t>vn -0.3166 0.5841 0.7474</w:t>
        <w:br/>
        <w:t>vn -0.3126 0.5866 0.7471</w:t>
        <w:br/>
        <w:t>vn -0.3170 0.6351 0.7044</w:t>
        <w:br/>
        <w:t>vn -0.9662 -0.2442 -0.0824</w:t>
        <w:br/>
        <w:t>vn -0.9769 -0.1859 -0.1049</w:t>
        <w:br/>
        <w:t>vn -0.9770 -0.1859 -0.1049</w:t>
        <w:br/>
        <w:t>vn -0.9432 0.1482 -0.2973</w:t>
        <w:br/>
        <w:t>vn -0.9766 0.0109 -0.2150</w:t>
        <w:br/>
        <w:t>vn -0.9432 0.1484 -0.2973</w:t>
        <w:br/>
        <w:t>vn -0.3243 0.6785 0.6591</w:t>
        <w:br/>
        <w:t>vn 0.3333 -0.7259 -0.6017</w:t>
        <w:br/>
        <w:t>vn 0.7631 -0.6237 -0.1692</w:t>
        <w:br/>
        <w:t>vn 0.9229 -0.2783 0.2661</w:t>
        <w:br/>
        <w:t>vn 0.9185 -0.2946 0.2639</w:t>
        <w:br/>
        <w:t>vn 0.7356 -0.4931 -0.4646</w:t>
        <w:br/>
        <w:t>vn -0.6735 0.4828 0.5597</w:t>
        <w:br/>
        <w:t>vn -0.6537 0.3642 0.6634</w:t>
        <w:br/>
        <w:t>vn -0.2864 0.4665 0.8369</w:t>
        <w:br/>
        <w:t>vn -0.2817 0.5369 0.7953</w:t>
        <w:br/>
        <w:t>vn -0.6203 0.2662 0.7378</w:t>
        <w:br/>
        <w:t>vn -0.9227 0.3263 0.2054</w:t>
        <w:br/>
        <w:t>vn -0.6694 0.5071 0.5428</w:t>
        <w:br/>
        <w:t>vn -0.9085 0.1956 0.3692</w:t>
        <w:br/>
        <w:t>vn 0.3490 -0.6981 -0.6251</w:t>
        <w:br/>
        <w:t>vn -0.0522 0.4947 0.8675</w:t>
        <w:br/>
        <w:t>vn -0.1355 0.4293 0.8929</w:t>
        <w:br/>
        <w:t>vn -0.9433 0.0994 0.3166</w:t>
        <w:br/>
        <w:t>vn -0.9523 0.1892 0.2396</w:t>
        <w:br/>
        <w:t>vn -0.6944 0.4723 0.5429</w:t>
        <w:br/>
        <w:t>vn -0.9478 0.2764 0.1592</w:t>
        <w:br/>
        <w:t>vn 0.0319 0.5542 0.8317</w:t>
        <w:br/>
        <w:t>vn 0.3125 -0.7540 -0.5777</w:t>
        <w:br/>
        <w:t>vn -0.0001 -0.3363 -0.9418</w:t>
        <w:br/>
        <w:t>vn 0.3049 -0.0819 -0.9488</w:t>
        <w:br/>
        <w:t>vn -0.0002 -0.0860 -0.9963</w:t>
        <w:br/>
        <w:t>vn 0.3271 0.1507 -0.9329</w:t>
        <w:br/>
        <w:t>vn -0.0002 0.1594 -0.9872</w:t>
        <w:br/>
        <w:t>vn -0.0001 0.2375 -0.9714</w:t>
        <w:br/>
        <w:t>vn -0.0003 -0.6713 -0.7412</w:t>
        <w:br/>
        <w:t>vn 0.2923 -0.4161 0.8611</w:t>
        <w:br/>
        <w:t>vn 0.2869 -0.1313 0.9489</w:t>
        <w:br/>
        <w:t>vn 0.0001 -0.1368 0.9906</w:t>
        <w:br/>
        <w:t>vn 0.0001 -0.4349 0.9005</w:t>
        <w:br/>
        <w:t>vn 0.2749 0.0097 0.9614</w:t>
        <w:br/>
        <w:t>vn 0.0001 0.0102 0.9999</w:t>
        <w:br/>
        <w:t>vn 0.0000 -0.5761 0.8174</w:t>
        <w:br/>
        <w:t>vn 0.9184 -0.2946 0.2639</w:t>
        <w:br/>
        <w:t>vn -0.6944 0.4723 0.5430</w:t>
        <w:br/>
        <w:t>vn -0.7625 -0.5220 -0.3823</w:t>
        <w:br/>
        <w:t>vn -0.7023 -0.5726 -0.4230</w:t>
        <w:br/>
        <w:t>vn -0.8183 -0.5111 -0.2631</w:t>
        <w:br/>
        <w:t>vn -0.4397 -0.5640 -0.6990</w:t>
        <w:br/>
        <w:t>vn -0.4315 -0.5962 -0.6770</w:t>
        <w:br/>
        <w:t>vn -0.2849 -0.6054 -0.7432</w:t>
        <w:br/>
        <w:t>vn -0.2847 -0.5474 -0.7870</w:t>
        <w:br/>
        <w:t>vn -0.1478 -0.5124 -0.8459</w:t>
        <w:br/>
        <w:t>vn -0.1882 -0.3481 -0.9184</w:t>
        <w:br/>
        <w:t>vn -0.3186 -0.3981 -0.8602</w:t>
        <w:br/>
        <w:t>vn -0.8887 -0.4305 -0.1576</w:t>
        <w:br/>
        <w:t>vn -0.8961 -0.4435 0.0175</w:t>
        <w:br/>
        <w:t>vn -0.9238 -0.3721 0.0906</w:t>
        <w:br/>
        <w:t>vn -0.9435 -0.3160 0.0996</w:t>
        <w:br/>
        <w:t>vn -0.9272 -0.3659 0.0807</w:t>
        <w:br/>
        <w:t>vn -0.7339 -0.5733 -0.3643</w:t>
        <w:br/>
        <w:t>vn -0.7454 -0.6098 -0.2692</w:t>
        <w:br/>
        <w:t>vn -0.5979 -0.5901 -0.5426</w:t>
        <w:br/>
        <w:t>vn -0.6726 -0.5330 -0.5134</w:t>
        <w:br/>
        <w:t>vn -0.8936 -0.4130 0.1759</w:t>
        <w:br/>
        <w:t>vn -0.8654 -0.4559 0.2082</w:t>
        <w:br/>
        <w:t>vn -0.1406 -0.6169 -0.7744</w:t>
        <w:br/>
        <w:t>vn -0.0237 -0.0651 -0.9976</w:t>
        <w:br/>
        <w:t>vn -0.3135 0.1140 -0.9427</w:t>
        <w:br/>
        <w:t>vn -0.3262 0.0357 -0.9446</w:t>
        <w:br/>
        <w:t>vn -0.3390 -0.1627 -0.9266</w:t>
        <w:br/>
        <w:t>vn -0.0863 -0.1766 -0.9805</w:t>
        <w:br/>
        <w:t>vn -0.5707 -0.1376 -0.8096</w:t>
        <w:br/>
        <w:t>vn -0.4722 -0.4833 -0.7371</w:t>
        <w:br/>
        <w:t>vn -0.7045 -0.6683 -0.2388</w:t>
        <w:br/>
        <w:t>vn -0.8253 -0.5401 -0.1645</w:t>
        <w:br/>
        <w:t>vn -0.7065 -0.6494 -0.2813</w:t>
        <w:br/>
        <w:t>vn -0.6935 -0.6197 -0.3675</w:t>
        <w:br/>
        <w:t>vn -0.8171 -0.5640 -0.1195</w:t>
        <w:br/>
        <w:t>vn -0.9563 -0.2913 0.0243</w:t>
        <w:br/>
        <w:t>vn -0.9266 -0.3149 0.2054</w:t>
        <w:br/>
        <w:t>vn -0.9266 -0.3150 0.2054</w:t>
        <w:br/>
        <w:t>vn -0.9563 -0.2913 0.0244</w:t>
        <w:br/>
        <w:t>vn -0.6431 -0.6666 -0.3768</w:t>
        <w:br/>
        <w:t>vn -0.8735 -0.4690 -0.1301</w:t>
        <w:br/>
        <w:t>vn -0.6611 -0.6294 -0.4084</w:t>
        <w:br/>
        <w:t>vn -0.7627 -0.6259 -0.1629</w:t>
        <w:br/>
        <w:t>vn -0.8858 -0.4610 0.0541</w:t>
        <w:br/>
        <w:t>vn -0.8264 -0.5417 -0.1536</w:t>
        <w:br/>
        <w:t>vn -0.9443 -0.2733 0.1834</w:t>
        <w:br/>
        <w:t>vn -0.7687 -0.6346 0.0794</w:t>
        <w:br/>
        <w:t>vn -0.9345 -0.2284 0.2730</w:t>
        <w:br/>
        <w:t>vn -0.8040 -0.5940 -0.0272</w:t>
        <w:br/>
        <w:t>vn -0.3390 -0.6560 -0.6744</w:t>
        <w:br/>
        <w:t>vn -0.7384 -0.4953 -0.4576</w:t>
        <w:br/>
        <w:t>vn -0.5536 -0.5851 -0.5925</w:t>
        <w:br/>
        <w:t>vn -0.5562 -0.5964 -0.5787</w:t>
        <w:br/>
        <w:t>vn -0.5963 0.1334 -0.7916</w:t>
        <w:br/>
        <w:t>vn -0.7374 -0.4163 -0.5319</w:t>
        <w:br/>
        <w:t>vn -0.9235 -0.2775 -0.2649</w:t>
        <w:br/>
        <w:t>vn -0.4607 -0.5026 -0.7315</w:t>
        <w:br/>
        <w:t>vn -0.4314 -0.6087 -0.6659</w:t>
        <w:br/>
        <w:t>vn -0.2967 -0.6260 -0.7212</w:t>
        <w:br/>
        <w:t>vn -0.1527 -0.6533 -0.7415</w:t>
        <w:br/>
        <w:t>vn -0.9559 0.0678 -0.2859</w:t>
        <w:br/>
        <w:t>vn -0.9588 -0.0953 -0.2677</w:t>
        <w:br/>
        <w:t>vn -0.7676 -0.3139 -0.5588</w:t>
        <w:br/>
        <w:t>vn -0.7594 -0.2313 -0.6082</w:t>
        <w:br/>
        <w:t>vn -0.3884 -0.4759 -0.7891</w:t>
        <w:br/>
        <w:t>vn -0.4476 -0.4791 -0.7551</w:t>
        <w:br/>
        <w:t>vn -0.7407 -0.1683 -0.6504</w:t>
        <w:br/>
        <w:t>vn -0.5440 -0.7019 -0.4598</w:t>
        <w:br/>
        <w:t>vn -0.4752 -0.8181 -0.3239</w:t>
        <w:br/>
        <w:t>vn 0.3344 -0.1039 0.9367</w:t>
        <w:br/>
        <w:t>vn 0.2767 -0.4117 0.8683</w:t>
        <w:br/>
        <w:t>vn 0.6858 -0.4982 0.5306</w:t>
        <w:br/>
        <w:t>vn 0.7316 -0.1602 0.6626</w:t>
        <w:br/>
        <w:t>vn 0.7305 -0.0164 0.6827</w:t>
        <w:br/>
        <w:t>vn 0.3516 0.0463 0.9350</w:t>
        <w:br/>
        <w:t>vn -0.2004 -0.2123 0.9564</w:t>
        <w:br/>
        <w:t>vn -0.2223 -0.2781 0.9345</w:t>
        <w:br/>
        <w:t>vn -0.1407 -0.0233 0.9898</w:t>
        <w:br/>
        <w:t>vn -0.1016 0.0993 0.9899</w:t>
        <w:br/>
        <w:t>vn 0.6202 -0.6710 0.4063</w:t>
        <w:br/>
        <w:t>vn 0.6760 0.0930 0.7310</w:t>
        <w:br/>
        <w:t>vn 0.6041 -0.0473 0.7955</w:t>
        <w:br/>
        <w:t>vn 0.8411 -0.2972 0.4520</w:t>
        <w:br/>
        <w:t>vn 0.9132 -0.1471 0.3801</w:t>
        <w:br/>
        <w:t>vn 0.6899 0.2764 0.6690</w:t>
        <w:br/>
        <w:t>vn 0.9268 0.0570 0.3711</w:t>
        <w:br/>
        <w:t>vn 0.6741 0.3858 0.6299</w:t>
        <w:br/>
        <w:t>vn 0.9078 0.1826 0.3776</w:t>
        <w:br/>
        <w:t>vn 0.5522 -0.1185 0.8252</w:t>
        <w:br/>
        <w:t>vn 0.2796 0.3106 0.9085</w:t>
        <w:br/>
        <w:t>vn 0.2257 0.2130 0.9506</w:t>
        <w:br/>
        <w:t>vn 0.3212 0.4421 0.8375</w:t>
        <w:br/>
        <w:t>vn 0.3329 0.5274 0.7817</w:t>
        <w:br/>
        <w:t>vn 0.3123 0.5833 0.7498</w:t>
        <w:br/>
        <w:t>vn 0.3157 0.5834 0.7484</w:t>
        <w:br/>
        <w:t>vn 0.6888 0.5210 0.5041</w:t>
        <w:br/>
        <w:t>vn 0.3173 0.6290 0.7097</w:t>
        <w:br/>
        <w:t>vn 0.3172 0.6290 0.7097</w:t>
        <w:br/>
        <w:t>vn 0.9659 -0.2292 -0.1202</w:t>
        <w:br/>
        <w:t>vn 0.9751 -0.1696 -0.1428</w:t>
        <w:br/>
        <w:t>vn 0.9751 -0.1697 -0.1428</w:t>
        <w:br/>
        <w:t>vn 0.9378 0.1488 -0.3137</w:t>
        <w:br/>
        <w:t>vn 0.9701 0.0199 -0.2420</w:t>
        <w:br/>
        <w:t>vn 0.9701 0.0199 -0.2421</w:t>
        <w:br/>
        <w:t>vn 0.3244 0.6723 0.6654</w:t>
        <w:br/>
        <w:t>vn -0.3326 -0.7240 -0.6043</w:t>
        <w:br/>
        <w:t>vn -0.3326 -0.7241 -0.6043</w:t>
        <w:br/>
        <w:t>vn -0.9138 -0.2963 0.2778</w:t>
        <w:br/>
        <w:t>vn -0.9183 -0.2801 0.2797</w:t>
        <w:br/>
        <w:t>vn 0.2862 0.4658 0.8373</w:t>
        <w:br/>
        <w:t>vn 0.6586 0.3663 0.6573</w:t>
        <w:br/>
        <w:t>vn 0.6768 0.4854 0.5534</w:t>
        <w:br/>
        <w:t>vn 0.2814 0.5357 0.7961</w:t>
        <w:br/>
        <w:t>vn 0.6261 0.2677 0.7323</w:t>
        <w:br/>
        <w:t>vn 0.9249 0.3292 0.1899</w:t>
        <w:br/>
        <w:t>vn 0.6724 0.5097 0.5368</w:t>
        <w:br/>
        <w:t>vn 0.9141 0.1980 0.3539</w:t>
        <w:br/>
        <w:t>vn -0.3486 -0.6965 -0.6272</w:t>
        <w:br/>
        <w:t>vn 0.0529 0.4907 0.8697</w:t>
        <w:br/>
        <w:t>vn 0.1359 0.4271 0.8939</w:t>
        <w:br/>
        <w:t>vn 0.9485 0.1040 0.2991</w:t>
        <w:br/>
        <w:t>vn 0.9555 0.1938 0.2225</w:t>
        <w:br/>
        <w:t>vn 0.6974 0.4757 0.5361</w:t>
        <w:br/>
        <w:t>vn 0.9490 0.2809 0.1428</w:t>
        <w:br/>
        <w:t>vn -0.0307 0.5486 0.8355</w:t>
        <w:br/>
        <w:t>vn -0.3120 -0.7521 -0.5806</w:t>
        <w:br/>
        <w:t>vn -0.3052 -0.0819 -0.9488</w:t>
        <w:br/>
        <w:t>vn -0.3275 0.1507 -0.9328</w:t>
        <w:br/>
        <w:t>vn -0.2921 -0.4158 0.8613</w:t>
        <w:br/>
        <w:t>vn -0.2866 -0.1309 0.9491</w:t>
        <w:br/>
        <w:t>vn -0.2747 0.0098 0.9615</w:t>
        <w:br/>
        <w:t>vn -0.7066 -0.6493 -0.2813</w:t>
        <w:br/>
        <w:t>vn 0.8929 0.1184 0.4343</w:t>
        <w:br/>
        <w:t>vn 0.9404 0.1658 0.2969</w:t>
        <w:br/>
        <w:t>vn 0.9887 -0.0704 0.1323</w:t>
        <w:br/>
        <w:t>vn 0.0024 0.6480 0.7617</w:t>
        <w:br/>
        <w:t>vn -0.3371 0.4142 0.8455</w:t>
        <w:br/>
        <w:t>vn -0.1740 0.4359 0.8830</w:t>
        <w:br/>
        <w:t>vn -0.0014 0.5686 0.8226</w:t>
        <w:br/>
        <w:t>vn -0.9963 -0.0636 0.0580</w:t>
        <w:br/>
        <w:t>vn -0.6730 -0.5322 -0.5137</w:t>
        <w:br/>
        <w:t>vn -0.6888 -0.5407 -0.4830</w:t>
        <w:br/>
        <w:t>vn -0.9973 0.0733 0.0070</w:t>
        <w:br/>
        <w:t>vn -0.3264 -0.7089 -0.6252</w:t>
        <w:br/>
        <w:t>vn -0.3310 -0.7564 -0.5642</w:t>
        <w:br/>
        <w:t>vn -0.7018 -0.5397 -0.4650</w:t>
        <w:br/>
        <w:t>vn -0.5298 -0.4881 -0.6935</w:t>
        <w:br/>
        <w:t>vn -0.2625 -0.3938 -0.8809</w:t>
        <w:br/>
        <w:t>vn -0.0131 -0.2055 -0.9786</w:t>
        <w:br/>
        <w:t>vn -0.2476 -0.4816 -0.8407</w:t>
        <w:br/>
        <w:t>vn -0.7611 -0.6486 -0.0085</w:t>
        <w:br/>
        <w:t>vn -0.3555 -0.8639 -0.3569</w:t>
        <w:br/>
        <w:t>vn -0.0904 -0.9291 -0.3586</w:t>
        <w:br/>
        <w:t>vn -0.6872 -0.7264 -0.0067</w:t>
        <w:br/>
        <w:t>vn -0.9969 0.0424 0.0666</w:t>
        <w:br/>
        <w:t>vn -0.7940 -0.3822 -0.4727</w:t>
        <w:br/>
        <w:t>vn -0.9583 -0.2851 -0.0207</w:t>
        <w:br/>
        <w:t>vn 0.1275 0.8217 0.5554</w:t>
        <w:br/>
        <w:t>vn 0.1159 0.7715 0.6255</w:t>
        <w:br/>
        <w:t>vn 0.0403 0.7855 0.6175</w:t>
        <w:br/>
        <w:t>vn 0.0640 0.8432 0.5338</w:t>
        <w:br/>
        <w:t>vn -0.1414 0.4905 0.8599</w:t>
        <w:br/>
        <w:t>vn 0.0111 0.5944 0.8041</w:t>
        <w:br/>
        <w:t>vn -0.0417 0.4951 0.8678</w:t>
        <w:br/>
        <w:t>vn -0.9004 -0.4332 -0.0396</w:t>
        <w:br/>
        <w:t>vn -0.9395 -0.3245 0.1099</w:t>
        <w:br/>
        <w:t>vn -0.8509 -0.4741 0.2263</w:t>
        <w:br/>
        <w:t>vn -0.8081 -0.5820 0.0911</w:t>
        <w:br/>
        <w:t>vn 0.0631 0.7765 0.6269</w:t>
        <w:br/>
        <w:t>vn -0.2491 0.6795 0.6901</w:t>
        <w:br/>
        <w:t>vn 0.4868 0.8415 0.2343</w:t>
        <w:br/>
        <w:t>vn 0.2143 -0.4061 -0.8883</w:t>
        <w:br/>
        <w:t>vn 0.2243 -0.1072 -0.9686</w:t>
        <w:br/>
        <w:t>vn -0.2994 -0.4283 -0.8526</w:t>
        <w:br/>
        <w:t>vn -0.1875 -0.6903 -0.6988</w:t>
        <w:br/>
        <w:t>vn -0.9754 0.2149 -0.0481</w:t>
        <w:br/>
        <w:t>vn -0.6988 -0.5959 -0.3957</w:t>
        <w:br/>
        <w:t>vn -0.9615 0.2681 -0.0603</w:t>
        <w:br/>
        <w:t>vn 0.8602 -0.3199 -0.3972</w:t>
        <w:br/>
        <w:t>vn 0.9862 -0.1587 -0.0475</w:t>
        <w:br/>
        <w:t>vn -0.8863 -0.1467 -0.4394</w:t>
        <w:br/>
        <w:t>vn 0.7710 -0.1483 -0.6194</w:t>
        <w:br/>
        <w:t>vn 0.7360 -0.0504 -0.6751</w:t>
        <w:br/>
        <w:t>vn 0.9867 -0.1063 -0.1228</w:t>
        <w:br/>
        <w:t>vn -0.9265 0.0531 -0.3724</w:t>
        <w:br/>
        <w:t>vn -0.9016 0.0021 -0.4325</w:t>
        <w:br/>
        <w:t>vn -0.9079 0.1669 0.3844</w:t>
        <w:br/>
        <w:t>vn -0.8611 0.1593 0.4828</w:t>
        <w:br/>
        <w:t>vn 0.7089 -0.0042 -0.7053</w:t>
        <w:br/>
        <w:t>vn 0.9769 -0.0275 -0.2120</w:t>
        <w:br/>
        <w:t>vn -0.9478 0.0551 -0.3140</w:t>
        <w:br/>
        <w:t>vn -0.8143 0.0833 0.5744</w:t>
        <w:br/>
        <w:t>vn -0.7362 -0.6454 0.2037</w:t>
        <w:br/>
        <w:t>vn -0.7637 -0.5380 0.3568</w:t>
        <w:br/>
        <w:t>vn -0.7813 -0.3057 0.5442</w:t>
        <w:br/>
        <w:t>vn -0.5131 -0.8389 -0.1814</w:t>
        <w:br/>
        <w:t>vn -0.2388 0.3735 0.8964</w:t>
        <w:br/>
        <w:t>vn -0.1843 0.2162 0.9588</w:t>
        <w:br/>
        <w:t>vn -0.4322 0.2228 0.8738</w:t>
        <w:br/>
        <w:t>vn -0.4704 0.3677 0.8022</w:t>
        <w:br/>
        <w:t>vn -0.0421 0.1209 0.9918</w:t>
        <w:br/>
        <w:t>vn 0.0925 -0.0629 0.9937</w:t>
        <w:br/>
        <w:t>vn -0.2003 -0.0679 0.9774</w:t>
        <w:br/>
        <w:t>vn -0.2839 0.1061 0.9530</w:t>
        <w:br/>
        <w:t>vn -0.2540 0.6587 0.7083</w:t>
        <w:br/>
        <w:t>vn -0.6679 0.4628 0.5829</w:t>
        <w:br/>
        <w:t>vn -0.3709 0.1920 0.9086</w:t>
        <w:br/>
        <w:t>vn 0.1465 0.5893 0.7945</w:t>
        <w:br/>
        <w:t>vn 0.1676 0.6661 0.7268</w:t>
        <w:br/>
        <w:t>vn -0.9312 -0.3494 -0.1042</w:t>
        <w:br/>
        <w:t>vn -0.9807 -0.1894 0.0495</w:t>
        <w:br/>
        <w:t>vn -0.2871 -0.6328 -0.7191</w:t>
        <w:br/>
        <w:t>vn 0.0953 0.6908 0.7168</w:t>
        <w:br/>
        <w:t>vn 0.0897 0.6242 0.7761</w:t>
        <w:br/>
        <w:t>vn 0.0280 0.7029 0.7107</w:t>
        <w:br/>
        <w:t>vn -0.3362 -0.8297 -0.4457</w:t>
        <w:br/>
        <w:t>vn 0.1078 0.8525 0.5114</w:t>
        <w:br/>
        <w:t>vn 0.1397 0.8330 0.5354</w:t>
        <w:br/>
        <w:t>vn 0.9058 -0.2248 -0.3591</w:t>
        <w:br/>
        <w:t>vn 0.8858 -0.4175 -0.2027</w:t>
        <w:br/>
        <w:t>vn 0.7153 -0.5952 -0.3663</w:t>
        <w:br/>
        <w:t>vn 0.7665 -0.3661 -0.5277</w:t>
        <w:br/>
        <w:t>vn 0.7091 0.3007 -0.6378</w:t>
        <w:br/>
        <w:t>vn 0.8169 0.0962 -0.5687</w:t>
        <w:br/>
        <w:t>vn 0.7078 -0.0050 -0.7064</w:t>
        <w:br/>
        <w:t>vn 0.5999 0.1483 -0.7862</w:t>
        <w:br/>
        <w:t>vn 0.1099 -0.7860 -0.6084</w:t>
        <w:br/>
        <w:t>vn 0.6062 -0.3216 -0.7274</w:t>
        <w:br/>
        <w:t>vn 0.2387 -0.7375 -0.6318</w:t>
        <w:br/>
        <w:t>vn 0.2729 -0.8584 -0.4344</w:t>
        <w:br/>
        <w:t>vn 0.2244 -0.1072 -0.9686</w:t>
        <w:br/>
        <w:t>vn 0.6777 0.3222 -0.6610</w:t>
        <w:br/>
        <w:t>vn 0.6186 0.3562 -0.7004</w:t>
        <w:br/>
        <w:t>vn -0.6635 -0.2314 -0.7115</w:t>
        <w:br/>
        <w:t>vn -0.6169 -0.4603 -0.6383</w:t>
        <w:br/>
        <w:t>vn -0.6526 -0.0188 -0.7574</w:t>
        <w:br/>
        <w:t>vn -0.6500 -0.0842 -0.7552</w:t>
        <w:br/>
        <w:t>vn -0.6716 0.0287 -0.7404</w:t>
        <w:br/>
        <w:t>vn -0.9478 0.0552 -0.3140</w:t>
        <w:br/>
        <w:t>vn 0.7688 -0.1569 -0.6199</w:t>
        <w:br/>
        <w:t>vn 0.8758 -0.0587 -0.4790</w:t>
        <w:br/>
        <w:t>vn 0.6683 -0.7082 -0.2277</w:t>
        <w:br/>
        <w:t>vn 0.8413 -0.5325 -0.0928</w:t>
        <w:br/>
        <w:t>vn 0.6365 0.7606 -0.1275</w:t>
        <w:br/>
        <w:t>vn 0.1377 0.8356 0.5318</w:t>
        <w:br/>
        <w:t>vn -0.9080 -0.1620 0.3863</w:t>
        <w:br/>
        <w:t>vn -0.8356 -0.3574 0.4172</w:t>
        <w:br/>
        <w:t>vn 0.8717 0.4518 -0.1898</w:t>
        <w:br/>
        <w:t>vn 0.8015 -0.3959 -0.4481</w:t>
        <w:br/>
        <w:t>vn 0.9771 -0.0120 -0.2125</w:t>
        <w:br/>
        <w:t>vn 0.9438 -0.2629 -0.2005</w:t>
        <w:br/>
        <w:t>vn 0.8113 0.5463 0.2080</w:t>
        <w:br/>
        <w:t>vn -0.6601 -0.6176 -0.4277</w:t>
        <w:br/>
        <w:t>vn 0.7863 0.4914 -0.3746</w:t>
        <w:br/>
        <w:t>vn 0.5144 0.8575 0.0118</w:t>
        <w:br/>
        <w:t>vn 0.9786 -0.2045 -0.0223</w:t>
        <w:br/>
        <w:t>vn 0.9479 -0.3148 0.0494</w:t>
        <w:br/>
        <w:t>vn -0.3563 -0.8587 -0.3683</w:t>
        <w:br/>
        <w:t>vn -0.6931 -0.6494 -0.3130</w:t>
        <w:br/>
        <w:t>vn 0.6333 -0.7607 -0.1419</w:t>
        <w:br/>
        <w:t>vn 0.8026 -0.5961 -0.0208</w:t>
        <w:br/>
        <w:t>vn -0.3869 -0.8557 -0.3437</w:t>
        <w:br/>
        <w:t>vn -0.7261 -0.6314 -0.2722</w:t>
        <w:br/>
        <w:t>vn 0.6018 -0.7942 -0.0847</w:t>
        <w:br/>
        <w:t>vn 0.7679 -0.6397 0.0340</w:t>
        <w:br/>
        <w:t>vn -0.0669 -0.9961 -0.0575</w:t>
        <w:br/>
        <w:t>vn -0.0794 -0.9957 -0.0466</w:t>
        <w:br/>
        <w:t>vn -0.8160 -0.5176 -0.2574</w:t>
        <w:br/>
        <w:t>vn 0.6326 -0.7050 0.3205</w:t>
        <w:br/>
        <w:t>vn -0.0795 -0.9957 -0.0466</w:t>
        <w:br/>
        <w:t>vn -0.9591 -0.0380 -0.2804</w:t>
        <w:br/>
        <w:t>vn -0.9679 -0.0513 -0.2460</w:t>
        <w:br/>
        <w:t>vn 0.9154 -0.3895 0.1017</w:t>
        <w:br/>
        <w:t>vn 0.8837 -0.4432 0.1504</w:t>
        <w:br/>
        <w:t>vn 0.8039 -0.3513 0.4799</w:t>
        <w:br/>
        <w:t>vn 0.7694 -0.3323 0.5455</w:t>
        <w:br/>
        <w:t>vn -0.8315 -0.5056 -0.2300</w:t>
        <w:br/>
        <w:t>vn -0.0274 -0.9954 -0.0917</w:t>
        <w:br/>
        <w:t>vn 0.6884 -0.6898 0.2243</w:t>
        <w:br/>
        <w:t>vn -0.0273 -0.9954 -0.0917</w:t>
        <w:br/>
        <w:t>vn -0.9825 -0.0561 -0.1778</w:t>
        <w:br/>
        <w:t>vn 0.8469 -0.4000 0.3504</w:t>
        <w:br/>
        <w:t>vn -0.4552 -0.8428 -0.2871</w:t>
        <w:br/>
        <w:t>vn -0.8174 -0.5189 -0.2500</w:t>
        <w:br/>
        <w:t>vn -0.7763 -0.5703 -0.2685</w:t>
        <w:br/>
        <w:t>vn -0.4131 -0.8527 -0.3197</w:t>
        <w:br/>
        <w:t>vn 0.5196 -0.8541 0.0211</w:t>
        <w:br/>
        <w:t>vn 0.5732 -0.8182 -0.0440</w:t>
        <w:br/>
        <w:t>vn 0.7485 -0.6584 0.0789</w:t>
        <w:br/>
        <w:t>vn 0.7229 -0.6754 0.1457</w:t>
        <w:br/>
        <w:t>vn -0.9855 -0.0721 -0.1536</w:t>
        <w:br/>
        <w:t>vn -0.9733 -0.1648 -0.1595</w:t>
        <w:br/>
        <w:t>vn 0.8704 -0.4516 0.1962</w:t>
        <w:br/>
        <w:t>vn 0.8619 -0.4369 0.2573</w:t>
        <w:br/>
        <w:t>vn 0.7782 0.4370 -0.4511</w:t>
        <w:br/>
        <w:t>vn 0.8925 0.1934 -0.4076</w:t>
        <w:br/>
        <w:t>vn 0.8626 -0.3396 -0.3749</w:t>
        <w:br/>
        <w:t>vn 0.6832 0.5863 -0.4353</w:t>
        <w:br/>
        <w:t>vn 0.7737 -0.2358 -0.5881</w:t>
        <w:br/>
        <w:t>vn 0.5962 -0.3967 -0.6980</w:t>
        <w:br/>
        <w:t>vn 0.5078 -0.2776 -0.8155</w:t>
        <w:br/>
        <w:t>vn 0.4061 -0.1438 -0.9025</w:t>
        <w:br/>
        <w:t>vn 0.3905 -0.0509 -0.9192</w:t>
        <w:br/>
        <w:t>vn 0.4547 -0.0014 -0.8906</w:t>
        <w:br/>
        <w:t>vn 0.9470 0.0419 -0.3184</w:t>
        <w:br/>
        <w:t>vn 0.9835 -0.0690 -0.1672</w:t>
        <w:br/>
        <w:t>vn -0.0903 -0.9291 -0.3587</w:t>
        <w:br/>
        <w:t>vn 0.2304 -0.8392 -0.4927</w:t>
        <w:br/>
        <w:t>vn -0.9687 0.0924 0.2305</w:t>
        <w:br/>
        <w:t>vn -0.9712 -0.0189 0.2376</w:t>
        <w:br/>
        <w:t>vn -0.9451 -0.2042 0.2553</w:t>
        <w:br/>
        <w:t>vn -0.8667 -0.3511 0.3544</w:t>
        <w:br/>
        <w:t>vn -0.7639 -0.4111 0.4974</w:t>
        <w:br/>
        <w:t>vn -0.5376 0.5072 0.6736</w:t>
        <w:br/>
        <w:t>vn -0.9207 0.2056 0.3318</w:t>
        <w:br/>
        <w:t>vn -0.1282 0.1928 0.9728</w:t>
        <w:br/>
        <w:t>vn -0.4809 0.5518 0.6814</w:t>
        <w:br/>
        <w:t>vn -0.2603 0.5686 0.7803</w:t>
        <w:br/>
        <w:t>vn -0.6149 0.3326 0.7150</w:t>
        <w:br/>
        <w:t>vn -0.4775 0.3933 0.7857</w:t>
        <w:br/>
        <w:t>vn 0.9427 -0.0598 0.3282</w:t>
        <w:br/>
        <w:t>vn 0.9274 -0.0558 0.3699</w:t>
        <w:br/>
        <w:t>vn 0.9623 0.0793 -0.2602</w:t>
        <w:br/>
        <w:t>vn 0.7030 0.0561 -0.7089</w:t>
        <w:br/>
        <w:t>vn 0.7136 0.1591 -0.6822</w:t>
        <w:br/>
        <w:t>vn 0.9546 0.1697 -0.2449</w:t>
        <w:br/>
        <w:t>vn 0.5171 0.0619 -0.8537</w:t>
        <w:br/>
        <w:t>vn 0.5757 0.1305 -0.8072</w:t>
        <w:br/>
        <w:t>vn -0.8267 -0.1114 0.5515</w:t>
        <w:br/>
        <w:t>vn -0.7974 -0.0345 0.6024</w:t>
        <w:br/>
        <w:t>vn -0.1847 -0.1695 0.9681</w:t>
        <w:br/>
        <w:t>vn -0.9670 0.0019 -0.2547</w:t>
        <w:br/>
        <w:t>vn -0.9597 0.0350 -0.2787</w:t>
        <w:br/>
        <w:t>vn -0.7653 0.0490 -0.6419</w:t>
        <w:br/>
        <w:t>vn -0.7051 0.0571 -0.7068</w:t>
        <w:br/>
        <w:t>vn 0.1896 -0.1563 0.9693</w:t>
        <w:br/>
        <w:t>vn 0.7445 0.1885 -0.6405</w:t>
        <w:br/>
        <w:t>vn 0.9541 0.2007 -0.2224</w:t>
        <w:br/>
        <w:t>vn 0.6113 0.1546 -0.7761</w:t>
        <w:br/>
        <w:t>vn -0.8463 -0.1295 0.5167</w:t>
        <w:br/>
        <w:t>vn -0.2001 -0.1627 0.9662</w:t>
        <w:br/>
        <w:t>vn -0.9701 -0.0158 -0.2422</w:t>
        <w:br/>
        <w:t>vn -0.7962 0.0366 -0.6039</w:t>
        <w:br/>
        <w:t>vn -0.9701 -0.0157 -0.2422</w:t>
        <w:br/>
        <w:t>vn 0.2142 -0.1234 0.9690</w:t>
        <w:br/>
        <w:t>vn 0.0016 0.9088 0.4172</w:t>
        <w:br/>
        <w:t>vn 0.0683 0.8501 0.5222</w:t>
        <w:br/>
        <w:t>vn -0.0512 0.8682 0.4936</w:t>
        <w:br/>
        <w:t>vn -0.0500 0.9085 0.4149</w:t>
        <w:br/>
        <w:t>vn 0.0184 0.9503 0.3106</w:t>
        <w:br/>
        <w:t>vn -0.0013 0.9482 0.3176</w:t>
        <w:br/>
        <w:t>vn -0.0246 0.9517 0.3060</w:t>
        <w:br/>
        <w:t>vn -0.0074 0.9547 0.2975</w:t>
        <w:br/>
        <w:t>vn -0.0206 0.9372 0.3483</w:t>
        <w:br/>
        <w:t>vn -0.0451 0.9382 0.3432</w:t>
        <w:br/>
        <w:t>vn -0.0030 0.9537 0.3008</w:t>
        <w:br/>
        <w:t>vn -0.0514 0.6558 0.7532</w:t>
        <w:br/>
        <w:t>vn -0.0394 0.7118 0.7013</w:t>
        <w:br/>
        <w:t>vn -0.9191 -0.3352 -0.2072</w:t>
        <w:br/>
        <w:t>vn -0.9419 -0.2986 -0.1540</w:t>
        <w:br/>
        <w:t>vn -0.9591 0.1930 0.2069</w:t>
        <w:br/>
        <w:t>vn -0.0357 0.7948 0.6058</w:t>
        <w:br/>
        <w:t>vn -0.9071 0.3973 0.1389</w:t>
        <w:br/>
        <w:t>vn 0.0001 0.8605 0.5095</w:t>
        <w:br/>
        <w:t>vn -0.8581 0.5038 0.0992</w:t>
        <w:br/>
        <w:t>vn 0.0757 0.8704 0.4865</w:t>
        <w:br/>
        <w:t>vn 0.1348 0.8664 0.4808</w:t>
        <w:br/>
        <w:t>vn 0.0625 0.8577 0.5104</w:t>
        <w:br/>
        <w:t>vn -0.6263 0.7547 0.1954</w:t>
        <w:br/>
        <w:t>vn -0.6464 0.7584 0.0831</w:t>
        <w:br/>
        <w:t>vn -0.3852 0.8853 0.2605</w:t>
        <w:br/>
        <w:t>vn 0.1785 0.8830 0.4340</w:t>
        <w:br/>
        <w:t>vn -0.6115 0.7898 0.0472</w:t>
        <w:br/>
        <w:t>vn -0.2195 0.9489 0.2269</w:t>
        <w:br/>
        <w:t>vn 0.2189 0.9075 0.3586</w:t>
        <w:br/>
        <w:t>vn -0.5717 0.8196 -0.0378</w:t>
        <w:br/>
        <w:t>vn -0.1801 0.9712 0.1559</w:t>
        <w:br/>
        <w:t>vn 0.2493 0.9154 0.3160</w:t>
        <w:br/>
        <w:t>vn -0.5686 0.8029 -0.1791</w:t>
        <w:br/>
        <w:t>vn -0.5788 0.7932 -0.1892</w:t>
        <w:br/>
        <w:t>vn 0.3332 0.9018 0.2752</w:t>
        <w:br/>
        <w:t>vn 0.3495 0.8951 0.2767</w:t>
        <w:br/>
        <w:t>vn 0.3333 0.9018 0.2752</w:t>
        <w:br/>
        <w:t>vn -0.7923 0.6013 0.1038</w:t>
        <w:br/>
        <w:t>vn 0.0935 -0.9432 -0.3188</w:t>
        <w:br/>
        <w:t>vn 0.1646 -0.9182 -0.3602</w:t>
        <w:br/>
        <w:t>vn 0.2288 -0.9022 -0.3655</w:t>
        <w:br/>
        <w:t>vn 0.1839 -0.9355 -0.3017</w:t>
        <w:br/>
        <w:t>vn -0.0014 -0.9706 -0.2406</w:t>
        <w:br/>
        <w:t>vn 0.1236 -0.9737 -0.1916</w:t>
        <w:br/>
        <w:t>vn 0.0884 -0.9905 -0.1057</w:t>
        <w:br/>
        <w:t>vn -0.0499 -0.9851 -0.1645</w:t>
        <w:br/>
        <w:t>vn -0.1510 -0.9883 -0.0232</w:t>
        <w:br/>
        <w:t>vn -0.0330 -0.9988 0.0350</w:t>
        <w:br/>
        <w:t>vn -0.0709 -0.9944 0.0780</w:t>
        <w:br/>
        <w:t>vn 0.2920 -0.8823 -0.3692</w:t>
        <w:br/>
        <w:t>vn 0.2726 -0.9199 -0.2819</w:t>
        <w:br/>
        <w:t>vn 0.2466 -0.9591 -0.1390</w:t>
        <w:br/>
        <w:t>vn 0.1716 -0.9849 0.0209</w:t>
        <w:br/>
        <w:t>vn 0.0856 -0.9920 0.0925</w:t>
        <w:br/>
        <w:t>vn 0.0360 -0.9987 -0.0361</w:t>
        <w:br/>
        <w:t>vn -0.0695 0.9386 0.3379</w:t>
        <w:br/>
        <w:t>vn -0.0450 0.9382 0.3432</w:t>
        <w:br/>
        <w:t>vn -0.1013 0.9057 0.4116</w:t>
        <w:br/>
        <w:t>vn 0.1622 0.7021 0.6933</w:t>
        <w:br/>
        <w:t>vn 0.7913 0.3723 0.4851</w:t>
        <w:br/>
        <w:t>vn 0.9652 0.0042 0.2615</w:t>
        <w:br/>
        <w:t>vn 0.9534 0.0047 -0.3018</w:t>
        <w:br/>
        <w:t>vn 0.9827 0.0362 0.1815</w:t>
        <w:br/>
        <w:t>vn 0.9907 0.0779 0.1118</w:t>
        <w:br/>
        <w:t>vn 0.9878 0.1406 0.0671</w:t>
        <w:br/>
        <w:t>vn 0.9839 0.1704 0.0533</w:t>
        <w:br/>
        <w:t>vn -0.5554 0.8211 -0.1317</w:t>
        <w:br/>
        <w:t>vn -0.1509 0.9845 0.0890</w:t>
        <w:br/>
        <w:t>vn 0.2896 0.9126 0.2885</w:t>
        <w:br/>
        <w:t>vn -0.1005 -0.9906 -0.0924</w:t>
        <w:br/>
        <w:t>vn 0.2246 -0.9734 -0.0446</w:t>
        <w:br/>
        <w:t>vn -0.0479 0.9545 0.2942</w:t>
        <w:br/>
        <w:t>vn -0.0332 0.9582 0.2840</w:t>
        <w:br/>
        <w:t>vn -0.0075 0.9547 0.2975</w:t>
        <w:br/>
        <w:t>vn -0.0247 0.9517 0.3060</w:t>
        <w:br/>
        <w:t>vn 0.1278 0.8244 0.5514</w:t>
        <w:br/>
        <w:t>vn -0.1695 0.8729 0.4576</w:t>
        <w:br/>
        <w:t>vn 0.0624 0.8577 0.5104</w:t>
        <w:br/>
        <w:t>vn -0.6263 0.7547 0.1955</w:t>
        <w:br/>
        <w:t>vn -0.8862 0.1310 0.4443</w:t>
        <w:br/>
        <w:t>vn -0.9881 -0.0619 0.1409</w:t>
        <w:br/>
        <w:t>vn -0.9360 0.1717 0.3074</w:t>
        <w:br/>
        <w:t>vn -0.0020 0.6485 0.7612</w:t>
        <w:br/>
        <w:t>vn 0.0015 0.5687 0.8225</w:t>
        <w:br/>
        <w:t>vn 0.1739 0.4360 0.8830</w:t>
        <w:br/>
        <w:t>vn 0.3378 0.4122 0.8462</w:t>
        <w:br/>
        <w:t>vn 0.6888 -0.5406 -0.4830</w:t>
        <w:br/>
        <w:t>vn 0.6730 -0.5322 -0.5137</w:t>
        <w:br/>
        <w:t>vn 0.9963 -0.0636 0.0579</w:t>
        <w:br/>
        <w:t>vn 0.9973 0.0732 0.0070</w:t>
        <w:br/>
        <w:t>vn 0.7018 -0.5397 -0.4650</w:t>
        <w:br/>
        <w:t>vn 0.3310 -0.7564 -0.5641</w:t>
        <w:br/>
        <w:t>vn 0.3265 -0.7089 -0.6252</w:t>
        <w:br/>
        <w:t>vn 0.5298 -0.4881 -0.6935</w:t>
        <w:br/>
        <w:t>vn 0.2476 -0.4816 -0.8407</w:t>
        <w:br/>
        <w:t>vn 0.0131 -0.2055 -0.9786</w:t>
        <w:br/>
        <w:t>vn 0.2625 -0.3938 -0.8809</w:t>
        <w:br/>
        <w:t>vn 0.7561 -0.6543 -0.0130</w:t>
        <w:br/>
        <w:t>vn 0.6831 -0.7303 -0.0097</w:t>
        <w:br/>
        <w:t>vn 0.0896 -0.9291 -0.3588</w:t>
        <w:br/>
        <w:t>vn 0.3537 -0.8644 -0.3574</w:t>
        <w:br/>
        <w:t>vn 0.9978 0.0329 0.0578</w:t>
        <w:br/>
        <w:t>vn 0.9552 -0.2946 -0.0271</w:t>
        <w:br/>
        <w:t>vn 0.7895 -0.3864 -0.4768</w:t>
        <w:br/>
        <w:t>vn -0.0402 0.7855 0.6176</w:t>
        <w:br/>
        <w:t>vn -0.1159 0.7715 0.6255</w:t>
        <w:br/>
        <w:t>vn -0.1276 0.8217 0.5554</w:t>
        <w:br/>
        <w:t>vn -0.0640 0.8432 0.5338</w:t>
        <w:br/>
        <w:t>vn 0.1413 0.4905 0.8599</w:t>
        <w:br/>
        <w:t>vn 0.0417 0.4951 0.8678</w:t>
        <w:br/>
        <w:t>vn -0.0111 0.5944 0.8041</w:t>
        <w:br/>
        <w:t>vn 0.9004 -0.4333 -0.0396</w:t>
        <w:br/>
        <w:t>vn 0.8080 -0.5821 0.0910</w:t>
        <w:br/>
        <w:t>vn 0.8507 -0.4746 0.2261</w:t>
        <w:br/>
        <w:t>vn 0.9395 -0.3245 0.1099</w:t>
        <w:br/>
        <w:t>vn -0.0966 0.7773 0.6216</w:t>
        <w:br/>
        <w:t>vn -0.4796 0.8483 0.2244</w:t>
        <w:br/>
        <w:t>vn 0.2313 0.6951 0.6807</w:t>
        <w:br/>
        <w:t>vn -0.2143 -0.4061 -0.8883</w:t>
        <w:br/>
        <w:t>vn 0.1875 -0.6903 -0.6988</w:t>
        <w:br/>
        <w:t>vn 0.2994 -0.4283 -0.8526</w:t>
        <w:br/>
        <w:t>vn -0.2244 -0.1072 -0.9686</w:t>
        <w:br/>
        <w:t>vn 0.6988 -0.5959 -0.3957</w:t>
        <w:br/>
        <w:t>vn 0.9755 0.2149 -0.0481</w:t>
        <w:br/>
        <w:t>vn 0.9615 0.2681 -0.0603</w:t>
        <w:br/>
        <w:t>vn -0.8624 -0.3175 -0.3943</w:t>
        <w:br/>
        <w:t>vn -0.9874 -0.1539 -0.0377</w:t>
        <w:br/>
        <w:t>vn 0.8814 -0.1517 -0.4474</w:t>
        <w:br/>
        <w:t>vn -0.7742 -0.1476 -0.6154</w:t>
        <w:br/>
        <w:t>vn -0.9879 -0.1060 -0.1131</w:t>
        <w:br/>
        <w:t>vn -0.7393 -0.0504 -0.6715</w:t>
        <w:br/>
        <w:t>vn 0.8969 -0.0001 -0.4422</w:t>
        <w:br/>
        <w:t>vn 0.9225 0.0533 -0.3823</w:t>
        <w:br/>
        <w:t>vn 0.8719 0.1612 0.4624</w:t>
        <w:br/>
        <w:t>vn 0.9153 0.1617 0.3689</w:t>
        <w:br/>
        <w:t>vn -0.9784 -0.0291 -0.2045</w:t>
        <w:br/>
        <w:t>vn -0.7116 -0.0051 -0.7026</w:t>
        <w:br/>
        <w:t>vn 0.9465 0.0598 -0.3170</w:t>
        <w:br/>
        <w:t>vn 0.8050 0.1126 0.5824</w:t>
        <w:br/>
        <w:t>vn 0.7350 -0.6469 0.2030</w:t>
        <w:br/>
        <w:t>vn 0.5108 -0.8401 -0.1824</w:t>
        <w:br/>
        <w:t>vn 0.7800 -0.3117 0.5426</w:t>
        <w:br/>
        <w:t>vn 0.7624 -0.5405 0.3558</w:t>
        <w:br/>
        <w:t>vn 0.2388 0.3747 0.8959</w:t>
        <w:br/>
        <w:t>vn 0.4738 0.3677 0.8002</w:t>
        <w:br/>
        <w:t>vn 0.4412 0.2118 0.8721</w:t>
        <w:br/>
        <w:t>vn 0.1846 0.2001 0.9622</w:t>
        <w:br/>
        <w:t>vn 0.0721 0.1860 0.9799</w:t>
        <w:br/>
        <w:t>vn 0.2818 0.1614 0.9458</w:t>
        <w:br/>
        <w:t>vn 0.1802 -0.0102 0.9836</w:t>
        <w:br/>
        <w:t>vn -0.0439 -0.0191 0.9989</w:t>
        <w:br/>
        <w:t>vn 0.6680 0.4589 0.5858</w:t>
        <w:br/>
        <w:t>vn 0.2547 0.6543 0.7120</w:t>
        <w:br/>
        <w:t>vn 0.3850 0.1953 0.9020</w:t>
        <w:br/>
        <w:t>vn -0.1673 0.6663 0.7267</w:t>
        <w:br/>
        <w:t>vn -0.1465 0.5893 0.7945</w:t>
        <w:br/>
        <w:t>vn 0.9807 -0.1894 0.0496</w:t>
        <w:br/>
        <w:t>vn 0.9312 -0.3494 -0.1042</w:t>
        <w:br/>
        <w:t>vn 0.2871 -0.6328 -0.7191</w:t>
        <w:br/>
        <w:t>vn -0.0897 0.6242 0.7761</w:t>
        <w:br/>
        <w:t>vn -0.0953 0.6908 0.7167</w:t>
        <w:br/>
        <w:t>vn -0.0280 0.7030 0.7107</w:t>
        <w:br/>
        <w:t>vn 0.3361 -0.8297 -0.4457</w:t>
        <w:br/>
        <w:t>vn -0.1079 0.8525 0.5115</w:t>
        <w:br/>
        <w:t>vn -0.1397 0.8330 0.5354</w:t>
        <w:br/>
        <w:t>vn -0.7153 -0.5952 -0.3663</w:t>
        <w:br/>
        <w:t>vn -0.8858 -0.4175 -0.2027</w:t>
        <w:br/>
        <w:t>vn -0.9058 -0.2248 -0.3591</w:t>
        <w:br/>
        <w:t>vn -0.7665 -0.3661 -0.5277</w:t>
        <w:br/>
        <w:t>vn -0.7077 -0.0050 -0.7064</w:t>
        <w:br/>
        <w:t>vn -0.8169 0.0962 -0.5687</w:t>
        <w:br/>
        <w:t>vn -0.7091 0.3007 -0.6378</w:t>
        <w:br/>
        <w:t>vn -0.5999 0.1483 -0.7862</w:t>
        <w:br/>
        <w:t>vn -0.6065 -0.3206 -0.7276</w:t>
        <w:br/>
        <w:t>vn -0.1099 -0.7860 -0.6084</w:t>
        <w:br/>
        <w:t>vn -0.2730 -0.8584 -0.4343</w:t>
        <w:br/>
        <w:t>vn -0.2394 -0.7374 -0.6316</w:t>
        <w:br/>
        <w:t>vn -0.6185 0.3563 -0.7003</w:t>
        <w:br/>
        <w:t>vn -0.6774 0.3235 -0.6607</w:t>
        <w:br/>
        <w:t>vn 0.6602 -0.2330 -0.7141</w:t>
        <w:br/>
        <w:t>vn 0.7895 -0.3865 -0.4768</w:t>
        <w:br/>
        <w:t>vn 0.6146 -0.4618 -0.6396</w:t>
        <w:br/>
        <w:t>vn 0.6462 -0.0851 -0.7584</w:t>
        <w:br/>
        <w:t>vn 0.6489 -0.0188 -0.7606</w:t>
        <w:br/>
        <w:t>vn 0.6694 0.0288 -0.7424</w:t>
        <w:br/>
        <w:t>vn -0.8758 -0.0587 -0.4790</w:t>
        <w:br/>
        <w:t>vn -0.7688 -0.1569 -0.6200</w:t>
        <w:br/>
        <w:t>vn -0.6682 -0.7082 -0.2277</w:t>
        <w:br/>
        <w:t>vn -0.8413 -0.5325 -0.0928</w:t>
        <w:br/>
        <w:t>vn -0.6154 0.7787 -0.1221</w:t>
        <w:br/>
        <w:t>vn -0.1364 0.8447 0.5176</w:t>
        <w:br/>
        <w:t>vn 0.9080 -0.1736 0.3813</w:t>
        <w:br/>
        <w:t>vn 0.8335 -0.3659 0.4139</w:t>
        <w:br/>
        <w:t>vn -0.8561 0.4875 -0.1715</w:t>
        <w:br/>
        <w:t>vn -0.9785 0.0017 -0.2064</w:t>
        <w:br/>
        <w:t>vn -0.8025 -0.3943 -0.4478</w:t>
        <w:br/>
        <w:t>vn -0.8026 0.5542 0.2207</w:t>
        <w:br/>
        <w:t>vn -0.9455 -0.2596 -0.1967</w:t>
        <w:br/>
        <w:t>vn 0.6570 -0.6196 -0.4294</w:t>
        <w:br/>
        <w:t>vn -0.7850 0.4952 -0.3722</w:t>
        <w:br/>
        <w:t>vn -0.5122 0.8588 0.0122</w:t>
        <w:br/>
        <w:t>vn -0.9479 -0.3148 0.0494</w:t>
        <w:br/>
        <w:t>vn -0.9786 -0.2045 -0.0224</w:t>
        <w:br/>
        <w:t>vn 0.3563 -0.8587 -0.3683</w:t>
        <w:br/>
        <w:t>vn 0.6931 -0.6494 -0.3130</w:t>
        <w:br/>
        <w:t>vn -0.6333 -0.7607 -0.1420</w:t>
        <w:br/>
        <w:t>vn -0.8026 -0.5961 -0.0208</w:t>
        <w:br/>
        <w:t>vn 0.3869 -0.8557 -0.3437</w:t>
        <w:br/>
        <w:t>vn 0.7261 -0.6314 -0.2722</w:t>
        <w:br/>
        <w:t>vn -0.6018 -0.7941 -0.0847</w:t>
        <w:br/>
        <w:t>vn -0.7679 -0.6397 0.0339</w:t>
        <w:br/>
        <w:t>vn 0.0669 -0.9961 -0.0575</w:t>
        <w:br/>
        <w:t>vn 0.8160 -0.5176 -0.2574</w:t>
        <w:br/>
        <w:t>vn 0.0794 -0.9957 -0.0466</w:t>
        <w:br/>
        <w:t>vn -0.6326 -0.7050 0.3205</w:t>
        <w:br/>
        <w:t>vn 0.0795 -0.9957 -0.0466</w:t>
        <w:br/>
        <w:t>vn 0.9679 -0.0513 -0.2459</w:t>
        <w:br/>
        <w:t>vn 0.9591 -0.0380 -0.2804</w:t>
        <w:br/>
        <w:t>vn -0.9154 -0.3895 0.1016</w:t>
        <w:br/>
        <w:t>vn -0.8837 -0.4432 0.1504</w:t>
        <w:br/>
        <w:t>vn -0.7694 -0.3323 0.5455</w:t>
        <w:br/>
        <w:t>vn -0.8039 -0.3513 0.4799</w:t>
        <w:br/>
        <w:t>vn 0.0274 -0.9954 -0.0917</w:t>
        <w:br/>
        <w:t>vn 0.8315 -0.5056 -0.2300</w:t>
        <w:br/>
        <w:t>vn -0.6884 -0.6898 0.2243</w:t>
        <w:br/>
        <w:t>vn 0.0273 -0.9954 -0.0917</w:t>
        <w:br/>
        <w:t>vn 0.9825 -0.0560 -0.1779</w:t>
        <w:br/>
        <w:t>vn -0.8469 -0.4000 0.3504</w:t>
        <w:br/>
        <w:t>vn 0.7763 -0.5704 -0.2685</w:t>
        <w:br/>
        <w:t>vn 0.8175 -0.5189 -0.2500</w:t>
        <w:br/>
        <w:t>vn 0.4552 -0.8428 -0.2871</w:t>
        <w:br/>
        <w:t>vn 0.4131 -0.8527 -0.3197</w:t>
        <w:br/>
        <w:t>vn -0.5197 -0.8541 0.0212</w:t>
        <w:br/>
        <w:t>vn -0.7229 -0.6754 0.1457</w:t>
        <w:br/>
        <w:t>vn -0.7485 -0.6584 0.0789</w:t>
        <w:br/>
        <w:t>vn -0.5732 -0.8182 -0.0440</w:t>
        <w:br/>
        <w:t>vn 0.9734 -0.1648 -0.1595</w:t>
        <w:br/>
        <w:t>vn 0.9855 -0.0722 -0.1536</w:t>
        <w:br/>
        <w:t>vn -0.8704 -0.4516 0.1962</w:t>
        <w:br/>
        <w:t>vn -0.8619 -0.4369 0.2572</w:t>
        <w:br/>
        <w:t>vn -0.7781 0.4370 -0.4511</w:t>
        <w:br/>
        <w:t>vn -0.8925 0.1934 -0.4076</w:t>
        <w:br/>
        <w:t>vn -0.8632 -0.3386 -0.3746</w:t>
        <w:br/>
        <w:t>vn -0.6831 0.5865 -0.4352</w:t>
        <w:br/>
        <w:t>vn -0.7766 -0.2344 -0.5848</w:t>
        <w:br/>
        <w:t>vn -0.5083 -0.2774 -0.8153</w:t>
        <w:br/>
        <w:t>vn -0.5966 -0.3964 -0.6978</w:t>
        <w:br/>
        <w:t>vn -0.3909 -0.0510 -0.9190</w:t>
        <w:br/>
        <w:t>vn -0.4064 -0.1437 -0.9023</w:t>
        <w:br/>
        <w:t>vn -0.4555 -0.0019 -0.8902</w:t>
        <w:br/>
        <w:t>vn -0.9470 0.0419 -0.3184</w:t>
        <w:br/>
        <w:t>vn -0.9835 -0.0690 -0.1672</w:t>
        <w:br/>
        <w:t>vn 0.6571 -0.6196 -0.4293</w:t>
        <w:br/>
        <w:t>vn -0.2302 -0.8392 -0.4927</w:t>
        <w:br/>
        <w:t>vn -0.1098 -0.7860 -0.6084</w:t>
        <w:br/>
        <w:t>vn 0.9712 -0.0189 0.2376</w:t>
        <w:br/>
        <w:t>vn 0.9687 0.0924 0.2305</w:t>
        <w:br/>
        <w:t>vn 0.8665 -0.3521 0.3539</w:t>
        <w:br/>
        <w:t>vn 0.9450 -0.2042 0.2553</w:t>
        <w:br/>
        <w:t>vn 0.7628 -0.4147 0.4961</w:t>
        <w:br/>
        <w:t>vn 0.5418 0.5049 0.6719</w:t>
        <w:br/>
        <w:t>vn 0.9252 0.1999 0.3226</w:t>
        <w:br/>
        <w:t>vn 0.1295 0.1939 0.9724</w:t>
        <w:br/>
        <w:t>vn 0.4581 0.5726 0.6800</w:t>
        <w:br/>
        <w:t>vn 0.2606 0.5687 0.7802</w:t>
        <w:br/>
        <w:t>vn 0.6171 0.3268 0.7158</w:t>
        <w:br/>
        <w:t>vn 0.4790 0.3897 0.7865</w:t>
        <w:br/>
        <w:t>vn -0.9220 -0.0472 0.3842</w:t>
        <w:br/>
        <w:t>vn -0.9382 -0.0599 0.3407</w:t>
        <w:br/>
        <w:t>vn -0.9651 0.0144 -0.2613</w:t>
        <w:br/>
        <w:t>vn -0.9658 0.0491 -0.2546</w:t>
        <w:br/>
        <w:t>vn -0.7138 0.0407 -0.6991</w:t>
        <w:br/>
        <w:t>vn -0.7063 0.0008 -0.7079</w:t>
        <w:br/>
        <w:t>vn -0.5744 0.0241 -0.8183</w:t>
        <w:br/>
        <w:t>vn -0.5208 -0.0023 -0.8537</w:t>
        <w:br/>
        <w:t>vn 0.8161 -0.0250 0.5774</w:t>
        <w:br/>
        <w:t>vn 0.1753 -0.1227 0.9768</w:t>
        <w:br/>
        <w:t>vn 0.7650 0.0326 0.6433</w:t>
        <w:br/>
        <w:t>vn 0.9595 0.0665 -0.2738</w:t>
        <w:br/>
        <w:t>vn 0.9662 0.0559 -0.2518</w:t>
        <w:br/>
        <w:t>vn 0.7049 0.0572 -0.7070</w:t>
        <w:br/>
        <w:t>vn 0.7650 0.0610 -0.6411</w:t>
        <w:br/>
        <w:t>vn 0.9595 0.0666 -0.2738</w:t>
        <w:br/>
        <w:t>vn -0.1665 -0.1451 0.9753</w:t>
        <w:br/>
        <w:t>vn -0.7367 0.0865 -0.6707</w:t>
        <w:br/>
        <w:t>vn -0.9679 0.0802 -0.2380</w:t>
        <w:br/>
        <w:t>vn -0.6013 0.0695 -0.7960</w:t>
        <w:br/>
        <w:t>vn 0.8518 -0.0447 0.5220</w:t>
        <w:br/>
        <w:t>vn 0.2063 -0.1017 0.9732</w:t>
        <w:br/>
        <w:t>vn 0.9694 0.0379 -0.2426</w:t>
        <w:br/>
        <w:t>vn 0.7955 0.0600 -0.6029</w:t>
        <w:br/>
        <w:t>vn -0.2066 -0.0938 0.9739</w:t>
        <w:br/>
        <w:t>vn -0.0015 0.9088 0.4171</w:t>
        <w:br/>
        <w:t>vn 0.0500 0.9085 0.4149</w:t>
        <w:br/>
        <w:t>vn 0.0512 0.8682 0.4936</w:t>
        <w:br/>
        <w:t>vn -0.0683 0.8501 0.5222</w:t>
        <w:br/>
        <w:t>vn -0.0184 0.9503 0.3106</w:t>
        <w:br/>
        <w:t>vn 0.0074 0.9547 0.2975</w:t>
        <w:br/>
        <w:t>vn 0.0246 0.9517 0.3060</w:t>
        <w:br/>
        <w:t>vn 0.0013 0.9482 0.3175</w:t>
        <w:br/>
        <w:t>vn 0.0451 0.9382 0.3432</w:t>
        <w:br/>
        <w:t>vn 0.0206 0.9372 0.3483</w:t>
        <w:br/>
        <w:t>vn 0.0030 0.9537 0.3008</w:t>
        <w:br/>
        <w:t>vn 0.0513 0.6558 0.7532</w:t>
        <w:br/>
        <w:t>vn 0.0394 0.7118 0.7013</w:t>
        <w:br/>
        <w:t>vn 0.9191 -0.3352 -0.2072</w:t>
        <w:br/>
        <w:t>vn 0.9419 -0.2986 -0.1540</w:t>
        <w:br/>
        <w:t>vn 0.9591 0.1930 0.2069</w:t>
        <w:br/>
        <w:t>vn 0.0358 0.7948 0.6058</w:t>
        <w:br/>
        <w:t>vn 0.9071 0.3972 0.1389</w:t>
        <w:br/>
        <w:t>vn -0.0001 0.8605 0.5094</w:t>
        <w:br/>
        <w:t>vn 0.8581 0.5038 0.0992</w:t>
        <w:br/>
        <w:t>vn -0.0625 0.8577 0.5104</w:t>
        <w:br/>
        <w:t>vn -0.1348 0.8664 0.4808</w:t>
        <w:br/>
        <w:t>vn -0.0757 0.8704 0.4865</w:t>
        <w:br/>
        <w:t>vn 0.6263 0.7547 0.1954</w:t>
        <w:br/>
        <w:t>vn 0.3852 0.8853 0.2605</w:t>
        <w:br/>
        <w:t>vn 0.6464 0.7584 0.0831</w:t>
        <w:br/>
        <w:t>vn -0.1786 0.8830 0.4340</w:t>
        <w:br/>
        <w:t>vn 0.6115 0.7898 0.0472</w:t>
        <w:br/>
        <w:t>vn 0.2195 0.9489 0.2268</w:t>
        <w:br/>
        <w:t>vn -0.2189 0.9075 0.3586</w:t>
        <w:br/>
        <w:t>vn 0.1801 0.9712 0.1558</w:t>
        <w:br/>
        <w:t>vn 0.5717 0.8196 -0.0378</w:t>
        <w:br/>
        <w:t>vn -0.2493 0.9154 0.3160</w:t>
        <w:br/>
        <w:t>vn 0.5686 0.8029 -0.1791</w:t>
        <w:br/>
        <w:t>vn 0.5788 0.7932 -0.1892</w:t>
        <w:br/>
        <w:t>vn -0.3332 0.9018 0.2752</w:t>
        <w:br/>
        <w:t>vn -0.3495 0.8951 0.2767</w:t>
        <w:br/>
        <w:t>vn 0.7923 0.6013 0.1038</w:t>
        <w:br/>
        <w:t>vn -0.0935 -0.9432 -0.3188</w:t>
        <w:br/>
        <w:t>vn -0.1839 -0.9355 -0.3017</w:t>
        <w:br/>
        <w:t>vn -0.2288 -0.9022 -0.3655</w:t>
        <w:br/>
        <w:t>vn -0.1647 -0.9182 -0.3602</w:t>
        <w:br/>
        <w:t>vn 0.0014 -0.9706 -0.2406</w:t>
        <w:br/>
        <w:t>vn -0.1237 -0.9737 -0.1916</w:t>
        <w:br/>
        <w:t>vn 0.0499 -0.9851 -0.1645</w:t>
        <w:br/>
        <w:t>vn -0.0884 -0.9905 -0.1057</w:t>
        <w:br/>
        <w:t>vn 0.1511 -0.9882 -0.0232</w:t>
        <w:br/>
        <w:t>vn 0.0709 -0.9944 0.0780</w:t>
        <w:br/>
        <w:t>vn 0.0330 -0.9988 0.0349</w:t>
        <w:br/>
        <w:t>vn -0.2728 -0.9198 -0.2821</w:t>
        <w:br/>
        <w:t>vn -0.2920 -0.8823 -0.3692</w:t>
        <w:br/>
        <w:t>vn -0.2466 -0.9591 -0.1390</w:t>
        <w:br/>
        <w:t>vn -0.1716 -0.9849 0.0209</w:t>
        <w:br/>
        <w:t>vn -0.0360 -0.9987 -0.0362</w:t>
        <w:br/>
        <w:t>vn -0.0857 -0.9920 0.0925</w:t>
        <w:br/>
        <w:t>vn 0.0695 0.9386 0.3379</w:t>
        <w:br/>
        <w:t>vn 0.1013 0.9057 0.4116</w:t>
        <w:br/>
        <w:t>vn -0.1622 0.7023 0.6931</w:t>
        <w:br/>
        <w:t>vn -0.7891 0.3705 0.4899</w:t>
        <w:br/>
        <w:t>vn -0.9627 0.0018 0.2706</w:t>
        <w:br/>
        <w:t>vn -0.9822 0.0305 0.1855</w:t>
        <w:br/>
        <w:t>vn -0.9546 0.0010 -0.2980</w:t>
        <w:br/>
        <w:t>vn -0.9935 0.0269 0.1107</w:t>
        <w:br/>
        <w:t>vn -0.9966 0.0368 0.0744</w:t>
        <w:br/>
        <w:t>vn -0.9962 0.0522 0.0692</w:t>
        <w:br/>
        <w:t>vn 0.1508 0.9845 0.0891</w:t>
        <w:br/>
        <w:t>vn 0.5554 0.8211 -0.1317</w:t>
        <w:br/>
        <w:t>vn -0.2897 0.9126 0.2885</w:t>
        <w:br/>
        <w:t>vn 0.1005 -0.9906 -0.0925</w:t>
        <w:br/>
        <w:t>vn -0.2246 -0.9734 -0.0446</w:t>
        <w:br/>
        <w:t>vn 0.0075 0.9547 0.2975</w:t>
        <w:br/>
        <w:t>vn 0.0332 0.9582 0.2840</w:t>
        <w:br/>
        <w:t>vn 0.0479 0.9545 0.2942</w:t>
        <w:br/>
        <w:t>vn 0.0247 0.9517 0.3060</w:t>
        <w:br/>
        <w:t>vn -0.1278 0.8244 0.5514</w:t>
        <w:br/>
        <w:t>vn 0.1696 0.8729 0.4576</w:t>
        <w:br/>
        <w:t>vn -0.0624 0.8577 0.5104</w:t>
        <w:br/>
        <w:t>vn 0.5356 -0.0260 -0.8441</w:t>
        <w:br/>
        <w:t>vn 0.2078 0.3050 -0.9294</w:t>
        <w:br/>
        <w:t>vn 0.2826 0.2673 -0.9213</w:t>
        <w:br/>
        <w:t>vn 0.4940 0.0586 -0.8675</w:t>
        <w:br/>
        <w:t>vn -0.7900 0.3281 0.5178</w:t>
        <w:br/>
        <w:t>vn -0.7584 0.3316 0.5611</w:t>
        <w:br/>
        <w:t>vn -0.8446 0.3106 0.4360</w:t>
        <w:br/>
        <w:t>vn 0.0749 -0.4849 -0.8714</w:t>
        <w:br/>
        <w:t>vn -0.2674 -0.7501 -0.6049</w:t>
        <w:br/>
        <w:t>vn -0.0865 -0.6162 -0.7828</w:t>
        <w:br/>
        <w:t>vn -0.9927 0.0680 0.0993</w:t>
        <w:br/>
        <w:t>vn -0.9829 -0.1830 0.0178</w:t>
        <w:br/>
        <w:t>vn -0.9891 0.0446 0.1404</w:t>
        <w:br/>
        <w:t>vn 0.1871 -0.5030 0.8438</w:t>
        <w:br/>
        <w:t>vn 0.1299 -0.4538 0.8816</w:t>
        <w:br/>
        <w:t>vn 0.2637 -0.5738 0.7754</w:t>
        <w:br/>
        <w:t>vn 0.3738 -0.6444 0.6671</w:t>
        <w:br/>
        <w:t>vn -0.7209 0.6785 0.1412</w:t>
        <w:br/>
        <w:t>vn -0.7475 0.4576 0.4816</w:t>
        <w:br/>
        <w:t>vn -0.8877 0.3484 0.3011</w:t>
        <w:br/>
        <w:t>vn -0.0469 0.4448 -0.8944</w:t>
        <w:br/>
        <w:t>vn 0.2906 0.1945 -0.9369</w:t>
        <w:br/>
        <w:t>vn 0.4021 0.1628 -0.9010</w:t>
        <w:br/>
        <w:t>vn 0.0793 0.3670 -0.9268</w:t>
        <w:br/>
        <w:t>vn -0.7375 0.3231 0.5930</w:t>
        <w:br/>
        <w:t>vn -0.7378 0.2692 0.6190</w:t>
        <w:br/>
        <w:t>vn -0.7378 0.2692 0.6191</w:t>
        <w:br/>
        <w:t>vn 0.0802 -0.4306 0.8990</w:t>
        <w:br/>
        <w:t>vn 0.9394 -0.2914 -0.1808</w:t>
        <w:br/>
        <w:t>vn 0.9668 -0.1796 -0.1819</w:t>
        <w:br/>
        <w:t>vn 0.7727 -0.6273 0.0967</w:t>
        <w:br/>
        <w:t>vn -0.7257 0.1971 0.6592</w:t>
        <w:br/>
        <w:t>vn -0.7257 0.1971 0.6591</w:t>
        <w:br/>
        <w:t>vn -0.7140 0.0987 0.6931</w:t>
        <w:br/>
        <w:t>vn -0.7175 -0.0018 0.6966</w:t>
        <w:br/>
        <w:t>vn 0.7168 0.0100 -0.6972</w:t>
        <w:br/>
        <w:t>vn 0.2122 -0.2198 -0.9522</w:t>
        <w:br/>
        <w:t>vn -0.4024 -0.7779 -0.4827</w:t>
        <w:br/>
        <w:t>vn -0.5724 -0.7695 -0.2832</w:t>
        <w:br/>
        <w:t>vn -0.6867 -0.7031 -0.1846</w:t>
        <w:br/>
        <w:t>vn -0.3622 0.9116 -0.1945</w:t>
        <w:br/>
        <w:t>vn 0.1989 0.9656 0.1678</w:t>
        <w:br/>
        <w:t>vn -0.6728 0.7317 0.1095</w:t>
        <w:br/>
        <w:t>vn 0.5442 -0.6611 0.5165</w:t>
        <w:br/>
        <w:t>vn 0.5440 -0.6614 0.5164</w:t>
        <w:br/>
        <w:t>vn 0.2394 0.1637 -0.9570</w:t>
        <w:br/>
        <w:t>vn 0.1997 0.2700 -0.9419</w:t>
        <w:br/>
        <w:t>vn -0.3595 -0.0487 0.9319</w:t>
        <w:br/>
        <w:t>vn -0.0913 -0.1995 0.9756</w:t>
        <w:br/>
        <w:t>vn -0.0785 -0.2461 0.9661</w:t>
        <w:br/>
        <w:t>vn -0.7405 -0.6488 0.1751</w:t>
        <w:br/>
        <w:t>vn -0.7406 -0.6488 0.1751</w:t>
        <w:br/>
        <w:t>vn -0.7718 -0.6291 0.0926</w:t>
        <w:br/>
        <w:t>vn -0.8438 -0.5344 0.0500</w:t>
        <w:br/>
        <w:t>vn -0.7981 -0.5999 -0.0563</w:t>
        <w:br/>
        <w:t>vn -0.8285 -0.5585 -0.0407</w:t>
        <w:br/>
        <w:t>vn -0.1051 0.8889 -0.4459</w:t>
        <w:br/>
        <w:t>vn 0.4153 -0.3771 0.8278</w:t>
        <w:br/>
        <w:t>vn -0.7284 -0.0552 0.6829</w:t>
        <w:br/>
        <w:t>vn 0.5787 -0.5336 0.6168</w:t>
        <w:br/>
        <w:t>vn 0.5787 -0.5336 0.6167</w:t>
        <w:br/>
        <w:t>vn 0.5013 -0.6268 0.5965</w:t>
        <w:br/>
        <w:t>vn -0.7365 -0.0633 0.6734</w:t>
        <w:br/>
        <w:t>vn 0.6027 -0.3902 0.6961</w:t>
        <w:br/>
        <w:t>vn 0.6027 -0.3902 0.6960</w:t>
        <w:br/>
        <w:t>vn 0.0997 0.4813 -0.8709</w:t>
        <w:br/>
        <w:t>vn 0.4714 0.1863 -0.8620</w:t>
        <w:br/>
        <w:t>vn -0.5229 0.5452 -0.6552</w:t>
        <w:br/>
        <w:t>vn -0.1511 0.5602 -0.8144</w:t>
        <w:br/>
        <w:t>vn -0.4174 0.6358 -0.6493</w:t>
        <w:br/>
        <w:t>vn 0.4392 0.2320 -0.8679</w:t>
        <w:br/>
        <w:t>vn 0.4392 0.2319 -0.8679</w:t>
        <w:br/>
        <w:t>vn 0.4472 0.2758 -0.8509</w:t>
        <w:br/>
        <w:t>vn -0.8672 -0.4978 0.0112</w:t>
        <w:br/>
        <w:t>vn -0.0082 0.8456 -0.5338</w:t>
        <w:br/>
        <w:t>vn 0.3923 -0.2175 0.8937</w:t>
        <w:br/>
        <w:t>vn 0.0500 -0.4400 0.8966</w:t>
        <w:br/>
        <w:t>vn 0.0501 -0.4400 0.8966</w:t>
        <w:br/>
        <w:t>vn 0.0479 -0.4247 0.9041</w:t>
        <w:br/>
        <w:t>vn 0.5748 -0.0887 -0.8135</w:t>
        <w:br/>
        <w:t>vn 0.6672 -0.0666 -0.7419</w:t>
        <w:br/>
        <w:t>vn -0.2507 0.6397 -0.7266</w:t>
        <w:br/>
        <w:t>vn -0.3170 0.6739 -0.6674</w:t>
        <w:br/>
        <w:t>vn -0.2796 0.6703 -0.6874</w:t>
        <w:br/>
        <w:t>vn 0.4410 0.2571 -0.8599</w:t>
        <w:br/>
        <w:t>vn 0.4764 0.2548 -0.8415</w:t>
        <w:br/>
        <w:t>vn -0.7271 0.2533 -0.6381</w:t>
        <w:br/>
        <w:t>vn -0.6326 0.4169 -0.6527</w:t>
        <w:br/>
        <w:t>vn -0.7272 0.2532 -0.6381</w:t>
        <w:br/>
        <w:t>vn 0.0895 0.4846 0.8702</w:t>
        <w:br/>
        <w:t>vn 0.2669 0.7162 0.6449</w:t>
        <w:br/>
        <w:t>vn 0.1247 0.5283 0.8398</w:t>
        <w:br/>
        <w:t>vn -0.0889 0.2001 0.9757</w:t>
        <w:br/>
        <w:t>vn 0.3696 0.7423 0.5590</w:t>
        <w:br/>
        <w:t>vn 0.6724 0.6816 0.2886</w:t>
        <w:br/>
        <w:t>vn 0.6007 0.7177 0.3523</w:t>
        <w:br/>
        <w:t>vn 0.6799 0.6592 0.3213</w:t>
        <w:br/>
        <w:t>vn 0.6913 0.6546 0.3059</w:t>
        <w:br/>
        <w:t>vn -0.7037 0.0305 0.7099</w:t>
        <w:br/>
        <w:t>vn -0.7225 -0.0138 0.6913</w:t>
        <w:br/>
        <w:t>vn -0.7224 -0.0138 0.6913</w:t>
        <w:br/>
        <w:t>vn 0.5817 -0.1381 0.8016</w:t>
        <w:br/>
        <w:t>vn 0.5947 -0.2224 0.7725</w:t>
        <w:br/>
        <w:t>vn -0.9108 -0.1615 0.3798</w:t>
        <w:br/>
        <w:t>vn -0.9062 -0.1359 0.4004</w:t>
        <w:br/>
        <w:t>vn 0.8933 0.4352 -0.1124</w:t>
        <w:br/>
        <w:t>vn 0.9516 0.2605 -0.1629</w:t>
        <w:br/>
        <w:t>vn -0.1675 0.5679 -0.8059</w:t>
        <w:br/>
        <w:t>vn -0.7556 0.1716 -0.6321</w:t>
        <w:br/>
        <w:t>vn 0.4425 0.0843 -0.8928</w:t>
        <w:br/>
        <w:t>vn 0.4396 0.1433 -0.8867</w:t>
        <w:br/>
        <w:t>vn 0.4426 0.0843 -0.8928</w:t>
        <w:br/>
        <w:t>vn 0.1540 0.4160 -0.8962</w:t>
        <w:br/>
        <w:t>vn 0.1392 0.4756 -0.8686</w:t>
        <w:br/>
        <w:t>vn 0.1444 0.4558 -0.8783</w:t>
        <w:br/>
        <w:t>vn 0.0530 -0.4088 0.9111</w:t>
        <w:br/>
        <w:t>vn 0.0529 -0.4088 0.9111</w:t>
        <w:br/>
        <w:t>vn 0.0216 -0.4053 0.9139</w:t>
        <w:br/>
        <w:t>vn -0.8108 -0.4816 0.3327</w:t>
        <w:br/>
        <w:t>vn -0.7912 -0.5328 0.3001</w:t>
        <w:br/>
        <w:t>vn 0.8586 0.5055 -0.0854</w:t>
        <w:br/>
        <w:t>vn 0.8281 0.5606 0.0004</w:t>
        <w:br/>
        <w:t>vn 0.8266 0.5627 -0.0095</w:t>
        <w:br/>
        <w:t>vn 0.6005 0.4683 -0.6481</w:t>
        <w:br/>
        <w:t>vn 0.5699 0.3082 -0.7617</w:t>
        <w:br/>
        <w:t>vn 0.8670 0.1524 -0.4744</w:t>
        <w:br/>
        <w:t>vn 0.8903 0.3731 -0.2611</w:t>
        <w:br/>
        <w:t>vn 0.1444 0.4730 -0.8692</w:t>
        <w:br/>
        <w:t>vn -0.9287 -0.3688 0.0378</w:t>
        <w:br/>
        <w:t>vn 0.7858 0.0138 -0.6183</w:t>
        <w:br/>
        <w:t>vn 0.5054 0.2086 -0.8373</w:t>
        <w:br/>
        <w:t>vn 0.0529 -0.4332 0.8997</w:t>
        <w:br/>
        <w:t>vn 0.0530 -0.4332 0.8997</w:t>
        <w:br/>
        <w:t>vn -0.9356 0.2310 0.2670</w:t>
        <w:br/>
        <w:t>vn 0.1664 0.4033 -0.8998</w:t>
        <w:br/>
        <w:t>vn 0.1430 0.3686 -0.9185</w:t>
        <w:br/>
        <w:t>vn -0.8919 0.2639 0.3673</w:t>
        <w:br/>
        <w:t>vn -0.2507 0.6397 -0.7265</w:t>
        <w:br/>
        <w:t>vn 0.8485 0.5290 -0.0168</w:t>
        <w:br/>
        <w:t>vn -0.9108 -0.1615 0.3799</w:t>
        <w:br/>
        <w:t>vn -0.8107 -0.4817 0.3327</w:t>
        <w:br/>
        <w:t>vn 0.4713 0.1864 -0.8620</w:t>
        <w:br/>
        <w:t>vn 0.1713 0.4509 -0.8760</w:t>
        <w:br/>
        <w:t>vn 0.2690 0.1430 -0.9525</w:t>
        <w:br/>
        <w:t>vn -0.0853 0.2659 -0.9602</w:t>
        <w:br/>
        <w:t>vn -0.1112 0.2196 -0.9692</w:t>
        <w:br/>
        <w:t>vn 0.2351 0.1590 -0.9589</w:t>
        <w:br/>
        <w:t>vn 0.7915 -0.0249 -0.6107</w:t>
        <w:br/>
        <w:t>vn 0.6241 0.1283 -0.7707</w:t>
        <w:br/>
        <w:t>vn 0.5807 0.1324 -0.8033</w:t>
        <w:br/>
        <w:t>vn 0.7515 0.0116 -0.6596</w:t>
        <w:br/>
        <w:t>vn 0.6845 0.5350 -0.4952</w:t>
        <w:br/>
        <w:t>vn 0.6990 0.4613 -0.5464</w:t>
        <w:br/>
        <w:t>vn 0.8071 0.3931 -0.4404</w:t>
        <w:br/>
        <w:t>vn 0.8263 0.4541 -0.3332</w:t>
        <w:br/>
        <w:t>vn 0.6830 0.1337 -0.7181</w:t>
        <w:br/>
        <w:t>vn 0.8391 -0.0449 -0.5422</w:t>
        <w:br/>
        <w:t>vn 0.8735 -0.0158 -0.4867</w:t>
        <w:br/>
        <w:t>vn 0.7348 0.1711 -0.6563</w:t>
        <w:br/>
        <w:t>vn 0.4672 0.3007 -0.8314</w:t>
        <w:br/>
        <w:t>vn 0.4089 0.2715 -0.8713</w:t>
        <w:br/>
        <w:t>vn 0.8736 0.4775 -0.0933</w:t>
        <w:br/>
        <w:t>vn 0.7877 0.5549 -0.2675</w:t>
        <w:br/>
        <w:t>vn 0.8966 0.3963 -0.1975</w:t>
        <w:br/>
        <w:t>vn 0.8789 0.4752 0.0415</w:t>
        <w:br/>
        <w:t>vn 0.8733 0.4662 -0.1416</w:t>
        <w:br/>
        <w:t>vn 0.7983 0.5644 -0.2102</w:t>
        <w:br/>
        <w:t>vn 0.7393 0.4800 -0.4723</w:t>
        <w:br/>
        <w:t>vn 0.6803 0.6007 -0.4199</w:t>
        <w:br/>
        <w:t>vn 0.9581 0.2726 0.0877</w:t>
        <w:br/>
        <w:t>vn 0.9977 0.0645 0.0184</w:t>
        <w:br/>
        <w:t>vn 0.9370 -0.0259 -0.3483</w:t>
        <w:br/>
        <w:t>vn 0.9110 0.2682 -0.3134</w:t>
        <w:br/>
        <w:t>vn 0.8079 0.0592 -0.5864</w:t>
        <w:br/>
        <w:t>vn 0.8008 0.2732 -0.5330</w:t>
        <w:br/>
        <w:t>vn 0.9485 -0.2520 -0.1919</w:t>
        <w:br/>
        <w:t>vn 0.8208 -0.3891 -0.4181</w:t>
        <w:br/>
        <w:t>vn 0.7662 -0.2749 -0.5809</w:t>
        <w:br/>
        <w:t>vn 0.6910 -0.6456 -0.3251</w:t>
        <w:br/>
        <w:t>vn 0.6404 -0.6428 -0.4202</w:t>
        <w:br/>
        <w:t>vn -0.6861 -0.4191 0.5947</w:t>
        <w:br/>
        <w:t>vn -0.8835 -0.3008 0.3592</w:t>
        <w:br/>
        <w:t>vn -0.7397 -0.4576 0.4934</w:t>
        <w:br/>
        <w:t>vn -0.4036 -0.5401 0.7385</w:t>
        <w:br/>
        <w:t>vn -0.4639 0.4501 -0.7630</w:t>
        <w:br/>
        <w:t>vn -0.1081 0.3819 -0.9179</w:t>
        <w:br/>
        <w:t>vn -0.5644 0.5176 -0.6431</w:t>
        <w:br/>
        <w:t>vn -0.4692 0.5053 -0.7242</w:t>
        <w:br/>
        <w:t>vn -0.6265 -0.2823 -0.7265</w:t>
        <w:br/>
        <w:t>vn -0.6093 -0.3047 -0.7321</w:t>
        <w:br/>
        <w:t>vn -0.6389 -0.2938 -0.7109</w:t>
        <w:br/>
        <w:t>vn -0.5896 -0.2440 -0.7700</w:t>
        <w:br/>
        <w:t>vn 0.4718 -0.8270 -0.3058</w:t>
        <w:br/>
        <w:t>vn -0.5586 -0.2480 -0.7915</w:t>
        <w:br/>
        <w:t>vn -0.0695 0.2932 -0.9535</w:t>
        <w:br/>
        <w:t>vn 0.3482 0.1199 -0.9297</w:t>
        <w:br/>
        <w:t>vn 0.4429 0.0958 -0.8914</w:t>
        <w:br/>
        <w:t>vn -0.0853 0.3214 -0.9431</w:t>
        <w:br/>
        <w:t>vn -0.4279 0.3838 -0.8183</w:t>
        <w:br/>
        <w:t>vn -0.2844 0.2298 -0.9308</w:t>
        <w:br/>
        <w:t>vn -0.3123 0.3017 -0.9008</w:t>
        <w:br/>
        <w:t>vn -0.2625 0.1607 -0.9515</w:t>
        <w:br/>
        <w:t>vn -0.1134 0.1663 -0.9795</w:t>
        <w:br/>
        <w:t>vn -0.3664 0.3520 -0.8613</w:t>
        <w:br/>
        <w:t>vn -0.6047 0.5155 -0.6071</w:t>
        <w:br/>
        <w:t>vn -0.4562 0.5122 -0.7277</w:t>
        <w:br/>
        <w:t>vn -0.6766 0.4891 -0.5504</w:t>
        <w:br/>
        <w:t>vn -0.4133 0.5121 -0.7530</w:t>
        <w:br/>
        <w:t>vn -0.6563 0.5001 -0.5650</w:t>
        <w:br/>
        <w:t>vn -0.6833 0.3700 -0.6294</w:t>
        <w:br/>
        <w:t>vn -0.6783 0.4335 -0.5933</w:t>
        <w:br/>
        <w:t>vn -0.6833 0.3700 -0.6295</w:t>
        <w:br/>
        <w:t>vn -0.7186 0.1430 -0.6805</w:t>
        <w:br/>
        <w:t>vn -0.6730 -0.0041 -0.7396</w:t>
        <w:br/>
        <w:t>vn -0.6286 -0.0856 -0.7730</w:t>
        <w:br/>
        <w:t>vn -0.5995 -0.1674 -0.7827</w:t>
        <w:br/>
        <w:t>vn 0.3725 0.2446 -0.8952</w:t>
        <w:br/>
        <w:t>vn 0.5287 0.0992 -0.8430</w:t>
        <w:br/>
        <w:t>vn -0.5962 -0.2664 -0.7573</w:t>
        <w:br/>
        <w:t>vn -0.8147 0.4231 -0.3966</w:t>
        <w:br/>
        <w:t>vn -0.4869 0.3473 -0.8014</w:t>
        <w:br/>
        <w:t>vn -0.4088 0.4489 -0.7946</w:t>
        <w:br/>
        <w:t>vn -0.7449 0.5292 -0.4063</w:t>
        <w:br/>
        <w:t>vn -0.6967 0.6163 -0.3670</w:t>
        <w:br/>
        <w:t>vn -0.2833 0.5449 -0.7892</w:t>
        <w:br/>
        <w:t>vn -0.2364 0.5629 -0.7920</w:t>
        <w:br/>
        <w:t>vn -0.6954 0.6249 -0.3549</w:t>
        <w:br/>
        <w:t>vn -0.8035 0.1349 -0.5798</w:t>
        <w:br/>
        <w:t>vn -0.7564 0.3706 -0.5390</w:t>
        <w:br/>
        <w:t>vn -0.1189 0.4677 -0.8759</w:t>
        <w:br/>
        <w:t>vn -0.2474 0.4058 -0.8799</w:t>
        <w:br/>
        <w:t>vn -0.7368 0.5194 -0.4328</w:t>
        <w:br/>
        <w:t>vn -0.8688 0.4545 -0.1963</w:t>
        <w:br/>
        <w:t>vn -0.8335 0.5405 -0.1146</w:t>
        <w:br/>
        <w:t>vn -0.7076 0.6086 -0.3591</w:t>
        <w:br/>
        <w:t>vn -0.8137 0.5680 -0.1239</w:t>
        <w:br/>
        <w:t>vn -0.8194 0.5595 -0.1249</w:t>
        <w:br/>
        <w:t>vn -0.7041 0.5994 -0.3808</w:t>
        <w:br/>
        <w:t>vn -0.8541 0.5054 -0.1231</w:t>
        <w:br/>
        <w:t>vn -0.1968 0.5447 -0.8152</w:t>
        <w:br/>
        <w:t>vn -0.3859 0.1064 -0.9164</w:t>
        <w:br/>
        <w:t>vn -0.4758 -0.1194 -0.8714</w:t>
        <w:br/>
        <w:t>vn -0.3888 -0.1447 -0.9099</w:t>
        <w:br/>
        <w:t>vn -0.2227 0.0857 -0.9711</w:t>
        <w:br/>
        <w:t>vn -0.6180 0.1749 -0.7665</w:t>
        <w:br/>
        <w:t>vn -0.0901 0.1607 -0.9829</w:t>
        <w:br/>
        <w:t>vn -0.1278 0.3389 -0.9321</w:t>
        <w:br/>
        <w:t>vn -0.5495 0.4235 -0.7202</w:t>
        <w:br/>
        <w:t>vn 0.1675 0.4126 -0.8954</w:t>
        <w:br/>
        <w:t>vn -0.1140 0.5793 -0.8071</w:t>
        <w:br/>
        <w:t>vn 0.2271 0.2140 -0.9501</w:t>
        <w:br/>
        <w:t>vn 0.3722 0.9262 0.0598</w:t>
        <w:br/>
        <w:t>vn 0.3287 0.8916 0.3113</w:t>
        <w:br/>
        <w:t>vn 0.2375 0.9405 0.2431</w:t>
        <w:br/>
        <w:t>vn -0.5386 -0.1557 -0.8281</w:t>
        <w:br/>
        <w:t>vn -0.2445 0.0241 -0.9693</w:t>
        <w:br/>
        <w:t>vn -0.6349 -0.0382 -0.7717</w:t>
        <w:br/>
        <w:t>vn -0.6099 -0.1842 -0.7708</w:t>
        <w:br/>
        <w:t>vn -0.6302 0.2198 -0.7446</w:t>
        <w:br/>
        <w:t>vn -0.6172 0.3784 -0.6899</w:t>
        <w:br/>
        <w:t>vn -0.2713 0.4622 -0.8443</w:t>
        <w:br/>
        <w:t>vn -0.3131 0.3355 -0.8885</w:t>
        <w:br/>
        <w:t>vn 0.1657 0.3675 -0.9151</w:t>
        <w:br/>
        <w:t>vn 0.2757 0.3375 -0.9000</w:t>
        <w:br/>
        <w:t>vn -0.1520 0.4921 -0.8572</w:t>
        <w:br/>
        <w:t>vn -0.0083 0.4126 -0.9109</w:t>
        <w:br/>
        <w:t>vn 0.0764 0.4098 -0.9090</w:t>
        <w:br/>
        <w:t>vn -0.5749 0.0529 0.8165</w:t>
        <w:br/>
        <w:t>vn -0.5165 0.0060 0.8563</w:t>
        <w:br/>
        <w:t>vn -0.3128 0.2851 -0.9060</w:t>
        <w:br/>
        <w:t>vn -0.2317 0.3721 -0.8988</w:t>
        <w:br/>
        <w:t>vn -0.3364 0.5264 -0.7809</w:t>
        <w:br/>
        <w:t>vn -0.1157 0.4231 -0.8987</w:t>
        <w:br/>
        <w:t>vn 0.3287 0.4873 -0.8090</w:t>
        <w:br/>
        <w:t>vn 0.1640 0.5098 -0.8445</w:t>
        <w:br/>
        <w:t>vn 0.1631 0.4880 -0.8574</w:t>
        <w:br/>
        <w:t>vn 0.2500 0.4512 -0.8567</w:t>
        <w:br/>
        <w:t>vn -0.9077 0.4094 -0.0924</w:t>
        <w:br/>
        <w:t>vn -0.9517 0.2982 -0.0731</w:t>
        <w:br/>
        <w:t>vn -0.8791 0.3149 -0.3577</w:t>
        <w:br/>
        <w:t>vn -0.5622 0.2720 -0.7810</w:t>
        <w:br/>
        <w:t>vn -0.3622 0.2240 -0.9048</w:t>
        <w:br/>
        <w:t>vn -0.9804 0.1776 -0.0852</w:t>
        <w:br/>
        <w:t>vn -0.9247 0.1986 -0.3247</w:t>
        <w:br/>
        <w:t>vn -0.4866 -0.0211 0.8734</w:t>
        <w:br/>
        <w:t>vn -0.4923 -0.0298 0.8699</w:t>
        <w:br/>
        <w:t>vn -0.9440 0.0606 -0.3243</w:t>
        <w:br/>
        <w:t>vn -0.9917 0.0309 -0.1244</w:t>
        <w:br/>
        <w:t>vn -0.6572 0.0975 -0.7474</w:t>
        <w:br/>
        <w:t>vn -0.3961 0.0980 -0.9130</w:t>
        <w:br/>
        <w:t>vn -0.3936 0.1625 -0.9048</w:t>
        <w:br/>
        <w:t>vn -0.6275 0.1925 -0.7544</w:t>
        <w:br/>
        <w:t>vn -0.3670 0.0959 -0.9253</w:t>
        <w:br/>
        <w:t>vn -0.2693 0.1009 -0.9577</w:t>
        <w:br/>
        <w:t>vn -0.2871 0.1382 -0.9479</w:t>
        <w:br/>
        <w:t>vn -0.3917 0.1305 -0.9108</w:t>
        <w:br/>
        <w:t>vn -0.4450 0.1991 -0.8731</w:t>
        <w:br/>
        <w:t>vn -0.3296 0.2057 -0.9214</w:t>
        <w:br/>
        <w:t>vn -0.3896 0.2684 -0.8810</w:t>
        <w:br/>
        <w:t>vn -0.5127 0.2619 -0.8177</w:t>
        <w:br/>
        <w:t>vn -0.4473 0.3263 -0.8327</w:t>
        <w:br/>
        <w:t>vn -0.5633 0.3283 -0.7582</w:t>
        <w:br/>
        <w:t>vn -0.4651 0.3693 -0.8045</w:t>
        <w:br/>
        <w:t>vn -0.5504 0.3869 -0.7398</w:t>
        <w:br/>
        <w:t>vn -0.4173 0.4519 -0.7885</w:t>
        <w:br/>
        <w:t>vn -0.4834 0.4941 -0.7226</w:t>
        <w:br/>
        <w:t>vn -0.4736 0.5898 -0.6541</w:t>
        <w:br/>
        <w:t>vn -0.3750 0.5447 -0.7501</w:t>
        <w:br/>
        <w:t>vn -0.1394 0.4931 -0.8588</w:t>
        <w:br/>
        <w:t>vn -0.2997 0.4874 -0.8201</w:t>
        <w:br/>
        <w:t>vn -0.4692 0.5054 -0.7242</w:t>
        <w:br/>
        <w:t>vn 0.0428 0.4613 -0.8862</w:t>
        <w:br/>
        <w:t>vn -0.4132 0.5121 -0.7530</w:t>
        <w:br/>
        <w:t>vn -0.0070 0.4613 -0.8872</w:t>
        <w:br/>
        <w:t>vn 0.1703 0.4363 -0.8835</w:t>
        <w:br/>
        <w:t>vn 0.4063 0.4979 -0.7662</w:t>
        <w:br/>
        <w:t>vn 0.2022 0.4755 -0.8561</w:t>
        <w:br/>
        <w:t>vn 0.3429 0.4846 -0.8048</w:t>
        <w:br/>
        <w:t>vn -0.1728 0.9790 -0.1084</w:t>
        <w:br/>
        <w:t>vn 0.0175 0.9419 -0.3353</w:t>
        <w:br/>
        <w:t>vn 0.2163 0.9752 -0.0464</w:t>
        <w:br/>
        <w:t>vn 0.0324 0.9881 0.1500</w:t>
        <w:br/>
        <w:t>vn -0.9123 -0.2104 -0.3513</w:t>
        <w:br/>
        <w:t>vn -0.9195 0.0301 -0.3919</w:t>
        <w:br/>
        <w:t>vn -0.5231 -0.2070 -0.8268</w:t>
        <w:br/>
        <w:t>vn -0.5200 -0.2513 -0.8163</w:t>
        <w:br/>
        <w:t>vn 0.3146 0.9179 -0.2419</w:t>
        <w:br/>
        <w:t>vn 0.5350 0.3440 -0.7716</w:t>
        <w:br/>
        <w:t>vn 0.6675 0.6080 -0.4298</w:t>
        <w:br/>
        <w:t>vn -0.8197 0.5613 -0.1140</w:t>
        <w:br/>
        <w:t>vn -0.9069 0.2730 -0.3209</w:t>
        <w:br/>
        <w:t>vn -0.5158 -0.2957 -0.8041</w:t>
        <w:br/>
        <w:t>vn 0.0959 -0.1095 -0.9894</w:t>
        <w:br/>
        <w:t>vn -0.5196 0.6638 -0.5379</w:t>
        <w:br/>
        <w:t>vn -0.4535 0.6741 -0.5831</w:t>
        <w:br/>
        <w:t>vn -0.3321 0.8696 -0.3655</w:t>
        <w:br/>
        <w:t>vn -0.3833 0.8646 -0.3249</w:t>
        <w:br/>
        <w:t>vn -0.7132 0.1756 -0.6786</w:t>
        <w:br/>
        <w:t>vn -0.7261 -0.0572 -0.6852</w:t>
        <w:br/>
        <w:t>vn -0.9416 -0.0176 -0.3362</w:t>
        <w:br/>
        <w:t>vn -0.6590 0.0440 -0.7509</w:t>
        <w:br/>
        <w:t>vn 0.1520 0.9245 0.3497</w:t>
        <w:br/>
        <w:t>vn -0.0287 0.9779 0.2071</w:t>
        <w:br/>
        <w:t>vn -0.6757 -0.2110 -0.7063</w:t>
        <w:br/>
        <w:t>vn -0.8232 -0.4018 0.4013</w:t>
        <w:br/>
        <w:t>vn -0.8542 -0.2949 0.4281</w:t>
        <w:br/>
        <w:t>vn -0.8479 -0.3558 0.3932</w:t>
        <w:br/>
        <w:t>vn -0.9204 -0.1287 0.3691</w:t>
        <w:br/>
        <w:t>vn -0.9204 -0.1287 0.3692</w:t>
        <w:br/>
        <w:t>vn 0.5382 0.2421 -0.8073</w:t>
        <w:br/>
        <w:t>vn 0.2827 0.1839 -0.9414</w:t>
        <w:br/>
        <w:t>vn 0.5234 0.2360 -0.8188</w:t>
        <w:br/>
        <w:t>vn 0.2252 0.1371 -0.9646</w:t>
        <w:br/>
        <w:t>vn 0.1559 0.8549 -0.4949</w:t>
        <w:br/>
        <w:t>vn -0.2227 0.9731 -0.0586</w:t>
        <w:br/>
        <w:t>vn -0.2457 0.1250 -0.9612</w:t>
        <w:br/>
        <w:t>vn -0.1043 0.1400 -0.9847</w:t>
        <w:br/>
        <w:t>vn -0.9868 -0.0521 -0.1536</w:t>
        <w:br/>
        <w:t>vn -0.5152 -0.0690 0.8543</w:t>
        <w:br/>
        <w:t>vn -0.5066 -0.0546 0.8604</w:t>
        <w:br/>
        <w:t>vn -0.5066 -0.0546 0.8605</w:t>
        <w:br/>
        <w:t>vn -0.2844 0.2298 -0.9307</w:t>
        <w:br/>
        <w:t>vn -0.2625 0.1607 -0.9514</w:t>
        <w:br/>
        <w:t>vn 0.2171 0.1207 -0.9687</w:t>
        <w:br/>
        <w:t>vn 0.4151 0.0776 -0.9065</w:t>
        <w:br/>
        <w:t>vn 0.5531 0.0267 -0.8327</w:t>
        <w:br/>
        <w:t>vn 0.8993 0.3232 -0.2947</w:t>
        <w:br/>
        <w:t>vn 0.6841 -0.0027 -0.7294</w:t>
        <w:br/>
        <w:t>vn 0.9092 0.0911 -0.4062</w:t>
        <w:br/>
        <w:t>vn 0.7772 0.2663 -0.5701</w:t>
        <w:br/>
        <w:t>vn 0.3143 0.1114 -0.9428</w:t>
        <w:br/>
        <w:t>vn 0.3245 0.1255 -0.9375</w:t>
        <w:br/>
        <w:t>vn 0.3256 0.1411 -0.9349</w:t>
        <w:br/>
        <w:t>vn 0.3355 0.1096 -0.9357</w:t>
        <w:br/>
        <w:t>vn 0.7345 -0.1652 0.6582</w:t>
        <w:br/>
        <w:t>vn 0.6848 -0.1795 0.7062</w:t>
        <w:br/>
        <w:t>vn 0.6645 -0.2198 0.7143</w:t>
        <w:br/>
        <w:t>vn 0.8895 -0.2680 0.3701</w:t>
        <w:br/>
        <w:t>vn 0.8394 -0.2529 0.4811</w:t>
        <w:br/>
        <w:t>vn -0.0724 0.7981 -0.5981</w:t>
        <w:br/>
        <w:t>vn 0.1418 0.6562 -0.7411</w:t>
        <w:br/>
        <w:t>vn -0.6267 0.4265 -0.6522</w:t>
        <w:br/>
        <w:t>vn 0.5585 0.2715 -0.7838</w:t>
        <w:br/>
        <w:t>vn 0.5340 0.3257 -0.7803</w:t>
        <w:br/>
        <w:t>vn 0.3110 0.2684 -0.9117</w:t>
        <w:br/>
        <w:t>vn 0.5037 0.4276 -0.7506</w:t>
        <w:br/>
        <w:t>vn 0.1220 0.4700 -0.8742</w:t>
        <w:br/>
        <w:t>vn 0.4020 0.4193 -0.8140</w:t>
        <w:br/>
        <w:t>vn 0.2935 0.4047 -0.8661</w:t>
        <w:br/>
        <w:t>vn 0.0623 0.1910 -0.9796</w:t>
        <w:br/>
        <w:t>vn -0.5707 -0.2677 -0.7763</w:t>
        <w:br/>
        <w:t>vn -0.1857 0.0170 -0.9825</w:t>
        <w:br/>
        <w:t>vn -0.3510 -0.0180 -0.9362</w:t>
        <w:br/>
        <w:t>vn 0.4560 0.1543 -0.8765</w:t>
        <w:br/>
        <w:t>vn 0.4993 0.2061 -0.8415</w:t>
        <w:br/>
        <w:t>vn 0.3485 0.1185 -0.9298</w:t>
        <w:br/>
        <w:t>vn -0.4362 0.0567 -0.8981</w:t>
        <w:br/>
        <w:t>vn -0.1261 0.7072 -0.6956</w:t>
        <w:br/>
        <w:t>vn 0.0374 0.8100 -0.5852</w:t>
        <w:br/>
        <w:t>vn -0.1261 0.7073 -0.6956</w:t>
        <w:br/>
        <w:t>vn -0.3674 0.4673 -0.8042</w:t>
        <w:br/>
        <w:t>vn -0.4583 0.2347 -0.8572</w:t>
        <w:br/>
        <w:t>vn 0.9242 0.0210 0.3814</w:t>
        <w:br/>
        <w:t>vn 0.8935 -0.1546 0.4217</w:t>
        <w:br/>
        <w:t>vn 0.9952 0.0745 0.0629</w:t>
        <w:br/>
        <w:t>vn 0.9136 0.3930 0.1044</w:t>
        <w:br/>
        <w:t>vn -0.4938 0.6696 -0.5548</w:t>
        <w:br/>
        <w:t>vn -0.4514 0.6667 -0.5931</w:t>
        <w:br/>
        <w:t>vn -0.6529 0.6544 -0.3814</w:t>
        <w:br/>
        <w:t>vn -0.5955 0.6097 -0.5232</w:t>
        <w:br/>
        <w:t>vn -0.7565 0.5498 -0.3543</w:t>
        <w:br/>
        <w:t>vn -0.6119 0.4796 -0.6289</w:t>
        <w:br/>
        <w:t>vn -0.7809 0.4265 -0.4564</w:t>
        <w:br/>
        <w:t>vn -0.8265 0.1138 -0.5512</w:t>
        <w:br/>
        <w:t>vn -0.7937 0.3004 -0.5289</w:t>
        <w:br/>
        <w:t>vn -0.7324 -0.0432 -0.6795</w:t>
        <w:br/>
        <w:t>vn 0.3339 0.3987 -0.8542</w:t>
        <w:br/>
        <w:t>vn 0.0625 0.4679 -0.8816</w:t>
        <w:br/>
        <w:t>vn -0.2634 0.5174 -0.8142</w:t>
        <w:br/>
        <w:t>vn -0.8026 -0.5884 -0.0981</w:t>
        <w:br/>
        <w:t>vn -0.6743 -0.6470 -0.3560</w:t>
        <w:br/>
        <w:t>vn -0.7394 -0.6720 -0.0407</w:t>
        <w:br/>
        <w:t>vn -0.6758 -0.2984 -0.6740</w:t>
        <w:br/>
        <w:t>vn -0.6565 -0.4429 -0.6106</w:t>
        <w:br/>
        <w:t>vn -0.8653 -0.4639 -0.1900</w:t>
        <w:br/>
        <w:t>vn -0.8592 -0.4488 -0.2456</w:t>
        <w:br/>
        <w:t>vn 0.1097 -0.1927 -0.9751</w:t>
        <w:br/>
        <w:t>vn 0.0643 -0.0411 -0.9971</w:t>
        <w:br/>
        <w:t>vn 0.5404 -0.1462 -0.8286</w:t>
        <w:br/>
        <w:t>vn 0.5855 -0.2437 -0.7732</w:t>
        <w:br/>
        <w:t>vn 0.1456 -0.3358 -0.9306</w:t>
        <w:br/>
        <w:t>vn -0.6387 -0.7596 0.1226</w:t>
        <w:br/>
        <w:t>vn -0.2529 -0.9622 -0.1014</w:t>
        <w:br/>
        <w:t>vn -0.1713 -0.9851 -0.0161</w:t>
        <w:br/>
        <w:t>vn -0.0122 -0.8344 -0.5511</w:t>
        <w:br/>
        <w:t>vn -0.4372 -0.8524 -0.2869</w:t>
        <w:br/>
        <w:t>vn -0.6031 -0.6300 -0.4892</w:t>
        <w:br/>
        <w:t>vn -0.2146 -0.5860 -0.7814</w:t>
        <w:br/>
        <w:t>vn -0.3251 -0.0733 -0.9428</w:t>
        <w:br/>
        <w:t>vn -0.3007 -0.3234 -0.8972</w:t>
        <w:br/>
        <w:t>vn -0.7492 -0.6609 0.0442</w:t>
        <w:br/>
        <w:t>vn 0.1082 0.3460 -0.9320</w:t>
        <w:br/>
        <w:t>vn 0.1979 -0.9323 -0.3027</w:t>
        <w:br/>
        <w:t>vn -0.8455 -0.5268 -0.0875</w:t>
        <w:br/>
        <w:t>vn -0.9512 -0.2586 -0.1683</w:t>
        <w:br/>
        <w:t>vn -0.9078 -0.3265 0.2634</w:t>
        <w:br/>
        <w:t>vn -0.9675 -0.2238 -0.1175</w:t>
        <w:br/>
        <w:t>vn 0.2059 -0.5084 -0.8361</w:t>
        <w:br/>
        <w:t>vn 0.6237 -0.3400 -0.7039</w:t>
        <w:br/>
        <w:t>vn -0.6605 0.0235 -0.7504</w:t>
        <w:br/>
        <w:t>vn -0.2168 0.5956 -0.7735</w:t>
        <w:br/>
        <w:t>vn -0.0512 0.5628 -0.8250</w:t>
        <w:br/>
        <w:t>vn 0.0884 0.5031 -0.8597</w:t>
        <w:br/>
        <w:t>vn -0.2818 0.5868 -0.7591</w:t>
        <w:br/>
        <w:t>vn -0.9151 -0.2824 -0.2878</w:t>
        <w:br/>
        <w:t>vn -0.6883 -0.1352 -0.7127</w:t>
        <w:br/>
        <w:t>vn -0.6968 -0.2662 -0.6661</w:t>
        <w:br/>
        <w:t>vn -0.9057 -0.3505 -0.2383</w:t>
        <w:br/>
        <w:t>vn -0.6839 -0.3890 -0.6172</w:t>
        <w:br/>
        <w:t>vn -0.8777 -0.4423 -0.1847</w:t>
        <w:br/>
        <w:t>vn -0.6404 -0.5315 -0.5544</w:t>
        <w:br/>
        <w:t>vn -0.8960 -0.2800 0.3448</w:t>
        <w:br/>
        <w:t>vn -0.8960 -0.2799 0.3448</w:t>
        <w:br/>
        <w:t>vn 0.2588 -0.6692 -0.6965</w:t>
        <w:br/>
        <w:t>vn 0.3994 -0.5852 -0.7057</w:t>
        <w:br/>
        <w:t>vn 0.2828 -0.7299 -0.6223</w:t>
        <w:br/>
        <w:t>vn 0.5921 0.4037 -0.6975</w:t>
        <w:br/>
        <w:t>vn 0.4960 0.4136 -0.7635</w:t>
        <w:br/>
        <w:t>vn 0.4158 0.4295 -0.8017</w:t>
        <w:br/>
        <w:t>vn -0.3123 0.3016 -0.9008</w:t>
        <w:br/>
        <w:t>vn -0.8716 -0.0734 0.4847</w:t>
        <w:br/>
        <w:t>vn -0.7908 -0.0947 0.6046</w:t>
        <w:br/>
        <w:t>vn -0.7908 -0.0947 0.6047</w:t>
        <w:br/>
        <w:t>vn 0.5876 0.4210 -0.6910</w:t>
        <w:br/>
        <w:t>vn 0.9164 0.2433 -0.3177</w:t>
        <w:br/>
        <w:t>vn 0.7936 0.3945 -0.4632</w:t>
        <w:br/>
        <w:t>vn -0.8317 -0.2239 0.5081</w:t>
        <w:br/>
        <w:t>vn -0.7439 -0.1631 0.6481</w:t>
        <w:br/>
        <w:t>vn 0.3241 0.9229 0.2078</w:t>
        <w:br/>
        <w:t>vn 0.4919 0.7979 0.3486</w:t>
        <w:br/>
        <w:t>vn 0.4919 0.7979 0.3485</w:t>
        <w:br/>
        <w:t>vn 0.3240 0.9229 0.2078</w:t>
        <w:br/>
        <w:t>vn 0.6394 0.5964 0.4853</w:t>
        <w:br/>
        <w:t>vn 0.6394 0.5963 0.4853</w:t>
        <w:br/>
        <w:t>vn 0.7124 0.4138 0.5668</w:t>
        <w:br/>
        <w:t>vn 0.7587 0.0442 0.6499</w:t>
        <w:br/>
        <w:t>vn 0.7195 0.1542 0.6771</w:t>
        <w:br/>
        <w:t>vn 0.2452 0.9603 0.1331</w:t>
        <w:br/>
        <w:t>vn 0.0957 0.0269 0.9950</w:t>
        <w:br/>
        <w:t>vn 0.5703 0.1740 0.8028</w:t>
        <w:br/>
        <w:t>vn 0.4815 0.2721 0.8331</w:t>
        <w:br/>
        <w:t>vn 0.5301 0.4366 0.7269</w:t>
        <w:br/>
        <w:t>vn 0.5458 0.6051 0.5796</w:t>
        <w:br/>
        <w:t>vn 0.5250 0.6975 0.4877</w:t>
        <w:br/>
        <w:t>vn 0.2993 -0.0459 0.9530</w:t>
        <w:br/>
        <w:t>vn 0.3069 0.0025 0.9517</w:t>
        <w:br/>
        <w:t>vn 0.3759 -0.0800 0.9232</w:t>
        <w:br/>
        <w:t>vn 0.3995 -0.2705 0.8759</w:t>
        <w:br/>
        <w:t>vn 0.3465 -0.5441 0.7642</w:t>
        <w:br/>
        <w:t>vn 0.7170 -0.5311 0.4515</w:t>
        <w:br/>
        <w:t>vn 0.5799 -0.7679 0.2722</w:t>
        <w:br/>
        <w:t>vn 0.2510 -0.7654 0.5927</w:t>
        <w:br/>
        <w:t>vn 0.2484 -0.9258 -0.2849</w:t>
        <w:br/>
        <w:t>vn 0.4229 -0.9062 -0.0045</w:t>
        <w:br/>
        <w:t>vn 0.2146 -0.9601 0.1795</w:t>
        <w:br/>
        <w:t>vn -0.0342 -0.9983 0.0474</w:t>
        <w:br/>
        <w:t>vn 0.1107 -0.8564 -0.5044</w:t>
        <w:br/>
        <w:t>vn -0.2164 -0.9572 -0.1922</w:t>
        <w:br/>
        <w:t>vn 0.0348 -0.7114 -0.7020</w:t>
        <w:br/>
        <w:t>vn 0.0154 -0.6257 -0.7799</w:t>
        <w:br/>
        <w:t>vn -0.1544 -0.0538 0.9865</w:t>
        <w:br/>
        <w:t>vn -0.0808 -0.1082 0.9908</w:t>
        <w:br/>
        <w:t>vn -0.0731 -0.2521 0.9649</w:t>
        <w:br/>
        <w:t>vn -0.0997 -0.4313 0.8967</w:t>
        <w:br/>
        <w:t>vn -0.1288 -0.6027 0.7875</w:t>
        <w:br/>
        <w:t>vn -0.1966 -0.7671 0.6106</w:t>
        <w:br/>
        <w:t>vn -0.1440 -0.6865 0.7127</w:t>
        <w:br/>
        <w:t>vn -0.3106 -0.8750 0.3712</w:t>
        <w:br/>
        <w:t>vn -0.4976 -0.8521 0.1621</w:t>
        <w:br/>
        <w:t>vn -0.7383 -0.6723 0.0537</w:t>
        <w:br/>
        <w:t>vn -0.7383 -0.6724 0.0537</w:t>
        <w:br/>
        <w:t>vn -0.8412 -0.5403 0.0236</w:t>
        <w:br/>
        <w:t>vn -0.4613 -0.4889 0.7404</w:t>
        <w:br/>
        <w:t>vn -0.2806 -0.3647 0.8879</w:t>
        <w:br/>
        <w:t>vn -0.2806 -0.3646 0.8879</w:t>
        <w:br/>
        <w:t>vn -0.1968 -0.2176 0.9560</w:t>
        <w:br/>
        <w:t>vn -0.1968 -0.2177 0.9560</w:t>
        <w:br/>
        <w:t>vn -0.1967 -0.1384 0.9706</w:t>
        <w:br/>
        <w:t>vn -0.1718 -0.1395 0.9752</w:t>
        <w:br/>
        <w:t>vn 0.5908 -0.8000 0.1044</w:t>
        <w:br/>
        <w:t>vn 0.5909 -0.8000 0.1044</w:t>
        <w:br/>
        <w:t>vn 0.8065 -0.5019 0.3126</w:t>
        <w:br/>
        <w:t>vn 0.8836 -0.2012 0.4229</w:t>
        <w:br/>
        <w:t>vn 0.8810 0.0405 0.4714</w:t>
        <w:br/>
        <w:t>vn 0.8437 0.1986 0.4987</w:t>
        <w:br/>
        <w:t>vn -0.5618 -0.5357 0.6304</w:t>
        <w:br/>
        <w:t>vn 0.4254 -0.9041 -0.0397</w:t>
        <w:br/>
        <w:t>vn 0.2376 0.0271 0.9710</w:t>
        <w:br/>
        <w:t>vn 0.3273 -0.0034 0.9449</w:t>
        <w:br/>
        <w:t>vn 0.7900 0.2443 0.5623</w:t>
        <w:br/>
        <w:t>vn 0.5940 0.1286 0.7941</w:t>
        <w:br/>
        <w:t>vn -0.1342 -0.1411 0.9809</w:t>
        <w:br/>
        <w:t>vn 0.6172 0.0433 0.7856</w:t>
        <w:br/>
        <w:t>vn 0.8065 0.1246 0.5780</w:t>
        <w:br/>
        <w:t>vn 0.0209 -0.1270 0.9917</w:t>
        <w:br/>
        <w:t>vn 0.0433 -0.1326 0.9902</w:t>
        <w:br/>
        <w:t>vn 0.3602 -0.0131 0.9328</w:t>
        <w:br/>
        <w:t>vn 0.6481 0.1592 0.7447</w:t>
        <w:br/>
        <w:t>vn 0.7673 0.1804 0.6154</w:t>
        <w:br/>
        <w:t>vn 0.3997 0.0098 0.9166</w:t>
        <w:br/>
        <w:t>vn 0.3273 -0.0035 0.9449</w:t>
        <w:br/>
        <w:t>vn 0.3603 -0.0131 0.9328</w:t>
        <w:br/>
        <w:t>vn 0.5958 -0.1685 0.7853</w:t>
        <w:br/>
        <w:t>vn 0.0100 -0.3180 0.9480</w:t>
        <w:br/>
        <w:t>vn 0.0529 -0.3116 0.9487</w:t>
        <w:br/>
        <w:t>vn 0.0210 -0.1270 0.9917</w:t>
        <w:br/>
        <w:t>vn 0.3385 -0.1415 0.9303</w:t>
        <w:br/>
        <w:t>vn 0.6327 0.0741 0.7709</w:t>
        <w:br/>
        <w:t>vn 0.4128 -0.0977 0.9056</w:t>
        <w:br/>
        <w:t>vn 0.3384 -0.1415 0.9303</w:t>
        <w:br/>
        <w:t>vn -0.0388 -0.5236 0.8511</w:t>
        <w:br/>
        <w:t>vn 0.2893 -0.4034 0.8681</w:t>
        <w:br/>
        <w:t>vn 0.0014 -0.5260 0.8505</w:t>
        <w:br/>
        <w:t>vn -0.2206 -0.5237 0.8229</w:t>
        <w:br/>
        <w:t>vn 0.0111 -0.4861 0.8738</w:t>
        <w:br/>
        <w:t>vn 0.0036 -0.4569 0.8895</w:t>
        <w:br/>
        <w:t>vn -0.0213 -0.4134 0.9103</w:t>
        <w:br/>
        <w:t>vn -0.0891 -0.3234 0.9421</w:t>
        <w:br/>
        <w:t>vn -0.1725 -0.1435 0.9745</w:t>
        <w:br/>
        <w:t>vn -0.1898 0.1244 0.9739</w:t>
        <w:br/>
        <w:t>vn -0.1383 0.3652 0.9206</w:t>
        <w:br/>
        <w:t>vn -0.1109 0.4714 0.8749</w:t>
        <w:br/>
        <w:t>vn 0.5592 -0.2575 0.7880</w:t>
        <w:br/>
        <w:t>vn 0.1425 -0.3701 0.9180</w:t>
        <w:br/>
        <w:t>vn 0.0969 -0.4116 0.9062</w:t>
        <w:br/>
        <w:t>vn 0.6049 -0.1925 0.7727</w:t>
        <w:br/>
        <w:t>vn -0.6861 -0.4190 0.5947</w:t>
        <w:br/>
        <w:t>vn -0.3377 -0.5552 0.7601</w:t>
        <w:br/>
        <w:t>vn 0.0912 -0.4646 0.8808</w:t>
        <w:br/>
        <w:t>vn 0.1640 -0.4457 0.8800</w:t>
        <w:br/>
        <w:t>vn 0.4375 -0.4330 0.7881</w:t>
        <w:br/>
        <w:t>vn 0.4806 -0.4007 0.7800</w:t>
        <w:br/>
        <w:t>vn -0.1245 -0.4944 0.8603</w:t>
        <w:br/>
        <w:t>vn -0.0080 -0.5054 0.8628</w:t>
        <w:br/>
        <w:t>vn 0.2522 -0.5243 0.8134</w:t>
        <w:br/>
        <w:t>vn 0.4004 -0.5135 0.7589</w:t>
        <w:br/>
        <w:t>vn 0.4106 -0.4997 0.7627</w:t>
        <w:br/>
        <w:t>vn -0.1419 -0.4167 0.8979</w:t>
        <w:br/>
        <w:t>vn 0.0017 -0.4510 0.8925</w:t>
        <w:br/>
        <w:t>vn 0.2717 -0.5051 0.8192</w:t>
        <w:br/>
        <w:t>vn 0.3975 -0.5383 0.7432</w:t>
        <w:br/>
        <w:t>vn 0.4017 -0.5518 0.7309</w:t>
        <w:br/>
        <w:t>vn -0.1357 -0.3817 0.9143</w:t>
        <w:br/>
        <w:t>vn 0.0235 -0.4482 0.8936</w:t>
        <w:br/>
        <w:t>vn 0.2708 -0.5182 0.8113</w:t>
        <w:br/>
        <w:t>vn 0.4121 -0.5521 0.7248</w:t>
        <w:br/>
        <w:t>vn 0.4650 -0.5709 0.6767</w:t>
        <w:br/>
        <w:t>vn -0.0965 -0.3639 0.9264</w:t>
        <w:br/>
        <w:t>vn 0.0704 -0.4595 0.8854</w:t>
        <w:br/>
        <w:t>vn 0.2518 -0.5384 0.8042</w:t>
        <w:br/>
        <w:t>vn 0.4021 -0.5721 0.7148</w:t>
        <w:br/>
        <w:t>vn 0.5249 -0.5904 0.6132</w:t>
        <w:br/>
        <w:t>vn -0.0371 -0.3497 0.9361</w:t>
        <w:br/>
        <w:t>vn 0.1314 -0.4473 0.8847</w:t>
        <w:br/>
        <w:t>vn 0.2643 -0.5304 0.8055</w:t>
        <w:br/>
        <w:t>vn 0.3906 -0.5870 0.7091</w:t>
        <w:br/>
        <w:t>vn 0.5327 -0.6180 0.5782</w:t>
        <w:br/>
        <w:t>vn 0.0419 -0.3138 0.9486</w:t>
        <w:br/>
        <w:t>vn 0.1921 -0.4070 0.8930</w:t>
        <w:br/>
        <w:t>vn 0.3068 -0.4831 0.8200</w:t>
        <w:br/>
        <w:t>vn 0.4204 -0.5405 0.7288</w:t>
        <w:br/>
        <w:t>vn 0.5486 -0.5824 0.5999</w:t>
        <w:br/>
        <w:t>vn -0.0203 -0.3002 0.9537</w:t>
        <w:br/>
        <w:t>vn 0.2435 -0.3747 0.8946</w:t>
        <w:br/>
        <w:t>vn 0.3354 -0.4297 0.8384</w:t>
        <w:br/>
        <w:t>vn 0.4531 -0.4769 0.7532</w:t>
        <w:br/>
        <w:t>vn 0.5893 -0.5144 0.6230</w:t>
        <w:br/>
        <w:t>vn -0.0706 -0.3520 0.9333</w:t>
        <w:br/>
        <w:t>vn 0.2550 -0.3847 0.8871</w:t>
        <w:br/>
        <w:t>vn 0.3616 -0.4066 0.8390</w:t>
        <w:br/>
        <w:t>vn 0.4703 -0.4463 0.7614</w:t>
        <w:br/>
        <w:t>vn 0.6095 -0.4671 0.6405</w:t>
        <w:br/>
        <w:t>vn -0.2278 -0.3670 0.9019</w:t>
        <w:br/>
        <w:t>vn 0.2228 -0.3690 0.9023</w:t>
        <w:br/>
        <w:t>vn 0.4012 -0.3571 0.8435</w:t>
        <w:br/>
        <w:t>vn 0.5002 -0.3736 0.7812</w:t>
        <w:br/>
        <w:t>vn 0.6124 -0.3788 0.6939</w:t>
        <w:br/>
        <w:t>vn -0.2504 -0.3145 0.9156</w:t>
        <w:br/>
        <w:t>vn 0.1701 -0.3257 0.9301</w:t>
        <w:br/>
        <w:t>vn 0.4177 -0.2957 0.8591</w:t>
        <w:br/>
        <w:t>vn 0.5260 -0.2831 0.8020</w:t>
        <w:br/>
        <w:t>vn 0.6074 -0.2742 0.7455</w:t>
        <w:br/>
        <w:t>vn -0.2430 -0.2732 0.9308</w:t>
        <w:br/>
        <w:t>vn 0.1263 -0.2853 0.9501</w:t>
        <w:br/>
        <w:t>vn 0.4093 -0.2592 0.8748</w:t>
        <w:br/>
        <w:t>vn 0.5149 -0.2091 0.8314</w:t>
        <w:br/>
        <w:t>vn 0.5502 -0.1674 0.8181</w:t>
        <w:br/>
        <w:t>vn -0.2319 -0.2512 0.9398</w:t>
        <w:br/>
        <w:t>vn 0.1096 -0.2664 0.9576</w:t>
        <w:br/>
        <w:t>vn 0.4034 -0.2432 0.8821</w:t>
        <w:br/>
        <w:t>vn 0.4963 -0.1632 0.8527</w:t>
        <w:br/>
        <w:t>vn 0.4931 -0.0927 0.8650</w:t>
        <w:br/>
        <w:t>vn -0.7926 -0.0281 -0.6091</w:t>
        <w:br/>
        <w:t>vn -0.7461 0.0204 -0.6655</w:t>
        <w:br/>
        <w:t>vn -0.5816 0.1365 -0.8019</w:t>
        <w:br/>
        <w:t>vn -0.6275 0.1188 -0.7695</w:t>
        <w:br/>
        <w:t>vn -0.8013 0.4221 -0.4241</w:t>
        <w:br/>
        <w:t>vn -0.6812 0.4925 -0.5416</w:t>
        <w:br/>
        <w:t>vn -0.6622 0.5899 -0.4620</w:t>
        <w:br/>
        <w:t>vn -0.8083 0.5121 -0.2905</w:t>
        <w:br/>
        <w:t>vn -0.8713 -0.0156 -0.4905</w:t>
        <w:br/>
        <w:t>vn -0.8383 -0.0452 -0.5433</w:t>
        <w:br/>
        <w:t>vn -0.6794 0.1272 -0.7226</w:t>
        <w:br/>
        <w:t>vn -0.7243 0.1705 -0.6681</w:t>
        <w:br/>
        <w:t>vn -0.7821 0.3271 -0.5305</w:t>
        <w:br/>
        <w:t>vn -0.6482 0.4256 -0.6315</w:t>
        <w:br/>
        <w:t>vn -0.8954 0.3612 -0.2605</w:t>
        <w:br/>
        <w:t>vn -0.8863 0.2162 -0.4095</w:t>
        <w:br/>
        <w:t>vn -0.4157 0.2566 -0.8726</w:t>
        <w:br/>
        <w:t>vn -0.4612 0.2885 -0.8390</w:t>
        <w:br/>
        <w:t>vn -0.7553 0.6157 -0.2247</w:t>
        <w:br/>
        <w:t>vn -0.8484 0.5290 -0.0213</w:t>
        <w:br/>
        <w:t>vn -0.8771 0.4565 -0.1496</w:t>
        <w:br/>
        <w:t>vn -0.8408 0.5352 0.0812</w:t>
        <w:br/>
        <w:t>vn -0.7966 0.5684 -0.2057</w:t>
        <w:br/>
        <w:t>vn -0.8544 0.4985 -0.1464</w:t>
        <w:br/>
        <w:t>vn -0.7137 0.5684 -0.4094</w:t>
        <w:br/>
        <w:t>vn -0.7375 0.5024 -0.4514</w:t>
        <w:br/>
        <w:t>vn -0.9356 0.0126 -0.3528</w:t>
        <w:br/>
        <w:t>vn -0.9943 0.1057 0.0101</w:t>
        <w:br/>
        <w:t>vn -0.9450 0.3172 0.0794</w:t>
        <w:br/>
        <w:t>vn -0.8983 0.3088 -0.3127</w:t>
        <w:br/>
        <w:t>vn -0.7928 0.3082 -0.5257</w:t>
        <w:br/>
        <w:t>vn -0.8048 0.0942 -0.5860</w:t>
        <w:br/>
        <w:t>vn -0.9547 -0.2216 -0.1988</w:t>
        <w:br/>
        <w:t>vn -0.7709 -0.2488 -0.5864</w:t>
        <w:br/>
        <w:t>vn -0.8284 -0.3664 -0.4236</w:t>
        <w:br/>
        <w:t>vn -0.6984 -0.6353 -0.3297</w:t>
        <w:br/>
        <w:t>vn -0.6471 -0.6330 -0.4249</w:t>
        <w:br/>
        <w:t>vn 0.8795 -0.4106 0.2406</w:t>
        <w:br/>
        <w:t>vn 0.9452 -0.2531 0.2063</w:t>
        <w:br/>
        <w:t>vn 0.1118 0.4466 -0.8877</w:t>
        <w:br/>
        <w:t>vn 0.0741 0.4091 -0.9095</w:t>
        <w:br/>
        <w:t>vn 0.5007 0.4956 -0.7097</w:t>
        <w:br/>
        <w:t>vn 0.5749 0.5210 -0.6308</w:t>
        <w:br/>
        <w:t>vn 0.6295 -0.2982 -0.7175</w:t>
        <w:br/>
        <w:t>vn 0.6403 -0.3178 -0.6993</w:t>
        <w:br/>
        <w:t>vn 0.6083 -0.3295 -0.7221</w:t>
        <w:br/>
        <w:t>vn 0.6295 -0.2983 -0.7175</w:t>
        <w:br/>
        <w:t>vn 0.5936 -0.2497 -0.7651</w:t>
        <w:br/>
        <w:t>vn -0.4741 -0.8249 -0.3078</w:t>
        <w:br/>
        <w:t>vn 0.5625 -0.2488 -0.7885</w:t>
        <w:br/>
        <w:t>vn -0.5062 0.2096 -0.8366</w:t>
        <w:br/>
        <w:t>vn -0.5171 0.2583 -0.8160</w:t>
        <w:br/>
        <w:t>vn -0.2005 0.3154 -0.9275</w:t>
        <w:br/>
        <w:t>vn -0.0181 0.3687 -0.9294</w:t>
        <w:br/>
        <w:t>vn 0.3817 0.4315 -0.8174</w:t>
        <w:br/>
        <w:t>vn -0.3194 0.2486 -0.9144</w:t>
        <w:br/>
        <w:t>vn -0.1973 0.2466 -0.9488</w:t>
        <w:br/>
        <w:t>vn 0.1294 0.3474 -0.9287</w:t>
        <w:br/>
        <w:t>vn 0.8719 0.1775 0.4563</w:t>
        <w:br/>
        <w:t>vn 0.8172 0.1604 0.5537</w:t>
        <w:br/>
        <w:t>vn 0.8172 0.1603 0.5536</w:t>
        <w:br/>
        <w:t>vn 0.8967 0.4233 -0.1290</w:t>
        <w:br/>
        <w:t>vn 0.9059 0.3792 -0.1886</w:t>
        <w:br/>
        <w:t>vn 0.6440 0.4987 -0.5802</w:t>
        <w:br/>
        <w:t>vn 0.6316 0.5226 -0.5727</w:t>
        <w:br/>
        <w:t>vn 0.6546 0.4604 -0.5996</w:t>
        <w:br/>
        <w:t>vn 0.9239 0.3098 -0.2246</w:t>
        <w:br/>
        <w:t>vn 0.8677 0.3063 -0.3915</w:t>
        <w:br/>
        <w:t>vn 0.6698 0.3906 -0.6315</w:t>
        <w:br/>
        <w:t>vn 0.6154 0.5279 -0.5853</w:t>
        <w:br/>
        <w:t>vn 0.6494 -0.0239 -0.7601</w:t>
        <w:br/>
        <w:t>vn 0.8389 -0.3393 -0.4257</w:t>
        <w:br/>
        <w:t>vn 0.7007 0.0949 -0.7071</w:t>
        <w:br/>
        <w:t>vn 0.7007 0.0949 -0.7072</w:t>
        <w:br/>
        <w:t>vn 0.7956 -0.4934 -0.3515</w:t>
        <w:br/>
        <w:t>vn 0.6119 -0.0861 -0.7862</w:t>
        <w:br/>
        <w:t>vn 0.5960 -0.1765 -0.7833</w:t>
        <w:br/>
        <w:t>vn -0.5352 0.1470 -0.8319</w:t>
        <w:br/>
        <w:t>vn 0.6509 0.0679 0.7561</w:t>
        <w:br/>
        <w:t>vn 0.6509 0.0678 0.7561</w:t>
        <w:br/>
        <w:t>vn 0.5678 -0.0539 0.8214</w:t>
        <w:br/>
        <w:t>vn 0.5678 -0.0538 0.8214</w:t>
        <w:br/>
        <w:t>vn 0.5922 -0.2948 -0.7499</w:t>
        <w:br/>
        <w:t>vn 0.8143 0.4240 -0.3965</w:t>
        <w:br/>
        <w:t>vn 0.7440 0.5306 -0.4062</w:t>
        <w:br/>
        <w:t>vn 0.4806 0.4519 -0.7515</w:t>
        <w:br/>
        <w:t>vn 0.5835 0.3583 -0.7288</w:t>
        <w:br/>
        <w:t>vn 0.6972 0.6189 -0.3618</w:t>
        <w:br/>
        <w:t>vn 0.6988 0.6255 -0.3470</w:t>
        <w:br/>
        <w:t>vn 0.2642 0.5782 -0.7719</w:t>
        <w:br/>
        <w:t>vn 0.3046 0.5600 -0.7705</w:t>
        <w:br/>
        <w:t>vn 0.8120 0.1214 -0.5709</w:t>
        <w:br/>
        <w:t>vn 0.1908 0.4133 -0.8904</w:t>
        <w:br/>
        <w:t>vn 0.2305 0.4638 -0.8554</w:t>
        <w:br/>
        <w:t>vn 0.7612 0.3642 -0.5365</w:t>
        <w:br/>
        <w:t>vn 0.7402 0.5165 -0.4304</w:t>
        <w:br/>
        <w:t>vn 0.7125 0.6060 -0.3537</w:t>
        <w:br/>
        <w:t>vn 0.8348 0.5391 -0.1118</w:t>
        <w:br/>
        <w:t>vn 0.8698 0.4531 -0.1951</w:t>
        <w:br/>
        <w:t>vn 0.8195 0.5600 -0.1214</w:t>
        <w:br/>
        <w:t>vn 0.8139 0.5684 -0.1201</w:t>
        <w:br/>
        <w:t>vn 0.7033 0.6008 -0.3799</w:t>
        <w:br/>
        <w:t>vn 0.8537 0.5064 -0.1212</w:t>
        <w:br/>
        <w:t>vn 0.2504 0.5674 -0.7845</w:t>
        <w:br/>
        <w:t>vn 0.3859 0.1064 -0.9164</w:t>
        <w:br/>
        <w:t>vn 0.2216 0.0864 -0.9713</w:t>
        <w:br/>
        <w:t>vn 0.3888 -0.1447 -0.9099</w:t>
        <w:br/>
        <w:t>vn 0.4758 -0.1194 -0.8714</w:t>
        <w:br/>
        <w:t>vn 0.6180 0.1749 -0.7665</w:t>
        <w:br/>
        <w:t>vn 0.5495 0.4235 -0.7202</w:t>
        <w:br/>
        <w:t>vn 0.1278 0.3389 -0.9321</w:t>
        <w:br/>
        <w:t>vn 0.0927 0.1580 -0.9831</w:t>
        <w:br/>
        <w:t>vn -0.1675 0.4126 -0.8954</w:t>
        <w:br/>
        <w:t>vn -0.2271 0.2140 -0.9501</w:t>
        <w:br/>
        <w:t>vn 0.1140 0.5793 -0.8071</w:t>
        <w:br/>
        <w:t>vn -0.3722 0.9262 0.0598</w:t>
        <w:br/>
        <w:t>vn -0.2375 0.9405 0.2431</w:t>
        <w:br/>
        <w:t>vn -0.3287 0.8916 0.3113</w:t>
        <w:br/>
        <w:t>vn 0.6350 -0.0382 -0.7716</w:t>
        <w:br/>
        <w:t>vn 0.2475 0.0207 -0.9687</w:t>
        <w:br/>
        <w:t>vn 0.5386 -0.1557 -0.8281</w:t>
        <w:br/>
        <w:t>vn 0.6094 -0.1837 -0.7713</w:t>
        <w:br/>
        <w:t>vn 0.6131 0.2313 -0.7554</w:t>
        <w:br/>
        <w:t>vn 0.3098 0.3415 -0.8874</w:t>
        <w:br/>
        <w:t>vn 0.2578 0.4748 -0.8415</w:t>
        <w:br/>
        <w:t>vn 0.5891 0.3936 -0.7057</w:t>
        <w:br/>
        <w:t>vn 0.2470 0.5115 -0.8230</w:t>
        <w:br/>
        <w:t>vn -0.0924 0.4154 -0.9050</w:t>
        <w:br/>
        <w:t>vn -0.0664 0.4348 -0.8981</w:t>
        <w:br/>
        <w:t>vn -0.0279 0.4450 -0.8951</w:t>
        <w:br/>
        <w:t>vn 0.0526 0.4453 -0.8938</w:t>
        <w:br/>
        <w:t>vn 0.7149 0.1661 0.6792</w:t>
        <w:br/>
        <w:t>vn 0.6479 0.1146 0.7531</w:t>
        <w:br/>
        <w:t>vn 0.7149 0.1661 0.6793</w:t>
        <w:br/>
        <w:t>vn 0.4311 0.3841 -0.8165</w:t>
        <w:br/>
        <w:t>vn 0.4912 0.3064 -0.8153</w:t>
        <w:br/>
        <w:t>vn 0.3732 0.5293 -0.7620</w:t>
        <w:br/>
        <w:t>vn 0.1968 0.4381 -0.8771</w:t>
        <w:br/>
        <w:t>vn -0.2952 0.5043 -0.8115</w:t>
        <w:br/>
        <w:t>vn -0.2374 0.4685 -0.8509</w:t>
        <w:br/>
        <w:t>vn -0.1701 0.5030 -0.8474</w:t>
        <w:br/>
        <w:t>vn -0.1766 0.5213 -0.8349</w:t>
        <w:br/>
        <w:t>vn 0.8795 0.3146 -0.3571</w:t>
        <w:br/>
        <w:t>vn 0.9517 0.2983 -0.0730</w:t>
        <w:br/>
        <w:t>vn 0.9073 0.4103 -0.0921</w:t>
        <w:br/>
        <w:t>vn 0.5120 0.2342 -0.8264</w:t>
        <w:br/>
        <w:t>vn 0.6657 0.2752 -0.6936</w:t>
        <w:br/>
        <w:t>vn 0.9252 0.1986 -0.3234</w:t>
        <w:br/>
        <w:t>vn 0.9804 0.1776 -0.0852</w:t>
        <w:br/>
        <w:t>vn 0.5109 0.1705 -0.8426</w:t>
        <w:br/>
        <w:t>vn 0.7297 0.1912 -0.6565</w:t>
        <w:br/>
        <w:t>vn 0.9443 0.0611 -0.3234</w:t>
        <w:br/>
        <w:t>vn 0.9918 0.0309 -0.1244</w:t>
        <w:br/>
        <w:t>vn 0.4935 0.1147 -0.8621</w:t>
        <w:br/>
        <w:t>vn 0.7575 0.0965 -0.6457</w:t>
        <w:br/>
        <w:t>vn 0.2979 0.1277 -0.9460</w:t>
        <w:br/>
        <w:t>vn 0.2937 0.1068 -0.9499</w:t>
        <w:br/>
        <w:t>vn 0.4827 0.0797 -0.8721</w:t>
        <w:br/>
        <w:t>vn 0.3437 0.2226 -0.9123</w:t>
        <w:br/>
        <w:t>vn 0.3136 0.1687 -0.9345</w:t>
        <w:br/>
        <w:t>vn 0.3801 0.2936 -0.8771</w:t>
        <w:br/>
        <w:t>vn 0.3970 0.3700 -0.8400</w:t>
        <w:br/>
        <w:t>vn 0.4529 0.4988 -0.7390</w:t>
        <w:br/>
        <w:t>vn 0.3687 0.4521 -0.8122</w:t>
        <w:br/>
        <w:t>vn 0.4415 0.5860 -0.6795</w:t>
        <w:br/>
        <w:t>vn 0.3613 0.5390 -0.7609</w:t>
        <w:br/>
        <w:t>vn 0.1974 0.4668 -0.8621</w:t>
        <w:br/>
        <w:t>vn 0.2507 0.4463 -0.8591</w:t>
        <w:br/>
        <w:t>vn 0.2426 0.4643 -0.8518</w:t>
        <w:br/>
        <w:t>vn 0.0967 0.4704 -0.8771</w:t>
        <w:br/>
        <w:t>vn 0.1126 0.4724 -0.8741</w:t>
        <w:br/>
        <w:t>vn -0.0454 0.4533 -0.8902</w:t>
        <w:br/>
        <w:t>vn 0.0310 0.4662 -0.8841</w:t>
        <w:br/>
        <w:t>vn -0.1546 0.4423 -0.8834</w:t>
        <w:br/>
        <w:t>vn -0.1182 0.4957 -0.8604</w:t>
        <w:br/>
        <w:t>vn -0.3577 0.5031 -0.7867</w:t>
        <w:br/>
        <w:t>vn -0.2151 0.4828 -0.8489</w:t>
        <w:br/>
        <w:t>vn 0.1728 0.9790 -0.1084</w:t>
        <w:br/>
        <w:t>vn -0.0324 0.9881 0.1500</w:t>
        <w:br/>
        <w:t>vn -0.2163 0.9752 -0.0465</w:t>
        <w:br/>
        <w:t>vn -0.0175 0.9419 -0.3353</w:t>
        <w:br/>
        <w:t>vn 0.9246 0.0085 -0.3809</w:t>
        <w:br/>
        <w:t>vn 0.9151 -0.2209 -0.3375</w:t>
        <w:br/>
        <w:t>vn 0.5231 -0.2070 -0.8268</w:t>
        <w:br/>
        <w:t>vn 0.5194 -0.2509 -0.8169</w:t>
        <w:br/>
        <w:t>vn -0.3146 0.9179 -0.2419</w:t>
        <w:br/>
        <w:t>vn -0.5136 0.3417 -0.7871</w:t>
        <w:br/>
        <w:t>vn -0.6191 0.6669 -0.4146</w:t>
        <w:br/>
        <w:t>vn 0.8203 0.5611 -0.1104</w:t>
        <w:br/>
        <w:t>vn 0.9119 0.2624 -0.3155</w:t>
        <w:br/>
        <w:t>vn 0.5146 -0.2948 -0.8051</w:t>
        <w:br/>
        <w:t>vn -0.0959 -0.1095 -0.9894</w:t>
        <w:br/>
        <w:t>vn 0.5196 0.6638 -0.5379</w:t>
        <w:br/>
        <w:t>vn 0.3833 0.8646 -0.3250</w:t>
        <w:br/>
        <w:t>vn 0.3321 0.8696 -0.3655</w:t>
        <w:br/>
        <w:t>vn 0.4535 0.6741 -0.5831</w:t>
        <w:br/>
        <w:t>vn 0.7262 -0.0571 -0.6851</w:t>
        <w:br/>
        <w:t>vn 0.7132 0.1757 -0.6786</w:t>
        <w:br/>
        <w:t>vn 0.7588 0.0376 -0.6503</w:t>
        <w:br/>
        <w:t>vn 0.9417 -0.0176 -0.3360</w:t>
        <w:br/>
        <w:t>vn -0.1520 0.9244 0.3497</w:t>
        <w:br/>
        <w:t>vn 0.0287 0.9779 0.2071</w:t>
        <w:br/>
        <w:t>vn 0.6748 -0.2101 -0.7075</w:t>
        <w:br/>
        <w:t>vn -0.7550 0.2486 -0.6068</w:t>
        <w:br/>
        <w:t>vn -0.5786 0.3873 -0.7179</w:t>
        <w:br/>
        <w:t>vn 0.9634 -0.1695 0.2077</w:t>
        <w:br/>
        <w:t>vn 0.9745 -0.0670 0.2140</w:t>
        <w:br/>
        <w:t>vn -0.5176 0.2432 -0.8203</w:t>
        <w:br/>
        <w:t>vn -0.4922 0.2374 -0.8375</w:t>
        <w:br/>
        <w:t>vn -0.2825 0.1959 -0.9390</w:t>
        <w:br/>
        <w:t>vn -0.1559 0.8549 -0.4949</w:t>
        <w:br/>
        <w:t>vn 0.2227 0.9731 -0.0586</w:t>
        <w:br/>
        <w:t>vn 0.9868 -0.0520 -0.1536</w:t>
        <w:br/>
        <w:t>vn 0.2600 0.1308 -0.9567</w:t>
        <w:br/>
        <w:t>vn 0.0528 0.1855 -0.9812</w:t>
        <w:br/>
        <w:t>vn -0.6812 0.0586 -0.7297</w:t>
        <w:br/>
        <w:t>vn -0.8844 0.0940 -0.4573</w:t>
        <w:br/>
        <w:t>vn -0.5937 0.1751 -0.7854</w:t>
        <w:br/>
        <w:t>vn 0.0724 0.7981 -0.5981</w:t>
        <w:br/>
        <w:t>vn -0.1418 0.6562 -0.7411</w:t>
        <w:br/>
        <w:t>vn 0.6267 0.4265 -0.6522</w:t>
        <w:br/>
        <w:t>vn -0.5585 0.2715 -0.7838</w:t>
        <w:br/>
        <w:t>vn -0.3110 0.2684 -0.9117</w:t>
        <w:br/>
        <w:t>vn -0.5340 0.3257 -0.7803</w:t>
        <w:br/>
        <w:t>vn -0.5148 0.4340 -0.7394</w:t>
        <w:br/>
        <w:t>vn -0.3795 0.4179 -0.8254</w:t>
        <w:br/>
        <w:t>vn -0.1371 0.4769 -0.8682</w:t>
        <w:br/>
        <w:t>vn -0.2341 0.3910 -0.8901</w:t>
        <w:br/>
        <w:t>vn -0.0623 0.1910 -0.9796</w:t>
        <w:br/>
        <w:t>vn 0.5639 -0.2967 -0.7707</w:t>
        <w:br/>
        <w:t>vn 0.3093 -0.0074 -0.9509</w:t>
        <w:br/>
        <w:t>vn 0.1606 0.0395 -0.9862</w:t>
        <w:br/>
        <w:t>vn -0.4730 0.1894 -0.8605</w:t>
        <w:br/>
        <w:t>vn -0.4375 0.1414 -0.8880</w:t>
        <w:br/>
        <w:t>vn -0.3435 0.1140 -0.9322</w:t>
        <w:br/>
        <w:t>vn 0.4193 0.0449 -0.9067</w:t>
        <w:br/>
        <w:t>vn 0.1261 0.7073 -0.6956</w:t>
        <w:br/>
        <w:t>vn -0.0374 0.8100 -0.5852</w:t>
        <w:br/>
        <w:t>vn 0.4583 0.2347 -0.8572</w:t>
        <w:br/>
        <w:t>vn 0.3674 0.4673 -0.8042</w:t>
        <w:br/>
        <w:t>vn -0.7278 -0.0426 0.6845</w:t>
        <w:br/>
        <w:t>vn -0.6899 -0.0679 0.7207</w:t>
        <w:br/>
        <w:t>vn -0.7341 -0.1985 0.6493</w:t>
        <w:br/>
        <w:t>vn -0.8992 0.4274 0.0940</w:t>
        <w:br/>
        <w:t>vn 0.4717 0.6579 -0.5870</w:t>
        <w:br/>
        <w:t>vn 0.6240 0.6643 -0.4115</w:t>
        <w:br/>
        <w:t>vn 0.4231 0.6600 -0.6208</w:t>
        <w:br/>
        <w:t>vn 0.7266 0.5687 -0.3855</w:t>
        <w:br/>
        <w:t>vn 0.5535 0.6216 -0.5543</w:t>
        <w:br/>
        <w:t>vn 0.5778 0.4939 -0.6497</w:t>
        <w:br/>
        <w:t>vn 0.7574 0.4414 -0.4811</w:t>
        <w:br/>
        <w:t>vn 0.6816 -0.3520 0.6415</w:t>
        <w:br/>
        <w:t>vn 0.7355 -0.2748 0.6193</w:t>
        <w:br/>
        <w:t>vn 0.1709 0.0738 -0.9825</w:t>
        <w:br/>
        <w:t>vn -0.2255 0.3977 -0.8894</w:t>
        <w:br/>
        <w:t>vn 0.1129 0.3116 -0.9435</w:t>
        <w:br/>
        <w:t>vn 0.7491 -0.0461 -0.6608</w:t>
        <w:br/>
        <w:t>vn -0.1169 0.4347 -0.8930</w:t>
        <w:br/>
        <w:t>vn -0.0392 0.4841 -0.8741</w:t>
        <w:br/>
        <w:t>vn 0.2320 0.5300 -0.8157</w:t>
        <w:br/>
        <w:t>vn 0.8176 -0.5720 -0.0652</w:t>
        <w:br/>
        <w:t>vn 0.7644 -0.6447 -0.0099</w:t>
        <w:br/>
        <w:t>vn 0.6913 -0.6405 -0.3345</w:t>
        <w:br/>
        <w:t>vn 0.7023 -0.2845 -0.6525</w:t>
        <w:br/>
        <w:t>vn 0.8725 -0.4189 -0.2514</w:t>
        <w:br/>
        <w:t>vn 0.8844 -0.4181 -0.2074</w:t>
        <w:br/>
        <w:t>vn 0.6765 -0.4191 -0.6056</w:t>
        <w:br/>
        <w:t>vn -0.0648 -0.0414 -0.9970</w:t>
        <w:br/>
        <w:t>vn -0.1097 -0.1927 -0.9751</w:t>
        <w:br/>
        <w:t>vn -0.5404 -0.1462 -0.8286</w:t>
        <w:br/>
        <w:t>vn -0.5855 -0.2437 -0.7732</w:t>
        <w:br/>
        <w:t>vn -0.1456 -0.3358 -0.9306</w:t>
        <w:br/>
        <w:t>vn 0.6279 -0.7753 0.0680</w:t>
        <w:br/>
        <w:t>vn 0.3256 -0.9455 0.0002</w:t>
        <w:br/>
        <w:t>vn 0.3824 -0.9220 -0.0604</w:t>
        <w:br/>
        <w:t>vn 0.2859 -0.5669 -0.7726</w:t>
        <w:br/>
        <w:t>vn 0.6370 -0.5867 -0.4999</w:t>
        <w:br/>
        <w:t>vn 0.5222 -0.8115 -0.2623</w:t>
        <w:br/>
        <w:t>vn 0.1990 -0.8530 -0.4826</w:t>
        <w:br/>
        <w:t>vn 0.3307 -0.3351 -0.8822</w:t>
        <w:br/>
        <w:t>vn 0.7603 -0.6495 -0.0076</w:t>
        <w:br/>
        <w:t>vn 0.0987 -0.9781 -0.1832</w:t>
        <w:br/>
        <w:t>vn 0.8604 -0.4920 -0.1325</w:t>
        <w:br/>
        <w:t>vn 0.5835 -0.2821 0.7615</w:t>
        <w:br/>
        <w:t>vn 0.6155 -0.3396 0.7112</w:t>
        <w:br/>
        <w:t>vn 0.0577 -0.3235 0.9445</w:t>
        <w:br/>
        <w:t>vn -0.2059 -0.5084 -0.8361</w:t>
        <w:br/>
        <w:t>vn -0.6237 -0.3400 -0.7039</w:t>
        <w:br/>
        <w:t>vn 0.6581 0.0206 -0.7526</w:t>
        <w:br/>
        <w:t>vn 0.2081 0.5771 -0.7897</w:t>
        <w:br/>
        <w:t>vn 0.0485 0.5470 -0.8357</w:t>
        <w:br/>
        <w:t>vn 0.2907 0.4120 -0.8635</w:t>
        <w:br/>
        <w:t>vn -0.0927 0.5052 -0.8580</w:t>
        <w:br/>
        <w:t>vn 0.2409 0.5869 -0.7730</w:t>
        <w:br/>
        <w:t>vn 0.9221 -0.2789 -0.2684</w:t>
        <w:br/>
        <w:t>vn 0.7041 -0.2655 -0.6586</w:t>
        <w:br/>
        <w:t>vn 0.6939 -0.1425 -0.7058</w:t>
        <w:br/>
        <w:t>vn 0.9113 -0.2172 -0.3497</w:t>
        <w:br/>
        <w:t>vn 0.9108 -0.3483 -0.2216</w:t>
        <w:br/>
        <w:t>vn 0.6896 -0.3894 -0.6105</w:t>
        <w:br/>
        <w:t>vn 0.6483 -0.5334 -0.5433</w:t>
        <w:br/>
        <w:t>vn 0.8843 -0.4394 -0.1581</w:t>
        <w:br/>
        <w:t>vn 0.8041 0.1316 -0.5797</w:t>
        <w:br/>
        <w:t>vn 0.8708 -0.0924 -0.4829</w:t>
        <w:br/>
        <w:t>vn -0.2588 -0.6692 -0.6966</w:t>
        <w:br/>
        <w:t>vn -0.2828 -0.7299 -0.6223</w:t>
        <w:br/>
        <w:t>vn -0.3993 -0.5852 -0.7057</w:t>
        <w:br/>
        <w:t>vn -0.1471 0.4422 -0.8848</w:t>
        <w:br/>
        <w:t>vn 0.3176 0.3597 -0.8774</w:t>
        <w:br/>
        <w:t>vn 0.2579 0.2207 -0.9406</w:t>
        <w:br/>
        <w:t>vn 0.2991 0.2913 -0.9087</w:t>
        <w:br/>
        <w:t>vn 0.9537 0.1694 0.2485</w:t>
        <w:br/>
        <w:t>vn 0.9752 0.0860 0.2039</w:t>
        <w:br/>
        <w:t>vn 0.7607 0.3234 -0.5627</w:t>
        <w:br/>
        <w:t>vn 0.6990 -0.1791 0.6923</w:t>
        <w:br/>
        <w:t>vn -0.4257 0.8928 0.1470</w:t>
        <w:br/>
        <w:t>vn -0.4257 0.8928 0.1471</w:t>
        <w:br/>
        <w:t>vn -0.5654 0.7573 0.3268</w:t>
        <w:br/>
        <w:t>vn -0.6679 0.5434 0.5086</w:t>
        <w:br/>
        <w:t>vn -0.7161 0.3758 0.5881</w:t>
        <w:br/>
        <w:t>vn -0.5938 0.1050 0.7977</w:t>
        <w:br/>
        <w:t>vn -0.7261 0.1490 0.6713</w:t>
        <w:br/>
        <w:t>vn -0.3547 0.9323 0.0713</w:t>
        <w:br/>
        <w:t>vn -0.4321 0.2675 0.8612</w:t>
        <w:br/>
        <w:t>vn -0.4169 0.1052 0.9028</w:t>
        <w:br/>
        <w:t>vn -0.0934 0.0134 0.9955</w:t>
        <w:br/>
        <w:t>vn -0.4637 0.4446 0.7664</w:t>
        <w:br/>
        <w:t>vn -0.4636 0.4446 0.7664</w:t>
        <w:br/>
        <w:t>vn -0.4699 0.6304 0.6179</w:t>
        <w:br/>
        <w:t>vn -0.4474 0.7266 0.5215</w:t>
        <w:br/>
        <w:t>vn -0.6307 0.0467 0.7747</w:t>
        <w:br/>
        <w:t>vn -0.3871 -0.0755 0.9190</w:t>
        <w:br/>
        <w:t>vn -0.3249 0.0060 0.9457</w:t>
        <w:br/>
        <w:t>vn -0.4009 -0.2684 0.8759</w:t>
        <w:br/>
        <w:t>vn -0.7341 -0.1985 0.6494</w:t>
        <w:br/>
        <w:t>vn -0.3465 -0.5441 0.7642</w:t>
        <w:br/>
        <w:t>vn -0.7170 -0.5311 0.4515</w:t>
        <w:br/>
        <w:t>vn -0.5799 -0.7679 0.2722</w:t>
        <w:br/>
        <w:t>vn -0.2509 -0.7654 0.5927</w:t>
        <w:br/>
        <w:t>vn -0.2484 -0.9258 -0.2849</w:t>
        <w:br/>
        <w:t>vn 0.0342 -0.9983 0.0474</w:t>
        <w:br/>
        <w:t>vn -0.2146 -0.9601 0.1795</w:t>
        <w:br/>
        <w:t>vn -0.4229 -0.9062 -0.0045</w:t>
        <w:br/>
        <w:t>vn -0.1107 -0.8564 -0.5044</w:t>
        <w:br/>
        <w:t>vn 0.2164 -0.9572 -0.1921</w:t>
        <w:br/>
        <w:t>vn -0.0348 -0.7114 -0.7020</w:t>
        <w:br/>
        <w:t>vn -0.0154 -0.6257 -0.7799</w:t>
        <w:br/>
        <w:t>vn 0.0733 -0.1170 0.9904</w:t>
        <w:br/>
        <w:t>vn 0.1416 -0.0526 0.9885</w:t>
        <w:br/>
        <w:t>vn 0.0731 -0.2521 0.9649</w:t>
        <w:br/>
        <w:t>vn 0.0997 -0.4313 0.8967</w:t>
        <w:br/>
        <w:t>vn 0.1288 -0.6027 0.7875</w:t>
        <w:br/>
        <w:t>vn 0.1440 -0.6865 0.7127</w:t>
        <w:br/>
        <w:t>vn 0.1966 -0.7671 0.6106</w:t>
        <w:br/>
        <w:t>vn 0.3106 -0.8751 0.3712</w:t>
        <w:br/>
        <w:t>vn 0.4976 -0.8521 0.1621</w:t>
        <w:br/>
        <w:t>vn 0.7383 -0.6724 0.0537</w:t>
        <w:br/>
        <w:t>vn 0.7383 -0.6723 0.0537</w:t>
        <w:br/>
        <w:t>vn 0.8412 -0.5403 0.0236</w:t>
        <w:br/>
        <w:t>vn 0.1967 -0.7671 0.6106</w:t>
        <w:br/>
        <w:t>vn 0.2806 -0.3647 0.8879</w:t>
        <w:br/>
        <w:t>vn 0.4613 -0.4889 0.7404</w:t>
        <w:br/>
        <w:t>vn 0.2806 -0.3646 0.8879</w:t>
        <w:br/>
        <w:t>vn 0.2232 -0.1305 0.9660</w:t>
        <w:br/>
        <w:t>vn 0.1969 -0.2177 0.9560</w:t>
        <w:br/>
        <w:t>vn 0.1968 -0.2176 0.9560</w:t>
        <w:br/>
        <w:t>vn 0.2233 -0.1305 0.9660</w:t>
        <w:br/>
        <w:t>vn 0.2254 -0.1542 0.9620</w:t>
        <w:br/>
        <w:t>vn 0.2618 -0.1215 0.9574</w:t>
        <w:br/>
        <w:t>vn -0.8065 -0.5019 0.3126</w:t>
        <w:br/>
        <w:t>vn -0.5909 -0.8000 0.1044</w:t>
        <w:br/>
        <w:t>vn -0.5908 -0.8000 0.1044</w:t>
        <w:br/>
        <w:t>vn -0.8810 0.0405 0.4714</w:t>
        <w:br/>
        <w:t>vn -0.8836 -0.2012 0.4229</w:t>
        <w:br/>
        <w:t>vn -0.8437 0.1986 0.4987</w:t>
        <w:br/>
        <w:t>vn 0.5618 -0.5357 0.6304</w:t>
        <w:br/>
        <w:t>vn -0.4254 -0.9041 -0.0397</w:t>
        <w:br/>
        <w:t>vn -0.2459 0.0281 0.9689</w:t>
        <w:br/>
        <w:t>vn -0.3207 -0.0207 0.9470</w:t>
        <w:br/>
        <w:t>vn -0.5940 0.1286 0.7941</w:t>
        <w:br/>
        <w:t>vn -0.7900 0.2443 0.5623</w:t>
        <w:br/>
        <w:t>vn -0.6306 0.0467 0.7747</w:t>
        <w:br/>
        <w:t>vn -0.3206 -0.0207 0.9470</w:t>
        <w:br/>
        <w:t>vn 0.1884 -0.1866 0.9642</w:t>
        <w:br/>
        <w:t>vn -0.4004 -0.0458 0.9152</w:t>
        <w:br/>
        <w:t>vn -0.0592 -0.1348 0.9891</w:t>
        <w:br/>
        <w:t>vn -0.0209 -0.1270 0.9917</w:t>
        <w:br/>
        <w:t>vn -0.6481 0.1592 0.7447</w:t>
        <w:br/>
        <w:t>vn -0.3603 -0.0131 0.9328</w:t>
        <w:br/>
        <w:t>vn -0.3997 0.0098 0.9166</w:t>
        <w:br/>
        <w:t>vn -0.7673 0.1804 0.6154</w:t>
        <w:br/>
        <w:t>vn -0.0590 -0.2950 0.9537</w:t>
        <w:br/>
        <w:t>vn -0.0219 -0.3100 0.9505</w:t>
        <w:br/>
        <w:t>vn -0.0210 -0.1270 0.9917</w:t>
        <w:br/>
        <w:t>vn -0.6327 0.0740 0.7708</w:t>
        <w:br/>
        <w:t>vn -0.3474 -0.1236 0.9295</w:t>
        <w:br/>
        <w:t>vn -0.4150 -0.0772 0.9065</w:t>
        <w:br/>
        <w:t>vn 0.0169 -0.5273 0.8495</w:t>
        <w:br/>
        <w:t>vn -0.2270 -0.4288 0.8744</w:t>
        <w:br/>
        <w:t>vn 0.0691 -0.5349 0.8421</w:t>
        <w:br/>
        <w:t>vn -0.0216 -0.4915 0.8706</w:t>
        <w:br/>
        <w:t>vn -0.0172 -0.4498 0.8930</w:t>
        <w:br/>
        <w:t>vn 0.0216 -0.3981 0.9171</w:t>
        <w:br/>
        <w:t>vn 0.0890 -0.3274 0.9407</w:t>
        <w:br/>
        <w:t>vn 0.1735 -0.1503 0.9733</w:t>
        <w:br/>
        <w:t>vn 0.1735 -0.1504 0.9733</w:t>
        <w:br/>
        <w:t>vn 0.1915 0.1191 0.9742</w:t>
        <w:br/>
        <w:t>vn 0.1394 0.3636 0.9211</w:t>
        <w:br/>
        <w:t>vn 0.1116 0.4710 0.8750</w:t>
        <w:br/>
        <w:t>vn 0.0578 -0.3235 0.9444</w:t>
        <w:br/>
        <w:t>vn -0.5049 -0.2826 0.8156</w:t>
        <w:br/>
        <w:t>vn -0.0874 -0.4171 0.9047</w:t>
        <w:br/>
        <w:t>vn -0.1575 -0.3794 0.9117</w:t>
        <w:br/>
        <w:t>vn -0.7260 0.1490 0.6713</w:t>
        <w:br/>
        <w:t>vn -0.6322 -0.1844 0.7525</w:t>
        <w:br/>
        <w:t>vn -0.0929 -0.4847 0.8698</w:t>
        <w:br/>
        <w:t>vn 0.0953 -0.5364 0.8386</w:t>
        <w:br/>
        <w:t>vn -0.4422 -0.4368 0.7834</w:t>
        <w:br/>
        <w:t>vn -0.1544 -0.4606 0.8741</w:t>
        <w:br/>
        <w:t>vn -0.5079 -0.3892 0.7685</w:t>
        <w:br/>
        <w:t>vn 0.0012 -0.5150 0.8572</w:t>
        <w:br/>
        <w:t>vn 0.1111 -0.5015 0.8580</w:t>
        <w:br/>
        <w:t>vn -0.2379 -0.5325 0.8123</w:t>
        <w:br/>
        <w:t>vn -0.3926 -0.5109 0.7648</w:t>
        <w:br/>
        <w:t>vn -0.4219 -0.4878 0.7643</w:t>
        <w:br/>
        <w:t>vn -0.0136 -0.4537 0.8910</w:t>
        <w:br/>
        <w:t>vn 0.1239 -0.4204 0.8988</w:t>
        <w:br/>
        <w:t>vn -0.3799 -0.5362 0.7538</w:t>
        <w:br/>
        <w:t>vn -0.2536 -0.5031 0.8262</w:t>
        <w:br/>
        <w:t>vn -0.4059 -0.5498 0.7301</w:t>
        <w:br/>
        <w:t>vn -0.0357 -0.4405 0.8970</w:t>
        <w:br/>
        <w:t>vn 0.1210 -0.3790 0.9175</w:t>
        <w:br/>
        <w:t>vn -0.3976 -0.5469 0.7368</w:t>
        <w:br/>
        <w:t>vn -0.2574 -0.5050 0.8238</w:t>
        <w:br/>
        <w:t>vn -0.4695 -0.5706 0.6738</w:t>
        <w:br/>
        <w:t>vn -0.0767 -0.4514 0.8890</w:t>
        <w:br/>
        <w:t>vn 0.0906 -0.3589 0.9290</w:t>
        <w:br/>
        <w:t>vn -0.3948 -0.5693 0.7211</w:t>
        <w:br/>
        <w:t>vn -0.2460 -0.5279 0.8129</w:t>
        <w:br/>
        <w:t>vn -0.5268 -0.5923 0.6096</w:t>
        <w:br/>
        <w:t>vn -0.1324 -0.4462 0.8851</w:t>
        <w:br/>
        <w:t>vn 0.0367 -0.3487 0.9365</w:t>
        <w:br/>
        <w:t>vn -0.3881 -0.5882 0.7095</w:t>
        <w:br/>
        <w:t>vn -0.2623 -0.5293 0.8069</w:t>
        <w:br/>
        <w:t>vn -0.5325 -0.6207 0.5756</w:t>
        <w:br/>
        <w:t>vn -0.1927 -0.4069 0.8929</w:t>
        <w:br/>
        <w:t>vn -0.0426 -0.3132 0.9487</w:t>
        <w:br/>
        <w:t>vn -0.4199 -0.5414 0.7284</w:t>
        <w:br/>
        <w:t>vn -0.3066 -0.4836 0.8198</w:t>
        <w:br/>
        <w:t>vn -0.5483 -0.5836 0.5991</w:t>
        <w:br/>
        <w:t>vn -0.2657 -0.3675 0.8913</w:t>
        <w:br/>
        <w:t>vn -0.4529 -0.4773 0.7530</w:t>
        <w:br/>
        <w:t>vn -0.3375 -0.4290 0.8379</w:t>
        <w:br/>
        <w:t>vn -0.5891 -0.5147 0.6229</w:t>
        <w:br/>
        <w:t>vn -0.3260 -0.3729 0.8687</w:t>
        <w:br/>
        <w:t>vn -0.4704 -0.4465 0.7612</w:t>
        <w:br/>
        <w:t>vn -0.3651 -0.4073 0.8371</w:t>
        <w:br/>
        <w:t>vn -0.6093 -0.4676 0.6404</w:t>
        <w:br/>
        <w:t>vn -0.5010 -0.3732 0.7808</w:t>
        <w:br/>
        <w:t>vn -0.4091 -0.3533 0.8413</w:t>
        <w:br/>
        <w:t>vn -0.6127 -0.3786 0.6937</w:t>
        <w:br/>
        <w:t>vn -0.5269 -0.2833 0.8013</w:t>
        <w:br/>
        <w:t>vn -0.4338 -0.2881 0.8537</w:t>
        <w:br/>
        <w:t>vn -0.6080 -0.2742 0.7451</w:t>
        <w:br/>
        <w:t>vn -0.5154 -0.2097 0.8309</w:t>
        <w:br/>
        <w:t>vn -0.4344 -0.2505 0.8652</w:t>
        <w:br/>
        <w:t>vn -0.5505 -0.1677 0.8178</w:t>
        <w:br/>
        <w:t>vn -0.4967 -0.1633 0.8524</w:t>
        <w:br/>
        <w:t>vn -0.4340 -0.2301 0.8710</w:t>
        <w:br/>
        <w:t>vn -0.4933 -0.0927 0.8649</w:t>
        <w:br/>
        <w:t>vn -0.7357 0.6553 -0.1714</w:t>
        <w:br/>
        <w:t>vn -0.5864 0.6802 -0.4399</w:t>
        <w:br/>
        <w:t>vn -0.7686 0.6020 -0.2165</w:t>
        <w:br/>
        <w:t>vn -0.8887 0.3713 -0.2690</w:t>
        <w:br/>
        <w:t>vn -0.9058 0.3908 0.1636</w:t>
        <w:br/>
        <w:t>vn -0.8240 0.5437 0.1593</w:t>
        <w:br/>
        <w:t>vn -0.5980 0.5709 -0.5626</w:t>
        <w:br/>
        <w:t>vn -0.7006 0.2802 -0.6563</w:t>
        <w:br/>
        <w:t>vn -0.9734 -0.1306 -0.1883</w:t>
        <w:br/>
        <w:t>vn -0.9666 0.1188 0.2269</w:t>
        <w:br/>
        <w:t>vn -0.9547 0.2279 0.1915</w:t>
        <w:br/>
        <w:t>vn -0.9668 0.0872 -0.2401</w:t>
        <w:br/>
        <w:t>vn -0.7494 -0.3508 -0.5616</w:t>
        <w:br/>
        <w:t>vn -0.7763 -0.0734 -0.6260</w:t>
        <w:br/>
        <w:t>vn 0.7488 -0.6538 0.1088</w:t>
        <w:br/>
        <w:t>vn 0.7732 -0.6308 -0.0655</w:t>
        <w:br/>
        <w:t>vn -0.9585 -0.2379 -0.1570</w:t>
        <w:br/>
        <w:t>vn 0.6836 -0.7079 0.1779</w:t>
        <w:br/>
        <w:t>vn 0.7356 -0.6425 0.2147</w:t>
        <w:br/>
        <w:t>vn 0.8639 -0.4405 0.2442</w:t>
        <w:br/>
        <w:t>vn 0.8639 -0.4405 0.2441</w:t>
        <w:br/>
        <w:t>vn 0.9579 -0.2059 0.2000</w:t>
        <w:br/>
        <w:t>vn 0.9897 -0.0354 0.1387</w:t>
        <w:br/>
        <w:t>vn 0.9930 0.0404 0.1114</w:t>
        <w:br/>
        <w:t>vn -0.7921 -0.5013 0.3483</w:t>
        <w:br/>
        <w:t>vn -0.7697 -0.5263 0.3612</w:t>
        <w:br/>
        <w:t>vn 0.7558 0.6090 -0.2407</w:t>
        <w:br/>
        <w:t>vn 0.7390 0.6283 -0.2429</w:t>
        <w:br/>
        <w:t>vn 0.9142 0.4027 0.0452</w:t>
        <w:br/>
        <w:t>vn 0.9207 0.3704 0.1233</w:t>
        <w:br/>
        <w:t>vn 0.9184 0.3608 -0.1623</w:t>
        <w:br/>
        <w:t>vn 0.9030 0.4266 -0.0519</w:t>
        <w:br/>
        <w:t>vn 0.7451 0.6057 -0.2793</w:t>
        <w:br/>
        <w:t>vn 0.7754 0.5172 -0.3622</w:t>
        <w:br/>
        <w:t>vn 0.7943 0.5380 -0.2822</w:t>
        <w:br/>
        <w:t>vn 0.9245 0.3496 0.1520</w:t>
        <w:br/>
        <w:t>vn 0.8159 0.4829 -0.3180</w:t>
        <w:br/>
        <w:t>vn 0.4270 0.7157 -0.5527</w:t>
        <w:br/>
        <w:t>vn 0.4424 0.7506 -0.4908</w:t>
        <w:br/>
        <w:t>vn 0.5064 0.7189 -0.4762</w:t>
        <w:br/>
        <w:t>vn 0.4705 0.5967 -0.6501</w:t>
        <w:br/>
        <w:t>vn 0.5666 0.6297 -0.5314</w:t>
        <w:br/>
        <w:t>vn 0.7083 0.4256 -0.5631</w:t>
        <w:br/>
        <w:t>vn 0.8049 0.3456 -0.4823</w:t>
        <w:br/>
        <w:t>vn -0.7103 -0.6405 0.2919</w:t>
        <w:br/>
        <w:t>vn -0.7104 -0.6404 0.2919</w:t>
        <w:br/>
        <w:t>vn -0.6709 -0.6881 0.2766</w:t>
        <w:br/>
        <w:t>vn -0.6691 -0.6825 0.2942</w:t>
        <w:br/>
        <w:t>vn -0.7003 -0.6402 0.3156</w:t>
        <w:br/>
        <w:t>vn -0.7137 -0.6215 0.3230</w:t>
        <w:br/>
        <w:t>vn -0.7465 -0.5506 0.3736</w:t>
        <w:br/>
        <w:t>vn -0.8231 -0.4018 0.4013</w:t>
        <w:br/>
        <w:t>vn -0.7370 -0.5962 0.3183</w:t>
        <w:br/>
        <w:t>vn -0.5341 -0.0523 0.8438</w:t>
        <w:br/>
        <w:t>vn -0.6485 -0.0597 0.7589</w:t>
        <w:br/>
        <w:t>vn -0.6485 -0.0597 0.7588</w:t>
        <w:br/>
        <w:t>vn -0.6188 0.0882 0.7806</w:t>
        <w:br/>
        <w:t>vn -0.6187 0.0882 0.7806</w:t>
        <w:br/>
        <w:t>vn -0.5488 -0.0173 0.8357</w:t>
        <w:br/>
        <w:t>vn -0.5020 -0.0018 0.8649</w:t>
        <w:br/>
        <w:t>vn -0.5021 -0.0018 0.8648</w:t>
        <w:br/>
        <w:t>vn -0.3889 0.0660 -0.9189</w:t>
        <w:br/>
        <w:t>vn 0.6800 0.3882 -0.6220</w:t>
        <w:br/>
        <w:t>vn -0.7135 0.3021 -0.6322</w:t>
        <w:br/>
        <w:t>vn -0.2207 -0.5237 0.8229</w:t>
        <w:br/>
        <w:t>vn 0.9677 0.2378 0.0839</w:t>
        <w:br/>
        <w:t>vn 0.9391 0.3302 0.0949</w:t>
        <w:br/>
        <w:t>vn 0.8928 -0.2597 0.3679</w:t>
        <w:br/>
        <w:t>vn 0.8929 -0.2597 0.3679</w:t>
        <w:br/>
        <w:t>vn 0.8821 -0.1164 0.4565</w:t>
        <w:br/>
        <w:t>vn 0.8821 -0.1165 0.4565</w:t>
        <w:br/>
        <w:t>vn 0.8988 -0.2543 0.3571</w:t>
        <w:br/>
        <w:t>vn 0.5955 0.5228 -0.6099</w:t>
        <w:br/>
        <w:t>vn 0.7607 0.1669 0.6273</w:t>
        <w:br/>
        <w:t>vn 0.6535 -0.0922 0.7513</w:t>
        <w:br/>
        <w:t>vn 0.9133 0.2065 0.3511</w:t>
        <w:br/>
        <w:t>vn 0.7018 0.2618 -0.6626</w:t>
        <w:br/>
        <w:t>vn 0.8312 -0.4828 0.2757</w:t>
        <w:br/>
        <w:t>vn 0.6848 -0.1796 0.7063</w:t>
        <w:br/>
        <w:t>vn 0.8441 -0.5336 0.0527</w:t>
        <w:br/>
        <w:t>vn 0.8209 -0.5709 0.0140</w:t>
        <w:br/>
        <w:t>vn 0.4560 0.1544 -0.8765</w:t>
        <w:br/>
        <w:t>vn -0.8055 0.1369 0.5765</w:t>
        <w:br/>
        <w:t>vn -0.8389 0.2568 0.4799</w:t>
        <w:br/>
        <w:t>vn 0.6063 -0.0763 0.7915</w:t>
        <w:br/>
        <w:t>vn 0.7293 0.1885 0.6578</w:t>
        <w:br/>
        <w:t>vn 0.7754 0.2357 0.5858</w:t>
        <w:br/>
        <w:t>vn 0.7292 0.1885 0.6578</w:t>
        <w:br/>
        <w:t>vn 0.6257 0.0406 0.7790</w:t>
        <w:br/>
        <w:t>vn -0.7138 -0.6215 0.3230</w:t>
        <w:br/>
        <w:t>vn -0.7399 -0.1036 0.6647</w:t>
        <w:br/>
        <w:t>vn -0.2817 0.2691 -0.9210</w:t>
        <w:br/>
        <w:t>vn -0.2074 0.3073 -0.9287</w:t>
        <w:br/>
        <w:t>vn -0.5357 -0.0244 -0.8441</w:t>
        <w:br/>
        <w:t>vn -0.4930 0.0599 -0.8679</w:t>
        <w:br/>
        <w:t>vn 0.7900 0.3280 0.5179</w:t>
        <w:br/>
        <w:t>vn 0.8448 0.3105 0.4359</w:t>
        <w:br/>
        <w:t>vn 0.7583 0.3311 0.5615</w:t>
        <w:br/>
        <w:t>vn -0.0749 -0.4849 -0.8714</w:t>
        <w:br/>
        <w:t>vn 0.0865 -0.6162 -0.7828</w:t>
        <w:br/>
        <w:t>vn 0.2674 -0.7501 -0.6049</w:t>
        <w:br/>
        <w:t>vn 0.9927 0.0680 0.0993</w:t>
        <w:br/>
        <w:t>vn 0.9891 0.0446 0.1404</w:t>
        <w:br/>
        <w:t>vn 0.9829 -0.1830 0.0178</w:t>
        <w:br/>
        <w:t>vn -0.1881 -0.5046 0.8426</w:t>
        <w:br/>
        <w:t>vn -0.1315 -0.4543 0.8811</w:t>
        <w:br/>
        <w:t>vn -0.2656 -0.5749 0.7740</w:t>
        <w:br/>
        <w:t>vn -0.3762 -0.6447 0.6654</w:t>
        <w:br/>
        <w:t>vn 0.7210 0.6785 0.1412</w:t>
        <w:br/>
        <w:t>vn 0.8877 0.3484 0.3011</w:t>
        <w:br/>
        <w:t>vn 0.7475 0.4576 0.4816</w:t>
        <w:br/>
        <w:t>vn 0.0486 0.4465 -0.8935</w:t>
        <w:br/>
        <w:t>vn -0.0775 0.3667 -0.9271</w:t>
        <w:br/>
        <w:t>vn -0.4014 0.1622 -0.9014</w:t>
        <w:br/>
        <w:t>vn -0.2899 0.1957 -0.9368</w:t>
        <w:br/>
        <w:t>vn 0.7373 0.3224 0.5937</w:t>
        <w:br/>
        <w:t>vn 0.7376 0.2680 0.6197</w:t>
        <w:br/>
        <w:t>vn -0.0811 -0.4304 0.8990</w:t>
        <w:br/>
        <w:t>vn -0.9394 -0.2914 -0.1808</w:t>
        <w:br/>
        <w:t>vn -0.7727 -0.6273 0.0967</w:t>
        <w:br/>
        <w:t>vn -0.9668 -0.1796 -0.1819</w:t>
        <w:br/>
        <w:t>vn 0.7254 0.1958 0.6599</w:t>
        <w:br/>
        <w:t>vn 0.7170 -0.0015 0.6970</w:t>
        <w:br/>
        <w:t>vn 0.7133 0.0984 0.6939</w:t>
        <w:br/>
        <w:t>vn -0.7168 0.0100 -0.6972</w:t>
        <w:br/>
        <w:t>vn -0.2122 -0.2198 -0.9522</w:t>
        <w:br/>
        <w:t>vn 0.4024 -0.7779 -0.4827</w:t>
        <w:br/>
        <w:t>vn 0.6867 -0.7031 -0.1847</w:t>
        <w:br/>
        <w:t>vn 0.5724 -0.7695 -0.2832</w:t>
        <w:br/>
        <w:t>vn 0.3622 0.9116 -0.1945</w:t>
        <w:br/>
        <w:t>vn 0.6728 0.7316 0.1095</w:t>
        <w:br/>
        <w:t>vn -0.1989 0.9656 0.1678</w:t>
        <w:br/>
        <w:t>vn -0.5442 -0.6611 0.5165</w:t>
        <w:br/>
        <w:t>vn -0.1994 0.2694 -0.9421</w:t>
        <w:br/>
        <w:t>vn -0.2394 0.1637 -0.9570</w:t>
        <w:br/>
        <w:t>vn 0.3579 -0.0465 0.9326</w:t>
        <w:br/>
        <w:t>vn 0.0763 -0.2488 0.9656</w:t>
        <w:br/>
        <w:t>vn 0.0901 -0.1998 0.9757</w:t>
        <w:br/>
        <w:t>vn 0.7405 -0.6488 0.1751</w:t>
        <w:br/>
        <w:t>vn 0.8437 -0.5344 0.0500</w:t>
        <w:br/>
        <w:t>vn 0.7718 -0.6291 0.0926</w:t>
        <w:br/>
        <w:t>vn 0.8286 -0.5584 -0.0407</w:t>
        <w:br/>
        <w:t>vn 0.7981 -0.5999 -0.0563</w:t>
        <w:br/>
        <w:t>vn 0.1051 0.8889 -0.4459</w:t>
        <w:br/>
        <w:t>vn -0.4153 -0.3771 0.8278</w:t>
        <w:br/>
        <w:t>vn 0.7284 -0.0552 0.6829</w:t>
        <w:br/>
        <w:t>vn -0.5787 -0.5336 0.6168</w:t>
        <w:br/>
        <w:t>vn -0.5022 -0.6269 0.5956</w:t>
        <w:br/>
        <w:t>vn 0.7365 -0.0633 0.6734</w:t>
        <w:br/>
        <w:t>vn 0.7365 -0.0632 0.6735</w:t>
        <w:br/>
        <w:t>vn -0.6027 -0.3902 0.6960</w:t>
        <w:br/>
        <w:t>vn -0.6027 -0.3901 0.6961</w:t>
        <w:br/>
        <w:t>vn -0.4700 0.1873 -0.8626</w:t>
        <w:br/>
        <w:t>vn -0.0969 0.4823 -0.8706</w:t>
        <w:br/>
        <w:t>vn 0.4190 0.6357 -0.6483</w:t>
        <w:br/>
        <w:t>vn 0.1523 0.5607 -0.8139</w:t>
        <w:br/>
        <w:t>vn 0.5231 0.5452 -0.6551</w:t>
        <w:br/>
        <w:t>vn 0.5232 0.5451 -0.6551</w:t>
        <w:br/>
        <w:t>vn -0.4472 0.2757 -0.8509</w:t>
        <w:br/>
        <w:t>vn -0.4392 0.2319 -0.8679</w:t>
        <w:br/>
        <w:t>vn -0.4471 0.2757 -0.8509</w:t>
        <w:br/>
        <w:t>vn 0.8672 -0.4978 0.0112</w:t>
        <w:br/>
        <w:t>vn 0.0082 0.8456 -0.5338</w:t>
        <w:br/>
        <w:t>vn -0.3923 -0.2175 0.8937</w:t>
        <w:br/>
        <w:t>vn -0.0501 -0.4400 0.8966</w:t>
        <w:br/>
        <w:t>vn -0.0479 -0.4247 0.9040</w:t>
        <w:br/>
        <w:t>vn -0.0479 -0.4247 0.9041</w:t>
        <w:br/>
        <w:t>vn -0.0500 -0.4400 0.8966</w:t>
        <w:br/>
        <w:t>vn -0.6673 -0.0675 -0.7417</w:t>
        <w:br/>
        <w:t>vn -0.5749 -0.0885 -0.8134</w:t>
        <w:br/>
        <w:t>vn 0.2523 0.6416 -0.7244</w:t>
        <w:br/>
        <w:t>vn 0.2824 0.6715 -0.6851</w:t>
        <w:br/>
        <w:t>vn 0.3198 0.6745 -0.6655</w:t>
        <w:br/>
        <w:t>vn -0.4410 0.2576 -0.8597</w:t>
        <w:br/>
        <w:t>vn -0.4752 0.2554 -0.8420</w:t>
        <w:br/>
        <w:t>vn 0.7271 0.2533 -0.6381</w:t>
        <w:br/>
        <w:t>vn 0.6326 0.4169 -0.6527</w:t>
        <w:br/>
        <w:t>vn -0.0895 0.4846 0.8702</w:t>
        <w:br/>
        <w:t>vn -0.1247 0.5283 0.8398</w:t>
        <w:br/>
        <w:t>vn -0.2669 0.7162 0.6449</w:t>
        <w:br/>
        <w:t>vn 0.0891 0.2017 0.9754</w:t>
        <w:br/>
        <w:t>vn -0.3696 0.7422 0.5590</w:t>
        <w:br/>
        <w:t>vn -0.6007 0.7177 0.3523</w:t>
        <w:br/>
        <w:t>vn -0.6724 0.6816 0.2886</w:t>
        <w:br/>
        <w:t>vn -0.6799 0.6592 0.3213</w:t>
        <w:br/>
        <w:t>vn -0.6914 0.6546 0.3059</w:t>
        <w:br/>
        <w:t>vn 0.7037 0.0305 0.7099</w:t>
        <w:br/>
        <w:t>vn 0.7224 -0.0138 0.6913</w:t>
        <w:br/>
        <w:t>vn 0.7225 -0.0138 0.6913</w:t>
        <w:br/>
        <w:t>vn -0.5817 -0.1381 0.8016</w:t>
        <w:br/>
        <w:t>vn -0.5947 -0.2224 0.7725</w:t>
        <w:br/>
        <w:t>vn 0.9062 -0.1359 0.4004</w:t>
        <w:br/>
        <w:t>vn 0.9108 -0.1615 0.3798</w:t>
        <w:br/>
        <w:t>vn -0.9517 0.2575 -0.1671</w:t>
        <w:br/>
        <w:t>vn -0.9009 0.4162 -0.1227</w:t>
        <w:br/>
        <w:t>vn 0.1684 0.5704 -0.8039</w:t>
        <w:br/>
        <w:t>vn 0.7556 0.1716 -0.6322</w:t>
        <w:br/>
        <w:t>vn -0.4426 0.0842 -0.8928</w:t>
        <w:br/>
        <w:t>vn -0.4425 0.0843 -0.8928</w:t>
        <w:br/>
        <w:t>vn -0.4396 0.1433 -0.8867</w:t>
        <w:br/>
        <w:t>vn -0.1541 0.4157 -0.8964</w:t>
        <w:br/>
        <w:t>vn -0.1447 0.4550 -0.8786</w:t>
        <w:br/>
        <w:t>vn -0.1398 0.4755 -0.8686</w:t>
        <w:br/>
        <w:t>vn -0.0152 -0.4090 0.9124</w:t>
        <w:br/>
        <w:t>vn -0.0475 -0.4086 0.9115</w:t>
        <w:br/>
        <w:t>vn 0.8107 -0.4817 0.3327</w:t>
        <w:br/>
        <w:t>vn 0.7912 -0.5328 0.3001</w:t>
        <w:br/>
        <w:t>vn -0.8359 0.5488 -0.0045</w:t>
        <w:br/>
        <w:t>vn -0.8274 0.5614 0.0175</w:t>
        <w:br/>
        <w:t>vn -0.8470 0.5274 -0.0670</w:t>
        <w:br/>
        <w:t>vn -0.6005 0.4683 -0.6481</w:t>
        <w:br/>
        <w:t>vn -0.8903 0.3731 -0.2610</w:t>
        <w:br/>
        <w:t>vn -0.8670 0.1524 -0.4744</w:t>
        <w:br/>
        <w:t>vn -0.5700 0.3082 -0.7617</w:t>
        <w:br/>
        <w:t>vn -0.1446 0.4725 -0.8694</w:t>
        <w:br/>
        <w:t>vn 0.9287 -0.3688 0.0378</w:t>
        <w:br/>
        <w:t>vn -0.7859 0.0133 -0.6182</w:t>
        <w:br/>
        <w:t>vn -0.5052 0.2080 -0.8376</w:t>
        <w:br/>
        <w:t>vn -0.0530 -0.4332 0.8997</w:t>
        <w:br/>
        <w:t>vn 0.9356 0.2310 0.2669</w:t>
        <w:br/>
        <w:t>vn -0.1423 0.3680 -0.9189</w:t>
        <w:br/>
        <w:t>vn -0.1665 0.4033 -0.8998</w:t>
        <w:br/>
        <w:t>vn 0.8919 0.2639 0.3672</w:t>
        <w:br/>
        <w:t>vn 0.2524 0.6416 -0.7244</w:t>
        <w:br/>
        <w:t>vn -0.8668 0.4979 -0.0284</w:t>
        <w:br/>
        <w:t>vn 0.8107 -0.4816 0.3327</w:t>
        <w:br/>
        <w:t>vn 0.1523 0.5608 -0.8138</w:t>
        <w:br/>
        <w:t>vn -0.1714 0.4509 -0.8760</w:t>
        <w:br/>
        <w:t>vn 0.7475 0.4575 0.4816</w:t>
        <w:br/>
        <w:t>vn 0.9457 0.2576 -0.1984</w:t>
        <w:br/>
        <w:t>vn 0.9370 -0.3416 0.0728</w:t>
        <w:br/>
        <w:t>vn 0.7510 -0.0311 -0.6595</w:t>
        <w:br/>
        <w:t>vn 0.6473 0.4135 -0.6403</w:t>
        <w:br/>
        <w:t>vn 0.6011 -0.0124 -0.7991</w:t>
        <w:br/>
        <w:t>vn 0.4463 0.3605 -0.8190</w:t>
        <w:br/>
        <w:t>vn -0.4153 -0.7626 -0.4959</w:t>
        <w:br/>
        <w:t>vn -0.0028 -0.8059 -0.5920</w:t>
        <w:br/>
        <w:t>vn 0.0666 -0.8955 -0.4401</w:t>
        <w:br/>
        <w:t>vn -0.3482 -0.8921 -0.2878</w:t>
        <w:br/>
        <w:t>vn 0.1337 -0.9528 -0.2725</w:t>
        <w:br/>
        <w:t>vn 0.0004 -0.9255 0.3787</w:t>
        <w:br/>
        <w:t>vn -0.6917 0.2889 -0.6619</w:t>
        <w:br/>
        <w:t>vn -0.9109 -0.2534 -0.3257</w:t>
        <w:br/>
        <w:t>vn -0.9385 -0.3452 0.0032</w:t>
        <w:br/>
        <w:t>vn -0.8325 0.5539 0.0047</w:t>
        <w:br/>
        <w:t>vn -0.5421 -0.3829 0.7480</w:t>
        <w:br/>
        <w:t>vn -0.4297 0.2158 0.8768</w:t>
        <w:br/>
        <w:t>vn 0.4231 0.1257 0.8973</w:t>
        <w:br/>
        <w:t>vn 0.7888 0.0452 0.6130</w:t>
        <w:br/>
        <w:t>vn 0.7209 0.5251 0.4522</w:t>
        <w:br/>
        <w:t>vn 0.6812 0.7206 0.1295</w:t>
        <w:br/>
        <w:t>vn -0.3333 0.3546 -0.8736</w:t>
        <w:br/>
        <w:t>vn -0.0407 0.9461 -0.3212</w:t>
        <w:br/>
        <w:t>vn 0.6811 0.7206 0.1295</w:t>
        <w:br/>
        <w:t>vn 0.6210 -0.2535 0.7417</w:t>
        <w:br/>
        <w:t>vn 0.4192 -0.2976 0.8577</w:t>
        <w:br/>
        <w:t>vn 0.0004 -0.9255 0.3789</w:t>
        <w:br/>
        <w:t>vn 0.2519 0.0153 0.9676</w:t>
        <w:br/>
        <w:t>vn 0.2618 -0.1650 0.9509</w:t>
        <w:br/>
        <w:t>vn -0.3482 -0.8921 -0.2879</w:t>
        <w:br/>
        <w:t>vn -0.4154 -0.7626 -0.4958</w:t>
        <w:br/>
        <w:t>vn -0.3530 0.8940 0.2761</w:t>
        <w:br/>
        <w:t>vn -0.2011 0.7591 0.6192</w:t>
        <w:br/>
        <w:t>vn 0.4231 0.1258 0.8973</w:t>
        <w:br/>
        <w:t>vn -0.2012 0.7590 0.6192</w:t>
        <w:br/>
        <w:t>vn 0.6209 -0.2535 0.7418</w:t>
        <w:br/>
        <w:t>vn 0.1196 -0.1369 0.9833</w:t>
        <w:br/>
        <w:t>vn 0.4427 -0.1172 0.8890</w:t>
        <w:br/>
        <w:t>vn 0.2519 0.0154 0.9676</w:t>
        <w:br/>
        <w:t>vn 0.2618 -0.1651 0.9509</w:t>
        <w:br/>
        <w:t>vn 0.4232 0.1257 0.8973</w:t>
        <w:br/>
        <w:t>vn -0.6715 0.0025 -0.7410</w:t>
        <w:br/>
        <w:t>vn -0.6442 0.2271 -0.7303</w:t>
        <w:br/>
        <w:t>vn -0.4136 0.0918 -0.9058</w:t>
        <w:br/>
        <w:t>vn -0.1545 0.1508 -0.9764</w:t>
        <w:br/>
        <w:t>vn -0.0611 0.0247 -0.9978</w:t>
        <w:br/>
        <w:t>vn -0.3332 0.3547 -0.8736</w:t>
        <w:br/>
        <w:t>vn -0.3634 0.3028 -0.8811</w:t>
        <w:br/>
        <w:t>vn -0.1268 0.3804 -0.9161</w:t>
        <w:br/>
        <w:t>vn 0.0000 0.3792 -0.9253</w:t>
        <w:br/>
        <w:t>vn -0.0331 0.3569 -0.9335</w:t>
        <w:br/>
        <w:t>vn -0.6420 0.3173 -0.6980</w:t>
        <w:br/>
        <w:t>vn -0.4818 0.3728 -0.7930</w:t>
        <w:br/>
        <w:t>vn -0.6062 0.3159 -0.7299</w:t>
        <w:br/>
        <w:t>vn -0.3835 0.3419 -0.8579</w:t>
        <w:br/>
        <w:t>vn -0.3218 0.3700 -0.8715</w:t>
        <w:br/>
        <w:t>vn -0.4119 0.3370 -0.8467</w:t>
        <w:br/>
        <w:t>vn -0.6011 0.1281 -0.7889</w:t>
        <w:br/>
        <w:t>vn -0.0000 0.3546 -0.9350</w:t>
        <w:br/>
        <w:t>vn -0.2253 0.3700 -0.9013</w:t>
        <w:br/>
        <w:t>vn -0.2945 0.3760 -0.8786</w:t>
        <w:br/>
        <w:t>vn -0.2588 0.4413 -0.8592</w:t>
        <w:br/>
        <w:t>vn 0.0000 0.4583 -0.8888</w:t>
        <w:br/>
        <w:t>vn 0.0000 0.4070 -0.9134</w:t>
        <w:br/>
        <w:t>vn -0.2242 0.5101 -0.8304</w:t>
        <w:br/>
        <w:t>vn 0.0000 0.5222 -0.8529</w:t>
        <w:br/>
        <w:t>vn -0.2013 0.5880 -0.7834</w:t>
        <w:br/>
        <w:t>vn 0.0000 0.5944 -0.8042</w:t>
        <w:br/>
        <w:t>vn -0.2123 0.6391 -0.7392</w:t>
        <w:br/>
        <w:t>vn 0.0000 0.6551 -0.7556</w:t>
        <w:br/>
        <w:t>vn -0.1358 0.6357 -0.7599</w:t>
        <w:br/>
        <w:t>vn -0.0000 0.6599 -0.7514</w:t>
        <w:br/>
        <w:t>vn -0.1025 0.6204 -0.7776</w:t>
        <w:br/>
        <w:t>vn -0.0000 0.6472 -0.7623</w:t>
        <w:br/>
        <w:t>vn -0.4414 0.5659 -0.6963</w:t>
        <w:br/>
        <w:t>vn -0.5233 0.4602 -0.7172</w:t>
        <w:br/>
        <w:t>vn -0.9724 0.1777 -0.1515</w:t>
        <w:br/>
        <w:t>vn -0.9506 0.2553 -0.1767</w:t>
        <w:br/>
        <w:t>vn -0.5952 0.3720 -0.7123</w:t>
        <w:br/>
        <w:t>vn -0.6689 0.3153 -0.6732</w:t>
        <w:br/>
        <w:t>vn -0.8354 0.2388 -0.4951</w:t>
        <w:br/>
        <w:t>vn -0.9853 0.1420 -0.0951</w:t>
        <w:br/>
        <w:t>vn -0.8332 0.4286 -0.3493</w:t>
        <w:br/>
        <w:t>vn -0.7621 0.5105 -0.3983</w:t>
        <w:br/>
        <w:t>vn -0.3497 0.5805 -0.7353</w:t>
        <w:br/>
        <w:t>vn -0.9707 0.1805 -0.1586</w:t>
        <w:br/>
        <w:t>vn -0.9418 0.2961 -0.1591</w:t>
        <w:br/>
        <w:t>vn -0.9580 0.0697 0.2780</w:t>
        <w:br/>
        <w:t>vn -0.9244 -0.0252 0.3806</w:t>
        <w:br/>
        <w:t>vn -0.8872 -0.0518 0.4586</w:t>
        <w:br/>
        <w:t>vn -0.8279 -0.0977 0.5523</w:t>
        <w:br/>
        <w:t>vn -0.9902 -0.0627 0.1246</w:t>
        <w:br/>
        <w:t>vn -0.9608 -0.1154 0.2520</w:t>
        <w:br/>
        <w:t>vn -0.7749 -0.3476 -0.5280</w:t>
        <w:br/>
        <w:t>vn -0.8552 0.2226 -0.4680</w:t>
        <w:br/>
        <w:t>vn -0.9597 0.1554 -0.2340</w:t>
        <w:br/>
        <w:t>vn -0.9963 0.0812 0.0291</w:t>
        <w:br/>
        <w:t>vn -0.8561 -0.3846 0.3452</w:t>
        <w:br/>
        <w:t>vn -0.9974 0.0324 -0.0641</w:t>
        <w:br/>
        <w:t>vn -0.9843 0.1017 -0.1442</w:t>
        <w:br/>
        <w:t>vn -0.5957 0.1997 -0.7780</w:t>
        <w:br/>
        <w:t>vn -0.4183 0.2936 -0.8596</w:t>
        <w:br/>
        <w:t>vn -0.3797 0.4196 -0.8245</w:t>
        <w:br/>
        <w:t>vn -0.7524 0.0809 -0.6537</w:t>
        <w:br/>
        <w:t>vn -0.7949 0.0192 -0.6065</w:t>
        <w:br/>
        <w:t>vn -0.9548 -0.0041 0.2972</w:t>
        <w:br/>
        <w:t>vn -0.9689 0.0139 0.2471</w:t>
        <w:br/>
        <w:t>vn -0.8009 0.2587 -0.5401</w:t>
        <w:br/>
        <w:t>vn -0.6872 0.2870 -0.6674</w:t>
        <w:br/>
        <w:t>vn 0.1521 0.0567 -0.9867</w:t>
        <w:br/>
        <w:t>vn -0.1023 0.0090 -0.9947</w:t>
        <w:br/>
        <w:t>vn 0.6210 -0.0369 -0.7829</w:t>
        <w:br/>
        <w:t>vn 0.1522 0.0567 -0.9867</w:t>
        <w:br/>
        <w:t>vn 0.9902 -0.1351 0.0362</w:t>
        <w:br/>
        <w:t>vn 0.9861 -0.1106 0.1241</w:t>
        <w:br/>
        <w:t>vn 0.9497 -0.1588 0.2700</w:t>
        <w:br/>
        <w:t>vn 0.9105 -0.3015 -0.2831</w:t>
        <w:br/>
        <w:t>vn 0.9658 -0.1130 -0.2335</w:t>
        <w:br/>
        <w:t>vn 0.6317 -0.5713 -0.5240</w:t>
        <w:br/>
        <w:t>vn 0.4895 -0.2549 -0.8339</w:t>
        <w:br/>
        <w:t>vn -0.6995 -0.2839 -0.6558</w:t>
        <w:br/>
        <w:t>vn -0.0891 0.0002 -0.9960</w:t>
        <w:br/>
        <w:t>vn 0.9832 -0.0580 0.1730</w:t>
        <w:br/>
        <w:t>vn 0.9570 -0.0934 0.2747</w:t>
        <w:br/>
        <w:t>vn 0.8296 -0.3472 0.4374</w:t>
        <w:br/>
        <w:t>vn 0.9997 -0.0076 -0.0237</w:t>
        <w:br/>
        <w:t>vn 0.9845 -0.1584 0.0754</w:t>
        <w:br/>
        <w:t>vn 0.6145 0.1923 -0.7651</w:t>
        <w:br/>
        <w:t>vn 0.6392 -0.0876 -0.7640</w:t>
        <w:br/>
        <w:t>vn 0.1727 0.2779 -0.9450</w:t>
        <w:br/>
        <w:t>vn 0.2872 0.2719 -0.9185</w:t>
        <w:br/>
        <w:t>vn 0.0720 0.1011 -0.9923</w:t>
        <w:br/>
        <w:t>vn 0.0535 0.1486 -0.9874</w:t>
        <w:br/>
        <w:t>vn 0.9718 -0.2203 0.0846</w:t>
        <w:br/>
        <w:t>vn 0.9687 -0.2405 -0.0610</w:t>
        <w:br/>
        <w:t>vn 0.0316 0.2479 -0.9683</w:t>
        <w:br/>
        <w:t>vn 0.0372 0.3526 -0.9350</w:t>
        <w:br/>
        <w:t>vn 0.9467 -0.1787 -0.2682</w:t>
        <w:br/>
        <w:t>vn 0.9467 -0.1787 -0.2681</w:t>
        <w:br/>
        <w:t>vn -0.7280 0.4837 -0.4858</w:t>
        <w:br/>
        <w:t>vn -0.2770 0.5449 -0.7914</w:t>
        <w:br/>
        <w:t>vn -0.3022 0.5768 -0.7589</w:t>
        <w:br/>
        <w:t>vn -0.0068 0.4536 -0.8912</w:t>
        <w:br/>
        <w:t>vn 0.0460 0.4046 -0.9133</w:t>
        <w:br/>
        <w:t>vn -0.6987 -0.4717 -0.5379</w:t>
        <w:br/>
        <w:t>vn -0.3682 0.3684 -0.8536</w:t>
        <w:br/>
        <w:t>vn -0.4814 0.4716 -0.7389</w:t>
        <w:br/>
        <w:t>vn -0.2450 0.3759 -0.8937</w:t>
        <w:br/>
        <w:t>vn -0.0173 0.3064 -0.9517</w:t>
        <w:br/>
        <w:t>vn -0.5176 0.3480 -0.7816</w:t>
        <w:br/>
        <w:t>vn -0.7141 0.3635 -0.5983</w:t>
        <w:br/>
        <w:t>vn -0.7023 0.3920 -0.5942</w:t>
        <w:br/>
        <w:t>vn -0.0022 0.3363 -0.9417</w:t>
        <w:br/>
        <w:t>vn -0.0806 0.4177 -0.9050</w:t>
        <w:br/>
        <w:t>vn -0.6885 0.4638 -0.5575</w:t>
        <w:br/>
        <w:t>vn 0.3308 0.2936 -0.8968</w:t>
        <w:br/>
        <w:t>vn -0.2081 0.5366 -0.8178</w:t>
        <w:br/>
        <w:t>vn 0.2227 0.3922 -0.8925</w:t>
        <w:br/>
        <w:t>vn -0.9541 0.2312 0.1904</w:t>
        <w:br/>
        <w:t>vn -0.9561 0.2459 0.1591</w:t>
        <w:br/>
        <w:t>vn -0.9066 0.3389 -0.2514</w:t>
        <w:br/>
        <w:t>vn -0.9389 0.1918 0.2859</w:t>
        <w:br/>
        <w:t>vn -0.9583 0.1453 0.2462</w:t>
        <w:br/>
        <w:t>vn -0.9624 0.1798 0.2037</w:t>
        <w:br/>
        <w:t>vn -0.7561 0.0989 0.6469</w:t>
        <w:br/>
        <w:t>vn -0.9430 0.3076 0.1270</w:t>
        <w:br/>
        <w:t>vn -0.1927 0.5892 -0.7847</w:t>
        <w:br/>
        <w:t>vn -0.5373 0.6201 -0.5717</w:t>
        <w:br/>
        <w:t>vn -0.5884 0.5502 -0.5926</w:t>
        <w:br/>
        <w:t>vn -0.9427 0.3256 0.0726</w:t>
        <w:br/>
        <w:t>vn -0.9174 0.3852 0.1002</w:t>
        <w:br/>
        <w:t>vn -0.8976 0.4348 0.0726</w:t>
        <w:br/>
        <w:t>vn -0.9187 0.3854 0.0862</w:t>
        <w:br/>
        <w:t>vn -0.9503 0.2361 0.2032</w:t>
        <w:br/>
        <w:t>vn -0.5641 0.5167 -0.6441</w:t>
        <w:br/>
        <w:t>vn -0.2449 0.3760 -0.8937</w:t>
        <w:br/>
        <w:t>vn -0.0129 0.2526 -0.9675</w:t>
        <w:br/>
        <w:t>vn -0.8596 0.0967 -0.5018</w:t>
        <w:br/>
        <w:t>vn -0.6724 0.3451 -0.6548</w:t>
        <w:br/>
        <w:t>vn -0.3682 0.3683 -0.8537</w:t>
        <w:br/>
        <w:t>vn -0.3470 0.3057 -0.8867</w:t>
        <w:br/>
        <w:t>vn -0.9520 -0.0040 0.3060</w:t>
        <w:br/>
        <w:t>vn -0.8810 0.0863 0.4651</w:t>
        <w:br/>
        <w:t>vn -0.6280 0.0721 0.7749</w:t>
        <w:br/>
        <w:t>vn -0.8772 0.0748 -0.4744</w:t>
        <w:br/>
        <w:t>vn -0.8467 -0.3908 -0.3610</w:t>
        <w:br/>
        <w:t>vn -0.8364 -0.1191 -0.5351</w:t>
        <w:br/>
        <w:t>vn -0.2659 0.0363 -0.9633</w:t>
        <w:br/>
        <w:t>vn -0.2202 0.0901 -0.9713</w:t>
        <w:br/>
        <w:t>vn -0.8100 0.1858 -0.5563</w:t>
        <w:br/>
        <w:t>vn -0.8115 0.2525 -0.5270</w:t>
        <w:br/>
        <w:t>vn -0.8281 0.3476 -0.4398</w:t>
        <w:br/>
        <w:t>vn -0.2258 0.1455 -0.9633</w:t>
        <w:br/>
        <w:t>vn -0.2210 0.2305 -0.9476</w:t>
        <w:br/>
        <w:t>vn 0.1688 0.0314 -0.9851</w:t>
        <w:br/>
        <w:t>vn 0.1664 0.0949 -0.9815</w:t>
        <w:br/>
        <w:t>vn 0.1681 -0.0064 -0.9857</w:t>
        <w:br/>
        <w:t>vn 0.2277 -0.0810 -0.9703</w:t>
        <w:br/>
        <w:t>vn 0.9487 -0.3115 -0.0546</w:t>
        <w:br/>
        <w:t>vn 0.9311 -0.3530 -0.0923</w:t>
        <w:br/>
        <w:t>vn 0.9006 -0.4073 0.1516</w:t>
        <w:br/>
        <w:t>vn 0.9208 -0.3485 0.1751</w:t>
        <w:br/>
        <w:t>vn 0.9634 -0.2658 -0.0335</w:t>
        <w:br/>
        <w:t>vn 0.9337 -0.3070 0.1842</w:t>
        <w:br/>
        <w:t>vn -0.5955 0.3989 -0.6973</w:t>
        <w:br/>
        <w:t>vn -0.0680 0.2453 -0.9671</w:t>
        <w:br/>
        <w:t>vn -0.5340 0.4901 -0.6890</w:t>
        <w:br/>
        <w:t>vn -0.5152 0.0231 -0.8568</w:t>
        <w:br/>
        <w:t>vn -0.7201 0.0932 0.6876</w:t>
        <w:br/>
        <w:t>vn 0.9559 -0.2696 0.1164</w:t>
        <w:br/>
        <w:t>vn 0.8776 -0.3293 0.3485</w:t>
        <w:br/>
        <w:t>vn 0.9605 -0.2518 0.1187</w:t>
        <w:br/>
        <w:t>vn 0.9446 -0.2003 -0.2602</w:t>
        <w:br/>
        <w:t>vn 0.7660 -0.0750 -0.6385</w:t>
        <w:br/>
        <w:t>vn 0.7831 -0.4634 -0.4147</w:t>
        <w:br/>
        <w:t>vn 0.7078 -0.0063 -0.7064</w:t>
        <w:br/>
        <w:t>vn 0.6787 -0.0180 -0.7342</w:t>
        <w:br/>
        <w:t>vn 0.9648 -0.2363 -0.1157</w:t>
        <w:br/>
        <w:t>vn 0.9111 -0.3347 0.2405</w:t>
        <w:br/>
        <w:t>vn 0.8718 -0.3881 0.2988</w:t>
        <w:br/>
        <w:t>vn 0.4700 0.1120 -0.8756</w:t>
        <w:br/>
        <w:t>vn 0.2004 0.2115 -0.9566</w:t>
        <w:br/>
        <w:t>vn 0.2991 0.1813 -0.9368</w:t>
        <w:br/>
        <w:t>vn -0.1914 0.3968 -0.8977</w:t>
        <w:br/>
        <w:t>vn 0.1998 0.2106 -0.9569</w:t>
        <w:br/>
        <w:t>vn -0.3544 0.4266 -0.8321</w:t>
        <w:br/>
        <w:t>vn 0.2126 0.2171 -0.9527</w:t>
        <w:br/>
        <w:t>vn -0.2708 0.4753 -0.8371</w:t>
        <w:br/>
        <w:t>vn 0.1123 0.2913 -0.9500</w:t>
        <w:br/>
        <w:t>vn -0.2594 0.5505 -0.7935</w:t>
        <w:br/>
        <w:t>vn 0.0841 0.3474 -0.9340</w:t>
        <w:br/>
        <w:t>vn -0.1260 0.5112 -0.8502</w:t>
        <w:br/>
        <w:t>vn 0.9245 -0.2575 -0.2812</w:t>
        <w:br/>
        <w:t>vn 0.9025 -0.2762 -0.3303</w:t>
        <w:br/>
        <w:t>vn 0.8621 -0.2681 -0.4299</w:t>
        <w:br/>
        <w:t>vn 0.9076 -0.3854 -0.1663</w:t>
        <w:br/>
        <w:t>vn 0.8759 -0.4696 0.1110</w:t>
        <w:br/>
        <w:t>vn 0.8861 -0.3898 -0.2508</w:t>
        <w:br/>
        <w:t>vn 0.8586 -0.5077 0.0711</w:t>
        <w:br/>
        <w:t>vn 0.8086 -0.2254 -0.5435</w:t>
        <w:br/>
        <w:t>vn 0.2060 0.0108 -0.9785</w:t>
        <w:br/>
        <w:t>vn -0.0805 0.3048 -0.9490</w:t>
        <w:br/>
        <w:t>vn -0.3664 0.3927 -0.8435</w:t>
        <w:br/>
        <w:t>vn -0.2806 0.3306 -0.9011</w:t>
        <w:br/>
        <w:t>vn -0.6558 0.4636 -0.5958</w:t>
        <w:br/>
        <w:t>vn -0.5426 0.2783 -0.7925</w:t>
        <w:br/>
        <w:t>vn 0.9540 -0.2964 -0.0447</w:t>
        <w:br/>
        <w:t>vn 0.1134 -0.5014 -0.8577</w:t>
        <w:br/>
        <w:t>vn -0.0081 -0.3913 -0.9202</w:t>
        <w:br/>
        <w:t>vn -0.8883 0.4571 -0.0447</w:t>
        <w:br/>
        <w:t>vn -0.8589 0.3182 -0.4013</w:t>
        <w:br/>
        <w:t>vn -0.8992 0.4359 -0.0369</w:t>
        <w:br/>
        <w:t>vn -0.9035 0.4245 0.0594</w:t>
        <w:br/>
        <w:t>vn -0.7724 0.5039 -0.3867</w:t>
        <w:br/>
        <w:t>vn -0.7464 0.5374 -0.3926</w:t>
        <w:br/>
        <w:t>vn -0.7112 0.5909 -0.3808</w:t>
        <w:br/>
        <w:t>vn -0.8402 0.4413 0.3151</w:t>
        <w:br/>
        <w:t>vn -0.8273 0.5067 0.2427</w:t>
        <w:br/>
        <w:t>vn -0.7913 0.5890 0.1640</w:t>
        <w:br/>
        <w:t>vn -0.6546 0.6575 -0.3732</w:t>
        <w:br/>
        <w:t>vn -0.7015 0.6946 -0.1593</w:t>
        <w:br/>
        <w:t>vn -0.4689 0.6749 -0.5698</w:t>
        <w:br/>
        <w:t>vn -0.8471 0.3961 0.3543</w:t>
        <w:br/>
        <w:t>vn -0.7783 0.4755 -0.4101</w:t>
        <w:br/>
        <w:t>vn -0.7832 0.4702 -0.4067</w:t>
        <w:br/>
        <w:t>vn -0.7298 0.4708 -0.4957</w:t>
        <w:br/>
        <w:t>vn -0.7276 0.4521 -0.5159</w:t>
        <w:br/>
        <w:t>vn -0.5899 0.2293 0.7742</w:t>
        <w:br/>
        <w:t>vn -0.3955 0.1116 0.9117</w:t>
        <w:br/>
        <w:t>vn -0.8908 0.4151 0.1846</w:t>
        <w:br/>
        <w:t>vn -0.8537 0.3848 0.3508</w:t>
        <w:br/>
        <w:t>vn -0.5695 0.1965 0.7982</w:t>
        <w:br/>
        <w:t>vn -0.4407 0.1307 0.8881</w:t>
        <w:br/>
        <w:t>vn 0.1367 -0.4417 0.8867</w:t>
        <w:br/>
        <w:t>vn -0.0662 -0.0494 0.9966</w:t>
        <w:br/>
        <w:t>vn 0.3025 -0.1938 0.9332</w:t>
        <w:br/>
        <w:t>vn 0.2755 -0.1873 0.9429</w:t>
        <w:br/>
        <w:t>vn 0.3153 -0.1927 0.9292</w:t>
        <w:br/>
        <w:t>vn -0.6551 0.2489 0.7134</w:t>
        <w:br/>
        <w:t>vn 0.3214 -0.2544 0.9122</w:t>
        <w:br/>
        <w:t>vn 0.3214 -0.2544 0.9121</w:t>
        <w:br/>
        <w:t>vn 0.5052 -0.3583 0.7851</w:t>
        <w:br/>
        <w:t>vn 0.3175 -0.2041 0.9260</w:t>
        <w:br/>
        <w:t>vn 0.3153 -0.2259 0.9217</w:t>
        <w:br/>
        <w:t>vn 0.2933 -0.2177 0.9309</w:t>
        <w:br/>
        <w:t>vn 0.3341 -0.2760 0.9012</w:t>
        <w:br/>
        <w:t>vn -0.9446 0.2598 0.2005</w:t>
        <w:br/>
        <w:t>vn -0.9314 0.2049 0.3008</w:t>
        <w:br/>
        <w:t>vn -0.9546 -0.0118 0.2978</w:t>
        <w:br/>
        <w:t>vn -0.9637 0.2501 0.0935</w:t>
        <w:br/>
        <w:t>vn -0.9651 0.2471 0.0868</w:t>
        <w:br/>
        <w:t>vn -0.9619 0.2500 0.1107</w:t>
        <w:br/>
        <w:t>vn -0.9679 0.2397 0.0754</w:t>
        <w:br/>
        <w:t>vn -0.9570 0.2255 -0.1827</w:t>
        <w:br/>
        <w:t>vn -0.8093 0.1695 -0.5624</w:t>
        <w:br/>
        <w:t>vn -0.9253 -0.1470 -0.3496</w:t>
        <w:br/>
        <w:t>vn 0.8049 -0.2282 -0.5478</w:t>
        <w:br/>
        <w:t>vn 0.8604 -0.2711 -0.4315</w:t>
        <w:br/>
        <w:t>vn 0.8136 -0.5109 -0.2775</w:t>
        <w:br/>
        <w:t>vn 0.8314 -0.2262 -0.5076</w:t>
        <w:br/>
        <w:t>vn 0.7508 -0.6281 -0.2044</w:t>
        <w:br/>
        <w:t>vn 0.7618 -0.2280 -0.6064</w:t>
        <w:br/>
        <w:t>vn 0.8417 -0.2759 -0.4642</w:t>
        <w:br/>
        <w:t>vn 0.6599 -0.1735 -0.7310</w:t>
        <w:br/>
        <w:t>vn 0.5150 -0.0938 -0.8520</w:t>
        <w:br/>
        <w:t>vn 0.6844 -0.1533 -0.7128</w:t>
        <w:br/>
        <w:t>vn -0.8378 -0.1773 -0.5164</w:t>
        <w:br/>
        <w:t>vn -0.9517 0.2744 -0.1374</w:t>
        <w:br/>
        <w:t>vn -0.8759 0.2863 -0.3883</w:t>
        <w:br/>
        <w:t>vn -0.9534 0.2246 0.2015</w:t>
        <w:br/>
        <w:t>vn 0.5936 -0.4230 0.6846</w:t>
        <w:br/>
        <w:t>vn -0.8418 0.1306 0.5238</w:t>
        <w:br/>
        <w:t>vn -0.9595 -0.2370 0.1520</w:t>
        <w:br/>
        <w:t>vn 0.1741 -0.4021 -0.8989</w:t>
        <w:br/>
        <w:t>vn -0.3869 0.2361 -0.8914</w:t>
        <w:br/>
        <w:t>vn -0.6951 0.3674 -0.6180</w:t>
        <w:br/>
        <w:t>vn -0.5597 0.3129 -0.7673</w:t>
        <w:br/>
        <w:t>vn -0.3868 0.2361 -0.8914</w:t>
        <w:br/>
        <w:t>vn -0.7108 0.3488 -0.6108</w:t>
        <w:br/>
        <w:t>vn -0.8245 0.3737 -0.4248</w:t>
        <w:br/>
        <w:t>vn -0.8071 0.1670 -0.5663</w:t>
        <w:br/>
        <w:t>vn -0.8670 0.3974 -0.3005</w:t>
        <w:br/>
        <w:t>vn -0.8946 0.4002 -0.1991</w:t>
        <w:br/>
        <w:t>vn -0.9136 0.4043 -0.0433</w:t>
        <w:br/>
        <w:t>vn -0.9131 0.4053 -0.0443</w:t>
        <w:br/>
        <w:t>vn -0.9093 0.3997 0.1157</w:t>
        <w:br/>
        <w:t>vn -0.8900 0.4032 0.2129</w:t>
        <w:br/>
        <w:t>vn -0.8385 0.1923 0.5097</w:t>
        <w:br/>
        <w:t>vn -0.6687 0.2376 0.7045</w:t>
        <w:br/>
        <w:t>vn -0.7489 0.4027 0.5262</w:t>
        <w:br/>
        <w:t>vn -0.8310 0.4137 0.3718</w:t>
        <w:br/>
        <w:t>vn -0.6816 0.3815 0.6244</w:t>
        <w:br/>
        <w:t>vn -0.8369 0.3887 0.3853</w:t>
        <w:br/>
        <w:t>vn -0.8697 0.3768 0.3189</w:t>
        <w:br/>
        <w:t>vn -0.8421 0.3824 0.3804</w:t>
        <w:br/>
        <w:t>vn -0.8169 0.4268 0.3881</w:t>
        <w:br/>
        <w:t>vn -0.5457 0.3685 0.7526</w:t>
        <w:br/>
        <w:t>vn -0.5395 0.3758 0.7534</w:t>
        <w:br/>
        <w:t>vn -0.7998 0.4486 0.3989</w:t>
        <w:br/>
        <w:t>vn -0.9009 0.4330 -0.0296</w:t>
        <w:br/>
        <w:t>vn -0.8669 0.4745 -0.1524</w:t>
        <w:br/>
        <w:t>vn -0.2875 0.2628 0.9210</w:t>
        <w:br/>
        <w:t>vn -0.2707 0.2741 0.9228</w:t>
        <w:br/>
        <w:t>vn -0.3386 0.3048 0.8902</w:t>
        <w:br/>
        <w:t>vn -0.5321 0.4073 0.7423</w:t>
        <w:br/>
        <w:t>vn -0.3537 0.3355 0.8731</w:t>
        <w:br/>
        <w:t>vn 0.7734 -0.2360 0.5884</w:t>
        <w:br/>
        <w:t>vn 0.2470 0.0100 0.9690</w:t>
        <w:br/>
        <w:t>vn 0.6171 -0.1390 0.7745</w:t>
        <w:br/>
        <w:t>vn 0.6911 -0.1672 0.7031</w:t>
        <w:br/>
        <w:t>vn -0.5427 0.4609 0.7022</w:t>
        <w:br/>
        <w:t>vn -0.0112 0.1887 0.9820</w:t>
        <w:br/>
        <w:t>vn -0.4032 0.4153 0.8154</w:t>
        <w:br/>
        <w:t>vn -0.7730 0.4884 0.4049</w:t>
        <w:br/>
        <w:t>vn -0.7433 0.5327 0.4047</w:t>
        <w:br/>
        <w:t>vn -0.8144 0.5742 -0.0839</w:t>
        <w:br/>
        <w:t>vn -0.8524 0.5106 -0.1129</w:t>
        <w:br/>
        <w:t>vn -0.7374 0.5815 0.3438</w:t>
        <w:br/>
        <w:t>vn -0.7913 0.4905 0.3650</w:t>
        <w:br/>
        <w:t>vn -0.5496 0.3777 0.7452</w:t>
        <w:br/>
        <w:t>vn -0.1617 0.1805 0.9702</w:t>
        <w:br/>
        <w:t>vn -0.3341 0.2846 0.8985</w:t>
        <w:br/>
        <w:t>vn -0.5017 0.2892 0.8152</w:t>
        <w:br/>
        <w:t>vn -0.4993 0.3892 0.7741</w:t>
        <w:br/>
        <w:t>vn -0.6379 0.3404 0.6908</w:t>
        <w:br/>
        <w:t>vn 0.9029 -0.3415 0.2610</w:t>
        <w:br/>
        <w:t>vn 0.8043 -0.2369 0.5450</w:t>
        <w:br/>
        <w:t>vn -0.0965 0.1470 0.9844</w:t>
        <w:br/>
        <w:t>vn -0.0462 0.1149 0.9923</w:t>
        <w:br/>
        <w:t>vn -0.2942 0.2190 0.9303</w:t>
        <w:br/>
        <w:t>vn -0.2949 0.2279 0.9280</w:t>
        <w:br/>
        <w:t>vn 0.1070 0.0013 0.9943</w:t>
        <w:br/>
        <w:t>vn -0.3532 0.1646 0.9210</w:t>
        <w:br/>
        <w:t>vn 0.8431 -0.2536 0.4743</w:t>
        <w:br/>
        <w:t>vn 0.9327 -0.3418 0.1152</w:t>
        <w:br/>
        <w:t>vn -0.3099 0.2260 0.9235</w:t>
        <w:br/>
        <w:t>vn 0.7679 -0.6239 0.1452</w:t>
        <w:br/>
        <w:t>vn 0.2723 0.0354 0.9616</w:t>
        <w:br/>
        <w:t>vn 0.2579 0.0367 0.9655</w:t>
        <w:br/>
        <w:t>vn -0.1756 -0.1751 0.9688</w:t>
        <w:br/>
        <w:t>vn -0.3328 0.2703 0.9034</w:t>
        <w:br/>
        <w:t>vn 0.8231 -0.4840 -0.2973</w:t>
        <w:br/>
        <w:t>vn -0.5504 0.3485 0.7587</w:t>
        <w:br/>
        <w:t>vn -0.5483 0.3530 0.7581</w:t>
        <w:br/>
        <w:t>vn -0.7958 0.3380 0.5024</w:t>
        <w:br/>
        <w:t>vn -0.7746 0.3677 0.5145</w:t>
        <w:br/>
        <w:t>vn -0.1000 -0.1619 0.9817</w:t>
        <w:br/>
        <w:t>vn -0.4242 -0.1471 0.8935</w:t>
        <w:br/>
        <w:t>vn -0.7963 0.3638 0.4833</w:t>
        <w:br/>
        <w:t>vn -0.8565 0.3806 0.3486</w:t>
        <w:br/>
        <w:t>vn -0.9144 0.3742 0.1545</w:t>
        <w:br/>
        <w:t>vn -0.4518 0.2809 0.8468</w:t>
        <w:br/>
        <w:t>vn -0.4018 0.2527 0.8802</w:t>
        <w:br/>
        <w:t>vn -0.4007 0.2547 0.8801</w:t>
        <w:br/>
        <w:t>vn -0.8036 0.1246 -0.5820</w:t>
        <w:br/>
        <w:t>vn -0.8093 0.1692 -0.5625</w:t>
        <w:br/>
        <w:t>vn -0.8561 0.1994 -0.4767</w:t>
        <w:br/>
        <w:t>vn -0.9055 0.2397 -0.3501</w:t>
        <w:br/>
        <w:t>vn -0.9213 0.3512 0.1668</w:t>
        <w:br/>
        <w:t>vn -0.9435 0.3066 -0.1259</w:t>
        <w:br/>
        <w:t>vn -0.8351 0.3753 0.4022</w:t>
        <w:br/>
        <w:t>vn -0.8745 0.3468 0.3391</w:t>
        <w:br/>
        <w:t>vn -0.5402 -0.1168 0.8334</w:t>
        <w:br/>
        <w:t>vn -0.7824 0.3582 0.5094</w:t>
        <w:br/>
        <w:t>vn -0.8567 0.3572 0.3720</w:t>
        <w:br/>
        <w:t>vn -0.9101 0.3189 0.2647</w:t>
        <w:br/>
        <w:t>vn -0.9436 0.3150 0.1017</w:t>
        <w:br/>
        <w:t>vn -0.9490 0.3154 -0.0021</w:t>
        <w:br/>
        <w:t>vn -0.9615 0.2611 0.0861</w:t>
        <w:br/>
        <w:t>vn -0.9414 0.1673 0.2927</w:t>
        <w:br/>
        <w:t>vn -0.7639 -0.0374 0.6442</w:t>
        <w:br/>
        <w:t>vn -0.8435 0.1447 0.5173</w:t>
        <w:br/>
        <w:t>vn -0.4693 0.5526 -0.6887</w:t>
        <w:br/>
        <w:t>vn -0.3145 0.0615 -0.9473</w:t>
        <w:br/>
        <w:t>vn -0.6725 0.6684 -0.3178</w:t>
        <w:br/>
        <w:t>vn -0.7829 0.5594 -0.2722</w:t>
        <w:br/>
        <w:t>vn 0.8780 -0.3844 -0.2853</w:t>
        <w:br/>
        <w:t>vn -0.7096 0.3299 0.6226</w:t>
        <w:br/>
        <w:t>vn -0.7457 0.4116 0.5239</w:t>
        <w:br/>
        <w:t>vn -0.7783 0.5780 0.2453</w:t>
        <w:br/>
        <w:t>vn -0.8221 0.5642 -0.0763</w:t>
        <w:br/>
        <w:t>vn -0.8908 0.4537 -0.0254</w:t>
        <w:br/>
        <w:t>vn 0.2633 -0.3763 0.8883</w:t>
        <w:br/>
        <w:t>vn 0.2782 -0.3727 0.8853</w:t>
        <w:br/>
        <w:t>vn 0.3120 -0.3499 0.8833</w:t>
        <w:br/>
        <w:t>vn 0.3324 -0.3035 0.8930</w:t>
        <w:br/>
        <w:t>vn 0.3324 -0.3034 0.8930</w:t>
        <w:br/>
        <w:t>vn -0.9497 0.2647 0.1673</w:t>
        <w:br/>
        <w:t>vn -0.9161 0.3431 0.2075</w:t>
        <w:br/>
        <w:t>vn -0.8767 0.2925 0.3820</w:t>
        <w:br/>
        <w:t>vn -0.8932 0.2276 0.3878</w:t>
        <w:br/>
        <w:t>vn -0.8825 0.1595 0.4425</w:t>
        <w:br/>
        <w:t>vn -0.9450 0.3006 -0.1286</w:t>
        <w:br/>
        <w:t>vn -0.9248 0.3798 0.0205</w:t>
        <w:br/>
        <w:t>vn -0.8947 0.3850 0.2266</w:t>
        <w:br/>
        <w:t>vn -0.9047 0.4103 0.1148</w:t>
        <w:br/>
        <w:t>vn -0.8278 0.5565 -0.0708</w:t>
        <w:br/>
        <w:t>vn -0.8647 0.5018 0.0206</w:t>
        <w:br/>
        <w:t>vn 0.7420 -0.2431 -0.6248</w:t>
        <w:br/>
        <w:t>vn 0.8260 -0.2878 -0.4847</w:t>
        <w:br/>
        <w:t>vn 0.7688 -0.2872 -0.5714</w:t>
        <w:br/>
        <w:t>vn -0.6269 0.3674 -0.6870</w:t>
        <w:br/>
        <w:t>vn -0.7873 0.4262 -0.4456</w:t>
        <w:br/>
        <w:t>vn -0.7408 0.4311 -0.5151</w:t>
        <w:br/>
        <w:t>vn -0.7724 0.4614 -0.4365</w:t>
        <w:br/>
        <w:t>vn 0.6297 -0.1896 -0.7533</w:t>
        <w:br/>
        <w:t>vn 0.7224 -0.3208 -0.6125</w:t>
        <w:br/>
        <w:t>vn 0.7047 -0.2555 -0.6619</w:t>
        <w:br/>
        <w:t>vn 0.7162 -0.3314 -0.6141</w:t>
        <w:br/>
        <w:t>vn -0.8726 0.4875 0.0301</w:t>
        <w:br/>
        <w:t>vn -0.8191 0.4140 0.3972</w:t>
        <w:br/>
        <w:t>vn -0.7638 0.4996 -0.4088</w:t>
        <w:br/>
        <w:t>vn -0.1515 0.3803 -0.9124</w:t>
        <w:br/>
        <w:t>vn -0.5405 0.3367 -0.7710</w:t>
        <w:br/>
        <w:t>vn -0.9289 0.3454 -0.1334</w:t>
        <w:br/>
        <w:t>vn -0.8368 -0.4980 -0.2275</w:t>
        <w:br/>
        <w:t>vn -0.8549 0.3840 0.3489</w:t>
        <w:br/>
        <w:t>vn 0.9239 -0.1326 -0.3588</w:t>
        <w:br/>
        <w:t>vn -0.0068 0.4535 -0.8912</w:t>
        <w:br/>
        <w:t>vn 0.9799 -0.1521 0.1289</w:t>
        <w:br/>
        <w:t>vn -0.8405 0.2075 0.5006</w:t>
        <w:br/>
        <w:t>vn -0.6595 0.5452 -0.5175</w:t>
        <w:br/>
        <w:t>vn 0.9670 -0.0715 -0.2446</w:t>
        <w:br/>
        <w:t>vn 0.6210 -0.0370 -0.7830</w:t>
        <w:br/>
        <w:t>vn 0.4292 0.2156 -0.8771</w:t>
        <w:br/>
        <w:t>vn 0.5003 0.1705 -0.8489</w:t>
        <w:br/>
        <w:t>vn 0.8211 0.0873 -0.5641</w:t>
        <w:br/>
        <w:t>vn -0.7855 0.0376 0.6177</w:t>
        <w:br/>
        <w:t>vn -0.5035 0.4154 -0.7575</w:t>
        <w:br/>
        <w:t>vn -0.9953 -0.0752 -0.0607</w:t>
        <w:br/>
        <w:t>vn 0.6783 -0.1473 0.7199</w:t>
        <w:br/>
        <w:t>vn 0.3329 -0.0597 0.9411</w:t>
        <w:br/>
        <w:t>vn -0.1890 0.3699 -0.9096</w:t>
        <w:br/>
        <w:t>vn -0.1775 0.3753 -0.9098</w:t>
        <w:br/>
        <w:t>vn -0.4148 0.3580 -0.8365</w:t>
        <w:br/>
        <w:t>vn -0.7753 0.2962 -0.5578</w:t>
        <w:br/>
        <w:t>vn 0.1243 -0.3767 0.9180</w:t>
        <w:br/>
        <w:t>vn 0.0269 -0.3532 0.9352</w:t>
        <w:br/>
        <w:t>vn -0.0000 -0.3773 0.9261</w:t>
        <w:br/>
        <w:t>vn 0.6457 -0.3158 0.6952</w:t>
        <w:br/>
        <w:t>vn 0.6176 -0.3097 0.7229</w:t>
        <w:br/>
        <w:t>vn 0.4878 -0.3671 0.7920</w:t>
        <w:br/>
        <w:t>vn 0.3860 -0.3424 0.8566</w:t>
        <w:br/>
        <w:t>vn 0.4366 -0.3379 0.8338</w:t>
        <w:br/>
        <w:t>vn 0.3233 -0.3696 0.8711</w:t>
        <w:br/>
        <w:t>vn 0.3766 -0.3562 0.8552</w:t>
        <w:br/>
        <w:t>vn 0.0000 -0.3531 0.9356</w:t>
        <w:br/>
        <w:t>vn 0.2067 -0.3724 0.9047</w:t>
        <w:br/>
        <w:t>vn 0.2956 -0.3757 0.8783</w:t>
        <w:br/>
        <w:t>vn 0.0000 -0.4066 0.9136</w:t>
        <w:br/>
        <w:t>vn 0.0000 -0.4523 0.8919</w:t>
        <w:br/>
        <w:t>vn 0.2613 -0.4360 0.8612</w:t>
        <w:br/>
        <w:t>vn -0.0000 -0.5214 0.8533</w:t>
        <w:br/>
        <w:t>vn 0.2262 -0.5104 0.8296</w:t>
        <w:br/>
        <w:t>vn 0.0000 -0.5993 0.8005</w:t>
        <w:br/>
        <w:t>vn 0.2018 -0.5930 0.7795</w:t>
        <w:br/>
        <w:t>vn -0.0000 -0.6554 0.7553</w:t>
        <w:br/>
        <w:t>vn 0.2119 -0.6394 0.7391</w:t>
        <w:br/>
        <w:t>vn 0.0000 -0.6599 0.7513</w:t>
        <w:br/>
        <w:t>vn 0.1353 -0.6357 0.7600</w:t>
        <w:br/>
        <w:t>vn 0.0000 -0.6468 0.7626</w:t>
        <w:br/>
        <w:t>vn 0.1015 -0.6191 0.7787</w:t>
        <w:br/>
        <w:t>vn 0.4399 -0.5679 0.6957</w:t>
        <w:br/>
        <w:t>vn 0.5306 -0.4583 0.7131</w:t>
        <w:br/>
        <w:t>vn 0.9722 -0.1779 0.1523</w:t>
        <w:br/>
        <w:t>vn 0.5987 -0.3685 0.7112</w:t>
        <w:br/>
        <w:t>vn 0.9504 -0.2557 0.1773</w:t>
        <w:br/>
        <w:t>vn 0.6680 -0.3151 0.6742</w:t>
        <w:br/>
        <w:t>vn 0.9854 -0.1409 0.0957</w:t>
        <w:br/>
        <w:t>vn 0.8349 -0.2383 0.4961</w:t>
        <w:br/>
        <w:t>vn 0.6174 -0.5015 0.6061</w:t>
        <w:br/>
        <w:t>vn 0.7555 -0.5109 0.4101</w:t>
        <w:br/>
        <w:t>vn 0.3458 -0.5789 0.7385</w:t>
        <w:br/>
        <w:t>vn 0.9541 -0.0950 -0.2840</w:t>
        <w:br/>
        <w:t>vn 0.9422 -0.2942 0.1603</w:t>
        <w:br/>
        <w:t>vn 0.9714 -0.1793 0.1559</w:t>
        <w:br/>
        <w:t>vn 0.9242 0.0283 -0.3809</w:t>
        <w:br/>
        <w:t>vn 0.8106 0.1101 -0.5751</w:t>
        <w:br/>
        <w:t>vn 0.8852 0.0529 -0.4622</w:t>
        <w:br/>
        <w:t>vn 0.9742 0.0714 -0.2143</w:t>
        <w:br/>
        <w:t>vn 0.6614 0.1733 -0.7297</w:t>
        <w:br/>
        <w:t>vn 0.9554 0.0631 0.2886</w:t>
        <w:br/>
        <w:t>vn 0.9276 0.0370 0.3718</w:t>
        <w:br/>
        <w:t>vn 0.9963 -0.0780 -0.0357</w:t>
        <w:br/>
        <w:t>vn 0.9626 -0.1508 0.2248</w:t>
        <w:br/>
        <w:t>vn 0.8549 -0.2218 0.4690</w:t>
        <w:br/>
        <w:t>vn 0.9928 -0.0461 -0.1105</w:t>
        <w:br/>
        <w:t>vn 0.9974 -0.0302 0.0659</w:t>
        <w:br/>
        <w:t>vn 0.9843 -0.1015 0.1447</w:t>
        <w:br/>
        <w:t>vn 0.4001 -0.2927 0.8685</w:t>
        <w:br/>
        <w:t>vn 0.5854 -0.1999 0.7857</w:t>
        <w:br/>
        <w:t>vn 0.3668 -0.4194 0.8304</w:t>
        <w:br/>
        <w:t>vn 0.7484 -0.0803 0.6584</w:t>
        <w:br/>
        <w:t>vn 0.7921 -0.0195 0.6101</w:t>
        <w:br/>
        <w:t>vn 0.9549 0.0068 -0.2969</w:t>
        <w:br/>
        <w:t>vn 0.9663 -0.0097 -0.2573</w:t>
        <w:br/>
        <w:t>vn 0.8031 -0.2589 0.5367</w:t>
        <w:br/>
        <w:t>vn 0.6881 -0.2862 0.6668</w:t>
        <w:br/>
        <w:t>vn -0.6164 0.0332 0.7867</w:t>
        <w:br/>
        <w:t>vn 0.1016 -0.0047 0.9948</w:t>
        <w:br/>
        <w:t>vn -0.1587 -0.0574 0.9857</w:t>
        <w:br/>
        <w:t>vn -0.9895 0.1401 -0.0364</w:t>
        <w:br/>
        <w:t>vn -0.9455 0.1660 -0.2801</w:t>
        <w:br/>
        <w:t>vn -0.9856 0.1125 -0.1261</w:t>
        <w:br/>
        <w:t>vn -0.9919 0.1159 0.0525</w:t>
        <w:br/>
        <w:t>vn -0.7764 0.0801 0.6252</w:t>
        <w:br/>
        <w:t>vn -0.9636 0.1071 0.2448</w:t>
        <w:br/>
        <w:t>vn -0.3412 0.0350 0.9393</w:t>
        <w:br/>
        <w:t>vn 0.5488 -0.0013 0.8359</w:t>
        <w:br/>
        <w:t>vn 0.0926 0.0192 0.9955</w:t>
        <w:br/>
        <w:t>vn -0.9552 0.0980 -0.2791</w:t>
        <w:br/>
        <w:t>vn -0.9804 0.0617 -0.1870</w:t>
        <w:br/>
        <w:t>vn -0.9143 0.0511 -0.4017</w:t>
        <w:br/>
        <w:t>vn -0.9998 0.0075 0.0160</w:t>
        <w:br/>
        <w:t>vn -0.9841 0.1628 -0.0716</w:t>
        <w:br/>
        <w:t>vn -0.6128 -0.1872 0.7678</w:t>
        <w:br/>
        <w:t>vn -0.1738 -0.2763 0.9452</w:t>
        <w:br/>
        <w:t>vn -0.6369 -0.2194 0.7391</w:t>
        <w:br/>
        <w:t>vn -0.3043 -0.2709 0.9133</w:t>
        <w:br/>
        <w:t>vn -0.0908 -0.0965 0.9912</w:t>
        <w:br/>
        <w:t>vn -0.0808 -0.1438 0.9863</w:t>
        <w:br/>
        <w:t>vn -0.9670 0.2488 0.0541</w:t>
        <w:br/>
        <w:t>vn -0.9725 0.2196 -0.0769</w:t>
        <w:br/>
        <w:t>vn -0.9725 0.2197 -0.0769</w:t>
        <w:br/>
        <w:t>vn -0.0721 -0.2409 0.9679</w:t>
        <w:br/>
        <w:t>vn -0.0705 -0.3445 0.9361</w:t>
        <w:br/>
        <w:t>vn -0.9462 0.2219 0.2354</w:t>
        <w:br/>
        <w:t>vn 0.7205 -0.4843 0.4963</w:t>
        <w:br/>
        <w:t>vn 0.2757 -0.5440 0.7925</w:t>
        <w:br/>
        <w:t>vn 0.3128 -0.5809 0.7515</w:t>
        <w:br/>
        <w:t>vn -0.0027 -0.4528 0.8916</w:t>
        <w:br/>
        <w:t>vn -0.0675 -0.3975 0.9151</w:t>
        <w:br/>
        <w:t>vn 0.7836 -0.0254 0.6207</w:t>
        <w:br/>
        <w:t>vn 0.3869 -0.3707 0.8443</w:t>
        <w:br/>
        <w:t>vn 0.2764 -0.3846 0.8807</w:t>
        <w:br/>
        <w:t>vn 0.5335 -0.4801 0.6963</w:t>
        <w:br/>
        <w:t>vn 0.0232 -0.3070 0.9514</w:t>
        <w:br/>
        <w:t>vn 0.5147 -0.3456 0.7846</w:t>
        <w:br/>
        <w:t>vn 0.7146 -0.3625 0.5982</w:t>
        <w:br/>
        <w:t>vn 0.0101 -0.3379 0.9411</w:t>
        <w:br/>
        <w:t>vn 0.7019 -0.3922 0.5945</w:t>
        <w:br/>
        <w:t>vn 0.0961 -0.4205 0.9022</w:t>
        <w:br/>
        <w:t>vn 0.6875 -0.4642 0.5584</w:t>
        <w:br/>
        <w:t>vn 0.2413 -0.5407 0.8058</w:t>
        <w:br/>
        <w:t>vn -0.3068 -0.3017 0.9027</w:t>
        <w:br/>
        <w:t>vn -0.1796 -0.4094 0.8945</w:t>
        <w:br/>
        <w:t>vn 0.9544 -0.2296 -0.1907</w:t>
        <w:br/>
        <w:t>vn 0.9561 -0.2462 -0.1588</w:t>
        <w:br/>
        <w:t>vn 0.9092 -0.3372 0.2444</w:t>
        <w:br/>
        <w:t>vn 0.9380 -0.1922 -0.2886</w:t>
        <w:br/>
        <w:t>vn 0.9579 -0.1437 -0.2484</w:t>
        <w:br/>
        <w:t>vn 0.9618 -0.1790 -0.2073</w:t>
        <w:br/>
        <w:t>vn 0.7576 -0.0962 -0.6456</w:t>
        <w:br/>
        <w:t>vn 0.9429 -0.3080 -0.1264</w:t>
        <w:br/>
        <w:t>vn 0.2472 -0.6002 0.7607</w:t>
        <w:br/>
        <w:t>vn 0.5505 -0.6191 0.5601</w:t>
        <w:br/>
        <w:t>vn 0.5862 -0.5511 0.5938</w:t>
        <w:br/>
        <w:t>vn 0.9432 -0.3238 -0.0742</w:t>
        <w:br/>
        <w:t>vn 0.9217 -0.2933 -0.2538</w:t>
        <w:br/>
        <w:t>vn 0.9008 -0.4283 -0.0713</w:t>
        <w:br/>
        <w:t>vn 0.9211 -0.3741 -0.1077</w:t>
        <w:br/>
        <w:t>vn 0.9497 -0.2346 -0.2074</w:t>
        <w:br/>
        <w:t>vn 0.5637 -0.5160 0.6450</w:t>
        <w:br/>
        <w:t>vn 0.2764 -0.3847 0.8807</w:t>
        <w:br/>
        <w:t>vn 0.0120 -0.2519 0.9677</w:t>
        <w:br/>
        <w:t>vn 0.7661 -0.3869 0.5132</w:t>
        <w:br/>
        <w:t>vn 0.6608 -0.3380 0.6702</w:t>
        <w:br/>
        <w:t>vn 0.3423 -0.3044 0.8889</w:t>
        <w:br/>
        <w:t>vn 0.9550 0.0072 -0.2966</w:t>
        <w:br/>
        <w:t>vn 0.6258 -0.0667 -0.7771</w:t>
        <w:br/>
        <w:t>vn 0.8805 -0.0809 -0.4671</w:t>
        <w:br/>
        <w:t>vn 0.8752 -0.0740 0.4781</w:t>
        <w:br/>
        <w:t>vn 0.6422 -0.0126 0.7664</w:t>
        <w:br/>
        <w:t>vn 0.8459 -0.1107 0.5218</w:t>
        <w:br/>
        <w:t>vn 0.2553 -0.0337 0.9663</w:t>
        <w:br/>
        <w:t>vn 0.8110 -0.1856 0.5548</w:t>
        <w:br/>
        <w:t>vn 0.2061 -0.0862 0.9747</w:t>
        <w:br/>
        <w:t>vn 0.8115 -0.2524 0.5271</w:t>
        <w:br/>
        <w:t>vn 0.8265 -0.3477 0.4428</w:t>
        <w:br/>
        <w:t>vn 0.2081 -0.1398 0.9681</w:t>
        <w:br/>
        <w:t>vn 0.1943 -0.2201 0.9559</w:t>
        <w:br/>
        <w:t>vn -0.2006 -0.0199 0.9795</w:t>
        <w:br/>
        <w:t>vn -0.2053 -0.0802 0.9754</w:t>
        <w:br/>
        <w:t>vn -0.1947 0.0144 0.9808</w:t>
        <w:br/>
        <w:t>vn -0.2719 0.0881 0.9583</w:t>
        <w:br/>
        <w:t>vn -0.9481 0.3125 0.0585</w:t>
        <w:br/>
        <w:t>vn -0.9274 0.3459 -0.1422</w:t>
        <w:br/>
        <w:t>vn -0.9112 0.4004 -0.0971</w:t>
        <w:br/>
        <w:t>vn -0.9301 0.3540 0.0976</w:t>
        <w:br/>
        <w:t>vn -0.9629 0.2673 0.0374</w:t>
        <w:br/>
        <w:t>vn -0.9388 0.3063 -0.1578</w:t>
        <w:br/>
        <w:t>vn 0.5767 -0.3923 0.7166</w:t>
        <w:br/>
        <w:t>vn 0.0175 -0.2227 0.9747</w:t>
        <w:br/>
        <w:t>vn 0.5111 -0.4865 0.7086</w:t>
        <w:br/>
        <w:t>vn 0.5109 -0.0185 0.8595</w:t>
        <w:br/>
        <w:t>vn 0.7196 -0.0925 -0.6882</w:t>
        <w:br/>
        <w:t>vn -0.9559 0.2724 -0.1099</w:t>
        <w:br/>
        <w:t>vn -0.9593 0.2534 -0.1248</w:t>
        <w:br/>
        <w:t>vn -0.8375 0.3687 -0.4033</w:t>
        <w:br/>
        <w:t>vn -0.7670 0.0759 0.6372</w:t>
        <w:br/>
        <w:t>vn -0.9473 0.2009 0.2494</w:t>
        <w:br/>
        <w:t>vn -0.6772 0.0121 0.7357</w:t>
        <w:br/>
        <w:t>vn -0.7069 -0.0040 0.7073</w:t>
        <w:br/>
        <w:t>vn -0.9223 0.1633 0.3503</w:t>
        <w:br/>
        <w:t>vn -0.9671 0.2377 0.0902</w:t>
        <w:br/>
        <w:t>vn -0.8957 0.3684 -0.2491</w:t>
        <w:br/>
        <w:t>vn -0.4725 0.4926 -0.7308</w:t>
        <w:br/>
        <w:t>vn -0.4626 -0.1174 0.8788</w:t>
        <w:br/>
        <w:t>vn -0.1996 -0.2180 0.9553</w:t>
        <w:br/>
        <w:t>vn -0.3444 -0.1634 0.9245</w:t>
        <w:br/>
        <w:t>vn 0.1936 -0.3965 0.8974</w:t>
        <w:br/>
        <w:t>vn 0.3539 -0.4261 0.8326</w:t>
        <w:br/>
        <w:t>vn -0.1962 -0.2107 0.9577</w:t>
        <w:br/>
        <w:t>vn 0.2766 -0.4776 0.8339</w:t>
        <w:br/>
        <w:t>vn -0.2035 -0.2196 0.9541</w:t>
        <w:br/>
        <w:t>vn -0.1045 -0.2953 0.9497</w:t>
        <w:br/>
        <w:t>vn 0.2747 -0.5574 0.7835</w:t>
        <w:br/>
        <w:t>vn -0.0737 -0.3549 0.9320</w:t>
        <w:br/>
        <w:t>vn 0.1596 -0.5302 0.8327</w:t>
        <w:br/>
        <w:t>vn -0.9115 0.2934 0.2883</w:t>
        <w:br/>
        <w:t>vn -0.9292 0.2658 0.2567</w:t>
        <w:br/>
        <w:t>vn -0.9053 0.3889 0.1708</w:t>
        <w:br/>
        <w:t>vn -0.8855 0.3162 0.3404</w:t>
        <w:br/>
        <w:t>vn -0.8696 0.4303 0.2421</w:t>
        <w:br/>
        <w:t>vn -0.8939 0.4482 -0.0049</w:t>
        <w:br/>
        <w:t>vn -0.8654 0.4913 0.0982</w:t>
        <w:br/>
        <w:t>vn -0.8526 0.3588 0.3800</w:t>
        <w:br/>
        <w:t>vn -0.0370 -0.3057 0.9514</w:t>
        <w:br/>
        <w:t>vn 0.1333 -0.3344 0.9329</w:t>
        <w:br/>
        <w:t>vn 0.3632 -0.3906 0.8459</w:t>
        <w:br/>
        <w:t>vn 0.2827 -0.3318 0.9000</w:t>
        <w:br/>
        <w:t>vn 0.6634 -0.4676 0.5842</w:t>
        <w:br/>
        <w:t>vn 0.6153 -0.4545 0.6441</w:t>
        <w:br/>
        <w:t>vn -0.8957 0.3683 -0.2491</w:t>
        <w:br/>
        <w:t>vn -0.9477 0.2916 0.1301</w:t>
        <w:br/>
        <w:t>vn -0.7985 0.2299 0.5564</w:t>
        <w:br/>
        <w:t>vn -0.7985 0.2300 0.5564</w:t>
        <w:br/>
        <w:t>vn -0.1720 0.0681 0.9828</w:t>
        <w:br/>
        <w:t>vn 0.8898 -0.4549 0.0376</w:t>
        <w:br/>
        <w:t>vn 0.9041 -0.4273 0.0074</w:t>
        <w:br/>
        <w:t>vn 0.8420 -0.4886 0.2287</w:t>
        <w:br/>
        <w:t>vn 0.9039 -0.4237 -0.0591</w:t>
        <w:br/>
        <w:t>vn 0.7728 -0.5028 0.3873</w:t>
        <w:br/>
        <w:t>vn 0.7461 -0.5373 0.3932</w:t>
        <w:br/>
        <w:t>vn 0.7110 -0.5911 0.3808</w:t>
        <w:br/>
        <w:t>vn 0.8409 -0.4425 -0.3115</w:t>
        <w:br/>
        <w:t>vn 0.8281 -0.5092 -0.2346</w:t>
        <w:br/>
        <w:t>vn 0.6544 -0.6579 0.3728</w:t>
        <w:br/>
        <w:t>vn 0.7918 -0.5933 -0.1454</w:t>
        <w:br/>
        <w:t>vn 0.6963 -0.6966 0.1726</w:t>
        <w:br/>
        <w:t>vn 0.4813 -0.6781 0.5554</w:t>
        <w:br/>
        <w:t>vn 0.8482 -0.3946 -0.3533</w:t>
        <w:br/>
        <w:t>vn 0.7788 -0.4678 0.4178</w:t>
        <w:br/>
        <w:t>vn 0.7768 -0.4752 0.4133</w:t>
        <w:br/>
        <w:t>vn 0.7321 -0.4698 0.4933</w:t>
        <w:br/>
        <w:t>vn 0.7413 -0.4546 0.4937</w:t>
        <w:br/>
        <w:t>vn 0.3958 -0.1094 -0.9118</w:t>
        <w:br/>
        <w:t>vn 0.5830 -0.2220 -0.7816</w:t>
        <w:br/>
        <w:t>vn 0.8909 -0.4136 -0.1876</w:t>
        <w:br/>
        <w:t>vn 0.8560 -0.3843 -0.3458</w:t>
        <w:br/>
        <w:t>vn 0.4371 -0.1265 -0.8905</w:t>
        <w:br/>
        <w:t>vn 0.5437 -0.1755 -0.8207</w:t>
        <w:br/>
        <w:t>vn 0.0597 0.0504 -0.9969</w:t>
        <w:br/>
        <w:t>vn 0.1370 0.0029 -0.9906</w:t>
        <w:br/>
        <w:t>vn -0.2937 0.1989 -0.9350</w:t>
        <w:br/>
        <w:t>vn -0.2996 0.1954 -0.9338</w:t>
        <w:br/>
        <w:t>vn -0.2761 0.1940 -0.9414</w:t>
        <w:br/>
        <w:t>vn 0.6568 -0.2500 -0.7114</w:t>
        <w:br/>
        <w:t>vn -0.3128 0.2518 -0.9158</w:t>
        <w:br/>
        <w:t>vn -0.2699 0.2082 -0.9401</w:t>
        <w:br/>
        <w:t>vn -0.3071 0.2268 -0.9243</w:t>
        <w:br/>
        <w:t>vn -0.2838 0.2017 -0.9374</w:t>
        <w:br/>
        <w:t>vn -0.3165 0.2329 -0.9196</w:t>
        <w:br/>
        <w:t>vn -0.2017 0.1531 -0.9674</w:t>
        <w:br/>
        <w:t>vn 0.9446 -0.2598 -0.2005</w:t>
        <w:br/>
        <w:t>vn 0.8851 -0.1531 -0.4395</w:t>
        <w:br/>
        <w:t>vn 0.9274 -0.2002 -0.3159</w:t>
        <w:br/>
        <w:t>vn 0.9648 -0.2515 -0.0761</w:t>
        <w:br/>
        <w:t>vn 0.9643 -0.2505 -0.0864</w:t>
        <w:br/>
        <w:t>vn 0.9596 -0.2596 -0.1085</w:t>
        <w:br/>
        <w:t>vn 0.9651 -0.2459 -0.0898</w:t>
        <w:br/>
        <w:t>vn 0.9516 -0.2201 0.2146</w:t>
        <w:br/>
        <w:t>vn 0.7499 -0.1500 0.6443</w:t>
        <w:br/>
        <w:t>vn 0.7888 -0.1342 0.5998</w:t>
        <w:br/>
        <w:t>vn -0.7965 0.2337 0.5576</w:t>
        <w:br/>
        <w:t>vn -0.8253 0.2363 0.5129</w:t>
        <w:br/>
        <w:t>vn -0.8313 0.2713 0.4851</w:t>
        <w:br/>
        <w:t>vn -0.8236 0.2694 0.4991</w:t>
        <w:br/>
        <w:t>vn -0.9704 -0.0984 0.2207</w:t>
        <w:br/>
        <w:t>vn -0.7496 0.2288 0.6210</w:t>
        <w:br/>
        <w:t>vn -0.7883 0.2572 0.5589</w:t>
        <w:br/>
        <w:t>vn -0.7063 0.1990 0.6794</w:t>
        <w:br/>
        <w:t>vn -0.7356 0.1804 0.6529</w:t>
        <w:br/>
        <w:t>vn -0.7447 0.1737 0.6444</w:t>
        <w:br/>
        <w:t>vn 0.4965 -0.0970 0.8626</w:t>
        <w:br/>
        <w:t>vn 0.9450 -0.2707 0.1837</w:t>
        <w:br/>
        <w:t>vn 0.8394 -0.2803 0.4657</w:t>
        <w:br/>
        <w:t>vn 0.9517 -0.2204 -0.2139</w:t>
        <w:br/>
        <w:t>vn -0.2367 0.1922 -0.9524</w:t>
        <w:br/>
        <w:t>vn 0.9260 -0.3660 -0.0921</w:t>
        <w:br/>
        <w:t>vn 0.8349 -0.1162 -0.5380</w:t>
        <w:br/>
        <w:t>vn -0.7051 0.1540 0.6922</w:t>
        <w:br/>
        <w:t>vn 0.4918 -0.2810 0.8241</w:t>
        <w:br/>
        <w:t>vn 0.4513 -0.2602 0.8536</w:t>
        <w:br/>
        <w:t>vn 0.2855 -0.1976 0.9378</w:t>
        <w:br/>
        <w:t>vn 0.7091 -0.3673 0.6019</w:t>
        <w:br/>
        <w:t>vn 0.7196 -0.3446 0.6028</w:t>
        <w:br/>
        <w:t>vn 0.8140 -0.3746 0.4439</w:t>
        <w:br/>
        <w:t>vn 0.8663 -0.3996 0.2997</w:t>
        <w:br/>
        <w:t>vn 0.8559 -0.3987 0.3294</w:t>
        <w:br/>
        <w:t>vn 0.8970 -0.4051 0.1769</w:t>
        <w:br/>
        <w:t>vn 0.9139 -0.4037 0.0430</w:t>
        <w:br/>
        <w:t>vn 0.8889 -0.4050 -0.2142</w:t>
        <w:br/>
        <w:t>vn 0.9094 -0.4036 -0.1006</w:t>
        <w:br/>
        <w:t>vn 0.9137 -0.4041 0.0437</w:t>
        <w:br/>
        <w:t>vn 0.8848 -0.3930 -0.2502</w:t>
        <w:br/>
        <w:t>vn 0.7836 -0.4313 -0.4471</w:t>
        <w:br/>
        <w:t>vn 0.8459 -0.4226 -0.3254</w:t>
        <w:br/>
        <w:t>vn 0.7479 -0.4067 -0.5246</w:t>
        <w:br/>
        <w:t>vn 0.6510 -0.3810 -0.6566</w:t>
        <w:br/>
        <w:t>vn 0.8624 -0.3779 -0.3368</w:t>
        <w:br/>
        <w:t>vn 0.8371 -0.3890 -0.3846</w:t>
        <w:br/>
        <w:t>vn 0.8426 -0.3829 -0.3788</w:t>
        <w:br/>
        <w:t>vn 0.8171 -0.4261 -0.3883</w:t>
        <w:br/>
        <w:t>vn 0.5498 -0.3678 -0.7499</w:t>
        <w:br/>
        <w:t>vn 0.7995 -0.4483 -0.3997</w:t>
        <w:br/>
        <w:t>vn 0.5453 -0.3779 -0.7482</w:t>
        <w:br/>
        <w:t>vn 0.9011 -0.4326 0.0293</w:t>
        <w:br/>
        <w:t>vn 0.8699 -0.4724 0.1415</w:t>
        <w:br/>
        <w:t>vn 0.2851 -0.2769 -0.9176</w:t>
        <w:br/>
        <w:t>vn 0.2925 -0.2634 -0.9193</w:t>
        <w:br/>
        <w:t>vn 0.3515 -0.3099 -0.8834</w:t>
        <w:br/>
        <w:t>vn 0.5369 -0.4100 -0.7373</w:t>
        <w:br/>
        <w:t>vn 0.3643 -0.3420 -0.8662</w:t>
        <w:br/>
        <w:t>vn -0.7684 0.2420 -0.5924</w:t>
        <w:br/>
        <w:t>vn -0.7105 0.1829 -0.6795</w:t>
        <w:br/>
        <w:t>vn -0.6258 0.1514 -0.7651</w:t>
        <w:br/>
        <w:t>vn -0.2561 -0.0025 -0.9666</w:t>
        <w:br/>
        <w:t>vn 0.5447 -0.4622 -0.6997</w:t>
        <w:br/>
        <w:t>vn 0.0121 -0.1862 -0.9824</w:t>
        <w:br/>
        <w:t>vn 0.4034 -0.4142 -0.8159</w:t>
        <w:br/>
        <w:t>vn 0.7724 -0.4882 -0.4063</w:t>
        <w:br/>
        <w:t>vn 0.7426 -0.5324 -0.4064</w:t>
        <w:br/>
        <w:t>vn 0.8142 -0.5769 0.0651</w:t>
        <w:br/>
        <w:t>vn 0.8548 -0.5104 0.0934</w:t>
        <w:br/>
        <w:t>vn 0.7377 -0.5814 -0.3432</w:t>
        <w:br/>
        <w:t>vn 0.7924 -0.4892 -0.3643</w:t>
        <w:br/>
        <w:t>vn 0.5699 -0.3725 -0.7325</w:t>
        <w:br/>
        <w:t>vn 0.1741 -0.1820 -0.9678</w:t>
        <w:br/>
        <w:t>vn 0.3634 -0.2833 -0.8875</w:t>
        <w:br/>
        <w:t>vn 0.6641 -0.3293 -0.6712</w:t>
        <w:br/>
        <w:t>vn 0.6192 -0.2735 -0.7361</w:t>
        <w:br/>
        <w:t>vn 0.5539 -0.2798 -0.7842</w:t>
        <w:br/>
        <w:t>vn -0.8885 0.3374 -0.3108</w:t>
        <w:br/>
        <w:t>vn -0.8040 0.2431 -0.5426</w:t>
        <w:br/>
        <w:t>vn 0.0786 -0.1423 -0.9867</w:t>
        <w:br/>
        <w:t>vn 0.2925 -0.2279 -0.9287</w:t>
        <w:br/>
        <w:t>vn 0.2836 -0.2166 -0.9342</w:t>
        <w:br/>
        <w:t>vn 0.0189 -0.1072 -0.9941</w:t>
        <w:br/>
        <w:t>vn 0.3415 -0.1628 -0.9257</w:t>
        <w:br/>
        <w:t>vn -0.1171 0.0050 -0.9931</w:t>
        <w:br/>
        <w:t>vn -0.9288 0.3393 -0.1491</w:t>
        <w:br/>
        <w:t>vn -0.8401 0.2555 -0.4785</w:t>
        <w:br/>
        <w:t>vn 0.3188 -0.2279 -0.9200</w:t>
        <w:br/>
        <w:t>vn -0.2755 -0.0329 -0.9607</w:t>
        <w:br/>
        <w:t>vn -0.8549 0.2656 -0.4456</w:t>
        <w:br/>
        <w:t>vn -0.2589 -0.0329 -0.9653</w:t>
        <w:br/>
        <w:t>vn 0.1798 -0.2059 -0.9619</w:t>
        <w:br/>
        <w:t>vn 0.3261 -0.2687 -0.9064</w:t>
        <w:br/>
        <w:t>vn -0.9372 0.3472 -0.0342</w:t>
        <w:br/>
        <w:t>vn 0.5497 -0.3472 -0.7598</w:t>
        <w:br/>
        <w:t>vn 0.5467 -0.3502 -0.7606</w:t>
        <w:br/>
        <w:t>vn 0.7979 -0.3363 -0.5002</w:t>
        <w:br/>
        <w:t>vn 0.7746 -0.3679 -0.5145</w:t>
        <w:br/>
        <w:t>vn 0.4527 -0.1770 -0.8739</w:t>
        <w:br/>
        <w:t>vn -0.0339 -0.0143 -0.9993</w:t>
        <w:br/>
        <w:t>vn 0.7967 -0.3630 -0.4832</w:t>
        <w:br/>
        <w:t>vn 0.9360 -0.3490 -0.0454</w:t>
        <w:br/>
        <w:t>vn 0.9131 -0.3750 -0.1598</w:t>
        <w:br/>
        <w:t>vn 0.7077 -0.3384 -0.6202</w:t>
        <w:br/>
        <w:t>vn 0.4313 -0.2584 -0.8644</w:t>
        <w:br/>
        <w:t>vn 0.4477 -0.2544 -0.8572</w:t>
        <w:br/>
        <w:t>vn -0.0547 0.3291 0.9427</w:t>
        <w:br/>
        <w:t>vn 0.7605 -0.1302 0.6362</w:t>
        <w:br/>
        <w:t>vn 0.4682 0.0318 0.8830</w:t>
        <w:br/>
        <w:t>vn 0.5930 -0.0472 0.8038</w:t>
        <w:br/>
        <w:t>vn 0.9189 -0.2474 0.3074</w:t>
        <w:br/>
        <w:t>vn 0.9412 -0.2853 0.1808</w:t>
        <w:br/>
        <w:t>vn 0.9455 -0.3093 0.1018</w:t>
        <w:br/>
        <w:t>vn 0.9316 -0.3287 -0.1551</w:t>
        <w:br/>
        <w:t>vn 0.6461 -0.2614 -0.7171</w:t>
        <w:br/>
        <w:t>vn 0.7887 -0.3523 -0.5037</w:t>
        <w:br/>
        <w:t>vn 0.8624 -0.3535 -0.3622</w:t>
        <w:br/>
        <w:t>vn 0.9120 -0.3181 -0.2590</w:t>
        <w:br/>
        <w:t>vn 0.9450 -0.3170 -0.0802</w:t>
        <w:br/>
        <w:t>vn 0.9479 -0.3173 0.0296</w:t>
        <w:br/>
        <w:t>vn 0.9450 -0.1685 -0.2802</w:t>
        <w:br/>
        <w:t>vn 0.9621 -0.2572 -0.0909</w:t>
        <w:br/>
        <w:t>vn 0.8911 -0.1690 -0.4211</w:t>
        <w:br/>
        <w:t>vn 0.8354 -0.1453 -0.5301</w:t>
        <w:br/>
        <w:t>vn 0.4643 -0.5538 0.6912</w:t>
        <w:br/>
        <w:t>vn 0.3068 -0.0640 0.9496</w:t>
        <w:br/>
        <w:t>vn 0.7859 -0.5544 0.2738</w:t>
        <w:br/>
        <w:t>vn 0.6739 -0.6670 0.3179</w:t>
        <w:br/>
        <w:t>vn -0.8474 0.4591 0.2667</w:t>
        <w:br/>
        <w:t>vn 0.7148 -0.3345 -0.6141</w:t>
        <w:br/>
        <w:t>vn 0.7525 -0.4228 -0.5049</w:t>
        <w:br/>
        <w:t>vn 0.7771 -0.5926 -0.2119</w:t>
        <w:br/>
        <w:t>vn 0.8198 -0.5675 0.0772</w:t>
        <w:br/>
        <w:t>vn 0.8920 -0.4511 0.0278</w:t>
        <w:br/>
        <w:t>vn -0.2481 0.4285 -0.8688</w:t>
        <w:br/>
        <w:t>vn -0.2639 0.3979 -0.8786</w:t>
        <w:br/>
        <w:t>vn -0.2986 0.3474 -0.8889</w:t>
        <w:br/>
        <w:t>vn -0.3216 0.3008 -0.8978</w:t>
        <w:br/>
        <w:t>vn -0.3216 0.3007 -0.8979</w:t>
        <w:br/>
        <w:t>vn 0.9527 -0.2614 -0.1549</w:t>
        <w:br/>
        <w:t>vn 0.8805 -0.2193 -0.4202</w:t>
        <w:br/>
        <w:t>vn 0.8618 -0.2810 -0.4223</w:t>
        <w:br/>
        <w:t>vn 0.9208 -0.3408 -0.1896</w:t>
        <w:br/>
        <w:t>vn 0.8690 -0.1505 -0.4714</w:t>
        <w:br/>
        <w:t>vn 0.9337 -0.2964 0.2010</w:t>
        <w:br/>
        <w:t>vn 0.9211 -0.3856 0.0535</w:t>
        <w:br/>
        <w:t>vn 0.8933 -0.3818 -0.2373</w:t>
        <w:br/>
        <w:t>vn 0.9068 -0.4130 -0.0842</w:t>
        <w:br/>
        <w:t>vn 0.8576 -0.5124 -0.0449</w:t>
        <w:br/>
        <w:t>vn 0.8243 -0.5637 0.0531</w:t>
        <w:br/>
        <w:t>vn -0.7522 0.2597 0.6057</w:t>
        <w:br/>
        <w:t>vn -0.7257 0.2475 0.6420</w:t>
        <w:br/>
        <w:t>vn -0.7197 0.2751 0.6375</w:t>
        <w:br/>
        <w:t>vn 0.6526 -0.3739 0.6590</w:t>
        <w:br/>
        <w:t>vn 0.7957 -0.4251 0.4315</w:t>
        <w:br/>
        <w:t>vn 0.7565 -0.4330 0.4901</w:t>
        <w:br/>
        <w:t>vn 0.7867 -0.4665 0.4044</w:t>
        <w:br/>
        <w:t>vn -0.6975 0.2279 0.6794</w:t>
        <w:br/>
        <w:t>vn -0.6755 0.3247 0.6620</w:t>
        <w:br/>
        <w:t>vn -0.7074 0.2687 0.6537</w:t>
        <w:br/>
        <w:t>vn -0.6531 0.3556 0.6686</w:t>
        <w:br/>
        <w:t>vn 0.8719 -0.4882 -0.0370</w:t>
        <w:br/>
        <w:t>vn 0.8208 -0.4104 -0.3973</w:t>
        <w:br/>
        <w:t>vn 0.7754 -0.5144 0.3664</w:t>
        <w:br/>
        <w:t>vn 0.0795 -0.3535 0.9321</w:t>
        <w:br/>
        <w:t>vn 0.5398 -0.3359 0.7718</w:t>
        <w:br/>
        <w:t>vn 0.9344 -0.3392 0.1084</w:t>
        <w:br/>
        <w:t>vn 0.9865 0.0023 0.1636</w:t>
        <w:br/>
        <w:t>vn 0.8606 -0.3831 -0.3356</w:t>
        <w:br/>
        <w:t>vn -0.9273 0.2016 0.3155</w:t>
        <w:br/>
        <w:t>vn -0.9810 0.1521 -0.1208</w:t>
        <w:br/>
        <w:t>vn 0.8431 -0.1692 -0.5104</w:t>
        <w:br/>
        <w:t>vn 0.7314 -0.5613 0.3874</w:t>
        <w:br/>
        <w:t>vn 0.6578 -0.5456 0.5193</w:t>
        <w:br/>
        <w:t>vn -0.9628 0.0682 0.2616</w:t>
        <w:br/>
        <w:t>vn -0.4914 -0.1733 0.8535</w:t>
        <w:br/>
        <w:t>vn -0.4177 -0.2193 0.8817</w:t>
        <w:br/>
        <w:t>vn -0.8192 -0.0847 0.5672</w:t>
        <w:br/>
        <w:t>vn 0.7414 -0.3541 -0.5700</w:t>
        <w:br/>
        <w:t>vn 0.4983 -0.4039 0.7671</w:t>
        <w:br/>
        <w:t>vn 0.9566 -0.2288 0.1804</w:t>
        <w:br/>
        <w:t>vn -0.7088 0.1650 -0.6859</w:t>
        <w:br/>
        <w:t>vn -0.3041 0.0560 -0.9510</w:t>
        <w:br/>
        <w:t>vn 0.1837 -0.3714 0.9101</w:t>
        <w:br/>
        <w:t>vn 0.1958 -0.3649 0.9102</w:t>
        <w:br/>
        <w:t>vn 0.4108 -0.3541 0.8402</w:t>
        <w:br/>
        <w:t>vn 0.7795 -0.2959 0.5522</w:t>
        <w:br/>
        <w:t>vn -0.6455 -0.4464 -0.6198</w:t>
        <w:br/>
        <w:t>vn -0.4455 -0.5488 -0.7073</w:t>
        <w:br/>
        <w:t>vn -0.0074 -0.5344 -0.8452</w:t>
        <w:br/>
        <w:t>vn 0.1545 -0.4066 -0.9005</w:t>
        <w:br/>
        <w:t>vn -0.0073 -0.5344 -0.8452</w:t>
        <w:br/>
        <w:t>vn -0.3749 -0.6712 -0.6395</w:t>
        <w:br/>
        <w:t>vn 0.1165 -0.5356 -0.8364</w:t>
        <w:br/>
        <w:t>vn 0.1166 -0.5356 -0.8364</w:t>
        <w:br/>
        <w:t>vn 0.3606 -0.3510 -0.8642</w:t>
        <w:br/>
        <w:t>vn 0.0000 -0.6349 -0.7726</w:t>
        <w:br/>
        <w:t>vn -0.8508 -0.3573 -0.3853</w:t>
        <w:br/>
        <w:t>vn -0.6373 -0.5285 -0.5608</w:t>
        <w:br/>
        <w:t>vn -0.0480 -0.7477 0.6623</w:t>
        <w:br/>
        <w:t>vn -0.3182 -0.9205 0.2270</w:t>
        <w:br/>
        <w:t>vn -0.3181 -0.9205 0.2270</w:t>
        <w:br/>
        <w:t>vn -0.0481 -0.7477 0.6623</w:t>
        <w:br/>
        <w:t>vn 0.0871 -0.5357 0.8399</w:t>
        <w:br/>
        <w:t>vn -0.2878 -0.5522 -0.7824</w:t>
        <w:br/>
        <w:t>vn -0.2955 -0.7181 -0.6301</w:t>
        <w:br/>
        <w:t>vn -0.5543 -0.8297 -0.0664</w:t>
        <w:br/>
        <w:t>vn -0.3740 -0.6937 -0.6155</w:t>
        <w:br/>
        <w:t>vn -0.4668 -0.7221 0.5106</w:t>
        <w:br/>
        <w:t>vn -0.5402 -0.8085 -0.2334</w:t>
        <w:br/>
        <w:t>vn -0.5972 -0.6526 -0.4664</w:t>
        <w:br/>
        <w:t>vn -0.3440 -0.5858 0.7338</w:t>
        <w:br/>
        <w:t>vn -0.2128 -0.5490 -0.8083</w:t>
        <w:br/>
        <w:t>vn -0.4228 -0.7145 -0.5574</w:t>
        <w:br/>
        <w:t>vn -0.4227 -0.7146 -0.5574</w:t>
        <w:br/>
        <w:t>vn 0.3429 -0.8870 -0.3094</w:t>
        <w:br/>
        <w:t>vn 0.6317 -0.5713 -0.5239</w:t>
        <w:br/>
        <w:t>vn 0.3532 -0.8811 -0.3147</w:t>
        <w:br/>
        <w:t>vn 0.4211 -0.7515 -0.5079</w:t>
        <w:br/>
        <w:t>vn 0.3634 -0.8749 -0.3200</w:t>
        <w:br/>
        <w:t>vn 0.5500 -0.7682 -0.3277</w:t>
        <w:br/>
        <w:t>vn -0.8990 -0.4152 -0.1396</w:t>
        <w:br/>
        <w:t>vn -0.7496 -0.6404 -0.1674</w:t>
        <w:br/>
        <w:t>vn 0.7111 -0.6260 -0.3201</w:t>
        <w:br/>
        <w:t>vn 0.5500 -0.7682 -0.3276</w:t>
        <w:br/>
        <w:t>vn 0.1543 -0.7352 0.6601</w:t>
        <w:br/>
        <w:t>vn 0.2614 -0.7975 0.5437</w:t>
        <w:br/>
        <w:t>vn 0.4221 -0.9021 0.0894</w:t>
        <w:br/>
        <w:t>vn 0.4220 -0.9021 0.0894</w:t>
        <w:br/>
        <w:t>vn 0.2614 -0.7975 0.5438</w:t>
        <w:br/>
        <w:t>vn 0.5243 -0.7034 -0.4800</w:t>
        <w:br/>
        <w:t>vn 0.8498 -0.4921 -0.1888</w:t>
        <w:br/>
        <w:t>vn 0.4723 -0.5681 -0.6739</w:t>
        <w:br/>
        <w:t>vn 0.4724 -0.5680 -0.6739</w:t>
        <w:br/>
        <w:t>vn 0.9104 -0.3015 -0.2831</w:t>
        <w:br/>
        <w:t>vn -0.4238 -0.8475 -0.3197</w:t>
        <w:br/>
        <w:t>vn -0.9621 -0.1966 -0.1888</w:t>
        <w:br/>
        <w:t>vn -0.7538 -0.4732 -0.4560</w:t>
        <w:br/>
        <w:t>vn -0.1679 -0.7259 -0.6670</w:t>
        <w:br/>
        <w:t>vn -0.1677 -0.7260 -0.6670</w:t>
        <w:br/>
        <w:t>vn -0.9423 -0.2906 0.1664</w:t>
        <w:br/>
        <w:t>vn -0.8910 -0.4526 -0.0347</w:t>
        <w:br/>
        <w:t>vn -0.8910 -0.4526 -0.0348</w:t>
        <w:br/>
        <w:t>vn 0.0384 -0.6181 -0.7852</w:t>
        <w:br/>
        <w:t>vn 0.2876 -0.4877 -0.8242</w:t>
        <w:br/>
        <w:t>vn 0.2876 -0.4878 -0.8242</w:t>
        <w:br/>
        <w:t>vn 0.1477 -0.5586 0.8162</w:t>
        <w:br/>
        <w:t>vn -0.0127 -0.7140 0.7001</w:t>
        <w:br/>
        <w:t>vn -0.7096 -0.7040 0.0279</w:t>
        <w:br/>
        <w:t>vn -0.6059 -0.7891 -0.1007</w:t>
        <w:br/>
        <w:t>vn -0.8415 -0.5389 0.0394</w:t>
        <w:br/>
        <w:t>vn -0.3762 -0.8505 0.3676</w:t>
        <w:br/>
        <w:t>vn 0.1521 -0.9876 0.0382</w:t>
        <w:br/>
        <w:t>vn -0.0446 -0.8211 0.5690</w:t>
        <w:br/>
        <w:t>vn 0.4549 -0.8792 -0.1418</w:t>
        <w:br/>
        <w:t>vn 0.7831 -0.4633 -0.4148</w:t>
        <w:br/>
        <w:t>vn 0.6337 -0.7443 0.2108</w:t>
        <w:br/>
        <w:t>vn 0.2144 -0.7759 -0.5933</w:t>
        <w:br/>
        <w:t>vn 0.2144 -0.7759 -0.5934</w:t>
        <w:br/>
        <w:t>vn -0.1645 -0.6100 0.7751</w:t>
        <w:br/>
        <w:t>vn 0.1816 -0.4779 -0.8594</w:t>
        <w:br/>
        <w:t>vn -0.0621 -0.7793 -0.6236</w:t>
        <w:br/>
        <w:t>vn -0.5911 -0.3190 -0.7408</w:t>
        <w:br/>
        <w:t>vn 0.1375 -0.6654 -0.7337</w:t>
        <w:br/>
        <w:t>vn 0.2061 0.0108 -0.9785</w:t>
        <w:br/>
        <w:t>vn 0.4771 -0.5379 -0.6950</w:t>
        <w:br/>
        <w:t>vn -0.5213 -0.6406 -0.5637</w:t>
        <w:br/>
        <w:t>vn -0.5213 -0.6406 -0.5638</w:t>
        <w:br/>
        <w:t>vn 0.1521 -0.5873 -0.7949</w:t>
        <w:br/>
        <w:t>vn -0.0463 -0.6523 -0.7566</w:t>
        <w:br/>
        <w:t>vn -0.2139 -0.7758 -0.5936</w:t>
        <w:br/>
        <w:t>vn -0.6933 -0.4344 -0.5750</w:t>
        <w:br/>
        <w:t>vn -0.6014 -0.3131 -0.7350</w:t>
        <w:br/>
        <w:t>vn -0.6934 -0.4343 -0.5749</w:t>
        <w:br/>
        <w:t>vn -0.7854 -0.6022 -0.1434</w:t>
        <w:br/>
        <w:t>vn -0.8623 -0.1738 0.4756</w:t>
        <w:br/>
        <w:t>vn -0.9082 -0.3659 0.2033</w:t>
        <w:br/>
        <w:t>vn -0.7554 -0.5679 -0.3269</w:t>
        <w:br/>
        <w:t>vn -0.4103 -0.4838 -0.7731</w:t>
        <w:br/>
        <w:t>vn -0.2383 -0.8462 0.4766</w:t>
        <w:br/>
        <w:t>vn -0.7023 -0.6714 0.2365</w:t>
        <w:br/>
        <w:t>vn 0.3917 -0.7660 0.5098</w:t>
        <w:br/>
        <w:t>vn 0.3382 -0.9291 0.1498</w:t>
        <w:br/>
        <w:t>vn 0.1400 -0.9663 0.2159</w:t>
        <w:br/>
        <w:t>vn 0.5816 -0.7793 0.2332</w:t>
        <w:br/>
        <w:t>vn -0.3275 -0.8505 0.4115</w:t>
        <w:br/>
        <w:t>vn 0.6974 -0.5863 0.4122</w:t>
        <w:br/>
        <w:t>vn -0.6294 -0.7212 0.2893</w:t>
        <w:br/>
        <w:t>vn -0.6543 -0.7522 0.0781</w:t>
        <w:br/>
        <w:t>vn -0.7512 -0.6566 -0.0674</w:t>
        <w:br/>
        <w:t>vn -0.5379 -0.4695 0.7001</w:t>
        <w:br/>
        <w:t>vn -0.5379 -0.4695 0.7002</w:t>
        <w:br/>
        <w:t>vn -0.4564 -0.2437 0.8558</w:t>
        <w:br/>
        <w:t>vn -0.4564 -0.2437 0.8557</w:t>
        <w:br/>
        <w:t>vn -0.6877 -0.6535 -0.3162</w:t>
        <w:br/>
        <w:t>vn -0.6771 -0.5280 -0.5126</w:t>
        <w:br/>
        <w:t>vn 0.1933 -0.9725 -0.1297</w:t>
        <w:br/>
        <w:t>vn 0.3008 -0.9494 0.0909</w:t>
        <w:br/>
        <w:t>vn 0.4007 -0.9118 0.0895</w:t>
        <w:br/>
        <w:t>vn 0.4007 -0.9118 0.0894</w:t>
        <w:br/>
        <w:t>vn 0.4961 -0.8639 0.0870</w:t>
        <w:br/>
        <w:t>vn -0.0741 -0.8528 -0.5170</w:t>
        <w:br/>
        <w:t>vn -0.8318 -0.5550 0.0019</w:t>
        <w:br/>
        <w:t>vn 0.9260 -0.3661 -0.0921</w:t>
        <w:br/>
        <w:t>vn 0.5816 -0.7793 0.2331</w:t>
        <w:br/>
        <w:t>vn -0.8183 -0.5350 -0.2102</w:t>
        <w:br/>
        <w:t>vn 0.0904 -0.7271 -0.6806</w:t>
        <w:br/>
        <w:t>vn 0.1740 -0.4021 -0.8989</w:t>
        <w:br/>
        <w:t>vn 0.0182 -0.7468 -0.6648</w:t>
        <w:br/>
        <w:t>vn -0.6288 -0.6977 -0.3433</w:t>
        <w:br/>
        <w:t>vn -0.8580 -0.2137 0.4670</w:t>
        <w:br/>
        <w:t>vn -0.8580 -0.2138 0.4670</w:t>
        <w:br/>
        <w:t>vn -0.8804 -0.4179 0.2242</w:t>
        <w:br/>
        <w:t>vn -0.6111 -0.5097 -0.6056</w:t>
        <w:br/>
        <w:t>vn -0.4237 -0.3344 -0.8418</w:t>
        <w:br/>
        <w:t>vn -0.6111 -0.5097 -0.6055</w:t>
        <w:br/>
        <w:t>vn -0.6269 -0.4525 0.6342</w:t>
        <w:br/>
        <w:t>vn -0.7671 -0.6411 0.0228</w:t>
        <w:br/>
        <w:t>vn -0.4494 -0.2592 0.8549</w:t>
        <w:br/>
        <w:t>vn -0.8386 0.1924 0.5097</w:t>
        <w:br/>
        <w:t>vn -0.1995 -0.1978 0.9597</w:t>
        <w:br/>
        <w:t>vn -0.3693 -0.3965 0.8405</w:t>
        <w:br/>
        <w:t>vn -0.3692 -0.3965 0.8405</w:t>
        <w:br/>
        <w:t>vn -0.8222 -0.5424 0.1725</w:t>
        <w:br/>
        <w:t>vn -0.9098 -0.4137 -0.0352</w:t>
        <w:br/>
        <w:t>vn -0.9097 -0.4137 -0.0352</w:t>
        <w:br/>
        <w:t>vn -0.6572 -0.6314 0.4117</w:t>
        <w:br/>
        <w:t>vn -0.6572 -0.6313 0.4117</w:t>
        <w:br/>
        <w:t>vn -0.8346 -0.5250 -0.1666</w:t>
        <w:br/>
        <w:t>vn -0.8346 -0.5250 -0.1667</w:t>
        <w:br/>
        <w:t>vn -0.8238 -0.3434 -0.4511</w:t>
        <w:br/>
        <w:t>vn 0.4950 -0.8461 -0.1976</w:t>
        <w:br/>
        <w:t>vn 0.2737 -0.9350 0.2255</w:t>
        <w:br/>
        <w:t>vn -0.6899 -0.4888 0.5339</w:t>
        <w:br/>
        <w:t>vn 0.4657 -0.4947 0.7337</w:t>
        <w:br/>
        <w:t>vn 0.1624 -0.6290 0.7603</w:t>
        <w:br/>
        <w:t>vn 0.5995 -0.5577 -0.5741</w:t>
        <w:br/>
        <w:t>vn -0.4409 -0.6986 0.5635</w:t>
        <w:br/>
        <w:t>vn -0.2940 -0.7507 0.5916</w:t>
        <w:br/>
        <w:t>vn -0.3680 -0.7679 0.5243</w:t>
        <w:br/>
        <w:t>vn -0.4070 -0.7010 0.5857</w:t>
        <w:br/>
        <w:t>vn -0.3418 0.2956 0.8921</w:t>
        <w:br/>
        <w:t>vn -0.2798 0.2765 0.9194</w:t>
        <w:br/>
        <w:t>vn -0.2662 0.2713 0.9250</w:t>
        <w:br/>
        <w:t>vn -0.8267 0.1144 -0.5509</w:t>
        <w:br/>
        <w:t>vn -0.6514 -0.0356 -0.7579</w:t>
        <w:br/>
        <w:t>vn -0.9333 0.3399 0.1160</w:t>
        <w:br/>
        <w:t>vn -0.7822 0.3675 0.5030</w:t>
        <w:br/>
        <w:t>vn -0.6778 0.3642 0.6387</w:t>
        <w:br/>
        <w:t>vn -0.4799 0.3332 0.8116</w:t>
        <w:br/>
        <w:t>vn -0.2525 0.2661 0.9303</w:t>
        <w:br/>
        <w:t>vn -0.2890 0.2791 0.9157</w:t>
        <w:br/>
        <w:t>vn -0.1824 -0.5621 0.8067</w:t>
        <w:br/>
        <w:t>vn -0.2010 -0.6481 0.7345</w:t>
        <w:br/>
        <w:t>vn -0.8068 -0.5901 -0.0292</w:t>
        <w:br/>
        <w:t>vn -0.8519 -0.4768 -0.2164</w:t>
        <w:br/>
        <w:t>vn -0.8520 -0.4768 -0.2164</w:t>
        <w:br/>
        <w:t>vn -0.5438 -0.3621 0.7571</w:t>
        <w:br/>
        <w:t>vn -0.6654 -0.6390 0.3858</w:t>
        <w:br/>
        <w:t>vn -0.5437 -0.3622 0.7571</w:t>
        <w:br/>
        <w:t>vn -0.4112 0.0829 0.9078</w:t>
        <w:br/>
        <w:t>vn -0.3826 -0.5807 0.7186</w:t>
        <w:br/>
        <w:t>vn -0.6187 -0.7468 0.2439</w:t>
        <w:br/>
        <w:t>vn -0.2452 -0.4241 0.8718</w:t>
        <w:br/>
        <w:t>vn -0.7132 -0.6966 -0.0773</w:t>
        <w:br/>
        <w:t>vn -0.8017 -0.5074 -0.3161</w:t>
        <w:br/>
        <w:t>vn -0.8016 -0.5074 -0.3161</w:t>
        <w:br/>
        <w:t>vn 0.0048 -0.8224 -0.5689</w:t>
        <w:br/>
        <w:t>vn 0.1906 -0.7602 -0.6211</w:t>
        <w:br/>
        <w:t>vn 0.1906 -0.7602 -0.6210</w:t>
        <w:br/>
        <w:t>vn 0.0047 -0.8224 -0.5689</w:t>
        <w:br/>
        <w:t>vn -0.6905 -0.6162 0.3788</w:t>
        <w:br/>
        <w:t>vn -0.5327 -0.6884 -0.4922</w:t>
        <w:br/>
        <w:t>vn -0.6200 -0.6418 -0.4513</w:t>
        <w:br/>
        <w:t>vn -0.4900 -0.8364 -0.2454</w:t>
        <w:br/>
        <w:t>vn -0.4182 -0.4893 0.7653</w:t>
        <w:br/>
        <w:t>vn -0.0115 -0.5573 -0.8303</w:t>
        <w:br/>
        <w:t>vn 0.2317 -0.7769 -0.5855</w:t>
        <w:br/>
        <w:t>vn 0.2316 -0.7769 -0.5855</w:t>
        <w:br/>
        <w:t>vn -0.4484 -0.4483 -0.7733</w:t>
        <w:br/>
        <w:t>vn -0.4985 -0.8254 -0.2650</w:t>
        <w:br/>
        <w:t>vn -0.1692 -0.3364 -0.9264</w:t>
        <w:br/>
        <w:t>vn -0.7676 0.0378 -0.6398</w:t>
        <w:br/>
        <w:t>vn -0.9356 -0.3496 0.0491</w:t>
        <w:br/>
        <w:t>vn -0.8364 -0.1191 -0.5350</w:t>
        <w:br/>
        <w:t>vn -0.8415 -0.5389 0.0395</w:t>
        <w:br/>
        <w:t>vn -0.2591 -0.4036 0.8775</w:t>
        <w:br/>
        <w:t>vn -0.8590 -0.5062 0.0769</w:t>
        <w:br/>
        <w:t>vn -0.9937 -0.0652 0.0911</w:t>
        <w:br/>
        <w:t>vn -0.9385 -0.3057 -0.1606</w:t>
        <w:br/>
        <w:t>vn -0.9385 -0.3058 -0.1606</w:t>
        <w:br/>
        <w:t>vn -0.6609 -0.7435 -0.1025</w:t>
        <w:br/>
        <w:t>vn -0.7086 -0.7050 0.0299</w:t>
        <w:br/>
        <w:t>vn -0.5577 -0.6554 0.5094</w:t>
        <w:br/>
        <w:t>vn -0.2940 -0.7507 0.5915</w:t>
        <w:br/>
        <w:t>vn -0.4420 -0.6272 0.6413</w:t>
        <w:br/>
        <w:t>vn -0.4070 -0.7010 0.5856</w:t>
        <w:br/>
        <w:t>vn -0.0953 -0.6494 -0.7545</w:t>
        <w:br/>
        <w:t>vn 0.3948 -0.4850 -0.7803</w:t>
        <w:br/>
        <w:t>vn 0.5913 -0.3323 -0.7348</w:t>
        <w:br/>
        <w:t>vn -0.7787 -0.5065 -0.3703</w:t>
        <w:br/>
        <w:t>vn -0.9148 -0.3474 -0.2060</w:t>
        <w:br/>
        <w:t>vn -0.9148 -0.3474 -0.2059</w:t>
        <w:br/>
        <w:t>vn -0.7907 -0.6111 -0.0354</w:t>
        <w:br/>
        <w:t>vn -0.8651 -0.4424 0.2363</w:t>
        <w:br/>
        <w:t>vn 0.1268 0.3805 -0.9161</w:t>
        <w:br/>
        <w:t>vn 0.0332 0.3570 -0.9335</w:t>
        <w:br/>
        <w:t>vn 0.6420 0.3173 -0.6979</w:t>
        <w:br/>
        <w:t>vn 0.6062 0.3159 -0.7299</w:t>
        <w:br/>
        <w:t>vn 0.4819 0.3728 -0.7930</w:t>
        <w:br/>
        <w:t>vn 0.3835 0.3419 -0.8579</w:t>
        <w:br/>
        <w:t>vn 0.4119 0.3370 -0.8467</w:t>
        <w:br/>
        <w:t>vn 0.3219 0.3700 -0.8715</w:t>
        <w:br/>
        <w:t>vn 0.6011 0.1281 -0.7889</w:t>
        <w:br/>
        <w:t>vn 0.2253 0.3700 -0.9013</w:t>
        <w:br/>
        <w:t>vn 0.2945 0.3760 -0.8786</w:t>
        <w:br/>
        <w:t>vn 0.2588 0.4413 -0.8592</w:t>
        <w:br/>
        <w:t>vn 0.2242 0.5101 -0.8304</w:t>
        <w:br/>
        <w:t>vn 0.2013 0.5880 -0.7834</w:t>
        <w:br/>
        <w:t>vn 0.2123 0.6391 -0.7392</w:t>
        <w:br/>
        <w:t>vn 0.1358 0.6357 -0.7599</w:t>
        <w:br/>
        <w:t>vn 0.1025 0.6204 -0.7775</w:t>
        <w:br/>
        <w:t>vn 0.4415 0.5659 -0.6963</w:t>
        <w:br/>
        <w:t>vn 0.5233 0.4602 -0.7172</w:t>
        <w:br/>
        <w:t>vn 0.9724 0.1777 -0.1515</w:t>
        <w:br/>
        <w:t>vn 0.5951 0.3720 -0.7123</w:t>
        <w:br/>
        <w:t>vn 0.9506 0.2553 -0.1767</w:t>
        <w:br/>
        <w:t>vn 0.6689 0.3153 -0.6732</w:t>
        <w:br/>
        <w:t>vn 0.9853 0.1420 -0.0951</w:t>
        <w:br/>
        <w:t>vn 0.8354 0.2388 -0.4951</w:t>
        <w:br/>
        <w:t>vn 0.8332 0.4286 -0.3493</w:t>
        <w:br/>
        <w:t>vn 0.7620 0.5105 -0.3983</w:t>
        <w:br/>
        <w:t>vn 0.3497 0.5805 -0.7353</w:t>
        <w:br/>
        <w:t>vn 0.9581 0.0697 0.2779</w:t>
        <w:br/>
        <w:t>vn 0.9418 0.2961 -0.1591</w:t>
        <w:br/>
        <w:t>vn 0.9707 0.1805 -0.1586</w:t>
        <w:br/>
        <w:t>vn 0.9244 -0.0252 0.3806</w:t>
        <w:br/>
        <w:t>vn 0.8279 -0.0977 0.5523</w:t>
        <w:br/>
        <w:t>vn 0.8872 -0.0518 0.4586</w:t>
        <w:br/>
        <w:t>vn 0.9902 -0.0627 0.1246</w:t>
        <w:br/>
        <w:t>vn 0.9608 -0.1154 0.2520</w:t>
        <w:br/>
        <w:t>vn 0.7749 -0.3476 -0.5280</w:t>
        <w:br/>
        <w:t>vn 0.9963 0.0811 0.0291</w:t>
        <w:br/>
        <w:t>vn 0.9597 0.1554 -0.2340</w:t>
        <w:br/>
        <w:t>vn 0.8552 0.2226 -0.4680</w:t>
        <w:br/>
        <w:t>vn 0.8561 -0.3846 0.3452</w:t>
        <w:br/>
        <w:t>vn 0.9974 0.0324 -0.0641</w:t>
        <w:br/>
        <w:t>vn 0.9843 0.1017 -0.1442</w:t>
        <w:br/>
        <w:t>vn 0.4183 0.2935 -0.8596</w:t>
        <w:br/>
        <w:t>vn 0.5957 0.1997 -0.7780</w:t>
        <w:br/>
        <w:t>vn 0.3797 0.4196 -0.8245</w:t>
        <w:br/>
        <w:t>vn 0.7524 0.0809 -0.6537</w:t>
        <w:br/>
        <w:t>vn 0.7949 0.0192 -0.6065</w:t>
        <w:br/>
        <w:t>vn 0.9548 -0.0041 0.2972</w:t>
        <w:br/>
        <w:t>vn 0.9689 0.0139 0.2471</w:t>
        <w:br/>
        <w:t>vn 0.8009 0.2587 -0.5401</w:t>
        <w:br/>
        <w:t>vn 0.6872 0.2870 -0.6674</w:t>
        <w:br/>
        <w:t>vn -0.6210 -0.0369 -0.7829</w:t>
        <w:br/>
        <w:t>vn 0.1023 0.0090 -0.9947</w:t>
        <w:br/>
        <w:t>vn -0.1521 0.0567 -0.9867</w:t>
        <w:br/>
        <w:t>vn -0.1522 0.0567 -0.9867</w:t>
        <w:br/>
        <w:t>vn -0.9902 -0.1351 0.0362</w:t>
        <w:br/>
        <w:t>vn -0.9497 -0.1588 0.2700</w:t>
        <w:br/>
        <w:t>vn -0.9861 -0.1106 0.1241</w:t>
        <w:br/>
        <w:t>vn -0.9105 -0.3015 -0.2831</w:t>
        <w:br/>
        <w:t>vn -0.6317 -0.5713 -0.5240</w:t>
        <w:br/>
        <w:t>vn -0.9658 -0.1130 -0.2335</w:t>
        <w:br/>
        <w:t>vn -0.4895 -0.2549 -0.8339</w:t>
        <w:br/>
        <w:t>vn 0.6995 -0.2839 -0.6558</w:t>
        <w:br/>
        <w:t>vn 0.0891 0.0002 -0.9960</w:t>
        <w:br/>
        <w:t>vn -0.9570 -0.0934 0.2747</w:t>
        <w:br/>
        <w:t>vn -0.9832 -0.0580 0.1730</w:t>
        <w:br/>
        <w:t>vn -0.8296 -0.3472 0.4374</w:t>
        <w:br/>
        <w:t>vn -0.9997 -0.0076 -0.0237</w:t>
        <w:br/>
        <w:t>vn -0.9845 -0.1584 0.0754</w:t>
        <w:br/>
        <w:t>vn -0.6145 0.1923 -0.7651</w:t>
        <w:br/>
        <w:t>vn -0.1727 0.2779 -0.9450</w:t>
        <w:br/>
        <w:t>vn -0.6392 -0.0876 -0.7640</w:t>
        <w:br/>
        <w:t>vn -0.2872 0.2719 -0.9185</w:t>
        <w:br/>
        <w:t>vn -0.0720 0.1011 -0.9923</w:t>
        <w:br/>
        <w:t>vn -0.0535 0.1486 -0.9874</w:t>
        <w:br/>
        <w:t>vn -0.9687 -0.2405 -0.0610</w:t>
        <w:br/>
        <w:t>vn -0.9718 -0.2203 0.0846</w:t>
        <w:br/>
        <w:t>vn -0.0316 0.2480 -0.9683</w:t>
        <w:br/>
        <w:t>vn -0.0372 0.3526 -0.9350</w:t>
        <w:br/>
        <w:t>vn -0.9467 -0.1787 -0.2681</w:t>
        <w:br/>
        <w:t>vn -0.9467 -0.1787 -0.2682</w:t>
        <w:br/>
        <w:t>vn 0.7280 0.4837 -0.4858</w:t>
        <w:br/>
        <w:t>vn 0.2771 0.5449 -0.7914</w:t>
        <w:br/>
        <w:t>vn 0.3022 0.5768 -0.7589</w:t>
        <w:br/>
        <w:t>vn 0.0068 0.4535 -0.8912</w:t>
        <w:br/>
        <w:t>vn -0.0460 0.4046 -0.9133</w:t>
        <w:br/>
        <w:t>vn 0.6987 -0.4717 -0.5379</w:t>
        <w:br/>
        <w:t>vn 0.3682 0.3683 -0.8536</w:t>
        <w:br/>
        <w:t>vn 0.2449 0.3760 -0.8937</w:t>
        <w:br/>
        <w:t>vn 0.4814 0.4716 -0.7389</w:t>
        <w:br/>
        <w:t>vn 0.0173 0.3064 -0.9517</w:t>
        <w:br/>
        <w:t>vn 0.5176 0.3480 -0.7816</w:t>
        <w:br/>
        <w:t>vn 0.7141 0.3635 -0.5983</w:t>
        <w:br/>
        <w:t>vn 0.0022 0.3363 -0.9417</w:t>
        <w:br/>
        <w:t>vn 0.7023 0.3920 -0.5942</w:t>
        <w:br/>
        <w:t>vn 0.0806 0.4177 -0.9050</w:t>
        <w:br/>
        <w:t>vn 0.6885 0.4638 -0.5575</w:t>
        <w:br/>
        <w:t>vn 0.2081 0.5366 -0.8178</w:t>
        <w:br/>
        <w:t>vn -0.3308 0.2936 -0.8968</w:t>
        <w:br/>
        <w:t>vn -0.2227 0.3922 -0.8925</w:t>
        <w:br/>
        <w:t>vn 0.9541 0.2312 0.1904</w:t>
        <w:br/>
        <w:t>vn 0.9562 0.2459 0.1591</w:t>
        <w:br/>
        <w:t>vn 0.9066 0.3389 -0.2514</w:t>
        <w:br/>
        <w:t>vn 0.9389 0.1918 0.2859</w:t>
        <w:br/>
        <w:t>vn 0.9583 0.1453 0.2462</w:t>
        <w:br/>
        <w:t>vn 0.9624 0.1798 0.2037</w:t>
        <w:br/>
        <w:t>vn 0.7561 0.0989 0.6469</w:t>
        <w:br/>
        <w:t>vn 0.9430 0.3076 0.1270</w:t>
        <w:br/>
        <w:t>vn 0.1927 0.5892 -0.7846</w:t>
        <w:br/>
        <w:t>vn 0.5373 0.6201 -0.5717</w:t>
        <w:br/>
        <w:t>vn 0.5884 0.5502 -0.5926</w:t>
        <w:br/>
        <w:t>vn 0.9427 0.3256 0.0726</w:t>
        <w:br/>
        <w:t>vn 0.9187 0.3853 0.0862</w:t>
        <w:br/>
        <w:t>vn 0.8976 0.4349 0.0726</w:t>
        <w:br/>
        <w:t>vn 0.9174 0.3851 0.1002</w:t>
        <w:br/>
        <w:t>vn 0.9503 0.2361 0.2032</w:t>
        <w:br/>
        <w:t>vn 0.5641 0.5167 -0.6441</w:t>
        <w:br/>
        <w:t>vn 0.0132 0.2526 -0.9675</w:t>
        <w:br/>
        <w:t>vn 0.8596 0.0967 -0.5018</w:t>
        <w:br/>
        <w:t>vn 0.6724 0.3451 -0.6548</w:t>
        <w:br/>
        <w:t>vn 0.3682 0.3683 -0.8537</w:t>
        <w:br/>
        <w:t>vn 0.3470 0.3057 -0.8866</w:t>
        <w:br/>
        <w:t>vn 0.9520 -0.0040 0.3060</w:t>
        <w:br/>
        <w:t>vn 0.6280 0.0720 0.7749</w:t>
        <w:br/>
        <w:t>vn 0.8810 0.0863 0.4651</w:t>
        <w:br/>
        <w:t>vn 0.8772 0.0748 -0.4744</w:t>
        <w:br/>
        <w:t>vn 0.8364 -0.1191 -0.5351</w:t>
        <w:br/>
        <w:t>vn 0.8467 -0.3908 -0.3610</w:t>
        <w:br/>
        <w:t>vn 0.2659 0.0363 -0.9633</w:t>
        <w:br/>
        <w:t>vn 0.8100 0.1858 -0.5563</w:t>
        <w:br/>
        <w:t>vn 0.2202 0.0901 -0.9713</w:t>
        <w:br/>
        <w:t>vn 0.8115 0.2525 -0.5270</w:t>
        <w:br/>
        <w:t>vn 0.8281 0.3476 -0.4398</w:t>
        <w:br/>
        <w:t>vn 0.2258 0.1455 -0.9633</w:t>
        <w:br/>
        <w:t>vn 0.2210 0.2305 -0.9476</w:t>
        <w:br/>
        <w:t>vn -0.1688 0.0314 -0.9852</w:t>
        <w:br/>
        <w:t>vn -0.1664 0.0949 -0.9815</w:t>
        <w:br/>
        <w:t>vn -0.1681 -0.0064 -0.9857</w:t>
        <w:br/>
        <w:t>vn -0.2277 -0.0810 -0.9703</w:t>
        <w:br/>
        <w:t>vn -0.9487 -0.3115 -0.0546</w:t>
        <w:br/>
        <w:t>vn -0.9208 -0.3484 0.1752</w:t>
        <w:br/>
        <w:t>vn -0.9006 -0.4073 0.1516</w:t>
        <w:br/>
        <w:t>vn -0.9311 -0.3530 -0.0923</w:t>
        <w:br/>
        <w:t>vn -0.9634 -0.2658 -0.0335</w:t>
        <w:br/>
        <w:t>vn -0.9337 -0.3070 0.1842</w:t>
        <w:br/>
        <w:t>vn 0.5955 0.3989 -0.6973</w:t>
        <w:br/>
        <w:t>vn 0.0680 0.2453 -0.9671</w:t>
        <w:br/>
        <w:t>vn 0.5339 0.4901 -0.6890</w:t>
        <w:br/>
        <w:t>vn 0.5152 0.0231 -0.8568</w:t>
        <w:br/>
        <w:t>vn 0.7201 0.0932 0.6876</w:t>
        <w:br/>
        <w:t>vn -0.9559 -0.2695 0.1164</w:t>
        <w:br/>
        <w:t>vn -0.9605 -0.2518 0.1187</w:t>
        <w:br/>
        <w:t>vn -0.8776 -0.3293 0.3485</w:t>
        <w:br/>
        <w:t>vn -0.7660 -0.0750 -0.6385</w:t>
        <w:br/>
        <w:t>vn -0.9446 -0.2003 -0.2602</w:t>
        <w:br/>
        <w:t>vn -0.6787 -0.0180 -0.7342</w:t>
        <w:br/>
        <w:t>vn -0.7078 -0.0063 -0.7064</w:t>
        <w:br/>
        <w:t>vn -0.7831 -0.4634 -0.4147</w:t>
        <w:br/>
        <w:t>vn -0.9648 -0.2363 -0.1157</w:t>
        <w:br/>
        <w:t>vn -0.9112 -0.3346 0.2404</w:t>
        <w:br/>
        <w:t>vn -0.8718 -0.3881 0.2988</w:t>
        <w:br/>
        <w:t>vn -0.4700 0.1120 -0.8756</w:t>
        <w:br/>
        <w:t>vn -0.2004 0.2115 -0.9566</w:t>
        <w:br/>
        <w:t>vn -0.2991 0.1813 -0.9368</w:t>
        <w:br/>
        <w:t>vn 0.1914 0.3968 -0.8977</w:t>
        <w:br/>
        <w:t>vn 0.3544 0.4266 -0.8321</w:t>
        <w:br/>
        <w:t>vn -0.1998 0.2106 -0.9569</w:t>
        <w:br/>
        <w:t>vn 0.2708 0.4753 -0.8371</w:t>
        <w:br/>
        <w:t>vn -0.2126 0.2171 -0.9527</w:t>
        <w:br/>
        <w:t>vn -0.1123 0.2913 -0.9500</w:t>
        <w:br/>
        <w:t>vn 0.2593 0.5505 -0.7935</w:t>
        <w:br/>
        <w:t>vn -0.0841 0.3474 -0.9340</w:t>
        <w:br/>
        <w:t>vn 0.1260 0.5112 -0.8502</w:t>
        <w:br/>
        <w:t>vn -0.9025 -0.2762 -0.3304</w:t>
        <w:br/>
        <w:t>vn -0.9245 -0.2575 -0.2812</w:t>
        <w:br/>
        <w:t>vn -0.9076 -0.3854 -0.1663</w:t>
        <w:br/>
        <w:t>vn -0.8621 -0.2681 -0.4300</w:t>
        <w:br/>
        <w:t>vn -0.8861 -0.3898 -0.2508</w:t>
        <w:br/>
        <w:t>vn -0.8759 -0.4696 0.1110</w:t>
        <w:br/>
        <w:t>vn -0.8586 -0.5077 0.0711</w:t>
        <w:br/>
        <w:t>vn -0.8086 -0.2254 -0.5435</w:t>
        <w:br/>
        <w:t>vn -0.2060 0.0108 -0.9785</w:t>
        <w:br/>
        <w:t>vn 0.0805 0.3048 -0.9490</w:t>
        <w:br/>
        <w:t>vn 0.3664 0.3927 -0.8435</w:t>
        <w:br/>
        <w:t>vn 0.2806 0.3306 -0.9011</w:t>
        <w:br/>
        <w:t>vn 0.6558 0.4636 -0.5958</w:t>
        <w:br/>
        <w:t>vn 0.5426 0.2783 -0.7925</w:t>
        <w:br/>
        <w:t>vn -0.9540 -0.2964 -0.0447</w:t>
        <w:br/>
        <w:t>vn -0.1134 -0.5014 -0.8577</w:t>
        <w:br/>
        <w:t>vn 0.0081 -0.3913 -0.9202</w:t>
        <w:br/>
        <w:t>vn 0.8883 0.4571 -0.0447</w:t>
        <w:br/>
        <w:t>vn 0.8992 0.4359 -0.0369</w:t>
        <w:br/>
        <w:t>vn 0.8589 0.3182 -0.4013</w:t>
        <w:br/>
        <w:t>vn 0.9035 0.4245 0.0594</w:t>
        <w:br/>
        <w:t>vn 0.7724 0.5038 -0.3867</w:t>
        <w:br/>
        <w:t>vn 0.7465 0.5373 -0.3926</w:t>
        <w:br/>
        <w:t>vn 0.7112 0.5909 -0.3808</w:t>
        <w:br/>
        <w:t>vn 0.8402 0.4413 0.3151</w:t>
        <w:br/>
        <w:t>vn 0.8273 0.5067 0.2427</w:t>
        <w:br/>
        <w:t>vn 0.6546 0.6575 -0.3732</w:t>
        <w:br/>
        <w:t>vn 0.7913 0.5890 0.1640</w:t>
        <w:br/>
        <w:t>vn 0.7015 0.6946 -0.1593</w:t>
        <w:br/>
        <w:t>vn 0.4689 0.6749 -0.5698</w:t>
        <w:br/>
        <w:t>vn 0.8471 0.3961 0.3543</w:t>
        <w:br/>
        <w:t>vn 0.7832 0.4702 -0.4067</w:t>
        <w:br/>
        <w:t>vn 0.7783 0.4755 -0.4101</w:t>
        <w:br/>
        <w:t>vn 0.7298 0.4708 -0.4957</w:t>
        <w:br/>
        <w:t>vn 0.7276 0.4521 -0.5159</w:t>
        <w:br/>
        <w:t>vn 0.3955 0.1116 0.9117</w:t>
        <w:br/>
        <w:t>vn 0.5899 0.2293 0.7742</w:t>
        <w:br/>
        <w:t>vn 0.8908 0.4151 0.1846</w:t>
        <w:br/>
        <w:t>vn 0.8537 0.3848 0.3508</w:t>
        <w:br/>
        <w:t>vn 0.4407 0.1307 0.8881</w:t>
        <w:br/>
        <w:t>vn 0.5695 0.1965 0.7982</w:t>
        <w:br/>
        <w:t>vn 0.0662 -0.0494 0.9966</w:t>
        <w:br/>
        <w:t>vn -0.1367 -0.4417 0.8867</w:t>
        <w:br/>
        <w:t>vn -0.3024 -0.1938 0.9332</w:t>
        <w:br/>
        <w:t>vn -0.3153 -0.1927 0.9292</w:t>
        <w:br/>
        <w:t>vn -0.2755 -0.1873 0.9429</w:t>
        <w:br/>
        <w:t>vn 0.6550 0.2489 0.7134</w:t>
        <w:br/>
        <w:t>vn -0.3214 -0.2544 0.9121</w:t>
        <w:br/>
        <w:t>vn -0.3214 -0.2544 0.9122</w:t>
        <w:br/>
        <w:t>vn -0.5052 -0.3583 0.7851</w:t>
        <w:br/>
        <w:t>vn -0.3153 -0.2259 0.9217</w:t>
        <w:br/>
        <w:t>vn -0.3175 -0.2041 0.9260</w:t>
        <w:br/>
        <w:t>vn -0.2932 -0.2176 0.9309</w:t>
        <w:br/>
        <w:t>vn -0.3340 -0.2760 0.9012</w:t>
        <w:br/>
        <w:t>vn 0.9446 0.2598 0.2005</w:t>
        <w:br/>
        <w:t>vn 0.9546 -0.0118 0.2978</w:t>
        <w:br/>
        <w:t>vn 0.9314 0.2049 0.3008</w:t>
        <w:br/>
        <w:t>vn 0.9637 0.2501 0.0935</w:t>
        <w:br/>
        <w:t>vn 0.9651 0.2471 0.0868</w:t>
        <w:br/>
        <w:t>vn 0.9619 0.2500 0.1107</w:t>
        <w:br/>
        <w:t>vn 0.9679 0.2397 0.0754</w:t>
        <w:br/>
        <w:t>vn 0.9570 0.2255 -0.1827</w:t>
        <w:br/>
        <w:t>vn 0.8093 0.1695 -0.5624</w:t>
        <w:br/>
        <w:t>vn 0.9253 -0.1470 -0.3496</w:t>
        <w:br/>
        <w:t>vn -0.8049 -0.2282 -0.5478</w:t>
        <w:br/>
        <w:t>vn -0.8314 -0.2262 -0.5076</w:t>
        <w:br/>
        <w:t>vn -0.8136 -0.5108 -0.2775</w:t>
        <w:br/>
        <w:t>vn -0.8604 -0.2712 -0.4315</w:t>
        <w:br/>
        <w:t>vn -0.7508 -0.6281 -0.2044</w:t>
        <w:br/>
        <w:t>vn -0.7618 -0.2280 -0.6064</w:t>
        <w:br/>
        <w:t>vn -0.8417 -0.2759 -0.4642</w:t>
        <w:br/>
        <w:t>vn -0.6600 -0.1735 -0.7310</w:t>
        <w:br/>
        <w:t>vn -0.5150 -0.0938 -0.8520</w:t>
        <w:br/>
        <w:t>vn -0.6844 -0.1533 -0.7128</w:t>
        <w:br/>
        <w:t>vn 0.8378 -0.1773 -0.5165</w:t>
        <w:br/>
        <w:t>vn 0.9518 0.2744 -0.1373</w:t>
        <w:br/>
        <w:t>vn 0.8759 0.2863 -0.3883</w:t>
        <w:br/>
        <w:t>vn 0.9534 0.2246 0.2015</w:t>
        <w:br/>
        <w:t>vn -0.5936 -0.4230 0.6846</w:t>
        <w:br/>
        <w:t>vn 0.9595 -0.2370 0.1520</w:t>
        <w:br/>
        <w:t>vn 0.8418 0.1306 0.5238</w:t>
        <w:br/>
        <w:t>vn -0.1741 -0.4021 -0.8989</w:t>
        <w:br/>
        <w:t>vn 0.3869 0.2361 -0.8914</w:t>
        <w:br/>
        <w:t>vn 0.3868 0.2361 -0.8914</w:t>
        <w:br/>
        <w:t>vn 0.5597 0.3129 -0.7673</w:t>
        <w:br/>
        <w:t>vn 0.6951 0.3674 -0.6180</w:t>
        <w:br/>
        <w:t>vn 0.7108 0.3488 -0.6108</w:t>
        <w:br/>
        <w:t>vn 0.8245 0.3737 -0.4248</w:t>
        <w:br/>
        <w:t>vn 0.8671 0.3974 -0.3005</w:t>
        <w:br/>
        <w:t>vn 0.8071 0.1670 -0.5663</w:t>
        <w:br/>
        <w:t>vn 0.8946 0.4002 -0.1991</w:t>
        <w:br/>
        <w:t>vn 0.9136 0.4043 -0.0433</w:t>
        <w:br/>
        <w:t>vn 0.8900 0.4032 0.2129</w:t>
        <w:br/>
        <w:t>vn 0.9093 0.3997 0.1157</w:t>
        <w:br/>
        <w:t>vn 0.9131 0.4053 -0.0443</w:t>
        <w:br/>
        <w:t>vn 0.8386 0.1923 0.5097</w:t>
        <w:br/>
        <w:t>vn 0.6687 0.2376 0.7045</w:t>
        <w:br/>
        <w:t>vn 0.8310 0.4137 0.3718</w:t>
        <w:br/>
        <w:t>vn 0.7489 0.4027 0.5262</w:t>
        <w:br/>
        <w:t>vn 0.6816 0.3815 0.6244</w:t>
        <w:br/>
        <w:t>vn 0.8697 0.3768 0.3189</w:t>
        <w:br/>
        <w:t>vn 0.8369 0.3888 0.3854</w:t>
        <w:br/>
        <w:t>vn 0.8421 0.3824 0.3804</w:t>
        <w:br/>
        <w:t>vn 0.8169 0.4268 0.3881</w:t>
        <w:br/>
        <w:t>vn 0.5457 0.3685 0.7526</w:t>
        <w:br/>
        <w:t>vn 0.7998 0.4486 0.3989</w:t>
        <w:br/>
        <w:t>vn 0.5394 0.3759 0.7535</w:t>
        <w:br/>
        <w:t>vn 0.9009 0.4330 -0.0296</w:t>
        <w:br/>
        <w:t>vn 0.8669 0.4745 -0.1524</w:t>
        <w:br/>
        <w:t>vn 0.2707 0.2741 0.9228</w:t>
        <w:br/>
        <w:t>vn 0.2875 0.2628 0.9210</w:t>
        <w:br/>
        <w:t>vn 0.3386 0.3048 0.8902</w:t>
        <w:br/>
        <w:t>vn 0.5321 0.4073 0.7423</w:t>
        <w:br/>
        <w:t>vn 0.3537 0.3355 0.8731</w:t>
        <w:br/>
        <w:t>vn -0.7734 -0.2360 0.5884</w:t>
        <w:br/>
        <w:t>vn -0.6911 -0.1672 0.7031</w:t>
        <w:br/>
        <w:t>vn -0.6171 -0.1390 0.7745</w:t>
        <w:br/>
        <w:t>vn -0.2470 0.0101 0.9690</w:t>
        <w:br/>
        <w:t>vn 0.5427 0.4609 0.7022</w:t>
        <w:br/>
        <w:t>vn 0.0112 0.1887 0.9820</w:t>
        <w:br/>
        <w:t>vn 0.4032 0.4153 0.8154</w:t>
        <w:br/>
        <w:t>vn 0.7730 0.4884 0.4049</w:t>
        <w:br/>
        <w:t>vn 0.7433 0.5327 0.4047</w:t>
        <w:br/>
        <w:t>vn 0.8144 0.5742 -0.0839</w:t>
        <w:br/>
        <w:t>vn 0.8524 0.5106 -0.1129</w:t>
        <w:br/>
        <w:t>vn 0.7374 0.5815 0.3438</w:t>
        <w:br/>
        <w:t>vn 0.7913 0.4905 0.3650</w:t>
        <w:br/>
        <w:t>vn 0.5470 0.3816 0.7451</w:t>
        <w:br/>
        <w:t>vn 0.1617 0.1805 0.9702</w:t>
        <w:br/>
        <w:t>vn 0.3343 0.2843 0.8985</w:t>
        <w:br/>
        <w:t>vn 0.6317 0.3502 0.6916</w:t>
        <w:br/>
        <w:t>vn 0.5502 0.3088 0.7758</w:t>
        <w:br/>
        <w:t>vn 0.4978 0.2952 0.8155</w:t>
        <w:br/>
        <w:t>vn -0.9029 -0.3415 0.2610</w:t>
        <w:br/>
        <w:t>vn -0.8043 -0.2369 0.5450</w:t>
        <w:br/>
        <w:t>vn 0.0965 0.1469 0.9844</w:t>
        <w:br/>
        <w:t>vn 0.2949 0.2279 0.9280</w:t>
        <w:br/>
        <w:t>vn 0.2942 0.2190 0.9303</w:t>
        <w:br/>
        <w:t>vn 0.0462 0.1149 0.9923</w:t>
        <w:br/>
        <w:t>vn 0.3532 0.1646 0.9210</w:t>
        <w:br/>
        <w:t>vn -0.1070 0.0013 0.9943</w:t>
        <w:br/>
        <w:t>vn -0.9327 -0.3418 0.1152</w:t>
        <w:br/>
        <w:t>vn -0.8431 -0.2536 0.4742</w:t>
        <w:br/>
        <w:t>vn 0.3100 0.2260 0.9235</w:t>
        <w:br/>
        <w:t>vn -0.2723 0.0354 0.9616</w:t>
        <w:br/>
        <w:t>vn -0.7679 -0.6239 0.1452</w:t>
        <w:br/>
        <w:t>vn -0.2579 0.0367 0.9655</w:t>
        <w:br/>
        <w:t>vn 0.1756 -0.1751 0.9688</w:t>
        <w:br/>
        <w:t>vn 0.3328 0.2703 0.9034</w:t>
        <w:br/>
        <w:t>vn -0.8231 -0.4839 -0.2973</w:t>
        <w:br/>
        <w:t>vn 0.5504 0.3485 0.7587</w:t>
        <w:br/>
        <w:t>vn 0.5483 0.3530 0.7581</w:t>
        <w:br/>
        <w:t>vn 0.7958 0.3380 0.5024</w:t>
        <w:br/>
        <w:t>vn 0.7746 0.3677 0.5145</w:t>
        <w:br/>
        <w:t>vn 0.4243 -0.1471 0.8935</w:t>
        <w:br/>
        <w:t>vn 0.1000 -0.1619 0.9817</w:t>
        <w:br/>
        <w:t>vn 0.7963 0.3638 0.4833</w:t>
        <w:br/>
        <w:t>vn 0.8565 0.3806 0.3486</w:t>
        <w:br/>
        <w:t>vn 0.9144 0.3742 0.1545</w:t>
        <w:br/>
        <w:t>vn 0.4518 0.2809 0.8468</w:t>
        <w:br/>
        <w:t>vn 0.4018 0.2527 0.8802</w:t>
        <w:br/>
        <w:t>vn 0.4008 0.2539 0.8803</w:t>
        <w:br/>
        <w:t>vn 0.0586 -0.1430 -0.9880</w:t>
        <w:br/>
        <w:t>vn -0.2466 -0.2288 -0.9417</w:t>
        <w:br/>
        <w:t>vn 0.0586 -0.1431 -0.9880</w:t>
        <w:br/>
        <w:t>vn 0.6489 0.0806 -0.7566</w:t>
        <w:br/>
        <w:t>vn 0.8148 0.1744 -0.5530</w:t>
        <w:br/>
        <w:t>vn 0.9213 0.3512 0.1668</w:t>
        <w:br/>
        <w:t>vn 0.9055 0.2397 -0.3501</w:t>
        <w:br/>
        <w:t>vn 0.9435 0.3066 -0.1259</w:t>
        <w:br/>
        <w:t>vn 0.8351 0.3753 0.4022</w:t>
        <w:br/>
        <w:t>vn 0.8745 0.3468 0.3391</w:t>
        <w:br/>
        <w:t>vn 0.5402 -0.1168 0.8334</w:t>
        <w:br/>
        <w:t>vn 0.7824 0.3582 0.5095</w:t>
        <w:br/>
        <w:t>vn 0.8567 0.3572 0.3720</w:t>
        <w:br/>
        <w:t>vn 0.9101 0.3189 0.2647</w:t>
        <w:br/>
        <w:t>vn 0.9436 0.3150 0.1017</w:t>
        <w:br/>
        <w:t>vn 0.9490 0.3154 -0.0021</w:t>
        <w:br/>
        <w:t>vn 0.9414 0.1673 0.2927</w:t>
        <w:br/>
        <w:t>vn 0.9615 0.2611 0.0861</w:t>
        <w:br/>
        <w:t>vn 0.7639 -0.0374 0.6442</w:t>
        <w:br/>
        <w:t>vn 0.8435 0.1447 0.5173</w:t>
        <w:br/>
        <w:t>vn 0.4693 0.5526 -0.6887</w:t>
        <w:br/>
        <w:t>vn 0.3144 0.0620 -0.9473</w:t>
        <w:br/>
        <w:t>vn 0.7829 0.5594 -0.2722</w:t>
        <w:br/>
        <w:t>vn 0.6725 0.6684 -0.3178</w:t>
        <w:br/>
        <w:t>vn -0.8780 -0.3844 -0.2853</w:t>
        <w:br/>
        <w:t>vn 0.7096 0.3299 0.6226</w:t>
        <w:br/>
        <w:t>vn 0.7457 0.4116 0.5239</w:t>
        <w:br/>
        <w:t>vn 0.7783 0.5780 0.2453</w:t>
        <w:br/>
        <w:t>vn 0.8221 0.5642 -0.0762</w:t>
        <w:br/>
        <w:t>vn 0.8908 0.4537 -0.0254</w:t>
        <w:br/>
        <w:t>vn -0.2633 -0.3763 0.8883</w:t>
        <w:br/>
        <w:t>vn -0.2782 -0.3726 0.8853</w:t>
        <w:br/>
        <w:t>vn -0.2782 -0.3727 0.8853</w:t>
        <w:br/>
        <w:t>vn -0.3120 -0.3499 0.8833</w:t>
        <w:br/>
        <w:t>vn -0.3119 -0.3499 0.8833</w:t>
        <w:br/>
        <w:t>vn -0.3324 -0.3035 0.8930</w:t>
        <w:br/>
        <w:t>vn -0.3324 -0.3034 0.8930</w:t>
        <w:br/>
        <w:t>vn 0.9497 0.2647 0.1673</w:t>
        <w:br/>
        <w:t>vn 0.8932 0.2276 0.3878</w:t>
        <w:br/>
        <w:t>vn 0.8767 0.2925 0.3820</w:t>
        <w:br/>
        <w:t>vn 0.9161 0.3431 0.2075</w:t>
        <w:br/>
        <w:t>vn 0.8825 0.1595 0.4425</w:t>
        <w:br/>
        <w:t>vn 0.9451 0.3006 -0.1286</w:t>
        <w:br/>
        <w:t>vn 0.9248 0.3798 0.0205</w:t>
        <w:br/>
        <w:t>vn 0.8947 0.3850 0.2266</w:t>
        <w:br/>
        <w:t>vn 0.9047 0.4103 0.1148</w:t>
        <w:br/>
        <w:t>vn 0.8647 0.5018 0.0206</w:t>
        <w:br/>
        <w:t>vn 0.8278 0.5565 -0.0708</w:t>
        <w:br/>
        <w:t>vn -0.8260 -0.2878 -0.4847</w:t>
        <w:br/>
        <w:t>vn -0.7420 -0.2431 -0.6248</w:t>
        <w:br/>
        <w:t>vn -0.7688 -0.2872 -0.5714</w:t>
        <w:br/>
        <w:t>vn 0.6269 0.3674 -0.6870</w:t>
        <w:br/>
        <w:t>vn 0.7873 0.4262 -0.4456</w:t>
        <w:br/>
        <w:t>vn 0.7408 0.4311 -0.5151</w:t>
        <w:br/>
        <w:t>vn 0.7724 0.4614 -0.4365</w:t>
        <w:br/>
        <w:t>vn -0.6297 -0.1896 -0.7533</w:t>
        <w:br/>
        <w:t>vn -0.7224 -0.3208 -0.6125</w:t>
        <w:br/>
        <w:t>vn -0.7047 -0.2555 -0.6619</w:t>
        <w:br/>
        <w:t>vn -0.7162 -0.3314 -0.6142</w:t>
        <w:br/>
        <w:t>vn 0.8726 0.4875 0.0301</w:t>
        <w:br/>
        <w:t>vn 0.8191 0.4140 0.3972</w:t>
        <w:br/>
        <w:t>vn 0.7638 0.4996 -0.4088</w:t>
        <w:br/>
        <w:t>vn 0.1514 0.3803 -0.9124</w:t>
        <w:br/>
        <w:t>vn 0.5406 0.3367 -0.7710</w:t>
        <w:br/>
        <w:t>vn 0.9289 0.3454 -0.1334</w:t>
        <w:br/>
        <w:t>vn 0.8368 -0.4980 -0.2276</w:t>
        <w:br/>
        <w:t>vn 0.8549 0.3840 0.3489</w:t>
        <w:br/>
        <w:t>vn -0.9239 -0.1326 -0.3588</w:t>
        <w:br/>
        <w:t>vn -0.9799 -0.1521 0.1289</w:t>
        <w:br/>
        <w:t>vn 0.8405 0.2075 0.5005</w:t>
        <w:br/>
        <w:t>vn 0.6595 0.5452 -0.5175</w:t>
        <w:br/>
        <w:t>vn -0.9670 -0.0715 -0.2446</w:t>
        <w:br/>
        <w:t>vn -0.6210 -0.0370 -0.7830</w:t>
        <w:br/>
        <w:t>vn -0.5003 0.1705 -0.8489</w:t>
        <w:br/>
        <w:t>vn -0.4292 0.2156 -0.8771</w:t>
        <w:br/>
        <w:t>vn -0.8211 0.0873 -0.5641</w:t>
        <w:br/>
        <w:t>vn 0.7855 0.0376 0.6177</w:t>
        <w:br/>
        <w:t>vn 0.5035 0.4154 -0.7575</w:t>
        <w:br/>
        <w:t>vn 0.9953 -0.0752 -0.0607</w:t>
        <w:br/>
        <w:t>vn -0.6783 -0.1473 0.7199</w:t>
        <w:br/>
        <w:t>vn -0.3329 -0.0597 0.9411</w:t>
        <w:br/>
        <w:t>vn 0.1775 0.3752 -0.9098</w:t>
        <w:br/>
        <w:t>vn 0.1890 0.3699 -0.9097</w:t>
        <w:br/>
        <w:t>vn 0.4148 0.3580 -0.8365</w:t>
        <w:br/>
        <w:t>vn 0.7753 0.2962 -0.5578</w:t>
        <w:br/>
        <w:t>vn -0.1243 -0.3767 0.9180</w:t>
        <w:br/>
        <w:t>vn -0.0269 -0.3532 0.9352</w:t>
        <w:br/>
        <w:t>vn -0.6457 -0.3158 0.6952</w:t>
        <w:br/>
        <w:t>vn -0.4878 -0.3671 0.7920</w:t>
        <w:br/>
        <w:t>vn -0.6176 -0.3097 0.7229</w:t>
        <w:br/>
        <w:t>vn -0.3860 -0.3424 0.8566</w:t>
        <w:br/>
        <w:t>vn -0.3233 -0.3696 0.8711</w:t>
        <w:br/>
        <w:t>vn -0.4366 -0.3379 0.8338</w:t>
        <w:br/>
        <w:t>vn -0.3766 -0.3562 0.8552</w:t>
        <w:br/>
        <w:t>vn -0.2067 -0.3724 0.9047</w:t>
        <w:br/>
        <w:t>vn -0.2956 -0.3757 0.8783</w:t>
        <w:br/>
        <w:t>vn -0.2613 -0.4360 0.8612</w:t>
        <w:br/>
        <w:t>vn -0.2262 -0.5104 0.8296</w:t>
        <w:br/>
        <w:t>vn -0.2018 -0.5930 0.7795</w:t>
        <w:br/>
        <w:t>vn -0.2119 -0.6394 0.7391</w:t>
        <w:br/>
        <w:t>vn -0.1353 -0.6357 0.7600</w:t>
        <w:br/>
        <w:t>vn -0.1015 -0.6191 0.7787</w:t>
        <w:br/>
        <w:t>vn -0.4399 -0.5679 0.6957</w:t>
        <w:br/>
        <w:t>vn -0.5306 -0.4583 0.7131</w:t>
        <w:br/>
        <w:t>vn -0.9722 -0.1779 0.1523</w:t>
        <w:br/>
        <w:t>vn -0.9504 -0.2557 0.1773</w:t>
        <w:br/>
        <w:t>vn -0.5987 -0.3685 0.7112</w:t>
        <w:br/>
        <w:t>vn -0.6680 -0.3151 0.6742</w:t>
        <w:br/>
        <w:t>vn -0.8349 -0.2383 0.4961</w:t>
        <w:br/>
        <w:t>vn -0.9854 -0.1409 0.0957</w:t>
        <w:br/>
        <w:t>vn -0.6174 -0.5015 0.6061</w:t>
        <w:br/>
        <w:t>vn -0.7555 -0.5109 0.4101</w:t>
        <w:br/>
        <w:t>vn -0.3458 -0.5789 0.7385</w:t>
        <w:br/>
        <w:t>vn -0.9714 -0.1793 0.1559</w:t>
        <w:br/>
        <w:t>vn -0.9422 -0.2942 0.1603</w:t>
        <w:br/>
        <w:t>vn -0.9541 -0.0950 -0.2840</w:t>
        <w:br/>
        <w:t>vn -0.9242 0.0283 -0.3809</w:t>
        <w:br/>
        <w:t>vn -0.8852 0.0529 -0.4622</w:t>
        <w:br/>
        <w:t>vn -0.8106 0.1101 -0.5751</w:t>
        <w:br/>
        <w:t>vn -0.9742 0.0714 -0.2143</w:t>
        <w:br/>
        <w:t>vn -0.6614 0.1733 -0.7297</w:t>
        <w:br/>
        <w:t>vn -0.9554 0.0631 0.2885</w:t>
        <w:br/>
        <w:t>vn -0.9276 0.0370 0.3718</w:t>
        <w:br/>
        <w:t>vn -0.8549 -0.2218 0.4690</w:t>
        <w:br/>
        <w:t>vn -0.9626 -0.1508 0.2248</w:t>
        <w:br/>
        <w:t>vn -0.9963 -0.0780 -0.0357</w:t>
        <w:br/>
        <w:t>vn -0.9928 -0.0460 -0.1105</w:t>
        <w:br/>
        <w:t>vn -0.9974 -0.0302 0.0659</w:t>
        <w:br/>
        <w:t>vn -0.9843 -0.1015 0.1447</w:t>
        <w:br/>
        <w:t>vn -0.5854 -0.1999 0.7857</w:t>
        <w:br/>
        <w:t>vn -0.4000 -0.2927 0.8685</w:t>
        <w:br/>
        <w:t>vn -0.3668 -0.4194 0.8304</w:t>
        <w:br/>
        <w:t>vn -0.7484 -0.0803 0.6584</w:t>
        <w:br/>
        <w:t>vn -0.7921 -0.0195 0.6101</w:t>
        <w:br/>
        <w:t>vn -0.9549 0.0068 -0.2969</w:t>
        <w:br/>
        <w:t>vn -0.9663 -0.0097 -0.2573</w:t>
        <w:br/>
        <w:t>vn -0.8031 -0.2589 0.5367</w:t>
        <w:br/>
        <w:t>vn -0.6881 -0.2862 0.6668</w:t>
        <w:br/>
        <w:t>vn 0.1587 -0.0574 0.9857</w:t>
        <w:br/>
        <w:t>vn -0.1016 -0.0047 0.9948</w:t>
        <w:br/>
        <w:t>vn 0.6164 0.0332 0.7867</w:t>
        <w:br/>
        <w:t>vn 0.9895 0.1401 -0.0364</w:t>
        <w:br/>
        <w:t>vn 0.9856 0.1124 -0.1261</w:t>
        <w:br/>
        <w:t>vn 0.9455 0.1660 -0.2801</w:t>
        <w:br/>
        <w:t>vn 0.9919 0.1159 0.0525</w:t>
        <w:br/>
        <w:t>vn 0.9636 0.1071 0.2448</w:t>
        <w:br/>
        <w:t>vn 0.7764 0.0801 0.6252</w:t>
        <w:br/>
        <w:t>vn 0.3412 0.0350 0.9393</w:t>
        <w:br/>
        <w:t>vn -0.5488 -0.0013 0.8359</w:t>
        <w:br/>
        <w:t>vn -0.0927 0.0192 0.9955</w:t>
        <w:br/>
        <w:t>vn 0.9804 0.0617 -0.1870</w:t>
        <w:br/>
        <w:t>vn 0.9552 0.0980 -0.2791</w:t>
        <w:br/>
        <w:t>vn 0.9143 0.0511 -0.4017</w:t>
        <w:br/>
        <w:t>vn 0.9998 0.0069 0.0159</w:t>
        <w:br/>
        <w:t>vn 0.9841 0.1628 -0.0716</w:t>
        <w:br/>
        <w:t>vn 0.6128 -0.1872 0.7678</w:t>
        <w:br/>
        <w:t>vn 0.6369 -0.2194 0.7390</w:t>
        <w:br/>
        <w:t>vn 0.1738 -0.2763 0.9452</w:t>
        <w:br/>
        <w:t>vn 0.3043 -0.2709 0.9133</w:t>
        <w:br/>
        <w:t>vn 0.0908 -0.0965 0.9912</w:t>
        <w:br/>
        <w:t>vn 0.0808 -0.1438 0.9863</w:t>
        <w:br/>
        <w:t>vn 0.9725 0.2197 -0.0769</w:t>
        <w:br/>
        <w:t>vn 0.9725 0.2196 -0.0769</w:t>
        <w:br/>
        <w:t>vn 0.9670 0.2488 0.0541</w:t>
        <w:br/>
        <w:t>vn 0.0721 -0.2409 0.9679</w:t>
        <w:br/>
        <w:t>vn 0.0705 -0.3445 0.9361</w:t>
        <w:br/>
        <w:t>vn 0.9462 0.2219 0.2354</w:t>
        <w:br/>
        <w:t>vn -0.7205 -0.4843 0.4963</w:t>
        <w:br/>
        <w:t>vn -0.2757 -0.5440 0.7925</w:t>
        <w:br/>
        <w:t>vn -0.3128 -0.5809 0.7515</w:t>
        <w:br/>
        <w:t>vn 0.0027 -0.4528 0.8916</w:t>
        <w:br/>
        <w:t>vn 0.0675 -0.3975 0.9151</w:t>
        <w:br/>
        <w:t>vn -0.7836 -0.0254 0.6208</w:t>
        <w:br/>
        <w:t>vn -0.3869 -0.3707 0.8443</w:t>
        <w:br/>
        <w:t>vn -0.5335 -0.4801 0.6963</w:t>
        <w:br/>
        <w:t>vn -0.2763 -0.3847 0.8807</w:t>
        <w:br/>
        <w:t>vn -0.0232 -0.3070 0.9514</w:t>
        <w:br/>
        <w:t>vn -0.5147 -0.3456 0.7846</w:t>
        <w:br/>
        <w:t>vn -0.7146 -0.3625 0.5982</w:t>
        <w:br/>
        <w:t>vn -0.7019 -0.3922 0.5945</w:t>
        <w:br/>
        <w:t>vn -0.0102 -0.3379 0.9411</w:t>
        <w:br/>
        <w:t>vn -0.0961 -0.4205 0.9022</w:t>
        <w:br/>
        <w:t>vn -0.6875 -0.4642 0.5584</w:t>
        <w:br/>
        <w:t>vn 0.3068 -0.3017 0.9027</w:t>
        <w:br/>
        <w:t>vn -0.2413 -0.5407 0.8058</w:t>
        <w:br/>
        <w:t>vn 0.1796 -0.4094 0.8945</w:t>
        <w:br/>
        <w:t>vn -0.9544 -0.2296 -0.1907</w:t>
        <w:br/>
        <w:t>vn -0.9561 -0.2463 -0.1588</w:t>
        <w:br/>
        <w:t>vn -0.9092 -0.3372 0.2444</w:t>
        <w:br/>
        <w:t>vn -0.9380 -0.1921 -0.2886</w:t>
        <w:br/>
        <w:t>vn -0.9579 -0.1437 -0.2484</w:t>
        <w:br/>
        <w:t>vn -0.9618 -0.1791 -0.2072</w:t>
        <w:br/>
        <w:t>vn -0.7576 -0.0962 -0.6456</w:t>
        <w:br/>
        <w:t>vn -0.9429 -0.3080 -0.1264</w:t>
        <w:br/>
        <w:t>vn -0.2472 -0.6002 0.7607</w:t>
        <w:br/>
        <w:t>vn -0.5505 -0.6191 0.5601</w:t>
        <w:br/>
        <w:t>vn -0.5863 -0.5511 0.5938</w:t>
        <w:br/>
        <w:t>vn -0.9432 -0.3238 -0.0742</w:t>
        <w:br/>
        <w:t>vn -0.9211 -0.3741 -0.1077</w:t>
        <w:br/>
        <w:t>vn -0.9008 -0.4283 -0.0713</w:t>
        <w:br/>
        <w:t>vn -0.9217 -0.2933 -0.2538</w:t>
        <w:br/>
        <w:t>vn -0.9497 -0.2346 -0.2074</w:t>
        <w:br/>
        <w:t>vn -0.5637 -0.5160 0.6450</w:t>
        <w:br/>
        <w:t>vn -0.0121 -0.2519 0.9677</w:t>
        <w:br/>
        <w:t>vn -0.7661 -0.3869 0.5133</w:t>
        <w:br/>
        <w:t>vn -0.6608 -0.3380 0.6702</w:t>
        <w:br/>
        <w:t>vn -0.3423 -0.3044 0.8889</w:t>
        <w:br/>
        <w:t>vn -0.9550 0.0072 -0.2966</w:t>
        <w:br/>
        <w:t>vn -0.8805 -0.0809 -0.4671</w:t>
        <w:br/>
        <w:t>vn -0.6258 -0.0667 -0.7771</w:t>
        <w:br/>
        <w:t>vn -0.8752 -0.0740 0.4781</w:t>
        <w:br/>
        <w:t>vn -0.8459 -0.1107 0.5218</w:t>
        <w:br/>
        <w:t>vn -0.6422 -0.0126 0.7664</w:t>
        <w:br/>
        <w:t>vn -0.2553 -0.0337 0.9663</w:t>
        <w:br/>
        <w:t>vn -0.2061 -0.0862 0.9747</w:t>
        <w:br/>
        <w:t>vn -0.8110 -0.1856 0.5548</w:t>
        <w:br/>
        <w:t>vn -0.8115 -0.2524 0.5271</w:t>
        <w:br/>
        <w:t>vn -0.8265 -0.3476 0.4428</w:t>
        <w:br/>
        <w:t>vn -0.2081 -0.1398 0.9681</w:t>
        <w:br/>
        <w:t>vn -0.1943 -0.2201 0.9559</w:t>
        <w:br/>
        <w:t>vn 0.2006 -0.0199 0.9795</w:t>
        <w:br/>
        <w:t>vn 0.2053 -0.0802 0.9754</w:t>
        <w:br/>
        <w:t>vn 0.1947 0.0144 0.9808</w:t>
        <w:br/>
        <w:t>vn 0.2719 0.0881 0.9583</w:t>
        <w:br/>
        <w:t>vn 0.9481 0.3125 0.0585</w:t>
        <w:br/>
        <w:t>vn 0.9301 0.3540 0.0976</w:t>
        <w:br/>
        <w:t>vn 0.9112 0.4004 -0.0971</w:t>
        <w:br/>
        <w:t>vn 0.9274 0.3459 -0.1421</w:t>
        <w:br/>
        <w:t>vn 0.9629 0.2672 0.0374</w:t>
        <w:br/>
        <w:t>vn 0.9388 0.3063 -0.1578</w:t>
        <w:br/>
        <w:t>vn -0.5767 -0.3923 0.7166</w:t>
        <w:br/>
        <w:t>vn -0.0175 -0.2227 0.9747</w:t>
        <w:br/>
        <w:t>vn -0.5111 -0.4865 0.7086</w:t>
        <w:br/>
        <w:t>vn -0.5109 -0.0185 0.8595</w:t>
        <w:br/>
        <w:t>vn -0.7195 -0.0925 -0.6882</w:t>
        <w:br/>
        <w:t>vn 0.9559 0.2724 -0.1099</w:t>
        <w:br/>
        <w:t>vn 0.8375 0.3687 -0.4033</w:t>
        <w:br/>
        <w:t>vn 0.9593 0.2534 -0.1248</w:t>
        <w:br/>
        <w:t>vn 0.9473 0.2009 0.2494</w:t>
        <w:br/>
        <w:t>vn 0.7670 0.0759 0.6372</w:t>
        <w:br/>
        <w:t>vn 0.9223 0.1634 0.3503</w:t>
        <w:br/>
        <w:t>vn 0.7069 -0.0040 0.7073</w:t>
        <w:br/>
        <w:t>vn 0.6772 0.0121 0.7357</w:t>
        <w:br/>
        <w:t>vn 0.9671 0.2377 0.0902</w:t>
        <w:br/>
        <w:t>vn 0.8957 0.3684 -0.2491</w:t>
        <w:br/>
        <w:t>vn 0.4725 0.4926 -0.7308</w:t>
        <w:br/>
        <w:t>vn 0.4626 -0.1174 0.8788</w:t>
        <w:br/>
        <w:t>vn 0.1996 -0.2180 0.9553</w:t>
        <w:br/>
        <w:t>vn 0.3444 -0.1634 0.9245</w:t>
        <w:br/>
        <w:t>vn -0.1936 -0.3965 0.8974</w:t>
        <w:br/>
        <w:t>vn 0.1962 -0.2107 0.9577</w:t>
        <w:br/>
        <w:t>vn -0.3539 -0.4261 0.8326</w:t>
        <w:br/>
        <w:t>vn 0.2035 -0.2196 0.9541</w:t>
        <w:br/>
        <w:t>vn -0.2766 -0.4776 0.8339</w:t>
        <w:br/>
        <w:t>vn 0.1044 -0.2953 0.9497</w:t>
        <w:br/>
        <w:t>vn -0.2747 -0.5574 0.7835</w:t>
        <w:br/>
        <w:t>vn 0.0737 -0.3549 0.9320</w:t>
        <w:br/>
        <w:t>vn -0.1596 -0.5301 0.8328</w:t>
        <w:br/>
        <w:t>vn 0.9292 0.2658 0.2567</w:t>
        <w:br/>
        <w:t>vn 0.9115 0.2934 0.2883</w:t>
        <w:br/>
        <w:t>vn 0.8855 0.3162 0.3404</w:t>
        <w:br/>
        <w:t>vn 0.9053 0.3889 0.1708</w:t>
        <w:br/>
        <w:t>vn 0.8939 0.4482 -0.0049</w:t>
        <w:br/>
        <w:t>vn 0.8696 0.4303 0.2421</w:t>
        <w:br/>
        <w:t>vn 0.8654 0.4913 0.0982</w:t>
        <w:br/>
        <w:t>vn 0.8526 0.3588 0.3800</w:t>
        <w:br/>
        <w:t>vn 0.0370 -0.3057 0.9514</w:t>
        <w:br/>
        <w:t>vn -0.1334 -0.3344 0.9329</w:t>
        <w:br/>
        <w:t>vn -0.3632 -0.3906 0.8459</w:t>
        <w:br/>
        <w:t>vn -0.2827 -0.3318 0.9000</w:t>
        <w:br/>
        <w:t>vn -0.6634 -0.4676 0.5842</w:t>
        <w:br/>
        <w:t>vn -0.6153 -0.4545 0.6441</w:t>
        <w:br/>
        <w:t>vn 0.8957 0.3683 -0.2491</w:t>
        <w:br/>
        <w:t>vn 0.7985 0.2299 0.5564</w:t>
        <w:br/>
        <w:t>vn 0.9477 0.2916 0.1301</w:t>
        <w:br/>
        <w:t>vn 0.7985 0.2300 0.5564</w:t>
        <w:br/>
        <w:t>vn 0.1720 0.0681 0.9828</w:t>
        <w:br/>
        <w:t>vn -0.8898 -0.4549 0.0376</w:t>
        <w:br/>
        <w:t>vn -0.8420 -0.4886 0.2287</w:t>
        <w:br/>
        <w:t>vn -0.9041 -0.4273 0.0074</w:t>
        <w:br/>
        <w:t>vn -0.9039 -0.4237 -0.0591</w:t>
        <w:br/>
        <w:t>vn -0.7728 -0.5027 0.3873</w:t>
        <w:br/>
        <w:t>vn -0.7461 -0.5373 0.3932</w:t>
        <w:br/>
        <w:t>vn -0.7110 -0.5911 0.3808</w:t>
        <w:br/>
        <w:t>vn -0.8409 -0.4425 -0.3115</w:t>
        <w:br/>
        <w:t>vn -0.8281 -0.5092 -0.2347</w:t>
        <w:br/>
        <w:t>vn -0.7918 -0.5932 -0.1454</w:t>
        <w:br/>
        <w:t>vn -0.6544 -0.6579 0.3728</w:t>
        <w:br/>
        <w:t>vn -0.6964 -0.6966 0.1726</w:t>
        <w:br/>
        <w:t>vn -0.4813 -0.6781 0.5554</w:t>
        <w:br/>
        <w:t>vn -0.8482 -0.3946 -0.3533</w:t>
        <w:br/>
        <w:t>vn -0.7768 -0.4752 0.4132</w:t>
        <w:br/>
        <w:t>vn -0.7788 -0.4678 0.4178</w:t>
        <w:br/>
        <w:t>vn -0.7321 -0.4698 0.4933</w:t>
        <w:br/>
        <w:t>vn -0.7413 -0.4546 0.4937</w:t>
        <w:br/>
        <w:t>vn -0.5830 -0.2220 -0.7816</w:t>
        <w:br/>
        <w:t>vn -0.3958 -0.1094 -0.9118</w:t>
        <w:br/>
        <w:t>vn -0.8909 -0.4136 -0.1876</w:t>
        <w:br/>
        <w:t>vn -0.8560 -0.3843 -0.3458</w:t>
        <w:br/>
        <w:t>vn -0.5435 -0.1753 -0.8209</w:t>
        <w:br/>
        <w:t>vn -0.4371 -0.1265 -0.8905</w:t>
        <w:br/>
        <w:t>vn -0.1369 0.0029 -0.9906</w:t>
        <w:br/>
        <w:t>vn -0.0597 0.0504 -0.9969</w:t>
        <w:br/>
        <w:t>vn 0.2937 0.1989 -0.9350</w:t>
        <w:br/>
        <w:t>vn 0.2761 0.1940 -0.9414</w:t>
        <w:br/>
        <w:t>vn 0.2996 0.1954 -0.9338</w:t>
        <w:br/>
        <w:t>vn -0.6568 -0.2500 -0.7114</w:t>
        <w:br/>
        <w:t>vn 0.3128 0.2518 -0.9158</w:t>
        <w:br/>
        <w:t>vn 0.2699 0.2082 -0.9401</w:t>
        <w:br/>
        <w:t>vn 0.2838 0.2017 -0.9374</w:t>
        <w:br/>
        <w:t>vn 0.3071 0.2268 -0.9243</w:t>
        <w:br/>
        <w:t>vn 0.3165 0.2329 -0.9196</w:t>
        <w:br/>
        <w:t>vn 0.2017 0.1531 -0.9674</w:t>
        <w:br/>
        <w:t>vn -0.9446 -0.2598 -0.2005</w:t>
        <w:br/>
        <w:t>vn -0.9274 -0.2002 -0.3159</w:t>
        <w:br/>
        <w:t>vn -0.8851 -0.1531 -0.4395</w:t>
        <w:br/>
        <w:t>vn -0.9649 -0.2515 -0.0761</w:t>
        <w:br/>
        <w:t>vn -0.9643 -0.2505 -0.0864</w:t>
        <w:br/>
        <w:t>vn -0.9596 -0.2596 -0.1085</w:t>
        <w:br/>
        <w:t>vn -0.9651 -0.2459 -0.0898</w:t>
        <w:br/>
        <w:t>vn -0.9515 -0.2202 0.2146</w:t>
        <w:br/>
        <w:t>vn -0.7499 -0.1500 0.6443</w:t>
        <w:br/>
        <w:t>vn -0.7888 -0.1342 0.5998</w:t>
        <w:br/>
        <w:t>vn 0.7965 0.2337 0.5576</w:t>
        <w:br/>
        <w:t>vn 0.8236 0.2694 0.4991</w:t>
        <w:br/>
        <w:t>vn 0.8313 0.2713 0.4850</w:t>
        <w:br/>
        <w:t>vn 0.8253 0.2363 0.5129</w:t>
        <w:br/>
        <w:t>vn 0.9704 -0.0984 0.2207</w:t>
        <w:br/>
        <w:t>vn 0.7496 0.2288 0.6211</w:t>
        <w:br/>
        <w:t>vn 0.7883 0.2572 0.5589</w:t>
        <w:br/>
        <w:t>vn 0.7063 0.1990 0.6794</w:t>
        <w:br/>
        <w:t>vn 0.7356 0.1804 0.6529</w:t>
        <w:br/>
        <w:t>vn 0.7447 0.1737 0.6444</w:t>
        <w:br/>
        <w:t>vn -0.4965 -0.0970 0.8626</w:t>
        <w:br/>
        <w:t>vn -0.9450 -0.2707 0.1837</w:t>
        <w:br/>
        <w:t>vn -0.8394 -0.2803 0.4657</w:t>
        <w:br/>
        <w:t>vn -0.9517 -0.2204 -0.2138</w:t>
        <w:br/>
        <w:t>vn 0.2367 0.1922 -0.9524</w:t>
        <w:br/>
        <w:t>vn -0.8349 -0.1162 -0.5381</w:t>
        <w:br/>
        <w:t>vn -0.9260 -0.3660 -0.0921</w:t>
        <w:br/>
        <w:t>vn 0.7051 0.1540 0.6922</w:t>
        <w:br/>
        <w:t>vn -0.4918 -0.2810 0.8241</w:t>
        <w:br/>
        <w:t>vn -0.2855 -0.1977 0.9378</w:t>
        <w:br/>
        <w:t>vn -0.4513 -0.2602 0.8536</w:t>
        <w:br/>
        <w:t>vn -0.7091 -0.3673 0.6019</w:t>
        <w:br/>
        <w:t>vn -0.7196 -0.3446 0.6028</w:t>
        <w:br/>
        <w:t>vn -0.8140 -0.3746 0.4439</w:t>
        <w:br/>
        <w:t>vn -0.8557 -0.3986 0.3299</w:t>
        <w:br/>
        <w:t>vn -0.8663 -0.3996 0.2997</w:t>
        <w:br/>
        <w:t>vn -0.8970 -0.4051 0.1768</w:t>
        <w:br/>
        <w:t>vn -0.9138 -0.4038 0.0430</w:t>
        <w:br/>
        <w:t>vn -0.9137 -0.4041 0.0437</w:t>
        <w:br/>
        <w:t>vn -0.9094 -0.4036 -0.1006</w:t>
        <w:br/>
        <w:t>vn -0.8889 -0.4049 -0.2141</w:t>
        <w:br/>
        <w:t>vn -0.8849 -0.3930 -0.2502</w:t>
        <w:br/>
        <w:t>vn -0.7836 -0.4313 -0.4471</w:t>
        <w:br/>
        <w:t>vn -0.7479 -0.4067 -0.5246</w:t>
        <w:br/>
        <w:t>vn -0.8459 -0.4226 -0.3254</w:t>
        <w:br/>
        <w:t>vn -0.6510 -0.3810 -0.6566</w:t>
        <w:br/>
        <w:t>vn -0.8371 -0.3890 -0.3846</w:t>
        <w:br/>
        <w:t>vn -0.8624 -0.3779 -0.3368</w:t>
        <w:br/>
        <w:t>vn -0.8426 -0.3829 -0.3788</w:t>
        <w:br/>
        <w:t>vn -0.8171 -0.4261 -0.3883</w:t>
        <w:br/>
        <w:t>vn -0.5498 -0.3678 -0.7499</w:t>
        <w:br/>
        <w:t>vn -0.5454 -0.3779 -0.7482</w:t>
        <w:br/>
        <w:t>vn -0.7996 -0.4483 -0.3997</w:t>
        <w:br/>
        <w:t>vn -0.9011 -0.4326 0.0293</w:t>
        <w:br/>
        <w:t>vn -0.8699 -0.4724 0.1415</w:t>
        <w:br/>
        <w:t>vn -0.2925 -0.2634 -0.9193</w:t>
        <w:br/>
        <w:t>vn -0.2851 -0.2769 -0.9176</w:t>
        <w:br/>
        <w:t>vn -0.3515 -0.3099 -0.8834</w:t>
        <w:br/>
        <w:t>vn -0.5369 -0.4100 -0.7373</w:t>
        <w:br/>
        <w:t>vn -0.3643 -0.3420 -0.8662</w:t>
        <w:br/>
        <w:t>vn 0.7684 0.2420 -0.5925</w:t>
        <w:br/>
        <w:t>vn 0.2561 -0.0025 -0.9666</w:t>
        <w:br/>
        <w:t>vn 0.6258 0.1514 -0.7651</w:t>
        <w:br/>
        <w:t>vn 0.7105 0.1829 -0.6795</w:t>
        <w:br/>
        <w:t>vn -0.5448 -0.4622 -0.6997</w:t>
        <w:br/>
        <w:t>vn -0.0121 -0.1862 -0.9824</w:t>
        <w:br/>
        <w:t>vn -0.4034 -0.4142 -0.8159</w:t>
        <w:br/>
        <w:t>vn -0.7723 -0.4882 -0.4063</w:t>
        <w:br/>
        <w:t>vn -0.7426 -0.5324 -0.4064</w:t>
        <w:br/>
        <w:t>vn -0.8142 -0.5769 0.0651</w:t>
        <w:br/>
        <w:t>vn -0.8548 -0.5104 0.0934</w:t>
        <w:br/>
        <w:t>vn -0.7377 -0.5814 -0.3432</w:t>
        <w:br/>
        <w:t>vn -0.7924 -0.4892 -0.3643</w:t>
        <w:br/>
        <w:t>vn -0.5699 -0.3725 -0.7325</w:t>
        <w:br/>
        <w:t>vn -0.1741 -0.1820 -0.9678</w:t>
        <w:br/>
        <w:t>vn -0.3634 -0.2833 -0.8875</w:t>
        <w:br/>
        <w:t>vn -0.5539 -0.2798 -0.7842</w:t>
        <w:br/>
        <w:t>vn -0.6192 -0.2735 -0.7361</w:t>
        <w:br/>
        <w:t>vn -0.6641 -0.3293 -0.6712</w:t>
        <w:br/>
        <w:t>vn 0.8886 0.3374 -0.3108</w:t>
        <w:br/>
        <w:t>vn 0.8040 0.2431 -0.5426</w:t>
        <w:br/>
        <w:t>vn -0.0786 -0.1423 -0.9867</w:t>
        <w:br/>
        <w:t>vn -0.0189 -0.1072 -0.9941</w:t>
        <w:br/>
        <w:t>vn -0.2836 -0.2166 -0.9342</w:t>
        <w:br/>
        <w:t>vn -0.2925 -0.2279 -0.9287</w:t>
        <w:br/>
        <w:t>vn 0.1171 0.0050 -0.9931</w:t>
        <w:br/>
        <w:t>vn -0.3415 -0.1628 -0.9257</w:t>
        <w:br/>
        <w:t>vn 0.8401 0.2555 -0.4785</w:t>
        <w:br/>
        <w:t>vn 0.9288 0.3393 -0.1491</w:t>
        <w:br/>
        <w:t>vn -0.3187 -0.2279 -0.9200</w:t>
        <w:br/>
        <w:t>vn 0.8549 0.2656 -0.4456</w:t>
        <w:br/>
        <w:t>vn 0.2755 -0.0329 -0.9607</w:t>
        <w:br/>
        <w:t>vn 0.2589 -0.0329 -0.9653</w:t>
        <w:br/>
        <w:t>vn -0.1798 -0.2059 -0.9619</w:t>
        <w:br/>
        <w:t>vn -0.3261 -0.2687 -0.9064</w:t>
        <w:br/>
        <w:t>vn 0.9372 0.3472 -0.0342</w:t>
        <w:br/>
        <w:t>vn -0.5497 -0.3472 -0.7598</w:t>
        <w:br/>
        <w:t>vn -0.5467 -0.3502 -0.7606</w:t>
        <w:br/>
        <w:t>vn -0.7979 -0.3363 -0.5002</w:t>
        <w:br/>
        <w:t>vn -0.7746 -0.3679 -0.5145</w:t>
        <w:br/>
        <w:t>vn 0.0339 -0.0143 -0.9993</w:t>
        <w:br/>
        <w:t>vn -0.4527 -0.1770 -0.8739</w:t>
        <w:br/>
        <w:t>vn -0.7967 -0.3630 -0.4832</w:t>
        <w:br/>
        <w:t>vn -0.9360 -0.3490 -0.0454</w:t>
        <w:br/>
        <w:t>vn -0.9131 -0.3750 -0.1598</w:t>
        <w:br/>
        <w:t>vn -0.7077 -0.3384 -0.6202</w:t>
        <w:br/>
        <w:t>vn -0.4313 -0.2584 -0.8644</w:t>
        <w:br/>
        <w:t>vn -0.4477 -0.2544 -0.8572</w:t>
        <w:br/>
        <w:t>vn 0.0258 0.3147 0.9488</w:t>
        <w:br/>
        <w:t>vn 0.3776 0.4663 0.8000</w:t>
        <w:br/>
        <w:t>vn -0.7604 -0.1302 0.6362</w:t>
        <w:br/>
        <w:t>vn -0.7605 -0.1302 0.6362</w:t>
        <w:br/>
        <w:t>vn -0.5930 -0.0472 0.8038</w:t>
        <w:br/>
        <w:t>vn -0.4682 0.0318 0.8830</w:t>
        <w:br/>
        <w:t>vn -0.9189 -0.2474 0.3074</w:t>
        <w:br/>
        <w:t>vn -0.9412 -0.2853 0.1808</w:t>
        <w:br/>
        <w:t>vn -0.9455 -0.3093 0.1018</w:t>
        <w:br/>
        <w:t>vn -0.9316 -0.3287 -0.1551</w:t>
        <w:br/>
        <w:t>vn -0.6461 -0.2614 -0.7171</w:t>
        <w:br/>
        <w:t>vn -0.7888 -0.3523 -0.5037</w:t>
        <w:br/>
        <w:t>vn -0.8624 -0.3535 -0.3622</w:t>
        <w:br/>
        <w:t>vn -0.9120 -0.3181 -0.2591</w:t>
        <w:br/>
        <w:t>vn -0.9450 -0.3170 -0.0802</w:t>
        <w:br/>
        <w:t>vn -0.9479 -0.3173 0.0296</w:t>
        <w:br/>
        <w:t>vn -0.9621 -0.2572 -0.0909</w:t>
        <w:br/>
        <w:t>vn -0.9450 -0.1685 -0.2802</w:t>
        <w:br/>
        <w:t>vn -0.8911 -0.1690 -0.4211</w:t>
        <w:br/>
        <w:t>vn -0.8354 -0.1453 -0.5301</w:t>
        <w:br/>
        <w:t>vn -0.4643 -0.5538 0.6912</w:t>
        <w:br/>
        <w:t>vn -0.3068 -0.0640 0.9496</w:t>
        <w:br/>
        <w:t>vn -0.6739 -0.6670 0.3179</w:t>
        <w:br/>
        <w:t>vn -0.7856 -0.5549 0.2736</w:t>
        <w:br/>
        <w:t>vn 0.8474 0.4591 0.2667</w:t>
        <w:br/>
        <w:t>vn -0.7148 -0.3345 -0.6141</w:t>
        <w:br/>
        <w:t>vn -0.7525 -0.4228 -0.5049</w:t>
        <w:br/>
        <w:t>vn -0.7771 -0.5926 -0.2119</w:t>
        <w:br/>
        <w:t>vn -0.8198 -0.5675 0.0772</w:t>
        <w:br/>
        <w:t>vn -0.8920 -0.4511 0.0278</w:t>
        <w:br/>
        <w:t>vn 0.2481 0.4285 -0.8688</w:t>
        <w:br/>
        <w:t>vn 0.2639 0.3979 -0.8786</w:t>
        <w:br/>
        <w:t>vn 0.2986 0.3474 -0.8889</w:t>
        <w:br/>
        <w:t>vn 0.3216 0.3008 -0.8979</w:t>
        <w:br/>
        <w:t>vn 0.3216 0.3007 -0.8979</w:t>
        <w:br/>
        <w:t>vn -0.9527 -0.2614 -0.1549</w:t>
        <w:br/>
        <w:t>vn -0.9208 -0.3408 -0.1896</w:t>
        <w:br/>
        <w:t>vn -0.8618 -0.2810 -0.4223</w:t>
        <w:br/>
        <w:t>vn -0.8805 -0.2193 -0.4202</w:t>
        <w:br/>
        <w:t>vn -0.8690 -0.1505 -0.4714</w:t>
        <w:br/>
        <w:t>vn -0.9337 -0.2964 0.2010</w:t>
        <w:br/>
        <w:t>vn -0.9211 -0.3856 0.0535</w:t>
        <w:br/>
        <w:t>vn -0.8933 -0.3818 -0.2373</w:t>
        <w:br/>
        <w:t>vn -0.9068 -0.4130 -0.0842</w:t>
        <w:br/>
        <w:t>vn -0.8243 -0.5637 0.0531</w:t>
        <w:br/>
        <w:t>vn -0.8576 -0.5124 -0.0449</w:t>
        <w:br/>
        <w:t>vn 0.7256 0.2475 0.6420</w:t>
        <w:br/>
        <w:t>vn 0.7522 0.2597 0.6057</w:t>
        <w:br/>
        <w:t>vn 0.7197 0.2750 0.6375</w:t>
        <w:br/>
        <w:t>vn -0.6526 -0.3739 0.6590</w:t>
        <w:br/>
        <w:t>vn -0.7957 -0.4251 0.4314</w:t>
        <w:br/>
        <w:t>vn -0.7565 -0.4330 0.4901</w:t>
        <w:br/>
        <w:t>vn -0.7867 -0.4665 0.4044</w:t>
        <w:br/>
        <w:t>vn 0.6975 0.2278 0.6794</w:t>
        <w:br/>
        <w:t>vn 0.6755 0.3247 0.6620</w:t>
        <w:br/>
        <w:t>vn 0.7074 0.2687 0.6537</w:t>
        <w:br/>
        <w:t>vn 0.6531 0.3556 0.6686</w:t>
        <w:br/>
        <w:t>vn -0.8719 -0.4882 -0.0370</w:t>
        <w:br/>
        <w:t>vn -0.8208 -0.4104 -0.3974</w:t>
        <w:br/>
        <w:t>vn -0.7754 -0.5144 0.3663</w:t>
        <w:br/>
        <w:t>vn -0.0795 -0.3535 0.9321</w:t>
        <w:br/>
        <w:t>vn -0.5398 -0.3359 0.7718</w:t>
        <w:br/>
        <w:t>vn -0.9344 -0.3392 0.1084</w:t>
        <w:br/>
        <w:t>vn -0.9865 0.0023 0.1636</w:t>
        <w:br/>
        <w:t>vn -0.8606 -0.3830 -0.3356</w:t>
        <w:br/>
        <w:t>vn 0.9273 0.2016 0.3155</w:t>
        <w:br/>
        <w:t>vn 0.9810 0.1521 -0.1208</w:t>
        <w:br/>
        <w:t>vn -0.8431 -0.1692 -0.5104</w:t>
        <w:br/>
        <w:t>vn -0.7316 -0.5613 0.3870</w:t>
        <w:br/>
        <w:t>vn -0.6578 -0.5456 0.5193</w:t>
        <w:br/>
        <w:t>vn 0.9628 0.0682 0.2616</w:t>
        <w:br/>
        <w:t>vn 0.4177 -0.2193 0.8817</w:t>
        <w:br/>
        <w:t>vn 0.4914 -0.1733 0.8535</w:t>
        <w:br/>
        <w:t>vn 0.8192 -0.0847 0.5672</w:t>
        <w:br/>
        <w:t>vn -0.7414 -0.3541 -0.5700</w:t>
        <w:br/>
        <w:t>vn -0.4983 -0.4039 0.7671</w:t>
        <w:br/>
        <w:t>vn -0.9566 -0.2288 0.1804</w:t>
        <w:br/>
        <w:t>vn 0.7088 0.1650 -0.6858</w:t>
        <w:br/>
        <w:t>vn 0.3041 0.0560 -0.9510</w:t>
        <w:br/>
        <w:t>vn -0.1958 -0.3649 0.9102</w:t>
        <w:br/>
        <w:t>vn -0.1837 -0.3714 0.9101</w:t>
        <w:br/>
        <w:t>vn -0.4110 -0.3542 0.8400</w:t>
        <w:br/>
        <w:t>vn -0.7795 -0.2958 0.5522</w:t>
        <w:br/>
        <w:t>vn 0.6455 -0.4464 -0.6198</w:t>
        <w:br/>
        <w:t>vn 0.4455 -0.5488 -0.7073</w:t>
        <w:br/>
        <w:t>vn -0.1545 -0.4066 -0.9005</w:t>
        <w:br/>
        <w:t>vn 0.0070 -0.5344 -0.8452</w:t>
        <w:br/>
        <w:t>vn 0.0073 -0.5344 -0.8452</w:t>
        <w:br/>
        <w:t>vn 0.3749 -0.6712 -0.6395</w:t>
        <w:br/>
        <w:t>vn -0.1165 -0.5356 -0.8364</w:t>
        <w:br/>
        <w:t>vn 0.3749 -0.6711 -0.6395</w:t>
        <w:br/>
        <w:t>vn -0.3606 -0.3510 -0.8641</w:t>
        <w:br/>
        <w:t>vn -0.3606 -0.3510 -0.8642</w:t>
        <w:br/>
        <w:t>vn 0.8508 -0.3573 -0.3853</w:t>
        <w:br/>
        <w:t>vn 0.6373 -0.5285 -0.5608</w:t>
        <w:br/>
        <w:t>vn 0.6373 -0.5284 -0.5608</w:t>
        <w:br/>
        <w:t>vn 0.3182 -0.9204 0.2270</w:t>
        <w:br/>
        <w:t>vn 0.0480 -0.7477 0.6623</w:t>
        <w:br/>
        <w:t>vn 0.0481 -0.7477 0.6624</w:t>
        <w:br/>
        <w:t>vn -0.0871 -0.5357 0.8399</w:t>
        <w:br/>
        <w:t>vn 0.2878 -0.5522 -0.7824</w:t>
        <w:br/>
        <w:t>vn 0.2955 -0.7181 -0.6301</w:t>
        <w:br/>
        <w:t>vn 0.5542 -0.8297 -0.0664</w:t>
        <w:br/>
        <w:t>vn 0.3740 -0.6937 -0.6155</w:t>
        <w:br/>
        <w:t>vn 0.5543 -0.8297 -0.0664</w:t>
        <w:br/>
        <w:t>vn 0.4668 -0.7221 0.5106</w:t>
        <w:br/>
        <w:t>vn 0.5403 -0.8085 -0.2334</w:t>
        <w:br/>
        <w:t>vn 0.5972 -0.6526 -0.4664</w:t>
        <w:br/>
        <w:t>vn 0.3439 -0.5858 0.7338</w:t>
        <w:br/>
        <w:t>vn 0.2129 -0.5490 -0.8083</w:t>
        <w:br/>
        <w:t>vn 0.4228 -0.7145 -0.5574</w:t>
        <w:br/>
        <w:t>vn -0.3532 -0.8810 -0.3147</w:t>
        <w:br/>
        <w:t>vn -0.3429 -0.8870 -0.3094</w:t>
        <w:br/>
        <w:t>vn -0.4211 -0.7515 -0.5079</w:t>
        <w:br/>
        <w:t>vn -0.5500 -0.7683 -0.3276</w:t>
        <w:br/>
        <w:t>vn -0.3634 -0.8750 -0.3199</w:t>
        <w:br/>
        <w:t>vn 0.8990 -0.4152 -0.1396</w:t>
        <w:br/>
        <w:t>vn 0.7496 -0.6404 -0.1674</w:t>
        <w:br/>
        <w:t>vn -0.7111 -0.6260 -0.3201</w:t>
        <w:br/>
        <w:t>vn -0.1543 -0.7352 0.6601</w:t>
        <w:br/>
        <w:t>vn -0.1544 -0.7352 0.6601</w:t>
        <w:br/>
        <w:t>vn -0.2614 -0.7975 0.5437</w:t>
        <w:br/>
        <w:t>vn -0.4220 -0.9022 0.0894</w:t>
        <w:br/>
        <w:t>vn -0.8498 -0.4921 -0.1888</w:t>
        <w:br/>
        <w:t>vn -0.6393 -0.0876 -0.7640</w:t>
        <w:br/>
        <w:t>vn -0.5243 -0.7034 -0.4800</w:t>
        <w:br/>
        <w:t>vn -0.5243 -0.7034 -0.4799</w:t>
        <w:br/>
        <w:t>vn -0.4723 -0.5681 -0.6739</w:t>
        <w:br/>
        <w:t>vn -0.4210 -0.7515 -0.5079</w:t>
        <w:br/>
        <w:t>vn -0.9104 -0.3015 -0.2831</w:t>
        <w:br/>
        <w:t>vn -0.4724 -0.5681 -0.6739</w:t>
        <w:br/>
        <w:t>vn 0.4238 -0.8474 -0.3198</w:t>
        <w:br/>
        <w:t>vn 0.9621 -0.1966 -0.1888</w:t>
        <w:br/>
        <w:t>vn 0.7538 -0.4732 -0.4560</w:t>
        <w:br/>
        <w:t>vn 0.1677 -0.7260 -0.6669</w:t>
        <w:br/>
        <w:t>vn 0.1679 -0.7260 -0.6669</w:t>
        <w:br/>
        <w:t>vn 0.9422 -0.2906 0.1664</w:t>
        <w:br/>
        <w:t>vn 0.8910 -0.4526 -0.0348</w:t>
        <w:br/>
        <w:t>vn -0.2876 -0.4878 -0.8242</w:t>
        <w:br/>
        <w:t>vn -0.2876 -0.4877 -0.8242</w:t>
        <w:br/>
        <w:t>vn -0.0384 -0.6180 -0.7852</w:t>
        <w:br/>
        <w:t>vn -0.1478 -0.5586 0.8162</w:t>
        <w:br/>
        <w:t>vn 0.0128 -0.7140 0.7000</w:t>
        <w:br/>
        <w:t>vn 0.6059 -0.7891 -0.1007</w:t>
        <w:br/>
        <w:t>vn 0.7097 -0.7040 0.0279</w:t>
        <w:br/>
        <w:t>vn 0.8415 -0.5388 0.0394</w:t>
        <w:br/>
        <w:t>vn 0.3762 -0.8505 0.3677</w:t>
        <w:br/>
        <w:t>vn 0.0447 -0.8211 0.5690</w:t>
        <w:br/>
        <w:t>vn 0.0446 -0.8211 0.5690</w:t>
        <w:br/>
        <w:t>vn -0.1522 -0.9876 0.0382</w:t>
        <w:br/>
        <w:t>vn -0.1522 -0.9876 0.0381</w:t>
        <w:br/>
        <w:t>vn -0.6337 -0.7443 0.2108</w:t>
        <w:br/>
        <w:t>vn -0.4549 -0.8792 -0.1418</w:t>
        <w:br/>
        <w:t>vn -0.2144 -0.7759 -0.5933</w:t>
        <w:br/>
        <w:t>vn 0.1646 -0.6098 0.7752</w:t>
        <w:br/>
        <w:t>vn 0.1646 -0.6100 0.7751</w:t>
        <w:br/>
        <w:t>vn -0.1816 -0.4779 -0.8594</w:t>
        <w:br/>
        <w:t>vn 0.0621 -0.7793 -0.6236</w:t>
        <w:br/>
        <w:t>vn 0.5911 -0.3191 -0.7408</w:t>
        <w:br/>
        <w:t>vn 0.5911 -0.3190 -0.7408</w:t>
        <w:br/>
        <w:t>vn -0.4770 -0.5379 -0.6950</w:t>
        <w:br/>
        <w:t>vn -0.2059 0.0108 -0.9785</w:t>
        <w:br/>
        <w:t>vn -0.1375 -0.6654 -0.7337</w:t>
        <w:br/>
        <w:t>vn 0.5213 -0.6406 -0.5638</w:t>
        <w:br/>
        <w:t>vn -0.1522 -0.5873 -0.7949</w:t>
        <w:br/>
        <w:t>vn 0.0464 -0.6523 -0.7565</w:t>
        <w:br/>
        <w:t>vn -0.1521 -0.5873 -0.7949</w:t>
        <w:br/>
        <w:t>vn 0.2138 -0.7758 -0.5936</w:t>
        <w:br/>
        <w:t>vn 0.6014 -0.3131 -0.7350</w:t>
        <w:br/>
        <w:t>vn 0.6934 -0.4343 -0.5749</w:t>
        <w:br/>
        <w:t>vn 0.7854 -0.6021 -0.1434</w:t>
        <w:br/>
        <w:t>vn 0.8623 -0.1738 0.4756</w:t>
        <w:br/>
        <w:t>vn 0.9082 -0.3659 0.2033</w:t>
        <w:br/>
        <w:t>vn 0.7554 -0.5679 -0.3269</w:t>
        <w:br/>
        <w:t>vn 0.4104 -0.4838 -0.7730</w:t>
        <w:br/>
        <w:t>vn 0.4103 -0.4837 -0.7731</w:t>
        <w:br/>
        <w:t>vn 0.2383 -0.8462 0.4766</w:t>
        <w:br/>
        <w:t>vn 0.7023 -0.6714 0.2366</w:t>
        <w:br/>
        <w:t>vn -0.3918 -0.7660 0.5097</w:t>
        <w:br/>
        <w:t>vn -0.1400 -0.9663 0.2159</w:t>
        <w:br/>
        <w:t>vn -0.3382 -0.9291 0.1499</w:t>
        <w:br/>
        <w:t>vn -0.5817 -0.7793 0.2332</w:t>
        <w:br/>
        <w:t>vn 0.3275 -0.8505 0.4115</w:t>
        <w:br/>
        <w:t>vn 0.3275 -0.8505 0.4116</w:t>
        <w:br/>
        <w:t>vn -0.6973 -0.5863 0.4123</w:t>
        <w:br/>
        <w:t>vn 0.6294 -0.7212 0.2893</w:t>
        <w:br/>
        <w:t>vn 0.7512 -0.6567 -0.0673</w:t>
        <w:br/>
        <w:t>vn 0.6542 -0.7522 0.0781</w:t>
        <w:br/>
        <w:t>vn 0.5379 -0.4695 0.7001</w:t>
        <w:br/>
        <w:t>vn 0.4564 -0.2437 0.8558</w:t>
        <w:br/>
        <w:t>vn 0.6771 -0.5280 -0.5126</w:t>
        <w:br/>
        <w:t>vn 0.6877 -0.6535 -0.3163</w:t>
        <w:br/>
        <w:t>vn 0.6877 -0.6535 -0.3162</w:t>
        <w:br/>
        <w:t>vn -0.1932 -0.9725 -0.1297</w:t>
        <w:br/>
        <w:t>vn -0.4007 -0.9118 0.0894</w:t>
        <w:br/>
        <w:t>vn -0.3007 -0.9494 0.0909</w:t>
        <w:br/>
        <w:t>vn -0.4961 -0.8639 0.0871</w:t>
        <w:br/>
        <w:t>vn 0.0741 -0.8528 -0.5170</w:t>
        <w:br/>
        <w:t>vn 0.0741 -0.8527 -0.5170</w:t>
        <w:br/>
        <w:t>vn 0.8318 -0.5550 0.0019</w:t>
        <w:br/>
        <w:t>vn -0.9261 -0.3660 -0.0921</w:t>
        <w:br/>
        <w:t>vn 0.7512 -0.6566 -0.0674</w:t>
        <w:br/>
        <w:t>vn 0.8183 -0.5350 -0.2101</w:t>
        <w:br/>
        <w:t>vn -0.0904 -0.7271 -0.6805</w:t>
        <w:br/>
        <w:t>vn -0.1740 -0.4021 -0.8989</w:t>
        <w:br/>
        <w:t>vn -0.0182 -0.7468 -0.6648</w:t>
        <w:br/>
        <w:t>vn 0.6288 -0.6977 -0.3433</w:t>
        <w:br/>
        <w:t>vn 0.6287 -0.6977 -0.3433</w:t>
        <w:br/>
        <w:t>vn 0.8580 -0.2137 0.4670</w:t>
        <w:br/>
        <w:t>vn 0.8804 -0.4179 0.2242</w:t>
        <w:br/>
        <w:t>vn 0.4237 -0.3344 -0.8418</w:t>
        <w:br/>
        <w:t>vn 0.8071 0.1669 -0.5663</w:t>
        <w:br/>
        <w:t>vn 0.6111 -0.5097 -0.6056</w:t>
        <w:br/>
        <w:t>vn 0.6269 -0.4525 0.6342</w:t>
        <w:br/>
        <w:t>vn 0.7672 -0.6410 0.0228</w:t>
        <w:br/>
        <w:t>vn 0.4494 -0.2591 0.8549</w:t>
        <w:br/>
        <w:t>vn 0.8385 0.1924 0.5097</w:t>
        <w:br/>
        <w:t>vn 0.1994 -0.1978 0.9597</w:t>
        <w:br/>
        <w:t>vn 0.3693 -0.3965 0.8405</w:t>
        <w:br/>
        <w:t>vn 0.6687 0.2377 0.7045</w:t>
        <w:br/>
        <w:t>vn 0.9097 -0.4137 -0.0352</w:t>
        <w:br/>
        <w:t>vn 0.8222 -0.5424 0.1725</w:t>
        <w:br/>
        <w:t>vn 0.8222 -0.5424 0.1724</w:t>
        <w:br/>
        <w:t>vn 0.6572 -0.6313 0.4117</w:t>
        <w:br/>
        <w:t>vn 0.8346 -0.5251 -0.1666</w:t>
        <w:br/>
        <w:t>vn 0.8346 -0.5250 -0.1666</w:t>
        <w:br/>
        <w:t>vn 0.8238 -0.3434 -0.4511</w:t>
        <w:br/>
        <w:t>vn 0.8237 -0.3434 -0.4511</w:t>
        <w:br/>
        <w:t>vn -0.4950 -0.8461 -0.1976</w:t>
        <w:br/>
        <w:t>vn -0.2737 -0.9350 0.2254</w:t>
        <w:br/>
        <w:t>vn 0.6899 -0.4889 0.5339</w:t>
        <w:br/>
        <w:t>vn 0.6899 -0.4888 0.5339</w:t>
        <w:br/>
        <w:t>vn -0.4657 -0.4947 0.7337</w:t>
        <w:br/>
        <w:t>vn -0.1624 -0.6290 0.7603</w:t>
        <w:br/>
        <w:t>vn -0.5995 -0.5577 -0.5741</w:t>
        <w:br/>
        <w:t>vn 0.4409 -0.6987 0.5634</w:t>
        <w:br/>
        <w:t>vn 0.4409 -0.6986 0.5635</w:t>
        <w:br/>
        <w:t>vn 0.2940 -0.7507 0.5916</w:t>
        <w:br/>
        <w:t>vn 0.4070 -0.7010 0.5856</w:t>
        <w:br/>
        <w:t>vn 0.3680 -0.7679 0.5243</w:t>
        <w:br/>
        <w:t>vn 0.3418 0.2956 0.8921</w:t>
        <w:br/>
        <w:t>vn 0.2662 0.2713 0.9250</w:t>
        <w:br/>
        <w:t>vn 0.2662 0.2713 0.9249</w:t>
        <w:br/>
        <w:t>vn 0.2798 0.2765 0.9194</w:t>
        <w:br/>
        <w:t>vn 0.9577 0.1966 -0.2101</w:t>
        <w:br/>
        <w:t>vn 0.9303 0.0737 -0.3593</w:t>
        <w:br/>
        <w:t>vn 0.9046 0.3555 0.2352</w:t>
        <w:br/>
        <w:t>vn 0.8148 0.1743 -0.5530</w:t>
        <w:br/>
        <w:t>vn 0.9047 0.3552 0.2352</w:t>
        <w:br/>
        <w:t>vn 0.6779 0.3642 0.6387</w:t>
        <w:br/>
        <w:t>vn 0.7823 0.3675 0.5029</w:t>
        <w:br/>
        <w:t>vn 0.4799 0.3332 0.8116</w:t>
        <w:br/>
        <w:t>vn 0.2890 0.2791 0.9157</w:t>
        <w:br/>
        <w:t>vn 0.2525 0.2661 0.9303</w:t>
        <w:br/>
        <w:t>vn 0.1824 -0.5621 0.8067</w:t>
        <w:br/>
        <w:t>vn 0.2010 -0.6482 0.7345</w:t>
        <w:br/>
        <w:t>vn 0.8520 -0.4768 -0.2164</w:t>
        <w:br/>
        <w:t>vn 0.8068 -0.5901 -0.0292</w:t>
        <w:br/>
        <w:t>vn 0.8068 -0.5901 -0.0291</w:t>
        <w:br/>
        <w:t>vn 0.6655 -0.6390 0.3858</w:t>
        <w:br/>
        <w:t>vn 0.6654 -0.6390 0.3858</w:t>
        <w:br/>
        <w:t>vn 0.5437 -0.3621 0.7571</w:t>
        <w:br/>
        <w:t>vn 0.5437 -0.3622 0.7571</w:t>
        <w:br/>
        <w:t>vn 0.2890 0.2791 0.9158</w:t>
        <w:br/>
        <w:t>vn 0.4112 0.0829 0.9078</w:t>
        <w:br/>
        <w:t>vn 0.3826 -0.5807 0.7186</w:t>
        <w:br/>
        <w:t>vn 0.6187 -0.7468 0.2439</w:t>
        <w:br/>
        <w:t>vn 0.2452 -0.4241 0.8718</w:t>
        <w:br/>
        <w:t>vn 0.7640 -0.0374 0.6442</w:t>
        <w:br/>
        <w:t>vn 0.8016 -0.5074 -0.3161</w:t>
        <w:br/>
        <w:t>vn 0.7132 -0.6967 -0.0772</w:t>
        <w:br/>
        <w:t>vn -0.1907 -0.7603 -0.6210</w:t>
        <w:br/>
        <w:t>vn -0.0053 -0.8224 -0.5688</w:t>
        <w:br/>
        <w:t>vn -0.0048 -0.8224 -0.5689</w:t>
        <w:br/>
        <w:t>vn 0.6905 -0.6162 0.3788</w:t>
        <w:br/>
        <w:t>vn 0.5327 -0.6884 -0.4922</w:t>
        <w:br/>
        <w:t>vn 0.6199 -0.6419 -0.4513</w:t>
        <w:br/>
        <w:t>vn 0.6200 -0.6418 -0.4513</w:t>
        <w:br/>
        <w:t>vn 0.4900 -0.8365 -0.2454</w:t>
        <w:br/>
        <w:t>vn 0.4182 -0.4893 0.7653</w:t>
        <w:br/>
        <w:t>vn 0.0115 -0.5573 -0.8303</w:t>
        <w:br/>
        <w:t>vn -0.2316 -0.7769 -0.5855</w:t>
        <w:br/>
        <w:t>vn 0.4484 -0.4483 -0.7733</w:t>
        <w:br/>
        <w:t>vn 0.8596 0.0967 -0.5017</w:t>
        <w:br/>
        <w:t>vn 0.4985 -0.8254 -0.2650</w:t>
        <w:br/>
        <w:t>vn 0.1692 -0.3363 -0.9264</w:t>
        <w:br/>
        <w:t>vn 0.7676 0.0378 -0.6398</w:t>
        <w:br/>
        <w:t>vn 0.9356 -0.3496 0.0492</w:t>
        <w:br/>
        <w:t>vn 0.8415 -0.5389 0.0394</w:t>
        <w:br/>
        <w:t>vn 0.8364 -0.1191 -0.5350</w:t>
        <w:br/>
        <w:t>vn 0.9356 -0.3496 0.0491</w:t>
        <w:br/>
        <w:t>vn 0.2591 -0.4036 0.8775</w:t>
        <w:br/>
        <w:t>vn 0.8590 -0.5062 0.0769</w:t>
        <w:br/>
        <w:t>vn 0.9937 -0.0653 0.0910</w:t>
        <w:br/>
        <w:t>vn 0.9384 -0.3058 -0.1607</w:t>
        <w:br/>
        <w:t>vn 0.9937 -0.0652 0.0910</w:t>
        <w:br/>
        <w:t>vn 0.6608 -0.7435 -0.1025</w:t>
        <w:br/>
        <w:t>vn 0.7086 -0.7050 0.0299</w:t>
        <w:br/>
        <w:t>vn 0.5577 -0.6553 0.5095</w:t>
        <w:br/>
        <w:t>vn 0.5577 -0.6554 0.5094</w:t>
        <w:br/>
        <w:t>vn 0.2941 -0.7507 0.5916</w:t>
        <w:br/>
        <w:t>vn 0.4420 -0.6272 0.6413</w:t>
        <w:br/>
        <w:t>vn 0.4420 -0.6272 0.6414</w:t>
        <w:br/>
        <w:t>vn -0.3949 -0.4851 -0.7803</w:t>
        <w:br/>
        <w:t>vn -0.3949 -0.4850 -0.7803</w:t>
        <w:br/>
        <w:t>vn 0.0953 -0.6494 -0.7544</w:t>
        <w:br/>
        <w:t>vn -0.5913 -0.3323 -0.7348</w:t>
        <w:br/>
        <w:t>vn 0.7787 -0.5065 -0.3703</w:t>
        <w:br/>
        <w:t>vn 0.9148 -0.3474 -0.2059</w:t>
        <w:br/>
        <w:t>vn 0.7907 -0.6111 -0.0354</w:t>
        <w:br/>
        <w:t>vn 0.7907 -0.6112 -0.0354</w:t>
        <w:br/>
        <w:t>vn 0.8651 -0.4425 0.2363</w:t>
        <w:br/>
        <w:t>vn -0.9579 0.0011 0.2870</w:t>
        <w:br/>
        <w:t>vn -0.8936 0.1654 0.4173</w:t>
        <w:br/>
        <w:t>vn -0.7783 0.5745 0.2534</w:t>
        <w:br/>
        <w:t>vn -0.8566 0.2119 0.4704</w:t>
        <w:br/>
        <w:t>vn -0.9716 -0.1156 0.2066</w:t>
        <w:br/>
        <w:t>vn -0.5585 -0.6235 -0.5471</w:t>
        <w:br/>
        <w:t>vn -0.1715 -0.6297 -0.7577</w:t>
        <w:br/>
        <w:t>vn -0.1714 -0.6297 -0.7577</w:t>
        <w:br/>
        <w:t>vn 0.6144 -0.2998 -0.7298</w:t>
        <w:br/>
        <w:t>vn 0.9010 0.0172 -0.4335</w:t>
        <w:br/>
        <w:t>vn 0.9010 0.0171 -0.4335</w:t>
        <w:br/>
        <w:t>vn 0.9475 0.0930 -0.3058</w:t>
        <w:br/>
        <w:t>vn 0.9601 0.1153 -0.2550</w:t>
        <w:br/>
        <w:t>vn 0.9600 0.1153 -0.2550</w:t>
        <w:br/>
        <w:t>vn 0.9590 0.1091 -0.2615</w:t>
        <w:br/>
        <w:t>vn 0.9590 0.1092 -0.2616</w:t>
        <w:br/>
        <w:t>vn -0.1348 0.9519 -0.2751</w:t>
        <w:br/>
        <w:t>vn -0.1225 0.9797 -0.1589</w:t>
        <w:br/>
        <w:t>vn -0.4554 0.8847 -0.0999</w:t>
        <w:br/>
        <w:t>vn -0.6887 0.7186 -0.0970</w:t>
        <w:br/>
        <w:t>vn -0.0469 0.8824 -0.4681</w:t>
        <w:br/>
        <w:t>vn -0.3091 0.8862 -0.3452</w:t>
        <w:br/>
        <w:t>vn -0.6594 0.7497 -0.0558</w:t>
        <w:br/>
        <w:t>vn -0.8273 0.5563 0.0785</w:t>
        <w:br/>
        <w:t>vn -0.9207 0.3642 0.1400</w:t>
        <w:br/>
        <w:t>vn -0.9182 0.3551 0.1756</w:t>
        <w:br/>
        <w:t>vn -0.8812 0.4491 0.1476</w:t>
        <w:br/>
        <w:t>vn -0.9167 0.3862 0.1023</w:t>
        <w:br/>
        <w:t>vn -0.4557 0.8845 -0.0998</w:t>
        <w:br/>
        <w:t>vn -0.7783 0.5745 0.2535</w:t>
        <w:br/>
        <w:t>vn -0.7182 0.6895 0.0934</w:t>
        <w:br/>
        <w:t>vn 0.5266 -0.8348 0.1608</w:t>
        <w:br/>
        <w:t>vn 0.7892 -0.6060 0.0993</w:t>
        <w:br/>
        <w:t>vn 0.6669 -0.7295 0.1519</w:t>
        <w:br/>
        <w:t>vn 0.8312 -0.2787 0.4811</w:t>
        <w:br/>
        <w:t>vn 0.7999 -0.3607 0.4796</w:t>
        <w:br/>
        <w:t>vn 0.9227 -0.3368 0.1874</w:t>
        <w:br/>
        <w:t>vn 0.0606 -0.9005 0.4307</w:t>
        <w:br/>
        <w:t>vn -0.2693 -0.6941 0.6677</w:t>
        <w:br/>
        <w:t>vn -0.2693 -0.6940 0.6677</w:t>
        <w:br/>
        <w:t>vn -0.3330 -0.5587 0.7596</w:t>
        <w:br/>
        <w:t>vn -0.3144 -0.5424 0.7791</w:t>
        <w:br/>
        <w:t>vn -0.3280 -0.5187 0.7895</w:t>
        <w:br/>
        <w:t>vn 0.1417 -0.4802 0.8657</w:t>
        <w:br/>
        <w:t>vn 0.5981 -0.3484 0.7217</w:t>
        <w:br/>
        <w:t>vn 0.0605 -0.9005 0.4306</w:t>
        <w:br/>
        <w:t>vn 0.6297 0.6573 0.4142</w:t>
        <w:br/>
        <w:t>vn 0.6008 0.6909 0.4022</w:t>
        <w:br/>
        <w:t>vn 0.0506 0.7567 0.6518</w:t>
        <w:br/>
        <w:t>vn 0.0594 0.7247 0.6865</w:t>
        <w:br/>
        <w:t>vn 0.4062 -0.9013 -0.1508</w:t>
        <w:br/>
        <w:t>vn 0.6112 -0.4785 -0.6304</w:t>
        <w:br/>
        <w:t>vn 0.3831 -0.8820 -0.2744</w:t>
        <w:br/>
        <w:t>vn 0.1571 0.7675 0.6216</w:t>
        <w:br/>
        <w:t>vn 0.2023 0.8044 0.5586</w:t>
        <w:br/>
        <w:t>vn 0.2574 0.7539 0.6045</w:t>
        <w:br/>
        <w:t>vn 0.2211 0.7252 0.6521</w:t>
        <w:br/>
        <w:t>vn -0.0425 0.6944 0.7183</w:t>
        <w:br/>
        <w:t>vn 0.4946 0.7623 0.4174</w:t>
        <w:br/>
        <w:t>vn 0.5475 0.7097 0.4434</w:t>
        <w:br/>
        <w:t>vn -0.0518 0.7636 0.6436</w:t>
        <w:br/>
        <w:t>vn -0.0251 0.7126 0.7012</w:t>
        <w:br/>
        <w:t>vn 0.4712 0.7419 0.4770</w:t>
        <w:br/>
        <w:t>vn 0.0106 0.8256 0.5642</w:t>
        <w:br/>
        <w:t>vn 0.5226 0.7636 0.3792</w:t>
        <w:br/>
        <w:t>vn 0.7977 0.5833 0.1533</w:t>
        <w:br/>
        <w:t>vn 0.7443 -0.3238 -0.5841</w:t>
        <w:br/>
        <w:t>vn 0.7910 -0.2148 -0.5728</w:t>
        <w:br/>
        <w:t>vn 0.4352 0.6592 0.6132</w:t>
        <w:br/>
        <w:t>vn 0.5246 0.6233 0.5799</w:t>
        <w:br/>
        <w:t>vn 0.4712 0.7418 0.4771</w:t>
        <w:br/>
        <w:t>vn -0.0808 0.8035 0.5898</w:t>
        <w:br/>
        <w:t>vn 0.4289 0.6941 0.5782</w:t>
        <w:br/>
        <w:t>vn 0.5179 0.6660 0.5368</w:t>
        <w:br/>
        <w:t>vn 0.4143 0.7190 0.5581</w:t>
        <w:br/>
        <w:t>vn 0.6172 0.5863 0.5247</w:t>
        <w:br/>
        <w:t>vn 0.8686 0.4788 0.1276</w:t>
        <w:br/>
        <w:t>vn 0.8830 0.4531 0.1223</w:t>
        <w:br/>
        <w:t>vn 0.3116 -0.7354 0.6017</w:t>
        <w:br/>
        <w:t>vn 0.4382 -0.8407 0.3181</w:t>
        <w:br/>
        <w:t>vn 0.4382 -0.8407 0.3180</w:t>
        <w:br/>
        <w:t>vn 0.2643 -0.9635 -0.0417</w:t>
        <w:br/>
        <w:t>vn 0.2709 -0.9504 0.1525</w:t>
        <w:br/>
        <w:t>vn 0.2715 -0.7324 0.6244</w:t>
        <w:br/>
        <w:t>vn 0.3184 -0.6609 0.6796</w:t>
        <w:br/>
        <w:t>vn 0.1889 -0.7261 0.6611</w:t>
        <w:br/>
        <w:t>vn 0.4973 -0.6535 0.5707</w:t>
        <w:br/>
        <w:t>vn 0.8188 -0.2243 -0.5285</w:t>
        <w:br/>
        <w:t>vn 0.8259 -0.2737 -0.4929</w:t>
        <w:br/>
        <w:t>vn 0.8260 -0.2736 -0.4929</w:t>
        <w:br/>
        <w:t>vn 0.0272 -0.7420 0.6698</w:t>
        <w:br/>
        <w:t>vn 0.7638 -0.0671 -0.6420</w:t>
        <w:br/>
        <w:t>vn 0.7038 0.0413 -0.7092</w:t>
        <w:br/>
        <w:t>vn -0.5800 0.6831 0.4438</w:t>
        <w:br/>
        <w:t>vn -0.1236 0.7471 0.6532</w:t>
        <w:br/>
        <w:t>vn -0.1038 0.7632 0.6378</w:t>
        <w:br/>
        <w:t>vn -0.5553 0.7038 0.4431</w:t>
        <w:br/>
        <w:t>vn -0.3645 -0.9285 -0.0716</w:t>
        <w:br/>
        <w:t>vn -0.3750 -0.8997 -0.2235</w:t>
        <w:br/>
        <w:t>vn -0.6072 -0.4841 -0.6301</w:t>
        <w:br/>
        <w:t>vn -0.2627 0.7542 0.6018</w:t>
        <w:br/>
        <w:t>vn -0.2180 0.7919 0.5703</w:t>
        <w:br/>
        <w:t>vn -0.0709 0.7501 0.6575</w:t>
        <w:br/>
        <w:t>vn -0.1558 0.7224 0.6737</w:t>
        <w:br/>
        <w:t>vn -0.0777 0.7304 0.6786</w:t>
        <w:br/>
        <w:t>vn -0.6402 0.6838 0.3501</w:t>
        <w:br/>
        <w:t>vn -0.6565 0.6527 0.3782</w:t>
        <w:br/>
        <w:t>vn -0.0410 0.8073 0.5887</w:t>
        <w:br/>
        <w:t>vn -0.0477 0.8165 0.5754</w:t>
        <w:br/>
        <w:t>vn -0.7539 -0.2971 -0.5860</w:t>
        <w:br/>
        <w:t>vn -0.8073 -0.1723 -0.5645</w:t>
        <w:br/>
        <w:t>vn -0.4688 0.7260 0.5031</w:t>
        <w:br/>
        <w:t>vn -0.4244 0.6608 0.6191</w:t>
        <w:br/>
        <w:t>vn -0.6238 0.5795 0.5246</w:t>
        <w:br/>
        <w:t>vn -0.4712 0.7682 0.4334</w:t>
        <w:br/>
        <w:t>vn -0.4329 0.6960 0.5729</w:t>
        <w:br/>
        <w:t>vn -0.4900 0.6676 0.5605</w:t>
        <w:br/>
        <w:t>vn -0.3902 0.7075 0.5892</w:t>
        <w:br/>
        <w:t>vn -0.8474 0.5008 0.1765</w:t>
        <w:br/>
        <w:t>vn -0.7852 0.5894 0.1897</w:t>
        <w:br/>
        <w:t>vn -0.8555 0.4877 0.1739</w:t>
        <w:br/>
        <w:t>vn -0.4646 -0.8351 0.2947</w:t>
        <w:br/>
        <w:t>vn -0.3974 -0.7170 0.5728</w:t>
        <w:br/>
        <w:t>vn -0.2105 -0.9452 0.2494</w:t>
        <w:br/>
        <w:t>vn -0.2542 -0.9669 0.0241</w:t>
        <w:br/>
        <w:t>vn -0.2396 -0.6714 0.7012</w:t>
        <w:br/>
        <w:t>vn -0.0988 -0.7371 0.6686</w:t>
        <w:br/>
        <w:t>vn -0.2396 -0.6714 0.7013</w:t>
        <w:br/>
        <w:t>vn -0.2222 -0.7241 0.6529</w:t>
        <w:br/>
        <w:t>vn -0.5686 -0.6391 0.5179</w:t>
        <w:br/>
        <w:t>vn -0.8045 -0.2393 -0.5436</w:t>
        <w:br/>
        <w:t>vn -0.8046 -0.2392 -0.5436</w:t>
        <w:br/>
        <w:t>vn -0.8145 -0.3041 -0.4941</w:t>
        <w:br/>
        <w:t>vn -0.7017 0.0392 -0.7114</w:t>
        <w:br/>
        <w:t>vn -0.7519 -0.0673 -0.6559</w:t>
        <w:br/>
        <w:t>vn -0.7518 -0.0673 -0.6559</w:t>
        <w:br/>
        <w:t>vn -0.5295 0.6100 0.5896</w:t>
        <w:br/>
        <w:t>vn 0.0033 0.4942 -0.8693</w:t>
        <w:br/>
        <w:t>vn 0.0016 0.4930 -0.8701</w:t>
        <w:br/>
        <w:t>vn 0.0018 0.4931 -0.8700</w:t>
        <w:br/>
        <w:t>vn 0.0031 0.4945 -0.8692</w:t>
        <w:br/>
        <w:t>vn 0.0000 0.4917 -0.8708</w:t>
        <w:br/>
        <w:t>vn -0.0000 0.4918 -0.8707</w:t>
        <w:br/>
        <w:t>vn -0.0082 0.4896 -0.8719</w:t>
        <w:br/>
        <w:t>vn 0.0000 0.4862 -0.8738</w:t>
        <w:br/>
        <w:t>vn -0.0053 0.4871 -0.8733</w:t>
        <w:br/>
        <w:t>vn 0.0026 0.4930 -0.8700</w:t>
        <w:br/>
        <w:t>vn -0.0057 0.4985 -0.8669</w:t>
        <w:br/>
        <w:t>vn -0.0149 0.4884 -0.8725</w:t>
        <w:br/>
        <w:t>vn -0.0003 0.4948 -0.8690</w:t>
        <w:br/>
        <w:t>vn 0.0055 0.4889 -0.8723</w:t>
        <w:br/>
        <w:t>vn -0.0012 0.4918 -0.8707</w:t>
        <w:br/>
        <w:t>vn -0.0006 0.4906 -0.8714</w:t>
        <w:br/>
        <w:t>vn -0.0016 0.4804 -0.8770</w:t>
        <w:br/>
        <w:t>vn 0.0045 0.4725 -0.8813</w:t>
        <w:br/>
        <w:t>vn -0.0083 0.4422 -0.8969</w:t>
        <w:br/>
        <w:t>vn -0.0017 0.4894 -0.8721</w:t>
        <w:br/>
        <w:t>vn -0.0054 0.4866 -0.8736</w:t>
        <w:br/>
        <w:t>vn -0.0025 0.4900 -0.8717</w:t>
        <w:br/>
        <w:t>vn -0.0033 0.4917 -0.8708</w:t>
        <w:br/>
        <w:t>vn -0.0030 0.4898 -0.8718</w:t>
        <w:br/>
        <w:t>vn -0.0001 0.4920 -0.8706</w:t>
        <w:br/>
        <w:t>vn -0.0013 0.4910 -0.8712</w:t>
        <w:br/>
        <w:t>vn 0.0003 0.4886 -0.8725</w:t>
        <w:br/>
        <w:t>vn -0.0003 0.4920 -0.8706</w:t>
        <w:br/>
        <w:t>vn -0.0002 0.4919 -0.8706</w:t>
        <w:br/>
        <w:t>vn -0.0020 0.4887 -0.8724</w:t>
        <w:br/>
        <w:t>vn -0.0001 0.4919 -0.8706</w:t>
        <w:br/>
        <w:t>vn -0.0001 0.4919 -0.8707</w:t>
        <w:br/>
        <w:t>vn -0.0219 0.4937 -0.8694</w:t>
        <w:br/>
        <w:t>vn -0.0075 0.5080 -0.8613</w:t>
        <w:br/>
        <w:t>vn 0.0001 0.4917 -0.8708</w:t>
        <w:br/>
        <w:t>vn 0.0001 0.4916 -0.8708</w:t>
        <w:br/>
        <w:t>vn -0.0536 0.4790 -0.8762</w:t>
        <w:br/>
        <w:t>vn 0.0191 0.4870 -0.8732</w:t>
        <w:br/>
        <w:t>vn -0.2776 0.7227 -0.6330</w:t>
        <w:br/>
        <w:t>vn -0.6745 0.2602 -0.6909</w:t>
        <w:br/>
        <w:t>vn -0.5424 0.6332 -0.5522</w:t>
        <w:br/>
        <w:t>vn -0.9694 -0.2017 0.1400</w:t>
        <w:br/>
        <w:t>vn -0.9773 0.2084 0.0387</w:t>
        <w:br/>
        <w:t>vn -0.6566 0.2026 -0.7265</w:t>
        <w:br/>
        <w:t>vn -0.9305 -0.2031 -0.3049</w:t>
        <w:br/>
        <w:t>vn -0.2743 0.4574 -0.8459</w:t>
        <w:br/>
        <w:t>vn -0.7213 -0.0828 -0.6876</w:t>
        <w:br/>
        <w:t>vn -0.8614 -0.5079 0.0086</w:t>
        <w:br/>
        <w:t>vn -0.3316 0.3488 -0.8766</w:t>
        <w:br/>
        <w:t>vn -0.2680 0.2848 -0.9204</w:t>
        <w:br/>
        <w:t>vn 0.0193 0.4801 -0.8770</w:t>
        <w:br/>
        <w:t>vn 0.2356 0.0719 -0.9692</w:t>
        <w:br/>
        <w:t>vn -0.0928 -0.0968 -0.9910</w:t>
        <w:br/>
        <w:t>vn -0.6632 -0.0974 -0.7421</w:t>
        <w:br/>
        <w:t>vn -0.8286 -0.5572 0.0539</w:t>
        <w:br/>
        <w:t>vn -0.4001 -0.4772 -0.7824</w:t>
        <w:br/>
        <w:t>vn -0.6423 -0.7264 -0.2446</w:t>
        <w:br/>
        <w:t>vn -0.0043 0.5744 -0.8186</w:t>
        <w:br/>
        <w:t>vn -0.2003 0.8472 -0.4921</w:t>
        <w:br/>
        <w:t>vn -0.8028 -0.0825 0.5905</w:t>
        <w:br/>
        <w:t>vn -0.4938 -0.5791 0.6487</w:t>
        <w:br/>
        <w:t>vn -0.4123 -0.7553 0.5094</w:t>
        <w:br/>
        <w:t>vn -0.5939 -0.5730 0.5647</w:t>
        <w:br/>
        <w:t>vn -0.1884 -0.8496 0.4927</w:t>
        <w:br/>
        <w:t>vn -0.3674 -0.4313 0.8240</w:t>
        <w:br/>
        <w:t>vn -0.2467 -0.5509 0.7973</w:t>
        <w:br/>
        <w:t>vn 0.0143 -0.4815 0.8763</w:t>
        <w:br/>
        <w:t>vn -0.0973 -0.4344 0.8954</w:t>
        <w:br/>
        <w:t>vn -0.4699 -0.6495 0.5978</w:t>
        <w:br/>
        <w:t>vn -0.1318 -0.5851 0.8002</w:t>
        <w:br/>
        <w:t>vn 0.1904 -0.5525 0.8115</w:t>
        <w:br/>
        <w:t>vn 0.1583 -0.5461 0.8226</w:t>
        <w:br/>
        <w:t>vn 0.4885 -0.7318 0.4752</w:t>
        <w:br/>
        <w:t>vn 0.2964 -0.7873 0.5406</w:t>
        <w:br/>
        <w:t>vn 0.5482 0.2536 -0.7969</w:t>
        <w:br/>
        <w:t>vn 0.3473 0.3089 -0.8854</w:t>
        <w:br/>
        <w:t>vn 0.1505 0.5839 -0.7978</w:t>
        <w:br/>
        <w:t>vn 0.2496 0.5698 -0.7830</w:t>
        <w:br/>
        <w:t>vn 0.0407 -0.6310 0.7747</w:t>
        <w:br/>
        <w:t>vn 0.0212 -0.5650 0.8248</w:t>
        <w:br/>
        <w:t>vn -0.0686 0.8388 -0.5402</w:t>
        <w:br/>
        <w:t>vn 0.0568 -0.4672 0.8823</w:t>
        <w:br/>
        <w:t>vn 0.4951 -0.7389 0.4570</w:t>
        <w:br/>
        <w:t>vn -0.0477 0.9785 -0.2008</w:t>
        <w:br/>
        <w:t>vn -0.2408 0.9487 -0.2049</w:t>
        <w:br/>
        <w:t>vn -0.4978 0.7989 -0.3374</w:t>
        <w:br/>
        <w:t>vn -0.6477 0.7538 -0.1112</w:t>
        <w:br/>
        <w:t>vn 0.4468 -0.2586 -0.8564</w:t>
        <w:br/>
        <w:t>vn 0.2258 -0.4911 -0.8413</w:t>
        <w:br/>
        <w:t>vn -0.1175 -0.7472 -0.6541</w:t>
        <w:br/>
        <w:t>vn -0.1383 -0.9879 -0.0708</w:t>
        <w:br/>
        <w:t>vn -0.3054 0.9462 -0.1067</w:t>
        <w:br/>
        <w:t>vn -0.7486 0.6515 0.1234</w:t>
        <w:br/>
        <w:t>vn -0.7240 0.6466 0.2402</w:t>
        <w:br/>
        <w:t>vn -0.6477 0.7537 -0.1112</w:t>
        <w:br/>
        <w:t>vn 0.0359 -0.9517 0.3049</w:t>
        <w:br/>
        <w:t>vn 0.2577 -0.9187 0.2993</w:t>
        <w:br/>
        <w:t>vn -0.5958 0.6626 0.4538</w:t>
        <w:br/>
        <w:t>vn -0.4007 0.6967 0.5951</w:t>
        <w:br/>
        <w:t>vn -0.4007 0.6966 0.5951</w:t>
        <w:br/>
        <w:t>vn 0.6254 -0.7798 0.0270</w:t>
        <w:br/>
        <w:t>vn 0.6803 -0.7254 -0.1044</w:t>
        <w:br/>
        <w:t>vn 0.5359 -0.8223 0.1914</w:t>
        <w:br/>
        <w:t>vn -0.2294 0.7301 0.6436</w:t>
        <w:br/>
        <w:t>vn -0.1018 0.7819 0.6150</w:t>
        <w:br/>
        <w:t>vn -0.1018 0.7819 0.6151</w:t>
        <w:br/>
        <w:t>vn 0.4631 -0.8673 0.1827</w:t>
        <w:br/>
        <w:t>vn 0.6746 -0.7099 -0.2022</w:t>
        <w:br/>
        <w:t>vn 0.6014 -0.0874 -0.7942</w:t>
        <w:br/>
        <w:t>vn -0.2621 0.9647 -0.0251</w:t>
        <w:br/>
        <w:t>vn 0.0176 -0.7749 0.6318</w:t>
        <w:br/>
        <w:t>vn 0.1379 -0.6889 0.7116</w:t>
        <w:br/>
        <w:t>vn 0.1619 -0.7497 0.6417</w:t>
        <w:br/>
        <w:t>vn 0.2315 -0.5910 0.7727</w:t>
        <w:br/>
        <w:t>vn 0.4433 -0.4348 0.7839</w:t>
        <w:br/>
        <w:t>vn 0.3821 -0.4273 0.8194</w:t>
        <w:br/>
        <w:t>vn 0.6263 -0.2688 0.7318</w:t>
        <w:br/>
        <w:t>vn 0.7644 -0.1647 0.6233</w:t>
        <w:br/>
        <w:t>vn 0.3413 0.2285 -0.9117</w:t>
        <w:br/>
        <w:t>vn 0.6405 0.2638 -0.7212</w:t>
        <w:br/>
        <w:t>vn 0.9036 0.2344 -0.3587</w:t>
        <w:br/>
        <w:t>vn 0.1246 0.1730 -0.9770</w:t>
        <w:br/>
        <w:t>vn 0.0090 0.1902 -0.9817</w:t>
        <w:br/>
        <w:t>vn 0.0576 0.3051 -0.9506</w:t>
        <w:br/>
        <w:t>vn 0.0511 0.3373 -0.9400</w:t>
        <w:br/>
        <w:t>vn 0.2666 0.8364 -0.4788</w:t>
        <w:br/>
        <w:t>vn 0.3179 0.7625 -0.5635</w:t>
        <w:br/>
        <w:t>vn -0.0198 0.7564 -0.6538</w:t>
        <w:br/>
        <w:t>vn 0.5009 0.8401 -0.2080</w:t>
        <w:br/>
        <w:t>vn -0.0530 0.3456 0.9369</w:t>
        <w:br/>
        <w:t>vn -0.0632 0.4344 0.8985</w:t>
        <w:br/>
        <w:t>vn 0.1494 0.4736 0.8680</w:t>
        <w:br/>
        <w:t>vn -0.1918 0.2017 0.9605</w:t>
        <w:br/>
        <w:t>vn -0.2384 0.1420 0.9607</w:t>
        <w:br/>
        <w:t>vn -0.3534 0.1790 0.9182</w:t>
        <w:br/>
        <w:t>vn 0.1742 0.7830 -0.5971</w:t>
        <w:br/>
        <w:t>vn 0.1524 0.8824 -0.4451</w:t>
        <w:br/>
        <w:t>vn 0.2989 0.5606 -0.7722</w:t>
        <w:br/>
        <w:t>vn 0.0246 0.4975 -0.8671</w:t>
        <w:br/>
        <w:t>vn 0.0086 0.4969 -0.8677</w:t>
        <w:br/>
        <w:t>vn -0.0046 0.5556 -0.8315</w:t>
        <w:br/>
        <w:t>vn -0.0520 0.8109 0.5828</w:t>
        <w:br/>
        <w:t>vn -0.0520 0.8109 0.5829</w:t>
        <w:br/>
        <w:t>vn -0.0604 -0.5516 0.8319</w:t>
        <w:br/>
        <w:t>vn -0.0491 -0.4805 0.8756</w:t>
        <w:br/>
        <w:t>vn 0.0017 -0.4953 0.8687</w:t>
        <w:br/>
        <w:t>vn -0.0059 -0.7457 0.6663</w:t>
        <w:br/>
        <w:t>vn 0.6382 -0.7303 -0.2435</w:t>
        <w:br/>
        <w:t>vn 0.0597 -0.8473 0.5277</w:t>
        <w:br/>
        <w:t>vn 0.1498 -0.8355 0.5286</w:t>
        <w:br/>
        <w:t>vn 0.7643 -0.2113 -0.6093</w:t>
        <w:br/>
        <w:t>vn 0.7312 -0.1328 -0.6691</w:t>
        <w:br/>
        <w:t>vn 0.6025 0.2084 -0.7704</w:t>
        <w:br/>
        <w:t>vn 0.1921 0.5791 -0.7923</w:t>
        <w:br/>
        <w:t>vn -0.2219 0.9749 0.0179</w:t>
        <w:br/>
        <w:t>vn -0.3959 0.2377 0.8870</w:t>
        <w:br/>
        <w:t>vn 0.1426 0.4409 -0.8861</w:t>
        <w:br/>
        <w:t>vn -0.0193 0.5836 -0.8118</w:t>
        <w:br/>
        <w:t>vn -0.0509 0.7144 -0.6979</w:t>
        <w:br/>
        <w:t>vn -0.3784 0.3116 0.8716</w:t>
        <w:br/>
        <w:t>vn -0.3735 0.3447 0.8612</w:t>
        <w:br/>
        <w:t>vn -0.3171 0.4147 0.8529</w:t>
        <w:br/>
        <w:t>vn -0.3371 0.3923 0.8558</w:t>
        <w:br/>
        <w:t>vn -0.0678 0.7837 -0.6174</w:t>
        <w:br/>
        <w:t>vn -0.1403 0.7506 -0.6457</w:t>
        <w:br/>
        <w:t>vn -0.2709 0.4189 0.8667</w:t>
        <w:br/>
        <w:t>vn -0.2291 0.9733 0.0114</w:t>
        <w:br/>
        <w:t>vn -0.1294 0.9915 0.0115</w:t>
        <w:br/>
        <w:t>vn 0.0746 0.3049 0.9495</w:t>
        <w:br/>
        <w:t>vn 0.0865 0.2997 0.9501</w:t>
        <w:br/>
        <w:t>vn 0.0000 0.2951 0.9555</w:t>
        <w:br/>
        <w:t>vn -0.0000 0.2948 0.9556</w:t>
        <w:br/>
        <w:t>vn 0.0000 0.3144 0.9493</w:t>
        <w:br/>
        <w:t>vn 0.1244 0.3164 0.9404</w:t>
        <w:br/>
        <w:t>vn 0.1205 0.3633 0.9238</w:t>
        <w:br/>
        <w:t>vn 0.0000 0.3607 0.9327</w:t>
        <w:br/>
        <w:t>vn 0.3447 0.3972 0.8505</w:t>
        <w:br/>
        <w:t>vn 0.2988 0.4117 0.8609</w:t>
        <w:br/>
        <w:t>vn 0.1157 0.3954 0.9112</w:t>
        <w:br/>
        <w:t>vn 0.0000 0.3945 0.9189</w:t>
        <w:br/>
        <w:t>vn 0.6039 0.4217 0.6764</w:t>
        <w:br/>
        <w:t>vn 0.5159 0.4123 0.7509</w:t>
        <w:br/>
        <w:t>vn 0.3480 0.3709 0.8610</w:t>
        <w:br/>
        <w:t>vn 0.6135 0.3797 0.6924</w:t>
        <w:br/>
        <w:t>vn 0.6116 0.3781 0.6950</w:t>
        <w:br/>
        <w:t>vn 0.3406 0.3310 0.8800</w:t>
        <w:br/>
        <w:t>vn 0.3394 0.3440 0.8755</w:t>
        <w:br/>
        <w:t>vn 0.1239 0.3042 0.9445</w:t>
        <w:br/>
        <w:t>vn 0.1630 0.3086 0.9371</w:t>
        <w:br/>
        <w:t>vn 0.2660 0.4162 0.8695</w:t>
        <w:br/>
        <w:t>vn 0.1125 0.4058 0.9070</w:t>
        <w:br/>
        <w:t>vn 0.0000 0.4064 0.9137</w:t>
        <w:br/>
        <w:t>vn 0.4366 0.4175 0.7969</w:t>
        <w:br/>
        <w:t>vn 0.3778 0.4206 0.8249</w:t>
        <w:br/>
        <w:t>vn 0.1235 -0.2158 -0.9686</w:t>
        <w:br/>
        <w:t>vn 0.0669 -0.2286 -0.9712</w:t>
        <w:br/>
        <w:t>vn -0.1955 -0.3299 -0.9235</w:t>
        <w:br/>
        <w:t>vn -0.1013 -0.3121 -0.9446</w:t>
        <w:br/>
        <w:t>vn -0.0117 -0.2454 -0.9693</w:t>
        <w:br/>
        <w:t>vn -0.3373 -0.3457 -0.8756</w:t>
        <w:br/>
        <w:t>vn -0.0287 -0.2321 -0.9723</w:t>
        <w:br/>
        <w:t>vn -0.0632 -0.2067 -0.9764</w:t>
        <w:br/>
        <w:t>vn -0.5772 -0.3450 -0.7401</w:t>
        <w:br/>
        <w:t>vn -0.4029 -0.3323 -0.8528</w:t>
        <w:br/>
        <w:t>vn -0.5822 -0.4173 -0.6978</w:t>
        <w:br/>
        <w:t>vn 0.0788 -0.1306 -0.9883</w:t>
        <w:br/>
        <w:t>vn 0.6401 0.4101 0.6496</w:t>
        <w:br/>
        <w:t>vn 0.7821 0.3869 0.4885</w:t>
        <w:br/>
        <w:t>vn 0.7804 0.3564 0.5137</w:t>
        <w:br/>
        <w:t>vn 0.2757 -0.7339 0.6208</w:t>
        <w:br/>
        <w:t>vn 0.1339 -0.2073 0.9691</w:t>
        <w:br/>
        <w:t>vn 0.3810 -0.7036 0.5999</w:t>
        <w:br/>
        <w:t>vn 0.3810 -0.7035 0.5999</w:t>
        <w:br/>
        <w:t>vn 0.1190 -0.7559 0.6438</w:t>
        <w:br/>
        <w:t>vn -0.0000 -0.7579 0.6523</w:t>
        <w:br/>
        <w:t>vn 0.1189 -0.7560 0.6437</w:t>
        <w:br/>
        <w:t>vn 0.2238 -0.6895 0.6888</w:t>
        <w:br/>
        <w:t>vn 0.4028 -0.1051 0.9092</w:t>
        <w:br/>
        <w:t>vn 0.6345 0.0113 0.7728</w:t>
        <w:br/>
        <w:t>vn 0.5340 -0.6811 0.5010</w:t>
        <w:br/>
        <w:t>vn 0.0229 -0.6966 0.7171</w:t>
        <w:br/>
        <w:t>vn 0.1844 -0.7193 0.6698</w:t>
        <w:br/>
        <w:t>vn 0.2386 -0.1148 0.9643</w:t>
        <w:br/>
        <w:t>vn 0.6876 -0.6453 0.3328</w:t>
        <w:br/>
        <w:t>vn 0.6876 -0.6453 0.3329</w:t>
        <w:br/>
        <w:t>vn 0.2378 0.3382 0.9105</w:t>
        <w:br/>
        <w:t>vn 0.4227 0.3802 0.8227</w:t>
        <w:br/>
        <w:t>vn 0.1581 0.3335 0.9294</w:t>
        <w:br/>
        <w:t>vn 0.1192 0.3129 0.9423</w:t>
        <w:br/>
        <w:t>vn 0.7558 0.3680 0.5416</w:t>
        <w:br/>
        <w:t>vn -0.1967 -0.1630 -0.9668</w:t>
        <w:br/>
        <w:t>vn -0.2088 -0.1888 -0.9596</w:t>
        <w:br/>
        <w:t>vn -0.2088 -0.1889 -0.9595</w:t>
        <w:br/>
        <w:t>vn -0.2472 -0.6579 -0.7114</w:t>
        <w:br/>
        <w:t>vn 0.7883 0.3203 0.5253</w:t>
        <w:br/>
        <w:t>vn 0.7966 0.3012 0.5242</w:t>
        <w:br/>
        <w:t>vn 0.8880 0.3433 0.3061</w:t>
        <w:br/>
        <w:t>vn 0.8782 0.3642 0.3102</w:t>
        <w:br/>
        <w:t>vn 0.4757 0.2097 0.8542</w:t>
        <w:br/>
        <w:t>vn 0.4791 0.1894 0.8571</w:t>
        <w:br/>
        <w:t>vn -0.7851 -0.1829 0.5918</w:t>
        <w:br/>
        <w:t>vn -0.7754 -0.2001 0.5989</w:t>
        <w:br/>
        <w:t>vn -0.7754 -0.2001 0.5990</w:t>
        <w:br/>
        <w:t>vn -0.8347 -0.1948 -0.5152</w:t>
        <w:br/>
        <w:t>vn -0.5527 -0.6089 -0.5690</w:t>
        <w:br/>
        <w:t>vn -0.8338 -0.2062 -0.5121</w:t>
        <w:br/>
        <w:t>vn 0.4967 0.0254 0.8675</w:t>
        <w:br/>
        <w:t>vn 0.1618 -0.0387 0.9861</w:t>
        <w:br/>
        <w:t>vn 0.1851 0.0023 0.9827</w:t>
        <w:br/>
        <w:t>vn 0.5200 0.0768 0.8507</w:t>
        <w:br/>
        <w:t>vn 0.7848 0.1411 0.6034</w:t>
        <w:br/>
        <w:t>vn 0.7670 0.0863 0.6359</w:t>
        <w:br/>
        <w:t>vn 0.8834 0.0614 -0.4646</w:t>
        <w:br/>
        <w:t>vn 0.8863 0.0717 -0.4575</w:t>
        <w:br/>
        <w:t>vn 0.8834 0.0615 -0.4646</w:t>
        <w:br/>
        <w:t>vn 0.5079 0.2666 0.8191</w:t>
        <w:br/>
        <w:t>vn 0.5125 0.2567 0.8194</w:t>
        <w:br/>
        <w:t>vn 0.6673 0.2697 0.6942</w:t>
        <w:br/>
        <w:t>vn 0.6540 0.2796 0.7029</w:t>
        <w:br/>
        <w:t>vn 0.2206 0.2257 0.9489</w:t>
        <w:br/>
        <w:t>vn -0.0962 0.1711 0.9805</w:t>
        <w:br/>
        <w:t>vn -0.1020 0.1610 0.9817</w:t>
        <w:br/>
        <w:t>vn 0.2182 0.2129 0.9524</w:t>
        <w:br/>
        <w:t>vn -0.7677 -0.2566 -0.5872</w:t>
        <w:br/>
        <w:t>vn -0.6410 -0.6139 -0.4608</w:t>
        <w:br/>
        <w:t>vn -0.7615 -0.2675 -0.5904</w:t>
        <w:br/>
        <w:t>vn 0.2651 0.0515 0.9628</w:t>
        <w:br/>
        <w:t>vn 0.0398 0.0187 0.9990</w:t>
        <w:br/>
        <w:t>vn 0.0591 0.0287 0.9978</w:t>
        <w:br/>
        <w:t>vn 0.2761 0.0696 0.9586</w:t>
        <w:br/>
        <w:t>vn 0.4792 0.1070 0.8712</w:t>
        <w:br/>
        <w:t>vn 0.4763 0.0816 0.8755</w:t>
        <w:br/>
        <w:t>vn 0.8337 0.0175 -0.5520</w:t>
        <w:br/>
        <w:t>vn 0.8499 0.0130 -0.5268</w:t>
        <w:br/>
        <w:t>vn 0.4370 0.2806 0.8546</w:t>
        <w:br/>
        <w:t>vn 0.4394 0.2942 0.8488</w:t>
        <w:br/>
        <w:t>vn 0.6109 0.2870 0.7378</w:t>
        <w:br/>
        <w:t>vn 0.5959 0.2729 0.7552</w:t>
        <w:br/>
        <w:t>vn 0.0820 0.2639 0.9611</w:t>
        <w:br/>
        <w:t>vn -0.3127 0.1981 0.9289</w:t>
        <w:br/>
        <w:t>vn -0.3202 0.1873 0.9286</w:t>
        <w:br/>
        <w:t>vn 0.0787 0.2631 0.9616</w:t>
        <w:br/>
        <w:t>vn -0.4612 -0.5351 -0.7078</w:t>
        <w:br/>
        <w:t>vn -0.4166 -0.7423 -0.5248</w:t>
        <w:br/>
        <w:t>vn -0.6423 -0.1994 -0.7400</w:t>
        <w:br/>
        <w:t>vn 0.2370 0.1186 0.9642</w:t>
        <w:br/>
        <w:t>vn -0.0217 0.0698 0.9973</w:t>
        <w:br/>
        <w:t>vn -0.0116 0.0288 0.9995</w:t>
        <w:br/>
        <w:t>vn 0.2509 0.0795 0.9648</w:t>
        <w:br/>
        <w:t>vn 0.4951 0.1244 0.8599</w:t>
        <w:br/>
        <w:t>vn 0.4790 0.1592 0.8633</w:t>
        <w:br/>
        <w:t>vn 0.9912 0.0973 -0.0900</w:t>
        <w:br/>
        <w:t>vn 0.9921 0.0914 -0.0860</w:t>
        <w:br/>
        <w:t>vn 0.8712 -0.0084 -0.4909</w:t>
        <w:br/>
        <w:t>vn 0.8510 -0.0078 -0.5252</w:t>
        <w:br/>
        <w:t>vn 0.6413 0.2896 0.7106</w:t>
        <w:br/>
        <w:t>vn 0.6659 0.2622 0.6985</w:t>
        <w:br/>
        <w:t>vn 0.1253 0.3601 0.9245</w:t>
        <w:br/>
        <w:t>vn 0.1477 0.3019 0.9418</w:t>
        <w:br/>
        <w:t>vn -0.0000 0.3767 0.9264</w:t>
        <w:br/>
        <w:t>vn 0.0000 0.3034 0.9529</w:t>
        <w:br/>
        <w:t>vn 0.0476 0.4417 0.8959</w:t>
        <w:br/>
        <w:t>vn 0.0000 0.4505 0.8928</w:t>
        <w:br/>
        <w:t>vn -0.0000 0.4491 0.8935</w:t>
        <w:br/>
        <w:t>vn 0.0749 0.4294 0.9000</w:t>
        <w:br/>
        <w:t>vn 0.5823 0.3510 0.7333</w:t>
        <w:br/>
        <w:t>vn 0.5467 0.3854 0.7434</w:t>
        <w:br/>
        <w:t>vn 0.9866 0.1291 -0.1002</w:t>
        <w:br/>
        <w:t>vn 0.8053 0.0203 -0.5925</w:t>
        <w:br/>
        <w:t>vn 0.9866 0.1292 -0.1002</w:t>
        <w:br/>
        <w:t>vn 0.8176 0.0066 -0.5758</w:t>
        <w:br/>
        <w:t>vn 0.2751 0.0344 0.9608</w:t>
        <w:br/>
        <w:t>vn 0.5104 0.0894 0.8552</w:t>
        <w:br/>
        <w:t>vn 0.0206 -0.0231 0.9995</w:t>
        <w:br/>
        <w:t>vn -0.5928 -0.2152 -0.7760</w:t>
        <w:br/>
        <w:t>vn -0.5984 -0.2239 -0.7693</w:t>
        <w:br/>
        <w:t>vn -0.4967 0.0775 0.8645</w:t>
        <w:br/>
        <w:t>vn -0.2350 0.2419 0.9414</w:t>
        <w:br/>
        <w:t>vn 0.0772 0.3614 0.9292</w:t>
        <w:br/>
        <w:t>vn 0.0717 0.3933 0.9166</w:t>
        <w:br/>
        <w:t>vn 0.3532 0.3371 0.8727</w:t>
        <w:br/>
        <w:t>vn 0.8917 0.1319 -0.4329</w:t>
        <w:br/>
        <w:t>vn 0.8808 0.0705 -0.4682</w:t>
        <w:br/>
        <w:t>vn 0.4936 0.0969 0.8643</w:t>
        <w:br/>
        <w:t>vn 0.2983 0.0405 0.9536</w:t>
        <w:br/>
        <w:t>vn 0.0880 -0.0179 0.9960</w:t>
        <w:br/>
        <w:t>vn -0.7405 -0.3393 -0.5801</w:t>
        <w:br/>
        <w:t>vn -0.7482 -0.3090 -0.5870</w:t>
        <w:br/>
        <w:t>vn -0.2704 0.1031 0.9572</w:t>
        <w:br/>
        <w:t>vn -0.0338 0.2264 0.9734</w:t>
        <w:br/>
        <w:t>vn 0.2322 0.3706 0.8993</w:t>
        <w:br/>
        <w:t>vn 0.2162 0.3070 0.9268</w:t>
        <w:br/>
        <w:t>vn 0.4552 0.3410 0.8225</w:t>
        <w:br/>
        <w:t>vn 0.9914 0.1295 0.0166</w:t>
        <w:br/>
        <w:t>vn 0.8883 0.1083 -0.4462</w:t>
        <w:br/>
        <w:t>vn 0.9810 0.1155 -0.1556</w:t>
        <w:br/>
        <w:t>vn 0.5805 0.0487 0.8128</w:t>
        <w:br/>
        <w:t>vn 0.2255 -0.0567 0.9726</w:t>
        <w:br/>
        <w:t>vn -0.8564 -0.2389 -0.4576</w:t>
        <w:br/>
        <w:t>vn -0.8450 -0.2283 -0.4835</w:t>
        <w:br/>
        <w:t>vn -0.7387 -0.2692 0.6180</w:t>
        <w:br/>
        <w:t>vn -0.7523 -0.2433 0.6122</w:t>
        <w:br/>
        <w:t>vn 0.3426 0.2398 0.9084</w:t>
        <w:br/>
        <w:t>vn 0.7955 0.4630 0.3909</w:t>
        <w:br/>
        <w:t>vn 0.7612 0.3987 0.5114</w:t>
        <w:br/>
        <w:t>vn -0.2481 -0.2546 -0.9347</w:t>
        <w:br/>
        <w:t>vn -0.2622 -0.2474 -0.9328</w:t>
        <w:br/>
        <w:t>vn -0.0648 -0.1867 -0.9803</w:t>
        <w:br/>
        <w:t>vn 0.5669 0.2876 0.7719</w:t>
        <w:br/>
        <w:t>vn 0.0768 0.3455 0.9353</w:t>
        <w:br/>
        <w:t>vn -0.5285 0.1356 0.8380</w:t>
        <w:br/>
        <w:t>vn -0.5089 0.1466 0.8482</w:t>
        <w:br/>
        <w:t>vn 0.6258 0.3146 0.7138</w:t>
        <w:br/>
        <w:t>vn -0.2953 0.1266 0.9470</w:t>
        <w:br/>
        <w:t>vn -0.2824 0.1328 0.9501</w:t>
        <w:br/>
        <w:t>vn 0.2717 0.1268 0.9540</w:t>
        <w:br/>
        <w:t>vn 0.2712 0.1494 0.9509</w:t>
        <w:br/>
        <w:t>vn 0.4612 0.2859 0.8400</w:t>
        <w:br/>
        <w:t>vn 0.8466 0.4171 0.3306</w:t>
        <w:br/>
        <w:t>vn -0.8975 -0.2265 0.3785</w:t>
        <w:br/>
        <w:t>vn -0.9103 -0.1955 0.3648</w:t>
        <w:br/>
        <w:t>vn -0.0000 -0.9537 0.3007</w:t>
        <w:br/>
        <w:t>vn 0.1603 -0.9550 0.2495</w:t>
        <w:br/>
        <w:t>vn 0.2644 -0.9644 -0.0068</w:t>
        <w:br/>
        <w:t>vn 0.1935 -0.9424 -0.2728</w:t>
        <w:br/>
        <w:t>vn 0.2317 -0.9413 -0.2456</w:t>
        <w:br/>
        <w:t>vn 0.1478 -0.9860 -0.0775</w:t>
        <w:br/>
        <w:t>vn -0.1054 -0.9483 -0.2994</w:t>
        <w:br/>
        <w:t>vn -0.0419 -0.9991 0.0003</w:t>
        <w:br/>
        <w:t>vn -0.2113 -0.9169 -0.3385</w:t>
        <w:br/>
        <w:t>vn -0.1054 -0.9484 -0.2991</w:t>
        <w:br/>
        <w:t>vn -0.2027 -0.9771 0.0654</w:t>
        <w:br/>
        <w:t>vn -0.0059 -0.9716 0.2365</w:t>
        <w:br/>
        <w:t>vn 0.2532 -0.9606 0.1147</w:t>
        <w:br/>
        <w:t>vn 0.2874 -0.9079 -0.3053</w:t>
        <w:br/>
        <w:t>vn 0.2874 -0.9078 -0.3053</w:t>
        <w:br/>
        <w:t>vn 0.1423 -0.9402 -0.3093</w:t>
        <w:br/>
        <w:t>vn 0.0295 -0.9899 -0.1388</w:t>
        <w:br/>
        <w:t>vn 0.0295 -0.9899 -0.1389</w:t>
        <w:br/>
        <w:t>vn 0.0018 -0.9574 -0.2886</w:t>
        <w:br/>
        <w:t>vn 0.0018 -0.9575 -0.2886</w:t>
        <w:br/>
        <w:t>vn -0.1977 -0.9309 -0.3073</w:t>
        <w:br/>
        <w:t>vn 0.0265 -0.9408 -0.3380</w:t>
        <w:br/>
        <w:t>vn -0.1978 -0.9309 -0.3071</w:t>
        <w:br/>
        <w:t>vn -0.2420 -0.9696 -0.0347</w:t>
        <w:br/>
        <w:t>vn -0.6409 -0.6140 -0.4607</w:t>
        <w:br/>
        <w:t>vn 0.1088 -0.9792 0.1710</w:t>
        <w:br/>
        <w:t>vn 0.1088 -0.9792 0.1711</w:t>
        <w:br/>
        <w:t>vn 0.3562 -0.9340 -0.0283</w:t>
        <w:br/>
        <w:t>vn 0.3106 -0.9182 -0.2460</w:t>
        <w:br/>
        <w:t>vn 0.3106 -0.9182 -0.2459</w:t>
        <w:br/>
        <w:t>vn 0.1611 -0.9654 -0.2051</w:t>
        <w:br/>
        <w:t>vn 0.0366 -0.9861 -0.1621</w:t>
        <w:br/>
        <w:t>vn 0.1063 -0.9875 -0.1160</w:t>
        <w:br/>
        <w:t>vn 0.1063 -0.9875 -0.1161</w:t>
        <w:br/>
        <w:t>vn 0.0758 -0.9613 -0.2647</w:t>
        <w:br/>
        <w:t>vn 0.2746 -0.9612 -0.0255</w:t>
        <w:br/>
        <w:t>vn 0.0757 -0.9613 -0.2647</w:t>
        <w:br/>
        <w:t>vn -0.0751 -0.9754 -0.2071</w:t>
        <w:br/>
        <w:t>vn 0.1485 -0.9864 0.0702</w:t>
        <w:br/>
        <w:t>vn 0.2839 -0.9185 -0.2754</w:t>
        <w:br/>
        <w:t>vn -0.4904 -0.7172 -0.4950</w:t>
        <w:br/>
        <w:t>vn -0.8301 -0.5500 0.0920</w:t>
        <w:br/>
        <w:t>vn -0.8717 -0.2753 0.4054</w:t>
        <w:br/>
        <w:t>vn 0.2936 0.1915 0.9365</w:t>
        <w:br/>
        <w:t>vn 0.2936 0.1916 0.9365</w:t>
        <w:br/>
        <w:t>vn 0.3096 0.2209 0.9248</w:t>
        <w:br/>
        <w:t>vn -0.7551 -0.3145 -0.5753</w:t>
        <w:br/>
        <w:t>vn -0.8329 -0.3586 -0.4215</w:t>
        <w:br/>
        <w:t>vn -0.4905 -0.7172 -0.4950</w:t>
        <w:br/>
        <w:t>vn -0.7545 -0.2977 -0.5850</w:t>
        <w:br/>
        <w:t>vn -0.4946 -0.2030 -0.8451</w:t>
        <w:br/>
        <w:t>vn -0.4893 -0.2187 -0.8443</w:t>
        <w:br/>
        <w:t>vn 0.7849 0.1921 -0.5890</w:t>
        <w:br/>
        <w:t>vn 0.7890 0.1616 -0.5927</w:t>
        <w:br/>
        <w:t>vn 0.9731 0.1947 -0.1234</w:t>
        <w:br/>
        <w:t>vn 0.9651 0.2330 -0.1193</w:t>
        <w:br/>
        <w:t>vn 0.9087 0.1781 0.3775</w:t>
        <w:br/>
        <w:t>vn 0.8993 0.2145 0.3810</w:t>
        <w:br/>
        <w:t>vn -0.0266 0.0245 -0.9993</w:t>
        <w:br/>
        <w:t>vn 0.0089 0.0449 -0.9990</w:t>
        <w:br/>
        <w:t>vn -0.4423 -0.0363 -0.8961</w:t>
        <w:br/>
        <w:t>vn -0.4712 -0.0671 -0.8795</w:t>
        <w:br/>
        <w:t>vn -0.8120 -0.1439 -0.5656</w:t>
        <w:br/>
        <w:t>vn -0.7959 -0.1095 -0.5955</w:t>
        <w:br/>
        <w:t>vn -0.8726 -0.0844 0.4812</w:t>
        <w:br/>
        <w:t>vn -0.8726 -0.0844 0.4811</w:t>
        <w:br/>
        <w:t>vn -0.8692 -0.0787 0.4882</w:t>
        <w:br/>
        <w:t>vn -0.8692 -0.0788 0.4882</w:t>
        <w:br/>
        <w:t>vn -0.6241 -0.2790 -0.7298</w:t>
        <w:br/>
        <w:t>vn -0.4865 -0.2608 -0.8338</w:t>
        <w:br/>
        <w:t>vn -0.4871 -0.2691 -0.8308</w:t>
        <w:br/>
        <w:t>vn -0.6189 -0.2856 -0.7317</w:t>
        <w:br/>
        <w:t>vn -0.2206 -0.2267 -0.9487</w:t>
        <w:br/>
        <w:t>vn -0.2180 -0.2147 -0.9520</w:t>
        <w:br/>
        <w:t>vn 0.0497 -0.1817 -0.9821</w:t>
        <w:br/>
        <w:t>vn 0.0558 -0.1871 -0.9808</w:t>
        <w:br/>
        <w:t>vn 0.7998 0.1997 0.5661</w:t>
        <w:br/>
        <w:t>vn 0.7889 0.2364 0.5672</w:t>
        <w:br/>
        <w:t>vn 0.0676 -0.0106 -0.9977</w:t>
        <w:br/>
        <w:t>vn 0.0938 -0.0187 -0.9954</w:t>
        <w:br/>
        <w:t>vn -0.2451 -0.0731 -0.9667</w:t>
        <w:br/>
        <w:t>vn -0.2555 -0.0780 -0.9637</w:t>
        <w:br/>
        <w:t>vn -0.5551 -0.1188 -0.8233</w:t>
        <w:br/>
        <w:t>vn -0.5504 -0.1369 -0.8236</w:t>
        <w:br/>
        <w:t>vn -0.8381 -0.0620 0.5419</w:t>
        <w:br/>
        <w:t>vn -0.8380 -0.0621 0.5421</w:t>
        <w:br/>
        <w:t>vn -0.8450 -0.0228 0.5343</w:t>
        <w:br/>
        <w:t>vn -0.5663 -0.3011 -0.7672</w:t>
        <w:br/>
        <w:t>vn -0.4136 -0.3010 -0.8592</w:t>
        <w:br/>
        <w:t>vn -0.4155 -0.2846 -0.8639</w:t>
        <w:br/>
        <w:t>vn -0.5575 -0.2815 -0.7810</w:t>
        <w:br/>
        <w:t>vn -0.0825 -0.2657 -0.9605</w:t>
        <w:br/>
        <w:t>vn -0.0793 -0.2659 -0.9607</w:t>
        <w:br/>
        <w:t>vn 0.3162 -0.2152 -0.9239</w:t>
        <w:br/>
        <w:t>vn 0.3286 -0.2131 -0.9201</w:t>
        <w:br/>
        <w:t>vn 0.6333 0.1570 0.7578</w:t>
        <w:br/>
        <w:t>vn 0.6532 0.1683 0.7382</w:t>
        <w:br/>
        <w:t>vn 0.6532 0.1683 0.7383</w:t>
        <w:br/>
        <w:t>vn 0.2573 0.0248 -0.9660</w:t>
        <w:br/>
        <w:t>vn 0.2694 -0.0317 -0.9625</w:t>
        <w:br/>
        <w:t>vn -0.1526 -0.1186 -0.9811</w:t>
        <w:br/>
        <w:t>vn -0.1682 -0.0633 -0.9837</w:t>
        <w:br/>
        <w:t>vn -0.5616 -0.1395 -0.8156</w:t>
        <w:br/>
        <w:t>vn -0.5462 -0.1833 -0.8173</w:t>
        <w:br/>
        <w:t>vn -0.9925 -0.1139 0.0453</w:t>
        <w:br/>
        <w:t>vn -0.8931 -0.0238 0.4491</w:t>
        <w:br/>
        <w:t>vn -0.9130 -0.0351 0.4065</w:t>
        <w:br/>
        <w:t>vn -0.9921 -0.1185 0.0406</w:t>
        <w:br/>
        <w:t>vn -0.6331 -0.2953 -0.7155</w:t>
        <w:br/>
        <w:t>vn -0.6576 -0.2731 -0.7021</w:t>
        <w:br/>
        <w:t>vn -0.1367 -0.3049 -0.9425</w:t>
        <w:br/>
        <w:t>vn -0.1158 -0.3632 -0.9245</w:t>
        <w:br/>
        <w:t>vn -0.0000 -0.3035 -0.9528</w:t>
        <w:br/>
        <w:t>vn 0.0000 -0.3778 -0.9259</w:t>
        <w:br/>
        <w:t>vn 0.0000 -0.4501 -0.8930</w:t>
        <w:br/>
        <w:t>vn -0.0000 -0.3731 -0.9278</w:t>
        <w:br/>
        <w:t>vn -0.0441 -0.3726 -0.9270</w:t>
        <w:br/>
        <w:t>vn -0.0686 -0.4323 -0.8991</w:t>
        <w:br/>
        <w:t>vn -0.5758 -0.3459 -0.7408</w:t>
        <w:br/>
        <w:t>vn -0.2420 -0.2582 -0.9353</w:t>
        <w:br/>
        <w:t>vn -0.9939 -0.0952 0.0553</w:t>
        <w:br/>
        <w:t>vn -0.8437 0.0809 0.5307</w:t>
        <w:br/>
        <w:t>vn -0.8586 0.0343 0.5114</w:t>
        <w:br/>
        <w:t>vn -0.1925 -0.0028 -0.9813</w:t>
        <w:br/>
        <w:t>vn -0.5812 -0.0969 -0.8080</w:t>
        <w:br/>
        <w:t>vn 0.2327 0.0918 -0.9682</w:t>
        <w:br/>
        <w:t>vn 0.6040 0.3631 0.7095</w:t>
        <w:br/>
        <w:t>vn 0.6413 0.2725 0.7173</w:t>
        <w:br/>
        <w:t>vn 0.6413 0.2725 0.7172</w:t>
        <w:br/>
        <w:t>vn 0.6169 0.1235 -0.7773</w:t>
        <w:br/>
        <w:t>vn 0.2784 -0.2226 -0.9343</w:t>
        <w:br/>
        <w:t>vn 0.5913 -0.0171 -0.8063</w:t>
        <w:br/>
        <w:t>vn -0.1825 -0.2321 -0.9554</w:t>
        <w:br/>
        <w:t>vn -0.3388 -0.3378 -0.8782</w:t>
        <w:br/>
        <w:t>vn -0.0872 -0.3585 -0.9294</w:t>
        <w:br/>
        <w:t>vn -0.8816 -0.0661 0.4674</w:t>
        <w:br/>
        <w:t>vn -0.8673 -0.0247 0.4972</w:t>
        <w:br/>
        <w:t>vn -0.2792 -0.0327 -0.9597</w:t>
        <w:br/>
        <w:t>vn -0.5571 -0.1168 -0.8222</w:t>
        <w:br/>
        <w:t>vn 0.0277 0.0547 -0.9981</w:t>
        <w:br/>
        <w:t>vn 0.7267 0.4157 0.5469</w:t>
        <w:br/>
        <w:t>vn 0.7540 0.3453 0.5588</w:t>
        <w:br/>
        <w:t>vn 0.0142 -0.2346 -0.9720</w:t>
        <w:br/>
        <w:t>vn 0.2244 -0.1249 -0.9665</w:t>
        <w:br/>
        <w:t>vn -0.2335 -0.3540 -0.9056</w:t>
        <w:br/>
        <w:t>vn -0.4422 -0.3422 -0.8291</w:t>
        <w:br/>
        <w:t>vn -0.2166 -0.3071 -0.9267</w:t>
        <w:br/>
        <w:t>vn -0.7022 -0.3576 -0.6157</w:t>
        <w:br/>
        <w:t>vn -0.9748 -0.0822 0.2075</w:t>
        <w:br/>
        <w:t>vn -0.8616 -0.0636 0.5036</w:t>
        <w:br/>
        <w:t>vn -0.5399 -0.0219 -0.8415</w:t>
        <w:br/>
        <w:t>vn -0.3156 -0.0371 -0.9482</w:t>
        <w:br/>
        <w:t>vn -0.0926 0.0974 -0.9909</w:t>
        <w:br/>
        <w:t>vn -0.5399 -0.0220 -0.8414</w:t>
        <w:br/>
        <w:t>vn 0.9108 0.4054 -0.0786</w:t>
        <w:br/>
        <w:t>vn 0.9352 0.3407 -0.0966</w:t>
        <w:br/>
        <w:t>vn 0.8777 0.3181 0.3585</w:t>
        <w:br/>
        <w:t>vn 0.7952 0.2912 -0.5318</w:t>
        <w:br/>
        <w:t>vn -0.6200 -0.4621 -0.6341</w:t>
        <w:br/>
        <w:t>vn -0.3574 -0.2491 -0.9001</w:t>
        <w:br/>
        <w:t>vn -0.7579 -0.4344 -0.4867</w:t>
        <w:br/>
        <w:t>vn -0.7328 -0.3816 -0.5634</w:t>
        <w:br/>
        <w:t>vn 0.2116 0.2411 0.9471</w:t>
        <w:br/>
        <w:t>vn 0.2689 0.2460 0.9312</w:t>
        <w:br/>
        <w:t>vn -0.5347 -0.2907 -0.7935</w:t>
        <w:br/>
        <w:t>vn -0.0773 -0.3459 -0.9351</w:t>
        <w:br/>
        <w:t>vn 0.2784 -0.2227 -0.9343</w:t>
        <w:br/>
        <w:t>vn 0.5243 -0.1867 -0.8308</w:t>
        <w:br/>
        <w:t>vn 0.5389 -0.1721 -0.8246</w:t>
        <w:br/>
        <w:t>vn -0.5977 -0.3195 -0.7353</w:t>
        <w:br/>
        <w:t>vn 0.1967 -0.1682 -0.9659</w:t>
        <w:br/>
        <w:t>vn 0.2058 -0.1654 -0.9645</w:t>
        <w:br/>
        <w:t>vn -0.3085 -0.1511 -0.9391</w:t>
        <w:br/>
        <w:t>vn -0.3024 -0.1668 -0.9385</w:t>
        <w:br/>
        <w:t>vn -0.4739 -0.2871 -0.8325</w:t>
        <w:br/>
        <w:t>vn -0.8144 -0.4030 -0.4176</w:t>
        <w:br/>
        <w:t>vn 0.5235 0.0583 -0.8500</w:t>
        <w:br/>
        <w:t>vn 0.0000 -0.2935 -0.9560</w:t>
        <w:br/>
        <w:t>vn -0.0923 -0.2976 -0.9502</w:t>
        <w:br/>
        <w:t>vn -0.0785 -0.3027 -0.9498</w:t>
        <w:br/>
        <w:t>vn 0.0000 -0.2918 -0.9565</w:t>
        <w:br/>
        <w:t>vn -0.0000 -0.3144 -0.9493</w:t>
        <w:br/>
        <w:t>vn -0.0000 -0.3610 -0.9326</w:t>
        <w:br/>
        <w:t>vn -0.1205 -0.3633 -0.9238</w:t>
        <w:br/>
        <w:t>vn -0.1249 -0.3135 -0.9413</w:t>
        <w:br/>
        <w:t>vn -0.1157 -0.3953 -0.9112</w:t>
        <w:br/>
        <w:t>vn -0.3021 -0.4055 -0.8627</w:t>
        <w:br/>
        <w:t>vn -0.4046 -0.3986 -0.8231</w:t>
        <w:br/>
        <w:t>vn -0.0000 -0.3949 -0.9187</w:t>
        <w:br/>
        <w:t>vn -0.4743 -0.3734 -0.7973</w:t>
        <w:br/>
        <w:t>vn -0.4839 -0.3605 -0.7975</w:t>
        <w:br/>
        <w:t>vn -0.7048 -0.4223 -0.5700</w:t>
        <w:br/>
        <w:t>vn -0.4118 -0.3638 -0.8355</w:t>
        <w:br/>
        <w:t>vn -0.1251 -0.2992 -0.9459</w:t>
        <w:br/>
        <w:t>vn -0.1580 -0.3056 -0.9390</w:t>
        <w:br/>
        <w:t>vn -0.2361 -0.3992 -0.8860</w:t>
        <w:br/>
        <w:t>vn -0.1124 -0.4058 -0.9070</w:t>
        <w:br/>
        <w:t>vn -0.0000 -0.4064 -0.9137</w:t>
        <w:br/>
        <w:t>vn -0.1014 -0.3121 -0.9446</w:t>
        <w:br/>
        <w:t>vn -0.1540 -0.3286 -0.9318</w:t>
        <w:br/>
        <w:t>vn -0.1193 -0.3131 -0.9422</w:t>
        <w:br/>
        <w:t>vn -0.5852 -0.5375 -0.6072</w:t>
        <w:br/>
        <w:t>vn -0.5856 -0.6565 -0.4754</w:t>
        <w:br/>
        <w:t>vn -0.2901 -0.2327 -0.9283</w:t>
        <w:br/>
        <w:t>vn 0.1027 0.3243 0.9404</w:t>
        <w:br/>
        <w:t>vn 0.1407 0.3552 0.9242</w:t>
        <w:br/>
        <w:t>vn 0.0439 0.3024 0.9522</w:t>
        <w:br/>
        <w:t>vn -0.0000 0.2961 0.9551</w:t>
        <w:br/>
        <w:t>vn -0.5852 -0.5375 -0.6071</w:t>
        <w:br/>
        <w:t>vn 0.0698 0.3103 0.9481</w:t>
        <w:br/>
        <w:t>vn -0.0441 -0.3725 -0.9270</w:t>
        <w:br/>
        <w:t>vn -0.0000 -0.3732 -0.9278</w:t>
        <w:br/>
        <w:t>vn -0.0745 0.3049 0.9495</w:t>
        <w:br/>
        <w:t>vn -0.0864 0.2997 0.9501</w:t>
        <w:br/>
        <w:t>vn -0.1205 0.3633 0.9238</w:t>
        <w:br/>
        <w:t>vn -0.1244 0.3164 0.9404</w:t>
        <w:br/>
        <w:t>vn -0.1157 0.3953 0.9112</w:t>
        <w:br/>
        <w:t>vn -0.2988 0.4117 0.8609</w:t>
        <w:br/>
        <w:t>vn -0.3447 0.3972 0.8505</w:t>
        <w:br/>
        <w:t>vn -0.6039 0.4217 0.6764</w:t>
        <w:br/>
        <w:t>vn -0.3480 0.3709 0.8610</w:t>
        <w:br/>
        <w:t>vn -0.5159 0.4123 0.7509</w:t>
        <w:br/>
        <w:t>vn -0.6135 0.3797 0.6924</w:t>
        <w:br/>
        <w:t>vn -0.3394 0.3440 0.8755</w:t>
        <w:br/>
        <w:t>vn -0.3406 0.3310 0.8800</w:t>
        <w:br/>
        <w:t>vn -0.6116 0.3780 0.6950</w:t>
        <w:br/>
        <w:t>vn -0.1242 0.3039 0.9446</w:t>
        <w:br/>
        <w:t>vn -0.1630 0.3086 0.9371</w:t>
        <w:br/>
        <w:t>vn -0.2660 0.4162 0.8695</w:t>
        <w:br/>
        <w:t>vn -0.1125 0.4058 0.9070</w:t>
        <w:br/>
        <w:t>vn -0.3778 0.4206 0.8249</w:t>
        <w:br/>
        <w:t>vn -0.4366 0.4175 0.7969</w:t>
        <w:br/>
        <w:t>vn 0.1955 -0.3299 -0.9235</w:t>
        <w:br/>
        <w:t>vn -0.0669 -0.2286 -0.9712</w:t>
        <w:br/>
        <w:t>vn -0.1235 -0.2158 -0.9686</w:t>
        <w:br/>
        <w:t>vn 0.1014 -0.3121 -0.9446</w:t>
        <w:br/>
        <w:t>vn 0.3373 -0.3457 -0.8756</w:t>
        <w:br/>
        <w:t>vn 0.0117 -0.2454 -0.9693</w:t>
        <w:br/>
        <w:t>vn 0.5772 -0.3450 -0.7401</w:t>
        <w:br/>
        <w:t>vn 0.0632 -0.2067 -0.9764</w:t>
        <w:br/>
        <w:t>vn 0.0287 -0.2321 -0.9723</w:t>
        <w:br/>
        <w:t>vn 0.4029 -0.3323 -0.8528</w:t>
        <w:br/>
        <w:t>vn 0.5822 -0.4173 -0.6978</w:t>
        <w:br/>
        <w:t>vn -0.0788 -0.1306 -0.9883</w:t>
        <w:br/>
        <w:t>vn -0.7804 0.3564 0.5137</w:t>
        <w:br/>
        <w:t>vn -0.7821 0.3869 0.4885</w:t>
        <w:br/>
        <w:t>vn -0.6401 0.4101 0.6496</w:t>
        <w:br/>
        <w:t>vn -0.3809 -0.7036 0.5999</w:t>
        <w:br/>
        <w:t>vn -0.1339 -0.2073 0.9691</w:t>
        <w:br/>
        <w:t>vn -0.2757 -0.7339 0.6207</w:t>
        <w:br/>
        <w:t>vn -0.3810 -0.7035 0.5999</w:t>
        <w:br/>
        <w:t>vn -0.1189 -0.7560 0.6437</w:t>
        <w:br/>
        <w:t>vn -0.6345 0.0113 0.7728</w:t>
        <w:br/>
        <w:t>vn -0.4028 -0.1051 0.9093</w:t>
        <w:br/>
        <w:t>vn -0.2238 -0.6895 0.6889</w:t>
        <w:br/>
        <w:t>vn -0.5340 -0.6811 0.5010</w:t>
        <w:br/>
        <w:t>vn -0.0229 -0.6966 0.7171</w:t>
        <w:br/>
        <w:t>vn -0.0229 -0.6967 0.7170</w:t>
        <w:br/>
        <w:t>vn -0.2386 -0.1149 0.9643</w:t>
        <w:br/>
        <w:t>vn -0.1844 -0.7193 0.6698</w:t>
        <w:br/>
        <w:t>vn -0.6876 -0.6453 0.3329</w:t>
        <w:br/>
        <w:t>vn -0.2378 0.3382 0.9105</w:t>
        <w:br/>
        <w:t>vn -0.4227 0.3802 0.8227</w:t>
        <w:br/>
        <w:t>vn -0.1581 0.3335 0.9294</w:t>
        <w:br/>
        <w:t>vn -0.1192 0.3129 0.9423</w:t>
        <w:br/>
        <w:t>vn -0.7558 0.3680 0.5416</w:t>
        <w:br/>
        <w:t>vn 0.2088 -0.1889 -0.9596</w:t>
        <w:br/>
        <w:t>vn 0.2088 -0.1888 -0.9596</w:t>
        <w:br/>
        <w:t>vn 0.1967 -0.1630 -0.9668</w:t>
        <w:br/>
        <w:t>vn 0.2472 -0.6579 -0.7114</w:t>
        <w:br/>
        <w:t>vn -0.7883 0.3203 0.5253</w:t>
        <w:br/>
        <w:t>vn -0.8781 0.3642 0.3102</w:t>
        <w:br/>
        <w:t>vn -0.8880 0.3433 0.3061</w:t>
        <w:br/>
        <w:t>vn -0.7966 0.3012 0.5242</w:t>
        <w:br/>
        <w:t>vn -0.4791 0.1894 0.8571</w:t>
        <w:br/>
        <w:t>vn -0.4757 0.2097 0.8542</w:t>
        <w:br/>
        <w:t>vn 0.7754 -0.2001 0.5990</w:t>
        <w:br/>
        <w:t>vn 0.7851 -0.1829 0.5918</w:t>
        <w:br/>
        <w:t>vn 0.8338 -0.2062 -0.5121</w:t>
        <w:br/>
        <w:t>vn 0.5527 -0.6089 -0.5690</w:t>
        <w:br/>
        <w:t>vn 0.8346 -0.1948 -0.5152</w:t>
        <w:br/>
        <w:t>vn -0.1851 0.0023 0.9827</w:t>
        <w:br/>
        <w:t>vn -0.1618 -0.0387 0.9861</w:t>
        <w:br/>
        <w:t>vn -0.4968 0.0254 0.8675</w:t>
        <w:br/>
        <w:t>vn -0.5200 0.0769 0.8507</w:t>
        <w:br/>
        <w:t>vn -0.7848 0.1411 0.6034</w:t>
        <w:br/>
        <w:t>vn -0.7670 0.0863 0.6359</w:t>
        <w:br/>
        <w:t>vn -0.8863 0.0717 -0.4575</w:t>
        <w:br/>
        <w:t>vn -0.8863 0.0718 -0.4575</w:t>
        <w:br/>
        <w:t>vn -0.8834 0.0615 -0.4646</w:t>
        <w:br/>
        <w:t>vn -0.6673 0.2697 0.6942</w:t>
        <w:br/>
        <w:t>vn -0.5125 0.2567 0.8194</w:t>
        <w:br/>
        <w:t>vn -0.5079 0.2666 0.8191</w:t>
        <w:br/>
        <w:t>vn -0.6540 0.2796 0.7029</w:t>
        <w:br/>
        <w:t>vn -0.2206 0.2257 0.9489</w:t>
        <w:br/>
        <w:t>vn -0.2182 0.2129 0.9524</w:t>
        <w:br/>
        <w:t>vn 0.1020 0.1610 0.9817</w:t>
        <w:br/>
        <w:t>vn 0.0962 0.1711 0.9805</w:t>
        <w:br/>
        <w:t>vn 0.7677 -0.2566 -0.5872</w:t>
        <w:br/>
        <w:t>vn 0.7615 -0.2675 -0.5904</w:t>
        <w:br/>
        <w:t>vn 0.6409 -0.6139 -0.4608</w:t>
        <w:br/>
        <w:t>vn -0.0592 0.0287 0.9978</w:t>
        <w:br/>
        <w:t>vn -0.0398 0.0187 0.9990</w:t>
        <w:br/>
        <w:t>vn -0.2651 0.0515 0.9628</w:t>
        <w:br/>
        <w:t>vn -0.2761 0.0696 0.9586</w:t>
        <w:br/>
        <w:t>vn -0.4792 0.1070 0.8712</w:t>
        <w:br/>
        <w:t>vn -0.4763 0.0816 0.8755</w:t>
        <w:br/>
        <w:t>vn -0.8499 0.0130 -0.5268</w:t>
        <w:br/>
        <w:t>vn -0.8337 0.0174 -0.5520</w:t>
        <w:br/>
        <w:t>vn -0.8337 0.0174 -0.5519</w:t>
        <w:br/>
        <w:t>vn -0.6109 0.2870 0.7378</w:t>
        <w:br/>
        <w:t>vn -0.4394 0.2942 0.8488</w:t>
        <w:br/>
        <w:t>vn -0.4370 0.2806 0.8546</w:t>
        <w:br/>
        <w:t>vn -0.5959 0.2729 0.7552</w:t>
        <w:br/>
        <w:t>vn -0.0820 0.2639 0.9611</w:t>
        <w:br/>
        <w:t>vn -0.0787 0.2631 0.9616</w:t>
        <w:br/>
        <w:t>vn 0.3202 0.1873 0.9286</w:t>
        <w:br/>
        <w:t>vn 0.3127 0.1981 0.9290</w:t>
        <w:br/>
        <w:t>vn 0.6423 -0.1994 -0.7400</w:t>
        <w:br/>
        <w:t>vn 0.4166 -0.7423 -0.5247</w:t>
        <w:br/>
        <w:t>vn 0.4612 -0.5352 -0.7077</w:t>
        <w:br/>
        <w:t>vn 0.0116 0.0288 0.9995</w:t>
        <w:br/>
        <w:t>vn 0.0217 0.0698 0.9973</w:t>
        <w:br/>
        <w:t>vn -0.2370 0.1187 0.9642</w:t>
        <w:br/>
        <w:t>vn -0.2509 0.0795 0.9648</w:t>
        <w:br/>
        <w:t>vn -0.4951 0.1244 0.8599</w:t>
        <w:br/>
        <w:t>vn -0.4790 0.1592 0.8633</w:t>
        <w:br/>
        <w:t>vn -0.9912 0.0973 -0.0900</w:t>
        <w:br/>
        <w:t>vn -0.8510 -0.0078 -0.5252</w:t>
        <w:br/>
        <w:t>vn -0.8712 -0.0084 -0.4909</w:t>
        <w:br/>
        <w:t>vn -0.9921 0.0914 -0.0860</w:t>
        <w:br/>
        <w:t>vn -0.6413 0.2896 0.7106</w:t>
        <w:br/>
        <w:t>vn -0.6659 0.2622 0.6985</w:t>
        <w:br/>
        <w:t>vn -0.1477 0.3019 0.9418</w:t>
        <w:br/>
        <w:t>vn -0.1253 0.3601 0.9245</w:t>
        <w:br/>
        <w:t>vn -0.0476 0.4417 0.8959</w:t>
        <w:br/>
        <w:t>vn -0.0749 0.4294 0.9000</w:t>
        <w:br/>
        <w:t>vn -0.5823 0.3511 0.7333</w:t>
        <w:br/>
        <w:t>vn -0.5467 0.3853 0.7434</w:t>
        <w:br/>
        <w:t>vn -0.9866 0.1291 -0.1002</w:t>
        <w:br/>
        <w:t>vn -0.8053 0.0203 -0.5925</w:t>
        <w:br/>
        <w:t>vn -0.8176 0.0066 -0.5758</w:t>
        <w:br/>
        <w:t>vn -0.9866 0.1292 -0.1002</w:t>
        <w:br/>
        <w:t>vn -0.2751 0.0344 0.9608</w:t>
        <w:br/>
        <w:t>vn -0.5104 0.0894 0.8553</w:t>
        <w:br/>
        <w:t>vn -0.0206 -0.0231 0.9995</w:t>
        <w:br/>
        <w:t>vn 0.5928 -0.2152 -0.7760</w:t>
        <w:br/>
        <w:t>vn 0.5984 -0.2239 -0.7693</w:t>
        <w:br/>
        <w:t>vn 0.2350 0.2419 0.9414</w:t>
        <w:br/>
        <w:t>vn 0.4967 0.0775 0.8645</w:t>
        <w:br/>
        <w:t>vn -0.0772 0.3614 0.9292</w:t>
        <w:br/>
        <w:t>vn -0.3532 0.3371 0.8727</w:t>
        <w:br/>
        <w:t>vn -0.0717 0.3933 0.9166</w:t>
        <w:br/>
        <w:t>vn -0.8917 0.1319 -0.4329</w:t>
        <w:br/>
        <w:t>vn -0.8808 0.0705 -0.4682</w:t>
        <w:br/>
        <w:t>vn -0.2983 0.0406 0.9536</w:t>
        <w:br/>
        <w:t>vn -0.4936 0.0969 0.8643</w:t>
        <w:br/>
        <w:t>vn -0.0880 -0.0179 0.9960</w:t>
        <w:br/>
        <w:t>vn 0.7405 -0.3393 -0.5801</w:t>
        <w:br/>
        <w:t>vn 0.7482 -0.3090 -0.5870</w:t>
        <w:br/>
        <w:t>vn 0.7482 -0.3090 -0.5871</w:t>
        <w:br/>
        <w:t>vn -0.2386 -0.1148 0.9643</w:t>
        <w:br/>
        <w:t>vn 0.0338 0.2264 0.9735</w:t>
        <w:br/>
        <w:t>vn 0.2704 0.1031 0.9572</w:t>
        <w:br/>
        <w:t>vn -0.2322 0.3706 0.8993</w:t>
        <w:br/>
        <w:t>vn -0.4552 0.3410 0.8225</w:t>
        <w:br/>
        <w:t>vn -0.2162 0.3070 0.9268</w:t>
        <w:br/>
        <w:t>vn -0.9914 0.1295 0.0166</w:t>
        <w:br/>
        <w:t>vn -0.9810 0.1155 -0.1556</w:t>
        <w:br/>
        <w:t>vn -0.8883 0.1083 -0.4462</w:t>
        <w:br/>
        <w:t>vn -0.5806 0.0487 0.8128</w:t>
        <w:br/>
        <w:t>vn -0.4028 -0.1051 0.9092</w:t>
        <w:br/>
        <w:t>vn -0.2255 -0.0566 0.9726</w:t>
        <w:br/>
        <w:t>vn 0.8564 -0.2390 -0.4576</w:t>
        <w:br/>
        <w:t>vn 0.8450 -0.2283 -0.4835</w:t>
        <w:br/>
        <w:t>vn 0.7387 -0.2692 0.6180</w:t>
        <w:br/>
        <w:t>vn 0.7523 -0.2433 0.6122</w:t>
        <w:br/>
        <w:t>vn -0.3426 0.2398 0.9084</w:t>
        <w:br/>
        <w:t>vn -0.7955 0.4630 0.3909</w:t>
        <w:br/>
        <w:t>vn -0.7612 0.3987 0.5114</w:t>
        <w:br/>
        <w:t>vn 0.2481 -0.2546 -0.9347</w:t>
        <w:br/>
        <w:t>vn 0.0648 -0.1867 -0.9803</w:t>
        <w:br/>
        <w:t>vn 0.2622 -0.2474 -0.9328</w:t>
        <w:br/>
        <w:t>vn -0.5669 0.2876 0.7719</w:t>
        <w:br/>
        <w:t>vn -0.0768 0.3455 0.9353</w:t>
        <w:br/>
        <w:t>vn 0.5285 0.1355 0.8380</w:t>
        <w:br/>
        <w:t>vn 0.5089 0.1466 0.8482</w:t>
        <w:br/>
        <w:t>vn -0.6258 0.3146 0.7138</w:t>
        <w:br/>
        <w:t>vn 0.2953 0.1266 0.9470</w:t>
        <w:br/>
        <w:t>vn 0.2824 0.1328 0.9501</w:t>
        <w:br/>
        <w:t>vn -0.2717 0.1268 0.9540</w:t>
        <w:br/>
        <w:t>vn -0.2712 0.1494 0.9509</w:t>
        <w:br/>
        <w:t>vn -0.4612 0.2859 0.8400</w:t>
        <w:br/>
        <w:t>vn -0.8466 0.4171 0.3306</w:t>
        <w:br/>
        <w:t>vn 0.8975 -0.2265 0.3785</w:t>
        <w:br/>
        <w:t>vn 0.9103 -0.1955 0.3648</w:t>
        <w:br/>
        <w:t>vn 0.0000 -0.9537 0.3008</w:t>
        <w:br/>
        <w:t>vn -0.1603 -0.9550 0.2495</w:t>
        <w:br/>
        <w:t>vn -0.2644 -0.9644 -0.0068</w:t>
        <w:br/>
        <w:t>vn -0.1936 -0.9424 -0.2728</w:t>
        <w:br/>
        <w:t>vn -0.1935 -0.9424 -0.2728</w:t>
        <w:br/>
        <w:t>vn -0.2317 -0.9413 -0.2456</w:t>
        <w:br/>
        <w:t>vn -0.1477 -0.9860 -0.0776</w:t>
        <w:br/>
        <w:t>vn 0.0418 -0.9991 0.0002</w:t>
        <w:br/>
        <w:t>vn 0.1052 -0.9483 -0.2993</w:t>
        <w:br/>
        <w:t>vn 0.2113 -0.9170 -0.3384</w:t>
        <w:br/>
        <w:t>vn 0.1053 -0.9484 -0.2992</w:t>
        <w:br/>
        <w:t>vn 0.2027 -0.9771 0.0653</w:t>
        <w:br/>
        <w:t>vn 0.0059 -0.9716 0.2365</w:t>
        <w:br/>
        <w:t>vn -0.2533 -0.9606 0.1147</w:t>
        <w:br/>
        <w:t>vn -0.2872 -0.9079 -0.3054</w:t>
        <w:br/>
        <w:t>vn -0.1425 -0.9402 -0.3093</w:t>
        <w:br/>
        <w:t>vn -0.1425 -0.9402 -0.3092</w:t>
        <w:br/>
        <w:t>vn -0.0295 -0.9899 -0.1389</w:t>
        <w:br/>
        <w:t>vn -0.0017 -0.9574 -0.2888</w:t>
        <w:br/>
        <w:t>vn -0.0017 -0.9574 -0.2889</w:t>
        <w:br/>
        <w:t>vn 0.1975 -0.9309 -0.3073</w:t>
        <w:br/>
        <w:t>vn -0.0266 -0.9408 -0.3380</w:t>
        <w:br/>
        <w:t>vn 0.2420 -0.9696 -0.0346</w:t>
        <w:br/>
        <w:t>vn 0.1978 -0.9309 -0.3072</w:t>
        <w:br/>
        <w:t>vn 0.6410 -0.6138 -0.4608</w:t>
        <w:br/>
        <w:t>vn -0.1088 -0.9792 0.1710</w:t>
        <w:br/>
        <w:t>vn -0.3562 -0.9340 -0.0283</w:t>
        <w:br/>
        <w:t>vn -0.3106 -0.9182 -0.2460</w:t>
        <w:br/>
        <w:t>vn -0.1610 -0.9654 -0.2051</w:t>
        <w:br/>
        <w:t>vn -0.0366 -0.9861 -0.1621</w:t>
        <w:br/>
        <w:t>vn -0.0366 -0.9861 -0.1620</w:t>
        <w:br/>
        <w:t>vn -0.1062 -0.9876 -0.1159</w:t>
        <w:br/>
        <w:t>vn -0.2744 -0.9613 -0.0255</w:t>
        <w:br/>
        <w:t>vn -0.0756 -0.9614 -0.2647</w:t>
        <w:br/>
        <w:t>vn 0.0750 -0.9754 -0.2071</w:t>
        <w:br/>
        <w:t>vn -0.0756 -0.9613 -0.2648</w:t>
        <w:br/>
        <w:t>vn 0.5528 -0.6088 -0.5690</w:t>
        <w:br/>
        <w:t>vn -0.1485 -0.9864 0.0701</w:t>
        <w:br/>
        <w:t>vn -0.2839 -0.9185 -0.2754</w:t>
        <w:br/>
        <w:t>vn -0.2839 -0.9185 -0.2753</w:t>
        <w:br/>
        <w:t>vn 0.4905 -0.7172 -0.4950</w:t>
        <w:br/>
        <w:t>vn 0.8301 -0.5500 0.0921</w:t>
        <w:br/>
        <w:t>vn 0.8717 -0.2753 0.4054</w:t>
        <w:br/>
        <w:t>vn -0.2936 0.1915 0.9365</w:t>
        <w:br/>
        <w:t>vn -0.3096 0.2209 0.9249</w:t>
        <w:br/>
        <w:t>vn -0.3096 0.2209 0.9248</w:t>
        <w:br/>
        <w:t>vn -0.2936 0.1916 0.9365</w:t>
        <w:br/>
        <w:t>vn 0.7551 -0.3145 -0.5753</w:t>
        <w:br/>
        <w:t>vn 0.7545 -0.2977 -0.5849</w:t>
        <w:br/>
        <w:t>vn 0.8329 -0.3586 -0.4215</w:t>
        <w:br/>
        <w:t>vn 0.4893 -0.2188 -0.8442</w:t>
        <w:br/>
        <w:t>vn 0.4946 -0.2030 -0.8451</w:t>
        <w:br/>
        <w:t>vn -0.9731 0.1947 -0.1234</w:t>
        <w:br/>
        <w:t>vn -0.7890 0.1616 -0.5928</w:t>
        <w:br/>
        <w:t>vn -0.7849 0.1921 -0.5890</w:t>
        <w:br/>
        <w:t>vn -0.9651 0.2330 -0.1193</w:t>
        <w:br/>
        <w:t>vn -0.9087 0.1781 0.3775</w:t>
        <w:br/>
        <w:t>vn -0.8993 0.2146 0.3810</w:t>
        <w:br/>
        <w:t>vn 0.4423 -0.0363 -0.8961</w:t>
        <w:br/>
        <w:t>vn -0.0089 0.0449 -0.9990</w:t>
        <w:br/>
        <w:t>vn 0.0266 0.0245 -0.9993</w:t>
        <w:br/>
        <w:t>vn 0.4712 -0.0671 -0.8795</w:t>
        <w:br/>
        <w:t>vn 0.8120 -0.1439 -0.5656</w:t>
        <w:br/>
        <w:t>vn 0.7959 -0.1095 -0.5955</w:t>
        <w:br/>
        <w:t>vn 0.8726 -0.0844 0.4812</w:t>
        <w:br/>
        <w:t>vn 0.8692 -0.0788 0.4882</w:t>
        <w:br/>
        <w:t>vn 0.8692 -0.0788 0.4881</w:t>
        <w:br/>
        <w:t>vn 0.8726 -0.0844 0.4811</w:t>
        <w:br/>
        <w:t>vn 0.4871 -0.2691 -0.8308</w:t>
        <w:br/>
        <w:t>vn 0.4865 -0.2608 -0.8338</w:t>
        <w:br/>
        <w:t>vn 0.6241 -0.2790 -0.7298</w:t>
        <w:br/>
        <w:t>vn 0.6189 -0.2856 -0.7317</w:t>
        <w:br/>
        <w:t>vn 0.2206 -0.2267 -0.9487</w:t>
        <w:br/>
        <w:t>vn -0.0558 -0.1871 -0.9808</w:t>
        <w:br/>
        <w:t>vn -0.0497 -0.1817 -0.9821</w:t>
        <w:br/>
        <w:t>vn 0.2180 -0.2147 -0.9520</w:t>
        <w:br/>
        <w:t>vn -0.7889 0.2364 0.5672</w:t>
        <w:br/>
        <w:t>vn -0.7998 0.1997 0.5661</w:t>
        <w:br/>
        <w:t>vn 0.2451 -0.0732 -0.9667</w:t>
        <w:br/>
        <w:t>vn -0.0938 -0.0187 -0.9954</w:t>
        <w:br/>
        <w:t>vn -0.0676 -0.0106 -0.9977</w:t>
        <w:br/>
        <w:t>vn 0.2555 -0.0780 -0.9637</w:t>
        <w:br/>
        <w:t>vn 0.5550 -0.1189 -0.8233</w:t>
        <w:br/>
        <w:t>vn 0.5504 -0.1369 -0.8236</w:t>
        <w:br/>
        <w:t>vn 0.8379 -0.0623 0.5422</w:t>
        <w:br/>
        <w:t>vn 0.8450 -0.0228 0.5343</w:t>
        <w:br/>
        <w:t>vn 0.8380 -0.0621 0.5421</w:t>
        <w:br/>
        <w:t>vn 0.4155 -0.2846 -0.8639</w:t>
        <w:br/>
        <w:t>vn 0.4136 -0.3010 -0.8592</w:t>
        <w:br/>
        <w:t>vn 0.5663 -0.3011 -0.7672</w:t>
        <w:br/>
        <w:t>vn 0.5575 -0.2815 -0.7810</w:t>
        <w:br/>
        <w:t>vn 0.0825 -0.2657 -0.9605</w:t>
        <w:br/>
        <w:t>vn -0.3286 -0.2131 -0.9201</w:t>
        <w:br/>
        <w:t>vn -0.3162 -0.2152 -0.9239</w:t>
        <w:br/>
        <w:t>vn 0.0793 -0.2659 -0.9607</w:t>
        <w:br/>
        <w:t>vn -0.6531 0.1684 0.7383</w:t>
        <w:br/>
        <w:t>vn -0.6532 0.1683 0.7382</w:t>
        <w:br/>
        <w:t>vn -0.6333 0.1570 0.7578</w:t>
        <w:br/>
        <w:t>vn 0.1526 -0.1185 -0.9812</w:t>
        <w:br/>
        <w:t>vn -0.2694 -0.0317 -0.9625</w:t>
        <w:br/>
        <w:t>vn -0.2573 0.0248 -0.9660</w:t>
        <w:br/>
        <w:t>vn 0.1681 -0.0633 -0.9837</w:t>
        <w:br/>
        <w:t>vn 0.5615 -0.1395 -0.8156</w:t>
        <w:br/>
        <w:t>vn 0.5462 -0.1833 -0.8173</w:t>
        <w:br/>
        <w:t>vn 0.9925 -0.1139 0.0453</w:t>
        <w:br/>
        <w:t>vn 0.9921 -0.1185 0.0407</w:t>
        <w:br/>
        <w:t>vn 0.9130 -0.0353 0.4065</w:t>
        <w:br/>
        <w:t>vn 0.8931 -0.0239 0.4491</w:t>
        <w:br/>
        <w:t>vn 0.6331 -0.2953 -0.7155</w:t>
        <w:br/>
        <w:t>vn 0.6576 -0.2731 -0.7021</w:t>
        <w:br/>
        <w:t>vn 0.1158 -0.3632 -0.9245</w:t>
        <w:br/>
        <w:t>vn 0.1367 -0.3049 -0.9425</w:t>
        <w:br/>
        <w:t>vn 0.0441 -0.3726 -0.9270</w:t>
        <w:br/>
        <w:t>vn 0.0686 -0.4323 -0.8991</w:t>
        <w:br/>
        <w:t>vn 0.5758 -0.3459 -0.7408</w:t>
        <w:br/>
        <w:t>vn 0.2420 -0.2582 -0.9353</w:t>
        <w:br/>
        <w:t>vn 0.9939 -0.0953 0.0553</w:t>
        <w:br/>
        <w:t>vn 0.8437 0.0809 0.5307</w:t>
        <w:br/>
        <w:t>vn 0.8586 0.0343 0.5114</w:t>
        <w:br/>
        <w:t>vn 0.1925 -0.0028 -0.9813</w:t>
        <w:br/>
        <w:t>vn 0.5811 -0.0969 -0.8080</w:t>
        <w:br/>
        <w:t>vn -0.2327 0.0918 -0.9682</w:t>
        <w:br/>
        <w:t>vn -0.6040 0.3631 0.7095</w:t>
        <w:br/>
        <w:t>vn -0.6413 0.2725 0.7173</w:t>
        <w:br/>
        <w:t>vn -0.6413 0.2725 0.7172</w:t>
        <w:br/>
        <w:t>vn -0.6169 0.1235 -0.7773</w:t>
        <w:br/>
        <w:t>vn -0.5913 -0.0171 -0.8063</w:t>
        <w:br/>
        <w:t>vn -0.2784 -0.2226 -0.9343</w:t>
        <w:br/>
        <w:t>vn 0.1825 -0.2321 -0.9554</w:t>
        <w:br/>
        <w:t>vn 0.0872 -0.3585 -0.9294</w:t>
        <w:br/>
        <w:t>vn 0.3388 -0.3378 -0.8782</w:t>
        <w:br/>
        <w:t>vn 0.8816 -0.0661 0.4674</w:t>
        <w:br/>
        <w:t>vn 0.8673 -0.0247 0.4972</w:t>
        <w:br/>
        <w:t>vn 0.5571 -0.1168 -0.8222</w:t>
        <w:br/>
        <w:t>vn 0.2792 -0.0327 -0.9597</w:t>
        <w:br/>
        <w:t>vn -0.0277 0.0547 -0.9981</w:t>
        <w:br/>
        <w:t>vn -0.7267 0.4157 0.5469</w:t>
        <w:br/>
        <w:t>vn -0.7540 0.3453 0.5588</w:t>
        <w:br/>
        <w:t>vn -0.2244 -0.1249 -0.9665</w:t>
        <w:br/>
        <w:t>vn -0.0142 -0.2346 -0.9720</w:t>
        <w:br/>
        <w:t>vn 0.2335 -0.3540 -0.9056</w:t>
        <w:br/>
        <w:t>vn 0.2166 -0.3071 -0.9267</w:t>
        <w:br/>
        <w:t>vn 0.4422 -0.3422 -0.8291</w:t>
        <w:br/>
        <w:t>vn 0.7022 -0.3576 -0.6157</w:t>
        <w:br/>
        <w:t>vn 0.8616 -0.0636 0.5036</w:t>
        <w:br/>
        <w:t>vn 0.9748 -0.0822 0.2075</w:t>
        <w:br/>
        <w:t>vn 0.5399 -0.0219 -0.8415</w:t>
        <w:br/>
        <w:t>vn 0.3156 -0.0371 -0.9482</w:t>
        <w:br/>
        <w:t>vn 0.5399 -0.0220 -0.8414</w:t>
        <w:br/>
        <w:t>vn 0.0925 0.0974 -0.9909</w:t>
        <w:br/>
        <w:t>vn -0.9108 0.4054 -0.0786</w:t>
        <w:br/>
        <w:t>vn -0.8777 0.3181 0.3585</w:t>
        <w:br/>
        <w:t>vn -0.9352 0.3407 -0.0966</w:t>
        <w:br/>
        <w:t>vn -0.7952 0.2912 -0.5318</w:t>
        <w:br/>
        <w:t>vn 0.6200 -0.4621 -0.6341</w:t>
        <w:br/>
        <w:t>vn 0.3574 -0.2491 -0.9001</w:t>
        <w:br/>
        <w:t>vn 0.7579 -0.4344 -0.4867</w:t>
        <w:br/>
        <w:t>vn 0.7328 -0.3816 -0.5634</w:t>
        <w:br/>
        <w:t>vn -0.2116 0.2411 0.9471</w:t>
        <w:br/>
        <w:t>vn -0.2689 0.2460 0.9312</w:t>
        <w:br/>
        <w:t>vn 0.5347 -0.2907 -0.7935</w:t>
        <w:br/>
        <w:t>vn 0.0773 -0.3459 -0.9351</w:t>
        <w:br/>
        <w:t>vn -0.2784 -0.2227 -0.9343</w:t>
        <w:br/>
        <w:t>vn -0.5243 -0.1867 -0.8308</w:t>
        <w:br/>
        <w:t>vn -0.5389 -0.1721 -0.8246</w:t>
        <w:br/>
        <w:t>vn 0.5977 -0.3194 -0.7353</w:t>
        <w:br/>
        <w:t>vn -0.1967 -0.1682 -0.9659</w:t>
        <w:br/>
        <w:t>vn -0.2058 -0.1654 -0.9645</w:t>
        <w:br/>
        <w:t>vn 0.3086 -0.1511 -0.9391</w:t>
        <w:br/>
        <w:t>vn 0.3024 -0.1668 -0.9385</w:t>
        <w:br/>
        <w:t>vn 0.4739 -0.2871 -0.8325</w:t>
        <w:br/>
        <w:t>vn 0.8144 -0.4030 -0.4176</w:t>
        <w:br/>
        <w:t>vn -0.5235 0.0583 -0.8500</w:t>
        <w:br/>
        <w:t>vn 0.0785 -0.3027 -0.9498</w:t>
        <w:br/>
        <w:t>vn 0.0924 -0.2977 -0.9502</w:t>
        <w:br/>
        <w:t>vn 0.1249 -0.3135 -0.9413</w:t>
        <w:br/>
        <w:t>vn 0.1205 -0.3634 -0.9238</w:t>
        <w:br/>
        <w:t>vn 0.4045 -0.3986 -0.8231</w:t>
        <w:br/>
        <w:t>vn 0.3021 -0.4055 -0.8627</w:t>
        <w:br/>
        <w:t>vn 0.1157 -0.3953 -0.9112</w:t>
        <w:br/>
        <w:t>vn 0.4029 -0.3324 -0.8528</w:t>
        <w:br/>
        <w:t>vn 0.4743 -0.3734 -0.7973</w:t>
        <w:br/>
        <w:t>vn 0.7048 -0.4223 -0.5700</w:t>
        <w:br/>
        <w:t>vn 0.4839 -0.3605 -0.7975</w:t>
        <w:br/>
        <w:t>vn 0.4118 -0.3638 -0.8355</w:t>
        <w:br/>
        <w:t>vn 0.1251 -0.2992 -0.9459</w:t>
        <w:br/>
        <w:t>vn 0.1580 -0.3056 -0.9390</w:t>
        <w:br/>
        <w:t>vn 0.2361 -0.3992 -0.8860</w:t>
        <w:br/>
        <w:t>vn 0.1124 -0.4058 -0.9070</w:t>
        <w:br/>
        <w:t>vn 0.1540 -0.3286 -0.9318</w:t>
        <w:br/>
        <w:t>vn 0.1193 -0.3131 -0.9422</w:t>
        <w:br/>
        <w:t>vn 0.5852 -0.5375 -0.6071</w:t>
        <w:br/>
        <w:t>vn 0.5856 -0.6565 -0.4755</w:t>
        <w:br/>
        <w:t>vn 0.2901 -0.2327 -0.9283</w:t>
        <w:br/>
        <w:t>vn -0.1406 0.3552 0.9242</w:t>
        <w:br/>
        <w:t>vn -0.1027 0.3243 0.9404</w:t>
        <w:br/>
        <w:t>vn -0.0438 0.3023 0.9522</w:t>
        <w:br/>
        <w:t>vn -0.0698 0.3103 0.9481</w:t>
        <w:br/>
        <w:t>vn 0.0441 -0.3725 -0.9270</w:t>
        <w:br/>
        <w:t>vn 0.7079 -0.5238 0.4739</w:t>
        <w:br/>
        <w:t>vn 0.7078 -0.5238 0.4739</w:t>
        <w:br/>
        <w:t>vn 0.0061 0.4865 -0.8737</w:t>
        <w:br/>
        <w:t>vn 0.0029 0.4901 -0.8717</w:t>
        <w:br/>
        <w:t>vn 0.0036 0.4900 -0.8717</w:t>
        <w:br/>
        <w:t>vn 0.0040 0.4921 -0.8705</w:t>
        <w:br/>
        <w:t>vn 0.0003 0.4921 -0.8706</w:t>
        <w:br/>
        <w:t>vn 0.0002 0.4920 -0.8706</w:t>
        <w:br/>
        <w:t>vn 0.0033 0.4894 -0.8721</w:t>
        <w:br/>
        <w:t>vn 0.0049 0.4901 -0.8717</w:t>
        <w:br/>
        <w:t>vn 0.0029 0.4880 -0.8729</w:t>
        <w:br/>
        <w:t>vn -0.0049 0.4958 -0.8684</w:t>
        <w:br/>
        <w:t>vn 0.0018 0.4892 -0.8721</w:t>
        <w:br/>
        <w:t>vn -0.0051 0.4960 -0.8683</w:t>
        <w:br/>
        <w:t>vn -0.0002 0.4882 -0.8727</w:t>
        <w:br/>
        <w:t>vn 0.0022 0.4886 -0.8725</w:t>
        <w:br/>
        <w:t>vn -0.0002 0.4914 -0.8709</w:t>
        <w:br/>
        <w:t>vn -0.0003 0.4916 -0.8708</w:t>
        <w:br/>
        <w:t>vn -0.0037 0.4918 -0.8707</w:t>
        <w:br/>
        <w:t>vn -0.0020 0.4894 -0.8721</w:t>
        <w:br/>
        <w:t>vn -0.0021 0.4893 -0.8721</w:t>
        <w:br/>
        <w:t>vn -0.0008 0.4950 -0.8689</w:t>
        <w:br/>
        <w:t>vn -0.0003 0.4918 -0.8707</w:t>
        <w:br/>
        <w:t>vn 0.0000 0.4917 -0.8707</w:t>
        <w:br/>
        <w:t>vn -0.0007 0.4950 -0.8689</w:t>
        <w:br/>
        <w:t>vn 0.0025 0.4936 -0.8697</w:t>
        <w:br/>
        <w:t>vn 0.0026 0.4936 -0.8697</w:t>
        <w:br/>
        <w:t>vn -0.0041 0.4947 -0.8691</w:t>
        <w:br/>
        <w:t>vn 0.0014 0.4930 -0.8700</w:t>
        <w:br/>
        <w:t>vn -0.0064 0.4925 -0.8703</w:t>
        <w:br/>
        <w:t>vn -0.0028 0.4929 -0.8701</w:t>
        <w:br/>
        <w:t>vn -0.0016 0.4900 -0.8717</w:t>
        <w:br/>
        <w:t>vn -0.0071 0.4973 -0.8676</w:t>
        <w:br/>
        <w:t>vn -0.0139 0.4944 -0.8691</w:t>
        <w:br/>
        <w:t>vn -0.0241 0.4911 -0.8708</w:t>
        <w:br/>
        <w:t>vn -0.0030 0.4937 -0.8696</w:t>
        <w:br/>
        <w:t>vn -0.0031 0.4936 -0.8697</w:t>
        <w:br/>
        <w:t>vn -0.0068 0.4951 -0.8688</w:t>
        <w:br/>
        <w:t>vn 0.0002 0.4916 -0.8708</w:t>
        <w:br/>
        <w:t>vn 0.0002 0.4918 -0.8707</w:t>
        <w:br/>
        <w:t>vn 0.0006 0.4918 -0.8707</w:t>
        <w:br/>
        <w:t>vn -0.0095 0.4875 -0.8731</w:t>
        <w:br/>
        <w:t>vn -0.0199 0.4784 -0.8779</w:t>
        <w:br/>
        <w:t>vn 0.0000 0.4913 -0.8710</w:t>
        <w:br/>
        <w:t>vn 0.0001 0.4917 -0.8707</w:t>
        <w:br/>
        <w:t>vn 0.0001 0.4918 -0.8707</w:t>
        <w:br/>
        <w:t>vn -0.0189 0.4748 -0.8799</w:t>
        <w:br/>
        <w:t>vn -0.0186 0.4750 -0.8798</w:t>
        <w:br/>
        <w:t>vn -0.0119 0.4779 -0.8784</w:t>
        <w:br/>
        <w:t>vn -0.0002 0.4879 -0.8729</w:t>
        <w:br/>
        <w:t>vn -0.0020 0.4817 -0.8763</w:t>
        <w:br/>
        <w:t>vn -0.0023 0.4817 -0.8763</w:t>
        <w:br/>
        <w:t>vn -0.0003 0.4880 -0.8729</w:t>
        <w:br/>
        <w:t>vn -0.0033 0.4921 -0.8705</w:t>
        <w:br/>
        <w:t>vn -0.0034 0.4920 -0.8706</w:t>
        <w:br/>
        <w:t>vn 0.7949 -0.2130 -0.5681</w:t>
        <w:br/>
        <w:t>vn 0.8993 -0.0855 -0.4289</w:t>
        <w:br/>
        <w:t>vn 0.8993 -0.0854 -0.4289</w:t>
        <w:br/>
        <w:t>vn 0.7572 -0.2454 -0.6054</w:t>
        <w:br/>
        <w:t>vn 0.6985 -0.5903 -0.4045</w:t>
        <w:br/>
        <w:t>vn 0.9583 0.2636 0.1105</w:t>
        <w:br/>
        <w:t>vn 0.9583 0.2635 0.1105</w:t>
        <w:br/>
        <w:t>vn 0.3942 0.4905 0.7772</w:t>
        <w:br/>
        <w:t>vn 0.3943 0.4905 0.7771</w:t>
        <w:br/>
        <w:t>vn -0.8300 0.0795 0.5520</w:t>
        <w:br/>
        <w:t>vn -0.8300 0.0795 0.5521</w:t>
        <w:br/>
        <w:t>vn -0.4300 0.3063 0.8493</w:t>
        <w:br/>
        <w:t>vn -0.9122 0.0535 0.4063</w:t>
        <w:br/>
        <w:t>vn -0.9338 0.0682 0.3511</w:t>
        <w:br/>
        <w:t>vn -0.9336 0.0735 0.3507</w:t>
        <w:br/>
        <w:t>vn -0.9336 0.0734 0.3507</w:t>
        <w:br/>
        <w:t>vn 0.6987 -0.5900 -0.4045</w:t>
        <w:br/>
        <w:t>vn 0.4944 -0.8597 -0.1283</w:t>
        <w:br/>
        <w:t>vn 0.7224 -0.6402 -0.2613</w:t>
        <w:br/>
        <w:t>vn 0.2263 -0.9712 0.0741</w:t>
        <w:br/>
        <w:t>vn 0.4944 -0.8597 -0.1282</w:t>
        <w:br/>
        <w:t>vn -0.1008 -0.9812 0.1648</w:t>
        <w:br/>
        <w:t>vn -0.0738 -0.9468 0.3133</w:t>
        <w:br/>
        <w:t>vn 0.1972 -0.9721 0.1267</w:t>
        <w:br/>
        <w:t>vn 0.8326 -0.3987 -0.3846</w:t>
        <w:br/>
        <w:t>vn 0.6791 -0.6646 -0.3117</w:t>
        <w:br/>
        <w:t>vn 0.8184 -0.4149 -0.3976</w:t>
        <w:br/>
        <w:t>vn 0.8518 -0.3633 -0.3775</w:t>
        <w:br/>
        <w:t>vn 0.8551 -0.3738 -0.3592</w:t>
        <w:br/>
        <w:t>vn -0.5937 0.7884 0.1610</w:t>
        <w:br/>
        <w:t>vn -0.7056 0.6903 0.1602</w:t>
        <w:br/>
        <w:t>vn -0.8214 0.5226 0.2285</w:t>
        <w:br/>
        <w:t>vn -0.7895 0.5442 -0.2837</w:t>
        <w:br/>
        <w:t>vn -0.7876 0.5655 -0.2445</w:t>
        <w:br/>
        <w:t>vn -0.5945 0.6198 -0.5123</w:t>
        <w:br/>
        <w:t>vn -0.8929 0.4473 0.0521</w:t>
        <w:br/>
        <w:t>vn -0.1086 0.9562 -0.2718</w:t>
        <w:br/>
        <w:t>vn 0.0846 0.7053 -0.7038</w:t>
        <w:br/>
        <w:t>vn 0.0882 0.7097 -0.6990</w:t>
        <w:br/>
        <w:t>vn 0.1340 0.7766 -0.6156</w:t>
        <w:br/>
        <w:t>vn 0.1340 0.7766 -0.6155</w:t>
        <w:br/>
        <w:t>vn 0.0868 0.7173 -0.6913</w:t>
        <w:br/>
        <w:t>vn -0.2568 0.7170 -0.6480</w:t>
        <w:br/>
        <w:t>vn -0.1087 0.9562 -0.2718</w:t>
        <w:br/>
        <w:t>vn -0.1438 -0.9863 0.0803</w:t>
        <w:br/>
        <w:t>vn -0.2568 0.7170 -0.6481</w:t>
        <w:br/>
        <w:t>vn 0.4928 -0.8522 -0.1758</w:t>
        <w:br/>
        <w:t>vn 0.4016 0.0657 0.9135</w:t>
        <w:br/>
        <w:t>vn 0.4016 0.0656 0.9135</w:t>
        <w:br/>
        <w:t>vn -0.0000 0.3424 0.9396</w:t>
        <w:br/>
        <w:t>vn -0.4173 -0.7700 0.4826</w:t>
        <w:br/>
        <w:t>vn -0.4173 -0.7700 0.4827</w:t>
        <w:br/>
        <w:t>vn -0.0000 -0.9585 0.2851</w:t>
        <w:br/>
        <w:t>vn -0.4051 -0.0808 -0.9107</w:t>
        <w:br/>
        <w:t>vn -0.0000 -0.3567 -0.9342</w:t>
        <w:br/>
        <w:t>vn -0.4051 -0.0807 -0.9107</w:t>
        <w:br/>
        <w:t>vn 0.4133 0.7629 -0.4971</w:t>
        <w:br/>
        <w:t>vn -0.0000 0.9537 -0.3008</w:t>
        <w:br/>
        <w:t>vn -0.0000 0.9537 -0.3007</w:t>
        <w:br/>
        <w:t>vn 0.4134 0.7629 -0.4971</w:t>
        <w:br/>
        <w:t>vn 0.6934 -0.1775 0.6984</w:t>
        <w:br/>
        <w:t>vn -0.7107 -0.4448 0.5450</w:t>
        <w:br/>
        <w:t>vn -0.7108 -0.4448 0.5450</w:t>
        <w:br/>
        <w:t>vn -0.6986 0.1664 -0.6959</w:t>
        <w:br/>
        <w:t>vn 0.7053 0.4399 -0.5560</w:t>
        <w:br/>
        <w:t>vn 0.7053 0.4398 -0.5560</w:t>
        <w:br/>
        <w:t>vn 0.6315 -0.5053 0.5881</w:t>
        <w:br/>
        <w:t>vn -0.6606 -0.1491 0.7358</w:t>
        <w:br/>
        <w:t>vn -0.6471 0.4958 -0.5791</w:t>
        <w:br/>
        <w:t>vn -0.6473 0.4957 -0.5790</w:t>
        <w:br/>
        <w:t>vn 0.6444 0.1508 -0.7497</w:t>
        <w:br/>
        <w:t>vn 0.3027 -0.8954 0.3266</w:t>
        <w:br/>
        <w:t>vn -0.3299 0.2982 0.8957</w:t>
        <w:br/>
        <w:t>vn -0.3176 0.8943 -0.3153</w:t>
        <w:br/>
        <w:t>vn 0.3151 -0.2887 -0.9041</w:t>
        <w:br/>
        <w:t>vn 0.0000 -0.9568 0.2909</w:t>
        <w:br/>
        <w:t>vn 0.0001 -0.9568 0.2909</w:t>
        <w:br/>
        <w:t>vn -0.0000 0.3630 0.9318</w:t>
        <w:br/>
        <w:t>vn 0.0000 0.9595 -0.2817</w:t>
        <w:br/>
        <w:t>vn 0.0000 0.9595 -0.2818</w:t>
        <w:br/>
        <w:t>vn 0.0000 -0.3525 -0.9358</w:t>
        <w:br/>
        <w:t>vn 0.8948 -0.2565 -0.3655</w:t>
        <w:br/>
        <w:t>vn 0.8614 -0.0743 -0.5025</w:t>
        <w:br/>
        <w:t>vn 0.8969 -0.3188 -0.3066</w:t>
        <w:br/>
        <w:t>vn 0.6547 -0.6476 -0.3899</w:t>
        <w:br/>
        <w:t>vn 0.4931 0.3775 -0.7839</w:t>
        <w:br/>
        <w:t>vn 0.4931 0.3774 -0.7838</w:t>
        <w:br/>
        <w:t>vn -0.3510 0.6599 -0.6643</w:t>
        <w:br/>
        <w:t>vn -0.3509 0.6599 -0.6643</w:t>
        <w:br/>
        <w:t>vn -0.9076 0.4126 -0.0779</w:t>
        <w:br/>
        <w:t>vn -0.9233 0.0883 0.3739</w:t>
        <w:br/>
        <w:t>vn -0.8583 0.0268 0.5124</w:t>
        <w:br/>
        <w:t>vn -0.8234 0.0436 0.5657</w:t>
        <w:br/>
        <w:t>vn -0.8213 0.0650 0.5667</w:t>
        <w:br/>
        <w:t>vn -0.2293 -0.9492 -0.2156</w:t>
        <w:br/>
        <w:t>vn -0.1778 -0.9767 -0.1203</w:t>
        <w:br/>
        <w:t>vn -0.0545 -0.9556 -0.2897</w:t>
        <w:br/>
        <w:t>vn 0.3117 -0.7910 -0.5265</w:t>
        <w:br/>
        <w:t>vn -0.3521 -0.8804 -0.3176</w:t>
        <w:br/>
        <w:t>vn -0.0745 -0.8998 -0.4299</w:t>
        <w:br/>
        <w:t>vn 0.2855 -0.8315 -0.4765</w:t>
        <w:br/>
        <w:t>vn 0.5050 -0.6820 -0.5291</w:t>
        <w:br/>
        <w:t>vn 0.6801 -0.4805 -0.5536</w:t>
        <w:br/>
        <w:t>vn 0.6935 -0.4696 -0.5464</w:t>
        <w:br/>
        <w:t>vn 0.6582 -0.5437 -0.5208</w:t>
        <w:br/>
        <w:t>vn 0.4898 -0.7427 -0.4567</w:t>
        <w:br/>
        <w:t>vn 0.4957 0.8255 0.2698</w:t>
        <w:br/>
        <w:t>vn -0.2452 0.8155 0.5243</w:t>
        <w:br/>
        <w:t>vn -0.3367 0.6963 0.6338</w:t>
        <w:br/>
        <w:t>vn -0.2301 0.3808 0.8956</w:t>
        <w:br/>
        <w:t>vn -0.1769 0.4239 0.8883</w:t>
        <w:br/>
        <w:t>vn -0.4677 0.3636 0.8056</w:t>
        <w:br/>
        <w:t>vn -0.4990 0.5256 0.6890</w:t>
        <w:br/>
        <w:t>vn 0.4956 0.8255 0.2699</w:t>
        <w:br/>
        <w:t>vn 0.8478 0.5030 0.1682</w:t>
        <w:br/>
        <w:t>vn 0.8143 0.4952 0.3029</w:t>
        <w:br/>
        <w:t>vn 0.8223 0.4832 0.3007</w:t>
        <w:br/>
        <w:t>vn 0.7941 0.5172 0.3192</w:t>
        <w:br/>
        <w:t>vn 0.5696 0.5325 0.6261</w:t>
        <w:br/>
        <w:t>vn -0.0542 -0.9556 -0.2897</w:t>
        <w:br/>
        <w:t>vn 0.6550 -0.6474 -0.3898</w:t>
        <w:br/>
        <w:t>vn 0.4901 -0.7425 -0.4565</w:t>
        <w:br/>
        <w:t>vn 0.1329 0.4439 0.8862</w:t>
        <w:br/>
        <w:t>vn 0.5697 0.5325 0.6260</w:t>
        <w:br/>
        <w:t>vn 0.0987 -0.9594 0.2643</w:t>
        <w:br/>
        <w:t>vn 0.2673 -0.7651 0.5859</w:t>
        <w:br/>
        <w:t>vn -0.2993 -0.8565 -0.4206</w:t>
        <w:br/>
        <w:t>vn -0.4753 -0.4877 -0.7323</w:t>
        <w:br/>
        <w:t>vn -0.2993 -0.8565 -0.4205</w:t>
        <w:br/>
        <w:t>vn -0.3746 -0.5675 -0.7332</w:t>
        <w:br/>
        <w:t>vn -0.4153 -0.9031 -0.1090</w:t>
        <w:br/>
        <w:t>vn -0.3313 -0.8625 -0.3825</w:t>
        <w:br/>
        <w:t>vn -0.4587 -0.6257 -0.6310</w:t>
        <w:br/>
        <w:t>vn -0.4818 -0.6186 -0.6207</w:t>
        <w:br/>
        <w:t>vn -0.3655 -0.3235 -0.8727</w:t>
        <w:br/>
        <w:t>vn -0.3906 -0.1377 -0.9102</w:t>
        <w:br/>
        <w:t>vn -0.4731 -0.3993 -0.7853</w:t>
        <w:br/>
        <w:t>vn -0.8114 0.2426 -0.5317</w:t>
        <w:br/>
        <w:t>vn -0.2524 0.7216 -0.6446</w:t>
        <w:br/>
        <w:t>vn -0.2234 -0.2412 -0.9444</w:t>
        <w:br/>
        <w:t>vn -0.8038 0.0204 -0.5945</w:t>
        <w:br/>
        <w:t>vn -0.2478 -0.2351 -0.9398</w:t>
        <w:br/>
        <w:t>vn 0.2509 0.8683 0.4279</w:t>
        <w:br/>
        <w:t>vn -0.4748 -0.1986 -0.8574</w:t>
        <w:br/>
        <w:t>vn -0.5003 -0.2084 -0.8404</w:t>
        <w:br/>
        <w:t>vn -0.4140 0.2571 -0.8732</w:t>
        <w:br/>
        <w:t>vn -0.4258 0.0116 -0.9048</w:t>
        <w:br/>
        <w:t>vn -0.8429 -0.3325 -0.4229</w:t>
        <w:br/>
        <w:t>vn -0.2219 -0.8990 -0.3776</w:t>
        <w:br/>
        <w:t>vn -0.1573 -0.6561 -0.7381</w:t>
        <w:br/>
        <w:t>vn -0.3499 -0.7568 -0.5521</w:t>
        <w:br/>
        <w:t>vn -0.2244 -0.8835 -0.4111</w:t>
        <w:br/>
        <w:t>vn -0.2437 -0.9682 0.0558</w:t>
        <w:br/>
        <w:t>vn -0.4974 -0.8668 0.0353</w:t>
        <w:br/>
        <w:t>vn -0.4617 -0.8855 0.0522</w:t>
        <w:br/>
        <w:t>vn -0.4665 -0.8019 -0.3734</w:t>
        <w:br/>
        <w:t>vn 0.0254 0.6052 -0.7957</w:t>
        <w:br/>
        <w:t>vn -0.1193 0.2410 -0.9632</w:t>
        <w:br/>
        <w:t>vn 0.0254 0.6053 -0.7956</w:t>
        <w:br/>
        <w:t>vn 0.1655 0.8595 -0.4836</w:t>
        <w:br/>
        <w:t>vn 0.1766 0.2228 0.9587</w:t>
        <w:br/>
        <w:t>vn -0.5055 -0.8625 0.0226</w:t>
        <w:br/>
        <w:t>vn -0.9015 -0.4236 0.0889</w:t>
        <w:br/>
        <w:t>vn -0.5030 -0.7925 -0.3450</w:t>
        <w:br/>
        <w:t>vn 0.0448 -0.5449 -0.8373</w:t>
        <w:br/>
        <w:t>vn -0.1611 -0.7829 -0.6009</w:t>
        <w:br/>
        <w:t>vn -0.4313 -0.8929 0.1291</w:t>
        <w:br/>
        <w:t>vn -0.4314 -0.8929 0.1292</w:t>
        <w:br/>
        <w:t>vn -0.2913 -0.8607 0.4175</w:t>
        <w:br/>
        <w:t>vn -0.2995 -0.8654 0.4017</w:t>
        <w:br/>
        <w:t>vn -0.2535 -0.9656 -0.0575</w:t>
        <w:br/>
        <w:t>vn 0.2437 -0.2224 -0.9440</w:t>
        <w:br/>
        <w:t>vn -0.5347 -0.5013 0.6803</w:t>
        <w:br/>
        <w:t>vn -0.4932 -0.5408 0.6814</w:t>
        <w:br/>
        <w:t>vn -0.3779 -0.8172 0.4351</w:t>
        <w:br/>
        <w:t>vn -0.5717 -0.6620 0.4847</w:t>
        <w:br/>
        <w:t>vn -0.4498 0.0060 0.8931</w:t>
        <w:br/>
        <w:t>vn -0.4256 -0.3456 0.8363</w:t>
        <w:br/>
        <w:t>vn -0.5254 -0.2287 0.8195</w:t>
        <w:br/>
        <w:t>vn -0.4218 -0.5734 0.7024</w:t>
        <w:br/>
        <w:t>vn -0.2788 -0.5722 0.7713</w:t>
        <w:br/>
        <w:t>vn 0.2113 0.9456 0.2473</w:t>
        <w:br/>
        <w:t>vn -0.2467 0.2722 0.9301</w:t>
        <w:br/>
        <w:t>vn -0.4219 -0.5733 0.7024</w:t>
        <w:br/>
        <w:t>vn -0.5125 -0.7630 0.3938</w:t>
        <w:br/>
        <w:t>vn -0.4955 -0.6529 0.5728</w:t>
        <w:br/>
        <w:t>vn -0.6214 -0.2376 -0.7466</w:t>
        <w:br/>
        <w:t>vn -0.9236 -0.1746 -0.3414</w:t>
        <w:br/>
        <w:t>vn -0.4582 -0.3138 -0.8316</w:t>
        <w:br/>
        <w:t>vn -0.6057 0.1832 -0.7743</w:t>
        <w:br/>
        <w:t>vn -0.6581 0.1047 -0.7456</w:t>
        <w:br/>
        <w:t>vn -0.5526 0.4553 -0.6981</w:t>
        <w:br/>
        <w:t>vn -0.5936 0.3266 -0.7356</w:t>
        <w:br/>
        <w:t>vn -0.5769 0.0332 -0.8162</w:t>
        <w:br/>
        <w:t>vn -0.7261 0.3242 -0.6064</w:t>
        <w:br/>
        <w:t>vn -0.8098 0.0201 -0.5864</w:t>
        <w:br/>
        <w:t>vn -0.6726 0.0284 -0.7395</w:t>
        <w:br/>
        <w:t>vn 0.3167 0.7831 0.5352</w:t>
        <w:br/>
        <w:t>vn 0.1257 0.9114 0.3918</w:t>
        <w:br/>
        <w:t>vn 0.3168 0.7831 0.5352</w:t>
        <w:br/>
        <w:t>vn 0.4845 0.5971 0.6393</w:t>
        <w:br/>
        <w:t>vn 0.0750 0.8404 0.5368</w:t>
        <w:br/>
        <w:t>vn 0.1836 0.6949 0.6953</w:t>
        <w:br/>
        <w:t>vn -0.5294 0.0190 -0.8481</w:t>
        <w:br/>
        <w:t>vn -0.4789 -0.2072 -0.8531</w:t>
        <w:br/>
        <w:t>vn 0.2815 0.5090 0.8134</w:t>
        <w:br/>
        <w:t>vn -0.2334 0.3129 -0.9207</w:t>
        <w:br/>
        <w:t>vn -0.1624 0.5860 -0.7939</w:t>
        <w:br/>
        <w:t>vn -0.2434 0.0146 -0.9698</w:t>
        <w:br/>
        <w:t>vn -0.2114 -0.2650 -0.9408</w:t>
        <w:br/>
        <w:t>vn 0.3242 -0.7612 0.5617</w:t>
        <w:br/>
        <w:t>vn 0.3241 -0.7612 0.5617</w:t>
        <w:br/>
        <w:t>vn 0.3785 -0.6505 0.6585</w:t>
        <w:br/>
        <w:t>vn -0.1235 -0.5183 -0.8462</w:t>
        <w:br/>
        <w:t>vn 0.2619 -0.8532 0.4512</w:t>
        <w:br/>
        <w:t>vn -0.4489 0.3751 0.8110</w:t>
        <w:br/>
        <w:t>vn -0.4068 0.2103 0.8890</w:t>
        <w:br/>
        <w:t>vn -0.5151 -0.1071 0.8504</w:t>
        <w:br/>
        <w:t>vn -0.5358 -0.0865 0.8399</w:t>
        <w:br/>
        <w:t>vn -0.4362 -0.5718 0.6949</w:t>
        <w:br/>
        <w:t>vn -0.5335 -0.4140 0.7376</w:t>
        <w:br/>
        <w:t>vn -0.5141 -0.0499 0.8563</w:t>
        <w:br/>
        <w:t>vn -0.0069 -0.9246 -0.3809</w:t>
        <w:br/>
        <w:t>vn -0.6526 -0.6339 0.4152</w:t>
        <w:br/>
        <w:t>vn -0.7312 -0.0937 0.6757</w:t>
        <w:br/>
        <w:t>vn -0.4488 0.3751 0.8111</w:t>
        <w:br/>
        <w:t>vn -0.1860 0.9195 0.3464</w:t>
        <w:br/>
        <w:t>vn 0.0337 0.9980 0.0537</w:t>
        <w:br/>
        <w:t>vn 0.2487 0.9367 -0.2465</w:t>
        <w:br/>
        <w:t>vn -0.3370 0.0997 0.9362</w:t>
        <w:br/>
        <w:t>vn -0.3261 0.1301 0.9364</w:t>
        <w:br/>
        <w:t>vn -0.2635 0.5031 0.8231</w:t>
        <w:br/>
        <w:t>vn -0.5192 0.4555 0.7232</w:t>
        <w:br/>
        <w:t>vn -0.4947 0.4301 0.7552</w:t>
        <w:br/>
        <w:t>vn -0.5301 -0.1202 0.8394</w:t>
        <w:br/>
        <w:t>vn -0.7461 -0.4331 0.5057</w:t>
        <w:br/>
        <w:t>vn -0.9077 -0.2602 0.3292</w:t>
        <w:br/>
        <w:t>vn -0.6918 -0.2430 0.6800</w:t>
        <w:br/>
        <w:t>vn 0.2112 -0.8768 -0.4319</w:t>
        <w:br/>
        <w:t>vn -0.6290 0.2247 0.7442</w:t>
        <w:br/>
        <w:t>vn -0.5077 0.4913 0.7077</w:t>
        <w:br/>
        <w:t>vn -0.5029 0.4946 0.7089</w:t>
        <w:br/>
        <w:t>vn -0.4469 0.5047 0.7386</w:t>
        <w:br/>
        <w:t>vn -0.8801 0.2747 -0.3873</w:t>
        <w:br/>
        <w:t>vn -0.8044 0.3318 -0.4928</w:t>
        <w:br/>
        <w:t>vn -0.7916 0.1857 -0.5822</w:t>
        <w:br/>
        <w:t>vn -0.9110 -0.0693 -0.4065</w:t>
        <w:br/>
        <w:t>vn 0.5408 -0.6679 0.5114</w:t>
        <w:br/>
        <w:t>vn 0.6093 -0.4381 0.6609</w:t>
        <w:br/>
        <w:t>vn 0.5409 -0.6679 0.5112</w:t>
        <w:br/>
        <w:t>vn -0.4323 -0.2383 -0.8697</w:t>
        <w:br/>
        <w:t>vn -0.8762 -0.3142 -0.3655</w:t>
        <w:br/>
        <w:t>vn -0.4274 -0.2445 -0.8704</w:t>
        <w:br/>
        <w:t>vn 0.4291 -0.8443 0.3209</w:t>
        <w:br/>
        <w:t>vn -0.2519 0.7484 -0.6135</w:t>
        <w:br/>
        <w:t>vn -0.2813 0.7418 -0.6088</w:t>
        <w:br/>
        <w:t>vn -0.3194 -0.3729 0.8711</w:t>
        <w:br/>
        <w:t>vn -0.3296 -0.3593 0.8731</w:t>
        <w:br/>
        <w:t>vn -0.6893 -0.0159 0.7243</w:t>
        <w:br/>
        <w:t>vn -0.8855 0.0701 0.4594</w:t>
        <w:br/>
        <w:t>vn -0.4868 0.2076 0.8485</w:t>
        <w:br/>
        <w:t>vn 0.1833 0.9374 -0.2960</w:t>
        <w:br/>
        <w:t>vn 0.1752 -0.7230 -0.6683</w:t>
        <w:br/>
        <w:t>vn -0.8270 -0.4804 0.2921</w:t>
        <w:br/>
        <w:t>vn -0.7745 -0.2761 -0.5692</w:t>
        <w:br/>
        <w:t>vn -0.4432 -0.6210 -0.6464</w:t>
        <w:br/>
        <w:t>vn -0.5534 0.0093 -0.8329</w:t>
        <w:br/>
        <w:t>vn -0.9319 -0.2459 -0.2665</w:t>
        <w:br/>
        <w:t>vn -0.4710 -0.8820 0.0130</w:t>
        <w:br/>
        <w:t>vn -0.9517 -0.1519 0.2668</w:t>
        <w:br/>
        <w:t>vn -0.5157 -0.4747 0.7132</w:t>
        <w:br/>
        <w:t>vn -0.9340 -0.0276 -0.3562</w:t>
        <w:br/>
        <w:t>vn -0.6525 -0.6339 0.4152</w:t>
        <w:br/>
        <w:t>vn -0.9003 -0.3051 0.3105</w:t>
        <w:br/>
        <w:t>vn -0.4419 0.5658 0.6961</w:t>
        <w:br/>
        <w:t>vn -0.5149 0.5502 0.6574</w:t>
        <w:br/>
        <w:t>vn -0.6061 0.4448 -0.6593</w:t>
        <w:br/>
        <w:t>vn -0.0977 0.9382 -0.3319</w:t>
        <w:br/>
        <w:t>vn 0.1390 0.9052 0.4017</w:t>
        <w:br/>
        <w:t>vn 0.0493 0.9782 0.2016</w:t>
        <w:br/>
        <w:t>vn -0.1547 0.7413 -0.6530</w:t>
        <w:br/>
        <w:t>vn 0.0327 0.7688 0.6387</w:t>
        <w:br/>
        <w:t>vn 0.1508 0.6585 0.7373</w:t>
        <w:br/>
        <w:t>vn 0.2176 0.2641 0.9396</w:t>
        <w:br/>
        <w:t>vn -0.9485 -0.1375 -0.2854</w:t>
        <w:br/>
        <w:t>vn -0.9805 -0.1098 -0.1628</w:t>
        <w:br/>
        <w:t>vn -0.8429 -0.3325 -0.4230</w:t>
        <w:br/>
        <w:t>vn -0.9916 0.1040 -0.0769</w:t>
        <w:br/>
        <w:t>vn -0.9916 0.1040 -0.0770</w:t>
        <w:br/>
        <w:t>vn 0.4823 0.3500 0.8031</w:t>
        <w:br/>
        <w:t>vn 0.3865 0.4871 0.7832</w:t>
        <w:br/>
        <w:t>vn 0.4936 0.2038 0.8455</w:t>
        <w:br/>
        <w:t>vn 0.5630 0.1736 0.8080</w:t>
        <w:br/>
        <w:t>vn 0.4682 0.5605 0.6831</w:t>
        <w:br/>
        <w:t>vn -0.9520 0.1095 0.2860</w:t>
        <w:br/>
        <w:t>vn 0.4733 0.6107 0.6349</w:t>
        <w:br/>
        <w:t>vn 0.4500 0.3851 0.8057</w:t>
        <w:br/>
        <w:t>vn 0.5360 0.5650 0.6273</w:t>
        <w:br/>
        <w:t>vn -0.8115 0.2426 -0.5316</w:t>
        <w:br/>
        <w:t>vn -0.8039 0.0204 -0.5944</w:t>
        <w:br/>
        <w:t>vn -0.9545 -0.0697 -0.2899</w:t>
        <w:br/>
        <w:t>vn -0.9290 -0.0480 -0.3670</w:t>
        <w:br/>
        <w:t>vn -0.9934 -0.0848 -0.0775</w:t>
        <w:br/>
        <w:t>vn -0.0139 -0.4375 0.8991</w:t>
        <w:br/>
        <w:t>vn -0.1850 -0.8573 -0.4804</w:t>
        <w:br/>
        <w:t>vn -0.0553 -0.8026 0.5940</w:t>
        <w:br/>
        <w:t>vn -0.0024 -0.8466 0.5322</w:t>
        <w:br/>
        <w:t>vn 0.0691 -0.7978 0.5989</w:t>
        <w:br/>
        <w:t>vn -0.0553 -0.8026 0.5939</w:t>
        <w:br/>
        <w:t>vn -0.0819 -0.7777 0.6232</w:t>
        <w:br/>
        <w:t>vn -0.1231 -0.2411 -0.9627</w:t>
        <w:br/>
        <w:t>vn 0.0496 0.9029 -0.4269</w:t>
        <w:br/>
        <w:t>vn 0.1247 0.9590 -0.2543</w:t>
        <w:br/>
        <w:t>vn 0.1785 0.9469 0.2676</w:t>
        <w:br/>
        <w:t>vn -0.0182 0.4339 0.9008</w:t>
        <w:br/>
        <w:t>vn -0.1433 -0.8822 0.4485</w:t>
        <w:br/>
        <w:t>vn -0.0877 -0.3200 0.9433</w:t>
        <w:br/>
        <w:t>vn -0.1068 -0.6387 0.7620</w:t>
        <w:br/>
        <w:t>vn -0.9833 -0.1678 -0.0708</w:t>
        <w:br/>
        <w:t>vn -0.9452 -0.1485 -0.2908</w:t>
        <w:br/>
        <w:t>vn -0.9452 -0.1485 -0.2909</w:t>
        <w:br/>
        <w:t>vn -0.9492 -0.1440 -0.2797</w:t>
        <w:br/>
        <w:t>vn -0.9991 0.0301 -0.0305</w:t>
        <w:br/>
        <w:t>vn -0.9319 -0.2458 -0.2666</w:t>
        <w:br/>
        <w:t>vn -0.9377 0.3442 0.0470</w:t>
        <w:br/>
        <w:t>vn 0.3826 0.8486 0.3654</w:t>
        <w:br/>
        <w:t>vn 0.4841 0.8739 -0.0441</w:t>
        <w:br/>
        <w:t>vn 0.4522 0.8918 -0.0145</w:t>
        <w:br/>
        <w:t>vn -0.8924 0.4498 -0.0369</w:t>
        <w:br/>
        <w:t>vn -0.0533 -0.2937 0.9544</w:t>
        <w:br/>
        <w:t>vn -0.9794 -0.2018 0.0053</w:t>
        <w:br/>
        <w:t>vn -0.9893 -0.1445 -0.0217</w:t>
        <w:br/>
        <w:t>vn -0.9966 0.0818 -0.0091</w:t>
        <w:br/>
        <w:t>vn 0.4295 0.6251 0.6518</w:t>
        <w:br/>
        <w:t>vn -0.0594 0.0143 0.9981</w:t>
        <w:br/>
        <w:t>vn 0.1779 0.8865 -0.4272</w:t>
        <w:br/>
        <w:t>vn 0.1678 0.7235 -0.6696</w:t>
        <w:br/>
        <w:t>vn 0.4826 0.7484 0.4549</w:t>
        <w:br/>
        <w:t>vn 0.4118 0.8227 0.3919</w:t>
        <w:br/>
        <w:t>vn 0.4110 0.4224 0.8079</w:t>
        <w:br/>
        <w:t>vn -0.9305 0.1605 0.3291</w:t>
        <w:br/>
        <w:t>vn -0.9996 0.0111 0.0249</w:t>
        <w:br/>
        <w:t>vn -0.9229 0.3006 0.2407</w:t>
        <w:br/>
        <w:t>vn -0.9111 0.4059 0.0719</w:t>
        <w:br/>
        <w:t>vn -0.9111 0.4058 0.0719</w:t>
        <w:br/>
        <w:t>vn -0.9621 0.2724 -0.0131</w:t>
        <w:br/>
        <w:t>vn 0.2988 0.9467 -0.1200</w:t>
        <w:br/>
        <w:t>vn 0.2101 0.8715 -0.4432</w:t>
        <w:br/>
        <w:t>vn 0.5166 0.8543 -0.0575</w:t>
        <w:br/>
        <w:t>vn 0.4069 0.8391 0.3611</w:t>
        <w:br/>
        <w:t>vn 0.4652 0.7824 -0.4141</w:t>
        <w:br/>
        <w:t>vn 0.4446 0.8845 -0.1416</w:t>
        <w:br/>
        <w:t>vn -0.9850 -0.0230 -0.1711</w:t>
        <w:br/>
        <w:t>vn -0.9968 -0.0782 -0.0192</w:t>
        <w:br/>
        <w:t>vn -0.9850 -0.0229 -0.1711</w:t>
        <w:br/>
        <w:t>vn -0.9838 0.1226 0.1306</w:t>
        <w:br/>
        <w:t>vn 0.5062 0.6966 -0.5085</w:t>
        <w:br/>
        <w:t>vn 0.4874 0.7694 -0.4128</w:t>
        <w:br/>
        <w:t>vn 0.4724 0.8360 -0.2794</w:t>
        <w:br/>
        <w:t>vn -0.0246 0.5349 0.8446</w:t>
        <w:br/>
        <w:t>vn 0.0008 0.6957 0.7184</w:t>
        <w:br/>
        <w:t>vn 0.1127 0.8022 0.5864</w:t>
        <w:br/>
        <w:t>vn 0.5236 0.5257 -0.6704</w:t>
        <w:br/>
        <w:t>vn 0.5200 0.5085 -0.6863</w:t>
        <w:br/>
        <w:t>vn -0.9109 0.4099 0.0473</w:t>
        <w:br/>
        <w:t>vn -0.8694 0.4527 -0.1980</w:t>
        <w:br/>
        <w:t>vn 0.0421 0.8106 0.5840</w:t>
        <w:br/>
        <w:t>vn 0.1510 0.9367 0.3158</w:t>
        <w:br/>
        <w:t>vn -0.9973 0.0115 -0.0725</w:t>
        <w:br/>
        <w:t>vn 0.4534 0.5890 -0.6690</w:t>
        <w:br/>
        <w:t>vn 0.4872 0.2340 -0.8413</w:t>
        <w:br/>
        <w:t>vn -0.9558 0.1932 -0.2218</w:t>
        <w:br/>
        <w:t>vn -0.9995 0.0247 -0.0185</w:t>
        <w:br/>
        <w:t>vn -0.9558 0.1931 -0.2218</w:t>
        <w:br/>
        <w:t>vn -0.8823 0.4375 -0.1735</w:t>
        <w:br/>
        <w:t>vn -0.8824 0.4375 -0.1734</w:t>
        <w:br/>
        <w:t>vn -0.9967 0.0262 0.0773</w:t>
        <w:br/>
        <w:t>vn -0.9967 0.0255 0.0772</w:t>
        <w:br/>
        <w:t>vn 0.0842 -0.0814 -0.9931</w:t>
        <w:br/>
        <w:t>vn 0.1507 0.2565 -0.9547</w:t>
        <w:br/>
        <w:t>vn 0.1390 0.3804 -0.9143</w:t>
        <w:br/>
        <w:t>vn -0.1714 -0.9722 -0.1594</w:t>
        <w:br/>
        <w:t>vn 0.0952 -0.3102 -0.9459</w:t>
        <w:br/>
        <w:t>vn 0.4493 0.8026 -0.3923</w:t>
        <w:br/>
        <w:t>vn 0.1658 0.0135 -0.9861</w:t>
        <w:br/>
        <w:t>vn -0.2852 0.7494 -0.5975</w:t>
        <w:br/>
        <w:t>vn -0.2706 0.8900 -0.3671</w:t>
        <w:br/>
        <w:t>vn -0.9397 -0.3266 -0.1016</w:t>
        <w:br/>
        <w:t>vn -0.9236 -0.1746 -0.3413</w:t>
        <w:br/>
        <w:t>vn -0.9953 -0.0489 -0.0831</w:t>
        <w:br/>
        <w:t>vn 0.6343 -0.3855 0.6701</w:t>
        <w:br/>
        <w:t>vn 0.6660 -0.4674 0.5814</w:t>
        <w:br/>
        <w:t>vn 0.6979 -0.4319 0.5713</w:t>
        <w:br/>
        <w:t>vn 0.6701 -0.3392 0.6602</w:t>
        <w:br/>
        <w:t>vn 0.5669 -0.0043 0.8237</w:t>
        <w:br/>
        <w:t>vn 0.5519 -0.2213 0.8040</w:t>
        <w:br/>
        <w:t>vn 0.6159 -0.4256 0.6630</w:t>
        <w:br/>
        <w:t>vn -0.2263 0.9697 -0.0924</w:t>
        <w:br/>
        <w:t>vn -0.2897 0.8991 -0.3280</w:t>
        <w:br/>
        <w:t>vn -0.2897 0.8992 -0.3280</w:t>
        <w:br/>
        <w:t>vn -0.0518 0.5262 0.8488</w:t>
        <w:br/>
        <w:t>vn 0.2694 0.4276 0.8629</w:t>
        <w:br/>
        <w:t>vn 0.1806 0.3227 0.9291</w:t>
        <w:br/>
        <w:t>vn 0.5669 -0.0043 0.8238</w:t>
        <w:br/>
        <w:t>vn 0.4206 0.5991 0.6813</w:t>
        <w:br/>
        <w:t>vn -0.3344 0.7706 -0.5425</w:t>
        <w:br/>
        <w:t>vn -0.9098 -0.2557 -0.3271</w:t>
        <w:br/>
        <w:t>vn -0.9542 -0.2957 -0.0461</w:t>
        <w:br/>
        <w:t>vn -0.9955 -0.0945 0.0065</w:t>
        <w:br/>
        <w:t>vn -0.3499 -0.8736 -0.3382</w:t>
        <w:br/>
        <w:t>vn -0.3405 -0.9372 -0.0756</w:t>
        <w:br/>
        <w:t>vn -0.1957 -0.9776 -0.0780</w:t>
        <w:br/>
        <w:t>vn -0.3322 -0.7379 -0.5875</w:t>
        <w:br/>
        <w:t>vn -0.4798 -0.7388 -0.4733</w:t>
        <w:br/>
        <w:t>vn -0.6135 -0.7433 -0.2667</w:t>
        <w:br/>
        <w:t>vn 0.3022 -0.6302 0.7152</w:t>
        <w:br/>
        <w:t>vn 0.3758 -0.2933 0.8790</w:t>
        <w:br/>
        <w:t>vn 0.6509 -0.1569 0.7427</w:t>
        <w:br/>
        <w:t>vn 0.6497 -0.0944 0.7543</w:t>
        <w:br/>
        <w:t>vn 0.6372 -0.3274 0.6977</w:t>
        <w:br/>
        <w:t>vn 0.5467 0.2157 0.8091</w:t>
        <w:br/>
        <w:t>vn 0.6032 -0.0019 0.7976</w:t>
        <w:br/>
        <w:t>vn 0.6292 -0.3114 0.7122</w:t>
        <w:br/>
        <w:t>vn 0.5727 -0.4486 0.6861</w:t>
        <w:br/>
        <w:t>vn 0.5435 0.2818 0.7907</w:t>
        <w:br/>
        <w:t>vn -0.8762 0.4354 0.2066</w:t>
        <w:br/>
        <w:t>vn -0.8862 0.4451 -0.1290</w:t>
        <w:br/>
        <w:t>vn -0.9401 0.2669 0.2120</w:t>
        <w:br/>
        <w:t>vn -0.9401 0.2670 0.2120</w:t>
        <w:br/>
        <w:t>vn -0.9340 -0.0275 -0.3562</w:t>
        <w:br/>
        <w:t>vn -0.8634 -0.4834 0.1444</w:t>
        <w:br/>
        <w:t>vn -0.8098 0.0201 -0.5863</w:t>
        <w:br/>
        <w:t>vn -0.7967 -0.3492 0.4933</w:t>
        <w:br/>
        <w:t>vn -0.7532 -0.4862 0.4430</w:t>
        <w:br/>
        <w:t>vn -0.9259 0.0038 0.3777</w:t>
        <w:br/>
        <w:t>vn -0.9890 -0.1426 0.0394</w:t>
        <w:br/>
        <w:t>vn -0.9551 0.1821 0.2335</w:t>
        <w:br/>
        <w:t>vn -0.9551 0.1822 0.2335</w:t>
        <w:br/>
        <w:t>vn -0.9890 -0.1426 0.0395</w:t>
        <w:br/>
        <w:t>vn -0.9873 0.0933 0.1285</w:t>
        <w:br/>
        <w:t>vn -0.9873 0.0932 0.1285</w:t>
        <w:br/>
        <w:t>vn -0.2260 -0.9253 -0.3046</w:t>
        <w:br/>
        <w:t>vn -0.2002 -0.8669 -0.4565</w:t>
        <w:br/>
        <w:t>vn -0.2084 -0.6701 -0.7124</w:t>
        <w:br/>
        <w:t>vn -0.1948 -0.4033 -0.8941</w:t>
        <w:br/>
        <w:t>vn -0.9008 -0.3732 0.2219</w:t>
        <w:br/>
        <w:t>vn -0.8820 -0.1780 0.4363</w:t>
        <w:br/>
        <w:t>vn -0.9553 -0.2606 0.1396</w:t>
        <w:br/>
        <w:t>vn -0.9553 -0.2607 0.1396</w:t>
        <w:br/>
        <w:t>vn -0.9611 -0.2246 0.1605</w:t>
        <w:br/>
        <w:t>vn -0.2790 0.5541 -0.7843</w:t>
        <w:br/>
        <w:t>vn -0.0724 0.8758 0.4772</w:t>
        <w:br/>
        <w:t>vn -0.0091 0.7611 0.6486</w:t>
        <w:br/>
        <w:t>vn -0.1300 0.6690 0.7318</w:t>
        <w:br/>
        <w:t>vn 0.1621 -0.3247 0.9318</w:t>
        <w:br/>
        <w:t>vn 0.1872 0.2312 0.9547</w:t>
        <w:br/>
        <w:t>vn -0.1693 -0.8386 0.5178</w:t>
        <w:br/>
        <w:t>vn -0.1936 -0.9688 0.1548</w:t>
        <w:br/>
        <w:t>vn -0.9873 -0.1566 0.0286</w:t>
        <w:br/>
        <w:t>vn -0.9872 -0.1566 0.0287</w:t>
        <w:br/>
        <w:t>vn -0.0173 -0.9902 0.1387</w:t>
        <w:br/>
        <w:t>vn 0.2167 0.8711 0.4407</w:t>
        <w:br/>
        <w:t>vn 0.4737 -0.0816 0.8769</w:t>
        <w:br/>
        <w:t>vn 0.6031 -0.0019 0.7976</w:t>
        <w:br/>
        <w:t>vn 0.4312 -0.0781 0.8989</w:t>
        <w:br/>
        <w:t>vn 0.3717 0.7087 -0.5996</w:t>
        <w:br/>
        <w:t>vn 0.5738 0.1204 -0.8101</w:t>
        <w:br/>
        <w:t>vn 0.5309 0.1117 -0.8400</w:t>
        <w:br/>
        <w:t>vn 0.4873 0.4144 -0.7686</w:t>
        <w:br/>
        <w:t>vn -0.9080 0.0426 -0.4168</w:t>
        <w:br/>
        <w:t>vn -0.9474 0.2147 -0.2374</w:t>
        <w:br/>
        <w:t>vn -0.9934 0.0752 0.0863</w:t>
        <w:br/>
        <w:t>vn -0.8077 -0.2643 -0.5270</w:t>
        <w:br/>
        <w:t>vn -0.8077 -0.2643 -0.5271</w:t>
        <w:br/>
        <w:t>vn 0.4954 -0.0503 -0.8672</w:t>
        <w:br/>
        <w:t>vn 0.5271 -0.0223 -0.8495</w:t>
        <w:br/>
        <w:t>vn 0.5469 -0.0198 -0.8370</w:t>
        <w:br/>
        <w:t>vn -0.8840 -0.4209 -0.2034</w:t>
        <w:br/>
        <w:t>vn -0.7888 -0.3912 -0.4741</w:t>
        <w:br/>
        <w:t>vn -0.9558 -0.2713 0.1134</w:t>
        <w:br/>
        <w:t>vn -0.0517 0.8947 0.4436</w:t>
        <w:br/>
        <w:t>vn 0.2715 0.9092 -0.3158</w:t>
        <w:br/>
        <w:t>vn -0.1532 0.6931 0.7043</w:t>
        <w:br/>
        <w:t>vn -0.9067 -0.2030 0.3698</w:t>
        <w:br/>
        <w:t>vn -0.6526 -0.6339 0.4151</w:t>
        <w:br/>
        <w:t>vn -0.9613 -0.1764 0.2116</w:t>
        <w:br/>
        <w:t>vn -0.9770 -0.1167 0.1783</w:t>
        <w:br/>
        <w:t>vn -0.9372 -0.3450 -0.0515</w:t>
        <w:br/>
        <w:t>vn -0.9372 -0.3450 -0.0516</w:t>
        <w:br/>
        <w:t>vn -0.0171 -0.9683 -0.2490</w:t>
        <w:br/>
        <w:t>vn -0.1446 -0.9853 -0.0907</w:t>
        <w:br/>
        <w:t>vn -0.0340 -0.9915 -0.1258</w:t>
        <w:br/>
        <w:t>vn 0.0897 -0.9019 -0.4225</w:t>
        <w:br/>
        <w:t>vn 0.2195 -0.5464 -0.8083</w:t>
        <w:br/>
        <w:t>vn 0.0765 -0.8407 -0.5361</w:t>
        <w:br/>
        <w:t>vn 0.2778 -0.1114 -0.9541</w:t>
        <w:br/>
        <w:t>vn 0.1226 -0.9247 -0.3603</w:t>
        <w:br/>
        <w:t>vn 0.2002 0.6198 -0.7588</w:t>
        <w:br/>
        <w:t>vn 0.5468 -0.0198 -0.8370</w:t>
        <w:br/>
        <w:t>vn 0.2819 0.6263 -0.7268</w:t>
        <w:br/>
        <w:t>vn -0.0931 0.8575 0.5060</w:t>
        <w:br/>
        <w:t>vn -0.9857 -0.0772 -0.1497</w:t>
        <w:br/>
        <w:t>vn -0.9077 -0.2602 0.3291</w:t>
        <w:br/>
        <w:t>vn -0.9807 0.1526 0.1223</w:t>
        <w:br/>
        <w:t>vn -0.9681 0.0144 0.2500</w:t>
        <w:br/>
        <w:t>vn -0.9548 -0.2952 0.0345</w:t>
        <w:br/>
        <w:t>vn -0.6919 -0.2429 0.6799</w:t>
        <w:br/>
        <w:t>vn -0.9548 -0.2952 0.0346</w:t>
        <w:br/>
        <w:t>vn -0.8528 -0.4242 -0.3046</w:t>
        <w:br/>
        <w:t>vn 0.1646 0.5554 -0.8151</w:t>
        <w:br/>
        <w:t>vn 0.2778 -0.1114 -0.9542</w:t>
        <w:br/>
        <w:t>vn -0.8414 -0.5248 -0.1288</w:t>
        <w:br/>
        <w:t>vn -0.8414 -0.5248 -0.1289</w:t>
        <w:br/>
        <w:t>vn -0.8409 -0.4730 -0.2631</w:t>
        <w:br/>
        <w:t>vn 0.5223 -0.4656 -0.7145</w:t>
        <w:br/>
        <w:t>vn 0.5780 -0.3172 -0.7519</w:t>
        <w:br/>
        <w:t>vn 0.4963 -0.5624 -0.6613</w:t>
        <w:br/>
        <w:t>vn 0.5617 -0.2485 -0.7892</w:t>
        <w:br/>
        <w:t>vn 0.4220 -0.5858 -0.6919</w:t>
        <w:br/>
        <w:t>vn 0.5621 -0.4809 -0.6729</w:t>
        <w:br/>
        <w:t>vn 0.5785 -0.4782 -0.6608</w:t>
        <w:br/>
        <w:t>vn 0.6117 -0.4773 -0.6309</w:t>
        <w:br/>
        <w:t>vn -0.7113 -0.6548 0.2554</w:t>
        <w:br/>
        <w:t>vn -0.8488 -0.5274 0.0367</w:t>
        <w:br/>
        <w:t>vn -0.8488 -0.5274 0.0368</w:t>
        <w:br/>
        <w:t>vn -0.4583 -0.7721 0.4402</w:t>
        <w:br/>
        <w:t>vn 0.4124 0.4840 -0.7718</w:t>
        <w:br/>
        <w:t>vn 0.2530 0.8177 -0.5171</w:t>
        <w:br/>
        <w:t>vn -0.7745 -0.2760 -0.5691</w:t>
        <w:br/>
        <w:t>vn -0.4297 -0.8602 -0.2744</w:t>
        <w:br/>
        <w:t>vn -0.2553 -0.8688 -0.4243</w:t>
        <w:br/>
        <w:t>vn -0.4297 -0.8603 -0.2744</w:t>
        <w:br/>
        <w:t>vn -0.6486 -0.7600 0.0416</w:t>
        <w:br/>
        <w:t>vn -0.7915 0.1857 -0.5822</w:t>
        <w:br/>
        <w:t>vn -0.8900 -0.4365 0.1315</w:t>
        <w:br/>
        <w:t>vn -0.9635 -0.1893 -0.1894</w:t>
        <w:br/>
        <w:t>vn -0.8900 -0.4366 0.1315</w:t>
        <w:br/>
        <w:t>vn -0.6965 -0.6914 0.1918</w:t>
        <w:br/>
        <w:t>vn 0.1371 -0.6818 -0.7186</w:t>
        <w:br/>
        <w:t>vn 0.1810 -0.4727 -0.8624</w:t>
        <w:br/>
        <w:t>vn 0.1691 -0.3574 -0.9185</w:t>
        <w:br/>
        <w:t>vn 0.1444 0.9172 -0.3714</w:t>
        <w:br/>
        <w:t>vn 0.1269 0.8885 -0.4410</w:t>
        <w:br/>
        <w:t>vn -0.9832 -0.1280 0.1299</w:t>
        <w:br/>
        <w:t>vn -0.9798 -0.1384 -0.1444</w:t>
        <w:br/>
        <w:t>vn -0.9865 -0.1304 -0.0987</w:t>
        <w:br/>
        <w:t>vn -0.8854 0.0701 0.4595</w:t>
        <w:br/>
        <w:t>vn -0.9578 -0.1875 0.2179</w:t>
        <w:br/>
        <w:t>vn -0.6893 -0.0160 0.7243</w:t>
        <w:br/>
        <w:t>vn -0.9406 -0.3068 -0.1456</w:t>
        <w:br/>
        <w:t>vn -0.9406 -0.3068 -0.1457</w:t>
        <w:br/>
        <w:t>vn -0.9660 -0.2473 0.0751</w:t>
        <w:br/>
        <w:t>vn 0.1951 -0.6659 -0.7201</w:t>
        <w:br/>
        <w:t>vn -0.1732 -0.9043 0.3901</w:t>
        <w:br/>
        <w:t>vn 0.1911 -0.7074 -0.6804</w:t>
        <w:br/>
        <w:t>vn 0.3445 -0.3531 -0.8699</w:t>
        <w:br/>
        <w:t>vn 0.4826 0.2386 -0.8427</w:t>
        <w:br/>
        <w:t>vn 0.5006 0.4961 -0.7094</w:t>
        <w:br/>
        <w:t>vn -0.9262 0.0301 -0.3758</w:t>
        <w:br/>
        <w:t>vn -0.2266 -0.7980 0.5584</w:t>
        <w:br/>
        <w:t>vn -0.2267 -0.7980 0.5584</w:t>
        <w:br/>
        <w:t>vn 0.4250 0.6354 0.6447</w:t>
        <w:br/>
        <w:t>vn 0.3753 0.3225 0.8690</w:t>
        <w:br/>
        <w:t>vn 0.4556 0.2237 0.8616</w:t>
        <w:br/>
        <w:t>vn 0.3408 -0.3046 0.8894</w:t>
        <w:br/>
        <w:t>vn 0.2398 0.7018 0.6708</w:t>
        <w:br/>
        <w:t>vn 0.3750 0.6885 -0.6208</w:t>
        <w:br/>
        <w:t>vn 0.3445 -0.3531 -0.8698</w:t>
        <w:br/>
        <w:t>vn 0.3294 0.5822 0.7433</w:t>
        <w:br/>
        <w:t>vn 0.6500 -0.0323 0.7593</w:t>
        <w:br/>
        <w:t>vn 0.5197 0.0592 -0.8523</w:t>
        <w:br/>
        <w:t>vn 0.5049 0.0582 -0.8612</w:t>
        <w:br/>
        <w:t>vn 0.4187 -0.5294 -0.7378</w:t>
        <w:br/>
        <w:t>vn 0.5447 -0.4499 -0.7077</w:t>
        <w:br/>
        <w:t>vn 0.4309 0.0229 0.9021</w:t>
        <w:br/>
        <w:t>vn 0.3758 -0.2933 0.8791</w:t>
        <w:br/>
        <w:t>vn -0.1693 -0.8385 0.5178</w:t>
        <w:br/>
        <w:t>vn 0.1871 0.2312 0.9547</w:t>
        <w:br/>
        <w:t>vn -0.0182 0.4338 0.9008</w:t>
        <w:br/>
        <w:t>vn 0.2727 0.9036 -0.3303</w:t>
        <w:br/>
        <w:t>vn 0.2874 0.4135 -0.8640</w:t>
        <w:br/>
        <w:t>vn 0.3122 -0.0148 0.9499</w:t>
        <w:br/>
        <w:t>vn 0.2262 -0.1302 0.9653</w:t>
        <w:br/>
        <w:t>vn -0.0004 -0.0104 0.9999</w:t>
        <w:br/>
        <w:t>vn 0.0001 -0.0568 0.9984</w:t>
        <w:br/>
        <w:t>vn -0.0013 0.3748 0.9271</w:t>
        <w:br/>
        <w:t>vn 0.2854 0.3594 0.8885</w:t>
        <w:br/>
        <w:t>vn 0.2449 0.4306 0.8687</w:t>
        <w:br/>
        <w:t>vn -0.0016 0.4430 0.8965</w:t>
        <w:br/>
        <w:t>vn 0.0473 0.7985 0.6001</w:t>
        <w:br/>
        <w:t>vn 0.3220 0.7793 0.5376</w:t>
        <w:br/>
        <w:t>vn 0.7262 0.6111 0.3150</w:t>
        <w:br/>
        <w:t>vn 0.6920 0.6253 0.3608</w:t>
        <w:br/>
        <w:t>vn 0.3844 0.6974 0.6048</w:t>
        <w:br/>
        <w:t>vn 0.3848 0.6665 0.6385</w:t>
        <w:br/>
        <w:t>vn 0.3015 0.6493 0.6982</w:t>
        <w:br/>
        <w:t>vn 0.2719 0.7118 0.6476</w:t>
        <w:br/>
        <w:t>vn -0.0191 0.8384 0.5447</w:t>
        <w:br/>
        <w:t>vn 0.6253 0.6270 0.4646</w:t>
        <w:br/>
        <w:t>vn 0.6439 0.6018 0.4725</w:t>
        <w:br/>
        <w:t>vn 0.0295 0.8224 0.5681</w:t>
        <w:br/>
        <w:t>vn -0.0534 0.8526 0.5198</w:t>
        <w:br/>
        <w:t>vn 0.0026 0.5805 0.8143</w:t>
        <w:br/>
        <w:t>vn 0.2344 0.6900 0.6848</w:t>
        <w:br/>
        <w:t>vn 0.0166 0.6783 0.7346</w:t>
        <w:br/>
        <w:t>vn 0.0190 0.5285 0.8487</w:t>
        <w:br/>
        <w:t>vn 0.7184 0.5675 0.4023</w:t>
        <w:br/>
        <w:t>vn 0.5513 0.5576 0.6207</w:t>
        <w:br/>
        <w:t>vn 0.8130 0.4430 0.3777</w:t>
        <w:br/>
        <w:t>vn 0.9477 0.0388 -0.3167</w:t>
        <w:br/>
        <w:t>vn 0.7865 -0.2101 -0.5807</w:t>
        <w:br/>
        <w:t>vn 0.6676 -0.2964 -0.6830</w:t>
        <w:br/>
        <w:t>vn 0.5998 0.5316 0.5981</w:t>
        <w:br/>
        <w:t>vn 0.5445 0.4797 0.6881</w:t>
        <w:br/>
        <w:t>vn 0.6568 0.4738 0.5866</w:t>
        <w:br/>
        <w:t>vn -0.0292 0.7076 0.7060</w:t>
        <w:br/>
        <w:t>vn -0.0434 0.6855 0.7267</w:t>
        <w:br/>
        <w:t>vn 0.6260 0.6154 0.4790</w:t>
        <w:br/>
        <w:t>vn 0.5230 -0.4274 -0.7374</w:t>
        <w:br/>
        <w:t>vn 0.4885 -0.5066 -0.7104</w:t>
        <w:br/>
        <w:t>vn 0.5147 -0.4509 -0.7292</w:t>
        <w:br/>
        <w:t>vn 0.4287 0.5826 0.6905</w:t>
        <w:br/>
        <w:t>vn 0.4215 0.5650 0.7093</w:t>
        <w:br/>
        <w:t>vn 0.6628 0.5451 0.5135</w:t>
        <w:br/>
        <w:t>vn 0.4136 0.4847 0.7707</w:t>
        <w:br/>
        <w:t>vn 0.7773 0.6013 0.1852</w:t>
        <w:br/>
        <w:t>vn 0.2742 0.8445 0.4601</w:t>
        <w:br/>
        <w:t>vn 0.8211 0.5171 0.2416</w:t>
        <w:br/>
        <w:t>vn 0.9477 0.0387 -0.3168</w:t>
        <w:br/>
        <w:t>vn 0.8795 0.4443 0.1705</w:t>
        <w:br/>
        <w:t>vn 0.5345 0.5362 0.6533</w:t>
        <w:br/>
        <w:t>vn 0.0035 0.8326 0.5538</w:t>
        <w:br/>
        <w:t>vn 0.4506 -0.5418 -0.7095</w:t>
        <w:br/>
        <w:t>vn 0.4741 -0.5196 -0.7108</w:t>
        <w:br/>
        <w:t>vn 0.4995 0.6370 0.5871</w:t>
        <w:br/>
        <w:t>vn 0.4244 0.6936 0.5821</w:t>
        <w:br/>
        <w:t>vn 0.8808 0.4287 0.2011</w:t>
        <w:br/>
        <w:t>vn 0.9088 0.4050 0.1003</w:t>
        <w:br/>
        <w:t>vn 0.9122 0.4009 0.0849</w:t>
        <w:br/>
        <w:t>vn 0.5033 -0.6239 0.5979</w:t>
        <w:br/>
        <w:t>vn 0.4420 -0.7696 0.4607</w:t>
        <w:br/>
        <w:t>vn 0.4420 -0.7696 0.4608</w:t>
        <w:br/>
        <w:t>vn 0.2684 -0.8521 0.4493</w:t>
        <w:br/>
        <w:t>vn 0.2238 -0.8541 0.4694</w:t>
        <w:br/>
        <w:t>vn 0.2240 -0.8542 0.4693</w:t>
        <w:br/>
        <w:t>vn 0.2683 -0.8521 0.4493</w:t>
        <w:br/>
        <w:t>vn 0.5982 -0.6360 0.4874</w:t>
        <w:br/>
        <w:t>vn 0.3348 -0.7735 0.5382</w:t>
        <w:br/>
        <w:t>vn 0.2993 -0.6113 0.7326</w:t>
        <w:br/>
        <w:t>vn 0.2994 -0.6113 0.7326</w:t>
        <w:br/>
        <w:t>vn 0.7606 -0.5716 0.3078</w:t>
        <w:br/>
        <w:t>vn 0.7606 -0.5717 0.3077</w:t>
        <w:br/>
        <w:t>vn 0.6513 -0.2777 -0.7062</w:t>
        <w:br/>
        <w:t>vn 0.6763 -0.2949 -0.6751</w:t>
        <w:br/>
        <w:t>vn 0.6762 -0.2949 -0.6751</w:t>
        <w:br/>
        <w:t>vn -0.0047 -0.6305 0.7762</w:t>
        <w:br/>
        <w:t>vn 0.7077 -0.2336 -0.6667</w:t>
        <w:br/>
        <w:t>vn 0.7077 -0.2336 -0.6668</w:t>
        <w:br/>
        <w:t>vn 0.6122 -0.1263 -0.7805</w:t>
        <w:br/>
        <w:t>vn 0.6222 -0.2055 -0.7554</w:t>
        <w:br/>
        <w:t>vn 0.6223 -0.2055 -0.7554</w:t>
        <w:br/>
        <w:t>vn 0.9265 -0.1329 -0.3521</w:t>
        <w:br/>
        <w:t>vn 0.7787 -0.3551 -0.5172</w:t>
        <w:br/>
        <w:t>vn 0.9266 -0.1327 -0.3519</w:t>
        <w:br/>
        <w:t>vn 0.9531 0.0236 -0.3017</w:t>
        <w:br/>
        <w:t>vn 0.8795 0.4443 0.1704</w:t>
        <w:br/>
        <w:t>vn 0.9143 -0.0809 -0.3969</w:t>
        <w:br/>
        <w:t>vn 0.9306 -0.1054 -0.3505</w:t>
        <w:br/>
        <w:t>vn -0.3130 -0.0142 0.9497</w:t>
        <w:br/>
        <w:t>vn -0.2263 -0.1300 0.9653</w:t>
        <w:br/>
        <w:t>vn -0.2877 0.3588 0.8880</w:t>
        <w:br/>
        <w:t>vn -0.2480 0.4281 0.8690</w:t>
        <w:br/>
        <w:t>vn -0.0877 0.7938 0.6018</w:t>
        <w:br/>
        <w:t>vn -0.6216 0.6693 0.4070</w:t>
        <w:br/>
        <w:t>vn -0.6718 0.6538 0.3482</w:t>
        <w:br/>
        <w:t>vn -0.2408 0.7915 0.5617</w:t>
        <w:br/>
        <w:t>vn -0.4961 -0.5426 -0.6779</w:t>
        <w:br/>
        <w:t>vn -0.4961 -0.5426 -0.6778</w:t>
        <w:br/>
        <w:t>vn -0.5170 -0.5084 -0.6887</w:t>
        <w:br/>
        <w:t>vn -0.5170 -0.5083 -0.6887</w:t>
        <w:br/>
        <w:t>vn -0.3805 0.7103 0.5922</w:t>
        <w:br/>
        <w:t>vn -0.2072 0.7096 0.6735</w:t>
        <w:br/>
        <w:t>vn -0.2227 0.6589 0.7185</w:t>
        <w:br/>
        <w:t>vn -0.3989 0.6811 0.6140</w:t>
        <w:br/>
        <w:t>vn 0.0270 0.8256 0.5637</w:t>
        <w:br/>
        <w:t>vn -0.7163 0.5890 0.3741</w:t>
        <w:br/>
        <w:t>vn -0.6897 0.6180 0.3773</w:t>
        <w:br/>
        <w:t>vn 0.0699 0.5569 0.8277</w:t>
        <w:br/>
        <w:t>vn -0.2008 0.6995 0.6858</w:t>
        <w:br/>
        <w:t>vn -0.4841 0.5722 0.6620</w:t>
        <w:br/>
        <w:t>vn -0.7085 0.5846 0.3954</w:t>
        <w:br/>
        <w:t>vn -0.9536 0.0413 -0.2982</w:t>
        <w:br/>
        <w:t>vn -0.7022 -0.2795 -0.6548</w:t>
        <w:br/>
        <w:t>vn -0.8112 -0.2114 -0.5452</w:t>
        <w:br/>
        <w:t>vn -0.5839 0.4921 0.6457</w:t>
        <w:br/>
        <w:t>vn -0.4097 0.5019 0.7617</w:t>
        <w:br/>
        <w:t>vn -0.5447 0.5515 0.6318</w:t>
        <w:br/>
        <w:t>vn 0.0905 0.7091 0.6993</w:t>
        <w:br/>
        <w:t>vn -0.5341 0.6377 0.5550</w:t>
        <w:br/>
        <w:t>vn -0.5565 -0.4076 -0.7240</w:t>
        <w:br/>
        <w:t>vn -0.5565 -0.4075 -0.7240</w:t>
        <w:br/>
        <w:t>vn -0.3425 0.5899 0.7313</w:t>
        <w:br/>
        <w:t>vn -0.4204 0.6577 0.6250</w:t>
        <w:br/>
        <w:t>vn -0.4413 0.6025 0.6650</w:t>
        <w:br/>
        <w:t>vn -0.7427 0.5344 0.4036</w:t>
        <w:br/>
        <w:t>vn -0.7385 0.4663 0.4870</w:t>
        <w:br/>
        <w:t>vn -0.7748 0.6073 0.1757</w:t>
        <w:br/>
        <w:t>vn -0.2704 0.8505 0.4511</w:t>
        <w:br/>
        <w:t>vn -0.8197 0.5246 0.2302</w:t>
        <w:br/>
        <w:t>vn -0.8196 0.5246 0.2303</w:t>
        <w:br/>
        <w:t>vn -0.8790 0.4487 0.1613</w:t>
        <w:br/>
        <w:t>vn -0.6334 0.5382 0.5560</w:t>
        <w:br/>
        <w:t>vn -0.3920 0.6955 0.6022</w:t>
        <w:br/>
        <w:t>vn -0.7503 0.4829 0.4515</w:t>
        <w:br/>
        <w:t>vn -0.8006 0.5000 0.3301</w:t>
        <w:br/>
        <w:t>vn -0.8435 0.4982 0.2006</w:t>
        <w:br/>
        <w:t>vn -0.8591 0.4879 0.1547</w:t>
        <w:br/>
        <w:t>vn -0.4340 -0.6325 0.6415</w:t>
        <w:br/>
        <w:t>vn -0.4647 -0.7744 0.4295</w:t>
        <w:br/>
        <w:t>vn -0.4341 -0.6325 0.6415</w:t>
        <w:br/>
        <w:t>vn -0.3972 -0.7684 0.5017</w:t>
        <w:br/>
        <w:t>vn -0.3970 -0.7684 0.5020</w:t>
        <w:br/>
        <w:t>vn -0.3416 -0.8937 0.2909</w:t>
        <w:br/>
        <w:t>vn -0.4109 -0.6207 0.6678</w:t>
        <w:br/>
        <w:t>vn -0.5333 -0.7091 0.4613</w:t>
        <w:br/>
        <w:t>vn -0.4109 -0.6207 0.6677</w:t>
        <w:br/>
        <w:t>vn -0.2347 -0.6223 0.7468</w:t>
        <w:br/>
        <w:t>vn -0.2347 -0.6222 0.7468</w:t>
        <w:br/>
        <w:t>vn -0.7467 -0.6119 -0.2607</w:t>
        <w:br/>
        <w:t>vn -0.7467 -0.6119 -0.2606</w:t>
        <w:br/>
        <w:t>vn -0.6001 -0.3389 -0.7246</w:t>
        <w:br/>
        <w:t>vn -0.5671 -0.1602 -0.8079</w:t>
        <w:br/>
        <w:t>vn -0.6750 -0.2578 -0.6914</w:t>
        <w:br/>
        <w:t>vn -0.6749 -0.2578 -0.6914</w:t>
        <w:br/>
        <w:t>vn -0.5671 -0.1603 -0.8079</w:t>
        <w:br/>
        <w:t>vn -0.5710 -0.2410 -0.7848</w:t>
        <w:br/>
        <w:t>vn -0.5712 -0.2407 -0.7847</w:t>
        <w:br/>
        <w:t>vn -0.7528 -0.3730 -0.5424</w:t>
        <w:br/>
        <w:t>vn -0.9189 -0.1431 -0.3675</w:t>
        <w:br/>
        <w:t>vn -0.9187 -0.1432 -0.3680</w:t>
        <w:br/>
        <w:t>vn -0.9531 0.0236 -0.3016</w:t>
        <w:br/>
        <w:t>vn -0.9142 -0.0787 -0.3975</w:t>
        <w:br/>
        <w:t>vn -0.9306 -0.1011 -0.3518</w:t>
        <w:br/>
        <w:t>vn 0.3954 -0.0694 0.9159</w:t>
        <w:br/>
        <w:t>vn -0.3954 -0.0694 0.9159</w:t>
        <w:br/>
        <w:t>vn -0.7502 0.6272 0.2092</w:t>
        <w:br/>
        <w:t>vn -0.3799 0.9238 0.0475</w:t>
        <w:br/>
        <w:t>vn -0.9787 0.1942 0.0672</w:t>
        <w:br/>
        <w:t>vn -0.6777 0.5708 0.4635</w:t>
        <w:br/>
        <w:t>vn 0.8595 0.3800 -0.3418</w:t>
        <w:br/>
        <w:t>vn 0.6700 0.7278 -0.1466</w:t>
        <w:br/>
        <w:t>vn 0.8552 0.4815 -0.1917</w:t>
        <w:br/>
        <w:t>vn 0.8105 0.5674 -0.1454</w:t>
        <w:br/>
        <w:t>vn 0.7872 -0.5686 -0.2388</w:t>
        <w:br/>
        <w:t>vn 0.7465 -0.5729 -0.3386</w:t>
        <w:br/>
        <w:t>vn 0.7465 -0.5728 -0.3385</w:t>
        <w:br/>
        <w:t>vn 0.6539 -0.5289 -0.5409</w:t>
        <w:br/>
        <w:t>vn -0.0762 0.9522 0.2959</w:t>
        <w:br/>
        <w:t>vn -0.0311 0.9901 0.1366</w:t>
        <w:br/>
        <w:t>vn -0.1580 0.9469 0.2801</w:t>
        <w:br/>
        <w:t>vn 0.0970 0.9952 -0.0122</w:t>
        <w:br/>
        <w:t>vn 0.6699 0.7278 -0.1466</w:t>
        <w:br/>
        <w:t>vn -0.9104 0.1643 0.3798</w:t>
        <w:br/>
        <w:t>vn -0.9776 0.0769 0.1961</w:t>
        <w:br/>
        <w:t>vn -0.9445 -0.2798 -0.1724</w:t>
        <w:br/>
        <w:t>vn -0.4430 -0.8332 -0.3309</w:t>
        <w:br/>
        <w:t>vn -0.2775 -0.9430 -0.1836</w:t>
        <w:br/>
        <w:t>vn -0.5660 -0.8143 -0.1288</w:t>
        <w:br/>
        <w:t>vn -0.9297 0.2227 0.2933</w:t>
        <w:br/>
        <w:t>vn -0.9856 -0.0365 0.1650</w:t>
        <w:br/>
        <w:t>vn -0.9787 0.1941 0.0672</w:t>
        <w:br/>
        <w:t>vn -0.9560 -0.2924 0.0223</w:t>
        <w:br/>
        <w:t>vn -0.9856 -0.0364 0.1650</w:t>
        <w:br/>
        <w:t>vn -0.5660 -0.8143 -0.1287</w:t>
        <w:br/>
        <w:t>vn -0.2251 -0.9678 -0.1130</w:t>
        <w:br/>
        <w:t>vn 0.7678 -0.6085 -0.2004</w:t>
        <w:br/>
        <w:t>vn -0.9261 -0.1642 -0.3395</w:t>
        <w:br/>
        <w:t>vn 0.7525 -0.5932 0.2861</w:t>
        <w:br/>
        <w:t>vn 0.4593 0.8534 -0.2464</w:t>
        <w:br/>
        <w:t>vn 0.7144 0.4898 -0.4997</w:t>
        <w:br/>
        <w:t>vn 0.3907 0.8411 -0.3741</w:t>
        <w:br/>
        <w:t>vn 0.0769 0.9940 0.0772</w:t>
        <w:br/>
        <w:t>vn -0.4056 0.3079 0.8606</w:t>
        <w:br/>
        <w:t>vn -0.1320 0.0517 0.9899</w:t>
        <w:br/>
        <w:t>vn -0.6679 -0.5592 -0.4912</w:t>
        <w:br/>
        <w:t>vn 0.4177 -0.6624 0.6219</w:t>
        <w:br/>
        <w:t>vn 0.3538 -0.6923 0.6290</w:t>
        <w:br/>
        <w:t>vn 0.2363 -0.5392 0.8084</w:t>
        <w:br/>
        <w:t>vn 0.3204 -0.5163 0.7942</w:t>
        <w:br/>
        <w:t>vn 0.4383 -0.4516 0.7771</w:t>
        <w:br/>
        <w:t>vn 0.5428 -0.5793 0.6081</w:t>
        <w:br/>
        <w:t>vn 0.6500 -0.7386 0.1789</w:t>
        <w:br/>
        <w:t>vn 0.5303 -0.8260 0.1913</w:t>
        <w:br/>
        <w:t>vn 0.5034 -0.7936 -0.3417</w:t>
        <w:br/>
        <w:t>vn 0.4882 -0.8000 -0.3489</w:t>
        <w:br/>
        <w:t>vn 0.4986 -0.8457 0.1905</w:t>
        <w:br/>
        <w:t>vn -0.2392 0.7444 -0.6233</w:t>
        <w:br/>
        <w:t>vn -0.2393 0.7444 -0.6233</w:t>
        <w:br/>
        <w:t>vn -0.3974 0.8976 -0.1908</w:t>
        <w:br/>
        <w:t>vn -0.3974 0.8976 -0.1907</w:t>
        <w:br/>
        <w:t>vn -0.3887 0.8568 0.3388</w:t>
        <w:br/>
        <w:t>vn 0.5942 -0.7245 -0.3493</w:t>
        <w:br/>
        <w:t>vn 0.3080 -0.4260 -0.8507</w:t>
        <w:br/>
        <w:t>vn 0.2529 -0.4677 -0.8469</w:t>
        <w:br/>
        <w:t>vn 0.2342 -0.4705 -0.8507</w:t>
        <w:br/>
        <w:t>vn 0.3021 -0.7217 0.6228</w:t>
        <w:br/>
        <w:t>vn 0.4742 -0.8656 0.1607</w:t>
        <w:br/>
        <w:t>vn 0.4146 -0.8306 -0.3717</w:t>
        <w:br/>
        <w:t>vn -0.0360 -0.4924 0.8696</w:t>
        <w:br/>
        <w:t>vn -0.1150 0.5871 -0.8013</w:t>
        <w:br/>
        <w:t>vn -0.4644 0.1244 0.8769</w:t>
        <w:br/>
        <w:t>vn -0.4957 0.5382 0.6816</w:t>
        <w:br/>
        <w:t>vn -0.4772 0.5662 0.6720</w:t>
        <w:br/>
        <w:t>vn -0.4773 0.5664 0.6718</w:t>
        <w:br/>
        <w:t>vn -0.4603 0.5975 0.6567</w:t>
        <w:br/>
        <w:t>vn -0.4603 0.5975 0.6566</w:t>
        <w:br/>
        <w:t>vn -0.4623 0.6010 0.6521</w:t>
        <w:br/>
        <w:t>vn -0.3353 -0.3155 0.8877</w:t>
        <w:br/>
        <w:t>vn -0.2913 -0.4822 0.8262</w:t>
        <w:br/>
        <w:t>vn -0.0465 -0.8259 0.5619</w:t>
        <w:br/>
        <w:t>vn 0.1708 -0.9751 0.1414</w:t>
        <w:br/>
        <w:t>vn -0.6206 0.5780 -0.5299</w:t>
        <w:br/>
        <w:t>vn -0.9322 -0.2004 -0.3013</w:t>
        <w:br/>
        <w:t>vn -0.8217 0.2568 -0.5087</w:t>
        <w:br/>
        <w:t>vn -0.4347 0.8692 -0.2356</w:t>
        <w:br/>
        <w:t>vn -0.9351 0.3387 -0.1042</w:t>
        <w:br/>
        <w:t>vn -0.9879 -0.1389 -0.0687</w:t>
        <w:br/>
        <w:t>vn -0.9589 -0.2235 0.1747</w:t>
        <w:br/>
        <w:t>vn -0.9235 0.2111 0.3204</w:t>
        <w:br/>
        <w:t>vn -0.8316 -0.4063 0.3786</w:t>
        <w:br/>
        <w:t>vn -0.7240 -0.1298 0.6775</w:t>
        <w:br/>
        <w:t>vn -0.6821 -0.6078 0.4067</w:t>
        <w:br/>
        <w:t>vn -0.4511 -0.5078 0.7340</w:t>
        <w:br/>
        <w:t>vn 0.1207 -0.5117 -0.8507</w:t>
        <w:br/>
        <w:t>vn 0.1254 -0.9291 -0.3479</w:t>
        <w:br/>
        <w:t>vn -0.1056 -0.6023 -0.7912</w:t>
        <w:br/>
        <w:t>vn 0.1721 0.1760 -0.9692</w:t>
        <w:br/>
        <w:t>vn -0.0402 0.4429 -0.8957</w:t>
        <w:br/>
        <w:t>vn -0.0402 0.4429 -0.8956</w:t>
        <w:br/>
        <w:t>vn -0.0263 -0.0694 0.9972</w:t>
        <w:br/>
        <w:t>vn 0.2014 -0.3427 0.9176</w:t>
        <w:br/>
        <w:t>vn 0.1411 -0.3719 0.9175</w:t>
        <w:br/>
        <w:t>vn -0.0285 0.0902 0.9955</w:t>
        <w:br/>
        <w:t>vn 0.5409 -0.3064 -0.7833</w:t>
        <w:br/>
        <w:t>vn 0.5581 -0.7589 -0.3354</w:t>
        <w:br/>
        <w:t>vn 0.5580 -0.7697 -0.3100</w:t>
        <w:br/>
        <w:t>vn 0.6140 -0.7016 -0.3615</w:t>
        <w:br/>
        <w:t>vn 0.0499 -0.0044 0.9987</w:t>
        <w:br/>
        <w:t>vn 0.2756 -0.2795 0.9198</w:t>
        <w:br/>
        <w:t>vn -0.7830 -0.4790 -0.3968</w:t>
        <w:br/>
        <w:t>vn -0.4707 -0.3483 -0.8107</w:t>
        <w:br/>
        <w:t>vn -0.4707 -0.3482 -0.8107</w:t>
        <w:br/>
        <w:t>vn -0.6175 -0.3109 -0.7225</w:t>
        <w:br/>
        <w:t>vn 0.1400 -0.8038 -0.5781</w:t>
        <w:br/>
        <w:t>vn 0.5404 -0.7847 -0.3038</w:t>
        <w:br/>
        <w:t>vn 0.3938 -0.8884 -0.2359</w:t>
        <w:br/>
        <w:t>vn 0.1400 -0.8039 -0.5781</w:t>
        <w:br/>
        <w:t>vn 0.5403 -0.7847 -0.3038</w:t>
        <w:br/>
        <w:t>vn -0.4146 -0.3318 0.8473</w:t>
        <w:br/>
        <w:t>vn -0.2480 -0.5592 0.7911</w:t>
        <w:br/>
        <w:t>vn 0.0222 -0.4250 0.9049</w:t>
        <w:br/>
        <w:t>vn -0.1815 -0.1648 0.9695</w:t>
        <w:br/>
        <w:t>vn -0.3540 -0.7138 -0.6043</w:t>
        <w:br/>
        <w:t>vn -0.6271 -0.7002 -0.3412</w:t>
        <w:br/>
        <w:t>vn -0.5249 0.3666 0.7682</w:t>
        <w:br/>
        <w:t>vn -0.7034 0.1343 0.6980</w:t>
        <w:br/>
        <w:t>vn -0.1550 -0.9492 -0.2738</w:t>
        <w:br/>
        <w:t>vn -0.5241 -0.8379 -0.1524</w:t>
        <w:br/>
        <w:t>vn -0.1385 0.5323 0.8351</w:t>
        <w:br/>
        <w:t>vn -0.1385 0.5323 0.8352</w:t>
        <w:br/>
        <w:t>vn 0.3008 0.0220 0.9534</w:t>
        <w:br/>
        <w:t>vn -0.2046 -0.8517 0.4824</w:t>
        <w:br/>
        <w:t>vn -0.5451 -0.7954 0.2650</w:t>
        <w:br/>
        <w:t>vn -0.3113 0.5178 0.7969</w:t>
        <w:br/>
        <w:t>vn -0.4736 0.4233 0.7723</w:t>
        <w:br/>
        <w:t>vn -0.3664 0.5302 0.7646</w:t>
        <w:br/>
        <w:t>vn -0.6795 0.6641 0.3118</w:t>
        <w:br/>
        <w:t>vn -0.8638 0.4099 0.2929</w:t>
        <w:br/>
        <w:t>vn -0.5778 0.7772 0.2492</w:t>
        <w:br/>
        <w:t>vn -0.5534 0.8214 -0.1381</w:t>
        <w:br/>
        <w:t>vn -0.7072 0.6914 -0.1482</w:t>
        <w:br/>
        <w:t>vn -0.7301 0.6256 0.2751</w:t>
        <w:br/>
        <w:t>vn -0.0998 0.6425 0.7598</w:t>
        <w:br/>
        <w:t>vn -0.3548 0.8864 0.2973</w:t>
        <w:br/>
        <w:t>vn -0.5923 0.7456 0.3054</w:t>
        <w:br/>
        <w:t>vn -0.4414 0.8624 -0.2478</w:t>
        <w:br/>
        <w:t>vn -0.6443 0.7253 -0.2425</w:t>
        <w:br/>
        <w:t>vn 0.8355 -0.4974 0.2336</w:t>
        <w:br/>
        <w:t>vn 0.6868 -0.3549 0.6343</w:t>
        <w:br/>
        <w:t>vn 0.8013 -0.5350 -0.2679</w:t>
        <w:br/>
        <w:t>vn -0.5593 0.5479 -0.6221</w:t>
        <w:br/>
        <w:t>vn -0.7278 0.6720 -0.1365</w:t>
        <w:br/>
        <w:t>vn -0.5441 0.5066 -0.6688</w:t>
        <w:br/>
        <w:t>vn -0.4311 0.6077 -0.6669</w:t>
        <w:br/>
        <w:t>vn -0.0841 -0.9922 0.0922</w:t>
        <w:br/>
        <w:t>vn -0.4758 -0.8775 0.0598</w:t>
        <w:br/>
        <w:t>vn -0.2627 -0.0245 -0.9646</w:t>
        <w:br/>
        <w:t>vn -0.1079 0.1079 -0.9883</w:t>
        <w:br/>
        <w:t>vn -0.1730 0.0762 -0.9820</w:t>
        <w:br/>
        <w:t>vn -0.2103 0.0436 -0.9767</w:t>
        <w:br/>
        <w:t>vn -0.5868 0.4534 -0.6709</w:t>
        <w:br/>
        <w:t>vn -0.4285 -0.1530 -0.8905</w:t>
        <w:br/>
        <w:t>vn -0.7445 0.2537 -0.6176</w:t>
        <w:br/>
        <w:t>vn -0.8814 0.4497 -0.1446</w:t>
        <w:br/>
        <w:t>vn 0.8022 0.5969 -0.0164</w:t>
        <w:br/>
        <w:t>vn 0.7957 0.6055 -0.0161</w:t>
        <w:br/>
        <w:t>vn 0.8106 0.5853 -0.0181</w:t>
        <w:br/>
        <w:t>vn 0.8063 0.5910 -0.0253</w:t>
        <w:br/>
        <w:t>vn 0.8080 0.5884 -0.0304</w:t>
        <w:br/>
        <w:t>vn 0.8126 0.5823 -0.0255</w:t>
        <w:br/>
        <w:t>vn 0.8218 0.5692 -0.0246</w:t>
        <w:br/>
        <w:t>vn 0.8060 0.5916 -0.0176</w:t>
        <w:br/>
        <w:t>vn 0.8072 0.5900 -0.0178</w:t>
        <w:br/>
        <w:t>vn 0.8093 0.5874 -0.0035</w:t>
        <w:br/>
        <w:t>vn 0.8228 0.5679 -0.0194</w:t>
        <w:br/>
        <w:t>vn 0.8151 0.5794 -0.0006</w:t>
        <w:br/>
        <w:t>vn -0.9322 -0.2005 -0.3013</w:t>
        <w:br/>
        <w:t>vn -0.8235 -0.5666 -0.0270</w:t>
        <w:br/>
        <w:t>vn -0.8041 -0.5945 -0.0055</w:t>
        <w:br/>
        <w:t>vn -0.9589 -0.2234 0.1747</w:t>
        <w:br/>
        <w:t>vn -0.7830 -0.4789 -0.3968</w:t>
        <w:br/>
        <w:t>vn -0.5700 -0.7339 -0.3694</w:t>
        <w:br/>
        <w:t>vn -0.2511 -0.8855 -0.3909</w:t>
        <w:br/>
        <w:t>vn -0.2512 -0.8857 -0.3905</w:t>
        <w:br/>
        <w:t>vn -0.8518 -0.4924 -0.1788</w:t>
        <w:br/>
        <w:t>vn -0.6433 -0.7401 -0.1960</w:t>
        <w:br/>
        <w:t>vn -0.8733 -0.4872 -0.0000</w:t>
        <w:br/>
        <w:t>vn 0.2340 -0.8304 -0.5057</w:t>
        <w:br/>
        <w:t>vn 0.3483 -0.5213 -0.7790</w:t>
        <w:br/>
        <w:t>vn 0.3973 -0.7679 -0.5025</w:t>
        <w:br/>
        <w:t>vn -0.7120 -0.4323 0.5533</w:t>
        <w:br/>
        <w:t>vn -0.3036 -0.4307 0.8499</w:t>
        <w:br/>
        <w:t>vn -0.2931 -0.3616 0.8850</w:t>
        <w:br/>
        <w:t>vn -0.7282 -0.3435 0.5930</w:t>
        <w:br/>
        <w:t>vn -0.9466 -0.2283 -0.2276</w:t>
        <w:br/>
        <w:t>vn -0.9709 -0.1073 -0.2139</w:t>
        <w:br/>
        <w:t>vn -0.6140 0.0336 -0.7886</w:t>
        <w:br/>
        <w:t>vn -0.6186 0.1519 -0.7709</w:t>
        <w:br/>
        <w:t>vn -0.9803 0.0162 -0.1968</w:t>
        <w:br/>
        <w:t>vn -0.6145 0.2673 -0.7423</w:t>
        <w:br/>
        <w:t>vn 0.0459 0.4320 -0.9007</w:t>
        <w:br/>
        <w:t>vn 0.0183 0.3260 -0.9452</w:t>
        <w:br/>
        <w:t>vn -0.2491 0.9663 0.0644</w:t>
        <w:br/>
        <w:t>vn -0.3905 0.7980 0.4591</w:t>
        <w:br/>
        <w:t>vn 0.0089 0.8241 0.5664</w:t>
        <w:br/>
        <w:t>vn 0.0315 0.8782 0.4772</w:t>
        <w:br/>
        <w:t>vn -0.2519 0.2717 0.9288</w:t>
        <w:br/>
        <w:t>vn 0.1165 0.7848 0.6087</w:t>
        <w:br/>
        <w:t>vn -0.9779 -0.1304 0.1637</w:t>
        <w:br/>
        <w:t>vn -0.0088 0.2179 -0.9759</w:t>
        <w:br/>
        <w:t>vn 0.4950 0.3758 -0.7834</w:t>
        <w:br/>
        <w:t>vn 0.4178 0.2607 -0.8704</w:t>
        <w:br/>
        <w:t>vn 0.6117 0.3310 -0.7185</w:t>
        <w:br/>
        <w:t>vn 0.3276 -0.8872 -0.3251</w:t>
        <w:br/>
        <w:t>vn 0.1120 -0.9865 -0.1191</w:t>
        <w:br/>
        <w:t>vn -0.3511 -0.3458 0.8701</w:t>
        <w:br/>
        <w:t>vn -0.3389 -0.4093 0.8471</w:t>
        <w:br/>
        <w:t>vn -0.5062 -0.1507 0.8491</w:t>
        <w:br/>
        <w:t>vn -0.5801 -0.3551 0.7330</w:t>
        <w:br/>
        <w:t>vn -0.7756 -0.0034 0.6312</w:t>
        <w:br/>
        <w:t>vn -0.8428 -0.2450 0.4792</w:t>
        <w:br/>
        <w:t>vn 0.1821 -0.6100 -0.7712</w:t>
        <w:br/>
        <w:t>vn 0.2345 -0.3823 -0.8938</w:t>
        <w:br/>
        <w:t>vn -0.1414 -0.8931 -0.4271</w:t>
        <w:br/>
        <w:t>vn 0.3883 -0.1587 -0.9078</w:t>
        <w:br/>
        <w:t>vn 0.2969 -0.2553 -0.9201</w:t>
        <w:br/>
        <w:t>vn -0.1283 -0.9913 0.0297</w:t>
        <w:br/>
        <w:t>vn -0.3253 -0.9442 0.0523</w:t>
        <w:br/>
        <w:t>vn 0.3453 -0.7721 -0.5336</w:t>
        <w:br/>
        <w:t>vn 0.5307 -0.7584 -0.3784</w:t>
        <w:br/>
        <w:t>vn 0.5307 -0.7584 -0.3783</w:t>
        <w:br/>
        <w:t>vn 0.9954 0.0563 -0.0769</w:t>
        <w:br/>
        <w:t>vn 0.9955 0.0563 -0.0769</w:t>
        <w:br/>
        <w:t>vn 0.9512 0.1450 -0.2723</w:t>
        <w:br/>
        <w:t>vn 0.7781 0.2908 -0.5567</w:t>
        <w:br/>
        <w:t>vn 0.7782 0.2908 -0.5567</w:t>
        <w:br/>
        <w:t>vn 0.4684 -0.8425 -0.2658</w:t>
        <w:br/>
        <w:t>vn 0.4684 -0.8426 -0.2658</w:t>
        <w:br/>
        <w:t>vn 0.3798 -0.8207 -0.4269</w:t>
        <w:br/>
        <w:t>vn 0.5201 -0.7299 -0.4437</w:t>
        <w:br/>
        <w:t>vn 0.5308 -0.7865 -0.3157</w:t>
        <w:br/>
        <w:t>vn 0.4030 -0.9139 -0.0490</w:t>
        <w:br/>
        <w:t>vn 0.1854 -0.9540 0.2355</w:t>
        <w:br/>
        <w:t>vn -0.7955 -0.1973 -0.5729</w:t>
        <w:br/>
        <w:t>vn -0.8657 -0.4856 0.1217</w:t>
        <w:br/>
        <w:t>vn -0.9227 -0.3660 0.1210</w:t>
        <w:br/>
        <w:t>vn -0.8400 -0.0828 -0.5362</w:t>
        <w:br/>
        <w:t>vn -0.3392 -0.5392 0.7708</w:t>
        <w:br/>
        <w:t>vn -0.3961 -0.4769 0.7846</w:t>
        <w:br/>
        <w:t>vn -0.5126 0.1248 0.8495</w:t>
        <w:br/>
        <w:t>vn -0.9106 0.1784 0.3728</w:t>
        <w:br/>
        <w:t>vn 0.0606 -0.3686 0.9276</w:t>
        <w:br/>
        <w:t>vn 0.0867 -0.3793 0.9212</w:t>
        <w:br/>
        <w:t>vn 0.0717 -0.4208 0.9043</w:t>
        <w:br/>
        <w:t>vn 0.3349 -0.5821 -0.7409</w:t>
        <w:br/>
        <w:t>vn 0.1574 -0.3403 -0.9271</w:t>
        <w:br/>
        <w:t>vn 0.1979 -0.1922 -0.9612</w:t>
        <w:br/>
        <w:t>vn 0.0865 -0.4386 0.8945</w:t>
        <w:br/>
        <w:t>vn -0.3067 0.1086 -0.9456</w:t>
        <w:br/>
        <w:t>vn -0.3159 0.2156 -0.9240</w:t>
        <w:br/>
        <w:t>vn 0.1819 0.3872 -0.9039</w:t>
        <w:br/>
        <w:t>vn 0.1292 0.2633 -0.9560</w:t>
        <w:br/>
        <w:t>vn 0.2830 0.3729 -0.8836</w:t>
        <w:br/>
        <w:t>vn 0.0215 -0.9292 0.3691</w:t>
        <w:br/>
        <w:t>vn 0.0150 -0.9877 0.1557</w:t>
        <w:br/>
        <w:t>vn 0.1136 -0.9923 -0.0497</w:t>
        <w:br/>
        <w:t>vn 0.1957 -0.9376 -0.2874</w:t>
        <w:br/>
        <w:t>vn -0.0984 0.5903 -0.8012</w:t>
        <w:br/>
        <w:t>vn 0.0244 0.3688 -0.9292</w:t>
        <w:br/>
        <w:t>vn 0.3053 0.3876 -0.8698</w:t>
        <w:br/>
        <w:t>vn 0.2796 0.4520 -0.8471</w:t>
        <w:br/>
        <w:t>vn 0.1965 0.7987 0.5687</w:t>
        <w:br/>
        <w:t>vn 0.3127 0.6842 0.6588</w:t>
        <w:br/>
        <w:t>vn -0.1759 0.7828 0.5969</w:t>
        <w:br/>
        <w:t>vn 0.2124 0.9484 0.2353</w:t>
        <w:br/>
        <w:t>vn 0.1116 0.9922 -0.0550</w:t>
        <w:br/>
        <w:t>vn 0.0556 -0.1331 0.9895</w:t>
        <w:br/>
        <w:t>vn 0.0380 -0.3447 0.9380</w:t>
        <w:br/>
        <w:t>vn 0.1199 0.9647 -0.2343</w:t>
        <w:br/>
        <w:t>vn 0.0632 0.9969 -0.0467</w:t>
        <w:br/>
        <w:t>vn 0.0570 0.9558 0.2884</w:t>
        <w:br/>
        <w:t>vn 0.0802 0.9929 0.0880</w:t>
        <w:br/>
        <w:t>vn -0.0760 0.9946 -0.0704</w:t>
        <w:br/>
        <w:t>vn 0.1704 0.9558 0.2398</w:t>
        <w:br/>
        <w:t>vn -0.0581 -0.4307 0.9006</w:t>
        <w:br/>
        <w:t>vn -0.2484 0.3576 0.9002</w:t>
        <w:br/>
        <w:t>vn -0.8679 0.4437 -0.2233</w:t>
        <w:br/>
        <w:t>vn -0.6630 0.7431 0.0908</w:t>
        <w:br/>
        <w:t>vn -0.1161 0.8366 -0.5354</w:t>
        <w:br/>
        <w:t>vn -0.2170 0.9387 -0.2679</w:t>
        <w:br/>
        <w:t>vn 0.1705 0.6556 -0.7356</w:t>
        <w:br/>
        <w:t>vn -0.0486 0.2717 0.9611</w:t>
        <w:br/>
        <w:t>vn -0.0486 0.2717 0.9612</w:t>
        <w:br/>
        <w:t>vn 0.0237 0.3558 0.9342</w:t>
        <w:br/>
        <w:t>vn -0.0891 0.2303 0.9690</w:t>
        <w:br/>
        <w:t>vn 0.1712 0.5138 0.8406</w:t>
        <w:br/>
        <w:t>vn -0.6813 0.1493 -0.7166</w:t>
        <w:br/>
        <w:t>vn 0.1261 0.4906 0.8622</w:t>
        <w:br/>
        <w:t>vn 0.0251 0.3642 0.9310</w:t>
        <w:br/>
        <w:t>vn -0.2222 0.1520 0.9631</w:t>
        <w:br/>
        <w:t>vn -0.2904 0.2542 0.9225</w:t>
        <w:br/>
        <w:t>vn -0.3400 0.0844 0.9366</w:t>
        <w:br/>
        <w:t>vn 0.5089 0.8608 0.0053</w:t>
        <w:br/>
        <w:t>vn 0.4164 0.9085 0.0346</w:t>
        <w:br/>
        <w:t>vn -0.2352 -0.0597 0.9701</w:t>
        <w:br/>
        <w:t>vn 0.1166 0.7848 0.6087</w:t>
        <w:br/>
        <w:t>vn -0.2893 0.3149 0.9040</w:t>
        <w:br/>
        <w:t>vn -0.1638 0.5683 0.8063</w:t>
        <w:br/>
        <w:t>vn 0.2186 -0.1149 -0.9690</w:t>
        <w:br/>
        <w:t>vn 0.2344 -0.3882 0.8913</w:t>
        <w:br/>
        <w:t>vn 0.5217 -0.3075 0.7958</w:t>
        <w:br/>
        <w:t>vn 0.6253 0.4103 -0.6639</w:t>
        <w:br/>
        <w:t>vn -0.0759 0.9946 -0.0704</w:t>
        <w:br/>
        <w:t>vn -0.3103 0.8760 -0.3693</w:t>
        <w:br/>
        <w:t>vn -0.3133 0.6535 -0.6890</w:t>
        <w:br/>
        <w:t>vn -0.0983 0.5903 -0.8012</w:t>
        <w:br/>
        <w:t>vn -0.8906 0.1781 0.4185</w:t>
        <w:br/>
        <w:t>vn -0.6320 0.2521 0.7328</w:t>
        <w:br/>
        <w:t>vn -0.9382 0.0131 0.3459</w:t>
        <w:br/>
        <w:t>vn -0.2893 0.3148 0.9040</w:t>
        <w:br/>
        <w:t>vn -0.9532 -0.1523 0.2613</w:t>
        <w:br/>
        <w:t>vn -0.2688 0.3319 -0.9042</w:t>
        <w:br/>
        <w:t>vn 0.1576 0.9831 -0.0928</w:t>
        <w:br/>
        <w:t>vn 0.4863 0.6750 -0.5549</w:t>
        <w:br/>
        <w:t>vn 0.5628 0.8266 -0.0068</w:t>
        <w:br/>
        <w:t>vn 0.7284 -0.1337 0.6720</w:t>
        <w:br/>
        <w:t>vn 0.7157 -0.2521 0.6513</w:t>
        <w:br/>
        <w:t>vn 0.6216 -0.3573 0.6971</w:t>
        <w:br/>
        <w:t>vn 0.5652 -0.2325 0.7915</w:t>
        <w:br/>
        <w:t>vn -0.5876 -0.3999 -0.7034</w:t>
        <w:br/>
        <w:t>vn -0.6958 -0.4638 -0.5483</w:t>
        <w:br/>
        <w:t>vn -0.5886 -0.5477 -0.5946</w:t>
        <w:br/>
        <w:t>vn -0.5229 -0.4834 -0.7020</w:t>
        <w:br/>
        <w:t>vn -0.8381 -0.3748 -0.3964</w:t>
        <w:br/>
        <w:t>vn -0.6742 -0.2695 -0.6876</w:t>
        <w:br/>
        <w:t>vn -0.6759 -0.3004 -0.6729</w:t>
        <w:br/>
        <w:t>vn -0.8022 -0.3418 -0.4896</w:t>
        <w:br/>
        <w:t>vn -0.6782 -0.6465 -0.3493</w:t>
        <w:br/>
        <w:t>vn -0.7811 -0.5496 -0.2963</w:t>
        <w:br/>
        <w:t>vn -0.7008 -0.6796 -0.2168</w:t>
        <w:br/>
        <w:t>vn -0.7009 -0.6796 -0.2168</w:t>
        <w:br/>
        <w:t>vn -0.6467 -0.3728 -0.6654</w:t>
        <w:br/>
        <w:t>vn 0.5217 -0.8118 0.2622</w:t>
        <w:br/>
        <w:t>vn 0.5217 -0.8118 0.2623</w:t>
        <w:br/>
        <w:t>vn 0.2587 -0.9583 -0.1213</w:t>
        <w:br/>
        <w:t>vn -0.8928 -0.4291 -0.1369</w:t>
        <w:br/>
        <w:t>vn 0.8547 -0.0283 0.5184</w:t>
        <w:br/>
        <w:t>vn -0.7284 -0.1337 0.6720</w:t>
        <w:br/>
        <w:t>vn -0.5652 -0.2325 0.7915</w:t>
        <w:br/>
        <w:t>vn -0.6216 -0.3573 0.6971</w:t>
        <w:br/>
        <w:t>vn -0.7157 -0.2521 0.6513</w:t>
        <w:br/>
        <w:t>vn 0.5876 -0.3999 -0.7034</w:t>
        <w:br/>
        <w:t>vn 0.5229 -0.4834 -0.7020</w:t>
        <w:br/>
        <w:t>vn 0.5886 -0.5478 -0.5946</w:t>
        <w:br/>
        <w:t>vn 0.6958 -0.4638 -0.5483</w:t>
        <w:br/>
        <w:t>vn 0.6760 -0.3004 -0.6729</w:t>
        <w:br/>
        <w:t>vn 0.6742 -0.2695 -0.6876</w:t>
        <w:br/>
        <w:t>vn 0.8381 -0.3748 -0.3964</w:t>
        <w:br/>
        <w:t>vn 0.8021 -0.3419 -0.4896</w:t>
        <w:br/>
        <w:t>vn 0.6781 -0.6465 -0.3495</w:t>
        <w:br/>
        <w:t>vn 0.7811 -0.5497 -0.2963</w:t>
        <w:br/>
        <w:t>vn 0.7009 -0.6796 -0.2168</w:t>
        <w:br/>
        <w:t>vn 0.6470 -0.3727 -0.6652</w:t>
        <w:br/>
        <w:t>vn -0.5217 -0.8118 0.2622</w:t>
        <w:br/>
        <w:t>vn -0.2587 -0.9583 -0.1214</w:t>
        <w:br/>
        <w:t>vn 0.8928 -0.4292 -0.1368</w:t>
        <w:br/>
        <w:t>vn -0.8547 -0.0283 0.5184</w:t>
        <w:br/>
        <w:t>vn -0.2891 -0.4393 0.8506</w:t>
        <w:br/>
        <w:t>vn -0.1630 -0.5060 0.8470</w:t>
        <w:br/>
        <w:t>vn -0.2783 -0.5915 0.7568</w:t>
        <w:br/>
        <w:t>vn -0.4732 -0.3609 0.8036</w:t>
        <w:br/>
        <w:t>vn -0.7069 -0.4860 0.5139</w:t>
        <w:br/>
        <w:t>vn -0.5347 -0.7188 0.4443</w:t>
        <w:br/>
        <w:t>vn -0.6486 -0.7302 0.2147</w:t>
        <w:br/>
        <w:t>vn -0.9056 -0.4139 0.0926</w:t>
        <w:br/>
        <w:t>vn 0.0000 -0.3985 0.9171</w:t>
        <w:br/>
        <w:t>vn 0.0000 -0.2329 0.9725</w:t>
        <w:br/>
        <w:t>vn -0.6094 -0.2608 0.7487</w:t>
        <w:br/>
        <w:t>vn -0.6811 0.1471 -0.7173</w:t>
        <w:br/>
        <w:t>vn -0.6004 0.3309 -0.7280</w:t>
        <w:br/>
        <w:t>vn -0.6936 0.2866 -0.6609</w:t>
        <w:br/>
        <w:t>vn 0.5964 0.3944 0.6992</w:t>
        <w:br/>
        <w:t>vn 0.7412 0.1479 0.6548</w:t>
        <w:br/>
        <w:t>vn 0.8166 0.1862 0.5463</w:t>
        <w:br/>
        <w:t>vn 0.6722 0.4308 0.6021</w:t>
        <w:br/>
        <w:t>vn 0.6053 0.1918 -0.7726</w:t>
        <w:br/>
        <w:t>vn 0.4834 0.1063 -0.8689</w:t>
        <w:br/>
        <w:t>vn 0.1600 0.4389 -0.8842</w:t>
        <w:br/>
        <w:t>vn 0.2648 0.4017 -0.8766</w:t>
        <w:br/>
        <w:t>vn 0.6235 0.3594 0.6943</w:t>
        <w:br/>
        <w:t>vn 0.6764 0.2509 0.6924</w:t>
        <w:br/>
        <w:t>vn 0.7534 0.2766 0.5965</w:t>
        <w:br/>
        <w:t>vn 0.6876 0.4035 0.6037</w:t>
        <w:br/>
        <w:t>vn 0.7939 0.4899 0.3601</w:t>
        <w:br/>
        <w:t>vn 0.8780 0.3192 0.3567</w:t>
        <w:br/>
        <w:t>vn 0.8421 0.5392 -0.0079</w:t>
        <w:br/>
        <w:t>vn 0.9347 0.3553 -0.0115</w:t>
        <w:br/>
        <w:t>vn 0.7917 0.4792 0.3789</w:t>
        <w:br/>
        <w:t>vn 0.8442 0.5345 0.0410</w:t>
        <w:br/>
        <w:t>vn 0.7765 0.3590 -0.5178</w:t>
        <w:br/>
        <w:t>vn 0.7228 0.5433 -0.4271</w:t>
        <w:br/>
        <w:t>vn 0.3709 0.2609 -0.8913</w:t>
        <w:br/>
        <w:t>vn 0.4131 0.4796 -0.7741</w:t>
        <w:br/>
        <w:t>vn 0.6796 0.5371 -0.4997</w:t>
        <w:br/>
        <w:t>vn 0.7379 0.4253 -0.5241</w:t>
        <w:br/>
        <w:t>vn 0.0000 0.4508 -0.8926</w:t>
        <w:br/>
        <w:t>vn 0.0000 0.6709 -0.7415</w:t>
        <w:br/>
        <w:t>vn 0.3582 0.6940 -0.6245</w:t>
        <w:br/>
        <w:t>vn 0.5966 0.7430 -0.3033</w:t>
        <w:br/>
        <w:t>vn 0.6830 0.7249 0.0899</w:t>
        <w:br/>
        <w:t>vn 0.6476 0.6606 0.3798</w:t>
        <w:br/>
        <w:t>vn 0.5742 0.5699 0.5878</w:t>
        <w:br/>
        <w:t>vn 0.5261 0.5172 0.6750</w:t>
        <w:br/>
        <w:t>vn -0.7786 0.2904 0.5563</w:t>
        <w:br/>
        <w:t>vn -0.4878 0.2251 0.8434</w:t>
        <w:br/>
        <w:t>vn -0.9747 -0.2221 0.0232</w:t>
        <w:br/>
        <w:t>vn -0.8821 0.3698 -0.2919</w:t>
        <w:br/>
        <w:t>vn -0.8276 -0.0962 -0.5530</w:t>
        <w:br/>
        <w:t>vn -0.7769 0.1377 -0.6144</w:t>
        <w:br/>
        <w:t>vn -0.6760 0.7045 -0.2164</w:t>
        <w:br/>
        <w:t>vn -0.5557 0.7043 0.4417</w:t>
        <w:br/>
        <w:t>vn -0.3548 0.6113 0.7074</w:t>
        <w:br/>
        <w:t>vn -0.6489 0.7440 0.1591</w:t>
        <w:br/>
        <w:t>vn -0.5532 0.8326 0.0271</w:t>
        <w:br/>
        <w:t>vn -0.4004 0.9137 0.0701</w:t>
        <w:br/>
        <w:t>vn -0.5887 0.6670 0.4565</w:t>
        <w:br/>
        <w:t>vn -0.5889 0.6670 0.4564</w:t>
        <w:br/>
        <w:t>vn -0.0000 0.1743 0.9847</w:t>
        <w:br/>
        <w:t>vn -0.0001 0.5409 0.8411</w:t>
        <w:br/>
        <w:t>vn -0.0000 0.1788 -0.9839</w:t>
        <w:br/>
        <w:t>vn 0.2005 0.2181 -0.9551</w:t>
        <w:br/>
        <w:t>vn 0.1733 0.3139 -0.9335</w:t>
        <w:br/>
        <w:t>vn 0.0000 0.3336 -0.9427</w:t>
        <w:br/>
        <w:t>vn -0.9074 0.1688 0.3848</w:t>
        <w:br/>
        <w:t>vn -0.9195 0.2221 0.3244</w:t>
        <w:br/>
        <w:t>vn -0.9195 0.2221 0.3245</w:t>
        <w:br/>
        <w:t>vn -0.4358 -0.0890 0.8956</w:t>
        <w:br/>
        <w:t>vn -0.4403 -0.0415 0.8969</w:t>
        <w:br/>
        <w:t>vn 0.8966 -0.1814 0.4040</w:t>
        <w:br/>
        <w:t>vn 0.8354 -0.1997 0.5121</w:t>
        <w:br/>
        <w:t>vn 0.7886 -0.1731 -0.5900</w:t>
        <w:br/>
        <w:t>vn 0.7020 -0.2574 -0.6640</w:t>
        <w:br/>
        <w:t>vn -0.7688 -0.3853 -0.5103</w:t>
        <w:br/>
        <w:t>vn -0.7688 -0.3853 -0.5104</w:t>
        <w:br/>
        <w:t>vn -0.7420 -0.3271 -0.5853</w:t>
        <w:br/>
        <w:t>vn -0.7420 -0.3270 -0.5853</w:t>
        <w:br/>
        <w:t>vn -0.3865 -0.1212 0.9143</w:t>
        <w:br/>
        <w:t>vn -0.4018 -0.1759 0.8987</w:t>
        <w:br/>
        <w:t>vn 0.9698 -0.1449 0.1961</w:t>
        <w:br/>
        <w:t>vn 0.9198 0.2497 0.3027</w:t>
        <w:br/>
        <w:t>vn 0.9966 -0.0807 -0.0137</w:t>
        <w:br/>
        <w:t>vn 0.9498 0.3127 -0.0095</w:t>
        <w:br/>
        <w:t>vn 0.9447 -0.0600 -0.3225</w:t>
        <w:br/>
        <w:t>vn 0.9913 -0.0320 -0.1278</w:t>
        <w:br/>
        <w:t>vn 0.9446 -0.0600 -0.3226</w:t>
        <w:br/>
        <w:t>vn -0.5646 0.1016 0.8191</w:t>
        <w:br/>
        <w:t>vn -0.3971 -0.0262 0.9174</w:t>
        <w:br/>
        <w:t>vn -0.8058 0.1713 0.5668</w:t>
        <w:br/>
        <w:t>vn -0.8894 0.1143 0.4427</w:t>
        <w:br/>
        <w:t>vn -0.5647 0.1015 0.8190</w:t>
        <w:br/>
        <w:t>vn -0.8056 0.1713 0.5672</w:t>
        <w:br/>
        <w:t>vn -0.7567 -0.4561 -0.4683</w:t>
        <w:br/>
        <w:t>vn -0.8640 -0.0156 -0.5032</w:t>
        <w:br/>
        <w:t>vn -0.7926 0.4282 -0.4341</w:t>
        <w:br/>
        <w:t>vn -0.7882 -0.4398 -0.4305</w:t>
        <w:br/>
        <w:t>vn -0.5801 -0.3480 0.7365</w:t>
        <w:br/>
        <w:t>vn -0.7152 0.4650 -0.5219</w:t>
        <w:br/>
        <w:t>vn 0.2783 -0.5915 0.7568</w:t>
        <w:br/>
        <w:t>vn 0.1630 -0.5060 0.8470</w:t>
        <w:br/>
        <w:t>vn 0.2891 -0.4393 0.8506</w:t>
        <w:br/>
        <w:t>vn 0.4732 -0.3610 0.8036</w:t>
        <w:br/>
        <w:t>vn 0.7069 -0.4860 0.5139</w:t>
        <w:br/>
        <w:t>vn 0.9056 -0.4139 0.0926</w:t>
        <w:br/>
        <w:t>vn 0.6486 -0.7302 0.2147</w:t>
        <w:br/>
        <w:t>vn 0.5347 -0.7188 0.4443</w:t>
        <w:br/>
        <w:t>vn -0.0001 -0.2294 0.9733</w:t>
        <w:br/>
        <w:t>vn 0.0000 -0.2330 0.9725</w:t>
        <w:br/>
        <w:t>vn 0.6094 -0.2609 0.7487</w:t>
        <w:br/>
        <w:t>vn 0.4732 -0.3609 0.8036</w:t>
        <w:br/>
        <w:t>vn 0.6811 0.1471 -0.7173</w:t>
        <w:br/>
        <w:t>vn 0.6936 0.2866 -0.6608</w:t>
        <w:br/>
        <w:t>vn 0.6004 0.3309 -0.7280</w:t>
        <w:br/>
        <w:t>vn -0.5964 0.3944 0.6991</w:t>
        <w:br/>
        <w:t>vn -0.6722 0.4308 0.6021</w:t>
        <w:br/>
        <w:t>vn -0.8166 0.1863 0.5463</w:t>
        <w:br/>
        <w:t>vn -0.7412 0.1479 0.6547</w:t>
        <w:br/>
        <w:t>vn -0.1597 0.4389 -0.8842</w:t>
        <w:br/>
        <w:t>vn -0.4834 0.1063 -0.8689</w:t>
        <w:br/>
        <w:t>vn -0.6052 0.1918 -0.7726</w:t>
        <w:br/>
        <w:t>vn -0.2648 0.4017 -0.8766</w:t>
        <w:br/>
        <w:t>vn -0.7534 0.2766 0.5966</w:t>
        <w:br/>
        <w:t>vn -0.6765 0.2509 0.6924</w:t>
        <w:br/>
        <w:t>vn -0.6235 0.3594 0.6943</w:t>
        <w:br/>
        <w:t>vn -0.6876 0.4035 0.6037</w:t>
        <w:br/>
        <w:t>vn -0.7940 0.4899 0.3600</w:t>
        <w:br/>
        <w:t>vn -0.8780 0.3191 0.3568</w:t>
        <w:br/>
        <w:t>vn -0.8421 0.5392 -0.0080</w:t>
        <w:br/>
        <w:t>vn -0.9347 0.3553 -0.0115</w:t>
        <w:br/>
        <w:t>vn -0.7917 0.4792 0.3790</w:t>
        <w:br/>
        <w:t>vn -0.8442 0.5345 0.0410</w:t>
        <w:br/>
        <w:t>vn -0.7765 0.3590 -0.5178</w:t>
        <w:br/>
        <w:t>vn -0.7228 0.5432 -0.4271</w:t>
        <w:br/>
        <w:t>vn -0.3710 0.2609 -0.8913</w:t>
        <w:br/>
        <w:t>vn -0.4131 0.4796 -0.7741</w:t>
        <w:br/>
        <w:t>vn -0.6796 0.5371 -0.4997</w:t>
        <w:br/>
        <w:t>vn -0.7379 0.4253 -0.5240</w:t>
        <w:br/>
        <w:t>vn -0.3582 0.6941 -0.6245</w:t>
        <w:br/>
        <w:t>vn 0.0000 0.6708 -0.7416</w:t>
        <w:br/>
        <w:t>vn -0.0000 0.4507 -0.8927</w:t>
        <w:br/>
        <w:t>vn -0.5966 0.7430 -0.3033</w:t>
        <w:br/>
        <w:t>vn -0.6829 0.7249 0.0899</w:t>
        <w:br/>
        <w:t>vn -0.6476 0.6606 0.3798</w:t>
        <w:br/>
        <w:t>vn -0.5742 0.5699 0.5878</w:t>
        <w:br/>
        <w:t>vn -0.5262 0.5172 0.6750</w:t>
        <w:br/>
        <w:t>vn 0.7786 0.2904 0.5563</w:t>
        <w:br/>
        <w:t>vn 0.4878 0.2251 0.8434</w:t>
        <w:br/>
        <w:t>vn 0.9747 -0.2221 0.0232</w:t>
        <w:br/>
        <w:t>vn 0.9056 -0.4140 0.0926</w:t>
        <w:br/>
        <w:t>vn 0.8821 0.3698 -0.2919</w:t>
        <w:br/>
        <w:t>vn 0.8276 -0.0962 -0.5530</w:t>
        <w:br/>
        <w:t>vn 0.6760 0.7044 -0.2164</w:t>
        <w:br/>
        <w:t>vn 0.7769 0.1377 -0.6144</w:t>
        <w:br/>
        <w:t>vn 0.5557 0.7043 0.4418</w:t>
        <w:br/>
        <w:t>vn 0.3548 0.6112 0.7075</w:t>
        <w:br/>
        <w:t>vn 0.6489 0.7440 0.1591</w:t>
        <w:br/>
        <w:t>vn 0.5532 0.8326 0.0271</w:t>
        <w:br/>
        <w:t>vn 0.4004 0.9136 0.0700</w:t>
        <w:br/>
        <w:t>vn 0.5888 0.6671 0.4564</w:t>
        <w:br/>
        <w:t>vn 0.5887 0.6671 0.4565</w:t>
        <w:br/>
        <w:t>vn -0.0000 0.5408 0.8411</w:t>
        <w:br/>
        <w:t>vn -0.2005 0.2181 -0.9551</w:t>
        <w:br/>
        <w:t>vn 0.1733 0.3140 -0.9335</w:t>
        <w:br/>
        <w:t>vn 0.9194 0.2221 0.3246</w:t>
        <w:br/>
        <w:t>vn 0.9074 0.1688 0.3849</w:t>
        <w:br/>
        <w:t>vn 0.4358 -0.0890 0.8956</w:t>
        <w:br/>
        <w:t>vn 0.4402 -0.0415 0.8969</w:t>
        <w:br/>
        <w:t>vn -0.8966 -0.1814 0.4040</w:t>
        <w:br/>
        <w:t>vn -0.8354 -0.1997 0.5121</w:t>
        <w:br/>
        <w:t>vn -0.7886 -0.1731 -0.5900</w:t>
        <w:br/>
        <w:t>vn -0.7019 -0.2573 -0.6641</w:t>
        <w:br/>
        <w:t>vn 0.7420 -0.3271 -0.5853</w:t>
        <w:br/>
        <w:t>vn 0.7688 -0.3853 -0.5103</w:t>
        <w:br/>
        <w:t>vn 0.7420 -0.3270 -0.5853</w:t>
        <w:br/>
        <w:t>vn 0.3865 -0.1212 0.9143</w:t>
        <w:br/>
        <w:t>vn 0.4018 -0.1759 0.8987</w:t>
        <w:br/>
        <w:t>vn -0.9198 0.2497 0.3027</w:t>
        <w:br/>
        <w:t>vn -0.9698 -0.1449 0.1961</w:t>
        <w:br/>
        <w:t>vn -0.9498 0.3127 -0.0095</w:t>
        <w:br/>
        <w:t>vn -0.9966 -0.0807 -0.0137</w:t>
        <w:br/>
        <w:t>vn -0.9913 -0.0321 -0.1278</w:t>
        <w:br/>
        <w:t>vn -0.9447 -0.0600 -0.3225</w:t>
        <w:br/>
        <w:t>vn -0.9447 -0.0600 -0.3223</w:t>
        <w:br/>
        <w:t>vn 0.5647 0.1015 0.8191</w:t>
        <w:br/>
        <w:t>vn 0.3972 -0.0263 0.9174</w:t>
        <w:br/>
        <w:t>vn 0.8894 0.1143 0.4426</w:t>
        <w:br/>
        <w:t>vn 0.8059 0.1713 0.5668</w:t>
        <w:br/>
        <w:t>vn 0.5647 0.1016 0.8190</w:t>
        <w:br/>
        <w:t>vn 0.8056 0.1713 0.5671</w:t>
        <w:br/>
        <w:t>vn 0.8640 -0.0156 -0.5032</w:t>
        <w:br/>
        <w:t>vn 0.7567 -0.4561 -0.4683</w:t>
        <w:br/>
        <w:t>vn 0.7926 0.4282 -0.4341</w:t>
        <w:br/>
        <w:t>vn 0.7882 -0.4397 -0.4305</w:t>
        <w:br/>
        <w:t>vn 0.7882 -0.4398 -0.4305</w:t>
        <w:br/>
        <w:t>vn 0.5801 -0.3480 0.7364</w:t>
        <w:br/>
        <w:t>vn 0.7152 0.4650 -0.5218</w:t>
        <w:br/>
        <w:t>vn -0.1519 0.1107 0.9822</w:t>
        <w:br/>
        <w:t>vn -0.4323 -0.5314 0.7285</w:t>
        <w:br/>
        <w:t>vn -0.4305 -0.3143 0.8461</w:t>
        <w:br/>
        <w:t>vn -0.1151 0.1274 0.9852</w:t>
        <w:br/>
        <w:t>vn -0.1351 -0.8574 0.4965</w:t>
        <w:br/>
        <w:t>vn -0.4589 -0.8439 0.2779</w:t>
        <w:br/>
        <w:t>vn -0.3660 -0.6150 0.6984</w:t>
        <w:br/>
        <w:t>vn -0.3726 -0.8737 0.3128</w:t>
        <w:br/>
        <w:t>vn -0.5949 -0.7137 0.3698</w:t>
        <w:br/>
        <w:t>vn -0.4908 -0.7637 0.4193</w:t>
        <w:br/>
        <w:t>vn 0.3218 -0.7597 0.5650</w:t>
        <w:br/>
        <w:t>vn 0.5100 -0.8592 0.0407</w:t>
        <w:br/>
        <w:t>vn 0.0314 -0.9652 0.2597</w:t>
        <w:br/>
        <w:t>vn 0.0283 -0.9990 -0.0343</w:t>
        <w:br/>
        <w:t>vn 0.3764 -0.8345 -0.4023</w:t>
        <w:br/>
        <w:t>vn 0.2125 -0.5237 -0.8250</w:t>
        <w:br/>
        <w:t>vn -0.0379 -0.6607 -0.7497</w:t>
        <w:br/>
        <w:t>vn -0.0326 -0.3791 -0.9248</w:t>
        <w:br/>
        <w:t>vn 0.1162 -0.3240 -0.9389</w:t>
        <w:br/>
        <w:t>vn 0.0128 -0.0796 -0.9967</w:t>
        <w:br/>
        <w:t>vn 0.0669 -0.0641 -0.9957</w:t>
        <w:br/>
        <w:t>vn 0.1205 0.9823 -0.1433</w:t>
        <w:br/>
        <w:t>vn 0.0926 0.8379 -0.5379</w:t>
        <w:br/>
        <w:t>vn 0.0350 0.7429 -0.6685</w:t>
        <w:br/>
        <w:t>vn -0.5999 -0.5995 0.5299</w:t>
        <w:br/>
        <w:t>vn -0.6950 -0.5893 0.4120</w:t>
        <w:br/>
        <w:t>vn -0.7990 -0.5115 0.3163</w:t>
        <w:br/>
        <w:t>vn -0.6415 -0.3605 0.6771</w:t>
        <w:br/>
        <w:t>vn -0.6583 -0.7443 -0.1126</w:t>
        <w:br/>
        <w:t>vn -0.7714 -0.6211 -0.1386</w:t>
        <w:br/>
        <w:t>vn -0.0929 -0.3187 -0.9433</w:t>
        <w:br/>
        <w:t>vn -0.1987 -0.1500 -0.9685</w:t>
        <w:br/>
        <w:t>vn -0.4084 -0.5312 -0.7423</w:t>
        <w:br/>
        <w:t>vn -0.1566 -0.6484 -0.7451</w:t>
        <w:br/>
        <w:t>vn -0.0438 -0.3658 -0.9297</w:t>
        <w:br/>
        <w:t>vn 0.0201 -0.0900 -0.9957</w:t>
        <w:br/>
        <w:t>vn -0.0122 -0.0895 -0.9959</w:t>
        <w:br/>
        <w:t>vn -0.8381 -0.5267 -0.1420</w:t>
        <w:br/>
        <w:t>vn -0.5297 -0.3524 -0.7715</w:t>
        <w:br/>
        <w:t>vn -0.6914 -0.5762 -0.4357</w:t>
        <w:br/>
        <w:t>vn -0.5204 -0.7848 -0.3365</w:t>
        <w:br/>
        <w:t>vn -0.2278 0.0517 -0.9723</w:t>
        <w:br/>
        <w:t>vn -0.5079 -0.2064 -0.8364</w:t>
        <w:br/>
        <w:t>vn -0.7436 -0.4272 -0.5144</w:t>
        <w:br/>
        <w:t>vn 0.0987 -0.3736 0.9223</w:t>
        <w:br/>
        <w:t>vn 0.3700 -0.4541 0.8105</w:t>
        <w:br/>
        <w:t>vn 0.3896 -0.1730 0.9046</w:t>
        <w:br/>
        <w:t>vn 0.4375 -0.1331 0.8893</w:t>
        <w:br/>
        <w:t>vn 0.7300 -0.2018 0.6529</w:t>
        <w:br/>
        <w:t>vn -0.7714 -0.6211 -0.1385</w:t>
        <w:br/>
        <w:t>vn -0.6583 -0.7443 -0.1127</w:t>
        <w:br/>
        <w:t>vn -0.1632 -0.9468 -0.2774</w:t>
        <w:br/>
        <w:t>vn -0.0212 -0.1389 0.9901</w:t>
        <w:br/>
        <w:t>vn -0.0192 0.2886 0.9572</w:t>
        <w:br/>
        <w:t>vn -0.0030 0.4113 0.9115</w:t>
        <w:br/>
        <w:t>vn 0.0658 0.4138 0.9080</w:t>
        <w:br/>
        <w:t>vn 0.4130 0.0219 0.9104</w:t>
        <w:br/>
        <w:t>vn 0.4186 0.0807 0.9046</w:t>
        <w:br/>
        <w:t>vn 0.6690 0.0361 0.7424</w:t>
        <w:br/>
        <w:t>vn 0.5478 0.2785 0.7889</w:t>
        <w:br/>
        <w:t>vn 0.7845 -0.5906 -0.1892</w:t>
        <w:br/>
        <w:t>vn 0.9236 -0.3762 -0.0737</w:t>
        <w:br/>
        <w:t>vn 0.8751 -0.3007 -0.3792</w:t>
        <w:br/>
        <w:t>vn 0.8269 -0.3647 -0.4280</w:t>
        <w:br/>
        <w:t>vn 0.6508 -0.7489 0.1251</w:t>
        <w:br/>
        <w:t>vn 0.8258 -0.4343 0.3597</w:t>
        <w:br/>
        <w:t>vn 0.0117 -0.4736 0.8806</w:t>
        <w:br/>
        <w:t>vn 0.0202 -0.5134 0.8579</w:t>
        <w:br/>
        <w:t>vn -0.1039 -0.7181 0.6882</w:t>
        <w:br/>
        <w:t>vn -0.1094 -0.6633 0.7403</w:t>
        <w:br/>
        <w:t>vn 0.5905 -0.6403 0.4912</w:t>
        <w:br/>
        <w:t>vn 0.0000 0.4189 -0.9080</w:t>
        <w:br/>
        <w:t>vn 0.2858 0.4685 -0.8360</w:t>
        <w:br/>
        <w:t>vn 0.1746 0.5312 -0.8290</w:t>
        <w:br/>
        <w:t>vn 0.0000 0.4617 -0.8871</w:t>
        <w:br/>
        <w:t>vn 0.2725 -0.2634 -0.9254</w:t>
        <w:br/>
        <w:t>vn 0.2312 -0.2269 -0.9461</w:t>
        <w:br/>
        <w:t>vn 0.3341 -0.3195 -0.8867</w:t>
        <w:br/>
        <w:t>vn 0.5731 0.5789 0.5801</w:t>
        <w:br/>
        <w:t>vn 0.7889 0.4712 0.3945</w:t>
        <w:br/>
        <w:t>vn 0.8219 0.3100 0.4779</w:t>
        <w:br/>
        <w:t>vn 0.5971 0.4406 0.6703</w:t>
        <w:br/>
        <w:t>vn 0.9232 0.3478 0.1637</w:t>
        <w:br/>
        <w:t>vn 0.9450 0.1981 0.2602</w:t>
        <w:br/>
        <w:t>vn 0.9893 0.1445 -0.0208</w:t>
        <w:br/>
        <w:t>vn 0.9872 -0.0797 -0.1385</w:t>
        <w:br/>
        <w:t>vn 0.9981 0.0190 0.0592</w:t>
        <w:br/>
        <w:t>vn 0.9717 -0.1978 -0.1292</w:t>
        <w:br/>
        <w:t>vn 0.9894 -0.1448 -0.0057</w:t>
        <w:br/>
        <w:t>vn 0.9967 -0.0076 0.0806</w:t>
        <w:br/>
        <w:t>vn 0.4794 -0.4298 -0.7651</w:t>
        <w:br/>
        <w:t>vn 0.2124 -0.5237 -0.8250</w:t>
        <w:br/>
        <w:t>vn 0.3764 -0.8345 -0.4024</w:t>
        <w:br/>
        <w:t>vn 0.7982 -0.3907 -0.4586</w:t>
        <w:br/>
        <w:t>vn 0.7226 -0.3796 -0.5777</w:t>
        <w:br/>
        <w:t>vn 0.7709 -0.3858 -0.5068</w:t>
        <w:br/>
        <w:t>vn 0.9577 -0.2149 -0.1915</w:t>
        <w:br/>
        <w:t>vn 0.9372 -0.2184 -0.2718</w:t>
        <w:br/>
        <w:t>vn 0.8778 -0.1573 -0.4525</w:t>
        <w:br/>
        <w:t>vn 0.8599 -0.1188 -0.4964</w:t>
        <w:br/>
        <w:t>vn 0.8660 0.0200 -0.4997</w:t>
        <w:br/>
        <w:t>vn 0.8892 0.0887 -0.4488</w:t>
        <w:br/>
        <w:t>vn 0.3778 0.5171 0.7680</w:t>
        <w:br/>
        <w:t>vn -0.0000 0.4969 0.8678</w:t>
        <w:br/>
        <w:t>vn 0.2877 0.6919 0.6622</w:t>
        <w:br/>
        <w:t>vn 0.2794 0.6851 0.6728</w:t>
        <w:br/>
        <w:t>vn 0.7664 0.5699 0.2965</w:t>
        <w:br/>
        <w:t>vn 0.3119 0.3939 0.8646</w:t>
        <w:br/>
        <w:t>vn 0.2306 0.4190 0.8782</w:t>
        <w:br/>
        <w:t>vn 0.4864 0.8142 0.3172</w:t>
        <w:br/>
        <w:t>vn 0.2755 0.8899 0.3636</w:t>
        <w:br/>
        <w:t>vn 0.2527 0.9675 -0.0077</w:t>
        <w:br/>
        <w:t>vn 0.5144 0.8575 0.0009</w:t>
        <w:br/>
        <w:t>vn 0.5082 0.8457 0.1631</w:t>
        <w:br/>
        <w:t>vn 0.1268 0.9919 -0.0072</w:t>
        <w:br/>
        <w:t>vn 0.0930 0.8869 -0.4526</w:t>
        <w:br/>
        <w:t>vn 0.2044 0.8740 -0.4407</w:t>
        <w:br/>
        <w:t>vn 0.0505 0.1986 -0.9788</w:t>
        <w:br/>
        <w:t>vn 0.2696 0.4655 -0.8430</w:t>
        <w:br/>
        <w:t>vn 0.0835 0.1993 -0.9764</w:t>
        <w:br/>
        <w:t>vn 0.0781 0.4988 -0.8632</w:t>
        <w:br/>
        <w:t>vn 0.8376 -0.1985 -0.5090</w:t>
        <w:br/>
        <w:t>vn 0.9627 -0.2461 -0.1126</w:t>
        <w:br/>
        <w:t>vn 0.9627 -0.2461 -0.1127</w:t>
        <w:br/>
        <w:t>vn 0.8434 -0.2032 -0.4974</w:t>
        <w:br/>
        <w:t>vn 0.8456 -0.2127 -0.4896</w:t>
        <w:br/>
        <w:t>vn 0.6362 -0.2498 -0.7300</w:t>
        <w:br/>
        <w:t>vn 0.6331 -0.2989 -0.7141</w:t>
        <w:br/>
        <w:t>vn 0.8634 -0.2558 -0.4348</w:t>
        <w:br/>
        <w:t>vn 0.9530 -0.2312 -0.1959</w:t>
        <w:br/>
        <w:t>vn 0.9627 -0.2139 -0.1660</w:t>
        <w:br/>
        <w:t>vn 0.3883 -0.2998 -0.8714</w:t>
        <w:br/>
        <w:t>vn 0.3334 -0.2518 -0.9085</w:t>
        <w:br/>
        <w:t>vn 0.2619 -0.2360 -0.9358</w:t>
        <w:br/>
        <w:t>vn 0.2984 -0.2960 -0.9074</w:t>
        <w:br/>
        <w:t>vn 0.0801 0.1247 -0.9890</w:t>
        <w:br/>
        <w:t>vn 0.1393 -0.0877 -0.9864</w:t>
        <w:br/>
        <w:t>vn 0.0669 -0.0642 -0.9957</w:t>
        <w:br/>
        <w:t>vn -0.0962 0.3659 -0.9257</w:t>
        <w:br/>
        <w:t>vn -0.0300 0.3865 -0.9218</w:t>
        <w:br/>
        <w:t>vn 0.1955 0.6094 -0.7683</w:t>
        <w:br/>
        <w:t>vn -0.0000 0.3877 -0.9218</w:t>
        <w:br/>
        <w:t>vn 0.1870 0.3809 -0.9055</w:t>
        <w:br/>
        <w:t>vn 0.8107 0.5816 0.0671</w:t>
        <w:br/>
        <w:t>vn 0.7769 0.6296 0.0000</w:t>
        <w:br/>
        <w:t>vn 0.8592 0.4445 0.2536</w:t>
        <w:br/>
        <w:t>vn 0.5857 0.6354 -0.5032</w:t>
        <w:br/>
        <w:t>vn 0.4093 0.7931 -0.4510</w:t>
        <w:br/>
        <w:t>vn 0.8091 0.5222 -0.2697</w:t>
        <w:br/>
        <w:t>vn 0.1709 0.9040 0.3919</w:t>
        <w:br/>
        <w:t>vn 0.3157 0.9352 0.1603</w:t>
        <w:br/>
        <w:t>vn 0.2197 0.9627 0.1577</w:t>
        <w:br/>
        <w:t>vn 0.2411 0.6867 0.6858</w:t>
        <w:br/>
        <w:t>vn 0.3719 0.6620 0.6507</w:t>
        <w:br/>
        <w:t>vn 0.3704 0.5673 0.7355</w:t>
        <w:br/>
        <w:t>vn 0.5503 0.6447 0.5305</w:t>
        <w:br/>
        <w:t>vn 0.7614 0.5467 0.3484</w:t>
        <w:br/>
        <w:t>vn 0.9022 0.4218 0.0897</w:t>
        <w:br/>
        <w:t>vn 0.9386 0.1733 -0.2982</w:t>
        <w:br/>
        <w:t>vn 0.9186 -0.0124 -0.3951</w:t>
        <w:br/>
        <w:t>vn 0.0461 0.3935 -0.9182</w:t>
        <w:br/>
        <w:t>vn 0.9057 -0.2412 -0.3485</w:t>
        <w:br/>
        <w:t>vn 0.9634 -0.1323 -0.2330</w:t>
        <w:br/>
        <w:t>vn 0.9540 -0.1653 -0.2500</w:t>
        <w:br/>
        <w:t>vn 0.5247 0.2084 0.8254</w:t>
        <w:br/>
        <w:t>vn 0.0000 0.1600 0.9871</w:t>
        <w:br/>
        <w:t>vn 0.3697 0.7041 0.6063</w:t>
        <w:br/>
        <w:t>vn 0.4273 0.8083 -0.4051</w:t>
        <w:br/>
        <w:t>vn 0.0743 0.2025 -0.9765</w:t>
        <w:br/>
        <w:t>vn 0.0841 0.2271 -0.9702</w:t>
        <w:br/>
        <w:t>vn 0.3480 0.8589 -0.3758</w:t>
        <w:br/>
        <w:t>vn 0.4824 0.7389 -0.4704</w:t>
        <w:br/>
        <w:t>vn 0.0388 0.2088 -0.9772</w:t>
        <w:br/>
        <w:t>vn 0.1802 0.8892 -0.4205</w:t>
        <w:br/>
        <w:t>vn 0.0016 0.2422 -0.9702</w:t>
        <w:br/>
        <w:t>vn -0.0990 0.2996 -0.9489</w:t>
        <w:br/>
        <w:t>vn 0.1406 0.8761 -0.4612</w:t>
        <w:br/>
        <w:t>vn 0.0688 -0.3017 0.9509</w:t>
        <w:br/>
        <w:t>vn 0.3214 -0.3138 0.8935</w:t>
        <w:br/>
        <w:t>vn 0.3447 -0.0502 0.9374</w:t>
        <w:br/>
        <w:t>vn 0.1098 -0.0433 0.9930</w:t>
        <w:br/>
        <w:t>vn 0.7994 0.5895 0.1156</w:t>
        <w:br/>
        <w:t>vn 0.6796 0.6810 0.2728</w:t>
        <w:br/>
        <w:t>vn 0.7749 0.5975 0.2062</w:t>
        <w:br/>
        <w:t>vn 0.8702 0.2824 0.4038</w:t>
        <w:br/>
        <w:t>vn 0.9506 0.2619 0.1664</w:t>
        <w:br/>
        <w:t>vn 0.8446 0.4614 0.2716</w:t>
        <w:br/>
        <w:t>vn 0.8201 -0.5705 -0.0443</w:t>
        <w:br/>
        <w:t>vn 0.8748 -0.4410 0.2007</w:t>
        <w:br/>
        <w:t>vn 0.6886 -0.6233 0.3704</w:t>
        <w:br/>
        <w:t>vn 0.6306 -0.7593 0.1609</w:t>
        <w:br/>
        <w:t>vn 0.9566 0.0077 0.2914</w:t>
        <w:br/>
        <w:t>vn 0.8520 0.0306 0.5227</w:t>
        <w:br/>
        <w:t>vn 0.8560 -0.2603 0.4466</w:t>
        <w:br/>
        <w:t>vn -0.0230 -0.7273 0.6859</w:t>
        <w:br/>
        <w:t>vn 0.2048 -0.7562 0.6215</w:t>
        <w:br/>
        <w:t>vn 0.2703 -0.5717 0.7747</w:t>
        <w:br/>
        <w:t>vn 0.0157 -0.5514 0.8341</w:t>
        <w:br/>
        <w:t>vn 0.8893 0.4515 -0.0729</w:t>
        <w:br/>
        <w:t>vn 0.8828 0.4641 0.0727</w:t>
        <w:br/>
        <w:t>vn 0.9357 0.3258 -0.1351</w:t>
        <w:br/>
        <w:t>vn 0.6539 0.6816 0.3283</w:t>
        <w:br/>
        <w:t>vn 0.5372 0.7418 0.4013</w:t>
        <w:br/>
        <w:t>vn 0.4524 0.7738 0.4433</w:t>
        <w:br/>
        <w:t>vn 0.0855 0.4699 0.8786</w:t>
        <w:br/>
        <w:t>vn 0.1243 0.5477 0.8274</w:t>
        <w:br/>
        <w:t>vn 0.1837 0.6649 0.7240</w:t>
        <w:br/>
        <w:t>vn -0.0280 0.2160 0.9760</w:t>
        <w:br/>
        <w:t>vn 0.1192 0.2131 0.9697</w:t>
        <w:br/>
        <w:t>vn 0.7237 0.3946 0.5661</w:t>
        <w:br/>
        <w:t>vn 0.6926 0.5717 0.4400</w:t>
        <w:br/>
        <w:t>vn 0.2901 0.7283 0.6208</w:t>
        <w:br/>
        <w:t>vn 0.5177 0.6604 0.5439</w:t>
        <w:br/>
        <w:t>vn 0.5529 0.4477 0.7027</w:t>
        <w:br/>
        <w:t>vn 0.7436 0.2079 0.6355</w:t>
        <w:br/>
        <w:t>vn 0.3228 0.7508 0.5762</w:t>
        <w:br/>
        <w:t>vn 0.3437 0.4836 0.8050</w:t>
        <w:br/>
        <w:t>vn -0.1491 -0.6741 0.7234</w:t>
        <w:br/>
        <w:t>vn -0.1709 -0.6518 0.7389</w:t>
        <w:br/>
        <w:t>vn -0.1370 -0.5015 0.8542</w:t>
        <w:br/>
        <w:t>vn -0.1063 -0.2676 0.9577</w:t>
        <w:br/>
        <w:t>vn 0.3503 0.1989 0.9153</w:t>
        <w:br/>
        <w:t>vn 0.4511 -0.7265 0.5183</w:t>
        <w:br/>
        <w:t>vn 0.3840 -0.8524 0.3548</w:t>
        <w:br/>
        <w:t>vn 0.5053 -0.5369 0.6756</w:t>
        <w:br/>
        <w:t>vn 0.7027 -0.4530 0.5487</w:t>
        <w:br/>
        <w:t>vn 0.7345 -0.2247 0.6403</w:t>
        <w:br/>
        <w:t>vn 0.5345 -0.2958 0.7917</w:t>
        <w:br/>
        <w:t>vn 0.9490 -0.0133 -0.3151</w:t>
        <w:br/>
        <w:t>vn 0.9271 -0.3012 -0.2231</w:t>
        <w:br/>
        <w:t>vn 0.9275 0.2049 -0.3126</w:t>
        <w:br/>
        <w:t>vn -0.0246 -0.8058 0.5917</w:t>
        <w:br/>
        <w:t>vn 0.1527 -0.8553 0.4952</w:t>
        <w:br/>
        <w:t>vn 0.1214 -0.5853 0.8017</w:t>
        <w:br/>
        <w:t>vn 0.3372 -0.6283 0.7011</w:t>
        <w:br/>
        <w:t>vn 0.9896 0.1149 -0.0862</w:t>
        <w:br/>
        <w:t>vn 0.9840 -0.1747 0.0347</w:t>
        <w:br/>
        <w:t>vn 0.9298 0.2810 -0.2378</w:t>
        <w:br/>
        <w:t>vn 0.7186 -0.0206 0.6951</w:t>
        <w:br/>
        <w:t>vn 0.5486 -0.0451 0.8349</w:t>
        <w:br/>
        <w:t>vn 0.5578 0.1983 0.8059</w:t>
        <w:br/>
        <w:t>vn 0.4372 0.7332 0.5208</w:t>
        <w:br/>
        <w:t>vn -0.1637 -0.4797 0.8620</w:t>
        <w:br/>
        <w:t>vn -0.1839 -0.1910 0.9642</w:t>
        <w:br/>
        <w:t>vn 0.3084 -0.2317 -0.9226</w:t>
        <w:br/>
        <w:t>vn 0.6258 -0.2172 -0.7491</w:t>
        <w:br/>
        <w:t>vn 0.6050 -0.2123 -0.7674</w:t>
        <w:br/>
        <w:t>vn 0.3399 -0.2430 -0.9085</w:t>
        <w:br/>
        <w:t>vn 0.2264 -0.2508 -0.9412</w:t>
        <w:br/>
        <w:t>vn 0.2354 -0.2295 -0.9444</w:t>
        <w:br/>
        <w:t>vn 0.8778 -0.2699 -0.3958</w:t>
        <w:br/>
        <w:t>vn 0.9444 -0.2257 -0.2391</w:t>
        <w:br/>
        <w:t>vn 0.4946 -0.4558 -0.7400</w:t>
        <w:br/>
        <w:t>vn 0.4820 -0.4452 -0.7547</w:t>
        <w:br/>
        <w:t>vn 0.3996 -0.4561 -0.7952</w:t>
        <w:br/>
        <w:t>vn 0.4117 -0.4502 -0.7924</w:t>
        <w:br/>
        <w:t>vn 0.0655 0.1566 -0.9855</w:t>
        <w:br/>
        <w:t>vn 0.1643 -0.1460 -0.9755</w:t>
        <w:br/>
        <w:t>vn 0.3621 -0.4200 -0.8322</w:t>
        <w:br/>
        <w:t>vn 0.6169 0.4882 0.6173</w:t>
        <w:br/>
        <w:t>vn 0.3114 0.2823 0.9074</w:t>
        <w:br/>
        <w:t>vn 0.1522 0.4488 0.8806</w:t>
        <w:br/>
        <w:t>vn 0.9325 -0.2135 0.2912</w:t>
        <w:br/>
        <w:t>vn 0.7586 -0.1959 0.6214</w:t>
        <w:br/>
        <w:t>vn 0.4818 -0.2622 0.8362</w:t>
        <w:br/>
        <w:t>vn 0.2211 -0.1985 0.9548</w:t>
        <w:br/>
        <w:t>vn 0.0992 -0.3117 0.9450</w:t>
        <w:br/>
        <w:t>vn 0.0728 -0.3306 0.9409</w:t>
        <w:br/>
        <w:t>vn 0.3550 -0.3122 0.8812</w:t>
        <w:br/>
        <w:t>vn 0.2870 -0.2077 0.9351</w:t>
        <w:br/>
        <w:t>vn 0.1931 -0.2696 0.9434</w:t>
        <w:br/>
        <w:t>vn -0.5928 -0.7881 0.1657</w:t>
        <w:br/>
        <w:t>vn -0.0791 -0.7356 0.6727</w:t>
        <w:br/>
        <w:t>vn -0.5901 -0.8001 0.1075</w:t>
        <w:br/>
        <w:t>vn -0.6120 -0.7793 0.1345</w:t>
        <w:br/>
        <w:t>vn -0.7994 -0.0547 -0.5983</w:t>
        <w:br/>
        <w:t>vn -0.8146 -0.3598 -0.4548</w:t>
        <w:br/>
        <w:t>vn -0.5996 -0.3126 0.7367</w:t>
        <w:br/>
        <w:t>vn -0.6228 -0.3772 0.6855</w:t>
        <w:br/>
        <w:t>vn -0.6228 -0.3771 0.6855</w:t>
        <w:br/>
        <w:t>vn -0.5996 -0.3126 0.7368</w:t>
        <w:br/>
        <w:t>vn 0.7060 0.3573 -0.6115</w:t>
        <w:br/>
        <w:t>vn 0.5212 0.6955 -0.4945</w:t>
        <w:br/>
        <w:t>vn -0.1023 -0.1952 0.9754</w:t>
        <w:br/>
        <w:t>vn -0.3996 -0.2112 0.8920</w:t>
        <w:br/>
        <w:t>vn -0.1022 -0.1952 0.9754</w:t>
        <w:br/>
        <w:t>vn 0.2468 -0.2036 0.9474</w:t>
        <w:br/>
        <w:t>vn 0.3936 -0.2071 0.8956</w:t>
        <w:br/>
        <w:t>vn -0.7250 -0.4991 -0.4746</w:t>
        <w:br/>
        <w:t>vn -0.7197 -0.4731 -0.5082</w:t>
        <w:br/>
        <w:t>vn -0.7197 -0.4732 -0.5081</w:t>
        <w:br/>
        <w:t>vn -0.5361 -0.2392 0.8095</w:t>
        <w:br/>
        <w:t>vn -0.5361 -0.2391 0.8096</w:t>
        <w:br/>
        <w:t>vn -0.1469 -0.1811 -0.9724</w:t>
        <w:br/>
        <w:t>vn -0.2113 -0.1373 -0.9677</w:t>
        <w:br/>
        <w:t>vn -0.8320 0.3391 -0.4391</w:t>
        <w:br/>
        <w:t>vn -0.8196 0.3256 -0.4715</w:t>
        <w:br/>
        <w:t>vn -0.7472 -0.0738 -0.6605</w:t>
        <w:br/>
        <w:t>vn -0.7377 -0.0192 -0.6749</w:t>
        <w:br/>
        <w:t>vn -0.7376 -0.0192 -0.6749</w:t>
        <w:br/>
        <w:t>vn -0.7183 -0.5753 -0.3913</w:t>
        <w:br/>
        <w:t>vn -0.7183 -0.5752 -0.3913</w:t>
        <w:br/>
        <w:t>vn -0.7023 -0.6342 -0.3233</w:t>
        <w:br/>
        <w:t>vn -0.7023 -0.6342 -0.3234</w:t>
        <w:br/>
        <w:t>vn 0.9336 0.3290 0.1423</w:t>
        <w:br/>
        <w:t>vn 0.9257 0.3507 0.1419</w:t>
        <w:br/>
        <w:t>vn -0.0727 -0.0350 0.9967</w:t>
        <w:br/>
        <w:t>vn -0.1929 -0.0131 0.9811</w:t>
        <w:br/>
        <w:t>vn -0.0922 0.1191 0.9886</w:t>
        <w:br/>
        <w:t>vn 0.1931 -0.2697 0.9434</w:t>
        <w:br/>
        <w:t>vn 0.4027 -0.0742 0.9123</w:t>
        <w:br/>
        <w:t>vn 0.4490 -0.2799 0.8485</w:t>
        <w:br/>
        <w:t>vn 0.3177 -0.2596 0.9120</w:t>
        <w:br/>
        <w:t>vn -0.5422 -0.7006 0.4639</w:t>
        <w:br/>
        <w:t>vn -0.5097 -0.6713 0.5381</w:t>
        <w:br/>
        <w:t>vn -0.5098 -0.6713 0.5380</w:t>
        <w:br/>
        <w:t>vn 0.6492 -0.3234 -0.6884</w:t>
        <w:br/>
        <w:t>vn 0.4196 -0.3419 -0.8409</w:t>
        <w:br/>
        <w:t>vn 0.3434 -0.3498 -0.8716</w:t>
        <w:br/>
        <w:t>vn -0.7596 0.1391 -0.6354</w:t>
        <w:br/>
        <w:t>vn -0.7596 0.1390 -0.6354</w:t>
        <w:br/>
        <w:t>vn -0.7865 0.2177 -0.5779</w:t>
        <w:br/>
        <w:t>vn -0.7426 0.0667 -0.6665</w:t>
        <w:br/>
        <w:t>vn -0.7426 0.0667 -0.6664</w:t>
        <w:br/>
        <w:t>vn 0.3910 -0.4015 -0.8282</w:t>
        <w:br/>
        <w:t>vn 0.4572 -0.3907 -0.7989</w:t>
        <w:br/>
        <w:t>vn 0.6768 -0.3476 -0.6489</w:t>
        <w:br/>
        <w:t>vn 0.8639 0.1235 -0.4883</w:t>
        <w:br/>
        <w:t>vn 0.9069 0.1645 -0.3880</w:t>
        <w:br/>
        <w:t>vn -0.0877 -0.1778 -0.9802</w:t>
        <w:br/>
        <w:t>vn 0.2804 0.8801 -0.3832</w:t>
        <w:br/>
        <w:t>vn 0.0732 0.2229 -0.9721</w:t>
        <w:br/>
        <w:t>vn -0.4566 -0.8865 -0.0752</w:t>
        <w:br/>
        <w:t>vn 0.2534 -0.1458 0.9563</w:t>
        <w:br/>
        <w:t>vn 0.0349 -0.4124 0.9103</w:t>
        <w:br/>
        <w:t>vn -0.0604 -0.2029 -0.9773</w:t>
        <w:br/>
        <w:t>vn -0.1174 -0.1921 -0.9743</w:t>
        <w:br/>
        <w:t>vn -0.2500 0.0051 0.9682</w:t>
        <w:br/>
        <w:t>vn -0.2480 0.0851 0.9650</w:t>
        <w:br/>
        <w:t>vn -0.6158 -0.7559 0.2220</w:t>
        <w:br/>
        <w:t>vn -0.5928 -0.7881 0.1658</w:t>
        <w:br/>
        <w:t>vn -0.6120 -0.7794 0.1345</w:t>
        <w:br/>
        <w:t>vn -0.3434 -0.6561 0.6721</w:t>
        <w:br/>
        <w:t>vn -0.0447 -0.3376 0.9402</w:t>
        <w:br/>
        <w:t>vn -0.0594 -0.3758 0.9248</w:t>
        <w:br/>
        <w:t>vn -0.0791 -0.7356 0.6728</w:t>
        <w:br/>
        <w:t>vn -0.0594 -0.3759 0.9248</w:t>
        <w:br/>
        <w:t>vn -0.0543 -0.5954 0.8016</w:t>
        <w:br/>
        <w:t>vn -0.0186 -0.6728 0.7396</w:t>
        <w:br/>
        <w:t>vn -0.0000 -0.6730 0.7397</w:t>
        <w:br/>
        <w:t>vn 0.0000 -0.5079 0.8614</w:t>
        <w:br/>
        <w:t>vn 0.0075 -0.4239 0.9057</w:t>
        <w:br/>
        <w:t>vn 0.5096 -0.8239 0.2480</w:t>
        <w:br/>
        <w:t>vn -0.0522 -0.0030 0.9986</w:t>
        <w:br/>
        <w:t>vn 0.0864 0.0197 0.9961</w:t>
        <w:br/>
        <w:t>vn -0.0966 0.2797 0.9552</w:t>
        <w:br/>
        <w:t>vn 0.9210 -0.2097 0.3283</w:t>
        <w:br/>
        <w:t>vn 0.9095 -0.2791 0.3082</w:t>
        <w:br/>
        <w:t>vn 0.7112 -0.3099 0.6310</w:t>
        <w:br/>
        <w:t>vn 0.7454 -0.2082 0.6333</w:t>
        <w:br/>
        <w:t>vn -0.8020 0.2846 -0.5251</w:t>
        <w:br/>
        <w:t>vn -0.6158 -0.7559 0.2222</w:t>
        <w:br/>
        <w:t>vn -0.5844 -0.7392 0.3348</w:t>
        <w:br/>
        <w:t>vn 0.1537 0.4637 0.8726</w:t>
        <w:br/>
        <w:t>vn 0.1741 0.4749 0.8627</w:t>
        <w:br/>
        <w:t>vn 0.2426 0.9560 0.1653</w:t>
        <w:br/>
        <w:t>vn 0.3081 0.9354 0.1736</w:t>
        <w:br/>
        <w:t>vn 0.1724 0.9222 -0.3461</w:t>
        <w:br/>
        <w:t>vn 0.3064 0.8791 -0.3650</w:t>
        <w:br/>
        <w:t>vn 0.4879 0.7833 -0.3852</w:t>
        <w:br/>
        <w:t>vn 0.1406 0.8760 -0.4613</w:t>
        <w:br/>
        <w:t>vn -0.1140 0.3594 -0.9262</w:t>
        <w:br/>
        <w:t>vn 0.2660 0.8383 -0.4759</w:t>
        <w:br/>
        <w:t>vn 0.4574 0.7597 -0.4622</w:t>
        <w:br/>
        <w:t>vn -0.0448 0.4051 -0.9132</w:t>
        <w:br/>
        <w:t>vn 0.3479 0.8605 -0.3721</w:t>
        <w:br/>
        <w:t>vn -0.0329 0.6957 -0.7175</w:t>
        <w:br/>
        <w:t>vn 0.4094 0.7378 -0.5367</w:t>
        <w:br/>
        <w:t>vn 0.1165 0.3847 0.9157</w:t>
        <w:br/>
        <w:t>vn 0.1510 0.4455 0.8824</w:t>
        <w:br/>
        <w:t>vn 0.4483 0.2843 0.8475</w:t>
        <w:br/>
        <w:t>vn 0.2230 0.3414 0.9131</w:t>
        <w:br/>
        <w:t>vn 0.2230 0.3413 0.9131</w:t>
        <w:br/>
        <w:t>vn 0.8107 0.5816 0.0672</w:t>
        <w:br/>
        <w:t>vn 0.3554 0.8886 -0.2901</w:t>
        <w:br/>
        <w:t>vn 0.4372 0.8417 -0.3170</w:t>
        <w:br/>
        <w:t>vn 0.1724 0.9222 -0.3460</w:t>
        <w:br/>
        <w:t>vn 0.1967 0.9275 -0.3178</w:t>
        <w:br/>
        <w:t>vn 0.1510 0.4455 0.8825</w:t>
        <w:br/>
        <w:t>vn 0.2946 0.9093 -0.2941</w:t>
        <w:br/>
        <w:t>vn 0.3157 0.9352 0.1604</w:t>
        <w:br/>
        <w:t>vn 0.2197 0.9627 0.1578</w:t>
        <w:br/>
        <w:t>vn 0.1724 0.9222 -0.3462</w:t>
        <w:br/>
        <w:t>vn 0.3064 0.8792 -0.3648</w:t>
        <w:br/>
        <w:t>vn -0.0961 0.3658 -0.9257</w:t>
        <w:br/>
        <w:t>vn 0.4879 0.7833 -0.3853</w:t>
        <w:br/>
        <w:t>vn 0.1955 0.6094 -0.7684</w:t>
        <w:br/>
        <w:t>vn -0.1482 -0.2350 -0.9606</w:t>
        <w:br/>
        <w:t>vn -0.0553 -0.1960 -0.9790</w:t>
        <w:br/>
        <w:t>vn -0.0574 -0.1803 -0.9819</w:t>
        <w:br/>
        <w:t>vn -0.0645 -0.1734 -0.9827</w:t>
        <w:br/>
        <w:t>vn -0.0470 0.0254 -0.9986</w:t>
        <w:br/>
        <w:t>vn -0.1055 -0.2679 -0.9577</w:t>
        <w:br/>
        <w:t>vn 0.5072 0.7727 -0.3816</w:t>
        <w:br/>
        <w:t>vn 0.2708 0.7909 -0.5487</w:t>
        <w:br/>
        <w:t>vn -0.0986 0.2841 -0.9537</w:t>
        <w:br/>
        <w:t>vn -0.0203 0.2769 -0.9607</w:t>
        <w:br/>
        <w:t>vn 0.3963 0.7553 -0.5220</w:t>
        <w:br/>
        <w:t>vn -0.3238 -0.1575 -0.9329</w:t>
        <w:br/>
        <w:t>vn -0.2588 -0.0727 -0.9632</w:t>
        <w:br/>
        <w:t>vn 0.2882 0.8109 -0.5093</w:t>
        <w:br/>
        <w:t>vn 0.4251 0.7810 -0.4576</w:t>
        <w:br/>
        <w:t>vn -0.1923 0.1521 -0.9695</w:t>
        <w:br/>
        <w:t>vn -0.0317 0.2725 -0.9616</w:t>
        <w:br/>
        <w:t>vn -0.0009 0.4541 -0.8910</w:t>
        <w:br/>
        <w:t>vn 0.0328 -0.0943 -0.9950</w:t>
        <w:br/>
        <w:t>vn -0.0604 -0.3645 0.9292</w:t>
        <w:br/>
        <w:t>vn 0.4871 0.4487 -0.7492</w:t>
        <w:br/>
        <w:t>vn 0.4301 0.4959 -0.7544</w:t>
        <w:br/>
        <w:t>vn -0.0038 0.2868 0.9580</w:t>
        <w:br/>
        <w:t>vn -0.0319 -0.0256 0.9992</w:t>
        <w:br/>
        <w:t>vn -0.1425 0.0137 0.9897</w:t>
        <w:br/>
        <w:t>vn -0.0524 0.0305 0.9982</w:t>
        <w:br/>
        <w:t>vn 0.0782 -0.0191 0.9968</w:t>
        <w:br/>
        <w:t>vn -0.0310 -0.1761 0.9839</w:t>
        <w:br/>
        <w:t>vn 0.0636 0.0207 0.9978</w:t>
        <w:br/>
        <w:t>vn 0.1306 -0.3387 0.9318</w:t>
        <w:br/>
        <w:t>vn 0.0833 -0.3962 0.9144</w:t>
        <w:br/>
        <w:t>vn 0.0113 -0.4768 0.8789</w:t>
        <w:br/>
        <w:t>vn 0.0503 -0.1668 0.9847</w:t>
        <w:br/>
        <w:t>vn 0.0690 -0.3148 0.9466</w:t>
        <w:br/>
        <w:t>vn 0.1164 -0.3267 0.9379</w:t>
        <w:br/>
        <w:t>vn 0.1528 -0.3419 0.9272</w:t>
        <w:br/>
        <w:t>vn -0.1006 0.6227 0.7760</w:t>
        <w:br/>
        <w:t>vn 0.0029 0.4113 0.9115</w:t>
        <w:br/>
        <w:t>vn -0.0658 0.4138 0.9080</w:t>
        <w:br/>
        <w:t>vn 0.1519 0.1107 0.9822</w:t>
        <w:br/>
        <w:t>vn 0.1151 0.1273 0.9852</w:t>
        <w:br/>
        <w:t>vn 0.4305 -0.3143 0.8461</w:t>
        <w:br/>
        <w:t>vn 0.4323 -0.5314 0.7285</w:t>
        <w:br/>
        <w:t>vn 0.1351 -0.8574 0.4965</w:t>
        <w:br/>
        <w:t>vn 0.3659 -0.6150 0.6985</w:t>
        <w:br/>
        <w:t>vn 0.4589 -0.8439 0.2779</w:t>
        <w:br/>
        <w:t>vn 0.3726 -0.8737 0.3128</w:t>
        <w:br/>
        <w:t>vn 0.4908 -0.7637 0.4193</w:t>
        <w:br/>
        <w:t>vn 0.5949 -0.7137 0.3698</w:t>
        <w:br/>
        <w:t>vn -0.3218 -0.7597 0.5650</w:t>
        <w:br/>
        <w:t>vn -0.0314 -0.9652 0.2597</w:t>
        <w:br/>
        <w:t>vn -0.5100 -0.8592 0.0407</w:t>
        <w:br/>
        <w:t>vn -0.0283 -0.9990 -0.0343</w:t>
        <w:br/>
        <w:t>vn -0.3764 -0.8345 -0.4024</w:t>
        <w:br/>
        <w:t>vn 0.0379 -0.6607 -0.7497</w:t>
        <w:br/>
        <w:t>vn -0.2124 -0.5237 -0.8250</w:t>
        <w:br/>
        <w:t>vn 0.0326 -0.3791 -0.9248</w:t>
        <w:br/>
        <w:t>vn -0.1162 -0.3240 -0.9389</w:t>
        <w:br/>
        <w:t>vn -0.0128 -0.0796 -0.9967</w:t>
        <w:br/>
        <w:t>vn -0.0669 -0.0641 -0.9957</w:t>
        <w:br/>
        <w:t>vn -0.1205 0.9823 -0.1433</w:t>
        <w:br/>
        <w:t>vn -0.0350 0.7428 -0.6685</w:t>
        <w:br/>
        <w:t>vn -0.0926 0.8379 -0.5379</w:t>
        <w:br/>
        <w:t>vn -0.0657 0.4138 0.9080</w:t>
        <w:br/>
        <w:t>vn -0.1025 0.9684 0.2274</w:t>
        <w:br/>
        <w:t>vn -0.1882 0.9463 0.2629</w:t>
        <w:br/>
        <w:t>vn -0.0533 0.9981 -0.0317</w:t>
        <w:br/>
        <w:t>vn -0.1725 0.9814 -0.0846</w:t>
        <w:br/>
        <w:t>vn 0.0531 0.2328 0.9711</w:t>
        <w:br/>
        <w:t>vn 0.3078 -0.1308 0.9424</w:t>
        <w:br/>
        <w:t>vn 0.4182 -0.5265 0.7402</w:t>
        <w:br/>
        <w:t>vn 0.6415 -0.3605 0.6771</w:t>
        <w:br/>
        <w:t>vn 0.5999 -0.5995 0.5299</w:t>
        <w:br/>
        <w:t>vn 0.7990 -0.5115 0.3163</w:t>
        <w:br/>
        <w:t>vn 0.6949 -0.5893 0.4120</w:t>
        <w:br/>
        <w:t>vn 0.7714 -0.6211 -0.1386</w:t>
        <w:br/>
        <w:t>vn 0.6583 -0.7443 -0.1127</w:t>
        <w:br/>
        <w:t>vn 0.4084 -0.5312 -0.7423</w:t>
        <w:br/>
        <w:t>vn 0.1987 -0.1500 -0.9685</w:t>
        <w:br/>
        <w:t>vn 0.0929 -0.3187 -0.9433</w:t>
        <w:br/>
        <w:t>vn 0.1566 -0.6484 -0.7451</w:t>
        <w:br/>
        <w:t>vn -0.0201 -0.0900 -0.9957</w:t>
        <w:br/>
        <w:t>vn 0.0438 -0.3658 -0.9297</w:t>
        <w:br/>
        <w:t>vn 0.0122 -0.0895 -0.9959</w:t>
        <w:br/>
        <w:t>vn 0.0009 0.4540 -0.8910</w:t>
        <w:br/>
        <w:t>vn 0.1923 0.1521 -0.9695</w:t>
        <w:br/>
        <w:t>vn 0.1231 0.1558 -0.9801</w:t>
        <w:br/>
        <w:t>vn -0.0800 0.4424 -0.8932</w:t>
        <w:br/>
        <w:t>vn -0.1967 0.8536 -0.4824</w:t>
        <w:br/>
        <w:t>vn 0.5976 -0.7492 0.2857</w:t>
        <w:br/>
        <w:t>vn 0.6360 -0.7515 -0.1753</w:t>
        <w:br/>
        <w:t>vn 0.8381 -0.5267 -0.1420</w:t>
        <w:br/>
        <w:t>vn 0.6914 -0.5762 -0.4357</w:t>
        <w:br/>
        <w:t>vn 0.5297 -0.3525 -0.7715</w:t>
        <w:br/>
        <w:t>vn 0.5204 -0.7848 -0.3365</w:t>
        <w:br/>
        <w:t>vn 0.2278 0.0517 -0.9723</w:t>
        <w:br/>
        <w:t>vn 0.5079 -0.2064 -0.8364</w:t>
        <w:br/>
        <w:t>vn 0.3840 -0.1828 -0.9051</w:t>
        <w:br/>
        <w:t>vn 0.7436 -0.4272 -0.5144</w:t>
        <w:br/>
        <w:t>vn 0.5091 -0.5705 -0.6445</w:t>
        <w:br/>
        <w:t>vn -0.3701 -0.4541 0.8105</w:t>
        <w:br/>
        <w:t>vn -0.0987 -0.3736 0.9223</w:t>
        <w:br/>
        <w:t>vn -0.7300 -0.2017 0.6530</w:t>
        <w:br/>
        <w:t>vn -0.4375 -0.1331 0.8893</w:t>
        <w:br/>
        <w:t>vn -0.3896 -0.1730 0.9046</w:t>
        <w:br/>
        <w:t>vn 0.7714 -0.6211 -0.1385</w:t>
        <w:br/>
        <w:t>vn 0.1632 -0.9468 -0.2774</w:t>
        <w:br/>
        <w:t>vn 0.0192 0.2886 0.9573</w:t>
        <w:br/>
        <w:t>vn 0.0212 -0.1389 0.9901</w:t>
        <w:br/>
        <w:t>vn -0.4130 0.0219 0.9104</w:t>
        <w:br/>
        <w:t>vn -0.4184 0.0818 0.9046</w:t>
        <w:br/>
        <w:t>vn -0.6689 0.0361 0.7424</w:t>
        <w:br/>
        <w:t>vn -0.5478 0.2785 0.7889</w:t>
        <w:br/>
        <w:t>vn -0.7845 -0.5906 -0.1892</w:t>
        <w:br/>
        <w:t>vn -0.8269 -0.3647 -0.4280</w:t>
        <w:br/>
        <w:t>vn -0.8751 -0.3006 -0.3793</w:t>
        <w:br/>
        <w:t>vn -0.9236 -0.3762 -0.0738</w:t>
        <w:br/>
        <w:t>vn -0.8259 -0.4343 0.3597</w:t>
        <w:br/>
        <w:t>vn -0.6508 -0.7489 0.1251</w:t>
        <w:br/>
        <w:t>vn 0.1039 -0.7181 0.6882</w:t>
        <w:br/>
        <w:t>vn -0.0202 -0.5134 0.8579</w:t>
        <w:br/>
        <w:t>vn -0.0116 -0.4736 0.8806</w:t>
        <w:br/>
        <w:t>vn 0.1094 -0.6633 0.7403</w:t>
        <w:br/>
        <w:t>vn -0.5906 -0.6403 0.4911</w:t>
        <w:br/>
        <w:t>vn -0.1746 0.5313 -0.8290</w:t>
        <w:br/>
        <w:t>vn -0.2858 0.4685 -0.8360</w:t>
        <w:br/>
        <w:t>vn -0.2725 -0.2633 -0.9254</w:t>
        <w:br/>
        <w:t>vn -0.3341 -0.3195 -0.8867</w:t>
        <w:br/>
        <w:t>vn -0.2312 -0.2269 -0.9461</w:t>
        <w:br/>
        <w:t>vn -0.8219 0.3100 0.4779</w:t>
        <w:br/>
        <w:t>vn -0.7889 0.4712 0.3945</w:t>
        <w:br/>
        <w:t>vn -0.5731 0.5789 0.5801</w:t>
        <w:br/>
        <w:t>vn -0.5971 0.4406 0.6703</w:t>
        <w:br/>
        <w:t>vn -0.9450 0.1981 0.2602</w:t>
        <w:br/>
        <w:t>vn -0.9232 0.3478 0.1637</w:t>
        <w:br/>
        <w:t>vn -0.9893 0.1445 -0.0208</w:t>
        <w:br/>
        <w:t>vn -0.9981 0.0190 0.0592</w:t>
        <w:br/>
        <w:t>vn -0.9872 -0.0797 -0.1385</w:t>
        <w:br/>
        <w:t>vn -0.9717 -0.1978 -0.1291</w:t>
        <w:br/>
        <w:t>vn -0.9967 -0.0077 0.0806</w:t>
        <w:br/>
        <w:t>vn -0.9897 -0.1431 -0.0020</w:t>
        <w:br/>
        <w:t>vn -0.4795 -0.4298 -0.7651</w:t>
        <w:br/>
        <w:t>vn -0.7982 -0.3907 -0.4586</w:t>
        <w:br/>
        <w:t>vn -0.9577 -0.2149 -0.1915</w:t>
        <w:br/>
        <w:t>vn -0.7709 -0.3858 -0.5067</w:t>
        <w:br/>
        <w:t>vn -0.7226 -0.3796 -0.5777</w:t>
        <w:br/>
        <w:t>vn -0.9372 -0.2184 -0.2718</w:t>
        <w:br/>
        <w:t>vn -0.8778 -0.1573 -0.4525</w:t>
        <w:br/>
        <w:t>vn -0.8599 -0.1188 -0.4964</w:t>
        <w:br/>
        <w:t>vn -0.8660 0.0200 -0.4997</w:t>
        <w:br/>
        <w:t>vn -0.8892 0.0887 -0.4488</w:t>
        <w:br/>
        <w:t>vn -0.3778 0.5171 0.7680</w:t>
        <w:br/>
        <w:t>vn -0.2794 0.6851 0.6727</w:t>
        <w:br/>
        <w:t>vn -0.2877 0.6919 0.6622</w:t>
        <w:br/>
        <w:t>vn -0.2306 0.4190 0.8782</w:t>
        <w:br/>
        <w:t>vn -0.3119 0.3939 0.8646</w:t>
        <w:br/>
        <w:t>vn -0.7664 0.5699 0.2965</w:t>
        <w:br/>
        <w:t>vn -0.4864 0.8142 0.3172</w:t>
        <w:br/>
        <w:t>vn -0.5144 0.8575 0.0009</w:t>
        <w:br/>
        <w:t>vn -0.2527 0.9675 -0.0077</w:t>
        <w:br/>
        <w:t>vn -0.2755 0.8899 0.3636</w:t>
        <w:br/>
        <w:t>vn -0.5082 0.8457 0.1631</w:t>
        <w:br/>
        <w:t>vn -0.2043 0.8741 -0.4407</w:t>
        <w:br/>
        <w:t>vn -0.0930 0.8869 -0.4526</w:t>
        <w:br/>
        <w:t>vn -0.1267 0.9919 -0.0072</w:t>
        <w:br/>
        <w:t>vn -0.0835 0.1993 -0.9764</w:t>
        <w:br/>
        <w:t>vn -0.2695 0.4655 -0.8430</w:t>
        <w:br/>
        <w:t>vn -0.0505 0.1986 -0.9788</w:t>
        <w:br/>
        <w:t>vn -0.0781 0.4988 -0.8632</w:t>
        <w:br/>
        <w:t>vn -0.9627 -0.2461 -0.1127</w:t>
        <w:br/>
        <w:t>vn -0.9627 -0.2461 -0.1126</w:t>
        <w:br/>
        <w:t>vn -0.8376 -0.1985 -0.5090</w:t>
        <w:br/>
        <w:t>vn -0.8434 -0.2032 -0.4973</w:t>
        <w:br/>
        <w:t>vn -0.6331 -0.2989 -0.7141</w:t>
        <w:br/>
        <w:t>vn -0.6362 -0.2498 -0.7300</w:t>
        <w:br/>
        <w:t>vn -0.8456 -0.2127 -0.4896</w:t>
        <w:br/>
        <w:t>vn -0.8634 -0.2558 -0.4348</w:t>
        <w:br/>
        <w:t>vn -0.9627 -0.2138 -0.1660</w:t>
        <w:br/>
        <w:t>vn -0.9530 -0.2312 -0.1959</w:t>
        <w:br/>
        <w:t>vn -0.3883 -0.2998 -0.8714</w:t>
        <w:br/>
        <w:t>vn -0.3334 -0.2518 -0.9085</w:t>
        <w:br/>
        <w:t>vn -0.2984 -0.2960 -0.9074</w:t>
        <w:br/>
        <w:t>vn -0.2619 -0.2360 -0.9358</w:t>
        <w:br/>
        <w:t>vn -0.0801 0.1247 -0.9890</w:t>
        <w:br/>
        <w:t>vn -0.0669 -0.0642 -0.9957</w:t>
        <w:br/>
        <w:t>vn -0.1393 -0.0877 -0.9864</w:t>
        <w:br/>
        <w:t>vn 0.0962 0.3658 -0.9257</w:t>
        <w:br/>
        <w:t>vn 0.0300 0.3865 -0.9218</w:t>
        <w:br/>
        <w:t>vn -0.1955 0.6094 -0.7683</w:t>
        <w:br/>
        <w:t>vn -0.1870 0.3809 -0.9055</w:t>
        <w:br/>
        <w:t>vn -0.5247 0.2084 0.8254</w:t>
        <w:br/>
        <w:t>vn -0.0000 0.0409 0.9992</w:t>
        <w:br/>
        <w:t>vn -0.6631 0.1240 0.7382</w:t>
        <w:br/>
        <w:t>vn -0.8592 0.4445 0.2536</w:t>
        <w:br/>
        <w:t>vn -0.7769 0.6296 0.0000</w:t>
        <w:br/>
        <w:t>vn -0.8107 0.5816 0.0671</w:t>
        <w:br/>
        <w:t>vn -0.5857 0.6354 -0.5032</w:t>
        <w:br/>
        <w:t>vn -0.4093 0.7931 -0.4510</w:t>
        <w:br/>
        <w:t>vn -0.8091 0.5222 -0.2697</w:t>
        <w:br/>
        <w:t>vn -0.1709 0.9040 0.3919</w:t>
        <w:br/>
        <w:t>vn -0.2197 0.9627 0.1577</w:t>
        <w:br/>
        <w:t>vn -0.3157 0.9352 0.1603</w:t>
        <w:br/>
        <w:t>vn -0.2411 0.6867 0.6858</w:t>
        <w:br/>
        <w:t>vn -0.3703 0.5673 0.7355</w:t>
        <w:br/>
        <w:t>vn -0.3719 0.6620 0.6507</w:t>
        <w:br/>
        <w:t>vn -0.7614 0.5467 0.3484</w:t>
        <w:br/>
        <w:t>vn -0.5503 0.6447 0.5305</w:t>
        <w:br/>
        <w:t>vn -0.9022 0.4218 0.0897</w:t>
        <w:br/>
        <w:t>vn -0.9386 0.1733 -0.2982</w:t>
        <w:br/>
        <w:t>vn -0.9186 -0.0124 -0.3951</w:t>
        <w:br/>
        <w:t>vn -0.0461 0.3935 -0.9182</w:t>
        <w:br/>
        <w:t>vn -0.9634 -0.1323 -0.2330</w:t>
        <w:br/>
        <w:t>vn -0.9057 -0.2412 -0.3485</w:t>
        <w:br/>
        <w:t>vn -0.9540 -0.1653 -0.2500</w:t>
        <w:br/>
        <w:t>vn -0.3697 0.7041 0.6063</w:t>
        <w:br/>
        <w:t>vn -0.3446 -0.0502 0.9374</w:t>
        <w:br/>
        <w:t>vn -0.3214 -0.3139 0.8934</w:t>
        <w:br/>
        <w:t>vn -0.0689 -0.3018 0.9509</w:t>
        <w:br/>
        <w:t>vn -0.1098 -0.0433 0.9930</w:t>
        <w:br/>
        <w:t>vn -0.7994 0.5895 0.1156</w:t>
        <w:br/>
        <w:t>vn -0.7749 0.5975 0.2062</w:t>
        <w:br/>
        <w:t>vn -0.6796 0.6810 0.2728</w:t>
        <w:br/>
        <w:t>vn -0.8702 0.2824 0.4038</w:t>
        <w:br/>
        <w:t>vn -0.8446 0.4614 0.2716</w:t>
        <w:br/>
        <w:t>vn -0.9506 0.2619 0.1664</w:t>
        <w:br/>
        <w:t>vn -0.8201 -0.5705 -0.0443</w:t>
        <w:br/>
        <w:t>vn -0.6306 -0.7593 0.1609</w:t>
        <w:br/>
        <w:t>vn -0.6886 -0.6233 0.3705</w:t>
        <w:br/>
        <w:t>vn -0.8748 -0.4410 0.2007</w:t>
        <w:br/>
        <w:t>vn -0.9566 0.0077 0.2914</w:t>
        <w:br/>
        <w:t>vn -0.8560 -0.2602 0.4466</w:t>
        <w:br/>
        <w:t>vn -0.8520 0.0306 0.5227</w:t>
        <w:br/>
        <w:t>vn -0.2703 -0.5717 0.7747</w:t>
        <w:br/>
        <w:t>vn -0.2048 -0.7562 0.6215</w:t>
        <w:br/>
        <w:t>vn 0.0230 -0.7273 0.6859</w:t>
        <w:br/>
        <w:t>vn -0.0158 -0.5514 0.8341</w:t>
        <w:br/>
        <w:t>vn -0.8893 0.4515 -0.0729</w:t>
        <w:br/>
        <w:t>vn -0.9357 0.3258 -0.1351</w:t>
        <w:br/>
        <w:t>vn -0.8828 0.4641 0.0727</w:t>
        <w:br/>
        <w:t>vn -0.6539 0.6816 0.3283</w:t>
        <w:br/>
        <w:t>vn -0.4524 0.7738 0.4433</w:t>
        <w:br/>
        <w:t>vn -0.5372 0.7418 0.4013</w:t>
        <w:br/>
        <w:t>vn -0.0855 0.4699 0.8786</w:t>
        <w:br/>
        <w:t>vn -0.1837 0.6649 0.7240</w:t>
        <w:br/>
        <w:t>vn -0.1243 0.5477 0.8274</w:t>
        <w:br/>
        <w:t>vn -0.1192 0.2131 0.9697</w:t>
        <w:br/>
        <w:t>vn 0.0280 0.2160 0.9760</w:t>
        <w:br/>
        <w:t>vn -0.7237 0.3946 0.5661</w:t>
        <w:br/>
        <w:t>vn -0.6926 0.5717 0.4400</w:t>
        <w:br/>
        <w:t>vn -0.2901 0.7283 0.6208</w:t>
        <w:br/>
        <w:t>vn -0.5177 0.6604 0.5439</w:t>
        <w:br/>
        <w:t>vn -0.5529 0.4477 0.7027</w:t>
        <w:br/>
        <w:t>vn -0.7436 0.2079 0.6355</w:t>
        <w:br/>
        <w:t>vn -0.3228 0.7508 0.5762</w:t>
        <w:br/>
        <w:t>vn -0.3437 0.4836 0.8050</w:t>
        <w:br/>
        <w:t>vn 0.1491 -0.6741 0.7234</w:t>
        <w:br/>
        <w:t>vn 0.1709 -0.6518 0.7389</w:t>
        <w:br/>
        <w:t>vn 0.1370 -0.5015 0.8542</w:t>
        <w:br/>
        <w:t>vn 0.1063 -0.2676 0.9576</w:t>
        <w:br/>
        <w:t>vn -0.3503 0.1989 0.9153</w:t>
        <w:br/>
        <w:t>vn -0.4511 -0.7265 0.5183</w:t>
        <w:br/>
        <w:t>vn -0.3840 -0.8524 0.3548</w:t>
        <w:br/>
        <w:t>vn -0.7345 -0.2247 0.6403</w:t>
        <w:br/>
        <w:t>vn -0.7027 -0.4531 0.5486</w:t>
        <w:br/>
        <w:t>vn -0.5053 -0.5369 0.6756</w:t>
        <w:br/>
        <w:t>vn -0.5345 -0.2958 0.7917</w:t>
        <w:br/>
        <w:t>vn -0.9271 -0.3012 -0.2231</w:t>
        <w:br/>
        <w:t>vn -0.9490 -0.0133 -0.3151</w:t>
        <w:br/>
        <w:t>vn -0.9275 0.2049 -0.3126</w:t>
        <w:br/>
        <w:t>vn -0.1527 -0.8553 0.4952</w:t>
        <w:br/>
        <w:t>vn 0.0246 -0.8058 0.5917</w:t>
        <w:br/>
        <w:t>vn -0.1214 -0.5853 0.8017</w:t>
        <w:br/>
        <w:t>vn -0.3372 -0.6283 0.7011</w:t>
        <w:br/>
        <w:t>vn -0.9896 0.1150 -0.0862</w:t>
        <w:br/>
        <w:t>vn -0.9840 -0.1747 0.0347</w:t>
        <w:br/>
        <w:t>vn -0.9297 0.2811 -0.2379</w:t>
        <w:br/>
        <w:t>vn -0.7186 -0.0206 0.6951</w:t>
        <w:br/>
        <w:t>vn -0.5486 -0.0451 0.8349</w:t>
        <w:br/>
        <w:t>vn -0.5579 0.1982 0.8059</w:t>
        <w:br/>
        <w:t>vn -0.4372 0.7332 0.5208</w:t>
        <w:br/>
        <w:t>vn 0.1636 -0.4797 0.8620</w:t>
        <w:br/>
        <w:t>vn 0.1839 -0.1910 0.9642</w:t>
        <w:br/>
        <w:t>vn -0.6050 -0.2123 -0.7674</w:t>
        <w:br/>
        <w:t>vn -0.6258 -0.2172 -0.7492</w:t>
        <w:br/>
        <w:t>vn -0.3084 -0.2317 -0.9226</w:t>
        <w:br/>
        <w:t>vn -0.3399 -0.2430 -0.9085</w:t>
        <w:br/>
        <w:t>vn -0.2354 -0.2295 -0.9444</w:t>
        <w:br/>
        <w:t>vn -0.2264 -0.2508 -0.9412</w:t>
        <w:br/>
        <w:t>vn -0.9444 -0.2257 -0.2391</w:t>
        <w:br/>
        <w:t>vn -0.8778 -0.2699 -0.3958</w:t>
        <w:br/>
        <w:t>vn -0.4946 -0.4558 -0.7400</w:t>
        <w:br/>
        <w:t>vn -0.4820 -0.4452 -0.7547</w:t>
        <w:br/>
        <w:t>vn -0.3996 -0.4561 -0.7952</w:t>
        <w:br/>
        <w:t>vn -0.4118 -0.4501 -0.7924</w:t>
        <w:br/>
        <w:t>vn -0.0655 0.1566 -0.9855</w:t>
        <w:br/>
        <w:t>vn -0.1643 -0.1460 -0.9755</w:t>
        <w:br/>
        <w:t>vn -0.3620 -0.4199 -0.8323</w:t>
        <w:br/>
        <w:t>vn -0.6169 0.4882 0.6173</w:t>
        <w:br/>
        <w:t>vn -0.6690 0.0361 0.7424</w:t>
        <w:br/>
        <w:t>vn -0.7300 -0.2018 0.6529</w:t>
        <w:br/>
        <w:t>vn -0.3114 0.2823 0.9074</w:t>
        <w:br/>
        <w:t>vn -0.1522 0.4488 0.8806</w:t>
        <w:br/>
        <w:t>vn -0.9325 -0.2135 0.2912</w:t>
        <w:br/>
        <w:t>vn -0.7586 -0.1959 0.6214</w:t>
        <w:br/>
        <w:t>vn -0.4818 -0.2622 0.8362</w:t>
        <w:br/>
        <w:t>vn -0.2211 -0.1985 0.9548</w:t>
        <w:br/>
        <w:t>vn -0.0992 -0.3117 0.9450</w:t>
        <w:br/>
        <w:t>vn -0.0728 -0.3307 0.9409</w:t>
        <w:br/>
        <w:t>vn -0.2870 -0.2077 0.9351</w:t>
        <w:br/>
        <w:t>vn -0.3550 -0.3122 0.8812</w:t>
        <w:br/>
        <w:t>vn -0.1931 -0.2696 0.9434</w:t>
        <w:br/>
        <w:t>vn 0.5901 -0.8001 0.1075</w:t>
        <w:br/>
        <w:t>vn 0.5901 -0.8001 0.1074</w:t>
        <w:br/>
        <w:t>vn 0.5928 -0.7881 0.1658</w:t>
        <w:br/>
        <w:t>vn 0.6120 -0.7793 0.1345</w:t>
        <w:br/>
        <w:t>vn 0.8146 -0.3599 -0.4549</w:t>
        <w:br/>
        <w:t>vn 0.7994 -0.0547 -0.5982</w:t>
        <w:br/>
        <w:t>vn 0.5996 -0.3127 0.7367</w:t>
        <w:br/>
        <w:t>vn 0.6227 -0.3771 0.6856</w:t>
        <w:br/>
        <w:t>vn -0.5212 0.6955 -0.4945</w:t>
        <w:br/>
        <w:t>vn -0.7059 0.3573 -0.6116</w:t>
        <w:br/>
        <w:t>vn 0.1023 -0.1952 0.9754</w:t>
        <w:br/>
        <w:t>vn 0.3996 -0.2112 0.8920</w:t>
        <w:br/>
        <w:t>vn -0.2467 -0.2036 0.9474</w:t>
        <w:br/>
        <w:t>vn -0.2468 -0.2036 0.9474</w:t>
        <w:br/>
        <w:t>vn -0.3937 -0.2071 0.8956</w:t>
        <w:br/>
        <w:t>vn 0.7196 -0.4731 -0.5082</w:t>
        <w:br/>
        <w:t>vn 0.7250 -0.4991 -0.4746</w:t>
        <w:br/>
        <w:t>vn 0.5361 -0.2391 0.8096</w:t>
        <w:br/>
        <w:t>vn 0.8320 0.3391 -0.4391</w:t>
        <w:br/>
        <w:t>vn 0.8195 0.3256 -0.4715</w:t>
        <w:br/>
        <w:t>vn 0.8195 0.3257 -0.4715</w:t>
        <w:br/>
        <w:t>vn 0.7472 -0.0738 -0.6605</w:t>
        <w:br/>
        <w:t>vn 0.7377 -0.0192 -0.6748</w:t>
        <w:br/>
        <w:t>vn 0.7183 -0.5753 -0.3913</w:t>
        <w:br/>
        <w:t>vn 0.7023 -0.6342 -0.3233</w:t>
        <w:br/>
        <w:t>vn 0.7023 -0.6342 -0.3234</w:t>
        <w:br/>
        <w:t>vn -0.9257 0.3507 0.1419</w:t>
        <w:br/>
        <w:t>vn -0.9336 0.3289 0.1423</w:t>
        <w:br/>
        <w:t>vn 0.0727 -0.0350 0.9967</w:t>
        <w:br/>
        <w:t>vn 0.1929 -0.0131 0.9811</w:t>
        <w:br/>
        <w:t>vn 0.0922 0.1191 0.9886</w:t>
        <w:br/>
        <w:t>vn -0.4027 -0.0742 0.9123</w:t>
        <w:br/>
        <w:t>vn -0.3177 -0.2596 0.9120</w:t>
        <w:br/>
        <w:t>vn -0.4490 -0.2799 0.8485</w:t>
        <w:br/>
        <w:t>vn 0.5098 -0.6713 0.5380</w:t>
        <w:br/>
        <w:t>vn 0.5422 -0.7006 0.4639</w:t>
        <w:br/>
        <w:t>vn -0.6492 -0.3234 -0.6884</w:t>
        <w:br/>
        <w:t>vn -0.4195 -0.3419 -0.8409</w:t>
        <w:br/>
        <w:t>vn -0.3434 -0.3498 -0.8716</w:t>
        <w:br/>
        <w:t>vn 0.7596 0.1391 -0.6354</w:t>
        <w:br/>
        <w:t>vn 0.7865 0.2177 -0.5779</w:t>
        <w:br/>
        <w:t>vn 0.7425 0.0667 -0.6665</w:t>
        <w:br/>
        <w:t>vn -0.3910 -0.4015 -0.8282</w:t>
        <w:br/>
        <w:t>vn -0.4573 -0.3907 -0.7989</w:t>
        <w:br/>
        <w:t>vn -0.6768 -0.3476 -0.6489</w:t>
        <w:br/>
        <w:t>vn -0.9069 0.1645 -0.3880</w:t>
        <w:br/>
        <w:t>vn -0.8639 0.1235 -0.4882</w:t>
        <w:br/>
        <w:t>vn 0.4566 -0.8865 -0.0753</w:t>
        <w:br/>
        <w:t>vn -0.2534 -0.1458 0.9563</w:t>
        <w:br/>
        <w:t>vn -0.0349 -0.4124 0.9103</w:t>
        <w:br/>
        <w:t>vn 0.4566 -0.8865 -0.0752</w:t>
        <w:br/>
        <w:t>vn 0.2500 0.0051 0.9682</w:t>
        <w:br/>
        <w:t>vn 0.2481 0.0852 0.9650</w:t>
        <w:br/>
        <w:t>vn 0.6158 -0.7559 0.2222</w:t>
        <w:br/>
        <w:t>vn 0.6120 -0.7794 0.1344</w:t>
        <w:br/>
        <w:t>vn 0.5928 -0.7881 0.1657</w:t>
        <w:br/>
        <w:t>vn 0.3434 -0.6560 0.6721</w:t>
        <w:br/>
        <w:t>vn 0.0594 -0.3758 0.9248</w:t>
        <w:br/>
        <w:t>vn 0.0543 -0.5954 0.8016</w:t>
        <w:br/>
        <w:t>vn 0.0186 -0.6728 0.7396</w:t>
        <w:br/>
        <w:t>vn -0.0075 -0.4239 0.9057</w:t>
        <w:br/>
        <w:t>vn -0.5096 -0.8238 0.2484</w:t>
        <w:br/>
        <w:t>vn 0.0522 -0.0030 0.9986</w:t>
        <w:br/>
        <w:t>vn -0.0864 0.0197 0.9961</w:t>
        <w:br/>
        <w:t>vn 0.0966 0.2797 0.9552</w:t>
        <w:br/>
        <w:t>vn -0.9095 -0.2791 0.3082</w:t>
        <w:br/>
        <w:t>vn -0.9210 -0.2097 0.3283</w:t>
        <w:br/>
        <w:t>vn -0.7112 -0.3098 0.6310</w:t>
        <w:br/>
        <w:t>vn -0.7454 -0.2082 0.6333</w:t>
        <w:br/>
        <w:t>vn 0.8020 0.2846 -0.5251</w:t>
        <w:br/>
        <w:t>vn 0.5844 -0.7392 0.3348</w:t>
        <w:br/>
        <w:t>vn 0.6158 -0.7559 0.2221</w:t>
        <w:br/>
        <w:t>vn -0.2425 0.9560 0.1652</w:t>
        <w:br/>
        <w:t>vn -0.1741 0.4749 0.8627</w:t>
        <w:br/>
        <w:t>vn -0.1537 0.4637 0.8726</w:t>
        <w:br/>
        <w:t>vn -0.3081 0.9354 0.1737</w:t>
        <w:br/>
        <w:t>vn -0.3064 0.8792 -0.3649</w:t>
        <w:br/>
        <w:t>vn -0.1724 0.9222 -0.3461</w:t>
        <w:br/>
        <w:t>vn -0.4879 0.7833 -0.3852</w:t>
        <w:br/>
        <w:t>vn -0.1406 0.8760 -0.4613</w:t>
        <w:br/>
        <w:t>vn -0.2660 0.8383 -0.4759</w:t>
        <w:br/>
        <w:t>vn 0.1141 0.3594 -0.9262</w:t>
        <w:br/>
        <w:t>vn 0.0990 0.2997 -0.9489</w:t>
        <w:br/>
        <w:t>vn -0.4574 0.7598 -0.4621</w:t>
        <w:br/>
        <w:t>vn 0.0449 0.4053 -0.9131</w:t>
        <w:br/>
        <w:t>vn -0.3479 0.8605 -0.3721</w:t>
        <w:br/>
        <w:t>vn 0.0329 0.6957 -0.7175</w:t>
        <w:br/>
        <w:t>vn -0.4094 0.7378 -0.5367</w:t>
        <w:br/>
        <w:t>vn -0.1165 0.3847 0.9157</w:t>
        <w:br/>
        <w:t>vn -0.1510 0.4455 0.8825</w:t>
        <w:br/>
        <w:t>vn -0.4483 0.2843 0.8475</w:t>
        <w:br/>
        <w:t>vn -0.2230 0.3413 0.9131</w:t>
        <w:br/>
        <w:t>vn -0.5081 0.8457 0.1631</w:t>
        <w:br/>
        <w:t>vn -0.2197 0.9628 0.1576</w:t>
        <w:br/>
        <w:t>vn -0.1164 0.3846 0.9157</w:t>
        <w:br/>
        <w:t>vn -0.1724 0.9222 -0.3462</w:t>
        <w:br/>
        <w:t>vn -0.0506 0.1986 -0.9788</w:t>
        <w:br/>
        <w:t>vn -0.1955 0.6094 -0.7684</w:t>
        <w:br/>
        <w:t>vn -0.4094 0.7378 -0.5366</w:t>
        <w:br/>
        <w:t>vn 0.0552 -0.1960 -0.9791</w:t>
        <w:br/>
        <w:t>vn 0.0574 -0.1803 -0.9819</w:t>
        <w:br/>
        <w:t>vn 0.0645 -0.1734 -0.9827</w:t>
        <w:br/>
        <w:t>vn 0.0470 0.0254 -0.9986</w:t>
        <w:br/>
        <w:t>vn 0.1054 -0.2679 -0.9577</w:t>
        <w:br/>
        <w:t>vn 0.0317 0.2725 -0.9616</w:t>
        <w:br/>
        <w:t>vn -0.0328 -0.0943 -0.9950</w:t>
        <w:br/>
        <w:t>vn -0.0350 0.7429 -0.6685</w:t>
        <w:br/>
        <w:t>vn 0.0604 -0.3646 0.9292</w:t>
        <w:br/>
        <w:t>vn -0.1967 0.8535 -0.4825</w:t>
        <w:br/>
        <w:t>vn -0.4871 0.4487 -0.7492</w:t>
        <w:br/>
        <w:t>vn -0.4301 0.4959 -0.7544</w:t>
        <w:br/>
        <w:t>vn -0.5059 0.3779 0.7754</w:t>
        <w:br/>
        <w:t>vn -0.5099 -0.8592 0.0407</w:t>
        <w:br/>
        <w:t>vn 0.0038 0.2868 0.9580</w:t>
        <w:br/>
        <w:t>vn 0.0319 -0.0256 0.9992</w:t>
        <w:br/>
        <w:t>vn 0.0525 0.0305 0.9982</w:t>
        <w:br/>
        <w:t>vn 0.1425 0.0137 0.9897</w:t>
        <w:br/>
        <w:t>vn -0.0782 -0.0191 0.9968</w:t>
        <w:br/>
        <w:t>vn 0.0310 -0.1762 0.9839</w:t>
        <w:br/>
        <w:t>vn -0.0637 0.0207 0.9978</w:t>
        <w:br/>
        <w:t>vn -0.0833 -0.3962 0.9144</w:t>
        <w:br/>
        <w:t>vn -0.1305 -0.3387 0.9318</w:t>
        <w:br/>
        <w:t>vn -0.0113 -0.4769 0.8789</w:t>
        <w:br/>
        <w:t>vn -0.0691 -0.3148 0.9466</w:t>
        <w:br/>
        <w:t>vn -0.0503 -0.1668 0.9847</w:t>
        <w:br/>
        <w:t>vn -0.1165 -0.3267 0.9379</w:t>
        <w:br/>
        <w:t>vn -0.1528 -0.3419 0.9272</w:t>
        <w:br/>
        <w:t>vn 0.6631 0.1240 0.7382</w:t>
        <w:br/>
        <w:t>vn 0.5059 0.3779 0.7754</w:t>
        <w:br/>
        <w:t>vn 0.8778 0.4394 -0.1907</w:t>
        <w:br/>
        <w:t>vn -0.8778 0.4394 -0.1906</w:t>
        <w:br/>
        <w:t>vn -0.3710 0.2041 -0.9059</w:t>
        <w:br/>
        <w:t>vn -0.3327 0.2980 -0.8947</w:t>
        <w:br/>
        <w:t>vn -0.0000 0.3432 -0.9393</w:t>
        <w:br/>
        <w:t>vn -0.5000 0.2927 -0.8151</w:t>
        <w:br/>
        <w:t>vn -0.7654 0.6243 -0.1563</w:t>
        <w:br/>
        <w:t>vn -0.7723 0.3462 -0.5326</w:t>
        <w:br/>
        <w:t>vn -0.4264 0.3240 -0.8445</w:t>
        <w:br/>
        <w:t>vn -0.7539 0.6341 -0.1720</w:t>
        <w:br/>
        <w:t>vn -0.6649 0.6132 -0.4266</w:t>
        <w:br/>
        <w:t>vn -0.2007 0.1660 -0.9655</w:t>
        <w:br/>
        <w:t>vn -0.7235 0.6683 -0.1730</w:t>
        <w:br/>
        <w:t>vn -0.8038 0.2605 -0.5348</w:t>
        <w:br/>
        <w:t>vn -0.7110 0.6612 -0.2395</w:t>
        <w:br/>
        <w:t>vn -0.0000 0.2423 -0.9702</w:t>
        <w:br/>
        <w:t>vn -0.7896 0.0598 -0.6107</w:t>
        <w:br/>
        <w:t>vn -0.6361 0.0386 -0.7706</w:t>
        <w:br/>
        <w:t>vn -0.6499 -0.0239 -0.7597</w:t>
        <w:br/>
        <w:t>vn 0.3327 0.2980 -0.8947</w:t>
        <w:br/>
        <w:t>vn 0.3710 0.2041 -0.9059</w:t>
        <w:br/>
        <w:t>vn 0.5000 0.2927 -0.8151</w:t>
        <w:br/>
        <w:t>vn 0.4264 0.3240 -0.8445</w:t>
        <w:br/>
        <w:t>vn 0.7723 0.3462 -0.5326</w:t>
        <w:br/>
        <w:t>vn 0.7654 0.6243 -0.1563</w:t>
        <w:br/>
        <w:t>vn 0.7539 0.6341 -0.1719</w:t>
        <w:br/>
        <w:t>vn 0.2007 0.1660 -0.9655</w:t>
        <w:br/>
        <w:t>vn 0.8038 0.2605 -0.5348</w:t>
        <w:br/>
        <w:t>vn 0.7235 0.6683 -0.1730</w:t>
        <w:br/>
        <w:t>vn 0.7110 0.6612 -0.2395</w:t>
        <w:br/>
        <w:t>vn 0.6361 0.0386 -0.7707</w:t>
        <w:br/>
        <w:t>vn 0.7896 0.0598 -0.6107</w:t>
        <w:br/>
        <w:t>vn 0.6499 -0.0239 -0.7597</w:t>
        <w:br/>
        <w:t>vn -0.9409 0.1236 -0.3153</w:t>
        <w:br/>
        <w:t>vn -0.9951 0.0924 -0.0358</w:t>
        <w:br/>
        <w:t>vn -0.9772 0.1213 -0.1741</w:t>
        <w:br/>
        <w:t>vn -0.9872 0.1091 0.1163</w:t>
        <w:br/>
        <w:t>vn -0.4858 -0.0372 -0.8733</w:t>
        <w:br/>
        <w:t>vn -0.5381 0.0618 -0.8406</w:t>
        <w:br/>
        <w:t>vn -0.6361 0.0386 -0.7707</w:t>
        <w:br/>
        <w:t>vn -0.6868 0.0730 -0.7231</w:t>
        <w:br/>
        <w:t>vn -0.7640 0.1076 -0.6362</w:t>
        <w:br/>
        <w:t>vn -0.8425 0.0863 -0.5317</w:t>
        <w:br/>
        <w:t>vn 0.9951 0.0924 -0.0358</w:t>
        <w:br/>
        <w:t>vn 0.9409 0.1236 -0.3152</w:t>
        <w:br/>
        <w:t>vn 0.9772 0.1213 -0.1741</w:t>
        <w:br/>
        <w:t>vn 0.9872 0.1091 0.1163</w:t>
        <w:br/>
        <w:t>vn 0.5381 0.0618 -0.8406</w:t>
        <w:br/>
        <w:t>vn 0.4858 -0.0372 -0.8733</w:t>
        <w:br/>
        <w:t>vn 0.7640 0.1076 -0.6362</w:t>
        <w:br/>
        <w:t>vn 0.6869 0.0730 -0.7231</w:t>
        <w:br/>
        <w:t>vn 0.8425 0.0863 -0.5317</w:t>
        <w:br/>
        <w:t>vn 0.6649 0.6132 -0.4266</w:t>
        <w:br/>
        <w:t>vn -0.7592 0.6435 -0.0977</w:t>
        <w:br/>
        <w:t>vn 0.7592 0.6435 -0.0977</w:t>
        <w:br/>
        <w:t>vn 0.8885 0.4531 0.0727</w:t>
        <w:br/>
        <w:t>vn 0.8977 0.0546 0.4371</w:t>
        <w:br/>
        <w:t>vn 0.8654 0.4128 -0.2841</w:t>
        <w:br/>
        <w:t>vn 0.7295 0.2177 -0.6484</w:t>
        <w:br/>
        <w:t>vn 0.4143 -0.6749 -0.6106</w:t>
        <w:br/>
        <w:t>vn 0.2429 -0.3802 -0.8924</w:t>
        <w:br/>
        <w:t>vn 0.4483 -0.1479 -0.8815</w:t>
        <w:br/>
        <w:t>vn 0.3838 -0.2121 -0.8987</w:t>
        <w:br/>
        <w:t>vn 0.1153 -0.9922 0.0478</w:t>
        <w:br/>
        <w:t>vn 0.3789 -0.8956 -0.2332</w:t>
        <w:br/>
        <w:t>vn 0.2593 -0.8511 0.4565</w:t>
        <w:br/>
        <w:t>vn 0.2626 -0.5289 0.8070</w:t>
        <w:br/>
        <w:t>vn 0.1969 -0.9248 0.3257</w:t>
        <w:br/>
        <w:t>vn 0.8433 0.3632 0.3962</w:t>
        <w:br/>
        <w:t>vn 0.6574 0.0470 0.7521</w:t>
        <w:br/>
        <w:t>vn 0.5122 -0.2088 0.8331</w:t>
        <w:br/>
        <w:t>vn 0.6394 0.3485 0.6854</w:t>
        <w:br/>
        <w:t>vn 0.5895 -0.3487 -0.7287</w:t>
        <w:br/>
        <w:t>vn 0.4458 -0.2014 0.8722</w:t>
        <w:br/>
        <w:t>vn 0.7152 0.6316 -0.2993</w:t>
        <w:br/>
        <w:t>vn 0.7408 0.6663 0.0850</w:t>
        <w:br/>
        <w:t>vn 0.5731 0.4021 -0.7141</w:t>
        <w:br/>
        <w:t>vn 0.1412 -0.3098 -0.9403</w:t>
        <w:br/>
        <w:t>vn 0.3148 -0.0219 -0.9489</w:t>
        <w:br/>
        <w:t>vn 0.1968 -0.9248 0.3257</w:t>
        <w:br/>
        <w:t>vn 0.3755 -0.3220 0.8691</w:t>
        <w:br/>
        <w:t>vn 0.4094 -0.2253 0.8841</w:t>
        <w:br/>
        <w:t>vn 0.1882 0.9463 0.2629</w:t>
        <w:br/>
        <w:t>vn 0.1006 0.6227 0.7760</w:t>
        <w:br/>
        <w:t>vn 0.1573 0.6298 0.7607</w:t>
        <w:br/>
        <w:t>vn 0.2729 0.9153 0.2963</w:t>
        <w:br/>
        <w:t>vn 0.1025 0.9684 0.2274</w:t>
        <w:br/>
        <w:t>vn 0.0657 0.4138 0.9080</w:t>
        <w:br/>
        <w:t>vn 0.0533 0.9981 -0.0317</w:t>
        <w:br/>
        <w:t>vn 0.1725 0.9814 -0.0846</w:t>
        <w:br/>
        <w:t>vn 0.2906 0.9470 -0.1368</w:t>
        <w:br/>
        <w:t>vn 0.9256 0.0872 -0.3683</w:t>
        <w:br/>
        <w:t>vn 0.6994 -0.1214 -0.7043</w:t>
        <w:br/>
        <w:t>vn 0.3954 0.1468 -0.9067</w:t>
        <w:br/>
        <w:t>vn 0.7506 0.2612 -0.6069</w:t>
        <w:br/>
        <w:t>vn 0.9800 0.1592 0.1194</w:t>
        <w:br/>
        <w:t>vn 0.8791 -0.0025 0.4766</w:t>
        <w:br/>
        <w:t>vn 0.7199 0.2992 0.6263</w:t>
        <w:br/>
        <w:t>vn 0.8312 0.5078 0.2262</w:t>
        <w:br/>
        <w:t>vn 0.5815 -0.3497 0.7346</w:t>
        <w:br/>
        <w:t>vn 0.8791 -0.0025 0.4767</w:t>
        <w:br/>
        <w:t>vn 0.8294 0.0528 0.5561</w:t>
        <w:br/>
        <w:t>vn 0.2268 -0.1048 0.9683</w:t>
        <w:br/>
        <w:t>vn -0.0531 0.2328 0.9711</w:t>
        <w:br/>
        <w:t>vn -0.3078 -0.1308 0.9424</w:t>
        <w:br/>
        <w:t>vn -0.0600 -0.4281 0.9017</w:t>
        <w:br/>
        <w:t>vn -0.4183 -0.5265 0.7402</w:t>
        <w:br/>
        <w:t>vn 0.0801 0.4424 -0.8932</w:t>
        <w:br/>
        <w:t>vn -0.1232 0.1558 -0.9801</w:t>
        <w:br/>
        <w:t>vn 0.1967 0.8536 -0.4824</w:t>
        <w:br/>
        <w:t>vn 0.3440 -0.2670 -0.9002</w:t>
        <w:br/>
        <w:t>vn 0.4586 -0.4139 -0.7864</w:t>
        <w:br/>
        <w:t>vn 0.3094 -0.6168 -0.7237</w:t>
        <w:br/>
        <w:t>vn 0.2624 -0.1766 -0.9487</w:t>
        <w:br/>
        <w:t>vn -0.1679 -0.8702 -0.4632</w:t>
        <w:br/>
        <w:t>vn 0.1049 -0.8995 -0.4240</w:t>
        <w:br/>
        <w:t>vn 0.0606 -0.6592 -0.7495</w:t>
        <w:br/>
        <w:t>vn 0.1816 -0.9743 -0.1333</w:t>
        <w:br/>
        <w:t>vn 0.1358 -0.8533 -0.5035</w:t>
        <w:br/>
        <w:t>vn -0.0535 -0.9890 -0.1378</w:t>
        <w:br/>
        <w:t>vn 0.1831 -0.9583 0.2194</w:t>
        <w:br/>
        <w:t>vn -0.1363 -0.9477 0.2887</w:t>
        <w:br/>
        <w:t>vn 0.1922 -0.6023 0.7748</w:t>
        <w:br/>
        <w:t>vn 0.0762 -0.8295 0.5533</w:t>
        <w:br/>
        <w:t>vn 0.2059 -0.8341 0.5117</w:t>
        <w:br/>
        <w:t>vn 0.3091 -0.6898 0.6547</w:t>
        <w:br/>
        <w:t>vn 0.5089 -0.7247 0.4645</w:t>
        <w:br/>
        <w:t>vn 0.5348 -0.1709 0.8275</w:t>
        <w:br/>
        <w:t>vn -0.5976 -0.7492 0.2857</w:t>
        <w:br/>
        <w:t>vn -0.6360 -0.7515 -0.1753</w:t>
        <w:br/>
        <w:t>vn -0.3840 -0.1828 -0.9051</w:t>
        <w:br/>
        <w:t>vn 0.0665 -0.0062 -0.9978</w:t>
        <w:br/>
        <w:t>vn -0.2010 -0.9475 0.2487</w:t>
        <w:br/>
        <w:t>vn -0.0664 -0.7932 0.6053</w:t>
        <w:br/>
        <w:t>vn -0.2426 -0.9433 -0.2265</w:t>
        <w:br/>
        <w:t>vn -0.5091 -0.5705 -0.6445</w:t>
        <w:br/>
        <w:t>vn -0.1503 -0.4817 -0.8634</w:t>
        <w:br/>
        <w:t>vn 0.0528 -0.8132 -0.5796</w:t>
        <w:br/>
        <w:t>vn -0.1755 -0.8197 -0.5453</w:t>
        <w:br/>
        <w:t>vn 0.1637 -0.5880 -0.7922</w:t>
        <w:br/>
        <w:t>vn 0.0175 -0.9181 -0.3959</w:t>
        <w:br/>
        <w:t>vn -0.0410 -0.9784 -0.2026</w:t>
        <w:br/>
        <w:t>vn 0.0698 -0.9517 0.2991</w:t>
        <w:br/>
        <w:t>vn -0.0146 -0.9681 0.2503</w:t>
        <w:br/>
        <w:t>vn -0.0758 -0.6362 0.7678</w:t>
        <w:br/>
        <w:t>vn 0.2529 -0.7547 0.6054</w:t>
        <w:br/>
        <w:t>vn 0.2112 -0.7766 0.5936</w:t>
        <w:br/>
        <w:t>vn 0.9912 0.0603 0.1176</w:t>
        <w:br/>
        <w:t>vn 0.9851 0.1670 -0.0399</w:t>
        <w:br/>
        <w:t>vn 0.9980 0.0258 -0.0569</w:t>
        <w:br/>
        <w:t>vn 0.2920 -0.6379 -0.7126</w:t>
        <w:br/>
        <w:t>vn 0.2051 -0.8770 -0.4345</w:t>
        <w:br/>
        <w:t>vn 0.0919 -0.9508 -0.2960</w:t>
        <w:br/>
        <w:t>vn 0.1740 -0.8982 -0.4037</w:t>
        <w:br/>
        <w:t>vn 0.3799 -0.7725 0.5088</w:t>
        <w:br/>
        <w:t>vn 0.3780 0.2454 0.8927</w:t>
        <w:br/>
        <w:t>vn 0.7199 0.2991 0.6263</w:t>
        <w:br/>
        <w:t>vn 0.6236 0.7164 0.3130</w:t>
        <w:br/>
        <w:t>vn 0.6465 0.7593 -0.0740</w:t>
        <w:br/>
        <w:t>vn 0.8326 0.5517 -0.0498</w:t>
        <w:br/>
        <w:t>vn 0.5257 0.7113 -0.4665</w:t>
        <w:br/>
        <w:t>vn 0.3611 0.6113 -0.7043</w:t>
        <w:br/>
        <w:t>vn 0.4006 0.2915 -0.8687</w:t>
        <w:br/>
        <w:t>vn 0.7880 0.4466 -0.4237</w:t>
        <w:br/>
        <w:t>vn 0.0667 0.4680 -0.8812</w:t>
        <w:br/>
        <w:t>vn 0.4599 0.5987 0.6558</w:t>
        <w:br/>
        <w:t>vn -0.1120 -0.2143 0.9703</w:t>
        <w:br/>
        <w:t>vn -0.1120 -0.2144 0.9703</w:t>
        <w:br/>
        <w:t>vn 0.1813 0.0906 0.9793</w:t>
        <w:br/>
        <w:t>vn 0.4733 0.6212 -0.6246</w:t>
        <w:br/>
        <w:t>vn 0.3326 0.5773 -0.7457</w:t>
        <w:br/>
        <w:t>vn 0.0130 -0.1360 -0.9906</w:t>
        <w:br/>
        <w:t>vn -0.2851 -0.4909 -0.8233</w:t>
        <w:br/>
        <w:t>vn -0.4811 -0.7464 -0.4598</w:t>
        <w:br/>
        <w:t>vn -0.5501 -0.8301 -0.0908</w:t>
        <w:br/>
        <w:t>vn -0.7802 -0.5932 0.1983</w:t>
        <w:br/>
        <w:t>vn -0.7567 -0.6227 -0.1991</w:t>
        <w:br/>
        <w:t>vn -0.8498 -0.1702 0.4989</w:t>
        <w:br/>
        <w:t>vn 0.2886 0.8959 -0.3378</w:t>
        <w:br/>
        <w:t>vn 0.7507 0.2612 -0.6069</w:t>
        <w:br/>
        <w:t>vn 0.5258 0.7113 -0.4665</w:t>
        <w:br/>
        <w:t>vn -0.6154 0.0925 0.7828</w:t>
        <w:br/>
        <w:t>vn -0.8498 -0.1703 0.4989</w:t>
        <w:br/>
        <w:t>vn -0.8090 -0.0805 0.5823</w:t>
        <w:br/>
        <w:t>vn -0.2875 0.3249 0.9010</w:t>
        <w:br/>
        <w:t>vn -0.8505 -0.0622 0.5224</w:t>
        <w:br/>
        <w:t>vn -0.5719 -0.5362 -0.6209</w:t>
        <w:br/>
        <w:t>vn -0.5957 -0.5252 -0.6077</w:t>
        <w:br/>
        <w:t>vn -0.6015 -0.5347 -0.5936</w:t>
        <w:br/>
        <w:t>vn 0.3242 0.2284 0.9180</w:t>
        <w:br/>
        <w:t>vn 0.3967 0.5656 0.7230</w:t>
        <w:br/>
        <w:t>vn 0.4598 0.5987 0.6558</w:t>
        <w:br/>
        <w:t>vn -0.7291 -0.5743 0.3723</w:t>
        <w:br/>
        <w:t>vn -0.7945 -0.5503 0.2568</w:t>
        <w:br/>
        <w:t>vn -0.7256 -0.5597 0.4004</w:t>
        <w:br/>
        <w:t>vn -0.1081 0.1540 -0.9821</w:t>
        <w:br/>
        <w:t>vn 0.1427 0.0414 -0.9889</w:t>
        <w:br/>
        <w:t>vn -0.1008 0.4169 -0.9034</w:t>
        <w:br/>
        <w:t>vn -0.9083 -0.4025 -0.1141</w:t>
        <w:br/>
        <w:t>vn 0.9354 -0.3525 -0.0265</w:t>
        <w:br/>
        <w:t>vn 0.8651 -0.4993 -0.0480</w:t>
        <w:br/>
        <w:t>vn 0.9334 -0.3577 0.0289</w:t>
        <w:br/>
        <w:t>vn 0.9356 -0.3410 -0.0917</w:t>
        <w:br/>
        <w:t>vn 0.9356 -0.3409 -0.0917</w:t>
        <w:br/>
        <w:t>vn 0.9364 -0.3358 -0.1016</w:t>
        <w:br/>
        <w:t>vn 0.9364 -0.3359 -0.1016</w:t>
        <w:br/>
        <w:t>vn 0.8651 -0.4993 -0.0481</w:t>
        <w:br/>
        <w:t>vn 0.7702 -0.6257 -0.1235</w:t>
        <w:br/>
        <w:t>vn 0.5895 -0.3487 -0.7286</w:t>
        <w:br/>
        <w:t>vn 0.3788 -0.8956 -0.2332</w:t>
        <w:br/>
        <w:t>vn -0.5367 -0.7804 0.3210</w:t>
        <w:br/>
        <w:t>vn -0.3807 -0.5464 0.7460</w:t>
        <w:br/>
        <w:t>vn 0.6272 0.5237 0.5765</w:t>
        <w:br/>
        <w:t>vn 0.6394 0.3486 0.6854</w:t>
        <w:br/>
        <w:t>vn 0.4594 0.2408 0.8549</w:t>
        <w:br/>
        <w:t>vn 0.7479 0.4876 -0.4504</w:t>
        <w:br/>
        <w:t>vn 0.6780 0.2739 -0.6822</w:t>
        <w:br/>
        <w:t>vn 0.2032 0.5480 0.8114</w:t>
        <w:br/>
        <w:t>vn 0.3120 0.5862 0.7477</w:t>
        <w:br/>
        <w:t>vn -0.1980 -0.1836 -0.9629</w:t>
        <w:br/>
        <w:t>vn -0.4428 -0.3575 -0.8223</w:t>
        <w:br/>
        <w:t>vn -0.2183 0.3771 -0.9001</w:t>
        <w:br/>
        <w:t>vn -0.9083 -0.4024 -0.1141</w:t>
        <w:br/>
        <w:t>vn -0.8491 -0.0241 0.5276</w:t>
        <w:br/>
        <w:t>vn 0.3129 -0.1590 -0.9364</w:t>
        <w:br/>
        <w:t>vn 0.7118 0.5506 0.4362</w:t>
        <w:br/>
        <w:t>vn 0.5881 0.1829 0.7879</w:t>
        <w:br/>
        <w:t>vn -0.6911 -0.5824 0.4279</w:t>
        <w:br/>
        <w:t>vn 0.4594 0.2408 0.8550</w:t>
        <w:br/>
        <w:t>vn 0.1967 0.8535 -0.4825</w:t>
        <w:br/>
        <w:t>vn -0.0655 -0.8691 -0.4902</w:t>
        <w:br/>
        <w:t>vn -0.7339 -0.6014 0.3158</w:t>
        <w:br/>
        <w:t>vn 0.5773 -0.0324 0.8159</w:t>
        <w:br/>
        <w:t>vn 0.6258 0.4318 0.6496</w:t>
        <w:br/>
        <w:t>vn 0.8846 0.3928 0.2515</w:t>
        <w:br/>
        <w:t>vn 0.8617 0.2769 0.4252</w:t>
        <w:br/>
        <w:t>vn 0.2326 -0.8923 -0.3869</w:t>
        <w:br/>
        <w:t>vn 0.6510 -0.7260 -0.2215</w:t>
        <w:br/>
        <w:t>vn 0.5012 -0.8165 -0.2867</w:t>
        <w:br/>
        <w:t>vn 0.6500 0.3887 0.6530</w:t>
        <w:br/>
        <w:t>vn 0.5895 -0.3486 -0.7287</w:t>
        <w:br/>
        <w:t>vn 0.6779 0.2739 -0.6822</w:t>
        <w:br/>
        <w:t>vn 0.5115 0.0430 -0.8582</w:t>
        <w:br/>
        <w:t>vn 0.1847 -0.9067 -0.3791</w:t>
        <w:br/>
        <w:t>vn 0.9350 -0.3471 0.0732</w:t>
        <w:br/>
        <w:t>vn 0.9432 0.3049 -0.1319</w:t>
        <w:br/>
        <w:t>vn 0.9128 0.0435 0.4062</w:t>
        <w:br/>
        <w:t>vn 0.9350 -0.3471 0.0733</w:t>
        <w:br/>
        <w:t>vn 0.5114 0.0430 -0.8582</w:t>
        <w:br/>
        <w:t>vn 0.2032 0.5480 0.8115</w:t>
        <w:br/>
        <w:t>vn 0.0908 0.5002 0.8611</w:t>
        <w:br/>
        <w:t>vn 0.7498 0.4189 -0.5122</w:t>
        <w:br/>
        <w:t>vn 0.7936 0.3643 -0.4873</w:t>
        <w:br/>
        <w:t>vn 0.7986 0.3779 -0.4685</w:t>
        <w:br/>
        <w:t>vn 0.5234 -0.6160 0.5888</w:t>
        <w:br/>
        <w:t>vn 0.3048 -0.7135 0.6309</w:t>
        <w:br/>
        <w:t>vn 0.5121 -0.2088 0.8331</w:t>
        <w:br/>
        <w:t>vn -0.0704 -0.8255 0.5600</w:t>
        <w:br/>
        <w:t>vn -0.2071 -0.8589 0.4684</w:t>
        <w:br/>
        <w:t>vn 0.8814 0.2896 -0.3731</w:t>
        <w:br/>
        <w:t>vn 0.5772 -0.0324 0.8159</w:t>
        <w:br/>
        <w:t>vn 0.8078 0.1809 0.5610</w:t>
        <w:br/>
        <w:t>vn 0.8070 0.4040 -0.4307</w:t>
        <w:br/>
        <w:t>vn -0.8885 0.4531 0.0727</w:t>
        <w:br/>
        <w:t>vn -0.8654 0.4128 -0.2841</w:t>
        <w:br/>
        <w:t>vn -0.8977 0.0546 0.4371</w:t>
        <w:br/>
        <w:t>vn -0.7295 0.2177 -0.6484</w:t>
        <w:br/>
        <w:t>vn -0.4143 -0.6749 -0.6106</w:t>
        <w:br/>
        <w:t>vn -0.4483 -0.1479 -0.8815</w:t>
        <w:br/>
        <w:t>vn -0.2429 -0.3801 -0.8925</w:t>
        <w:br/>
        <w:t>vn -0.3838 -0.2121 -0.8987</w:t>
        <w:br/>
        <w:t>vn -0.3789 -0.8956 -0.2332</w:t>
        <w:br/>
        <w:t>vn -0.1153 -0.9922 0.0478</w:t>
        <w:br/>
        <w:t>vn -0.2593 -0.8511 0.4565</w:t>
        <w:br/>
        <w:t>vn -0.1968 -0.9248 0.3257</w:t>
        <w:br/>
        <w:t>vn -0.2626 -0.5289 0.8070</w:t>
        <w:br/>
        <w:t>vn -0.8433 0.3632 0.3962</w:t>
        <w:br/>
        <w:t>vn -0.6574 0.0470 0.7521</w:t>
        <w:br/>
        <w:t>vn -0.6394 0.3485 0.6854</w:t>
        <w:br/>
        <w:t>vn -0.5122 -0.2088 0.8331</w:t>
        <w:br/>
        <w:t>vn -0.5895 -0.3487 -0.7287</w:t>
        <w:br/>
        <w:t>vn -0.4458 -0.2014 0.8722</w:t>
        <w:br/>
        <w:t>vn -0.7408 0.6663 0.0850</w:t>
        <w:br/>
        <w:t>vn -0.7152 0.6316 -0.2993</w:t>
        <w:br/>
        <w:t>vn -0.5731 0.4021 -0.7141</w:t>
        <w:br/>
        <w:t>vn -0.3148 -0.0219 -0.9489</w:t>
        <w:br/>
        <w:t>vn -0.1412 -0.3098 -0.9403</w:t>
        <w:br/>
        <w:t>vn -0.3754 -0.3220 0.8691</w:t>
        <w:br/>
        <w:t>vn -0.4094 -0.2253 0.8841</w:t>
        <w:br/>
        <w:t>vn -0.1573 0.6298 0.7607</w:t>
        <w:br/>
        <w:t>vn -0.2729 0.9153 0.2963</w:t>
        <w:br/>
        <w:t>vn -0.2906 0.9470 -0.1368</w:t>
        <w:br/>
        <w:t>vn -0.3954 0.1468 -0.9067</w:t>
        <w:br/>
        <w:t>vn -0.6994 -0.1214 -0.7043</w:t>
        <w:br/>
        <w:t>vn -0.9256 0.0872 -0.3683</w:t>
        <w:br/>
        <w:t>vn -0.7506 0.2612 -0.6069</w:t>
        <w:br/>
        <w:t>vn -0.7199 0.2992 0.6263</w:t>
        <w:br/>
        <w:t>vn -0.8791 -0.0024 0.4767</w:t>
        <w:br/>
        <w:t>vn -0.9800 0.1592 0.1194</w:t>
        <w:br/>
        <w:t>vn -0.8312 0.5078 0.2262</w:t>
        <w:br/>
        <w:t>vn -0.5815 -0.3497 0.7345</w:t>
        <w:br/>
        <w:t>vn -0.2268 -0.1048 0.9683</w:t>
        <w:br/>
        <w:t>vn -0.8294 0.0528 0.5561</w:t>
        <w:br/>
        <w:t>vn -0.8791 -0.0025 0.4767</w:t>
        <w:br/>
        <w:t>vn 0.0600 -0.4281 0.9017</w:t>
        <w:br/>
        <w:t>vn -0.3440 -0.2670 -0.9002</w:t>
        <w:br/>
        <w:t>vn -0.4586 -0.4139 -0.7864</w:t>
        <w:br/>
        <w:t>vn -0.3094 -0.6168 -0.7237</w:t>
        <w:br/>
        <w:t>vn -0.2624 -0.1766 -0.9487</w:t>
        <w:br/>
        <w:t>vn 0.1679 -0.8702 -0.4632</w:t>
        <w:br/>
        <w:t>vn -0.0606 -0.6592 -0.7495</w:t>
        <w:br/>
        <w:t>vn -0.1049 -0.8995 -0.4240</w:t>
        <w:br/>
        <w:t>vn -0.1816 -0.9743 -0.1332</w:t>
        <w:br/>
        <w:t>vn 0.0535 -0.9890 -0.1378</w:t>
        <w:br/>
        <w:t>vn -0.1358 -0.8533 -0.5035</w:t>
        <w:br/>
        <w:t>vn -0.1816 -0.9743 -0.1333</w:t>
        <w:br/>
        <w:t>vn -0.1832 -0.9583 0.2194</w:t>
        <w:br/>
        <w:t>vn 0.1364 -0.9477 0.2887</w:t>
        <w:br/>
        <w:t>vn -0.1923 -0.6023 0.7748</w:t>
        <w:br/>
        <w:t>vn -0.3091 -0.6899 0.6547</w:t>
        <w:br/>
        <w:t>vn -0.2059 -0.8341 0.5117</w:t>
        <w:br/>
        <w:t>vn -0.0762 -0.8295 0.5533</w:t>
        <w:br/>
        <w:t>vn -0.5348 -0.1708 0.8275</w:t>
        <w:br/>
        <w:t>vn -0.5089 -0.7247 0.4645</w:t>
        <w:br/>
        <w:t>vn -0.0665 -0.0062 -0.9978</w:t>
        <w:br/>
        <w:t>vn 0.0664 -0.7933 0.6052</w:t>
        <w:br/>
        <w:t>vn 0.2010 -0.9475 0.2487</w:t>
        <w:br/>
        <w:t>vn 0.2426 -0.9433 -0.2265</w:t>
        <w:br/>
        <w:t>vn 0.1503 -0.4817 -0.8634</w:t>
        <w:br/>
        <w:t>vn 0.1755 -0.8197 -0.5453</w:t>
        <w:br/>
        <w:t>vn -0.0528 -0.8132 -0.5796</w:t>
        <w:br/>
        <w:t>vn -0.1637 -0.5880 -0.7922</w:t>
        <w:br/>
        <w:t>vn -0.0175 -0.9181 -0.3959</w:t>
        <w:br/>
        <w:t>vn 0.0410 -0.9784 -0.2026</w:t>
        <w:br/>
        <w:t>vn -0.0698 -0.9517 0.2991</w:t>
        <w:br/>
        <w:t>vn 0.0146 -0.9681 0.2503</w:t>
        <w:br/>
        <w:t>vn 0.0758 -0.6362 0.7678</w:t>
        <w:br/>
        <w:t>vn -0.2112 -0.7766 0.5936</w:t>
        <w:br/>
        <w:t>vn -0.2529 -0.7547 0.6054</w:t>
        <w:br/>
        <w:t>vn -0.9912 0.0604 0.1176</w:t>
        <w:br/>
        <w:t>vn -0.9980 0.0258 -0.0569</w:t>
        <w:br/>
        <w:t>vn -0.9851 0.1670 -0.0399</w:t>
        <w:br/>
        <w:t>vn -0.2920 -0.6379 -0.7126</w:t>
        <w:br/>
        <w:t>vn -0.2051 -0.8770 -0.4345</w:t>
        <w:br/>
        <w:t>vn -0.0919 -0.9508 -0.2960</w:t>
        <w:br/>
        <w:t>vn -0.1740 -0.8982 -0.4037</w:t>
        <w:br/>
        <w:t>vn -0.3799 -0.7725 0.5088</w:t>
        <w:br/>
        <w:t>vn -0.3780 0.2454 0.8927</w:t>
        <w:br/>
        <w:t>vn -0.8326 0.5516 -0.0497</w:t>
        <w:br/>
        <w:t>vn -0.6465 0.7593 -0.0740</w:t>
        <w:br/>
        <w:t>vn -0.6236 0.7164 0.3130</w:t>
        <w:br/>
        <w:t>vn -0.4006 0.2915 -0.8687</w:t>
        <w:br/>
        <w:t>vn -0.3610 0.6113 -0.7042</w:t>
        <w:br/>
        <w:t>vn -0.5258 0.7113 -0.4665</w:t>
        <w:br/>
        <w:t>vn -0.7880 0.4466 -0.4237</w:t>
        <w:br/>
        <w:t>vn -0.0667 0.4680 -0.8812</w:t>
        <w:br/>
        <w:t>vn -0.4598 0.5987 0.6558</w:t>
        <w:br/>
        <w:t>vn 0.1120 -0.2143 0.9703</w:t>
        <w:br/>
        <w:t>vn -0.1813 0.0906 0.9793</w:t>
        <w:br/>
        <w:t>vn 0.1120 -0.2144 0.9703</w:t>
        <w:br/>
        <w:t>vn -0.3326 0.5773 -0.7457</w:t>
        <w:br/>
        <w:t>vn -0.4733 0.6212 -0.6245</w:t>
        <w:br/>
        <w:t>vn 0.2850 -0.4909 -0.8233</w:t>
        <w:br/>
        <w:t>vn -0.0130 -0.1360 -0.9906</w:t>
        <w:br/>
        <w:t>vn 0.5501 -0.8301 -0.0908</w:t>
        <w:br/>
        <w:t>vn 0.4811 -0.7464 -0.4598</w:t>
        <w:br/>
        <w:t>vn 0.7803 -0.5932 0.1982</w:t>
        <w:br/>
        <w:t>vn 0.8498 -0.1702 0.4988</w:t>
        <w:br/>
        <w:t>vn 0.7567 -0.6227 -0.1991</w:t>
        <w:br/>
        <w:t>vn -0.2886 0.8959 -0.3377</w:t>
        <w:br/>
        <w:t>vn -0.7507 0.2612 -0.6069</w:t>
        <w:br/>
        <w:t>vn -0.5257 0.7113 -0.4665</w:t>
        <w:br/>
        <w:t>vn 0.6154 0.0925 0.7828</w:t>
        <w:br/>
        <w:t>vn 0.2875 0.3249 0.9010</w:t>
        <w:br/>
        <w:t>vn 0.8090 -0.0805 0.5823</w:t>
        <w:br/>
        <w:t>vn 0.8498 -0.1703 0.4988</w:t>
        <w:br/>
        <w:t>vn 0.8505 -0.0622 0.5223</w:t>
        <w:br/>
        <w:t>vn 0.5718 -0.5362 -0.6209</w:t>
        <w:br/>
        <w:t>vn 0.6015 -0.5347 -0.5936</w:t>
        <w:br/>
        <w:t>vn 0.5956 -0.5252 -0.6078</w:t>
        <w:br/>
        <w:t>vn -0.3241 0.2283 0.9180</w:t>
        <w:br/>
        <w:t>vn -0.3967 0.5656 0.7230</w:t>
        <w:br/>
        <w:t>vn -0.4599 0.5987 0.6558</w:t>
        <w:br/>
        <w:t>vn 0.7291 -0.5743 0.3723</w:t>
        <w:br/>
        <w:t>vn 0.7256 -0.5597 0.4004</w:t>
        <w:br/>
        <w:t>vn 0.7945 -0.5503 0.2568</w:t>
        <w:br/>
        <w:t>vn 0.1081 0.1540 -0.9821</w:t>
        <w:br/>
        <w:t>vn -0.1427 0.0414 -0.9889</w:t>
        <w:br/>
        <w:t>vn 0.1008 0.4169 -0.9033</w:t>
        <w:br/>
        <w:t>vn 0.9083 -0.4024 -0.1142</w:t>
        <w:br/>
        <w:t>vn -0.9354 -0.3525 -0.0265</w:t>
        <w:br/>
        <w:t>vn -0.9334 -0.3577 0.0289</w:t>
        <w:br/>
        <w:t>vn -0.8651 -0.4993 -0.0481</w:t>
        <w:br/>
        <w:t>vn -0.9364 -0.3358 -0.1016</w:t>
        <w:br/>
        <w:t>vn -0.9356 -0.3410 -0.0917</w:t>
        <w:br/>
        <w:t>vn -0.8651 -0.4993 -0.0480</w:t>
        <w:br/>
        <w:t>vn -0.5895 -0.3487 -0.7286</w:t>
        <w:br/>
        <w:t>vn -0.7702 -0.6257 -0.1236</w:t>
        <w:br/>
        <w:t>vn 0.5367 -0.7804 0.3209</w:t>
        <w:br/>
        <w:t>vn 0.3807 -0.5464 0.7460</w:t>
        <w:br/>
        <w:t>vn -0.6272 0.5237 0.5765</w:t>
        <w:br/>
        <w:t>vn -0.4594 0.2408 0.8549</w:t>
        <w:br/>
        <w:t>vn 0.7567 -0.6227 -0.1992</w:t>
        <w:br/>
        <w:t>vn -0.7479 0.4876 -0.4505</w:t>
        <w:br/>
        <w:t>vn -0.6779 0.2739 -0.6822</w:t>
        <w:br/>
        <w:t>vn -0.3120 0.5862 0.7477</w:t>
        <w:br/>
        <w:t>vn -0.2032 0.5480 0.8114</w:t>
        <w:br/>
        <w:t>vn 0.1979 -0.1835 -0.9629</w:t>
        <w:br/>
        <w:t>vn 0.4427 -0.3574 -0.8224</w:t>
        <w:br/>
        <w:t>vn 0.2183 0.3771 -0.9001</w:t>
        <w:br/>
        <w:t>vn 0.8491 -0.0242 0.5276</w:t>
        <w:br/>
        <w:t>vn 0.9083 -0.4025 -0.1141</w:t>
        <w:br/>
        <w:t>vn -0.3129 -0.1590 -0.9364</w:t>
        <w:br/>
        <w:t>vn -0.7118 0.5506 0.4362</w:t>
        <w:br/>
        <w:t>vn -0.5880 0.1829 0.7879</w:t>
        <w:br/>
        <w:t>vn 0.6911 -0.5824 0.4279</w:t>
        <w:br/>
        <w:t>vn -0.4594 0.2408 0.8550</w:t>
        <w:br/>
        <w:t>vn 0.0654 -0.8691 -0.4902</w:t>
        <w:br/>
        <w:t>vn 0.7339 -0.6014 0.3158</w:t>
        <w:br/>
        <w:t>vn -0.5773 -0.0324 0.8159</w:t>
        <w:br/>
        <w:t>vn -0.6258 0.4317 0.6496</w:t>
        <w:br/>
        <w:t>vn -0.8617 0.2769 0.4252</w:t>
        <w:br/>
        <w:t>vn -0.8846 0.3928 0.2515</w:t>
        <w:br/>
        <w:t>vn -0.2325 -0.8923 -0.3869</w:t>
        <w:br/>
        <w:t>vn -0.5011 -0.8165 -0.2867</w:t>
        <w:br/>
        <w:t>vn -0.6511 -0.7260 -0.2214</w:t>
        <w:br/>
        <w:t>vn -0.6500 0.3887 0.6530</w:t>
        <w:br/>
        <w:t>vn -0.5895 -0.3486 -0.7287</w:t>
        <w:br/>
        <w:t>vn -0.5115 0.0430 -0.8582</w:t>
        <w:br/>
        <w:t>vn -0.6780 0.2739 -0.6822</w:t>
        <w:br/>
        <w:t>vn -0.1847 -0.9067 -0.3791</w:t>
        <w:br/>
        <w:t>vn -0.9350 -0.3471 0.0732</w:t>
        <w:br/>
        <w:t>vn -0.9432 0.3049 -0.1319</w:t>
        <w:br/>
        <w:t>vn -0.9128 0.0435 0.4061</w:t>
        <w:br/>
        <w:t>vn -0.9350 -0.3471 0.0733</w:t>
        <w:br/>
        <w:t>vn -0.0899 0.5012 0.8607</w:t>
        <w:br/>
        <w:t>vn -0.2032 0.5480 0.8115</w:t>
        <w:br/>
        <w:t>vn -0.0908 0.5002 0.8611</w:t>
        <w:br/>
        <w:t>vn -0.7498 0.4189 -0.5122</w:t>
        <w:br/>
        <w:t>vn -0.7986 0.3779 -0.4685</w:t>
        <w:br/>
        <w:t>vn -0.7936 0.3643 -0.4872</w:t>
        <w:br/>
        <w:t>vn -0.5234 -0.6160 0.5888</w:t>
        <w:br/>
        <w:t>vn -0.5121 -0.2088 0.8331</w:t>
        <w:br/>
        <w:t>vn -0.3048 -0.7135 0.6309</w:t>
        <w:br/>
        <w:t>vn 0.0704 -0.8255 0.5600</w:t>
        <w:br/>
        <w:t>vn 0.2071 -0.8589 0.4684</w:t>
        <w:br/>
        <w:t>vn -0.8814 0.2896 -0.3731</w:t>
        <w:br/>
        <w:t>vn -0.5773 -0.0325 0.8159</w:t>
        <w:br/>
        <w:t>vn -0.5121 -0.2087 0.8331</w:t>
        <w:br/>
        <w:t>vn -0.8077 0.1809 0.5611</w:t>
        <w:br/>
        <w:t>vn -0.8070 0.4041 -0.4307</w:t>
        <w:br/>
        <w:t>vn -0.5320 -0.0965 -0.8412</w:t>
        <w:br/>
        <w:t>vn -0.2411 -0.0145 -0.9704</w:t>
        <w:br/>
        <w:t>vn -0.1989 0.0178 -0.9799</w:t>
        <w:br/>
        <w:t>vn -0.5764 -0.1271 -0.8072</w:t>
        <w:br/>
        <w:t>vn -0.3678 -0.0573 -0.9281</w:t>
        <w:br/>
        <w:t>vn -0.6183 -0.1571 -0.7700</w:t>
        <w:br/>
        <w:t>vn 0.1254 0.1574 -0.9795</w:t>
        <w:br/>
        <w:t>vn 0.0961 0.1216 -0.9879</w:t>
        <w:br/>
        <w:t>vn 0.1965 0.2453 -0.9493</w:t>
        <w:br/>
        <w:t>vn 0.2021 0.2006 -0.9586</w:t>
        <w:br/>
        <w:t>vn 0.1864 0.3013 -0.9351</w:t>
        <w:br/>
        <w:t>vn -0.0000 0.1858 -0.9826</w:t>
        <w:br/>
        <w:t>vn 0.0361 0.1161 -0.9926</w:t>
        <w:br/>
        <w:t>vn 0.1729 0.1436 -0.9744</w:t>
        <w:br/>
        <w:t>vn -0.8266 -0.1241 0.5489</w:t>
        <w:br/>
        <w:t>vn -0.9730 -0.1608 0.1656</w:t>
        <w:br/>
        <w:t>vn -0.9414 -0.2589 0.2163</w:t>
        <w:br/>
        <w:t>vn -0.7446 -0.1923 0.6392</w:t>
        <w:br/>
        <w:t>vn -0.8973 -0.3537 0.2642</w:t>
        <w:br/>
        <w:t>vn -0.8973 -0.3536 0.2642</w:t>
        <w:br/>
        <w:t>vn 0.0541 -0.0882 0.9946</w:t>
        <w:br/>
        <w:t>vn -0.2587 -0.1172 0.9588</w:t>
        <w:br/>
        <w:t>vn -0.1919 -0.1400 0.9714</w:t>
        <w:br/>
        <w:t>vn -0.0761 -0.0713 0.9945</w:t>
        <w:br/>
        <w:t>vn 0.1862 -0.0176 0.9823</w:t>
        <w:br/>
        <w:t>vn 0.2079 -0.0476 0.9770</w:t>
        <w:br/>
        <w:t>vn 0.2271 -0.0876 0.9699</w:t>
        <w:br/>
        <w:t>vn -0.0000 -0.4061 0.9138</w:t>
        <w:br/>
        <w:t>vn 0.0000 -0.0673 0.9977</w:t>
        <w:br/>
        <w:t>vn 0.0000 -0.0862 -0.9963</w:t>
        <w:br/>
        <w:t>vn 0.2282 0.1871 -0.9555</w:t>
        <w:br/>
        <w:t>vn -0.0440 0.9955 0.0838</w:t>
        <w:br/>
        <w:t>vn -0.2017 0.8538 0.4799</w:t>
        <w:br/>
        <w:t>vn -0.3035 0.9521 0.0384</w:t>
        <w:br/>
        <w:t>vn -0.3205 0.9448 -0.0676</w:t>
        <w:br/>
        <w:t>vn -0.2183 0.8787 0.4245</w:t>
        <w:br/>
        <w:t>vn -0.0992 0.7106 0.6966</w:t>
        <w:br/>
        <w:t>vn -0.0221 0.9605 0.2774</w:t>
        <w:br/>
        <w:t>vn -0.1908 0.9749 0.1150</w:t>
        <w:br/>
        <w:t>vn 0.0438 0.7542 0.6552</w:t>
        <w:br/>
        <w:t>vn 0.1362 0.9006 0.4127</w:t>
        <w:br/>
        <w:t>vn 0.1451 -0.7262 0.6720</w:t>
        <w:br/>
        <w:t>vn 0.5579 -0.7668 0.3175</w:t>
        <w:br/>
        <w:t>vn 0.3279 -0.7897 0.5185</w:t>
        <w:br/>
        <w:t>vn 0.1577 -0.7464 0.6465</w:t>
        <w:br/>
        <w:t>vn 0.7099 -0.6872 0.1542</w:t>
        <w:br/>
        <w:t>vn 0.8126 -0.4361 -0.3867</w:t>
        <w:br/>
        <w:t>vn -0.3360 0.9408 -0.0440</w:t>
        <w:br/>
        <w:t>vn -0.0114 0.9541 -0.2992</w:t>
        <w:br/>
        <w:t>vn 0.3954 -0.3334 -0.8559</w:t>
        <w:br/>
        <w:t>vn 0.5280 -0.3262 -0.7841</w:t>
        <w:br/>
        <w:t>vn -0.2185 0.9538 0.2061</w:t>
        <w:br/>
        <w:t>vn -0.2185 0.9538 0.2062</w:t>
        <w:br/>
        <w:t>vn 0.1975 -0.3001 -0.9332</w:t>
        <w:br/>
        <w:t>vn 0.1303 -0.3867 -0.9130</w:t>
        <w:br/>
        <w:t>vn 0.1345 -0.3096 -0.9413</w:t>
        <w:br/>
        <w:t>vn 0.0751 0.9275 0.3662</w:t>
        <w:br/>
        <w:t>vn 0.2529 0.8710 0.4211</w:t>
        <w:br/>
        <w:t>vn -0.0000 -0.0863 -0.9963</w:t>
        <w:br/>
        <w:t>vn 0.1373 -0.4167 -0.8986</w:t>
        <w:br/>
        <w:t>vn 0.0000 0.9751 0.2218</w:t>
        <w:br/>
        <w:t>vn -0.0000 -0.1745 0.9847</w:t>
        <w:br/>
        <w:t>vn 0.0040 -0.1745 0.9846</w:t>
        <w:br/>
        <w:t>vn -0.1027 0.1393 0.9849</w:t>
        <w:br/>
        <w:t>vn 0.1190 -0.6853 0.7185</w:t>
        <w:br/>
        <w:t>vn -0.0863 0.4862 0.8696</w:t>
        <w:br/>
        <w:t>vn 0.2042 0.7662 -0.6092</w:t>
        <w:br/>
        <w:t>vn 0.1008 0.6663 -0.7389</w:t>
        <w:br/>
        <w:t>vn -0.0864 0.4862 0.8696</w:t>
        <w:br/>
        <w:t>vn -0.1514 0.3281 0.9324</w:t>
        <w:br/>
        <w:t>vn -0.0531 0.7474 -0.6623</w:t>
        <w:br/>
        <w:t>vn -0.0802 0.6515 -0.7544</w:t>
        <w:br/>
        <w:t>vn -0.0574 0.5520 -0.8318</w:t>
        <w:br/>
        <w:t>vn 0.0000 0.4357 -0.9001</w:t>
        <w:br/>
        <w:t>vn 0.1034 -0.1166 0.9878</w:t>
        <w:br/>
        <w:t>vn -0.0000 0.9730 0.2308</w:t>
        <w:br/>
        <w:t>vn -0.0000 0.9750 0.2222</w:t>
        <w:br/>
        <w:t>vn -0.0000 0.9729 0.2312</w:t>
        <w:br/>
        <w:t>vn -0.0531 0.7476 -0.6621</w:t>
        <w:br/>
        <w:t>vn -0.7447 -0.1924 0.6391</w:t>
        <w:br/>
        <w:t>vn -0.2035 -0.0942 0.9745</w:t>
        <w:br/>
        <w:t>vn 0.5320 -0.0965 -0.8412</w:t>
        <w:br/>
        <w:t>vn 0.5764 -0.1271 -0.8072</w:t>
        <w:br/>
        <w:t>vn 0.1989 0.0178 -0.9799</w:t>
        <w:br/>
        <w:t>vn 0.2411 -0.0145 -0.9704</w:t>
        <w:br/>
        <w:t>vn 0.6183 -0.1571 -0.7701</w:t>
        <w:br/>
        <w:t>vn 0.3678 -0.0573 -0.9281</w:t>
        <w:br/>
        <w:t>vn -0.1254 0.1574 -0.9795</w:t>
        <w:br/>
        <w:t>vn -0.1965 0.2453 -0.9493</w:t>
        <w:br/>
        <w:t>vn -0.0961 0.1216 -0.9879</w:t>
        <w:br/>
        <w:t>vn -0.2021 0.2006 -0.9586</w:t>
        <w:br/>
        <w:t>vn -0.1864 0.3013 -0.9351</w:t>
        <w:br/>
        <w:t>vn -0.0361 0.1161 -0.9926</w:t>
        <w:br/>
        <w:t>vn -0.1730 0.1436 -0.9744</w:t>
        <w:br/>
        <w:t>vn 0.8266 -0.1241 0.5489</w:t>
        <w:br/>
        <w:t>vn 0.7446 -0.1923 0.6392</w:t>
        <w:br/>
        <w:t>vn 0.9414 -0.2589 0.2163</w:t>
        <w:br/>
        <w:t>vn 0.9730 -0.1608 0.1656</w:t>
        <w:br/>
        <w:t>vn 0.8973 -0.3536 0.2642</w:t>
        <w:br/>
        <w:t>vn -0.0541 -0.0882 0.9946</w:t>
        <w:br/>
        <w:t>vn 0.1919 -0.1401 0.9714</w:t>
        <w:br/>
        <w:t>vn 0.2587 -0.1172 0.9588</w:t>
        <w:br/>
        <w:t>vn 0.0761 -0.0713 0.9945</w:t>
        <w:br/>
        <w:t>vn -0.1862 -0.0176 0.9823</w:t>
        <w:br/>
        <w:t>vn -0.2079 -0.0476 0.9770</w:t>
        <w:br/>
        <w:t>vn -0.2271 -0.0876 0.9699</w:t>
        <w:br/>
        <w:t>vn -0.2282 0.1871 -0.9555</w:t>
        <w:br/>
        <w:t>vn 0.0439 0.9955 0.0838</w:t>
        <w:br/>
        <w:t>vn 0.3204 0.9449 -0.0676</w:t>
        <w:br/>
        <w:t>vn 0.3034 0.9521 0.0385</w:t>
        <w:br/>
        <w:t>vn 0.2017 0.8538 0.4799</w:t>
        <w:br/>
        <w:t>vn 0.2183 0.8787 0.4245</w:t>
        <w:br/>
        <w:t>vn 0.1908 0.9749 0.1150</w:t>
        <w:br/>
        <w:t>vn 0.0221 0.9605 0.2774</w:t>
        <w:br/>
        <w:t>vn 0.0992 0.7106 0.6965</w:t>
        <w:br/>
        <w:t>vn -0.1362 0.9006 0.4127</w:t>
        <w:br/>
        <w:t>vn -0.0438 0.7542 0.6552</w:t>
        <w:br/>
        <w:t>vn -0.3279 -0.7898 0.5184</w:t>
        <w:br/>
        <w:t>vn -0.5579 -0.7668 0.3174</w:t>
        <w:br/>
        <w:t>vn -0.1451 -0.7262 0.6720</w:t>
        <w:br/>
        <w:t>vn -0.1577 -0.7464 0.6465</w:t>
        <w:br/>
        <w:t>vn -0.7099 -0.6872 0.1542</w:t>
        <w:br/>
        <w:t>vn -0.8126 -0.4361 -0.3867</w:t>
        <w:br/>
        <w:t>vn 0.3360 0.9408 -0.0440</w:t>
        <w:br/>
        <w:t>vn 0.0114 0.9541 -0.2991</w:t>
        <w:br/>
        <w:t>vn -0.5280 -0.3262 -0.7841</w:t>
        <w:br/>
        <w:t>vn -0.3954 -0.3334 -0.8559</w:t>
        <w:br/>
        <w:t>vn 0.2185 0.9538 0.2062</w:t>
        <w:br/>
        <w:t>vn -0.1975 -0.3000 -0.9333</w:t>
        <w:br/>
        <w:t>vn -0.1345 -0.3096 -0.9413</w:t>
        <w:br/>
        <w:t>vn -0.1303 -0.3867 -0.9130</w:t>
        <w:br/>
        <w:t>vn -0.0751 0.9276 0.3660</w:t>
        <w:br/>
        <w:t>vn -0.2529 0.8710 0.4212</w:t>
        <w:br/>
        <w:t>vn -0.1374 -0.4168 -0.8986</w:t>
        <w:br/>
        <w:t>vn 0.0000 0.9751 0.2219</w:t>
        <w:br/>
        <w:t>vn 0.1027 0.1393 0.9849</w:t>
        <w:br/>
        <w:t>vn -0.0040 -0.1745 0.9846</w:t>
        <w:br/>
        <w:t>vn -0.1191 -0.6853 0.7184</w:t>
        <w:br/>
        <w:t>vn 0.0863 0.4862 0.8696</w:t>
        <w:br/>
        <w:t>vn -0.2042 0.7663 -0.6092</w:t>
        <w:br/>
        <w:t>vn -0.1008 0.6663 -0.7389</w:t>
        <w:br/>
        <w:t>vn 0.1514 0.3281 0.9324</w:t>
        <w:br/>
        <w:t>vn 0.0531 0.7473 -0.6623</w:t>
        <w:br/>
        <w:t>vn 0.0574 0.5520 -0.8319</w:t>
        <w:br/>
        <w:t>vn 0.0802 0.6514 -0.7544</w:t>
        <w:br/>
        <w:t>vn -0.1034 -0.1166 0.9878</w:t>
        <w:br/>
        <w:t>vn 0.0000 0.9730 0.2307</w:t>
        <w:br/>
        <w:t>vn -0.0000 0.9749 0.2226</w:t>
        <w:br/>
        <w:t>vn 0.0531 0.7478 -0.6618</w:t>
        <w:br/>
        <w:t>vn 0.0000 0.9728 0.2315</w:t>
        <w:br/>
        <w:t>vn 0.7446 -0.1924 0.6391</w:t>
        <w:br/>
        <w:t>vn 0.2035 -0.0942 0.9745</w:t>
        <w:br/>
        <w:t>vn 0.7312 0.1010 -0.6746</w:t>
        <w:br/>
        <w:t>vn 0.6509 0.0629 -0.7566</w:t>
        <w:br/>
        <w:t>vn 0.6227 -0.0019 -0.7825</w:t>
        <w:br/>
        <w:t>vn 0.4516 0.1595 -0.8779</w:t>
        <w:br/>
        <w:t>vn 0.7559 0.1466 -0.6381</w:t>
        <w:br/>
        <w:t>vn 0.4844 0.1655 -0.8591</w:t>
        <w:br/>
        <w:t>vn -0.5644 -0.0727 0.8223</w:t>
        <w:br/>
        <w:t>vn -0.4220 -0.1611 0.8922</w:t>
        <w:br/>
        <w:t>vn -0.6267 -0.1204 0.7699</w:t>
        <w:br/>
        <w:t>vn -0.7631 0.0118 0.6461</w:t>
        <w:br/>
        <w:t>vn -0.6693 -0.0555 0.7410</w:t>
        <w:br/>
        <w:t>vn -0.7823 0.0740 0.6185</w:t>
        <w:br/>
        <w:t>vn -0.7896 0.0527 0.6114</w:t>
        <w:br/>
        <w:t>vn -0.9044 -0.0134 0.4265</w:t>
        <w:br/>
        <w:t>vn -0.8282 -0.0718 0.5558</w:t>
        <w:br/>
        <w:t>vn -0.8383 -0.0841 0.5387</w:t>
        <w:br/>
        <w:t>vn 0.9210 0.0301 -0.3885</w:t>
        <w:br/>
        <w:t>vn 0.9311 0.0077 -0.3647</w:t>
        <w:br/>
        <w:t>vn -0.7719 -0.0609 0.6328</w:t>
        <w:br/>
        <w:t>vn -0.9503 0.1869 0.2491</w:t>
        <w:br/>
        <w:t>vn -0.9643 0.1533 0.2160</w:t>
        <w:br/>
        <w:t>vn -0.9788 0.1042 0.1766</w:t>
        <w:br/>
        <w:t>vn -0.9766 -0.0748 0.2016</w:t>
        <w:br/>
        <w:t>vn -0.9380 -0.3002 0.1735</w:t>
        <w:br/>
        <w:t>vn -0.9635 -0.1506 0.2213</w:t>
        <w:br/>
        <w:t>vn 0.0969 0.0540 -0.9938</w:t>
        <w:br/>
        <w:t>vn 0.1695 -0.4848 0.8581</w:t>
        <w:br/>
        <w:t>vn 0.1695 -0.4848 0.8580</w:t>
        <w:br/>
        <w:t>vn 0.1626 -0.3897 0.9065</w:t>
        <w:br/>
        <w:t>vn 0.0340 -0.2787 0.9598</w:t>
        <w:br/>
        <w:t>vn -0.7784 -0.0554 0.6253</w:t>
        <w:br/>
        <w:t>vn 0.6645 0.2007 -0.7198</w:t>
        <w:br/>
        <w:t>vn -0.9109 -0.1670 0.3773</w:t>
        <w:br/>
        <w:t>vn -0.9354 -0.1207 0.3324</w:t>
        <w:br/>
        <w:t>vn 0.8657 0.1640 -0.4730</w:t>
        <w:br/>
        <w:t>vn 0.9206 0.0721 -0.3838</w:t>
        <w:br/>
        <w:t>vn 0.9294 0.0101 -0.3690</w:t>
        <w:br/>
        <w:t>vn 0.9155 0.0240 -0.4016</w:t>
        <w:br/>
        <w:t>vn -0.9127 -0.2916 0.2862</w:t>
        <w:br/>
        <w:t>vn -0.9289 -0.2610 0.2627</w:t>
        <w:br/>
        <w:t>vn -0.8820 -0.2127 0.4205</w:t>
        <w:br/>
        <w:t>vn -0.1841 0.2449 -0.9519</w:t>
        <w:br/>
        <w:t>vn 0.6227 -0.0020 -0.7824</w:t>
        <w:br/>
        <w:t>vn 0.9288 -0.0182 -0.3702</w:t>
        <w:br/>
        <w:t>vn 0.9459 -0.0220 -0.3236</w:t>
        <w:br/>
        <w:t>vn -0.5644 -0.0728 0.8223</w:t>
        <w:br/>
        <w:t>vn 0.2419 -0.8128 -0.5300</w:t>
        <w:br/>
        <w:t>vn 0.1130 -0.6976 -0.7075</w:t>
        <w:br/>
        <w:t>vn 0.0643 -0.7066 -0.7047</w:t>
        <w:br/>
        <w:t>vn 0.1939 0.9745 -0.1129</w:t>
        <w:br/>
        <w:t>vn 0.4879 -0.8725 0.0272</w:t>
        <w:br/>
        <w:t>vn 0.4073 -0.8333 0.3739</w:t>
        <w:br/>
        <w:t>vn 0.5295 -0.7629 0.3710</w:t>
        <w:br/>
        <w:t>vn 0.7566 -0.6394 -0.1365</w:t>
        <w:br/>
        <w:t>vn 0.1080 -0.9039 0.4139</w:t>
        <w:br/>
        <w:t>vn 0.3106 -0.9505 -0.0124</w:t>
        <w:br/>
        <w:t>vn -0.0000 -0.9844 0.1762</w:t>
        <w:br/>
        <w:t>vn 0.8380 -0.1000 -0.5364</w:t>
        <w:br/>
        <w:t>vn 0.9744 -0.1916 -0.1179</w:t>
        <w:br/>
        <w:t>vn 0.9453 -0.3227 -0.0476</w:t>
        <w:br/>
        <w:t>vn 0.8011 -0.0812 -0.5930</w:t>
        <w:br/>
        <w:t>vn 0.7629 -0.3308 -0.5555</w:t>
        <w:br/>
        <w:t>vn 0.8521 -0.5120 0.1086</w:t>
        <w:br/>
        <w:t>vn 0.6842 -0.5601 -0.4671</w:t>
        <w:br/>
        <w:t>vn 0.6910 -0.7102 -0.1348</w:t>
        <w:br/>
        <w:t>vn 0.7108 -0.5372 -0.4540</w:t>
        <w:br/>
        <w:t>vn 0.4835 -0.6210 -0.6170</w:t>
        <w:br/>
        <w:t>vn 0.4879 -0.8725 0.0271</w:t>
        <w:br/>
        <w:t>vn 0.2477 -0.7945 -0.5544</w:t>
        <w:br/>
        <w:t>vn 0.1970 -0.9720 -0.1284</w:t>
        <w:br/>
        <w:t>vn 0.2418 -0.8128 -0.5300</w:t>
        <w:br/>
        <w:t>vn 0.3107 -0.9504 -0.0124</w:t>
        <w:br/>
        <w:t>vn -0.0000 -0.8065 -0.5913</w:t>
        <w:br/>
        <w:t>vn 0.3532 -0.5455 -0.7601</w:t>
        <w:br/>
        <w:t>vn 0.9263 0.2977 0.2308</w:t>
        <w:br/>
        <w:t>vn 0.2574 -0.8097 -0.5273</w:t>
        <w:br/>
        <w:t>vn 0.6333 -0.5838 -0.5080</w:t>
        <w:br/>
        <w:t>vn -0.9433 -0.1332 0.3042</w:t>
        <w:br/>
        <w:t>vn -0.7989 -0.5738 0.1802</w:t>
        <w:br/>
        <w:t>vn 0.7019 -0.3070 -0.6427</w:t>
        <w:br/>
        <w:t>vn 0.6147 -0.4072 -0.6756</w:t>
        <w:br/>
        <w:t>vn 0.5383 0.7758 0.3290</w:t>
        <w:br/>
        <w:t>vn 0.7005 -0.6014 -0.3842</w:t>
        <w:br/>
        <w:t>vn 0.7109 -0.5372 -0.4540</w:t>
        <w:br/>
        <w:t>vn 0.7149 -0.0516 -0.6973</w:t>
        <w:br/>
        <w:t>vn 0.6751 -0.0410 -0.7366</w:t>
        <w:br/>
        <w:t>vn 0.5946 -0.3741 0.7117</w:t>
        <w:br/>
        <w:t>vn 0.4636 -0.5431 0.7001</w:t>
        <w:br/>
        <w:t>vn 0.9847 0.0043 -0.1745</w:t>
        <w:br/>
        <w:t>vn -0.3765 -0.8997 0.2211</w:t>
        <w:br/>
        <w:t>vn -0.0065 0.9339 0.3576</w:t>
        <w:br/>
        <w:t>vn 0.8228 -0.1204 -0.5554</w:t>
        <w:br/>
        <w:t>vn 0.8283 0.1315 -0.5446</w:t>
        <w:br/>
        <w:t>vn 0.8381 -0.1000 -0.5363</w:t>
        <w:br/>
        <w:t>vn 0.3087 -0.0523 -0.9497</w:t>
        <w:br/>
        <w:t>vn 0.6121 0.0148 -0.7906</w:t>
        <w:br/>
        <w:t>vn 0.6813 -0.1349 -0.7194</w:t>
        <w:br/>
        <w:t>vn 0.2739 0.7553 -0.5955</w:t>
        <w:br/>
        <w:t>vn 0.2438 0.9429 -0.2271</w:t>
        <w:br/>
        <w:t>vn 0.4643 0.7795 -0.4205</w:t>
        <w:br/>
        <w:t>vn 0.9029 0.4032 -0.1491</w:t>
        <w:br/>
        <w:t>vn 0.2282 -0.9648 -0.1307</w:t>
        <w:br/>
        <w:t>vn 0.1969 -0.9720 -0.1283</w:t>
        <w:br/>
        <w:t>vn 0.3106 -0.9504 -0.0124</w:t>
        <w:br/>
        <w:t>vn -0.9725 0.0480 -0.2278</w:t>
        <w:br/>
        <w:t>vn 0.5480 -0.6908 0.4718</w:t>
        <w:br/>
        <w:t>vn 0.6789 -0.5272 0.5111</w:t>
        <w:br/>
        <w:t>vn 0.4303 0.8884 -0.1601</w:t>
        <w:br/>
        <w:t>vn 0.7403 -0.6410 -0.2023</w:t>
        <w:br/>
        <w:t>vn -0.8697 -0.3856 -0.3082</w:t>
        <w:br/>
        <w:t>vn -0.4721 -0.7969 -0.3770</w:t>
        <w:br/>
        <w:t>vn 0.9405 -0.2277 -0.2521</w:t>
        <w:br/>
        <w:t>vn 0.4584 0.4979 -0.7362</w:t>
        <w:br/>
        <w:t>vn 0.2569 0.4378 -0.8616</w:t>
        <w:br/>
        <w:t>vn 0.2738 0.7552 -0.5955</w:t>
        <w:br/>
        <w:t>vn 0.5744 -0.4372 -0.6920</w:t>
        <w:br/>
        <w:t>vn 0.6642 -0.2100 -0.7175</w:t>
        <w:br/>
        <w:t>vn -0.0903 0.7263 0.6815</w:t>
        <w:br/>
        <w:t>vn -0.1549 0.7241 0.6721</w:t>
        <w:br/>
        <w:t>vn -0.2488 0.8380 0.4856</w:t>
        <w:br/>
        <w:t>vn -0.2185 -0.9751 0.0387</w:t>
        <w:br/>
        <w:t>vn -0.8648 0.4998 -0.0470</w:t>
        <w:br/>
        <w:t>vn -0.9630 0.2019 0.1788</w:t>
        <w:br/>
        <w:t>vn -0.8755 0.3032 -0.3763</w:t>
        <w:br/>
        <w:t>vn -0.7729 0.5234 -0.3587</w:t>
        <w:br/>
        <w:t>vn -0.6230 0.7458 -0.2359</w:t>
        <w:br/>
        <w:t>vn -0.4580 0.8579 -0.2330</w:t>
        <w:br/>
        <w:t>vn -0.4993 0.8663 0.0180</w:t>
        <w:br/>
        <w:t>vn -0.7504 0.6309 0.1971</w:t>
        <w:br/>
        <w:t>vn 0.0000 0.9907 -0.1364</w:t>
        <w:br/>
        <w:t>vn -0.1688 0.9479 -0.2700</w:t>
        <w:br/>
        <w:t>vn 0.0000 0.9850 -0.1727</w:t>
        <w:br/>
        <w:t>vn -0.8865 0.1241 0.4457</w:t>
        <w:br/>
        <w:t>vn -0.8687 0.2239 0.4419</w:t>
        <w:br/>
        <w:t>vn -0.9348 0.2375 0.2643</w:t>
        <w:br/>
        <w:t>vn -0.8649 0.4998 -0.0470</w:t>
        <w:br/>
        <w:t>vn -0.7758 0.3611 0.5174</w:t>
        <w:br/>
        <w:t>vn -0.6652 0.6328 0.3963</w:t>
        <w:br/>
        <w:t>vn -0.6993 0.6848 0.2049</w:t>
        <w:br/>
        <w:t>vn -0.7214 0.5714 0.3914</w:t>
        <w:br/>
        <w:t>vn -0.4993 0.8662 0.0180</w:t>
        <w:br/>
        <w:t>vn -0.4906 0.6479 0.5827</w:t>
        <w:br/>
        <w:t>vn -0.2013 0.9598 0.1959</w:t>
        <w:br/>
        <w:t>vn -0.2307 0.8391 0.4927</w:t>
        <w:br/>
        <w:t>vn -0.3215 0.9403 0.1121</w:t>
        <w:br/>
        <w:t>vn -0.2488 0.8380 0.4857</w:t>
        <w:br/>
        <w:t>vn 0.0000 0.9906 -0.1365</w:t>
        <w:br/>
        <w:t>vn 0.0000 0.8240 0.5666</w:t>
        <w:br/>
        <w:t>vn -0.2901 0.6293 0.7210</w:t>
        <w:br/>
        <w:t>vn -0.4781 0.5131 0.7129</w:t>
        <w:br/>
        <w:t>vn -0.9005 -0.3474 -0.2616</w:t>
        <w:br/>
        <w:t>vn -0.2842 0.8377 0.4663</w:t>
        <w:br/>
        <w:t>vn 0.0391 0.8859 0.4622</w:t>
        <w:br/>
        <w:t>vn 0.9493 0.0367 -0.3123</w:t>
        <w:br/>
        <w:t>vn 0.8300 0.5292 -0.1761</w:t>
        <w:br/>
        <w:t>vn -0.6828 0.4480 0.5772</w:t>
        <w:br/>
        <w:t>vn -0.7131 0.4181 0.5627</w:t>
        <w:br/>
        <w:t>vn -0.7758 0.3610 0.5174</w:t>
        <w:br/>
        <w:t>vn -0.5704 -0.7626 -0.3051</w:t>
        <w:br/>
        <w:t>vn -0.7062 0.6445 0.2930</w:t>
        <w:br/>
        <w:t>vn -0.7906 0.6114 -0.0328</w:t>
        <w:br/>
        <w:t>vn -0.9772 -0.1628 0.1365</w:t>
        <w:br/>
        <w:t>vn -0.9265 0.1034 0.3619</w:t>
        <w:br/>
        <w:t>vn -0.9996 -0.0197 0.0225</w:t>
        <w:br/>
        <w:t>vn -0.9747 0.2096 -0.0774</w:t>
        <w:br/>
        <w:t>vn -0.9442 -0.1035 0.3126</w:t>
        <w:br/>
        <w:t>vn -0.9348 0.2374 0.2643</w:t>
        <w:br/>
        <w:t>vn -0.9873 0.0110 0.1588</w:t>
        <w:br/>
        <w:t>vn -0.9264 0.1034 0.3620</w:t>
        <w:br/>
        <w:t>vn 0.5808 0.7772 -0.2422</w:t>
        <w:br/>
        <w:t>vn 0.0642 -0.9539 -0.2931</w:t>
        <w:br/>
        <w:t>vn -0.8824 0.1832 0.4333</w:t>
        <w:br/>
        <w:t>vn -0.9455 -0.3149 0.0827</w:t>
        <w:br/>
        <w:t>vn -0.7877 0.1153 0.6052</w:t>
        <w:br/>
        <w:t>vn -0.7453 0.3675 0.5563</w:t>
        <w:br/>
        <w:t>vn -0.3512 -0.7099 0.6105</w:t>
        <w:br/>
        <w:t>vn -0.3717 -0.7778 0.5068</w:t>
        <w:br/>
        <w:t>vn -0.1861 -0.7779 0.6002</w:t>
        <w:br/>
        <w:t>vn -0.2748 0.9358 -0.2209</w:t>
        <w:br/>
        <w:t>vn -0.9339 -0.2438 0.2616</w:t>
        <w:br/>
        <w:t>vn -0.2013 0.9597 0.1959</w:t>
        <w:br/>
        <w:t>vn -0.2220 0.9231 0.3140</w:t>
        <w:br/>
        <w:t>vn 0.9684 0.0502 0.2445</w:t>
        <w:br/>
        <w:t>vn -0.6245 0.7125 -0.3199</w:t>
        <w:br/>
        <w:t>vn -0.5224 -0.8436 0.1242</w:t>
        <w:br/>
        <w:t>vn -0.7339 0.5978 0.3226</w:t>
        <w:br/>
        <w:t>vn 0.8712 0.4076 0.2737</w:t>
        <w:br/>
        <w:t>vn 0.4727 0.8056 0.3572</w:t>
        <w:br/>
        <w:t>vn -0.9073 0.1891 0.3756</w:t>
        <w:br/>
        <w:t>vn -0.7734 0.0744 0.6296</w:t>
        <w:br/>
        <w:t>vn -0.3511 -0.5958 0.7223</w:t>
        <w:br/>
        <w:t>vn -0.7473 -0.5165 0.4179</w:t>
        <w:br/>
        <w:t>vn -0.6359 0.4482 0.6282</w:t>
        <w:br/>
        <w:t>vn -0.7400 0.1871 0.6461</w:t>
        <w:br/>
        <w:t>vn -0.0949 0.7087 -0.6991</w:t>
        <w:br/>
        <w:t>vn -0.0949 0.7087 -0.6992</w:t>
        <w:br/>
        <w:t>vn -0.0116 0.7918 -0.6107</w:t>
        <w:br/>
        <w:t>vn -0.0116 0.7918 -0.6106</w:t>
        <w:br/>
        <w:t>vn -0.7734 0.0745 0.6296</w:t>
        <w:br/>
        <w:t>vn -0.1083 0.0187 0.9939</w:t>
        <w:br/>
        <w:t>vn -0.5062 0.1602 0.8474</w:t>
        <w:br/>
        <w:t>vn -0.6147 0.1535 0.7737</w:t>
        <w:br/>
        <w:t>vn -0.2915 0.4628 0.8372</w:t>
        <w:br/>
        <w:t>vn -0.3300 0.3221 0.8874</w:t>
        <w:br/>
        <w:t>vn -0.3300 0.3220 0.8874</w:t>
        <w:br/>
        <w:t>vn 0.0266 0.5398 0.8414</w:t>
        <w:br/>
        <w:t>vn 0.0328 0.4852 0.8738</w:t>
        <w:br/>
        <w:t>vn 0.0267 0.5398 0.8414</w:t>
        <w:br/>
        <w:t>vn -0.0767 0.6412 -0.7636</w:t>
        <w:br/>
        <w:t>vn -0.2563 0.6092 -0.7505</w:t>
        <w:br/>
        <w:t>vn 0.0069 0.6161 -0.7876</w:t>
        <w:br/>
        <w:t>vn -0.0840 0.3278 -0.9410</w:t>
        <w:br/>
        <w:t>vn -0.3485 0.6080 -0.7133</w:t>
        <w:br/>
        <w:t>vn -0.3486 0.6080 -0.7133</w:t>
        <w:br/>
        <w:t>vn -0.0840 0.3277 -0.9410</w:t>
        <w:br/>
        <w:t>vn -0.2827 0.7276 -0.6251</w:t>
        <w:br/>
        <w:t>vn -0.5905 0.3034 -0.7478</w:t>
        <w:br/>
        <w:t>vn -0.5777 0.4886 -0.6539</w:t>
        <w:br/>
        <w:t>vn -0.2735 0.5946 -0.7561</w:t>
        <w:br/>
        <w:t>vn -0.5180 0.4334 -0.7374</w:t>
        <w:br/>
        <w:t>vn -0.4053 0.6249 -0.6673</w:t>
        <w:br/>
        <w:t>vn -0.1853 0.6226 -0.7603</w:t>
        <w:br/>
        <w:t>vn -0.0963 0.3087 -0.9463</w:t>
        <w:br/>
        <w:t>vn -0.5906 0.3034 -0.7478</w:t>
        <w:br/>
        <w:t>vn -0.1614 0.2751 -0.9478</w:t>
        <w:br/>
        <w:t>vn -0.0963 0.3088 -0.9462</w:t>
        <w:br/>
        <w:t>vn -0.6253 -0.0337 -0.7797</w:t>
        <w:br/>
        <w:t>vn -0.3019 -0.4946 -0.8150</w:t>
        <w:br/>
        <w:t>vn -0.1862 -0.7779 0.6002</w:t>
        <w:br/>
        <w:t>vn 0.5945 -0.3742 0.7117</w:t>
        <w:br/>
        <w:t>vn -0.0296 -0.5975 0.8013</w:t>
        <w:br/>
        <w:t>vn -0.5076 0.2674 -0.8191</w:t>
        <w:br/>
        <w:t>vn -0.5075 0.2674 -0.8191</w:t>
        <w:br/>
        <w:t>vn -0.6486 0.1753 -0.7407</w:t>
        <w:br/>
        <w:t>vn -0.6486 0.1753 -0.7406</w:t>
        <w:br/>
        <w:t>vn -0.7638 0.2124 -0.6095</w:t>
        <w:br/>
        <w:t>vn -0.6140 0.2219 -0.7575</w:t>
        <w:br/>
        <w:t>vn -0.4707 0.2729 -0.8391</w:t>
        <w:br/>
        <w:t>vn 0.0776 -0.2658 -0.9609</w:t>
        <w:br/>
        <w:t>vn 0.6122 0.0147 -0.7906</w:t>
        <w:br/>
        <w:t>vn 0.0041 -0.0829 -0.9966</w:t>
        <w:br/>
        <w:t>vn 0.1811 -0.9827 -0.0393</w:t>
        <w:br/>
        <w:t>vn 0.2817 -0.9451 -0.1658</w:t>
        <w:br/>
        <w:t>vn 0.3574 -0.3188 -0.8779</w:t>
        <w:br/>
        <w:t>vn 0.0383 -0.5994 -0.7995</w:t>
        <w:br/>
        <w:t>vn 0.7975 -0.1725 0.5781</w:t>
        <w:br/>
        <w:t>vn 0.5946 -0.3742 0.7117</w:t>
        <w:br/>
        <w:t>vn 0.4944 -0.0486 0.8679</w:t>
        <w:br/>
        <w:t>vn -0.4396 0.3491 0.8276</w:t>
        <w:br/>
        <w:t>vn 0.1235 0.1248 0.9845</w:t>
        <w:br/>
        <w:t>vn 0.1236 0.1247 0.9845</w:t>
        <w:br/>
        <w:t>vn -0.3399 0.0071 0.9404</w:t>
        <w:br/>
        <w:t>vn 0.0176 -0.3272 0.9448</w:t>
        <w:br/>
        <w:t>vn -0.6161 0.1633 0.7705</w:t>
        <w:br/>
        <w:t>vn -0.6162 0.1633 0.7705</w:t>
        <w:br/>
        <w:t>vn -0.6820 0.5116 0.5226</w:t>
        <w:br/>
        <w:t>vn -0.3021 0.6112 0.7316</w:t>
        <w:br/>
        <w:t>vn -0.3531 -0.1158 0.9284</w:t>
        <w:br/>
        <w:t>vn -0.0159 -0.3221 0.9466</w:t>
        <w:br/>
        <w:t>vn -0.6766 -0.3908 0.6241</w:t>
        <w:br/>
        <w:t>vn -0.3062 -0.3913 0.8678</w:t>
        <w:br/>
        <w:t>vn -0.9442 -0.1036 0.3126</w:t>
        <w:br/>
        <w:t>vn 0.1901 -0.2470 0.9502</w:t>
        <w:br/>
        <w:t>vn -0.1084 0.0187 0.9939</w:t>
        <w:br/>
        <w:t>vn 0.2542 -0.1767 0.9509</w:t>
        <w:br/>
        <w:t>vn 0.7546 -0.6532 -0.0628</w:t>
        <w:br/>
        <w:t>vn 0.7545 -0.6533 -0.0627</w:t>
        <w:br/>
        <w:t>vn 0.2816 -0.9451 -0.1658</w:t>
        <w:br/>
        <w:t>vn 0.2815 -0.9451 -0.1658</w:t>
        <w:br/>
        <w:t>vn 0.0000 0.7161 -0.6980</w:t>
        <w:br/>
        <w:t>vn 0.0000 0.4214 0.9069</w:t>
        <w:br/>
        <w:t>vn -0.3986 0.4705 -0.7872</w:t>
        <w:br/>
        <w:t>vn 0.0728 -0.2948 0.9528</w:t>
        <w:br/>
        <w:t>vn -0.7142 0.2516 -0.6532</w:t>
        <w:br/>
        <w:t>vn -0.3309 -0.6716 0.6629</w:t>
        <w:br/>
        <w:t>vn -0.6204 -0.4124 0.6671</w:t>
        <w:br/>
        <w:t>vn -0.9264 0.1034 0.3619</w:t>
        <w:br/>
        <w:t>vn -0.8163 -0.0908 0.5705</w:t>
        <w:br/>
        <w:t>vn -0.6205 -0.4124 0.6671</w:t>
        <w:br/>
        <w:t>vn -0.7214 0.5713 0.3914</w:t>
        <w:br/>
        <w:t>vn -0.8593 0.4288 0.2787</w:t>
        <w:br/>
        <w:t>vn -0.4737 0.8183 0.3257</w:t>
        <w:br/>
        <w:t>vn -0.6821 0.5115 0.5226</w:t>
        <w:br/>
        <w:t>vn -0.9010 0.0620 0.4294</w:t>
        <w:br/>
        <w:t>vn -0.8388 0.3079 0.4489</w:t>
        <w:br/>
        <w:t>vn -0.8000 0.4545 0.3918</w:t>
        <w:br/>
        <w:t>vn -0.6070 0.6584 0.4450</w:t>
        <w:br/>
        <w:t>vn 0.2046 0.9502 0.2351</w:t>
        <w:br/>
        <w:t>vn -0.5789 0.7700 0.2683</w:t>
        <w:br/>
        <w:t>vn -0.6653 0.6327 0.3963</w:t>
        <w:br/>
        <w:t>vn -0.4190 0.7564 0.5023</w:t>
        <w:br/>
        <w:t>vn -0.8503 -0.1879 0.4916</w:t>
        <w:br/>
        <w:t>vn -0.3214 0.9403 0.1121</w:t>
        <w:br/>
        <w:t>vn -0.5467 0.8323 -0.0915</w:t>
        <w:br/>
        <w:t>vn -0.0000 0.7375 0.6753</w:t>
        <w:br/>
        <w:t>vn -0.2307 0.8390 0.4927</w:t>
        <w:br/>
        <w:t>vn -0.1473 0.7190 0.6792</w:t>
        <w:br/>
        <w:t>vn -0.7827 0.3740 0.4975</w:t>
        <w:br/>
        <w:t>vn -0.1532 -0.8439 -0.5142</w:t>
        <w:br/>
        <w:t>vn 0.1970 -0.9720 -0.1283</w:t>
        <w:br/>
        <w:t>vn 0.2769 -0.8871 0.3692</w:t>
        <w:br/>
        <w:t>vn 0.4685 -0.5011 -0.7276</w:t>
        <w:br/>
        <w:t>vn 0.3338 -0.5421 -0.7712</w:t>
        <w:br/>
        <w:t>vn 0.6519 -0.3979 -0.6455</w:t>
        <w:br/>
        <w:t>vn -0.0000 -0.9601 0.2797</w:t>
        <w:br/>
        <w:t>vn 0.4067 -0.8297 0.3824</w:t>
        <w:br/>
        <w:t>vn -0.0002 -0.7260 -0.6877</w:t>
        <w:br/>
        <w:t>vn 0.9583 -0.2777 -0.0679</w:t>
        <w:br/>
        <w:t>vn 0.3746 -0.9125 -0.1643</w:t>
        <w:br/>
        <w:t>vn 0.3894 -0.8124 -0.4341</w:t>
        <w:br/>
        <w:t>vn 0.8854 -0.2914 -0.3622</w:t>
        <w:br/>
        <w:t>vn 0.7038 -0.3838 -0.5978</w:t>
        <w:br/>
        <w:t>vn 0.7789 -0.3396 0.5272</w:t>
        <w:br/>
        <w:t>vn 0.9744 -0.1916 -0.1180</w:t>
        <w:br/>
        <w:t>vn 0.7025 -0.0008 -0.7117</w:t>
        <w:br/>
        <w:t>vn 0.9800 0.1580 -0.1206</w:t>
        <w:br/>
        <w:t>vn 0.7558 -0.6118 -0.2333</w:t>
        <w:br/>
        <w:t>vn 0.7394 -0.3513 -0.5744</w:t>
        <w:br/>
        <w:t>vn 0.6511 -0.7576 -0.0460</w:t>
        <w:br/>
        <w:t>vn -0.2908 -0.9565 -0.0236</w:t>
        <w:br/>
        <w:t>vn 0.4585 0.4979 -0.7362</w:t>
        <w:br/>
        <w:t>vn 0.4644 0.7794 -0.4206</w:t>
        <w:br/>
        <w:t>vn 0.9800 -0.0752 -0.1842</w:t>
        <w:br/>
        <w:t>vn -0.9873 0.0111 0.1588</w:t>
        <w:br/>
        <w:t>vn 0.6121 0.0147 -0.7906</w:t>
        <w:br/>
        <w:t>vn 0.9756 0.0046 -0.2196</w:t>
        <w:br/>
        <w:t>vn -0.2419 -0.8128 -0.5300</w:t>
        <w:br/>
        <w:t>vn -0.0643 -0.7066 -0.7047</w:t>
        <w:br/>
        <w:t>vn -0.1130 -0.6976 -0.7075</w:t>
        <w:br/>
        <w:t>vn -0.1939 0.9745 -0.1129</w:t>
        <w:br/>
        <w:t>vn -0.4879 -0.8725 0.0272</w:t>
        <w:br/>
        <w:t>vn -0.7566 -0.6394 -0.1365</w:t>
        <w:br/>
        <w:t>vn -0.5295 -0.7628 0.3710</w:t>
        <w:br/>
        <w:t>vn -0.4073 -0.8333 0.3738</w:t>
        <w:br/>
        <w:t>vn -0.1080 -0.9039 0.4139</w:t>
        <w:br/>
        <w:t>vn -0.3106 -0.9505 -0.0124</w:t>
        <w:br/>
        <w:t>vn -0.8381 -0.1000 -0.5364</w:t>
        <w:br/>
        <w:t>vn -0.8011 -0.0812 -0.5930</w:t>
        <w:br/>
        <w:t>vn -0.9453 -0.3227 -0.0476</w:t>
        <w:br/>
        <w:t>vn -0.9744 -0.1916 -0.1179</w:t>
        <w:br/>
        <w:t>vn -0.8521 -0.5120 0.1086</w:t>
        <w:br/>
        <w:t>vn -0.7629 -0.3308 -0.5555</w:t>
        <w:br/>
        <w:t>vn -0.6842 -0.5601 -0.4671</w:t>
        <w:br/>
        <w:t>vn -0.6910 -0.7102 -0.1348</w:t>
        <w:br/>
        <w:t>vn -0.7109 -0.5372 -0.4539</w:t>
        <w:br/>
        <w:t>vn -0.4835 -0.6210 -0.6170</w:t>
        <w:br/>
        <w:t>vn -0.1969 -0.9720 -0.1283</w:t>
        <w:br/>
        <w:t>vn -0.2477 -0.7945 -0.5544</w:t>
        <w:br/>
        <w:t>vn -0.3107 -0.9504 -0.0124</w:t>
        <w:br/>
        <w:t>vn -0.2418 -0.8128 -0.5300</w:t>
        <w:br/>
        <w:t>vn -0.0000 -0.9844 0.1761</w:t>
        <w:br/>
        <w:t>vn -0.3532 -0.5455 -0.7600</w:t>
        <w:br/>
        <w:t>vn -0.9263 0.2977 0.2309</w:t>
        <w:br/>
        <w:t>vn -0.6333 -0.5838 -0.5080</w:t>
        <w:br/>
        <w:t>vn -0.2574 -0.8097 -0.5273</w:t>
        <w:br/>
        <w:t>vn 0.9433 -0.1332 0.3042</w:t>
        <w:br/>
        <w:t>vn 0.7989 -0.5738 0.1802</w:t>
        <w:br/>
        <w:t>vn -0.6147 -0.4072 -0.6756</w:t>
        <w:br/>
        <w:t>vn -0.7019 -0.3070 -0.6427</w:t>
        <w:br/>
        <w:t>vn -0.5383 0.7758 0.3290</w:t>
        <w:br/>
        <w:t>vn -0.7109 -0.5372 -0.4540</w:t>
        <w:br/>
        <w:t>vn -0.7005 -0.6014 -0.3842</w:t>
        <w:br/>
        <w:t>vn -0.7149 -0.0517 -0.6973</w:t>
        <w:br/>
        <w:t>vn -0.6751 -0.0410 -0.7366</w:t>
        <w:br/>
        <w:t>vn -0.5946 -0.3741 0.7117</w:t>
        <w:br/>
        <w:t>vn -0.4636 -0.5431 0.7001</w:t>
        <w:br/>
        <w:t>vn -0.9847 0.0043 -0.1745</w:t>
        <w:br/>
        <w:t>vn 0.3765 -0.8997 0.2211</w:t>
        <w:br/>
        <w:t>vn 0.0065 0.9339 0.3576</w:t>
        <w:br/>
        <w:t>vn -0.8229 -0.1204 -0.5553</w:t>
        <w:br/>
        <w:t>vn -0.8381 -0.1000 -0.5363</w:t>
        <w:br/>
        <w:t>vn -0.8283 0.1315 -0.5446</w:t>
        <w:br/>
        <w:t>vn -0.3087 -0.0523 -0.9497</w:t>
        <w:br/>
        <w:t>vn -0.6121 0.0148 -0.7906</w:t>
        <w:br/>
        <w:t>vn -0.6813 -0.1349 -0.7194</w:t>
        <w:br/>
        <w:t>vn -0.2739 0.7552 -0.5955</w:t>
        <w:br/>
        <w:t>vn -0.4643 0.7794 -0.4206</w:t>
        <w:br/>
        <w:t>vn -0.2438 0.9429 -0.2271</w:t>
        <w:br/>
        <w:t>vn -0.9029 0.4032 -0.1491</w:t>
        <w:br/>
        <w:t>vn -0.2282 -0.9648 -0.1307</w:t>
        <w:br/>
        <w:t>vn -0.3106 -0.9504 -0.0124</w:t>
        <w:br/>
        <w:t>vn 0.9725 0.0480 -0.2278</w:t>
        <w:br/>
        <w:t>vn -0.6789 -0.5271 0.5111</w:t>
        <w:br/>
        <w:t>vn -0.5480 -0.6908 0.4718</w:t>
        <w:br/>
        <w:t>vn -0.4303 0.8884 -0.1601</w:t>
        <w:br/>
        <w:t>vn -0.7404 -0.6410 -0.2023</w:t>
        <w:br/>
        <w:t>vn -0.7567 -0.6394 -0.1365</w:t>
        <w:br/>
        <w:t>vn 0.8697 -0.3856 -0.3082</w:t>
        <w:br/>
        <w:t>vn 0.4721 -0.7969 -0.3771</w:t>
        <w:br/>
        <w:t>vn -0.9405 -0.2277 -0.2520</w:t>
        <w:br/>
        <w:t>vn -0.4585 0.4979 -0.7362</w:t>
        <w:br/>
        <w:t>vn -0.2569 0.4378 -0.8616</w:t>
        <w:br/>
        <w:t>vn -0.5745 -0.4372 -0.6920</w:t>
        <w:br/>
        <w:t>vn -0.7108 -0.5372 -0.4540</w:t>
        <w:br/>
        <w:t>vn -0.6642 -0.2100 -0.7175</w:t>
        <w:br/>
        <w:t>vn -0.8380 -0.1000 -0.5364</w:t>
        <w:br/>
        <w:t>vn 0.0903 0.7263 0.6815</w:t>
        <w:br/>
        <w:t>vn 0.2488 0.8380 0.4856</w:t>
        <w:br/>
        <w:t>vn 0.1549 0.7241 0.6721</w:t>
        <w:br/>
        <w:t>vn 0.2184 -0.9751 0.0387</w:t>
        <w:br/>
        <w:t>vn 0.8648 0.4998 -0.0470</w:t>
        <w:br/>
        <w:t>vn 0.7729 0.5234 -0.3587</w:t>
        <w:br/>
        <w:t>vn 0.8755 0.3032 -0.3763</w:t>
        <w:br/>
        <w:t>vn 0.9630 0.2019 0.1788</w:t>
        <w:br/>
        <w:t>vn 0.6230 0.7458 -0.2359</w:t>
        <w:br/>
        <w:t>vn 0.7504 0.6309 0.1971</w:t>
        <w:br/>
        <w:t>vn 0.4993 0.8662 0.0180</w:t>
        <w:br/>
        <w:t>vn 0.4580 0.8579 -0.2330</w:t>
        <w:br/>
        <w:t>vn -0.0000 0.9906 -0.1364</w:t>
        <w:br/>
        <w:t>vn 0.1688 0.9479 -0.2700</w:t>
        <w:br/>
        <w:t>vn 0.9348 0.2375 0.2643</w:t>
        <w:br/>
        <w:t>vn 0.8687 0.2239 0.4419</w:t>
        <w:br/>
        <w:t>vn 0.8865 0.1241 0.4457</w:t>
        <w:br/>
        <w:t>vn 0.9630 0.2019 0.1787</w:t>
        <w:br/>
        <w:t>vn 0.7758 0.3611 0.5174</w:t>
        <w:br/>
        <w:t>vn 0.8649 0.4998 -0.0470</w:t>
        <w:br/>
        <w:t>vn 0.6652 0.6328 0.3963</w:t>
        <w:br/>
        <w:t>vn 0.6993 0.6848 0.2049</w:t>
        <w:br/>
        <w:t>vn 0.7214 0.5714 0.3914</w:t>
        <w:br/>
        <w:t>vn 0.4906 0.6479 0.5827</w:t>
        <w:br/>
        <w:t>vn 0.2307 0.8391 0.4927</w:t>
        <w:br/>
        <w:t>vn 0.2013 0.9598 0.1959</w:t>
        <w:br/>
        <w:t>vn 0.2488 0.8380 0.4857</w:t>
        <w:br/>
        <w:t>vn 0.3215 0.9403 0.1121</w:t>
        <w:br/>
        <w:t>vn 0.2901 0.6293 0.7209</w:t>
        <w:br/>
        <w:t>vn 0.4781 0.5131 0.7129</w:t>
        <w:br/>
        <w:t>vn 0.9005 -0.3474 -0.2616</w:t>
        <w:br/>
        <w:t>vn 0.2842 0.8377 0.4663</w:t>
        <w:br/>
        <w:t>vn -0.0391 0.8859 0.4622</w:t>
        <w:br/>
        <w:t>vn -0.9493 0.0367 -0.3122</w:t>
        <w:br/>
        <w:t>vn -0.8300 0.5292 -0.1761</w:t>
        <w:br/>
        <w:t>vn 0.6828 0.4480 0.5772</w:t>
        <w:br/>
        <w:t>vn 0.7131 0.4181 0.5627</w:t>
        <w:br/>
        <w:t>vn 0.5704 -0.7626 -0.3051</w:t>
        <w:br/>
        <w:t>vn 0.7062 0.6445 0.2930</w:t>
        <w:br/>
        <w:t>vn 0.7906 0.6115 -0.0328</w:t>
        <w:br/>
        <w:t>vn 0.9772 -0.1628 0.1365</w:t>
        <w:br/>
        <w:t>vn 0.9996 -0.0197 0.0225</w:t>
        <w:br/>
        <w:t>vn 0.9264 0.1034 0.3619</w:t>
        <w:br/>
        <w:t>vn 0.9747 0.2096 -0.0775</w:t>
        <w:br/>
        <w:t>vn 0.9873 0.0110 0.1588</w:t>
        <w:br/>
        <w:t>vn 0.9348 0.2374 0.2643</w:t>
        <w:br/>
        <w:t>vn 0.9442 -0.1035 0.3126</w:t>
        <w:br/>
        <w:t>vn 0.9264 0.1034 0.3620</w:t>
        <w:br/>
        <w:t>vn -0.5808 0.7772 -0.2422</w:t>
        <w:br/>
        <w:t>vn -0.0642 -0.9539 -0.2932</w:t>
        <w:br/>
        <w:t>vn 0.8824 0.1833 0.4333</w:t>
        <w:br/>
        <w:t>vn 0.9455 -0.3149 0.0827</w:t>
        <w:br/>
        <w:t>vn 0.7877 0.1153 0.6051</w:t>
        <w:br/>
        <w:t>vn 0.7453 0.3675 0.5563</w:t>
        <w:br/>
        <w:t>vn 0.3512 -0.7100 0.6104</w:t>
        <w:br/>
        <w:t>vn 0.1861 -0.7779 0.6002</w:t>
        <w:br/>
        <w:t>vn 0.3717 -0.7779 0.5067</w:t>
        <w:br/>
        <w:t>vn 0.2013 0.9597 0.1959</w:t>
        <w:br/>
        <w:t>vn 0.2748 0.9358 -0.2209</w:t>
        <w:br/>
        <w:t>vn 0.9339 -0.2438 0.2616</w:t>
        <w:br/>
        <w:t>vn 0.2220 0.9231 0.3140</w:t>
        <w:br/>
        <w:t>vn -0.9684 0.0502 0.2445</w:t>
        <w:br/>
        <w:t>vn 0.6245 0.7125 -0.3199</w:t>
        <w:br/>
        <w:t>vn 0.5223 -0.8436 0.1242</w:t>
        <w:br/>
        <w:t>vn 0.7339 0.5978 0.3226</w:t>
        <w:br/>
        <w:t>vn -0.8712 0.4076 0.2737</w:t>
        <w:br/>
        <w:t>vn -0.4727 0.8056 0.3571</w:t>
        <w:br/>
        <w:t>vn 0.9073 0.1891 0.3756</w:t>
        <w:br/>
        <w:t>vn 0.7734 0.0744 0.6295</w:t>
        <w:br/>
        <w:t>vn 0.3511 -0.5958 0.7224</w:t>
        <w:br/>
        <w:t>vn 0.7474 -0.5165 0.4179</w:t>
        <w:br/>
        <w:t>vn 0.6360 0.4482 0.6282</w:t>
        <w:br/>
        <w:t>vn 0.7400 0.1871 0.6461</w:t>
        <w:br/>
        <w:t>vn 0.0949 0.7087 -0.6992</w:t>
        <w:br/>
        <w:t>vn 0.0116 0.7918 -0.6107</w:t>
        <w:br/>
        <w:t>vn 0.0949 0.7087 -0.6991</w:t>
        <w:br/>
        <w:t>vn 0.7734 0.0744 0.6296</w:t>
        <w:br/>
        <w:t>vn 0.5062 0.1602 0.8474</w:t>
        <w:br/>
        <w:t>vn 0.1084 0.0186 0.9939</w:t>
        <w:br/>
        <w:t>vn 0.6147 0.1535 0.7737</w:t>
        <w:br/>
        <w:t>vn 0.6146 0.1535 0.7737</w:t>
        <w:br/>
        <w:t>vn 0.3300 0.3220 0.8874</w:t>
        <w:br/>
        <w:t>vn 0.2915 0.4628 0.8372</w:t>
        <w:br/>
        <w:t>vn -0.0328 0.4852 0.8738</w:t>
        <w:br/>
        <w:t>vn -0.0266 0.5397 0.8414</w:t>
        <w:br/>
        <w:t>vn -0.0267 0.5397 0.8414</w:t>
        <w:br/>
        <w:t>vn 0.2563 0.6091 -0.7505</w:t>
        <w:br/>
        <w:t>vn 0.0767 0.6412 -0.7635</w:t>
        <w:br/>
        <w:t>vn 0.0768 0.6412 -0.7635</w:t>
        <w:br/>
        <w:t>vn -0.0069 0.6161 -0.7876</w:t>
        <w:br/>
        <w:t>vn -0.0069 0.6161 -0.7877</w:t>
        <w:br/>
        <w:t>vn 0.3484 0.6080 -0.7134</w:t>
        <w:br/>
        <w:t>vn 0.0840 0.3278 -0.9410</w:t>
        <w:br/>
        <w:t>vn 0.2826 0.7277 -0.6250</w:t>
        <w:br/>
        <w:t>vn 0.7906 0.6115 -0.0329</w:t>
        <w:br/>
        <w:t>vn 0.5777 0.4887 -0.6538</w:t>
        <w:br/>
        <w:t>vn 0.5905 0.3034 -0.7479</w:t>
        <w:br/>
        <w:t>vn 0.5181 0.4335 -0.7374</w:t>
        <w:br/>
        <w:t>vn 0.5181 0.4334 -0.7374</w:t>
        <w:br/>
        <w:t>vn 0.2735 0.5946 -0.7561</w:t>
        <w:br/>
        <w:t>vn 0.1852 0.6226 -0.7603</w:t>
        <w:br/>
        <w:t>vn 0.4053 0.6249 -0.6673</w:t>
        <w:br/>
        <w:t>vn 0.1614 0.2751 -0.9478</w:t>
        <w:br/>
        <w:t>vn 0.5905 0.3034 -0.7478</w:t>
        <w:br/>
        <w:t>vn 0.0963 0.3088 -0.9462</w:t>
        <w:br/>
        <w:t>vn 0.3019 -0.4946 -0.8150</w:t>
        <w:br/>
        <w:t>vn 0.6253 -0.0337 -0.7797</w:t>
        <w:br/>
        <w:t>vn 0.1859 -0.7779 0.6002</w:t>
        <w:br/>
        <w:t>vn 0.0298 -0.5975 0.8013</w:t>
        <w:br/>
        <w:t>vn -0.4635 -0.5431 0.7001</w:t>
        <w:br/>
        <w:t>vn -0.5947 -0.3741 0.7116</w:t>
        <w:br/>
        <w:t>vn 0.5075 0.2674 -0.8191</w:t>
        <w:br/>
        <w:t>vn 0.6485 0.1753 -0.7407</w:t>
        <w:br/>
        <w:t>vn 0.6140 0.2218 -0.7575</w:t>
        <w:br/>
        <w:t>vn 0.7638 0.2124 -0.6096</w:t>
        <w:br/>
        <w:t>vn 0.7637 0.2124 -0.6096</w:t>
        <w:br/>
        <w:t>vn 0.4707 0.2729 -0.8390</w:t>
        <w:br/>
        <w:t>vn -0.0777 -0.2658 -0.9609</w:t>
        <w:br/>
        <w:t>vn -0.0041 -0.0829 -0.9966</w:t>
        <w:br/>
        <w:t>vn -0.2816 -0.9451 -0.1658</w:t>
        <w:br/>
        <w:t>vn -0.1812 -0.9827 -0.0392</w:t>
        <w:br/>
        <w:t>vn -0.1811 -0.9827 -0.0392</w:t>
        <w:br/>
        <w:t>vn -0.0383 -0.5994 -0.7995</w:t>
        <w:br/>
        <w:t>vn -0.3574 -0.3188 -0.8779</w:t>
        <w:br/>
        <w:t>vn -0.7975 -0.1725 0.5781</w:t>
        <w:br/>
        <w:t>vn -0.4943 -0.0485 0.8679</w:t>
        <w:br/>
        <w:t>vn 0.4397 0.3492 0.8275</w:t>
        <w:br/>
        <w:t>vn -0.1235 0.1248 0.9845</w:t>
        <w:br/>
        <w:t>vn -0.1235 0.1247 0.9845</w:t>
        <w:br/>
        <w:t>vn 0.3400 0.0071 0.9404</w:t>
        <w:br/>
        <w:t>vn -0.0176 -0.3272 0.9448</w:t>
        <w:br/>
        <w:t>vn 0.3399 0.0070 0.9404</w:t>
        <w:br/>
        <w:t>vn 0.6162 0.1633 0.7705</w:t>
        <w:br/>
        <w:t>vn 0.6819 0.5117 0.5226</w:t>
        <w:br/>
        <w:t>vn 0.3020 0.6113 0.7315</w:t>
        <w:br/>
        <w:t>vn 0.3530 -0.1158 0.9284</w:t>
        <w:br/>
        <w:t>vn 0.0159 -0.3221 0.9466</w:t>
        <w:br/>
        <w:t>vn 0.3062 -0.3913 0.8678</w:t>
        <w:br/>
        <w:t>vn 0.6767 -0.3907 0.6240</w:t>
        <w:br/>
        <w:t>vn 0.9443 -0.1035 0.3124</w:t>
        <w:br/>
        <w:t>vn -0.2542 -0.1767 0.9509</w:t>
        <w:br/>
        <w:t>vn 0.1085 0.0187 0.9939</w:t>
        <w:br/>
        <w:t>vn -0.1901 -0.2470 0.9502</w:t>
        <w:br/>
        <w:t>vn -0.7546 -0.6532 -0.0628</w:t>
        <w:br/>
        <w:t>vn -0.2817 -0.9451 -0.1658</w:t>
        <w:br/>
        <w:t>vn -0.2814 -0.9452 -0.1653</w:t>
        <w:br/>
        <w:t>vn -0.0000 0.7160 -0.6981</w:t>
        <w:br/>
        <w:t>vn 0.3986 0.4705 -0.7872</w:t>
        <w:br/>
        <w:t>vn -0.0727 -0.2948 0.9528</w:t>
        <w:br/>
        <w:t>vn 0.7142 0.2516 -0.6532</w:t>
        <w:br/>
        <w:t>vn 0.3309 -0.6716 0.6629</w:t>
        <w:br/>
        <w:t>vn 0.6204 -0.4124 0.6671</w:t>
        <w:br/>
        <w:t>vn 0.8163 -0.0908 0.5705</w:t>
        <w:br/>
        <w:t>vn 0.9265 0.1034 0.3619</w:t>
        <w:br/>
        <w:t>vn 0.8593 0.4288 0.2787</w:t>
        <w:br/>
        <w:t>vn 0.7214 0.5713 0.3914</w:t>
        <w:br/>
        <w:t>vn 0.4736 0.8183 0.3257</w:t>
        <w:br/>
        <w:t>vn 0.6821 0.5115 0.5226</w:t>
        <w:br/>
        <w:t>vn 0.9010 0.0620 0.4294</w:t>
        <w:br/>
        <w:t>vn 0.8388 0.3079 0.4489</w:t>
        <w:br/>
        <w:t>vn 0.7999 0.4545 0.3918</w:t>
        <w:br/>
        <w:t>vn 0.6070 0.6584 0.4450</w:t>
        <w:br/>
        <w:t>vn -0.2046 0.9502 0.2351</w:t>
        <w:br/>
        <w:t>vn 0.5789 0.7700 0.2683</w:t>
        <w:br/>
        <w:t>vn 0.6653 0.6328 0.3963</w:t>
        <w:br/>
        <w:t>vn 0.4190 0.7564 0.5023</w:t>
        <w:br/>
        <w:t>vn 0.8503 -0.1879 0.4916</w:t>
        <w:br/>
        <w:t>vn 0.3214 0.9403 0.1121</w:t>
        <w:br/>
        <w:t>vn 0.5467 0.8323 -0.0915</w:t>
        <w:br/>
        <w:t>vn 0.1473 0.7190 0.6792</w:t>
        <w:br/>
        <w:t>vn 0.7827 0.3740 0.4975</w:t>
        <w:br/>
        <w:t>vn 0.1532 -0.8439 -0.5142</w:t>
        <w:br/>
        <w:t>vn -0.1970 -0.9720 -0.1283</w:t>
        <w:br/>
        <w:t>vn -0.2769 -0.8871 0.3692</w:t>
        <w:br/>
        <w:t>vn -0.4685 -0.5011 -0.7276</w:t>
        <w:br/>
        <w:t>vn -0.3338 -0.5421 -0.7712</w:t>
        <w:br/>
        <w:t>vn -0.6519 -0.3979 -0.6455</w:t>
        <w:br/>
        <w:t>vn -0.4067 -0.8297 0.3824</w:t>
        <w:br/>
        <w:t>vn -0.0001 -0.7260 -0.6877</w:t>
        <w:br/>
        <w:t>vn -0.9583 -0.2777 -0.0679</w:t>
        <w:br/>
        <w:t>vn -0.3747 -0.9125 -0.1643</w:t>
        <w:br/>
        <w:t>vn -0.3894 -0.8124 -0.4341</w:t>
        <w:br/>
        <w:t>vn -0.8854 -0.2914 -0.3622</w:t>
        <w:br/>
        <w:t>vn -0.7037 -0.3838 -0.5979</w:t>
        <w:br/>
        <w:t>vn -0.7789 -0.3396 0.5272</w:t>
        <w:br/>
        <w:t>vn -0.7024 -0.0008 -0.7117</w:t>
        <w:br/>
        <w:t>vn -0.9800 0.1580 -0.1206</w:t>
        <w:br/>
        <w:t>vn -0.7558 -0.6118 -0.2333</w:t>
        <w:br/>
        <w:t>vn -0.7394 -0.3513 -0.5744</w:t>
        <w:br/>
        <w:t>vn -0.6511 -0.7576 -0.0460</w:t>
        <w:br/>
        <w:t>vn 0.2908 -0.9565 -0.0236</w:t>
        <w:br/>
        <w:t>vn -0.4585 0.4979 -0.7361</w:t>
        <w:br/>
        <w:t>vn -0.9847 0.0043 -0.1744</w:t>
        <w:br/>
        <w:t>vn -0.9800 -0.0752 -0.1842</w:t>
        <w:br/>
        <w:t>vn 0.7473 -0.5166 0.4179</w:t>
        <w:br/>
        <w:t>vn 0.9872 0.0110 0.1588</w:t>
        <w:br/>
        <w:t>vn -0.6121 0.0147 -0.7906</w:t>
        <w:br/>
        <w:t>vn -0.9756 0.0046 -0.2196</w:t>
        <w:br/>
        <w:t>vn 0.1154 -0.6783 0.7256</w:t>
        <w:br/>
        <w:t>vn 0.2307 -0.6504 0.7237</w:t>
        <w:br/>
        <w:t>vn 0.1155 -0.6783 0.7256</w:t>
        <w:br/>
        <w:t>vn 0.6623 -0.2517 0.7057</w:t>
        <w:br/>
        <w:t>vn 0.6610 -0.2595 0.7041</w:t>
        <w:br/>
        <w:t>vn 0.5539 -0.2799 0.7841</w:t>
        <w:br/>
        <w:t>vn 0.5420 -0.2718 0.7952</w:t>
        <w:br/>
        <w:t>vn 0.4828 -0.2869 0.8274</w:t>
        <w:br/>
        <w:t>vn 0.5527 -0.4116 0.7246</w:t>
        <w:br/>
        <w:t>vn 0.5821 -0.3585 0.7298</w:t>
        <w:br/>
        <w:t>vn 0.5149 -0.4723 0.7154</w:t>
        <w:br/>
        <w:t>vn 0.6350 -0.2789 0.7204</w:t>
        <w:br/>
        <w:t>vn 0.3668 -0.5891 0.7200</w:t>
        <w:br/>
        <w:t>vn 0.3667 -0.5891 0.7200</w:t>
        <w:br/>
        <w:t>vn 0.4629 -0.5274 0.7124</w:t>
        <w:br/>
        <w:t>vn 0.0710 -0.6833 0.7267</w:t>
        <w:br/>
        <w:t>vn 0.0711 -0.6832 0.7267</w:t>
        <w:br/>
        <w:t>vn 0.6888 -0.2691 0.6731</w:t>
        <w:br/>
        <w:t>vn 0.7772 -0.2555 0.5751</w:t>
        <w:br/>
        <w:t>vn 0.8001 -0.2519 0.5445</w:t>
        <w:br/>
        <w:t>vn 0.5999 -0.2862 0.7471</w:t>
        <w:br/>
        <w:t>vn 0.5955 -0.3165 0.7384</w:t>
        <w:br/>
        <w:t>vn 0.5955 -0.3166 0.7384</w:t>
        <w:br/>
        <w:t>vn 0.6346 -0.2849 0.7184</w:t>
        <w:br/>
        <w:t>vn -0.1154 0.6782 -0.7258</w:t>
        <w:br/>
        <w:t>vn -0.2307 0.6504 -0.7237</w:t>
        <w:br/>
        <w:t>vn -0.5541 0.2799 -0.7840</w:t>
        <w:br/>
        <w:t>vn -0.6615 0.2594 -0.7037</w:t>
        <w:br/>
        <w:t>vn -0.6630 0.2514 -0.7052</w:t>
        <w:br/>
        <w:t>vn -0.5419 0.2717 -0.7953</w:t>
        <w:br/>
        <w:t>vn -0.4832 0.2869 -0.8272</w:t>
        <w:br/>
        <w:t>vn -0.5821 0.3586 -0.7298</w:t>
        <w:br/>
        <w:t>vn -0.5527 0.4117 -0.7246</w:t>
        <w:br/>
        <w:t>vn -0.5149 0.4724 -0.7154</w:t>
        <w:br/>
        <w:t>vn -0.6350 0.2789 -0.7204</w:t>
        <w:br/>
        <w:t>vn -0.3670 0.5887 -0.7202</w:t>
        <w:br/>
        <w:t>vn -0.4631 0.5270 -0.7126</w:t>
        <w:br/>
        <w:t>vn -0.0710 0.6831 -0.7269</w:t>
        <w:br/>
        <w:t>vn -0.0711 0.6830 -0.7269</w:t>
        <w:br/>
        <w:t>vn -0.6885 0.2690 -0.6735</w:t>
        <w:br/>
        <w:t>vn -0.7986 0.2520 -0.5465</w:t>
        <w:br/>
        <w:t>vn -0.7761 0.2557 -0.5764</w:t>
        <w:br/>
        <w:t>vn -0.6002 0.2863 -0.7469</w:t>
        <w:br/>
        <w:t>vn -0.6345 0.2850 -0.7185</w:t>
        <w:br/>
        <w:t>vn -0.5955 0.3165 -0.7384</w:t>
        <w:br/>
        <w:t>vn -0.6960 -0.0352 0.7172</w:t>
        <w:br/>
        <w:t>vn -0.6143 -0.0586 0.7869</w:t>
        <w:br/>
        <w:t>vn -0.5765 -0.0674 0.8143</w:t>
        <w:br/>
        <w:t>vn 0.3816 -0.5957 -0.7067</w:t>
        <w:br/>
        <w:t>vn 0.4757 -0.5742 -0.6663</w:t>
        <w:br/>
        <w:t>vn 0.3817 -0.5957 -0.7067</w:t>
        <w:br/>
        <w:t>vn 0.6047 -0.5357 -0.5894</w:t>
        <w:br/>
        <w:t>vn 0.5935 -0.5524 -0.5854</w:t>
        <w:br/>
        <w:t>vn 0.6900 -0.2336 -0.6850</w:t>
        <w:br/>
        <w:t>vn 0.7437 0.1451 -0.6526</w:t>
        <w:br/>
        <w:t>vn 0.7614 0.1238 -0.6363</w:t>
        <w:br/>
        <w:t>vn 0.7614 0.1236 -0.6364</w:t>
        <w:br/>
        <w:t>vn 0.7766 0.0819 -0.6246</w:t>
        <w:br/>
        <w:t>vn 0.7823 0.0474 -0.6212</w:t>
        <w:br/>
        <w:t>vn 0.7822 0.0474 -0.6212</w:t>
        <w:br/>
        <w:t>vn 0.7882 0.0238 -0.6150</w:t>
        <w:br/>
        <w:t>vn 0.7881 0.0239 -0.6151</w:t>
        <w:br/>
        <w:t>vn 0.7986 0.0009 -0.6019</w:t>
        <w:br/>
        <w:t>vn 0.8182 -0.0402 -0.5736</w:t>
        <w:br/>
        <w:t>vn 0.8566 -0.0898 -0.5082</w:t>
        <w:br/>
        <w:t>vn 0.8566 -0.0898 -0.5081</w:t>
        <w:br/>
        <w:t>vn 0.8929 -0.1469 -0.4257</w:t>
        <w:br/>
        <w:t>vn 0.8928 -0.1469 -0.4257</w:t>
        <w:br/>
        <w:t>vn 0.9103 -0.2047 -0.3598</w:t>
        <w:br/>
        <w:t>vn 0.9161 -0.2262 -0.3311</w:t>
        <w:br/>
        <w:t>vn -0.8438 0.3053 0.4413</w:t>
        <w:br/>
        <w:t>vn -0.8473 0.3279 0.4179</w:t>
        <w:br/>
        <w:t>vn -0.8384 0.2385 0.4901</w:t>
        <w:br/>
        <w:t>vn -0.8200 0.1613 0.5492</w:t>
        <w:br/>
        <w:t>vn -0.8199 0.1613 0.5493</w:t>
        <w:br/>
        <w:t>vn -0.7955 0.0942 0.5986</w:t>
        <w:br/>
        <w:t>vn -0.7823 0.0500 0.6208</w:t>
        <w:br/>
        <w:t>vn -0.7757 0.0258 0.6306</w:t>
        <w:br/>
        <w:t>vn -0.7756 0.0258 0.6307</w:t>
        <w:br/>
        <w:t>vn -0.7726 0.0033 0.6349</w:t>
        <w:br/>
        <w:t>vn -0.7726 0.0034 0.6349</w:t>
        <w:br/>
        <w:t>vn -0.7552 -0.0129 0.6553</w:t>
        <w:br/>
        <w:t>vn 0.1437 -0.4295 -0.8915</w:t>
        <w:br/>
        <w:t>vn 0.1437 -0.4296 -0.8915</w:t>
        <w:br/>
        <w:t>vn 0.1437 -0.4294 -0.8916</w:t>
        <w:br/>
        <w:t>vn 0.1437 -0.4295 -0.8916</w:t>
        <w:br/>
        <w:t>vn 0.1436 -0.4295 -0.8916</w:t>
        <w:br/>
        <w:t>vn 0.1434 -0.4295 -0.8916</w:t>
        <w:br/>
        <w:t>vn 0.1436 -0.4296 -0.8915</w:t>
        <w:br/>
        <w:t>vn 0.1438 -0.4296 -0.8915</w:t>
        <w:br/>
        <w:t>vn 0.1439 -0.4296 -0.8915</w:t>
        <w:br/>
        <w:t>vn 0.1439 -0.4297 -0.8915</w:t>
        <w:br/>
        <w:t>vn 0.8330 -0.1802 0.5231</w:t>
        <w:br/>
        <w:t>vn 0.8269 -0.3670 0.4261</w:t>
        <w:br/>
        <w:t>vn 0.5414 -0.6620 0.5184</w:t>
        <w:br/>
        <w:t>vn 0.5880 -0.3665 0.7211</w:t>
        <w:br/>
        <w:t>vn 0.6340 0.1712 0.7541</w:t>
        <w:br/>
        <w:t>vn 0.7803 0.0967 0.6179</w:t>
        <w:br/>
        <w:t>vn -0.7044 0.1319 0.6975</w:t>
        <w:br/>
        <w:t>vn -0.8243 0.0332 0.5652</w:t>
        <w:br/>
        <w:t>vn -0.8084 0.0843 0.5825</w:t>
        <w:br/>
        <w:t>vn -0.5448 0.1085 0.8315</w:t>
        <w:br/>
        <w:t>vn 0.4481 0.1900 0.8735</w:t>
        <w:br/>
        <w:t>vn 0.7495 0.1856 0.6355</w:t>
        <w:br/>
        <w:t>vn 0.9968 0.0805 0.0040</w:t>
        <w:br/>
        <w:t>vn 0.9916 0.1292 0.0031</w:t>
        <w:br/>
        <w:t>vn 0.7357 0.0785 -0.6727</w:t>
        <w:br/>
        <w:t>vn 0.7421 0.0558 -0.6680</w:t>
        <w:br/>
        <w:t>vn -0.1907 -0.9599 0.2055</w:t>
        <w:br/>
        <w:t>vn -0.2978 -0.9532 -0.0527</w:t>
        <w:br/>
        <w:t>vn -0.8372 -0.2229 -0.4995</w:t>
        <w:br/>
        <w:t>vn -0.6327 -0.1954 -0.7494</w:t>
        <w:br/>
        <w:t>vn -0.5339 -0.4038 -0.7429</w:t>
        <w:br/>
        <w:t>vn -0.6754 -0.5256 -0.5173</w:t>
        <w:br/>
        <w:t>vn -0.4015 -0.8077 -0.4317</w:t>
        <w:br/>
        <w:t>vn -0.4029 -0.6330 -0.6610</w:t>
        <w:br/>
        <w:t>vn -0.8285 -0.2917 -0.4780</w:t>
        <w:br/>
        <w:t>vn -0.6392 -0.2465 -0.7285</w:t>
        <w:br/>
        <w:t>vn -0.9994 0.0110 -0.0333</w:t>
        <w:br/>
        <w:t>vn -0.9984 0.0489 -0.0285</w:t>
        <w:br/>
        <w:t>vn -0.7407 0.0160 -0.6716</w:t>
        <w:br/>
        <w:t>vn -0.7427 0.0465 -0.6681</w:t>
        <w:br/>
        <w:t>vn -0.9096 -0.4077 -0.0805</w:t>
        <w:br/>
        <w:t>vn -0.6887 -0.3513 -0.6342</w:t>
        <w:br/>
        <w:t>vn -0.6157 -0.0185 0.7878</w:t>
        <w:br/>
        <w:t>vn -0.8344 -0.3390 0.4345</w:t>
        <w:br/>
        <w:t>vn -0.3359 -0.9254 0.1754</w:t>
        <w:br/>
        <w:t>vn -0.1801 -0.9830 0.0347</w:t>
        <w:br/>
        <w:t>vn -0.3359 -0.9255 0.1753</w:t>
        <w:br/>
        <w:t>vn 0.5516 -0.4616 -0.6947</w:t>
        <w:br/>
        <w:t>vn 0.6790 -0.5527 -0.4832</w:t>
        <w:br/>
        <w:t>vn 0.3669 -0.7230 -0.5854</w:t>
        <w:br/>
        <w:t>vn 0.6872 -0.1951 -0.6998</w:t>
        <w:br/>
        <w:t>vn 0.9071 -0.1928 -0.3741</w:t>
        <w:br/>
        <w:t>vn -0.9898 -0.1136 0.0856</w:t>
        <w:br/>
        <w:t>vn -0.7203 -0.0429 0.6923</w:t>
        <w:br/>
        <w:t>vn -0.6884 -0.1628 0.7068</w:t>
        <w:br/>
        <w:t>vn -0.9695 -0.2211 0.1058</w:t>
        <w:br/>
        <w:t>vn -0.0309 -0.0072 0.9995</w:t>
        <w:br/>
        <w:t>vn -0.0355 -0.1253 0.9915</w:t>
        <w:br/>
        <w:t>vn 0.6618 -0.1794 0.7279</w:t>
        <w:br/>
        <w:t>vn 0.6041 -0.3261 0.7271</w:t>
        <w:br/>
        <w:t>vn -0.0396 -0.2386 0.9703</w:t>
        <w:br/>
        <w:t>vn -0.6462 -0.2793 0.7103</w:t>
        <w:br/>
        <w:t>vn 0.0106 -0.9153 0.4025</w:t>
        <w:br/>
        <w:t>vn 0.3069 -0.9005 0.3081</w:t>
        <w:br/>
        <w:t>vn 0.3068 -0.9005 0.3081</w:t>
        <w:br/>
        <w:t>vn 0.0106 -0.9153 0.4026</w:t>
        <w:br/>
        <w:t>vn 0.7033 -0.0266 0.7104</w:t>
        <w:br/>
        <w:t>vn -0.3741 -0.3371 -0.8639</w:t>
        <w:br/>
        <w:t>vn -0.5643 -0.6373 -0.5248</w:t>
        <w:br/>
        <w:t>vn -0.2979 -0.6430 -0.7056</w:t>
        <w:br/>
        <w:t>vn 0.7001 0.3583 -0.6176</w:t>
        <w:br/>
        <w:t>vn 0.7340 0.1999 -0.6491</w:t>
        <w:br/>
        <w:t>vn 0.3992 0.1722 -0.9005</w:t>
        <w:br/>
        <w:t>vn 0.3968 0.3036 -0.8662</w:t>
        <w:br/>
        <w:t>vn -0.0097 0.0377 -0.9992</w:t>
        <w:br/>
        <w:t>vn 0.9646 -0.2477 0.0906</w:t>
        <w:br/>
        <w:t>vn 0.8790 -0.3395 -0.3348</w:t>
        <w:br/>
        <w:t>vn 0.9035 -0.4158 0.1038</w:t>
        <w:br/>
        <w:t>vn 0.9957 -0.0891 0.0240</w:t>
        <w:br/>
        <w:t>vn 0.1040 -0.9942 0.0283</w:t>
        <w:br/>
        <w:t>vn 0.4163 -0.9092 -0.0007</w:t>
        <w:br/>
        <w:t>vn -0.7722 -0.5656 -0.2896</w:t>
        <w:br/>
        <w:t>vn -0.0141 0.0492 -0.9987</w:t>
        <w:br/>
        <w:t>vn 0.9941 0.1082 -0.0011</w:t>
        <w:br/>
        <w:t>vn 0.6989 -0.2422 -0.6729</w:t>
        <w:br/>
        <w:t>vn -0.9371 -0.3260 0.1248</w:t>
        <w:br/>
        <w:t>vn 0.9827 0.1849 -0.0071</w:t>
        <w:br/>
        <w:t>vn -0.3945 0.8674 -0.3034</w:t>
        <w:br/>
        <w:t>vn -0.2693 0.9571 -0.1069</w:t>
        <w:br/>
        <w:t>vn -0.7586 0.4700 -0.4512</w:t>
        <w:br/>
        <w:t>vn -0.5475 0.5256 -0.6512</w:t>
        <w:br/>
        <w:t>vn -0.7858 -0.0762 -0.6138</w:t>
        <w:br/>
        <w:t>vn -0.5148 -0.0720 -0.8543</w:t>
        <w:br/>
        <w:t>vn 0.5883 -0.0266 -0.8082</w:t>
        <w:br/>
        <w:t>vn 0.5602 -0.1064 -0.8215</w:t>
        <w:br/>
        <w:t>vn 0.8140 -0.0870 -0.5743</w:t>
        <w:br/>
        <w:t>vn 0.8288 -0.0059 -0.5596</w:t>
        <w:br/>
        <w:t>vn -0.7548 -0.1891 -0.6281</w:t>
        <w:br/>
        <w:t>vn -0.4636 -0.1893 -0.8656</w:t>
        <w:br/>
        <w:t>vn -0.9981 -0.0613 0.0013</w:t>
        <w:br/>
        <w:t>vn -0.7400 -0.0507 0.6707</w:t>
        <w:br/>
        <w:t>vn -0.7365 -0.0922 0.6701</w:t>
        <w:br/>
        <w:t>vn -0.9903 -0.1388 -0.0055</w:t>
        <w:br/>
        <w:t>vn 0.3783 0.9252 0.0288</w:t>
        <w:br/>
        <w:t>vn 0.2651 0.9251 -0.2720</w:t>
        <w:br/>
        <w:t>vn 0.8389 0.2134 0.5007</w:t>
        <w:br/>
        <w:t>vn 0.6645 0.5478 0.5082</w:t>
        <w:br/>
        <w:t>vn 0.4868 0.4725 0.7347</w:t>
        <w:br/>
        <w:t>vn 0.6314 0.1922 0.7512</w:t>
        <w:br/>
        <w:t>vn 0.2950 0.7457 0.5975</w:t>
        <w:br/>
        <w:t>vn 0.2949 0.7457 0.5975</w:t>
        <w:br/>
        <w:t>vn 0.6452 0.2460 0.7233</w:t>
        <w:br/>
        <w:t>vn 0.8312 0.2892 0.4749</w:t>
        <w:br/>
        <w:t>vn 0.9980 -0.0575 0.0262</w:t>
        <w:br/>
        <w:t>vn 0.9991 0.0138 0.0401</w:t>
        <w:br/>
        <w:t>vn 0.7442 -0.0590 0.6653</w:t>
        <w:br/>
        <w:t>vn 0.7383 -0.0069 0.6744</w:t>
        <w:br/>
        <w:t>vn 0.8275 0.5562 0.0766</w:t>
        <w:br/>
        <w:t>vn 0.7240 0.3740 0.5796</w:t>
        <w:br/>
        <w:t>vn 0.6121 0.0535 -0.7890</w:t>
        <w:br/>
        <w:t>vn 0.8377 0.0746 -0.5410</w:t>
        <w:br/>
        <w:t>vn 0.3498 0.9146 -0.2029</w:t>
        <w:br/>
        <w:t>vn 0.4043 0.9062 -0.1239</w:t>
        <w:br/>
        <w:t>vn 0.1274 0.9914 -0.0310</w:t>
        <w:br/>
        <w:t>vn -0.5197 0.4888 0.7007</w:t>
        <w:br/>
        <w:t>vn -0.3013 0.7687 0.5642</w:t>
        <w:br/>
        <w:t>vn -0.3012 0.7687 0.5642</w:t>
        <w:br/>
        <w:t>vn -0.6831 0.5487 0.4820</w:t>
        <w:br/>
        <w:t>vn -0.9095 0.1786 0.3754</w:t>
        <w:br/>
        <w:t>vn -0.6843 0.1907 0.7039</w:t>
        <w:br/>
        <w:t>vn 0.9712 0.2105 -0.1120</w:t>
        <w:br/>
        <w:t>vn 0.6850 0.1606 -0.7106</w:t>
        <w:br/>
        <w:t>vn 0.7132 0.0433 -0.6996</w:t>
        <w:br/>
        <w:t>vn 0.9907 0.0958 -0.0968</w:t>
        <w:br/>
        <w:t>vn 0.0348 0.1273 -0.9913</w:t>
        <w:br/>
        <w:t>vn 0.0306 0.0156 -0.9994</w:t>
        <w:br/>
        <w:t>vn 0.0387 0.2346 -0.9713</w:t>
        <w:br/>
        <w:t>vn -0.6057 0.3205 -0.7283</w:t>
        <w:br/>
        <w:t>vn -0.6587 0.1759 -0.7316</w:t>
        <w:br/>
        <w:t>vn 0.6470 0.2751 -0.7112</w:t>
        <w:br/>
        <w:t>vn -0.0021 0.8825 -0.4703</w:t>
        <w:br/>
        <w:t>vn -0.5901 0.5289 -0.6099</w:t>
        <w:br/>
        <w:t>vn -0.0747 0.9791 -0.1892</w:t>
        <w:br/>
        <w:t>vn -0.0274 0.4347 0.9001</w:t>
        <w:br/>
        <w:t>vn -0.0517 0.7775 0.6268</w:t>
        <w:br/>
        <w:t>vn 0.2199 0.8353 0.5039</w:t>
        <w:br/>
        <w:t>vn -0.6948 0.3488 0.6290</w:t>
        <w:br/>
        <w:t>vn -0.5642 0.6472 0.5127</w:t>
        <w:br/>
        <w:t>vn 0.0091 -0.0376 0.9992</w:t>
        <w:br/>
        <w:t>vn -0.9662 0.2395 -0.0948</w:t>
        <w:br/>
        <w:t>vn -0.8803 0.3377 0.3332</w:t>
        <w:br/>
        <w:t>vn -0.9045 0.4127 -0.1074</w:t>
        <w:br/>
        <w:t>vn -0.8927 0.4497 -0.0303</w:t>
        <w:br/>
        <w:t>vn -0.1806 0.9831 -0.0287</w:t>
        <w:br/>
        <w:t>vn 0.4760 0.8556 0.2034</w:t>
        <w:br/>
        <w:t>vn 0.0146 -0.0644 0.9978</w:t>
        <w:br/>
        <w:t>vn -0.9319 0.3601 0.0437</w:t>
        <w:br/>
        <w:t>vn -0.7027 0.2423 0.6689</w:t>
        <w:br/>
        <w:t>vn 0.9383 0.3222 -0.1257</w:t>
        <w:br/>
        <w:t>vn -0.7531 0.6538 0.0735</w:t>
        <w:br/>
        <w:t>vn -0.0187 -0.9948 0.1001</w:t>
        <w:br/>
        <w:t>vn -0.1512 -0.9884 -0.0113</w:t>
        <w:br/>
        <w:t>vn 0.1880 -0.9814 0.0385</w:t>
        <w:br/>
        <w:t>vn 0.0305 -0.9938 -0.1066</w:t>
        <w:br/>
        <w:t>vn 0.1532 -0.9843 -0.0872</w:t>
        <w:br/>
        <w:t>vn 0.1531 -0.9843 -0.0872</w:t>
        <w:br/>
        <w:t>vn -0.0659 -0.9945 -0.0820</w:t>
        <w:br/>
        <w:t>vn -0.0023 -0.9961 -0.0885</w:t>
        <w:br/>
        <w:t>vn -0.0044 -0.9953 -0.0971</w:t>
        <w:br/>
        <w:t>vn -0.8722 0.2906 0.3935</w:t>
        <w:br/>
        <w:t>vn -0.7044 0.1318 0.6975</w:t>
        <w:br/>
        <w:t>vn -0.8124 0.0751 0.5783</w:t>
        <w:br/>
        <w:t>vn -0.8123 0.0751 0.5783</w:t>
        <w:br/>
        <w:t>vn 0.8206 0.3264 0.4691</w:t>
        <w:br/>
        <w:t>vn 0.8119 0.0873 0.5773</w:t>
        <w:br/>
        <w:t>vn 0.7784 -0.1097 0.6181</w:t>
        <w:br/>
        <w:t>vn 0.7574 -0.1065 0.6442</w:t>
        <w:br/>
        <w:t>vn 0.6845 -0.1536 0.7126</w:t>
        <w:br/>
        <w:t>vn 0.6660 -0.1560 0.7294</w:t>
        <w:br/>
        <w:t>vn -0.3557 -0.9345 0.0102</w:t>
        <w:br/>
        <w:t>vn -0.3842 -0.9228 -0.0299</w:t>
        <w:br/>
        <w:t>vn -0.3842 -0.9228 -0.0298</w:t>
        <w:br/>
        <w:t>vn -0.3754 -0.9183 -0.1256</w:t>
        <w:br/>
        <w:t>vn -0.2359 -0.9459 -0.2227</w:t>
        <w:br/>
        <w:t>vn -0.2359 -0.9459 -0.2226</w:t>
        <w:br/>
        <w:t>vn 0.0149 -0.9690 -0.2465</w:t>
        <w:br/>
        <w:t>vn 0.2340 -0.9582 -0.1646</w:t>
        <w:br/>
        <w:t>vn 0.3250 -0.9393 -0.1097</w:t>
        <w:br/>
        <w:t>vn 0.3491 -0.9347 -0.0665</w:t>
        <w:br/>
        <w:t>vn 0.3524 -0.9357 -0.0154</w:t>
        <w:br/>
        <w:t>vn -0.7297 -0.1676 0.6630</w:t>
        <w:br/>
        <w:t>vn -0.7296 -0.1676 0.6630</w:t>
        <w:br/>
        <w:t>vn -0.7161 -0.1711 0.6767</w:t>
        <w:br/>
        <w:t>vn -0.7785 -0.1335 0.6132</w:t>
        <w:br/>
        <w:t>vn -0.7513 -0.1252 0.6480</w:t>
        <w:br/>
        <w:t>vn -0.5797 0.7096 0.4006</w:t>
        <w:br/>
        <w:t>vn -0.3473 0.0355 0.9371</w:t>
        <w:br/>
        <w:t>vn -0.1714 0.1116 0.9789</w:t>
        <w:br/>
        <w:t>vn -0.2874 0.8340 0.4709</w:t>
        <w:br/>
        <w:t>vn -0.0000 -0.4981 0.8671</w:t>
        <w:br/>
        <w:t>vn -0.0660 -0.4909 0.8687</w:t>
        <w:br/>
        <w:t>vn -0.4448 -0.5667 0.6936</w:t>
        <w:br/>
        <w:t>vn 0.0000 -0.4055 0.9141</w:t>
        <w:br/>
        <w:t>vn -0.4852 -0.0969 0.8690</w:t>
        <w:br/>
        <w:t>vn -0.2026 0.0029 0.9793</w:t>
        <w:br/>
        <w:t>vn -0.2017 0.0002 0.9795</w:t>
        <w:br/>
        <w:t>vn -0.1952 0.0043 0.9808</w:t>
        <w:br/>
        <w:t>vn -0.2010 -0.0022 0.9796</w:t>
        <w:br/>
        <w:t>vn -0.1968 -0.0003 0.9805</w:t>
        <w:br/>
        <w:t>vn -0.1964 -0.0002 0.9805</w:t>
        <w:br/>
        <w:t>vn -0.1948 -0.0042 0.9808</w:t>
        <w:br/>
        <w:t>vn -0.1964 -0.0001 0.9805</w:t>
        <w:br/>
        <w:t>vn -0.1965 -0.0001 0.9805</w:t>
        <w:br/>
        <w:t>vn -0.1963 0.0003 0.9805</w:t>
        <w:br/>
        <w:t>vn 0.2026 0.0029 0.9793</w:t>
        <w:br/>
        <w:t>vn 0.1951 0.0044 0.9808</w:t>
        <w:br/>
        <w:t>vn 0.2016 0.0002 0.9795</w:t>
        <w:br/>
        <w:t>vn 0.2010 -0.0022 0.9796</w:t>
        <w:br/>
        <w:t>vn 0.1964 -0.0002 0.9805</w:t>
        <w:br/>
        <w:t>vn 0.1967 -0.0003 0.9805</w:t>
        <w:br/>
        <w:t>vn 0.1965 -0.0001 0.9805</w:t>
        <w:br/>
        <w:t>vn 0.1963 -0.0003 0.9805</w:t>
        <w:br/>
        <w:t>vn 0.1964 -0.0001 0.9805</w:t>
        <w:br/>
        <w:t>vn 0.1948 -0.0042 0.9808</w:t>
        <w:br/>
        <w:t>vn 0.1963 0.0003 0.9805</w:t>
        <w:br/>
        <w:t>vn 0.1438 -0.4295 -0.8915</w:t>
        <w:br/>
        <w:t>vn 0.9962 0.0822 0.0291</w:t>
        <w:br/>
        <w:t>vn 0.9962 0.0823 0.0292</w:t>
        <w:br/>
        <w:t>vn 0.9962 0.0821 0.0291</w:t>
        <w:br/>
        <w:t>vn -0.9962 0.0822 0.0291</w:t>
        <w:br/>
        <w:t>vn -0.9962 0.0823 0.0291</w:t>
        <w:br/>
        <w:t>vn 0.0588 0.3989 0.9151</w:t>
        <w:br/>
        <w:t>vn 0.0550 0.4052 0.9126</w:t>
        <w:br/>
        <w:t>vn 0.0627 0.3926 0.9176</w:t>
        <w:br/>
        <w:t>vn -0.6922 0.1555 -0.7047</w:t>
        <w:br/>
        <w:t>vn -0.6766 0.4223 -0.6032</w:t>
        <w:br/>
        <w:t>vn -0.5482 0.1873 -0.8151</w:t>
        <w:br/>
        <w:t>vn 0.5199 0.2269 0.8235</w:t>
        <w:br/>
        <w:t>vn 0.5870 -0.1415 0.7971</w:t>
        <w:br/>
        <w:t>vn -0.5886 -0.1143 -0.8003</w:t>
        <w:br/>
        <w:t>vn -0.7035 0.0722 -0.7071</w:t>
        <w:br/>
        <w:t>vn -0.3867 -0.0865 -0.9181</w:t>
        <w:br/>
        <w:t>vn 0.5612 0.2581 0.7864</w:t>
        <w:br/>
        <w:t>vn 0.5501 0.0333 0.8344</w:t>
        <w:br/>
        <w:t>vn -0.6837 0.0029 -0.7297</w:t>
        <w:br/>
        <w:t>vn -0.6895 0.2153 -0.6916</w:t>
        <w:br/>
        <w:t>vn -0.3986 0.1613 -0.9028</w:t>
        <w:br/>
        <w:t>vn -0.2550 -0.2556 -0.9326</w:t>
        <w:br/>
        <w:t>vn -0.4652 -0.1030 -0.8792</w:t>
        <w:br/>
        <w:t>vn 0.4306 -0.8620 0.2676</w:t>
        <w:br/>
        <w:t>vn 0.2909 -0.9387 -0.1851</w:t>
        <w:br/>
        <w:t>vn 0.2909 -0.9387 -0.1850</w:t>
        <w:br/>
        <w:t>vn 0.1895 0.0784 -0.9788</w:t>
        <w:br/>
        <w:t>vn -0.2598 0.2352 -0.9366</w:t>
        <w:br/>
        <w:t>vn 0.2715 -0.0715 -0.9598</w:t>
        <w:br/>
        <w:t>vn -0.1435 0.6688 -0.7295</w:t>
        <w:br/>
        <w:t>vn -0.0413 0.6302 -0.7753</w:t>
        <w:br/>
        <w:t>vn -0.1383 0.9744 -0.1770</w:t>
        <w:br/>
        <w:t>vn -0.4060 0.7810 -0.4745</w:t>
        <w:br/>
        <w:t>vn -0.1572 0.7654 -0.6241</w:t>
        <w:br/>
        <w:t>vn -0.0914 0.5412 -0.8359</w:t>
        <w:br/>
        <w:t>vn -0.1470 0.4836 -0.8628</w:t>
        <w:br/>
        <w:t>vn -0.3667 0.6334 -0.6814</w:t>
        <w:br/>
        <w:t>vn -0.6664 0.2464 -0.7037</w:t>
        <w:br/>
        <w:t>vn -0.6347 0.0180 -0.7725</w:t>
        <w:br/>
        <w:t>vn -0.8323 0.4232 -0.3581</w:t>
        <w:br/>
        <w:t>vn -0.7030 0.3407 -0.6243</w:t>
        <w:br/>
        <w:t>vn -0.6046 0.6051 -0.5180</w:t>
        <w:br/>
        <w:t>vn -0.3203 0.4109 -0.8535</w:t>
        <w:br/>
        <w:t>vn -0.1848 0.5657 -0.8037</w:t>
        <w:br/>
        <w:t>vn -0.2676 0.0917 -0.9592</w:t>
        <w:br/>
        <w:t>vn -0.6755 0.3908 -0.6253</w:t>
        <w:br/>
        <w:t>vn -0.9023 0.0846 -0.4226</w:t>
        <w:br/>
        <w:t>vn -0.2631 0.8175 -0.5123</w:t>
        <w:br/>
        <w:t>vn -0.1907 0.5021 -0.8435</w:t>
        <w:br/>
        <w:t>vn -0.4766 0.2662 -0.8378</w:t>
        <w:br/>
        <w:t>vn -0.0671 0.0354 -0.9971</w:t>
        <w:br/>
        <w:t>vn -0.2494 0.1871 -0.9501</w:t>
        <w:br/>
        <w:t>vn -0.5914 0.0323 -0.8057</w:t>
        <w:br/>
        <w:t>vn -0.6535 -0.0163 -0.7567</w:t>
        <w:br/>
        <w:t>vn -0.0878 0.1714 -0.9813</w:t>
        <w:br/>
        <w:t>vn -0.0407 0.1840 -0.9821</w:t>
        <w:br/>
        <w:t>vn -0.0024 0.2075 -0.9782</w:t>
        <w:br/>
        <w:t>vn -0.2409 0.6311 -0.7373</w:t>
        <w:br/>
        <w:t>vn -0.5089 0.6398 -0.5759</w:t>
        <w:br/>
        <w:t>vn -0.4203 0.6098 -0.6719</w:t>
        <w:br/>
        <w:t>vn -0.4571 0.2052 -0.8654</w:t>
        <w:br/>
        <w:t>vn -0.1347 -0.1072 -0.9851</w:t>
        <w:br/>
        <w:t>vn -0.4277 0.1405 -0.8930</w:t>
        <w:br/>
        <w:t>vn -0.2040 0.1523 -0.9671</w:t>
        <w:br/>
        <w:t>vn 0.5426 0.4693 0.6967</w:t>
        <w:br/>
        <w:t>vn -0.0406 -0.6117 0.7901</w:t>
        <w:br/>
        <w:t>vn 0.3796 0.5633 0.7338</w:t>
        <w:br/>
        <w:t>vn 0.2159 0.2614 0.9408</w:t>
        <w:br/>
        <w:t>vn 0.5055 -0.7584 0.4114</w:t>
        <w:br/>
        <w:t>vn 0.2465 -0.6585 0.7110</w:t>
        <w:br/>
        <w:t>vn 0.2078 -0.7210 0.6611</w:t>
        <w:br/>
        <w:t>vn 0.2465 -0.6586 0.7110</w:t>
        <w:br/>
        <w:t>vn -0.5924 0.2821 -0.7546</w:t>
        <w:br/>
        <w:t>vn -0.6353 0.3553 -0.6857</w:t>
        <w:br/>
        <w:t>vn -0.7620 0.6004 -0.2428</w:t>
        <w:br/>
        <w:t>vn -0.6015 0.1680 -0.7810</w:t>
        <w:br/>
        <w:t>vn -0.2257 0.9113 -0.3442</w:t>
        <w:br/>
        <w:t>vn -0.0928 0.9934 0.0674</w:t>
        <w:br/>
        <w:t>vn 0.3218 0.8517 -0.4136</w:t>
        <w:br/>
        <w:t>vn -0.7706 0.5140 -0.3769</w:t>
        <w:br/>
        <w:t>vn -0.8830 0.2659 -0.3867</w:t>
        <w:br/>
        <w:t>vn 0.2832 -0.5910 0.7553</w:t>
        <w:br/>
        <w:t>vn -0.2044 0.6555 0.7270</w:t>
        <w:br/>
        <w:t>vn 0.0842 -0.7992 -0.5951</w:t>
        <w:br/>
        <w:t>vn 0.1562 0.3396 -0.9275</w:t>
        <w:br/>
        <w:t>vn 0.0732 -0.6816 -0.7280</w:t>
        <w:br/>
        <w:t>vn 0.0135 -0.4240 -0.9056</w:t>
        <w:br/>
        <w:t>vn 0.0135 -0.4239 -0.9056</w:t>
        <w:br/>
        <w:t>vn 0.3761 -0.2128 0.9018</w:t>
        <w:br/>
        <w:t>vn 0.5083 0.1163 0.8533</w:t>
        <w:br/>
        <w:t>vn 0.5988 -0.1711 0.7824</w:t>
        <w:br/>
        <w:t>vn -0.1019 -0.7987 -0.5931</w:t>
        <w:br/>
        <w:t>vn -0.2324 -0.8179 -0.5263</w:t>
        <w:br/>
        <w:t>vn 0.2485 0.0366 0.9679</w:t>
        <w:br/>
        <w:t>vn -0.1104 0.5216 0.8460</w:t>
        <w:br/>
        <w:t>vn 0.0828 0.2356 0.9683</w:t>
        <w:br/>
        <w:t>vn -0.4200 -0.6535 -0.6297</w:t>
        <w:br/>
        <w:t>vn -0.2244 -0.7846 -0.5780</w:t>
        <w:br/>
        <w:t>vn -0.3975 -0.8417 -0.3655</w:t>
        <w:br/>
        <w:t>vn 0.5838 0.2510 0.7721</w:t>
        <w:br/>
        <w:t>vn 0.5596 0.3088 0.7691</w:t>
        <w:br/>
        <w:t>vn 0.5194 0.2124 0.8277</w:t>
        <w:br/>
        <w:t>vn -0.7198 -0.2062 0.6628</w:t>
        <w:br/>
        <w:t>vn -0.5892 -0.1038 0.8013</w:t>
        <w:br/>
        <w:t>vn 0.2614 -0.3214 0.9101</w:t>
        <w:br/>
        <w:t>vn -0.3739 0.3486 -0.8594</w:t>
        <w:br/>
        <w:t>vn -0.4436 0.5234 -0.7275</w:t>
        <w:br/>
        <w:t>vn -0.1268 0.6876 -0.7149</w:t>
        <w:br/>
        <w:t>vn -0.5733 0.7748 -0.2666</w:t>
        <w:br/>
        <w:t>vn -0.4408 0.8652 -0.2391</w:t>
        <w:br/>
        <w:t>vn -0.6564 0.7507 -0.0743</w:t>
        <w:br/>
        <w:t>vn -0.2480 -0.5365 0.8066</w:t>
        <w:br/>
        <w:t>vn 0.3819 -0.6308 0.6754</w:t>
        <w:br/>
        <w:t>vn -0.0907 -0.8502 0.5187</w:t>
        <w:br/>
        <w:t>vn 0.3093 -0.4316 0.8474</w:t>
        <w:br/>
        <w:t>vn -0.2072 -0.3051 0.9295</w:t>
        <w:br/>
        <w:t>vn 0.0934 -0.5612 0.8224</w:t>
        <w:br/>
        <w:t>vn -0.5679 0.6383 0.5197</w:t>
        <w:br/>
        <w:t>vn -0.3169 0.9428 0.1036</w:t>
        <w:br/>
        <w:t>vn -0.5183 0.8177 0.2505</w:t>
        <w:br/>
        <w:t>vn 0.0969 -0.6245 0.7750</w:t>
        <w:br/>
        <w:t>vn -0.3106 -0.8389 0.4469</w:t>
        <w:br/>
        <w:t>vn -0.2519 -0.5877 0.7689</w:t>
        <w:br/>
        <w:t>vn 0.5904 0.7970 -0.1270</w:t>
        <w:br/>
        <w:t>vn 0.0253 0.7888 -0.6142</w:t>
        <w:br/>
        <w:t>vn 0.2210 0.9519 -0.2124</w:t>
        <w:br/>
        <w:t>vn 0.5770 -0.1160 0.8085</w:t>
        <w:br/>
        <w:t>vn 0.2204 -0.4944 0.8408</w:t>
        <w:br/>
        <w:t>vn 0.3733 -0.5169 0.7703</w:t>
        <w:br/>
        <w:t>vn 0.7003 -0.4803 0.5281</w:t>
        <w:br/>
        <w:t>vn 0.6416 -0.6043 0.4724</w:t>
        <w:br/>
        <w:t>vn 0.6775 -0.6077 0.4144</w:t>
        <w:br/>
        <w:t>vn -0.0209 -0.4849 0.8743</w:t>
        <w:br/>
        <w:t>vn 0.0154 -0.1429 0.9896</w:t>
        <w:br/>
        <w:t>vn 0.6545 -0.3624 0.6635</w:t>
        <w:br/>
        <w:t>vn 0.5422 -0.5712 0.6162</w:t>
        <w:br/>
        <w:t>vn 0.5779 0.0383 0.8152</w:t>
        <w:br/>
        <w:t>vn 0.4149 0.0697 0.9072</w:t>
        <w:br/>
        <w:t>vn 0.4346 -0.1108 0.8938</w:t>
        <w:br/>
        <w:t>vn 0.1946 -0.6477 -0.7366</w:t>
        <w:br/>
        <w:t>vn 0.3229 -0.6441 -0.6934</w:t>
        <w:br/>
        <w:t>vn 0.3962 -0.6810 -0.6159</w:t>
        <w:br/>
        <w:t>vn 0.0138 -0.2172 0.9760</w:t>
        <w:br/>
        <w:t>vn -0.4646 -0.1947 0.8638</w:t>
        <w:br/>
        <w:t>vn 0.0425 -0.1544 0.9871</w:t>
        <w:br/>
        <w:t>vn 0.6093 -0.4736 0.6360</w:t>
        <w:br/>
        <w:t>vn 0.7452 -0.4063 0.5287</w:t>
        <w:br/>
        <w:t>vn 0.6405 -0.2903 0.7110</w:t>
        <w:br/>
        <w:t>vn 0.5198 -0.1967 0.8314</w:t>
        <w:br/>
        <w:t>vn 0.2615 -0.3214 0.9101</w:t>
        <w:br/>
        <w:t>vn -0.0051 -0.5883 0.8087</w:t>
        <w:br/>
        <w:t>vn 0.5198 -0.1967 0.8313</w:t>
        <w:br/>
        <w:t>vn 0.6979 -0.0901 0.7105</w:t>
        <w:br/>
        <w:t>vn 0.6954 0.0831 0.7138</w:t>
        <w:br/>
        <w:t>vn 0.5815 0.7861 -0.2094</w:t>
        <w:br/>
        <w:t>vn 0.5845 0.7898 -0.1862</w:t>
        <w:br/>
        <w:t>vn -0.4921 0.6797 -0.5439</w:t>
        <w:br/>
        <w:t>vn -0.3967 -0.3868 -0.8325</w:t>
        <w:br/>
        <w:t>vn -0.2615 0.1190 -0.9578</w:t>
        <w:br/>
        <w:t>vn -0.6830 0.2291 -0.6935</w:t>
        <w:br/>
        <w:t>vn -0.8766 -0.1293 -0.4635</w:t>
        <w:br/>
        <w:t>vn -0.0476 -0.1233 -0.9912</w:t>
        <w:br/>
        <w:t>vn 0.0077 -0.4565 -0.8897</w:t>
        <w:br/>
        <w:t>vn 0.6049 -0.5714 -0.5546</w:t>
        <w:br/>
        <w:t>vn -0.8920 -0.4521 0.0008</w:t>
        <w:br/>
        <w:t>vn -0.9023 0.0847 -0.4226</w:t>
        <w:br/>
        <w:t>vn -0.9406 -0.1630 -0.2980</w:t>
        <w:br/>
        <w:t>vn -0.6013 -0.3848 0.7002</w:t>
        <w:br/>
        <w:t>vn -0.5993 0.0074 0.8005</w:t>
        <w:br/>
        <w:t>vn -0.5993 0.0075 0.8005</w:t>
        <w:br/>
        <w:t>vn -0.9939 0.0762 -0.0795</w:t>
        <w:br/>
        <w:t>vn -0.8831 0.2659 -0.3867</w:t>
        <w:br/>
        <w:t>vn -0.9789 -0.0286 -0.2021</w:t>
        <w:br/>
        <w:t>vn -0.4969 0.4811 0.7222</w:t>
        <w:br/>
        <w:t>vn -0.4831 0.2003 0.8523</w:t>
        <w:br/>
        <w:t>vn -0.7836 0.2453 -0.5708</w:t>
        <w:br/>
        <w:t>vn -0.6016 0.1680 -0.7810</w:t>
        <w:br/>
        <w:t>vn -0.7835 0.2454 -0.5708</w:t>
        <w:br/>
        <w:t>vn -0.6366 0.6761 0.3708</w:t>
        <w:br/>
        <w:t>vn -0.6614 0.5714 0.4858</w:t>
        <w:br/>
        <w:t>vn -0.6314 0.5051 0.5884</w:t>
        <w:br/>
        <w:t>vn -0.5157 0.2995 0.8027</w:t>
        <w:br/>
        <w:t>vn -0.7011 0.3275 0.6334</w:t>
        <w:br/>
        <w:t>vn -0.5064 0.6061 0.6133</w:t>
        <w:br/>
        <w:t>vn -0.6918 0.3063 -0.6539</w:t>
        <w:br/>
        <w:t>vn -0.4651 -0.1029 -0.8792</w:t>
        <w:br/>
        <w:t>vn -0.6982 0.7100 -0.0917</w:t>
        <w:br/>
        <w:t>vn -0.8174 0.4118 -0.4029</w:t>
        <w:br/>
        <w:t>vn -0.9804 0.0750 -0.1823</w:t>
        <w:br/>
        <w:t>vn -0.8720 0.2441 -0.4243</w:t>
        <w:br/>
        <w:t>vn -0.7539 0.0809 0.6520</w:t>
        <w:br/>
        <w:t>vn -0.5820 -0.5376 0.6101</w:t>
        <w:br/>
        <w:t>vn -0.7539 0.0809 0.6519</w:t>
        <w:br/>
        <w:t>vn -0.9860 -0.0895 -0.1405</w:t>
        <w:br/>
        <w:t>vn -0.9814 -0.0674 -0.1800</w:t>
        <w:br/>
        <w:t>vn -0.9782 -0.0466 -0.2024</w:t>
        <w:br/>
        <w:t>vn -0.4777 0.8784 -0.0129</w:t>
        <w:br/>
        <w:t>vn 0.0587 -0.1860 0.9808</w:t>
        <w:br/>
        <w:t>vn -0.3923 -0.2436 0.8870</w:t>
        <w:br/>
        <w:t>vn -0.3281 -0.5490 0.7687</w:t>
        <w:br/>
        <w:t>vn -0.5604 -0.7134 0.4207</w:t>
        <w:br/>
        <w:t>vn -0.8125 -0.5751 0.0949</w:t>
        <w:br/>
        <w:t>vn -0.7401 -0.6267 0.2440</w:t>
        <w:br/>
        <w:t>vn -0.2913 -0.6963 0.6560</w:t>
        <w:br/>
        <w:t>vn 0.1125 -0.6942 0.7110</w:t>
        <w:br/>
        <w:t>vn -0.6473 -0.6390 0.4155</w:t>
        <w:br/>
        <w:t>vn -0.7700 -0.5442 0.3331</w:t>
        <w:br/>
        <w:t>vn -0.8384 -0.5318 -0.1193</w:t>
        <w:br/>
        <w:t>vn -0.8540 -0.4874 -0.1822</w:t>
        <w:br/>
        <w:t>vn -0.8663 -0.4993 0.0140</w:t>
        <w:br/>
        <w:t>vn -0.8133 -0.1148 0.5704</w:t>
        <w:br/>
        <w:t>vn -0.7182 0.0340 0.6950</w:t>
        <w:br/>
        <w:t>vn -0.6946 -0.0930 0.7134</w:t>
        <w:br/>
        <w:t>vn -0.6741 0.2110 0.7078</w:t>
        <w:br/>
        <w:t>vn -0.6741 0.2111 0.7078</w:t>
        <w:br/>
        <w:t>vn -0.6854 -0.2809 0.6718</w:t>
        <w:br/>
        <w:t>vn -0.8665 -0.4944 -0.0691</w:t>
        <w:br/>
        <w:t>vn -0.7496 -0.5718 0.3335</w:t>
        <w:br/>
        <w:t>vn -0.8465 -0.1826 0.5001</w:t>
        <w:br/>
        <w:t>vn -0.7035 0.0722 -0.7070</w:t>
        <w:br/>
        <w:t>vn -0.5924 0.2821 -0.7547</w:t>
        <w:br/>
        <w:t>vn 0.0253 0.7888 -0.6141</w:t>
        <w:br/>
        <w:t>vn -0.3987 0.4483 -0.8001</w:t>
        <w:br/>
        <w:t>vn -0.6894 0.2153 -0.6916</w:t>
        <w:br/>
        <w:t>vn -0.1052 0.4071 -0.9073</w:t>
        <w:br/>
        <w:t>vn -0.9791 -0.0296 -0.2012</w:t>
        <w:br/>
        <w:t>vn -0.9111 -0.3565 0.2068</w:t>
        <w:br/>
        <w:t>vn -0.8737 -0.3216 0.3649</w:t>
        <w:br/>
        <w:t>vn -0.8797 0.2776 0.3862</w:t>
        <w:br/>
        <w:t>vn -0.7296 0.4132 -0.5450</w:t>
        <w:br/>
        <w:t>vn -0.8825 -0.4233 -0.2050</w:t>
        <w:br/>
        <w:t>vn -0.7753 -0.6294 -0.0528</w:t>
        <w:br/>
        <w:t>vn -0.7752 -0.6295 -0.0528</w:t>
        <w:br/>
        <w:t>vn -0.8208 -0.2316 0.5222</w:t>
        <w:br/>
        <w:t>vn -0.5563 -0.7522 -0.3530</w:t>
        <w:br/>
        <w:t>vn 0.5230 -0.6323 0.5716</w:t>
        <w:br/>
        <w:t>vn 0.5872 -0.7251 0.3597</w:t>
        <w:br/>
        <w:t>vn 0.3880 -0.2561 0.8854</w:t>
        <w:br/>
        <w:t>vn -0.9927 -0.0233 -0.1185</w:t>
        <w:br/>
        <w:t>vn -0.2979 -0.2944 0.9081</w:t>
        <w:br/>
        <w:t>vn -0.8173 0.4119 -0.4029</w:t>
        <w:br/>
        <w:t>vn 0.0671 -0.7799 0.6223</w:t>
        <w:br/>
        <w:t>vn -0.3578 -0.8193 -0.4480</w:t>
        <w:br/>
        <w:t>vn 0.5705 0.7727 -0.2783</w:t>
        <w:br/>
        <w:t>vn 0.2561 -0.6307 -0.7326</w:t>
        <w:br/>
        <w:t>vn 0.0649 -0.5012 0.8629</w:t>
        <w:br/>
        <w:t>vn 0.6092 -0.4736 0.6360</w:t>
        <w:br/>
        <w:t>vn -0.8797 0.2776 0.3861</w:t>
        <w:br/>
        <w:t>vn -0.8986 -0.0843 0.4307</w:t>
        <w:br/>
        <w:t>vn -0.8766 -0.1292 -0.4635</w:t>
        <w:br/>
        <w:t>vn 0.5000 -0.8206 0.2768</w:t>
        <w:br/>
        <w:t>vn 0.5000 -0.8207 0.2767</w:t>
        <w:br/>
        <w:t>vn 0.5000 -0.8206 0.2767</w:t>
        <w:br/>
        <w:t>vn -0.8798 -0.0742 0.4696</w:t>
        <w:br/>
        <w:t>vn -0.6765 0.4224 -0.6033</w:t>
        <w:br/>
        <w:t>vn -0.8540 -0.4874 -0.1821</w:t>
        <w:br/>
        <w:t>vn -0.5494 -0.7271 0.4117</w:t>
        <w:br/>
        <w:t>vn 0.2379 -0.8508 0.4685</w:t>
        <w:br/>
        <w:t>vn -0.0572 -0.3776 0.9242</w:t>
        <w:br/>
        <w:t>vn -0.3229 0.6043 0.7284</w:t>
        <w:br/>
        <w:t>vn 0.0234 0.3514 0.9359</w:t>
        <w:br/>
        <w:t>vn 0.5889 0.4325 0.6827</w:t>
        <w:br/>
        <w:t>vn 0.4882 -0.7825 -0.3864</w:t>
        <w:br/>
        <w:t>vn 0.9780 -0.1977 0.0671</w:t>
        <w:br/>
        <w:t>vn 0.6923 -0.7137 -0.1065</w:t>
        <w:br/>
        <w:t>vn 0.1680 -0.2759 -0.9464</w:t>
        <w:br/>
        <w:t>vn 0.0392 0.2511 -0.9672</w:t>
        <w:br/>
        <w:t>vn 0.7371 0.0467 -0.6742</w:t>
        <w:br/>
        <w:t>vn -0.8576 -0.4087 -0.3124</w:t>
        <w:br/>
        <w:t>vn -0.8994 -0.4176 -0.1290</w:t>
        <w:br/>
        <w:t>vn -0.9924 0.0646 -0.1046</w:t>
        <w:br/>
        <w:t>vn -0.6932 0.7127 0.1073</w:t>
        <w:br/>
        <w:t>vn -0.3419 0.8617 -0.3749</w:t>
        <w:br/>
        <w:t>vn 0.6378 0.6991 -0.3231</w:t>
        <w:br/>
        <w:t>vn 0.6230 -0.3108 0.7178</w:t>
        <w:br/>
        <w:t>vn -0.2040 -0.3664 -0.9078</w:t>
        <w:br/>
        <w:t>vn -0.6248 0.3113 -0.7160</w:t>
        <w:br/>
        <w:t>vn -0.7383 -0.0485 0.6727</w:t>
        <w:br/>
        <w:t>vn -0.1762 -0.9619 -0.2090</w:t>
        <w:br/>
        <w:t>vn 0.7371 0.0467 -0.6741</w:t>
        <w:br/>
        <w:t>vn 0.1716 0.9624 0.2108</w:t>
        <w:br/>
        <w:t>vn -0.3228 0.6043 0.7284</w:t>
        <w:br/>
        <w:t>vn -0.9924 0.0645 -0.1046</w:t>
        <w:br/>
        <w:t>vn -0.7383 -0.0485 0.6728</w:t>
        <w:br/>
        <w:t>vn 0.4882 -0.7825 -0.3863</w:t>
        <w:br/>
        <w:t>vn -0.8576 -0.4086 -0.3124</w:t>
        <w:br/>
        <w:t>vn 0.3697 0.1780 -0.9119</w:t>
        <w:br/>
        <w:t>vn 0.2515 0.3266 -0.9111</w:t>
        <w:br/>
        <w:t>vn 0.6043 0.5248 -0.5995</w:t>
        <w:br/>
        <w:t>vn 0.6740 0.4357 -0.5965</w:t>
        <w:br/>
        <w:t>vn -0.0066 -0.1110 -0.9938</w:t>
        <w:br/>
        <w:t>vn -0.1554 0.0618 -0.9859</w:t>
        <w:br/>
        <w:t>vn -0.5540 0.5281 -0.6436</w:t>
        <w:br/>
        <w:t>vn -0.5750 0.4979 -0.6493</w:t>
        <w:br/>
        <w:t>vn -0.6818 0.7008 -0.2096</w:t>
        <w:br/>
        <w:t>vn -0.7018 0.6791 -0.2151</w:t>
        <w:br/>
        <w:t>vn 0.5270 0.6071 -0.5948</w:t>
        <w:br/>
        <w:t>vn 0.0256 0.1555 0.9875</w:t>
        <w:br/>
        <w:t>vn 0.1848 -0.0242 0.9825</w:t>
        <w:br/>
        <w:t>vn 0.1568 -0.0543 0.9861</w:t>
        <w:br/>
        <w:t>vn -0.0051 0.1348 0.9909</w:t>
        <w:br/>
        <w:t>vn 0.3334 -0.2026 0.9207</w:t>
        <w:br/>
        <w:t>vn 0.3091 -0.2400 0.9203</w:t>
        <w:br/>
        <w:t>vn 0.2357 -0.3117 0.9205</w:t>
        <w:br/>
        <w:t>vn 0.0839 -0.1184 0.9894</w:t>
        <w:br/>
        <w:t>vn -0.4569 0.6053 -0.6519</w:t>
        <w:br/>
        <w:t>vn -0.5987 0.4766 -0.6437</w:t>
        <w:br/>
        <w:t>vn -0.6882 0.6821 -0.2472</w:t>
        <w:br/>
        <w:t>vn -0.5754 0.7847 -0.2304</w:t>
        <w:br/>
        <w:t>vn 0.2256 -0.0174 0.9741</w:t>
        <w:br/>
        <w:t>vn 0.3640 -0.2165 0.9059</w:t>
        <w:br/>
        <w:t>vn -0.0733 0.0824 0.9939</w:t>
        <w:br/>
        <w:t>vn 0.4990 -0.7629 -0.4111</w:t>
        <w:br/>
        <w:t>vn 0.5145 -0.7577 -0.4014</w:t>
        <w:br/>
        <w:t>vn -0.0988 0.1158 -0.9883</w:t>
        <w:br/>
        <w:t>vn -0.2651 -0.0034 -0.9642</w:t>
        <w:br/>
        <w:t>vn -0.6279 -0.3082 -0.7146</w:t>
        <w:br/>
        <w:t>vn -0.9101 0.0747 -0.4075</w:t>
        <w:br/>
        <w:t>vn -0.2918 -0.4806 0.8270</w:t>
        <w:br/>
        <w:t>vn -0.1913 -0.4140 0.8900</w:t>
        <w:br/>
        <w:t>vn -0.4139 -0.4732 0.7777</w:t>
        <w:br/>
        <w:t>vn -0.4843 -0.5474 0.6825</w:t>
        <w:br/>
        <w:t>vn -0.7513 -0.4382 -0.4935</w:t>
        <w:br/>
        <w:t>vn -0.9706 -0.1276 -0.2043</w:t>
        <w:br/>
        <w:t>vn -0.3175 -0.0155 0.9481</w:t>
        <w:br/>
        <w:t>vn 0.3473 -0.2593 0.9012</w:t>
        <w:br/>
        <w:t>vn -0.0989 0.0666 0.9929</w:t>
        <w:br/>
        <w:t>vn 0.3378 -0.1064 0.9352</w:t>
        <w:br/>
        <w:t>vn 0.6549 0.1803 0.7339</w:t>
        <w:br/>
        <w:t>vn 0.8051 -0.0696 0.5891</w:t>
        <w:br/>
        <w:t>vn -0.8454 0.0057 0.5341</w:t>
        <w:br/>
        <w:t>vn -0.9506 0.3041 -0.0629</w:t>
        <w:br/>
        <w:t>vn 0.2143 0.4265 -0.8787</w:t>
        <w:br/>
        <w:t>vn 0.3396 0.4644 -0.8180</w:t>
        <w:br/>
        <w:t>vn 0.0726 0.7326 -0.6768</w:t>
        <w:br/>
        <w:t>vn -0.0505 0.7014 -0.7109</w:t>
        <w:br/>
        <w:t>vn 0.6830 0.1044 0.7229</w:t>
        <w:br/>
        <w:t>vn 0.7916 0.2783 0.5440</w:t>
        <w:br/>
        <w:t>vn 0.7179 0.4035 0.5673</w:t>
        <w:br/>
        <w:t>vn 0.5824 0.2723 0.7660</w:t>
        <w:br/>
        <w:t>vn -0.1728 0.6581 -0.7328</w:t>
        <w:br/>
        <w:t>vn 0.0835 0.3793 -0.9215</w:t>
        <w:br/>
        <w:t>vn -0.3370 -0.6464 0.6846</w:t>
        <w:br/>
        <w:t>vn -0.3327 -0.2522 0.9087</w:t>
        <w:br/>
        <w:t>vn -0.3297 -0.8108 -0.4836</w:t>
        <w:br/>
        <w:t>vn -0.6862 -0.5278 -0.5005</w:t>
        <w:br/>
        <w:t>vn 0.1963 0.0628 0.9785</w:t>
        <w:br/>
        <w:t>vn 0.4103 -0.2130 0.8867</w:t>
        <w:br/>
        <w:t>vn 0.2347 -0.3263 0.9157</w:t>
        <w:br/>
        <w:t>vn 0.4455 0.1043 0.8892</w:t>
        <w:br/>
        <w:t>vn -0.1086 -0.7959 0.5956</w:t>
        <w:br/>
        <w:t>vn 0.2346 -0.3263 0.9157</w:t>
        <w:br/>
        <w:t>vn -0.0500 -0.9913 -0.1221</w:t>
        <w:br/>
        <w:t>vn 0.3249 0.0326 -0.9452</w:t>
        <w:br/>
        <w:t>vn 0.4420 0.0772 -0.8937</w:t>
        <w:br/>
        <w:t>vn 0.6288 0.5199 0.5783</w:t>
        <w:br/>
        <w:t>vn 0.4582 0.4295 0.7782</w:t>
        <w:br/>
        <w:t>vn 0.5511 0.1204 -0.8257</w:t>
        <w:br/>
        <w:t>vn 0.1588 -0.5744 -0.8030</w:t>
        <w:br/>
        <w:t>vn 0.4081 -0.8155 -0.4105</w:t>
        <w:br/>
        <w:t>vn 0.0727 0.1831 0.9804</w:t>
        <w:br/>
        <w:t>vn 0.5862 -0.7001 -0.4077</w:t>
        <w:br/>
        <w:t>vn 0.5862 -0.7001 -0.4076</w:t>
        <w:br/>
        <w:t>vn 0.0451 -0.0665 -0.9968</w:t>
        <w:br/>
        <w:t>vn 0.2362 -0.1462 -0.9606</w:t>
        <w:br/>
        <w:t>vn -0.4584 -0.2206 -0.8609</w:t>
        <w:br/>
        <w:t>vn -0.4207 0.4750 -0.7729</w:t>
        <w:br/>
        <w:t>vn 0.4207 0.4750 -0.7729</w:t>
        <w:br/>
        <w:t>vn -0.4711 0.7288 -0.4970</w:t>
        <w:br/>
        <w:t>vn 0.4711 0.7288 -0.4969</w:t>
        <w:br/>
        <w:t>vn 0.4540 -0.4854 0.7472</w:t>
        <w:br/>
        <w:t>vn 0.9512 -0.1473 0.2710</w:t>
        <w:br/>
        <w:t>vn 0.9430 0.0521 0.3287</w:t>
        <w:br/>
        <w:t>vn 0.4324 0.2069 0.8776</w:t>
        <w:br/>
        <w:t>vn 0.9647 -0.2593 -0.0461</w:t>
        <w:br/>
        <w:t>vn 0.9197 -0.3865 -0.0688</w:t>
        <w:br/>
        <w:t>vn 0.8813 -0.3402 -0.3280</w:t>
        <w:br/>
        <w:t>vn 0.9518 -0.0505 -0.3024</w:t>
        <w:br/>
        <w:t>vn 0.9614 0.2740 0.0229</w:t>
        <w:br/>
        <w:t>vn 0.9381 0.1627 -0.3057</w:t>
        <w:br/>
        <w:t>vn 0.9518 -0.0505 -0.3025</w:t>
        <w:br/>
        <w:t>vn 0.4909 0.5650 0.6632</w:t>
        <w:br/>
        <w:t>vn 0.9647 -0.2593 -0.0462</w:t>
        <w:br/>
        <w:t>vn 0.9512 -0.1474 0.2710</w:t>
        <w:br/>
        <w:t>vn 0.9518 -0.0506 -0.3025</w:t>
        <w:br/>
        <w:t>vn -0.4324 0.2070 0.8776</w:t>
        <w:br/>
        <w:t>vn -0.4540 -0.4855 0.7471</w:t>
        <w:br/>
        <w:t>vn -0.4909 0.5650 0.6632</w:t>
        <w:br/>
        <w:t>vn 0.0000 -0.8880 0.4598</w:t>
        <w:br/>
        <w:t>vn 0.0000 -0.7126 -0.7016</w:t>
        <w:br/>
        <w:t>vn -0.9518 -0.0505 -0.3025</w:t>
        <w:br/>
        <w:t>vn -0.9381 0.1627 -0.3057</w:t>
        <w:br/>
        <w:t>vn -0.9647 -0.2593 -0.0461</w:t>
        <w:br/>
        <w:t>vn -0.9197 -0.3865 -0.0688</w:t>
        <w:br/>
        <w:t>vn -0.9614 0.2740 0.0229</w:t>
        <w:br/>
        <w:t>vn -0.9430 0.0521 0.3287</w:t>
        <w:br/>
        <w:t>vn -0.9512 -0.1473 0.2710</w:t>
        <w:br/>
        <w:t>vn -0.9512 -0.1474 0.2710</w:t>
        <w:br/>
        <w:t>vn -0.9518 -0.0506 -0.3025</w:t>
        <w:br/>
        <w:t>vn -0.9647 -0.2593 -0.0462</w:t>
        <w:br/>
        <w:t>vn -0.8567 0.1262 0.5001</w:t>
        <w:br/>
        <w:t>vn -0.8043 -0.0634 0.5908</w:t>
        <w:br/>
        <w:t>vn -0.6052 0.4730 0.6403</w:t>
        <w:br/>
        <w:t>vn -0.8651 0.1789 0.4686</w:t>
        <w:br/>
        <w:t>vn -0.7443 -0.1984 0.6378</w:t>
        <w:br/>
        <w:t>vn -0.5771 0.2676 0.7716</w:t>
        <w:br/>
        <w:t>vn 0.4304 -0.7772 0.4591</w:t>
        <w:br/>
        <w:t>vn 0.4302 -0.7773 0.4591</w:t>
        <w:br/>
        <w:t>vn 0.0679 -0.7698 0.6347</w:t>
        <w:br/>
        <w:t>vn 0.0682 -0.7697 0.6347</w:t>
        <w:br/>
        <w:t>vn 0.8791 0.0103 -0.4766</w:t>
        <w:br/>
        <w:t>vn 0.8790 0.0103 -0.4766</w:t>
        <w:br/>
        <w:t>vn 0.9091 -0.4026 -0.1072</w:t>
        <w:br/>
        <w:t>vn 0.9091 -0.4025 -0.1072</w:t>
        <w:br/>
        <w:t>vn 0.8036 0.1139 -0.5842</w:t>
        <w:br/>
        <w:t>vn 0.8035 0.1139 -0.5843</w:t>
        <w:br/>
        <w:t>vn 0.7737 0.1347 -0.6191</w:t>
        <w:br/>
        <w:t>vn 0.7767 0.1281 -0.6167</w:t>
        <w:br/>
        <w:t>vn 0.7766 0.1281 -0.6168</w:t>
        <w:br/>
        <w:t>vn -0.6053 0.4730 0.6402</w:t>
        <w:br/>
        <w:t>vn -0.2267 0.7057 0.6712</w:t>
        <w:br/>
        <w:t>vn -0.4765 0.4973 0.7251</w:t>
        <w:br/>
        <w:t>vn 0.0226 0.7737 0.6332</w:t>
        <w:br/>
        <w:t>vn -0.2267 0.7058 0.6712</w:t>
        <w:br/>
        <w:t>vn 0.2946 0.8739 0.3866</w:t>
        <w:br/>
        <w:t>vn 0.3320 0.8090 0.4850</w:t>
        <w:br/>
        <w:t>vn 0.3929 0.7544 0.5258</w:t>
        <w:br/>
        <w:t>vn -0.6131 0.3395 0.7133</w:t>
        <w:br/>
        <w:t>vn -0.4628 0.5084 0.7262</w:t>
        <w:br/>
        <w:t>vn -0.5973 0.3547 0.7193</w:t>
        <w:br/>
        <w:t>vn -0.6241 0.3248 0.7106</w:t>
        <w:br/>
        <w:t>vn -0.6593 0.2883 0.6944</w:t>
        <w:br/>
        <w:t>vn 0.2700 -0.7090 -0.6515</w:t>
        <w:br/>
        <w:t>vn 0.3118 -0.5536 -0.7722</w:t>
        <w:br/>
        <w:t>vn 0.4421 -0.3578 -0.8225</w:t>
        <w:br/>
        <w:t>vn 0.0791 -0.2147 -0.9735</w:t>
        <w:br/>
        <w:t>vn -0.1069 -0.3101 -0.9447</w:t>
        <w:br/>
        <w:t>vn -0.1759 -0.2665 -0.9477</w:t>
        <w:br/>
        <w:t>vn 0.3112 -0.1877 -0.9316</w:t>
        <w:br/>
        <w:t>vn -0.4550 -0.8239 -0.3379</w:t>
        <w:br/>
        <w:t>vn -0.8483 -0.4850 -0.2124</w:t>
        <w:br/>
        <w:t>vn -0.8084 -0.4145 -0.4180</w:t>
        <w:br/>
        <w:t>vn -0.7465 -0.4760 -0.4649</w:t>
        <w:br/>
        <w:t>vn -0.5300 -0.4079 -0.7435</w:t>
        <w:br/>
        <w:t>vn -0.7466 -0.4760 -0.4648</w:t>
        <w:br/>
        <w:t>vn -0.4547 -0.8240 -0.3380</w:t>
        <w:br/>
        <w:t>vn 0.3197 0.8876 0.3316</w:t>
        <w:br/>
        <w:t>vn -0.5771 0.2677 0.7716</w:t>
        <w:br/>
        <w:t>vn -0.2880 0.6471 0.7059</w:t>
        <w:br/>
        <w:t>vn -0.4628 0.5083 0.7262</w:t>
        <w:br/>
        <w:t>vn -0.2430 0.4073 0.8804</w:t>
        <w:br/>
        <w:t>vn -0.6852 0.3287 0.6500</w:t>
        <w:br/>
        <w:t>vn -0.4422 0.4044 0.8006</w:t>
        <w:br/>
        <w:t>vn -0.0013 0.1787 0.9839</w:t>
        <w:br/>
        <w:t>vn -0.0013 0.1788 0.9839</w:t>
        <w:br/>
        <w:t>vn -0.1819 0.3224 0.9290</w:t>
        <w:br/>
        <w:t>vn 0.1667 -0.0741 0.9832</w:t>
        <w:br/>
        <w:t>vn 0.1666 -0.0740 0.9832</w:t>
        <w:br/>
        <w:t>vn 0.2258 -0.3704 0.9010</w:t>
        <w:br/>
        <w:t>vn 0.2258 -0.3706 0.9009</w:t>
        <w:br/>
        <w:t>vn -0.7000 -0.7133 0.0351</w:t>
        <w:br/>
        <w:t>vn -0.4179 -0.8909 0.1780</w:t>
        <w:br/>
        <w:t>vn -0.4179 -0.8909 0.1781</w:t>
        <w:br/>
        <w:t>vn -0.7000 -0.7133 0.0352</w:t>
        <w:br/>
        <w:t>vn -0.9178 -0.3950 0.0395</w:t>
        <w:br/>
        <w:t>vn -0.9178 -0.3951 0.0395</w:t>
        <w:br/>
        <w:t>vn -0.0456 -0.9105 0.4110</w:t>
        <w:br/>
        <w:t>vn 0.0747 -0.8229 0.5633</w:t>
        <w:br/>
        <w:t>vn 0.2396 -0.7115 0.6605</w:t>
        <w:br/>
        <w:t>vn -0.9896 -0.0130 0.1435</w:t>
        <w:br/>
        <w:t>vn 0.1158 0.1555 0.9810</w:t>
        <w:br/>
        <w:t>vn 0.3783 -0.3999 0.8348</w:t>
        <w:br/>
        <w:t>vn 0.3784 -0.3999 0.8348</w:t>
        <w:br/>
        <w:t>vn 0.2417 0.0500 0.9691</w:t>
        <w:br/>
        <w:t>vn -0.1389 0.4159 0.8988</w:t>
        <w:br/>
        <w:t>vn -0.3151 0.4908 0.8123</w:t>
        <w:br/>
        <w:t>vn -0.4014 0.5533 0.7299</w:t>
        <w:br/>
        <w:t>vn -0.6541 0.5100 0.5586</w:t>
        <w:br/>
        <w:t>vn -0.8874 0.3200 0.3319</w:t>
        <w:br/>
        <w:t>vn -0.8017 -0.4643 0.3765</w:t>
        <w:br/>
        <w:t>vn -0.9076 -0.1573 0.3893</w:t>
        <w:br/>
        <w:t>vn -0.9161 -0.0665 0.3954</w:t>
        <w:br/>
        <w:t>vn -0.8016 -0.4644 0.3765</w:t>
        <w:br/>
        <w:t>vn -0.4891 -0.7737 0.4027</w:t>
        <w:br/>
        <w:t>vn -0.3638 -0.8400 0.4026</w:t>
        <w:br/>
        <w:t>vn -0.0441 -0.8416 0.5383</w:t>
        <w:br/>
        <w:t>vn -0.1817 -0.8707 0.4570</w:t>
        <w:br/>
        <w:t>vn 0.1412 -0.6357 0.7589</w:t>
        <w:br/>
        <w:t>vn 0.1412 -0.6356 0.7590</w:t>
        <w:br/>
        <w:t>vn -0.0182 -0.7909 0.6117</w:t>
        <w:br/>
        <w:t>vn -0.8499 0.0867 0.5198</w:t>
        <w:br/>
        <w:t>vn -0.2678 0.3386 -0.9020</w:t>
        <w:br/>
        <w:t>vn -0.0395 0.5147 -0.8565</w:t>
        <w:br/>
        <w:t>vn 0.0480 0.2523 -0.9665</w:t>
        <w:br/>
        <w:t>vn 0.1746 0.4874 -0.8555</w:t>
        <w:br/>
        <w:t>vn 0.2351 0.2613 -0.9362</w:t>
        <w:br/>
        <w:t>vn 0.1533 0.6024 -0.7833</w:t>
        <w:br/>
        <w:t>vn 0.1382 0.4797 -0.8665</w:t>
        <w:br/>
        <w:t>vn 0.2219 0.2653 -0.9383</w:t>
        <w:br/>
        <w:t>vn -0.3105 0.5301 -0.7891</w:t>
        <w:br/>
        <w:t>vn -0.1033 0.7246 -0.6814</w:t>
        <w:br/>
        <w:t>vn -0.0085 0.8092 -0.5875</w:t>
        <w:br/>
        <w:t>vn -0.4969 0.2706 -0.8245</w:t>
        <w:br/>
        <w:t>vn -0.0587 0.6532 -0.7549</w:t>
        <w:br/>
        <w:t>vn -0.7957 0.1169 0.5943</w:t>
        <w:br/>
        <w:t>vn -0.7255 -0.2361 0.6465</w:t>
        <w:br/>
        <w:t>vn -0.2848 0.0310 0.9581</w:t>
        <w:br/>
        <w:t>vn -0.3494 0.3690 0.8612</w:t>
        <w:br/>
        <w:t>vn -0.2123 0.5431 0.8124</w:t>
        <w:br/>
        <w:t>vn -0.1622 0.1246 0.9789</w:t>
        <w:br/>
        <w:t>vn -0.0850 0.1671 0.9823</w:t>
        <w:br/>
        <w:t>vn -0.0980 0.5963 0.7968</w:t>
        <w:br/>
        <w:t>vn -0.9816 -0.0440 0.1860</w:t>
        <w:br/>
        <w:t>vn -0.9450 -0.2276 0.2348</w:t>
        <w:br/>
        <w:t>vn 0.0360 0.9952 -0.0913</w:t>
        <w:br/>
        <w:t>vn -0.0097 0.8143 0.5804</w:t>
        <w:br/>
        <w:t>vn -0.0097 0.8142 0.5805</w:t>
        <w:br/>
        <w:t>vn 0.0166 0.9564 0.2917</w:t>
        <w:br/>
        <w:t>vn 0.0633 0.8766 -0.4771</w:t>
        <w:br/>
        <w:t>vn 0.0360 0.9952 -0.0914</w:t>
        <w:br/>
        <w:t>vn 0.0590 0.8481 -0.5265</w:t>
        <w:br/>
        <w:t>vn 0.0673 0.4250 -0.9027</w:t>
        <w:br/>
        <w:t>vn 0.0539 0.4029 -0.9136</w:t>
        <w:br/>
        <w:t>vn 0.0540 0.3922 -0.9183</w:t>
        <w:br/>
        <w:t>vn 0.0620 0.4395 -0.8961</w:t>
        <w:br/>
        <w:t>vn 0.0988 0.4670 -0.8787</w:t>
        <w:br/>
        <w:t>vn 0.0749 0.4891 -0.8690</w:t>
        <w:br/>
        <w:t>vn 0.1763 0.5939 -0.7850</w:t>
        <w:br/>
        <w:t>vn 0.1029 0.5378 -0.8368</w:t>
        <w:br/>
        <w:t>vn 0.2734 0.6694 -0.6908</w:t>
        <w:br/>
        <w:t>vn 0.1347 0.6441 0.7529</w:t>
        <w:br/>
        <w:t>vn -0.0762 0.4757 0.8763</w:t>
        <w:br/>
        <w:t>vn -0.1642 0.3139 0.9351</w:t>
        <w:br/>
        <w:t>vn -0.2638 0.2709 0.9257</w:t>
        <w:br/>
        <w:t>vn -0.2513 0.2236 0.9417</w:t>
        <w:br/>
        <w:t>vn -0.2673 0.2678 0.9256</w:t>
        <w:br/>
        <w:t>vn -0.2425 0.2075 0.9477</w:t>
        <w:br/>
        <w:t>vn -0.2042 0.1937 0.9596</w:t>
        <w:br/>
        <w:t>vn -0.1865 0.1892 0.9641</w:t>
        <w:br/>
        <w:t>vn 0.3174 0.8357 0.4481</w:t>
        <w:br/>
        <w:t>vn -0.3114 0.1887 -0.9313</w:t>
        <w:br/>
        <w:t>vn -0.7627 -0.4780 0.4356</w:t>
        <w:br/>
        <w:t>vn -0.0706 -0.3028 0.9504</w:t>
        <w:br/>
        <w:t>vn -0.0594 -0.3257 0.9436</w:t>
        <w:br/>
        <w:t>vn -0.0653 -0.3780 0.9235</w:t>
        <w:br/>
        <w:t>vn -0.1482 0.2029 0.9679</w:t>
        <w:br/>
        <w:t>vn 0.1065 0.3084 -0.9453</w:t>
        <w:br/>
        <w:t>vn 0.2196 0.2259 -0.9491</w:t>
        <w:br/>
        <w:t>vn -0.4584 -0.4337 0.7758</w:t>
        <w:br/>
        <w:t>vn -0.1847 -0.3086 0.9331</w:t>
        <w:br/>
        <w:t>vn 0.1815 0.2242 -0.9575</w:t>
        <w:br/>
        <w:t>vn -0.0533 -0.2723 0.9607</w:t>
        <w:br/>
        <w:t>vn -0.0987 -0.9594 0.2644</w:t>
        <w:br/>
        <w:t>vn -0.2673 -0.7650 0.5859</w:t>
        <w:br/>
        <w:t>vn -0.0986 -0.9594 0.2644</w:t>
        <w:br/>
        <w:t>vn 0.2994 -0.8565 -0.4205</w:t>
        <w:br/>
        <w:t>vn 0.4753 -0.4877 -0.7323</w:t>
        <w:br/>
        <w:t>vn 0.3746 -0.5675 -0.7332</w:t>
        <w:br/>
        <w:t>vn 0.2993 -0.8565 -0.4206</w:t>
        <w:br/>
        <w:t>vn 0.4587 -0.6257 -0.6310</w:t>
        <w:br/>
        <w:t>vn 0.3313 -0.8625 -0.3825</w:t>
        <w:br/>
        <w:t>vn 0.4153 -0.9031 -0.1090</w:t>
        <w:br/>
        <w:t>vn 0.4818 -0.6186 -0.6206</w:t>
        <w:br/>
        <w:t>vn 0.3655 -0.3236 -0.8728</w:t>
        <w:br/>
        <w:t>vn 0.3906 -0.1377 -0.9102</w:t>
        <w:br/>
        <w:t>vn 0.4731 -0.3993 -0.7853</w:t>
        <w:br/>
        <w:t>vn 0.8114 0.2427 -0.5317</w:t>
        <w:br/>
        <w:t>vn 0.2524 0.7216 -0.6446</w:t>
        <w:br/>
        <w:t>vn 0.8039 0.0204 -0.5945</w:t>
        <w:br/>
        <w:t>vn 0.2234 -0.2412 -0.9444</w:t>
        <w:br/>
        <w:t>vn 0.2478 -0.2351 -0.9399</w:t>
        <w:br/>
        <w:t>vn -0.2509 0.8683 0.4279</w:t>
        <w:br/>
        <w:t>vn 0.4748 -0.1986 -0.8574</w:t>
        <w:br/>
        <w:t>vn 0.5003 -0.2084 -0.8404</w:t>
        <w:br/>
        <w:t>vn 0.4139 0.2571 -0.8732</w:t>
        <w:br/>
        <w:t>vn 0.4258 0.0116 -0.9048</w:t>
        <w:br/>
        <w:t>vn 0.8429 -0.3325 -0.4229</w:t>
        <w:br/>
        <w:t>vn 0.3499 -0.7568 -0.5521</w:t>
        <w:br/>
        <w:t>vn 0.1573 -0.6561 -0.7381</w:t>
        <w:br/>
        <w:t>vn 0.2220 -0.8990 -0.3776</w:t>
        <w:br/>
        <w:t>vn 0.2244 -0.8835 -0.4112</w:t>
        <w:br/>
        <w:t>vn 0.2437 -0.9682 0.0558</w:t>
        <w:br/>
        <w:t>vn 0.4617 -0.8855 0.0522</w:t>
        <w:br/>
        <w:t>vn 0.4974 -0.8668 0.0353</w:t>
        <w:br/>
        <w:t>vn 0.4665 -0.8019 -0.3734</w:t>
        <w:br/>
        <w:t>vn -0.0254 0.6053 -0.7956</w:t>
        <w:br/>
        <w:t>vn 0.1193 0.2410 -0.9632</w:t>
        <w:br/>
        <w:t>vn -0.1655 0.8595 -0.4836</w:t>
        <w:br/>
        <w:t>vn -0.1766 0.2228 0.9587</w:t>
        <w:br/>
        <w:t>vn 0.5055 -0.8625 0.0225</w:t>
        <w:br/>
        <w:t>vn 0.9015 -0.4236 0.0888</w:t>
        <w:br/>
        <w:t>vn 0.5030 -0.7925 -0.3450</w:t>
        <w:br/>
        <w:t>vn -0.0448 -0.5448 -0.8373</w:t>
        <w:br/>
        <w:t>vn 0.4313 -0.8929 0.1292</w:t>
        <w:br/>
        <w:t>vn 0.1611 -0.7829 -0.6009</w:t>
        <w:br/>
        <w:t>vn 0.2996 -0.8654 0.4016</w:t>
        <w:br/>
        <w:t>vn 0.2913 -0.8607 0.4175</w:t>
        <w:br/>
        <w:t>vn 0.4314 -0.8929 0.1292</w:t>
        <w:br/>
        <w:t>vn 0.2536 -0.9656 -0.0575</w:t>
        <w:br/>
        <w:t>vn -0.2437 -0.2224 -0.9440</w:t>
        <w:br/>
        <w:t>vn -0.0448 -0.5449 -0.8373</w:t>
        <w:br/>
        <w:t>vn 0.3779 -0.8173 0.4351</w:t>
        <w:br/>
        <w:t>vn 0.4932 -0.5408 0.6814</w:t>
        <w:br/>
        <w:t>vn 0.5347 -0.5013 0.6803</w:t>
        <w:br/>
        <w:t>vn 0.5717 -0.6620 0.4847</w:t>
        <w:br/>
        <w:t>vn 0.4256 -0.3456 0.8363</w:t>
        <w:br/>
        <w:t>vn 0.4498 0.0060 0.8931</w:t>
        <w:br/>
        <w:t>vn 0.5254 -0.2287 0.8195</w:t>
        <w:br/>
        <w:t>vn 0.4218 -0.5733 0.7024</w:t>
        <w:br/>
        <w:t>vn 0.2788 -0.5723 0.7712</w:t>
        <w:br/>
        <w:t>vn -0.2113 0.9456 0.2473</w:t>
        <w:br/>
        <w:t>vn 0.2467 0.2721 0.9301</w:t>
        <w:br/>
        <w:t>vn 0.4218 -0.5734 0.7023</w:t>
        <w:br/>
        <w:t>vn 0.5126 -0.7630 0.3938</w:t>
        <w:br/>
        <w:t>vn 0.4955 -0.6529 0.5728</w:t>
        <w:br/>
        <w:t>vn 0.6214 -0.2375 -0.7466</w:t>
        <w:br/>
        <w:t>vn 0.4582 -0.3138 -0.8316</w:t>
        <w:br/>
        <w:t>vn 0.9236 -0.1746 -0.3414</w:t>
        <w:br/>
        <w:t>vn 0.6057 0.1832 -0.7743</w:t>
        <w:br/>
        <w:t>vn 0.6582 0.1046 -0.7456</w:t>
        <w:br/>
        <w:t>vn 0.5526 0.4553 -0.6981</w:t>
        <w:br/>
        <w:t>vn 0.5936 0.3265 -0.7356</w:t>
        <w:br/>
        <w:t>vn 0.5769 0.0332 -0.8162</w:t>
        <w:br/>
        <w:t>vn 0.7260 0.3242 -0.6064</w:t>
        <w:br/>
        <w:t>vn 0.5936 0.3266 -0.7356</w:t>
        <w:br/>
        <w:t>vn 0.6725 0.0284 -0.7395</w:t>
        <w:br/>
        <w:t>vn 0.8098 0.0201 -0.5864</w:t>
        <w:br/>
        <w:t>vn -0.3167 0.7831 0.5353</w:t>
        <w:br/>
        <w:t>vn -0.3168 0.7831 0.5352</w:t>
        <w:br/>
        <w:t>vn -0.1256 0.9115 0.3918</w:t>
        <w:br/>
        <w:t>vn -0.4845 0.5971 0.6393</w:t>
        <w:br/>
        <w:t>vn -0.0750 0.8403 0.5369</w:t>
        <w:br/>
        <w:t>vn -0.1836 0.6948 0.6954</w:t>
        <w:br/>
        <w:t>vn 0.4789 -0.2072 -0.8531</w:t>
        <w:br/>
        <w:t>vn 0.5294 0.0190 -0.8481</w:t>
        <w:br/>
        <w:t>vn -0.2815 0.5090 0.8134</w:t>
        <w:br/>
        <w:t>vn 0.1624 0.5860 -0.7939</w:t>
        <w:br/>
        <w:t>vn 0.2335 0.3128 -0.9207</w:t>
        <w:br/>
        <w:t>vn 0.2434 0.0146 -0.9698</w:t>
        <w:br/>
        <w:t>vn 0.2114 -0.2650 -0.9408</w:t>
        <w:br/>
        <w:t>vn -0.3242 -0.7612 0.5617</w:t>
        <w:br/>
        <w:t>vn -0.3785 -0.6505 0.6585</w:t>
        <w:br/>
        <w:t>vn 0.1235 -0.5183 -0.8462</w:t>
        <w:br/>
        <w:t>vn -0.2619 -0.8531 0.4512</w:t>
        <w:br/>
        <w:t>vn 0.5151 -0.1071 0.8504</w:t>
        <w:br/>
        <w:t>vn 0.4068 0.2103 0.8890</w:t>
        <w:br/>
        <w:t>vn 0.4489 0.3751 0.8110</w:t>
        <w:br/>
        <w:t>vn 0.5358 -0.0865 0.8399</w:t>
        <w:br/>
        <w:t>vn 0.4362 -0.5717 0.6949</w:t>
        <w:br/>
        <w:t>vn 0.5141 -0.0499 0.8562</w:t>
        <w:br/>
        <w:t>vn 0.5335 -0.4140 0.7376</w:t>
        <w:br/>
        <w:t>vn 0.0068 -0.9246 -0.3809</w:t>
        <w:br/>
        <w:t>vn 0.6525 -0.6339 0.4151</w:t>
        <w:br/>
        <w:t>vn 0.0069 -0.9246 -0.3809</w:t>
        <w:br/>
        <w:t>vn 0.7312 -0.0937 0.6757</w:t>
        <w:br/>
        <w:t>vn 0.4488 0.3751 0.8111</w:t>
        <w:br/>
        <w:t>vn -0.0337 0.9980 0.0537</w:t>
        <w:br/>
        <w:t>vn 0.1860 0.9195 0.3464</w:t>
        <w:br/>
        <w:t>vn -0.2487 0.9367 -0.2465</w:t>
        <w:br/>
        <w:t>vn 0.3370 0.0996 0.9362</w:t>
        <w:br/>
        <w:t>vn 0.2635 0.5031 0.8231</w:t>
        <w:br/>
        <w:t>vn 0.3261 0.1301 0.9363</w:t>
        <w:br/>
        <w:t>vn 0.4946 0.4301 0.7552</w:t>
        <w:br/>
        <w:t>vn 0.5192 0.4554 0.7232</w:t>
        <w:br/>
        <w:t>vn 0.5301 -0.1202 0.8394</w:t>
        <w:br/>
        <w:t>vn 0.7462 -0.4331 0.5057</w:t>
        <w:br/>
        <w:t>vn 0.9077 -0.2602 0.3291</w:t>
        <w:br/>
        <w:t>vn 0.6918 -0.2429 0.6800</w:t>
        <w:br/>
        <w:t>vn -0.2112 -0.8768 -0.4319</w:t>
        <w:br/>
        <w:t>vn 0.6290 0.2248 0.7442</w:t>
        <w:br/>
        <w:t>vn 0.5028 0.4946 0.7089</w:t>
        <w:br/>
        <w:t>vn 0.5077 0.4912 0.7077</w:t>
        <w:br/>
        <w:t>vn 0.4470 0.5047 0.7386</w:t>
        <w:br/>
        <w:t>vn 0.8801 0.2747 -0.3873</w:t>
        <w:br/>
        <w:t>vn 0.8044 0.3318 -0.4928</w:t>
        <w:br/>
        <w:t>vn 0.9110 -0.0693 -0.4065</w:t>
        <w:br/>
        <w:t>vn 0.7916 0.1857 -0.5822</w:t>
        <w:br/>
        <w:t>vn -0.5408 -0.6678 0.5115</w:t>
        <w:br/>
        <w:t>vn -0.5409 -0.6678 0.5113</w:t>
        <w:br/>
        <w:t>vn -0.6093 -0.4379 0.6611</w:t>
        <w:br/>
        <w:t>vn 0.4323 -0.2383 -0.8697</w:t>
        <w:br/>
        <w:t>vn 0.4274 -0.2445 -0.8704</w:t>
        <w:br/>
        <w:t>vn 0.8762 -0.3142 -0.3655</w:t>
        <w:br/>
        <w:t>vn -0.4291 -0.8443 0.3209</w:t>
        <w:br/>
        <w:t>vn 0.2519 0.7484 -0.6135</w:t>
        <w:br/>
        <w:t>vn 0.2813 0.7418 -0.6088</w:t>
        <w:br/>
        <w:t>vn 0.3194 -0.3729 0.8712</w:t>
        <w:br/>
        <w:t>vn 0.6893 -0.0159 0.7243</w:t>
        <w:br/>
        <w:t>vn 0.3296 -0.3592 0.8731</w:t>
        <w:br/>
        <w:t>vn 0.8855 0.0701 0.4594</w:t>
        <w:br/>
        <w:t>vn 0.4868 0.2076 0.8485</w:t>
        <w:br/>
        <w:t>vn -0.1833 0.9374 -0.2960</w:t>
        <w:br/>
        <w:t>vn -0.1752 -0.7230 -0.6683</w:t>
        <w:br/>
        <w:t>vn 0.8270 -0.4804 0.2921</w:t>
        <w:br/>
        <w:t>vn 0.7745 -0.2761 -0.5691</w:t>
        <w:br/>
        <w:t>vn 0.4433 -0.6210 -0.6464</w:t>
        <w:br/>
        <w:t>vn 0.5534 0.0093 -0.8329</w:t>
        <w:br/>
        <w:t>vn 0.9319 -0.2459 -0.2665</w:t>
        <w:br/>
        <w:t>vn 0.4710 -0.8820 0.0130</w:t>
        <w:br/>
        <w:t>vn 0.9517 -0.1518 0.2668</w:t>
        <w:br/>
        <w:t>vn 0.5157 -0.4747 0.7132</w:t>
        <w:br/>
        <w:t>vn 0.9340 -0.0276 -0.3563</w:t>
        <w:br/>
        <w:t>vn 0.6525 -0.6339 0.4152</w:t>
        <w:br/>
        <w:t>vn 0.9003 -0.3051 0.3105</w:t>
        <w:br/>
        <w:t>vn 0.4419 0.5658 0.6961</w:t>
        <w:br/>
        <w:t>vn 0.5148 0.5502 0.6575</w:t>
        <w:br/>
        <w:t>vn 0.6061 0.4448 -0.6593</w:t>
        <w:br/>
        <w:t>vn 0.0977 0.9382 -0.3320</w:t>
        <w:br/>
        <w:t>vn -0.0493 0.9782 0.2016</w:t>
        <w:br/>
        <w:t>vn -0.1390 0.9052 0.4016</w:t>
        <w:br/>
        <w:t>vn 0.1548 0.7414 -0.6530</w:t>
        <w:br/>
        <w:t>vn -0.0327 0.7688 0.6387</w:t>
        <w:br/>
        <w:t>vn -0.2176 0.2641 0.9396</w:t>
        <w:br/>
        <w:t>vn -0.1508 0.6585 0.7373</w:t>
        <w:br/>
        <w:t>vn 0.9485 -0.1374 -0.2853</w:t>
        <w:br/>
        <w:t>vn 0.9805 -0.1098 -0.1628</w:t>
        <w:br/>
        <w:t>vn 0.9485 -0.1375 -0.2853</w:t>
        <w:br/>
        <w:t>vn 0.9916 0.1040 -0.0770</w:t>
        <w:br/>
        <w:t>vn -0.4823 0.3500 0.8031</w:t>
        <w:br/>
        <w:t>vn -0.4936 0.2038 0.8455</w:t>
        <w:br/>
        <w:t>vn -0.3865 0.4871 0.7832</w:t>
        <w:br/>
        <w:t>vn -0.4682 0.5605 0.6831</w:t>
        <w:br/>
        <w:t>vn -0.5630 0.1736 0.8080</w:t>
        <w:br/>
        <w:t>vn 0.9520 0.1095 0.2860</w:t>
        <w:br/>
        <w:t>vn 0.9519 0.1096 0.2860</w:t>
        <w:br/>
        <w:t>vn -0.4732 0.6107 0.6349</w:t>
        <w:br/>
        <w:t>vn -0.5360 0.5650 0.6272</w:t>
        <w:br/>
        <w:t>vn -0.4499 0.3851 0.8057</w:t>
        <w:br/>
        <w:t>vn 0.9545 -0.0698 -0.2899</w:t>
        <w:br/>
        <w:t>vn 0.8039 0.0203 -0.5945</w:t>
        <w:br/>
        <w:t>vn 0.8115 0.2427 -0.5316</w:t>
        <w:br/>
        <w:t>vn 0.9290 -0.0479 -0.3671</w:t>
        <w:br/>
        <w:t>vn 0.9934 -0.0849 -0.0775</w:t>
        <w:br/>
        <w:t>vn 0.9934 -0.0848 -0.0775</w:t>
        <w:br/>
        <w:t>vn 0.0139 -0.4375 0.8991</w:t>
        <w:br/>
        <w:t>vn 0.1850 -0.8573 -0.4804</w:t>
        <w:br/>
        <w:t>vn 0.0553 -0.8026 0.5940</w:t>
        <w:br/>
        <w:t>vn 0.0024 -0.8466 0.5322</w:t>
        <w:br/>
        <w:t>vn -0.0691 -0.7978 0.5989</w:t>
        <w:br/>
        <w:t>vn 0.0819 -0.7777 0.6232</w:t>
        <w:br/>
        <w:t>vn 0.0553 -0.8026 0.5939</w:t>
        <w:br/>
        <w:t>vn 0.1231 -0.2411 -0.9627</w:t>
        <w:br/>
        <w:t>vn -0.0496 0.9029 -0.4269</w:t>
        <w:br/>
        <w:t>vn -0.1784 0.9469 0.2676</w:t>
        <w:br/>
        <w:t>vn -0.1247 0.9591 -0.2543</w:t>
        <w:br/>
        <w:t>vn 0.0182 0.4339 0.9008</w:t>
        <w:br/>
        <w:t>vn 0.1433 -0.8822 0.4485</w:t>
        <w:br/>
        <w:t>vn 0.1068 -0.6387 0.7620</w:t>
        <w:br/>
        <w:t>vn 0.0877 -0.3200 0.9434</w:t>
        <w:br/>
        <w:t>vn 0.9833 -0.1678 -0.0709</w:t>
        <w:br/>
        <w:t>vn 0.9452 -0.1485 -0.2908</w:t>
        <w:br/>
        <w:t>vn 0.9492 -0.1441 -0.2798</w:t>
        <w:br/>
        <w:t>vn 0.9492 -0.1440 -0.2798</w:t>
        <w:br/>
        <w:t>vn 0.9320 -0.2459 -0.2665</w:t>
        <w:br/>
        <w:t>vn 0.9991 0.0301 -0.0304</w:t>
        <w:br/>
        <w:t>vn 0.9377 0.3442 0.0470</w:t>
        <w:br/>
        <w:t>vn 0.9377 0.3443 0.0470</w:t>
        <w:br/>
        <w:t>vn -0.3826 0.8486 0.3654</w:t>
        <w:br/>
        <w:t>vn -0.4522 0.8918 -0.0145</w:t>
        <w:br/>
        <w:t>vn -0.4841 0.8739 -0.0441</w:t>
        <w:br/>
        <w:t>vn 0.8923 0.4499 -0.0369</w:t>
        <w:br/>
        <w:t>vn 0.0533 -0.2936 0.9544</w:t>
        <w:br/>
        <w:t>vn 0.9794 -0.2018 0.0052</w:t>
        <w:br/>
        <w:t>vn 0.9015 -0.4236 0.0889</w:t>
        <w:br/>
        <w:t>vn 0.9893 -0.1445 -0.0217</w:t>
        <w:br/>
        <w:t>vn 0.9966 0.0818 -0.0091</w:t>
        <w:br/>
        <w:t>vn -0.4295 0.6251 0.6518</w:t>
        <w:br/>
        <w:t>vn 0.0594 0.0143 0.9981</w:t>
        <w:br/>
        <w:t>vn 0.0877 -0.3200 0.9433</w:t>
        <w:br/>
        <w:t>vn -0.1779 0.8865 -0.4272</w:t>
        <w:br/>
        <w:t>vn -0.1678 0.7236 -0.6695</w:t>
        <w:br/>
        <w:t>vn -0.4826 0.7484 0.4549</w:t>
        <w:br/>
        <w:t>vn -0.4118 0.8227 0.3919</w:t>
        <w:br/>
        <w:t>vn -0.4110 0.4224 0.8079</w:t>
        <w:br/>
        <w:t>vn 0.9306 0.1605 0.3291</w:t>
        <w:br/>
        <w:t>vn 0.9229 0.3006 0.2406</w:t>
        <w:br/>
        <w:t>vn 0.9229 0.3006 0.2407</w:t>
        <w:br/>
        <w:t>vn 0.9996 0.0110 0.0249</w:t>
        <w:br/>
        <w:t>vn 0.9111 0.4059 0.0719</w:t>
        <w:br/>
        <w:t>vn 0.9621 0.2723 -0.0131</w:t>
        <w:br/>
        <w:t>vn -0.2988 0.9467 -0.1200</w:t>
        <w:br/>
        <w:t>vn -0.2101 0.8715 -0.4431</w:t>
        <w:br/>
        <w:t>vn -0.4069 0.8391 0.3611</w:t>
        <w:br/>
        <w:t>vn -0.5166 0.8543 -0.0575</w:t>
        <w:br/>
        <w:t>vn -0.4652 0.7824 -0.4140</w:t>
        <w:br/>
        <w:t>vn -0.4446 0.8845 -0.1415</w:t>
        <w:br/>
        <w:t>vn 0.9968 -0.0781 -0.0192</w:t>
        <w:br/>
        <w:t>vn 0.9850 -0.0229 -0.1711</w:t>
        <w:br/>
        <w:t>vn 0.9838 0.1227 0.1306</w:t>
        <w:br/>
        <w:t>vn -0.5061 0.6966 -0.5085</w:t>
        <w:br/>
        <w:t>vn -0.4723 0.8360 -0.2794</w:t>
        <w:br/>
        <w:t>vn -0.4874 0.7694 -0.4128</w:t>
        <w:br/>
        <w:t>vn 0.0246 0.5349 0.8446</w:t>
        <w:br/>
        <w:t>vn -0.1128 0.8022 0.5864</w:t>
        <w:br/>
        <w:t>vn -0.0008 0.6957 0.7184</w:t>
        <w:br/>
        <w:t>vn -0.5236 0.5257 -0.6704</w:t>
        <w:br/>
        <w:t>vn -0.5200 0.5085 -0.6863</w:t>
        <w:br/>
        <w:t>vn 0.9108 0.4101 0.0472</w:t>
        <w:br/>
        <w:t>vn 0.9108 0.4100 0.0473</w:t>
        <w:br/>
        <w:t>vn 0.8694 0.4526 -0.1980</w:t>
        <w:br/>
        <w:t>vn 0.8695 0.4526 -0.1979</w:t>
        <w:br/>
        <w:t>vn -0.0421 0.8107 0.5840</w:t>
        <w:br/>
        <w:t>vn -0.1510 0.9367 0.3158</w:t>
        <w:br/>
        <w:t>vn 0.9973 0.0115 -0.0724</w:t>
        <w:br/>
        <w:t>vn -0.4534 0.5890 -0.6690</w:t>
        <w:br/>
        <w:t>vn -0.4872 0.2340 -0.8413</w:t>
        <w:br/>
        <w:t>vn 0.9995 0.0247 -0.0185</w:t>
        <w:br/>
        <w:t>vn 0.9557 0.1932 -0.2219</w:t>
        <w:br/>
        <w:t>vn 0.8823 0.4376 -0.1735</w:t>
        <w:br/>
        <w:t>vn 0.9967 0.0262 0.0774</w:t>
        <w:br/>
        <w:t>vn -0.0842 -0.0814 -0.9931</w:t>
        <w:br/>
        <w:t>vn -0.1390 0.3804 -0.9143</w:t>
        <w:br/>
        <w:t>vn -0.1507 0.2565 -0.9547</w:t>
        <w:br/>
        <w:t>vn 0.1714 -0.9722 -0.1594</w:t>
        <w:br/>
        <w:t>vn -0.0952 -0.3102 -0.9459</w:t>
        <w:br/>
        <w:t>vn -0.4493 0.8026 -0.3923</w:t>
        <w:br/>
        <w:t>vn -0.1658 0.0135 -0.9861</w:t>
        <w:br/>
        <w:t>vn 0.2852 0.7494 -0.5975</w:t>
        <w:br/>
        <w:t>vn 0.2706 0.8899 -0.3671</w:t>
        <w:br/>
        <w:t>vn 0.9953 -0.0489 -0.0833</w:t>
        <w:br/>
        <w:t>vn 0.9235 -0.1746 -0.3414</w:t>
        <w:br/>
        <w:t>vn 0.9397 -0.3266 -0.1016</w:t>
        <w:br/>
        <w:t>vn -0.6343 -0.3855 0.6701</w:t>
        <w:br/>
        <w:t>vn -0.6701 -0.3392 0.6602</w:t>
        <w:br/>
        <w:t>vn -0.6979 -0.4319 0.5713</w:t>
        <w:br/>
        <w:t>vn -0.6660 -0.4674 0.5814</w:t>
        <w:br/>
        <w:t>vn -0.5669 -0.0043 0.8238</w:t>
        <w:br/>
        <w:t>vn -0.6159 -0.4256 0.6630</w:t>
        <w:br/>
        <w:t>vn -0.5518 -0.2213 0.8041</w:t>
        <w:br/>
        <w:t>vn 0.2263 0.9697 -0.0925</w:t>
        <w:br/>
        <w:t>vn 0.2897 0.8991 -0.3281</w:t>
        <w:br/>
        <w:t>vn 0.2897 0.8991 -0.3280</w:t>
        <w:br/>
        <w:t>vn 0.0519 0.5262 0.8488</w:t>
        <w:br/>
        <w:t>vn -0.1806 0.3226 0.9291</w:t>
        <w:br/>
        <w:t>vn -0.2694 0.4276 0.8629</w:t>
        <w:br/>
        <w:t>vn -0.2695 0.4277 0.8628</w:t>
        <w:br/>
        <w:t>vn -0.4206 0.5992 0.6812</w:t>
        <w:br/>
        <w:t>vn -0.5669 -0.0043 0.8237</w:t>
        <w:br/>
        <w:t>vn 0.3344 0.7706 -0.5425</w:t>
        <w:br/>
        <w:t>vn 0.9097 -0.2557 -0.3271</w:t>
        <w:br/>
        <w:t>vn 0.8762 -0.3141 -0.3655</w:t>
        <w:br/>
        <w:t>vn 0.9542 -0.2957 -0.0460</w:t>
        <w:br/>
        <w:t>vn 0.9955 -0.0945 0.0065</w:t>
        <w:br/>
        <w:t>vn 0.3499 -0.8736 -0.3383</w:t>
        <w:br/>
        <w:t>vn 0.1957 -0.9776 -0.0780</w:t>
        <w:br/>
        <w:t>vn 0.3405 -0.9372 -0.0756</w:t>
        <w:br/>
        <w:t>vn 0.4797 -0.7388 -0.4733</w:t>
        <w:br/>
        <w:t>vn 0.3322 -0.7379 -0.5875</w:t>
        <w:br/>
        <w:t>vn 0.6135 -0.7433 -0.2667</w:t>
        <w:br/>
        <w:t>vn -0.3022 -0.6302 0.7152</w:t>
        <w:br/>
        <w:t>vn -0.3758 -0.2934 0.8790</w:t>
        <w:br/>
        <w:t>vn -0.6509 -0.1569 0.7428</w:t>
        <w:br/>
        <w:t>vn -0.6372 -0.3274 0.6977</w:t>
        <w:br/>
        <w:t>vn -0.6497 -0.0944 0.7543</w:t>
        <w:br/>
        <w:t>vn -0.5467 0.2157 0.8091</w:t>
        <w:br/>
        <w:t>vn -0.6032 -0.0019 0.7976</w:t>
        <w:br/>
        <w:t>vn -0.5727 -0.4486 0.6861</w:t>
        <w:br/>
        <w:t>vn -0.6292 -0.3113 0.7122</w:t>
        <w:br/>
        <w:t>vn -0.5435 0.2818 0.7907</w:t>
        <w:br/>
        <w:t>vn 0.9340 -0.0276 -0.3562</w:t>
        <w:br/>
        <w:t>vn 0.8862 0.4451 -0.1290</w:t>
        <w:br/>
        <w:t>vn 0.8763 0.4353 0.2065</w:t>
        <w:br/>
        <w:t>vn 0.9401 0.2669 0.2120</w:t>
        <w:br/>
        <w:t>vn 0.9401 0.2670 0.2120</w:t>
        <w:br/>
        <w:t>vn 0.8634 -0.4835 0.1443</w:t>
        <w:br/>
        <w:t>vn 0.8098 0.0200 -0.5864</w:t>
        <w:br/>
        <w:t>vn 0.7967 -0.3492 0.4933</w:t>
        <w:br/>
        <w:t>vn 0.8634 -0.4834 0.1444</w:t>
        <w:br/>
        <w:t>vn 0.7532 -0.4862 0.4430</w:t>
        <w:br/>
        <w:t>vn 0.9259 0.0038 0.3777</w:t>
        <w:br/>
        <w:t>vn 0.9259 0.0039 0.3777</w:t>
        <w:br/>
        <w:t>vn 0.9890 -0.1426 0.0394</w:t>
        <w:br/>
        <w:t>vn 0.9890 -0.1426 0.0395</w:t>
        <w:br/>
        <w:t>vn 0.9552 0.1821 0.2335</w:t>
        <w:br/>
        <w:t>vn 0.9873 0.0932 0.1286</w:t>
        <w:br/>
        <w:t>vn 0.2260 -0.9253 -0.3045</w:t>
        <w:br/>
        <w:t>vn 0.2084 -0.6700 -0.7125</w:t>
        <w:br/>
        <w:t>vn 0.2002 -0.8669 -0.4565</w:t>
        <w:br/>
        <w:t>vn 0.1948 -0.4033 -0.8941</w:t>
        <w:br/>
        <w:t>vn 0.9008 -0.3732 0.2219</w:t>
        <w:br/>
        <w:t>vn 0.8820 -0.1780 0.4363</w:t>
        <w:br/>
        <w:t>vn 0.9553 -0.2606 0.1395</w:t>
        <w:br/>
        <w:t>vn 0.9611 -0.2246 0.1605</w:t>
        <w:br/>
        <w:t>vn 0.9611 -0.2246 0.1606</w:t>
        <w:br/>
        <w:t>vn 0.2790 0.5541 -0.7843</w:t>
        <w:br/>
        <w:t>vn 0.0725 0.8759 0.4771</w:t>
        <w:br/>
        <w:t>vn 0.1300 0.6690 0.7318</w:t>
        <w:br/>
        <w:t>vn 0.0092 0.7611 0.6485</w:t>
        <w:br/>
        <w:t>vn -0.1621 -0.3248 0.9318</w:t>
        <w:br/>
        <w:t>vn -0.1871 0.2312 0.9547</w:t>
        <w:br/>
        <w:t>vn 0.2260 -0.9253 -0.3046</w:t>
        <w:br/>
        <w:t>vn 0.1936 -0.9688 0.1549</w:t>
        <w:br/>
        <w:t>vn 0.1692 -0.8386 0.5178</w:t>
        <w:br/>
        <w:t>vn 0.9872 -0.1566 0.0286</w:t>
        <w:br/>
        <w:t>vn 0.0173 -0.9902 0.1387</w:t>
        <w:br/>
        <w:t>vn -0.2167 0.8711 0.4407</w:t>
        <w:br/>
        <w:t>vn -0.4737 -0.0816 0.8769</w:t>
        <w:br/>
        <w:t>vn -0.4312 -0.0781 0.8989</w:t>
        <w:br/>
        <w:t>vn -0.5738 0.1203 -0.8101</w:t>
        <w:br/>
        <w:t>vn -0.3717 0.7087 -0.5996</w:t>
        <w:br/>
        <w:t>vn -0.5309 0.1117 -0.8400</w:t>
        <w:br/>
        <w:t>vn -0.4873 0.4145 -0.7686</w:t>
        <w:br/>
        <w:t>vn 0.9474 0.2147 -0.2374</w:t>
        <w:br/>
        <w:t>vn 0.9080 0.0425 -0.4168</w:t>
        <w:br/>
        <w:t>vn 0.9934 0.0752 0.0863</w:t>
        <w:br/>
        <w:t>vn 0.8077 -0.2643 -0.5270</w:t>
        <w:br/>
        <w:t>vn 0.8077 -0.2643 -0.5271</w:t>
        <w:br/>
        <w:t>vn -0.4954 -0.0503 -0.8672</w:t>
        <w:br/>
        <w:t>vn -0.5271 -0.0223 -0.8495</w:t>
        <w:br/>
        <w:t>vn -0.5468 -0.0198 -0.8370</w:t>
        <w:br/>
        <w:t>vn 0.8840 -0.4209 -0.2033</w:t>
        <w:br/>
        <w:t>vn 0.7888 -0.3912 -0.4740</w:t>
        <w:br/>
        <w:t>vn 0.8840 -0.4209 -0.2034</w:t>
        <w:br/>
        <w:t>vn 0.9003 -0.3051 0.3106</w:t>
        <w:br/>
        <w:t>vn 0.9558 -0.2713 0.1135</w:t>
        <w:br/>
        <w:t>vn 0.0517 0.8947 0.4437</w:t>
        <w:br/>
        <w:t>vn -0.2715 0.9092 -0.3157</w:t>
        <w:br/>
        <w:t>vn 0.1532 0.6931 0.7043</w:t>
        <w:br/>
        <w:t>vn 0.9066 -0.2031 0.3698</w:t>
        <w:br/>
        <w:t>vn 0.6526 -0.6338 0.4152</w:t>
        <w:br/>
        <w:t>vn 0.9770 -0.1167 0.1783</w:t>
        <w:br/>
        <w:t>vn 0.9613 -0.1764 0.2116</w:t>
        <w:br/>
        <w:t>vn 0.9372 -0.3450 -0.0514</w:t>
        <w:br/>
        <w:t>vn 0.0171 -0.9683 -0.2491</w:t>
        <w:br/>
        <w:t>vn 0.0340 -0.9915 -0.1259</w:t>
        <w:br/>
        <w:t>vn 0.1446 -0.9853 -0.0907</w:t>
        <w:br/>
        <w:t>vn -0.0897 -0.9019 -0.4225</w:t>
        <w:br/>
        <w:t>vn -0.2195 -0.5464 -0.8083</w:t>
        <w:br/>
        <w:t>vn -0.2778 -0.1114 -0.9541</w:t>
        <w:br/>
        <w:t>vn -0.0765 -0.8407 -0.5361</w:t>
        <w:br/>
        <w:t>vn -0.1227 -0.9247 -0.3603</w:t>
        <w:br/>
        <w:t>vn -0.2002 0.6199 -0.7587</w:t>
        <w:br/>
        <w:t>vn -0.2819 0.6264 -0.7268</w:t>
        <w:br/>
        <w:t>vn 0.0931 0.8575 0.5060</w:t>
        <w:br/>
        <w:t>vn 0.9807 0.1527 0.1223</w:t>
        <w:br/>
        <w:t>vn 0.9857 -0.0772 -0.1496</w:t>
        <w:br/>
        <w:t>vn 0.9681 0.0145 0.2501</w:t>
        <w:br/>
        <w:t>vn 0.9548 -0.2952 0.0346</w:t>
        <w:br/>
        <w:t>vn 0.6918 -0.2429 0.6799</w:t>
        <w:br/>
        <w:t>vn 0.7461 -0.4331 0.5057</w:t>
        <w:br/>
        <w:t>vn 0.9681 0.0145 0.2500</w:t>
        <w:br/>
        <w:t>vn 0.9548 -0.2952 0.0345</w:t>
        <w:br/>
        <w:t>vn 0.8527 -0.4242 -0.3048</w:t>
        <w:br/>
        <w:t>vn -0.2778 -0.1115 -0.9541</w:t>
        <w:br/>
        <w:t>vn -0.1646 0.5554 -0.8151</w:t>
        <w:br/>
        <w:t>vn 0.8409 -0.4730 -0.2631</w:t>
        <w:br/>
        <w:t>vn 0.8414 -0.5248 -0.1289</w:t>
        <w:br/>
        <w:t>vn -0.5469 -0.0198 -0.8370</w:t>
        <w:br/>
        <w:t>vn -0.5779 -0.3172 -0.7519</w:t>
        <w:br/>
        <w:t>vn -0.5223 -0.4656 -0.7144</w:t>
        <w:br/>
        <w:t>vn -0.5617 -0.2485 -0.7892</w:t>
        <w:br/>
        <w:t>vn -0.4964 -0.5624 -0.6613</w:t>
        <w:br/>
        <w:t>vn -0.4220 -0.5858 -0.6919</w:t>
        <w:br/>
        <w:t>vn -0.5621 -0.4809 -0.6729</w:t>
        <w:br/>
        <w:t>vn -0.6117 -0.4773 -0.6309</w:t>
        <w:br/>
        <w:t>vn -0.5785 -0.4782 -0.6608</w:t>
        <w:br/>
        <w:t>vn 0.8488 -0.5274 0.0368</w:t>
        <w:br/>
        <w:t>vn 0.7113 -0.6548 0.2554</w:t>
        <w:br/>
        <w:t>vn 0.4582 -0.7722 0.4402</w:t>
        <w:br/>
        <w:t>vn 0.4583 -0.7722 0.4402</w:t>
        <w:br/>
        <w:t>vn -0.2819 0.6263 -0.7268</w:t>
        <w:br/>
        <w:t>vn -0.2530 0.8176 -0.5171</w:t>
        <w:br/>
        <w:t>vn -0.4124 0.4840 -0.7718</w:t>
        <w:br/>
        <w:t>vn 0.9996 0.0110 0.0250</w:t>
        <w:br/>
        <w:t>vn 0.7745 -0.2762 -0.5690</w:t>
        <w:br/>
        <w:t>vn 0.4297 -0.8603 -0.2743</w:t>
        <w:br/>
        <w:t>vn 0.2552 -0.8688 -0.4242</w:t>
        <w:br/>
        <w:t>vn 0.6485 -0.7600 0.0415</w:t>
        <w:br/>
        <w:t>vn 0.6485 -0.7601 0.0415</w:t>
        <w:br/>
        <w:t>vn 0.9635 -0.1893 -0.1894</w:t>
        <w:br/>
        <w:t>vn 0.8900 -0.4366 0.1315</w:t>
        <w:br/>
        <w:t>vn 0.7915 0.1857 -0.5822</w:t>
        <w:br/>
        <w:t>vn 0.6965 -0.6914 0.1919</w:t>
        <w:br/>
        <w:t>vn 0.8901 -0.4364 0.1316</w:t>
        <w:br/>
        <w:t>vn -0.1371 -0.6818 -0.7186</w:t>
        <w:br/>
        <w:t>vn -0.1691 -0.3574 -0.9185</w:t>
        <w:br/>
        <w:t>vn -0.1810 -0.4728 -0.8624</w:t>
        <w:br/>
        <w:t>vn -0.1444 0.9172 -0.3714</w:t>
        <w:br/>
        <w:t>vn -0.1269 0.8885 -0.4410</w:t>
        <w:br/>
        <w:t>vn 0.9798 -0.1384 -0.1444</w:t>
        <w:br/>
        <w:t>vn 0.9832 -0.1279 0.1298</w:t>
        <w:br/>
        <w:t>vn 0.9865 -0.1304 -0.0987</w:t>
        <w:br/>
        <w:t>vn 0.9832 -0.1280 0.1298</w:t>
        <w:br/>
        <w:t>vn 0.9578 -0.1875 0.2179</w:t>
        <w:br/>
        <w:t>vn 0.8854 0.0701 0.4594</w:t>
        <w:br/>
        <w:t>vn 0.6893 -0.0160 0.7243</w:t>
        <w:br/>
        <w:t>vn 0.9406 -0.3068 -0.1457</w:t>
        <w:br/>
        <w:t>vn 0.9405 -0.3068 -0.1457</w:t>
        <w:br/>
        <w:t>vn 0.9660 -0.2473 0.0751</w:t>
        <w:br/>
        <w:t>vn -0.1951 -0.6659 -0.7201</w:t>
        <w:br/>
        <w:t>vn 0.1732 -0.9043 0.3902</w:t>
        <w:br/>
        <w:t>vn -0.3445 -0.3531 -0.8698</w:t>
        <w:br/>
        <w:t>vn -0.1911 -0.7074 -0.6805</w:t>
        <w:br/>
        <w:t>vn -0.5006 0.4961 -0.7094</w:t>
        <w:br/>
        <w:t>vn -0.4826 0.2386 -0.8427</w:t>
        <w:br/>
        <w:t>vn 0.9262 0.0301 -0.3758</w:t>
        <w:br/>
        <w:t>vn 0.2265 -0.7981 0.5583</w:t>
        <w:br/>
        <w:t>vn -0.4250 0.6354 0.6447</w:t>
        <w:br/>
        <w:t>vn -0.3753 0.3225 0.8690</w:t>
        <w:br/>
        <w:t>vn -0.4556 0.2237 0.8616</w:t>
        <w:br/>
        <w:t>vn -0.3408 -0.3046 0.8894</w:t>
        <w:br/>
        <w:t>vn -0.2398 0.7019 0.6707</w:t>
        <w:br/>
        <w:t>vn -0.3750 0.6885 -0.6207</w:t>
        <w:br/>
        <w:t>vn -0.3294 0.5822 0.7433</w:t>
        <w:br/>
        <w:t>vn -0.6500 -0.0323 0.7593</w:t>
        <w:br/>
        <w:t>vn -0.5197 0.0592 -0.8523</w:t>
        <w:br/>
        <w:t>vn -0.5049 0.0582 -0.8612</w:t>
        <w:br/>
        <w:t>vn -0.5617 -0.2484 -0.7892</w:t>
        <w:br/>
        <w:t>vn -0.4187 -0.5294 -0.7378</w:t>
        <w:br/>
        <w:t>vn -0.5447 -0.4499 -0.7078</w:t>
        <w:br/>
        <w:t>vn -0.4309 0.0229 0.9021</w:t>
        <w:br/>
        <w:t>vn -0.3758 -0.2933 0.8790</w:t>
        <w:br/>
        <w:t>vn -0.1872 0.2312 0.9547</w:t>
        <w:br/>
        <w:t>vn 0.0182 0.4338 0.9008</w:t>
        <w:br/>
        <w:t>vn -0.2727 0.9036 -0.3303</w:t>
        <w:br/>
        <w:t>vn -0.2874 0.4135 -0.8640</w:t>
        <w:br/>
        <w:t>vn -0.2340 -0.8304 -0.5057</w:t>
        <w:br/>
        <w:t>vn -0.3973 -0.7679 -0.5025</w:t>
        <w:br/>
        <w:t>vn -0.3483 -0.5213 -0.7790</w:t>
        <w:br/>
        <w:t>vn 0.7120 -0.4323 0.5533</w:t>
        <w:br/>
        <w:t>vn 0.7282 -0.3435 0.5930</w:t>
        <w:br/>
        <w:t>vn 0.2931 -0.3616 0.8850</w:t>
        <w:br/>
        <w:t>vn 0.3036 -0.4307 0.8499</w:t>
        <w:br/>
        <w:t>vn 0.9466 -0.2283 -0.2276</w:t>
        <w:br/>
        <w:t>vn 0.9709 -0.1073 -0.2139</w:t>
        <w:br/>
        <w:t>vn 0.6140 0.0336 -0.7886</w:t>
        <w:br/>
        <w:t>vn 0.6186 0.1519 -0.7709</w:t>
        <w:br/>
        <w:t>vn 0.9803 0.0162 -0.1968</w:t>
        <w:br/>
        <w:t>vn 0.6145 0.2673 -0.7423</w:t>
        <w:br/>
        <w:t>vn -0.0459 0.4320 -0.9007</w:t>
        <w:br/>
        <w:t>vn -0.0183 0.3260 -0.9452</w:t>
        <w:br/>
        <w:t>vn -0.0089 0.8241 0.5664</w:t>
        <w:br/>
        <w:t>vn 0.3905 0.7980 0.4591</w:t>
        <w:br/>
        <w:t>vn 0.2491 0.9663 0.0644</w:t>
        <w:br/>
        <w:t>vn -0.0315 0.8782 0.4772</w:t>
        <w:br/>
        <w:t>vn -0.0096 0.6583 0.7527</w:t>
        <w:br/>
        <w:t>vn 0.2519 0.2717 0.9288</w:t>
        <w:br/>
        <w:t>vn 0.9779 -0.1304 0.1637</w:t>
        <w:br/>
        <w:t>vn 0.0089 0.2179 -0.9759</w:t>
        <w:br/>
        <w:t>vn -0.4177 0.2607 -0.8704</w:t>
        <w:br/>
        <w:t>vn -0.4950 0.3758 -0.7834</w:t>
        <w:br/>
        <w:t>vn -0.6117 0.3310 -0.7185</w:t>
        <w:br/>
        <w:t>vn -0.3276 -0.8872 -0.3251</w:t>
        <w:br/>
        <w:t>vn -0.1120 -0.9865 -0.1191</w:t>
        <w:br/>
        <w:t>vn 0.3511 -0.3458 0.8701</w:t>
        <w:br/>
        <w:t>vn 0.3389 -0.4093 0.8471</w:t>
        <w:br/>
        <w:t>vn 0.5062 -0.1507 0.8491</w:t>
        <w:br/>
        <w:t>vn 0.5801 -0.3551 0.7330</w:t>
        <w:br/>
        <w:t>vn 0.7756 -0.0034 0.6312</w:t>
        <w:br/>
        <w:t>vn 0.8428 -0.2450 0.4792</w:t>
        <w:br/>
        <w:t>vn -0.1821 -0.6099 -0.7712</w:t>
        <w:br/>
        <w:t>vn 0.1414 -0.8931 -0.4271</w:t>
        <w:br/>
        <w:t>vn -0.2345 -0.3823 -0.8938</w:t>
        <w:br/>
        <w:t>vn -0.3883 -0.1586 -0.9078</w:t>
        <w:br/>
        <w:t>vn -0.2969 -0.2553 -0.9201</w:t>
        <w:br/>
        <w:t>vn 0.1282 -0.9913 0.0297</w:t>
        <w:br/>
        <w:t>vn 0.3253 -0.9442 0.0523</w:t>
        <w:br/>
        <w:t>vn -0.3453 -0.7721 -0.5336</w:t>
        <w:br/>
        <w:t>vn -0.5307 -0.7584 -0.3784</w:t>
        <w:br/>
        <w:t>vn -0.5308 -0.7584 -0.3783</w:t>
        <w:br/>
        <w:t>vn -0.9512 0.1450 -0.2723</w:t>
        <w:br/>
        <w:t>vn -0.9955 0.0563 -0.0769</w:t>
        <w:br/>
        <w:t>vn -0.9954 0.0563 -0.0769</w:t>
        <w:br/>
        <w:t>vn -0.7781 0.2908 -0.5567</w:t>
        <w:br/>
        <w:t>vn -0.7782 0.2908 -0.5567</w:t>
        <w:br/>
        <w:t>vn -0.4685 -0.8425 -0.2658</w:t>
        <w:br/>
        <w:t>vn -0.3798 -0.8207 -0.4269</w:t>
        <w:br/>
        <w:t>vn -0.5308 -0.7865 -0.3156</w:t>
        <w:br/>
        <w:t>vn -0.5201 -0.7299 -0.4437</w:t>
        <w:br/>
        <w:t>vn -0.4030 -0.9139 -0.0490</w:t>
        <w:br/>
        <w:t>vn -0.1854 -0.9540 0.2355</w:t>
        <w:br/>
        <w:t>vn 0.9227 -0.3660 0.1210</w:t>
        <w:br/>
        <w:t>vn 0.8657 -0.4856 0.1217</w:t>
        <w:br/>
        <w:t>vn 0.7955 -0.1973 -0.5729</w:t>
        <w:br/>
        <w:t>vn 0.8400 -0.0828 -0.5362</w:t>
        <w:br/>
        <w:t>vn 0.3961 -0.4769 0.7846</w:t>
        <w:br/>
        <w:t>vn 0.3392 -0.5392 0.7708</w:t>
        <w:br/>
        <w:t>vn 0.9106 0.1784 0.3728</w:t>
        <w:br/>
        <w:t>vn 0.5210 -0.1120 0.8462</w:t>
        <w:br/>
        <w:t>vn -0.0606 -0.3686 0.9276</w:t>
        <w:br/>
        <w:t>vn -0.0717 -0.4208 0.9043</w:t>
        <w:br/>
        <w:t>vn -0.0867 -0.3793 0.9212</w:t>
        <w:br/>
        <w:t>vn -0.3349 -0.5821 -0.7409</w:t>
        <w:br/>
        <w:t>vn -0.1573 -0.3403 -0.9271</w:t>
        <w:br/>
        <w:t>vn -0.1979 -0.1922 -0.9612</w:t>
        <w:br/>
        <w:t>vn -0.0866 -0.4386 0.8945</w:t>
        <w:br/>
        <w:t>vn 0.3067 0.1086 -0.9456</w:t>
        <w:br/>
        <w:t>vn 0.3159 0.2156 -0.9240</w:t>
        <w:br/>
        <w:t>vn -0.1292 0.2633 -0.9560</w:t>
        <w:br/>
        <w:t>vn -0.1819 0.3872 -0.9039</w:t>
        <w:br/>
        <w:t>vn -0.2831 0.3729 -0.8836</w:t>
        <w:br/>
        <w:t>vn -0.0150 -0.9877 0.1557</w:t>
        <w:br/>
        <w:t>vn -0.0215 -0.9291 0.3691</w:t>
        <w:br/>
        <w:t>vn -0.1136 -0.9923 -0.0498</w:t>
        <w:br/>
        <w:t>vn -0.1957 -0.9376 -0.2874</w:t>
        <w:br/>
        <w:t>vn -0.3053 0.3876 -0.8698</w:t>
        <w:br/>
        <w:t>vn -0.0244 0.3688 -0.9292</w:t>
        <w:br/>
        <w:t>vn 0.0984 0.5903 -0.8012</w:t>
        <w:br/>
        <w:t>vn -0.2796 0.4520 -0.8471</w:t>
        <w:br/>
        <w:t>vn -0.1965 0.7987 0.5687</w:t>
        <w:br/>
        <w:t>vn 0.1759 0.7828 0.5969</w:t>
        <w:br/>
        <w:t>vn -0.3127 0.6842 0.6588</w:t>
        <w:br/>
        <w:t>vn -0.2124 0.9484 0.2353</w:t>
        <w:br/>
        <w:t>vn -0.1116 0.9922 -0.0550</w:t>
        <w:br/>
        <w:t>vn -0.0556 -0.1331 0.9895</w:t>
        <w:br/>
        <w:t>vn -0.0464 0.2505 0.9670</w:t>
        <w:br/>
        <w:t>vn 0.2485 0.3576 0.9002</w:t>
        <w:br/>
        <w:t>vn -0.1199 0.9647 -0.2343</w:t>
        <w:br/>
        <w:t>vn -0.0632 0.9969 -0.0467</w:t>
        <w:br/>
        <w:t>vn 0.0760 0.9946 -0.0704</w:t>
        <w:br/>
        <w:t>vn -0.0802 0.9929 0.0880</w:t>
        <w:br/>
        <w:t>vn -0.0570 0.9558 0.2884</w:t>
        <w:br/>
        <w:t>vn -0.1704 0.9558 0.2398</w:t>
        <w:br/>
        <w:t>vn 0.0580 -0.4307 0.9006</w:t>
        <w:br/>
        <w:t>vn 0.0581 -0.4307 0.9006</w:t>
        <w:br/>
        <w:t>vn 0.8679 0.4437 -0.2233</w:t>
        <w:br/>
        <w:t>vn 0.6630 0.7431 0.0908</w:t>
        <w:br/>
        <w:t>vn 0.4353 0.7570 -0.4873</w:t>
        <w:br/>
        <w:t>vn 0.2170 0.9387 -0.2679</w:t>
        <w:br/>
        <w:t>vn -0.1705 0.6556 -0.7356</w:t>
        <w:br/>
        <w:t>vn -0.0994 0.4371 -0.8939</w:t>
        <w:br/>
        <w:t>vn -0.0237 0.3558 0.9342</w:t>
        <w:br/>
        <w:t>vn 0.0486 0.2717 0.9612</w:t>
        <w:br/>
        <w:t>vn 0.0486 0.2717 0.9611</w:t>
        <w:br/>
        <w:t>vn 0.0891 0.2303 0.9690</w:t>
        <w:br/>
        <w:t>vn -0.1712 0.5138 0.8406</w:t>
        <w:br/>
        <w:t>vn -0.1261 0.4906 0.8622</w:t>
        <w:br/>
        <w:t>vn -0.0251 0.3642 0.9310</w:t>
        <w:br/>
        <w:t>vn 0.2222 0.1520 0.9631</w:t>
        <w:br/>
        <w:t>vn 0.3400 0.0844 0.9366</w:t>
        <w:br/>
        <w:t>vn 0.2904 0.2542 0.9225</w:t>
        <w:br/>
        <w:t>vn -0.4164 0.9085 0.0346</w:t>
        <w:br/>
        <w:t>vn -0.5089 0.8608 0.0053</w:t>
        <w:br/>
        <w:t>vn 0.2352 -0.0597 0.9701</w:t>
        <w:br/>
        <w:t>vn -0.3790 0.9239 0.0517</w:t>
        <w:br/>
        <w:t>vn 0.2893 0.3149 0.9040</w:t>
        <w:br/>
        <w:t>vn 0.1638 0.5683 0.8063</w:t>
        <w:br/>
        <w:t>vn -0.2186 -0.1149 -0.9690</w:t>
        <w:br/>
        <w:t>vn -0.2344 -0.3882 0.8913</w:t>
        <w:br/>
        <w:t>vn -0.5217 -0.3075 0.7958</w:t>
        <w:br/>
        <w:t>vn -0.6253 0.4103 -0.6639</w:t>
        <w:br/>
        <w:t>vn 0.3133 0.6535 -0.6890</w:t>
        <w:br/>
        <w:t>vn 0.3103 0.8760 -0.3693</w:t>
        <w:br/>
        <w:t>vn 0.0759 0.9946 -0.0703</w:t>
        <w:br/>
        <w:t>vn 0.0983 0.5903 -0.8012</w:t>
        <w:br/>
        <w:t>vn 0.6320 0.2521 0.7328</w:t>
        <w:br/>
        <w:t>vn 0.8906 0.1780 0.4185</w:t>
        <w:br/>
        <w:t>vn 0.9382 0.0131 0.3459</w:t>
        <w:br/>
        <w:t>vn 0.2893 0.3148 0.9040</w:t>
        <w:br/>
        <w:t>vn 0.9532 -0.1523 0.2613</w:t>
        <w:br/>
        <w:t>vn 0.2688 0.3319 -0.9042</w:t>
        <w:br/>
        <w:t>vn -0.1576 0.9831 -0.0928</w:t>
        <w:br/>
        <w:t>vn -0.4863 0.6750 -0.5549</w:t>
        <w:br/>
        <w:t>vn -0.5628 0.8266 -0.0068</w:t>
        <w:br/>
        <w:t>vn 0.4674 -0.4464 -0.7631</w:t>
        <w:br/>
        <w:t>vn 0.3216 -0.6590 -0.6799</w:t>
        <w:br/>
        <w:t>vn 0.0000 -0.7471 -0.6647</w:t>
        <w:br/>
        <w:t>vn 0.0000 0.6335 -0.7737</w:t>
        <w:br/>
        <w:t>vn -0.4261 0.4401 -0.7904</w:t>
        <w:br/>
        <w:t>vn -0.6712 0.2134 -0.7099</w:t>
        <w:br/>
        <w:t>vn 0.0000 0.2201 0.9755</w:t>
        <w:br/>
        <w:t>vn 0.0293 0.2213 0.9748</w:t>
        <w:br/>
        <w:t>vn -0.0000 0.2200 0.9755</w:t>
        <w:br/>
        <w:t>vn 0.0000 -0.8182 -0.5749</w:t>
        <w:br/>
        <w:t>vn 0.3287 0.1785 -0.9274</w:t>
        <w:br/>
        <w:t>vn -0.0000 0.2672 -0.9636</w:t>
        <w:br/>
        <w:t>vn -0.0000 0.3772 -0.9261</w:t>
        <w:br/>
        <w:t>vn 0.0291 0.3869 0.9217</w:t>
        <w:br/>
        <w:t>vn 0.0291 0.3867 0.9217</w:t>
        <w:br/>
        <w:t>vn 0.0000 0.3895 0.9210</w:t>
        <w:br/>
        <w:t>vn 0.9579 0.0011 0.2870</w:t>
        <w:br/>
        <w:t>vn 0.8936 0.1654 0.4173</w:t>
        <w:br/>
        <w:t>vn 0.7783 0.5745 0.2534</w:t>
        <w:br/>
        <w:t>vn 0.8566 0.2119 0.4704</w:t>
        <w:br/>
        <w:t>vn 0.9716 -0.1156 0.2065</w:t>
        <w:br/>
        <w:t>vn 0.5585 -0.6235 -0.5471</w:t>
        <w:br/>
        <w:t>vn 0.1715 -0.6297 -0.7577</w:t>
        <w:br/>
        <w:t>vn -0.9010 0.0172 -0.4335</w:t>
        <w:br/>
        <w:t>vn -0.9010 0.0171 -0.4335</w:t>
        <w:br/>
        <w:t>vn -0.6144 -0.2998 -0.7298</w:t>
        <w:br/>
        <w:t>vn -0.6143 -0.2998 -0.7299</w:t>
        <w:br/>
        <w:t>vn -0.9475 0.0930 -0.3058</w:t>
        <w:br/>
        <w:t>vn -0.9475 0.0930 -0.3059</w:t>
        <w:br/>
        <w:t>vn -0.9600 0.1154 -0.2550</w:t>
        <w:br/>
        <w:t>vn -0.9601 0.1153 -0.2550</w:t>
        <w:br/>
        <w:t>vn -0.9591 0.1090 -0.2613</w:t>
        <w:br/>
        <w:t>vn -0.9590 0.1092 -0.2616</w:t>
        <w:br/>
        <w:t>vn 0.1348 0.9519 -0.2751</w:t>
        <w:br/>
        <w:t>vn 0.4554 0.8847 -0.0999</w:t>
        <w:br/>
        <w:t>vn 0.1222 0.9797 -0.1589</w:t>
        <w:br/>
        <w:t>vn 0.6887 0.7185 -0.0969</w:t>
        <w:br/>
        <w:t>vn 0.0470 0.8824 -0.4681</w:t>
        <w:br/>
        <w:t>vn 0.3092 0.8862 -0.3452</w:t>
        <w:br/>
        <w:t>vn 0.6594 0.7497 -0.0558</w:t>
        <w:br/>
        <w:t>vn 0.8273 0.5563 0.0785</w:t>
        <w:br/>
        <w:t>vn 0.9182 0.3551 0.1756</w:t>
        <w:br/>
        <w:t>vn 0.9207 0.3643 0.1399</w:t>
        <w:br/>
        <w:t>vn 0.8812 0.4491 0.1476</w:t>
        <w:br/>
        <w:t>vn 0.9167 0.3863 0.1023</w:t>
        <w:br/>
        <w:t>vn 0.4556 0.8846 -0.0999</w:t>
        <w:br/>
        <w:t>vn 0.7182 0.6895 0.0934</w:t>
        <w:br/>
        <w:t>vn -0.5267 -0.8347 0.1607</w:t>
        <w:br/>
        <w:t>vn -0.6668 -0.7296 0.1519</w:t>
        <w:br/>
        <w:t>vn -0.7892 -0.6061 0.0992</w:t>
        <w:br/>
        <w:t>vn -0.8312 -0.2788 0.4811</w:t>
        <w:br/>
        <w:t>vn -0.9227 -0.3368 0.1874</w:t>
        <w:br/>
        <w:t>vn -0.7999 -0.3607 0.4796</w:t>
        <w:br/>
        <w:t>vn -0.0606 -0.9005 0.4306</w:t>
        <w:br/>
        <w:t>vn 0.2693 -0.6940 0.6677</w:t>
        <w:br/>
        <w:t>vn 0.3329 -0.5587 0.7596</w:t>
        <w:br/>
        <w:t>vn 0.3144 -0.5424 0.7791</w:t>
        <w:br/>
        <w:t>vn 0.3280 -0.5187 0.7895</w:t>
        <w:br/>
        <w:t>vn -0.1417 -0.4802 0.8657</w:t>
        <w:br/>
        <w:t>vn -0.5981 -0.3484 0.7217</w:t>
        <w:br/>
        <w:t>vn -0.0607 -0.9005 0.4306</w:t>
        <w:br/>
        <w:t>vn 0.7502 0.6272 0.2092</w:t>
        <w:br/>
        <w:t>vn 0.9787 0.1941 0.0672</w:t>
        <w:br/>
        <w:t>vn 0.3800 0.9238 0.0475</w:t>
        <w:br/>
        <w:t>vn 0.7502 0.6273 0.2092</w:t>
        <w:br/>
        <w:t>vn 0.6777 0.5708 0.4636</w:t>
        <w:br/>
        <w:t>vn 0.6777 0.5708 0.4635</w:t>
        <w:br/>
        <w:t>vn -0.8595 0.3800 -0.3418</w:t>
        <w:br/>
        <w:t>vn -0.8595 0.3801 -0.3418</w:t>
        <w:br/>
        <w:t>vn -0.8552 0.4816 -0.1917</w:t>
        <w:br/>
        <w:t>vn -0.6699 0.7278 -0.1466</w:t>
        <w:br/>
        <w:t>vn -0.8105 0.5674 -0.1454</w:t>
        <w:br/>
        <w:t>vn -0.7872 -0.5686 -0.2388</w:t>
        <w:br/>
        <w:t>vn -0.7465 -0.5729 -0.3386</w:t>
        <w:br/>
        <w:t>vn -0.6539 -0.5289 -0.5409</w:t>
        <w:br/>
        <w:t>vn 0.1580 0.9469 0.2801</w:t>
        <w:br/>
        <w:t>vn 0.0311 0.9901 0.1366</w:t>
        <w:br/>
        <w:t>vn 0.0762 0.9522 0.2959</w:t>
        <w:br/>
        <w:t>vn 0.3798 0.9238 0.0475</w:t>
        <w:br/>
        <w:t>vn -0.0971 0.9952 -0.0121</w:t>
        <w:br/>
        <w:t>vn 0.9103 0.1643 0.3798</w:t>
        <w:br/>
        <w:t>vn 0.9445 -0.2798 -0.1724</w:t>
        <w:br/>
        <w:t>vn 0.9776 0.0769 0.1961</w:t>
        <w:br/>
        <w:t>vn 0.4430 -0.8332 -0.3309</w:t>
        <w:br/>
        <w:t>vn 0.5660 -0.8143 -0.1288</w:t>
        <w:br/>
        <w:t>vn 0.2775 -0.9430 -0.1836</w:t>
        <w:br/>
        <w:t>vn 0.4430 -0.8333 -0.3308</w:t>
        <w:br/>
        <w:t>vn 0.9856 -0.0365 0.1650</w:t>
        <w:br/>
        <w:t>vn 0.9297 0.2227 0.2934</w:t>
        <w:br/>
        <w:t>vn 0.9856 -0.0364 0.1650</w:t>
        <w:br/>
        <w:t>vn 0.9560 -0.2924 0.0223</w:t>
        <w:br/>
        <w:t>vn 0.5660 -0.8143 -0.1287</w:t>
        <w:br/>
        <w:t>vn 0.2251 -0.9678 -0.1130</w:t>
        <w:br/>
        <w:t>vn -0.7678 -0.6085 -0.2004</w:t>
        <w:br/>
        <w:t>vn -0.7679 -0.6085 -0.2004</w:t>
        <w:br/>
        <w:t>vn 0.9261 -0.1643 -0.3396</w:t>
        <w:br/>
        <w:t>vn -0.7525 -0.5932 0.2861</w:t>
        <w:br/>
        <w:t>vn -0.4593 0.8534 -0.2464</w:t>
        <w:br/>
        <w:t>vn -0.3907 0.8411 -0.3741</w:t>
        <w:br/>
        <w:t>vn -0.7144 0.4898 -0.4998</w:t>
        <w:br/>
        <w:t>vn -0.0769 0.9940 0.0772</w:t>
        <w:br/>
        <w:t>vn 0.4056 0.3079 0.8606</w:t>
        <w:br/>
        <w:t>vn 0.1320 0.0517 0.9899</w:t>
        <w:br/>
        <w:t>vn 0.6678 -0.5592 -0.4912</w:t>
        <w:br/>
        <w:t>vn 0.7502 0.6272 -0.2092</w:t>
        <w:br/>
        <w:t>vn 0.3799 0.9238 -0.0475</w:t>
        <w:br/>
        <w:t>vn 0.9787 0.1941 -0.0672</w:t>
        <w:br/>
        <w:t>vn 0.6777 0.5708 -0.4635</w:t>
        <w:br/>
        <w:t>vn -0.8595 0.3800 0.3418</w:t>
        <w:br/>
        <w:t>vn -0.6699 0.7278 0.1466</w:t>
        <w:br/>
        <w:t>vn -0.8552 0.4816 0.1917</w:t>
        <w:br/>
        <w:t>vn -0.8595 0.3801 0.3418</w:t>
        <w:br/>
        <w:t>vn -0.8105 0.5674 0.1454</w:t>
        <w:br/>
        <w:t>vn -0.7872 -0.5686 0.2388</w:t>
        <w:br/>
        <w:t>vn -0.7465 -0.5729 0.3386</w:t>
        <w:br/>
        <w:t>vn -0.6539 -0.5289 0.5409</w:t>
        <w:br/>
        <w:t>vn 0.0761 0.9522 -0.2959</w:t>
        <w:br/>
        <w:t>vn 0.0311 0.9901 -0.1365</w:t>
        <w:br/>
        <w:t>vn 0.1580 0.9469 -0.2800</w:t>
        <w:br/>
        <w:t>vn 0.0762 0.9522 -0.2959</w:t>
        <w:br/>
        <w:t>vn 0.0310 0.9901 -0.1366</w:t>
        <w:br/>
        <w:t>vn -0.0969 0.9952 0.0122</w:t>
        <w:br/>
        <w:t>vn 0.3800 0.9238 -0.0475</w:t>
        <w:br/>
        <w:t>vn -0.6700 0.7278 0.1466</w:t>
        <w:br/>
        <w:t>vn 0.9104 0.1643 -0.3798</w:t>
        <w:br/>
        <w:t>vn 0.9776 0.0769 -0.1961</w:t>
        <w:br/>
        <w:t>vn 0.9445 -0.2798 0.1724</w:t>
        <w:br/>
        <w:t>vn 0.4430 -0.8332 0.3309</w:t>
        <w:br/>
        <w:t>vn 0.2775 -0.9430 0.1836</w:t>
        <w:br/>
        <w:t>vn 0.5660 -0.8143 0.1288</w:t>
        <w:br/>
        <w:t>vn 0.9297 0.2227 -0.2934</w:t>
        <w:br/>
        <w:t>vn 0.9856 -0.0364 -0.1650</w:t>
        <w:br/>
        <w:t>vn 0.9787 0.1940 -0.0672</w:t>
        <w:br/>
        <w:t>vn 0.9560 -0.2925 -0.0224</w:t>
        <w:br/>
        <w:t>vn 0.5660 -0.8143 0.1287</w:t>
        <w:br/>
        <w:t>vn 0.2251 -0.9678 0.1130</w:t>
        <w:br/>
        <w:t>vn -0.7678 -0.6085 0.2004</w:t>
        <w:br/>
        <w:t>vn 0.9261 -0.1643 0.3396</w:t>
        <w:br/>
        <w:t>vn -0.7525 -0.5932 -0.2861</w:t>
        <w:br/>
        <w:t>vn -0.4593 0.8534 0.2463</w:t>
        <w:br/>
        <w:t>vn -0.7144 0.4898 0.4997</w:t>
        <w:br/>
        <w:t>vn -0.3907 0.8411 0.3740</w:t>
        <w:br/>
        <w:t>vn -0.0769 0.9940 -0.0772</w:t>
        <w:br/>
        <w:t>vn 0.4056 0.3079 -0.8606</w:t>
        <w:br/>
        <w:t>vn 0.1320 0.0517 -0.9899</w:t>
        <w:br/>
        <w:t>vn 0.6678 -0.5592 0.4912</w:t>
        <w:br/>
        <w:t>vn -0.7502 0.6272 -0.2092</w:t>
        <w:br/>
        <w:t>vn -0.9787 0.1942 -0.0672</w:t>
        <w:br/>
        <w:t>vn -0.3799 0.9238 -0.0475</w:t>
        <w:br/>
        <w:t>vn -0.6777 0.5708 -0.4636</w:t>
        <w:br/>
        <w:t>vn -0.6777 0.5708 -0.4635</w:t>
        <w:br/>
        <w:t>vn 0.8595 0.3800 0.3418</w:t>
        <w:br/>
        <w:t>vn 0.8552 0.4815 0.1917</w:t>
        <w:br/>
        <w:t>vn 0.6700 0.7278 0.1466</w:t>
        <w:br/>
        <w:t>vn 0.8105 0.5674 0.1454</w:t>
        <w:br/>
        <w:t>vn 0.7872 -0.5686 0.2388</w:t>
        <w:br/>
        <w:t>vn 0.7465 -0.5728 0.3385</w:t>
        <w:br/>
        <w:t>vn 0.7465 -0.5729 0.3386</w:t>
        <w:br/>
        <w:t>vn 0.6539 -0.5289 0.5409</w:t>
        <w:br/>
        <w:t>vn 0.6539 -0.5290 0.5409</w:t>
        <w:br/>
        <w:t>vn -0.1580 0.9469 -0.2801</w:t>
        <w:br/>
        <w:t>vn -0.0311 0.9901 -0.1366</w:t>
        <w:br/>
        <w:t>vn -0.0761 0.9522 -0.2959</w:t>
        <w:br/>
        <w:t>vn -0.0762 0.9522 -0.2959</w:t>
        <w:br/>
        <w:t>vn 0.6699 0.7278 0.1466</w:t>
        <w:br/>
        <w:t>vn 0.0970 0.9952 0.0122</w:t>
        <w:br/>
        <w:t>vn -0.9103 0.1643 -0.3798</w:t>
        <w:br/>
        <w:t>vn -0.9445 -0.2798 0.1724</w:t>
        <w:br/>
        <w:t>vn -0.9776 0.0769 -0.1961</w:t>
        <w:br/>
        <w:t>vn -0.4430 -0.8332 0.3309</w:t>
        <w:br/>
        <w:t>vn -0.5660 -0.8143 0.1288</w:t>
        <w:br/>
        <w:t>vn -0.2775 -0.9430 0.1836</w:t>
        <w:br/>
        <w:t>vn -0.9856 -0.0364 -0.1650</w:t>
        <w:br/>
        <w:t>vn -0.9297 0.2227 -0.2933</w:t>
        <w:br/>
        <w:t>vn -0.9560 -0.2924 -0.0223</w:t>
        <w:br/>
        <w:t>vn -0.9787 0.1941 -0.0672</w:t>
        <w:br/>
        <w:t>vn -0.5660 -0.8143 0.1287</w:t>
        <w:br/>
        <w:t>vn -0.2251 -0.9678 0.1130</w:t>
        <w:br/>
        <w:t>vn 0.7678 -0.6085 0.2004</w:t>
        <w:br/>
        <w:t>vn -0.9261 -0.1643 0.3396</w:t>
        <w:br/>
        <w:t>vn 0.7525 -0.5932 -0.2861</w:t>
        <w:br/>
        <w:t>vn 0.4593 0.8534 0.2464</w:t>
        <w:br/>
        <w:t>vn 0.3907 0.8411 0.3741</w:t>
        <w:br/>
        <w:t>vn 0.7144 0.4898 0.4998</w:t>
        <w:br/>
        <w:t>vn 0.0769 0.9940 -0.0772</w:t>
        <w:br/>
        <w:t>vn -0.4056 0.3079 -0.8606</w:t>
        <w:br/>
        <w:t>vn -0.1320 0.0517 -0.9899</w:t>
        <w:br/>
        <w:t>vn -0.6678 -0.5592 0.4912</w:t>
        <w:br/>
        <w:t>vn -0.8614 -0.0743 -0.5025</w:t>
        <w:br/>
        <w:t>vn -0.8948 -0.2565 -0.3655</w:t>
        <w:br/>
        <w:t>vn -0.6547 -0.6475 -0.3900</w:t>
        <w:br/>
        <w:t>vn -0.8969 -0.3187 -0.3066</w:t>
        <w:br/>
        <w:t>vn -0.4931 0.3774 -0.7839</w:t>
        <w:br/>
        <w:t>vn -0.4931 0.3774 -0.7838</w:t>
        <w:br/>
        <w:t>vn 0.3510 0.6599 -0.6643</w:t>
        <w:br/>
        <w:t>vn 0.3509 0.6599 -0.6644</w:t>
        <w:br/>
        <w:t>vn 0.9233 0.0883 0.3739</w:t>
        <w:br/>
        <w:t>vn 0.9076 0.4126 -0.0779</w:t>
        <w:br/>
        <w:t>vn 0.9075 0.4127 -0.0779</w:t>
        <w:br/>
        <w:t>vn 0.8583 0.0268 0.5124</w:t>
        <w:br/>
        <w:t>vn 0.8234 0.0436 0.5657</w:t>
        <w:br/>
        <w:t>vn 0.8213 0.0650 0.5667</w:t>
        <w:br/>
        <w:t>vn 0.2295 -0.9491 -0.2155</w:t>
        <w:br/>
        <w:t>vn 0.0547 -0.9555 -0.2897</w:t>
        <w:br/>
        <w:t>vn 0.1779 -0.9767 -0.1203</w:t>
        <w:br/>
        <w:t>vn -0.3117 -0.7910 -0.5265</w:t>
        <w:br/>
        <w:t>vn 0.3521 -0.8804 -0.3176</w:t>
        <w:br/>
        <w:t>vn 0.0745 -0.8998 -0.4300</w:t>
        <w:br/>
        <w:t>vn -0.2855 -0.8315 -0.4765</w:t>
        <w:br/>
        <w:t>vn -0.5049 -0.6820 -0.5291</w:t>
        <w:br/>
        <w:t>vn -0.6935 -0.4696 -0.5464</w:t>
        <w:br/>
        <w:t>vn -0.6802 -0.4805 -0.5536</w:t>
        <w:br/>
        <w:t>vn -0.6583 -0.5436 -0.5208</w:t>
        <w:br/>
        <w:t>vn -0.6583 -0.5436 -0.5207</w:t>
        <w:br/>
        <w:t>vn -0.4899 -0.7426 -0.4566</w:t>
        <w:br/>
        <w:t>vn -0.4956 0.8256 0.2698</w:t>
        <w:br/>
        <w:t>vn 0.3368 0.6963 0.6338</w:t>
        <w:br/>
        <w:t>vn 0.2453 0.8154 0.5243</w:t>
        <w:br/>
        <w:t>vn 0.2301 0.3808 0.8956</w:t>
        <w:br/>
        <w:t>vn 0.4677 0.3637 0.8056</w:t>
        <w:br/>
        <w:t>vn 0.1769 0.4239 0.8883</w:t>
        <w:br/>
        <w:t>vn 0.4990 0.5256 0.6890</w:t>
        <w:br/>
        <w:t>vn -0.4957 0.8255 0.2698</w:t>
        <w:br/>
        <w:t>vn -0.8478 0.5030 0.1682</w:t>
        <w:br/>
        <w:t>vn -0.8478 0.5029 0.1682</w:t>
        <w:br/>
        <w:t>vn -0.8223 0.4832 0.3007</w:t>
        <w:br/>
        <w:t>vn -0.8143 0.4952 0.3029</w:t>
        <w:br/>
        <w:t>vn -0.7941 0.5172 0.3192</w:t>
        <w:br/>
        <w:t>vn -0.5696 0.5325 0.6261</w:t>
        <w:br/>
        <w:t>vn 0.0547 -0.9555 -0.2899</w:t>
        <w:br/>
        <w:t>vn -0.4890 -0.7421 -0.4585</w:t>
        <w:br/>
        <w:t>vn -0.6546 -0.6475 -0.3901</w:t>
        <w:br/>
        <w:t>vn -0.1329 0.4439 0.8862</w:t>
        <w:br/>
        <w:t>vn -0.5697 0.5325 0.6260</w:t>
        <w:br/>
        <w:t>vn 0.2430 0.4073 0.8804</w:t>
        <w:br/>
        <w:t>vn 0.4422 0.4044 0.8006</w:t>
        <w:br/>
        <w:t>vn 0.6852 0.3286 0.6500</w:t>
        <w:br/>
        <w:t>vn 0.0014 0.1787 0.9839</w:t>
        <w:br/>
        <w:t>vn 0.1819 0.3224 0.9290</w:t>
        <w:br/>
        <w:t>vn -0.1666 -0.0741 0.9832</w:t>
        <w:br/>
        <w:t>vn -0.1666 -0.0742 0.9832</w:t>
        <w:br/>
        <w:t>vn -0.2257 -0.3710 0.9008</w:t>
        <w:br/>
        <w:t>vn -0.2258 -0.3707 0.9009</w:t>
        <w:br/>
        <w:t>vn 0.7000 -0.7133 0.0352</w:t>
        <w:br/>
        <w:t>vn 0.4179 -0.8909 0.1781</w:t>
        <w:br/>
        <w:t>vn 0.9178 -0.3950 0.0395</w:t>
        <w:br/>
        <w:t>vn -0.0747 -0.8229 0.5633</w:t>
        <w:br/>
        <w:t>vn 0.0456 -0.9105 0.4110</w:t>
        <w:br/>
        <w:t>vn -0.2396 -0.7115 0.6605</w:t>
        <w:br/>
        <w:t>vn 0.9896 -0.0130 0.1435</w:t>
        <w:br/>
        <w:t>vn -0.1158 0.1555 0.9810</w:t>
        <w:br/>
        <w:t>vn -0.2417 0.0500 0.9691</w:t>
        <w:br/>
        <w:t>vn -0.3784 -0.3999 0.8348</w:t>
        <w:br/>
        <w:t>vn -0.3784 -0.3998 0.8349</w:t>
        <w:br/>
        <w:t>vn 0.3151 0.4908 0.8123</w:t>
        <w:br/>
        <w:t>vn 0.1389 0.4159 0.8988</w:t>
        <w:br/>
        <w:t>vn 0.4014 0.5533 0.7299</w:t>
        <w:br/>
        <w:t>vn 0.6541 0.5100 0.5586</w:t>
        <w:br/>
        <w:t>vn 0.8874 0.3201 0.3319</w:t>
        <w:br/>
        <w:t>vn 0.8017 -0.4643 0.3765</w:t>
        <w:br/>
        <w:t>vn 0.8016 -0.4644 0.3765</w:t>
        <w:br/>
        <w:t>vn 0.9161 -0.0665 0.3954</w:t>
        <w:br/>
        <w:t>vn 0.9076 -0.1573 0.3893</w:t>
        <w:br/>
        <w:t>vn 0.4891 -0.7737 0.4027</w:t>
        <w:br/>
        <w:t>vn 0.3638 -0.8400 0.4026</w:t>
        <w:br/>
        <w:t>vn 0.0441 -0.8416 0.5383</w:t>
        <w:br/>
        <w:t>vn 0.1817 -0.8707 0.4570</w:t>
        <w:br/>
        <w:t>vn -0.1412 -0.6357 0.7589</w:t>
        <w:br/>
        <w:t>vn 0.0182 -0.7909 0.6117</w:t>
        <w:br/>
        <w:t>vn 0.8499 0.0867 0.5198</w:t>
        <w:br/>
        <w:t>vn -0.7949 -0.2130 -0.5681</w:t>
        <w:br/>
        <w:t>vn -0.8993 -0.0854 -0.4289</w:t>
        <w:br/>
        <w:t>vn -0.8993 -0.0855 -0.4289</w:t>
        <w:br/>
        <w:t>vn -0.7572 -0.2454 -0.6054</w:t>
        <w:br/>
        <w:t>vn -0.6985 -0.5903 -0.4046</w:t>
        <w:br/>
        <w:t>vn -0.9583 0.2636 0.1105</w:t>
        <w:br/>
        <w:t>vn -0.3943 0.4905 0.7771</w:t>
        <w:br/>
        <w:t>vn -0.3942 0.4905 0.7771</w:t>
        <w:br/>
        <w:t>vn 0.4300 0.3063 0.8493</w:t>
        <w:br/>
        <w:t>vn 0.8300 0.0795 0.5520</w:t>
        <w:br/>
        <w:t>vn 0.9122 0.0535 0.4063</w:t>
        <w:br/>
        <w:t>vn 0.9122 0.0535 0.4062</w:t>
        <w:br/>
        <w:t>vn 0.9339 0.0682 0.3511</w:t>
        <w:br/>
        <w:t>vn 0.9338 0.0682 0.3511</w:t>
        <w:br/>
        <w:t>vn 0.9336 0.0734 0.3507</w:t>
        <w:br/>
        <w:t>vn 0.9336 0.0735 0.3507</w:t>
        <w:br/>
        <w:t>vn -0.6988 -0.5899 -0.4045</w:t>
        <w:br/>
        <w:t>vn -0.7225 -0.6401 -0.2613</w:t>
        <w:br/>
        <w:t>vn -0.4944 -0.8597 -0.1282</w:t>
        <w:br/>
        <w:t>vn -0.2263 -0.9712 0.0741</w:t>
        <w:br/>
        <w:t>vn 0.0738 -0.9468 0.3133</w:t>
        <w:br/>
        <w:t>vn 0.1008 -0.9811 0.1649</w:t>
        <w:br/>
        <w:t>vn -0.1972 -0.9721 0.1267</w:t>
        <w:br/>
        <w:t>vn -0.8326 -0.3987 -0.3846</w:t>
        <w:br/>
        <w:t>vn -0.8184 -0.4149 -0.3976</w:t>
        <w:br/>
        <w:t>vn -0.6791 -0.6646 -0.3116</w:t>
        <w:br/>
        <w:t>vn -0.8518 -0.3633 -0.3775</w:t>
        <w:br/>
        <w:t>vn -0.8552 -0.3738 -0.3591</w:t>
        <w:br/>
        <w:t>vn 0.5939 0.7883 0.1610</w:t>
        <w:br/>
        <w:t>vn 0.8214 0.5226 0.2285</w:t>
        <w:br/>
        <w:t>vn 0.7056 0.6902 0.1602</w:t>
        <w:br/>
        <w:t>vn 0.7895 0.5442 -0.2837</w:t>
        <w:br/>
        <w:t>vn 0.5945 0.6198 -0.5123</w:t>
        <w:br/>
        <w:t>vn 0.7877 0.5655 -0.2445</w:t>
        <w:br/>
        <w:t>vn 0.8929 0.4472 0.0521</w:t>
        <w:br/>
        <w:t>vn 0.1088 0.9562 -0.2718</w:t>
        <w:br/>
        <w:t>vn -0.1341 0.7766 -0.6155</w:t>
        <w:br/>
        <w:t>vn -0.0882 0.7097 -0.6990</w:t>
        <w:br/>
        <w:t>vn -0.0846 0.7054 -0.7038</w:t>
        <w:br/>
        <w:t>vn -0.0869 0.7173 -0.6913</w:t>
        <w:br/>
        <w:t>vn 0.2567 0.7170 -0.6481</w:t>
        <w:br/>
        <w:t>vn 0.1087 0.9562 -0.2719</w:t>
        <w:br/>
        <w:t>vn 0.1438 -0.9863 0.0803</w:t>
        <w:br/>
        <w:t>vn 0.2568 0.7170 -0.6481</w:t>
        <w:br/>
        <w:t>vn -0.4928 -0.8522 -0.1758</w:t>
        <w:br/>
        <w:t>vn -0.6791 -0.6646 -0.3117</w:t>
        <w:br/>
        <w:t>vn -0.9456 0.2576 -0.1984</w:t>
        <w:br/>
        <w:t>vn -0.6473 0.4135 -0.6403</w:t>
        <w:br/>
        <w:t>vn -0.7510 -0.0311 -0.6595</w:t>
        <w:br/>
        <w:t>vn -0.9370 -0.3416 0.0727</w:t>
        <w:br/>
        <w:t>vn -0.4463 0.3605 -0.8190</w:t>
        <w:br/>
        <w:t>vn -0.6011 -0.0124 -0.7991</w:t>
        <w:br/>
        <w:t>vn -0.0666 -0.8955 -0.4401</w:t>
        <w:br/>
        <w:t>vn 0.0028 -0.8059 -0.5920</w:t>
        <w:br/>
        <w:t>vn 0.4154 -0.7626 -0.4959</w:t>
        <w:br/>
        <w:t>vn 0.3482 -0.8921 -0.2878</w:t>
        <w:br/>
        <w:t>vn -0.0004 -0.9255 0.3787</w:t>
        <w:br/>
        <w:t>vn -0.1337 -0.9528 -0.2725</w:t>
        <w:br/>
        <w:t>vn 0.9385 -0.3452 0.0032</w:t>
        <w:br/>
        <w:t>vn 0.9109 -0.2534 -0.3257</w:t>
        <w:br/>
        <w:t>vn 0.6917 0.2889 -0.6619</w:t>
        <w:br/>
        <w:t>vn 0.8325 0.5539 0.0047</w:t>
        <w:br/>
        <w:t>vn 0.4297 0.2158 0.8768</w:t>
        <w:br/>
        <w:t>vn 0.5421 -0.3829 0.7480</w:t>
        <w:br/>
        <w:t>vn -0.4231 0.1258 0.8973</w:t>
        <w:br/>
        <w:t>vn -0.6811 0.7207 0.1294</w:t>
        <w:br/>
        <w:t>vn -0.7210 0.5252 0.4521</w:t>
        <w:br/>
        <w:t>vn -0.7888 0.0451 0.6130</w:t>
        <w:br/>
        <w:t>vn 0.3333 0.3546 -0.8736</w:t>
        <w:br/>
        <w:t>vn 0.0407 0.9461 -0.3212</w:t>
        <w:br/>
        <w:t>vn -0.6811 0.7206 0.1295</w:t>
        <w:br/>
        <w:t>vn -0.6209 -0.2535 0.7417</w:t>
        <w:br/>
        <w:t>vn -0.7888 0.0452 0.6130</w:t>
        <w:br/>
        <w:t>vn -0.0004 -0.9255 0.3788</w:t>
        <w:br/>
        <w:t>vn -0.4192 -0.2976 0.8577</w:t>
        <w:br/>
        <w:t>vn -0.2519 0.0153 0.9676</w:t>
        <w:br/>
        <w:t>vn -0.2618 -0.1650 0.9509</w:t>
        <w:br/>
        <w:t>vn 0.4155 -0.7626 -0.4958</w:t>
        <w:br/>
        <w:t>vn 0.2011 0.7590 0.6192</w:t>
        <w:br/>
        <w:t>vn 0.3530 0.8939 0.2761</w:t>
        <w:br/>
        <w:t>vn 0.2012 0.7590 0.6192</w:t>
        <w:br/>
        <w:t>vn -0.6209 -0.2535 0.7418</w:t>
        <w:br/>
        <w:t>vn -0.4427 -0.1172 0.8890</w:t>
        <w:br/>
        <w:t>vn -0.1195 -0.1369 0.9833</w:t>
        <w:br/>
        <w:t>vn -0.2518 0.0153 0.9676</w:t>
        <w:br/>
        <w:t>vn -0.4232 0.1258 0.8973</w:t>
        <w:br/>
        <w:t>vn 0.6715 0.0025 -0.7410</w:t>
        <w:br/>
        <w:t>vn 0.4136 0.0918 -0.9058</w:t>
        <w:br/>
        <w:t>vn 0.6442 0.2271 -0.7303</w:t>
        <w:br/>
        <w:t>vn 0.1545 0.1508 -0.9764</w:t>
        <w:br/>
        <w:t>vn 0.0611 0.0247 -0.9978</w:t>
        <w:br/>
        <w:t>vn 0.3332 0.3547 -0.8736</w:t>
        <w:br/>
        <w:t>vn 0.3633 0.3028 -0.8811</w:t>
        <w:br/>
        <w:t>vn -0.6227 -0.0019 -0.7825</w:t>
        <w:br/>
        <w:t>vn -0.6509 0.0629 -0.7566</w:t>
        <w:br/>
        <w:t>vn -0.7312 0.1010 -0.6746</w:t>
        <w:br/>
        <w:t>vn -0.4516 0.1595 -0.8779</w:t>
        <w:br/>
        <w:t>vn -0.7559 0.1466 -0.6381</w:t>
        <w:br/>
        <w:t>vn -0.4844 0.1655 -0.8591</w:t>
        <w:br/>
        <w:t>vn 0.6267 -0.1204 0.7699</w:t>
        <w:br/>
        <w:t>vn 0.4220 -0.1611 0.8922</w:t>
        <w:br/>
        <w:t>vn 0.5644 -0.0727 0.8223</w:t>
        <w:br/>
        <w:t>vn 0.7632 0.0118 0.6461</w:t>
        <w:br/>
        <w:t>vn 0.7824 0.0740 0.6184</w:t>
        <w:br/>
        <w:t>vn 0.6693 -0.0555 0.7410</w:t>
        <w:br/>
        <w:t>vn 0.7896 0.0527 0.6114</w:t>
        <w:br/>
        <w:t>vn 0.9044 -0.0134 0.4265</w:t>
        <w:br/>
        <w:t>vn 0.8383 -0.0841 0.5387</w:t>
        <w:br/>
        <w:t>vn 0.8282 -0.0718 0.5558</w:t>
        <w:br/>
        <w:t>vn -0.9311 0.0077 -0.3647</w:t>
        <w:br/>
        <w:t>vn -0.9210 0.0301 -0.3885</w:t>
        <w:br/>
        <w:t>vn 0.7719 -0.0609 0.6328</w:t>
        <w:br/>
        <w:t>vn 0.9643 0.1533 0.2160</w:t>
        <w:br/>
        <w:t>vn 0.9503 0.1869 0.2491</w:t>
        <w:br/>
        <w:t>vn 0.9787 0.1042 0.1766</w:t>
        <w:br/>
        <w:t>vn 0.9766 -0.0748 0.2016</w:t>
        <w:br/>
        <w:t>vn 0.9635 -0.1506 0.2213</w:t>
        <w:br/>
        <w:t>vn 0.9380 -0.3002 0.1735</w:t>
        <w:br/>
        <w:t>vn -0.0969 0.0540 -0.9938</w:t>
        <w:br/>
        <w:t>vn -0.1695 -0.4848 0.8581</w:t>
        <w:br/>
        <w:t>vn -0.0340 -0.2788 0.9598</w:t>
        <w:br/>
        <w:t>vn -0.1626 -0.3896 0.9065</w:t>
        <w:br/>
        <w:t>vn -0.1695 -0.4847 0.8581</w:t>
        <w:br/>
        <w:t>vn 0.7784 -0.0554 0.6253</w:t>
        <w:br/>
        <w:t>vn -0.6645 0.2007 -0.7198</w:t>
        <w:br/>
        <w:t>vn 0.9354 -0.1207 0.3324</w:t>
        <w:br/>
        <w:t>vn 0.9109 -0.1670 0.3773</w:t>
        <w:br/>
        <w:t>vn -0.9206 0.0721 -0.3838</w:t>
        <w:br/>
        <w:t>vn -0.8657 0.1640 -0.4730</w:t>
        <w:br/>
        <w:t>vn -0.9294 0.0101 -0.3691</w:t>
        <w:br/>
        <w:t>vn -0.9155 0.0240 -0.4016</w:t>
        <w:br/>
        <w:t>vn 0.9127 -0.2916 0.2862</w:t>
        <w:br/>
        <w:t>vn 0.8820 -0.2127 0.4205</w:t>
        <w:br/>
        <w:t>vn 0.9289 -0.2610 0.2627</w:t>
        <w:br/>
        <w:t>vn 0.1841 0.2449 -0.9519</w:t>
        <w:br/>
        <w:t>vn -0.6227 -0.0020 -0.7824</w:t>
        <w:br/>
        <w:t>vn -0.9288 -0.0182 -0.3702</w:t>
        <w:br/>
        <w:t>vn -0.9459 -0.0220 -0.3236</w:t>
        <w:br/>
        <w:t>vn 0.5644 -0.0728 0.8223</w:t>
        <w:br/>
        <w:t>vn -0.4404 -0.8484 0.2938</w:t>
        <w:br/>
        <w:t>vn -0.9427 -0.3300 0.0489</w:t>
        <w:br/>
        <w:t>vn -0.4038 -0.7383 -0.5402</w:t>
        <w:br/>
        <w:t>vn 0.5501 -0.7255 0.4135</w:t>
        <w:br/>
        <w:t>vn 0.0594 -0.3693 0.9274</w:t>
        <w:br/>
        <w:t>vn 0.1716 -0.7300 0.6615</w:t>
        <w:br/>
        <w:t>vn 0.3215 0.6096 0.7245</w:t>
        <w:br/>
        <w:t>vn -0.4795 0.4184 0.7714</w:t>
        <w:br/>
        <w:t>vn -0.0230 0.3595 0.9329</w:t>
        <w:br/>
        <w:t>vn -0.6409 0.6958 -0.3243</w:t>
        <w:br/>
        <w:t>vn -0.8990 0.4175 0.1322</w:t>
        <w:br/>
        <w:t>vn -0.3563 -0.1919 -0.9145</w:t>
        <w:br/>
        <w:t>vn -0.7390 0.0416 -0.6725</w:t>
        <w:br/>
        <w:t>vn -0.0459 0.2425 -0.9691</w:t>
        <w:br/>
        <w:t>vn 0.8556 -0.4126 -0.3126</w:t>
        <w:br/>
        <w:t>vn 0.9925 0.0634 -0.1047</w:t>
        <w:br/>
        <w:t>vn 0.8990 -0.4175 -0.1324</w:t>
        <w:br/>
        <w:t>vn 0.6932 0.7132 0.1039</w:t>
        <w:br/>
        <w:t>vn 0.3386 0.8615 -0.3785</w:t>
        <w:br/>
        <w:t>vn -0.6409 0.6958 -0.3242</w:t>
        <w:br/>
        <w:t>vn -0.6231 -0.3042 0.7206</w:t>
        <w:br/>
        <w:t>vn -0.4796 0.4184 0.7714</w:t>
        <w:br/>
        <w:t>vn 0.6230 0.3044 -0.7205</w:t>
        <w:br/>
        <w:t>vn 0.1974 -0.3737 -0.9063</w:t>
        <w:br/>
        <w:t>vn 0.3386 0.8614 -0.3785</w:t>
        <w:br/>
        <w:t>vn 0.9925 0.0634 -0.1046</w:t>
        <w:br/>
        <w:t>vn 0.7390 -0.0416 0.6725</w:t>
        <w:br/>
        <w:t>vn 0.5501 -0.7256 0.4135</w:t>
        <w:br/>
        <w:t>vn 0.3216 0.6096 0.7245</w:t>
        <w:br/>
        <w:t>vn -0.1736 0.9625 0.2086</w:t>
        <w:br/>
        <w:t>vn 0.3215 0.6096 0.7246</w:t>
        <w:br/>
        <w:t>vn 0.1736 -0.9625 -0.2085</w:t>
        <w:br/>
        <w:t>vn 0.8556 -0.4126 -0.3125</w:t>
        <w:br/>
        <w:t>vn 0.7390 -0.0415 0.6725</w:t>
        <w:br/>
        <w:t>vn -0.4447 -0.8473 0.2905</w:t>
        <w:br/>
        <w:t>vn -0.9428 -0.3305 0.0426</w:t>
        <w:br/>
        <w:t>vn -0.3987 -0.7377 -0.5449</w:t>
        <w:br/>
        <w:t>vn 0.5478 -0.7251 0.4174</w:t>
        <w:br/>
        <w:t>vn 0.0491 -0.3728 0.9266</w:t>
        <w:br/>
        <w:t>vn 0.1679 -0.7317 0.6606</w:t>
        <w:br/>
        <w:t>vn 0.3168 0.6084 0.7276</w:t>
        <w:br/>
        <w:t>vn -0.4878 0.4144 0.7683</w:t>
        <w:br/>
        <w:t>vn -0.0295 0.3590 0.9329</w:t>
        <w:br/>
        <w:t>vn -0.6372 0.6970 -0.3290</w:t>
        <w:br/>
        <w:t>vn -0.9000 0.4184 0.1222</w:t>
        <w:br/>
        <w:t>vn -0.3488 -0.1889 -0.9180</w:t>
        <w:br/>
        <w:t>vn -0.7330 0.0444 -0.6787</w:t>
        <w:br/>
        <w:t>vn -0.0327 0.2469 -0.9685</w:t>
        <w:br/>
        <w:t>vn 0.8601 -0.4084 -0.3058</w:t>
        <w:br/>
        <w:t>vn 0.9931 0.0649 -0.0979</w:t>
        <w:br/>
        <w:t>vn 0.9008 -0.4169 -0.1217</w:t>
        <w:br/>
        <w:t>vn 0.6926 0.7125 0.1123</w:t>
        <w:br/>
        <w:t>vn 0.3447 0.8604 -0.3753</w:t>
        <w:br/>
        <w:t>vn -0.6371 0.6970 -0.3290</w:t>
        <w:br/>
        <w:t>vn -0.6303 -0.3065 0.7133</w:t>
        <w:br/>
        <w:t>vn 0.6311 0.3072 -0.7122</w:t>
        <w:br/>
        <w:t>vn 0.2106 -0.3689 -0.9053</w:t>
        <w:br/>
        <w:t>vn 0.1772 -0.9622 -0.2068</w:t>
        <w:br/>
        <w:t>vn 0.5478 -0.7251 0.4173</w:t>
        <w:br/>
        <w:t>vn 0.7339 -0.0429 0.6779</w:t>
        <w:br/>
        <w:t>vn 0.3168 0.6085 0.7276</w:t>
        <w:br/>
        <w:t>vn -0.1748 0.9625 0.2075</w:t>
        <w:br/>
        <w:t>vn 0.5494 -0.7271 0.4117</w:t>
        <w:br/>
        <w:t>vn 0.0572 -0.3776 0.9242</w:t>
        <w:br/>
        <w:t>vn -0.2379 -0.8508 0.4685</w:t>
        <w:br/>
        <w:t>vn 0.3229 0.6043 0.7284</w:t>
        <w:br/>
        <w:t>vn -0.5889 0.4325 0.6827</w:t>
        <w:br/>
        <w:t>vn -0.0234 0.3514 0.9359</w:t>
        <w:br/>
        <w:t>vn -0.4882 -0.7825 -0.3864</w:t>
        <w:br/>
        <w:t>vn -0.6923 -0.7137 -0.1065</w:t>
        <w:br/>
        <w:t>vn -0.9780 -0.1977 0.0671</w:t>
        <w:br/>
        <w:t>vn -0.1680 -0.2759 -0.9464</w:t>
        <w:br/>
        <w:t>vn -0.7371 0.0467 -0.6742</w:t>
        <w:br/>
        <w:t>vn -0.0392 0.2511 -0.9672</w:t>
        <w:br/>
        <w:t>vn 0.8575 -0.4087 -0.3124</w:t>
        <w:br/>
        <w:t>vn 0.9924 0.0646 -0.1046</w:t>
        <w:br/>
        <w:t>vn 0.8994 -0.4176 -0.1290</w:t>
        <w:br/>
        <w:t>vn 0.6932 0.7127 0.1073</w:t>
        <w:br/>
        <w:t>vn 0.3419 0.8617 -0.3749</w:t>
        <w:br/>
        <w:t>vn -0.6378 0.6991 -0.3231</w:t>
        <w:br/>
        <w:t>vn -0.6230 -0.3108 0.7178</w:t>
        <w:br/>
        <w:t>vn 0.6248 0.3113 -0.7160</w:t>
        <w:br/>
        <w:t>vn 0.2040 -0.3664 -0.9078</w:t>
        <w:br/>
        <w:t>vn 0.7383 -0.0485 0.6727</w:t>
        <w:br/>
        <w:t>vn 0.1763 -0.9619 -0.2090</w:t>
        <w:br/>
        <w:t>vn -0.1716 0.9624 0.2107</w:t>
        <w:br/>
        <w:t>vn 0.3228 0.6043 0.7284</w:t>
        <w:br/>
        <w:t>vn 0.9924 0.0645 -0.1046</w:t>
        <w:br/>
        <w:t>vn 0.7383 -0.0484 0.6727</w:t>
        <w:br/>
        <w:t>vn 0.2041 -0.3664 -0.9078</w:t>
        <w:br/>
        <w:t>vn 0.8576 -0.4087 -0.3124</w:t>
        <w:br/>
        <w:t>vn 0.1762 -0.9619 -0.2091</w:t>
        <w:br/>
        <w:t>vn 0.4404 -0.8484 0.2938</w:t>
        <w:br/>
        <w:t>vn 0.4037 -0.7383 -0.5402</w:t>
        <w:br/>
        <w:t>vn 0.9427 -0.3300 0.0489</w:t>
        <w:br/>
        <w:t>vn -0.5501 -0.7255 0.4135</w:t>
        <w:br/>
        <w:t>vn -0.1716 -0.7300 0.6615</w:t>
        <w:br/>
        <w:t>vn -0.0594 -0.3693 0.9274</w:t>
        <w:br/>
        <w:t>vn -0.3215 0.6096 0.7245</w:t>
        <w:br/>
        <w:t>vn 0.0230 0.3595 0.9329</w:t>
        <w:br/>
        <w:t>vn 0.4795 0.4184 0.7714</w:t>
        <w:br/>
        <w:t>vn 0.6408 0.6958 -0.3242</w:t>
        <w:br/>
        <w:t>vn 0.8990 0.4175 0.1322</w:t>
        <w:br/>
        <w:t>vn 0.3562 -0.1919 -0.9145</w:t>
        <w:br/>
        <w:t>vn 0.0459 0.2425 -0.9691</w:t>
        <w:br/>
        <w:t>vn 0.7390 0.0416 -0.6725</w:t>
        <w:br/>
        <w:t>vn -0.8556 -0.4126 -0.3126</w:t>
        <w:br/>
        <w:t>vn -0.8990 -0.4175 -0.1324</w:t>
        <w:br/>
        <w:t>vn -0.9925 0.0634 -0.1047</w:t>
        <w:br/>
        <w:t>vn -0.6932 0.7132 0.1039</w:t>
        <w:br/>
        <w:t>vn -0.3386 0.8614 -0.3785</w:t>
        <w:br/>
        <w:t>vn 0.6409 0.6958 -0.3242</w:t>
        <w:br/>
        <w:t>vn 0.6230 -0.3042 0.7206</w:t>
        <w:br/>
        <w:t>vn -0.1974 -0.3737 -0.9063</w:t>
        <w:br/>
        <w:t>vn -0.6231 0.3043 -0.7205</w:t>
        <w:br/>
        <w:t>vn -0.9925 0.0634 -0.1046</w:t>
        <w:br/>
        <w:t>vn -0.5501 -0.7256 0.4135</w:t>
        <w:br/>
        <w:t>vn -0.7390 -0.0415 0.6725</w:t>
        <w:br/>
        <w:t>vn -0.3215 0.6096 0.7246</w:t>
        <w:br/>
        <w:t>vn 0.1736 0.9625 0.2086</w:t>
        <w:br/>
        <w:t>vn -0.1736 -0.9625 -0.2085</w:t>
        <w:br/>
        <w:t>vn -0.8556 -0.4125 -0.3125</w:t>
        <w:br/>
        <w:t>vn 0.4446 -0.8473 0.2905</w:t>
        <w:br/>
        <w:t>vn 0.3987 -0.7376 -0.5449</w:t>
        <w:br/>
        <w:t>vn 0.9428 -0.3306 0.0426</w:t>
        <w:br/>
        <w:t>vn -0.5478 -0.7251 0.4173</w:t>
        <w:br/>
        <w:t>vn -0.1679 -0.7317 0.6606</w:t>
        <w:br/>
        <w:t>vn -0.0491 -0.3728 0.9266</w:t>
        <w:br/>
        <w:t>vn -0.3169 0.6084 0.7276</w:t>
        <w:br/>
        <w:t>vn 0.0295 0.3590 0.9329</w:t>
        <w:br/>
        <w:t>vn 0.4878 0.4144 0.7683</w:t>
        <w:br/>
        <w:t>vn 0.6371 0.6970 -0.3290</w:t>
        <w:br/>
        <w:t>vn 0.9000 0.4184 0.1222</w:t>
        <w:br/>
        <w:t>vn 0.3488 -0.1889 -0.9180</w:t>
        <w:br/>
        <w:t>vn 0.0327 0.2468 -0.9685</w:t>
        <w:br/>
        <w:t>vn 0.7330 0.0444 -0.6787</w:t>
        <w:br/>
        <w:t>vn -0.8601 -0.4083 -0.3058</w:t>
        <w:br/>
        <w:t>vn -0.9008 -0.4168 -0.1216</w:t>
        <w:br/>
        <w:t>vn -0.9931 0.0649 -0.0979</w:t>
        <w:br/>
        <w:t>vn -0.6926 0.7125 0.1123</w:t>
        <w:br/>
        <w:t>vn -0.3448 0.8604 -0.3753</w:t>
        <w:br/>
        <w:t>vn 0.6303 -0.3066 0.7133</w:t>
        <w:br/>
        <w:t>vn 0.4878 0.4145 0.7683</w:t>
        <w:br/>
        <w:t>vn -0.2106 -0.3689 -0.9053</w:t>
        <w:br/>
        <w:t>vn -0.6311 0.3072 -0.7122</w:t>
        <w:br/>
        <w:t>vn -0.3447 0.8604 -0.3753</w:t>
        <w:br/>
        <w:t>vn -0.1772 -0.9622 -0.2069</w:t>
        <w:br/>
        <w:t>vn -0.8601 -0.4084 -0.3057</w:t>
        <w:br/>
        <w:t>vn -0.1772 -0.9622 -0.2068</w:t>
        <w:br/>
        <w:t>vn -0.7339 -0.0429 0.6779</w:t>
        <w:br/>
        <w:t>vn -0.3169 0.6085 0.7276</w:t>
        <w:br/>
        <w:t>vn -0.3168 0.6084 0.7276</w:t>
        <w:br/>
        <w:t>vn 0.1748 0.9625 0.2075</w:t>
        <w:br/>
        <w:t>vn -0.4015 0.0656 0.9135</w:t>
        <w:br/>
        <w:t>vn 0.0000 0.3424 0.9395</w:t>
        <w:br/>
        <w:t>vn -0.4016 0.0656 0.9135</w:t>
        <w:br/>
        <w:t>vn 0.4173 -0.7700 0.4826</w:t>
        <w:br/>
        <w:t>vn 0.0000 -0.3568 -0.9342</w:t>
        <w:br/>
        <w:t>vn 0.4050 -0.0807 -0.9107</w:t>
        <w:br/>
        <w:t>vn 0.4051 -0.0808 -0.9107</w:t>
        <w:br/>
        <w:t>vn -0.4133 0.7629 -0.4972</w:t>
        <w:br/>
        <w:t>vn -0.6934 -0.1775 0.6984</w:t>
        <w:br/>
        <w:t>vn 0.7108 -0.4448 0.5450</w:t>
        <w:br/>
        <w:t>vn 0.7108 -0.4448 0.5449</w:t>
        <w:br/>
        <w:t>vn 0.6986 0.1664 -0.6959</w:t>
        <w:br/>
        <w:t>vn -0.7053 0.4398 -0.5560</w:t>
        <w:br/>
        <w:t>vn -0.7052 0.4399 -0.5560</w:t>
        <w:br/>
        <w:t>vn -0.6315 -0.5053 0.5881</w:t>
        <w:br/>
        <w:t>vn 0.6606 -0.1491 0.7358</w:t>
        <w:br/>
        <w:t>vn 0.6473 0.4957 -0.5791</w:t>
        <w:br/>
        <w:t>vn -0.6445 0.1508 -0.7496</w:t>
        <w:br/>
        <w:t>vn -0.3027 -0.8954 0.3266</w:t>
        <w:br/>
        <w:t>vn 0.3298 0.2982 0.8957</w:t>
        <w:br/>
        <w:t>vn 0.3299 0.2982 0.8957</w:t>
        <w:br/>
        <w:t>vn 0.3177 0.8942 -0.3153</w:t>
        <w:br/>
        <w:t>vn -0.3151 -0.2887 -0.9041</w:t>
        <w:br/>
        <w:t>vn -0.0001 -0.9568 0.2909</w:t>
        <w:br/>
        <w:t>vn -0.0000 0.3629 0.9318</w:t>
        <w:br/>
        <w:t>vn -0.0001 0.9595 -0.2819</w:t>
        <w:br/>
        <w:t>vn -0.0001 0.9594 -0.2819</w:t>
        <w:br/>
        <w:t>vn 0.0000 -0.3526 -0.9358</w:t>
        <w:br/>
        <w:t>vn -0.4178 -0.6624 0.6218</w:t>
        <w:br/>
        <w:t>vn -0.3204 -0.5163 0.7942</w:t>
        <w:br/>
        <w:t>vn -0.2362 -0.5392 0.8084</w:t>
        <w:br/>
        <w:t>vn -0.3537 -0.6923 0.6290</w:t>
        <w:br/>
        <w:t>vn -0.4383 -0.4516 0.7771</w:t>
        <w:br/>
        <w:t>vn -0.5428 -0.5793 0.6081</w:t>
        <w:br/>
        <w:t>vn -0.5303 -0.8260 0.1913</w:t>
        <w:br/>
        <w:t>vn -0.6500 -0.7386 0.1789</w:t>
        <w:br/>
        <w:t>vn -0.4986 -0.8457 0.1905</w:t>
        <w:br/>
        <w:t>vn -0.4882 -0.8000 -0.3488</w:t>
        <w:br/>
        <w:t>vn -0.5034 -0.7936 -0.3417</w:t>
        <w:br/>
        <w:t>vn 0.3974 0.8976 -0.1908</w:t>
        <w:br/>
        <w:t>vn 0.2393 0.7444 -0.6233</w:t>
        <w:br/>
        <w:t>vn 0.2392 0.7444 -0.6233</w:t>
        <w:br/>
        <w:t>vn 0.3974 0.8976 -0.1907</w:t>
        <w:br/>
        <w:t>vn 0.3887 0.8568 0.3389</w:t>
        <w:br/>
        <w:t>vn 0.3888 0.8568 0.3388</w:t>
        <w:br/>
        <w:t>vn -0.5942 -0.7245 -0.3493</w:t>
        <w:br/>
        <w:t>vn -0.3080 -0.4260 -0.8507</w:t>
        <w:br/>
        <w:t>vn -0.2529 -0.4677 -0.8469</w:t>
        <w:br/>
        <w:t>vn -0.2342 -0.4705 -0.8507</w:t>
        <w:br/>
        <w:t>vn -0.3021 -0.7217 0.6228</w:t>
        <w:br/>
        <w:t>vn -0.4742 -0.8656 0.1607</w:t>
        <w:br/>
        <w:t>vn -0.4146 -0.8306 -0.3716</w:t>
        <w:br/>
        <w:t>vn 0.0360 -0.4924 0.8696</w:t>
        <w:br/>
        <w:t>vn 0.1150 0.5871 -0.8013</w:t>
        <w:br/>
        <w:t>vn 0.4773 0.5663 0.6720</w:t>
        <w:br/>
        <w:t>vn 0.4958 0.5382 0.6816</w:t>
        <w:br/>
        <w:t>vn 0.4644 0.1244 0.8768</w:t>
        <w:br/>
        <w:t>vn 0.4773 0.5664 0.6718</w:t>
        <w:br/>
        <w:t>vn 0.4603 0.5974 0.6567</w:t>
        <w:br/>
        <w:t>vn 0.4623 0.6009 0.6521</w:t>
        <w:br/>
        <w:t>vn 0.4603 0.5975 0.6566</w:t>
        <w:br/>
        <w:t>vn 0.3354 -0.3154 0.8877</w:t>
        <w:br/>
        <w:t>vn 0.4644 0.1245 0.8768</w:t>
        <w:br/>
        <w:t>vn 0.2913 -0.4821 0.8262</w:t>
        <w:br/>
        <w:t>vn -0.1708 -0.9751 0.1414</w:t>
        <w:br/>
        <w:t>vn 0.0465 -0.8259 0.5619</w:t>
        <w:br/>
        <w:t>vn 0.6207 0.5779 -0.5299</w:t>
        <w:br/>
        <w:t>vn 0.8217 0.2568 -0.5088</w:t>
        <w:br/>
        <w:t>vn 0.9322 -0.2004 -0.3013</w:t>
        <w:br/>
        <w:t>vn 0.4348 0.8691 -0.2357</w:t>
        <w:br/>
        <w:t>vn 0.9351 0.3387 -0.1042</w:t>
        <w:br/>
        <w:t>vn 0.9879 -0.1389 -0.0687</w:t>
        <w:br/>
        <w:t>vn 0.9235 0.2111 0.3204</w:t>
        <w:br/>
        <w:t>vn 0.9589 -0.2235 0.1747</w:t>
        <w:br/>
        <w:t>vn 0.7240 -0.1298 0.6775</w:t>
        <w:br/>
        <w:t>vn 0.8316 -0.4063 0.3786</w:t>
        <w:br/>
        <w:t>vn 0.4511 -0.5078 0.7340</w:t>
        <w:br/>
        <w:t>vn 0.6821 -0.6077 0.4067</w:t>
        <w:br/>
        <w:t>vn -0.1207 -0.5117 -0.8507</w:t>
        <w:br/>
        <w:t>vn 0.1056 -0.6023 -0.7912</w:t>
        <w:br/>
        <w:t>vn -0.1255 -0.9291 -0.3479</w:t>
        <w:br/>
        <w:t>vn 0.0402 0.4430 -0.8956</w:t>
        <w:br/>
        <w:t>vn -0.1721 0.1760 -0.9692</w:t>
        <w:br/>
        <w:t>vn 0.0263 -0.0694 0.9972</w:t>
        <w:br/>
        <w:t>vn 0.0285 0.0902 0.9955</w:t>
        <w:br/>
        <w:t>vn -0.1411 -0.3718 0.9175</w:t>
        <w:br/>
        <w:t>vn -0.2014 -0.3427 0.9176</w:t>
        <w:br/>
        <w:t>vn -0.5409 -0.3064 -0.7833</w:t>
        <w:br/>
        <w:t>vn -0.5410 -0.3064 -0.7833</w:t>
        <w:br/>
        <w:t>vn -0.5581 -0.7589 -0.3355</w:t>
        <w:br/>
        <w:t>vn -0.5580 -0.7697 -0.3101</w:t>
        <w:br/>
        <w:t>vn -0.6140 -0.7016 -0.3615</w:t>
        <w:br/>
        <w:t>vn -0.6140 -0.7017 -0.3615</w:t>
        <w:br/>
        <w:t>vn -0.2756 -0.2794 0.9198</w:t>
        <w:br/>
        <w:t>vn -0.0499 -0.0044 0.9987</w:t>
        <w:br/>
        <w:t>vn 0.7830 -0.4790 -0.3968</w:t>
        <w:br/>
        <w:t>vn 0.6175 -0.3109 -0.7225</w:t>
        <w:br/>
        <w:t>vn 0.4707 -0.3483 -0.8106</w:t>
        <w:br/>
        <w:t>vn -0.1399 -0.8039 -0.5781</w:t>
        <w:br/>
        <w:t>vn -0.5403 -0.7847 -0.3037</w:t>
        <w:br/>
        <w:t>vn -0.1400 -0.8038 -0.5782</w:t>
        <w:br/>
        <w:t>vn -0.3938 -0.8884 -0.2360</w:t>
        <w:br/>
        <w:t>vn -0.0221 -0.4250 0.9049</w:t>
        <w:br/>
        <w:t>vn 0.2480 -0.5592 0.7911</w:t>
        <w:br/>
        <w:t>vn 0.4146 -0.3318 0.8473</w:t>
        <w:br/>
        <w:t>vn 0.1815 -0.1648 0.9695</w:t>
        <w:br/>
        <w:t>vn 0.6271 -0.7002 -0.3412</w:t>
        <w:br/>
        <w:t>vn 0.3540 -0.7138 -0.6043</w:t>
        <w:br/>
        <w:t>vn 0.7034 0.1343 0.6980</w:t>
        <w:br/>
        <w:t>vn 0.5249 0.3666 0.7682</w:t>
        <w:br/>
        <w:t>vn 0.5241 -0.8379 -0.1524</w:t>
        <w:br/>
        <w:t>vn 0.1550 -0.9492 -0.2738</w:t>
        <w:br/>
        <w:t>vn 0.1385 0.5323 0.8351</w:t>
        <w:br/>
        <w:t>vn -0.3008 0.0220 0.9534</w:t>
        <w:br/>
        <w:t>vn 0.2046 -0.8517 0.4824</w:t>
        <w:br/>
        <w:t>vn 0.5452 -0.7953 0.2650</w:t>
        <w:br/>
        <w:t>vn 0.4736 0.4233 0.7723</w:t>
        <w:br/>
        <w:t>vn 0.3114 0.5177 0.7969</w:t>
        <w:br/>
        <w:t>vn 0.3664 0.5302 0.7646</w:t>
        <w:br/>
        <w:t>vn 0.6795 0.6641 0.3118</w:t>
        <w:br/>
        <w:t>vn 0.8638 0.4100 0.2929</w:t>
        <w:br/>
        <w:t>vn 0.5778 0.7772 0.2492</w:t>
        <w:br/>
        <w:t>vn 0.7071 0.6914 -0.1482</w:t>
        <w:br/>
        <w:t>vn 0.5534 0.8214 -0.1381</w:t>
        <w:br/>
        <w:t>vn 0.7301 0.6255 0.2751</w:t>
        <w:br/>
        <w:t>vn 0.3548 0.8864 0.2973</w:t>
        <w:br/>
        <w:t>vn 0.0998 0.6425 0.7598</w:t>
        <w:br/>
        <w:t>vn 0.5924 0.7456 0.3054</w:t>
        <w:br/>
        <w:t>vn 0.6443 0.7253 -0.2425</w:t>
        <w:br/>
        <w:t>vn 0.4413 0.8624 -0.2478</w:t>
        <w:br/>
        <w:t>vn -0.6868 -0.3549 0.6343</w:t>
        <w:br/>
        <w:t>vn -0.8355 -0.4974 0.2336</w:t>
        <w:br/>
        <w:t>vn -0.8013 -0.5350 -0.2679</w:t>
        <w:br/>
        <w:t>vn 0.5593 0.5479 -0.6221</w:t>
        <w:br/>
        <w:t>vn 0.7278 0.6720 -0.1365</w:t>
        <w:br/>
        <w:t>vn 0.4311 0.6077 -0.6669</w:t>
        <w:br/>
        <w:t>vn 0.5441 0.5066 -0.6688</w:t>
        <w:br/>
        <w:t>vn 0.0841 -0.9922 0.0922</w:t>
        <w:br/>
        <w:t>vn 0.4758 -0.8775 0.0598</w:t>
        <w:br/>
        <w:t>vn 0.1079 0.1079 -0.9883</w:t>
        <w:br/>
        <w:t>vn 0.2627 -0.0245 -0.9646</w:t>
        <w:br/>
        <w:t>vn 0.1730 0.0762 -0.9820</w:t>
        <w:br/>
        <w:t>vn 0.2103 0.0436 -0.9767</w:t>
        <w:br/>
        <w:t>vn 0.5868 0.4534 -0.6709</w:t>
        <w:br/>
        <w:t>vn 0.4285 -0.1530 -0.8905</w:t>
        <w:br/>
        <w:t>vn 0.7445 0.2537 -0.6176</w:t>
        <w:br/>
        <w:t>vn 0.8814 0.4497 -0.1447</w:t>
        <w:br/>
        <w:t>vn -0.8022 0.5969 -0.0164</w:t>
        <w:br/>
        <w:t>vn -0.8106 0.5854 -0.0180</w:t>
        <w:br/>
        <w:t>vn -0.7957 0.6055 -0.0161</w:t>
        <w:br/>
        <w:t>vn -0.8063 0.5910 -0.0254</w:t>
        <w:br/>
        <w:t>vn -0.8080 0.5884 -0.0304</w:t>
        <w:br/>
        <w:t>vn -0.8124 0.5825 -0.0256</w:t>
        <w:br/>
        <w:t>vn -0.8218 0.5693 -0.0246</w:t>
        <w:br/>
        <w:t>vn -0.8060 0.5916 -0.0176</w:t>
        <w:br/>
        <w:t>vn -0.8072 0.5900 -0.0178</w:t>
        <w:br/>
        <w:t>vn -0.8093 0.5874 -0.0036</w:t>
        <w:br/>
        <w:t>vn -0.8229 0.5679 -0.0194</w:t>
        <w:br/>
        <w:t>vn -0.8151 0.5794 -0.0006</w:t>
        <w:br/>
        <w:t>vn 0.9322 -0.2005 -0.3013</w:t>
        <w:br/>
        <w:t>vn 0.8041 -0.5945 -0.0055</w:t>
        <w:br/>
        <w:t>vn 0.8236 -0.5666 -0.0270</w:t>
        <w:br/>
        <w:t>vn 0.9879 -0.1390 -0.0687</w:t>
        <w:br/>
        <w:t>vn 0.7831 -0.4789 -0.3968</w:t>
        <w:br/>
        <w:t>vn 0.5451 -0.7954 0.2650</w:t>
        <w:br/>
        <w:t>vn -0.2307 -0.6504 0.7237</w:t>
        <w:br/>
        <w:t>vn -0.1154 -0.6783 0.7256</w:t>
        <w:br/>
        <w:t>vn -0.1155 -0.6783 0.7256</w:t>
        <w:br/>
        <w:t>vn -0.6623 -0.2517 0.7057</w:t>
        <w:br/>
        <w:t>vn -0.5420 -0.2718 0.7952</w:t>
        <w:br/>
        <w:t>vn -0.5539 -0.2799 0.7841</w:t>
        <w:br/>
        <w:t>vn -0.6609 -0.2595 0.7042</w:t>
        <w:br/>
        <w:t>vn -0.4828 -0.2869 0.8274</w:t>
        <w:br/>
        <w:t>vn -0.5528 -0.4116 0.7246</w:t>
        <w:br/>
        <w:t>vn -0.5821 -0.3585 0.7298</w:t>
        <w:br/>
        <w:t>vn -0.5527 -0.4116 0.7246</w:t>
        <w:br/>
        <w:t>vn -0.5149 -0.4723 0.7154</w:t>
        <w:br/>
        <w:t>vn -0.6350 -0.2789 0.7204</w:t>
        <w:br/>
        <w:t>vn -0.3668 -0.5891 0.7200</w:t>
        <w:br/>
        <w:t>vn -0.3667 -0.5891 0.7200</w:t>
        <w:br/>
        <w:t>vn -0.4629 -0.5274 0.7124</w:t>
        <w:br/>
        <w:t>vn -0.0711 -0.6832 0.7267</w:t>
        <w:br/>
        <w:t>vn -0.0710 -0.6833 0.7267</w:t>
        <w:br/>
        <w:t>vn -0.7772 -0.2555 0.5751</w:t>
        <w:br/>
        <w:t>vn -0.6888 -0.2691 0.6731</w:t>
        <w:br/>
        <w:t>vn -0.8001 -0.2519 0.5445</w:t>
        <w:br/>
        <w:t>vn -0.5999 -0.2862 0.7471</w:t>
        <w:br/>
        <w:t>vn -0.5955 -0.3165 0.7384</w:t>
        <w:br/>
        <w:t>vn -0.6346 -0.2849 0.7184</w:t>
        <w:br/>
        <w:t>vn -0.5955 -0.3166 0.7384</w:t>
        <w:br/>
        <w:t>vn 0.2307 0.6504 -0.7237</w:t>
        <w:br/>
        <w:t>vn 0.1154 0.6782 -0.7258</w:t>
        <w:br/>
        <w:t>vn 0.1155 0.6781 -0.7258</w:t>
        <w:br/>
        <w:t>vn 0.2307 0.6504 -0.7238</w:t>
        <w:br/>
        <w:t>vn 0.5541 0.2799 -0.7840</w:t>
        <w:br/>
        <w:t>vn 0.5419 0.2717 -0.7953</w:t>
        <w:br/>
        <w:t>vn 0.6630 0.2513 -0.7051</w:t>
        <w:br/>
        <w:t>vn 0.6615 0.2594 -0.7037</w:t>
        <w:br/>
        <w:t>vn 0.4832 0.2869 -0.8272</w:t>
        <w:br/>
        <w:t>vn 0.5820 0.3586 -0.7298</w:t>
        <w:br/>
        <w:t>vn 0.5821 0.3586 -0.7298</w:t>
        <w:br/>
        <w:t>vn 0.5527 0.4117 -0.7246</w:t>
        <w:br/>
        <w:t>vn 0.5149 0.4724 -0.7154</w:t>
        <w:br/>
        <w:t>vn 0.6350 0.2789 -0.7204</w:t>
        <w:br/>
        <w:t>vn 0.3670 0.5887 -0.7202</w:t>
        <w:br/>
        <w:t>vn 0.4631 0.5270 -0.7126</w:t>
        <w:br/>
        <w:t>vn 0.0711 0.6830 -0.7269</w:t>
        <w:br/>
        <w:t>vn 0.7761 0.2557 -0.5764</w:t>
        <w:br/>
        <w:t>vn 0.7986 0.2520 -0.5465</w:t>
        <w:br/>
        <w:t>vn 0.6885 0.2690 -0.6735</w:t>
        <w:br/>
        <w:t>vn 0.6002 0.2862 -0.7469</w:t>
        <w:br/>
        <w:t>vn 0.6345 0.2850 -0.7185</w:t>
        <w:br/>
        <w:t>vn 0.5956 0.3165 -0.7383</w:t>
        <w:br/>
        <w:t>vn 0.5955 0.3165 -0.7384</w:t>
        <w:br/>
        <w:t>vn 0.6142 -0.0586 0.7869</w:t>
        <w:br/>
        <w:t>vn 0.6960 -0.0352 0.7172</w:t>
        <w:br/>
        <w:t>vn 0.5765 -0.0674 0.8143</w:t>
        <w:br/>
        <w:t>vn -0.4757 -0.5742 -0.6663</w:t>
        <w:br/>
        <w:t>vn -0.4756 -0.5742 -0.6663</w:t>
        <w:br/>
        <w:t>vn -0.3817 -0.5957 -0.7067</w:t>
        <w:br/>
        <w:t>vn -0.6047 -0.5357 -0.5894</w:t>
        <w:br/>
        <w:t>vn -0.5935 -0.5524 -0.5853</w:t>
        <w:br/>
        <w:t>vn -0.6900 -0.2336 -0.6851</w:t>
        <w:br/>
        <w:t>vn -0.6900 -0.2336 -0.6850</w:t>
        <w:br/>
        <w:t>vn -0.7437 0.1451 -0.6526</w:t>
        <w:br/>
        <w:t>vn -0.7614 0.1236 -0.6364</w:t>
        <w:br/>
        <w:t>vn -0.7766 0.0819 -0.6247</w:t>
        <w:br/>
        <w:t>vn -0.7822 0.0474 -0.6212</w:t>
        <w:br/>
        <w:t>vn -0.7823 0.0474 -0.6211</w:t>
        <w:br/>
        <w:t>vn -0.7882 0.0238 -0.6150</w:t>
        <w:br/>
        <w:t>vn -0.7879 0.0240 -0.6153</w:t>
        <w:br/>
        <w:t>vn -0.7986 0.0009 -0.6019</w:t>
        <w:br/>
        <w:t>vn -0.7986 0.0009 -0.6018</w:t>
        <w:br/>
        <w:t>vn -0.8182 -0.0401 -0.5736</w:t>
        <w:br/>
        <w:t>vn -0.8566 -0.0898 -0.5081</w:t>
        <w:br/>
        <w:t>vn -0.8566 -0.0898 -0.5082</w:t>
        <w:br/>
        <w:t>vn -0.8929 -0.1469 -0.4257</w:t>
        <w:br/>
        <w:t>vn -0.9103 -0.2047 -0.3598</w:t>
        <w:br/>
        <w:t>vn -0.9161 -0.2262 -0.3311</w:t>
        <w:br/>
        <w:t>vn 0.8438 0.3053 0.4413</w:t>
        <w:br/>
        <w:t>vn 0.8473 0.3279 0.4178</w:t>
        <w:br/>
        <w:t>vn 0.8384 0.2385 0.4902</w:t>
        <w:br/>
        <w:t>vn 0.8384 0.2385 0.4901</w:t>
        <w:br/>
        <w:t>vn 0.8199 0.1613 0.5492</w:t>
        <w:br/>
        <w:t>vn 0.8200 0.1613 0.5492</w:t>
        <w:br/>
        <w:t>vn 0.7955 0.0942 0.5986</w:t>
        <w:br/>
        <w:t>vn 0.7824 0.0500 0.6208</w:t>
        <w:br/>
        <w:t>vn 0.7823 0.0500 0.6208</w:t>
        <w:br/>
        <w:t>vn 0.7756 0.0258 0.6307</w:t>
        <w:br/>
        <w:t>vn 0.7757 0.0259 0.6306</w:t>
        <w:br/>
        <w:t>vn 0.7726 0.0034 0.6349</w:t>
        <w:br/>
        <w:t>vn 0.7726 0.0033 0.6349</w:t>
        <w:br/>
        <w:t>vn 0.7553 -0.0129 0.6553</w:t>
        <w:br/>
        <w:t>vn 0.2678 0.3386 -0.9020</w:t>
        <w:br/>
        <w:t>vn -0.0480 0.2523 -0.9665</w:t>
        <w:br/>
        <w:t>vn 0.0395 0.5147 -0.8565</w:t>
        <w:br/>
        <w:t>vn -0.1746 0.4875 -0.8555</w:t>
        <w:br/>
        <w:t>vn -0.1533 0.6024 -0.7833</w:t>
        <w:br/>
        <w:t>vn -0.2351 0.2613 -0.9362</w:t>
        <w:br/>
        <w:t>vn -0.1382 0.4797 -0.8665</w:t>
        <w:br/>
        <w:t>vn -0.2218 0.2653 -0.9383</w:t>
        <w:br/>
        <w:t>vn 0.3105 0.5301 -0.7890</w:t>
        <w:br/>
        <w:t>vn 0.1033 0.7246 -0.6814</w:t>
        <w:br/>
        <w:t>vn 0.0085 0.8092 -0.5875</w:t>
        <w:br/>
        <w:t>vn 0.0586 0.6532 -0.7550</w:t>
        <w:br/>
        <w:t>vn 0.4968 0.2707 -0.8245</w:t>
        <w:br/>
        <w:t>vn 0.7957 0.1169 0.5943</w:t>
        <w:br/>
        <w:t>vn 0.3494 0.3691 0.8612</w:t>
        <w:br/>
        <w:t>vn 0.2848 0.0310 0.9581</w:t>
        <w:br/>
        <w:t>vn 0.7255 -0.2361 0.6465</w:t>
        <w:br/>
        <w:t>vn 0.2123 0.5430 0.8124</w:t>
        <w:br/>
        <w:t>vn 0.0980 0.5962 0.7968</w:t>
        <w:br/>
        <w:t>vn 0.0789 0.1493 0.9856</w:t>
        <w:br/>
        <w:t>vn 0.1622 0.1246 0.9789</w:t>
        <w:br/>
        <w:t>vn 0.9816 -0.0440 0.1860</w:t>
        <w:br/>
        <w:t>vn 0.9450 -0.2276 0.2348</w:t>
        <w:br/>
        <w:t>vn 0.0098 0.8142 0.5805</w:t>
        <w:br/>
        <w:t>vn 0.0097 0.8142 0.5805</w:t>
        <w:br/>
        <w:t>vn -0.0360 0.9952 -0.0914</w:t>
        <w:br/>
        <w:t>vn 0.0179 0.8961 0.4434</w:t>
        <w:br/>
        <w:t>vn -0.0360 0.9952 -0.0913</w:t>
        <w:br/>
        <w:t>vn -0.0633 0.8766 -0.4770</w:t>
        <w:br/>
        <w:t>vn -0.0590 0.8481 -0.5265</w:t>
        <w:br/>
        <w:t>vn -0.0673 0.4250 -0.9027</w:t>
        <w:br/>
        <w:t>vn -0.0540 0.3922 -0.9183</w:t>
        <w:br/>
        <w:t>vn -0.0538 0.4029 -0.9137</w:t>
        <w:br/>
        <w:t>vn -0.0619 0.4395 -0.8961</w:t>
        <w:br/>
        <w:t>vn -0.0988 0.4670 -0.8787</w:t>
        <w:br/>
        <w:t>vn -0.0749 0.4891 -0.8690</w:t>
        <w:br/>
        <w:t>vn -0.1029 0.5378 -0.8368</w:t>
        <w:br/>
        <w:t>vn -0.1763 0.5939 -0.7850</w:t>
        <w:br/>
        <w:t>vn -0.2734 0.6694 -0.6908</w:t>
        <w:br/>
        <w:t>vn 0.0587 0.6532 -0.7549</w:t>
        <w:br/>
        <w:t>vn -0.1347 0.6442 0.7529</w:t>
        <w:br/>
        <w:t>vn 0.1642 0.3139 0.9351</w:t>
        <w:br/>
        <w:t>vn 0.0763 0.4757 0.8763</w:t>
        <w:br/>
        <w:t>vn 0.2638 0.2709 0.9257</w:t>
        <w:br/>
        <w:t>vn 0.2673 0.2678 0.9256</w:t>
        <w:br/>
        <w:t>vn 0.2513 0.2236 0.9417</w:t>
        <w:br/>
        <w:t>vn 0.2425 0.2075 0.9477</w:t>
        <w:br/>
        <w:t>vn 0.2042 0.1937 0.9596</w:t>
        <w:br/>
        <w:t>vn 0.1865 0.1892 0.9641</w:t>
        <w:br/>
        <w:t>vn -0.3174 0.8357 0.4481</w:t>
        <w:br/>
        <w:t>vn 0.0425 0.5774 -0.8153</w:t>
        <w:br/>
        <w:t>vn 0.7627 -0.4780 0.4356</w:t>
        <w:br/>
        <w:t>vn 0.0624 -0.3257 0.9434</w:t>
        <w:br/>
        <w:t>vn 0.0470 -0.3596 0.9319</w:t>
        <w:br/>
        <w:t>vn 0.0653 -0.3780 0.9235</w:t>
        <w:br/>
        <w:t>vn 0.1482 0.2029 0.9679</w:t>
        <w:br/>
        <w:t>vn -0.1065 0.3084 -0.9453</w:t>
        <w:br/>
        <w:t>vn -0.2196 0.2259 -0.9491</w:t>
        <w:br/>
        <w:t>vn 0.1847 -0.3086 0.9331</w:t>
        <w:br/>
        <w:t>vn 0.4584 -0.4336 0.7758</w:t>
        <w:br/>
        <w:t>vn -0.2226 0.3349 -0.9156</w:t>
        <w:br/>
        <w:t>vn 0.2776 0.7227 -0.6330</w:t>
        <w:br/>
        <w:t>vn 0.5424 0.6332 -0.5521</w:t>
        <w:br/>
        <w:t>vn 0.6745 0.2602 -0.6909</w:t>
        <w:br/>
        <w:t>vn 0.9694 -0.2017 0.1400</w:t>
        <w:br/>
        <w:t>vn 0.9773 0.2084 0.0387</w:t>
        <w:br/>
        <w:t>vn 0.6566 0.2026 -0.7265</w:t>
        <w:br/>
        <w:t>vn 0.9305 -0.2031 -0.3049</w:t>
        <w:br/>
        <w:t>vn 0.2743 0.4574 -0.8459</w:t>
        <w:br/>
        <w:t>vn 0.7213 -0.0828 -0.6876</w:t>
        <w:br/>
        <w:t>vn 0.8614 -0.5079 0.0086</w:t>
        <w:br/>
        <w:t>vn 0.3316 0.3488 -0.8766</w:t>
        <w:br/>
        <w:t>vn -0.2356 0.0719 -0.9692</w:t>
        <w:br/>
        <w:t>vn -0.0193 0.4801 -0.8770</w:t>
        <w:br/>
        <w:t>vn 0.2680 0.2848 -0.9204</w:t>
        <w:br/>
        <w:t>vn 0.0928 -0.0968 -0.9910</w:t>
        <w:br/>
        <w:t>vn 0.6632 -0.0974 -0.7421</w:t>
        <w:br/>
        <w:t>vn 0.8286 -0.5572 0.0539</w:t>
        <w:br/>
        <w:t>vn 0.6423 -0.7264 -0.2446</w:t>
        <w:br/>
        <w:t>vn 0.4001 -0.4772 -0.7824</w:t>
        <w:br/>
        <w:t>vn 0.0043 0.5744 -0.8186</w:t>
        <w:br/>
        <w:t>vn 0.2003 0.8472 -0.4921</w:t>
        <w:br/>
        <w:t>vn 0.8028 -0.0825 0.5905</w:t>
        <w:br/>
        <w:t>vn 0.4938 -0.5791 0.6487</w:t>
        <w:br/>
        <w:t>vn 0.4123 -0.7553 0.5094</w:t>
        <w:br/>
        <w:t>vn 0.5939 -0.5730 0.5647</w:t>
        <w:br/>
        <w:t>vn 0.1884 -0.8496 0.4926</w:t>
        <w:br/>
        <w:t>vn 0.3674 -0.4313 0.8240</w:t>
        <w:br/>
        <w:t>vn -0.0143 -0.4815 0.8763</w:t>
        <w:br/>
        <w:t>vn 0.2467 -0.5509 0.7973</w:t>
        <w:br/>
        <w:t>vn 0.0973 -0.4344 0.8955</w:t>
        <w:br/>
        <w:t>vn 0.4699 -0.6495 0.5978</w:t>
        <w:br/>
        <w:t>vn 0.1318 -0.5851 0.8002</w:t>
        <w:br/>
        <w:t>vn -0.1904 -0.5525 0.8115</w:t>
        <w:br/>
        <w:t>vn -0.1583 -0.5461 0.8226</w:t>
        <w:br/>
        <w:t>vn -0.4886 -0.7318 0.4752</w:t>
        <w:br/>
        <w:t>vn -0.2964 -0.7873 0.5406</w:t>
        <w:br/>
        <w:t>vn -0.1505 0.5839 -0.7978</w:t>
        <w:br/>
        <w:t>vn -0.3473 0.3089 -0.8854</w:t>
        <w:br/>
        <w:t>vn -0.5482 0.2536 -0.7969</w:t>
        <w:br/>
        <w:t>vn -0.2496 0.5698 -0.7830</w:t>
        <w:br/>
        <w:t>vn -0.0407 -0.6310 0.7747</w:t>
        <w:br/>
        <w:t>vn -0.0212 -0.5650 0.8248</w:t>
        <w:br/>
        <w:t>vn 0.0686 0.8388 -0.5402</w:t>
        <w:br/>
        <w:t>vn -0.0568 -0.4672 0.8823</w:t>
        <w:br/>
        <w:t>vn -0.4951 -0.7389 0.4570</w:t>
        <w:br/>
        <w:t>vn 0.0477 0.9785 -0.2008</w:t>
        <w:br/>
        <w:t>vn 0.2408 0.9487 -0.2049</w:t>
        <w:br/>
        <w:t>vn 0.6477 0.7538 -0.1113</w:t>
        <w:br/>
        <w:t>vn 0.4978 0.7989 -0.3375</w:t>
        <w:br/>
        <w:t>vn -0.2258 -0.4911 -0.8413</w:t>
        <w:br/>
        <w:t>vn -0.4468 -0.2586 -0.8565</w:t>
        <w:br/>
        <w:t>vn 0.1383 -0.9879 -0.0708</w:t>
        <w:br/>
        <w:t>vn 0.1175 -0.7472 -0.6541</w:t>
        <w:br/>
        <w:t>vn 0.3054 0.9462 -0.1067</w:t>
        <w:br/>
        <w:t>vn 0.6477 0.7537 -0.1112</w:t>
        <w:br/>
        <w:t>vn 0.7240 0.6467 0.2402</w:t>
        <w:br/>
        <w:t>vn 0.7485 0.6515 0.1234</w:t>
        <w:br/>
        <w:t>vn -0.2577 -0.9187 0.2993</w:t>
        <w:br/>
        <w:t>vn 0.1383 -0.9879 -0.0707</w:t>
        <w:br/>
        <w:t>vn -0.0359 -0.9517 0.3049</w:t>
        <w:br/>
        <w:t>vn 0.5958 0.6627 0.4538</w:t>
        <w:br/>
        <w:t>vn 0.4007 0.6967 0.5951</w:t>
        <w:br/>
        <w:t>vn -0.6254 -0.7798 0.0270</w:t>
        <w:br/>
        <w:t>vn -0.6804 -0.7254 -0.1044</w:t>
        <w:br/>
        <w:t>vn -0.5359 -0.8223 0.1914</w:t>
        <w:br/>
        <w:t>vn 0.2294 0.7301 0.6436</w:t>
        <w:br/>
        <w:t>vn 0.1018 0.7819 0.6150</w:t>
        <w:br/>
        <w:t>vn 0.2294 0.7302 0.6436</w:t>
        <w:br/>
        <w:t>vn -0.4631 -0.8673 0.1827</w:t>
        <w:br/>
        <w:t>vn -0.6746 -0.7099 -0.2023</w:t>
        <w:br/>
        <w:t>vn -0.6014 -0.0874 -0.7942</w:t>
        <w:br/>
        <w:t>vn 0.2621 0.9647 -0.0251</w:t>
        <w:br/>
        <w:t>vn -0.0176 -0.7749 0.6318</w:t>
        <w:br/>
        <w:t>vn -0.1619 -0.7497 0.6417</w:t>
        <w:br/>
        <w:t>vn -0.1379 -0.6889 0.7116</w:t>
        <w:br/>
        <w:t>vn -0.2315 -0.5910 0.7727</w:t>
        <w:br/>
        <w:t>vn -0.4433 -0.4348 0.7839</w:t>
        <w:br/>
        <w:t>vn -0.3821 -0.4273 0.8194</w:t>
        <w:br/>
        <w:t>vn -0.6263 -0.2688 0.7318</w:t>
        <w:br/>
        <w:t>vn -0.7644 -0.1647 0.6233</w:t>
        <w:br/>
        <w:t>vn -0.3413 0.2285 -0.9117</w:t>
        <w:br/>
        <w:t>vn -0.9036 0.2344 -0.3586</w:t>
        <w:br/>
        <w:t>vn -0.6405 0.2638 -0.7212</w:t>
        <w:br/>
        <w:t>vn -0.1246 0.1730 -0.9770</w:t>
        <w:br/>
        <w:t>vn -0.0090 0.1902 -0.9817</w:t>
        <w:br/>
        <w:t>vn -0.0577 0.3051 -0.9506</w:t>
        <w:br/>
        <w:t>vn -0.0511 0.3373 -0.9400</w:t>
        <w:br/>
        <w:t>vn 0.0198 0.7564 -0.6538</w:t>
        <w:br/>
        <w:t>vn -0.3179 0.7625 -0.5635</w:t>
        <w:br/>
        <w:t>vn -0.5009 0.8401 -0.2080</w:t>
        <w:br/>
        <w:t>vn -0.1164 0.5435 0.8313</w:t>
        <w:br/>
        <w:t>vn -0.5010 0.8401 -0.2080</w:t>
        <w:br/>
        <w:t>vn -0.1494 0.4736 0.8680</w:t>
        <w:br/>
        <w:t>vn 0.0632 0.4344 0.8985</w:t>
        <w:br/>
        <w:t>vn 0.1918 0.2017 0.9605</w:t>
        <w:br/>
        <w:t>vn 0.2384 0.1420 0.9607</w:t>
        <w:br/>
        <w:t>vn 0.3534 0.1790 0.9182</w:t>
        <w:br/>
        <w:t>vn -0.2989 0.5606 -0.7722</w:t>
        <w:br/>
        <w:t>vn -0.1742 0.7830 -0.5971</w:t>
        <w:br/>
        <w:t>vn -0.0246 0.4975 -0.8671</w:t>
        <w:br/>
        <w:t>vn 0.0046 0.5556 -0.8315</w:t>
        <w:br/>
        <w:t>vn -0.0086 0.4969 -0.8677</w:t>
        <w:br/>
        <w:t>vn 0.0180 0.8961 0.4435</w:t>
        <w:br/>
        <w:t>vn 0.0520 0.8109 0.5829</w:t>
        <w:br/>
        <w:t>vn 0.0604 -0.5516 0.8319</w:t>
        <w:br/>
        <w:t>vn -0.0017 -0.4953 0.8687</w:t>
        <w:br/>
        <w:t>vn 0.0491 -0.4805 0.8756</w:t>
        <w:br/>
        <w:t>vn 0.0059 -0.7457 0.6663</w:t>
        <w:br/>
        <w:t>vn -0.6382 -0.7303 -0.2436</w:t>
        <w:br/>
        <w:t>vn -0.0597 -0.8473 0.5277</w:t>
        <w:br/>
        <w:t>vn -0.1498 -0.8355 0.5286</w:t>
        <w:br/>
        <w:t>vn -0.7643 -0.2113 -0.6093</w:t>
        <w:br/>
        <w:t>vn -0.6025 0.2084 -0.7704</w:t>
        <w:br/>
        <w:t>vn -0.7313 -0.1328 -0.6690</w:t>
        <w:br/>
        <w:t>vn -0.1921 0.5791 -0.7923</w:t>
        <w:br/>
        <w:t>vn 0.2219 0.9749 0.0179</w:t>
        <w:br/>
        <w:t>vn 0.3959 0.2377 0.8870</w:t>
        <w:br/>
        <w:t>vn -0.1426 0.4409 -0.8861</w:t>
        <w:br/>
        <w:t>vn 0.0193 0.5836 -0.8118</w:t>
        <w:br/>
        <w:t>vn 0.0509 0.7144 -0.6978</w:t>
        <w:br/>
        <w:t>vn 0.3784 0.3116 0.8716</w:t>
        <w:br/>
        <w:t>vn 0.3735 0.3447 0.8612</w:t>
        <w:br/>
        <w:t>vn 0.3169 0.4147 0.8530</w:t>
        <w:br/>
        <w:t>vn 0.3372 0.3923 0.8558</w:t>
        <w:br/>
        <w:t>vn 0.0678 0.7837 -0.6174</w:t>
        <w:br/>
        <w:t>vn 0.1403 0.7506 -0.6457</w:t>
        <w:br/>
        <w:t>vn 0.2709 0.4189 0.8667</w:t>
        <w:br/>
        <w:t>vn 0.2291 0.9733 0.0114</w:t>
        <w:br/>
        <w:t>vn 0.1294 0.9915 0.0115</w:t>
        <w:br/>
        <w:t>vn -0.1741 0.7830 -0.5971</w:t>
        <w:br/>
        <w:t>vn 0.0283 0.9995 0.0115</w:t>
        <w:br/>
        <w:t>vn 0.0287 -0.3409 0.9396</w:t>
        <w:br/>
        <w:t>vn -0.0000 -1.0000 0.0055</w:t>
        <w:br/>
        <w:t>vn -0.0000 -1.0000 0.0061</w:t>
        <w:br/>
        <w:t>vn -0.0036 -1.0000 0.0054</w:t>
        <w:br/>
        <w:t>vn -0.0037 -1.0000 0.0053</w:t>
        <w:br/>
        <w:t>vn 0.0002 -1.0000 0.0039</w:t>
        <w:br/>
        <w:t>vn -0.0049 -1.0000 0.0049</w:t>
        <w:br/>
        <w:t>vn -0.0117 -0.9999 0.0030</w:t>
        <w:br/>
        <w:t>vn -0.0101 -0.9999 0.0058</w:t>
        <w:br/>
        <w:t>vn 0.0086 -0.9999 0.0090</w:t>
        <w:br/>
        <w:t>vn 0.0085 -0.9999 0.0095</w:t>
        <w:br/>
        <w:t>vn 0.0036 -1.0000 0.0054</w:t>
        <w:br/>
        <w:t>vn 0.0037 -1.0000 0.0053</w:t>
        <w:br/>
        <w:t>vn -0.0002 -1.0000 0.0039</w:t>
        <w:br/>
        <w:t>vn 0.0049 -1.0000 0.0049</w:t>
        <w:br/>
        <w:t>vn 0.0117 -0.9999 0.0030</w:t>
        <w:br/>
        <w:t>vn 0.0102 -0.9999 0.0058</w:t>
        <w:br/>
        <w:t>vn -0.0086 -0.9999 0.0090</w:t>
        <w:br/>
        <w:t>vn -0.0085 -0.9999 0.0095</w:t>
        <w:br/>
        <w:t>vn 0.6580 -0.0971 -0.7468</w:t>
        <w:br/>
        <w:t>vn 0.6367 -0.3529 -0.6856</w:t>
        <w:br/>
        <w:t>vn 0.6118 -0.5790 -0.5390</w:t>
        <w:br/>
        <w:t>vn 0.6587 0.1973 -0.7261</w:t>
        <w:br/>
        <w:t>vn 0.7664 -0.6243 0.1513</w:t>
        <w:br/>
        <w:t>vn 0.8230 -0.1592 0.5453</w:t>
        <w:br/>
        <w:t>vn 0.7787 -0.4429 0.4444</w:t>
        <w:br/>
        <w:t>vn 0.6802 0.5182 -0.5184</w:t>
        <w:br/>
        <w:t>vn 0.6083 0.7701 -0.1921</w:t>
        <w:br/>
        <w:t>vn 0.7009 0.6921 -0.1725</w:t>
        <w:br/>
        <w:t>vn 0.7005 -0.6937 0.1675</w:t>
        <w:br/>
        <w:t>vn -0.6580 -0.0971 -0.7468</w:t>
        <w:br/>
        <w:t>vn -0.6587 0.1973 -0.7261</w:t>
        <w:br/>
        <w:t>vn -0.6118 -0.5790 -0.5390</w:t>
        <w:br/>
        <w:t>vn -0.6367 -0.3529 -0.6857</w:t>
        <w:br/>
        <w:t>vn -0.7787 -0.4429 0.4444</w:t>
        <w:br/>
        <w:t>vn -0.7785 0.0120 0.6276</w:t>
        <w:br/>
        <w:t>vn -0.8230 -0.1592 0.5453</w:t>
        <w:br/>
        <w:t>vn -0.7664 -0.6243 0.1513</w:t>
        <w:br/>
        <w:t>vn -0.6802 0.5182 -0.5184</w:t>
        <w:br/>
        <w:t>vn -0.6083 0.7701 -0.1921</w:t>
        <w:br/>
        <w:t>vn -0.7008 0.6922 -0.1724</w:t>
        <w:br/>
        <w:t>vn -0.7005 -0.6937 0.1675</w:t>
        <w:br/>
        <w:t>vn -0.6044 0.5248 -0.5995</w:t>
        <w:br/>
        <w:t>vn -0.2516 0.3266 -0.9111</w:t>
        <w:br/>
        <w:t>vn -0.3697 0.1780 -0.9119</w:t>
        <w:br/>
        <w:t>vn -0.6740 0.4357 -0.5965</w:t>
        <w:br/>
        <w:t>vn 0.1554 0.0618 -0.9859</w:t>
        <w:br/>
        <w:t>vn 0.0066 -0.1111 -0.9938</w:t>
        <w:br/>
        <w:t>vn 0.5750 0.4978 -0.6493</w:t>
        <w:br/>
        <w:t>vn 0.5540 0.5281 -0.6436</w:t>
        <w:br/>
        <w:t>vn 0.7018 0.6791 -0.2151</w:t>
        <w:br/>
        <w:t>vn 0.6819 0.7009 -0.2094</w:t>
        <w:br/>
        <w:t>vn -0.5270 0.6071 -0.5948</w:t>
        <w:br/>
        <w:t>vn -0.1568 -0.0543 0.9861</w:t>
        <w:br/>
        <w:t>vn -0.1849 -0.0242 0.9825</w:t>
        <w:br/>
        <w:t>vn -0.0256 0.1555 0.9875</w:t>
        <w:br/>
        <w:t>vn 0.0052 0.1347 0.9909</w:t>
        <w:br/>
        <w:t>vn -0.3091 -0.2399 0.9203</w:t>
        <w:br/>
        <w:t>vn -0.3334 -0.2026 0.9207</w:t>
        <w:br/>
        <w:t>vn -0.0839 -0.1184 0.9894</w:t>
        <w:br/>
        <w:t>vn -0.2358 -0.3117 0.9205</w:t>
        <w:br/>
        <w:t>vn 0.4569 0.6052 -0.6519</w:t>
        <w:br/>
        <w:t>vn 0.5754 0.7847 -0.2304</w:t>
        <w:br/>
        <w:t>vn 0.6882 0.6821 -0.2473</w:t>
        <w:br/>
        <w:t>vn 0.5987 0.4766 -0.6437</w:t>
        <w:br/>
        <w:t>vn -0.2256 -0.0174 0.9741</w:t>
        <w:br/>
        <w:t>vn -0.3640 -0.2165 0.9059</w:t>
        <w:br/>
        <w:t>vn 0.0733 0.0824 0.9939</w:t>
        <w:br/>
        <w:t>vn -0.4990 -0.7629 -0.4111</w:t>
        <w:br/>
        <w:t>vn -0.5145 -0.7577 -0.4014</w:t>
        <w:br/>
        <w:t>vn 0.0988 0.1158 -0.9883</w:t>
        <w:br/>
        <w:t>vn 0.2651 -0.0034 -0.9642</w:t>
        <w:br/>
        <w:t>vn 0.9101 0.0747 -0.4075</w:t>
        <w:br/>
        <w:t>vn 0.6280 -0.3082 -0.7146</w:t>
        <w:br/>
        <w:t>vn 0.4138 -0.4732 0.7777</w:t>
        <w:br/>
        <w:t>vn 0.1913 -0.4140 0.8900</w:t>
        <w:br/>
        <w:t>vn 0.2918 -0.4806 0.8269</w:t>
        <w:br/>
        <w:t>vn 0.4843 -0.5474 0.6825</w:t>
        <w:br/>
        <w:t>vn 0.9706 -0.1276 -0.2043</w:t>
        <w:br/>
        <w:t>vn 0.7513 -0.4382 -0.4934</w:t>
        <w:br/>
        <w:t>vn -0.3473 -0.2593 0.9012</w:t>
        <w:br/>
        <w:t>vn 0.3174 -0.0155 0.9482</w:t>
        <w:br/>
        <w:t>vn 0.0989 0.0666 0.9929</w:t>
        <w:br/>
        <w:t>vn -0.3378 -0.1064 0.9352</w:t>
        <w:br/>
        <w:t>vn -0.6549 0.1802 0.7339</w:t>
        <w:br/>
        <w:t>vn -0.8051 -0.0696 0.5891</w:t>
        <w:br/>
        <w:t>vn 0.9506 0.3041 -0.0629</w:t>
        <w:br/>
        <w:t>vn 0.8454 0.0057 0.5341</w:t>
        <w:br/>
        <w:t>vn -0.2144 0.4265 -0.8787</w:t>
        <w:br/>
        <w:t>vn 0.0505 0.7014 -0.7109</w:t>
        <w:br/>
        <w:t>vn -0.0726 0.7326 -0.6767</w:t>
        <w:br/>
        <w:t>vn -0.3396 0.4644 -0.8179</w:t>
        <w:br/>
        <w:t>vn -0.7180 0.4035 0.5672</w:t>
        <w:br/>
        <w:t>vn -0.7916 0.2783 0.5440</w:t>
        <w:br/>
        <w:t>vn -0.6830 0.1044 0.7229</w:t>
        <w:br/>
        <w:t>vn -0.5824 0.2723 0.7659</w:t>
        <w:br/>
        <w:t>vn -0.0835 0.3793 -0.9215</w:t>
        <w:br/>
        <w:t>vn 0.1728 0.6581 -0.7328</w:t>
        <w:br/>
        <w:t>vn 0.3327 -0.2522 0.9087</w:t>
        <w:br/>
        <w:t>vn 0.3370 -0.6464 0.6846</w:t>
        <w:br/>
        <w:t>vn 0.6862 -0.5278 -0.5005</w:t>
        <w:br/>
        <w:t>vn 0.3297 -0.8108 -0.4836</w:t>
        <w:br/>
        <w:t>vn -0.1963 0.0628 0.9785</w:t>
        <w:br/>
        <w:t>vn -0.4455 0.1043 0.8892</w:t>
        <w:br/>
        <w:t>vn -0.2347 -0.3263 0.9157</w:t>
        <w:br/>
        <w:t>vn -0.4103 -0.2130 0.8867</w:t>
        <w:br/>
        <w:t>vn -0.2346 -0.3263 0.9157</w:t>
        <w:br/>
        <w:t>vn 0.1087 -0.7959 0.5956</w:t>
        <w:br/>
        <w:t>vn 0.0500 -0.9913 -0.1220</w:t>
        <w:br/>
        <w:t>vn -0.3249 0.0326 -0.9452</w:t>
        <w:br/>
        <w:t>vn -0.4420 0.0772 -0.8937</w:t>
        <w:br/>
        <w:t>vn -0.4582 0.4295 0.7782</w:t>
        <w:br/>
        <w:t>vn -0.6288 0.5199 0.5782</w:t>
        <w:br/>
        <w:t>vn -0.5511 0.1204 -0.8257</w:t>
        <w:br/>
        <w:t>vn -0.1588 -0.5744 -0.8031</w:t>
        <w:br/>
        <w:t>vn -0.4080 -0.8155 -0.4105</w:t>
        <w:br/>
        <w:t>vn -0.0728 0.1831 0.9804</w:t>
        <w:br/>
        <w:t>vn -0.5862 -0.7001 -0.4076</w:t>
        <w:br/>
        <w:t>vn -0.0451 -0.0665 -0.9968</w:t>
        <w:br/>
        <w:t>vn -0.8330 -0.1801 0.5232</w:t>
        <w:br/>
        <w:t>vn -0.5880 -0.3665 0.7211</w:t>
        <w:br/>
        <w:t>vn -0.5414 -0.6620 0.5183</w:t>
        <w:br/>
        <w:t>vn -0.8269 -0.3669 0.4262</w:t>
        <w:br/>
        <w:t>vn -0.7803 0.0967 0.6179</w:t>
        <w:br/>
        <w:t>vn -0.6340 0.1712 0.7541</w:t>
        <w:br/>
        <w:t>vn 0.8084 0.0843 0.5825</w:t>
        <w:br/>
        <w:t>vn 0.8243 0.0332 0.5652</w:t>
        <w:br/>
        <w:t>vn 0.7044 0.1319 0.6975</w:t>
        <w:br/>
        <w:t>vn 0.5448 0.1085 0.8315</w:t>
        <w:br/>
        <w:t>vn -0.7495 0.1856 0.6355</w:t>
        <w:br/>
        <w:t>vn -0.4481 0.1900 0.8735</w:t>
        <w:br/>
        <w:t>vn -0.7357 0.0785 -0.6727</w:t>
        <w:br/>
        <w:t>vn -0.9916 0.1292 0.0031</w:t>
        <w:br/>
        <w:t>vn -0.9968 0.0805 0.0040</w:t>
        <w:br/>
        <w:t>vn -0.7421 0.0558 -0.6680</w:t>
        <w:br/>
        <w:t>vn 0.1907 -0.9599 0.2055</w:t>
        <w:br/>
        <w:t>vn 0.2979 -0.9532 -0.0527</w:t>
        <w:br/>
        <w:t>vn 0.5332 -0.4036 -0.7435</w:t>
        <w:br/>
        <w:t>vn 0.6327 -0.1954 -0.7494</w:t>
        <w:br/>
        <w:t>vn 0.8372 -0.2229 -0.4995</w:t>
        <w:br/>
        <w:t>vn 0.6754 -0.5256 -0.5173</w:t>
        <w:br/>
        <w:t>vn 0.4015 -0.8077 -0.4317</w:t>
        <w:br/>
        <w:t>vn 0.4028 -0.6330 -0.6610</w:t>
        <w:br/>
        <w:t>vn 0.8285 -0.2917 -0.4780</w:t>
        <w:br/>
        <w:t>vn 0.6392 -0.2465 -0.7285</w:t>
        <w:br/>
        <w:t>vn 0.9984 0.0489 -0.0285</w:t>
        <w:br/>
        <w:t>vn 0.9994 0.0110 -0.0334</w:t>
        <w:br/>
        <w:t>vn 0.7427 0.0465 -0.6681</w:t>
        <w:br/>
        <w:t>vn 0.7408 0.0160 -0.6716</w:t>
        <w:br/>
        <w:t>vn 0.6887 -0.3514 -0.6342</w:t>
        <w:br/>
        <w:t>vn 0.9096 -0.4077 -0.0805</w:t>
        <w:br/>
        <w:t>vn 0.8344 -0.3390 0.4345</w:t>
        <w:br/>
        <w:t>vn 0.6157 -0.0185 0.7878</w:t>
        <w:br/>
        <w:t>vn 0.3358 -0.9255 0.1754</w:t>
        <w:br/>
        <w:t>vn 0.1801 -0.9830 0.0347</w:t>
        <w:br/>
        <w:t>vn 0.3358 -0.9255 0.1753</w:t>
        <w:br/>
        <w:t>vn -0.3669 -0.7230 -0.5854</w:t>
        <w:br/>
        <w:t>vn -0.6790 -0.5527 -0.4832</w:t>
        <w:br/>
        <w:t>vn -0.5516 -0.4616 -0.6947</w:t>
        <w:br/>
        <w:t>vn -0.9071 -0.1928 -0.3741</w:t>
        <w:br/>
        <w:t>vn -0.6872 -0.1951 -0.6998</w:t>
        <w:br/>
        <w:t>vn 0.9898 -0.1137 0.0856</w:t>
        <w:br/>
        <w:t>vn 0.9695 -0.2211 0.1058</w:t>
        <w:br/>
        <w:t>vn 0.6884 -0.1628 0.7068</w:t>
        <w:br/>
        <w:t>vn 0.7203 -0.0429 0.6923</w:t>
        <w:br/>
        <w:t>vn 0.0309 -0.0072 0.9995</w:t>
        <w:br/>
        <w:t>vn 0.0355 -0.1253 0.9915</w:t>
        <w:br/>
        <w:t>vn -0.6041 -0.3261 0.7271</w:t>
        <w:br/>
        <w:t>vn -0.6618 -0.1794 0.7279</w:t>
        <w:br/>
        <w:t>vn 0.0396 -0.2386 0.9703</w:t>
        <w:br/>
        <w:t>vn 0.6462 -0.2793 0.7102</w:t>
        <w:br/>
        <w:t>vn -0.3068 -0.9005 0.3081</w:t>
        <w:br/>
        <w:t>vn -0.0106 -0.9153 0.4025</w:t>
        <w:br/>
        <w:t>vn -0.0106 -0.9153 0.4026</w:t>
        <w:br/>
        <w:t>vn -0.7033 -0.0266 0.7104</w:t>
        <w:br/>
        <w:t>vn 0.5643 -0.6373 -0.5248</w:t>
        <w:br/>
        <w:t>vn 0.3741 -0.3371 -0.8639</w:t>
        <w:br/>
        <w:t>vn 0.2979 -0.6429 -0.7056</w:t>
        <w:br/>
        <w:t>vn -0.7001 0.3583 -0.6176</w:t>
        <w:br/>
        <w:t>vn -0.3968 0.3036 -0.8662</w:t>
        <w:br/>
        <w:t>vn -0.3993 0.1722 -0.9005</w:t>
        <w:br/>
        <w:t>vn -0.7340 0.1999 -0.6491</w:t>
        <w:br/>
        <w:t>vn 0.0097 0.0377 -0.9992</w:t>
        <w:br/>
        <w:t>vn -0.9646 -0.2477 0.0906</w:t>
        <w:br/>
        <w:t>vn -0.8790 -0.3395 -0.3348</w:t>
        <w:br/>
        <w:t>vn -0.9035 -0.4158 0.1038</w:t>
        <w:br/>
        <w:t>vn -0.9957 -0.0891 0.0240</w:t>
        <w:br/>
        <w:t>vn -0.4164 -0.9092 -0.0007</w:t>
        <w:br/>
        <w:t>vn -0.1039 -0.9942 0.0283</w:t>
        <w:br/>
        <w:t>vn 0.7722 -0.5655 -0.2896</w:t>
        <w:br/>
        <w:t>vn 0.0141 0.0492 -0.9987</w:t>
        <w:br/>
        <w:t>vn -0.9941 0.1082 -0.0011</w:t>
        <w:br/>
        <w:t>vn -0.6989 -0.2422 -0.6729</w:t>
        <w:br/>
        <w:t>vn 0.9371 -0.3260 0.1248</w:t>
        <w:br/>
        <w:t>vn -0.9827 0.1849 -0.0071</w:t>
        <w:br/>
        <w:t>vn 0.3945 0.8674 -0.3034</w:t>
        <w:br/>
        <w:t>vn 0.5475 0.5256 -0.6512</w:t>
        <w:br/>
        <w:t>vn 0.7586 0.4700 -0.4512</w:t>
        <w:br/>
        <w:t>vn 0.2693 0.9571 -0.1069</w:t>
        <w:br/>
        <w:t>vn 0.7858 -0.0762 -0.6138</w:t>
        <w:br/>
        <w:t>vn 0.5148 -0.0720 -0.8543</w:t>
        <w:br/>
        <w:t>vn -0.8140 -0.0870 -0.5743</w:t>
        <w:br/>
        <w:t>vn -0.5602 -0.1064 -0.8215</w:t>
        <w:br/>
        <w:t>vn -0.5883 -0.0266 -0.8082</w:t>
        <w:br/>
        <w:t>vn -0.8288 -0.0059 -0.5596</w:t>
        <w:br/>
        <w:t>vn 0.7548 -0.1891 -0.6281</w:t>
        <w:br/>
        <w:t>vn 0.4636 -0.1893 -0.8656</w:t>
        <w:br/>
        <w:t>vn 0.7365 -0.0922 0.6701</w:t>
        <w:br/>
        <w:t>vn 0.7400 -0.0507 0.6707</w:t>
        <w:br/>
        <w:t>vn 0.9981 -0.0613 0.0013</w:t>
        <w:br/>
        <w:t>vn 0.9903 -0.1388 -0.0055</w:t>
        <w:br/>
        <w:t>vn -0.3783 0.9252 0.0288</w:t>
        <w:br/>
        <w:t>vn -0.2651 0.9251 -0.2720</w:t>
        <w:br/>
        <w:t>vn -0.4868 0.4725 0.7347</w:t>
        <w:br/>
        <w:t>vn -0.6645 0.5478 0.5082</w:t>
        <w:br/>
        <w:t>vn -0.8389 0.2134 0.5007</w:t>
        <w:br/>
        <w:t>vn -0.6314 0.1922 0.7512</w:t>
        <w:br/>
        <w:t>vn -0.2949 0.7457 0.5975</w:t>
        <w:br/>
        <w:t>vn -0.8312 0.2892 0.4749</w:t>
        <w:br/>
        <w:t>vn -0.6452 0.2460 0.7233</w:t>
        <w:br/>
        <w:t>vn -0.9980 -0.0575 0.0262</w:t>
        <w:br/>
        <w:t>vn -0.9991 0.0138 0.0401</w:t>
        <w:br/>
        <w:t>vn -0.7442 -0.0590 0.6653</w:t>
        <w:br/>
        <w:t>vn -0.7384 -0.0069 0.6743</w:t>
        <w:br/>
        <w:t>vn -0.8275 0.5562 0.0766</w:t>
        <w:br/>
        <w:t>vn -0.7240 0.3740 0.5796</w:t>
        <w:br/>
        <w:t>vn -0.6121 0.0535 -0.7890</w:t>
        <w:br/>
        <w:t>vn -0.8377 0.0746 -0.5410</w:t>
        <w:br/>
        <w:t>vn -0.4043 0.9062 -0.1239</w:t>
        <w:br/>
        <w:t>vn -0.3498 0.9146 -0.2029</w:t>
        <w:br/>
        <w:t>vn -0.3497 0.9146 -0.2029</w:t>
        <w:br/>
        <w:t>vn -0.1274 0.9914 -0.0310</w:t>
        <w:br/>
        <w:t>vn 0.3013 0.7687 0.5642</w:t>
        <w:br/>
        <w:t>vn 0.5197 0.4888 0.7007</w:t>
        <w:br/>
        <w:t>vn 0.6831 0.5487 0.4820</w:t>
        <w:br/>
        <w:t>vn 0.9095 0.1786 0.3754</w:t>
        <w:br/>
        <w:t>vn 0.6843 0.1907 0.7039</w:t>
        <w:br/>
        <w:t>vn -0.7132 0.0433 -0.6996</w:t>
        <w:br/>
        <w:t>vn -0.6850 0.1606 -0.7106</w:t>
        <w:br/>
        <w:t>vn -0.9711 0.2105 -0.1121</w:t>
        <w:br/>
        <w:t>vn -0.9907 0.0958 -0.0968</w:t>
        <w:br/>
        <w:t>vn -0.0306 0.0156 -0.9994</w:t>
        <w:br/>
        <w:t>vn -0.0349 0.1273 -0.9913</w:t>
        <w:br/>
        <w:t>vn 0.6057 0.3205 -0.7283</w:t>
        <w:br/>
        <w:t>vn -0.0387 0.2346 -0.9713</w:t>
        <w:br/>
        <w:t>vn 0.6587 0.1759 -0.7316</w:t>
        <w:br/>
        <w:t>vn -0.6469 0.2751 -0.7112</w:t>
        <w:br/>
        <w:t>vn 0.5902 0.5289 -0.6099</w:t>
        <w:br/>
        <w:t>vn 0.0021 0.8825 -0.4703</w:t>
        <w:br/>
        <w:t>vn 0.0747 0.9791 -0.1892</w:t>
        <w:br/>
        <w:t>vn -0.2199 0.8353 0.5039</w:t>
        <w:br/>
        <w:t>vn 0.0517 0.7775 0.6268</w:t>
        <w:br/>
        <w:t>vn 0.0274 0.4347 0.9001</w:t>
        <w:br/>
        <w:t>vn 0.5642 0.6471 0.5127</w:t>
        <w:br/>
        <w:t>vn 0.6948 0.3488 0.6290</w:t>
        <w:br/>
        <w:t>vn -0.0091 -0.0377 0.9992</w:t>
        <w:br/>
        <w:t>vn 0.9662 0.2395 -0.0948</w:t>
        <w:br/>
        <w:t>vn 0.8802 0.3379 0.3332</w:t>
        <w:br/>
        <w:t>vn 0.9045 0.4126 -0.1074</w:t>
        <w:br/>
        <w:t>vn 0.8927 0.4497 -0.0303</w:t>
        <w:br/>
        <w:t>vn 0.1806 0.9831 -0.0287</w:t>
        <w:br/>
        <w:t>vn -0.4760 0.8556 0.2034</w:t>
        <w:br/>
        <w:t>vn -0.0147 -0.0644 0.9978</w:t>
        <w:br/>
        <w:t>vn 0.9319 0.3601 0.0437</w:t>
        <w:br/>
        <w:t>vn 0.7027 0.2423 0.6689</w:t>
        <w:br/>
        <w:t>vn -0.9383 0.3222 -0.1257</w:t>
        <w:br/>
        <w:t>vn 0.7531 0.6538 0.0735</w:t>
        <w:br/>
        <w:t>vn 0.1512 -0.9884 -0.0113</w:t>
        <w:br/>
        <w:t>vn 0.0187 -0.9948 0.1001</w:t>
        <w:br/>
        <w:t>vn -0.1881 -0.9814 0.0385</w:t>
        <w:br/>
        <w:t>vn -0.1880 -0.9814 0.0385</w:t>
        <w:br/>
        <w:t>vn -0.1531 -0.9844 -0.0872</w:t>
        <w:br/>
        <w:t>vn -0.0305 -0.9938 -0.1066</w:t>
        <w:br/>
        <w:t>vn -0.1531 -0.9843 -0.0872</w:t>
        <w:br/>
        <w:t>vn 0.0659 -0.9945 -0.0820</w:t>
        <w:br/>
        <w:t>vn 0.0023 -0.9961 -0.0885</w:t>
        <w:br/>
        <w:t>vn 0.0023 -0.9961 -0.0884</w:t>
        <w:br/>
        <w:t>vn 0.0044 -0.9953 -0.0971</w:t>
        <w:br/>
        <w:t>vn 0.8722 0.2906 0.3934</w:t>
        <w:br/>
        <w:t>vn 0.8123 0.0751 0.5783</w:t>
        <w:br/>
        <w:t>vn -0.8119 0.0873 0.5772</w:t>
        <w:br/>
        <w:t>vn -0.8119 0.0873 0.5773</w:t>
        <w:br/>
        <w:t>vn -0.8206 0.3264 0.4691</w:t>
        <w:br/>
        <w:t>vn -0.7784 -0.1097 0.6181</w:t>
        <w:br/>
        <w:t>vn -0.7574 -0.1065 0.6442</w:t>
        <w:br/>
        <w:t>vn -0.6845 -0.1536 0.7127</w:t>
        <w:br/>
        <w:t>vn -0.6845 -0.1536 0.7126</w:t>
        <w:br/>
        <w:t>vn -0.6660 -0.1560 0.7294</w:t>
        <w:br/>
        <w:t>vn 0.3842 -0.9228 -0.0298</w:t>
        <w:br/>
        <w:t>vn 0.3842 -0.9228 -0.0299</w:t>
        <w:br/>
        <w:t>vn 0.3557 -0.9345 0.0102</w:t>
        <w:br/>
        <w:t>vn 0.3557 -0.9346 0.0102</w:t>
        <w:br/>
        <w:t>vn 0.3754 -0.9183 -0.1256</w:t>
        <w:br/>
        <w:t>vn 0.2359 -0.9459 -0.2227</w:t>
        <w:br/>
        <w:t>vn 0.2359 -0.9459 -0.2226</w:t>
        <w:br/>
        <w:t>vn -0.0149 -0.9690 -0.2465</w:t>
        <w:br/>
        <w:t>vn -0.2340 -0.9582 -0.1646</w:t>
        <w:br/>
        <w:t>vn -0.3250 -0.9393 -0.1097</w:t>
        <w:br/>
        <w:t>vn -0.3491 -0.9347 -0.0665</w:t>
        <w:br/>
        <w:t>vn -0.3524 -0.9357 -0.0154</w:t>
        <w:br/>
        <w:t>vn 0.7297 -0.1676 0.6630</w:t>
        <w:br/>
        <w:t>vn 0.7160 -0.1711 0.6767</w:t>
        <w:br/>
        <w:t>vn 0.7161 -0.1711 0.6767</w:t>
        <w:br/>
        <w:t>vn 0.7296 -0.1676 0.6630</w:t>
        <w:br/>
        <w:t>vn 0.7785 -0.1336 0.6133</w:t>
        <w:br/>
        <w:t>vn 0.7785 -0.1335 0.6133</w:t>
        <w:br/>
        <w:t>vn 0.7513 -0.1252 0.6480</w:t>
        <w:br/>
        <w:t>vn 0.8567 0.1262 0.5001</w:t>
        <w:br/>
        <w:t>vn 0.8043 -0.0634 0.5908</w:t>
        <w:br/>
        <w:t>vn 0.6052 0.4730 0.6403</w:t>
        <w:br/>
        <w:t>vn 0.8651 0.1789 0.4686</w:t>
        <w:br/>
        <w:t>vn 0.7442 -0.1984 0.6378</w:t>
        <w:br/>
        <w:t>vn 0.5771 0.2676 0.7716</w:t>
        <w:br/>
        <w:t>vn -0.0681 -0.7698 0.6347</w:t>
        <w:br/>
        <w:t>vn -0.4303 -0.7773 0.4591</w:t>
        <w:br/>
        <w:t>vn -0.4303 -0.7772 0.4591</w:t>
        <w:br/>
        <w:t>vn -0.0680 -0.7698 0.6347</w:t>
        <w:br/>
        <w:t>vn -0.9091 -0.4026 -0.1072</w:t>
        <w:br/>
        <w:t>vn -0.8791 0.0103 -0.4766</w:t>
        <w:br/>
        <w:t>vn -0.9091 -0.4025 -0.1072</w:t>
        <w:br/>
        <w:t>vn -0.8035 0.1139 -0.5843</w:t>
        <w:br/>
        <w:t>vn -0.8035 0.1139 -0.5842</w:t>
        <w:br/>
        <w:t>vn -0.7737 0.1347 -0.6191</w:t>
        <w:br/>
        <w:t>vn -0.7766 0.1281 -0.6168</w:t>
        <w:br/>
        <w:t>vn -0.7767 0.1281 -0.6168</w:t>
        <w:br/>
        <w:t>vn 0.6052 0.4731 0.6402</w:t>
        <w:br/>
        <w:t>vn 0.4764 0.4973 0.7251</w:t>
        <w:br/>
        <w:t>vn 0.2267 0.7057 0.6712</w:t>
        <w:br/>
        <w:t>vn -0.0225 0.7737 0.6332</w:t>
        <w:br/>
        <w:t>vn -0.3320 0.8090 0.4850</w:t>
        <w:br/>
        <w:t>vn -0.2947 0.8739 0.3867</w:t>
        <w:br/>
        <w:t>vn 0.2267 0.7057 0.6713</w:t>
        <w:br/>
        <w:t>vn -0.3929 0.7544 0.5258</w:t>
        <w:br/>
        <w:t>vn 0.6131 0.3395 0.7133</w:t>
        <w:br/>
        <w:t>vn 0.5973 0.3547 0.7193</w:t>
        <w:br/>
        <w:t>vn 0.4627 0.5084 0.7262</w:t>
        <w:br/>
        <w:t>vn 0.6241 0.3248 0.7106</w:t>
        <w:br/>
        <w:t>vn 0.6593 0.2883 0.6944</w:t>
        <w:br/>
        <w:t>vn -0.2687 -0.7078 -0.6533</w:t>
        <w:br/>
        <w:t>vn -0.4421 -0.3578 -0.8225</w:t>
        <w:br/>
        <w:t>vn -0.3118 -0.5536 -0.7722</w:t>
        <w:br/>
        <w:t>vn -0.0791 -0.2147 -0.9735</w:t>
        <w:br/>
        <w:t>vn 0.1759 -0.2665 -0.9476</w:t>
        <w:br/>
        <w:t>vn 0.1068 -0.3102 -0.9447</w:t>
        <w:br/>
        <w:t>vn -0.3112 -0.1877 -0.9316</w:t>
        <w:br/>
        <w:t>vn 0.4550 -0.8239 -0.3379</w:t>
        <w:br/>
        <w:t>vn 0.8483 -0.4850 -0.2124</w:t>
        <w:br/>
        <w:t>vn 0.8483 -0.4850 -0.2123</w:t>
        <w:br/>
        <w:t>vn 0.8084 -0.4145 -0.4180</w:t>
        <w:br/>
        <w:t>vn 0.7465 -0.4760 -0.4649</w:t>
        <w:br/>
        <w:t>vn 0.5300 -0.4079 -0.7435</w:t>
        <w:br/>
        <w:t>vn 0.7466 -0.4760 -0.4648</w:t>
        <w:br/>
        <w:t>vn 0.4548 -0.8240 -0.3379</w:t>
        <w:br/>
        <w:t>vn -0.3197 0.8876 0.3316</w:t>
        <w:br/>
        <w:t>vn -0.0226 0.7737 0.6332</w:t>
        <w:br/>
        <w:t>vn 0.2884 0.6469 0.7059</w:t>
        <w:br/>
        <w:t>vn 0.5771 0.2676 0.7715</w:t>
        <w:br/>
        <w:t>vn -0.0589 0.3989 0.9151</w:t>
        <w:br/>
        <w:t>vn -0.0550 0.4052 0.9126</w:t>
        <w:br/>
        <w:t>vn -0.0627 0.3926 0.9176</w:t>
        <w:br/>
        <w:t>vn -0.0350 -0.0025 0.9994</w:t>
        <w:br/>
        <w:t>vn -0.3589 0.2813 0.8900</w:t>
        <w:br/>
        <w:t>vn -0.4279 0.0227 0.9036</w:t>
        <w:br/>
        <w:t>vn 0.9982 0.0517 0.0308</w:t>
        <w:br/>
        <w:t>vn 0.6944 -0.7181 0.0468</w:t>
        <w:br/>
        <w:t>vn 0.8628 0.5055 0.0061</w:t>
        <w:br/>
        <w:t>vn 0.8627 0.5057 0.0061</w:t>
        <w:br/>
        <w:t>vn 0.9982 0.0517 0.0309</w:t>
        <w:br/>
        <w:t>vn -0.3091 -0.0208 -0.9508</w:t>
        <w:br/>
        <w:t>vn -0.2532 0.2277 -0.9402</w:t>
        <w:br/>
        <w:t>vn -0.0115 -0.0486 -0.9988</w:t>
        <w:br/>
        <w:t>vn -0.0903 -0.3175 -0.9439</w:t>
        <w:br/>
        <w:t>vn 0.0460 0.1963 -0.9795</w:t>
        <w:br/>
        <w:t>vn 0.3123 -0.0507 -0.9486</w:t>
        <w:br/>
        <w:t>vn 0.2298 -0.3133 -0.9214</w:t>
        <w:br/>
        <w:t>vn -0.6582 0.7529 0.0061</w:t>
        <w:br/>
        <w:t>vn -0.6582 0.7528 0.0061</w:t>
        <w:br/>
        <w:t>vn -0.2715 0.9622 -0.0206</w:t>
        <w:br/>
        <w:t>vn -0.1280 -0.2809 0.9512</w:t>
        <w:br/>
        <w:t>vn 0.2911 -0.2999 0.9085</w:t>
        <w:br/>
        <w:t>vn 0.3834 -0.9228 0.0385</w:t>
        <w:br/>
        <w:t>vn -0.9961 -0.0617 0.0631</w:t>
        <w:br/>
        <w:t>vn -0.9961 -0.0618 0.0631</w:t>
        <w:br/>
        <w:t>vn -0.8579 -0.5074 0.0808</w:t>
        <w:br/>
        <w:t>vn -0.8579 -0.5074 0.0807</w:t>
        <w:br/>
        <w:t>vn 0.3900 -0.0135 0.9207</w:t>
        <w:br/>
        <w:t>vn 0.0440 0.2755 0.9603</w:t>
        <w:br/>
        <w:t>vn 0.0349 -0.0025 0.9994</w:t>
        <w:br/>
        <w:t>vn 0.4279 0.0227 0.9036</w:t>
        <w:br/>
        <w:t>vn 0.3588 0.2813 0.8900</w:t>
        <w:br/>
        <w:t>vn -0.6944 -0.7181 0.0468</w:t>
        <w:br/>
        <w:t>vn -0.9982 0.0517 0.0308</w:t>
        <w:br/>
        <w:t>vn -0.9982 0.0516 0.0308</w:t>
        <w:br/>
        <w:t>vn -0.8628 0.5055 0.0061</w:t>
        <w:br/>
        <w:t>vn -0.8628 0.5056 0.0061</w:t>
        <w:br/>
        <w:t>vn -0.9982 0.0518 0.0309</w:t>
        <w:br/>
        <w:t>vn 0.3090 -0.0208 -0.9508</w:t>
        <w:br/>
        <w:t>vn 0.0115 -0.0486 -0.9988</w:t>
        <w:br/>
        <w:t>vn 0.2532 0.2277 -0.9402</w:t>
        <w:br/>
        <w:t>vn 0.0903 -0.3175 -0.9439</w:t>
        <w:br/>
        <w:t>vn -0.3123 -0.0507 -0.9486</w:t>
        <w:br/>
        <w:t>vn -0.0460 0.1963 -0.9795</w:t>
        <w:br/>
        <w:t>vn -0.2298 -0.3133 -0.9214</w:t>
        <w:br/>
        <w:t>vn 0.6582 0.7529 0.0061</w:t>
        <w:br/>
        <w:t>vn 0.2715 0.9622 -0.0207</w:t>
        <w:br/>
        <w:t>vn 0.2715 0.9622 -0.0206</w:t>
        <w:br/>
        <w:t>vn 0.6582 0.7528 0.0061</w:t>
        <w:br/>
        <w:t>vn 0.1280 -0.2808 0.9512</w:t>
        <w:br/>
        <w:t>vn -0.2910 -0.3000 0.9085</w:t>
        <w:br/>
        <w:t>vn -0.3834 -0.9228 0.0385</w:t>
        <w:br/>
        <w:t>vn 0.8579 -0.5074 0.0808</w:t>
        <w:br/>
        <w:t>vn 0.9961 -0.0617 0.0631</w:t>
        <w:br/>
        <w:t>vn 0.8579 -0.5074 0.0807</w:t>
        <w:br/>
        <w:t>vn -0.3900 -0.0135 0.9207</w:t>
        <w:br/>
        <w:t>vn -0.0440 0.2755 0.9603</w:t>
        <w:br/>
        <w:t>vn 0.6922 0.1555 -0.7047</w:t>
        <w:br/>
        <w:t>vn 0.5482 0.1866 -0.8153</w:t>
        <w:br/>
        <w:t>vn 0.6765 0.4224 -0.6032</w:t>
        <w:br/>
        <w:t>vn -0.5199 0.2270 0.8235</w:t>
        <w:br/>
        <w:t>vn -0.5870 -0.1415 0.7971</w:t>
        <w:br/>
        <w:t>vn 0.5886 -0.1143 -0.8003</w:t>
        <w:br/>
        <w:t>vn 0.3867 -0.0865 -0.9181</w:t>
        <w:br/>
        <w:t>vn 0.7034 0.0722 -0.7071</w:t>
        <w:br/>
        <w:t>vn -0.5612 0.2581 0.7864</w:t>
        <w:br/>
        <w:t>vn -0.5501 0.0333 0.8344</w:t>
        <w:br/>
        <w:t>vn 0.6837 0.0029 -0.7297</w:t>
        <w:br/>
        <w:t>vn 0.3986 0.1613 -0.9028</w:t>
        <w:br/>
        <w:t>vn 0.6894 0.2153 -0.6916</w:t>
        <w:br/>
        <w:t>vn 0.2550 -0.2555 -0.9326</w:t>
        <w:br/>
        <w:t>vn 0.4651 -0.1030 -0.8792</w:t>
        <w:br/>
        <w:t>vn -0.4306 -0.8619 0.2676</w:t>
        <w:br/>
        <w:t>vn -0.2909 -0.9387 -0.1852</w:t>
        <w:br/>
        <w:t>vn -0.1941 0.2635 -0.9449</w:t>
        <w:br/>
        <w:t>vn -0.2715 -0.0715 -0.9598</w:t>
        <w:br/>
        <w:t>vn 0.3585 0.4590 -0.8129</w:t>
        <w:br/>
        <w:t>vn 0.4616 0.6266 -0.6279</w:t>
        <w:br/>
        <w:t>vn -0.0936 0.5673 -0.8182</w:t>
        <w:br/>
        <w:t>vn 0.1571 0.7654 -0.6241</w:t>
        <w:br/>
        <w:t>vn 0.1470 0.4836 -0.8628</w:t>
        <w:br/>
        <w:t>vn 0.0914 0.5412 -0.8359</w:t>
        <w:br/>
        <w:t>vn 0.6347 0.0180 -0.7725</w:t>
        <w:br/>
        <w:t>vn 0.6664 0.2464 -0.7037</w:t>
        <w:br/>
        <w:t>vn 0.3667 0.6334 -0.6814</w:t>
        <w:br/>
        <w:t>vn 0.8323 0.4232 -0.3580</w:t>
        <w:br/>
        <w:t>vn 0.6046 0.6051 -0.5180</w:t>
        <w:br/>
        <w:t>vn 0.7030 0.3407 -0.6243</w:t>
        <w:br/>
        <w:t>vn 0.3203 0.4109 -0.8535</w:t>
        <w:br/>
        <w:t>vn 0.2676 0.0917 -0.9592</w:t>
        <w:br/>
        <w:t>vn 0.1848 0.5657 -0.8037</w:t>
        <w:br/>
        <w:t>vn 0.9023 0.0846 -0.4226</w:t>
        <w:br/>
        <w:t>vn 0.6755 0.3908 -0.6253</w:t>
        <w:br/>
        <w:t>vn 0.2631 0.8176 -0.5122</w:t>
        <w:br/>
        <w:t>vn 0.1907 0.5021 -0.8435</w:t>
        <w:br/>
        <w:t>vn 0.2494 0.1871 -0.9501</w:t>
        <w:br/>
        <w:t>vn 0.0672 0.0354 -0.9971</w:t>
        <w:br/>
        <w:t>vn 0.4766 0.2662 -0.8378</w:t>
        <w:br/>
        <w:t>vn 0.6535 -0.0163 -0.7567</w:t>
        <w:br/>
        <w:t>vn 0.5914 0.0323 -0.8057</w:t>
        <w:br/>
        <w:t>vn 0.0407 0.1840 -0.9821</w:t>
        <w:br/>
        <w:t>vn 0.0024 0.2075 -0.9782</w:t>
        <w:br/>
        <w:t>vn -0.1561 0.3396 -0.9275</w:t>
        <w:br/>
        <w:t>vn 0.2409 0.6311 -0.7373</w:t>
        <w:br/>
        <w:t>vn 0.5649 0.5239 -0.6375</w:t>
        <w:br/>
        <w:t>vn 0.4571 0.2052 -0.8654</w:t>
        <w:br/>
        <w:t>vn 0.1347 -0.1072 -0.9851</w:t>
        <w:br/>
        <w:t>vn 0.4277 0.1405 -0.8930</w:t>
        <w:br/>
        <w:t>vn 0.2040 0.1523 -0.9671</w:t>
        <w:br/>
        <w:t>vn -0.5426 0.4693 0.6967</w:t>
        <w:br/>
        <w:t>vn 0.0406 -0.6117 0.7901</w:t>
        <w:br/>
        <w:t>vn -0.3795 0.5635 0.7338</w:t>
        <w:br/>
        <w:t>vn -0.2159 0.2614 0.9408</w:t>
        <w:br/>
        <w:t>vn -0.5055 -0.7584 0.4115</w:t>
        <w:br/>
        <w:t>vn -0.2465 -0.6585 0.7111</w:t>
        <w:br/>
        <w:t>vn -0.2464 -0.6585 0.7111</w:t>
        <w:br/>
        <w:t>vn -0.2078 -0.7208 0.6612</w:t>
        <w:br/>
        <w:t>vn 0.5924 0.2821 -0.7546</w:t>
        <w:br/>
        <w:t>vn 0.6353 0.3553 -0.6857</w:t>
        <w:br/>
        <w:t>vn 0.7619 0.6004 -0.2428</w:t>
        <w:br/>
        <w:t>vn 0.6015 0.1680 -0.7810</w:t>
        <w:br/>
        <w:t>vn 0.2257 0.9114 -0.3441</w:t>
        <w:br/>
        <w:t>vn 0.0928 0.9934 0.0675</w:t>
        <w:br/>
        <w:t>vn 0.4616 0.6267 -0.6279</w:t>
        <w:br/>
        <w:t>vn -0.3218 0.8517 -0.4136</w:t>
        <w:br/>
        <w:t>vn 0.7706 0.5140 -0.3769</w:t>
        <w:br/>
        <w:t>vn 0.8831 0.2659 -0.3867</w:t>
        <w:br/>
        <w:t>vn -0.2832 -0.5910 0.7553</w:t>
        <w:br/>
        <w:t>vn 0.2044 0.6555 0.7270</w:t>
        <w:br/>
        <w:t>vn -0.0842 -0.7991 -0.5953</w:t>
        <w:br/>
        <w:t>vn 0.0878 0.1714 -0.9813</w:t>
        <w:br/>
        <w:t>vn -0.0732 -0.6816 -0.7281</w:t>
        <w:br/>
        <w:t>vn -0.0135 -0.4239 -0.9056</w:t>
        <w:br/>
        <w:t>vn -0.3761 -0.2128 0.9018</w:t>
        <w:br/>
        <w:t>vn -0.5988 -0.1711 0.7824</w:t>
        <w:br/>
        <w:t>vn -0.5082 0.1163 0.8533</w:t>
        <w:br/>
        <w:t>vn 0.1019 -0.7986 -0.5931</w:t>
        <w:br/>
        <w:t>vn 0.2324 -0.8180 -0.5262</w:t>
        <w:br/>
        <w:t>vn -0.2485 0.0366 0.9679</w:t>
        <w:br/>
        <w:t>vn -0.0828 0.2357 0.9683</w:t>
        <w:br/>
        <w:t>vn 0.1104 0.5215 0.8461</w:t>
        <w:br/>
        <w:t>vn 0.4200 -0.6536 -0.6296</w:t>
        <w:br/>
        <w:t>vn 0.3975 -0.8417 -0.3654</w:t>
        <w:br/>
        <w:t>vn 0.2244 -0.7846 -0.5780</w:t>
        <w:br/>
        <w:t>vn -0.5838 0.2511 0.7721</w:t>
        <w:br/>
        <w:t>vn -0.5194 0.2124 0.8277</w:t>
        <w:br/>
        <w:t>vn -0.5596 0.3088 0.7691</w:t>
        <w:br/>
        <w:t>vn 0.7198 -0.2062 0.6628</w:t>
        <w:br/>
        <w:t>vn -0.2614 -0.3214 0.9101</w:t>
        <w:br/>
        <w:t>vn 0.5892 -0.1038 0.8013</w:t>
        <w:br/>
        <w:t>vn 0.3740 0.3486 -0.8594</w:t>
        <w:br/>
        <w:t>vn 0.1268 0.6875 -0.7150</w:t>
        <w:br/>
        <w:t>vn 0.4436 0.5234 -0.7275</w:t>
        <w:br/>
        <w:t>vn 0.5733 0.7748 -0.2666</w:t>
        <w:br/>
        <w:t>vn 0.6564 0.7507 -0.0742</w:t>
        <w:br/>
        <w:t>vn 0.4408 0.8652 -0.2391</w:t>
        <w:br/>
        <w:t>vn 0.2480 -0.5365 0.8066</w:t>
        <w:br/>
        <w:t>vn 0.0907 -0.8502 0.5187</w:t>
        <w:br/>
        <w:t>vn -0.3819 -0.6308 0.6754</w:t>
        <w:br/>
        <w:t>vn -0.3093 -0.4316 0.8474</w:t>
        <w:br/>
        <w:t>vn -0.0934 -0.5612 0.8224</w:t>
        <w:br/>
        <w:t>vn 0.2072 -0.3051 0.9295</w:t>
        <w:br/>
        <w:t>vn 0.5679 0.6385 0.5195</w:t>
        <w:br/>
        <w:t>vn 0.5183 0.8177 0.2504</w:t>
        <w:br/>
        <w:t>vn 0.3169 0.9428 0.1035</w:t>
        <w:br/>
        <w:t>vn -0.0969 -0.6245 0.7750</w:t>
        <w:br/>
        <w:t>vn 0.2519 -0.5877 0.7688</w:t>
        <w:br/>
        <w:t>vn 0.3107 -0.8389 0.4469</w:t>
        <w:br/>
        <w:t>vn -0.5904 0.7970 -0.1270</w:t>
        <w:br/>
        <w:t>vn -0.2211 0.9518 -0.2124</w:t>
        <w:br/>
        <w:t>vn -0.0254 0.7888 -0.6141</w:t>
        <w:br/>
        <w:t>vn -0.5768 -0.1158 0.8086</w:t>
        <w:br/>
        <w:t>vn -0.3733 -0.5169 0.7704</w:t>
        <w:br/>
        <w:t>vn -0.2204 -0.4944 0.8408</w:t>
        <w:br/>
        <w:t>vn -0.7003 -0.4803 0.5281</w:t>
        <w:br/>
        <w:t>vn -0.6775 -0.6077 0.4144</w:t>
        <w:br/>
        <w:t>vn -0.6416 -0.6043 0.4724</w:t>
        <w:br/>
        <w:t>vn -0.0154 -0.1429 0.9896</w:t>
        <w:br/>
        <w:t>vn 0.0209 -0.4849 0.8743</w:t>
        <w:br/>
        <w:t>vn -0.6545 -0.3624 0.6635</w:t>
        <w:br/>
        <w:t>vn -0.5422 -0.5712 0.6162</w:t>
        <w:br/>
        <w:t>vn -0.5779 0.0383 0.8152</w:t>
        <w:br/>
        <w:t>vn -0.4346 -0.1108 0.8938</w:t>
        <w:br/>
        <w:t>vn -0.4149 0.0696 0.9072</w:t>
        <w:br/>
        <w:t>vn -0.1946 -0.6477 -0.7366</w:t>
        <w:br/>
        <w:t>vn -0.3962 -0.6810 -0.6158</w:t>
        <w:br/>
        <w:t>vn -0.3229 -0.6441 -0.6935</w:t>
        <w:br/>
        <w:t>vn -0.0138 -0.2172 0.9760</w:t>
        <w:br/>
        <w:t>vn -0.0425 -0.1544 0.9871</w:t>
        <w:br/>
        <w:t>vn 0.4646 -0.1947 0.8638</w:t>
        <w:br/>
        <w:t>vn -0.6093 -0.4736 0.6360</w:t>
        <w:br/>
        <w:t>vn -0.7452 -0.4063 0.5287</w:t>
        <w:br/>
        <w:t>vn -0.6405 -0.2903 0.7110</w:t>
        <w:br/>
        <w:t>vn -0.5198 -0.1967 0.8314</w:t>
        <w:br/>
        <w:t>vn -0.2615 -0.3214 0.9101</w:t>
        <w:br/>
        <w:t>vn 0.0051 -0.5883 0.8087</w:t>
        <w:br/>
        <w:t>vn -0.6979 -0.0901 0.7105</w:t>
        <w:br/>
        <w:t>vn -0.6954 0.0831 0.7138</w:t>
        <w:br/>
        <w:t>vn -0.5815 0.7861 -0.2094</w:t>
        <w:br/>
        <w:t>vn -0.5845 0.7898 -0.1861</w:t>
        <w:br/>
        <w:t>vn 0.4921 0.6797 -0.5439</w:t>
        <w:br/>
        <w:t>vn 0.3967 -0.3868 -0.8325</w:t>
        <w:br/>
        <w:t>vn 0.2615 0.1191 -0.9578</w:t>
        <w:br/>
        <w:t>vn 0.8766 -0.1293 -0.4635</w:t>
        <w:br/>
        <w:t>vn 0.6830 0.2290 -0.6936</w:t>
        <w:br/>
        <w:t>vn 0.0476 -0.1233 -0.9912</w:t>
        <w:br/>
        <w:t>vn -0.0077 -0.4565 -0.8897</w:t>
        <w:br/>
        <w:t>vn -0.6049 -0.5714 -0.5546</w:t>
        <w:br/>
        <w:t>vn 0.8919 -0.4521 0.0009</w:t>
        <w:br/>
        <w:t>vn 0.9406 -0.1630 -0.2980</w:t>
        <w:br/>
        <w:t>vn 0.9023 0.0846 -0.4227</w:t>
        <w:br/>
        <w:t>vn 0.5993 0.0075 0.8005</w:t>
        <w:br/>
        <w:t>vn 0.6013 -0.3849 0.7003</w:t>
        <w:br/>
        <w:t>vn 0.6012 -0.3849 0.7003</w:t>
        <w:br/>
        <w:t>vn 0.9939 0.0762 -0.0795</w:t>
        <w:br/>
        <w:t>vn 0.9791 -0.0296 -0.2013</w:t>
        <w:br/>
        <w:t>vn 0.4968 0.4811 0.7223</w:t>
        <w:br/>
        <w:t>vn 0.4830 0.2003 0.8524</w:t>
        <w:br/>
        <w:t>vn 0.7836 0.2454 -0.5708</w:t>
        <w:br/>
        <w:t>vn 0.7835 0.2454 -0.5708</w:t>
        <w:br/>
        <w:t>vn 0.6367 0.6761 0.3708</w:t>
        <w:br/>
        <w:t>vn 0.6315 0.5050 0.5884</w:t>
        <w:br/>
        <w:t>vn 0.6615 0.5714 0.4858</w:t>
        <w:br/>
        <w:t>vn 0.5158 0.2994 0.8027</w:t>
        <w:br/>
        <w:t>vn 0.5066 0.6061 0.6133</w:t>
        <w:br/>
        <w:t>vn 0.7012 0.3275 0.6333</w:t>
        <w:br/>
        <w:t>vn 0.6918 0.3063 -0.6539</w:t>
        <w:br/>
        <w:t>vn 0.4652 -0.1029 -0.8792</w:t>
        <w:br/>
        <w:t>vn 0.6982 0.7100 -0.0917</w:t>
        <w:br/>
        <w:t>vn 0.8173 0.4118 -0.4029</w:t>
        <w:br/>
        <w:t>vn 0.8720 0.2441 -0.4244</w:t>
        <w:br/>
        <w:t>vn 0.9804 0.0750 -0.1823</w:t>
        <w:br/>
        <w:t>vn 0.7539 0.0809 0.6520</w:t>
        <w:br/>
        <w:t>vn 0.5819 -0.5376 0.6102</w:t>
        <w:br/>
        <w:t>vn 0.7540 0.0810 0.6519</w:t>
        <w:br/>
        <w:t>vn 0.9860 -0.0895 -0.1405</w:t>
        <w:br/>
        <w:t>vn 0.9782 -0.0466 -0.2024</w:t>
        <w:br/>
        <w:t>vn 0.9814 -0.0674 -0.1800</w:t>
        <w:br/>
        <w:t>vn 0.4775 0.8785 -0.0129</w:t>
        <w:br/>
        <w:t>vn -0.0587 -0.1860 0.9808</w:t>
        <w:br/>
        <w:t>vn 0.3922 -0.2436 0.8870</w:t>
        <w:br/>
        <w:t>vn 0.3281 -0.5491 0.7687</w:t>
        <w:br/>
        <w:t>vn 0.5604 -0.7134 0.4207</w:t>
        <w:br/>
        <w:t>vn 0.8126 -0.5751 0.0949</w:t>
        <w:br/>
        <w:t>vn 0.7401 -0.6267 0.2440</w:t>
        <w:br/>
        <w:t>vn 0.2914 -0.6963 0.6560</w:t>
        <w:br/>
        <w:t>vn -0.1124 -0.6942 0.7110</w:t>
        <w:br/>
        <w:t>vn 0.6473 -0.6390 0.4156</w:t>
        <w:br/>
        <w:t>vn 0.7700 -0.5443 0.3331</w:t>
        <w:br/>
        <w:t>vn 0.8920 -0.4521 0.0009</w:t>
        <w:br/>
        <w:t>vn 0.8383 -0.5320 -0.1193</w:t>
        <w:br/>
        <w:t>vn 0.8663 -0.4993 0.0140</w:t>
        <w:br/>
        <w:t>vn 0.8539 -0.4875 -0.1822</w:t>
        <w:br/>
        <w:t>vn 0.8133 -0.1148 0.5704</w:t>
        <w:br/>
        <w:t>vn 0.7182 0.0340 0.6950</w:t>
        <w:br/>
        <w:t>vn 0.6946 -0.0930 0.7134</w:t>
        <w:br/>
        <w:t>vn 0.6742 0.2110 0.7078</w:t>
        <w:br/>
        <w:t>vn 0.6741 0.2110 0.7078</w:t>
        <w:br/>
        <w:t>vn 0.6854 -0.2809 0.6718</w:t>
        <w:br/>
        <w:t>vn 0.8665 -0.4943 -0.0690</w:t>
        <w:br/>
        <w:t>vn 0.8465 -0.1826 0.5001</w:t>
        <w:br/>
        <w:t>vn 0.7496 -0.5718 0.3335</w:t>
        <w:br/>
        <w:t>vn 0.5924 0.2822 -0.7546</w:t>
        <w:br/>
        <w:t>vn 0.3986 0.4483 -0.8001</w:t>
        <w:br/>
        <w:t>vn 0.1052 0.4072 -0.9073</w:t>
        <w:br/>
        <w:t>vn 0.9111 -0.3565 0.2068</w:t>
        <w:br/>
        <w:t>vn 0.8738 -0.3216 0.3649</w:t>
        <w:br/>
        <w:t>vn 0.8663 -0.4994 0.0140</w:t>
        <w:br/>
        <w:t>vn 0.8796 0.2777 0.3862</w:t>
        <w:br/>
        <w:t>vn 0.7296 0.4133 -0.5449</w:t>
        <w:br/>
        <w:t>vn 0.8825 -0.4234 -0.2049</w:t>
        <w:br/>
        <w:t>vn 0.7752 -0.6294 -0.0529</w:t>
        <w:br/>
        <w:t>vn 0.7753 -0.6294 -0.0528</w:t>
        <w:br/>
        <w:t>vn 0.8208 -0.2316 0.5222</w:t>
        <w:br/>
        <w:t>vn 0.5563 -0.7522 -0.3530</w:t>
        <w:br/>
        <w:t>vn -0.5230 -0.6323 0.5716</w:t>
        <w:br/>
        <w:t>vn -0.5872 -0.7251 0.3597</w:t>
        <w:br/>
        <w:t>vn -0.3880 -0.2561 0.8854</w:t>
        <w:br/>
        <w:t>vn 0.9927 -0.0233 -0.1185</w:t>
        <w:br/>
        <w:t>vn 0.2979 -0.2944 0.9081</w:t>
        <w:br/>
        <w:t>vn 0.8174 0.4118 -0.4029</w:t>
        <w:br/>
        <w:t>vn -0.0671 -0.7799 0.6223</w:t>
        <w:br/>
        <w:t>vn 0.3578 -0.8194 -0.4478</w:t>
        <w:br/>
        <w:t>vn -0.5705 0.7728 -0.2781</w:t>
        <w:br/>
        <w:t>vn -0.2561 -0.6307 -0.7325</w:t>
        <w:br/>
        <w:t>vn -0.0649 -0.5012 0.8629</w:t>
        <w:br/>
        <w:t>vn 0.4776 0.8785 -0.0129</w:t>
        <w:br/>
        <w:t>vn 0.8797 0.2776 0.3862</w:t>
        <w:br/>
        <w:t>vn 0.8986 -0.0843 0.4307</w:t>
        <w:br/>
        <w:t>vn -0.5000 -0.8206 0.2768</w:t>
        <w:br/>
        <w:t>vn -0.5000 -0.8206 0.2767</w:t>
        <w:br/>
        <w:t>vn 0.8798 -0.0742 0.4696</w:t>
        <w:br/>
        <w:t>vn 0.6765 0.4223 -0.6033</w:t>
        <w:br/>
        <w:t>vn 0.2260 -0.5023 -0.8346</w:t>
        <w:br/>
        <w:t>vn 0.2115 -0.4546 -0.8652</w:t>
        <w:br/>
        <w:t>vn 0.2065 -0.4269 -0.8804</w:t>
        <w:br/>
        <w:t>vn 0.1776 -0.4456 -0.8775</w:t>
        <w:br/>
        <w:t>vn -0.2645 0.5422 -0.7975</w:t>
        <w:br/>
        <w:t>vn -0.2490 0.5537 -0.7946</w:t>
        <w:br/>
        <w:t>vn 0.0000 -0.4036 -0.9149</w:t>
        <w:br/>
        <w:t>vn 0.1522 -0.3978 -0.9048</w:t>
        <w:br/>
        <w:t>vn -0.0000 -0.3863 -0.9224</w:t>
        <w:br/>
        <w:t>vn 0.0000 0.5809 -0.8140</w:t>
        <w:br/>
        <w:t>vn -0.2065 -0.4269 -0.8804</w:t>
        <w:br/>
        <w:t>vn -0.2115 -0.4546 -0.8652</w:t>
        <w:br/>
        <w:t>vn -0.2260 -0.5024 -0.8346</w:t>
        <w:br/>
        <w:t>vn -0.1776 -0.4456 -0.8775</w:t>
        <w:br/>
        <w:t>vn 0.2490 0.5537 -0.7946</w:t>
        <w:br/>
        <w:t>vn 0.2646 0.5423 -0.7974</w:t>
        <w:br/>
        <w:t>vn -0.1522 -0.3978 -0.9048</w:t>
        <w:br/>
        <w:t>vn 0.0000 0.5810 -0.8139</w:t>
        <w:br/>
        <w:t>vn -0.0000 -0.6499 0.7600</w:t>
        <w:br/>
        <w:t>vn 0.4006 -0.6108 0.6829</w:t>
        <w:br/>
        <w:t>vn 0.3997 -0.2884 0.8701</w:t>
        <w:br/>
        <w:t>vn -0.0000 -0.2964 0.9551</w:t>
        <w:br/>
        <w:t>vn 0.0000 -0.9308 0.3656</w:t>
        <w:br/>
        <w:t>vn 0.2756 -0.9134 0.2997</w:t>
        <w:br/>
        <w:t>vn 0.2893 0.7984 -0.5280</w:t>
        <w:br/>
        <w:t>vn 0.1708 0.5503 -0.8173</w:t>
        <w:br/>
        <w:t>vn 0.0000 0.4980 -0.8672</w:t>
        <w:br/>
        <w:t>vn -0.0000 0.8603 -0.5098</w:t>
        <w:br/>
        <w:t>vn 0.0000 0.4273 -0.9041</w:t>
        <w:br/>
        <w:t>vn -0.5204 0.1406 -0.8423</w:t>
        <w:br/>
        <w:t>vn -0.3561 0.2651 -0.8961</w:t>
        <w:br/>
        <w:t>vn -0.0000 0.3965 0.9180</w:t>
        <w:br/>
        <w:t>vn -0.0806 0.3952 0.9151</w:t>
        <w:br/>
        <w:t>vn -0.0000 0.9673 0.2536</w:t>
        <w:br/>
        <w:t>vn 0.0829 0.9938 0.0745</w:t>
        <w:br/>
        <w:t>vn -0.0000 -0.9999 -0.0101</w:t>
        <w:br/>
        <w:t>vn 0.1133 -0.9525 -0.2828</w:t>
        <w:br/>
        <w:t>vn 0.5605 0.5306 -0.6358</w:t>
        <w:br/>
        <w:t>vn 0.6386 -0.5527 0.5355</w:t>
        <w:br/>
        <w:t>vn 0.7301 -0.2332 0.6423</w:t>
        <w:br/>
        <w:t>vn 0.3287 0.3706 -0.8687</w:t>
        <w:br/>
        <w:t>vn 0.4309 0.5706 -0.6991</w:t>
        <w:br/>
        <w:t>vn 0.5412 0.4787 -0.6913</w:t>
        <w:br/>
        <w:t>vn 0.8005 0.3928 0.4527</w:t>
        <w:br/>
        <w:t>vn 0.8114 0.1822 0.5554</w:t>
        <w:br/>
        <w:t>vn 0.9104 0.0068 0.4137</w:t>
        <w:br/>
        <w:t>vn 0.8709 0.4877 -0.0613</w:t>
        <w:br/>
        <w:t>vn 0.3339 -0.3088 -0.8906</w:t>
        <w:br/>
        <w:t>vn -0.1545 0.1163 -0.9811</w:t>
        <w:br/>
        <w:t>vn 0.8810 -0.3416 0.3272</w:t>
        <w:br/>
        <w:t>vn 0.5502 -0.6818 0.4822</w:t>
        <w:br/>
        <w:t>vn 0.3340 -0.3088 -0.8906</w:t>
        <w:br/>
        <w:t>vn 0.2109 -0.9019 -0.3769</w:t>
        <w:br/>
        <w:t>vn 0.8708 0.4877 -0.0612</w:t>
        <w:br/>
        <w:t>vn 0.7033 0.2470 -0.6666</w:t>
        <w:br/>
        <w:t>vn 0.6291 0.3317 -0.7029</w:t>
        <w:br/>
        <w:t>vn 0.8036 0.3959 -0.4445</w:t>
        <w:br/>
        <w:t>vn 0.7307 0.5415 -0.4157</w:t>
        <w:br/>
        <w:t>vn 0.5600 0.5113 -0.6519</w:t>
        <w:br/>
        <w:t>vn 0.8578 0.4517 -0.2454</w:t>
        <w:br/>
        <w:t>vn 0.8511 -0.3619 0.3803</w:t>
        <w:br/>
        <w:t>vn 0.8511 -0.3620 0.3803</w:t>
        <w:br/>
        <w:t>vn 0.7042 -0.4659 0.5358</w:t>
        <w:br/>
        <w:t>vn 0.7523 -0.4451 0.4856</w:t>
        <w:br/>
        <w:t>vn 0.8671 -0.2719 0.4175</w:t>
        <w:br/>
        <w:t>vn 0.7941 -0.4454 0.4136</w:t>
        <w:br/>
        <w:t>vn 0.9715 0.0273 0.2353</w:t>
        <w:br/>
        <w:t>vn 0.8036 0.3958 -0.4445</w:t>
        <w:br/>
        <w:t>vn 0.8811 -0.3416 0.3272</w:t>
        <w:br/>
        <w:t>vn -0.3997 -0.2884 0.8701</w:t>
        <w:br/>
        <w:t>vn -0.4006 -0.6108 0.6829</w:t>
        <w:br/>
        <w:t>vn -0.2756 -0.9134 0.2997</w:t>
        <w:br/>
        <w:t>vn -0.1708 0.5503 -0.8173</w:t>
        <w:br/>
        <w:t>vn -0.2893 0.7984 -0.5280</w:t>
        <w:br/>
        <w:t>vn 0.5204 0.1406 -0.8423</w:t>
        <w:br/>
        <w:t>vn 0.3561 0.2650 -0.8961</w:t>
        <w:br/>
        <w:t>vn 0.0806 0.3952 0.9151</w:t>
        <w:br/>
        <w:t>vn -0.0829 0.9938 0.0745</w:t>
        <w:br/>
        <w:t>vn -0.1133 -0.9525 -0.2828</w:t>
        <w:br/>
        <w:t>vn -0.5605 0.5306 -0.6358</w:t>
        <w:br/>
        <w:t>vn -0.6386 -0.5527 0.5355</w:t>
        <w:br/>
        <w:t>vn -0.7301 -0.2332 0.6423</w:t>
        <w:br/>
        <w:t>vn -0.3287 0.3706 -0.8687</w:t>
        <w:br/>
        <w:t>vn -0.5412 0.4787 -0.6913</w:t>
        <w:br/>
        <w:t>vn -0.4309 0.5706 -0.6991</w:t>
        <w:br/>
        <w:t>vn -0.9104 0.0068 0.4137</w:t>
        <w:br/>
        <w:t>vn -0.8114 0.1822 0.5554</w:t>
        <w:br/>
        <w:t>vn -0.8005 0.3928 0.4527</w:t>
        <w:br/>
        <w:t>vn -0.8709 0.4877 -0.0612</w:t>
        <w:br/>
        <w:t>vn -0.3339 -0.3088 -0.8906</w:t>
        <w:br/>
        <w:t>vn 0.1545 0.1163 -0.9811</w:t>
        <w:br/>
        <w:t>vn -0.5502 -0.6817 0.4822</w:t>
        <w:br/>
        <w:t>vn -0.8811 -0.3416 0.3272</w:t>
        <w:br/>
        <w:t>vn -0.2109 -0.9019 -0.3769</w:t>
        <w:br/>
        <w:t>vn -0.3340 -0.3088 -0.8906</w:t>
        <w:br/>
        <w:t>vn -0.8709 0.4877 -0.0613</w:t>
        <w:br/>
        <w:t>vn -0.7033 0.2470 -0.6666</w:t>
        <w:br/>
        <w:t>vn -0.8036 0.3959 -0.4445</w:t>
        <w:br/>
        <w:t>vn -0.6291 0.3317 -0.7029</w:t>
        <w:br/>
        <w:t>vn -0.7307 0.5415 -0.4157</w:t>
        <w:br/>
        <w:t>vn -0.5600 0.5113 -0.6519</w:t>
        <w:br/>
        <w:t>vn -0.8578 0.4517 -0.2454</w:t>
        <w:br/>
        <w:t>vn -0.8511 -0.3619 0.3802</w:t>
        <w:br/>
        <w:t>vn -0.8511 -0.3619 0.3803</w:t>
        <w:br/>
        <w:t>vn -0.7523 -0.4451 0.4856</w:t>
        <w:br/>
        <w:t>vn -0.7042 -0.4659 0.5358</w:t>
        <w:br/>
        <w:t>vn -0.8671 -0.2719 0.4175</w:t>
        <w:br/>
        <w:t>vn -0.7941 -0.4454 0.4136</w:t>
        <w:br/>
        <w:t>vn -0.9715 0.0273 0.2353</w:t>
        <w:br/>
        <w:t>vn -0.8036 0.3958 -0.4445</w:t>
        <w:br/>
        <w:t>vn 0.1327 0.2067 -0.9694</w:t>
        <w:br/>
        <w:t>vn -0.4573 0.2336 -0.8581</w:t>
        <w:br/>
        <w:t>vn 0.1008 0.5458 -0.8318</w:t>
        <w:br/>
        <w:t>vn -0.4865 -0.3634 -0.7945</w:t>
        <w:br/>
        <w:t>vn -0.7690 -0.2548 -0.5863</w:t>
        <w:br/>
        <w:t>vn -0.4898 -0.7888 -0.3714</w:t>
        <w:br/>
        <w:t>vn 0.0967 -0.8894 -0.4469</w:t>
        <w:br/>
        <w:t>vn 0.0505 -0.9938 -0.0995</w:t>
        <w:br/>
        <w:t>vn 0.6289 -0.7482 -0.2112</w:t>
        <w:br/>
        <w:t>vn 0.7150 -0.3203 -0.6214</w:t>
        <w:br/>
        <w:t>vn 0.9184 -0.1950 -0.3444</w:t>
        <w:br/>
        <w:t>vn 0.6633 0.2726 -0.6969</w:t>
        <w:br/>
        <w:t>vn 0.1443 -0.4301 -0.8912</w:t>
        <w:br/>
        <w:t>vn 0.6116 -0.3872 0.6899</w:t>
        <w:br/>
        <w:t>vn 0.3931 -0.4658 0.7928</w:t>
        <w:br/>
        <w:t>vn 0.5028 -0.4929 0.7101</w:t>
        <w:br/>
        <w:t>vn 0.6811 -0.4505 0.5772</w:t>
        <w:br/>
        <w:t>vn 0.5641 -0.5647 0.6024</w:t>
        <w:br/>
        <w:t>vn 0.4244 -0.5811 0.6944</w:t>
        <w:br/>
        <w:t>vn 0.2556 -0.6166 0.7447</w:t>
        <w:br/>
        <w:t>vn -0.9815 0.1236 0.1463</w:t>
        <w:br/>
        <w:t>vn -0.8622 -0.0929 0.4980</w:t>
        <w:br/>
        <w:t>vn 0.5642 -0.4550 0.6890</w:t>
        <w:br/>
        <w:t>vn 0.3115 -0.4426 0.8408</w:t>
        <w:br/>
        <w:t>vn 0.2465 -0.4004 0.8826</w:t>
        <w:br/>
        <w:t>vn 0.5589 -0.4166 0.7170</w:t>
        <w:br/>
        <w:t>vn -0.8648 0.2702 -0.4233</w:t>
        <w:br/>
        <w:t>vn -0.8878 0.2535 -0.3841</w:t>
        <w:br/>
        <w:t>vn -0.9430 0.2235 -0.2467</w:t>
        <w:br/>
        <w:t>vn 0.5146 -0.5519 0.6562</w:t>
        <w:br/>
        <w:t>vn 0.3195 -0.5442 0.7757</w:t>
        <w:br/>
        <w:t>vn 0.3299 -0.6670 0.6680</w:t>
        <w:br/>
        <w:t>vn 0.1931 -0.7550 0.6266</w:t>
        <w:br/>
        <w:t>vn 0.2237 -0.6541 0.7225</w:t>
        <w:br/>
        <w:t>vn 0.1660 -0.7635 0.6241</w:t>
        <w:br/>
        <w:t>vn 0.2749 -0.6088 0.7441</w:t>
        <w:br/>
        <w:t>vn 0.4628 -0.6280 0.6257</w:t>
        <w:br/>
        <w:t>vn 0.7622 -0.3093 0.5687</w:t>
        <w:br/>
        <w:t>vn 0.7464 -0.2742 0.6064</w:t>
        <w:br/>
        <w:t>vn 0.7849 -0.2675 0.5589</w:t>
        <w:br/>
        <w:t>vn 0.7704 -0.2870 0.5693</w:t>
        <w:br/>
        <w:t>vn 0.7904 -0.2919 0.5386</w:t>
        <w:br/>
        <w:t>vn 0.8318 -0.2940 0.4709</w:t>
        <w:br/>
        <w:t>vn 0.7129 -0.2873 0.6397</w:t>
        <w:br/>
        <w:t>vn 0.7679 -0.2716 0.5802</w:t>
        <w:br/>
        <w:t>vn 0.7197 -0.3546 0.5970</w:t>
        <w:br/>
        <w:t>vn 0.6856 -0.6722 0.2796</w:t>
        <w:br/>
        <w:t>vn 0.6514 -0.3481 0.6742</w:t>
        <w:br/>
        <w:t>vn -0.9262 0.1873 -0.3272</w:t>
        <w:br/>
        <w:t>vn -0.9821 0.1174 -0.1472</w:t>
        <w:br/>
        <w:t>vn -0.8412 0.2615 -0.4733</w:t>
        <w:br/>
        <w:t>vn 0.6894 -0.2873 0.6650</w:t>
        <w:br/>
        <w:t>vn 0.6902 -0.3282 0.6449</w:t>
        <w:br/>
        <w:t>vn 0.6493 -0.3474 0.6766</w:t>
        <w:br/>
        <w:t>vn 0.6586 -0.3105 0.6855</w:t>
        <w:br/>
        <w:t>vn 0.1183 -0.5310 0.8391</w:t>
        <w:br/>
        <w:t>vn 0.0308 -0.3915 0.9197</w:t>
        <w:br/>
        <w:t>vn -0.0972 -0.3340 0.9376</w:t>
        <w:br/>
        <w:t>vn 0.3005 -0.4060 0.8631</w:t>
        <w:br/>
        <w:t>vn -0.8166 -0.0563 0.5745</w:t>
        <w:br/>
        <w:t>vn 0.7062 -0.3597 0.6098</w:t>
        <w:br/>
        <w:t>vn 0.7314 -0.3151 0.6048</w:t>
        <w:br/>
        <w:t>vn 0.5043 -0.4083 0.7610</w:t>
        <w:br/>
        <w:t>vn 0.4795 -0.3994 0.7814</w:t>
        <w:br/>
        <w:t>vn 0.7104 -0.3660 0.6012</w:t>
        <w:br/>
        <w:t>vn 0.6222 -0.3963 0.6751</w:t>
        <w:br/>
        <w:t>vn 0.7349 -0.3016 0.6074</w:t>
        <w:br/>
        <w:t>vn 0.2120 -0.3913 0.8955</w:t>
        <w:br/>
        <w:t>vn -0.5859 0.3984 -0.7057</w:t>
        <w:br/>
        <w:t>vn -0.5903 0.4852 -0.6451</w:t>
        <w:br/>
        <w:t>vn -0.4217 0.4650 -0.7784</w:t>
        <w:br/>
        <w:t>vn -0.7230 0.4466 -0.5271</w:t>
        <w:br/>
        <w:t>vn -0.6568 0.5482 -0.5178</w:t>
        <w:br/>
        <w:t>vn -0.3033 0.6210 -0.7228</w:t>
        <w:br/>
        <w:t>vn -0.5498 0.5682 -0.6123</w:t>
        <w:br/>
        <w:t>vn 0.9869 -0.1033 -0.1236</w:t>
        <w:br/>
        <w:t>vn 0.8342 0.1548 -0.5293</w:t>
        <w:br/>
        <w:t>vn -0.2695 0.4047 -0.8738</w:t>
        <w:br/>
        <w:t>vn -0.3165 0.4417 -0.8395</w:t>
        <w:br/>
        <w:t>vn -0.5672 0.4548 -0.6866</w:t>
        <w:br/>
        <w:t>vn -0.5837 0.4101 -0.7008</w:t>
        <w:br/>
        <w:t>vn 0.8662 -0.2683 0.4215</w:t>
        <w:br/>
        <w:t>vn 0.8943 -0.2495 0.3713</w:t>
        <w:br/>
        <w:t>vn 0.9425 -0.2183 0.2530</w:t>
        <w:br/>
        <w:t>vn -0.3247 0.5446 -0.7733</w:t>
        <w:br/>
        <w:t>vn -0.5160 0.5516 -0.6553</w:t>
        <w:br/>
        <w:t>vn -0.3300 0.6671 -0.6679</w:t>
        <w:br/>
        <w:t>vn -0.2255 0.6539 -0.7222</w:t>
        <w:br/>
        <w:t>vn -0.1932 0.7548 -0.6268</w:t>
        <w:br/>
        <w:t>vn -0.1660 0.7634 -0.6242</w:t>
        <w:br/>
        <w:t>vn -0.4636 0.6279 -0.6251</w:t>
        <w:br/>
        <w:t>vn -0.2796 0.6086 -0.7426</w:t>
        <w:br/>
        <w:t>vn -0.7848 0.2675 -0.5591</w:t>
        <w:br/>
        <w:t>vn -0.7168 0.2820 -0.6377</w:t>
        <w:br/>
        <w:t>vn -0.7640 0.3114 -0.5651</w:t>
        <w:br/>
        <w:t>vn -0.7702 0.2870 -0.5696</w:t>
        <w:br/>
        <w:t>vn -0.8282 0.2952 -0.4764</w:t>
        <w:br/>
        <w:t>vn -0.7904 0.2920 -0.5385</w:t>
        <w:br/>
        <w:t>vn -0.7774 0.2644 -0.5708</w:t>
        <w:br/>
        <w:t>vn -0.6980 0.2802 -0.6590</w:t>
        <w:br/>
        <w:t>vn -0.4279 0.3441 -0.8358</w:t>
        <w:br/>
        <w:t>vn -0.6477 0.3596 -0.6717</w:t>
        <w:br/>
        <w:t>vn -0.6094 0.3412 -0.7157</w:t>
        <w:br/>
        <w:t>vn 0.9360 -0.1903 0.2960</w:t>
        <w:br/>
        <w:t>vn 0.8670 -0.4963 -0.0451</w:t>
        <w:br/>
        <w:t>vn 0.9111 -0.2397 0.3352</w:t>
        <w:br/>
        <w:t>vn 0.8531 -0.2537 0.4559</w:t>
        <w:br/>
        <w:t>vn -0.6522 0.2913 -0.6998</w:t>
        <w:br/>
        <w:t>vn -0.6792 0.3241 -0.6585</w:t>
        <w:br/>
        <w:t>vn -0.5501 0.3683 -0.7495</w:t>
        <w:br/>
        <w:t>vn -0.6119 0.3037 -0.7303</w:t>
        <w:br/>
        <w:t>vn -0.0373 0.3902 -0.9200</w:t>
        <w:br/>
        <w:t>vn -0.1264 0.5317 -0.8375</w:t>
        <w:br/>
        <w:t>vn 0.0798 0.3472 -0.9344</w:t>
        <w:br/>
        <w:t>vn -0.3826 0.4123 -0.8268</w:t>
        <w:br/>
        <w:t>vn 0.7053 0.2965 -0.6440</w:t>
        <w:br/>
        <w:t>vn -0.3033 0.6209 -0.7228</w:t>
        <w:br/>
        <w:t>vn -0.7587 0.3073 -0.5744</w:t>
        <w:br/>
        <w:t>vn -0.7468 0.3554 -0.5621</w:t>
        <w:br/>
        <w:t>vn -0.6007 0.3938 -0.6958</w:t>
        <w:br/>
        <w:t>vn -0.6609 0.3654 -0.6556</w:t>
        <w:br/>
        <w:t>vn -0.4885 0.4243 -0.7625</w:t>
        <w:br/>
        <w:t>vn -0.7345 0.3017 -0.6079</w:t>
        <w:br/>
        <w:t>vn -0.6978 0.3494 -0.6254</w:t>
        <w:br/>
        <w:t>vn -0.6161 -0.0357 0.7869</w:t>
        <w:br/>
        <w:t>vn -0.6326 -0.0456 0.7731</w:t>
        <w:br/>
        <w:t>vn -0.6327 -0.0456 0.7731</w:t>
        <w:br/>
        <w:t>vn 0.1260 -0.7993 -0.5876</w:t>
        <w:br/>
        <w:t>vn 0.1987 -0.6992 -0.6867</w:t>
        <w:br/>
        <w:t>vn 0.1988 -0.6992 -0.6867</w:t>
        <w:br/>
        <w:t>vn 0.2774 -0.5649 -0.7772</w:t>
        <w:br/>
        <w:t>vn 0.2431 -0.6924 -0.6793</w:t>
        <w:br/>
        <w:t>vn 0.1898 -0.8134 -0.5499</w:t>
        <w:br/>
        <w:t>vn 0.6856 -0.6721 0.2795</w:t>
        <w:br/>
        <w:t>vn 0.6017 -0.7722 -0.2040</w:t>
        <w:br/>
        <w:t>vn -0.0987 -0.3969 0.9125</w:t>
        <w:br/>
        <w:t>vn -0.1182 -0.4468 0.8868</w:t>
        <w:br/>
        <w:t>vn -0.1182 -0.4467 0.8868</w:t>
        <w:br/>
        <w:t>vn -0.0789 -0.3457 0.9350</w:t>
        <w:br/>
        <w:t>vn 0.2119 -0.3913 0.8955</w:t>
        <w:br/>
        <w:t>vn 0.7104 -0.3659 0.6011</w:t>
        <w:br/>
        <w:t>vn 0.9785 -0.1903 0.0790</w:t>
        <w:br/>
        <w:t>vn 0.9482 -0.0561 -0.3128</w:t>
        <w:br/>
        <w:t>vn 0.7561 0.0960 -0.6474</w:t>
        <w:br/>
        <w:t>vn 0.7501 0.0453 -0.6598</w:t>
        <w:br/>
        <w:t>vn 0.7345 -0.0173 -0.6784</w:t>
        <w:br/>
        <w:t>vn 0.7219 -0.0481 -0.6903</w:t>
        <w:br/>
        <w:t>vn 0.7502 -0.0177 -0.6610</w:t>
        <w:br/>
        <w:t>vn 0.8099 0.0173 -0.5863</w:t>
        <w:br/>
        <w:t>vn 0.8787 -0.0074 -0.4773</w:t>
        <w:br/>
        <w:t>vn 0.9299 -0.0321 -0.3663</w:t>
        <w:br/>
        <w:t>vn 0.9439 -0.0465 -0.3269</w:t>
        <w:br/>
        <w:t>vn 0.9439 -0.0466 -0.3268</w:t>
        <w:br/>
        <w:t>vn -0.8443 0.2074 0.4942</w:t>
        <w:br/>
        <w:t>vn -0.8526 0.2084 0.4792</w:t>
        <w:br/>
        <w:t>vn -0.8622 0.1725 0.4762</w:t>
        <w:br/>
        <w:t>vn -0.8259 0.0260 0.5632</w:t>
        <w:br/>
        <w:t>vn -0.7074 -0.0883 0.7013</w:t>
        <w:br/>
        <w:t>vn -0.7074 -0.0882 0.7013</w:t>
        <w:br/>
        <w:t>vn -0.6227 -0.0698 0.7793</w:t>
        <w:br/>
        <w:t>vn -0.6228 -0.0698 0.7793</w:t>
        <w:br/>
        <w:t>vn -0.6100 -0.0429 0.7912</w:t>
        <w:br/>
        <w:t>vn -0.6048 -0.0253 0.7959</w:t>
        <w:br/>
        <w:t>vn -0.6049 -0.0252 0.7959</w:t>
        <w:br/>
        <w:t>vn -0.5946 -0.0138 0.8039</w:t>
        <w:br/>
        <w:t>vn -0.5941 -0.0202 0.8041</w:t>
        <w:br/>
        <w:t>vn -0.6116 -0.3872 0.6899</w:t>
        <w:br/>
        <w:t>vn -0.5028 -0.4929 0.7101</w:t>
        <w:br/>
        <w:t>vn -0.3931 -0.4658 0.7928</w:t>
        <w:br/>
        <w:t>vn -0.6811 -0.4506 0.5772</w:t>
        <w:br/>
        <w:t>vn -0.5641 -0.5647 0.6024</w:t>
        <w:br/>
        <w:t>vn -0.2556 -0.6166 0.7447</w:t>
        <w:br/>
        <w:t>vn -0.4243 -0.5811 0.6944</w:t>
        <w:br/>
        <w:t>vn 0.9815 0.1236 0.1463</w:t>
        <w:br/>
        <w:t>vn 0.8622 -0.0929 0.4980</w:t>
        <w:br/>
        <w:t>vn -0.2465 -0.4005 0.8825</w:t>
        <w:br/>
        <w:t>vn -0.3115 -0.4426 0.8409</w:t>
        <w:br/>
        <w:t>vn -0.5642 -0.4550 0.6890</w:t>
        <w:br/>
        <w:t>vn -0.5589 -0.4166 0.7170</w:t>
        <w:br/>
        <w:t>vn 0.8648 0.2702 -0.4233</w:t>
        <w:br/>
        <w:t>vn 0.8878 0.2535 -0.3841</w:t>
        <w:br/>
        <w:t>vn 0.8878 0.2535 -0.3842</w:t>
        <w:br/>
        <w:t>vn 0.9430 0.2235 -0.2467</w:t>
        <w:br/>
        <w:t>vn -0.3195 -0.5442 0.7758</w:t>
        <w:br/>
        <w:t>vn -0.5146 -0.5519 0.6562</w:t>
        <w:br/>
        <w:t>vn -0.3299 -0.6670 0.6680</w:t>
        <w:br/>
        <w:t>vn -0.2237 -0.6541 0.7225</w:t>
        <w:br/>
        <w:t>vn -0.1931 -0.7550 0.6266</w:t>
        <w:br/>
        <w:t>vn -0.1932 -0.7550 0.6266</w:t>
        <w:br/>
        <w:t>vn -0.1660 -0.7635 0.6241</w:t>
        <w:br/>
        <w:t>vn -0.4628 -0.6280 0.6257</w:t>
        <w:br/>
        <w:t>vn -0.2749 -0.6088 0.7441</w:t>
        <w:br/>
        <w:t>vn -0.7849 -0.2675 0.5589</w:t>
        <w:br/>
        <w:t>vn -0.7464 -0.2743 0.6063</w:t>
        <w:br/>
        <w:t>vn -0.7622 -0.3092 0.5687</w:t>
        <w:br/>
        <w:t>vn -0.7704 -0.2870 0.5693</w:t>
        <w:br/>
        <w:t>vn -0.8318 -0.2940 0.4709</w:t>
        <w:br/>
        <w:t>vn -0.7904 -0.2919 0.5386</w:t>
        <w:br/>
        <w:t>vn -0.7678 -0.2716 0.5802</w:t>
        <w:br/>
        <w:t>vn -0.7129 -0.2873 0.6397</w:t>
        <w:br/>
        <w:t>vn -0.6514 -0.3481 0.6742</w:t>
        <w:br/>
        <w:t>vn -0.6857 -0.6721 0.2795</w:t>
        <w:br/>
        <w:t>vn -0.7197 -0.3546 0.5970</w:t>
        <w:br/>
        <w:t>vn 0.9262 0.1873 -0.3272</w:t>
        <w:br/>
        <w:t>vn 0.9821 0.1174 -0.1472</w:t>
        <w:br/>
        <w:t>vn 0.8412 0.2615 -0.4733</w:t>
        <w:br/>
        <w:t>vn -0.6894 -0.2873 0.6650</w:t>
        <w:br/>
        <w:t>vn -0.6902 -0.3282 0.6449</w:t>
        <w:br/>
        <w:t>vn -0.6493 -0.3474 0.6766</w:t>
        <w:br/>
        <w:t>vn -0.6586 -0.3104 0.6855</w:t>
        <w:br/>
        <w:t>vn -0.0308 -0.3915 0.9197</w:t>
        <w:br/>
        <w:t>vn -0.1183 -0.5310 0.8391</w:t>
        <w:br/>
        <w:t>vn 0.0972 -0.3340 0.9376</w:t>
        <w:br/>
        <w:t>vn -0.3005 -0.4060 0.8631</w:t>
        <w:br/>
        <w:t>vn 0.8166 -0.0564 0.5744</w:t>
        <w:br/>
        <w:t>vn -0.7314 -0.3151 0.6048</w:t>
        <w:br/>
        <w:t>vn -0.7062 -0.3597 0.6098</w:t>
        <w:br/>
        <w:t>vn -0.5043 -0.4083 0.7610</w:t>
        <w:br/>
        <w:t>vn -0.4795 -0.3994 0.7814</w:t>
        <w:br/>
        <w:t>vn -0.7104 -0.3660 0.6012</w:t>
        <w:br/>
        <w:t>vn -0.6222 -0.3962 0.6752</w:t>
        <w:br/>
        <w:t>vn -0.7349 -0.3016 0.6074</w:t>
        <w:br/>
        <w:t>vn -0.2119 -0.3913 0.8955</w:t>
        <w:br/>
        <w:t>vn 0.5859 0.3984 -0.7057</w:t>
        <w:br/>
        <w:t>vn 0.4217 0.4650 -0.7784</w:t>
        <w:br/>
        <w:t>vn 0.5903 0.4852 -0.6451</w:t>
        <w:br/>
        <w:t>vn 0.7230 0.4466 -0.5271</w:t>
        <w:br/>
        <w:t>vn 0.6568 0.5482 -0.5178</w:t>
        <w:br/>
        <w:t>vn 0.5498 0.5682 -0.6122</w:t>
        <w:br/>
        <w:t>vn 0.3033 0.6210 -0.7228</w:t>
        <w:br/>
        <w:t>vn -0.9869 -0.1032 -0.1236</w:t>
        <w:br/>
        <w:t>vn -0.8342 0.1548 -0.5293</w:t>
        <w:br/>
        <w:t>vn -0.9869 -0.1033 -0.1236</w:t>
        <w:br/>
        <w:t>vn 0.5672 0.4548 -0.6866</w:t>
        <w:br/>
        <w:t>vn 0.3165 0.4417 -0.8395</w:t>
        <w:br/>
        <w:t>vn 0.2695 0.4047 -0.8738</w:t>
        <w:br/>
        <w:t>vn 0.5837 0.4101 -0.7008</w:t>
        <w:br/>
        <w:t>vn -0.8662 -0.2683 0.4215</w:t>
        <w:br/>
        <w:t>vn -0.8943 -0.2495 0.3713</w:t>
        <w:br/>
        <w:t>vn -0.9425 -0.2183 0.2530</w:t>
        <w:br/>
        <w:t>vn 0.5160 0.5516 -0.6553</w:t>
        <w:br/>
        <w:t>vn 0.3247 0.5446 -0.7733</w:t>
        <w:br/>
        <w:t>vn 0.3300 0.6671 -0.6679</w:t>
        <w:br/>
        <w:t>vn 0.1932 0.7548 -0.6268</w:t>
        <w:br/>
        <w:t>vn 0.2255 0.6539 -0.7222</w:t>
        <w:br/>
        <w:t>vn 0.1660 0.7634 -0.6242</w:t>
        <w:br/>
        <w:t>vn 0.2796 0.6086 -0.7426</w:t>
        <w:br/>
        <w:t>vn 0.4636 0.6279 -0.6251</w:t>
        <w:br/>
        <w:t>vn 0.7640 0.3114 -0.5651</w:t>
        <w:br/>
        <w:t>vn 0.7168 0.2820 -0.6377</w:t>
        <w:br/>
        <w:t>vn 0.7848 0.2676 -0.5591</w:t>
        <w:br/>
        <w:t>vn 0.7702 0.2870 -0.5696</w:t>
        <w:br/>
        <w:t>vn 0.7904 0.2920 -0.5385</w:t>
        <w:br/>
        <w:t>vn 0.8282 0.2952 -0.4764</w:t>
        <w:br/>
        <w:t>vn 0.6980 0.2802 -0.6590</w:t>
        <w:br/>
        <w:t>vn 0.7773 0.2643 -0.5709</w:t>
        <w:br/>
        <w:t>vn 0.4279 0.3441 -0.8358</w:t>
        <w:br/>
        <w:t>vn 0.6094 0.3412 -0.7157</w:t>
        <w:br/>
        <w:t>vn 0.6477 0.3596 -0.6717</w:t>
        <w:br/>
        <w:t>vn -0.9360 -0.1903 0.2960</w:t>
        <w:br/>
        <w:t>vn -0.8670 -0.4963 -0.0451</w:t>
        <w:br/>
        <w:t>vn -0.9111 -0.2397 0.3352</w:t>
        <w:br/>
        <w:t>vn -0.8531 -0.2537 0.4559</w:t>
        <w:br/>
        <w:t>vn 0.6522 0.2913 -0.6998</w:t>
        <w:br/>
        <w:t>vn 0.6792 0.3241 -0.6585</w:t>
        <w:br/>
        <w:t>vn 0.5501 0.3683 -0.7495</w:t>
        <w:br/>
        <w:t>vn 0.6119 0.3037 -0.7303</w:t>
        <w:br/>
        <w:t>vn 0.1264 0.5317 -0.8375</w:t>
        <w:br/>
        <w:t>vn 0.0373 0.3902 -0.9200</w:t>
        <w:br/>
        <w:t>vn -0.0798 0.3472 -0.9344</w:t>
        <w:br/>
        <w:t>vn 0.3826 0.4123 -0.8268</w:t>
        <w:br/>
        <w:t>vn -0.7053 0.2965 -0.6440</w:t>
        <w:br/>
        <w:t>vn 0.3033 0.6209 -0.7228</w:t>
        <w:br/>
        <w:t>vn 0.7468 0.3554 -0.5621</w:t>
        <w:br/>
        <w:t>vn 0.7587 0.3073 -0.5744</w:t>
        <w:br/>
        <w:t>vn 0.6007 0.3938 -0.6958</w:t>
        <w:br/>
        <w:t>vn 0.6609 0.3654 -0.6556</w:t>
        <w:br/>
        <w:t>vn 0.4884 0.4244 -0.7625</w:t>
        <w:br/>
        <w:t>vn 0.7345 0.3017 -0.6079</w:t>
        <w:br/>
        <w:t>vn 0.6978 0.3494 -0.6254</w:t>
        <w:br/>
        <w:t>vn 0.6326 -0.0456 0.7731</w:t>
        <w:br/>
        <w:t>vn 0.6326 -0.0457 0.7731</w:t>
        <w:br/>
        <w:t>vn 0.6161 -0.0357 0.7869</w:t>
        <w:br/>
        <w:t>vn -0.1988 -0.6993 -0.6867</w:t>
        <w:br/>
        <w:t>vn -0.1260 -0.7993 -0.5876</w:t>
        <w:br/>
        <w:t>vn -0.1988 -0.6992 -0.6867</w:t>
        <w:br/>
        <w:t>vn -0.2774 -0.5649 -0.7772</w:t>
        <w:br/>
        <w:t>vn -0.2431 -0.6924 -0.6793</w:t>
        <w:br/>
        <w:t>vn -0.1898 -0.8133 -0.5500</w:t>
        <w:br/>
        <w:t>vn -0.1898 -0.8133 -0.5501</w:t>
        <w:br/>
        <w:t>vn -0.6856 -0.6721 0.2796</w:t>
        <w:br/>
        <w:t>vn -0.6017 -0.7722 -0.2039</w:t>
        <w:br/>
        <w:t>vn 0.0987 -0.3969 0.9125</w:t>
        <w:br/>
        <w:t>vn 0.1182 -0.4468 0.8868</w:t>
        <w:br/>
        <w:t>vn 0.1181 -0.4468 0.8868</w:t>
        <w:br/>
        <w:t>vn 0.0789 -0.3456 0.9350</w:t>
        <w:br/>
        <w:t>vn -0.7105 -0.3659 0.6011</w:t>
        <w:br/>
        <w:t>vn -0.9482 -0.0561 -0.3128</w:t>
        <w:br/>
        <w:t>vn -0.9112 -0.2397 0.3352</w:t>
        <w:br/>
        <w:t>vn -0.9772 -0.1985 0.0755</w:t>
        <w:br/>
        <w:t>vn -0.7501 0.0453 -0.6598</w:t>
        <w:br/>
        <w:t>vn -0.7562 0.0960 -0.6473</w:t>
        <w:br/>
        <w:t>vn -0.7345 -0.0173 -0.6784</w:t>
        <w:br/>
        <w:t>vn -0.7220 -0.0482 -0.6903</w:t>
        <w:br/>
        <w:t>vn -0.7219 -0.0481 -0.6903</w:t>
        <w:br/>
        <w:t>vn -0.7502 -0.0177 -0.6610</w:t>
        <w:br/>
        <w:t>vn -0.8099 0.0173 -0.5864</w:t>
        <w:br/>
        <w:t>vn -0.8787 -0.0074 -0.4773</w:t>
        <w:br/>
        <w:t>vn -0.9300 -0.0321 -0.3663</w:t>
        <w:br/>
        <w:t>vn -0.9439 -0.0465 -0.3269</w:t>
        <w:br/>
        <w:t>vn -0.9439 -0.0466 -0.3269</w:t>
        <w:br/>
        <w:t>vn 0.8526 0.2084 0.4792</w:t>
        <w:br/>
        <w:t>vn 0.8442 0.2074 0.4942</w:t>
        <w:br/>
        <w:t>vn 0.8526 0.2083 0.4792</w:t>
        <w:br/>
        <w:t>vn 0.8623 0.1725 0.4762</w:t>
        <w:br/>
        <w:t>vn 0.8259 0.0259 0.5632</w:t>
        <w:br/>
        <w:t>vn 0.8166 -0.0564 0.5745</w:t>
        <w:br/>
        <w:t>vn 0.7074 -0.0883 0.7013</w:t>
        <w:br/>
        <w:t>vn 0.7074 -0.0883 0.7012</w:t>
        <w:br/>
        <w:t>vn 0.6228 -0.0698 0.7793</w:t>
        <w:br/>
        <w:t>vn 0.6100 -0.0429 0.7912</w:t>
        <w:br/>
        <w:t>vn 0.6101 -0.0429 0.7912</w:t>
        <w:br/>
        <w:t>vn 0.6049 -0.0252 0.7959</w:t>
        <w:br/>
        <w:t>vn 0.6049 -0.0253 0.7959</w:t>
        <w:br/>
        <w:t>vn 0.5946 -0.0138 0.8039</w:t>
        <w:br/>
        <w:t>vn 0.5944 -0.0139 0.8041</w:t>
        <w:br/>
        <w:t>vn 0.5941 -0.0202 0.8041</w:t>
        <w:br/>
        <w:t>vn 0.7092 -0.1060 0.6970</w:t>
        <w:br/>
        <w:t>vn 0.6144 -0.0020 0.7890</w:t>
        <w:br/>
        <w:t>vn 0.2575 -0.3436 0.9031</w:t>
        <w:br/>
        <w:t>vn 0.3623 -0.4689 0.8055</w:t>
        <w:br/>
        <w:t>vn 0.8683 0.2797 0.4096</w:t>
        <w:br/>
        <w:t>vn 0.8133 0.3402 0.4720</w:t>
        <w:br/>
        <w:t>vn 0.7840 -0.2068 0.5852</w:t>
        <w:br/>
        <w:t>vn 0.9142 0.2163 0.3426</w:t>
        <w:br/>
        <w:t>vn 0.4541 -0.5772 0.6787</w:t>
        <w:br/>
        <w:t>vn 0.5419 -0.7080 -0.4529</w:t>
        <w:br/>
        <w:t>vn 0.5419 -0.7079 -0.4530</w:t>
        <w:br/>
        <w:t>vn -0.5241 -0.7647 0.3749</w:t>
        <w:br/>
        <w:t>vn -0.5772 -0.6941 0.4303</w:t>
        <w:br/>
        <w:t>vn -0.4654 -0.8269 0.3155</w:t>
        <w:br/>
        <w:t>vn -0.2575 -0.3436 0.9031</w:t>
        <w:br/>
        <w:t>vn -0.6143 -0.0020 0.7891</w:t>
        <w:br/>
        <w:t>vn -0.7093 -0.1060 0.6969</w:t>
        <w:br/>
        <w:t>vn -0.3623 -0.4689 0.8055</w:t>
        <w:br/>
        <w:t>vn -0.8684 0.2797 0.4095</w:t>
        <w:br/>
        <w:t>vn -0.8132 0.3402 0.4722</w:t>
        <w:br/>
        <w:t>vn -0.7841 -0.2068 0.5853</w:t>
        <w:br/>
        <w:t>vn -0.9142 0.2163 0.3426</w:t>
        <w:br/>
        <w:t>vn -0.4541 -0.5772 0.6788</w:t>
        <w:br/>
        <w:t>vn -0.5419 -0.7080 -0.4529</w:t>
        <w:br/>
        <w:t>vn 0.5772 -0.6941 0.4303</w:t>
        <w:br/>
        <w:t>vn 0.5242 -0.7647 0.3749</w:t>
        <w:br/>
        <w:t>vn 0.5241 -0.7647 0.3749</w:t>
        <w:br/>
        <w:t>vn 0.5771 -0.6941 0.4303</w:t>
        <w:br/>
        <w:t>vn 0.4655 -0.8269 0.3155</w:t>
        <w:br/>
        <w:t>vn -0.7397 -0.2800 -0.6120</w:t>
        <w:br/>
        <w:t>vn -0.7985 -0.0815 -0.5964</w:t>
        <w:br/>
        <w:t>vn -0.7396 -0.2790 0.6125</w:t>
        <w:br/>
        <w:t>vn -0.7985 -0.0815 0.5965</w:t>
        <w:br/>
        <w:t>vn 0.6983 -0.2455 0.6724</w:t>
        <w:br/>
        <w:t>vn 0.7393 -0.0768 0.6689</w:t>
        <w:br/>
        <w:t>vn 0.6983 -0.2455 0.6723</w:t>
        <w:br/>
        <w:t>vn 0.6981 -0.2467 -0.6722</w:t>
        <w:br/>
        <w:t>vn 0.7394 -0.0768 -0.6689</w:t>
        <w:br/>
        <w:t>vn 0.6981 -0.2468 -0.6722</w:t>
        <w:br/>
        <w:t>vn -0.6491 -0.4645 0.6024</w:t>
        <w:br/>
        <w:t>vn -0.6490 -0.4646 0.6024</w:t>
        <w:br/>
        <w:t>vn -0.6490 -0.4663 -0.6011</w:t>
        <w:br/>
        <w:t>vn 0.6354 -0.4092 -0.6549</w:t>
        <w:br/>
        <w:t>vn 0.6362 -0.4069 0.6555</w:t>
        <w:br/>
        <w:t>vn 0.7970 -0.3483 -0.4934</w:t>
        <w:br/>
        <w:t>vn 0.9164 -0.4002 0.0005</w:t>
        <w:br/>
        <w:t>vn 0.9988 -0.0499 0.0000</w:t>
        <w:br/>
        <w:t>vn 0.7968 -0.3478 0.4940</w:t>
        <w:br/>
        <w:t>vn -0.7414 -0.2729 0.6131</w:t>
        <w:br/>
        <w:t>vn -0.8036 -0.0421 0.5936</w:t>
        <w:br/>
        <w:t>vn -0.7411 -0.2740 -0.6129</w:t>
        <w:br/>
        <w:t>vn -0.8037 -0.0421 -0.5936</w:t>
        <w:br/>
        <w:t>vn 0.7069 -0.7073 0.0007</w:t>
        <w:br/>
        <w:t>vn 0.6145 -0.6146 0.4946</w:t>
        <w:br/>
        <w:t>vn 0.6146 -0.6154 -0.4934</w:t>
        <w:br/>
        <w:t>vn -0.6355 -0.4899 -0.5967</w:t>
        <w:br/>
        <w:t>vn -0.6364 -0.4880 0.5974</w:t>
        <w:br/>
        <w:t>vn 0.0000 1.0000 0.0000</w:t>
        <w:br/>
        <w:t>vn -0.6972 0.1451 -0.7020</w:t>
        <w:br/>
        <w:t>vn -0.6972 0.1450 0.7021</w:t>
        <w:br/>
        <w:t>vn -0.6972 0.1451 0.7021</w:t>
        <w:br/>
        <w:t>vn 0.7038 0.1752 0.6884</w:t>
        <w:br/>
        <w:t>vn 0.7039 0.1753 -0.6884</w:t>
        <w:br/>
        <w:t>vn 0.7032 0.1618 -0.6924</w:t>
        <w:br/>
        <w:t>vn 0.7031 0.1618 0.6924</w:t>
        <w:br/>
        <w:t>vn 0.7032 0.1617 0.6924</w:t>
        <w:br/>
        <w:t>vn -0.6955 0.1503 0.7026</w:t>
        <w:br/>
        <w:t>vn -0.6955 0.1503 -0.7026</w:t>
        <w:br/>
        <w:t>vn -0.6955 0.1504 -0.7026</w:t>
        <w:br/>
        <w:t>vn 0.0982 0.9952 0.0000</w:t>
        <w:br/>
        <w:t>vn 0.1626 0.9867 0.0000</w:t>
        <w:br/>
        <w:t>vn -0.4179 -0.1994 -0.8863</w:t>
        <w:br/>
        <w:t>vn -0.5289 -0.3040 -0.7924</w:t>
        <w:br/>
        <w:t>vn -0.8152 -0.4555 -0.3578</w:t>
        <w:br/>
        <w:t>vn -0.8321 -0.4949 -0.2504</w:t>
        <w:br/>
        <w:t>vn -0.3963 -0.1440 -0.9068</w:t>
        <w:br/>
        <w:t>vn -0.3491 -0.7237 -0.5953</w:t>
        <w:br/>
        <w:t>vn -0.9710 -0.0410 -0.2354</w:t>
        <w:br/>
        <w:t>vn -0.8824 -0.2392 -0.4052</w:t>
        <w:br/>
        <w:t>vn -0.9454 -0.1522 -0.2883</w:t>
        <w:br/>
        <w:t>vn -0.9565 0.2349 -0.1732</w:t>
        <w:br/>
        <w:t>vn -0.9949 0.0201 -0.0991</w:t>
        <w:br/>
        <w:t>vn -0.9857 0.1349 0.1005</w:t>
        <w:br/>
        <w:t>vn -0.9670 0.2378 0.0911</w:t>
        <w:br/>
        <w:t>vn -0.9285 0.2145 0.3032</w:t>
        <w:br/>
        <w:t>vn -0.7842 0.2393 0.5724</w:t>
        <w:br/>
        <w:t>vn -0.9571 0.2717 0.1003</w:t>
        <w:br/>
        <w:t>vn -0.3156 0.4349 0.8433</w:t>
        <w:br/>
        <w:t>vn -0.5509 0.3109 0.7745</w:t>
        <w:br/>
        <w:t>vn -0.2833 0.2230 0.9328</w:t>
        <w:br/>
        <w:t>vn 0.1958 0.3093 0.9306</w:t>
        <w:br/>
        <w:t>vn -0.1728 0.5579 0.8118</w:t>
        <w:br/>
        <w:t>vn -0.0656 0.7474 0.6611</w:t>
        <w:br/>
        <w:t>vn 0.0156 0.9387 0.3444</w:t>
        <w:br/>
        <w:t>vn 0.0364 0.9976 -0.0589</w:t>
        <w:br/>
        <w:t>vn 0.0402 0.8959 -0.4424</w:t>
        <w:br/>
        <w:t>vn 0.0403 0.8959 -0.4424</w:t>
        <w:br/>
        <w:t>vn 0.0577 0.6579 -0.7509</w:t>
        <w:br/>
        <w:t>vn 0.0576 0.6579 -0.7509</w:t>
        <w:br/>
        <w:t>vn 0.0496 0.3967 -0.9166</w:t>
        <w:br/>
        <w:t>vn 0.0266 0.1313 -0.9910</w:t>
        <w:br/>
        <w:t>vn -0.0627 -0.1893 -0.9799</w:t>
        <w:br/>
        <w:t>vn -0.2505 -0.3981 -0.8825</w:t>
        <w:br/>
        <w:t>vn -0.2475 -0.5026 -0.8284</w:t>
        <w:br/>
        <w:t>vn -0.4972 -0.4463 -0.7441</w:t>
        <w:br/>
        <w:t>vn -0.6837 -0.3968 -0.6125</w:t>
        <w:br/>
        <w:t>vn -0.5907 -0.4070 -0.6968</w:t>
        <w:br/>
        <w:t>vn -0.7350 -0.3693 -0.5686</w:t>
        <w:br/>
        <w:t>vn -0.7351 -0.3693 -0.5686</w:t>
        <w:br/>
        <w:t>vn -0.6872 -0.4475 -0.5723</w:t>
        <w:br/>
        <w:t>vn 0.4403 0.2465 -0.8634</w:t>
        <w:br/>
        <w:t>vn 0.3481 0.1744 -0.9211</w:t>
        <w:br/>
        <w:t>vn 0.2158 0.1469 -0.9653</w:t>
        <w:br/>
        <w:t>vn 0.4402 0.2465 -0.8634</w:t>
        <w:br/>
        <w:t>vn -0.3295 -0.9293 0.1668</w:t>
        <w:br/>
        <w:t>vn -0.3265 -0.9331 -0.1506</w:t>
        <w:br/>
        <w:t>vn -0.0838 -0.9568 -0.2785</w:t>
        <w:br/>
        <w:t>vn 0.0867 -0.9750 0.2048</w:t>
        <w:br/>
        <w:t>vn -0.8887 -0.4531 0.0701</w:t>
        <w:br/>
        <w:t>vn -0.8887 -0.4531 0.0700</w:t>
        <w:br/>
        <w:t>vn -0.8620 -0.4732 0.1819</w:t>
        <w:br/>
        <w:t>vn -0.0173 0.1078 -0.9940</w:t>
        <w:br/>
        <w:t>vn -0.7527 -0.5410 0.3751</w:t>
        <w:br/>
        <w:t>vn -0.8789 -0.4730 -0.0621</w:t>
        <w:br/>
        <w:t>vn -0.8789 -0.4730 -0.0620</w:t>
        <w:br/>
        <w:t>vn -0.1589 0.3042 -0.9392</w:t>
        <w:br/>
        <w:t>vn -0.2201 0.5384 -0.8134</w:t>
        <w:br/>
        <w:t>vn -0.1589 0.3042 -0.9393</w:t>
        <w:br/>
        <w:t>vn -0.6303 -0.5678 0.5295</w:t>
        <w:br/>
        <w:t>vn -0.5743 -0.5768 0.5809</w:t>
        <w:br/>
        <w:t>vn -0.8764 -0.4691 0.1092</w:t>
        <w:br/>
        <w:t>vn -0.1804 0.5974 -0.7814</w:t>
        <w:br/>
        <w:t>vn -0.3753 0.5674 -0.7329</w:t>
        <w:br/>
        <w:t>vn -0.3861 -0.3739 0.8433</w:t>
        <w:br/>
        <w:t>vn -0.1229 -0.2099 0.9700</w:t>
        <w:br/>
        <w:t>vn -0.9565 0.2348 -0.1732</w:t>
        <w:br/>
        <w:t>vn -0.5547 0.5141 -0.6542</w:t>
        <w:br/>
        <w:t>vn -0.7585 0.3968 -0.5169</w:t>
        <w:br/>
        <w:t>vn 0.1885 -0.0738 0.9793</w:t>
        <w:br/>
        <w:t>vn -0.8893 0.2359 -0.3918</w:t>
        <w:br/>
        <w:t>vn 0.4620 0.0225 0.8866</w:t>
        <w:br/>
        <w:t>vn 0.6511 0.0957 0.7529</w:t>
        <w:br/>
        <w:t>vn 0.5784 0.0670 0.8130</w:t>
        <w:br/>
        <w:t>vn -0.9247 0.1454 -0.3519</w:t>
        <w:br/>
        <w:t>vn -0.8897 0.1890 -0.4156</w:t>
        <w:br/>
        <w:t>vn -0.8897 0.1890 -0.4155</w:t>
        <w:br/>
        <w:t>vn 0.7563 0.1621 0.6339</w:t>
        <w:br/>
        <w:t>vn -0.9485 0.1027 -0.2998</w:t>
        <w:br/>
        <w:t>vn 0.8289 0.2779 0.4855</w:t>
        <w:br/>
        <w:t>vn -0.9731 0.0359 -0.2277</w:t>
        <w:br/>
        <w:t>vn 0.8733 0.4109 0.2617</w:t>
        <w:br/>
        <w:t>vn -0.9943 0.0199 -0.1044</w:t>
        <w:br/>
        <w:t>vn 0.8879 0.4600 -0.0026</w:t>
        <w:br/>
        <w:t>vn -0.9993 0.0355 -0.0126</w:t>
        <w:br/>
        <w:t>vn 0.8932 0.3884 -0.2264</w:t>
        <w:br/>
        <w:t>vn -0.9992 0.0325 0.0250</w:t>
        <w:br/>
        <w:t>vn 0.9049 0.2310 -0.3575</w:t>
        <w:br/>
        <w:t>vn -0.9964 0.0198 0.0821</w:t>
        <w:br/>
        <w:t>vn -0.9964 0.0199 0.0821</w:t>
        <w:br/>
        <w:t>vn 0.9168 0.0888 -0.3893</w:t>
        <w:br/>
        <w:t>vn 0.9168 0.0889 -0.3893</w:t>
        <w:br/>
        <w:t>vn -0.9849 0.0032 0.1729</w:t>
        <w:br/>
        <w:t>vn 0.9240 -0.0239 -0.3817</w:t>
        <w:br/>
        <w:t>vn -0.9680 0.0366 0.2481</w:t>
        <w:br/>
        <w:t>vn -0.9680 0.0366 0.2482</w:t>
        <w:br/>
        <w:t>vn 0.8832 -0.1835 -0.4316</w:t>
        <w:br/>
        <w:t>vn -0.9602 0.1352 0.2445</w:t>
        <w:br/>
        <w:t>vn 0.7769 -0.3419 -0.5287</w:t>
        <w:br/>
        <w:t>vn -0.9672 0.1929 0.1651</w:t>
        <w:br/>
        <w:t>vn -0.9614 0.2256 0.1577</w:t>
        <w:br/>
        <w:t>vn -0.8844 0.3900 0.2564</w:t>
        <w:br/>
        <w:t>vn -0.9294 0.3112 0.1982</w:t>
        <w:br/>
        <w:t>vn 0.4002 -0.4574 -0.7941</w:t>
        <w:br/>
        <w:t>vn -0.2474 -0.5025 -0.8284</w:t>
        <w:br/>
        <w:t>vn 0.6326 -0.4629 -0.6210</w:t>
        <w:br/>
        <w:t>vn 0.4937 -0.5804 -0.6476</w:t>
        <w:br/>
        <w:t>vn -0.2833 0.2231 0.9327</w:t>
        <w:br/>
        <w:t>vn 0.0203 -0.5601 -0.8282</w:t>
        <w:br/>
        <w:t>vn -0.1136 0.0983 -0.9887</w:t>
        <w:br/>
        <w:t>vn 0.1016 -0.9089 -0.4045</w:t>
        <w:br/>
        <w:t>vn 0.2469 -0.7092 -0.6603</w:t>
        <w:br/>
        <w:t>vn -0.7548 0.5551 0.3494</w:t>
        <w:br/>
        <w:t>vn -0.7204 0.5179 0.4613</w:t>
        <w:br/>
        <w:t>vn -0.7133 0.5751 0.4006</w:t>
        <w:br/>
        <w:t>vn -0.7642 0.5272 0.3716</w:t>
        <w:br/>
        <w:t>vn -0.2025 0.4079 -0.8903</w:t>
        <w:br/>
        <w:t>vn -0.4436 0.6226 -0.6447</w:t>
        <w:br/>
        <w:t>vn 0.3597 -0.6677 -0.6518</w:t>
        <w:br/>
        <w:t>vn 0.3936 -0.6596 -0.6403</w:t>
        <w:br/>
        <w:t>vn 0.0040 -0.9935 -0.1140</w:t>
        <w:br/>
        <w:t>vn 0.0041 -0.9935 -0.1140</w:t>
        <w:br/>
        <w:t>vn -0.6868 0.4414 0.5774</w:t>
        <w:br/>
        <w:t>vn -0.6868 0.4415 0.5774</w:t>
        <w:br/>
        <w:t>vn -0.7516 0.5477 0.3676</w:t>
        <w:br/>
        <w:t>vn -0.7635 0.5337 0.3636</w:t>
        <w:br/>
        <w:t>vn 0.2737 -0.2948 -0.9155</w:t>
        <w:br/>
        <w:t>vn -0.6746 -0.4838 -0.5576</w:t>
        <w:br/>
        <w:t>vn -0.6393 -0.3411 -0.6891</w:t>
        <w:br/>
        <w:t>vn -0.4447 -0.2878 -0.8482</w:t>
        <w:br/>
        <w:t>vn 0.5410 0.2733 -0.7954</w:t>
        <w:br/>
        <w:t>vn 0.5410 0.2733 -0.7953</w:t>
        <w:br/>
        <w:t>vn -0.8075 -0.5129 0.2914</w:t>
        <w:br/>
        <w:t>vn -0.7703 -0.5200 0.3691</w:t>
        <w:br/>
        <w:t>vn -0.7703 -0.5201 0.3691</w:t>
        <w:br/>
        <w:t>vn -0.7897 -0.3538 -0.5012</w:t>
        <w:br/>
        <w:t>vn -0.0517 0.1172 -0.9918</w:t>
        <w:br/>
        <w:t>vn -0.5020 -0.5180 0.6925</w:t>
        <w:br/>
        <w:t>vn -0.8764 -0.4690 0.1093</w:t>
        <w:br/>
        <w:t>vn -0.7947 -0.3162 -0.5181</w:t>
        <w:br/>
        <w:t>vn -0.7947 -0.3162 -0.5182</w:t>
        <w:br/>
        <w:t>vn 0.7088 -0.4045 -0.5779</w:t>
        <w:br/>
        <w:t>vn -0.3189 -0.5052 -0.8019</w:t>
        <w:br/>
        <w:t>vn 0.1538 -0.2644 -0.9521</w:t>
        <w:br/>
        <w:t>vn 0.5756 0.0528 -0.8160</w:t>
        <w:br/>
        <w:t>vn 0.5763 -0.1279 -0.8072</w:t>
        <w:br/>
        <w:t>vn -0.7999 -0.5984 0.0443</w:t>
        <w:br/>
        <w:t>vn 0.4194 -0.6607 -0.6226</w:t>
        <w:br/>
        <w:t>vn -0.6099 0.5975 0.5205</w:t>
        <w:br/>
        <w:t>vn -0.1736 0.1464 -0.9739</w:t>
        <w:br/>
        <w:t>vn -0.3808 0.1537 -0.9118</w:t>
        <w:br/>
        <w:t>vn 0.3959 0.4714 -0.7881</w:t>
        <w:br/>
        <w:t>vn 0.2976 0.3413 -0.8916</w:t>
        <w:br/>
        <w:t>vn 0.5647 -0.6910 -0.4513</w:t>
        <w:br/>
        <w:t>vn 0.7762 -0.0281 -0.6299</w:t>
        <w:br/>
        <w:t>vn 0.2213 -0.8357 -0.5027</w:t>
        <w:br/>
        <w:t>vn -0.3330 -0.4957 -0.8021</w:t>
        <w:br/>
        <w:t>vn -0.5917 0.6898 -0.4172</w:t>
        <w:br/>
        <w:t>vn -0.5722 0.3739 -0.7299</w:t>
        <w:br/>
        <w:t>vn -0.8125 0.1311 -0.5680</w:t>
        <w:br/>
        <w:t>vn -0.8986 0.2626 -0.3515</w:t>
        <w:br/>
        <w:t>vn 0.5905 0.7002 -0.4012</w:t>
        <w:br/>
        <w:t>vn 0.2983 0.7253 -0.6204</w:t>
        <w:br/>
        <w:t>vn -0.0306 0.9216 -0.3869</w:t>
        <w:br/>
        <w:t>vn 0.4910 0.8324 -0.2570</w:t>
        <w:br/>
        <w:t>vn 0.4376 0.8992 0.0032</w:t>
        <w:br/>
        <w:t>vn 0.4375 0.8992 0.0032</w:t>
        <w:br/>
        <w:t>vn -0.9515 0.3077 0.0078</w:t>
        <w:br/>
        <w:t>vn -0.6997 0.7144 0.0097</w:t>
        <w:br/>
        <w:t>vn 0.0969 0.8996 0.4257</w:t>
        <w:br/>
        <w:t>vn 0.4865 0.8294 0.2747</w:t>
        <w:br/>
        <w:t>vn -0.9013 0.1967 0.3859</w:t>
        <w:br/>
        <w:t>vn -0.6044 0.6495 0.4614</w:t>
        <w:br/>
        <w:t>vn 0.2971 0.7086 0.6400</w:t>
        <w:br/>
        <w:t>vn 0.5785 0.7080 0.4050</w:t>
        <w:br/>
        <w:t>vn -0.8112 0.0189 0.5844</w:t>
        <w:br/>
        <w:t>vn -0.5667 0.2863 0.7726</w:t>
        <w:br/>
        <w:t>vn 0.6361 0.5789 0.5103</w:t>
        <w:br/>
        <w:t>vn -0.6764 -0.0913 0.7309</w:t>
        <w:br/>
        <w:t>vn -0.3513 0.1297 0.9272</w:t>
        <w:br/>
        <w:t>vn 0.6406 -0.2277 0.7333</w:t>
        <w:br/>
        <w:t>vn 0.1076 -0.5160 0.8498</w:t>
        <w:br/>
        <w:t>vn 0.2664 -0.6357 0.7246</w:t>
        <w:br/>
        <w:t>vn 0.6237 -0.4379 0.6474</w:t>
        <w:br/>
        <w:t>vn 0.6687 0.5331 -0.5183</w:t>
        <w:br/>
        <w:t>vn -0.6960 -0.0247 -0.7176</w:t>
        <w:br/>
        <w:t>vn 0.7762 -0.0280 -0.6299</w:t>
        <w:br/>
        <w:t>vn 0.3725 0.4974 0.7834</w:t>
        <w:br/>
        <w:t>vn 0.7382 0.1224 0.6634</w:t>
        <w:br/>
        <w:t>vn -0.2724 -0.4102 0.8703</w:t>
        <w:br/>
        <w:t>vn -0.0583 0.4876 0.8711</w:t>
        <w:br/>
        <w:t>vn -0.5432 0.8396 -0.0007</w:t>
        <w:br/>
        <w:t>vn -0.4055 0.9141 0.0047</w:t>
        <w:br/>
        <w:t>vn -0.5184 0.7926 0.3210</w:t>
        <w:br/>
        <w:t>vn -0.4401 -0.2597 0.8596</w:t>
        <w:br/>
        <w:t>vn -0.4400 -0.2597 0.8596</w:t>
        <w:br/>
        <w:t>vn -0.8941 0.0524 -0.4448</w:t>
        <w:br/>
        <w:t>vn -0.8950 0.0776 -0.4392</w:t>
        <w:br/>
        <w:t>vn -0.8950 0.0776 -0.4393</w:t>
        <w:br/>
        <w:t>vn -0.9014 0.0395 -0.4312</w:t>
        <w:br/>
        <w:t>vn 0.4395 0.2634 -0.8588</w:t>
        <w:br/>
        <w:t>vn 0.4445 0.2337 -0.8647</w:t>
        <w:br/>
        <w:t>vn 0.4446 0.2337 -0.8647</w:t>
        <w:br/>
        <w:t>vn 0.8956 -0.0837 0.4370</w:t>
        <w:br/>
        <w:t>vn 0.8945 -0.0559 0.4436</w:t>
        <w:br/>
        <w:t>vn 0.8888 -0.0510 0.4555</w:t>
        <w:br/>
        <w:t>vn 0.8903 -0.0204 0.4550</w:t>
        <w:br/>
        <w:t>vn 0.9002 0.0079 0.4355</w:t>
        <w:br/>
        <w:t>vn 0.8882 -0.0285 0.4586</w:t>
        <w:br/>
        <w:t>vn 0.0453 0.9923 -0.1153</w:t>
        <w:br/>
        <w:t>vn -0.1259 0.9671 0.2210</w:t>
        <w:br/>
        <w:t>vn 0.3626 0.5940 -0.7182</w:t>
        <w:br/>
        <w:t>vn 0.3627 0.5939 -0.7181</w:t>
        <w:br/>
        <w:t>vn -0.9026 0.0095 -0.4304</w:t>
        <w:br/>
        <w:t>vn 0.4658 0.1536 -0.8715</w:t>
        <w:br/>
        <w:t>vn -0.8971 0.0138 -0.4417</w:t>
        <w:br/>
        <w:t>vn -0.8776 0.0139 -0.4792</w:t>
        <w:br/>
        <w:t>vn -0.8979 0.0050 -0.4402</w:t>
        <w:br/>
        <w:t>vn -0.4682 -0.0569 0.8818</w:t>
        <w:br/>
        <w:t>vn -0.4671 -0.0308 0.8837</w:t>
        <w:br/>
        <w:t>vn -0.4671 -0.0307 0.8837</w:t>
        <w:br/>
        <w:t>vn 0.8815 -0.0467 0.4698</w:t>
        <w:br/>
        <w:t>vn 0.8861 -0.0523 0.4606</w:t>
        <w:br/>
        <w:t>vn 0.1118 -0.9634 -0.2436</w:t>
        <w:br/>
        <w:t>vn 0.2180 -0.9653 -0.1434</w:t>
        <w:br/>
        <w:t>vn 0.3412 -0.9326 -0.1178</w:t>
        <w:br/>
        <w:t>vn 0.1118 -0.9634 -0.2435</w:t>
        <w:br/>
        <w:t>vn -0.1254 -0.9274 -0.3524</w:t>
        <w:br/>
        <w:t>vn -0.0173 -0.9648 -0.2623</w:t>
        <w:br/>
        <w:t>vn -0.4690 -0.0830 0.8793</w:t>
        <w:br/>
        <w:t>vn 0.0912 -0.9818 -0.1666</w:t>
        <w:br/>
        <w:t>vn 0.2181 -0.9653 -0.1434</w:t>
        <w:br/>
        <w:t>vn -0.8993 -0.0125 -0.4371</w:t>
        <w:br/>
        <w:t>vn -0.0000 -0.0235 0.9997</w:t>
        <w:br/>
        <w:t>vn -0.1251 -0.0305 0.9917</w:t>
        <w:br/>
        <w:t>vn -0.2565 -0.0526 0.9651</w:t>
        <w:br/>
        <w:t>vn -0.4978 -0.0775 0.8638</w:t>
        <w:br/>
        <w:t>vn -0.7587 -0.1959 0.6214</w:t>
        <w:br/>
        <w:t>vn -0.9783 -0.1691 -0.1193</w:t>
        <w:br/>
        <w:t>vn -0.9784 -0.1691 -0.1193</w:t>
        <w:br/>
        <w:t>vn -0.3722 -0.2116 -0.9037</w:t>
        <w:br/>
        <w:t>vn -0.1536 -0.1965 -0.9684</w:t>
        <w:br/>
        <w:t>vn -0.1536 -0.1964 -0.9684</w:t>
        <w:br/>
        <w:t>vn 0.0000 -0.2076 -0.9782</w:t>
        <w:br/>
        <w:t>vn -0.0000 0.9990 0.0457</w:t>
        <w:br/>
        <w:t>vn -0.0028 0.9988 0.0489</w:t>
        <w:br/>
        <w:t>vn 0.0030 -0.9988 -0.0489</w:t>
        <w:br/>
        <w:t>vn -0.0000 -0.9990 -0.0457</w:t>
        <w:br/>
        <w:t>vn 0.0266 -0.9957 -0.0884</w:t>
        <w:br/>
        <w:t>vn 0.0661 -0.9915 -0.1120</w:t>
        <w:br/>
        <w:t>vn 0.0267 -0.9957 -0.0883</w:t>
        <w:br/>
        <w:t>vn -0.1083 0.9594 -0.2605</w:t>
        <w:br/>
        <w:t>vn -0.1381 0.9584 -0.2497</w:t>
        <w:br/>
        <w:t>vn 0.1072 -0.9595 0.2604</w:t>
        <w:br/>
        <w:t>vn 0.1397 -0.9582 0.2496</w:t>
        <w:br/>
        <w:t>vn -0.0448 0.9635 -0.2640</w:t>
        <w:br/>
        <w:t>vn 0.0427 -0.9635 0.2644</w:t>
        <w:br/>
        <w:t>vn -0.0000 0.9664 -0.2569</w:t>
        <w:br/>
        <w:t>vn -0.0448 0.9635 -0.2641</w:t>
        <w:br/>
        <w:t>vn 0.1885 -0.9819 0.0183</w:t>
        <w:br/>
        <w:t>vn 0.1946 -0.9807 -0.0183</w:t>
        <w:br/>
        <w:t>vn 0.1884 -0.9819 0.0185</w:t>
        <w:br/>
        <w:t>vn 0.1820 -0.9818 0.0550</w:t>
        <w:br/>
        <w:t>vn 0.0843 -0.9915 -0.0995</w:t>
        <w:br/>
        <w:t>vn 0.0000 -0.9663 0.2575</w:t>
        <w:br/>
        <w:t>vn 0.0428 -0.9635 0.2643</w:t>
        <w:br/>
        <w:t>vn -0.1891 0.9818 -0.0188</w:t>
        <w:br/>
        <w:t>vn -0.1959 0.9804 0.0215</w:t>
        <w:br/>
        <w:t>vn -0.1891 0.9818 -0.0187</w:t>
        <w:br/>
        <w:t>vn -0.1821 0.9815 -0.0590</w:t>
        <w:br/>
        <w:t>vn -0.0678 0.9916 0.1099</w:t>
        <w:br/>
        <w:t>vn -0.0277 0.9958 0.0868</w:t>
        <w:br/>
        <w:t>vn -0.0679 0.9916 0.1098</w:t>
        <w:br/>
        <w:t>vn -0.0846 0.9916 0.0983</w:t>
        <w:br/>
        <w:t>vn -0.0277 0.9958 0.0869</w:t>
        <w:br/>
        <w:t>vn 0.1251 -0.0305 0.9917</w:t>
        <w:br/>
        <w:t>vn 0.2564 -0.0527 0.9651</w:t>
        <w:br/>
        <w:t>vn 0.4978 -0.0775 0.8638</w:t>
        <w:br/>
        <w:t>vn 0.9783 -0.1691 -0.1193</w:t>
        <w:br/>
        <w:t>vn 0.6258 -0.2172 -0.7492</w:t>
        <w:br/>
        <w:t>vn 0.3722 -0.2116 -0.9037</w:t>
        <w:br/>
        <w:t>vn 0.1536 -0.1964 -0.9684</w:t>
        <w:br/>
        <w:t>vn 0.0028 0.9988 0.0490</w:t>
        <w:br/>
        <w:t>vn -0.0030 -0.9988 -0.0488</w:t>
        <w:br/>
        <w:t>vn -0.0266 -0.9957 -0.0882</w:t>
        <w:br/>
        <w:t>vn -0.0662 -0.9915 -0.1119</w:t>
        <w:br/>
        <w:t>vn -0.0267 -0.9957 -0.0884</w:t>
        <w:br/>
        <w:t>vn -0.0660 -0.9915 -0.1121</w:t>
        <w:br/>
        <w:t>vn 0.1083 0.9594 -0.2605</w:t>
        <w:br/>
        <w:t>vn 0.1381 0.9584 -0.2498</w:t>
        <w:br/>
        <w:t>vn -0.1072 -0.9596 0.2603</w:t>
        <w:br/>
        <w:t>vn -0.1396 -0.9583 0.2494</w:t>
        <w:br/>
        <w:t>vn 0.0448 0.9635 -0.2641</w:t>
        <w:br/>
        <w:t>vn -0.0427 -0.9635 0.2644</w:t>
        <w:br/>
        <w:t>vn 0.0000 0.9665 -0.2567</w:t>
        <w:br/>
        <w:t>vn 0.0449 0.9635 -0.2640</w:t>
        <w:br/>
        <w:t>vn -0.1883 -0.9819 0.0184</w:t>
        <w:br/>
        <w:t>vn -0.1884 -0.9819 0.0184</w:t>
        <w:br/>
        <w:t>vn -0.1946 -0.9807 -0.0183</w:t>
        <w:br/>
        <w:t>vn -0.1820 -0.9818 0.0550</w:t>
        <w:br/>
        <w:t>vn -0.0842 -0.9915 -0.0994</w:t>
        <w:br/>
        <w:t>vn -0.0427 -0.9635 0.2643</w:t>
        <w:br/>
        <w:t>vn 0.1892 0.9818 -0.0187</w:t>
        <w:br/>
        <w:t>vn 0.1961 0.9804 0.0216</w:t>
        <w:br/>
        <w:t>vn 0.1822 0.9815 -0.0590</w:t>
        <w:br/>
        <w:t>vn 0.0678 0.9916 0.1098</w:t>
        <w:br/>
        <w:t>vn 0.0277 0.9958 0.0868</w:t>
        <w:br/>
        <w:t>vn 0.0846 0.9916 0.0981</w:t>
        <w:br/>
        <w:t>vn 0.0277 0.9958 0.0869</w:t>
        <w:br/>
        <w:t>vn 0.1372 -0.0003 0.9905</w:t>
        <w:br/>
        <w:t>vn 0.1484 -0.0263 0.9886</w:t>
        <w:br/>
        <w:t>vn -0.0000 -0.0147 0.9999</w:t>
        <w:br/>
        <w:t>vn -0.0000 1.0000 0.0001</w:t>
        <w:br/>
        <w:t>vn 0.0000 -1.0000 -0.0000</w:t>
        <w:br/>
        <w:t>vn 0.0000 -1.0000 0.0001</w:t>
        <w:br/>
        <w:t>vn 0.0000 -1.0000 -0.0001</w:t>
        <w:br/>
        <w:t>vn -0.3901 0.9175 0.0780</w:t>
        <w:br/>
        <w:t>vn -0.3110 -0.9484 0.0621</w:t>
        <w:br/>
        <w:t>vn 0.1480 0.0255 0.9887</w:t>
        <w:br/>
        <w:t>vn 0.2197 0.0224 0.9753</w:t>
        <w:br/>
        <w:t>vn 0.2204 -0.0231 0.9751</w:t>
        <w:br/>
        <w:t>vn -0.0000 0.0142 0.9999</w:t>
        <w:br/>
        <w:t>vn -0.1372 -0.0003 0.9905</w:t>
        <w:br/>
        <w:t>vn -0.1484 -0.0263 0.9886</w:t>
        <w:br/>
        <w:t>vn -0.0001 1.0000 0.0003</w:t>
        <w:br/>
        <w:t>vn 0.3901 0.9175 0.0779</w:t>
        <w:br/>
        <w:t>vn 0.3110 -0.9484 0.0621</w:t>
        <w:br/>
        <w:t>vn -0.1480 0.0255 0.9887</w:t>
        <w:br/>
        <w:t>vn -0.2197 0.0224 0.9753</w:t>
        <w:br/>
        <w:t>vn -0.2204 -0.0231 0.9751</w:t>
        <w:br/>
        <w:t>vn -0.0807 0.0000 -0.9967</w:t>
        <w:br/>
        <w:t>vn 0.0000 0.0000 -1.0000</w:t>
        <w:br/>
        <w:t>vn -0.1043 0.0000 -0.9945</w:t>
        <w:br/>
        <w:t>vn -0.9433 0.0011 0.3319</w:t>
        <w:br/>
        <w:t>vn -0.7901 -0.0027 0.6130</w:t>
        <w:br/>
        <w:t>vn -0.7001 -0.0033 0.7140</w:t>
        <w:br/>
        <w:t>vn -0.9476 0.0000 0.3193</w:t>
        <w:br/>
        <w:t>vn -0.5366 -0.0271 0.8434</w:t>
        <w:br/>
        <w:t>vn -0.5883 -0.0123 0.8086</w:t>
        <w:br/>
        <w:t>vn -0.5367 -0.0271 0.8433</w:t>
        <w:br/>
        <w:t>vn -0.5366 -0.0272 0.8434</w:t>
        <w:br/>
        <w:t>vn -0.6021 -0.0090 0.7984</w:t>
        <w:br/>
        <w:t>vn 0.0000 1.0000 0.0048</w:t>
        <w:br/>
        <w:t>vn 0.0026 1.0000 0.0083</w:t>
        <w:br/>
        <w:t>vn -0.0004 1.0000 0.0009</w:t>
        <w:br/>
        <w:t>vn -0.0129 0.9999 -0.0063</w:t>
        <w:br/>
        <w:t>vn -0.0272 0.9996 -0.0014</w:t>
        <w:br/>
        <w:t>vn -0.0272 0.9996 -0.0015</w:t>
        <w:br/>
        <w:t>vn -0.0317 0.9994 0.0107</w:t>
        <w:br/>
        <w:t>vn -0.0165 0.9998 0.0140</w:t>
        <w:br/>
        <w:t>vn -0.0166 0.9998 0.0141</w:t>
        <w:br/>
        <w:t>vn 0.0001 -1.0000 0.0001</w:t>
        <w:br/>
        <w:t>vn -0.0029 1.0000 0.0054</w:t>
        <w:br/>
        <w:t>vn -0.0029 1.0000 0.0053</w:t>
        <w:br/>
        <w:t>vn -0.0001 -1.0000 -0.0001</w:t>
        <w:br/>
        <w:t>vn -0.0010 1.0000 0.0000</w:t>
        <w:br/>
        <w:t>vn -0.0007 1.0000 0.0005</w:t>
        <w:br/>
        <w:t>vn -0.9955 0.0000 -0.0945</w:t>
        <w:br/>
        <w:t>vn -0.8691 0.0014 -0.4947</w:t>
        <w:br/>
        <w:t>vn -0.8762 0.0000 -0.4820</w:t>
        <w:br/>
        <w:t>vn -0.6308 0.0000 -0.7759</w:t>
        <w:br/>
        <w:t>vn -0.3055 0.0000 -0.9522</w:t>
        <w:br/>
        <w:t>vn -0.3055 -0.0002 -0.9522</w:t>
        <w:br/>
        <w:t>vn -0.3055 -0.0001 -0.9522</w:t>
        <w:br/>
        <w:t>vn -0.6308 -0.0002 -0.7759</w:t>
        <w:br/>
        <w:t>vn -0.6308 0.0002 -0.7760</w:t>
        <w:br/>
        <w:t>vn -0.8761 0.0000 -0.4821</w:t>
        <w:br/>
        <w:t>vn -0.8690 0.0014 -0.4948</w:t>
        <w:br/>
        <w:t>vn -0.7221 0.0000 0.6917</w:t>
        <w:br/>
        <w:t>vn -0.7612 0.0005 0.6485</w:t>
        <w:br/>
        <w:t>vn -0.6322 0.0007 0.7748</w:t>
        <w:br/>
        <w:t>vn -0.6320 0.0007 0.7750</w:t>
        <w:br/>
        <w:t>vn -0.6332 -0.0054 0.7739</w:t>
        <w:br/>
        <w:t>vn -0.6312 -0.0005 0.7756</w:t>
        <w:br/>
        <w:t>vn -0.6331 -0.0120 0.7740</w:t>
        <w:br/>
        <w:t>vn -0.6333 0.0002 0.7739</w:t>
        <w:br/>
        <w:t>vn -0.5353 0.0238 0.8443</w:t>
        <w:br/>
        <w:t>vn -0.5846 0.0121 0.8112</w:t>
        <w:br/>
        <w:t>vn -0.6007 0.0080 0.7994</w:t>
        <w:br/>
        <w:t>vn -0.6319 0.0001 0.7750</w:t>
        <w:br/>
        <w:t>vn -0.6322 0.0003 0.7748</w:t>
        <w:br/>
        <w:t>vn 0.3901 0.9175 0.0780</w:t>
        <w:br/>
        <w:t>vn -0.3329 -0.0000 0.9430</w:t>
        <w:br/>
        <w:t>vn -0.3737 0.0008 0.9275</w:t>
        <w:br/>
        <w:t>vn -0.3737 -0.0000 0.9275</w:t>
        <w:br/>
        <w:t>vn -0.7612 0.0012 0.6486</w:t>
        <w:br/>
        <w:t>vn -0.9953 0.0052 -0.0969</w:t>
        <w:br/>
        <w:t>vn -0.8690 0.0014 -0.4947</w:t>
        <w:br/>
        <w:t>vn -0.8690 0.0013 -0.4947</w:t>
        <w:br/>
        <w:t>vn -0.6308 -0.0000 -0.7760</w:t>
        <w:br/>
        <w:t>vn -0.5752 0.0025 0.8180</w:t>
        <w:br/>
        <w:t>vn -0.5751 0.0023 0.8181</w:t>
        <w:br/>
        <w:t>vn 0.0003 0.9999 0.0154</w:t>
        <w:br/>
        <w:t>vn -0.0000 0.9999 0.0154</w:t>
        <w:br/>
        <w:t>vn 0.0336 0.9994 0.0033</w:t>
        <w:br/>
        <w:t>vn 0.0339 0.9994 -0.0045</w:t>
        <w:br/>
        <w:t>vn 0.0336 0.9994 0.0035</w:t>
        <w:br/>
        <w:t>vn 0.0332 0.9994 0.0111</w:t>
        <w:br/>
        <w:t>vn 0.0126 0.9997 -0.0230</w:t>
        <w:br/>
        <w:t>vn 0.0072 0.9999 -0.0124</w:t>
        <w:br/>
        <w:t>vn 0.0126 0.9997 -0.0229</w:t>
        <w:br/>
        <w:t>vn -0.9882 0.1048 -0.1118</w:t>
        <w:br/>
        <w:t>vn -0.9876 -0.0779 -0.1363</w:t>
        <w:br/>
        <w:t>vn -0.0101 -0.9999 0.0127</w:t>
        <w:br/>
        <w:t>vn -0.0032 -1.0000 0.0063</w:t>
        <w:br/>
        <w:t>vn -0.0016 -1.0000 0.0032</w:t>
        <w:br/>
        <w:t>vn -0.0033 -1.0000 0.0063</w:t>
        <w:br/>
        <w:t>vn 0.0072 0.9999 -0.0125</w:t>
        <w:br/>
        <w:t>vn 0.0009 1.0000 -0.0011</w:t>
        <w:br/>
        <w:t>vn 0.0012 -1.0000 0.0019</w:t>
        <w:br/>
        <w:t>vn -0.0017 -1.0000 0.0035</w:t>
        <w:br/>
        <w:t>vn -0.0138 -0.9999 -0.0045</w:t>
        <w:br/>
        <w:t>vn -0.0137 -0.9999 -0.0013</w:t>
        <w:br/>
        <w:t>vn -0.0140 -0.9999 0.0018</w:t>
        <w:br/>
        <w:t>vn 0.0320 0.9988 -0.0371</w:t>
        <w:br/>
        <w:t>vn 0.0002 -0.9999 -0.0151</w:t>
        <w:br/>
        <w:t>vn -0.0003 -0.9999 -0.0150</w:t>
        <w:br/>
        <w:t>vn 0.1043 0.0000 -0.9945</w:t>
        <w:br/>
        <w:t>vn 0.0807 0.0000 -0.9967</w:t>
        <w:br/>
        <w:t>vn 0.9476 -0.0000 0.3193</w:t>
        <w:br/>
        <w:t>vn 0.7002 -0.0033 0.7140</w:t>
        <w:br/>
        <w:t>vn 0.7901 -0.0027 0.6130</w:t>
        <w:br/>
        <w:t>vn 0.9433 0.0011 0.3319</w:t>
        <w:br/>
        <w:t>vn 0.5883 -0.0123 0.8085</w:t>
        <w:br/>
        <w:t>vn 0.5366 -0.0271 0.8434</w:t>
        <w:br/>
        <w:t>vn 0.5366 -0.0272 0.8434</w:t>
        <w:br/>
        <w:t>vn 0.6021 -0.0090 0.7984</w:t>
        <w:br/>
        <w:t>vn 0.0000 1.0000 0.0047</w:t>
        <w:br/>
        <w:t>vn -0.0026 1.0000 0.0083</w:t>
        <w:br/>
        <w:t>vn 0.0003 1.0000 0.0009</w:t>
        <w:br/>
        <w:t>vn 0.0004 1.0000 0.0009</w:t>
        <w:br/>
        <w:t>vn 0.0129 0.9999 -0.0063</w:t>
        <w:br/>
        <w:t>vn 0.0128 0.9999 -0.0063</w:t>
        <w:br/>
        <w:t>vn 0.0272 0.9996 -0.0014</w:t>
        <w:br/>
        <w:t>vn 0.0316 0.9994 0.0107</w:t>
        <w:br/>
        <w:t>vn 0.0166 0.9998 0.0140</w:t>
        <w:br/>
        <w:t>vn -0.0001 -1.0000 0.0000</w:t>
        <w:br/>
        <w:t>vn 0.0028 1.0000 0.0053</w:t>
        <w:br/>
        <w:t>vn 0.0006 1.0000 0.0001</w:t>
        <w:br/>
        <w:t>vn 0.0010 1.0000 -0.0000</w:t>
        <w:br/>
        <w:t>vn -0.3110 -0.9484 0.0620</w:t>
        <w:br/>
        <w:t>vn 0.9955 -0.0000 -0.0945</w:t>
        <w:br/>
        <w:t>vn 0.8762 0.0000 -0.4820</w:t>
        <w:br/>
        <w:t>vn 0.8690 0.0014 -0.4947</w:t>
        <w:br/>
        <w:t>vn 0.6308 0.0000 -0.7759</w:t>
        <w:br/>
        <w:t>vn 0.3055 0.0000 -0.9522</w:t>
        <w:br/>
        <w:t>vn 0.3055 -0.0001 -0.9522</w:t>
        <w:br/>
        <w:t>vn 0.3055 -0.0002 -0.9522</w:t>
        <w:br/>
        <w:t>vn 0.6308 0.0001 -0.7760</w:t>
        <w:br/>
        <w:t>vn 0.6308 -0.0002 -0.7759</w:t>
        <w:br/>
        <w:t>vn 0.8690 0.0014 -0.4948</w:t>
        <w:br/>
        <w:t>vn 0.8761 -0.0000 -0.4821</w:t>
        <w:br/>
        <w:t>vn 0.7612 0.0005 0.6485</w:t>
        <w:br/>
        <w:t>vn 0.7221 0.0001 0.6918</w:t>
        <w:br/>
        <w:t>vn 0.6320 0.0007 0.7750</w:t>
        <w:br/>
        <w:t>vn 0.6322 0.0007 0.7748</w:t>
        <w:br/>
        <w:t>vn 0.6312 -0.0005 0.7756</w:t>
        <w:br/>
        <w:t>vn 0.6333 -0.0054 0.7739</w:t>
        <w:br/>
        <w:t>vn 0.6331 -0.0119 0.7740</w:t>
        <w:br/>
        <w:t>vn 0.6333 0.0001 0.7739</w:t>
        <w:br/>
        <w:t>vn 0.5846 0.0121 0.8112</w:t>
        <w:br/>
        <w:t>vn 0.5353 0.0238 0.8443</w:t>
        <w:br/>
        <w:t>vn 0.6007 0.0080 0.7994</w:t>
        <w:br/>
        <w:t>vn 0.5353 0.0239 0.8443</w:t>
        <w:br/>
        <w:t>vn 0.6320 0.0001 0.7750</w:t>
        <w:br/>
        <w:t>vn 0.6323 0.0003 0.7748</w:t>
        <w:br/>
        <w:t>vn -0.3901 0.9174 0.0780</w:t>
        <w:br/>
        <w:t>vn 0.3737 0.0008 0.9275</w:t>
        <w:br/>
        <w:t>vn 0.3737 0.0012 0.9275</w:t>
        <w:br/>
        <w:t>vn 0.3329 -0.0000 0.9430</w:t>
        <w:br/>
        <w:t>vn 0.9433 0.0011 0.3320</w:t>
        <w:br/>
        <w:t>vn 0.7612 0.0005 0.6486</w:t>
        <w:br/>
        <w:t>vn 0.9953 0.0052 -0.0969</w:t>
        <w:br/>
        <w:t>vn 0.8690 0.0013 -0.4947</w:t>
        <w:br/>
        <w:t>vn 0.5751 0.0023 0.8181</w:t>
        <w:br/>
        <w:t>vn 0.5753 0.0025 0.8180</w:t>
        <w:br/>
        <w:t>vn -0.0003 0.9999 0.0154</w:t>
        <w:br/>
        <w:t>vn -0.0336 0.9994 0.0029</w:t>
        <w:br/>
        <w:t>vn -0.0336 0.9994 0.0035</w:t>
        <w:br/>
        <w:t>vn -0.0339 0.9994 -0.0045</w:t>
        <w:br/>
        <w:t>vn -0.0332 0.9994 0.0110</w:t>
        <w:br/>
        <w:t>vn -0.0127 0.9997 -0.0230</w:t>
        <w:br/>
        <w:t>vn -0.0072 0.9999 -0.0123</w:t>
        <w:br/>
        <w:t>vn -0.0126 0.9997 -0.0229</w:t>
        <w:br/>
        <w:t>vn 0.9882 0.1048 -0.1118</w:t>
        <w:br/>
        <w:t>vn 0.9876 -0.0779 -0.1363</w:t>
        <w:br/>
        <w:t>vn 0.0102 -0.9999 0.0127</w:t>
        <w:br/>
        <w:t>vn 0.0033 -1.0000 0.0063</w:t>
        <w:br/>
        <w:t>vn 0.0016 -1.0000 0.0031</w:t>
        <w:br/>
        <w:t>vn -0.0072 0.9999 -0.0124</w:t>
        <w:br/>
        <w:t>vn -0.0009 1.0000 -0.0009</w:t>
        <w:br/>
        <w:t>vn -0.0013 -1.0000 0.0016</w:t>
        <w:br/>
        <w:t>vn 0.0016 -1.0000 0.0032</w:t>
        <w:br/>
        <w:t>vn 0.0135 -0.9999 -0.0045</w:t>
        <w:br/>
        <w:t>vn 0.0138 -0.9999 -0.0013</w:t>
        <w:br/>
        <w:t>vn 0.0141 -0.9999 0.0019</w:t>
        <w:br/>
        <w:t>vn -0.0320 0.9988 -0.0372</w:t>
        <w:br/>
        <w:t>vn -0.0000 -0.9999 -0.0151</w:t>
        <w:br/>
        <w:t>vn 0.0003 -0.9999 -0.0150</w:t>
        <w:br/>
        <w:t>vn 0.8152 -0.4555 -0.3578</w:t>
        <w:br/>
        <w:t>vn 0.5289 -0.3040 -0.7924</w:t>
        <w:br/>
        <w:t>vn 0.4179 -0.1995 -0.8863</w:t>
        <w:br/>
        <w:t>vn 0.8321 -0.4949 -0.2504</w:t>
        <w:br/>
        <w:t>vn 0.3963 -0.1440 -0.9068</w:t>
        <w:br/>
        <w:t>vn 0.3491 -0.7237 -0.5953</w:t>
        <w:br/>
        <w:t>vn 0.9710 -0.0410 -0.2354</w:t>
        <w:br/>
        <w:t>vn 0.9454 -0.1522 -0.2883</w:t>
        <w:br/>
        <w:t>vn 0.8824 -0.2392 -0.4052</w:t>
        <w:br/>
        <w:t>vn 0.9565 0.2349 -0.1732</w:t>
        <w:br/>
        <w:t>vn 0.9857 0.1349 0.1005</w:t>
        <w:br/>
        <w:t>vn 0.9949 0.0201 -0.0991</w:t>
        <w:br/>
        <w:t>vn 0.9670 0.2378 0.0911</w:t>
        <w:br/>
        <w:t>vn 0.9285 0.2145 0.3032</w:t>
        <w:br/>
        <w:t>vn 0.7842 0.2393 0.5724</w:t>
        <w:br/>
        <w:t>vn 0.9571 0.2717 0.1003</w:t>
        <w:br/>
        <w:t>vn 0.2833 0.2230 0.9328</w:t>
        <w:br/>
        <w:t>vn 0.5509 0.3109 0.7745</w:t>
        <w:br/>
        <w:t>vn 0.3156 0.4349 0.8433</w:t>
        <w:br/>
        <w:t>vn -0.1958 0.3093 0.9306</w:t>
        <w:br/>
        <w:t>vn 0.1728 0.5579 0.8118</w:t>
        <w:br/>
        <w:t>vn 0.1728 0.5579 0.8117</w:t>
        <w:br/>
        <w:t>vn 0.0656 0.7474 0.6611</w:t>
        <w:br/>
        <w:t>vn -0.0156 0.9387 0.3444</w:t>
        <w:br/>
        <w:t>vn -0.0364 0.9976 -0.0589</w:t>
        <w:br/>
        <w:t>vn -0.0402 0.8959 -0.4424</w:t>
        <w:br/>
        <w:t>vn -0.0577 0.6579 -0.7509</w:t>
        <w:br/>
        <w:t>vn -0.0496 0.3967 -0.9166</w:t>
        <w:br/>
        <w:t>vn -0.0266 0.1313 -0.9910</w:t>
        <w:br/>
        <w:t>vn 0.0627 -0.1893 -0.9799</w:t>
        <w:br/>
        <w:t>vn 0.2505 -0.3981 -0.8825</w:t>
        <w:br/>
        <w:t>vn 0.2475 -0.5026 -0.8284</w:t>
        <w:br/>
        <w:t>vn 0.4972 -0.4463 -0.7441</w:t>
        <w:br/>
        <w:t>vn 0.6837 -0.3968 -0.6125</w:t>
        <w:br/>
        <w:t>vn 0.5907 -0.4070 -0.6968</w:t>
        <w:br/>
        <w:t>vn 0.7350 -0.3693 -0.5686</w:t>
        <w:br/>
        <w:t>vn 0.6872 -0.4475 -0.5723</w:t>
        <w:br/>
        <w:t>vn -0.4403 0.2465 -0.8634</w:t>
        <w:br/>
        <w:t>vn -0.4402 0.2465 -0.8634</w:t>
        <w:br/>
        <w:t>vn -0.2158 0.1469 -0.9653</w:t>
        <w:br/>
        <w:t>vn -0.3481 0.1744 -0.9211</w:t>
        <w:br/>
        <w:t>vn 0.3295 -0.9293 0.1668</w:t>
        <w:br/>
        <w:t>vn -0.0867 -0.9750 0.2048</w:t>
        <w:br/>
        <w:t>vn 0.0838 -0.9568 -0.2785</w:t>
        <w:br/>
        <w:t>vn 0.3265 -0.9331 -0.1507</w:t>
        <w:br/>
        <w:t>vn 0.8620 -0.4732 0.1818</w:t>
        <w:br/>
        <w:t>vn 0.8887 -0.4531 0.0700</w:t>
        <w:br/>
        <w:t>vn 0.0173 0.1079 -0.9940</w:t>
        <w:br/>
        <w:t>vn 0.8789 -0.4730 -0.0620</w:t>
        <w:br/>
        <w:t>vn 0.8789 -0.4730 -0.0621</w:t>
        <w:br/>
        <w:t>vn 0.7527 -0.5410 0.3751</w:t>
        <w:br/>
        <w:t>vn 0.7528 -0.5410 0.3751</w:t>
        <w:br/>
        <w:t>vn 0.1589 0.3042 -0.9392</w:t>
        <w:br/>
        <w:t>vn 0.1589 0.3042 -0.9393</w:t>
        <w:br/>
        <w:t>vn 0.2201 0.5384 -0.8134</w:t>
        <w:br/>
        <w:t>vn 0.6303 -0.5678 0.5295</w:t>
        <w:br/>
        <w:t>vn 0.8764 -0.4691 0.1093</w:t>
        <w:br/>
        <w:t>vn 0.5743 -0.5768 0.5809</w:t>
        <w:br/>
        <w:t>vn 0.3753 0.5696 -0.7312</w:t>
        <w:br/>
        <w:t>vn 0.1805 0.5974 -0.7814</w:t>
        <w:br/>
        <w:t>vn 0.3861 -0.3739 0.8433</w:t>
        <w:br/>
        <w:t>vn 0.1229 -0.2099 0.9700</w:t>
        <w:br/>
        <w:t>vn 0.9565 0.2348 -0.1732</w:t>
        <w:br/>
        <w:t>vn 0.3754 0.5674 -0.7329</w:t>
        <w:br/>
        <w:t>vn 0.7585 0.3968 -0.5169</w:t>
        <w:br/>
        <w:t>vn 0.5547 0.5141 -0.6542</w:t>
        <w:br/>
        <w:t>vn -0.1885 -0.0738 0.9793</w:t>
        <w:br/>
        <w:t>vn 0.8893 0.2359 -0.3919</w:t>
        <w:br/>
        <w:t>vn -0.4620 0.0225 0.8866</w:t>
        <w:br/>
        <w:t>vn -0.5784 0.0670 0.8130</w:t>
        <w:br/>
        <w:t>vn -0.6511 0.0957 0.7529</w:t>
        <w:br/>
        <w:t>vn 0.8897 0.1890 -0.4156</w:t>
        <w:br/>
        <w:t>vn 0.9247 0.1454 -0.3519</w:t>
        <w:br/>
        <w:t>vn 0.8897 0.1890 -0.4155</w:t>
        <w:br/>
        <w:t>vn -0.7563 0.1621 0.6338</w:t>
        <w:br/>
        <w:t>vn 0.9485 0.1027 -0.2998</w:t>
        <w:br/>
        <w:t>vn -0.8289 0.2779 0.4855</w:t>
        <w:br/>
        <w:t>vn 0.9731 0.0359 -0.2277</w:t>
        <w:br/>
        <w:t>vn -0.8733 0.4109 0.2617</w:t>
        <w:br/>
        <w:t>vn 0.9943 0.0199 -0.1044</w:t>
        <w:br/>
        <w:t>vn -0.8879 0.4600 -0.0026</w:t>
        <w:br/>
        <w:t>vn 0.9993 0.0355 -0.0126</w:t>
        <w:br/>
        <w:t>vn -0.8932 0.3885 -0.2264</w:t>
        <w:br/>
        <w:t>vn -0.8932 0.3884 -0.2264</w:t>
        <w:br/>
        <w:t>vn 0.9992 0.0325 0.0250</w:t>
        <w:br/>
        <w:t>vn -0.9049 0.2310 -0.3575</w:t>
        <w:br/>
        <w:t>vn -0.9049 0.2310 -0.3576</w:t>
        <w:br/>
        <w:t>vn 0.9964 0.0198 0.0821</w:t>
        <w:br/>
        <w:t>vn -0.9168 0.0888 -0.3894</w:t>
        <w:br/>
        <w:t>vn 0.9849 0.0032 0.1729</w:t>
        <w:br/>
        <w:t>vn -0.9240 -0.0239 -0.3817</w:t>
        <w:br/>
        <w:t>vn 0.9680 0.0366 0.2481</w:t>
        <w:br/>
        <w:t>vn 0.9680 0.0366 0.2482</w:t>
        <w:br/>
        <w:t>vn -0.8832 -0.1835 -0.4316</w:t>
        <w:br/>
        <w:t>vn 0.9602 0.1352 0.2446</w:t>
        <w:br/>
        <w:t>vn 0.9602 0.1352 0.2445</w:t>
        <w:br/>
        <w:t>vn -0.7768 -0.3419 -0.5288</w:t>
        <w:br/>
        <w:t>vn 0.9672 0.1929 0.1651</w:t>
        <w:br/>
        <w:t>vn 0.9614 0.2256 0.1577</w:t>
        <w:br/>
        <w:t>vn 0.9294 0.3112 0.1983</w:t>
        <w:br/>
        <w:t>vn 0.8844 0.3900 0.2564</w:t>
        <w:br/>
        <w:t>vn -0.6325 -0.4629 -0.6210</w:t>
        <w:br/>
        <w:t>vn 0.2475 -0.5025 -0.8284</w:t>
        <w:br/>
        <w:t>vn -0.4002 -0.4574 -0.7941</w:t>
        <w:br/>
        <w:t>vn -0.4937 -0.5804 -0.6476</w:t>
        <w:br/>
        <w:t>vn 0.2833 0.2231 0.9327</w:t>
        <w:br/>
        <w:t>vn -0.0203 -0.5601 -0.8282</w:t>
        <w:br/>
        <w:t>vn 0.1136 0.0983 -0.9887</w:t>
        <w:br/>
        <w:t>vn -0.1017 -0.9089 -0.4045</w:t>
        <w:br/>
        <w:t>vn -0.0203 -0.5600 -0.8282</w:t>
        <w:br/>
        <w:t>vn -0.2468 -0.7092 -0.6604</w:t>
        <w:br/>
        <w:t>vn 0.7548 0.5551 0.3494</w:t>
        <w:br/>
        <w:t>vn 0.7132 0.5751 0.4007</w:t>
        <w:br/>
        <w:t>vn 0.7204 0.5179 0.4613</w:t>
        <w:br/>
        <w:t>vn 0.7641 0.5272 0.3717</w:t>
        <w:br/>
        <w:t>vn 0.2025 0.4079 -0.8903</w:t>
        <w:br/>
        <w:t>vn 0.4436 0.6226 -0.6447</w:t>
        <w:br/>
        <w:t>vn -0.3597 -0.6677 -0.6518</w:t>
        <w:br/>
        <w:t>vn -0.3937 -0.6596 -0.6403</w:t>
        <w:br/>
        <w:t>vn -0.0041 -0.9935 -0.1140</w:t>
        <w:br/>
        <w:t>vn 0.6868 0.4415 0.5774</w:t>
        <w:br/>
        <w:t>vn 0.7516 0.5477 0.3676</w:t>
        <w:br/>
        <w:t>vn 0.7635 0.5337 0.3636</w:t>
        <w:br/>
        <w:t>vn -0.2737 -0.2948 -0.9155</w:t>
        <w:br/>
        <w:t>vn 0.6745 -0.4838 -0.5576</w:t>
        <w:br/>
        <w:t>vn 0.6393 -0.3411 -0.6891</w:t>
        <w:br/>
        <w:t>vn 0.4447 -0.2878 -0.8482</w:t>
        <w:br/>
        <w:t>vn -0.5410 0.2733 -0.7954</w:t>
        <w:br/>
        <w:t>vn 0.8075 -0.5129 0.2914</w:t>
        <w:br/>
        <w:t>vn 0.7703 -0.5200 0.3691</w:t>
        <w:br/>
        <w:t>vn 0.7897 -0.3539 -0.5012</w:t>
        <w:br/>
        <w:t>vn 0.0517 0.1172 -0.9918</w:t>
        <w:br/>
        <w:t>vn 0.5020 -0.5181 0.6926</w:t>
        <w:br/>
        <w:t>vn 0.5021 -0.5180 0.6925</w:t>
        <w:br/>
        <w:t>vn 0.8764 -0.4690 0.1093</w:t>
        <w:br/>
        <w:t>vn 0.7947 -0.3162 -0.5182</w:t>
        <w:br/>
        <w:t>vn -0.7088 -0.4045 -0.5779</w:t>
        <w:br/>
        <w:t>vn -0.6326 -0.4629 -0.6209</w:t>
        <w:br/>
        <w:t>vn 0.3190 -0.5051 -0.8019</w:t>
        <w:br/>
        <w:t>vn -0.1538 -0.2644 -0.9521</w:t>
        <w:br/>
        <w:t>vn -0.5756 0.0527 -0.8160</w:t>
        <w:br/>
        <w:t>vn -0.5763 -0.1279 -0.8071</w:t>
        <w:br/>
        <w:t>vn -0.5763 -0.1282 -0.8071</w:t>
        <w:br/>
        <w:t>vn 0.7999 -0.5985 0.0443</w:t>
        <w:br/>
        <w:t>vn 0.7999 -0.5984 0.0443</w:t>
        <w:br/>
        <w:t>vn -0.4194 -0.6607 -0.6226</w:t>
        <w:br/>
        <w:t>vn 0.6099 0.5975 0.5206</w:t>
        <w:br/>
        <w:t>vn 0.4400 -0.2597 0.8596</w:t>
        <w:br/>
        <w:t>vn 0.4401 -0.2598 0.8596</w:t>
        <w:br/>
        <w:t>vn 0.8940 0.0524 -0.4449</w:t>
        <w:br/>
        <w:t>vn 0.9014 0.0395 -0.4312</w:t>
        <w:br/>
        <w:t>vn 0.8950 0.0776 -0.4393</w:t>
        <w:br/>
        <w:t>vn -0.4445 0.2337 -0.8647</w:t>
        <w:br/>
        <w:t>vn -0.4395 0.2634 -0.8588</w:t>
        <w:br/>
        <w:t>vn -0.4445 0.2337 -0.8648</w:t>
        <w:br/>
        <w:t>vn -0.8945 -0.0558 0.4435</w:t>
        <w:br/>
        <w:t>vn -0.8956 -0.0837 0.4370</w:t>
        <w:br/>
        <w:t>vn -0.8888 -0.0510 0.4555</w:t>
        <w:br/>
        <w:t>vn -0.8903 -0.0204 0.4550</w:t>
        <w:br/>
        <w:t>vn -0.8882 -0.0285 0.4586</w:t>
        <w:br/>
        <w:t>vn -0.9001 0.0079 0.4356</w:t>
        <w:br/>
        <w:t>vn -0.0453 0.9923 -0.1153</w:t>
        <w:br/>
        <w:t>vn 0.1258 0.9671 0.2210</w:t>
        <w:br/>
        <w:t>vn -0.0453 0.9923 -0.1152</w:t>
        <w:br/>
        <w:t>vn -0.3627 0.5939 -0.7181</w:t>
        <w:br/>
        <w:t>vn -0.3627 0.5940 -0.7181</w:t>
        <w:br/>
        <w:t>vn 0.9026 0.0094 -0.4304</w:t>
        <w:br/>
        <w:t>vn -0.4658 0.1536 -0.8715</w:t>
        <w:br/>
        <w:t>vn 0.8970 0.0138 -0.4417</w:t>
        <w:br/>
        <w:t>vn 0.8979 0.0050 -0.4402</w:t>
        <w:br/>
        <w:t>vn 0.8776 0.0139 -0.4792</w:t>
        <w:br/>
        <w:t>vn 0.4682 -0.0569 0.8818</w:t>
        <w:br/>
        <w:t>vn 0.4682 -0.0570 0.8818</w:t>
        <w:br/>
        <w:t>vn 0.4672 -0.0308 0.8836</w:t>
        <w:br/>
        <w:t>vn 0.4671 -0.0308 0.8836</w:t>
        <w:br/>
        <w:t>vn -0.8815 -0.0467 0.4698</w:t>
        <w:br/>
        <w:t>vn -0.8861 -0.0523 0.4606</w:t>
        <w:br/>
        <w:t>vn -0.3413 -0.9325 -0.1178</w:t>
        <w:br/>
        <w:t>vn -0.2181 -0.9653 -0.1434</w:t>
        <w:br/>
        <w:t>vn -0.1118 -0.9634 -0.2435</w:t>
        <w:br/>
        <w:t>vn 0.1254 -0.9274 -0.3525</w:t>
        <w:br/>
        <w:t>vn 0.0172 -0.9648 -0.2624</w:t>
        <w:br/>
        <w:t>vn 0.4690 -0.0831 0.8793</w:t>
        <w:br/>
        <w:t>vn -0.0912 -0.9818 -0.1666</w:t>
        <w:br/>
        <w:t>vn 0.0173 -0.9648 -0.2623</w:t>
        <w:br/>
        <w:t>vn 0.8993 -0.0125 -0.4371</w:t>
        <w:br/>
        <w:t>vn -0.3959 0.4714 -0.7881</w:t>
        <w:br/>
        <w:t>vn 0.3808 0.1536 -0.9118</w:t>
        <w:br/>
        <w:t>vn 0.1736 0.1464 -0.9739</w:t>
        <w:br/>
        <w:t>vn -0.2976 0.3413 -0.8916</w:t>
        <w:br/>
        <w:t>vn -0.5648 -0.6909 -0.4513</w:t>
        <w:br/>
        <w:t>vn -0.5647 -0.6909 -0.4513</w:t>
        <w:br/>
        <w:t>vn -0.7761 -0.0280 -0.6299</w:t>
        <w:br/>
        <w:t>vn -0.2213 -0.8357 -0.5027</w:t>
        <w:br/>
        <w:t>vn 0.3330 -0.4957 -0.8021</w:t>
        <w:br/>
        <w:t>vn 0.8125 0.1311 -0.5680</w:t>
        <w:br/>
        <w:t>vn 0.5723 0.3739 -0.7299</w:t>
        <w:br/>
        <w:t>vn 0.5917 0.6898 -0.4172</w:t>
        <w:br/>
        <w:t>vn 0.8986 0.2626 -0.3515</w:t>
        <w:br/>
        <w:t>vn -0.5905 0.7002 -0.4013</w:t>
        <w:br/>
        <w:t>vn -0.4911 0.8324 -0.2569</w:t>
        <w:br/>
        <w:t>vn 0.0305 0.9216 -0.3869</w:t>
        <w:br/>
        <w:t>vn -0.2983 0.7253 -0.6204</w:t>
        <w:br/>
        <w:t>vn -0.4375 0.8992 0.0033</w:t>
        <w:br/>
        <w:t>vn -0.4374 0.8992 0.0033</w:t>
        <w:br/>
        <w:t>vn 0.9515 0.3076 0.0078</w:t>
        <w:br/>
        <w:t>vn 0.6998 0.7143 0.0097</w:t>
        <w:br/>
        <w:t>vn -0.4866 0.8293 0.2747</w:t>
        <w:br/>
        <w:t>vn -0.0970 0.8997 0.4257</w:t>
        <w:br/>
        <w:t>vn 0.9013 0.1967 0.3860</w:t>
        <w:br/>
        <w:t>vn 0.6044 0.6495 0.4614</w:t>
        <w:br/>
        <w:t>vn -0.5785 0.7080 0.4051</w:t>
        <w:br/>
        <w:t>vn -0.2971 0.7086 0.6400</w:t>
        <w:br/>
        <w:t>vn 0.8113 0.0188 0.5844</w:t>
        <w:br/>
        <w:t>vn 0.5667 0.2863 0.7726</w:t>
        <w:br/>
        <w:t>vn -0.6361 0.5789 0.5103</w:t>
        <w:br/>
        <w:t>vn 0.6764 -0.0913 0.7309</w:t>
        <w:br/>
        <w:t>vn 0.3513 0.1297 0.9272</w:t>
        <w:br/>
        <w:t>vn -0.2664 -0.6356 0.7246</w:t>
        <w:br/>
        <w:t>vn -0.1076 -0.5160 0.8498</w:t>
        <w:br/>
        <w:t>vn -0.6406 -0.2276 0.7334</w:t>
        <w:br/>
        <w:t>vn -0.6237 -0.4379 0.6475</w:t>
        <w:br/>
        <w:t>vn -0.6687 0.5331 -0.5183</w:t>
        <w:br/>
        <w:t>vn 0.6960 -0.0247 -0.7176</w:t>
        <w:br/>
        <w:t>vn -0.7762 -0.0280 -0.6299</w:t>
        <w:br/>
        <w:t>vn -0.7382 0.1224 0.6634</w:t>
        <w:br/>
        <w:t>vn -0.3725 0.4974 0.7834</w:t>
        <w:br/>
        <w:t>vn 0.2724 -0.4102 0.8703</w:t>
        <w:br/>
        <w:t>vn 0.0582 0.4876 0.8711</w:t>
        <w:br/>
        <w:t>vn 0.0583 0.4876 0.8711</w:t>
        <w:br/>
        <w:t>vn 0.5432 0.8396 -0.0007</w:t>
        <w:br/>
        <w:t>vn 0.4054 0.9141 0.0047</w:t>
        <w:br/>
        <w:t>vn 0.5184 0.7926 0.3210</w:t>
        <w:br/>
        <w:t>vn 0.6168 0.4449 0.6493</w:t>
        <w:br/>
        <w:t>vn 0.6168 0.4450 0.6493</w:t>
        <w:br/>
        <w:t>vn 0.5816 0.6278 0.5173</w:t>
        <w:br/>
        <w:t>vn 0.0000 -0.5284 -0.8490</w:t>
        <w:br/>
        <w:t>vn -0.0000 -0.1687 -0.9857</w:t>
        <w:br/>
        <w:t>vn 0.2560 -0.5107 -0.8207</w:t>
        <w:br/>
        <w:t>vn 0.0000 -0.8138 -0.5811</w:t>
        <w:br/>
        <w:t>vn 0.6199 0.2389 0.7474</w:t>
        <w:br/>
        <w:t>vn -0.6168 0.4449 0.6493</w:t>
        <w:br/>
        <w:t>vn -0.5816 0.6277 0.5174</w:t>
        <w:br/>
        <w:t>vn -0.2560 -0.5107 -0.8207</w:t>
        <w:br/>
        <w:t>vn -0.6199 0.2389 0.7474</w:t>
        <w:br/>
        <w:t>vn -0.1446 0.4304 0.8910</w:t>
        <w:br/>
        <w:t>vn -0.0967 0.8893 0.4469</w:t>
        <w:br/>
        <w:t>vn -0.7150 0.3201 0.6215</w:t>
        <w:br/>
        <w:t>vn -0.1327 -0.2068 0.9693</w:t>
        <w:br/>
        <w:t>vn 0.4865 0.3631 0.7947</w:t>
        <w:br/>
        <w:t>vn -0.0503 0.9938 0.0996</w:t>
        <w:br/>
        <w:t>vn -0.6289 0.7482 0.2115</w:t>
        <w:br/>
        <w:t>vn -0.9182 0.1951 0.3448</w:t>
        <w:br/>
        <w:t>vn -0.6634 -0.2727 0.6969</w:t>
        <w:br/>
        <w:t>vn -0.1008 -0.5462 0.8316</w:t>
        <w:br/>
        <w:t>vn 0.4572 -0.2337 0.8581</w:t>
        <w:br/>
        <w:t>vn 0.7689 0.2547 0.5864</w:t>
        <w:br/>
        <w:t>vn 0.4898 0.7887 0.3715</w:t>
        <w:br/>
        <w:t>vn -0.7790 0.6199 -0.0939</w:t>
        <w:br/>
        <w:t>vn -0.7664 0.5293 0.3639</w:t>
        <w:br/>
        <w:t>vn -0.7664 0.5293 0.3640</w:t>
        <w:br/>
        <w:t>vn -0.7790 0.6199 -0.0940</w:t>
        <w:br/>
        <w:t>vn -0.7797 0.5219 0.3461</w:t>
        <w:br/>
        <w:t>vn 0.4506 0.8221 0.3481</w:t>
        <w:br/>
        <w:t>vn 0.3956 0.7914 0.4660</w:t>
        <w:br/>
        <w:t>vn -0.6233 0.5584 -0.5474</w:t>
        <w:br/>
        <w:t>vn 0.3336 0.7466 0.5756</w:t>
        <w:br/>
        <w:t>vn -0.5014 0.7643 0.4054</w:t>
        <w:br/>
        <w:t>vn -0.2673 0.7241 0.6358</w:t>
        <w:br/>
        <w:t>vn -0.4030 0.7001 0.5894</w:t>
        <w:br/>
        <w:t>vn 0.5809 0.7230 0.3740</w:t>
        <w:br/>
        <w:t>vn 0.5966 0.4560 0.6604</w:t>
        <w:br/>
        <w:t>vn 0.5207 0.1190 0.8454</w:t>
        <w:br/>
        <w:t>vn -0.3925 0.7453 0.5389</w:t>
        <w:br/>
        <w:t>vn -0.8449 0.5320 0.0569</w:t>
        <w:br/>
        <w:t>vn -0.5328 0.7020 0.4726</w:t>
        <w:br/>
        <w:t>vn -0.9102 0.3422 -0.2335</w:t>
        <w:br/>
        <w:t>vn -0.6844 0.6343 -0.3596</w:t>
        <w:br/>
        <w:t>vn -0.9974 -0.0020 -0.0719</w:t>
        <w:br/>
        <w:t>vn 0.9271 0.1735 -0.3322</w:t>
        <w:br/>
        <w:t>vn 0.9989 0.0279 -0.0386</w:t>
        <w:br/>
        <w:t>vn 0.9286 0.0614 -0.3660</w:t>
        <w:br/>
        <w:t>vn 0.2414 0.3114 -0.9191</w:t>
        <w:br/>
        <w:t>vn 0.6658 0.2444 -0.7049</w:t>
        <w:br/>
        <w:t>vn 0.6473 -0.0294 -0.7616</w:t>
        <w:br/>
        <w:t>vn 0.2161 -0.2139 -0.9526</w:t>
        <w:br/>
        <w:t>vn -0.1467 0.0625 -0.9872</w:t>
        <w:br/>
        <w:t>vn -0.1019 0.3061 -0.9465</w:t>
        <w:br/>
        <w:t>vn -0.9428 0.0858 -0.3220</w:t>
        <w:br/>
        <w:t>vn -0.9894 -0.0512 0.1358</w:t>
        <w:br/>
        <w:t>vn -0.3257 -0.7117 0.6224</w:t>
        <w:br/>
        <w:t>vn -0.5001 -0.2632 0.8250</w:t>
        <w:br/>
        <w:t>vn -0.3237 -0.2992 0.8976</w:t>
        <w:br/>
        <w:t>vn -0.2649 -0.6693 0.6941</w:t>
        <w:br/>
        <w:t>vn -0.4632 -0.6709 0.5791</w:t>
        <w:br/>
        <w:t>vn -0.5247 -0.2786 0.8044</w:t>
        <w:br/>
        <w:t>vn 0.9534 0.1129 0.2796</w:t>
        <w:br/>
        <w:t>vn 0.9711 -0.0401 0.2354</w:t>
        <w:br/>
        <w:t>vn 0.4440 -0.7676 -0.4622</w:t>
        <w:br/>
        <w:t>vn 0.4543 -0.6739 -0.5827</w:t>
        <w:br/>
        <w:t>vn 0.2729 0.9618 -0.0205</w:t>
        <w:br/>
        <w:t>vn 0.2545 0.9662 -0.0402</w:t>
        <w:br/>
        <w:t>vn 0.3444 0.9004 -0.2658</w:t>
        <w:br/>
        <w:t>vn 0.1171 0.9898 -0.0808</w:t>
        <w:br/>
        <w:t>vn 0.0247 0.9430 0.3318</w:t>
        <w:br/>
        <w:t>vn 0.1835 -0.8584 -0.4791</w:t>
        <w:br/>
        <w:t>vn 0.2161 -0.2139 -0.9527</w:t>
        <w:br/>
        <w:t>vn -0.1504 0.9592 0.2394</w:t>
        <w:br/>
        <w:t>vn -0.2027 -0.8784 -0.4329</w:t>
        <w:br/>
        <w:t>vn -0.1971 0.9786 -0.0584</w:t>
        <w:br/>
        <w:t>vn -0.4114 0.8639 0.2907</w:t>
        <w:br/>
        <w:t>vn -0.4651 -0.8396 -0.2806</w:t>
        <w:br/>
        <w:t>vn -0.3629 -0.9210 -0.1418</w:t>
        <w:br/>
        <w:t>vn -0.2132 0.7435 0.6338</w:t>
        <w:br/>
        <w:t>vn -0.2475 -0.9689 0.0023</w:t>
        <w:br/>
        <w:t>vn -0.1334 0.7416 0.6574</w:t>
        <w:br/>
        <w:t>vn -0.3258 -0.7117 0.6224</w:t>
        <w:br/>
        <w:t>vn -0.1586 -0.9168 0.3665</w:t>
        <w:br/>
        <w:t>vn 0.5786 -0.2503 0.7762</w:t>
        <w:br/>
        <w:t>vn 0.5787 -0.2503 0.7762</w:t>
        <w:br/>
        <w:t>vn 0.5928 -0.2882 0.7520</w:t>
        <w:br/>
        <w:t>vn -0.2612 0.7609 0.5940</w:t>
        <w:br/>
        <w:t>vn -0.3051 -0.9233 0.2332</w:t>
        <w:br/>
        <w:t>vn -0.4632 -0.6709 0.5792</w:t>
        <w:br/>
        <w:t>vn 0.4564 0.5917 -0.6645</w:t>
        <w:br/>
        <w:t>vn 0.5632 -0.2119 0.7987</w:t>
        <w:br/>
        <w:t>vn 0.9638 -0.1920 0.1851</w:t>
        <w:br/>
        <w:t>vn -0.8331 0.4397 0.3356</w:t>
        <w:br/>
        <w:t>vn -0.9953 0.0888 0.0398</w:t>
        <w:br/>
        <w:t>vn -0.9716 0.1571 0.1769</w:t>
        <w:br/>
        <w:t>vn -0.9726 -0.1959 -0.1254</w:t>
        <w:br/>
        <w:t>vn -0.8396 -0.4647 -0.2812</w:t>
        <w:br/>
        <w:t>vn -0.9792 -0.1447 -0.1419</w:t>
        <w:br/>
        <w:t>vn -0.8876 -0.2513 -0.3861</w:t>
        <w:br/>
        <w:t>vn -0.7456 -0.2817 -0.6039</w:t>
        <w:br/>
        <w:t>vn -0.7921 -0.4661 -0.3942</w:t>
        <w:br/>
        <w:t>vn -0.6136 -0.1491 -0.7754</w:t>
        <w:br/>
        <w:t>vn -0.4823 -0.1686 -0.8596</w:t>
        <w:br/>
        <w:t>vn -0.0009 -0.1250 -0.9922</w:t>
        <w:br/>
        <w:t>vn 0.5128 -0.2658 -0.8163</w:t>
        <w:br/>
        <w:t>vn 0.6904 -0.1435 -0.7090</w:t>
        <w:br/>
        <w:t>vn 0.7917 -0.3906 -0.4698</w:t>
        <w:br/>
        <w:t>vn 0.9301 -0.2242 -0.2909</w:t>
        <w:br/>
        <w:t>vn 0.8540 -0.4508 -0.2596</w:t>
        <w:br/>
        <w:t>vn -0.9885 0.0119 -0.1506</w:t>
        <w:br/>
        <w:t>vn -0.9180 0.0476 -0.3938</w:t>
        <w:br/>
        <w:t>vn -0.5751 0.1336 -0.8071</w:t>
        <w:br/>
        <w:t>vn 0.0460 0.1997 -0.9788</w:t>
        <w:br/>
        <w:t>vn 0.6622 0.1403 -0.7361</w:t>
        <w:br/>
        <w:t>vn 0.9594 0.0173 -0.2816</w:t>
        <w:br/>
        <w:t>vn -0.9787 0.0383 -0.2016</w:t>
        <w:br/>
        <w:t>vn -0.8980 0.1077 -0.4266</w:t>
        <w:br/>
        <w:t>vn -0.5328 0.2533 -0.8074</w:t>
        <w:br/>
        <w:t>vn 0.6365 0.2228 -0.7384</w:t>
        <w:br/>
        <w:t>vn 0.0590 0.3142 -0.9475</w:t>
        <w:br/>
        <w:t>vn 0.9503 0.0909 -0.2979</w:t>
        <w:br/>
        <w:t>vn 0.7756 0.4182 0.4729</w:t>
        <w:br/>
        <w:t>vn 0.9385 0.3379 0.0713</w:t>
        <w:br/>
        <w:t>vn 0.9286 0.3273 0.1747</w:t>
        <w:br/>
        <w:t>vn 0.6541 0.5755 0.4909</w:t>
        <w:br/>
        <w:t>vn 0.4829 0.8751 -0.0321</w:t>
        <w:br/>
        <w:t>vn 0.5218 0.8330 0.1839</w:t>
        <w:br/>
        <w:t>vn 0.7666 0.6336 0.1045</w:t>
        <w:br/>
        <w:t>vn 0.9248 0.3746 -0.0666</w:t>
        <w:br/>
        <w:t>vn -0.5811 0.5564 0.5939</w:t>
        <w:br/>
        <w:t>vn -0.4819 0.7130 0.5093</w:t>
        <w:br/>
        <w:t>vn -0.5273 0.5264 0.6669</w:t>
        <w:br/>
        <w:t>vn 0.6716 0.6551 0.3460</w:t>
        <w:br/>
        <w:t>vn 0.9116 0.3767 0.1644</w:t>
        <w:br/>
        <w:t>vn 0.9222 0.3616 0.1373</w:t>
        <w:br/>
        <w:t>vn 0.7439 0.5527 0.3755</w:t>
        <w:br/>
        <w:t>vn -0.5278 0.6699 0.5221</w:t>
        <w:br/>
        <w:t>vn -0.5278 0.6699 0.5222</w:t>
        <w:br/>
        <w:t>vn -0.4928 0.7917 0.3611</w:t>
        <w:br/>
        <w:t>vn -0.6048 0.7657 0.2189</w:t>
        <w:br/>
        <w:t>vn -0.9023 0.4263 0.0644</w:t>
        <w:br/>
        <w:t>vn -0.7858 -0.2127 -0.5807</w:t>
        <w:br/>
        <w:t>vn -0.7697 -0.5165 -0.3752</w:t>
        <w:br/>
        <w:t>vn -0.5048 -0.0509 -0.8617</w:t>
        <w:br/>
        <w:t>vn -0.0138 -0.2095 -0.9777</w:t>
        <w:br/>
        <w:t>vn -0.0018 -0.1477 -0.9890</w:t>
        <w:br/>
        <w:t>vn 0.5502 -0.2691 -0.7905</w:t>
        <w:br/>
        <w:t>vn -0.0018 -0.1476 -0.9890</w:t>
        <w:br/>
        <w:t>vn 0.5025 -0.5338 -0.6801</w:t>
        <w:br/>
        <w:t>vn 0.3652 -0.7326 -0.5744</w:t>
        <w:br/>
        <w:t>vn 0.6988 -0.5366 -0.4729</w:t>
        <w:br/>
        <w:t>vn 0.4684 -0.3257 -0.8213</w:t>
        <w:br/>
        <w:t>vn 0.8195 -0.1324 -0.5575</w:t>
        <w:br/>
        <w:t>vn 0.8962 -0.0644 -0.4389</w:t>
        <w:br/>
        <w:t>vn 0.5337 -0.3104 -0.7866</w:t>
        <w:br/>
        <w:t>vn -0.9080 -0.0703 -0.4131</w:t>
        <w:br/>
        <w:t>vn -0.6850 -0.1918 -0.7028</w:t>
        <w:br/>
        <w:t>vn -0.9105 -0.0168 -0.4132</w:t>
        <w:br/>
        <w:t>vn 0.7832 -0.3382 -0.5217</w:t>
        <w:br/>
        <w:t>vn -0.8026 -0.1849 -0.5671</w:t>
        <w:br/>
        <w:t>vn -0.7555 -0.3642 -0.5446</w:t>
        <w:br/>
        <w:t>vn -0.4094 -0.5555 -0.7237</w:t>
        <w:br/>
        <w:t>vn -0.9808 -0.1051 -0.1642</w:t>
        <w:br/>
        <w:t>vn -0.9521 -0.0731 -0.2970</w:t>
        <w:br/>
        <w:t>vn 0.9686 -0.0916 -0.2312</w:t>
        <w:br/>
        <w:t>vn 0.9482 -0.0741 -0.3090</w:t>
        <w:br/>
        <w:t>vn 0.9605 -0.0801 -0.2665</w:t>
        <w:br/>
        <w:t>vn -0.3535 -0.7385 -0.5741</w:t>
        <w:br/>
        <w:t>vn 0.3344 -0.8259 -0.4540</w:t>
        <w:br/>
        <w:t>vn -0.3533 -0.8178 -0.4543</w:t>
        <w:br/>
        <w:t>vn 0.0102 -0.5291 -0.8485</w:t>
        <w:br/>
        <w:t>vn -0.6850 -0.1917 -0.7028</w:t>
        <w:br/>
        <w:t>vn 0.0041 -0.4593 -0.8883</w:t>
        <w:br/>
        <w:t>vn 0.0023 -0.8290 -0.5593</w:t>
        <w:br/>
        <w:t>vn 0.0014 -0.9948 -0.1023</w:t>
        <w:br/>
        <w:t>vn 0.0004 -1.0000 0.0014</w:t>
        <w:br/>
        <w:t>vn -0.0001 -1.0000 -0.0002</w:t>
        <w:br/>
        <w:t>vn 0.0006 -1.0000 0.0019</w:t>
        <w:br/>
        <w:t>vn 0.3665 -0.8594 -0.3566</w:t>
        <w:br/>
        <w:t>vn 0.4296 -0.8226 -0.3724</w:t>
        <w:br/>
        <w:t>vn 0.6187 -0.6743 -0.4032</w:t>
        <w:br/>
        <w:t>vn 0.6827 0.6869 0.2493</w:t>
        <w:br/>
        <w:t>vn 0.9741 0.2213 0.0468</w:t>
        <w:br/>
        <w:t>vn 0.0590 0.3141 -0.9475</w:t>
        <w:br/>
        <w:t>vn 0.8422 0.4259 0.3306</w:t>
        <w:br/>
        <w:t>vn 0.8413 0.4491 0.3010</w:t>
        <w:br/>
        <w:t>vn 0.9861 0.1613 0.0401</w:t>
        <w:br/>
        <w:t>vn 0.9940 0.1091 -0.0075</w:t>
        <w:br/>
        <w:t>vn 0.9984 -0.0354 -0.0445</w:t>
        <w:br/>
        <w:t>vn 0.9766 -0.2011 -0.0760</w:t>
        <w:br/>
        <w:t>vn 0.9741 0.2212 0.0468</w:t>
        <w:br/>
        <w:t>vn 0.9976 0.0368 -0.0586</w:t>
        <w:br/>
        <w:t>vn 0.0058 -0.9465 -0.3225</w:t>
        <w:br/>
        <w:t>vn -0.0062 -0.9771 -0.2126</w:t>
        <w:br/>
        <w:t>vn -0.0115 -0.9859 -0.1672</w:t>
        <w:br/>
        <w:t>vn -0.0133 -0.9881 -0.1532</w:t>
        <w:br/>
        <w:t>vn -0.7539 0.5421 0.3711</w:t>
        <w:br/>
        <w:t>vn -0.3055 0.8248 0.4758</w:t>
        <w:br/>
        <w:t>vn -0.3511 0.7686 0.5348</w:t>
        <w:br/>
        <w:t>vn 0.4789 0.7198 0.5025</w:t>
        <w:br/>
        <w:t>vn 0.3378 0.8242 0.4546</w:t>
        <w:br/>
        <w:t>vn 0.7838 0.5375 0.3112</w:t>
        <w:br/>
        <w:t>vn 0.0086 0.8147 0.5799</w:t>
        <w:br/>
        <w:t>vn 0.0060 0.8581 0.5134</w:t>
        <w:br/>
        <w:t>vn -0.9899 0.0117 -0.1411</w:t>
        <w:br/>
        <w:t>vn -0.9951 0.0081 -0.0981</w:t>
        <w:br/>
        <w:t>vn -0.9923 0.0272 -0.1212</w:t>
        <w:br/>
        <w:t>vn -0.5190 0.8545 -0.0207</w:t>
        <w:br/>
        <w:t>vn -0.9165 0.3995 -0.0187</w:t>
        <w:br/>
        <w:t>vn -0.9922 -0.1124 -0.0533</w:t>
        <w:br/>
        <w:t>vn -0.9922 -0.1123 -0.0532</w:t>
        <w:br/>
        <w:t>vn -0.5040 0.8616 0.0608</w:t>
        <w:br/>
        <w:t>vn -0.8542 0.5103 0.1000</w:t>
        <w:br/>
        <w:t>vn -0.9922 -0.0687 0.1038</w:t>
        <w:br/>
        <w:t>vn -0.9922 -0.0687 0.1037</w:t>
        <w:br/>
        <w:t>vn -0.8542 0.5102 0.1001</w:t>
        <w:br/>
        <w:t>vn 0.9730 0.1902 0.1305</w:t>
        <w:br/>
        <w:t>vn 0.8351 0.5460 0.0673</w:t>
        <w:br/>
        <w:t>vn 0.4957 0.8674 0.0428</w:t>
        <w:br/>
        <w:t>vn 0.9954 -0.0449 0.0842</w:t>
        <w:br/>
        <w:t>vn 0.9908 -0.0704 -0.1160</w:t>
        <w:br/>
        <w:t>vn 0.9272 0.2275 0.2975</w:t>
        <w:br/>
        <w:t>vn 0.6634 0.6317 0.4011</w:t>
        <w:br/>
        <w:t>vn -0.8962 0.2462 0.3691</w:t>
        <w:br/>
        <w:t>vn -0.6101 0.6418 0.4645</w:t>
        <w:br/>
        <w:t>vn 0.0126 0.9297 0.3680</w:t>
        <w:br/>
        <w:t>vn -0.7737 0.4507 0.4453</w:t>
        <w:br/>
        <w:t>vn -0.6786 0.5242 0.5146</w:t>
        <w:br/>
        <w:t>vn -0.6386 0.5344 0.5537</w:t>
        <w:br/>
        <w:t>vn 0.5816 0.6807 0.4454</w:t>
        <w:br/>
        <w:t>vn -0.1706 0.9445 0.2808</w:t>
        <w:br/>
        <w:t>vn 0.8696 0.4310 0.2410</w:t>
        <w:br/>
        <w:t>vn 0.8446 0.4706 0.2552</w:t>
        <w:br/>
        <w:t>vn -0.8347 0.4557 0.3093</w:t>
        <w:br/>
        <w:t>vn -0.8626 0.4143 0.2903</w:t>
        <w:br/>
        <w:t>vn -0.7802 0.4242 0.4596</w:t>
        <w:br/>
        <w:t>vn -0.7302 0.4197 0.5392</w:t>
        <w:br/>
        <w:t>vn 0.8166 0.4592 0.3499</w:t>
        <w:br/>
        <w:t>vn 0.8130 0.4686 0.3455</w:t>
        <w:br/>
        <w:t>vn 0.7667 0.4578 0.4502</w:t>
        <w:br/>
        <w:t>vn 0.7103 0.5560 0.4316</w:t>
        <w:br/>
        <w:t>vn 0.3993 0.6473 0.6492</w:t>
        <w:br/>
        <w:t>vn 0.4537 0.5198 0.7239</w:t>
        <w:br/>
        <w:t>vn -0.4211 0.4995 0.7571</w:t>
        <w:br/>
        <w:t>vn -0.3711 0.6333 0.6791</w:t>
        <w:br/>
        <w:t>vn 0.0208 0.6788 0.7340</w:t>
        <w:br/>
        <w:t>vn 0.0221 0.5160 0.8563</w:t>
        <w:br/>
        <w:t>vn 0.0001 -1.0000 0.0004</w:t>
        <w:br/>
        <w:t>vn 0.0001 -1.0000 0.0003</w:t>
        <w:br/>
        <w:t>vn 0.0012 -1.0000 0.0027</w:t>
        <w:br/>
        <w:t>vn 0.0013 -1.0000 0.0033</w:t>
        <w:br/>
        <w:t>vn 0.0020 -1.0000 -0.0010</w:t>
        <w:br/>
        <w:t>vn 0.0009 -1.0000 -0.0035</w:t>
        <w:br/>
        <w:t>vn 0.0244 0.0415 0.9988</w:t>
        <w:br/>
        <w:t>vn 0.5222 0.0418 0.8518</w:t>
        <w:br/>
        <w:t>vn -0.9379 -0.0258 0.3460</w:t>
        <w:br/>
        <w:t>vn -0.8614 -0.0065 0.5079</w:t>
        <w:br/>
        <w:t>vn -0.8055 0.0054 0.5926</w:t>
        <w:br/>
        <w:t>vn -0.4698 0.0256 0.8824</w:t>
        <w:br/>
        <w:t>vn 0.8642 0.0117 0.5030</w:t>
        <w:br/>
        <w:t>vn 0.9182 -0.0140 0.3959</w:t>
        <w:br/>
        <w:t>vn 0.9569 -0.0311 0.2889</w:t>
        <w:br/>
        <w:t>vn -0.2979 0.7266 0.6191</w:t>
        <w:br/>
        <w:t>vn 0.0227 0.7471 0.6643</w:t>
        <w:br/>
        <w:t>vn 0.3993 0.6474 0.6492</w:t>
        <w:br/>
        <w:t>vn 0.3347 0.7287 0.5975</w:t>
        <w:br/>
        <w:t>vn 0.8131 0.4686 0.3455</w:t>
        <w:br/>
        <w:t>vn 0.8695 0.4310 0.2411</w:t>
        <w:br/>
        <w:t>vn 0.8351 0.5459 0.0673</w:t>
        <w:br/>
        <w:t>vn 0.9852 0.0104 -0.1710</w:t>
        <w:br/>
        <w:t>vn 0.9894 0.0208 -0.1435</w:t>
        <w:br/>
        <w:t>vn -0.4647 0.8324 0.3018</w:t>
        <w:br/>
        <w:t>vn -0.6708 -0.5700 -0.4745</w:t>
        <w:br/>
        <w:t>vn 0.6896 0.7029 0.1743</w:t>
        <w:br/>
        <w:t>vn -0.3150 0.9489 -0.0179</w:t>
        <w:br/>
        <w:t>vn -0.2500 0.9450 -0.2109</w:t>
        <w:br/>
        <w:t>vn -0.7622 0.6459 -0.0437</w:t>
        <w:br/>
        <w:t>vn 0.3146 0.9476 -0.0547</w:t>
        <w:br/>
        <w:t>vn 0.7468 0.6572 -0.1019</w:t>
        <w:br/>
        <w:t>vn 0.1846 0.9451 -0.2696</w:t>
        <w:br/>
        <w:t>vn -0.0745 0.9078 -0.4128</w:t>
        <w:br/>
        <w:t>vn -0.1529 0.8381 -0.5237</w:t>
        <w:br/>
        <w:t>vn -0.0256 0.7954 -0.6056</w:t>
        <w:br/>
        <w:t>vn 0.0807 0.8258 -0.5581</w:t>
        <w:br/>
        <w:t>vn -0.0194 0.9188 -0.3943</w:t>
        <w:br/>
        <w:t>vn 0.1271 0.8611 -0.4923</w:t>
        <w:br/>
        <w:t>vn -0.6455 0.7482 0.1532</w:t>
        <w:br/>
        <w:t>vn -0.4800 0.7135 0.5104</w:t>
        <w:br/>
        <w:t>vn -0.3736 0.3491 0.8594</w:t>
        <w:br/>
        <w:t>vn -0.3619 0.0239 0.9319</w:t>
        <w:br/>
        <w:t>vn -0.3618 0.0239 0.9319</w:t>
        <w:br/>
        <w:t>vn 0.4117 0.1188 0.9035</w:t>
        <w:br/>
        <w:t>vn 0.4241 -0.1431 0.8942</w:t>
        <w:br/>
        <w:t>vn 0.4211 -0.1886 0.8872</w:t>
        <w:br/>
        <w:t>vn -0.2745 0.6272 0.7289</w:t>
        <w:br/>
        <w:t>vn -0.2745 0.6271 0.7289</w:t>
        <w:br/>
        <w:t>vn -0.1677 0.8970 0.4090</w:t>
        <w:br/>
        <w:t>vn -0.1190 0.9906 0.0669</w:t>
        <w:br/>
        <w:t>vn -0.1507 0.9805 -0.1260</w:t>
        <w:br/>
        <w:t>vn -0.0053 0.9987 0.0511</w:t>
        <w:br/>
        <w:t>vn 0.1092 0.9608 0.2547</w:t>
        <w:br/>
        <w:t>vn 0.1092 0.9608 0.2548</w:t>
        <w:br/>
        <w:t>vn 0.2152 0.8484 0.4837</w:t>
        <w:br/>
        <w:t>vn 0.3432 0.5620 0.7526</w:t>
        <w:br/>
        <w:t>vn -0.3300 -0.1791 0.9268</w:t>
        <w:br/>
        <w:t>vn 0.9385 0.3378 0.0713</w:t>
        <w:br/>
        <w:t>vn -0.8735 0.0319 -0.4858</w:t>
        <w:br/>
        <w:t>vn -0.8573 0.0695 -0.5100</w:t>
        <w:br/>
        <w:t>vn -0.8573 0.0696 -0.5100</w:t>
        <w:br/>
        <w:t>vn -0.0514 0.4817 0.8749</w:t>
        <w:br/>
        <w:t>vn -0.0300 0.5978 0.8011</w:t>
        <w:br/>
        <w:t>vn -0.0514 0.4816 0.8749</w:t>
        <w:br/>
        <w:t>vn -0.0665 0.6548 0.7528</w:t>
        <w:br/>
        <w:t>vn -0.1212 0.7340 0.6682</w:t>
        <w:br/>
        <w:t>vn -0.8830 0.0783 -0.4629</w:t>
        <w:br/>
        <w:t>vn -0.8733 0.0497 -0.4847</w:t>
        <w:br/>
        <w:t>vn -0.8445 0.1005 -0.5260</w:t>
        <w:br/>
        <w:t>vn -0.0743 0.4004 0.9133</w:t>
        <w:br/>
        <w:t>vn -0.0740 0.4004 0.9133</w:t>
        <w:br/>
        <w:t>vn -0.1385 0.8796 0.4552</w:t>
        <w:br/>
        <w:t>vn -0.1327 0.8907 0.4348</w:t>
        <w:br/>
        <w:t>vn -0.1326 0.8907 0.4348</w:t>
        <w:br/>
        <w:t>vn -0.9341 0.1613 -0.3185</w:t>
        <w:br/>
        <w:t>vn -0.9310 0.1417 -0.3365</w:t>
        <w:br/>
        <w:t>vn -0.9131 0.1024 -0.3946</w:t>
        <w:br/>
        <w:t>vn -0.1425 0.8307 0.5381</w:t>
        <w:br/>
        <w:t>vn 0.0000 0.4997 0.8662</w:t>
        <w:br/>
        <w:t>vn 0.0077 0.5075 0.8616</w:t>
        <w:br/>
        <w:t>vn -0.0000 0.5458 0.8379</w:t>
        <w:br/>
        <w:t>vn 0.0141 0.4879 0.8728</w:t>
        <w:br/>
        <w:t>vn 0.0108 0.4746 0.8801</w:t>
        <w:br/>
        <w:t>vn 0.0282 0.6686 0.7431</w:t>
        <w:br/>
        <w:t>vn -0.0323 0.6419 0.7661</w:t>
        <w:br/>
        <w:t>vn -0.1297 0.5749 0.8079</w:t>
        <w:br/>
        <w:t>vn -0.1711 0.5201 0.8368</w:t>
        <w:br/>
        <w:t>vn -0.1719 0.5182 0.8378</w:t>
        <w:br/>
        <w:t>vn -0.1802 0.5079 0.8423</w:t>
        <w:br/>
        <w:t>vn -0.1859 0.5204 0.8335</w:t>
        <w:br/>
        <w:t>vn -0.1989 0.5257 0.8270</w:t>
        <w:br/>
        <w:t>vn -0.2220 0.5496 0.8054</w:t>
        <w:br/>
        <w:t>vn -0.2916 0.5784 0.7618</w:t>
        <w:br/>
        <w:t>vn -0.3033 0.5337 0.7894</w:t>
        <w:br/>
        <w:t>vn -0.2869 0.5300 0.7980</w:t>
        <w:br/>
        <w:t>vn -0.2751 0.5421 0.7940</w:t>
        <w:br/>
        <w:t>vn -0.3173 0.5521 0.7711</w:t>
        <w:br/>
        <w:t>vn -0.2490 0.5726 0.7811</w:t>
        <w:br/>
        <w:t>vn -0.2541 0.5871 0.7686</w:t>
        <w:br/>
        <w:t>vn -0.2621 0.5480 0.7944</w:t>
        <w:br/>
        <w:t>vn -0.2553 0.5973 0.7603</w:t>
        <w:br/>
        <w:t>vn -0.2638 0.6147 0.7434</w:t>
        <w:br/>
        <w:t>vn -0.3162 0.5715 0.7572</w:t>
        <w:br/>
        <w:t>vn -0.1094 0.4972 0.8607</w:t>
        <w:br/>
        <w:t>vn -0.0948 0.4856 0.8690</w:t>
        <w:br/>
        <w:t>vn -0.0120 0.5242 0.8515</w:t>
        <w:br/>
        <w:t>vn 0.0096 0.4940 0.8694</w:t>
        <w:br/>
        <w:t>vn 0.0162 0.2561 0.9665</w:t>
        <w:br/>
        <w:t>vn 0.0000 0.2291 0.9734</w:t>
        <w:br/>
        <w:t>vn 0.0000 0.1813 0.9834</w:t>
        <w:br/>
        <w:t>vn -0.0052 0.4359 0.9000</w:t>
        <w:br/>
        <w:t>vn -0.0683 0.3813 0.9219</w:t>
        <w:br/>
        <w:t>vn -0.2343 0.2894 0.9281</w:t>
        <w:br/>
        <w:t>vn -0.1894 0.3311 0.9244</w:t>
        <w:br/>
        <w:t>vn -0.1961 0.5285 0.8260</w:t>
        <w:br/>
        <w:t>vn -0.2985 0.4154 0.8593</w:t>
        <w:br/>
        <w:t>vn 0.0326 0.2649 0.9637</w:t>
        <w:br/>
        <w:t>vn 0.0000 0.3347 0.9423</w:t>
        <w:br/>
        <w:t>vn -0.2381 0.3779 0.8947</w:t>
        <w:br/>
        <w:t>vn -0.1818 0.5360 0.8244</w:t>
        <w:br/>
        <w:t>vn -0.1807 0.5610 0.8079</w:t>
        <w:br/>
        <w:t>vn -0.2902 0.3810 0.8779</w:t>
        <w:br/>
        <w:t>vn -0.0000 0.4474 0.8943</w:t>
        <w:br/>
        <w:t>vn -0.0057 0.4493 0.8934</w:t>
        <w:br/>
        <w:t>vn 0.0224 0.3141 0.9491</w:t>
        <w:br/>
        <w:t>vn 0.0065 0.3912 0.9203</w:t>
        <w:br/>
        <w:t>vn 0.0011 0.4318 0.9020</w:t>
        <w:br/>
        <w:t>vn 0.0010 0.4674 0.8841</w:t>
        <w:br/>
        <w:t>vn 0.0147 0.4880 0.8727</w:t>
        <w:br/>
        <w:t>vn 0.0104 0.4755 0.8796</w:t>
        <w:br/>
        <w:t>vn -0.0000 0.4409 0.8976</w:t>
        <w:br/>
        <w:t>vn -0.0077 0.5075 0.8616</w:t>
        <w:br/>
        <w:t>vn -0.0141 0.4879 0.8728</w:t>
        <w:br/>
        <w:t>vn -0.0108 0.4746 0.8801</w:t>
        <w:br/>
        <w:t>vn 0.0323 0.6419 0.7661</w:t>
        <w:br/>
        <w:t>vn -0.0282 0.6686 0.7431</w:t>
        <w:br/>
        <w:t>vn 0.1297 0.5749 0.8079</w:t>
        <w:br/>
        <w:t>vn 0.1710 0.5201 0.8368</w:t>
        <w:br/>
        <w:t>vn 0.1719 0.5183 0.8378</w:t>
        <w:br/>
        <w:t>vn 0.1802 0.5079 0.8423</w:t>
        <w:br/>
        <w:t>vn 0.1990 0.5258 0.8270</w:t>
        <w:br/>
        <w:t>vn 0.1859 0.5203 0.8335</w:t>
        <w:br/>
        <w:t>vn 0.2916 0.5784 0.7618</w:t>
        <w:br/>
        <w:t>vn 0.2220 0.5496 0.8054</w:t>
        <w:br/>
        <w:t>vn 0.3033 0.5337 0.7895</w:t>
        <w:br/>
        <w:t>vn 0.3173 0.5521 0.7711</w:t>
        <w:br/>
        <w:t>vn 0.2751 0.5421 0.7940</w:t>
        <w:br/>
        <w:t>vn 0.2869 0.5300 0.7980</w:t>
        <w:br/>
        <w:t>vn 0.2490 0.5727 0.7811</w:t>
        <w:br/>
        <w:t>vn 0.2621 0.5480 0.7944</w:t>
        <w:br/>
        <w:t>vn 0.2540 0.5868 0.7688</w:t>
        <w:br/>
        <w:t>vn 0.2554 0.5974 0.7602</w:t>
        <w:br/>
        <w:t>vn 0.2638 0.6147 0.7434</w:t>
        <w:br/>
        <w:t>vn 0.3162 0.5715 0.7573</w:t>
        <w:br/>
        <w:t>vn 0.1095 0.4973 0.8607</w:t>
        <w:br/>
        <w:t>vn 0.1094 0.4972 0.8607</w:t>
        <w:br/>
        <w:t>vn 0.0948 0.4856 0.8690</w:t>
        <w:br/>
        <w:t>vn -0.0096 0.4939 0.8694</w:t>
        <w:br/>
        <w:t>vn 0.0120 0.5242 0.8515</w:t>
        <w:br/>
        <w:t>vn -0.0161 0.2561 0.9665</w:t>
        <w:br/>
        <w:t>vn 0.0001 0.1813 0.9834</w:t>
        <w:br/>
        <w:t>vn 0.0001 0.2290 0.9734</w:t>
        <w:br/>
        <w:t>vn 0.0683 0.3813 0.9219</w:t>
        <w:br/>
        <w:t>vn 0.0052 0.4360 0.8999</w:t>
        <w:br/>
        <w:t>vn 0.1962 0.5285 0.8260</w:t>
        <w:br/>
        <w:t>vn 0.1894 0.3311 0.9244</w:t>
        <w:br/>
        <w:t>vn 0.2343 0.2894 0.9281</w:t>
        <w:br/>
        <w:t>vn 0.2985 0.4154 0.8593</w:t>
        <w:br/>
        <w:t>vn -0.0326 0.2649 0.9637</w:t>
        <w:br/>
        <w:t>vn 0.1818 0.5360 0.8244</w:t>
        <w:br/>
        <w:t>vn 0.2380 0.3780 0.8947</w:t>
        <w:br/>
        <w:t>vn 0.1807 0.5610 0.8079</w:t>
        <w:br/>
        <w:t>vn 0.2903 0.3809 0.8779</w:t>
        <w:br/>
        <w:t>vn 0.0057 0.4492 0.8934</w:t>
        <w:br/>
        <w:t>vn -0.0224 0.3141 0.9491</w:t>
        <w:br/>
        <w:t>vn -0.0011 0.4318 0.9019</w:t>
        <w:br/>
        <w:t>vn -0.0065 0.3913 0.9202</w:t>
        <w:br/>
        <w:t>vn -0.0010 0.4674 0.8840</w:t>
        <w:br/>
        <w:t>vn -0.0147 0.4880 0.8727</w:t>
        <w:br/>
        <w:t>vn -0.0104 0.4755 0.8796</w:t>
        <w:br/>
        <w:t>vn 0.0374 -0.2381 -0.9705</w:t>
        <w:br/>
        <w:t>vn -0.0502 -0.2332 -0.9711</w:t>
        <w:br/>
        <w:t>vn -0.0546 -0.2410 -0.9690</w:t>
        <w:br/>
        <w:t>vn 0.1290 -0.2331 -0.9639</w:t>
        <w:br/>
        <w:t>vn 0.1148 -0.2169 -0.9694</w:t>
        <w:br/>
        <w:t>vn 0.0576 0.2500 0.9665</w:t>
        <w:br/>
        <w:t>vn -0.0341 0.2452 0.9689</w:t>
        <w:br/>
        <w:t>vn -0.0424 0.2547 0.9661</w:t>
        <w:br/>
        <w:t>vn 0.0551 0.2532 0.9658</w:t>
        <w:br/>
        <w:t>vn -0.1315 0.2418 0.9614</w:t>
        <w:br/>
        <w:t>vn -0.1394 0.2537 0.9572</w:t>
        <w:br/>
        <w:t>vn -0.0145 0.9999 0.0018</w:t>
        <w:br/>
        <w:t>vn -0.0285 0.6569 0.7534</w:t>
        <w:br/>
        <w:t>vn 0.0239 0.6631 0.7482</w:t>
        <w:br/>
        <w:t>vn -0.0518 0.9986 -0.0063</w:t>
        <w:br/>
        <w:t>vn 0.0231 0.9997 0.0100</w:t>
        <w:br/>
        <w:t>vn -0.0805 0.6489 0.7566</w:t>
        <w:br/>
        <w:t>vn -0.0776 0.9246 -0.3731</w:t>
        <w:br/>
        <w:t>vn -0.0044 0.9285 -0.3712</w:t>
        <w:br/>
        <w:t>vn 0.0688 0.9275 -0.3675</w:t>
        <w:br/>
        <w:t>vn 0.9414 -0.3367 -0.0182</w:t>
        <w:br/>
        <w:t>vn 0.9415 -0.3367 -0.0182</w:t>
        <w:br/>
        <w:t>vn 0.9994 -0.0164 -0.0304</w:t>
        <w:br/>
        <w:t>vn 0.9964 -0.0317 -0.0792</w:t>
        <w:br/>
        <w:t>vn 0.5832 -0.7980 0.1518</w:t>
        <w:br/>
        <w:t>vn 0.0039 -0.9732 0.2300</w:t>
        <w:br/>
        <w:t>vn -0.5770 -0.8091 0.1112</w:t>
        <w:br/>
        <w:t>vn -0.9337 -0.3466 -0.0900</w:t>
        <w:br/>
        <w:t>vn -0.9951 -0.0249 -0.0957</w:t>
        <w:br/>
        <w:t>vn -0.9860 -0.0395 -0.1618</w:t>
        <w:br/>
        <w:t>vn 0.0038 -0.9732 0.2300</w:t>
        <w:br/>
        <w:t>vn 0.9994 0.0345 -0.0050</w:t>
        <w:br/>
        <w:t>vn 0.9976 0.0652 0.0241</w:t>
        <w:br/>
        <w:t>vn 0.9932 0.1148 -0.0193</w:t>
        <w:br/>
        <w:t>vn -1.0000 0.0044 0.0035</w:t>
        <w:br/>
        <w:t>vn -0.9988 -0.0087 -0.0472</w:t>
        <w:br/>
        <w:t>vn -0.9995 0.0042 -0.0309</w:t>
        <w:br/>
        <w:t>vn 0.9976 0.0145 0.0675</w:t>
        <w:br/>
        <w:t>vn -0.9993 0.0046 0.0380</w:t>
        <w:br/>
        <w:t>vn 0.0874 -0.9493 0.3021</w:t>
        <w:br/>
        <w:t>vn 0.0250 -0.9575 0.2872</w:t>
        <w:br/>
        <w:t>vn -0.0375 -0.9618 0.2712</w:t>
        <w:br/>
        <w:t>vn 0.0608 0.2461 0.9673</w:t>
        <w:br/>
        <w:t>vn -0.1205 0.2328 0.9650</w:t>
        <w:br/>
        <w:t>vn 0.0424 -0.2504 -0.9672</w:t>
        <w:br/>
        <w:t>vn -0.0589 -0.2488 -0.9668</w:t>
        <w:br/>
        <w:t>vn 0.1432 -0.2493 -0.9578</w:t>
        <w:br/>
        <w:t>vn 0.2733 0.8361 0.4756</w:t>
        <w:br/>
        <w:t>vn 0.0290 0.9951 0.0949</w:t>
        <w:br/>
        <w:t>vn 0.2159 0.5817 0.7843</w:t>
        <w:br/>
        <w:t>vn 0.1819 0.2972 0.9373</w:t>
        <w:br/>
        <w:t>vn 0.2284 0.6859 -0.6909</w:t>
        <w:br/>
        <w:t>vn 0.0660 0.2232 -0.9725</w:t>
        <w:br/>
        <w:t>vn 0.0382 0.2583 -0.9653</w:t>
        <w:br/>
        <w:t>vn 0.2696 0.4656 -0.8430</w:t>
        <w:br/>
        <w:t>vn 0.0893 0.1966 -0.9764</w:t>
        <w:br/>
        <w:t>vn 0.0883 0.1970 -0.9764</w:t>
        <w:br/>
        <w:t>vn 0.1142 0.2461 -0.9625</w:t>
        <w:br/>
        <w:t>vn 0.1148 0.2458 -0.9625</w:t>
        <w:br/>
        <w:t>vn 0.1827 0.4471 -0.8756</w:t>
        <w:br/>
        <w:t>vn 0.2370 0.6262 -0.7428</w:t>
        <w:br/>
        <w:t>vn 0.2076 0.5701 -0.7949</w:t>
        <w:br/>
        <w:t>vn 0.4134 0.9105 0.0068</w:t>
        <w:br/>
        <w:t>vn 0.1359 0.9882 0.0704</w:t>
        <w:br/>
        <w:t>vn 0.4033 0.8870 0.2250</w:t>
        <w:br/>
        <w:t>vn 0.3517 0.1491 0.9241</w:t>
        <w:br/>
        <w:t>vn 0.4116 0.1740 0.8946</w:t>
        <w:br/>
        <w:t>vn 0.4134 0.1696 0.8946</w:t>
        <w:br/>
        <w:t>vn 0.3522 0.1482 0.9241</w:t>
        <w:br/>
        <w:t>vn 0.3927 0.2395 0.8879</w:t>
        <w:br/>
        <w:t>vn 0.3562 0.2934 0.8872</w:t>
        <w:br/>
        <w:t>vn 0.3575 0.2914 0.8873</w:t>
        <w:br/>
        <w:t>vn 0.3933 0.2384 0.8880</w:t>
        <w:br/>
        <w:t>vn 0.1570 0.3204 -0.9342</w:t>
        <w:br/>
        <w:t>vn 0.1529 0.3636 -0.9189</w:t>
        <w:br/>
        <w:t>vn 0.2740 0.2451 0.9300</w:t>
        <w:br/>
        <w:t>vn 0.2733 0.2457 0.9300</w:t>
        <w:br/>
        <w:t>vn -0.2521 0.4981 0.8297</w:t>
        <w:br/>
        <w:t>vn -0.3244 0.3436 0.8813</w:t>
        <w:br/>
        <w:t>vn 0.3556 0.8960 -0.2660</w:t>
        <w:br/>
        <w:t>vn -0.0939 0.9949 0.0375</w:t>
        <w:br/>
        <w:t>vn 0.0855 0.4698 0.8786</w:t>
        <w:br/>
        <w:t>vn -0.2498 0.6983 0.6708</w:t>
        <w:br/>
        <w:t>vn -0.2143 0.5171 0.8287</w:t>
        <w:br/>
        <w:t>vn 0.8893 0.4515 -0.0728</w:t>
        <w:br/>
        <w:t>vn 0.7011 0.6026 -0.3812</w:t>
        <w:br/>
        <w:t>vn 0.6676 0.6999 -0.2539</w:t>
        <w:br/>
        <w:t>vn -0.0295 0.7538 0.6565</w:t>
        <w:br/>
        <w:t>vn -0.1179 0.8575 0.5008</w:t>
        <w:br/>
        <w:t>vn -0.0260 0.8976 0.4400</w:t>
        <w:br/>
        <w:t>vn 0.4226 0.9044 0.0585</w:t>
        <w:br/>
        <w:t>vn 0.3772 0.9175 0.1258</w:t>
        <w:br/>
        <w:t>vn 0.6796 0.6809 0.2728</w:t>
        <w:br/>
        <w:t>vn 0.4993 0.8658 -0.0320</w:t>
        <w:br/>
        <w:t>vn 0.5822 0.8020 -0.1332</w:t>
        <w:br/>
        <w:t>vn 0.0448 0.9181 0.3939</w:t>
        <w:br/>
        <w:t>vn 0.2268 0.9331 0.2789</w:t>
        <w:br/>
        <w:t>vn 0.1390 0.9569 -0.2550</w:t>
        <w:br/>
        <w:t>vn -0.2250 0.9229 -0.3123</w:t>
        <w:br/>
        <w:t>vn 0.5213 0.6955 -0.4944</w:t>
        <w:br/>
        <w:t>vn 0.3195 0.9304 -0.1799</w:t>
        <w:br/>
        <w:t>vn 0.3693 0.9293 -0.0057</w:t>
        <w:br/>
        <w:t>vn 0.3608 0.9311 -0.0539</w:t>
        <w:br/>
        <w:t>vn 0.2697 0.9463 0.1784</w:t>
        <w:br/>
        <w:t>vn 0.3726 0.9248 0.0765</w:t>
        <w:br/>
        <w:t>vn 0.0635 0.9948 -0.0800</w:t>
        <w:br/>
        <w:t>vn 0.0978 0.9456 0.3101</w:t>
        <w:br/>
        <w:t>vn 0.0978 0.9456 0.3102</w:t>
        <w:br/>
        <w:t>vn -0.1788 0.8938 0.4113</w:t>
        <w:br/>
        <w:t>vn -0.5183 0.7881 0.3321</w:t>
        <w:br/>
        <w:t>vn -0.6630 0.7476 -0.0387</w:t>
        <w:br/>
        <w:t>vn -0.6725 0.7344 0.0915</w:t>
        <w:br/>
        <w:t>vn -0.5599 0.8145 -0.1518</w:t>
        <w:br/>
        <w:t>vn 0.5352 0.8358 -0.1223</w:t>
        <w:br/>
        <w:t>vn 0.5308 0.8387 -0.1223</w:t>
        <w:br/>
        <w:t>vn 0.5253 0.8478 -0.0730</w:t>
        <w:br/>
        <w:t>vn 0.5297 0.8450 -0.0730</w:t>
        <w:br/>
        <w:t>vn 0.0500 0.9490 -0.3113</w:t>
        <w:br/>
        <w:t>vn -0.2304 0.9389 -0.2556</w:t>
        <w:br/>
        <w:t>vn -0.5828 0.5900 0.5588</w:t>
        <w:br/>
        <w:t>vn -0.6316 0.4372 0.6402</w:t>
        <w:br/>
        <w:t>vn -0.3129 0.2110 0.9261</w:t>
        <w:br/>
        <w:t>vn 0.2148 0.1718 0.9614</w:t>
        <w:br/>
        <w:t>vn 0.2237 0.1877 0.9564</w:t>
        <w:br/>
        <w:t>vn 0.0243 -0.2725 0.9618</w:t>
        <w:br/>
        <w:t>vn -0.0158 -0.2507 0.9679</w:t>
        <w:br/>
        <w:t>vn 0.0221 0.2117 0.9771</w:t>
        <w:br/>
        <w:t>vn 0.1613 0.1828 0.9698</w:t>
        <w:br/>
        <w:t>vn -0.1236 -0.1864 0.9747</w:t>
        <w:br/>
        <w:t>vn -0.2691 -0.1970 0.9428</w:t>
        <w:br/>
        <w:t>vn -0.2092 0.0273 0.9775</w:t>
        <w:br/>
        <w:t>vn -0.3290 -0.2752 0.9033</w:t>
        <w:br/>
        <w:t>vn -0.4954 0.7854 0.3712</w:t>
        <w:br/>
        <w:t>vn 0.3054 0.8092 -0.5019</w:t>
        <w:br/>
        <w:t>vn 0.3337 0.8443 -0.4193</w:t>
        <w:br/>
        <w:t>vn -0.5888 0.7770 0.2225</w:t>
        <w:br/>
        <w:t>vn -0.7538 0.6342 -0.1720</w:t>
        <w:br/>
        <w:t>vn -0.4555 0.7656 0.4544</w:t>
        <w:br/>
        <w:t>vn -0.7235 0.6683 -0.1731</w:t>
        <w:br/>
        <w:t>vn -0.7110 0.6611 -0.2395</w:t>
        <w:br/>
        <w:t>vn 0.2468 0.8023 -0.5435</w:t>
        <w:br/>
        <w:t>vn 0.2467 0.8023 -0.5435</w:t>
        <w:br/>
        <w:t>vn -0.6326 0.3887 0.6699</w:t>
        <w:br/>
        <w:t>vn 0.0000 0.0943 0.9955</w:t>
        <w:br/>
        <w:t>vn 0.1910 0.9258 -0.3263</w:t>
        <w:br/>
        <w:t>vn 0.1756 0.9409 -0.2895</w:t>
        <w:br/>
        <w:t>vn 0.2161 0.9109 -0.3516</w:t>
        <w:br/>
        <w:t>vn 0.2662 0.8884 -0.3739</w:t>
        <w:br/>
        <w:t>vn -0.3298 0.9349 0.1314</w:t>
        <w:br/>
        <w:t>vn -0.0577 0.9962 -0.0659</w:t>
        <w:br/>
        <w:t>vn 0.2227 0.2202 0.9497</w:t>
        <w:br/>
        <w:t>vn 0.0754 -0.1327 0.9883</w:t>
        <w:br/>
        <w:t>vn 0.0541 -0.1952 0.9793</w:t>
        <w:br/>
        <w:t>vn 0.0444 -0.2580 0.9651</w:t>
        <w:br/>
        <w:t>vn 0.4107 0.9058 -0.1042</w:t>
        <w:br/>
        <w:t>vn 0.4324 0.8671 -0.2474</w:t>
        <w:br/>
        <w:t>vn 0.4301 0.8682 -0.2473</w:t>
        <w:br/>
        <w:t>vn -0.0000 -0.3228 0.9465</w:t>
        <w:br/>
        <w:t>vn 0.0637 0.0207 0.9978</w:t>
        <w:br/>
        <w:t>vn 0.2124 -0.0801 0.9739</w:t>
        <w:br/>
        <w:t>vn 0.1371 -0.2978 0.9447</w:t>
        <w:br/>
        <w:t>vn 0.5694 0.7253 0.3869</w:t>
        <w:br/>
        <w:t>vn 0.4830 0.8073 0.3391</w:t>
        <w:br/>
        <w:t>vn 0.4152 0.8563 0.3072</w:t>
        <w:br/>
        <w:t>vn 0.3638 0.8899 0.2750</w:t>
        <w:br/>
        <w:t>vn 0.2848 0.7322 0.6187</w:t>
        <w:br/>
        <w:t>vn 0.2816 0.9342 0.2189</w:t>
        <w:br/>
        <w:t>vn 0.1741 0.4748 0.8627</w:t>
        <w:br/>
        <w:t>vn 0.2426 0.9560 0.1652</w:t>
        <w:br/>
        <w:t>vn 0.5776 0.7514 0.3191</w:t>
        <w:br/>
        <w:t>vn 0.4761 0.8365 0.2714</w:t>
        <w:br/>
        <w:t>vn 0.3970 0.8868 0.2367</w:t>
        <w:br/>
        <w:t>vn 0.3456 0.9160 0.2035</w:t>
        <w:br/>
        <w:t>vn 0.2487 0.9518 0.1794</w:t>
        <w:br/>
        <w:t>vn 0.0199 -0.3174 0.9481</w:t>
        <w:br/>
        <w:t>vn 0.2851 0.7890 -0.5442</w:t>
        <w:br/>
        <w:t>vn 0.0584 -0.3472 0.9360</w:t>
        <w:br/>
        <w:t>vn -0.9198 -0.1885 -0.3442</w:t>
        <w:br/>
        <w:t>vn -0.6593 -0.5567 -0.5053</w:t>
        <w:br/>
        <w:t>vn -0.2658 -0.7586 -0.5948</w:t>
        <w:br/>
        <w:t>vn -0.2863 -0.7862 -0.5477</w:t>
        <w:br/>
        <w:t>vn -0.2788 -0.7283 -0.6260</w:t>
        <w:br/>
        <w:t>vn -0.2909 -0.7204 -0.6296</w:t>
        <w:br/>
        <w:t>vn -0.3140 -0.7267 -0.6109</w:t>
        <w:br/>
        <w:t>vn -0.2772 -0.7410 -0.6116</w:t>
        <w:br/>
        <w:t>vn 0.9496 -0.3088 -0.0544</w:t>
        <w:br/>
        <w:t>vn 0.9342 -0.2521 0.2522</w:t>
        <w:br/>
        <w:t>vn 0.9496 -0.3088 -0.0545</w:t>
        <w:br/>
        <w:t>vn 0.9082 -0.1697 0.3827</w:t>
        <w:br/>
        <w:t>vn -0.2470 -0.7029 0.6670</w:t>
        <w:br/>
        <w:t>vn -0.2275 -0.7141 0.6621</w:t>
        <w:br/>
        <w:t>vn 0.0350 -0.4124 0.9103</w:t>
        <w:br/>
        <w:t>vn -0.6494 0.0610 0.7580</w:t>
        <w:br/>
        <w:t>vn -0.6494 0.0611 0.7580</w:t>
        <w:br/>
        <w:t>vn -0.5000 -0.3903 0.7731</w:t>
        <w:br/>
        <w:t>vn -0.2363 -0.7341 0.6366</w:t>
        <w:br/>
        <w:t>vn -0.2325 -0.7354 0.6365</w:t>
        <w:br/>
        <w:t>vn -0.2910 -0.7205 -0.6294</w:t>
        <w:br/>
        <w:t>vn -0.2372 -0.6549 -0.7176</w:t>
        <w:br/>
        <w:t>vn -0.1054 -0.2679 -0.9577</w:t>
        <w:br/>
        <w:t>vn -0.0645 -0.1736 -0.9827</w:t>
        <w:br/>
        <w:t>vn -0.1778 -0.7095 0.6820</w:t>
        <w:br/>
        <w:t>vn -0.2360 -0.6978 0.6763</w:t>
        <w:br/>
        <w:t>vn 0.8152 -0.3179 -0.4842</w:t>
        <w:br/>
        <w:t>vn -0.0553 -0.1960 -0.9791</w:t>
        <w:br/>
        <w:t>vn -0.2657 -0.7586 -0.5949</w:t>
        <w:br/>
        <w:t>vn -0.2787 -0.7282 -0.6261</w:t>
        <w:br/>
        <w:t>vn 0.4041 -0.4123 -0.8165</w:t>
        <w:br/>
        <w:t>vn 0.4041 -0.4124 -0.8165</w:t>
        <w:br/>
        <w:t>vn 0.2445 0.5993 0.7622</w:t>
        <w:br/>
        <w:t>vn 0.3391 0.8099 0.4786</w:t>
        <w:br/>
        <w:t>vn 0.4979 0.7527 0.4307</w:t>
        <w:br/>
        <w:t>vn 0.3519 0.8354 0.4223</w:t>
        <w:br/>
        <w:t>vn 0.5117 0.7738 0.3734</w:t>
        <w:br/>
        <w:t>vn -0.0035 -0.5443 -0.8389</w:t>
        <w:br/>
        <w:t>vn 0.1529 -0.3419 0.9272</w:t>
        <w:br/>
        <w:t>vn -0.2733 0.8361 0.4756</w:t>
        <w:br/>
        <w:t>vn -0.1819 0.2972 0.9373</w:t>
        <w:br/>
        <w:t>vn -0.2159 0.5817 0.7843</w:t>
        <w:br/>
        <w:t>vn -0.0290 0.9951 0.0949</w:t>
        <w:br/>
        <w:t>vn -0.0382 0.2583 -0.9653</w:t>
        <w:br/>
        <w:t>vn -0.0660 0.2232 -0.9725</w:t>
        <w:br/>
        <w:t>vn -0.2284 0.6859 -0.6909</w:t>
        <w:br/>
        <w:t>vn -0.2696 0.4656 -0.8430</w:t>
        <w:br/>
        <w:t>vn -0.0893 0.1966 -0.9764</w:t>
        <w:br/>
        <w:t>vn -0.1148 0.2458 -0.9625</w:t>
        <w:br/>
        <w:t>vn -0.1142 0.2461 -0.9625</w:t>
        <w:br/>
        <w:t>vn -0.0883 0.1970 -0.9764</w:t>
        <w:br/>
        <w:t>vn -0.1828 0.4473 -0.8755</w:t>
        <w:br/>
        <w:t>vn -0.2076 0.5701 -0.7949</w:t>
        <w:br/>
        <w:t>vn -0.2370 0.6262 -0.7428</w:t>
        <w:br/>
        <w:t>vn -0.4033 0.8870 0.2250</w:t>
        <w:br/>
        <w:t>vn -0.1359 0.9882 0.0703</w:t>
        <w:br/>
        <w:t>vn -0.4134 0.9105 0.0068</w:t>
        <w:br/>
        <w:t>vn -0.4134 0.1696 0.8946</w:t>
        <w:br/>
        <w:t>vn -0.4116 0.1740 0.8946</w:t>
        <w:br/>
        <w:t>vn -0.3517 0.1491 0.9242</w:t>
        <w:br/>
        <w:t>vn -0.3522 0.1481 0.9241</w:t>
        <w:br/>
        <w:t>vn -0.3575 0.2914 0.8873</w:t>
        <w:br/>
        <w:t>vn -0.3562 0.2934 0.8872</w:t>
        <w:br/>
        <w:t>vn -0.3927 0.2395 0.8879</w:t>
        <w:br/>
        <w:t>vn -0.3933 0.2384 0.8880</w:t>
        <w:br/>
        <w:t>vn -0.1529 0.3636 -0.9189</w:t>
        <w:br/>
        <w:t>vn -0.1570 0.3204 -0.9342</w:t>
        <w:br/>
        <w:t>vn -0.2733 0.2457 0.9300</w:t>
        <w:br/>
        <w:t>vn -0.2740 0.2451 0.9300</w:t>
        <w:br/>
        <w:t>vn 0.0524 0.0305 0.9982</w:t>
        <w:br/>
        <w:t>vn 0.3243 0.3440 0.8812</w:t>
        <w:br/>
        <w:t>vn 0.2521 0.4982 0.8296</w:t>
        <w:br/>
        <w:t>vn -0.4273 0.8083 -0.4051</w:t>
        <w:br/>
        <w:t>vn -0.3480 0.8589 -0.3758</w:t>
        <w:br/>
        <w:t>vn -0.0841 0.2271 -0.9702</w:t>
        <w:br/>
        <w:t>vn -0.0742 0.2025 -0.9765</w:t>
        <w:br/>
        <w:t>vn -0.0388 0.2088 -0.9772</w:t>
        <w:br/>
        <w:t>vn -0.4824 0.7389 -0.4705</w:t>
        <w:br/>
        <w:t>vn -0.3556 0.8960 -0.2660</w:t>
        <w:br/>
        <w:t>vn 0.0939 0.9949 0.0376</w:t>
        <w:br/>
        <w:t>vn -0.1802 0.8892 -0.4205</w:t>
        <w:br/>
        <w:t>vn -0.1406 0.8760 -0.4614</w:t>
        <w:br/>
        <w:t>vn -0.0016 0.2422 -0.9702</w:t>
        <w:br/>
        <w:t>vn -0.0855 0.4698 0.8786</w:t>
        <w:br/>
        <w:t>vn 0.2143 0.5171 0.8287</w:t>
        <w:br/>
        <w:t>vn 0.2497 0.6983 0.6708</w:t>
        <w:br/>
        <w:t>vn -0.6676 0.6999 -0.2539</w:t>
        <w:br/>
        <w:t>vn -0.7012 0.6026 -0.3811</w:t>
        <w:br/>
        <w:t>vn -0.9298 0.2810 -0.2378</w:t>
        <w:br/>
        <w:t>vn 0.0295 0.7538 0.6565</w:t>
        <w:br/>
        <w:t>vn 0.1178 0.8575 0.5008</w:t>
        <w:br/>
        <w:t>vn 0.0260 0.8976 0.4401</w:t>
        <w:br/>
        <w:t>vn -0.5372 0.7419 0.4013</w:t>
        <w:br/>
        <w:t>vn -0.3772 0.9175 0.1258</w:t>
        <w:br/>
        <w:t>vn -0.4227 0.9044 0.0585</w:t>
        <w:br/>
        <w:t>vn -0.4994 0.8658 -0.0320</w:t>
        <w:br/>
        <w:t>vn -0.5822 0.8020 -0.1332</w:t>
        <w:br/>
        <w:t>vn -0.0448 0.9180 0.3940</w:t>
        <w:br/>
        <w:t>vn -0.2268 0.9331 0.2790</w:t>
        <w:br/>
        <w:t>vn -0.1390 0.9569 -0.2549</w:t>
        <w:br/>
        <w:t>vn 0.2249 0.9229 -0.3124</w:t>
        <w:br/>
        <w:t>vn -0.5213 0.6956 -0.4944</w:t>
        <w:br/>
        <w:t>vn -0.3195 0.9303 -0.1799</w:t>
        <w:br/>
        <w:t>vn -0.3608 0.9311 -0.0539</w:t>
        <w:br/>
        <w:t>vn -0.3693 0.9293 -0.0058</w:t>
        <w:br/>
        <w:t>vn -0.2697 0.9463 0.1784</w:t>
        <w:br/>
        <w:t>vn -0.3726 0.9248 0.0766</w:t>
        <w:br/>
        <w:t>vn -0.0634 0.9948 -0.0800</w:t>
        <w:br/>
        <w:t>vn 0.1789 0.8938 0.4113</w:t>
        <w:br/>
        <w:t>vn -0.0978 0.9456 0.3102</w:t>
        <w:br/>
        <w:t>vn 0.5183 0.7881 0.3321</w:t>
        <w:br/>
        <w:t>vn 0.6630 0.7476 -0.0387</w:t>
        <w:br/>
        <w:t>vn 0.5599 0.8145 -0.1518</w:t>
        <w:br/>
        <w:t>vn 0.6724 0.7345 0.0915</w:t>
        <w:br/>
        <w:t>vn -0.5352 0.8358 -0.1224</w:t>
        <w:br/>
        <w:t>vn -0.5297 0.8450 -0.0730</w:t>
        <w:br/>
        <w:t>vn -0.5253 0.8478 -0.0730</w:t>
        <w:br/>
        <w:t>vn -0.5308 0.8387 -0.1223</w:t>
        <w:br/>
        <w:t>vn -0.0500 0.9490 -0.3113</w:t>
        <w:br/>
        <w:t>vn 0.2307 0.9388 -0.2557</w:t>
        <w:br/>
        <w:t>vn 0.6316 0.4372 0.6402</w:t>
        <w:br/>
        <w:t>vn 0.5827 0.5900 0.5589</w:t>
        <w:br/>
        <w:t>vn 0.3129 0.2111 0.9260</w:t>
        <w:br/>
        <w:t>vn -0.0243 -0.2726 0.9618</w:t>
        <w:br/>
        <w:t>vn -0.2237 0.1876 0.9564</w:t>
        <w:br/>
        <w:t>vn -0.2148 0.1718 0.9614</w:t>
        <w:br/>
        <w:t>vn 0.0158 -0.2507 0.9679</w:t>
        <w:br/>
        <w:t>vn 0.1236 -0.1864 0.9747</w:t>
        <w:br/>
        <w:t>vn -0.1613 0.1828 0.9698</w:t>
        <w:br/>
        <w:t>vn -0.0221 0.2116 0.9771</w:t>
        <w:br/>
        <w:t>vn 0.2691 -0.1970 0.9428</w:t>
        <w:br/>
        <w:t>vn 0.1469 -0.1811 -0.9724</w:t>
        <w:br/>
        <w:t>vn 0.2112 -0.1373 -0.9677</w:t>
        <w:br/>
        <w:t>vn 0.0899 0.1960 0.9765</w:t>
        <w:br/>
        <w:t>vn 0.3290 -0.2752 0.9033</w:t>
        <w:br/>
        <w:t>vn 0.4954 0.7854 0.3712</w:t>
        <w:br/>
        <w:t>vn -0.3338 0.8442 -0.4193</w:t>
        <w:br/>
        <w:t>vn -0.3055 0.8092 -0.5019</w:t>
        <w:br/>
        <w:t>vn 0.7539 0.6341 -0.1721</w:t>
        <w:br/>
        <w:t>vn 0.5889 0.7770 0.2225</w:t>
        <w:br/>
        <w:t>vn 0.4555 0.7656 0.4542</w:t>
        <w:br/>
        <w:t>vn 0.7539 0.6341 -0.1720</w:t>
        <w:br/>
        <w:t>vn 0.7110 0.6611 -0.2395</w:t>
        <w:br/>
        <w:t>vn -0.2468 0.8023 -0.5435</w:t>
        <w:br/>
        <w:t>vn 0.6326 0.3887 0.6699</w:t>
        <w:br/>
        <w:t>vn -0.1755 0.9409 -0.2895</w:t>
        <w:br/>
        <w:t>vn -0.1910 0.9258 -0.3263</w:t>
        <w:br/>
        <w:t>vn -0.2162 0.9109 -0.3516</w:t>
        <w:br/>
        <w:t>vn -0.2663 0.8884 -0.3739</w:t>
        <w:br/>
        <w:t>vn 0.3298 0.9348 0.1315</w:t>
        <w:br/>
        <w:t>vn 0.0577 0.9962 -0.0659</w:t>
        <w:br/>
        <w:t>vn 0.0877 -0.1778 -0.9801</w:t>
        <w:br/>
        <w:t>vn -0.2804 0.8801 -0.3833</w:t>
        <w:br/>
        <w:t>vn -0.0732 0.2229 -0.9721</w:t>
        <w:br/>
        <w:t>vn -0.2226 0.2202 0.9497</w:t>
        <w:br/>
        <w:t>vn -0.0444 -0.2580 0.9651</w:t>
        <w:br/>
        <w:t>vn -0.0541 -0.1952 0.9793</w:t>
        <w:br/>
        <w:t>vn -0.0755 -0.1328 0.9883</w:t>
        <w:br/>
        <w:t>vn -0.4107 0.9058 -0.1041</w:t>
        <w:br/>
        <w:t>vn -0.4324 0.8670 -0.2476</w:t>
        <w:br/>
        <w:t>vn -0.4301 0.8682 -0.2476</w:t>
        <w:br/>
        <w:t>vn 0.1174 -0.1921 -0.9743</w:t>
        <w:br/>
        <w:t>vn 0.0603 -0.2029 -0.9773</w:t>
        <w:br/>
        <w:t>vn -0.0636 0.0207 0.9978</w:t>
        <w:br/>
        <w:t>vn -0.2124 -0.0801 0.9739</w:t>
        <w:br/>
        <w:t>vn -0.0113 -0.4768 0.8789</w:t>
        <w:br/>
        <w:t>vn -0.1371 -0.2978 0.9447</w:t>
        <w:br/>
        <w:t>vn -0.5694 0.7253 0.3869</w:t>
        <w:br/>
        <w:t>vn -0.4830 0.8073 0.3391</w:t>
        <w:br/>
        <w:t>vn -0.4152 0.8563 0.3071</w:t>
        <w:br/>
        <w:t>vn -0.3639 0.8899 0.2750</w:t>
        <w:br/>
        <w:t>vn -0.2848 0.7322 0.6187</w:t>
        <w:br/>
        <w:t>vn -0.2816 0.9342 0.2189</w:t>
        <w:br/>
        <w:t>vn -0.1741 0.4748 0.8627</w:t>
        <w:br/>
        <w:t>vn -0.3554 0.8886 -0.2901</w:t>
        <w:br/>
        <w:t>vn -0.4372 0.8417 -0.3170</w:t>
        <w:br/>
        <w:t>vn -0.1724 0.9221 -0.3463</w:t>
        <w:br/>
        <w:t>vn -0.1967 0.9275 -0.3178</w:t>
        <w:br/>
        <w:t>vn -0.2946 0.9092 -0.2941</w:t>
        <w:br/>
        <w:t>vn -0.4761 0.8365 0.2714</w:t>
        <w:br/>
        <w:t>vn -0.5776 0.7514 0.3191</w:t>
        <w:br/>
        <w:t>vn -0.3970 0.8868 0.2367</w:t>
        <w:br/>
        <w:t>vn -0.3456 0.9161 0.2034</w:t>
        <w:br/>
        <w:t>vn -0.2487 0.9518 0.1794</w:t>
        <w:br/>
        <w:t>vn -0.2196 0.9627 0.1577</w:t>
        <w:br/>
        <w:t>vn -0.0198 -0.3174 0.9481</w:t>
        <w:br/>
        <w:t>vn 0.1483 -0.2351 -0.9606</w:t>
        <w:br/>
        <w:t>vn -0.2851 0.7890 -0.5442</w:t>
        <w:br/>
        <w:t>vn 0.0213 -0.1388 0.9901</w:t>
        <w:br/>
        <w:t>vn -0.1819 0.2973 0.9373</w:t>
        <w:br/>
        <w:t>vn -0.0584 -0.3472 0.9360</w:t>
        <w:br/>
        <w:t>vn 0.9198 -0.1885 -0.3441</w:t>
        <w:br/>
        <w:t>vn 0.6594 -0.5568 -0.5052</w:t>
        <w:br/>
        <w:t>vn 0.2863 -0.7862 -0.5477</w:t>
        <w:br/>
        <w:t>vn 0.2658 -0.7586 -0.5949</w:t>
        <w:br/>
        <w:t>vn 0.3140 -0.7267 -0.6110</w:t>
        <w:br/>
        <w:t>vn 0.2909 -0.7203 -0.6297</w:t>
        <w:br/>
        <w:t>vn 0.2787 -0.7283 -0.6260</w:t>
        <w:br/>
        <w:t>vn 0.2772 -0.7410 -0.6116</w:t>
        <w:br/>
        <w:t>vn -0.9342 -0.2521 0.2522</w:t>
        <w:br/>
        <w:t>vn -0.9343 -0.2521 0.2522</w:t>
        <w:br/>
        <w:t>vn -0.9495 -0.3089 -0.0545</w:t>
        <w:br/>
        <w:t>vn -0.9082 -0.1696 0.3827</w:t>
        <w:br/>
        <w:t>vn 0.2275 -0.7142 0.6620</w:t>
        <w:br/>
        <w:t>vn 0.2474 -0.7033 0.6664</w:t>
        <w:br/>
        <w:t>vn -0.0349 -0.4125 0.9103</w:t>
        <w:br/>
        <w:t>vn 0.6494 0.0611 0.7580</w:t>
        <w:br/>
        <w:t>vn 0.5000 -0.3902 0.7731</w:t>
        <w:br/>
        <w:t>vn 0.2343 -0.7348 0.6366</w:t>
        <w:br/>
        <w:t>vn 0.2324 -0.7354 0.6365</w:t>
        <w:br/>
        <w:t>vn 0.1055 -0.2679 -0.9577</w:t>
        <w:br/>
        <w:t>vn 0.2372 -0.6548 -0.7176</w:t>
        <w:br/>
        <w:t>vn 0.2910 -0.7204 -0.6295</w:t>
        <w:br/>
        <w:t>vn 0.0645 -0.1735 -0.9827</w:t>
        <w:br/>
        <w:t>vn 0.0604 -0.3645 0.9292</w:t>
        <w:br/>
        <w:t>vn 0.2360 -0.6978 0.6763</w:t>
        <w:br/>
        <w:t>vn 0.1778 -0.7095 0.6820</w:t>
        <w:br/>
        <w:t>vn -0.8151 -0.3179 -0.4842</w:t>
        <w:br/>
        <w:t>vn -0.8152 -0.3179 -0.4842</w:t>
        <w:br/>
        <w:t>vn 0.0553 -0.1960 -0.9790</w:t>
        <w:br/>
        <w:t>vn 0.0618 -0.1785 -0.9820</w:t>
        <w:br/>
        <w:t>vn 0.2787 -0.7281 -0.6262</w:t>
        <w:br/>
        <w:t>vn -0.4041 -0.4124 -0.8165</w:t>
        <w:br/>
        <w:t>vn -0.5072 0.7727 -0.3816</w:t>
        <w:br/>
        <w:t>vn 0.3238 -0.1575 -0.9329</w:t>
        <w:br/>
        <w:t>vn 0.2437 -0.3551 -0.9025</w:t>
        <w:br/>
        <w:t>vn 0.0933 -0.0658 -0.9935</w:t>
        <w:br/>
        <w:t>vn -0.3391 0.8099 0.4786</w:t>
        <w:br/>
        <w:t>vn -0.2174 0.8009 0.5580</w:t>
        <w:br/>
        <w:t>vn -0.0340 0.3307 0.9431</w:t>
        <w:br/>
        <w:t>vn -0.3520 0.8354 0.4222</w:t>
        <w:br/>
        <w:t>vn -0.2301 0.8502 0.4735</w:t>
        <w:br/>
        <w:t>vn -0.1495 0.6541 -0.7415</w:t>
        <w:br/>
        <w:t>vn -0.1133 0.6771 -0.7271</w:t>
        <w:br/>
        <w:t>vn -0.2626 0.7775 -0.5714</w:t>
        <w:br/>
        <w:t>vn -0.2708 0.7909 -0.5488</w:t>
        <w:br/>
        <w:t>vn 0.3115 -0.3082 0.8989</w:t>
        <w:br/>
        <w:t>vn 0.2134 -0.2606 0.9416</w:t>
        <w:br/>
        <w:t>vn -0.2625 0.8066 -0.5296</w:t>
        <w:br/>
        <w:t>vn -0.2882 0.8109 -0.5094</w:t>
        <w:br/>
        <w:t>vn 0.0203 0.2769 -0.9607</w:t>
        <w:br/>
        <w:t>vn -0.3963 0.7553 -0.5220</w:t>
        <w:br/>
        <w:t>vn 0.2588 -0.0726 -0.9632</w:t>
        <w:br/>
        <w:t>vn -0.4979 0.7527 0.4308</w:t>
        <w:br/>
        <w:t>vn -0.5117 0.7737 0.3736</w:t>
        <w:br/>
        <w:t>vn -0.4250 0.7809 -0.4577</w:t>
        <w:br/>
        <w:t>vn 0.0035 -0.5443 -0.8389</w:t>
        <w:br/>
        <w:t>vn -0.6242 -0.4254 -0.6553</w:t>
        <w:br/>
        <w:t>vn -0.6826 -0.5409 -0.4914</w:t>
        <w:br/>
        <w:t>vn -0.7236 -0.6897 -0.0272</w:t>
        <w:br/>
        <w:t>vn -0.6295 -0.6230 0.4643</w:t>
        <w:br/>
        <w:t>vn -0.5495 -0.5236 0.6511</w:t>
        <w:br/>
        <w:t>vn 0.2626 0.7775 -0.5714</w:t>
        <w:br/>
        <w:t>vn 0.4477 0.5505 -0.7046</w:t>
        <w:br/>
        <w:t>vn 0.1614 -0.0639 -0.9848</w:t>
        <w:br/>
        <w:t>vn -0.0034 0.3636 -0.9315</w:t>
        <w:br/>
        <w:t>vn 0.3466 0.9350 0.0753</w:t>
        <w:br/>
        <w:t>vn 0.7487 0.6617 0.0392</w:t>
        <w:br/>
        <w:t>vn 0.7323 0.4736 -0.4894</w:t>
        <w:br/>
        <w:t>vn 0.7323 0.4736 -0.4893</w:t>
        <w:br/>
        <w:t>vn 0.9026 0.2150 -0.3730</w:t>
        <w:br/>
        <w:t>vn 0.3429 -0.2893 -0.8937</w:t>
        <w:br/>
        <w:t>vn 0.2803 -0.1259 -0.9516</w:t>
        <w:br/>
        <w:t>vn 0.8287 0.3827 -0.4084</w:t>
        <w:br/>
        <w:t>vn 0.4342 -0.1730 0.8841</w:t>
        <w:br/>
        <w:t>vn 0.4463 -0.3089 0.8399</w:t>
        <w:br/>
        <w:t>vn 0.1621 -0.4670 0.8693</w:t>
        <w:br/>
        <w:t>vn 0.0641 -0.3853 0.9206</w:t>
        <w:br/>
        <w:t>vn -0.0265 -0.2461 0.9689</w:t>
        <w:br/>
        <w:t>vn 0.1587 0.0133 0.9872</w:t>
        <w:br/>
        <w:t>vn -0.0610 0.1699 0.9836</w:t>
        <w:br/>
        <w:t>vn -0.2134 -0.2607 0.9416</w:t>
        <w:br/>
        <w:t>vn 0.8073 -0.5878 0.0528</w:t>
        <w:br/>
        <w:t>vn 0.8387 -0.5441 0.0213</w:t>
        <w:br/>
        <w:t>vn 0.3747 0.2531 0.8919</w:t>
        <w:br/>
        <w:t>vn -0.1360 -0.0915 0.9865</w:t>
        <w:br/>
        <w:t>vn 0.8623 -0.5016 -0.0701</w:t>
        <w:br/>
        <w:t>vn 0.8542 -0.4636 -0.2353</w:t>
        <w:br/>
        <w:t>vn -0.0721 -0.4712 -0.8791</w:t>
        <w:br/>
        <w:t>vn -0.1415 -0.4021 -0.9046</w:t>
        <w:br/>
        <w:t>vn -0.1023 -0.3527 -0.9301</w:t>
        <w:br/>
        <w:t>vn 0.3143 0.2083 -0.9262</w:t>
        <w:br/>
        <w:t>vn -0.2147 -0.1024 -0.9713</w:t>
        <w:br/>
        <w:t>vn 0.8431 -0.4184 -0.3379</w:t>
        <w:br/>
        <w:t>vn 0.4877 0.6322 -0.6021</w:t>
        <w:br/>
        <w:t>vn 0.2597 0.8251 0.5017</w:t>
        <w:br/>
        <w:t>vn 0.6681 0.5256 0.5267</w:t>
        <w:br/>
        <w:t>vn 0.7322 0.4847 0.4785</w:t>
        <w:br/>
        <w:t>vn 0.3748 0.2531 0.8919</w:t>
        <w:br/>
        <w:t>vn 0.8948 0.1878 0.4050</w:t>
        <w:br/>
        <w:t>vn 0.8966 0.3128 0.3135</w:t>
        <w:br/>
        <w:t>vn 0.3437 0.5619 0.7524</w:t>
        <w:br/>
        <w:t>vn 0.2174 0.8009 0.5580</w:t>
        <w:br/>
        <w:t>vn -0.1483 0.9411 -0.3040</w:t>
        <w:br/>
        <w:t>vn 0.2562 0.8754 -0.4098</w:t>
        <w:br/>
        <w:t>vn 0.3263 0.9431 0.0640</w:t>
        <w:br/>
        <w:t>vn 0.9260 0.2277 -0.3011</w:t>
        <w:br/>
        <w:t>vn 0.9051 0.4209 0.0604</w:t>
        <w:br/>
        <w:t>vn 0.5490 0.6118 -0.5695</w:t>
        <w:br/>
        <w:t>vn 0.2624 0.8065 -0.5297</w:t>
        <w:br/>
        <w:t>vn 0.5490 0.6119 -0.5694</w:t>
        <w:br/>
        <w:t>vn 0.8539 0.4262 -0.2986</w:t>
        <w:br/>
        <w:t>vn 0.4279 0.7883 -0.4422</w:t>
        <w:br/>
        <w:t>vn 0.2640 0.8436 0.4676</w:t>
        <w:br/>
        <w:t>vn 0.2004 0.7547 0.6247</w:t>
        <w:br/>
        <w:t>vn -0.2525 0.8624 0.4388</w:t>
        <w:br/>
        <w:t>vn 0.9285 0.2402 0.2831</w:t>
        <w:br/>
        <w:t>vn 0.9059 0.3537 0.2328</w:t>
        <w:br/>
        <w:t>vn 0.8796 0.4704 0.0715</w:t>
        <w:br/>
        <w:t>vn 0.4950 0.6704 0.5528</w:t>
        <w:br/>
        <w:t>vn 0.8329 0.5361 -0.1375</w:t>
        <w:br/>
        <w:t>vn 0.4876 0.6323 -0.6021</w:t>
        <w:br/>
        <w:t>vn 0.4278 0.7883 -0.4423</w:t>
        <w:br/>
        <w:t>vn -0.2437 -0.3552 -0.9025</w:t>
        <w:br/>
        <w:t>vn -0.1217 -0.4472 -0.8861</w:t>
        <w:br/>
        <w:t>vn 0.2301 0.8502 0.4735</w:t>
        <w:br/>
        <w:t>vn -0.2437 -0.3552 -0.9024</w:t>
        <w:br/>
        <w:t>vn 0.6826 -0.5409 -0.4914</w:t>
        <w:br/>
        <w:t>vn 0.6242 -0.4254 -0.6553</w:t>
        <w:br/>
        <w:t>vn 0.7236 -0.6897 -0.0272</w:t>
        <w:br/>
        <w:t>vn 0.6295 -0.6230 0.4643</w:t>
        <w:br/>
        <w:t>vn 0.5495 -0.5236 0.6511</w:t>
        <w:br/>
        <w:t>vn -0.1614 -0.0639 -0.9848</w:t>
        <w:br/>
        <w:t>vn -0.4477 0.5505 -0.7046</w:t>
        <w:br/>
        <w:t>vn -0.3465 0.9350 0.0753</w:t>
        <w:br/>
        <w:t>vn -0.7323 0.4736 -0.4893</w:t>
        <w:br/>
        <w:t>vn -0.7323 0.4736 -0.4894</w:t>
        <w:br/>
        <w:t>vn -0.7487 0.6617 0.0392</w:t>
        <w:br/>
        <w:t>vn -0.9026 0.2150 -0.3730</w:t>
        <w:br/>
        <w:t>vn -0.3429 -0.2893 -0.8937</w:t>
        <w:br/>
        <w:t>vn -0.2804 -0.1259 -0.9516</w:t>
        <w:br/>
        <w:t>vn -0.8287 0.3827 -0.4084</w:t>
        <w:br/>
        <w:t>vn -0.4370 -0.1710 0.8831</w:t>
        <w:br/>
        <w:t>vn -0.0625 -0.3876 0.9197</w:t>
        <w:br/>
        <w:t>vn -0.1492 -0.4801 0.8644</w:t>
        <w:br/>
        <w:t>vn -0.4389 -0.3169 0.8408</w:t>
        <w:br/>
        <w:t>vn 0.0373 -0.2572 0.9656</w:t>
        <w:br/>
        <w:t>vn 0.2134 -0.2607 0.9415</w:t>
        <w:br/>
        <w:t>vn -0.1485 0.0040 0.9889</w:t>
        <w:br/>
        <w:t>vn -0.8387 -0.5442 0.0213</w:t>
        <w:br/>
        <w:t>vn -0.8073 -0.5878 0.0528</w:t>
        <w:br/>
        <w:t>vn -0.8387 -0.5441 0.0213</w:t>
        <w:br/>
        <w:t>vn -0.3748 0.2531 0.8919</w:t>
        <w:br/>
        <w:t>vn 0.1360 -0.0915 0.9865</w:t>
        <w:br/>
        <w:t>vn -0.8623 -0.5016 -0.0701</w:t>
        <w:br/>
        <w:t>vn -0.8623 -0.5015 -0.0701</w:t>
        <w:br/>
        <w:t>vn -0.8542 -0.4636 -0.2353</w:t>
        <w:br/>
        <w:t>vn 0.1415 -0.4021 -0.9046</w:t>
        <w:br/>
        <w:t>vn 0.0722 -0.4712 -0.8791</w:t>
        <w:br/>
        <w:t>vn 0.1022 -0.3527 -0.9302</w:t>
        <w:br/>
        <w:t>vn 0.2147 -0.1024 -0.9713</w:t>
        <w:br/>
        <w:t>vn -0.3143 0.2083 -0.9262</w:t>
        <w:br/>
        <w:t>vn -0.8431 -0.4184 -0.3378</w:t>
        <w:br/>
        <w:t>vn -0.4877 0.6322 -0.6021</w:t>
        <w:br/>
        <w:t>vn -0.2597 0.8251 0.5017</w:t>
        <w:br/>
        <w:t>vn -0.6681 0.5256 0.5267</w:t>
        <w:br/>
        <w:t>vn -0.7322 0.4847 0.4785</w:t>
        <w:br/>
        <w:t>vn -0.3747 0.2531 0.8919</w:t>
        <w:br/>
        <w:t>vn -0.8938 0.1900 0.4063</w:t>
        <w:br/>
        <w:t>vn -0.8965 0.3170 0.3094</w:t>
        <w:br/>
        <w:t>vn -0.3380 0.5582 0.7577</w:t>
        <w:br/>
        <w:t>vn -0.2563 0.8754 -0.4098</w:t>
        <w:br/>
        <w:t>vn 0.1482 0.9411 -0.3040</w:t>
        <w:br/>
        <w:t>vn -0.3262 0.9431 0.0640</w:t>
        <w:br/>
        <w:t>vn -0.9260 0.2277 -0.3011</w:t>
        <w:br/>
        <w:t>vn -0.5489 0.6118 -0.5695</w:t>
        <w:br/>
        <w:t>vn -0.9051 0.4209 0.0603</w:t>
        <w:br/>
        <w:t>vn -0.5490 0.6119 -0.5694</w:t>
        <w:br/>
        <w:t>vn -0.8539 0.4262 -0.2986</w:t>
        <w:br/>
        <w:t>vn -0.4279 0.7883 -0.4422</w:t>
        <w:br/>
        <w:t>vn -0.2639 0.8436 0.4677</w:t>
        <w:br/>
        <w:t>vn -0.2005 0.7547 0.6247</w:t>
        <w:br/>
        <w:t>vn 0.2524 0.8624 0.4388</w:t>
        <w:br/>
        <w:t>vn -0.9277 0.2431 0.2835</w:t>
        <w:br/>
        <w:t>vn -0.9054 0.3549 0.2330</w:t>
        <w:br/>
        <w:t>vn -0.8786 0.4717 0.0740</w:t>
        <w:br/>
        <w:t>vn -0.4943 0.6711 0.5525</w:t>
        <w:br/>
        <w:t>vn -0.8329 0.5361 -0.1374</w:t>
        <w:br/>
        <w:t>vn -0.4278 0.7883 -0.4422</w:t>
        <w:br/>
        <w:t>vn -0.4876 0.6323 -0.6021</w:t>
        <w:br/>
        <w:t>vn -0.4942 0.6711 0.5525</w:t>
        <w:br/>
        <w:t>vn 0.0044 -0.0265 -0.9996</w:t>
        <w:br/>
        <w:t>vn 0.7510 0.0116 -0.6602</w:t>
        <w:br/>
        <w:t>vn 0.7510 0.0117 -0.6602</w:t>
        <w:br/>
        <w:t>vn -0.7157 -0.0571 -0.6960</w:t>
        <w:br/>
        <w:t>vn -0.7157 -0.0572 -0.6961</w:t>
        <w:br/>
        <w:t>vn -0.9968 -0.0654 -0.0458</w:t>
        <w:br/>
        <w:t>vn 0.7707 0.0088 0.6371</w:t>
        <w:br/>
        <w:t>vn 0.9996 0.0233 0.0152</w:t>
        <w:br/>
        <w:t>vn 0.7708 0.0088 0.6371</w:t>
        <w:br/>
        <w:t>vn -0.9607 -0.0681 0.2693</w:t>
        <w:br/>
        <w:t>vn -0.6113 -0.0837 0.7870</w:t>
        <w:br/>
        <w:t>vn -0.7377 -0.0790 0.6705</w:t>
        <w:br/>
        <w:t>vn -0.7377 -0.0791 0.6705</w:t>
        <w:br/>
        <w:t>vn -0.6113 -0.0836 0.7870</w:t>
        <w:br/>
        <w:t>vn -0.8340 -0.0688 0.5474</w:t>
        <w:br/>
        <w:t>vn -0.8309 -0.0658 0.5526</w:t>
        <w:br/>
        <w:t>vn -0.8308 -0.0658 0.5526</w:t>
        <w:br/>
        <w:t>vn -0.8361 -0.0661 0.5446</w:t>
        <w:br/>
        <w:t>vn -0.0100 0.9979 -0.0637</w:t>
        <w:br/>
        <w:t>vn -0.0101 0.9979 -0.0637</w:t>
        <w:br/>
        <w:t>vn 0.0532 0.9973 -0.0506</w:t>
        <w:br/>
        <w:t>vn 0.0159 -0.9999 -0.0010</w:t>
        <w:br/>
        <w:t>vn 0.0172 -0.9998 -0.0078</w:t>
        <w:br/>
        <w:t>vn 0.0160 -0.9999 -0.0010</w:t>
        <w:br/>
        <w:t>vn -0.0566 0.9975 -0.0412</w:t>
        <w:br/>
        <w:t>vn 0.0074 -0.9999 -0.0098</w:t>
        <w:br/>
        <w:t>vn 0.0073 -0.9999 -0.0098</w:t>
        <w:br/>
        <w:t>vn -0.0853 0.9964 0.0011</w:t>
        <w:br/>
        <w:t>vn -0.0853 0.9964 0.0010</w:t>
        <w:br/>
        <w:t>vn 0.0076 -1.0000 -0.0020</w:t>
        <w:br/>
        <w:t>vn 0.0075 -1.0000 -0.0020</w:t>
        <w:br/>
        <w:t>vn 0.0865 0.9962 0.0014</w:t>
        <w:br/>
        <w:t>vn 0.0564 0.9970 0.0533</w:t>
        <w:br/>
        <w:t>vn 0.0565 0.9970 0.0533</w:t>
        <w:br/>
        <w:t>vn 0.0104 -0.9999 -0.0130</w:t>
        <w:br/>
        <w:t>vn 0.0158 -0.9999 0.0016</w:t>
        <w:br/>
        <w:t>vn -0.0977 0.9948 0.0273</w:t>
        <w:br/>
        <w:t>vn -0.0978 0.9948 0.0274</w:t>
        <w:br/>
        <w:t>vn 0.0121 -0.9999 0.0033</w:t>
        <w:br/>
        <w:t>vn -0.0707 0.9968 0.0375</w:t>
        <w:br/>
        <w:t>vn -0.0187 0.9978 0.0642</w:t>
        <w:br/>
        <w:t>vn -0.0187 0.9978 0.0643</w:t>
        <w:br/>
        <w:t>vn 0.0260 -0.9992 -0.0319</w:t>
        <w:br/>
        <w:t>vn 0.0446 -0.9983 -0.0366</w:t>
        <w:br/>
        <w:t>vn -0.1697 0.9756 -0.1395</w:t>
        <w:br/>
        <w:t>vn -0.0632 -0.9786 -0.1959</w:t>
        <w:br/>
        <w:t>vn -0.4380 0.6702 -0.5992</w:t>
        <w:br/>
        <w:t>vn -0.3616 -0.6886 -0.6285</w:t>
        <w:br/>
        <w:t>vn -0.5461 -0.0215 -0.8374</w:t>
        <w:br/>
        <w:t>vn -0.5462 -0.0215 -0.8374</w:t>
        <w:br/>
        <w:t>vn 0.4728 -0.0074 0.8811</w:t>
        <w:br/>
        <w:t>vn 0.5560 0.6760 0.4836</w:t>
        <w:br/>
        <w:t>vn 0.5560 0.6760 0.4835</w:t>
        <w:br/>
        <w:t>vn 0.4057 0.9124 -0.0532</w:t>
        <w:br/>
        <w:t>vn 0.4058 0.9124 -0.0532</w:t>
        <w:br/>
        <w:t>vn -0.6310 0.5265 0.5698</w:t>
        <w:br/>
        <w:t>vn -0.4857 0.5595 0.6716</w:t>
        <w:br/>
        <w:t>vn 0.4893 0.5285 0.6937</w:t>
        <w:br/>
        <w:t>vn -0.6881 0.5180 0.5081</w:t>
        <w:br/>
        <w:t>vn -0.6604 0.6077 -0.4411</w:t>
        <w:br/>
        <w:t>vn -0.7866 0.6124 -0.0782</w:t>
        <w:br/>
        <w:t>vn -0.5430 0.6870 -0.4828</w:t>
        <w:br/>
        <w:t>vn 0.3561 0.6987 0.6204</w:t>
        <w:br/>
        <w:t>vn -0.4400 0.6388 0.6311</w:t>
        <w:br/>
        <w:t>vn -0.0715 0.6035 0.7941</w:t>
        <w:br/>
        <w:t>vn -0.1272 0.8841 -0.4496</w:t>
        <w:br/>
        <w:t>vn -0.1272 0.8841 -0.4497</w:t>
        <w:br/>
        <w:t>vn -0.2857 0.6009 0.7465</w:t>
        <w:br/>
        <w:t>vn -0.2856 0.6009 0.7465</w:t>
        <w:br/>
        <w:t>vn -0.4465 0.5687 0.6908</w:t>
        <w:br/>
        <w:t>vn -0.2955 0.5619 0.7726</w:t>
        <w:br/>
        <w:t>vn -0.2166 0.5676 0.7943</w:t>
        <w:br/>
        <w:t>vn -0.7867 0.6124 -0.0783</w:t>
        <w:br/>
        <w:t>vn -0.7381 0.5562 0.3819</w:t>
        <w:br/>
        <w:t>vn -0.4401 0.6388 0.6311</w:t>
        <w:br/>
        <w:t>vn -0.5975 0.5834 0.5501</w:t>
        <w:br/>
        <w:t>vn -0.5974 0.5834 0.5502</w:t>
        <w:br/>
        <w:t>vn -0.7473 0.5524 -0.3693</w:t>
        <w:br/>
        <w:t>vn -0.2227 0.8373 -0.4993</w:t>
        <w:br/>
        <w:t>vn -0.2227 0.8374 -0.4992</w:t>
        <w:br/>
        <w:t>vn -0.7473 0.5525 -0.3693</w:t>
        <w:br/>
        <w:t>vn -0.8920 0.3940 -0.2215</w:t>
        <w:br/>
        <w:t>vn 0.3622 0.9124 -0.1905</w:t>
        <w:br/>
        <w:t>vn 0.5950 0.7755 0.2111</w:t>
        <w:br/>
        <w:t>vn 0.6297 0.6995 0.3379</w:t>
        <w:br/>
        <w:t>vn 0.3562 0.6987 0.6204</w:t>
        <w:br/>
        <w:t>vn -0.7510 0.0116 -0.6602</w:t>
        <w:br/>
        <w:t>vn -0.0044 -0.0265 -0.9996</w:t>
        <w:br/>
        <w:t>vn -0.7510 0.0117 -0.6602</w:t>
        <w:br/>
        <w:t>vn 0.7157 -0.0572 -0.6961</w:t>
        <w:br/>
        <w:t>vn 0.7157 -0.0571 -0.6960</w:t>
        <w:br/>
        <w:t>vn 0.9968 -0.0654 -0.0458</w:t>
        <w:br/>
        <w:t>vn -0.7708 0.0088 0.6370</w:t>
        <w:br/>
        <w:t>vn -0.7708 0.0088 0.6371</w:t>
        <w:br/>
        <w:t>vn -0.9996 0.0233 0.0152</w:t>
        <w:br/>
        <w:t>vn 0.9607 -0.0681 0.2693</w:t>
        <w:br/>
        <w:t>vn 0.6113 -0.0836 0.7870</w:t>
        <w:br/>
        <w:t>vn 0.7377 -0.0791 0.6705</w:t>
        <w:br/>
        <w:t>vn 0.7377 -0.0790 0.6705</w:t>
        <w:br/>
        <w:t>vn 0.8341 -0.0688 0.5474</w:t>
        <w:br/>
        <w:t>vn 0.8341 -0.0688 0.5473</w:t>
        <w:br/>
        <w:t>vn 0.8309 -0.0658 0.5526</w:t>
        <w:br/>
        <w:t>vn 0.8361 -0.0661 0.5446</w:t>
        <w:br/>
        <w:t>vn 0.0101 0.9979 -0.0637</w:t>
        <w:br/>
        <w:t>vn -0.0533 0.9973 -0.0507</w:t>
        <w:br/>
        <w:t>vn -0.0172 -0.9998 -0.0078</w:t>
        <w:br/>
        <w:t>vn -0.0159 -0.9999 -0.0010</w:t>
        <w:br/>
        <w:t>vn 0.0567 0.9975 -0.0412</w:t>
        <w:br/>
        <w:t>vn -0.0074 -0.9999 -0.0098</w:t>
        <w:br/>
        <w:t>vn -0.0073 -0.9999 -0.0098</w:t>
        <w:br/>
        <w:t>vn 0.0854 0.9963 0.0010</w:t>
        <w:br/>
        <w:t>vn -0.0075 -1.0000 -0.0020</w:t>
        <w:br/>
        <w:t>vn -0.0565 0.9970 0.0534</w:t>
        <w:br/>
        <w:t>vn -0.0866 0.9962 0.0014</w:t>
        <w:br/>
        <w:t>vn -0.0104 -0.9999 -0.0130</w:t>
        <w:br/>
        <w:t>vn -0.0158 -0.9999 0.0016</w:t>
        <w:br/>
        <w:t>vn 0.0978 0.9948 0.0274</w:t>
        <w:br/>
        <w:t>vn -0.0122 -0.9999 0.0033</w:t>
        <w:br/>
        <w:t>vn 0.0187 0.9978 0.0643</w:t>
        <w:br/>
        <w:t>vn 0.0187 0.9978 0.0642</w:t>
        <w:br/>
        <w:t>vn 0.0707 0.9968 0.0375</w:t>
        <w:br/>
        <w:t>vn -0.0260 -0.9992 -0.0319</w:t>
        <w:br/>
        <w:t>vn -0.0446 -0.9983 -0.0366</w:t>
        <w:br/>
        <w:t>vn 0.1697 0.9756 -0.1395</w:t>
        <w:br/>
        <w:t>vn 0.0632 -0.9786 -0.1959</w:t>
        <w:br/>
        <w:t>vn 0.4380 0.6702 -0.5992</w:t>
        <w:br/>
        <w:t>vn 0.3616 -0.6886 -0.6285</w:t>
        <w:br/>
        <w:t>vn 0.5462 -0.0215 -0.8374</w:t>
        <w:br/>
        <w:t>vn -0.4729 -0.0074 0.8811</w:t>
        <w:br/>
        <w:t>vn -0.6197 0.7096 -0.3353</w:t>
        <w:br/>
        <w:t>vn -0.6197 0.7096 -0.3352</w:t>
        <w:br/>
        <w:t>vn -0.6913 0.6901 -0.2143</w:t>
        <w:br/>
        <w:t>vn -0.6913 0.6901 -0.2142</w:t>
        <w:br/>
        <w:t>vn 0.7994 0.5850 0.1372</w:t>
        <w:br/>
        <w:t>vn -0.0469 0.5852 0.8095</w:t>
        <w:br/>
        <w:t>vn -0.0702 0.5885 0.8054</w:t>
        <w:br/>
        <w:t>vn -0.0702 0.5886 0.8054</w:t>
        <w:br/>
        <w:t>vn -0.7489 0.6566 -0.0892</w:t>
        <w:br/>
        <w:t>vn -0.0237 0.5815 0.8132</w:t>
        <w:br/>
        <w:t>vn -0.9271 0.1735 -0.3322</w:t>
        <w:br/>
        <w:t>vn -0.9286 0.0614 -0.3660</w:t>
        <w:br/>
        <w:t>vn -0.9989 0.0279 -0.0386</w:t>
        <w:br/>
        <w:t>vn -0.6473 -0.0294 -0.7616</w:t>
        <w:br/>
        <w:t>vn -0.6658 0.2443 -0.7050</w:t>
        <w:br/>
        <w:t>vn -0.2414 0.3114 -0.9191</w:t>
        <w:br/>
        <w:t>vn -0.2161 -0.2139 -0.9526</w:t>
        <w:br/>
        <w:t>vn 0.1019 0.3061 -0.9465</w:t>
        <w:br/>
        <w:t>vn 0.1467 0.0625 -0.9872</w:t>
        <w:br/>
        <w:t>vn 0.9428 0.0858 -0.3220</w:t>
        <w:br/>
        <w:t>vn 0.9894 -0.0512 0.1358</w:t>
        <w:br/>
        <w:t>vn 0.5001 -0.2632 0.8250</w:t>
        <w:br/>
        <w:t>vn 0.3257 -0.7117 0.6224</w:t>
        <w:br/>
        <w:t>vn 0.3237 -0.2992 0.8976</w:t>
        <w:br/>
        <w:t>vn 0.2649 -0.6693 0.6941</w:t>
        <w:br/>
        <w:t>vn 0.5247 -0.2786 0.8044</w:t>
        <w:br/>
        <w:t>vn 0.4632 -0.6709 0.5791</w:t>
        <w:br/>
        <w:t>vn -0.9711 -0.0401 0.2354</w:t>
        <w:br/>
        <w:t>vn -0.9535 0.1129 0.2796</w:t>
        <w:br/>
        <w:t>vn -0.4440 -0.7676 -0.4622</w:t>
        <w:br/>
        <w:t>vn -0.4543 -0.6739 -0.5827</w:t>
        <w:br/>
        <w:t>vn -0.2729 0.9618 -0.0205</w:t>
        <w:br/>
        <w:t>vn -0.3444 0.9004 -0.2658</w:t>
        <w:br/>
        <w:t>vn -0.2545 0.9662 -0.0402</w:t>
        <w:br/>
        <w:t>vn -0.0247 0.9430 0.3318</w:t>
        <w:br/>
        <w:t>vn -0.1172 0.9898 -0.0807</w:t>
        <w:br/>
        <w:t>vn -0.1835 -0.8584 -0.4791</w:t>
        <w:br/>
        <w:t>vn -0.2161 -0.2139 -0.9527</w:t>
        <w:br/>
        <w:t>vn 0.1504 0.9592 0.2394</w:t>
        <w:br/>
        <w:t>vn 0.2027 -0.8784 -0.4329</w:t>
        <w:br/>
        <w:t>vn 0.1971 0.9786 -0.0584</w:t>
        <w:br/>
        <w:t>vn 0.4114 0.8639 0.2907</w:t>
        <w:br/>
        <w:t>vn 0.4651 -0.8396 -0.2806</w:t>
        <w:br/>
        <w:t>vn 0.3630 -0.9210 -0.1418</w:t>
        <w:br/>
        <w:t>vn 0.2132 0.7435 0.6338</w:t>
        <w:br/>
        <w:t>vn 0.2476 -0.9689 0.0023</w:t>
        <w:br/>
        <w:t>vn 0.1334 0.7416 0.6574</w:t>
        <w:br/>
        <w:t>vn 0.3258 -0.7117 0.6224</w:t>
        <w:br/>
        <w:t>vn 0.1586 -0.9168 0.3665</w:t>
        <w:br/>
        <w:t>vn -0.5786 -0.2503 0.7762</w:t>
        <w:br/>
        <w:t>vn -0.5928 -0.2882 0.7520</w:t>
        <w:br/>
        <w:t>vn 0.2613 0.7608 0.5940</w:t>
        <w:br/>
        <w:t>vn 0.2612 0.7609 0.5940</w:t>
        <w:br/>
        <w:t>vn 0.3051 -0.9233 0.2332</w:t>
        <w:br/>
        <w:t>vn -0.4564 0.5917 -0.6645</w:t>
        <w:br/>
        <w:t>vn -0.5632 -0.2119 0.7987</w:t>
        <w:br/>
        <w:t>vn -0.9638 -0.1920 0.1851</w:t>
        <w:br/>
        <w:t>vn -0.0374 -0.2381 -0.9705</w:t>
        <w:br/>
        <w:t>vn 0.0546 -0.2410 -0.9690</w:t>
        <w:br/>
        <w:t>vn 0.0502 -0.2332 -0.9711</w:t>
        <w:br/>
        <w:t>vn -0.1148 -0.2169 -0.9694</w:t>
        <w:br/>
        <w:t>vn -0.1290 -0.2331 -0.9639</w:t>
        <w:br/>
        <w:t>vn -0.0576 0.2500 0.9665</w:t>
        <w:br/>
        <w:t>vn -0.0551 0.2532 0.9658</w:t>
        <w:br/>
        <w:t>vn 0.0424 0.2547 0.9661</w:t>
        <w:br/>
        <w:t>vn 0.0342 0.2453 0.9689</w:t>
        <w:br/>
        <w:t>vn 0.1315 0.2418 0.9614</w:t>
        <w:br/>
        <w:t>vn 0.1394 0.2537 0.9572</w:t>
        <w:br/>
        <w:t>vn 0.0145 0.9999 0.0018</w:t>
        <w:br/>
        <w:t>vn 0.0518 0.9986 -0.0063</w:t>
        <w:br/>
        <w:t>vn -0.0239 0.6631 0.7482</w:t>
        <w:br/>
        <w:t>vn 0.0282 0.6569 0.7535</w:t>
        <w:br/>
        <w:t>vn 0.0805 0.6489 0.7566</w:t>
        <w:br/>
        <w:t>vn -0.0231 0.9997 0.0100</w:t>
        <w:br/>
        <w:t>vn 0.0044 0.9285 -0.3713</w:t>
        <w:br/>
        <w:t>vn 0.0776 0.9245 -0.3731</w:t>
        <w:br/>
        <w:t>vn -0.0688 0.9275 -0.3674</w:t>
        <w:br/>
        <w:t>vn -0.9994 -0.0164 -0.0304</w:t>
        <w:br/>
        <w:t>vn -0.9414 -0.3367 -0.0182</w:t>
        <w:br/>
        <w:t>vn -0.9414 -0.3367 -0.0183</w:t>
        <w:br/>
        <w:t>vn -0.9963 -0.0318 -0.0793</w:t>
        <w:br/>
        <w:t>vn -0.5832 -0.7980 0.1518</w:t>
        <w:br/>
        <w:t>vn -0.0039 -0.9732 0.2300</w:t>
        <w:br/>
        <w:t>vn -0.0038 -0.9732 0.2300</w:t>
        <w:br/>
        <w:t>vn 0.5770 -0.8091 0.1112</w:t>
        <w:br/>
        <w:t>vn 0.9337 -0.3466 -0.0900</w:t>
        <w:br/>
        <w:t>vn 0.5770 -0.8091 0.1113</w:t>
        <w:br/>
        <w:t>vn 0.9951 -0.0249 -0.0957</w:t>
        <w:br/>
        <w:t>vn 0.9860 -0.0395 -0.1618</w:t>
        <w:br/>
        <w:t>vn -0.9994 0.0345 -0.0050</w:t>
        <w:br/>
        <w:t>vn -0.9932 0.1148 -0.0193</w:t>
        <w:br/>
        <w:t>vn -0.9976 0.0648 0.0242</w:t>
        <w:br/>
        <w:t>vn 1.0000 0.0044 0.0035</w:t>
        <w:br/>
        <w:t>vn 0.9995 0.0042 -0.0309</w:t>
        <w:br/>
        <w:t>vn 0.9988 -0.0087 -0.0472</w:t>
        <w:br/>
        <w:t>vn -0.9976 0.0145 0.0676</w:t>
        <w:br/>
        <w:t>vn 0.9993 0.0046 0.0380</w:t>
        <w:br/>
        <w:t>vn -0.0874 -0.9493 0.3021</w:t>
        <w:br/>
        <w:t>vn -0.0250 -0.9575 0.2872</w:t>
        <w:br/>
        <w:t>vn 0.0375 -0.9618 0.2711</w:t>
        <w:br/>
        <w:t>vn -0.0608 0.2461 0.9673</w:t>
        <w:br/>
        <w:t>vn 0.1205 0.2329 0.9650</w:t>
        <w:br/>
        <w:t>vn -0.0424 -0.2504 -0.9672</w:t>
        <w:br/>
        <w:t>vn 0.0589 -0.2488 -0.9667</w:t>
        <w:br/>
        <w:t>vn -0.1433 -0.2493 -0.9578</w:t>
        <w:br/>
        <w:t>vn 0.8734 0.0319 -0.4859</w:t>
        <w:br/>
        <w:t>vn 0.8573 0.0696 -0.5101</w:t>
        <w:br/>
        <w:t>vn 0.8573 0.0695 -0.5100</w:t>
        <w:br/>
        <w:t>vn 0.0514 0.4816 0.8749</w:t>
        <w:br/>
        <w:t>vn 0.0300 0.5978 0.8011</w:t>
        <w:br/>
        <w:t>vn 0.0299 0.5978 0.8011</w:t>
        <w:br/>
        <w:t>vn 0.0665 0.6548 0.7528</w:t>
        <w:br/>
        <w:t>vn 0.1212 0.7340 0.6682</w:t>
        <w:br/>
        <w:t>vn 0.8733 0.0497 -0.4847</w:t>
        <w:br/>
        <w:t>vn 0.8732 0.0497 -0.4847</w:t>
        <w:br/>
        <w:t>vn 0.8831 0.0783 -0.4627</w:t>
        <w:br/>
        <w:t>vn 0.8445 0.1005 -0.5260</w:t>
        <w:br/>
        <w:t>vn 0.0743 0.4004 0.9133</w:t>
        <w:br/>
        <w:t>vn 0.0739 0.4005 0.9133</w:t>
        <w:br/>
        <w:t>vn 0.1325 0.8907 0.4348</w:t>
        <w:br/>
        <w:t>vn 0.1327 0.8907 0.4348</w:t>
        <w:br/>
        <w:t>vn 0.1385 0.8796 0.4552</w:t>
        <w:br/>
        <w:t>vn 0.9309 0.1417 -0.3366</w:t>
        <w:br/>
        <w:t>vn 0.9341 0.1613 -0.3185</w:t>
        <w:br/>
        <w:t>vn 0.9309 0.1416 -0.3366</w:t>
        <w:br/>
        <w:t>vn 0.9131 0.1024 -0.3946</w:t>
        <w:br/>
        <w:t>vn 0.1425 0.8307 0.5381</w:t>
        <w:br/>
        <w:t>vn 0.1424 0.8307 0.5381</w:t>
        <w:br/>
        <w:t>vn 0.5014 0.7644 0.4054</w:t>
        <w:br/>
        <w:t>vn 0.4030 0.7001 0.5894</w:t>
        <w:br/>
        <w:t>vn 0.2672 0.7242 0.6358</w:t>
        <w:br/>
        <w:t>vn -0.5809 0.7230 0.3740</w:t>
        <w:br/>
        <w:t>vn -0.5810 0.7229 0.3740</w:t>
        <w:br/>
        <w:t>vn -0.5966 0.4560 0.6604</w:t>
        <w:br/>
        <w:t>vn -0.5207 0.1190 0.8454</w:t>
        <w:br/>
        <w:t>vn 0.3925 0.7453 0.5389</w:t>
        <w:br/>
        <w:t>vn 0.5328 0.7020 0.4726</w:t>
        <w:br/>
        <w:t>vn 0.8448 0.5320 0.0568</w:t>
        <w:br/>
        <w:t>vn 0.9101 0.3422 -0.2336</w:t>
        <w:br/>
        <w:t>vn 0.6843 0.6343 -0.3596</w:t>
        <w:br/>
        <w:t>vn 0.9974 -0.0020 -0.0719</w:t>
        <w:br/>
        <w:t>vn 0.7790 0.6199 -0.0940</w:t>
        <w:br/>
        <w:t>vn 0.7664 0.5293 0.3639</w:t>
        <w:br/>
        <w:t>vn 0.7797 0.5218 0.3461</w:t>
        <w:br/>
        <w:t>vn -0.4507 0.8220 0.3481</w:t>
        <w:br/>
        <w:t>vn -0.3957 0.7914 0.4660</w:t>
        <w:br/>
        <w:t>vn 0.6232 0.5584 -0.5475</w:t>
        <w:br/>
        <w:t>vn -0.3336 0.7466 0.5756</w:t>
        <w:br/>
        <w:t>vn 0.6197 0.7096 -0.3353</w:t>
        <w:br/>
        <w:t>vn 0.6912 0.6901 -0.2145</w:t>
        <w:br/>
        <w:t>vn -0.7994 0.5849 0.1373</w:t>
        <w:br/>
        <w:t>vn 0.0702 0.5885 0.8054</w:t>
        <w:br/>
        <w:t>vn 0.0469 0.5852 0.8095</w:t>
        <w:br/>
        <w:t>vn 0.7489 0.6566 -0.0892</w:t>
        <w:br/>
        <w:t>vn 0.0237 0.5815 0.8132</w:t>
        <w:br/>
        <w:t>vn -0.5560 0.6760 0.4836</w:t>
        <w:br/>
        <w:t>vn -0.4058 0.9124 -0.0532</w:t>
        <w:br/>
        <w:t>vn 0.6310 0.5265 0.5698</w:t>
        <w:br/>
        <w:t>vn 0.4857 0.5595 0.6716</w:t>
        <w:br/>
        <w:t>vn -0.4893 0.5286 0.6937</w:t>
        <w:br/>
        <w:t>vn 0.6881 0.5180 0.5080</w:t>
        <w:br/>
        <w:t>vn 0.6604 0.6076 -0.4413</w:t>
        <w:br/>
        <w:t>vn 0.5431 0.6870 -0.4828</w:t>
        <w:br/>
        <w:t>vn 0.5431 0.6870 -0.4827</w:t>
        <w:br/>
        <w:t>vn 0.7867 0.6124 -0.0784</w:t>
        <w:br/>
        <w:t>vn 0.0715 0.6035 0.7942</w:t>
        <w:br/>
        <w:t>vn 0.4400 0.6388 0.6311</w:t>
        <w:br/>
        <w:t>vn -0.3561 0.6987 0.6204</w:t>
        <w:br/>
        <w:t>vn 0.0715 0.6035 0.7941</w:t>
        <w:br/>
        <w:t>vn 0.1271 0.8841 -0.4497</w:t>
        <w:br/>
        <w:t>vn 0.1271 0.8841 -0.4498</w:t>
        <w:br/>
        <w:t>vn 0.2856 0.6009 0.7465</w:t>
        <w:br/>
        <w:t>vn 0.2857 0.6009 0.7465</w:t>
        <w:br/>
        <w:t>vn 0.2955 0.5619 0.7726</w:t>
        <w:br/>
        <w:t>vn 0.4465 0.5687 0.6908</w:t>
        <w:br/>
        <w:t>vn 0.2955 0.5619 0.7727</w:t>
        <w:br/>
        <w:t>vn 0.2161 0.5676 0.7944</w:t>
        <w:br/>
        <w:t>vn 0.7381 0.5562 0.3819</w:t>
        <w:br/>
        <w:t>vn 0.7867 0.6124 -0.0783</w:t>
        <w:br/>
        <w:t>vn 0.4400 0.6388 0.6312</w:t>
        <w:br/>
        <w:t>vn 0.5974 0.5834 0.5502</w:t>
        <w:br/>
        <w:t>vn 0.7473 0.5524 -0.3694</w:t>
        <w:br/>
        <w:t>vn 0.2227 0.8373 -0.4993</w:t>
        <w:br/>
        <w:t>vn 0.2227 0.8374 -0.4992</w:t>
        <w:br/>
        <w:t>vn 0.8920 0.3940 -0.2215</w:t>
        <w:br/>
        <w:t>vn -0.3621 0.9124 -0.1906</w:t>
        <w:br/>
        <w:t>vn -0.5950 0.7755 0.2111</w:t>
        <w:br/>
        <w:t>vn -0.6296 0.6996 0.3379</w:t>
        <w:br/>
        <w:t>vn 0.8331 0.4397 0.3356</w:t>
        <w:br/>
        <w:t>vn 0.9716 0.1571 0.1769</w:t>
        <w:br/>
        <w:t>vn 0.9953 0.0888 0.0398</w:t>
        <w:br/>
        <w:t>vn 0.9726 -0.1959 -0.1254</w:t>
        <w:br/>
        <w:t>vn 0.9792 -0.1447 -0.1419</w:t>
        <w:br/>
        <w:t>vn 0.8396 -0.4647 -0.2812</w:t>
        <w:br/>
        <w:t>vn 0.8876 -0.2513 -0.3861</w:t>
        <w:br/>
        <w:t>vn 0.7921 -0.4661 -0.3942</w:t>
        <w:br/>
        <w:t>vn 0.7457 -0.2817 -0.6039</w:t>
        <w:br/>
        <w:t>vn 0.6136 -0.1491 -0.7754</w:t>
        <w:br/>
        <w:t>vn 0.4823 -0.1686 -0.8596</w:t>
        <w:br/>
        <w:t>vn 0.0009 -0.1250 -0.9922</w:t>
        <w:br/>
        <w:t>vn -0.5128 -0.2658 -0.8163</w:t>
        <w:br/>
        <w:t>vn -0.6904 -0.1435 -0.7090</w:t>
        <w:br/>
        <w:t>vn -0.7917 -0.3906 -0.4698</w:t>
        <w:br/>
        <w:t>vn -0.8540 -0.4508 -0.2596</w:t>
        <w:br/>
        <w:t>vn -0.9301 -0.2241 -0.2910</w:t>
        <w:br/>
        <w:t>vn 0.9180 0.0476 -0.3938</w:t>
        <w:br/>
        <w:t>vn 0.9885 0.0119 -0.1506</w:t>
        <w:br/>
        <w:t>vn 0.5751 0.1336 -0.8071</w:t>
        <w:br/>
        <w:t>vn -0.0460 0.1997 -0.9788</w:t>
        <w:br/>
        <w:t>vn -0.6622 0.1403 -0.7361</w:t>
        <w:br/>
        <w:t>vn -0.9594 0.0173 -0.2816</w:t>
        <w:br/>
        <w:t>vn 0.8980 0.1077 -0.4266</w:t>
        <w:br/>
        <w:t>vn 0.9787 0.0383 -0.2016</w:t>
        <w:br/>
        <w:t>vn 0.5328 0.2533 -0.8074</w:t>
        <w:br/>
        <w:t>vn -0.6365 0.2228 -0.7384</w:t>
        <w:br/>
        <w:t>vn -0.0590 0.3142 -0.9475</w:t>
        <w:br/>
        <w:t>vn -0.9503 0.0909 -0.2979</w:t>
        <w:br/>
        <w:t>vn -0.7756 0.4182 0.4729</w:t>
        <w:br/>
        <w:t>vn -0.6541 0.5755 0.4909</w:t>
        <w:br/>
        <w:t>vn -0.9286 0.3273 0.1747</w:t>
        <w:br/>
        <w:t>vn -0.9385 0.3379 0.0713</w:t>
        <w:br/>
        <w:t>vn -0.4829 0.8751 -0.0321</w:t>
        <w:br/>
        <w:t>vn -0.9248 0.3746 -0.0666</w:t>
        <w:br/>
        <w:t>vn -0.7666 0.6336 0.1045</w:t>
        <w:br/>
        <w:t>vn -0.5218 0.8330 0.1839</w:t>
        <w:br/>
        <w:t>vn 0.5273 0.5264 0.6669</w:t>
        <w:br/>
        <w:t>vn 0.4799 0.7135 0.5105</w:t>
        <w:br/>
        <w:t>vn 0.5811 0.5564 0.5939</w:t>
        <w:br/>
        <w:t>vn -0.6716 0.6551 0.3460</w:t>
        <w:br/>
        <w:t>vn -0.7439 0.5527 0.3755</w:t>
        <w:br/>
        <w:t>vn -0.9222 0.3616 0.1373</w:t>
        <w:br/>
        <w:t>vn -0.9116 0.3767 0.1644</w:t>
        <w:br/>
        <w:t>vn 0.5278 0.6699 0.5222</w:t>
        <w:br/>
        <w:t>vn 0.4928 0.7917 0.3611</w:t>
        <w:br/>
        <w:t>vn 0.9023 0.4263 0.0644</w:t>
        <w:br/>
        <w:t>vn 0.6048 0.7657 0.2189</w:t>
        <w:br/>
        <w:t>vn 0.7858 -0.2127 -0.5807</w:t>
        <w:br/>
        <w:t>vn 0.7697 -0.5165 -0.3752</w:t>
        <w:br/>
        <w:t>vn 0.5048 -0.0509 -0.8617</w:t>
        <w:br/>
        <w:t>vn 0.0018 -0.1477 -0.9890</w:t>
        <w:br/>
        <w:t>vn 0.0138 -0.2095 -0.9777</w:t>
        <w:br/>
        <w:t>vn -0.5502 -0.2691 -0.7905</w:t>
        <w:br/>
        <w:t>vn 0.0018 -0.1476 -0.9890</w:t>
        <w:br/>
        <w:t>vn -0.5025 -0.5338 -0.6801</w:t>
        <w:br/>
        <w:t>vn -0.6988 -0.5366 -0.4729</w:t>
        <w:br/>
        <w:t>vn -0.3652 -0.7326 -0.5744</w:t>
        <w:br/>
        <w:t>vn -0.8962 -0.0644 -0.4389</w:t>
        <w:br/>
        <w:t>vn -0.8195 -0.1324 -0.5575</w:t>
        <w:br/>
        <w:t>vn -0.4684 -0.3257 -0.8213</w:t>
        <w:br/>
        <w:t>vn -0.5337 -0.3104 -0.7866</w:t>
        <w:br/>
        <w:t>vn 0.9080 -0.0703 -0.4131</w:t>
        <w:br/>
        <w:t>vn 0.9105 -0.0168 -0.4132</w:t>
        <w:br/>
        <w:t>vn 0.6850 -0.1918 -0.7028</w:t>
        <w:br/>
        <w:t>vn -0.7832 -0.3382 -0.5217</w:t>
        <w:br/>
        <w:t>vn 0.4094 -0.5555 -0.7237</w:t>
        <w:br/>
        <w:t>vn 0.7555 -0.3642 -0.5446</w:t>
        <w:br/>
        <w:t>vn 0.8026 -0.1849 -0.5671</w:t>
        <w:br/>
        <w:t>vn 0.9808 -0.1051 -0.1642</w:t>
        <w:br/>
        <w:t>vn 0.9521 -0.0731 -0.2970</w:t>
        <w:br/>
        <w:t>vn -0.9686 -0.0916 -0.2312</w:t>
        <w:br/>
        <w:t>vn -0.9605 -0.0801 -0.2665</w:t>
        <w:br/>
        <w:t>vn -0.9482 -0.0741 -0.3090</w:t>
        <w:br/>
        <w:t>vn 0.3535 -0.7385 -0.5741</w:t>
        <w:br/>
        <w:t>vn -0.3344 -0.8259 -0.4540</w:t>
        <w:br/>
        <w:t>vn 0.3533 -0.8178 -0.4543</w:t>
        <w:br/>
        <w:t>vn -0.0102 -0.5292 -0.8485</w:t>
        <w:br/>
        <w:t>vn 0.6850 -0.1917 -0.7028</w:t>
        <w:br/>
        <w:t>vn -0.0041 -0.4593 -0.8883</w:t>
        <w:br/>
        <w:t>vn -0.0023 -0.8290 -0.5593</w:t>
        <w:br/>
        <w:t>vn -0.0013 -0.9948 -0.1023</w:t>
        <w:br/>
        <w:t>vn -0.0014 -0.9948 -0.1023</w:t>
        <w:br/>
        <w:t>vn -0.0004 -1.0000 0.0014</w:t>
        <w:br/>
        <w:t>vn -0.0005 -1.0000 0.0016</w:t>
        <w:br/>
        <w:t>vn 0.0001 -1.0000 -0.0002</w:t>
        <w:br/>
        <w:t>vn -0.3665 -0.8594 -0.3566</w:t>
        <w:br/>
        <w:t>vn -0.4297 -0.8226 -0.3724</w:t>
        <w:br/>
        <w:t>vn -0.6187 -0.6743 -0.4032</w:t>
        <w:br/>
        <w:t>vn -0.9741 0.2213 0.0468</w:t>
        <w:br/>
        <w:t>vn -0.6827 0.6869 0.2493</w:t>
        <w:br/>
        <w:t>vn -0.0590 0.3141 -0.9475</w:t>
        <w:br/>
        <w:t>vn -0.8422 0.4259 0.3306</w:t>
        <w:br/>
        <w:t>vn -0.9940 0.1091 -0.0075</w:t>
        <w:br/>
        <w:t>vn -0.9861 0.1613 0.0401</w:t>
        <w:br/>
        <w:t>vn -0.8413 0.4491 0.3010</w:t>
        <w:br/>
        <w:t>vn -0.9766 -0.2011 -0.0760</w:t>
        <w:br/>
        <w:t>vn -0.9984 -0.0354 -0.0445</w:t>
        <w:br/>
        <w:t>vn -0.9741 0.2212 0.0468</w:t>
        <w:br/>
        <w:t>vn -0.9976 0.0368 -0.0586</w:t>
        <w:br/>
        <w:t>vn -0.4296 -0.8226 -0.3724</w:t>
        <w:br/>
        <w:t>vn 0.0062 -0.9771 -0.2126</w:t>
        <w:br/>
        <w:t>vn -0.0058 -0.9465 -0.3225</w:t>
        <w:br/>
        <w:t>vn 0.0115 -0.9859 -0.1672</w:t>
        <w:br/>
        <w:t>vn 0.0133 -0.9881 -0.1532</w:t>
        <w:br/>
        <w:t>vn 0.3511 0.7686 0.5348</w:t>
        <w:br/>
        <w:t>vn 0.3055 0.8248 0.4758</w:t>
        <w:br/>
        <w:t>vn 0.7539 0.5421 0.3711</w:t>
        <w:br/>
        <w:t>vn -0.7838 0.5375 0.3112</w:t>
        <w:br/>
        <w:t>vn -0.3378 0.8242 0.4546</w:t>
        <w:br/>
        <w:t>vn -0.4789 0.7198 0.5025</w:t>
        <w:br/>
        <w:t>vn -0.0060 0.8581 0.5134</w:t>
        <w:br/>
        <w:t>vn -0.0086 0.8147 0.5799</w:t>
        <w:br/>
        <w:t>vn 0.9951 0.0081 -0.0981</w:t>
        <w:br/>
        <w:t>vn 0.9899 0.0117 -0.1411</w:t>
        <w:br/>
        <w:t>vn 0.9923 0.0272 -0.1212</w:t>
        <w:br/>
        <w:t>vn 0.5190 0.8545 -0.0207</w:t>
        <w:br/>
        <w:t>vn 0.9165 0.3995 -0.0187</w:t>
        <w:br/>
        <w:t>vn 0.9922 -0.1124 -0.0533</w:t>
        <w:br/>
        <w:t>vn 0.9922 -0.1123 -0.0532</w:t>
        <w:br/>
        <w:t>vn 0.5040 0.8616 0.0608</w:t>
        <w:br/>
        <w:t>vn 0.8542 0.5103 0.1000</w:t>
        <w:br/>
        <w:t>vn 0.9922 -0.0687 0.1037</w:t>
        <w:br/>
        <w:t>vn 0.8542 0.5102 0.1001</w:t>
        <w:br/>
        <w:t>vn -0.9730 0.1902 0.1305</w:t>
        <w:br/>
        <w:t>vn -0.8351 0.5460 0.0673</w:t>
        <w:br/>
        <w:t>vn -0.4957 0.8674 0.0428</w:t>
        <w:br/>
        <w:t>vn -0.9954 -0.0449 0.0842</w:t>
        <w:br/>
        <w:t>vn -0.9908 -0.0704 -0.1160</w:t>
        <w:br/>
        <w:t>vn -0.9272 0.2275 0.2975</w:t>
        <w:br/>
        <w:t>vn -0.6634 0.6317 0.4011</w:t>
        <w:br/>
        <w:t>vn 0.8962 0.2462 0.3691</w:t>
        <w:br/>
        <w:t>vn 0.6101 0.6418 0.4645</w:t>
        <w:br/>
        <w:t>vn -0.0126 0.9297 0.3681</w:t>
        <w:br/>
        <w:t>vn 0.7737 0.4507 0.4453</w:t>
        <w:br/>
        <w:t>vn 0.6386 0.5344 0.5537</w:t>
        <w:br/>
        <w:t>vn 0.6786 0.5242 0.5146</w:t>
        <w:br/>
        <w:t>vn -0.5816 0.6807 0.4454</w:t>
        <w:br/>
        <w:t>vn 0.1706 0.9445 0.2808</w:t>
        <w:br/>
        <w:t>vn -0.8446 0.4706 0.2552</w:t>
        <w:br/>
        <w:t>vn -0.8696 0.4310 0.2410</w:t>
        <w:br/>
        <w:t>vn 0.8347 0.4557 0.3093</w:t>
        <w:br/>
        <w:t>vn 0.8626 0.4143 0.2903</w:t>
        <w:br/>
        <w:t>vn 0.7802 0.4242 0.4596</w:t>
        <w:br/>
        <w:t>vn 0.7302 0.4197 0.5392</w:t>
        <w:br/>
        <w:t>vn -0.8166 0.4592 0.3499</w:t>
        <w:br/>
        <w:t>vn -0.8130 0.4686 0.3455</w:t>
        <w:br/>
        <w:t>vn -0.7667 0.4578 0.4502</w:t>
        <w:br/>
        <w:t>vn -0.4536 0.5198 0.7239</w:t>
        <w:br/>
        <w:t>vn -0.3993 0.6473 0.6492</w:t>
        <w:br/>
        <w:t>vn -0.7103 0.5560 0.4316</w:t>
        <w:br/>
        <w:t>vn 0.3711 0.6333 0.6791</w:t>
        <w:br/>
        <w:t>vn 0.4211 0.4995 0.7571</w:t>
        <w:br/>
        <w:t>vn -0.0208 0.6788 0.7340</w:t>
        <w:br/>
        <w:t>vn -0.0221 0.5160 0.8563</w:t>
        <w:br/>
        <w:t>vn -0.0001 -1.0000 0.0004</w:t>
        <w:br/>
        <w:t>vn -0.0012 -1.0000 0.0027</w:t>
        <w:br/>
        <w:t>vn -0.0013 -1.0000 0.0030</w:t>
        <w:br/>
        <w:t>vn -0.0020 -1.0000 -0.0010</w:t>
        <w:br/>
        <w:t>vn -0.0009 -1.0000 -0.0035</w:t>
        <w:br/>
        <w:t>vn -0.0010 -1.0000 -0.0035</w:t>
        <w:br/>
        <w:t>vn -0.5222 0.0418 0.8518</w:t>
        <w:br/>
        <w:t>vn -0.0244 0.0416 0.9988</w:t>
        <w:br/>
        <w:t>vn 0.9379 -0.0258 0.3460</w:t>
        <w:br/>
        <w:t>vn 0.8614 -0.0065 0.5079</w:t>
        <w:br/>
        <w:t>vn 0.8055 0.0054 0.5926</w:t>
        <w:br/>
        <w:t>vn 0.4698 0.0256 0.8824</w:t>
        <w:br/>
        <w:t>vn -0.8642 0.0117 0.5030</w:t>
        <w:br/>
        <w:t>vn -0.9182 -0.0140 0.3959</w:t>
        <w:br/>
        <w:t>vn -0.9569 -0.0311 0.2889</w:t>
        <w:br/>
        <w:t>vn 0.2979 0.7266 0.6191</w:t>
        <w:br/>
        <w:t>vn -0.3993 0.6474 0.6492</w:t>
        <w:br/>
        <w:t>vn -0.0227 0.7471 0.6643</w:t>
        <w:br/>
        <w:t>vn -0.3348 0.7287 0.5975</w:t>
        <w:br/>
        <w:t>vn -0.8695 0.4310 0.2411</w:t>
        <w:br/>
        <w:t>vn -0.8351 0.5459 0.0673</w:t>
        <w:br/>
        <w:t>vn -0.9852 0.0104 -0.1710</w:t>
        <w:br/>
        <w:t>vn -0.9894 0.0208 -0.1435</w:t>
        <w:br/>
        <w:t>vn 0.4647 0.8324 0.3018</w:t>
        <w:br/>
        <w:t>vn 0.6708 -0.5700 -0.4745</w:t>
        <w:br/>
        <w:t>vn -0.6896 0.7029 0.1743</w:t>
        <w:br/>
        <w:t>vn 0.3150 0.9489 -0.0179</w:t>
        <w:br/>
        <w:t>vn 0.7622 0.6459 -0.0437</w:t>
        <w:br/>
        <w:t>vn 0.2500 0.9450 -0.2109</w:t>
        <w:br/>
        <w:t>vn -0.7468 0.6571 -0.1019</w:t>
        <w:br/>
        <w:t>vn -0.3146 0.9476 -0.0547</w:t>
        <w:br/>
        <w:t>vn -0.1846 0.9451 -0.2696</w:t>
        <w:br/>
        <w:t>vn 0.0745 0.9078 -0.4128</w:t>
        <w:br/>
        <w:t>vn 0.1529 0.8381 -0.5237</w:t>
        <w:br/>
        <w:t>vn 0.0256 0.7954 -0.6056</w:t>
        <w:br/>
        <w:t>vn -0.0807 0.8258 -0.5581</w:t>
        <w:br/>
        <w:t>vn 0.0194 0.9188 -0.3943</w:t>
        <w:br/>
        <w:t>vn -0.1271 0.8611 -0.4923</w:t>
        <w:br/>
        <w:t>vn 0.6455 0.7482 0.1532</w:t>
        <w:br/>
        <w:t>vn 0.4800 0.7135 0.5104</w:t>
        <w:br/>
        <w:t>vn 0.3737 0.3491 0.8594</w:t>
        <w:br/>
        <w:t>vn 0.3736 0.3491 0.8594</w:t>
        <w:br/>
        <w:t>vn 0.3618 0.0239 0.9319</w:t>
        <w:br/>
        <w:t>vn 0.3619 0.0239 0.9319</w:t>
        <w:br/>
        <w:t>vn -0.4241 -0.1431 0.8942</w:t>
        <w:br/>
        <w:t>vn -0.4117 0.1188 0.9035</w:t>
        <w:br/>
        <w:t>vn -0.4211 -0.1886 0.8872</w:t>
        <w:br/>
        <w:t>vn 0.2745 0.6272 0.7289</w:t>
        <w:br/>
        <w:t>vn 0.2745 0.6271 0.7289</w:t>
        <w:br/>
        <w:t>vn 0.1676 0.8970 0.4091</w:t>
        <w:br/>
        <w:t>vn 0.1676 0.8970 0.4090</w:t>
        <w:br/>
        <w:t>vn 0.1190 0.9906 0.0669</w:t>
        <w:br/>
        <w:t>vn 0.1507 0.9805 -0.1260</w:t>
        <w:br/>
        <w:t>vn 0.0053 0.9987 0.0511</w:t>
        <w:br/>
        <w:t>vn -0.1092 0.9608 0.2547</w:t>
        <w:br/>
        <w:t>vn -0.2152 0.8484 0.4837</w:t>
        <w:br/>
        <w:t>vn -0.3432 0.5620 0.7526</w:t>
        <w:br/>
        <w:t>vn 0.3300 -0.1791 0.9268</w:t>
        <w:br/>
        <w:t>vn -0.3088 0.7765 0.5493</w:t>
        <w:br/>
        <w:t>vn -0.5094 0.5741 0.6410</w:t>
        <w:br/>
        <w:t>vn -0.1299 0.9390 0.3186</w:t>
        <w:br/>
        <w:t>vn -0.0183 0.9987 0.0467</w:t>
        <w:br/>
        <w:t>vn -0.4025 0.4966 -0.7690</w:t>
        <w:br/>
        <w:t>vn -0.1987 0.7256 -0.6588</w:t>
        <w:br/>
        <w:t>vn -0.5249 0.7464 -0.4091</w:t>
        <w:br/>
        <w:t>vn -0.6171 0.2944 -0.7297</w:t>
        <w:br/>
        <w:t>vn -0.0527 0.8841 -0.4643</w:t>
        <w:br/>
        <w:t>vn -0.8036 0.4479 -0.3920</w:t>
        <w:br/>
        <w:t>vn -0.6922 0.4628 -0.5538</w:t>
        <w:br/>
        <w:t>vn -0.8849 0.3779 -0.2721</w:t>
        <w:br/>
        <w:t>vn -0.8619 0.4571 0.2197</w:t>
        <w:br/>
        <w:t>vn -0.7590 0.5758 0.3040</w:t>
        <w:br/>
        <w:t>vn -0.4216 0.7700 -0.4789</w:t>
        <w:br/>
        <w:t>vn -0.4868 0.6418 -0.5926</w:t>
        <w:br/>
        <w:t>vn -0.6198 0.6426 0.4504</w:t>
        <w:br/>
        <w:t>vn -0.3838 0.8472 0.3673</w:t>
        <w:br/>
        <w:t>vn -0.4916 0.7522 0.4388</w:t>
        <w:br/>
        <w:t>vn -0.2662 0.9630 0.0418</w:t>
        <w:br/>
        <w:t>vn -0.3227 0.8565 -0.4029</w:t>
        <w:br/>
        <w:t>vn -0.3837 0.8473 0.3673</w:t>
        <w:br/>
        <w:t>vn -0.7762 0.3061 -0.5512</w:t>
        <w:br/>
        <w:t>vn -0.8941 -0.4102 0.1800</w:t>
        <w:br/>
        <w:t>vn -0.8941 -0.4100 0.1800</w:t>
        <w:br/>
        <w:t>vn -0.8941 -0.4101 0.1800</w:t>
        <w:br/>
        <w:t>vn -0.6885 0.5184 0.5073</w:t>
        <w:br/>
        <w:t>vn 0.6624 -0.7413 0.1080</w:t>
        <w:br/>
        <w:t>vn 0.6624 -0.7414 0.1079</w:t>
        <w:br/>
        <w:t>vn 0.6622 -0.7382 0.1289</w:t>
        <w:br/>
        <w:t>vn 0.6469 -0.7564 0.0968</w:t>
        <w:br/>
        <w:t>vn 0.6315 -0.7680 0.1065</w:t>
        <w:br/>
        <w:t>vn 0.6314 -0.7681 0.1065</w:t>
        <w:br/>
        <w:t>vn 0.6194 -0.7741 0.1308</w:t>
        <w:br/>
        <w:t>vn 0.6191 -0.7711 0.1488</w:t>
        <w:br/>
        <w:t>vn 0.6188 -0.7714 0.1484</w:t>
        <w:br/>
        <w:t>vn 0.6314 -0.7584 0.1616</w:t>
        <w:br/>
        <w:t>vn 0.6315 -0.7584 0.1616</w:t>
        <w:br/>
        <w:t>vn 0.6470 -0.7466 0.1549</w:t>
        <w:br/>
        <w:t>vn -0.8156 -0.2901 -0.5006</w:t>
        <w:br/>
        <w:t>vn -0.8157 -0.2901 -0.5005</w:t>
        <w:br/>
        <w:t>vn -0.8155 -0.2900 -0.5008</w:t>
        <w:br/>
        <w:t>vn -0.8154 -0.2900 -0.5010</w:t>
        <w:br/>
        <w:t>vn -0.8155 -0.2900 -0.5009</w:t>
        <w:br/>
        <w:t>vn -0.8154 -0.2899 -0.5010</w:t>
        <w:br/>
        <w:t>vn -0.8158 -0.2902 -0.5002</w:t>
        <w:br/>
        <w:t>vn 0.9949 -0.0998 0.0156</w:t>
        <w:br/>
        <w:t>vn 0.6817 0.1309 0.7198</w:t>
        <w:br/>
        <w:t>vn 0.7554 -0.6068 0.2472</w:t>
        <w:br/>
        <w:t>vn 0.8879 0.4396 0.1354</w:t>
        <w:br/>
        <w:t>vn 0.3885 0.8512 0.3529</w:t>
        <w:br/>
        <w:t>vn -0.0282 0.3167 0.9481</w:t>
        <w:br/>
        <w:t>vn -0.0623 -0.4917 0.8685</w:t>
        <w:br/>
        <w:t>vn -0.6931 0.5497 0.4663</w:t>
        <w:br/>
        <w:t>vn -0.2376 0.8043 0.5447</w:t>
        <w:br/>
        <w:t>vn -0.0705 0.9691 -0.2366</w:t>
        <w:br/>
        <w:t>vn -0.6010 0.7835 -0.1581</w:t>
        <w:br/>
        <w:t>vn -0.2914 0.5988 -0.7460</w:t>
        <w:br/>
        <w:t>vn -0.5047 0.3619 -0.7838</w:t>
        <w:br/>
        <w:t>vn -0.7923 0.4392 -0.4235</w:t>
        <w:br/>
        <w:t>vn -0.3571 0.5075 -0.7842</w:t>
        <w:br/>
        <w:t>vn -0.9130 0.2243 -0.3407</w:t>
        <w:br/>
        <w:t>vn -0.9354 0.2613 0.2384</w:t>
        <w:br/>
        <w:t>vn -0.8821 0.3162 0.3493</w:t>
        <w:br/>
        <w:t>vn 0.2489 0.6257 -0.7393</w:t>
        <w:br/>
        <w:t>vn -0.2915 0.5988 -0.7460</w:t>
        <w:br/>
        <w:t>vn 0.3884 0.8513 0.3528</w:t>
        <w:br/>
        <w:t>vn 0.6592 0.6522 -0.3743</w:t>
        <w:br/>
        <w:t>vn -0.5064 0.1274 0.8528</w:t>
        <w:br/>
        <w:t>vn -0.7579 0.1771 0.6279</w:t>
        <w:br/>
        <w:t>vn -0.7850 0.2754 0.5549</w:t>
        <w:br/>
        <w:t>vn -0.9322 0.3095 0.1877</w:t>
        <w:br/>
        <w:t>vn -0.6428 0.2839 0.7115</w:t>
        <w:br/>
        <w:t>vn 0.4277 -0.0821 0.9002</w:t>
        <w:br/>
        <w:t>vn 0.2325 0.0547 0.9711</w:t>
        <w:br/>
        <w:t>vn 0.2177 -0.2188 0.9512</w:t>
        <w:br/>
        <w:t>vn -0.0299 -0.0427 0.9986</w:t>
        <w:br/>
        <w:t>vn -0.2270 -0.4344 0.8716</w:t>
        <w:br/>
        <w:t>vn -0.1286 -0.5472 0.8271</w:t>
        <w:br/>
        <w:t>vn 0.7528 -0.3507 -0.5571</w:t>
        <w:br/>
        <w:t>vn 0.9261 0.0241 -0.3766</w:t>
        <w:br/>
        <w:t>vn 0.8880 0.4396 0.1354</w:t>
        <w:br/>
        <w:t>vn 0.9949 -0.0997 0.0155</w:t>
        <w:br/>
        <w:t>vn 0.4470 -0.3259 -0.8331</w:t>
        <w:br/>
        <w:t>vn 0.3166 -0.2371 -0.9185</w:t>
        <w:br/>
        <w:t>vn 0.7527 -0.3507 -0.5572</w:t>
        <w:br/>
        <w:t>vn 0.5249 -0.5896 -0.6139</w:t>
        <w:br/>
        <w:t>vn 0.5381 -0.7796 -0.3204</w:t>
        <w:br/>
        <w:t>vn 0.5250 -0.5896 -0.6138</w:t>
        <w:br/>
        <w:t>vn 0.6926 -0.6473 -0.3185</w:t>
        <w:br/>
        <w:t>vn 0.6672 -0.5817 -0.4653</w:t>
        <w:br/>
        <w:t>vn -0.0623 -0.4916 0.8686</w:t>
        <w:br/>
        <w:t>vn -0.0405 -0.6680 0.7430</w:t>
        <w:br/>
        <w:t>vn 0.5631 -0.4041 -0.7209</w:t>
        <w:br/>
        <w:t>vn 0.6672 -0.5817 -0.4652</w:t>
        <w:br/>
        <w:t>vn 0.6429 0.2840 0.7114</w:t>
        <w:br/>
        <w:t>vn 0.7370 -0.6118 -0.2872</w:t>
        <w:br/>
        <w:t>vn 0.4571 -0.4724 0.7535</w:t>
        <w:br/>
        <w:t>vn 0.0730 -0.7445 0.6636</w:t>
        <w:br/>
        <w:t>vn 0.7527 -0.3507 -0.5571</w:t>
        <w:br/>
        <w:t>vn -0.9949 -0.0998 0.0156</w:t>
        <w:br/>
        <w:t>vn -0.7554 -0.6068 0.2472</w:t>
        <w:br/>
        <w:t>vn -0.6817 0.1309 0.7198</w:t>
        <w:br/>
        <w:t>vn -0.8879 0.4396 0.1354</w:t>
        <w:br/>
        <w:t>vn -0.3885 0.8512 0.3528</w:t>
        <w:br/>
        <w:t>vn 0.0282 0.3167 0.9481</w:t>
        <w:br/>
        <w:t>vn 0.0623 -0.4917 0.8686</w:t>
        <w:br/>
        <w:t>vn 0.0704 0.9691 -0.2365</w:t>
        <w:br/>
        <w:t>vn 0.2376 0.8043 0.5447</w:t>
        <w:br/>
        <w:t>vn 0.6931 0.5497 0.4663</w:t>
        <w:br/>
        <w:t>vn 0.6010 0.7835 -0.1581</w:t>
        <w:br/>
        <w:t>vn 0.7923 0.4392 -0.4235</w:t>
        <w:br/>
        <w:t>vn 0.5047 0.3619 -0.7838</w:t>
        <w:br/>
        <w:t>vn 0.2915 0.5988 -0.7460</w:t>
        <w:br/>
        <w:t>vn 0.3571 0.5076 -0.7841</w:t>
        <w:br/>
        <w:t>vn 0.9130 0.2243 -0.3408</w:t>
        <w:br/>
        <w:t>vn 0.8821 0.3161 0.3493</w:t>
        <w:br/>
        <w:t>vn 0.9354 0.2612 0.2384</w:t>
        <w:br/>
        <w:t>vn -0.2489 0.6257 -0.7393</w:t>
        <w:br/>
        <w:t>vn -0.6593 0.6522 -0.3743</w:t>
        <w:br/>
        <w:t>vn -0.3884 0.8512 0.3529</w:t>
        <w:br/>
        <w:t>vn 0.5064 0.1274 0.8529</w:t>
        <w:br/>
        <w:t>vn 0.7579 0.1772 0.6279</w:t>
        <w:br/>
        <w:t>vn 0.7850 0.2754 0.5550</w:t>
        <w:br/>
        <w:t>vn 0.9322 0.3095 0.1876</w:t>
        <w:br/>
        <w:t>vn 0.6429 0.2839 0.7114</w:t>
        <w:br/>
        <w:t>vn -0.4277 -0.0821 0.9002</w:t>
        <w:br/>
        <w:t>vn -0.2177 -0.2188 0.9512</w:t>
        <w:br/>
        <w:t>vn -0.2325 0.0547 0.9711</w:t>
        <w:br/>
        <w:t>vn 0.1286 -0.5472 0.8271</w:t>
        <w:br/>
        <w:t>vn 0.2270 -0.4344 0.8716</w:t>
        <w:br/>
        <w:t>vn 0.0299 -0.0427 0.9986</w:t>
        <w:br/>
        <w:t>vn -0.7527 -0.3507 -0.5571</w:t>
        <w:br/>
        <w:t>vn -0.7528 -0.3507 -0.5571</w:t>
        <w:br/>
        <w:t>vn -0.9261 0.0241 -0.3766</w:t>
        <w:br/>
        <w:t>vn -0.8880 0.4396 0.1354</w:t>
        <w:br/>
        <w:t>vn -0.9949 -0.0997 0.0155</w:t>
        <w:br/>
        <w:t>vn -0.3166 -0.2371 -0.9185</w:t>
        <w:br/>
        <w:t>vn -0.4470 -0.3259 -0.8331</w:t>
        <w:br/>
        <w:t>vn -0.5249 -0.5896 -0.6139</w:t>
        <w:br/>
        <w:t>vn -0.5381 -0.7796 -0.3204</w:t>
        <w:br/>
        <w:t>vn -0.5250 -0.5896 -0.6138</w:t>
        <w:br/>
        <w:t>vn -0.6926 -0.6473 -0.3185</w:t>
        <w:br/>
        <w:t>vn -0.6672 -0.5817 -0.4653</w:t>
        <w:br/>
        <w:t>vn 0.0623 -0.4917 0.8685</w:t>
        <w:br/>
        <w:t>vn 0.0405 -0.6680 0.7430</w:t>
        <w:br/>
        <w:t>vn -0.5631 -0.4042 -0.7208</w:t>
        <w:br/>
        <w:t>vn -0.6673 -0.5817 -0.4652</w:t>
        <w:br/>
        <w:t>vn -0.6428 0.2840 0.7114</w:t>
        <w:br/>
        <w:t>vn -0.7370 -0.6118 -0.2873</w:t>
        <w:br/>
        <w:t>vn -0.4571 -0.4724 0.7536</w:t>
        <w:br/>
        <w:t>vn -0.0729 -0.7445 0.6636</w:t>
        <w:br/>
        <w:t>vn -0.2209 -0.7692 -0.5996</w:t>
        <w:br/>
        <w:t>vn 0.3392 -0.6242 -0.7038</w:t>
        <w:br/>
        <w:t>vn 0.0488 -0.7643 -0.6430</w:t>
        <w:br/>
        <w:t>vn -0.1570 0.4483 -0.8800</w:t>
        <w:br/>
        <w:t>vn -0.3166 0.4674 -0.8254</w:t>
        <w:br/>
        <w:t>vn -0.0188 0.4699 -0.8825</w:t>
        <w:br/>
        <w:t>vn -0.4573 0.0343 -0.8886</w:t>
        <w:br/>
        <w:t>vn -0.4942 0.2459 -0.8338</w:t>
        <w:br/>
        <w:t>vn -0.5343 -0.7856 -0.3121</w:t>
        <w:br/>
        <w:t>vn -0.5343 -0.7856 -0.3122</w:t>
        <w:br/>
        <w:t>vn -0.6275 0.3853 -0.6766</w:t>
        <w:br/>
        <w:t>vn -0.6050 0.1323 -0.7851</w:t>
        <w:br/>
        <w:t>vn -0.1837 0.3066 -0.9339</w:t>
        <w:br/>
        <w:t>vn 0.5228 -0.3846 -0.7607</w:t>
        <w:br/>
        <w:t>vn 0.5304 0.3489 -0.7726</w:t>
        <w:br/>
        <w:t>vn 0.1193 0.7270 -0.6762</w:t>
        <w:br/>
        <w:t>vn 0.4538 0.7472 -0.4856</w:t>
        <w:br/>
        <w:t>vn -0.4553 -0.1474 -0.8780</w:t>
        <w:br/>
        <w:t>vn 0.0396 -0.0281 0.9988</w:t>
        <w:br/>
        <w:t>vn 0.0366 0.0118 0.9993</w:t>
        <w:br/>
        <w:t>vn -0.1116 -0.5000 -0.8588</w:t>
        <w:br/>
        <w:t>vn 0.0295 -0.4730 -0.8805</w:t>
        <w:br/>
        <w:t>vn 0.2029 -0.4929 -0.8461</w:t>
        <w:br/>
        <w:t>vn 0.3021 -0.3916 -0.8691</w:t>
        <w:br/>
        <w:t>vn 0.3666 -0.2439 -0.8978</w:t>
        <w:br/>
        <w:t>vn -0.6022 0.6089 -0.5164</w:t>
        <w:br/>
        <w:t>vn -0.4283 0.6195 -0.6579</w:t>
        <w:br/>
        <w:t>vn -0.4282 0.6195 -0.6579</w:t>
        <w:br/>
        <w:t>vn 0.3078 0.1460 -0.9402</w:t>
        <w:br/>
        <w:t>vn 0.0538 0.0391 0.9978</w:t>
        <w:br/>
        <w:t>vn 0.0883 0.0443 0.9951</w:t>
        <w:br/>
        <w:t>vn 0.0882 0.0447 0.9951</w:t>
        <w:br/>
        <w:t>vn 0.1081 0.0258 0.9938</w:t>
        <w:br/>
        <w:t>vn 0.1102 -0.0179 0.9938</w:t>
        <w:br/>
        <w:t>vn 0.0894 -0.0443 0.9950</w:t>
        <w:br/>
        <w:t>vn 0.0558 -0.0461 0.9974</w:t>
        <w:br/>
        <w:t>vn 0.0559 -0.0461 0.9974</w:t>
        <w:br/>
        <w:t>vn -0.4763 -0.0899 -0.8747</w:t>
        <w:br/>
        <w:t>vn -0.1084 -0.2015 -0.9735</w:t>
        <w:br/>
        <w:t>vn -0.3239 -0.1798 -0.9288</w:t>
        <w:br/>
        <w:t>vn 0.0593 -0.4715 -0.8799</w:t>
        <w:br/>
        <w:t>vn 0.0009 -0.6355 -0.7721</w:t>
        <w:br/>
        <w:t>vn -0.0933 -0.2831 -0.9545</w:t>
        <w:br/>
        <w:t>vn -0.8239 -0.2612 -0.5029</w:t>
        <w:br/>
        <w:t>vn 0.2209 -0.8277 -0.5159</w:t>
        <w:br/>
        <w:t>vn 0.2392 -0.3227 -0.9157</w:t>
        <w:br/>
        <w:t>vn -0.0933 -0.2831 -0.9546</w:t>
        <w:br/>
        <w:t>vn -0.6555 -0.7537 -0.0472</w:t>
        <w:br/>
        <w:t>vn -0.1354 -0.9771 -0.1641</w:t>
        <w:br/>
        <w:t>vn -0.3833 -0.9199 -0.0832</w:t>
        <w:br/>
        <w:t>vn 0.2709 -0.9541 -0.1277</w:t>
        <w:br/>
        <w:t>vn -0.8339 -0.4841 -0.2652</w:t>
        <w:br/>
        <w:t>vn -0.8146 -0.5724 -0.0939</w:t>
        <w:br/>
        <w:t>vn -0.8145 -0.5725 -0.0937</w:t>
        <w:br/>
        <w:t>vn 0.0714 -0.0907 -0.9933</w:t>
        <w:br/>
        <w:t>vn -0.5306 0.2120 -0.8207</w:t>
        <w:br/>
        <w:t>vn -0.2435 0.1261 -0.9617</w:t>
        <w:br/>
        <w:t>vn -0.7408 0.4873 -0.4624</w:t>
        <w:br/>
        <w:t>vn -0.7408 0.4873 -0.4623</w:t>
        <w:br/>
        <w:t>vn -0.8101 -0.5456 -0.2144</w:t>
        <w:br/>
        <w:t>vn -0.8102 -0.5456 -0.2144</w:t>
        <w:br/>
        <w:t>vn -0.4507 -0.8508 -0.2703</w:t>
        <w:br/>
        <w:t>vn -0.5953 -0.7879 -0.1577</w:t>
        <w:br/>
        <w:t>vn -0.2970 -0.9013 -0.3153</w:t>
        <w:br/>
        <w:t>vn 0.0012 -0.7612 -0.6485</w:t>
        <w:br/>
        <w:t>vn 0.4602 0.5978 0.6564</w:t>
        <w:br/>
        <w:t>vn 0.4598 0.5981 0.6564</w:t>
        <w:br/>
        <w:t>vn 0.4480 0.5898 0.6719</w:t>
        <w:br/>
        <w:t>vn 0.4263 0.5992 0.6776</w:t>
        <w:br/>
        <w:t>vn 0.4264 0.5992 0.6776</w:t>
        <w:br/>
        <w:t>vn 0.4171 0.6163 0.6679</w:t>
        <w:br/>
        <w:t>vn 0.4171 0.6164 0.6679</w:t>
        <w:br/>
        <w:t>vn 0.4197 0.6355 0.6480</w:t>
        <w:br/>
        <w:t>vn 0.4197 0.6356 0.6480</w:t>
        <w:br/>
        <w:t>vn 0.4299 0.6420 0.6348</w:t>
        <w:br/>
        <w:t>vn 0.4494 0.6359 0.6274</w:t>
        <w:br/>
        <w:t>vn 0.4493 0.6359 0.6274</w:t>
        <w:br/>
        <w:t>vn 0.4607 0.6202 0.6349</w:t>
        <w:br/>
        <w:t>vn -0.5012 -0.2016 -0.8415</w:t>
        <w:br/>
        <w:t>vn -0.5119 -0.2075 -0.8336</w:t>
        <w:br/>
        <w:t>vn -0.4556 -0.1905 -0.8696</w:t>
        <w:br/>
        <w:t>vn -0.3978 -0.1858 -0.8985</w:t>
        <w:br/>
        <w:t>vn -0.3979 -0.1858 -0.8984</w:t>
        <w:br/>
        <w:t>vn -0.3754 -0.1865 -0.9079</w:t>
        <w:br/>
        <w:t>vn -0.2087 -0.1889 -0.9596</w:t>
        <w:br/>
        <w:t>vn 0.0750 0.4295 0.9000</w:t>
        <w:br/>
        <w:t>vn 0.0000 0.3767 0.9263</w:t>
        <w:br/>
        <w:t>vn 0.2509 0.0795 0.9647</w:t>
        <w:br/>
        <w:t>vn 0.0205 -0.0231 0.9995</w:t>
        <w:br/>
        <w:t>vn 0.7612 0.3987 0.5115</w:t>
        <w:br/>
        <w:t>vn 0.6413 0.2896 0.7105</w:t>
        <w:br/>
        <w:t>vn 0.0768 0.3454 0.9353</w:t>
        <w:br/>
        <w:t>vn -0.2349 0.2419 0.9414</w:t>
        <w:br/>
        <w:t>vn -0.3127 0.1982 0.9290</w:t>
        <w:br/>
        <w:t>vn 0.0819 0.2639 0.9611</w:t>
        <w:br/>
        <w:t>vn 0.5105 0.0894 0.8552</w:t>
        <w:br/>
        <w:t>vn 0.0592 0.0287 0.9978</w:t>
        <w:br/>
        <w:t>vn 0.2983 0.0406 0.9536</w:t>
        <w:br/>
        <w:t>vn 0.8808 0.0704 -0.4682</w:t>
        <w:br/>
        <w:t>vn -0.7483 -0.3090 -0.5870</w:t>
        <w:br/>
        <w:t>vn 0.8863 0.0717 -0.4576</w:t>
        <w:br/>
        <w:t>vn 0.9810 0.1155 -0.1557</w:t>
        <w:br/>
        <w:t>vn 0.5200 0.0769 0.8507</w:t>
        <w:br/>
        <w:t>vn 0.4612 0.2860 0.8400</w:t>
        <w:br/>
        <w:t>vn 0.7992 0.1953 0.5684</w:t>
        <w:br/>
        <w:t>vn 0.7848 0.1411 0.6035</w:t>
        <w:br/>
        <w:t>vn 0.4370 0.2807 0.8545</w:t>
        <w:br/>
        <w:t>vn 0.6257 0.3146 0.7138</w:t>
        <w:br/>
        <w:t>vn 0.5078 0.2666 0.8191</w:t>
        <w:br/>
        <w:t>vn 0.8509 -0.0078 -0.5252</w:t>
        <w:br/>
        <w:t>vn -0.8451 -0.2283 -0.4835</w:t>
        <w:br/>
        <w:t>vn -0.8339 -0.2062 -0.5120</w:t>
        <w:br/>
        <w:t>vn -0.4967 0.0776 0.8645</w:t>
        <w:br/>
        <w:t>vn 0.3096 0.2209 0.9249</w:t>
        <w:br/>
        <w:t>vn -0.7328 -0.3816 -0.5633</w:t>
        <w:br/>
        <w:t>vn -0.8144 -0.4029 -0.4176</w:t>
        <w:br/>
        <w:t>vn -0.8329 -0.3586 -0.4216</w:t>
        <w:br/>
        <w:t>vn 0.3285 -0.2132 -0.9201</w:t>
        <w:br/>
        <w:t>vn -0.0773 -0.3460 -0.9351</w:t>
        <w:br/>
        <w:t>vn -0.5615 -0.1395 -0.8156</w:t>
        <w:br/>
        <w:t>vn -0.5811 -0.0969 -0.8080</w:t>
        <w:br/>
        <w:t>vn 0.6532 0.1682 0.7383</w:t>
        <w:br/>
        <w:t>vn 0.0277 0.0548 -0.9981</w:t>
        <w:br/>
        <w:t>vn -0.8450 -0.0227 0.5343</w:t>
        <w:br/>
        <w:t>vn -0.8672 -0.0247 0.4973</w:t>
        <w:br/>
        <w:t>vn -0.8672 -0.0248 0.4973</w:t>
        <w:br/>
        <w:t>vn 0.7889 0.2365 0.5672</w:t>
        <w:br/>
        <w:t>vn 0.7952 0.2912 -0.5319</w:t>
        <w:br/>
        <w:t>vn 0.7849 0.1921 -0.5891</w:t>
        <w:br/>
        <w:t>vn 0.9651 0.2331 -0.1193</w:t>
        <w:br/>
        <w:t>vn -0.0925 0.0974 -0.9909</w:t>
        <w:br/>
        <w:t>vn -0.5399 -0.0219 -0.8414</w:t>
        <w:br/>
        <w:t>vn -0.4893 -0.2188 -0.8442</w:t>
        <w:br/>
        <w:t>vn -0.8263 -0.1781 -0.5343</w:t>
        <w:br/>
        <w:t>vn -0.3388 -0.3378 -0.8781</w:t>
        <w:br/>
        <w:t>vn -0.5575 -0.2816 -0.7810</w:t>
        <w:br/>
        <w:t>vn -0.4156 -0.2846 -0.8639</w:t>
        <w:br/>
        <w:t>vn -0.5977 -0.3194 -0.7353</w:t>
        <w:br/>
        <w:t>vn -0.4871 -0.2691 -0.8309</w:t>
        <w:br/>
        <w:t>vn -0.8931 -0.0239 0.4491</w:t>
        <w:br/>
        <w:t>vn 0.8993 0.2146 0.3810</w:t>
        <w:br/>
        <w:t>vn 0.5913 -0.0171 -0.8062</w:t>
        <w:br/>
        <w:t>vn -0.3024 -0.1669 -0.9385</w:t>
        <w:br/>
        <w:t>vn 0.2621 -0.2474 -0.9328</w:t>
        <w:br/>
        <w:t>vn -0.0750 0.4294 0.9000</w:t>
        <w:br/>
        <w:t>vn -0.0205 -0.0231 0.9995</w:t>
        <w:br/>
        <w:t>vn -0.7612 0.3987 0.5115</w:t>
        <w:br/>
        <w:t>vn -0.8782 0.3642 0.3102</w:t>
        <w:br/>
        <w:t>vn -0.6413 0.2896 0.7105</w:t>
        <w:br/>
        <w:t>vn 0.2349 0.2419 0.9414</w:t>
        <w:br/>
        <w:t>vn -0.0819 0.2639 0.9611</w:t>
        <w:br/>
        <w:t>vn -0.5105 0.0894 0.8552</w:t>
        <w:br/>
        <w:t>vn 0.6424 -0.1994 -0.7400</w:t>
        <w:br/>
        <w:t>vn -0.8808 0.0704 -0.4682</w:t>
        <w:br/>
        <w:t>vn 0.0337 0.2264 0.9734</w:t>
        <w:br/>
        <w:t>vn -0.9810 0.1155 -0.1557</w:t>
        <w:br/>
        <w:t>vn -0.4612 0.2860 0.8400</w:t>
        <w:br/>
        <w:t>vn -0.7993 0.1953 0.5683</w:t>
        <w:br/>
        <w:t>vn -0.7848 0.1411 0.6035</w:t>
        <w:br/>
        <w:t>vn -0.5669 0.2876 0.7720</w:t>
        <w:br/>
        <w:t>vn -0.4370 0.2807 0.8545</w:t>
        <w:br/>
        <w:t>vn 0.8451 -0.2283 -0.4835</w:t>
        <w:br/>
        <w:t>vn 0.5089 0.1466 0.8483</w:t>
        <w:br/>
        <w:t>vn 0.4967 0.0776 0.8645</w:t>
        <w:br/>
        <w:t>vn -0.3426 0.2397 0.9084</w:t>
        <w:br/>
        <w:t>vn 0.1682 -0.0633 -0.9837</w:t>
        <w:br/>
        <w:t>vn 0.8329 -0.3586 -0.4216</w:t>
        <w:br/>
        <w:t>vn 0.8144 -0.4029 -0.4175</w:t>
        <w:br/>
        <w:t>vn 0.7328 -0.3816 -0.5633</w:t>
        <w:br/>
        <w:t>vn 0.9939 -0.0952 0.0553</w:t>
        <w:br/>
        <w:t>vn 0.0773 -0.3460 -0.9351</w:t>
        <w:br/>
        <w:t>vn -0.3285 -0.2131 -0.9201</w:t>
        <w:br/>
        <w:t>vn 0.5616 -0.1395 -0.8156</w:t>
        <w:br/>
        <w:t>vn -0.6414 0.2725 0.7172</w:t>
        <w:br/>
        <w:t>vn -0.6532 0.1683 0.7383</w:t>
        <w:br/>
        <w:t>vn -0.0277 0.0548 -0.9981</w:t>
        <w:br/>
        <w:t>vn 0.8672 -0.0247 0.4973</w:t>
        <w:br/>
        <w:t>vn 0.2206 -0.2266 -0.9487</w:t>
        <w:br/>
        <w:t>vn -0.7889 0.2365 0.5672</w:t>
        <w:br/>
        <w:t>vn -0.9651 0.2331 -0.1193</w:t>
        <w:br/>
        <w:t>vn 0.5399 -0.0219 -0.8414</w:t>
        <w:br/>
        <w:t>vn 0.8121 -0.1440 -0.5655</w:t>
        <w:br/>
        <w:t>vn 0.8263 -0.1781 -0.5343</w:t>
        <w:br/>
        <w:t>vn 0.5575 -0.2816 -0.7810</w:t>
        <w:br/>
        <w:t>vn 0.4871 -0.2691 -0.8309</w:t>
        <w:br/>
        <w:t>vn 0.8931 -0.0239 0.4492</w:t>
        <w:br/>
        <w:t>vn -0.5913 -0.0171 -0.8062</w:t>
        <w:br/>
        <w:t>vn 0.3024 -0.1669 -0.9385</w:t>
        <w:br/>
        <w:t>vn 0.5808 -0.7588 0.2948</w:t>
        <w:br/>
        <w:t>vn 0.7807 -0.5179 -0.3497</w:t>
        <w:br/>
        <w:t>vn 0.8722 -0.3817 0.3060</w:t>
        <w:br/>
        <w:t>vn 0.0117 -0.9853 -0.1703</w:t>
        <w:br/>
        <w:t>vn 0.0076 -0.6625 -0.7490</w:t>
        <w:br/>
        <w:t>vn -0.7753 -0.5276 -0.3471</w:t>
        <w:br/>
        <w:t>vn -0.5621 -0.7697 0.3028</w:t>
        <w:br/>
        <w:t>vn -0.8650 -0.3896 0.3162</w:t>
        <w:br/>
        <w:t>vn -0.3543 0.3868 0.8514</w:t>
        <w:br/>
        <w:t>vn -0.0039 0.2596 0.9657</w:t>
        <w:br/>
        <w:t>vn -0.0053 0.3667 0.9303</w:t>
        <w:br/>
        <w:t>vn 0.3459 0.3885 0.8541</w:t>
        <w:br/>
        <w:t>vn 0.0108 -0.9407 0.3391</w:t>
        <w:br/>
        <w:t>vn 0.0089 -0.7194 0.6946</w:t>
        <w:br/>
        <w:t>vn 0.0088 -0.7194 0.6946</w:t>
        <w:br/>
        <w:t>vn 0.7588 0.4735 -0.4471</w:t>
        <w:br/>
        <w:t>vn 0.5823 0.0912 -0.8079</w:t>
        <w:br/>
        <w:t>vn -0.7636 0.4721 -0.4406</w:t>
        <w:br/>
        <w:t>vn -0.5844 0.0930 -0.8061</w:t>
        <w:br/>
        <w:t>vn -0.1351 0.8025 0.5812</w:t>
        <w:br/>
        <w:t>vn -0.5103 0.4432 0.7370</w:t>
        <w:br/>
        <w:t>vn 0.5055 0.4437 0.7399</w:t>
        <w:br/>
        <w:t>vn -0.0086 0.9147 -0.4040</w:t>
        <w:br/>
        <w:t>vn -0.0086 0.9147 -0.4039</w:t>
        <w:br/>
        <w:t>vn -0.1351 0.8024 0.5812</w:t>
        <w:br/>
        <w:t>vn 0.9795 -0.1652 -0.1154</w:t>
        <w:br/>
        <w:t>vn 0.8186 0.5742 0.0155</w:t>
        <w:br/>
        <w:t>vn 0.1737 0.9748 0.1400</w:t>
        <w:br/>
        <w:t>vn 0.1738 0.9748 0.1399</w:t>
        <w:br/>
        <w:t>vn 0.0268 -0.1586 0.9870</w:t>
        <w:br/>
        <w:t>vn 0.0447 -0.1594 0.9862</w:t>
        <w:br/>
        <w:t>vn 0.5681 -0.8039 -0.1762</w:t>
        <w:br/>
        <w:t>vn -0.1668 -0.9768 -0.1340</w:t>
        <w:br/>
        <w:t>vn -0.9789 0.1638 0.1220</w:t>
        <w:br/>
        <w:t>vn -0.9789 0.1637 0.1220</w:t>
        <w:br/>
        <w:t>vn -0.8132 -0.5819 -0.0111</w:t>
        <w:br/>
        <w:t>vn -0.8132 -0.5819 -0.0112</w:t>
        <w:br/>
        <w:t>vn -0.5674 0.8027 0.1836</w:t>
        <w:br/>
        <w:t>vn 0.0653 -0.1584 0.9852</w:t>
        <w:br/>
        <w:t>vn 0.0210 -0.1582 0.9872</w:t>
        <w:br/>
        <w:t>vn 0.0737 -0.1570 0.9848</w:t>
        <w:br/>
        <w:t>vn 0.2607 -0.0478 -0.9642</w:t>
        <w:br/>
        <w:t>vn -0.0000 0.1272 -0.9919</w:t>
        <w:br/>
        <w:t>vn 0.3954 -0.1453 -0.9070</w:t>
        <w:br/>
        <w:t>vn -0.3954 -0.1453 -0.9070</w:t>
        <w:br/>
        <w:t>vn -0.6907 0.4955 0.5267</w:t>
        <w:br/>
        <w:t>vn -0.7811 0.6184 0.0867</w:t>
        <w:br/>
        <w:t>vn -0.7811 0.6184 0.0868</w:t>
        <w:br/>
        <w:t>vn -0.7078 -0.5238 0.4740</w:t>
        <w:br/>
        <w:t>vn -0.7079 -0.5238 0.4739</w:t>
        <w:br/>
        <w:t>vn -0.7021 0.6072 -0.3721</w:t>
        <w:br/>
        <w:t>vn -0.7021 0.6072 -0.3720</w:t>
        <w:br/>
        <w:t>vn -0.6994 -0.3827 -0.6036</w:t>
        <w:br/>
        <w:t>vn 0.5807 0.7252 0.3700</w:t>
        <w:br/>
        <w:t>vn 0.0000 0.4191 0.9080</w:t>
        <w:br/>
        <w:t>vn 0.7818 0.0783 0.6186</w:t>
        <w:br/>
        <w:t>vn 0.8260 0.4919 -0.2754</w:t>
        <w:br/>
        <w:t>vn 0.1413 0.9493 -0.2810</w:t>
        <w:br/>
        <w:t>vn 0.0002 0.9071 0.4208</w:t>
        <w:br/>
        <w:t>vn 0.9820 -0.1539 0.1093</w:t>
        <w:br/>
        <w:t>vn 0.9862 -0.0875 0.1405</w:t>
        <w:br/>
        <w:t>vn 0.9505 -0.1785 -0.2543</w:t>
        <w:br/>
        <w:t>vn 0.9801 -0.1885 0.0624</w:t>
        <w:br/>
        <w:t>vn 0.1644 -0.0811 0.9831</w:t>
        <w:br/>
        <w:t>vn 0.0000 -0.2143 0.9768</w:t>
        <w:br/>
        <w:t>vn 0.0000 0.1582 0.9874</w:t>
        <w:br/>
        <w:t>vn 0.0000 -0.1592 0.9873</w:t>
        <w:br/>
        <w:t>vn 0.9505 -0.1786 -0.2544</w:t>
        <w:br/>
        <w:t>vn 0.5301 0.0660 -0.8453</w:t>
        <w:br/>
        <w:t>vn 0.5324 0.1378 -0.8352</w:t>
        <w:br/>
        <w:t>vn 0.5094 0.3773 -0.7734</w:t>
        <w:br/>
        <w:t>vn -0.0036 0.2875 0.9578</w:t>
        <w:br/>
        <w:t>vn 0.0001 0.3961 0.9182</w:t>
        <w:br/>
        <w:t>vn 0.2198 0.3864 0.8958</w:t>
        <w:br/>
        <w:t>vn -0.5807 0.7252 0.3700</w:t>
        <w:br/>
        <w:t>vn -0.7818 0.0783 0.6186</w:t>
        <w:br/>
        <w:t>vn -0.0000 0.4190 0.9080</w:t>
        <w:br/>
        <w:t>vn -0.8260 0.4919 -0.2753</w:t>
        <w:br/>
        <w:t>vn -0.5839 0.7906 -0.1845</w:t>
        <w:br/>
        <w:t>vn 0.1409 0.9493 -0.2810</w:t>
        <w:br/>
        <w:t>vn -0.0003 0.9072 0.4208</w:t>
        <w:br/>
        <w:t>vn -0.9862 -0.0875 0.1405</w:t>
        <w:br/>
        <w:t>vn -0.9820 -0.1539 0.1092</w:t>
        <w:br/>
        <w:t>vn -0.9505 -0.1785 -0.2543</w:t>
        <w:br/>
        <w:t>vn -0.9801 -0.1885 0.0624</w:t>
        <w:br/>
        <w:t>vn -0.1644 -0.0811 0.9831</w:t>
        <w:br/>
        <w:t>vn -0.0001 -0.2143 0.9768</w:t>
        <w:br/>
        <w:t>vn -0.0001 -0.1592 0.9873</w:t>
        <w:br/>
        <w:t>vn -0.9505 -0.1785 -0.2544</w:t>
        <w:br/>
        <w:t>vn -0.5324 0.1378 -0.8352</w:t>
        <w:br/>
        <w:t>vn -0.5301 0.0661 -0.8453</w:t>
        <w:br/>
        <w:t>vn -0.5094 0.3773 -0.7734</w:t>
        <w:br/>
        <w:t>vn 0.0037 0.2875 0.9578</w:t>
        <w:br/>
        <w:t>vn -0.2199 0.3864 0.8957</w:t>
        <w:br/>
        <w:t>vn -0.0002 0.3961 0.9182</w:t>
        <w:br/>
        <w:t>vn -0.8260 0.4919 -0.2754</w:t>
        <w:br/>
        <w:t>vn 0.1411 0.9493 -0.2810</w:t>
        <w:br/>
        <w:t>vn 0.0706 0.6805 -0.7294</w:t>
        <w:br/>
        <w:t>vn 0.0660 0.6842 -0.7263</w:t>
        <w:br/>
        <w:t>vn 0.0661 0.6842 -0.7263</w:t>
        <w:br/>
        <w:t>vn 0.0769 0.7229 -0.6866</w:t>
        <w:br/>
        <w:t>vn 0.0812 0.6922 -0.7172</w:t>
        <w:br/>
        <w:t>vn 0.0813 0.6921 -0.7172</w:t>
        <w:br/>
        <w:t>vn 0.3081 0.7555 -0.5782</w:t>
        <w:br/>
        <w:t>vn 0.1769 0.8085 -0.5613</w:t>
        <w:br/>
        <w:t>vn 0.0194 0.9372 -0.3482</w:t>
        <w:br/>
        <w:t>vn 0.1001 0.9308 -0.3515</w:t>
        <w:br/>
        <w:t>vn 0.2645 0.8611 -0.4343</w:t>
        <w:br/>
        <w:t>vn 0.1331 0.9171 -0.3757</w:t>
        <w:br/>
        <w:t>vn 0.4056 0.7451 -0.5295</w:t>
        <w:br/>
        <w:t>vn 0.3985 0.7417 -0.5396</w:t>
        <w:br/>
        <w:t>vn -0.0000 0.7875 -0.6164</w:t>
        <w:br/>
        <w:t>vn -0.0000 0.7875 -0.6163</w:t>
        <w:br/>
        <w:t>vn -0.0706 0.6805 -0.7294</w:t>
        <w:br/>
        <w:t>vn -0.0661 0.6842 -0.7263</w:t>
        <w:br/>
        <w:t>vn -0.0769 0.7229 -0.6866</w:t>
        <w:br/>
        <w:t>vn -0.0768 0.7229 -0.6867</w:t>
        <w:br/>
        <w:t>vn -0.0813 0.6921 -0.7172</w:t>
        <w:br/>
        <w:t>vn -0.0812 0.6921 -0.7172</w:t>
        <w:br/>
        <w:t>vn -0.3081 0.7555 -0.5782</w:t>
        <w:br/>
        <w:t>vn -0.1768 0.8085 -0.5613</w:t>
        <w:br/>
        <w:t>vn -0.0194 0.9372 -0.3482</w:t>
        <w:br/>
        <w:t>vn -0.1001 0.9308 -0.3515</w:t>
        <w:br/>
        <w:t>vn -0.2644 0.8611 -0.4343</w:t>
        <w:br/>
        <w:t>vn -0.1331 0.9171 -0.3757</w:t>
        <w:br/>
        <w:t>vn -0.4056 0.7451 -0.5295</w:t>
        <w:br/>
        <w:t>vn -0.3985 0.7416 -0.5396</w:t>
        <w:br/>
        <w:t>vn -0.3965 0.6768 0.6202</w:t>
        <w:br/>
        <w:t>vn -0.6084 0.4662 0.6423</w:t>
        <w:br/>
        <w:t>vn -0.1838 0.8726 0.4525</w:t>
        <w:br/>
        <w:t>vn -0.0305 0.9759 0.2162</w:t>
        <w:br/>
        <w:t>vn -0.2769 0.6306 -0.7250</w:t>
        <w:br/>
        <w:t>vn -0.0946 0.8325 -0.5458</w:t>
        <w:br/>
        <w:t>vn -0.4566 0.8174 -0.3511</w:t>
        <w:br/>
        <w:t>vn -0.4940 0.4297 -0.7559</w:t>
        <w:br/>
        <w:t>vn 0.0177 0.9518 -0.3061</w:t>
        <w:br/>
        <w:t>vn -0.7328 0.5268 -0.4306</w:t>
        <w:br/>
        <w:t>vn -0.5970 0.5668 -0.5677</w:t>
        <w:br/>
        <w:t>vn -0.8319 0.4391 -0.3391</w:t>
        <w:br/>
        <w:t>vn -0.8883 0.4318 0.1563</w:t>
        <w:br/>
        <w:t>vn -0.8008 0.5319 0.2752</w:t>
        <w:br/>
        <w:t>vn -0.3437 0.8504 -0.3985</w:t>
        <w:br/>
        <w:t>vn -0.3891 0.7452 -0.5416</w:t>
        <w:br/>
        <w:t>vn -0.6874 0.5693 0.4511</w:t>
        <w:br/>
        <w:t>vn -0.4420 0.7799 0.4431</w:t>
        <w:br/>
        <w:t>vn -0.5594 0.6763 0.4792</w:t>
        <w:br/>
        <w:t>vn -0.4566 0.8175 -0.3511</w:t>
        <w:br/>
        <w:t>vn -0.2745 0.9472 0.1656</w:t>
        <w:br/>
        <w:t>vn -0.2586 0.9202 -0.2938</w:t>
        <w:br/>
        <w:t>vn -0.4421 0.7799 0.4432</w:t>
        <w:br/>
        <w:t>vn -0.6797 0.4141 -0.6055</w:t>
        <w:br/>
        <w:t>vn -0.9092 -0.4147 -0.0379</w:t>
        <w:br/>
        <w:t>vn -0.9091 -0.4148 -0.0380</w:t>
        <w:br/>
        <w:t>vn -0.9092 -0.4147 -0.0380</w:t>
        <w:br/>
        <w:t>vn -0.7636 0.4384 0.4740</w:t>
        <w:br/>
        <w:t>vn 0.6404 -0.7638 0.0810</w:t>
        <w:br/>
        <w:t>vn 0.6404 -0.7638 0.0809</w:t>
        <w:br/>
        <w:t>vn 0.6368 -0.7643 0.1020</w:t>
        <w:br/>
        <w:t>vn 0.6366 -0.7644 0.1019</w:t>
        <w:br/>
        <w:t>vn 0.6271 -0.7762 0.0651</w:t>
        <w:br/>
        <w:t>vn 0.6270 -0.7763 0.0651</w:t>
        <w:br/>
        <w:t>vn 0.6103 -0.7890 0.0703</w:t>
        <w:br/>
        <w:t>vn 0.6102 -0.7891 0.0703</w:t>
        <w:br/>
        <w:t>vn 0.5946 -0.7989 0.0908</w:t>
        <w:br/>
        <w:t>vn 0.5915 -0.7990 0.1087</w:t>
        <w:br/>
        <w:t>vn 0.5913 -0.7991 0.1084</w:t>
        <w:br/>
        <w:t>vn 0.6015 -0.7890 0.1251</w:t>
        <w:br/>
        <w:t>vn 0.6178 -0.7766 0.1231</w:t>
        <w:br/>
        <w:t>vn 0.6178 -0.7766 0.1230</w:t>
        <w:br/>
        <w:t>vn -0.3643 -0.9200 -0.1445</w:t>
        <w:br/>
        <w:t>vn 0.1756 -0.9094 -0.3770</w:t>
        <w:br/>
        <w:t>vn -0.1067 -0.9695 -0.2207</w:t>
        <w:br/>
        <w:t>vn -0.2854 0.0272 -0.9580</w:t>
        <w:br/>
        <w:t>vn -0.4315 0.0889 -0.8977</w:t>
        <w:br/>
        <w:t>vn -0.1488 0.0275 -0.9885</w:t>
        <w:br/>
        <w:t>vn -0.6046 -0.3052 -0.7358</w:t>
        <w:br/>
        <w:t>vn -0.6197 -0.0886 -0.7798</w:t>
        <w:br/>
        <w:t>vn 0.1442 -0.3273 -0.9338</w:t>
        <w:br/>
        <w:t>vn -0.2411 -0.2888 -0.9265</w:t>
        <w:br/>
        <w:t>vn -0.6226 -0.7667 0.1570</w:t>
        <w:br/>
        <w:t>vn -0.7155 0.1220 -0.6879</w:t>
        <w:br/>
        <w:t>vn -0.7262 -0.1537 -0.6701</w:t>
        <w:br/>
        <w:t>vn -0.2411 -0.2889 -0.9265</w:t>
        <w:br/>
        <w:t>vn 0.3587 -0.7458 -0.5613</w:t>
        <w:br/>
        <w:t>vn 0.4037 -0.1016 -0.9092</w:t>
        <w:br/>
        <w:t>vn 0.4038 -0.1016 -0.9092</w:t>
        <w:br/>
        <w:t>vn 0.0371 0.3293 -0.9435</w:t>
        <w:br/>
        <w:t>vn 0.4006 0.3888 -0.8297</w:t>
        <w:br/>
        <w:t>vn -0.6105 -0.4620 -0.6433</w:t>
        <w:br/>
        <w:t>vn -0.1519 -0.8141 -0.5604</w:t>
        <w:br/>
        <w:t>vn -0.2881 -0.8104 -0.5102</w:t>
        <w:br/>
        <w:t>vn 0.0236 -0.8387 -0.5440</w:t>
        <w:br/>
        <w:t>vn 0.1884 -0.6619 -0.7255</w:t>
        <w:br/>
        <w:t>vn -0.6501 0.3884 -0.6531</w:t>
        <w:br/>
        <w:t>vn -0.5037 0.3126 -0.8054</w:t>
        <w:br/>
        <w:t>vn -0.5036 0.3126 -0.8054</w:t>
        <w:br/>
        <w:t>vn 0.2647 0.4699 0.8421</w:t>
        <w:br/>
        <w:t>vn 0.2647 0.4698 0.8422</w:t>
        <w:br/>
        <w:t>vn 0.2831 0.4501 0.8469</w:t>
        <w:br/>
        <w:t>vn 0.2831 0.4500 0.8469</w:t>
        <w:br/>
        <w:t>vn 0.2828 0.4110 0.8667</w:t>
        <w:br/>
        <w:t>vn 0.2829 0.4110 0.8667</w:t>
        <w:br/>
        <w:t>vn 0.2610 0.3909 0.8826</w:t>
        <w:br/>
        <w:t>vn 0.2283 0.3946 0.8900</w:t>
        <w:br/>
        <w:t>vn 0.2284 0.3946 0.8900</w:t>
        <w:br/>
        <w:t>vn 0.2138 0.4132 0.8852</w:t>
        <w:br/>
        <w:t>vn 0.2137 0.4133 0.8852</w:t>
        <w:br/>
        <w:t>vn 0.2131 0.4492 0.8676</w:t>
        <w:br/>
        <w:t>vn 0.2311 0.4705 0.8516</w:t>
        <w:br/>
        <w:t>vn -0.0000 -0.0000 1.0000</w:t>
        <w:br/>
        <w:t>vn -0.0000 1.0000 -0.0001</w:t>
        <w:br/>
        <w:t>vn -0.4015 0.0657 0.9135</w:t>
        <w:br/>
        <w:t>vn 0.4173 -0.7700 0.4827</w:t>
        <w:br/>
        <w:t>vn 0.4051 -0.0807 -0.9107</w:t>
        <w:br/>
        <w:t>vn -0.6315 -0.5053 0.5882</w:t>
        <w:br/>
        <w:t>vn 0.6473 0.4957 -0.5790</w:t>
        <w:br/>
        <w:t>vn 0.3176 0.8943 -0.3153</w:t>
        <w:br/>
        <w:t>vn 0.3177 0.8943 -0.3153</w:t>
        <w:br/>
        <w:t>vn -0.3151 -0.2886 -0.9041</w:t>
        <w:br/>
        <w:t>vn -0.4737 0.4113 -0.7788</w:t>
        <w:br/>
        <w:t>vn -0.2767 0.5463 -0.7906</w:t>
        <w:br/>
        <w:t>vn -0.3973 0.5340 -0.7463</w:t>
        <w:br/>
        <w:t>vn 0.4412 -0.4899 -0.7519</w:t>
        <w:br/>
        <w:t>vn 0.4755 -0.3765 -0.7951</w:t>
        <w:br/>
        <w:t>vn 0.3160 -0.5170 -0.7955</w:t>
        <w:br/>
        <w:t>vn 0.6672 -0.5803 0.4671</w:t>
        <w:br/>
        <w:t>vn 0.4827 -0.5250 0.7010</w:t>
        <w:br/>
        <w:t>vn 0.4629 -0.7664 0.4454</w:t>
        <w:br/>
        <w:t>vn -0.4397 0.6044 0.6643</w:t>
        <w:br/>
        <w:t>vn -0.4351 0.7853 0.4404</w:t>
        <w:br/>
        <w:t>vn -0.6930 0.5958 0.4058</w:t>
        <w:br/>
        <w:t>vn -0.0250 0.7388 -0.6734</w:t>
        <w:br/>
        <w:t>vn 0.0348 0.8037 -0.5941</w:t>
        <w:br/>
        <w:t>vn 0.7114 -0.1824 -0.6787</w:t>
        <w:br/>
        <w:t>vn 0.8152 -0.1557 0.5579</w:t>
        <w:br/>
        <w:t>vn 0.4677 0.3739 0.8009</w:t>
        <w:br/>
        <w:t>vn 0.0416 0.0279 0.9987</w:t>
        <w:br/>
        <w:t>vn 0.0317 0.8448 0.5341</w:t>
        <w:br/>
        <w:t>vn 0.7754 0.6309 0.0252</w:t>
        <w:br/>
        <w:t>vn 0.7879 -0.1367 -0.6004</w:t>
        <w:br/>
        <w:t>vn 0.7753 0.6311 0.0253</w:t>
        <w:br/>
        <w:t>vn 0.7753 0.6310 0.0253</w:t>
        <w:br/>
        <w:t>vn 0.0001 -0.3306 0.9438</w:t>
        <w:br/>
        <w:t>vn 0.0001 -0.7956 0.6059</w:t>
        <w:br/>
        <w:t>vn 0.0000 -0.6475 -0.7621</w:t>
        <w:br/>
        <w:t>vn -0.0000 -0.7366 -0.6764</w:t>
        <w:br/>
        <w:t>vn -0.5284 0.5973 -0.6034</w:t>
        <w:br/>
        <w:t>vn -0.5351 0.4719 -0.7007</w:t>
        <w:br/>
        <w:t>vn -0.7559 0.4709 0.4548</w:t>
        <w:br/>
        <w:t>vn -0.7542 0.4618 0.4668</w:t>
        <w:br/>
        <w:t>vn 0.4737 0.4115 -0.7786</w:t>
        <w:br/>
        <w:t>vn 0.3974 0.5341 -0.7462</w:t>
        <w:br/>
        <w:t>vn 0.2767 0.5464 -0.7905</w:t>
        <w:br/>
        <w:t>vn -0.4412 -0.4898 -0.7519</w:t>
        <w:br/>
        <w:t>vn -0.3160 -0.5169 -0.7956</w:t>
        <w:br/>
        <w:t>vn -0.4755 -0.3762 -0.7952</w:t>
        <w:br/>
        <w:t>vn -0.6674 -0.5800 0.4670</w:t>
        <w:br/>
        <w:t>vn -0.4629 -0.7664 0.4453</w:t>
        <w:br/>
        <w:t>vn -0.4828 -0.5250 0.7009</w:t>
        <w:br/>
        <w:t>vn 0.4396 0.6045 0.6643</w:t>
        <w:br/>
        <w:t>vn 0.6930 0.5960 0.4057</w:t>
        <w:br/>
        <w:t>vn 0.4352 0.7853 0.4404</w:t>
        <w:br/>
        <w:t>vn 0.0251 0.7389 -0.6734</w:t>
        <w:br/>
        <w:t>vn -0.0347 0.8036 -0.5941</w:t>
        <w:br/>
        <w:t>vn -0.7113 -0.1824 -0.6789</w:t>
        <w:br/>
        <w:t>vn -0.8154 -0.1558 0.5576</w:t>
        <w:br/>
        <w:t>vn -0.4679 0.3738 0.8009</w:t>
        <w:br/>
        <w:t>vn -0.0416 0.0279 0.9987</w:t>
        <w:br/>
        <w:t>vn -0.0317 0.8448 0.5341</w:t>
        <w:br/>
        <w:t>vn -0.7757 0.6307 0.0250</w:t>
        <w:br/>
        <w:t>vn -0.7877 -0.1371 -0.6007</w:t>
        <w:br/>
        <w:t>vn -0.7756 0.6308 0.0250</w:t>
        <w:br/>
        <w:t>vn -0.7756 0.6308 0.0251</w:t>
        <w:br/>
        <w:t>vn 0.0000 -0.7955 0.6059</w:t>
        <w:br/>
        <w:t>vn -0.0001 -0.3305 0.9438</w:t>
        <w:br/>
        <w:t>vn 0.0001 -0.7365 -0.6764</w:t>
        <w:br/>
        <w:t>vn 0.0000 -0.6475 -0.7620</w:t>
        <w:br/>
        <w:t>vn 0.5351 0.4721 -0.7006</w:t>
        <w:br/>
        <w:t>vn 0.5284 0.5973 -0.6033</w:t>
        <w:br/>
        <w:t>vn 0.7540 0.4619 0.4670</w:t>
        <w:br/>
        <w:t>vn 0.7557 0.4711 0.4548</w:t>
        <w:br/>
        <w:t>vn -0.0000 0.7178 0.6962</w:t>
        <w:br/>
        <w:t>vn -0.7178 0.0000 0.6962</w:t>
        <w:br/>
        <w:t>vn 0.0000 -0.7178 0.6962</w:t>
        <w:br/>
        <w:t>vn 0.7178 0.0000 0.6962</w:t>
        <w:br/>
        <w:t>vn -0.7071 0.7071 0.0000</w:t>
        <w:br/>
        <w:t>vn -1.0000 -0.0000 0.0001</w:t>
        <w:br/>
        <w:t>vn -0.7071 -0.7071 0.0001</w:t>
        <w:br/>
        <w:t>vn 0.7071 -0.7071 0.0001</w:t>
        <w:br/>
        <w:t>vn 1.0000 0.0000 0.0001</w:t>
        <w:br/>
        <w:t>vn 0.7002 0.7002 0.1396</w:t>
        <w:br/>
        <w:t>vn -0.0000 0.7179 -0.6961</w:t>
        <w:br/>
        <w:t>vn -0.7071 0.7071 0.0001</w:t>
        <w:br/>
        <w:t>vn -0.0000 1.0000 0.0002</w:t>
        <w:br/>
        <w:t>vn -0.7179 0.0000 -0.6962</w:t>
        <w:br/>
        <w:t>vn -1.0000 -0.0000 0.0000</w:t>
        <w:br/>
        <w:t>vn 0.0000 -0.7179 -0.6961</w:t>
        <w:br/>
        <w:t>vn 0.7179 0.0000 -0.6962</w:t>
        <w:br/>
        <w:t>vn 1.0000 0.0000 0.0000</w:t>
        <w:br/>
        <w:t>vn 0.5694 0.5693 -0.5930</w:t>
        <w:br/>
        <w:t>vn 0.7003 0.7001 0.1397</w:t>
        <w:br/>
        <w:t>vn -0.0116 0.0224 0.9997</w:t>
        <w:br/>
        <w:t>vn 0.0078 -0.0038 1.0000</w:t>
        <w:br/>
        <w:t>vn -0.0118 0.0278 0.9995</w:t>
        <w:br/>
        <w:t>vn -0.0000 -0.0097 1.0000</w:t>
        <w:br/>
        <w:t>vn -0.0123 0.0386 0.9992</w:t>
        <w:br/>
        <w:t>vn -0.0212 0.0407 0.9989</w:t>
        <w:br/>
        <w:t>vn -0.0094 0.0242 -0.9997</w:t>
        <w:br/>
        <w:t>vn -0.0100 0.0280 -0.9996</w:t>
        <w:br/>
        <w:t>vn 0.0094 -0.0049 -0.9999</w:t>
        <w:br/>
        <w:t>vn 0.0093 -0.0050 -0.9999</w:t>
        <w:br/>
        <w:t>vn 0.0000 -0.0090 -1.0000</w:t>
        <w:br/>
        <w:t>vn -0.0190 0.0425 -0.9989</w:t>
        <w:br/>
        <w:t>vn -0.8957 0.4446 -0.0026</w:t>
        <w:br/>
        <w:t>vn -0.9168 -0.3994 -0.0062</w:t>
        <w:br/>
        <w:t>vn 0.8897 -0.4565 0.0054</w:t>
        <w:br/>
        <w:t>vn 0.8897 -0.4564 0.0054</w:t>
        <w:br/>
        <w:t>vn 0.9062 -0.4229 0.0002</w:t>
        <w:br/>
        <w:t>vn -0.6406 0.7679 -0.0016</w:t>
        <w:br/>
        <w:t>vn 0.6503 -0.7597 0.0036</w:t>
        <w:br/>
        <w:t>vn 0.6503 -0.7596 0.0036</w:t>
        <w:br/>
        <w:t>vn -0.2457 0.9693 -0.0123</w:t>
        <w:br/>
        <w:t>vn -0.2457 0.9693 -0.0124</w:t>
        <w:br/>
        <w:t>vn 0.1242 0.9922 -0.0057</w:t>
        <w:br/>
        <w:t>vn 0.1242 0.9922 -0.0056</w:t>
        <w:br/>
        <w:t>vn 0.5917 -0.8060 0.0127</w:t>
        <w:br/>
        <w:t>vn 0.5917 -0.8061 0.0127</w:t>
        <w:br/>
        <w:t>vn -0.6468 -0.7627 -0.0078</w:t>
        <w:br/>
        <w:t>vn -0.6466 -0.7628 -0.0080</w:t>
        <w:br/>
        <w:t>vn -0.5818 0.8131 -0.0174</w:t>
        <w:br/>
        <w:t>vn -0.5818 0.8131 -0.0175</w:t>
        <w:br/>
        <w:t>vn -0.0112 0.0356 -0.9993</w:t>
        <w:br/>
        <w:t>vn -0.0078 -0.0038 1.0000</w:t>
        <w:br/>
        <w:t>vn 0.0115 0.0224 0.9997</w:t>
        <w:br/>
        <w:t>vn 0.0118 0.0278 0.9995</w:t>
        <w:br/>
        <w:t>vn 0.0123 0.0386 0.9992</w:t>
        <w:br/>
        <w:t>vn 0.0212 0.0407 0.9989</w:t>
        <w:br/>
        <w:t>vn -0.0093 -0.0050 -0.9999</w:t>
        <w:br/>
        <w:t>vn 0.0100 0.0280 -0.9996</w:t>
        <w:br/>
        <w:t>vn 0.0092 0.0243 -0.9997</w:t>
        <w:br/>
        <w:t>vn 0.0190 0.0425 -0.9989</w:t>
        <w:br/>
        <w:t>vn 0.9168 -0.3993 -0.0066</w:t>
        <w:br/>
        <w:t>vn 0.8956 0.4448 -0.0030</w:t>
        <w:br/>
        <w:t>vn -0.9062 -0.4229 0.0003</w:t>
        <w:br/>
        <w:t>vn -0.8898 -0.4564 0.0052</w:t>
        <w:br/>
        <w:t>vn -0.9061 -0.4230 0.0003</w:t>
        <w:br/>
        <w:t>vn 0.6405 0.7679 -0.0020</w:t>
        <w:br/>
        <w:t>vn 0.6405 0.7680 -0.0020</w:t>
        <w:br/>
        <w:t>vn -0.6502 -0.7598 0.0036</w:t>
        <w:br/>
        <w:t>vn -0.6502 -0.7597 0.0036</w:t>
        <w:br/>
        <w:t>vn -0.1241 0.9923 -0.0062</w:t>
        <w:br/>
        <w:t>vn 0.2457 0.9693 -0.0127</w:t>
        <w:br/>
        <w:t>vn 0.2457 0.9693 -0.0126</w:t>
        <w:br/>
        <w:t>vn -0.1240 0.9923 -0.0062</w:t>
        <w:br/>
        <w:t>vn -0.5918 -0.8059 0.0128</w:t>
        <w:br/>
        <w:t>vn -0.5918 -0.8060 0.0127</w:t>
        <w:br/>
        <w:t>vn 0.6465 -0.7629 -0.0083</w:t>
        <w:br/>
        <w:t>vn 0.6464 -0.7629 -0.0083</w:t>
        <w:br/>
        <w:t>vn 0.5819 0.8131 -0.0174</w:t>
        <w:br/>
        <w:t>vn 0.0113 0.0356 -0.9993</w:t>
        <w:br/>
        <w:t>vn 0.0112 0.0356 -0.9993</w:t>
        <w:br/>
        <w:t>vn -0.7071 0.0000 -0.7071</w:t>
        <w:br/>
        <w:t>vn 0.7071 0.0000 -0.7071</w:t>
        <w:br/>
        <w:t>vn 0.7071 -0.0000 0.7071</w:t>
        <w:br/>
        <w:t>vn -0.7071 -0.0000 0.7071</w:t>
        <w:br/>
        <w:t>vn 0.6446 0.3559 -0.6766</w:t>
        <w:br/>
        <w:t>vn 0.4991 0.6267 -0.5985</w:t>
        <w:br/>
        <w:t>vn 0.5341 0.3186 -0.7831</w:t>
        <w:br/>
        <w:t>vn -0.0000 0.1147 -0.9934</w:t>
        <w:br/>
        <w:t>vn 0.0000 0.1376 -0.9905</w:t>
        <w:br/>
        <w:t>vn 0.4887 0.1185 -0.8643</w:t>
        <w:br/>
        <w:t>vn 0.5379 0.1545 -0.8287</w:t>
        <w:br/>
        <w:t>vn 0.1400 0.3668 -0.9197</w:t>
        <w:br/>
        <w:t>vn 0.1760 0.7694 -0.6141</w:t>
        <w:br/>
        <w:t>vn 0.2618 -0.0874 -0.9611</w:t>
        <w:br/>
        <w:t>vn 0.5179 0.0406 -0.8545</w:t>
        <w:br/>
        <w:t>vn 0.1495 0.3059 -0.9403</w:t>
        <w:br/>
        <w:t>vn 0.2469 0.6152 -0.7487</w:t>
        <w:br/>
        <w:t>vn 0.2653 0.2934 -0.9184</w:t>
        <w:br/>
        <w:t>vn 0.2279 -0.0696 -0.9712</w:t>
        <w:br/>
        <w:t>vn 0.0733 0.6655 -0.7428</w:t>
        <w:br/>
        <w:t>vn 0.0894 -0.0935 -0.9916</w:t>
        <w:br/>
        <w:t>vn 0.6238 0.1857 -0.7592</w:t>
        <w:br/>
        <w:t>vn 0.6287 0.3490 -0.6949</w:t>
        <w:br/>
        <w:t>vn 0.6122 0.4092 -0.6766</w:t>
        <w:br/>
        <w:t>vn 0.5796 0.6422 -0.5016</w:t>
        <w:br/>
        <w:t>vn 0.0449 -0.0845 -0.9954</w:t>
        <w:br/>
        <w:t>vn -0.0510 0.7247 -0.6871</w:t>
        <w:br/>
        <w:t>vn -0.6446 0.3559 -0.6766</w:t>
        <w:br/>
        <w:t>vn -0.5341 0.3186 -0.7831</w:t>
        <w:br/>
        <w:t>vn -0.4991 0.6267 -0.5985</w:t>
        <w:br/>
        <w:t>vn -0.4888 0.1185 -0.8643</w:t>
        <w:br/>
        <w:t>vn -0.5379 0.1545 -0.8287</w:t>
        <w:br/>
        <w:t>vn -0.1400 0.3668 -0.9197</w:t>
        <w:br/>
        <w:t>vn -0.1760 0.7693 -0.6141</w:t>
        <w:br/>
        <w:t>vn -0.5179 0.0406 -0.8545</w:t>
        <w:br/>
        <w:t>vn -0.2618 -0.0874 -0.9611</w:t>
        <w:br/>
        <w:t>vn -0.1495 0.3059 -0.9403</w:t>
        <w:br/>
        <w:t>vn -0.2653 0.2934 -0.9184</w:t>
        <w:br/>
        <w:t>vn -0.2469 0.6152 -0.7487</w:t>
        <w:br/>
        <w:t>vn -0.2279 -0.0696 -0.9712</w:t>
        <w:br/>
        <w:t>vn -0.0733 0.6655 -0.7428</w:t>
        <w:br/>
        <w:t>vn -0.0894 -0.0935 -0.9916</w:t>
        <w:br/>
        <w:t>vn -0.6238 0.1857 -0.7592</w:t>
        <w:br/>
        <w:t>vn -0.6122 0.4092 -0.6766</w:t>
        <w:br/>
        <w:t>vn -0.6287 0.3490 -0.6949</w:t>
        <w:br/>
        <w:t>vn -0.5796 0.6423 -0.5016</w:t>
        <w:br/>
        <w:t>vn -0.0449 -0.0845 -0.9954</w:t>
        <w:br/>
        <w:t>vn 0.0510 0.7247 -0.6872</w:t>
        <w:br/>
        <w:t>vn 0.0000 0.9359 -0.3523</w:t>
        <w:br/>
        <w:t>vn -0.6293 0.6818 -0.3729</w:t>
        <w:br/>
        <w:t>vn -0.4178 0.5011 -0.7579</w:t>
        <w:br/>
        <w:t>vn 0.0000 0.6675 -0.7447</w:t>
        <w:br/>
        <w:t>vn -0.8960 0.0972 -0.4332</w:t>
        <w:br/>
        <w:t>vn -0.5944 0.1149 -0.7959</w:t>
        <w:br/>
        <w:t>vn -0.6663 -0.5681 -0.4830</w:t>
        <w:br/>
        <w:t>vn -0.4369 -0.3109 -0.8440</w:t>
        <w:br/>
        <w:t>vn 0.0000 -0.8826 -0.4701</w:t>
        <w:br/>
        <w:t>vn 0.0289 -0.6711 -0.7408</w:t>
        <w:br/>
        <w:t>vn -0.0000 0.2781 -0.9605</w:t>
        <w:br/>
        <w:t>vn -0.1319 0.2273 -0.9649</w:t>
        <w:br/>
        <w:t>vn -0.1852 0.1081 -0.9767</w:t>
        <w:br/>
        <w:t>vn -0.1294 -0.0055 -0.9916</w:t>
        <w:br/>
        <w:t>vn -0.0729 -0.0505 -0.9961</w:t>
        <w:br/>
        <w:t>vn 0.0000 -0.0507 -0.9987</w:t>
        <w:br/>
        <w:t>vn 0.0000 -0.8846 -0.4663</w:t>
        <w:br/>
        <w:t>vn 0.6576 -0.6118 -0.4396</w:t>
        <w:br/>
        <w:t>vn 0.9392 0.0629 -0.3375</w:t>
        <w:br/>
        <w:t>vn 0.6594 0.7192 -0.2190</w:t>
        <w:br/>
        <w:t>vn 0.0000 0.9834 -0.1812</w:t>
        <w:br/>
        <w:t>vn 0.0000 0.9834 -0.1813</w:t>
        <w:br/>
        <w:t>vn 0.0001 -0.0889 0.9960</w:t>
        <w:br/>
        <w:t>vn 0.0001 -0.0888 0.9961</w:t>
        <w:br/>
        <w:t>vn -0.0000 -0.0888 0.9961</w:t>
        <w:br/>
        <w:t>vn 0.0000 -0.0887 0.9961</w:t>
        <w:br/>
        <w:t>vn -0.0001 -0.0890 0.9960</w:t>
        <w:br/>
        <w:t>vn -0.0001 -0.0889 0.9960</w:t>
        <w:br/>
        <w:t>vn 0.0000 0.6675 -0.7446</w:t>
        <w:br/>
        <w:t>vn 0.4169 0.5018 -0.7579</w:t>
        <w:br/>
        <w:t>vn 0.6292 0.6818 -0.3733</w:t>
        <w:br/>
        <w:t>vn -0.0000 0.9360 -0.3520</w:t>
        <w:br/>
        <w:t>vn 0.5944 0.1149 -0.7959</w:t>
        <w:br/>
        <w:t>vn 0.8960 0.0971 -0.4332</w:t>
        <w:br/>
        <w:t>vn 0.4370 -0.3111 -0.8440</w:t>
        <w:br/>
        <w:t>vn 0.6664 -0.5682 -0.4827</w:t>
        <w:br/>
        <w:t>vn 0.0288 -0.6712 -0.7407</w:t>
        <w:br/>
        <w:t>vn 0.1315 0.2275 -0.9649</w:t>
        <w:br/>
        <w:t>vn 0.1851 0.1081 -0.9767</w:t>
        <w:br/>
        <w:t>vn 0.1294 -0.0054 -0.9916</w:t>
        <w:br/>
        <w:t>vn -0.6576 -0.6118 -0.4396</w:t>
        <w:br/>
        <w:t>vn -0.0001 -0.8846 -0.4663</w:t>
        <w:br/>
        <w:t>vn -0.9392 0.0628 -0.3375</w:t>
        <w:br/>
        <w:t>vn -0.9392 0.0628 -0.3376</w:t>
        <w:br/>
        <w:t>vn -0.6594 0.7192 -0.2191</w:t>
        <w:br/>
        <w:t>vn -0.0001 -0.0888 0.9961</w:t>
        <w:br/>
        <w:t>vn 0.0001 -0.0890 0.9960</w:t>
        <w:br/>
        <w:t>vn 0.0001 -0.0891 0.9960</w:t>
        <w:br/>
        <w:t>vn -0.6741 0.6774 0.2946</w:t>
        <w:br/>
        <w:t>vn -0.5364 0.6194 0.5732</w:t>
        <w:br/>
        <w:t>vn -0.2879 0.5777 0.7638</w:t>
        <w:br/>
        <w:t>vn -0.5092 -0.4648 0.7243</w:t>
        <w:br/>
        <w:t>vn -0.7503 -0.3883 0.5351</w:t>
        <w:br/>
        <w:t>vn -0.8955 -0.3649 0.2549</w:t>
        <w:br/>
        <w:t>vn -0.2052 0.0067 0.9787</w:t>
        <w:br/>
        <w:t>vn -0.2054 0.0067 0.9787</w:t>
        <w:br/>
        <w:t>vn -0.9777 0.2060 0.0404</w:t>
        <w:br/>
        <w:t>vn -0.9777 0.2061 0.0403</w:t>
        <w:br/>
        <w:t>vn 0.4261 0.6009 0.6763</w:t>
        <w:br/>
        <w:t>vn 0.0000 0.3552 0.9348</w:t>
        <w:br/>
        <w:t>vn 0.6171 0.2795 0.7356</w:t>
        <w:br/>
        <w:t>vn 0.4281 -0.0161 0.9036</w:t>
        <w:br/>
        <w:t>vn 0.7354 -0.0573 0.6752</w:t>
        <w:br/>
        <w:t>vn 0.7979 0.2141 0.5635</w:t>
        <w:br/>
        <w:t>vn 0.4077 -0.3409 0.8471</w:t>
        <w:br/>
        <w:t>vn 0.0000 -0.1919 0.9814</w:t>
        <w:br/>
        <w:t>vn -0.4281 -0.0161 0.9036</w:t>
        <w:br/>
        <w:t>vn -0.4077 -0.3408 0.8471</w:t>
        <w:br/>
        <w:t>vn -0.7354 -0.0573 0.6752</w:t>
        <w:br/>
        <w:t>vn -0.6171 0.2795 0.7356</w:t>
        <w:br/>
        <w:t>vn -0.7979 0.2141 0.5635</w:t>
        <w:br/>
        <w:t>vn -0.7378 0.4816 0.4729</w:t>
        <w:br/>
        <w:t>vn 0.7378 0.4816 0.4729</w:t>
        <w:br/>
        <w:t>vn 0.4239 0.7772 0.4650</w:t>
        <w:br/>
        <w:t>vn -0.0000 0.7564 0.6541</w:t>
        <w:br/>
        <w:t>vn -0.4261 0.6009 0.6763</w:t>
        <w:br/>
        <w:t>vn -0.4239 0.7772 0.4650</w:t>
        <w:br/>
        <w:t>vn 0.0000 -0.4157 0.9095</w:t>
        <w:br/>
        <w:t>vn 0.0000 0.8523 0.5230</w:t>
        <w:br/>
        <w:t>vn -0.7617 -0.2312 0.6053</w:t>
        <w:br/>
        <w:t>vn -0.6721 -0.1517 0.7247</w:t>
        <w:br/>
        <w:t>vn -0.7771 -0.2736 0.5668</w:t>
        <w:br/>
        <w:t>vn -0.6266 -0.0678 0.7764</w:t>
        <w:br/>
        <w:t>vn -0.6866 0.0612 0.7244</w:t>
        <w:br/>
        <w:t>vn -0.8484 -0.1983 0.4907</w:t>
        <w:br/>
        <w:t>vn -0.7821 -0.2667 0.5632</w:t>
        <w:br/>
        <w:t>vn -0.7570 -0.3068 0.5770</w:t>
        <w:br/>
        <w:t>vn -0.5513 -0.1052 0.8277</w:t>
        <w:br/>
        <w:t>vn -0.5929 -0.0865 0.8006</w:t>
        <w:br/>
        <w:t>vn -0.7394 -0.2626 0.6199</w:t>
        <w:br/>
        <w:t>vn -0.7690 -0.2438 0.5909</w:t>
        <w:br/>
        <w:t>vn -0.4916 -0.1915 0.8495</w:t>
        <w:br/>
        <w:t>vn -0.7364 -0.1173 0.6663</w:t>
        <w:br/>
        <w:t>vn -0.7732 -0.0856 0.6284</w:t>
        <w:br/>
        <w:t>vn -0.7547 -0.0624 0.6531</w:t>
        <w:br/>
        <w:t>vn -0.7498 0.0563 0.6593</w:t>
        <w:br/>
        <w:t>vn -0.7657 -0.1216 0.6316</w:t>
        <w:br/>
        <w:t>vn -0.7500 -0.1655 0.6404</w:t>
        <w:br/>
        <w:t>vn -0.7166 -0.2823 0.6378</w:t>
        <w:br/>
        <w:t>vn -0.7456 -0.1990 0.6360</w:t>
        <w:br/>
        <w:t>vn -0.7369 -0.2396 0.6322</w:t>
        <w:br/>
        <w:t>vn -0.7296 -0.2480 0.6373</w:t>
        <w:br/>
        <w:t>vn -0.7178 -0.2646 0.6440</w:t>
        <w:br/>
        <w:t>vn -0.4172 -0.1499 0.8964</w:t>
        <w:br/>
        <w:t>vn -0.4083 -0.0270 0.9124</w:t>
        <w:br/>
        <w:t>vn -0.7685 -0.1837 0.6129</w:t>
        <w:br/>
        <w:t>vn -0.7334 -0.3163 0.6017</w:t>
        <w:br/>
        <w:t>vn -0.7319 -0.1723 0.6593</w:t>
        <w:br/>
        <w:t>vn -0.5172 -0.2249 0.8258</w:t>
        <w:br/>
        <w:t>vn -0.4562 -0.2665 0.8490</w:t>
        <w:br/>
        <w:t>vn -0.7442 -0.1706 0.6458</w:t>
        <w:br/>
        <w:t>vn -0.7373 -0.2564 0.6250</w:t>
        <w:br/>
        <w:t>vn -0.7602 -0.2029 0.6172</w:t>
        <w:br/>
        <w:t>vn -0.7720 -0.1760 0.6107</w:t>
        <w:br/>
        <w:t>vn -0.8059 -0.1470 0.5734</w:t>
        <w:br/>
        <w:t>vn -0.8059 -0.1470 0.5735</w:t>
        <w:br/>
        <w:t>vn -0.8229 -0.0751 0.5632</w:t>
        <w:br/>
        <w:t>vn -0.8104 -0.0072 0.5858</w:t>
        <w:br/>
        <w:t>vn -0.7965 0.0183 0.6043</w:t>
        <w:br/>
        <w:t>vn -0.7110 0.2269 0.6656</w:t>
        <w:br/>
        <w:t>vn -0.6812 0.2756 0.6783</w:t>
        <w:br/>
        <w:t>vn -0.6270 0.3457 0.6982</w:t>
        <w:br/>
        <w:t>vn -0.5343 0.3219 0.7816</w:t>
        <w:br/>
        <w:t>vn -0.4123 0.0597 0.9091</w:t>
        <w:br/>
        <w:t>vn -0.4022 0.1630 0.9009</w:t>
        <w:br/>
        <w:t>vn -0.3768 0.0102 0.9262</w:t>
        <w:br/>
        <w:t>vn 0.7216 0.3617 -0.5904</w:t>
        <w:br/>
        <w:t>vn 0.8089 0.4228 -0.4086</w:t>
        <w:br/>
        <w:t>vn 0.6275 0.1745 -0.7588</w:t>
        <w:br/>
        <w:t>vn 0.5771 0.2154 -0.7877</w:t>
        <w:br/>
        <w:t>vn 0.6601 0.3054 -0.6863</w:t>
        <w:br/>
        <w:t>vn 0.5203 0.1936 -0.8318</w:t>
        <w:br/>
        <w:t>vn 0.4726 0.1964 -0.8591</w:t>
        <w:br/>
        <w:t>vn 0.5528 0.3547 -0.7541</w:t>
        <w:br/>
        <w:t>vn 0.5680 0.1686 -0.8056</w:t>
        <w:br/>
        <w:t>vn 0.8355 0.3935 -0.3835</w:t>
        <w:br/>
        <w:t>vn 0.6097 0.1458 -0.7791</w:t>
        <w:br/>
        <w:t>vn 0.8839 0.2703 -0.3817</w:t>
        <w:br/>
        <w:t>vn 0.6315 -0.2560 -0.7319</w:t>
        <w:br/>
        <w:t>vn 0.6544 -0.1522 -0.7407</w:t>
        <w:br/>
        <w:t>vn 0.6248 -0.1441 -0.7674</w:t>
        <w:br/>
        <w:t>vn 0.6203 0.0168 -0.7842</w:t>
        <w:br/>
        <w:t>vn 0.6466 -0.0562 -0.7607</w:t>
        <w:br/>
        <w:t>vn 0.6177 -0.0037 -0.7864</w:t>
        <w:br/>
        <w:t>vn 0.6343 0.0830 -0.7686</w:t>
        <w:br/>
        <w:t>vn 0.6196 0.0805 -0.7808</w:t>
        <w:br/>
        <w:t>vn 0.6568 0.0489 -0.7525</w:t>
        <w:br/>
        <w:t>vn 0.6247 0.1157 -0.7723</w:t>
        <w:br/>
        <w:t>vn 0.6403 0.0904 -0.7628</w:t>
        <w:br/>
        <w:t>vn 0.6352 0.1167 -0.7635</w:t>
        <w:br/>
        <w:t>vn 0.6035 0.1885 -0.7747</w:t>
        <w:br/>
        <w:t>vn 0.5503 0.2212 -0.8051</w:t>
        <w:br/>
        <w:t>vn 0.8111 0.0779 -0.5798</w:t>
        <w:br/>
        <w:t>vn 0.6066 0.0350 -0.7942</w:t>
        <w:br/>
        <w:t>vn 0.6180 0.1142 -0.7778</w:t>
        <w:br/>
        <w:t>vn 0.6338 0.1751 -0.7534</w:t>
        <w:br/>
        <w:t>vn 0.8523 0.0772 -0.5172</w:t>
        <w:br/>
        <w:t>vn 0.5437 0.2318 -0.8066</w:t>
        <w:br/>
        <w:t>vn 0.5313 -0.1890 -0.8259</w:t>
        <w:br/>
        <w:t>vn 0.5313 -0.1890 -0.8258</w:t>
        <w:br/>
        <w:t>vn 0.4612 -0.0737 -0.8842</w:t>
        <w:br/>
        <w:t>vn 0.4793 0.0184 -0.8775</w:t>
        <w:br/>
        <w:t>vn 0.4716 0.1111 -0.8748</w:t>
        <w:br/>
        <w:t>vn 0.5565 0.2923 -0.7777</w:t>
        <w:br/>
        <w:t>vn 0.6288 0.2965 -0.7189</w:t>
        <w:br/>
        <w:t>vn 0.7994 0.2573 -0.5430</w:t>
        <w:br/>
        <w:t>vn 0.6828 0.3399 -0.6467</w:t>
        <w:br/>
        <w:t>vn 0.8694 0.0668 -0.4896</w:t>
        <w:br/>
        <w:t>vn 0.8749 0.1435 -0.4625</w:t>
        <w:br/>
        <w:t>vn 0.8580 -0.0103 -0.5135</w:t>
        <w:br/>
        <w:t>vn 0.8226 -0.0383 -0.5673</w:t>
        <w:br/>
        <w:t>vn 0.8029 0.5951 -0.0353</w:t>
        <w:br/>
        <w:t>vn 0.8162 0.5772 0.0267</w:t>
        <w:br/>
        <w:t>vn -0.3811 0.1338 0.9148</w:t>
        <w:br/>
        <w:t>vn -0.3523 0.1167 0.9286</w:t>
        <w:br/>
        <w:t>vn -0.3477 -0.7661 -0.5406</w:t>
        <w:br/>
        <w:t>vn 0.7437 0.6622 0.0915</w:t>
        <w:br/>
        <w:t>vn 0.4603 0.6738 0.5780</w:t>
        <w:br/>
        <w:t>vn 0.4304 0.6726 0.6020</w:t>
        <w:br/>
        <w:t>vn 0.4305 0.6725 0.6020</w:t>
        <w:br/>
        <w:t>vn 0.4604 0.6737 0.5781</w:t>
        <w:br/>
        <w:t>vn 0.0749 0.5015 0.8619</w:t>
        <w:br/>
        <w:t>vn 0.7790 0.6269 -0.0125</w:t>
        <w:br/>
        <w:t>vn 0.7585 0.6506 0.0380</w:t>
        <w:br/>
        <w:t>vn -0.2705 0.2613 0.9266</w:t>
        <w:br/>
        <w:t>vn 0.4304 0.6725 0.6021</w:t>
        <w:br/>
        <w:t>vn 0.7790 0.6269 -0.0126</w:t>
        <w:br/>
        <w:t>vn 0.8601 0.5036 0.0814</w:t>
        <w:br/>
        <w:t>vn -0.2601 0.0715 0.9629</w:t>
        <w:br/>
        <w:t>vn 0.9567 0.2764 0.0907</w:t>
        <w:br/>
        <w:t>vn -0.1360 -0.0993 0.9857</w:t>
        <w:br/>
        <w:t>vn 0.9989 0.0183 0.0439</w:t>
        <w:br/>
        <w:t>vn 0.9065 0.1128 -0.4069</w:t>
        <w:br/>
        <w:t>vn -0.0541 -0.2720 0.9608</w:t>
        <w:br/>
        <w:t>vn 0.9945 0.0655 0.0820</w:t>
        <w:br/>
        <w:t>vn 0.9631 0.2075 0.1717</w:t>
        <w:br/>
        <w:t>vn 0.9630 0.2075 0.1717</w:t>
        <w:br/>
        <w:t>vn 0.9848 0.1248 0.1212</w:t>
        <w:br/>
        <w:t>vn 0.0759 0.0907 0.9930</w:t>
        <w:br/>
        <w:t>vn 0.0235 -0.1105 0.9936</w:t>
        <w:br/>
        <w:t>vn 0.7535 0.3348 0.5659</w:t>
        <w:br/>
        <w:t>vn 0.9043 0.3072 0.2964</w:t>
        <w:br/>
        <w:t>vn 0.1641 0.2437 0.9559</w:t>
        <w:br/>
        <w:t>vn 0.1030 0.1980 0.9748</w:t>
        <w:br/>
        <w:t>vn 0.9992 -0.0313 0.0262</w:t>
        <w:br/>
        <w:t>vn -0.0203 -0.2612 0.9651</w:t>
        <w:br/>
        <w:t>vn 0.0184 0.9313 0.3637</w:t>
        <w:br/>
        <w:t>vn 0.6538 0.2353 0.7191</w:t>
        <w:br/>
        <w:t>vn 0.8831 0.2263 0.4110</w:t>
        <w:br/>
        <w:t>vn 0.1641 0.2438 0.9559</w:t>
        <w:br/>
        <w:t>vn 0.3270 0.2093 0.9215</w:t>
        <w:br/>
        <w:t>vn 0.7574 -0.1498 0.6355</w:t>
        <w:br/>
        <w:t>vn 0.9069 -0.0912 0.4113</w:t>
        <w:br/>
        <w:t>vn 0.4959 -0.0780 0.8649</w:t>
        <w:br/>
        <w:t>vn 0.7575 -0.1498 0.6355</w:t>
        <w:br/>
        <w:t>vn 0.6776 -0.5400 0.4993</w:t>
        <w:br/>
        <w:t>vn 0.7782 -0.5334 0.3316</w:t>
        <w:br/>
        <w:t>vn 0.3808 -0.9235 -0.0469</w:t>
        <w:br/>
        <w:t>vn 0.3808 -0.9234 -0.0469</w:t>
        <w:br/>
        <w:t>vn -0.4151 -0.7005 -0.5805</w:t>
        <w:br/>
        <w:t>vn -0.4151 -0.7005 -0.5806</w:t>
        <w:br/>
        <w:t>vn 0.0325 -0.9413 -0.3361</w:t>
        <w:br/>
        <w:t>vn 0.0326 -0.9413 -0.3360</w:t>
        <w:br/>
        <w:t>vn -0.7701 -0.1536 -0.6191</w:t>
        <w:br/>
        <w:t>vn -0.7701 -0.1535 -0.6191</w:t>
        <w:br/>
        <w:t>vn -0.5427 0.8392 -0.0351</w:t>
        <w:br/>
        <w:t>vn -0.5426 0.8393 -0.0351</w:t>
        <w:br/>
        <w:t>vn -0.8227 0.3557 -0.4435</w:t>
        <w:br/>
        <w:t>vn -0.1921 0.9448 0.2656</w:t>
        <w:br/>
        <w:t>vn 0.6368 0.1516 -0.7559</w:t>
        <w:br/>
        <w:t>vn -0.7483 -0.1709 0.6410</w:t>
        <w:br/>
        <w:t>vn 0.6103 0.1019 -0.7856</w:t>
        <w:br/>
        <w:t>vn 0.7781 -0.5334 0.3317</w:t>
        <w:br/>
        <w:t>vn 0.8972 0.0438 -0.4395</w:t>
        <w:br/>
        <w:t>vn -0.4362 -0.0530 0.8983</w:t>
        <w:br/>
        <w:t>vn -0.4179 -0.0435 0.9075</w:t>
        <w:br/>
        <w:t>vn 0.5524 0.2386 -0.7987</w:t>
        <w:br/>
        <w:t>vn 0.5664 0.4383 -0.6979</w:t>
        <w:br/>
        <w:t>vn -0.7969 0.0558 0.6015</w:t>
        <w:br/>
        <w:t>vn -0.6382 0.2493 0.7284</w:t>
        <w:br/>
        <w:t>vn 0.6409 0.6247 -0.4461</w:t>
        <w:br/>
        <w:t>vn 0.6424 0.1867 -0.7433</w:t>
        <w:br/>
        <w:t>vn 0.6399 0.1802 -0.7470</w:t>
        <w:br/>
        <w:t>vn -0.6805 -0.0178 0.7325</w:t>
        <w:br/>
        <w:t>vn -0.7440 -0.1502 0.6510</w:t>
        <w:br/>
        <w:t>vn 0.0347 0.0347 -0.9988</w:t>
        <w:br/>
        <w:t>vn 0.0347 -0.0347 -0.9988</w:t>
        <w:br/>
        <w:t>vn 0.0286 0.1039 -0.9942</w:t>
        <w:br/>
        <w:t>vn 0.3577 0.0387 -0.9330</w:t>
        <w:br/>
        <w:t>vn -0.0167 0.9999 -0.0000</w:t>
        <w:br/>
        <w:t>vn -0.0165 0.9861 -0.1654</w:t>
        <w:br/>
        <w:t>vn -0.6433 0.7401 -0.1961</w:t>
        <w:br/>
        <w:t>vn -0.0164 -0.9861 -0.1653</w:t>
        <w:br/>
        <w:t>vn -0.0167 -0.9999 0.0001</w:t>
        <w:br/>
        <w:t>vn -0.0167 -0.9999 0.0000</w:t>
        <w:br/>
        <w:t>vn -0.6433 -0.7401 -0.1961</w:t>
        <w:br/>
        <w:t>vn -0.5700 0.7340 -0.3693</w:t>
        <w:br/>
        <w:t>vn -0.5700 0.7339 -0.3693</w:t>
        <w:br/>
        <w:t>vn -0.2512 0.8857 -0.3904</w:t>
        <w:br/>
        <w:t>vn -0.2512 0.8857 -0.3903</w:t>
        <w:br/>
        <w:t>vn -0.9205 0.0000 -0.3906</w:t>
        <w:br/>
        <w:t>vn -0.9205 0.0000 -0.3907</w:t>
        <w:br/>
        <w:t>vn -0.9206 0.0000 -0.3906</w:t>
        <w:br/>
        <w:t>vn -0.8518 0.4925 -0.1787</w:t>
        <w:br/>
        <w:t>vn -0.6433 0.7401 -0.1960</w:t>
        <w:br/>
        <w:t>vn 0.9637 0.2194 -0.1523</w:t>
        <w:br/>
        <w:t>vn 0.9637 -0.2194 -0.1523</w:t>
        <w:br/>
        <w:t>vn 0.9212 -0.2400 -0.3062</w:t>
        <w:br/>
        <w:t>vn -0.8733 0.4872 -0.0000</w:t>
        <w:br/>
        <w:t>vn 0.9024 -0.4310 -0.0000</w:t>
        <w:br/>
        <w:t>vn 0.0521 -0.0520 -0.9973</w:t>
        <w:br/>
        <w:t>vn 0.0286 -0.1039 -0.9942</w:t>
        <w:br/>
        <w:t>vn 0.9024 0.4310 -0.0000</w:t>
        <w:br/>
        <w:t>vn 0.9637 0.2194 0.1523</w:t>
        <w:br/>
        <w:t>vn 0.0347 -0.0347 0.9988</w:t>
        <w:br/>
        <w:t>vn 0.0347 0.0347 0.9988</w:t>
        <w:br/>
        <w:t>vn 0.0286 0.1039 0.9942</w:t>
        <w:br/>
        <w:t>vn 0.3577 0.0387 0.9330</w:t>
        <w:br/>
        <w:t>vn -0.6433 0.7401 0.1961</w:t>
        <w:br/>
        <w:t>vn -0.0165 0.9861 0.1653</w:t>
        <w:br/>
        <w:t>vn -0.0167 0.9999 -0.0001</w:t>
        <w:br/>
        <w:t>vn -0.0165 -0.9861 0.1653</w:t>
        <w:br/>
        <w:t>vn -0.6433 -0.7401 0.1961</w:t>
        <w:br/>
        <w:t>vn -0.5700 0.7339 0.3694</w:t>
        <w:br/>
        <w:t>vn -0.2512 0.8857 0.3904</w:t>
        <w:br/>
        <w:t>vn -0.2512 0.8857 0.3905</w:t>
        <w:br/>
        <w:t>vn -0.9205 0.0000 0.3906</w:t>
        <w:br/>
        <w:t>vn -0.8518 0.4925 0.1788</w:t>
        <w:br/>
        <w:t>vn -0.6432 0.7401 0.1960</w:t>
        <w:br/>
        <w:t>vn 0.3577 -0.0387 0.9330</w:t>
        <w:br/>
        <w:t>vn 0.9637 -0.2194 0.1523</w:t>
        <w:br/>
        <w:t>vn 0.3577 0.0386 0.9330</w:t>
        <w:br/>
        <w:t>vn -0.5700 -0.7339 0.3694</w:t>
        <w:br/>
        <w:t>vn -0.2511 -0.8856 0.3906</w:t>
        <w:br/>
        <w:t>vn -0.2511 -0.8855 0.3909</w:t>
        <w:br/>
        <w:t>vn -0.8518 -0.4925 0.1788</w:t>
        <w:br/>
        <w:t>vn -0.6432 -0.7401 0.1961</w:t>
        <w:br/>
        <w:t>vn 0.0286 -0.1039 0.9942</w:t>
        <w:br/>
        <w:t>vn 0.8884 0.4546 0.0648</w:t>
        <w:br/>
        <w:t>vn -0.8733 -0.4871 -0.0000</w:t>
        <w:br/>
        <w:t>vn 0.8883 0.4546 -0.0648</w:t>
        <w:br/>
        <w:t>vn 0.8883 -0.4546 0.0649</w:t>
        <w:br/>
        <w:t>vn -0.6279 -0.4761 0.6156</w:t>
        <w:br/>
        <w:t>vn -0.6232 0.2860 0.7279</w:t>
        <w:br/>
        <w:t>vn -0.6392 0.0085 0.7690</w:t>
        <w:br/>
        <w:t>vn -0.6458 -0.2255 0.7294</w:t>
        <w:br/>
        <w:t>vn -0.6401 0.5760 0.5085</w:t>
        <w:br/>
        <w:t>vn -0.5725 0.8085 0.1365</w:t>
        <w:br/>
        <w:t>vn -0.6520 -0.6850 0.3251</w:t>
        <w:br/>
        <w:t>vn -0.6279 0.7208 -0.2936</w:t>
        <w:br/>
        <w:t>vn -0.5949 0.5164 -0.6159</w:t>
        <w:br/>
        <w:t>vn -0.6029 0.2631 -0.7532</w:t>
        <w:br/>
        <w:t>vn -0.6057 -0.0120 -0.7956</w:t>
        <w:br/>
        <w:t>vn -0.5950 -0.2996 -0.7458</w:t>
        <w:br/>
        <w:t>vn -0.6878 -0.7201 -0.0915</w:t>
        <w:br/>
        <w:t>vn -0.6330 -0.5942 -0.4963</w:t>
        <w:br/>
        <w:t>vn -0.5836 -0.8057 -0.1015</w:t>
        <w:br/>
        <w:t>vn -0.7385 0.0779 0.6698</w:t>
        <w:br/>
        <w:t>vn -0.7879 0.2387 0.5676</w:t>
        <w:br/>
        <w:t>vn -0.7834 -0.4067 0.4700</w:t>
        <w:br/>
        <w:t>vn -0.7356 -0.2835 0.6153</w:t>
        <w:br/>
        <w:t>vn -0.7347 -0.6264 0.2606</w:t>
        <w:br/>
        <w:t>vn -0.7400 -0.6625 -0.1165</w:t>
        <w:br/>
        <w:t>vn -0.7433 0.5086 0.4345</w:t>
        <w:br/>
        <w:t>vn -0.7555 0.6505 0.0771</w:t>
        <w:br/>
        <w:t>vn -0.6893 0.7195 0.0844</w:t>
        <w:br/>
        <w:t>vn -0.7314 0.2512 -0.6340</w:t>
        <w:br/>
        <w:t>vn -0.7276 -0.0683 -0.6826</w:t>
        <w:br/>
        <w:t>vn -0.7755 -0.2342 -0.5863</w:t>
        <w:br/>
        <w:t>vn -0.7810 0.3795 -0.4960</w:t>
        <w:br/>
        <w:t>vn -0.7453 0.5934 -0.3040</w:t>
        <w:br/>
        <w:t>vn -0.7316 -0.5030 -0.4601</w:t>
        <w:br/>
        <w:t>vn -0.6676 -0.7331 -0.1301</w:t>
        <w:br/>
        <w:t>vn -0.6700 0.7322 0.1224</w:t>
        <w:br/>
        <w:t>vn 0.6392 0.0085 0.7690</w:t>
        <w:br/>
        <w:t>vn 0.6233 0.2860 0.7278</w:t>
        <w:br/>
        <w:t>vn 0.6279 -0.4762 0.6156</w:t>
        <w:br/>
        <w:t>vn 0.6458 -0.2255 0.7294</w:t>
        <w:br/>
        <w:t>vn 0.6401 0.5760 0.5084</w:t>
        <w:br/>
        <w:t>vn 0.5725 0.8085 0.1365</w:t>
        <w:br/>
        <w:t>vn 0.6520 -0.6850 0.3251</w:t>
        <w:br/>
        <w:t>vn 0.6279 0.7208 -0.2936</w:t>
        <w:br/>
        <w:t>vn 0.5952 0.5164 -0.6157</w:t>
        <w:br/>
        <w:t>vn 0.6033 0.2631 -0.7529</w:t>
        <w:br/>
        <w:t>vn 0.6061 -0.0120 -0.7953</w:t>
        <w:br/>
        <w:t>vn 0.5953 -0.2997 -0.7456</w:t>
        <w:br/>
        <w:t>vn 0.6879 -0.7201 -0.0915</w:t>
        <w:br/>
        <w:t>vn 0.5836 -0.8057 -0.1015</w:t>
        <w:br/>
        <w:t>vn 0.6329 -0.5942 -0.4963</w:t>
        <w:br/>
        <w:t>vn 0.7385 0.0779 0.6697</w:t>
        <w:br/>
        <w:t>vn 0.7356 -0.2835 0.6153</w:t>
        <w:br/>
        <w:t>vn 0.7834 -0.4067 0.4700</w:t>
        <w:br/>
        <w:t>vn 0.7879 0.2387 0.5676</w:t>
        <w:br/>
        <w:t>vn 0.7346 -0.6264 0.2606</w:t>
        <w:br/>
        <w:t>vn 0.7400 -0.6625 -0.1165</w:t>
        <w:br/>
        <w:t>vn 0.7433 0.5086 0.4345</w:t>
        <w:br/>
        <w:t>vn 0.7555 0.6505 0.0771</w:t>
        <w:br/>
        <w:t>vn 0.6893 0.7196 0.0844</w:t>
        <w:br/>
        <w:t>vn 0.7314 0.2512 -0.6340</w:t>
        <w:br/>
        <w:t>vn 0.7810 0.3795 -0.4960</w:t>
        <w:br/>
        <w:t>vn 0.7755 -0.2342 -0.5863</w:t>
        <w:br/>
        <w:t>vn 0.7276 -0.0683 -0.6826</w:t>
        <w:br/>
        <w:t>vn 0.7453 0.5934 -0.3040</w:t>
        <w:br/>
        <w:t>vn 0.7316 -0.5031 -0.4601</w:t>
        <w:br/>
        <w:t>vn 0.6676 -0.7330 -0.1303</w:t>
        <w:br/>
        <w:t>vn 0.6700 0.7322 0.1224</w:t>
        <w:br/>
        <w:t>vn -0.3606 0.7307 0.5797</w:t>
        <w:br/>
        <w:t>vn -0.5357 0.5074 0.6749</w:t>
        <w:br/>
        <w:t>vn -0.2090 0.9148 0.3455</w:t>
        <w:br/>
        <w:t>vn -0.1159 0.9907 0.0707</w:t>
        <w:br/>
        <w:t>vn -0.4831 0.4676 -0.7402</w:t>
        <w:br/>
        <w:t>vn -0.2986 0.7140 -0.6333</w:t>
        <w:br/>
        <w:t>vn -0.6143 0.6971 -0.3698</w:t>
        <w:br/>
        <w:t>vn -0.6745 0.2441 -0.6968</w:t>
        <w:br/>
        <w:t>vn -0.1608 0.8828 -0.4413</w:t>
        <w:br/>
        <w:t>vn -0.8606 0.3716 -0.3483</w:t>
        <w:br/>
        <w:t>vn -0.7583 0.4007 -0.5143</w:t>
        <w:br/>
        <w:t>vn -0.9293 0.2915 -0.2268</w:t>
        <w:br/>
        <w:t>vn -0.8930 0.3633 0.2655</w:t>
        <w:br/>
        <w:t>vn -0.7990 0.4902 0.3483</w:t>
        <w:br/>
        <w:t>vn -0.5171 0.7322 -0.4432</w:t>
        <w:br/>
        <w:t>vn -0.5739 0.6002 -0.5572</w:t>
        <w:br/>
        <w:t>vn -0.6611 0.5680 0.4902</w:t>
        <w:br/>
        <w:t>vn -0.4505 0.7971 0.4021</w:t>
        <w:br/>
        <w:t>vn -0.5451 0.6902 0.4759</w:t>
        <w:br/>
        <w:t>vn -0.6143 0.6970 -0.3698</w:t>
        <w:br/>
        <w:t>vn -0.3594 0.9302 0.0750</w:t>
        <w:br/>
        <w:t>vn -0.4241 0.8269 -0.3693</w:t>
        <w:br/>
        <w:t>vn -0.4505 0.7971 0.4022</w:t>
        <w:br/>
        <w:t>vn -0.8260 0.2365 -0.5117</w:t>
        <w:br/>
        <w:t>vn -0.8396 -0.5022 0.2071</w:t>
        <w:br/>
        <w:t>vn -0.8397 -0.5021 0.2071</w:t>
        <w:br/>
        <w:t>vn -0.8396 -0.5021 0.2071</w:t>
        <w:br/>
        <w:t>vn -0.7139 0.4366 0.5475</w:t>
        <w:br/>
        <w:t>vn 0.7373 -0.6726 0.0632</w:t>
        <w:br/>
        <w:t>vn 0.7377 -0.6698 0.0845</w:t>
        <w:br/>
        <w:t>vn 0.7230 -0.6889 0.0524</w:t>
        <w:br/>
        <w:t>vn 0.7093 -0.7022 0.0628</w:t>
        <w:br/>
        <w:t>vn 0.7092 -0.7022 0.0628</w:t>
        <w:br/>
        <w:t>vn 0.6988 -0.7100 0.0873</w:t>
        <w:br/>
        <w:t>vn 0.6988 -0.7099 0.0873</w:t>
        <w:br/>
        <w:t>vn 0.6992 -0.7072 0.1052</w:t>
        <w:br/>
        <w:t>vn 0.6991 -0.7073 0.1051</w:t>
        <w:br/>
        <w:t>vn 0.7107 -0.6936 0.1175</w:t>
        <w:br/>
        <w:t>vn 0.7107 -0.6935 0.1176</w:t>
        <w:br/>
        <w:t>vn 0.7246 -0.6803 0.1105</w:t>
        <w:br/>
        <w:t>vn -0.0569 0.9860 0.1565</w:t>
        <w:br/>
        <w:t>vn -0.0569 0.9860 0.1566</w:t>
        <w:br/>
        <w:t>vn -0.0569 0.9860 0.1567</w:t>
        <w:br/>
        <w:t>vn -0.0569 0.9860 0.1564</w:t>
        <w:br/>
        <w:t>vn -0.0975 -0.5745 0.8127</w:t>
        <w:br/>
        <w:t>vn -0.0975 -0.5744 0.8127</w:t>
        <w:br/>
        <w:t>vn -0.8864 0.2482 0.3909</w:t>
        <w:br/>
        <w:t>vn -0.8605 0.3782 0.3415</w:t>
        <w:br/>
        <w:t>vn -0.8604 0.3782 0.3415</w:t>
        <w:br/>
        <w:t>vn 0.7725 0.2283 0.5925</w:t>
        <w:br/>
        <w:t>vn 0.7504 0.0950 0.6541</w:t>
        <w:br/>
        <w:t>vn 0.1441 -0.4296 -0.8914</w:t>
        <w:br/>
        <w:t>vn 0.1439 -0.4298 -0.8914</w:t>
        <w:br/>
        <w:t>vn -0.8440 0.0716 0.5315</w:t>
        <w:br/>
        <w:t>vn 0.7127 0.4381 0.5479</w:t>
        <w:br/>
        <w:t>vn 0.1439 -0.4295 -0.8915</w:t>
        <w:br/>
        <w:t>vn -0.4905 -0.4727 0.7321</w:t>
        <w:br/>
        <w:t>vn -0.4904 -0.4727 0.7321</w:t>
        <w:br/>
        <w:t>vn 0.3639 0.9062 0.2151</w:t>
        <w:br/>
        <w:t>vn 0.1249 -0.4252 -0.8964</w:t>
        <w:br/>
        <w:t>vn 0.1249 -0.4253 -0.8964</w:t>
        <w:br/>
        <w:t>vn 0.1436 -0.4298 -0.8914</w:t>
        <w:br/>
        <w:t>vn 0.1437 -0.4297 -0.8914</w:t>
        <w:br/>
        <w:t>vn 0.7670 0.2919 0.5714</w:t>
        <w:br/>
        <w:t>vn 0.7464 0.4208 0.5156</w:t>
        <w:br/>
        <w:t>vn -0.8910 0.1890 0.4128</w:t>
        <w:br/>
        <w:t>vn -0.8795 0.0668 0.4713</w:t>
        <w:br/>
        <w:t>vn 0.1438 -0.4294 -0.8916</w:t>
        <w:br/>
        <w:t>vn 0.1438 -0.4297 -0.8915</w:t>
        <w:br/>
        <w:t>vn 0.7001 0.1011 0.7068</w:t>
        <w:br/>
        <w:t>vn 0.3150 -0.4680 0.8257</w:t>
        <w:br/>
        <w:t>vn 0.3151 -0.4679 0.8257</w:t>
        <w:br/>
        <w:t>vn -0.8378 0.3985 0.3733</w:t>
        <w:br/>
        <w:t>vn -0.4701 0.8727 0.1322</w:t>
        <w:br/>
        <w:t>vn -0.4700 0.8727 0.1322</w:t>
        <w:br/>
        <w:t>vn -0.8378 0.3985 0.3732</w:t>
        <w:br/>
        <w:t>vn 0.1634 -0.4242 -0.8907</w:t>
        <w:br/>
        <w:t>vn 0.1446 -0.4200 -0.8960</w:t>
        <w:br/>
        <w:t>vn -0.0957 -0.5594 0.8234</w:t>
        <w:br/>
        <w:t>vn -0.0569 0.9876 0.1464</w:t>
        <w:br/>
        <w:t>vn -0.0568 0.9876 0.1464</w:t>
        <w:br/>
        <w:t>vn 0.3171 0.2074 0.9255</w:t>
        <w:br/>
        <w:t>vn 0.2082 0.0630 0.9761</w:t>
        <w:br/>
        <w:t>vn 0.4501 -0.2379 0.8607</w:t>
        <w:br/>
        <w:t>vn 0.6284 -0.0015 0.7778</w:t>
        <w:br/>
        <w:t>vn 0.0693 -0.0289 0.9972</w:t>
        <w:br/>
        <w:t>vn 0.2060 -0.6594 0.7230</w:t>
        <w:br/>
        <w:t>vn -0.1145 -0.4116 0.9041</w:t>
        <w:br/>
        <w:t>vn -0.3628 -0.6727 0.6449</w:t>
        <w:br/>
        <w:t>vn -0.3339 -0.0381 0.9418</w:t>
        <w:br/>
        <w:t>vn -0.4659 0.0474 0.8836</w:t>
        <w:br/>
        <w:t>vn -0.6539 -0.2636 0.7092</w:t>
        <w:br/>
        <w:t>vn -0.5636 0.1869 0.8046</w:t>
        <w:br/>
        <w:t>vn -0.8140 -0.0351 0.5798</w:t>
        <w:br/>
        <w:t>vn -0.5932 0.3535 0.7233</w:t>
        <w:br/>
        <w:t>vn -0.8626 0.2377 0.4465</w:t>
        <w:br/>
        <w:t>vn -0.5503 0.5217 0.6519</w:t>
        <w:br/>
        <w:t>vn -0.7924 0.5133 0.3294</w:t>
        <w:br/>
        <w:t>vn -0.4415 0.6659 0.6014</w:t>
        <w:br/>
        <w:t>vn -0.6141 0.7497 0.2466</w:t>
        <w:br/>
        <w:t>vn -0.3027 0.7571 0.5789</w:t>
        <w:br/>
        <w:t>vn -0.2990 0.9495 -0.0955</w:t>
        <w:br/>
        <w:t>vn -0.0606 0.9585 0.2787</w:t>
        <w:br/>
        <w:t>vn 0.2698 0.9628 -0.0174</w:t>
        <w:br/>
        <w:t>vn 0.1006 0.7667 0.6341</w:t>
        <w:br/>
        <w:t>vn 0.2323 0.6817 0.6937</w:t>
        <w:br/>
        <w:t>vn 0.4900 0.7755 0.3981</w:t>
        <w:br/>
        <w:t>vn 0.3302 0.5422 0.7726</w:t>
        <w:br/>
        <w:t>vn 0.6501 0.5470 0.5275</w:t>
        <w:br/>
        <w:t>vn 0.3599 0.3757 0.8540</w:t>
        <w:br/>
        <w:t>vn 0.6986 0.2742 0.6608</w:t>
        <w:br/>
        <w:t>vn -0.1379 0.1464 0.9796</w:t>
        <w:br/>
        <w:t>vn -0.1180 0.6523 0.7487</w:t>
        <w:br/>
        <w:t>vn -0.1333 0.4159 0.8996</w:t>
        <w:br/>
        <w:t>vn 0.5469 -0.5213 -0.6551</w:t>
        <w:br/>
        <w:t>vn 0.7909 -0.5138 -0.3324</w:t>
        <w:br/>
        <w:t>vn 0.6131 -0.7496 -0.2495</w:t>
        <w:br/>
        <w:t>vn 0.4390 -0.6643 -0.6049</w:t>
        <w:br/>
        <w:t>vn 0.3029 -0.7466 -0.5924</w:t>
        <w:br/>
        <w:t>vn 0.4030 -0.8896 -0.2151</w:t>
        <w:br/>
        <w:t>vn 0.0614 -0.9567 -0.2846</w:t>
        <w:br/>
        <w:t>vn -0.2889 -0.9058 -0.3100</w:t>
        <w:br/>
        <w:t>vn -0.0977 -0.7559 -0.6473</w:t>
        <w:br/>
        <w:t>vn -0.2290 -0.6799 -0.6967</w:t>
        <w:br/>
        <w:t>vn -0.4883 -0.7752 -0.4008</w:t>
        <w:br/>
        <w:t>vn -0.3258 -0.5416 -0.7749</w:t>
        <w:br/>
        <w:t>vn -0.6478 -0.5473 -0.5299</w:t>
        <w:br/>
        <w:t>vn -0.6963 -0.2752 -0.6628</w:t>
        <w:br/>
        <w:t>vn -0.3552 -0.3766 -0.8556</w:t>
        <w:br/>
        <w:t>vn -0.3127 -0.2098 -0.9264</w:t>
        <w:br/>
        <w:t>vn -0.6263 -0.0002 -0.7796</w:t>
        <w:br/>
        <w:t>vn -0.2049 -0.0668 -0.9765</w:t>
        <w:br/>
        <w:t>vn -0.4485 0.2356 -0.8622</w:t>
        <w:br/>
        <w:t>vn -0.2385 0.3763 -0.8952</w:t>
        <w:br/>
        <w:t>vn -0.0676 0.0116 -0.9976</w:t>
        <w:br/>
        <w:t>vn 0.1150 0.4061 -0.9066</w:t>
        <w:br/>
        <w:t>vn 0.4533 0.3925 -0.8003</w:t>
        <w:br/>
        <w:t>vn 0.3332 0.0210 -0.9426</w:t>
        <w:br/>
        <w:t>vn 0.4631 -0.0512 -0.8848</w:t>
        <w:br/>
        <w:t>vn 0.6528 0.2613 -0.7110</w:t>
        <w:br/>
        <w:t>vn 0.8125 0.0333 -0.5820</w:t>
        <w:br/>
        <w:t>vn 0.5600 -0.1894 -0.8066</w:t>
        <w:br/>
        <w:t>vn 0.8610 -0.2388 -0.4490</w:t>
        <w:br/>
        <w:t>vn 0.5894 -0.3545 -0.7259</w:t>
        <w:br/>
        <w:t>vn 0.1202 -0.6278 -0.7691</w:t>
        <w:br/>
        <w:t>vn 0.1379 -0.1780 -0.9743</w:t>
        <w:br/>
        <w:t>vn 0.1332 -0.4159 -0.8996</w:t>
        <w:br/>
        <w:t>vn -0.2990 0.9495 -0.0956</w:t>
        <w:br/>
        <w:t>vn 0.0324 0.9194 -0.3921</w:t>
        <w:br/>
        <w:t>vn 0.1150 0.4061 -0.9065</w:t>
        <w:br/>
        <w:t>vn 0.2699 0.9627 -0.0174</w:t>
        <w:br/>
        <w:t>vn 0.0324 0.9193 -0.3922</w:t>
        <w:br/>
        <w:t>vn 0.2061 -0.6594 0.7230</w:t>
        <w:br/>
        <w:t>vn -0.0391 -0.8983 0.4376</w:t>
        <w:br/>
        <w:t>vn -0.6195 0.3546 0.7004</w:t>
        <w:br/>
        <w:t>vn -0.0809 0.9413 0.3276</w:t>
        <w:br/>
        <w:t>vn -0.7952 0.2819 0.5369</w:t>
        <w:br/>
        <w:t>vn -0.1231 -0.3325 0.9350</w:t>
        <w:br/>
        <w:t>vn 0.3711 0.3900 0.8427</w:t>
        <w:br/>
        <w:t>vn 0.5898 0.3315 0.7364</w:t>
        <w:br/>
        <w:t>vn -0.8338 0.5082 -0.2155</w:t>
        <w:br/>
        <w:t>vn 0.0300 0.9024 -0.4299</w:t>
        <w:br/>
        <w:t>vn -0.8404 -0.5287 0.1189</w:t>
        <w:br/>
        <w:t>vn -0.0302 -0.9025 0.4297</w:t>
        <w:br/>
        <w:t>vn 0.8076 -0.4699 0.3563</w:t>
        <w:br/>
        <w:t>vn 0.8402 0.5290 -0.1195</w:t>
        <w:br/>
        <w:t>vn -0.4989 0.1960 -0.8442</w:t>
        <w:br/>
        <w:t>vn -0.4200 0.2636 -0.8684</w:t>
        <w:br/>
        <w:t>vn -0.5903 -0.3315 -0.7360</w:t>
        <w:br/>
        <w:t>vn -0.8405 -0.5286 0.1190</w:t>
        <w:br/>
        <w:t>vn -0.8339 0.5081 -0.2156</w:t>
        <w:br/>
        <w:t>vn -0.0303 -0.9024 0.4298</w:t>
        <w:br/>
        <w:t>vn 0.0805 -0.9411 -0.3284</w:t>
        <w:br/>
        <w:t>vn 0.8077 -0.4699 0.3562</w:t>
        <w:br/>
        <w:t>vn 0.8402 0.5289 -0.1196</w:t>
        <w:br/>
        <w:t>vn 0.7949 -0.2818 -0.5373</w:t>
        <w:br/>
        <w:t>vn 0.6283 0.3010 -0.7174</w:t>
        <w:br/>
        <w:t>vn -0.3721 -0.3889 -0.8428</w:t>
        <w:br/>
        <w:t>vn 0.6198 -0.3540 -0.7003</w:t>
        <w:br/>
        <w:t>vn -0.4200 0.2637 -0.8684</w:t>
        <w:br/>
        <w:t>vn 0.0299 0.9023 -0.4300</w:t>
        <w:br/>
        <w:t>vn 0.7865 0.2337 0.5716</w:t>
        <w:br/>
        <w:t>vn 0.9887 0.0232 0.1481</w:t>
        <w:br/>
        <w:t>vn 0.8789 0.4695 -0.0847</w:t>
        <w:br/>
        <w:t>vn 0.6943 0.6202 0.3651</w:t>
        <w:br/>
        <w:t>vn -0.1433 0.4296 0.8916</w:t>
        <w:br/>
        <w:t>vn -0.1433 0.4297 0.8915</w:t>
        <w:br/>
        <w:t>vn -0.1433 0.4299 0.8914</w:t>
        <w:br/>
        <w:t>vn -0.7327 -0.6518 0.1957</w:t>
        <w:br/>
        <w:t>vn -0.9885 -0.0203 -0.1498</w:t>
        <w:br/>
        <w:t>vn -0.9292 0.1962 0.3131</w:t>
        <w:br/>
        <w:t>vn -0.7067 -0.3507 0.6144</w:t>
        <w:br/>
        <w:t>vn -0.7863 -0.2311 -0.5730</w:t>
        <w:br/>
        <w:t>vn -0.7328 -0.6517 0.1957</w:t>
        <w:br/>
        <w:t>vn -0.5634 -0.7791 -0.2751</w:t>
        <w:br/>
        <w:t>vn 0.1435 -0.4296 -0.8916</w:t>
        <w:br/>
        <w:t>vn 0.1433 -0.4297 -0.8915</w:t>
        <w:br/>
        <w:t>vn 0.9293 -0.1933 -0.3148</w:t>
        <w:br/>
        <w:t>vn 0.8357 0.1972 -0.5126</w:t>
        <w:br/>
        <w:t>vn 0.4048 0.8946 0.1894</w:t>
        <w:br/>
        <w:t>vn 0.5477 0.7848 -0.2899</w:t>
        <w:br/>
        <w:t>vn -0.1437 0.4298 0.8914</w:t>
        <w:br/>
        <w:t>vn 0.1435 -0.4302 -0.8913</w:t>
        <w:br/>
        <w:t>vn 0.5471 0.4693 -0.6931</w:t>
        <w:br/>
        <w:t>vn 0.5478 0.7848 -0.2898</w:t>
        <w:br/>
        <w:t>vn -0.0497 0.9962 0.0716</w:t>
        <w:br/>
        <w:t>vn 0.0254 0.9022 -0.4307</w:t>
        <w:br/>
        <w:t>vn -0.1437 0.4297 0.8915</w:t>
        <w:br/>
        <w:t>vn -0.0971 -0.5678 0.8174</w:t>
        <w:br/>
        <w:t>vn -0.0293 -0.9024 0.4299</w:t>
        <w:br/>
        <w:t>vn -0.0293 -0.9024 0.4300</w:t>
        <w:br/>
        <w:t>vn 0.0464 -0.9963 -0.0721</w:t>
        <w:br/>
        <w:t>vn 0.1436 -0.4297 -0.8915</w:t>
        <w:br/>
        <w:t>vn 0.0937 0.5675 -0.8180</w:t>
        <w:br/>
        <w:t>vn -0.4870 0.7535 -0.4416</w:t>
        <w:br/>
        <w:t>vn -0.4949 0.8674 0.0522</w:t>
        <w:br/>
        <w:t>vn -0.1438 0.4300 0.8913</w:t>
        <w:br/>
        <w:t>vn -0.1443 0.4300 0.8912</w:t>
        <w:br/>
        <w:t>vn 0.5226 -0.3156 0.7920</w:t>
        <w:br/>
        <w:t>vn 0.6838 -0.6081 0.4032</w:t>
        <w:br/>
        <w:t>vn 0.6650 -0.7412 -0.0913</w:t>
        <w:br/>
        <w:t>vn 0.1438 -0.4299 -0.8914</w:t>
        <w:br/>
        <w:t>vn -0.4869 0.7535 -0.4417</w:t>
        <w:br/>
        <w:t>vn -0.3539 0.4461 -0.8221</w:t>
        <w:br/>
        <w:t>vn -0.7999 0.5835 0.1404</w:t>
        <w:br/>
        <w:t>vn -0.8372 0.4276 -0.3411</w:t>
        <w:br/>
        <w:t>vn -0.1444 0.4298 0.8913</w:t>
        <w:br/>
        <w:t>vn 0.1441 -0.4298 -0.8913</w:t>
        <w:br/>
        <w:t>vn 0.1441 -0.4295 -0.8915</w:t>
        <w:br/>
        <w:t>vn -0.6588 0.1617 -0.7347</w:t>
        <w:br/>
        <w:t>vn -0.8371 0.4276 -0.3411</w:t>
        <w:br/>
        <w:t>vn -0.9296 0.1791 0.3220</w:t>
        <w:br/>
        <w:t>vn -0.9893 -0.0401 -0.1402</w:t>
        <w:br/>
        <w:t>vn -0.1441 0.4296 0.8914</w:t>
        <w:br/>
        <w:t>vn 0.9894 0.0415 0.1393</w:t>
        <w:br/>
        <w:t>vn 0.7868 0.2498 0.5644</w:t>
        <w:br/>
        <w:t>vn 0.9297 -0.1777 -0.3227</w:t>
        <w:br/>
        <w:t>vn 0.1438 -0.4295 -0.8916</w:t>
        <w:br/>
        <w:t>vn -0.7865 -0.2486 -0.5654</w:t>
        <w:br/>
        <w:t>vn -0.8550 -0.5076 0.1067</w:t>
        <w:br/>
        <w:t>vn -0.8139 -0.2282 0.5343</w:t>
        <w:br/>
        <w:t>vn -0.1442 0.4295 0.8915</w:t>
        <w:br/>
        <w:t>vn -0.1442 0.4291 0.8917</w:t>
        <w:br/>
        <w:t>vn 0.7113 0.6711 -0.2090</w:t>
        <w:br/>
        <w:t>vn 0.5448 0.7960 0.2637</w:t>
        <w:br/>
        <w:t>vn 0.7113 0.6710 -0.2090</w:t>
        <w:br/>
        <w:t>vn 0.6880 0.3671 -0.6260</w:t>
        <w:br/>
        <w:t>vn 0.1444 -0.4294 -0.8915</w:t>
        <w:br/>
        <w:t>vn -0.8549 -0.5077 0.1067</w:t>
        <w:br/>
        <w:t>vn -0.6714 -0.6538 -0.3490</w:t>
        <w:br/>
        <w:t>vn -0.5132 -0.8027 0.3038</w:t>
        <w:br/>
        <w:t>vn -0.5177 -0.4877 0.7030</w:t>
        <w:br/>
        <w:t>vn -0.1439 0.4291 0.8917</w:t>
        <w:br/>
        <w:t>vn 0.1439 -0.4294 -0.8916</w:t>
        <w:br/>
        <w:t>vn 0.1438 -0.4292 -0.8917</w:t>
        <w:br/>
        <w:t>vn -0.5133 -0.8026 0.3039</w:t>
        <w:br/>
        <w:t>vn -0.3761 -0.9101 -0.1738</w:t>
        <w:br/>
        <w:t>vn -0.0939 -0.5684 0.8174</w:t>
        <w:br/>
        <w:t>vn -0.0258 -0.9024 0.4302</w:t>
        <w:br/>
        <w:t>vn -0.1437 0.4294 0.8916</w:t>
        <w:br/>
        <w:t>vn -0.0524 0.9962 0.0699</w:t>
        <w:br/>
        <w:t>vn 0.0221 0.9019 -0.4313</w:t>
        <w:br/>
        <w:t>vn 0.0907 0.5681 -0.8179</w:t>
        <w:br/>
        <w:t>vn 0.0221 0.9019 -0.4314</w:t>
        <w:br/>
        <w:t>vn 0.1438 -0.4298 -0.8914</w:t>
        <w:br/>
        <w:t>vn 0.0492 -0.9962 -0.0713</w:t>
        <w:br/>
        <w:t>vn -0.0258 -0.9023 0.4303</w:t>
        <w:br/>
        <w:t>vn 0.4764 -0.7597 0.4425</w:t>
        <w:br/>
        <w:t>vn 0.3439 -0.4494 0.8245</w:t>
        <w:br/>
        <w:t>vn -0.1436 0.4292 0.8917</w:t>
        <w:br/>
        <w:t>vn -0.1434 0.4292 0.8917</w:t>
        <w:br/>
        <w:t>vn -0.6754 0.6157 -0.4059</w:t>
        <w:br/>
        <w:t>vn -0.6574 0.7479 0.0924</w:t>
        <w:br/>
        <w:t>vn -0.6754 0.6157 -0.4058</w:t>
        <w:br/>
        <w:t>vn -0.5140 0.3195 -0.7960</w:t>
        <w:br/>
        <w:t>vn 0.4853 -0.8726 -0.0544</w:t>
        <w:br/>
        <w:t>vn 0.6513 -0.1684 0.7399</w:t>
        <w:br/>
        <w:t>vn 0.8305 -0.4376 0.3446</w:t>
        <w:br/>
        <w:t>vn -0.1433 0.4295 0.8916</w:t>
        <w:br/>
        <w:t>vn 0.1435 -0.4294 -0.8917</w:t>
        <w:br/>
        <w:t>vn 0.1433 -0.4295 -0.8916</w:t>
        <w:br/>
        <w:t>vn 0.7931 -0.5927 -0.1405</w:t>
        <w:br/>
        <w:t>vn -0.1434 0.4296 0.8916</w:t>
        <w:br/>
        <w:t>vn -0.1437 0.4296 0.8915</w:t>
        <w:br/>
        <w:t>vn -0.1440 0.4296 0.8914</w:t>
        <w:br/>
        <w:t>vn -0.2004 0.9069 0.3706</w:t>
        <w:br/>
        <w:t>vn -0.3535 0.7582 0.5478</w:t>
        <w:br/>
        <w:t>vn -0.5173 0.8466 -0.1252</w:t>
        <w:br/>
        <w:t>vn -0.4799 0.8132 0.3291</w:t>
        <w:br/>
        <w:t>vn -0.8176 -0.2411 0.5230</w:t>
        <w:br/>
        <w:t>vn -0.7750 0.2594 0.5763</w:t>
        <w:br/>
        <w:t>vn -0.8176 -0.2410 0.5229</w:t>
        <w:br/>
        <w:t>vn -0.4878 0.8661 -0.1087</w:t>
        <w:br/>
        <w:t>vn -0.8629 0.2872 -0.4159</w:t>
        <w:br/>
        <w:t>vn -0.7547 0.2195 -0.6182</w:t>
        <w:br/>
        <w:t>vn -0.4878 0.8661 -0.1088</w:t>
        <w:br/>
        <w:t>vn -0.2400 0.9583 -0.1550</w:t>
        <w:br/>
        <w:t>vn -0.3734 0.7673 -0.5214</w:t>
        <w:br/>
        <w:t>vn -0.5174 0.8466 -0.1252</w:t>
        <w:br/>
        <w:t>vn -0.2861 0.9346 0.2115</w:t>
        <w:br/>
        <w:t>vn -0.4841 0.7674 0.4204</w:t>
        <w:br/>
        <w:t>vn -0.6487 0.6771 0.3475</w:t>
        <w:br/>
        <w:t>vn -0.6034 0.1393 -0.7852</w:t>
        <w:br/>
        <w:t>vn -0.7547 0.2195 -0.6183</w:t>
        <w:br/>
        <w:t>vn -0.5579 0.3711 -0.7423</w:t>
        <w:br/>
        <w:t>vn -0.5777 0.5449 -0.6077</w:t>
        <w:br/>
        <w:t>vn -0.7956 0.3886 -0.4648</w:t>
        <w:br/>
        <w:t>vn -0.5403 0.6196 -0.5694</w:t>
        <w:br/>
        <w:t>vn -0.0245 0.9739 -0.2258</w:t>
        <w:br/>
        <w:t>vn 0.1859 0.8200 -0.5413</w:t>
        <w:br/>
        <w:t>vn -0.1579 0.7506 -0.6416</w:t>
        <w:br/>
        <w:t>vn -0.0245 0.9738 -0.2259</w:t>
        <w:br/>
        <w:t>vn -0.5404 0.6195 -0.5693</w:t>
        <w:br/>
        <w:t>vn -0.9222 0.3738 -0.0993</w:t>
        <w:br/>
        <w:t>vn -0.1578 0.7507 -0.6415</w:t>
        <w:br/>
        <w:t>vn -0.4799 0.8133 0.3291</w:t>
        <w:br/>
        <w:t>vn -0.7645 0.5497 0.3368</w:t>
        <w:br/>
        <w:t>vn 0.6199 -0.7712 0.1446</w:t>
        <w:br/>
        <w:t>vn 0.6208 -0.7688 0.1535</w:t>
        <w:br/>
        <w:t>vn 0.6209 -0.7687 0.1535</w:t>
        <w:br/>
        <w:t>vn 0.6191 -0.7717 0.1454</w:t>
        <w:br/>
        <w:t>vn 0.6252 -0.7663 0.1480</w:t>
        <w:br/>
        <w:t>vn 0.6298 -0.7626 0.1476</w:t>
        <w:br/>
        <w:t>vn 0.6299 -0.7625 0.1474</w:t>
        <w:br/>
        <w:t>vn 0.6299 -0.7625 0.1476</w:t>
        <w:br/>
        <w:t>vn 0.6299 -0.7625 0.1477</w:t>
        <w:br/>
        <w:t>vn 0.6241 -0.7670 0.1491</w:t>
        <w:br/>
        <w:t>vn 0.6241 -0.7670 0.1490</w:t>
        <w:br/>
        <w:t>vn 0.6191 -0.7698 0.1551</w:t>
        <w:br/>
        <w:t>vn -0.2559 -0.8028 -0.5386</w:t>
        <w:br/>
        <w:t>vn 0.3207 -0.7188 -0.6168</w:t>
        <w:br/>
        <w:t>vn 0.0151 -0.8260 -0.5634</w:t>
        <w:br/>
        <w:t>vn -0.0604 0.3701 -0.9270</w:t>
        <w:br/>
        <w:t>vn -0.2204 0.4087 -0.8857</w:t>
        <w:br/>
        <w:t>vn 0.0791 0.3791 -0.9220</w:t>
        <w:br/>
        <w:t>vn -0.3974 -0.0145 -0.9175</w:t>
        <w:br/>
        <w:t>vn -0.4174 0.2039 -0.8855</w:t>
        <w:br/>
        <w:t>vn 0.3764 0.0236 -0.9262</w:t>
        <w:br/>
        <w:t>vn -0.0020 0.0629 -0.9980</w:t>
        <w:br/>
        <w:t>vn -0.5862 -0.7627 -0.2732</w:t>
        <w:br/>
        <w:t>vn -0.5859 -0.7627 -0.2737</w:t>
        <w:br/>
        <w:t>vn -0.5462 0.3694 -0.7518</w:t>
        <w:br/>
        <w:t>vn -0.5411 0.1056 -0.8343</w:t>
        <w:br/>
        <w:t>vn -0.0021 0.0629 -0.9980</w:t>
        <w:br/>
        <w:t>vn 0.5293 -0.5031 -0.6832</w:t>
        <w:br/>
        <w:t>vn 0.6068 0.2219 -0.7632</w:t>
        <w:br/>
        <w:t>vn 0.6069 0.2219 -0.7632</w:t>
        <w:br/>
        <w:t>vn 0.2282 0.6424 -0.7316</w:t>
        <w:br/>
        <w:t>vn 0.5509 0.6519 -0.5211</w:t>
        <w:br/>
        <w:t>vn -0.4132 -0.1937 -0.8898</w:t>
        <w:br/>
        <w:t>vn 0.0382 -0.5594 -0.8280</w:t>
        <w:br/>
        <w:t>vn -0.1058 -0.5715 -0.8137</w:t>
        <w:br/>
        <w:t>vn 0.2066 -0.5909 -0.7798</w:t>
        <w:br/>
        <w:t>vn 0.3954 -0.3638 -0.8434</w:t>
        <w:br/>
        <w:t>vn -0.5095 0.6049 -0.6119</w:t>
        <w:br/>
        <w:t>vn -0.3272 0.5859 -0.7414</w:t>
        <w:br/>
        <w:t>vn -0.3272 0.5860 -0.7413</w:t>
        <w:br/>
        <w:t>vn -0.0033 0.1337 0.9910</w:t>
        <w:br/>
        <w:t>vn 0.0316 0.1361 0.9902</w:t>
        <w:br/>
        <w:t>vn 0.0315 0.1361 0.9902</w:t>
        <w:br/>
        <w:t>vn 0.0497 0.1156 0.9921</w:t>
        <w:br/>
        <w:t>vn 0.0497 0.1155 0.9921</w:t>
        <w:br/>
        <w:t>vn 0.0477 0.0719 0.9963</w:t>
        <w:br/>
        <w:t>vn 0.0242 0.0476 0.9986</w:t>
        <w:br/>
        <w:t>vn 0.0242 0.0477 0.9986</w:t>
        <w:br/>
        <w:t>vn -0.0095 0.0490 0.9988</w:t>
        <w:br/>
        <w:t>vn -0.0239 0.0684 0.9974</w:t>
        <w:br/>
        <w:t>vn -0.0231 0.1082 0.9939</w:t>
        <w:br/>
        <w:t>vn -0.7263 -0.0940 0.6809</w:t>
        <w:br/>
        <w:t>vn 0.0476 -0.9978 -0.0466</w:t>
        <w:br/>
        <w:t>vn -0.0476 0.9978 0.0466</w:t>
        <w:br/>
        <w:t>vn -0.0476 0.9978 0.0467</w:t>
        <w:br/>
        <w:t>vn 0.6783 -0.0003 0.7348</w:t>
        <w:br/>
        <w:t>vn 0.6783 -0.0004 0.7348</w:t>
        <w:br/>
        <w:t>vn 0.6782 -0.0003 0.7349</w:t>
        <w:br/>
        <w:t>vn -0.6782 0.0005 -0.7349</w:t>
        <w:br/>
        <w:t>vn 0.7072 0.4968 0.5031</w:t>
        <w:br/>
        <w:t>vn 0.4087 0.8892 -0.2056</w:t>
        <w:br/>
        <w:t>vn 0.2622 0.9621 -0.0745</w:t>
        <w:br/>
        <w:t>vn -0.6844 0.5135 0.5176</w:t>
        <w:br/>
        <w:t>vn -0.6206 0.7029 0.3475</w:t>
        <w:br/>
        <w:t>vn -0.3644 0.9091 -0.2021</w:t>
        <w:br/>
        <w:t>vn -0.2180 0.6239 -0.7505</w:t>
        <w:br/>
        <w:t>vn -0.6992 -0.1121 -0.7061</w:t>
        <w:br/>
        <w:t>vn -0.6263 0.1433 -0.7663</w:t>
        <w:br/>
        <w:t>vn 0.6906 -0.1265 -0.7121</w:t>
        <w:br/>
        <w:t>vn 0.6308 0.1308 -0.7648</w:t>
        <w:br/>
        <w:t>vn 0.0256 0.8874 -0.4602</w:t>
        <w:br/>
        <w:t>vn -0.2181 0.6239 -0.7505</w:t>
        <w:br/>
        <w:t>vn 0.0256 0.8875 -0.4602</w:t>
        <w:br/>
        <w:t>vn 0.6273 -0.1448 0.7652</w:t>
        <w:br/>
        <w:t>vn -0.6166 -0.1312 0.7763</w:t>
        <w:br/>
        <w:t>vn -0.6314 -0.7048 -0.3234</w:t>
        <w:br/>
        <w:t>vn 0.6012 -0.7274 -0.3308</w:t>
        <w:br/>
        <w:t>vn -0.0119 -0.8863 0.4629</w:t>
        <w:br/>
        <w:t>vn -0.0119 -0.8863 0.4630</w:t>
        <w:br/>
        <w:t>vn 0.8666 -0.2894 0.4065</w:t>
        <w:br/>
        <w:t>vn 0.9583 0.1352 0.2518</w:t>
        <w:br/>
        <w:t>vn -0.3072 0.7585 0.5747</w:t>
        <w:br/>
        <w:t>vn -0.2177 -0.1062 0.9702</w:t>
        <w:br/>
        <w:t>vn -0.8620 0.3030 -0.4064</w:t>
        <w:br/>
        <w:t>vn -0.8193 -0.5729 -0.0226</w:t>
        <w:br/>
        <w:t>vn 0.3037 -0.7538 -0.5828</w:t>
        <w:br/>
        <w:t>vn 0.2211 0.1198 -0.9679</w:t>
        <w:br/>
        <w:t>vn 0.4527 0.8618 -0.2288</w:t>
        <w:br/>
        <w:t>vn -0.0777 0.9077 -0.4124</w:t>
        <w:br/>
        <w:t>vn -0.0778 0.9077 -0.4124</w:t>
        <w:br/>
        <w:t>vn 0.0816 -0.9065 0.4142</w:t>
        <w:br/>
        <w:t>vn 0.5740 0.7370 0.3568</w:t>
        <w:br/>
        <w:t>vn 0.6666 -0.1097 0.7373</w:t>
        <w:br/>
        <w:t>vn -0.7479 0.2886 0.5978</w:t>
        <w:br/>
        <w:t>vn -0.6878 0.6446 0.3338</w:t>
        <w:br/>
        <w:t>vn -0.5690 -0.7521 -0.3326</w:t>
        <w:br/>
        <w:t>vn -0.6647 0.1096 -0.7390</w:t>
        <w:br/>
        <w:t>vn 0.7485 -0.2861 -0.5982</w:t>
        <w:br/>
        <w:t>vn 0.6809 -0.6626 -0.3119</w:t>
        <w:br/>
        <w:t>vn 0.7486 -0.2861 -0.5982</w:t>
        <w:br/>
        <w:t>vn -0.0922 0.9061 -0.4129</w:t>
        <w:br/>
        <w:t>vn 0.3334 0.6281 -0.7031</w:t>
        <w:br/>
        <w:t>vn 0.0893 -0.8970 0.4328</w:t>
        <w:br/>
        <w:t>vn -0.3347 -0.6298 0.7010</w:t>
        <w:br/>
        <w:t>vn 0.6197 0.4932 0.6104</w:t>
        <w:br/>
        <w:t>vn 0.4908 0.8214 0.2905</w:t>
        <w:br/>
        <w:t>vn 0.4909 0.8214 0.2905</w:t>
        <w:br/>
        <w:t>vn 0.6198 0.4932 0.6104</w:t>
        <w:br/>
        <w:t>vn -0.7224 0.3910 0.5703</w:t>
        <w:br/>
        <w:t>vn -0.6624 0.7059 0.2510</w:t>
        <w:br/>
        <w:t>vn -0.6288 -0.4734 -0.6168</w:t>
        <w:br/>
        <w:t>vn -0.6289 -0.4734 -0.6168</w:t>
        <w:br/>
        <w:t>vn -0.6059 -0.0314 -0.7949</w:t>
        <w:br/>
        <w:t>vn 0.7269 -0.3739 -0.5760</w:t>
        <w:br/>
        <w:t>vn -0.1058 0.8307 -0.5465</w:t>
        <w:br/>
        <w:t>vn 0.3100 0.5014 -0.8078</w:t>
        <w:br/>
        <w:t>vn -0.1058 0.8307 -0.5466</w:t>
        <w:br/>
        <w:t>vn 0.2269 0.8979 0.3771</w:t>
        <w:br/>
        <w:t>vn 0.0598 0.9161 0.3965</w:t>
        <w:br/>
        <w:t>vn 0.0486 0.8765 0.4789</w:t>
        <w:br/>
        <w:t>vn -0.1790 0.8784 0.4432</w:t>
        <w:br/>
        <w:t>vn -0.3685 0.7360 0.5679</w:t>
        <w:br/>
        <w:t>vn -0.0970 0.8137 0.5731</w:t>
        <w:br/>
        <w:t>vn 0.3723 0.7830 0.4983</w:t>
        <w:br/>
        <w:t>vn 0.1291 0.9731 0.1910</w:t>
        <w:br/>
        <w:t>vn -0.1881 0.9422 0.2774</w:t>
        <w:br/>
        <w:t>vn -0.2403 0.9366 0.2549</w:t>
        <w:br/>
        <w:t>vn -0.4179 0.5788 0.7002</w:t>
        <w:br/>
        <w:t>vn -0.4201 0.5261 0.7394</w:t>
        <w:br/>
        <w:t>vn -0.4514 0.4705 0.7582</w:t>
        <w:br/>
        <w:t>vn -0.4111 0.5033 0.7601</w:t>
        <w:br/>
        <w:t>vn 0.4044 0.8808 0.2463</w:t>
        <w:br/>
        <w:t>vn 0.4520 0.6022 0.6580</w:t>
        <w:br/>
        <w:t>vn 0.4908 0.5218 0.6977</w:t>
        <w:br/>
        <w:t>vn 0.8995 0.3327 0.2833</w:t>
        <w:br/>
        <w:t>vn 0.3722 0.7830 0.4983</w:t>
        <w:br/>
        <w:t>vn -0.9094 0.1744 0.3776</w:t>
        <w:br/>
        <w:t>vn -0.3685 0.7360 0.5678</w:t>
        <w:br/>
        <w:t>vn -0.1169 0.9534 -0.2781</w:t>
        <w:br/>
        <w:t>vn 0.1212 0.9681 -0.2193</w:t>
        <w:br/>
        <w:t>vn 0.0070 0.9495 -0.3137</w:t>
        <w:br/>
        <w:t>vn -0.2348 0.9241 -0.3015</w:t>
        <w:br/>
        <w:t>vn -0.3560 0.9141 -0.1941</w:t>
        <w:br/>
        <w:t>vn -0.1423 0.9580 -0.2491</w:t>
        <w:br/>
        <w:t>vn -0.1006 0.9336 -0.3439</w:t>
        <w:br/>
        <w:t>vn 0.5184 0.8017 0.2977</w:t>
        <w:br/>
        <w:t>vn 0.1698 0.9357 -0.3093</w:t>
        <w:br/>
        <w:t>vn 0.0391 0.8395 0.5419</w:t>
        <w:br/>
        <w:t>vn 0.0409 0.4405 0.8968</w:t>
        <w:br/>
        <w:t>vn 0.4102 0.5696 0.7123</w:t>
        <w:br/>
        <w:t>vn 0.1561 0.8309 0.5341</w:t>
        <w:br/>
        <w:t>vn 0.0302 0.9735 0.2267</w:t>
        <w:br/>
        <w:t>vn -0.2822 0.9315 0.2294</w:t>
        <w:br/>
        <w:t>vn -0.3506 0.5324 0.7705</w:t>
        <w:br/>
        <w:t>vn 0.4935 0.5326 0.6876</w:t>
        <w:br/>
        <w:t>vn 0.1223 0.9731 0.1954</w:t>
        <w:br/>
        <w:t>vn 0.3396 0.9187 0.2015</w:t>
        <w:br/>
        <w:t>vn 0.7525 -0.6586 0.0021</w:t>
        <w:br/>
        <w:t>vn -0.6705 -0.7420 0.0002</w:t>
        <w:br/>
        <w:t>vn 0.0000 0.1194 0.9928</w:t>
        <w:br/>
        <w:t>vn -0.4974 -0.0478 0.8662</w:t>
        <w:br/>
        <w:t>vn -0.4082 -0.1832 0.8943</w:t>
        <w:br/>
        <w:t>vn -0.7071 -0.4368 0.5561</w:t>
        <w:br/>
        <w:t>vn -0.4974 -0.8302 0.2519</w:t>
        <w:br/>
        <w:t>vn -0.4975 -0.8301 0.2518</w:t>
        <w:br/>
        <w:t>vn -0.0001 -0.9928 0.1195</w:t>
        <w:br/>
        <w:t>vn 0.4082 -0.8254 0.3901</w:t>
        <w:br/>
        <w:t>vn 0.4973 -0.8302 0.2518</w:t>
        <w:br/>
        <w:t>vn 0.7070 -0.4368 0.5562</w:t>
        <w:br/>
        <w:t>vn 0.4973 -0.0478 0.8662</w:t>
        <w:br/>
        <w:t>vn 0.4973 -0.0477 0.8662</w:t>
        <w:br/>
        <w:t>vn -0.0842 0.6654 -0.7417</w:t>
        <w:br/>
        <w:t>vn -0.0948 0.6648 -0.7409</w:t>
        <w:br/>
        <w:t>vn -0.0948 0.6649 -0.7409</w:t>
        <w:br/>
        <w:t>vn -0.1017 0.6633 -0.7414</w:t>
        <w:br/>
        <w:t>vn -0.1034 0.6451 -0.7571</w:t>
        <w:br/>
        <w:t>vn -0.1024 0.6353 -0.7654</w:t>
        <w:br/>
        <w:t>vn 0.0431 0.5176 -0.8545</w:t>
        <w:br/>
        <w:t>vn 0.0228 0.5514 -0.8339</w:t>
        <w:br/>
        <w:t>vn 0.0086 0.5321 -0.8466</w:t>
        <w:br/>
        <w:t>vn 0.0431 0.5177 -0.8545</w:t>
        <w:br/>
        <w:t>vn -0.0647 0.5762 -0.8148</w:t>
        <w:br/>
        <w:t>vn -0.0868 0.6155 -0.7834</w:t>
        <w:br/>
        <w:t>vn -0.0280 0.5682 -0.8224</w:t>
        <w:br/>
        <w:t>vn -0.7568 0.5407 0.3673</w:t>
        <w:br/>
        <w:t>vn -0.7502 0.6612 -0.0051</w:t>
        <w:br/>
        <w:t>vn -0.7945 0.2871 0.5352</w:t>
        <w:br/>
        <w:t>vn -0.6267 -0.3819 -0.6793</w:t>
        <w:br/>
        <w:t>vn -0.5792 -0.8152 0.0067</w:t>
        <w:br/>
        <w:t>vn -0.6501 -0.6416 -0.4069</w:t>
        <w:br/>
        <w:t>vn -0.6360 -0.1053 -0.7645</w:t>
        <w:br/>
        <w:t>vn -0.6241 0.3938 -0.6748</w:t>
        <w:br/>
        <w:t>vn -0.6376 0.1309 -0.7592</w:t>
        <w:br/>
        <w:t>vn -0.6310 -0.6590 0.4093</w:t>
        <w:br/>
        <w:t>vn -0.6082 -0.4153 0.6765</w:t>
        <w:br/>
        <w:t>vn -0.6263 -0.1528 0.7644</w:t>
        <w:br/>
        <w:t>vn -0.6468 0.1153 0.7539</w:t>
        <w:br/>
        <w:t>vn -0.6393 0.3887 0.6635</w:t>
        <w:br/>
        <w:t>vn -0.7784 0.3389 -0.5284</w:t>
        <w:br/>
        <w:t>vn -0.7273 0.5797 -0.3673</w:t>
        <w:br/>
        <w:t>vn -0.7352 0.1979 -0.6483</w:t>
        <w:br/>
        <w:t>vn -0.8018 -0.3111 -0.5103</w:t>
        <w:br/>
        <w:t>vn -0.7541 -0.1659 -0.6355</w:t>
        <w:br/>
        <w:t>vn -0.7588 -0.5567 -0.3381</w:t>
        <w:br/>
        <w:t>vn -0.7414 0.1370 0.6570</w:t>
        <w:br/>
        <w:t>vn -0.7405 -0.1676 0.6508</w:t>
        <w:br/>
        <w:t>vn -0.7911 -0.3058 0.5298</w:t>
        <w:br/>
        <w:t>vn -0.7578 -0.5390 0.3678</w:t>
        <w:br/>
        <w:t>vn -0.7642 -0.6448 0.0153</w:t>
        <w:br/>
        <w:t>vn -0.6980 -0.7159 0.0160</w:t>
        <w:br/>
        <w:t>vn -0.6668 0.6395 0.3826</w:t>
        <w:br/>
        <w:t>vn -0.5999 0.7999 -0.0149</w:t>
        <w:br/>
        <w:t>vn -0.6993 0.7147 -0.0126</w:t>
        <w:br/>
        <w:t>vn -0.6543 0.6345 -0.4114</w:t>
        <w:br/>
        <w:t>vn -0.6790 0.7341 -0.0069</w:t>
        <w:br/>
        <w:t>vn -0.6779 -0.7351 0.0086</w:t>
        <w:br/>
        <w:t>vn 0.7568 0.5407 0.3674</w:t>
        <w:br/>
        <w:t>vn 0.7945 0.2871 0.5352</w:t>
        <w:br/>
        <w:t>vn 0.7502 0.6612 -0.0051</w:t>
        <w:br/>
        <w:t>vn 0.6267 -0.3819 -0.6793</w:t>
        <w:br/>
        <w:t>vn 0.6501 -0.6417 -0.4069</w:t>
        <w:br/>
        <w:t>vn 0.5792 -0.8152 0.0067</w:t>
        <w:br/>
        <w:t>vn 0.6360 -0.1053 -0.7645</w:t>
        <w:br/>
        <w:t>vn 0.6241 0.3938 -0.6748</w:t>
        <w:br/>
        <w:t>vn 0.6376 0.1309 -0.7592</w:t>
        <w:br/>
        <w:t>vn 0.6310 -0.6590 0.4093</w:t>
        <w:br/>
        <w:t>vn 0.6082 -0.4153 0.6765</w:t>
        <w:br/>
        <w:t>vn 0.6263 -0.1528 0.7644</w:t>
        <w:br/>
        <w:t>vn 0.6468 0.1153 0.7539</w:t>
        <w:br/>
        <w:t>vn 0.6393 0.3887 0.6635</w:t>
        <w:br/>
        <w:t>vn 0.7784 0.3389 -0.5284</w:t>
        <w:br/>
        <w:t>vn 0.7352 0.1979 -0.6483</w:t>
        <w:br/>
        <w:t>vn 0.7273 0.5797 -0.3674</w:t>
        <w:br/>
        <w:t>vn 0.8018 -0.3111 -0.5103</w:t>
        <w:br/>
        <w:t>vn 0.7541 -0.1659 -0.6355</w:t>
        <w:br/>
        <w:t>vn 0.7588 -0.5567 -0.3381</w:t>
        <w:br/>
        <w:t>vn 0.7414 0.1370 0.6570</w:t>
        <w:br/>
        <w:t>vn 0.7405 -0.1676 0.6508</w:t>
        <w:br/>
        <w:t>vn 0.7911 -0.3058 0.5298</w:t>
        <w:br/>
        <w:t>vn 0.7578 -0.5390 0.3677</w:t>
        <w:br/>
        <w:t>vn 0.6981 -0.7158 0.0164</w:t>
        <w:br/>
        <w:t>vn 0.7642 -0.6448 0.0153</w:t>
        <w:br/>
        <w:t>vn 0.6668 0.6395 0.3826</w:t>
        <w:br/>
        <w:t>vn 0.6993 0.7147 -0.0126</w:t>
        <w:br/>
        <w:t>vn 0.5999 0.7999 -0.0150</w:t>
        <w:br/>
        <w:t>vn 0.6543 0.6345 -0.4114</w:t>
        <w:br/>
        <w:t>vn 0.6790 0.7341 -0.0069</w:t>
        <w:br/>
        <w:t>vn 0.6779 -0.7351 0.0086</w:t>
        <w:br/>
        <w:t>vn 0.5851 0.3740 -0.7196</w:t>
        <w:br/>
        <w:t>vn 0.6961 0.7170 -0.0382</w:t>
        <w:br/>
        <w:t>vn 0.6960 0.7170 -0.0381</w:t>
        <w:br/>
        <w:t>vn 0.3949 0.6369 0.6622</w:t>
        <w:br/>
        <w:t>vn 0.3948 0.6369 0.6622</w:t>
        <w:br/>
        <w:t>vn -0.3986 -0.6322 -0.6644</w:t>
        <w:br/>
        <w:t>vn 0.1296 -0.1853 -0.9741</w:t>
        <w:br/>
        <w:t>vn -0.3987 -0.6322 -0.6644</w:t>
        <w:br/>
        <w:t>vn -0.5907 -0.3719 0.7161</w:t>
        <w:br/>
        <w:t>vn -0.7003 -0.7130 0.0351</w:t>
        <w:br/>
        <w:t>vn -0.5907 -0.3718 0.7161</w:t>
        <w:br/>
        <w:t>vn 0.7045 -0.6815 0.1982</w:t>
        <w:br/>
        <w:t>vn 0.7046 -0.6814 0.1981</w:t>
        <w:br/>
        <w:t>vn 0.7046 -0.6814 0.1982</w:t>
        <w:br/>
        <w:t>vn -0.1367 0.1865 0.9729</w:t>
        <w:br/>
        <w:t>vn -0.1366 0.1865 0.9729</w:t>
        <w:br/>
        <w:t>vn 0.7047 -0.6813 0.1980</w:t>
        <w:br/>
        <w:t>vn 0.7045 -0.6814 0.1981</w:t>
        <w:br/>
        <w:t>vn 0.7045 -0.6815 0.1980</w:t>
        <w:br/>
        <w:t>vn 0.7041 -0.6819 0.1981</w:t>
        <w:br/>
        <w:t>vn 0.0092 0.0031 1.0000</w:t>
        <w:br/>
        <w:t>vn 0.0185 0.0062 0.9998</w:t>
        <w:br/>
        <w:t>vn 0.0184 0.0063 0.9998</w:t>
        <w:br/>
        <w:t>vn -0.0002 -1.0000 0.0000</w:t>
        <w:br/>
        <w:t>vn 0.0188 0.0064 -0.9998</w:t>
        <w:br/>
        <w:t>vn 0.0094 0.0032 -1.0000</w:t>
        <w:br/>
        <w:t>vn 0.0092 -0.0031 1.0000</w:t>
        <w:br/>
        <w:t>vn 0.0091 -0.0032 1.0000</w:t>
        <w:br/>
        <w:t>vn 0.0094 -0.0032 -1.0000</w:t>
        <w:br/>
        <w:t>vn 0.0184 -0.0063 0.9998</w:t>
        <w:br/>
        <w:t>vn 0.0184 -0.0062 0.9998</w:t>
        <w:br/>
        <w:t>vn 0.0002 1.0000 0.0000</w:t>
        <w:br/>
        <w:t>vn 0.0188 -0.0064 -0.9998</w:t>
        <w:br/>
        <w:t>vn 0.0189 -0.0064 -0.9998</w:t>
        <w:br/>
        <w:t>vn 0.3210 0.4407 0.8383</w:t>
        <w:br/>
        <w:t>vn 0.1996 0.4705 0.8595</w:t>
        <w:br/>
        <w:t>vn 0.1997 0.4705 0.8595</w:t>
        <w:br/>
        <w:t>vn 0.3210 0.4406 0.8383</w:t>
        <w:br/>
        <w:t>vn -0.1454 -0.6794 0.7192</w:t>
        <w:br/>
        <w:t>vn -0.1455 -0.6795 0.7191</w:t>
        <w:br/>
        <w:t>vn -0.0270 -0.6771 0.7354</w:t>
        <w:br/>
        <w:t>vn -0.0882 -0.5612 -0.8229</w:t>
        <w:br/>
        <w:t>vn -0.1915 -0.7750 -0.6023</w:t>
        <w:br/>
        <w:t>vn -0.0515 -0.7193 -0.6928</w:t>
        <w:br/>
        <w:t>vn -0.0268 -0.5917 -0.8057</w:t>
        <w:br/>
        <w:t>vn 0.1765 0.1798 -0.9677</w:t>
        <w:br/>
        <w:t>vn 0.1818 0.5606 -0.8079</w:t>
        <w:br/>
        <w:t>vn 0.2858 0.6046 -0.7435</w:t>
        <w:br/>
        <w:t>vn 0.1765 0.1800 -0.9677</w:t>
        <w:br/>
        <w:t>vn -0.0298 0.5000 0.8655</w:t>
        <w:br/>
        <w:t>vn -0.1235 0.4637 0.8774</w:t>
        <w:br/>
        <w:t>vn 0.2591 -0.5670 0.7819</w:t>
        <w:br/>
        <w:t>vn 0.2510 -0.5451 -0.7999</w:t>
        <w:br/>
        <w:t>vn 0.2511 -0.5452 -0.7999</w:t>
        <w:br/>
        <w:t>vn -0.1293 0.4778 -0.8689</w:t>
        <w:br/>
        <w:t>vn -0.0322 0.5154 -0.8564</w:t>
        <w:br/>
        <w:t>vn -0.2215 0.4420 0.8692</w:t>
        <w:br/>
        <w:t>vn -0.2298 0.4554 -0.8601</w:t>
        <w:br/>
        <w:t>vn -0.4047 0.2194 0.8877</w:t>
        <w:br/>
        <w:t>vn -0.0934 0.1660 0.9817</w:t>
        <w:br/>
        <w:t>vn 0.4973 -0.2272 0.8373</w:t>
        <w:br/>
        <w:t>vn 0.4163 -0.4465 0.7920</w:t>
        <w:br/>
        <w:t>vn 0.4908 -0.2059 -0.8466</w:t>
        <w:br/>
        <w:t>vn -0.4137 0.2145 -0.8848</w:t>
        <w:br/>
        <w:t>vn -0.4785 -0.0810 0.8743</w:t>
        <w:br/>
        <w:t>vn -0.4204 -0.1564 0.8938</w:t>
        <w:br/>
        <w:t>vn -0.0934 0.1659 0.9817</w:t>
        <w:br/>
        <w:t>vn 0.5060 0.2248 0.8327</w:t>
        <w:br/>
        <w:t>vn 0.4693 0.2679 -0.8414</w:t>
        <w:br/>
        <w:t>vn 0.2723 0.0505 -0.9609</w:t>
        <w:br/>
        <w:t>vn -0.4919 -0.0970 -0.8652</w:t>
        <w:br/>
        <w:t>vn -0.3360 -0.3191 0.8861</w:t>
        <w:br/>
        <w:t>vn -0.1602 -0.4144 0.8959</w:t>
        <w:br/>
        <w:t>vn -0.3418 -0.3100 -0.8872</w:t>
        <w:br/>
        <w:t>vn 0.2416 0.5386 0.8072</w:t>
        <w:br/>
        <w:t>vn 0.2417 0.5386 0.8071</w:t>
        <w:br/>
        <w:t>vn 0.2208 0.5429 -0.8103</w:t>
        <w:br/>
        <w:t>vn 0.1993 0.2520 -0.9470</w:t>
        <w:br/>
        <w:t>vn 0.2724 0.0505 -0.9609</w:t>
        <w:br/>
        <w:t>vn -0.0922 -0.4406 -0.8930</w:t>
        <w:br/>
        <w:t>vn -0.3419 -0.3099 -0.8872</w:t>
        <w:br/>
        <w:t>vn -0.0910 -0.4668 0.8796</w:t>
        <w:br/>
        <w:t>vn 0.1801 -0.4774 0.8600</w:t>
        <w:br/>
        <w:t>vn 0.3106 -0.3965 0.8639</w:t>
        <w:br/>
        <w:t>vn -0.1662 0.6187 0.7678</w:t>
        <w:br/>
        <w:t>vn -0.1661 0.6188 0.7678</w:t>
        <w:br/>
        <w:t>vn -0.1275 0.6254 -0.7698</w:t>
        <w:br/>
        <w:t>vn 0.1396 -0.4621 -0.8758</w:t>
        <w:br/>
        <w:t>vn 0.4262 -0.3397 0.8384</w:t>
        <w:br/>
        <w:t>vn 0.1398 -0.4621 -0.8757</w:t>
        <w:br/>
        <w:t>vn 0.3720 -0.3242 -0.8698</w:t>
        <w:br/>
        <w:t>vn 0.6234 -0.0671 0.7790</w:t>
        <w:br/>
        <w:t>vn -0.5110 0.4848 0.7098</w:t>
        <w:br/>
        <w:t>vn -0.5109 0.4848 0.7099</w:t>
        <w:br/>
        <w:t>vn -0.4804 0.5041 -0.7177</w:t>
        <w:br/>
        <w:t>vn 0.5685 -0.0749 -0.8193</w:t>
        <w:br/>
        <w:t>vn 0.5685 -0.0748 -0.8193</w:t>
        <w:br/>
        <w:t>vn 0.7151 0.2677 0.6458</w:t>
        <w:br/>
        <w:t>vn 0.7151 0.2676 0.6458</w:t>
        <w:br/>
        <w:t>vn -0.5380 0.5503 0.6385</w:t>
        <w:br/>
        <w:t>vn -0.5379 0.5504 0.6385</w:t>
        <w:br/>
        <w:t>vn -0.4940 0.4821 -0.7235</w:t>
        <w:br/>
        <w:t>vn -0.4939 0.4822 -0.7236</w:t>
        <w:br/>
        <w:t>vn 0.6576 0.2392 -0.7144</w:t>
        <w:br/>
        <w:t>vn 0.6577 0.2392 -0.7143</w:t>
        <w:br/>
        <w:t>vn 0.6435 0.4026 -0.6510</w:t>
        <w:br/>
        <w:t>vn -0.3579 0.5996 -0.7158</w:t>
        <w:br/>
        <w:t>vn -0.4055 0.7155 0.5689</w:t>
        <w:br/>
        <w:t>vn 0.7158 0.4479 0.5358</w:t>
        <w:br/>
        <w:t>vn 0.6469 0.0328 -0.7619</w:t>
        <w:br/>
        <w:t>vn 0.5962 0.1327 -0.7918</w:t>
        <w:br/>
        <w:t>vn 0.6205 -0.0545 -0.7823</w:t>
        <w:br/>
        <w:t>vn -0.5955 0.1331 -0.7923</w:t>
        <w:br/>
        <w:t>vn -0.6465 0.0330 -0.7622</w:t>
        <w:br/>
        <w:t>vn -0.6203 -0.0548 -0.7824</w:t>
        <w:br/>
        <w:t>vn -0.7241 0.0943 0.6832</w:t>
        <w:br/>
        <w:t>vn -0.8909 0.1950 0.4102</w:t>
        <w:br/>
        <w:t>vn -0.9315 -0.0818 0.3545</w:t>
        <w:br/>
        <w:t>vn 0.8914 0.1944 0.4093</w:t>
        <w:br/>
        <w:t>vn 0.7243 0.0941 0.6831</w:t>
        <w:br/>
        <w:t>vn 0.9317 -0.0819 0.3538</w:t>
        <w:br/>
        <w:t>vn 0.5837 0.4382 -0.6836</w:t>
        <w:br/>
        <w:t>vn -0.5836 0.4382 -0.6836</w:t>
        <w:br/>
        <w:t>vn -0.5945 0.5280 -0.6065</w:t>
        <w:br/>
        <w:t>vn -0.0006 0.6507 0.7593</w:t>
        <w:br/>
        <w:t>vn -0.6217 0.5968 0.5073</w:t>
        <w:br/>
        <w:t>vn -0.0003 0.0668 0.9978</w:t>
        <w:br/>
        <w:t>vn 0.6213 0.5969 0.5076</w:t>
        <w:br/>
        <w:t>vn 0.5938 0.5287 -0.6066</w:t>
        <w:br/>
        <w:t>vn -0.0011 0.9997 -0.0248</w:t>
        <w:br/>
        <w:t>vn -0.0010 0.9997 -0.0248</w:t>
        <w:br/>
        <w:t>vn -0.0011 0.9997 -0.0249</w:t>
        <w:br/>
        <w:t>vn -0.8131 -0.1847 0.5520</w:t>
        <w:br/>
        <w:t>vn -0.5225 -0.1812 0.8332</w:t>
        <w:br/>
        <w:t>vn 0.5224 -0.1814 0.8332</w:t>
        <w:br/>
        <w:t>vn 0.8135 -0.1848 0.5514</w:t>
        <w:br/>
        <w:t>vn 0.6554 -0.0979 -0.7489</w:t>
        <w:br/>
        <w:t>vn -0.6550 -0.0979 -0.7492</w:t>
        <w:br/>
        <w:t>vn 0.7052 -0.0841 -0.7040</w:t>
        <w:br/>
        <w:t>vn -0.7046 -0.0842 -0.7046</w:t>
        <w:br/>
        <w:t>vn 0.4930 0.4929 -0.7170</w:t>
        <w:br/>
        <w:t>vn 0.2512 0.5994 -0.7600</w:t>
        <w:br/>
        <w:t>vn 0.0000 0.7041 -0.7101</w:t>
        <w:br/>
        <w:t>vn -0.4930 0.4928 -0.7170</w:t>
        <w:br/>
        <w:t>vn -0.4061 0.4060 0.8187</w:t>
        <w:br/>
        <w:t>vn -0.7043 -0.0000 0.7099</w:t>
        <w:br/>
        <w:t>vn -0.4931 -0.4930 0.7168</w:t>
        <w:br/>
        <w:t>vn -0.4931 0.4929 0.7168</w:t>
        <w:br/>
        <w:t>vn -0.4929 -0.4930 -0.7169</w:t>
        <w:br/>
        <w:t>vn -0.7042 0.0000 -0.7100</w:t>
        <w:br/>
        <w:t>vn -0.5995 -0.2512 -0.7599</w:t>
        <w:br/>
        <w:t>vn 0.0000 0.7042 0.7100</w:t>
        <w:br/>
        <w:t>vn 0.4931 0.4929 0.7168</w:t>
        <w:br/>
        <w:t>vn 0.5996 -0.2513 0.7598</w:t>
        <w:br/>
        <w:t>vn 0.4930 -0.4930 0.7168</w:t>
        <w:br/>
        <w:t>vn 0.7043 0.0000 0.7099</w:t>
        <w:br/>
        <w:t>vn 0.4929 -0.4930 -0.7169</w:t>
        <w:br/>
        <w:t>vn 0.7042 -0.0000 -0.7100</w:t>
        <w:br/>
        <w:t>vn -0.0001 -0.7042 -0.7100</w:t>
        <w:br/>
        <w:t>vn 0.0001 -0.7042 -0.7100</w:t>
        <w:br/>
        <w:t>vn -0.4931 0.4928 -0.7169</w:t>
        <w:br/>
        <w:t>vn -0.2626 -0.6796 0.6849</w:t>
        <w:br/>
        <w:t>vn -0.4929 -0.4931 0.7168</w:t>
        <w:br/>
        <w:t>vn 0.0001 -0.7044 0.7098</w:t>
        <w:br/>
        <w:t>vn -0.0001 -0.7043 0.7099</w:t>
        <w:br/>
        <w:t>vn -0.5468 0.0194 -0.8370</w:t>
        <w:br/>
        <w:t>vn -0.5840 0.0572 -0.8097</w:t>
        <w:br/>
        <w:t>vn -0.5877 -0.0393 -0.8081</w:t>
        <w:br/>
        <w:t>vn -0.5249 0.2476 -0.8144</w:t>
        <w:br/>
        <w:t>vn -0.5249 0.0380 -0.8503</w:t>
        <w:br/>
        <w:t>vn -0.5213 0.0818 -0.8494</w:t>
        <w:br/>
        <w:t>vn -0.2987 0.1947 -0.9343</w:t>
        <w:br/>
        <w:t>vn -0.3168 0.1888 -0.9295</w:t>
        <w:br/>
        <w:t>vn -0.3501 0.1983 -0.9155</w:t>
        <w:br/>
        <w:t>vn -0.3501 0.1984 -0.9155</w:t>
        <w:br/>
        <w:t>vn -0.3699 0.2237 -0.9018</w:t>
        <w:br/>
        <w:t>vn -0.3912 0.2574 -0.8836</w:t>
        <w:br/>
        <w:t>vn -0.4910 0.4138 -0.7666</w:t>
        <w:br/>
        <w:t>vn -0.4037 0.2789 -0.8713</w:t>
        <w:br/>
        <w:t>vn -0.6397 0.0963 -0.7625</w:t>
        <w:br/>
        <w:t>vn -0.6206 0.0742 -0.7806</w:t>
        <w:br/>
        <w:t>vn 0.5468 0.0194 -0.8370</w:t>
        <w:br/>
        <w:t>vn 0.5877 -0.0393 -0.8081</w:t>
        <w:br/>
        <w:t>vn 0.5840 0.0572 -0.8097</w:t>
        <w:br/>
        <w:t>vn 0.5249 0.2476 -0.8144</w:t>
        <w:br/>
        <w:t>vn 0.5248 0.2476 -0.8144</w:t>
        <w:br/>
        <w:t>vn 0.5213 0.0818 -0.8494</w:t>
        <w:br/>
        <w:t>vn 0.5249 0.0380 -0.8503</w:t>
        <w:br/>
        <w:t>vn 0.2987 0.1947 -0.9343</w:t>
        <w:br/>
        <w:t>vn 0.3168 0.1888 -0.9295</w:t>
        <w:br/>
        <w:t>vn 0.3501 0.1984 -0.9155</w:t>
        <w:br/>
        <w:t>vn 0.3501 0.1983 -0.9155</w:t>
        <w:br/>
        <w:t>vn 0.3912 0.2574 -0.8836</w:t>
        <w:br/>
        <w:t>vn 0.3699 0.2237 -0.9018</w:t>
        <w:br/>
        <w:t>vn 0.4910 0.4138 -0.7666</w:t>
        <w:br/>
        <w:t>vn 0.4037 0.2789 -0.8713</w:t>
        <w:br/>
        <w:t>vn 0.6206 0.0742 -0.7806</w:t>
        <w:br/>
        <w:t>vn 0.6397 0.0963 -0.7625</w:t>
        <w:br/>
        <w:t>vn 0.0000 -0.0290 0.9996</w:t>
        <w:br/>
        <w:t>vn 0.0000 -0.2599 0.9656</w:t>
        <w:br/>
        <w:t>vn 0.1640 -0.1921 0.9676</w:t>
        <w:br/>
        <w:t>vn 0.2318 -0.0282 0.9723</w:t>
        <w:br/>
        <w:t>vn 0.1639 0.1356 0.9771</w:t>
        <w:br/>
        <w:t>vn 0.0000 0.2035 0.9791</w:t>
        <w:br/>
        <w:t>vn -0.0000 -0.8323 -0.5544</w:t>
        <w:br/>
        <w:t>vn -0.0000 -0.6014 -0.7990</w:t>
        <w:br/>
        <w:t>vn 0.3081 -0.2918 -0.9055</w:t>
        <w:br/>
        <w:t>vn 0.5640 -0.5647 -0.6026</w:t>
        <w:br/>
        <w:t>vn 0.5736 0.0186 -0.8189</w:t>
        <w:br/>
        <w:t>vn 0.7933 0.0106 -0.6088</w:t>
        <w:br/>
        <w:t>vn 0.3267 0.3505 -0.8777</w:t>
        <w:br/>
        <w:t>vn 0.5937 0.6065 -0.5288</w:t>
        <w:br/>
        <w:t>vn -0.0000 0.8796 -0.4757</w:t>
        <w:br/>
        <w:t>vn -0.0000 0.0288 -0.9996</w:t>
        <w:br/>
        <w:t>vn -0.1640 -0.1920 0.9676</w:t>
        <w:br/>
        <w:t>vn -0.2318 -0.0282 0.9723</w:t>
        <w:br/>
        <w:t>vn -0.1639 0.1356 0.9771</w:t>
        <w:br/>
        <w:t>vn -0.0000 0.2036 0.9791</w:t>
        <w:br/>
        <w:t>vn -0.5640 -0.5647 -0.6026</w:t>
        <w:br/>
        <w:t>vn -0.3081 -0.2918 -0.9055</w:t>
        <w:br/>
        <w:t>vn 0.0001 -0.6013 -0.7990</w:t>
        <w:br/>
        <w:t>vn -0.7933 0.0106 -0.6088</w:t>
        <w:br/>
        <w:t>vn -0.5736 0.0186 -0.8189</w:t>
        <w:br/>
        <w:t>vn -0.5937 0.6066 -0.5287</w:t>
        <w:br/>
        <w:t>vn -0.3267 0.3506 -0.8777</w:t>
        <w:br/>
        <w:t>vn -0.0000 0.8796 -0.4756</w:t>
        <w:br/>
        <w:t>vn -0.8141 0.5582 0.1603</w:t>
        <w:br/>
        <w:t>vn -0.7244 0.5137 0.4598</w:t>
        <w:br/>
        <w:t>vn -0.5130 0.5045 0.6944</w:t>
        <w:br/>
        <w:t>vn -0.5592 -0.5578 0.6134</w:t>
        <w:br/>
        <w:t>vn -0.7689 -0.5131 0.3815</w:t>
        <w:br/>
        <w:t>vn -0.8601 -0.5039 0.0792</w:t>
        <w:br/>
        <w:t>vn -0.3857 -0.0535 0.9211</w:t>
        <w:br/>
        <w:t>vn -0.3858 -0.0535 0.9210</w:t>
        <w:br/>
        <w:t>vn -0.9876 0.0541 -0.1474</w:t>
        <w:br/>
        <w:t>vn -0.9876 0.0541 -0.1475</w:t>
        <w:br/>
        <w:t>vn 0.6152 -0.7863 0.0563</w:t>
        <w:br/>
        <w:t>vn 0.7358 -0.6509 0.1868</w:t>
        <w:br/>
        <w:t>vn 0.7757 -0.4689 0.4223</w:t>
        <w:br/>
        <w:t>vn 0.7102 -0.6305 0.3132</w:t>
        <w:br/>
        <w:t>vn 0.5208 0.1807 0.8343</w:t>
        <w:br/>
        <w:t>vn 0.6690 -0.1497 0.7280</w:t>
        <w:br/>
        <w:t>vn 0.7213 -0.6750 -0.1553</w:t>
        <w:br/>
        <w:t>vn 0.6606 -0.5489 -0.5123</w:t>
        <w:br/>
        <w:t>vn 0.5611 -0.6317 -0.5350</w:t>
        <w:br/>
        <w:t>vn 0.6090 -0.7720 -0.1818</w:t>
        <w:br/>
        <w:t>vn 0.3234 -0.4315 -0.8421</w:t>
        <w:br/>
        <w:t>vn 0.2059 -0.0722 -0.9759</w:t>
        <w:br/>
        <w:t>vn 0.1382 -0.0786 -0.9873</w:t>
        <w:br/>
        <w:t>vn 0.4515 -0.6859 -0.5707</w:t>
        <w:br/>
        <w:t>vn -0.2932 0.5342 -0.7928</w:t>
        <w:br/>
        <w:t>vn -0.3512 0.6459 -0.6779</w:t>
        <w:br/>
        <w:t>vn 0.6052 -0.0256 0.7957</w:t>
        <w:br/>
        <w:t>vn 0.6279 -0.0353 0.7775</w:t>
        <w:br/>
        <w:t>vn 0.6280 -0.0353 0.7775</w:t>
        <w:br/>
        <w:t>vn 0.7006 -0.0487 -0.7119</w:t>
        <w:br/>
        <w:t>vn 0.7034 -0.0658 -0.7077</w:t>
        <w:br/>
        <w:t>vn 0.6976 -0.0316 -0.7158</w:t>
        <w:br/>
        <w:t>vn 0.6314 -0.7427 0.2230</w:t>
        <w:br/>
        <w:t>vn 0.6019 -0.5582 0.5711</w:t>
        <w:br/>
        <w:t>vn 0.2625 0.1152 0.9580</w:t>
        <w:br/>
        <w:t>vn -0.0116 0.5595 0.8287</w:t>
        <w:br/>
        <w:t>vn -0.2486 0.6760 0.6937</w:t>
        <w:br/>
        <w:t>vn -0.3681 0.8015 0.4714</w:t>
        <w:br/>
        <w:t>vn 0.3018 0.2047 0.9311</w:t>
        <w:br/>
        <w:t>vn -0.4727 0.4627 0.7500</w:t>
        <w:br/>
        <w:t>vn -0.1680 0.5756 0.8003</w:t>
        <w:br/>
        <w:t>vn -0.2645 0.7641 0.5884</w:t>
        <w:br/>
        <w:t>vn 0.0198 0.0881 -0.9959</w:t>
        <w:br/>
        <w:t>vn -0.3266 0.6517 -0.6846</w:t>
        <w:br/>
        <w:t>vn -0.2148 0.5924 -0.7765</w:t>
        <w:br/>
        <w:t>vn -0.4870 0.7875 -0.3777</w:t>
        <w:br/>
        <w:t>vn 0.2895 -0.9039 0.3150</w:t>
        <w:br/>
        <w:t>vn -0.0438 -0.7764 0.6288</w:t>
        <w:br/>
        <w:t>vn -0.1055 -0.8789 0.4652</w:t>
        <w:br/>
        <w:t>vn -0.1055 -0.8789 0.4651</w:t>
        <w:br/>
        <w:t>vn 0.7194 -0.6924 -0.0559</w:t>
        <w:br/>
        <w:t>vn 0.5048 -0.8453 -0.1751</w:t>
        <w:br/>
        <w:t>vn 0.6501 -0.0450 0.7585</w:t>
        <w:br/>
        <w:t>vn -0.1572 -0.9774 0.1415</w:t>
        <w:br/>
        <w:t>vn -0.1571 -0.9774 0.1415</w:t>
        <w:br/>
        <w:t>vn 0.1305 0.1742 -0.9760</w:t>
        <w:br/>
        <w:t>vn -0.4381 0.8023 -0.4055</w:t>
        <w:br/>
        <w:t>vn -0.4584 0.8261 -0.3278</w:t>
        <w:br/>
        <w:t>vn -0.3807 0.8948 0.2332</w:t>
        <w:br/>
        <w:t>vn -0.4633 0.8448 -0.2677</w:t>
        <w:br/>
        <w:t>vn 0.3639 -0.8944 -0.2601</w:t>
        <w:br/>
        <w:t>vn -0.0117 -0.8075 -0.5898</w:t>
        <w:br/>
        <w:t>vn -0.0007 -0.9199 -0.3922</w:t>
        <w:br/>
        <w:t>vn -0.0116 -0.8075 -0.5898</w:t>
        <w:br/>
        <w:t>vn 0.7938 -0.5938 0.1312</w:t>
        <w:br/>
        <w:t>vn 0.6152 -0.7863 0.0562</w:t>
        <w:br/>
        <w:t>vn 0.0102 -0.9846 -0.1743</w:t>
        <w:br/>
        <w:t>vn 0.1183 -0.9927 0.0228</w:t>
        <w:br/>
        <w:t>vn 0.2204 -0.9506 0.2187</w:t>
        <w:br/>
        <w:t>vn 0.3674 -0.7311 0.5749</w:t>
        <w:br/>
        <w:t>vn -0.4740 0.8795 0.0425</w:t>
        <w:br/>
        <w:t>vn -0.3286 0.8504 0.4109</w:t>
        <w:br/>
        <w:t>vn -0.4991 0.8665 -0.0071</w:t>
        <w:br/>
        <w:t>vn -0.4116 0.8182 0.4013</w:t>
        <w:br/>
        <w:t>vn -0.4940 0.8024 0.3348</w:t>
        <w:br/>
        <w:t>vn -0.0485 -0.9681 -0.2460</w:t>
        <w:br/>
        <w:t>vn -0.0171 -0.7346 -0.6783</w:t>
        <w:br/>
        <w:t>vn 0.0546 -0.8796 -0.4725</w:t>
        <w:br/>
        <w:t>vn 0.3233 -0.4317 -0.8421</w:t>
        <w:br/>
        <w:t>vn -0.1482 -0.9890 -0.0025</w:t>
        <w:br/>
        <w:t>vn -0.0485 -0.9680 -0.2461</w:t>
        <w:br/>
        <w:t>vn 0.0199 0.0880 -0.9959</w:t>
        <w:br/>
        <w:t>vn -0.0171 -0.7345 -0.6783</w:t>
        <w:br/>
        <w:t>vn -0.2306 -0.4854 -0.8433</w:t>
        <w:br/>
        <w:t>vn -0.6033 0.7964 -0.0426</w:t>
        <w:br/>
        <w:t>vn -0.7116 0.5922 -0.3781</w:t>
        <w:br/>
        <w:t>vn -0.8883 0.4577 -0.0372</w:t>
        <w:br/>
        <w:t>vn -0.6603 0.6474 0.3807</w:t>
        <w:br/>
        <w:t>vn -0.5322 -0.1383 0.8353</w:t>
        <w:br/>
        <w:t>vn -0.6367 -0.0945 0.7653</w:t>
        <w:br/>
        <w:t>vn -0.4369 -0.1498 0.8869</w:t>
        <w:br/>
        <w:t>vn -0.7317 -0.0495 0.6799</w:t>
        <w:br/>
        <w:t>vn -0.7317 -0.0495 0.6798</w:t>
        <w:br/>
        <w:t>vn -0.7249 -0.1262 -0.6772</w:t>
        <w:br/>
        <w:t>vn -0.6680 0.6083 -0.4287</w:t>
        <w:br/>
        <w:t>vn -0.5932 -0.1886 -0.7826</w:t>
        <w:br/>
        <w:t>vn 0.2015 -0.3559 0.9125</w:t>
        <w:br/>
        <w:t>vn -0.7966 -0.0942 -0.5971</w:t>
        <w:br/>
        <w:t>vn -0.7138 0.6210 0.3236</w:t>
        <w:br/>
        <w:t>vn -0.7754 0.6021 0.1904</w:t>
        <w:br/>
        <w:t>vn -0.6050 0.7959 -0.0236</w:t>
        <w:br/>
        <w:t>vn -0.5472 0.7171 -0.4318</w:t>
        <w:br/>
        <w:t>vn -0.5470 0.8371 0.0085</w:t>
        <w:br/>
        <w:t>vn -0.1189 0.7546 -0.6454</w:t>
        <w:br/>
        <w:t>vn 0.2399 0.4969 -0.8340</w:t>
        <w:br/>
        <w:t>vn -0.1190 0.7546 -0.6454</w:t>
        <w:br/>
        <w:t>vn -0.1985 0.7876 0.5833</w:t>
        <w:br/>
        <w:t>vn 0.3638 -0.8944 -0.2602</w:t>
        <w:br/>
        <w:t>vn 0.0789 0.6810 0.7280</w:t>
        <w:br/>
        <w:t>vn -0.1996 -0.2439 0.9490</w:t>
        <w:br/>
        <w:t>vn -0.0528 -0.3203 0.9459</w:t>
        <w:br/>
        <w:t>vn 0.6048 -0.7554 0.2520</w:t>
        <w:br/>
        <w:t>vn 0.5339 -0.5701 0.6244</w:t>
        <w:br/>
        <w:t>vn 0.1529 0.0338 0.9877</w:t>
        <w:br/>
        <w:t>vn -0.2875 0.6427 0.7101</w:t>
        <w:br/>
        <w:t>vn -0.5072 0.8612 0.0333</w:t>
        <w:br/>
        <w:t>vn -0.3538 0.5979 -0.7193</w:t>
        <w:br/>
        <w:t>vn 0.1285 -0.0844 -0.9881</w:t>
        <w:br/>
        <w:t>vn 0.4332 -0.6992 -0.5688</w:t>
        <w:br/>
        <w:t>vn 0.4533 -0.8723 -0.1836</w:t>
        <w:br/>
        <w:t>vn -0.4004 -0.3324 -0.8539</w:t>
        <w:br/>
        <w:t>vn -0.4323 -0.2421 -0.8686</w:t>
        <w:br/>
        <w:t>vn -0.5121 0.1960 -0.8362</w:t>
        <w:br/>
        <w:t>vn -0.1997 -0.2439 0.9490</w:t>
        <w:br/>
        <w:t>vn -0.5121 0.1961 -0.8363</w:t>
        <w:br/>
        <w:t>vn -0.3692 -0.6209 0.6915</w:t>
        <w:br/>
        <w:t>vn -0.4790 -0.5738 0.6644</w:t>
        <w:br/>
        <w:t>vn -0.5399 -0.5534 0.6343</w:t>
        <w:br/>
        <w:t>vn -0.3692 -0.6208 0.6916</w:t>
        <w:br/>
        <w:t>vn -0.6401 -0.4889 0.5927</w:t>
        <w:br/>
        <w:t>vn -0.6563 -0.4695 0.5907</w:t>
        <w:br/>
        <w:t>vn -0.6357 -0.4833 0.6019</w:t>
        <w:br/>
        <w:t>vn -0.5809 -0.5331 0.6151</w:t>
        <w:br/>
        <w:t>vn -0.5538 -0.5676 0.6092</w:t>
        <w:br/>
        <w:t>vn -0.4570 -0.5967 0.6596</w:t>
        <w:br/>
        <w:t>vn -0.4829 -0.6014 0.6366</w:t>
        <w:br/>
        <w:t>vn -0.4199 -0.6129 0.6693</w:t>
        <w:br/>
        <w:t>vn -0.3845 -0.5927 0.7077</w:t>
        <w:br/>
        <w:t>vn -0.3931 -0.6034 0.6938</w:t>
        <w:br/>
        <w:t>vn -0.3676 -0.6294 0.6846</w:t>
        <w:br/>
        <w:t>vn -0.3655 -0.6078 0.7050</w:t>
        <w:br/>
        <w:t>vn -0.2587 -0.5167 0.8162</w:t>
        <w:br/>
        <w:t>vn -0.2587 -0.5167 0.8161</w:t>
        <w:br/>
        <w:t>vn -0.2652 -0.5157 0.8147</w:t>
        <w:br/>
        <w:t>vn -0.1986 -0.5014 0.8421</w:t>
        <w:br/>
        <w:t>vn -0.2336 -0.4443 0.8649</w:t>
        <w:br/>
        <w:t>vn -0.2276 -0.4715 0.8520</w:t>
        <w:br/>
        <w:t>vn -0.2590 -0.4274 0.8662</w:t>
        <w:br/>
        <w:t>vn -0.2671 -0.4241 0.8653</w:t>
        <w:br/>
        <w:t>vn -0.2652 -0.3623 0.8935</w:t>
        <w:br/>
        <w:t>vn -0.2788 -0.5351 0.7975</w:t>
        <w:br/>
        <w:t>vn -0.2995 -0.5275 0.7950</w:t>
        <w:br/>
        <w:t>vn -0.3186 -0.3274 0.8896</w:t>
        <w:br/>
        <w:t>vn -0.2989 -0.6246 0.7215</w:t>
        <w:br/>
        <w:t>vn -0.3186 -0.3274 0.8895</w:t>
        <w:br/>
        <w:t>vn -0.2944 -0.3883 0.8732</w:t>
        <w:br/>
        <w:t>vn -0.2910 -0.4275 0.8559</w:t>
        <w:br/>
        <w:t>vn -0.2633 -0.4829 0.8351</w:t>
        <w:br/>
        <w:t>vn -0.2634 -0.4829 0.8351</w:t>
        <w:br/>
        <w:t>vn -0.2468 -0.5348 0.8081</w:t>
        <w:br/>
        <w:t>vn -0.3547 -0.5106 0.7833</w:t>
        <w:br/>
        <w:t>vn -0.3546 -0.5106 0.7833</w:t>
        <w:br/>
        <w:t>vn -0.5072 -0.3517 0.7868</w:t>
        <w:br/>
        <w:t>vn -0.5555 -0.1577 0.8165</w:t>
        <w:br/>
        <w:t>vn -0.5479 -0.1075 0.8296</w:t>
        <w:br/>
        <w:t>vn -0.4896 0.0425 0.8709</w:t>
        <w:br/>
        <w:t>vn -0.5092 0.0179 0.8604</w:t>
        <w:br/>
        <w:t>vn -0.5406 -0.0417 0.8403</w:t>
        <w:br/>
        <w:t>vn -0.2612 -0.5269 0.8088</w:t>
        <w:br/>
        <w:t>vn -0.2155 -0.5451 0.8102</w:t>
        <w:br/>
        <w:t>vn -0.2164 -0.4932 0.8426</w:t>
        <w:br/>
        <w:t>vn -0.2289 -0.4795 0.8471</w:t>
        <w:br/>
        <w:t>vn -0.2289 -0.4796 0.8471</w:t>
        <w:br/>
        <w:t>vn -0.2392 -0.4739 0.8475</w:t>
        <w:br/>
        <w:t>vn 0.3885 0.3480 -0.8532</w:t>
        <w:br/>
        <w:t>vn 0.5685 0.5055 -0.6491</w:t>
        <w:br/>
        <w:t>vn 0.3170 0.4189 -0.8509</w:t>
        <w:br/>
        <w:t>vn 0.6521 0.4676 -0.5968</w:t>
        <w:br/>
        <w:t>vn 0.4484 0.2842 -0.8474</w:t>
        <w:br/>
        <w:t>vn 0.6297 0.4756 -0.6142</w:t>
        <w:br/>
        <w:t>vn 0.4316 0.3160 -0.8449</w:t>
        <w:br/>
        <w:t>vn 0.5940 0.6014 -0.5342</w:t>
        <w:br/>
        <w:t>vn 0.3990 0.4419 -0.8034</w:t>
        <w:br/>
        <w:t>vn 0.5197 0.6745 -0.5244</w:t>
        <w:br/>
        <w:t>vn 0.2902 0.6113 -0.7363</w:t>
        <w:br/>
        <w:t>vn 0.2753 0.5307 -0.8016</w:t>
        <w:br/>
        <w:t>vn 0.3428 0.5606 -0.7538</w:t>
        <w:br/>
        <w:t>vn 0.2423 0.5840 -0.7747</w:t>
        <w:br/>
        <w:t>vn 0.2423 0.5841 -0.7747</w:t>
        <w:br/>
        <w:t>vn 0.1196 0.5221 -0.8444</w:t>
        <w:br/>
        <w:t>vn 0.2052 0.5497 -0.8098</w:t>
        <w:br/>
        <w:t>vn 0.0914 0.4658 -0.8801</w:t>
        <w:br/>
        <w:t>vn 0.1506 0.5020 -0.8516</w:t>
        <w:br/>
        <w:t>vn 0.1234 0.4514 -0.8837</w:t>
        <w:br/>
        <w:t>vn 0.1317 0.3687 -0.9202</w:t>
        <w:br/>
        <w:t>vn 0.1455 0.4173 -0.8970</w:t>
        <w:br/>
        <w:t>vn 0.1455 0.4173 -0.8971</w:t>
        <w:br/>
        <w:t>vn 0.1383 0.3397 -0.9303</w:t>
        <w:br/>
        <w:t>vn 0.1391 0.4271 -0.8934</w:t>
        <w:br/>
        <w:t>vn 0.1391 0.4272 -0.8934</w:t>
        <w:br/>
        <w:t>vn 0.1602 0.3725 -0.9141</w:t>
        <w:br/>
        <w:t>vn 0.1180 0.2565 -0.9593</w:t>
        <w:br/>
        <w:t>vn 0.1501 0.1532 -0.9767</w:t>
        <w:br/>
        <w:t>vn 0.2114 0.2950 -0.9318</w:t>
        <w:br/>
        <w:t>vn 0.2047 0.3056 -0.9299</w:t>
        <w:br/>
        <w:t>vn 0.1248 0.3609 -0.9242</w:t>
        <w:br/>
        <w:t>vn 0.1502 0.2624 -0.9532</w:t>
        <w:br/>
        <w:t>vn 0.2316 0.1679 -0.9582</w:t>
        <w:br/>
        <w:t>vn 0.3358 0.1016 -0.9365</w:t>
        <w:br/>
        <w:t>vn 0.3358 0.1016 -0.9364</w:t>
        <w:br/>
        <w:t>vn 0.3968 0.0754 -0.9148</w:t>
        <w:br/>
        <w:t>vn 0.3969 0.0754 -0.9148</w:t>
        <w:br/>
        <w:t>vn 0.3335 0.1239 -0.9346</w:t>
        <w:br/>
        <w:t>vn 0.2153 0.2348 -0.9479</w:t>
        <w:br/>
        <w:t>vn 0.1488 0.3937 -0.9071</w:t>
        <w:br/>
        <w:t>vn 0.1301 0.4398 -0.8886</w:t>
        <w:br/>
        <w:t>vn 0.0942 0.5551 -0.8264</w:t>
        <w:br/>
        <w:t>vn 0.0942 0.5551 -0.8265</w:t>
        <w:br/>
        <w:t>vn 0.0966 0.5818 -0.8076</w:t>
        <w:br/>
        <w:t>vn 0.1094 0.5076 -0.8546</w:t>
        <w:br/>
        <w:t>vn 0.3098 0.4535 -0.8357</w:t>
        <w:br/>
        <w:t>vn 0.2557 0.4164 -0.8725</w:t>
        <w:br/>
        <w:t>vn 0.2504 0.3984 -0.8824</w:t>
        <w:br/>
        <w:t>vn 0.4077 0.7602 -0.5059</w:t>
        <w:br/>
        <w:t>vn -0.0546 0.4526 -0.8900</w:t>
        <w:br/>
        <w:t>vn -0.5401 -0.6231 -0.5657</w:t>
        <w:br/>
        <w:t>vn -0.5401 -0.6232 -0.5656</w:t>
        <w:br/>
        <w:t>vn -0.5839 -0.5895 -0.5581</w:t>
        <w:br/>
        <w:t>vn -0.5839 -0.5895 -0.5582</w:t>
        <w:br/>
        <w:t>vn 0.3438 0.1577 0.9257</w:t>
        <w:br/>
        <w:t>vn 0.4496 0.1690 0.8771</w:t>
        <w:br/>
        <w:t>vn 0.6743 0.4900 0.5524</w:t>
        <w:br/>
        <w:t>vn 0.1974 0.1605 0.9671</w:t>
        <w:br/>
        <w:t>vn -0.6095 -0.5907 -0.5287</w:t>
        <w:br/>
        <w:t>vn 0.1256 0.2055 0.9706</w:t>
        <w:br/>
        <w:t>vn -0.4861 -0.7092 -0.5107</w:t>
        <w:br/>
        <w:t>vn 0.0598 0.2302 0.9713</w:t>
        <w:br/>
        <w:t>vn 0.0076 0.2398 0.9708</w:t>
        <w:br/>
        <w:t>vn -0.3715 -0.7793 -0.5047</w:t>
        <w:br/>
        <w:t>vn -0.0412 0.3068 0.9509</w:t>
        <w:br/>
        <w:t>vn 0.9616 -0.0373 0.2720</w:t>
        <w:br/>
        <w:t>vn 0.9616 -0.0373 0.2721</w:t>
        <w:br/>
        <w:t>vn 0.9673 -0.1657 0.1919</w:t>
        <w:br/>
        <w:t>vn 0.8866 0.1889 0.4223</w:t>
        <w:br/>
        <w:t>vn 0.8866 0.1888 0.4222</w:t>
        <w:br/>
        <w:t>vn 0.8240 0.2825 0.4912</w:t>
        <w:br/>
        <w:t>vn 0.8240 0.2825 0.4911</w:t>
        <w:br/>
        <w:t>vn 0.5876 -0.7585 -0.2816</w:t>
        <w:br/>
        <w:t>vn 0.1635 -0.8459 -0.5076</w:t>
        <w:br/>
        <w:t>vn 0.5876 -0.7586 -0.2816</w:t>
        <w:br/>
        <w:t>vn 0.9508 -0.2310 0.2066</w:t>
        <w:br/>
        <w:t>vn 0.9508 -0.2309 0.2066</w:t>
        <w:br/>
        <w:t>vn 0.8169 0.3052 0.4894</w:t>
        <w:br/>
        <w:t>vn 0.8169 0.3053 0.4894</w:t>
        <w:br/>
        <w:t>vn 0.5203 0.6291 0.5775</w:t>
        <w:br/>
        <w:t>vn 0.5202 0.6291 0.5775</w:t>
        <w:br/>
        <w:t>vn 0.3890 0.7131 0.5832</w:t>
        <w:br/>
        <w:t>vn 0.3890 0.7131 0.5833</w:t>
        <w:br/>
        <w:t>vn 0.9452 -0.1048 0.3091</w:t>
        <w:br/>
        <w:t>vn 0.8538 -0.5202 0.0222</w:t>
        <w:br/>
        <w:t>vn 0.6354 0.5258 0.5655</w:t>
        <w:br/>
        <w:t>vn 0.2974 0.7625 0.5747</w:t>
        <w:br/>
        <w:t>vn 0.2973 0.7625 0.5746</w:t>
        <w:br/>
        <w:t>vn 0.8133 -0.5818 -0.0038</w:t>
        <w:br/>
        <w:t>vn 0.6850 -0.7151 -0.1394</w:t>
        <w:br/>
        <w:t>vn 0.9405 -0.1411 0.3091</w:t>
        <w:br/>
        <w:t>vn 0.7019 0.4564 0.5469</w:t>
        <w:br/>
        <w:t>vn 0.7019 0.4564 0.5468</w:t>
        <w:br/>
        <w:t>vn 0.1980 0.8225 0.5332</w:t>
        <w:br/>
        <w:t>vn 0.1980 0.8225 0.5333</w:t>
        <w:br/>
        <w:t>vn -0.1993 0.8954 0.3982</w:t>
        <w:br/>
        <w:t>vn -0.1993 0.8954 0.3981</w:t>
        <w:br/>
        <w:t>vn -0.2913 0.8895 0.3521</w:t>
        <w:br/>
        <w:t>vn 0.1574 0.8372 0.5237</w:t>
        <w:br/>
        <w:t>vn 0.1573 0.8373 0.5237</w:t>
        <w:br/>
        <w:t>vn 0.8176 0.2596 0.5139</w:t>
        <w:br/>
        <w:t>vn 0.8828 -0.4360 0.1750</w:t>
        <w:br/>
        <w:t>vn -0.1714 -0.8426 -0.5106</w:t>
        <w:br/>
        <w:t>vn 0.0675 -0.8984 -0.4339</w:t>
        <w:br/>
        <w:t>vn 0.0676 -0.8984 -0.4339</w:t>
        <w:br/>
        <w:t>vn -0.1723 0.3006 0.9381</w:t>
        <w:br/>
        <w:t>vn -0.2743 0.2379 0.9317</w:t>
        <w:br/>
        <w:t>vn -0.3510 -0.3408 0.8721</w:t>
        <w:br/>
        <w:t>vn -0.3038 -0.1665 0.9381</w:t>
        <w:br/>
        <w:t>vn -0.9398 -0.1490 -0.3076</w:t>
        <w:br/>
        <w:t>vn -0.9409 -0.1521 -0.3026</w:t>
        <w:br/>
        <w:t>vn -0.7849 -0.3902 -0.4812</w:t>
        <w:br/>
        <w:t>vn -0.3041 0.8382 0.4526</w:t>
        <w:br/>
        <w:t>vn 0.5519 -0.8155 -0.1741</w:t>
        <w:br/>
        <w:t>vn 0.1422 0.8223 0.5511</w:t>
        <w:br/>
        <w:t>vn 0.1422 0.8223 0.5510</w:t>
        <w:br/>
        <w:t>vn 0.2829 0.4005 -0.8715</w:t>
        <w:br/>
        <w:t>vn 0.2829 0.4392 -0.8527</w:t>
        <w:br/>
        <w:t>vn -0.2707 -0.5669 0.7780</w:t>
        <w:br/>
        <w:t>vn 0.7243 0.6842 0.0847</w:t>
        <w:br/>
        <w:t>vn 0.7594 0.6497 0.0358</w:t>
        <w:br/>
        <w:t>vn 0.7244 0.6842 0.0847</w:t>
        <w:br/>
        <w:t>vn 0.8020 0.5950 -0.0527</w:t>
        <w:br/>
        <w:t>vn 0.7575 0.6426 -0.1152</w:t>
        <w:br/>
        <w:t>vn 0.6504 0.7494 -0.1240</w:t>
        <w:br/>
        <w:t>vn 0.5512 0.8295 -0.0902</w:t>
        <w:br/>
        <w:t>vn 0.4082 0.9129 -0.0018</w:t>
        <w:br/>
        <w:t>vn 0.2076 0.9767 0.0553</w:t>
        <w:br/>
        <w:t>vn 0.2076 0.9766 0.0554</w:t>
        <w:br/>
        <w:t>vn 0.1022 0.9938 0.0433</w:t>
        <w:br/>
        <w:t>vn -0.3934 -0.5357 0.7471</w:t>
        <w:br/>
        <w:t>vn -0.9409 -0.1521 -0.3027</w:t>
        <w:br/>
        <w:t>vn -0.9420 -0.1551 -0.2977</w:t>
        <w:br/>
        <w:t>vn -0.0571 0.5913 -0.8044</w:t>
        <w:br/>
        <w:t>vn -0.0441 0.6026 -0.7968</w:t>
        <w:br/>
        <w:t>vn 0.0074 0.6225 -0.7826</w:t>
        <w:br/>
        <w:t>vn 0.0739 0.6545 -0.7525</w:t>
        <w:br/>
        <w:t>vn -0.0214 0.5014 -0.8649</w:t>
        <w:br/>
        <w:t>vn 0.0395 0.4411 -0.8966</w:t>
        <w:br/>
        <w:t>vn -0.0576 0.5314 -0.8452</w:t>
        <w:br/>
        <w:t>vn 0.1316 0.3779 -0.9164</w:t>
        <w:br/>
        <w:t>vn 0.4077 0.2267 -0.8845</w:t>
        <w:br/>
        <w:t>vn 0.1651 0.3372 -0.9268</w:t>
        <w:br/>
        <w:t>vn 0.5705 0.1620 -0.8052</w:t>
        <w:br/>
        <w:t>vn 0.2445 0.6628 -0.7078</w:t>
        <w:br/>
        <w:t>vn 0.1324 0.6516 -0.7469</w:t>
        <w:br/>
        <w:t>vn 0.0700 0.5772 -0.8136</w:t>
        <w:br/>
        <w:t>vn 0.0617 0.5771 -0.8144</w:t>
        <w:br/>
        <w:t>vn 0.0327 0.6060 -0.7948</w:t>
        <w:br/>
        <w:t>vn 0.1072 0.5742 -0.8117</w:t>
        <w:br/>
        <w:t>vn 0.1012 0.5499 -0.8291</w:t>
        <w:br/>
        <w:t>vn 0.2245 0.5138 -0.8280</w:t>
        <w:br/>
        <w:t>vn 0.3052 0.5156 -0.8006</w:t>
        <w:br/>
        <w:t>vn 0.1724 0.5399 -0.8239</w:t>
        <w:br/>
        <w:t>vn -0.0000 0.2770 -0.9609</w:t>
        <w:br/>
        <w:t>vn 0.1817 0.2918 -0.9391</w:t>
        <w:br/>
        <w:t>vn 0.1817 0.2918 -0.9390</w:t>
        <w:br/>
        <w:t>vn 0.2548 0.4024 -0.8793</w:t>
        <w:br/>
        <w:t>vn 0.3323 0.4867 -0.8079</w:t>
        <w:br/>
        <w:t>vn 0.0571 0.5913 -0.8044</w:t>
        <w:br/>
        <w:t>vn -0.0739 0.6545 -0.7524</w:t>
        <w:br/>
        <w:t>vn -0.0074 0.6225 -0.7826</w:t>
        <w:br/>
        <w:t>vn 0.0441 0.6026 -0.7968</w:t>
        <w:br/>
        <w:t>vn 0.0213 0.5014 -0.8650</w:t>
        <w:br/>
        <w:t>vn 0.0576 0.5314 -0.8452</w:t>
        <w:br/>
        <w:t>vn -0.0395 0.4411 -0.8966</w:t>
        <w:br/>
        <w:t>vn -0.1316 0.3779 -0.9164</w:t>
        <w:br/>
        <w:t>vn -0.4077 0.2267 -0.8845</w:t>
        <w:br/>
        <w:t>vn -0.1651 0.3372 -0.9268</w:t>
        <w:br/>
        <w:t>vn -0.5704 0.1620 -0.8052</w:t>
        <w:br/>
        <w:t>vn -0.2445 0.6628 -0.7078</w:t>
        <w:br/>
        <w:t>vn -0.1324 0.6516 -0.7469</w:t>
        <w:br/>
        <w:t>vn -0.0700 0.5772 -0.8136</w:t>
        <w:br/>
        <w:t>vn -0.0327 0.6060 -0.7948</w:t>
        <w:br/>
        <w:t>vn -0.0617 0.5770 -0.8144</w:t>
        <w:br/>
        <w:t>vn -0.1072 0.5742 -0.8117</w:t>
        <w:br/>
        <w:t>vn -0.1012 0.5499 -0.8291</w:t>
        <w:br/>
        <w:t>vn -0.2245 0.5138 -0.8280</w:t>
        <w:br/>
        <w:t>vn -0.1724 0.5399 -0.8239</w:t>
        <w:br/>
        <w:t>vn -0.3052 0.5156 -0.8006</w:t>
        <w:br/>
        <w:t>vn -0.1817 0.2918 -0.9390</w:t>
        <w:br/>
        <w:t>vn -0.1817 0.2918 -0.9391</w:t>
        <w:br/>
        <w:t>vn -0.2548 0.4024 -0.8793</w:t>
        <w:br/>
        <w:t>vn -0.3323 0.4867 -0.8079</w:t>
        <w:br/>
        <w:t>vn 1.0000 -0.0008 0.0009</w:t>
        <w:br/>
        <w:t>vn 0.8661 0.2261 -0.4458</w:t>
        <w:br/>
        <w:t>vn 0.7782 0.6038 -0.1730</w:t>
        <w:br/>
        <w:t>vn 0.9229 0.3429 0.1750</w:t>
        <w:br/>
        <w:t>vn 0.4998 0.3919 -0.7724</w:t>
        <w:br/>
        <w:t>vn 0.4275 0.7624 -0.4858</w:t>
        <w:br/>
        <w:t>vn -0.0000 0.4526 -0.8917</w:t>
        <w:br/>
        <w:t>vn -0.0000 0.7608 -0.6490</w:t>
        <w:br/>
        <w:t>vn 0.0000 -0.4528 0.8916</w:t>
        <w:br/>
        <w:t>vn 0.4975 -0.3930 0.7733</w:t>
        <w:br/>
        <w:t>vn 0.4256 0.0577 0.9030</w:t>
        <w:br/>
        <w:t>vn 0.0000 -0.0748 0.9972</w:t>
        <w:br/>
        <w:t>vn 0.8646 -0.2279 0.4479</w:t>
        <w:br/>
        <w:t>vn 0.7770 0.2163 0.5911</w:t>
        <w:br/>
        <w:t>vn 0.4044 0.9145 0.0103</w:t>
        <w:br/>
        <w:t>vn 0.5868 0.7219 0.3667</w:t>
        <w:br/>
        <w:t>vn 0.0000 0.9874 -0.1581</w:t>
        <w:br/>
        <w:t>vn 0.0000 0.4559 0.8900</w:t>
        <w:br/>
        <w:t>vn 0.4034 0.5486 0.7323</w:t>
        <w:br/>
        <w:t>vn -0.0000 0.8919 0.4523</w:t>
        <w:br/>
        <w:t>vn 0.0000 -0.7932 -0.6090</w:t>
        <w:br/>
        <w:t>vn -0.0000 -0.8920 -0.4520</w:t>
        <w:br/>
        <w:t>vn -0.0931 -0.8043 -0.5869</w:t>
        <w:br/>
        <w:t>vn -0.1605 -0.8348 -0.5266</w:t>
        <w:br/>
        <w:t>vn -0.1853 -0.8765 -0.4443</w:t>
        <w:br/>
        <w:t>vn -0.1608 -0.9183 -0.3619</w:t>
        <w:br/>
        <w:t>vn -0.0934 -0.9490 -0.3012</w:t>
        <w:br/>
        <w:t>vn 0.0000 -0.9603 -0.2789</w:t>
        <w:br/>
        <w:t>vn -1.0000 -0.0008 0.0009</w:t>
        <w:br/>
        <w:t>vn -0.9229 0.3429 0.1750</w:t>
        <w:br/>
        <w:t>vn -0.7782 0.6038 -0.1730</w:t>
        <w:br/>
        <w:t>vn -0.8661 0.2261 -0.4458</w:t>
        <w:br/>
        <w:t>vn -0.4275 0.7624 -0.4858</w:t>
        <w:br/>
        <w:t>vn -0.4998 0.3919 -0.7724</w:t>
        <w:br/>
        <w:t>vn 0.0000 0.7607 -0.6491</w:t>
        <w:br/>
        <w:t>vn -0.4257 0.0577 0.9030</w:t>
        <w:br/>
        <w:t>vn -0.4973 -0.3930 0.7735</w:t>
        <w:br/>
        <w:t>vn -0.7770 0.2163 0.5911</w:t>
        <w:br/>
        <w:t>vn -0.8647 -0.2277 0.4476</w:t>
        <w:br/>
        <w:t>vn -0.5868 0.7219 0.3667</w:t>
        <w:br/>
        <w:t>vn -0.4044 0.9145 0.0103</w:t>
        <w:br/>
        <w:t>vn -0.0000 0.4560 0.8900</w:t>
        <w:br/>
        <w:t>vn -0.4035 0.5486 0.7323</w:t>
        <w:br/>
        <w:t>vn 0.0931 -0.8043 -0.5869</w:t>
        <w:br/>
        <w:t>vn 0.1605 -0.8348 -0.5266</w:t>
        <w:br/>
        <w:t>vn 0.1853 -0.8765 -0.4443</w:t>
        <w:br/>
        <w:t>vn 0.1608 -0.9183 -0.3619</w:t>
        <w:br/>
        <w:t>vn 0.0934 -0.9490 -0.3012</w:t>
        <w:br/>
        <w:t>vn 0.7071 0.2787 -0.6498</w:t>
        <w:br/>
        <w:t>vn 0.7070 0.2787 -0.6499</w:t>
        <w:br/>
        <w:t>vn 0.7071 0.2787 -0.6499</w:t>
        <w:br/>
        <w:t>vn 0.6949 -0.3656 0.6192</w:t>
        <w:br/>
        <w:t>vn 0.6950 -0.3656 0.6192</w:t>
        <w:br/>
        <w:t>vn 0.0013 0.8922 0.4517</w:t>
        <w:br/>
        <w:t>vn -0.0001 0.8922 0.4517</w:t>
        <w:br/>
        <w:t>vn -0.7071 0.2787 -0.6499</w:t>
        <w:br/>
        <w:t>vn -0.7070 0.2787 -0.6500</w:t>
        <w:br/>
        <w:t>vn -0.6950 -0.3657 0.6191</w:t>
        <w:br/>
        <w:t>vn -0.6950 -0.3657 0.6190</w:t>
        <w:br/>
        <w:t>vn 0.0001 0.8922 0.4517</w:t>
        <w:br/>
        <w:t>vn -0.0013 0.8922 0.4517</w:t>
        <w:br/>
        <w:t>vn 0.9408 0.2165 -0.2608</w:t>
        <w:br/>
        <w:t>vn 0.5821 0.1679 -0.7956</w:t>
        <w:br/>
        <w:t>vn 0.5969 -0.1582 -0.7865</w:t>
        <w:br/>
        <w:t>vn 0.9678 -0.1598 -0.1945</w:t>
        <w:br/>
        <w:t>vn 0.5335 0.0312 -0.8452</w:t>
        <w:br/>
        <w:t>vn 0.6628 0.1583 -0.7319</w:t>
        <w:br/>
        <w:t>vn 0.7504 -0.2351 -0.6177</w:t>
        <w:br/>
        <w:t>vn 0.6120 -0.2066 -0.7634</w:t>
        <w:br/>
        <w:t>vn 0.4325 -0.1656 -0.8863</w:t>
        <w:br/>
        <w:t>vn 0.7627 -0.1350 0.6325</w:t>
        <w:br/>
        <w:t>vn 0.5689 -0.0790 0.8186</w:t>
        <w:br/>
        <w:t>vn 0.3322 -0.0170 0.9430</w:t>
        <w:br/>
        <w:t>vn 0.8300 -0.0796 0.5521</w:t>
        <w:br/>
        <w:t>vn 0.6870 -0.2804 0.6703</w:t>
        <w:br/>
        <w:t>vn 0.6176 -0.1841 0.7646</w:t>
        <w:br/>
        <w:t>vn 0.9691 0.1450 0.1996</w:t>
        <w:br/>
        <w:t>vn 0.9038 -0.2041 0.3761</w:t>
        <w:br/>
        <w:t>vn 0.9144 -0.0576 0.4007</w:t>
        <w:br/>
        <w:t>vn 0.6838 -0.1441 0.7153</w:t>
        <w:br/>
        <w:t>vn 0.7632 -0.1282 0.6333</w:t>
        <w:br/>
        <w:t>vn 0.8745 -0.1689 0.4547</w:t>
        <w:br/>
        <w:t>vn 0.9788 0.1493 -0.1399</w:t>
        <w:br/>
        <w:t>vn 0.5414 -0.1895 -0.8191</w:t>
        <w:br/>
        <w:t>vn 0.5466 -0.2104 -0.8105</w:t>
        <w:br/>
        <w:t>vn 0.7874 0.1298 -0.6026</w:t>
        <w:br/>
        <w:t>vn 0.8646 -0.2406 -0.4411</w:t>
        <w:br/>
        <w:t>vn -0.9280 0.3216 0.1879</w:t>
        <w:br/>
        <w:t>vn -0.9146 -0.1504 0.3753</w:t>
        <w:br/>
        <w:t>vn -0.7864 -0.1346 0.6029</w:t>
        <w:br/>
        <w:t>vn -0.6355 0.2204 0.7400</w:t>
        <w:br/>
        <w:t>vn -0.6327 0.2028 -0.7473</w:t>
        <w:br/>
        <w:t>vn -0.8062 0.1283 -0.5775</w:t>
        <w:br/>
        <w:t>vn -0.9025 -0.1170 -0.4144</w:t>
        <w:br/>
        <w:t>vn -0.7658 -0.5077 -0.3947</w:t>
        <w:br/>
        <w:t>vn -0.8936 -0.3250 -0.3096</w:t>
        <w:br/>
        <w:t>vn -0.3756 -0.0780 0.9235</w:t>
        <w:br/>
        <w:t>vn -0.5293 0.2034 0.8237</w:t>
        <w:br/>
        <w:t>vn -0.6323 -0.1068 0.7673</w:t>
        <w:br/>
        <w:t>vn -0.3633 -0.1883 0.9124</w:t>
        <w:br/>
        <w:t>vn -0.6624 -0.1517 0.7336</w:t>
        <w:br/>
        <w:t>vn -0.4771 0.4190 -0.7726</w:t>
        <w:br/>
        <w:t>vn -0.7349 0.0986 -0.6710</w:t>
        <w:br/>
        <w:t>vn -0.5423 0.0512 -0.8386</w:t>
        <w:br/>
        <w:t>vn -0.2888 0.4242 -0.8583</w:t>
        <w:br/>
        <w:t>vn -0.3131 0.0005 -0.9497</w:t>
        <w:br/>
        <w:t>vn 0.0865 0.6720 -0.7355</w:t>
        <w:br/>
        <w:t>vn -0.8151 0.2999 -0.4956</w:t>
        <w:br/>
        <w:t>vn -0.9730 -0.0199 -0.2300</w:t>
        <w:br/>
        <w:t>vn -0.5949 -0.1436 0.7909</w:t>
        <w:br/>
        <w:t>vn -0.4817 -0.3244 0.8141</w:t>
        <w:br/>
        <w:t>vn -0.6974 0.5622 0.4445</w:t>
        <w:br/>
        <w:t>vn -0.6130 0.4156 0.6719</w:t>
        <w:br/>
        <w:t>vn -0.5720 -0.1333 0.8094</w:t>
        <w:br/>
        <w:t>vn -0.5414 0.3275 -0.7743</w:t>
        <w:br/>
        <w:t>vn -0.8931 0.1008 -0.4384</w:t>
        <w:br/>
        <w:t>vn -0.6860 0.2980 -0.6637</w:t>
        <w:br/>
        <w:t>vn -0.7974 -0.2715 0.5389</w:t>
        <w:br/>
        <w:t>vn -0.8195 -0.3059 0.4847</w:t>
        <w:br/>
        <w:t>vn -0.5211 0.5167 0.6793</w:t>
        <w:br/>
        <w:t>vn -0.5934 0.5155 0.6181</w:t>
        <w:br/>
        <w:t>vn 0.4828 0.6281 -0.6102</w:t>
        <w:br/>
        <w:t>vn 0.7917 0.5387 -0.2882</w:t>
        <w:br/>
        <w:t>vn 0.7344 0.3719 -0.5678</w:t>
        <w:br/>
        <w:t>vn 0.9796 0.2006 0.0117</w:t>
        <w:br/>
        <w:t>vn 0.9788 0.1494 -0.1399</w:t>
        <w:br/>
        <w:t>vn 0.5535 0.4161 -0.7215</w:t>
        <w:br/>
        <w:t>vn 0.2799 0.4484 -0.8489</w:t>
        <w:br/>
        <w:t>vn 0.2410 0.4315 -0.8693</w:t>
        <w:br/>
        <w:t>vn 0.1611 0.4591 -0.8737</w:t>
        <w:br/>
        <w:t>vn -0.0944 -0.2987 0.9497</w:t>
        <w:br/>
        <w:t>vn -0.0563 -0.4831 0.8737</w:t>
        <w:br/>
        <w:t>vn 0.0954 -0.3236 0.9414</w:t>
        <w:br/>
        <w:t>vn -0.6377 -0.2365 0.7331</w:t>
        <w:br/>
        <w:t>vn -0.4536 0.6057 0.6537</w:t>
        <w:br/>
        <w:t>vn -0.4912 0.7925 0.3615</w:t>
        <w:br/>
        <w:t>vn 0.4623 0.5192 -0.7188</w:t>
        <w:br/>
        <w:t>vn 0.3135 0.6047 -0.7321</w:t>
        <w:br/>
        <w:t>vn -0.6939 -0.3287 0.6406</w:t>
        <w:br/>
        <w:t>vn -0.2284 -0.3919 0.8912</w:t>
        <w:br/>
        <w:t>vn 0.3376 0.8655 -0.3702</w:t>
        <w:br/>
        <w:t>vn 0.4059 0.6994 -0.5883</w:t>
        <w:br/>
        <w:t>vn 0.3375 0.8655 -0.3702</w:t>
        <w:br/>
        <w:t>vn 0.5766 0.8158 -0.0452</w:t>
        <w:br/>
        <w:t>vn 0.6484 0.7386 -0.1846</w:t>
        <w:br/>
        <w:t>vn -0.2926 -0.5245 0.7996</w:t>
        <w:br/>
        <w:t>vn -0.5477 -0.5765 0.6064</w:t>
        <w:br/>
        <w:t>vn -0.5476 -0.5765 0.6065</w:t>
        <w:br/>
        <w:t>vn 0.4286 0.9023 -0.0459</w:t>
        <w:br/>
        <w:t>vn -0.9268 0.2883 0.2405</w:t>
        <w:br/>
        <w:t>vn -0.9269 0.2883 0.2405</w:t>
        <w:br/>
        <w:t>vn -0.6648 -0.6720 0.3262</w:t>
        <w:br/>
        <w:t>vn 0.9668 0.2369 0.0958</w:t>
        <w:br/>
        <w:t>vn 0.9368 0.3427 0.0710</w:t>
        <w:br/>
        <w:t>vn 0.9073 -0.0056 0.4204</w:t>
        <w:br/>
        <w:t>vn 0.8486 -0.1332 0.5120</w:t>
        <w:br/>
        <w:t>vn -0.0469 0.5212 -0.8521</w:t>
        <w:br/>
        <w:t>vn -0.3173 0.5193 -0.7935</w:t>
        <w:br/>
        <w:t>vn -0.9789 -0.2022 -0.0278</w:t>
        <w:br/>
        <w:t>vn -0.7260 0.5274 -0.4414</w:t>
        <w:br/>
        <w:t>vn -0.6035 0.5135 -0.6100</w:t>
        <w:br/>
        <w:t>vn 0.8974 0.4410 -0.0134</w:t>
        <w:br/>
        <w:t>vn -0.7642 -0.2879 -0.5772</w:t>
        <w:br/>
        <w:t>vn -0.2777 -0.8894 -0.3630</w:t>
        <w:br/>
        <w:t>vn -0.5211 -0.5535 -0.6497</w:t>
        <w:br/>
        <w:t>vn 0.3612 -0.9254 -0.1147</w:t>
        <w:br/>
        <w:t>vn 0.2091 -0.9259 -0.3145</w:t>
        <w:br/>
        <w:t>vn 0.2497 -0.9660 -0.0669</w:t>
        <w:br/>
        <w:t>vn -0.2911 -0.9557 -0.0436</w:t>
        <w:br/>
        <w:t>vn 0.2496 -0.9660 -0.0669</w:t>
        <w:br/>
        <w:t>vn -0.9088 -0.4172 0.0109</w:t>
        <w:br/>
        <w:t>vn -0.7307 -0.6795 0.0666</w:t>
        <w:br/>
        <w:t>vn -0.5837 -0.3121 0.7495</w:t>
        <w:br/>
        <w:t>vn -0.5002 0.8544 0.1408</w:t>
        <w:br/>
        <w:t>vn 0.1612 0.4591 -0.8737</w:t>
        <w:br/>
        <w:t>vn -0.7940 0.0509 -0.6058</w:t>
        <w:br/>
        <w:t>vn -0.9225 -0.0209 -0.3854</w:t>
        <w:br/>
        <w:t>vn -0.8120 -0.1048 -0.5741</w:t>
        <w:br/>
        <w:t>vn -0.7923 0.0813 -0.6047</w:t>
        <w:br/>
        <w:t>vn -0.9058 -0.0619 -0.4192</w:t>
        <w:br/>
        <w:t>vn -0.9656 -0.2296 -0.1224</w:t>
        <w:br/>
        <w:t>vn -0.8881 0.0838 -0.4519</w:t>
        <w:br/>
        <w:t>vn -0.8849 0.0192 -0.4654</w:t>
        <w:br/>
        <w:t>vn 0.8977 -0.2622 0.3540</w:t>
        <w:br/>
        <w:t>vn 0.8357 -0.2432 0.4923</w:t>
        <w:br/>
        <w:t>vn -0.8663 -0.0698 -0.4947</w:t>
        <w:br/>
        <w:t>vn -0.8843 0.0002 -0.4670</w:t>
        <w:br/>
        <w:t>vn -0.9816 -0.0352 -0.1876</w:t>
        <w:br/>
        <w:t>vn 0.7220 -0.2707 0.6368</w:t>
        <w:br/>
        <w:t>vn -0.7320 -0.0542 -0.6791</w:t>
        <w:br/>
        <w:t>vn 0.7638 -0.2602 0.5907</w:t>
        <w:br/>
        <w:t>vn 0.7387 -0.3164 0.5952</w:t>
        <w:br/>
        <w:t>vn 0.8129 -0.1897 0.5506</w:t>
        <w:br/>
        <w:t>vn 0.5680 -0.2044 -0.7972</w:t>
        <w:br/>
        <w:t>vn 0.2090 -0.9260 -0.3143</w:t>
        <w:br/>
        <w:t>vn 0.6069 -0.7797 0.1543</w:t>
        <w:br/>
        <w:t>vn 0.4831 -0.8712 0.0877</w:t>
        <w:br/>
        <w:t>vn 0.6129 -0.7873 -0.0676</w:t>
        <w:br/>
        <w:t>vn 0.7260 -0.6820 0.0876</w:t>
        <w:br/>
        <w:t>vn 0.7719 -0.6323 -0.0660</w:t>
        <w:br/>
        <w:t>vn 0.7133 -0.6656 -0.2197</w:t>
        <w:br/>
        <w:t>vn 0.5886 -0.7561 -0.2862</w:t>
        <w:br/>
        <w:t>vn 0.4703 -0.8547 -0.2197</w:t>
        <w:br/>
        <w:t>vn 0.4237 -0.9034 -0.0660</w:t>
        <w:br/>
        <w:t>vn -0.5284 -0.4674 -0.7088</w:t>
        <w:br/>
        <w:t>vn -0.5284 -0.4674 -0.7087</w:t>
        <w:br/>
        <w:t>vn 0.0142 -0.0183 -0.9997</w:t>
        <w:br/>
        <w:t>vn 0.5827 0.3976 -0.7088</w:t>
        <w:br/>
        <w:t>vn 0.8414 0.5403 -0.0062</w:t>
        <w:br/>
        <w:t>vn 0.6413 0.3224 0.6963</w:t>
        <w:br/>
        <w:t>vn 0.6413 0.3224 0.6962</w:t>
        <w:br/>
        <w:t>vn 0.0971 -0.1246 0.9874</w:t>
        <w:br/>
        <w:t>vn 0.0970 -0.1247 0.9874</w:t>
        <w:br/>
        <w:t>vn -0.4699 -0.5426 0.6963</w:t>
        <w:br/>
        <w:t>vn -0.4699 -0.5425 0.6963</w:t>
        <w:br/>
        <w:t>vn -0.7302 -0.6832 -0.0062</w:t>
        <w:br/>
        <w:t>vn -0.4086 0.9103 0.0657</w:t>
        <w:br/>
        <w:t>vn -0.4724 0.8758 -0.0991</w:t>
        <w:br/>
        <w:t>vn -0.6129 0.7873 0.0677</w:t>
        <w:br/>
        <w:t>vn -0.6052 0.7776 -0.1705</w:t>
        <w:br/>
        <w:t>vn -0.7331 0.6729 -0.0990</w:t>
        <w:br/>
        <w:t>vn -0.7823 0.6194 0.0658</w:t>
        <w:br/>
        <w:t>vn -0.7194 0.6552 0.2306</w:t>
        <w:br/>
        <w:t>vn -0.5856 0.7522 0.3020</w:t>
        <w:br/>
        <w:t>vn -0.4587 0.8581 0.2306</w:t>
        <w:br/>
        <w:t>vn 0.8578 -0.5100 -0.0639</w:t>
        <w:br/>
        <w:t>vn 0.7993 -0.1457 -0.5830</w:t>
        <w:br/>
        <w:t>vn 0.9952 0.0900 -0.0372</w:t>
        <w:br/>
        <w:t>vn 0.5564 -0.7143 -0.4244</w:t>
        <w:br/>
        <w:t>vn 0.2970 -0.3809 -0.8756</w:t>
        <w:br/>
        <w:t>vn -0.0535 -0.8111 -0.5825</w:t>
        <w:br/>
        <w:t>vn 0.2846 -0.9565 -0.0633</w:t>
        <w:br/>
        <w:t>vn 0.5863 -0.7534 0.2978</w:t>
        <w:br/>
        <w:t>vn -0.0094 -0.8688 0.4951</w:t>
        <w:br/>
        <w:t>vn 0.3664 -0.4707 0.8026</w:t>
        <w:br/>
        <w:t>vn 0.8445 -0.2037 0.4953</w:t>
        <w:br/>
        <w:t>vn 0.6124 -0.7876 -0.0684</w:t>
        <w:br/>
        <w:t>vn -0.8414 0.4012 -0.3620</w:t>
        <w:br/>
        <w:t>vn -0.6129 0.7873 0.0676</w:t>
        <w:br/>
        <w:t>vn -0.5169 0.6639 -0.5404</w:t>
        <w:br/>
        <w:t>vn -0.1825 0.9141 -0.3620</w:t>
        <w:br/>
        <w:t>vn -0.0217 0.9983 0.0544</w:t>
        <w:br/>
        <w:t>vn -0.1475 0.8695 0.4713</w:t>
        <w:br/>
        <w:t>vn -0.4674 0.6003 0.6490</w:t>
        <w:br/>
        <w:t>vn -0.8067 0.3564 0.4714</w:t>
        <w:br/>
        <w:t>vn -0.9624 0.2661 0.0544</w:t>
        <w:br/>
        <w:t>vn -0.1475 0.8696 0.4713</w:t>
        <w:br/>
        <w:t>vn 0.4843 0.5151 0.7072</w:t>
        <w:br/>
        <w:t>vn 0.6849 0.7285 0.0104</w:t>
        <w:br/>
        <w:t>vn -0.0216 0.9983 0.0544</w:t>
        <w:br/>
        <w:t>vn -0.0537 0.0689 0.9962</w:t>
        <w:br/>
        <w:t>vn -0.4673 0.6003 0.6491</w:t>
        <w:br/>
        <w:t>vn -0.6181 -0.3430 0.7073</w:t>
        <w:br/>
        <w:t>vn -0.8744 -0.4851 0.0105</w:t>
        <w:br/>
        <w:t>vn -0.9624 0.2661 0.0543</w:t>
        <w:br/>
        <w:t>vn -0.6763 -0.2682 -0.6861</w:t>
        <w:br/>
        <w:t>vn -0.1358 0.1745 -0.9752</w:t>
        <w:br/>
        <w:t>vn -0.5169 0.6640 -0.5404</w:t>
        <w:br/>
        <w:t>vn 0.4260 0.5898 -0.6861</w:t>
        <w:br/>
        <w:t>vn 0.6849 0.7285 0.0105</w:t>
        <w:br/>
        <w:t>vn 0.7993 -0.1457 -0.5829</w:t>
        <w:br/>
        <w:t>vn 0.2971 -0.3810 -0.8755</w:t>
        <w:br/>
        <w:t>vn -0.0535 -0.8112 -0.5823</w:t>
        <w:br/>
        <w:t>vn -0.3303 -0.9432 -0.0366</w:t>
        <w:br/>
        <w:t>vn -0.0094 -0.8687 0.4952</w:t>
        <w:br/>
        <w:t>vn 0.3663 -0.4707 0.8027</w:t>
        <w:br/>
        <w:t>vn 0.8445 -0.2037 0.4952</w:t>
        <w:br/>
        <w:t>vn 0.9952 0.0900 -0.0373</w:t>
        <w:br/>
        <w:t>vn -0.3303 -0.9432 -0.0367</w:t>
        <w:br/>
        <w:t>vn 0.5929 0.0000 -0.8053</w:t>
        <w:br/>
        <w:t>vn 0.5798 0.0000 -0.8148</w:t>
        <w:br/>
        <w:t>vn 0.5799 -0.0000 -0.8147</w:t>
        <w:br/>
        <w:t>vn 0.5929 0.0000 -0.8052</w:t>
        <w:br/>
        <w:t>vn 0.6942 0.0000 -0.7198</w:t>
        <w:br/>
        <w:t>vn -0.5929 0.0000 0.8053</w:t>
        <w:br/>
        <w:t>vn -0.5798 0.0000 0.8147</w:t>
        <w:br/>
        <w:t>vn -0.5798 0.0000 0.8148</w:t>
        <w:br/>
        <w:t>vn -0.6942 0.0000 0.7198</w:t>
        <w:br/>
        <w:t>vn -0.0632 0.9969 -0.0466</w:t>
        <w:br/>
        <w:t>vn -0.0633 0.9969 -0.0468</w:t>
        <w:br/>
        <w:t>vn -0.2209 0.9616 -0.1627</w:t>
        <w:br/>
        <w:t>vn -0.2208 0.9616 -0.1627</w:t>
        <w:br/>
        <w:t>vn -0.2317 -0.9577 -0.1705</w:t>
        <w:br/>
        <w:t>vn -0.0743 -0.9957 -0.0549</w:t>
        <w:br/>
        <w:t>vn -0.0745 -0.9957 -0.0547</w:t>
        <w:br/>
        <w:t>vn 0.3126 -0.9217 0.2299</w:t>
        <w:br/>
        <w:t>vn 0.3126 -0.9217 0.2298</w:t>
        <w:br/>
        <w:t>vn 0.3127 0.9216 0.2301</w:t>
        <w:br/>
        <w:t>vn -0.8056 0.0000 -0.5924</w:t>
        <w:br/>
        <w:t>vn -0.8029 0.0000 0.5961</w:t>
        <w:br/>
        <w:t>vn 0.8029 0.0000 -0.5961</w:t>
        <w:br/>
        <w:t>vn -0.2191 0.6087 0.7626</w:t>
        <w:br/>
        <w:t>vn -0.4716 0.6849 0.5555</w:t>
        <w:br/>
        <w:t>vn -0.2192 0.6086 0.7626</w:t>
        <w:br/>
        <w:t>vn -0.0608 0.5912 0.8042</w:t>
        <w:br/>
        <w:t>vn -0.0488 0.5766 0.8156</w:t>
        <w:br/>
        <w:t>vn -0.0488 -0.5767 0.8155</w:t>
        <w:br/>
        <w:t>vn -0.0608 -0.5913 0.8041</w:t>
        <w:br/>
        <w:t>vn -0.2192 -0.6088 0.7625</w:t>
        <w:br/>
        <w:t>vn -0.1697 0.5539 0.8151</w:t>
        <w:br/>
        <w:t>vn -0.2533 0.5746 0.7782</w:t>
        <w:br/>
        <w:t>vn -0.2191 -0.6088 0.7624</w:t>
        <w:br/>
        <w:t>vn -0.4716 -0.6850 0.5553</w:t>
        <w:br/>
        <w:t>vn -0.1696 -0.5540 0.8150</w:t>
        <w:br/>
        <w:t>vn -0.2060 -0.6111 0.7643</w:t>
        <w:br/>
        <w:t>vn -0.2533 -0.5748 0.7781</w:t>
        <w:br/>
        <w:t>vn -0.2061 0.6108 0.7645</w:t>
        <w:br/>
        <w:t>vn 0.2603 0.8846 0.3869</w:t>
        <w:br/>
        <w:t>vn -0.0886 0.9177 0.3874</w:t>
        <w:br/>
        <w:t>vn 0.3847 0.7658 0.5153</w:t>
        <w:br/>
        <w:t>vn -0.6408 -0.2243 0.7342</w:t>
        <w:br/>
        <w:t>vn -0.1148 -0.4185 0.9009</w:t>
        <w:br/>
        <w:t>vn -0.4353 -0.3104 0.8451</w:t>
        <w:br/>
        <w:t>vn 0.5442 0.6281 0.5561</w:t>
        <w:br/>
        <w:t>vn -0.7569 -0.0198 0.6532</w:t>
        <w:br/>
        <w:t>vn 0.6152 0.3226 0.7193</w:t>
        <w:br/>
        <w:t>vn 0.5438 0.3464 0.7644</w:t>
        <w:br/>
        <w:t>vn -0.8521 0.2477 0.4610</w:t>
        <w:br/>
        <w:t>vn -0.8056 0.2761 0.5241</w:t>
        <w:br/>
        <w:t>vn 0.5239 0.0077 0.8518</w:t>
        <w:br/>
        <w:t>vn -0.7379 0.5598 0.3769</w:t>
        <w:br/>
        <w:t>vn 0.2222 -0.2697 0.9370</w:t>
        <w:br/>
        <w:t>vn 0.3561 -0.1020 0.9289</w:t>
        <w:br/>
        <w:t>vn -0.6089 0.7451 0.2721</w:t>
        <w:br/>
        <w:t>vn -0.3964 0.8742 0.2806</w:t>
        <w:br/>
        <w:t>vn -0.1209 -0.3545 0.9272</w:t>
        <w:br/>
        <w:t>vn -0.1277 -0.2713 0.9540</w:t>
        <w:br/>
        <w:t>vn -0.0692 0.9683 0.2399</w:t>
        <w:br/>
        <w:t>vn -0.0798 0.9444 0.3190</w:t>
        <w:br/>
        <w:t>vn -0.4578 -0.2940 0.8390</w:t>
        <w:br/>
        <w:t>vn 0.2391 0.8969 0.3720</w:t>
        <w:br/>
        <w:t>vn -0.7417 -0.0375 0.6697</w:t>
        <w:br/>
        <w:t>vn -0.5953 -0.1360 0.7919</w:t>
        <w:br/>
        <w:t>vn 0.4540 0.7831 0.4251</w:t>
        <w:br/>
        <w:t>vn 0.5608 0.6062 0.5640</w:t>
        <w:br/>
        <w:t>vn -0.8136 0.2717 0.5140</w:t>
        <w:br/>
        <w:t>vn -0.7597 0.2999 0.5770</w:t>
        <w:br/>
        <w:t>vn 0.6683 0.3020 0.6798</w:t>
        <w:br/>
        <w:t>vn 0.6040 0.3266 0.7270</w:t>
        <w:br/>
        <w:t>vn -0.7212 0.5830 0.3741</w:t>
        <w:br/>
        <w:t>vn 0.5418 0.0267 0.8401</w:t>
        <w:br/>
        <w:t>vn -0.4200 0.8604 0.2888</w:t>
        <w:br/>
        <w:t>vn -0.5668 0.7319 0.3783</w:t>
        <w:br/>
        <w:t>vn 0.4221 -0.1864 0.8872</w:t>
        <w:br/>
        <w:t>vn 0.2000 -0.2877 0.9366</w:t>
        <w:br/>
        <w:t>vn -0.0780 0.9488 0.3062</w:t>
        <w:br/>
        <w:t>vn -0.1221 -0.3415 0.9319</w:t>
        <w:br/>
        <w:t>vn -0.1431 0.4436 0.8847</w:t>
        <w:br/>
        <w:t>vn -0.0787 0.9471 0.3111</w:t>
        <w:br/>
        <w:t>vn -0.8107 0.2660 0.5216</w:t>
        <w:br/>
        <w:t>vn -0.1462 0.2022 0.9684</w:t>
        <w:br/>
        <w:t>vn 0.6097 0.3231 0.7238</w:t>
        <w:br/>
        <w:t>vn 0.0297 0.9025 -0.4298</w:t>
        <w:br/>
        <w:t>vn -0.6786 0.6131 -0.4046</w:t>
        <w:br/>
        <w:t>vn -0.9894 -0.0406 -0.1393</w:t>
        <w:br/>
        <w:t>vn -0.9721 -0.2307 -0.0429</w:t>
        <w:br/>
        <w:t>vn 0.9577 -0.1680 0.2335</w:t>
        <w:br/>
        <w:t>vn 0.9892 0.0386 0.1413</w:t>
        <w:br/>
        <w:t>vn 0.6934 0.7165 -0.0768</w:t>
        <w:br/>
        <w:t>vn 0.1213 0.3497 -0.9290</w:t>
        <w:br/>
        <w:t>vn 0.0297 0.9024 -0.4298</w:t>
        <w:br/>
        <w:t>vn -0.6134 -0.3425 -0.7117</w:t>
        <w:br/>
        <w:t>vn 0.8092 -0.2869 -0.5128</w:t>
        <w:br/>
        <w:t>vn 0.9892 0.0385 0.1413</w:t>
        <w:br/>
        <w:t>vn 0.6652 0.2789 -0.6926</w:t>
        <w:br/>
        <w:t>vn 0.6933 0.7165 -0.0767</w:t>
        <w:br/>
        <w:t>vn 0.1439 -0.4280 -0.8922</w:t>
        <w:br/>
        <w:t>vn 0.1277 -0.6463 -0.7523</w:t>
        <w:br/>
        <w:t>vn -0.7941 0.1516 0.5886</w:t>
        <w:br/>
        <w:t>vn -0.9838 0.0417 -0.1741</w:t>
        <w:br/>
        <w:t>vn -0.7906 0.3484 0.5036</w:t>
        <w:br/>
        <w:t>vn -0.6006 -0.4581 -0.6553</w:t>
        <w:br/>
        <w:t>vn -0.5963 -0.2548 -0.7613</w:t>
        <w:br/>
        <w:t>vn 0.1437 -0.3714 -0.9173</w:t>
        <w:br/>
        <w:t>vn 0.7837 -0.4202 -0.4574</w:t>
        <w:br/>
        <w:t>vn 0.8014 -0.2365 -0.5494</w:t>
        <w:br/>
        <w:t>vn 0.9899 0.0671 0.1251</w:t>
        <w:br/>
        <w:t>vn 0.5840 0.1906 0.7890</w:t>
        <w:br/>
        <w:t>vn 0.5971 0.3661 0.7137</w:t>
        <w:br/>
        <w:t>vn -0.1372 0.4786 0.8672</w:t>
        <w:br/>
        <w:t>vn 0.6934 0.7165 -0.0767</w:t>
        <w:br/>
        <w:t>vn -0.7195 -0.1169 0.6846</w:t>
        <w:br/>
        <w:t>vn -0.7194 -0.1169 0.6847</w:t>
        <w:br/>
        <w:t>vn -0.5661 -0.2416 0.7881</w:t>
        <w:br/>
        <w:t>vn -0.5661 -0.2418 0.7881</w:t>
        <w:br/>
        <w:t>vn 0.5185 0.6863 0.5100</w:t>
        <w:br/>
        <w:t>vn 0.5188 0.6862 0.5098</w:t>
        <w:br/>
        <w:t>vn 0.3623 0.8231 0.4374</w:t>
        <w:br/>
        <w:t>vn 0.3622 0.8232 0.4371</w:t>
        <w:br/>
        <w:t>vn 0.7094 0.1018 -0.6974</w:t>
        <w:br/>
        <w:t>vn 0.5586 0.2239 -0.7987</w:t>
        <w:br/>
        <w:t>vn 0.5589 0.2235 -0.7985</w:t>
        <w:br/>
        <w:t>vn -0.5233 -0.6866 -0.5047</w:t>
        <w:br/>
        <w:t>vn -0.3662 -0.8245 -0.4315</w:t>
        <w:br/>
        <w:t>vn -0.3663 -0.8244 -0.4315</w:t>
        <w:br/>
        <w:t>vn -0.5233 -0.6866 -0.5046</w:t>
        <w:br/>
        <w:t>vn -0.1206 -0.3583 0.9258</w:t>
        <w:br/>
        <w:t>vn -0.1205 -0.3582 0.9258</w:t>
        <w:br/>
        <w:t>vn -0.0795 0.9451 0.3170</w:t>
        <w:br/>
        <w:t>vn -0.0795 0.9450 0.3172</w:t>
        <w:br/>
        <w:t>vn 0.1223 0.3375 -0.9333</w:t>
        <w:br/>
        <w:t>vn 0.1223 0.3374 -0.9334</w:t>
        <w:br/>
        <w:t>vn 0.0786 -0.9475 -0.3101</w:t>
        <w:br/>
        <w:t>vn 0.0786 -0.9474 -0.3103</w:t>
        <w:br/>
        <w:t>vn 0.3368 -0.2091 0.9181</w:t>
        <w:br/>
        <w:t>vn 0.3366 -0.2092 0.9181</w:t>
        <w:br/>
        <w:t>vn -0.5275 0.7913 0.3092</w:t>
        <w:br/>
        <w:t>vn -0.5277 0.7911 0.3093</w:t>
        <w:br/>
        <w:t>vn -0.3252 0.1922 -0.9259</w:t>
        <w:br/>
        <w:t>vn -0.3255 0.1919 -0.9259</w:t>
        <w:br/>
        <w:t>vn 0.5296 -0.7925 -0.3025</w:t>
        <w:br/>
        <w:t>vn 0.5297 -0.7925 -0.3024</w:t>
        <w:br/>
        <w:t>vn 0.5037 -0.0731 0.8608</w:t>
        <w:br/>
        <w:t>vn -0.6879 0.6432 0.3362</w:t>
        <w:br/>
        <w:t>vn -0.6880 0.6432 0.3361</w:t>
        <w:br/>
        <w:t>vn -0.4897 0.0591 -0.8699</w:t>
        <w:br/>
        <w:t>vn -0.4898 0.0591 -0.8699</w:t>
        <w:br/>
        <w:t>vn 0.6909 -0.6433 -0.3299</w:t>
        <w:br/>
        <w:t>vn 0.5719 0.3375 0.7477</w:t>
        <w:br/>
        <w:t>vn 0.5718 0.3376 0.7477</w:t>
        <w:br/>
        <w:t>vn 0.3899 0.7676 0.5087</w:t>
        <w:br/>
        <w:t>vn 0.3900 0.7675 0.5088</w:t>
        <w:br/>
        <w:t>vn -0.7757 0.2920 0.5594</w:t>
        <w:br/>
        <w:t>vn -0.7757 0.2921 0.5595</w:t>
        <w:br/>
        <w:t>vn -0.5950 -0.1351 0.7923</w:t>
        <w:br/>
        <w:t>vn -0.5952 -0.1353 0.7921</w:t>
        <w:br/>
        <w:t>vn -0.5496 -0.3444 -0.7612</w:t>
        <w:br/>
        <w:t>vn -0.3726 -0.7621 -0.5295</w:t>
        <w:br/>
        <w:t>vn -0.5496 -0.3443 -0.7612</w:t>
        <w:br/>
        <w:t>vn 0.7680 -0.2959 -0.5680</w:t>
        <w:br/>
        <w:t>vn 0.5898 0.1256 -0.7977</w:t>
        <w:br/>
        <w:t>vn 0.5896 0.1257 -0.7979</w:t>
        <w:br/>
        <w:t>vn 0.7679 -0.2958 -0.5682</w:t>
        <w:br/>
        <w:t>vn -0.0847 0.9310 0.3550</w:t>
        <w:br/>
        <w:t>vn -0.0843 0.9310 0.3552</w:t>
        <w:br/>
        <w:t>vn -0.1258 -0.2952 0.9471</w:t>
        <w:br/>
        <w:t>vn -0.1258 -0.2953 0.9471</w:t>
        <w:br/>
        <w:t>vn 0.0876 -0.9207 -0.3804</w:t>
        <w:br/>
        <w:t>vn 0.0876 -0.9206 -0.3805</w:t>
        <w:br/>
        <w:t>vn 0.1267 0.2834 -0.9506</w:t>
        <w:br/>
        <w:t>vn 0.1267 0.2833 -0.9506</w:t>
        <w:br/>
        <w:t>vn -0.5705 0.7333 0.3699</w:t>
        <w:br/>
        <w:t>vn -0.5706 0.7332 0.3699</w:t>
        <w:br/>
        <w:t>vn 0.3556 -0.1015 0.9291</w:t>
        <w:br/>
        <w:t>vn 0.3555 -0.1015 0.9291</w:t>
        <w:br/>
        <w:t>vn 0.5591 -0.7288 -0.3954</w:t>
        <w:br/>
        <w:t>vn 0.5592 -0.7288 -0.3953</w:t>
        <w:br/>
        <w:t>vn -0.3482 0.0924 -0.9329</w:t>
        <w:br/>
        <w:t>vn -0.3482 0.0923 -0.9329</w:t>
        <w:br/>
        <w:t>vn -0.7821 0.2890 0.5521</w:t>
        <w:br/>
        <w:t>vn 0.5647 0.3396 0.7522</w:t>
        <w:br/>
        <w:t>vn 0.5646 0.3397 0.7522</w:t>
        <w:br/>
        <w:t>vn 0.7644 -0.2976 -0.5720</w:t>
        <w:br/>
        <w:t>vn 0.7642 -0.2975 -0.5722</w:t>
        <w:br/>
        <w:t>vn -0.5542 -0.3429 -0.7585</w:t>
        <w:br/>
        <w:t>vn -0.5541 -0.3434 -0.7583</w:t>
        <w:br/>
        <w:t>vn -0.5991 -0.1426 0.7879</w:t>
        <w:br/>
        <w:t>vn -0.5988 -0.1428 0.7880</w:t>
        <w:br/>
        <w:t>vn 0.3839 0.7657 0.5161</w:t>
        <w:br/>
        <w:t>vn 0.3836 0.7660 0.5159</w:t>
        <w:br/>
        <w:t>vn 0.5869 0.1211 -0.8005</w:t>
        <w:br/>
        <w:t>vn 0.5870 0.1210 -0.8005</w:t>
        <w:br/>
        <w:t>vn -0.3764 -0.7632 -0.5252</w:t>
        <w:br/>
        <w:t>vn -0.3762 -0.7632 -0.5254</w:t>
        <w:br/>
        <w:t>vn -0.1250 -0.3040 0.9444</w:t>
        <w:br/>
        <w:t>vn -0.1249 -0.3039 0.9445</w:t>
        <w:br/>
        <w:t>vn -0.0859 0.9270 0.3650</w:t>
        <w:br/>
        <w:t>vn -0.0858 0.9272 0.3645</w:t>
        <w:br/>
        <w:t>vn 0.1271 0.2783 -0.9521</w:t>
        <w:br/>
        <w:t>vn 0.1268 0.2782 -0.9521</w:t>
        <w:br/>
        <w:t>vn 0.0869 -0.9227 -0.3757</w:t>
        <w:br/>
        <w:t>vn 0.0870 -0.9227 -0.3756</w:t>
        <w:br/>
        <w:t>vn 0.3609 -0.1081 0.9263</w:t>
        <w:br/>
        <w:t>vn 0.3611 -0.1079 0.9263</w:t>
        <w:br/>
        <w:t>vn -0.5664 0.7316 0.3795</w:t>
        <w:br/>
        <w:t>vn -0.5664 0.7316 0.3794</w:t>
        <w:br/>
        <w:t>vn -0.3450 0.0883 -0.9345</w:t>
        <w:br/>
        <w:t>vn -0.3450 0.0884 -0.9344</w:t>
        <w:br/>
        <w:t>vn 0.5618 -0.7296 -0.3900</w:t>
        <w:br/>
        <w:t>vn 0.5617 -0.7296 -0.3901</w:t>
        <w:br/>
        <w:t>vn 0.6878 -0.7002 0.1912</w:t>
        <w:br/>
        <w:t>vn 0.1252 -0.9311 0.3426</w:t>
        <w:br/>
        <w:t>vn 0.3969 -0.8847 0.2443</w:t>
        <w:br/>
        <w:t>vn -0.2796 -0.6737 0.6840</w:t>
        <w:br/>
        <w:t>vn -0.3249 -0.4031 0.8555</w:t>
        <w:br/>
        <w:t>vn -0.2533 -0.0476 0.9662</w:t>
        <w:br/>
        <w:t>vn -0.1006 0.1701 0.9803</w:t>
        <w:br/>
        <w:t>vn 0.8443 -0.4909 0.2151</w:t>
        <w:br/>
        <w:t>vn 0.6619 -0.6194 0.4222</w:t>
        <w:br/>
        <w:t>vn 0.2481 0.0627 0.9667</w:t>
        <w:br/>
        <w:t>vn 0.3852 0.1156 0.9156</w:t>
        <w:br/>
        <w:t>vn 0.0561 0.0596 0.9966</w:t>
        <w:br/>
        <w:t>vn 0.8545 0.1251 0.5042</w:t>
        <w:br/>
        <w:t>vn -0.0840 -0.1694 0.9820</w:t>
        <w:br/>
        <w:t>vn -0.0048 -0.5127 0.8586</w:t>
        <w:br/>
        <w:t>vn 0.4331 0.3984 0.8085</w:t>
        <w:br/>
        <w:t>vn 0.8545 0.1252 0.5042</w:t>
        <w:br/>
        <w:t>vn 0.6628 0.5704 0.4851</w:t>
        <w:br/>
        <w:t>vn 0.6629 0.5703 0.4852</w:t>
        <w:br/>
        <w:t>vn 0.6207 -0.6931 0.3664</w:t>
        <w:br/>
        <w:t>vn 0.7965 -0.4382 0.4167</w:t>
        <w:br/>
        <w:t>vn 0.7686 -0.2841 0.5733</w:t>
        <w:br/>
        <w:t>vn 0.4729 -0.7243 0.5017</w:t>
        <w:br/>
        <w:t>vn 0.3228 -0.7695 0.5510</w:t>
        <w:br/>
        <w:t>vn 0.6618 -0.6194 0.4223</w:t>
        <w:br/>
        <w:t>vn 0.7509 -0.1151 0.6503</w:t>
        <w:br/>
        <w:t>vn -0.3998 0.3624 -0.8419</w:t>
        <w:br/>
        <w:t>vn -0.3992 0.3632 -0.8418</w:t>
        <w:br/>
        <w:t>vn -0.3993 0.3631 -0.8419</w:t>
        <w:br/>
        <w:t>vn -0.3999 0.3643 -0.8411</w:t>
        <w:br/>
        <w:t>vn -0.3998 0.3645 -0.8411</w:t>
        <w:br/>
        <w:t>vn -0.4017 0.3661 -0.8394</w:t>
        <w:br/>
        <w:t>vn -0.4014 0.3662 -0.8395</w:t>
        <w:br/>
        <w:t>vn -0.4021 0.3654 -0.8395</w:t>
        <w:br/>
        <w:t>vn -0.4022 0.3655 -0.8394</w:t>
        <w:br/>
        <w:t>vn -0.3997 0.3650 -0.8409</w:t>
        <w:br/>
        <w:t>vn -0.3997 0.3650 -0.8408</w:t>
        <w:br/>
        <w:t>vn -0.3981 0.3648 -0.8417</w:t>
        <w:br/>
        <w:t>vn -0.3983 0.3648 -0.8416</w:t>
        <w:br/>
        <w:t>vn -0.3988 0.3638 -0.8418</w:t>
        <w:br/>
        <w:t>vn -0.3981 0.3644 -0.8419</w:t>
        <w:br/>
        <w:t>vn -0.1647 -0.0515 -0.9850</w:t>
        <w:br/>
        <w:t>vn -0.1613 -0.0762 -0.9840</w:t>
        <w:br/>
        <w:t>vn -0.1598 -0.0896 -0.9831</w:t>
        <w:br/>
        <w:t>vn -0.1644 -0.0494 -0.9852</w:t>
        <w:br/>
        <w:t>vn -0.2445 -0.1153 -0.9628</w:t>
        <w:br/>
        <w:t>vn -0.2520 -0.1164 -0.9607</w:t>
        <w:br/>
        <w:t>vn -0.2334 -0.1091 -0.9662</w:t>
        <w:br/>
        <w:t>vn -0.2242 -0.1054 -0.9688</w:t>
        <w:br/>
        <w:t>vn -0.3435 -0.1193 -0.9315</w:t>
        <w:br/>
        <w:t>vn -0.3579 -0.1408 -0.9231</w:t>
        <w:br/>
        <w:t>vn -0.2928 -0.0781 -0.9530</w:t>
        <w:br/>
        <w:t>vn -0.4131 -0.0890 -0.9063</w:t>
        <w:br/>
        <w:t>vn -0.3957 -0.0646 -0.9161</w:t>
        <w:br/>
        <w:t>vn -0.5302 -0.0954 -0.8425</w:t>
        <w:br/>
        <w:t>vn -0.2147 -0.0752 -0.9738</w:t>
        <w:br/>
        <w:t>vn -0.2136 -0.0823 -0.9735</w:t>
        <w:br/>
        <w:t>vn 0.1608 -0.0331 -0.9864</w:t>
        <w:br/>
        <w:t>vn 0.1635 -0.0729 -0.9838</w:t>
        <w:br/>
        <w:t>vn 0.1614 -0.0534 -0.9854</w:t>
        <w:br/>
        <w:t>vn 0.1569 -0.0144 -0.9875</w:t>
        <w:br/>
        <w:t>vn 0.2377 -0.1114 -0.9649</w:t>
        <w:br/>
        <w:t>vn 0.2433 -0.1171 -0.9628</w:t>
        <w:br/>
        <w:t>vn 0.2458 -0.1123 -0.9628</w:t>
        <w:br/>
        <w:t>vn 0.2421 -0.1196 -0.9629</w:t>
        <w:br/>
        <w:t>vn 0.3484 -0.0788 -0.9340</w:t>
        <w:br/>
        <w:t>vn 0.3114 -0.0521 -0.9489</w:t>
        <w:br/>
        <w:t>vn 0.3191 -0.0902 -0.9434</w:t>
        <w:br/>
        <w:t>vn 0.4314 -0.0945 -0.8972</w:t>
        <w:br/>
        <w:t>vn 0.5280 -0.0961 -0.8438</w:t>
        <w:br/>
        <w:t>vn 0.3962 -0.0689 -0.9156</w:t>
        <w:br/>
        <w:t>vn 0.2310 -0.0837 -0.9694</w:t>
        <w:br/>
        <w:t>vn 0.2190 -0.0611 -0.9738</w:t>
        <w:br/>
        <w:t>vn -0.5117 -0.1160 -0.8513</w:t>
        <w:br/>
        <w:t>vn 0.5112 -0.1134 -0.8519</w:t>
        <w:br/>
        <w:t>vn 0.7073 0.0000 -0.7069</w:t>
        <w:br/>
        <w:t>vn 0.7072 -0.0000 -0.7070</w:t>
        <w:br/>
        <w:t>vn -0.7072 0.0000 -0.7070</w:t>
        <w:br/>
        <w:t>vn -0.7070 0.0000 0.7073</w:t>
        <w:br/>
        <w:t>vn -0.7069 0.0000 0.7073</w:t>
        <w:br/>
        <w:t>vn -0.7070 0.0000 0.7072</w:t>
        <w:br/>
        <w:t>vn 0.7072 -0.0000 0.7070</w:t>
        <w:br/>
        <w:t>vn -0.9301 0.1807 -0.3199</w:t>
        <w:br/>
        <w:t>vn -0.6578 0.7532 0.0032</w:t>
        <w:br/>
        <w:t>vn -0.7061 0.6416 0.2996</w:t>
        <w:br/>
        <w:t>vn -0.9985 0.0267 -0.0476</w:t>
        <w:br/>
        <w:t>vn -0.7061 -0.5879 -0.3948</w:t>
        <w:br/>
        <w:t>vn 0.0000 -0.8426 -0.5386</w:t>
        <w:br/>
        <w:t>vn -0.0000 -0.6291 -0.7773</w:t>
        <w:br/>
        <w:t>vn -0.6578 -0.3918 -0.6433</w:t>
        <w:br/>
        <w:t>vn -0.6985 -0.5312 -0.4795</w:t>
        <w:br/>
        <w:t>vn -0.0000 -0.7832 -0.6217</w:t>
        <w:br/>
        <w:t>vn -0.9920 -0.1058 -0.0688</w:t>
        <w:br/>
        <w:t>vn -0.0000 0.9905 0.1373</w:t>
        <w:br/>
        <w:t>vn 0.0001 0.8963 0.4434</w:t>
        <w:br/>
        <w:t>vn 0.0000 0.9369 0.3495</w:t>
        <w:br/>
        <w:t>vn -0.6986 0.6848 0.2072</w:t>
        <w:br/>
        <w:t>vn 0.0000 0.8395 -0.5433</w:t>
        <w:br/>
        <w:t>vn -0.3284 0.7211 -0.6101</w:t>
        <w:br/>
        <w:t>vn -0.7927 0.5384 -0.2858</w:t>
        <w:br/>
        <w:t>vn -0.6162 0.3873 -0.6857</w:t>
        <w:br/>
        <w:t>vn -0.6164 0.3873 -0.6856</w:t>
        <w:br/>
        <w:t>vn -0.3284 0.1501 -0.9325</w:t>
        <w:br/>
        <w:t>vn 0.0000 0.0317 -0.9995</w:t>
        <w:br/>
        <w:t>vn -0.3283 0.1501 -0.9326</w:t>
        <w:br/>
        <w:t>vn 0.0001 0.8396 -0.5432</w:t>
        <w:br/>
        <w:t>vn -0.6162 0.3873 -0.6858</w:t>
        <w:br/>
        <w:t>vn 0.9301 0.1807 -0.3199</w:t>
        <w:br/>
        <w:t>vn 0.9985 0.0268 -0.0475</w:t>
        <w:br/>
        <w:t>vn 0.7061 0.6416 0.2996</w:t>
        <w:br/>
        <w:t>vn 0.6578 0.7532 0.0033</w:t>
        <w:br/>
        <w:t>vn 0.7061 -0.5879 -0.3948</w:t>
        <w:br/>
        <w:t>vn 0.6578 -0.3918 -0.6433</w:t>
        <w:br/>
        <w:t>vn -0.0000 -0.7832 -0.6218</w:t>
        <w:br/>
        <w:t>vn 0.6985 -0.5312 -0.4796</w:t>
        <w:br/>
        <w:t>vn 0.9920 -0.1058 -0.0688</w:t>
        <w:br/>
        <w:t>vn 0.0000 0.9905 0.1372</w:t>
        <w:br/>
        <w:t>vn -0.0001 0.8963 0.4434</w:t>
        <w:br/>
        <w:t>vn 0.6986 0.6848 0.2073</w:t>
        <w:br/>
        <w:t>vn -0.0001 0.9369 0.3495</w:t>
        <w:br/>
        <w:t>vn 0.3285 0.7211 -0.6100</w:t>
        <w:br/>
        <w:t>vn -0.0001 0.8396 -0.5433</w:t>
        <w:br/>
        <w:t>vn 0.7930 0.5380 -0.2859</w:t>
        <w:br/>
        <w:t>vn 0.6164 0.3873 -0.6856</w:t>
        <w:br/>
        <w:t>vn 0.3283 0.1501 -0.9326</w:t>
        <w:br/>
        <w:t>vn 0.3284 0.7211 -0.6101</w:t>
        <w:br/>
        <w:t>vn 0.0000 0.0316 -0.9995</w:t>
        <w:br/>
        <w:t>vn -0.0001 0.8395 -0.5433</w:t>
        <w:br/>
        <w:t>vn 0.6163 0.3873 -0.6857</w:t>
        <w:br/>
        <w:t>vn -0.7025 -0.6197 -0.3499</w:t>
        <w:br/>
        <w:t>vn -0.5075 -0.0496 -0.8602</w:t>
        <w:br/>
        <w:t>vn -0.6541 0.0087 -0.7564</w:t>
        <w:br/>
        <w:t>vn -0.8520 -0.4559 -0.2574</w:t>
        <w:br/>
        <w:t>vn -1.0000 0.0029 0.0015</w:t>
        <w:br/>
        <w:t>vn -0.9580 0.2498 0.1408</w:t>
        <w:br/>
        <w:t>vn -0.5562 0.5418 -0.6302</w:t>
        <w:br/>
        <w:t>vn -0.6517 0.3732 -0.6603</w:t>
        <w:br/>
        <w:t>vn -0.5797 0.7095 0.4007</w:t>
        <w:br/>
        <w:t>vn -0.2874 0.8341 0.4709</w:t>
        <w:br/>
        <w:t>vn -0.1613 0.8801 -0.4466</w:t>
        <w:br/>
        <w:t>vn -0.3755 0.8359 -0.4003</w:t>
        <w:br/>
        <w:t>vn -0.3414 0.2224 -0.9132</w:t>
        <w:br/>
        <w:t>vn -0.4975 0.2079 -0.8422</w:t>
        <w:br/>
        <w:t>vn -0.7096 -0.6136 -0.3464</w:t>
        <w:br/>
        <w:t>vn -0.4495 -0.0097 -0.8932</w:t>
        <w:br/>
        <w:t>vn -0.1223 0.3648 -0.9230</w:t>
        <w:br/>
        <w:t>vn -0.4682 0.6951 -0.5456</w:t>
        <w:br/>
        <w:t>vn -0.1143 0.6329 -0.7657</w:t>
        <w:br/>
        <w:t>vn -0.1140 0.5372 -0.8357</w:t>
        <w:br/>
        <w:t>vn -0.8181 0.5008 0.2827</w:t>
        <w:br/>
        <w:t>vn -0.1956 0.4925 -0.8480</w:t>
        <w:br/>
        <w:t>vn 0.0000 0.6013 -0.7990</w:t>
        <w:br/>
        <w:t>vn 0.0000 0.8708 0.4917</w:t>
        <w:br/>
        <w:t>vn -0.0000 0.9352 -0.3542</w:t>
        <w:br/>
        <w:t>vn -0.0867 0.4571 -0.8852</w:t>
        <w:br/>
        <w:t>vn -0.6054 0.1940 -0.7719</w:t>
        <w:br/>
        <w:t>vn -0.9452 -0.2842 -0.1605</w:t>
        <w:br/>
        <w:t>vn -0.6575 -0.6189 0.4297</w:t>
        <w:br/>
        <w:t>vn -0.4963 -0.7493 0.4384</w:t>
        <w:br/>
        <w:t>vn -0.4057 -0.7662 0.4984</w:t>
        <w:br/>
        <w:t>vn -0.9147 -0.1962 0.3534</w:t>
        <w:br/>
        <w:t>vn -0.8770 0.0307 0.4794</w:t>
        <w:br/>
        <w:t>vn -0.0000 -0.6412 0.7674</w:t>
        <w:br/>
        <w:t>vn -0.1945 -0.5753 0.7945</w:t>
        <w:br/>
        <w:t>vn -0.0829 -0.4790 0.8739</w:t>
        <w:br/>
        <w:t>vn 0.0000 0.1323 0.9912</w:t>
        <w:br/>
        <w:t>vn 0.0000 0.8708 0.4916</w:t>
        <w:br/>
        <w:t>vn 0.5172 0.7455 0.4205</w:t>
        <w:br/>
        <w:t>vn 0.6688 0.6476 0.3653</w:t>
        <w:br/>
        <w:t>vn 0.7965 0.5266 0.2972</w:t>
        <w:br/>
        <w:t>vn 0.7965 0.5266 0.2973</w:t>
        <w:br/>
        <w:t>vn -0.0000 0.4730 -0.8810</w:t>
        <w:br/>
        <w:t>vn 0.0627 0.4665 -0.8823</w:t>
        <w:br/>
        <w:t>vn 0.8780 -0.4173 -0.2346</w:t>
        <w:br/>
        <w:t>vn 0.8779 -0.4173 -0.2348</w:t>
        <w:br/>
        <w:t>vn 0.8778 -0.4174 -0.2349</w:t>
        <w:br/>
        <w:t>vn 0.0889 0.4437 -0.8918</w:t>
        <w:br/>
        <w:t>vn 0.6541 0.0087 -0.7564</w:t>
        <w:br/>
        <w:t>vn 0.5075 -0.0496 -0.8602</w:t>
        <w:br/>
        <w:t>vn 0.7025 -0.6197 -0.3499</w:t>
        <w:br/>
        <w:t>vn 0.8520 -0.4559 -0.2574</w:t>
        <w:br/>
        <w:t>vn 1.0000 0.0029 0.0015</w:t>
        <w:br/>
        <w:t>vn 0.6517 0.3732 -0.6603</w:t>
        <w:br/>
        <w:t>vn 0.5562 0.5418 -0.6302</w:t>
        <w:br/>
        <w:t>vn 0.9580 0.2498 0.1408</w:t>
        <w:br/>
        <w:t>vn 0.5797 0.7095 0.4007</w:t>
        <w:br/>
        <w:t>vn 0.3755 0.8359 -0.4003</w:t>
        <w:br/>
        <w:t>vn 0.1612 0.8801 -0.4466</w:t>
        <w:br/>
        <w:t>vn 0.2874 0.8340 0.4709</w:t>
        <w:br/>
        <w:t>vn 0.4975 0.2079 -0.8422</w:t>
        <w:br/>
        <w:t>vn 0.3414 0.2224 -0.9132</w:t>
        <w:br/>
        <w:t>vn 0.4495 -0.0097 -0.8932</w:t>
        <w:br/>
        <w:t>vn 0.7096 -0.6136 -0.3464</w:t>
        <w:br/>
        <w:t>vn 0.1223 0.3648 -0.9230</w:t>
        <w:br/>
        <w:t>vn 0.4682 0.6951 -0.5456</w:t>
        <w:br/>
        <w:t>vn 0.1139 0.5371 -0.8358</w:t>
        <w:br/>
        <w:t>vn 0.1143 0.6329 -0.7657</w:t>
        <w:br/>
        <w:t>vn 0.8181 0.5008 0.2827</w:t>
        <w:br/>
        <w:t>vn 0.1957 0.4925 -0.8480</w:t>
        <w:br/>
        <w:t>vn -0.0000 0.6014 -0.7990</w:t>
        <w:br/>
        <w:t>vn 0.0867 0.4571 -0.8852</w:t>
        <w:br/>
        <w:t>vn 0.6053 0.1937 -0.7721</w:t>
        <w:br/>
        <w:t>vn 0.9452 -0.2842 -0.1605</w:t>
        <w:br/>
        <w:t>vn 0.6575 -0.6189 0.4297</w:t>
        <w:br/>
        <w:t>vn 0.7025 -0.6198 -0.3499</w:t>
        <w:br/>
        <w:t>vn 0.4963 -0.7493 0.4384</w:t>
        <w:br/>
        <w:t>vn 0.4057 -0.7662 0.4984</w:t>
        <w:br/>
        <w:t>vn 0.4448 -0.5667 0.6936</w:t>
        <w:br/>
        <w:t>vn 0.9147 -0.1962 0.3533</w:t>
        <w:br/>
        <w:t>vn 0.8770 0.0307 0.4795</w:t>
        <w:br/>
        <w:t>vn 0.5797 0.7096 0.4006</w:t>
        <w:br/>
        <w:t>vn 0.2874 0.8341 0.4709</w:t>
        <w:br/>
        <w:t>vn 0.1714 0.1116 0.9789</w:t>
        <w:br/>
        <w:t>vn 0.3473 0.0355 0.9371</w:t>
        <w:br/>
        <w:t>vn 0.1945 -0.5753 0.7945</w:t>
        <w:br/>
        <w:t>vn 0.0660 -0.4909 0.8687</w:t>
        <w:br/>
        <w:t>vn 0.0829 -0.4790 0.8739</w:t>
        <w:br/>
        <w:t>vn 0.4852 -0.0969 0.8690</w:t>
        <w:br/>
        <w:t>vn -0.5172 0.7455 0.4205</w:t>
        <w:br/>
        <w:t>vn -0.6688 0.6475 0.3653</w:t>
        <w:br/>
        <w:t>vn -0.6687 0.6476 0.3653</w:t>
        <w:br/>
        <w:t>vn -0.7965 0.5266 0.2973</w:t>
        <w:br/>
        <w:t>vn -0.7965 0.5266 0.2972</w:t>
        <w:br/>
        <w:t>vn -0.7964 0.5266 0.2973</w:t>
        <w:br/>
        <w:t>vn -0.0627 0.4664 -0.8823</w:t>
        <w:br/>
        <w:t>vn -0.8780 -0.4173 -0.2346</w:t>
        <w:br/>
        <w:t>vn -0.8779 -0.4173 -0.2347</w:t>
        <w:br/>
        <w:t>vn -0.8778 -0.4174 -0.2349</w:t>
        <w:br/>
        <w:t>vn -0.8779 -0.4173 -0.2348</w:t>
        <w:br/>
        <w:t>vn -0.0890 0.4436 -0.8918</w:t>
        <w:br/>
        <w:t>vn 0.5143 0.8462 -0.1393</w:t>
        <w:br/>
        <w:t>vn 0.7272 0.6118 0.3113</w:t>
        <w:br/>
        <w:t>vn 0.9617 0.2435 0.1256</w:t>
        <w:br/>
        <w:t>vn 0.6834 0.5527 -0.4769</w:t>
        <w:br/>
        <w:t>vn 0.0000 0.6805 -0.7327</w:t>
        <w:br/>
        <w:t>vn -0.0000 0.9430 -0.3328</w:t>
        <w:br/>
        <w:t>vn 0.5134 0.3871 0.7659</w:t>
        <w:br/>
        <w:t>vn -0.0000 0.2884 0.9575</w:t>
        <w:br/>
        <w:t>vn -0.0000 -0.1901 0.9818</w:t>
        <w:br/>
        <w:t>vn 0.6819 -0.0596 0.7290</w:t>
        <w:br/>
        <w:t>vn -0.0000 0.8919 0.4522</w:t>
        <w:br/>
        <w:t>vn -0.5143 0.8462 -0.1393</w:t>
        <w:br/>
        <w:t>vn -0.6835 0.5527 -0.4769</w:t>
        <w:br/>
        <w:t>vn -0.9617 0.2438 0.1250</w:t>
        <w:br/>
        <w:t>vn -0.7272 0.6118 0.3113</w:t>
        <w:br/>
        <w:t>vn 0.0001 0.6805 -0.7328</w:t>
        <w:br/>
        <w:t>vn 0.0001 0.9430 -0.3328</w:t>
        <w:br/>
        <w:t>vn -0.5134 0.3870 0.7659</w:t>
        <w:br/>
        <w:t>vn -0.6820 -0.0597 0.7289</w:t>
        <w:br/>
        <w:t>vn -0.4903 -0.1379 0.8606</w:t>
        <w:br/>
        <w:t>vn 0.0038 -0.1066 0.9943</w:t>
        <w:br/>
        <w:t>vn -0.0577 0.1689 0.9839</w:t>
        <w:br/>
        <w:t>vn -0.4936 0.1688 0.8532</w:t>
        <w:br/>
        <w:t>vn -0.7366 -0.6588 0.1527</w:t>
        <w:br/>
        <w:t>vn -0.4874 -0.8729 -0.0214</w:t>
        <w:br/>
        <w:t>vn 0.2406 -0.8680 0.4345</w:t>
        <w:br/>
        <w:t>vn 0.2866 -0.5438 0.7888</w:t>
        <w:br/>
        <w:t>vn 0.7402 -0.2714 0.6152</w:t>
        <w:br/>
        <w:t>vn 0.8673 0.0386 0.4964</w:t>
        <w:br/>
        <w:t>vn 0.6522 -0.0673 0.7551</w:t>
        <w:br/>
        <w:t>vn -0.9058 0.3295 -0.2663</w:t>
        <w:br/>
        <w:t>vn -0.9882 0.1048 -0.1117</w:t>
        <w:br/>
        <w:t>vn -0.9784 0.0325 -0.2042</w:t>
        <w:br/>
        <w:t>vn 0.0639 0.6631 0.7458</w:t>
        <w:br/>
        <w:t>vn -0.3579 0.7329 0.5785</w:t>
        <w:br/>
        <w:t>vn 0.5969 0.1993 0.7772</w:t>
        <w:br/>
        <w:t>vn 0.6310 0.4370 0.6410</w:t>
        <w:br/>
        <w:t>vn 0.7097 0.4010 0.5792</w:t>
        <w:br/>
        <w:t>vn -0.9696 -0.0646 -0.2360</w:t>
        <w:br/>
        <w:t>vn -0.9876 -0.0779 -0.1364</w:t>
        <w:br/>
        <w:t>vn -0.9643 -0.1070 -0.2422</w:t>
        <w:br/>
        <w:t>vn 0.2153 0.8945 0.3918</w:t>
        <w:br/>
        <w:t>vn -0.5124 0.8572 -0.0516</w:t>
        <w:br/>
        <w:t>vn -0.8719 0.3343 -0.3579</w:t>
        <w:br/>
        <w:t>vn -0.8823 -0.2879 -0.3723</w:t>
        <w:br/>
        <w:t>vn -0.8877 0.1033 -0.4487</w:t>
        <w:br/>
        <w:t>vn -0.1963 -0.0002 0.9806</w:t>
        <w:br/>
        <w:t>vn -0.1961 0.0001 0.9806</w:t>
        <w:br/>
        <w:t>vn -0.1963 -0.0001 0.9805</w:t>
        <w:br/>
        <w:t>vn -0.1964 -0.0000 0.9805</w:t>
        <w:br/>
        <w:t>vn -0.1943 0.0006 0.9809</w:t>
        <w:br/>
        <w:t>vn -0.1962 0.0002 0.9806</w:t>
        <w:br/>
        <w:t>vn -0.1963 -0.0000 0.9806</w:t>
        <w:br/>
        <w:t>vn -0.1963 0.0002 0.9805</w:t>
        <w:br/>
        <w:t>vn -0.1962 -0.0002 0.9806</w:t>
        <w:br/>
        <w:t>vn -0.1964 0.0001 0.9805</w:t>
        <w:br/>
        <w:t>vn -0.1944 -0.0006 0.9809</w:t>
        <w:br/>
        <w:t>vn -0.1943 -0.0006 0.9809</w:t>
        <w:br/>
        <w:t>vn 0.9671 0.1653 0.1935</w:t>
        <w:br/>
        <w:t>vn 0.9671 0.1651 0.1933</w:t>
        <w:br/>
        <w:t>vn 0.9806 -0.0000 0.1962</w:t>
        <w:br/>
        <w:t>vn 0.9805 -0.0000 0.1963</w:t>
        <w:br/>
        <w:t>vn 0.9272 -0.3255 0.1853</w:t>
        <w:br/>
        <w:t>vn 0.9671 -0.1651 0.1934</w:t>
        <w:br/>
        <w:t>vn 0.9672 -0.1649 0.1933</w:t>
        <w:br/>
        <w:t>vn 0.9274 -0.3250 0.1851</w:t>
        <w:br/>
        <w:t>vn -0.9634 0.1864 -0.1926</w:t>
        <w:br/>
        <w:t>vn -0.4717 0.8767 -0.0942</w:t>
        <w:br/>
        <w:t>vn -0.4720 0.8765 -0.0943</w:t>
        <w:br/>
        <w:t>vn -0.9411 0.2810 -0.1880</w:t>
        <w:br/>
        <w:t>vn -0.3926 -0.9164 -0.0784</w:t>
        <w:br/>
        <w:t>vn -0.3928 -0.9163 -0.0783</w:t>
        <w:br/>
        <w:t>vn -0.0333 -0.9994 -0.0066</w:t>
        <w:br/>
        <w:t>vn -0.0333 -0.9994 -0.0068</w:t>
        <w:br/>
        <w:t>vn 0.3888 0.9181 0.0770</w:t>
        <w:br/>
        <w:t>vn 0.5143 0.8515 0.1021</w:t>
        <w:br/>
        <w:t>vn -0.6989 -0.7015 -0.1394</w:t>
        <w:br/>
        <w:t>vn -0.6989 -0.7016 -0.1393</w:t>
        <w:br/>
        <w:t>vn -0.6989 -0.7015 -0.1395</w:t>
        <w:br/>
        <w:t>vn -0.6990 -0.7013 -0.1399</w:t>
        <w:br/>
        <w:t>vn -0.9806 0.0000 -0.1961</w:t>
        <w:br/>
        <w:t>vn -0.4716 -0.8768 -0.0943</w:t>
        <w:br/>
        <w:t>vn -0.4719 -0.8766 -0.0943</w:t>
        <w:br/>
        <w:t>vn -0.9634 -0.1864 -0.1926</w:t>
        <w:br/>
        <w:t>vn -0.9411 -0.2809 -0.1882</w:t>
        <w:br/>
        <w:t>vn 0.9271 0.3258 0.1851</w:t>
        <w:br/>
        <w:t>vn 0.9272 0.3256 0.1851</w:t>
        <w:br/>
        <w:t>vn -0.0332 0.9994 -0.0067</w:t>
        <w:br/>
        <w:t>vn -0.3928 0.9163 -0.0784</w:t>
        <w:br/>
        <w:t>vn -0.3925 0.9164 -0.0783</w:t>
        <w:br/>
        <w:t>vn -0.0331 0.9994 -0.0066</w:t>
        <w:br/>
        <w:t>vn 0.3888 -0.9181 0.0776</w:t>
        <w:br/>
        <w:t>vn 0.5142 -0.8515 0.1027</w:t>
        <w:br/>
        <w:t>vn -0.6966 0.7039 -0.1390</w:t>
        <w:br/>
        <w:t>vn -0.6988 0.7016 -0.1395</w:t>
        <w:br/>
        <w:t>vn -0.6988 0.7015 -0.1398</w:t>
        <w:br/>
        <w:t>vn -0.6988 0.7015 -0.1397</w:t>
        <w:br/>
        <w:t>vn -0.6988 0.7016 -0.1394</w:t>
        <w:br/>
        <w:t>vn 0.7159 -0.6834 0.1431</w:t>
        <w:br/>
        <w:t>vn -0.6966 -0.7039 -0.1390</w:t>
        <w:br/>
        <w:t>vn -0.6966 -0.7039 -0.1391</w:t>
        <w:br/>
        <w:t>vn 0.7160 0.6833 0.1432</w:t>
        <w:br/>
        <w:t>vn 0.3902 0.9175 0.0778</w:t>
        <w:br/>
        <w:t>vn -0.6434 -0.7547 -0.1283</w:t>
        <w:br/>
        <w:t>vn -0.6433 -0.7547 -0.1284</w:t>
        <w:br/>
        <w:t>vn -0.6434 -0.7547 -0.1284</w:t>
        <w:br/>
        <w:t>vn -0.6398 0.7579 -0.1276</w:t>
        <w:br/>
        <w:t>vn -0.6398 0.7579 -0.1275</w:t>
        <w:br/>
        <w:t>vn 0.6319 -0.7646 0.1264</w:t>
        <w:br/>
        <w:t>vn 0.6320 -0.7646 0.1264</w:t>
        <w:br/>
        <w:t>vn 0.6319 -0.7646 0.1265</w:t>
        <w:br/>
        <w:t>vn -0.1902 -0.0000 0.9817</w:t>
        <w:br/>
        <w:t>vn 0.6313 0.7652 0.1262</w:t>
        <w:br/>
        <w:t>vn 0.6313 0.7652 0.1263</w:t>
        <w:br/>
        <w:t>vn 0.6312 0.7652 0.1263</w:t>
        <w:br/>
        <w:t>vn 0.1964 -0.0001 -0.9805</w:t>
        <w:br/>
        <w:t>vn 0.1964 0.0000 -0.9805</w:t>
        <w:br/>
        <w:t>vn 0.9806 -0.0000 0.1961</w:t>
        <w:br/>
        <w:t>vn 0.1966 0.0000 -0.9805</w:t>
        <w:br/>
        <w:t>vn 0.1967 0.0000 -0.9805</w:t>
        <w:br/>
        <w:t>vn 0.1963 -0.0002 -0.9805</w:t>
        <w:br/>
        <w:t>vn -0.1962 -0.0003 0.9806</w:t>
        <w:br/>
        <w:t>vn -0.1936 0.0001 0.9811</w:t>
        <w:br/>
        <w:t>vn -0.1937 0.0001 0.9811</w:t>
        <w:br/>
        <w:t>vn -0.1935 0.0001 0.9811</w:t>
        <w:br/>
        <w:t>vn 0.0024 -1.0000 0.0031</w:t>
        <w:br/>
        <w:t>vn 0.0012 -1.0000 0.0016</w:t>
        <w:br/>
        <w:t>vn 0.0013 -1.0000 0.0017</w:t>
        <w:br/>
        <w:t>vn 0.9523 -0.0000 0.3053</w:t>
        <w:br/>
        <w:t>vn -0.0001 1.0000 0.0000</w:t>
        <w:br/>
        <w:t>vn 0.0009 1.0000 -0.0010</w:t>
        <w:br/>
        <w:t>vn -0.5123 0.8573 -0.0517</w:t>
        <w:br/>
        <w:t>vn -0.8729 -0.0481 -0.4856</w:t>
        <w:br/>
        <w:t>vn 0.7098 0.4010 0.5792</w:t>
        <w:br/>
        <w:t>vn 0.0577 0.1689 0.9839</w:t>
        <w:br/>
        <w:t>vn -0.0038 -0.1066 0.9943</w:t>
        <w:br/>
        <w:t>vn 0.4902 -0.1379 0.8606</w:t>
        <w:br/>
        <w:t>vn 0.4936 0.1688 0.8532</w:t>
        <w:br/>
        <w:t>vn -0.2405 -0.8679 0.4346</w:t>
        <w:br/>
        <w:t>vn 0.4875 -0.8729 -0.0213</w:t>
        <w:br/>
        <w:t>vn 0.7366 -0.6588 0.1528</w:t>
        <w:br/>
        <w:t>vn -0.2866 -0.5438 0.7888</w:t>
        <w:br/>
        <w:t>vn -0.7402 -0.2713 0.6152</w:t>
        <w:br/>
        <w:t>vn -0.6522 -0.0673 0.7551</w:t>
        <w:br/>
        <w:t>vn -0.8672 0.0386 0.4964</w:t>
        <w:br/>
        <w:t>vn 0.9058 0.3294 -0.2663</w:t>
        <w:br/>
        <w:t>vn 0.9784 0.0324 -0.2042</w:t>
        <w:br/>
        <w:t>vn 0.9882 0.1048 -0.1117</w:t>
        <w:br/>
        <w:t>vn -0.0639 0.6631 0.7458</w:t>
        <w:br/>
        <w:t>vn 0.3579 0.7330 0.5784</w:t>
        <w:br/>
        <w:t>vn -0.5969 0.1993 0.7772</w:t>
        <w:br/>
        <w:t>vn -0.6311 0.4369 0.6410</w:t>
        <w:br/>
        <w:t>vn -0.7098 0.4010 0.5791</w:t>
        <w:br/>
        <w:t>vn -0.5969 0.1993 0.7771</w:t>
        <w:br/>
        <w:t>vn 0.9696 -0.0646 -0.2360</w:t>
        <w:br/>
        <w:t>vn 0.9643 -0.1071 -0.2421</w:t>
        <w:br/>
        <w:t>vn 0.5124 0.8572 -0.0517</w:t>
        <w:br/>
        <w:t>vn -0.2154 0.8945 0.3918</w:t>
        <w:br/>
        <w:t>vn 0.8719 0.3342 -0.3578</w:t>
        <w:br/>
        <w:t>vn 0.8824 -0.2878 -0.3723</w:t>
        <w:br/>
        <w:t>vn 0.8876 0.1033 -0.4488</w:t>
        <w:br/>
        <w:t>vn 0.1963 -0.0002 0.9805</w:t>
        <w:br/>
        <w:t>vn 0.1961 0.0001 0.9806</w:t>
        <w:br/>
        <w:t>vn 0.1963 -0.0001 0.9805</w:t>
        <w:br/>
        <w:t>vn 0.1944 0.0006 0.9809</w:t>
        <w:br/>
        <w:t>vn 0.1964 -0.0000 0.9805</w:t>
        <w:br/>
        <w:t>vn 0.1962 0.0003 0.9806</w:t>
        <w:br/>
        <w:t>vn 0.1962 0.0002 0.9806</w:t>
        <w:br/>
        <w:t>vn 0.1962 -0.0003 0.9806</w:t>
        <w:br/>
        <w:t>vn 0.1962 -0.0002 0.9806</w:t>
        <w:br/>
        <w:t>vn 0.1961 -0.0001 0.9806</w:t>
        <w:br/>
        <w:t>vn 0.1963 0.0002 0.9805</w:t>
        <w:br/>
        <w:t>vn 0.1964 0.0001 0.9805</w:t>
        <w:br/>
        <w:t>vn 0.1944 -0.0006 0.9809</w:t>
        <w:br/>
        <w:t>vn 0.1943 -0.0006 0.9809</w:t>
        <w:br/>
        <w:t>vn -0.9671 0.1653 0.1935</w:t>
        <w:br/>
        <w:t>vn -0.9805 -0.0000 0.1963</w:t>
        <w:br/>
        <w:t>vn -0.9806 -0.0000 0.1962</w:t>
        <w:br/>
        <w:t>vn -0.9671 0.1651 0.1933</w:t>
        <w:br/>
        <w:t>vn -0.9672 -0.1649 0.1933</w:t>
        <w:br/>
        <w:t>vn -0.9671 -0.1651 0.1934</w:t>
        <w:br/>
        <w:t>vn -0.9272 -0.3255 0.1853</w:t>
        <w:br/>
        <w:t>vn -0.9273 -0.3253 0.1852</w:t>
        <w:br/>
        <w:t>vn 0.4720 0.8765 -0.0943</w:t>
        <w:br/>
        <w:t>vn 0.4716 0.8767 -0.0941</w:t>
        <w:br/>
        <w:t>vn 0.9634 0.1864 -0.1926</w:t>
        <w:br/>
        <w:t>vn 0.9411 0.2810 -0.1880</w:t>
        <w:br/>
        <w:t>vn 0.3926 -0.9164 -0.0784</w:t>
        <w:br/>
        <w:t>vn 0.0333 -0.9994 -0.0067</w:t>
        <w:br/>
        <w:t>vn 0.0333 -0.9994 -0.0066</w:t>
        <w:br/>
        <w:t>vn 0.3928 -0.9163 -0.0784</w:t>
        <w:br/>
        <w:t>vn -0.3888 0.9181 0.0771</w:t>
        <w:br/>
        <w:t>vn -0.5142 0.8515 0.1025</w:t>
        <w:br/>
        <w:t>vn 0.6989 -0.7014 -0.1397</w:t>
        <w:br/>
        <w:t>vn 0.6990 -0.7013 -0.1399</w:t>
        <w:br/>
        <w:t>vn 0.6989 -0.7014 -0.1395</w:t>
        <w:br/>
        <w:t>vn 0.6990 -0.7014 -0.1398</w:t>
        <w:br/>
        <w:t>vn 0.9806 0.0000 -0.1961</w:t>
        <w:br/>
        <w:t>vn 0.4720 -0.8765 -0.0942</w:t>
        <w:br/>
        <w:t>vn 0.9411 -0.2809 -0.1882</w:t>
        <w:br/>
        <w:t>vn 0.9634 -0.1865 -0.1926</w:t>
        <w:br/>
        <w:t>vn 0.4719 -0.8766 -0.0942</w:t>
        <w:br/>
        <w:t>vn -0.9271 0.3259 0.1852</w:t>
        <w:br/>
        <w:t>vn -0.9270 0.3261 0.1853</w:t>
        <w:br/>
        <w:t>vn 0.3924 0.9164 -0.0784</w:t>
        <w:br/>
        <w:t>vn 0.3927 0.9163 -0.0785</w:t>
        <w:br/>
        <w:t>vn 0.0332 0.9994 -0.0068</w:t>
        <w:br/>
        <w:t>vn 0.0331 0.9994 -0.0068</w:t>
        <w:br/>
        <w:t>vn -0.3888 -0.9181 0.0776</w:t>
        <w:br/>
        <w:t>vn -0.5142 -0.8515 0.1027</w:t>
        <w:br/>
        <w:t>vn 0.6965 0.7039 -0.1390</w:t>
        <w:br/>
        <w:t>vn 0.6965 0.7039 -0.1389</w:t>
        <w:br/>
        <w:t>vn 0.6988 0.7016 -0.1395</w:t>
        <w:br/>
        <w:t>vn 0.6988 0.7016 -0.1394</w:t>
        <w:br/>
        <w:t>vn 0.6988 0.7015 -0.1398</w:t>
        <w:br/>
        <w:t>vn 0.6988 0.7016 -0.1396</w:t>
        <w:br/>
        <w:t>vn -0.7159 -0.6834 0.1432</w:t>
        <w:br/>
        <w:t>vn -0.7160 -0.6833 0.1427</w:t>
        <w:br/>
        <w:t>vn -0.3110 -0.9484 0.0619</w:t>
        <w:br/>
        <w:t>vn 0.1947 0.0008 0.9809</w:t>
        <w:br/>
        <w:t>vn 0.6966 -0.7039 -0.1389</w:t>
        <w:br/>
        <w:t>vn -0.7159 0.6833 0.1432</w:t>
        <w:br/>
        <w:t>vn -0.3901 0.9175 0.0779</w:t>
        <w:br/>
        <w:t>vn 0.6434 -0.7547 -0.1284</w:t>
        <w:br/>
        <w:t>vn 0.6434 -0.7547 -0.1283</w:t>
        <w:br/>
        <w:t>vn 0.6398 0.7579 -0.1276</w:t>
        <w:br/>
        <w:t>vn -0.6319 -0.7646 0.1264</w:t>
        <w:br/>
        <w:t>vn -0.6319 -0.7646 0.1265</w:t>
        <w:br/>
        <w:t>vn 0.1901 -0.0000 0.9818</w:t>
        <w:br/>
        <w:t>vn 0.1902 -0.0000 0.9817</w:t>
        <w:br/>
        <w:t>vn -0.6313 0.7652 0.1263</w:t>
        <w:br/>
        <w:t>vn -0.1964 -0.0001 -0.9805</w:t>
        <w:br/>
        <w:t>vn -0.1964 0.0000 -0.9805</w:t>
        <w:br/>
        <w:t>vn -0.9806 0.0000 0.1961</w:t>
        <w:br/>
        <w:t>vn -0.1963 0.0001 -0.9805</w:t>
        <w:br/>
        <w:t>vn -0.1966 0.0000 -0.9805</w:t>
        <w:br/>
        <w:t>vn -0.1963 0.0000 -0.9805</w:t>
        <w:br/>
        <w:t>vn -0.1963 -0.0002 -0.9805</w:t>
        <w:br/>
        <w:t>vn -0.1968 0.0000 -0.9804</w:t>
        <w:br/>
        <w:t>vn 0.1939 0.0001 0.9810</w:t>
        <w:br/>
        <w:t>vn 0.1937 0.0001 0.9811</w:t>
        <w:br/>
        <w:t>vn 0.1936 0.0001 0.9811</w:t>
        <w:br/>
        <w:t>vn -0.0012 -1.0000 0.0016</w:t>
        <w:br/>
        <w:t>vn -0.0025 -1.0000 0.0032</w:t>
        <w:br/>
        <w:t>vn -0.0025 -1.0000 0.0031</w:t>
        <w:br/>
        <w:t>vn -0.9523 -0.0000 0.3053</w:t>
        <w:br/>
        <w:t>vn -0.0009 1.0000 -0.0008</w:t>
        <w:br/>
        <w:t>vn 0.5125 0.8571 -0.0516</w:t>
        <w:br/>
        <w:t>vn 0.8729 -0.0481 -0.4855</w:t>
        <w:br/>
        <w:t>vn -0.7097 0.4011 0.5792</w:t>
        <w:br/>
        <w:t>vn 0.8627 0.0526 0.5030</w:t>
        <w:br/>
        <w:t>vn -0.8627 0.0526 0.5029</w:t>
        <w:br/>
        <w:t>vn -0.1438 0.4295 0.8915</w:t>
        <w:br/>
        <w:t>vn -0.0295 -0.9023 0.4300</w:t>
        <w:br/>
        <w:t>vn -0.0295 -0.9023 0.4301</w:t>
        <w:br/>
        <w:t>vn 0.9888 0.0994 0.1116</w:t>
        <w:br/>
        <w:t>vn 0.9888 0.0995 0.1116</w:t>
        <w:br/>
        <w:t>vn 0.9888 0.0993 0.1115</w:t>
        <w:br/>
        <w:t>vn 0.9888 0.0992 0.1114</w:t>
        <w:br/>
        <w:t>vn 0.0295 0.9023 -0.4300</w:t>
        <w:br/>
        <w:t>vn -0.9846 0.0288 -0.1726</w:t>
        <w:br/>
        <w:t>vn -0.9846 0.0286 -0.1727</w:t>
        <w:br/>
        <w:t>vn -0.9846 0.0287 -0.1727</w:t>
        <w:br/>
        <w:t>vn -0.3376 0.4915 -0.8028</w:t>
        <w:br/>
        <w:t>vn -0.0000 0.5869 -0.8097</w:t>
        <w:br/>
        <w:t>vn -0.4904 0.2515 -0.8344</w:t>
        <w:br/>
        <w:t>vn 0.4835 -0.5230 -0.7019</w:t>
        <w:br/>
        <w:t>vn 0.6159 -0.3600 -0.7008</w:t>
        <w:br/>
        <w:t>vn 0.0000 -0.7924 -0.6100</w:t>
        <w:br/>
        <w:t>vn 0.0001 -0.7924 -0.6101</w:t>
        <w:br/>
        <w:t>vn -0.6108 0.1223 -0.7823</w:t>
        <w:br/>
        <w:t>vn 0.7321 -0.1107 -0.6721</w:t>
        <w:br/>
        <w:t>vn 0.7346 0.0817 -0.6736</w:t>
        <w:br/>
        <w:t>vn 0.6187 0.3263 -0.7147</w:t>
        <w:br/>
        <w:t>vn -0.4886 -0.3149 -0.8137</w:t>
        <w:br/>
        <w:t>vn -0.6084 -0.1855 -0.7717</w:t>
        <w:br/>
        <w:t>vn 0.4891 0.4869 -0.7236</w:t>
        <w:br/>
        <w:t>vn 0.0000 0.7594 -0.6506</w:t>
        <w:br/>
        <w:t>vn -0.3351 -0.5504 -0.7647</w:t>
        <w:br/>
        <w:t>vn 0.0001 -0.6432 -0.7657</w:t>
        <w:br/>
        <w:t>vn 0.0004 -0.7260 -0.6876</w:t>
        <w:br/>
        <w:t>vn -0.0088 0.0103 0.9999</w:t>
        <w:br/>
        <w:t>vn 0.0000 0.0022 1.0000</w:t>
        <w:br/>
        <w:t>vn -0.0089 0.0104 0.9999</w:t>
        <w:br/>
        <w:t>vn -0.0074 0.0256 0.9996</w:t>
        <w:br/>
        <w:t>vn -0.0075 0.0257 0.9996</w:t>
        <w:br/>
        <w:t>vn -0.0111 0.0393 0.9992</w:t>
        <w:br/>
        <w:t>vn 0.0000 0.0583 0.9983</w:t>
        <w:br/>
        <w:t>vn -0.0154 0.0520 0.9985</w:t>
        <w:br/>
        <w:t>vn -0.0155 0.0520 0.9985</w:t>
        <w:br/>
        <w:t>vn 0.0000 0.6741 -0.7387</w:t>
        <w:br/>
        <w:t>vn 0.3376 0.4915 -0.8028</w:t>
        <w:br/>
        <w:t>vn 0.4904 0.2515 -0.8344</w:t>
        <w:br/>
        <w:t>vn -0.0000 -0.7923 -0.6101</w:t>
        <w:br/>
        <w:t>vn -0.6158 -0.3599 -0.7008</w:t>
        <w:br/>
        <w:t>vn -0.4835 -0.5229 -0.7020</w:t>
        <w:br/>
        <w:t>vn -0.0001 -0.7924 -0.6101</w:t>
        <w:br/>
        <w:t>vn 0.6108 0.1223 -0.7823</w:t>
        <w:br/>
        <w:t>vn -0.7321 -0.1107 -0.6721</w:t>
        <w:br/>
        <w:t>vn -0.6187 0.3263 -0.7147</w:t>
        <w:br/>
        <w:t>vn -0.7346 0.0817 -0.6736</w:t>
        <w:br/>
        <w:t>vn 0.6084 -0.1855 -0.7717</w:t>
        <w:br/>
        <w:t>vn 0.4886 -0.3149 -0.8137</w:t>
        <w:br/>
        <w:t>vn -0.4891 0.4869 -0.7237</w:t>
        <w:br/>
        <w:t>vn 0.3352 -0.5501 -0.7649</w:t>
        <w:br/>
        <w:t>vn 0.0088 0.0103 0.9999</w:t>
        <w:br/>
        <w:t>vn 0.0089 0.0104 0.9999</w:t>
        <w:br/>
        <w:t>vn 0.0075 0.0257 0.9996</w:t>
        <w:br/>
        <w:t>vn 0.0111 0.0392 0.9992</w:t>
        <w:br/>
        <w:t>vn 0.0111 0.0393 0.9992</w:t>
        <w:br/>
        <w:t>vn 0.0155 0.0520 0.9985</w:t>
        <w:br/>
        <w:t>vn -0.0916 0.4869 0.8687</w:t>
        <w:br/>
        <w:t>vn -0.0915 0.4869 0.8687</w:t>
        <w:br/>
        <w:t>vn -0.0915 0.4868 0.8687</w:t>
        <w:br/>
        <w:t>vn -0.0916 0.4869 0.8686</w:t>
        <w:br/>
        <w:t>vn -0.0843 0.4940 -0.8653</w:t>
        <w:br/>
        <w:t>vn -0.0845 0.4937 -0.8655</w:t>
        <w:br/>
        <w:t>vn -0.0842 0.4938 -0.8655</w:t>
        <w:br/>
        <w:t>vn -0.0836 0.4937 -0.8656</w:t>
        <w:br/>
        <w:t>vn -0.0822 0.4940 -0.8656</w:t>
        <w:br/>
        <w:t>vn -0.0840 0.4942 -0.8653</w:t>
        <w:br/>
        <w:t>vn -0.3017 0.8644 -0.4022</w:t>
        <w:br/>
        <w:t>vn -0.1315 0.9266 -0.3523</w:t>
        <w:br/>
        <w:t>vn -0.1315 0.9266 -0.3524</w:t>
        <w:br/>
        <w:t>vn 0.6221 0.1678 -0.7647</w:t>
        <w:br/>
        <w:t>vn 0.4610 -0.0715 -0.8845</w:t>
        <w:br/>
        <w:t>vn -0.5732 0.6299 -0.5241</w:t>
        <w:br/>
        <w:t>vn -0.5937 -0.1180 0.7960</w:t>
        <w:br/>
        <w:t>vn -0.3361 0.1517 0.9295</w:t>
        <w:br/>
        <w:t>vn 0.3449 -0.1739 -0.9224</w:t>
        <w:br/>
        <w:t>vn 0.3449 -0.1740 -0.9224</w:t>
        <w:br/>
        <w:t>vn 0.4172 -0.7999 0.4313</w:t>
        <w:br/>
        <w:t>vn 0.4172 -0.7999 0.4314</w:t>
        <w:br/>
        <w:t>vn 0.2997 -0.8745 0.3813</w:t>
        <w:br/>
        <w:t>vn 0.6038 -0.5838 0.5427</w:t>
        <w:br/>
        <w:t>vn 0.6038 -0.5838 0.5428</w:t>
        <w:br/>
        <w:t>vn -0.1555 0.2493 0.9559</w:t>
        <w:br/>
        <w:t>vn -0.4450 -0.1443 -0.8838</w:t>
        <w:br/>
        <w:t>vn 0.0000 -0.3025 -0.9531</w:t>
        <w:br/>
        <w:t>vn -0.2322 -0.2942 -0.9271</w:t>
        <w:br/>
        <w:t>vn -0.0000 -0.9015 0.4328</w:t>
        <w:br/>
        <w:t>vn -0.4202 -0.7686 0.4824</w:t>
        <w:br/>
        <w:t>vn -0.2316 -0.8770 0.4211</w:t>
        <w:br/>
        <w:t>vn 0.4068 0.1679 0.8980</w:t>
        <w:br/>
        <w:t>vn 0.0000 0.2960 0.9552</w:t>
        <w:br/>
        <w:t>vn -0.6644 0.2466 -0.7055</w:t>
        <w:br/>
        <w:t>vn -0.6366 -0.4589 0.6199</w:t>
        <w:br/>
        <w:t>vn -0.6366 -0.4588 0.6199</w:t>
        <w:br/>
        <w:t>vn 0.3825 0.8013 -0.4599</w:t>
        <w:br/>
        <w:t>vn 0.3825 0.8013 -0.4600</w:t>
        <w:br/>
        <w:t>vn -0.0000 0.9086 -0.4178</w:t>
        <w:br/>
        <w:t>vn -0.0000 0.9086 -0.4177</w:t>
        <w:br/>
        <w:t>vn 0.6207 0.5006 -0.6034</w:t>
        <w:br/>
        <w:t>vn 0.6501 -0.2116 0.7298</w:t>
        <w:br/>
        <w:t>vn 0.6501 -0.2117 0.7298</w:t>
        <w:br/>
        <w:t>vn 0.1316 0.9265 -0.3525</w:t>
        <w:br/>
        <w:t>vn 0.1315 0.9266 -0.3524</w:t>
        <w:br/>
        <w:t>vn 0.3017 0.8644 -0.4022</w:t>
        <w:br/>
        <w:t>vn -0.4610 -0.0715 -0.8845</w:t>
        <w:br/>
        <w:t>vn -0.6221 0.1678 -0.7647</w:t>
        <w:br/>
        <w:t>vn -0.6221 0.1678 -0.7648</w:t>
        <w:br/>
        <w:t>vn 0.5732 0.6299 -0.5240</w:t>
        <w:br/>
        <w:t>vn 0.5937 -0.1180 0.7960</w:t>
        <w:br/>
        <w:t>vn 0.3361 0.1517 0.9295</w:t>
        <w:br/>
        <w:t>vn -0.3449 -0.1739 -0.9224</w:t>
        <w:br/>
        <w:t>vn -0.3449 -0.1740 -0.9224</w:t>
        <w:br/>
        <w:t>vn -0.4172 -0.7999 0.4313</w:t>
        <w:br/>
        <w:t>vn -0.2997 -0.8745 0.3814</w:t>
        <w:br/>
        <w:t>vn -0.6038 -0.5838 0.5427</w:t>
        <w:br/>
        <w:t>vn -0.6038 -0.5838 0.5428</w:t>
        <w:br/>
        <w:t>vn 0.1555 0.2493 0.9559</w:t>
        <w:br/>
        <w:t>vn 0.4450 -0.1443 -0.8838</w:t>
        <w:br/>
        <w:t>vn 0.2322 -0.2943 -0.9271</w:t>
        <w:br/>
        <w:t>vn 0.4451 -0.1443 -0.8838</w:t>
        <w:br/>
        <w:t>vn 0.4202 -0.7686 0.4824</w:t>
        <w:br/>
        <w:t>vn 0.4202 -0.7687 0.4823</w:t>
        <w:br/>
        <w:t>vn 0.2315 -0.8770 0.4211</w:t>
        <w:br/>
        <w:t>vn -0.4067 0.1678 0.8980</w:t>
        <w:br/>
        <w:t>vn 0.6644 0.2466 -0.7055</w:t>
        <w:br/>
        <w:t>vn 0.6365 -0.4588 0.6199</w:t>
        <w:br/>
        <w:t>vn 0.6366 -0.4588 0.6199</w:t>
        <w:br/>
        <w:t>vn -0.3825 0.8013 -0.4600</w:t>
        <w:br/>
        <w:t>vn -0.6207 0.5006 -0.6034</w:t>
        <w:br/>
        <w:t>vn -0.6501 -0.2117 0.7298</w:t>
        <w:br/>
        <w:t>vn -0.6500 -0.2116 0.7298</w:t>
        <w:br/>
        <w:t>vn 0.0000 0.4746 0.8802</w:t>
        <w:br/>
        <w:t>vn -0.3974 0.6227 0.6740</w:t>
        <w:br/>
        <w:t>vn -0.0000 0.5639 0.8259</w:t>
        <w:br/>
        <w:t>vn -0.7377 0.2353 0.6328</w:t>
        <w:br/>
        <w:t>vn -0.6467 0.7072 0.2856</w:t>
        <w:br/>
        <w:t>vn -0.4682 0.6666 0.5801</w:t>
        <w:br/>
        <w:t>vn -0.4827 0.4292 0.7634</w:t>
        <w:br/>
        <w:t>vn -0.4950 0.3934 0.7748</w:t>
        <w:br/>
        <w:t>vn -0.4056 0.4887 0.7725</w:t>
        <w:br/>
        <w:t>vn -0.3304 0.6003 0.7283</w:t>
        <w:br/>
        <w:t>vn -0.4285 0.3417 0.8364</w:t>
        <w:br/>
        <w:t>vn 0.0000 0.3349 0.9423</w:t>
        <w:br/>
        <w:t>vn -0.6961 0.1888 0.6927</w:t>
        <w:br/>
        <w:t>vn -0.6178 0.4511 0.6441</w:t>
        <w:br/>
        <w:t>vn -0.6857 0.2063 0.6981</w:t>
        <w:br/>
        <w:t>vn -0.4961 0.5429 0.6777</w:t>
        <w:br/>
        <w:t>vn -0.7046 0.3419 0.6219</w:t>
        <w:br/>
        <w:t>vn 0.0154 0.7658 0.6429</w:t>
        <w:br/>
        <w:t>vn -0.2039 0.5409 0.8160</w:t>
        <w:br/>
        <w:t>vn 0.1461 0.2875 0.9466</w:t>
        <w:br/>
        <w:t>vn -0.2609 0.2694 0.9270</w:t>
        <w:br/>
        <w:t>vn -0.7671 0.2183 0.6032</w:t>
        <w:br/>
        <w:t>vn 0.2939 0.4582 0.8389</w:t>
        <w:br/>
        <w:t>vn 0.0376 0.2992 0.9535</w:t>
        <w:br/>
        <w:t>vn -0.2444 0.4858 0.8392</w:t>
        <w:br/>
        <w:t>vn 0.3039 0.6396 0.7061</w:t>
        <w:br/>
        <w:t>vn 0.0914 0.8300 0.5503</w:t>
        <w:br/>
        <w:t>vn -0.2724 0.8569 0.4377</w:t>
        <w:br/>
        <w:t>vn -0.3182 0.5028 0.8037</w:t>
        <w:br/>
        <w:t>vn -0.2072 0.2417 0.9480</w:t>
        <w:br/>
        <w:t>vn -0.4180 0.4648 0.7805</w:t>
        <w:br/>
        <w:t>vn -0.5401 0.1925 0.8193</w:t>
        <w:br/>
        <w:t>vn -0.3733 0.5906 0.7155</w:t>
        <w:br/>
        <w:t>vn -0.0001 0.6306 0.7761</w:t>
        <w:br/>
        <w:t>vn -0.0000 0.6418 0.7669</w:t>
        <w:br/>
        <w:t>vn 0.0000 0.3272 0.9449</w:t>
        <w:br/>
        <w:t>vn -0.6180 0.1599 0.7698</w:t>
        <w:br/>
        <w:t>vn -0.4836 0.4455 0.7534</w:t>
        <w:br/>
        <w:t>vn -0.4897 0.5270 0.6946</w:t>
        <w:br/>
        <w:t>vn -0.6214 0.4780 0.6208</w:t>
        <w:br/>
        <w:t>vn -0.3415 0.7661 0.5446</w:t>
        <w:br/>
        <w:t>vn -0.3119 0.7431 0.5920</w:t>
        <w:br/>
        <w:t>vn -0.4532 0.5518 0.7001</w:t>
        <w:br/>
        <w:t>vn -0.1423 0.9508 0.2751</w:t>
        <w:br/>
        <w:t>vn 0.0404 0.8593 0.5098</w:t>
        <w:br/>
        <w:t>vn 0.0000 0.6255 0.7802</w:t>
        <w:br/>
        <w:t>vn -0.0000 0.5787 0.8155</w:t>
        <w:br/>
        <w:t>vn -0.5999 0.5176 0.6101</w:t>
        <w:br/>
        <w:t>vn -0.4949 0.6869 0.5322</w:t>
        <w:br/>
        <w:t>vn -0.3995 0.4981 0.7696</w:t>
        <w:br/>
        <w:t>vn -0.5304 0.3385 0.7773</w:t>
        <w:br/>
        <w:t>vn -0.4029 0.5069 0.7621</w:t>
        <w:br/>
        <w:t>vn -0.4009 0.7681 0.4993</w:t>
        <w:br/>
        <w:t>vn -0.2669 0.8418 0.4692</w:t>
        <w:br/>
        <w:t>vn -0.8100 0.2929 0.5081</w:t>
        <w:br/>
        <w:t>vn -0.7745 0.4210 0.4721</w:t>
        <w:br/>
        <w:t>vn -0.7340 0.2012 0.6487</w:t>
        <w:br/>
        <w:t>vn -0.7746 0.4210 0.4720</w:t>
        <w:br/>
        <w:t>vn -0.7548 0.0985 0.6485</w:t>
        <w:br/>
        <w:t>vn -0.6007 -0.0185 0.7992</w:t>
        <w:br/>
        <w:t>vn 0.0940 -0.1057 0.9899</w:t>
        <w:br/>
        <w:t>vn -0.2093 -0.1379 0.9681</w:t>
        <w:br/>
        <w:t>vn -0.0792 0.8953 0.4384</w:t>
        <w:br/>
        <w:t>vn -0.4961 0.5429 0.6776</w:t>
        <w:br/>
        <w:t>vn 0.1782 0.8850 0.4302</w:t>
        <w:br/>
        <w:t>vn 0.3473 0.8519 0.3920</w:t>
        <w:br/>
        <w:t>vn 0.1785 0.8849 0.4302</w:t>
        <w:br/>
        <w:t>vn -0.8094 0.3427 0.4770</w:t>
        <w:br/>
        <w:t>vn -0.7983 0.0839 0.5964</w:t>
        <w:br/>
        <w:t>vn -0.5837 0.6560 0.4784</w:t>
        <w:br/>
        <w:t>vn -0.7475 0.2617 0.6105</w:t>
        <w:br/>
        <w:t>vn -0.7841 0.1033 0.6120</w:t>
        <w:br/>
        <w:t>vn -0.7801 0.0581 0.6229</w:t>
        <w:br/>
        <w:t>vn -0.7695 -0.0085 0.6385</w:t>
        <w:br/>
        <w:t>vn -0.5995 0.2141 0.7712</w:t>
        <w:br/>
        <w:t>vn -0.5508 0.6873 0.4736</w:t>
        <w:br/>
        <w:t>vn -0.6251 0.4278 0.6529</w:t>
        <w:br/>
        <w:t>vn -0.2445 0.4858 0.8392</w:t>
        <w:br/>
        <w:t>vn 0.3974 0.6227 0.6740</w:t>
        <w:br/>
        <w:t>vn 0.4682 0.6666 0.5801</w:t>
        <w:br/>
        <w:t>vn 0.6467 0.7072 0.2856</w:t>
        <w:br/>
        <w:t>vn 0.7377 0.2353 0.6328</w:t>
        <w:br/>
        <w:t>vn 0.4827 0.4292 0.7634</w:t>
        <w:br/>
        <w:t>vn 0.3304 0.6003 0.7283</w:t>
        <w:br/>
        <w:t>vn 0.4056 0.4887 0.7725</w:t>
        <w:br/>
        <w:t>vn 0.4950 0.3934 0.7748</w:t>
        <w:br/>
        <w:t>vn 0.4285 0.3417 0.8364</w:t>
        <w:br/>
        <w:t>vn -0.0001 0.3349 0.9423</w:t>
        <w:br/>
        <w:t>vn 0.6178 0.4511 0.6441</w:t>
        <w:br/>
        <w:t>vn 0.6961 0.1887 0.6927</w:t>
        <w:br/>
        <w:t>vn 0.6856 0.2063 0.6981</w:t>
        <w:br/>
        <w:t>vn 0.7045 0.3419 0.6219</w:t>
        <w:br/>
        <w:t>vn 0.4961 0.5429 0.6776</w:t>
        <w:br/>
        <w:t>vn -0.0153 0.7658 0.6429</w:t>
        <w:br/>
        <w:t>vn -0.1461 0.2875 0.9466</w:t>
        <w:br/>
        <w:t>vn 0.2039 0.5409 0.8160</w:t>
        <w:br/>
        <w:t>vn 0.2609 0.2694 0.9270</w:t>
        <w:br/>
        <w:t>vn 0.7672 0.2183 0.6031</w:t>
        <w:br/>
        <w:t>vn 0.2444 0.4858 0.8392</w:t>
        <w:br/>
        <w:t>vn -0.0377 0.2992 0.9534</w:t>
        <w:br/>
        <w:t>vn -0.2939 0.4581 0.8389</w:t>
        <w:br/>
        <w:t>vn -0.3039 0.6397 0.7061</w:t>
        <w:br/>
        <w:t>vn -0.0914 0.8300 0.5503</w:t>
        <w:br/>
        <w:t>vn 0.2724 0.8569 0.4377</w:t>
        <w:br/>
        <w:t>vn 0.3182 0.5028 0.8037</w:t>
        <w:br/>
        <w:t>vn 0.4180 0.4648 0.7805</w:t>
        <w:br/>
        <w:t>vn 0.2072 0.2417 0.9480</w:t>
        <w:br/>
        <w:t>vn 0.5401 0.1925 0.8193</w:t>
        <w:br/>
        <w:t>vn 0.3733 0.5906 0.7155</w:t>
        <w:br/>
        <w:t>vn 0.0001 0.6306 0.7761</w:t>
        <w:br/>
        <w:t>vn 0.6180 0.1599 0.7698</w:t>
        <w:br/>
        <w:t>vn 0.4836 0.4455 0.7534</w:t>
        <w:br/>
        <w:t>vn 0.4897 0.5270 0.6946</w:t>
        <w:br/>
        <w:t>vn 0.6214 0.4779 0.6208</w:t>
        <w:br/>
        <w:t>vn 0.3119 0.7432 0.5920</w:t>
        <w:br/>
        <w:t>vn 0.3415 0.7661 0.5445</w:t>
        <w:br/>
        <w:t>vn 0.4532 0.5518 0.7001</w:t>
        <w:br/>
        <w:t>vn -0.0404 0.8594 0.5097</w:t>
        <w:br/>
        <w:t>vn 0.1423 0.9508 0.2751</w:t>
        <w:br/>
        <w:t>vn 0.4949 0.6869 0.5322</w:t>
        <w:br/>
        <w:t>vn 0.5999 0.5176 0.6101</w:t>
        <w:br/>
        <w:t>vn 0.3995 0.4981 0.7696</w:t>
        <w:br/>
        <w:t>vn 0.5303 0.3385 0.7773</w:t>
        <w:br/>
        <w:t>vn 0.4029 0.5069 0.7620</w:t>
        <w:br/>
        <w:t>vn 0.2669 0.8418 0.4693</w:t>
        <w:br/>
        <w:t>vn 0.4009 0.7681 0.4993</w:t>
        <w:br/>
        <w:t>vn 0.8100 0.2929 0.5080</w:t>
        <w:br/>
        <w:t>vn 0.7746 0.4210 0.4719</w:t>
        <w:br/>
        <w:t>vn 0.7340 0.2012 0.6487</w:t>
        <w:br/>
        <w:t>vn 0.7548 0.0985 0.6485</w:t>
        <w:br/>
        <w:t>vn 0.7746 0.4210 0.4720</w:t>
        <w:br/>
        <w:t>vn 0.6007 -0.0186 0.7992</w:t>
        <w:br/>
        <w:t>vn -0.0940 -0.1056 0.9899</w:t>
        <w:br/>
        <w:t>vn 0.2093 -0.1379 0.9681</w:t>
        <w:br/>
        <w:t>vn 0.4961 0.5429 0.6777</w:t>
        <w:br/>
        <w:t>vn 0.0792 0.8953 0.4384</w:t>
        <w:br/>
        <w:t>vn -0.1783 0.8850 0.4302</w:t>
        <w:br/>
        <w:t>vn -0.3474 0.8519 0.3920</w:t>
        <w:br/>
        <w:t>vn -0.1783 0.8849 0.4302</w:t>
        <w:br/>
        <w:t>vn 0.8094 0.3427 0.4770</w:t>
        <w:br/>
        <w:t>vn 0.7983 0.0839 0.5964</w:t>
        <w:br/>
        <w:t>vn 0.5837 0.6560 0.4785</w:t>
        <w:br/>
        <w:t>vn 0.7475 0.2617 0.6106</w:t>
        <w:br/>
        <w:t>vn 0.7840 0.1033 0.6121</w:t>
        <w:br/>
        <w:t>vn 0.7801 0.0580 0.6230</w:t>
        <w:br/>
        <w:t>vn 0.7695 -0.0086 0.6385</w:t>
        <w:br/>
        <w:t>vn 0.5995 0.2141 0.7712</w:t>
        <w:br/>
        <w:t>vn 0.5508 0.6873 0.4736</w:t>
        <w:br/>
        <w:t>vn 0.6250 0.4279 0.6529</w:t>
        <w:br/>
        <w:t>vn 0.2444 0.4859 0.8392</w:t>
        <w:br/>
        <w:t>vn 0.7995 0.5926 -0.0981</w:t>
        <w:br/>
        <w:t>vn 0.7892 0.2435 0.5638</w:t>
        <w:br/>
        <w:t>vn 0.7893 0.2434 0.5637</w:t>
        <w:br/>
        <w:t>vn 0.7995 0.5926 -0.0984</w:t>
        <w:br/>
        <w:t>vn -0.4069 0.4971 -0.7664</w:t>
        <w:br/>
        <w:t>vn 0.3057 0.6946 -0.6512</w:t>
        <w:br/>
        <w:t>vn -0.4071 0.4970 -0.7663</w:t>
        <w:br/>
        <w:t>vn -0.9298 -0.2358 0.2826</w:t>
        <w:br/>
        <w:t>vn -0.9179 0.1084 -0.3817</w:t>
        <w:br/>
        <w:t>vn -0.9180 0.1083 -0.3816</w:t>
        <w:br/>
        <w:t>vn -0.9299 -0.2358 0.2824</w:t>
        <w:br/>
        <w:t>vn 0.2765 -0.1405 0.9507</w:t>
        <w:br/>
        <w:t>vn -0.4344 -0.3427 0.8330</w:t>
        <w:br/>
        <w:t>vn 0.2771 -0.1402 0.9506</w:t>
        <w:br/>
        <w:t>vn -0.3086 0.8450 0.4368</w:t>
        <w:br/>
        <w:t>vn -0.3083 0.8450 0.4369</w:t>
        <w:br/>
        <w:t>vn -0.3080 0.8450 0.4372</w:t>
        <w:br/>
        <w:t>vn -0.3082 0.8450 0.4370</w:t>
        <w:br/>
        <w:t>vn -0.3087 0.8450 0.4367</w:t>
        <w:br/>
        <w:t>vn -0.3086 0.8450 0.4367</w:t>
        <w:br/>
        <w:t>vn -0.3082 0.8449 0.4372</w:t>
        <w:br/>
        <w:t>vn -0.7071 -0.2122 0.6746</w:t>
        <w:br/>
        <w:t>vn -0.4082 -0.6344 0.6564</w:t>
        <w:br/>
        <w:t>vn -0.4996 0.2644 0.8249</w:t>
        <w:br/>
        <w:t>vn -0.4996 -0.6890 0.5251</w:t>
        <w:br/>
        <w:t>vn 0.7071 -0.2121 0.6746</w:t>
        <w:br/>
        <w:t>vn 0.4082 0.1445 0.9014</w:t>
        <w:br/>
        <w:t>vn 0.4996 -0.6890 0.5251</w:t>
        <w:br/>
        <w:t>vn 0.4996 0.2644 0.8249</w:t>
        <w:br/>
        <w:t>vn 0.0000 -0.8867 0.4623</w:t>
        <w:br/>
        <w:t>vn 0.0000 0.4624 0.8867</w:t>
        <w:br/>
        <w:t>vn -0.4742 -0.0352 0.8797</w:t>
        <w:br/>
        <w:t>vn -0.4744 -0.0353 0.8796</w:t>
        <w:br/>
        <w:t>vn -0.4745 -0.0354 0.8795</w:t>
        <w:br/>
        <w:t>vn -0.4745 -0.0353 0.8795</w:t>
        <w:br/>
        <w:t>vn -0.4747 -0.0355 0.8795</w:t>
        <w:br/>
        <w:t>vn -0.4747 -0.0354 0.8794</w:t>
        <w:br/>
        <w:t>vn -0.4745 -0.0355 0.8795</w:t>
        <w:br/>
        <w:t>vn -0.0277 0.0278 -0.9992</w:t>
        <w:br/>
        <w:t>vn -0.0277 -0.0278 -0.9992</w:t>
        <w:br/>
        <w:t>vn -0.0228 -0.0832 -0.9963</w:t>
        <w:br/>
        <w:t>vn -0.3212 -0.0303 -0.9465</w:t>
        <w:br/>
        <w:t>vn 0.0177 0.9998 0.0012</w:t>
        <w:br/>
        <w:t>vn 0.0177 0.9998 0.0011</w:t>
        <w:br/>
        <w:t>vn 0.6370 0.7299 -0.2478</w:t>
        <w:br/>
        <w:t>vn 0.0173 0.9786 -0.2050</w:t>
        <w:br/>
        <w:t>vn 0.0177 -0.9998 0.0012</w:t>
        <w:br/>
        <w:t>vn 0.0174 -0.9786 -0.2050</w:t>
        <w:br/>
        <w:t>vn 0.6371 -0.7299 -0.2478</w:t>
        <w:br/>
        <w:t>vn 0.2408 0.8493 -0.4698</w:t>
        <w:br/>
        <w:t>vn 0.5523 0.7049 -0.4450</w:t>
        <w:br/>
        <w:t>vn 0.5524 0.7049 -0.4450</w:t>
        <w:br/>
        <w:t>vn 0.2408 0.8491 -0.4701</w:t>
        <w:br/>
        <w:t>vn 0.8827 -0.0000 -0.4699</w:t>
        <w:br/>
        <w:t>vn 0.6371 0.7299 -0.2478</w:t>
        <w:br/>
        <w:t>vn 0.8450 0.4836 -0.2285</w:t>
        <w:br/>
        <w:t>vn -0.9002 0.2480 -0.3579</w:t>
        <w:br/>
        <w:t>vn -0.9566 -0.2308 -0.1779</w:t>
        <w:br/>
        <w:t>vn -0.9566 0.2308 -0.1779</w:t>
        <w:br/>
        <w:t>vn -0.8958 0.4444 0.0002</w:t>
        <w:br/>
        <w:t>vn 0.2408 -0.8493 -0.4698</w:t>
        <w:br/>
        <w:t>vn 0.2407 -0.8492 -0.4701</w:t>
        <w:br/>
        <w:t>vn 0.5524 -0.7049 -0.4450</w:t>
        <w:br/>
        <w:t>vn 0.8449 -0.4836 -0.2285</w:t>
        <w:br/>
        <w:t>vn 0.6370 -0.7299 -0.2479</w:t>
        <w:br/>
        <w:t>vn 0.8766 -0.4811 0.0005</w:t>
        <w:br/>
        <w:t>vn -0.0416 0.0417 -0.9983</w:t>
        <w:br/>
        <w:t>vn -0.0228 0.0832 -0.9963</w:t>
        <w:br/>
        <w:t>vn 0.8766 0.4811 0.0005</w:t>
        <w:br/>
        <w:t>vn 0.8767 0.4811 0.0004</w:t>
        <w:br/>
        <w:t>vn -0.9566 -0.2308 -0.1778</w:t>
        <w:br/>
        <w:t>vn -0.8958 -0.4445 0.0002</w:t>
        <w:br/>
        <w:t>vn -0.9566 -0.2306 0.1780</w:t>
        <w:br/>
        <w:t>vn -0.0277 -0.0278 0.9992</w:t>
        <w:br/>
        <w:t>vn -0.0277 0.0278 0.9992</w:t>
        <w:br/>
        <w:t>vn -0.0228 -0.0832 0.9963</w:t>
        <w:br/>
        <w:t>vn -0.3212 -0.0303 0.9465</w:t>
        <w:br/>
        <w:t>vn 0.6371 0.7294 0.2490</w:t>
        <w:br/>
        <w:t>vn 0.0173 0.9781 0.2072</w:t>
        <w:br/>
        <w:t>vn 0.6371 -0.7295 0.2490</w:t>
        <w:br/>
        <w:t>vn 0.0173 -0.9781 0.2073</w:t>
        <w:br/>
        <w:t>vn 0.0177 -0.9998 0.0011</w:t>
        <w:br/>
        <w:t>vn 0.0177 -0.9998 0.0010</w:t>
        <w:br/>
        <w:t>vn 0.2407 0.8491 0.4702</w:t>
        <w:br/>
        <w:t>vn 0.2409 0.8493 0.4698</w:t>
        <w:br/>
        <w:t>vn 0.5523 0.7048 0.4452</w:t>
        <w:br/>
        <w:t>vn 0.5523 0.7048 0.4451</w:t>
        <w:br/>
        <w:t>vn 0.8827 -0.0000 0.4699</w:t>
        <w:br/>
        <w:t>vn 0.8450 0.4832 0.2290</w:t>
        <w:br/>
        <w:t>vn 0.6371 0.7295 0.2490</w:t>
        <w:br/>
        <w:t>vn -0.9566 0.2307 0.1780</w:t>
        <w:br/>
        <w:t>vn -0.9566 -0.2307 0.1780</w:t>
        <w:br/>
        <w:t>vn -0.3212 0.0304 0.9465</w:t>
        <w:br/>
        <w:t>vn 0.2409 -0.8493 0.4698</w:t>
        <w:br/>
        <w:t>vn 0.5523 -0.7049 0.4450</w:t>
        <w:br/>
        <w:t>vn 0.5524 -0.7049 0.4451</w:t>
        <w:br/>
        <w:t>vn 0.8451 -0.4832 0.2290</w:t>
        <w:br/>
        <w:t>vn 0.8767 -0.4811 0.0004</w:t>
        <w:br/>
        <w:t>vn -0.0228 0.0832 0.9963</w:t>
        <w:br/>
        <w:t>vn 0.8766 0.4812 0.0005</w:t>
        <w:br/>
        <w:t>vn -0.8838 -0.4631 0.0671</w:t>
        <w:br/>
        <w:t>vn -0.9566 0.2308 -0.1778</w:t>
        <w:br/>
        <w:t>vn -0.8958 0.4445 0.0002</w:t>
        <w:br/>
        <w:t>vn -0.8838 0.4630 0.0670</w:t>
        <w:br/>
        <w:t>vn -0.8836 -0.4634 -0.0664</w:t>
        <w:br/>
        <w:t>vn -0.8958 -0.4444 0.0003</w:t>
        <w:br/>
        <w:t>vn -0.7072 0.0000 -0.7071</w:t>
        <w:br/>
        <w:t>vn -0.7071 0.0000 -0.7072</w:t>
        <w:br/>
        <w:t>vn -0.7072 0.0000 0.7070</w:t>
        <w:br/>
        <w:t>vn -0.7071 0.0000 0.7072</w:t>
        <w:br/>
        <w:t>vn 0.7071 0.0000 0.7072</w:t>
        <w:br/>
        <w:t>vn 0.3591 0.9221 -0.1443</w:t>
        <w:br/>
        <w:t>vn 0.7022 0.7039 -0.1069</w:t>
        <w:br/>
        <w:t>vn 0.4835 0.8575 -0.1758</w:t>
        <w:br/>
        <w:t>vn -0.3053 0.6167 -0.7256</w:t>
        <w:br/>
        <w:t>vn -0.1651 0.8610 -0.4811</w:t>
        <w:br/>
        <w:t>vn 0.1354 0.9456 -0.2959</w:t>
        <w:br/>
        <w:t>vn 0.9108 0.4008 -0.0987</w:t>
        <w:br/>
        <w:t>vn 0.2588 -0.2714 -0.9270</w:t>
        <w:br/>
        <w:t>vn 0.0256 -0.1580 -0.9871</w:t>
        <w:br/>
        <w:t>vn 0.0257 -0.1580 -0.9871</w:t>
        <w:br/>
        <w:t>vn -0.1391 0.0860 -0.9865</w:t>
        <w:br/>
        <w:t>vn -0.1390 0.0859 -0.9865</w:t>
        <w:br/>
        <w:t>vn 0.7171 0.5344 -0.4474</w:t>
        <w:br/>
        <w:t>vn 0.7874 0.4503 -0.4210</w:t>
        <w:br/>
        <w:t>vn 0.8746 0.1306 -0.4669</w:t>
        <w:br/>
        <w:t>vn 0.8746 0.1306 -0.4668</w:t>
        <w:br/>
        <w:t>vn 0.6579 -0.1677 -0.7342</w:t>
        <w:br/>
        <w:t>vn 0.7684 -0.1011 -0.6319</w:t>
        <w:br/>
        <w:t>vn 0.5411 -0.2720 -0.7958</w:t>
        <w:br/>
        <w:t>vn 0.5157 0.7220 -0.4612</w:t>
        <w:br/>
        <w:t>vn 0.3768 0.7780 -0.5026</w:t>
        <w:br/>
        <w:t>vn 0.0782 0.7804 -0.6204</w:t>
        <w:br/>
        <w:t>vn -0.1141 0.6270 -0.7706</w:t>
        <w:br/>
        <w:t>vn 0.2807 0.8163 -0.5049</w:t>
        <w:br/>
        <w:t>vn -0.2188 -0.0351 -0.9751</w:t>
        <w:br/>
        <w:t>vn 0.1474 -0.4310 -0.8902</w:t>
        <w:br/>
        <w:t>vn 0.2590 -0.5329 -0.8055</w:t>
        <w:br/>
        <w:t>vn -0.4003 0.4150 -0.8170</w:t>
        <w:br/>
        <w:t>vn -0.3690 0.3334 -0.8676</w:t>
        <w:br/>
        <w:t>vn 0.6191 -0.5469 -0.5636</w:t>
        <w:br/>
        <w:t>vn 0.4583 -0.5807 -0.6729</w:t>
        <w:br/>
        <w:t>vn 0.8814 -0.2837 -0.3777</w:t>
        <w:br/>
        <w:t>vn 0.6910 -0.4675 -0.5513</w:t>
        <w:br/>
        <w:t>vn 0.9795 0.0353 -0.1982</w:t>
        <w:br/>
        <w:t>vn 0.9795 0.0352 -0.1983</w:t>
        <w:br/>
        <w:t>vn -0.1964 0.3718 -0.9073</w:t>
        <w:br/>
        <w:t>vn -0.1963 0.3719 -0.9073</w:t>
        <w:br/>
        <w:t>vn -0.0000 0.4912 -0.8711</w:t>
        <w:br/>
        <w:t>vn 0.0000 0.4911 -0.8711</w:t>
        <w:br/>
        <w:t>vn 0.6621 -0.0126 -0.7493</w:t>
        <w:br/>
        <w:t>vn 0.6625 -0.0129 -0.7490</w:t>
        <w:br/>
        <w:t>vn 0.9379 -0.3102 -0.1552</w:t>
        <w:br/>
        <w:t>vn 0.9380 -0.3101 -0.1553</w:t>
        <w:br/>
        <w:t>vn 0.0000 0.1168 -0.9932</w:t>
        <w:br/>
        <w:t>vn -0.0000 -0.7327 0.6806</w:t>
        <w:br/>
        <w:t>vn 0.6601 -0.6131 0.4339</w:t>
        <w:br/>
        <w:t>vn 0.6601 -0.6133 0.4338</w:t>
        <w:br/>
        <w:t>vn -0.6623 -0.0127 -0.7491</w:t>
        <w:br/>
        <w:t>vn -0.9380 -0.3101 -0.1552</w:t>
        <w:br/>
        <w:t>vn -0.9379 -0.3102 -0.1552</w:t>
        <w:br/>
        <w:t>vn -0.6622 -0.0126 -0.7492</w:t>
        <w:br/>
        <w:t>vn -0.6601 -0.6131 0.4339</w:t>
        <w:br/>
        <w:t>vn 0.0001 -0.7327 0.6806</w:t>
        <w:br/>
        <w:t>vn -0.6601 -0.6131 0.4341</w:t>
        <w:br/>
        <w:t>vn 0.0658 -0.0417 -0.9970</w:t>
        <w:br/>
        <w:t>vn 0.6896 0.3064 -0.6562</w:t>
        <w:br/>
        <w:t>vn 0.6896 0.3065 -0.6561</w:t>
        <w:br/>
        <w:t>vn 0.3831 0.0193 -0.9235</w:t>
        <w:br/>
        <w:t>vn -0.2728 -0.2121 -0.9384</w:t>
        <w:br/>
        <w:t>vn -0.4492 -0.4046 -0.7966</w:t>
        <w:br/>
        <w:t>vn 0.2865 -0.8819 -0.3745</w:t>
        <w:br/>
        <w:t>vn 0.2476 -0.9689 -0.0003</w:t>
        <w:br/>
        <w:t>vn 0.5395 -0.8411 -0.0392</w:t>
        <w:br/>
        <w:t>vn 0.7071 -0.6929 -0.1414</w:t>
        <w:br/>
        <w:t>vn -0.0165 -0.9995 -0.0267</w:t>
        <w:br/>
        <w:t>vn -0.4023 -0.9124 0.0760</w:t>
        <w:br/>
        <w:t>vn -0.4137 -0.8483 -0.3304</w:t>
        <w:br/>
        <w:t>vn 0.7031 -0.6321 -0.3257</w:t>
        <w:br/>
        <w:t>vn 0.6738 -0.4445 -0.5902</w:t>
        <w:br/>
        <w:t>vn 0.6824 -0.6823 -0.2621</w:t>
        <w:br/>
        <w:t>vn 0.6657 -0.5852 -0.4630</w:t>
        <w:br/>
        <w:t>vn 0.1140 -0.3488 -0.9302</w:t>
        <w:br/>
        <w:t>vn 0.2837 -0.2758 -0.9184</w:t>
        <w:br/>
        <w:t>vn 0.4556 -0.8805 -0.1309</w:t>
        <w:br/>
        <w:t>vn 0.2855 -0.9362 -0.2052</w:t>
        <w:br/>
        <w:t>vn -0.1072 -0.3445 -0.9326</w:t>
        <w:br/>
        <w:t>vn 0.1211 -0.9693 -0.2142</w:t>
        <w:br/>
        <w:t>vn -0.2175 -0.8331 -0.5085</w:t>
        <w:br/>
        <w:t>vn 0.2864 -0.8819 -0.3745</w:t>
        <w:br/>
        <w:t>vn -0.4137 -0.8484 -0.3304</w:t>
        <w:br/>
        <w:t>vn -0.2229 -0.4550 -0.8621</w:t>
        <w:br/>
        <w:t>vn -0.2845 -0.5718 -0.7695</w:t>
        <w:br/>
        <w:t>vn -0.2844 -0.5719 -0.7695</w:t>
        <w:br/>
        <w:t>vn -0.2358 0.7343 0.6366</w:t>
        <w:br/>
        <w:t>vn -0.2494 0.7420 0.6223</w:t>
        <w:br/>
        <w:t>vn -0.2499 0.7418 0.6224</w:t>
        <w:br/>
        <w:t>vn -0.2519 0.7610 0.5979</w:t>
        <w:br/>
        <w:t>vn -0.2407 0.7736 0.5861</w:t>
        <w:br/>
        <w:t>vn -0.2190 0.7778 0.5892</w:t>
        <w:br/>
        <w:t>vn -0.2193 0.7777 0.5891</w:t>
        <w:br/>
        <w:t>vn -0.2074 0.7717 0.6012</w:t>
        <w:br/>
        <w:t>vn -0.2074 0.7716 0.6013</w:t>
        <w:br/>
        <w:t>vn -0.2033 0.7551 0.6233</w:t>
        <w:br/>
        <w:t>vn -0.2034 0.7551 0.6233</w:t>
        <w:br/>
        <w:t>vn -0.2125 0.7411 0.6369</w:t>
        <w:br/>
        <w:t>vn -0.2125 0.7410 0.6369</w:t>
        <w:br/>
        <w:t>vn 0.8157 -0.2902 -0.5005</w:t>
        <w:br/>
        <w:t>vn 0.8156 -0.2901 -0.5006</w:t>
        <w:br/>
        <w:t>vn 0.8157 -0.2901 -0.5005</w:t>
        <w:br/>
        <w:t>vn 0.8154 -0.2900 -0.5010</w:t>
        <w:br/>
        <w:t>vn 0.8154 -0.2899 -0.5010</w:t>
        <w:br/>
        <w:t>vn 0.8155 -0.2900 -0.5009</w:t>
        <w:br/>
        <w:t>vn 0.8155 -0.2900 -0.5008</w:t>
        <w:br/>
        <w:t>vn 0.8158 -0.2902 -0.5002</w:t>
        <w:br/>
        <w:t>vn 0.3644 -0.9199 -0.1447</w:t>
        <w:br/>
        <w:t>vn 0.1068 -0.9695 -0.2208</w:t>
        <w:br/>
        <w:t>vn -0.1756 -0.9095 -0.3769</w:t>
        <w:br/>
        <w:t>vn 0.2854 0.0272 -0.9580</w:t>
        <w:br/>
        <w:t>vn 0.1488 0.0275 -0.9885</w:t>
        <w:br/>
        <w:t>vn 0.4315 0.0889 -0.8977</w:t>
        <w:br/>
        <w:t>vn 0.6046 -0.3053 -0.7357</w:t>
        <w:br/>
        <w:t>vn 0.6197 -0.0886 -0.7798</w:t>
        <w:br/>
        <w:t>vn 0.2411 -0.2888 -0.9265</w:t>
        <w:br/>
        <w:t>vn -0.1442 -0.3274 -0.9338</w:t>
        <w:br/>
        <w:t>vn 0.6226 -0.7667 0.1570</w:t>
        <w:br/>
        <w:t>vn 0.6225 -0.7667 0.1570</w:t>
        <w:br/>
        <w:t>vn 0.7155 0.1220 -0.6879</w:t>
        <w:br/>
        <w:t>vn 0.2411 -0.2889 -0.9265</w:t>
        <w:br/>
        <w:t>vn 0.7262 -0.1537 -0.6701</w:t>
        <w:br/>
        <w:t>vn -0.3588 -0.7458 -0.5613</w:t>
        <w:br/>
        <w:t>vn -0.4038 -0.1016 -0.9092</w:t>
        <w:br/>
        <w:t>vn -0.4006 0.3888 -0.8297</w:t>
        <w:br/>
        <w:t>vn -0.0371 0.3293 -0.9435</w:t>
        <w:br/>
        <w:t>vn 0.6105 -0.4620 -0.6433</w:t>
        <w:br/>
        <w:t>vn 0.2881 -0.8103 -0.5102</w:t>
        <w:br/>
        <w:t>vn 0.1519 -0.8141 -0.5604</w:t>
        <w:br/>
        <w:t>vn -0.0236 -0.8387 -0.5441</w:t>
        <w:br/>
        <w:t>vn -0.1884 -0.6620 -0.7255</w:t>
        <w:br/>
        <w:t>vn 0.6501 0.3884 -0.6531</w:t>
        <w:br/>
        <w:t>vn 0.5036 0.3126 -0.8054</w:t>
        <w:br/>
        <w:t>vn -0.2831 0.4501 0.8469</w:t>
        <w:br/>
        <w:t>vn -0.2647 0.4695 0.8423</w:t>
        <w:br/>
        <w:t>vn -0.2646 0.4700 0.8421</w:t>
        <w:br/>
        <w:t>vn -0.2832 0.4500 0.8469</w:t>
        <w:br/>
        <w:t>vn -0.2829 0.4110 0.8667</w:t>
        <w:br/>
        <w:t>vn -0.2610 0.3909 0.8827</w:t>
        <w:br/>
        <w:t>vn -0.2285 0.3946 0.8900</w:t>
        <w:br/>
        <w:t>vn -0.2284 0.3946 0.8900</w:t>
        <w:br/>
        <w:t>vn -0.2137 0.4133 0.8852</w:t>
        <w:br/>
        <w:t>vn -0.2131 0.4492 0.8676</w:t>
        <w:br/>
        <w:t>vn -0.2311 0.4705 0.8516</w:t>
        <w:br/>
        <w:t>vn -0.5740 0.7370 0.3568</w:t>
        <w:br/>
        <w:t>vn -0.6666 -0.1097 0.7373</w:t>
        <w:br/>
        <w:t>vn 0.6878 0.6446 0.3338</w:t>
        <w:br/>
        <w:t>vn 0.7479 0.2886 0.5978</w:t>
        <w:br/>
        <w:t>vn 0.6647 0.1096 -0.7390</w:t>
        <w:br/>
        <w:t>vn 0.5690 -0.7521 -0.3326</w:t>
        <w:br/>
        <w:t>vn -0.7485 -0.2861 -0.5982</w:t>
        <w:br/>
        <w:t>vn -0.7486 -0.2861 -0.5982</w:t>
        <w:br/>
        <w:t>vn -0.6809 -0.6626 -0.3119</w:t>
        <w:br/>
        <w:t>vn 0.0922 0.9061 -0.4129</w:t>
        <w:br/>
        <w:t>vn -0.3334 0.6281 -0.7031</w:t>
        <w:br/>
        <w:t>vn -0.0893 -0.8970 0.4329</w:t>
        <w:br/>
        <w:t>vn 0.3347 -0.6298 0.7010</w:t>
        <w:br/>
        <w:t>vn -0.0893 -0.8970 0.4328</w:t>
        <w:br/>
        <w:t>vn -0.6878 -0.7002 0.1912</w:t>
        <w:br/>
        <w:t>vn -0.3969 -0.8847 0.2444</w:t>
        <w:br/>
        <w:t>vn -0.1253 -0.9310 0.3428</w:t>
        <w:br/>
        <w:t>vn 0.2796 -0.6738 0.6840</w:t>
        <w:br/>
        <w:t>vn 0.3249 -0.4031 0.8556</w:t>
        <w:br/>
        <w:t>vn 0.2533 -0.0476 0.9662</w:t>
        <w:br/>
        <w:t>vn 0.1006 0.1701 0.9803</w:t>
        <w:br/>
        <w:t>vn -0.8443 -0.4909 0.2151</w:t>
        <w:br/>
        <w:t>vn -0.6619 -0.6194 0.4223</w:t>
        <w:br/>
        <w:t>vn -0.2481 0.0627 0.9667</w:t>
        <w:br/>
        <w:t>vn -0.0561 0.0596 0.9966</w:t>
        <w:br/>
        <w:t>vn -0.3852 0.1156 0.9156</w:t>
        <w:br/>
        <w:t>vn -0.8545 0.1252 0.5042</w:t>
        <w:br/>
        <w:t>vn 0.0841 -0.1694 0.9820</w:t>
        <w:br/>
        <w:t>vn 0.0049 -0.5127 0.8586</w:t>
        <w:br/>
        <w:t>vn -0.6628 0.5705 0.4851</w:t>
        <w:br/>
        <w:t>vn -0.8544 0.1253 0.5043</w:t>
        <w:br/>
        <w:t>vn -0.4331 0.3984 0.8085</w:t>
        <w:br/>
        <w:t>vn -0.6628 0.5703 0.4852</w:t>
        <w:br/>
        <w:t>vn -0.6207 -0.6931 0.3664</w:t>
        <w:br/>
        <w:t>vn -0.4729 -0.7243 0.5017</w:t>
        <w:br/>
        <w:t>vn -0.7686 -0.2841 0.5732</w:t>
        <w:br/>
        <w:t>vn -0.7965 -0.4382 0.4166</w:t>
        <w:br/>
        <w:t>vn -0.3229 -0.7696 0.5510</w:t>
        <w:br/>
        <w:t>vn -0.6618 -0.6194 0.4223</w:t>
        <w:br/>
        <w:t>vn 0.0048 -0.5127 0.8586</w:t>
        <w:br/>
        <w:t>vn -0.7510 -0.1151 0.6503</w:t>
        <w:br/>
        <w:t>vn 0.3996 0.3623 -0.8421</w:t>
        <w:br/>
        <w:t>vn 0.3994 0.3631 -0.8418</w:t>
        <w:br/>
        <w:t>vn 0.3992 0.3632 -0.8419</w:t>
        <w:br/>
        <w:t>vn 0.3995 0.3624 -0.8421</w:t>
        <w:br/>
        <w:t>vn 0.3999 0.3643 -0.8411</w:t>
        <w:br/>
        <w:t>vn 0.3997 0.3645 -0.8411</w:t>
        <w:br/>
        <w:t>vn 0.4017 0.3661 -0.8394</w:t>
        <w:br/>
        <w:t>vn 0.4014 0.3662 -0.8395</w:t>
        <w:br/>
        <w:t>vn 0.4021 0.3654 -0.8395</w:t>
        <w:br/>
        <w:t>vn 0.3997 0.3650 -0.8408</w:t>
        <w:br/>
        <w:t>vn 0.3981 0.3648 -0.8417</w:t>
        <w:br/>
        <w:t>vn 0.3982 0.3650 -0.8416</w:t>
        <w:br/>
        <w:t>vn 0.3981 0.3643 -0.8419</w:t>
        <w:br/>
        <w:t>vn 0.3985 0.3640 -0.8418</w:t>
        <w:br/>
        <w:t>vn 0.5828 -0.3229 -0.7457</w:t>
        <w:br/>
        <w:t>vn -0.7299 -0.2378 -0.6408</w:t>
        <w:br/>
        <w:t>vn -0.6569 -0.4828 -0.5791</w:t>
        <w:br/>
        <w:t>vn -0.7347 -0.0523 -0.6763</w:t>
        <w:br/>
        <w:t>vn -0.4105 -0.7099 -0.5723</w:t>
        <w:br/>
        <w:t>vn -0.0000 -0.7941 -0.6078</w:t>
        <w:br/>
        <w:t>vn -0.0000 -0.8702 -0.4926</w:t>
        <w:br/>
        <w:t>vn 0.3392 0.3244 -0.8830</w:t>
        <w:br/>
        <w:t>vn 0.4806 0.0791 -0.8734</w:t>
        <w:br/>
        <w:t>vn 0.0000 0.4203 -0.9074</w:t>
        <w:br/>
        <w:t>vn 0.5951 -0.0353 -0.8029</w:t>
        <w:br/>
        <w:t>vn 0.0000 0.2172 0.9761</w:t>
        <w:br/>
        <w:t>vn 0.0260 0.2171 0.9758</w:t>
        <w:br/>
        <w:t>vn 0.0260 0.2173 0.9758</w:t>
        <w:br/>
        <w:t>vn 0.0292 0.2206 0.9749</w:t>
        <w:br/>
        <w:t>vn 0.0317 0.2232 0.9743</w:t>
        <w:br/>
        <w:t>vn 0.0318 0.2232 0.9742</w:t>
        <w:br/>
        <w:t>vn 0.0000 0.5286 -0.8489</w:t>
        <w:br/>
        <w:t>vn 0.0000 0.5111 -0.8595</w:t>
        <w:br/>
        <w:t>vn -0.4674 -0.4464 -0.7631</w:t>
        <w:br/>
        <w:t>vn -0.3216 -0.6590 -0.6799</w:t>
        <w:br/>
        <w:t>vn -0.5828 -0.3228 -0.7457</w:t>
        <w:br/>
        <w:t>vn 0.6712 0.2134 -0.7099</w:t>
        <w:br/>
        <w:t>vn 0.6569 -0.4828 -0.5790</w:t>
        <w:br/>
        <w:t>vn 0.7299 -0.2378 -0.6408</w:t>
        <w:br/>
        <w:t>vn 0.7347 -0.0522 -0.6764</w:t>
        <w:br/>
        <w:t>vn 0.4105 -0.7099 -0.5723</w:t>
        <w:br/>
        <w:t>vn 0.4261 0.4401 -0.7904</w:t>
        <w:br/>
        <w:t>vn -0.3392 0.3244 -0.8830</w:t>
        <w:br/>
        <w:t>vn -0.4806 0.0791 -0.8734</w:t>
        <w:br/>
        <w:t>vn -0.5951 -0.0353 -0.8029</w:t>
        <w:br/>
        <w:t>vn -0.0260 0.2173 0.9758</w:t>
        <w:br/>
        <w:t>vn -0.0261 0.2174 0.9757</w:t>
        <w:br/>
        <w:t>vn -0.0292 0.2206 0.9749</w:t>
        <w:br/>
        <w:t>vn -0.0293 0.2213 0.9748</w:t>
        <w:br/>
        <w:t>vn -0.0294 0.2213 0.9748</w:t>
        <w:br/>
        <w:t>vn -0.0317 0.2232 0.9743</w:t>
        <w:br/>
        <w:t>vn -0.0316 0.2232 0.9743</w:t>
        <w:br/>
        <w:t>vn -0.2137 -0.7285 -0.6509</w:t>
        <w:br/>
        <w:t>vn 0.3680 -0.6458 -0.6690</w:t>
        <w:br/>
        <w:t>vn 0.0583 -0.7532 -0.6552</w:t>
        <w:br/>
        <w:t>vn 0.0226 0.4788 -0.8776</w:t>
        <w:br/>
        <w:t>vn -0.1402 0.5149 -0.8457</w:t>
        <w:br/>
        <w:t>vn 0.1613 0.4847 -0.8597</w:t>
        <w:br/>
        <w:t>vn -0.3167 0.1013 -0.9431</w:t>
        <w:br/>
        <w:t>vn -0.3379 0.3147 -0.8870</w:t>
        <w:br/>
        <w:t>vn 0.4555 0.1270 -0.8811</w:t>
        <w:br/>
        <w:t>vn 0.0849 0.1810 -0.9798</w:t>
        <w:br/>
        <w:t>vn -0.5653 -0.7146 -0.4120</w:t>
        <w:br/>
        <w:t>vn -0.5655 -0.7146 -0.4117</w:t>
        <w:br/>
        <w:t>vn -0.4765 0.4654 -0.7459</w:t>
        <w:br/>
        <w:t>vn -0.4661 0.2132 -0.8586</w:t>
        <w:br/>
        <w:t>vn 0.5830 -0.4273 -0.6911</w:t>
        <w:br/>
        <w:t>vn 0.6722 0.3007 -0.6766</w:t>
        <w:br/>
        <w:t>vn 0.6721 0.3007 -0.6766</w:t>
        <w:br/>
        <w:t>vn 0.2951 0.7208 -0.6272</w:t>
        <w:br/>
        <w:t>vn 0.5984 0.6997 -0.3904</w:t>
        <w:br/>
        <w:t>vn -0.3361 -0.0797 -0.9385</w:t>
        <w:br/>
        <w:t>vn 0.1058 -0.4578 -0.8827</w:t>
        <w:br/>
        <w:t>vn -0.0390 -0.4691 -0.8823</w:t>
        <w:br/>
        <w:t>vn 0.2692 -0.4977 -0.8245</w:t>
        <w:br/>
        <w:t>vn 0.4646 -0.2678 -0.8440</w:t>
        <w:br/>
        <w:t>vn -0.4505 0.6820 -0.5761</w:t>
        <w:br/>
        <w:t>vn -0.2578 0.6754 -0.6909</w:t>
        <w:br/>
        <w:t>vn -0.0533 0.0168 0.9984</w:t>
        <w:br/>
        <w:t>vn -0.0534 0.0170 0.9984</w:t>
        <w:br/>
        <w:t>vn -0.0356 -0.0041 0.9994</w:t>
        <w:br/>
        <w:t>vn -0.0383 -0.0478 0.9981</w:t>
        <w:br/>
        <w:t>vn -0.0620 -0.0716 0.9955</w:t>
        <w:br/>
        <w:t>vn -0.0954 -0.0696 0.9930</w:t>
        <w:br/>
        <w:t>vn -0.0953 -0.0697 0.9930</w:t>
        <w:br/>
        <w:t>vn -0.1095 -0.0501 0.9927</w:t>
        <w:br/>
        <w:t>vn -0.1095 -0.0500 0.9927</w:t>
        <w:br/>
        <w:t>vn -0.1083 -0.0101 0.9941</w:t>
        <w:br/>
        <w:t>vn -0.0882 0.0150 0.9960</w:t>
        <w:br/>
        <w:t>vn 0.2137 -0.7286 -0.6508</w:t>
        <w:br/>
        <w:t>vn -0.0583 -0.7533 -0.6551</w:t>
        <w:br/>
        <w:t>vn -0.3680 -0.6458 -0.6690</w:t>
        <w:br/>
        <w:t>vn -0.0226 0.4788 -0.8777</w:t>
        <w:br/>
        <w:t>vn -0.1613 0.4847 -0.8597</w:t>
        <w:br/>
        <w:t>vn 0.1402 0.5148 -0.8458</w:t>
        <w:br/>
        <w:t>vn 0.3167 0.1013 -0.9431</w:t>
        <w:br/>
        <w:t>vn 0.3379 0.3147 -0.8870</w:t>
        <w:br/>
        <w:t>vn -0.0849 0.1810 -0.9798</w:t>
        <w:br/>
        <w:t>vn -0.4554 0.1270 -0.8812</w:t>
        <w:br/>
        <w:t>vn 0.5655 -0.7146 -0.4118</w:t>
        <w:br/>
        <w:t>vn 0.4766 0.4654 -0.7458</w:t>
        <w:br/>
        <w:t>vn -0.0848 0.1811 -0.9798</w:t>
        <w:br/>
        <w:t>vn 0.4662 0.2132 -0.8586</w:t>
        <w:br/>
        <w:t>vn -0.5830 -0.4273 -0.6911</w:t>
        <w:br/>
        <w:t>vn -0.6722 0.3007 -0.6766</w:t>
        <w:br/>
        <w:t>vn -0.6721 0.3006 -0.6766</w:t>
        <w:br/>
        <w:t>vn -0.5984 0.6997 -0.3904</w:t>
        <w:br/>
        <w:t>vn -0.2951 0.7208 -0.6272</w:t>
        <w:br/>
        <w:t>vn -0.2951 0.7208 -0.6271</w:t>
        <w:br/>
        <w:t>vn 0.3361 -0.0798 -0.9385</w:t>
        <w:br/>
        <w:t>vn 0.0390 -0.4691 -0.8823</w:t>
        <w:br/>
        <w:t>vn -0.1058 -0.4578 -0.8828</w:t>
        <w:br/>
        <w:t>vn -0.2692 -0.4977 -0.8245</w:t>
        <w:br/>
        <w:t>vn -0.4646 -0.2678 -0.8441</w:t>
        <w:br/>
        <w:t>vn 0.4505 0.6820 -0.5761</w:t>
        <w:br/>
        <w:t>vn 0.2578 0.6754 -0.6909</w:t>
        <w:br/>
        <w:t>vn 0.0356 -0.0041 0.9994</w:t>
        <w:br/>
        <w:t>vn 0.0533 0.0164 0.9984</w:t>
        <w:br/>
        <w:t>vn 0.0534 0.0169 0.9984</w:t>
        <w:br/>
        <w:t>vn 0.0383 -0.0478 0.9981</w:t>
        <w:br/>
        <w:t>vn 0.0620 -0.0716 0.9955</w:t>
        <w:br/>
        <w:t>vn 0.0955 -0.0696 0.9930</w:t>
        <w:br/>
        <w:t>vn 0.0953 -0.0697 0.9930</w:t>
        <w:br/>
        <w:t>vn 0.1095 -0.0500 0.9927</w:t>
        <w:br/>
        <w:t>vn 0.1082 -0.0101 0.9941</w:t>
        <w:br/>
        <w:t>vn 0.1083 -0.0101 0.9941</w:t>
        <w:br/>
        <w:t>vn 0.0882 0.0150 0.9960</w:t>
        <w:br/>
        <w:t>vn -0.6655 0.7098 -0.2309</w:t>
        <w:br/>
        <w:t>vn -0.7378 0.4176 -0.5303</w:t>
        <w:br/>
        <w:t>vn -0.7397 0.6400 -0.2081</w:t>
        <w:br/>
        <w:t>vn -0.7373 -0.0577 -0.6731</w:t>
        <w:br/>
        <w:t>vn -0.7365 -0.3769 -0.5617</w:t>
        <w:br/>
        <w:t>vn -0.7840 -0.4724 -0.4027</w:t>
        <w:br/>
        <w:t>vn -0.7848 0.1242 -0.6072</w:t>
        <w:br/>
        <w:t>vn -0.7461 -0.6432 -0.1722</w:t>
        <w:br/>
        <w:t>vn -0.7621 -0.6199 0.1869</w:t>
        <w:br/>
        <w:t>vn -0.7288 0.6603 0.1811</w:t>
        <w:br/>
        <w:t>vn -0.6256 -0.1581 0.7639</w:t>
        <w:br/>
        <w:t>vn -0.6454 0.1286 0.7529</w:t>
        <w:br/>
        <w:t>vn -0.6393 -0.4886 0.5938</w:t>
        <w:br/>
        <w:t>vn -0.5592 -0.7884 0.2563</w:t>
        <w:br/>
        <w:t>vn -0.6646 -0.7099 0.2330</w:t>
        <w:br/>
        <w:t>vn -0.6443 0.3605 0.6745</w:t>
        <w:br/>
        <w:t>vn -0.6804 0.5559 0.4775</w:t>
        <w:br/>
        <w:t>vn -0.7621 -0.4204 0.4924</w:t>
        <w:br/>
        <w:t>vn -0.7982 -0.1391 0.5862</w:t>
        <w:br/>
        <w:t>vn -0.7482 0.0320 0.6627</w:t>
        <w:br/>
        <w:t>vn -0.7325 0.3661 0.5740</w:t>
        <w:br/>
        <w:t>vn -0.7790 0.4711 0.4139</w:t>
        <w:br/>
        <w:t>vn -0.6747 0.3857 -0.6293</w:t>
        <w:br/>
        <w:t>vn -0.6016 0.7623 -0.2387</w:t>
        <w:br/>
        <w:t>vn -0.6628 0.1699 -0.7293</w:t>
        <w:br/>
        <w:t>vn -0.6821 0.6717 0.2892</w:t>
        <w:br/>
        <w:t>vn -0.6143 -0.1112 -0.7812</w:t>
        <w:br/>
        <w:t>vn -0.5828 -0.6069 -0.5405</w:t>
        <w:br/>
        <w:t>vn -0.6041 -0.3698 -0.7059</w:t>
        <w:br/>
        <w:t>vn -0.6119 -0.7665 -0.1949</w:t>
        <w:br/>
        <w:t>vn -0.6987 -0.6852 0.2055</w:t>
        <w:br/>
        <w:t>vn 0.6655 0.7098 -0.2309</w:t>
        <w:br/>
        <w:t>vn 0.7397 0.6399 -0.2081</w:t>
        <w:br/>
        <w:t>vn 0.7378 0.4176 -0.5303</w:t>
        <w:br/>
        <w:t>vn 0.7840 -0.4725 -0.4027</w:t>
        <w:br/>
        <w:t>vn 0.7365 -0.3769 -0.5617</w:t>
        <w:br/>
        <w:t>vn 0.7373 -0.0577 -0.6731</w:t>
        <w:br/>
        <w:t>vn 0.7848 0.1242 -0.6072</w:t>
        <w:br/>
        <w:t>vn 0.7461 -0.6432 -0.1723</w:t>
        <w:br/>
        <w:t>vn 0.7622 -0.6198 0.1869</w:t>
        <w:br/>
        <w:t>vn 0.7289 0.6603 0.1811</w:t>
        <w:br/>
        <w:t>vn 0.6257 -0.1580 0.7639</w:t>
        <w:br/>
        <w:t>vn 0.6393 -0.4886 0.5937</w:t>
        <w:br/>
        <w:t>vn 0.6454 0.1286 0.7529</w:t>
        <w:br/>
        <w:t>vn 0.5592 -0.7884 0.2563</w:t>
        <w:br/>
        <w:t>vn 0.6646 -0.7099 0.2330</w:t>
        <w:br/>
        <w:t>vn 0.6442 0.3605 0.6745</w:t>
        <w:br/>
        <w:t>vn 0.6804 0.5559 0.4775</w:t>
        <w:br/>
        <w:t>vn 0.7982 -0.1391 0.5862</w:t>
        <w:br/>
        <w:t>vn 0.7621 -0.4204 0.4924</w:t>
        <w:br/>
        <w:t>vn 0.7482 0.0320 0.6627</w:t>
        <w:br/>
        <w:t>vn 0.7325 0.3661 0.5740</w:t>
        <w:br/>
        <w:t>vn 0.7790 0.4711 0.4139</w:t>
        <w:br/>
        <w:t>vn 0.6747 0.3857 -0.6293</w:t>
        <w:br/>
        <w:t>vn 0.6627 0.1699 -0.7293</w:t>
        <w:br/>
        <w:t>vn 0.6016 0.7623 -0.2388</w:t>
        <w:br/>
        <w:t>vn 0.6821 0.6717 0.2892</w:t>
        <w:br/>
        <w:t>vn 0.6143 -0.1112 -0.7812</w:t>
        <w:br/>
        <w:t>vn 0.5828 -0.6069 -0.5405</w:t>
        <w:br/>
        <w:t>vn 0.6041 -0.3698 -0.7059</w:t>
        <w:br/>
        <w:t>vn 0.6119 -0.7665 -0.1949</w:t>
        <w:br/>
        <w:t>vn 0.6988 -0.6852 0.2055</w:t>
        <w:br/>
        <w:t>vn 0.0842 0.6654 -0.7418</w:t>
        <w:br/>
        <w:t>vn 0.0948 0.6648 -0.7409</w:t>
        <w:br/>
        <w:t>vn 0.0947 0.6648 -0.7410</w:t>
        <w:br/>
        <w:t>vn 0.1013 0.6635 -0.7413</w:t>
        <w:br/>
        <w:t>vn 0.1034 0.6450 -0.7571</w:t>
        <w:br/>
        <w:t>vn 0.1025 0.6353 -0.7654</w:t>
        <w:br/>
        <w:t>vn -0.0430 0.5176 -0.8545</w:t>
        <w:br/>
        <w:t>vn -0.0431 0.5177 -0.8545</w:t>
        <w:br/>
        <w:t>vn -0.0086 0.5321 -0.8466</w:t>
        <w:br/>
        <w:t>vn -0.0228 0.5515 -0.8339</w:t>
        <w:br/>
        <w:t>vn 0.0868 0.6155 -0.7833</w:t>
        <w:br/>
        <w:t>vn 0.0648 0.5761 -0.8148</w:t>
        <w:br/>
        <w:t>vn 0.0280 0.5682 -0.8224</w:t>
        <w:br/>
        <w:t>vn 0.7438 0.6682 -0.0186</w:t>
        <w:br/>
        <w:t>vn 0.7942 0.2975 -0.5298</w:t>
        <w:br/>
        <w:t>vn 0.7422 0.5561 -0.3741</w:t>
        <w:br/>
        <w:t>vn 0.6532 -0.0956 0.7511</w:t>
        <w:br/>
        <w:t>vn 0.6366 -0.3717 0.6757</w:t>
        <w:br/>
        <w:t>vn 0.6470 -0.6372 0.4187</w:t>
        <w:br/>
        <w:t>vn 0.5712 -0.8203 0.0286</w:t>
        <w:br/>
        <w:t>vn 0.6617 0.1560 0.7334</w:t>
        <w:br/>
        <w:t>vn 0.6505 0.4186 0.6338</w:t>
        <w:br/>
        <w:t>vn 0.6748 0.6478 0.3534</w:t>
        <w:br/>
        <w:t>vn 0.6027 -0.4398 -0.6659</w:t>
        <w:br/>
        <w:t>vn 0.6272 -0.6796 -0.3805</w:t>
        <w:br/>
        <w:t>vn 0.7552 -0.2008 -0.6240</w:t>
        <w:br/>
        <w:t>vn 0.8037 -0.3330 -0.4931</w:t>
        <w:br/>
        <w:t>vn 0.7655 -0.5611 -0.3149</w:t>
        <w:br/>
        <w:t>vn 0.7506 0.1447 -0.6448</w:t>
        <w:br/>
        <w:t>vn 0.7353 0.5828 0.3460</w:t>
        <w:br/>
        <w:t>vn 0.7833 0.3428 0.5186</w:t>
        <w:br/>
        <w:t>vn 0.7374 0.2022 0.6445</w:t>
        <w:br/>
        <w:t>vn 0.7991 -0.2757 0.5343</w:t>
        <w:br/>
        <w:t>vn 0.7502 -0.1312 0.6481</w:t>
        <w:br/>
        <w:t>vn 0.6244 0.3574 -0.6945</w:t>
        <w:br/>
        <w:t>vn 0.6611 0.6126 -0.4333</w:t>
        <w:br/>
        <w:t>vn 0.6326 0.0888 -0.7694</w:t>
        <w:br/>
        <w:t>vn 0.6181 -0.1735 -0.7667</w:t>
        <w:br/>
        <w:t>vn 0.7636 -0.5195 0.3835</w:t>
        <w:br/>
        <w:t>vn 0.7713 -0.6351 0.0417</w:t>
        <w:br/>
        <w:t>vn 0.7079 0.7050 -0.0433</w:t>
        <w:br/>
        <w:t>vn 0.6089 0.7918 -0.0480</w:t>
        <w:br/>
        <w:t>vn 0.6717 0.7405 -0.0213</w:t>
        <w:br/>
        <w:t>vn 0.6701 -0.7418 0.0277</w:t>
        <w:br/>
        <w:t>vn 0.7063 -0.7064 0.0461</w:t>
        <w:br/>
        <w:t>vn -0.7438 0.6682 -0.0186</w:t>
        <w:br/>
        <w:t>vn -0.7422 0.5561 -0.3741</w:t>
        <w:br/>
        <w:t>vn -0.7942 0.2975 -0.5298</w:t>
        <w:br/>
        <w:t>vn -0.6532 -0.0956 0.7511</w:t>
        <w:br/>
        <w:t>vn -0.6470 -0.6372 0.4187</w:t>
        <w:br/>
        <w:t>vn -0.6366 -0.3717 0.6757</w:t>
        <w:br/>
        <w:t>vn -0.5712 -0.8203 0.0286</w:t>
        <w:br/>
        <w:t>vn -0.6617 0.1560 0.7334</w:t>
        <w:br/>
        <w:t>vn -0.6504 0.4186 0.6338</w:t>
        <w:br/>
        <w:t>vn -0.6748 0.6478 0.3535</w:t>
        <w:br/>
        <w:t>vn -0.6026 -0.4398 -0.6659</w:t>
        <w:br/>
        <w:t>vn -0.6272 -0.6796 -0.3805</w:t>
        <w:br/>
        <w:t>vn -0.7551 -0.2009 -0.6240</w:t>
        <w:br/>
        <w:t>vn -0.7655 -0.5611 -0.3149</w:t>
        <w:br/>
        <w:t>vn -0.8037 -0.3330 -0.4931</w:t>
        <w:br/>
        <w:t>vn -0.7506 0.1446 -0.6448</w:t>
        <w:br/>
        <w:t>vn -0.7353 0.5828 0.3460</w:t>
        <w:br/>
        <w:t>vn -0.7833 0.3428 0.5186</w:t>
        <w:br/>
        <w:t>vn -0.7374 0.2022 0.6445</w:t>
        <w:br/>
        <w:t>vn -0.7991 -0.2757 0.5343</w:t>
        <w:br/>
        <w:t>vn -0.7502 -0.1312 0.6481</w:t>
        <w:br/>
        <w:t>vn -0.6244 0.3575 -0.6945</w:t>
        <w:br/>
        <w:t>vn -0.6326 0.0888 -0.7694</w:t>
        <w:br/>
        <w:t>vn -0.6611 0.6126 -0.4333</w:t>
        <w:br/>
        <w:t>vn -0.6181 -0.1735 -0.7667</w:t>
        <w:br/>
        <w:t>vn -0.7636 -0.5195 0.3835</w:t>
        <w:br/>
        <w:t>vn -0.7713 -0.6351 0.0416</w:t>
        <w:br/>
        <w:t>vn -0.6089 0.7918 -0.0480</w:t>
        <w:br/>
        <w:t>vn -0.7079 0.7050 -0.0433</w:t>
        <w:br/>
        <w:t>vn -0.6717 0.7405 -0.0213</w:t>
        <w:br/>
        <w:t>vn -0.6701 -0.7418 0.0277</w:t>
        <w:br/>
        <w:t>vn -0.7064 -0.7063 0.0465</w:t>
        <w:br/>
        <w:t>vn -0.7421 0.6677 -0.0592</w:t>
        <w:br/>
        <w:t>vn -0.7230 0.6161 0.3125</w:t>
        <w:br/>
        <w:t>vn -0.6700 0.7396 -0.0645</w:t>
        <w:br/>
        <w:t>vn -0.6315 -0.0290 -0.7748</w:t>
        <w:br/>
        <w:t>vn -0.6340 0.2651 -0.7265</w:t>
        <w:br/>
        <w:t>vn -0.5867 -0.5149 -0.6250</w:t>
        <w:br/>
        <w:t>vn -0.6109 -0.2764 -0.7419</w:t>
        <w:br/>
        <w:t>vn -0.6626 0.5717 -0.4839</w:t>
        <w:br/>
        <w:t>vn -0.6133 -0.7130 -0.3400</w:t>
        <w:br/>
        <w:t>vn -0.5679 -0.8193 0.0784</w:t>
        <w:br/>
        <w:t>vn -0.5899 0.8006 -0.1049</w:t>
        <w:br/>
        <w:t>vn -0.6859 0.7217 -0.0932</w:t>
        <w:br/>
        <w:t>vn -0.7538 -0.6516 0.0847</w:t>
        <w:br/>
        <w:t>vn -0.7707 -0.4217 -0.4777</w:t>
        <w:br/>
        <w:t>vn -0.7318 -0.6237 -0.2748</w:t>
        <w:br/>
        <w:t>vn -0.8019 -0.2111 0.5589</w:t>
        <w:br/>
        <w:t>vn -0.7642 -0.4891 0.4205</w:t>
        <w:br/>
        <w:t>vn -0.7495 -0.0414 0.6608</w:t>
        <w:br/>
        <w:t>vn -0.7248 0.2840 0.6277</w:t>
        <w:br/>
        <w:t>vn -0.7683 0.4057 0.4951</w:t>
        <w:br/>
        <w:t>vn -0.6470 -0.5946 0.4773</w:t>
        <w:br/>
        <w:t>vn -0.6247 -0.2790 0.7293</w:t>
        <w:br/>
        <w:t>vn -0.6273 0.0234 0.7784</w:t>
        <w:br/>
        <w:t>vn -0.6066 0.5216 0.6000</w:t>
        <w:br/>
        <w:t>vn -0.6228 0.2859 0.7283</w:t>
        <w:br/>
        <w:t>vn -0.7879 0.2204 -0.5749</w:t>
        <w:br/>
        <w:t>vn -0.7303 0.0434 -0.6817</w:t>
        <w:br/>
        <w:t>vn -0.7204 -0.3077 -0.6215</w:t>
        <w:br/>
        <w:t>vn -0.7444 0.5128 -0.4276</w:t>
        <w:br/>
        <w:t>vn -0.6372 0.7092 0.3016</w:t>
        <w:br/>
        <w:t>vn -0.6683 -0.7407 0.0687</w:t>
        <w:br/>
        <w:t>vn -0.6855 -0.7220 0.0939</w:t>
        <w:br/>
        <w:t>vn 0.7421 0.6677 -0.0593</w:t>
        <w:br/>
        <w:t>vn 0.6700 0.7396 -0.0645</w:t>
        <w:br/>
        <w:t>vn 0.7230 0.6161 0.3125</w:t>
        <w:br/>
        <w:t>vn 0.6315 -0.0290 -0.7748</w:t>
        <w:br/>
        <w:t>vn 0.6109 -0.2764 -0.7419</w:t>
        <w:br/>
        <w:t>vn 0.5867 -0.5149 -0.6250</w:t>
        <w:br/>
        <w:t>vn 0.6339 0.2651 -0.7265</w:t>
        <w:br/>
        <w:t>vn 0.6626 0.5717 -0.4838</w:t>
        <w:br/>
        <w:t>vn 0.6133 -0.7130 -0.3399</w:t>
        <w:br/>
        <w:t>vn 0.5679 -0.8193 0.0784</w:t>
        <w:br/>
        <w:t>vn 0.5899 0.8006 -0.1049</w:t>
        <w:br/>
        <w:t>vn 0.6859 0.7217 -0.0932</w:t>
        <w:br/>
        <w:t>vn 0.7538 -0.6516 0.0847</w:t>
        <w:br/>
        <w:t>vn 0.7318 -0.6237 -0.2748</w:t>
        <w:br/>
        <w:t>vn 0.7707 -0.4217 -0.4777</w:t>
        <w:br/>
        <w:t>vn 0.8019 -0.2111 0.5589</w:t>
        <w:br/>
        <w:t>vn 0.7495 -0.0414 0.6608</w:t>
        <w:br/>
        <w:t>vn 0.7641 -0.4891 0.4205</w:t>
        <w:br/>
        <w:t>vn 0.7683 0.4057 0.4951</w:t>
        <w:br/>
        <w:t>vn 0.7248 0.2840 0.6277</w:t>
        <w:br/>
        <w:t>vn 0.6470 -0.5946 0.4773</w:t>
        <w:br/>
        <w:t>vn 0.6247 -0.2790 0.7293</w:t>
        <w:br/>
        <w:t>vn 0.6273 0.0234 0.7784</w:t>
        <w:br/>
        <w:t>vn 0.6066 0.5216 0.6000</w:t>
        <w:br/>
        <w:t>vn 0.6228 0.2859 0.7282</w:t>
        <w:br/>
        <w:t>vn 0.7879 0.2204 -0.5749</w:t>
        <w:br/>
        <w:t>vn 0.7204 -0.3077 -0.6215</w:t>
        <w:br/>
        <w:t>vn 0.7304 0.0434 -0.6817</w:t>
        <w:br/>
        <w:t>vn 0.7444 0.5128 -0.4276</w:t>
        <w:br/>
        <w:t>vn 0.6372 0.7092 0.3015</w:t>
        <w:br/>
        <w:t>vn 0.6683 -0.7407 0.0687</w:t>
        <w:br/>
        <w:t>vn 0.6855 -0.7220 0.0939</w:t>
        <w:br/>
        <w:t>vn 0.4118 -0.5448 -0.7305</w:t>
        <w:br/>
        <w:t>vn 0.4117 -0.5448 -0.7305</w:t>
        <w:br/>
        <w:t>vn 0.8266 -0.0276 -0.5621</w:t>
        <w:br/>
        <w:t>vn 0.2529 -0.7956 0.5505</w:t>
        <w:br/>
        <w:t>vn 0.6158 -0.3566 0.7026</w:t>
        <w:br/>
        <w:t>vn 0.2528 -0.7957 0.5503</w:t>
        <w:br/>
        <w:t>vn 0.7868 -0.1049 0.6083</w:t>
        <w:br/>
        <w:t>vn -0.8395 0.0639 0.5395</w:t>
        <w:br/>
        <w:t>vn -0.4397 0.5619 0.7007</w:t>
        <w:br/>
        <w:t>vn -0.4398 0.5617 0.7008</w:t>
        <w:br/>
        <w:t>vn -0.2057 0.7901 -0.5775</w:t>
        <w:br/>
        <w:t>vn -0.2058 0.7902 -0.5773</w:t>
        <w:br/>
        <w:t>vn -0.5918 0.3269 -0.7368</w:t>
        <w:br/>
        <w:t>vn -0.5919 0.3268 -0.7368</w:t>
        <w:br/>
        <w:t>vn -0.7711 0.0635 -0.6336</w:t>
        <w:br/>
        <w:t>vn -0.7710 0.0635 -0.6336</w:t>
        <w:br/>
        <w:t>vn 0.1561 -0.7720 -0.6162</w:t>
        <w:br/>
        <w:t>vn 0.1562 -0.7720 -0.6161</w:t>
        <w:br/>
        <w:t>vn 0.9730 0.2229 0.0593</w:t>
        <w:br/>
        <w:t>vn 0.7349 0.0097 0.6781</w:t>
        <w:br/>
        <w:t>vn -0.0692 0.9975 -0.0131</w:t>
        <w:br/>
        <w:t>vn -0.2815 0.7991 0.5312</w:t>
        <w:br/>
        <w:t>vn 0.1294 -0.9914 0.0173</w:t>
        <w:br/>
        <w:t>vn 0.1294 -0.9914 0.0172</w:t>
        <w:br/>
        <w:t>vn -0.9822 -0.1783 -0.0594</w:t>
        <w:br/>
        <w:t>vn -0.7528 0.0277 -0.6577</w:t>
        <w:br/>
        <w:t>vn 0.3319 -0.8059 -0.4903</w:t>
        <w:br/>
        <w:t>vn -0.1923 0.7819 0.5930</w:t>
        <w:br/>
        <w:t>vn -0.1924 0.7819 0.5930</w:t>
        <w:br/>
        <w:t>vn 0.4850 -0.5895 -0.6459</w:t>
        <w:br/>
        <w:t>vn -0.4446 0.5654 0.6948</w:t>
        <w:br/>
        <w:t>vn -0.4446 0.5654 0.6947</w:t>
        <w:br/>
        <w:t>vn 0.4854 -0.2031 0.8504</w:t>
        <w:br/>
        <w:t>vn 0.4854 -0.2030 0.8504</w:t>
        <w:br/>
        <w:t>vn -0.5108 0.2324 -0.8277</w:t>
        <w:br/>
        <w:t>vn -0.5107 0.2324 -0.8278</w:t>
        <w:br/>
        <w:t>vn 0.6762 0.7186 0.1620</w:t>
        <w:br/>
        <w:t>vn 0.9682 0.2255 0.1087</w:t>
        <w:br/>
        <w:t>vn -0.5930 -0.2708 -0.7583</w:t>
        <w:br/>
        <w:t>vn -0.5932 -0.2710 -0.7581</w:t>
        <w:br/>
        <w:t>vn -0.5679 -0.3170 -0.7596</w:t>
        <w:br/>
        <w:t>vn 0.2145 0.8423 0.4944</w:t>
        <w:br/>
        <w:t>vn 0.9682 0.2255 0.1086</w:t>
        <w:br/>
        <w:t>vn 0.8838 -0.2658 0.3850</w:t>
        <w:br/>
        <w:t>vn 0.4731 -0.3862 0.7919</w:t>
        <w:br/>
        <w:t>vn 0.4731 -0.3861 0.7919</w:t>
        <w:br/>
        <w:t>vn -0.5749 -0.3614 -0.7341</w:t>
        <w:br/>
        <w:t>vn -0.5748 -0.3613 -0.7342</w:t>
        <w:br/>
        <w:t>vn -0.5678 -0.3170 -0.7596</w:t>
        <w:br/>
        <w:t>vn -0.1460 0.2203 0.9644</w:t>
        <w:br/>
        <w:t>vn -0.0395 0.7517 0.6583</w:t>
        <w:br/>
        <w:t>vn -0.1460 0.2203 0.9645</w:t>
        <w:br/>
        <w:t>vn 0.1768 -0.3326 0.9263</w:t>
        <w:br/>
        <w:t>vn 0.6868 -0.4745 0.5506</w:t>
        <w:br/>
        <w:t>vn 0.9857 -0.0939 0.1397</w:t>
        <w:br/>
        <w:t>vn 0.9857 -0.0939 0.1398</w:t>
        <w:br/>
        <w:t>vn -0.6317 -0.2598 -0.7304</w:t>
        <w:br/>
        <w:t>vn -0.6318 -0.2597 -0.7304</w:t>
        <w:br/>
        <w:t>vn -0.6542 -0.2920 -0.6977</w:t>
        <w:br/>
        <w:t>vn -0.6540 -0.2923 -0.6977</w:t>
        <w:br/>
        <w:t>vn -0.0688 0.5086 0.8582</w:t>
        <w:br/>
        <w:t>vn 0.8622 0.5065 0.0073</w:t>
        <w:br/>
        <w:t>vn 0.4079 0.8809 0.2400</w:t>
        <w:br/>
        <w:t>vn 0.4079 0.8809 0.2399</w:t>
        <w:br/>
        <w:t>vn -0.6077 -0.3719 -0.7017</w:t>
        <w:br/>
        <w:t>vn -0.6078 -0.3718 -0.7017</w:t>
        <w:br/>
        <w:t>vn -0.6429 -0.3419 -0.6854</w:t>
        <w:br/>
        <w:t>vn -0.6430 -0.3418 -0.6854</w:t>
        <w:br/>
        <w:t>vn 0.0411 -0.0334 0.9986</w:t>
        <w:br/>
        <w:t>vn 0.0409 -0.0337 0.9986</w:t>
        <w:br/>
        <w:t>vn 0.9087 -0.2893 -0.3011</w:t>
        <w:br/>
        <w:t>vn 0.9523 -0.2551 -0.1673</w:t>
        <w:br/>
        <w:t>vn -0.7563 0.3584 0.5474</w:t>
        <w:br/>
        <w:t>vn -0.6446 0.4235 0.6365</w:t>
        <w:br/>
        <w:t>vn -0.7563 0.3583 0.5473</w:t>
        <w:br/>
        <w:t>vn -0.0446 -0.8238 0.5652</w:t>
        <w:br/>
        <w:t>vn 0.0751 -0.7380 0.6706</w:t>
        <w:br/>
        <w:t>vn 0.0752 -0.7381 0.6705</w:t>
        <w:br/>
        <w:t>vn -0.0445 -0.8238 0.5651</w:t>
        <w:br/>
        <w:t>vn -0.9171 0.2501 0.3105</w:t>
        <w:br/>
        <w:t>vn -0.9630 0.2098 0.1690</w:t>
        <w:br/>
        <w:t>vn -0.9630 0.2099 0.1690</w:t>
        <w:br/>
        <w:t>vn 0.2955 0.9465 -0.1299</w:t>
        <w:br/>
        <w:t>vn 0.2954 0.9465 -0.1299</w:t>
        <w:br/>
        <w:t>vn 0.2388 0.9256 -0.2936</w:t>
        <w:br/>
        <w:t>vn -0.2737 -0.9541 0.1215</w:t>
        <w:br/>
        <w:t>vn -0.2215 -0.9324 0.2856</w:t>
        <w:br/>
        <w:t>vn -0.2215 -0.9324 0.2857</w:t>
        <w:br/>
        <w:t>vn -0.0581 0.7294 -0.6816</w:t>
        <w:br/>
        <w:t>vn -0.0582 0.7293 -0.6817</w:t>
        <w:br/>
        <w:t>vn 0.0594 0.8164 -0.5744</w:t>
        <w:br/>
        <w:t>vn 0.0595 0.8165 -0.5743</w:t>
        <w:br/>
        <w:t>vn 0.7574 -0.3893 -0.5242</w:t>
        <w:br/>
        <w:t>vn 0.6521 -0.4527 -0.6081</w:t>
        <w:br/>
        <w:t>vn 0.9285 -0.1669 -0.3317</w:t>
        <w:br/>
        <w:t>vn 0.9285 -0.1670 -0.3317</w:t>
        <w:br/>
        <w:t>vn 0.8533 -0.2061 -0.4789</w:t>
        <w:br/>
        <w:t>vn 0.9769 -0.1230 -0.1749</w:t>
        <w:br/>
        <w:t>vn 0.0803 0.9676 -0.2393</w:t>
        <w:br/>
        <w:t>vn 0.1325 0.9860 -0.1016</w:t>
        <w:br/>
        <w:t>vn 0.0803 0.9676 -0.2392</w:t>
        <w:br/>
        <w:t>vn 0.0267 0.9280 -0.3717</w:t>
        <w:br/>
        <w:t>vn -0.0741 -0.9687 0.2371</w:t>
        <w:br/>
        <w:t>vn -0.0740 -0.9687 0.2371</w:t>
        <w:br/>
        <w:t>vn -0.1261 -0.9866 0.1032</w:t>
        <w:br/>
        <w:t>vn -0.1260 -0.9866 0.1034</w:t>
        <w:br/>
        <w:t>vn -0.0203 -0.9303 0.3663</w:t>
        <w:br/>
        <w:t>vn -0.0203 -0.9302 0.3664</w:t>
        <w:br/>
        <w:t>vn -0.9275 0.1791 0.3281</w:t>
        <w:br/>
        <w:t>vn -0.8543 0.2178 0.4719</w:t>
        <w:br/>
        <w:t>vn -0.8542 0.2176 0.4721</w:t>
        <w:br/>
        <w:t>vn -0.9752 0.1357 0.1750</w:t>
        <w:br/>
        <w:t>vn -0.9752 0.1357 0.1751</w:t>
        <w:br/>
        <w:t>vn 0.6083 0.4662 0.6423</w:t>
        <w:br/>
        <w:t>vn 0.3965 0.6768 0.6202</w:t>
        <w:br/>
        <w:t>vn 0.1838 0.8727 0.4524</w:t>
        <w:br/>
        <w:t>vn 0.0306 0.9759 0.2161</w:t>
        <w:br/>
        <w:t>vn 0.2769 0.6306 -0.7250</w:t>
        <w:br/>
        <w:t>vn 0.4940 0.4296 -0.7559</w:t>
        <w:br/>
        <w:t>vn 0.4566 0.8174 -0.3512</w:t>
        <w:br/>
        <w:t>vn 0.0945 0.8326 -0.5458</w:t>
        <w:br/>
        <w:t>vn -0.0178 0.9518 -0.3061</w:t>
        <w:br/>
        <w:t>vn 0.7328 0.5268 -0.4306</w:t>
        <w:br/>
        <w:t>vn 0.8320 0.4391 -0.3391</w:t>
        <w:br/>
        <w:t>vn 0.5970 0.5668 -0.5677</w:t>
        <w:br/>
        <w:t>vn 0.8883 0.4318 0.1564</w:t>
        <w:br/>
        <w:t>vn 0.8009 0.5319 0.2752</w:t>
        <w:br/>
        <w:t>vn 0.3437 0.8504 -0.3985</w:t>
        <w:br/>
        <w:t>vn 0.3891 0.7452 -0.5416</w:t>
        <w:br/>
        <w:t>vn 0.6873 0.5693 0.4511</w:t>
        <w:br/>
        <w:t>vn 0.5595 0.6763 0.4792</w:t>
        <w:br/>
        <w:t>vn 0.4421 0.7799 0.4431</w:t>
        <w:br/>
        <w:t>vn 0.2746 0.9472 0.1656</w:t>
        <w:br/>
        <w:t>vn 0.2587 0.9202 -0.2938</w:t>
        <w:br/>
        <w:t>vn 0.4420 0.7799 0.4432</w:t>
        <w:br/>
        <w:t>vn 0.6797 0.4141 -0.6055</w:t>
        <w:br/>
        <w:t>vn 0.9091 -0.4148 -0.0379</w:t>
        <w:br/>
        <w:t>vn 0.9092 -0.4147 -0.0380</w:t>
        <w:br/>
        <w:t>vn 0.9092 -0.4147 -0.0379</w:t>
        <w:br/>
        <w:t>vn 0.7636 0.4384 0.4740</w:t>
        <w:br/>
        <w:t>vn -0.6368 -0.7643 0.1019</w:t>
        <w:br/>
        <w:t>vn -0.6404 -0.7638 0.0810</w:t>
        <w:br/>
        <w:t>vn -0.6271 -0.7762 0.0651</w:t>
        <w:br/>
        <w:t>vn -0.6102 -0.7891 0.0703</w:t>
        <w:br/>
        <w:t>vn -0.6103 -0.7891 0.0703</w:t>
        <w:br/>
        <w:t>vn -0.5946 -0.7989 0.0908</w:t>
        <w:br/>
        <w:t>vn -0.5915 -0.7990 0.1085</w:t>
        <w:br/>
        <w:t>vn -0.5914 -0.7990 0.1085</w:t>
        <w:br/>
        <w:t>vn -0.6015 -0.7890 0.1251</w:t>
        <w:br/>
        <w:t>vn -0.6015 -0.7890 0.1250</w:t>
        <w:br/>
        <w:t>vn -0.6178 -0.7766 0.1230</w:t>
        <w:br/>
        <w:t>vn 0.4742 -0.0353 0.8797</w:t>
        <w:br/>
        <w:t>vn 0.4745 -0.0354 0.8795</w:t>
        <w:br/>
        <w:t>vn 0.4741 -0.0352 0.8798</w:t>
        <w:br/>
        <w:t>vn 0.4744 -0.0353 0.8796</w:t>
        <w:br/>
        <w:t>vn 0.4747 -0.0355 0.8795</w:t>
        <w:br/>
        <w:t>vn 0.4745 -0.0353 0.8796</w:t>
        <w:br/>
        <w:t>vn 0.4743 -0.0352 0.8797</w:t>
        <w:br/>
        <w:t>vn 0.4745 -0.0356 0.8796</w:t>
        <w:br/>
        <w:t>vn -0.3354 0.4539 -0.8255</w:t>
        <w:br/>
        <w:t>vn 0.0000 0.6381 -0.7699</w:t>
        <w:br/>
        <w:t>vn 0.0000 0.5476 -0.8367</w:t>
        <w:br/>
        <w:t>vn 0.7289 -0.1491 -0.6682</w:t>
        <w:br/>
        <w:t>vn 0.7325 0.0090 -0.6808</w:t>
        <w:br/>
        <w:t>vn 0.6223 0.2495 -0.7420</w:t>
        <w:br/>
        <w:t>vn 0.6151 -0.3916 -0.6844</w:t>
        <w:br/>
        <w:t>vn 0.4934 -0.5440 -0.6787</w:t>
        <w:br/>
        <w:t>vn -0.4853 0.2034 -0.8504</w:t>
        <w:br/>
        <w:t>vn -0.6041 0.0726 -0.7936</w:t>
        <w:br/>
        <w:t>vn -0.4753 -0.3829 -0.7921</w:t>
        <w:br/>
        <w:t>vn -0.5942 -0.2536 -0.7633</w:t>
        <w:br/>
        <w:t>vn -0.0000 -0.8126 -0.5828</w:t>
        <w:br/>
        <w:t>vn -0.3238 -0.6090 -0.7241</w:t>
        <w:br/>
        <w:t>vn -0.0000 0.6949 -0.7191</w:t>
        <w:br/>
        <w:t>vn 0.5034 0.4045 -0.7635</w:t>
        <w:br/>
        <w:t>vn -0.0000 -0.6965 -0.7176</w:t>
        <w:br/>
        <w:t>vn -0.0000 -0.7701 -0.6380</w:t>
        <w:br/>
        <w:t>vn -0.0177 0.0484 0.9987</w:t>
        <w:br/>
        <w:t>vn 0.0000 0.0405 0.9992</w:t>
        <w:br/>
        <w:t>vn -0.0174 0.0479 0.9987</w:t>
        <w:br/>
        <w:t>vn -0.0115 0.0855 0.9963</w:t>
        <w:br/>
        <w:t>vn -0.0170 0.1369 0.9904</w:t>
        <w:br/>
        <w:t>vn -0.0169 0.1369 0.9904</w:t>
        <w:br/>
        <w:t>vn 0.0000 0.1653 0.9862</w:t>
        <w:br/>
        <w:t>vn -0.0253 0.1617 0.9865</w:t>
        <w:br/>
        <w:t>vn 0.3354 0.4539 -0.8255</w:t>
        <w:br/>
        <w:t>vn -0.7289 -0.1491 -0.6682</w:t>
        <w:br/>
        <w:t>vn -0.6151 -0.3916 -0.6844</w:t>
        <w:br/>
        <w:t>vn -0.6222 0.2495 -0.7420</w:t>
        <w:br/>
        <w:t>vn -0.7325 0.0090 -0.6807</w:t>
        <w:br/>
        <w:t>vn -0.4934 -0.5440 -0.6787</w:t>
        <w:br/>
        <w:t>vn 0.6041 0.0726 -0.7936</w:t>
        <w:br/>
        <w:t>vn 0.4853 0.2034 -0.8504</w:t>
        <w:br/>
        <w:t>vn 0.4753 -0.3830 -0.7921</w:t>
        <w:br/>
        <w:t>vn 0.5942 -0.2536 -0.7633</w:t>
        <w:br/>
        <w:t>vn 0.3238 -0.6090 -0.7241</w:t>
        <w:br/>
        <w:t>vn -0.5033 0.4045 -0.7636</w:t>
        <w:br/>
        <w:t>vn 0.0175 0.0481 0.9987</w:t>
        <w:br/>
        <w:t>vn 0.0174 0.0479 0.9987</w:t>
        <w:br/>
        <w:t>vn 0.0115 0.0856 0.9963</w:t>
        <w:br/>
        <w:t>vn 0.0115 0.0855 0.9963</w:t>
        <w:br/>
        <w:t>vn 0.0169 0.1369 0.9904</w:t>
        <w:br/>
        <w:t>vn 0.0254 0.1616 0.9865</w:t>
        <w:br/>
        <w:t>vn 0.0253 0.1617 0.9865</w:t>
        <w:br/>
        <w:t>vn 0.5899 -0.1622 -0.7910</w:t>
        <w:br/>
        <w:t>vn 0.4735 -0.0593 -0.8788</w:t>
        <w:br/>
        <w:t>vn -0.6622 -0.5871 -0.4656</w:t>
        <w:br/>
        <w:t>vn -0.7357 -0.3462 -0.5822</w:t>
        <w:br/>
        <w:t>vn -0.4095 -0.8187 -0.4026</w:t>
        <w:br/>
        <w:t>vn 0.4588 -0.5555 -0.6935</w:t>
        <w:br/>
        <w:t>vn 0.5761 -0.4323 -0.6937</w:t>
        <w:br/>
        <w:t>vn 0.3124 -0.7443 -0.5903</w:t>
        <w:br/>
        <w:t>vn 0.0000 -0.9596 -0.2814</w:t>
        <w:br/>
        <w:t>vn -0.0000 -0.8261 -0.5635</w:t>
        <w:br/>
        <w:t>vn -0.6671 0.1130 -0.7364</w:t>
        <w:br/>
        <w:t>vn -0.4126 0.3319 -0.8483</w:t>
        <w:br/>
        <w:t>vn -0.7348 -0.1520 -0.6610</w:t>
        <w:br/>
        <w:t>vn -0.0000 0.5246 -0.8513</w:t>
        <w:br/>
        <w:t>vn -0.0000 0.3894 -0.9211</w:t>
        <w:br/>
        <w:t>vn 0.0364 0.3801 0.9242</w:t>
        <w:br/>
        <w:t>vn 0.0363 0.3801 0.9242</w:t>
        <w:br/>
        <w:t>vn 0.0389 0.3653 0.9301</w:t>
        <w:br/>
        <w:t>vn 0.0389 0.3652 0.9301</w:t>
        <w:br/>
        <w:t>vn 0.0310 0.3446 0.9383</w:t>
        <w:br/>
        <w:t>vn 0.0309 0.3445 0.9383</w:t>
        <w:br/>
        <w:t>vn -0.0000 -0.8787 -0.4775</w:t>
        <w:br/>
        <w:t>vn 0.0000 -0.9097 -0.4153</w:t>
        <w:br/>
        <w:t>vn -0.3287 0.1785 -0.9274</w:t>
        <w:br/>
        <w:t>vn -0.4735 -0.0593 -0.8788</w:t>
        <w:br/>
        <w:t>vn -0.5899 -0.1622 -0.7910</w:t>
        <w:br/>
        <w:t>vn 0.6622 -0.5871 -0.4657</w:t>
        <w:br/>
        <w:t>vn 0.4095 -0.8187 -0.4026</w:t>
        <w:br/>
        <w:t>vn 0.7356 -0.3462 -0.5822</w:t>
        <w:br/>
        <w:t>vn -0.4587 -0.5555 -0.6935</w:t>
        <w:br/>
        <w:t>vn -0.5762 -0.4323 -0.6936</w:t>
        <w:br/>
        <w:t>vn -0.3124 -0.7443 -0.5903</w:t>
        <w:br/>
        <w:t>vn 0.6671 0.1129 -0.7364</w:t>
        <w:br/>
        <w:t>vn 0.7348 -0.1520 -0.6610</w:t>
        <w:br/>
        <w:t>vn 0.4126 0.3318 -0.8483</w:t>
        <w:br/>
        <w:t>vn -0.0291 0.3869 0.9216</w:t>
        <w:br/>
        <w:t>vn -0.0291 0.3867 0.9217</w:t>
        <w:br/>
        <w:t>vn -0.0364 0.3801 0.9242</w:t>
        <w:br/>
        <w:t>vn -0.0365 0.3802 0.9242</w:t>
        <w:br/>
        <w:t>vn -0.0389 0.3652 0.9301</w:t>
        <w:br/>
        <w:t>vn -0.0389 0.3653 0.9301</w:t>
        <w:br/>
        <w:t>vn -0.0310 0.3445 0.9383</w:t>
        <w:br/>
        <w:t>vn -0.0308 0.3444 0.9383</w:t>
        <w:br/>
        <w:t>vn -0.0000 0.3349 0.9422</w:t>
        <w:br/>
        <w:t>vn -0.3591 0.9221 -0.1443</w:t>
        <w:br/>
        <w:t>vn -0.4835 0.8575 -0.1757</w:t>
        <w:br/>
        <w:t>vn -0.7022 0.7039 -0.1069</w:t>
        <w:br/>
        <w:t>vn 0.3053 0.6167 -0.7256</w:t>
        <w:br/>
        <w:t>vn -0.1354 0.9456 -0.2960</w:t>
        <w:br/>
        <w:t>vn 0.1651 0.8610 -0.4811</w:t>
        <w:br/>
        <w:t>vn -0.9108 0.4008 -0.0988</w:t>
        <w:br/>
        <w:t>vn -0.0257 -0.1580 -0.9871</w:t>
        <w:br/>
        <w:t>vn -0.2588 -0.2714 -0.9270</w:t>
        <w:br/>
        <w:t>vn 0.1391 0.0860 -0.9865</w:t>
        <w:br/>
        <w:t>vn -0.7171 0.5344 -0.4474</w:t>
        <w:br/>
        <w:t>vn -0.8746 0.1306 -0.4668</w:t>
        <w:br/>
        <w:t>vn -0.8746 0.1306 -0.4669</w:t>
        <w:br/>
        <w:t>vn -0.7874 0.4503 -0.4210</w:t>
        <w:br/>
        <w:t>vn -0.6579 -0.1677 -0.7342</w:t>
        <w:br/>
        <w:t>vn -0.5411 -0.2720 -0.7958</w:t>
        <w:br/>
        <w:t>vn -0.7684 -0.1011 -0.6319</w:t>
        <w:br/>
        <w:t>vn -0.5157 0.7220 -0.4612</w:t>
        <w:br/>
        <w:t>vn -0.3768 0.7780 -0.5026</w:t>
        <w:br/>
        <w:t>vn -0.0782 0.7804 -0.6204</w:t>
        <w:br/>
        <w:t>vn 0.1141 0.6271 -0.7706</w:t>
        <w:br/>
        <w:t>vn 0.1141 0.6270 -0.7706</w:t>
        <w:br/>
        <w:t>vn -0.2807 0.8163 -0.5049</w:t>
        <w:br/>
        <w:t>vn -0.1474 -0.4310 -0.8902</w:t>
        <w:br/>
        <w:t>vn 0.2188 -0.0351 -0.9751</w:t>
        <w:br/>
        <w:t>vn -0.2590 -0.5329 -0.8055</w:t>
        <w:br/>
        <w:t>vn 0.4003 0.4150 -0.8170</w:t>
        <w:br/>
        <w:t>vn 0.3690 0.3334 -0.8676</w:t>
        <w:br/>
        <w:t>vn -0.6190 -0.5470 -0.5636</w:t>
        <w:br/>
        <w:t>vn -0.4583 -0.5807 -0.6729</w:t>
        <w:br/>
        <w:t>vn -0.6911 -0.4675 -0.5513</w:t>
        <w:br/>
        <w:t>vn -0.8814 -0.2837 -0.3777</w:t>
        <w:br/>
        <w:t>vn -0.9795 0.0353 -0.1983</w:t>
        <w:br/>
        <w:t>vn -0.9795 0.0353 -0.1982</w:t>
        <w:br/>
        <w:t>vn 0.1963 0.3719 -0.9073</w:t>
        <w:br/>
        <w:t>vn -0.7094 -0.1435 -0.6901</w:t>
        <w:br/>
        <w:t>vn -0.0007 -0.1493 -0.9888</w:t>
        <w:br/>
        <w:t>vn -0.0004 -0.1928 -0.9812</w:t>
        <w:br/>
        <w:t>vn -0.7015 -0.1864 -0.6878</w:t>
        <w:br/>
        <w:t>vn -0.9910 -0.1334 0.0073</w:t>
        <w:br/>
        <w:t>vn -0.9850 -0.1722 0.0054</w:t>
        <w:br/>
        <w:t>vn -0.6965 -0.1771 0.6953</w:t>
        <w:br/>
        <w:t>vn -0.7008 -0.1452 0.6985</w:t>
        <w:br/>
        <w:t>vn 0.0019 -0.1773 0.9842</w:t>
        <w:br/>
        <w:t>vn 0.0037 -0.1485 0.9889</w:t>
        <w:br/>
        <w:t>vn 0.7048 -0.1315 0.6971</w:t>
        <w:br/>
        <w:t>vn 0.6974 -0.1742 0.6952</w:t>
        <w:br/>
        <w:t>vn 0.9934 -0.1146 -0.0048</w:t>
        <w:br/>
        <w:t>vn 0.9853 -0.1709 -0.0031</w:t>
        <w:br/>
        <w:t>vn 0.6949 -0.1850 -0.6949</w:t>
        <w:br/>
        <w:t>vn 0.7018 -0.1330 -0.6999</w:t>
        <w:br/>
        <w:t>vn 0.6978 0.1136 -0.7072</w:t>
        <w:br/>
        <w:t>vn 0.7019 0.0182 -0.7120</w:t>
        <w:br/>
        <w:t>vn -0.0023 0.0003 -1.0000</w:t>
        <w:br/>
        <w:t>vn -0.0018 0.1050 -0.9945</w:t>
        <w:br/>
        <w:t>vn -0.7036 0.0182 -0.7104</w:t>
        <w:br/>
        <w:t>vn -0.6994 0.1102 -0.7062</w:t>
        <w:br/>
        <w:t>vn -0.9992 0.0323 0.0215</w:t>
        <w:br/>
        <w:t>vn -0.9934 0.1141 0.0107</w:t>
        <w:br/>
        <w:t>vn -0.6884 0.0016 0.7253</w:t>
        <w:br/>
        <w:t>vn -0.6924 0.1014 0.7144</w:t>
        <w:br/>
        <w:t>vn -0.0023 -0.0249 0.9997</w:t>
        <w:br/>
        <w:t>vn -0.0018 0.0924 0.9957</w:t>
        <w:br/>
        <w:t>vn 0.6867 0.0016 0.7269</w:t>
        <w:br/>
        <w:t>vn 0.6908 0.1048 0.7154</w:t>
        <w:br/>
        <w:t>vn 0.9992 0.0324 0.0215</w:t>
        <w:br/>
        <w:t>vn 0.9928 0.1196 0.0107</w:t>
        <w:br/>
        <w:t>vn -0.0683 0.0904 0.9936</w:t>
        <w:br/>
        <w:t>vn -0.7737 -0.4479 0.4480</w:t>
        <w:br/>
        <w:t>vn -0.0634 -0.6723 0.7376</w:t>
        <w:br/>
        <w:t>vn -0.0271 -0.9996 0.0010</w:t>
        <w:br/>
        <w:t>vn 0.6870 -0.4674 0.5564</w:t>
        <w:br/>
        <w:t>vn -0.7270 0.5355 0.4298</w:t>
        <w:br/>
        <w:t>vn -0.0401 0.7383 0.6732</w:t>
        <w:br/>
        <w:t>vn -0.6802 -0.5108 -0.5257</w:t>
        <w:br/>
        <w:t>vn -0.9973 0.0103 -0.0728</w:t>
        <w:br/>
        <w:t>vn 0.6528 -0.6310 -0.4192</w:t>
        <w:br/>
        <w:t>vn 0.0150 -0.7365 -0.6763</w:t>
        <w:br/>
        <w:t>vn 0.7288 0.4139 0.5454</w:t>
        <w:br/>
        <w:t>vn 0.9971 -0.0109 0.0755</w:t>
        <w:br/>
        <w:t>vn 0.0127 0.9999 -0.0026</w:t>
        <w:br/>
        <w:t>vn 0.0561 -0.0822 -0.9950</w:t>
        <w:br/>
        <w:t>vn 0.7706 0.4534 -0.4479</w:t>
        <w:br/>
        <w:t>vn 0.9111 -0.0416 -0.4101</w:t>
        <w:br/>
        <w:t>vn 0.3269 0.8665 0.3772</w:t>
        <w:br/>
        <w:t>vn 0.0570 0.6765 -0.7343</w:t>
        <w:br/>
        <w:t>vn -0.6907 0.4666 -0.5524</w:t>
        <w:br/>
        <w:t>vn -0.0276 0.9012 0.4326</w:t>
        <w:br/>
        <w:t>vn -0.4918 0.6553 0.5733</w:t>
        <w:br/>
        <w:t>vn 0.0041 0.5078 0.8615</w:t>
        <w:br/>
        <w:t>vn -0.4643 0.1807 0.8671</w:t>
        <w:br/>
        <w:t>vn 0.0343 -0.0591 0.9977</w:t>
        <w:br/>
        <w:t>vn 0.4982 0.1833 0.8474</w:t>
        <w:br/>
        <w:t>vn 0.4719 0.6692 0.5739</w:t>
        <w:br/>
        <w:t>vn -0.0298 0.8892 0.4566</w:t>
        <w:br/>
        <w:t>vn -0.5020 0.6339 0.5883</w:t>
        <w:br/>
        <w:t>vn -0.0174 0.4844 0.8747</w:t>
        <w:br/>
        <w:t>vn -0.4826 0.1585 0.8614</w:t>
        <w:br/>
        <w:t>vn -0.0031 -0.0764 0.9971</w:t>
        <w:br/>
        <w:t>vn 0.4687 0.1645 0.8679</w:t>
        <w:br/>
        <w:t>vn 0.4640 0.6532 0.5984</w:t>
        <w:br/>
        <w:t>vn -0.0215 0.8656 0.5002</w:t>
        <w:br/>
        <w:t>vn -0.5321 0.5841 0.6130</w:t>
        <w:br/>
        <w:t>vn -0.5109 0.3426 0.7884</w:t>
        <w:br/>
        <w:t>vn -0.5297 0.0488 0.8468</w:t>
        <w:br/>
        <w:t>vn -0.0104 -0.2082 0.9780</w:t>
        <w:br/>
        <w:t>vn 0.5086 0.0723 0.8579</w:t>
        <w:br/>
        <w:t>vn 0.4807 0.3666 0.7965</w:t>
        <w:br/>
        <w:t>vn 0.4984 0.6098 0.6162</w:t>
        <w:br/>
        <w:t>vn -0.0215 0.8657 0.5002</w:t>
        <w:br/>
        <w:t>vn 0.6528 0.7561 0.0459</w:t>
        <w:br/>
        <w:t>vn 0.9878 0.0602 0.1436</w:t>
        <w:br/>
        <w:t>vn 0.9878 0.0599 0.1439</w:t>
        <w:br/>
        <w:t>vn 0.0087 0.9993 0.0362</w:t>
        <w:br/>
        <w:t>vn 0.0087 0.9993 0.0363</w:t>
        <w:br/>
        <w:t>vn -0.6304 0.7663 0.1240</w:t>
        <w:br/>
        <w:t>vn -0.6303 0.7664 0.1240</w:t>
        <w:br/>
        <w:t>vn -0.9617 0.0595 0.2676</w:t>
        <w:br/>
        <w:t>vn -0.6390 -0.6666 0.3838</w:t>
        <w:br/>
        <w:t>vn 0.0434 -0.9212 0.3867</w:t>
        <w:br/>
        <w:t>vn 0.7031 -0.6469 0.2954</w:t>
        <w:br/>
        <w:t>vn 0.0498 0.1730 0.9837</w:t>
        <w:br/>
        <w:t>vn 0.0402 0.1697 0.9847</w:t>
        <w:br/>
        <w:t>vn 0.0572 0.1790 0.9822</w:t>
        <w:br/>
        <w:t>vn 0.0561 0.1818 0.9817</w:t>
        <w:br/>
        <w:t>vn 0.0560 0.1816 0.9818</w:t>
        <w:br/>
        <w:t>vn 0.0572 0.1813 0.9818</w:t>
        <w:br/>
        <w:t>vn -0.4087 0.8892 -0.2056</w:t>
        <w:br/>
        <w:t>vn -0.7072 0.4968 0.5031</w:t>
        <w:br/>
        <w:t>vn -0.2622 0.9621 -0.0744</w:t>
        <w:br/>
        <w:t>vn 0.6206 0.7029 0.3475</w:t>
        <w:br/>
        <w:t>vn 0.6844 0.5135 0.5176</w:t>
        <w:br/>
        <w:t>vn 0.3644 0.9091 -0.2021</w:t>
        <w:br/>
        <w:t>vn 0.2181 0.6239 -0.7505</w:t>
        <w:br/>
        <w:t>vn 0.6263 0.1433 -0.7663</w:t>
        <w:br/>
        <w:t>vn 0.6992 -0.1121 -0.7061</w:t>
        <w:br/>
        <w:t>vn -0.6308 0.1308 -0.7648</w:t>
        <w:br/>
        <w:t>vn -0.6906 -0.1265 -0.7121</w:t>
        <w:br/>
        <w:t>vn -0.0256 0.8874 -0.4602</w:t>
        <w:br/>
        <w:t>vn 0.2180 0.6239 -0.7505</w:t>
        <w:br/>
        <w:t>vn -0.0256 0.8875 -0.4602</w:t>
        <w:br/>
        <w:t>vn 0.3644 0.9090 -0.2021</w:t>
        <w:br/>
        <w:t>vn -0.4087 0.8892 -0.2055</w:t>
        <w:br/>
        <w:t>vn -0.6274 -0.1448 0.7652</w:t>
        <w:br/>
        <w:t>vn -0.6273 -0.1448 0.7652</w:t>
        <w:br/>
        <w:t>vn 0.6166 -0.1312 0.7763</w:t>
        <w:br/>
        <w:t>vn 0.6314 -0.7048 -0.3234</w:t>
        <w:br/>
        <w:t>vn -0.6012 -0.7274 -0.3308</w:t>
        <w:br/>
        <w:t>vn 0.0119 -0.8863 0.4629</w:t>
        <w:br/>
        <w:t>vn 0.0118 -0.8863 0.4630</w:t>
        <w:br/>
        <w:t>vn 0.0119 -0.8863 0.4630</w:t>
        <w:br/>
        <w:t>vn -0.7995 0.5926 -0.0981</w:t>
        <w:br/>
        <w:t>vn -0.7995 0.5927 -0.0978</w:t>
        <w:br/>
        <w:t>vn -0.7893 0.2434 0.5637</w:t>
        <w:br/>
        <w:t>vn -0.7894 0.2433 0.5636</w:t>
        <w:br/>
        <w:t>vn 0.4069 0.4971 -0.7664</w:t>
        <w:br/>
        <w:t>vn 0.4071 0.4970 -0.7663</w:t>
        <w:br/>
        <w:t>vn -0.3056 0.6947 -0.6512</w:t>
        <w:br/>
        <w:t>vn -0.3057 0.6946 -0.6512</w:t>
        <w:br/>
        <w:t>vn 0.9298 -0.2358 0.2826</w:t>
        <w:br/>
        <w:t>vn 0.9298 -0.2358 0.2827</w:t>
        <w:br/>
        <w:t>vn 0.9180 0.1083 -0.3816</w:t>
        <w:br/>
        <w:t>vn 0.9180 0.1083 -0.3815</w:t>
        <w:br/>
        <w:t>vn -0.2766 -0.1405 0.9507</w:t>
        <w:br/>
        <w:t>vn -0.2767 -0.1405 0.9506</w:t>
        <w:br/>
        <w:t>vn 0.4344 -0.3427 0.8330</w:t>
        <w:br/>
        <w:t>vn 0.3084 0.8451 0.4368</w:t>
        <w:br/>
        <w:t>vn 0.3080 0.8450 0.4370</w:t>
        <w:br/>
        <w:t>vn 0.3085 0.8450 0.4367</w:t>
        <w:br/>
        <w:t>vn 0.3085 0.8450 0.4368</w:t>
        <w:br/>
        <w:t>vn 0.3084 0.8450 0.4369</w:t>
        <w:br/>
        <w:t>vn 0.3086 0.8450 0.4367</w:t>
        <w:br/>
        <w:t>vn 0.3087 0.8450 0.4367</w:t>
        <w:br/>
        <w:t>vn 0.3082 0.8449 0.4372</w:t>
        <w:br/>
        <w:t>vn 0.8141 0.5582 0.1603</w:t>
        <w:br/>
        <w:t>vn 0.5131 0.5045 0.6944</w:t>
        <w:br/>
        <w:t>vn 0.7244 0.5136 0.4598</w:t>
        <w:br/>
        <w:t>vn 0.5592 -0.5578 0.6134</w:t>
        <w:br/>
        <w:t>vn 0.8602 -0.5038 0.0793</w:t>
        <w:br/>
        <w:t>vn 0.7689 -0.5130 0.3815</w:t>
        <w:br/>
        <w:t>vn 0.3858 -0.0536 0.9210</w:t>
        <w:br/>
        <w:t>vn 0.3857 -0.0536 0.9211</w:t>
        <w:br/>
        <w:t>vn 0.9876 0.0541 -0.1474</w:t>
        <w:br/>
        <w:t>vn 0.9876 0.0542 -0.1475</w:t>
        <w:br/>
        <w:t>vn -0.6481 0.2699 0.7121</w:t>
        <w:br/>
        <w:t>vn -0.4126 0.0213 0.9107</w:t>
        <w:br/>
        <w:t>vn -0.6481 0.2700 0.7121</w:t>
        <w:br/>
        <w:t>vn 0.6423 0.4956 0.5847</w:t>
        <w:br/>
        <w:t>vn 0.3928 0.8118 0.4320</w:t>
        <w:br/>
        <w:t>vn 0.3928 0.8119 0.4320</w:t>
        <w:br/>
        <w:t>vn 0.0023 -0.1249 0.9922</w:t>
        <w:br/>
        <w:t>vn 0.0023 -0.1250 0.9922</w:t>
        <w:br/>
        <w:t>vn -0.0338 0.9509 0.3076</w:t>
        <w:br/>
        <w:t>vn 0.6809 -0.4825 -0.5510</w:t>
        <w:br/>
        <w:t>vn 0.4519 -0.8107 -0.3722</w:t>
        <w:br/>
        <w:t>vn 0.6486 0.2675 0.7126</w:t>
        <w:br/>
        <w:t>vn 0.6486 0.2676 0.7126</w:t>
        <w:br/>
        <w:t>vn 0.4227 -0.0337 0.9056</w:t>
        <w:br/>
        <w:t>vn 0.4228 -0.0337 0.9056</w:t>
        <w:br/>
        <w:t>vn -0.6607 0.4893 0.5692</w:t>
        <w:br/>
        <w:t>vn -0.6607 0.4894 0.5692</w:t>
        <w:br/>
        <w:t>vn -0.4457 0.8015 0.3986</w:t>
        <w:br/>
        <w:t>vn 0.0206 -0.9694 -0.2447</w:t>
        <w:br/>
        <w:t>vn 0.0090 -0.2250 0.9743</w:t>
        <w:br/>
        <w:t>vn -0.0201 0.9595 0.2810</w:t>
        <w:br/>
        <w:t>vn 0.6220 0.2896 0.7275</w:t>
        <w:br/>
        <w:t>vn 0.4018 0.0325 0.9152</w:t>
        <w:br/>
        <w:t>vn 0.4018 0.0326 0.9152</w:t>
        <w:br/>
        <w:t>vn -0.4394 0.7962 0.4159</w:t>
        <w:br/>
        <w:t>vn -0.6680 0.4848 0.5646</w:t>
        <w:br/>
        <w:t>vn -0.6680 0.4847 0.5646</w:t>
        <w:br/>
        <w:t>vn -0.4119 -0.8279 -0.3807</w:t>
        <w:br/>
        <w:t>vn -0.6493 -0.5077 -0.5662</w:t>
        <w:br/>
        <w:t>vn -0.6494 -0.5077 -0.5662</w:t>
        <w:br/>
        <w:t>vn -0.4208 -0.0542 0.9055</w:t>
        <w:br/>
        <w:t>vn -0.6674 0.2480 0.7022</w:t>
        <w:br/>
        <w:t>vn -0.4209 -0.0542 0.9055</w:t>
        <w:br/>
        <w:t>vn 0.6284 0.5153 0.5827</w:t>
        <w:br/>
        <w:t>vn 0.4062 0.8191 0.4050</w:t>
        <w:br/>
        <w:t>vn 0.6284 0.5154 0.5827</w:t>
        <w:br/>
        <w:t>vn 0.6714 -0.2566 -0.6952</w:t>
        <w:br/>
        <w:t>vn 0.4244 0.0170 -0.9053</w:t>
        <w:br/>
        <w:t>vn -0.0054 0.1799 -0.9837</w:t>
        <w:br/>
        <w:t>vn -0.0053 0.1798 -0.9837</w:t>
        <w:br/>
        <w:t>vn -0.4162 0.0036 -0.9093</w:t>
        <w:br/>
        <w:t>vn -0.4162 0.0036 -0.9092</w:t>
        <w:br/>
        <w:t>vn -0.6459 -0.2763 -0.7116</w:t>
        <w:br/>
        <w:t>vn -0.6459 -0.2763 -0.7117</w:t>
        <w:br/>
        <w:t>vn 0.4894 0.1570 -0.8578</w:t>
        <w:br/>
        <w:t>vn 0.7514 -0.1834 -0.6339</w:t>
        <w:br/>
        <w:t>vn 0.7498 -0.4565 -0.4789</w:t>
        <w:br/>
        <w:t>vn 0.5026 -0.8028 -0.3207</w:t>
        <w:br/>
        <w:t>vn 0.0348 -0.9753 -0.2179</w:t>
        <w:br/>
        <w:t>vn -0.4564 -0.8213 -0.3422</w:t>
        <w:br/>
        <w:t>vn -0.4565 -0.8213 -0.3422</w:t>
        <w:br/>
        <w:t>vn -0.7272 -0.4686 -0.5016</w:t>
        <w:br/>
        <w:t>vn -0.7382 -0.2037 -0.6431</w:t>
        <w:br/>
        <w:t>vn -0.7382 -0.2038 -0.6431</w:t>
        <w:br/>
        <w:t>vn -0.4966 0.1352 -0.8574</w:t>
        <w:br/>
        <w:t>vn -0.0106 0.3412 -0.9399</w:t>
        <w:br/>
        <w:t>vn -0.0106 0.3411 -0.9400</w:t>
        <w:br/>
        <w:t>vn -0.2269 0.8979 0.3771</w:t>
        <w:br/>
        <w:t>vn -0.0486 0.8765 0.4789</w:t>
        <w:br/>
        <w:t>vn -0.0598 0.9161 0.3965</w:t>
        <w:br/>
        <w:t>vn 0.1791 0.8784 0.4432</w:t>
        <w:br/>
        <w:t>vn 0.0970 0.8137 0.5731</w:t>
        <w:br/>
        <w:t>vn 0.3685 0.7360 0.5679</w:t>
        <w:br/>
        <w:t>vn -0.1291 0.9731 0.1910</w:t>
        <w:br/>
        <w:t>vn -0.3723 0.7830 0.4983</w:t>
        <w:br/>
        <w:t>vn 0.2403 0.9366 0.2549</w:t>
        <w:br/>
        <w:t>vn 0.1880 0.9422 0.2775</w:t>
        <w:br/>
        <w:t>vn 0.4179 0.5788 0.7002</w:t>
        <w:br/>
        <w:t>vn 0.4201 0.5262 0.7394</w:t>
        <w:br/>
        <w:t>vn 0.4514 0.4705 0.7582</w:t>
        <w:br/>
        <w:t>vn 0.4110 0.5033 0.7601</w:t>
        <w:br/>
        <w:t>vn -0.4520 0.6022 0.6580</w:t>
        <w:br/>
        <w:t>vn -0.4044 0.8808 0.2463</w:t>
        <w:br/>
        <w:t>vn -0.4908 0.5218 0.6977</w:t>
        <w:br/>
        <w:t>vn -0.8995 0.3327 0.2833</w:t>
        <w:br/>
        <w:t>vn -0.3722 0.7830 0.4983</w:t>
        <w:br/>
        <w:t>vn 0.9094 0.1744 0.3776</w:t>
        <w:br/>
        <w:t>vn 0.3685 0.7360 0.5678</w:t>
        <w:br/>
        <w:t>vn 0.1169 0.9534 -0.2781</w:t>
        <w:br/>
        <w:t>vn -0.0070 0.9495 -0.3136</w:t>
        <w:br/>
        <w:t>vn -0.1212 0.9681 -0.2193</w:t>
        <w:br/>
        <w:t>vn 0.2348 0.9241 -0.3015</w:t>
        <w:br/>
        <w:t>vn 0.3560 0.9141 -0.1941</w:t>
        <w:br/>
        <w:t>vn 0.1423 0.9580 -0.2491</w:t>
        <w:br/>
        <w:t>vn 0.1006 0.9336 -0.3439</w:t>
        <w:br/>
        <w:t>vn -0.5184 0.8017 0.2977</w:t>
        <w:br/>
        <w:t>vn -0.1698 0.9357 -0.3093</w:t>
        <w:br/>
        <w:t>vn -0.0391 0.8395 0.5419</w:t>
        <w:br/>
        <w:t>vn -0.1561 0.8309 0.5341</w:t>
        <w:br/>
        <w:t>vn -0.4102 0.5696 0.7123</w:t>
        <w:br/>
        <w:t>vn -0.0409 0.4405 0.8968</w:t>
        <w:br/>
        <w:t>vn -0.0302 0.9735 0.2267</w:t>
        <w:br/>
        <w:t>vn 0.2822 0.9315 0.2294</w:t>
        <w:br/>
        <w:t>vn 0.3506 0.5324 0.7705</w:t>
        <w:br/>
        <w:t>vn -0.4935 0.5326 0.6876</w:t>
        <w:br/>
        <w:t>vn -0.1223 0.9731 0.1954</w:t>
        <w:br/>
        <w:t>vn -0.3396 0.9187 0.2015</w:t>
        <w:br/>
        <w:t>vn -0.7525 -0.6586 0.0021</w:t>
        <w:br/>
        <w:t>vn 0.6704 -0.7420 0.0002</w:t>
        <w:br/>
        <w:t>vn 0.7263 -0.0940 0.6809</w:t>
        <w:br/>
        <w:t>vn -0.0476 -0.9978 -0.0466</w:t>
        <w:br/>
        <w:t>vn 0.0476 0.9978 0.0466</w:t>
        <w:br/>
        <w:t>vn 0.0476 0.9978 0.0467</w:t>
        <w:br/>
        <w:t>vn -0.6782 -0.0003 0.7349</w:t>
        <w:br/>
        <w:t>vn -0.6783 -0.0003 0.7348</w:t>
        <w:br/>
        <w:t>vn 0.6782 0.0005 -0.7349</w:t>
        <w:br/>
        <w:t>vn -0.5808 -0.7588 0.2948</w:t>
        <w:br/>
        <w:t>vn -0.8722 -0.3817 0.3060</w:t>
        <w:br/>
        <w:t>vn -0.7807 -0.5179 -0.3497</w:t>
        <w:br/>
        <w:t>vn -0.0076 -0.6625 -0.7490</w:t>
        <w:br/>
        <w:t>vn -0.0117 -0.9853 -0.1703</w:t>
        <w:br/>
        <w:t>vn 0.7753 -0.5276 -0.3471</w:t>
        <w:br/>
        <w:t>vn 0.8650 -0.3896 0.3162</w:t>
        <w:br/>
        <w:t>vn 0.5621 -0.7697 0.3028</w:t>
        <w:br/>
        <w:t>vn 0.3543 0.3868 0.8514</w:t>
        <w:br/>
        <w:t>vn 0.0053 0.3667 0.9303</w:t>
        <w:br/>
        <w:t>vn 0.0038 0.2596 0.9657</w:t>
        <w:br/>
        <w:t>vn -0.3459 0.3885 0.8541</w:t>
        <w:br/>
        <w:t>vn -0.0108 -0.9407 0.3391</w:t>
        <w:br/>
        <w:t>vn -0.0089 -0.7194 0.6946</w:t>
        <w:br/>
        <w:t>vn -0.0088 -0.7193 0.6946</w:t>
        <w:br/>
        <w:t>vn -0.7588 0.4735 -0.4471</w:t>
        <w:br/>
        <w:t>vn -0.5823 0.0912 -0.8078</w:t>
        <w:br/>
        <w:t>vn 0.7636 0.4721 -0.4406</w:t>
        <w:br/>
        <w:t>vn 0.5844 0.0931 -0.8061</w:t>
        <w:br/>
        <w:t>vn 0.1351 0.8025 0.5812</w:t>
        <w:br/>
        <w:t>vn 0.5103 0.4432 0.7370</w:t>
        <w:br/>
        <w:t>vn -0.5055 0.4437 0.7399</w:t>
        <w:br/>
        <w:t>vn 0.0086 0.9147 -0.4040</w:t>
        <w:br/>
        <w:t>vn 0.1352 0.8025 0.5812</w:t>
        <w:br/>
        <w:t>vn -0.4909 0.8214 0.2905</w:t>
        <w:br/>
        <w:t>vn -0.6197 0.4932 0.6104</w:t>
        <w:br/>
        <w:t>vn -0.6198 0.4932 0.6104</w:t>
        <w:br/>
        <w:t>vn 0.6624 0.7059 0.2510</w:t>
        <w:br/>
        <w:t>vn 0.7224 0.3910 0.5703</w:t>
        <w:br/>
        <w:t>vn 0.6288 -0.4734 -0.6168</w:t>
        <w:br/>
        <w:t>vn 0.6059 -0.0315 -0.7949</w:t>
        <w:br/>
        <w:t>vn 0.6059 -0.0314 -0.7949</w:t>
        <w:br/>
        <w:t>vn -0.7269 -0.3739 -0.5760</w:t>
        <w:br/>
        <w:t>vn 0.1058 0.8307 -0.5466</w:t>
        <w:br/>
        <w:t>vn 0.1058 0.8307 -0.5465</w:t>
        <w:br/>
        <w:t>vn -0.3100 0.5014 -0.8077</w:t>
        <w:br/>
        <w:t>vn 0.1057 0.8308 -0.5465</w:t>
        <w:br/>
        <w:t>vn 0.1647 -0.0512 -0.9850</w:t>
        <w:br/>
        <w:t>vn 0.1598 -0.0896 -0.9831</w:t>
        <w:br/>
        <w:t>vn 0.1614 -0.0762 -0.9839</w:t>
        <w:br/>
        <w:t>vn 0.1644 -0.0494 -0.9852</w:t>
        <w:br/>
        <w:t>vn 0.2445 -0.1153 -0.9628</w:t>
        <w:br/>
        <w:t>vn 0.2334 -0.1091 -0.9662</w:t>
        <w:br/>
        <w:t>vn 0.2520 -0.1164 -0.9607</w:t>
        <w:br/>
        <w:t>vn 0.2242 -0.1054 -0.9688</w:t>
        <w:br/>
        <w:t>vn 0.3435 -0.1193 -0.9315</w:t>
        <w:br/>
        <w:t>vn 0.3579 -0.1408 -0.9231</w:t>
        <w:br/>
        <w:t>vn 0.4131 -0.0890 -0.9063</w:t>
        <w:br/>
        <w:t>vn 0.2928 -0.0781 -0.9530</w:t>
        <w:br/>
        <w:t>vn 0.5302 -0.0954 -0.8425</w:t>
        <w:br/>
        <w:t>vn 0.3957 -0.0647 -0.9161</w:t>
        <w:br/>
        <w:t>vn 0.2136 -0.0823 -0.9735</w:t>
        <w:br/>
        <w:t>vn 0.2147 -0.0752 -0.9738</w:t>
        <w:br/>
        <w:t>vn -0.1608 -0.0331 -0.9864</w:t>
        <w:br/>
        <w:t>vn -0.1614 -0.0534 -0.9854</w:t>
        <w:br/>
        <w:t>vn -0.1635 -0.0729 -0.9838</w:t>
        <w:br/>
        <w:t>vn -0.1569 -0.0144 -0.9875</w:t>
        <w:br/>
        <w:t>vn -0.2377 -0.1114 -0.9649</w:t>
        <w:br/>
        <w:t>vn -0.2458 -0.1123 -0.9628</w:t>
        <w:br/>
        <w:t>vn -0.2433 -0.1171 -0.9628</w:t>
        <w:br/>
        <w:t>vn -0.2421 -0.1196 -0.9629</w:t>
        <w:br/>
        <w:t>vn -0.3484 -0.0788 -0.9340</w:t>
        <w:br/>
        <w:t>vn -0.3114 -0.0521 -0.9489</w:t>
        <w:br/>
        <w:t>vn -0.3191 -0.0902 -0.9434</w:t>
        <w:br/>
        <w:t>vn -0.4314 -0.0945 -0.8972</w:t>
        <w:br/>
        <w:t>vn -0.3962 -0.0689 -0.9156</w:t>
        <w:br/>
        <w:t>vn -0.5280 -0.0961 -0.8438</w:t>
        <w:br/>
        <w:t>vn -0.2310 -0.0837 -0.9694</w:t>
        <w:br/>
        <w:t>vn -0.2190 -0.0611 -0.9738</w:t>
        <w:br/>
        <w:t>vn 0.5117 -0.1160 -0.8513</w:t>
        <w:br/>
        <w:t>vn -0.5112 -0.1134 -0.8519</w:t>
        <w:br/>
        <w:t>vn 0.2559 -0.8028 -0.5385</w:t>
        <w:br/>
        <w:t>vn -0.0152 -0.8260 -0.5634</w:t>
        <w:br/>
        <w:t>vn -0.3207 -0.7188 -0.6168</w:t>
        <w:br/>
        <w:t>vn 0.0604 0.3701 -0.9270</w:t>
        <w:br/>
        <w:t>vn -0.0791 0.3791 -0.9220</w:t>
        <w:br/>
        <w:t>vn 0.2204 0.4087 -0.8857</w:t>
        <w:br/>
        <w:t>vn 0.3974 -0.0144 -0.9175</w:t>
        <w:br/>
        <w:t>vn 0.4174 0.2039 -0.8855</w:t>
        <w:br/>
        <w:t>vn 0.0020 0.0629 -0.9980</w:t>
        <w:br/>
        <w:t>vn -0.3764 0.0236 -0.9262</w:t>
        <w:br/>
        <w:t>vn 0.5861 -0.7627 -0.2735</w:t>
        <w:br/>
        <w:t>vn 0.5860 -0.7627 -0.2735</w:t>
        <w:br/>
        <w:t>vn 0.5462 0.3694 -0.7518</w:t>
        <w:br/>
        <w:t>vn 0.0020 0.0628 -0.9980</w:t>
        <w:br/>
        <w:t>vn 0.5411 0.1055 -0.8343</w:t>
        <w:br/>
        <w:t>vn -0.5293 -0.5031 -0.6832</w:t>
        <w:br/>
        <w:t>vn -0.6068 0.2219 -0.7632</w:t>
        <w:br/>
        <w:t>vn -0.6069 0.2219 -0.7632</w:t>
        <w:br/>
        <w:t>vn -0.5509 0.6519 -0.5211</w:t>
        <w:br/>
        <w:t>vn -0.2282 0.6424 -0.7316</w:t>
        <w:br/>
        <w:t>vn 0.4131 -0.1937 -0.8898</w:t>
        <w:br/>
        <w:t>vn 0.1057 -0.5715 -0.8137</w:t>
        <w:br/>
        <w:t>vn -0.0382 -0.5593 -0.8281</w:t>
        <w:br/>
        <w:t>vn -0.2066 -0.5909 -0.7798</w:t>
        <w:br/>
        <w:t>vn -0.3955 -0.3638 -0.8434</w:t>
        <w:br/>
        <w:t>vn 0.5095 0.6049 -0.6119</w:t>
        <w:br/>
        <w:t>vn 0.3272 0.5860 -0.7413</w:t>
        <w:br/>
        <w:t>vn -0.0316 0.1356 0.9903</w:t>
        <w:br/>
        <w:t>vn 0.0033 0.1337 0.9910</w:t>
        <w:br/>
        <w:t>vn -0.0315 0.1361 0.9902</w:t>
        <w:br/>
        <w:t>vn -0.0497 0.1155 0.9921</w:t>
        <w:br/>
        <w:t>vn -0.0477 0.0719 0.9963</w:t>
        <w:br/>
        <w:t>vn -0.0242 0.0477 0.9986</w:t>
        <w:br/>
        <w:t>vn -0.0241 0.0476 0.9986</w:t>
        <w:br/>
        <w:t>vn 0.0095 0.0490 0.9988</w:t>
        <w:br/>
        <w:t>vn 0.0238 0.0682 0.9974</w:t>
        <w:br/>
        <w:t>vn 0.0239 0.0683 0.9974</w:t>
        <w:br/>
        <w:t>vn 0.0231 0.1082 0.9939</w:t>
        <w:br/>
        <w:t>vn 0.5357 0.5074 0.6750</w:t>
        <w:br/>
        <w:t>vn 0.3607 0.7307 0.5796</w:t>
        <w:br/>
        <w:t>vn 0.2090 0.9149 0.3455</w:t>
        <w:br/>
        <w:t>vn 0.1159 0.9907 0.0706</w:t>
        <w:br/>
        <w:t>vn 0.4831 0.4676 -0.7402</w:t>
        <w:br/>
        <w:t>vn 0.6745 0.2441 -0.6968</w:t>
        <w:br/>
        <w:t>vn 0.6143 0.6971 -0.3698</w:t>
        <w:br/>
        <w:t>vn 0.2986 0.7140 -0.6333</w:t>
        <w:br/>
        <w:t>vn 0.1608 0.8828 -0.4413</w:t>
        <w:br/>
        <w:t>vn 0.8606 0.3716 -0.3483</w:t>
        <w:br/>
        <w:t>vn 0.9293 0.2915 -0.2268</w:t>
        <w:br/>
        <w:t>vn 0.7583 0.4007 -0.5143</w:t>
        <w:br/>
        <w:t>vn 0.8930 0.3633 0.2655</w:t>
        <w:br/>
        <w:t>vn 0.7990 0.4903 0.3482</w:t>
        <w:br/>
        <w:t>vn 0.5171 0.7322 -0.4432</w:t>
        <w:br/>
        <w:t>vn 0.5739 0.6002 -0.5571</w:t>
        <w:br/>
        <w:t>vn 0.6611 0.5681 0.4902</w:t>
        <w:br/>
        <w:t>vn 0.5451 0.6902 0.4760</w:t>
        <w:br/>
        <w:t>vn 0.4505 0.7971 0.4021</w:t>
        <w:br/>
        <w:t>vn 0.3594 0.9302 0.0750</w:t>
        <w:br/>
        <w:t>vn 0.6143 0.6970 -0.3698</w:t>
        <w:br/>
        <w:t>vn 0.4241 0.8269 -0.3693</w:t>
        <w:br/>
        <w:t>vn 0.4505 0.7971 0.4022</w:t>
        <w:br/>
        <w:t>vn 0.8260 0.2365 -0.5117</w:t>
        <w:br/>
        <w:t>vn 0.8397 -0.5020 0.2071</w:t>
        <w:br/>
        <w:t>vn 0.8396 -0.5021 0.2071</w:t>
        <w:br/>
        <w:t>vn 0.7139 0.4366 0.5475</w:t>
        <w:br/>
        <w:t>vn -0.7377 -0.6698 0.0844</w:t>
        <w:br/>
        <w:t>vn -0.7373 -0.6726 0.0632</w:t>
        <w:br/>
        <w:t>vn -0.7374 -0.6725 0.0633</w:t>
        <w:br/>
        <w:t>vn -0.7230 -0.6889 0.0524</w:t>
        <w:br/>
        <w:t>vn -0.7092 -0.7022 0.0628</w:t>
        <w:br/>
        <w:t>vn -0.6988 -0.7100 0.0872</w:t>
        <w:br/>
        <w:t>vn -0.6988 -0.7099 0.0872</w:t>
        <w:br/>
        <w:t>vn -0.6991 -0.7072 0.1052</w:t>
        <w:br/>
        <w:t>vn -0.6990 -0.7074 0.1050</w:t>
        <w:br/>
        <w:t>vn -0.7107 -0.6936 0.1175</w:t>
        <w:br/>
        <w:t>vn -0.7246 -0.6803 0.1104</w:t>
        <w:br/>
        <w:t>vn -0.7246 -0.6803 0.1105</w:t>
        <w:br/>
        <w:t>vn 0.5671 0.5388 0.6229</w:t>
        <w:br/>
        <w:t>vn 0.3558 0.7431 0.5668</w:t>
        <w:br/>
        <w:t>vn 0.1520 0.9176 0.3674</w:t>
        <w:br/>
        <w:t>vn 0.0120 0.9935 0.1133</w:t>
        <w:br/>
        <w:t>vn 0.3146 0.5545 -0.7704</w:t>
        <w:br/>
        <w:t>vn 0.5344 0.3540 -0.7675</w:t>
        <w:br/>
        <w:t>vn 0.4712 0.7816 -0.4089</w:t>
        <w:br/>
        <w:t>vn 0.1209 0.7718 -0.6243</w:t>
        <w:br/>
        <w:t>vn -0.0058 0.9142 -0.4053</w:t>
        <w:br/>
        <w:t>vn 0.7533 0.4876 -0.4413</w:t>
        <w:br/>
        <w:t>vn 0.8475 0.4113 -0.3357</w:t>
        <w:br/>
        <w:t>vn 0.6254 0.5113 -0.5894</w:t>
        <w:br/>
        <w:t>vn 0.8750 0.4567 0.1604</w:t>
        <w:br/>
        <w:t>vn 0.7802 0.5676 0.2628</w:t>
        <w:br/>
        <w:t>vn 0.3609 0.8079 -0.4658</w:t>
        <w:br/>
        <w:t>vn 0.4152 0.6889 -0.5942</w:t>
        <w:br/>
        <w:t>vn 0.6564 0.6219 0.4271</w:t>
        <w:br/>
        <w:t>vn 0.5265 0.7297 0.4364</w:t>
        <w:br/>
        <w:t>vn 0.4108 0.8274 0.3830</w:t>
        <w:br/>
        <w:t>vn 0.2587 0.9626 0.0801</w:t>
        <w:br/>
        <w:t>vn 0.4712 0.7816 -0.4088</w:t>
        <w:br/>
        <w:t>vn 0.2695 0.8873 -0.3742</w:t>
        <w:br/>
        <w:t>vn 0.4107 0.8274 0.3830</w:t>
        <w:br/>
        <w:t>vn 0.7110 0.3566 -0.6061</w:t>
        <w:br/>
        <w:t>vn 0.9124 -0.4052 0.0579</w:t>
        <w:br/>
        <w:t>vn 0.9123 -0.4053 0.0579</w:t>
        <w:br/>
        <w:t>vn 0.7319 0.4955 0.4678</w:t>
        <w:br/>
        <w:t>vn -0.6369 -0.7571 0.1456</w:t>
        <w:br/>
        <w:t>vn -0.6392 -0.7589 0.1246</w:t>
        <w:br/>
        <w:t>vn -0.6249 -0.7728 0.1109</w:t>
        <w:br/>
        <w:t>vn -0.6085 -0.7847 0.1183</w:t>
        <w:br/>
        <w:t>vn -0.5938 -0.7922 0.1407</w:t>
        <w:br/>
        <w:t>vn -0.5939 -0.7921 0.1407</w:t>
        <w:br/>
        <w:t>vn -0.5918 -0.7904 0.1584</w:t>
        <w:br/>
        <w:t>vn -0.5919 -0.7903 0.1585</w:t>
        <w:br/>
        <w:t>vn -0.6029 -0.7789 0.1730</w:t>
        <w:br/>
        <w:t>vn -0.6029 -0.7788 0.1730</w:t>
        <w:br/>
        <w:t>vn -0.6191 -0.7669 0.1689</w:t>
        <w:br/>
        <w:t>vn 0.3692 -0.6208 0.6916</w:t>
        <w:br/>
        <w:t>vn 0.3692 -0.6209 0.6915</w:t>
        <w:br/>
        <w:t>vn 0.5399 -0.5534 0.6343</w:t>
        <w:br/>
        <w:t>vn 0.4790 -0.5737 0.6644</w:t>
        <w:br/>
        <w:t>vn 0.6401 -0.4889 0.5927</w:t>
        <w:br/>
        <w:t>vn 0.6563 -0.4695 0.5907</w:t>
        <w:br/>
        <w:t>vn 0.6357 -0.4833 0.6020</w:t>
        <w:br/>
        <w:t>vn 0.5809 -0.5331 0.6151</w:t>
        <w:br/>
        <w:t>vn 0.5537 -0.5676 0.6092</w:t>
        <w:br/>
        <w:t>vn 0.4570 -0.5967 0.6596</w:t>
        <w:br/>
        <w:t>vn 0.4829 -0.6013 0.6366</w:t>
        <w:br/>
        <w:t>vn 0.3845 -0.5927 0.7077</w:t>
        <w:br/>
        <w:t>vn 0.4199 -0.6129 0.6693</w:t>
        <w:br/>
        <w:t>vn 0.3931 -0.6034 0.6938</w:t>
        <w:br/>
        <w:t>vn 0.2587 -0.5167 0.8161</w:t>
        <w:br/>
        <w:t>vn 0.3655 -0.6078 0.7050</w:t>
        <w:br/>
        <w:t>vn 0.3676 -0.6294 0.6846</w:t>
        <w:br/>
        <w:t>vn 0.2652 -0.5157 0.8147</w:t>
        <w:br/>
        <w:t>vn 0.1986 -0.5014 0.8421</w:t>
        <w:br/>
        <w:t>vn 0.2275 -0.4714 0.8520</w:t>
        <w:br/>
        <w:t>vn 0.2336 -0.4443 0.8649</w:t>
        <w:br/>
        <w:t>vn 0.2590 -0.4274 0.8662</w:t>
        <w:br/>
        <w:t>vn 0.2671 -0.4241 0.8653</w:t>
        <w:br/>
        <w:t>vn 0.2788 -0.5351 0.7975</w:t>
        <w:br/>
        <w:t>vn 0.2652 -0.3623 0.8935</w:t>
        <w:br/>
        <w:t>vn 0.2995 -0.5275 0.7950</w:t>
        <w:br/>
        <w:t>vn 0.3186 -0.3274 0.8896</w:t>
        <w:br/>
        <w:t>vn 0.3186 -0.3274 0.8895</w:t>
        <w:br/>
        <w:t>vn 0.2989 -0.6245 0.7215</w:t>
        <w:br/>
        <w:t>vn 0.2944 -0.3883 0.8732</w:t>
        <w:br/>
        <w:t>vn 0.2944 -0.3884 0.8732</w:t>
        <w:br/>
        <w:t>vn 0.2910 -0.4275 0.8559</w:t>
        <w:br/>
        <w:t>vn 0.2633 -0.4829 0.8351</w:t>
        <w:br/>
        <w:t>vn 0.2468 -0.5348 0.8081</w:t>
        <w:br/>
        <w:t>vn 0.3547 -0.5106 0.7833</w:t>
        <w:br/>
        <w:t>vn 0.3546 -0.5106 0.7833</w:t>
        <w:br/>
        <w:t>vn 0.5072 -0.3517 0.7868</w:t>
        <w:br/>
        <w:t>vn 0.5555 -0.1577 0.8165</w:t>
        <w:br/>
        <w:t>vn 0.5479 -0.1075 0.8296</w:t>
        <w:br/>
        <w:t>vn 0.4895 0.0425 0.8709</w:t>
        <w:br/>
        <w:t>vn 0.5093 0.0179 0.8604</w:t>
        <w:br/>
        <w:t>vn 0.5092 0.0179 0.8604</w:t>
        <w:br/>
        <w:t>vn 0.5406 -0.0416 0.8402</w:t>
        <w:br/>
        <w:t>vn 0.2155 -0.5451 0.8102</w:t>
        <w:br/>
        <w:t>vn 0.2612 -0.5269 0.8088</w:t>
        <w:br/>
        <w:t>vn 0.2164 -0.4932 0.8426</w:t>
        <w:br/>
        <w:t>vn 0.2289 -0.4795 0.8471</w:t>
        <w:br/>
        <w:t>vn 0.2290 -0.4795 0.8471</w:t>
        <w:br/>
        <w:t>vn 0.2392 -0.4739 0.8475</w:t>
        <w:br/>
        <w:t>vn -0.3170 0.4189 -0.8509</w:t>
        <w:br/>
        <w:t>vn -0.5685 0.5055 -0.6490</w:t>
        <w:br/>
        <w:t>vn -0.3885 0.3480 -0.8532</w:t>
        <w:br/>
        <w:t>vn -0.6521 0.4676 -0.5968</w:t>
        <w:br/>
        <w:t>vn -0.6298 0.4756 -0.6142</w:t>
        <w:br/>
        <w:t>vn -0.4484 0.2842 -0.8474</w:t>
        <w:br/>
        <w:t>vn -0.5940 0.6014 -0.5342</w:t>
        <w:br/>
        <w:t>vn -0.4316 0.3160 -0.8449</w:t>
        <w:br/>
        <w:t>vn -0.3990 0.4419 -0.8034</w:t>
        <w:br/>
        <w:t>vn -0.5197 0.6745 -0.5244</w:t>
        <w:br/>
        <w:t>vn -0.2902 0.6112 -0.7363</w:t>
        <w:br/>
        <w:t>vn -0.3428 0.5606 -0.7538</w:t>
        <w:br/>
        <w:t>vn -0.2753 0.5307 -0.8016</w:t>
        <w:br/>
        <w:t>vn -0.2423 0.5840 -0.7747</w:t>
        <w:br/>
        <w:t>vn -0.1196 0.5222 -0.8444</w:t>
        <w:br/>
        <w:t>vn -0.2052 0.5497 -0.8098</w:t>
        <w:br/>
        <w:t>vn -0.0914 0.4658 -0.8801</w:t>
        <w:br/>
        <w:t>vn -0.1234 0.4514 -0.8837</w:t>
        <w:br/>
        <w:t>vn -0.1506 0.5020 -0.8516</w:t>
        <w:br/>
        <w:t>vn -0.1317 0.3687 -0.9202</w:t>
        <w:br/>
        <w:t>vn -0.1455 0.4173 -0.8971</w:t>
        <w:br/>
        <w:t>vn -0.1383 0.3397 -0.9303</w:t>
        <w:br/>
        <w:t>vn -0.1603 0.3725 -0.9141</w:t>
        <w:br/>
        <w:t>vn -0.1391 0.4272 -0.8934</w:t>
        <w:br/>
        <w:t>vn -0.1180 0.2565 -0.9593</w:t>
        <w:br/>
        <w:t>vn -0.1501 0.1532 -0.9767</w:t>
        <w:br/>
        <w:t>vn -0.2114 0.2950 -0.9318</w:t>
        <w:br/>
        <w:t>vn -0.1248 0.3609 -0.9242</w:t>
        <w:br/>
        <w:t>vn -0.2046 0.3057 -0.9299</w:t>
        <w:br/>
        <w:t>vn -0.1502 0.2624 -0.9532</w:t>
        <w:br/>
        <w:t>vn -0.2316 0.1679 -0.9582</w:t>
        <w:br/>
        <w:t>vn -0.3358 0.1016 -0.9365</w:t>
        <w:br/>
        <w:t>vn -0.3968 0.0754 -0.9148</w:t>
        <w:br/>
        <w:t>vn -0.3335 0.1239 -0.9346</w:t>
        <w:br/>
        <w:t>vn -0.2154 0.2348 -0.9479</w:t>
        <w:br/>
        <w:t>vn -0.2153 0.2348 -0.9479</w:t>
        <w:br/>
        <w:t>vn -0.1488 0.3937 -0.9071</w:t>
        <w:br/>
        <w:t>vn -0.1301 0.4398 -0.8886</w:t>
        <w:br/>
        <w:t>vn -0.0942 0.5550 -0.8265</w:t>
        <w:br/>
        <w:t>vn -0.0966 0.5817 -0.8077</w:t>
        <w:br/>
        <w:t>vn -0.0942 0.5551 -0.8265</w:t>
        <w:br/>
        <w:t>vn -0.1093 0.5076 -0.8547</w:t>
        <w:br/>
        <w:t>vn -0.3098 0.4535 -0.8357</w:t>
        <w:br/>
        <w:t>vn -0.4076 0.7602 -0.5059</w:t>
        <w:br/>
        <w:t>vn -0.2504 0.3984 -0.8824</w:t>
        <w:br/>
        <w:t>vn -0.2557 0.4164 -0.8725</w:t>
        <w:br/>
        <w:t>vn 0.0546 0.4526 -0.8900</w:t>
        <w:br/>
        <w:t>vn 0.5401 -0.6231 -0.5657</w:t>
        <w:br/>
        <w:t>vn 0.5839 -0.5895 -0.5582</w:t>
        <w:br/>
        <w:t>vn -0.3439 0.1578 0.9257</w:t>
        <w:br/>
        <w:t>vn -0.6743 0.4900 0.5524</w:t>
        <w:br/>
        <w:t>vn -0.4497 0.1690 0.8771</w:t>
        <w:br/>
        <w:t>vn -0.3438 0.1577 0.9257</w:t>
        <w:br/>
        <w:t>vn -0.1974 0.1605 0.9671</w:t>
        <w:br/>
        <w:t>vn 0.6095 -0.5908 -0.5287</w:t>
        <w:br/>
        <w:t>vn 0.6095 -0.5907 -0.5287</w:t>
        <w:br/>
        <w:t>vn -0.1256 0.2056 0.9706</w:t>
        <w:br/>
        <w:t>vn 0.4861 -0.7092 -0.5106</w:t>
        <w:br/>
        <w:t>vn -0.0598 0.2302 0.9713</w:t>
        <w:br/>
        <w:t>vn -0.0076 0.2398 0.9708</w:t>
        <w:br/>
        <w:t>vn 0.3715 -0.7793 -0.5046</w:t>
        <w:br/>
        <w:t>vn 0.3715 -0.7793 -0.5047</w:t>
        <w:br/>
        <w:t>vn 0.0412 0.3068 0.9509</w:t>
        <w:br/>
        <w:t>vn -0.9673 -0.1657 0.1920</w:t>
        <w:br/>
        <w:t>vn -0.9616 -0.0373 0.2721</w:t>
        <w:br/>
        <w:t>vn -0.9673 -0.1657 0.1919</w:t>
        <w:br/>
        <w:t>vn -0.8866 0.1888 0.4222</w:t>
        <w:br/>
        <w:t>vn -0.8240 0.2825 0.4912</w:t>
        <w:br/>
        <w:t>vn -0.8866 0.1889 0.4222</w:t>
        <w:br/>
        <w:t>vn -0.1636 -0.8460 -0.5075</w:t>
        <w:br/>
        <w:t>vn -0.5876 -0.7586 -0.2816</w:t>
        <w:br/>
        <w:t>vn -0.9508 -0.2309 0.2066</w:t>
        <w:br/>
        <w:t>vn -0.9508 -0.2310 0.2066</w:t>
        <w:br/>
        <w:t>vn -0.8168 0.3053 0.4895</w:t>
        <w:br/>
        <w:t>vn -0.5203 0.6291 0.5775</w:t>
        <w:br/>
        <w:t>vn -0.3890 0.7131 0.5833</w:t>
        <w:br/>
        <w:t>vn -0.8538 -0.5202 0.0222</w:t>
        <w:br/>
        <w:t>vn -0.9452 -0.1048 0.3091</w:t>
        <w:br/>
        <w:t>vn -0.6354 0.5258 0.5654</w:t>
        <w:br/>
        <w:t>vn -0.6354 0.5259 0.5654</w:t>
        <w:br/>
        <w:t>vn -0.2973 0.7625 0.5746</w:t>
        <w:br/>
        <w:t>vn -0.2974 0.7625 0.5746</w:t>
        <w:br/>
        <w:t>vn -0.6850 -0.7151 -0.1393</w:t>
        <w:br/>
        <w:t>vn -0.8133 -0.5818 -0.0037</w:t>
        <w:br/>
        <w:t>vn -0.9405 -0.1411 0.3091</w:t>
        <w:br/>
        <w:t>vn -0.7018 0.4565 0.5469</w:t>
        <w:br/>
        <w:t>vn -0.7018 0.4564 0.5469</w:t>
        <w:br/>
        <w:t>vn -0.1980 0.8225 0.5332</w:t>
        <w:br/>
        <w:t>vn 0.1993 0.8954 0.3981</w:t>
        <w:br/>
        <w:t>vn 0.2913 0.8895 0.3521</w:t>
        <w:br/>
        <w:t>vn 0.2914 0.8895 0.3521</w:t>
        <w:br/>
        <w:t>vn -0.1574 0.8373 0.5237</w:t>
        <w:br/>
        <w:t>vn -0.1574 0.8372 0.5237</w:t>
        <w:br/>
        <w:t>vn -0.8177 0.2596 0.5138</w:t>
        <w:br/>
        <w:t>vn -0.8176 0.2596 0.5139</w:t>
        <w:br/>
        <w:t>vn -0.8828 -0.4360 0.1750</w:t>
        <w:br/>
        <w:t>vn 0.1714 -0.8426 -0.5105</w:t>
        <w:br/>
        <w:t>vn -0.0676 -0.8985 -0.4338</w:t>
        <w:br/>
        <w:t>vn 0.3510 -0.3408 0.8721</w:t>
        <w:br/>
        <w:t>vn 0.2743 0.2379 0.9317</w:t>
        <w:br/>
        <w:t>vn 0.1723 0.3006 0.9380</w:t>
        <w:br/>
        <w:t>vn 0.3038 -0.1665 0.9381</w:t>
        <w:br/>
        <w:t>vn 0.9398 -0.1490 -0.3077</w:t>
        <w:br/>
        <w:t>vn 0.9409 -0.1520 -0.3027</w:t>
        <w:br/>
        <w:t>vn 0.7850 -0.3902 -0.4812</w:t>
        <w:br/>
        <w:t>vn 0.3041 0.8382 0.4526</w:t>
        <w:br/>
        <w:t>vn -0.5519 -0.8155 -0.1741</w:t>
        <w:br/>
        <w:t>vn -0.1422 0.8223 0.5511</w:t>
        <w:br/>
        <w:t>vn -0.1422 0.8222 0.5511</w:t>
        <w:br/>
        <w:t>vn -0.2829 0.4005 -0.8715</w:t>
        <w:br/>
        <w:t>vn -0.2829 0.4392 -0.8527</w:t>
        <w:br/>
        <w:t>vn 0.2707 -0.5669 0.7780</w:t>
        <w:br/>
        <w:t>vn -0.7243 0.6842 0.0848</w:t>
        <w:br/>
        <w:t>vn -0.7244 0.6842 0.0848</w:t>
        <w:br/>
        <w:t>vn -0.6743 0.4900 0.5525</w:t>
        <w:br/>
        <w:t>vn -0.7594 0.6497 0.0358</w:t>
        <w:br/>
        <w:t>vn -0.8020 0.5950 -0.0526</w:t>
        <w:br/>
        <w:t>vn -0.7575 0.6426 -0.1153</w:t>
        <w:br/>
        <w:t>vn -0.6504 0.7494 -0.1240</w:t>
        <w:br/>
        <w:t>vn -0.5512 0.8295 -0.0903</w:t>
        <w:br/>
        <w:t>vn -0.4082 0.9129 -0.0018</w:t>
        <w:br/>
        <w:t>vn -0.2076 0.9766 0.0554</w:t>
        <w:br/>
        <w:t>vn -0.2076 0.9766 0.0555</w:t>
        <w:br/>
        <w:t>vn -0.1021 0.9938 0.0433</w:t>
        <w:br/>
        <w:t>vn -0.1021 0.9938 0.0432</w:t>
        <w:br/>
        <w:t>vn 0.3934 -0.5358 0.7471</w:t>
        <w:br/>
        <w:t>vn 0.9409 -0.1521 -0.3026</w:t>
        <w:br/>
        <w:t>vn 0.9420 -0.1551 -0.2977</w:t>
        <w:br/>
        <w:t>vn 0.0843 0.4938 -0.8655</w:t>
        <w:br/>
        <w:t>vn 0.0842 0.4940 -0.8654</w:t>
        <w:br/>
        <w:t>vn 0.0843 0.4940 -0.8653</w:t>
        <w:br/>
        <w:t>vn 0.0842 0.4938 -0.8655</w:t>
        <w:br/>
        <w:t>vn 0.0833 0.4938 -0.8656</w:t>
        <w:br/>
        <w:t>vn 0.0831 0.4936 -0.8657</w:t>
        <w:br/>
        <w:t>vn 0.0822 0.4940 -0.8656</w:t>
        <w:br/>
        <w:t>vn 0.0840 0.4941 -0.8653</w:t>
        <w:br/>
        <w:t>vn 0.0916 0.4869 0.8687</w:t>
        <w:br/>
        <w:t>vn 0.0915 0.4869 0.8687</w:t>
        <w:br/>
        <w:t>vn 0.0917 0.4869 0.8687</w:t>
        <w:br/>
        <w:t>vn 0.0916 0.4868 0.8687</w:t>
        <w:br/>
        <w:t>vn 0.0916 0.4869 0.8686</w:t>
        <w:br/>
        <w:t>vn -0.4173 -0.7701 0.4826</w:t>
        <w:br/>
        <w:t>vn -0.3177 0.8942 -0.3153</w:t>
        <w:br/>
        <w:t>vn 0.0001 0.9595 -0.2819</w:t>
        <w:br/>
        <w:t>vn 0.0001 0.9594 -0.2819</w:t>
        <w:br/>
        <w:t>vn -0.5969 -0.1582 -0.7865</w:t>
        <w:br/>
        <w:t>vn -0.5812 0.1679 -0.7962</w:t>
        <w:br/>
        <w:t>vn -0.9408 0.2165 -0.2608</w:t>
        <w:br/>
        <w:t>vn -0.9678 -0.1598 -0.1945</w:t>
        <w:br/>
        <w:t>vn -0.5335 0.0312 -0.8452</w:t>
        <w:br/>
        <w:t>vn -0.6120 -0.2066 -0.7634</w:t>
        <w:br/>
        <w:t>vn -0.7504 -0.2351 -0.6177</w:t>
        <w:br/>
        <w:t>vn -0.6628 0.1583 -0.7319</w:t>
        <w:br/>
        <w:t>vn -0.4325 -0.1656 -0.8863</w:t>
        <w:br/>
        <w:t>vn -0.5689 -0.0790 0.8186</w:t>
        <w:br/>
        <w:t>vn -0.7627 -0.1350 0.6325</w:t>
        <w:br/>
        <w:t>vn -0.3322 -0.0170 0.9430</w:t>
        <w:br/>
        <w:t>vn -0.8300 -0.0796 0.5521</w:t>
        <w:br/>
        <w:t>vn -0.6176 -0.1841 0.7646</w:t>
        <w:br/>
        <w:t>vn -0.6870 -0.2804 0.6703</w:t>
        <w:br/>
        <w:t>vn -0.9691 0.1450 0.1996</w:t>
        <w:br/>
        <w:t>vn -0.9038 -0.2040 0.3761</w:t>
        <w:br/>
        <w:t>vn -0.9144 -0.0576 0.4007</w:t>
        <w:br/>
        <w:t>vn -0.7633 -0.1283 0.6332</w:t>
        <w:br/>
        <w:t>vn -0.6838 -0.1441 0.7153</w:t>
        <w:br/>
        <w:t>vn -0.9788 0.1494 -0.1399</w:t>
        <w:br/>
        <w:t>vn -0.8745 -0.1689 0.4547</w:t>
        <w:br/>
        <w:t>vn -0.5414 -0.1895 -0.8191</w:t>
        <w:br/>
        <w:t>vn -0.5466 -0.2104 -0.8105</w:t>
        <w:br/>
        <w:t>vn -0.8646 -0.2406 -0.4411</w:t>
        <w:br/>
        <w:t>vn -0.7874 0.1297 -0.6026</w:t>
        <w:br/>
        <w:t>vn 0.9280 0.3216 0.1880</w:t>
        <w:br/>
        <w:t>vn 0.6355 0.2204 0.7400</w:t>
        <w:br/>
        <w:t>vn 0.7864 -0.1346 0.6029</w:t>
        <w:br/>
        <w:t>vn 0.9146 -0.1504 0.3753</w:t>
        <w:br/>
        <w:t>vn 0.6328 0.2028 -0.7473</w:t>
        <w:br/>
        <w:t>vn 0.9025 -0.1170 -0.4145</w:t>
        <w:br/>
        <w:t>vn 0.8062 0.1283 -0.5775</w:t>
        <w:br/>
        <w:t>vn 0.8936 -0.3249 -0.3096</w:t>
        <w:br/>
        <w:t>vn 0.7657 -0.5077 -0.3948</w:t>
        <w:br/>
        <w:t>vn 0.3756 -0.0780 0.9235</w:t>
        <w:br/>
        <w:t>vn 0.6323 -0.1068 0.7673</w:t>
        <w:br/>
        <w:t>vn 0.5293 0.2034 0.8237</w:t>
        <w:br/>
        <w:t>vn 0.3633 -0.1883 0.9125</w:t>
        <w:br/>
        <w:t>vn 0.6624 -0.1517 0.7336</w:t>
        <w:br/>
        <w:t>vn 0.4774 0.4202 -0.7717</w:t>
        <w:br/>
        <w:t>vn 0.2888 0.4241 -0.8583</w:t>
        <w:br/>
        <w:t>vn 0.5423 0.0512 -0.8386</w:t>
        <w:br/>
        <w:t>vn 0.7349 0.0986 -0.6710</w:t>
        <w:br/>
        <w:t>vn 0.3131 0.0005 -0.9497</w:t>
        <w:br/>
        <w:t>vn -0.0865 0.6720 -0.7355</w:t>
        <w:br/>
        <w:t>vn 0.9730 -0.0199 -0.2300</w:t>
        <w:br/>
        <w:t>vn 0.8151 0.2999 -0.4956</w:t>
        <w:br/>
        <w:t>vn 0.5949 -0.1436 0.7909</w:t>
        <w:br/>
        <w:t>vn 0.6130 0.4156 0.6719</w:t>
        <w:br/>
        <w:t>vn 0.6974 0.5621 0.4446</w:t>
        <w:br/>
        <w:t>vn 0.4817 -0.3243 0.8141</w:t>
        <w:br/>
        <w:t>vn 0.5720 -0.1333 0.8094</w:t>
        <w:br/>
        <w:t>vn 0.5414 0.3275 -0.7743</w:t>
        <w:br/>
        <w:t>vn 0.6860 0.2980 -0.6637</w:t>
        <w:br/>
        <w:t>vn 0.8931 0.1008 -0.4384</w:t>
        <w:br/>
        <w:t>vn 0.7974 -0.2716 0.5390</w:t>
        <w:br/>
        <w:t>vn 0.8194 -0.3059 0.4847</w:t>
        <w:br/>
        <w:t>vn 0.5934 0.5155 0.6182</w:t>
        <w:br/>
        <w:t>vn 0.5211 0.5167 0.6793</w:t>
        <w:br/>
        <w:t>vn -0.4828 0.6281 -0.6103</w:t>
        <w:br/>
        <w:t>vn -0.7917 0.5387 -0.2882</w:t>
        <w:br/>
        <w:t>vn -0.7343 0.3719 -0.5678</w:t>
        <w:br/>
        <w:t>vn -0.9796 0.2006 0.0117</w:t>
        <w:br/>
        <w:t>vn -0.7344 0.3719 -0.5678</w:t>
        <w:br/>
        <w:t>vn -0.5535 0.4161 -0.7215</w:t>
        <w:br/>
        <w:t>vn -0.9788 0.1493 -0.1399</w:t>
        <w:br/>
        <w:t>vn -0.1612 0.4591 -0.8737</w:t>
        <w:br/>
        <w:t>vn -0.2411 0.4315 -0.8693</w:t>
        <w:br/>
        <w:t>vn -0.2799 0.4484 -0.8489</w:t>
        <w:br/>
        <w:t>vn -0.0954 -0.3235 0.9414</w:t>
        <w:br/>
        <w:t>vn 0.0564 -0.4831 0.8737</w:t>
        <w:br/>
        <w:t>vn 0.0944 -0.2987 0.9497</w:t>
        <w:br/>
        <w:t>vn 0.6377 -0.2365 0.7331</w:t>
        <w:br/>
        <w:t>vn 0.4536 0.6057 0.6537</w:t>
        <w:br/>
        <w:t>vn 0.4912 0.7925 0.3615</w:t>
        <w:br/>
        <w:t>vn -0.4623 0.5192 -0.7188</w:t>
        <w:br/>
        <w:t>vn -0.3135 0.6047 -0.7321</w:t>
        <w:br/>
        <w:t>vn 0.2284 -0.3918 0.8913</w:t>
        <w:br/>
        <w:t>vn 0.6939 -0.3287 0.6406</w:t>
        <w:br/>
        <w:t>vn -0.3375 0.8654 -0.3703</w:t>
        <w:br/>
        <w:t>vn -0.4060 0.6993 -0.5883</w:t>
        <w:br/>
        <w:t>vn -0.5765 0.8158 -0.0453</w:t>
        <w:br/>
        <w:t>vn -0.3375 0.8655 -0.3703</w:t>
        <w:br/>
        <w:t>vn -0.4059 0.6994 -0.5883</w:t>
        <w:br/>
        <w:t>vn -0.6484 0.7386 -0.1846</w:t>
        <w:br/>
        <w:t>vn 0.5476 -0.5764 0.6065</w:t>
        <w:br/>
        <w:t>vn 0.2926 -0.5244 0.7996</w:t>
        <w:br/>
        <w:t>vn -0.4286 0.9023 -0.0460</w:t>
        <w:br/>
        <w:t>vn 0.9269 0.2883 0.2405</w:t>
        <w:br/>
        <w:t>vn 0.9269 0.2883 0.2404</w:t>
        <w:br/>
        <w:t>vn 0.6648 -0.6721 0.3262</w:t>
        <w:br/>
        <w:t>vn -0.9668 0.2369 0.0957</w:t>
        <w:br/>
        <w:t>vn -0.8486 -0.1332 0.5120</w:t>
        <w:br/>
        <w:t>vn -0.9073 -0.0056 0.4204</w:t>
        <w:br/>
        <w:t>vn -0.9368 0.3427 0.0710</w:t>
        <w:br/>
        <w:t>vn 0.0469 0.5212 -0.8521</w:t>
        <w:br/>
        <w:t>vn 0.3173 0.5193 -0.7935</w:t>
        <w:br/>
        <w:t>vn 0.9789 -0.2023 -0.0278</w:t>
        <w:br/>
        <w:t>vn 0.6034 0.5135 -0.6101</w:t>
        <w:br/>
        <w:t>vn 0.7260 0.5274 -0.4413</w:t>
        <w:br/>
        <w:t>vn -0.8974 0.4410 -0.0133</w:t>
        <w:br/>
        <w:t>vn 0.2777 -0.8894 -0.3630</w:t>
        <w:br/>
        <w:t>vn 0.7641 -0.2879 -0.5773</w:t>
        <w:br/>
        <w:t>vn 0.5211 -0.5535 -0.6497</w:t>
        <w:br/>
        <w:t>vn -0.3612 -0.9254 -0.1146</w:t>
        <w:br/>
        <w:t>vn -0.2495 -0.9661 -0.0667</w:t>
        <w:br/>
        <w:t>vn -0.2090 -0.9260 -0.3143</w:t>
        <w:br/>
        <w:t>vn 0.2911 -0.9557 -0.0436</w:t>
        <w:br/>
        <w:t>vn -0.2492 -0.9661 -0.0668</w:t>
        <w:br/>
        <w:t>vn 0.9088 -0.4171 0.0108</w:t>
        <w:br/>
        <w:t>vn 0.7307 -0.6795 0.0665</w:t>
        <w:br/>
        <w:t>vn 0.5838 -0.3121 0.7495</w:t>
        <w:br/>
        <w:t>vn 0.0563 -0.4831 0.8737</w:t>
        <w:br/>
        <w:t>vn 0.5003 0.8543 0.1410</w:t>
        <w:br/>
        <w:t>vn -0.1611 0.4591 -0.8737</w:t>
        <w:br/>
        <w:t>vn 0.7940 0.0509 -0.6058</w:t>
        <w:br/>
        <w:t>vn 0.9225 -0.0209 -0.3854</w:t>
        <w:br/>
        <w:t>vn 0.8120 -0.1048 -0.5741</w:t>
        <w:br/>
        <w:t>vn 0.9656 -0.2296 -0.1224</w:t>
        <w:br/>
        <w:t>vn 0.9058 -0.0619 -0.4192</w:t>
        <w:br/>
        <w:t>vn 0.7923 0.0813 -0.6047</w:t>
        <w:br/>
        <w:t>vn 0.8883 0.0835 -0.4515</w:t>
        <w:br/>
        <w:t>vn 0.8849 0.0192 -0.4654</w:t>
        <w:br/>
        <w:t>vn -0.8978 -0.2622 0.3540</w:t>
        <w:br/>
        <w:t>vn -0.8357 -0.2432 0.4923</w:t>
        <w:br/>
        <w:t>vn 0.8663 -0.0698 -0.4947</w:t>
        <w:br/>
        <w:t>vn 0.8843 0.0002 -0.4670</w:t>
        <w:br/>
        <w:t>vn 0.9816 -0.0352 -0.1876</w:t>
        <w:br/>
        <w:t>vn -0.7220 -0.2707 0.6368</w:t>
        <w:br/>
        <w:t>vn 0.7320 -0.0543 -0.6791</w:t>
        <w:br/>
        <w:t>vn -0.7638 -0.2603 0.5907</w:t>
        <w:br/>
        <w:t>vn -0.7387 -0.3164 0.5951</w:t>
        <w:br/>
        <w:t>vn -0.8129 -0.1897 0.5506</w:t>
        <w:br/>
        <w:t>vn -0.5680 -0.2044 -0.7972</w:t>
        <w:br/>
        <w:t>vn -0.4286 0.9023 -0.0458</w:t>
        <w:br/>
        <w:t>vn -0.5851 0.3740 -0.7196</w:t>
        <w:br/>
        <w:t>vn -0.6960 0.7170 -0.0380</w:t>
        <w:br/>
        <w:t>vn -0.6960 0.7170 -0.0381</w:t>
        <w:br/>
        <w:t>vn -0.5851 0.3739 -0.7196</w:t>
        <w:br/>
        <w:t>vn -0.3948 0.6369 0.6622</w:t>
        <w:br/>
        <w:t>vn -0.3948 0.6368 0.6622</w:t>
        <w:br/>
        <w:t>vn -0.1297 -0.1852 -0.9741</w:t>
        <w:br/>
        <w:t>vn -0.1296 -0.1852 -0.9741</w:t>
        <w:br/>
        <w:t>vn 0.3987 -0.6321 -0.6645</w:t>
        <w:br/>
        <w:t>vn 0.3987 -0.6321 -0.6644</w:t>
        <w:br/>
        <w:t>vn 0.7003 -0.7130 0.0351</w:t>
        <w:br/>
        <w:t>vn 0.5907 -0.3719 0.7161</w:t>
        <w:br/>
        <w:t>vn 0.5907 -0.3718 0.7161</w:t>
        <w:br/>
        <w:t>vn -0.7046 -0.6814 0.1982</w:t>
        <w:br/>
        <w:t>vn -0.7045 -0.6814 0.1982</w:t>
        <w:br/>
        <w:t>vn -0.7046 -0.6814 0.1981</w:t>
        <w:br/>
        <w:t>vn 0.1367 0.1866 0.9729</w:t>
        <w:br/>
        <w:t>vn 0.1367 0.1865 0.9729</w:t>
        <w:br/>
        <w:t>vn -0.7047 -0.6813 0.1981</w:t>
        <w:br/>
        <w:t>vn -0.7043 -0.6817 0.1981</w:t>
        <w:br/>
        <w:t>vn -0.9795 -0.1652 -0.1154</w:t>
        <w:br/>
        <w:t>vn -0.8186 0.5742 0.0155</w:t>
        <w:br/>
        <w:t>vn -0.8186 0.5741 0.0155</w:t>
        <w:br/>
        <w:t>vn -0.9795 -0.1652 -0.1155</w:t>
        <w:br/>
        <w:t>vn -0.1737 0.9748 0.1400</w:t>
        <w:br/>
        <w:t>vn -0.0447 -0.1594 0.9862</w:t>
        <w:br/>
        <w:t>vn -0.0448 -0.1594 0.9862</w:t>
        <w:br/>
        <w:t>vn -0.0268 -0.1586 0.9870</w:t>
        <w:br/>
        <w:t>vn 0.1668 -0.9768 -0.1341</w:t>
        <w:br/>
        <w:t>vn -0.5681 -0.8038 -0.1762</w:t>
        <w:br/>
        <w:t>vn -0.5681 -0.8039 -0.1762</w:t>
        <w:br/>
        <w:t>vn 0.1668 -0.9768 -0.1340</w:t>
        <w:br/>
        <w:t>vn 0.8132 -0.5819 -0.0111</w:t>
        <w:br/>
        <w:t>vn 0.9789 0.1637 0.1220</w:t>
        <w:br/>
        <w:t>vn 0.9789 0.1638 0.1220</w:t>
        <w:br/>
        <w:t>vn 0.8132 -0.5818 -0.0111</w:t>
        <w:br/>
        <w:t>vn 0.5674 0.8027 0.1836</w:t>
        <w:br/>
        <w:t>vn -0.0653 -0.1584 0.9852</w:t>
        <w:br/>
        <w:t>vn -0.0209 -0.1582 0.9872</w:t>
        <w:br/>
        <w:t>vn -0.0737 -0.1570 0.9848</w:t>
        <w:br/>
        <w:t>vn -0.6152 -0.7864 0.0563</w:t>
        <w:br/>
        <w:t>vn -0.7102 -0.6305 0.3132</w:t>
        <w:br/>
        <w:t>vn -0.7757 -0.4689 0.4223</w:t>
        <w:br/>
        <w:t>vn -0.7358 -0.6509 0.1868</w:t>
        <w:br/>
        <w:t>vn -0.6690 -0.1497 0.7281</w:t>
        <w:br/>
        <w:t>vn -0.5208 0.1807 0.8343</w:t>
        <w:br/>
        <w:t>vn -0.5611 -0.6317 -0.5350</w:t>
        <w:br/>
        <w:t>vn -0.6606 -0.5489 -0.5123</w:t>
        <w:br/>
        <w:t>vn -0.7213 -0.6750 -0.1553</w:t>
        <w:br/>
        <w:t>vn -0.6091 -0.7720 -0.1818</w:t>
        <w:br/>
        <w:t>vn -0.2059 -0.0722 -0.9759</w:t>
        <w:br/>
        <w:t>vn -0.3234 -0.4316 -0.8421</w:t>
        <w:br/>
        <w:t>vn -0.4515 -0.6859 -0.5707</w:t>
        <w:br/>
        <w:t>vn -0.1382 -0.0786 -0.9873</w:t>
        <w:br/>
        <w:t>vn 0.3512 0.6459 -0.6779</w:t>
        <w:br/>
        <w:t>vn 0.2932 0.5342 -0.7929</w:t>
        <w:br/>
        <w:t>vn -0.6052 -0.0256 0.7957</w:t>
        <w:br/>
        <w:t>vn -0.6280 -0.0353 0.7775</w:t>
        <w:br/>
        <w:t>vn -0.6279 -0.0353 0.7775</w:t>
        <w:br/>
        <w:t>vn -0.7006 -0.0487 -0.7119</w:t>
        <w:br/>
        <w:t>vn -0.7034 -0.0658 -0.7077</w:t>
        <w:br/>
        <w:t>vn -0.6975 -0.0316 -0.7159</w:t>
        <w:br/>
        <w:t>vn -0.6314 -0.7427 0.2230</w:t>
        <w:br/>
        <w:t>vn -0.6019 -0.5582 0.5711</w:t>
        <w:br/>
        <w:t>vn -0.2625 0.1152 0.9580</w:t>
        <w:br/>
        <w:t>vn 0.0116 0.5595 0.8287</w:t>
        <w:br/>
        <w:t>vn 0.3680 0.8015 0.4714</w:t>
        <w:br/>
        <w:t>vn 0.2485 0.6760 0.6938</w:t>
        <w:br/>
        <w:t>vn -0.3017 0.2047 0.9312</w:t>
        <w:br/>
        <w:t>vn 0.4727 0.4626 0.7500</w:t>
        <w:br/>
        <w:t>vn 0.2644 0.7641 0.5884</w:t>
        <w:br/>
        <w:t>vn 0.1680 0.5756 0.8003</w:t>
        <w:br/>
        <w:t>vn -0.0198 0.0880 -0.9959</w:t>
        <w:br/>
        <w:t>vn 0.2148 0.5924 -0.7765</w:t>
        <w:br/>
        <w:t>vn 0.3266 0.6517 -0.6845</w:t>
        <w:br/>
        <w:t>vn 0.4870 0.7875 -0.3777</w:t>
        <w:br/>
        <w:t>vn -0.2895 -0.9039 0.3150</w:t>
        <w:br/>
        <w:t>vn 0.1055 -0.8789 0.4651</w:t>
        <w:br/>
        <w:t>vn 0.1055 -0.8789 0.4652</w:t>
        <w:br/>
        <w:t>vn 0.0438 -0.7763 0.6288</w:t>
        <w:br/>
        <w:t>vn -0.7194 -0.6924 -0.0558</w:t>
        <w:br/>
        <w:t>vn -0.2894 -0.9039 0.3150</w:t>
        <w:br/>
        <w:t>vn -0.5048 -0.8453 -0.1751</w:t>
        <w:br/>
        <w:t>vn -0.6501 -0.0450 0.7585</w:t>
        <w:br/>
        <w:t>vn 0.1572 -0.9774 0.1414</w:t>
        <w:br/>
        <w:t>vn -0.1305 0.1742 -0.9760</w:t>
        <w:br/>
        <w:t>vn 0.4583 0.8261 -0.3279</w:t>
        <w:br/>
        <w:t>vn 0.4381 0.8023 -0.4055</w:t>
        <w:br/>
        <w:t>vn 0.3807 0.8948 0.2332</w:t>
        <w:br/>
        <w:t>vn 0.4633 0.8448 -0.2677</w:t>
        <w:br/>
        <w:t>vn -0.3639 -0.8944 -0.2601</w:t>
        <w:br/>
        <w:t>vn 0.0116 -0.8075 -0.5898</w:t>
        <w:br/>
        <w:t>vn 0.0008 -0.9199 -0.3922</w:t>
        <w:br/>
        <w:t>vn 0.0117 -0.8075 -0.5898</w:t>
        <w:br/>
        <w:t>vn -0.7939 -0.5938 0.1312</w:t>
        <w:br/>
        <w:t>vn -0.1183 -0.9927 0.0228</w:t>
        <w:br/>
        <w:t>vn -0.0102 -0.9846 -0.1743</w:t>
        <w:br/>
        <w:t>vn -0.2204 -0.9506 0.2187</w:t>
        <w:br/>
        <w:t>vn -0.3674 -0.7311 0.5749</w:t>
        <w:br/>
        <w:t>vn 0.4740 0.8795 0.0425</w:t>
        <w:br/>
        <w:t>vn 0.3285 0.8504 0.4109</w:t>
        <w:br/>
        <w:t>vn 0.4116 0.8183 0.4013</w:t>
        <w:br/>
        <w:t>vn 0.4991 0.8665 -0.0071</w:t>
        <w:br/>
        <w:t>vn 0.4941 0.8024 0.3349</w:t>
        <w:br/>
        <w:t>vn -0.0546 -0.8796 -0.4726</w:t>
        <w:br/>
        <w:t>vn 0.0171 -0.7345 -0.6784</w:t>
        <w:br/>
        <w:t>vn 0.0485 -0.9680 -0.2460</w:t>
        <w:br/>
        <w:t>vn 0.1482 -0.9890 -0.0024</w:t>
        <w:br/>
        <w:t>vn 0.0485 -0.9680 -0.2461</w:t>
        <w:br/>
        <w:t>vn -0.0198 0.0881 -0.9959</w:t>
        <w:br/>
        <w:t>vn 0.2306 -0.4855 -0.8433</w:t>
        <w:br/>
        <w:t>vn 0.0171 -0.7345 -0.6783</w:t>
        <w:br/>
        <w:t>vn 0.6034 0.7964 -0.0419</w:t>
        <w:br/>
        <w:t>vn 0.8885 0.4577 -0.0339</w:t>
        <w:br/>
        <w:t>vn 0.7141 0.5918 -0.3739</w:t>
        <w:br/>
        <w:t>vn 0.6638 0.6468 0.3755</w:t>
        <w:br/>
        <w:t>vn 0.4369 -0.1499 0.8869</w:t>
        <w:br/>
        <w:t>vn 0.6520 -0.0984 0.7518</w:t>
        <w:br/>
        <w:t>vn 0.5405 -0.1406 0.8295</w:t>
        <w:br/>
        <w:t>vn 0.7509 -0.0545 0.6582</w:t>
        <w:br/>
        <w:t>vn 0.7548 -0.0556 0.6536</w:t>
        <w:br/>
        <w:t>vn 0.7052 -0.1208 -0.6986</w:t>
        <w:br/>
        <w:t>vn 0.7011 -0.1197 -0.7030</w:t>
        <w:br/>
        <w:t>vn 0.6026 -0.1912 -0.7748</w:t>
        <w:br/>
        <w:t>vn 0.6689 0.6081 -0.4276</w:t>
        <w:br/>
        <w:t>vn -0.2015 -0.3560 0.9125</w:t>
        <w:br/>
        <w:t>vn 0.7997 -0.0950 -0.5929</w:t>
        <w:br/>
        <w:t>vn 0.7130 0.6212 0.3250</w:t>
        <w:br/>
        <w:t>vn 0.7745 0.6022 0.1936</w:t>
        <w:br/>
        <w:t>vn 0.6040 0.7962 -0.0348</w:t>
        <w:br/>
        <w:t>vn 0.5472 0.7171 -0.4318</w:t>
        <w:br/>
        <w:t>vn 0.5470 0.8371 0.0085</w:t>
        <w:br/>
        <w:t>vn 0.1189 0.7546 -0.6453</w:t>
        <w:br/>
        <w:t>vn -0.2398 0.4970 -0.8340</w:t>
        <w:br/>
        <w:t>vn 0.1190 0.7546 -0.6453</w:t>
        <w:br/>
        <w:t>vn 0.1986 0.7876 0.5833</w:t>
        <w:br/>
        <w:t>vn -0.0789 0.6810 0.7280</w:t>
        <w:br/>
        <w:t>vn 0.1996 -0.2439 0.9490</w:t>
        <w:br/>
        <w:t>vn 0.0528 -0.3202 0.9459</w:t>
        <w:br/>
        <w:t>vn -0.6048 -0.7555 0.2520</w:t>
        <w:br/>
        <w:t>vn -0.5339 -0.5701 0.6244</w:t>
        <w:br/>
        <w:t>vn -0.1529 0.0338 0.9877</w:t>
        <w:br/>
        <w:t>vn 0.2875 0.6427 0.7101</w:t>
        <w:br/>
        <w:t>vn 0.5072 0.8612 0.0333</w:t>
        <w:br/>
        <w:t>vn 0.3538 0.5979 -0.7193</w:t>
        <w:br/>
        <w:t>vn -0.1285 -0.0844 -0.9881</w:t>
        <w:br/>
        <w:t>vn -0.4332 -0.6992 -0.5688</w:t>
        <w:br/>
        <w:t>vn -0.4532 -0.8723 -0.1836</w:t>
        <w:br/>
        <w:t>vn 0.4340 -0.2427 -0.8676</w:t>
        <w:br/>
        <w:t>vn 0.4004 -0.3324 -0.8540</w:t>
        <w:br/>
        <w:t>vn 0.5121 0.1960 -0.8363</w:t>
        <w:br/>
        <w:t>vn 0.5121 0.1961 -0.8363</w:t>
        <w:br/>
        <w:t>vn -0.1643 -0.2185 0.9619</w:t>
        <w:br/>
        <w:t>vn 0.2032 -0.1120 0.9727</w:t>
        <w:br/>
        <w:t>vn 0.5288 0.1917 0.8268</w:t>
        <w:br/>
        <w:t>vn -0.5957 -0.1248 0.7935</w:t>
        <w:br/>
        <w:t>vn -0.4307 0.7925 0.4317</w:t>
        <w:br/>
        <w:t>vn -0.0627 0.8929 0.4459</w:t>
        <w:br/>
        <w:t>vn -0.2045 0.1170 -0.9718</w:t>
        <w:br/>
        <w:t>vn 0.1647 0.2151 -0.9626</w:t>
        <w:br/>
        <w:t>vn 0.4147 0.2226 -0.8823</w:t>
        <w:br/>
        <w:t>vn -0.4284 -0.0066 -0.9036</w:t>
        <w:br/>
        <w:t>vn 0.0621 -0.8948 -0.4421</w:t>
        <w:br/>
        <w:t>vn -0.2012 -0.8690 -0.4520</w:t>
        <w:br/>
        <w:t>vn 0.6406 -0.6338 -0.4335</w:t>
        <w:br/>
        <w:t>vn 0.4303 -0.7906 -0.4357</w:t>
        <w:br/>
        <w:t>vn 0.6084 0.0855 0.7890</w:t>
        <w:br/>
        <w:t>vn 0.7961 -0.4754 -0.3744</w:t>
        <w:br/>
        <w:t>vn 0.6042 0.2519 -0.7559</w:t>
        <w:br/>
        <w:t>vn 0.4161 0.8125 0.4084</w:t>
        <w:br/>
        <w:t>vn 0.7392 0.4549 0.4967</w:t>
        <w:br/>
        <w:t>vn 0.8923 -0.0018 -0.4515</w:t>
        <w:br/>
        <w:t>vn 0.4161 0.8125 0.4083</w:t>
        <w:br/>
        <w:t>vn -0.6069 -0.2588 0.7515</w:t>
        <w:br/>
        <w:t>vn -0.4214 -0.8138 -0.4003</w:t>
        <w:br/>
        <w:t>vn -0.6147 -0.0797 -0.7847</w:t>
        <w:br/>
        <w:t>vn -0.8001 0.4748 0.3666</w:t>
        <w:br/>
        <w:t>vn -0.8954 -0.0024 0.4453</w:t>
        <w:br/>
        <w:t>vn -0.7449 -0.4527 -0.4900</w:t>
        <w:br/>
        <w:t>vn -0.7450 -0.4529 -0.4898</w:t>
        <w:br/>
        <w:t>vn 0.7617 -0.2312 0.6053</w:t>
        <w:br/>
        <w:t>vn 0.7771 -0.2736 0.5668</w:t>
        <w:br/>
        <w:t>vn 0.6721 -0.1517 0.7248</w:t>
        <w:br/>
        <w:t>vn 0.8484 -0.1983 0.4907</w:t>
        <w:br/>
        <w:t>vn 0.6866 0.0612 0.7244</w:t>
        <w:br/>
        <w:t>vn 0.6266 -0.0678 0.7764</w:t>
        <w:br/>
        <w:t>vn 0.7821 -0.2667 0.5632</w:t>
        <w:br/>
        <w:t>vn 0.7570 -0.3067 0.5770</w:t>
        <w:br/>
        <w:t>vn 0.7394 -0.2626 0.6199</w:t>
        <w:br/>
        <w:t>vn 0.5929 -0.0864 0.8006</w:t>
        <w:br/>
        <w:t>vn 0.5513 -0.1052 0.8276</w:t>
        <w:br/>
        <w:t>vn 0.7690 -0.2438 0.5909</w:t>
        <w:br/>
        <w:t>vn 0.4916 -0.1915 0.8495</w:t>
        <w:br/>
        <w:t>vn 0.7364 -0.1173 0.6663</w:t>
        <w:br/>
        <w:t>vn 0.7547 -0.0624 0.6531</w:t>
        <w:br/>
        <w:t>vn 0.7732 -0.0856 0.6284</w:t>
        <w:br/>
        <w:t>vn 0.7497 0.0563 0.6593</w:t>
        <w:br/>
        <w:t>vn 0.7657 -0.1216 0.6316</w:t>
        <w:br/>
        <w:t>vn 0.7166 -0.2823 0.6378</w:t>
        <w:br/>
        <w:t>vn 0.7500 -0.1655 0.6404</w:t>
        <w:br/>
        <w:t>vn 0.7456 -0.1990 0.6360</w:t>
        <w:br/>
        <w:t>vn 0.7369 -0.2396 0.6322</w:t>
        <w:br/>
        <w:t>vn 0.7178 -0.2646 0.6440</w:t>
        <w:br/>
        <w:t>vn 0.7296 -0.2480 0.6373</w:t>
        <w:br/>
        <w:t>vn 0.4172 -0.1499 0.8964</w:t>
        <w:br/>
        <w:t>vn 0.4083 -0.0270 0.9124</w:t>
        <w:br/>
        <w:t>vn 0.7685 -0.1837 0.6129</w:t>
        <w:br/>
        <w:t>vn 0.7319 -0.1723 0.6593</w:t>
        <w:br/>
        <w:t>vn 0.7334 -0.3163 0.6017</w:t>
        <w:br/>
        <w:t>vn 0.4562 -0.2665 0.8490</w:t>
        <w:br/>
        <w:t>vn 0.5173 -0.2249 0.8257</w:t>
        <w:br/>
        <w:t>vn 0.7373 -0.2564 0.6250</w:t>
        <w:br/>
        <w:t>vn 0.7442 -0.1706 0.6458</w:t>
        <w:br/>
        <w:t>vn 0.7601 -0.2029 0.6172</w:t>
        <w:br/>
        <w:t>vn 0.7720 -0.1760 0.6107</w:t>
        <w:br/>
        <w:t>vn 0.8060 -0.1470 0.5734</w:t>
        <w:br/>
        <w:t>vn 0.8059 -0.1470 0.5735</w:t>
        <w:br/>
        <w:t>vn 0.8229 -0.0751 0.5632</w:t>
        <w:br/>
        <w:t>vn 0.8104 -0.0072 0.5858</w:t>
        <w:br/>
        <w:t>vn 0.7965 0.0183 0.6043</w:t>
        <w:br/>
        <w:t>vn 0.7110 0.2269 0.6656</w:t>
        <w:br/>
        <w:t>vn 0.6812 0.2756 0.6783</w:t>
        <w:br/>
        <w:t>vn 0.5343 0.3219 0.7816</w:t>
        <w:br/>
        <w:t>vn 0.6270 0.3457 0.6982</w:t>
        <w:br/>
        <w:t>vn 0.4123 0.0597 0.9091</w:t>
        <w:br/>
        <w:t>vn 0.4022 0.1630 0.9009</w:t>
        <w:br/>
        <w:t>vn 0.3768 0.0101 0.9263</w:t>
        <w:br/>
        <w:t>vn -0.7216 0.3617 -0.5904</w:t>
        <w:br/>
        <w:t>vn -0.5771 0.2153 -0.7877</w:t>
        <w:br/>
        <w:t>vn -0.6275 0.1745 -0.7588</w:t>
        <w:br/>
        <w:t>vn -0.8089 0.4228 -0.4086</w:t>
        <w:br/>
        <w:t>vn -0.6601 0.3054 -0.6863</w:t>
        <w:br/>
        <w:t>vn -0.5528 0.3547 -0.7541</w:t>
        <w:br/>
        <w:t>vn -0.4726 0.1964 -0.8591</w:t>
        <w:br/>
        <w:t>vn -0.5203 0.1936 -0.8318</w:t>
        <w:br/>
        <w:t>vn -0.5680 0.1686 -0.8056</w:t>
        <w:br/>
        <w:t>vn -0.6097 0.1459 -0.7791</w:t>
        <w:br/>
        <w:t>vn -0.8355 0.3935 -0.3835</w:t>
        <w:br/>
        <w:t>vn -0.8839 0.2703 -0.3817</w:t>
        <w:br/>
        <w:t>vn -0.6315 -0.2560 -0.7319</w:t>
        <w:br/>
        <w:t>vn -0.6248 -0.1441 -0.7674</w:t>
        <w:br/>
        <w:t>vn -0.6544 -0.1522 -0.7407</w:t>
        <w:br/>
        <w:t>vn -0.6203 0.0168 -0.7842</w:t>
        <w:br/>
        <w:t>vn -0.6176 -0.0035 -0.7865</w:t>
        <w:br/>
        <w:t>vn -0.6467 -0.0562 -0.7607</w:t>
        <w:br/>
        <w:t>vn -0.6343 0.0830 -0.7686</w:t>
        <w:br/>
        <w:t>vn -0.6196 0.0805 -0.7808</w:t>
        <w:br/>
        <w:t>vn -0.6568 0.0489 -0.7525</w:t>
        <w:br/>
        <w:t>vn -0.6247 0.1157 -0.7723</w:t>
        <w:br/>
        <w:t>vn -0.6352 0.1167 -0.7635</w:t>
        <w:br/>
        <w:t>vn -0.6403 0.0904 -0.7628</w:t>
        <w:br/>
        <w:t>vn -0.5503 0.2212 -0.8051</w:t>
        <w:br/>
        <w:t>vn -0.6035 0.1885 -0.7748</w:t>
        <w:br/>
        <w:t>vn -0.6066 0.0350 -0.7942</w:t>
        <w:br/>
        <w:t>vn -0.8111 0.0779 -0.5798</w:t>
        <w:br/>
        <w:t>vn -0.6338 0.1751 -0.7534</w:t>
        <w:br/>
        <w:t>vn -0.6180 0.1142 -0.7778</w:t>
        <w:br/>
        <w:t>vn -0.8523 0.0772 -0.5172</w:t>
        <w:br/>
        <w:t>vn -0.5437 0.2319 -0.8066</w:t>
        <w:br/>
        <w:t>vn -0.5313 -0.1890 -0.8258</w:t>
        <w:br/>
        <w:t>vn -0.4612 -0.0737 -0.8842</w:t>
        <w:br/>
        <w:t>vn -0.4793 0.0184 -0.8775</w:t>
        <w:br/>
        <w:t>vn -0.4716 0.1111 -0.8748</w:t>
        <w:br/>
        <w:t>vn -0.6288 0.2965 -0.7188</w:t>
        <w:br/>
        <w:t>vn -0.5565 0.2923 -0.7777</w:t>
        <w:br/>
        <w:t>vn -0.7994 0.2573 -0.5430</w:t>
        <w:br/>
        <w:t>vn -0.7994 0.2573 -0.5429</w:t>
        <w:br/>
        <w:t>vn -0.6828 0.3399 -0.6467</w:t>
        <w:br/>
        <w:t>vn -0.8694 0.0668 -0.4896</w:t>
        <w:br/>
        <w:t>vn -0.8750 0.1435 -0.4624</w:t>
        <w:br/>
        <w:t>vn -0.8226 -0.0384 -0.5673</w:t>
        <w:br/>
        <w:t>vn -0.8580 -0.0102 -0.5135</w:t>
        <w:br/>
        <w:t>vn -0.8029 0.5951 -0.0354</w:t>
        <w:br/>
        <w:t>vn -0.8162 0.5772 0.0267</w:t>
        <w:br/>
        <w:t>vn 0.3811 0.1338 0.9148</w:t>
        <w:br/>
        <w:t>vn 0.3523 0.1167 0.9286</w:t>
        <w:br/>
        <w:t>vn 0.3477 -0.7660 -0.5407</w:t>
        <w:br/>
        <w:t>vn -0.7437 0.6622 0.0916</w:t>
        <w:br/>
        <w:t>vn -0.4303 0.6725 0.6021</w:t>
        <w:br/>
        <w:t>vn -0.4603 0.6737 0.5782</w:t>
        <w:br/>
        <w:t>vn -0.4305 0.6725 0.6020</w:t>
        <w:br/>
        <w:t>vn -0.0749 0.5015 0.8619</w:t>
        <w:br/>
        <w:t>vn -0.4604 0.6737 0.5781</w:t>
        <w:br/>
        <w:t>vn -0.7585 0.6506 0.0380</w:t>
        <w:br/>
        <w:t>vn -0.7790 0.6269 -0.0125</w:t>
        <w:br/>
        <w:t>vn -0.4304 0.6725 0.6021</w:t>
        <w:br/>
        <w:t>vn 0.2704 0.2613 0.9266</w:t>
        <w:br/>
        <w:t>vn -0.7790 0.6269 -0.0126</w:t>
        <w:br/>
        <w:t>vn -0.8601 0.5036 0.0813</w:t>
        <w:br/>
        <w:t>vn 0.2601 0.0715 0.9629</w:t>
        <w:br/>
        <w:t>vn -0.9567 0.2764 0.0907</w:t>
        <w:br/>
        <w:t>vn 0.1359 -0.0993 0.9857</w:t>
        <w:br/>
        <w:t>vn -0.9065 0.1128 -0.4069</w:t>
        <w:br/>
        <w:t>vn -0.9989 0.0184 0.0439</w:t>
        <w:br/>
        <w:t>vn 0.0541 -0.2720 0.9608</w:t>
        <w:br/>
        <w:t>vn -0.9630 0.2075 0.1717</w:t>
        <w:br/>
        <w:t>vn -0.9945 0.0655 0.0820</w:t>
        <w:br/>
        <w:t>vn -0.9848 0.1248 0.1212</w:t>
        <w:br/>
        <w:t>vn -0.0235 -0.1105 0.9936</w:t>
        <w:br/>
        <w:t>vn -0.0759 0.0907 0.9930</w:t>
        <w:br/>
        <w:t>vn -0.9043 0.3072 0.2964</w:t>
        <w:br/>
        <w:t>vn -0.7535 0.3348 0.5658</w:t>
        <w:br/>
        <w:t>vn -0.1030 0.1980 0.9748</w:t>
        <w:br/>
        <w:t>vn -0.1641 0.2438 0.9559</w:t>
        <w:br/>
        <w:t>vn -0.9945 0.0655 0.0819</w:t>
        <w:br/>
        <w:t>vn -0.9992 -0.0313 0.0262</w:t>
        <w:br/>
        <w:t>vn 0.0202 -0.2612 0.9651</w:t>
        <w:br/>
        <w:t>vn -0.0184 0.9313 0.3637</w:t>
        <w:br/>
        <w:t>vn -0.8831 0.2263 0.4110</w:t>
        <w:br/>
        <w:t>vn -0.6538 0.2353 0.7191</w:t>
        <w:br/>
        <w:t>vn -0.7535 0.3347 0.5659</w:t>
        <w:br/>
        <w:t>vn -0.3270 0.2093 0.9215</w:t>
        <w:br/>
        <w:t>vn -0.9069 -0.0912 0.4113</w:t>
        <w:br/>
        <w:t>vn -0.7574 -0.1498 0.6355</w:t>
        <w:br/>
        <w:t>vn -0.7575 -0.1498 0.6355</w:t>
        <w:br/>
        <w:t>vn -0.4959 -0.0780 0.8649</w:t>
        <w:br/>
        <w:t>vn -0.6776 -0.5400 0.4993</w:t>
        <w:br/>
        <w:t>vn -0.7782 -0.5334 0.3317</w:t>
        <w:br/>
        <w:t>vn -0.3808 -0.9235 -0.0469</w:t>
        <w:br/>
        <w:t>vn -0.3808 -0.9235 -0.0470</w:t>
        <w:br/>
        <w:t>vn -0.0326 -0.9413 -0.3360</w:t>
        <w:br/>
        <w:t>vn 0.4150 -0.7005 -0.5806</w:t>
        <w:br/>
        <w:t>vn 0.7701 -0.1536 -0.6191</w:t>
        <w:br/>
        <w:t>vn 0.7701 -0.1536 -0.6192</w:t>
        <w:br/>
        <w:t>vn 0.8227 0.3557 -0.4435</w:t>
        <w:br/>
        <w:t>vn 0.5428 0.8391 -0.0349</w:t>
        <w:br/>
        <w:t>vn 0.5427 0.8392 -0.0349</w:t>
        <w:br/>
        <w:t>vn 0.1919 0.9447 0.2658</w:t>
        <w:br/>
        <w:t>vn -0.6369 0.1516 -0.7559</w:t>
        <w:br/>
        <w:t>vn 0.7483 -0.1710 0.6409</w:t>
        <w:br/>
        <w:t>vn -0.6103 0.1019 -0.7856</w:t>
        <w:br/>
        <w:t>vn -0.7781 -0.5334 0.3317</w:t>
        <w:br/>
        <w:t>vn -0.8972 0.0438 -0.4396</w:t>
        <w:br/>
        <w:t>vn 0.4178 -0.0435 0.9075</w:t>
        <w:br/>
        <w:t>vn 0.4362 -0.0530 0.8983</w:t>
        <w:br/>
        <w:t>vn -0.5524 0.2385 -0.7987</w:t>
        <w:br/>
        <w:t>vn -0.5664 0.4383 -0.6979</w:t>
        <w:br/>
        <w:t>vn 0.7969 0.0558 0.6015</w:t>
        <w:br/>
        <w:t>vn 0.6382 0.2493 0.7284</w:t>
        <w:br/>
        <w:t>vn -0.6409 0.6247 -0.4460</w:t>
        <w:br/>
        <w:t>vn -0.6423 0.1867 -0.7434</w:t>
        <w:br/>
        <w:t>vn -0.6399 0.1801 -0.7471</w:t>
        <w:br/>
        <w:t>vn 0.6805 -0.0178 0.7326</w:t>
        <w:br/>
        <w:t>vn 0.7440 -0.1502 0.6510</w:t>
        <w:br/>
        <w:t>vn 0.2191 0.6087 0.7626</w:t>
        <w:br/>
        <w:t>vn 0.4716 0.6849 0.5554</w:t>
        <w:br/>
        <w:t>vn 0.2192 0.6087 0.7625</w:t>
        <w:br/>
        <w:t>vn 0.0488 0.5766 0.8156</w:t>
        <w:br/>
        <w:t>vn 0.0608 0.5912 0.8042</w:t>
        <w:br/>
        <w:t>vn 0.0488 -0.5767 0.8155</w:t>
        <w:br/>
        <w:t>vn 0.2192 -0.6088 0.7625</w:t>
        <w:br/>
        <w:t>vn 0.0608 -0.5913 0.8041</w:t>
        <w:br/>
        <w:t>vn 0.1697 0.5539 0.8151</w:t>
        <w:br/>
        <w:t>vn 0.2533 0.5747 0.7782</w:t>
        <w:br/>
        <w:t>vn 0.4716 -0.6850 0.5554</w:t>
        <w:br/>
        <w:t>vn 0.1696 -0.5540 0.8150</w:t>
        <w:br/>
        <w:t>vn 0.2533 -0.5748 0.7781</w:t>
        <w:br/>
        <w:t>vn 0.2060 -0.6111 0.7643</w:t>
        <w:br/>
        <w:t>vn 0.2061 0.6109 0.7644</w:t>
        <w:br/>
        <w:t>vn -0.8666 -0.2894 0.4065</w:t>
        <w:br/>
        <w:t>vn -0.9583 0.1352 0.2518</w:t>
        <w:br/>
        <w:t>vn 0.3072 0.7585 0.5747</w:t>
        <w:br/>
        <w:t>vn 0.2177 -0.1062 0.9702</w:t>
        <w:br/>
        <w:t>vn 0.8620 0.3029 -0.4064</w:t>
        <w:br/>
        <w:t>vn 0.8620 0.3030 -0.4064</w:t>
        <w:br/>
        <w:t>vn 0.8193 -0.5729 -0.0226</w:t>
        <w:br/>
        <w:t>vn 0.8193 -0.5730 -0.0226</w:t>
        <w:br/>
        <w:t>vn -0.2211 0.1198 -0.9679</w:t>
        <w:br/>
        <w:t>vn -0.3037 -0.7538 -0.5828</w:t>
        <w:br/>
        <w:t>vn -0.4527 0.8618 -0.2288</w:t>
        <w:br/>
        <w:t>vn 0.0777 0.9077 -0.4124</w:t>
        <w:br/>
        <w:t>vn 0.0778 0.9077 -0.4124</w:t>
        <w:br/>
        <w:t>vn -0.0816 -0.9065 0.4142</w:t>
        <w:br/>
        <w:t>vn -0.0816 -0.9065 0.4141</w:t>
        <w:br/>
        <w:t>vn -0.1996 0.4705 0.8595</w:t>
        <w:br/>
        <w:t>vn -0.3210 0.4406 0.8383</w:t>
        <w:br/>
        <w:t>vn 0.1454 -0.6795 0.7191</w:t>
        <w:br/>
        <w:t>vn 0.0270 -0.6772 0.7353</w:t>
        <w:br/>
        <w:t>vn 0.1455 -0.6796 0.7191</w:t>
        <w:br/>
        <w:t>vn 0.1469 -0.6582 -0.7383</w:t>
        <w:br/>
        <w:t>vn 0.1470 -0.6582 -0.7384</w:t>
        <w:br/>
        <w:t>vn 0.0286 -0.6544 -0.7556</w:t>
        <w:br/>
        <w:t>vn 0.0285 -0.6544 -0.7556</w:t>
        <w:br/>
        <w:t>vn -0.2036 0.4827 -0.8518</w:t>
        <w:br/>
        <w:t>vn -0.3291 0.4499 -0.8302</w:t>
        <w:br/>
        <w:t>vn -0.3290 0.4500 -0.8302</w:t>
        <w:br/>
        <w:t>vn -0.2035 0.4827 -0.8518</w:t>
        <w:br/>
        <w:t>vn 0.0298 0.5000 0.8655</w:t>
        <w:br/>
        <w:t>vn 0.1235 0.4637 0.8774</w:t>
        <w:br/>
        <w:t>vn -0.2590 -0.5671 0.7819</w:t>
        <w:br/>
        <w:t>vn -0.2591 -0.5671 0.7819</w:t>
        <w:br/>
        <w:t>vn -0.2511 -0.5452 -0.7998</w:t>
        <w:br/>
        <w:t>vn 0.0322 0.5154 -0.8564</w:t>
        <w:br/>
        <w:t>vn 0.1292 0.4778 -0.8689</w:t>
        <w:br/>
        <w:t>vn 0.2215 0.4420 0.8692</w:t>
        <w:br/>
        <w:t>vn 0.2298 0.4554 -0.8601</w:t>
        <w:br/>
        <w:t>vn 0.0934 0.1661 0.9817</w:t>
        <w:br/>
        <w:t>vn 0.4047 0.2194 0.8878</w:t>
        <w:br/>
        <w:t>vn -0.4972 -0.2271 0.8374</w:t>
        <w:br/>
        <w:t>vn -0.4162 -0.4467 0.7920</w:t>
        <w:br/>
        <w:t>vn -0.4908 -0.2060 -0.8466</w:t>
        <w:br/>
        <w:t>vn -0.4908 -0.2059 -0.8466</w:t>
        <w:br/>
        <w:t>vn 0.4136 0.2145 -0.8848</w:t>
        <w:br/>
        <w:t>vn 0.4137 0.2145 -0.8848</w:t>
        <w:br/>
        <w:t>vn 0.4785 -0.0811 0.8743</w:t>
        <w:br/>
        <w:t>vn 0.4203 -0.1564 0.8938</w:t>
        <w:br/>
        <w:t>vn -0.5061 0.2249 0.8327</w:t>
        <w:br/>
        <w:t>vn 0.0933 0.1661 0.9817</w:t>
        <w:br/>
        <w:t>vn -0.4973 -0.2271 0.8373</w:t>
        <w:br/>
        <w:t>vn -0.4694 0.2679 -0.8414</w:t>
        <w:br/>
        <w:t>vn -0.2724 0.0505 -0.9609</w:t>
        <w:br/>
        <w:t>vn 0.4920 -0.0970 -0.8652</w:t>
        <w:br/>
        <w:t>vn 0.3360 -0.3191 0.8861</w:t>
        <w:br/>
        <w:t>vn 0.3420 -0.3101 -0.8871</w:t>
        <w:br/>
        <w:t>vn -0.2417 0.5387 0.8071</w:t>
        <w:br/>
        <w:t>vn -0.1993 0.2521 -0.9470</w:t>
        <w:br/>
        <w:t>vn -0.2207 0.5429 -0.8103</w:t>
        <w:br/>
        <w:t>vn -0.2723 0.0505 -0.9609</w:t>
        <w:br/>
        <w:t>vn 0.3419 -0.3100 -0.8871</w:t>
        <w:br/>
        <w:t>vn 0.0922 -0.4406 -0.8930</w:t>
        <w:br/>
        <w:t>vn -0.1801 -0.4774 0.8600</w:t>
        <w:br/>
        <w:t>vn 0.0910 -0.4668 0.8796</w:t>
        <w:br/>
        <w:t>vn 0.1602 -0.4144 0.8959</w:t>
        <w:br/>
        <w:t>vn -0.3107 -0.3965 0.8639</w:t>
        <w:br/>
        <w:t>vn 0.1662 0.6188 0.7678</w:t>
        <w:br/>
        <w:t>vn 0.1274 0.6254 -0.7698</w:t>
        <w:br/>
        <w:t>vn -0.1396 -0.4620 -0.8758</w:t>
        <w:br/>
        <w:t>vn -0.4263 -0.3396 0.8384</w:t>
        <w:br/>
        <w:t>vn -0.1397 -0.4620 -0.8758</w:t>
        <w:br/>
        <w:t>vn -0.3721 -0.3241 -0.8698</w:t>
        <w:br/>
        <w:t>vn -0.1994 0.2520 -0.9470</w:t>
        <w:br/>
        <w:t>vn -0.6234 -0.0672 0.7790</w:t>
        <w:br/>
        <w:t>vn -0.6234 -0.0673 0.7790</w:t>
        <w:br/>
        <w:t>vn 0.5110 0.4850 0.7097</w:t>
        <w:br/>
        <w:t>vn 0.4803 0.5042 -0.7177</w:t>
        <w:br/>
        <w:t>vn 0.4803 0.5041 -0.7178</w:t>
        <w:br/>
        <w:t>vn -0.5687 -0.0749 -0.8191</w:t>
        <w:br/>
        <w:t>vn -0.7151 0.2674 0.6459</w:t>
        <w:br/>
        <w:t>vn -0.7151 0.2673 0.6460</w:t>
        <w:br/>
        <w:t>vn 0.5388 0.5502 0.6379</w:t>
        <w:br/>
        <w:t>vn 0.4942 0.4820 -0.7235</w:t>
        <w:br/>
        <w:t>vn 0.4941 0.4821 -0.7235</w:t>
        <w:br/>
        <w:t>vn -0.6579 0.2390 -0.7142</w:t>
        <w:br/>
        <w:t>vn -0.6580 0.2390 -0.7141</w:t>
        <w:br/>
        <w:t>vn -0.6437 0.4028 -0.6507</w:t>
        <w:br/>
        <w:t>vn 0.3583 0.5994 -0.7158</w:t>
        <w:br/>
        <w:t>vn 0.4073 0.7152 0.5680</w:t>
        <w:br/>
        <w:t>vn -0.7158 0.4479 0.5358</w:t>
        <w:br/>
        <w:t>vn 0.7454 0.6318 0.2128</w:t>
        <w:br/>
        <w:t>vn 0.7934 0.4472 0.4129</w:t>
        <w:br/>
        <w:t>vn 0.7642 0.6259 -0.1559</w:t>
        <w:br/>
        <w:t>vn 0.7547 0.3465 0.5571</w:t>
        <w:br/>
        <w:t>vn 0.7997 0.1393 -0.5840</w:t>
        <w:br/>
        <w:t>vn 0.7619 0.4227 -0.4908</w:t>
        <w:br/>
        <w:t>vn 0.7469 -0.0333 -0.6641</w:t>
        <w:br/>
        <w:t>vn 0.5927 -0.7799 0.2010</w:t>
        <w:br/>
        <w:t>vn 0.6659 -0.5028 0.5511</w:t>
        <w:br/>
        <w:t>vn 0.6461 -0.1868 0.7400</w:t>
        <w:br/>
        <w:t>vn 0.6380 -0.7360 -0.2264</w:t>
        <w:br/>
        <w:t>vn 0.6580 0.0987 0.7465</w:t>
        <w:br/>
        <w:t>vn 0.7785 0.0120 0.6275</w:t>
        <w:br/>
        <w:t>vn 0.7552 -0.6286 -0.1857</w:t>
        <w:br/>
        <w:t>vn 0.7965 -0.4479 -0.4061</w:t>
        <w:br/>
        <w:t>vn 0.6681 0.7169 0.1992</w:t>
        <w:br/>
        <w:t>vn 0.6502 0.5610 0.5124</w:t>
        <w:br/>
        <w:t>vn 0.6649 0.3370 0.6666</w:t>
        <w:br/>
        <w:t>vn 0.7517 -0.3485 -0.5599</w:t>
        <w:br/>
        <w:t>vn 0.6968 0.6965 -0.1716</w:t>
        <w:br/>
        <w:t>vn 0.6955 -0.6958 0.1793</w:t>
        <w:br/>
        <w:t>vn -0.7454 0.6318 0.2128</w:t>
        <w:br/>
        <w:t>vn -0.7642 0.6259 -0.1559</w:t>
        <w:br/>
        <w:t>vn -0.7934 0.4473 0.4129</w:t>
        <w:br/>
        <w:t>vn -0.7547 0.3465 0.5571</w:t>
        <w:br/>
        <w:t>vn -0.7619 0.4227 -0.4908</w:t>
        <w:br/>
        <w:t>vn -0.7997 0.1393 -0.5840</w:t>
        <w:br/>
        <w:t>vn -0.7469 -0.0333 -0.6641</w:t>
        <w:br/>
        <w:t>vn -0.5927 -0.7799 0.2010</w:t>
        <w:br/>
        <w:t>vn -0.6461 -0.1868 0.7400</w:t>
        <w:br/>
        <w:t>vn -0.6659 -0.5028 0.5512</w:t>
        <w:br/>
        <w:t>vn -0.6380 -0.7360 -0.2264</w:t>
        <w:br/>
        <w:t>vn -0.6580 0.0987 0.7465</w:t>
        <w:br/>
        <w:t>vn -0.7552 -0.6286 -0.1857</w:t>
        <w:br/>
        <w:t>vn -0.7965 -0.4479 -0.4061</w:t>
        <w:br/>
        <w:t>vn -0.6681 0.7170 0.1992</w:t>
        <w:br/>
        <w:t>vn -0.6650 0.3370 0.6665</w:t>
        <w:br/>
        <w:t>vn -0.6502 0.5610 0.5123</w:t>
        <w:br/>
        <w:t>vn -0.7517 -0.3485 -0.5600</w:t>
        <w:br/>
        <w:t>vn -0.6968 0.6965 -0.1716</w:t>
        <w:br/>
        <w:t>vn -0.6955 -0.6958 0.1793</w:t>
        <w:br/>
        <w:t>vn 0.2447 -0.7744 -0.5834</w:t>
        <w:br/>
        <w:t>vn -0.0268 -0.8017 -0.5971</w:t>
        <w:br/>
        <w:t>vn -0.3362 -0.6981 -0.6321</w:t>
        <w:br/>
        <w:t>vn 0.0121 0.4098 -0.9121</w:t>
        <w:br/>
        <w:t>vn -0.1272 0.4160 -0.9004</w:t>
        <w:br/>
        <w:t>vn 0.1732 0.4496 -0.8763</w:t>
        <w:br/>
        <w:t>vn 0.3557 0.0316 -0.9341</w:t>
        <w:br/>
        <w:t>vn 0.3734 0.2488 -0.8937</w:t>
        <w:br/>
        <w:t>vn -0.0443 0.1048 -0.9935</w:t>
        <w:br/>
        <w:t>vn -0.4183 0.0552 -0.9066</w:t>
        <w:br/>
        <w:t>vn 0.5858 -0.7394 -0.3319</w:t>
        <w:br/>
        <w:t>vn 0.5053 0.4111 -0.7588</w:t>
        <w:br/>
        <w:t>vn -0.0442 0.1048 -0.9935</w:t>
        <w:br/>
        <w:t>vn 0.5010 0.1513 -0.8521</w:t>
        <w:br/>
        <w:t>vn -0.5511 -0.4838 -0.6799</w:t>
        <w:br/>
        <w:t>vn -0.6443 0.2422 -0.7254</w:t>
        <w:br/>
        <w:t>vn -0.5847 0.6625 -0.4682</w:t>
        <w:br/>
        <w:t>vn -0.2720 0.6678 -0.6928</w:t>
        <w:br/>
        <w:t>vn 0.3758 -0.1484 -0.9148</w:t>
        <w:br/>
        <w:t>vn 0.0787 -0.5350 -0.8412</w:t>
        <w:br/>
        <w:t>vn -0.0660 -0.5249 -0.8486</w:t>
        <w:br/>
        <w:t>vn -0.2316 -0.5615 -0.7944</w:t>
        <w:br/>
        <w:t>vn -0.4271 -0.3356 -0.8396</w:t>
        <w:br/>
        <w:t>vn 0.4711 0.6396 -0.6074</w:t>
        <w:br/>
        <w:t>vn 0.2832 0.6226 -0.7295</w:t>
        <w:br/>
        <w:t>vn -0.0066 0.0727 0.9973</w:t>
        <w:br/>
        <w:t>vn 0.0111 0.0938 0.9955</w:t>
        <w:br/>
        <w:t>vn -0.0036 0.0290 0.9996</w:t>
        <w:br/>
        <w:t>vn -0.0037 0.0290 0.9996</w:t>
        <w:br/>
        <w:t>vn 0.0203 0.0053 0.9998</w:t>
        <w:br/>
        <w:t>vn 0.0539 0.0074 0.9985</w:t>
        <w:br/>
        <w:t>vn 0.0537 0.0073 0.9985</w:t>
        <w:br/>
        <w:t>vn 0.0678 0.0270 0.9973</w:t>
        <w:br/>
        <w:t>vn 0.0661 0.0668 0.9956</w:t>
        <w:br/>
        <w:t>vn 0.0459 0.0919 0.9947</w:t>
        <w:br/>
        <w:t>vn 0.5094 0.5742 0.6410</w:t>
        <w:br/>
        <w:t>vn 0.3088 0.7764 0.5493</w:t>
        <w:br/>
        <w:t>vn 0.1299 0.9390 0.3185</w:t>
        <w:br/>
        <w:t>vn 0.0183 0.9987 0.0466</w:t>
        <w:br/>
        <w:t>vn 0.4025 0.4966 -0.7690</w:t>
        <w:br/>
        <w:t>vn 0.6171 0.2944 -0.7297</w:t>
        <w:br/>
        <w:t>vn 0.5249 0.7464 -0.4091</w:t>
        <w:br/>
        <w:t>vn 0.1987 0.7256 -0.6588</w:t>
        <w:br/>
        <w:t>vn 0.0527 0.8841 -0.4643</w:t>
        <w:br/>
        <w:t>vn 0.8036 0.4479 -0.3920</w:t>
        <w:br/>
        <w:t>vn 0.8849 0.3779 -0.2721</w:t>
        <w:br/>
        <w:t>vn 0.6922 0.4628 -0.5538</w:t>
        <w:br/>
        <w:t>vn 0.8618 0.4571 0.2197</w:t>
        <w:br/>
        <w:t>vn 0.7589 0.5758 0.3040</w:t>
        <w:br/>
        <w:t>vn 0.4216 0.7700 -0.4789</w:t>
        <w:br/>
        <w:t>vn 0.4868 0.6418 -0.5926</w:t>
        <w:br/>
        <w:t>vn 0.6198 0.6427 0.4504</w:t>
        <w:br/>
        <w:t>vn 0.4916 0.7522 0.4388</w:t>
        <w:br/>
        <w:t>vn 0.3838 0.8473 0.3673</w:t>
        <w:br/>
        <w:t>vn 0.2662 0.9630 0.0418</w:t>
        <w:br/>
        <w:t>vn 0.3227 0.8565 -0.4029</w:t>
        <w:br/>
        <w:t>vn 0.3838 0.8472 0.3673</w:t>
        <w:br/>
        <w:t>vn 0.7762 0.3062 -0.5512</w:t>
        <w:br/>
        <w:t>vn 0.8941 -0.4101 0.1800</w:t>
        <w:br/>
        <w:t>vn 0.8941 -0.4100 0.1800</w:t>
        <w:br/>
        <w:t>vn 0.6884 0.5184 0.5072</w:t>
        <w:br/>
        <w:t>vn -0.6622 -0.7382 0.1290</w:t>
        <w:br/>
        <w:t>vn -0.6623 -0.7414 0.1080</w:t>
        <w:br/>
        <w:t>vn -0.6622 -0.7382 0.1289</w:t>
        <w:br/>
        <w:t>vn -0.6469 -0.7564 0.0968</w:t>
        <w:br/>
        <w:t>vn -0.6468 -0.7565 0.0968</w:t>
        <w:br/>
        <w:t>vn -0.6315 -0.7680 0.1065</w:t>
        <w:br/>
        <w:t>vn -0.6314 -0.7681 0.1065</w:t>
        <w:br/>
        <w:t>vn -0.6193 -0.7742 0.1309</w:t>
        <w:br/>
        <w:t>vn -0.6194 -0.7741 0.1308</w:t>
        <w:br/>
        <w:t>vn -0.6192 -0.7710 0.1489</w:t>
        <w:br/>
        <w:t>vn -0.6191 -0.7711 0.1487</w:t>
        <w:br/>
        <w:t>vn -0.6314 -0.7585 0.1613</w:t>
        <w:br/>
        <w:t>vn -0.6315 -0.7584 0.1614</w:t>
        <w:br/>
        <w:t>vn -0.6470 -0.7467 0.1546</w:t>
        <w:br/>
        <w:t>vn -0.6470 -0.7466 0.1546</w:t>
        <w:br/>
        <w:t>vn -0.3558 0.7431 0.5668</w:t>
        <w:br/>
        <w:t>vn -0.5671 0.5388 0.6229</w:t>
        <w:br/>
        <w:t>vn -0.1520 0.9176 0.3674</w:t>
        <w:br/>
        <w:t>vn -0.0120 0.9935 0.1133</w:t>
        <w:br/>
        <w:t>vn -0.3147 0.5545 -0.7704</w:t>
        <w:br/>
        <w:t>vn -0.1209 0.7718 -0.6243</w:t>
        <w:br/>
        <w:t>vn -0.4712 0.7816 -0.4089</w:t>
        <w:br/>
        <w:t>vn -0.5344 0.3540 -0.7675</w:t>
        <w:br/>
        <w:t>vn 0.0059 0.9142 -0.4053</w:t>
        <w:br/>
        <w:t>vn -0.7533 0.4876 -0.4413</w:t>
        <w:br/>
        <w:t>vn -0.6254 0.5113 -0.5894</w:t>
        <w:br/>
        <w:t>vn -0.8475 0.4113 -0.3356</w:t>
        <w:br/>
        <w:t>vn -0.8750 0.4567 0.1604</w:t>
        <w:br/>
        <w:t>vn -0.7802 0.5677 0.2628</w:t>
        <w:br/>
        <w:t>vn -0.3610 0.8079 -0.4658</w:t>
        <w:br/>
        <w:t>vn -0.4153 0.6888 -0.5942</w:t>
        <w:br/>
        <w:t>vn -0.6564 0.6219 0.4271</w:t>
        <w:br/>
        <w:t>vn -0.4108 0.8274 0.3829</w:t>
        <w:br/>
        <w:t>vn -0.5265 0.7297 0.4364</w:t>
        <w:br/>
        <w:t>vn -0.4711 0.7816 -0.4088</w:t>
        <w:br/>
        <w:t>vn -0.2586 0.9626 0.0801</w:t>
        <w:br/>
        <w:t>vn -0.2696 0.8873 -0.3742</w:t>
        <w:br/>
        <w:t>vn -0.4107 0.8274 0.3830</w:t>
        <w:br/>
        <w:t>vn -0.7110 0.3566 -0.6061</w:t>
        <w:br/>
        <w:t>vn -0.9123 -0.4054 0.0579</w:t>
        <w:br/>
        <w:t>vn -0.9123 -0.4053 0.0579</w:t>
        <w:br/>
        <w:t>vn -0.9124 -0.4053 0.0579</w:t>
        <w:br/>
        <w:t>vn -0.9124 -0.4052 0.0579</w:t>
        <w:br/>
        <w:t>vn -0.7319 0.4955 0.4678</w:t>
        <w:br/>
        <w:t>vn 0.6393 -0.7588 0.1247</w:t>
        <w:br/>
        <w:t>vn 0.6392 -0.7589 0.1246</w:t>
        <w:br/>
        <w:t>vn 0.6369 -0.7571 0.1457</w:t>
        <w:br/>
        <w:t>vn 0.6369 -0.7571 0.1456</w:t>
        <w:br/>
        <w:t>vn 0.6249 -0.7728 0.1110</w:t>
        <w:br/>
        <w:t>vn 0.6085 -0.7847 0.1184</w:t>
        <w:br/>
        <w:t>vn 0.6085 -0.7847 0.1183</w:t>
        <w:br/>
        <w:t>vn 0.5938 -0.7922 0.1408</w:t>
        <w:br/>
        <w:t>vn 0.5939 -0.7922 0.1407</w:t>
        <w:br/>
        <w:t>vn 0.5918 -0.7904 0.1584</w:t>
        <w:br/>
        <w:t>vn 0.5918 -0.7903 0.1584</w:t>
        <w:br/>
        <w:t>vn 0.6029 -0.7788 0.1730</w:t>
        <w:br/>
        <w:t>vn 0.6191 -0.7669 0.1689</w:t>
        <w:br/>
        <w:t>vn -0.5798 0.0000 -0.8148</w:t>
        <w:br/>
        <w:t>vn -0.5929 0.0000 -0.8053</w:t>
        <w:br/>
        <w:t>vn -0.5930 0.0000 -0.8052</w:t>
        <w:br/>
        <w:t>vn -0.6942 0.0000 -0.7198</w:t>
        <w:br/>
        <w:t>vn 0.5798 -0.0000 0.8148</w:t>
        <w:br/>
        <w:t>vn 0.5929 -0.0000 0.8053</w:t>
        <w:br/>
        <w:t>vn 0.6942 -0.0000 0.7198</w:t>
        <w:br/>
        <w:t>vn 0.2208 0.9617 -0.1627</w:t>
        <w:br/>
        <w:t>vn 0.0631 0.9969 -0.0465</w:t>
        <w:br/>
        <w:t>vn 0.0632 0.9969 -0.0466</w:t>
        <w:br/>
        <w:t>vn 0.2207 0.9617 -0.1626</w:t>
        <w:br/>
        <w:t>vn 0.2317 -0.9577 -0.1705</w:t>
        <w:br/>
        <w:t>vn 0.2316 -0.9577 -0.1705</w:t>
        <w:br/>
        <w:t>vn 0.0744 -0.9957 -0.0548</w:t>
        <w:br/>
        <w:t>vn 0.0743 -0.9957 -0.0547</w:t>
        <w:br/>
        <w:t>vn -0.3126 -0.9217 0.2299</w:t>
        <w:br/>
        <w:t>vn -0.3126 -0.9217 0.2298</w:t>
        <w:br/>
        <w:t>vn -0.3126 0.9215 0.2304</w:t>
        <w:br/>
        <w:t>vn -0.3127 0.9216 0.2301</w:t>
        <w:br/>
        <w:t>vn 0.8056 -0.0000 -0.5924</w:t>
        <w:br/>
        <w:t>vn 0.8029 -0.0000 0.5961</w:t>
        <w:br/>
        <w:t>vn -0.8029 0.0000 -0.5961</w:t>
        <w:br/>
        <w:t>vn 0.5484 0.5278 0.6486</w:t>
        <w:br/>
        <w:t>vn 0.5459 0.6293 0.5531</w:t>
        <w:br/>
        <w:t>vn 0.7158 0.6471 0.2624</w:t>
        <w:br/>
        <w:t>vn 0.8765 0.4254 0.2256</w:t>
        <w:br/>
        <w:t>vn 0.1825 0.8363 0.5170</w:t>
        <w:br/>
        <w:t>vn 0.0784 -0.0400 0.9961</w:t>
        <w:br/>
        <w:t>vn 0.0084 0.0619 0.9980</w:t>
        <w:br/>
        <w:t>vn -0.0274 0.1806 0.9832</w:t>
        <w:br/>
        <w:t>vn 0.3804 -0.1073 0.9186</w:t>
        <w:br/>
        <w:t>vn -0.1579 0.6124 0.7746</w:t>
        <w:br/>
        <w:t>vn 0.0519 0.4812 0.8751</w:t>
        <w:br/>
        <w:t>vn 0.7452 0.1028 0.6588</w:t>
        <w:br/>
        <w:t>vn 0.7948 0.4002 0.4562</w:t>
        <w:br/>
        <w:t>vn 0.5010 0.6454 0.5766</w:t>
        <w:br/>
        <w:t>vn 0.7948 0.4003 0.4562</w:t>
        <w:br/>
        <w:t>vn 0.6379 0.6214 0.4549</w:t>
        <w:br/>
        <w:t>vn -0.1823 0.0886 0.9792</w:t>
        <w:br/>
        <w:t>vn -0.0597 -0.1151 0.9916</w:t>
        <w:br/>
        <w:t>vn 0.8780 -0.2047 0.4328</w:t>
        <w:br/>
        <w:t>vn 0.6857 -0.6364 0.3532</w:t>
        <w:br/>
        <w:t>vn 0.8780 -0.2047 0.4327</w:t>
        <w:br/>
        <w:t>vn 0.4791 -0.4328 0.7637</w:t>
        <w:br/>
        <w:t>vn 0.6857 -0.6364 0.3534</w:t>
        <w:br/>
        <w:t>vn 0.4791 -0.4328 0.7636</w:t>
        <w:br/>
        <w:t>vn 0.3676 0.6849 0.6291</w:t>
        <w:br/>
        <w:t>vn 0.0593 0.4738 0.8786</w:t>
        <w:br/>
        <w:t>vn 0.5484 0.5277 0.6486</w:t>
        <w:br/>
        <w:t>vn -0.4334 -0.3248 -0.8406</w:t>
        <w:br/>
        <w:t>vn -0.4430 -0.3169 -0.8387</w:t>
        <w:br/>
        <w:t>vn -0.4429 -0.3170 -0.8387</w:t>
        <w:br/>
        <w:t>vn -0.4139 -0.3373 -0.8455</w:t>
        <w:br/>
        <w:t>vn -0.4030 -0.3413 -0.8492</w:t>
        <w:br/>
        <w:t>vn -0.3973 -0.3279 -0.8571</w:t>
        <w:br/>
        <w:t>vn -0.3973 -0.3280 -0.8571</w:t>
        <w:br/>
        <w:t>vn -0.3847 -0.3163 -0.8672</w:t>
        <w:br/>
        <w:t>vn -0.3848 -0.3164 -0.8671</w:t>
        <w:br/>
        <w:t>vn -0.4012 -0.3236 -0.8569</w:t>
        <w:br/>
        <w:t>vn -0.4012 -0.3235 -0.8570</w:t>
        <w:br/>
        <w:t>vn -0.4339 -0.3233 -0.8409</w:t>
        <w:br/>
        <w:t>vn -0.2447 -0.7745 -0.5833</w:t>
        <w:br/>
        <w:t>vn 0.3362 -0.6981 -0.6321</w:t>
        <w:br/>
        <w:t>vn 0.0268 -0.8017 -0.5971</w:t>
        <w:br/>
        <w:t>vn -0.0121 0.4099 -0.9121</w:t>
        <w:br/>
        <w:t>vn -0.1732 0.4497 -0.8763</w:t>
        <w:br/>
        <w:t>vn 0.1272 0.4160 -0.9004</w:t>
        <w:br/>
        <w:t>vn -0.3557 0.0316 -0.9341</w:t>
        <w:br/>
        <w:t>vn -0.3734 0.2488 -0.8937</w:t>
        <w:br/>
        <w:t>vn 0.4183 0.0552 -0.9066</w:t>
        <w:br/>
        <w:t>vn 0.0442 0.1048 -0.9935</w:t>
        <w:br/>
        <w:t>vn -0.5858 -0.7394 -0.3318</w:t>
        <w:br/>
        <w:t>vn -0.5858 -0.7394 -0.3319</w:t>
        <w:br/>
        <w:t>vn -0.5053 0.4111 -0.7587</w:t>
        <w:br/>
        <w:t>vn -0.5010 0.1513 -0.8522</w:t>
        <w:br/>
        <w:t>vn 0.0442 0.1049 -0.9935</w:t>
        <w:br/>
        <w:t>vn 0.5511 -0.4838 -0.6799</w:t>
        <w:br/>
        <w:t>vn 0.6443 0.2422 -0.7255</w:t>
        <w:br/>
        <w:t>vn 0.6443 0.2422 -0.7254</w:t>
        <w:br/>
        <w:t>vn 0.2720 0.6678 -0.6928</w:t>
        <w:br/>
        <w:t>vn 0.2720 0.6679 -0.6928</w:t>
        <w:br/>
        <w:t>vn 0.5849 0.6625 -0.4680</w:t>
        <w:br/>
        <w:t>vn -0.3758 -0.1484 -0.9148</w:t>
        <w:br/>
        <w:t>vn 0.0661 -0.5249 -0.8486</w:t>
        <w:br/>
        <w:t>vn -0.0786 -0.5350 -0.8412</w:t>
        <w:br/>
        <w:t>vn 0.2316 -0.5616 -0.7944</w:t>
        <w:br/>
        <w:t>vn 0.4271 -0.3355 -0.8397</w:t>
        <w:br/>
        <w:t>vn -0.4710 0.6396 -0.6075</w:t>
        <w:br/>
        <w:t>vn -0.2832 0.6226 -0.7295</w:t>
        <w:br/>
        <w:t>vn -0.0111 0.0938 0.9955</w:t>
        <w:br/>
        <w:t>vn 0.0066 0.0727 0.9973</w:t>
        <w:br/>
        <w:t>vn 0.0037 0.0290 0.9996</w:t>
        <w:br/>
        <w:t>vn 0.0037 0.0291 0.9996</w:t>
        <w:br/>
        <w:t>vn -0.0203 0.0053 0.9998</w:t>
        <w:br/>
        <w:t>vn -0.0539 0.0074 0.9985</w:t>
        <w:br/>
        <w:t>vn -0.0538 0.0073 0.9985</w:t>
        <w:br/>
        <w:t>vn -0.0678 0.0270 0.9973</w:t>
        <w:br/>
        <w:t>vn -0.0661 0.0668 0.9956</w:t>
        <w:br/>
        <w:t>vn -0.0459 0.0919 0.9947</w:t>
        <w:br/>
        <w:t>vn 0.6741 0.6774 0.2946</w:t>
        <w:br/>
        <w:t>vn 0.2876 0.5776 0.7640</w:t>
        <w:br/>
        <w:t>vn 0.5364 0.6194 0.5732</w:t>
        <w:br/>
        <w:t>vn 0.5092 -0.4648 0.7243</w:t>
        <w:br/>
        <w:t>vn 0.8955 -0.3649 0.2549</w:t>
        <w:br/>
        <w:t>vn 0.7503 -0.3883 0.5351</w:t>
        <w:br/>
        <w:t>vn 0.2052 0.0066 0.9787</w:t>
        <w:br/>
        <w:t>vn 0.2053 0.0067 0.9787</w:t>
        <w:br/>
        <w:t>vn 0.9777 0.2060 0.0404</w:t>
        <w:br/>
        <w:t>vn 0.9777 0.2061 0.0403</w:t>
        <w:br/>
        <w:t>vn 0.5174 0.8466 -0.1252</w:t>
        <w:br/>
        <w:t>vn 0.3535 0.7582 0.5478</w:t>
        <w:br/>
        <w:t>vn 0.2004 0.9069 0.3705</w:t>
        <w:br/>
        <w:t>vn 0.4798 0.8133 0.3291</w:t>
        <w:br/>
        <w:t>vn 0.8176 -0.2410 0.5230</w:t>
        <w:br/>
        <w:t>vn 0.7750 0.2593 0.5763</w:t>
        <w:br/>
        <w:t>vn 0.4878 0.8661 -0.1087</w:t>
        <w:br/>
        <w:t>vn 0.7547 0.2195 -0.6183</w:t>
        <w:br/>
        <w:t>vn 0.8629 0.2872 -0.4159</w:t>
        <w:br/>
        <w:t>vn 0.5174 0.8465 -0.1252</w:t>
        <w:br/>
        <w:t>vn 0.3734 0.7673 -0.5214</w:t>
        <w:br/>
        <w:t>vn 0.2400 0.9583 -0.1549</w:t>
        <w:br/>
        <w:t>vn 0.2860 0.9346 0.2116</w:t>
        <w:br/>
        <w:t>vn 0.4840 0.7674 0.4205</w:t>
        <w:br/>
        <w:t>vn 0.6486 0.6771 0.3476</w:t>
        <w:br/>
        <w:t>vn 0.6034 0.1393 -0.7852</w:t>
        <w:br/>
        <w:t>vn 0.5579 0.3710 -0.7423</w:t>
        <w:br/>
        <w:t>vn 0.5579 0.3711 -0.7423</w:t>
        <w:br/>
        <w:t>vn 0.5778 0.5448 -0.6078</w:t>
        <w:br/>
        <w:t>vn 0.5403 0.6196 -0.5694</w:t>
        <w:br/>
        <w:t>vn 0.7956 0.3886 -0.4648</w:t>
        <w:br/>
        <w:t>vn 0.0244 0.9738 -0.2259</w:t>
        <w:br/>
        <w:t>vn 0.0244 0.9738 -0.2260</w:t>
        <w:br/>
        <w:t>vn 0.1578 0.7507 -0.6416</w:t>
        <w:br/>
        <w:t>vn -0.1854 0.8201 -0.5413</w:t>
        <w:br/>
        <w:t>vn 0.5402 0.6196 -0.5695</w:t>
        <w:br/>
        <w:t>vn 0.9222 0.3737 -0.0994</w:t>
        <w:br/>
        <w:t>vn 0.1579 0.7506 -0.6416</w:t>
        <w:br/>
        <w:t>vn 0.7645 0.5496 0.3369</w:t>
        <w:br/>
        <w:t>vn 0.9222 0.3738 -0.0993</w:t>
        <w:br/>
        <w:t>vn -0.6199 -0.7713 0.1447</w:t>
        <w:br/>
        <w:t>vn -0.6200 -0.7711 0.1447</w:t>
        <w:br/>
        <w:t>vn -0.6208 -0.7689 0.1533</w:t>
        <w:br/>
        <w:t>vn -0.6208 -0.7688 0.1534</w:t>
        <w:br/>
        <w:t>vn -0.6192 -0.7716 0.1454</w:t>
        <w:br/>
        <w:t>vn -0.6192 -0.7717 0.1454</w:t>
        <w:br/>
        <w:t>vn -0.6252 -0.7663 0.1480</w:t>
        <w:br/>
        <w:t>vn -0.6297 -0.7626 0.1477</w:t>
        <w:br/>
        <w:t>vn -0.6299 -0.7625 0.1475</w:t>
        <w:br/>
        <w:t>vn -0.6298 -0.7626 0.1476</w:t>
        <w:br/>
        <w:t>vn -0.6295 -0.7628 0.1475</w:t>
        <w:br/>
        <w:t>vn -0.6241 -0.7670 0.1490</w:t>
        <w:br/>
        <w:t>vn -0.6191 -0.7698 0.1550</w:t>
        <w:br/>
        <w:t>vn -0.6191 -0.7699 0.1550</w:t>
        <w:br/>
        <w:t>vn 0.5012 -0.2017 -0.8415</w:t>
        <w:br/>
        <w:t>vn 0.5119 -0.2075 -0.8336</w:t>
        <w:br/>
        <w:t>vn 0.5012 -0.2016 -0.8415</w:t>
        <w:br/>
        <w:t>vn 0.3978 -0.1858 -0.8984</w:t>
        <w:br/>
        <w:t>vn 0.4556 -0.1905 -0.8695</w:t>
        <w:br/>
        <w:t>vn 0.4556 -0.1905 -0.8696</w:t>
        <w:br/>
        <w:t>vn 0.3978 -0.1858 -0.8985</w:t>
        <w:br/>
        <w:t>vn 0.3754 -0.1865 -0.9079</w:t>
        <w:br/>
        <w:t>vn -0.5484 0.5277 0.6486</w:t>
        <w:br/>
        <w:t>vn -0.8764 0.4253 0.2257</w:t>
        <w:br/>
        <w:t>vn -0.7158 0.6471 0.2625</w:t>
        <w:br/>
        <w:t>vn -0.5459 0.6294 0.5531</w:t>
        <w:br/>
        <w:t>vn -0.1824 0.8363 0.5170</w:t>
        <w:br/>
        <w:t>vn -0.0084 0.0619 0.9980</w:t>
        <w:br/>
        <w:t>vn -0.0784 -0.0400 0.9961</w:t>
        <w:br/>
        <w:t>vn 0.0274 0.1806 0.9832</w:t>
        <w:br/>
        <w:t>vn -0.3804 -0.1073 0.9186</w:t>
        <w:br/>
        <w:t>vn 0.1580 0.6124 0.7746</w:t>
        <w:br/>
        <w:t>vn -0.0519 0.4812 0.8751</w:t>
        <w:br/>
        <w:t>vn -0.7452 0.1028 0.6589</w:t>
        <w:br/>
        <w:t>vn -0.7948 0.4003 0.4562</w:t>
        <w:br/>
        <w:t>vn -0.7452 0.1028 0.6588</w:t>
        <w:br/>
        <w:t>vn -0.5459 0.6293 0.5531</w:t>
        <w:br/>
        <w:t>vn -0.5011 0.6454 0.5766</w:t>
        <w:br/>
        <w:t>vn -0.6379 0.6215 0.4549</w:t>
        <w:br/>
        <w:t>vn 0.1823 0.0887 0.9792</w:t>
        <w:br/>
        <w:t>vn 0.0597 -0.1151 0.9916</w:t>
        <w:br/>
        <w:t>vn 0.0598 -0.1151 0.9916</w:t>
        <w:br/>
        <w:t>vn -0.8780 -0.2047 0.4327</w:t>
        <w:br/>
        <w:t>vn -0.6856 -0.6366 0.3531</w:t>
        <w:br/>
        <w:t>vn -0.6857 -0.6364 0.3533</w:t>
        <w:br/>
        <w:t>vn -0.4791 -0.4328 0.7636</w:t>
        <w:br/>
        <w:t>vn -0.8780 -0.2048 0.4327</w:t>
        <w:br/>
        <w:t>vn -0.4791 -0.4329 0.7636</w:t>
        <w:br/>
        <w:t>vn -0.3676 0.6849 0.6291</w:t>
        <w:br/>
        <w:t>vn -0.0593 0.4738 0.8786</w:t>
        <w:br/>
        <w:t>vn 0.0273 0.1806 0.9832</w:t>
        <w:br/>
        <w:t>vn 0.4430 -0.3169 -0.8386</w:t>
        <w:br/>
        <w:t>vn 0.4334 -0.3248 -0.8407</w:t>
        <w:br/>
        <w:t>vn 0.4334 -0.3247 -0.8407</w:t>
        <w:br/>
        <w:t>vn 0.4139 -0.3373 -0.8455</w:t>
        <w:br/>
        <w:t>vn 0.4028 -0.3415 -0.8492</w:t>
        <w:br/>
        <w:t>vn 0.4030 -0.3412 -0.8492</w:t>
        <w:br/>
        <w:t>vn 0.3973 -0.3280 -0.8571</w:t>
        <w:br/>
        <w:t>vn 0.3973 -0.3279 -0.8571</w:t>
        <w:br/>
        <w:t>vn 0.3847 -0.3163 -0.8672</w:t>
        <w:br/>
        <w:t>vn 0.3847 -0.3164 -0.8671</w:t>
        <w:br/>
        <w:t>vn 0.4011 -0.3235 -0.8570</w:t>
        <w:br/>
        <w:t>vn 0.4012 -0.3235 -0.8570</w:t>
        <w:br/>
        <w:t>vn 0.4339 -0.3233 -0.8409</w:t>
        <w:br/>
        <w:t>vn 0.9892 0.0355 0.1420</w:t>
        <w:br/>
        <w:t>vn 0.9892 0.0354 0.1419</w:t>
        <w:br/>
        <w:t>vn 0.9892 0.0356 0.1424</w:t>
        <w:br/>
        <w:t>vn 0.9892 0.0356 0.1425</w:t>
        <w:br/>
        <w:t>vn -0.1436 0.4297 0.8915</w:t>
        <w:br/>
        <w:t>vn -0.1438 0.4296 0.8915</w:t>
        <w:br/>
        <w:t>vn -0.1435 0.4297 0.8915</w:t>
        <w:br/>
        <w:t>vn -0.9892 -0.0356 -0.1420</w:t>
        <w:br/>
        <w:t>vn -0.9892 -0.0355 -0.1420</w:t>
        <w:br/>
        <w:t>vn -0.9892 -0.0354 -0.1425</w:t>
        <w:br/>
        <w:t>vn -0.9892 -0.0354 -0.1426</w:t>
        <w:br/>
        <w:t>vn 0.9891 0.0354 0.1426</w:t>
        <w:br/>
        <w:t>vn 0.0296 0.9023 -0.4301</w:t>
        <w:br/>
        <w:t>vn 0.0295 0.9023 -0.4301</w:t>
        <w:br/>
        <w:t>vn -0.9891 -0.0353 -0.1427</w:t>
        <w:br/>
        <w:t>vn -0.9891 -0.0352 -0.1427</w:t>
        <w:br/>
        <w:t>vn -0.0297 -0.9024 0.4299</w:t>
        <w:br/>
        <w:t>vn -0.0298 -0.9024 0.4299</w:t>
        <w:br/>
        <w:t>vn 0.9891 0.0356 0.1425</w:t>
        <w:br/>
        <w:t>vn 0.1440 -0.4297 -0.8914</w:t>
        <w:br/>
        <w:t>vn -0.9892 -0.0355 -0.1424</w:t>
        <w:br/>
        <w:t>vn -0.1439 0.4296 0.8915</w:t>
        <w:br/>
        <w:t>vn -0.1436 0.4295 0.8916</w:t>
        <w:br/>
        <w:t>vn -0.0296 -0.9024 0.4298</w:t>
        <w:br/>
        <w:t>vn -0.0291 -0.9023 0.4301</w:t>
        <w:br/>
        <w:t>vn -0.0295 -0.9024 0.4299</w:t>
        <w:br/>
        <w:t>vn -0.7425 0.0904 0.6637</w:t>
        <w:br/>
        <w:t>vn -0.4182 -0.1667 0.8929</w:t>
        <w:br/>
        <w:t>vn -0.0446 -0.2141 0.9758</w:t>
        <w:br/>
        <w:t>vn 0.3967 -0.0534 0.9164</w:t>
        <w:br/>
        <w:t>vn -0.1812 0.8879 0.4228</w:t>
        <w:br/>
        <w:t>vn 0.1926 0.8409 0.5058</w:t>
        <w:br/>
        <w:t>vn 0.0447 0.2139 -0.9758</w:t>
        <w:br/>
        <w:t>vn 0.4177 0.1670 -0.8931</w:t>
        <w:br/>
        <w:t>vn 0.6337 0.0757 -0.7699</w:t>
        <w:br/>
        <w:t>vn -0.2179 0.1829 -0.9587</w:t>
        <w:br/>
        <w:t>vn -0.1927 -0.8408 -0.5059</w:t>
        <w:br/>
        <w:t>vn -0.4201 -0.7154 -0.5583</w:t>
        <w:br/>
        <w:t>vn 0.4322 -0.8226 -0.3696</w:t>
        <w:br/>
        <w:t>vn 0.1812 -0.8877 -0.4232</w:t>
        <w:br/>
        <w:t>vn 0.4372 -0.1825 0.8807</w:t>
        <w:br/>
        <w:t>vn 0.6225 -0.7352 -0.2682</w:t>
        <w:br/>
        <w:t>vn 0.7934 0.0271 -0.6081</w:t>
        <w:br/>
        <w:t>vn 0.6087 0.5805 0.5408</w:t>
        <w:br/>
        <w:t>vn 0.7511 0.1205 0.6491</w:t>
        <w:br/>
        <w:t>vn 0.9011 -0.3285 -0.2829</w:t>
        <w:br/>
        <w:t>vn 0.6086 0.5806 0.5409</w:t>
        <w:br/>
        <w:t>vn -0.7937 -0.0269 0.6078</w:t>
        <w:br/>
        <w:t>vn -0.6089 -0.5802 -0.5409</w:t>
        <w:br/>
        <w:t>vn -0.4372 0.1818 -0.8808</w:t>
        <w:br/>
        <w:t>vn -0.6223 0.7356 0.2677</w:t>
        <w:br/>
        <w:t>vn -0.9009 0.3290 0.2830</w:t>
        <w:br/>
        <w:t>vn -0.7511 -0.1204 -0.6491</w:t>
        <w:br/>
        <w:t>vn -0.7512 -0.1205 -0.6490</w:t>
        <w:br/>
        <w:t>vn -0.6222 0.7357 0.2677</w:t>
        <w:br/>
        <w:t>vn -0.6981 0.7052 0.1237</w:t>
        <w:br/>
        <w:t>vn -0.8044 0.4057 0.4339</w:t>
        <w:br/>
        <w:t>vn -0.8044 0.4057 0.4340</w:t>
        <w:br/>
        <w:t>vn -0.6982 0.7051 0.1239</w:t>
        <w:br/>
        <w:t>vn 0.0748 -0.9560 -0.2837</w:t>
        <w:br/>
        <w:t>vn 0.0749 -0.9560 -0.2836</w:t>
        <w:br/>
        <w:t>vn 0.5841 0.7509 0.3081</w:t>
        <w:br/>
        <w:t>vn 0.6194 0.4564 0.6387</w:t>
        <w:br/>
        <w:t>vn 0.6195 0.4562 0.6389</w:t>
        <w:br/>
        <w:t>vn -0.6097 -0.1758 -0.7729</w:t>
        <w:br/>
        <w:t>vn -0.6097 -0.1761 -0.7728</w:t>
        <w:br/>
        <w:t>vn -0.5506 0.2639 -0.7919</w:t>
        <w:br/>
        <w:t>vn -0.5507 0.2639 -0.7919</w:t>
        <w:br/>
        <w:t>vn -0.1187 -0.3769 0.9186</w:t>
        <w:br/>
        <w:t>vn -0.1186 -0.3770 0.9186</w:t>
        <w:br/>
        <w:t>vn -0.1188 -0.3768 0.9186</w:t>
        <w:br/>
        <w:t>vn 0.8138 -0.1246 -0.5676</w:t>
        <w:br/>
        <w:t>vn 0.7316 0.3099 -0.6072</w:t>
        <w:br/>
        <w:t>vn 0.7316 0.3100 -0.6072</w:t>
        <w:br/>
        <w:t>vn 0.8138 -0.1247 -0.5676</w:t>
        <w:br/>
        <w:t>vn -0.7021 -0.6765 -0.2221</w:t>
        <w:br/>
        <w:t>vn -0.7022 -0.6765 -0.2220</w:t>
        <w:br/>
        <w:t>vn -0.1225 0.7334 0.6687</w:t>
        <w:br/>
        <w:t>vn -0.1224 0.7334 0.6687</w:t>
        <w:br/>
        <w:t>vn 0.7823 -0.6228 -0.0082</w:t>
        <w:br/>
        <w:t>vn 0.7824 -0.6228 -0.0082</w:t>
        <w:br/>
        <w:t>vn -0.8138 -0.3435 0.4689</w:t>
        <w:br/>
        <w:t>vn -0.8138 -0.3435 0.4688</w:t>
        <w:br/>
        <w:t>vn 0.0295 0.9024 -0.4300</w:t>
        <w:br/>
        <w:t>vn 0.6711 -0.2901 0.6823</w:t>
        <w:br/>
        <w:t>vn 0.7823 -0.6229 -0.0081</w:t>
        <w:br/>
        <w:t>vn 0.1446 -0.0645 -0.9874</w:t>
        <w:br/>
        <w:t>vn 0.1445 -0.0647 -0.9874</w:t>
        <w:br/>
        <w:t>vn 0.1446 -0.0646 -0.9874</w:t>
        <w:br/>
        <w:t>vn 0.1444 -0.0647 -0.9874</w:t>
        <w:br/>
        <w:t>vn -0.5287 -0.4721 0.7054</w:t>
        <w:br/>
        <w:t>vn -0.5288 -0.4719 0.7055</w:t>
        <w:br/>
        <w:t>vn 0.0415 -0.0533 0.9977</w:t>
        <w:br/>
        <w:t>vn 0.0416 -0.0535 0.9977</w:t>
        <w:br/>
        <w:t>vn -0.7892 -0.6142 0.0001</w:t>
        <w:br/>
        <w:t>vn -0.7892 -0.6141 0.0000</w:t>
        <w:br/>
        <w:t>vn -0.5876 -0.3964 -0.7054</w:t>
        <w:br/>
        <w:t>vn -0.5875 -0.3964 -0.7054</w:t>
        <w:br/>
        <w:t>vn -0.0418 0.0535 -0.9977</w:t>
        <w:br/>
        <w:t>vn -0.0416 0.0536 -0.9977</w:t>
        <w:br/>
        <w:t>vn 0.5286 0.4721 -0.7055</w:t>
        <w:br/>
        <w:t>vn 0.7894 0.6139 0.0002</w:t>
        <w:br/>
        <w:t>vn 0.7892 0.6141 0.0000</w:t>
        <w:br/>
        <w:t>vn 0.5873 0.3968 0.7054</w:t>
        <w:br/>
        <w:t>vn 0.3433 0.9385 0.0359</w:t>
        <w:br/>
        <w:t>vn 0.0282 0.9982 0.0522</w:t>
        <w:br/>
        <w:t>vn -0.1098 0.8621 0.4947</w:t>
        <w:br/>
        <w:t>vn 0.1643 0.7584 0.6307</w:t>
        <w:br/>
        <w:t>vn -0.2904 0.3729 0.8813</w:t>
        <w:br/>
        <w:t>vn -0.4470 0.5739 0.6861</w:t>
        <w:br/>
        <w:t>vn -0.8087 0.3180 0.4948</w:t>
        <w:br/>
        <w:t>vn -0.7756 0.0271 0.6307</w:t>
        <w:br/>
        <w:t>vn -0.9941 -0.1026 0.0360</w:t>
        <w:br/>
        <w:t>vn -0.9746 0.2179 0.0525</w:t>
        <w:br/>
        <w:t>vn -0.8455 0.3654 -0.3893</w:t>
        <w:br/>
        <w:t>vn -0.8251 0.0905 -0.5577</w:t>
        <w:br/>
        <w:t>vn -0.3606 0.4634 -0.8095</w:t>
        <w:br/>
        <w:t>vn -0.4996 0.6419 -0.5817</w:t>
        <w:br/>
        <w:t>vn -0.1465 0.9094 -0.3893</w:t>
        <w:br/>
        <w:t>vn 0.1147 0.8221 -0.5577</w:t>
        <w:br/>
        <w:t>vn -0.6127 0.7874 0.0676</w:t>
        <w:br/>
        <w:t>vn 0.0004 -0.1928 -0.9812</w:t>
        <w:br/>
        <w:t>vn 0.0007 -0.1493 -0.9888</w:t>
        <w:br/>
        <w:t>vn 0.7094 -0.1435 -0.6901</w:t>
        <w:br/>
        <w:t>vn 0.7015 -0.1864 -0.6878</w:t>
        <w:br/>
        <w:t>vn 0.9910 -0.1334 0.0073</w:t>
        <w:br/>
        <w:t>vn 0.9850 -0.1722 0.0054</w:t>
        <w:br/>
        <w:t>vn 0.6965 -0.1771 0.6953</w:t>
        <w:br/>
        <w:t>vn 0.7008 -0.1451 0.6984</w:t>
        <w:br/>
        <w:t>vn -0.0019 -0.1773 0.9842</w:t>
        <w:br/>
        <w:t>vn -0.0037 -0.1485 0.9889</w:t>
        <w:br/>
        <w:t>vn -0.0019 -0.1773 0.9841</w:t>
        <w:br/>
        <w:t>vn -0.7048 -0.1315 0.6971</w:t>
        <w:br/>
        <w:t>vn -0.6974 -0.1742 0.6952</w:t>
        <w:br/>
        <w:t>vn -0.9934 -0.1146 -0.0048</w:t>
        <w:br/>
        <w:t>vn -0.9853 -0.1709 -0.0031</w:t>
        <w:br/>
        <w:t>vn -0.6949 -0.1850 -0.6949</w:t>
        <w:br/>
        <w:t>vn -0.7018 -0.1330 -0.6999</w:t>
        <w:br/>
        <w:t>vn -0.6978 0.1136 -0.7072</w:t>
        <w:br/>
        <w:t>vn 0.0018 0.1050 -0.9945</w:t>
        <w:br/>
        <w:t>vn 0.0023 0.0003 -1.0000</w:t>
        <w:br/>
        <w:t>vn -0.7019 0.0182 -0.7120</w:t>
        <w:br/>
        <w:t>vn 0.6994 0.1102 -0.7062</w:t>
        <w:br/>
        <w:t>vn 0.7036 0.0182 -0.7104</w:t>
        <w:br/>
        <w:t>vn 0.9934 0.1141 0.0107</w:t>
        <w:br/>
        <w:t>vn 0.9992 0.0323 0.0215</w:t>
        <w:br/>
        <w:t>vn 0.6924 0.1014 0.7144</w:t>
        <w:br/>
        <w:t>vn 0.6884 0.0016 0.7253</w:t>
        <w:br/>
        <w:t>vn 0.0018 0.0924 0.9957</w:t>
        <w:br/>
        <w:t>vn 0.0023 -0.0249 0.9997</w:t>
        <w:br/>
        <w:t>vn -0.6908 0.1048 0.7154</w:t>
        <w:br/>
        <w:t>vn -0.6867 0.0016 0.7269</w:t>
        <w:br/>
        <w:t>vn -0.9928 0.1196 0.0107</w:t>
        <w:br/>
        <w:t>vn -0.9992 0.0324 0.0215</w:t>
        <w:br/>
        <w:t>vn 0.0276 0.9012 0.4326</w:t>
        <w:br/>
        <w:t>vn -0.0041 0.5078 0.8615</w:t>
        <w:br/>
        <w:t>vn 0.4918 0.6552 0.5734</w:t>
        <w:br/>
        <w:t>vn 0.4643 0.1807 0.8670</w:t>
        <w:br/>
        <w:t>vn -0.0344 -0.0591 0.9977</w:t>
        <w:br/>
        <w:t>vn -0.4982 0.1832 0.8475</w:t>
        <w:br/>
        <w:t>vn -0.4720 0.6692 0.5740</w:t>
        <w:br/>
        <w:t>vn 0.0298 0.8892 0.4566</w:t>
        <w:br/>
        <w:t>vn 0.0174 0.4843 0.8747</w:t>
        <w:br/>
        <w:t>vn 0.5020 0.6340 0.5883</w:t>
        <w:br/>
        <w:t>vn 0.4826 0.1585 0.8614</w:t>
        <w:br/>
        <w:t>vn 0.0031 -0.0764 0.9971</w:t>
        <w:br/>
        <w:t>vn -0.4686 0.1645 0.8679</w:t>
        <w:br/>
        <w:t>vn -0.4640 0.6532 0.5984</w:t>
        <w:br/>
        <w:t>vn 0.0215 0.8656 0.5002</w:t>
        <w:br/>
        <w:t>vn 0.5109 0.3426 0.7884</w:t>
        <w:br/>
        <w:t>vn 0.5321 0.5841 0.6130</w:t>
        <w:br/>
        <w:t>vn 0.5297 0.0488 0.8468</w:t>
        <w:br/>
        <w:t>vn 0.0104 -0.2082 0.9780</w:t>
        <w:br/>
        <w:t>vn -0.4807 0.3666 0.7966</w:t>
        <w:br/>
        <w:t>vn -0.5086 0.0723 0.8579</w:t>
        <w:br/>
        <w:t>vn -0.4985 0.6097 0.6162</w:t>
        <w:br/>
        <w:t>vn 0.0215 0.8657 0.5002</w:t>
        <w:br/>
        <w:t>vn 0.0683 0.0904 0.9936</w:t>
        <w:br/>
        <w:t>vn 0.0634 -0.6723 0.7376</w:t>
        <w:br/>
        <w:t>vn 0.7737 -0.4479 0.4480</w:t>
        <w:br/>
        <w:t>vn 0.0271 -0.9996 0.0010</w:t>
        <w:br/>
        <w:t>vn -0.6870 -0.4674 0.5564</w:t>
        <w:br/>
        <w:t>vn 0.7270 0.5355 0.4298</w:t>
        <w:br/>
        <w:t>vn 0.0401 0.7383 0.6732</w:t>
        <w:br/>
        <w:t>vn 0.6802 -0.5108 -0.5257</w:t>
        <w:br/>
        <w:t>vn 0.9973 0.0103 -0.0728</w:t>
        <w:br/>
        <w:t>vn -0.6528 -0.6310 -0.4192</w:t>
        <w:br/>
        <w:t>vn -0.0151 -0.7365 -0.6763</w:t>
        <w:br/>
        <w:t>vn -0.7288 0.4139 0.5454</w:t>
        <w:br/>
        <w:t>vn -0.9971 -0.0108 0.0755</w:t>
        <w:br/>
        <w:t>vn -0.0127 0.9999 -0.0026</w:t>
        <w:br/>
        <w:t>vn -0.0561 -0.0822 -0.9950</w:t>
        <w:br/>
        <w:t>vn -0.7706 0.4534 -0.4478</w:t>
        <w:br/>
        <w:t>vn -0.9111 -0.0416 -0.4101</w:t>
        <w:br/>
        <w:t>vn -0.3269 0.8665 0.3772</w:t>
        <w:br/>
        <w:t>vn -0.0569 0.6764 -0.7343</w:t>
        <w:br/>
        <w:t>vn 0.6907 0.4666 -0.5524</w:t>
        <w:br/>
        <w:t>vn -0.7706 0.4534 -0.4479</w:t>
        <w:br/>
        <w:t>vn -0.6528 0.7561 0.0459</w:t>
        <w:br/>
        <w:t>vn -0.9878 0.0601 0.1436</w:t>
        <w:br/>
        <w:t>vn -0.9878 0.0602 0.1436</w:t>
        <w:br/>
        <w:t>vn -0.0087 0.9993 0.0362</w:t>
        <w:br/>
        <w:t>vn -0.0087 0.9993 0.0363</w:t>
        <w:br/>
        <w:t>vn 0.6304 0.7663 0.1240</w:t>
        <w:br/>
        <w:t>vn 0.6303 0.7664 0.1240</w:t>
        <w:br/>
        <w:t>vn 0.9617 0.0595 0.2676</w:t>
        <w:br/>
        <w:t>vn 0.6390 -0.6666 0.3839</w:t>
        <w:br/>
        <w:t>vn 0.6390 -0.6666 0.3838</w:t>
        <w:br/>
        <w:t>vn -0.0434 -0.9212 0.3867</w:t>
        <w:br/>
        <w:t>vn -0.7031 -0.6469 0.2954</w:t>
        <w:br/>
        <w:t>vn -0.0498 0.1730 0.9837</w:t>
        <w:br/>
        <w:t>vn -0.0402 0.1697 0.9847</w:t>
        <w:br/>
        <w:t>vn -0.0574 0.1790 0.9822</w:t>
        <w:br/>
        <w:t>vn -0.0563 0.1816 0.9818</w:t>
        <w:br/>
        <w:t>vn -0.0562 0.1817 0.9817</w:t>
        <w:br/>
        <w:t>vn -0.0573 0.1791 0.9822</w:t>
        <w:br/>
        <w:t>vn -0.0572 0.1813 0.9818</w:t>
        <w:br/>
        <w:t>vn 0.6481 0.2700 0.7121</w:t>
        <w:br/>
        <w:t>vn 0.4126 0.0213 0.9107</w:t>
        <w:br/>
        <w:t>vn -0.3928 0.8119 0.4320</w:t>
        <w:br/>
        <w:t>vn -0.3928 0.8118 0.4320</w:t>
        <w:br/>
        <w:t>vn -0.6422 0.4956 0.5847</w:t>
        <w:br/>
        <w:t>vn -0.6423 0.4956 0.5847</w:t>
        <w:br/>
        <w:t>vn -0.0023 -0.1250 0.9922</w:t>
        <w:br/>
        <w:t>vn -0.0023 -0.1249 0.9922</w:t>
        <w:br/>
        <w:t>vn 0.0338 0.9509 0.3076</w:t>
        <w:br/>
        <w:t>vn -0.4519 -0.8107 -0.3722</w:t>
        <w:br/>
        <w:t>vn -0.6809 -0.4825 -0.5510</w:t>
        <w:br/>
        <w:t>vn -0.6486 0.2675 0.7126</w:t>
        <w:br/>
        <w:t>vn -0.4228 -0.0337 0.9056</w:t>
        <w:br/>
        <w:t>vn -0.4227 -0.0337 0.9056</w:t>
        <w:br/>
        <w:t>vn 0.6607 0.4893 0.5692</w:t>
        <w:br/>
        <w:t>vn 0.4457 0.8015 0.3986</w:t>
        <w:br/>
        <w:t>vn 0.6607 0.4894 0.5692</w:t>
        <w:br/>
        <w:t>vn -0.0206 -0.9694 -0.2447</w:t>
        <w:br/>
        <w:t>vn -0.0090 -0.2250 0.9743</w:t>
        <w:br/>
        <w:t>vn 0.0201 0.9595 0.2810</w:t>
        <w:br/>
        <w:t>vn -0.6220 0.2896 0.7275</w:t>
        <w:br/>
        <w:t>vn -0.4018 0.0326 0.9152</w:t>
        <w:br/>
        <w:t>vn -0.4018 0.0325 0.9151</w:t>
        <w:br/>
        <w:t>vn -0.6220 0.2897 0.7275</w:t>
        <w:br/>
        <w:t>vn 0.4394 0.7962 0.4159</w:t>
        <w:br/>
        <w:t>vn 0.6680 0.4847 0.5647</w:t>
        <w:br/>
        <w:t>vn 0.6680 0.4848 0.5646</w:t>
        <w:br/>
        <w:t>vn 0.4119 -0.8279 -0.3807</w:t>
        <w:br/>
        <w:t>vn 0.6493 -0.5077 -0.5663</w:t>
        <w:br/>
        <w:t>vn 0.6493 -0.5077 -0.5662</w:t>
        <w:br/>
        <w:t>vn 0.6674 0.2481 0.7022</w:t>
        <w:br/>
        <w:t>vn 0.6674 0.2479 0.7022</w:t>
        <w:br/>
        <w:t>vn 0.4208 -0.0542 0.9055</w:t>
        <w:br/>
        <w:t>vn -0.6284 0.5154 0.5827</w:t>
        <w:br/>
        <w:t>vn -0.4062 0.8191 0.4050</w:t>
        <w:br/>
        <w:t>vn -0.6715 -0.2566 -0.6952</w:t>
        <w:br/>
        <w:t>vn -0.4244 0.0170 -0.9053</w:t>
        <w:br/>
        <w:t>vn 0.0054 0.1799 -0.9837</w:t>
        <w:br/>
        <w:t>vn 0.4162 0.0036 -0.9092</w:t>
        <w:br/>
        <w:t>vn 0.4162 0.0036 -0.9093</w:t>
        <w:br/>
        <w:t>vn 0.6459 -0.2763 -0.7117</w:t>
        <w:br/>
        <w:t>vn -0.4894 0.1570 -0.8578</w:t>
        <w:br/>
        <w:t>vn -0.7514 -0.1834 -0.6339</w:t>
        <w:br/>
        <w:t>vn -0.7498 -0.4565 -0.4789</w:t>
        <w:br/>
        <w:t>vn -0.5026 -0.8028 -0.3207</w:t>
        <w:br/>
        <w:t>vn -0.0348 -0.9753 -0.2179</w:t>
        <w:br/>
        <w:t>vn -0.0348 -0.9753 -0.2180</w:t>
        <w:br/>
        <w:t>vn 0.4564 -0.8213 -0.3422</w:t>
        <w:br/>
        <w:t>vn 0.4565 -0.8213 -0.3422</w:t>
        <w:br/>
        <w:t>vn 0.7272 -0.4685 -0.5016</w:t>
        <w:br/>
        <w:t>vn 0.7272 -0.4686 -0.5016</w:t>
        <w:br/>
        <w:t>vn 0.7381 -0.2038 -0.6431</w:t>
        <w:br/>
        <w:t>vn 0.7381 -0.2038 -0.6432</w:t>
        <w:br/>
        <w:t>vn 0.4965 0.1352 -0.8574</w:t>
        <w:br/>
        <w:t>vn 0.4965 0.1351 -0.8574</w:t>
        <w:br/>
        <w:t>vn 0.0106 0.3412 -0.9399</w:t>
        <w:br/>
        <w:t>vn 0.0106 0.3411 -0.9400</w:t>
        <w:br/>
        <w:t>vn -0.1344 0.3813 0.9146</w:t>
        <w:br/>
        <w:t>vn -0.1345 0.3813 0.9146</w:t>
        <w:br/>
        <w:t>vn -0.1312 0.3875 0.9125</w:t>
        <w:br/>
        <w:t>vn -0.1311 0.3876 0.9125</w:t>
        <w:br/>
        <w:t>vn -0.1359 -0.0003 0.9907</w:t>
        <w:br/>
        <w:t>vn -0.1347 0.2009 0.9703</w:t>
        <w:br/>
        <w:t>vn -0.1362 -0.0000 0.9907</w:t>
        <w:br/>
        <w:t>vn -0.1360 -0.0002 0.9907</w:t>
        <w:br/>
        <w:t>vn -0.1359 -0.0005 0.9907</w:t>
        <w:br/>
        <w:t>vn -0.1346 0.3813 0.9146</w:t>
        <w:br/>
        <w:t>vn -0.1375 0.3874 0.9116</w:t>
        <w:br/>
        <w:t>vn -0.1377 0.3875 0.9115</w:t>
        <w:br/>
        <w:t>vn -0.1345 0.3814 0.9146</w:t>
        <w:br/>
        <w:t>vn -0.1360 -0.0003 0.9907</w:t>
        <w:br/>
        <w:t>vn -0.1359 -0.0000 0.9907</w:t>
        <w:br/>
        <w:t>vn -0.1411 0.2007 0.9694</w:t>
        <w:br/>
        <w:t>vn 0.3287 0.3368 -0.8823</w:t>
        <w:br/>
        <w:t>vn 0.0000 0.4305 -0.9026</w:t>
        <w:br/>
        <w:t>vn -0.0000 0.5323 -0.8465</w:t>
        <w:br/>
        <w:t>vn 0.5899 -0.0223 -0.8072</w:t>
        <w:br/>
        <w:t>vn 0.4735 0.0942 -0.8758</w:t>
        <w:br/>
        <w:t>vn -0.6622 -0.4973 -0.5605</w:t>
        <w:br/>
        <w:t>vn -0.7357 -0.2398 -0.6335</w:t>
        <w:br/>
        <w:t>vn -0.4095 -0.7364 -0.5386</w:t>
        <w:br/>
        <w:t>vn 0.4588 -0.4266 -0.7794</w:t>
        <w:br/>
        <w:t>vn 0.5762 -0.3053 -0.7582</w:t>
        <w:br/>
        <w:t>vn 0.3124 -0.6304 -0.7106</w:t>
        <w:br/>
        <w:t>vn 0.0000 -0.8961 -0.4438</w:t>
        <w:br/>
        <w:t>vn 0.0000 -0.7157 -0.6984</w:t>
        <w:br/>
        <w:t>vn -0.6671 0.2391 -0.7056</w:t>
        <w:br/>
        <w:t>vn -0.4126 0.4741 -0.7778</w:t>
        <w:br/>
        <w:t>vn -0.7348 -0.0349 -0.6774</w:t>
        <w:br/>
        <w:t>vn -0.0000 0.6645 -0.7473</w:t>
        <w:br/>
        <w:t>vn -0.0000 0.5434 -0.8395</w:t>
        <w:br/>
        <w:t>vn 0.0291 0.2210 0.9748</w:t>
        <w:br/>
        <w:t>vn 0.0291 0.2208 0.9749</w:t>
        <w:br/>
        <w:t>vn 0.0000 0.2237 0.9747</w:t>
        <w:br/>
        <w:t>vn 0.0364 0.2139 0.9762</w:t>
        <w:br/>
        <w:t>vn 0.0363 0.2139 0.9762</w:t>
        <w:br/>
        <w:t>vn 0.0388 0.1982 0.9794</w:t>
        <w:br/>
        <w:t>vn 0.0389 0.1982 0.9794</w:t>
        <w:br/>
        <w:t>vn 0.0305 0.1763 0.9839</w:t>
        <w:br/>
        <w:t>vn 0.0308 0.1763 0.9839</w:t>
        <w:br/>
        <w:t>vn 0.0000 0.1662 0.9861</w:t>
        <w:br/>
        <w:t>vn 0.0000 -0.7824 -0.6228</w:t>
        <w:br/>
        <w:t>vn -0.0000 -0.8237 -0.5670</w:t>
        <w:br/>
        <w:t>vn -0.3287 0.3368 -0.8823</w:t>
        <w:br/>
        <w:t>vn -0.4735 0.0942 -0.8757</w:t>
        <w:br/>
        <w:t>vn -0.5899 -0.0223 -0.8072</w:t>
        <w:br/>
        <w:t>vn 0.6622 -0.4973 -0.5605</w:t>
        <w:br/>
        <w:t>vn 0.4095 -0.7364 -0.5386</w:t>
        <w:br/>
        <w:t>vn 0.7357 -0.2398 -0.6335</w:t>
        <w:br/>
        <w:t>vn -0.4587 -0.4266 -0.7795</w:t>
        <w:br/>
        <w:t>vn -0.5762 -0.3053 -0.7582</w:t>
        <w:br/>
        <w:t>vn -0.3124 -0.6304 -0.7106</w:t>
        <w:br/>
        <w:t>vn 0.6671 0.2391 -0.7056</w:t>
        <w:br/>
        <w:t>vn 0.7348 -0.0349 -0.6774</w:t>
        <w:br/>
        <w:t>vn 0.4126 0.4741 -0.7778</w:t>
        <w:br/>
        <w:t>vn -0.0291 0.2210 0.9748</w:t>
        <w:br/>
        <w:t>vn -0.0291 0.2208 0.9749</w:t>
        <w:br/>
        <w:t>vn -0.0361 0.2139 0.9762</w:t>
        <w:br/>
        <w:t>vn -0.0359 0.2138 0.9762</w:t>
        <w:br/>
        <w:t>vn -0.0385 0.1982 0.9794</w:t>
        <w:br/>
        <w:t>vn -0.0308 0.1764 0.9838</w:t>
        <w:br/>
        <w:t>vn 0.2209 -0.7692 -0.5996</w:t>
        <w:br/>
        <w:t>vn -0.0488 -0.7643 -0.6430</w:t>
        <w:br/>
        <w:t>vn -0.3392 -0.6242 -0.7037</w:t>
        <w:br/>
        <w:t>vn 0.1570 0.4483 -0.8800</w:t>
        <w:br/>
        <w:t>vn 0.0188 0.4699 -0.8825</w:t>
        <w:br/>
        <w:t>vn 0.3166 0.4674 -0.8254</w:t>
        <w:br/>
        <w:t>vn 0.4942 0.2459 -0.8338</w:t>
        <w:br/>
        <w:t>vn 0.4574 0.0343 -0.8886</w:t>
        <w:br/>
        <w:t>vn 0.5343 -0.7856 -0.3121</w:t>
        <w:br/>
        <w:t>vn 0.5341 -0.7855 -0.3126</w:t>
        <w:br/>
        <w:t>vn 0.6275 0.3853 -0.6766</w:t>
        <w:br/>
        <w:t>vn 0.1837 0.3066 -0.9340</w:t>
        <w:br/>
        <w:t>vn 0.6049 0.1323 -0.7852</w:t>
        <w:br/>
        <w:t>vn -0.5228 -0.3846 -0.7608</w:t>
        <w:br/>
        <w:t>vn -0.5304 0.3489 -0.7726</w:t>
        <w:br/>
        <w:t>vn -0.4538 0.7471 -0.4857</w:t>
        <w:br/>
        <w:t>vn -0.1193 0.7270 -0.6762</w:t>
        <w:br/>
        <w:t>vn 0.4554 -0.1474 -0.8780</w:t>
        <w:br/>
        <w:t>vn -0.0395 -0.0280 0.9988</w:t>
        <w:br/>
        <w:t>vn -0.0396 -0.0281 0.9988</w:t>
        <w:br/>
        <w:t>vn -0.0366 0.0118 0.9993</w:t>
        <w:br/>
        <w:t>vn 0.1116 -0.5001 -0.8588</w:t>
        <w:br/>
        <w:t>vn -0.0295 -0.4730 -0.8805</w:t>
        <w:br/>
        <w:t>vn -0.2030 -0.4929 -0.8461</w:t>
        <w:br/>
        <w:t>vn -0.3666 -0.2439 -0.8978</w:t>
        <w:br/>
        <w:t>vn -0.3021 -0.3916 -0.8691</w:t>
        <w:br/>
        <w:t>vn 0.4282 0.6194 -0.6579</w:t>
        <w:br/>
        <w:t>vn 0.6021 0.6089 -0.5164</w:t>
        <w:br/>
        <w:t>vn 0.4282 0.6195 -0.6579</w:t>
        <w:br/>
        <w:t>vn 0.1837 0.3066 -0.9339</w:t>
        <w:br/>
        <w:t>vn -0.3078 0.1460 -0.9402</w:t>
        <w:br/>
        <w:t>vn -0.3666 -0.2440 -0.8978</w:t>
        <w:br/>
        <w:t>vn -0.0538 0.0391 0.9978</w:t>
        <w:br/>
        <w:t>vn -0.0882 0.0448 0.9951</w:t>
        <w:br/>
        <w:t>vn -0.0883 0.0443 0.9951</w:t>
        <w:br/>
        <w:t>vn -0.1081 0.0258 0.9938</w:t>
        <w:br/>
        <w:t>vn -0.1102 -0.0179 0.9938</w:t>
        <w:br/>
        <w:t>vn -0.0894 -0.0443 0.9950</w:t>
        <w:br/>
        <w:t>vn -0.0560 -0.0461 0.9974</w:t>
        <w:br/>
        <w:t>vn -0.0559 -0.0461 0.9974</w:t>
        <w:br/>
        <w:t>vn 0.6082 0.7889 0.0879</w:t>
        <w:br/>
        <w:t>vn 0.5084 0.8609 0.0217</w:t>
        <w:br/>
        <w:t>vn 0.4258 0.8518 -0.3051</w:t>
        <w:br/>
        <w:t>vn 0.5869 0.6766 -0.4448</w:t>
        <w:br/>
        <w:t>vn 0.1687 0.9532 0.2507</w:t>
        <w:br/>
        <w:t>vn 0.7187 0.2191 0.6599</w:t>
        <w:br/>
        <w:t>vn 0.7188 0.2191 0.6598</w:t>
        <w:br/>
        <w:t>vn 0.6375 0.2972 0.7108</w:t>
        <w:br/>
        <w:t>vn 0.5624 0.3957 0.7261</w:t>
        <w:br/>
        <w:t>vn 0.8940 0.2149 0.3932</w:t>
        <w:br/>
        <w:t>vn 0.1871 0.7175 0.6710</w:t>
        <w:br/>
        <w:t>vn 0.4395 0.6721 0.5959</w:t>
        <w:br/>
        <w:t>vn 0.8950 0.4436 -0.0457</w:t>
        <w:br/>
        <w:t>vn 0.6917 0.6869 -0.2229</w:t>
        <w:br/>
        <w:t>vn 0.8940 0.2149 0.3933</w:t>
        <w:br/>
        <w:t>vn 0.4882 0.8699 0.0703</w:t>
        <w:br/>
        <w:t>vn 0.4396 0.6720 0.5960</w:t>
        <w:br/>
        <w:t>vn 0.5086 0.8536 -0.1124</w:t>
        <w:br/>
        <w:t>vn 0.4878 0.2690 0.8305</w:t>
        <w:br/>
        <w:t>vn 0.6494 0.1123 0.7521</w:t>
        <w:br/>
        <w:t>vn 0.9435 0.1359 -0.3023</w:t>
        <w:br/>
        <w:t>vn 0.9134 -0.3366 -0.2291</w:t>
        <w:br/>
        <w:t>vn 0.9435 0.1360 -0.3023</w:t>
        <w:br/>
        <w:t>vn 0.9723 -0.1012 0.2106</w:t>
        <w:br/>
        <w:t>vn 0.9134 -0.3364 -0.2291</w:t>
        <w:br/>
        <w:t>vn 0.4194 0.8852 0.2013</w:t>
        <w:br/>
        <w:t>vn 0.4498 0.6678 0.5930</w:t>
        <w:br/>
        <w:t>vn 0.5624 0.3957 0.7260</w:t>
        <w:br/>
        <w:t>vn -0.7069 -0.6248 -0.3315</w:t>
        <w:br/>
        <w:t>vn -0.7070 -0.6247 -0.3314</w:t>
        <w:br/>
        <w:t>vn -0.7134 -0.6229 -0.3212</w:t>
        <w:br/>
        <w:t>vn -0.7133 -0.6229 -0.3212</w:t>
        <w:br/>
        <w:t>vn -0.7130 -0.6127 -0.3410</w:t>
        <w:br/>
        <w:t>vn -0.7129 -0.6128 -0.3409</w:t>
        <w:br/>
        <w:t>vn -0.7153 -0.6009 -0.3567</w:t>
        <w:br/>
        <w:t>vn -0.7171 -0.6095 -0.3381</w:t>
        <w:br/>
        <w:t>vn -0.7287 -0.6138 -0.3038</w:t>
        <w:br/>
        <w:t>vn -0.7287 -0.6138 -0.3039</w:t>
        <w:br/>
        <w:t>vn -0.7355 -0.6095 -0.2959</w:t>
        <w:br/>
        <w:t>vn -0.7276 -0.6150 -0.3040</w:t>
        <w:br/>
        <w:t>vn 0.5147 0.8522 -0.0941</w:t>
        <w:br/>
        <w:t>vn 0.1413 0.9722 0.1867</w:t>
        <w:br/>
        <w:t>vn 0.1110 0.9918 -0.0631</w:t>
        <w:br/>
        <w:t>vn 0.3418 0.9306 0.1314</w:t>
        <w:br/>
        <w:t>vn 0.4454 0.6232 0.6429</w:t>
        <w:br/>
        <w:t>vn 0.4678 0.1945 0.8622</w:t>
        <w:br/>
        <w:t>vn 0.9430 0.1541 0.2951</w:t>
        <w:br/>
        <w:t>vn 0.8021 0.2568 0.5392</w:t>
        <w:br/>
        <w:t>vn 0.9932 0.1017 -0.0565</w:t>
        <w:br/>
        <w:t>vn 0.9405 0.1344 -0.3121</w:t>
        <w:br/>
        <w:t>vn 0.7579 0.6491 0.0651</w:t>
        <w:br/>
        <w:t>vn 0.5709 0.4232 -0.7036</w:t>
        <w:br/>
        <w:t>vn 0.8005 0.3620 -0.4777</w:t>
        <w:br/>
        <w:t>vn 0.8961 0.3077 -0.3198</w:t>
        <w:br/>
        <w:t>vn 0.6593 0.5453 -0.5176</w:t>
        <w:br/>
        <w:t>vn 0.3256 0.9040 -0.2771</w:t>
        <w:br/>
        <w:t>vn 0.6593 0.5454 -0.5176</w:t>
        <w:br/>
        <w:t>vn 0.3554 0.8334 -0.4233</w:t>
        <w:br/>
        <w:t>vn 0.2304 0.9636 -0.1358</w:t>
        <w:br/>
        <w:t>vn 0.9742 0.2228 0.0372</w:t>
        <w:br/>
        <w:t>vn 0.9741 0.2228 0.0372</w:t>
        <w:br/>
        <w:t>vn 0.8515 0.3814 0.3597</w:t>
        <w:br/>
        <w:t>vn 0.8515 0.3814 0.3598</w:t>
        <w:br/>
        <w:t>vn 0.3417 0.9306 0.1314</w:t>
        <w:br/>
        <w:t>vn 0.7579 0.6491 0.0650</w:t>
        <w:br/>
        <w:t>vn 0.5252 0.7311 0.4354</w:t>
        <w:br/>
        <w:t>vn 0.2866 0.9362 0.2033</w:t>
        <w:br/>
        <w:t>vn 0.2425 0.7616 -0.6010</w:t>
        <w:br/>
        <w:t>vn 0.5708 0.4232 -0.7036</w:t>
        <w:br/>
        <w:t>vn 0.1811 0.4429 -0.8781</w:t>
        <w:br/>
        <w:t>vn 0.2425 0.7616 -0.6009</w:t>
        <w:br/>
        <w:t>vn -0.7296 -0.6820 0.0500</w:t>
        <w:br/>
        <w:t>vn -0.7033 -0.7050 0.0914</w:t>
        <w:br/>
        <w:t>vn -0.7033 -0.7050 0.0913</w:t>
        <w:br/>
        <w:t>vn -0.7213 -0.6926 0.0066</w:t>
        <w:br/>
        <w:t>vn -0.6988 -0.7152 0.0105</w:t>
        <w:br/>
        <w:t>vn -0.6650 -0.7450 0.0524</w:t>
        <w:br/>
        <w:t>vn -0.6483 -0.7555 0.0948</w:t>
        <w:br/>
        <w:t>vn -0.6541 -0.7466 0.1219</w:t>
        <w:br/>
        <w:t>vn -0.6540 -0.7466 0.1220</w:t>
        <w:br/>
        <w:t>vn -0.6667 -0.7361 0.1170</w:t>
        <w:br/>
        <w:t>vn 0.7558 -0.1743 -0.6312</w:t>
        <w:br/>
        <w:t>vn 0.9053 -0.2909 -0.3095</w:t>
        <w:br/>
        <w:t>vn 0.8524 -0.4884 -0.1871</w:t>
        <w:br/>
        <w:t>vn 0.6184 -0.2819 -0.7336</w:t>
        <w:br/>
        <w:t>vn 0.7968 -0.6038 -0.0227</w:t>
        <w:br/>
        <w:t>vn 0.4671 -0.3069 -0.8292</w:t>
        <w:br/>
        <w:t>vn -0.1806 -0.9331 -0.3110</w:t>
        <w:br/>
        <w:t>vn -0.0563 -0.8542 -0.5168</w:t>
        <w:br/>
        <w:t>vn -0.0842 -0.9958 -0.0355</w:t>
        <w:br/>
        <w:t>vn -0.0843 -0.9958 -0.0355</w:t>
        <w:br/>
        <w:t>vn -0.0757 0.0211 -0.9969</w:t>
        <w:br/>
        <w:t>vn 0.5765 0.0249 -0.8167</w:t>
        <w:br/>
        <w:t>vn 0.3421 -0.0511 -0.9383</w:t>
        <w:br/>
        <w:t>vn 0.4828 -0.5914 0.6458</w:t>
        <w:br/>
        <w:t>vn 0.4829 -0.5915 0.6458</w:t>
        <w:br/>
        <w:t>vn 0.3358 -0.8690 0.3633</w:t>
        <w:br/>
        <w:t>vn 0.4828 -0.5914 0.6459</w:t>
        <w:br/>
        <w:t>vn 0.8114 0.0226 -0.5841</w:t>
        <w:br/>
        <w:t>vn 0.9386 -0.0886 -0.3336</w:t>
        <w:br/>
        <w:t>vn 0.6347 -0.4454 -0.6315</w:t>
        <w:br/>
        <w:t>vn 0.9209 -0.3287 -0.2095</w:t>
        <w:br/>
        <w:t>vn 0.1350 -0.6649 -0.7346</w:t>
        <w:br/>
        <w:t>vn 0.1067 -0.9875 -0.1162</w:t>
        <w:br/>
        <w:t>vn 0.0153 -0.9078 -0.4191</w:t>
        <w:br/>
        <w:t>vn 0.0431 -0.9659 -0.2553</w:t>
        <w:br/>
        <w:t>vn 0.2841 -0.9575 -0.0505</w:t>
        <w:br/>
        <w:t>vn 0.3972 -0.9159 0.0570</w:t>
        <w:br/>
        <w:t>vn -0.5118 0.7333 0.4475</w:t>
        <w:br/>
        <w:t>vn -0.5040 0.7418 0.4424</w:t>
        <w:br/>
        <w:t>vn -0.5119 0.7333 0.4475</w:t>
        <w:br/>
        <w:t>vn -0.5058 0.7400 0.4434</w:t>
        <w:br/>
        <w:t>vn -0.5163 0.7370 0.4363</w:t>
        <w:br/>
        <w:t>vn -0.5163 0.7370 0.4362</w:t>
        <w:br/>
        <w:t>vn -0.5217 0.7333 0.4360</w:t>
        <w:br/>
        <w:t>vn -0.5262 0.7269 0.4414</w:t>
        <w:br/>
        <w:t>vn -0.5261 0.7269 0.4414</w:t>
        <w:br/>
        <w:t>vn -0.5223 0.7264 0.4467</w:t>
        <w:br/>
        <w:t>vn -0.5222 0.7265 0.4467</w:t>
        <w:br/>
        <w:t>vn -0.5151 0.7273 0.4536</w:t>
        <w:br/>
        <w:t>vn -0.5151 0.7272 0.4537</w:t>
        <w:br/>
        <w:t>vn 0.5055 0.8320 0.2284</w:t>
        <w:br/>
        <w:t>vn 0.3948 0.9109 -0.1198</w:t>
        <w:br/>
        <w:t>vn 0.1459 0.9893 0.0063</w:t>
        <w:br/>
        <w:t>vn 0.2295 0.9483 -0.2194</w:t>
        <w:br/>
        <w:t>vn 0.6687 0.2852 0.6867</w:t>
        <w:br/>
        <w:t>vn 0.8577 0.1423 0.4941</w:t>
        <w:br/>
        <w:t>vn 0.4787 0.4385 0.7606</w:t>
        <w:br/>
        <w:t>vn 0.2094 0.7802 0.5894</w:t>
        <w:br/>
        <w:t>vn 0.7817 0.3433 0.5206</w:t>
        <w:br/>
        <w:t>vn 0.6938 0.6446 0.3212</w:t>
        <w:br/>
        <w:t>vn 0.9508 0.0887 0.2969</w:t>
        <w:br/>
        <w:t>vn 0.9166 0.2267 -0.3295</w:t>
        <w:br/>
        <w:t>vn 0.9166 0.2267 -0.3294</w:t>
        <w:br/>
        <w:t>vn 0.6546 0.1773 -0.7349</w:t>
        <w:br/>
        <w:t>vn 0.6546 0.1774 -0.7349</w:t>
        <w:br/>
        <w:t>vn 0.6083 0.5823 -0.5393</w:t>
        <w:br/>
        <w:t>vn 0.5142 0.8120 -0.2761</w:t>
        <w:br/>
        <w:t>vn 0.6049 0.7051 -0.3699</w:t>
        <w:br/>
        <w:t>vn 0.3499 0.9080 -0.2304</w:t>
        <w:br/>
        <w:t>vn 0.6082 0.5824 -0.5394</w:t>
        <w:br/>
        <w:t>vn 0.9529 0.1971 0.2306</w:t>
        <w:br/>
        <w:t>vn 0.8976 0.1988 0.3935</w:t>
        <w:br/>
        <w:t>vn 0.8282 0.2404 0.5063</w:t>
        <w:br/>
        <w:t>vn 0.9160 0.3749 -0.1425</w:t>
        <w:br/>
        <w:t>vn 0.3949 0.9109 -0.1198</w:t>
        <w:br/>
        <w:t>vn 0.9160 0.3749 -0.1426</w:t>
        <w:br/>
        <w:t>vn 0.3874 0.8145 0.4319</w:t>
        <w:br/>
        <w:t>vn 0.6348 0.4741 0.6101</w:t>
        <w:br/>
        <w:t>vn 0.5055 0.8320 0.2285</w:t>
        <w:br/>
        <w:t>vn 0.2800 0.9554 0.0940</w:t>
        <w:br/>
        <w:t>vn 0.8282 0.2403 0.5063</w:t>
        <w:br/>
        <w:t>vn -0.7383 -0.6284 -0.2450</w:t>
        <w:br/>
        <w:t>vn -0.7427 -0.6362 -0.2087</w:t>
        <w:br/>
        <w:t>vn -0.7427 -0.6362 -0.2086</w:t>
        <w:br/>
        <w:t>vn -0.7152 -0.6493 -0.2586</w:t>
        <w:br/>
        <w:t>vn -0.6987 -0.6741 -0.2395</w:t>
        <w:br/>
        <w:t>vn -0.6831 -0.7069 -0.1835</w:t>
        <w:br/>
        <w:t>vn -0.6807 -0.7208 -0.1308</w:t>
        <w:br/>
        <w:t>vn -0.7103 -0.6962 -0.1041</w:t>
        <w:br/>
        <w:t>vn -0.7335 -0.6652 -0.1394</w:t>
        <w:br/>
        <w:t>vn 0.4789 0.8720 0.1017</w:t>
        <w:br/>
        <w:t>vn 0.3530 0.9313 0.0894</w:t>
        <w:br/>
        <w:t>vn 0.1656 0.9680 -0.1884</w:t>
        <w:br/>
        <w:t>vn 0.2929 0.8636 -0.4103</w:t>
        <w:br/>
        <w:t>vn 0.1029 0.8992 0.4252</w:t>
        <w:br/>
        <w:t>vn 0.8611 0.2411 0.4477</w:t>
        <w:br/>
        <w:t>vn 0.7917 0.2877 0.5390</w:t>
        <w:br/>
        <w:t>vn 0.7127 0.3621 0.6007</w:t>
        <w:br/>
        <w:t>vn 0.9328 0.3280 0.1493</w:t>
        <w:br/>
        <w:t>vn 0.2986 0.5964 0.7450</w:t>
        <w:br/>
        <w:t>vn 0.5137 0.6239 0.5889</w:t>
        <w:br/>
        <w:t>vn 0.7499 0.6320 -0.1955</w:t>
        <w:br/>
        <w:t>vn 0.4648 0.8536 -0.2350</w:t>
        <w:br/>
        <w:t>vn 0.3495 0.9260 0.1423</w:t>
        <w:br/>
        <w:t>vn 0.4648 0.8537 -0.2350</w:t>
        <w:br/>
        <w:t>vn 0.3083 0.9506 -0.0358</w:t>
        <w:br/>
        <w:t>vn 0.6980 0.2041 0.6864</w:t>
        <w:br/>
        <w:t>vn 0.8438 0.1056 0.5261</w:t>
        <w:br/>
        <w:t>vn 0.8439 0.1056 0.5261</w:t>
        <w:br/>
        <w:t>vn 0.7519 0.3990 -0.5248</w:t>
        <w:br/>
        <w:t>vn 0.8183 -0.0729 -0.5701</w:t>
        <w:br/>
        <w:t>vn 0.9893 0.0790 -0.1229</w:t>
        <w:br/>
        <w:t>vn 0.8183 -0.0730 -0.5701</w:t>
        <w:br/>
        <w:t>vn 0.3283 0.8998 0.2872</w:t>
        <w:br/>
        <w:t>vn 0.5227 0.6228 0.5821</w:t>
        <w:br/>
        <w:t>vn 0.7127 0.3621 0.6008</w:t>
        <w:br/>
        <w:t>vn -0.6903 -0.6895 -0.2193</w:t>
        <w:br/>
        <w:t>vn -0.6903 -0.6895 -0.2192</w:t>
        <w:br/>
        <w:t>vn -0.6919 -0.6762 -0.2530</w:t>
        <w:br/>
        <w:t>vn -0.6919 -0.6762 -0.2531</w:t>
        <w:br/>
        <w:t>vn -0.6944 -0.6886 -0.2088</w:t>
        <w:br/>
        <w:t>vn -0.6891 -0.6904 -0.2201</w:t>
        <w:br/>
        <w:t>vn -0.6807 -0.6914 -0.2423</w:t>
        <w:br/>
        <w:t>vn -0.6780 -0.6898 -0.2539</w:t>
        <w:br/>
        <w:t>vn -0.6781 -0.6898 -0.2538</w:t>
        <w:br/>
        <w:t>vn -0.6886 -0.6778 -0.2577</w:t>
        <w:br/>
        <w:t>vn -0.6887 -0.6777 -0.2577</w:t>
        <w:br/>
        <w:t>vn -0.6980 -0.6637 -0.2689</w:t>
        <w:br/>
        <w:t>vn -0.6979 -0.6640 -0.2685</w:t>
        <w:br/>
        <w:t>vn 0.8754 -0.2519 0.4126</w:t>
        <w:br/>
        <w:t>vn 0.7556 -0.3851 0.5299</w:t>
        <w:br/>
        <w:t>vn 0.8675 -0.4917 -0.0748</w:t>
        <w:br/>
        <w:t>vn 0.9478 -0.3147 0.0509</w:t>
        <w:br/>
        <w:t>vn 0.6233 -0.4329 0.6512</w:t>
        <w:br/>
        <w:t>vn 0.7768 -0.5840 -0.2357</w:t>
        <w:br/>
        <w:t>vn -0.1590 -0.9858 -0.0547</w:t>
        <w:br/>
        <w:t>vn 0.2563 -0.7979 -0.5455</w:t>
        <w:br/>
        <w:t>vn -0.1774 -0.9502 0.2563</w:t>
        <w:br/>
        <w:t>vn -0.1774 -0.9502 0.2562</w:t>
        <w:br/>
        <w:t>vn 0.7525 -0.4519 -0.4790</w:t>
        <w:br/>
        <w:t>vn 0.2563 -0.7980 -0.5455</w:t>
        <w:br/>
        <w:t>vn 0.3803 -0.4368 -0.8153</w:t>
        <w:br/>
        <w:t>vn 0.9137 -0.3165 -0.2550</w:t>
        <w:br/>
        <w:t>vn 0.5488 -0.2992 0.7806</w:t>
        <w:br/>
        <w:t>vn 0.1685 -0.2544 0.9523</w:t>
        <w:br/>
        <w:t>vn 0.1171 -0.6330 0.7653</w:t>
        <w:br/>
        <w:t>vn 0.9790 -0.1832 0.0891</w:t>
        <w:br/>
        <w:t>vn 0.9275 -0.1517 0.3418</w:t>
        <w:br/>
        <w:t>vn 0.9805 -0.0053 0.1966</w:t>
        <w:br/>
        <w:t>vn 0.9274 -0.1517 0.3418</w:t>
        <w:br/>
        <w:t>vn 0.2727 -0.9571 -0.0975</w:t>
        <w:br/>
        <w:t>vn 0.3720 -0.8998 -0.2282</w:t>
        <w:br/>
        <w:t>vn 0.1037 -0.9945 0.0161</w:t>
        <w:br/>
        <w:t>vn 0.1815 -0.8698 0.4588</w:t>
        <w:br/>
        <w:t>vn 0.0501 -0.9490 0.3112</w:t>
        <w:br/>
        <w:t>vn 0.2378 -0.7707 0.5911</w:t>
        <w:br/>
        <w:t>vn -0.5767 0.7881 -0.2154</w:t>
        <w:br/>
        <w:t>vn -0.5837 0.7823 -0.2173</w:t>
        <w:br/>
        <w:t>vn -0.5837 0.7823 -0.2172</w:t>
        <w:br/>
        <w:t>vn -0.5767 0.7880 -0.2154</w:t>
        <w:br/>
        <w:t>vn -0.5940 0.7706 -0.2312</w:t>
        <w:br/>
        <w:t>vn -0.5941 0.7650 -0.2486</w:t>
        <w:br/>
        <w:t>vn -0.5828 0.7700 -0.2597</w:t>
        <w:br/>
        <w:t>vn -0.5757 0.7762 -0.2568</w:t>
        <w:br/>
        <w:t>vn -0.5757 0.7763 -0.2569</w:t>
        <w:br/>
        <w:t>vn -0.5679 0.7867 -0.2422</w:t>
        <w:br/>
        <w:t>vn -0.5679 0.7867 -0.2421</w:t>
        <w:br/>
        <w:t>vn -0.5679 0.7916 -0.2257</w:t>
        <w:br/>
        <w:t>vn 0.5132 0.1067 0.8516</w:t>
        <w:br/>
        <w:t>vn 0.3384 0.0216 0.9407</w:t>
        <w:br/>
        <w:t>vn 0.7063 -0.3261 0.6283</w:t>
        <w:br/>
        <w:t>vn 0.7226 -0.1196 0.6808</w:t>
        <w:br/>
        <w:t>vn 0.1520 0.0236 0.9881</w:t>
        <w:br/>
        <w:t>vn 0.6925 -0.4856 0.5335</w:t>
        <w:br/>
        <w:t>vn -0.2015 -0.9216 0.3318</w:t>
        <w:br/>
        <w:t>vn 0.4708 -0.8765 0.1003</w:t>
        <w:br/>
        <w:t>vn -0.4030 -0.7717 0.4921</w:t>
        <w:br/>
        <w:t>vn 0.8691 -0.4360 0.2338</w:t>
        <w:br/>
        <w:t>vn 0.7381 -0.6430 -0.2042</w:t>
        <w:br/>
        <w:t>vn 0.8903 -0.1882 0.4146</w:t>
        <w:br/>
        <w:t>vn -0.2178 0.2383 0.9464</w:t>
        <w:br/>
        <w:t>vn -0.2884 -0.2328 0.9288</w:t>
        <w:br/>
        <w:t>vn 0.1132 0.1894 0.9754</w:t>
        <w:br/>
        <w:t>vn 0.3424 0.2376 0.9090</w:t>
        <w:br/>
        <w:t>vn -0.2883 -0.2328 0.9288</w:t>
        <w:br/>
        <w:t>vn 0.7662 0.0869 0.6368</w:t>
        <w:br/>
        <w:t>vn 0.5881 0.2088 0.7814</w:t>
        <w:br/>
        <w:t>vn 0.2223 -0.8265 0.5171</w:t>
        <w:br/>
        <w:t>vn 0.3730 -0.8119 0.4492</w:t>
        <w:br/>
        <w:t>vn 0.0301 -0.8490 0.5275</w:t>
        <w:br/>
        <w:t>vn -0.1371 -0.5378 0.8319</w:t>
        <w:br/>
        <w:t>vn -0.1717 -0.6976 0.6956</w:t>
        <w:br/>
        <w:t>vn -0.1562 -0.3830 0.9104</w:t>
        <w:br/>
        <w:t>vn -0.3417 0.4735 -0.8118</w:t>
        <w:br/>
        <w:t>vn -0.3314 0.4901 -0.8062</w:t>
        <w:br/>
        <w:t>vn -0.3150 0.4897 -0.8130</w:t>
        <w:br/>
        <w:t>vn -0.3216 0.4536 -0.8311</w:t>
        <w:br/>
        <w:t>vn -0.3125 0.4459 -0.8388</w:t>
        <w:br/>
        <w:t>vn -0.3125 0.4455 -0.8390</w:t>
        <w:br/>
        <w:t>vn -0.3080 0.4540 -0.8361</w:t>
        <w:br/>
        <w:t>vn -0.3078 0.4542 -0.8360</w:t>
        <w:br/>
        <w:t>vn -0.3087 0.4711 -0.8263</w:t>
        <w:br/>
        <w:t>vn -0.3173 0.4823 -0.8165</w:t>
        <w:br/>
        <w:t>vn 0.6968 -0.1452 0.7024</w:t>
        <w:br/>
        <w:t>vn 0.5631 -0.2485 0.7881</w:t>
        <w:br/>
        <w:t>vn 0.8017 -0.4596 0.3820</w:t>
        <w:br/>
        <w:t>vn 0.8378 -0.2575 0.4814</w:t>
        <w:br/>
        <w:t>vn 0.4324 -0.2771 0.8581</w:t>
        <w:br/>
        <w:t>vn 0.7727 -0.5840 0.2486</w:t>
        <w:br/>
        <w:t>vn -0.1662 -0.9828 0.0799</w:t>
        <w:br/>
        <w:t>vn 0.0990 -0.9875 -0.1223</w:t>
        <w:br/>
        <w:t>vn 0.3611 -0.9088 -0.2088</w:t>
        <w:br/>
        <w:t>vn -0.2752 -0.9057 0.3224</w:t>
        <w:br/>
        <w:t>vn -0.2752 -0.9057 0.3225</w:t>
        <w:br/>
        <w:t>vn 0.5803 -0.6629 -0.4732</w:t>
        <w:br/>
        <w:t>vn 0.5803 -0.6628 -0.4733</w:t>
        <w:br/>
        <w:t>vn -0.1111 0.0059 0.9938</w:t>
        <w:br/>
        <w:t>vn -0.1349 -0.4616 0.8768</w:t>
        <w:br/>
        <w:t>vn 0.2851 -0.0666 0.9562</w:t>
        <w:br/>
        <w:t>vn -0.1348 -0.4616 0.8768</w:t>
        <w:br/>
        <w:t>vn 0.7054 -0.2342 0.6689</w:t>
        <w:br/>
        <w:t>vn 0.8653 -0.1094 0.4891</w:t>
        <w:br/>
        <w:t>vn 0.8558 -0.3104 0.4139</w:t>
        <w:br/>
        <w:t>vn 0.8350 0.0967 0.5417</w:t>
        <w:br/>
        <w:t>vn 0.7479 -0.0160 0.6637</w:t>
        <w:br/>
        <w:t>vn 0.2427 -0.9511 0.1909</w:t>
        <w:br/>
        <w:t>vn 0.3764 -0.9193 0.1148</w:t>
        <w:br/>
        <w:t>vn 0.0452 -0.9762 0.2122</w:t>
        <w:br/>
        <w:t>vn -0.0694 -0.8847 0.4610</w:t>
        <w:br/>
        <w:t>vn 0.0695 -0.6427 0.7630</w:t>
        <w:br/>
        <w:t>vn 0.7054 -0.2342 0.6690</w:t>
        <w:br/>
        <w:t>vn 0.0695 -0.6427 0.7629</w:t>
        <w:br/>
        <w:t>vn -0.4694 0.6788 -0.5648</w:t>
        <w:br/>
        <w:t>vn -0.4693 0.6789 -0.5646</w:t>
        <w:br/>
        <w:t>vn -0.4739 0.6746 -0.5660</w:t>
        <w:br/>
        <w:t>vn -0.4738 0.6746 -0.5660</w:t>
        <w:br/>
        <w:t>vn -0.4752 0.6693 -0.5711</w:t>
        <w:br/>
        <w:t>vn -0.4752 0.6693 -0.5712</w:t>
        <w:br/>
        <w:t>vn -0.4723 0.6685 -0.5745</w:t>
        <w:br/>
        <w:t>vn -0.4722 0.6686 -0.5744</w:t>
        <w:br/>
        <w:t>vn -0.4677 0.6704 -0.5760</w:t>
        <w:br/>
        <w:t>vn -0.4678 0.6705 -0.5759</w:t>
        <w:br/>
        <w:t>vn -0.4654 0.6728 -0.5751</w:t>
        <w:br/>
        <w:t>vn -0.4654 0.6729 -0.5750</w:t>
        <w:br/>
        <w:t>vn -0.4634 0.6772 -0.5715</w:t>
        <w:br/>
        <w:t>vn -0.4643 0.6799 -0.5676</w:t>
        <w:br/>
        <w:t>vn -0.4642 0.6799 -0.5676</w:t>
        <w:br/>
        <w:t>vn -0.6082 0.7889 0.0879</w:t>
        <w:br/>
        <w:t>vn -0.5869 0.6765 -0.4448</w:t>
        <w:br/>
        <w:t>vn -0.4258 0.8519 -0.3049</w:t>
        <w:br/>
        <w:t>vn -0.5083 0.8609 0.0218</w:t>
        <w:br/>
        <w:t>vn -0.1687 0.9532 0.2507</w:t>
        <w:br/>
        <w:t>vn -0.6375 0.2973 0.7108</w:t>
        <w:br/>
        <w:t>vn -0.7188 0.2191 0.6598</w:t>
        <w:br/>
        <w:t>vn -0.7187 0.2191 0.6598</w:t>
        <w:br/>
        <w:t>vn -0.5624 0.3957 0.7260</w:t>
        <w:br/>
        <w:t>vn -0.8940 0.2150 0.3932</w:t>
        <w:br/>
        <w:t>vn -0.1871 0.7175 0.6710</w:t>
        <w:br/>
        <w:t>vn -0.4396 0.6720 0.5959</w:t>
        <w:br/>
        <w:t>vn -0.8950 0.4437 -0.0456</w:t>
        <w:br/>
        <w:t>vn -0.6917 0.6869 -0.2230</w:t>
        <w:br/>
        <w:t>vn -0.8950 0.4436 -0.0456</w:t>
        <w:br/>
        <w:t>vn -0.5084 0.8609 0.0218</w:t>
        <w:br/>
        <w:t>vn -0.4882 0.8699 0.0703</w:t>
        <w:br/>
        <w:t>vn -0.5085 0.8537 -0.1124</w:t>
        <w:br/>
        <w:t>vn -0.6917 0.6869 -0.2229</w:t>
        <w:br/>
        <w:t>vn -0.4878 0.2690 0.8305</w:t>
        <w:br/>
        <w:t>vn -0.6495 0.1123 0.7521</w:t>
        <w:br/>
        <w:t>vn -0.6494 0.1123 0.7521</w:t>
        <w:br/>
        <w:t>vn -0.9435 0.1360 -0.3023</w:t>
        <w:br/>
        <w:t>vn -0.9134 -0.3364 -0.2291</w:t>
        <w:br/>
        <w:t>vn -0.9135 -0.3363 -0.2291</w:t>
        <w:br/>
        <w:t>vn -0.9723 -0.1012 0.2106</w:t>
        <w:br/>
        <w:t>vn -0.9435 0.1359 -0.3023</w:t>
        <w:br/>
        <w:t>vn -0.4194 0.8852 0.2013</w:t>
        <w:br/>
        <w:t>vn -0.6082 0.7889 0.0880</w:t>
        <w:br/>
        <w:t>vn -0.4498 0.6678 0.5930</w:t>
        <w:br/>
        <w:t>vn 0.7069 -0.6248 -0.3315</w:t>
        <w:br/>
        <w:t>vn 0.7133 -0.6229 -0.3212</w:t>
        <w:br/>
        <w:t>vn 0.7129 -0.6128 -0.3410</w:t>
        <w:br/>
        <w:t>vn 0.7129 -0.6127 -0.3410</w:t>
        <w:br/>
        <w:t>vn 0.7153 -0.6009 -0.3567</w:t>
        <w:br/>
        <w:t>vn 0.7171 -0.6096 -0.3380</w:t>
        <w:br/>
        <w:t>vn 0.7171 -0.6095 -0.3380</w:t>
        <w:br/>
        <w:t>vn 0.7286 -0.6138 -0.3039</w:t>
        <w:br/>
        <w:t>vn 0.7354 -0.6096 -0.2959</w:t>
        <w:br/>
        <w:t>vn 0.7276 -0.6150 -0.3040</w:t>
        <w:br/>
        <w:t>vn -0.1111 0.9918 -0.0631</w:t>
        <w:br/>
        <w:t>vn -0.1414 0.9722 0.1867</w:t>
        <w:br/>
        <w:t>vn -0.5147 0.8522 -0.0941</w:t>
        <w:br/>
        <w:t>vn -0.3418 0.9305 0.1314</w:t>
        <w:br/>
        <w:t>vn -0.9430 0.1541 0.2951</w:t>
        <w:br/>
        <w:t>vn -0.4677 0.1945 0.8622</w:t>
        <w:br/>
        <w:t>vn -0.4454 0.6232 0.6429</w:t>
        <w:br/>
        <w:t>vn -0.8021 0.2567 0.5392</w:t>
        <w:br/>
        <w:t>vn -0.4455 0.6231 0.6429</w:t>
        <w:br/>
        <w:t>vn -0.9932 0.1017 -0.0564</w:t>
        <w:br/>
        <w:t>vn -0.9405 0.1344 -0.3121</w:t>
        <w:br/>
        <w:t>vn -0.7579 0.6491 0.0650</w:t>
        <w:br/>
        <w:t>vn -0.5708 0.4232 -0.7036</w:t>
        <w:br/>
        <w:t>vn -0.8005 0.3620 -0.4777</w:t>
        <w:br/>
        <w:t>vn -0.6593 0.5454 -0.5176</w:t>
        <w:br/>
        <w:t>vn -0.8961 0.3077 -0.3199</w:t>
        <w:br/>
        <w:t>vn -0.6593 0.5453 -0.5176</w:t>
        <w:br/>
        <w:t>vn -0.3256 0.9040 -0.2771</w:t>
        <w:br/>
        <w:t>vn -0.3553 0.8334 -0.4234</w:t>
        <w:br/>
        <w:t>vn -0.2304 0.9636 -0.1358</w:t>
        <w:br/>
        <w:t>vn -0.9741 0.2228 0.0372</w:t>
        <w:br/>
        <w:t>vn -0.8515 0.3814 0.3598</w:t>
        <w:br/>
        <w:t>vn -0.7579 0.6491 0.0651</w:t>
        <w:br/>
        <w:t>vn -0.3418 0.9306 0.1313</w:t>
        <w:br/>
        <w:t>vn -0.8515 0.3814 0.3597</w:t>
        <w:br/>
        <w:t>vn -0.5252 0.7311 0.4355</w:t>
        <w:br/>
        <w:t>vn -0.2866 0.9362 0.2035</w:t>
        <w:br/>
        <w:t>vn -0.1811 0.4429 -0.8781</w:t>
        <w:br/>
        <w:t>vn -0.5709 0.4232 -0.7036</w:t>
        <w:br/>
        <w:t>vn -0.2425 0.7616 -0.6010</w:t>
        <w:br/>
        <w:t>vn 0.7296 -0.6820 0.0500</w:t>
        <w:br/>
        <w:t>vn 0.7033 -0.7050 0.0914</w:t>
        <w:br/>
        <w:t>vn 0.7033 -0.7050 0.0913</w:t>
        <w:br/>
        <w:t>vn 0.7213 -0.6926 0.0066</w:t>
        <w:br/>
        <w:t>vn 0.6988 -0.7152 0.0105</w:t>
        <w:br/>
        <w:t>vn 0.6989 -0.7152 0.0105</w:t>
        <w:br/>
        <w:t>vn 0.6650 -0.7450 0.0524</w:t>
        <w:br/>
        <w:t>vn 0.6483 -0.7555 0.0948</w:t>
        <w:br/>
        <w:t>vn 0.6540 -0.7466 0.1220</w:t>
        <w:br/>
        <w:t>vn 0.6667 -0.7361 0.1170</w:t>
        <w:br/>
        <w:t>vn -0.7558 -0.1743 -0.6312</w:t>
        <w:br/>
        <w:t>vn -0.6184 -0.2819 -0.7335</w:t>
        <w:br/>
        <w:t>vn -0.8524 -0.4884 -0.1870</w:t>
        <w:br/>
        <w:t>vn -0.9053 -0.2909 -0.3095</w:t>
        <w:br/>
        <w:t>vn -0.7968 -0.6038 -0.0227</w:t>
        <w:br/>
        <w:t>vn -0.4671 -0.3069 -0.8292</w:t>
        <w:br/>
        <w:t>vn 0.1806 -0.9331 -0.3110</w:t>
        <w:br/>
        <w:t>vn 0.0562 -0.8542 -0.5168</w:t>
        <w:br/>
        <w:t>vn 0.0842 -0.9958 -0.0356</w:t>
        <w:br/>
        <w:t>vn -0.5765 0.0249 -0.8167</w:t>
        <w:br/>
        <w:t>vn 0.0757 0.0211 -0.9969</w:t>
        <w:br/>
        <w:t>vn -0.3422 -0.0511 -0.9383</w:t>
        <w:br/>
        <w:t>vn -0.4828 -0.5914 0.6458</w:t>
        <w:br/>
        <w:t>vn -0.4828 -0.5914 0.6459</w:t>
        <w:br/>
        <w:t>vn -0.3358 -0.8690 0.3633</w:t>
        <w:br/>
        <w:t>vn -0.4829 -0.5914 0.6458</w:t>
        <w:br/>
        <w:t>vn -0.8113 0.0226 -0.5842</w:t>
        <w:br/>
        <w:t>vn -0.9386 -0.0886 -0.3335</w:t>
        <w:br/>
        <w:t>vn -0.6347 -0.4454 -0.6315</w:t>
        <w:br/>
        <w:t>vn -0.9209 -0.3287 -0.2094</w:t>
        <w:br/>
        <w:t>vn -0.1350 -0.6648 -0.7347</w:t>
        <w:br/>
        <w:t>vn -0.1067 -0.9875 -0.1162</w:t>
        <w:br/>
        <w:t>vn -0.2842 -0.9574 -0.0505</w:t>
        <w:br/>
        <w:t>vn -0.0432 -0.9659 -0.2553</w:t>
        <w:br/>
        <w:t>vn -0.0154 -0.9078 -0.4192</w:t>
        <w:br/>
        <w:t>vn -0.3973 -0.9159 0.0570</w:t>
        <w:br/>
        <w:t>vn 0.5039 0.7419 0.4424</w:t>
        <w:br/>
        <w:t>vn 0.5040 0.7418 0.4423</w:t>
        <w:br/>
        <w:t>vn 0.5118 0.7333 0.4475</w:t>
        <w:br/>
        <w:t>vn 0.5119 0.7332 0.4475</w:t>
        <w:br/>
        <w:t>vn 0.5058 0.7400 0.4434</w:t>
        <w:br/>
        <w:t>vn 0.5058 0.7400 0.4433</w:t>
        <w:br/>
        <w:t>vn 0.5163 0.7370 0.4362</w:t>
        <w:br/>
        <w:t>vn 0.5217 0.7333 0.4360</w:t>
        <w:br/>
        <w:t>vn 0.5262 0.7269 0.4414</w:t>
        <w:br/>
        <w:t>vn 0.5261 0.7269 0.4414</w:t>
        <w:br/>
        <w:t>vn 0.5223 0.7264 0.4467</w:t>
        <w:br/>
        <w:t>vn 0.5222 0.7264 0.4467</w:t>
        <w:br/>
        <w:t>vn 0.5152 0.7272 0.4536</w:t>
        <w:br/>
        <w:t>vn -0.5056 0.8320 0.2285</w:t>
        <w:br/>
        <w:t>vn -0.2295 0.9482 -0.2194</w:t>
        <w:br/>
        <w:t>vn -0.1460 0.9893 0.0063</w:t>
        <w:br/>
        <w:t>vn -0.3949 0.9109 -0.1198</w:t>
        <w:br/>
        <w:t>vn -0.6687 0.2852 0.6867</w:t>
        <w:br/>
        <w:t>vn -0.4787 0.4385 0.7606</w:t>
        <w:br/>
        <w:t>vn -0.8577 0.1423 0.4941</w:t>
        <w:br/>
        <w:t>vn -0.2094 0.7803 0.5894</w:t>
        <w:br/>
        <w:t>vn -0.7818 0.3433 0.5206</w:t>
        <w:br/>
        <w:t>vn -0.2093 0.7803 0.5894</w:t>
        <w:br/>
        <w:t>vn -0.9508 0.0888 0.2969</w:t>
        <w:br/>
        <w:t>vn -0.6938 0.6446 0.3212</w:t>
        <w:br/>
        <w:t>vn -0.9166 0.2266 -0.3295</w:t>
        <w:br/>
        <w:t>vn -0.6546 0.1773 -0.7349</w:t>
        <w:br/>
        <w:t>vn -0.6545 0.1773 -0.7349</w:t>
        <w:br/>
        <w:t>vn -0.9166 0.2267 -0.3295</w:t>
        <w:br/>
        <w:t>vn -0.6082 0.5824 -0.5393</w:t>
        <w:br/>
        <w:t>vn -0.5142 0.8120 -0.2761</w:t>
        <w:br/>
        <w:t>vn -0.3500 0.9080 -0.2305</w:t>
        <w:br/>
        <w:t>vn -0.6049 0.7051 -0.3699</w:t>
        <w:br/>
        <w:t>vn -0.9529 0.1972 0.2306</w:t>
        <w:br/>
        <w:t>vn -0.8282 0.2403 0.5063</w:t>
        <w:br/>
        <w:t>vn -0.8976 0.1988 0.3934</w:t>
        <w:br/>
        <w:t>vn -0.7817 0.3433 0.5206</w:t>
        <w:br/>
        <w:t>vn -0.9160 0.3749 -0.1426</w:t>
        <w:br/>
        <w:t>vn -0.6348 0.4741 0.6101</w:t>
        <w:br/>
        <w:t>vn -0.3874 0.8145 0.4319</w:t>
        <w:br/>
        <w:t>vn -0.5055 0.8320 0.2285</w:t>
        <w:br/>
        <w:t>vn -0.2800 0.9554 0.0941</w:t>
        <w:br/>
        <w:t>vn 0.7383 -0.6284 -0.2450</w:t>
        <w:br/>
        <w:t>vn 0.7428 -0.6362 -0.2086</w:t>
        <w:br/>
        <w:t>vn 0.7152 -0.6493 -0.2587</w:t>
        <w:br/>
        <w:t>vn 0.6987 -0.6741 -0.2396</w:t>
        <w:br/>
        <w:t>vn 0.6987 -0.6742 -0.2395</w:t>
        <w:br/>
        <w:t>vn 0.6830 -0.7070 -0.1835</w:t>
        <w:br/>
        <w:t>vn 0.6807 -0.7208 -0.1308</w:t>
        <w:br/>
        <w:t>vn 0.6807 -0.7207 -0.1308</w:t>
        <w:br/>
        <w:t>vn 0.7103 -0.6961 -0.1041</w:t>
        <w:br/>
        <w:t>vn 0.7103 -0.6962 -0.1041</w:t>
        <w:br/>
        <w:t>vn 0.7335 -0.6652 -0.1394</w:t>
        <w:br/>
        <w:t>vn -0.4789 0.8720 0.1017</w:t>
        <w:br/>
        <w:t>vn -0.2929 0.8636 -0.4104</w:t>
        <w:br/>
        <w:t>vn -0.1656 0.9680 -0.1885</w:t>
        <w:br/>
        <w:t>vn -0.3530 0.9314 0.0894</w:t>
        <w:br/>
        <w:t>vn -0.1029 0.8992 0.4253</w:t>
        <w:br/>
        <w:t>vn -0.7917 0.2877 0.5390</w:t>
        <w:br/>
        <w:t>vn -0.8611 0.2411 0.4477</w:t>
        <w:br/>
        <w:t>vn -0.7128 0.3621 0.6007</w:t>
        <w:br/>
        <w:t>vn -0.9328 0.3280 0.1492</w:t>
        <w:br/>
        <w:t>vn -0.2986 0.5964 0.7451</w:t>
        <w:br/>
        <w:t>vn -0.5137 0.6239 0.5890</w:t>
        <w:br/>
        <w:t>vn -0.7499 0.6320 -0.1956</w:t>
        <w:br/>
        <w:t>vn -0.4648 0.8536 -0.2352</w:t>
        <w:br/>
        <w:t>vn -0.7499 0.6320 -0.1955</w:t>
        <w:br/>
        <w:t>vn -0.3530 0.9313 0.0895</w:t>
        <w:br/>
        <w:t>vn -0.3495 0.9261 0.1423</w:t>
        <w:br/>
        <w:t>vn -0.3081 0.9507 -0.0358</w:t>
        <w:br/>
        <w:t>vn -0.4647 0.8537 -0.2351</w:t>
        <w:br/>
        <w:t>vn -0.6979 0.2041 0.6864</w:t>
        <w:br/>
        <w:t>vn -0.8439 0.1055 0.5261</w:t>
        <w:br/>
        <w:t>vn -0.7519 0.3990 -0.5249</w:t>
        <w:br/>
        <w:t>vn -0.8183 -0.0731 -0.5702</w:t>
        <w:br/>
        <w:t>vn -0.8183 -0.0730 -0.5701</w:t>
        <w:br/>
        <w:t>vn -0.9893 0.0790 -0.1229</w:t>
        <w:br/>
        <w:t>vn -0.3283 0.8998 0.2872</w:t>
        <w:br/>
        <w:t>vn -0.5228 0.6227 0.5822</w:t>
        <w:br/>
        <w:t>vn -0.7127 0.3621 0.6007</w:t>
        <w:br/>
        <w:t>vn 0.6903 -0.6895 -0.2192</w:t>
        <w:br/>
        <w:t>vn 0.6919 -0.6762 -0.2530</w:t>
        <w:br/>
        <w:t>vn 0.6944 -0.6886 -0.2088</w:t>
        <w:br/>
        <w:t>vn 0.6945 -0.6886 -0.2088</w:t>
        <w:br/>
        <w:t>vn 0.6891 -0.6904 -0.2201</w:t>
        <w:br/>
        <w:t>vn 0.6807 -0.6914 -0.2423</w:t>
        <w:br/>
        <w:t>vn 0.6780 -0.6898 -0.2539</w:t>
        <w:br/>
        <w:t>vn 0.6781 -0.6898 -0.2538</w:t>
        <w:br/>
        <w:t>vn 0.6887 -0.6777 -0.2577</w:t>
        <w:br/>
        <w:t>vn 0.6886 -0.6778 -0.2577</w:t>
        <w:br/>
        <w:t>vn 0.6979 -0.6640 -0.2684</w:t>
        <w:br/>
        <w:t>vn 0.6979 -0.6640 -0.2685</w:t>
        <w:br/>
        <w:t>vn -0.8675 -0.4917 -0.0749</w:t>
        <w:br/>
        <w:t>vn -0.7556 -0.3850 0.5299</w:t>
        <w:br/>
        <w:t>vn -0.8754 -0.2519 0.4125</w:t>
        <w:br/>
        <w:t>vn -0.9478 -0.3147 0.0509</w:t>
        <w:br/>
        <w:t>vn -0.6234 -0.4330 0.6511</w:t>
        <w:br/>
        <w:t>vn -0.7768 -0.5840 -0.2358</w:t>
        <w:br/>
        <w:t>vn 0.1589 -0.9858 -0.0547</w:t>
        <w:br/>
        <w:t>vn -0.2563 -0.7980 -0.5455</w:t>
        <w:br/>
        <w:t>vn 0.1590 -0.9858 -0.0547</w:t>
        <w:br/>
        <w:t>vn 0.1773 -0.9502 0.2563</w:t>
        <w:br/>
        <w:t>vn -0.7525 -0.4519 -0.4790</w:t>
        <w:br/>
        <w:t>vn -0.9137 -0.3165 -0.2550</w:t>
        <w:br/>
        <w:t>vn -0.3803 -0.4370 -0.8151</w:t>
        <w:br/>
        <w:t>vn -0.2563 -0.7979 -0.5455</w:t>
        <w:br/>
        <w:t>vn -0.5488 -0.2992 0.7806</w:t>
        <w:br/>
        <w:t>vn -0.1171 -0.6330 0.7653</w:t>
        <w:br/>
        <w:t>vn -0.1685 -0.2543 0.9523</w:t>
        <w:br/>
        <w:t>vn -0.1172 -0.6330 0.7652</w:t>
        <w:br/>
        <w:t>vn -0.9790 -0.1832 0.0891</w:t>
        <w:br/>
        <w:t>vn -0.9275 -0.1517 0.3418</w:t>
        <w:br/>
        <w:t>vn -0.9805 -0.0053 0.1965</w:t>
        <w:br/>
        <w:t>vn -0.3720 -0.8998 -0.2281</w:t>
        <w:br/>
        <w:t>vn -0.2727 -0.9571 -0.0974</w:t>
        <w:br/>
        <w:t>vn -0.1815 -0.8698 0.4588</w:t>
        <w:br/>
        <w:t>vn -0.1036 -0.9945 0.0162</w:t>
        <w:br/>
        <w:t>vn -0.0500 -0.9490 0.3111</w:t>
        <w:br/>
        <w:t>vn -0.2378 -0.7708 0.5911</w:t>
        <w:br/>
        <w:t>vn 0.5837 0.7824 -0.2172</w:t>
        <w:br/>
        <w:t>vn 0.5837 0.7823 -0.2175</w:t>
        <w:br/>
        <w:t>vn 0.5767 0.7880 -0.2154</w:t>
        <w:br/>
        <w:t>vn 0.5940 0.7705 -0.2312</w:t>
        <w:br/>
        <w:t>vn 0.5942 0.7650 -0.2486</w:t>
        <w:br/>
        <w:t>vn 0.5828 0.7700 -0.2597</w:t>
        <w:br/>
        <w:t>vn 0.5829 0.7700 -0.2597</w:t>
        <w:br/>
        <w:t>vn 0.5756 0.7764 -0.2568</w:t>
        <w:br/>
        <w:t>vn 0.5679 0.7867 -0.2422</w:t>
        <w:br/>
        <w:t>vn 0.5679 0.7867 -0.2421</w:t>
        <w:br/>
        <w:t>vn 0.5679 0.7916 -0.2257</w:t>
        <w:br/>
        <w:t>vn 0.5679 0.7915 -0.2257</w:t>
        <w:br/>
        <w:t>vn -0.7063 -0.3261 0.6283</w:t>
        <w:br/>
        <w:t>vn -0.3385 0.0215 0.9407</w:t>
        <w:br/>
        <w:t>vn -0.5132 0.1067 0.8516</w:t>
        <w:br/>
        <w:t>vn -0.7226 -0.1196 0.6809</w:t>
        <w:br/>
        <w:t>vn -0.1520 0.0236 0.9881</w:t>
        <w:br/>
        <w:t>vn -0.6925 -0.4856 0.5335</w:t>
        <w:br/>
        <w:t>vn 0.2015 -0.9216 0.3318</w:t>
        <w:br/>
        <w:t>vn -0.4709 -0.8764 0.1003</w:t>
        <w:br/>
        <w:t>vn 0.2014 -0.9216 0.3317</w:t>
        <w:br/>
        <w:t>vn 0.4031 -0.7717 0.4920</w:t>
        <w:br/>
        <w:t>vn -0.8690 -0.4360 0.2339</w:t>
        <w:br/>
        <w:t>vn -0.8903 -0.1882 0.4146</w:t>
        <w:br/>
        <w:t>vn -0.7381 -0.6431 -0.2042</w:t>
        <w:br/>
        <w:t>vn -0.4709 -0.8765 0.1002</w:t>
        <w:br/>
        <w:t>vn -0.1132 0.1893 0.9754</w:t>
        <w:br/>
        <w:t>vn 0.2883 -0.2327 0.9288</w:t>
        <w:br/>
        <w:t>vn 0.2178 0.2383 0.9464</w:t>
        <w:br/>
        <w:t>vn -0.3424 0.2376 0.9090</w:t>
        <w:br/>
        <w:t>vn 0.2884 -0.2328 0.9288</w:t>
        <w:br/>
        <w:t>vn -0.7662 0.0869 0.6367</w:t>
        <w:br/>
        <w:t>vn -0.5881 0.2088 0.7814</w:t>
        <w:br/>
        <w:t>vn -0.3730 -0.8119 0.4491</w:t>
        <w:br/>
        <w:t>vn -0.2224 -0.8265 0.5171</w:t>
        <w:br/>
        <w:t>vn 0.1371 -0.5378 0.8319</w:t>
        <w:br/>
        <w:t>vn -0.0301 -0.8491 0.5274</w:t>
        <w:br/>
        <w:t>vn 0.1717 -0.6976 0.6956</w:t>
        <w:br/>
        <w:t>vn 0.1562 -0.3831 0.9104</w:t>
        <w:br/>
        <w:t>vn 0.3417 0.4735 -0.8118</w:t>
        <w:br/>
        <w:t>vn 0.3314 0.4901 -0.8062</w:t>
        <w:br/>
        <w:t>vn 0.3150 0.4896 -0.8130</w:t>
        <w:br/>
        <w:t>vn 0.3150 0.4897 -0.8130</w:t>
        <w:br/>
        <w:t>vn 0.3216 0.4537 -0.8311</w:t>
        <w:br/>
        <w:t>vn 0.3216 0.4536 -0.8311</w:t>
        <w:br/>
        <w:t>vn 0.3126 0.4459 -0.8387</w:t>
        <w:br/>
        <w:t>vn 0.3126 0.4458 -0.8387</w:t>
        <w:br/>
        <w:t>vn 0.3077 0.4542 -0.8361</w:t>
        <w:br/>
        <w:t>vn 0.3077 0.4541 -0.8361</w:t>
        <w:br/>
        <w:t>vn 0.3087 0.4711 -0.8263</w:t>
        <w:br/>
        <w:t>vn 0.3173 0.4823 -0.8165</w:t>
        <w:br/>
        <w:t>vn -0.8018 -0.4596 0.3820</w:t>
        <w:br/>
        <w:t>vn -0.5631 -0.2486 0.7881</w:t>
        <w:br/>
        <w:t>vn -0.6968 -0.1452 0.7025</w:t>
        <w:br/>
        <w:t>vn -0.8378 -0.2575 0.4814</w:t>
        <w:br/>
        <w:t>vn -0.4324 -0.2771 0.8580</w:t>
        <w:br/>
        <w:t>vn -0.7728 -0.5840 0.2486</w:t>
        <w:br/>
        <w:t>vn 0.1662 -0.9828 0.0799</w:t>
        <w:br/>
        <w:t>vn -0.3611 -0.9088 -0.2088</w:t>
        <w:br/>
        <w:t>vn -0.0991 -0.9875 -0.1223</w:t>
        <w:br/>
        <w:t>vn 0.2752 -0.9057 0.3224</w:t>
        <w:br/>
        <w:t>vn 0.2753 -0.9057 0.3224</w:t>
        <w:br/>
        <w:t>vn -0.5803 -0.6626 -0.4735</w:t>
        <w:br/>
        <w:t>vn -0.5803 -0.6625 -0.4736</w:t>
        <w:br/>
        <w:t>vn -0.2851 -0.0666 0.9562</w:t>
        <w:br/>
        <w:t>vn 0.1349 -0.4616 0.8768</w:t>
        <w:br/>
        <w:t>vn 0.1111 0.0059 0.9938</w:t>
        <w:br/>
        <w:t>vn 0.1349 -0.4615 0.8768</w:t>
        <w:br/>
        <w:t>vn -0.7054 -0.2343 0.6689</w:t>
        <w:br/>
        <w:t>vn -0.8558 -0.3104 0.4139</w:t>
        <w:br/>
        <w:t>vn -0.8653 -0.1095 0.4892</w:t>
        <w:br/>
        <w:t>vn -0.8349 0.0964 0.5419</w:t>
        <w:br/>
        <w:t>vn -0.7478 -0.0160 0.6637</w:t>
        <w:br/>
        <w:t>vn -0.7479 -0.0161 0.6637</w:t>
        <w:br/>
        <w:t>vn -0.3764 -0.9193 0.1148</w:t>
        <w:br/>
        <w:t>vn -0.2427 -0.9511 0.1909</w:t>
        <w:br/>
        <w:t>vn 0.0694 -0.8847 0.4610</w:t>
        <w:br/>
        <w:t>vn -0.0452 -0.9762 0.2122</w:t>
        <w:br/>
        <w:t>vn -0.0696 -0.6427 0.7630</w:t>
        <w:br/>
        <w:t>vn -0.7054 -0.2342 0.6690</w:t>
        <w:br/>
        <w:t>vn -0.0696 -0.6427 0.7629</w:t>
        <w:br/>
        <w:t>vn 0.4695 0.6790 -0.5644</w:t>
        <w:br/>
        <w:t>vn 0.4742 0.6744 -0.5659</w:t>
        <w:br/>
        <w:t>vn 0.4739 0.6746 -0.5660</w:t>
        <w:br/>
        <w:t>vn 0.4693 0.6789 -0.5647</w:t>
        <w:br/>
        <w:t>vn 0.4752 0.6693 -0.5711</w:t>
        <w:br/>
        <w:t>vn 0.4752 0.6693 -0.5712</w:t>
        <w:br/>
        <w:t>vn 0.4722 0.6685 -0.5745</w:t>
        <w:br/>
        <w:t>vn 0.4723 0.6684 -0.5746</w:t>
        <w:br/>
        <w:t>vn 0.4678 0.6704 -0.5759</w:t>
        <w:br/>
        <w:t>vn 0.4678 0.6705 -0.5759</w:t>
        <w:br/>
        <w:t>vn 0.4654 0.6728 -0.5751</w:t>
        <w:br/>
        <w:t>vn 0.4634 0.6772 -0.5715</w:t>
        <w:br/>
        <w:t>vn 0.4635 0.6773 -0.5714</w:t>
        <w:br/>
        <w:t>vn 0.4643 0.6799 -0.5676</w:t>
        <w:br/>
        <w:t>vn 0.6908 0.4955 0.5266</w:t>
        <w:br/>
        <w:t>vn 0.6908 0.4955 0.5267</w:t>
        <w:br/>
        <w:t>vn 0.7811 0.6184 0.0867</w:t>
        <w:br/>
        <w:t>vn 0.7021 0.6072 -0.3720</w:t>
        <w:br/>
        <w:t>vn 0.7021 0.6072 -0.3719</w:t>
        <w:br/>
        <w:t>vn 0.6994 -0.3827 -0.6036</w:t>
        <w:br/>
        <w:t>vn 0.5859 -0.8060 -0.0843</w:t>
        <w:br/>
        <w:t>vn 0.5602 -0.7495 0.3526</w:t>
        <w:br/>
        <w:t>vn 0.5602 -0.7496 0.3525</w:t>
        <w:br/>
        <w:t>vn 0.4210 -0.5244 0.7401</w:t>
        <w:br/>
        <w:t>vn 0.5603 -0.7495 0.3525</w:t>
        <w:br/>
        <w:t>vn 0.1906 -0.1813 0.9648</w:t>
        <w:br/>
        <w:t>vn -0.1201 0.2172 0.9687</w:t>
        <w:br/>
        <w:t>vn -0.3990 0.5632 0.7236</w:t>
        <w:br/>
        <w:t>vn -0.3989 0.5632 0.7236</w:t>
        <w:br/>
        <w:t>vn -0.6024 0.7905 -0.1109</w:t>
        <w:br/>
        <w:t>vn -0.6024 0.7904 -0.1109</w:t>
        <w:br/>
        <w:t>vn -0.5570 0.7620 0.3305</w:t>
        <w:br/>
        <w:t>vn -0.5570 0.7620 0.3304</w:t>
        <w:br/>
        <w:t>vn -0.3204 0.3640 -0.8746</w:t>
        <w:br/>
        <w:t>vn -0.5241 0.6585 -0.5402</w:t>
        <w:br/>
        <w:t>vn -0.5241 0.6585 -0.5401</w:t>
        <w:br/>
        <w:t>vn 0.5046 -0.6979 -0.5083</w:t>
        <w:br/>
        <w:t>vn 0.5046 -0.6979 -0.5082</w:t>
        <w:br/>
        <w:t>vn 0.2910 -0.4233 -0.8580</w:t>
        <w:br/>
        <w:t>vn -0.0194 -0.0354 -0.9992</w:t>
        <w:br/>
        <w:t>vn -0.0194 -0.0355 -0.9992</w:t>
        <w:br/>
        <w:t>vn 0.9617 0.2135 0.1720</w:t>
        <w:br/>
        <w:t>vn 0.9855 0.1695 -0.0032</w:t>
        <w:br/>
        <w:t>vn -0.4736 -0.8675 0.1520</w:t>
        <w:br/>
        <w:t>vn -0.4733 -0.8794 -0.0514</w:t>
        <w:br/>
        <w:t>vn 0.8995 0.3063 0.3117</w:t>
        <w:br/>
        <w:t>vn 0.9617 0.2135 0.1719</w:t>
        <w:br/>
        <w:t>vn -0.5334 -0.7691 0.3521</w:t>
        <w:br/>
        <w:t>vn -0.5335 -0.7691 0.3521</w:t>
        <w:br/>
        <w:t>vn 0.8048 0.4444 0.3935</w:t>
        <w:br/>
        <w:t>vn 0.6774 0.6122 0.4078</w:t>
        <w:br/>
        <w:t>vn 0.6774 0.6122 0.4079</w:t>
        <w:br/>
        <w:t>vn 0.8048 0.4443 0.3935</w:t>
        <w:br/>
        <w:t>vn -0.7824 -0.4303 0.4502</w:t>
        <w:br/>
        <w:t>vn -0.6433 -0.6078 0.4655</w:t>
        <w:br/>
        <w:t>vn -0.6433 -0.6078 0.4656</w:t>
        <w:br/>
        <w:t>vn -0.7824 -0.4303 0.4501</w:t>
        <w:br/>
        <w:t>vn -0.9029 -0.2728 0.3321</w:t>
        <w:br/>
        <w:t>vn -0.9029 -0.2728 0.3322</w:t>
        <w:br/>
        <w:t>vn 0.5632 0.7627 0.3179</w:t>
        <w:br/>
        <w:t>vn 0.4862 0.8599 0.1552</w:t>
        <w:br/>
        <w:t>vn 0.4533 0.8907 -0.0338</w:t>
        <w:br/>
        <w:t>vn 0.4863 0.8599 0.1552</w:t>
        <w:br/>
        <w:t>vn -0.9691 -0.1949 0.1514</w:t>
        <w:br/>
        <w:t>vn -0.9794 -0.1962 -0.0477</w:t>
        <w:br/>
        <w:t>vn 0.5611 0.7236 -0.4020</w:t>
        <w:br/>
        <w:t>vn 0.5611 0.7236 -0.4019</w:t>
        <w:br/>
        <w:t>vn 0.4753 0.8487 -0.2320</w:t>
        <w:br/>
        <w:t>vn -0.9363 -0.2641 -0.2313</w:t>
        <w:br/>
        <w:t>vn -0.9363 -0.2642 -0.2315</w:t>
        <w:br/>
        <w:t>vn -0.8428 -0.3921 -0.3688</w:t>
        <w:br/>
        <w:t>vn -0.8427 -0.3921 -0.3689</w:t>
        <w:br/>
        <w:t>vn -0.6024 -0.7074 -0.3696</w:t>
        <w:br/>
        <w:t>vn -0.6024 -0.7074 -0.3697</w:t>
        <w:br/>
        <w:t>vn -0.5163 -0.8237 -0.2342</w:t>
        <w:br/>
        <w:t>vn 0.9596 0.2022 -0.1957</w:t>
        <w:br/>
        <w:t>vn 0.9596 0.2022 -0.1958</w:t>
        <w:br/>
        <w:t>vn 0.8639 0.3260 -0.3839</w:t>
        <w:br/>
        <w:t>vn 0.7101 0.5264 -0.4676</w:t>
        <w:br/>
        <w:t>vn -0.7206 -0.5527 -0.4187</w:t>
        <w:br/>
        <w:t>vn 0.2292 0.5875 -0.7761</w:t>
        <w:br/>
        <w:t>vn 0.2987 0.1453 -0.9432</w:t>
        <w:br/>
        <w:t>vn -0.0930 0.7729 -0.6277</w:t>
        <w:br/>
        <w:t>vn -0.2231 0.8461 -0.4841</w:t>
        <w:br/>
        <w:t>vn -0.3659 0.8915 0.2670</w:t>
        <w:br/>
        <w:t>vn 0.1287 0.8004 -0.5854</w:t>
        <w:br/>
        <w:t>vn -0.1473 0.6049 0.7825</w:t>
        <w:br/>
        <w:t>vn -0.1693 0.7252 0.6674</w:t>
        <w:br/>
        <w:t>vn -0.3659 0.8916 0.2669</w:t>
        <w:br/>
        <w:t>vn 0.1038 0.5795 0.8083</w:t>
        <w:br/>
        <w:t>vn 0.2946 0.1507 0.9437</w:t>
        <w:br/>
        <w:t>vn 0.3859 0.0786 0.9192</w:t>
        <w:br/>
        <w:t>vn 0.1954 0.5174 0.8331</w:t>
        <w:br/>
        <w:t>vn 0.1010 0.7130 0.6938</w:t>
        <w:br/>
        <w:t>vn 0.9150 -0.3606 -0.1809</w:t>
        <w:br/>
        <w:t>vn 0.8209 -0.3329 -0.4640</w:t>
        <w:br/>
        <w:t>vn 0.9912 -0.0911 -0.0963</w:t>
        <w:br/>
        <w:t>vn 0.9239 -0.2668 0.2744</w:t>
        <w:br/>
        <w:t>vn 0.9225 0.3811 -0.0612</w:t>
        <w:br/>
        <w:t>vn 0.8995 -0.0741 -0.4306</w:t>
        <w:br/>
        <w:t>vn 0.6131 -0.5649 0.5523</w:t>
        <w:br/>
        <w:t>vn 0.7082 -0.6180 0.3413</w:t>
        <w:br/>
        <w:t>vn 0.7323 0.5069 0.4548</w:t>
        <w:br/>
        <w:t>vn 0.6184 0.3992 0.6769</w:t>
        <w:br/>
        <w:t>vn 0.6184 0.3993 0.6769</w:t>
        <w:br/>
        <w:t>vn 0.6472 -0.6263 -0.4346</w:t>
        <w:br/>
        <w:t>vn 0.5144 -0.8379 -0.1828</w:t>
        <w:br/>
        <w:t>vn 0.1251 0.2666 0.9556</w:t>
        <w:br/>
        <w:t>vn 0.3924 -0.8157 0.4250</w:t>
        <w:br/>
        <w:t>vn -0.7444 -0.1648 0.6470</w:t>
        <w:br/>
        <w:t>vn -0.6410 -0.4646 0.6109</w:t>
        <w:br/>
        <w:t>vn -0.6411 -0.4646 0.6109</w:t>
        <w:br/>
        <w:t>vn -0.4994 0.5587 0.6622</w:t>
        <w:br/>
        <w:t>vn -0.8352 0.2816 0.4724</w:t>
        <w:br/>
        <w:t>vn -0.8953 0.1955 -0.4002</w:t>
        <w:br/>
        <w:t>vn -0.4508 -0.3538 -0.8195</w:t>
        <w:br/>
        <w:t>vn 0.0793 -0.9968 -0.0040</w:t>
        <w:br/>
        <w:t>vn 0.2195 -0.9093 -0.3537</w:t>
        <w:br/>
        <w:t>vn -0.6698 0.5288 0.5213</w:t>
        <w:br/>
        <w:t>vn -0.0253 -0.6848 -0.7283</w:t>
        <w:br/>
        <w:t>vn 0.0151 -0.7349 -0.6780</w:t>
        <w:br/>
        <w:t>vn -0.3645 0.7482 -0.5544</w:t>
        <w:br/>
        <w:t>vn -0.7581 0.1281 0.6394</w:t>
        <w:br/>
        <w:t>vn -0.7067 0.0284 0.7069</w:t>
        <w:br/>
        <w:t>vn -0.7975 0.2767 0.5360</w:t>
        <w:br/>
        <w:t>vn 0.2375 -0.2625 -0.9352</w:t>
        <w:br/>
        <w:t>vn 0.0967 0.2767 -0.9561</w:t>
        <w:br/>
        <w:t>vn 0.4593 0.0793 -0.8847</w:t>
        <w:br/>
        <w:t>vn 0.5758 -0.3285 -0.7487</w:t>
        <w:br/>
        <w:t>vn 0.4500 -0.4790 -0.7537</w:t>
        <w:br/>
        <w:t>vn 0.2998 -0.6107 -0.7329</w:t>
        <w:br/>
        <w:t>vn 0.7917 0.0897 0.6042</w:t>
        <w:br/>
        <w:t>vn -0.9112 0.3515 0.2147</w:t>
        <w:br/>
        <w:t>vn -0.9113 0.3515 0.2147</w:t>
        <w:br/>
        <w:t>vn 0.7917 0.0897 0.6043</w:t>
        <w:br/>
        <w:t>vn -0.4508 -0.3538 -0.8196</w:t>
        <w:br/>
        <w:t>vn -0.1658 -0.9362 0.3100</w:t>
        <w:br/>
        <w:t>vn -0.4407 -0.6430 0.6263</w:t>
        <w:br/>
        <w:t>vn -0.4402 -0.6430 0.6267</w:t>
        <w:br/>
        <w:t>vn -0.8656 0.3317 0.3750</w:t>
        <w:br/>
        <w:t>vn -0.2360 0.8022 -0.5485</w:t>
        <w:br/>
        <w:t>vn -0.3130 0.8621 -0.3986</w:t>
        <w:br/>
        <w:t>vn -0.6183 -0.7823 0.0752</w:t>
        <w:br/>
        <w:t>vn -0.6183 -0.7823 0.0751</w:t>
        <w:br/>
        <w:t>vn -0.5605 -0.8236 0.0869</w:t>
        <w:br/>
        <w:t>vn 0.3020 -0.3391 -0.8910</w:t>
        <w:br/>
        <w:t>vn 0.2837 -0.3415 -0.8960</w:t>
        <w:br/>
        <w:t>vn 0.3722 -0.3846 -0.8447</w:t>
        <w:br/>
        <w:t>vn 0.3551 -0.3732 -0.8571</w:t>
        <w:br/>
        <w:t>vn 0.2472 -0.3031 -0.9203</w:t>
        <w:br/>
        <w:t>vn 0.3574 -0.3508 -0.8656</w:t>
        <w:br/>
        <w:t>vn 0.3995 -0.3456 -0.8491</w:t>
        <w:br/>
        <w:t>vn 0.9017 -0.2519 0.3514</w:t>
        <w:br/>
        <w:t>vn 0.8896 -0.2141 0.4034</w:t>
        <w:br/>
        <w:t>vn -0.3213 0.3301 0.8876</w:t>
        <w:br/>
        <w:t>vn -0.3126 0.3167 0.8955</w:t>
        <w:br/>
        <w:t>vn -0.1887 0.2578 0.9476</w:t>
        <w:br/>
        <w:t>vn -0.2245 0.2777 0.9341</w:t>
        <w:br/>
        <w:t>vn 0.3149 -0.3553 -0.8801</w:t>
        <w:br/>
        <w:t>vn -0.4998 -0.8606 0.0978</w:t>
        <w:br/>
        <w:t>vn -0.4998 -0.8606 0.0977</w:t>
        <w:br/>
        <w:t>vn -0.4134 0.3777 0.8285</w:t>
        <w:br/>
        <w:t>vn -0.4298 0.3688 0.8242</w:t>
        <w:br/>
        <w:t>vn -0.8698 0.3935 -0.2976</w:t>
        <w:br/>
        <w:t>vn -0.8200 0.4133 -0.3958</w:t>
        <w:br/>
        <w:t>vn 0.3307 -0.3479 -0.8773</w:t>
        <w:br/>
        <w:t>vn 0.4421 -0.3750 -0.8148</w:t>
        <w:br/>
        <w:t>vn -0.3657 0.3585 0.8589</w:t>
        <w:br/>
        <w:t>vn -0.4459 0.3878 0.8067</w:t>
        <w:br/>
        <w:t>vn -0.3865 0.3808 0.8400</w:t>
        <w:br/>
        <w:t>vn -0.3796 0.3841 0.8417</w:t>
        <w:br/>
        <w:t>vn -0.7669 0.4076 -0.4957</w:t>
        <w:br/>
        <w:t>vn 0.4837 0.8709 -0.0877</w:t>
        <w:br/>
        <w:t>vn 0.1988 0.9388 -0.2814</w:t>
        <w:br/>
        <w:t>vn 0.1989 0.9388 -0.2814</w:t>
        <w:br/>
        <w:t>vn 0.4839 0.8707 -0.0879</w:t>
        <w:br/>
        <w:t>vn -0.5034 0.3930 0.7695</w:t>
        <w:br/>
        <w:t>vn -0.5641 0.4193 0.7114</w:t>
        <w:br/>
        <w:t>vn -0.4897 0.4015 0.7739</w:t>
        <w:br/>
        <w:t>vn -0.3514 0.3323 0.8753</w:t>
        <w:br/>
        <w:t>vn 0.8488 -0.1574 0.5047</w:t>
        <w:br/>
        <w:t>vn 0.8661 -0.1788 0.4667</w:t>
        <w:br/>
        <w:t>vn 0.8661 -0.1788 0.4668</w:t>
        <w:br/>
        <w:t>vn 0.8489 -0.1574 0.5046</w:t>
        <w:br/>
        <w:t>vn 0.5461 -0.3958 -0.7383</w:t>
        <w:br/>
        <w:t>vn 0.3691 -0.3467 -0.8623</w:t>
        <w:br/>
        <w:t>vn 0.4886 -0.3844 -0.7833</w:t>
        <w:br/>
        <w:t>vn 0.5971 -0.4138 -0.6872</w:t>
        <w:br/>
        <w:t>vn -0.4105 0.3799 0.8290</w:t>
        <w:br/>
        <w:t>vn -0.4655 0.7048 -0.5353</w:t>
        <w:br/>
        <w:t>vn 0.1919 -0.2943 -0.9363</w:t>
        <w:br/>
        <w:t>vn 0.9053 -0.2754 0.3234</w:t>
        <w:br/>
        <w:t>vn -0.8910 0.3757 -0.2548</w:t>
        <w:br/>
        <w:t>vn -0.4430 0.8469 0.2941</w:t>
        <w:br/>
        <w:t>vn -0.4522 0.8394 0.3015</w:t>
        <w:br/>
        <w:t>vn -0.4450 0.8578 0.2571</w:t>
        <w:br/>
        <w:t>vn 0.6857 0.0219 -0.7276</w:t>
        <w:br/>
        <w:t>vn 0.7600 0.1537 -0.6314</w:t>
        <w:br/>
        <w:t>vn 0.5668 -0.1759 -0.8049</w:t>
        <w:br/>
        <w:t>vn 0.4336 -0.2576 -0.8635</w:t>
        <w:br/>
        <w:t>vn 0.4083 -0.2607 -0.8748</w:t>
        <w:br/>
        <w:t>vn 0.3697 -0.2754 -0.8874</w:t>
        <w:br/>
        <w:t>vn 0.1120 0.9885 -0.1020</w:t>
        <w:br/>
        <w:t>vn -0.1748 0.9811 0.0829</w:t>
        <w:br/>
        <w:t>vn -0.2942 0.8399 0.4561</w:t>
        <w:br/>
        <w:t>vn -0.1626 0.8730 0.4598</w:t>
        <w:br/>
        <w:t>vn -0.5454 0.6858 0.4819</w:t>
        <w:br/>
        <w:t>vn -0.4196 0.8922 0.1672</w:t>
        <w:br/>
        <w:t>vn -0.8231 0.5061 0.2578</w:t>
        <w:br/>
        <w:t>vn -0.7275 0.6839 0.0544</w:t>
        <w:br/>
        <w:t>vn -0.9460 0.3108 0.0917</w:t>
        <w:br/>
        <w:t>vn -0.8675 0.4921 -0.0732</w:t>
        <w:br/>
        <w:t>vn 0.6788 0.7025 -0.2139</w:t>
        <w:br/>
        <w:t>vn 0.1037 0.9689 0.2247</w:t>
        <w:br/>
        <w:t>vn -0.0855 0.9638 0.2525</w:t>
        <w:br/>
        <w:t>vn -0.4248 -0.6778 -0.6002</w:t>
        <w:br/>
        <w:t>vn -0.3774 -0.6785 -0.6302</w:t>
        <w:br/>
        <w:t>vn 0.1415 -0.6811 -0.7184</w:t>
        <w:br/>
        <w:t>vn 0.0590 -0.6608 -0.7482</w:t>
        <w:br/>
        <w:t>vn 0.4623 -0.5517 -0.6942</w:t>
        <w:br/>
        <w:t>vn 0.0839 -0.4178 -0.9047</w:t>
        <w:br/>
        <w:t>vn 0.5274 -0.3188 -0.7876</w:t>
        <w:br/>
        <w:t>vn -0.3376 -0.4713 -0.8148</w:t>
        <w:br/>
        <w:t>vn -0.2844 -0.2936 -0.9126</w:t>
        <w:br/>
        <w:t>vn 0.1257 -0.1542 -0.9800</w:t>
        <w:br/>
        <w:t>vn 0.5052 0.0997 -0.8572</w:t>
        <w:br/>
        <w:t>vn -0.3475 0.8799 0.3242</w:t>
        <w:br/>
        <w:t>vn 0.4708 0.2732 -0.8389</w:t>
        <w:br/>
        <w:t>vn 0.5734 -0.2625 -0.7761</w:t>
        <w:br/>
        <w:t>vn 0.7471 -0.4867 -0.4528</w:t>
        <w:br/>
        <w:t>vn 0.6769 -0.5990 -0.4279</w:t>
        <w:br/>
        <w:t>vn 0.4343 0.4912 -0.7551</w:t>
        <w:br/>
        <w:t>vn 0.6377 -0.0818 -0.7659</w:t>
        <w:br/>
        <w:t>vn 0.4630 -0.6793 -0.5694</w:t>
        <w:br/>
        <w:t>vn -0.0944 -0.8061 -0.5842</w:t>
        <w:br/>
        <w:t>vn -0.1034 -0.9277 -0.3586</w:t>
        <w:br/>
        <w:t>vn -0.7416 -0.6677 0.0643</w:t>
        <w:br/>
        <w:t>vn -0.8352 -0.5438 -0.0820</w:t>
        <w:br/>
        <w:t>vn -0.7268 0.0516 0.6849</w:t>
        <w:br/>
        <w:t>vn -0.5747 -0.2104 0.7908</w:t>
        <w:br/>
        <w:t>vn -0.7705 0.3305 0.5451</w:t>
        <w:br/>
        <w:t>vn -0.9606 0.0354 0.2757</w:t>
        <w:br/>
        <w:t>vn -0.3250 0.3439 0.8810</w:t>
        <w:br/>
        <w:t>vn -0.5208 0.5109 0.6839</w:t>
        <w:br/>
        <w:t>vn -0.1331 0.2948 0.9462</w:t>
        <w:br/>
        <w:t>vn -0.3986 0.5621 0.7247</w:t>
        <w:br/>
        <w:t>vn -0.0810 0.0036 0.9967</w:t>
        <w:br/>
        <w:t>vn 0.1637 -0.0193 0.9863</w:t>
        <w:br/>
        <w:t>vn -0.8115 0.3134 0.4932</w:t>
        <w:br/>
        <w:t>vn -0.9557 0.0822 0.2825</w:t>
        <w:br/>
        <w:t>vn 0.7248 -0.6543 -0.2155</w:t>
        <w:br/>
        <w:t>vn 0.8594 -0.5014 0.1005</w:t>
        <w:br/>
        <w:t>vn 0.6413 -0.6971 -0.3206</w:t>
        <w:br/>
        <w:t>vn 0.0738 0.0640 0.9952</w:t>
        <w:br/>
        <w:t>vn -0.0339 0.0976 0.9946</w:t>
        <w:br/>
        <w:t>vn 0.4031 -0.0289 0.9147</w:t>
        <w:br/>
        <w:t>vn 0.5927 -0.4849 -0.6431</w:t>
        <w:br/>
        <w:t>vn 0.6601 -0.4390 -0.6095</w:t>
        <w:br/>
        <w:t>vn 0.5926 -0.4849 -0.6432</w:t>
        <w:br/>
        <w:t>vn 0.3584 0.8112 -0.4620</w:t>
        <w:br/>
        <w:t>vn 0.4168 0.6114 -0.6727</w:t>
        <w:br/>
        <w:t>vn 0.8264 -0.0434 0.5614</w:t>
        <w:br/>
        <w:t>vn 0.8854 -0.1516 0.4395</w:t>
        <w:br/>
        <w:t>vn 0.8344 -0.0262 0.5505</w:t>
        <w:br/>
        <w:t>vn -0.1810 0.3590 0.9156</w:t>
        <w:br/>
        <w:t>vn -0.2260 0.2551 0.9401</w:t>
        <w:br/>
        <w:t>vn -0.1700 0.3877 0.9060</w:t>
        <w:br/>
        <w:t>vn 0.9092 -0.2724 0.3150</w:t>
        <w:br/>
        <w:t>vn 0.8788 -0.4130 0.2390</w:t>
        <w:br/>
        <w:t>vn 0.5154 -0.8376 -0.1811</w:t>
        <w:br/>
        <w:t>vn -0.2498 0.1533 0.9561</w:t>
        <w:br/>
        <w:t>vn 0.4701 -0.7273 -0.5000</w:t>
        <w:br/>
        <w:t>vn 0.6091 -0.6471 -0.4586</w:t>
        <w:br/>
        <w:t>vn 0.5687 -0.6841 -0.4568</w:t>
        <w:br/>
        <w:t>vn 0.6784 -0.5856 -0.4436</w:t>
        <w:br/>
        <w:t>vn -0.2220 0.1625 0.9614</w:t>
        <w:br/>
        <w:t>vn -0.2159 0.2091 0.9538</w:t>
        <w:br/>
        <w:t>vn 0.7616 -0.6450 0.0628</w:t>
        <w:br/>
        <w:t>vn 0.6396 -0.6277 -0.4438</w:t>
        <w:br/>
        <w:t>vn 0.6547 -0.6081 -0.4489</w:t>
        <w:br/>
        <w:t>vn 0.6007 -0.6804 -0.4198</w:t>
        <w:br/>
        <w:t>vn 0.8181 -0.0606 0.5718</w:t>
        <w:br/>
        <w:t>vn 0.7133 -0.0072 0.7009</w:t>
        <w:br/>
        <w:t>vn 0.8265 -0.0434 0.5612</w:t>
        <w:br/>
        <w:t>vn -0.0721 0.4736 0.8778</w:t>
        <w:br/>
        <w:t>vn -0.3398 0.6208 0.7065</w:t>
        <w:br/>
        <w:t>vn -0.1520 0.6927 0.7051</w:t>
        <w:br/>
        <w:t>vn 0.2685 0.9399 -0.2110</w:t>
        <w:br/>
        <w:t>vn 0.3583 0.8112 -0.4621</w:t>
        <w:br/>
        <w:t>vn 0.4304 0.0055 0.9026</w:t>
        <w:br/>
        <w:t>vn -0.0173 0.3296 0.9440</w:t>
        <w:br/>
        <w:t>vn 0.3568 -0.2663 -0.8954</w:t>
        <w:br/>
        <w:t>vn -0.4370 0.8212 0.3668</w:t>
        <w:br/>
        <w:t>vn 0.8788 -0.4130 0.2391</w:t>
        <w:br/>
        <w:t>vn 0.4430 0.8469 0.2941</w:t>
        <w:br/>
        <w:t>vn 0.4450 0.8578 0.2571</w:t>
        <w:br/>
        <w:t>vn 0.4522 0.8394 0.3015</w:t>
        <w:br/>
        <w:t>vn -0.6857 0.0219 -0.7276</w:t>
        <w:br/>
        <w:t>vn -0.5668 -0.1759 -0.8049</w:t>
        <w:br/>
        <w:t>vn -0.7601 0.1537 -0.6314</w:t>
        <w:br/>
        <w:t>vn -0.4336 -0.2576 -0.8635</w:t>
        <w:br/>
        <w:t>vn -0.4083 -0.2607 -0.8748</w:t>
        <w:br/>
        <w:t>vn -0.3697 -0.2754 -0.8874</w:t>
        <w:br/>
        <w:t>vn 0.2942 0.8399 0.4561</w:t>
        <w:br/>
        <w:t>vn 0.1748 0.9811 0.0829</w:t>
        <w:br/>
        <w:t>vn -0.1120 0.9885 -0.1019</w:t>
        <w:br/>
        <w:t>vn 0.1626 0.8730 0.4598</w:t>
        <w:br/>
        <w:t>vn 0.5454 0.6858 0.4819</w:t>
        <w:br/>
        <w:t>vn 0.4195 0.8922 0.1672</w:t>
        <w:br/>
        <w:t>vn 0.8231 0.5061 0.2578</w:t>
        <w:br/>
        <w:t>vn 0.7275 0.6839 0.0544</w:t>
        <w:br/>
        <w:t>vn 0.9460 0.3108 0.0917</w:t>
        <w:br/>
        <w:t>vn 0.8675 0.4921 -0.0732</w:t>
        <w:br/>
        <w:t>vn -0.6788 0.7025 -0.2139</w:t>
        <w:br/>
        <w:t>vn -0.1036 0.9689 0.2247</w:t>
        <w:br/>
        <w:t>vn 0.0855 0.9638 0.2525</w:t>
        <w:br/>
        <w:t>vn -0.1415 -0.6811 -0.7184</w:t>
        <w:br/>
        <w:t>vn 0.3774 -0.6785 -0.6302</w:t>
        <w:br/>
        <w:t>vn 0.4248 -0.6778 -0.6002</w:t>
        <w:br/>
        <w:t>vn -0.0590 -0.6608 -0.7483</w:t>
        <w:br/>
        <w:t>vn -0.4623 -0.5517 -0.6942</w:t>
        <w:br/>
        <w:t>vn -0.5273 -0.3188 -0.7876</w:t>
        <w:br/>
        <w:t>vn -0.0839 -0.4178 -0.9047</w:t>
        <w:br/>
        <w:t>vn 0.3376 -0.4713 -0.8148</w:t>
        <w:br/>
        <w:t>vn -0.1257 -0.1542 -0.9800</w:t>
        <w:br/>
        <w:t>vn 0.2844 -0.2936 -0.9127</w:t>
        <w:br/>
        <w:t>vn -0.5052 0.0996 -0.8572</w:t>
        <w:br/>
        <w:t>vn 0.3475 0.8799 0.3242</w:t>
        <w:br/>
        <w:t>vn -0.4708 0.2732 -0.8389</w:t>
        <w:br/>
        <w:t>vn -0.5734 -0.2626 -0.7761</w:t>
        <w:br/>
        <w:t>vn -0.6769 -0.5990 -0.4279</w:t>
        <w:br/>
        <w:t>vn -0.7471 -0.4867 -0.4528</w:t>
        <w:br/>
        <w:t>vn -0.6377 -0.0817 -0.7660</w:t>
        <w:br/>
        <w:t>vn -0.4343 0.4912 -0.7551</w:t>
        <w:br/>
        <w:t>vn 0.0944 -0.8061 -0.5842</w:t>
        <w:br/>
        <w:t>vn -0.4630 -0.6793 -0.5694</w:t>
        <w:br/>
        <w:t>vn 0.8352 -0.5438 -0.0820</w:t>
        <w:br/>
        <w:t>vn 0.7416 -0.6677 0.0643</w:t>
        <w:br/>
        <w:t>vn 0.1034 -0.9277 -0.3586</w:t>
        <w:br/>
        <w:t>vn 0.7268 0.0516 0.6849</w:t>
        <w:br/>
        <w:t>vn 0.5747 -0.2105 0.7908</w:t>
        <w:br/>
        <w:t>vn 0.7705 0.3305 0.5451</w:t>
        <w:br/>
        <w:t>vn 0.9606 0.0354 0.2757</w:t>
        <w:br/>
        <w:t>vn 0.3250 0.3439 0.8810</w:t>
        <w:br/>
        <w:t>vn 0.1331 0.2949 0.9462</w:t>
        <w:br/>
        <w:t>vn 0.5208 0.5109 0.6839</w:t>
        <w:br/>
        <w:t>vn 0.3986 0.5621 0.7247</w:t>
        <w:br/>
        <w:t>vn -0.1637 -0.0193 0.9863</w:t>
        <w:br/>
        <w:t>vn 0.0810 0.0036 0.9967</w:t>
        <w:br/>
        <w:t>vn 0.9557 0.0822 0.2825</w:t>
        <w:br/>
        <w:t>vn 0.8115 0.3134 0.4932</w:t>
        <w:br/>
        <w:t>vn -0.7248 -0.6544 -0.2155</w:t>
        <w:br/>
        <w:t>vn -0.6414 -0.6971 -0.3205</w:t>
        <w:br/>
        <w:t>vn -0.8594 -0.5014 0.1005</w:t>
        <w:br/>
        <w:t>vn -0.0738 0.0639 0.9952</w:t>
        <w:br/>
        <w:t>vn -0.4031 -0.0289 0.9147</w:t>
        <w:br/>
        <w:t>vn 0.0339 0.0976 0.9946</w:t>
        <w:br/>
        <w:t>vn -0.5927 -0.4849 -0.6431</w:t>
        <w:br/>
        <w:t>vn -0.6601 -0.4390 -0.6095</w:t>
        <w:br/>
        <w:t>vn -0.4167 0.6115 -0.6726</w:t>
        <w:br/>
        <w:t>vn -0.3583 0.8113 -0.4620</w:t>
        <w:br/>
        <w:t>vn -0.8264 -0.0434 0.5613</w:t>
        <w:br/>
        <w:t>vn -0.8344 -0.0262 0.5505</w:t>
        <w:br/>
        <w:t>vn -0.8854 -0.1516 0.4395</w:t>
        <w:br/>
        <w:t>vn 0.1810 0.3590 0.9156</w:t>
        <w:br/>
        <w:t>vn 0.1699 0.3877 0.9060</w:t>
        <w:br/>
        <w:t>vn 0.2260 0.2551 0.9401</w:t>
        <w:br/>
        <w:t>vn -0.9092 -0.2723 0.3150</w:t>
        <w:br/>
        <w:t>vn -0.8788 -0.4130 0.2390</w:t>
        <w:br/>
        <w:t>vn -0.5154 -0.8376 -0.1811</w:t>
        <w:br/>
        <w:t>vn 0.2498 0.1533 0.9561</w:t>
        <w:br/>
        <w:t>vn -0.4701 -0.7273 -0.5000</w:t>
        <w:br/>
        <w:t>vn -0.5687 -0.6841 -0.4568</w:t>
        <w:br/>
        <w:t>vn -0.6091 -0.6471 -0.4586</w:t>
        <w:br/>
        <w:t>vn -0.6784 -0.5856 -0.4437</w:t>
        <w:br/>
        <w:t>vn 0.2159 0.2091 0.9538</w:t>
        <w:br/>
        <w:t>vn 0.2220 0.1625 0.9614</w:t>
        <w:br/>
        <w:t>vn -0.7615 -0.6451 0.0628</w:t>
        <w:br/>
        <w:t>vn -0.6396 -0.6277 -0.4438</w:t>
        <w:br/>
        <w:t>vn -0.6007 -0.6804 -0.4199</w:t>
        <w:br/>
        <w:t>vn -0.6547 -0.6081 -0.4489</w:t>
        <w:br/>
        <w:t>vn -0.7133 -0.0072 0.7009</w:t>
        <w:br/>
        <w:t>vn -0.7133 -0.0072 0.7008</w:t>
        <w:br/>
        <w:t>vn -0.8181 -0.0606 0.5719</w:t>
        <w:br/>
        <w:t>vn -0.8265 -0.0434 0.5613</w:t>
        <w:br/>
        <w:t>vn 0.0721 0.4735 0.8778</w:t>
        <w:br/>
        <w:t>vn 0.1520 0.6927 0.7050</w:t>
        <w:br/>
        <w:t>vn 0.1520 0.6927 0.7051</w:t>
        <w:br/>
        <w:t>vn 0.3398 0.6208 0.7065</w:t>
        <w:br/>
        <w:t>vn -0.2685 0.9399 -0.2109</w:t>
        <w:br/>
        <w:t>vn 0.0173 0.3296 0.9440</w:t>
        <w:br/>
        <w:t>vn -0.4304 0.0055 0.9026</w:t>
        <w:br/>
        <w:t>vn -0.3569 -0.2663 -0.8954</w:t>
        <w:br/>
        <w:t>vn 0.4370 0.8212 0.3668</w:t>
        <w:br/>
        <w:t>vn 0.6183 -0.7823 0.0752</w:t>
        <w:br/>
        <w:t>vn 0.5605 -0.8236 0.0868</w:t>
        <w:br/>
        <w:t>vn -0.3722 -0.3845 -0.8448</w:t>
        <w:br/>
        <w:t>vn -0.2837 -0.3415 -0.8960</w:t>
        <w:br/>
        <w:t>vn -0.3020 -0.3391 -0.8909</w:t>
        <w:br/>
        <w:t>vn -0.3552 -0.3734 -0.8570</w:t>
        <w:br/>
        <w:t>vn -0.2472 -0.3031 -0.9203</w:t>
        <w:br/>
        <w:t>vn -0.3988 -0.3452 -0.8496</w:t>
        <w:br/>
        <w:t>vn -0.3572 -0.3507 -0.8657</w:t>
        <w:br/>
        <w:t>vn -0.8898 -0.2143 0.4029</w:t>
        <w:br/>
        <w:t>vn -0.9017 -0.2520 0.3512</w:t>
        <w:br/>
        <w:t>vn 0.3213 0.3302 0.8875</w:t>
        <w:br/>
        <w:t>vn 0.2245 0.2778 0.9340</w:t>
        <w:br/>
        <w:t>vn 0.1888 0.2577 0.9476</w:t>
        <w:br/>
        <w:t>vn 0.3126 0.3167 0.8955</w:t>
        <w:br/>
        <w:t>vn -0.3152 -0.3555 -0.8799</w:t>
        <w:br/>
        <w:t>vn 0.4997 -0.8606 0.0978</w:t>
        <w:br/>
        <w:t>vn 0.4298 0.3689 0.8241</w:t>
        <w:br/>
        <w:t>vn 0.4135 0.3779 0.8284</w:t>
        <w:br/>
        <w:t>vn 0.8698 0.3938 -0.2973</w:t>
        <w:br/>
        <w:t>vn 0.8198 0.4135 -0.3961</w:t>
        <w:br/>
        <w:t>vn -0.4418 -0.3749 -0.8150</w:t>
        <w:br/>
        <w:t>vn -0.3308 -0.3480 -0.8772</w:t>
        <w:br/>
        <w:t>vn 0.3866 0.3809 0.8399</w:t>
        <w:br/>
        <w:t>vn 0.4457 0.3877 0.8069</w:t>
        <w:br/>
        <w:t>vn 0.3656 0.3584 0.8590</w:t>
        <w:br/>
        <w:t>vn 0.3799 0.3843 0.8414</w:t>
        <w:br/>
        <w:t>vn 0.7666 0.4074 -0.4963</w:t>
        <w:br/>
        <w:t>vn -0.1988 0.9387 -0.2816</w:t>
        <w:br/>
        <w:t>vn -0.1988 0.9387 -0.2817</w:t>
        <w:br/>
        <w:t>vn -0.4838 0.8708 -0.0879</w:t>
        <w:br/>
        <w:t>vn -0.4838 0.8708 -0.0880</w:t>
        <w:br/>
        <w:t>vn 0.4897 0.4016 0.7739</w:t>
        <w:br/>
        <w:t>vn 0.5641 0.4193 0.7113</w:t>
        <w:br/>
        <w:t>vn 0.5028 0.3927 0.7700</w:t>
        <w:br/>
        <w:t>vn 0.3507 0.3320 0.8757</w:t>
        <w:br/>
        <w:t>vn -0.8663 -0.1790 0.4664</w:t>
        <w:br/>
        <w:t>vn -0.8488 -0.1574 0.5047</w:t>
        <w:br/>
        <w:t>vn -0.5454 -0.3956 -0.7389</w:t>
        <w:br/>
        <w:t>vn -0.4886 -0.3845 -0.7833</w:t>
        <w:br/>
        <w:t>vn -0.3691 -0.3467 -0.8623</w:t>
        <w:br/>
        <w:t>vn -0.5971 -0.4138 -0.6872</w:t>
        <w:br/>
        <w:t>vn 0.4105 0.3799 0.8290</w:t>
        <w:br/>
        <w:t>vn 0.4654 0.7048 -0.5355</w:t>
        <w:br/>
        <w:t>vn -0.1919 -0.2943 -0.9363</w:t>
        <w:br/>
        <w:t>vn -0.9053 -0.2754 0.3235</w:t>
        <w:br/>
        <w:t>vn 0.8910 0.3757 -0.2550</w:t>
        <w:br/>
        <w:t>vn -0.2292 0.5874 -0.7761</w:t>
        <w:br/>
        <w:t>vn 0.0930 0.7729 -0.6277</w:t>
        <w:br/>
        <w:t>vn -0.2987 0.1453 -0.9432</w:t>
        <w:br/>
        <w:t>vn 0.3660 0.8915 0.2669</w:t>
        <w:br/>
        <w:t>vn 0.2232 0.8461 -0.4840</w:t>
        <w:br/>
        <w:t>vn -0.2292 0.5875 -0.7761</w:t>
        <w:br/>
        <w:t>vn -0.1288 0.8004 -0.5855</w:t>
        <w:br/>
        <w:t>vn 0.1473 0.6049 0.7825</w:t>
        <w:br/>
        <w:t>vn 0.3659 0.8916 0.2669</w:t>
        <w:br/>
        <w:t>vn 0.1693 0.7252 0.6674</w:t>
        <w:br/>
        <w:t>vn -0.1037 0.5795 0.8083</w:t>
        <w:br/>
        <w:t>vn -0.2946 0.1507 0.9437</w:t>
        <w:br/>
        <w:t>vn -0.1953 0.5174 0.8331</w:t>
        <w:br/>
        <w:t>vn -0.3859 0.0786 0.9192</w:t>
        <w:br/>
        <w:t>vn -0.1010 0.7130 0.6938</w:t>
        <w:br/>
        <w:t>vn -0.9150 -0.3606 -0.1809</w:t>
        <w:br/>
        <w:t>vn -0.9912 -0.0911 -0.0963</w:t>
        <w:br/>
        <w:t>vn -0.8210 -0.3329 -0.4639</w:t>
        <w:br/>
        <w:t>vn -0.9239 -0.2668 0.2744</w:t>
        <w:br/>
        <w:t>vn -0.9225 0.3811 -0.0612</w:t>
        <w:br/>
        <w:t>vn -0.8995 -0.0741 -0.4306</w:t>
        <w:br/>
        <w:t>vn -0.7082 -0.6180 0.3413</w:t>
        <w:br/>
        <w:t>vn -0.6131 -0.5649 0.5523</w:t>
        <w:br/>
        <w:t>vn -0.7323 0.5069 0.4548</w:t>
        <w:br/>
        <w:t>vn -0.6184 0.3993 0.6769</w:t>
        <w:br/>
        <w:t>vn -0.6473 -0.6263 -0.4346</w:t>
        <w:br/>
        <w:t>vn -0.5144 -0.8379 -0.1828</w:t>
        <w:br/>
        <w:t>vn -0.1251 0.2666 0.9557</w:t>
        <w:br/>
        <w:t>vn -0.3924 -0.8157 0.4251</w:t>
        <w:br/>
        <w:t>vn 0.6411 -0.4646 0.6109</w:t>
        <w:br/>
        <w:t>vn 0.7445 -0.1648 0.6470</w:t>
        <w:br/>
        <w:t>vn 0.4993 0.5587 0.6622</w:t>
        <w:br/>
        <w:t>vn 0.8352 0.2815 0.4725</w:t>
        <w:br/>
        <w:t>vn 0.8953 0.1954 -0.4002</w:t>
        <w:br/>
        <w:t>vn 0.4508 -0.3538 -0.8195</w:t>
        <w:br/>
        <w:t>vn 0.8953 0.1955 -0.4002</w:t>
        <w:br/>
        <w:t>vn -0.2195 -0.9092 -0.3537</w:t>
        <w:br/>
        <w:t>vn -0.0793 -0.9968 -0.0040</w:t>
        <w:br/>
        <w:t>vn 0.6698 0.5288 0.5213</w:t>
        <w:br/>
        <w:t>vn 0.0253 -0.6849 -0.7282</w:t>
        <w:br/>
        <w:t>vn -0.0151 -0.7349 -0.6780</w:t>
        <w:br/>
        <w:t>vn 0.0253 -0.6848 -0.7283</w:t>
        <w:br/>
        <w:t>vn 0.3645 0.7483 -0.5543</w:t>
        <w:br/>
        <w:t>vn 0.7581 0.1281 0.6394</w:t>
        <w:br/>
        <w:t>vn 0.7975 0.2767 0.5361</w:t>
        <w:br/>
        <w:t>vn 0.7068 0.0284 0.7069</w:t>
        <w:br/>
        <w:t>vn -0.2375 -0.2625 -0.9352</w:t>
        <w:br/>
        <w:t>vn -0.0967 0.2767 -0.9561</w:t>
        <w:br/>
        <w:t>vn -0.4500 -0.4790 -0.7537</w:t>
        <w:br/>
        <w:t>vn -0.5758 -0.3284 -0.7487</w:t>
        <w:br/>
        <w:t>vn -0.4593 0.0793 -0.8848</w:t>
        <w:br/>
        <w:t>vn -0.2998 -0.6107 -0.7329</w:t>
        <w:br/>
        <w:t>vn -0.7917 0.0897 0.6043</w:t>
        <w:br/>
        <w:t>vn 0.9112 0.3515 0.2147</w:t>
        <w:br/>
        <w:t>vn 0.9113 0.3515 0.2147</w:t>
        <w:br/>
        <w:t>vn -0.7917 0.0898 0.6043</w:t>
        <w:br/>
        <w:t>vn 0.4508 -0.3537 -0.8195</w:t>
        <w:br/>
        <w:t>vn 0.1658 -0.9362 0.3100</w:t>
        <w:br/>
        <w:t>vn 0.4407 -0.6431 0.6263</w:t>
        <w:br/>
        <w:t>vn 0.4408 -0.6431 0.6263</w:t>
        <w:br/>
        <w:t>vn 0.8656 0.3317 0.3750</w:t>
        <w:br/>
        <w:t>vn 0.2360 0.8022 -0.5485</w:t>
        <w:br/>
        <w:t>vn 0.3130 0.8620 -0.3987</w:t>
        <w:br/>
        <w:t>vn -0.5603 -0.7496 0.3525</w:t>
        <w:br/>
        <w:t>vn -0.5860 -0.8059 -0.0843</w:t>
        <w:br/>
        <w:t>vn -0.5602 -0.7496 0.3525</w:t>
        <w:br/>
        <w:t>vn -0.4210 -0.5244 0.7401</w:t>
        <w:br/>
        <w:t>vn -0.5603 -0.7495 0.3525</w:t>
        <w:br/>
        <w:t>vn -0.5603 -0.7495 0.3526</w:t>
        <w:br/>
        <w:t>vn 0.1201 0.2172 0.9687</w:t>
        <w:br/>
        <w:t>vn -0.1906 -0.1813 0.9648</w:t>
        <w:br/>
        <w:t>vn 0.3989 0.5632 0.7237</w:t>
        <w:br/>
        <w:t>vn 0.6024 0.7904 -0.1109</w:t>
        <w:br/>
        <w:t>vn 0.5570 0.7620 0.3304</w:t>
        <w:br/>
        <w:t>vn 0.5570 0.7619 0.3305</w:t>
        <w:br/>
        <w:t>vn 0.3204 0.3640 -0.8746</w:t>
        <w:br/>
        <w:t>vn 0.5241 0.6585 -0.5401</w:t>
        <w:br/>
        <w:t>vn -0.2910 -0.4233 -0.8580</w:t>
        <w:br/>
        <w:t>vn -0.5046 -0.6979 -0.5083</w:t>
        <w:br/>
        <w:t>vn -0.5046 -0.6979 -0.5082</w:t>
        <w:br/>
        <w:t>vn -0.2910 -0.4234 -0.8579</w:t>
        <w:br/>
        <w:t>vn 0.0194 -0.0355 -0.9992</w:t>
        <w:br/>
        <w:t>vn 0.0194 -0.0354 -0.9992</w:t>
        <w:br/>
        <w:t>vn -0.9617 0.2135 0.1720</w:t>
        <w:br/>
        <w:t>vn -0.9855 0.1695 -0.0033</w:t>
        <w:br/>
        <w:t>vn -0.9855 0.1695 -0.0032</w:t>
        <w:br/>
        <w:t>vn 0.4733 -0.8794 -0.0514</w:t>
        <w:br/>
        <w:t>vn 0.4737 -0.8675 0.1520</w:t>
        <w:br/>
        <w:t>vn -0.8995 0.3063 0.3117</w:t>
        <w:br/>
        <w:t>vn 0.5334 -0.7691 0.3520</w:t>
        <w:br/>
        <w:t>vn -0.6774 0.6122 0.4078</w:t>
        <w:br/>
        <w:t>vn -0.8048 0.4443 0.3935</w:t>
        <w:br/>
        <w:t>vn 0.6434 -0.6078 0.4655</w:t>
        <w:br/>
        <w:t>vn 0.7824 -0.4303 0.4501</w:t>
        <w:br/>
        <w:t>vn 0.7825 -0.4303 0.4501</w:t>
        <w:br/>
        <w:t>vn 0.9029 -0.2728 0.3321</w:t>
        <w:br/>
        <w:t>vn -0.5632 0.7627 0.3179</w:t>
        <w:br/>
        <w:t>vn -0.4534 0.8907 -0.0338</w:t>
        <w:br/>
        <w:t>vn -0.4862 0.8599 0.1552</w:t>
        <w:br/>
        <w:t>vn -0.4862 0.8600 0.1552</w:t>
        <w:br/>
        <w:t>vn 0.9691 -0.1950 0.1514</w:t>
        <w:br/>
        <w:t>vn 0.9794 -0.1962 -0.0477</w:t>
        <w:br/>
        <w:t>vn 0.9690 -0.1950 0.1514</w:t>
        <w:br/>
        <w:t>vn -0.5611 0.7236 -0.4020</w:t>
        <w:br/>
        <w:t>vn -0.4753 0.8487 -0.2321</w:t>
        <w:br/>
        <w:t>vn -0.4753 0.8486 -0.2320</w:t>
        <w:br/>
        <w:t>vn -0.5611 0.7236 -0.4019</w:t>
        <w:br/>
        <w:t>vn 0.9363 -0.2642 -0.2314</w:t>
        <w:br/>
        <w:t>vn 0.8427 -0.3921 -0.3689</w:t>
        <w:br/>
        <w:t>vn 0.8427 -0.3921 -0.3690</w:t>
        <w:br/>
        <w:t>vn 0.9363 -0.2642 -0.2315</w:t>
        <w:br/>
        <w:t>vn 0.6024 -0.7074 -0.3697</w:t>
        <w:br/>
        <w:t>vn 0.5163 -0.8238 -0.2342</w:t>
        <w:br/>
        <w:t>vn -0.9596 0.2021 -0.1958</w:t>
        <w:br/>
        <w:t>vn -0.8639 0.3260 -0.3839</w:t>
        <w:br/>
        <w:t>vn -0.9596 0.2022 -0.1958</w:t>
        <w:br/>
        <w:t>vn -0.7101 0.5264 -0.4676</w:t>
        <w:br/>
        <w:t>vn 0.7205 -0.5527 -0.4188</w:t>
        <w:br/>
        <w:t>vn 0.7206 -0.5527 -0.4187</w:t>
        <w:br/>
        <w:t>vn -0.9800 0.0483 -0.1929</w:t>
        <w:br/>
        <w:t>vn -0.9679 0.0583 0.2445</w:t>
        <w:br/>
        <w:t>vn -0.9822 -0.0502 0.1808</w:t>
        <w:br/>
        <w:t>vn -0.9772 -0.0126 -0.2118</w:t>
        <w:br/>
        <w:t>vn -0.6399 -0.1080 0.7609</w:t>
        <w:br/>
        <w:t>vn -0.9108 -0.0699 0.4068</w:t>
        <w:br/>
        <w:t>vn -0.8716 0.0344 0.4890</w:t>
        <w:br/>
        <w:t>vn -0.5879 -0.0442 0.8077</w:t>
        <w:br/>
        <w:t>vn -0.0000 -0.1557 0.9878</w:t>
        <w:br/>
        <w:t>vn 0.0000 -0.1180 0.9930</w:t>
        <w:br/>
        <w:t>vn -0.5727 0.0433 -0.8186</w:t>
        <w:br/>
        <w:t>vn -0.4647 0.0400 -0.8846</w:t>
        <w:br/>
        <w:t>vn -0.0000 -0.0169 -0.9999</w:t>
        <w:br/>
        <w:t>vn 0.0000 0.0789 -0.9969</w:t>
        <w:br/>
        <w:t>vn -0.5533 -0.0668 -0.8303</w:t>
        <w:br/>
        <w:t>vn -0.4401 -0.2967 -0.8475</w:t>
        <w:br/>
        <w:t>vn 0.0000 -0.2207 -0.9753</w:t>
        <w:br/>
        <w:t>vn -0.8099 -0.3235 -0.4893</w:t>
        <w:br/>
        <w:t>vn -0.9297 -0.2068 -0.3047</w:t>
        <w:br/>
        <w:t>vn -0.8822 -0.4477 -0.1462</w:t>
        <w:br/>
        <w:t>vn -0.9546 -0.2329 0.1859</w:t>
        <w:br/>
        <w:t>vn -0.7120 -0.5091 -0.4836</w:t>
        <w:br/>
        <w:t>vn -0.7314 -0.5962 -0.3312</w:t>
        <w:br/>
        <w:t>vn -0.6145 -0.6309 -0.4738</w:t>
        <w:br/>
        <w:t>vn -0.9009 -0.4210 0.1058</w:t>
        <w:br/>
        <w:t>vn -0.8337 -0.5479 -0.0690</w:t>
        <w:br/>
        <w:t>vn -0.8274 -0.5616 -0.0014</w:t>
        <w:br/>
        <w:t>vn -0.6964 -0.3906 0.6021</w:t>
        <w:br/>
        <w:t>vn -0.8550 -0.4968 0.1491</w:t>
        <w:br/>
        <w:t>vn -0.0000 -0.3705 0.9288</w:t>
        <w:br/>
        <w:t>vn 0.0000 -0.5305 0.8477</w:t>
        <w:br/>
        <w:t>vn -0.4160 -0.4799 0.7724</w:t>
        <w:br/>
        <w:t>vn -0.8502 -0.5250 -0.0401</w:t>
        <w:br/>
        <w:t>vn -0.6660 -0.5538 -0.4997</w:t>
        <w:br/>
        <w:t>vn -0.7716 -0.4149 0.4822</w:t>
        <w:br/>
        <w:t>vn -0.5682 -0.3942 0.7224</w:t>
        <w:br/>
        <w:t>vn -0.6384 -0.3895 0.6639</w:t>
        <w:br/>
        <w:t>vn -0.5129 -0.4318 0.7419</w:t>
        <w:br/>
        <w:t>vn -0.6749 -0.5113 -0.5321</w:t>
        <w:br/>
        <w:t>vn -0.3922 -0.5581 -0.7312</w:t>
        <w:br/>
        <w:t>vn -0.5405 -0.4994 -0.6770</w:t>
        <w:br/>
        <w:t>vn -0.0000 -0.5569 -0.8306</w:t>
        <w:br/>
        <w:t>vn 0.0000 -0.4292 -0.9032</w:t>
        <w:br/>
        <w:t>vn -0.8147 -0.4100 -0.4101</w:t>
        <w:br/>
        <w:t>vn -0.0000 0.0482 -0.9988</w:t>
        <w:br/>
        <w:t>vn 0.9800 0.0483 -0.1929</w:t>
        <w:br/>
        <w:t>vn 0.9772 -0.0126 -0.2118</w:t>
        <w:br/>
        <w:t>vn 0.9822 -0.0502 0.1808</w:t>
        <w:br/>
        <w:t>vn 0.9679 0.0583 0.2445</w:t>
        <w:br/>
        <w:t>vn 0.8716 0.0344 0.4890</w:t>
        <w:br/>
        <w:t>vn 0.9108 -0.0699 0.4068</w:t>
        <w:br/>
        <w:t>vn 0.6399 -0.1080 0.7609</w:t>
        <w:br/>
        <w:t>vn 0.5879 -0.0442 0.8077</w:t>
        <w:br/>
        <w:t>vn 0.5727 0.0433 -0.8186</w:t>
        <w:br/>
        <w:t>vn 0.4647 0.0401 -0.8845</w:t>
        <w:br/>
        <w:t>vn 0.5533 -0.0668 -0.8303</w:t>
        <w:br/>
        <w:t>vn 0.4401 -0.2967 -0.8475</w:t>
        <w:br/>
        <w:t>vn 0.8099 -0.3235 -0.4893</w:t>
        <w:br/>
        <w:t>vn 0.8822 -0.4477 -0.1462</w:t>
        <w:br/>
        <w:t>vn 0.9297 -0.2068 -0.3048</w:t>
        <w:br/>
        <w:t>vn 0.9546 -0.2329 0.1859</w:t>
        <w:br/>
        <w:t>vn 0.7120 -0.5091 -0.4836</w:t>
        <w:br/>
        <w:t>vn 0.7314 -0.5962 -0.3312</w:t>
        <w:br/>
        <w:t>vn 0.6144 -0.6309 -0.4738</w:t>
        <w:br/>
        <w:t>vn 0.9009 -0.4210 0.1058</w:t>
        <w:br/>
        <w:t>vn 0.8274 -0.5616 -0.0014</w:t>
        <w:br/>
        <w:t>vn 0.8337 -0.5479 -0.0690</w:t>
        <w:br/>
        <w:t>vn 0.6964 -0.3906 0.6020</w:t>
        <w:br/>
        <w:t>vn 0.8550 -0.4968 0.1491</w:t>
        <w:br/>
        <w:t>vn 0.4160 -0.4799 0.7724</w:t>
        <w:br/>
        <w:t>vn -0.0000 -0.5306 0.8476</w:t>
        <w:br/>
        <w:t>vn 0.8502 -0.5256 -0.0310</w:t>
        <w:br/>
        <w:t>vn 0.6661 -0.5538 -0.4997</w:t>
        <w:br/>
        <w:t>vn 0.7716 -0.4149 0.4822</w:t>
        <w:br/>
        <w:t>vn 0.6384 -0.3894 0.6639</w:t>
        <w:br/>
        <w:t>vn 0.5682 -0.3942 0.7223</w:t>
        <w:br/>
        <w:t>vn 0.5129 -0.4318 0.7419</w:t>
        <w:br/>
        <w:t>vn 0.6749 -0.5113 -0.5320</w:t>
        <w:br/>
        <w:t>vn 0.5406 -0.4994 -0.6770</w:t>
        <w:br/>
        <w:t>vn 0.3923 -0.5580 -0.7312</w:t>
        <w:br/>
        <w:t>vn 0.8147 -0.4100 -0.4101</w:t>
        <w:br/>
        <w:t>vn -0.2613 -0.0283 -0.9648</w:t>
        <w:br/>
        <w:t>vn 0.0000 -0.0293 -0.9996</w:t>
        <w:br/>
        <w:t>vn 0.2613 -0.0283 -0.9648</w:t>
        <w:br/>
        <w:t>vn -0.0497 0.9984 -0.0252</w:t>
        <w:br/>
        <w:t>vn -0.1258 0.8812 0.4557</w:t>
        <w:br/>
        <w:t>vn -0.0257 0.9839 0.1768</w:t>
        <w:br/>
        <w:t>vn -0.2629 0.7603 0.5941</w:t>
        <w:br/>
        <w:t>vn -0.2736 0.7044 0.6549</w:t>
        <w:br/>
        <w:t>vn 0.1589 0.8016 -0.5764</w:t>
        <w:br/>
        <w:t>vn -0.2574 0.5781 -0.7743</w:t>
        <w:br/>
        <w:t>vn -0.2212 0.6318 -0.7429</w:t>
        <w:br/>
        <w:t>vn -0.0831 0.1646 -0.9829</w:t>
        <w:br/>
        <w:t>vn -0.0963 0.1277 -0.9871</w:t>
        <w:br/>
        <w:t>vn 0.0033 -0.3242 -0.9460</w:t>
        <w:br/>
        <w:t>vn 0.0157 -0.4611 -0.8872</w:t>
        <w:br/>
        <w:t>vn -0.4013 0.9054 -0.1383</w:t>
        <w:br/>
        <w:t>vn -0.3308 0.9384 -0.0995</w:t>
        <w:br/>
        <w:t>vn -0.2282 0.8264 0.5148</w:t>
        <w:br/>
        <w:t>vn -0.2124 0.9753 -0.0606</w:t>
        <w:br/>
        <w:t>vn -0.3277 0.7212 0.6104</w:t>
        <w:br/>
        <w:t>vn -0.4307 0.4529 0.7806</w:t>
        <w:br/>
        <w:t>vn -0.4172 0.3723 0.8291</w:t>
        <w:br/>
        <w:t>vn -0.5575 -0.0046 0.8302</w:t>
        <w:br/>
        <w:t>vn -0.5098 0.3945 0.7645</w:t>
        <w:br/>
        <w:t>vn -0.3002 0.5893 0.7501</w:t>
        <w:br/>
        <w:t>vn -0.1341 0.7100 -0.6913</w:t>
        <w:br/>
        <w:t>vn 0.2377 0.4234 -0.8742</w:t>
        <w:br/>
        <w:t>vn -0.0604 0.2033 -0.9772</w:t>
        <w:br/>
        <w:t>vn 0.0064 -0.1987 -0.9800</w:t>
        <w:br/>
        <w:t>vn -0.4121 0.5666 0.7136</w:t>
        <w:br/>
        <w:t>vn 0.6584 0.5351 -0.5293</w:t>
        <w:br/>
        <w:t>vn 0.1139 -0.8014 -0.5872</w:t>
        <w:br/>
        <w:t>vn -0.1487 0.1865 -0.9711</w:t>
        <w:br/>
        <w:t>vn 0.0234 -0.4970 -0.8674</w:t>
        <w:br/>
        <w:t>vn -0.3456 0.5384 -0.7686</w:t>
        <w:br/>
        <w:t>vn -0.5414 0.8262 -0.1559</w:t>
        <w:br/>
        <w:t>vn 0.1302 -0.9829 -0.1305</w:t>
        <w:br/>
        <w:t>vn 0.1210 -0.8704 -0.4773</w:t>
        <w:br/>
        <w:t>vn -0.4713 0.5340 -0.7019</w:t>
        <w:br/>
        <w:t>vn -0.2967 0.3583 -0.8852</w:t>
        <w:br/>
        <w:t>vn -0.0177 -0.9693 0.2452</w:t>
        <w:br/>
        <w:t>vn -0.0784 -0.9367 0.3413</w:t>
        <w:br/>
        <w:t>vn -0.1944 -0.8901 0.4122</w:t>
        <w:br/>
        <w:t>vn 0.0025 -0.9696 0.2447</w:t>
        <w:br/>
        <w:t>vn 0.1208 -0.9642 -0.2359</w:t>
        <w:br/>
        <w:t>vn -0.4057 -0.6123 0.6786</w:t>
        <w:br/>
        <w:t>vn -0.4561 -0.1924 0.8689</w:t>
        <w:br/>
        <w:t>vn -0.3773 -0.3282 0.8660</w:t>
        <w:br/>
        <w:t>vn -0.6853 0.7186 -0.1181</w:t>
        <w:br/>
        <w:t>vn 0.0025 -0.9696 0.2448</w:t>
        <w:br/>
        <w:t>vn -0.5945 0.8036 -0.0278</w:t>
        <w:br/>
        <w:t>vn -0.5240 0.6924 0.4959</w:t>
        <w:br/>
        <w:t>vn -0.5598 0.6549 0.5077</w:t>
        <w:br/>
        <w:t>vn -0.6394 0.7668 -0.0567</w:t>
        <w:br/>
        <w:t>vn -0.2736 0.3147 0.9089</w:t>
        <w:br/>
        <w:t>vn -0.2721 0.2868 0.9185</w:t>
        <w:br/>
        <w:t>vn -0.0813 0.0354 0.9961</w:t>
        <w:br/>
        <w:t>vn -0.0707 0.0300 0.9970</w:t>
        <w:br/>
        <w:t>vn -0.3570 0.4499 -0.8186</w:t>
        <w:br/>
        <w:t>vn -0.4880 0.6431 -0.5901</w:t>
        <w:br/>
        <w:t>vn -0.4963 0.6047 -0.6230</w:t>
        <w:br/>
        <w:t>vn -0.3464 0.4216 -0.8380</w:t>
        <w:br/>
        <w:t>vn -0.3965 0.7078 0.5846</w:t>
        <w:br/>
        <w:t>vn -0.4070 0.2349 0.8827</w:t>
        <w:br/>
        <w:t>vn -0.5299 0.6344 0.5628</w:t>
        <w:br/>
        <w:t>vn -0.3797 0.1590 0.9114</w:t>
        <w:br/>
        <w:t>vn -0.6187 0.5788 0.5312</w:t>
        <w:br/>
        <w:t>vn -0.3234 0.1884 0.9273</w:t>
        <w:br/>
        <w:t>vn -0.1354 -0.0510 0.9895</w:t>
        <w:br/>
        <w:t>vn -0.0000 0.0060 -1.0000</w:t>
        <w:br/>
        <w:t>vn 0.0947 -0.0382 -0.9948</w:t>
        <w:br/>
        <w:t>vn 0.2883 0.0993 -0.9524</w:t>
        <w:br/>
        <w:t>vn 0.0000 0.1037 -0.9946</w:t>
        <w:br/>
        <w:t>vn -0.0000 -0.1892 -0.9819</w:t>
        <w:br/>
        <w:t>vn 0.0991 -0.2032 -0.9741</w:t>
        <w:br/>
        <w:t>vn -0.2134 -0.2494 -0.9446</w:t>
        <w:br/>
        <w:t>vn -0.1081 -0.3672 -0.9238</w:t>
        <w:br/>
        <w:t>vn -0.2606 -0.3741 -0.8900</w:t>
        <w:br/>
        <w:t>vn 0.1418 -0.4206 -0.8961</w:t>
        <w:br/>
        <w:t>vn 0.0000 -0.3967 -0.9179</w:t>
        <w:br/>
        <w:t>vn 0.0165 -0.4534 -0.8911</w:t>
        <w:br/>
        <w:t>vn -0.0776 -0.3944 -0.9156</w:t>
        <w:br/>
        <w:t>vn -0.1181 -0.4530 -0.8837</w:t>
        <w:br/>
        <w:t>vn 0.0903 -0.3127 -0.9455</w:t>
        <w:br/>
        <w:t>vn 0.1734 -0.4165 -0.8924</w:t>
        <w:br/>
        <w:t>vn 0.0000 -0.4098 -0.9122</w:t>
        <w:br/>
        <w:t>vn 0.0000 -0.2468 -0.9691</w:t>
        <w:br/>
        <w:t>vn -0.0000 -0.4781 -0.8783</w:t>
        <w:br/>
        <w:t>vn 0.1754 -0.4686 -0.8658</w:t>
        <w:br/>
        <w:t>vn -0.1610 -0.3722 -0.9141</w:t>
        <w:br/>
        <w:t>vn 0.0056 -0.4108 -0.9117</w:t>
        <w:br/>
        <w:t>vn -0.0133 -0.2440 -0.9697</w:t>
        <w:br/>
        <w:t>vn 0.0000 -0.2086 -0.9780</w:t>
        <w:br/>
        <w:t>vn -0.1425 -0.1376 -0.9802</w:t>
        <w:br/>
        <w:t>vn -0.1169 -0.1638 -0.9795</w:t>
        <w:br/>
        <w:t>vn -0.3072 -0.2659 -0.9137</w:t>
        <w:br/>
        <w:t>vn -0.0000 0.1260 -0.9920</w:t>
        <w:br/>
        <w:t>vn -0.0356 -0.2631 -0.9641</w:t>
        <w:br/>
        <w:t>vn -0.0000 -0.2632 -0.9647</w:t>
        <w:br/>
        <w:t>vn -0.2883 0.0993 -0.9524</w:t>
        <w:br/>
        <w:t>vn -0.0947 -0.0382 -0.9948</w:t>
        <w:br/>
        <w:t>vn -0.0991 -0.2032 -0.9741</w:t>
        <w:br/>
        <w:t>vn 0.2134 -0.2494 -0.9446</w:t>
        <w:br/>
        <w:t>vn 0.2606 -0.3740 -0.8901</w:t>
        <w:br/>
        <w:t>vn 0.1081 -0.3672 -0.9238</w:t>
        <w:br/>
        <w:t>vn -0.1418 -0.4206 -0.8961</w:t>
        <w:br/>
        <w:t>vn -0.0165 -0.4534 -0.8911</w:t>
        <w:br/>
        <w:t>vn 0.1181 -0.4530 -0.8837</w:t>
        <w:br/>
        <w:t>vn 0.0776 -0.3945 -0.9156</w:t>
        <w:br/>
        <w:t>vn -0.1734 -0.4165 -0.8924</w:t>
        <w:br/>
        <w:t>vn -0.0903 -0.3127 -0.9455</w:t>
        <w:br/>
        <w:t>vn -0.1754 -0.4686 -0.8658</w:t>
        <w:br/>
        <w:t>vn -0.0056 -0.4108 -0.9117</w:t>
        <w:br/>
        <w:t>vn 0.1610 -0.3722 -0.9141</w:t>
        <w:br/>
        <w:t>vn 0.0133 -0.2440 -0.9697</w:t>
        <w:br/>
        <w:t>vn 0.1424 -0.1375 -0.9802</w:t>
        <w:br/>
        <w:t>vn 0.1169 -0.1638 -0.9795</w:t>
        <w:br/>
        <w:t>vn 0.3072 -0.2659 -0.9137</w:t>
        <w:br/>
        <w:t>vn 0.0356 -0.2631 -0.9641</w:t>
        <w:br/>
        <w:t>vn 0.1930 -0.1978 -0.9611</w:t>
        <w:br/>
        <w:t>vn 0.1578 -0.1883 -0.9694</w:t>
        <w:br/>
        <w:t>vn -0.1905 0.3030 -0.9338</w:t>
        <w:br/>
        <w:t>vn -0.2040 0.3042 -0.9305</w:t>
        <w:br/>
        <w:t>vn 0.0153 -0.1873 0.9822</w:t>
        <w:br/>
        <w:t>vn -0.4426 0.4021 0.8015</w:t>
        <w:br/>
        <w:t>vn -0.4281 0.4104 0.8052</w:t>
        <w:br/>
        <w:t>vn 0.0472 -0.2237 0.9735</w:t>
        <w:br/>
        <w:t>vn 0.5040 -0.6996 -0.5064</w:t>
        <w:br/>
        <w:t>vn 0.5415 -0.8377 0.0707</w:t>
        <w:br/>
        <w:t>vn 0.6074 -0.7758 0.1711</w:t>
        <w:br/>
        <w:t>vn 0.5551 -0.6667 -0.4974</w:t>
        <w:br/>
        <w:t>vn 0.6850 -0.7203 0.1095</w:t>
        <w:br/>
        <w:t>vn 0.6406 -0.7631 0.0852</w:t>
        <w:br/>
        <w:t>vn 0.5111 -0.6417 -0.5718</w:t>
        <w:br/>
        <w:t>vn 0.5621 -0.6329 -0.5324</w:t>
        <w:br/>
        <w:t>vn -0.4329 0.8460 0.3112</w:t>
        <w:br/>
        <w:t>vn -0.4302 0.7339 -0.5257</w:t>
        <w:br/>
        <w:t>vn -0.4268 0.7125 -0.5570</w:t>
        <w:br/>
        <w:t>vn -0.4703 0.8287 0.3035</w:t>
        <w:br/>
        <w:t>vn 0.3944 -0.6998 0.5956</w:t>
        <w:br/>
        <w:t>vn 0.1057 -0.2839 0.9530</w:t>
        <w:br/>
        <w:t>vn 0.4280 -0.6806 0.5947</w:t>
        <w:br/>
        <w:t>vn -0.5675 0.6038 0.5597</w:t>
        <w:br/>
        <w:t>vn -0.6413 0.7325 0.2284</w:t>
        <w:br/>
        <w:t>vn -0.2555 0.1944 0.9471</w:t>
        <w:br/>
        <w:t>vn -0.1920 0.2989 -0.9348</w:t>
        <w:br/>
        <w:t>vn -0.4860 0.6730 -0.5576</w:t>
        <w:br/>
        <w:t>vn 0.4762 -0.6601 -0.5810</w:t>
        <w:br/>
        <w:t>vn 0.1581 -0.1854 -0.9699</w:t>
        <w:br/>
        <w:t>vn 0.5790 -0.8115 0.0789</w:t>
        <w:br/>
        <w:t>vn 0.4233 -0.4089 0.8085</w:t>
        <w:br/>
        <w:t>vn 0.4047 -0.5107 0.7586</w:t>
        <w:br/>
        <w:t>vn 0.6942 -0.7050 0.1452</w:t>
        <w:br/>
        <w:t>vn 0.5995 -0.6265 -0.4981</w:t>
        <w:br/>
        <w:t>vn 0.4899 -0.5606 0.6677</w:t>
        <w:br/>
        <w:t>vn -0.5406 0.7313 -0.4159</w:t>
        <w:br/>
        <w:t>vn -0.5471 0.7959 0.2592</w:t>
        <w:br/>
        <w:t>vn 0.2434 -0.2076 -0.9474</w:t>
        <w:br/>
        <w:t>vn -0.6457 0.7579 0.0929</w:t>
        <w:br/>
        <w:t>vn -0.5536 0.6663 -0.4996</w:t>
        <w:br/>
        <w:t>vn 0.2391 -0.2480 -0.9388</w:t>
        <w:br/>
        <w:t>vn 0.2245 -0.2736 -0.9353</w:t>
        <w:br/>
        <w:t>vn 0.5416 -0.8377 0.0707</w:t>
        <w:br/>
        <w:t>vn -0.2016 0.2695 -0.9416</w:t>
        <w:br/>
        <w:t>vn -0.1928 0.2844 -0.9391</w:t>
        <w:br/>
        <w:t>vn 0.1593 -0.1227 0.9796</w:t>
        <w:br/>
        <w:t>vn -0.3188 0.4920 0.8102</w:t>
        <w:br/>
        <w:t>vn -0.2170 0.4484 0.8671</w:t>
        <w:br/>
        <w:t>vn 0.0531 0.0544 0.9971</w:t>
        <w:br/>
        <w:t>vn -0.1891 0.3043 -0.9336</w:t>
        <w:br/>
        <w:t>vn -0.4611 0.7422 -0.4864</w:t>
        <w:br/>
        <w:t>vn 0.4321 -0.7093 -0.5569</w:t>
        <w:br/>
        <w:t>vn 0.5216 -0.8498 0.0767</w:t>
        <w:br/>
        <w:t>vn 0.1121 -0.2201 -0.9690</w:t>
        <w:br/>
        <w:t>vn -0.2741 0.2942 -0.9156</w:t>
        <w:br/>
        <w:t>vn 0.5216 -0.8498 0.0766</w:t>
        <w:br/>
        <w:t>vn 0.3825 -0.5721 0.7255</w:t>
        <w:br/>
        <w:t>vn 0.5031 -0.8621 0.0610</w:t>
        <w:br/>
        <w:t>vn 0.4015 -0.7376 -0.5429</w:t>
        <w:br/>
        <w:t>vn 0.0538 -0.2417 -0.9688</w:t>
        <w:br/>
        <w:t>vn -0.6721 0.7232 0.1590</w:t>
        <w:br/>
        <w:t>vn -0.6386 0.7390 0.2148</w:t>
        <w:br/>
        <w:t>vn -0.5716 0.6364 -0.5180</w:t>
        <w:br/>
        <w:t>vn -0.6143 0.6375 -0.4650</w:t>
        <w:br/>
        <w:t>vn -0.2562 0.4394 0.8610</w:t>
        <w:br/>
        <w:t>vn -0.5603 0.7810 0.2757</w:t>
        <w:br/>
        <w:t>vn -0.3409 0.4614 0.8191</w:t>
        <w:br/>
        <w:t>vn -0.3538 0.3162 -0.8803</w:t>
        <w:br/>
        <w:t>vn 0.0492 0.0410 0.9979</w:t>
        <w:br/>
        <w:t>vn 0.0262 0.0083 0.9996</w:t>
        <w:br/>
        <w:t>vn -0.4445 0.4924 0.7483</w:t>
        <w:br/>
        <w:t>vn 0.4268 -0.7104 -0.5597</w:t>
        <w:br/>
        <w:t>vn 0.4127 -0.7241 -0.5526</w:t>
        <w:br/>
        <w:t>vn 0.5289 -0.8482 0.0266</w:t>
        <w:br/>
        <w:t>vn 0.5479 -0.8365 0.0060</w:t>
        <w:br/>
        <w:t>vn 0.0629 -0.2477 -0.9668</w:t>
        <w:br/>
        <w:t>vn 0.0873 -0.2557 -0.9628</w:t>
        <w:br/>
        <w:t>vn -0.3373 0.3536 -0.8725</w:t>
        <w:br/>
        <w:t>vn -0.3575 0.3446 -0.8680</w:t>
        <w:br/>
        <w:t>vn -0.0482 -0.0064 0.9988</w:t>
        <w:br/>
        <w:t>vn -0.4789 0.5277 0.7015</w:t>
        <w:br/>
        <w:t>vn -0.0930 0.0239 0.9954</w:t>
        <w:br/>
        <w:t>vn -0.5832 0.6889 -0.4305</w:t>
        <w:br/>
        <w:t>vn -0.6018 0.6688 -0.4365</w:t>
        <w:br/>
        <w:t>vn -0.6404 0.7598 0.1119</w:t>
        <w:br/>
        <w:t>vn -0.6585 0.7422 0.1245</w:t>
        <w:br/>
        <w:t>vn -0.4700 0.5485 0.6915</w:t>
        <w:br/>
        <w:t>vn -0.0887 0.0508 0.9948</w:t>
        <w:br/>
        <w:t>vn 0.3861 -0.6015 0.6994</w:t>
        <w:br/>
        <w:t>vn 0.3711 -0.6168 0.6942</w:t>
        <w:br/>
        <w:t>vn 0.3643 -0.6179 0.6968</w:t>
        <w:br/>
        <w:t>vn 0.5312 -0.4345 0.7274</w:t>
        <w:br/>
        <w:t>vn 0.6942 -0.7050 0.1451</w:t>
        <w:br/>
        <w:t>vn 0.5691 0.4296 0.7011</w:t>
        <w:br/>
        <w:t>vn 0.4085 0.6295 0.6610</w:t>
        <w:br/>
        <w:t>vn 0.3551 0.6758 0.6458</w:t>
        <w:br/>
        <w:t>vn 0.5007 0.4753 0.7235</w:t>
        <w:br/>
        <w:t>vn -0.5952 0.7521 0.2832</w:t>
        <w:br/>
        <w:t>vn -0.3413 0.8303 0.4406</w:t>
        <w:br/>
        <w:t>vn -0.3485 0.8447 0.4064</w:t>
        <w:br/>
        <w:t>vn -0.6201 0.7401 0.2602</w:t>
        <w:br/>
        <w:t>vn -0.4041 0.7959 0.4509</w:t>
        <w:br/>
        <w:t>vn -0.6027 0.7152 0.3539</w:t>
        <w:br/>
        <w:t>vn -0.1338 0.8153 0.5633</w:t>
        <w:br/>
        <w:t>vn -0.1143 0.8494 0.5152</w:t>
        <w:br/>
        <w:t>vn 0.1577 0.8000 0.5790</w:t>
        <w:br/>
        <w:t>vn 0.1162 0.7296 0.6740</w:t>
        <w:br/>
        <w:t>vn -0.1312 0.8368 0.5315</w:t>
        <w:br/>
        <w:t>vn 0.1637 0.7666 0.6210</w:t>
        <w:br/>
        <w:t>vn 0.0218 0.7570 0.6531</w:t>
        <w:br/>
        <w:t>vn -0.1748 0.7765 0.6054</w:t>
        <w:br/>
        <w:t>vn -0.4747 0.7171 0.5103</w:t>
        <w:br/>
        <w:t>vn 0.0000 0.7062 0.7080</w:t>
        <w:br/>
        <w:t>vn 0.0000 0.7293 0.6842</w:t>
        <w:br/>
        <w:t>vn -0.0173 0.6942 0.7196</w:t>
        <w:br/>
        <w:t>vn -0.1617 0.6897 0.7058</w:t>
        <w:br/>
        <w:t>vn 0.0000 0.7045 0.7097</w:t>
        <w:br/>
        <w:t>vn 0.0000 0.4869 0.8734</w:t>
        <w:br/>
        <w:t>vn 0.0000 0.6300 0.7766</w:t>
        <w:br/>
        <w:t>vn 0.0000 0.5198 0.8543</w:t>
        <w:br/>
        <w:t>vn 0.0510 0.5492 0.8341</w:t>
        <w:br/>
        <w:t>vn -0.9461 0.3138 -0.0803</w:t>
        <w:br/>
        <w:t>vn -0.8854 0.4647 -0.0021</w:t>
        <w:br/>
        <w:t>vn -0.8400 0.5362 0.0829</w:t>
        <w:br/>
        <w:t>vn -0.6998 0.6532 0.2893</w:t>
        <w:br/>
        <w:t>vn -0.7594 0.6353 0.1405</w:t>
        <w:br/>
        <w:t>vn -0.7426 0.6366 0.2081</w:t>
        <w:br/>
        <w:t>vn 0.6521 0.1130 0.7496</w:t>
        <w:br/>
        <w:t>vn 0.5158 0.1619 0.8413</w:t>
        <w:br/>
        <w:t>vn 0.4772 -0.0359 0.8781</w:t>
        <w:br/>
        <w:t>vn 0.6392 -0.0840 0.7644</w:t>
        <w:br/>
        <w:t>vn 0.2611 0.5254 0.8098</w:t>
        <w:br/>
        <w:t>vn 0.2954 0.2181 0.9301</w:t>
        <w:br/>
        <w:t>vn -0.7134 0.6815 0.1633</w:t>
        <w:br/>
        <w:t>vn -0.5709 0.7351 0.3657</w:t>
        <w:br/>
        <w:t>vn 0.1785 0.3055 0.9353</w:t>
        <w:br/>
        <w:t>vn 0.2670 0.0452 0.9626</w:t>
        <w:br/>
        <w:t>vn 0.6769 0.0986 0.7294</w:t>
        <w:br/>
        <w:t>vn -0.3464 0.8108 0.4718</w:t>
        <w:br/>
        <w:t>vn -0.1523 0.7810 0.6057</w:t>
        <w:br/>
        <w:t>vn 0.0799 0.6087 0.7894</w:t>
        <w:br/>
        <w:t>vn 0.6866 -0.0891 0.7215</w:t>
        <w:br/>
        <w:t>vn -0.9034 0.4266 -0.0434</w:t>
        <w:br/>
        <w:t>vn 0.0000 0.3292 0.9443</w:t>
        <w:br/>
        <w:t>vn -0.9715 0.2121 -0.1057</w:t>
        <w:br/>
        <w:t>vn -0.5691 0.4296 0.7011</w:t>
        <w:br/>
        <w:t>vn -0.5007 0.4753 0.7235</w:t>
        <w:br/>
        <w:t>vn -0.3551 0.6758 0.6459</w:t>
        <w:br/>
        <w:t>vn -0.4085 0.6295 0.6610</w:t>
        <w:br/>
        <w:t>vn 0.5952 0.7521 0.2832</w:t>
        <w:br/>
        <w:t>vn 0.6202 0.7400 0.2602</w:t>
        <w:br/>
        <w:t>vn 0.3485 0.8447 0.4064</w:t>
        <w:br/>
        <w:t>vn 0.3414 0.8303 0.4406</w:t>
        <w:br/>
        <w:t>vn 0.4041 0.7959 0.4509</w:t>
        <w:br/>
        <w:t>vn 0.6028 0.7152 0.3538</w:t>
        <w:br/>
        <w:t>vn 0.1143 0.8494 0.5152</w:t>
        <w:br/>
        <w:t>vn 0.1338 0.8153 0.5633</w:t>
        <w:br/>
        <w:t>vn -0.1162 0.7296 0.6740</w:t>
        <w:br/>
        <w:t>vn -0.1577 0.8000 0.5789</w:t>
        <w:br/>
        <w:t>vn 0.1312 0.8369 0.5315</w:t>
        <w:br/>
        <w:t>vn 0.1748 0.7765 0.6054</w:t>
        <w:br/>
        <w:t>vn -0.0218 0.7570 0.6531</w:t>
        <w:br/>
        <w:t>vn -0.1637 0.7666 0.6210</w:t>
        <w:br/>
        <w:t>vn 0.4747 0.7171 0.5103</w:t>
        <w:br/>
        <w:t>vn 0.1617 0.6897 0.7058</w:t>
        <w:br/>
        <w:t>vn 0.0173 0.6942 0.7196</w:t>
        <w:br/>
        <w:t>vn 0.0000 0.6301 0.7765</w:t>
        <w:br/>
        <w:t>vn -0.0510 0.5492 0.8341</w:t>
        <w:br/>
        <w:t>vn 0.9461 0.3138 -0.0803</w:t>
        <w:br/>
        <w:t>vn 0.8400 0.5362 0.0829</w:t>
        <w:br/>
        <w:t>vn 0.8854 0.4647 -0.0021</w:t>
        <w:br/>
        <w:t>vn 0.6998 0.6532 0.2893</w:t>
        <w:br/>
        <w:t>vn 0.7426 0.6366 0.2081</w:t>
        <w:br/>
        <w:t>vn 0.7594 0.6353 0.1405</w:t>
        <w:br/>
        <w:t>vn -0.4772 -0.0359 0.8781</w:t>
        <w:br/>
        <w:t>vn -0.5158 0.1619 0.8413</w:t>
        <w:br/>
        <w:t>vn -0.6521 0.1130 0.7496</w:t>
        <w:br/>
        <w:t>vn -0.6392 -0.0840 0.7644</w:t>
        <w:br/>
        <w:t>vn -0.2611 0.5254 0.8098</w:t>
        <w:br/>
        <w:t>vn -0.2954 0.2181 0.9301</w:t>
        <w:br/>
        <w:t>vn 0.5709 0.7351 0.3657</w:t>
        <w:br/>
        <w:t>vn 0.7134 0.6815 0.1633</w:t>
        <w:br/>
        <w:t>vn -0.1785 0.3055 0.9353</w:t>
        <w:br/>
        <w:t>vn -0.2670 0.0453 0.9626</w:t>
        <w:br/>
        <w:t>vn -0.6769 0.0986 0.7294</w:t>
        <w:br/>
        <w:t>vn 0.3463 0.8110 0.4716</w:t>
        <w:br/>
        <w:t>vn 0.1523 0.7810 0.6057</w:t>
        <w:br/>
        <w:t>vn -0.0799 0.6087 0.7894</w:t>
        <w:br/>
        <w:t>vn -0.6866 -0.0891 0.7215</w:t>
        <w:br/>
        <w:t>vn 0.9034 0.4266 -0.0434</w:t>
        <w:br/>
        <w:t>vn -0.0000 0.3291 0.9443</w:t>
        <w:br/>
        <w:t>vn 0.9715 0.2121 -0.1057</w:t>
        <w:br/>
        <w:t>vn 0.2341 0.1182 0.9650</w:t>
        <w:br/>
        <w:t>vn 0.5463 0.2715 0.7924</w:t>
        <w:br/>
        <w:t>vn 0.6428 0.2003 0.7394</w:t>
        <w:br/>
        <w:t>vn 0.2948 0.1242 0.9474</w:t>
        <w:br/>
        <w:t>vn 0.9039 0.4270 -0.0262</w:t>
        <w:br/>
        <w:t>vn 0.7316 0.4599 -0.5032</w:t>
        <w:br/>
        <w:t>vn 0.7249 0.4486 -0.5227</w:t>
        <w:br/>
        <w:t>vn 0.9133 0.4031 -0.0590</w:t>
        <w:br/>
        <w:t>vn 0.3415 0.4288 -0.8363</w:t>
        <w:br/>
        <w:t>vn 0.3238 0.4697 -0.8213</w:t>
        <w:br/>
        <w:t>vn 0.8339 0.3928 0.3877</w:t>
        <w:br/>
        <w:t>vn 0.8679 0.3110 0.3874</w:t>
        <w:br/>
        <w:t>vn -0.0067 0.4535 -0.8913</w:t>
        <w:br/>
        <w:t>vn 0.0613 0.3677 -0.9279</w:t>
        <w:br/>
        <w:t>vn 0.0000 0.3388 -0.9408</w:t>
        <w:br/>
        <w:t>vn 0.0000 0.3599 -0.9330</w:t>
        <w:br/>
        <w:t>vn 0.0912 0.3937 -0.9147</w:t>
        <w:br/>
        <w:t>vn 0.3466 0.4735 -0.8097</w:t>
        <w:br/>
        <w:t>vn 0.7021 0.4944 -0.5124</w:t>
        <w:br/>
        <w:t>vn 0.9035 0.4213 -0.0784</w:t>
        <w:br/>
        <w:t>vn 0.8811 0.2915 0.3724</w:t>
        <w:br/>
        <w:t>vn 0.6671 0.1761 0.7238</w:t>
        <w:br/>
        <w:t>vn 0.2930 0.2333 0.9272</w:t>
        <w:br/>
        <w:t>vn 0.5631 0.3257 0.7595</w:t>
        <w:br/>
        <w:t>vn 0.8034 0.4676 0.3685</w:t>
        <w:br/>
        <w:t>vn 0.9060 0.4223 0.0281</w:t>
        <w:br/>
        <w:t>vn 0.0000 0.0985 0.9951</w:t>
        <w:br/>
        <w:t>vn 0.3116 0.1105 0.9438</w:t>
        <w:br/>
        <w:t>vn 0.0000 0.0846 0.9964</w:t>
        <w:br/>
        <w:t>vn 0.8445 0.4135 -0.3405</w:t>
        <w:br/>
        <w:t>vn 0.6258 0.4215 -0.6563</w:t>
        <w:br/>
        <w:t>vn 0.3427 0.4512 -0.8240</w:t>
        <w:br/>
        <w:t>vn 0.0386 0.5066 -0.8613</w:t>
        <w:br/>
        <w:t>vn -0.1256 0.4825 -0.8669</w:t>
        <w:br/>
        <w:t>vn -0.3883 -0.3123 0.8670</w:t>
        <w:br/>
        <w:t>vn -0.0506 -0.0667 0.9965</w:t>
        <w:br/>
        <w:t>vn -0.1461 -0.2739 0.9506</w:t>
        <w:br/>
        <w:t>vn -0.0000 0.0707 0.9975</w:t>
        <w:br/>
        <w:t>vn 0.0000 -0.0275 0.9996</w:t>
        <w:br/>
        <w:t>vn 0.1331 0.0644 0.9890</w:t>
        <w:br/>
        <w:t>vn 0.3077 0.1883 0.9327</w:t>
        <w:br/>
        <w:t>vn 0.1331 0.0678 0.9888</w:t>
        <w:br/>
        <w:t>vn 0.0307 -0.0362 0.9989</w:t>
        <w:br/>
        <w:t>vn 0.0000 -0.0575 0.9983</w:t>
        <w:br/>
        <w:t>vn -0.0000 0.4112 -0.9116</w:t>
        <w:br/>
        <w:t>vn -0.0000 0.4792 -0.8777</w:t>
        <w:br/>
        <w:t>vn -0.8614 0.4764 -0.1763</w:t>
        <w:br/>
        <w:t>vn -0.8921 0.0784 -0.4450</w:t>
        <w:br/>
        <w:t>vn -0.8647 0.5001 0.0476</w:t>
        <w:br/>
        <w:t>vn -0.8647 0.5000 0.0476</w:t>
        <w:br/>
        <w:t>vn -0.5751 -0.0113 -0.8180</w:t>
        <w:br/>
        <w:t>vn -0.5394 -0.0738 -0.8388</w:t>
        <w:br/>
        <w:t>vn -0.7446 -0.0482 -0.6658</w:t>
        <w:br/>
        <w:t>vn 0.2110 0.0150 -0.9774</w:t>
        <w:br/>
        <w:t>vn 0.4496 -0.0355 -0.8925</w:t>
        <w:br/>
        <w:t>vn 0.2877 -0.0638 -0.9556</w:t>
        <w:br/>
        <w:t>vn 0.8959 -0.1623 0.4136</w:t>
        <w:br/>
        <w:t>vn 0.8561 -0.4779 0.1966</w:t>
        <w:br/>
        <w:t>vn 0.7966 -0.5721 0.1954</w:t>
        <w:br/>
        <w:t>vn 0.8376 0.0862 0.5394</w:t>
        <w:br/>
        <w:t>vn 0.7495 -0.0424 0.6606</w:t>
        <w:br/>
        <w:t>vn 0.5109 -0.1226 0.8509</w:t>
        <w:br/>
        <w:t>vn -0.3635 0.1149 0.9245</w:t>
        <w:br/>
        <w:t>vn -0.1596 -0.0454 0.9861</w:t>
        <w:br/>
        <w:t>vn -0.2785 -0.0271 0.9601</w:t>
        <w:br/>
        <w:t>vn -0.6669 -0.1036 -0.7379</w:t>
        <w:br/>
        <w:t>vn -0.9432 0.1943 -0.2693</w:t>
        <w:br/>
        <w:t>vn -0.9221 -0.3373 -0.1897</w:t>
        <w:br/>
        <w:t>vn -0.8849 -0.1579 -0.4382</w:t>
        <w:br/>
        <w:t>vn -0.9953 -0.0698 0.0672</w:t>
        <w:br/>
        <w:t>vn -0.9614 -0.0166 0.2746</w:t>
        <w:br/>
        <w:t>vn -0.9376 -0.0209 0.3471</w:t>
        <w:br/>
        <w:t>vn -0.6155 0.4086 0.6739</w:t>
        <w:br/>
        <w:t>vn -0.7369 -0.1726 0.6536</w:t>
        <w:br/>
        <w:t>vn 0.9309 0.1934 0.3099</w:t>
        <w:br/>
        <w:t>vn 0.8647 -0.3151 0.3912</w:t>
        <w:br/>
        <w:t>vn -0.1193 -0.0359 0.9922</w:t>
        <w:br/>
        <w:t>vn -0.9529 0.2699 0.1383</w:t>
        <w:br/>
        <w:t>vn -0.9538 0.2918 0.0714</w:t>
        <w:br/>
        <w:t>vn -0.5751 0.2051 -0.7920</w:t>
        <w:br/>
        <w:t>vn -0.5679 0.3386 -0.7502</w:t>
        <w:br/>
        <w:t>vn -0.1556 -0.0286 -0.9874</w:t>
        <w:br/>
        <w:t>vn -0.6097 0.1907 -0.7693</w:t>
        <w:br/>
        <w:t>vn 0.4441 0.2369 -0.8641</w:t>
        <w:br/>
        <w:t>vn 0.3757 0.1881 -0.9074</w:t>
        <w:br/>
        <w:t>vn 0.6537 -0.1275 -0.7460</w:t>
        <w:br/>
        <w:t>vn 0.6170 -0.0976 -0.7809</w:t>
        <w:br/>
        <w:t>vn 0.1384 -0.3455 0.9282</w:t>
        <w:br/>
        <w:t>vn 0.4168 0.2994 0.8583</w:t>
        <w:br/>
        <w:t>vn -0.5949 0.4054 0.6940</w:t>
        <w:br/>
        <w:t>vn -0.5566 -0.0532 0.8290</w:t>
        <w:br/>
        <w:t>vn -0.4323 -0.0256 -0.9014</w:t>
        <w:br/>
        <w:t>vn 0.0434 -0.1061 -0.9934</w:t>
        <w:br/>
        <w:t>vn 0.3330 -0.2695 -0.9036</w:t>
        <w:br/>
        <w:t>vn -0.2808 -0.0191 -0.9596</w:t>
        <w:br/>
        <w:t>vn 0.6552 -0.0820 -0.7510</w:t>
        <w:br/>
        <w:t>vn 0.8488 -0.2166 0.4824</w:t>
        <w:br/>
        <w:t>vn -0.9529 0.2699 0.1382</w:t>
        <w:br/>
        <w:t>vn -0.5488 0.3299 0.7681</w:t>
        <w:br/>
        <w:t>vn 0.1995 0.1832 0.9626</w:t>
        <w:br/>
        <w:t>vn 0.8842 0.3762 0.2767</w:t>
        <w:br/>
        <w:t>vn 0.9850 0.1416 -0.0982</w:t>
        <w:br/>
        <w:t>vn 0.9078 0.4110 -0.0834</w:t>
        <w:br/>
        <w:t>vn 0.9283 -0.0287 -0.3706</w:t>
        <w:br/>
        <w:t>vn -0.8921 0.0784 -0.4451</w:t>
        <w:br/>
        <w:t>vn 0.9393 0.2759 -0.2041</w:t>
        <w:br/>
        <w:t>vn 0.9276 -0.0922 -0.3619</w:t>
        <w:br/>
        <w:t>vn 0.9427 0.2121 -0.2577</w:t>
        <w:br/>
        <w:t>vn 0.9356 0.2886 -0.2036</w:t>
        <w:br/>
        <w:t>vn 0.8629 -0.0760 -0.4995</w:t>
        <w:br/>
        <w:t>vn -0.8832 -0.4631 0.0739</w:t>
        <w:br/>
        <w:t>vn -0.8832 -0.4630 0.0739</w:t>
        <w:br/>
        <w:t>vn 0.9352 0.3101 0.1712</w:t>
        <w:br/>
        <w:t>vn 0.7761 -0.1265 -0.6178</w:t>
        <w:br/>
        <w:t>vn 0.8436 -0.2581 -0.4708</w:t>
        <w:br/>
        <w:t>vn 0.8382 -0.4167 -0.3518</w:t>
        <w:br/>
        <w:t>vn 0.7817 -0.5770 -0.2367</w:t>
        <w:br/>
        <w:t>vn 0.8416 -0.4931 0.2203</w:t>
        <w:br/>
        <w:t>vn 0.8019 -0.5974 0.0107</w:t>
        <w:br/>
        <w:t>vn -0.6428 0.2003 0.7394</w:t>
        <w:br/>
        <w:t>vn -0.5463 0.2715 0.7924</w:t>
        <w:br/>
        <w:t>vn -0.2342 0.1182 0.9650</w:t>
        <w:br/>
        <w:t>vn -0.2948 0.1242 0.9474</w:t>
        <w:br/>
        <w:t>vn -0.7249 0.4486 -0.5228</w:t>
        <w:br/>
        <w:t>vn -0.7316 0.4599 -0.5032</w:t>
        <w:br/>
        <w:t>vn -0.9038 0.4271 -0.0262</w:t>
        <w:br/>
        <w:t>vn -0.9133 0.4031 -0.0590</w:t>
        <w:br/>
        <w:t>vn -0.3415 0.4288 -0.8363</w:t>
        <w:br/>
        <w:t>vn -0.3238 0.4697 -0.8213</w:t>
        <w:br/>
        <w:t>vn -0.8679 0.3110 0.3874</w:t>
        <w:br/>
        <w:t>vn -0.8339 0.3928 0.3877</w:t>
        <w:br/>
        <w:t>vn 0.0067 0.4535 -0.8912</w:t>
        <w:br/>
        <w:t>vn -0.0613 0.3677 -0.9279</w:t>
        <w:br/>
        <w:t>vn -0.0912 0.3937 -0.9147</w:t>
        <w:br/>
        <w:t>vn -0.3466 0.4735 -0.8097</w:t>
        <w:br/>
        <w:t>vn -0.7021 0.4944 -0.5124</w:t>
        <w:br/>
        <w:t>vn -0.9035 0.4213 -0.0784</w:t>
        <w:br/>
        <w:t>vn -0.8811 0.2915 0.3724</w:t>
        <w:br/>
        <w:t>vn -0.6671 0.1761 0.7238</w:t>
        <w:br/>
        <w:t>vn -0.5631 0.3257 0.7595</w:t>
        <w:br/>
        <w:t>vn -0.2930 0.2333 0.9272</w:t>
        <w:br/>
        <w:t>vn -0.8034 0.4676 0.3685</w:t>
        <w:br/>
        <w:t>vn -0.9060 0.4223 0.0281</w:t>
        <w:br/>
        <w:t>vn -0.3116 0.1105 0.9438</w:t>
        <w:br/>
        <w:t>vn -0.6258 0.4215 -0.6563</w:t>
        <w:br/>
        <w:t>vn -0.8445 0.4134 -0.3405</w:t>
        <w:br/>
        <w:t>vn -0.3427 0.4512 -0.8240</w:t>
        <w:br/>
        <w:t>vn 0.1256 0.4825 -0.8669</w:t>
        <w:br/>
        <w:t>vn -0.0386 0.5066 -0.8613</w:t>
        <w:br/>
        <w:t>vn 0.3883 -0.3123 0.8670</w:t>
        <w:br/>
        <w:t>vn 0.1461 -0.2739 0.9506</w:t>
        <w:br/>
        <w:t>vn 0.0506 -0.0667 0.9965</w:t>
        <w:br/>
        <w:t>vn -0.1331 0.0644 0.9890</w:t>
        <w:br/>
        <w:t>vn -0.3077 0.1883 0.9327</w:t>
        <w:br/>
        <w:t>vn -0.1331 0.0678 0.9888</w:t>
        <w:br/>
        <w:t>vn -0.0307 -0.0362 0.9989</w:t>
        <w:br/>
        <w:t>vn 0.9375 0.2920 -0.1890</w:t>
        <w:br/>
        <w:t>vn 0.8647 0.5001 0.0476</w:t>
        <w:br/>
        <w:t>vn 0.8603 0.2406 -0.4494</w:t>
        <w:br/>
        <w:t>vn 0.5751 -0.0113 -0.8180</w:t>
        <w:br/>
        <w:t>vn 0.7446 -0.0482 -0.6658</w:t>
        <w:br/>
        <w:t>vn 0.5394 -0.0738 -0.8388</w:t>
        <w:br/>
        <w:t>vn -0.2110 0.0150 -0.9774</w:t>
        <w:br/>
        <w:t>vn -0.2877 -0.0638 -0.9556</w:t>
        <w:br/>
        <w:t>vn -0.4496 -0.0355 -0.8925</w:t>
        <w:br/>
        <w:t>vn -0.8959 -0.1622 0.4136</w:t>
        <w:br/>
        <w:t>vn -0.7966 -0.5721 0.1953</w:t>
        <w:br/>
        <w:t>vn -0.8561 -0.4780 0.1966</w:t>
        <w:br/>
        <w:t>vn -0.8376 0.0862 0.5394</w:t>
        <w:br/>
        <w:t>vn -0.5109 -0.1226 0.8509</w:t>
        <w:br/>
        <w:t>vn -0.7495 -0.0424 0.6606</w:t>
        <w:br/>
        <w:t>vn 0.3635 0.1149 0.9245</w:t>
        <w:br/>
        <w:t>vn 0.2785 -0.0272 0.9601</w:t>
        <w:br/>
        <w:t>vn 0.1596 -0.0454 0.9861</w:t>
        <w:br/>
        <w:t>vn 0.6669 -0.1036 -0.7379</w:t>
        <w:br/>
        <w:t>vn 0.9432 0.1943 -0.2693</w:t>
        <w:br/>
        <w:t>vn 0.8849 -0.1579 -0.4382</w:t>
        <w:br/>
        <w:t>vn 0.9221 -0.3373 -0.1897</w:t>
        <w:br/>
        <w:t>vn 0.9953 -0.0698 0.0672</w:t>
        <w:br/>
        <w:t>vn 0.9376 -0.0209 0.3471</w:t>
        <w:br/>
        <w:t>vn 0.9614 -0.0166 0.2746</w:t>
        <w:br/>
        <w:t>vn 0.7369 -0.1726 0.6536</w:t>
        <w:br/>
        <w:t>vn 0.6155 0.4086 0.6739</w:t>
        <w:br/>
        <w:t>vn -0.8647 -0.3151 0.3912</w:t>
        <w:br/>
        <w:t>vn -0.9309 0.1934 0.3099</w:t>
        <w:br/>
        <w:t>vn 0.1193 -0.0359 0.9922</w:t>
        <w:br/>
        <w:t>vn 0.9529 0.2699 0.1383</w:t>
        <w:br/>
        <w:t>vn 0.9538 0.2918 0.0714</w:t>
        <w:br/>
        <w:t>vn 0.5679 0.3386 -0.7502</w:t>
        <w:br/>
        <w:t>vn 0.5751 0.2051 -0.7920</w:t>
        <w:br/>
        <w:t>vn 0.1556 -0.0285 -0.9874</w:t>
        <w:br/>
        <w:t>vn 0.6097 0.1907 -0.7694</w:t>
        <w:br/>
        <w:t>vn -0.3757 0.1881 -0.9074</w:t>
        <w:br/>
        <w:t>vn -0.4441 0.2369 -0.8641</w:t>
        <w:br/>
        <w:t>vn -0.6170 -0.0976 -0.7809</w:t>
        <w:br/>
        <w:t>vn -0.6536 -0.1275 -0.7460</w:t>
        <w:br/>
        <w:t>vn -0.1383 -0.3455 0.9282</w:t>
        <w:br/>
        <w:t>vn -0.4168 0.2994 0.8583</w:t>
        <w:br/>
        <w:t>vn 0.5949 0.4054 0.6940</w:t>
        <w:br/>
        <w:t>vn 0.5566 -0.0532 0.8290</w:t>
        <w:br/>
        <w:t>vn 0.4323 -0.0256 -0.9014</w:t>
        <w:br/>
        <w:t>vn -0.0434 -0.1061 -0.9934</w:t>
        <w:br/>
        <w:t>vn -0.3330 -0.2695 -0.9036</w:t>
        <w:br/>
        <w:t>vn 0.2808 -0.0191 -0.9596</w:t>
        <w:br/>
        <w:t>vn -0.6552 -0.0820 -0.7510</w:t>
        <w:br/>
        <w:t>vn -0.8488 -0.2166 0.4824</w:t>
        <w:br/>
        <w:t>vn 0.5488 0.3299 0.7682</w:t>
        <w:br/>
        <w:t>vn -0.1995 0.1832 0.9626</w:t>
        <w:br/>
        <w:t>vn -0.8842 0.3763 0.2767</w:t>
        <w:br/>
        <w:t>vn -0.9850 0.1416 -0.0982</w:t>
        <w:br/>
        <w:t>vn -0.9283 -0.0287 -0.3706</w:t>
        <w:br/>
        <w:t>vn -0.9078 0.4110 -0.0834</w:t>
        <w:br/>
        <w:t>vn -0.9393 0.2759 -0.2041</w:t>
        <w:br/>
        <w:t>vn -0.9427 0.2121 -0.2577</w:t>
        <w:br/>
        <w:t>vn -0.9276 -0.0922 -0.3619</w:t>
        <w:br/>
        <w:t>vn -0.8629 -0.0760 -0.4996</w:t>
        <w:br/>
        <w:t>vn -0.9355 0.2886 -0.2036</w:t>
        <w:br/>
        <w:t>vn 0.8832 -0.4631 0.0739</w:t>
        <w:br/>
        <w:t>vn -0.9352 0.3101 0.1712</w:t>
        <w:br/>
        <w:t>vn -0.7761 -0.1265 -0.6178</w:t>
        <w:br/>
        <w:t>vn -0.8436 -0.2581 -0.4708</w:t>
        <w:br/>
        <w:t>vn -0.8382 -0.4167 -0.3518</w:t>
        <w:br/>
        <w:t>vn -0.7817 -0.5770 -0.2367</w:t>
        <w:br/>
        <w:t>vn -0.8416 -0.4931 0.2203</w:t>
        <w:br/>
        <w:t>vn -0.8019 -0.5974 0.0107</w:t>
        <w:br/>
        <w:t>vn -0.7605 -0.1251 0.6372</w:t>
        <w:br/>
        <w:t>vn -0.1335 -0.5666 0.8131</w:t>
        <w:br/>
        <w:t>vn -0.2409 -0.4690 0.8497</w:t>
        <w:br/>
        <w:t>vn 0.0613 -0.0687 0.9958</w:t>
        <w:br/>
        <w:t>vn 0.5090 0.0855 0.8565</w:t>
        <w:br/>
        <w:t>vn 0.4864 0.1863 0.8537</w:t>
        <w:br/>
        <w:t>vn 0.0823 -0.0651 0.9945</w:t>
        <w:br/>
        <w:t>vn -0.4402 -0.0693 -0.8952</w:t>
        <w:br/>
        <w:t>vn -0.7841 -0.1140 -0.6100</w:t>
        <w:br/>
        <w:t>vn -0.7746 -0.0581 -0.6298</w:t>
        <w:br/>
        <w:t>vn 0.5169 -0.1671 -0.8396</w:t>
        <w:br/>
        <w:t>vn 0.2687 -0.4896 -0.8295</w:t>
        <w:br/>
        <w:t>vn 0.0340 -0.4448 -0.8950</w:t>
        <w:br/>
        <w:t>vn 0.5375 0.0080 -0.8432</w:t>
        <w:br/>
        <w:t>vn 0.3193 0.3207 -0.8917</w:t>
        <w:br/>
        <w:t>vn 0.0746 -0.5356 -0.8412</w:t>
        <w:br/>
        <w:t>vn -0.7419 0.0609 -0.6678</w:t>
        <w:br/>
        <w:t>vn -0.7178 0.1237 -0.6852</w:t>
        <w:br/>
        <w:t>vn -0.4649 -0.1209 -0.8771</w:t>
        <w:br/>
        <w:t>vn -0.7560 0.0443 0.6531</w:t>
        <w:br/>
        <w:t>vn -0.5235 0.3708 0.7671</w:t>
        <w:br/>
        <w:t>vn -0.2549 -0.5494 0.7958</w:t>
        <w:br/>
        <w:t>vn 0.5234 -0.1106 0.8449</w:t>
        <w:br/>
        <w:t>vn 0.5159 -0.2042 0.8319</w:t>
        <w:br/>
        <w:t>vn 0.7605 -0.1251 0.6372</w:t>
        <w:br/>
        <w:t>vn 0.2409 -0.4690 0.8497</w:t>
        <w:br/>
        <w:t>vn 0.1335 -0.5667 0.8131</w:t>
        <w:br/>
        <w:t>vn -0.4864 0.1863 0.8537</w:t>
        <w:br/>
        <w:t>vn -0.5091 0.0854 0.8565</w:t>
        <w:br/>
        <w:t>vn -0.0613 -0.0687 0.9958</w:t>
        <w:br/>
        <w:t>vn -0.0822 -0.0651 0.9945</w:t>
        <w:br/>
        <w:t>vn 0.4402 -0.0693 -0.8952</w:t>
        <w:br/>
        <w:t>vn 0.7746 -0.0581 -0.6298</w:t>
        <w:br/>
        <w:t>vn 0.7841 -0.1140 -0.6101</w:t>
        <w:br/>
        <w:t>vn -0.5169 -0.1671 -0.8396</w:t>
        <w:br/>
        <w:t>vn -0.0340 -0.4448 -0.8950</w:t>
        <w:br/>
        <w:t>vn -0.2687 -0.4896 -0.8295</w:t>
        <w:br/>
        <w:t>vn -0.5375 0.0080 -0.8432</w:t>
        <w:br/>
        <w:t>vn -0.3193 0.3207 -0.8917</w:t>
        <w:br/>
        <w:t>vn -0.0746 -0.5356 -0.8412</w:t>
        <w:br/>
        <w:t>vn 0.7419 0.0609 -0.6678</w:t>
        <w:br/>
        <w:t>vn 0.7178 0.1237 -0.6852</w:t>
        <w:br/>
        <w:t>vn 0.4649 -0.1209 -0.8771</w:t>
        <w:br/>
        <w:t>vn 0.7560 0.0443 0.6531</w:t>
        <w:br/>
        <w:t>vn 0.5235 0.3708 0.7671</w:t>
        <w:br/>
        <w:t>vn 0.2549 -0.5494 0.7958</w:t>
        <w:br/>
        <w:t>vn -0.5235 -0.1106 0.8448</w:t>
        <w:br/>
        <w:t>vn -0.5159 -0.2042 0.8319</w:t>
        <w:br/>
        <w:t>vn -0.4410 -0.2210 0.8699</w:t>
        <w:br/>
        <w:t>vn -0.1612 -0.1367 0.9774</w:t>
        <w:br/>
        <w:t>vn 0.1181 -0.7212 0.6826</w:t>
        <w:br/>
        <w:t>vn -0.1214 -0.8279 0.5476</w:t>
        <w:br/>
        <w:t>vn 0.3148 -0.9435 -0.1033</w:t>
        <w:br/>
        <w:t>vn 0.1909 -0.9698 -0.1519</w:t>
        <w:br/>
        <w:t>vn -0.5863 0.8071 0.0696</w:t>
        <w:br/>
        <w:t>vn -0.5701 0.8207 0.0383</w:t>
        <w:br/>
        <w:t>vn -0.4297 0.4250 0.7967</w:t>
        <w:br/>
        <w:t>vn -0.4802 0.3969 0.7823</w:t>
        <w:br/>
        <w:t>vn 0.0591 -0.0633 -0.9962</w:t>
        <w:br/>
        <w:t>vn -0.2906 0.5219 -0.8020</w:t>
        <w:br/>
        <w:t>vn -0.3793 0.4526 -0.8070</w:t>
        <w:br/>
        <w:t>vn -0.0654 -0.0501 -0.9966</w:t>
        <w:br/>
        <w:t>vn 0.1253 -0.8295 -0.5442</w:t>
        <w:br/>
        <w:t>vn 0.2610 -0.5894 -0.7645</w:t>
        <w:br/>
        <w:t>vn -0.1474 0.4848 0.8621</w:t>
        <w:br/>
        <w:t>vn 0.4559 -0.0307 0.8895</w:t>
        <w:br/>
        <w:t>vn 0.4366 0.0250 0.8993</w:t>
        <w:br/>
        <w:t>vn -0.1632 0.4994 0.8508</w:t>
        <w:br/>
        <w:t>vn -0.5137 -0.2487 -0.8211</w:t>
        <w:br/>
        <w:t>vn -0.8441 0.2396 -0.4797</w:t>
        <w:br/>
        <w:t>vn -0.9770 -0.1432 -0.1579</w:t>
        <w:br/>
        <w:t>vn -0.5893 -0.5954 -0.5461</w:t>
        <w:br/>
        <w:t>vn -0.1092 0.4915 0.8640</w:t>
        <w:br/>
        <w:t>vn -0.7261 0.6235 0.2898</w:t>
        <w:br/>
        <w:t>vn -0.6866 0.6588 0.3074</w:t>
        <w:br/>
        <w:t>vn -0.8441 0.2998 -0.4446</w:t>
        <w:br/>
        <w:t>vn 0.7278 -0.5559 0.4016</w:t>
        <w:br/>
        <w:t>vn 0.4908 -0.0531 0.8697</w:t>
        <w:br/>
        <w:t>vn 0.7407 -0.5634 0.3659</w:t>
        <w:br/>
        <w:t>vn -0.0206 -0.6268 -0.7789</w:t>
        <w:br/>
        <w:t>vn -0.0183 -0.6141 -0.7890</w:t>
        <w:br/>
        <w:t>vn -0.5278 -0.2115 -0.8226</w:t>
        <w:br/>
        <w:t>vn 0.5317 -0.7989 -0.2811</w:t>
        <w:br/>
        <w:t>vn 0.7407 -0.5635 0.3659</w:t>
        <w:br/>
        <w:t>vn 0.5324 -0.7913 -0.3007</w:t>
        <w:br/>
        <w:t>vn -0.0264 -0.2589 0.9655</w:t>
        <w:br/>
        <w:t>vn 0.2914 -0.7310 0.6170</w:t>
        <w:br/>
        <w:t>vn 0.1742 -0.7726 0.6105</w:t>
        <w:br/>
        <w:t>vn -0.0755 -0.3050 0.9493</w:t>
        <w:br/>
        <w:t>vn 0.4343 -0.8977 -0.0737</w:t>
        <w:br/>
        <w:t>vn 0.2253 -0.9711 0.0782</w:t>
        <w:br/>
        <w:t>vn -0.4040 0.3577 0.8419</w:t>
        <w:br/>
        <w:t>vn -0.7235 0.6838 0.0953</w:t>
        <w:br/>
        <w:t>vn -0.6016 0.7963 0.0629</w:t>
        <w:br/>
        <w:t>vn -0.4069 0.3909 0.8256</w:t>
        <w:br/>
        <w:t>vn -0.5800 -0.1060 -0.8077</w:t>
        <w:br/>
        <w:t>vn -0.1105 0.0513 -0.9926</w:t>
        <w:br/>
        <w:t>vn -0.4225 0.5685 -0.7059</w:t>
        <w:br/>
        <w:t>vn -0.7321 0.3650 -0.5752</w:t>
        <w:br/>
        <w:t>vn 0.0709 -0.8997 -0.4307</w:t>
        <w:br/>
        <w:t>vn 0.2417 -0.5607 -0.7919</w:t>
        <w:br/>
        <w:t>vn -0.2377 -0.0453 0.9703</w:t>
        <w:br/>
        <w:t>vn -0.3592 -0.0555 0.9316</w:t>
        <w:br/>
        <w:t>vn -0.5183 0.1496 0.8420</w:t>
        <w:br/>
        <w:t>vn -0.4018 0.1972 0.8942</w:t>
        <w:br/>
        <w:t>vn 0.4944 -0.8650 0.0856</w:t>
        <w:br/>
        <w:t>vn 0.3539 -0.8356 0.4202</w:t>
        <w:br/>
        <w:t>vn 0.3924 -0.7509 0.5313</w:t>
        <w:br/>
        <w:t>vn 0.5273 -0.8315 0.1751</w:t>
        <w:br/>
        <w:t>vn 0.3381 -0.2859 -0.8967</w:t>
        <w:br/>
        <w:t>vn 0.3097 -0.3031 -0.9012</w:t>
        <w:br/>
        <w:t>vn 0.5304 -0.6596 -0.5326</w:t>
        <w:br/>
        <w:t>vn 0.5467 -0.6715 -0.5001</w:t>
        <w:br/>
        <w:t>vn -0.5521 0.7169 -0.4257</w:t>
        <w:br/>
        <w:t>vn -0.5672 0.6886 -0.4517</w:t>
        <w:br/>
        <w:t>vn -0.1176 0.2287 -0.9664</w:t>
        <w:br/>
        <w:t>vn -0.0922 0.2741 -0.9573</w:t>
        <w:br/>
        <w:t>vn -0.6803 0.3848 0.6238</w:t>
        <w:br/>
        <w:t>vn 0.7220 -0.5270 0.4483</w:t>
        <w:br/>
        <w:t>vn 0.0513 -0.8866 -0.4597</w:t>
        <w:br/>
        <w:t>vn 0.0958 -0.4707 0.8771</w:t>
        <w:br/>
        <w:t>vn 0.0128 -0.5471 0.8370</w:t>
        <w:br/>
        <w:t>vn -0.3110 0.0555 0.9488</w:t>
        <w:br/>
        <w:t>vn -0.2533 0.1181 0.9602</w:t>
        <w:br/>
        <w:t>vn 0.4119 -0.8846 0.2188</w:t>
        <w:br/>
        <w:t>vn 0.3140 -0.9313 0.1847</w:t>
        <w:br/>
        <w:t>vn -0.5874 0.5832 0.5611</w:t>
        <w:br/>
        <w:t>vn -0.6178 0.7240 -0.3069</w:t>
        <w:br/>
        <w:t>vn -0.5666 0.7550 -0.3301</w:t>
        <w:br/>
        <w:t>vn -0.5540 0.6398 0.5327</w:t>
        <w:br/>
        <w:t>vn 0.0418 -0.1879 -0.9813</w:t>
        <w:br/>
        <w:t>vn 0.2794 -0.7411 -0.6105</w:t>
        <w:br/>
        <w:t>vn 0.3975 -0.6832 -0.6126</w:t>
        <w:br/>
        <w:t>vn 0.1208 -0.1433 -0.9823</w:t>
        <w:br/>
        <w:t>vn -0.2392 0.3686 -0.8983</w:t>
        <w:br/>
        <w:t>vn -0.2925 0.3376 -0.8947</w:t>
        <w:br/>
        <w:t>vn 0.1207 -0.1433 -0.9823</w:t>
        <w:br/>
        <w:t>vn 0.4900 -0.8260 -0.2786</w:t>
        <w:br/>
        <w:t>vn 0.7220 -0.5270 0.4484</w:t>
        <w:br/>
        <w:t>vn -0.6514 0.6509 0.3899</w:t>
        <w:br/>
        <w:t>vn -0.7259 0.5998 0.3367</w:t>
        <w:br/>
        <w:t>vn -0.1105 0.0514 -0.9925</w:t>
        <w:br/>
        <w:t>vn -0.5800 -0.1059 -0.8077</w:t>
        <w:br/>
        <w:t>vn -0.3079 0.3806 0.8720</w:t>
        <w:br/>
        <w:t>vn -0.0210 -0.2731 0.9618</w:t>
        <w:br/>
        <w:t>vn -0.1141 -0.3319 0.9364</w:t>
        <w:br/>
        <w:t>vn -0.7373 -0.2445 0.6298</w:t>
        <w:br/>
        <w:t>vn -0.5156 0.4931 0.7007</w:t>
        <w:br/>
        <w:t>vn -0.3359 0.3682 0.8669</w:t>
        <w:br/>
        <w:t>vn -0.8644 -0.2591 -0.4310</w:t>
        <w:br/>
        <w:t>vn -0.9686 -0.2469 0.0289</w:t>
        <w:br/>
        <w:t>vn -0.6835 -0.7083 -0.1765</w:t>
        <w:br/>
        <w:t>vn -0.8134 -0.4770 -0.3328</w:t>
        <w:br/>
        <w:t>vn -0.7852 -0.1337 0.6047</w:t>
        <w:br/>
        <w:t>vn -0.2228 -0.8216 0.5248</w:t>
        <w:br/>
        <w:t>vn -0.3170 -0.3177 -0.8936</w:t>
        <w:br/>
        <w:t>vn 0.0910 -0.9007 -0.4248</w:t>
        <w:br/>
        <w:t>vn -0.8163 -0.3080 -0.4887</w:t>
        <w:br/>
        <w:t>vn -0.0558 -0.9634 -0.2621</w:t>
        <w:br/>
        <w:t>vn -0.6381 -0.2775 0.7182</w:t>
        <w:br/>
        <w:t>vn -0.7671 -0.4345 0.4719</w:t>
        <w:br/>
        <w:t>vn -0.7722 -0.4351 0.4631</w:t>
        <w:br/>
        <w:t>vn -0.8312 -0.0887 0.5488</w:t>
        <w:br/>
        <w:t>vn -0.5376 0.3191 -0.7805</w:t>
        <w:br/>
        <w:t>vn -0.8818 0.0467 -0.4694</w:t>
        <w:br/>
        <w:t>vn -0.8304 -0.0823 0.5510</w:t>
        <w:br/>
        <w:t>vn -0.9444 0.3278 0.0252</w:t>
        <w:br/>
        <w:t>vn -0.4054 0.2580 0.8770</w:t>
        <w:br/>
        <w:t>vn -0.6799 0.5141 0.5228</w:t>
        <w:br/>
        <w:t>vn -0.8597 -0.4117 -0.3022</w:t>
        <w:br/>
        <w:t>vn -0.7840 -0.3809 -0.4902</w:t>
        <w:br/>
        <w:t>vn -0.9356 -0.2236 -0.2731</w:t>
        <w:br/>
        <w:t>vn -0.8664 -0.2772 0.4153</w:t>
        <w:br/>
        <w:t>vn -0.4964 -0.7990 0.3393</w:t>
        <w:br/>
        <w:t>vn -0.5416 -0.8049 -0.2427</w:t>
        <w:br/>
        <w:t>vn -0.9249 -0.3604 0.1214</w:t>
        <w:br/>
        <w:t>vn 0.0474 -0.8306 0.5549</w:t>
        <w:br/>
        <w:t>vn -0.1855 -0.9528 0.2403</w:t>
        <w:br/>
        <w:t>vn -0.7372 -0.2445 0.6299</w:t>
        <w:br/>
        <w:t>vn -0.1141 -0.3320 0.9364</w:t>
        <w:br/>
        <w:t>vn 0.1615 -0.7666 0.6215</w:t>
        <w:br/>
        <w:t>vn -0.8665 0.4542 0.2069</w:t>
        <w:br/>
        <w:t>vn -0.6434 0.7354 -0.2124</w:t>
        <w:br/>
        <w:t>vn -0.9675 -0.2514 0.0271</w:t>
        <w:br/>
        <w:t>vn -0.7096 0.4376 -0.5522</w:t>
        <w:br/>
        <w:t>vn -0.9563 0.2161 -0.1969</w:t>
        <w:br/>
        <w:t>vn -0.8664 -0.2773 0.4153</w:t>
        <w:br/>
        <w:t>vn -0.8244 0.3617 0.4354</w:t>
        <w:br/>
        <w:t>vn -0.5846 0.8100 0.0454</w:t>
        <w:br/>
        <w:t>vn -0.5946 0.7861 -0.1689</w:t>
        <w:br/>
        <w:t>vn -0.7920 0.5740 -0.2079</w:t>
        <w:br/>
        <w:t>vn -0.7459 0.6659 0.0176</w:t>
        <w:br/>
        <w:t>vn -0.6797 0.6639 -0.3118</w:t>
        <w:br/>
        <w:t>vn -0.5282 0.7866 -0.3200</w:t>
        <w:br/>
        <w:t>vn -0.7731 0.4420 -0.4550</w:t>
        <w:br/>
        <w:t>vn -0.5124 0.7271 -0.4570</w:t>
        <w:br/>
        <w:t>vn -0.6221 0.5865 -0.5187</w:t>
        <w:br/>
        <w:t>vn -0.5946 0.7830 0.1825</w:t>
        <w:br/>
        <w:t>vn -0.8663 0.4965 0.0537</w:t>
        <w:br/>
        <w:t>vn -0.3768 0.6225 -0.6860</w:t>
        <w:br/>
        <w:t>vn -0.5156 0.8397 -0.1705</w:t>
        <w:br/>
        <w:t>vn -0.0850 0.2057 -0.9749</w:t>
        <w:br/>
        <w:t>vn 0.0092 0.2323 -0.9726</w:t>
        <w:br/>
        <w:t>vn 0.3079 -0.3620 -0.8799</w:t>
        <w:br/>
        <w:t>vn 0.3287 -0.3406 -0.8809</w:t>
        <w:br/>
        <w:t>vn 0.4852 -0.7286 -0.4834</w:t>
        <w:br/>
        <w:t>vn 0.3078 -0.3620 -0.8799</w:t>
        <w:br/>
        <w:t>vn 0.4905 -0.6988 -0.5207</w:t>
        <w:br/>
        <w:t>vn 0.3287 -0.3407 -0.8809</w:t>
        <w:br/>
        <w:t>vn 0.3895 -0.0685 -0.9185</w:t>
        <w:br/>
        <w:t>vn -0.0790 0.5411 -0.8373</w:t>
        <w:br/>
        <w:t>vn -0.8327 -0.5342 -0.1457</w:t>
        <w:br/>
        <w:t>vn -0.8327 -0.5342 -0.1458</w:t>
        <w:br/>
        <w:t>vn -0.9765 0.1483 -0.1566</w:t>
        <w:br/>
        <w:t>vn -0.5238 0.7452 0.4127</w:t>
        <w:br/>
        <w:t>vn -0.4721 0.7425 0.4753</w:t>
        <w:br/>
        <w:t>vn -0.4274 0.7942 -0.4320</w:t>
        <w:br/>
        <w:t>vn -0.5037 0.8048 -0.3139</w:t>
        <w:br/>
        <w:t>vn -0.4196 0.7771 -0.4690</w:t>
        <w:br/>
        <w:t>vn -0.0882 0.5249 -0.8466</w:t>
        <w:br/>
        <w:t>vn 0.3123 -0.9486 -0.0520</w:t>
        <w:br/>
        <w:t>vn 0.4509 -0.8717 -0.1920</w:t>
        <w:br/>
        <w:t>vn 0.2457 -0.9473 0.2054</w:t>
        <w:br/>
        <w:t>vn 0.2416 -0.9603 -0.1395</w:t>
        <w:br/>
        <w:t>vn 0.1830 -0.9709 0.1544</w:t>
        <w:br/>
        <w:t>vn 0.1886 -0.9806 0.0534</w:t>
        <w:br/>
        <w:t>vn -0.0414 -0.9991 -0.0102</w:t>
        <w:br/>
        <w:t>vn 0.1236 -0.9923 0.0044</w:t>
        <w:br/>
        <w:t>vn 0.1676 -0.9823 -0.0836</w:t>
        <w:br/>
        <w:t>vn 0.1301 -0.9747 0.1819</w:t>
        <w:br/>
        <w:t>vn 0.1178 -0.9925 0.0311</w:t>
        <w:br/>
        <w:t>vn -0.0565 -0.9958 -0.0715</w:t>
        <w:br/>
        <w:t>vn 0.2218 -0.9629 0.1534</w:t>
        <w:br/>
        <w:t>vn 0.1283 -0.9852 -0.1134</w:t>
        <w:br/>
        <w:t>vn 0.2593 -0.9499 0.1744</w:t>
        <w:br/>
        <w:t>vn 0.3244 -0.9451 0.0392</w:t>
        <w:br/>
        <w:t>vn 0.4057 -0.9086 -0.0990</w:t>
        <w:br/>
        <w:t>vn 0.3447 -0.9380 -0.0370</w:t>
        <w:br/>
        <w:t>vn 0.3543 -0.9351 0.0090</w:t>
        <w:br/>
        <w:t>vn 0.4032 -0.9137 -0.0515</w:t>
        <w:br/>
        <w:t>vn 0.3896 -0.0685 -0.9184</w:t>
        <w:br/>
        <w:t>vn 0.5884 -0.6240 -0.5142</w:t>
        <w:br/>
        <w:t>vn 0.4287 -0.9015 -0.0599</w:t>
        <w:br/>
        <w:t>vn 0.5190 -0.8434 -0.1393</w:t>
        <w:br/>
        <w:t>vn 0.5601 -0.8027 -0.2047</w:t>
        <w:br/>
        <w:t>vn 0.4733 -0.8734 -0.1148</w:t>
        <w:br/>
        <w:t>vn 0.6061 -0.5449 -0.5794</w:t>
        <w:br/>
        <w:t>vn 0.3705 -0.0280 -0.9284</w:t>
        <w:br/>
        <w:t>vn 0.5739 -0.7758 -0.2622</w:t>
        <w:br/>
        <w:t>vn 0.5548 -0.4395 -0.7064</w:t>
        <w:br/>
        <w:t>vn 0.5806 -0.4329 -0.6896</w:t>
        <w:br/>
        <w:t>vn 0.6642 -0.6885 -0.2911</w:t>
        <w:br/>
        <w:t>vn 0.3755 -0.0579 -0.9250</w:t>
        <w:br/>
        <w:t>vn 0.3303 0.0112 -0.9438</w:t>
        <w:br/>
        <w:t>vn 0.4028 -0.8868 -0.2264</w:t>
        <w:br/>
        <w:t>vn 0.5028 -0.8434 -0.1895</w:t>
        <w:br/>
        <w:t>vn 0.5514 -0.8158 -0.1745</w:t>
        <w:br/>
        <w:t>vn -0.3978 0.7679 0.5021</w:t>
        <w:br/>
        <w:t>vn -0.3387 0.6973 0.6317</w:t>
        <w:br/>
        <w:t>vn -0.2509 0.7155 0.6520</w:t>
        <w:br/>
        <w:t>vn -0.0970 -0.9060 -0.4120</w:t>
        <w:br/>
        <w:t>vn 0.3720 -0.8412 -0.3925</w:t>
        <w:br/>
        <w:t>vn 0.5741 -0.7888 -0.2198</w:t>
        <w:br/>
        <w:t>vn 0.7239 -0.6852 -0.0805</w:t>
        <w:br/>
        <w:t>vn 0.6507 -0.7379 -0.1794</w:t>
        <w:br/>
        <w:t>vn 0.7262 -0.6679 -0.1630</w:t>
        <w:br/>
        <w:t>vn 0.6839 -0.5367 -0.4941</w:t>
        <w:br/>
        <w:t>vn 0.8100 -0.5723 0.1281</w:t>
        <w:br/>
        <w:t>vn 0.7215 -0.6924 -0.0106</w:t>
        <w:br/>
        <w:t>vn -0.0344 -0.9634 -0.2658</w:t>
        <w:br/>
        <w:t>vn 0.4548 -0.8744 -0.1691</w:t>
        <w:br/>
        <w:t>vn 0.5801 -0.7453 -0.3286</w:t>
        <w:br/>
        <w:t>vn 0.7664 -0.6389 -0.0666</w:t>
        <w:br/>
        <w:t>vn 0.4708 0.1280 0.8729</w:t>
        <w:br/>
        <w:t>vn 0.7718 -0.4393 0.4596</w:t>
        <w:br/>
        <w:t>vn 0.8529 -0.3237 0.4096</w:t>
        <w:br/>
        <w:t>vn 0.5781 0.0661 0.8133</w:t>
        <w:br/>
        <w:t>vn 0.8528 -0.3235 0.4100</w:t>
        <w:br/>
        <w:t>vn 0.8517 -0.3013 0.4288</w:t>
        <w:br/>
        <w:t>vn 0.5095 0.1349 0.8498</w:t>
        <w:br/>
        <w:t>vn 0.6462 -0.7449 -0.1658</w:t>
        <w:br/>
        <w:t>vn 0.4363 -0.8749 -0.2103</w:t>
        <w:br/>
        <w:t>vn 0.7572 -0.6523 0.0335</w:t>
        <w:br/>
        <w:t>vn 0.8623 -0.4791 0.1641</w:t>
        <w:br/>
        <w:t>vn -0.0073 0.3780 0.9258</w:t>
        <w:br/>
        <w:t>vn 0.8784 -0.1861 0.4403</w:t>
        <w:br/>
        <w:t>vn -0.2939 0.5912 0.7511</w:t>
        <w:br/>
        <w:t>vn -0.7249 0.1645 0.6689</w:t>
        <w:br/>
        <w:t>vn 0.0257 0.6800 0.7328</w:t>
        <w:br/>
        <w:t>vn 0.0793 0.5815 0.8097</w:t>
        <w:br/>
        <w:t>vn 0.0524 0.5169 0.8544</w:t>
        <w:br/>
        <w:t>vn -0.0556 0.3793 0.9236</w:t>
        <w:br/>
        <w:t>vn -0.3798 0.1900 0.9053</w:t>
        <w:br/>
        <w:t>vn 0.1038 -0.4683 0.8775</w:t>
        <w:br/>
        <w:t>vn 0.4935 -0.8359 0.2402</w:t>
        <w:br/>
        <w:t>vn 0.5476 -0.7197 -0.4268</w:t>
        <w:br/>
        <w:t>vn 0.3537 -0.3156 -0.8805</w:t>
        <w:br/>
        <w:t>vn -0.0924 0.2744 -0.9572</w:t>
        <w:br/>
        <w:t>vn -0.5420 0.7278 -0.4203</w:t>
        <w:br/>
        <w:t>vn 0.5100 -0.7999 -0.3164</w:t>
        <w:br/>
        <w:t>vn 0.7507 -0.5653 0.3419</w:t>
        <w:br/>
        <w:t>vn 0.7752 -0.5077 0.3759</w:t>
        <w:br/>
        <w:t>vn 0.5189 -0.7630 -0.3855</w:t>
        <w:br/>
        <w:t>vn 0.3396 -0.8563 -0.3892</w:t>
        <w:br/>
        <w:t>vn 0.4999 -0.7467 -0.4388</w:t>
        <w:br/>
        <w:t>vn 0.8026 -0.5171 0.2973</w:t>
        <w:br/>
        <w:t>vn 0.7530 -0.5723 0.3246</w:t>
        <w:br/>
        <w:t>vn 0.5355 -0.0313 0.8440</w:t>
        <w:br/>
        <w:t>vn 0.5531 -0.0063 0.8331</w:t>
        <w:br/>
        <w:t>vn 0.7752 -0.5077 0.3760</w:t>
        <w:br/>
        <w:t>vn -0.0604 -0.6251 -0.7782</w:t>
        <w:br/>
        <w:t>vn -0.0643 -0.5533 -0.8305</w:t>
        <w:br/>
        <w:t>vn -0.1035 -0.5104 -0.8537</w:t>
        <w:br/>
        <w:t>vn -0.2493 -0.6346 -0.7316</w:t>
        <w:br/>
        <w:t>vn -0.5892 -0.0988 -0.8019</w:t>
        <w:br/>
        <w:t>vn -0.8361 0.4663 -0.2889</w:t>
        <w:br/>
        <w:t>vn -0.8453 0.3540 -0.4001</w:t>
        <w:br/>
        <w:t>vn -0.5717 -0.1817 -0.8001</w:t>
        <w:br/>
        <w:t>vn -0.6051 0.7110 0.3583</w:t>
        <w:br/>
        <w:t>vn -0.6337 0.6902 0.3492</w:t>
        <w:br/>
        <w:t>vn -0.6767 -0.1454 -0.7218</w:t>
        <w:br/>
        <w:t>vn -0.6060 -0.0438 -0.7942</w:t>
        <w:br/>
        <w:t>vn -0.8118 0.4801 -0.3323</w:t>
        <w:br/>
        <w:t>vn -0.8510 0.4420 -0.2836</w:t>
        <w:br/>
        <w:t>vn -0.0590 0.5106 0.8578</w:t>
        <w:br/>
        <w:t>vn -0.0311 0.5255 0.8502</w:t>
        <w:br/>
        <w:t>vn -0.0105 -0.1891 0.9819</w:t>
        <w:br/>
        <w:t>vn -0.3908 0.4359 0.8107</w:t>
        <w:br/>
        <w:t>vn -0.4133 0.4273 0.8041</w:t>
        <w:br/>
        <w:t>vn -0.0580 -0.0986 0.9934</w:t>
        <w:br/>
        <w:t>vn 0.3242 -0.7125 0.6223</w:t>
        <w:br/>
        <w:t>vn -0.0198 -0.1363 0.9905</w:t>
        <w:br/>
        <w:t>vn -0.0410 -0.1298 0.9907</w:t>
        <w:br/>
        <w:t>vn 0.3363 -0.7303 0.5946</w:t>
        <w:br/>
        <w:t>vn 0.3640 -0.6950 0.6201</w:t>
        <w:br/>
        <w:t>vn -0.0857 -0.0449 0.9953</w:t>
        <w:br/>
        <w:t>vn 0.3318 -0.7571 0.5628</w:t>
        <w:br/>
        <w:t>vn -0.4275 0.4566 0.7802</w:t>
        <w:br/>
        <w:t>vn -0.4272 0.4832 0.7642</w:t>
        <w:br/>
        <w:t>vn 0.4701 -0.8732 -0.1282</w:t>
        <w:br/>
        <w:t>vn 0.4594 -0.8679 -0.1890</w:t>
        <w:br/>
        <w:t>vn 0.5066 -0.8467 -0.1625</w:t>
        <w:br/>
        <w:t>vn 0.4273 -0.8785 -0.2135</w:t>
        <w:br/>
        <w:t>vn -0.6219 0.7744 0.1166</w:t>
        <w:br/>
        <w:t>vn -0.6064 0.7851 0.1260</w:t>
        <w:br/>
        <w:t>vn -0.4796 0.5371 0.6939</w:t>
        <w:br/>
        <w:t>vn -0.3942 0.5250 0.7543</w:t>
        <w:br/>
        <w:t>vn -0.5429 0.8272 0.1450</w:t>
        <w:br/>
        <w:t>vn -0.5914 0.7916 0.1539</w:t>
        <w:br/>
        <w:t>vn -0.0720 0.1000 -0.9924</w:t>
        <w:br/>
        <w:t>vn -0.1094 0.1755 -0.9784</w:t>
        <w:br/>
        <w:t>vn -0.4406 0.5991 -0.6686</w:t>
        <w:br/>
        <w:t>vn -0.4143 0.6080 -0.6772</w:t>
        <w:br/>
        <w:t>vn 0.2793 -0.4916 -0.8248</w:t>
        <w:br/>
        <w:t>vn 0.2806 -0.4654 -0.8395</w:t>
        <w:br/>
        <w:t>vn -0.0720 0.1521 -0.9857</w:t>
        <w:br/>
        <w:t>vn 0.3053 -0.4572 -0.8353</w:t>
        <w:br/>
        <w:t>vn 0.2733 -0.4944 -0.8252</w:t>
        <w:br/>
        <w:t>vn -0.0997 0.1306 -0.9864</w:t>
        <w:br/>
        <w:t>vn -0.4506 0.6432 -0.6190</w:t>
        <w:br/>
        <w:t>vn -0.0719 0.1521 -0.9858</w:t>
        <w:br/>
        <w:t>vn -0.4678 0.6550 -0.5934</w:t>
        <w:br/>
        <w:t>vn 0.4795 -0.8643 -0.1520</w:t>
        <w:br/>
        <w:t>vn 0.2584 -0.5147 -0.8175</w:t>
        <w:br/>
        <w:t>vn -0.4356 0.6982 -0.5682</w:t>
        <w:br/>
        <w:t>vn -0.5259 0.6974 -0.4870</w:t>
        <w:br/>
        <w:t>vn 0.2722 -0.8190 0.5051</w:t>
        <w:br/>
        <w:t>vn -0.0768 -0.1558 0.9848</w:t>
        <w:br/>
        <w:t>vn 0.3088 -0.9233 -0.2285</w:t>
        <w:br/>
        <w:t>vn 0.1936 -0.5843 -0.7881</w:t>
        <w:br/>
        <w:t>vn -0.1424 0.1997 -0.9695</w:t>
        <w:br/>
        <w:t>vn -0.1282 0.0671 -0.9895</w:t>
        <w:br/>
        <w:t>vn 0.3415 -0.7033 0.6235</w:t>
        <w:br/>
        <w:t>vn -0.0581 -0.0985 0.9934</w:t>
        <w:br/>
        <w:t>vn -0.4669 0.6722 -0.5745</w:t>
        <w:br/>
        <w:t>vn -0.4197 0.5058 0.7537</w:t>
        <w:br/>
        <w:t>vn -0.0858 -0.0449 0.9953</w:t>
        <w:br/>
        <w:t>vn -0.5840 0.8008 0.1327</w:t>
        <w:br/>
        <w:t>vn -0.0958 -0.1316 0.9867</w:t>
        <w:br/>
        <w:t>vn -0.3957 0.4647 0.7921</w:t>
        <w:br/>
        <w:t>vn -0.4032 0.4655 0.7879</w:t>
        <w:br/>
        <w:t>vn -0.1195 -0.0779 0.9898</w:t>
        <w:br/>
        <w:t>vn 0.1914 -0.7043 0.6836</w:t>
        <w:br/>
        <w:t>vn -0.0959 -0.1316 0.9867</w:t>
        <w:br/>
        <w:t>vn -0.1221 -0.0544 0.9910</w:t>
        <w:br/>
        <w:t>vn -0.1729 0.0415 0.9841</w:t>
        <w:br/>
        <w:t>vn 0.2558 -0.7153 0.6503</w:t>
        <w:br/>
        <w:t>vn 0.2674 -0.6902 0.6724</w:t>
        <w:br/>
        <w:t>vn -0.1372 -0.0818 0.9872</w:t>
        <w:br/>
        <w:t>vn -0.1728 0.0415 0.9841</w:t>
        <w:br/>
        <w:t>vn -0.4416 0.5759 0.6880</w:t>
        <w:br/>
        <w:t>vn -0.4572 0.6239 0.6337</w:t>
        <w:br/>
        <w:t>vn -0.4538 0.5595 0.6935</w:t>
        <w:br/>
        <w:t>vn -0.4471 0.5115 0.7338</w:t>
        <w:br/>
        <w:t>vn 0.3639 -0.9273 -0.0881</w:t>
        <w:br/>
        <w:t>vn 0.4186 -0.9002 -0.1196</w:t>
        <w:br/>
        <w:t>vn 0.4505 -0.8861 -0.1089</w:t>
        <w:br/>
        <w:t>vn -0.5371 0.8426 0.0387</w:t>
        <w:br/>
        <w:t>vn -0.5894 0.8074 0.0263</w:t>
        <w:br/>
        <w:t>vn -0.5921 0.8041 0.0536</w:t>
        <w:br/>
        <w:t>vn -0.5669 0.8225 0.0461</w:t>
        <w:br/>
        <w:t>vn -0.5431 0.8391 0.0310</w:t>
        <w:br/>
        <w:t>vn -0.3037 0.5491 -0.7786</w:t>
        <w:br/>
        <w:t>vn -0.2902 0.5495 -0.7835</w:t>
        <w:br/>
        <w:t>vn 0.0579 -0.0637 -0.9963</w:t>
        <w:br/>
        <w:t>vn 0.0248 0.0150 -0.9996</w:t>
        <w:br/>
        <w:t>vn 0.3520 -0.5571 -0.7522</w:t>
        <w:br/>
        <w:t>vn 0.0249 0.0150 -0.9996</w:t>
        <w:br/>
        <w:t>vn 0.2837 -0.5968 -0.7506</w:t>
        <w:br/>
        <w:t>vn -0.0252 0.0690 -0.9973</w:t>
        <w:br/>
        <w:t>vn -0.3636 0.7110 -0.6019</w:t>
        <w:br/>
        <w:t>vn -0.3562 0.6502 -0.6711</w:t>
        <w:br/>
        <w:t>vn -0.0588 0.1549 -0.9862</w:t>
        <w:br/>
        <w:t>vn 0.2956 -0.5442 -0.7851</w:t>
        <w:br/>
        <w:t>vn 0.2690 -0.5781 -0.7703</w:t>
        <w:br/>
        <w:t>vn -0.0098 0.0892 -0.9960</w:t>
        <w:br/>
        <w:t>vn 0.3161 -0.5245 -0.7905</w:t>
        <w:br/>
        <w:t>vn -0.3792 0.6361 -0.6719</w:t>
        <w:br/>
        <w:t>vn -0.3796 0.6101 -0.6955</w:t>
        <w:br/>
        <w:t>vn 0.4696 -0.8793 -0.0791</w:t>
        <w:br/>
        <w:t>vn -0.3451 0.5178 -0.7828</w:t>
        <w:br/>
        <w:t>vn 0.0448 0.0395 -0.9982</w:t>
        <w:br/>
        <w:t>vn -0.3706 0.5466 -0.7509</w:t>
        <w:br/>
        <w:t>vn 0.3960 -0.4964 -0.7725</w:t>
        <w:br/>
        <w:t>vn -0.6015 0.7859 -0.1433</w:t>
        <w:br/>
        <w:t>vn -0.5152 0.7119 -0.4772</w:t>
        <w:br/>
        <w:t>vn 0.2681 -0.6777 0.6847</w:t>
        <w:br/>
        <w:t>vn 0.3082 -0.6549 0.6900</w:t>
        <w:br/>
        <w:t>vn 0.5334 -0.8420 -0.0806</w:t>
        <w:br/>
        <w:t>vn 0.2222 -0.7426 0.6319</w:t>
        <w:br/>
        <w:t>vn 0.3613 -0.9263 -0.1070</w:t>
        <w:br/>
        <w:t>vn -0.1372 -0.0819 0.9872</w:t>
        <w:br/>
        <w:t>vn -0.5507 0.8343 0.0262</w:t>
        <w:br/>
        <w:t>vn -0.0921 -0.1020 0.9905</w:t>
        <w:br/>
        <w:t>vn -0.2476 0.1338 0.9596</w:t>
        <w:br/>
        <w:t>vn -0.5085 0.6943 0.5093</w:t>
        <w:br/>
        <w:t>vn -0.5208 0.6910 0.5012</w:t>
        <w:br/>
        <w:t>vn -0.2760 0.2117 0.9376</w:t>
        <w:br/>
        <w:t>vn 0.0626 -0.4921 0.8683</w:t>
        <w:br/>
        <w:t>vn -0.2546 0.1969 0.9468</w:t>
        <w:br/>
        <w:t>vn 0.1896 -0.4143 0.8902</w:t>
        <w:br/>
        <w:t>vn 0.1351 -0.4597 0.8777</w:t>
        <w:br/>
        <w:t>vn 0.1198 -0.4686 0.8752</w:t>
        <w:br/>
        <w:t>vn -0.2970 0.2214 0.9289</w:t>
        <w:br/>
        <w:t>vn -0.3443 0.2910 0.8926</w:t>
        <w:br/>
        <w:t>vn 0.1016 -0.4932 0.8640</w:t>
        <w:br/>
        <w:t>vn -0.5631 0.7018 0.4364</w:t>
        <w:br/>
        <w:t>vn -0.5577 0.7193 0.4143</w:t>
        <w:br/>
        <w:t>vn -0.5707 0.6621 0.4856</w:t>
        <w:br/>
        <w:t>vn -0.5714 0.6785 0.4617</w:t>
        <w:br/>
        <w:t>vn 0.3478 -0.9018 0.2566</w:t>
        <w:br/>
        <w:t>vn 0.5231 -0.8041 0.2825</w:t>
        <w:br/>
        <w:t>vn 0.4403 -0.8482 0.2944</w:t>
        <w:br/>
        <w:t>vn 0.3948 -0.8880 0.2359</w:t>
        <w:br/>
        <w:t>vn 0.4210 -0.8757 0.2364</w:t>
        <w:br/>
        <w:t>vn -0.5413 0.7768 -0.3220</w:t>
        <w:br/>
        <w:t>vn -0.5248 0.7873 -0.3236</w:t>
        <w:br/>
        <w:t>vn -0.5636 0.7487 -0.3491</w:t>
        <w:br/>
        <w:t>vn -0.5654 0.7564 -0.3289</w:t>
        <w:br/>
        <w:t>vn -0.5020 0.7934 -0.3443</w:t>
        <w:br/>
        <w:t>vn -0.5045 0.7860 -0.3572</w:t>
        <w:br/>
        <w:t>vn -0.4979 0.7557 0.4255</w:t>
        <w:br/>
        <w:t>vn -0.5437 0.7263 0.4206</w:t>
        <w:br/>
        <w:t>vn -0.5057 0.8009 -0.3206</w:t>
        <w:br/>
        <w:t>vn -0.4424 0.8423 -0.3080</w:t>
        <w:br/>
        <w:t>vn -0.1968 0.3903 -0.8994</w:t>
        <w:br/>
        <w:t>vn -0.2043 0.3927 -0.8967</w:t>
        <w:br/>
        <w:t>vn 0.1441 -0.1252 -0.9816</w:t>
        <w:br/>
        <w:t>vn 0.1070 -0.0541 -0.9928</w:t>
        <w:br/>
        <w:t>vn 0.4008 -0.7104 -0.5784</w:t>
        <w:br/>
        <w:t>vn 0.4603 -0.6941 -0.5535</w:t>
        <w:br/>
        <w:t>vn -0.2349 0.4283 -0.8726</w:t>
        <w:br/>
        <w:t>vn -0.2489 0.4310 -0.8673</w:t>
        <w:br/>
        <w:t>vn 0.1031 -0.0990 -0.9897</w:t>
        <w:br/>
        <w:t>vn 0.0865 -0.0665 -0.9940</w:t>
        <w:br/>
        <w:t>vn 0.4125 -0.7028 -0.5795</w:t>
        <w:br/>
        <w:t>vn 0.4043 -0.7185 -0.5660</w:t>
        <w:br/>
        <w:t>vn 0.1224 -0.0907 -0.9883</w:t>
        <w:br/>
        <w:t>vn 0.4881 -0.6609 -0.5701</w:t>
        <w:br/>
        <w:t>vn -0.2289 0.3908 -0.8916</w:t>
        <w:br/>
        <w:t>vn -0.2528 0.4156 -0.8737</w:t>
        <w:br/>
        <w:t>vn -0.2159 0.4238 -0.8797</w:t>
        <w:br/>
        <w:t>vn -0.1547 0.4834 -0.8616</w:t>
        <w:br/>
        <w:t>vn -0.3126 0.1734 0.9339</w:t>
        <w:br/>
        <w:t>vn 0.0775 -0.5455 0.8345</w:t>
        <w:br/>
        <w:t>vn 0.3341 -0.9069 0.2567</w:t>
        <w:br/>
        <w:t>vn 0.3812 -0.7432 -0.5499</w:t>
        <w:br/>
        <w:t>vn 0.1190 -0.1294 -0.9844</w:t>
        <w:br/>
        <w:t>vn -0.6358 0.6676 0.3873</w:t>
        <w:br/>
        <w:t>vn -0.6642 0.6437 0.3801</w:t>
        <w:br/>
        <w:t>vn -0.4266 0.2569 0.8672</w:t>
        <w:br/>
        <w:t>vn -0.4032 0.3051 0.8627</w:t>
        <w:br/>
        <w:t>vn -0.4109 0.3493 0.8421</w:t>
        <w:br/>
        <w:t>vn 0.0867 -0.3646 0.9271</w:t>
        <w:br/>
        <w:t>vn 0.0901 -0.3621 0.9278</w:t>
        <w:br/>
        <w:t>vn -0.4032 0.3052 0.8627</w:t>
        <w:br/>
        <w:t>vn -0.6448 0.7123 0.2772</w:t>
        <w:br/>
        <w:t>vn -0.6320 0.7194 0.2882</w:t>
        <w:br/>
        <w:t>vn 0.1272 -0.3747 0.9184</w:t>
        <w:br/>
        <w:t>vn 0.5530 -0.7467 0.3696</w:t>
        <w:br/>
        <w:t>vn 0.5291 -0.7924 0.3037</w:t>
        <w:br/>
        <w:t>vn 0.1339 -0.4405 0.8877</w:t>
        <w:br/>
        <w:t>vn 0.4862 -0.7849 0.3841</w:t>
        <w:br/>
        <w:t>vn 0.4623 -0.8066 0.3683</w:t>
        <w:br/>
        <w:t>vn -0.5563 0.7020 -0.4447</w:t>
        <w:br/>
        <w:t>vn -0.5809 0.6973 -0.4199</w:t>
        <w:br/>
        <w:t>vn -0.5746 0.7617 0.2994</w:t>
        <w:br/>
        <w:t>vn -0.6282 0.7115 0.3149</w:t>
        <w:br/>
        <w:t>vn -0.5341 0.7116 -0.4565</w:t>
        <w:br/>
        <w:t>vn -0.4104 0.8004 -0.4371</w:t>
        <w:br/>
        <w:t>vn -0.1502 0.2301 -0.9615</w:t>
        <w:br/>
        <w:t>vn 0.3537 -0.3155 -0.8805</w:t>
        <w:br/>
        <w:t>vn 0.2778 -0.2574 -0.9255</w:t>
        <w:br/>
        <w:t>vn 0.5966 -0.7108 -0.3727</w:t>
        <w:br/>
        <w:t>vn 0.2656 -0.2911 -0.9191</w:t>
        <w:br/>
        <w:t>vn 0.2325 -0.2733 -0.9334</w:t>
        <w:br/>
        <w:t>vn -0.1957 0.2752 -0.9413</w:t>
        <w:br/>
        <w:t>vn -0.2087 0.2909 -0.9337</w:t>
        <w:br/>
        <w:t>vn 0.2656 -0.2912 -0.9191</w:t>
        <w:br/>
        <w:t>vn 0.5541 -0.7386 -0.3839</w:t>
        <w:br/>
        <w:t>vn 0.5200 -0.7637 -0.3825</w:t>
        <w:br/>
        <w:t>vn 0.6234 -0.6874 -0.3727</w:t>
        <w:br/>
        <w:t>vn 0.3077 -0.2671 -0.9132</w:t>
        <w:br/>
        <w:t>vn -0.1832 0.2406 -0.9532</w:t>
        <w:br/>
        <w:t>vn -0.2039 0.2819 -0.9375</w:t>
        <w:br/>
        <w:t>vn -0.6406 0.6205 -0.4523</w:t>
        <w:br/>
        <w:t>vn -0.6370 0.6417 -0.4271</w:t>
        <w:br/>
        <w:t>vn -0.1483 0.2643 -0.9530</w:t>
        <w:br/>
        <w:t>vn -0.0480 0.3142 -0.9482</w:t>
        <w:br/>
        <w:t>vn 0.0326 -0.4852 0.8738</w:t>
        <w:br/>
        <w:t>vn -0.3782 0.1879 0.9065</w:t>
        <w:br/>
        <w:t>vn 0.3349 -0.8721 0.3568</w:t>
        <w:br/>
        <w:t>vn 0.4541 -0.8095 -0.3721</w:t>
        <w:br/>
        <w:t>vn -0.7091 0.6409 0.2941</w:t>
        <w:br/>
        <w:t>vn -0.7215 0.6024 0.3414</w:t>
        <w:br/>
        <w:t>vn -0.4132 0.2567 0.8737</w:t>
        <w:br/>
        <w:t>vn -0.4266 0.2568 0.8672</w:t>
        <w:br/>
        <w:t>vn 0.2813 -0.3800 -0.8812</w:t>
        <w:br/>
        <w:t>vn -0.5904 0.8017 0.0932</w:t>
        <w:br/>
        <w:t>vn -0.4440 0.4473 0.7764</w:t>
        <w:br/>
        <w:t>vn -0.4368 0.4325 0.7887</w:t>
        <w:br/>
        <w:t>vn -0.5452 0.6546 0.5236</w:t>
        <w:br/>
        <w:t>vn -0.5744 0.6219 0.5323</w:t>
        <w:br/>
        <w:t>vn -0.6239 0.7739 0.1083</w:t>
        <w:br/>
        <w:t>vn -0.5861 0.6788 -0.4424</w:t>
        <w:br/>
        <w:t>vn -0.4407 0.4169 0.7950</w:t>
        <w:br/>
        <w:t>vn -0.6554 0.7476 0.1070</w:t>
        <w:br/>
        <w:t>vn -0.4588 0.6013 -0.6542</w:t>
        <w:br/>
        <w:t>vn -0.8453 0.3540 -0.4002</w:t>
        <w:br/>
        <w:t>vn -0.6572 0.6772 0.3308</w:t>
        <w:br/>
        <w:t>vn -0.0832 0.4980 0.8632</w:t>
        <w:br/>
        <w:t>vn 0.5141 -0.0466 0.8565</w:t>
        <w:br/>
        <w:t>vn 0.7507 -0.5653 0.3420</w:t>
        <w:br/>
        <w:t>vn 0.3745 0.1260 0.9186</w:t>
        <w:br/>
        <w:t>vn 0.5574 0.0341 0.8295</w:t>
        <w:br/>
        <w:t>vn -0.1471 0.2982 0.9431</w:t>
        <w:br/>
        <w:t>vn -0.0003 0.5361 0.8441</w:t>
        <w:br/>
        <w:t>vn -0.5563 0.7444 0.3692</w:t>
        <w:br/>
        <w:t>vn -0.4668 0.6553 0.5939</w:t>
        <w:br/>
        <w:t>vn 0.3303 0.0111 -0.9438</w:t>
        <w:br/>
        <w:t>vn -0.0196 0.4286 -0.9033</w:t>
        <w:br/>
        <w:t>vn 0.6529 -0.6914 -0.3093</w:t>
        <w:br/>
        <w:t>vn 0.6782 -0.7348 0.0044</w:t>
        <w:br/>
        <w:t>vn 0.6507 -0.6901 0.3169</w:t>
        <w:br/>
        <w:t>vn 0.7376 -0.6026 0.3047</w:t>
        <w:br/>
        <w:t>vn 0.6377 -0.7058 -0.3084</w:t>
        <w:br/>
        <w:t>vn 0.7255 -0.6882 0.0067</w:t>
        <w:br/>
        <w:t>vn 0.8517 -0.3014 0.4288</w:t>
        <w:br/>
        <w:t>vn 0.5799 0.2328 0.7807</w:t>
        <w:br/>
        <w:t>vn -0.9357 -0.2236 -0.2730</w:t>
        <w:br/>
        <w:t>vn 0.5340 0.3513 0.7690</w:t>
        <w:br/>
        <w:t>vn 0.5646 0.3227 0.7597</w:t>
        <w:br/>
        <w:t>vn 0.8833 -0.1815 0.4322</w:t>
        <w:br/>
        <w:t>vn 0.8833 -0.1814 0.4322</w:t>
        <w:br/>
        <w:t>vn -0.5072 0.8353 0.2123</w:t>
        <w:br/>
        <w:t>vn -0.4104 0.7714 -0.4863</w:t>
        <w:br/>
        <w:t>vn -0.9626 -0.2707 -0.0149</w:t>
        <w:br/>
        <w:t>vn -0.7607 -0.0022 0.6490</w:t>
        <w:br/>
        <w:t>vn -0.7190 0.1361 0.6815</w:t>
        <w:br/>
        <w:t>vn -0.8973 -0.4171 0.1443</w:t>
        <w:br/>
        <w:t>vn -0.5360 0.5154 0.6686</w:t>
        <w:br/>
        <w:t>vn -0.4646 0.3499 0.8135</w:t>
        <w:br/>
        <w:t>vn -0.5818 0.6645 -0.4690</w:t>
        <w:br/>
        <w:t>vn -0.4562 0.4078 -0.7910</w:t>
        <w:br/>
        <w:t>vn -0.6265 0.7574 0.1837</w:t>
        <w:br/>
        <w:t>vn -0.5882 0.7820 0.2062</w:t>
        <w:br/>
        <w:t>vn -0.7070 0.5138 -0.4860</w:t>
        <w:br/>
        <w:t>vn -0.6879 -0.4193 -0.5925</w:t>
        <w:br/>
        <w:t>vn -0.7549 0.1387 -0.6410</w:t>
        <w:br/>
        <w:t>vn -0.7191 0.1361 0.6814</w:t>
        <w:br/>
        <w:t>vn -0.6613 -0.6264 0.4126</w:t>
        <w:br/>
        <w:t>vn -0.8973 -0.4171 0.1442</w:t>
        <w:br/>
        <w:t>vn -0.5802 0.7865 0.2117</w:t>
        <w:br/>
        <w:t>vn -0.6244 0.7568 -0.1933</w:t>
        <w:br/>
        <w:t>vn -0.6476 0.7448 0.1607</w:t>
        <w:br/>
        <w:t>vn -0.5902 0.6226 0.5138</w:t>
        <w:br/>
        <w:t>vn 0.1042 -0.9729 -0.2065</w:t>
        <w:br/>
        <w:t>vn 0.1314 -0.9127 0.3870</w:t>
        <w:br/>
        <w:t>vn 0.0662 -0.9456 0.3186</w:t>
        <w:br/>
        <w:t>vn 0.0396 -0.9826 -0.1812</w:t>
        <w:br/>
        <w:t>vn 0.0942 -0.8049 -0.5859</w:t>
        <w:br/>
        <w:t>vn 0.1049 -0.7339 -0.6711</w:t>
        <w:br/>
        <w:t>vn 0.1534 -0.7548 0.6377</w:t>
        <w:br/>
        <w:t>vn 0.1047 -0.5695 -0.8153</w:t>
        <w:br/>
        <w:t>vn -0.3917 -0.7606 -0.5178</w:t>
        <w:br/>
        <w:t>vn 0.1210 -0.9449 -0.3041</w:t>
        <w:br/>
        <w:t>vn -0.1223 -0.9909 -0.0567</w:t>
        <w:br/>
        <w:t>vn -0.5760 -0.8124 -0.0905</w:t>
        <w:br/>
        <w:t>vn -0.3627 -0.8677 -0.3400</w:t>
        <w:br/>
        <w:t>vn -0.4330 -0.8577 -0.2771</w:t>
        <w:br/>
        <w:t>vn -0.4965 -0.8451 -0.1981</w:t>
        <w:br/>
        <w:t>vn 0.4660 -0.0506 0.8833</w:t>
        <w:br/>
        <w:t>vn 0.3935 0.1084 0.9129</w:t>
        <w:br/>
        <w:t>vn 0.0254 0.4886 0.8721</w:t>
        <w:br/>
        <w:t>vn 0.2387 0.2703 0.9327</w:t>
        <w:br/>
        <w:t>vn -0.8379 -0.4722 -0.2737</w:t>
        <w:br/>
        <w:t>vn -0.7616 -0.3263 -0.5599</w:t>
        <w:br/>
        <w:t>vn -0.2442 0.5958 0.7651</w:t>
        <w:br/>
        <w:t>vn -0.0049 0.4325 0.9016</w:t>
        <w:br/>
        <w:t>vn 0.3736 -0.9132 -0.1626</w:t>
        <w:br/>
        <w:t>vn -0.9451 0.2598 -0.1982</w:t>
        <w:br/>
        <w:t>vn -0.4969 0.6373 0.5891</w:t>
        <w:br/>
        <w:t>vn -0.4185 -0.7973 -0.4350</w:t>
        <w:br/>
        <w:t>vn -0.6615 -0.7001 -0.2689</w:t>
        <w:br/>
        <w:t>vn 0.6204 -0.2608 0.7396</w:t>
        <w:br/>
        <w:t>vn -0.8881 0.4395 0.1344</w:t>
        <w:br/>
        <w:t>vn -0.6598 0.5976 0.4557</w:t>
        <w:br/>
        <w:t>vn 0.4660 -0.0506 0.8834</w:t>
        <w:br/>
        <w:t>vn 0.5712 -0.3255 0.7535</w:t>
        <w:br/>
        <w:t>vn -0.0062 -0.8252 0.5648</w:t>
        <w:br/>
        <w:t>vn -0.5499 -0.7327 0.4010</w:t>
        <w:br/>
        <w:t>vn -0.5659 -0.8045 -0.1803</w:t>
        <w:br/>
        <w:t>vn 0.0071 -0.9903 -0.1391</w:t>
        <w:br/>
        <w:t>vn -0.4989 -0.8552 -0.1404</w:t>
        <w:br/>
        <w:t>vn -0.6275 -0.7671 -0.1335</w:t>
        <w:br/>
        <w:t>vn -0.4063 -0.8860 0.2233</w:t>
        <w:br/>
        <w:t>vn -0.4685 -0.4968 -0.7305</w:t>
        <w:br/>
        <w:t>vn 0.0015 -0.6708 -0.7417</w:t>
        <w:br/>
        <w:t>vn -0.2488 -0.1886 0.9500</w:t>
        <w:br/>
        <w:t>vn -0.1487 -0.0674 -0.9866</w:t>
        <w:br/>
        <w:t>vn -0.5344 0.7700 0.3485</w:t>
        <w:br/>
        <w:t>vn -0.5989 0.8004 0.0257</w:t>
        <w:br/>
        <w:t>vn -0.4762 0.8349 -0.2760</w:t>
        <w:br/>
        <w:t>vn -0.4787 0.5906 0.6496</w:t>
        <w:br/>
        <w:t>vn -0.4821 0.4941 0.7235</w:t>
        <w:br/>
        <w:t>vn -0.4715 0.2031 0.8582</w:t>
        <w:br/>
        <w:t>vn -0.2488 -0.1885 0.9500</w:t>
        <w:br/>
        <w:t>vn -0.3827 0.6926 -0.6114</w:t>
        <w:br/>
        <w:t>vn -0.4686 0.8810 0.0648</w:t>
        <w:br/>
        <w:t>vn -0.4686 0.7824 0.4101</w:t>
        <w:br/>
        <w:t>vn -0.4820 0.4941 0.7236</w:t>
        <w:br/>
        <w:t>vn -0.4836 0.8732 0.0599</w:t>
        <w:br/>
        <w:t>vn -0.4181 0.8684 -0.2665</w:t>
        <w:br/>
        <w:t>vn -0.3581 -0.8160 -0.4537</w:t>
        <w:br/>
        <w:t>vn -0.4821 -0.4717 -0.7383</w:t>
        <w:br/>
        <w:t>vn -0.6452 -0.7621 -0.0537</w:t>
        <w:br/>
        <w:t>vn 0.0174 -0.9840 0.1773</w:t>
        <w:br/>
        <w:t>vn -0.0701 -0.6892 0.7212</w:t>
        <w:br/>
        <w:t>vn -0.4429 -0.7299 0.5206</w:t>
        <w:br/>
        <w:t>vn -0.2478 -0.9595 0.1337</w:t>
        <w:br/>
        <w:t>vn -0.4313 -0.9000 0.0625</w:t>
        <w:br/>
        <w:t>vn -0.1639 -0.9493 0.2684</w:t>
        <w:br/>
        <w:t>vn -0.2551 -0.8388 -0.4810</w:t>
        <w:br/>
        <w:t>vn 0.1244 -0.8369 -0.5330</w:t>
        <w:br/>
        <w:t>vn -0.0973 -0.4305 0.8973</w:t>
        <w:br/>
        <w:t>vn 0.0037 -0.1965 -0.9805</w:t>
        <w:br/>
        <w:t>vn -0.3525 0.6844 -0.6382</w:t>
        <w:br/>
        <w:t>vn -0.5800 0.5409 0.6092</w:t>
        <w:br/>
        <w:t>vn -0.6121 0.6856 0.3941</w:t>
        <w:br/>
        <w:t>vn -0.2741 0.4292 -0.8606</w:t>
        <w:br/>
        <w:t>vn -0.5374 0.7873 -0.3022</w:t>
        <w:br/>
        <w:t>vn -0.5934 0.7998 0.0901</w:t>
        <w:br/>
        <w:t>vn -0.6287 0.6756 0.3852</w:t>
        <w:br/>
        <w:t>vn -0.6121 0.6856 0.3940</w:t>
        <w:br/>
        <w:t>vn -0.4144 0.6523 -0.6346</w:t>
        <w:br/>
        <w:t>vn -0.5594 0.7747 -0.2947</w:t>
        <w:br/>
        <w:t>vn -0.2232 0.1439 -0.9641</w:t>
        <w:br/>
        <w:t>vn -0.3030 0.3944 -0.8676</w:t>
        <w:br/>
        <w:t>vn -0.3201 -0.8128 0.4867</w:t>
        <w:br/>
        <w:t>vn -0.5160 -0.8536 0.0709</w:t>
        <w:br/>
        <w:t>vn 0.0752 -0.9476 0.3105</w:t>
        <w:br/>
        <w:t>vn -0.0504 -0.7156 0.6966</w:t>
        <w:br/>
        <w:t>vn -0.2481 -0.9392 0.2372</w:t>
        <w:br/>
        <w:t>vn -0.4324 -0.8847 0.1740</w:t>
        <w:br/>
        <w:t>vn -0.2234 -0.9173 0.3298</w:t>
        <w:br/>
        <w:t>vn -0.0593 -0.8487 -0.5256</w:t>
        <w:br/>
        <w:t>vn 0.2369 -0.9095 -0.3415</w:t>
        <w:br/>
        <w:t>vn 0.1893 -0.4805 -0.8563</w:t>
        <w:br/>
        <w:t>vn -0.5582 0.8260 -0.0783</w:t>
        <w:br/>
        <w:t>vn -0.2692 0.6084 -0.7466</w:t>
        <w:br/>
        <w:t>vn -0.1347 0.2078 -0.9688</w:t>
        <w:br/>
        <w:t>vn -0.5141 0.7301 -0.4501</w:t>
        <w:br/>
        <w:t>vn -0.6836 0.6720 0.2849</w:t>
        <w:br/>
        <w:t>vn -0.7214 0.6134 0.3216</w:t>
        <w:br/>
        <w:t>vn -0.7232 0.3566 0.5915</w:t>
        <w:br/>
        <w:t>vn -0.6655 0.4312 0.6092</w:t>
        <w:br/>
        <w:t>vn 0.1893 -0.4806 -0.8563</w:t>
        <w:br/>
        <w:t>vn -0.1347 0.2078 -0.9689</w:t>
        <w:br/>
        <w:t>vn -0.7214 0.6134 0.3215</w:t>
        <w:br/>
        <w:t>vn -0.6263 0.7717 -0.1110</w:t>
        <w:br/>
        <w:t>vn -0.3672 0.5642 -0.7395</w:t>
        <w:br/>
        <w:t>vn -0.5513 0.6976 -0.4576</w:t>
        <w:br/>
        <w:t>vn -0.1238 0.1173 -0.9853</w:t>
        <w:br/>
        <w:t>vn -0.6432 0.5164 0.5653</w:t>
        <w:br/>
        <w:t>vn -0.3200 -0.8128 0.4867</w:t>
        <w:br/>
        <w:t>vn -0.5999 -0.7790 0.1824</w:t>
        <w:br/>
        <w:t>vn -0.0593 -0.8486 -0.5256</w:t>
        <w:br/>
        <w:t>vn -0.4950 -0.8686 -0.0244</w:t>
        <w:br/>
        <w:t>vn -0.6452 -0.7622 -0.0537</w:t>
        <w:br/>
        <w:t>vn -0.6697 -0.7107 0.2154</w:t>
        <w:br/>
        <w:t>vn -0.5088 -0.8255 -0.2444</w:t>
        <w:br/>
        <w:t>vn -0.4763 0.8348 -0.2760</w:t>
        <w:br/>
        <w:t>vn -0.6276 -0.7670 -0.1335</w:t>
        <w:br/>
        <w:t>vn -0.5984 -0.7305 0.3290</w:t>
        <w:br/>
        <w:t>vn -0.3826 0.8562 -0.3472</w:t>
        <w:br/>
        <w:t>vn -0.5984 -0.7305 0.3289</w:t>
        <w:br/>
        <w:t>vn -0.4821 -0.4716 -0.7384</w:t>
        <w:br/>
        <w:t>vn -0.5684 0.7577 -0.3207</w:t>
        <w:br/>
        <w:t>vn -0.5534 0.8292 0.0785</w:t>
        <w:br/>
        <w:t>vn -0.5686 0.7575 -0.3206</w:t>
        <w:br/>
        <w:t>vn -0.3030 0.3944 -0.8675</w:t>
        <w:br/>
        <w:t>vn -0.1549 -0.9868 0.0468</w:t>
        <w:br/>
        <w:t>vn -0.5087 -0.8256 -0.2443</w:t>
        <w:br/>
        <w:t>vn -0.6696 -0.7108 0.2154</w:t>
        <w:br/>
        <w:t>vn -0.5000 0.7395 -0.4508</w:t>
        <w:br/>
        <w:t>vn -0.2692 0.6083 -0.7467</w:t>
        <w:br/>
        <w:t>vn -0.1238 0.1173 -0.9854</w:t>
        <w:br/>
        <w:t>vn -0.2140 -0.9562 0.1995</w:t>
        <w:br/>
        <w:t>vn -0.4949 -0.8686 -0.0245</w:t>
        <w:br/>
        <w:t>vn -0.6000 -0.7789 0.1825</w:t>
        <w:br/>
        <w:t>vn -0.4999 0.7395 -0.4508</w:t>
        <w:br/>
        <w:t>vn -0.2160 0.4630 0.8597</w:t>
        <w:br/>
        <w:t>vn -0.2160 0.4630 0.8596</w:t>
        <w:br/>
        <w:t>vn -0.1133 0.3187 0.9411</w:t>
        <w:br/>
        <w:t>vn 0.0689 0.2882 0.9551</w:t>
        <w:br/>
        <w:t>vn -0.1134 0.3187 0.9411</w:t>
        <w:br/>
        <w:t>vn -0.6598 0.5975 0.4557</w:t>
        <w:br/>
        <w:t>vn -0.8380 -0.4722 -0.2737</w:t>
        <w:br/>
        <w:t>vn -0.4965 -0.8451 -0.1982</w:t>
        <w:br/>
        <w:t>vn -0.3748 -0.9266 -0.0318</w:t>
        <w:br/>
        <w:t>vn -0.3747 -0.9266 -0.0318</w:t>
        <w:br/>
        <w:t>vn -0.0809 -0.5627 0.8227</w:t>
        <w:br/>
        <w:t>vn -0.6477 0.7448 0.1607</w:t>
        <w:br/>
        <w:t>vn -0.5902 0.6227 0.5138</w:t>
        <w:br/>
        <w:t>vn 0.4461 -0.2224 0.8669</w:t>
        <w:br/>
        <w:t>vn 0.1260 -0.8291 0.5447</w:t>
        <w:br/>
        <w:t>vn -0.1181 -0.7212 0.6826</w:t>
        <w:br/>
        <w:t>vn 0.1612 -0.1367 0.9774</w:t>
        <w:br/>
        <w:t>vn -0.1924 -0.9694 -0.1526</w:t>
        <w:br/>
        <w:t>vn -0.3149 -0.9435 -0.1033</w:t>
        <w:br/>
        <w:t>vn 0.4297 0.4250 0.7967</w:t>
        <w:br/>
        <w:t>vn 0.5701 0.8207 0.0385</w:t>
        <w:br/>
        <w:t>vn 0.5870 0.8068 0.0662</w:t>
        <w:br/>
        <w:t>vn 0.4881 0.3946 0.7785</w:t>
        <w:br/>
        <w:t>vn 0.3766 0.4533 -0.8079</w:t>
        <w:br/>
        <w:t>vn 0.2906 0.5219 -0.8020</w:t>
        <w:br/>
        <w:t>vn -0.0591 -0.0633 -0.9962</w:t>
        <w:br/>
        <w:t>vn 0.0570 -0.0479 -0.9972</w:t>
        <w:br/>
        <w:t>vn 0.4460 -0.2223 0.8670</w:t>
        <w:br/>
        <w:t>vn -0.1298 -0.8283 -0.5451</w:t>
        <w:br/>
        <w:t>vn -0.2610 -0.5894 -0.7645</w:t>
        <w:br/>
        <w:t>vn 0.1474 0.4848 0.8621</w:t>
        <w:br/>
        <w:t>vn 0.1632 0.4993 0.8509</w:t>
        <w:br/>
        <w:t>vn -0.4366 0.0250 0.8993</w:t>
        <w:br/>
        <w:t>vn -0.4559 -0.0307 0.8895</w:t>
        <w:br/>
        <w:t>vn 0.9770 -0.1432 -0.1579</w:t>
        <w:br/>
        <w:t>vn 0.8441 0.2396 -0.4797</w:t>
        <w:br/>
        <w:t>vn 0.5137 -0.2487 -0.8211</w:t>
        <w:br/>
        <w:t>vn 0.5893 -0.5954 -0.5462</w:t>
        <w:br/>
        <w:t>vn 0.1092 0.4915 0.8640</w:t>
        <w:br/>
        <w:t>vn 0.6866 0.6588 0.3074</w:t>
        <w:br/>
        <w:t>vn 0.7261 0.6235 0.2899</w:t>
        <w:br/>
        <w:t>vn 0.8441 0.2997 -0.4446</w:t>
        <w:br/>
        <w:t>vn 0.8441 0.2395 -0.4797</w:t>
        <w:br/>
        <w:t>vn -0.7278 -0.5559 0.4016</w:t>
        <w:br/>
        <w:t>vn -0.7407 -0.5634 0.3659</w:t>
        <w:br/>
        <w:t>vn -0.4908 -0.0530 0.8697</w:t>
        <w:br/>
        <w:t>vn 0.0183 -0.6141 -0.7890</w:t>
        <w:br/>
        <w:t>vn 0.0206 -0.6268 -0.7789</w:t>
        <w:br/>
        <w:t>vn 0.5279 -0.2114 -0.8226</w:t>
        <w:br/>
        <w:t>vn -0.7407 -0.5635 0.3659</w:t>
        <w:br/>
        <w:t>vn -0.7278 -0.5559 0.4015</w:t>
        <w:br/>
        <w:t>vn -0.5317 -0.7989 -0.2812</w:t>
        <w:br/>
        <w:t>vn -0.5324 -0.7913 -0.3007</w:t>
        <w:br/>
        <w:t>vn -0.1242 -0.7839 0.6084</w:t>
        <w:br/>
        <w:t>vn -0.2789 -0.7336 0.6197</w:t>
        <w:br/>
        <w:t>vn 0.0458 -0.2635 0.9636</w:t>
        <w:br/>
        <w:t>vn 0.1521 -0.3237 0.9339</w:t>
        <w:br/>
        <w:t>vn -0.2188 -0.9728 0.0755</w:t>
        <w:br/>
        <w:t>vn -0.4364 -0.8971 -0.0695</w:t>
        <w:br/>
        <w:t>vn 0.4707 0.3371 0.8154</w:t>
        <w:br/>
        <w:t>vn 0.4254 0.3848 0.8191</w:t>
        <w:br/>
        <w:t>vn 0.6039 0.7953 0.0533</w:t>
        <w:br/>
        <w:t>vn 0.7297 0.6807 0.0655</w:t>
        <w:br/>
        <w:t>vn 0.5449 -0.0968 -0.8329</w:t>
        <w:br/>
        <w:t>vn 0.7027 0.3707 -0.6072</w:t>
        <w:br/>
        <w:t>vn 0.4065 0.5717 -0.7127</w:t>
        <w:br/>
        <w:t>vn 0.0955 0.0552 -0.9939</w:t>
        <w:br/>
        <w:t>vn 0.0459 -0.2635 0.9636</w:t>
        <w:br/>
        <w:t>vn -0.0854 -0.8950 -0.4379</w:t>
        <w:br/>
        <w:t>vn -0.2574 -0.5555 -0.7906</w:t>
        <w:br/>
        <w:t>vn 0.2377 -0.0453 0.9703</w:t>
        <w:br/>
        <w:t>vn 0.4018 0.1972 0.8942</w:t>
        <w:br/>
        <w:t>vn 0.4611 0.1616 0.8725</w:t>
        <w:br/>
        <w:t>vn 0.3204 -0.0455 0.9462</w:t>
        <w:br/>
        <w:t>vn -0.3923 -0.7509 0.5313</w:t>
        <w:br/>
        <w:t>vn -0.3716 -0.8293 0.4173</w:t>
        <w:br/>
        <w:t>vn -0.5001 -0.8628 0.0742</w:t>
        <w:br/>
        <w:t>vn -0.5273 -0.8315 0.1751</w:t>
        <w:br/>
        <w:t>vn -0.3381 -0.2859 -0.8966</w:t>
        <w:br/>
        <w:t>vn -0.5467 -0.6715 -0.5002</w:t>
        <w:br/>
        <w:t>vn -0.5046 -0.6633 -0.5526</w:t>
        <w:br/>
        <w:t>vn -0.2642 -0.3120 -0.9126</w:t>
        <w:br/>
        <w:t>vn 0.5521 0.7169 -0.4257</w:t>
        <w:br/>
        <w:t>vn 0.0922 0.2741 -0.9573</w:t>
        <w:br/>
        <w:t>vn 0.1649 0.2137 -0.9629</w:t>
        <w:br/>
        <w:t>vn 0.5967 0.6772 -0.4305</w:t>
        <w:br/>
        <w:t>vn 0.6803 0.3848 0.6238</w:t>
        <w:br/>
        <w:t>vn -0.7220 -0.5270 0.4483</w:t>
        <w:br/>
        <w:t>vn -0.0513 -0.8866 -0.4597</w:t>
        <w:br/>
        <w:t>vn -0.0957 -0.4706 0.8771</w:t>
        <w:br/>
        <w:t>vn 0.2533 0.1181 0.9602</w:t>
        <w:br/>
        <w:t>vn 0.3167 0.0540 0.9470</w:t>
        <w:br/>
        <w:t>vn -0.0045 -0.5497 0.8353</w:t>
        <w:br/>
        <w:t>vn -0.4119 -0.8846 0.2188</w:t>
        <w:br/>
        <w:t>vn -0.3121 -0.9318 0.1852</w:t>
        <w:br/>
        <w:t>vn 0.5666 0.7550 -0.3301</w:t>
        <w:br/>
        <w:t>vn 0.6151 0.7249 -0.3101</w:t>
        <w:br/>
        <w:t>vn 0.5929 0.5821 0.5564</w:t>
        <w:br/>
        <w:t>vn 0.5540 0.6398 0.5326</w:t>
        <w:br/>
        <w:t>vn -0.3975 -0.6831 -0.6126</w:t>
        <w:br/>
        <w:t>vn -0.2855 -0.7398 -0.6093</w:t>
        <w:br/>
        <w:t>vn -0.0517 -0.1854 -0.9813</w:t>
        <w:br/>
        <w:t>vn -0.1208 -0.1433 -0.9823</w:t>
        <w:br/>
        <w:t>vn 0.2393 0.3686 -0.8983</w:t>
        <w:br/>
        <w:t>vn 0.2836 0.3403 -0.8965</w:t>
        <w:br/>
        <w:t>vn -0.4900 -0.8260 -0.2786</w:t>
        <w:br/>
        <w:t>vn 0.6514 0.6509 0.3899</w:t>
        <w:br/>
        <w:t>vn 0.6945 0.6028 0.3929</w:t>
        <w:br/>
        <w:t>vn 0.4611 0.1615 0.8725</w:t>
        <w:br/>
        <w:t>vn -0.3381 -0.2859 -0.8967</w:t>
        <w:br/>
        <w:t>vn 0.3607 0.3673 0.8573</w:t>
        <w:br/>
        <w:t>vn 0.0961 -0.2939 0.9510</w:t>
        <w:br/>
        <w:t>vn 0.1210 -0.3341 0.9347</w:t>
        <w:br/>
        <w:t>vn 0.3490 0.3653 0.8630</w:t>
        <w:br/>
        <w:t>vn 0.5156 0.4931 0.7007</w:t>
        <w:br/>
        <w:t>vn 0.7372 -0.2445 0.6298</w:t>
        <w:br/>
        <w:t>vn 0.8606 -0.2582 -0.4389</w:t>
        <w:br/>
        <w:t>vn 0.8106 -0.4762 -0.3407</w:t>
        <w:br/>
        <w:t>vn 0.6823 -0.7079 -0.1824</w:t>
        <w:br/>
        <w:t>vn 0.9702 -0.2423 0.0029</w:t>
        <w:br/>
        <w:t>vn 0.2331 -0.8246 0.5156</w:t>
        <w:br/>
        <w:t>vn 0.7972 -0.1368 0.5880</w:t>
        <w:br/>
        <w:t>vn 0.2988 -0.3132 -0.9015</w:t>
        <w:br/>
        <w:t>vn -0.1007 -0.8983 -0.4276</w:t>
        <w:br/>
        <w:t>vn 0.0396 -0.9595 -0.2788</w:t>
        <w:br/>
        <w:t>vn 0.8100 -0.3064 -0.5000</w:t>
        <w:br/>
        <w:t>vn 0.5599 -0.2551 0.7883</w:t>
        <w:br/>
        <w:t>vn 0.7914 -0.0794 0.6062</w:t>
        <w:br/>
        <w:t>vn 0.7779 -0.4367 0.4518</w:t>
        <w:br/>
        <w:t>vn 0.7923 -0.4421 0.4206</w:t>
        <w:br/>
        <w:t>vn 0.2988 -0.3131 -0.9015</w:t>
        <w:br/>
        <w:t>vn 0.5392 0.3186 -0.7796</w:t>
        <w:br/>
        <w:t>vn 0.8905 0.0442 -0.4529</w:t>
        <w:br/>
        <w:t>vn 0.9417 0.3255 0.0853</w:t>
        <w:br/>
        <w:t>vn 0.4230 0.2539 0.8698</w:t>
        <w:br/>
        <w:t>vn 0.6861 0.5128 0.5160</w:t>
        <w:br/>
        <w:t>vn 0.8471 -0.4077 -0.3409</w:t>
        <w:br/>
        <w:t>vn 0.9214 -0.2200 -0.3204</w:t>
        <w:br/>
        <w:t>vn 0.7665 -0.3755 -0.5210</w:t>
        <w:br/>
        <w:t>vn 0.8699 -0.2781 0.4073</w:t>
        <w:br/>
        <w:t>vn 0.4996 -0.7998 0.3328</w:t>
        <w:br/>
        <w:t>vn 0.5416 -0.8048 -0.2427</w:t>
        <w:br/>
        <w:t>vn 0.9248 -0.3604 0.1214</w:t>
        <w:br/>
        <w:t>vn -0.0421 -0.8324 0.5526</w:t>
        <w:br/>
        <w:t>vn 0.1855 -0.9528 0.2403</w:t>
        <w:br/>
        <w:t>vn -0.1147 -0.7801 0.6150</w:t>
        <w:br/>
        <w:t>vn 0.8677 0.4541 0.2023</w:t>
        <w:br/>
        <w:t>vn 0.6453 0.7349 -0.2088</w:t>
        <w:br/>
        <w:t>vn 0.9690 -0.2471 0.0017</w:t>
        <w:br/>
        <w:t>vn 0.9624 0.2146 -0.1664</w:t>
        <w:br/>
        <w:t>vn 0.7012 0.4397 -0.5612</w:t>
        <w:br/>
        <w:t>vn 0.8370 0.3590 0.4130</w:t>
        <w:br/>
        <w:t>vn 0.8699 -0.2781 0.4074</w:t>
        <w:br/>
        <w:t>vn 0.7947 0.5738 -0.1979</w:t>
        <w:br/>
        <w:t>vn 0.5986 0.7858 -0.1555</w:t>
        <w:br/>
        <w:t>vn 0.5855 0.8099 0.0364</w:t>
        <w:br/>
        <w:t>vn 0.7461 0.6657 0.0108</w:t>
        <w:br/>
        <w:t>vn 0.6898 0.6609 -0.2956</w:t>
        <w:br/>
        <w:t>vn 0.5539 0.7804 -0.2901</w:t>
        <w:br/>
        <w:t>vn 0.7692 0.4408 -0.4626</w:t>
        <w:br/>
        <w:t>vn 0.5353 0.7212 -0.4396</w:t>
        <w:br/>
        <w:t>vn 0.6904 0.5629 -0.4544</w:t>
        <w:br/>
        <w:t>vn 0.6032 0.7814 0.1599</w:t>
        <w:br/>
        <w:t>vn 0.8677 0.4961 0.0327</w:t>
        <w:br/>
        <w:t>vn 0.4316 0.6091 -0.6654</w:t>
        <w:br/>
        <w:t>vn 0.5157 0.8397 -0.1703</w:t>
        <w:br/>
        <w:t>vn 0.2196 0.1664 -0.9613</w:t>
        <w:br/>
        <w:t>vn 0.0701 0.2116 -0.9748</w:t>
        <w:br/>
        <w:t>vn -0.1823 -0.3903 -0.9025</w:t>
        <w:br/>
        <w:t>vn -0.2719 -0.3566 -0.8938</w:t>
        <w:br/>
        <w:t>vn -0.4203 -0.7427 -0.5213</w:t>
        <w:br/>
        <w:t>vn -0.4447 -0.7119 -0.5436</w:t>
        <w:br/>
        <w:t>vn -0.2719 -0.3567 -0.8938</w:t>
        <w:br/>
        <w:t>vn -0.4119 -0.0616 -0.9092</w:t>
        <w:br/>
        <w:t>vn 0.0789 0.5410 -0.8373</w:t>
        <w:br/>
        <w:t>vn 0.8327 -0.5342 -0.1458</w:t>
        <w:br/>
        <w:t>vn 0.9698 0.1495 -0.1929</w:t>
        <w:br/>
        <w:t>vn 0.5534 0.7382 0.3857</w:t>
        <w:br/>
        <w:t>vn 0.4812 0.7406 0.4689</w:t>
        <w:br/>
        <w:t>vn 0.5036 0.8048 -0.3140</w:t>
        <w:br/>
        <w:t>vn 0.4274 0.7942 -0.4320</w:t>
        <w:br/>
        <w:t>vn 0.4196 0.7771 -0.4690</w:t>
        <w:br/>
        <w:t>vn 0.0882 0.5249 -0.8466</w:t>
        <w:br/>
        <w:t>vn -0.3080 -0.9497 -0.0572</w:t>
        <w:br/>
        <w:t>vn -0.4398 -0.8750 -0.2024</w:t>
        <w:br/>
        <w:t>vn -0.2672 -0.9408 0.2084</w:t>
        <w:br/>
        <w:t>vn -0.2484 -0.9584 -0.1404</w:t>
        <w:br/>
        <w:t>vn -0.1791 -0.9720 0.1521</w:t>
        <w:br/>
        <w:t>vn -0.1880 -0.9808 0.0527</w:t>
        <w:br/>
        <w:t>vn 0.0414 -0.9991 -0.0125</w:t>
        <w:br/>
        <w:t>vn -0.1235 -0.9923 0.0015</w:t>
        <w:br/>
        <w:t>vn -0.1690 -0.9819 -0.0853</w:t>
        <w:br/>
        <w:t>vn -0.1326 -0.9738 0.1845</w:t>
        <w:br/>
        <w:t>vn 0.0502 -0.9953 -0.0825</w:t>
        <w:br/>
        <w:t>vn -0.1153 -0.9932 0.0169</w:t>
        <w:br/>
        <w:t>vn -0.1282 -0.9852 -0.1134</w:t>
        <w:br/>
        <w:t>vn -0.2198 -0.9635 0.1527</w:t>
        <w:br/>
        <w:t>vn -0.2471 -0.9533 0.1737</w:t>
        <w:br/>
        <w:t>vn -0.3231 -0.9455 0.0414</w:t>
        <w:br/>
        <w:t>vn -0.4057 -0.9086 -0.0990</w:t>
        <w:br/>
        <w:t>vn -0.3451 -0.9379 -0.0356</w:t>
        <w:br/>
        <w:t>vn -0.3542 -0.9351 0.0095</w:t>
        <w:br/>
        <w:t>vn -0.4007 -0.9144 -0.0568</w:t>
        <w:br/>
        <w:t>vn -0.5994 -0.6195 -0.5068</w:t>
        <w:br/>
        <w:t>vn -0.4119 -0.0617 -0.9092</w:t>
        <w:br/>
        <w:t>vn -0.4287 -0.9015 -0.0599</w:t>
        <w:br/>
        <w:t>vn -0.4733 -0.8734 -0.1148</w:t>
        <w:br/>
        <w:t>vn -0.5601 -0.8027 -0.2048</w:t>
        <w:br/>
        <w:t>vn -0.5198 -0.8430 -0.1382</w:t>
        <w:br/>
        <w:t>vn -0.6061 -0.5449 -0.5794</w:t>
        <w:br/>
        <w:t>vn -0.3705 -0.0280 -0.9284</w:t>
        <w:br/>
        <w:t>vn -0.5806 -0.4330 -0.6895</w:t>
        <w:br/>
        <w:t>vn -0.5548 -0.4395 -0.7064</w:t>
        <w:br/>
        <w:t>vn -0.5739 -0.7758 -0.2622</w:t>
        <w:br/>
        <w:t>vn -0.6643 -0.6885 -0.2911</w:t>
        <w:br/>
        <w:t>vn -0.3755 -0.0579 -0.9250</w:t>
        <w:br/>
        <w:t>vn -0.3303 0.0111 -0.9438</w:t>
        <w:br/>
        <w:t>vn -0.4028 -0.8868 -0.2264</w:t>
        <w:br/>
        <w:t>vn -0.5514 -0.8158 -0.1745</w:t>
        <w:br/>
        <w:t>vn -0.5028 -0.8434 -0.1895</w:t>
        <w:br/>
        <w:t>vn 0.3978 0.7679 0.5021</w:t>
        <w:br/>
        <w:t>vn 0.2509 0.7155 0.6520</w:t>
        <w:br/>
        <w:t>vn 0.3387 0.6973 0.6317</w:t>
        <w:br/>
        <w:t>vn 0.0970 -0.9060 -0.4120</w:t>
        <w:br/>
        <w:t>vn -0.3720 -0.8411 -0.3925</w:t>
        <w:br/>
        <w:t>vn -0.5741 -0.7887 -0.2198</w:t>
        <w:br/>
        <w:t>vn -0.7239 -0.6852 -0.0805</w:t>
        <w:br/>
        <w:t>vn -0.7262 -0.6679 -0.1630</w:t>
        <w:br/>
        <w:t>vn -0.6507 -0.7379 -0.1794</w:t>
        <w:br/>
        <w:t>vn -0.6840 -0.5367 -0.4941</w:t>
        <w:br/>
        <w:t>vn -0.8100 -0.5723 0.1281</w:t>
        <w:br/>
        <w:t>vn -0.7215 -0.6924 -0.0106</w:t>
        <w:br/>
        <w:t>vn 0.0344 -0.9634 -0.2657</w:t>
        <w:br/>
        <w:t>vn -0.4548 -0.8744 -0.1691</w:t>
        <w:br/>
        <w:t>vn -0.5800 -0.7453 -0.3286</w:t>
        <w:br/>
        <w:t>vn -0.7664 -0.6389 -0.0666</w:t>
        <w:br/>
        <w:t>vn -0.4708 0.1280 0.8729</w:t>
        <w:br/>
        <w:t>vn -0.7718 -0.4393 0.4596</w:t>
        <w:br/>
        <w:t>vn -0.8529 -0.3237 0.4096</w:t>
        <w:br/>
        <w:t>vn -0.5780 0.0661 0.8133</w:t>
        <w:br/>
        <w:t>vn -0.8528 -0.3235 0.4100</w:t>
        <w:br/>
        <w:t>vn -0.5095 0.1349 0.8498</w:t>
        <w:br/>
        <w:t>vn -0.8517 -0.3014 0.4288</w:t>
        <w:br/>
        <w:t>vn -0.6462 -0.7449 -0.1659</w:t>
        <w:br/>
        <w:t>vn -0.4363 -0.8749 -0.2104</w:t>
        <w:br/>
        <w:t>vn -0.7572 -0.6523 0.0335</w:t>
        <w:br/>
        <w:t>vn -0.8529 -0.3237 0.4095</w:t>
        <w:br/>
        <w:t>vn -0.8528 -0.3235 0.4101</w:t>
        <w:br/>
        <w:t>vn -0.8623 -0.4791 0.1640</w:t>
        <w:br/>
        <w:t>vn 0.0073 0.3780 0.9258</w:t>
        <w:br/>
        <w:t>vn -0.8784 -0.1861 0.4403</w:t>
        <w:br/>
        <w:t>vn 0.2939 0.5912 0.7511</w:t>
        <w:br/>
        <w:t>vn 0.7244 0.1650 0.6693</w:t>
        <w:br/>
        <w:t>vn -0.0257 0.6800 0.7328</w:t>
        <w:br/>
        <w:t>vn -0.0793 0.5815 0.8097</w:t>
        <w:br/>
        <w:t>vn -0.0524 0.5169 0.8544</w:t>
        <w:br/>
        <w:t>vn 0.0556 0.3793 0.9236</w:t>
        <w:br/>
        <w:t>vn -0.1038 -0.4683 0.8775</w:t>
        <w:br/>
        <w:t>vn 0.3798 0.1900 0.9053</w:t>
        <w:br/>
        <w:t>vn -0.4935 -0.8359 0.2402</w:t>
        <w:br/>
        <w:t>vn -0.3537 -0.3156 -0.8805</w:t>
        <w:br/>
        <w:t>vn -0.5476 -0.7197 -0.4268</w:t>
        <w:br/>
        <w:t>vn 0.5420 0.7277 -0.4203</w:t>
        <w:br/>
        <w:t>vn 0.0924 0.2745 -0.9571</w:t>
        <w:br/>
        <w:t>vn -0.5100 -0.7999 -0.3164</w:t>
        <w:br/>
        <w:t>vn -0.5189 -0.7630 -0.3855</w:t>
        <w:br/>
        <w:t>vn -0.7752 -0.5077 0.3759</w:t>
        <w:br/>
        <w:t>vn -0.7506 -0.5653 0.3419</w:t>
        <w:br/>
        <w:t>vn -0.8026 -0.5171 0.2974</w:t>
        <w:br/>
        <w:t>vn -0.4999 -0.7467 -0.4387</w:t>
        <w:br/>
        <w:t>vn -0.3396 -0.8563 -0.3891</w:t>
        <w:br/>
        <w:t>vn -0.7530 -0.5724 0.3246</w:t>
        <w:br/>
        <w:t>vn -0.5355 -0.0313 0.8440</w:t>
        <w:br/>
        <w:t>vn -0.5531 -0.0063 0.8331</w:t>
        <w:br/>
        <w:t>vn 0.0605 -0.6251 -0.7782</w:t>
        <w:br/>
        <w:t>vn 0.0643 -0.5533 -0.8305</w:t>
        <w:br/>
        <w:t>vn 0.1035 -0.5104 -0.8537</w:t>
        <w:br/>
        <w:t>vn 0.2493 -0.6346 -0.7315</w:t>
        <w:br/>
        <w:t>vn 0.8453 0.3540 -0.4001</w:t>
        <w:br/>
        <w:t>vn 0.8361 0.4663 -0.2889</w:t>
        <w:br/>
        <w:t>vn 0.5892 -0.0988 -0.8019</w:t>
        <w:br/>
        <w:t>vn 0.5717 -0.1818 -0.8001</w:t>
        <w:br/>
        <w:t>vn 0.6051 0.7109 0.3583</w:t>
        <w:br/>
        <w:t>vn 0.6338 0.6902 0.3492</w:t>
        <w:br/>
        <w:t>vn 0.6060 -0.0438 -0.7942</w:t>
        <w:br/>
        <w:t>vn 0.6766 -0.1455 -0.7218</w:t>
        <w:br/>
        <w:t>vn 0.8118 0.4801 -0.3324</w:t>
        <w:br/>
        <w:t>vn 0.8510 0.4420 -0.2836</w:t>
        <w:br/>
        <w:t>vn 0.0590 0.5106 0.8578</w:t>
        <w:br/>
        <w:t>vn 0.0311 0.5255 0.8502</w:t>
        <w:br/>
        <w:t>vn 0.0105 -0.1891 0.9819</w:t>
        <w:br/>
        <w:t>vn 0.0580 -0.0985 0.9934</w:t>
        <w:br/>
        <w:t>vn 0.4133 0.4273 0.8041</w:t>
        <w:br/>
        <w:t>vn 0.3908 0.4359 0.8107</w:t>
        <w:br/>
        <w:t>vn -0.3243 -0.7125 0.6223</w:t>
        <w:br/>
        <w:t>vn 0.0197 -0.1363 0.9905</w:t>
        <w:br/>
        <w:t>vn -0.3639 -0.6950 0.6201</w:t>
        <w:br/>
        <w:t>vn -0.3363 -0.7303 0.5946</w:t>
        <w:br/>
        <w:t>vn 0.0410 -0.1298 0.9907</w:t>
        <w:br/>
        <w:t>vn -0.3317 -0.7571 0.5628</w:t>
        <w:br/>
        <w:t>vn 0.0857 -0.0449 0.9953</w:t>
        <w:br/>
        <w:t>vn 0.4275 0.4566 0.7802</w:t>
        <w:br/>
        <w:t>vn 0.4271 0.4832 0.7642</w:t>
        <w:br/>
        <w:t>vn -0.4701 -0.8732 -0.1282</w:t>
        <w:br/>
        <w:t>vn -0.5066 -0.8467 -0.1625</w:t>
        <w:br/>
        <w:t>vn -0.4594 -0.8679 -0.1890</w:t>
        <w:br/>
        <w:t>vn -0.4273 -0.8785 -0.2135</w:t>
        <w:br/>
        <w:t>vn 0.6218 0.7744 0.1166</w:t>
        <w:br/>
        <w:t>vn 0.6064 0.7851 0.1260</w:t>
        <w:br/>
        <w:t>vn 0.4796 0.5370 0.6940</w:t>
        <w:br/>
        <w:t>vn 0.5914 0.7916 0.1539</w:t>
        <w:br/>
        <w:t>vn 0.5429 0.8272 0.1450</w:t>
        <w:br/>
        <w:t>vn 0.3942 0.5251 0.7543</w:t>
        <w:br/>
        <w:t>vn 0.4405 0.5991 -0.6686</w:t>
        <w:br/>
        <w:t>vn 0.1095 0.1755 -0.9784</w:t>
        <w:br/>
        <w:t>vn 0.0720 0.1000 -0.9924</w:t>
        <w:br/>
        <w:t>vn 0.4143 0.6080 -0.6773</w:t>
        <w:br/>
        <w:t>vn -0.2806 -0.4654 -0.8395</w:t>
        <w:br/>
        <w:t>vn -0.2793 -0.4916 -0.8248</w:t>
        <w:br/>
        <w:t>vn 0.0720 0.1521 -0.9857</w:t>
        <w:br/>
        <w:t>vn 0.0997 0.1306 -0.9864</w:t>
        <w:br/>
        <w:t>vn -0.2733 -0.4944 -0.8252</w:t>
        <w:br/>
        <w:t>vn -0.3053 -0.4572 -0.8353</w:t>
        <w:br/>
        <w:t>vn 0.4506 0.6432 -0.6190</w:t>
        <w:br/>
        <w:t>vn 0.4677 0.6550 -0.5934</w:t>
        <w:br/>
        <w:t>vn -0.4795 -0.8643 -0.1520</w:t>
        <w:br/>
        <w:t>vn -0.2584 -0.5147 -0.8175</w:t>
        <w:br/>
        <w:t>vn 0.5258 0.6973 -0.4870</w:t>
        <w:br/>
        <w:t>vn 0.4356 0.6982 -0.5681</w:t>
        <w:br/>
        <w:t>vn -0.2722 -0.8190 0.5051</w:t>
        <w:br/>
        <w:t>vn 0.0768 -0.1558 0.9848</w:t>
        <w:br/>
        <w:t>vn -0.3088 -0.9233 -0.2285</w:t>
        <w:br/>
        <w:t>vn -0.1936 -0.5843 -0.7881</w:t>
        <w:br/>
        <w:t>vn 0.1424 0.1997 -0.9695</w:t>
        <w:br/>
        <w:t>vn 0.1282 0.0671 -0.9895</w:t>
        <w:br/>
        <w:t>vn -0.3415 -0.7033 0.6235</w:t>
        <w:br/>
        <w:t>vn 0.0581 -0.0985 0.9934</w:t>
        <w:br/>
        <w:t>vn 0.1424 0.1997 -0.9694</w:t>
        <w:br/>
        <w:t>vn 0.4669 0.6722 -0.5745</w:t>
        <w:br/>
        <w:t>vn 0.4197 0.5058 0.7537</w:t>
        <w:br/>
        <w:t>vn 0.5840 0.8008 0.1327</w:t>
        <w:br/>
        <w:t>vn 0.0958 -0.1316 0.9867</w:t>
        <w:br/>
        <w:t>vn 0.1195 -0.0779 0.9898</w:t>
        <w:br/>
        <w:t>vn 0.4032 0.4655 0.7879</w:t>
        <w:br/>
        <w:t>vn 0.3957 0.4647 0.7921</w:t>
        <w:br/>
        <w:t>vn -0.1914 -0.7043 0.6836</w:t>
        <w:br/>
        <w:t>vn -0.2558 -0.7153 0.6503</w:t>
        <w:br/>
        <w:t>vn 0.1729 0.0415 0.9841</w:t>
        <w:br/>
        <w:t>vn 0.1221 -0.0544 0.9910</w:t>
        <w:br/>
        <w:t>vn -0.2674 -0.6902 0.6724</w:t>
        <w:br/>
        <w:t>vn 0.1372 -0.0819 0.9872</w:t>
        <w:br/>
        <w:t>vn 0.4572 0.6239 0.6338</w:t>
        <w:br/>
        <w:t>vn 0.4417 0.5759 0.6880</w:t>
        <w:br/>
        <w:t>vn 0.4539 0.5595 0.6935</w:t>
        <w:br/>
        <w:t>vn 0.4471 0.5115 0.7338</w:t>
        <w:br/>
        <w:t>vn -0.3639 -0.9273 -0.0881</w:t>
        <w:br/>
        <w:t>vn -0.4186 -0.9002 -0.1196</w:t>
        <w:br/>
        <w:t>vn -0.4505 -0.8861 -0.1089</w:t>
        <w:br/>
        <w:t>vn 0.5371 0.8426 0.0387</w:t>
        <w:br/>
        <w:t>vn 0.5894 0.8074 0.0263</w:t>
        <w:br/>
        <w:t>vn 0.5921 0.8041 0.0536</w:t>
        <w:br/>
        <w:t>vn 0.5669 0.8225 0.0462</w:t>
        <w:br/>
        <w:t>vn 0.5431 0.8391 0.0310</w:t>
        <w:br/>
        <w:t>vn 0.3037 0.5492 -0.7786</w:t>
        <w:br/>
        <w:t>vn -0.0248 0.0150 -0.9996</w:t>
        <w:br/>
        <w:t>vn -0.0579 -0.0637 -0.9963</w:t>
        <w:br/>
        <w:t>vn 0.2902 0.5495 -0.7835</w:t>
        <w:br/>
        <w:t>vn -0.3520 -0.5571 -0.7522</w:t>
        <w:br/>
        <w:t>vn -0.2837 -0.5968 -0.7505</w:t>
        <w:br/>
        <w:t>vn 0.0252 0.0690 -0.9973</w:t>
        <w:br/>
        <w:t>vn 0.0588 0.1549 -0.9862</w:t>
        <w:br/>
        <w:t>vn 0.3562 0.6502 -0.6711</w:t>
        <w:br/>
        <w:t>vn 0.3636 0.7110 -0.6019</w:t>
        <w:br/>
        <w:t>vn -0.2690 -0.5782 -0.7703</w:t>
        <w:br/>
        <w:t>vn -0.2956 -0.5442 -0.7852</w:t>
        <w:br/>
        <w:t>vn 0.0098 0.0892 -0.9960</w:t>
        <w:br/>
        <w:t>vn -0.3161 -0.5245 -0.7905</w:t>
        <w:br/>
        <w:t>vn 0.3793 0.6361 -0.6719</w:t>
        <w:br/>
        <w:t>vn 0.3796 0.6101 -0.6955</w:t>
        <w:br/>
        <w:t>vn -0.4696 -0.8793 -0.0791</w:t>
        <w:br/>
        <w:t>vn 0.3451 0.5178 -0.7828</w:t>
        <w:br/>
        <w:t>vn 0.3706 0.5466 -0.7509</w:t>
        <w:br/>
        <w:t>vn -0.0447 0.0395 -0.9982</w:t>
        <w:br/>
        <w:t>vn -0.0448 0.0395 -0.9982</w:t>
        <w:br/>
        <w:t>vn -0.3960 -0.4964 -0.7725</w:t>
        <w:br/>
        <w:t>vn 0.5152 0.7120 -0.4772</w:t>
        <w:br/>
        <w:t>vn 0.6015 0.7859 -0.1433</w:t>
        <w:br/>
        <w:t>vn -0.5334 -0.8420 -0.0806</w:t>
        <w:br/>
        <w:t>vn -0.3081 -0.6550 0.6900</w:t>
        <w:br/>
        <w:t>vn -0.2681 -0.6778 0.6847</w:t>
        <w:br/>
        <w:t>vn -0.3613 -0.9263 -0.1069</w:t>
        <w:br/>
        <w:t>vn -0.2222 -0.7426 0.6319</w:t>
        <w:br/>
        <w:t>vn 0.5507 0.8343 0.0262</w:t>
        <w:br/>
        <w:t>vn 0.0921 -0.1020 0.9905</w:t>
        <w:br/>
        <w:t>vn 0.2476 0.1338 0.9596</w:t>
        <w:br/>
        <w:t>vn 0.2760 0.2117 0.9375</w:t>
        <w:br/>
        <w:t>vn 0.5209 0.6910 0.5013</w:t>
        <w:br/>
        <w:t>vn 0.5085 0.6943 0.5093</w:t>
        <w:br/>
        <w:t>vn -0.0626 -0.4921 0.8683</w:t>
        <w:br/>
        <w:t>vn 0.2760 0.2117 0.9376</w:t>
        <w:br/>
        <w:t>vn -0.1351 -0.4597 0.8777</w:t>
        <w:br/>
        <w:t>vn -0.1896 -0.4143 0.8902</w:t>
        <w:br/>
        <w:t>vn 0.2546 0.1969 0.9468</w:t>
        <w:br/>
        <w:t>vn -0.1198 -0.4687 0.8752</w:t>
        <w:br/>
        <w:t>vn -0.1016 -0.4931 0.8640</w:t>
        <w:br/>
        <w:t>vn 0.3443 0.2910 0.8926</w:t>
        <w:br/>
        <w:t>vn 0.2970 0.2214 0.9289</w:t>
        <w:br/>
        <w:t>vn 0.5631 0.7018 0.4364</w:t>
        <w:br/>
        <w:t>vn 0.2969 0.2214 0.9289</w:t>
        <w:br/>
        <w:t>vn 0.5576 0.7193 0.4143</w:t>
        <w:br/>
        <w:t>vn 0.5707 0.6621 0.4856</w:t>
        <w:br/>
        <w:t>vn 0.5714 0.6785 0.4617</w:t>
        <w:br/>
        <w:t>vn -0.3478 -0.9018 0.2566</w:t>
        <w:br/>
        <w:t>vn -0.4404 -0.8482 0.2944</w:t>
        <w:br/>
        <w:t>vn -0.5231 -0.8041 0.2825</w:t>
        <w:br/>
        <w:t>vn -0.4210 -0.8757 0.2363</w:t>
        <w:br/>
        <w:t>vn -0.3948 -0.8880 0.2359</w:t>
        <w:br/>
        <w:t>vn 0.5412 0.7768 -0.3220</w:t>
        <w:br/>
        <w:t>vn 0.5248 0.7873 -0.3236</w:t>
        <w:br/>
        <w:t>vn 0.5654 0.7564 -0.3289</w:t>
        <w:br/>
        <w:t>vn 0.5636 0.7487 -0.3491</w:t>
        <w:br/>
        <w:t>vn 0.5020 0.7934 -0.3443</w:t>
        <w:br/>
        <w:t>vn 0.5046 0.7860 -0.3572</w:t>
        <w:br/>
        <w:t>vn 0.5057 0.8009 -0.3206</w:t>
        <w:br/>
        <w:t>vn 0.5437 0.7263 0.4206</w:t>
        <w:br/>
        <w:t>vn 0.4979 0.7557 0.4255</w:t>
        <w:br/>
        <w:t>vn 0.4425 0.8423 -0.3078</w:t>
        <w:br/>
        <w:t>vn 0.1968 0.3903 -0.8994</w:t>
        <w:br/>
        <w:t>vn -0.1070 -0.0541 -0.9928</w:t>
        <w:br/>
        <w:t>vn -0.1441 -0.1252 -0.9816</w:t>
        <w:br/>
        <w:t>vn 0.2042 0.3927 -0.8967</w:t>
        <w:br/>
        <w:t>vn -0.4603 -0.6941 -0.5535</w:t>
        <w:br/>
        <w:t>vn -0.4009 -0.7104 -0.5785</w:t>
        <w:br/>
        <w:t>vn 0.2349 0.4283 -0.8726</w:t>
        <w:br/>
        <w:t>vn -0.0865 -0.0665 -0.9940</w:t>
        <w:br/>
        <w:t>vn -0.1031 -0.0990 -0.9897</w:t>
        <w:br/>
        <w:t>vn 0.2489 0.4310 -0.8673</w:t>
        <w:br/>
        <w:t>vn -0.4043 -0.7185 -0.5660</w:t>
        <w:br/>
        <w:t>vn -0.4125 -0.7028 -0.5795</w:t>
        <w:br/>
        <w:t>vn -0.1224 -0.0907 -0.9883</w:t>
        <w:br/>
        <w:t>vn -0.4881 -0.6609 -0.5701</w:t>
        <w:br/>
        <w:t>vn 0.2289 0.3908 -0.8916</w:t>
        <w:br/>
        <w:t>vn 0.2527 0.4156 -0.8737</w:t>
        <w:br/>
        <w:t>vn -0.1225 -0.0907 -0.9883</w:t>
        <w:br/>
        <w:t>vn 0.1547 0.4834 -0.8616</w:t>
        <w:br/>
        <w:t>vn 0.2159 0.4238 -0.8797</w:t>
        <w:br/>
        <w:t>vn -0.0775 -0.5455 0.8345</w:t>
        <w:br/>
        <w:t>vn 0.3126 0.1734 0.9339</w:t>
        <w:br/>
        <w:t>vn -0.3341 -0.9069 0.2567</w:t>
        <w:br/>
        <w:t>vn -0.3812 -0.7432 -0.5499</w:t>
        <w:br/>
        <w:t>vn -0.1190 -0.1293 -0.9844</w:t>
        <w:br/>
        <w:t>vn -0.1190 -0.1294 -0.9844</w:t>
        <w:br/>
        <w:t>vn 0.4266 0.2568 0.8672</w:t>
        <w:br/>
        <w:t>vn 0.6642 0.6437 0.3801</w:t>
        <w:br/>
        <w:t>vn 0.6358 0.6676 0.3873</w:t>
        <w:br/>
        <w:t>vn 0.4032 0.3051 0.8627</w:t>
        <w:br/>
        <w:t>vn -0.0901 -0.3621 0.9278</w:t>
        <w:br/>
        <w:t>vn -0.0866 -0.3646 0.9271</w:t>
        <w:br/>
        <w:t>vn 0.4109 0.3492 0.8421</w:t>
        <w:br/>
        <w:t>vn 0.4033 0.3051 0.8627</w:t>
        <w:br/>
        <w:t>vn 0.4109 0.3493 0.8421</w:t>
        <w:br/>
        <w:t>vn 0.6320 0.7194 0.2882</w:t>
        <w:br/>
        <w:t>vn 0.6448 0.7123 0.2773</w:t>
        <w:br/>
        <w:t>vn -0.5291 -0.7924 0.3037</w:t>
        <w:br/>
        <w:t>vn -0.5530 -0.7467 0.3696</w:t>
        <w:br/>
        <w:t>vn -0.1272 -0.3747 0.9184</w:t>
        <w:br/>
        <w:t>vn -0.1339 -0.4405 0.8877</w:t>
        <w:br/>
        <w:t>vn -0.4862 -0.7849 0.3841</w:t>
        <w:br/>
        <w:t>vn -0.4623 -0.8066 0.3683</w:t>
        <w:br/>
        <w:t>vn 0.5563 0.7020 -0.4448</w:t>
        <w:br/>
        <w:t>vn 0.5809 0.6973 -0.4199</w:t>
        <w:br/>
        <w:t>vn 0.5341 0.7116 -0.4565</w:t>
        <w:br/>
        <w:t>vn 0.6282 0.7115 0.3149</w:t>
        <w:br/>
        <w:t>vn 0.5746 0.7617 0.2994</w:t>
        <w:br/>
        <w:t>vn 0.4102 0.8004 -0.4370</w:t>
        <w:br/>
        <w:t>vn 0.1502 0.2301 -0.9615</w:t>
        <w:br/>
        <w:t>vn -0.2779 -0.2573 -0.9255</w:t>
        <w:br/>
        <w:t>vn -0.3537 -0.3155 -0.8805</w:t>
        <w:br/>
        <w:t>vn -0.5966 -0.7108 -0.3727</w:t>
        <w:br/>
        <w:t>vn -0.2779 -0.2574 -0.9255</w:t>
        <w:br/>
        <w:t>vn 0.1957 0.2751 -0.9413</w:t>
        <w:br/>
        <w:t>vn -0.2325 -0.2733 -0.9334</w:t>
        <w:br/>
        <w:t>vn -0.2656 -0.2912 -0.9191</w:t>
        <w:br/>
        <w:t>vn 0.2087 0.2909 -0.9337</w:t>
        <w:br/>
        <w:t>vn -0.2657 -0.2911 -0.9191</w:t>
        <w:br/>
        <w:t>vn -0.5200 -0.7638 -0.3824</w:t>
        <w:br/>
        <w:t>vn -0.5542 -0.7386 -0.3839</w:t>
        <w:br/>
        <w:t>vn -0.3077 -0.2671 -0.9132</w:t>
        <w:br/>
        <w:t>vn -0.6234 -0.6874 -0.3727</w:t>
        <w:br/>
        <w:t>vn 0.1832 0.2406 -0.9532</w:t>
        <w:br/>
        <w:t>vn 0.2038 0.2819 -0.9375</w:t>
        <w:br/>
        <w:t>vn 0.6406 0.6205 -0.4524</w:t>
        <w:br/>
        <w:t>vn 0.6370 0.6417 -0.4271</w:t>
        <w:br/>
        <w:t>vn 0.0480 0.3142 -0.9481</w:t>
        <w:br/>
        <w:t>vn 0.1483 0.2642 -0.9530</w:t>
        <w:br/>
        <w:t>vn -0.0326 -0.4852 0.8738</w:t>
        <w:br/>
        <w:t>vn 0.3782 0.1879 0.9065</w:t>
        <w:br/>
        <w:t>vn -0.3349 -0.8721 0.3567</w:t>
        <w:br/>
        <w:t>vn -0.4541 -0.8095 -0.3721</w:t>
        <w:br/>
        <w:t>vn 0.7091 0.6408 0.2941</w:t>
        <w:br/>
        <w:t>vn 0.7215 0.6024 0.3414</w:t>
        <w:br/>
        <w:t>vn 0.4132 0.2567 0.8737</w:t>
        <w:br/>
        <w:t>vn 0.4267 0.2568 0.8672</w:t>
        <w:br/>
        <w:t>vn -0.2812 -0.3800 -0.8812</w:t>
        <w:br/>
        <w:t>vn -0.2813 -0.3800 -0.8812</w:t>
        <w:br/>
        <w:t>vn 0.5904 0.8017 0.0932</w:t>
        <w:br/>
        <w:t>vn 0.4440 0.4473 0.7764</w:t>
        <w:br/>
        <w:t>vn 0.5743 0.6219 0.5324</w:t>
        <w:br/>
        <w:t>vn 0.5452 0.6547 0.5236</w:t>
        <w:br/>
        <w:t>vn 0.4367 0.4325 0.7888</w:t>
        <w:br/>
        <w:t>vn 0.6239 0.7739 0.1084</w:t>
        <w:br/>
        <w:t>vn 0.5861 0.6788 -0.4423</w:t>
        <w:br/>
        <w:t>vn 0.4406 0.4169 0.7950</w:t>
        <w:br/>
        <w:t>vn 0.6554 0.7477 0.1070</w:t>
        <w:br/>
        <w:t>vn 0.4588 0.6013 -0.6542</w:t>
        <w:br/>
        <w:t>vn 0.8453 0.3540 -0.4002</w:t>
        <w:br/>
        <w:t>vn 0.6572 0.6772 0.3308</w:t>
        <w:br/>
        <w:t>vn 0.0832 0.4980 0.8632</w:t>
        <w:br/>
        <w:t>vn -0.5141 -0.0466 0.8565</w:t>
        <w:br/>
        <w:t>vn -0.7507 -0.5653 0.3419</w:t>
        <w:br/>
        <w:t>vn -0.3745 0.1260 0.9186</w:t>
        <w:br/>
        <w:t>vn -0.5574 0.0341 0.8295</w:t>
        <w:br/>
        <w:t>vn -0.8026 -0.5171 0.2973</w:t>
        <w:br/>
        <w:t>vn -0.7530 -0.5723 0.3246</w:t>
        <w:br/>
        <w:t>vn 0.1471 0.2982 0.9431</w:t>
        <w:br/>
        <w:t>vn 0.0002 0.5362 0.8441</w:t>
        <w:br/>
        <w:t>vn 0.4668 0.6553 0.5939</w:t>
        <w:br/>
        <w:t>vn 0.5563 0.7445 0.3692</w:t>
        <w:br/>
        <w:t>vn 0.8118 0.4801 -0.3323</w:t>
        <w:br/>
        <w:t>vn 0.0196 0.4286 -0.9033</w:t>
        <w:br/>
        <w:t>vn -0.3303 0.0112 -0.9438</w:t>
        <w:br/>
        <w:t>vn -0.6529 -0.6914 -0.3093</w:t>
        <w:br/>
        <w:t>vn -0.6507 -0.6901 0.3169</w:t>
        <w:br/>
        <w:t>vn -0.6782 -0.7348 0.0044</w:t>
        <w:br/>
        <w:t>vn -0.7376 -0.6026 0.3047</w:t>
        <w:br/>
        <w:t>vn -0.6377 -0.7058 -0.3084</w:t>
        <w:br/>
        <w:t>vn -0.7255 -0.6882 0.0067</w:t>
        <w:br/>
        <w:t>vn -0.8517 -0.3013 0.4288</w:t>
        <w:br/>
        <w:t>vn -0.5799 0.2328 0.7807</w:t>
        <w:br/>
        <w:t>vn 0.6824 -0.7079 -0.1823</w:t>
        <w:br/>
        <w:t>vn 0.9215 -0.2200 -0.3202</w:t>
        <w:br/>
        <w:t>vn -0.7718 -0.4394 0.4596</w:t>
        <w:br/>
        <w:t>vn -0.5341 0.3513 0.7690</w:t>
        <w:br/>
        <w:t>vn -0.5646 0.3227 0.7597</w:t>
        <w:br/>
        <w:t>vn -0.8834 -0.1814 0.4322</w:t>
        <w:br/>
        <w:t>vn -0.8833 -0.1814 0.4322</w:t>
        <w:br/>
        <w:t>vn 0.5099 0.8348 0.2077</w:t>
        <w:br/>
        <w:t>vn 0.4104 0.7714 -0.4863</w:t>
        <w:br/>
        <w:t>vn 0.9625 -0.2707 -0.0149</w:t>
        <w:br/>
        <w:t>vn 0.8973 -0.4172 0.1444</w:t>
        <w:br/>
        <w:t>vn 0.7190 0.1361 0.6815</w:t>
        <w:br/>
        <w:t>vn 0.7607 -0.0022 0.6490</w:t>
        <w:br/>
        <w:t>vn 0.5360 0.5154 0.6686</w:t>
        <w:br/>
        <w:t>vn 0.4646 0.3499 0.8135</w:t>
        <w:br/>
        <w:t>vn 0.5818 0.6645 -0.4690</w:t>
        <w:br/>
        <w:t>vn 0.4562 0.4077 -0.7910</w:t>
        <w:br/>
        <w:t>vn 0.5882 0.7820 0.2062</w:t>
        <w:br/>
        <w:t>vn 0.6265 0.7574 0.1837</w:t>
        <w:br/>
        <w:t>vn 0.7070 0.5138 -0.4860</w:t>
        <w:br/>
        <w:t>vn 0.6878 -0.4193 -0.5925</w:t>
        <w:br/>
        <w:t>vn 0.7549 0.1387 -0.6410</w:t>
        <w:br/>
        <w:t>vn 0.7191 0.1361 0.6815</w:t>
        <w:br/>
        <w:t>vn 0.8973 -0.4171 0.1443</w:t>
        <w:br/>
        <w:t>vn 0.6613 -0.6264 0.4126</w:t>
        <w:br/>
        <w:t>vn 0.5802 0.7865 0.2116</w:t>
        <w:br/>
        <w:t>vn 0.6244 0.7568 -0.1933</w:t>
        <w:br/>
        <w:t>vn 0.5902 0.6226 0.5138</w:t>
        <w:br/>
        <w:t>vn 0.6477 0.7448 0.1606</w:t>
        <w:br/>
        <w:t>vn -0.0662 -0.9456 0.3186</w:t>
        <w:br/>
        <w:t>vn -0.1314 -0.9127 0.3870</w:t>
        <w:br/>
        <w:t>vn -0.1042 -0.9729 -0.2065</w:t>
        <w:br/>
        <w:t>vn -0.0396 -0.9827 -0.1812</w:t>
        <w:br/>
        <w:t>vn -0.1050 -0.7339 -0.6711</w:t>
        <w:br/>
        <w:t>vn -0.0942 -0.8048 -0.5860</w:t>
        <w:br/>
        <w:t>vn -0.1534 -0.7549 0.6377</w:t>
        <w:br/>
        <w:t>vn -0.1047 -0.5695 -0.8153</w:t>
        <w:br/>
        <w:t>vn 0.3917 -0.7605 -0.5178</w:t>
        <w:br/>
        <w:t>vn 0.5760 -0.8124 -0.0905</w:t>
        <w:br/>
        <w:t>vn 0.1223 -0.9909 -0.0567</w:t>
        <w:br/>
        <w:t>vn -0.1210 -0.9449 -0.3041</w:t>
        <w:br/>
        <w:t>vn 0.3628 -0.8676 -0.3402</w:t>
        <w:br/>
        <w:t>vn 0.4965 -0.8451 -0.1981</w:t>
        <w:br/>
        <w:t>vn 0.4330 -0.8577 -0.2770</w:t>
        <w:br/>
        <w:t>vn -0.0254 0.4886 0.8721</w:t>
        <w:br/>
        <w:t>vn -0.3935 0.1084 0.9129</w:t>
        <w:br/>
        <w:t>vn -0.4660 -0.0506 0.8833</w:t>
        <w:br/>
        <w:t>vn -0.2388 0.2703 0.9327</w:t>
        <w:br/>
        <w:t>vn 0.7616 -0.3263 -0.5599</w:t>
        <w:br/>
        <w:t>vn 0.8379 -0.4722 -0.2737</w:t>
        <w:br/>
        <w:t>vn 0.2442 0.5958 0.7651</w:t>
        <w:br/>
        <w:t>vn 0.0049 0.4324 0.9016</w:t>
        <w:br/>
        <w:t>vn -0.3736 -0.9132 -0.1626</w:t>
        <w:br/>
        <w:t>vn 0.9451 0.2598 -0.1982</w:t>
        <w:br/>
        <w:t>vn 0.4969 0.6373 0.5890</w:t>
        <w:br/>
        <w:t>vn 0.4186 -0.7972 -0.4350</w:t>
        <w:br/>
        <w:t>vn 0.6615 -0.7000 -0.2689</w:t>
        <w:br/>
        <w:t>vn -0.6205 -0.2608 0.7396</w:t>
        <w:br/>
        <w:t>vn 0.8881 0.4395 0.1344</w:t>
        <w:br/>
        <w:t>vn 0.6598 0.5976 0.4556</w:t>
        <w:br/>
        <w:t>vn -0.5713 -0.3255 0.7534</w:t>
        <w:br/>
        <w:t>vn 0.5659 -0.8045 -0.1803</w:t>
        <w:br/>
        <w:t>vn 0.5499 -0.7327 0.4009</w:t>
        <w:br/>
        <w:t>vn 0.0062 -0.8252 0.5648</w:t>
        <w:br/>
        <w:t>vn -0.0072 -0.9903 -0.1391</w:t>
        <w:br/>
        <w:t>vn 0.4989 -0.8552 -0.1404</w:t>
        <w:br/>
        <w:t>vn 0.4063 -0.8860 0.2233</w:t>
        <w:br/>
        <w:t>vn 0.6275 -0.7671 -0.1335</w:t>
        <w:br/>
        <w:t>vn 0.4685 -0.4968 -0.7306</w:t>
        <w:br/>
        <w:t>vn -0.0015 -0.6708 -0.7417</w:t>
        <w:br/>
        <w:t>vn 0.2488 -0.1885 0.9500</w:t>
        <w:br/>
        <w:t>vn 0.1487 -0.0674 -0.9866</w:t>
        <w:br/>
        <w:t>vn 0.5344 0.7701 0.3485</w:t>
        <w:br/>
        <w:t>vn 0.5989 0.8004 0.0257</w:t>
        <w:br/>
        <w:t>vn 0.4763 0.8348 -0.2761</w:t>
        <w:br/>
        <w:t>vn 0.4787 0.5906 0.6496</w:t>
        <w:br/>
        <w:t>vn 0.4714 0.2031 0.8582</w:t>
        <w:br/>
        <w:t>vn 0.4821 0.4941 0.7235</w:t>
        <w:br/>
        <w:t>vn 0.3827 0.6926 -0.6114</w:t>
        <w:br/>
        <w:t>vn 0.4686 0.8810 0.0648</w:t>
        <w:br/>
        <w:t>vn 0.4686 0.7824 0.4101</w:t>
        <w:br/>
        <w:t>vn 0.4836 0.8732 0.0599</w:t>
        <w:br/>
        <w:t>vn 0.4181 0.8684 -0.2665</w:t>
        <w:br/>
        <w:t>vn 0.3581 -0.8160 -0.4537</w:t>
        <w:br/>
        <w:t>vn 0.4685 -0.4968 -0.7305</w:t>
        <w:br/>
        <w:t>vn 0.4821 -0.4717 -0.7383</w:t>
        <w:br/>
        <w:t>vn 0.0701 -0.6892 0.7211</w:t>
        <w:br/>
        <w:t>vn -0.0174 -0.9840 0.1772</w:t>
        <w:br/>
        <w:t>vn 0.6452 -0.7621 -0.0537</w:t>
        <w:br/>
        <w:t>vn 0.4429 -0.7299 0.5206</w:t>
        <w:br/>
        <w:t>vn 0.2478 -0.9595 0.1338</w:t>
        <w:br/>
        <w:t>vn 0.1639 -0.9492 0.2685</w:t>
        <w:br/>
        <w:t>vn 0.4313 -0.9000 0.0625</w:t>
        <w:br/>
        <w:t>vn 0.2551 -0.8388 -0.4810</w:t>
        <w:br/>
        <w:t>vn -0.1244 -0.8369 -0.5330</w:t>
        <w:br/>
        <w:t>vn 0.0973 -0.4305 0.8973</w:t>
        <w:br/>
        <w:t>vn -0.0037 -0.1965 -0.9805</w:t>
        <w:br/>
        <w:t>vn 0.3525 0.6844 -0.6382</w:t>
        <w:br/>
        <w:t>vn 0.5800 0.5409 0.6092</w:t>
        <w:br/>
        <w:t>vn 0.6120 0.6856 0.3941</w:t>
        <w:br/>
        <w:t>vn 0.2741 0.4292 -0.8606</w:t>
        <w:br/>
        <w:t>vn 0.5374 0.7873 -0.3022</w:t>
        <w:br/>
        <w:t>vn 0.6120 0.6857 0.3940</w:t>
        <w:br/>
        <w:t>vn 0.6286 0.6756 0.3852</w:t>
        <w:br/>
        <w:t>vn 0.5934 0.7998 0.0901</w:t>
        <w:br/>
        <w:t>vn 0.4144 0.6523 -0.6346</w:t>
        <w:br/>
        <w:t>vn 0.5594 0.7747 -0.2948</w:t>
        <w:br/>
        <w:t>vn 0.2232 0.1439 -0.9641</w:t>
        <w:br/>
        <w:t>vn 0.3030 0.3944 -0.8676</w:t>
        <w:br/>
        <w:t>vn 0.3201 -0.8128 0.4867</w:t>
        <w:br/>
        <w:t>vn 0.0504 -0.7156 0.6966</w:t>
        <w:br/>
        <w:t>vn -0.0752 -0.9476 0.3105</w:t>
        <w:br/>
        <w:t>vn 0.5160 -0.8536 0.0709</w:t>
        <w:br/>
        <w:t>vn 0.2481 -0.9393 0.2371</w:t>
        <w:br/>
        <w:t>vn 0.2233 -0.9173 0.3297</w:t>
        <w:br/>
        <w:t>vn 0.4324 -0.8847 0.1740</w:t>
        <w:br/>
        <w:t>vn 0.0593 -0.8487 -0.5256</w:t>
        <w:br/>
        <w:t>vn -0.2369 -0.9095 -0.3416</w:t>
        <w:br/>
        <w:t>vn -0.1893 -0.4805 -0.8563</w:t>
        <w:br/>
        <w:t>vn 0.5582 0.8260 -0.0783</w:t>
        <w:br/>
        <w:t>vn 0.2692 0.6084 -0.7466</w:t>
        <w:br/>
        <w:t>vn 0.5141 0.7301 -0.4501</w:t>
        <w:br/>
        <w:t>vn 0.1347 0.2078 -0.9688</w:t>
        <w:br/>
        <w:t>vn 0.6836 0.6720 0.2849</w:t>
        <w:br/>
        <w:t>vn 0.6655 0.4312 0.6092</w:t>
        <w:br/>
        <w:t>vn 0.7232 0.3566 0.5915</w:t>
        <w:br/>
        <w:t>vn 0.7213 0.6133 0.3217</w:t>
        <w:br/>
        <w:t>vn 0.1347 0.2078 -0.9689</w:t>
        <w:br/>
        <w:t>vn 0.7214 0.6133 0.3216</w:t>
        <w:br/>
        <w:t>vn 0.6263 0.7716 -0.1110</w:t>
        <w:br/>
        <w:t>vn 0.3671 0.5642 -0.7395</w:t>
        <w:br/>
        <w:t>vn 0.5513 0.6976 -0.4577</w:t>
        <w:br/>
        <w:t>vn 0.1238 0.1173 -0.9853</w:t>
        <w:br/>
        <w:t>vn 0.6432 0.5164 0.5653</w:t>
        <w:br/>
        <w:t>vn 0.6287 0.6756 0.3851</w:t>
        <w:br/>
        <w:t>vn 0.5999 -0.7790 0.1824</w:t>
        <w:br/>
        <w:t>vn 0.3200 -0.8128 0.4867</w:t>
        <w:br/>
        <w:t>vn 0.0593 -0.8486 -0.5256</w:t>
        <w:br/>
        <w:t>vn 0.4949 -0.8686 -0.0244</w:t>
        <w:br/>
        <w:t>vn 0.6452 -0.7622 -0.0537</w:t>
        <w:br/>
        <w:t>vn 0.6696 -0.7108 0.2154</w:t>
        <w:br/>
        <w:t>vn 0.4429 -0.7300 0.5206</w:t>
        <w:br/>
        <w:t>vn 0.2552 -0.8388 -0.4810</w:t>
        <w:br/>
        <w:t>vn 0.5088 -0.8254 -0.2444</w:t>
        <w:br/>
        <w:t>vn 0.4763 0.8349 -0.2760</w:t>
        <w:br/>
        <w:t>vn 0.5344 0.7700 0.3485</w:t>
        <w:br/>
        <w:t>vn 0.5990 0.8004 0.0257</w:t>
        <w:br/>
        <w:t>vn 0.6276 -0.7670 -0.1335</w:t>
        <w:br/>
        <w:t>vn 0.5984 -0.7305 0.3290</w:t>
        <w:br/>
        <w:t>vn 0.5499 -0.7327 0.4010</w:t>
        <w:br/>
        <w:t>vn 0.3826 0.8562 -0.3473</w:t>
        <w:br/>
        <w:t>vn 0.5985 -0.7305 0.3290</w:t>
        <w:br/>
        <w:t>vn 0.4820 -0.4718 -0.7383</w:t>
        <w:br/>
        <w:t>vn 0.3525 0.6844 -0.6383</w:t>
        <w:br/>
        <w:t>vn 0.5684 0.7577 -0.3206</w:t>
        <w:br/>
        <w:t>vn 0.5534 0.8292 0.0784</w:t>
        <w:br/>
        <w:t>vn 0.5686 0.7575 -0.3207</w:t>
        <w:br/>
        <w:t>vn 0.4314 -0.9000 0.0625</w:t>
        <w:br/>
        <w:t>vn 0.1549 -0.9868 0.0467</w:t>
        <w:br/>
        <w:t>vn 0.5088 -0.8255 -0.2445</w:t>
        <w:br/>
        <w:t>vn 0.4997 0.7397 -0.4508</w:t>
        <w:br/>
        <w:t>vn 0.1238 0.1172 -0.9854</w:t>
        <w:br/>
        <w:t>vn 0.2141 -0.9562 0.1996</w:t>
        <w:br/>
        <w:t>vn 0.4950 -0.8686 -0.0244</w:t>
        <w:br/>
        <w:t>vn 0.6000 -0.7790 0.1823</w:t>
        <w:br/>
        <w:t>vn 0.4999 0.7395 -0.4508</w:t>
        <w:br/>
        <w:t>vn 0.4969 0.6373 0.5891</w:t>
        <w:br/>
        <w:t>vn 0.2160 0.4629 0.8597</w:t>
        <w:br/>
        <w:t>vn 0.2160 0.4630 0.8596</w:t>
        <w:br/>
        <w:t>vn 0.1134 0.3187 0.9411</w:t>
        <w:br/>
        <w:t>vn -0.0689 0.2882 0.9551</w:t>
        <w:br/>
        <w:t>vn 0.6598 0.5975 0.4556</w:t>
        <w:br/>
        <w:t>vn 0.6615 -0.7001 -0.2689</w:t>
        <w:br/>
        <w:t>vn 0.4965 -0.8451 -0.1982</w:t>
        <w:br/>
        <w:t>vn 0.5760 -0.8124 -0.0904</w:t>
        <w:br/>
        <w:t>vn 0.3747 -0.9266 -0.0318</w:t>
        <w:br/>
        <w:t>vn 0.3748 -0.9266 -0.0320</w:t>
        <w:br/>
        <w:t>vn 0.0809 -0.5627 0.8227</w:t>
        <w:br/>
        <w:t>vn 0.6477 0.7447 0.1606</w:t>
        <w:br/>
        <w:t>vn 0.5902 0.6227 0.5138</w:t>
        <w:br/>
        <w:t>vn -0.1930 -0.1978 -0.9611</w:t>
        <w:br/>
        <w:t>vn 0.2040 0.3042 -0.9305</w:t>
        <w:br/>
        <w:t>vn 0.1905 0.3030 -0.9338</w:t>
        <w:br/>
        <w:t>vn -0.1578 -0.1883 -0.9694</w:t>
        <w:br/>
        <w:t>vn -0.0153 -0.1873 0.9822</w:t>
        <w:br/>
        <w:t>vn -0.0472 -0.2237 0.9735</w:t>
        <w:br/>
        <w:t>vn 0.4281 0.4104 0.8052</w:t>
        <w:br/>
        <w:t>vn 0.4426 0.4021 0.8015</w:t>
        <w:br/>
        <w:t>vn -0.5040 -0.6996 -0.5065</w:t>
        <w:br/>
        <w:t>vn -0.5551 -0.6667 -0.4974</w:t>
        <w:br/>
        <w:t>vn -0.6074 -0.7758 0.1711</w:t>
        <w:br/>
        <w:t>vn -0.5416 -0.8377 0.0707</w:t>
        <w:br/>
        <w:t>vn -0.6850 -0.7203 0.1095</w:t>
        <w:br/>
        <w:t>vn -0.5622 -0.6328 -0.5324</w:t>
        <w:br/>
        <w:t>vn -0.5111 -0.6417 -0.5718</w:t>
        <w:br/>
        <w:t>vn -0.6406 -0.7631 0.0852</w:t>
        <w:br/>
        <w:t>vn 0.4329 0.8460 0.3112</w:t>
        <w:br/>
        <w:t>vn 0.4703 0.8287 0.3035</w:t>
        <w:br/>
        <w:t>vn 0.4268 0.7125 -0.5570</w:t>
        <w:br/>
        <w:t>vn 0.4302 0.7339 -0.5256</w:t>
        <w:br/>
        <w:t>vn -0.3945 -0.6998 0.5956</w:t>
        <w:br/>
        <w:t>vn -0.4280 -0.6806 0.5947</w:t>
        <w:br/>
        <w:t>vn -0.1057 -0.2839 0.9530</w:t>
        <w:br/>
        <w:t>vn 0.5675 0.6038 0.5597</w:t>
        <w:br/>
        <w:t>vn 0.6413 0.7325 0.2284</w:t>
        <w:br/>
        <w:t>vn 0.2555 0.1944 0.9471</w:t>
        <w:br/>
        <w:t>vn 0.4860 0.6730 -0.5576</w:t>
        <w:br/>
        <w:t>vn 0.1920 0.2989 -0.9348</w:t>
        <w:br/>
        <w:t>vn -0.1581 -0.1854 -0.9699</w:t>
        <w:br/>
        <w:t>vn -0.4762 -0.6601 -0.5810</w:t>
        <w:br/>
        <w:t>vn -0.5790 -0.8115 0.0789</w:t>
        <w:br/>
        <w:t>vn -0.4047 -0.5107 0.7586</w:t>
        <w:br/>
        <w:t>vn -0.4232 -0.4089 0.8085</w:t>
        <w:br/>
        <w:t>vn -0.6942 -0.7050 0.1452</w:t>
        <w:br/>
        <w:t>vn -0.5995 -0.6264 -0.4981</w:t>
        <w:br/>
        <w:t>vn -0.4899 -0.5606 0.6677</w:t>
        <w:br/>
        <w:t>vn 0.5416 0.7306 -0.4158</w:t>
        <w:br/>
        <w:t>vn 0.5471 0.7959 0.2592</w:t>
        <w:br/>
        <w:t>vn -0.2434 -0.2076 -0.9474</w:t>
        <w:br/>
        <w:t>vn 0.5536 0.6662 -0.4997</w:t>
        <w:br/>
        <w:t>vn 0.6457 0.7579 0.0930</w:t>
        <w:br/>
        <w:t>vn -0.2245 -0.2737 -0.9353</w:t>
        <w:br/>
        <w:t>vn -0.2391 -0.2480 -0.9388</w:t>
        <w:br/>
        <w:t>vn 0.2016 0.2695 -0.9416</w:t>
        <w:br/>
        <w:t>vn 0.1928 0.2844 -0.9391</w:t>
        <w:br/>
        <w:t>vn 0.2170 0.4484 0.8671</w:t>
        <w:br/>
        <w:t>vn 0.3188 0.4920 0.8102</w:t>
        <w:br/>
        <w:t>vn -0.1593 -0.1227 0.9796</w:t>
        <w:br/>
        <w:t>vn -0.0531 0.0544 0.9971</w:t>
        <w:br/>
        <w:t>vn 0.1890 0.3043 -0.9336</w:t>
        <w:br/>
        <w:t>vn 0.4610 0.7422 -0.4865</w:t>
        <w:br/>
        <w:t>vn -0.4321 -0.7093 -0.5569</w:t>
        <w:br/>
        <w:t>vn -0.5216 -0.8498 0.0766</w:t>
        <w:br/>
        <w:t>vn 0.2741 0.2942 -0.9156</w:t>
        <w:br/>
        <w:t>vn -0.1121 -0.2201 -0.9690</w:t>
        <w:br/>
        <w:t>vn -0.5216 -0.8498 0.0767</w:t>
        <w:br/>
        <w:t>vn -0.3825 -0.5721 0.7255</w:t>
        <w:br/>
        <w:t>vn -0.4015 -0.7376 -0.5429</w:t>
        <w:br/>
        <w:t>vn -0.5031 -0.8621 0.0610</w:t>
        <w:br/>
        <w:t>vn -0.0538 -0.2417 -0.9688</w:t>
        <w:br/>
        <w:t>vn 0.5716 0.6364 -0.5180</w:t>
        <w:br/>
        <w:t>vn 0.6386 0.7390 0.2148</w:t>
        <w:br/>
        <w:t>vn 0.6721 0.7232 0.1590</w:t>
        <w:br/>
        <w:t>vn 0.6143 0.6375 -0.4650</w:t>
        <w:br/>
        <w:t>vn 0.2562 0.4394 0.8610</w:t>
        <w:br/>
        <w:t>vn 0.3409 0.4614 0.8191</w:t>
        <w:br/>
        <w:t>vn 0.5603 0.7810 0.2757</w:t>
        <w:br/>
        <w:t>vn 0.3538 0.3162 -0.8803</w:t>
        <w:br/>
        <w:t>vn -0.0492 0.0410 0.9979</w:t>
        <w:br/>
        <w:t>vn -0.0262 0.0082 0.9996</w:t>
        <w:br/>
        <w:t>vn 0.4445 0.4924 0.7483</w:t>
        <w:br/>
        <w:t>vn -0.5290 -0.8482 0.0266</w:t>
        <w:br/>
        <w:t>vn -0.4127 -0.7241 -0.5526</w:t>
        <w:br/>
        <w:t>vn -0.4268 -0.7104 -0.5597</w:t>
        <w:br/>
        <w:t>vn -0.5479 -0.8365 0.0060</w:t>
        <w:br/>
        <w:t>vn -0.0629 -0.2477 -0.9668</w:t>
        <w:br/>
        <w:t>vn 0.3575 0.3446 -0.8680</w:t>
        <w:br/>
        <w:t>vn 0.3373 0.3536 -0.8725</w:t>
        <w:br/>
        <w:t>vn -0.0873 -0.2557 -0.9628</w:t>
        <w:br/>
        <w:t>vn 0.0482 -0.0064 0.9988</w:t>
        <w:br/>
        <w:t>vn 0.0930 0.0239 0.9954</w:t>
        <w:br/>
        <w:t>vn 0.4789 0.5277 0.7015</w:t>
        <w:br/>
        <w:t>vn 0.6018 0.6688 -0.4365</w:t>
        <w:br/>
        <w:t>vn 0.5832 0.6889 -0.4305</w:t>
        <w:br/>
        <w:t>vn 0.6585 0.7422 0.1245</w:t>
        <w:br/>
        <w:t>vn 0.6404 0.7598 0.1119</w:t>
        <w:br/>
        <w:t>vn 0.0887 0.0508 0.9948</w:t>
        <w:br/>
        <w:t>vn 0.4700 0.5485 0.6915</w:t>
        <w:br/>
        <w:t>vn -0.5289 -0.8482 0.0266</w:t>
        <w:br/>
        <w:t>vn -0.3861 -0.6015 0.6994</w:t>
        <w:br/>
        <w:t>vn -0.3711 -0.6168 0.6942</w:t>
        <w:br/>
        <w:t>vn -0.3643 -0.6179 0.6968</w:t>
        <w:br/>
        <w:t>vn -0.5312 -0.4345 0.7274</w:t>
        <w:br/>
        <w:t>vn -0.6942 -0.7050 0.1451</w:t>
        <w:br/>
        <w:t>vn 0.0497 0.9984 -0.0252</w:t>
        <w:br/>
        <w:t>vn 0.0257 0.9839 0.1768</w:t>
        <w:br/>
        <w:t>vn 0.1258 0.8812 0.4557</w:t>
        <w:br/>
        <w:t>vn 0.2629 0.7602 0.5941</w:t>
        <w:br/>
        <w:t>vn 0.2736 0.7044 0.6549</w:t>
        <w:br/>
        <w:t>vn -0.1589 0.8016 -0.5764</w:t>
        <w:br/>
        <w:t>vn 0.0831 0.1646 -0.9829</w:t>
        <w:br/>
        <w:t>vn 0.2212 0.6318 -0.7429</w:t>
        <w:br/>
        <w:t>vn 0.2574 0.5781 -0.7743</w:t>
        <w:br/>
        <w:t>vn 0.0963 0.1277 -0.9871</w:t>
        <w:br/>
        <w:t>vn -0.0033 -0.3242 -0.9460</w:t>
        <w:br/>
        <w:t>vn -0.0157 -0.4611 -0.8872</w:t>
        <w:br/>
        <w:t>vn 0.3308 0.9384 -0.0995</w:t>
        <w:br/>
        <w:t>vn 0.4013 0.9054 -0.1383</w:t>
        <w:br/>
        <w:t>vn 0.2282 0.8264 0.5148</w:t>
        <w:br/>
        <w:t>vn 0.2124 0.9753 -0.0606</w:t>
        <w:br/>
        <w:t>vn 0.3277 0.7211 0.6104</w:t>
        <w:br/>
        <w:t>vn 0.5575 -0.0046 0.8302</w:t>
        <w:br/>
        <w:t>vn 0.4172 0.3723 0.8291</w:t>
        <w:br/>
        <w:t>vn 0.4307 0.4529 0.7806</w:t>
        <w:br/>
        <w:t>vn 0.5098 0.3945 0.7645</w:t>
        <w:br/>
        <w:t>vn 0.3002 0.5893 0.7501</w:t>
        <w:br/>
        <w:t>vn 0.1341 0.7100 -0.6913</w:t>
        <w:br/>
        <w:t>vn 0.0604 0.2033 -0.9772</w:t>
        <w:br/>
        <w:t>vn -0.2377 0.4234 -0.8742</w:t>
        <w:br/>
        <w:t>vn -0.0064 -0.1987 -0.9800</w:t>
        <w:br/>
        <w:t>vn 0.4122 0.5666 0.7135</w:t>
        <w:br/>
        <w:t>vn -0.6584 0.5351 -0.5293</w:t>
        <w:br/>
        <w:t>vn -0.1139 -0.8014 -0.5872</w:t>
        <w:br/>
        <w:t>vn 0.1487 0.1866 -0.9711</w:t>
        <w:br/>
        <w:t>vn -0.0234 -0.4970 -0.8674</w:t>
        <w:br/>
        <w:t>vn 0.3456 0.5384 -0.7686</w:t>
        <w:br/>
        <w:t>vn 0.5414 0.8262 -0.1559</w:t>
        <w:br/>
        <w:t>vn -0.1302 -0.9829 -0.1305</w:t>
        <w:br/>
        <w:t>vn -0.1210 -0.8704 -0.4772</w:t>
        <w:br/>
        <w:t>vn 0.4713 0.5340 -0.7019</w:t>
        <w:br/>
        <w:t>vn 0.2967 0.3583 -0.8852</w:t>
        <w:br/>
        <w:t>vn 0.1944 -0.8901 0.4122</w:t>
        <w:br/>
        <w:t>vn 0.0784 -0.9367 0.3413</w:t>
        <w:br/>
        <w:t>vn 0.0177 -0.9693 0.2452</w:t>
        <w:br/>
        <w:t>vn -0.0025 -0.9696 0.2447</w:t>
        <w:br/>
        <w:t>vn -0.1208 -0.9642 -0.2359</w:t>
        <w:br/>
        <w:t>vn 0.4057 -0.6123 0.6786</w:t>
        <w:br/>
        <w:t>vn 0.3773 -0.3282 0.8660</w:t>
        <w:br/>
        <w:t>vn 0.4561 -0.1924 0.8689</w:t>
        <w:br/>
        <w:t>vn 0.6853 0.7186 -0.1182</w:t>
        <w:br/>
        <w:t>vn 0.0178 -0.9693 0.2452</w:t>
        <w:br/>
        <w:t>vn 0.5945 0.8036 -0.0278</w:t>
        <w:br/>
        <w:t>vn 0.6394 0.7668 -0.0567</w:t>
        <w:br/>
        <w:t>vn 0.5598 0.6549 0.5077</w:t>
        <w:br/>
        <w:t>vn 0.5240 0.6924 0.4959</w:t>
        <w:br/>
        <w:t>vn 0.2721 0.2868 0.9185</w:t>
        <w:br/>
        <w:t>vn 0.2736 0.3147 0.9089</w:t>
        <w:br/>
        <w:t>vn 0.0707 0.0300 0.9970</w:t>
        <w:br/>
        <w:t>vn 0.0813 0.0355 0.9961</w:t>
        <w:br/>
        <w:t>vn 0.3571 0.4499 -0.8186</w:t>
        <w:br/>
        <w:t>vn 0.3464 0.4216 -0.8380</w:t>
        <w:br/>
        <w:t>vn 0.4963 0.6047 -0.6230</w:t>
        <w:br/>
        <w:t>vn 0.4880 0.6431 -0.5901</w:t>
        <w:br/>
        <w:t>vn 0.3965 0.7078 0.5846</w:t>
        <w:br/>
        <w:t>vn 0.4071 0.2348 0.8827</w:t>
        <w:br/>
        <w:t>vn 0.5299 0.6344 0.5628</w:t>
        <w:br/>
        <w:t>vn 0.3797 0.1590 0.9114</w:t>
        <w:br/>
        <w:t>vn 0.6187 0.5788 0.5312</w:t>
        <w:br/>
        <w:t>vn 0.3234 0.1884 0.9273</w:t>
        <w:br/>
        <w:t>vn 0.1354 -0.0510 0.9895</w:t>
        <w:br/>
        <w:t>vn 0.0000 -0.2595 0.9657</w:t>
        <w:br/>
        <w:t>vn 0.0134 -0.3449 0.9386</w:t>
        <w:br/>
        <w:t>vn 0.0000 -0.3148 0.9492</w:t>
        <w:br/>
        <w:t>vn 0.0000 -0.2635 0.9647</w:t>
        <w:br/>
        <w:t>vn 0.0077 -0.2781 0.9605</w:t>
        <w:br/>
        <w:t>vn -0.3842 -0.2718 0.8823</w:t>
        <w:br/>
        <w:t>vn -0.4747 -0.2708 0.8375</w:t>
        <w:br/>
        <w:t>vn -0.2311 -0.1609 0.9595</w:t>
        <w:br/>
        <w:t>vn -0.1719 -0.2032 0.9639</w:t>
        <w:br/>
        <w:t>vn -0.0368 -0.2785 0.9597</w:t>
        <w:br/>
        <w:t>vn -0.0265 -0.1366 0.9903</w:t>
        <w:br/>
        <w:t>vn -0.6280 -0.3081 0.7147</w:t>
        <w:br/>
        <w:t>vn -0.0408 -0.1067 0.9935</w:t>
        <w:br/>
        <w:t>vn -0.0000 -0.1147 0.9934</w:t>
        <w:br/>
        <w:t>vn -0.0000 -0.1347 0.9909</w:t>
        <w:br/>
        <w:t>vn -0.1856 -0.2558 0.9488</w:t>
        <w:br/>
        <w:t>vn -0.0134 -0.3449 0.9386</w:t>
        <w:br/>
        <w:t>vn -0.0077 -0.2781 0.9605</w:t>
        <w:br/>
        <w:t>vn 0.3842 -0.2718 0.8823</w:t>
        <w:br/>
        <w:t>vn 0.1719 -0.2032 0.9639</w:t>
        <w:br/>
        <w:t>vn 0.2312 -0.1610 0.9595</w:t>
        <w:br/>
        <w:t>vn 0.4746 -0.2708 0.8375</w:t>
        <w:br/>
        <w:t>vn 0.0368 -0.2785 0.9597</w:t>
        <w:br/>
        <w:t>vn 0.0265 -0.1366 0.9903</w:t>
        <w:br/>
        <w:t>vn 0.6280 -0.3081 0.7147</w:t>
        <w:br/>
        <w:t>vn 0.6280 -0.3080 0.7147</w:t>
        <w:br/>
        <w:t>vn 0.0408 -0.1067 0.9934</w:t>
        <w:br/>
        <w:t>vn 0.1856 -0.2558 0.9488</w:t>
        <w:br/>
        <w:t>vn -0.1295 -0.0776 0.9885</w:t>
        <w:br/>
        <w:t>vn -0.0803 -0.1102 0.9907</w:t>
        <w:br/>
        <w:t>vn -0.1091 -0.2807 0.9536</w:t>
        <w:br/>
        <w:t>vn -0.1560 -0.1973 0.9678</w:t>
        <w:br/>
        <w:t>vn 0.0000 -0.1431 0.9897</w:t>
        <w:br/>
        <w:t>vn 0.0000 -0.3619 0.9322</w:t>
        <w:br/>
        <w:t>vn -0.0452 0.0882 0.9951</w:t>
        <w:br/>
        <w:t>vn -0.1294 0.0465 0.9905</w:t>
        <w:br/>
        <w:t>vn -0.1574 0.1047 0.9820</w:t>
        <w:br/>
        <w:t>vn -0.1331 0.2005 0.9706</w:t>
        <w:br/>
        <w:t>vn -0.0000 0.1327 0.9912</w:t>
        <w:br/>
        <w:t>vn -0.1846 0.2507 0.9503</w:t>
        <w:br/>
        <w:t>vn -0.2903 0.3809 0.8779</w:t>
        <w:br/>
        <w:t>vn 0.0104 0.4755 0.8797</w:t>
        <w:br/>
        <w:t>vn -0.0057 0.4492 0.8934</w:t>
        <w:br/>
        <w:t>vn 0.0065 0.3913 0.9203</w:t>
        <w:br/>
        <w:t>vn 0.1091 -0.2806 0.9536</w:t>
        <w:br/>
        <w:t>vn 0.0802 -0.1102 0.9907</w:t>
        <w:br/>
        <w:t>vn 0.1295 -0.0776 0.9885</w:t>
        <w:br/>
        <w:t>vn 0.1560 -0.1973 0.9678</w:t>
        <w:br/>
        <w:t>vn 0.0452 0.0882 0.9951</w:t>
        <w:br/>
        <w:t>vn 0.1331 0.2005 0.9706</w:t>
        <w:br/>
        <w:t>vn 0.1574 0.1047 0.9820</w:t>
        <w:br/>
        <w:t>vn 0.1294 0.0465 0.9905</w:t>
        <w:br/>
        <w:t>vn 0.1846 0.2507 0.9503</w:t>
        <w:br/>
        <w:t>vn 0.2902 0.3809 0.8779</w:t>
        <w:br/>
        <w:t>vn 0.2381 0.3779 0.8947</w:t>
        <w:br/>
        <w:t>vn -0.0104 0.4757 0.8796</w:t>
        <w:br/>
        <w:t>vn -0.0326 0.2650 0.9637</w:t>
        <w:br/>
        <w:t>vn -0.0162 0.2561 0.9665</w:t>
        <w:br/>
        <w:t>vn 0.0052 0.4360 0.9000</w:t>
        <w:br/>
        <w:t>vn -0.0065 0.3912 0.9203</w:t>
        <w:br/>
        <w:t>vn -0.0011 0.4318 0.9020</w:t>
        <w:br/>
        <w:t>vn 0.1052 -0.0503 0.9932</w:t>
        <w:br/>
        <w:t>vn -0.0946 -0.0218 0.9953</w:t>
        <w:br/>
        <w:t>vn -0.2898 0.2218 0.9310</w:t>
        <w:br/>
        <w:t>vn -0.2720 0.4970 0.8240</w:t>
        <w:br/>
        <w:t>vn -0.3101 0.4523 0.8362</w:t>
        <w:br/>
        <w:t>vn -0.2454 0.1951 0.9496</w:t>
        <w:br/>
        <w:t>vn -0.4265 0.3779 0.8218</w:t>
        <w:br/>
        <w:t>vn -0.6137 0.5625 0.5541</w:t>
        <w:br/>
        <w:t>vn -0.4298 0.3004 0.8515</w:t>
        <w:br/>
        <w:t>vn -0.7229 0.6299 0.2841</w:t>
        <w:br/>
        <w:t>vn -0.3459 0.3622 0.8656</w:t>
        <w:br/>
        <w:t>vn -0.3100 0.4523 0.8362</w:t>
        <w:br/>
        <w:t>vn -0.7297 0.6175 0.2937</w:t>
        <w:br/>
        <w:t>vn -0.8207 0.5709 -0.0238</w:t>
        <w:br/>
        <w:t>vn -0.7655 0.5984 0.2365</w:t>
        <w:br/>
        <w:t>vn -0.8342 0.5078 -0.2150</w:t>
        <w:br/>
        <w:t>vn -0.7035 0.6253 0.3378</w:t>
        <w:br/>
        <w:t>vn -0.6137 0.5624 0.5541</w:t>
        <w:br/>
        <w:t>vn -0.4530 0.1294 -0.8821</w:t>
        <w:br/>
        <w:t>vn -0.7585 0.6516 -0.0106</w:t>
        <w:br/>
        <w:t>vn -0.6446 0.4266 -0.6345</w:t>
        <w:br/>
        <w:t>vn -0.7833 0.5883 -0.2007</w:t>
        <w:br/>
        <w:t>vn -0.5277 0.3329 -0.7815</w:t>
        <w:br/>
        <w:t>vn -0.7659 0.5896 0.2565</w:t>
        <w:br/>
        <w:t>vn -0.5861 0.3132 -0.7473</w:t>
        <w:br/>
        <w:t>vn -0.6742 0.3552 -0.6475</w:t>
        <w:br/>
        <w:t>vn -0.6445 0.4266 -0.6345</w:t>
        <w:br/>
        <w:t>vn -0.6742 0.3552 -0.6476</w:t>
        <w:br/>
        <w:t>vn -0.4306 0.2993 -0.8514</w:t>
        <w:br/>
        <w:t>vn -0.5766 0.4891 -0.6545</w:t>
        <w:br/>
        <w:t>vn -0.1654 0.0471 -0.9851</w:t>
        <w:br/>
        <w:t>vn -0.7176 0.6206 -0.3159</w:t>
        <w:br/>
        <w:t>vn 0.6325 -0.3307 -0.7004</w:t>
        <w:br/>
        <w:t>vn -0.4381 0.2645 -0.8591</w:t>
        <w:br/>
        <w:t>vn -0.0503 -0.0981 -0.9939</w:t>
        <w:br/>
        <w:t>vn -0.3865 0.3465 -0.8547</w:t>
        <w:br/>
        <w:t>vn -0.0979 -0.0426 -0.9943</w:t>
        <w:br/>
        <w:t>vn 0.5651 -0.6513 -0.5064</w:t>
        <w:br/>
        <w:t>vn 0.7170 -0.5931 -0.3663</w:t>
        <w:br/>
        <w:t>vn 0.0333 -0.1936 -0.9805</w:t>
        <w:br/>
        <w:t>vn 0.4985 -0.6721 -0.5475</w:t>
        <w:br/>
        <w:t>vn 0.4044 -0.4273 -0.8087</w:t>
        <w:br/>
        <w:t>vn 0.4036 -0.5474 -0.7331</w:t>
        <w:br/>
        <w:t>vn 0.5652 -0.6512 -0.5064</w:t>
        <w:br/>
        <w:t>vn 0.5651 -0.6512 -0.5065</w:t>
        <w:br/>
        <w:t>vn 0.3168 -0.6191 -0.7186</w:t>
        <w:br/>
        <w:t>vn 0.3656 -0.9306 -0.0165</w:t>
        <w:br/>
        <w:t>vn 0.3167 -0.6191 -0.7186</w:t>
        <w:br/>
        <w:t>vn 0.3966 -0.7104 0.5813</w:t>
        <w:br/>
        <w:t>vn 0.3011 -0.1516 0.9415</w:t>
        <w:br/>
        <w:t>vn 0.4592 -0.8811 0.1133</w:t>
        <w:br/>
        <w:t>vn 0.5098 -0.8453 -0.1602</w:t>
        <w:br/>
        <w:t>vn 0.4822 -0.8742 0.0566</w:t>
        <w:br/>
        <w:t>vn 0.2919 -0.4469 -0.8457</w:t>
        <w:br/>
        <w:t>vn 0.4784 -0.7141 0.5111</w:t>
        <w:br/>
        <w:t>vn 0.5764 -0.7204 0.3856</w:t>
        <w:br/>
        <w:t>vn 0.5792 -0.7305 0.3617</w:t>
        <w:br/>
        <w:t>vn 0.3966 -0.7105 0.5813</w:t>
        <w:br/>
        <w:t>vn 0.4460 -0.8212 0.3561</w:t>
        <w:br/>
        <w:t>vn 0.0607 -0.5789 0.8131</w:t>
        <w:br/>
        <w:t>vn 0.5419 -0.7547 -0.3700</w:t>
        <w:br/>
        <w:t>vn 0.4145 -0.4851 -0.7700</w:t>
        <w:br/>
        <w:t>vn 0.5419 -0.7547 -0.3699</w:t>
        <w:br/>
        <w:t>vn 0.5317 -0.8437 -0.0742</w:t>
        <w:br/>
        <w:t>vn 0.1051 -0.0504 0.9932</w:t>
        <w:br/>
        <w:t>vn 0.2110 -0.1641 0.9636</w:t>
        <w:br/>
        <w:t>vn 0.3123 -0.0949 0.9452</w:t>
        <w:br/>
        <w:t>vn -0.1989 -0.0660 0.9778</w:t>
        <w:br/>
        <w:t>vn -0.0263 -0.4372 0.8990</w:t>
        <w:br/>
        <w:t>vn -0.2600 -0.1754 0.9495</w:t>
        <w:br/>
        <w:t>vn 0.3678 -0.8138 0.4499</w:t>
        <w:br/>
        <w:t>vn -0.0264 -0.4371 0.8990</w:t>
        <w:br/>
        <w:t>vn 0.4753 -0.8737 0.1036</w:t>
        <w:br/>
        <w:t>vn 0.4428 -0.7305 0.5199</w:t>
        <w:br/>
        <w:t>vn -0.1195 0.4476 0.8862</w:t>
        <w:br/>
        <w:t>vn -0.6017 0.5549 -0.5745</w:t>
        <w:br/>
        <w:t>vn 0.1102 -0.2631 0.9584</w:t>
        <w:br/>
        <w:t>vn 0.2110 -0.1640 0.9636</w:t>
        <w:br/>
        <w:t>vn -0.1345 0.0446 0.9899</w:t>
        <w:br/>
        <w:t>vn -0.7297 0.6175 0.2936</w:t>
        <w:br/>
        <w:t>vn -0.7827 0.6171 -0.0810</w:t>
        <w:br/>
        <w:t>vn -0.4306 0.2994 -0.8514</w:t>
        <w:br/>
        <w:t>vn -0.2180 -0.3087 0.9258</w:t>
        <w:br/>
        <w:t>vn -0.6963 0.7113 -0.0964</w:t>
        <w:br/>
        <w:t>vn 0.4822 -0.8743 0.0566</w:t>
        <w:br/>
        <w:t>vn 0.2417 -0.8473 0.4729</w:t>
        <w:br/>
        <w:t>vn 0.3656 -0.9306 -0.0164</w:t>
        <w:br/>
        <w:t>vn -0.5813 0.6400 0.5025</w:t>
        <w:br/>
        <w:t>vn -0.2721 0.4970 0.8240</w:t>
        <w:br/>
        <w:t>vn -0.1052 -0.0504 0.9932</w:t>
        <w:br/>
        <w:t>vn 0.2898 0.2218 0.9310</w:t>
        <w:br/>
        <w:t>vn 0.0946 -0.0218 0.9953</w:t>
        <w:br/>
        <w:t>vn -0.1052 -0.0503 0.9932</w:t>
        <w:br/>
        <w:t>vn 0.3101 0.4523 0.8362</w:t>
        <w:br/>
        <w:t>vn 0.2720 0.4970 0.8240</w:t>
        <w:br/>
        <w:t>vn 0.2454 0.1951 0.9496</w:t>
        <w:br/>
        <w:t>vn 0.4264 0.3779 0.8218</w:t>
        <w:br/>
        <w:t>vn 0.6137 0.5625 0.5541</w:t>
        <w:br/>
        <w:t>vn 0.7229 0.6299 0.2841</w:t>
        <w:br/>
        <w:t>vn 0.4298 0.3004 0.8515</w:t>
        <w:br/>
        <w:t>vn 0.3459 0.3622 0.8656</w:t>
        <w:br/>
        <w:t>vn 0.3100 0.4524 0.8362</w:t>
        <w:br/>
        <w:t>vn 0.7297 0.6175 0.2936</w:t>
        <w:br/>
        <w:t>vn 0.8207 0.5709 -0.0238</w:t>
        <w:br/>
        <w:t>vn 0.8342 0.5078 -0.2151</w:t>
        <w:br/>
        <w:t>vn 0.7655 0.5984 0.2365</w:t>
        <w:br/>
        <w:t>vn 0.7035 0.6253 0.3378</w:t>
        <w:br/>
        <w:t>vn 0.6137 0.5624 0.5541</w:t>
        <w:br/>
        <w:t>vn 0.4530 0.1294 -0.8821</w:t>
        <w:br/>
        <w:t>vn 0.7585 0.6515 -0.0106</w:t>
        <w:br/>
        <w:t>vn 0.6446 0.4266 -0.6345</w:t>
        <w:br/>
        <w:t>vn 0.5276 0.3328 -0.7816</w:t>
        <w:br/>
        <w:t>vn 0.7834 0.5883 -0.2007</w:t>
        <w:br/>
        <w:t>vn 0.7659 0.5896 0.2566</w:t>
        <w:br/>
        <w:t>vn 0.5861 0.3132 -0.7473</w:t>
        <w:br/>
        <w:t>vn 0.6445 0.4266 -0.6345</w:t>
        <w:br/>
        <w:t>vn 0.6742 0.3552 -0.6475</w:t>
        <w:br/>
        <w:t>vn 0.4306 0.2993 -0.8514</w:t>
        <w:br/>
        <w:t>vn 0.1654 0.0471 -0.9851</w:t>
        <w:br/>
        <w:t>vn 0.5766 0.4891 -0.6545</w:t>
        <w:br/>
        <w:t>vn 0.7176 0.6206 -0.3159</w:t>
        <w:br/>
        <w:t>vn -0.6325 -0.3308 -0.7004</w:t>
        <w:br/>
        <w:t>vn 0.4381 0.2645 -0.8591</w:t>
        <w:br/>
        <w:t>vn 0.0503 -0.0981 -0.9939</w:t>
        <w:br/>
        <w:t>vn 0.0979 -0.0426 -0.9943</w:t>
        <w:br/>
        <w:t>vn 0.3865 0.3465 -0.8547</w:t>
        <w:br/>
        <w:t>vn -0.5651 -0.6512 -0.5065</w:t>
        <w:br/>
        <w:t>vn -0.7170 -0.5931 -0.3663</w:t>
        <w:br/>
        <w:t>vn -0.0333 -0.1936 -0.9805</w:t>
        <w:br/>
        <w:t>vn -0.4985 -0.6721 -0.5475</w:t>
        <w:br/>
        <w:t>vn -0.4036 -0.5474 -0.7331</w:t>
        <w:br/>
        <w:t>vn -0.4044 -0.4273 -0.8087</w:t>
        <w:br/>
        <w:t>vn -0.5652 -0.6512 -0.5064</w:t>
        <w:br/>
        <w:t>vn -0.3656 -0.9306 -0.0164</w:t>
        <w:br/>
        <w:t>vn -0.3167 -0.6191 -0.7186</w:t>
        <w:br/>
        <w:t>vn -0.3966 -0.7105 0.5813</w:t>
        <w:br/>
        <w:t>vn -0.3011 -0.1516 0.9415</w:t>
        <w:br/>
        <w:t>vn -0.4592 -0.8811 0.1133</w:t>
        <w:br/>
        <w:t>vn -0.4821 -0.8743 0.0566</w:t>
        <w:br/>
        <w:t>vn -0.5098 -0.8453 -0.1602</w:t>
        <w:br/>
        <w:t>vn -0.2918 -0.4468 -0.8457</w:t>
        <w:br/>
        <w:t>vn -0.4784 -0.7141 0.5111</w:t>
        <w:br/>
        <w:t>vn -0.5792 -0.7305 0.3616</w:t>
        <w:br/>
        <w:t>vn -0.5764 -0.7204 0.3856</w:t>
        <w:br/>
        <w:t>vn -0.0608 -0.5789 0.8131</w:t>
        <w:br/>
        <w:t>vn -0.4460 -0.8212 0.3561</w:t>
        <w:br/>
        <w:t>vn -0.5419 -0.7547 -0.3699</w:t>
        <w:br/>
        <w:t>vn -0.4145 -0.4851 -0.7700</w:t>
        <w:br/>
        <w:t>vn -0.5419 -0.7547 -0.3700</w:t>
        <w:br/>
        <w:t>vn -0.5317 -0.8437 -0.0742</w:t>
        <w:br/>
        <w:t>vn -0.3123 -0.0949 0.9452</w:t>
        <w:br/>
        <w:t>vn -0.2110 -0.1641 0.9636</w:t>
        <w:br/>
        <w:t>vn -0.4784 -0.7141 0.5112</w:t>
        <w:br/>
        <w:t>vn 0.1990 -0.0660 0.9778</w:t>
        <w:br/>
        <w:t>vn 0.2600 -0.1754 0.9495</w:t>
        <w:br/>
        <w:t>vn 0.0264 -0.4371 0.8990</w:t>
        <w:br/>
        <w:t>vn 0.0264 -0.4372 0.8990</w:t>
        <w:br/>
        <w:t>vn -0.3678 -0.8138 0.4500</w:t>
        <w:br/>
        <w:t>vn -0.4753 -0.8737 0.1036</w:t>
        <w:br/>
        <w:t>vn -0.4428 -0.7305 0.5199</w:t>
        <w:br/>
        <w:t>vn 0.1195 0.4475 0.8862</w:t>
        <w:br/>
        <w:t>vn 0.6017 0.5549 -0.5745</w:t>
        <w:br/>
        <w:t>vn -0.1102 -0.2631 0.9584</w:t>
        <w:br/>
        <w:t>vn -0.2110 -0.1640 0.9636</w:t>
        <w:br/>
        <w:t>vn 0.1345 0.0446 0.9899</w:t>
        <w:br/>
        <w:t>vn 0.1989 -0.0659 0.9778</w:t>
        <w:br/>
        <w:t>vn 0.7827 0.6171 -0.0810</w:t>
        <w:br/>
        <w:t>vn 0.4306 0.2994 -0.8514</w:t>
        <w:br/>
        <w:t>vn 0.2180 -0.3087 0.9258</w:t>
        <w:br/>
        <w:t>vn 0.6963 0.7113 -0.0964</w:t>
        <w:br/>
        <w:t>vn -0.4822 -0.8742 0.0566</w:t>
        <w:br/>
        <w:t>vn -0.2417 -0.8473 0.4729</w:t>
        <w:br/>
        <w:t>vn 0.5814 0.6400 0.5024</w:t>
        <w:br/>
        <w:t>vn 0.2721 0.4970 0.8240</w:t>
        <w:br/>
        <w:t>vn 0.1362 -0.0779 -0.9876</w:t>
        <w:br/>
        <w:t>vn -0.0000 -0.0839 -0.9965</w:t>
        <w:br/>
        <w:t>vn -0.0000 -0.1173 -0.9931</w:t>
        <w:br/>
        <w:t>vn 0.1418 -0.1074 -0.9840</w:t>
        <w:br/>
        <w:t>vn 0.1975 -0.0980 -0.9754</w:t>
        <w:br/>
        <w:t>vn 0.1523 -0.1732 -0.9730</w:t>
        <w:br/>
        <w:t>vn 0.2086 -0.1648 -0.9640</w:t>
        <w:br/>
        <w:t>vn 0.0000 -0.1819 -0.9833</w:t>
        <w:br/>
        <w:t>vn -0.0000 -0.2919 -0.9564</w:t>
        <w:br/>
        <w:t>vn 0.1549 -0.2955 -0.9427</w:t>
        <w:br/>
        <w:t>vn 0.1521 -0.3978 -0.9048</w:t>
        <w:br/>
        <w:t>vn 0.1924 -0.0720 -0.9787</w:t>
        <w:br/>
        <w:t>vn 0.2063 -0.3353 -0.9193</w:t>
        <w:br/>
        <w:t>vn 0.1962 -0.4052 -0.8929</w:t>
        <w:br/>
        <w:t>vn -0.1362 -0.0779 -0.9876</w:t>
        <w:br/>
        <w:t>vn -0.1418 -0.1075 -0.9840</w:t>
        <w:br/>
        <w:t>vn -0.1975 -0.0980 -0.9754</w:t>
        <w:br/>
        <w:t>vn -0.2086 -0.1648 -0.9640</w:t>
        <w:br/>
        <w:t>vn -0.1522 -0.1731 -0.9731</w:t>
        <w:br/>
        <w:t>vn -0.1549 -0.2955 -0.9427</w:t>
        <w:br/>
        <w:t>vn -0.1521 -0.3978 -0.9048</w:t>
        <w:br/>
        <w:t>vn -0.1924 -0.0720 -0.9787</w:t>
        <w:br/>
        <w:t>vn -0.2063 -0.3353 -0.9193</w:t>
        <w:br/>
        <w:t>vn -0.1962 -0.4052 -0.8929</w:t>
        <w:br/>
        <w:t>vn -0.8744 -0.1361 0.4657</w:t>
        <w:br/>
        <w:t>vn -0.9001 -0.0953 0.4251</w:t>
        <w:br/>
        <w:t>vn -0.6570 -0.1073 0.7462</w:t>
        <w:br/>
        <w:t>vn -0.6137 -0.1310 0.7786</w:t>
        <w:br/>
        <w:t>vn -0.6666 -0.1056 0.7379</w:t>
        <w:br/>
        <w:t>vn -0.9132 -0.0609 0.4030</w:t>
        <w:br/>
        <w:t>vn -0.1238 -0.1510 0.9808</w:t>
        <w:br/>
        <w:t>vn -0.0820 -0.1652 0.9828</w:t>
        <w:br/>
        <w:t>vn -0.0858 -0.1605 0.9833</w:t>
        <w:br/>
        <w:t>vn -0.1071 -0.1752 0.9787</w:t>
        <w:br/>
        <w:t>vn -0.6475 -0.1092 0.7542</w:t>
        <w:br/>
        <w:t>vn -0.3764 -0.1117 0.9197</w:t>
        <w:br/>
        <w:t>vn 0.3307 -0.1319 0.9345</w:t>
        <w:br/>
        <w:t>vn 0.7762 -0.1513 0.6121</w:t>
        <w:br/>
        <w:t>vn 0.5647 -0.1755 0.8064</w:t>
        <w:br/>
        <w:t>vn 0.8247 -0.1343 0.5494</w:t>
        <w:br/>
        <w:t>vn 0.3633 -0.1237 0.9234</w:t>
        <w:br/>
        <w:t>vn 0.8839 -0.1621 0.4386</w:t>
        <w:br/>
        <w:t>vn 0.8509 -0.1737 0.4958</w:t>
        <w:br/>
        <w:t>vn 0.8128 -0.1673 0.5580</w:t>
        <w:br/>
        <w:t>vn 0.7901 -0.2316 0.5675</w:t>
        <w:br/>
        <w:t>vn 0.8347 -0.1421 0.5320</w:t>
        <w:br/>
        <w:t>vn 0.8759 -0.1279 0.4653</w:t>
        <w:br/>
        <w:t>vn 0.8918 -0.1410 0.4300</w:t>
        <w:br/>
        <w:t>vn 0.9634 -0.0838 0.2545</w:t>
        <w:br/>
        <w:t>vn 0.9644 -0.1231 0.2340</w:t>
        <w:br/>
        <w:t>vn 0.9524 0.0792 -0.2943</w:t>
        <w:br/>
        <w:t>vn 0.9466 0.0047 -0.3223</w:t>
        <w:br/>
        <w:t>vn 0.9600 -0.0605 0.2733</w:t>
        <w:br/>
        <w:t>vn 0.9816 0.1532 -0.1143</w:t>
        <w:br/>
        <w:t>vn 0.8697 -0.0304 0.4926</w:t>
        <w:br/>
        <w:t>vn 0.8647 -0.0632 0.4982</w:t>
        <w:br/>
        <w:t>vn 0.9908 0.0576 -0.1228</w:t>
        <w:br/>
        <w:t>vn 0.8517 -0.1188 0.5103</w:t>
        <w:br/>
        <w:t>vn 0.9888 -0.0647 -0.1346</w:t>
        <w:br/>
        <w:t>vn 0.6071 0.3222 -0.7264</w:t>
        <w:br/>
        <w:t>vn 0.5789 0.3948 -0.7134</w:t>
        <w:br/>
        <w:t>vn 0.9873 0.1308 -0.0897</w:t>
        <w:br/>
        <w:t>vn 0.6211 -0.0183 -0.7836</w:t>
        <w:br/>
        <w:t>vn 0.6278 0.1537 -0.7630</w:t>
        <w:br/>
        <w:t>vn 0.6034 -0.1244 -0.7877</w:t>
        <w:br/>
        <w:t>vn 0.9792 -0.1491 -0.1375</w:t>
        <w:br/>
        <w:t>vn 0.6083 -0.1521 -0.7790</w:t>
        <w:br/>
        <w:t>vn -0.0663 -0.1003 -0.9927</w:t>
        <w:br/>
        <w:t>vn -0.0759 -0.0900 -0.9931</w:t>
        <w:br/>
        <w:t>vn -0.0413 -0.0641 -0.9971</w:t>
        <w:br/>
        <w:t>vn 0.6481 -0.1225 -0.7516</w:t>
        <w:br/>
        <w:t>vn 0.6897 -0.0829 -0.7193</w:t>
        <w:br/>
        <w:t>vn -0.0244 -0.0329 -0.9992</w:t>
        <w:br/>
        <w:t>vn -0.6829 -0.0558 -0.7284</w:t>
        <w:br/>
        <w:t>vn -0.6870 -0.0171 -0.7265</w:t>
        <w:br/>
        <w:t>vn -0.7917 -0.0021 -0.6109</w:t>
        <w:br/>
        <w:t>vn -0.0212 -0.0238 -0.9995</w:t>
        <w:br/>
        <w:t>vn -0.7583 0.0051 -0.6519</w:t>
        <w:br/>
        <w:t>vn 0.9835 -0.1575 -0.0894</w:t>
        <w:br/>
        <w:t>vn 0.9928 -0.1079 -0.0518</w:t>
        <w:br/>
        <w:t>vn 0.9763 -0.1766 -0.1251</w:t>
        <w:br/>
        <w:t>vn 0.8316 -0.1662 0.5299</w:t>
        <w:br/>
        <w:t>vn 0.8320 -0.1473 0.5349</w:t>
        <w:br/>
        <w:t>vn 0.8379 -0.1543 0.5236</w:t>
        <w:br/>
        <w:t>vn 0.3662 -0.1475 0.9188</w:t>
        <w:br/>
        <w:t>vn 0.1734 -0.1895 0.9664</w:t>
        <w:br/>
        <w:t>vn 0.3733 -0.1589 0.9140</w:t>
        <w:br/>
        <w:t>vn 0.8728 -0.0648 0.4837</w:t>
        <w:br/>
        <w:t>vn 0.5317 -0.2585 0.8065</w:t>
        <w:br/>
        <w:t>vn 0.3706 -0.2515 0.8941</w:t>
        <w:br/>
        <w:t>vn -0.3890 -0.1043 0.9153</w:t>
        <w:br/>
        <w:t>vn -0.3788 -0.2422 0.8933</w:t>
        <w:br/>
        <w:t>vn -0.7435 -0.0890 0.6628</w:t>
        <w:br/>
        <w:t>vn -0.8043 -0.1096 0.5841</w:t>
        <w:br/>
        <w:t>vn -0.9191 -0.0494 0.3909</w:t>
        <w:br/>
        <w:t>vn -0.9165 -0.0890 0.3901</w:t>
        <w:br/>
        <w:t>vn -0.9984 -0.0479 -0.0300</w:t>
        <w:br/>
        <w:t>vn -0.9980 -0.0223 -0.0594</w:t>
        <w:br/>
        <w:t>vn -0.9963 -0.0850 -0.0161</w:t>
        <w:br/>
        <w:t>vn -0.9984 -0.0479 -0.0301</w:t>
        <w:br/>
        <w:t>vn -0.7885 -0.0818 -0.6095</w:t>
        <w:br/>
        <w:t>vn -0.7753 -0.0641 -0.6284</w:t>
        <w:br/>
        <w:t>vn -0.9916 -0.1290 -0.0070</w:t>
        <w:br/>
        <w:t>vn -0.7826 -0.1195 -0.6109</w:t>
        <w:br/>
        <w:t>vn 0.5131 -0.1827 0.8386</w:t>
        <w:br/>
        <w:t>vn 0.8740 -0.1941 0.4455</w:t>
        <w:br/>
        <w:t>vn 0.8217 -0.2254 0.5235</w:t>
        <w:br/>
        <w:t>vn 0.4828 -0.2191 0.8479</w:t>
        <w:br/>
        <w:t>vn 0.9815 -0.1821 0.0588</w:t>
        <w:br/>
        <w:t>vn 0.9555 -0.2022 0.2149</w:t>
        <w:br/>
        <w:t>vn 0.9851 -0.1557 0.0731</w:t>
        <w:br/>
        <w:t>vn 0.8615 -0.1791 0.4751</w:t>
        <w:br/>
        <w:t>vn 0.9831 -0.1412 0.1162</w:t>
        <w:br/>
        <w:t>vn 0.9777 -0.1878 -0.0939</w:t>
        <w:br/>
        <w:t>vn 0.9037 -0.1527 -0.4000</w:t>
        <w:br/>
        <w:t>vn 0.9156 -0.1666 -0.3660</w:t>
        <w:br/>
        <w:t>vn 0.9122 -0.1359 -0.3865</w:t>
        <w:br/>
        <w:t>vn 0.5089 -0.1511 -0.8474</w:t>
        <w:br/>
        <w:t>vn 0.5077 -0.1436 -0.8495</w:t>
        <w:br/>
        <w:t>vn -0.0403 0.0915 -0.9950</w:t>
        <w:br/>
        <w:t>vn -0.0566 -0.0480 -0.9972</w:t>
        <w:br/>
        <w:t>vn 0.5449 -0.0618 -0.8362</w:t>
        <w:br/>
        <w:t>vn 0.5594 0.0709 -0.8259</w:t>
        <w:br/>
        <w:t>vn 0.5645 0.2104 -0.7981</w:t>
        <w:br/>
        <w:t>vn -0.0524 0.2390 -0.9696</w:t>
        <w:br/>
        <w:t>vn -0.1262 0.4447 -0.8867</w:t>
        <w:br/>
        <w:t>vn -0.1251 0.3610 -0.9241</w:t>
        <w:br/>
        <w:t>vn -0.6924 0.1058 -0.7138</w:t>
        <w:br/>
        <w:t>vn -0.6840 0.0706 -0.7261</w:t>
        <w:br/>
        <w:t>vn -0.1011 0.1757 -0.9792</w:t>
        <w:br/>
        <w:t>vn -0.7298 0.1255 -0.6720</w:t>
        <w:br/>
        <w:t>vn -0.7365 0.2432 -0.6312</w:t>
        <w:br/>
        <w:t>vn -0.0810 0.0044 -0.9967</w:t>
        <w:br/>
        <w:t>vn -0.7082 0.0033 -0.7061</w:t>
        <w:br/>
        <w:t>vn -0.9870 -0.0309 -0.1580</w:t>
        <w:br/>
        <w:t>vn -0.9911 0.0334 -0.1291</w:t>
        <w:br/>
        <w:t>vn -0.6882 -0.0617 -0.7229</w:t>
        <w:br/>
        <w:t>vn -0.9794 -0.0571 -0.1936</w:t>
        <w:br/>
        <w:t>vn -0.9762 -0.0444 -0.2125</w:t>
        <w:br/>
        <w:t>vn -0.9392 -0.0654 0.3372</w:t>
        <w:br/>
        <w:t>vn -0.9334 -0.0709 0.3517</w:t>
        <w:br/>
        <w:t>vn -0.9503 -0.0534 0.3067</w:t>
        <w:br/>
        <w:t>vn -0.9745 -0.0099 -0.2241</w:t>
        <w:br/>
        <w:t>vn -0.9563 -0.0374 0.2899</w:t>
        <w:br/>
        <w:t>vn -0.6542 -0.0616 0.7538</w:t>
        <w:br/>
        <w:t>vn -0.6149 -0.0833 0.7842</w:t>
        <w:br/>
        <w:t>vn -0.7795 -0.0332 0.6255</w:t>
        <w:br/>
        <w:t>vn -0.4673 -0.0130 0.8840</w:t>
        <w:br/>
        <w:t>vn -0.4470 -0.0360 0.8938</w:t>
        <w:br/>
        <w:t>vn -0.7636 0.0053 0.6457</w:t>
        <w:br/>
        <w:t>vn 0.9964 -0.0756 -0.0380</w:t>
        <w:br/>
        <w:t>vn 0.8359 -0.0954 0.5405</w:t>
        <w:br/>
        <w:t>vn 0.8377 -0.0624 0.5425</w:t>
        <w:br/>
        <w:t>vn 0.1804 -0.1445 0.9729</w:t>
        <w:br/>
        <w:t>vn 0.6502 -0.1306 0.7485</w:t>
        <w:br/>
        <w:t>vn 0.2025 -0.1537 0.9671</w:t>
        <w:br/>
        <w:t>vn -0.6157 -0.1416 0.7751</w:t>
        <w:br/>
        <w:t>vn -0.5878 -0.0990 0.8029</w:t>
        <w:br/>
        <w:t>vn -0.3661 -0.1721 0.9145</w:t>
        <w:br/>
        <w:t>vn -0.7821 -0.1349 0.6084</w:t>
        <w:br/>
        <w:t>vn -0.7819 -0.1653 0.6011</w:t>
        <w:br/>
        <w:t>vn -0.9415 -0.1089 0.3188</w:t>
        <w:br/>
        <w:t>vn -0.9396 -0.0602 0.3371</w:t>
        <w:br/>
        <w:t>vn -0.3848 -0.1860 0.9041</w:t>
        <w:br/>
        <w:t>vn -0.5047 -0.2901 0.8131</w:t>
        <w:br/>
        <w:t>vn -0.9997 -0.0233 -0.0046</w:t>
        <w:br/>
        <w:t>vn -0.9977 -0.0123 -0.0674</w:t>
        <w:br/>
        <w:t>vn -0.9291 -0.1081 0.3538</w:t>
        <w:br/>
        <w:t>vn -0.7042 0.0065 -0.7100</w:t>
        <w:br/>
        <w:t>vn -0.7429 -0.0475 -0.6677</w:t>
        <w:br/>
        <w:t>vn -0.1537 -0.1138 -0.9815</w:t>
        <w:br/>
        <w:t>vn -0.1714 -0.1101 -0.9790</w:t>
        <w:br/>
        <w:t>vn -0.1760 -0.1479 -0.9732</w:t>
        <w:br/>
        <w:t>vn 0.5109 -0.1845 -0.8396</w:t>
        <w:br/>
        <w:t>vn 0.8875 -0.1886 -0.4204</w:t>
        <w:br/>
        <w:t>vn 0.5219 -0.1457 -0.8405</w:t>
        <w:br/>
        <w:t>vn -0.1058 -0.1159 -0.9876</w:t>
        <w:br/>
        <w:t>vn -0.9952 -0.0713 -0.0671</w:t>
        <w:br/>
        <w:t>vn -0.9884 0.0831 -0.1274</w:t>
        <w:br/>
        <w:t>vn -0.9872 0.0427 -0.1534</w:t>
        <w:br/>
        <w:t>vn -0.7317 0.2762 -0.6232</w:t>
        <w:br/>
        <w:t>vn -0.9342 -0.0611 0.3515</w:t>
        <w:br/>
        <w:t>vn -0.7827 -0.1054 0.6134</w:t>
        <w:br/>
        <w:t>vn -0.3897 -0.0794 0.9175</w:t>
        <w:br/>
        <w:t>vn 0.6582 -0.0824 0.7483</w:t>
        <w:br/>
        <w:t>vn 0.6589 -0.0542 0.7503</w:t>
        <w:br/>
        <w:t>vn -0.9995 -0.0149 0.0260</w:t>
        <w:br/>
        <w:t>vn -0.9996 -0.0149 0.0260</w:t>
        <w:br/>
        <w:t>vn 0.9316 -0.0738 -0.3558</w:t>
        <w:br/>
        <w:t>vn 0.5243 -0.1995 0.8279</w:t>
        <w:br/>
        <w:t>vn -0.9985 -0.0522 -0.0184</w:t>
        <w:br/>
        <w:t>vn -0.8612 -0.1893 0.4718</w:t>
        <w:br/>
        <w:t>vn -0.7175 0.1911 -0.6698</w:t>
        <w:br/>
        <w:t>vn -0.0900 0.3809 -0.9202</w:t>
        <w:br/>
        <w:t>vn 0.5669 0.3447 -0.7482</w:t>
        <w:br/>
        <w:t>vn 0.9538 0.1586 -0.2551</w:t>
        <w:br/>
        <w:t>vn 0.9595 -0.0246 0.2806</w:t>
        <w:br/>
        <w:t>vn 0.3715 -0.3415 0.8633</w:t>
        <w:br/>
        <w:t>vn -0.3350 -0.3421 0.8779</w:t>
        <w:br/>
        <w:t>vn -0.7247 -0.2884 0.6258</w:t>
        <w:br/>
        <w:t>vn -0.9090 -0.1462 0.3902</w:t>
        <w:br/>
        <w:t>vn -0.7738 -0.1827 0.6064</w:t>
        <w:br/>
        <w:t>vn -0.9952 -0.0713 -0.0670</w:t>
        <w:br/>
        <w:t>vn -0.9995 0.0173 0.0266</w:t>
        <w:br/>
        <w:t>vn 0.7049 -0.0653 -0.7063</w:t>
        <w:br/>
        <w:t>vn 0.8744 -0.1361 0.4657</w:t>
        <w:br/>
        <w:t>vn 0.6137 -0.1310 0.7786</w:t>
        <w:br/>
        <w:t>vn 0.6570 -0.1073 0.7462</w:t>
        <w:br/>
        <w:t>vn 0.9001 -0.0953 0.4251</w:t>
        <w:br/>
        <w:t>vn 0.6666 -0.1056 0.7379</w:t>
        <w:br/>
        <w:t>vn 0.9132 -0.0608 0.4030</w:t>
        <w:br/>
        <w:t>vn 0.1238 -0.1510 0.9808</w:t>
        <w:br/>
        <w:t>vn 0.0820 -0.1652 0.9828</w:t>
        <w:br/>
        <w:t>vn 0.1070 -0.1752 0.9787</w:t>
        <w:br/>
        <w:t>vn 0.0858 -0.1605 0.9833</w:t>
        <w:br/>
        <w:t>vn 0.6475 -0.1092 0.7542</w:t>
        <w:br/>
        <w:t>vn 0.3764 -0.1117 0.9197</w:t>
        <w:br/>
        <w:t>vn -0.3307 -0.1319 0.9345</w:t>
        <w:br/>
        <w:t>vn -0.7762 -0.1513 0.6121</w:t>
        <w:br/>
        <w:t>vn -0.5647 -0.1755 0.8064</w:t>
        <w:br/>
        <w:t>vn -0.8247 -0.1343 0.5494</w:t>
        <w:br/>
        <w:t>vn -0.3633 -0.1237 0.9234</w:t>
        <w:br/>
        <w:t>vn -0.8839 -0.1621 0.4386</w:t>
        <w:br/>
        <w:t>vn -0.8509 -0.1737 0.4957</w:t>
        <w:br/>
        <w:t>vn -0.8128 -0.1673 0.5580</w:t>
        <w:br/>
        <w:t>vn -0.8759 -0.1279 0.4653</w:t>
        <w:br/>
        <w:t>vn -0.8347 -0.1421 0.5321</w:t>
        <w:br/>
        <w:t>vn -0.7901 -0.2316 0.5675</w:t>
        <w:br/>
        <w:t>vn -0.8918 -0.1410 0.4300</w:t>
        <w:br/>
        <w:t>vn -0.9644 -0.1231 0.2340</w:t>
        <w:br/>
        <w:t>vn -0.9634 -0.0838 0.2545</w:t>
        <w:br/>
        <w:t>vn -0.9466 0.0047 -0.3223</w:t>
        <w:br/>
        <w:t>vn -0.9524 0.0792 -0.2943</w:t>
        <w:br/>
        <w:t>vn -0.9600 -0.0605 0.2733</w:t>
        <w:br/>
        <w:t>vn -0.9816 0.1533 -0.1143</w:t>
        <w:br/>
        <w:t>vn -0.9908 0.0576 -0.1228</w:t>
        <w:br/>
        <w:t>vn -0.8647 -0.0632 0.4982</w:t>
        <w:br/>
        <w:t>vn -0.8697 -0.0304 0.4927</w:t>
        <w:br/>
        <w:t>vn -0.9888 -0.0647 -0.1346</w:t>
        <w:br/>
        <w:t>vn -0.8517 -0.1188 0.5103</w:t>
        <w:br/>
        <w:t>vn -0.9873 0.1308 -0.0897</w:t>
        <w:br/>
        <w:t>vn -0.5789 0.3948 -0.7134</w:t>
        <w:br/>
        <w:t>vn -0.6071 0.3222 -0.7264</w:t>
        <w:br/>
        <w:t>vn -0.6210 -0.0182 -0.7836</w:t>
        <w:br/>
        <w:t>vn -0.6278 0.1537 -0.7630</w:t>
        <w:br/>
        <w:t>vn -0.6034 -0.1244 -0.7877</w:t>
        <w:br/>
        <w:t>vn -0.9792 -0.1491 -0.1375</w:t>
        <w:br/>
        <w:t>vn 0.0663 -0.1003 -0.9927</w:t>
        <w:br/>
        <w:t>vn -0.6083 -0.1521 -0.7790</w:t>
        <w:br/>
        <w:t>vn 0.0759 -0.0900 -0.9930</w:t>
        <w:br/>
        <w:t>vn 0.0413 -0.0641 -0.9971</w:t>
        <w:br/>
        <w:t>vn -0.6481 -0.1226 -0.7516</w:t>
        <w:br/>
        <w:t>vn -0.6897 -0.0829 -0.7193</w:t>
        <w:br/>
        <w:t>vn 0.0244 -0.0329 -0.9992</w:t>
        <w:br/>
        <w:t>vn 0.6829 -0.0559 -0.7284</w:t>
        <w:br/>
        <w:t>vn 0.6870 -0.0171 -0.7265</w:t>
        <w:br/>
        <w:t>vn 0.7917 -0.0020 -0.6109</w:t>
        <w:br/>
        <w:t>vn 0.0212 -0.0238 -0.9995</w:t>
        <w:br/>
        <w:t>vn 0.7583 0.0052 -0.6518</w:t>
        <w:br/>
        <w:t>vn -0.9928 -0.1079 -0.0518</w:t>
        <w:br/>
        <w:t>vn -0.9835 -0.1575 -0.0894</w:t>
        <w:br/>
        <w:t>vn -0.9763 -0.1766 -0.1251</w:t>
        <w:br/>
        <w:t>vn -0.8320 -0.1473 0.5349</w:t>
        <w:br/>
        <w:t>vn -0.8316 -0.1662 0.5299</w:t>
        <w:br/>
        <w:t>vn -0.8379 -0.1543 0.5236</w:t>
        <w:br/>
        <w:t>vn -0.3662 -0.1475 0.9188</w:t>
        <w:br/>
        <w:t>vn -0.1734 -0.1895 0.9664</w:t>
        <w:br/>
        <w:t>vn -0.3733 -0.1589 0.9140</w:t>
        <w:br/>
        <w:t>vn -0.5317 -0.2585 0.8065</w:t>
        <w:br/>
        <w:t>vn -0.8728 -0.0648 0.4837</w:t>
        <w:br/>
        <w:t>vn 0.3890 -0.1043 0.9153</w:t>
        <w:br/>
        <w:t>vn -0.3706 -0.2515 0.8941</w:t>
        <w:br/>
        <w:t>vn 0.3787 -0.2422 0.8933</w:t>
        <w:br/>
        <w:t>vn 0.8043 -0.1096 0.5841</w:t>
        <w:br/>
        <w:t>vn 0.7435 -0.0890 0.6628</w:t>
        <w:br/>
        <w:t>vn 0.9165 -0.0890 0.3901</w:t>
        <w:br/>
        <w:t>vn 0.9191 -0.0494 0.3909</w:t>
        <w:br/>
        <w:t>vn 0.9984 -0.0479 -0.0300</w:t>
        <w:br/>
        <w:t>vn 0.9980 -0.0223 -0.0594</w:t>
        <w:br/>
        <w:t>vn 0.9963 -0.0850 -0.0161</w:t>
        <w:br/>
        <w:t>vn 0.9984 -0.0479 -0.0301</w:t>
        <w:br/>
        <w:t>vn 0.7753 -0.0641 -0.6284</w:t>
        <w:br/>
        <w:t>vn 0.7885 -0.0818 -0.6095</w:t>
        <w:br/>
        <w:t>vn 0.7826 -0.1195 -0.6109</w:t>
        <w:br/>
        <w:t>vn 0.9916 -0.1290 -0.0070</w:t>
        <w:br/>
        <w:t>vn -0.8217 -0.2254 0.5235</w:t>
        <w:br/>
        <w:t>vn -0.8740 -0.1941 0.4455</w:t>
        <w:br/>
        <w:t>vn -0.5131 -0.1827 0.8386</w:t>
        <w:br/>
        <w:t>vn -0.4828 -0.2191 0.8479</w:t>
        <w:br/>
        <w:t>vn -0.9555 -0.2022 0.2149</w:t>
        <w:br/>
        <w:t>vn -0.9815 -0.1821 0.0588</w:t>
        <w:br/>
        <w:t>vn -0.9851 -0.1557 0.0731</w:t>
        <w:br/>
        <w:t>vn -0.9831 -0.1412 0.1162</w:t>
        <w:br/>
        <w:t>vn -0.8615 -0.1791 0.4751</w:t>
        <w:br/>
        <w:t>vn -0.9777 -0.1878 -0.0939</w:t>
        <w:br/>
        <w:t>vn -0.9037 -0.1527 -0.4000</w:t>
        <w:br/>
        <w:t>vn -0.9155 -0.1673 -0.3660</w:t>
        <w:br/>
        <w:t>vn -0.9122 -0.1359 -0.3865</w:t>
        <w:br/>
        <w:t>vn -0.5077 -0.1436 -0.8495</w:t>
        <w:br/>
        <w:t>vn -0.5089 -0.1511 -0.8475</w:t>
        <w:br/>
        <w:t>vn 0.0403 0.0915 -0.9950</w:t>
        <w:br/>
        <w:t>vn -0.5594 0.0709 -0.8259</w:t>
        <w:br/>
        <w:t>vn -0.5449 -0.0618 -0.8362</w:t>
        <w:br/>
        <w:t>vn 0.0566 -0.0480 -0.9972</w:t>
        <w:br/>
        <w:t>vn -0.5645 0.2104 -0.7981</w:t>
        <w:br/>
        <w:t>vn 0.0524 0.2390 -0.9696</w:t>
        <w:br/>
        <w:t>vn 0.1262 0.4447 -0.8867</w:t>
        <w:br/>
        <w:t>vn 0.1252 0.3610 -0.9241</w:t>
        <w:br/>
        <w:t>vn 0.6840 0.0706 -0.7261</w:t>
        <w:br/>
        <w:t>vn 0.6924 0.1058 -0.7138</w:t>
        <w:br/>
        <w:t>vn 0.7365 0.2432 -0.6312</w:t>
        <w:br/>
        <w:t>vn 0.7298 0.1255 -0.6720</w:t>
        <w:br/>
        <w:t>vn 0.1011 0.1757 -0.9792</w:t>
        <w:br/>
        <w:t>vn 0.7082 0.0033 -0.7061</w:t>
        <w:br/>
        <w:t>vn 0.0810 0.0044 -0.9967</w:t>
        <w:br/>
        <w:t>vn 0.9870 -0.0309 -0.1580</w:t>
        <w:br/>
        <w:t>vn 0.9911 0.0334 -0.1291</w:t>
        <w:br/>
        <w:t>vn 0.9794 -0.0571 -0.1936</w:t>
        <w:br/>
        <w:t>vn 0.6882 -0.0617 -0.7229</w:t>
        <w:br/>
        <w:t>vn 0.9762 -0.0444 -0.2125</w:t>
        <w:br/>
        <w:t>vn 0.9334 -0.0709 0.3517</w:t>
        <w:br/>
        <w:t>vn 0.9392 -0.0654 0.3371</w:t>
        <w:br/>
        <w:t>vn 0.9503 -0.0534 0.3067</w:t>
        <w:br/>
        <w:t>vn 0.9745 -0.0099 -0.2241</w:t>
        <w:br/>
        <w:t>vn 0.9563 -0.0374 0.2899</w:t>
        <w:br/>
        <w:t>vn 0.6542 -0.0615 0.7538</w:t>
        <w:br/>
        <w:t>vn 0.6149 -0.0833 0.7842</w:t>
        <w:br/>
        <w:t>vn 0.7795 -0.0332 0.6255</w:t>
        <w:br/>
        <w:t>vn 0.4673 -0.0130 0.8840</w:t>
        <w:br/>
        <w:t>vn 0.7636 0.0053 0.6457</w:t>
        <w:br/>
        <w:t>vn 0.4470 -0.0360 0.8938</w:t>
        <w:br/>
        <w:t>vn -0.8359 -0.0954 0.5405</w:t>
        <w:br/>
        <w:t>vn -0.9964 -0.0756 -0.0381</w:t>
        <w:br/>
        <w:t>vn -0.8377 -0.0625 0.5425</w:t>
        <w:br/>
        <w:t>vn -0.1804 -0.1445 0.9729</w:t>
        <w:br/>
        <w:t>vn -0.6502 -0.1306 0.7485</w:t>
        <w:br/>
        <w:t>vn -0.2024 -0.1537 0.9672</w:t>
        <w:br/>
        <w:t>vn 0.6157 -0.1416 0.7751</w:t>
        <w:br/>
        <w:t>vn 0.5878 -0.0990 0.8029</w:t>
        <w:br/>
        <w:t>vn 0.3661 -0.1721 0.9145</w:t>
        <w:br/>
        <w:t>vn 0.7821 -0.1349 0.6084</w:t>
        <w:br/>
        <w:t>vn 0.9395 -0.0604 0.3372</w:t>
        <w:br/>
        <w:t>vn 0.9415 -0.1089 0.3188</w:t>
        <w:br/>
        <w:t>vn 0.7819 -0.1653 0.6011</w:t>
        <w:br/>
        <w:t>vn 0.5047 -0.2901 0.8131</w:t>
        <w:br/>
        <w:t>vn 0.3848 -0.1861 0.9041</w:t>
        <w:br/>
        <w:t>vn 0.9997 -0.0233 -0.0046</w:t>
        <w:br/>
        <w:t>vn 0.9291 -0.1081 0.3538</w:t>
        <w:br/>
        <w:t>vn 0.9977 -0.0123 -0.0674</w:t>
        <w:br/>
        <w:t>vn 0.7042 0.0065 -0.7100</w:t>
        <w:br/>
        <w:t>vn 0.7429 -0.0475 -0.6677</w:t>
        <w:br/>
        <w:t>vn 0.1714 -0.1101 -0.9790</w:t>
        <w:br/>
        <w:t>vn 0.1537 -0.1138 -0.9815</w:t>
        <w:br/>
        <w:t>vn -0.5109 -0.1845 -0.8396</w:t>
        <w:br/>
        <w:t>vn 0.1760 -0.1479 -0.9732</w:t>
        <w:br/>
        <w:t>vn -0.8875 -0.1886 -0.4204</w:t>
        <w:br/>
        <w:t>vn 0.1058 -0.1159 -0.9876</w:t>
        <w:br/>
        <w:t>vn -0.5219 -0.1457 -0.8405</w:t>
        <w:br/>
        <w:t>vn 0.9952 -0.0713 -0.0671</w:t>
        <w:br/>
        <w:t>vn 0.9884 0.0831 -0.1274</w:t>
        <w:br/>
        <w:t>vn 0.7317 0.2762 -0.6232</w:t>
        <w:br/>
        <w:t>vn 0.9872 0.0427 -0.1534</w:t>
        <w:br/>
        <w:t>vn 0.9342 -0.0611 0.3515</w:t>
        <w:br/>
        <w:t>vn 0.7827 -0.1054 0.6134</w:t>
        <w:br/>
        <w:t>vn 0.3897 -0.0794 0.9175</w:t>
        <w:br/>
        <w:t>vn -0.6581 -0.0823 0.7484</w:t>
        <w:br/>
        <w:t>vn -0.6589 -0.0542 0.7503</w:t>
        <w:br/>
        <w:t>vn 0.9995 -0.0149 0.0260</w:t>
        <w:br/>
        <w:t>vn 0.9996 -0.0149 0.0260</w:t>
        <w:br/>
        <w:t>vn -0.9316 -0.0738 -0.3558</w:t>
        <w:br/>
        <w:t>vn -0.5243 -0.1995 0.8279</w:t>
        <w:br/>
        <w:t>vn 0.9985 -0.0522 -0.0184</w:t>
        <w:br/>
        <w:t>vn 0.8612 -0.1893 0.4718</w:t>
        <w:br/>
        <w:t>vn 0.7175 0.1911 -0.6698</w:t>
        <w:br/>
        <w:t>vn 0.0900 0.3809 -0.9202</w:t>
        <w:br/>
        <w:t>vn -0.5669 0.3447 -0.7482</w:t>
        <w:br/>
        <w:t>vn -0.9538 0.1586 -0.2551</w:t>
        <w:br/>
        <w:t>vn -0.9595 -0.0247 0.2807</w:t>
        <w:br/>
        <w:t>vn -0.3715 -0.3415 0.8634</w:t>
        <w:br/>
        <w:t>vn 0.3350 -0.3421 0.8779</w:t>
        <w:br/>
        <w:t>vn 0.7247 -0.2885 0.6258</w:t>
        <w:br/>
        <w:t>vn 0.9090 -0.1462 0.3902</w:t>
        <w:br/>
        <w:t>vn 0.7738 -0.1827 0.6064</w:t>
        <w:br/>
        <w:t>vn 0.9952 -0.0713 -0.0670</w:t>
        <w:br/>
        <w:t>vn 0.9995 0.0173 0.0266</w:t>
        <w:br/>
        <w:t>vn -0.7049 -0.0653 -0.7063</w:t>
        <w:br/>
        <w:t>vn -0.5577 0.3367 0.7586</w:t>
        <w:br/>
        <w:t>vn -0.1703 -0.0139 0.9853</w:t>
        <w:br/>
        <w:t>vn -0.4153 0.2801 0.8655</w:t>
        <w:br/>
        <w:t>vn -0.5618 0.3633 0.7432</w:t>
        <w:br/>
        <w:t>vn -0.5689 -0.0362 0.8216</w:t>
        <w:br/>
        <w:t>vn -0.7173 0.0496 0.6950</w:t>
        <w:br/>
        <w:t>vn -0.7734 -0.1227 0.6220</w:t>
        <w:br/>
        <w:t>vn -0.7560 -0.2060 0.6213</w:t>
        <w:br/>
        <w:t>vn -0.9270 0.0859 0.3650</w:t>
        <w:br/>
        <w:t>vn -0.6702 0.2468 0.6999</w:t>
        <w:br/>
        <w:t>vn -0.5000 0.1333 0.8557</w:t>
        <w:br/>
        <w:t>vn -0.5091 0.0123 0.8606</w:t>
        <w:br/>
        <w:t>vn 0.1898 0.2589 0.9471</w:t>
        <w:br/>
        <w:t>vn 0.2575 -0.0475 0.9651</w:t>
        <w:br/>
        <w:t>vn 0.2716 0.3928 0.8786</w:t>
        <w:br/>
        <w:t>vn 0.5466 -0.1098 0.8301</w:t>
        <w:br/>
        <w:t>vn 0.4215 0.0677 0.9043</w:t>
        <w:br/>
        <w:t>vn 0.5009 0.2182 0.8375</w:t>
        <w:br/>
        <w:t>vn 0.8572 0.0718 0.5099</w:t>
        <w:br/>
        <w:t>vn 0.6754 -0.2548 0.6920</w:t>
        <w:br/>
        <w:t>vn 0.1804 0.0943 0.9791</w:t>
        <w:br/>
        <w:t>vn -0.9366 -0.0835 -0.3404</w:t>
        <w:br/>
        <w:t>vn -0.7826 -0.1194 -0.6109</w:t>
        <w:br/>
        <w:t>vn -0.9916 -0.1290 -0.0069</w:t>
        <w:br/>
        <w:t>vn -0.9938 -0.1103 0.0167</w:t>
        <w:br/>
        <w:t>vn -0.9265 -0.1145 0.3586</w:t>
        <w:br/>
        <w:t>vn -0.7598 -0.0860 0.6444</w:t>
        <w:br/>
        <w:t>vn 0.2339 -0.1449 0.9614</w:t>
        <w:br/>
        <w:t>vn -0.2073 -0.0650 0.9761</w:t>
        <w:br/>
        <w:t>vn 0.8216 -0.2254 0.5236</w:t>
        <w:br/>
        <w:t>vn 0.9576 -0.1901 0.2163</w:t>
        <w:br/>
        <w:t>vn 0.8599 -0.1960 0.4713</w:t>
        <w:br/>
        <w:t>vn 0.9781 -0.1900 -0.0844</w:t>
        <w:br/>
        <w:t>vn -0.5361 -0.0740 0.8409</w:t>
        <w:br/>
        <w:t>vn -0.6137 -0.1311 0.7786</w:t>
        <w:br/>
        <w:t>vn -0.1920 -0.0946 -0.9768</w:t>
        <w:br/>
        <w:t>vn 0.5543 -0.1516 -0.8184</w:t>
        <w:br/>
        <w:t>vn 0.4199 -0.0299 -0.9071</w:t>
        <w:br/>
        <w:t>vn 0.7419 0.0436 -0.6691</w:t>
        <w:br/>
        <w:t>vn 0.9298 0.1740 -0.3245</w:t>
        <w:br/>
        <w:t>vn 0.6659 -0.0728 -0.7425</w:t>
        <w:br/>
        <w:t>vn 0.4897 0.4253 -0.7611</w:t>
        <w:br/>
        <w:t>vn 0.3821 -0.2194 -0.8977</w:t>
        <w:br/>
        <w:t>vn 0.1025 -0.4341 -0.8950</w:t>
        <w:br/>
        <w:t>vn 0.4091 0.4792 -0.7765</w:t>
        <w:br/>
        <w:t>vn 0.2537 -0.2938 -0.9216</w:t>
        <w:br/>
        <w:t>vn 0.3200 0.1428 -0.9366</w:t>
        <w:br/>
        <w:t>vn -0.1795 0.0512 -0.9824</w:t>
        <w:br/>
        <w:t>vn -0.6149 0.4145 -0.6709</w:t>
        <w:br/>
        <w:t>vn -0.5979 0.1273 -0.7914</w:t>
        <w:br/>
        <w:t>vn -0.6655 -0.1202 -0.7366</w:t>
        <w:br/>
        <w:t>vn -0.5159 -0.0236 -0.8563</w:t>
        <w:br/>
        <w:t>vn -0.8183 -0.0842 -0.5686</w:t>
        <w:br/>
        <w:t>vn -0.6929 0.0095 -0.7209</w:t>
        <w:br/>
        <w:t>vn -0.4967 -0.1171 -0.8600</w:t>
        <w:br/>
        <w:t>vn 0.9119 0.3085 0.2705</w:t>
        <w:br/>
        <w:t>vn 0.9430 0.3188 -0.0957</w:t>
        <w:br/>
        <w:t>vn -0.4998 0.2296 0.8352</w:t>
        <w:br/>
        <w:t>vn 0.2618 0.0750 0.9622</w:t>
        <w:br/>
        <w:t>vn -0.7672 -0.0951 -0.6343</w:t>
        <w:br/>
        <w:t>vn -0.9074 0.2819 -0.3117</w:t>
        <w:br/>
        <w:t>vn -0.8840 0.2664 -0.3843</w:t>
        <w:br/>
        <w:t>vn 0.8875 -0.1887 -0.4204</w:t>
        <w:br/>
        <w:t>vn 0.8916 -0.2017 -0.4055</w:t>
        <w:br/>
        <w:t>vn 0.3389 -0.0531 0.9393</w:t>
        <w:br/>
        <w:t>vn -0.5113 0.1276 -0.8498</w:t>
        <w:br/>
        <w:t>vn -0.6133 0.2606 -0.7456</w:t>
        <w:br/>
        <w:t>vn -0.7511 0.3843 -0.5369</w:t>
        <w:br/>
        <w:t>vn -0.1920 -0.1660 -0.9673</w:t>
        <w:br/>
        <w:t>vn 0.2443 -0.1840 -0.9521</w:t>
        <w:br/>
        <w:t>vn 0.6289 -0.2088 -0.7489</w:t>
        <w:br/>
        <w:t>vn 0.6303 -0.1847 0.7540</w:t>
        <w:br/>
        <w:t>vn -0.9211 0.3750 0.1049</w:t>
        <w:br/>
        <w:t>vn -0.9210 0.3750 0.1050</w:t>
        <w:br/>
        <w:t>vn -0.5441 -0.0029 -0.8390</w:t>
        <w:br/>
        <w:t>vn 0.1860 0.1126 -0.9761</w:t>
        <w:br/>
        <w:t>vn -0.3635 0.1148 0.9245</w:t>
        <w:br/>
        <w:t>vn -0.5949 0.4054 0.6941</w:t>
        <w:br/>
        <w:t>vn -0.7560 0.0442 0.6531</w:t>
        <w:br/>
        <w:t>vn -0.7605 -0.1252 0.6372</w:t>
        <w:br/>
        <w:t>vn -0.3445 0.7352 0.5838</w:t>
        <w:br/>
        <w:t>vn -0.9538 0.2919 0.0714</w:t>
        <w:br/>
        <w:t>vn -0.9350 0.1462 -0.3230</w:t>
        <w:br/>
        <w:t>vn -0.2548 -0.5494 0.7957</w:t>
        <w:br/>
        <w:t>vn -0.2409 -0.4691 0.8497</w:t>
        <w:br/>
        <w:t>vn 0.0584 -0.8429 0.5349</w:t>
        <w:br/>
        <w:t>vn -0.0259 -0.8419 0.5389</w:t>
        <w:br/>
        <w:t>vn 0.1423 -0.8379 0.5270</w:t>
        <w:br/>
        <w:t>vn -0.9542 -0.2062 0.2168</w:t>
        <w:br/>
        <w:t>vn 0.6155 0.6564 0.4363</w:t>
        <w:br/>
        <w:t>vn 0.7254 0.5603 0.3997</w:t>
        <w:br/>
        <w:t>vn 0.4916 0.7375 0.4630</w:t>
        <w:br/>
        <w:t>vn 0.5234 -0.1106 0.8448</w:t>
        <w:br/>
        <w:t>vn 0.5090 0.0854 0.8565</w:t>
        <w:br/>
        <w:t>vn 0.4167 0.2994 0.8583</w:t>
        <w:br/>
        <w:t>vn 0.2453 0.6942 0.6767</w:t>
        <w:br/>
        <w:t>vn 0.8376 0.0862 0.5395</w:t>
        <w:br/>
        <w:t>vn 0.8842 0.3763 0.2767</w:t>
        <w:br/>
        <w:t>vn 0.9286 0.3657 -0.0636</w:t>
        <w:br/>
        <w:t>vn -0.3780 -0.8213 0.4274</w:t>
        <w:br/>
        <w:t>vn -0.3281 -0.8375 0.4369</w:t>
        <w:br/>
        <w:t>vn 0.5159 -0.2042 0.8320</w:t>
        <w:br/>
        <w:t>vn 0.9078 0.4109 -0.0834</w:t>
        <w:br/>
        <w:t>vn 0.8855 0.3657 0.2866</w:t>
        <w:br/>
        <w:t>vn 0.9284 -0.0287 -0.3706</w:t>
        <w:br/>
        <w:t>vn 0.2422 0.8480 -0.4714</w:t>
        <w:br/>
        <w:t>vn 0.1524 0.8330 -0.5318</w:t>
        <w:br/>
        <w:t>vn 0.1525 0.8330 -0.5318</w:t>
        <w:br/>
        <w:t>vn 0.0745 -0.5356 -0.8412</w:t>
        <w:br/>
        <w:t>vn 0.3291 0.8529 -0.4054</w:t>
        <w:br/>
        <w:t>vn 0.4854 0.7572 -0.4371</w:t>
        <w:br/>
        <w:t>vn 0.3200 0.1429 -0.9366</w:t>
        <w:br/>
        <w:t>vn 0.7050 0.5291 -0.4722</w:t>
        <w:br/>
        <w:t>vn -0.6145 0.7462 -0.2561</w:t>
        <w:br/>
        <w:t>vn -0.6145 0.7462 -0.2559</w:t>
        <w:br/>
        <w:t>vn 0.1759 -0.8682 -0.4640</w:t>
        <w:br/>
        <w:t>vn 0.1209 -0.8778 -0.4636</w:t>
        <w:br/>
        <w:t>vn 0.1209 -0.8777 -0.4636</w:t>
        <w:br/>
        <w:t>vn -0.6097 0.1907 -0.7694</w:t>
        <w:br/>
        <w:t>vn -0.7857 0.5509 -0.2815</w:t>
        <w:br/>
        <w:t>vn -0.7419 0.0608 -0.6678</w:t>
        <w:br/>
        <w:t>vn 0.9850 0.1417 -0.0982</w:t>
        <w:br/>
        <w:t>vn 0.0142 0.6912 0.7226</w:t>
        <w:br/>
        <w:t>vn -0.0204 0.7681 -0.6400</w:t>
        <w:br/>
        <w:t>vn -0.0202 0.7682 -0.6399</w:t>
        <w:br/>
        <w:t>vn -0.5113 0.1276 -0.8499</w:t>
        <w:br/>
        <w:t>vn -0.9432 0.1944 -0.2694</w:t>
        <w:br/>
        <w:t>vn -0.3499 0.8245 0.4447</w:t>
        <w:br/>
        <w:t>vn -0.5751 0.2050 -0.7920</w:t>
        <w:br/>
        <w:t>vn 0.0655 -0.8846 -0.4618</w:t>
        <w:br/>
        <w:t>vn -0.2700 0.6182 -0.7382</w:t>
        <w:br/>
        <w:t>vn -0.2773 -0.8514 0.4452</w:t>
        <w:br/>
        <w:t>vn 0.1929 0.1849 0.9636</w:t>
        <w:br/>
        <w:t>vn -0.9529 0.2698 0.1383</w:t>
        <w:br/>
        <w:t>vn -0.1707 0.6597 -0.7318</w:t>
        <w:br/>
        <w:t>vn 0.4864 0.1863 0.8536</w:t>
        <w:br/>
        <w:t>vn 0.5578 0.3367 0.7586</w:t>
        <w:br/>
        <w:t>vn 0.4153 0.2801 0.8655</w:t>
        <w:br/>
        <w:t>vn 0.1703 -0.0139 0.9853</w:t>
        <w:br/>
        <w:t>vn 0.5689 -0.0362 0.8216</w:t>
        <w:br/>
        <w:t>vn 0.5618 0.3633 0.7432</w:t>
        <w:br/>
        <w:t>vn 0.7173 0.0496 0.6950</w:t>
        <w:br/>
        <w:t>vn 0.7734 -0.1227 0.6220</w:t>
        <w:br/>
        <w:t>vn 0.7560 -0.2060 0.6213</w:t>
        <w:br/>
        <w:t>vn 0.6703 0.2468 0.6999</w:t>
        <w:br/>
        <w:t>vn 0.9270 0.0858 0.3650</w:t>
        <w:br/>
        <w:t>vn 0.5001 0.1333 0.8557</w:t>
        <w:br/>
        <w:t>vn 0.5091 0.0123 0.8606</w:t>
        <w:br/>
        <w:t>vn -0.1898 0.2589 0.9471</w:t>
        <w:br/>
        <w:t>vn -0.2574 -0.0475 0.9651</w:t>
        <w:br/>
        <w:t>vn -0.2716 0.3928 0.8786</w:t>
        <w:br/>
        <w:t>vn -0.5466 -0.1098 0.8301</w:t>
        <w:br/>
        <w:t>vn -0.4215 0.0677 0.9043</w:t>
        <w:br/>
        <w:t>vn -0.5009 0.2182 0.8375</w:t>
        <w:br/>
        <w:t>vn -0.6754 -0.2548 0.6920</w:t>
        <w:br/>
        <w:t>vn -0.8572 0.0718 0.5099</w:t>
        <w:br/>
        <w:t>vn -0.1804 0.0944 0.9790</w:t>
        <w:br/>
        <w:t>vn 0.9366 -0.0835 -0.3404</w:t>
        <w:br/>
        <w:t>vn 0.9938 -0.1103 0.0167</w:t>
        <w:br/>
        <w:t>vn 0.9916 -0.1290 -0.0069</w:t>
        <w:br/>
        <w:t>vn 0.7826 -0.1194 -0.6109</w:t>
        <w:br/>
        <w:t>vn 0.9265 -0.1145 0.3586</w:t>
        <w:br/>
        <w:t>vn 0.7598 -0.0860 0.6444</w:t>
        <w:br/>
        <w:t>vn 0.2073 -0.0650 0.9761</w:t>
        <w:br/>
        <w:t>vn -0.2339 -0.1449 0.9614</w:t>
        <w:br/>
        <w:t>vn -0.9576 -0.1901 0.2163</w:t>
        <w:br/>
        <w:t>vn -0.8216 -0.2254 0.5236</w:t>
        <w:br/>
        <w:t>vn -0.8599 -0.1960 0.4713</w:t>
        <w:br/>
        <w:t>vn -0.9781 -0.1900 -0.0845</w:t>
        <w:br/>
        <w:t>vn 0.5361 -0.0740 0.8409</w:t>
        <w:br/>
        <w:t>vn 0.6137 -0.1311 0.7786</w:t>
        <w:br/>
        <w:t>vn 0.1920 -0.0947 -0.9768</w:t>
        <w:br/>
        <w:t>vn -0.4199 -0.0299 -0.9071</w:t>
        <w:br/>
        <w:t>vn -0.5543 -0.1516 -0.8184</w:t>
        <w:br/>
        <w:t>vn -0.6659 -0.0728 -0.7425</w:t>
        <w:br/>
        <w:t>vn -0.9297 0.1740 -0.3245</w:t>
        <w:br/>
        <w:t>vn -0.7419 0.0436 -0.6691</w:t>
        <w:br/>
        <w:t>vn -0.4897 0.4253 -0.7611</w:t>
        <w:br/>
        <w:t>vn -0.3821 -0.2194 -0.8977</w:t>
        <w:br/>
        <w:t>vn -0.4091 0.4792 -0.7765</w:t>
        <w:br/>
        <w:t>vn -0.1025 -0.4340 -0.8951</w:t>
        <w:br/>
        <w:t>vn -0.3200 0.1428 -0.9366</w:t>
        <w:br/>
        <w:t>vn -0.2538 -0.2938 -0.9216</w:t>
        <w:br/>
        <w:t>vn 0.1795 0.0512 -0.9824</w:t>
        <w:br/>
        <w:t>vn 0.6655 -0.1202 -0.7366</w:t>
        <w:br/>
        <w:t>vn 0.5979 0.1273 -0.7914</w:t>
        <w:br/>
        <w:t>vn 0.6149 0.4145 -0.6709</w:t>
        <w:br/>
        <w:t>vn 0.5159 -0.0236 -0.8563</w:t>
        <w:br/>
        <w:t>vn 0.8183 -0.0842 -0.5686</w:t>
        <w:br/>
        <w:t>vn 0.6929 0.0095 -0.7210</w:t>
        <w:br/>
        <w:t>vn 0.4967 -0.1171 -0.8600</w:t>
        <w:br/>
        <w:t>vn -0.9119 0.3085 0.2705</w:t>
        <w:br/>
        <w:t>vn -0.9430 0.3188 -0.0957</w:t>
        <w:br/>
        <w:t>vn 0.4998 0.2297 0.8352</w:t>
        <w:br/>
        <w:t>vn -0.2617 0.0750 0.9622</w:t>
        <w:br/>
        <w:t>vn 0.7672 -0.0951 -0.6343</w:t>
        <w:br/>
        <w:t>vn 0.8839 0.2664 -0.3843</w:t>
        <w:br/>
        <w:t>vn 0.9074 0.2819 -0.3117</w:t>
        <w:br/>
        <w:t>vn -0.8916 -0.2017 -0.4055</w:t>
        <w:br/>
        <w:t>vn -0.8875 -0.1887 -0.4204</w:t>
        <w:br/>
        <w:t>vn -0.3389 -0.0531 0.9393</w:t>
        <w:br/>
        <w:t>vn 0.5113 0.1276 -0.8498</w:t>
        <w:br/>
        <w:t>vn 0.6133 0.2606 -0.7456</w:t>
        <w:br/>
        <w:t>vn 0.7511 0.3843 -0.5369</w:t>
        <w:br/>
        <w:t>vn -0.2443 -0.1840 -0.9521</w:t>
        <w:br/>
        <w:t>vn 0.1920 -0.1660 -0.9673</w:t>
        <w:br/>
        <w:t>vn -0.6289 -0.2088 -0.7489</w:t>
        <w:br/>
        <w:t>vn -0.6303 -0.1847 0.7540</w:t>
        <w:br/>
        <w:t>vn 0.9211 0.3750 0.1049</w:t>
        <w:br/>
        <w:t>vn 0.9210 0.3750 0.1050</w:t>
        <w:br/>
        <w:t>vn 0.5441 -0.0029 -0.8390</w:t>
        <w:br/>
        <w:t>vn -0.1860 0.1126 -0.9761</w:t>
        <w:br/>
        <w:t>vn 0.5488 0.3299 0.7681</w:t>
        <w:br/>
        <w:t>vn 0.3635 0.1148 0.9245</w:t>
        <w:br/>
        <w:t>vn 0.5949 0.4054 0.6941</w:t>
        <w:br/>
        <w:t>vn 0.7560 0.0442 0.6531</w:t>
        <w:br/>
        <w:t>vn 0.7605 -0.1252 0.6372</w:t>
        <w:br/>
        <w:t>vn 0.3445 0.7352 0.5838</w:t>
        <w:br/>
        <w:t>vn 0.3445 0.7352 0.5839</w:t>
        <w:br/>
        <w:t>vn 0.9350 0.1462 -0.3230</w:t>
        <w:br/>
        <w:t>vn 0.2548 -0.5494 0.7957</w:t>
        <w:br/>
        <w:t>vn 0.0259 -0.8419 0.5389</w:t>
        <w:br/>
        <w:t>vn -0.0584 -0.8429 0.5349</w:t>
        <w:br/>
        <w:t>vn 0.2409 -0.4691 0.8497</w:t>
        <w:br/>
        <w:t>vn -0.1423 -0.8379 0.5270</w:t>
        <w:br/>
        <w:t>vn 0.1335 -0.5666 0.8131</w:t>
        <w:br/>
        <w:t>vn 0.9542 -0.2062 0.2168</w:t>
        <w:br/>
        <w:t>vn -0.6155 0.6564 0.4363</w:t>
        <w:br/>
        <w:t>vn -0.7254 0.5603 0.3997</w:t>
        <w:br/>
        <w:t>vn -0.7254 0.5604 0.3997</w:t>
        <w:br/>
        <w:t>vn -0.4916 0.7375 0.4630</w:t>
        <w:br/>
        <w:t>vn -0.5090 0.0855 0.8565</w:t>
        <w:br/>
        <w:t>vn -0.2453 0.6942 0.6767</w:t>
        <w:br/>
        <w:t>vn -0.8376 0.0862 0.5395</w:t>
        <w:br/>
        <w:t>vn -0.9286 0.3657 -0.0635</w:t>
        <w:br/>
        <w:t>vn 0.3780 -0.8213 0.4274</w:t>
        <w:br/>
        <w:t>vn 0.3281 -0.8376 0.4369</w:t>
        <w:br/>
        <w:t>vn -0.5159 -0.2042 0.8320</w:t>
        <w:br/>
        <w:t>vn -0.8855 0.3657 0.2866</w:t>
        <w:br/>
        <w:t>vn -0.9079 0.4109 -0.0834</w:t>
        <w:br/>
        <w:t>vn -0.9284 -0.0287 -0.3706</w:t>
        <w:br/>
        <w:t>vn -0.2422 0.8480 -0.4714</w:t>
        <w:br/>
        <w:t>vn -0.1525 0.8330 -0.5318</w:t>
        <w:br/>
        <w:t>vn -0.0745 -0.5356 -0.8412</w:t>
        <w:br/>
        <w:t>vn -0.3291 0.8529 -0.4054</w:t>
        <w:br/>
        <w:t>vn -0.4854 0.7572 -0.4371</w:t>
        <w:br/>
        <w:t>vn -0.7050 0.5291 -0.4722</w:t>
        <w:br/>
        <w:t>vn 0.6149 0.4144 -0.6709</w:t>
        <w:br/>
        <w:t>vn 0.6145 0.7462 -0.2561</w:t>
        <w:br/>
        <w:t>vn 0.6145 0.7462 -0.2560</w:t>
        <w:br/>
        <w:t>vn -0.1759 -0.8682 -0.4640</w:t>
        <w:br/>
        <w:t>vn -0.1209 -0.8777 -0.4636</w:t>
        <w:br/>
        <w:t>vn 0.7856 0.5509 -0.2815</w:t>
        <w:br/>
        <w:t>vn 0.7841 -0.1140 -0.6100</w:t>
        <w:br/>
        <w:t>vn 0.7419 0.0608 -0.6678</w:t>
        <w:br/>
        <w:t>vn -0.9850 0.1417 -0.0982</w:t>
        <w:br/>
        <w:t>vn -0.0142 0.6912 0.7226</w:t>
        <w:br/>
        <w:t>vn 0.5235 0.3707 0.7671</w:t>
        <w:br/>
        <w:t>vn 0.0204 0.7681 -0.6400</w:t>
        <w:br/>
        <w:t>vn 0.5113 0.1276 -0.8499</w:t>
        <w:br/>
        <w:t>vn 0.0203 0.7681 -0.6400</w:t>
        <w:br/>
        <w:t>vn 0.0202 0.7682 -0.6399</w:t>
        <w:br/>
        <w:t>vn 0.7528 0.6393 -0.1569</w:t>
        <w:br/>
        <w:t>vn 0.9432 0.1944 -0.2694</w:t>
        <w:br/>
        <w:t>vn 0.3499 0.8245 0.4447</w:t>
        <w:br/>
        <w:t>vn 0.5751 0.2050 -0.7920</w:t>
        <w:br/>
        <w:t>vn -0.0655 -0.8846 -0.4618</w:t>
        <w:br/>
        <w:t>vn 0.2773 -0.8514 0.4452</w:t>
        <w:br/>
        <w:t>vn 0.9529 0.2699 0.1382</w:t>
        <w:br/>
        <w:t>vn -0.3193 0.3208 -0.8917</w:t>
        <w:br/>
        <w:t>vn 0.1707 0.6598 -0.7318</w:t>
        <w:br/>
        <w:t>vn -0.4863 0.1863 0.8537</w:t>
        <w:br/>
        <w:t>vn 0.9953 -0.0921 -0.0303</w:t>
        <w:br/>
        <w:t>vn 0.9949 -0.0870 -0.0519</w:t>
        <w:br/>
        <w:t>vn 0.9932 0.0989 0.0618</w:t>
        <w:br/>
        <w:t>vn 0.9950 0.0976 -0.0204</w:t>
        <w:br/>
        <w:t>vn 0.9461 0.1783 -0.2705</w:t>
        <w:br/>
        <w:t>vn 0.9967 0.0221 0.0785</w:t>
        <w:br/>
        <w:t>vn 0.9995 -0.0171 0.0259</w:t>
        <w:br/>
        <w:t>vn 0.6743 0.6016 0.4283</w:t>
        <w:br/>
        <w:t>vn 0.3766 0.7383 0.5596</w:t>
        <w:br/>
        <w:t>vn 0.8216 0.5083 0.2581</w:t>
        <w:br/>
        <w:t>vn -0.0556 0.7732 0.6317</w:t>
        <w:br/>
        <w:t>vn -0.3931 0.7491 0.5333</w:t>
        <w:br/>
        <w:t>vn -0.0305 0.7883 0.6145</w:t>
        <w:br/>
        <w:t>vn -0.9983 0.0470 0.0356</w:t>
        <w:br/>
        <w:t>vn -0.9850 0.1693 0.0346</w:t>
        <w:br/>
        <w:t>vn -0.8328 0.3389 0.4377</w:t>
        <w:br/>
        <w:t>vn -0.7443 0.5474 0.3825</w:t>
        <w:br/>
        <w:t>vn 0.9945 0.0357 -0.0983</w:t>
        <w:br/>
        <w:t>vn 0.9964 0.0839 0.0127</w:t>
        <w:br/>
        <w:t>vn -0.7449 -0.0115 -0.6671</w:t>
        <w:br/>
        <w:t>vn -0.7322 -0.0502 -0.6792</w:t>
        <w:br/>
        <w:t>vn 0.0098 -0.0119 -0.9999</w:t>
        <w:br/>
        <w:t>vn -0.0002 0.0219 -0.9998</w:t>
        <w:br/>
        <w:t>vn -0.9905 0.0085 -0.1370</w:t>
        <w:br/>
        <w:t>vn 0.7613 0.3113 0.5687</w:t>
        <w:br/>
        <w:t>vn 0.8272 0.2292 0.5130</w:t>
        <w:br/>
        <w:t>vn 0.4689 0.3239 0.8217</w:t>
        <w:br/>
        <w:t>vn 0.4500 0.4099 0.7934</w:t>
        <w:br/>
        <w:t>vn 0.7468 0.6571 -0.1019</w:t>
        <w:br/>
        <w:t>vn -0.9933 0.0579 0.0999</w:t>
        <w:br/>
        <w:t>vn -0.9965 -0.0755 -0.0358</w:t>
        <w:br/>
        <w:t>vn -0.8499 0.2516 0.4631</w:t>
        <w:br/>
        <w:t>vn -0.0589 0.5530 0.8311</w:t>
        <w:br/>
        <w:t>vn -0.5411 0.3836 0.7484</w:t>
        <w:br/>
        <w:t>vn 0.7226 0.4132 0.5542</w:t>
        <w:br/>
        <w:t>vn -0.9961 0.0409 -0.0785</w:t>
        <w:br/>
        <w:t>vn 0.9841 0.1726 -0.0416</w:t>
        <w:br/>
        <w:t>vn 0.7381 0.2152 -0.6394</w:t>
        <w:br/>
        <w:t>vn 0.7405 0.0937 -0.6655</w:t>
        <w:br/>
        <w:t>vn 0.9944 0.1036 -0.0187</w:t>
        <w:br/>
        <w:t>vn 0.0356 0.4026 -0.9147</w:t>
        <w:br/>
        <w:t>vn -0.0123 0.0800 -0.9967</w:t>
        <w:br/>
        <w:t>vn -0.0122 0.0800 -0.9967</w:t>
        <w:br/>
        <w:t>vn -0.7594 0.0450 -0.6491</w:t>
        <w:br/>
        <w:t>vn -0.9998 -0.0089 -0.0182</w:t>
        <w:br/>
        <w:t>vn -0.9988 0.0468 -0.0157</w:t>
        <w:br/>
        <w:t>vn -0.9859 0.1646 -0.0292</w:t>
        <w:br/>
        <w:t>vn -0.8605 0.2014 0.4680</w:t>
        <w:br/>
        <w:t>vn -0.8270 0.1251 0.5481</w:t>
        <w:br/>
        <w:t>vn -0.5818 0.0517 0.8117</w:t>
        <w:br/>
        <w:t>vn -0.8245 0.0303 0.5651</w:t>
        <w:br/>
        <w:t>vn -0.5757 0.1725 0.7993</w:t>
        <w:br/>
        <w:t>vn 0.7758 0.1901 0.6017</w:t>
        <w:br/>
        <w:t>vn 0.4631 0.2239 0.8575</w:t>
        <w:br/>
        <w:t>vn 0.7517 0.0448 -0.6580</w:t>
        <w:br/>
        <w:t>vn 0.9979 0.0651 0.0008</w:t>
        <w:br/>
        <w:t>vn -0.7409 0.3099 -0.5959</w:t>
        <w:br/>
        <w:t>vn -0.5693 0.2927 0.7682</w:t>
        <w:br/>
        <w:t>vn 0.7769 0.1050 0.6208</w:t>
        <w:br/>
        <w:t>vn 0.4685 0.1098 0.8766</w:t>
        <w:br/>
        <w:t>vn -0.9870 0.1284 0.0968</w:t>
        <w:br/>
        <w:t>vn 0.6196 0.1987 -0.7593</w:t>
        <w:br/>
        <w:t>vn -0.9995 0.0277 0.0138</w:t>
        <w:br/>
        <w:t>vn -0.9922 0.1205 -0.0312</w:t>
        <w:br/>
        <w:t>vn -0.9156 0.1780 -0.3606</w:t>
        <w:br/>
        <w:t>vn -0.7147 -0.0014 -0.6994</w:t>
        <w:br/>
        <w:t>vn 0.9944 0.0793 -0.0692</w:t>
        <w:br/>
        <w:t>vn 0.9994 0.0304 0.0180</w:t>
        <w:br/>
        <w:t>vn 0.7608 0.0150 -0.6488</w:t>
        <w:br/>
        <w:t>vn -0.9983 -0.0538 -0.0202</w:t>
        <w:br/>
        <w:t>vn -0.6008 -0.0244 0.7990</w:t>
        <w:br/>
        <w:t>vn -0.8245 -0.0356 0.5648</w:t>
        <w:br/>
        <w:t>vn 0.7767 0.0328 0.6290</w:t>
        <w:br/>
        <w:t>vn 0.4778 0.0196 0.8783</w:t>
        <w:br/>
        <w:t>vn 0.0138 -0.0242 -0.9996</w:t>
        <w:br/>
        <w:t>vn -0.7262 -0.0657 -0.6844</w:t>
        <w:br/>
        <w:t>vn -0.9970 -0.0744 -0.0225</w:t>
        <w:br/>
        <w:t>vn -0.8260 -0.0606 0.5603</w:t>
        <w:br/>
        <w:t>vn -0.6136 -0.0496 0.7881</w:t>
        <w:br/>
        <w:t>vn 0.7756 0.0061 0.6312</w:t>
        <w:br/>
        <w:t>vn 0.4806 -0.0121 0.8768</w:t>
        <w:br/>
        <w:t>vn 0.9996 0.0177 0.0239</w:t>
        <w:br/>
        <w:t>vn 0.7633 0.0053 -0.6460</w:t>
        <w:br/>
        <w:t>vn 0.0138 -0.0241 -0.9996</w:t>
        <w:br/>
        <w:t>vn -0.9810 -0.0068 0.1940</w:t>
        <w:br/>
        <w:t>vn -0.9982 -0.0271 0.0543</w:t>
        <w:br/>
        <w:t>vn -0.9958 -0.0237 0.0884</w:t>
        <w:br/>
        <w:t>vn -0.8535 -0.0448 0.5191</w:t>
        <w:br/>
        <w:t>vn -0.9246 0.0129 0.3806</w:t>
        <w:br/>
        <w:t>vn -0.8878 -0.0494 0.4575</w:t>
        <w:br/>
        <w:t>vn -0.8039 -0.0862 0.5884</w:t>
        <w:br/>
        <w:t>vn -0.8044 -0.0908 0.5871</w:t>
        <w:br/>
        <w:t>vn -0.9625 -0.0032 0.2712</w:t>
        <w:br/>
        <w:t>vn -0.9920 -0.0241 -0.1243</w:t>
        <w:br/>
        <w:t>vn -0.9963 -0.0582 -0.0636</w:t>
        <w:br/>
        <w:t>vn -0.9902 -0.0448 0.1323</w:t>
        <w:br/>
        <w:t>vn -0.8150 -0.0397 0.5780</w:t>
        <w:br/>
        <w:t>vn -0.8376 -0.0196 -0.5459</w:t>
        <w:br/>
        <w:t>vn -0.8322 0.1111 -0.5432</w:t>
        <w:br/>
        <w:t>vn -0.9008 -0.0242 -0.4335</w:t>
        <w:br/>
        <w:t>vn -0.7881 -0.0534 0.6132</w:t>
        <w:br/>
        <w:t>vn -0.8315 -0.1074 -0.5450</w:t>
        <w:br/>
        <w:t>vn -0.8251 0.1463 -0.5457</w:t>
        <w:br/>
        <w:t>vn -0.9857 -0.0450 -0.1625</w:t>
        <w:br/>
        <w:t>vn -0.9741 0.0142 -0.2258</w:t>
        <w:br/>
        <w:t>vn -0.9158 -0.0724 -0.3951</w:t>
        <w:br/>
        <w:t>vn 0.9031 0.2155 0.3715</w:t>
        <w:br/>
        <w:t>vn 0.9162 0.1482 0.3724</w:t>
        <w:br/>
        <w:t>vn 0.8451 0.1111 0.5230</w:t>
        <w:br/>
        <w:t>vn 0.8352 0.1701 0.5230</w:t>
        <w:br/>
        <w:t>vn 0.8149 0.2847 0.5048</w:t>
        <w:br/>
        <w:t>vn 0.9689 0.2443 0.0382</w:t>
        <w:br/>
        <w:t>vn 0.9185 0.3413 0.1998</w:t>
        <w:br/>
        <w:t>vn 0.9184 0.3413 0.1998</w:t>
        <w:br/>
        <w:t>vn 0.9816 0.1877 0.0343</w:t>
        <w:br/>
        <w:t>vn 0.9259 0.2097 -0.3142</w:t>
        <w:br/>
        <w:t>vn 0.9352 0.1457 -0.3226</w:t>
        <w:br/>
        <w:t>vn 0.8046 0.3400 0.4868</w:t>
        <w:br/>
        <w:t>vn 0.8548 0.1852 -0.4848</w:t>
        <w:br/>
        <w:t>vn 0.8660 0.0979 -0.4904</w:t>
        <w:br/>
        <w:t>vn 0.9143 0.3557 0.1940</w:t>
        <w:br/>
        <w:t>vn 0.9603 0.2529 -0.1178</w:t>
        <w:br/>
        <w:t>vn 0.9640 0.2410 -0.1126</w:t>
        <w:br/>
        <w:t>vn 0.8375 0.2808 -0.4687</w:t>
        <w:br/>
        <w:t>vn 0.8381 0.2905 -0.4618</w:t>
        <w:br/>
        <w:t>vn -0.9031 0.2155 0.3715</w:t>
        <w:br/>
        <w:t>vn -0.8352 0.1701 0.5230</w:t>
        <w:br/>
        <w:t>vn -0.8451 0.1111 0.5230</w:t>
        <w:br/>
        <w:t>vn -0.9162 0.1482 0.3724</w:t>
        <w:br/>
        <w:t>vn -0.8149 0.2847 0.5048</w:t>
        <w:br/>
        <w:t>vn -0.9185 0.3413 0.1998</w:t>
        <w:br/>
        <w:t>vn -0.9689 0.2443 0.0382</w:t>
        <w:br/>
        <w:t>vn -0.9184 0.3413 0.1998</w:t>
        <w:br/>
        <w:t>vn -0.9259 0.2097 -0.3142</w:t>
        <w:br/>
        <w:t>vn -0.9816 0.1877 0.0343</w:t>
        <w:br/>
        <w:t>vn -0.9353 0.1457 -0.3226</w:t>
        <w:br/>
        <w:t>vn -0.8046 0.3400 0.4868</w:t>
        <w:br/>
        <w:t>vn -0.8660 0.0979 -0.4904</w:t>
        <w:br/>
        <w:t>vn -0.8548 0.1852 -0.4849</w:t>
        <w:br/>
        <w:t>vn -0.9143 0.3557 0.1940</w:t>
        <w:br/>
        <w:t>vn -0.9603 0.2529 -0.1178</w:t>
        <w:br/>
        <w:t>vn -0.9640 0.2410 -0.1126</w:t>
        <w:br/>
        <w:t>vn -0.8375 0.2809 -0.4687</w:t>
        <w:br/>
        <w:t>vn -0.8375 0.2808 -0.4687</w:t>
        <w:br/>
        <w:t>vn -0.8381 0.2905 -0.4618</w:t>
        <w:br/>
        <w:t>vn 0.9810 -0.0069 0.1940</w:t>
        <w:br/>
        <w:t>vn 0.9958 -0.0237 0.0884</w:t>
        <w:br/>
        <w:t>vn 0.9982 -0.0271 0.0543</w:t>
        <w:br/>
        <w:t>vn 0.8535 -0.0448 0.5191</w:t>
        <w:br/>
        <w:t>vn 0.8878 -0.0494 0.4575</w:t>
        <w:br/>
        <w:t>vn 0.9246 0.0129 0.3806</w:t>
        <w:br/>
        <w:t>vn 0.8039 -0.0862 0.5884</w:t>
        <w:br/>
        <w:t>vn 0.8044 -0.0908 0.5871</w:t>
        <w:br/>
        <w:t>vn 0.9625 -0.0032 0.2712</w:t>
        <w:br/>
        <w:t>vn 0.9963 -0.0582 -0.0636</w:t>
        <w:br/>
        <w:t>vn 0.9920 -0.0238 -0.1243</w:t>
        <w:br/>
        <w:t>vn 0.9902 -0.0448 0.1323</w:t>
        <w:br/>
        <w:t>vn 0.8150 -0.0397 0.5780</w:t>
        <w:br/>
        <w:t>vn 0.8376 -0.0197 -0.5459</w:t>
        <w:br/>
        <w:t>vn 0.9008 -0.0242 -0.4335</w:t>
        <w:br/>
        <w:t>vn 0.8322 0.1111 -0.5432</w:t>
        <w:br/>
        <w:t>vn 0.7881 -0.0534 0.6132</w:t>
        <w:br/>
        <w:t>vn 0.8315 -0.1074 -0.5450</w:t>
        <w:br/>
        <w:t>vn 0.8251 0.1463 -0.5457</w:t>
        <w:br/>
        <w:t>vn 0.9857 -0.0450 -0.1625</w:t>
        <w:br/>
        <w:t>vn 0.9741 0.0142 -0.2258</w:t>
        <w:br/>
        <w:t>vn 0.9158 -0.0724 -0.3951</w:t>
        <w:br/>
        <w:t>vn -0.9949 -0.0869 -0.0519</w:t>
        <w:br/>
        <w:t>vn -0.9953 -0.0921 -0.0303</w:t>
        <w:br/>
        <w:t>vn -0.9932 0.0989 0.0618</w:t>
        <w:br/>
        <w:t>vn -0.9461 0.1783 -0.2705</w:t>
        <w:br/>
        <w:t>vn -0.9950 0.0976 -0.0204</w:t>
        <w:br/>
        <w:t>vn -0.9995 -0.0171 0.0259</w:t>
        <w:br/>
        <w:t>vn -0.9967 0.0221 0.0785</w:t>
        <w:br/>
        <w:t>vn -0.6743 0.6016 0.4283</w:t>
        <w:br/>
        <w:t>vn -0.8216 0.5083 0.2581</w:t>
        <w:br/>
        <w:t>vn -0.3766 0.7383 0.5596</w:t>
        <w:br/>
        <w:t>vn 0.0556 0.7732 0.6317</w:t>
        <w:br/>
        <w:t>vn 0.0305 0.7883 0.6145</w:t>
        <w:br/>
        <w:t>vn 0.3931 0.7491 0.5333</w:t>
        <w:br/>
        <w:t>vn 0.9983 0.0470 0.0356</w:t>
        <w:br/>
        <w:t>vn 0.8328 0.3389 0.4377</w:t>
        <w:br/>
        <w:t>vn 0.9850 0.1693 0.0346</w:t>
        <w:br/>
        <w:t>vn 0.7443 0.5474 0.3825</w:t>
        <w:br/>
        <w:t>vn -0.9945 0.0358 -0.0983</w:t>
        <w:br/>
        <w:t>vn -0.9964 0.0839 0.0127</w:t>
        <w:br/>
        <w:t>vn -0.0098 -0.0119 -0.9999</w:t>
        <w:br/>
        <w:t>vn 0.7322 -0.0502 -0.6792</w:t>
        <w:br/>
        <w:t>vn 0.7449 -0.0115 -0.6671</w:t>
        <w:br/>
        <w:t>vn 0.0002 0.0219 -0.9998</w:t>
        <w:br/>
        <w:t>vn 0.9905 0.0085 -0.1370</w:t>
        <w:br/>
        <w:t>vn -0.7613 0.3113 0.5687</w:t>
        <w:br/>
        <w:t>vn -0.4500 0.4099 0.7934</w:t>
        <w:br/>
        <w:t>vn -0.4689 0.3239 0.8217</w:t>
        <w:br/>
        <w:t>vn -0.8272 0.2292 0.5130</w:t>
        <w:br/>
        <w:t>vn 0.9965 -0.0755 -0.0358</w:t>
        <w:br/>
        <w:t>vn 0.9933 0.0579 0.0999</w:t>
        <w:br/>
        <w:t>vn 0.8499 0.2516 0.4631</w:t>
        <w:br/>
        <w:t>vn 0.0589 0.5530 0.8311</w:t>
        <w:br/>
        <w:t>vn 0.5411 0.3836 0.7484</w:t>
        <w:br/>
        <w:t>vn -0.7226 0.4132 0.5542</w:t>
        <w:br/>
        <w:t>vn 0.9961 0.0409 -0.0784</w:t>
        <w:br/>
        <w:t>vn -0.9841 0.1726 -0.0416</w:t>
        <w:br/>
        <w:t>vn -0.9944 0.1036 -0.0187</w:t>
        <w:br/>
        <w:t>vn -0.7404 0.0937 -0.6655</w:t>
        <w:br/>
        <w:t>vn -0.7381 0.2152 -0.6394</w:t>
        <w:br/>
        <w:t>vn 0.0123 0.0800 -0.9967</w:t>
        <w:br/>
        <w:t>vn -0.0356 0.4026 -0.9147</w:t>
        <w:br/>
        <w:t>vn 0.7594 0.0450 -0.6491</w:t>
        <w:br/>
        <w:t>vn 0.0122 0.0800 -0.9967</w:t>
        <w:br/>
        <w:t>vn 0.9998 -0.0089 -0.0182</w:t>
        <w:br/>
        <w:t>vn 0.9988 0.0468 -0.0157</w:t>
        <w:br/>
        <w:t>vn 0.9859 0.1646 -0.0292</w:t>
        <w:br/>
        <w:t>vn 0.8270 0.1251 0.5481</w:t>
        <w:br/>
        <w:t>vn 0.8605 0.2014 0.4680</w:t>
        <w:br/>
        <w:t>vn 0.5818 0.0517 0.8117</w:t>
        <w:br/>
        <w:t>vn 0.5757 0.1725 0.7993</w:t>
        <w:br/>
        <w:t>vn 0.8245 0.0303 0.5651</w:t>
        <w:br/>
        <w:t>vn -0.4631 0.2240 0.8575</w:t>
        <w:br/>
        <w:t>vn -0.7758 0.1901 0.6017</w:t>
        <w:br/>
        <w:t>vn -0.9979 0.0650 0.0009</w:t>
        <w:br/>
        <w:t>vn -0.7517 0.0449 -0.6580</w:t>
        <w:br/>
        <w:t>vn 0.7409 0.3099 -0.5959</w:t>
        <w:br/>
        <w:t>vn 0.5693 0.2927 0.7682</w:t>
        <w:br/>
        <w:t>vn -0.4683 0.1099 0.8767</w:t>
        <w:br/>
        <w:t>vn -0.7769 0.1050 0.6208</w:t>
        <w:br/>
        <w:t>vn 0.9870 0.1284 0.0968</w:t>
        <w:br/>
        <w:t>vn -0.6196 0.1987 -0.7593</w:t>
        <w:br/>
        <w:t>vn 0.9995 0.0277 0.0138</w:t>
        <w:br/>
        <w:t>vn 0.9922 0.1205 -0.0312</w:t>
        <w:br/>
        <w:t>vn 0.9156 0.1780 -0.3606</w:t>
        <w:br/>
        <w:t>vn 0.7147 -0.0014 -0.6994</w:t>
        <w:br/>
        <w:t>vn -0.9944 0.0792 -0.0692</w:t>
        <w:br/>
        <w:t>vn -0.9994 0.0304 0.0180</w:t>
        <w:br/>
        <w:t>vn -0.7608 0.0150 -0.6488</w:t>
        <w:br/>
        <w:t>vn 0.9983 -0.0538 -0.0202</w:t>
        <w:br/>
        <w:t>vn 0.6008 -0.0244 0.7990</w:t>
        <w:br/>
        <w:t>vn 0.8245 -0.0356 0.5648</w:t>
        <w:br/>
        <w:t>vn -0.7768 0.0328 0.6289</w:t>
        <w:br/>
        <w:t>vn -0.4778 0.0196 0.8783</w:t>
        <w:br/>
        <w:t>vn -0.0138 -0.0242 -0.9996</w:t>
        <w:br/>
        <w:t>vn 0.7262 -0.0657 -0.6844</w:t>
        <w:br/>
        <w:t>vn 0.9970 -0.0744 -0.0225</w:t>
        <w:br/>
        <w:t>vn 0.8260 -0.0606 0.5603</w:t>
        <w:br/>
        <w:t>vn 0.6136 -0.0495 0.7881</w:t>
        <w:br/>
        <w:t>vn -0.4806 -0.0121 0.8769</w:t>
        <w:br/>
        <w:t>vn -0.7756 0.0061 0.6312</w:t>
        <w:br/>
        <w:t>vn -0.9996 0.0176 0.0238</w:t>
        <w:br/>
        <w:t>vn -0.7633 0.0053 -0.6460</w:t>
        <w:br/>
        <w:t>vn -0.0138 -0.0241 -0.9996</w:t>
        <w:br/>
        <w:t>vn 0.3261 0.8435 0.4268</w:t>
        <w:br/>
        <w:t>vn 0.3106 0.9499 -0.0346</w:t>
        <w:br/>
        <w:t>vn 0.1862 0.9823 -0.0205</w:t>
        <w:br/>
        <w:t>vn 0.2187 0.8812 0.4190</w:t>
        <w:br/>
        <w:t>vn 0.3456 0.9161 0.2034</w:t>
        <w:br/>
        <w:t>vn 0.5134 0.7030 0.4922</w:t>
        <w:br/>
        <w:t>vn 0.4341 0.7690 0.4692</w:t>
        <w:br/>
        <w:t>vn 0.4341 0.9005 -0.0242</w:t>
        <w:br/>
        <w:t>vn 0.5551 0.8318 -0.0022</w:t>
        <w:br/>
        <w:t>vn 0.3661 0.7801 -0.5074</w:t>
        <w:br/>
        <w:t>vn 0.4454 0.7359 -0.5099</w:t>
        <w:br/>
        <w:t>vn 0.2749 0.8055 0.5249</w:t>
        <w:br/>
        <w:t>vn 0.3382 0.9410 0.0159</w:t>
        <w:br/>
        <w:t>vn 0.4796 0.8774 0.0126</w:t>
        <w:br/>
        <w:t>vn 0.4196 0.7457 0.5175</w:t>
        <w:br/>
        <w:t>vn 0.2197 0.9628 0.1577</w:t>
        <w:br/>
        <w:t>vn 0.1267 0.9919 -0.0072</w:t>
        <w:br/>
        <w:t>vn 0.1561 0.8643 -0.4782</w:t>
        <w:br/>
        <w:t>vn 0.3454 0.9378 -0.0340</w:t>
        <w:br/>
        <w:t>vn 0.3590 0.8197 0.4463</w:t>
        <w:br/>
        <w:t>vn 0.2968 0.8133 -0.5005</w:t>
        <w:br/>
        <w:t>vn 0.2602 0.8293 -0.4945</w:t>
        <w:br/>
        <w:t>vn 0.5072 0.7728 -0.3816</w:t>
        <w:br/>
        <w:t>vn 0.2946 0.9092 -0.2941</w:t>
        <w:br/>
        <w:t>vn 0.2581 0.8227 -0.5065</w:t>
        <w:br/>
        <w:t>vn 0.3790 0.7709 -0.5120</w:t>
        <w:br/>
        <w:t>vn 0.5116 0.7738 0.3735</w:t>
        <w:br/>
        <w:t>vn 0.3520 0.8354 0.4222</w:t>
        <w:br/>
        <w:t>vn 0.2881 0.8109 -0.5094</w:t>
        <w:br/>
        <w:t>vn 0.4250 0.7809 -0.4577</w:t>
        <w:br/>
        <w:t>vn -0.1862 0.9823 -0.0205</w:t>
        <w:br/>
        <w:t>vn -0.3106 0.9499 -0.0346</w:t>
        <w:br/>
        <w:t>vn -0.3261 0.8435 0.4268</w:t>
        <w:br/>
        <w:t>vn -0.2187 0.8812 0.4190</w:t>
        <w:br/>
        <w:t>vn -0.5134 0.7030 0.4921</w:t>
        <w:br/>
        <w:t>vn -0.4341 0.7690 0.4692</w:t>
        <w:br/>
        <w:t>vn -0.4341 0.9006 -0.0242</w:t>
        <w:br/>
        <w:t>vn -0.5551 0.8318 -0.0023</w:t>
        <w:br/>
        <w:t>vn -0.3661 0.7801 -0.5074</w:t>
        <w:br/>
        <w:t>vn -0.4454 0.7359 -0.5099</w:t>
        <w:br/>
        <w:t>vn -0.2749 0.8055 0.5249</w:t>
        <w:br/>
        <w:t>vn -0.4196 0.7457 0.5175</w:t>
        <w:br/>
        <w:t>vn -0.4797 0.8774 0.0125</w:t>
        <w:br/>
        <w:t>vn -0.3382 0.9410 0.0159</w:t>
        <w:br/>
        <w:t>vn -0.1561 0.8643 -0.4782</w:t>
        <w:br/>
        <w:t>vn -0.3453 0.9379 -0.0341</w:t>
        <w:br/>
        <w:t>vn -0.3590 0.8197 0.4463</w:t>
        <w:br/>
        <w:t>vn -0.2968 0.8133 -0.5005</w:t>
        <w:br/>
        <w:t>vn -0.2602 0.8293 -0.4945</w:t>
        <w:br/>
        <w:t>vn -0.5072 0.7728 -0.3815</w:t>
        <w:br/>
        <w:t>vn -0.1954 0.8475 0.4935</w:t>
        <w:br/>
        <w:t>vn -0.2389 0.9709 0.0158</w:t>
        <w:br/>
        <w:t>vn -0.2301 0.8502 0.4734</w:t>
        <w:br/>
        <w:t>vn -0.2581 0.8227 -0.5065</w:t>
        <w:br/>
        <w:t>vn -0.2303 0.8326 -0.5038</w:t>
        <w:br/>
        <w:t>vn -0.2881 0.8109 -0.5094</w:t>
        <w:br/>
        <w:t>vn -0.2624 0.8066 -0.5296</w:t>
        <w:br/>
        <w:t>vn -0.3790 0.7709 -0.5120</w:t>
        <w:br/>
        <w:t>vn -0.5116 0.7738 0.3735</w:t>
        <w:br/>
        <w:t>vn 0.9189 0.1747 0.3536</w:t>
        <w:br/>
        <w:t>vn 0.9315 0.0317 0.3622</w:t>
        <w:br/>
        <w:t>vn 0.4950 0.6703 0.5529</w:t>
        <w:br/>
        <w:t>vn 0.2056 0.8145 0.5426</w:t>
        <w:br/>
        <w:t>vn 0.1954 0.8475 0.4935</w:t>
        <w:br/>
        <w:t>vn 0.2301 0.8502 0.4734</w:t>
        <w:br/>
        <w:t>vn 0.6764 0.5099 0.5315</w:t>
        <w:br/>
        <w:t>vn 0.9812 0.1878 -0.0455</w:t>
        <w:br/>
        <w:t>vn 0.7110 0.7017 -0.0463</w:t>
        <w:br/>
        <w:t>vn 0.6604 0.4522 -0.5995</w:t>
        <w:br/>
        <w:t>vn 0.8816 0.2246 -0.4152</w:t>
        <w:br/>
        <w:t>vn 0.8917 0.0230 -0.4521</w:t>
        <w:br/>
        <w:t>vn 0.9971 -0.0575 -0.0491</w:t>
        <w:br/>
        <w:t>vn 0.2639 0.8436 0.4677</w:t>
        <w:br/>
        <w:t>vn 0.2005 0.7547 0.6247</w:t>
        <w:br/>
        <w:t>vn 0.2888 0.9572 -0.0212</w:t>
        <w:br/>
        <w:t>vn 0.2389 0.9709 0.0158</w:t>
        <w:br/>
        <w:t>vn 0.2303 0.8326 -0.5038</w:t>
        <w:br/>
        <w:t>vn 0.3262 0.9431 0.0640</w:t>
        <w:br/>
        <w:t>vn 0.9467 0.3215 -0.0172</w:t>
        <w:br/>
        <w:t>vn 0.2725 0.7488 -0.6042</w:t>
        <w:br/>
        <w:t>vn 0.2563 0.8755 -0.4098</w:t>
        <w:br/>
        <w:t>vn 0.4279 0.7882 -0.4423</w:t>
        <w:br/>
        <w:t>vn 0.5489 0.6119 -0.5695</w:t>
        <w:br/>
        <w:t>vn 0.2625 0.8066 -0.5296</w:t>
        <w:br/>
        <w:t>vn -0.9054 0.3550 0.2329</w:t>
        <w:br/>
        <w:t>vn -0.9313 0.0326 0.3627</w:t>
        <w:br/>
        <w:t>vn -0.9186 0.1746 0.3544</w:t>
        <w:br/>
        <w:t>vn -0.2056 0.8144 0.5426</w:t>
        <w:br/>
        <w:t>vn -0.6761 0.5109 0.5310</w:t>
        <w:br/>
        <w:t>vn -0.9812 0.1877 -0.0455</w:t>
        <w:br/>
        <w:t>vn -0.7110 0.7017 -0.0462</w:t>
        <w:br/>
        <w:t>vn -0.6604 0.4522 -0.5995</w:t>
        <w:br/>
        <w:t>vn -0.8816 0.2245 -0.4152</w:t>
        <w:br/>
        <w:t>vn -0.9971 -0.0575 -0.0491</w:t>
        <w:br/>
        <w:t>vn -0.8917 0.0230 -0.4521</w:t>
        <w:br/>
        <w:t>vn -0.2888 0.9572 -0.0211</w:t>
        <w:br/>
        <w:t>vn -0.9467 0.3215 -0.0172</w:t>
        <w:br/>
        <w:t>vn -0.2725 0.7488 -0.6042</w:t>
        <w:br/>
        <w:t>vn -0.4279 0.7882 -0.4423</w:t>
        <w:br/>
        <w:t>vn -0.5490 0.6119 -0.5695</w:t>
        <w:br/>
        <w:t>vn -0.0006 0.3086 -0.9512</w:t>
        <w:br/>
        <w:t>vn -0.6713 0.3069 -0.6746</w:t>
        <w:br/>
        <w:t>vn -0.9531 0.3026 0.0000</w:t>
        <w:br/>
        <w:t>vn -0.6924 0.1015 0.7144</w:t>
        <w:br/>
        <w:t>vn -0.6713 0.3068 0.6747</w:t>
        <w:br/>
        <w:t>vn -0.0018 0.0923 0.9957</w:t>
        <w:br/>
        <w:t>vn -0.0006 0.3086 0.9512</w:t>
        <w:br/>
        <w:t>vn -0.0017 0.0923 0.9957</w:t>
        <w:br/>
        <w:t>vn 0.6701 0.3101 0.6744</w:t>
        <w:br/>
        <w:t>vn 0.9516 0.3072 0.0000</w:t>
        <w:br/>
        <w:t>vn 0.6701 0.3101 -0.6744</w:t>
        <w:br/>
        <w:t>vn -0.7068 0.0444 -0.7060</w:t>
        <w:br/>
        <w:t>vn 0.0002 0.0434 -0.9991</w:t>
        <w:br/>
        <w:t>vn -0.9990 0.0445 0.0003</w:t>
        <w:br/>
        <w:t>vn -0.7064 0.0451 0.7063</w:t>
        <w:br/>
        <w:t>vn 0.0000 0.0446 0.9990</w:t>
        <w:br/>
        <w:t>vn 0.7063 0.0446 0.7065</w:t>
        <w:br/>
        <w:t>vn 0.9990 0.0437 -0.0002</w:t>
        <w:br/>
        <w:t>vn 0.7064 0.0440 -0.7065</w:t>
        <w:br/>
        <w:t>vn -0.6812 -0.2683 0.6811</w:t>
        <w:br/>
        <w:t>vn 0.0001 -0.2650 0.9642</w:t>
        <w:br/>
        <w:t>vn -0.9851 -0.1722 0.0054</w:t>
        <w:br/>
        <w:t>vn -0.9636 -0.2675 0.0020</w:t>
        <w:br/>
        <w:t>vn -0.6814 -0.2789 -0.6767</w:t>
        <w:br/>
        <w:t>vn 0.0001 -0.2810 -0.9597</w:t>
        <w:br/>
        <w:t>vn 0.6777 -0.2827 -0.6788</w:t>
        <w:br/>
        <w:t>vn 0.9611 -0.2763 -0.0008</w:t>
        <w:br/>
        <w:t>vn 0.6794 -0.2725 0.6813</w:t>
        <w:br/>
        <w:t>vn 0.0006 0.3086 -0.9512</w:t>
        <w:br/>
        <w:t>vn 0.6713 0.3069 -0.6746</w:t>
        <w:br/>
        <w:t>vn 0.9532 0.3023 0.0000</w:t>
        <w:br/>
        <w:t>vn 0.6713 0.3068 0.6747</w:t>
        <w:br/>
        <w:t>vn 0.6924 0.1015 0.7144</w:t>
        <w:br/>
        <w:t>vn 0.0006 0.3086 0.9512</w:t>
        <w:br/>
        <w:t>vn 0.0018 0.0923 0.9957</w:t>
        <w:br/>
        <w:t>vn -0.6701 0.3101 0.6744</w:t>
        <w:br/>
        <w:t>vn 0.0017 0.0923 0.9957</w:t>
        <w:br/>
        <w:t>vn -0.9516 0.3072 0.0000</w:t>
        <w:br/>
        <w:t>vn -0.6701 0.3101 -0.6744</w:t>
        <w:br/>
        <w:t>vn 0.7067 0.0444 -0.7061</w:t>
        <w:br/>
        <w:t>vn -0.0001 0.0433 -0.9991</w:t>
        <w:br/>
        <w:t>vn 0.9990 0.0445 0.0003</w:t>
        <w:br/>
        <w:t>vn 0.7064 0.0451 0.7063</w:t>
        <w:br/>
        <w:t>vn -0.7063 0.0447 0.7065</w:t>
        <w:br/>
        <w:t>vn -0.9990 0.0438 -0.0002</w:t>
        <w:br/>
        <w:t>vn -0.7064 0.0440 -0.7065</w:t>
        <w:br/>
        <w:t>vn -0.0001 -0.2650 0.9642</w:t>
        <w:br/>
        <w:t>vn 0.6812 -0.2683 0.6811</w:t>
        <w:br/>
        <w:t>vn 0.9851 -0.1722 0.0054</w:t>
        <w:br/>
        <w:t>vn 0.9636 -0.2675 0.0020</w:t>
        <w:br/>
        <w:t>vn 0.6814 -0.2789 -0.6767</w:t>
        <w:br/>
        <w:t>vn -0.0000 -0.2811 -0.9597</w:t>
        <w:br/>
        <w:t>vn -0.6777 -0.2828 -0.6788</w:t>
        <w:br/>
        <w:t>vn -0.9611 -0.2762 -0.0008</w:t>
        <w:br/>
        <w:t>vn -0.6795 -0.2723 0.6813</w:t>
        <w:br/>
        <w:t>vn -0.0001 -0.2651 0.9642</w:t>
        <w:br/>
        <w:t>vn 0.9363 0.2234 0.2711</w:t>
        <w:br/>
        <w:t>vn 0.9164 0.3285 0.2288</w:t>
        <w:br/>
        <w:t>vn 0.7206 0.6932 -0.0163</w:t>
        <w:br/>
        <w:t>vn 0.7337 0.6364 -0.2379</w:t>
        <w:br/>
        <w:t>vn 0.7337 0.6365 -0.2379</w:t>
        <w:br/>
        <w:t>vn 0.7214 0.5908 -0.3611</w:t>
        <w:br/>
        <w:t>vn 0.8731 0.2889 0.3927</w:t>
        <w:br/>
        <w:t>vn 0.9424 0.3344 0.0035</w:t>
        <w:br/>
        <w:t>vn 0.9405 0.3397 -0.0019</w:t>
        <w:br/>
        <w:t>vn 0.7758 -0.5746 0.2606</w:t>
        <w:br/>
        <w:t>vn 0.7224 -0.6373 0.2682</w:t>
        <w:br/>
        <w:t>vn 0.7883 -0.3366 0.5151</w:t>
        <w:br/>
        <w:t>vn 0.9200 0.2975 -0.2551</w:t>
        <w:br/>
        <w:t>vn 0.8591 -0.3039 0.4118</w:t>
        <w:br/>
        <w:t>vn 0.9189 -0.3944 0.0121</w:t>
        <w:br/>
        <w:t>vn 0.9267 0.3304 -0.1793</w:t>
        <w:br/>
        <w:t>vn 0.7772 0.6250 0.0726</w:t>
        <w:br/>
        <w:t>vn 0.7286 0.6608 0.1800</w:t>
        <w:br/>
        <w:t>vn 0.8975 0.1077 -0.4276</w:t>
        <w:br/>
        <w:t>vn 0.7525 -0.4201 -0.5072</w:t>
        <w:br/>
        <w:t>vn 0.7483 -0.4875 -0.4498</w:t>
        <w:br/>
        <w:t>vn 0.9266 0.3304 -0.1794</w:t>
        <w:br/>
        <w:t>vn 0.8920 -0.3384 -0.2998</w:t>
        <w:br/>
        <w:t>vn 0.7487 -0.6200 -0.2347</w:t>
        <w:br/>
        <w:t>vn 0.8382 -0.4166 -0.3518</w:t>
        <w:br/>
        <w:t>vn -0.8684 -0.1270 -0.4793</w:t>
        <w:br/>
        <w:t>vn -0.9865 -0.0578 -0.1531</w:t>
        <w:br/>
        <w:t>vn -0.7290 -0.6753 -0.1115</w:t>
        <w:br/>
        <w:t>vn -0.5812 -0.7546 -0.3047</w:t>
        <w:br/>
        <w:t>vn -0.3466 -0.2497 -0.9042</w:t>
        <w:br/>
        <w:t>vn 0.3842 -0.0963 -0.9182</w:t>
        <w:br/>
        <w:t>vn 0.9753 0.1190 -0.1859</w:t>
        <w:br/>
        <w:t>vn 0.9890 0.1475 0.0093</w:t>
        <w:br/>
        <w:t>vn 0.9894 0.1446 -0.0133</w:t>
        <w:br/>
        <w:t>vn 0.9172 0.1528 0.3680</w:t>
        <w:br/>
        <w:t>vn 0.8740 0.1574 0.4597</w:t>
        <w:br/>
        <w:t>vn 0.6087 0.1478 0.7795</w:t>
        <w:br/>
        <w:t>vn 0.3677 0.1490 0.9179</w:t>
        <w:br/>
        <w:t>vn 0.4728 0.1642 0.8657</w:t>
        <w:br/>
        <w:t>vn -0.3105 -0.1543 0.9380</w:t>
        <w:br/>
        <w:t>vn -0.6726 -0.5162 0.5303</w:t>
        <w:br/>
        <w:t>vn -0.7411 -0.1028 0.6634</w:t>
        <w:br/>
        <w:t>vn -0.5566 -0.0532 0.8291</w:t>
        <w:br/>
        <w:t>vn -0.9139 -0.0829 0.3973</w:t>
        <w:br/>
        <w:t>vn -0.7050 -0.2046 0.6791</w:t>
        <w:br/>
        <w:t>vn -0.3330 -0.8222 -0.4616</w:t>
        <w:br/>
        <w:t>vn -0.6637 -0.3643 -0.6533</w:t>
        <w:br/>
        <w:t>vn -0.3928 -0.8477 -0.3566</w:t>
        <w:br/>
        <w:t>vn -0.0000 -0.9846 -0.1747</w:t>
        <w:br/>
        <w:t>vn 0.0000 -0.9991 -0.0426</w:t>
        <w:br/>
        <w:t>vn -0.0549 -0.5867 0.8079</w:t>
        <w:br/>
        <w:t>vn 0.0000 -0.6250 0.7806</w:t>
        <w:br/>
        <w:t>vn 0.0000 -0.8931 0.4499</w:t>
        <w:br/>
        <w:t>vn 0.0259 -0.1208 0.9923</w:t>
        <w:br/>
        <w:t>vn 0.0000 -0.1221 0.9925</w:t>
        <w:br/>
        <w:t>vn -0.0000 -0.3286 0.9445</w:t>
        <w:br/>
        <w:t>vn -0.1218 -0.1919 0.9738</w:t>
        <w:br/>
        <w:t>vn -0.4561 -0.6105 -0.6475</w:t>
        <w:br/>
        <w:t>vn -0.5145 -0.6207 -0.5917</w:t>
        <w:br/>
        <w:t>vn -0.5233 -0.3230 -0.7885</w:t>
        <w:br/>
        <w:t>vn -0.4473 -0.3011 -0.8422</w:t>
        <w:br/>
        <w:t>vn -0.3617 0.1443 -0.9210</w:t>
        <w:br/>
        <w:t>vn 0.0000 0.3187 -0.9479</w:t>
        <w:br/>
        <w:t>vn -0.1480 0.3945 -0.9069</w:t>
        <w:br/>
        <w:t>vn -0.1618 0.2346 -0.9585</w:t>
        <w:br/>
        <w:t>vn 0.4700 -0.2492 -0.8467</w:t>
        <w:br/>
        <w:t>vn 0.2429 -0.4670 -0.8502</w:t>
        <w:br/>
        <w:t>vn 0.3241 -0.2569 -0.9105</w:t>
        <w:br/>
        <w:t>vn 0.5332 -0.1042 -0.8395</w:t>
        <w:br/>
        <w:t>vn -0.4223 -0.0678 0.9039</w:t>
        <w:br/>
        <w:t>vn -0.4629 -0.0956 0.8813</w:t>
        <w:br/>
        <w:t>vn 0.5581 0.0532 -0.8281</w:t>
        <w:br/>
        <w:t>vn 0.3556 -0.0311 -0.9341</w:t>
        <w:br/>
        <w:t>vn 0.3583 0.1787 -0.9164</w:t>
        <w:br/>
        <w:t>vn 0.5445 0.2319 -0.8060</w:t>
        <w:br/>
        <w:t>vn 0.8976 0.1401 -0.4181</w:t>
        <w:br/>
        <w:t>vn 0.7442 0.0183 -0.6677</w:t>
        <w:br/>
        <w:t>vn 0.7705 0.1412 -0.6216</w:t>
        <w:br/>
        <w:t>vn -0.0273 0.0269 0.9993</w:t>
        <w:br/>
        <w:t>vn -0.0366 0.0263 0.9990</w:t>
        <w:br/>
        <w:t>vn -0.3723 -0.1488 0.9161</w:t>
        <w:br/>
        <w:t>vn 0.2515 0.1179 0.9606</w:t>
        <w:br/>
        <w:t>vn 0.6394 0.1394 0.7562</w:t>
        <w:br/>
        <w:t>vn 0.3126 0.0961 0.9450</w:t>
        <w:br/>
        <w:t>vn 0.6674 -0.0237 -0.7443</w:t>
        <w:br/>
        <w:t>vn 0.7314 -0.0317 -0.6812</w:t>
        <w:br/>
        <w:t>vn 0.8872 0.0717 -0.4557</w:t>
        <w:br/>
        <w:t>vn -0.8240 -0.2587 0.5040</w:t>
        <w:br/>
        <w:t>vn -0.8906 -0.2100 0.4035</w:t>
        <w:br/>
        <w:t>vn 0.9708 0.1677 0.1716</w:t>
        <w:br/>
        <w:t>vn 0.9797 0.1956 0.0446</w:t>
        <w:br/>
        <w:t>vn 0.8766 0.1803 0.4462</w:t>
        <w:br/>
        <w:t>vn 0.9657 0.2562 0.0416</w:t>
        <w:br/>
        <w:t>vn 0.8803 0.2067 0.4270</w:t>
        <w:br/>
        <w:t>vn 0.7433 -0.0066 -0.6690</w:t>
        <w:br/>
        <w:t>vn 0.0632 -0.4264 -0.9023</w:t>
        <w:br/>
        <w:t>vn -0.0340 -0.6904 -0.7227</w:t>
        <w:br/>
        <w:t>vn 0.0726 -0.2112 -0.9747</w:t>
        <w:br/>
        <w:t>vn 0.0000 -0.9985 0.0544</w:t>
        <w:br/>
        <w:t>vn -0.1544 -0.9865 0.0537</w:t>
        <w:br/>
        <w:t>vn 0.0494 -0.9635 0.2631</w:t>
        <w:br/>
        <w:t>vn -0.0000 -0.9830 0.1835</w:t>
        <w:br/>
        <w:t>vn -0.9879 -0.1343 0.0777</w:t>
        <w:br/>
        <w:t>vn -0.9962 -0.0302 0.0816</w:t>
        <w:br/>
        <w:t>vn 0.5108 -0.1227 0.8509</w:t>
        <w:br/>
        <w:t>vn -0.0802 0.0038 0.9968</w:t>
        <w:br/>
        <w:t>vn 0.1185 0.1285 0.9846</w:t>
        <w:br/>
        <w:t>vn 0.1424 0.1461 0.9790</w:t>
        <w:br/>
        <w:t>vn -0.2785 -0.0272 0.9601</w:t>
        <w:br/>
        <w:t>vn 0.3127 0.0668 0.9475</w:t>
        <w:br/>
        <w:t>vn 0.3077 0.1882 0.9327</w:t>
        <w:br/>
        <w:t>vn -0.4542 -0.6384 0.6214</w:t>
        <w:br/>
        <w:t>vn -0.9272 -0.3182 -0.1978</w:t>
        <w:br/>
        <w:t>vn -0.2456 -0.5607 -0.7908</w:t>
        <w:br/>
        <w:t>vn 0.2815 -0.2008 -0.9383</w:t>
        <w:br/>
        <w:t>vn 0.4489 -0.8888 0.0925</w:t>
        <w:br/>
        <w:t>vn 0.6870 -0.7257 -0.0378</w:t>
        <w:br/>
        <w:t>vn 0.4169 -0.9056 0.0775</w:t>
        <w:br/>
        <w:t>vn 0.4170 -0.9056 0.0775</w:t>
        <w:br/>
        <w:t>vn 0.4828 -0.8755 0.0184</w:t>
        <w:br/>
        <w:t>vn 0.8460 -0.5330 0.0129</w:t>
        <w:br/>
        <w:t>vn 0.8216 -0.5676 -0.0530</w:t>
        <w:br/>
        <w:t>vn 0.4694 -0.8780 0.0941</w:t>
        <w:br/>
        <w:t>vn 0.5404 -0.8381 -0.0747</w:t>
        <w:br/>
        <w:t>vn 0.8475 -0.5291 0.0424</w:t>
        <w:br/>
        <w:t>vn 0.5280 -0.8460 -0.0745</w:t>
        <w:br/>
        <w:t>vn 0.8975 0.2444 -0.3672</w:t>
        <w:br/>
        <w:t>vn 0.9206 0.0592 -0.3859</w:t>
        <w:br/>
        <w:t>vn 0.8975 0.1077 -0.4277</w:t>
        <w:br/>
        <w:t>vn 0.1057 0.4207 -0.9010</w:t>
        <w:br/>
        <w:t>vn 0.1167 0.2962 -0.9480</w:t>
        <w:br/>
        <w:t>vn 0.3303 0.3354 -0.8823</w:t>
        <w:br/>
        <w:t>vn 0.6313 0.2145 0.7453</w:t>
        <w:br/>
        <w:t>vn 0.8549 0.3584 0.3752</w:t>
        <w:br/>
        <w:t>vn 0.8915 0.2209 0.3954</w:t>
        <w:br/>
        <w:t>vn 0.9554 0.2943 0.0232</w:t>
        <w:br/>
        <w:t>vn 0.8764 0.3165 -0.3630</w:t>
        <w:br/>
        <w:t>vn 0.8445 0.4134 -0.3405</w:t>
        <w:br/>
        <w:t>vn 0.7522 0.2539 -0.6080</w:t>
        <w:br/>
        <w:t>vn 0.6901 0.3426 -0.6375</w:t>
        <w:br/>
        <w:t>vn 0.5233 0.3469 -0.7783</w:t>
        <w:br/>
        <w:t>vn -0.4087 -0.0422 -0.9117</w:t>
        <w:br/>
        <w:t>vn 0.0000 -0.0843 -0.9964</w:t>
        <w:br/>
        <w:t>vn 0.0000 0.1156 -0.9933</w:t>
        <w:br/>
        <w:t>vn -0.8832 -0.4631 0.0738</w:t>
        <w:br/>
        <w:t>vn -0.8870 -0.4566 0.0693</w:t>
        <w:br/>
        <w:t>vn 0.1324 0.1123 -0.9848</w:t>
        <w:br/>
        <w:t>vn -0.1697 0.0376 -0.9848</w:t>
        <w:br/>
        <w:t>vn -0.1938 -0.2343 -0.9527</w:t>
        <w:br/>
        <w:t>vn 0.1198 -0.1299 -0.9843</w:t>
        <w:br/>
        <w:t>vn 0.0000 -0.0574 0.9983</w:t>
        <w:br/>
        <w:t>vn 0.3430 0.0877 0.9352</w:t>
        <w:br/>
        <w:t>vn 0.0707 -0.0020 0.9975</w:t>
        <w:br/>
        <w:t>vn -0.9967 0.0089 0.0807</w:t>
        <w:br/>
        <w:t>vn -0.8870 -0.4566 0.0694</w:t>
        <w:br/>
        <w:t>vn -0.9279 -0.0229 0.3722</w:t>
        <w:br/>
        <w:t>vn 0.6509 0.1305 0.7478</w:t>
        <w:br/>
        <w:t>vn 0.6469 0.1312 0.7512</w:t>
        <w:br/>
        <w:t>vn -0.1256 0.4824 -0.8669</w:t>
        <w:br/>
        <w:t>vn 0.0000 -0.9283 -0.3718</w:t>
        <w:br/>
        <w:t>vn -0.1330 -0.7228 0.6781</w:t>
        <w:br/>
        <w:t>vn 0.1383 -0.3455 0.9282</w:t>
        <w:br/>
        <w:t>vn 0.7761 -0.1266 -0.6178</w:t>
        <w:br/>
        <w:t>vn -0.9164 0.3285 0.2288</w:t>
        <w:br/>
        <w:t>vn -0.9363 0.2233 0.2710</w:t>
        <w:br/>
        <w:t>vn -0.7206 0.6932 -0.0163</w:t>
        <w:br/>
        <w:t>vn -0.7214 0.5909 -0.3611</w:t>
        <w:br/>
        <w:t>vn -0.7337 0.6365 -0.2379</w:t>
        <w:br/>
        <w:t>vn -0.8731 0.2889 0.3927</w:t>
        <w:br/>
        <w:t>vn -0.9405 0.3397 -0.0019</w:t>
        <w:br/>
        <w:t>vn -0.9424 0.3344 0.0035</w:t>
        <w:br/>
        <w:t>vn -0.7758 -0.5746 0.2607</w:t>
        <w:br/>
        <w:t>vn -0.7224 -0.6373 0.2682</w:t>
        <w:br/>
        <w:t>vn -0.7883 -0.3366 0.5151</w:t>
        <w:br/>
        <w:t>vn -0.9200 0.2975 -0.2551</w:t>
        <w:br/>
        <w:t>vn -0.8591 -0.3038 0.4118</w:t>
        <w:br/>
        <w:t>vn -0.9189 -0.3944 0.0121</w:t>
        <w:br/>
        <w:t>vn -0.8019 -0.5973 0.0107</w:t>
        <w:br/>
        <w:t>vn -0.9266 0.3304 -0.1794</w:t>
        <w:br/>
        <w:t>vn -0.7772 0.6250 0.0726</w:t>
        <w:br/>
        <w:t>vn -0.7287 0.6608 0.1800</w:t>
        <w:br/>
        <w:t>vn -0.8975 0.1077 -0.4277</w:t>
        <w:br/>
        <w:t>vn -0.7483 -0.4875 -0.4498</w:t>
        <w:br/>
        <w:t>vn -0.7525 -0.4201 -0.5072</w:t>
        <w:br/>
        <w:t>vn -0.8382 -0.4166 -0.3518</w:t>
        <w:br/>
        <w:t>vn -0.7487 -0.6200 -0.2347</w:t>
        <w:br/>
        <w:t>vn -0.8920 -0.3384 -0.2998</w:t>
        <w:br/>
        <w:t>vn 0.8684 -0.1270 -0.4793</w:t>
        <w:br/>
        <w:t>vn 0.5812 -0.7546 -0.3047</w:t>
        <w:br/>
        <w:t>vn 0.7290 -0.6754 -0.1115</w:t>
        <w:br/>
        <w:t>vn 0.9865 -0.0578 -0.1531</w:t>
        <w:br/>
        <w:t>vn 0.3466 -0.2497 -0.9042</w:t>
        <w:br/>
        <w:t>vn -0.3842 -0.0963 -0.9182</w:t>
        <w:br/>
        <w:t>vn -0.9753 0.1190 -0.1859</w:t>
        <w:br/>
        <w:t>vn -0.9894 0.1446 -0.0136</w:t>
        <w:br/>
        <w:t>vn -0.9890 0.1475 0.0093</w:t>
        <w:br/>
        <w:t>vn -0.9172 0.1528 0.3680</w:t>
        <w:br/>
        <w:t>vn -0.8740 0.1574 0.4597</w:t>
        <w:br/>
        <w:t>vn -0.6087 0.1478 0.7795</w:t>
        <w:br/>
        <w:t>vn -0.4728 0.1642 0.8657</w:t>
        <w:br/>
        <w:t>vn -0.3677 0.1490 0.9179</w:t>
        <w:br/>
        <w:t>vn 0.3105 -0.1543 0.9380</w:t>
        <w:br/>
        <w:t>vn 0.6726 -0.5162 0.5303</w:t>
        <w:br/>
        <w:t>vn 0.7411 -0.1029 0.6634</w:t>
        <w:br/>
        <w:t>vn 0.5566 -0.0532 0.8291</w:t>
        <w:br/>
        <w:t>vn 0.9139 -0.0829 0.3974</w:t>
        <w:br/>
        <w:t>vn 0.7050 -0.2046 0.6791</w:t>
        <w:br/>
        <w:t>vn 0.3330 -0.8222 -0.4616</w:t>
        <w:br/>
        <w:t>vn 0.6637 -0.3643 -0.6532</w:t>
        <w:br/>
        <w:t>vn 0.3928 -0.8477 -0.3566</w:t>
        <w:br/>
        <w:t>vn 0.0549 -0.5867 0.8079</w:t>
        <w:br/>
        <w:t>vn -0.0000 -0.8931 0.4498</w:t>
        <w:br/>
        <w:t>vn -0.0260 -0.1209 0.9923</w:t>
        <w:br/>
        <w:t>vn 0.1218 -0.1919 0.9738</w:t>
        <w:br/>
        <w:t>vn 0.5233 -0.3230 -0.7885</w:t>
        <w:br/>
        <w:t>vn 0.5145 -0.6207 -0.5917</w:t>
        <w:br/>
        <w:t>vn 0.4561 -0.6105 -0.6475</w:t>
        <w:br/>
        <w:t>vn 0.4473 -0.3011 -0.8422</w:t>
        <w:br/>
        <w:t>vn 0.1480 0.3945 -0.9069</w:t>
        <w:br/>
        <w:t>vn 0.3617 0.1443 -0.9210</w:t>
        <w:br/>
        <w:t>vn 0.1618 0.2346 -0.9585</w:t>
        <w:br/>
        <w:t>vn -0.3241 -0.2569 -0.9105</w:t>
        <w:br/>
        <w:t>vn -0.2429 -0.4670 -0.8502</w:t>
        <w:br/>
        <w:t>vn -0.4700 -0.2492 -0.8467</w:t>
        <w:br/>
        <w:t>vn -0.5332 -0.1042 -0.8395</w:t>
        <w:br/>
        <w:t>vn 0.4629 -0.0956 0.8813</w:t>
        <w:br/>
        <w:t>vn 0.4223 -0.0678 0.9039</w:t>
        <w:br/>
        <w:t>vn -0.3583 0.1787 -0.9164</w:t>
        <w:br/>
        <w:t>vn -0.3556 -0.0311 -0.9341</w:t>
        <w:br/>
        <w:t>vn -0.5581 0.0532 -0.8281</w:t>
        <w:br/>
        <w:t>vn -0.5445 0.2319 -0.8061</w:t>
        <w:br/>
        <w:t>vn -0.8976 0.1401 -0.4181</w:t>
        <w:br/>
        <w:t>vn -0.7705 0.1412 -0.6216</w:t>
        <w:br/>
        <w:t>vn -0.7442 0.0183 -0.6677</w:t>
        <w:br/>
        <w:t>vn 0.0273 0.0269 0.9993</w:t>
        <w:br/>
        <w:t>vn 0.3723 -0.1488 0.9161</w:t>
        <w:br/>
        <w:t>vn 0.0366 0.0263 0.9990</w:t>
        <w:br/>
        <w:t>vn -0.6394 0.1394 0.7562</w:t>
        <w:br/>
        <w:t>vn -0.2515 0.1179 0.9606</w:t>
        <w:br/>
        <w:t>vn -0.3126 0.0961 0.9450</w:t>
        <w:br/>
        <w:t>vn -0.6674 -0.0237 -0.7443</w:t>
        <w:br/>
        <w:t>vn -0.8872 0.0717 -0.4557</w:t>
        <w:br/>
        <w:t>vn -0.7314 -0.0317 -0.6812</w:t>
        <w:br/>
        <w:t>vn 0.8240 -0.2587 0.5040</w:t>
        <w:br/>
        <w:t>vn 0.8906 -0.2100 0.4035</w:t>
        <w:br/>
        <w:t>vn -0.9708 0.1677 0.1716</w:t>
        <w:br/>
        <w:t>vn -0.8766 0.1802 0.4461</w:t>
        <w:br/>
        <w:t>vn -0.9797 0.1956 0.0446</w:t>
        <w:br/>
        <w:t>vn -0.8803 0.2067 0.4270</w:t>
        <w:br/>
        <w:t>vn -0.9657 0.2562 0.0416</w:t>
        <w:br/>
        <w:t>vn -0.7433 -0.0066 -0.6690</w:t>
        <w:br/>
        <w:t>vn -0.0632 -0.4264 -0.9023</w:t>
        <w:br/>
        <w:t>vn 0.0340 -0.6904 -0.7227</w:t>
        <w:br/>
        <w:t>vn -0.0726 -0.2112 -0.9747</w:t>
        <w:br/>
        <w:t>vn -0.0494 -0.9635 0.2631</w:t>
        <w:br/>
        <w:t>vn 0.1545 -0.9865 0.0537</w:t>
        <w:br/>
        <w:t>vn 0.0001 -0.9985 0.0544</w:t>
        <w:br/>
        <w:t>vn 0.9879 -0.1343 0.0777</w:t>
        <w:br/>
        <w:t>vn 0.9962 -0.0302 0.0816</w:t>
        <w:br/>
        <w:t>vn -0.5108 -0.1227 0.8509</w:t>
        <w:br/>
        <w:t>vn -0.1186 0.1285 0.9846</w:t>
        <w:br/>
        <w:t>vn 0.0802 0.0038 0.9968</w:t>
        <w:br/>
        <w:t>vn -0.1424 0.1461 0.9790</w:t>
        <w:br/>
        <w:t>vn 0.2785 -0.0271 0.9601</w:t>
        <w:br/>
        <w:t>vn -0.3127 0.0668 0.9475</w:t>
        <w:br/>
        <w:t>vn -0.3077 0.1882 0.9327</w:t>
        <w:br/>
        <w:t>vn 0.4542 -0.6384 0.6215</w:t>
        <w:br/>
        <w:t>vn 0.1460 -0.2739 0.9506</w:t>
        <w:br/>
        <w:t>vn 0.9272 -0.3182 -0.1978</w:t>
        <w:br/>
        <w:t>vn 0.2456 -0.5607 -0.7908</w:t>
        <w:br/>
        <w:t>vn -0.2815 -0.2008 -0.9383</w:t>
        <w:br/>
        <w:t>vn -0.4489 -0.8888 0.0925</w:t>
        <w:br/>
        <w:t>vn -0.4169 -0.9056 0.0775</w:t>
        <w:br/>
        <w:t>vn -0.6870 -0.7257 -0.0377</w:t>
        <w:br/>
        <w:t>vn -0.4828 -0.8755 0.0184</w:t>
        <w:br/>
        <w:t>vn -0.4694 -0.8780 0.0942</w:t>
        <w:br/>
        <w:t>vn -0.8216 -0.5676 -0.0530</w:t>
        <w:br/>
        <w:t>vn -0.8460 -0.5330 0.0129</w:t>
        <w:br/>
        <w:t>vn -0.5404 -0.8381 -0.0747</w:t>
        <w:br/>
        <w:t>vn -0.5279 -0.8460 -0.0745</w:t>
        <w:br/>
        <w:t>vn -0.8475 -0.5291 0.0424</w:t>
        <w:br/>
        <w:t>vn -0.7224 -0.6374 0.2682</w:t>
        <w:br/>
        <w:t>vn -0.8975 0.2444 -0.3671</w:t>
        <w:br/>
        <w:t>vn -0.9206 0.0592 -0.3859</w:t>
        <w:br/>
        <w:t>vn -0.1167 0.2962 -0.9480</w:t>
        <w:br/>
        <w:t>vn -0.1057 0.4207 -0.9010</w:t>
        <w:br/>
        <w:t>vn -0.3303 0.3354 -0.8823</w:t>
        <w:br/>
        <w:t>vn -0.6313 0.2145 0.7453</w:t>
        <w:br/>
        <w:t>vn -0.8549 0.3584 0.3752</w:t>
        <w:br/>
        <w:t>vn -0.9554 0.2943 0.0232</w:t>
        <w:br/>
        <w:t>vn -0.8915 0.2210 0.3954</w:t>
        <w:br/>
        <w:t>vn -0.8764 0.3165 -0.3629</w:t>
        <w:br/>
        <w:t>vn -0.7522 0.2539 -0.6080</w:t>
        <w:br/>
        <w:t>vn -0.6901 0.3426 -0.6375</w:t>
        <w:br/>
        <w:t>vn -0.5233 0.3469 -0.7783</w:t>
        <w:br/>
        <w:t>vn 0.4087 -0.0422 -0.9117</w:t>
        <w:br/>
        <w:t>vn 0.1544 -0.9865 0.0537</w:t>
        <w:br/>
        <w:t>vn 0.8833 -0.4630 0.0739</w:t>
        <w:br/>
        <w:t>vn 0.8870 -0.4566 0.0694</w:t>
        <w:br/>
        <w:t>vn -0.1324 0.1123 -0.9848</w:t>
        <w:br/>
        <w:t>vn 0.1697 0.0376 -0.9848</w:t>
        <w:br/>
        <w:t>vn 0.1938 -0.2343 -0.9527</w:t>
        <w:br/>
        <w:t>vn -0.1198 -0.1299 -0.9843</w:t>
        <w:br/>
        <w:t>vn -0.3430 0.0877 0.9352</w:t>
        <w:br/>
        <w:t>vn -0.0707 -0.0021 0.9975</w:t>
        <w:br/>
        <w:t>vn 0.9967 0.0089 0.0807</w:t>
        <w:br/>
        <w:t>vn 0.9279 -0.0229 0.3722</w:t>
        <w:br/>
        <w:t>vn -0.6509 0.1305 0.7478</w:t>
        <w:br/>
        <w:t>vn -0.6469 0.1312 0.7512</w:t>
        <w:br/>
        <w:t>vn 0.1256 0.4824 -0.8669</w:t>
        <w:br/>
        <w:t>vn 0.1330 -0.7228 0.6781</w:t>
        <w:br/>
        <w:t>vn -0.1384 -0.3455 0.9282</w:t>
        <w:br/>
        <w:t>vn -0.5108 -0.1226 0.8509</w:t>
        <w:br/>
        <w:t>vn -0.8975 0.1077 -0.4276</w:t>
        <w:br/>
        <w:t>vn -0.7761 -0.1266 -0.6178</w:t>
        <w:br/>
        <w:t>vn -0.3742 -0.8769 0.3017</w:t>
        <w:br/>
        <w:t>vn 0.3741 -0.8769 0.3017</w:t>
        <w:br/>
        <w:t>vn 0.3742 -0.8769 0.3017</w:t>
        <w:br/>
        <w:t>vn 0.8833 -0.4630 0.0738</w:t>
        <w:br/>
        <w:t>vn 0.8870 -0.4565 0.0693</w:t>
        <w:br/>
        <w:t>vn -0.5022 -0.5332 -0.6808</w:t>
        <w:br/>
        <w:t>vn 0.5022 -0.5332 -0.6808</w:t>
        <w:br/>
        <w:t>vn -0.0479 0.7099 -0.7027</w:t>
        <w:br/>
        <w:t>vn 0.0392 0.5751 -0.8171</w:t>
        <w:br/>
        <w:t>vn -0.0720 0.3372 -0.9387</w:t>
        <w:br/>
        <w:t>vn 0.2431 -0.4692 -0.8490</w:t>
        <w:br/>
        <w:t>vn 0.7533 0.1461 -0.6413</w:t>
        <w:br/>
        <w:t>vn 0.8064 -0.2594 -0.5314</w:t>
        <w:br/>
        <w:t>vn 0.7091 -0.7034 -0.0485</w:t>
        <w:br/>
        <w:t>vn 0.8815 -0.4581 -0.1149</w:t>
        <w:br/>
        <w:t>vn 0.5721 -0.6947 0.4359</w:t>
        <w:br/>
        <w:t>vn 0.8463 -0.3584 0.3940</w:t>
        <w:br/>
        <w:t>vn 0.5020 -0.5360 0.6787</w:t>
        <w:br/>
        <w:t>vn 0.7639 -0.2507 0.5947</w:t>
        <w:br/>
        <w:t>vn -0.2618 -0.1582 -0.9521</w:t>
        <w:br/>
        <w:t>vn -0.0506 -0.6957 -0.7165</w:t>
        <w:br/>
        <w:t>vn -0.2187 -0.2014 -0.9548</w:t>
        <w:br/>
        <w:t>vn -0.1353 -0.6355 -0.7602</w:t>
        <w:br/>
        <w:t>vn -0.0311 -0.7677 -0.6401</w:t>
        <w:br/>
        <w:t>vn -0.1482 0.4874 -0.8605</w:t>
        <w:br/>
        <w:t>vn -0.2931 -0.0433 -0.9551</w:t>
        <w:br/>
        <w:t>vn -0.2465 0.1821 -0.9519</w:t>
        <w:br/>
        <w:t>vn 0.1803 -0.9016 0.3932</w:t>
        <w:br/>
        <w:t>vn -0.2244 -0.4737 -0.8516</w:t>
        <w:br/>
        <w:t>vn -0.2119 -0.7018 -0.6801</w:t>
        <w:br/>
        <w:t>vn -0.2337 -0.7020 -0.6728</w:t>
        <w:br/>
        <w:t>vn -0.0799 -0.9949 0.0611</w:t>
        <w:br/>
        <w:t>vn -0.2282 -0.9057 -0.3572</w:t>
        <w:br/>
        <w:t>vn 0.2814 -0.6983 -0.6582</w:t>
        <w:br/>
        <w:t>vn 0.2006 -0.9608 -0.1914</w:t>
        <w:br/>
        <w:t>vn 0.2208 -0.1842 -0.9578</w:t>
        <w:br/>
        <w:t>vn 0.1442 -0.3460 -0.9271</w:t>
        <w:br/>
        <w:t>vn -0.0720 0.3371 -0.9387</w:t>
        <w:br/>
        <w:t>vn 0.2518 0.8935 -0.3719</w:t>
        <w:br/>
        <w:t>vn -0.0721 0.3372 -0.9387</w:t>
        <w:br/>
        <w:t>vn 0.2427 0.9668 0.0798</w:t>
        <w:br/>
        <w:t>vn 0.5466 -0.1431 -0.8251</w:t>
        <w:br/>
        <w:t>vn 0.5975 -0.2512 -0.7615</w:t>
        <w:br/>
        <w:t>vn 0.6819 -0.5551 -0.4763</w:t>
        <w:br/>
        <w:t>vn 0.4959 0.8486 0.1842</w:t>
        <w:br/>
        <w:t>vn 0.5139 0.8214 -0.2474</w:t>
        <w:br/>
        <w:t>vn 0.1842 0.8410 0.5087</w:t>
        <w:br/>
        <w:t>vn 0.3852 0.7166 0.5814</w:t>
        <w:br/>
        <w:t>vn 0.3960 0.4071 -0.8231</w:t>
        <w:br/>
        <w:t>vn 0.8024 -0.0386 -0.5955</w:t>
        <w:br/>
        <w:t>vn 0.6358 0.3637 -0.6808</w:t>
        <w:br/>
        <w:t>vn -0.0281 0.9139 0.4049</w:t>
        <w:br/>
        <w:t>vn 0.5561 -0.6592 -0.5062</w:t>
        <w:br/>
        <w:t>vn 0.5562 -0.6591 -0.5062</w:t>
        <w:br/>
        <w:t>vn 0.8024 -0.0386 -0.5956</w:t>
        <w:br/>
        <w:t>vn 0.8112 -0.4332 -0.3929</w:t>
        <w:br/>
        <w:t>vn 0.1447 -0.8766 -0.4589</w:t>
        <w:br/>
        <w:t>vn -0.1863 0.8448 -0.5015</w:t>
        <w:br/>
        <w:t>vn -0.3687 0.6141 -0.6978</w:t>
        <w:br/>
        <w:t>vn -0.0068 0.9486 -0.3164</w:t>
        <w:br/>
        <w:t>vn 0.1533 0.8549 -0.4956</w:t>
        <w:br/>
        <w:t>vn 0.9538 0.2966 -0.0485</w:t>
        <w:br/>
        <w:t>vn 0.9897 0.1371 -0.0406</w:t>
        <w:br/>
        <w:t>vn 0.9257 0.1444 0.3495</w:t>
        <w:br/>
        <w:t>vn 0.0333 0.6003 0.7991</w:t>
        <w:br/>
        <w:t>vn 0.0259 0.3514 0.9359</w:t>
        <w:br/>
        <w:t>vn 0.4720 0.5698 0.6727</w:t>
        <w:br/>
        <w:t>vn 0.1098 0.7100 -0.6955</w:t>
        <w:br/>
        <w:t>vn 0.0920 0.5445 -0.8337</w:t>
        <w:br/>
        <w:t>vn -0.2798 0.1716 -0.9446</w:t>
        <w:br/>
        <w:t>vn -0.4161 0.1667 -0.8939</w:t>
        <w:br/>
        <w:t>vn -0.0373 -0.4967 -0.8671</w:t>
        <w:br/>
        <w:t>vn -0.2932 -0.0433 -0.9551</w:t>
        <w:br/>
        <w:t>vn 0.3112 0.3250 -0.8930</w:t>
        <w:br/>
        <w:t>vn 0.2858 -0.1158 -0.9513</w:t>
        <w:br/>
        <w:t>vn 0.8115 0.0460 -0.5825</w:t>
        <w:br/>
        <w:t>vn 0.7003 0.3646 -0.6137</w:t>
        <w:br/>
        <w:t>vn 0.9156 -0.3435 -0.2091</w:t>
        <w:br/>
        <w:t>vn 0.5337 0.5786 -0.6168</w:t>
        <w:br/>
        <w:t>vn 0.2042 -0.9223 0.3282</w:t>
        <w:br/>
        <w:t>vn 0.1089 -0.8341 -0.5408</w:t>
        <w:br/>
        <w:t>vn 0.4988 -0.8168 0.2899</w:t>
        <w:br/>
        <w:t>vn 0.4721 0.5699 0.6726</w:t>
        <w:br/>
        <w:t>vn 0.7893 0.1981 0.5811</w:t>
        <w:br/>
        <w:t>vn 0.3984 0.7190 -0.5694</w:t>
        <w:br/>
        <w:t>vn 0.1073 -0.0808 -0.9909</w:t>
        <w:br/>
        <w:t>vn 0.0663 -0.2041 -0.9767</w:t>
        <w:br/>
        <w:t>vn -0.1382 0.0456 -0.9894</w:t>
        <w:br/>
        <w:t>vn 0.1993 -0.8250 0.5289</w:t>
        <w:br/>
        <w:t>vn -0.1382 0.0455 -0.9894</w:t>
        <w:br/>
        <w:t>vn -0.3923 0.3887 -0.8337</w:t>
        <w:br/>
        <w:t>vn -0.2228 0.1847 -0.9572</w:t>
        <w:br/>
        <w:t>vn -0.3343 0.4198 -0.8438</w:t>
        <w:br/>
        <w:t>vn 0.6476 0.6586 -0.3832</w:t>
        <w:br/>
        <w:t>vn 0.7577 0.3538 -0.5484</w:t>
        <w:br/>
        <w:t>vn 0.6477 0.6586 -0.3832</w:t>
        <w:br/>
        <w:t>vn 0.4670 0.8542 -0.2284</w:t>
        <w:br/>
        <w:t>vn 0.4670 0.8542 -0.2285</w:t>
        <w:br/>
        <w:t>vn -0.3951 0.7433 -0.5398</w:t>
        <w:br/>
        <w:t>vn -0.0899 0.9351 -0.3428</w:t>
        <w:br/>
        <w:t>vn 0.9575 0.1505 -0.2460</w:t>
        <w:br/>
        <w:t>vn 0.9575 0.1504 -0.2460</w:t>
        <w:br/>
        <w:t>vn 0.1206 -0.8109 -0.5726</w:t>
        <w:br/>
        <w:t>vn 0.9543 0.2859 0.0874</w:t>
        <w:br/>
        <w:t>vn -0.4486 0.3560 -0.8198</w:t>
        <w:br/>
        <w:t>vn -0.3688 0.6141 -0.6978</w:t>
        <w:br/>
        <w:t>vn 0.0241 -0.3239 -0.9458</w:t>
        <w:br/>
        <w:t>vn -0.1020 -0.2432 0.9646</w:t>
        <w:br/>
        <w:t>vn -0.0356 -0.1206 0.9921</w:t>
        <w:br/>
        <w:t>vn -0.2775 -0.6333 0.7224</w:t>
        <w:br/>
        <w:t>vn 0.3832 -0.3074 0.8710</w:t>
        <w:br/>
        <w:t>vn 0.3350 0.9044 0.2642</w:t>
        <w:br/>
        <w:t>vn -0.0302 0.9452 0.3250</w:t>
        <w:br/>
        <w:t>vn 0.3349 0.9045 0.2642</w:t>
        <w:br/>
        <w:t>vn 0.7225 0.4315 0.5401</w:t>
        <w:br/>
        <w:t>vn 0.6538 0.7381 0.1667</w:t>
        <w:br/>
        <w:t>vn 0.2717 0.0676 0.9600</w:t>
        <w:br/>
        <w:t>vn -0.1020 -0.2431 0.9646</w:t>
        <w:br/>
        <w:t>vn 0.1547 -0.9068 0.3922</w:t>
        <w:br/>
        <w:t>vn -0.2869 -0.9097 0.3002</w:t>
        <w:br/>
        <w:t>vn -0.2456 -0.9691 -0.0242</w:t>
        <w:br/>
        <w:t>vn 0.6871 -0.6567 0.3109</w:t>
        <w:br/>
        <w:t>vn 0.6763 -0.3173 0.6648</w:t>
        <w:br/>
        <w:t>vn 0.2519 -0.7629 0.5954</w:t>
        <w:br/>
        <w:t>vn 0.6762 -0.3174 0.6648</w:t>
        <w:br/>
        <w:t>vn 0.7226 0.4315 0.5400</w:t>
        <w:br/>
        <w:t>vn 0.8167 -0.5079 0.2740</w:t>
        <w:br/>
        <w:t>vn 0.6897 -0.2934 0.6620</w:t>
        <w:br/>
        <w:t>vn 0.0580 -0.9362 -0.3468</w:t>
        <w:br/>
        <w:t>vn 0.0466 -0.8482 -0.5276</w:t>
        <w:br/>
        <w:t>vn -0.0035 -0.8856 -0.4644</w:t>
        <w:br/>
        <w:t>vn 0.0466 -0.8483 -0.5275</w:t>
        <w:br/>
        <w:t>vn 0.4514 -0.0472 -0.8911</w:t>
        <w:br/>
        <w:t>vn 0.4737 -0.2516 -0.8440</w:t>
        <w:br/>
        <w:t>vn 0.4784 -0.8521 -0.2123</w:t>
        <w:br/>
        <w:t>vn 0.4785 -0.8521 -0.2123</w:t>
        <w:br/>
        <w:t>vn 0.8167 -0.5079 0.2741</w:t>
        <w:br/>
        <w:t>vn 0.8365 -0.2776 -0.4725</w:t>
        <w:br/>
        <w:t>vn 0.7602 -0.0433 -0.6482</w:t>
        <w:br/>
        <w:t>vn 0.6118 -0.5814 -0.5363</w:t>
        <w:br/>
        <w:t>vn 0.8090 -0.4856 -0.3312</w:t>
        <w:br/>
        <w:t>vn 0.1753 -0.8998 0.3994</w:t>
        <w:br/>
        <w:t>vn 0.7044 -0.6755 0.2178</w:t>
        <w:br/>
        <w:t>vn -0.1180 -0.9780 0.1718</w:t>
        <w:br/>
        <w:t>vn -0.3186 -0.6184 0.7184</w:t>
        <w:br/>
        <w:t>vn -0.3624 -0.5915 0.7203</w:t>
        <w:br/>
        <w:t>vn -0.3045 -0.7940 0.5262</w:t>
        <w:br/>
        <w:t>vn -0.3498 -0.1904 0.9172</w:t>
        <w:br/>
        <w:t>vn -0.3833 -0.3617 0.8499</w:t>
        <w:br/>
        <w:t>vn -0.0970 -0.3206 0.9422</w:t>
        <w:br/>
        <w:t>vn 0.2045 -0.6599 0.7230</w:t>
        <w:br/>
        <w:t>vn -0.0970 0.8873 0.4509</w:t>
        <w:br/>
        <w:t>vn 0.3024 0.8524 0.4266</w:t>
        <w:br/>
        <w:t>vn 0.3399 0.9371 -0.0790</w:t>
        <w:br/>
        <w:t>vn 0.2038 0.1772 0.9628</w:t>
        <w:br/>
        <w:t>vn 0.6260 0.1675 0.7616</w:t>
        <w:br/>
        <w:t>vn 0.7025 0.4619 0.5415</w:t>
        <w:br/>
        <w:t>vn 0.6215 -0.1255 0.7733</w:t>
        <w:br/>
        <w:t>vn 0.6868 0.7028 -0.1855</w:t>
        <w:br/>
        <w:t>vn 0.2921 0.7875 -0.5427</w:t>
        <w:br/>
        <w:t>vn 0.6186 -0.5247 0.5848</w:t>
        <w:br/>
        <w:t>vn -0.2775 -0.6334 0.7224</w:t>
        <w:br/>
        <w:t>vn -0.2673 -0.9636 0.0096</w:t>
        <w:br/>
        <w:t>vn 0.1548 -0.8738 -0.4609</w:t>
        <w:br/>
        <w:t>vn -0.1059 -0.7636 -0.6370</w:t>
        <w:br/>
        <w:t>vn 0.2306 -0.6902 -0.6859</w:t>
        <w:br/>
        <w:t>vn 0.5285 -0.6043 -0.5962</w:t>
        <w:br/>
        <w:t>vn 0.6108 -0.6967 -0.3761</w:t>
        <w:br/>
        <w:t>vn 0.6918 -0.7220 0.0128</w:t>
        <w:br/>
        <w:t>vn 0.2845 -0.9586 -0.0130</w:t>
        <w:br/>
        <w:t>vn -0.3796 -0.1655 0.9102</w:t>
        <w:br/>
        <w:t>vn -0.3371 0.2757 0.9002</w:t>
        <w:br/>
        <w:t>vn -0.4166 -0.1279 0.9000</w:t>
        <w:br/>
        <w:t>vn -0.3696 -0.1302 0.9200</w:t>
        <w:br/>
        <w:t>vn 0.4868 0.5995 0.6353</w:t>
        <w:br/>
        <w:t>vn 0.6612 0.1211 0.7404</w:t>
        <w:br/>
        <w:t>vn 0.7387 0.5008 0.4511</w:t>
        <w:br/>
        <w:t>vn 0.6569 -0.3024 0.6907</w:t>
        <w:br/>
        <w:t>vn 0.1093 -0.4712 0.8752</w:t>
        <w:br/>
        <w:t>vn -0.1675 -0.7061 0.6880</w:t>
        <w:br/>
        <w:t>vn -0.3833 -0.3617 0.8498</w:t>
        <w:br/>
        <w:t>vn 0.1092 -0.4712 0.8752</w:t>
        <w:br/>
        <w:t>vn 0.6829 -0.7301 0.0238</w:t>
        <w:br/>
        <w:t>vn 0.1695 -0.8842 -0.4352</w:t>
        <w:br/>
        <w:t>vn 0.5631 -0.6641 -0.4919</w:t>
        <w:br/>
        <w:t>vn 0.8667 -0.4741 0.1551</w:t>
        <w:br/>
        <w:t>vn 0.8375 -0.3125 -0.4483</w:t>
        <w:br/>
        <w:t>vn 0.5335 -0.5296 -0.6595</w:t>
        <w:br/>
        <w:t>vn 0.7927 -0.2097 -0.5724</w:t>
        <w:br/>
        <w:t>vn 0.5865 0.4932 0.6425</w:t>
        <w:br/>
        <w:t>vn 0.7619 0.0560 0.6453</w:t>
        <w:br/>
        <w:t>vn 0.2821 0.5645 0.7758</w:t>
        <w:br/>
        <w:t>vn 0.5304 0.2733 0.8025</w:t>
        <w:br/>
        <w:t>vn 0.5662 0.5841 -0.5816</w:t>
        <w:br/>
        <w:t>vn 0.7682 -0.3937 0.5048</w:t>
        <w:br/>
        <w:t>vn 0.4925 -0.6993 0.5181</w:t>
        <w:br/>
        <w:t>vn 0.0717 -0.9539 0.2914</w:t>
        <w:br/>
        <w:t>vn 0.4926 -0.6993 0.5180</w:t>
        <w:br/>
        <w:t>vn 0.1334 -0.8863 0.4435</w:t>
        <w:br/>
        <w:t>vn 0.0076 -0.9915 0.1302</w:t>
        <w:br/>
        <w:t>vn -0.1268 0.7476 0.6519</w:t>
        <w:br/>
        <w:t>vn -0.0969 0.8873 0.4509</w:t>
        <w:br/>
        <w:t>vn -0.0915 0.6645 0.7417</w:t>
        <w:br/>
        <w:t>vn 0.6678 0.4969 -0.5542</w:t>
        <w:br/>
        <w:t>vn 0.2506 0.5831 -0.7728</w:t>
        <w:br/>
        <w:t>vn 0.6091 0.6246 -0.4887</w:t>
        <w:br/>
        <w:t>vn 0.2636 0.7805 0.5669</w:t>
        <w:br/>
        <w:t>vn 0.3158 0.6300 0.7094</w:t>
        <w:br/>
        <w:t>vn 0.5618 0.6383 0.5263</w:t>
        <w:br/>
        <w:t>vn 0.6554 0.5139 0.5535</w:t>
        <w:br/>
        <w:t>vn 0.3554 0.4396 0.8249</w:t>
        <w:br/>
        <w:t>vn 0.8544 0.4762 0.2078</w:t>
        <w:br/>
        <w:t>vn -0.0840 0.6487 0.7564</w:t>
        <w:br/>
        <w:t>vn 0.5281 0.7308 -0.4325</w:t>
        <w:br/>
        <w:t>vn 0.5282 0.7307 -0.4325</w:t>
        <w:br/>
        <w:t>vn -0.0029 0.8811 -0.4730</w:t>
        <w:br/>
        <w:t>vn 0.3250 -0.5398 -0.7765</w:t>
        <w:br/>
        <w:t>vn 0.2311 -0.7564 -0.6120</w:t>
        <w:br/>
        <w:t>vn 0.3250 -0.5399 -0.7765</w:t>
        <w:br/>
        <w:t>vn 0.1181 -0.9103 -0.3968</w:t>
        <w:br/>
        <w:t>vn 0.1456 -0.6802 0.7185</w:t>
        <w:br/>
        <w:t>vn -0.1038 0.9337 -0.3428</w:t>
        <w:br/>
        <w:t>vn 0.9757 0.1892 -0.1107</w:t>
        <w:br/>
        <w:t>vn 0.9855 0.1306 0.1083</w:t>
        <w:br/>
        <w:t>vn 0.9243 0.3512 -0.1492</w:t>
        <w:br/>
        <w:t>vn 0.9855 0.1305 0.1083</w:t>
        <w:br/>
        <w:t>vn 0.9528 -0.1825 0.2424</w:t>
        <w:br/>
        <w:t>vn 0.9447 0.0652 0.3215</w:t>
        <w:br/>
        <w:t>vn 0.8544 0.4763 0.2079</w:t>
        <w:br/>
        <w:t>vn 0.0192 0.6540 -0.7562</w:t>
        <w:br/>
        <w:t>vn 0.0058 0.1302 -0.9915</w:t>
        <w:br/>
        <w:t>vn 0.0893 -0.0659 -0.9938</w:t>
        <w:br/>
        <w:t>vn 0.5191 -0.2872 -0.8050</w:t>
        <w:br/>
        <w:t>vn 0.5192 -0.2872 -0.8050</w:t>
        <w:br/>
        <w:t>vn 0.7943 -0.2738 -0.5424</w:t>
        <w:br/>
        <w:t>vn 0.8577 -0.4788 -0.1872</w:t>
        <w:br/>
        <w:t>vn 0.4724 0.3701 0.7999</w:t>
        <w:br/>
        <w:t>vn 0.6852 0.2865 0.6697</w:t>
        <w:br/>
        <w:t>vn 0.3176 0.5136 0.7971</w:t>
        <w:br/>
        <w:t>vn 0.6300 0.4994 0.5947</w:t>
        <w:br/>
        <w:t>vn -0.0132 0.0373 0.9992</w:t>
        <w:br/>
        <w:t>vn 0.5452 -0.4229 0.7238</w:t>
        <w:br/>
        <w:t>vn 0.0148 -0.3890 0.9211</w:t>
        <w:br/>
        <w:t>vn -0.0133 0.0373 0.9992</w:t>
        <w:br/>
        <w:t>vn 0.4923 -0.8125 0.3124</w:t>
        <w:br/>
        <w:t>vn 0.0753 -0.8513 0.5193</w:t>
        <w:br/>
        <w:t>vn 0.4924 -0.8124 0.3124</w:t>
        <w:br/>
        <w:t>vn 0.0044 -0.7666 0.6421</w:t>
        <w:br/>
        <w:t>vn 0.5452 -0.4228 0.7238</w:t>
        <w:br/>
        <w:t>vn 0.7700 -0.3828 0.5105</w:t>
        <w:br/>
        <w:t>vn 0.6758 -0.7369 -0.0189</w:t>
        <w:br/>
        <w:t>vn 0.8577 -0.4789 -0.1872</w:t>
        <w:br/>
        <w:t>vn 0.7735 -0.6014 0.2001</w:t>
        <w:br/>
        <w:t>vn 0.2782 0.8520 -0.4435</w:t>
        <w:br/>
        <w:t>vn 0.2261 0.9639 -0.1404</w:t>
        <w:br/>
        <w:t>vn 0.5126 0.7967 -0.3201</w:t>
        <w:br/>
        <w:t>vn 0.4486 0.8934 -0.0249</w:t>
        <w:br/>
        <w:t>vn 0.3007 0.6491 -0.6987</w:t>
        <w:br/>
        <w:t>vn 0.5250 0.6200 -0.5831</w:t>
        <w:br/>
        <w:t>vn 0.0192 0.6540 -0.7563</w:t>
        <w:br/>
        <w:t>vn -0.5348 0.4465 -0.7173</w:t>
        <w:br/>
        <w:t>vn -0.7148 0.2468 0.6543</w:t>
        <w:br/>
        <w:t>vn -0.1168 0.9927 0.0310</w:t>
        <w:br/>
        <w:t>vn 0.0820 0.9933 -0.0814</w:t>
        <w:br/>
        <w:t>vn -0.3571 -0.2331 0.9045</w:t>
        <w:br/>
        <w:t>vn -0.3803 0.0868 0.9208</w:t>
        <w:br/>
        <w:t>vn 0.3915 0.8281 -0.4013</w:t>
        <w:br/>
        <w:t>vn 0.1472 0.9870 0.0649</w:t>
        <w:br/>
        <w:t>vn 0.6515 0.7422 -0.1569</w:t>
        <w:br/>
        <w:t>vn 0.5047 0.8631 -0.0177</w:t>
        <w:br/>
        <w:t>vn 0.7716 0.5160 0.3721</w:t>
        <w:br/>
        <w:t>vn 0.1337 0.9080 0.3970</w:t>
        <w:br/>
        <w:t>vn 0.7494 0.1803 -0.6371</w:t>
        <w:br/>
        <w:t>vn 0.8720 0.3228 -0.3680</w:t>
        <w:br/>
        <w:t>vn 0.7634 0.2686 -0.5874</w:t>
        <w:br/>
        <w:t>vn 0.8720 0.3228 -0.3679</w:t>
        <w:br/>
        <w:t>vn 0.9336 0.2428 0.2635</w:t>
        <w:br/>
        <w:t>vn 0.8356 0.0209 0.5490</w:t>
        <w:br/>
        <w:t>vn 0.5300 -0.2840 0.7990</w:t>
        <w:br/>
        <w:t>vn 0.9039 -0.4249 -0.0495</w:t>
        <w:br/>
        <w:t>vn 0.7959 -0.4202 -0.4359</w:t>
        <w:br/>
        <w:t>vn 0.9039 -0.4249 -0.0494</w:t>
        <w:br/>
        <w:t>vn -0.1770 -0.3283 0.9278</w:t>
        <w:br/>
        <w:t>vn -0.0171 -0.6580 0.7528</w:t>
        <w:br/>
        <w:t>vn 0.5300 -0.2840 0.7991</w:t>
        <w:br/>
        <w:t>vn 0.0925 -0.5182 0.8502</w:t>
        <w:br/>
        <w:t>vn -0.0803 -0.9451 0.3169</w:t>
        <w:br/>
        <w:t>vn -0.0132 -0.9819 -0.1888</w:t>
        <w:br/>
        <w:t>vn 0.0395 0.9425 0.3319</w:t>
        <w:br/>
        <w:t>vn 0.7635 0.2686 -0.5873</w:t>
        <w:br/>
        <w:t>vn 0.8445 0.5098 -0.1641</w:t>
        <w:br/>
        <w:t>vn -0.2256 -0.2608 0.9387</w:t>
        <w:br/>
        <w:t>vn 0.8318 -0.0081 0.5550</w:t>
        <w:br/>
        <w:t>vn 0.8319 -0.0081 0.5549</w:t>
        <w:br/>
        <w:t>vn 0.7231 0.6625 0.1955</w:t>
        <w:br/>
        <w:t>vn 0.2387 0.5686 0.7872</w:t>
        <w:br/>
        <w:t>vn 0.7231 0.6625 0.1954</w:t>
        <w:br/>
        <w:t>vn 0.6696 0.5399 0.5100</w:t>
        <w:br/>
        <w:t>vn 0.7853 0.4598 -0.4146</w:t>
        <w:br/>
        <w:t>vn 0.7853 0.4597 -0.4146</w:t>
        <w:br/>
        <w:t>vn 0.8370 0.5360 -0.1103</w:t>
        <w:br/>
        <w:t>vn 0.0471 0.8134 0.5798</w:t>
        <w:br/>
        <w:t>vn -0.2150 0.6596 0.7202</w:t>
        <w:br/>
        <w:t>vn -0.1479 0.6617 0.7350</w:t>
        <w:br/>
        <w:t>vn 0.5004 0.6155 -0.6090</w:t>
        <w:br/>
        <w:t>vn 0.5004 0.6154 -0.6090</w:t>
        <w:br/>
        <w:t>vn 0.2650 0.7194 -0.6420</w:t>
        <w:br/>
        <w:t>vn -0.4048 0.3647 0.8385</w:t>
        <w:br/>
        <w:t>vn -0.2887 0.4898 0.8227</w:t>
        <w:br/>
        <w:t>vn -0.3765 0.4475 0.8112</w:t>
        <w:br/>
        <w:t>vn -0.3450 0.5265 0.7770</w:t>
        <w:br/>
        <w:t>vn -0.2775 0.1941 0.9409</w:t>
        <w:br/>
        <w:t>vn -0.1506 0.5532 0.8194</w:t>
        <w:br/>
        <w:t>vn 0.2387 0.5687 0.7872</w:t>
        <w:br/>
        <w:t>vn -0.1770 -0.3284 0.9278</w:t>
        <w:br/>
        <w:t>vn -0.1796 0.0722 -0.9811</w:t>
        <w:br/>
        <w:t>vn 0.4869 0.5995 0.6353</w:t>
        <w:br/>
        <w:t>vn -0.1611 0.5962 0.7865</w:t>
        <w:br/>
        <w:t>vn -0.1908 -0.5825 0.7901</w:t>
        <w:br/>
        <w:t>vn -0.1019 -0.2432 0.9646</w:t>
        <w:br/>
        <w:t>vn -0.0767 -0.9966 0.0316</w:t>
        <w:br/>
        <w:t>vn -0.2892 -0.0864 -0.9534</w:t>
        <w:br/>
        <w:t>vn 0.2507 0.5830 -0.7728</w:t>
        <w:br/>
        <w:t>vn -0.4369 0.6443 -0.6277</w:t>
        <w:br/>
        <w:t>vn -0.4265 0.7744 -0.4674</w:t>
        <w:br/>
        <w:t>vn -0.4072 0.6370 -0.6545</w:t>
        <w:br/>
        <w:t>vn -0.5420 0.7234 -0.4277</w:t>
        <w:br/>
        <w:t>vn -0.8020 0.5650 -0.1938</w:t>
        <w:br/>
        <w:t>vn -0.5441 0.6041 -0.5823</w:t>
        <w:br/>
        <w:t>vn -0.9456 0.1461 0.2906</w:t>
        <w:br/>
        <w:t>vn -0.9573 0.1402 0.2530</w:t>
        <w:br/>
        <w:t>vn -0.9686 0.2457 0.0385</w:t>
        <w:br/>
        <w:t>vn -0.9392 0.2164 -0.2664</w:t>
        <w:br/>
        <w:t>vn -0.8363 -0.0667 0.5441</w:t>
        <w:br/>
        <w:t>vn -0.8500 -0.2568 0.4599</w:t>
        <w:br/>
        <w:t>vn -0.8674 0.3502 -0.3536</w:t>
        <w:br/>
        <w:t>vn -0.5470 0.5154 -0.6597</w:t>
        <w:br/>
        <w:t>vn -0.8405 0.3825 -0.3836</w:t>
        <w:br/>
        <w:t>vn -0.5238 0.5302 -0.6667</w:t>
        <w:br/>
        <w:t>vn -0.3488 0.6588 -0.6665</w:t>
        <w:br/>
        <w:t>vn -0.2748 0.6512 -0.7074</w:t>
        <w:br/>
        <w:t>vn -0.2343 0.6480 -0.7247</w:t>
        <w:br/>
        <w:t>vn -0.2537 0.6443 -0.7214</w:t>
        <w:br/>
        <w:t>vn 0.6155 -0.5749 0.5390</w:t>
        <w:br/>
        <w:t>vn 0.5141 -0.4919 0.7027</w:t>
        <w:br/>
        <w:t>vn 0.5339 -0.7275 0.4308</w:t>
        <w:br/>
        <w:t>vn 0.2649 -0.7184 0.6433</w:t>
        <w:br/>
        <w:t>vn 0.4519 -0.6261 0.6354</w:t>
        <w:br/>
        <w:t>vn 0.1789 -0.5317 0.8279</w:t>
        <w:br/>
        <w:t>vn -0.1532 -0.6118 0.7760</w:t>
        <w:br/>
        <w:t>vn -0.4254 -0.3594 0.8306</w:t>
        <w:br/>
        <w:t>vn -0.5248 -0.5077 0.6832</w:t>
        <w:br/>
        <w:t>vn 0.5654 -0.5814 0.5850</w:t>
        <w:br/>
        <w:t>vn 0.5166 -0.5596 0.6480</w:t>
        <w:br/>
        <w:t>vn 0.2530 -0.6252 0.7383</w:t>
        <w:br/>
        <w:t>vn 0.3376 -0.5781 0.7428</w:t>
        <w:br/>
        <w:t>vn 0.0025 -0.5839 0.8118</w:t>
        <w:br/>
        <w:t>vn 0.1902 -0.6108 0.7686</w:t>
        <w:br/>
        <w:t>vn -0.0444 -0.5883 0.8074</w:t>
        <w:br/>
        <w:t>vn 0.1174 -0.6222 0.7740</w:t>
        <w:br/>
        <w:t>vn -0.2731 0.6404 -0.7178</w:t>
        <w:br/>
        <w:t>vn -0.3616 0.6320 -0.6854</w:t>
        <w:br/>
        <w:t>vn 0.3337 -0.5941 0.7319</w:t>
        <w:br/>
        <w:t>vn -0.0235 -0.6220 0.7827</w:t>
        <w:br/>
        <w:t>vn -0.0388 -0.6123 0.7897</w:t>
        <w:br/>
        <w:t>vn -0.4906 0.4483 -0.7472</w:t>
        <w:br/>
        <w:t>vn -0.7814 0.4826 -0.3956</w:t>
        <w:br/>
        <w:t>vn -0.5015 0.6028 -0.6206</w:t>
        <w:br/>
        <w:t>vn -0.9465 0.2204 -0.2359</w:t>
        <w:br/>
        <w:t>vn -0.6764 0.6610 -0.3248</w:t>
        <w:br/>
        <w:t>vn -0.5889 0.7436 -0.3168</w:t>
        <w:br/>
        <w:t>vn 0.1249 -0.7177 0.6851</w:t>
        <w:br/>
        <w:t>vn 0.3975 -0.7444 0.5366</w:t>
        <w:br/>
        <w:t>vn -0.4534 0.7849 -0.4224</w:t>
        <w:br/>
        <w:t>vn -0.6567 0.4278 -0.6211</w:t>
        <w:br/>
        <w:t>vn -0.3981 -0.6297 0.6671</w:t>
        <w:br/>
        <w:t>vn -0.2127 -0.6072 0.7656</w:t>
        <w:br/>
        <w:t>vn -0.4966 -0.6313 0.5957</w:t>
        <w:br/>
        <w:t>vn 0.1871 0.5188 -0.8342</w:t>
        <w:br/>
        <w:t>vn 0.1991 0.5250 -0.8275</w:t>
        <w:br/>
        <w:t>vn -0.5838 0.5955 -0.5519</w:t>
        <w:br/>
        <w:t>vn -0.0346 -0.6249 0.7799</w:t>
        <w:br/>
        <w:t>vn -0.4140 -0.5280 0.7415</w:t>
        <w:br/>
        <w:t>vn -0.3418 -0.5488 0.7629</w:t>
        <w:br/>
        <w:t>vn 0.0829 -0.5461 0.8336</w:t>
        <w:br/>
        <w:t>vn -0.0057 -0.7201 0.6939</w:t>
        <w:br/>
        <w:t>vn 0.2387 -0.5279 0.8151</w:t>
        <w:br/>
        <w:t>vn 0.3918 -0.5546 0.7341</w:t>
        <w:br/>
        <w:t>vn 0.0543 0.4918 -0.8690</w:t>
        <w:br/>
        <w:t>vn -0.4831 -0.4899 0.7257</w:t>
        <w:br/>
        <w:t>vn -0.3768 -0.4472 0.8112</w:t>
        <w:br/>
        <w:t>vn -0.0004 -0.5710 0.8210</w:t>
        <w:br/>
        <w:t>vn -0.1773 0.5736 -0.7998</w:t>
        <w:br/>
        <w:t>vn 0.0634 0.4368 -0.8973</w:t>
        <w:br/>
        <w:t>vn -0.1725 -0.6690 0.7230</w:t>
        <w:br/>
        <w:t>vn -0.6395 0.5411 -0.5461</w:t>
        <w:br/>
        <w:t>vn -0.5223 0.8360 -0.1681</w:t>
        <w:br/>
        <w:t>vn -0.8615 0.5077 0.0095</w:t>
        <w:br/>
        <w:t>vn -0.9674 0.1340 0.2150</w:t>
        <w:br/>
        <w:t>vn -0.8364 -0.0667 0.5441</w:t>
        <w:br/>
        <w:t>vn -0.6951 0.0210 0.7186</w:t>
        <w:br/>
        <w:t>vn -0.9141 0.2692 0.3032</w:t>
        <w:br/>
        <w:t>vn 0.5339 -0.7275 0.4309</w:t>
        <w:br/>
        <w:t>vn 0.6937 -0.6895 0.2080</w:t>
        <w:br/>
        <w:t>vn 0.6156 -0.5749 0.5390</w:t>
        <w:br/>
        <w:t>vn 0.7284 -0.4868 0.4822</w:t>
        <w:br/>
        <w:t>vn 0.6155 -0.5749 0.5391</w:t>
        <w:br/>
        <w:t>vn 0.6339 -0.2304 0.7383</w:t>
        <w:br/>
        <w:t>vn 0.7283 -0.4868 0.4823</w:t>
        <w:br/>
        <w:t>vn 0.5810 -0.5619 0.5888</w:t>
        <w:br/>
        <w:t>vn 0.5771 -0.4630 0.6727</w:t>
        <w:br/>
        <w:t>vn -0.4264 0.7743 -0.4675</w:t>
        <w:br/>
        <w:t>vn -0.4277 0.8889 -0.1643</w:t>
        <w:br/>
        <w:t>vn 0.1551 -0.6690 0.7269</w:t>
        <w:br/>
        <w:t>vn -0.2415 -0.1538 0.9581</w:t>
        <w:br/>
        <w:t>vn -0.8438 0.5218 -0.1252</w:t>
        <w:br/>
        <w:t>vn -0.6213 0.6914 -0.3686</w:t>
        <w:br/>
        <w:t>vn -0.6948 0.6841 0.2220</w:t>
        <w:br/>
        <w:t>vn -0.5888 0.7435 -0.3169</w:t>
        <w:br/>
        <w:t>vn -0.6250 0.7806 -0.0063</w:t>
        <w:br/>
        <w:t>vn -0.4598 0.8620 -0.2132</w:t>
        <w:br/>
        <w:t>vn 0.1870 0.5188 -0.8342</w:t>
        <w:br/>
        <w:t>vn 0.4626 0.4268 -0.7771</w:t>
        <w:br/>
        <w:t>vn 0.4811 0.4307 -0.7635</w:t>
        <w:br/>
        <w:t>vn -0.2127 -0.6072 0.7655</w:t>
        <w:br/>
        <w:t>vn 0.2387 -0.5279 0.8150</w:t>
        <w:br/>
        <w:t>vn 0.0724 -0.3970 0.9150</w:t>
        <w:br/>
        <w:t>vn 0.3548 -0.2821 0.8914</w:t>
        <w:br/>
        <w:t>vn 0.0543 0.4917 -0.8690</w:t>
        <w:br/>
        <w:t>vn 0.4089 0.4035 -0.8186</w:t>
        <w:br/>
        <w:t>vn -0.3767 -0.4471 0.8112</w:t>
        <w:br/>
        <w:t>vn -0.3041 -0.3147 0.8992</w:t>
        <w:br/>
        <w:t>vn -0.0005 -0.5709 0.8210</w:t>
        <w:br/>
        <w:t>vn -0.2416 -0.6260 0.7414</w:t>
        <w:br/>
        <w:t>vn 0.0634 0.4367 -0.8973</w:t>
        <w:br/>
        <w:t>vn -0.1772 0.5736 -0.7998</w:t>
        <w:br/>
        <w:t>vn 0.3510 0.3624 -0.8634</w:t>
        <w:br/>
        <w:t>vn 0.3291 0.3409 -0.8806</w:t>
        <w:br/>
        <w:t>vn -0.1773 0.5736 -0.7997</w:t>
        <w:br/>
        <w:t>vn -0.5616 0.7308 -0.3881</w:t>
        <w:br/>
        <w:t>vn 0.3919 -0.5546 0.7341</w:t>
        <w:br/>
        <w:t>vn 0.5449 -0.2328 0.8056</w:t>
        <w:br/>
        <w:t>vn 0.3974 -0.7444 0.5366</w:t>
        <w:br/>
        <w:t>vn 0.6804 -0.7013 0.2127</w:t>
        <w:br/>
        <w:t>vn 0.1789 -0.5316 0.8279</w:t>
        <w:br/>
        <w:t>vn 0.2653 -0.2959 0.9176</w:t>
        <w:br/>
        <w:t>vn -0.5127 -0.1353 0.8479</w:t>
        <w:br/>
        <w:t>vn 0.0721 0.3371 -0.9387</w:t>
        <w:br/>
        <w:t>vn -0.0391 0.5751 -0.8172</w:t>
        <w:br/>
        <w:t>vn 0.0479 0.7099 -0.7027</w:t>
        <w:br/>
        <w:t>vn -0.2431 -0.4692 -0.8490</w:t>
        <w:br/>
        <w:t>vn -0.8064 -0.2594 -0.5315</w:t>
        <w:br/>
        <w:t>vn -0.7533 0.1462 -0.6413</w:t>
        <w:br/>
        <w:t>vn -0.7091 -0.7034 -0.0484</w:t>
        <w:br/>
        <w:t>vn -0.8814 -0.4581 -0.1148</w:t>
        <w:br/>
        <w:t>vn -0.8464 -0.3584 0.3940</w:t>
        <w:br/>
        <w:t>vn -0.5722 -0.6947 0.4359</w:t>
        <w:br/>
        <w:t>vn -0.5019 -0.5360 0.6788</w:t>
        <w:br/>
        <w:t>vn -0.7636 -0.2507 0.5950</w:t>
        <w:br/>
        <w:t>vn 0.2618 -0.1582 -0.9521</w:t>
        <w:br/>
        <w:t>vn 0.2187 -0.2014 -0.9548</w:t>
        <w:br/>
        <w:t>vn 0.0506 -0.6957 -0.7166</w:t>
        <w:br/>
        <w:t>vn 0.1353 -0.6355 -0.7602</w:t>
        <w:br/>
        <w:t>vn 0.0311 -0.7677 -0.6400</w:t>
        <w:br/>
        <w:t>vn 0.2931 -0.0433 -0.9551</w:t>
        <w:br/>
        <w:t>vn 0.1482 0.4874 -0.8605</w:t>
        <w:br/>
        <w:t>vn 0.2465 0.1821 -0.9519</w:t>
        <w:br/>
        <w:t>vn -0.1803 -0.9016 0.3932</w:t>
        <w:br/>
        <w:t>vn 0.2337 -0.7020 -0.6728</w:t>
        <w:br/>
        <w:t>vn 0.2119 -0.7018 -0.6801</w:t>
        <w:br/>
        <w:t>vn 0.2244 -0.4737 -0.8516</w:t>
        <w:br/>
        <w:t>vn 0.0799 -0.9949 0.0611</w:t>
        <w:br/>
        <w:t>vn 0.2282 -0.9057 -0.3572</w:t>
        <w:br/>
        <w:t>vn -0.2006 -0.9608 -0.1914</w:t>
        <w:br/>
        <w:t>vn -0.2814 -0.6983 -0.6582</w:t>
        <w:br/>
        <w:t>vn 0.0720 0.3371 -0.9387</w:t>
        <w:br/>
        <w:t>vn -0.1442 -0.3460 -0.9271</w:t>
        <w:br/>
        <w:t>vn -0.2208 -0.1849 -0.9576</w:t>
        <w:br/>
        <w:t>vn -0.2428 0.9668 0.0798</w:t>
        <w:br/>
        <w:t>vn -0.2519 0.8934 -0.3720</w:t>
        <w:br/>
        <w:t>vn -0.5976 -0.2512 -0.7614</w:t>
        <w:br/>
        <w:t>vn -0.5466 -0.1431 -0.8251</w:t>
        <w:br/>
        <w:t>vn -0.6820 -0.5550 -0.4763</w:t>
        <w:br/>
        <w:t>vn -0.4960 0.8486 0.1842</w:t>
        <w:br/>
        <w:t>vn -0.5140 0.8213 -0.2474</w:t>
        <w:br/>
        <w:t>vn -0.3851 0.7166 0.5815</w:t>
        <w:br/>
        <w:t>vn -0.1841 0.8410 0.5088</w:t>
        <w:br/>
        <w:t>vn -0.3959 0.4071 -0.8231</w:t>
        <w:br/>
        <w:t>vn -0.3960 0.4071 -0.8231</w:t>
        <w:br/>
        <w:t>vn -0.8024 -0.0385 -0.5955</w:t>
        <w:br/>
        <w:t>vn -0.6357 0.3637 -0.6808</w:t>
        <w:br/>
        <w:t>vn 0.0282 0.9139 0.4049</w:t>
        <w:br/>
        <w:t>vn -0.5562 -0.6591 -0.5062</w:t>
        <w:br/>
        <w:t>vn -0.8111 -0.4333 -0.3929</w:t>
        <w:br/>
        <w:t>vn -0.1447 -0.8766 -0.4589</w:t>
        <w:br/>
        <w:t>vn 0.0068 0.9486 -0.3164</w:t>
        <w:br/>
        <w:t>vn 0.3687 0.6141 -0.6978</w:t>
        <w:br/>
        <w:t>vn 0.1863 0.8448 -0.5016</w:t>
        <w:br/>
        <w:t>vn -0.1533 0.8549 -0.4956</w:t>
        <w:br/>
        <w:t>vn -0.9897 0.1371 -0.0406</w:t>
        <w:br/>
        <w:t>vn -0.9538 0.2966 -0.0484</w:t>
        <w:br/>
        <w:t>vn -0.9257 0.1445 0.3495</w:t>
        <w:br/>
        <w:t>vn -0.0258 0.3514 0.9359</w:t>
        <w:br/>
        <w:t>vn -0.0333 0.6003 0.7991</w:t>
        <w:br/>
        <w:t>vn -0.4721 0.5699 0.6726</w:t>
        <w:br/>
        <w:t>vn -0.0920 0.5445 -0.8337</w:t>
        <w:br/>
        <w:t>vn -0.1098 0.7100 -0.6956</w:t>
        <w:br/>
        <w:t>vn 0.4160 0.1667 -0.8939</w:t>
        <w:br/>
        <w:t>vn 0.2798 0.1716 -0.9446</w:t>
        <w:br/>
        <w:t>vn 0.0373 -0.4967 -0.8671</w:t>
        <w:br/>
        <w:t>vn 0.2932 -0.0433 -0.9551</w:t>
        <w:br/>
        <w:t>vn -0.2858 -0.1158 -0.9513</w:t>
        <w:br/>
        <w:t>vn -0.3112 0.3250 -0.8930</w:t>
        <w:br/>
        <w:t>vn -0.8115 0.0460 -0.5825</w:t>
        <w:br/>
        <w:t>vn -0.7003 0.3646 -0.6137</w:t>
        <w:br/>
        <w:t>vn -0.9156 -0.3436 -0.2090</w:t>
        <w:br/>
        <w:t>vn -0.9156 -0.3436 -0.2091</w:t>
        <w:br/>
        <w:t>vn -0.5336 0.5786 -0.6169</w:t>
        <w:br/>
        <w:t>vn -0.4989 -0.8167 0.2899</w:t>
        <w:br/>
        <w:t>vn -0.1089 -0.8341 -0.5407</w:t>
        <w:br/>
        <w:t>vn -0.2042 -0.9223 0.3282</w:t>
        <w:br/>
        <w:t>vn -0.7893 0.1981 0.5812</w:t>
        <w:br/>
        <w:t>vn -0.4720 0.5699 0.6726</w:t>
        <w:br/>
        <w:t>vn -0.3985 0.7190 -0.5695</w:t>
        <w:br/>
        <w:t>vn -0.1073 -0.0808 -0.9909</w:t>
        <w:br/>
        <w:t>vn -0.0663 -0.2041 -0.9767</w:t>
        <w:br/>
        <w:t>vn 0.1381 0.0455 -0.9894</w:t>
        <w:br/>
        <w:t>vn -0.1993 -0.8250 0.5289</w:t>
        <w:br/>
        <w:t>vn 0.1382 0.0456 -0.9894</w:t>
        <w:br/>
        <w:t>vn 0.2228 0.1847 -0.9572</w:t>
        <w:br/>
        <w:t>vn 0.3923 0.3887 -0.8337</w:t>
        <w:br/>
        <w:t>vn 0.3343 0.4198 -0.8438</w:t>
        <w:br/>
        <w:t>vn -0.7577 0.3538 -0.5483</w:t>
        <w:br/>
        <w:t>vn -0.7577 0.3538 -0.5484</w:t>
        <w:br/>
        <w:t>vn -0.6477 0.6586 -0.3831</w:t>
        <w:br/>
        <w:t>vn -0.6477 0.6586 -0.3832</w:t>
        <w:br/>
        <w:t>vn -0.4670 0.8542 -0.2284</w:t>
        <w:br/>
        <w:t>vn 0.0900 0.9351 -0.3428</w:t>
        <w:br/>
        <w:t>vn 0.3951 0.7433 -0.5398</w:t>
        <w:br/>
        <w:t>vn -0.9575 0.1505 -0.2459</w:t>
        <w:br/>
        <w:t>vn -0.9576 0.1504 -0.2459</w:t>
        <w:br/>
        <w:t>vn -0.1206 -0.8109 -0.5726</w:t>
        <w:br/>
        <w:t>vn -0.9542 0.2860 0.0873</w:t>
        <w:br/>
        <w:t>vn 0.4486 0.3560 -0.8198</w:t>
        <w:br/>
        <w:t>vn -0.0241 -0.3238 -0.9458</w:t>
        <w:br/>
        <w:t>vn 0.2775 -0.6333 0.7224</w:t>
        <w:br/>
        <w:t>vn 0.0356 -0.1206 0.9921</w:t>
        <w:br/>
        <w:t>vn 0.1020 -0.2431 0.9646</w:t>
        <w:br/>
        <w:t>vn -0.3832 -0.3074 0.8710</w:t>
        <w:br/>
        <w:t>vn -0.3349 0.9045 0.2642</w:t>
        <w:br/>
        <w:t>vn 0.0302 0.9453 0.3249</w:t>
        <w:br/>
        <w:t>vn -0.7225 0.4316 0.5401</w:t>
        <w:br/>
        <w:t>vn -0.6536 0.7383 0.1668</w:t>
        <w:br/>
        <w:t>vn -0.2717 0.0676 0.9600</w:t>
        <w:br/>
        <w:t>vn 0.2456 -0.9691 -0.0242</w:t>
        <w:br/>
        <w:t>vn 0.2869 -0.9097 0.3002</w:t>
        <w:br/>
        <w:t>vn -0.1546 -0.9068 0.3922</w:t>
        <w:br/>
        <w:t>vn -0.2519 -0.7629 0.5955</w:t>
        <w:br/>
        <w:t>vn -0.6763 -0.3173 0.6648</w:t>
        <w:br/>
        <w:t>vn -0.6870 -0.6568 0.3109</w:t>
        <w:br/>
        <w:t>vn -0.8167 -0.5079 0.2741</w:t>
        <w:br/>
        <w:t>vn -0.6898 -0.2934 0.6619</w:t>
        <w:br/>
        <w:t>vn 0.0035 -0.8856 -0.4644</w:t>
        <w:br/>
        <w:t>vn -0.0466 -0.8483 -0.5275</w:t>
        <w:br/>
        <w:t>vn -0.0580 -0.9362 -0.3467</w:t>
        <w:br/>
        <w:t>vn -0.4737 -0.2516 -0.8440</w:t>
        <w:br/>
        <w:t>vn -0.4514 -0.0473 -0.8910</w:t>
        <w:br/>
        <w:t>vn -0.4784 -0.8521 -0.2123</w:t>
        <w:br/>
        <w:t>vn -0.4786 -0.8520 -0.2123</w:t>
        <w:br/>
        <w:t>vn -0.8366 -0.2774 -0.4724</w:t>
        <w:br/>
        <w:t>vn -0.8167 -0.5079 0.2740</w:t>
        <w:br/>
        <w:t>vn -0.7602 -0.0433 -0.6482</w:t>
        <w:br/>
        <w:t>vn -0.8365 -0.2775 -0.4725</w:t>
        <w:br/>
        <w:t>vn -0.6118 -0.5814 -0.5364</w:t>
        <w:br/>
        <w:t>vn -0.8090 -0.4856 -0.3313</w:t>
        <w:br/>
        <w:t>vn -0.1753 -0.8998 0.3994</w:t>
        <w:br/>
        <w:t>vn -0.7045 -0.6755 0.2178</w:t>
        <w:br/>
        <w:t>vn 0.1180 -0.9780 0.1718</w:t>
        <w:br/>
        <w:t>vn 0.3624 -0.5915 0.7203</w:t>
        <w:br/>
        <w:t>vn 0.3045 -0.7940 0.5262</w:t>
        <w:br/>
        <w:t>vn 0.3186 -0.6184 0.7184</w:t>
        <w:br/>
        <w:t>vn 0.3833 -0.3617 0.8499</w:t>
        <w:br/>
        <w:t>vn 0.3499 -0.1904 0.9172</w:t>
        <w:br/>
        <w:t>vn -0.2045 -0.6599 0.7230</w:t>
        <w:br/>
        <w:t>vn 0.0971 -0.3206 0.9422</w:t>
        <w:br/>
        <w:t>vn -0.3398 0.9372 -0.0790</w:t>
        <w:br/>
        <w:t>vn -0.3024 0.8524 0.4265</w:t>
        <w:br/>
        <w:t>vn 0.0970 0.8873 0.4508</w:t>
        <w:br/>
        <w:t>vn -0.6215 -0.1255 0.7733</w:t>
        <w:br/>
        <w:t>vn -0.6260 0.1675 0.7616</w:t>
        <w:br/>
        <w:t>vn -0.7025 0.4619 0.5415</w:t>
        <w:br/>
        <w:t>vn -0.2039 0.1772 0.9628</w:t>
        <w:br/>
        <w:t>vn -0.6866 0.7029 -0.1855</w:t>
        <w:br/>
        <w:t>vn -0.7025 0.4618 0.5415</w:t>
        <w:br/>
        <w:t>vn -0.2920 0.7876 -0.5426</w:t>
        <w:br/>
        <w:t>vn -0.6185 -0.5248 0.5849</w:t>
        <w:br/>
        <w:t>vn 0.2673 -0.9636 0.0096</w:t>
        <w:br/>
        <w:t>vn 0.1059 -0.7636 -0.6370</w:t>
        <w:br/>
        <w:t>vn -0.1547 -0.8738 -0.4609</w:t>
        <w:br/>
        <w:t>vn -0.2306 -0.6902 -0.6859</w:t>
        <w:br/>
        <w:t>vn -0.5285 -0.6043 -0.5962</w:t>
        <w:br/>
        <w:t>vn -0.6107 -0.6968 -0.3762</w:t>
        <w:br/>
        <w:t>vn -0.2845 -0.9586 -0.0130</w:t>
        <w:br/>
        <w:t>vn -0.6919 -0.7219 0.0128</w:t>
        <w:br/>
        <w:t>vn 0.3796 -0.1655 0.9102</w:t>
        <w:br/>
        <w:t>vn 0.4166 -0.1279 0.9000</w:t>
        <w:br/>
        <w:t>vn 0.3371 0.2757 0.9002</w:t>
        <w:br/>
        <w:t>vn 0.3696 -0.1302 0.9200</w:t>
        <w:br/>
        <w:t>vn -0.6612 0.1210 0.7404</w:t>
        <w:br/>
        <w:t>vn -0.6612 0.1211 0.7404</w:t>
        <w:br/>
        <w:t>vn -0.7388 0.5008 0.4511</w:t>
        <w:br/>
        <w:t>vn -0.4869 0.5995 0.6353</w:t>
        <w:br/>
        <w:t>vn -0.1093 -0.4712 0.8752</w:t>
        <w:br/>
        <w:t>vn -0.6570 -0.3024 0.6906</w:t>
        <w:br/>
        <w:t>vn 0.1675 -0.7061 0.6880</w:t>
        <w:br/>
        <w:t>vn -0.1092 -0.4712 0.8752</w:t>
        <w:br/>
        <w:t>vn -0.5632 -0.6641 -0.4918</w:t>
        <w:br/>
        <w:t>vn -0.1695 -0.8843 -0.4352</w:t>
        <w:br/>
        <w:t>vn -0.6829 -0.7302 0.0238</w:t>
        <w:br/>
        <w:t>vn -0.8666 -0.4742 0.1552</w:t>
        <w:br/>
        <w:t>vn -0.8376 -0.3125 -0.4482</w:t>
        <w:br/>
        <w:t>vn -0.5335 -0.5296 -0.6595</w:t>
        <w:br/>
        <w:t>vn -0.7927 -0.2096 -0.5724</w:t>
        <w:br/>
        <w:t>vn -0.5305 0.2734 0.8024</w:t>
        <w:br/>
        <w:t>vn -0.7620 0.0560 0.6451</w:t>
        <w:br/>
        <w:t>vn -0.2820 0.5644 0.7758</w:t>
        <w:br/>
        <w:t>vn -0.5863 0.4932 0.6426</w:t>
        <w:br/>
        <w:t>vn -0.5661 0.5842 -0.5816</w:t>
        <w:br/>
        <w:t>vn -0.7683 -0.3937 0.5047</w:t>
        <w:br/>
        <w:t>vn -0.4926 -0.6993 0.5180</w:t>
        <w:br/>
        <w:t>vn -0.0717 -0.9539 0.2914</w:t>
        <w:br/>
        <w:t>vn -0.1334 -0.8863 0.4435</w:t>
        <w:br/>
        <w:t>vn -0.0076 -0.9915 0.1302</w:t>
        <w:br/>
        <w:t>vn 0.0915 0.6644 0.7417</w:t>
        <w:br/>
        <w:t>vn 0.0969 0.8873 0.4509</w:t>
        <w:br/>
        <w:t>vn 0.1268 0.7476 0.6519</w:t>
        <w:br/>
        <w:t>vn -0.6678 0.4969 -0.5542</w:t>
        <w:br/>
        <w:t>vn -0.2507 0.5830 -0.7729</w:t>
        <w:br/>
        <w:t>vn -0.6092 0.6245 -0.4888</w:t>
        <w:br/>
        <w:t>vn -0.2636 0.7805 0.5669</w:t>
        <w:br/>
        <w:t>vn -0.5617 0.6383 0.5264</w:t>
        <w:br/>
        <w:t>vn -0.3158 0.6300 0.7094</w:t>
        <w:br/>
        <w:t>vn -0.6553 0.5139 0.5535</w:t>
        <w:br/>
        <w:t>vn -0.3554 0.4396 0.8249</w:t>
        <w:br/>
        <w:t>vn -0.8544 0.4762 0.2078</w:t>
        <w:br/>
        <w:t>vn 0.0841 0.6487 0.7564</w:t>
        <w:br/>
        <w:t>vn 0.0029 0.8810 -0.4730</w:t>
        <w:br/>
        <w:t>vn -0.5282 0.7307 -0.4325</w:t>
        <w:br/>
        <w:t>vn -0.5281 0.7307 -0.4326</w:t>
        <w:br/>
        <w:t>vn -0.3251 -0.5399 -0.7765</w:t>
        <w:br/>
        <w:t>vn -0.3251 -0.5399 -0.7764</w:t>
        <w:br/>
        <w:t>vn -0.2311 -0.7564 -0.6120</w:t>
        <w:br/>
        <w:t>vn 0.0374 -0.4968 -0.8671</w:t>
        <w:br/>
        <w:t>vn -0.1181 -0.9103 -0.3968</w:t>
        <w:br/>
        <w:t>vn -0.1456 -0.6802 0.7185</w:t>
        <w:br/>
        <w:t>vn 0.1038 0.9337 -0.3428</w:t>
        <w:br/>
        <w:t>vn -0.9855 0.1306 0.1084</w:t>
        <w:br/>
        <w:t>vn -0.9855 0.1306 0.1083</w:t>
        <w:br/>
        <w:t>vn -0.9243 0.3513 -0.1492</w:t>
        <w:br/>
        <w:t>vn -0.9757 0.1892 -0.1107</w:t>
        <w:br/>
        <w:t>vn -0.9528 -0.1825 0.2425</w:t>
        <w:br/>
        <w:t>vn -0.9447 0.0653 0.3215</w:t>
        <w:br/>
        <w:t>vn -0.8544 0.4763 0.2077</w:t>
        <w:br/>
        <w:t>vn -0.9243 0.3512 -0.1492</w:t>
        <w:br/>
        <w:t>vn -0.0893 -0.0659 -0.9938</w:t>
        <w:br/>
        <w:t>vn -0.0058 0.1302 -0.9915</w:t>
        <w:br/>
        <w:t>vn -0.0192 0.6540 -0.7563</w:t>
        <w:br/>
        <w:t>vn 0.1059 -0.7636 -0.6369</w:t>
        <w:br/>
        <w:t>vn -0.5192 -0.2872 -0.8050</w:t>
        <w:br/>
        <w:t>vn -0.5191 -0.2872 -0.8050</w:t>
        <w:br/>
        <w:t>vn -0.7944 -0.2737 -0.5423</w:t>
        <w:br/>
        <w:t>vn -0.8577 -0.4788 -0.1873</w:t>
        <w:br/>
        <w:t>vn -0.4724 0.3701 0.7999</w:t>
        <w:br/>
        <w:t>vn -0.3176 0.5136 0.7971</w:t>
        <w:br/>
        <w:t>vn -0.6852 0.2865 0.6697</w:t>
        <w:br/>
        <w:t>vn -0.6299 0.4994 0.5948</w:t>
        <w:br/>
        <w:t>vn -0.0148 -0.3890 0.9211</w:t>
        <w:br/>
        <w:t>vn -0.5452 -0.4228 0.7239</w:t>
        <w:br/>
        <w:t>vn 0.0132 0.0373 0.9992</w:t>
        <w:br/>
        <w:t>vn 0.0133 0.0373 0.9992</w:t>
        <w:br/>
        <w:t>vn -0.4923 -0.8124 0.3124</w:t>
        <w:br/>
        <w:t>vn -0.0753 -0.8513 0.5193</w:t>
        <w:br/>
        <w:t>vn 0.0798 -0.9949 0.0611</w:t>
        <w:br/>
        <w:t>vn -0.0044 -0.7666 0.6421</w:t>
        <w:br/>
        <w:t>vn -0.7700 -0.3827 0.5105</w:t>
        <w:br/>
        <w:t>vn -0.5453 -0.4228 0.7238</w:t>
        <w:br/>
        <w:t>vn -0.6757 -0.7369 -0.0189</w:t>
        <w:br/>
        <w:t>vn -0.8577 -0.4788 -0.1872</w:t>
        <w:br/>
        <w:t>vn -0.7734 -0.6015 0.2001</w:t>
        <w:br/>
        <w:t>vn -0.2782 0.8520 -0.4435</w:t>
        <w:br/>
        <w:t>vn -0.5125 0.7968 -0.3201</w:t>
        <w:br/>
        <w:t>vn -0.2260 0.9640 -0.1404</w:t>
        <w:br/>
        <w:t>vn -0.4484 0.8935 -0.0250</w:t>
        <w:br/>
        <w:t>vn -0.3006 0.6491 -0.6987</w:t>
        <w:br/>
        <w:t>vn -0.5250 0.6200 -0.5831</w:t>
        <w:br/>
        <w:t>vn -0.0192 0.6540 -0.7562</w:t>
        <w:br/>
        <w:t>vn -0.4988 -0.8168 0.2899</w:t>
        <w:br/>
        <w:t>vn -0.9528 -0.1826 0.2424</w:t>
        <w:br/>
        <w:t>vn 0.5347 0.4466 -0.7174</w:t>
        <w:br/>
        <w:t>vn 0.7147 0.2468 0.6544</w:t>
        <w:br/>
        <w:t>vn 0.7148 0.2468 0.6543</w:t>
        <w:br/>
        <w:t>vn 0.7148 0.2468 0.6544</w:t>
        <w:br/>
        <w:t>vn 0.1168 0.9927 0.0309</w:t>
        <w:br/>
        <w:t>vn -0.0820 0.9933 -0.0815</w:t>
        <w:br/>
        <w:t>vn 0.3803 0.0868 0.9208</w:t>
        <w:br/>
        <w:t>vn 0.3571 -0.2331 0.9045</w:t>
        <w:br/>
        <w:t>vn -0.6515 0.7422 -0.1569</w:t>
        <w:br/>
        <w:t>vn -0.1472 0.9870 0.0649</w:t>
        <w:br/>
        <w:t>vn -0.3914 0.8281 -0.4014</w:t>
        <w:br/>
        <w:t>vn -0.5047 0.8631 -0.0177</w:t>
        <w:br/>
        <w:t>vn -0.7716 0.5159 0.3721</w:t>
        <w:br/>
        <w:t>vn -0.1337 0.9081 0.3969</w:t>
        <w:br/>
        <w:t>vn -0.7634 0.2686 -0.5874</w:t>
        <w:br/>
        <w:t>vn -0.7494 0.1802 -0.6371</w:t>
        <w:br/>
        <w:t>vn -0.8720 0.3228 -0.3680</w:t>
        <w:br/>
        <w:t>vn -0.7494 0.1803 -0.6371</w:t>
        <w:br/>
        <w:t>vn -0.9337 0.2427 0.2634</w:t>
        <w:br/>
        <w:t>vn -0.8720 0.3229 -0.3680</w:t>
        <w:br/>
        <w:t>vn -0.5299 -0.2840 0.7991</w:t>
        <w:br/>
        <w:t>vn -0.8355 0.0209 0.5491</w:t>
        <w:br/>
        <w:t>vn -0.7960 -0.4201 -0.4358</w:t>
        <w:br/>
        <w:t>vn -0.7960 -0.4202 -0.4358</w:t>
        <w:br/>
        <w:t>vn -0.9039 -0.4249 -0.0495</w:t>
        <w:br/>
        <w:t>vn -0.9038 -0.4250 -0.0495</w:t>
        <w:br/>
        <w:t>vn 0.1770 -0.3283 0.9278</w:t>
        <w:br/>
        <w:t>vn -0.5300 -0.2840 0.7991</w:t>
        <w:br/>
        <w:t>vn 0.0171 -0.6580 0.7529</w:t>
        <w:br/>
        <w:t>vn -0.0925 -0.5182 0.8503</w:t>
        <w:br/>
        <w:t>vn 0.0132 -0.9819 -0.1888</w:t>
        <w:br/>
        <w:t>vn 0.0803 -0.9451 0.3169</w:t>
        <w:br/>
        <w:t>vn -0.0395 0.9425 0.3319</w:t>
        <w:br/>
        <w:t>vn -0.8445 0.5098 -0.1640</w:t>
        <w:br/>
        <w:t>vn 0.2256 -0.2607 0.9387</w:t>
        <w:br/>
        <w:t>vn -0.8319 -0.0080 0.5549</w:t>
        <w:br/>
        <w:t>vn -0.6696 0.5399 0.5101</w:t>
        <w:br/>
        <w:t>vn -0.2387 0.5686 0.7872</w:t>
        <w:br/>
        <w:t>vn -0.7231 0.6625 0.1955</w:t>
        <w:br/>
        <w:t>vn -0.8370 0.5360 -0.1103</w:t>
        <w:br/>
        <w:t>vn -0.7853 0.4598 -0.4146</w:t>
        <w:br/>
        <w:t>vn 0.1479 0.6617 0.7350</w:t>
        <w:br/>
        <w:t>vn 0.2150 0.6596 0.7202</w:t>
        <w:br/>
        <w:t>vn -0.0472 0.8135 0.5797</w:t>
        <w:br/>
        <w:t>vn -0.5004 0.6154 -0.6090</w:t>
        <w:br/>
        <w:t>vn -0.2649 0.7194 -0.6421</w:t>
        <w:br/>
        <w:t>vn 0.3765 0.4475 0.8112</w:t>
        <w:br/>
        <w:t>vn 0.2887 0.4898 0.8227</w:t>
        <w:br/>
        <w:t>vn 0.3645 -0.1296 0.9222</w:t>
        <w:br/>
        <w:t>vn 0.4049 0.3647 0.8385</w:t>
        <w:br/>
        <w:t>vn 0.3451 0.5265 0.7770</w:t>
        <w:br/>
        <w:t>vn 0.2775 0.1941 0.9409</w:t>
        <w:br/>
        <w:t>vn -0.2387 0.5687 0.7872</w:t>
        <w:br/>
        <w:t>vn 0.1506 0.5531 0.8194</w:t>
        <w:br/>
        <w:t>vn 0.1770 -0.3284 0.9278</w:t>
        <w:br/>
        <w:t>vn 0.1796 0.0722 -0.9811</w:t>
        <w:br/>
        <w:t>vn 0.1611 0.5962 0.7865</w:t>
        <w:br/>
        <w:t>vn 0.1908 -0.5825 0.7901</w:t>
        <w:br/>
        <w:t>vn 0.1019 -0.2432 0.9646</w:t>
        <w:br/>
        <w:t>vn 0.0767 -0.9965 0.0317</w:t>
        <w:br/>
        <w:t>vn 0.2892 -0.0864 -0.9534</w:t>
        <w:br/>
        <w:t>vn -0.2507 0.5831 -0.7728</w:t>
        <w:br/>
        <w:t>vn -0.1089 -0.8341 -0.5408</w:t>
        <w:br/>
        <w:t>vn 0.4072 0.6370 -0.6545</w:t>
        <w:br/>
        <w:t>vn 0.4265 0.7744 -0.4674</w:t>
        <w:br/>
        <w:t>vn 0.4369 0.6443 -0.6277</w:t>
        <w:br/>
        <w:t>vn 0.5440 0.6041 -0.5823</w:t>
        <w:br/>
        <w:t>vn 0.8020 0.5650 -0.1938</w:t>
        <w:br/>
        <w:t>vn 0.5420 0.7234 -0.4277</w:t>
        <w:br/>
        <w:t>vn 0.9456 0.1461 0.2906</w:t>
        <w:br/>
        <w:t>vn 0.9573 0.1402 0.2530</w:t>
        <w:br/>
        <w:t>vn 0.9686 0.2456 0.0385</w:t>
        <w:br/>
        <w:t>vn 0.8363 -0.0667 0.5441</w:t>
        <w:br/>
        <w:t>vn 0.9392 0.2164 -0.2664</w:t>
        <w:br/>
        <w:t>vn 0.8500 -0.2568 0.4599</w:t>
        <w:br/>
        <w:t>vn 0.5238 0.5302 -0.6667</w:t>
        <w:br/>
        <w:t>vn 0.5470 0.5154 -0.6597</w:t>
        <w:br/>
        <w:t>vn 0.8405 0.3825 -0.3837</w:t>
        <w:br/>
        <w:t>vn 0.8674 0.3502 -0.3536</w:t>
        <w:br/>
        <w:t>vn 0.3488 0.6588 -0.6665</w:t>
        <w:br/>
        <w:t>vn 0.2343 0.6480 -0.7247</w:t>
        <w:br/>
        <w:t>vn 0.2748 0.6512 -0.7074</w:t>
        <w:br/>
        <w:t>vn 0.2538 0.6443 -0.7214</w:t>
        <w:br/>
        <w:t>vn -0.6155 -0.5749 0.5391</w:t>
        <w:br/>
        <w:t>vn -0.5339 -0.7275 0.4308</w:t>
        <w:br/>
        <w:t>vn -0.5141 -0.4918 0.7027</w:t>
        <w:br/>
        <w:t>vn -0.2649 -0.7184 0.6433</w:t>
        <w:br/>
        <w:t>vn 0.1532 -0.6118 0.7760</w:t>
        <w:br/>
        <w:t>vn -0.1789 -0.5316 0.8279</w:t>
        <w:br/>
        <w:t>vn -0.4519 -0.6261 0.6354</w:t>
        <w:br/>
        <w:t>vn 0.5248 -0.5077 0.6832</w:t>
        <w:br/>
        <w:t>vn 0.4254 -0.3594 0.8306</w:t>
        <w:br/>
        <w:t>vn -0.5166 -0.5596 0.6480</w:t>
        <w:br/>
        <w:t>vn -0.5654 -0.5814 0.5851</w:t>
        <w:br/>
        <w:t>vn -0.3376 -0.5781 0.7428</w:t>
        <w:br/>
        <w:t>vn -0.2530 -0.6252 0.7383</w:t>
        <w:br/>
        <w:t>vn -0.1175 -0.6222 0.7740</w:t>
        <w:br/>
        <w:t>vn -0.1903 -0.6108 0.7686</w:t>
        <w:br/>
        <w:t>vn 0.0444 -0.5883 0.8074</w:t>
        <w:br/>
        <w:t>vn -0.0025 -0.5839 0.8118</w:t>
        <w:br/>
        <w:t>vn 0.2731 0.6404 -0.7178</w:t>
        <w:br/>
        <w:t>vn 0.3616 0.6320 -0.6854</w:t>
        <w:br/>
        <w:t>vn 0.0235 -0.6220 0.7827</w:t>
        <w:br/>
        <w:t>vn -0.3337 -0.5941 0.7319</w:t>
        <w:br/>
        <w:t>vn 0.0388 -0.6123 0.7897</w:t>
        <w:br/>
        <w:t>vn 0.5015 0.6028 -0.6206</w:t>
        <w:br/>
        <w:t>vn 0.7814 0.4826 -0.3956</w:t>
        <w:br/>
        <w:t>vn 0.4906 0.4483 -0.7472</w:t>
        <w:br/>
        <w:t>vn 0.9465 0.2203 -0.2359</w:t>
        <w:br/>
        <w:t>vn 0.5889 0.7436 -0.3168</w:t>
        <w:br/>
        <w:t>vn 0.6764 0.6610 -0.3248</w:t>
        <w:br/>
        <w:t>vn -0.3974 -0.7443 0.5367</w:t>
        <w:br/>
        <w:t>vn -0.1249 -0.7177 0.6851</w:t>
        <w:br/>
        <w:t>vn 0.4534 0.7849 -0.4224</w:t>
        <w:br/>
        <w:t>vn 0.6567 0.4278 -0.6211</w:t>
        <w:br/>
        <w:t>vn 0.4966 -0.6313 0.5957</w:t>
        <w:br/>
        <w:t>vn 0.2127 -0.6072 0.7656</w:t>
        <w:br/>
        <w:t>vn 0.3981 -0.6297 0.6671</w:t>
        <w:br/>
        <w:t>vn -0.1991 0.5250 -0.8275</w:t>
        <w:br/>
        <w:t>vn -0.1870 0.5188 -0.8342</w:t>
        <w:br/>
        <w:t>vn 0.5838 0.5955 -0.5519</w:t>
        <w:br/>
        <w:t>vn 0.0347 -0.6249 0.7799</w:t>
        <w:br/>
        <w:t>vn 0.4139 -0.5280 0.7415</w:t>
        <w:br/>
        <w:t>vn 0.3418 -0.5488 0.7629</w:t>
        <w:br/>
        <w:t>vn -0.0829 -0.5461 0.8336</w:t>
        <w:br/>
        <w:t>vn -0.2387 -0.5279 0.8151</w:t>
        <w:br/>
        <w:t>vn 0.0057 -0.7201 0.6939</w:t>
        <w:br/>
        <w:t>vn -0.3918 -0.5546 0.7341</w:t>
        <w:br/>
        <w:t>vn -0.0543 0.4918 -0.8690</w:t>
        <w:br/>
        <w:t>vn 0.4831 -0.4899 0.7257</w:t>
        <w:br/>
        <w:t>vn 0.3768 -0.4472 0.8112</w:t>
        <w:br/>
        <w:t>vn 0.0004 -0.5710 0.8210</w:t>
        <w:br/>
        <w:t>vn -0.0634 0.4367 -0.8973</w:t>
        <w:br/>
        <w:t>vn 0.1773 0.5736 -0.7998</w:t>
        <w:br/>
        <w:t>vn 0.1725 -0.6690 0.7230</w:t>
        <w:br/>
        <w:t>vn 0.6395 0.5410 -0.5461</w:t>
        <w:br/>
        <w:t>vn 0.8615 0.5077 0.0096</w:t>
        <w:br/>
        <w:t>vn 0.5223 0.8360 -0.1683</w:t>
        <w:br/>
        <w:t>vn 0.8021 0.5650 -0.1937</w:t>
        <w:br/>
        <w:t>vn 0.5419 0.7234 -0.4278</w:t>
        <w:br/>
        <w:t>vn 0.9674 0.1340 0.2149</w:t>
        <w:br/>
        <w:t>vn 0.9141 0.2692 0.3032</w:t>
        <w:br/>
        <w:t>vn 0.6951 0.0210 0.7186</w:t>
        <w:br/>
        <w:t>vn 0.9686 0.2457 0.0384</w:t>
        <w:br/>
        <w:t>vn -0.7283 -0.4868 0.4823</w:t>
        <w:br/>
        <w:t>vn -0.6937 -0.6896 0.2081</w:t>
        <w:br/>
        <w:t>vn -0.6155 -0.5749 0.5390</w:t>
        <w:br/>
        <w:t>vn -0.5339 -0.7275 0.4309</w:t>
        <w:br/>
        <w:t>vn -0.5141 -0.4919 0.7027</w:t>
        <w:br/>
        <w:t>vn -0.6339 -0.2304 0.7383</w:t>
        <w:br/>
        <w:t>vn -0.6155 -0.5750 0.5390</w:t>
        <w:br/>
        <w:t>vn -0.7283 -0.4868 0.4822</w:t>
        <w:br/>
        <w:t>vn -0.5770 -0.4630 0.6728</w:t>
        <w:br/>
        <w:t>vn -0.5810 -0.5619 0.5888</w:t>
        <w:br/>
        <w:t>vn -0.5165 -0.5596 0.6481</w:t>
        <w:br/>
        <w:t>vn 0.4277 0.8889 -0.1642</w:t>
        <w:br/>
        <w:t>vn 0.4264 0.7744 -0.4674</w:t>
        <w:br/>
        <w:t>vn -0.1551 -0.6691 0.7269</w:t>
        <w:br/>
        <w:t>vn 0.2415 -0.1538 0.9582</w:t>
        <w:br/>
        <w:t>vn 0.6213 0.6914 -0.3686</w:t>
        <w:br/>
        <w:t>vn 0.8438 0.5218 -0.1252</w:t>
        <w:br/>
        <w:t>vn 0.5015 0.6028 -0.6205</w:t>
        <w:br/>
        <w:t>vn 0.6251 0.7806 -0.0063</w:t>
        <w:br/>
        <w:t>vn 0.6948 0.6841 0.2220</w:t>
        <w:br/>
        <w:t>vn 0.5889 0.7435 -0.3168</w:t>
        <w:br/>
        <w:t>vn 0.4599 0.8621 -0.2130</w:t>
        <w:br/>
        <w:t>vn 0.4534 0.7849 -0.4223</w:t>
        <w:br/>
        <w:t>vn -0.4810 0.4308 -0.7636</w:t>
        <w:br/>
        <w:t>vn -0.4626 0.4268 -0.7771</w:t>
        <w:br/>
        <w:t>vn -0.1992 0.5250 -0.8275</w:t>
        <w:br/>
        <w:t>vn -0.1870 0.5189 -0.8342</w:t>
        <w:br/>
        <w:t>vn 0.2128 -0.6072 0.7655</w:t>
        <w:br/>
        <w:t>vn -0.0723 -0.3970 0.9150</w:t>
        <w:br/>
        <w:t>vn -0.2388 -0.5279 0.8150</w:t>
        <w:br/>
        <w:t>vn -0.3548 -0.2821 0.8914</w:t>
        <w:br/>
        <w:t>vn -0.4089 0.4035 -0.8186</w:t>
        <w:br/>
        <w:t>vn -0.0543 0.4917 -0.8690</w:t>
        <w:br/>
        <w:t>vn 0.3767 -0.4472 0.8112</w:t>
        <w:br/>
        <w:t>vn 0.3041 -0.3147 0.8992</w:t>
        <w:br/>
        <w:t>vn 0.2415 -0.6261 0.7414</w:t>
        <w:br/>
        <w:t>vn 0.0004 -0.5710 0.8209</w:t>
        <w:br/>
        <w:t>vn -0.3511 0.3624 -0.8634</w:t>
        <w:br/>
        <w:t>vn -0.3290 0.3409 -0.8806</w:t>
        <w:br/>
        <w:t>vn 0.5616 0.7307 -0.3881</w:t>
        <w:br/>
        <w:t>vn 0.1773 0.5735 -0.7998</w:t>
        <w:br/>
        <w:t>vn -0.5449 -0.2327 0.8056</w:t>
        <w:br/>
        <w:t>vn -0.3918 -0.5546 0.7342</w:t>
        <w:br/>
        <w:t>vn -0.3974 -0.7444 0.5366</w:t>
        <w:br/>
        <w:t>vn -0.6804 -0.7013 0.2127</w:t>
        <w:br/>
        <w:t>vn -0.2653 -0.2959 0.9176</w:t>
        <w:br/>
        <w:t>vn 0.5127 -0.1353 0.8479</w:t>
        <w:br/>
        <w:t>vn -0.0391 -0.5751 0.8171</w:t>
        <w:br/>
        <w:t>vn 0.0479 -0.7099 0.7027</w:t>
        <w:br/>
        <w:t>vn 0.0721 -0.3371 0.9387</w:t>
        <w:br/>
        <w:t>vn -0.7533 -0.1461 0.6413</w:t>
        <w:br/>
        <w:t>vn -0.2431 0.4692 0.8490</w:t>
        <w:br/>
        <w:t>vn -0.8064 0.2594 0.5314</w:t>
        <w:br/>
        <w:t>vn -0.7091 0.7034 0.0485</w:t>
        <w:br/>
        <w:t>vn -0.8815 0.4581 0.1149</w:t>
        <w:br/>
        <w:t>vn -0.5721 0.6947 -0.4359</w:t>
        <w:br/>
        <w:t>vn -0.8463 0.3584 -0.3940</w:t>
        <w:br/>
        <w:t>vn -0.5020 0.5360 -0.6787</w:t>
        <w:br/>
        <w:t>vn -0.7638 0.2507 -0.5947</w:t>
        <w:br/>
        <w:t>vn 0.0505 0.6957 0.7165</w:t>
        <w:br/>
        <w:t>vn 0.2618 0.1582 0.9521</w:t>
        <w:br/>
        <w:t>vn 0.2187 0.2015 0.9548</w:t>
        <w:br/>
        <w:t>vn 0.1353 0.6355 0.7602</w:t>
        <w:br/>
        <w:t>vn 0.0311 0.7677 0.6401</w:t>
        <w:br/>
        <w:t>vn 0.1482 -0.4874 0.8605</w:t>
        <w:br/>
        <w:t>vn 0.2931 0.0433 0.9551</w:t>
        <w:br/>
        <w:t>vn 0.2465 -0.1821 0.9519</w:t>
        <w:br/>
        <w:t>vn -0.1803 0.9016 -0.3932</w:t>
        <w:br/>
        <w:t>vn 0.2119 0.7018 0.6801</w:t>
        <w:br/>
        <w:t>vn 0.2244 0.4737 0.8516</w:t>
        <w:br/>
        <w:t>vn 0.2337 0.7020 0.6728</w:t>
        <w:br/>
        <w:t>vn 0.0798 0.9949 -0.0611</w:t>
        <w:br/>
        <w:t>vn 0.2282 0.9057 0.3572</w:t>
        <w:br/>
        <w:t>vn -0.2006 0.9608 0.1914</w:t>
        <w:br/>
        <w:t>vn -0.2814 0.6983 0.6582</w:t>
        <w:br/>
        <w:t>vn -0.1442 0.3460 0.9271</w:t>
        <w:br/>
        <w:t>vn -0.2208 0.1842 0.9578</w:t>
        <w:br/>
        <w:t>vn 0.0720 -0.3372 0.9387</w:t>
        <w:br/>
        <w:t>vn -0.2518 -0.8934 0.3719</w:t>
        <w:br/>
        <w:t>vn -0.2427 -0.9668 -0.0798</w:t>
        <w:br/>
        <w:t>vn -0.5466 0.1431 0.8251</w:t>
        <w:br/>
        <w:t>vn -0.5976 0.2512 0.7615</w:t>
        <w:br/>
        <w:t>vn -0.6819 0.5551 0.4763</w:t>
        <w:br/>
        <w:t>vn -0.4969 -0.8479 -0.1846</w:t>
        <w:br/>
        <w:t>vn -0.5140 -0.8214 0.2474</w:t>
        <w:br/>
        <w:t>vn -0.3852 -0.7167 -0.5814</w:t>
        <w:br/>
        <w:t>vn -0.1842 -0.8410 -0.5087</w:t>
        <w:br/>
        <w:t>vn -0.3960 -0.4071 0.8231</w:t>
        <w:br/>
        <w:t>vn -0.8024 0.0386 0.5955</w:t>
        <w:br/>
        <w:t>vn -0.6358 -0.3637 0.6808</w:t>
        <w:br/>
        <w:t>vn 0.0281 -0.9139 -0.4049</w:t>
        <w:br/>
        <w:t>vn -0.5562 0.6591 0.5062</w:t>
        <w:br/>
        <w:t>vn -0.5561 0.6592 0.5062</w:t>
        <w:br/>
        <w:t>vn -0.8024 0.0387 0.5956</w:t>
        <w:br/>
        <w:t>vn -0.8112 0.4332 0.3929</w:t>
        <w:br/>
        <w:t>vn -0.1447 0.8766 0.4589</w:t>
        <w:br/>
        <w:t>vn 0.3687 -0.6141 0.6978</w:t>
        <w:br/>
        <w:t>vn 0.1863 -0.8448 0.5015</w:t>
        <w:br/>
        <w:t>vn 0.0068 -0.9486 0.3164</w:t>
        <w:br/>
        <w:t>vn -0.1533 -0.8549 0.4956</w:t>
        <w:br/>
        <w:t>vn -0.9538 -0.2966 0.0485</w:t>
        <w:br/>
        <w:t>vn -0.9897 -0.1371 0.0406</w:t>
        <w:br/>
        <w:t>vn -0.9257 -0.1444 -0.3495</w:t>
        <w:br/>
        <w:t>vn -0.0259 -0.3514 -0.9359</w:t>
        <w:br/>
        <w:t>vn -0.0333 -0.6003 -0.7991</w:t>
        <w:br/>
        <w:t>vn -0.4720 -0.5698 -0.6727</w:t>
        <w:br/>
        <w:t>vn -0.0920 -0.5444 0.8337</w:t>
        <w:br/>
        <w:t>vn -0.1098 -0.7100 0.6955</w:t>
        <w:br/>
        <w:t>vn 0.2798 -0.1716 0.9446</w:t>
        <w:br/>
        <w:t>vn 0.4161 -0.1667 0.8939</w:t>
        <w:br/>
        <w:t>vn 0.0373 0.4967 0.8671</w:t>
        <w:br/>
        <w:t>vn -0.2859 0.1158 0.9513</w:t>
        <w:br/>
        <w:t>vn -0.3112 -0.3251 0.8930</w:t>
        <w:br/>
        <w:t>vn -0.8115 -0.0460 0.5825</w:t>
        <w:br/>
        <w:t>vn -0.7003 -0.3646 0.6137</w:t>
        <w:br/>
        <w:t>vn -0.9156 0.3435 0.2090</w:t>
        <w:br/>
        <w:t>vn -0.5337 -0.5786 0.6168</w:t>
        <w:br/>
        <w:t>vn -0.1089 0.8341 0.5408</w:t>
        <w:br/>
        <w:t>vn -0.2042 0.9223 -0.3282</w:t>
        <w:br/>
        <w:t>vn -0.4988 0.8168 -0.2899</w:t>
        <w:br/>
        <w:t>vn -0.4721 -0.5698 -0.6726</w:t>
        <w:br/>
        <w:t>vn -0.7894 -0.1981 -0.5811</w:t>
        <w:br/>
        <w:t>vn -0.3984 -0.7190 0.5694</w:t>
        <w:br/>
        <w:t>vn -0.0663 0.2041 0.9767</w:t>
        <w:br/>
        <w:t>vn -0.1073 0.0808 0.9909</w:t>
        <w:br/>
        <w:t>vn 0.1381 -0.0456 0.9894</w:t>
        <w:br/>
        <w:t>vn -0.1993 0.8250 -0.5289</w:t>
        <w:br/>
        <w:t>vn 0.3923 -0.3887 0.8337</w:t>
        <w:br/>
        <w:t>vn 0.1381 -0.0455 0.9894</w:t>
        <w:br/>
        <w:t>vn 0.2228 -0.1847 0.9572</w:t>
        <w:br/>
        <w:t>vn 0.3343 -0.4198 0.8438</w:t>
        <w:br/>
        <w:t>vn -0.7577 -0.3538 0.5484</w:t>
        <w:br/>
        <w:t>vn -0.6477 -0.6585 0.3832</w:t>
        <w:br/>
        <w:t>vn -0.6477 -0.6586 0.3832</w:t>
        <w:br/>
        <w:t>vn -0.4670 -0.8542 0.2284</w:t>
        <w:br/>
        <w:t>vn -0.4670 -0.8543 0.2284</w:t>
        <w:br/>
        <w:t>vn 0.0899 -0.9351 0.3428</w:t>
        <w:br/>
        <w:t>vn 0.3951 -0.7433 0.5398</w:t>
        <w:br/>
        <w:t>vn -0.9575 -0.1504 0.2460</w:t>
        <w:br/>
        <w:t>vn -0.1206 0.8109 0.5726</w:t>
        <w:br/>
        <w:t>vn -0.9543 -0.2859 -0.0875</w:t>
        <w:br/>
        <w:t>vn 0.4486 -0.3560 0.8198</w:t>
        <w:br/>
        <w:t>vn -0.0241 0.3239 0.9458</w:t>
        <w:br/>
        <w:t>vn 0.0356 0.1206 -0.9921</w:t>
        <w:br/>
        <w:t>vn 0.1020 0.2431 -0.9646</w:t>
        <w:br/>
        <w:t>vn 0.2775 0.6333 -0.7224</w:t>
        <w:br/>
        <w:t>vn -0.3832 0.3074 -0.8710</w:t>
        <w:br/>
        <w:t>vn 0.0302 -0.9452 -0.3250</w:t>
        <w:br/>
        <w:t>vn -0.3350 -0.9044 -0.2642</w:t>
        <w:br/>
        <w:t>vn -0.3349 -0.9045 -0.2642</w:t>
        <w:br/>
        <w:t>vn -0.7225 -0.4316 -0.5401</w:t>
        <w:br/>
        <w:t>vn -0.6538 -0.7381 -0.1667</w:t>
        <w:br/>
        <w:t>vn -0.2717 -0.0676 -0.9600</w:t>
        <w:br/>
        <w:t>vn 0.2869 0.9097 -0.3002</w:t>
        <w:br/>
        <w:t>vn -0.1546 0.9068 -0.3922</w:t>
        <w:br/>
        <w:t>vn 0.2456 0.9691 0.0242</w:t>
        <w:br/>
        <w:t>vn -0.6763 0.3173 -0.6648</w:t>
        <w:br/>
        <w:t>vn -0.6871 0.6567 -0.3109</w:t>
        <w:br/>
        <w:t>vn -0.2519 0.7629 -0.5954</w:t>
        <w:br/>
        <w:t>vn -0.7226 -0.4315 -0.5400</w:t>
        <w:br/>
        <w:t>vn -0.6762 0.3174 -0.6648</w:t>
        <w:br/>
        <w:t>vn -0.8167 0.5079 -0.2740</w:t>
        <w:br/>
        <w:t>vn -0.6898 0.2934 -0.6619</w:t>
        <w:br/>
        <w:t>vn -0.0466 0.8483 0.5275</w:t>
        <w:br/>
        <w:t>vn -0.0580 0.9362 0.3468</w:t>
        <w:br/>
        <w:t>vn 0.0035 0.8856 0.4644</w:t>
        <w:br/>
        <w:t>vn -0.4514 0.0472 0.8911</w:t>
        <w:br/>
        <w:t>vn -0.4737 0.2516 0.8440</w:t>
        <w:br/>
        <w:t>vn -0.4784 0.8521 0.2123</w:t>
        <w:br/>
        <w:t>vn -0.4785 0.8521 0.2123</w:t>
        <w:br/>
        <w:t>vn -0.8365 0.2776 0.4725</w:t>
        <w:br/>
        <w:t>vn -0.7602 0.0433 0.6482</w:t>
        <w:br/>
        <w:t>vn -0.6119 0.5814 0.5363</w:t>
        <w:br/>
        <w:t>vn -0.8090 0.4856 0.3312</w:t>
        <w:br/>
        <w:t>vn -0.1754 0.8998 -0.3994</w:t>
        <w:br/>
        <w:t>vn -0.7045 0.6755 -0.2178</w:t>
        <w:br/>
        <w:t>vn -0.1753 0.8998 -0.3994</w:t>
        <w:br/>
        <w:t>vn 0.1180 0.9780 -0.1718</w:t>
        <w:br/>
        <w:t>vn -0.0466 0.8482 0.5275</w:t>
        <w:br/>
        <w:t>vn 0.3624 0.5915 -0.7203</w:t>
        <w:br/>
        <w:t>vn 0.3186 0.6184 -0.7184</w:t>
        <w:br/>
        <w:t>vn 0.3045 0.7940 -0.5262</w:t>
        <w:br/>
        <w:t>vn 0.3833 0.3617 -0.8498</w:t>
        <w:br/>
        <w:t>vn 0.3498 0.1905 -0.9172</w:t>
        <w:br/>
        <w:t>vn 0.0971 0.3206 -0.9422</w:t>
        <w:br/>
        <w:t>vn -0.2045 0.6599 -0.7230</w:t>
        <w:br/>
        <w:t>vn -0.3024 -0.8524 -0.4266</w:t>
        <w:br/>
        <w:t>vn 0.0970 -0.8873 -0.4509</w:t>
        <w:br/>
        <w:t>vn -0.3399 -0.9371 0.0790</w:t>
        <w:br/>
        <w:t>vn -0.6260 -0.1675 -0.7616</w:t>
        <w:br/>
        <w:t>vn -0.2038 -0.1772 -0.9628</w:t>
        <w:br/>
        <w:t>vn -0.7025 -0.4618 -0.5415</w:t>
        <w:br/>
        <w:t>vn -0.6215 0.1255 -0.7733</w:t>
        <w:br/>
        <w:t>vn -0.6868 -0.7028 0.1855</w:t>
        <w:br/>
        <w:t>vn -0.2920 -0.7875 0.5427</w:t>
        <w:br/>
        <w:t>vn -0.6186 0.5247 -0.5848</w:t>
        <w:br/>
        <w:t>vn 0.2673 0.9636 -0.0096</w:t>
        <w:br/>
        <w:t>vn -0.1548 0.8738 0.4609</w:t>
        <w:br/>
        <w:t>vn 0.1059 0.7636 0.6370</w:t>
        <w:br/>
        <w:t>vn -0.5285 0.6043 0.5962</w:t>
        <w:br/>
        <w:t>vn -0.2306 0.6902 0.6859</w:t>
        <w:br/>
        <w:t>vn -0.6109 0.6967 0.3761</w:t>
        <w:br/>
        <w:t>vn -0.6918 0.7220 -0.0129</w:t>
        <w:br/>
        <w:t>vn -0.2845 0.9586 0.0130</w:t>
        <w:br/>
        <w:t>vn 0.3371 -0.2757 -0.9002</w:t>
        <w:br/>
        <w:t>vn 0.3796 0.1655 -0.9102</w:t>
        <w:br/>
        <w:t>vn 0.4166 0.1279 -0.9000</w:t>
        <w:br/>
        <w:t>vn 0.3696 0.1302 -0.9200</w:t>
        <w:br/>
        <w:t>vn -0.6612 -0.1211 -0.7404</w:t>
        <w:br/>
        <w:t>vn -0.4868 -0.5995 -0.6353</w:t>
        <w:br/>
        <w:t>vn -0.7388 -0.5008 -0.4511</w:t>
        <w:br/>
        <w:t>vn -0.6569 0.3024 -0.6907</w:t>
        <w:br/>
        <w:t>vn -0.1093 0.4712 -0.8752</w:t>
        <w:br/>
        <w:t>vn 0.1675 0.7061 -0.6880</w:t>
        <w:br/>
        <w:t>vn -0.1695 0.8842 0.4352</w:t>
        <w:br/>
        <w:t>vn -0.6829 0.7301 -0.0238</w:t>
        <w:br/>
        <w:t>vn -0.5631 0.6641 0.4919</w:t>
        <w:br/>
        <w:t>vn -0.8667 0.4741 -0.1551</w:t>
        <w:br/>
        <w:t>vn -0.8375 0.3125 0.4483</w:t>
        <w:br/>
        <w:t>vn -0.7927 0.2097 0.5724</w:t>
        <w:br/>
        <w:t>vn -0.5335 0.5296 0.6595</w:t>
        <w:br/>
        <w:t>vn -0.7619 -0.0560 -0.6453</w:t>
        <w:br/>
        <w:t>vn -0.5865 -0.4932 -0.6425</w:t>
        <w:br/>
        <w:t>vn -0.2821 -0.5644 -0.7758</w:t>
        <w:br/>
        <w:t>vn -0.5304 -0.2734 -0.8024</w:t>
        <w:br/>
        <w:t>vn -0.5661 -0.5842 0.5816</w:t>
        <w:br/>
        <w:t>vn -0.4925 0.6993 -0.5180</w:t>
        <w:br/>
        <w:t>vn -0.7683 0.3937 -0.5047</w:t>
        <w:br/>
        <w:t>vn -0.0716 0.9539 -0.2914</w:t>
        <w:br/>
        <w:t>vn -0.4926 0.6992 -0.5181</w:t>
        <w:br/>
        <w:t>vn -0.1334 0.8863 -0.4435</w:t>
        <w:br/>
        <w:t>vn -0.0076 0.9915 -0.1302</w:t>
        <w:br/>
        <w:t>vn 0.1268 -0.7476 -0.6519</w:t>
        <w:br/>
        <w:t>vn 0.0915 -0.6645 -0.7417</w:t>
        <w:br/>
        <w:t>vn -0.6679 -0.4969 0.5542</w:t>
        <w:br/>
        <w:t>vn -0.6678 -0.4969 0.5542</w:t>
        <w:br/>
        <w:t>vn -0.6091 -0.6246 0.4887</w:t>
        <w:br/>
        <w:t>vn -0.2506 -0.5831 0.7728</w:t>
        <w:br/>
        <w:t>vn -0.3158 -0.6300 -0.7094</w:t>
        <w:br/>
        <w:t>vn -0.2636 -0.7805 -0.5669</w:t>
        <w:br/>
        <w:t>vn -0.5617 -0.6383 -0.5263</w:t>
        <w:br/>
        <w:t>vn -0.6554 -0.5139 -0.5535</w:t>
        <w:br/>
        <w:t>vn -0.3554 -0.4396 -0.8249</w:t>
        <w:br/>
        <w:t>vn -0.8544 -0.4762 -0.2078</w:t>
        <w:br/>
        <w:t>vn 0.0841 -0.6487 -0.7564</w:t>
        <w:br/>
        <w:t>vn -0.5282 -0.7307 0.4325</w:t>
        <w:br/>
        <w:t>vn -0.5282 -0.7307 0.4326</w:t>
        <w:br/>
        <w:t>vn 0.0029 -0.8811 0.4730</w:t>
        <w:br/>
        <w:t>vn -0.3251 0.5398 0.7765</w:t>
        <w:br/>
        <w:t>vn 0.0373 0.4968 0.8671</w:t>
        <w:br/>
        <w:t>vn -0.2311 0.7564 0.6120</w:t>
        <w:br/>
        <w:t>vn -0.3250 0.5399 0.7765</w:t>
        <w:br/>
        <w:t>vn -0.1181 0.9103 0.3968</w:t>
        <w:br/>
        <w:t>vn -0.1456 0.6802 -0.7185</w:t>
        <w:br/>
        <w:t>vn 0.1038 -0.9336 0.3428</w:t>
        <w:br/>
        <w:t>vn -0.9855 -0.1306 -0.1083</w:t>
        <w:br/>
        <w:t>vn -0.9757 -0.1892 0.1107</w:t>
        <w:br/>
        <w:t>vn -0.9243 -0.3512 0.1492</w:t>
        <w:br/>
        <w:t>vn -0.9528 0.1825 -0.2425</w:t>
        <w:br/>
        <w:t>vn -0.9447 -0.0653 -0.3215</w:t>
        <w:br/>
        <w:t>vn -0.9243 -0.3512 0.1493</w:t>
        <w:br/>
        <w:t>vn -0.8544 -0.4762 -0.2079</w:t>
        <w:br/>
        <w:t>vn -0.0058 -0.1302 0.9915</w:t>
        <w:br/>
        <w:t>vn -0.0192 -0.6540 0.7562</w:t>
        <w:br/>
        <w:t>vn -0.0893 0.0659 0.9938</w:t>
        <w:br/>
        <w:t>vn -0.5191 0.2872 0.8050</w:t>
        <w:br/>
        <w:t>vn -0.5192 0.2872 0.8050</w:t>
        <w:br/>
        <w:t>vn -0.7943 0.2738 0.5424</w:t>
        <w:br/>
        <w:t>vn -0.8577 0.4789 0.1873</w:t>
        <w:br/>
        <w:t>vn -0.6852 -0.2865 -0.6697</w:t>
        <w:br/>
        <w:t>vn -0.4724 -0.3701 -0.7999</w:t>
        <w:br/>
        <w:t>vn -0.3176 -0.5136 -0.7971</w:t>
        <w:br/>
        <w:t>vn -0.6299 -0.4994 -0.5948</w:t>
        <w:br/>
        <w:t>vn -0.5452 0.4228 -0.7238</w:t>
        <w:br/>
        <w:t>vn 0.0133 -0.0373 -0.9992</w:t>
        <w:br/>
        <w:t>vn -0.0148 0.3891 -0.9211</w:t>
        <w:br/>
        <w:t>vn 0.0132 -0.0373 -0.9992</w:t>
        <w:br/>
        <w:t>vn -0.0753 0.8513 -0.5193</w:t>
        <w:br/>
        <w:t>vn -0.4923 0.8124 -0.3124</w:t>
        <w:br/>
        <w:t>vn -0.4924 0.8124 -0.3124</w:t>
        <w:br/>
        <w:t>vn -0.0044 0.7666 -0.6421</w:t>
        <w:br/>
        <w:t>vn -0.7700 0.3828 -0.5105</w:t>
        <w:br/>
        <w:t>vn -0.6758 0.7368 0.0189</w:t>
        <w:br/>
        <w:t>vn -0.8577 0.4789 0.1872</w:t>
        <w:br/>
        <w:t>vn -0.7735 0.6014 -0.2001</w:t>
        <w:br/>
        <w:t>vn -0.2261 -0.9639 0.1404</w:t>
        <w:br/>
        <w:t>vn -0.2783 -0.8520 0.4435</w:t>
        <w:br/>
        <w:t>vn -0.5125 -0.7967 0.3201</w:t>
        <w:br/>
        <w:t>vn -0.4486 -0.8934 0.0250</w:t>
        <w:br/>
        <w:t>vn -0.3007 -0.6491 0.6987</w:t>
        <w:br/>
        <w:t>vn -0.5250 -0.6200 0.5831</w:t>
        <w:br/>
        <w:t>vn -0.0191 -0.6540 0.7563</w:t>
        <w:br/>
        <w:t>vn -0.9528 0.1825 -0.2424</w:t>
        <w:br/>
        <w:t>vn 0.5348 -0.4466 0.7174</w:t>
        <w:br/>
        <w:t>vn 0.7148 -0.2468 -0.6543</w:t>
        <w:br/>
        <w:t>vn 0.7147 -0.2468 -0.6544</w:t>
        <w:br/>
        <w:t>vn 0.7148 -0.2468 -0.6544</w:t>
        <w:br/>
        <w:t>vn -0.0820 -0.9933 0.0815</w:t>
        <w:br/>
        <w:t>vn 0.1168 -0.9927 -0.0310</w:t>
        <w:br/>
        <w:t>vn 0.3803 -0.0868 -0.9208</w:t>
        <w:br/>
        <w:t>vn 0.3571 0.2331 -0.9045</w:t>
        <w:br/>
        <w:t>vn -0.1472 -0.9870 -0.0649</w:t>
        <w:br/>
        <w:t>vn -0.3915 -0.8281 0.4013</w:t>
        <w:br/>
        <w:t>vn -0.6515 -0.7422 0.1569</w:t>
        <w:br/>
        <w:t>vn -0.5047 -0.8631 0.0177</w:t>
        <w:br/>
        <w:t>vn -0.7716 -0.5160 -0.3721</w:t>
        <w:br/>
        <w:t>vn -0.1337 -0.9080 -0.3970</w:t>
        <w:br/>
        <w:t>vn -0.7494 -0.1803 0.6371</w:t>
        <w:br/>
        <w:t>vn -0.8720 -0.3228 0.3680</w:t>
        <w:br/>
        <w:t>vn -0.7634 -0.2686 0.5874</w:t>
        <w:br/>
        <w:t>vn -0.9336 -0.2428 -0.2635</w:t>
        <w:br/>
        <w:t>vn -0.8356 -0.0209 -0.5490</w:t>
        <w:br/>
        <w:t>vn -0.5300 0.2840 -0.7990</w:t>
        <w:br/>
        <w:t>vn -0.7959 0.4202 0.4359</w:t>
        <w:br/>
        <w:t>vn -0.9039 0.4249 0.0495</w:t>
        <w:br/>
        <w:t>vn -0.9039 0.4249 0.0494</w:t>
        <w:br/>
        <w:t>vn 0.0171 0.6580 -0.7529</w:t>
        <w:br/>
        <w:t>vn 0.1770 0.3284 -0.9278</w:t>
        <w:br/>
        <w:t>vn -0.5299 0.2840 -0.7991</w:t>
        <w:br/>
        <w:t>vn -0.0925 0.5182 -0.8502</w:t>
        <w:br/>
        <w:t>vn 0.0132 0.9819 0.1888</w:t>
        <w:br/>
        <w:t>vn 0.0803 0.9450 -0.3169</w:t>
        <w:br/>
        <w:t>vn -0.0395 -0.9425 -0.3319</w:t>
        <w:br/>
        <w:t>vn -0.7635 -0.2686 0.5873</w:t>
        <w:br/>
        <w:t>vn -0.8445 -0.5098 0.1641</w:t>
        <w:br/>
        <w:t>vn 0.2256 0.2608 -0.9387</w:t>
        <w:br/>
        <w:t>vn 0.0803 0.9451 -0.3169</w:t>
        <w:br/>
        <w:t>vn -0.8319 0.0081 -0.5549</w:t>
        <w:br/>
        <w:t>vn -0.8318 0.0081 -0.5549</w:t>
        <w:br/>
        <w:t>vn -0.2387 -0.5686 -0.7872</w:t>
        <w:br/>
        <w:t>vn -0.7231 -0.6625 -0.1955</w:t>
        <w:br/>
        <w:t>vn -0.7231 -0.6625 -0.1954</w:t>
        <w:br/>
        <w:t>vn -0.6696 -0.5400 -0.5100</w:t>
        <w:br/>
        <w:t>vn -0.7853 -0.4598 0.4146</w:t>
        <w:br/>
        <w:t>vn -0.7853 -0.4597 0.4146</w:t>
        <w:br/>
        <w:t>vn -0.8370 -0.5360 0.1103</w:t>
        <w:br/>
        <w:t>vn 0.2150 -0.6596 -0.7202</w:t>
        <w:br/>
        <w:t>vn -0.0471 -0.8134 -0.5798</w:t>
        <w:br/>
        <w:t>vn 0.1479 -0.6617 -0.7350</w:t>
        <w:br/>
        <w:t>vn -0.5004 -0.6155 0.6090</w:t>
        <w:br/>
        <w:t>vn -0.2650 -0.7194 0.6420</w:t>
        <w:br/>
        <w:t>vn 0.2887 -0.4898 -0.8227</w:t>
        <w:br/>
        <w:t>vn 0.4048 -0.3647 -0.8385</w:t>
        <w:br/>
        <w:t>vn 0.3765 -0.4475 -0.8112</w:t>
        <w:br/>
        <w:t>vn 0.3451 -0.5265 -0.7770</w:t>
        <w:br/>
        <w:t>vn 0.2775 -0.1941 -0.9409</w:t>
        <w:br/>
        <w:t>vn 0.1506 -0.5532 -0.8193</w:t>
        <w:br/>
        <w:t>vn 0.1770 0.3283 -0.9278</w:t>
        <w:br/>
        <w:t>vn 0.1796 -0.0722 0.9811</w:t>
        <w:br/>
        <w:t>vn -0.4869 -0.5995 -0.6353</w:t>
        <w:br/>
        <w:t>vn 0.1611 -0.5962 -0.7865</w:t>
        <w:br/>
        <w:t>vn 0.1908 0.5825 -0.7901</w:t>
        <w:br/>
        <w:t>vn 0.0767 0.9965 -0.0316</w:t>
        <w:br/>
        <w:t>vn 0.2892 0.0864 0.9534</w:t>
        <w:br/>
        <w:t>vn -0.2507 -0.5830 0.7728</w:t>
        <w:br/>
        <w:t>vn 0.4265 -0.7744 0.4674</w:t>
        <w:br/>
        <w:t>vn 0.4369 -0.6443 0.6277</w:t>
        <w:br/>
        <w:t>vn 0.4072 -0.6370 0.6545</w:t>
        <w:br/>
        <w:t>vn 0.8020 -0.5650 0.1938</w:t>
        <w:br/>
        <w:t>vn 0.5420 -0.7234 0.4277</w:t>
        <w:br/>
        <w:t>vn 0.5441 -0.6041 0.5822</w:t>
        <w:br/>
        <w:t>vn 0.9573 -0.1402 -0.2530</w:t>
        <w:br/>
        <w:t>vn 0.9456 -0.1461 -0.2906</w:t>
        <w:br/>
        <w:t>vn 0.9392 -0.2164 0.2664</w:t>
        <w:br/>
        <w:t>vn 0.9686 -0.2457 -0.0384</w:t>
        <w:br/>
        <w:t>vn 0.8364 0.0667 -0.5441</w:t>
        <w:br/>
        <w:t>vn 0.8500 0.2568 -0.4599</w:t>
        <w:br/>
        <w:t>vn 0.5470 -0.5154 0.6597</w:t>
        <w:br/>
        <w:t>vn 0.8674 -0.3502 0.3535</w:t>
        <w:br/>
        <w:t>vn 0.8406 -0.3825 0.3836</w:t>
        <w:br/>
        <w:t>vn 0.5238 -0.5302 0.6667</w:t>
        <w:br/>
        <w:t>vn 0.2748 -0.6512 0.7074</w:t>
        <w:br/>
        <w:t>vn 0.3488 -0.6588 0.6665</w:t>
        <w:br/>
        <w:t>vn 0.2343 -0.6480 0.7247</w:t>
        <w:br/>
        <w:t>vn 0.2537 -0.6443 0.7214</w:t>
        <w:br/>
        <w:t>vn -0.5141 0.4918 -0.7027</w:t>
        <w:br/>
        <w:t>vn -0.6155 0.5749 -0.5391</w:t>
        <w:br/>
        <w:t>vn -0.5340 0.7275 -0.4308</w:t>
        <w:br/>
        <w:t>vn -0.2649 0.7184 -0.6433</w:t>
        <w:br/>
        <w:t>vn -0.1789 0.5317 -0.8278</w:t>
        <w:br/>
        <w:t>vn -0.4520 0.6261 -0.6354</w:t>
        <w:br/>
        <w:t>vn 0.1532 0.6118 -0.7760</w:t>
        <w:br/>
        <w:t>vn 0.4254 0.3594 -0.8306</w:t>
        <w:br/>
        <w:t>vn 0.5248 0.5077 -0.6832</w:t>
        <w:br/>
        <w:t>vn -0.5166 0.5596 -0.6481</w:t>
        <w:br/>
        <w:t>vn -0.5654 0.5814 -0.5850</w:t>
        <w:br/>
        <w:t>vn -0.2530 0.6252 -0.7383</w:t>
        <w:br/>
        <w:t>vn -0.3376 0.5781 -0.7428</w:t>
        <w:br/>
        <w:t>vn -0.1903 0.6108 -0.7686</w:t>
        <w:br/>
        <w:t>vn -0.0025 0.5839 -0.8118</w:t>
        <w:br/>
        <w:t>vn 0.0445 0.5883 -0.8074</w:t>
        <w:br/>
        <w:t>vn -0.1175 0.6222 -0.7740</w:t>
        <w:br/>
        <w:t>vn 0.2731 -0.6404 0.7178</w:t>
        <w:br/>
        <w:t>vn 0.3616 -0.6320 0.6854</w:t>
        <w:br/>
        <w:t>vn -0.3337 0.5941 -0.7319</w:t>
        <w:br/>
        <w:t>vn 0.0235 0.6220 -0.7827</w:t>
        <w:br/>
        <w:t>vn 0.0388 0.6123 -0.7897</w:t>
        <w:br/>
        <w:t>vn 0.7814 -0.4826 0.3956</w:t>
        <w:br/>
        <w:t>vn 0.4906 -0.4483 0.7472</w:t>
        <w:br/>
        <w:t>vn 0.5015 -0.6028 0.6206</w:t>
        <w:br/>
        <w:t>vn 0.9465 -0.2203 0.2359</w:t>
        <w:br/>
        <w:t>vn 0.5889 -0.7436 0.3168</w:t>
        <w:br/>
        <w:t>vn 0.6764 -0.6610 0.3248</w:t>
        <w:br/>
        <w:t>vn -0.3974 0.7444 -0.5366</w:t>
        <w:br/>
        <w:t>vn -0.1249 0.7177 -0.6851</w:t>
        <w:br/>
        <w:t>vn 0.4534 -0.7849 0.4223</w:t>
        <w:br/>
        <w:t>vn 0.6567 -0.4278 0.6211</w:t>
        <w:br/>
        <w:t>vn 0.2127 0.6072 -0.7656</w:t>
        <w:br/>
        <w:t>vn 0.3981 0.6297 -0.6671</w:t>
        <w:br/>
        <w:t>vn 0.4966 0.6313 -0.5957</w:t>
        <w:br/>
        <w:t>vn -0.1991 -0.5250 0.8275</w:t>
        <w:br/>
        <w:t>vn -0.1870 -0.5188 0.8342</w:t>
        <w:br/>
        <w:t>vn 0.5838 -0.5955 0.5519</w:t>
        <w:br/>
        <w:t>vn 0.0346 0.6249 -0.7799</w:t>
        <w:br/>
        <w:t>vn 0.4140 0.5280 -0.7415</w:t>
        <w:br/>
        <w:t>vn 0.3418 0.5488 -0.7629</w:t>
        <w:br/>
        <w:t>vn -0.0829 0.5460 -0.8336</w:t>
        <w:br/>
        <w:t>vn 0.0057 0.7201 -0.6939</w:t>
        <w:br/>
        <w:t>vn -0.2387 0.5279 -0.8151</w:t>
        <w:br/>
        <w:t>vn -0.3918 0.5546 -0.7341</w:t>
        <w:br/>
        <w:t>vn -0.0543 -0.4918 0.8690</w:t>
        <w:br/>
        <w:t>vn 0.4832 0.4898 -0.7257</w:t>
        <w:br/>
        <w:t>vn 0.3768 0.4472 -0.8112</w:t>
        <w:br/>
        <w:t>vn 0.0004 0.5710 -0.8210</w:t>
        <w:br/>
        <w:t>vn -0.0634 -0.4367 0.8974</w:t>
        <w:br/>
        <w:t>vn 0.1773 -0.5736 0.7998</w:t>
        <w:br/>
        <w:t>vn 0.1725 0.6690 -0.7230</w:t>
        <w:br/>
        <w:t>vn 0.6395 -0.5411 0.5461</w:t>
        <w:br/>
        <w:t>vn 0.5223 -0.8360 0.1681</w:t>
        <w:br/>
        <w:t>vn 0.8020 -0.5650 0.1937</w:t>
        <w:br/>
        <w:t>vn 0.8614 -0.5078 -0.0095</w:t>
        <w:br/>
        <w:t>vn 0.9674 -0.1340 -0.2150</w:t>
        <w:br/>
        <w:t>vn 0.6951 -0.0210 -0.7186</w:t>
        <w:br/>
        <w:t>vn 0.9686 -0.2457 -0.0385</w:t>
        <w:br/>
        <w:t>vn 0.9141 -0.2692 -0.3032</w:t>
        <w:br/>
        <w:t>vn -0.6937 0.6895 -0.2080</w:t>
        <w:br/>
        <w:t>vn -0.5339 0.7275 -0.4309</w:t>
        <w:br/>
        <w:t>vn -0.6155 0.5749 -0.5390</w:t>
        <w:br/>
        <w:t>vn -0.7284 0.4868 -0.4822</w:t>
        <w:br/>
        <w:t>vn -0.5141 0.4919 -0.7027</w:t>
        <w:br/>
        <w:t>vn -0.6339 0.2304 -0.7383</w:t>
        <w:br/>
        <w:t>vn -0.7283 0.4867 -0.4823</w:t>
        <w:br/>
        <w:t>vn -0.5810 0.5619 -0.5888</w:t>
        <w:br/>
        <w:t>vn -0.5165 0.5597 -0.6480</w:t>
        <w:br/>
        <w:t>vn -0.5771 0.4630 -0.6727</w:t>
        <w:br/>
        <w:t>vn 0.4277 -0.8889 0.1643</w:t>
        <w:br/>
        <w:t>vn 0.4264 -0.7743 0.4675</w:t>
        <w:br/>
        <w:t>vn -0.1551 0.6690 -0.7269</w:t>
        <w:br/>
        <w:t>vn -0.2530 0.6252 -0.7384</w:t>
        <w:br/>
        <w:t>vn 0.2415 0.1538 -0.9581</w:t>
        <w:br/>
        <w:t>vn 0.8438 -0.5218 0.1252</w:t>
        <w:br/>
        <w:t>vn 0.6213 -0.6914 0.3686</w:t>
        <w:br/>
        <w:t>vn 0.6947 -0.6841 -0.2220</w:t>
        <w:br/>
        <w:t>vn 0.5888 -0.7435 0.3169</w:t>
        <w:br/>
        <w:t>vn 0.6250 -0.7806 0.0063</w:t>
        <w:br/>
        <w:t>vn 0.4534 -0.7849 0.4224</w:t>
        <w:br/>
        <w:t>vn 0.4598 -0.8620 0.2131</w:t>
        <w:br/>
        <w:t>vn -0.4626 -0.4268 0.7771</w:t>
        <w:br/>
        <w:t>vn -0.4811 -0.4307 0.7635</w:t>
        <w:br/>
        <w:t>vn -0.2387 0.5280 -0.8150</w:t>
        <w:br/>
        <w:t>vn 0.2127 0.6072 -0.7655</w:t>
        <w:br/>
        <w:t>vn -0.0724 0.3970 -0.9150</w:t>
        <w:br/>
        <w:t>vn -0.3548 0.2821 -0.8914</w:t>
        <w:br/>
        <w:t>vn -0.4088 -0.4035 0.8186</w:t>
        <w:br/>
        <w:t>vn 0.3768 0.4471 -0.8112</w:t>
        <w:br/>
        <w:t>vn 0.3041 0.3147 -0.8992</w:t>
        <w:br/>
        <w:t>vn 0.2416 0.6260 -0.7414</w:t>
        <w:br/>
        <w:t>vn 0.0005 0.5709 -0.8210</w:t>
        <w:br/>
        <w:t>vn 0.1772 -0.5736 0.7998</w:t>
        <w:br/>
        <w:t>vn -0.3510 -0.3624 0.8634</w:t>
        <w:br/>
        <w:t>vn -0.3291 -0.3409 0.8806</w:t>
        <w:br/>
        <w:t>vn 0.1773 -0.5736 0.7997</w:t>
        <w:br/>
        <w:t>vn 0.5616 -0.7308 0.3881</w:t>
        <w:br/>
        <w:t>vn -0.5449 0.2328 -0.8055</w:t>
        <w:br/>
        <w:t>vn -0.3919 0.5546 -0.7341</w:t>
        <w:br/>
        <w:t>vn -0.6804 0.7013 -0.2127</w:t>
        <w:br/>
        <w:t>vn -0.1788 0.5316 -0.8279</w:t>
        <w:br/>
        <w:t>vn -0.2653 0.2958 -0.9176</w:t>
        <w:br/>
        <w:t>vn 0.5127 0.1353 -0.8478</w:t>
        <w:br/>
        <w:t>vn 0.5127 0.1353 -0.8479</w:t>
        <w:br/>
        <w:t>vn 0.0392 -0.5751 0.8172</w:t>
        <w:br/>
        <w:t>vn -0.0721 -0.3371 0.9387</w:t>
        <w:br/>
        <w:t>vn -0.0479 -0.7099 0.7027</w:t>
        <w:br/>
        <w:t>vn 0.8064 0.2594 0.5314</w:t>
        <w:br/>
        <w:t>vn 0.2431 0.4692 0.8490</w:t>
        <w:br/>
        <w:t>vn 0.7533 -0.1462 0.6412</w:t>
        <w:br/>
        <w:t>vn 0.7533 -0.1462 0.6413</w:t>
        <w:br/>
        <w:t>vn 0.8815 0.4581 0.1148</w:t>
        <w:br/>
        <w:t>vn 0.7091 0.7034 0.0485</w:t>
        <w:br/>
        <w:t>vn 0.8464 0.3584 -0.3940</w:t>
        <w:br/>
        <w:t>vn 0.5722 0.6947 -0.4359</w:t>
        <w:br/>
        <w:t>vn 0.5019 0.5360 -0.6789</w:t>
        <w:br/>
        <w:t>vn 0.7636 0.2507 -0.5950</w:t>
        <w:br/>
        <w:t>vn -0.2187 0.2015 0.9548</w:t>
        <w:br/>
        <w:t>vn -0.2618 0.1582 0.9521</w:t>
        <w:br/>
        <w:t>vn -0.0505 0.6957 0.7166</w:t>
        <w:br/>
        <w:t>vn -0.1353 0.6355 0.7602</w:t>
        <w:br/>
        <w:t>vn -0.0311 0.7677 0.6400</w:t>
        <w:br/>
        <w:t>vn -0.2931 0.0433 0.9551</w:t>
        <w:br/>
        <w:t>vn -0.1482 -0.4874 0.8605</w:t>
        <w:br/>
        <w:t>vn -0.2465 -0.1821 0.9519</w:t>
        <w:br/>
        <w:t>vn 0.1803 0.9016 -0.3933</w:t>
        <w:br/>
        <w:t>vn -0.2119 0.7018 0.6801</w:t>
        <w:br/>
        <w:t>vn -0.2337 0.7020 0.6728</w:t>
        <w:br/>
        <w:t>vn -0.2244 0.4737 0.8516</w:t>
        <w:br/>
        <w:t>vn -0.0798 0.9949 -0.0611</w:t>
        <w:br/>
        <w:t>vn -0.2282 0.9057 0.3572</w:t>
        <w:br/>
        <w:t>vn 0.2006 0.9608 0.1914</w:t>
        <w:br/>
        <w:t>vn 0.2814 0.6983 0.6582</w:t>
        <w:br/>
        <w:t>vn 0.1442 0.3460 0.9271</w:t>
        <w:br/>
        <w:t>vn 0.2207 0.1842 0.9578</w:t>
        <w:br/>
        <w:t>vn -0.0720 -0.3371 0.9387</w:t>
        <w:br/>
        <w:t>vn 0.2428 -0.9668 -0.0798</w:t>
        <w:br/>
        <w:t>vn 0.2519 -0.8934 0.3720</w:t>
        <w:br/>
        <w:t>vn 0.5466 0.1431 0.8251</w:t>
        <w:br/>
        <w:t>vn 0.5976 0.2512 0.7615</w:t>
        <w:br/>
        <w:t>vn 0.6820 0.5550 0.4763</w:t>
        <w:br/>
        <w:t>vn 0.4960 -0.8485 -0.1842</w:t>
        <w:br/>
        <w:t>vn 0.5140 -0.8213 0.2474</w:t>
        <w:br/>
        <w:t>vn 0.3851 -0.7167 -0.5815</w:t>
        <w:br/>
        <w:t>vn 0.1841 -0.8410 -0.5087</w:t>
        <w:br/>
        <w:t>vn 0.3960 -0.4071 0.8231</w:t>
        <w:br/>
        <w:t>vn 0.3959 -0.4070 0.8231</w:t>
        <w:br/>
        <w:t>vn 0.8024 0.0386 0.5955</w:t>
        <w:br/>
        <w:t>vn 0.6357 -0.3637 0.6809</w:t>
        <w:br/>
        <w:t>vn -0.0282 -0.9139 -0.4049</w:t>
        <w:br/>
        <w:t>vn 0.5561 0.6591 0.5062</w:t>
        <w:br/>
        <w:t>vn 0.5562 0.6592 0.5062</w:t>
        <w:br/>
        <w:t>vn 0.8111 0.4332 0.3929</w:t>
        <w:br/>
        <w:t>vn 0.1447 0.8766 0.4589</w:t>
        <w:br/>
        <w:t>vn -0.3687 -0.6141 0.6978</w:t>
        <w:br/>
        <w:t>vn -0.0068 -0.9486 0.3164</w:t>
        <w:br/>
        <w:t>vn -0.1863 -0.8448 0.5015</w:t>
        <w:br/>
        <w:t>vn 0.1533 -0.8549 0.4956</w:t>
        <w:br/>
        <w:t>vn 0.9538 -0.2966 0.0485</w:t>
        <w:br/>
        <w:t>vn 0.9897 -0.1371 0.0406</w:t>
        <w:br/>
        <w:t>vn 0.9538 -0.2966 0.0484</w:t>
        <w:br/>
        <w:t>vn 0.9257 -0.1445 -0.3495</w:t>
        <w:br/>
        <w:t>vn 0.0258 -0.3514 -0.9359</w:t>
        <w:br/>
        <w:t>vn 0.0333 -0.6003 -0.7991</w:t>
        <w:br/>
        <w:t>vn -0.1863 -0.8449 0.5015</w:t>
        <w:br/>
        <w:t>vn 0.4720 -0.5699 -0.6726</w:t>
        <w:br/>
        <w:t>vn 0.0920 -0.5445 0.8337</w:t>
        <w:br/>
        <w:t>vn 0.1098 -0.7100 0.6956</w:t>
        <w:br/>
        <w:t>vn -0.2798 -0.1716 0.9446</w:t>
        <w:br/>
        <w:t>vn -0.4160 -0.1667 0.8939</w:t>
        <w:br/>
        <w:t>vn -0.0373 0.4967 0.8671</w:t>
        <w:br/>
        <w:t>vn 0.2859 0.1158 0.9512</w:t>
        <w:br/>
        <w:t>vn 0.3112 -0.3250 0.8930</w:t>
        <w:br/>
        <w:t>vn 0.8115 -0.0460 0.5825</w:t>
        <w:br/>
        <w:t>vn 0.7003 -0.3646 0.6137</w:t>
        <w:br/>
        <w:t>vn 0.9156 0.3436 0.2091</w:t>
        <w:br/>
        <w:t>vn 0.9149 0.3445 0.2104</w:t>
        <w:br/>
        <w:t>vn 0.5336 -0.5786 0.6169</w:t>
        <w:br/>
        <w:t>vn 0.1089 0.8341 0.5407</w:t>
        <w:br/>
        <w:t>vn 0.4988 0.8167 -0.2900</w:t>
        <w:br/>
        <w:t>vn 0.2042 0.9223 -0.3282</w:t>
        <w:br/>
        <w:t>vn 0.7893 -0.1980 -0.5812</w:t>
        <w:br/>
        <w:t>vn 0.3985 -0.7190 0.5695</w:t>
        <w:br/>
        <w:t>vn 0.1073 0.0808 0.9909</w:t>
        <w:br/>
        <w:t>vn 0.0663 0.2041 0.9767</w:t>
        <w:br/>
        <w:t>vn -0.1382 -0.0456 0.9894</w:t>
        <w:br/>
        <w:t>vn 0.1993 0.8250 -0.5289</w:t>
        <w:br/>
        <w:t>vn -0.2228 -0.1847 0.9572</w:t>
        <w:br/>
        <w:t>vn -0.1381 -0.0455 0.9894</w:t>
        <w:br/>
        <w:t>vn -0.3923 -0.3887 0.8337</w:t>
        <w:br/>
        <w:t>vn -0.3343 -0.4198 0.8438</w:t>
        <w:br/>
        <w:t>vn 0.7577 -0.3538 0.5484</w:t>
        <w:br/>
        <w:t>vn 0.7577 -0.3538 0.5483</w:t>
        <w:br/>
        <w:t>vn 0.6477 -0.6586 0.3832</w:t>
        <w:br/>
        <w:t>vn 0.6477 -0.6586 0.3831</w:t>
        <w:br/>
        <w:t>vn 0.4670 -0.8543 0.2283</w:t>
        <w:br/>
        <w:t>vn 0.4670 -0.8542 0.2284</w:t>
        <w:br/>
        <w:t>vn -0.0899 -0.9351 0.3428</w:t>
        <w:br/>
        <w:t>vn -0.3951 -0.7433 0.5398</w:t>
        <w:br/>
        <w:t>vn 0.9576 -0.1504 0.2459</w:t>
        <w:br/>
        <w:t>vn 0.9576 -0.1505 0.2459</w:t>
        <w:br/>
        <w:t>vn 0.1206 0.8109 0.5726</w:t>
        <w:br/>
        <w:t>vn 0.9542 -0.2860 -0.0873</w:t>
        <w:br/>
        <w:t>vn -0.4486 -0.3560 0.8198</w:t>
        <w:br/>
        <w:t>vn 0.0241 0.3238 0.9458</w:t>
        <w:br/>
        <w:t>vn -0.0356 0.1206 -0.9921</w:t>
        <w:br/>
        <w:t>vn -0.2775 0.6333 -0.7224</w:t>
        <w:br/>
        <w:t>vn -0.1020 0.2431 -0.9646</w:t>
        <w:br/>
        <w:t>vn 0.3832 0.3074 -0.8710</w:t>
        <w:br/>
        <w:t>vn -0.0302 -0.9453 -0.3249</w:t>
        <w:br/>
        <w:t>vn 0.3349 -0.9045 -0.2642</w:t>
        <w:br/>
        <w:t>vn 0.7225 -0.4316 -0.5401</w:t>
        <w:br/>
        <w:t>vn 0.6536 -0.7383 -0.1668</w:t>
        <w:br/>
        <w:t>vn 0.2717 -0.0676 -0.9600</w:t>
        <w:br/>
        <w:t>vn 0.2716 -0.0676 -0.9600</w:t>
        <w:br/>
        <w:t>vn -0.2869 0.9097 -0.3002</w:t>
        <w:br/>
        <w:t>vn -0.2456 0.9691 0.0242</w:t>
        <w:br/>
        <w:t>vn 0.1547 0.9068 -0.3922</w:t>
        <w:br/>
        <w:t>vn 0.6763 0.3173 -0.6648</w:t>
        <w:br/>
        <w:t>vn 0.2519 0.7629 -0.5955</w:t>
        <w:br/>
        <w:t>vn 0.6870 0.6567 -0.3109</w:t>
        <w:br/>
        <w:t>vn 0.8167 0.5078 -0.2741</w:t>
        <w:br/>
        <w:t>vn 0.6897 0.2934 -0.6620</w:t>
        <w:br/>
        <w:t>vn 0.0466 0.8483 0.5275</w:t>
        <w:br/>
        <w:t>vn -0.0035 0.8856 0.4644</w:t>
        <w:br/>
        <w:t>vn 0.0580 0.9362 0.3467</w:t>
        <w:br/>
        <w:t>vn 0.4514 0.0472 0.8911</w:t>
        <w:br/>
        <w:t>vn 0.4737 0.2516 0.8440</w:t>
        <w:br/>
        <w:t>vn 0.4784 0.8521 0.2123</w:t>
        <w:br/>
        <w:t>vn 0.4786 0.8520 0.2123</w:t>
        <w:br/>
        <w:t>vn 0.8167 0.5079 -0.2740</w:t>
        <w:br/>
        <w:t>vn 0.8366 0.2773 0.4725</w:t>
        <w:br/>
        <w:t>vn 0.8365 0.2776 0.4725</w:t>
        <w:br/>
        <w:t>vn 0.7602 0.0433 0.6482</w:t>
        <w:br/>
        <w:t>vn 0.6118 0.5814 0.5364</w:t>
        <w:br/>
        <w:t>vn 0.8090 0.4856 0.3313</w:t>
        <w:br/>
        <w:t>vn 0.1753 0.8999 -0.3994</w:t>
        <w:br/>
        <w:t>vn 0.7044 0.6755 -0.2178</w:t>
        <w:br/>
        <w:t>vn 0.1753 0.8998 -0.3994</w:t>
        <w:br/>
        <w:t>vn 0.0465 0.8483 0.5275</w:t>
        <w:br/>
        <w:t>vn -0.1180 0.9780 -0.1718</w:t>
        <w:br/>
        <w:t>vn -0.3624 0.5915 -0.7203</w:t>
        <w:br/>
        <w:t>vn -0.3045 0.7940 -0.5262</w:t>
        <w:br/>
        <w:t>vn -0.3186 0.6184 -0.7184</w:t>
        <w:br/>
        <w:t>vn -0.3833 0.3617 -0.8498</w:t>
        <w:br/>
        <w:t>vn -0.3499 0.1905 -0.9172</w:t>
        <w:br/>
        <w:t>vn 0.2045 0.6599 -0.7230</w:t>
        <w:br/>
        <w:t>vn -0.0971 0.3206 -0.9422</w:t>
        <w:br/>
        <w:t>vn 0.3024 -0.8524 -0.4265</w:t>
        <w:br/>
        <w:t>vn 0.3398 -0.9372 0.0790</w:t>
        <w:br/>
        <w:t>vn -0.0970 -0.8873 -0.4508</w:t>
        <w:br/>
        <w:t>vn 0.6260 -0.1675 -0.7616</w:t>
        <w:br/>
        <w:t>vn 0.6215 0.1255 -0.7733</w:t>
        <w:br/>
        <w:t>vn 0.7025 -0.4619 -0.5415</w:t>
        <w:br/>
        <w:t>vn 0.2039 -0.1772 -0.9628</w:t>
        <w:br/>
        <w:t>vn 0.6866 -0.7029 0.1855</w:t>
        <w:br/>
        <w:t>vn 0.7025 -0.4618 -0.5415</w:t>
        <w:br/>
        <w:t>vn 0.2920 -0.7876 0.5426</w:t>
        <w:br/>
        <w:t>vn 0.6185 0.5247 -0.5849</w:t>
        <w:br/>
        <w:t>vn -0.2673 0.9636 -0.0096</w:t>
        <w:br/>
        <w:t>vn -0.1059 0.7636 0.6370</w:t>
        <w:br/>
        <w:t>vn 0.1547 0.8738 0.4609</w:t>
        <w:br/>
        <w:t>vn 0.2306 0.6902 0.6859</w:t>
        <w:br/>
        <w:t>vn 0.5286 0.6043 0.5962</w:t>
        <w:br/>
        <w:t>vn 0.6107 0.6968 0.3762</w:t>
        <w:br/>
        <w:t>vn 0.6919 0.7219 -0.0128</w:t>
        <w:br/>
        <w:t>vn 0.2845 0.9586 0.0130</w:t>
        <w:br/>
        <w:t>vn -0.4166 0.1280 -0.9000</w:t>
        <w:br/>
        <w:t>vn -0.3796 0.1655 -0.9102</w:t>
        <w:br/>
        <w:t>vn -0.3371 -0.2757 -0.9002</w:t>
        <w:br/>
        <w:t>vn -0.3696 0.1302 -0.9200</w:t>
        <w:br/>
        <w:t>vn 0.6612 -0.1210 -0.7404</w:t>
        <w:br/>
        <w:t>vn 0.7388 -0.5008 -0.4511</w:t>
        <w:br/>
        <w:t>vn 0.4869 -0.5995 -0.6353</w:t>
        <w:br/>
        <w:t>vn 0.1092 0.4712 -0.8752</w:t>
        <w:br/>
        <w:t>vn 0.6569 0.3024 -0.6907</w:t>
        <w:br/>
        <w:t>vn -0.3833 0.3617 -0.8499</w:t>
        <w:br/>
        <w:t>vn -0.1675 0.7061 -0.6880</w:t>
        <w:br/>
        <w:t>vn 0.1093 0.4712 -0.8752</w:t>
        <w:br/>
        <w:t>vn 0.1695 0.8842 0.4352</w:t>
        <w:br/>
        <w:t>vn 0.5632 0.6640 0.4918</w:t>
        <w:br/>
        <w:t>vn 0.6829 0.7302 -0.0238</w:t>
        <w:br/>
        <w:t>vn 0.8376 0.3125 0.4482</w:t>
        <w:br/>
        <w:t>vn 0.8666 0.4742 -0.1552</w:t>
        <w:br/>
        <w:t>vn 0.5335 0.5296 0.6595</w:t>
        <w:br/>
        <w:t>vn 0.7927 0.2096 0.5724</w:t>
        <w:br/>
        <w:t>vn 0.7620 -0.0560 -0.6451</w:t>
        <w:br/>
        <w:t>vn 0.5305 -0.2734 -0.8024</w:t>
        <w:br/>
        <w:t>vn 0.2820 -0.5644 -0.7758</w:t>
        <w:br/>
        <w:t>vn 0.5864 -0.4932 -0.6426</w:t>
        <w:br/>
        <w:t>vn 0.5661 -0.5842 0.5816</w:t>
        <w:br/>
        <w:t>vn 0.7683 0.3937 -0.5047</w:t>
        <w:br/>
        <w:t>vn 0.4926 0.6993 -0.5180</w:t>
        <w:br/>
        <w:t>vn 0.0716 0.9539 -0.2914</w:t>
        <w:br/>
        <w:t>vn 0.1334 0.8863 -0.4435</w:t>
        <w:br/>
        <w:t>vn 0.0076 0.9915 -0.1302</w:t>
        <w:br/>
        <w:t>vn -0.0969 -0.8873 -0.4509</w:t>
        <w:br/>
        <w:t>vn -0.0915 -0.6644 -0.7417</w:t>
        <w:br/>
        <w:t>vn -0.1268 -0.7476 -0.6519</w:t>
        <w:br/>
        <w:t>vn 0.6678 -0.4969 0.5542</w:t>
        <w:br/>
        <w:t>vn 0.2508 -0.5830 0.7728</w:t>
        <w:br/>
        <w:t>vn 0.6092 -0.6245 0.4888</w:t>
        <w:br/>
        <w:t>vn 0.5617 -0.6383 -0.5264</w:t>
        <w:br/>
        <w:t>vn 0.2636 -0.7805 -0.5669</w:t>
        <w:br/>
        <w:t>vn 0.3158 -0.6301 -0.7094</w:t>
        <w:br/>
        <w:t>vn 0.6554 -0.5139 -0.5535</w:t>
        <w:br/>
        <w:t>vn 0.3554 -0.4396 -0.8249</w:t>
        <w:br/>
        <w:t>vn 0.8544 -0.4762 -0.2078</w:t>
        <w:br/>
        <w:t>vn -0.0841 -0.6487 -0.7564</w:t>
        <w:br/>
        <w:t>vn -0.0029 -0.8811 0.4730</w:t>
        <w:br/>
        <w:t>vn 0.5282 -0.7307 0.4326</w:t>
        <w:br/>
        <w:t>vn 0.5281 -0.7307 0.4326</w:t>
        <w:br/>
        <w:t>vn 0.3250 0.5398 0.7765</w:t>
        <w:br/>
        <w:t>vn 0.3251 0.5398 0.7765</w:t>
        <w:br/>
        <w:t>vn 0.2311 0.7564 0.6120</w:t>
        <w:br/>
        <w:t>vn 0.1181 0.9103 0.3968</w:t>
        <w:br/>
        <w:t>vn 0.1456 0.6802 -0.7185</w:t>
        <w:br/>
        <w:t>vn -0.1038 -0.9336 0.3428</w:t>
        <w:br/>
        <w:t>vn 0.9855 -0.1306 -0.1083</w:t>
        <w:br/>
        <w:t>vn 0.9855 -0.1307 -0.1084</w:t>
        <w:br/>
        <w:t>vn 0.9243 -0.3512 0.1492</w:t>
        <w:br/>
        <w:t>vn 0.9757 -0.1892 0.1107</w:t>
        <w:br/>
        <w:t>vn 0.9529 0.1825 -0.2424</w:t>
        <w:br/>
        <w:t>vn 0.9447 -0.0653 -0.3215</w:t>
        <w:br/>
        <w:t>vn 0.8544 -0.4763 -0.2077</w:t>
        <w:br/>
        <w:t>vn 0.0058 -0.1302 0.9915</w:t>
        <w:br/>
        <w:t>vn 0.0893 0.0659 0.9938</w:t>
        <w:br/>
        <w:t>vn 0.0191 -0.6540 0.7563</w:t>
        <w:br/>
        <w:t>vn 0.5192 0.2872 0.8050</w:t>
        <w:br/>
        <w:t>vn 0.5191 0.2872 0.8050</w:t>
        <w:br/>
        <w:t>vn 0.8577 0.4788 0.1873</w:t>
        <w:br/>
        <w:t>vn 0.7944 0.2737 0.5423</w:t>
        <w:br/>
        <w:t>vn 0.3176 -0.5136 -0.7971</w:t>
        <w:br/>
        <w:t>vn 0.4724 -0.3701 -0.7999</w:t>
        <w:br/>
        <w:t>vn 0.6852 -0.2865 -0.6697</w:t>
        <w:br/>
        <w:t>vn 0.6299 -0.4994 -0.5948</w:t>
        <w:br/>
        <w:t>vn 0.5452 0.4228 -0.7239</w:t>
        <w:br/>
        <w:t>vn 0.0148 0.3890 -0.9211</w:t>
        <w:br/>
        <w:t>vn -0.0133 -0.0373 -0.9992</w:t>
        <w:br/>
        <w:t>vn -0.0132 -0.0373 -0.9992</w:t>
        <w:br/>
        <w:t>vn 0.4923 0.8124 -0.3124</w:t>
        <w:br/>
        <w:t>vn 0.0753 0.8513 -0.5193</w:t>
        <w:br/>
        <w:t>vn 0.0044 0.7666 -0.6421</w:t>
        <w:br/>
        <w:t>vn 0.5453 0.4228 -0.7238</w:t>
        <w:br/>
        <w:t>vn 0.7700 0.3827 -0.5105</w:t>
        <w:br/>
        <w:t>vn 0.6757 0.7370 0.0189</w:t>
        <w:br/>
        <w:t>vn 0.8577 0.4788 0.1872</w:t>
        <w:br/>
        <w:t>vn 0.7735 0.6014 -0.2001</w:t>
        <w:br/>
        <w:t>vn 0.5125 -0.7968 0.3201</w:t>
        <w:br/>
        <w:t>vn 0.2783 -0.8520 0.4435</w:t>
        <w:br/>
        <w:t>vn 0.2260 -0.9640 0.1403</w:t>
        <w:br/>
        <w:t>vn 0.4484 -0.8935 0.0249</w:t>
        <w:br/>
        <w:t>vn 0.3007 -0.6491 0.6987</w:t>
        <w:br/>
        <w:t>vn 0.5251 -0.6200 0.5831</w:t>
        <w:br/>
        <w:t>vn 0.0191 -0.6540 0.7562</w:t>
        <w:br/>
        <w:t>vn 0.9528 0.1826 -0.2425</w:t>
        <w:br/>
        <w:t>vn 0.4988 0.8168 -0.2899</w:t>
        <w:br/>
        <w:t>vn -0.5347 -0.4466 0.7174</w:t>
        <w:br/>
        <w:t>vn -0.7148 -0.2468 -0.6543</w:t>
        <w:br/>
        <w:t>vn -0.7148 -0.2469 -0.6543</w:t>
        <w:br/>
        <w:t>vn -0.1168 -0.9927 -0.0309</w:t>
        <w:br/>
        <w:t>vn 0.0820 -0.9933 0.0814</w:t>
        <w:br/>
        <w:t>vn -0.3803 -0.0868 -0.9208</w:t>
        <w:br/>
        <w:t>vn -0.3571 0.2331 -0.9045</w:t>
        <w:br/>
        <w:t>vn 0.1472 -0.9870 -0.0649</w:t>
        <w:br/>
        <w:t>vn 0.6516 -0.7422 0.1569</w:t>
        <w:br/>
        <w:t>vn 0.3914 -0.8281 0.4013</w:t>
        <w:br/>
        <w:t>vn 0.5047 -0.8631 0.0176</w:t>
        <w:br/>
        <w:t>vn 0.7716 -0.5159 -0.3720</w:t>
        <w:br/>
        <w:t>vn 0.1337 -0.9081 -0.3969</w:t>
        <w:br/>
        <w:t>vn 0.7494 -0.1803 0.6371</w:t>
        <w:br/>
        <w:t>vn 0.7634 -0.2686 0.5874</w:t>
        <w:br/>
        <w:t>vn 0.8720 -0.3228 0.3680</w:t>
        <w:br/>
        <w:t>vn 0.9337 -0.2427 -0.2634</w:t>
        <w:br/>
        <w:t>vn 0.8720 -0.3229 0.3679</w:t>
        <w:br/>
        <w:t>vn 0.8355 -0.0209 -0.5491</w:t>
        <w:br/>
        <w:t>vn 0.5299 0.2840 -0.7991</w:t>
        <w:br/>
        <w:t>vn 0.7959 0.4202 0.4358</w:t>
        <w:br/>
        <w:t>vn 0.7960 0.4201 0.4358</w:t>
        <w:br/>
        <w:t>vn 0.9039 0.4249 0.0495</w:t>
        <w:br/>
        <w:t>vn 0.9038 0.4250 0.0495</w:t>
        <w:br/>
        <w:t>vn 0.5299 0.2839 -0.7991</w:t>
        <w:br/>
        <w:t>vn -0.1770 0.3284 -0.9278</w:t>
        <w:br/>
        <w:t>vn -0.0171 0.6580 -0.7529</w:t>
        <w:br/>
        <w:t>vn 0.0925 0.5182 -0.8503</w:t>
        <w:br/>
        <w:t>vn -0.0132 0.9819 0.1888</w:t>
        <w:br/>
        <w:t>vn -0.0803 0.9451 -0.3169</w:t>
        <w:br/>
        <w:t>vn 0.0395 -0.9425 -0.3319</w:t>
        <w:br/>
        <w:t>vn 0.8445 -0.5098 0.1640</w:t>
        <w:br/>
        <w:t>vn -0.1770 0.3283 -0.9278</w:t>
        <w:br/>
        <w:t>vn -0.2256 0.2607 -0.9387</w:t>
        <w:br/>
        <w:t>vn 0.8319 0.0080 -0.5549</w:t>
        <w:br/>
        <w:t>vn 0.2387 -0.5686 -0.7872</w:t>
        <w:br/>
        <w:t>vn 0.6696 -0.5399 -0.5100</w:t>
        <w:br/>
        <w:t>vn 0.7231 -0.6625 -0.1955</w:t>
        <w:br/>
        <w:t>vn 0.7231 -0.6625 -0.1954</w:t>
        <w:br/>
        <w:t>vn 0.7853 -0.4598 0.4146</w:t>
        <w:br/>
        <w:t>vn 0.8370 -0.5360 0.1103</w:t>
        <w:br/>
        <w:t>vn 0.7853 -0.4597 0.4146</w:t>
        <w:br/>
        <w:t>vn -0.2150 -0.6596 -0.7202</w:t>
        <w:br/>
        <w:t>vn -0.1479 -0.6617 -0.7350</w:t>
        <w:br/>
        <w:t>vn 0.0472 -0.8135 -0.5797</w:t>
        <w:br/>
        <w:t>vn 0.5004 -0.6154 0.6090</w:t>
        <w:br/>
        <w:t>vn 0.2650 -0.7194 0.6421</w:t>
        <w:br/>
        <w:t>vn 0.2649 -0.7193 0.6421</w:t>
        <w:br/>
        <w:t>vn -0.2887 -0.4898 -0.8226</w:t>
        <w:br/>
        <w:t>vn -0.3765 -0.4475 -0.8112</w:t>
        <w:br/>
        <w:t>vn -0.4049 -0.3647 -0.8385</w:t>
        <w:br/>
        <w:t>vn -0.3451 -0.5265 -0.7770</w:t>
        <w:br/>
        <w:t>vn -0.2775 -0.1941 -0.9409</w:t>
        <w:br/>
        <w:t>vn 0.2387 -0.5687 -0.7872</w:t>
        <w:br/>
        <w:t>vn -0.1506 -0.5531 -0.8194</w:t>
        <w:br/>
        <w:t>vn -0.1796 -0.0722 0.9811</w:t>
        <w:br/>
        <w:t>vn -0.1611 -0.5962 -0.7865</w:t>
        <w:br/>
        <w:t>vn -0.1908 0.5825 -0.7901</w:t>
        <w:br/>
        <w:t>vn 0.2038 -0.1772 -0.9628</w:t>
        <w:br/>
        <w:t>vn -0.1020 0.2432 -0.9646</w:t>
        <w:br/>
        <w:t>vn -0.0767 0.9965 -0.0317</w:t>
        <w:br/>
        <w:t>vn -0.2892 0.0864 0.9534</w:t>
        <w:br/>
        <w:t>vn 0.2507 -0.5830 0.7728</w:t>
        <w:br/>
        <w:t>vn 0.1089 0.8341 0.5408</w:t>
        <w:br/>
        <w:t>vn -0.4265 -0.7744 0.4674</w:t>
        <w:br/>
        <w:t>vn -0.4072 -0.6370 0.6545</w:t>
        <w:br/>
        <w:t>vn -0.4369 -0.6443 0.6277</w:t>
        <w:br/>
        <w:t>vn -0.8020 -0.5650 0.1938</w:t>
        <w:br/>
        <w:t>vn -0.5441 -0.6041 0.5823</w:t>
        <w:br/>
        <w:t>vn -0.5420 -0.7234 0.4277</w:t>
        <w:br/>
        <w:t>vn -0.9573 -0.1402 -0.2530</w:t>
        <w:br/>
        <w:t>vn -0.9456 -0.1461 -0.2906</w:t>
        <w:br/>
        <w:t>vn -0.8364 0.0667 -0.5441</w:t>
        <w:br/>
        <w:t>vn -0.9686 -0.2457 -0.0384</w:t>
        <w:br/>
        <w:t>vn -0.9392 -0.2164 0.2664</w:t>
        <w:br/>
        <w:t>vn -0.8500 0.2568 -0.4599</w:t>
        <w:br/>
        <w:t>vn -0.5470 -0.5154 0.6597</w:t>
        <w:br/>
        <w:t>vn -0.5238 -0.5302 0.6667</w:t>
        <w:br/>
        <w:t>vn -0.8405 -0.3825 0.3836</w:t>
        <w:br/>
        <w:t>vn -0.8674 -0.3502 0.3535</w:t>
        <w:br/>
        <w:t>vn -0.2343 -0.6480 0.7247</w:t>
        <w:br/>
        <w:t>vn -0.3488 -0.6588 0.6665</w:t>
        <w:br/>
        <w:t>vn -0.2749 -0.6512 0.7074</w:t>
        <w:br/>
        <w:t>vn -0.2537 -0.6443 0.7214</w:t>
        <w:br/>
        <w:t>vn 0.5339 0.7275 -0.4309</w:t>
        <w:br/>
        <w:t>vn 0.6155 0.5749 -0.5391</w:t>
        <w:br/>
        <w:t>vn 0.5141 0.4918 -0.7027</w:t>
        <w:br/>
        <w:t>vn 0.2648 0.7184 -0.6432</w:t>
        <w:br/>
        <w:t>vn 0.1789 0.5316 -0.8279</w:t>
        <w:br/>
        <w:t>vn -0.1532 0.6118 -0.7760</w:t>
        <w:br/>
        <w:t>vn 0.4519 0.6261 -0.6354</w:t>
        <w:br/>
        <w:t>vn -0.4254 0.3594 -0.8306</w:t>
        <w:br/>
        <w:t>vn -0.5248 0.5077 -0.6832</w:t>
        <w:br/>
        <w:t>vn 0.5166 0.5596 -0.6480</w:t>
        <w:br/>
        <w:t>vn 0.5654 0.5814 -0.5851</w:t>
        <w:br/>
        <w:t>vn 0.3376 0.5781 -0.7428</w:t>
        <w:br/>
        <w:t>vn 0.2530 0.6252 -0.7383</w:t>
        <w:br/>
        <w:t>vn 0.1903 0.6108 -0.7686</w:t>
        <w:br/>
        <w:t>vn 0.1175 0.6222 -0.7740</w:t>
        <w:br/>
        <w:t>vn -0.0444 0.5883 -0.8074</w:t>
        <w:br/>
        <w:t>vn 0.0024 0.5839 -0.8118</w:t>
        <w:br/>
        <w:t>vn -0.2731 -0.6404 0.7178</w:t>
        <w:br/>
        <w:t>vn -0.3616 -0.6320 0.6854</w:t>
        <w:br/>
        <w:t>vn -0.0235 0.6220 -0.7827</w:t>
        <w:br/>
        <w:t>vn 0.3337 0.5941 -0.7319</w:t>
        <w:br/>
        <w:t>vn -0.0388 0.6123 -0.7897</w:t>
        <w:br/>
        <w:t>vn -0.7814 -0.4826 0.3956</w:t>
        <w:br/>
        <w:t>vn -0.5015 -0.6028 0.6206</w:t>
        <w:br/>
        <w:t>vn -0.4906 -0.4483 0.7472</w:t>
        <w:br/>
        <w:t>vn -0.9465 -0.2203 0.2359</w:t>
        <w:br/>
        <w:t>vn -0.5889 -0.7436 0.3168</w:t>
        <w:br/>
        <w:t>vn -0.6764 -0.6610 0.3248</w:t>
        <w:br/>
        <w:t>vn 0.3974 0.7444 -0.5367</w:t>
        <w:br/>
        <w:t>vn 0.1250 0.7177 -0.6851</w:t>
        <w:br/>
        <w:t>vn -0.4534 -0.7849 0.4224</w:t>
        <w:br/>
        <w:t>vn -0.6567 -0.4278 0.6211</w:t>
        <w:br/>
        <w:t>vn -0.2127 0.6072 -0.7656</w:t>
        <w:br/>
        <w:t>vn -0.4966 0.6313 -0.5957</w:t>
        <w:br/>
        <w:t>vn -0.3981 0.6297 -0.6671</w:t>
        <w:br/>
        <w:t>vn 0.1991 -0.5250 0.8275</w:t>
        <w:br/>
        <w:t>vn 0.1870 -0.5188 0.8342</w:t>
        <w:br/>
        <w:t>vn -0.5838 -0.5955 0.5519</w:t>
        <w:br/>
        <w:t>vn -0.0346 0.6249 -0.7799</w:t>
        <w:br/>
        <w:t>vn -0.4139 0.5280 -0.7415</w:t>
        <w:br/>
        <w:t>vn -0.3418 0.5488 -0.7629</w:t>
        <w:br/>
        <w:t>vn 0.0829 0.5461 -0.8336</w:t>
        <w:br/>
        <w:t>vn -0.0057 0.7201 -0.6939</w:t>
        <w:br/>
        <w:t>vn 0.2387 0.5279 -0.8151</w:t>
        <w:br/>
        <w:t>vn 0.3918 0.5546 -0.7341</w:t>
        <w:br/>
        <w:t>vn 0.0543 -0.4918 0.8690</w:t>
        <w:br/>
        <w:t>vn -0.4831 0.4898 -0.7257</w:t>
        <w:br/>
        <w:t>vn -0.3768 0.4472 -0.8112</w:t>
        <w:br/>
        <w:t>vn -0.0004 0.5710 -0.8210</w:t>
        <w:br/>
        <w:t>vn 0.0634 -0.4367 0.8974</w:t>
        <w:br/>
        <w:t>vn -0.1773 -0.5736 0.7998</w:t>
        <w:br/>
        <w:t>vn -0.1725 0.6690 -0.7230</w:t>
        <w:br/>
        <w:t>vn -0.6395 -0.5411 0.5461</w:t>
        <w:br/>
        <w:t>vn -0.5223 -0.8360 0.1682</w:t>
        <w:br/>
        <w:t>vn -0.8615 -0.5077 -0.0095</w:t>
        <w:br/>
        <w:t>vn -0.8020 -0.5650 0.1937</w:t>
        <w:br/>
        <w:t>vn -0.5419 -0.7234 0.4278</w:t>
        <w:br/>
        <w:t>vn -0.9674 -0.1340 -0.2150</w:t>
        <w:br/>
        <w:t>vn -0.6951 -0.0210 -0.7186</w:t>
        <w:br/>
        <w:t>vn -0.9141 -0.2692 -0.3032</w:t>
        <w:br/>
        <w:t>vn -0.8363 0.0667 -0.5441</w:t>
        <w:br/>
        <w:t>vn 0.6937 0.6896 -0.2081</w:t>
        <w:br/>
        <w:t>vn 0.7283 0.4868 -0.4823</w:t>
        <w:br/>
        <w:t>vn 0.6339 0.2304 -0.7383</w:t>
        <w:br/>
        <w:t>vn 0.5141 0.4919 -0.7027</w:t>
        <w:br/>
        <w:t>vn 0.6155 0.5750 -0.5390</w:t>
        <w:br/>
        <w:t>vn 0.7283 0.4868 -0.4822</w:t>
        <w:br/>
        <w:t>vn 0.5810 0.5619 -0.5888</w:t>
        <w:br/>
        <w:t>vn 0.5771 0.4630 -0.6728</w:t>
        <w:br/>
        <w:t>vn 0.5165 0.5596 -0.6481</w:t>
        <w:br/>
        <w:t>vn -0.4277 -0.8889 0.1642</w:t>
        <w:br/>
        <w:t>vn 0.1551 0.6690 -0.7269</w:t>
        <w:br/>
        <w:t>vn 0.2531 0.6252 -0.7383</w:t>
        <w:br/>
        <w:t>vn -0.2415 0.1538 -0.9581</w:t>
        <w:br/>
        <w:t>vn -0.8439 -0.5218 0.1252</w:t>
        <w:br/>
        <w:t>vn -0.6213 -0.6915 0.3685</w:t>
        <w:br/>
        <w:t>vn -0.6948 -0.6841 -0.2220</w:t>
        <w:br/>
        <w:t>vn -0.6251 -0.7805 0.0063</w:t>
        <w:br/>
        <w:t>vn -0.5889 -0.7435 0.3168</w:t>
        <w:br/>
        <w:t>vn -0.4599 -0.8621 0.2130</w:t>
        <w:br/>
        <w:t>vn -0.4534 -0.7849 0.4223</w:t>
        <w:br/>
        <w:t>vn 0.4626 -0.4268 0.7771</w:t>
        <w:br/>
        <w:t>vn 0.4811 -0.4307 0.7636</w:t>
        <w:br/>
        <w:t>vn 0.1992 -0.5250 0.8275</w:t>
        <w:br/>
        <w:t>vn 0.0723 0.3970 -0.9150</w:t>
        <w:br/>
        <w:t>vn -0.2128 0.6072 -0.7655</w:t>
        <w:br/>
        <w:t>vn 0.2388 0.5279 -0.8150</w:t>
        <w:br/>
        <w:t>vn 0.3548 0.2821 -0.8914</w:t>
        <w:br/>
        <w:t>vn 0.4089 -0.4035 0.8185</w:t>
        <w:br/>
        <w:t>vn 0.0543 -0.4917 0.8690</w:t>
        <w:br/>
        <w:t>vn -0.3041 0.3147 -0.8992</w:t>
        <w:br/>
        <w:t>vn -0.2415 0.6262 -0.7414</w:t>
        <w:br/>
        <w:t>vn -0.0003 0.5710 -0.8210</w:t>
        <w:br/>
        <w:t>vn 0.3510 -0.3624 0.8634</w:t>
        <w:br/>
        <w:t>vn 0.0634 -0.4367 0.8973</w:t>
        <w:br/>
        <w:t>vn -0.1773 -0.5736 0.7997</w:t>
        <w:br/>
        <w:t>vn 0.3290 -0.3409 0.8806</w:t>
        <w:br/>
        <w:t>vn -0.5616 -0.7307 0.3881</w:t>
        <w:br/>
        <w:t>vn -0.1773 -0.5735 0.7998</w:t>
        <w:br/>
        <w:t>vn 0.5449 0.2328 -0.8056</w:t>
        <w:br/>
        <w:t>vn 0.3974 0.7444 -0.5366</w:t>
        <w:br/>
        <w:t>vn 0.6804 0.7013 -0.2127</w:t>
        <w:br/>
        <w:t>vn 0.2653 0.2959 -0.9176</w:t>
        <w:br/>
        <w:t>vn 0.1788 0.5317 -0.8279</w:t>
        <w:br/>
        <w:t>vn -0.5127 0.1353 -0.8478</w:t>
        <w:br/>
        <w:t>vn -0.5126 0.1354 -0.8479</w:t>
        <w:br/>
        <w:t>vn 0.8074 0.0096 -0.5899</w:t>
        <w:br/>
        <w:t>vn 0.8384 0.3987 -0.3715</w:t>
        <w:br/>
        <w:t>vn 0.9412 -0.1006 -0.3226</w:t>
        <w:br/>
        <w:t>vn 0.9944 0.0611 -0.0866</w:t>
        <w:br/>
        <w:t>vn 0.4999 0.3050 -0.8106</w:t>
        <w:br/>
        <w:t>vn 0.3739 0.6075 -0.7009</w:t>
        <w:br/>
        <w:t>vn 0.6950 0.0533 -0.7171</w:t>
        <w:br/>
        <w:t>vn 0.6547 0.4957 -0.5707</w:t>
        <w:br/>
        <w:t>vn 0.5039 -0.4917 -0.7101</w:t>
        <w:br/>
        <w:t>vn 0.6055 -0.6189 -0.5003</w:t>
        <w:br/>
        <w:t>vn 0.4741 -0.3839 -0.7924</w:t>
        <w:br/>
        <w:t>vn 0.5000 0.3050 -0.8105</w:t>
        <w:br/>
        <w:t>vn 0.7764 -0.3767 -0.5052</w:t>
        <w:br/>
        <w:t>vn 0.6950 0.0533 -0.7170</w:t>
        <w:br/>
        <w:t>vn 0.5861 0.5734 -0.5724</w:t>
        <w:br/>
        <w:t>vn 0.1963 0.4745 -0.8581</w:t>
        <w:br/>
        <w:t>vn 0.4420 0.0786 -0.8936</w:t>
        <w:br/>
        <w:t>vn -0.2075 0.1426 -0.9678</w:t>
        <w:br/>
        <w:t>vn 0.0858 -0.0245 -0.9960</w:t>
        <w:br/>
        <w:t>vn 0.3324 -0.3194 -0.8874</w:t>
        <w:br/>
        <w:t>vn -0.3475 -0.2425 -0.9058</w:t>
        <w:br/>
        <w:t>vn -0.2074 0.1426 -0.9678</w:t>
        <w:br/>
        <w:t>vn 0.5184 0.4335 -0.7371</w:t>
        <w:br/>
        <w:t>vn 0.5761 0.0648 -0.8148</w:t>
        <w:br/>
        <w:t>vn 0.0857 -0.0245 -0.9960</w:t>
        <w:br/>
        <w:t>vn 0.6913 0.4070 -0.5970</w:t>
        <w:br/>
        <w:t>vn 0.6483 0.0645 -0.7586</w:t>
        <w:br/>
        <w:t>vn 0.5025 -0.0279 -0.8641</w:t>
        <w:br/>
        <w:t>vn 0.4758 0.4206 -0.7724</w:t>
        <w:br/>
        <w:t>vn 0.3430 0.0124 -0.9392</w:t>
        <w:br/>
        <w:t>vn 0.2357 0.3758 -0.8962</w:t>
        <w:br/>
        <w:t>vn 0.3431 0.0124 -0.9392</w:t>
        <w:br/>
        <w:t>vn 0.4663 0.0168 -0.8845</w:t>
        <w:br/>
        <w:t>vn 0.0208 -0.3504 -0.9364</w:t>
        <w:br/>
        <w:t>vn -0.3509 -0.2733 -0.8956</w:t>
        <w:br/>
        <w:t>vn 0.0207 -0.3504 -0.9364</w:t>
        <w:br/>
        <w:t>vn 0.4534 -0.3727 -0.8097</w:t>
        <w:br/>
        <w:t>vn 0.9339 -0.3490 -0.0771</w:t>
        <w:br/>
        <w:t>vn 0.7803 -0.4094 -0.4728</w:t>
        <w:br/>
        <w:t>vn 0.9522 -0.3048 -0.0217</w:t>
        <w:br/>
        <w:t>vn 0.8151 -0.3735 -0.4429</w:t>
        <w:br/>
        <w:t>vn 0.9944 0.0611 -0.0867</w:t>
        <w:br/>
        <w:t>vn 0.9612 -0.2697 0.0579</w:t>
        <w:br/>
        <w:t>vn 0.3803 -0.4024 -0.8327</w:t>
        <w:br/>
        <w:t>vn 0.3879 -0.3935 -0.8335</w:t>
        <w:br/>
        <w:t>vn 0.7675 -0.4342 -0.4716</w:t>
        <w:br/>
        <w:t>vn 0.4592 0.3826 -0.8017</w:t>
        <w:br/>
        <w:t>vn 0.7349 0.4152 -0.5362</w:t>
        <w:br/>
        <w:t>vn 0.4662 0.0168 -0.8845</w:t>
        <w:br/>
        <w:t>vn 0.6235 0.0363 -0.7810</w:t>
        <w:br/>
        <w:t>vn -0.0187 -0.3326 -0.9429</w:t>
        <w:br/>
        <w:t>vn -0.4138 -0.2196 -0.8835</w:t>
        <w:br/>
        <w:t>vn -0.0649 -0.3408 -0.9379</w:t>
        <w:br/>
        <w:t>vn -0.4283 -0.2399 -0.8712</w:t>
        <w:br/>
        <w:t>vn -0.0649 -0.3409 -0.9379</w:t>
        <w:br/>
        <w:t>vn 0.4073 -0.4010 -0.8206</w:t>
        <w:br/>
        <w:t>vn -0.4056 -0.2682 -0.8738</w:t>
        <w:br/>
        <w:t>vn -0.0630 -0.3504 -0.9345</w:t>
        <w:br/>
        <w:t>vn 0.7727 -0.4423 -0.4553</w:t>
        <w:br/>
        <w:t>vn 0.9299 -0.3678 -0.0036</w:t>
        <w:br/>
        <w:t>vn 0.9282 -0.3684 -0.0520</w:t>
        <w:br/>
        <w:t>vn 0.8151 -0.3735 -0.4428</w:t>
        <w:br/>
        <w:t>vn -0.8074 0.0095 -0.5899</w:t>
        <w:br/>
        <w:t>vn -0.9412 -0.1005 -0.3226</w:t>
        <w:br/>
        <w:t>vn -0.8384 0.3987 -0.3715</w:t>
        <w:br/>
        <w:t>vn -0.9944 0.0612 -0.0866</w:t>
        <w:br/>
        <w:t>vn -0.5000 0.3050 -0.8105</w:t>
        <w:br/>
        <w:t>vn -0.6950 0.0533 -0.7170</w:t>
        <w:br/>
        <w:t>vn -0.3739 0.6075 -0.7008</w:t>
        <w:br/>
        <w:t>vn -0.6547 0.4957 -0.5707</w:t>
        <w:br/>
        <w:t>vn -0.4741 -0.3839 -0.7924</w:t>
        <w:br/>
        <w:t>vn -0.6055 -0.6189 -0.5003</w:t>
        <w:br/>
        <w:t>vn -0.5039 -0.4917 -0.7101</w:t>
        <w:br/>
        <w:t>vn -0.7764 -0.3767 -0.5052</w:t>
        <w:br/>
        <w:t>vn -0.5000 0.3051 -0.8105</w:t>
        <w:br/>
        <w:t>vn -0.6950 0.0533 -0.7171</w:t>
        <w:br/>
        <w:t>vn -0.8074 0.0096 -0.5899</w:t>
        <w:br/>
        <w:t>vn -0.5861 0.5734 -0.5724</w:t>
        <w:br/>
        <w:t>vn -0.1964 0.4745 -0.8581</w:t>
        <w:br/>
        <w:t>vn 0.2075 0.1427 -0.9678</w:t>
        <w:br/>
        <w:t>vn -0.4420 0.0786 -0.8936</w:t>
        <w:br/>
        <w:t>vn -0.0857 -0.0245 -0.9960</w:t>
        <w:br/>
        <w:t>vn 0.2075 0.1426 -0.9678</w:t>
        <w:br/>
        <w:t>vn 0.3475 -0.2425 -0.9058</w:t>
        <w:br/>
        <w:t>vn -0.0858 -0.0245 -0.9960</w:t>
        <w:br/>
        <w:t>vn -0.3324 -0.3194 -0.8874</w:t>
        <w:br/>
        <w:t>vn -0.5761 0.0648 -0.8148</w:t>
        <w:br/>
        <w:t>vn -0.5184 0.4335 -0.7371</w:t>
        <w:br/>
        <w:t>vn -0.6483 0.0645 -0.7586</w:t>
        <w:br/>
        <w:t>vn -0.6913 0.4070 -0.5970</w:t>
        <w:br/>
        <w:t>vn -0.5025 -0.0279 -0.8641</w:t>
        <w:br/>
        <w:t>vn -0.3430 0.0124 -0.9392</w:t>
        <w:br/>
        <w:t>vn -0.4758 0.4206 -0.7725</w:t>
        <w:br/>
        <w:t>vn -0.2357 0.3758 -0.8962</w:t>
        <w:br/>
        <w:t>vn -0.4663 0.0168 -0.8845</w:t>
        <w:br/>
        <w:t>vn -0.3431 0.0124 -0.9392</w:t>
        <w:br/>
        <w:t>vn -0.0207 -0.3504 -0.9364</w:t>
        <w:br/>
        <w:t>vn 0.3509 -0.2733 -0.8956</w:t>
        <w:br/>
        <w:t>vn -0.0207 -0.3503 -0.9364</w:t>
        <w:br/>
        <w:t>vn -0.4534 -0.3727 -0.8097</w:t>
        <w:br/>
        <w:t>vn -0.9340 -0.3490 -0.0771</w:t>
        <w:br/>
        <w:t>vn -0.9522 -0.3048 -0.0217</w:t>
        <w:br/>
        <w:t>vn -0.7803 -0.4094 -0.4727</w:t>
        <w:br/>
        <w:t>vn -0.8151 -0.3735 -0.4429</w:t>
        <w:br/>
        <w:t>vn -0.9612 -0.2697 0.0579</w:t>
        <w:br/>
        <w:t>vn -0.9944 0.0611 -0.0867</w:t>
        <w:br/>
        <w:t>vn -0.9412 -0.1006 -0.3226</w:t>
        <w:br/>
        <w:t>vn -0.7803 -0.4094 -0.4728</w:t>
        <w:br/>
        <w:t>vn -0.3879 -0.3935 -0.8335</w:t>
        <w:br/>
        <w:t>vn -0.7675 -0.4341 -0.4716</w:t>
        <w:br/>
        <w:t>vn -0.3803 -0.4024 -0.8327</w:t>
        <w:br/>
        <w:t>vn -0.4593 0.3826 -0.8017</w:t>
        <w:br/>
        <w:t>vn -0.4662 0.0168 -0.8845</w:t>
        <w:br/>
        <w:t>vn -0.7350 0.4152 -0.5362</w:t>
        <w:br/>
        <w:t>vn -0.6235 0.0363 -0.7810</w:t>
        <w:br/>
        <w:t>vn 0.4283 -0.2399 -0.8712</w:t>
        <w:br/>
        <w:t>vn 0.4138 -0.2196 -0.8835</w:t>
        <w:br/>
        <w:t>vn 0.0648 -0.3408 -0.9379</w:t>
        <w:br/>
        <w:t>vn 0.0188 -0.3326 -0.9429</w:t>
        <w:br/>
        <w:t>vn 0.0649 -0.3408 -0.9379</w:t>
        <w:br/>
        <w:t>vn 0.0187 -0.3326 -0.9429</w:t>
        <w:br/>
        <w:t>vn -0.4073 -0.4010 -0.8206</w:t>
        <w:br/>
        <w:t>vn 0.4056 -0.2683 -0.8738</w:t>
        <w:br/>
        <w:t>vn 0.0630 -0.3504 -0.9345</w:t>
        <w:br/>
        <w:t>vn -0.7727 -0.4423 -0.4553</w:t>
        <w:br/>
        <w:t>vn -0.9299 -0.3678 -0.0037</w:t>
        <w:br/>
        <w:t>vn -0.9282 -0.3684 -0.0520</w:t>
        <w:br/>
        <w:t>vn -0.7727 -0.4423 -0.4554</w:t>
        <w:br/>
        <w:t>vn -0.7675 -0.4342 -0.4716</w:t>
        <w:br/>
        <w:t>vn -0.8151 -0.3735 -0.4428</w:t>
        <w:br/>
        <w:t>vn -0.8384 -0.3987 0.3716</w:t>
        <w:br/>
        <w:t>vn -0.8074 -0.0096 0.5899</w:t>
        <w:br/>
        <w:t>vn -0.9412 0.1006 0.3226</w:t>
        <w:br/>
        <w:t>vn -0.9944 -0.0611 0.0867</w:t>
        <w:br/>
        <w:t>vn -0.3739 -0.6075 0.7009</w:t>
        <w:br/>
        <w:t>vn -0.4999 -0.3050 0.8106</w:t>
        <w:br/>
        <w:t>vn -0.6950 -0.0533 0.7170</w:t>
        <w:br/>
        <w:t>vn -0.6547 -0.4957 0.5707</w:t>
        <w:br/>
        <w:t>vn -0.6055 0.6189 0.5003</w:t>
        <w:br/>
        <w:t>vn -0.5046 0.4912 0.7101</w:t>
        <w:br/>
        <w:t>vn -0.4741 0.3839 0.7924</w:t>
        <w:br/>
        <w:t>vn -0.5000 -0.3050 0.8105</w:t>
        <w:br/>
        <w:t>vn -0.7764 0.3767 0.5052</w:t>
        <w:br/>
        <w:t>vn -0.6950 -0.0533 0.7171</w:t>
        <w:br/>
        <w:t>vn -0.5862 -0.5734 0.5724</w:t>
        <w:br/>
        <w:t>vn -0.4420 -0.0786 0.8936</w:t>
        <w:br/>
        <w:t>vn -0.1963 -0.4745 0.8581</w:t>
        <w:br/>
        <w:t>vn 0.2075 -0.1426 0.9678</w:t>
        <w:br/>
        <w:t>vn -0.0857 0.0245 0.9960</w:t>
        <w:br/>
        <w:t>vn 0.3474 0.2425 0.9058</w:t>
        <w:br/>
        <w:t>vn -0.3324 0.3194 0.8874</w:t>
        <w:br/>
        <w:t>vn -0.0858 0.0245 0.9960</w:t>
        <w:br/>
        <w:t>vn 0.2074 -0.1426 0.9678</w:t>
        <w:br/>
        <w:t>vn -0.5761 -0.0648 0.8148</w:t>
        <w:br/>
        <w:t>vn -0.5184 -0.4335 0.7371</w:t>
        <w:br/>
        <w:t>vn -0.6484 -0.0645 0.7586</w:t>
        <w:br/>
        <w:t>vn -0.6913 -0.4070 0.5970</w:t>
        <w:br/>
        <w:t>vn -0.4758 -0.4206 0.7725</w:t>
        <w:br/>
        <w:t>vn -0.5025 0.0279 0.8641</w:t>
        <w:br/>
        <w:t>vn -0.3430 -0.0124 0.9392</w:t>
        <w:br/>
        <w:t>vn -0.2356 -0.3758 0.8962</w:t>
        <w:br/>
        <w:t>vn -0.3431 -0.0124 0.9392</w:t>
        <w:br/>
        <w:t>vn -0.4663 -0.0168 0.8845</w:t>
        <w:br/>
        <w:t>vn -0.0208 0.3504 0.9364</w:t>
        <w:br/>
        <w:t>vn 0.3508 0.2733 0.8957</w:t>
        <w:br/>
        <w:t>vn -0.4534 0.3727 0.8096</w:t>
        <w:br/>
        <w:t>vn -0.7803 0.4094 0.4728</w:t>
        <w:br/>
        <w:t>vn -0.9339 0.3490 0.0771</w:t>
        <w:br/>
        <w:t>vn -0.9522 0.3048 0.0217</w:t>
        <w:br/>
        <w:t>vn -0.8151 0.3735 0.4429</w:t>
        <w:br/>
        <w:t>vn -0.9612 0.2697 -0.0579</w:t>
        <w:br/>
        <w:t>vn -0.9412 0.1005 0.3226</w:t>
        <w:br/>
        <w:t>vn -0.3879 0.3935 0.8335</w:t>
        <w:br/>
        <w:t>vn -0.3803 0.4024 0.8327</w:t>
        <w:br/>
        <w:t>vn -0.7675 0.4342 0.4716</w:t>
        <w:br/>
        <w:t>vn -0.7349 -0.4152 0.5362</w:t>
        <w:br/>
        <w:t>vn -0.4592 -0.3826 0.8017</w:t>
        <w:br/>
        <w:t>vn -0.4662 -0.0168 0.8845</w:t>
        <w:br/>
        <w:t>vn -0.6234 -0.0362 0.7810</w:t>
        <w:br/>
        <w:t>vn 0.4138 0.2196 0.8835</w:t>
        <w:br/>
        <w:t>vn 0.0187 0.3326 0.9429</w:t>
        <w:br/>
        <w:t>vn 0.0649 0.3408 0.9379</w:t>
        <w:br/>
        <w:t>vn 0.4283 0.2399 0.8712</w:t>
        <w:br/>
        <w:t>vn 0.0187 0.3327 0.9429</w:t>
        <w:br/>
        <w:t>vn -0.4073 0.4010 0.8206</w:t>
        <w:br/>
        <w:t>vn 0.4056 0.2682 0.8738</w:t>
        <w:br/>
        <w:t>vn 0.0630 0.3504 0.9345</w:t>
        <w:br/>
        <w:t>vn -0.7727 0.4423 0.4553</w:t>
        <w:br/>
        <w:t>vn -0.9299 0.3678 0.0036</w:t>
        <w:br/>
        <w:t>vn -0.9282 0.3684 0.0520</w:t>
        <w:br/>
        <w:t>vn -0.6235 -0.0363 0.7810</w:t>
        <w:br/>
        <w:t>vn -0.8151 0.3735 0.4428</w:t>
        <w:br/>
        <w:t>vn 0.9412 0.1005 0.3226</w:t>
        <w:br/>
        <w:t>vn 0.8074 -0.0096 0.5899</w:t>
        <w:br/>
        <w:t>vn 0.8384 -0.3987 0.3716</w:t>
        <w:br/>
        <w:t>vn 0.9944 -0.0611 0.0867</w:t>
        <w:br/>
        <w:t>vn 0.6950 -0.0533 0.7170</w:t>
        <w:br/>
        <w:t>vn 0.5000 -0.3051 0.8105</w:t>
        <w:br/>
        <w:t>vn 0.3739 -0.6075 0.7008</w:t>
        <w:br/>
        <w:t>vn 0.6547 -0.4957 0.5706</w:t>
        <w:br/>
        <w:t>vn 0.6055 0.6189 0.5004</w:t>
        <w:br/>
        <w:t>vn 0.4741 0.3839 0.7924</w:t>
        <w:br/>
        <w:t>vn 0.5039 0.4917 0.7101</w:t>
        <w:br/>
        <w:t>vn 0.7764 0.3767 0.5052</w:t>
        <w:br/>
        <w:t>vn 0.5861 -0.5734 0.5724</w:t>
        <w:br/>
        <w:t>vn -0.2075 -0.1426 0.9678</w:t>
        <w:br/>
        <w:t>vn 0.1964 -0.4745 0.8581</w:t>
        <w:br/>
        <w:t>vn 0.4420 -0.0786 0.8935</w:t>
        <w:br/>
        <w:t>vn 0.0858 0.0245 0.9960</w:t>
        <w:br/>
        <w:t>vn -0.3475 0.2425 0.9058</w:t>
        <w:br/>
        <w:t>vn -0.2074 -0.1426 0.9678</w:t>
        <w:br/>
        <w:t>vn 0.3324 0.3194 0.8874</w:t>
        <w:br/>
        <w:t>vn 0.5761 -0.0648 0.8148</w:t>
        <w:br/>
        <w:t>vn 0.5184 -0.4335 0.7371</w:t>
        <w:br/>
        <w:t>vn 0.4420 -0.0786 0.8936</w:t>
        <w:br/>
        <w:t>vn 0.0857 0.0245 0.9960</w:t>
        <w:br/>
        <w:t>vn 0.6483 -0.0645 0.7586</w:t>
        <w:br/>
        <w:t>vn 0.6913 -0.4070 0.5970</w:t>
        <w:br/>
        <w:t>vn 0.6484 -0.0645 0.7586</w:t>
        <w:br/>
        <w:t>vn 0.3431 -0.0124 0.9392</w:t>
        <w:br/>
        <w:t>vn 0.5025 0.0280 0.8641</w:t>
        <w:br/>
        <w:t>vn 0.4758 -0.4206 0.7725</w:t>
        <w:br/>
        <w:t>vn 0.2357 -0.3758 0.8962</w:t>
        <w:br/>
        <w:t>vn 0.4663 -0.0168 0.8845</w:t>
        <w:br/>
        <w:t>vn 0.0207 0.3504 0.9364</w:t>
        <w:br/>
        <w:t>vn -0.3509 0.2733 0.8956</w:t>
        <w:br/>
        <w:t>vn 0.4534 0.3727 0.8097</w:t>
        <w:br/>
        <w:t>vn 0.9522 0.3048 0.0217</w:t>
        <w:br/>
        <w:t>vn 0.9339 0.3490 0.0771</w:t>
        <w:br/>
        <w:t>vn 0.7803 0.4094 0.4728</w:t>
        <w:br/>
        <w:t>vn 0.8151 0.3735 0.4429</w:t>
        <w:br/>
        <w:t>vn 0.9612 0.2697 -0.0579</w:t>
        <w:br/>
        <w:t>vn 0.9412 0.1006 0.3226</w:t>
        <w:br/>
        <w:t>vn 0.3880 0.3935 0.8335</w:t>
        <w:br/>
        <w:t>vn 0.7675 0.4342 0.4716</w:t>
        <w:br/>
        <w:t>vn 0.3803 0.4024 0.8327</w:t>
        <w:br/>
        <w:t>vn 0.4662 -0.0168 0.8845</w:t>
        <w:br/>
        <w:t>vn 0.4592 -0.3826 0.8017</w:t>
        <w:br/>
        <w:t>vn 0.7350 -0.4152 0.5361</w:t>
        <w:br/>
        <w:t>vn 0.6235 -0.0363 0.7810</w:t>
        <w:br/>
        <w:t>vn -0.4139 0.2196 0.8835</w:t>
        <w:br/>
        <w:t>vn -0.4283 0.2399 0.8712</w:t>
        <w:br/>
        <w:t>vn -0.0649 0.3409 0.9379</w:t>
        <w:br/>
        <w:t>vn -0.0188 0.3326 0.9429</w:t>
        <w:br/>
        <w:t>vn -0.0187 0.3326 0.9429</w:t>
        <w:br/>
        <w:t>vn -0.0649 0.3408 0.9379</w:t>
        <w:br/>
        <w:t>vn 0.4073 0.4010 0.8206</w:t>
        <w:br/>
        <w:t>vn -0.4056 0.2683 0.8738</w:t>
        <w:br/>
        <w:t>vn -0.0630 0.3504 0.9345</w:t>
        <w:br/>
        <w:t>vn 0.7727 0.4423 0.4553</w:t>
        <w:br/>
        <w:t>vn 0.9282 0.3684 0.0520</w:t>
        <w:br/>
        <w:t>vn 0.9299 0.3678 0.0037</w:t>
        <w:br/>
        <w:t>vn 0.7727 0.4422 0.4554</w:t>
        <w:br/>
        <w:t>vn 0.5025 0.0279 0.8641</w:t>
        <w:br/>
        <w:t>vn 0.8151 0.3735 0.4428</w:t>
        <w:br/>
        <w:t>vn 0.1555 -0.4319 -0.8884</w:t>
        <w:br/>
        <w:t>vn 0.4579 -0.1765 -0.8713</w:t>
        <w:br/>
        <w:t>vn 0.4962 -0.1706 -0.8513</w:t>
        <w:br/>
        <w:t>vn 0.4452 -0.2132 -0.8697</w:t>
        <w:br/>
        <w:t>vn 0.2137 -0.3318 -0.9188</w:t>
        <w:br/>
        <w:t>vn 0.3157 -0.2659 -0.9108</w:t>
        <w:br/>
        <w:t>vn 0.1296 -0.0950 -0.9870</w:t>
        <w:br/>
        <w:t>vn 0.1356 0.2693 -0.9535</w:t>
        <w:br/>
        <w:t>vn 0.4765 0.5186 -0.7100</w:t>
        <w:br/>
        <w:t>vn 0.0979 0.0147 -0.9951</w:t>
        <w:br/>
        <w:t>vn 0.2009 -0.2579 -0.9450</w:t>
        <w:br/>
        <w:t>vn 0.0819 -0.1103 -0.9905</w:t>
        <w:br/>
        <w:t>vn -0.0473 0.2387 -0.9699</w:t>
        <w:br/>
        <w:t>vn 0.1795 0.5750 -0.7982</w:t>
        <w:br/>
        <w:t>vn -0.0739 0.6310 -0.7723</w:t>
        <w:br/>
        <w:t>vn 0.0913 0.9119 -0.4001</w:t>
        <w:br/>
        <w:t>vn 0.3531 0.8336 -0.4249</w:t>
        <w:br/>
        <w:t>vn 0.4974 0.8671 0.0268</w:t>
        <w:br/>
        <w:t>vn 0.6011 0.7599 0.2473</w:t>
        <w:br/>
        <w:t>vn -0.3750 -0.9227 0.0892</w:t>
        <w:br/>
        <w:t>vn -0.3748 -0.9228 0.0889</w:t>
        <w:br/>
        <w:t>vn -0.5285 -0.8054 -0.2683</w:t>
        <w:br/>
        <w:t>vn -0.7641 -0.6451 0.0111</w:t>
        <w:br/>
        <w:t>vn -0.6566 -0.0593 0.7519</w:t>
        <w:br/>
        <w:t>vn -0.8849 -0.3381 0.3205</w:t>
        <w:br/>
        <w:t>vn -0.8819 -0.3546 0.3107</w:t>
        <w:br/>
        <w:t>vn -0.6757 -0.1726 0.7167</w:t>
        <w:br/>
        <w:t>vn -0.5665 -0.8225 -0.0513</w:t>
        <w:br/>
        <w:t>vn -0.5131 0.0750 0.8550</w:t>
        <w:br/>
        <w:t>vn -0.5584 -0.0543 0.8278</w:t>
        <w:br/>
        <w:t>vn -0.8790 -0.2672 0.3949</w:t>
        <w:br/>
        <w:t>vn -0.6932 -0.1760 0.6989</w:t>
        <w:br/>
        <w:t>vn -0.6811 -0.7303 -0.0523</w:t>
        <w:br/>
        <w:t>vn -0.6812 -0.7302 -0.0523</w:t>
        <w:br/>
        <w:t>vn -0.6062 -0.0964 0.7895</w:t>
        <w:br/>
        <w:t>vn -0.8217 -0.5538 -0.1347</w:t>
        <w:br/>
        <w:t>vn -0.8217 -0.5538 -0.1348</w:t>
        <w:br/>
        <w:t>vn -0.9051 -0.3335 -0.2636</w:t>
        <w:br/>
        <w:t>vn -0.7194 -0.1806 0.6707</w:t>
        <w:br/>
        <w:t>vn -0.6680 -0.1860 0.7205</w:t>
        <w:br/>
        <w:t>vn -0.6259 -0.1153 0.7713</w:t>
        <w:br/>
        <w:t>vn -0.9657 -0.0108 -0.2594</w:t>
        <w:br/>
        <w:t>vn -0.6446 -0.2043 0.7368</w:t>
        <w:br/>
        <w:t>vn -0.9095 0.4105 0.0652</w:t>
        <w:br/>
        <w:t>vn -0.6080 -0.2224 0.7622</w:t>
        <w:br/>
        <w:t>vn -0.6935 0.2727 0.6669</w:t>
        <w:br/>
        <w:t>vn -0.5655 0.6939 0.4458</w:t>
        <w:br/>
        <w:t>vn -0.2123 0.7463 0.6308</w:t>
        <w:br/>
        <w:t>vn -0.3540 0.5105 0.7836</w:t>
        <w:br/>
        <w:t>vn -0.7464 -0.2372 0.6218</w:t>
        <w:br/>
        <w:t>vn -0.6935 0.2726 0.6669</w:t>
        <w:br/>
        <w:t>vn -0.9351 -0.2189 0.2788</w:t>
        <w:br/>
        <w:t>vn -0.6436 -0.1551 0.7495</w:t>
        <w:br/>
        <w:t>vn 0.2675 0.7500 0.6049</w:t>
        <w:br/>
        <w:t>vn 0.2896 0.7066 0.6457</w:t>
        <w:br/>
        <w:t>vn -0.0110 0.6887 0.7250</w:t>
        <w:br/>
        <w:t>vn -0.1628 -0.4932 -0.8545</w:t>
        <w:br/>
        <w:t>vn -0.3540 0.5105 0.7837</w:t>
        <w:br/>
        <w:t>vn -0.1445 -0.8801 -0.4522</w:t>
        <w:br/>
        <w:t>vn -0.3603 -0.7150 -0.5991</w:t>
        <w:br/>
        <w:t>vn -0.5285 -0.8054 -0.2682</w:t>
        <w:br/>
        <w:t>vn -0.6418 0.0239 0.7665</w:t>
        <w:br/>
        <w:t>vn -0.7585 -0.1180 0.6409</w:t>
        <w:br/>
        <w:t>vn -0.5224 -0.7137 -0.4665</w:t>
        <w:br/>
        <w:t>vn -0.4030 -0.6235 0.6700</w:t>
        <w:br/>
        <w:t>vn -0.5533 -0.3027 0.7761</w:t>
        <w:br/>
        <w:t>vn -0.4248 -0.2473 0.8709</w:t>
        <w:br/>
        <w:t>vn -0.4028 -0.6236 0.6700</w:t>
        <w:br/>
        <w:t>vn -0.1555 -0.4319 -0.8884</w:t>
        <w:br/>
        <w:t>vn -0.4962 -0.1705 -0.8513</w:t>
        <w:br/>
        <w:t>vn -0.4579 -0.1765 -0.8713</w:t>
        <w:br/>
        <w:t>vn -0.4451 -0.2132 -0.8697</w:t>
        <w:br/>
        <w:t>vn -0.2138 -0.3318 -0.9188</w:t>
        <w:br/>
        <w:t>vn -0.3157 -0.2659 -0.9108</w:t>
        <w:br/>
        <w:t>vn -0.1296 -0.0950 -0.9870</w:t>
        <w:br/>
        <w:t>vn -0.0979 0.0147 -0.9951</w:t>
        <w:br/>
        <w:t>vn -0.4765 0.5186 -0.7100</w:t>
        <w:br/>
        <w:t>vn -0.1356 0.2693 -0.9535</w:t>
        <w:br/>
        <w:t>vn -0.2009 -0.2579 -0.9450</w:t>
        <w:br/>
        <w:t>vn -0.0819 -0.1103 -0.9905</w:t>
        <w:br/>
        <w:t>vn 0.0473 0.2387 -0.9699</w:t>
        <w:br/>
        <w:t>vn -0.1795 0.5750 -0.7982</w:t>
        <w:br/>
        <w:t>vn 0.0739 0.6310 -0.7723</w:t>
        <w:br/>
        <w:t>vn -0.3531 0.8336 -0.4249</w:t>
        <w:br/>
        <w:t>vn -0.0913 0.9119 -0.4001</w:t>
        <w:br/>
        <w:t>vn -0.4975 0.8671 0.0268</w:t>
        <w:br/>
        <w:t>vn -0.6012 0.7599 0.2473</w:t>
        <w:br/>
        <w:t>vn 0.3749 -0.9228 0.0889</w:t>
        <w:br/>
        <w:t>vn 0.7641 -0.6451 0.0111</w:t>
        <w:br/>
        <w:t>vn 0.5285 -0.8054 -0.2682</w:t>
        <w:br/>
        <w:t>vn 0.6566 -0.0593 0.7519</w:t>
        <w:br/>
        <w:t>vn 0.6757 -0.1726 0.7167</w:t>
        <w:br/>
        <w:t>vn 0.8819 -0.3546 0.3107</w:t>
        <w:br/>
        <w:t>vn 0.8849 -0.3381 0.3205</w:t>
        <w:br/>
        <w:t>vn 0.5665 -0.8225 -0.0513</w:t>
        <w:br/>
        <w:t>vn 0.5131 0.0750 0.8550</w:t>
        <w:br/>
        <w:t>vn 0.5584 -0.0543 0.8278</w:t>
        <w:br/>
        <w:t>vn 0.8790 -0.2672 0.3949</w:t>
        <w:br/>
        <w:t>vn 0.6932 -0.1760 0.6989</w:t>
        <w:br/>
        <w:t>vn 0.6812 -0.7302 -0.0523</w:t>
        <w:br/>
        <w:t>vn 0.6812 -0.7303 -0.0523</w:t>
        <w:br/>
        <w:t>vn 0.6062 -0.0964 0.7895</w:t>
        <w:br/>
        <w:t>vn 0.8217 -0.5538 -0.1348</w:t>
        <w:br/>
        <w:t>vn 0.8217 -0.5538 -0.1347</w:t>
        <w:br/>
        <w:t>vn 0.9051 -0.3335 -0.2636</w:t>
        <w:br/>
        <w:t>vn 0.9051 -0.3335 -0.2637</w:t>
        <w:br/>
        <w:t>vn 0.7195 -0.1806 0.6706</w:t>
        <w:br/>
        <w:t>vn 0.6680 -0.1860 0.7205</w:t>
        <w:br/>
        <w:t>vn 0.6259 -0.1153 0.7713</w:t>
        <w:br/>
        <w:t>vn 0.9657 -0.0108 -0.2594</w:t>
        <w:br/>
        <w:t>vn 0.6446 -0.2043 0.7368</w:t>
        <w:br/>
        <w:t>vn 0.9095 0.4105 0.0653</w:t>
        <w:br/>
        <w:t>vn 0.9095 0.4105 0.0652</w:t>
        <w:br/>
        <w:t>vn 0.6080 -0.2224 0.7622</w:t>
        <w:br/>
        <w:t>vn 0.5655 0.6939 0.4457</w:t>
        <w:br/>
        <w:t>vn 0.6935 0.2727 0.6669</w:t>
        <w:br/>
        <w:t>vn 0.2123 0.7463 0.6308</w:t>
        <w:br/>
        <w:t>vn 0.3540 0.5105 0.7836</w:t>
        <w:br/>
        <w:t>vn 0.6935 0.2726 0.6669</w:t>
        <w:br/>
        <w:t>vn 0.7464 -0.2372 0.6218</w:t>
        <w:br/>
        <w:t>vn 0.9351 -0.2189 0.2788</w:t>
        <w:br/>
        <w:t>vn 0.6436 -0.1551 0.7495</w:t>
        <w:br/>
        <w:t>vn -0.2676 0.7500 0.6049</w:t>
        <w:br/>
        <w:t>vn -0.2896 0.7066 0.6457</w:t>
        <w:br/>
        <w:t>vn 0.0110 0.6887 0.7250</w:t>
        <w:br/>
        <w:t>vn -0.4974 0.8671 0.0267</w:t>
        <w:br/>
        <w:t>vn 0.1629 -0.4931 -0.8546</w:t>
        <w:br/>
        <w:t>vn 0.3539 0.5105 0.7837</w:t>
        <w:br/>
        <w:t>vn 0.1446 -0.8801 -0.4522</w:t>
        <w:br/>
        <w:t>vn 0.5285 -0.8055 -0.2682</w:t>
        <w:br/>
        <w:t>vn 0.3603 -0.7150 -0.5991</w:t>
        <w:br/>
        <w:t>vn 0.6418 0.0239 0.7665</w:t>
        <w:br/>
        <w:t>vn 0.7585 -0.1180 0.6409</w:t>
        <w:br/>
        <w:t>vn 0.3604 -0.7150 -0.5991</w:t>
        <w:br/>
        <w:t>vn 0.5224 -0.7138 -0.4665</w:t>
        <w:br/>
        <w:t>vn -0.9323 -0.3333 -0.1406</w:t>
        <w:br/>
        <w:t>vn -0.9322 -0.3334 -0.1406</w:t>
        <w:br/>
        <w:t>vn -0.5922 -0.6365 -0.4941</w:t>
        <w:br/>
        <w:t>vn -0.9501 -0.1919 0.2459</w:t>
        <w:br/>
        <w:t>vn 0.3347 -0.2672 0.9036</w:t>
        <w:br/>
        <w:t>vn 0.4609 -0.3217 0.8271</w:t>
        <w:br/>
        <w:t>vn 0.3607 -0.5329 0.7654</w:t>
        <w:br/>
        <w:t>vn 0.3605 -0.5328 0.7656</w:t>
        <w:br/>
        <w:t>vn -0.4548 -0.1608 0.8760</w:t>
        <w:br/>
        <w:t>vn -0.3844 -0.1831 0.9048</w:t>
        <w:br/>
        <w:t>vn -0.4852 -0.1443 0.8624</w:t>
        <w:br/>
        <w:t>vn -0.4910 -0.1157 0.8634</w:t>
        <w:br/>
        <w:t>vn -0.5722 -0.5259 0.6293</w:t>
        <w:br/>
        <w:t>vn -0.4362 -0.5173 0.7363</w:t>
        <w:br/>
        <w:t>vn -0.5015 -0.4967 0.7084</w:t>
        <w:br/>
        <w:t>vn -0.5965 -0.5811 0.5536</w:t>
        <w:br/>
        <w:t>vn -0.5521 -0.1592 0.8184</w:t>
        <w:br/>
        <w:t>vn -0.4831 -0.2501 0.8391</w:t>
        <w:br/>
        <w:t>vn -0.4840 -0.4955 0.7213</w:t>
        <w:br/>
        <w:t>vn -0.0868 0.1603 0.9833</w:t>
        <w:br/>
        <w:t>vn -0.0000 0.3484 0.9374</w:t>
        <w:br/>
        <w:t>vn -0.0692 0.3489 0.9346</w:t>
        <w:br/>
        <w:t>vn -0.1158 -0.0241 0.9930</w:t>
        <w:br/>
        <w:t>vn -0.0000 -0.0131 0.9999</w:t>
        <w:br/>
        <w:t>vn -0.1432 -0.1857 0.9721</w:t>
        <w:br/>
        <w:t>vn 0.0000 -0.1678 0.9858</w:t>
        <w:br/>
        <w:t>vn -0.1693 -0.2552 0.9519</w:t>
        <w:br/>
        <w:t>vn 0.0000 -0.2369 0.9715</w:t>
        <w:br/>
        <w:t>vn -0.1885 -0.2032 0.9608</w:t>
        <w:br/>
        <w:t>vn -0.1824 -0.0428 0.9823</w:t>
        <w:br/>
        <w:t>vn -0.2071 -0.2988 0.9316</w:t>
        <w:br/>
        <w:t>vn -0.1973 -0.1984 0.9601</w:t>
        <w:br/>
        <w:t>vn 0.0000 -0.1830 0.9831</w:t>
        <w:br/>
        <w:t>vn -0.1506 0.1479 0.9775</w:t>
        <w:br/>
        <w:t>vn -0.2144 -0.1275 0.9684</w:t>
        <w:br/>
        <w:t>vn 0.0000 -0.1110 0.9938</w:t>
        <w:br/>
        <w:t>vn -0.2152 -0.0411 0.9757</w:t>
        <w:br/>
        <w:t>vn 0.0000 -0.0256 0.9997</w:t>
        <w:br/>
        <w:t>vn -0.2154 0.1251 0.9685</w:t>
        <w:br/>
        <w:t>vn 0.0000 0.1491 0.9888</w:t>
        <w:br/>
        <w:t>vn -0.3893 -0.0559 0.9194</w:t>
        <w:br/>
        <w:t>vn -0.3623 -0.1563 0.9188</w:t>
        <w:br/>
        <w:t>vn -0.2846 -0.2559 0.9239</w:t>
        <w:br/>
        <w:t>vn -0.4004 0.0809 0.9128</w:t>
        <w:br/>
        <w:t>vn -0.2456 -0.3017 0.9212</w:t>
        <w:br/>
        <w:t>vn -0.3625 -0.1796 0.9145</w:t>
        <w:br/>
        <w:t>vn -0.4425 -0.0525 0.8952</w:t>
        <w:br/>
        <w:t>vn -0.2500 -0.3215 0.9133</w:t>
        <w:br/>
        <w:t>vn -0.4642 0.0582 0.8838</w:t>
        <w:br/>
        <w:t>vn -0.3747 -0.3621 0.8535</w:t>
        <w:br/>
        <w:t>vn -0.4186 -0.1673 0.8926</w:t>
        <w:br/>
        <w:t>vn -0.2639 -0.2094 0.9416</w:t>
        <w:br/>
        <w:t>vn -0.3978 -0.4442 0.8028</w:t>
        <w:br/>
        <w:t>vn -0.4737 -0.0045 0.8807</w:t>
        <w:br/>
        <w:t>vn -0.2763 -0.0488 0.9598</w:t>
        <w:br/>
        <w:t>vn -0.6637 -0.4730 0.5794</w:t>
        <w:br/>
        <w:t>vn -0.6985 -0.1991 0.6874</w:t>
        <w:br/>
        <w:t>vn -0.2822 0.1410 0.9490</w:t>
        <w:br/>
        <w:t>vn -0.5096 -0.5508 0.6610</w:t>
        <w:br/>
        <w:t>vn -0.1262 0.3506 0.9280</w:t>
        <w:br/>
        <w:t>vn -0.0000 0.5012 0.8653</w:t>
        <w:br/>
        <w:t>vn -0.0917 0.5112 0.8545</w:t>
        <w:br/>
        <w:t>vn -0.0000 0.5745 0.8185</w:t>
        <w:br/>
        <w:t>vn -0.1169 0.5904 0.7986</w:t>
        <w:br/>
        <w:t>vn -0.2189 0.5170 0.8275</w:t>
        <w:br/>
        <w:t>vn -0.2485 0.6065 0.7553</w:t>
        <w:br/>
        <w:t>vn -0.4337 0.5127 0.7409</w:t>
        <w:br/>
        <w:t>vn -0.4459 0.5756 0.6855</w:t>
        <w:br/>
        <w:t>vn -0.2906 0.3847 0.8761</w:t>
        <w:br/>
        <w:t>vn -0.6056 0.5002 0.6189</w:t>
        <w:br/>
        <w:t>vn -0.6297 0.5221 0.5752</w:t>
        <w:br/>
        <w:t>vn -0.4541 0.3701 0.8104</w:t>
        <w:br/>
        <w:t>vn -0.4219 0.1546 0.8934</w:t>
        <w:br/>
        <w:t>vn -0.5695 0.3798 0.7290</w:t>
        <w:br/>
        <w:t>vn -0.7541 0.4566 0.4720</w:t>
        <w:br/>
        <w:t>vn -0.7746 0.4673 0.4262</w:t>
        <w:br/>
        <w:t>vn -0.7233 0.3497 0.5954</w:t>
        <w:br/>
        <w:t>vn -0.5392 0.1708 0.8247</w:t>
        <w:br/>
        <w:t>vn -0.6773 0.1657 0.7168</w:t>
        <w:br/>
        <w:t>vn -0.8647 0.3779 0.3309</w:t>
        <w:br/>
        <w:t>vn -0.8621 0.4106 0.2970</w:t>
        <w:br/>
        <w:t>vn -0.8615 0.2755 0.4265</w:t>
        <w:br/>
        <w:t>vn -0.9121 0.3443 0.2226</w:t>
        <w:br/>
        <w:t>vn -0.9193 0.2979 0.2570</w:t>
        <w:br/>
        <w:t>vn -0.9233 0.2023 0.3264</w:t>
        <w:br/>
        <w:t>vn -0.9538 0.2111 0.2140</w:t>
        <w:br/>
        <w:t>vn -0.9499 0.2535 0.1831</w:t>
        <w:br/>
        <w:t>vn -0.9527 0.1303 0.2744</w:t>
        <w:br/>
        <w:t>vn -0.9770 0.0935 0.1917</w:t>
        <w:br/>
        <w:t>vn -0.9752 0.1222 0.1845</w:t>
        <w:br/>
        <w:t>vn -0.9730 0.0463 0.2261</w:t>
        <w:br/>
        <w:t>vn -0.9868 -0.0223 0.1603</w:t>
        <w:br/>
        <w:t>vn -0.9867 -0.0263 0.1603</w:t>
        <w:br/>
        <w:t>vn -0.9831 -0.0156 0.1823</w:t>
        <w:br/>
        <w:t>vn -0.9769 -0.0136 0.2134</w:t>
        <w:br/>
        <w:t>vn -0.9611 0.0294 0.2747</w:t>
        <w:br/>
        <w:t>vn -0.9777 -0.2084 0.0269</w:t>
        <w:br/>
        <w:t>vn -0.9873 -0.1404 0.0742</w:t>
        <w:br/>
        <w:t>vn -0.9851 -0.1069 0.1349</w:t>
        <w:br/>
        <w:t>vn -0.9796 -0.0948 0.1773</w:t>
        <w:br/>
        <w:t>vn -0.9556 -0.2942 0.0170</w:t>
        <w:br/>
        <w:t>vn -0.9626 -0.2695 -0.0275</w:t>
        <w:br/>
        <w:t>vn -0.9412 0.0698 0.3304</w:t>
        <w:br/>
        <w:t>vn -0.9733 -0.2126 0.0866</w:t>
        <w:br/>
        <w:t>vn -0.9756 -0.1796 0.1264</w:t>
        <w:br/>
        <w:t>vn -0.9033 0.1152 0.4134</w:t>
        <w:br/>
        <w:t>vn -0.9478 0.0244 0.3179</w:t>
        <w:br/>
        <w:t>vn -0.9630 -0.0123 0.2691</w:t>
        <w:br/>
        <w:t>vn -0.9259 0.0641 0.3723</w:t>
        <w:br/>
        <w:t>vn -0.8132 0.1490 0.5626</w:t>
        <w:br/>
        <w:t>vn -0.8606 0.0897 0.5013</w:t>
        <w:br/>
        <w:t>vn -0.7365 0.1010 0.6689</w:t>
        <w:br/>
        <w:t>vn -0.6143 0.0833 0.7847</w:t>
        <w:br/>
        <w:t>vn -0.4793 0.0361 0.8769</w:t>
        <w:br/>
        <w:t>vn -0.3678 -0.0211 0.9297</w:t>
        <w:br/>
        <w:t>vn -0.6526 0.0056 0.7577</w:t>
        <w:br/>
        <w:t>vn -0.5370 -0.0330 0.8429</w:t>
        <w:br/>
        <w:t>vn -0.3944 -0.1078 0.9126</w:t>
        <w:br/>
        <w:t>vn -0.7760 0.0058 0.6307</w:t>
        <w:br/>
        <w:t>vn -0.8626 -0.0189 0.5055</w:t>
        <w:br/>
        <w:t>vn -0.3267 -0.1838 0.9271</w:t>
        <w:br/>
        <w:t>vn -0.4423 -0.2246 0.8683</w:t>
        <w:br/>
        <w:t>vn -0.3211 -0.2482 0.9139</w:t>
        <w:br/>
        <w:t>vn -0.2942 -0.2867 0.9118</w:t>
        <w:br/>
        <w:t>vn -0.3305 -0.4857 0.8092</w:t>
        <w:br/>
        <w:t>vn -0.2942 -0.4765 0.8285</w:t>
        <w:br/>
        <w:t>vn -0.3671 -0.4387 0.8202</w:t>
        <w:br/>
        <w:t>vn -0.5297 -0.2024 0.8237</w:t>
        <w:br/>
        <w:t>vn -0.4156 -0.4009 0.8164</w:t>
        <w:br/>
        <w:t>vn -0.6347 -0.1887 0.7493</w:t>
        <w:br/>
        <w:t>vn -0.4936 -0.3739 0.7852</w:t>
        <w:br/>
        <w:t>vn -0.3656 -0.4939 0.7889</w:t>
        <w:br/>
        <w:t>vn -0.3246 -0.5706 0.7543</w:t>
        <w:br/>
        <w:t>vn -0.7329 -0.1737 0.6578</w:t>
        <w:br/>
        <w:t>vn -0.4200 -0.4592 0.7828</w:t>
        <w:br/>
        <w:t>vn -0.2780 -0.6568 0.7009</w:t>
        <w:br/>
        <w:t>vn -0.3679 -0.6632 0.6518</w:t>
        <w:br/>
        <w:t>vn -0.6453 -0.6725 0.3623</w:t>
        <w:br/>
        <w:t>vn -0.7739 -0.5123 0.3724</w:t>
        <w:br/>
        <w:t>vn -0.8660 -0.1721 0.4695</w:t>
        <w:br/>
        <w:t>vn -0.6729 0.0453 0.7383</w:t>
        <w:br/>
        <w:t>vn -0.9365 0.2819 0.2088</w:t>
        <w:br/>
        <w:t>vn -0.8213 0.5001 0.2745</w:t>
        <w:br/>
        <w:t>vn -0.6393 0.2538 0.7259</w:t>
        <w:br/>
        <w:t>vn -0.4929 0.1565 0.8559</w:t>
        <w:br/>
        <w:t>vn -0.5363 0.8203 0.1988</w:t>
        <w:br/>
        <w:t>vn -0.4578 0.5078 0.7298</w:t>
        <w:br/>
        <w:t>vn -0.3908 0.3681 0.8437</w:t>
        <w:br/>
        <w:t>vn -0.2096 0.9610 0.1806</w:t>
        <w:br/>
        <w:t>vn -0.2482 0.6555 0.7132</w:t>
        <w:br/>
        <w:t>vn -0.1890 0.7035 0.6851</w:t>
        <w:br/>
        <w:t>vn -0.1131 0.9806 0.1603</w:t>
        <w:br/>
        <w:t>vn -0.0487 0.9975 0.0518</w:t>
        <w:br/>
        <w:t>vn -0.2167 0.6966 0.6839</w:t>
        <w:br/>
        <w:t>vn -0.2069 0.5115 0.8340</w:t>
        <w:br/>
        <w:t>vn -0.2359 0.4983 0.8343</w:t>
        <w:br/>
        <w:t>vn -0.2878 0.4445 0.8483</w:t>
        <w:br/>
        <w:t>vn -0.2820 0.6094 0.7410</w:t>
        <w:br/>
        <w:t>vn -0.0372 0.9906 0.1313</w:t>
        <w:br/>
        <w:t>vn -0.3338 0.4946 0.8025</w:t>
        <w:br/>
        <w:t>vn 0.0422 0.9907 0.1291</w:t>
        <w:br/>
        <w:t>vn -0.3888 0.3056 0.8692</w:t>
        <w:br/>
        <w:t>vn -0.2378 0.6699 0.7033</w:t>
        <w:br/>
        <w:t>vn -0.4165 0.4273 0.8025</w:t>
        <w:br/>
        <w:t>vn -0.4614 0.1504 0.8744</w:t>
        <w:br/>
        <w:t>vn -0.6240 0.0641 0.7788</w:t>
        <w:br/>
        <w:t>vn -0.5561 0.2790 0.7829</w:t>
        <w:br/>
        <w:t>vn -0.7038 0.0292 0.7098</w:t>
        <w:br/>
        <w:t>vn -0.6787 0.0074 0.7343</w:t>
        <w:br/>
        <w:t>vn -0.7310 -0.0445 0.6810</w:t>
        <w:br/>
        <w:t>vn -0.6919 -0.0343 0.7212</w:t>
        <w:br/>
        <w:t>vn -0.7513 -0.0901 0.6538</w:t>
        <w:br/>
        <w:t>vn -0.6788 -0.0957 0.7281</w:t>
        <w:br/>
        <w:t>vn -0.6810 -0.1608 0.7144</w:t>
        <w:br/>
        <w:t>vn -0.7646 -0.1234 0.6326</w:t>
        <w:br/>
        <w:t>vn -0.7678 -0.1127 0.6307</w:t>
        <w:br/>
        <w:t>vn -0.7585 -0.1350 0.6375</w:t>
        <w:br/>
        <w:t>vn -0.6581 -0.0583 0.7507</w:t>
        <w:br/>
        <w:t>vn -0.6582 -0.0583 0.7506</w:t>
        <w:br/>
        <w:t>vn -0.6685 -0.2402 0.7038</w:t>
        <w:br/>
        <w:t>vn -0.5806 -0.3169 0.7500</w:t>
        <w:br/>
        <w:t>vn -0.8907 -0.1694 0.4219</w:t>
        <w:br/>
        <w:t>vn -0.9030 -0.1236 0.4114</w:t>
        <w:br/>
        <w:t>vn -0.8676 -0.1479 0.4747</w:t>
        <w:br/>
        <w:t>vn -0.8398 -0.1438 0.5235</w:t>
        <w:br/>
        <w:t>vn -0.5906 -0.3249 0.7386</w:t>
        <w:br/>
        <w:t>vn -0.4945 -0.4161 0.7631</w:t>
        <w:br/>
        <w:t>vn -0.7981 -0.1288 0.5886</w:t>
        <w:br/>
        <w:t>vn -0.8929 -0.0603 0.4461</w:t>
        <w:br/>
        <w:t>vn -0.8977 -0.0427 0.4386</w:t>
        <w:br/>
        <w:t>vn -0.9558 -0.0283 0.2926</w:t>
        <w:br/>
        <w:t>vn -0.9683 -0.0878 0.2339</w:t>
        <w:br/>
        <w:t>vn -0.9546 -0.1005 0.2804</w:t>
        <w:br/>
        <w:t>vn -0.9425 -0.1407 0.3031</w:t>
        <w:br/>
        <w:t>vn -0.9279 -0.1656 0.3339</w:t>
        <w:br/>
        <w:t>vn -0.9676 -0.1386 0.2113</w:t>
        <w:br/>
        <w:t>vn -0.9565 -0.2858 0.0588</w:t>
        <w:br/>
        <w:t>vn -0.9666 -0.2411 0.0875</w:t>
        <w:br/>
        <w:t>vn -0.9610 -0.1962 0.1950</w:t>
        <w:br/>
        <w:t>vn -0.9085 -0.2267 0.3511</w:t>
        <w:br/>
        <w:t>vn -0.7993 -0.0481 0.5990</w:t>
        <w:br/>
        <w:t>vn -0.9424 -0.2728 0.1936</w:t>
        <w:br/>
        <w:t>vn -0.9091 -0.2254 0.3502</w:t>
        <w:br/>
        <w:t>vn -0.9298 -0.3664 0.0361</w:t>
        <w:br/>
        <w:t>vn -0.9449 -0.3191 0.0729</w:t>
        <w:br/>
        <w:t>vn -0.9325 -0.3096 0.1859</w:t>
        <w:br/>
        <w:t>vn -0.6375 0.0607 0.7681</w:t>
        <w:br/>
        <w:t>vn -0.5325 0.1776 0.8276</w:t>
        <w:br/>
        <w:t>vn -0.4282 0.2822 0.8585</w:t>
        <w:br/>
        <w:t>vn -0.7433 0.0521 0.6669</w:t>
        <w:br/>
        <w:t>vn -0.9167 -0.2010 0.3454</w:t>
        <w:br/>
        <w:t>vn -0.3302 0.3574 0.8736</w:t>
        <w:br/>
        <w:t>vn -0.5655 0.1732 0.8063</w:t>
        <w:br/>
        <w:t>vn -0.7670 -0.0567 0.6392</w:t>
        <w:br/>
        <w:t>vn -0.4191 0.2333 0.8774</w:t>
        <w:br/>
        <w:t>vn -0.2375 0.4414 0.8653</w:t>
        <w:br/>
        <w:t>vn -0.3413 0.2628 0.9025</w:t>
        <w:br/>
        <w:t>vn -0.2256 0.4590 0.8593</w:t>
        <w:br/>
        <w:t>vn -0.2556 0.3249 0.9105</w:t>
        <w:br/>
        <w:t>vn -0.5222 0.0420 0.8518</w:t>
        <w:br/>
        <w:t>vn -0.3914 0.1120 0.9134</w:t>
        <w:br/>
        <w:t>vn -0.3265 0.1436 0.9342</w:t>
        <w:br/>
        <w:t>vn -0.7373 -0.1201 0.6648</w:t>
        <w:br/>
        <w:t>vn -0.2223 0.3663 0.9036</w:t>
        <w:br/>
        <w:t>vn -0.8952 -0.2582 0.3632</w:t>
        <w:br/>
        <w:t>vn -0.3521 0.3396 0.8722</w:t>
        <w:br/>
        <w:t>vn -0.9284 -0.3244 0.1814</w:t>
        <w:br/>
        <w:t>vn -0.9092 -0.4160 0.0164</w:t>
        <w:br/>
        <w:t>vn -0.9274 -0.3682 0.0658</w:t>
        <w:br/>
        <w:t>vn -0.4666 0.1963 0.8624</w:t>
        <w:br/>
        <w:t>vn -0.4948 0.1625 0.8537</w:t>
        <w:br/>
        <w:t>vn -0.8947 -0.4466 -0.0030</w:t>
        <w:br/>
        <w:t>vn -0.9165 -0.3958 0.0576</w:t>
        <w:br/>
        <w:t>vn -0.9115 -0.3738 0.1719</w:t>
        <w:br/>
        <w:t>vn -0.9001 -0.4333 0.0449</w:t>
        <w:br/>
        <w:t>vn -0.8603 -0.5097 -0.0091</w:t>
        <w:br/>
        <w:t>vn -0.8680 -0.3200 0.3797</w:t>
        <w:br/>
        <w:t>vn -0.7047 -0.2009 0.6805</w:t>
        <w:br/>
        <w:t>vn -0.4848 -0.0748 0.8714</w:t>
        <w:br/>
        <w:t>vn -0.3609 -0.0098 0.9326</w:t>
        <w:br/>
        <w:t>vn -0.8301 -0.3859 0.4026</w:t>
        <w:br/>
        <w:t>vn -0.6441 -0.3243 0.6928</w:t>
        <w:br/>
        <w:t>vn -0.4352 -0.2445 0.8665</w:t>
        <w:br/>
        <w:t>vn -0.8962 -0.4091 0.1716</w:t>
        <w:br/>
        <w:t>vn -0.8895 -0.4559 0.0294</w:t>
        <w:br/>
        <w:t>vn -0.8582 -0.4756 0.1930</w:t>
        <w:br/>
        <w:t>vn -0.7696 -0.4572 0.4457</w:t>
        <w:br/>
        <w:t>vn -0.8478 -0.5276 -0.0534</w:t>
        <w:br/>
        <w:t>vn -0.8512 -0.5245 0.0167</w:t>
        <w:br/>
        <w:t>vn -0.6173 -0.7049 -0.3493</w:t>
        <w:br/>
        <w:t>vn -0.7773 -0.6140 -0.1370</w:t>
        <w:br/>
        <w:t>vn -0.8033 -0.5868 -0.1017</w:t>
        <w:br/>
        <w:t>vn -0.5885 -0.7403 -0.3250</w:t>
        <w:br/>
        <w:t>vn -0.5224 -0.7137 -0.4666</w:t>
        <w:br/>
        <w:t>vn -0.4944 -0.7237 -0.4815</w:t>
        <w:br/>
        <w:t>vn -0.6146 -0.7020 -0.3598</w:t>
        <w:br/>
        <w:t>vn -0.4959 -0.7284 -0.4727</w:t>
        <w:br/>
        <w:t>vn -0.7651 -0.6231 -0.1622</w:t>
        <w:br/>
        <w:t>vn -0.8181 -0.5700 -0.0766</w:t>
        <w:br/>
        <w:t>vn -0.4876 -0.8238 -0.2891</w:t>
        <w:br/>
        <w:t>vn -0.4974 -0.8343 -0.2377</w:t>
        <w:br/>
        <w:t>vn -0.5365 -0.7834 -0.3139</w:t>
        <w:br/>
        <w:t>vn -0.4728 -0.7726 -0.4237</w:t>
        <w:br/>
        <w:t>vn -0.4802 -0.8483 -0.2232</w:t>
        <w:br/>
        <w:t>vn -0.4923 -0.8493 -0.1908</w:t>
        <w:br/>
        <w:t>vn -0.6311 -0.7594 -0.1582</w:t>
        <w:br/>
        <w:t>vn -0.5281 -0.8354 -0.1524</w:t>
        <w:br/>
        <w:t>vn -0.5034 -0.8508 -0.1506</w:t>
        <w:br/>
        <w:t>vn -0.2733 -0.9313 -0.2409</w:t>
        <w:br/>
        <w:t>vn -0.3083 -0.9282 -0.2083</w:t>
        <w:br/>
        <w:t>vn -0.4087 -0.8930 -0.1885</w:t>
        <w:br/>
        <w:t>vn -0.3745 -0.8994 -0.2254</w:t>
        <w:br/>
        <w:t>vn -0.7339 -0.6792 -0.0031</w:t>
        <w:br/>
        <w:t>vn -0.7536 -0.6211 0.2153</w:t>
        <w:br/>
        <w:t>vn -0.5662 -0.8175 -0.1056</w:t>
        <w:br/>
        <w:t>vn -0.6856 -0.7227 -0.0869</w:t>
        <w:br/>
        <w:t>vn -0.6057 -0.7956 -0.0147</w:t>
        <w:br/>
        <w:t>vn -0.5124 -0.8519 -0.1079</w:t>
        <w:br/>
        <w:t>vn -0.4421 -0.8847 -0.1482</w:t>
        <w:br/>
        <w:t>vn -0.4581 -0.8843 -0.0907</w:t>
        <w:br/>
        <w:t>vn -0.5350 -0.8449 -0.0024</w:t>
        <w:br/>
        <w:t>vn -0.3600 -0.9196 -0.1576</w:t>
        <w:br/>
        <w:t>vn -0.4865 -0.8736 0.0080</w:t>
        <w:br/>
        <w:t>vn -0.1287 -0.9638 -0.2333</w:t>
        <w:br/>
        <w:t>vn -0.1298 -0.9590 -0.2518</w:t>
        <w:br/>
        <w:t>vn -0.0000 -0.9710 -0.2392</w:t>
        <w:br/>
        <w:t>vn -0.0000 -0.9732 -0.2301</w:t>
        <w:br/>
        <w:t>vn -0.2222 -0.9477 -0.2290</w:t>
        <w:br/>
        <w:t>vn -0.2588 -0.9496 -0.1768</w:t>
        <w:br/>
        <w:t>vn -0.4058 -0.9101 -0.0836</w:t>
        <w:br/>
        <w:t>vn 0.0000 -0.9806 -0.1958</w:t>
        <w:br/>
        <w:t>vn -0.1350 -0.9722 -0.1914</w:t>
        <w:br/>
        <w:t>vn -0.3093 -0.9450 -0.1060</w:t>
        <w:br/>
        <w:t>vn -0.4495 -0.8933 -0.0034</w:t>
        <w:br/>
        <w:t>vn -0.3696 -0.9284 -0.0391</w:t>
        <w:br/>
        <w:t>vn -0.1596 -0.9771 -0.1408</w:t>
        <w:br/>
        <w:t>vn 0.0001 -0.9878 -0.1555</w:t>
        <w:br/>
        <w:t>vn -0.2067 -0.9746 -0.0863</w:t>
        <w:br/>
        <w:t>vn -0.5138 -0.8416 0.1665</w:t>
        <w:br/>
        <w:t>vn -0.4443 -0.8840 0.1456</w:t>
        <w:br/>
        <w:t>vn -0.5384 -0.8181 0.2024</w:t>
        <w:br/>
        <w:t>vn -0.5750 -0.7854 0.2292</w:t>
        <w:br/>
        <w:t>vn -0.6357 -0.7368 0.2302</w:t>
        <w:br/>
        <w:t>vn -0.5403 -0.6701 0.5089</w:t>
        <w:br/>
        <w:t>vn -0.5702 -0.6453 0.5084</w:t>
        <w:br/>
        <w:t>vn -0.6007 -0.6148 0.5111</w:t>
        <w:br/>
        <w:t>vn -0.6746 -0.5516 0.4905</w:t>
        <w:br/>
        <w:t>vn -0.5660 -0.4222 0.7081</w:t>
        <w:br/>
        <w:t>vn -0.5011 -0.4546 0.7363</w:t>
        <w:br/>
        <w:t>vn -0.4766 -0.4430 0.7594</w:t>
        <w:br/>
        <w:t>vn -0.3643 -0.3683 0.8554</w:t>
        <w:br/>
        <w:t>vn -0.4563 -0.4469 0.7694</w:t>
        <w:br/>
        <w:t>vn -0.3218 -0.2225 0.9203</w:t>
        <w:br/>
        <w:t>vn -0.3234 -0.2825 0.9031</w:t>
        <w:br/>
        <w:t>vn -0.3110 -0.3824 0.8701</w:t>
        <w:br/>
        <w:t>vn -0.2869 -0.3851 0.8772</w:t>
        <w:br/>
        <w:t>vn -0.3194 0.0280 0.9472</w:t>
        <w:br/>
        <w:t>vn -0.2588 0.1997 0.9451</w:t>
        <w:br/>
        <w:t>vn -0.3131 -0.1027 0.9442</w:t>
        <w:br/>
        <w:t>vn -0.2679 0.0957 0.9587</w:t>
        <w:br/>
        <w:t>vn -0.2356 0.2486 0.9395</w:t>
        <w:br/>
        <w:t>vn -0.3357 0.2982 0.8935</w:t>
        <w:br/>
        <w:t>vn -0.2604 0.1432 0.9548</w:t>
        <w:br/>
        <w:t>vn -0.3701 0.2258 0.9011</w:t>
        <w:br/>
        <w:t>vn -0.4794 0.1993 0.8547</w:t>
        <w:br/>
        <w:t>vn -0.5493 0.1979 0.8118</w:t>
        <w:br/>
        <w:t>vn -0.4503 0.1164 0.8852</w:t>
        <w:br/>
        <w:t>vn -0.2861 -0.0114 0.9581</w:t>
        <w:br/>
        <w:t>vn -0.3102 0.0474 0.9495</w:t>
        <w:br/>
        <w:t>vn -0.3027 -0.2998 0.9047</w:t>
        <w:br/>
        <w:t>vn -0.3142 -0.2172 0.9242</w:t>
        <w:br/>
        <w:t>vn -0.3205 -0.1232 0.9392</w:t>
        <w:br/>
        <w:t>vn -0.3417 -0.3554 0.8700</w:t>
        <w:br/>
        <w:t>vn -0.3657 -0.2734 0.8897</w:t>
        <w:br/>
        <w:t>vn -0.3138 -0.4108 0.8560</w:t>
        <w:br/>
        <w:t>vn -0.2832 -0.3714 0.8843</w:t>
        <w:br/>
        <w:t>vn -0.3921 -0.0622 0.9178</w:t>
        <w:br/>
        <w:t>vn -0.3085 -0.3684 0.8770</w:t>
        <w:br/>
        <w:t>vn -0.5377 -0.0141 0.8430</w:t>
        <w:br/>
        <w:t>vn -0.6523 0.1352 0.7458</w:t>
        <w:br/>
        <w:t>vn -0.7384 0.0044 0.6744</w:t>
        <w:br/>
        <w:t>vn -0.5985 -0.1414 0.7886</w:t>
        <w:br/>
        <w:t>vn -0.6420 0.2385 0.7287</w:t>
        <w:br/>
        <w:t>vn -0.5484 0.2013 0.8116</w:t>
        <w:br/>
        <w:t>vn -0.7365 0.2240 0.6383</w:t>
        <w:br/>
        <w:t>vn -0.5109 0.2971 0.8067</w:t>
        <w:br/>
        <w:t>vn -0.6128 0.3558 0.7056</w:t>
        <w:br/>
        <w:t>vn -0.7110 0.3673 0.5996</w:t>
        <w:br/>
        <w:t>vn -0.4361 0.2166 0.8735</w:t>
        <w:br/>
        <w:t>vn -0.2921 0.4337 0.8524</w:t>
        <w:br/>
        <w:t>vn -0.3629 0.5340 0.7636</w:t>
        <w:br/>
        <w:t>vn -0.2375 0.3110 0.9203</w:t>
        <w:br/>
        <w:t>vn -0.0000 0.3565 0.9343</w:t>
        <w:br/>
        <w:t>vn -0.4302 0.6040 0.6709</w:t>
        <w:br/>
        <w:t>vn 0.0000 0.4942 0.8693</w:t>
        <w:br/>
        <w:t>vn -0.0000 0.6128 0.7902</w:t>
        <w:br/>
        <w:t>vn -0.0000 0.7100 0.7042</w:t>
        <w:br/>
        <w:t>vn -0.5113 0.6020 0.6133</w:t>
        <w:br/>
        <w:t>vn 0.0000 0.7537 0.6573</w:t>
        <w:br/>
        <w:t>vn -0.7933 0.3083 0.5250</w:t>
        <w:br/>
        <w:t>vn -0.8137 0.1375 0.5648</w:t>
        <w:br/>
        <w:t>vn -0.8506 0.1743 0.4961</w:t>
        <w:br/>
        <w:t>vn -0.6317 0.5215 0.5736</w:t>
        <w:br/>
        <w:t>vn -0.8456 -0.0304 0.5329</w:t>
        <w:br/>
        <w:t>vn -0.7645 -0.1647 0.6232</w:t>
        <w:br/>
        <w:t>vn -0.5414 -0.2827 0.7918</w:t>
        <w:br/>
        <w:t>vn -0.6481 -0.3837 0.6579</w:t>
        <w:br/>
        <w:t>vn -0.7492 -0.3013 0.5899</w:t>
        <w:br/>
        <w:t>vn -0.5191 -0.0290 0.8542</w:t>
        <w:br/>
        <w:t>vn -0.5135 -0.2235 0.8285</w:t>
        <w:br/>
        <w:t>vn -0.4877 -0.1894 0.8522</w:t>
        <w:br/>
        <w:t>vn -0.5140 -0.0112 0.8577</w:t>
        <w:br/>
        <w:t>vn -0.3597 -0.4121 0.8371</w:t>
        <w:br/>
        <w:t>vn -0.3992 -0.5683 0.7195</w:t>
        <w:br/>
        <w:t>vn -0.3348 -0.2027 0.9202</w:t>
        <w:br/>
        <w:t>vn -0.3790 -0.0014 0.9254</w:t>
        <w:br/>
        <w:t>vn -0.5884 -0.3093 0.7471</w:t>
        <w:br/>
        <w:t>vn -0.5728 -0.1440 0.8069</w:t>
        <w:br/>
        <w:t>vn -0.4846 -0.5464 0.6831</w:t>
        <w:br/>
        <w:t>vn -0.8147 -0.0845 0.5737</w:t>
        <w:br/>
        <w:t>vn -0.5440 -0.3733 0.7515</w:t>
        <w:br/>
        <w:t>vn -0.6593 0.2120 0.7214</w:t>
        <w:br/>
        <w:t>vn -0.0000 -0.6473 0.7622</w:t>
        <w:br/>
        <w:t>vn -0.0000 -0.6596 0.7516</w:t>
        <w:br/>
        <w:t>vn -0.0000 -0.4474 0.8943</w:t>
        <w:br/>
        <w:t>vn -0.4818 -0.1594 0.8617</w:t>
        <w:br/>
        <w:t>vn -0.0000 0.7591 0.6510</w:t>
        <w:br/>
        <w:t>vn -0.1942 0.2561 0.9469</w:t>
        <w:br/>
        <w:t>vn -0.0000 -0.1880 0.9822</w:t>
        <w:br/>
        <w:t>vn 0.0000 -0.5012 0.8653</w:t>
        <w:br/>
        <w:t>vn -0.0000 -0.2190 0.9757</w:t>
        <w:br/>
        <w:t>vn -0.0000 0.0097 1.0000</w:t>
        <w:br/>
        <w:t>vn -0.3658 -0.1844 0.9122</w:t>
        <w:br/>
        <w:t>vn -0.0000 -0.1896 0.9819</w:t>
        <w:br/>
        <w:t>vn -0.4977 -0.1634 0.8518</w:t>
        <w:br/>
        <w:t>vn -0.4832 -0.2776 0.8304</w:t>
        <w:br/>
        <w:t>vn -0.0000 -0.6059 0.7956</w:t>
        <w:br/>
        <w:t>vn -0.2027 -0.5778 0.7906</w:t>
        <w:br/>
        <w:t>vn -0.3701 -0.5195 0.7702</w:t>
        <w:br/>
        <w:t>vn -0.1166 -0.7808 0.6138</w:t>
        <w:br/>
        <w:t>vn -0.0000 -0.7883 0.6153</w:t>
        <w:br/>
        <w:t>vn -0.2510 -0.7510 0.6108</w:t>
        <w:br/>
        <w:t>vn -0.0000 -0.8725 0.4886</w:t>
        <w:br/>
        <w:t>vn 0.0000 -0.8721 0.4893</w:t>
        <w:br/>
        <w:t>vn -0.0880 -0.8700 0.4852</w:t>
        <w:br/>
        <w:t>vn -0.0888 -0.8692 0.4864</w:t>
        <w:br/>
        <w:t>vn -0.1797 -0.8534 0.4894</w:t>
        <w:br/>
        <w:t>vn -0.1738 -0.8464 0.5034</w:t>
        <w:br/>
        <w:t>vn -0.4541 -0.5060 0.7333</w:t>
        <w:br/>
        <w:t>vn -0.3801 -0.6989 0.6058</w:t>
        <w:br/>
        <w:t>vn -0.4840 -0.6476 0.5885</w:t>
        <w:br/>
        <w:t>vn -0.4515 -0.6576 0.6031</w:t>
        <w:br/>
        <w:t>vn -0.3027 -0.7834 0.5428</w:t>
        <w:br/>
        <w:t>vn -0.5768 -0.5167 0.6327</w:t>
        <w:br/>
        <w:t>vn -0.5693 -0.6107 0.5504</w:t>
        <w:br/>
        <w:t>vn -0.6268 -0.4069 0.6645</w:t>
        <w:br/>
        <w:t>vn -0.6279 -0.2167 0.7475</w:t>
        <w:br/>
        <w:t>vn -0.5675 -0.4573 0.6847</w:t>
        <w:br/>
        <w:t>vn -0.5974 -0.5574 0.5766</w:t>
        <w:br/>
        <w:t>vn -0.5342 -0.5342 0.6552</w:t>
        <w:br/>
        <w:t>vn -0.5954 -0.5958 0.5390</w:t>
        <w:br/>
        <w:t>vn -0.6293 -0.4098 0.6603</w:t>
        <w:br/>
        <w:t>vn -0.5903 -0.3175 0.7422</w:t>
        <w:br/>
        <w:t>vn -0.5063 -0.4607 0.7290</w:t>
        <w:br/>
        <w:t>vn -0.3416 -0.4445 0.8281</w:t>
        <w:br/>
        <w:t>vn -0.4209 -0.3951 0.8165</w:t>
        <w:br/>
        <w:t>vn -0.3819 -0.4909 0.7830</w:t>
        <w:br/>
        <w:t>vn -0.3050 -0.3554 0.8836</w:t>
        <w:br/>
        <w:t>vn -0.3904 -0.2827 0.8762</w:t>
        <w:br/>
        <w:t>vn -0.4518 -0.1949 0.8706</w:t>
        <w:br/>
        <w:t>vn -0.5084 -0.1640 0.8453</w:t>
        <w:br/>
        <w:t>vn -0.5315 -0.0368 0.8462</w:t>
        <w:br/>
        <w:t>vn -0.3472 -0.3377 0.8749</w:t>
        <w:br/>
        <w:t>vn -0.4373 -0.2523 0.8632</w:t>
        <w:br/>
        <w:t>vn -0.3142 -0.2850 0.9055</w:t>
        <w:br/>
        <w:t>vn -0.3404 -0.2725 0.8999</w:t>
        <w:br/>
        <w:t>vn -0.5129 -0.4020 0.7586</w:t>
        <w:br/>
        <w:t>vn -0.5776 -0.2798 0.7669</w:t>
        <w:br/>
        <w:t>vn -0.2987 -0.2650 0.9168</w:t>
        <w:br/>
        <w:t>vn -0.3166 -0.2665 0.9103</w:t>
        <w:br/>
        <w:t>vn -0.2756 -0.2321 0.9328</w:t>
        <w:br/>
        <w:t>vn -0.2770 -0.2836 0.9181</w:t>
        <w:br/>
        <w:t>vn -0.2443 -0.2349 0.9408</w:t>
        <w:br/>
        <w:t>vn -0.4106 -0.4523 0.7918</w:t>
        <w:br/>
        <w:t>vn -0.5267 -0.6598 0.5360</w:t>
        <w:br/>
        <w:t>vn -0.3804 -0.4018 0.8330</w:t>
        <w:br/>
        <w:t>vn -0.4681 -0.6523 0.5961</w:t>
        <w:br/>
        <w:t>vn -0.2659 -0.9527 0.1471</w:t>
        <w:br/>
        <w:t>vn -0.3384 -0.3267 0.8825</w:t>
        <w:br/>
        <w:t>vn -0.2968 -0.6884 0.6618</w:t>
        <w:br/>
        <w:t>vn -0.2559 -0.2773 0.9261</w:t>
        <w:br/>
        <w:t>vn -0.2496 -0.2524 0.9349</w:t>
        <w:br/>
        <w:t>vn -0.2567 -0.2653 0.9294</w:t>
        <w:br/>
        <w:t>vn -0.2505 -0.2999 0.9205</w:t>
        <w:br/>
        <w:t>vn -0.2527 -0.2961 0.9211</w:t>
        <w:br/>
        <w:t>vn -0.2177 -0.2314 0.9482</w:t>
        <w:br/>
        <w:t>vn -0.3472 -0.3967 0.8498</w:t>
        <w:br/>
        <w:t>vn -0.3114 -0.3470 0.8847</w:t>
        <w:br/>
        <w:t>vn -0.2875 -0.4528 0.8440</w:t>
        <w:br/>
        <w:t>vn -0.5330 -0.4237 0.7323</w:t>
        <w:br/>
        <w:t>vn -0.4905 -0.5781 0.6521</w:t>
        <w:br/>
        <w:t>vn -0.4199 -0.6685 0.6138</w:t>
        <w:br/>
        <w:t>vn -0.4415 -0.5104 0.7379</w:t>
        <w:br/>
        <w:t>vn -0.2950 -0.7346 0.6110</w:t>
        <w:br/>
        <w:t>vn -0.3264 -0.5614 0.7605</w:t>
        <w:br/>
        <w:t>vn -0.5670 -0.0071 0.8237</w:t>
        <w:br/>
        <w:t>vn -0.5484 0.0336 0.8355</w:t>
        <w:br/>
        <w:t>vn -0.5687 -0.0326 0.8219</w:t>
        <w:br/>
        <w:t>vn -0.5256 0.0495 0.8493</w:t>
        <w:br/>
        <w:t>vn -0.5652 -0.0765 0.8214</w:t>
        <w:br/>
        <w:t>vn -0.5117 -0.1089 0.8522</w:t>
        <w:br/>
        <w:t>vn -0.4546 0.1183 0.8828</w:t>
        <w:br/>
        <w:t>vn -0.4807 0.1018 0.8709</w:t>
        <w:br/>
        <w:t>vn -0.4914 0.0961 0.8656</w:t>
        <w:br/>
        <w:t>vn -0.4158 0.1804 0.8914</w:t>
        <w:br/>
        <w:t>vn -0.4060 0.1670 0.8985</w:t>
        <w:br/>
        <w:t>vn -0.4106 -0.1360 0.9016</w:t>
        <w:br/>
        <w:t>vn -0.3336 0.1717 0.9269</w:t>
        <w:br/>
        <w:t>vn -0.2709 0.2939 0.9166</w:t>
        <w:br/>
        <w:t>vn -0.2709 0.2940 0.9166</w:t>
        <w:br/>
        <w:t>vn -0.1820 0.4023 0.8972</w:t>
        <w:br/>
        <w:t>vn -0.1719 0.3913 0.9041</w:t>
        <w:br/>
        <w:t>vn -0.2504 0.2880 0.9243</w:t>
        <w:br/>
        <w:t>vn -0.3041 -0.1307 0.9436</w:t>
        <w:br/>
        <w:t>vn -0.2346 0.2352 0.9432</w:t>
        <w:br/>
        <w:t>vn -0.1182 0.4310 0.8946</w:t>
        <w:br/>
        <w:t>vn -0.1218 0.4222 0.8983</w:t>
        <w:br/>
        <w:t>vn -0.1693 -0.1310 0.9768</w:t>
        <w:br/>
        <w:t>vn -0.1363 0.2528 0.9579</w:t>
        <w:br/>
        <w:t>vn -0.1180 0.4308 0.8947</w:t>
        <w:br/>
        <w:t>vn 0.0000 0.2449 0.9696</w:t>
        <w:br/>
        <w:t>vn -0.0000 0.4245 0.9054</w:t>
        <w:br/>
        <w:t>vn -0.3957 -0.3858 0.8334</w:t>
        <w:br/>
        <w:t>vn -0.3033 -0.3031 0.9034</w:t>
        <w:br/>
        <w:t>vn -0.4208 -0.5243 0.7403</w:t>
        <w:br/>
        <w:t>vn -0.1751 -0.5994 0.7810</w:t>
        <w:br/>
        <w:t>vn -0.2985 -0.6318 0.7153</w:t>
        <w:br/>
        <w:t>vn -0.1799 -0.4665 0.8661</w:t>
        <w:br/>
        <w:t>vn -0.1632 -0.6570 0.7360</w:t>
        <w:br/>
        <w:t>vn -0.4119 -0.5844 0.6991</w:t>
        <w:br/>
        <w:t>vn -0.1525 -0.7821 0.6042</w:t>
        <w:br/>
        <w:t>vn 0.0000 -0.7964 0.6047</w:t>
        <w:br/>
        <w:t>vn -0.0000 -0.6126 0.7904</w:t>
        <w:br/>
        <w:t>vn -0.1927 -0.3105 0.9308</w:t>
        <w:br/>
        <w:t>vn -0.0000 -0.4621 0.8868</w:t>
        <w:br/>
        <w:t>vn -0.0000 -0.6609 0.7505</w:t>
        <w:br/>
        <w:t>vn -0.0000 -0.1373 0.9905</w:t>
        <w:br/>
        <w:t>vn -0.0000 -0.3099 0.9508</w:t>
        <w:br/>
        <w:t>vn 0.0000 -0.2255 0.9742</w:t>
        <w:br/>
        <w:t>vn -0.0000 -0.9940 -0.1090</w:t>
        <w:br/>
        <w:t>vn -0.0000 -0.9884 0.1516</w:t>
        <w:br/>
        <w:t>vn -0.0000 -0.7209 0.6931</w:t>
        <w:br/>
        <w:t>vn 0.0000 -0.3044 0.9526</w:t>
        <w:br/>
        <w:t>vn -0.1797 -0.8535 0.4892</w:t>
        <w:br/>
        <w:t>vn -0.5029 0.0970 0.8589</w:t>
        <w:br/>
        <w:t>vn -0.5481 0.0336 0.8357</w:t>
        <w:br/>
        <w:t>vn -0.2027 -0.9447 -0.2578</w:t>
        <w:br/>
        <w:t>vn -0.5792 -0.3413 0.7403</w:t>
        <w:br/>
        <w:t>vn -0.5536 -0.3024 0.7760</w:t>
        <w:br/>
        <w:t>vn -0.6417 -0.1236 0.7569</w:t>
        <w:br/>
        <w:t>vn 0.4548 -0.1608 0.8760</w:t>
        <w:br/>
        <w:t>vn 0.4910 -0.1157 0.8634</w:t>
        <w:br/>
        <w:t>vn 0.4852 -0.1443 0.8624</w:t>
        <w:br/>
        <w:t>vn 0.3844 -0.1831 0.9048</w:t>
        <w:br/>
        <w:t>vn 0.5722 -0.5259 0.6293</w:t>
        <w:br/>
        <w:t>vn 0.5971 -0.5796 0.5546</w:t>
        <w:br/>
        <w:t>vn 0.5018 -0.4951 0.7093</w:t>
        <w:br/>
        <w:t>vn 0.4362 -0.5173 0.7363</w:t>
        <w:br/>
        <w:t>vn 0.6179 -0.1481 0.7722</w:t>
        <w:br/>
        <w:t>vn 0.4545 -0.2562 0.8531</w:t>
        <w:br/>
        <w:t>vn 0.5198 -0.1205 0.8457</w:t>
        <w:br/>
        <w:t>vn 0.0867 0.1602 0.9833</w:t>
        <w:br/>
        <w:t>vn 0.0692 0.3489 0.9346</w:t>
        <w:br/>
        <w:t>vn 0.1157 -0.0241 0.9930</w:t>
        <w:br/>
        <w:t>vn 0.1432 -0.1857 0.9721</w:t>
        <w:br/>
        <w:t>vn 0.1693 -0.2552 0.9519</w:t>
        <w:br/>
        <w:t>vn 0.1885 -0.2032 0.9608</w:t>
        <w:br/>
        <w:t>vn 0.1824 -0.0428 0.9823</w:t>
        <w:br/>
        <w:t>vn 0.2071 -0.2988 0.9316</w:t>
        <w:br/>
        <w:t>vn 0.1973 -0.1984 0.9601</w:t>
        <w:br/>
        <w:t>vn 0.1506 0.1479 0.9775</w:t>
        <w:br/>
        <w:t>vn 0.2144 -0.1275 0.9684</w:t>
        <w:br/>
        <w:t>vn 0.2152 -0.0411 0.9757</w:t>
        <w:br/>
        <w:t>vn 0.2154 0.1251 0.9685</w:t>
        <w:br/>
        <w:t>vn 0.3893 -0.0559 0.9194</w:t>
        <w:br/>
        <w:t>vn 0.3623 -0.1563 0.9188</w:t>
        <w:br/>
        <w:t>vn 0.2846 -0.2559 0.9239</w:t>
        <w:br/>
        <w:t>vn 0.4004 0.0809 0.9127</w:t>
        <w:br/>
        <w:t>vn 0.3624 -0.1796 0.9145</w:t>
        <w:br/>
        <w:t>vn 0.2456 -0.3017 0.9212</w:t>
        <w:br/>
        <w:t>vn 0.4425 -0.0525 0.8952</w:t>
        <w:br/>
        <w:t>vn 0.2500 -0.3215 0.9133</w:t>
        <w:br/>
        <w:t>vn 0.4642 0.0582 0.8838</w:t>
        <w:br/>
        <w:t>vn 0.4186 -0.1673 0.8926</w:t>
        <w:br/>
        <w:t>vn 0.3748 -0.3621 0.8535</w:t>
        <w:br/>
        <w:t>vn 0.2639 -0.2094 0.9416</w:t>
        <w:br/>
        <w:t>vn 0.3978 -0.4443 0.8027</w:t>
        <w:br/>
        <w:t>vn 0.4737 -0.0045 0.8807</w:t>
        <w:br/>
        <w:t>vn 0.2763 -0.0488 0.9598</w:t>
        <w:br/>
        <w:t>vn 0.6985 -0.1991 0.6873</w:t>
        <w:br/>
        <w:t>vn 0.6637 -0.4730 0.5794</w:t>
        <w:br/>
        <w:t>vn 0.2822 0.1410 0.9490</w:t>
        <w:br/>
        <w:t>vn 0.5095 -0.5509 0.6610</w:t>
        <w:br/>
        <w:t>vn 0.1262 0.3506 0.9280</w:t>
        <w:br/>
        <w:t>vn 0.0917 0.5112 0.8545</w:t>
        <w:br/>
        <w:t>vn 0.1169 0.5904 0.7986</w:t>
        <w:br/>
        <w:t>vn 0.2189 0.5170 0.8275</w:t>
        <w:br/>
        <w:t>vn 0.2485 0.6065 0.7553</w:t>
        <w:br/>
        <w:t>vn 0.4337 0.5127 0.7409</w:t>
        <w:br/>
        <w:t>vn 0.4459 0.5757 0.6854</w:t>
        <w:br/>
        <w:t>vn 0.2906 0.3847 0.8761</w:t>
        <w:br/>
        <w:t>vn 0.6056 0.5002 0.6189</w:t>
        <w:br/>
        <w:t>vn 0.6297 0.5222 0.5752</w:t>
        <w:br/>
        <w:t>vn 0.4219 0.1546 0.8934</w:t>
        <w:br/>
        <w:t>vn 0.4541 0.3701 0.8104</w:t>
        <w:br/>
        <w:t>vn 0.5695 0.3798 0.7290</w:t>
        <w:br/>
        <w:t>vn 0.7541 0.4566 0.4720</w:t>
        <w:br/>
        <w:t>vn 0.7746 0.4673 0.4262</w:t>
        <w:br/>
        <w:t>vn 0.7233 0.3497 0.5954</w:t>
        <w:br/>
        <w:t>vn 0.5392 0.1708 0.8247</w:t>
        <w:br/>
        <w:t>vn 0.6773 0.1657 0.7168</w:t>
        <w:br/>
        <w:t>vn 0.8647 0.3779 0.3309</w:t>
        <w:br/>
        <w:t>vn 0.8621 0.4106 0.2970</w:t>
        <w:br/>
        <w:t>vn 0.8615 0.2755 0.4265</w:t>
        <w:br/>
        <w:t>vn 0.9193 0.2979 0.2570</w:t>
        <w:br/>
        <w:t>vn 0.9121 0.3444 0.2227</w:t>
        <w:br/>
        <w:t>vn 0.9233 0.2023 0.3264</w:t>
        <w:br/>
        <w:t>vn 0.9537 0.2111 0.2140</w:t>
        <w:br/>
        <w:t>vn 0.9499 0.2535 0.1830</w:t>
        <w:br/>
        <w:t>vn 0.9527 0.1303 0.2744</w:t>
        <w:br/>
        <w:t>vn 0.9770 0.0935 0.1917</w:t>
        <w:br/>
        <w:t>vn 0.9752 0.1222 0.1845</w:t>
        <w:br/>
        <w:t>vn 0.9730 0.0463 0.2261</w:t>
        <w:br/>
        <w:t>vn 0.9869 -0.0226 0.1598</w:t>
        <w:br/>
        <w:t>vn 0.9869 -0.0269 0.1592</w:t>
        <w:br/>
        <w:t>vn 0.9611 0.0294 0.2747</w:t>
        <w:br/>
        <w:t>vn 0.9769 -0.0136 0.2134</w:t>
        <w:br/>
        <w:t>vn 0.9831 -0.0156 0.1823</w:t>
        <w:br/>
        <w:t>vn 0.9776 -0.2088 0.0262</w:t>
        <w:br/>
        <w:t>vn 0.9873 -0.1407 0.0737</w:t>
        <w:br/>
        <w:t>vn 0.9851 -0.1069 0.1349</w:t>
        <w:br/>
        <w:t>vn 0.9796 -0.0948 0.1773</w:t>
        <w:br/>
        <w:t>vn 0.9626 -0.2696 -0.0274</w:t>
        <w:br/>
        <w:t>vn 0.9556 -0.2942 0.0170</w:t>
        <w:br/>
        <w:t>vn 0.9412 0.0698 0.3304</w:t>
        <w:br/>
        <w:t>vn 0.9756 -0.1796 0.1264</w:t>
        <w:br/>
        <w:t>vn 0.9733 -0.2126 0.0867</w:t>
        <w:br/>
        <w:t>vn 0.9033 0.1152 0.4134</w:t>
        <w:br/>
        <w:t>vn 0.9480 0.0265 0.3172</w:t>
        <w:br/>
        <w:t>vn 0.9633 -0.0119 0.2682</w:t>
        <w:br/>
        <w:t>vn 0.9258 0.0658 0.3722</w:t>
        <w:br/>
        <w:t>vn 0.8132 0.1490 0.5626</w:t>
        <w:br/>
        <w:t>vn 0.8605 0.0903 0.5014</w:t>
        <w:br/>
        <w:t>vn 0.7365 0.1010 0.6689</w:t>
        <w:br/>
        <w:t>vn 0.6143 0.0833 0.7847</w:t>
        <w:br/>
        <w:t>vn 0.4793 0.0361 0.8769</w:t>
        <w:br/>
        <w:t>vn 0.3678 -0.0211 0.9297</w:t>
        <w:br/>
        <w:t>vn 0.5370 -0.0330 0.8429</w:t>
        <w:br/>
        <w:t>vn 0.6526 0.0056 0.7577</w:t>
        <w:br/>
        <w:t>vn 0.3944 -0.1078 0.9126</w:t>
        <w:br/>
        <w:t>vn 0.7761 0.0061 0.6305</w:t>
        <w:br/>
        <w:t>vn 0.8629 -0.0184 0.5050</w:t>
        <w:br/>
        <w:t>vn 0.3267 -0.1838 0.9271</w:t>
        <w:br/>
        <w:t>vn 0.4423 -0.2246 0.8683</w:t>
        <w:br/>
        <w:t>vn 0.3211 -0.2482 0.9139</w:t>
        <w:br/>
        <w:t>vn 0.2942 -0.2867 0.9118</w:t>
        <w:br/>
        <w:t>vn 0.3305 -0.4857 0.8092</w:t>
        <w:br/>
        <w:t>vn 0.2942 -0.4766 0.8285</w:t>
        <w:br/>
        <w:t>vn 0.3671 -0.4387 0.8202</w:t>
        <w:br/>
        <w:t>vn 0.5297 -0.2023 0.8237</w:t>
        <w:br/>
        <w:t>vn 0.4156 -0.4009 0.8164</w:t>
        <w:br/>
        <w:t>vn 0.6363 -0.1884 0.7481</w:t>
        <w:br/>
        <w:t>vn 0.4952 -0.3732 0.7845</w:t>
        <w:br/>
        <w:t>vn 0.3656 -0.4939 0.7889</w:t>
        <w:br/>
        <w:t>vn 0.3246 -0.5706 0.7543</w:t>
        <w:br/>
        <w:t>vn 0.7363 -0.1716 0.6546</w:t>
        <w:br/>
        <w:t>vn 0.4201 -0.4591 0.7828</w:t>
        <w:br/>
        <w:t>vn 0.2779 -0.6569 0.7009</w:t>
        <w:br/>
        <w:t>vn 0.3679 -0.6631 0.6518</w:t>
        <w:br/>
        <w:t>vn 0.6454 -0.6725 0.3622</w:t>
        <w:br/>
        <w:t>vn 0.7739 -0.5123 0.3723</w:t>
        <w:br/>
        <w:t>vn 0.8660 -0.1721 0.4695</w:t>
        <w:br/>
        <w:t>vn 0.6729 0.0453 0.7383</w:t>
        <w:br/>
        <w:t>vn 0.8083 0.0928 0.5815</w:t>
        <w:br/>
        <w:t>vn 0.6393 0.2538 0.7259</w:t>
        <w:br/>
        <w:t>vn 0.7310 0.3281 0.5983</w:t>
        <w:br/>
        <w:t>vn 0.4929 0.1565 0.8559</w:t>
        <w:br/>
        <w:t>vn 0.4578 0.5078 0.7298</w:t>
        <w:br/>
        <w:t>vn 0.4927 0.6245 0.6059</w:t>
        <w:br/>
        <w:t>vn 0.3908 0.3681 0.8437</w:t>
        <w:br/>
        <w:t>vn 0.2482 0.6555 0.7132</w:t>
        <w:br/>
        <w:t>vn 0.2479 0.7823 0.5714</w:t>
        <w:br/>
        <w:t>vn 0.1890 0.7036 0.6850</w:t>
        <w:br/>
        <w:t>vn 0.1757 0.8364 0.5192</w:t>
        <w:br/>
        <w:t>vn 0.2167 0.6967 0.6838</w:t>
        <w:br/>
        <w:t>vn 0.1597 0.8478 0.5057</w:t>
        <w:br/>
        <w:t>vn 0.2359 0.4983 0.8343</w:t>
        <w:br/>
        <w:t>vn 0.2069 0.5114 0.8340</w:t>
        <w:br/>
        <w:t>vn 0.2878 0.4445 0.8483</w:t>
        <w:br/>
        <w:t>vn 0.2820 0.6094 0.7410</w:t>
        <w:br/>
        <w:t>vn 0.1887 0.8132 0.5505</w:t>
        <w:br/>
        <w:t>vn 0.3338 0.4946 0.8025</w:t>
        <w:br/>
        <w:t>vn 0.2057 0.7514 0.6270</w:t>
        <w:br/>
        <w:t>vn 0.3889 0.3056 0.8691</w:t>
        <w:br/>
        <w:t>vn 0.4164 0.4274 0.8024</w:t>
        <w:br/>
        <w:t>vn 0.2379 0.6700 0.7032</w:t>
        <w:br/>
        <w:t>vn 0.4614 0.1504 0.8744</w:t>
        <w:br/>
        <w:t>vn 0.6240 0.0641 0.7788</w:t>
        <w:br/>
        <w:t>vn 0.5562 0.2790 0.7828</w:t>
        <w:br/>
        <w:t>vn 0.7039 0.0292 0.7097</w:t>
        <w:br/>
        <w:t>vn 0.6850 -0.0098 0.7285</w:t>
        <w:br/>
        <w:t>vn 0.7309 -0.0419 0.6812</w:t>
        <w:br/>
        <w:t>vn 0.6688 -0.0442 0.7421</w:t>
        <w:br/>
        <w:t>vn 0.7463 -0.0924 0.6592</w:t>
        <w:br/>
        <w:t>vn 0.7610 -0.1288 0.6359</w:t>
        <w:br/>
        <w:t>vn 0.6704 -0.1766 0.7207</w:t>
        <w:br/>
        <w:t>vn 0.6699 -0.0823 0.7379</w:t>
        <w:br/>
        <w:t>vn 0.7594 -0.0998 0.6429</w:t>
        <w:br/>
        <w:t>vn 0.7520 -0.1293 0.6464</w:t>
        <w:br/>
        <w:t>vn 0.6455 -0.0835 0.7592</w:t>
        <w:br/>
        <w:t>vn 0.6724 -0.2472 0.6977</w:t>
        <w:br/>
        <w:t>vn 0.5777 -0.3362 0.7438</w:t>
        <w:br/>
        <w:t>vn 0.8890 -0.1673 0.4263</w:t>
        <w:br/>
        <w:t>vn 0.9010 -0.1147 0.4184</w:t>
        <w:br/>
        <w:t>vn 0.8661 -0.1539 0.4755</w:t>
        <w:br/>
        <w:t>vn 0.8400 -0.1423 0.5236</w:t>
        <w:br/>
        <w:t>vn 0.4945 -0.4161 0.7631</w:t>
        <w:br/>
        <w:t>vn 0.5945 -0.3220 0.7368</w:t>
        <w:br/>
        <w:t>vn 0.8010 -0.1271 0.5851</w:t>
        <w:br/>
        <w:t>vn 0.8915 -0.0605 0.4490</w:t>
        <w:br/>
        <w:t>vn 0.8979 -0.0418 0.4382</w:t>
        <w:br/>
        <w:t>vn 0.9562 -0.0281 0.2913</w:t>
        <w:br/>
        <w:t>vn 0.9553 -0.0982 0.2787</w:t>
        <w:br/>
        <w:t>vn 0.9684 -0.0883 0.2331</w:t>
        <w:br/>
        <w:t>vn 0.9434 -0.1401 0.3005</w:t>
        <w:br/>
        <w:t>vn 0.9280 -0.1680 0.3324</w:t>
        <w:br/>
        <w:t>vn 0.9675 -0.1385 0.2114</w:t>
        <w:br/>
        <w:t>vn 0.9565 -0.2858 0.0588</w:t>
        <w:br/>
        <w:t>vn 0.9665 -0.2412 0.0877</w:t>
        <w:br/>
        <w:t>vn 0.9610 -0.1959 0.1951</w:t>
        <w:br/>
        <w:t>vn 0.9086 -0.2258 0.3513</w:t>
        <w:br/>
        <w:t>vn 0.7993 -0.0479 0.5990</w:t>
        <w:br/>
        <w:t>vn 0.9424 -0.2726 0.1936</w:t>
        <w:br/>
        <w:t>vn 0.9092 -0.2252 0.3503</w:t>
        <w:br/>
        <w:t>vn 0.9298 -0.3664 0.0361</w:t>
        <w:br/>
        <w:t>vn 0.9449 -0.3191 0.0729</w:t>
        <w:br/>
        <w:t>vn 0.9325 -0.3096 0.1859</w:t>
        <w:br/>
        <w:t>vn 0.5325 0.1776 0.8276</w:t>
        <w:br/>
        <w:t>vn 0.6375 0.0607 0.7681</w:t>
        <w:br/>
        <w:t>vn 0.4282 0.2822 0.8585</w:t>
        <w:br/>
        <w:t>vn 0.7433 0.0521 0.6669</w:t>
        <w:br/>
        <w:t>vn 0.9167 -0.2010 0.3454</w:t>
        <w:br/>
        <w:t>vn 0.3302 0.3574 0.8736</w:t>
        <w:br/>
        <w:t>vn 0.5655 0.1732 0.8063</w:t>
        <w:br/>
        <w:t>vn 0.7670 -0.0567 0.6392</w:t>
        <w:br/>
        <w:t>vn 0.4191 0.2333 0.8774</w:t>
        <w:br/>
        <w:t>vn 0.2375 0.4414 0.8653</w:t>
        <w:br/>
        <w:t>vn 0.3412 0.2628 0.9025</w:t>
        <w:br/>
        <w:t>vn 0.2256 0.4590 0.8593</w:t>
        <w:br/>
        <w:t>vn 0.2556 0.3249 0.9106</w:t>
        <w:br/>
        <w:t>vn 0.3914 0.1119 0.9134</w:t>
        <w:br/>
        <w:t>vn 0.5222 0.0420 0.8518</w:t>
        <w:br/>
        <w:t>vn 0.3266 0.1437 0.9342</w:t>
        <w:br/>
        <w:t>vn 0.7373 -0.1201 0.6648</w:t>
        <w:br/>
        <w:t>vn 0.2223 0.3663 0.9035</w:t>
        <w:br/>
        <w:t>vn 0.8952 -0.2582 0.3632</w:t>
        <w:br/>
        <w:t>vn 0.3521 0.3396 0.8722</w:t>
        <w:br/>
        <w:t>vn 0.9284 -0.3244 0.1814</w:t>
        <w:br/>
        <w:t>vn 0.9274 -0.3682 0.0658</w:t>
        <w:br/>
        <w:t>vn 0.9092 -0.4160 0.0165</w:t>
        <w:br/>
        <w:t>vn 0.4666 0.1962 0.8624</w:t>
        <w:br/>
        <w:t>vn 0.4948 0.1625 0.8537</w:t>
        <w:br/>
        <w:t>vn 0.8947 -0.4466 -0.0030</w:t>
        <w:br/>
        <w:t>vn 0.9165 -0.3958 0.0576</w:t>
        <w:br/>
        <w:t>vn 0.9114 -0.3738 0.1718</w:t>
        <w:br/>
        <w:t>vn 0.9001 -0.4333 0.0449</w:t>
        <w:br/>
        <w:t>vn 0.8603 -0.5097 -0.0091</w:t>
        <w:br/>
        <w:t>vn 0.8680 -0.3200 0.3797</w:t>
        <w:br/>
        <w:t>vn 0.7047 -0.2009 0.6805</w:t>
        <w:br/>
        <w:t>vn 0.4849 -0.0751 0.8714</w:t>
        <w:br/>
        <w:t>vn 0.3608 -0.0098 0.9326</w:t>
        <w:br/>
        <w:t>vn 0.8300 -0.3859 0.4026</w:t>
        <w:br/>
        <w:t>vn 0.6441 -0.3243 0.6928</w:t>
        <w:br/>
        <w:t>vn 0.4352 -0.2445 0.8665</w:t>
        <w:br/>
        <w:t>vn 0.8962 -0.4091 0.1716</w:t>
        <w:br/>
        <w:t>vn 0.8895 -0.4560 0.0295</w:t>
        <w:br/>
        <w:t>vn 0.7696 -0.4572 0.4457</w:t>
        <w:br/>
        <w:t>vn 0.8582 -0.4756 0.1930</w:t>
        <w:br/>
        <w:t>vn 0.8478 -0.5276 -0.0534</w:t>
        <w:br/>
        <w:t>vn 0.8512 -0.5245 0.0167</w:t>
        <w:br/>
        <w:t>vn 0.6173 -0.7049 -0.3493</w:t>
        <w:br/>
        <w:t>vn 0.5885 -0.7403 -0.3250</w:t>
        <w:br/>
        <w:t>vn 0.8033 -0.5868 -0.1017</w:t>
        <w:br/>
        <w:t>vn 0.7773 -0.6140 -0.1370</w:t>
        <w:br/>
        <w:t>vn 0.5224 -0.7137 -0.4665</w:t>
        <w:br/>
        <w:t>vn 0.4944 -0.7237 -0.4816</w:t>
        <w:br/>
        <w:t>vn 0.4959 -0.7284 -0.4727</w:t>
        <w:br/>
        <w:t>vn 0.6146 -0.7020 -0.3598</w:t>
        <w:br/>
        <w:t>vn 0.7652 -0.6231 -0.1622</w:t>
        <w:br/>
        <w:t>vn 0.8181 -0.5700 -0.0766</w:t>
        <w:br/>
        <w:t>vn 0.4876 -0.8238 -0.2891</w:t>
        <w:br/>
        <w:t>vn 0.4728 -0.7799 -0.4102</w:t>
        <w:br/>
        <w:t>vn 0.5365 -0.7834 -0.3139</w:t>
        <w:br/>
        <w:t>vn 0.4974 -0.8343 -0.2377</w:t>
        <w:br/>
        <w:t>vn 0.4923 -0.8493 -0.1908</w:t>
        <w:br/>
        <w:t>vn 0.4802 -0.8483 -0.2231</w:t>
        <w:br/>
        <w:t>vn 0.6311 -0.7594 -0.1582</w:t>
        <w:br/>
        <w:t>vn 0.5281 -0.8354 -0.1525</w:t>
        <w:br/>
        <w:t>vn 0.5034 -0.8508 -0.1506</w:t>
        <w:br/>
        <w:t>vn 0.2734 -0.9313 -0.2409</w:t>
        <w:br/>
        <w:t>vn 0.3745 -0.8994 -0.2254</w:t>
        <w:br/>
        <w:t>vn 0.4087 -0.8930 -0.1885</w:t>
        <w:br/>
        <w:t>vn 0.3083 -0.9282 -0.2083</w:t>
        <w:br/>
        <w:t>vn 0.7536 -0.6211 0.2153</w:t>
        <w:br/>
        <w:t>vn 0.7339 -0.6792 -0.0032</w:t>
        <w:br/>
        <w:t>vn 0.6856 -0.7227 -0.0869</w:t>
        <w:br/>
        <w:t>vn 0.5662 -0.8175 -0.1056</w:t>
        <w:br/>
        <w:t>vn 0.6057 -0.7956 -0.0147</w:t>
        <w:br/>
        <w:t>vn 0.5124 -0.8519 -0.1080</w:t>
        <w:br/>
        <w:t>vn 0.4581 -0.8843 -0.0907</w:t>
        <w:br/>
        <w:t>vn 0.4421 -0.8846 -0.1481</w:t>
        <w:br/>
        <w:t>vn 0.5350 -0.8449 -0.0024</w:t>
        <w:br/>
        <w:t>vn 0.3600 -0.9195 -0.1576</w:t>
        <w:br/>
        <w:t>vn 0.4865 -0.8736 0.0081</w:t>
        <w:br/>
        <w:t>vn 0.1287 -0.9638 -0.2333</w:t>
        <w:br/>
        <w:t>vn 0.1298 -0.9590 -0.2518</w:t>
        <w:br/>
        <w:t>vn 0.2588 -0.9496 -0.1768</w:t>
        <w:br/>
        <w:t>vn 0.2222 -0.9477 -0.2290</w:t>
        <w:br/>
        <w:t>vn 0.4058 -0.9101 -0.0836</w:t>
        <w:br/>
        <w:t>vn 0.1350 -0.9722 -0.1914</w:t>
        <w:br/>
        <w:t>vn 0.3094 -0.9450 -0.1060</w:t>
        <w:br/>
        <w:t>vn 0.4495 -0.8933 -0.0035</w:t>
        <w:br/>
        <w:t>vn 0.3697 -0.9283 -0.0391</w:t>
        <w:br/>
        <w:t>vn 0.1596 -0.9771 -0.1408</w:t>
        <w:br/>
        <w:t>vn -0.0001 -0.9878 -0.1555</w:t>
        <w:br/>
        <w:t>vn 0.2067 -0.9746 -0.0863</w:t>
        <w:br/>
        <w:t>vn 0.5138 -0.8416 0.1665</w:t>
        <w:br/>
        <w:t>vn 0.4443 -0.8840 0.1456</w:t>
        <w:br/>
        <w:t>vn 0.5750 -0.7854 0.2292</w:t>
        <w:br/>
        <w:t>vn 0.5383 -0.8181 0.2024</w:t>
        <w:br/>
        <w:t>vn 0.6356 -0.7369 0.2301</w:t>
        <w:br/>
        <w:t>vn 0.5701 -0.6453 0.5084</w:t>
        <w:br/>
        <w:t>vn 0.5403 -0.6701 0.5089</w:t>
        <w:br/>
        <w:t>vn 0.6007 -0.6148 0.5111</w:t>
        <w:br/>
        <w:t>vn 0.6746 -0.5516 0.4905</w:t>
        <w:br/>
        <w:t>vn 0.5660 -0.4222 0.7081</w:t>
        <w:br/>
        <w:t>vn 0.5011 -0.4546 0.7363</w:t>
        <w:br/>
        <w:t>vn 0.4766 -0.4429 0.7594</w:t>
        <w:br/>
        <w:t>vn 0.3643 -0.3683 0.8553</w:t>
        <w:br/>
        <w:t>vn 0.4563 -0.4469 0.7694</w:t>
        <w:br/>
        <w:t>vn 0.3218 -0.2225 0.9203</w:t>
        <w:br/>
        <w:t>vn 0.3110 -0.3824 0.8701</w:t>
        <w:br/>
        <w:t>vn 0.3234 -0.2825 0.9031</w:t>
        <w:br/>
        <w:t>vn 0.2869 -0.3851 0.8771</w:t>
        <w:br/>
        <w:t>vn 0.3194 0.0280 0.9472</w:t>
        <w:br/>
        <w:t>vn 0.2588 0.1997 0.9451</w:t>
        <w:br/>
        <w:t>vn 0.3131 -0.1027 0.9441</w:t>
        <w:br/>
        <w:t>vn 0.2679 0.0957 0.9587</w:t>
        <w:br/>
        <w:t>vn 0.2356 0.2486 0.9395</w:t>
        <w:br/>
        <w:t>vn 0.3357 0.2982 0.8935</w:t>
        <w:br/>
        <w:t>vn 0.2604 0.1432 0.9548</w:t>
        <w:br/>
        <w:t>vn 0.3701 0.2258 0.9011</w:t>
        <w:br/>
        <w:t>vn 0.4794 0.1992 0.8547</w:t>
        <w:br/>
        <w:t>vn 0.5493 0.1979 0.8119</w:t>
        <w:br/>
        <w:t>vn 0.4503 0.1164 0.8852</w:t>
        <w:br/>
        <w:t>vn 0.2861 -0.0114 0.9581</w:t>
        <w:br/>
        <w:t>vn 0.3102 0.0474 0.9495</w:t>
        <w:br/>
        <w:t>vn 0.3027 -0.2998 0.9047</w:t>
        <w:br/>
        <w:t>vn 0.3142 -0.2172 0.9242</w:t>
        <w:br/>
        <w:t>vn 0.3205 -0.1232 0.9392</w:t>
        <w:br/>
        <w:t>vn 0.3657 -0.2734 0.8897</w:t>
        <w:br/>
        <w:t>vn 0.3417 -0.3554 0.8700</w:t>
        <w:br/>
        <w:t>vn 0.3138 -0.4108 0.8560</w:t>
        <w:br/>
        <w:t>vn 0.2832 -0.3713 0.8842</w:t>
        <w:br/>
        <w:t>vn 0.3921 -0.0622 0.9178</w:t>
        <w:br/>
        <w:t>vn 0.3085 -0.3684 0.8770</w:t>
        <w:br/>
        <w:t>vn 0.5377 -0.0141 0.8430</w:t>
        <w:br/>
        <w:t>vn 0.6523 0.1352 0.7458</w:t>
        <w:br/>
        <w:t>vn 0.7384 0.0044 0.6744</w:t>
        <w:br/>
        <w:t>vn 0.5985 -0.1414 0.7886</w:t>
        <w:br/>
        <w:t>vn 0.5484 0.2013 0.8116</w:t>
        <w:br/>
        <w:t>vn 0.6420 0.2385 0.7287</w:t>
        <w:br/>
        <w:t>vn 0.7365 0.2240 0.6383</w:t>
        <w:br/>
        <w:t>vn 0.5109 0.2971 0.8067</w:t>
        <w:br/>
        <w:t>vn 0.6128 0.3558 0.7056</w:t>
        <w:br/>
        <w:t>vn 0.7110 0.3673 0.5996</w:t>
        <w:br/>
        <w:t>vn 0.4361 0.2166 0.8735</w:t>
        <w:br/>
        <w:t>vn 0.2921 0.4337 0.8524</w:t>
        <w:br/>
        <w:t>vn 0.3629 0.5340 0.7637</w:t>
        <w:br/>
        <w:t>vn 0.2375 0.3110 0.9203</w:t>
        <w:br/>
        <w:t>vn 0.4302 0.6040 0.6709</w:t>
        <w:br/>
        <w:t>vn 0.5113 0.6020 0.6133</w:t>
        <w:br/>
        <w:t>vn 0.7933 0.3083 0.5250</w:t>
        <w:br/>
        <w:t>vn 0.8137 0.1375 0.5648</w:t>
        <w:br/>
        <w:t>vn 0.8506 0.1743 0.4961</w:t>
        <w:br/>
        <w:t>vn 0.6317 0.5215 0.5736</w:t>
        <w:br/>
        <w:t>vn 0.8456 -0.0304 0.5329</w:t>
        <w:br/>
        <w:t>vn 0.7645 -0.1647 0.6232</w:t>
        <w:br/>
        <w:t>vn 0.5414 -0.2827 0.7918</w:t>
        <w:br/>
        <w:t>vn 0.6481 -0.3837 0.6579</w:t>
        <w:br/>
        <w:t>vn 0.7492 -0.3013 0.5899</w:t>
        <w:br/>
        <w:t>vn 0.4877 -0.1894 0.8522</w:t>
        <w:br/>
        <w:t>vn 0.5135 -0.2235 0.8284</w:t>
        <w:br/>
        <w:t>vn 0.5191 -0.0291 0.8542</w:t>
        <w:br/>
        <w:t>vn 0.5140 -0.0112 0.8577</w:t>
        <w:br/>
        <w:t>vn 0.3597 -0.4121 0.8371</w:t>
        <w:br/>
        <w:t>vn 0.3992 -0.5682 0.7196</w:t>
        <w:br/>
        <w:t>vn 0.3790 -0.0014 0.9254</w:t>
        <w:br/>
        <w:t>vn 0.3348 -0.2028 0.9202</w:t>
        <w:br/>
        <w:t>vn 0.5884 -0.3093 0.7471</w:t>
        <w:br/>
        <w:t>vn 0.5728 -0.1440 0.8069</w:t>
        <w:br/>
        <w:t>vn 0.4845 -0.5464 0.6831</w:t>
        <w:br/>
        <w:t>vn 0.8147 -0.0845 0.5736</w:t>
        <w:br/>
        <w:t>vn 0.5440 -0.3733 0.7515</w:t>
        <w:br/>
        <w:t>vn 0.6593 0.2120 0.7214</w:t>
        <w:br/>
        <w:t>vn 0.4818 -0.1594 0.8616</w:t>
        <w:br/>
        <w:t>vn 0.5042 0.6493 0.5694</w:t>
        <w:br/>
        <w:t>vn 0.3658 -0.1844 0.9122</w:t>
        <w:br/>
        <w:t>vn 0.4977 -0.1635 0.8518</w:t>
        <w:br/>
        <w:t>vn 0.4832 -0.2776 0.8303</w:t>
        <w:br/>
        <w:t>vn 0.2026 -0.5778 0.7906</w:t>
        <w:br/>
        <w:t>vn 0.3701 -0.5195 0.7702</w:t>
        <w:br/>
        <w:t>vn 0.1166 -0.7808 0.6138</w:t>
        <w:br/>
        <w:t>vn 0.2510 -0.7509 0.6108</w:t>
        <w:br/>
        <w:t>vn 0.0879 -0.8700 0.4852</w:t>
        <w:br/>
        <w:t>vn 0.0886 -0.8693 0.4863</w:t>
        <w:br/>
        <w:t>vn 0.1797 -0.8534 0.4894</w:t>
        <w:br/>
        <w:t>vn 0.1737 -0.8466 0.5032</w:t>
        <w:br/>
        <w:t>vn 0.4541 -0.5060 0.7333</w:t>
        <w:br/>
        <w:t>vn 0.3801 -0.6989 0.6059</w:t>
        <w:br/>
        <w:t>vn 0.4840 -0.6475 0.5887</w:t>
        <w:br/>
        <w:t>vn 0.3031 -0.7850 0.5403</w:t>
        <w:br/>
        <w:t>vn 0.4497 -0.6609 0.6008</w:t>
        <w:br/>
        <w:t>vn 0.5766 -0.5147 0.6346</w:t>
        <w:br/>
        <w:t>vn 0.5694 -0.6104 0.5506</w:t>
        <w:br/>
        <w:t>vn 0.6271 -0.4048 0.6655</w:t>
        <w:br/>
        <w:t>vn 0.5765 -0.5148 0.6345</w:t>
        <w:br/>
        <w:t>vn 0.5665 -0.4537 0.6880</w:t>
        <w:br/>
        <w:t>vn 0.6293 -0.2095 0.7483</w:t>
        <w:br/>
        <w:t>vn 0.5973 -0.5574 0.5766</w:t>
        <w:br/>
        <w:t>vn 0.5342 -0.5342 0.6552</w:t>
        <w:br/>
        <w:t>vn 0.5949 -0.5956 0.5398</w:t>
        <w:br/>
        <w:t>vn 0.6293 -0.4098 0.6603</w:t>
        <w:br/>
        <w:t>vn 0.5063 -0.4607 0.7290</w:t>
        <w:br/>
        <w:t>vn 0.5903 -0.3175 0.7421</w:t>
        <w:br/>
        <w:t>vn 0.3416 -0.4445 0.8281</w:t>
        <w:br/>
        <w:t>vn 0.4209 -0.3951 0.8165</w:t>
        <w:br/>
        <w:t>vn 0.3819 -0.4909 0.7831</w:t>
        <w:br/>
        <w:t>vn 0.3050 -0.3554 0.8836</w:t>
        <w:br/>
        <w:t>vn 0.5528 -0.4054 0.7280</w:t>
        <w:br/>
        <w:t>vn 0.4518 -0.1949 0.8706</w:t>
        <w:br/>
        <w:t>vn 0.3904 -0.2827 0.8762</w:t>
        <w:br/>
        <w:t>vn 0.5084 -0.1640 0.8453</w:t>
        <w:br/>
        <w:t>vn 0.5315 -0.0368 0.8462</w:t>
        <w:br/>
        <w:t>vn 0.4372 -0.2523 0.8632</w:t>
        <w:br/>
        <w:t>vn 0.3472 -0.3377 0.8749</w:t>
        <w:br/>
        <w:t>vn 0.3142 -0.2850 0.9056</w:t>
        <w:br/>
        <w:t>vn 0.3403 -0.2725 0.8999</w:t>
        <w:br/>
        <w:t>vn 0.5776 -0.2797 0.7669</w:t>
        <w:br/>
        <w:t>vn 0.5129 -0.4019 0.7586</w:t>
        <w:br/>
        <w:t>vn 0.2986 -0.2650 0.9168</w:t>
        <w:br/>
        <w:t>vn 0.3166 -0.2666 0.9103</w:t>
        <w:br/>
        <w:t>vn 0.2756 -0.2321 0.9328</w:t>
        <w:br/>
        <w:t>vn 0.2443 -0.2349 0.9408</w:t>
        <w:br/>
        <w:t>vn 0.2770 -0.2836 0.9181</w:t>
        <w:br/>
        <w:t>vn 0.4106 -0.4522 0.7918</w:t>
        <w:br/>
        <w:t>vn 0.5267 -0.6598 0.5360</w:t>
        <w:br/>
        <w:t>vn 0.3804 -0.4017 0.8330</w:t>
        <w:br/>
        <w:t>vn 0.4681 -0.6523 0.5961</w:t>
        <w:br/>
        <w:t>vn 0.2659 -0.9527 0.1471</w:t>
        <w:br/>
        <w:t>vn 0.3384 -0.3267 0.8825</w:t>
        <w:br/>
        <w:t>vn 0.2968 -0.6884 0.6619</w:t>
        <w:br/>
        <w:t>vn 0.2559 -0.2773 0.9261</w:t>
        <w:br/>
        <w:t>vn 0.2496 -0.2524 0.9349</w:t>
        <w:br/>
        <w:t>vn 0.2567 -0.2653 0.9294</w:t>
        <w:br/>
        <w:t>vn 0.2505 -0.2999 0.9205</w:t>
        <w:br/>
        <w:t>vn 0.2177 -0.2314 0.9482</w:t>
        <w:br/>
        <w:t>vn 0.2527 -0.2961 0.9211</w:t>
        <w:br/>
        <w:t>vn 0.3114 -0.3470 0.8847</w:t>
        <w:br/>
        <w:t>vn 0.3471 -0.3967 0.8498</w:t>
        <w:br/>
        <w:t>vn 0.2875 -0.4528 0.8440</w:t>
        <w:br/>
        <w:t>vn 0.5331 -0.4237 0.7323</w:t>
        <w:br/>
        <w:t>vn 0.4415 -0.5104 0.7379</w:t>
        <w:br/>
        <w:t>vn 0.4200 -0.6684 0.6138</w:t>
        <w:br/>
        <w:t>vn 0.4905 -0.5781 0.6521</w:t>
        <w:br/>
        <w:t>vn 0.3264 -0.5614 0.7605</w:t>
        <w:br/>
        <w:t>vn 0.2950 -0.7346 0.6110</w:t>
        <w:br/>
        <w:t>vn 0.5670 -0.0071 0.8237</w:t>
        <w:br/>
        <w:t>vn 0.5458 0.0396 0.8370</w:t>
        <w:br/>
        <w:t>vn 0.5256 0.0495 0.8493</w:t>
        <w:br/>
        <w:t>vn 0.4545 0.1184 0.8828</w:t>
        <w:br/>
        <w:t>vn 0.5117 -0.1089 0.8522</w:t>
        <w:br/>
        <w:t>vn 0.5652 -0.0764 0.8214</w:t>
        <w:br/>
        <w:t>vn 0.4803 0.1092 0.8703</w:t>
        <w:br/>
        <w:t>vn 0.4061 0.1670 0.8984</w:t>
        <w:br/>
        <w:t>vn 0.4159 0.1805 0.8913</w:t>
        <w:br/>
        <w:t>vn 0.4912 0.0998 0.8653</w:t>
        <w:br/>
        <w:t>vn 0.4107 -0.1360 0.9016</w:t>
        <w:br/>
        <w:t>vn 0.3336 0.1718 0.9269</w:t>
        <w:br/>
        <w:t>vn 0.4157 0.1804 0.8914</w:t>
        <w:br/>
        <w:t>vn 0.2709 0.2940 0.9166</w:t>
        <w:br/>
        <w:t>vn 0.1718 0.3913 0.9041</w:t>
        <w:br/>
        <w:t>vn 0.1819 0.4023 0.8973</w:t>
        <w:br/>
        <w:t>vn 0.2504 0.2881 0.9243</w:t>
        <w:br/>
        <w:t>vn 0.2346 0.2352 0.9432</w:t>
        <w:br/>
        <w:t>vn 0.3042 -0.1307 0.9436</w:t>
        <w:br/>
        <w:t>vn 0.1218 0.4223 0.8982</w:t>
        <w:br/>
        <w:t>vn 0.1182 0.4310 0.8946</w:t>
        <w:br/>
        <w:t>vn 0.1693 -0.1310 0.9768</w:t>
        <w:br/>
        <w:t>vn 0.1364 0.2529 0.9578</w:t>
        <w:br/>
        <w:t>vn 0.1182 0.4309 0.8946</w:t>
        <w:br/>
        <w:t>vn 0.3957 -0.3858 0.8334</w:t>
        <w:br/>
        <w:t>vn 0.4207 -0.5243 0.7404</w:t>
        <w:br/>
        <w:t>vn 0.3033 -0.3032 0.9034</w:t>
        <w:br/>
        <w:t>vn 0.1751 -0.5994 0.7811</w:t>
        <w:br/>
        <w:t>vn 0.2985 -0.6318 0.7153</w:t>
        <w:br/>
        <w:t>vn 0.1632 -0.6570 0.7360</w:t>
        <w:br/>
        <w:t>vn 0.1799 -0.4665 0.8661</w:t>
        <w:br/>
        <w:t>vn 0.4119 -0.5844 0.6991</w:t>
        <w:br/>
        <w:t>vn 0.1525 -0.7821 0.6042</w:t>
        <w:br/>
        <w:t>vn 0.1928 -0.3105 0.9308</w:t>
        <w:br/>
        <w:t>vn 0.1796 -0.8535 0.4892</w:t>
        <w:br/>
        <w:t>vn 0.4975 0.1088 0.8606</w:t>
        <w:br/>
        <w:t>vn 0.5457 0.0396 0.8370</w:t>
        <w:br/>
        <w:t>vn 0.2026 -0.9447 -0.2578</w:t>
        <w:br/>
        <w:t>vn 0.5012 -0.3228 0.8029</w:t>
        <w:br/>
        <w:t>vn 0.4611 -0.3216 0.8270</w:t>
        <w:br/>
        <w:t>vn -0.6744 0.5214 0.5228</w:t>
        <w:br/>
        <w:t>vn 0.4477 -0.6722 -0.5897</w:t>
        <w:br/>
        <w:t>vn 0.6743 0.5212 0.5231</w:t>
        <w:br/>
        <w:t>vn -0.4478 -0.6719 -0.5899</w:t>
        <w:br/>
        <w:t>vn -0.5687 -0.0327 0.8219</w:t>
        <w:br/>
        <w:t>vn -0.4246 -0.2473 0.8709</w:t>
        <w:br/>
        <w:t>vn -0.4829 -0.2504 0.8391</w:t>
        <w:br/>
        <w:t>vn -0.0881 -0.8701 0.4850</w:t>
        <w:br/>
        <w:t>vn -0.0000 -0.8720 0.4894</w:t>
        <w:br/>
        <w:t>vn -0.4512 -0.6577 0.6032</w:t>
        <w:br/>
        <w:t>vn -0.4304 -0.6513 0.6250</w:t>
        <w:br/>
        <w:t>vn -0.2799 -0.7750 0.5666</w:t>
        <w:br/>
        <w:t>vn -0.3026 -0.7835 0.5426</w:t>
        <w:br/>
        <w:t>vn -0.6267 -0.4070 0.6646</w:t>
        <w:br/>
        <w:t>vn -0.1819 0.4024 0.8972</w:t>
        <w:br/>
        <w:t>vn 0.0000 0.4241 0.9056</w:t>
        <w:br/>
        <w:t>vn -0.5797 -0.3412 0.7400</w:t>
        <w:br/>
        <w:t>vn 0.4550 -0.2562 0.8529</w:t>
        <w:br/>
        <w:t>vn 0.0880 -0.8701 0.4849</w:t>
        <w:br/>
        <w:t>vn 0.2806 -0.7784 0.5616</w:t>
        <w:br/>
        <w:t>vn 0.4271 -0.6583 0.6198</w:t>
        <w:br/>
        <w:t>vn 0.4495 -0.6611 0.6007</w:t>
        <w:br/>
        <w:t>vn 0.3031 -0.7851 0.5402</w:t>
        <w:br/>
        <w:t>vn 0.6268 -0.4050 0.6656</w:t>
        <w:br/>
        <w:t>vn 0.3348 -0.2671 0.9036</w:t>
        <w:br/>
        <w:t>vn 0.5197 -0.1205 0.8458</w:t>
        <w:br/>
        <w:t>vn 0.4913 0.0999 0.8652</w:t>
        <w:br/>
        <w:t>vn 0.1819 0.4024 0.8972</w:t>
        <w:br/>
        <w:t>vn 0.5013 -0.3225 0.8029</w:t>
        <w:br/>
        <w:t>vn -0.4827 -0.2502 0.8393</w:t>
        <w:br/>
        <w:t>vn 0.3681 0.3451 -0.8634</w:t>
        <w:br/>
        <w:t>vn 0.1592 -0.4968 -0.8531</w:t>
        <w:br/>
        <w:t>vn 0.1941 -0.0271 -0.9806</w:t>
        <w:br/>
        <w:t>vn 0.4546 -0.2563 0.8530</w:t>
        <w:br/>
        <w:t>vn -0.0607 0.0257 -0.9978</w:t>
        <w:br/>
        <w:t>vn -0.2734 0.3310 -0.9032</w:t>
        <w:br/>
        <w:t>vn 0.9421 -0.2674 -0.2024</w:t>
        <w:br/>
        <w:t>vn 0.7447 -0.0877 -0.6616</w:t>
        <w:br/>
        <w:t>vn 0.8418 -0.1030 -0.5299</w:t>
        <w:br/>
        <w:t>vn 0.8347 0.5476 -0.0582</w:t>
        <w:br/>
        <w:t>vn 0.5593 0.8237 -0.0932</w:t>
        <w:br/>
        <w:t>vn 0.7815 0.6197 -0.0730</w:t>
        <w:br/>
        <w:t>vn -0.0409 -0.0887 -0.9952</w:t>
        <w:br/>
        <w:t>vn -0.0287 -0.0670 -0.9973</w:t>
        <w:br/>
        <w:t>vn -0.5400 0.1472 -0.8287</w:t>
        <w:br/>
        <w:t>vn -0.2395 0.9696 -0.0500</w:t>
        <w:br/>
        <w:t>vn 0.1203 0.9540 -0.2748</w:t>
        <w:br/>
        <w:t>vn -0.0487 0.9975 0.0519</w:t>
        <w:br/>
        <w:t>vn -0.7278 0.6735 0.1292</w:t>
        <w:br/>
        <w:t>vn -0.8959 0.4410 0.0533</w:t>
        <w:br/>
        <w:t>vn -0.2123 0.2834 0.9352</w:t>
        <w:br/>
        <w:t>vn -0.2129 0.5331 0.8188</w:t>
        <w:br/>
        <w:t>vn -0.2066 0.5051 0.8380</w:t>
        <w:br/>
        <w:t>vn -0.2887 0.3495 0.8914</w:t>
        <w:br/>
        <w:t>vn -0.6590 0.4387 0.6109</w:t>
        <w:br/>
        <w:t>vn -0.7335 0.2723 -0.6228</w:t>
        <w:br/>
        <w:t>vn -0.9389 0.3431 0.0259</w:t>
        <w:br/>
        <w:t>vn -0.5792 0.0979 0.8093</w:t>
        <w:br/>
        <w:t>vn -0.2152 -0.0047 -0.9766</w:t>
        <w:br/>
        <w:t>vn 0.4162 -0.7023 0.5776</w:t>
        <w:br/>
        <w:t>vn 0.6111 -0.2902 0.7364</w:t>
        <w:br/>
        <w:t>vn 0.2273 -0.1450 0.9630</w:t>
        <w:br/>
        <w:t>vn -0.2301 -0.0384 0.9724</w:t>
        <w:br/>
        <w:t>vn 0.0574 -0.1727 -0.9833</w:t>
        <w:br/>
        <w:t>vn 0.0920 -0.1766 -0.9800</w:t>
        <w:br/>
        <w:t>vn -0.2723 -0.6891 0.6715</w:t>
        <w:br/>
        <w:t>vn -0.4774 -0.1315 0.8688</w:t>
        <w:br/>
        <w:t>vn 0.1158 -0.1662 -0.9793</w:t>
        <w:br/>
        <w:t>vn 0.0639 -0.1791 -0.9818</w:t>
        <w:br/>
        <w:t>vn -0.4415 -0.8883 0.1265</w:t>
        <w:br/>
        <w:t>vn -0.2247 -0.9429 0.2458</w:t>
        <w:br/>
        <w:t>vn 0.5214 -0.0850 -0.8491</w:t>
        <w:br/>
        <w:t>vn 0.6560 -0.0820 -0.7503</w:t>
        <w:br/>
        <w:t>vn 0.4601 -0.1023 -0.8820</w:t>
        <w:br/>
        <w:t>vn 0.0169 -0.9688 0.2474</w:t>
        <w:br/>
        <w:t>vn 0.0083 -0.7992 0.6010</w:t>
        <w:br/>
        <w:t>vn -0.1938 -0.0808 0.9777</w:t>
        <w:br/>
        <w:t>vn 0.2608 -0.9254 0.2752</w:t>
        <w:br/>
        <w:t>vn 0.2736 -0.1343 -0.9524</w:t>
        <w:br/>
        <w:t>vn 0.2397 -0.1486 -0.9594</w:t>
        <w:br/>
        <w:t>vn 0.3638 -0.1160 -0.9242</w:t>
        <w:br/>
        <w:t>vn 0.5463 -0.7810 0.3025</w:t>
        <w:br/>
        <w:t>vn 0.9456 -0.0157 -0.3251</w:t>
        <w:br/>
        <w:t>vn 0.3993 -0.0346 0.9162</w:t>
        <w:br/>
        <w:t>vn 0.8987 0.3968 -0.1871</w:t>
        <w:br/>
        <w:t>vn 0.9384 0.2268 -0.2608</w:t>
        <w:br/>
        <w:t>vn -0.0970 0.3624 0.9270</w:t>
        <w:br/>
        <w:t>vn 0.1296 0.4938 0.8598</w:t>
        <w:br/>
        <w:t>vn 0.3312 0.9432 0.0245</w:t>
        <w:br/>
        <w:t>vn 0.3313 0.9432 0.0245</w:t>
        <w:br/>
        <w:t>vn 0.2979 0.9388 -0.1729</w:t>
        <w:br/>
        <w:t>vn -0.2189 0.5605 0.7987</w:t>
        <w:br/>
        <w:t>vn -0.6660 0.1190 0.7364</w:t>
        <w:br/>
        <w:t>vn -0.9444 -0.1463 -0.2946</w:t>
        <w:br/>
        <w:t>vn 0.7274 -0.0693 -0.6828</w:t>
        <w:br/>
        <w:t>vn 0.9212 0.1547 -0.3571</w:t>
        <w:br/>
        <w:t>vn 0.9038 0.2257 -0.3635</w:t>
        <w:br/>
        <w:t>vn -0.9396 -0.2715 -0.2083</w:t>
        <w:br/>
        <w:t>vn -0.8401 -0.1052 -0.5321</w:t>
        <w:br/>
        <w:t>vn -0.7443 -0.0891 -0.6618</w:t>
        <w:br/>
        <w:t>vn -0.7585 0.6505 -0.0397</w:t>
        <w:br/>
        <w:t>vn -0.6621 0.7397 0.1206</w:t>
        <w:br/>
        <w:t>vn -0.5441 0.8365 -0.0652</w:t>
        <w:br/>
        <w:t>vn 0.0402 -0.0892 -0.9952</w:t>
        <w:br/>
        <w:t>vn 0.5397 0.1470 -0.8290</w:t>
        <w:br/>
        <w:t>vn 0.0284 -0.0671 -0.9973</w:t>
        <w:br/>
        <w:t>vn 0.2599 0.9649 -0.0374</w:t>
        <w:br/>
        <w:t>vn 0.1580 0.9592 -0.2344</w:t>
        <w:br/>
        <w:t>vn 0.0799 0.9724 -0.2193</w:t>
        <w:br/>
        <w:t>vn 0.0184 0.9761 -0.2164</w:t>
        <w:br/>
        <w:t>vn -0.0776 0.9760 -0.2037</w:t>
        <w:br/>
        <w:t>vn 0.5084 0.8560 -0.0937</w:t>
        <w:br/>
        <w:t>vn 0.7278 0.6736 0.1289</w:t>
        <w:br/>
        <w:t>vn -0.0549 0.9684 -0.2434</w:t>
        <w:br/>
        <w:t>vn -0.1774 0.9720 -0.1540</w:t>
        <w:br/>
        <w:t>vn 0.7947 0.6007 -0.0871</w:t>
        <w:br/>
        <w:t>vn 0.8960 0.4409 0.0531</w:t>
        <w:br/>
        <w:t>vn 0.8855 0.4173 -0.2043</w:t>
        <w:br/>
        <w:t>vn 0.2061 0.5048 0.8383</w:t>
        <w:br/>
        <w:t>vn 0.2129 0.5327 0.8191</w:t>
        <w:br/>
        <w:t>vn 0.2122 0.2834 0.9352</w:t>
        <w:br/>
        <w:t>vn 0.2885 0.3495 0.8914</w:t>
        <w:br/>
        <w:t>vn 0.6594 0.4389 0.6103</w:t>
        <w:br/>
        <w:t>vn 0.9390 0.3430 0.0261</w:t>
        <w:br/>
        <w:t>vn 0.7338 0.2722 -0.6225</w:t>
        <w:br/>
        <w:t>vn 0.5793 0.0979 0.8092</w:t>
        <w:br/>
        <w:t>vn 0.2144 -0.0055 -0.9767</w:t>
        <w:br/>
        <w:t>vn -0.4242 -0.7032 0.5707</w:t>
        <w:br/>
        <w:t>vn -0.2274 -0.1450 0.9630</w:t>
        <w:br/>
        <w:t>vn -0.6112 -0.2901 0.7364</w:t>
        <w:br/>
        <w:t>vn 0.2299 -0.0384 0.9724</w:t>
        <w:br/>
        <w:t>vn -0.0920 -0.1769 -0.9799</w:t>
        <w:br/>
        <w:t>vn -0.0576 -0.1727 -0.9833</w:t>
        <w:br/>
        <w:t>vn 0.2724 -0.6891 0.6715</w:t>
        <w:br/>
        <w:t>vn 0.4774 -0.1314 0.8688</w:t>
        <w:br/>
        <w:t>vn -0.0639 -0.1790 -0.9818</w:t>
        <w:br/>
        <w:t>vn -0.1158 -0.1661 -0.9793</w:t>
        <w:br/>
        <w:t>vn 0.2247 -0.9429 0.2458</w:t>
        <w:br/>
        <w:t>vn 0.4416 -0.8882 0.1265</w:t>
        <w:br/>
        <w:t>vn -0.5220 -0.0849 -0.8487</w:t>
        <w:br/>
        <w:t>vn -0.4605 -0.1022 -0.8818</w:t>
        <w:br/>
        <w:t>vn -0.6567 -0.0828 -0.7496</w:t>
        <w:br/>
        <w:t>vn -0.0083 -0.7992 0.6010</w:t>
        <w:br/>
        <w:t>vn -0.0170 -0.9688 0.2475</w:t>
        <w:br/>
        <w:t>vn 0.1939 -0.0807 0.9777</w:t>
        <w:br/>
        <w:t>vn -0.2727 -0.9233 0.2705</w:t>
        <w:br/>
        <w:t>vn -0.2397 -0.1484 -0.9594</w:t>
        <w:br/>
        <w:t>vn -0.2736 -0.1341 -0.9524</w:t>
        <w:br/>
        <w:t>vn -0.3638 -0.1158 -0.9242</w:t>
        <w:br/>
        <w:t>vn -0.5609 -0.7777 0.2840</w:t>
        <w:br/>
        <w:t>vn -0.9444 -0.0152 -0.3284</w:t>
        <w:br/>
        <w:t>vn -0.9396 -0.2716 -0.2083</w:t>
        <w:br/>
        <w:t>vn -0.3994 -0.0345 0.9161</w:t>
        <w:br/>
        <w:t>vn -0.8949 0.4112 -0.1733</w:t>
        <w:br/>
        <w:t>vn -0.9477 0.1960 -0.2520</w:t>
        <w:br/>
        <w:t>vn 0.0972 0.3623 0.9270</w:t>
        <w:br/>
        <w:t>vn -0.1294 0.2187 0.9672</w:t>
        <w:br/>
        <w:t>vn -0.2544 0.9435 0.2122</w:t>
        <w:br/>
        <w:t>vn -0.3208 0.9398 -0.1175</w:t>
        <w:br/>
        <w:t>vn 0.6660 0.1191 0.7364</w:t>
        <w:br/>
        <w:t>vn 0.9444 -0.1462 -0.2944</w:t>
        <w:br/>
        <w:t>vn -0.7277 -0.0709 -0.6822</w:t>
        <w:br/>
        <w:t>vn -0.9039 0.1521 -0.3997</w:t>
        <w:br/>
        <w:t>vn -0.9167 0.1596 -0.3663</w:t>
        <w:br/>
        <w:t>vn -0.4416 -0.8883 0.1265</w:t>
        <w:br/>
        <w:t>vn -0.6228 -0.7819 -0.0292</w:t>
        <w:br/>
        <w:t>vn -0.7364 -0.6606 -0.1456</w:t>
        <w:br/>
        <w:t>vn -0.3242 -0.9241 0.2025</w:t>
        <w:br/>
        <w:t>vn -0.9444 -0.1462 -0.2946</w:t>
        <w:br/>
        <w:t>vn -0.8271 -0.5085 -0.2394</w:t>
        <w:br/>
        <w:t>vn 0.4416 -0.8883 0.1265</w:t>
        <w:br/>
        <w:t>vn 0.7364 -0.6607 -0.1456</w:t>
        <w:br/>
        <w:t>vn 0.6228 -0.7818 -0.0292</w:t>
        <w:br/>
        <w:t>vn 0.3243 -0.9240 0.2025</w:t>
        <w:br/>
        <w:t>vn 0.9426 -0.1477 -0.2994</w:t>
        <w:br/>
        <w:t>vn 0.8271 -0.5086 -0.2393</w:t>
        <w:br/>
        <w:t>vn -0.3845 -0.4846 0.7857</w:t>
        <w:br/>
        <w:t>vn -0.4213 -0.5276 0.7377</w:t>
        <w:br/>
        <w:t>vn -0.2932 -0.4899 0.8210</w:t>
        <w:br/>
        <w:t>vn -0.3297 -0.4832 0.8111</w:t>
        <w:br/>
        <w:t>vn -0.3298 -0.4832 0.8111</w:t>
        <w:br/>
        <w:t>vn -0.3383 -0.4157 0.8442</w:t>
        <w:br/>
        <w:t>vn -0.3843 -0.3222 0.8651</w:t>
        <w:br/>
        <w:t>vn -0.3843 -0.3222 0.8652</w:t>
        <w:br/>
        <w:t>vn -0.4556 -0.2494 0.8545</w:t>
        <w:br/>
        <w:t>vn -0.5786 -0.2092 0.7883</w:t>
        <w:br/>
        <w:t>vn -0.6405 -0.2034 0.7406</w:t>
        <w:br/>
        <w:t>vn -0.4488 -0.5407 0.7115</w:t>
        <w:br/>
        <w:t>vn 0.4205 -0.5255 0.7396</w:t>
        <w:br/>
        <w:t>vn 0.3777 -0.4847 0.7890</w:t>
        <w:br/>
        <w:t>vn 0.2963 -0.4832 0.8239</w:t>
        <w:br/>
        <w:t>vn 0.3281 -0.4797 0.8138</w:t>
        <w:br/>
        <w:t>vn 0.2963 -0.4832 0.8238</w:t>
        <w:br/>
        <w:t>vn 0.3360 -0.4130 0.8465</w:t>
        <w:br/>
        <w:t>vn 0.3361 -0.4130 0.8465</w:t>
        <w:br/>
        <w:t>vn 0.3840 -0.3221 0.8654</w:t>
        <w:br/>
        <w:t>vn 0.3839 -0.3221 0.8654</w:t>
        <w:br/>
        <w:t>vn 0.4555 -0.2499 0.8544</w:t>
        <w:br/>
        <w:t>vn 0.5824 -0.2107 0.7851</w:t>
        <w:br/>
        <w:t>vn 0.5824 -0.2106 0.7851</w:t>
        <w:br/>
        <w:t>vn 0.6477 -0.2058 0.7336</w:t>
        <w:br/>
        <w:t>vn 0.4472 -0.5392 0.7136</w:t>
        <w:br/>
        <w:t>vn 0.2348 -0.7777 0.5831</w:t>
        <w:br/>
        <w:t>vn 0.2239 -0.7876 0.5741</w:t>
        <w:br/>
        <w:t>vn 0.2348 -0.7778 0.5831</w:t>
        <w:br/>
        <w:t>vn -0.0284 0.6611 0.7498</w:t>
        <w:br/>
        <w:t>vn -0.2200 0.6981 0.6813</w:t>
        <w:br/>
        <w:t>vn -0.2200 0.6982 0.6813</w:t>
        <w:br/>
        <w:t>vn 0.2402 -0.7463 0.6208</w:t>
        <w:br/>
        <w:t>vn 0.2403 -0.7463 0.6208</w:t>
        <w:br/>
        <w:t>vn 0.1644 0.6733 0.7208</w:t>
        <w:br/>
        <w:t>vn 0.1645 0.6734 0.7208</w:t>
        <w:br/>
        <w:t>vn 0.2522 -0.6922 0.6762</w:t>
        <w:br/>
        <w:t>vn 0.3119 0.7209 0.6189</w:t>
        <w:br/>
        <w:t>vn 0.2777 -0.6427 0.7140</w:t>
        <w:br/>
        <w:t>vn 0.4176 0.7479 0.5160</w:t>
        <w:br/>
        <w:t>vn 0.3274 -0.6413 0.6939</w:t>
        <w:br/>
        <w:t>vn 0.5270 0.7372 0.4228</w:t>
        <w:br/>
        <w:t>vn 0.5270 0.7372 0.4229</w:t>
        <w:br/>
        <w:t>vn 0.6247 0.7170 0.3095</w:t>
        <w:br/>
        <w:t>vn 0.6247 0.7169 0.3095</w:t>
        <w:br/>
        <w:t>vn 0.6226 -0.5904 0.5136</w:t>
        <w:br/>
        <w:t>vn 0.5416 -0.5757 0.6126</w:t>
        <w:br/>
        <w:t>vn 0.6227 -0.5903 0.5135</w:t>
        <w:br/>
        <w:t>vn 0.6876 0.7023 0.1846</w:t>
        <w:br/>
        <w:t>vn 0.6876 0.7023 0.1847</w:t>
        <w:br/>
        <w:t>vn 0.6342 -0.6245 0.4559</w:t>
        <w:br/>
        <w:t>vn 0.7113 0.6909 0.1291</w:t>
        <w:br/>
        <w:t>vn 0.4202 -0.6255 0.6575</w:t>
        <w:br/>
        <w:t>vn 0.4202 -0.6254 0.6575</w:t>
        <w:br/>
        <w:t>vn -0.3093 0.7156 0.6263</w:t>
        <w:br/>
        <w:t>vn -0.2348 -0.7778 0.5830</w:t>
        <w:br/>
        <w:t>vn -0.2239 -0.7876 0.5741</w:t>
        <w:br/>
        <w:t>vn 0.0284 0.6611 0.7498</w:t>
        <w:br/>
        <w:t>vn 0.2200 0.6982 0.6813</w:t>
        <w:br/>
        <w:t>vn -0.2402 -0.7462 0.6209</w:t>
        <w:br/>
        <w:t>vn -0.2399 -0.7462 0.6210</w:t>
        <w:br/>
        <w:t>vn -0.1645 0.6734 0.7208</w:t>
        <w:br/>
        <w:t>vn -0.2521 -0.6922 0.6762</w:t>
        <w:br/>
        <w:t>vn -0.3118 0.7209 0.6189</w:t>
        <w:br/>
        <w:t>vn -0.2778 -0.6427 0.7140</w:t>
        <w:br/>
        <w:t>vn -0.2778 -0.6427 0.7139</w:t>
        <w:br/>
        <w:t>vn -0.4175 0.7480 0.5160</w:t>
        <w:br/>
        <w:t>vn -0.4175 0.7479 0.5160</w:t>
        <w:br/>
        <w:t>vn -0.3274 -0.6413 0.6940</w:t>
        <w:br/>
        <w:t>vn -0.5270 0.7372 0.4229</w:t>
        <w:br/>
        <w:t>vn -0.5269 0.7372 0.4229</w:t>
        <w:br/>
        <w:t>vn -0.6247 0.7169 0.3095</w:t>
        <w:br/>
        <w:t>vn -0.6225 -0.5904 0.5137</w:t>
        <w:br/>
        <w:t>vn -0.6226 -0.5904 0.5136</w:t>
        <w:br/>
        <w:t>vn -0.5417 -0.5757 0.6125</w:t>
        <w:br/>
        <w:t>vn -0.6876 0.7022 0.1847</w:t>
        <w:br/>
        <w:t>vn -0.6342 -0.6245 0.4559</w:t>
        <w:br/>
        <w:t>vn -0.7114 0.6908 0.1290</w:t>
        <w:br/>
        <w:t>vn -0.4202 -0.6255 0.6574</w:t>
        <w:br/>
        <w:t>vn 0.3093 0.7156 0.6263</w:t>
        <w:br/>
        <w:t>vn 0.1936 -0.7187 0.6679</w:t>
        <w:br/>
        <w:t>vn 0.1919 -0.7258 0.6605</w:t>
        <w:br/>
        <w:t>vn 0.1337 -0.8054 0.5774</w:t>
        <w:br/>
        <w:t>vn 0.0955 -0.8272 0.5537</w:t>
        <w:br/>
        <w:t>vn 0.2160 -0.7403 0.6367</w:t>
        <w:br/>
        <w:t>vn 0.1713 -0.8054 0.5675</w:t>
        <w:br/>
        <w:t>vn 0.2778 -0.6941 0.6641</w:t>
        <w:br/>
        <w:t>vn 0.0936 -0.8437 0.5286</w:t>
        <w:br/>
        <w:t>vn 0.2050 -0.8159 0.5407</w:t>
        <w:br/>
        <w:t>vn 0.2163 -0.7810 0.5859</w:t>
        <w:br/>
        <w:t>vn 0.5896 -0.6751 0.4435</w:t>
        <w:br/>
        <w:t>vn 0.5207 -0.6845 0.5102</w:t>
        <w:br/>
        <w:t>vn 0.4448 -0.7539 0.4835</w:t>
        <w:br/>
        <w:t>vn 0.4582 -0.7514 0.4748</w:t>
        <w:br/>
        <w:t>vn 0.5884 -0.7000 0.4047</w:t>
        <w:br/>
        <w:t>vn 0.0610 -0.8339 0.5486</w:t>
        <w:br/>
        <w:t>vn 0.2121 -0.7241 0.6563</w:t>
        <w:br/>
        <w:t>vn 0.6274 -0.5946 0.5028</w:t>
        <w:br/>
        <w:t>vn 0.4518 0.3023 0.8393</w:t>
        <w:br/>
        <w:t>vn 0.3941 0.3276 0.8587</w:t>
        <w:br/>
        <w:t>vn 0.4255 -0.0014 0.9049</w:t>
        <w:br/>
        <w:t>vn 0.7682 -0.5486 0.3300</w:t>
        <w:br/>
        <w:t>vn 0.7682 -0.5486 0.3299</w:t>
        <w:br/>
        <w:t>vn 0.7850 -0.5346 0.3130</w:t>
        <w:br/>
        <w:t>vn 0.6860 -0.6256 0.3715</w:t>
        <w:br/>
        <w:t>vn 0.2208 -0.3694 0.9027</w:t>
        <w:br/>
        <w:t>vn 0.2274 -0.3283 0.9168</w:t>
        <w:br/>
        <w:t>vn 0.3551 -0.6781 0.6435</w:t>
        <w:br/>
        <w:t>vn 0.2518 -0.6604 0.7074</w:t>
        <w:br/>
        <w:t>vn 0.4836 -0.1882 0.8548</w:t>
        <w:br/>
        <w:t>vn 0.6017 -0.2108 0.7704</w:t>
        <w:br/>
        <w:t>vn 0.6004 -0.1899 0.7768</w:t>
        <w:br/>
        <w:t>vn -0.0604 0.1667 0.9842</w:t>
        <w:br/>
        <w:t>vn -0.0375 0.2104 0.9769</w:t>
        <w:br/>
        <w:t>vn -0.1370 0.0916 0.9863</w:t>
        <w:br/>
        <w:t>vn -0.1810 0.0510 0.9822</w:t>
        <w:br/>
        <w:t>vn -0.0617 0.0145 0.9980</w:t>
        <w:br/>
        <w:t>vn 0.1606 0.1609 0.9738</w:t>
        <w:br/>
        <w:t>vn 0.7064 0.1803 0.6845</w:t>
        <w:br/>
        <w:t>vn 0.4531 0.1507 0.8786</w:t>
        <w:br/>
        <w:t>vn 0.5826 0.2490 0.7736</w:t>
        <w:br/>
        <w:t>vn 0.3796 -0.4753 0.7937</w:t>
        <w:br/>
        <w:t>vn 0.7734 -0.1079 0.6246</w:t>
        <w:br/>
        <w:t>vn 0.6314 -0.2757 0.7248</w:t>
        <w:br/>
        <w:t>vn 0.7320 -0.2175 0.6457</w:t>
        <w:br/>
        <w:t>vn 0.8647 -0.0734 0.4968</w:t>
        <w:br/>
        <w:t>vn 0.7407 0.0254 0.6713</w:t>
        <w:br/>
        <w:t>vn 0.8589 -0.2186 0.4631</w:t>
        <w:br/>
        <w:t>vn 0.7652 -0.1524 0.6255</w:t>
        <w:br/>
        <w:t>vn 0.7069 -0.6022 0.3710</w:t>
        <w:br/>
        <w:t>vn 0.5338 -0.1787 0.8265</w:t>
        <w:br/>
        <w:t>vn 0.4938 -0.1629 0.8542</w:t>
        <w:br/>
        <w:t>vn 0.4938 -0.1628 0.8542</w:t>
        <w:br/>
        <w:t>vn 0.4560 -0.1892 0.8697</w:t>
        <w:br/>
        <w:t>vn 0.4559 -0.1892 0.8697</w:t>
        <w:br/>
        <w:t>vn 0.8284 -0.0557 0.5574</w:t>
        <w:br/>
        <w:t>vn 0.6288 -0.3238 0.7069</w:t>
        <w:br/>
        <w:t>vn 0.8223 0.1170 0.5569</w:t>
        <w:br/>
        <w:t>vn 0.8456 0.1323 0.5171</w:t>
        <w:br/>
        <w:t>vn 0.8513 0.0906 0.5168</w:t>
        <w:br/>
        <w:t>vn 0.6196 0.1059 0.7778</w:t>
        <w:br/>
        <w:t>vn 0.6891 0.2072 0.6944</w:t>
        <w:br/>
        <w:t>vn -0.6428 0.5053 0.5758</w:t>
        <w:br/>
        <w:t>vn -0.6145 0.5662 0.5494</w:t>
        <w:br/>
        <w:t>vn 0.2402 -0.3893 -0.8892</w:t>
        <w:br/>
        <w:t>vn 0.0186 -0.4302 -0.9025</w:t>
        <w:br/>
        <w:t>vn 0.0187 -0.4302 -0.9025</w:t>
        <w:br/>
        <w:t>vn 0.3870 -0.2431 -0.8894</w:t>
        <w:br/>
        <w:t>vn 0.3871 -0.2431 -0.8894</w:t>
        <w:br/>
        <w:t>vn -0.6724 0.1203 -0.7303</w:t>
        <w:br/>
        <w:t>vn -0.6088 0.4297 -0.6669</w:t>
        <w:br/>
        <w:t>vn -0.6616 0.3233 -0.6765</w:t>
        <w:br/>
        <w:t>vn -0.1164 -0.8130 0.5705</w:t>
        <w:br/>
        <w:t>vn -0.5248 -0.4331 0.7328</w:t>
        <w:br/>
        <w:t>vn 0.0971 -0.7097 0.6977</w:t>
        <w:br/>
        <w:t>vn -0.6905 0.3408 0.6381</w:t>
        <w:br/>
        <w:t>vn -0.6958 0.1341 0.7056</w:t>
        <w:br/>
        <w:t>vn -0.6958 0.1342 0.7056</w:t>
        <w:br/>
        <w:t>vn 0.4424 -0.2091 0.8721</w:t>
        <w:br/>
        <w:t>vn 0.0448 0.1122 0.9927</w:t>
        <w:br/>
        <w:t>vn 0.1240 -0.2017 0.9716</w:t>
        <w:br/>
        <w:t>vn -0.6786 0.0312 0.7338</w:t>
        <w:br/>
        <w:t>vn 0.4658 -0.0682 0.8822</w:t>
        <w:br/>
        <w:t>vn 0.1177 -0.1114 0.9868</w:t>
        <w:br/>
        <w:t>vn 0.3286 -0.5264 0.7842</w:t>
        <w:br/>
        <w:t>vn 0.6218 -0.3763 0.6868</w:t>
        <w:br/>
        <w:t>vn 0.4954 -0.6904 -0.5272</w:t>
        <w:br/>
        <w:t>vn 0.4712 -0.8142 -0.3393</w:t>
        <w:br/>
        <w:t>vn -0.7383 0.2912 -0.6083</w:t>
        <w:br/>
        <w:t>vn -0.6798 0.0296 -0.7328</w:t>
        <w:br/>
        <w:t>vn 0.6416 -0.4782 0.5997</w:t>
        <w:br/>
        <w:t>vn 0.4544 -0.8045 0.3825</w:t>
        <w:br/>
        <w:t>vn 0.6798 -0.6237 0.3859</w:t>
        <w:br/>
        <w:t>vn -0.7826 0.1802 -0.5959</w:t>
        <w:br/>
        <w:t>vn -0.7322 0.2726 -0.6241</w:t>
        <w:br/>
        <w:t>vn -0.2502 0.7038 -0.6649</w:t>
        <w:br/>
        <w:t>vn -0.4033 0.6495 -0.6445</w:t>
        <w:br/>
        <w:t>vn -0.3535 0.6775 -0.6450</w:t>
        <w:br/>
        <w:t>vn -0.2714 0.7111 -0.6486</w:t>
        <w:br/>
        <w:t>vn -0.6434 0.4662 -0.6072</w:t>
        <w:br/>
        <w:t>vn -0.5058 0.5675 -0.6497</w:t>
        <w:br/>
        <w:t>vn -0.1344 0.7478 -0.6502</w:t>
        <w:br/>
        <w:t>vn -0.2649 0.6643 -0.6990</w:t>
        <w:br/>
        <w:t>vn -0.2480 0.6258 -0.7395</w:t>
        <w:br/>
        <w:t>vn -0.1343 0.7479 -0.6501</w:t>
        <w:br/>
        <w:t>vn -0.5067 0.6006 -0.6185</w:t>
        <w:br/>
        <w:t>vn -0.4912 0.5003 -0.7131</w:t>
        <w:br/>
        <w:t>vn -0.3361 0.5772 -0.7443</w:t>
        <w:br/>
        <w:t>vn -0.2409 0.6723 -0.7000</w:t>
        <w:br/>
        <w:t>vn -0.2117 0.7479 -0.6291</w:t>
        <w:br/>
        <w:t>vn -0.2551 0.6394 -0.7253</w:t>
        <w:br/>
        <w:t>vn -0.2056 0.7640 -0.6116</w:t>
        <w:br/>
        <w:t>vn -0.3485 0.6050 -0.7159</w:t>
        <w:br/>
        <w:t>vn -0.2414 0.6843 -0.6880</w:t>
        <w:br/>
        <w:t>vn 0.3563 -0.7842 0.5080</w:t>
        <w:br/>
        <w:t>vn -0.5907 0.5049 -0.6294</w:t>
        <w:br/>
        <w:t>vn -0.6736 0.3885 -0.6288</w:t>
        <w:br/>
        <w:t>vn -0.5907 0.5050 -0.6294</w:t>
        <w:br/>
        <w:t>vn 0.3974 -0.1938 -0.8969</w:t>
        <w:br/>
        <w:t>vn -0.4576 0.6229 -0.6345</w:t>
        <w:br/>
        <w:t>vn -0.0886 0.0677 0.9938</w:t>
        <w:br/>
        <w:t>vn -0.6084 0.5200 -0.5996</w:t>
        <w:br/>
        <w:t>vn -0.6949 0.4174 -0.5855</w:t>
        <w:br/>
        <w:t>vn -0.6622 0.2843 -0.6933</w:t>
        <w:br/>
        <w:t>vn -0.6623 0.2842 -0.6933</w:t>
        <w:br/>
        <w:t>vn -0.2173 -0.0830 0.9726</w:t>
        <w:br/>
        <w:t>vn 0.4675 -0.7346 0.4917</w:t>
        <w:br/>
        <w:t>vn -0.3885 -0.3735 0.8424</w:t>
        <w:br/>
        <w:t>vn 0.4653 -0.8276 0.3140</w:t>
        <w:br/>
        <w:t>vn 0.4653 -0.8275 0.3141</w:t>
        <w:br/>
        <w:t>vn 0.4674 -0.7347 0.4917</w:t>
        <w:br/>
        <w:t>vn 0.5571 -0.7408 0.3754</w:t>
        <w:br/>
        <w:t>vn -0.1177 0.8831 -0.4542</w:t>
        <w:br/>
        <w:t>vn -0.1176 0.8831 -0.4543</w:t>
        <w:br/>
        <w:t>vn -0.2117 0.7478 -0.6292</w:t>
        <w:br/>
        <w:t>vn 0.5572 -0.7407 0.3754</w:t>
        <w:br/>
        <w:t>vn -0.3729 -0.0427 0.9269</w:t>
        <w:br/>
        <w:t>vn -0.3745 -0.1978 0.9059</w:t>
        <w:br/>
        <w:t>vn 0.4690 -0.8024 0.3691</w:t>
        <w:br/>
        <w:t>vn 0.4976 -0.7364 0.4584</w:t>
        <w:br/>
        <w:t>vn 0.4689 -0.8024 0.3691</w:t>
        <w:br/>
        <w:t>vn -0.1107 0.6897 -0.7156</w:t>
        <w:br/>
        <w:t>vn -0.1390 0.8041 -0.5780</w:t>
        <w:br/>
        <w:t>vn -0.1389 0.8042 -0.5779</w:t>
        <w:br/>
        <w:t>vn -0.4044 0.0006 0.9146</w:t>
        <w:br/>
        <w:t>vn -0.4043 0.0005 0.9146</w:t>
        <w:br/>
        <w:t>vn -0.4211 -0.0063 0.9070</w:t>
        <w:br/>
        <w:t>vn 0.5519 -0.5687 0.6099</w:t>
        <w:br/>
        <w:t>vn 0.5737 -0.4526 0.6826</w:t>
        <w:br/>
        <w:t>vn -0.0900 0.5497 -0.8305</w:t>
        <w:br/>
        <w:t>vn -0.0901 0.5497 -0.8305</w:t>
        <w:br/>
        <w:t>vn -0.0942 0.4818 -0.8712</w:t>
        <w:br/>
        <w:t>vn 0.2588 0.1477 0.9546</w:t>
        <w:br/>
        <w:t>vn 0.6417 -0.4781 0.5997</w:t>
        <w:br/>
        <w:t>vn 0.3128 -0.8801 0.3572</w:t>
        <w:br/>
        <w:t>vn 0.7304 -0.2925 0.6172</w:t>
        <w:br/>
        <w:t>vn -0.0607 -0.3804 -0.9228</w:t>
        <w:br/>
        <w:t>vn -0.5672 0.1219 -0.8145</w:t>
        <w:br/>
        <w:t>vn -0.1083 0.7496 0.6530</w:t>
        <w:br/>
        <w:t>vn -0.3445 0.6633 0.6643</w:t>
        <w:br/>
        <w:t>vn -0.2274 0.3430 0.9114</w:t>
        <w:br/>
        <w:t>vn 0.3349 0.7955 0.5051</w:t>
        <w:br/>
        <w:t>vn 0.1132 0.5673 0.8157</w:t>
        <w:br/>
        <w:t>vn 0.1774 0.5684 0.8034</w:t>
        <w:br/>
        <w:t>vn 0.0693 0.7543 0.6528</w:t>
        <w:br/>
        <w:t>vn 0.0398 0.7497 0.6606</w:t>
        <w:br/>
        <w:t>vn -0.0343 0.8224 0.5679</w:t>
        <w:br/>
        <w:t>vn 0.0137 0.6668 0.7451</w:t>
        <w:br/>
        <w:t>vn -0.0298 0.8759 0.4815</w:t>
        <w:br/>
        <w:t>vn -0.0459 0.8899 0.4539</w:t>
        <w:br/>
        <w:t>vn 0.1752 0.9804 -0.0899</w:t>
        <w:br/>
        <w:t>vn 0.2088 0.9705 -0.1209</w:t>
        <w:br/>
        <w:t>vn 0.1597 0.8808 0.4458</w:t>
        <w:br/>
        <w:t>vn 0.0835 0.9957 -0.0392</w:t>
        <w:br/>
        <w:t>vn 0.2683 0.6405 0.7195</w:t>
        <w:br/>
        <w:t>vn 0.1312 0.9142 0.3834</w:t>
        <w:br/>
        <w:t>vn 0.1324 0.9048 0.4047</w:t>
        <w:br/>
        <w:t>vn 0.2381 0.6151 0.7516</w:t>
        <w:br/>
        <w:t>vn 0.0722 0.9322 0.3546</w:t>
        <w:br/>
        <w:t>vn -0.0766 0.9970 -0.0120</w:t>
        <w:br/>
        <w:t>vn 0.0985 0.9260 0.3644</w:t>
        <w:br/>
        <w:t>vn -0.0016 0.9996 -0.0292</w:t>
        <w:br/>
        <w:t>vn 0.1953 0.5409 0.8181</w:t>
        <w:br/>
        <w:t>vn -0.0329 0.9990 -0.0317</w:t>
        <w:br/>
        <w:t>vn 0.1416 0.4299 0.8917</w:t>
        <w:br/>
        <w:t>vn 0.1416 0.4298 0.8917</w:t>
        <w:br/>
        <w:t>vn 0.0959 0.3922 0.9149</w:t>
        <w:br/>
        <w:t>vn 0.2561 0.6908 0.6762</w:t>
        <w:br/>
        <w:t>vn 0.2869 -0.7993 0.5280</w:t>
        <w:br/>
        <w:t>vn 0.3812 -0.7710 0.5101</w:t>
        <w:br/>
        <w:t>vn -0.1936 -0.7187 0.6678</w:t>
        <w:br/>
        <w:t>vn -0.0956 -0.8273 0.5536</w:t>
        <w:br/>
        <w:t>vn -0.1336 -0.8055 0.5774</w:t>
        <w:br/>
        <w:t>vn -0.1919 -0.7259 0.6605</w:t>
        <w:br/>
        <w:t>vn -0.1712 -0.8054 0.5674</w:t>
        <w:br/>
        <w:t>vn -0.2160 -0.7403 0.6366</w:t>
        <w:br/>
        <w:t>vn -0.2778 -0.6941 0.6641</w:t>
        <w:br/>
        <w:t>vn -0.0937 -0.8437 0.5286</w:t>
        <w:br/>
        <w:t>vn -0.2050 -0.8159 0.5406</w:t>
        <w:br/>
        <w:t>vn -0.2163 -0.7810 0.5858</w:t>
        <w:br/>
        <w:t>vn -0.5895 -0.6752 0.4435</w:t>
        <w:br/>
        <w:t>vn -0.4448 -0.7539 0.4835</w:t>
        <w:br/>
        <w:t>vn -0.5206 -0.6846 0.5102</w:t>
        <w:br/>
        <w:t>vn -0.5883 -0.7001 0.4047</w:t>
        <w:br/>
        <w:t>vn -0.4582 -0.7514 0.4748</w:t>
        <w:br/>
        <w:t>vn -0.2121 -0.7241 0.6563</w:t>
        <w:br/>
        <w:t>vn -0.0610 -0.8339 0.5486</w:t>
        <w:br/>
        <w:t>vn -0.6275 -0.5947 0.5027</w:t>
        <w:br/>
        <w:t>vn -0.4518 0.3022 0.8394</w:t>
        <w:br/>
        <w:t>vn -0.4255 -0.0015 0.9050</w:t>
        <w:br/>
        <w:t>vn -0.3941 0.3275 0.8587</w:t>
        <w:br/>
        <w:t>vn -0.7837 -0.5270 0.3287</w:t>
        <w:br/>
        <w:t>vn -0.8144 -0.4923 0.3074</w:t>
        <w:br/>
        <w:t>vn -0.6860 -0.6252 0.3723</w:t>
        <w:br/>
        <w:t>vn -0.2274 -0.3284 0.9168</w:t>
        <w:br/>
        <w:t>vn -0.2208 -0.3693 0.9027</w:t>
        <w:br/>
        <w:t>vn -0.3551 -0.6781 0.6435</w:t>
        <w:br/>
        <w:t>vn -0.2517 -0.6604 0.7075</w:t>
        <w:br/>
        <w:t>vn -0.4855 -0.1867 0.8541</w:t>
        <w:br/>
        <w:t>vn -0.6034 -0.2058 0.7704</w:t>
        <w:br/>
        <w:t>vn -0.6003 -0.1872 0.7775</w:t>
        <w:br/>
        <w:t>vn 0.0663 0.1571 0.9854</w:t>
        <w:br/>
        <w:t>vn 0.0490 0.1911 0.9803</w:t>
        <w:br/>
        <w:t>vn 0.1371 0.0917 0.9863</w:t>
        <w:br/>
        <w:t>vn 0.1810 0.0510 0.9822</w:t>
        <w:br/>
        <w:t>vn 0.1810 0.0511 0.9822</w:t>
        <w:br/>
        <w:t>vn -0.1606 0.1610 0.9738</w:t>
        <w:br/>
        <w:t>vn 0.0617 0.0145 0.9980</w:t>
        <w:br/>
        <w:t>vn -0.7069 0.1901 0.6813</w:t>
        <w:br/>
        <w:t>vn -0.4518 0.1556 0.8784</w:t>
        <w:br/>
        <w:t>vn -0.5851 0.2523 0.7707</w:t>
        <w:br/>
        <w:t>vn -0.5372 -0.3257 0.7781</w:t>
        <w:br/>
        <w:t>vn -0.6492 -0.2874 0.7042</w:t>
        <w:br/>
        <w:t>vn -0.7788 -0.0978 0.6196</w:t>
        <w:br/>
        <w:t>vn -0.7275 -0.1671 0.6654</w:t>
        <w:br/>
        <w:t>vn -0.8484 -0.0531 0.5268</w:t>
        <w:br/>
        <w:t>vn -0.8538 -0.1764 0.4898</w:t>
        <w:br/>
        <w:t>vn -0.7313 0.0501 0.6802</w:t>
        <w:br/>
        <w:t>vn -0.7561 -0.0998 0.6468</w:t>
        <w:br/>
        <w:t>vn -0.7069 -0.6015 0.3722</w:t>
        <w:br/>
        <w:t>vn -0.5338 -0.1787 0.8265</w:t>
        <w:br/>
        <w:t>vn -0.4939 -0.1629 0.8541</w:t>
        <w:br/>
        <w:t>vn -0.4559 -0.1893 0.8697</w:t>
        <w:br/>
        <w:t>vn -0.8284 -0.0557 0.5573</w:t>
        <w:br/>
        <w:t>vn -0.8360 0.0662 0.5447</w:t>
        <w:br/>
        <w:t>vn -0.6288 -0.3238 0.7069</w:t>
        <w:br/>
        <w:t>vn -0.8484 0.0533 0.5267</w:t>
        <w:br/>
        <w:t>vn -0.8387 0.0580 0.5415</w:t>
        <w:br/>
        <w:t>vn -0.6059 0.1321 0.7845</w:t>
        <w:br/>
        <w:t>vn -0.6875 0.2026 0.6974</w:t>
        <w:br/>
        <w:t>vn 0.5712 0.4844 0.6627</w:t>
        <w:br/>
        <w:t>vn 0.5346 0.5219 0.6647</w:t>
        <w:br/>
        <w:t>vn -0.2013 -0.3507 -0.9146</w:t>
        <w:br/>
        <w:t>vn -0.0171 -0.3981 -0.9172</w:t>
        <w:br/>
        <w:t>vn -0.3492 -0.2473 -0.9038</w:t>
        <w:br/>
        <w:t>vn -0.0692 -0.1563 -0.9853</w:t>
        <w:br/>
        <w:t>vn 0.6521 0.1062 -0.7507</w:t>
        <w:br/>
        <w:t>vn 0.6358 0.3493 -0.6883</w:t>
        <w:br/>
        <w:t>vn 0.5857 0.4669 -0.6625</w:t>
        <w:br/>
        <w:t>vn 0.5332 -0.4386 0.7234</w:t>
        <w:br/>
        <w:t>vn 0.1162 -0.8130 0.5706</w:t>
        <w:br/>
        <w:t>vn -0.0971 -0.7097 0.6978</w:t>
        <w:br/>
        <w:t>vn 0.7090 0.1348 0.6922</w:t>
        <w:br/>
        <w:t>vn 0.7090 0.1347 0.6922</w:t>
        <w:br/>
        <w:t>vn 0.6639 0.3486 0.6616</w:t>
        <w:br/>
        <w:t>vn -0.4425 -0.2092 0.8721</w:t>
        <w:br/>
        <w:t>vn -0.1240 -0.2017 0.9716</w:t>
        <w:br/>
        <w:t>vn -0.0448 0.1122 0.9927</w:t>
        <w:br/>
        <w:t>vn -0.4192 0.0259 0.9075</w:t>
        <w:br/>
        <w:t>vn -0.6155 -0.3105 0.7244</w:t>
        <w:br/>
        <w:t>vn -0.3175 -0.4889 0.8125</w:t>
        <w:br/>
        <w:t>vn -0.1066 -0.0723 0.9917</w:t>
        <w:br/>
        <w:t>vn -0.3041 -0.5952 -0.7438</w:t>
        <w:br/>
        <w:t>vn -0.2596 -0.7701 -0.5827</w:t>
        <w:br/>
        <w:t>vn 0.6516 0.0092 -0.7585</w:t>
        <w:br/>
        <w:t>vn 0.7292 0.2997 -0.6152</w:t>
        <w:br/>
        <w:t>vn -0.6253 -0.4860 0.6106</w:t>
        <w:br/>
        <w:t>vn -0.6975 -0.5877 0.4099</w:t>
        <w:br/>
        <w:t>vn -0.4498 -0.7851 0.4258</w:t>
        <w:br/>
        <w:t>vn 0.7786 0.1850 -0.5996</w:t>
        <w:br/>
        <w:t>vn 0.7300 0.2739 -0.6262</w:t>
        <w:br/>
        <w:t>vn 0.7301 0.2739 -0.6261</w:t>
        <w:br/>
        <w:t>vn 0.3535 0.6775 -0.6450</w:t>
        <w:br/>
        <w:t>vn 0.4033 0.6495 -0.6445</w:t>
        <w:br/>
        <w:t>vn 0.2502 0.7038 -0.6649</w:t>
        <w:br/>
        <w:t>vn 0.2714 0.7111 -0.6486</w:t>
        <w:br/>
        <w:t>vn 0.5532 0.4147 -0.7225</w:t>
        <w:br/>
        <w:t>vn 0.5032 0.4547 -0.7348</w:t>
        <w:br/>
        <w:t>vn 0.5034 0.4547 -0.7347</w:t>
        <w:br/>
        <w:t>vn 0.1772 0.6858 -0.7059</w:t>
        <w:br/>
        <w:t>vn 0.2483 0.6471 -0.7209</w:t>
        <w:br/>
        <w:t>vn 0.2294 0.6861 -0.6905</w:t>
        <w:br/>
        <w:t>vn 0.1771 0.6858 -0.7059</w:t>
        <w:br/>
        <w:t>vn 0.4580 0.6527 -0.6035</w:t>
        <w:br/>
        <w:t>vn 0.4782 0.5337 -0.6975</w:t>
        <w:br/>
        <w:t>vn 0.3505 0.5946 -0.7236</w:t>
        <w:br/>
        <w:t>vn 0.2409 0.6723 -0.7000</w:t>
        <w:br/>
        <w:t>vn 0.2454 0.6422 -0.7262</w:t>
        <w:br/>
        <w:t>vn 0.2117 0.7479 -0.6291</w:t>
        <w:br/>
        <w:t>vn 0.2055 0.7640 -0.6116</w:t>
        <w:br/>
        <w:t>vn 0.3520 0.6179 -0.7031</w:t>
        <w:br/>
        <w:t>vn 0.2414 0.6844 -0.6880</w:t>
        <w:br/>
        <w:t>vn -0.3563 -0.7842 0.5081</w:t>
        <w:br/>
        <w:t>vn 0.6738 0.3876 -0.6291</w:t>
        <w:br/>
        <w:t>vn 0.6738 0.3875 -0.6291</w:t>
        <w:br/>
        <w:t>vn 0.5907 0.5050 -0.6294</w:t>
        <w:br/>
        <w:t>vn 0.5906 0.5050 -0.6294</w:t>
        <w:br/>
        <w:t>vn -0.3831 -0.1999 -0.9018</w:t>
        <w:br/>
        <w:t>vn 0.4576 0.6229 -0.6345</w:t>
        <w:br/>
        <w:t>vn 0.0886 0.0677 0.9938</w:t>
        <w:br/>
        <w:t>vn 0.6799 0.4289 -0.5948</w:t>
        <w:br/>
        <w:t>vn 0.5713 0.5567 -0.6030</w:t>
        <w:br/>
        <w:t>vn 0.6622 0.2842 -0.6933</w:t>
        <w:br/>
        <w:t>vn 0.6622 0.2842 -0.6934</w:t>
        <w:br/>
        <w:t>vn 0.2172 -0.0830 0.9726</w:t>
        <w:br/>
        <w:t>vn -0.4674 -0.7347 0.4916</w:t>
        <w:br/>
        <w:t>vn 0.2173 -0.0830 0.9726</w:t>
        <w:br/>
        <w:t>vn 0.0617 0.0146 0.9980</w:t>
        <w:br/>
        <w:t>vn 0.3884 -0.3735 0.8424</w:t>
        <w:br/>
        <w:t>vn -0.4674 -0.7347 0.4918</w:t>
        <w:br/>
        <w:t>vn -0.4653 -0.8275 0.3141</w:t>
        <w:br/>
        <w:t>vn -0.4653 -0.8276 0.3140</w:t>
        <w:br/>
        <w:t>vn -0.5571 -0.7407 0.3755</w:t>
        <w:br/>
        <w:t>vn 0.1177 0.8831 -0.4543</w:t>
        <w:br/>
        <w:t>vn 0.2054 0.7641 -0.6116</w:t>
        <w:br/>
        <w:t>vn 0.2117 0.7480 -0.6291</w:t>
        <w:br/>
        <w:t>vn 0.1177 0.8831 -0.4542</w:t>
        <w:br/>
        <w:t>vn -0.5572 -0.7408 0.3753</w:t>
        <w:br/>
        <w:t>vn 0.3745 -0.1977 0.9059</w:t>
        <w:br/>
        <w:t>vn 0.3745 -0.1978 0.9059</w:t>
        <w:br/>
        <w:t>vn 0.3729 -0.0427 0.9269</w:t>
        <w:br/>
        <w:t>vn -0.4690 -0.8024 0.3691</w:t>
        <w:br/>
        <w:t>vn -0.4689 -0.8024 0.3692</w:t>
        <w:br/>
        <w:t>vn -0.4975 -0.7364 0.4584</w:t>
        <w:br/>
        <w:t>vn -0.4976 -0.7364 0.4584</w:t>
        <w:br/>
        <w:t>vn 0.1107 0.6896 -0.7156</w:t>
        <w:br/>
        <w:t>vn 0.1391 0.8041 -0.5781</w:t>
        <w:br/>
        <w:t>vn 0.1390 0.8041 -0.5780</w:t>
        <w:br/>
        <w:t>vn 0.1107 0.6897 -0.7156</w:t>
        <w:br/>
        <w:t>vn 0.4043 0.0005 0.9146</w:t>
        <w:br/>
        <w:t>vn 0.4211 -0.0063 0.9070</w:t>
        <w:br/>
        <w:t>vn -0.5519 -0.5687 0.6099</w:t>
        <w:br/>
        <w:t>vn -0.5736 -0.4526 0.6827</w:t>
        <w:br/>
        <w:t>vn 0.0900 0.5497 -0.8305</w:t>
        <w:br/>
        <w:t>vn 0.0942 0.4817 -0.8713</w:t>
        <w:br/>
        <w:t>vn -0.2587 0.1476 0.9546</w:t>
        <w:br/>
        <w:t>vn -0.2556 -0.8915 0.3741</w:t>
        <w:br/>
        <w:t>vn -0.7159 -0.2423 0.6548</w:t>
        <w:br/>
        <w:t>vn 0.0513 -0.3923 -0.9184</w:t>
        <w:br/>
        <w:t>vn -0.0693 -0.1563 -0.9853</w:t>
        <w:br/>
        <w:t>vn 0.0147 0.7409 0.6715</w:t>
        <w:br/>
        <w:t>vn -0.0625 0.5319 0.8445</w:t>
        <w:br/>
        <w:t>vn 0.3976 0.6761 0.6203</w:t>
        <w:br/>
        <w:t>vn -0.4617 0.6028 0.6508</w:t>
        <w:br/>
        <w:t>vn -0.5420 0.7349 0.4076</w:t>
        <w:br/>
        <w:t>vn -0.5947 0.6676 0.4479</w:t>
        <w:br/>
        <w:t>vn -0.3084 0.5128 0.8012</w:t>
        <w:br/>
        <w:t>vn -0.1576 0.7300 0.6650</w:t>
        <w:br/>
        <w:t>vn -0.4518 0.6756 0.5826</w:t>
        <w:br/>
        <w:t>vn 0.0804 0.6187 0.7815</w:t>
        <w:br/>
        <w:t>vn 0.1307 0.8171 0.5615</w:t>
        <w:br/>
        <w:t>vn -0.2037 0.8661 0.4565</w:t>
        <w:br/>
        <w:t>vn -0.0703 0.8839 0.4624</w:t>
        <w:br/>
        <w:t>vn -0.5947 0.6676 0.4478</w:t>
        <w:br/>
        <w:t>vn -0.1753 0.9804 -0.0897</w:t>
        <w:br/>
        <w:t>vn -0.2089 0.9705 -0.1206</w:t>
        <w:br/>
        <w:t>vn -0.1754 0.9804 -0.0897</w:t>
        <w:br/>
        <w:t>vn -0.1625 0.8757 0.4547</w:t>
        <w:br/>
        <w:t>vn -0.0835 0.9957 -0.0393</w:t>
        <w:br/>
        <w:t>vn -0.1519 0.8864 0.4372</w:t>
        <w:br/>
        <w:t>vn -0.1660 0.8780 0.4490</w:t>
        <w:br/>
        <w:t>vn -0.2874 0.6068 0.7411</w:t>
        <w:br/>
        <w:t>vn -0.2488 0.5956 0.7637</w:t>
        <w:br/>
        <w:t>vn -0.0867 0.9094 0.4067</w:t>
        <w:br/>
        <w:t>vn -0.1230 0.8946 0.4297</w:t>
        <w:br/>
        <w:t>vn 0.0562 0.9966 0.0595</w:t>
        <w:br/>
        <w:t>vn -0.0245 0.9994 0.0229</w:t>
        <w:br/>
        <w:t>vn -0.1985 0.5231 0.8289</w:t>
        <w:br/>
        <w:t>vn -0.0158 0.9967 0.0791</w:t>
        <w:br/>
        <w:t>vn -0.1433 0.4217 0.8953</w:t>
        <w:br/>
        <w:t>vn -0.1433 0.4217 0.8954</w:t>
        <w:br/>
        <w:t>vn -0.0959 0.3921 0.9149</w:t>
        <w:br/>
        <w:t>vn -0.2798 0.6327 0.7221</w:t>
        <w:br/>
        <w:t>vn -0.2869 -0.7993 0.5280</w:t>
        <w:br/>
        <w:t>vn -0.3812 -0.7710 0.5101</w:t>
        <w:br/>
        <w:t>vn 0.2694 0.3957 0.8780</w:t>
        <w:br/>
        <w:t>vn -0.5412 0.4945 0.6802</w:t>
        <w:br/>
        <w:t>vn 0.3750 -0.9159 -0.1429</w:t>
        <w:br/>
        <w:t>vn 0.3260 -0.9332 -0.1513</w:t>
        <w:br/>
        <w:t>vn 0.3261 -0.9332 -0.1513</w:t>
        <w:br/>
        <w:t>vn -0.2166 -0.9632 -0.1589</w:t>
        <w:br/>
        <w:t>vn -0.2097 -0.9383 -0.2751</w:t>
        <w:br/>
        <w:t>vn -0.2098 -0.9382 -0.2751</w:t>
        <w:br/>
        <w:t>vn -0.5595 0.2104 -0.8016</w:t>
        <w:br/>
        <w:t>vn 0.5595 0.2104 -0.8017</w:t>
        <w:br/>
        <w:t>vn 0.9067 -0.0971 0.4105</w:t>
        <w:br/>
        <w:t>vn 0.5804 -0.1720 0.7959</w:t>
        <w:br/>
        <w:t>vn 0.5804 -0.1721 0.7960</w:t>
        <w:br/>
        <w:t>vn 0.9067 -0.0971 0.4106</w:t>
        <w:br/>
        <w:t>vn -0.0000 -0.9723 0.2337</w:t>
        <w:br/>
        <w:t>vn 0.2718 -0.9363 0.2224</w:t>
        <w:br/>
        <w:t>vn 0.3509 -0.5150 0.7821</w:t>
        <w:br/>
        <w:t>vn -0.0000 -0.5409 0.8411</w:t>
        <w:br/>
        <w:t>vn 0.5975 -0.4510 0.6630</w:t>
        <w:br/>
        <w:t>vn 0.5308 -0.8199 0.2144</w:t>
        <w:br/>
        <w:t>vn 0.8546 -0.4801 0.1978</w:t>
        <w:br/>
        <w:t>vn 0.7847 -0.2784 0.5538</w:t>
        <w:br/>
        <w:t>vn 0.8751 -0.0152 0.4837</w:t>
        <w:br/>
        <w:t>vn 0.6342 0.0314 0.7725</w:t>
        <w:br/>
        <w:t>vn 0.9839 -0.0471 0.1726</w:t>
        <w:br/>
        <w:t>vn 0.8202 0.2189 0.5285</w:t>
        <w:br/>
        <w:t>vn 0.6184 0.4467 0.6465</w:t>
        <w:br/>
        <w:t>vn 0.9314 0.2862 0.2249</w:t>
        <w:br/>
        <w:t>vn 0.6283 0.7139 0.3091</w:t>
        <w:br/>
        <w:t>vn 0.2125 0.9289 0.3034</w:t>
        <w:br/>
        <w:t>vn 0.3039 0.6388 0.7068</w:t>
        <w:br/>
        <w:t>vn -0.0000 0.9596 0.2814</w:t>
        <w:br/>
        <w:t>vn -0.0000 0.7149 0.6993</w:t>
        <w:br/>
        <w:t>vn 0.1485 -0.4680 -0.8711</w:t>
        <w:br/>
        <w:t>vn -0.0000 -0.4739 -0.8806</w:t>
        <w:br/>
        <w:t>vn -0.0001 -0.4466 -0.8948</w:t>
        <w:br/>
        <w:t>vn 0.1502 -0.4508 -0.8799</w:t>
        <w:br/>
        <w:t>vn 0.2146 -0.5734 -0.7906</w:t>
        <w:br/>
        <w:t>vn 0.2417 -0.5199 -0.8193</w:t>
        <w:br/>
        <w:t>vn 0.2013 -0.4840 -0.8516</w:t>
        <w:br/>
        <w:t>vn 0.1712 -0.4673 -0.8674</w:t>
        <w:br/>
        <w:t>vn 0.2187 -0.5168 -0.8277</w:t>
        <w:br/>
        <w:t>vn 0.2571 -0.7530 -0.6057</w:t>
        <w:br/>
        <w:t>vn 0.0000 -0.8208 -0.5712</w:t>
        <w:br/>
        <w:t>vn 0.0161 -0.9662 -0.2575</w:t>
        <w:br/>
        <w:t>vn 0.3713 -0.7687 -0.5208</w:t>
        <w:br/>
        <w:t>vn 0.1993 -0.8539 -0.4808</w:t>
        <w:br/>
        <w:t>vn 0.1591 -0.4968 -0.8532</w:t>
        <w:br/>
        <w:t>vn 0.3138 -0.5771 -0.7540</w:t>
        <w:br/>
        <w:t>vn 0.2024 -0.8640 -0.4610</w:t>
        <w:br/>
        <w:t>vn 0.0000 -0.9087 -0.4175</w:t>
        <w:br/>
        <w:t>vn 0.1907 -0.9536 -0.2329</w:t>
        <w:br/>
        <w:t>vn 0.0000 -0.9710 -0.2391</w:t>
        <w:br/>
        <w:t>vn 0.3098 -0.7253 -0.6148</w:t>
        <w:br/>
        <w:t>vn 0.4085 -0.5577 -0.7226</w:t>
        <w:br/>
        <w:t>vn 0.3441 -0.7932 -0.5024</w:t>
        <w:br/>
        <w:t>vn 0.4038 -0.8856 -0.2297</w:t>
        <w:br/>
        <w:t>vn 0.8106 -0.5345 -0.2394</w:t>
        <w:br/>
        <w:t>vn 0.7527 -0.4554 -0.4755</w:t>
        <w:br/>
        <w:t>vn 0.4171 -0.6809 -0.6020</w:t>
        <w:br/>
        <w:t>vn 0.6725 -0.4434 -0.5926</w:t>
        <w:br/>
        <w:t>vn 0.9563 0.0578 -0.2868</w:t>
        <w:br/>
        <w:t>vn 0.9664 -0.0201 -0.2562</w:t>
        <w:br/>
        <w:t>vn 0.9256 0.0951 -0.3664</w:t>
        <w:br/>
        <w:t>vn 0.6401 -0.3776 -0.6691</w:t>
        <w:br/>
        <w:t>vn 0.7787 -0.2735 -0.5647</w:t>
        <w:br/>
        <w:t>vn 0.9128 0.3470 -0.2154</w:t>
        <w:br/>
        <w:t>vn 0.8772 0.3715 -0.3042</w:t>
        <w:br/>
        <w:t>vn 0.5900 0.8036 -0.0787</w:t>
        <w:br/>
        <w:t>vn 0.5477 0.8157 -0.1860</w:t>
        <w:br/>
        <w:t>vn 0.1861 0.9808 0.0574</w:t>
        <w:br/>
        <w:t>vn 0.2317 0.9704 -0.0684</w:t>
        <w:br/>
        <w:t>vn 0.0000 0.9957 0.0923</w:t>
        <w:br/>
        <w:t>vn 0.0000 0.9997 -0.0244</w:t>
        <w:br/>
        <w:t>vn 0.3531 0.9123 -0.2074</w:t>
        <w:br/>
        <w:t>vn 0.1908 0.9566 -0.2201</w:t>
        <w:br/>
        <w:t>vn 0.0000 0.9757 -0.2193</w:t>
        <w:br/>
        <w:t>vn 0.4606 0.8022 -0.3800</w:t>
        <w:br/>
        <w:t>vn 0.4326 0.8518 -0.2954</w:t>
        <w:br/>
        <w:t>vn 0.3957 0.8456 -0.3582</w:t>
        <w:br/>
        <w:t>vn 0.3784 0.9127 -0.1543</w:t>
        <w:br/>
        <w:t>vn 0.3542 0.8923 -0.2798</w:t>
        <w:br/>
        <w:t>vn 0.1713 0.8706 -0.4612</w:t>
        <w:br/>
        <w:t>vn 0.1405 0.8507 -0.5065</w:t>
        <w:br/>
        <w:t>vn 0.1569 0.8693 -0.4688</w:t>
        <w:br/>
        <w:t>vn 0.1783 0.8763 -0.4475</w:t>
        <w:br/>
        <w:t>vn -0.0000 0.8396 -0.5433</w:t>
        <w:br/>
        <w:t>vn -0.0001 0.8722 -0.4892</w:t>
        <w:br/>
        <w:t>vn 0.2642 0.8682 -0.4201</w:t>
        <w:br/>
        <w:t>vn 0.2420 0.8833 -0.4016</w:t>
        <w:br/>
        <w:t>vn 0.3397 0.1052 0.9346</w:t>
        <w:br/>
        <w:t>vn 0.0000 0.1417 0.9899</w:t>
        <w:br/>
        <w:t>vn 0.4245 -0.5914 -0.6856</w:t>
        <w:br/>
        <w:t>vn 0.3210 -0.5530 -0.7688</w:t>
        <w:br/>
        <w:t>vn 0.2692 -0.6073 -0.7475</w:t>
        <w:br/>
        <w:t>vn 0.2988 -0.7620 -0.5746</w:t>
        <w:br/>
        <w:t>vn -0.0554 -0.9980 0.0305</w:t>
        <w:br/>
        <w:t>vn 0.9025 0.4177 -0.1050</w:t>
        <w:br/>
        <w:t>vn 0.3104 0.8717 -0.3792</w:t>
        <w:br/>
        <w:t>vn 0.1778 0.9014 -0.3949</w:t>
        <w:br/>
        <w:t>vn -0.0000 0.9175 -0.3978</w:t>
        <w:br/>
        <w:t>vn 0.3924 0.8361 -0.3834</w:t>
        <w:br/>
        <w:t>vn 0.4379 0.8243 -0.3589</w:t>
        <w:br/>
        <w:t>vn 0.5660 0.7955 -0.2164</w:t>
        <w:br/>
        <w:t>vn 0.1693 0.9582 0.2307</w:t>
        <w:br/>
        <w:t>vn 0.1993 0.9770 -0.0758</w:t>
        <w:br/>
        <w:t>vn 0.4082 0.8851 -0.2236</w:t>
        <w:br/>
        <w:t>vn 0.3504 0.7964 -0.4929</w:t>
        <w:br/>
        <w:t>vn 0.3679 0.3451 -0.8634</w:t>
        <w:br/>
        <w:t>vn -0.3509 -0.5150 0.7821</w:t>
        <w:br/>
        <w:t>vn -0.2718 -0.9363 0.2225</w:t>
        <w:br/>
        <w:t>vn -0.5975 -0.4510 0.6630</w:t>
        <w:br/>
        <w:t>vn -0.5308 -0.8199 0.2144</w:t>
        <w:br/>
        <w:t>vn -0.7847 -0.2784 0.5539</w:t>
        <w:br/>
        <w:t>vn -0.8546 -0.4801 0.1978</w:t>
        <w:br/>
        <w:t>vn -0.6342 0.0314 0.7725</w:t>
        <w:br/>
        <w:t>vn -0.8751 -0.0152 0.4837</w:t>
        <w:br/>
        <w:t>vn -0.9839 -0.0471 0.1727</w:t>
        <w:br/>
        <w:t>vn -0.8202 0.2189 0.5285</w:t>
        <w:br/>
        <w:t>vn -0.6184 0.4467 0.6465</w:t>
        <w:br/>
        <w:t>vn -0.9314 0.2862 0.2249</w:t>
        <w:br/>
        <w:t>vn -0.6283 0.7139 0.3091</w:t>
        <w:br/>
        <w:t>vn -0.3039 0.6388 0.7068</w:t>
        <w:br/>
        <w:t>vn -0.2125 0.9289 0.3034</w:t>
        <w:br/>
        <w:t>vn -0.1485 -0.4681 -0.8711</w:t>
        <w:br/>
        <w:t>vn -0.1501 -0.4509 -0.8799</w:t>
        <w:br/>
        <w:t>vn -0.2146 -0.5735 -0.7906</w:t>
        <w:br/>
        <w:t>vn -0.2415 -0.5199 -0.8194</w:t>
        <w:br/>
        <w:t>vn -0.2184 -0.5167 -0.8278</w:t>
        <w:br/>
        <w:t>vn -0.1712 -0.4672 -0.8674</w:t>
        <w:br/>
        <w:t>vn -0.2012 -0.4840 -0.8516</w:t>
        <w:br/>
        <w:t>vn -0.2571 -0.7530 -0.6057</w:t>
        <w:br/>
        <w:t>vn -0.0892 -0.8870 -0.4531</w:t>
        <w:br/>
        <w:t>vn -0.0665 -0.8698 -0.4889</w:t>
        <w:br/>
        <w:t>vn -0.1890 -0.8666 -0.4619</w:t>
        <w:br/>
        <w:t>vn -0.3116 -0.7423 -0.5932</w:t>
        <w:br/>
        <w:t>vn -0.3138 -0.5771 -0.7540</w:t>
        <w:br/>
        <w:t>vn -0.2024 -0.8640 -0.4610</w:t>
        <w:br/>
        <w:t>vn -0.1907 -0.9536 -0.2329</w:t>
        <w:br/>
        <w:t>vn -0.3098 -0.7253 -0.6147</w:t>
        <w:br/>
        <w:t>vn -0.4086 -0.5577 -0.7225</w:t>
        <w:br/>
        <w:t>vn -0.4038 -0.8856 -0.2297</w:t>
        <w:br/>
        <w:t>vn -0.3441 -0.7932 -0.5023</w:t>
        <w:br/>
        <w:t>vn -0.8106 -0.5345 -0.2394</w:t>
        <w:br/>
        <w:t>vn -0.7480 -0.4725 -0.4661</w:t>
        <w:br/>
        <w:t>vn -0.6240 -0.5145 -0.5881</w:t>
        <w:br/>
        <w:t>vn -0.4170 -0.6810 -0.6020</w:t>
        <w:br/>
        <w:t>vn -0.9585 0.0435 -0.2819</w:t>
        <w:br/>
        <w:t>vn -0.9840 -0.1162 -0.1350</w:t>
        <w:br/>
        <w:t>vn -0.9395 0.0517 -0.3388</w:t>
        <w:br/>
        <w:t>vn -0.5923 -0.6365 -0.4940</w:t>
        <w:br/>
        <w:t>vn -0.5452 -0.4808 -0.6868</w:t>
        <w:br/>
        <w:t>vn -0.9165 0.3455 -0.2016</w:t>
        <w:br/>
        <w:t>vn -0.8869 0.3615 -0.2877</w:t>
        <w:br/>
        <w:t>vn -0.5908 0.8033 -0.0750</w:t>
        <w:br/>
        <w:t>vn -0.5345 0.8272 -0.1732</w:t>
        <w:br/>
        <w:t>vn -0.1866 0.9808 0.0561</w:t>
        <w:br/>
        <w:t>vn -0.2329 0.9700 -0.0691</w:t>
        <w:br/>
        <w:t>vn -0.3527 0.9125 -0.2075</w:t>
        <w:br/>
        <w:t>vn -0.1908 0.9566 -0.2202</w:t>
        <w:br/>
        <w:t>vn -0.4645 0.7994 -0.3811</w:t>
        <w:br/>
        <w:t>vn -0.3957 0.8457 -0.3582</w:t>
        <w:br/>
        <w:t>vn -0.4352 0.8513 -0.2932</w:t>
        <w:br/>
        <w:t>vn -0.3542 0.8923 -0.2799</w:t>
        <w:br/>
        <w:t>vn -0.3796 0.9123 -0.1537</w:t>
        <w:br/>
        <w:t>vn -0.1712 0.8706 -0.4612</w:t>
        <w:br/>
        <w:t>vn -0.1783 0.8764 -0.4474</w:t>
        <w:br/>
        <w:t>vn -0.1569 0.8693 -0.4688</w:t>
        <w:br/>
        <w:t>vn -0.1404 0.8507 -0.5065</w:t>
        <w:br/>
        <w:t>vn -0.2420 0.8833 -0.4016</w:t>
        <w:br/>
        <w:t>vn -0.2643 0.8682 -0.4200</w:t>
        <w:br/>
        <w:t>vn -0.3397 0.1052 0.9346</w:t>
        <w:br/>
        <w:t>vn -0.4244 -0.5922 -0.6850</w:t>
        <w:br/>
        <w:t>vn -0.2980 -0.7636 -0.5728</w:t>
        <w:br/>
        <w:t>vn -0.2684 -0.6073 -0.7477</w:t>
        <w:br/>
        <w:t>vn -0.3207 -0.5531 -0.7689</w:t>
        <w:br/>
        <w:t>vn -0.9321 0.3040 0.1967</w:t>
        <w:br/>
        <w:t>vn -0.1778 0.9014 -0.3949</w:t>
        <w:br/>
        <w:t>vn -0.3099 0.8717 -0.3797</w:t>
        <w:br/>
        <w:t>vn -0.4317 0.8031 -0.4107</w:t>
        <w:br/>
        <w:t>vn -0.3873 0.8328 -0.3955</w:t>
        <w:br/>
        <w:t>vn -0.5227 0.8188 -0.2373</w:t>
        <w:br/>
        <w:t>vn -0.3278 0.9218 -0.2071</w:t>
        <w:br/>
        <w:t>vn -0.3725 0.8791 -0.2972</w:t>
        <w:br/>
        <w:t>vn -0.2006 0.9589 -0.2005</w:t>
        <w:br/>
        <w:t>vn -0.2735 0.3308 -0.9032</w:t>
        <w:br/>
        <w:t>vn -0.3321 0.7860 -0.5215</w:t>
        <w:br/>
        <w:t>vn -0.9501 -0.1920 0.2459</w:t>
        <w:br/>
        <w:t>vn -0.8067 -0.0181 0.5907</w:t>
        <w:br/>
        <w:t>vn -0.9133 0.0792 0.3996</w:t>
        <w:br/>
        <w:t>vn -0.9378 0.0997 0.3325</w:t>
        <w:br/>
        <w:t>vn -0.9378 0.0998 0.3324</w:t>
        <w:br/>
        <w:t>vn -0.9133 0.0791 0.3996</w:t>
        <w:br/>
        <w:t>vn -0.8093 0.0087 0.5873</w:t>
        <w:br/>
        <w:t>vn -0.8093 0.0086 0.5873</w:t>
        <w:br/>
        <w:t>vn -0.6363 -0.0693 0.7683</w:t>
        <w:br/>
        <w:t>vn -0.4388 -0.1332 0.8886</w:t>
        <w:br/>
        <w:t>vn -0.1968 -0.1936 0.9611</w:t>
        <w:br/>
        <w:t>vn -0.0001 -0.2127 0.9771</w:t>
        <w:br/>
        <w:t>vn -0.0374 -0.2147 0.9760</w:t>
        <w:br/>
        <w:t>vn -0.0286 -0.9752 -0.2194</w:t>
        <w:br/>
        <w:t>vn -0.0000 -0.9786 -0.2056</w:t>
        <w:br/>
        <w:t>vn -0.0000 -0.9786 -0.2057</w:t>
        <w:br/>
        <w:t>vn -0.0285 -0.9752 -0.2195</w:t>
        <w:br/>
        <w:t>vn -0.0597 -0.9737 -0.2200</w:t>
        <w:br/>
        <w:t>vn -0.1268 -0.9721 -0.1975</w:t>
        <w:br/>
        <w:t>vn -0.1269 -0.9721 -0.1975</w:t>
        <w:br/>
        <w:t>vn -0.1760 -0.9668 -0.1852</w:t>
        <w:br/>
        <w:t>vn -0.1761 -0.9668 -0.1852</w:t>
        <w:br/>
        <w:t>vn -0.1848 -0.9604 -0.2087</w:t>
        <w:br/>
        <w:t>vn -0.1849 -0.9603 -0.2087</w:t>
        <w:br/>
        <w:t>vn -0.1872 -0.9459 -0.2651</w:t>
        <w:br/>
        <w:t>vn -0.1874 -0.9458 -0.2652</w:t>
        <w:br/>
        <w:t>vn -0.1855 -0.9373 -0.2951</w:t>
        <w:br/>
        <w:t>vn 0.9553 -0.1051 -0.2764</w:t>
        <w:br/>
        <w:t>vn 0.9553 -0.1050 -0.2764</w:t>
        <w:br/>
        <w:t>vn 0.9310 -0.1112 -0.3476</w:t>
        <w:br/>
        <w:t>vn 0.8535 -0.0822 -0.5146</w:t>
        <w:br/>
        <w:t>vn 0.8535 -0.0823 -0.5146</w:t>
        <w:br/>
        <w:t>vn 0.6430 0.0372 -0.7650</w:t>
        <w:br/>
        <w:t>vn 0.3516 0.1702 -0.9205</w:t>
        <w:br/>
        <w:t>vn 0.3517 0.1702 -0.9205</w:t>
        <w:br/>
        <w:t>vn 0.1998 0.2349 -0.9513</w:t>
        <w:br/>
        <w:t>vn 0.1999 0.2349 -0.9513</w:t>
        <w:br/>
        <w:t>vn 0.0847 0.2512 -0.9642</w:t>
        <w:br/>
        <w:t>vn 0.0001 0.2507 -0.9681</w:t>
        <w:br/>
        <w:t>vn 0.0001 0.2506 -0.9681</w:t>
        <w:br/>
        <w:t>vn 0.9379 0.0989 0.3325</w:t>
        <w:br/>
        <w:t>vn 0.9379 0.0990 0.3325</w:t>
        <w:br/>
        <w:t>vn 0.9135 0.0785 0.3993</w:t>
        <w:br/>
        <w:t>vn 0.8097 0.0083 0.5867</w:t>
        <w:br/>
        <w:t>vn 0.8098 0.0083 0.5867</w:t>
        <w:br/>
        <w:t>vn 0.6367 -0.0696 0.7680</w:t>
        <w:br/>
        <w:t>vn 0.4389 -0.1334 0.8886</w:t>
        <w:br/>
        <w:t>vn 0.4390 -0.1334 0.8885</w:t>
        <w:br/>
        <w:t>vn 0.1967 -0.1937 0.9611</w:t>
        <w:br/>
        <w:t>vn 0.0372 -0.2147 0.9760</w:t>
        <w:br/>
        <w:t>vn 0.0373 -0.2147 0.9760</w:t>
        <w:br/>
        <w:t>vn 0.0286 -0.9752 -0.2195</w:t>
        <w:br/>
        <w:t>vn 0.0285 -0.9752 -0.2196</w:t>
        <w:br/>
        <w:t>vn 0.0601 -0.9736 -0.2202</w:t>
        <w:br/>
        <w:t>vn 0.0600 -0.9736 -0.2202</w:t>
        <w:br/>
        <w:t>vn 0.1274 -0.9719 -0.1978</w:t>
        <w:br/>
        <w:t>vn 0.1275 -0.9719 -0.1978</w:t>
        <w:br/>
        <w:t>vn 0.1758 -0.9669 -0.1848</w:t>
        <w:br/>
        <w:t>vn 0.1759 -0.9669 -0.1847</w:t>
        <w:br/>
        <w:t>vn 0.1844 -0.9605 -0.2085</w:t>
        <w:br/>
        <w:t>vn 0.1845 -0.9605 -0.2085</w:t>
        <w:br/>
        <w:t>vn 0.1873 -0.9457 -0.2655</w:t>
        <w:br/>
        <w:t>vn 0.1874 -0.9457 -0.2655</w:t>
        <w:br/>
        <w:t>vn 0.1855 -0.9373 -0.2951</w:t>
        <w:br/>
        <w:t>vn 0.1856 -0.9373 -0.2951</w:t>
        <w:br/>
        <w:t>vn -0.9312 -0.1107 -0.3473</w:t>
        <w:br/>
        <w:t>vn -0.9554 -0.1045 -0.2762</w:t>
        <w:br/>
        <w:t>vn -0.8536 -0.0817 -0.5145</w:t>
        <w:br/>
        <w:t>vn -0.8536 -0.0818 -0.5144</w:t>
        <w:br/>
        <w:t>vn -0.6432 0.0375 -0.7648</w:t>
        <w:br/>
        <w:t>vn -0.3518 0.1702 -0.9205</w:t>
        <w:br/>
        <w:t>vn -0.1997 0.2349 -0.9513</w:t>
        <w:br/>
        <w:t>vn -0.0846 0.2512 -0.9642</w:t>
        <w:br/>
        <w:t>vn -0.0845 0.2512 -0.9642</w:t>
        <w:br/>
        <w:t>vn 0.0001 0.2082 -0.9781</w:t>
        <w:br/>
        <w:t>vn 0.0811 0.2121 -0.9739</w:t>
        <w:br/>
        <w:t>vn 0.0810 0.2122 -0.9739</w:t>
        <w:br/>
        <w:t>vn -0.9152 -0.0650 0.3977</w:t>
        <w:br/>
        <w:t>vn -0.9584 -0.0169 0.2848</w:t>
        <w:br/>
        <w:t>vn -0.9152 -0.0650 0.3978</w:t>
        <w:br/>
        <w:t>vn -0.7888 -0.1719 0.5902</w:t>
        <w:br/>
        <w:t>vn -0.7887 -0.1719 0.5902</w:t>
        <w:br/>
        <w:t>vn -0.6566 -0.2425 0.7142</w:t>
        <w:br/>
        <w:t>vn -0.6566 -0.2424 0.7142</w:t>
        <w:br/>
        <w:t>vn -0.4610 -0.2522 0.8508</w:t>
        <w:br/>
        <w:t>vn -0.1991 -0.2294 0.9528</w:t>
        <w:br/>
        <w:t>vn -0.1990 -0.2294 0.9528</w:t>
        <w:br/>
        <w:t>vn -0.0003 -0.1930 0.9812</w:t>
        <w:br/>
        <w:t>vn -0.0624 -0.2031 0.9772</w:t>
        <w:br/>
        <w:t>vn 0.9433 0.3304 -0.0334</w:t>
        <w:br/>
        <w:t>vn 0.9229 0.3471 -0.1667</w:t>
        <w:br/>
        <w:t>vn 0.9229 0.3472 -0.1667</w:t>
        <w:br/>
        <w:t>vn 0.8276 0.3777 -0.4152</w:t>
        <w:br/>
        <w:t>vn 0.6039 0.3759 -0.7028</w:t>
        <w:br/>
        <w:t>vn 0.6040 0.3759 -0.7028</w:t>
        <w:br/>
        <w:t>vn 0.3319 0.2996 -0.8945</w:t>
        <w:br/>
        <w:t>vn 0.3320 0.2996 -0.8944</w:t>
        <w:br/>
        <w:t>vn 0.1923 0.2357 -0.9526</w:t>
        <w:br/>
        <w:t>vn 0.1449 0.9436 0.2978</w:t>
        <w:br/>
        <w:t>vn 0.1448 0.9436 0.2978</w:t>
        <w:br/>
        <w:t>vn 0.1400 0.9487 0.2835</w:t>
        <w:br/>
        <w:t>vn 0.1401 0.9487 0.2835</w:t>
        <w:br/>
        <w:t>vn 0.1370 0.9594 0.2467</w:t>
        <w:br/>
        <w:t>vn 0.1493 0.9628 0.2252</w:t>
        <w:br/>
        <w:t>vn 0.1494 0.9628 0.2252</w:t>
        <w:br/>
        <w:t>vn 0.1150 0.9645 0.2377</w:t>
        <w:br/>
        <w:t>vn 0.1149 0.9645 0.2377</w:t>
        <w:br/>
        <w:t>vn 0.0469 0.9614 0.2710</w:t>
        <w:br/>
        <w:t>vn 0.0469 0.9615 0.2709</w:t>
        <w:br/>
        <w:t>vn 0.0060 0.9559 0.2935</w:t>
        <w:br/>
        <w:t>vn 0.0060 0.9560 0.2934</w:t>
        <w:br/>
        <w:t>vn -0.0003 0.9559 0.2936</w:t>
        <w:br/>
        <w:t>vn -0.0003 0.9559 0.2937</w:t>
        <w:br/>
        <w:t>vn -0.0809 0.2122 -0.9739</w:t>
        <w:br/>
        <w:t>vn 0.9156 -0.0651 0.3967</w:t>
        <w:br/>
        <w:t>vn 0.9156 -0.0651 0.3968</w:t>
        <w:br/>
        <w:t>vn 0.9588 -0.0178 0.2836</w:t>
        <w:br/>
        <w:t>vn 0.9588 -0.0177 0.2836</w:t>
        <w:br/>
        <w:t>vn 0.7892 -0.1711 0.5898</w:t>
        <w:br/>
        <w:t>vn 0.6573 -0.2412 0.7140</w:t>
        <w:br/>
        <w:t>vn 0.4610 -0.2505 0.8513</w:t>
        <w:br/>
        <w:t>vn 0.1979 -0.2281 0.9533</w:t>
        <w:br/>
        <w:t>vn 0.1980 -0.2283 0.9533</w:t>
        <w:br/>
        <w:t>vn 0.0617 -0.2027 0.9773</w:t>
        <w:br/>
        <w:t>vn -0.9432 0.3304 -0.0330</w:t>
        <w:br/>
        <w:t>vn -0.9229 0.3472 -0.1666</w:t>
        <w:br/>
        <w:t>vn -0.9432 0.3305 -0.0330</w:t>
        <w:br/>
        <w:t>vn -0.8279 0.3777 -0.4147</w:t>
        <w:br/>
        <w:t>vn -0.6046 0.3761 -0.7021</w:t>
        <w:br/>
        <w:t>vn -0.6045 0.3762 -0.7022</w:t>
        <w:br/>
        <w:t>vn -0.3321 0.2998 -0.8944</w:t>
        <w:br/>
        <w:t>vn -0.1921 0.2357 -0.9526</w:t>
        <w:br/>
        <w:t>vn -0.1396 0.9486 0.2840</w:t>
        <w:br/>
        <w:t>vn -0.1448 0.9435 0.2980</w:t>
        <w:br/>
        <w:t>vn -0.1397 0.9486 0.2840</w:t>
        <w:br/>
        <w:t>vn -0.1362 0.9594 0.2469</w:t>
        <w:br/>
        <w:t>vn -0.1362 0.9594 0.2468</w:t>
        <w:br/>
        <w:t>vn -0.1488 0.9629 0.2252</w:t>
        <w:br/>
        <w:t>vn -0.1156 0.9644 0.2380</w:t>
        <w:br/>
        <w:t>vn -0.1156 0.9644 0.2379</w:t>
        <w:br/>
        <w:t>vn -0.0473 0.9615 0.2706</w:t>
        <w:br/>
        <w:t>vn -0.0472 0.9615 0.2706</w:t>
        <w:br/>
        <w:t>vn -0.0060 0.9561 0.2929</w:t>
        <w:br/>
        <w:t>vn -0.0059 0.9561 0.2930</w:t>
        <w:br/>
        <w:t>vn -0.9284 0.0460 -0.3688</w:t>
        <w:br/>
        <w:t>vn -0.9083 -0.3504 -0.2285</w:t>
        <w:br/>
        <w:t>vn -0.8943 -0.3628 -0.2618</w:t>
        <w:br/>
        <w:t>vn -0.8476 0.3978 -0.3511</w:t>
        <w:br/>
        <w:t>vn -0.9643 0.2129 -0.1572</w:t>
        <w:br/>
        <w:t>vn -0.9644 0.2129 -0.1572</w:t>
        <w:br/>
        <w:t>vn -0.9563 0.2775 0.0924</w:t>
        <w:br/>
        <w:t>vn -0.7028 0.6969 0.1426</w:t>
        <w:br/>
        <w:t>vn -0.7075 0.6694 0.2268</w:t>
        <w:br/>
        <w:t>vn -0.9568 0.2388 0.1660</w:t>
        <w:br/>
        <w:t>vn -0.8185 0.4889 0.3019</w:t>
        <w:br/>
        <w:t>vn -0.9493 0.1921 0.2487</w:t>
        <w:br/>
        <w:t>vn -0.9418 0.1471 0.3024</w:t>
        <w:br/>
        <w:t>vn -0.9142 0.0700 0.3992</w:t>
        <w:br/>
        <w:t>vn -0.7738 -0.0906 0.6269</w:t>
        <w:br/>
        <w:t>vn -0.5469 0.3656 0.7531</w:t>
        <w:br/>
        <w:t>vn -0.4867 -0.2901 0.8240</w:t>
        <w:br/>
        <w:t>vn -0.1574 -0.3996 0.9031</w:t>
        <w:br/>
        <w:t>vn -0.2209 -0.0530 0.9739</w:t>
        <w:br/>
        <w:t>vn -0.0707 -0.4280 0.9010</w:t>
        <w:br/>
        <w:t>vn -0.0002 -0.4577 0.8891</w:t>
        <w:br/>
        <w:t>vn -0.0004 -0.4714 0.8819</w:t>
        <w:br/>
        <w:t>vn -0.0425 0.6021 0.7973</w:t>
        <w:br/>
        <w:t>vn 0.0002 0.5937 0.8047</w:t>
        <w:br/>
        <w:t>vn 0.0003 0.6573 0.7537</w:t>
        <w:br/>
        <w:t>vn -0.0372 0.6531 0.7564</w:t>
        <w:br/>
        <w:t>vn 0.0007 0.7763 0.6304</w:t>
        <w:br/>
        <w:t>vn -0.0218 0.7600 0.6496</w:t>
        <w:br/>
        <w:t>vn -0.1905 0.7215 0.6657</w:t>
        <w:br/>
        <w:t>vn -0.1687 0.6515 0.7396</w:t>
        <w:br/>
        <w:t>vn 0.0011 0.8477 0.5305</w:t>
        <w:br/>
        <w:t>vn 0.0233 0.8257 0.5636</w:t>
        <w:br/>
        <w:t>vn 0.0026 -0.9663 -0.2573</w:t>
        <w:br/>
        <w:t>vn 0.0000 -0.9905 -0.1377</w:t>
        <w:br/>
        <w:t>vn -0.0590 -0.9923 -0.1091</w:t>
        <w:br/>
        <w:t>vn -0.0976 -0.9580 -0.2696</w:t>
        <w:br/>
        <w:t>vn -0.1681 0.6625 0.7300</w:t>
        <w:br/>
        <w:t>vn -0.1631 0.6513 0.7411</w:t>
        <w:br/>
        <w:t>vn 0.0016 0.8889 0.4581</w:t>
        <w:br/>
        <w:t>vn 0.0896 0.8620 0.4990</w:t>
        <w:br/>
        <w:t>vn -0.5469 0.3656 0.7532</w:t>
        <w:br/>
        <w:t>vn -0.2002 0.7828 0.5892</w:t>
        <w:br/>
        <w:t>vn 0.0016 0.9296 0.3685</w:t>
        <w:br/>
        <w:t>vn 0.1250 0.9131 0.3882</w:t>
        <w:br/>
        <w:t>vn -0.1911 0.7801 0.5957</w:t>
        <w:br/>
        <w:t>vn -0.2141 0.8264 0.5207</w:t>
        <w:br/>
        <w:t>vn -0.2186 0.8302 0.5129</w:t>
        <w:br/>
        <w:t>vn -0.2376 0.8878 0.3942</w:t>
        <w:br/>
        <w:t>vn 0.0014 0.9552 0.2961</w:t>
        <w:br/>
        <w:t>vn 0.1122 0.9546 0.2759</w:t>
        <w:br/>
        <w:t>vn -0.2393 0.8523 0.4651</w:t>
        <w:br/>
        <w:t>vn -0.2581 0.9353 0.2419</w:t>
        <w:br/>
        <w:t>vn 0.0013 0.9719 0.2354</w:t>
        <w:br/>
        <w:t>vn 0.0703 0.9772 0.2004</w:t>
        <w:br/>
        <w:t>vn -0.2693 0.9497 0.1601</w:t>
        <w:br/>
        <w:t>vn -0.2736 0.9586 0.0786</w:t>
        <w:br/>
        <w:t>vn -0.2902 0.9538 0.0784</w:t>
        <w:br/>
        <w:t>vn 0.0365 0.9954 0.0891</w:t>
        <w:br/>
        <w:t>vn -0.3048 0.9524 -0.0043</w:t>
        <w:br/>
        <w:t>vn -0.2973 0.9523 -0.0690</w:t>
        <w:br/>
        <w:t>vn 0.0012 0.9953 0.0969</w:t>
        <w:br/>
        <w:t>vn 0.0045 0.9990 -0.0437</w:t>
        <w:br/>
        <w:t>vn -0.2542 0.9502 -0.1804</w:t>
        <w:br/>
        <w:t>vn -0.4098 0.8912 -0.1946</w:t>
        <w:br/>
        <w:t>vn -0.8477 0.3978 -0.3511</w:t>
        <w:br/>
        <w:t>vn 0.0012 0.9983 0.0582</w:t>
        <w:br/>
        <w:t>vn 0.0006 0.9978 -0.0662</w:t>
        <w:br/>
        <w:t>vn -0.5224 -0.8425 0.1316</w:t>
        <w:br/>
        <w:t>vn -0.0002 -0.9511 0.3087</w:t>
        <w:br/>
        <w:t>vn -0.0002 -0.9668 0.2556</w:t>
        <w:br/>
        <w:t>vn -0.4705 -0.8788 0.0802</w:t>
        <w:br/>
        <w:t>vn -0.3775 -0.9260 0.0111</w:t>
        <w:br/>
        <w:t>vn -0.5555 -0.8286 -0.0692</w:t>
        <w:br/>
        <w:t>vn -0.0001 -0.9957 0.0924</w:t>
        <w:br/>
        <w:t>vn -0.0002 -0.9999 -0.0147</w:t>
        <w:br/>
        <w:t>vn -0.3255 -0.9453 -0.0225</w:t>
        <w:br/>
        <w:t>vn -0.4605 -0.8872 -0.0303</w:t>
        <w:br/>
        <w:t>vn -0.2980 -0.9506 -0.0867</w:t>
        <w:br/>
        <w:t>vn -0.4055 -0.9074 -0.1104</w:t>
        <w:br/>
        <w:t>vn -0.0002 -0.9980 -0.0629</w:t>
        <w:br/>
        <w:t>vn -0.3630 -0.9094 -0.2031</w:t>
        <w:br/>
        <w:t>vn -0.2655 -0.9452 -0.1899</w:t>
        <w:br/>
        <w:t>vn -0.0001 -0.9842 -0.1770</w:t>
        <w:br/>
        <w:t>vn -0.3285 -0.8970 -0.2957</w:t>
        <w:br/>
        <w:t>vn -0.2207 -0.9366 -0.2720</w:t>
        <w:br/>
        <w:t>vn 0.0023 -0.9703 -0.2418</w:t>
        <w:br/>
        <w:t>vn -0.1594 -0.9414 -0.2972</w:t>
        <w:br/>
        <w:t>vn -0.2084 -0.9357 -0.2846</w:t>
        <w:br/>
        <w:t>vn -0.2793 -0.8996 -0.3357</w:t>
        <w:br/>
        <w:t>vn -0.1581 -0.9842 -0.0791</w:t>
        <w:br/>
        <w:t>vn -0.0456 -0.9986 0.0281</w:t>
        <w:br/>
        <w:t>vn 0.0000 -0.9997 -0.0229</w:t>
        <w:br/>
        <w:t>vn -0.2209 -0.0529 0.9739</w:t>
        <w:br/>
        <w:t>vn 0.0049 -0.9669 -0.2550</w:t>
        <w:br/>
        <w:t>vn 0.8943 -0.3629 -0.2620</w:t>
        <w:br/>
        <w:t>vn 0.9082 -0.3505 -0.2288</w:t>
        <w:br/>
        <w:t>vn 0.9285 0.0448 -0.3687</w:t>
        <w:br/>
        <w:t>vn 0.8479 0.3970 -0.3513</w:t>
        <w:br/>
        <w:t>vn 0.9646 0.2119 -0.1572</w:t>
        <w:br/>
        <w:t>vn 0.7030 0.6968 0.1426</w:t>
        <w:br/>
        <w:t>vn 0.9565 0.2768 0.0924</w:t>
        <w:br/>
        <w:t>vn 0.7077 0.6692 0.2268</w:t>
        <w:br/>
        <w:t>vn 0.9570 0.2381 0.1660</w:t>
        <w:br/>
        <w:t>vn 0.8187 0.4885 0.3018</w:t>
        <w:br/>
        <w:t>vn 0.9495 0.1915 0.2485</w:t>
        <w:br/>
        <w:t>vn 0.9419 0.1467 0.3022</w:t>
        <w:br/>
        <w:t>vn 0.9419 0.1466 0.3021</w:t>
        <w:br/>
        <w:t>vn 0.9143 0.0691 0.3990</w:t>
        <w:br/>
        <w:t>vn 0.9143 0.0690 0.3990</w:t>
        <w:br/>
        <w:t>vn 0.5473 0.3651 0.7531</w:t>
        <w:br/>
        <w:t>vn 0.7744 -0.0928 0.6258</w:t>
        <w:br/>
        <w:t>vn 0.4874 -0.2919 0.8229</w:t>
        <w:br/>
        <w:t>vn 0.4875 -0.2919 0.8229</w:t>
        <w:br/>
        <w:t>vn 0.2208 -0.0541 0.9738</w:t>
        <w:br/>
        <w:t>vn 0.1575 -0.4007 0.9026</w:t>
        <w:br/>
        <w:t>vn 0.0704 -0.4284 0.9008</w:t>
        <w:br/>
        <w:t>vn 0.0423 0.6021 0.7973</w:t>
        <w:br/>
        <w:t>vn 0.0373 0.6531 0.7563</w:t>
        <w:br/>
        <w:t>vn 0.0223 0.7600 0.6495</w:t>
        <w:br/>
        <w:t>vn 0.1681 0.6516 0.7397</w:t>
        <w:br/>
        <w:t>vn 0.1902 0.7217 0.6656</w:t>
        <w:br/>
        <w:t>vn -0.0225 0.8258 0.5636</w:t>
        <w:br/>
        <w:t>vn 0.0985 -0.9540 -0.2833</w:t>
        <w:br/>
        <w:t>vn 0.0611 -0.9925 -0.1057</w:t>
        <w:br/>
        <w:t>vn 0.1676 0.6626 0.7300</w:t>
        <w:br/>
        <w:t>vn 0.1624 0.6510 0.7415</w:t>
        <w:br/>
        <w:t>vn -0.0882 0.8620 0.4992</w:t>
        <w:br/>
        <w:t>vn 0.5474 0.3651 0.7530</w:t>
        <w:br/>
        <w:t>vn 0.1999 0.7830 0.5891</w:t>
        <w:br/>
        <w:t>vn -0.1233 0.9132 0.3883</w:t>
        <w:br/>
        <w:t>vn 0.1910 0.7802 0.5956</w:t>
        <w:br/>
        <w:t>vn 0.2139 0.8265 0.5207</w:t>
        <w:br/>
        <w:t>vn 0.2185 0.8303 0.5128</w:t>
        <w:br/>
        <w:t>vn 0.2375 0.8878 0.3942</w:t>
        <w:br/>
        <w:t>vn -0.1107 0.9548 0.2760</w:t>
        <w:br/>
        <w:t>vn 0.2392 0.8524 0.4650</w:t>
        <w:br/>
        <w:t>vn 0.2580 0.9354 0.2419</w:t>
        <w:br/>
        <w:t>vn -0.0689 0.9773 0.2003</w:t>
        <w:br/>
        <w:t>vn 0.2693 0.9497 0.1600</w:t>
        <w:br/>
        <w:t>vn 0.2900 0.9538 0.0784</w:t>
        <w:br/>
        <w:t>vn 0.2735 0.9587 0.0787</w:t>
        <w:br/>
        <w:t>vn -0.0354 0.9954 0.0890</w:t>
        <w:br/>
        <w:t>vn 0.3047 0.9524 -0.0043</w:t>
        <w:br/>
        <w:t>vn 0.2972 0.9523 -0.0692</w:t>
        <w:br/>
        <w:t>vn -0.0037 0.9990 -0.0440</w:t>
        <w:br/>
        <w:t>vn 0.8479 0.3970 -0.3514</w:t>
        <w:br/>
        <w:t>vn 0.4097 0.8911 -0.1951</w:t>
        <w:br/>
        <w:t>vn 0.2539 0.9501 -0.1810</w:t>
        <w:br/>
        <w:t>vn 0.5226 -0.8424 0.1310</w:t>
        <w:br/>
        <w:t>vn 0.4708 -0.8786 0.0798</w:t>
        <w:br/>
        <w:t>vn 0.3777 -0.9259 0.0110</w:t>
        <w:br/>
        <w:t>vn 0.5562 -0.8281 -0.0693</w:t>
        <w:br/>
        <w:t>vn 0.3255 -0.9453 -0.0225</w:t>
        <w:br/>
        <w:t>vn 0.4610 -0.8869 -0.0301</w:t>
        <w:br/>
        <w:t>vn 0.4059 -0.9073 -0.1100</w:t>
        <w:br/>
        <w:t>vn 0.2980 -0.9506 -0.0865</w:t>
        <w:br/>
        <w:t>vn 0.3633 -0.9093 -0.2031</w:t>
        <w:br/>
        <w:t>vn 0.2655 -0.9452 -0.1898</w:t>
        <w:br/>
        <w:t>vn 0.3245 -0.9007 -0.2888</w:t>
        <w:br/>
        <w:t>vn 0.2208 -0.9389 -0.2640</w:t>
        <w:br/>
        <w:t>vn 0.1596 -0.9397 -0.3025</w:t>
        <w:br/>
        <w:t>vn 0.2703 -0.8991 -0.3442</w:t>
        <w:br/>
        <w:t>vn 0.2053 -0.9317 -0.2998</w:t>
        <w:br/>
        <w:t>vn 0.1625 -0.9840 -0.0726</w:t>
        <w:br/>
        <w:t>vn 0.0480 -0.9982 0.0348</w:t>
        <w:br/>
        <w:t>vn 0.2789 -0.1805 0.9432</w:t>
        <w:br/>
        <w:t>vn 0.3687 -0.0595 0.9276</w:t>
        <w:br/>
        <w:t>vn 0.2588 -0.1607 0.9525</w:t>
        <w:br/>
        <w:t>vn 0.4183 -0.1743 0.8914</w:t>
        <w:br/>
        <w:t>vn 0.4223 -0.1522 0.8936</w:t>
        <w:br/>
        <w:t>vn 0.3480 -0.1852 0.9190</w:t>
        <w:br/>
        <w:t>vn 0.3530 -0.2058 0.9127</w:t>
        <w:br/>
        <w:t>vn 0.4740 -0.0300 0.8800</w:t>
        <w:br/>
        <w:t>vn 0.4806 -0.0683 0.8743</w:t>
        <w:br/>
        <w:t>vn 0.4531 0.0142 0.8914</w:t>
        <w:br/>
        <w:t>vn 0.3487 -0.2066 0.9142</w:t>
        <w:br/>
        <w:t>vn 0.3306 -0.2259 0.9163</w:t>
        <w:br/>
        <w:t>vn 0.4876 -0.0702 0.8702</w:t>
        <w:br/>
        <w:t>vn 0.4742 -0.0878 0.8761</w:t>
        <w:br/>
        <w:t>vn 0.4836 -0.0854 0.8711</w:t>
        <w:br/>
        <w:t>vn 0.2188 -0.1424 0.9653</w:t>
        <w:br/>
        <w:t>vn 0.2348 -0.1812 0.9550</w:t>
        <w:br/>
        <w:t>vn 0.2432 -0.1309 0.9611</w:t>
        <w:br/>
        <w:t>vn 0.4247 0.0045 0.9053</w:t>
        <w:br/>
        <w:t>vn 0.4033 -0.0027 0.9150</w:t>
        <w:br/>
        <w:t>vn 0.4011 0.0358 0.9153</w:t>
        <w:br/>
        <w:t>vn 0.4255 0.0330 0.9044</w:t>
        <w:br/>
        <w:t>vn 0.2331 -0.0940 0.9679</w:t>
        <w:br/>
        <w:t>vn 0.2369 -0.0589 0.9697</w:t>
        <w:br/>
        <w:t>vn 0.3387 0.0306 0.9404</w:t>
        <w:br/>
        <w:t>vn 0.3336 0.0021 0.9427</w:t>
        <w:br/>
        <w:t>vn 0.2911 -0.0017 0.9567</w:t>
        <w:br/>
        <w:t>vn 0.2969 0.0138 0.9548</w:t>
        <w:br/>
        <w:t>vn 0.3770 0.0357 0.9255</w:t>
        <w:br/>
        <w:t>vn 0.3757 -0.0034 0.9267</w:t>
        <w:br/>
        <w:t>vn 0.2166 -0.0628 0.9742</w:t>
        <w:br/>
        <w:t>vn 0.2614 -0.0192 0.9650</w:t>
        <w:br/>
        <w:t>vn 0.2490 -0.0276 0.9681</w:t>
        <w:br/>
        <w:t>vn 0.3528 -0.1991 0.9143</w:t>
        <w:br/>
        <w:t>vn 0.2574 -0.2085 0.9435</w:t>
        <w:br/>
        <w:t>vn 0.3210 -0.2256 0.9198</w:t>
        <w:br/>
        <w:t>vn 0.4508 -0.1188 0.8847</w:t>
        <w:br/>
        <w:t>vn 0.6712 0.7235 0.1616</w:t>
        <w:br/>
        <w:t>vn 0.3807 0.9090 0.1697</w:t>
        <w:br/>
        <w:t>vn 0.3807 0.9090 0.1698</w:t>
        <w:br/>
        <w:t>vn 0.9571 0.2897 -0.0081</w:t>
        <w:br/>
        <w:t>vn 0.9571 0.2898 -0.0081</w:t>
        <w:br/>
        <w:t>vn 0.8554 0.5084 0.0993</w:t>
        <w:br/>
        <w:t>vn 0.0146 -0.9976 0.0683</w:t>
        <w:br/>
        <w:t>vn 0.3533 -0.9346 -0.0424</w:t>
        <w:br/>
        <w:t>vn 0.0146 -0.9976 0.0684</w:t>
        <w:br/>
        <w:t>vn -0.9169 0.2139 0.3369</w:t>
        <w:br/>
        <w:t>vn -0.9169 0.2139 0.3370</w:t>
        <w:br/>
        <w:t>vn -0.7769 0.5384 0.3263</w:t>
        <w:br/>
        <w:t>vn 0.6361 -0.7716 0.0054</w:t>
        <w:br/>
        <w:t>vn -0.9277 -0.2628 0.2653</w:t>
        <w:br/>
        <w:t>vn -0.9491 -0.0173 0.3146</w:t>
        <w:br/>
        <w:t>vn -0.9276 -0.2628 0.2653</w:t>
        <w:br/>
        <w:t>vn -0.5386 0.7746 0.3315</w:t>
        <w:br/>
        <w:t>vn -0.3132 0.8916 0.3271</w:t>
        <w:br/>
        <w:t>vn -0.8125 -0.5249 0.2536</w:t>
        <w:br/>
        <w:t>vn -0.8125 -0.5250 0.2536</w:t>
        <w:br/>
        <w:t>vn 0.8511 -0.5168 0.0918</w:t>
        <w:br/>
        <w:t>vn 0.8511 -0.5169 0.0918</w:t>
        <w:br/>
        <w:t>vn -0.6398 -0.7302 0.2399</w:t>
        <w:br/>
        <w:t>vn 0.9608 -0.2732 0.0477</w:t>
        <w:br/>
        <w:t>vn -0.3770 -0.9094 0.1759</w:t>
        <w:br/>
        <w:t>vn 0.0147 0.9681 0.2501</w:t>
        <w:br/>
        <w:t>vn 0.9998 0.0069 -0.0175</w:t>
        <w:br/>
        <w:t>vn 0.9998 0.0068 -0.0174</w:t>
        <w:br/>
        <w:t>vn 0.4509 -0.1275 0.8834</w:t>
        <w:br/>
        <w:t>vn 0.2093 -0.0978 0.9729</w:t>
        <w:br/>
        <w:t>vn 0.4508 -0.0015 0.8926</w:t>
        <w:br/>
        <w:t>vn 0.4755 -0.0375 0.8789</w:t>
        <w:br/>
        <w:t>vn -0.2812 -0.1802 0.9426</w:t>
        <w:br/>
        <w:t>vn -0.2610 -0.1604 0.9519</w:t>
        <w:br/>
        <w:t>vn -0.3714 -0.0595 0.9266</w:t>
        <w:br/>
        <w:t>vn -0.4213 -0.1740 0.8901</w:t>
        <w:br/>
        <w:t>vn -0.3557 -0.2056 0.9117</w:t>
        <w:br/>
        <w:t>vn -0.3506 -0.1848 0.9181</w:t>
        <w:br/>
        <w:t>vn -0.4251 -0.1518 0.8923</w:t>
        <w:br/>
        <w:t>vn -0.4769 -0.0301 0.8785</w:t>
        <w:br/>
        <w:t>vn -0.4835 -0.0681 0.8727</w:t>
        <w:br/>
        <w:t>vn -0.4559 0.0138 0.8899</w:t>
        <w:br/>
        <w:t>vn -0.3332 -0.2257 0.9155</w:t>
        <w:br/>
        <w:t>vn -0.3514 -0.2062 0.9132</w:t>
        <w:br/>
        <w:t>vn -0.4908 -0.0699 0.8684</w:t>
        <w:br/>
        <w:t>vn -0.4867 -0.0851 0.8694</w:t>
        <w:br/>
        <w:t>vn -0.4771 -0.0875 0.8745</w:t>
        <w:br/>
        <w:t>vn -0.2206 -0.1424 0.9649</w:t>
        <w:br/>
        <w:t>vn -0.2454 -0.1308 0.9605</w:t>
        <w:br/>
        <w:t>vn -0.2367 -0.1811 0.9546</w:t>
        <w:br/>
        <w:t>vn -0.4277 0.0045 0.9039</w:t>
        <w:br/>
        <w:t>vn -0.4283 0.0326 0.9031</w:t>
        <w:br/>
        <w:t>vn -0.4038 0.0355 0.9142</w:t>
        <w:br/>
        <w:t>vn -0.4062 -0.0026 0.9138</w:t>
        <w:br/>
        <w:t>vn -0.2352 -0.0940 0.9674</w:t>
        <w:br/>
        <w:t>vn -0.2390 -0.0587 0.9692</w:t>
        <w:br/>
        <w:t>vn -0.3414 0.0304 0.9394</w:t>
        <w:br/>
        <w:t>vn -0.2994 0.0136 0.9540</w:t>
        <w:br/>
        <w:t>vn -0.2934 -0.0017 0.9560</w:t>
        <w:br/>
        <w:t>vn -0.3361 0.0020 0.9418</w:t>
        <w:br/>
        <w:t>vn -0.3784 -0.0034 0.9256</w:t>
        <w:br/>
        <w:t>vn -0.3796 0.0353 0.9245</w:t>
        <w:br/>
        <w:t>vn -0.2184 -0.0627 0.9738</w:t>
        <w:br/>
        <w:t>vn -0.2511 -0.0276 0.9676</w:t>
        <w:br/>
        <w:t>vn -0.2636 -0.0192 0.9644</w:t>
        <w:br/>
        <w:t>vn -0.3556 -0.1987 0.9133</w:t>
        <w:br/>
        <w:t>vn -0.3235 -0.2254 0.9190</w:t>
        <w:br/>
        <w:t>vn -0.2594 -0.2084 0.9430</w:t>
        <w:br/>
        <w:t>vn -0.4536 -0.1185 0.8833</w:t>
        <w:br/>
        <w:t>vn -0.3794 0.9146 0.1399</w:t>
        <w:br/>
        <w:t>vn -0.6735 0.7325 0.0996</w:t>
        <w:br/>
        <w:t>vn -0.6735 0.7325 0.0997</w:t>
        <w:br/>
        <w:t>vn -0.8521 0.5231 0.0170</w:t>
        <w:br/>
        <w:t>vn -0.9497 0.3056 -0.0679</w:t>
        <w:br/>
        <w:t>vn -0.9497 0.3056 -0.0678</w:t>
        <w:br/>
        <w:t>vn -0.3560 -0.9335 -0.0424</w:t>
        <w:br/>
        <w:t>vn -0.0147 -0.9976 0.0684</w:t>
        <w:br/>
        <w:t>vn -0.0148 -0.9976 0.0683</w:t>
        <w:br/>
        <w:t>vn 0.9181 0.2119 0.3348</w:t>
        <w:br/>
        <w:t>vn 0.7788 0.5362 0.3254</w:t>
        <w:br/>
        <w:t>vn -0.6382 -0.7698 0.0086</w:t>
        <w:br/>
        <w:t>vn 0.9292 -0.2609 0.2619</w:t>
        <w:br/>
        <w:t>vn 0.9502 -0.0175 0.3112</w:t>
        <w:br/>
        <w:t>vn 0.5412 0.7729 0.3312</w:t>
        <w:br/>
        <w:t>vn 0.3155 0.8907 0.3272</w:t>
        <w:br/>
        <w:t>vn 0.3156 0.8907 0.3272</w:t>
        <w:br/>
        <w:t>vn 0.8151 -0.5219 0.2515</w:t>
        <w:br/>
        <w:t>vn -0.8504 -0.5159 0.1038</w:t>
        <w:br/>
        <w:t>vn 0.6429 -0.7277 0.2389</w:t>
        <w:br/>
        <w:t>vn -0.9614 -0.2705 0.0515</w:t>
        <w:br/>
        <w:t>vn -0.9614 -0.2705 0.0514</w:t>
        <w:br/>
        <w:t>vn 0.3795 -0.9084 0.1756</w:t>
        <w:br/>
        <w:t>vn 0.3796 -0.9083 0.1756</w:t>
        <w:br/>
        <w:t>vn -0.0154 0.9708 0.2394</w:t>
        <w:br/>
        <w:t>vn -0.0154 0.9708 0.2393</w:t>
        <w:br/>
        <w:t>vn -0.9990 0.0135 -0.0432</w:t>
        <w:br/>
        <w:t>vn -0.9990 0.0135 -0.0431</w:t>
        <w:br/>
        <w:t>vn -0.4539 -0.1273 0.8819</w:t>
        <w:br/>
        <w:t>vn -0.2110 -0.0977 0.9726</w:t>
        <w:br/>
        <w:t>vn -0.4540 -0.0016 0.8910</w:t>
        <w:br/>
        <w:t>vn -0.4787 -0.0374 0.8772</w:t>
        <w:br/>
        <w:t>vn 0.1888 -0.0534 0.9806</w:t>
        <w:br/>
        <w:t>vn 0.1892 -0.0480 0.9808</w:t>
        <w:br/>
        <w:t>vn 0.1937 -0.0496 0.9798</w:t>
        <w:br/>
        <w:t>vn 0.1899 -0.0486 0.9806</w:t>
        <w:br/>
        <w:t>vn 0.1907 -0.0510 0.9803</w:t>
        <w:br/>
        <w:t>vn 0.1882 -0.0490 0.9809</w:t>
        <w:br/>
        <w:t>vn 0.1868 -0.0473 0.9813</w:t>
        <w:br/>
        <w:t>vn 0.1893 -0.0479 0.9807</w:t>
        <w:br/>
        <w:t>vn 0.1926 -0.0472 0.9801</w:t>
        <w:br/>
        <w:t>vn 0.1959 -0.0460 0.9795</w:t>
        <w:br/>
        <w:t>vn 0.1959 -0.0464 0.9795</w:t>
        <w:br/>
        <w:t>vn 0.1954 -0.0467 0.9796</w:t>
        <w:br/>
        <w:t>vn 0.1957 -0.0459 0.9796</w:t>
        <w:br/>
        <w:t>vn 0.1959 -0.0453 0.9796</w:t>
        <w:br/>
        <w:t>vn 0.1956 -0.0431 0.9797</w:t>
        <w:br/>
        <w:t>vn 0.1965 -0.0440 0.9795</w:t>
        <w:br/>
        <w:t>vn 0.1995 -0.0490 0.9787</w:t>
        <w:br/>
        <w:t>vn 0.2016 -0.0514 0.9781</w:t>
        <w:br/>
        <w:t>vn 0.2017 -0.0517 0.9781</w:t>
        <w:br/>
        <w:t>vn 0.2001 -0.0514 0.9784</w:t>
        <w:br/>
        <w:t>vn 0.1980 -0.0516 0.9789</w:t>
        <w:br/>
        <w:t>vn 0.1948 -0.0532 0.9794</w:t>
        <w:br/>
        <w:t>vn 0.1904 -0.0566 0.9801</w:t>
        <w:br/>
        <w:t>vn 0.1876 -0.0597 0.9804</w:t>
        <w:br/>
        <w:t>vn 0.1878 -0.0588 0.9805</w:t>
        <w:br/>
        <w:t>vn -0.0431 -0.1784 0.9830</w:t>
        <w:br/>
        <w:t>vn -0.0403 -0.1848 0.9820</w:t>
        <w:br/>
        <w:t>vn -0.0635 -0.1916 0.9794</w:t>
        <w:br/>
        <w:t>vn -0.0443 -0.1750 0.9836</w:t>
        <w:br/>
        <w:t>vn -0.0447 -0.1789 0.9829</w:t>
        <w:br/>
        <w:t>vn -0.0471 -0.1876 0.9811</w:t>
        <w:br/>
        <w:t>vn -0.0527 -0.1976 0.9789</w:t>
        <w:br/>
        <w:t>vn -0.0600 -0.2055 0.9768</w:t>
        <w:br/>
        <w:t>vn -0.0644 -0.2086 0.9759</w:t>
        <w:br/>
        <w:t>vn -0.0678 -0.2095 0.9755</w:t>
        <w:br/>
        <w:t>vn -0.0701 -0.2097 0.9752</w:t>
        <w:br/>
        <w:t>vn -0.0756 -0.2077 0.9753</w:t>
        <w:br/>
        <w:t>vn -0.0813 -0.2046 0.9755</w:t>
        <w:br/>
        <w:t>vn -0.0820 -0.2044 0.9754</w:t>
        <w:br/>
        <w:t>vn -0.0817 -0.2043 0.9755</w:t>
        <w:br/>
        <w:t>vn -0.0821 -0.1995 0.9765</w:t>
        <w:br/>
        <w:t>vn -0.0816 -0.1925 0.9779</w:t>
        <w:br/>
        <w:t>vn -0.0801 -0.1880 0.9789</w:t>
        <w:br/>
        <w:t>vn -0.0771 -0.1837 0.9800</w:t>
        <w:br/>
        <w:t>vn -0.0719 -0.1792 0.9812</w:t>
        <w:br/>
        <w:t>vn -0.0662 -0.1764 0.9821</w:t>
        <w:br/>
        <w:t>vn -0.0617 -0.1756 0.9825</w:t>
        <w:br/>
        <w:t>vn -0.0561 -0.1767 0.9827</w:t>
        <w:br/>
        <w:t>vn -0.0471 -0.1807 0.9824</w:t>
        <w:br/>
        <w:t>vn -0.0403 -0.1854 0.9818</w:t>
        <w:br/>
        <w:t>vn -0.1221 0.0629 0.9905</w:t>
        <w:br/>
        <w:t>vn -0.1460 0.0400 0.9885</w:t>
        <w:br/>
        <w:t>vn -0.1243 0.0579 0.9906</w:t>
        <w:br/>
        <w:t>vn -0.1502 0.0650 0.9865</w:t>
        <w:br/>
        <w:t>vn -0.1693 0.0451 0.9845</w:t>
        <w:br/>
        <w:t>vn -0.1888 0.0239 0.9817</w:t>
        <w:br/>
        <w:t>vn -0.1407 0.0365 0.9894</w:t>
        <w:br/>
        <w:t>vn -0.1516 0.0285 0.9880</w:t>
        <w:br/>
        <w:t>vn -0.1216 0.0660 0.9904</w:t>
        <w:br/>
        <w:t>vn -0.1577 0.0389 0.9867</w:t>
        <w:br/>
        <w:t>vn -0.1536 0.0555 0.9866</w:t>
        <w:br/>
        <w:t>vn -0.1517 0.0224 0.9882</w:t>
        <w:br/>
        <w:t>vn -0.1133 0.0211 0.9933</w:t>
        <w:br/>
        <w:t>vn -0.1591 0.0257 0.9869</w:t>
        <w:br/>
        <w:t>vn -0.1583 0.0246 0.9871</w:t>
        <w:br/>
        <w:t>vn -0.1579 0.0261 0.9871</w:t>
        <w:br/>
        <w:t>vn -0.1304 0.0484 0.9903</w:t>
        <w:br/>
        <w:t>vn -0.1173 0.0442 0.9921</w:t>
        <w:br/>
        <w:t>vn -0.1585 0.0276 0.9870</w:t>
        <w:br/>
        <w:t>vn 0.3211 -0.0911 0.9426</w:t>
        <w:br/>
        <w:t>vn 0.3347 -0.1028 0.9367</w:t>
        <w:br/>
        <w:t>vn 0.3196 -0.0948 0.9428</w:t>
        <w:br/>
        <w:t>vn 0.3523 -0.1056 0.9299</w:t>
        <w:br/>
        <w:t>vn 0.3514 -0.1062 0.9302</w:t>
        <w:br/>
        <w:t>vn 0.3468 -0.1088 0.9316</w:t>
        <w:br/>
        <w:t>vn 0.3163 -0.1006 0.9433</w:t>
        <w:br/>
        <w:t>vn 0.3190 -0.0995 0.9425</w:t>
        <w:br/>
        <w:t>vn 0.3214 -0.0905 0.9426</w:t>
        <w:br/>
        <w:t>vn 0.3496 -0.1119 0.9302</w:t>
        <w:br/>
        <w:t>vn 0.3508 -0.1087 0.9301</w:t>
        <w:br/>
        <w:t>vn 0.3368 -0.1091 0.9352</w:t>
        <w:br/>
        <w:t>vn 0.3266 -0.1043 0.9394</w:t>
        <w:br/>
        <w:t>vn 0.3440 -0.1043 0.9332</w:t>
        <w:br/>
        <w:t>vn 0.3491 -0.1096 0.9307</w:t>
        <w:br/>
        <w:t>vn 0.3304 -0.0990 0.9386</w:t>
        <w:br/>
        <w:t>vn 0.3174 -0.0993 0.9431</w:t>
        <w:br/>
        <w:t>vn 0.3224 -0.0960 0.9417</w:t>
        <w:br/>
        <w:t>vn 0.3494 -0.1114 0.9303</w:t>
        <w:br/>
        <w:t>vn -0.3374 0.0582 0.9396</w:t>
        <w:br/>
        <w:t>vn -0.3213 0.0519 0.9455</w:t>
        <w:br/>
        <w:t>vn -0.3128 0.0481 0.9486</w:t>
        <w:br/>
        <w:t>vn -0.2949 0.0627 0.9535</w:t>
        <w:br/>
        <w:t>vn -0.2915 0.0484 0.9554</w:t>
        <w:br/>
        <w:t>vn -0.3164 0.0248 0.9483</w:t>
        <w:br/>
        <w:t>vn -0.3127 0.0400 0.9490</w:t>
        <w:br/>
        <w:t>vn -0.3095 0.0629 0.9488</w:t>
        <w:br/>
        <w:t>vn -0.3099 0.0750 0.9478</w:t>
        <w:br/>
        <w:t>vn -0.3124 0.0851 0.9461</w:t>
        <w:br/>
        <w:t>vn -0.3054 0.0722 0.9495</w:t>
        <w:br/>
        <w:t>vn -0.2934 0.0471 0.9548</w:t>
        <w:br/>
        <w:t>vn -0.2623 0.0053 0.9650</w:t>
        <w:br/>
        <w:t>vn -0.2492 -0.0152 0.9683</w:t>
        <w:br/>
        <w:t>vn -0.2824 0.0143 0.9592</w:t>
        <w:br/>
        <w:t>vn -0.3539 0.0539 0.9337</w:t>
        <w:br/>
        <w:t>vn -0.4143 0.0825 0.9064</w:t>
        <w:br/>
        <w:t>vn -0.4178 0.0844 0.9046</w:t>
        <w:br/>
        <w:t>vn -0.3395 0.0888 0.9364</w:t>
        <w:br/>
        <w:t>vn -0.2599 0.0941 0.9610</w:t>
        <w:br/>
        <w:t>vn -0.2505 0.0985 0.9631</w:t>
        <w:br/>
        <w:t>vn -0.2569 0.0910 0.9621</w:t>
        <w:br/>
        <w:t>vn -0.2879 0.0567 0.9560</w:t>
        <w:br/>
        <w:t>vn -0.3075 0.0306 0.9510</w:t>
        <w:br/>
        <w:t>vn -0.3102 0.0222 0.9504</w:t>
        <w:br/>
        <w:t>vn -0.3137 -0.0032 0.9495</w:t>
        <w:br/>
        <w:t>vn -0.3164 -0.0126 0.9485</w:t>
        <w:br/>
        <w:t>vn -0.3155 -0.0092 0.9489</w:t>
        <w:br/>
        <w:t>vn -0.3254 0.0115 0.9455</w:t>
        <w:br/>
        <w:t>vn -0.3460 0.0513 0.9368</w:t>
        <w:br/>
        <w:t>vn -0.3558 0.0641 0.9324</w:t>
        <w:br/>
        <w:t>vn 0.3383 -0.0543 0.9395</w:t>
        <w:br/>
        <w:t>vn 0.3135 -0.0635 0.9475</w:t>
        <w:br/>
        <w:t>vn 0.3223 -0.0622 0.9446</w:t>
        <w:br/>
        <w:t>vn 0.2958 -0.0514 0.9539</w:t>
        <w:br/>
        <w:t>vn 0.2903 -0.0661 0.9546</w:t>
        <w:br/>
        <w:t>vn 0.3163 -0.0894 0.9444</w:t>
        <w:br/>
        <w:t>vn 0.3126 -0.0744 0.9470</w:t>
        <w:br/>
        <w:t>vn 0.3094 -0.0517 0.9495</w:t>
        <w:br/>
        <w:t>vn 0.3097 -0.0394 0.9500</w:t>
        <w:br/>
        <w:t>vn 0.3121 -0.0292 0.9496</w:t>
        <w:br/>
        <w:t>vn 0.3054 -0.0422 0.9513</w:t>
        <w:br/>
        <w:t>vn 0.2935 -0.0676 0.9536</w:t>
        <w:br/>
        <w:t>vn 0.2623 -0.1104 0.9586</w:t>
        <w:br/>
        <w:t>vn 0.2497 -0.1310 0.9594</w:t>
        <w:br/>
        <w:t>vn 0.2826 -0.1003 0.9540</w:t>
        <w:br/>
        <w:t>vn 0.3844 -0.0410 0.9222</w:t>
        <w:br/>
        <w:t>vn 0.4610 0.0032 0.8874</w:t>
        <w:br/>
        <w:t>vn 0.3969 -0.0105 0.9178</w:t>
        <w:br/>
        <w:t>vn 0.2989 -0.0221 0.9540</w:t>
        <w:br/>
        <w:t>vn 0.2580 -0.0208 0.9659</w:t>
        <w:br/>
        <w:t>vn 0.2571 -0.0212 0.9661</w:t>
        <w:br/>
        <w:t>vn 0.2579 -0.0211 0.9659</w:t>
        <w:br/>
        <w:t>vn 0.2816 -0.0506 0.9582</w:t>
        <w:br/>
        <w:t>vn 0.3075 -0.0834 0.9479</w:t>
        <w:br/>
        <w:t>vn 0.3106 -0.0927 0.9460</w:t>
        <w:br/>
        <w:t>vn 0.3146 -0.1176 0.9419</w:t>
        <w:br/>
        <w:t>vn 0.3168 -0.1265 0.9400</w:t>
        <w:br/>
        <w:t>vn 0.3159 -0.1236 0.9407</w:t>
        <w:br/>
        <w:t>vn 0.3260 -0.1025 0.9398</w:t>
        <w:br/>
        <w:t>vn 0.3467 -0.0621 0.9359</w:t>
        <w:br/>
        <w:t>vn 0.3582 -0.0473 0.9325</w:t>
        <w:br/>
        <w:t>usemtl MI_Kanami__Hair</w:t>
        <w:br/>
        <w:t>s 1</w:t>
        <w:br/>
        <w:t>f 29238/1/1 29237/2/2 29236/3/3</w:t>
        <w:br/>
        <w:t>f 29242/4/4 29241/5/5 29240/6/6</w:t>
        <w:br/>
        <w:t>f 29239/7/7 29242/4/4 29240/6/6</w:t>
        <w:br/>
        <w:t>f 29245/8/8 29244/9/9 29243/10/10</w:t>
        <w:br/>
        <w:t>f 29249/11/11 29248/12/12 29247/13/13</w:t>
        <w:br/>
        <w:t>f 29246/14/14 29249/11/11 29247/13/13</w:t>
        <w:br/>
        <w:t>f 29242/4/4 29251/15/15 29250/16/16</w:t>
        <w:br/>
        <w:t>f 29241/5/5 29242/4/4 29250/16/16</w:t>
        <w:br/>
        <w:t>f 29255/17/17 29254/18/18 29253/19/19</w:t>
        <w:br/>
        <w:t>f 29252/20/20 29255/17/17 29253/19/19</w:t>
        <w:br/>
        <w:t>f 29258/21/21 29257/22/22 29256/23/22</w:t>
        <w:br/>
        <w:t>f 29262/24/23 29261/25/24 29260/26/25</w:t>
        <w:br/>
        <w:t>f 29259/27/26 29262/24/23 29260/26/25</w:t>
        <w:br/>
        <w:t>f 29266/28/27 29265/29/28 29264/30/29</w:t>
        <w:br/>
        <w:t>f 29263/31/30 29266/28/27 29264/30/29</w:t>
        <w:br/>
        <w:t>f 29270/32/31 29269/33/32 29268/34/33</w:t>
        <w:br/>
        <w:t>f 29267/35/34 29270/32/31 29268/34/33</w:t>
        <w:br/>
        <w:t>f 29268/34/33 29269/33/32 29253/19/19</w:t>
        <w:br/>
        <w:t>f 29274/36/35 29273/37/36 29272/38/37</w:t>
        <w:br/>
        <w:t>f 29271/39/38 29274/36/35 29272/38/37</w:t>
        <w:br/>
        <w:t>f 29277/40/39 29276/41/40 29275/42/41</w:t>
        <w:br/>
        <w:t>f 29281/43/42 29280/44/43 29279/45/44</w:t>
        <w:br/>
        <w:t>f 29278/46/45 29281/43/42 29279/45/44</w:t>
        <w:br/>
        <w:t>f 29283/47/46 29255/17/17 29252/20/20</w:t>
        <w:br/>
        <w:t>f 29282/48/47 29283/47/46 29252/20/20</w:t>
        <w:br/>
        <w:t>f 29287/49/48 29286/50/49 29285/51/50</w:t>
        <w:br/>
        <w:t>f 29284/52/51 29287/49/48 29285/51/50</w:t>
        <w:br/>
        <w:t>f 29268/34/33 29288/53/52 29267/35/34</w:t>
        <w:br/>
        <w:t>f 29288/53/52 29289/54/53 29267/35/34</w:t>
        <w:br/>
        <w:t>f 29292/55/54 29291/56/55 29290/57/56</w:t>
        <w:br/>
        <w:t>f 29296/58/57 29295/59/58 29294/60/59</w:t>
        <w:br/>
        <w:t>f 29293/61/60 29296/58/57 29294/60/59</w:t>
        <w:br/>
        <w:t>f 29298/62/61 29297/63/62 29263/31/30</w:t>
        <w:br/>
        <w:t>f 29264/30/29 29298/62/61 29263/31/30</w:t>
        <w:br/>
        <w:t>f 29302/64/63 29301/65/64 29300/66/65</w:t>
        <w:br/>
        <w:t>f 29299/67/66 29302/64/63 29300/66/65</w:t>
        <w:br/>
        <w:t>f 29306/68/67 29305/69/68 29304/70/69</w:t>
        <w:br/>
        <w:t>f 29303/71/70 29306/68/67 29304/70/69</w:t>
        <w:br/>
        <w:t>f 29310/72/71 29309/73/72 29308/74/73</w:t>
        <w:br/>
        <w:t>f 29307/75/74 29310/72/71 29308/74/73</w:t>
        <w:br/>
        <w:t>f 29309/73/72 29310/72/71 29312/76/75</w:t>
        <w:br/>
        <w:t>f 29311/77/76 29309/73/72 29312/76/75</w:t>
        <w:br/>
        <w:t>f 29315/78/77 29314/79/78 29313/80/79</w:t>
        <w:br/>
        <w:t>f 29313/80/79 29317/81/80 29316/82/81</w:t>
        <w:br/>
        <w:t>f 29315/78/77 29313/80/79 29316/82/81</w:t>
        <w:br/>
        <w:t>f 29267/35/34 29289/54/53 29238/1/1</w:t>
        <w:br/>
        <w:t>f 29265/29/28 29266/28/27 29318/83/82</w:t>
        <w:br/>
        <w:t>f 29322/84/83 29321/85/84 29320/86/85</w:t>
        <w:br/>
        <w:t>f 29319/87/86 29322/84/83 29320/86/85</w:t>
        <w:br/>
        <w:t>f 29280/44/43 29324/88/87 29323/89/88</w:t>
        <w:br/>
        <w:t>f 29279/45/44 29280/44/43 29323/89/88</w:t>
        <w:br/>
        <w:t>f 29243/10/10 29311/77/76 29312/76/75</w:t>
        <w:br/>
        <w:t>f 29245/8/8 29243/10/10 29312/76/75</w:t>
        <w:br/>
        <w:t>f 29326/90/89 29325/91/90 29318/83/82</w:t>
        <w:br/>
        <w:t>f 29330/92/91 29329/93/92 29328/94/93</w:t>
        <w:br/>
        <w:t>f 29327/95/91 29330/92/91 29328/94/93</w:t>
        <w:br/>
        <w:t>f 29334/96/94 29333/97/95 29332/98/96</w:t>
        <w:br/>
        <w:t>f 29331/99/97 29334/96/94 29332/98/96</w:t>
        <w:br/>
        <w:t>f 29337/100/98 29293/61/60 29336/101/99</w:t>
        <w:br/>
        <w:t>f 29335/102/100 29337/100/98 29336/101/99</w:t>
        <w:br/>
        <w:t>f 29335/102/100 29336/101/99 29339/103/101</w:t>
        <w:br/>
        <w:t>f 29338/104/102 29335/102/100 29339/103/101</w:t>
        <w:br/>
        <w:t>f 29341/105/103 29340/106/104 29338/104/102</w:t>
        <w:br/>
        <w:t>f 29339/103/101 29341/105/103 29338/104/102</w:t>
        <w:br/>
        <w:t>f 29345/107/105 29344/108/106 29343/109/107</w:t>
        <w:br/>
        <w:t>f 29342/110/108 29345/107/105 29343/109/107</w:t>
        <w:br/>
        <w:t>f 29342/110/108 29343/109/107 29346/111/109</w:t>
        <w:br/>
        <w:t>f 29245/8/8 29347/112/110 29244/9/9</w:t>
        <w:br/>
        <w:t>f 29349/113/111 29348/114/112 29290/57/56</w:t>
        <w:br/>
        <w:t>f 29352/115/113 29351/116/114 29350/117/115</w:t>
        <w:br/>
        <w:t>f 29356/118/116 29355/119/117 29354/120/118</w:t>
        <w:br/>
        <w:t>f 29353/121/119 29356/118/116 29354/120/118</w:t>
        <w:br/>
        <w:t>f 29348/114/112 29357/122/120 29290/57/56</w:t>
        <w:br/>
        <w:t>f 29359/123/121 29358/124/122 29292/55/54</w:t>
        <w:br/>
        <w:t>f 29239/7/7 29292/55/54 29358/124/122</w:t>
        <w:br/>
        <w:t>f 29360/125/123 29239/7/7 29358/124/122</w:t>
        <w:br/>
        <w:t>f 29364/126/124 29363/127/125 29362/128/126</w:t>
        <w:br/>
        <w:t>f 29361/129/127 29364/126/124 29362/128/126</w:t>
        <w:br/>
        <w:t>f 29368/130/128 29367/131/129 29366/132/130</w:t>
        <w:br/>
        <w:t>f 29365/133/131 29368/130/128 29366/132/130</w:t>
        <w:br/>
        <w:t>f 29372/134/132 29371/135/133 29370/136/134</w:t>
        <w:br/>
        <w:t>f 29369/137/135 29372/134/132 29370/136/134</w:t>
        <w:br/>
        <w:t>f 29335/102/100 29338/104/102 29373/138/136</w:t>
        <w:br/>
        <w:t>f 29338/104/102 29375/139/137 29374/140/138</w:t>
        <w:br/>
        <w:t>f 29262/24/23 29259/27/26 29376/141/139</w:t>
        <w:br/>
        <w:t>f 29379/142/140 29378/143/141 29377/144/142</w:t>
        <w:br/>
        <w:t>f 29383/145/143 29382/146/144 29381/147/145</w:t>
        <w:br/>
        <w:t>f 29380/148/146 29383/145/143 29381/147/145</w:t>
        <w:br/>
        <w:t>f 29387/149/147 29386/150/148 29385/151/149</w:t>
        <w:br/>
        <w:t>f 29384/152/150 29387/149/147 29385/151/149</w:t>
        <w:br/>
        <w:t>f 29293/61/60 29294/60/59 29388/153/151</w:t>
        <w:br/>
        <w:t>f 29336/101/99 29293/61/60 29388/153/151</w:t>
        <w:br/>
        <w:t>f 29392/154/152 29391/155/153 29390/156/154</w:t>
        <w:br/>
        <w:t>f 29389/157/155 29392/154/152 29390/156/154</w:t>
        <w:br/>
        <w:t>f 29339/103/101 29394/158/156 29393/159/157</w:t>
        <w:br/>
        <w:t>f 29341/105/103 29339/103/101 29393/159/157</w:t>
        <w:br/>
        <w:t>f 29398/160/158 29397/161/159 29396/162/160</w:t>
        <w:br/>
        <w:t>f 29395/163/161 29398/160/158 29396/162/160</w:t>
        <w:br/>
        <w:t>f 29401/164/162 29400/165/163 29399/166/164</w:t>
        <w:br/>
        <w:t>f 29404/167/165 29403/168/166 29402/169/167</w:t>
        <w:br/>
        <w:t>f 29275/42/41 29406/170/168 29405/171/169</w:t>
        <w:br/>
        <w:t>f 29410/172/170 29409/173/171 29408/174/172</w:t>
        <w:br/>
        <w:t>f 29407/175/173 29410/172/170 29408/174/172</w:t>
        <w:br/>
        <w:t>f 29414/176/174 29413/177/175 29412/178/176</w:t>
        <w:br/>
        <w:t>f 29411/179/177 29414/176/174 29412/178/176</w:t>
        <w:br/>
        <w:t>f 29417/180/178 29416/181/179 29415/182/180</w:t>
        <w:br/>
        <w:t>f 29420/183/181 29419/184/182 29418/185/183</w:t>
        <w:br/>
        <w:t>f 29424/186/184 29423/187/185 29422/188/186</w:t>
        <w:br/>
        <w:t>f 29421/189/187 29424/186/184 29422/188/186</w:t>
        <w:br/>
        <w:t>f 29426/190/188 29425/191/189 29421/189/187</w:t>
        <w:br/>
        <w:t>f 29422/188/186 29426/190/188 29421/189/187</w:t>
        <w:br/>
        <w:t>f 29429/192/190 29428/193/191 29427/194/192</w:t>
        <w:br/>
        <w:t>f 29432/195/193 29431/196/194 29430/197/195</w:t>
        <w:br/>
        <w:t>f 29382/146/144 29432/195/193 29430/197/195</w:t>
        <w:br/>
        <w:t>f 29380/148/146 29387/149/147 29368/130/128</w:t>
        <w:br/>
        <w:t>f 29434/198/196 29386/150/148 29381/147/145</w:t>
        <w:br/>
        <w:t>f 29433/199/197 29434/198/196 29381/147/145</w:t>
        <w:br/>
        <w:t>f 29438/200/198 29437/201/199 29436/202/200</w:t>
        <w:br/>
        <w:t>f 29435/203/201 29438/200/198 29436/202/200</w:t>
        <w:br/>
        <w:t>f 29440/204/202 29439/205/203 29251/15/15</w:t>
        <w:br/>
        <w:t>f 29242/4/4 29440/204/202 29251/15/15</w:t>
        <w:br/>
        <w:t>f 29239/7/7 29240/6/6 29291/56/55</w:t>
        <w:br/>
        <w:t>f 29292/55/54 29239/7/7 29291/56/55</w:t>
        <w:br/>
        <w:t>f 29441/206/204 29250/16/16 29347/112/110</w:t>
        <w:br/>
        <w:t>f 29442/207/205 29240/6/6 29441/206/204</w:t>
        <w:br/>
        <w:t>f 29349/113/111 29291/56/55 29443/208/206</w:t>
        <w:br/>
        <w:t>f 29447/209/207 29446/210/208 29445/211/209</w:t>
        <w:br/>
        <w:t>f 29444/212/210 29447/209/207 29445/211/209</w:t>
        <w:br/>
        <w:t>f 29291/56/55 29240/6/6 29442/207/205</w:t>
        <w:br/>
        <w:t>f 29449/213/211 29448/214/212 29301/65/64</w:t>
        <w:br/>
        <w:t>f 29302/64/63 29449/213/211 29301/65/64</w:t>
        <w:br/>
        <w:t>f 29452/215/213 29451/216/214 29450/217/215</w:t>
        <w:br/>
        <w:t>f 29453/218/216 29318/83/82 29325/91/90</w:t>
        <w:br/>
        <w:t>f 29318/83/82 29454/219/217 29265/29/28</w:t>
        <w:br/>
        <w:t>f 29355/119/117 29356/118/116 29456/220/218</w:t>
        <w:br/>
        <w:t>f 29455/221/219 29355/119/117 29456/220/218</w:t>
        <w:br/>
        <w:t>f 29355/119/117 29455/221/219 29450/217/215</w:t>
        <w:br/>
        <w:t>f 29347/112/110 29250/16/16 29244/9/9</w:t>
        <w:br/>
        <w:t>f 29251/15/15 29278/46/45 29244/9/9</w:t>
        <w:br/>
        <w:t>f 29250/16/16 29251/15/15 29244/9/9</w:t>
        <w:br/>
        <w:t>f 29263/31/30 29457/222/220 29266/28/27</w:t>
        <w:br/>
        <w:t>f 29297/63/62 29458/223/221 29263/31/30</w:t>
        <w:br/>
        <w:t>f 29337/100/98 29459/224/222 29296/58/57</w:t>
        <w:br/>
        <w:t>f 29293/61/60 29337/100/98 29296/58/57</w:t>
        <w:br/>
        <w:t>f 29266/28/27 29326/90/89 29318/83/82</w:t>
        <w:br/>
        <w:t>f 29330/92/91 29327/95/91 29460/225/223</w:t>
        <w:br/>
        <w:t>f 29464/226/224 29463/227/225 29462/228/226</w:t>
        <w:br/>
        <w:t>f 29461/229/227 29464/226/224 29462/228/226</w:t>
        <w:br/>
        <w:t>f 29468/230/228 29467/231/229 29466/232/230</w:t>
        <w:br/>
        <w:t>f 29465/233/231 29468/230/228 29466/232/230</w:t>
        <w:br/>
        <w:t>f 29325/91/90 29469/234/232 29453/218/216</w:t>
        <w:br/>
        <w:t>f 29278/46/45 29279/45/44 29243/10/10</w:t>
        <w:br/>
        <w:t>f 29244/9/9 29278/46/45 29243/10/10</w:t>
        <w:br/>
        <w:t>f 29279/45/44 29323/89/88 29311/77/76</w:t>
        <w:br/>
        <w:t>f 29243/10/10 29279/45/44 29311/77/76</w:t>
        <w:br/>
        <w:t>f 29323/89/88 29470/235/233 29309/73/72</w:t>
        <w:br/>
        <w:t>f 29311/77/76 29323/89/88 29309/73/72</w:t>
        <w:br/>
        <w:t>f 29470/235/233 29471/236/234 29308/74/73</w:t>
        <w:br/>
        <w:t>f 29309/73/72 29470/235/233 29308/74/73</w:t>
        <w:br/>
        <w:t>f 29471/236/234 29473/237/235 29472/238/236</w:t>
        <w:br/>
        <w:t>f 29308/74/73 29471/236/234 29472/238/236</w:t>
        <w:br/>
        <w:t>f 29249/11/11 29476/239/237 29475/240/238</w:t>
        <w:br/>
        <w:t>f 29474/241/239 29249/11/11 29475/240/238</w:t>
        <w:br/>
        <w:t>f 29478/242/240 29477/243/241 29450/217/215</w:t>
        <w:br/>
        <w:t>f 29455/221/219 29478/242/240 29450/217/215</w:t>
        <w:br/>
        <w:t>f 29480/244/242 29479/245/243 29477/243/241</w:t>
        <w:br/>
        <w:t>f 29478/242/240 29480/244/242 29477/243/241</w:t>
        <w:br/>
        <w:t>f 29484/246/244 29483/247/245 29482/248/246</w:t>
        <w:br/>
        <w:t>f 29481/249/247 29484/246/244 29482/248/246</w:t>
        <w:br/>
        <w:t>f 29254/18/18 29288/53/52 29268/34/33</w:t>
        <w:br/>
        <w:t>f 29253/19/19 29254/18/18 29268/34/33</w:t>
        <w:br/>
        <w:t>f 29240/6/6 29241/5/5 29441/206/204</w:t>
        <w:br/>
        <w:t>f 29485/250/248 29478/242/240 29455/221/219</w:t>
        <w:br/>
        <w:t>f 29456/220/218 29485/250/248 29455/221/219</w:t>
        <w:br/>
        <w:t>f 29486/251/249 29480/244/242 29478/242/240</w:t>
        <w:br/>
        <w:t>f 29485/250/248 29486/251/249 29478/242/240</w:t>
        <w:br/>
        <w:t>f 29487/252/250 29482/248/246 29480/244/242</w:t>
        <w:br/>
        <w:t>f 29486/251/249 29487/252/250 29480/244/242</w:t>
        <w:br/>
        <w:t>f 29481/249/247 29489/253/251 29373/138/136</w:t>
        <w:br/>
        <w:t>f 29488/254/252 29481/249/247 29373/138/136</w:t>
        <w:br/>
        <w:t>f 29492/255/253 29491/256/254 29490/257/255</w:t>
        <w:br/>
        <w:t>f 29361/129/127 29362/128/126 29494/258/256</w:t>
        <w:br/>
        <w:t>f 29493/259/257 29361/129/127 29494/258/256</w:t>
        <w:br/>
        <w:t>f 29277/40/39 29286/50/49 29496/260/258</w:t>
        <w:br/>
        <w:t>f 29495/261/259 29277/40/39 29496/260/258</w:t>
        <w:br/>
        <w:t>f 29495/261/259 29497/262/253 29276/41/40</w:t>
        <w:br/>
        <w:t>f 29277/40/39 29495/261/259 29276/41/40</w:t>
        <w:br/>
        <w:t>f 29493/259/257 29494/258/256 29497/262/253</w:t>
        <w:br/>
        <w:t>f 29495/261/259 29493/259/257 29497/262/253</w:t>
        <w:br/>
        <w:t>f 29500/263/260 29499/264/261 29498/265/262</w:t>
        <w:br/>
        <w:t>f 29502/266/263 29273/37/36 29274/36/35</w:t>
        <w:br/>
        <w:t>f 29501/267/264 29502/266/263 29274/36/35</w:t>
        <w:br/>
        <w:t>f 29505/268/265 29504/269/266 29503/270/267</w:t>
        <w:br/>
        <w:t>f 29507/271/268 29483/247/245 29484/246/244</w:t>
        <w:br/>
        <w:t>f 29506/272/269 29507/271/268 29484/246/244</w:t>
        <w:br/>
        <w:t>f 29509/273/270 29477/243/241 29508/274/271</w:t>
        <w:br/>
        <w:t>f 29499/264/261 29510/275/272 29503/270/267</w:t>
        <w:br/>
        <w:t>f 29452/215/213 29477/243/241 29509/273/270</w:t>
        <w:br/>
        <w:t>f 29448/214/212 29449/213/211 29498/265/262</w:t>
        <w:br/>
        <w:t>f 29354/120/118 29355/119/117 29451/216/214</w:t>
        <w:br/>
        <w:t>f 29469/234/232 29325/91/90 29353/121/119</w:t>
        <w:br/>
        <w:t>f 29504/269/266 29348/114/112 29349/113/111</w:t>
        <w:br/>
        <w:t>f 29484/246/244 29512/276/273 29511/277/274</w:t>
        <w:br/>
        <w:t>f 29506/272/269 29484/246/244 29511/277/274</w:t>
        <w:br/>
        <w:t>f 29500/263/260 29510/275/272 29499/264/261</w:t>
        <w:br/>
        <w:t>f 29270/32/31 29267/35/34 29238/1/1</w:t>
        <w:br/>
        <w:t>f 29514/278/275 29513/279/276 29272/38/37</w:t>
        <w:br/>
        <w:t>f 29273/37/36 29514/278/275 29272/38/37</w:t>
        <w:br/>
        <w:t>f 29516/280/277 29515/281/278 29321/85/84</w:t>
        <w:br/>
        <w:t>f 29322/84/83 29516/280/277 29321/85/84</w:t>
        <w:br/>
        <w:t>f 29518/282/279 29517/283/280 29515/281/278</w:t>
        <w:br/>
        <w:t>f 29516/280/277 29518/282/279 29515/281/278</w:t>
        <w:br/>
        <w:t>f 29321/85/84 29519/284/281 29502/266/263</w:t>
        <w:br/>
        <w:t>f 29320/86/85 29321/85/84 29502/266/263</w:t>
        <w:br/>
        <w:t>f 29521/285/282 29352/115/113 29520/286/283</w:t>
        <w:br/>
        <w:t>f 29525/287/284 29524/288/285 29523/289/286</w:t>
        <w:br/>
        <w:t>f 29522/290/287 29525/287/284 29523/289/286</w:t>
        <w:br/>
        <w:t>f 29527/291/288 29526/292/289 29352/115/113</w:t>
        <w:br/>
        <w:t>f 29521/285/282 29527/291/288 29352/115/113</w:t>
        <w:br/>
        <w:t>f 29529/293/290 29528/294/291 29527/291/288</w:t>
        <w:br/>
        <w:t>f 29528/294/291 29319/87/86 29530/295/292</w:t>
        <w:br/>
        <w:t>f 29532/296/293 29531/297/294 29513/279/276</w:t>
        <w:br/>
        <w:t>f 29514/278/275 29532/296/293 29513/279/276</w:t>
        <w:br/>
        <w:t>f 29351/116/114 29271/39/38 29350/117/115</w:t>
        <w:br/>
        <w:t>f 29410/172/170 29407/175/173 29405/171/169</w:t>
        <w:br/>
        <w:t>f 29533/298/295 29410/172/170 29405/171/169</w:t>
        <w:br/>
        <w:t>f 29537/299/296 29536/300/297 29535/301/298</w:t>
        <w:br/>
        <w:t>f 29534/302/299 29537/299/296 29535/301/298</w:t>
        <w:br/>
        <w:t>f 29540/303/300 29539/304/301 29538/305/302</w:t>
        <w:br/>
        <w:t>f 29476/239/237 29540/303/300 29538/305/302</w:t>
        <w:br/>
        <w:t>f 29542/306/303 29538/305/302 29539/304/301</w:t>
        <w:br/>
        <w:t>f 29541/307/304 29542/306/303 29539/304/301</w:t>
        <w:br/>
        <w:t>f 29545/308/305 29544/309/306 29543/310/307</w:t>
        <w:br/>
        <w:t>f 29544/309/306 29247/13/13 29248/12/12</w:t>
        <w:br/>
        <w:t>f 29543/310/307 29544/309/306 29248/12/12</w:t>
        <w:br/>
        <w:t>f 29549/311/308 29548/312/309 29547/313/310</w:t>
        <w:br/>
        <w:t>f 29546/314/311 29549/311/308 29547/313/310</w:t>
        <w:br/>
        <w:t>f 29553/315/312 29552/316/313 29551/317/314</w:t>
        <w:br/>
        <w:t>f 29550/318/315 29553/315/312 29551/317/314</w:t>
        <w:br/>
        <w:t>f 29440/204/202 29360/125/123 29288/53/52</w:t>
        <w:br/>
        <w:t>f 29254/18/18 29440/204/202 29288/53/52</w:t>
        <w:br/>
        <w:t>f 29552/316/313 29553/315/312 29538/305/302</w:t>
        <w:br/>
        <w:t>f 29542/306/303 29552/316/313 29538/305/302</w:t>
        <w:br/>
        <w:t>f 29557/319/316 29556/320/317 29555/321/318</w:t>
        <w:br/>
        <w:t>f 29554/322/319 29557/319/316 29555/321/318</w:t>
        <w:br/>
        <w:t>f 29560/323/320 29559/324/321 29558/325/322</w:t>
        <w:br/>
        <w:t>f 29292/55/54 29290/57/56 29359/123/121</w:t>
        <w:br/>
        <w:t>f 29562/326/323 29561/327/324 29359/123/121</w:t>
        <w:br/>
        <w:t>f 29237/2/2 29563/328/325 29236/3/3</w:t>
        <w:br/>
        <w:t>f 29236/3/3 29564/329/326 29238/1/1</w:t>
        <w:br/>
        <w:t>f 29561/327/324 29563/328/325 29237/2/2</w:t>
        <w:br/>
        <w:t>f 29359/123/121 29290/57/56 29562/326/323</w:t>
        <w:br/>
        <w:t>f 29238/1/1 29289/54/53 29237/2/2</w:t>
        <w:br/>
        <w:t>f 29561/327/324 29237/2/2 29359/123/121</w:t>
        <w:br/>
        <w:t>f 29568/330/327 29567/331/328 29566/332/329</w:t>
        <w:br/>
        <w:t>f 29565/333/330 29568/330/327 29566/332/329</w:t>
        <w:br/>
        <w:t>f 29567/331/328 29570/334/331 29569/335/332</w:t>
        <w:br/>
        <w:t>f 29566/332/329 29567/331/328 29569/335/332</w:t>
        <w:br/>
        <w:t>f 29574/336/333 29573/337/334 29572/338/335</w:t>
        <w:br/>
        <w:t>f 29571/339/336 29574/336/333 29572/338/335</w:t>
        <w:br/>
        <w:t>f 29576/340/337 29568/330/327 29565/333/330</w:t>
        <w:br/>
        <w:t>f 29575/341/338 29576/340/337 29565/333/330</w:t>
        <w:br/>
        <w:t>f 29452/215/213 29450/217/215 29477/243/241</w:t>
        <w:br/>
        <w:t>f 29445/211/209 29577/342/339 29444/212/210</w:t>
        <w:br/>
        <w:t>f 29578/343/340 29314/79/78 29577/342/339</w:t>
        <w:br/>
        <w:t>f 29441/206/204 29241/5/5 29250/16/16</w:t>
        <w:br/>
        <w:t>f 29445/211/209 29578/343/340 29577/342/339</w:t>
        <w:br/>
        <w:t>f 29409/173/171 29424/186/184 29421/189/187</w:t>
        <w:br/>
        <w:t>f 29408/174/172 29409/173/171 29421/189/187</w:t>
        <w:br/>
        <w:t>f 29408/174/172 29421/189/187 29425/191/189</w:t>
        <w:br/>
        <w:t>f 29579/344/341 29408/174/172 29425/191/189</w:t>
        <w:br/>
        <w:t>f 29423/187/185 29581/345/342 29580/346/343</w:t>
        <w:br/>
        <w:t>f 29422/188/186 29423/187/185 29580/346/343</w:t>
        <w:br/>
        <w:t>f 29422/188/186 29580/346/343 29582/347/344</w:t>
        <w:br/>
        <w:t>f 29426/190/188 29422/188/186 29582/347/344</w:t>
        <w:br/>
        <w:t>f 29581/345/342 29584/348/345 29583/349/346</w:t>
        <w:br/>
        <w:t>f 29580/346/343 29581/345/342 29583/349/346</w:t>
        <w:br/>
        <w:t>f 29580/346/343 29583/349/346 29585/350/347</w:t>
        <w:br/>
        <w:t>f 29582/347/344 29580/346/343 29585/350/347</w:t>
        <w:br/>
        <w:t>f 29417/180/178 29583/349/346 29584/348/345</w:t>
        <w:br/>
        <w:t>f 29416/181/179 29417/180/178 29584/348/345</w:t>
        <w:br/>
        <w:t>f 29583/349/346 29417/180/178 29585/350/347</w:t>
        <w:br/>
        <w:t>f 29588/351/348 29587/352/349 29586/353/350</w:t>
        <w:br/>
        <w:t>f 29297/63/62 29298/62/61 29295/59/58</w:t>
        <w:br/>
        <w:t>f 29296/58/57 29297/63/62 29295/59/58</w:t>
        <w:br/>
        <w:t>f 29297/63/62 29296/58/57 29459/224/222</w:t>
        <w:br/>
        <w:t>f 29458/223/221 29297/63/62 29459/224/222</w:t>
        <w:br/>
        <w:t>f 29487/252/250 29459/224/222 29337/100/98</w:t>
        <w:br/>
        <w:t>f 29489/253/251 29487/252/250 29337/100/98</w:t>
        <w:br/>
        <w:t>f 29591/354/351 29590/355/352 29589/356/353</w:t>
        <w:br/>
        <w:t>f 29591/354/351 29593/357/354 29592/358/355</w:t>
        <w:br/>
        <w:t>f 29597/359/356 29596/360/357 29595/361/358</w:t>
        <w:br/>
        <w:t>f 29594/362/359 29597/359/356 29595/361/358</w:t>
        <w:br/>
        <w:t>f 29600/363/360 29599/364/361 29598/365/362</w:t>
        <w:br/>
        <w:t>f 29602/366/363 29601/367/364 29594/362/359</w:t>
        <w:br/>
        <w:t>f 29595/361/358 29602/366/363 29594/362/359</w:t>
        <w:br/>
        <w:t>f 29605/368/365 29604/369/366 29601/367/364</w:t>
        <w:br/>
        <w:t>f 29603/370/367 29605/368/365 29601/367/364</w:t>
        <w:br/>
        <w:t>f 29607/371/368 29606/372/369 29604/369/366</w:t>
        <w:br/>
        <w:t>f 29605/368/365 29607/371/368 29604/369/366</w:t>
        <w:br/>
        <w:t>f 29610/373/370 29609/374/371 29608/375/372</w:t>
        <w:br/>
        <w:t>f 29614/376/373 29613/377/374 29612/378/375</w:t>
        <w:br/>
        <w:t>f 29611/379/376 29614/376/373 29612/378/375</w:t>
        <w:br/>
        <w:t>f 29618/380/377 29617/381/378 29616/382/379</w:t>
        <w:br/>
        <w:t>f 29615/383/380 29618/380/377 29616/382/379</w:t>
        <w:br/>
        <w:t>f 29594/362/359 29601/367/364 29604/369/366</w:t>
        <w:br/>
        <w:t>f 29619/384/381 29594/362/359 29604/369/366</w:t>
        <w:br/>
        <w:t>f 29619/384/381 29604/369/366 29606/372/369</w:t>
        <w:br/>
        <w:t>f 29620/385/382 29619/384/381 29606/372/369</w:t>
        <w:br/>
        <w:t>f 29621/386/383 29597/359/356 29615/383/380</w:t>
        <w:br/>
        <w:t>f 29616/382/379 29621/386/383 29615/383/380</w:t>
        <w:br/>
        <w:t>f 29625/387/384 29624/388/385 29623/389/386</w:t>
        <w:br/>
        <w:t>f 29622/390/387 29625/387/384 29623/389/386</w:t>
        <w:br/>
        <w:t>f 29593/357/354 29591/354/351 29589/356/353</w:t>
        <w:br/>
        <w:t>f 29608/375/372 29609/374/371 29627/391/388</w:t>
        <w:br/>
        <w:t>f 29626/392/389 29608/375/372 29627/391/388</w:t>
        <w:br/>
        <w:t>f 29630/393/390 29629/394/391 29628/395/392</w:t>
        <w:br/>
        <w:t>f 29633/396/393 29632/397/394 29602/366/363</w:t>
        <w:br/>
        <w:t>f 29631/398/395 29633/396/393 29602/366/363</w:t>
        <w:br/>
        <w:t>f 29631/398/395 29602/366/363 29595/361/358</w:t>
        <w:br/>
        <w:t>f 29634/399/396 29631/398/395 29595/361/358</w:t>
        <w:br/>
        <w:t>f 29596/360/357 29635/400/397 29634/399/396</w:t>
        <w:br/>
        <w:t>f 29595/361/358 29596/360/357 29634/399/396</w:t>
        <w:br/>
        <w:t>f 29589/356/353 29590/355/352 29610/373/370</w:t>
        <w:br/>
        <w:t>f 29603/370/367 29601/367/364 29602/366/363</w:t>
        <w:br/>
        <w:t>f 29632/397/394 29603/370/367 29602/366/363</w:t>
        <w:br/>
        <w:t>f 29638/401/398 29637/402/399 29636/403/400</w:t>
        <w:br/>
        <w:t>f 29635/400/397 29638/401/398 29636/403/400</w:t>
        <w:br/>
        <w:t>f 29642/404/401 29641/405/402 29640/406/403</w:t>
        <w:br/>
        <w:t>f 29639/407/404 29642/404/401 29640/406/403</w:t>
        <w:br/>
        <w:t>f 29646/408/405 29645/409/406 29644/410/407</w:t>
        <w:br/>
        <w:t>f 29643/411/407 29646/408/405 29644/410/407</w:t>
        <w:br/>
        <w:t>f 29589/356/353 29647/412/408 29621/386/383</w:t>
        <w:br/>
        <w:t>f 29593/357/354 29589/356/353 29621/386/383</w:t>
        <w:br/>
        <w:t>f 29593/357/354 29621/386/383 29616/382/379</w:t>
        <w:br/>
        <w:t>f 29592/358/355 29593/357/354 29616/382/379</w:t>
        <w:br/>
        <w:t>f 29647/412/408 29589/356/353 29610/373/370</w:t>
        <w:br/>
        <w:t>f 29638/401/398 29647/412/408 29610/373/370</w:t>
        <w:br/>
        <w:t>f 29650/413/409 29626/392/389 29649/414/410</w:t>
        <w:br/>
        <w:t>f 29648/415/411 29650/413/409 29649/414/410</w:t>
        <w:br/>
        <w:t>f 29617/381/378 29599/364/361 29592/358/355</w:t>
        <w:br/>
        <w:t>f 29616/382/379 29617/381/378 29592/358/355</w:t>
        <w:br/>
        <w:t>f 29653/416/412 29652/417/413 29651/418/414</w:t>
        <w:br/>
        <w:t>f 29631/398/395 29655/419/415 29654/420/416</w:t>
        <w:br/>
        <w:t>f 29633/396/393 29631/398/395 29654/420/416</w:t>
        <w:br/>
        <w:t>f 29650/413/409 29614/376/373 29656/421/417</w:t>
        <w:br/>
        <w:t>f 29637/402/399 29650/413/409 29656/421/417</w:t>
        <w:br/>
        <w:t>f 29626/392/389 29650/413/409 29637/402/399</w:t>
        <w:br/>
        <w:t>f 29608/375/372 29626/392/389 29637/402/399</w:t>
        <w:br/>
        <w:t>f 29660/422/418 29659/423/419 29658/424/420</w:t>
        <w:br/>
        <w:t>f 29657/425/421 29660/422/418 29658/424/420</w:t>
        <w:br/>
        <w:t>f 29638/401/398 29610/373/370 29608/375/372</w:t>
        <w:br/>
        <w:t>f 29637/402/399 29638/401/398 29608/375/372</w:t>
        <w:br/>
        <w:t>f 29664/426/422 29663/427/423 29662/428/424</w:t>
        <w:br/>
        <w:t>f 29661/429/425 29664/426/422 29662/428/424</w:t>
        <w:br/>
        <w:t>f 29653/416/412 29630/393/390 29665/430/426</w:t>
        <w:br/>
        <w:t>f 29652/417/413 29653/416/412 29665/430/426</w:t>
        <w:br/>
        <w:t>f 29668/431/427 29667/432/428 29666/433/429</w:t>
        <w:br/>
        <w:t>f 29671/434/430 29670/435/431 29669/436/432</w:t>
        <w:br/>
        <w:t>f 29672/437/433 29671/434/430 29669/436/432</w:t>
        <w:br/>
        <w:t>f 29675/438/434 29629/394/391 29674/439/435</w:t>
        <w:br/>
        <w:t>f 29673/440/436 29675/438/434 29674/439/435</w:t>
        <w:br/>
        <w:t>f 29678/441/437 29677/442/438 29676/443/439</w:t>
        <w:br/>
        <w:t>f 29591/354/351 29678/441/437 29676/443/439</w:t>
        <w:br/>
        <w:t>f 29578/343/340 29680/444/440 29679/445/441</w:t>
        <w:br/>
        <w:t>f 29679/445/441 29314/79/78 29578/343/340</w:t>
        <w:br/>
        <w:t>f 29628/395/392 29603/370/367 29632/397/394</w:t>
        <w:br/>
        <w:t>f 29630/393/390 29628/395/392 29632/397/394</w:t>
        <w:br/>
        <w:t>f 29683/446/442 29682/447/443 29681/448/444</w:t>
        <w:br/>
        <w:t>f 29684/449/445 29605/368/365 29603/370/367</w:t>
        <w:br/>
        <w:t>f 29628/395/392 29684/449/445 29603/370/367</w:t>
        <w:br/>
        <w:t>f 29630/393/390 29632/397/394 29633/396/393</w:t>
        <w:br/>
        <w:t>f 29665/430/426 29630/393/390 29633/396/393</w:t>
        <w:br/>
        <w:t>f 29688/450/446 29687/451/447 29686/452/448</w:t>
        <w:br/>
        <w:t>f 29685/453/449 29688/450/446 29686/452/448</w:t>
        <w:br/>
        <w:t>f 29674/439/435 29629/394/391 29653/416/412</w:t>
        <w:br/>
        <w:t>f 29651/418/414 29674/439/435 29653/416/412</w:t>
        <w:br/>
        <w:t>f 29667/432/428 29668/431/427 29673/440/436</w:t>
        <w:br/>
        <w:t>f 29674/439/435 29667/432/428 29673/440/436</w:t>
        <w:br/>
        <w:t>f 29690/454/450 29689/455/451 29673/440/436</w:t>
        <w:br/>
        <w:t>f 29668/431/427 29690/454/450 29673/440/436</w:t>
        <w:br/>
        <w:t>f 29598/365/362 29692/456/452 29691/457/453</w:t>
        <w:br/>
        <w:t>f 29692/456/452 29694/458/454 29693/459/455</w:t>
        <w:br/>
        <w:t>f 29691/457/453 29692/456/452 29693/459/455</w:t>
        <w:br/>
        <w:t>f 29698/460/456 29697/461/457 29696/462/458</w:t>
        <w:br/>
        <w:t>f 29695/463/459 29698/460/456 29696/462/458</w:t>
        <w:br/>
        <w:t>f 29697/461/457 29698/460/456 29700/464/460</w:t>
        <w:br/>
        <w:t>f 29699/465/461 29697/461/457 29700/464/460</w:t>
        <w:br/>
        <w:t>f 29704/466/462 29703/467/463 29702/468/464</w:t>
        <w:br/>
        <w:t>f 29701/469/465 29704/466/462 29702/468/464</w:t>
        <w:br/>
        <w:t>f 29703/467/463 29706/470/466 29705/471/467</w:t>
        <w:br/>
        <w:t>f 29702/468/464 29703/467/463 29705/471/467</w:t>
        <w:br/>
        <w:t>f 29706/470/466 29708/472/468 29707/473/469</w:t>
        <w:br/>
        <w:t>f 29705/471/467 29706/470/466 29707/473/469</w:t>
        <w:br/>
        <w:t>f 29708/472/468 29710/474/470 29709/475/470</w:t>
        <w:br/>
        <w:t>f 29707/473/469 29708/472/468 29709/475/470</w:t>
        <w:br/>
        <w:t>f 29694/458/454 29692/456/452 29617/381/378</w:t>
        <w:br/>
        <w:t>f 29618/380/377 29694/458/454 29617/381/378</w:t>
        <w:br/>
        <w:t>f 29620/385/382 29606/372/369 29712/476/471</w:t>
        <w:br/>
        <w:t>f 29711/477/472 29620/385/382 29712/476/471</w:t>
        <w:br/>
        <w:t>f 29606/372/369 29607/371/368 29704/466/462</w:t>
        <w:br/>
        <w:t>f 29712/476/471 29606/372/369 29704/466/462</w:t>
        <w:br/>
        <w:t>f 29703/467/463 29704/466/462 29607/371/368</w:t>
        <w:br/>
        <w:t>f 29713/478/473 29703/467/463 29607/371/368</w:t>
        <w:br/>
        <w:t>f 29714/479/474 29706/470/466 29703/467/463</w:t>
        <w:br/>
        <w:t>f 29713/478/473 29714/479/474 29703/467/463</w:t>
        <w:br/>
        <w:t>f 29715/480/475 29708/472/468 29706/470/466</w:t>
        <w:br/>
        <w:t>f 29714/479/474 29715/480/475 29706/470/466</w:t>
        <w:br/>
        <w:t>f 29717/481/476 29716/482/476 29708/472/468</w:t>
        <w:br/>
        <w:t>f 29715/480/475 29717/481/476 29708/472/468</w:t>
        <w:br/>
        <w:t>f 29684/449/445 29675/438/434 29719/483/477</w:t>
        <w:br/>
        <w:t>f 29718/484/478 29684/449/445 29719/483/477</w:t>
        <w:br/>
        <w:t>f 29628/395/392 29629/394/391 29675/438/434</w:t>
        <w:br/>
        <w:t>f 29684/449/445 29628/395/392 29675/438/434</w:t>
        <w:br/>
        <w:t>f 29722/485/479 29721/486/480 29720/487/481</w:t>
        <w:br/>
        <w:t>f 29666/433/429 29724/488/482 29723/489/483</w:t>
        <w:br/>
        <w:t>f 29727/490/484 29726/491/485 29725/492/486</w:t>
        <w:br/>
        <w:t>f 29611/379/376 29727/490/484 29725/492/486</w:t>
        <w:br/>
        <w:t>f 29730/493/487 29729/494/488 29728/495/489</w:t>
        <w:br/>
        <w:t>f 29571/339/336 29730/493/487 29728/495/489</w:t>
        <w:br/>
        <w:t>f 29732/496/490 29731/497/491 29726/491/485</w:t>
        <w:br/>
        <w:t>f 29727/490/484 29732/496/490 29726/491/485</w:t>
        <w:br/>
        <w:t>f 29735/498/492 29734/499/492 29733/500/493</w:t>
        <w:br/>
        <w:t>f 29739/501/494 29738/502/495 29737/503/496</w:t>
        <w:br/>
        <w:t>f 29736/504/496 29739/501/494 29737/503/496</w:t>
        <w:br/>
        <w:t>f 29738/502/495 29739/501/494 29740/505/497</w:t>
        <w:br/>
        <w:t>f 29743/506/498 29742/507/499 29741/508/498</w:t>
        <w:br/>
        <w:t>f 29746/509/500 29745/510/501 29744/511/502</w:t>
        <w:br/>
        <w:t>f 29447/209/207 29576/340/337 29575/341/338</w:t>
        <w:br/>
        <w:t>f 29446/210/208 29447/209/207 29575/341/338</w:t>
        <w:br/>
        <w:t>f 29748/512/503 29747/513/504 29649/414/410</w:t>
        <w:br/>
        <w:t>f 29648/415/411 29649/414/410 29747/513/504</w:t>
        <w:br/>
        <w:t>f 29749/514/505 29648/415/411 29747/513/504</w:t>
        <w:br/>
        <w:t>f 29613/377/374 29648/415/411 29749/514/505</w:t>
        <w:br/>
        <w:t>f 29750/515/506 29613/377/374 29749/514/505</w:t>
        <w:br/>
        <w:t>f 29445/211/209 29446/210/208 29751/516/507</w:t>
        <w:br/>
        <w:t>f 29572/338/335 29754/517/508 29753/518/509</w:t>
        <w:br/>
        <w:t>f 29752/519/510 29572/338/335 29753/518/509</w:t>
        <w:br/>
        <w:t>f 29729/494/488 29756/520/511 29755/521/512</w:t>
        <w:br/>
        <w:t>f 29728/495/489 29729/494/488 29755/521/512</w:t>
        <w:br/>
        <w:t>f 29748/512/503 29649/414/410 29626/392/389</w:t>
        <w:br/>
        <w:t>f 29627/391/388 29748/512/503 29626/392/389</w:t>
        <w:br/>
        <w:t>f 29680/444/440 29578/343/340 29445/211/209</w:t>
        <w:br/>
        <w:t>f 29751/516/507 29680/444/440 29445/211/209</w:t>
        <w:br/>
        <w:t>f 29732/496/490 29759/522/513 29758/523/514</w:t>
        <w:br/>
        <w:t>f 29757/524/515 29732/496/490 29758/523/514</w:t>
        <w:br/>
        <w:t>f 29763/525/516 29762/526/517 29761/527/518</w:t>
        <w:br/>
        <w:t>f 29760/528/519 29763/525/516 29761/527/518</w:t>
        <w:br/>
        <w:t>f 29760/528/519 29761/527/518 29764/529/520</w:t>
        <w:br/>
        <w:t>f 29765/530/521 29746/509/500 29744/511/502</w:t>
        <w:br/>
        <w:t>f 29767/531/522 29766/532/522 29743/506/498</w:t>
        <w:br/>
        <w:t>f 29741/508/498 29767/531/522 29743/506/498</w:t>
        <w:br/>
        <w:t>f 29769/533/523 29642/404/401 29639/407/404</w:t>
        <w:br/>
        <w:t>f 29768/534/524 29769/533/523 29639/407/404</w:t>
        <w:br/>
        <w:t>f 29710/474/470 29770/535/525 29709/475/470</w:t>
        <w:br/>
        <w:t>f 29717/481/476 29771/536/526 29716/482/476</w:t>
        <w:br/>
        <w:t>f 29773/537/527 29772/538/417 29659/423/419</w:t>
        <w:br/>
        <w:t>f 29660/422/418 29773/537/527 29659/423/419</w:t>
        <w:br/>
        <w:t>f 29775/539/528 29674/439/435 29651/418/414</w:t>
        <w:br/>
        <w:t>f 29774/540/529 29775/539/528 29651/418/414</w:t>
        <w:br/>
        <w:t>f 29667/432/428 29776/541/530 29666/433/429</w:t>
        <w:br/>
        <w:t>f 29653/416/412 29629/394/391 29630/393/390</w:t>
        <w:br/>
        <w:t>f 29780/542/531 29779/543/532 29778/544/533</w:t>
        <w:br/>
        <w:t>f 29777/545/534 29780/542/531 29778/544/533</w:t>
        <w:br/>
        <w:t>f 29783/546/535 29782/547/536 29781/548/536</w:t>
        <w:br/>
        <w:t>f 29774/540/529 29783/546/535 29781/548/536</w:t>
        <w:br/>
        <w:t>f 29775/539/528 29774/540/529 29776/541/537</w:t>
        <w:br/>
        <w:t>f 29724/488/482 29666/433/429 29776/541/530</w:t>
        <w:br/>
        <w:t>f 29677/442/438 29678/441/437 29600/363/538</w:t>
        <w:br/>
        <w:t>f 29454/219/217 29677/442/438 29600/363/538</w:t>
        <w:br/>
        <w:t>f 29678/441/437 29592/358/355 29599/364/361</w:t>
        <w:br/>
        <w:t>f 29678/441/437 29591/354/351 29592/358/355</w:t>
        <w:br/>
        <w:t>f 29599/364/361 29617/381/378 29692/456/452</w:t>
        <w:br/>
        <w:t>f 29596/360/357 29597/359/356 29621/386/383</w:t>
        <w:br/>
        <w:t>f 29647/412/408 29596/360/357 29621/386/383</w:t>
        <w:br/>
        <w:t>f 29615/383/380 29619/384/381 29620/385/382</w:t>
        <w:br/>
        <w:t>f 29618/380/377 29615/383/380 29620/385/382</w:t>
        <w:br/>
        <w:t>f 29619/384/381 29615/383/380 29597/359/356</w:t>
        <w:br/>
        <w:t>f 29594/362/359 29619/384/381 29597/359/356</w:t>
        <w:br/>
        <w:t>f 29635/400/397 29596/360/357 29647/412/408</w:t>
        <w:br/>
        <w:t>f 29638/401/398 29635/400/397 29647/412/408</w:t>
        <w:br/>
        <w:t>f 29662/428/424 29663/427/423 29784/549/539</w:t>
        <w:br/>
        <w:t>f 29785/550/539 29662/428/424 29784/549/539</w:t>
        <w:br/>
        <w:t>f 29696/462/458 29786/551/540 29695/463/459</w:t>
        <w:br/>
        <w:t>f 29618/380/377 29620/385/382 29711/477/472</w:t>
        <w:br/>
        <w:t>f 29694/458/454 29618/380/377 29711/477/472</w:t>
        <w:br/>
        <w:t>f 29265/29/28 29678/441/437 29599/364/361</w:t>
        <w:br/>
        <w:t>f 29787/552/541 29590/355/352 29591/354/351</w:t>
        <w:br/>
        <w:t>f 29676/443/439 29787/552/541 29591/354/351</w:t>
        <w:br/>
        <w:t>f 29482/248/246 29483/247/245 29479/245/243</w:t>
        <w:br/>
        <w:t>f 29480/244/242 29482/248/246 29479/245/243</w:t>
        <w:br/>
        <w:t>f 29449/213/211 29500/263/260 29498/265/262</w:t>
        <w:br/>
        <w:t>f 29505/268/265 29348/114/112 29504/269/266</w:t>
        <w:br/>
        <w:t>f 29510/275/272 29505/268/265 29503/270/267</w:t>
        <w:br/>
        <w:t>f 29488/254/252 29512/276/273 29484/246/244</w:t>
        <w:br/>
        <w:t>f 29481/249/247 29488/254/252 29484/246/244</w:t>
        <w:br/>
        <w:t>f 29317/81/80 29453/218/216 29316/82/81</w:t>
        <w:br/>
        <w:t>f 29291/56/55 29442/207/205 29443/208/206</w:t>
        <w:br/>
        <w:t>f 29291/56/55 29349/113/111 29290/57/56</w:t>
        <w:br/>
        <w:t>f 29752/519/510 29730/493/487 29571/339/336</w:t>
        <w:br/>
        <w:t>f 29572/338/335 29752/519/510 29571/339/336</w:t>
        <w:br/>
        <w:t>f 29789/553/542 29640/406/403 29641/405/402</w:t>
        <w:br/>
        <w:t>f 29788/554/543 29789/553/542 29641/405/402</w:t>
        <w:br/>
        <w:t>f 29789/553/542 29658/424/420 29790/555/544</w:t>
        <w:br/>
        <w:t>f 29751/516/507 29748/512/503 29627/391/388</w:t>
        <w:br/>
        <w:t>f 29680/444/440 29751/516/507 29627/391/388</w:t>
        <w:br/>
        <w:t>f 29748/512/503 29751/516/507 29446/210/208</w:t>
        <w:br/>
        <w:t>f 29575/341/338 29748/512/503 29446/210/208</w:t>
        <w:br/>
        <w:t>f 29793/556/545 29792/557/546 29791/558/546</w:t>
        <w:br/>
        <w:t>f 29439/205/203 29281/43/42 29278/46/45</w:t>
        <w:br/>
        <w:t>f 29251/15/15 29439/205/203 29278/46/45</w:t>
        <w:br/>
        <w:t>f 29324/88/87 29794/559/547 29470/235/233</w:t>
        <w:br/>
        <w:t>f 29323/89/88 29324/88/87 29470/235/233</w:t>
        <w:br/>
        <w:t>f 29798/560/548 29797/561/549 29796/562/550</w:t>
        <w:br/>
        <w:t>f 29795/563/551 29798/560/548 29796/562/550</w:t>
        <w:br/>
        <w:t>f 29802/564/552 29801/565/553 29800/566/554</w:t>
        <w:br/>
        <w:t>f 29799/567/555 29802/564/552 29800/566/554</w:t>
        <w:br/>
        <w:t>f 29804/568/556 29803/569/557 29795/563/551</w:t>
        <w:br/>
        <w:t>f 29796/562/550 29804/568/556 29795/563/551</w:t>
        <w:br/>
        <w:t>f 29289/54/53 29288/53/52 29360/125/123</w:t>
        <w:br/>
        <w:t>f 29358/124/122 29289/54/53 29360/125/123</w:t>
        <w:br/>
        <w:t>f 29439/205/203 29440/204/202 29254/18/18</w:t>
        <w:br/>
        <w:t>f 29255/17/17 29439/205/203 29254/18/18</w:t>
        <w:br/>
        <w:t>f 29808/570/558 29807/571/559 29806/572/560</w:t>
        <w:br/>
        <w:t>f 29805/573/561 29808/570/558 29806/572/560</w:t>
        <w:br/>
        <w:t>f 29812/574/225 29811/575/224 29810/576/562</w:t>
        <w:br/>
        <w:t>f 29809/577/563 29812/574/225 29810/576/562</w:t>
        <w:br/>
        <w:t>f 29815/578/564 29797/561/549 29814/579/565</w:t>
        <w:br/>
        <w:t>f 29813/580/566 29815/578/564 29814/579/565</w:t>
        <w:br/>
        <w:t>f 29360/125/123 29440/204/202 29242/4/4</w:t>
        <w:br/>
        <w:t>f 29239/7/7 29360/125/123 29242/4/4</w:t>
        <w:br/>
        <w:t>f 29547/313/310 29466/232/230 29467/231/229</w:t>
        <w:br/>
        <w:t>f 29546/314/311 29547/313/310 29467/231/229</w:t>
        <w:br/>
        <w:t>f 29331/99/97 29332/98/96 29586/353/350</w:t>
        <w:br/>
        <w:t>f 29237/2/2 29289/54/53 29358/124/122</w:t>
        <w:br/>
        <w:t>f 29359/123/121 29237/2/2 29358/124/122</w:t>
        <w:br/>
        <w:t>f 29587/352/349 29816/581/567 29586/353/350</w:t>
        <w:br/>
        <w:t>f 29374/140/138 29379/142/140 29818/582/568</w:t>
        <w:br/>
        <w:t>f 29817/583/569 29374/140/138 29818/582/568</w:t>
        <w:br/>
        <w:t>f 29374/140/138 29375/139/137 29819/584/570</w:t>
        <w:br/>
        <w:t>f 29378/143/141 29374/140/138 29819/584/570</w:t>
        <w:br/>
        <w:t>f 29433/199/197 29381/147/145 29382/146/144</w:t>
        <w:br/>
        <w:t>f 29430/197/195 29433/199/197 29382/146/144</w:t>
        <w:br/>
        <w:t>f 29386/150/148 29434/198/196 29820/585/571</w:t>
        <w:br/>
        <w:t>f 29385/151/149 29386/150/148 29820/585/571</w:t>
        <w:br/>
        <w:t>f 29382/146/144 29383/145/143 29428/193/191</w:t>
        <w:br/>
        <w:t>f 29432/195/193 29382/146/144 29428/193/191</w:t>
        <w:br/>
        <w:t>f 29386/150/148 29387/149/147 29380/148/146</w:t>
        <w:br/>
        <w:t>f 29381/147/145 29386/150/148 29380/148/146</w:t>
        <w:br/>
        <w:t>f 29456/220/218 29326/90/89 29457/222/220</w:t>
        <w:br/>
        <w:t>f 29485/250/248 29456/220/218 29457/222/220</w:t>
        <w:br/>
        <w:t>f 29458/223/221 29486/251/249 29485/250/248</w:t>
        <w:br/>
        <w:t>f 29457/222/220 29458/223/221 29485/250/248</w:t>
        <w:br/>
        <w:t>f 29486/251/249 29458/223/221 29459/224/222</w:t>
        <w:br/>
        <w:t>f 29487/252/250 29486/251/249 29459/224/222</w:t>
        <w:br/>
        <w:t>f 29335/102/100 29373/138/136 29489/253/251</w:t>
        <w:br/>
        <w:t>f 29337/100/98 29335/102/100 29489/253/251</w:t>
        <w:br/>
        <w:t>f 29482/248/246 29487/252/250 29489/253/251</w:t>
        <w:br/>
        <w:t>f 29481/249/247 29482/248/246 29489/253/251</w:t>
        <w:br/>
        <w:t>f 29353/121/119 29325/91/90 29356/118/116</w:t>
        <w:br/>
        <w:t>f 29326/90/89 29456/220/218 29356/118/116</w:t>
        <w:br/>
        <w:t>f 29325/91/90 29326/90/89 29356/118/116</w:t>
        <w:br/>
        <w:t>f 29261/25/24 29299/67/66 29300/66/65</w:t>
        <w:br/>
        <w:t>f 29260/26/25 29261/25/24 29300/66/65</w:t>
        <w:br/>
        <w:t>f 29479/245/243 29507/271/268 29508/274/271</w:t>
        <w:br/>
        <w:t>f 29517/283/280 29518/282/279 29363/127/125</w:t>
        <w:br/>
        <w:t>f 29364/126/124 29517/283/280 29363/127/125</w:t>
        <w:br/>
        <w:t>f 29823/586/572 29822/587/573 29821/588/574</w:t>
        <w:br/>
        <w:t>f 29827/589/575 29826/590/576 29825/591/577</w:t>
        <w:br/>
        <w:t>f 29824/592/578 29827/589/575 29825/591/577</w:t>
        <w:br/>
        <w:t>f 29829/593/579 29828/594/580 29824/592/578</w:t>
        <w:br/>
        <w:t>f 29825/591/577 29829/593/579 29824/592/578</w:t>
        <w:br/>
        <w:t>f 29531/297/294 29532/296/293 29303/71/70</w:t>
        <w:br/>
        <w:t>f 29304/70/69 29531/297/294 29303/71/70</w:t>
        <w:br/>
        <w:t>f 29822/587/573 29823/586/572 29831/595/581</w:t>
        <w:br/>
        <w:t>f 29830/596/582 29822/587/573 29831/595/581</w:t>
        <w:br/>
        <w:t>f 29828/594/580 29829/593/579 29830/596/582</w:t>
        <w:br/>
        <w:t>f 29831/595/581 29828/594/580 29830/596/582</w:t>
        <w:br/>
        <w:t>f 29821/588/574 29822/587/573 29284/52/51</w:t>
        <w:br/>
        <w:t>f 29536/300/297 29821/588/574 29284/52/51</w:t>
        <w:br/>
        <w:t>f 29832/597/583 29825/591/577 29826/590/576</w:t>
        <w:br/>
        <w:t>f 29522/290/287 29832/597/583 29826/590/576</w:t>
        <w:br/>
        <w:t>f 29833/598/584 29829/593/579 29825/591/577</w:t>
        <w:br/>
        <w:t>f 29832/597/583 29833/598/584 29825/591/577</w:t>
        <w:br/>
        <w:t>f 29826/590/576 29827/589/575 29305/69/68</w:t>
        <w:br/>
        <w:t>f 29306/68/67 29826/590/576 29305/69/68</w:t>
        <w:br/>
        <w:t>f 29411/179/177 29412/178/176 29537/299/296</w:t>
        <w:br/>
        <w:t>f 29579/344/341 29411/179/177 29537/299/296</w:t>
        <w:br/>
        <w:t>f 29837/599/585 29836/600/586 29835/601/587</w:t>
        <w:br/>
        <w:t>f 29834/602/588 29837/599/585 29835/601/587</w:t>
        <w:br/>
        <w:t>f 29411/179/177 29835/601/587 29836/600/586</w:t>
        <w:br/>
        <w:t>f 29414/176/174 29411/179/177 29836/600/586</w:t>
        <w:br/>
        <w:t>f 29839/603/589 29837/599/585 29834/602/588</w:t>
        <w:br/>
        <w:t>f 29838/604/590 29839/603/589 29834/602/588</w:t>
        <w:br/>
        <w:t>f 29838/604/590 29841/605/591 29840/606/592</w:t>
        <w:br/>
        <w:t>f 29839/603/589 29838/604/590 29840/606/592</w:t>
        <w:br/>
        <w:t>f 29420/183/181 29840/606/592 29841/605/591</w:t>
        <w:br/>
        <w:t>f 29419/184/182 29420/183/181 29841/605/591</w:t>
        <w:br/>
        <w:t>f 29413/177/175 29842/607/593 29821/588/574</w:t>
        <w:br/>
        <w:t>f 29412/178/176 29413/177/175 29821/588/574</w:t>
        <w:br/>
        <w:t>f 29419/184/182 29417/180/178 29415/182/180</w:t>
        <w:br/>
        <w:t>f 29823/586/572 29821/588/574 29842/607/593</w:t>
        <w:br/>
        <w:t>f 29429/192/190 29490/257/255 29379/142/140</w:t>
        <w:br/>
        <w:t>f 29377/144/142 29429/192/190 29379/142/140</w:t>
        <w:br/>
        <w:t>f 29491/256/254 29818/582/568 29379/142/140</w:t>
        <w:br/>
        <w:t>f 29490/257/255 29491/256/254 29379/142/140</w:t>
        <w:br/>
        <w:t>f 29256/23/22 29257/22/22 29844/608/594</w:t>
        <w:br/>
        <w:t>f 29843/609/595 29256/23/22 29844/608/594</w:t>
        <w:br/>
        <w:t>f 29332/98/96 29845/610/596 29588/351/348</w:t>
        <w:br/>
        <w:t>f 29586/353/350 29332/98/96 29588/351/348</w:t>
        <w:br/>
        <w:t>f 29610/373/370 29846/611/597 29609/374/371</w:t>
        <w:br/>
        <w:t>f 29598/365/362 29599/364/361 29692/456/452</w:t>
        <w:br/>
        <w:t>f 29378/143/141 29819/584/570 29431/196/194</w:t>
        <w:br/>
        <w:t>f 29432/195/193 29378/143/141 29431/196/194</w:t>
        <w:br/>
        <w:t>f 29379/142/140 29374/140/138 29378/143/141</w:t>
        <w:br/>
        <w:t>f 29378/143/141 29432/195/193 29428/193/191</w:t>
        <w:br/>
        <w:t>f 29338/104/102 29817/583/569 29373/138/136</w:t>
        <w:br/>
        <w:t>f 29542/306/303 29472/238/236 29473/237/235</w:t>
        <w:br/>
        <w:t>f 29552/316/313 29542/306/303 29473/237/235</w:t>
        <w:br/>
        <w:t>f 29542/306/303 29541/307/304 29847/612/598</w:t>
        <w:br/>
        <w:t>f 29472/238/236 29542/306/303 29847/612/598</w:t>
        <w:br/>
        <w:t>f 29614/376/373 29650/413/409 29648/415/411</w:t>
        <w:br/>
        <w:t>f 29613/377/374 29614/376/373 29648/415/411</w:t>
        <w:br/>
        <w:t>f 29611/379/376 29725/492/486 29656/421/417</w:t>
        <w:br/>
        <w:t>f 29614/376/373 29611/379/376 29656/421/417</w:t>
        <w:br/>
        <w:t>f 29569/335/332 29755/521/512 29756/520/511</w:t>
        <w:br/>
        <w:t>f 29750/515/506 29569/335/332 29756/520/511</w:t>
        <w:br/>
        <w:t>f 29473/237/235 29471/236/234 29849/613/599</w:t>
        <w:br/>
        <w:t>f 29848/614/600 29473/237/235 29849/613/599</w:t>
        <w:br/>
        <w:t>f 29773/537/527 29850/615/399 29772/538/417</w:t>
        <w:br/>
        <w:t>f 29854/616/601 29853/617/602 29852/618/603</w:t>
        <w:br/>
        <w:t>f 29851/619/604 29854/616/601 29852/618/603</w:t>
        <w:br/>
        <w:t>f 29851/619/604 29852/618/603 29855/620/605</w:t>
        <w:br/>
        <w:t>f 29815/578/564 29856/621/606 29333/97/95</w:t>
        <w:br/>
        <w:t>f 29334/96/94 29815/578/564 29333/97/95</w:t>
        <w:br/>
        <w:t>f 29813/580/566 29857/622/607 29856/621/606</w:t>
        <w:br/>
        <w:t>f 29815/578/564 29813/580/566 29856/621/606</w:t>
        <w:br/>
        <w:t>f 29857/622/607 29813/580/566 29859/623/608</w:t>
        <w:br/>
        <w:t>f 29858/624/609 29857/622/607 29859/623/608</w:t>
        <w:br/>
        <w:t>f 29859/623/608 29861/625/308 29860/626/610</w:t>
        <w:br/>
        <w:t>f 29271/39/38 29351/116/114 29274/36/35</w:t>
        <w:br/>
        <w:t>f 29501/267/264 29274/36/35 29351/116/114</w:t>
        <w:br/>
        <w:t>f 29526/292/289 29501/267/264 29351/116/114</w:t>
        <w:br/>
        <w:t>f 29527/291/288 29357/122/611 29529/293/290</w:t>
        <w:br/>
        <w:t>f 29319/87/86 29320/86/85 29530/295/292</w:t>
        <w:br/>
        <w:t>f 29528/294/291 29530/295/292 29527/291/288</w:t>
        <w:br/>
        <w:t>f 29680/444/440 29627/391/388 29609/374/371</w:t>
        <w:br/>
        <w:t>f 29753/518/509 29863/627/612 29745/510/501</w:t>
        <w:br/>
        <w:t>f 29862/628/613 29753/518/509 29745/510/501</w:t>
        <w:br/>
        <w:t>f 29752/519/510 29753/518/509 29862/628/613</w:t>
        <w:br/>
        <w:t>f 29864/629/614 29752/519/510 29862/628/613</w:t>
        <w:br/>
        <w:t>f 29865/630/615 29730/493/487 29752/519/510</w:t>
        <w:br/>
        <w:t>f 29864/629/614 29865/630/615 29752/519/510</w:t>
        <w:br/>
        <w:t>f 29730/493/487 29865/630/615 29866/631/616</w:t>
        <w:br/>
        <w:t>f 29749/514/505 29747/513/504 29565/333/330</w:t>
        <w:br/>
        <w:t>f 29566/332/329 29749/514/505 29565/333/330</w:t>
        <w:br/>
        <w:t>f 29566/332/329 29569/335/332 29750/515/506</w:t>
        <w:br/>
        <w:t>f 29749/514/505 29566/332/329 29750/515/506</w:t>
        <w:br/>
        <w:t>f 29866/631/616 29867/632/617 29756/520/511</w:t>
        <w:br/>
        <w:t>f 29729/494/488 29866/631/616 29756/520/511</w:t>
        <w:br/>
        <w:t>f 29867/632/617 29613/377/374 29750/515/506</w:t>
        <w:br/>
        <w:t>f 29756/520/511 29867/632/617 29750/515/506</w:t>
        <w:br/>
        <w:t>f 29730/493/487 29866/631/616 29729/494/488</w:t>
        <w:br/>
        <w:t>f 29747/513/504 29748/512/503 29575/341/338</w:t>
        <w:br/>
        <w:t>f 29565/333/330 29747/513/504 29575/341/338</w:t>
        <w:br/>
        <w:t>f 29803/569/557 29804/568/556 29868/633/618</w:t>
        <w:br/>
        <w:t>f 29870/634/619 29869/635/620 29543/310/307</w:t>
        <w:br/>
        <w:t>f 29248/12/12 29870/634/619 29543/310/307</w:t>
        <w:br/>
        <w:t>f 29869/635/620 29871/636/565 29545/308/305</w:t>
        <w:br/>
        <w:t>f 29543/310/307 29869/635/620 29545/308/305</w:t>
        <w:br/>
        <w:t>f 29545/308/305 29871/636/565 29872/637/621</w:t>
        <w:br/>
        <w:t>f 29860/626/610 29874/638/622 29873/639/623</w:t>
        <w:br/>
        <w:t>f 29858/624/609 29860/626/610 29873/639/623</w:t>
        <w:br/>
        <w:t>f 29878/640/311 29877/641/229 29876/642/624</w:t>
        <w:br/>
        <w:t>f 29875/643/625 29878/640/311 29876/642/624</w:t>
        <w:br/>
        <w:t>f 29858/624/609 29873/639/623 29879/644/626</w:t>
        <w:br/>
        <w:t>f 29857/622/607 29858/624/609 29879/644/626</w:t>
        <w:br/>
        <w:t>f 29880/645/627 29856/621/606 29857/622/607</w:t>
        <w:br/>
        <w:t>f 29879/644/626 29880/645/627 29857/622/607</w:t>
        <w:br/>
        <w:t>f 29856/621/606 29880/645/627 29333/97/95</w:t>
        <w:br/>
        <w:t>f 29334/96/94 29796/562/550 29797/561/549</w:t>
        <w:br/>
        <w:t>f 29815/578/564 29334/96/94 29797/561/549</w:t>
        <w:br/>
        <w:t>f 29331/99/97 29804/568/556 29796/562/550</w:t>
        <w:br/>
        <w:t>f 29334/96/94 29331/99/97 29796/562/550</w:t>
        <w:br/>
        <w:t>f 29804/568/556 29881/646/628 29868/633/618</w:t>
        <w:br/>
        <w:t>f 29882/647/629 29868/633/618 29816/581/630</w:t>
        <w:br/>
        <w:t>f 29804/568/556 29331/99/97 29816/581/567</w:t>
        <w:br/>
        <w:t>f 29331/99/97 29586/353/350 29816/581/567</w:t>
        <w:br/>
        <w:t>f 29333/97/95 29883/648/631 29332/98/96</w:t>
        <w:br/>
        <w:t>f 29437/201/199 29885/649/632 29884/650/633</w:t>
        <w:br/>
        <w:t>f 29436/202/200 29437/201/199 29884/650/633</w:t>
        <w:br/>
        <w:t>f 29889/651/634 29888/652/200 29887/653/635</w:t>
        <w:br/>
        <w:t>f 29886/654/636 29889/651/634 29887/653/635</w:t>
        <w:br/>
        <w:t>f 29892/655/637 29891/656/638 29890/657/639</w:t>
        <w:br/>
        <w:t>f 29556/320/317 29892/655/637 29890/657/639</w:t>
        <w:br/>
        <w:t>f 29658/424/420 29789/553/542 29788/554/543</w:t>
        <w:br/>
        <w:t>f 29657/425/421 29658/424/420 29788/554/543</w:t>
        <w:br/>
        <w:t>f 29893/658/500 29769/533/523 29768/534/524</w:t>
        <w:br/>
        <w:t>f 29768/534/524 29639/407/404 29895/659/640</w:t>
        <w:br/>
        <w:t>f 29894/660/641 29768/534/524 29895/659/640</w:t>
        <w:br/>
        <w:t>f 29896/661/614 29895/659/640 29639/407/404</w:t>
        <w:br/>
        <w:t>f 29640/406/403 29896/661/614 29639/407/404</w:t>
        <w:br/>
        <w:t>f 29896/661/614 29640/406/403 29789/553/542</w:t>
        <w:br/>
        <w:t>f 29897/662/615 29896/661/614 29789/553/542</w:t>
        <w:br/>
        <w:t>f 29897/662/615 29789/553/542 29790/555/544</w:t>
        <w:br/>
        <w:t>f 29745/510/501 29863/627/612 29744/511/502</w:t>
        <w:br/>
        <w:t>f 29893/658/500 29768/534/524 29894/660/641</w:t>
        <w:br/>
        <w:t>f 29901/663/642 29900/664/643 29899/665/644</w:t>
        <w:br/>
        <w:t>f 29898/666/645 29901/663/642 29899/665/644</w:t>
        <w:br/>
        <w:t>f 29905/667/646 29904/668/646 29903/669/647</w:t>
        <w:br/>
        <w:t>f 29902/670/647 29905/667/646 29903/669/647</w:t>
        <w:br/>
        <w:t>f 29908/671/648 29907/672/649 29899/665/644</w:t>
        <w:br/>
        <w:t>f 29906/673/650 29908/671/648 29899/665/644</w:t>
        <w:br/>
        <w:t>f 29905/667/646 29909/674/651 29904/668/646</w:t>
        <w:br/>
        <w:t>f 29900/664/643 29910/675/608 29906/673/650</w:t>
        <w:br/>
        <w:t>f 29899/665/644 29900/664/643 29906/673/650</w:t>
        <w:br/>
        <w:t>f 29914/676/652 29913/677/653 29912/678/654</w:t>
        <w:br/>
        <w:t>f 29911/679/655 29914/676/652 29912/678/654</w:t>
        <w:br/>
        <w:t>f 29915/680/656 29907/672/649 29913/677/653</w:t>
        <w:br/>
        <w:t>f 29914/676/652 29915/680/656 29913/677/653</w:t>
        <w:br/>
        <w:t>f 29916/681/657 29911/679/655 29912/678/654</w:t>
        <w:br/>
        <w:t>f 29907/672/649 29908/671/648 29902/670/647</w:t>
        <w:br/>
        <w:t>f 29903/669/647 29907/672/649 29902/670/647</w:t>
        <w:br/>
        <w:t>f 29907/672/649 29915/680/656 29898/666/645</w:t>
        <w:br/>
        <w:t>f 29899/665/644 29907/672/649 29898/666/645</w:t>
        <w:br/>
        <w:t>f 29860/626/610 29858/624/609 29859/623/608</w:t>
        <w:br/>
        <w:t>f 29878/640/311 29860/626/610 29861/625/308</w:t>
        <w:br/>
        <w:t>f 29910/675/608 29900/664/643 29548/312/309</w:t>
        <w:br/>
        <w:t>f 29549/311/308 29910/675/608 29548/312/309</w:t>
        <w:br/>
        <w:t>f 29547/313/310 29918/682/658 29917/683/560</w:t>
        <w:br/>
        <w:t>f 29466/232/230 29547/313/310 29917/683/560</w:t>
        <w:br/>
        <w:t>f 29918/682/658 29547/313/310 29548/312/309</w:t>
        <w:br/>
        <w:t>f 29919/684/659 29918/682/658 29548/312/309</w:t>
        <w:br/>
        <w:t>f 29919/684/659 29548/312/309 29900/664/643</w:t>
        <w:br/>
        <w:t>f 29901/663/642 29919/684/659 29900/664/643</w:t>
        <w:br/>
        <w:t>f 29920/685/559 29464/226/224 29461/229/227</w:t>
        <w:br/>
        <w:t>f 29465/233/231 29920/685/559 29461/229/227</w:t>
        <w:br/>
        <w:t>f 29466/232/230 29917/683/560 29920/685/559</w:t>
        <w:br/>
        <w:t>f 29465/233/231 29466/232/230 29920/685/559</w:t>
        <w:br/>
        <w:t>f 29924/686/660 29923/687/661 29922/688/636</w:t>
        <w:br/>
        <w:t>f 29921/689/635 29924/686/660 29922/688/636</w:t>
        <w:br/>
        <w:t>f 29926/690/662 29922/688/636 29923/687/661</w:t>
        <w:br/>
        <w:t>f 29925/691/663 29926/690/662 29923/687/661</w:t>
        <w:br/>
        <w:t>f 29925/691/663 29928/692/664 29927/693/665</w:t>
        <w:br/>
        <w:t>f 29926/690/662 29925/691/663 29927/693/665</w:t>
        <w:br/>
        <w:t>f 29928/692/664 29283/47/46 29282/48/47</w:t>
        <w:br/>
        <w:t>f 29927/693/665 29928/692/664 29282/48/47</w:t>
        <w:br/>
        <w:t>f 29930/694/666 29929/695/667 29474/241/239</w:t>
        <w:br/>
        <w:t>f 29475/240/238 29930/694/666 29474/241/239</w:t>
        <w:br/>
        <w:t>f 29474/241/239 29870/634/619 29248/12/12</w:t>
        <w:br/>
        <w:t>f 29249/11/11 29474/241/239 29248/12/12</w:t>
        <w:br/>
        <w:t>f 29870/634/619 29931/696/668 29869/635/620</w:t>
        <w:br/>
        <w:t>f 29553/315/312 29475/240/238 29476/239/237</w:t>
        <w:br/>
        <w:t>f 29538/305/302 29553/315/312 29476/239/237</w:t>
        <w:br/>
        <w:t>f 29869/635/620 29932/697/642 29871/636/565</w:t>
        <w:br/>
        <w:t>f 29874/638/622 29875/643/625 29558/325/322</w:t>
        <w:br/>
        <w:t>f 29559/324/321 29874/638/622 29558/325/322</w:t>
        <w:br/>
        <w:t>f 29935/698/669 29559/324/321 29934/699/670</w:t>
        <w:br/>
        <w:t>f 29933/700/671 29935/698/669 29934/699/670</w:t>
        <w:br/>
        <w:t>f 29557/319/316 29554/322/319 29558/325/322</w:t>
        <w:br/>
        <w:t>f 29937/701/672 29936/702/673 29935/698/669</w:t>
        <w:br/>
        <w:t>f 29933/700/671 29937/701/672 29935/698/669</w:t>
        <w:br/>
        <w:t>f 29936/702/673 29937/701/672 29939/703/674</w:t>
        <w:br/>
        <w:t>f 29938/704/675 29936/702/673 29939/703/674</w:t>
        <w:br/>
        <w:t>f 29940/705/676 29883/648/631 29938/704/675</w:t>
        <w:br/>
        <w:t>f 29939/703/674 29940/705/676 29938/704/675</w:t>
        <w:br/>
        <w:t>f 29883/648/631 29940/705/676 29845/610/596</w:t>
        <w:br/>
        <w:t>f 29550/318/315 29551/317/314 29810/576/562</w:t>
        <w:br/>
        <w:t>f 29808/570/558 29550/318/315 29810/576/562</w:t>
        <w:br/>
        <w:t>f 29929/695/667 29931/696/668 29870/634/619</w:t>
        <w:br/>
        <w:t>f 29474/241/239 29929/695/667 29870/634/619</w:t>
        <w:br/>
        <w:t>f 29550/318/315 29930/694/666 29475/240/238</w:t>
        <w:br/>
        <w:t>f 29553/315/312 29550/318/315 29475/240/238</w:t>
        <w:br/>
        <w:t>f 29848/614/600 29551/317/314 29552/316/313</w:t>
        <w:br/>
        <w:t>f 29473/237/235 29848/614/600 29552/316/313</w:t>
        <w:br/>
        <w:t>f 29924/686/660 29809/577/563 29848/614/600</w:t>
        <w:br/>
        <w:t>f 29849/613/599 29924/686/660 29848/614/600</w:t>
        <w:br/>
        <w:t>f 29930/694/666 29805/573/561 29941/706/658</w:t>
        <w:br/>
        <w:t>f 29929/695/667 29930/694/666 29941/706/658</w:t>
        <w:br/>
        <w:t>f 29471/236/234 29470/235/233 29794/559/547</w:t>
        <w:br/>
        <w:t>f 29849/613/599 29471/236/234 29794/559/547</w:t>
        <w:br/>
        <w:t>f 29931/696/668 29942/707/659 29932/697/642</w:t>
        <w:br/>
        <w:t>f 29931/696/668 29932/697/642 29869/635/620</w:t>
        <w:br/>
        <w:t>f 29885/649/632 29944/708/677 29943/709/678</w:t>
        <w:br/>
        <w:t>f 29890/657/639 29885/649/632 29943/709/678</w:t>
        <w:br/>
        <w:t>f 29463/227/225 29887/653/635 29462/228/226</w:t>
        <w:br/>
        <w:t>f 29802/564/552 29403/168/166 29404/167/165</w:t>
        <w:br/>
        <w:t>f 29946/710/633 29945/711/679 29461/229/227</w:t>
        <w:br/>
        <w:t>f 29462/228/226 29946/710/633 29461/229/227</w:t>
        <w:br/>
        <w:t>f 29465/233/231 29461/229/227 29945/711/679</w:t>
        <w:br/>
        <w:t>f 29468/230/228 29465/233/231 29945/711/679</w:t>
        <w:br/>
        <w:t>f 29888/652/200 29946/710/633 29462/228/226</w:t>
        <w:br/>
        <w:t>f 29887/653/635 29888/652/200 29462/228/226</w:t>
        <w:br/>
        <w:t>f 29813/580/566 29947/712/680 29859/623/608</w:t>
        <w:br/>
        <w:t>f 29813/580/566 29814/579/565 29947/712/680</w:t>
        <w:br/>
        <w:t>f 29814/579/565 29948/713/642 29947/712/680</w:t>
        <w:br/>
        <w:t>f 29281/43/42 29439/205/203 29255/17/17</w:t>
        <w:br/>
        <w:t>f 29283/47/46 29281/43/42 29255/17/17</w:t>
        <w:br/>
        <w:t>f 29950/714/681 29688/450/446 29685/453/449</w:t>
        <w:br/>
        <w:t>f 29949/715/682 29950/714/681 29685/453/449</w:t>
        <w:br/>
        <w:t>f 29652/417/413 29952/716/683 29951/717/684</w:t>
        <w:br/>
        <w:t>f 29651/418/414 29652/417/413 29951/717/684</w:t>
        <w:br/>
        <w:t>f 29458/223/221 29457/222/220 29263/31/30</w:t>
        <w:br/>
        <w:t>f 29457/222/220 29326/90/89 29266/28/27</w:t>
        <w:br/>
        <w:t>f 29883/648/631 29845/610/596 29332/98/96</w:t>
        <w:br/>
        <w:t>f 29555/321/318 29556/320/317 29890/657/639</w:t>
        <w:br/>
        <w:t>f 29943/709/678 29555/321/318 29890/657/639</w:t>
        <w:br/>
        <w:t>f 29891/656/638 29884/650/633 29885/649/632</w:t>
        <w:br/>
        <w:t>f 29890/657/639 29891/656/638 29885/649/632</w:t>
        <w:br/>
        <w:t>f 29557/319/316 29876/642/624 29556/320/317</w:t>
        <w:br/>
        <w:t>f 29437/201/199 29944/708/677 29885/649/632</w:t>
        <w:br/>
        <w:t>f 29874/638/622 29559/324/321 29935/698/669</w:t>
        <w:br/>
        <w:t>f 29873/639/623 29874/638/622 29935/698/669</w:t>
        <w:br/>
        <w:t>f 29878/640/311 29875/643/625 29874/638/622</w:t>
        <w:br/>
        <w:t>f 29860/626/610 29878/640/311 29874/638/622</w:t>
        <w:br/>
        <w:t>f 29879/644/626 29936/702/673 29938/704/675</w:t>
        <w:br/>
        <w:t>f 29880/645/627 29879/644/626 29938/704/675</w:t>
        <w:br/>
        <w:t>f 29873/639/623 29935/698/669 29936/702/673</w:t>
        <w:br/>
        <w:t>f 29879/644/626 29873/639/623 29936/702/673</w:t>
        <w:br/>
        <w:t>f 29880/645/627 29938/704/675 29883/648/631</w:t>
        <w:br/>
        <w:t>f 29880/645/627 29883/648/631 29333/97/95</w:t>
        <w:br/>
        <w:t>f 29558/325/322 29875/643/625 29876/642/624</w:t>
        <w:br/>
        <w:t>f 29557/319/316 29558/325/322 29876/642/624</w:t>
        <w:br/>
        <w:t>f 29876/642/624 29877/641/229 29892/655/637</w:t>
        <w:br/>
        <w:t>f 29876/642/624 29892/655/637 29556/320/317</w:t>
        <w:br/>
        <w:t>f 29348/114/112 29505/268/265 29357/122/120</w:t>
        <w:br/>
        <w:t>f 29477/243/241 29479/245/243 29508/274/271</w:t>
        <w:br/>
        <w:t>f 29479/245/243 29483/247/245 29507/271/268</w:t>
        <w:br/>
        <w:t>f 29492/255/253 29511/277/274 29512/276/273</w:t>
        <w:br/>
        <w:t>f 29427/194/192 29383/145/143 29365/133/131</w:t>
        <w:br/>
        <w:t>f 29954/718/685 29953/719/686 29369/137/135</w:t>
        <w:br/>
        <w:t>f 29370/136/134 29954/718/685 29369/137/135</w:t>
        <w:br/>
        <w:t>f 29830/596/582 29287/49/48 29284/52/51</w:t>
        <w:br/>
        <w:t>f 29822/587/573 29830/596/582 29284/52/51</w:t>
        <w:br/>
        <w:t>f 29425/191/189 29426/190/188 29834/602/588</w:t>
        <w:br/>
        <w:t>f 29835/601/587 29425/191/189 29834/602/588</w:t>
        <w:br/>
        <w:t>f 29287/49/48 29830/596/582 29829/593/579</w:t>
        <w:br/>
        <w:t>f 29833/598/584 29287/49/48 29829/593/579</w:t>
        <w:br/>
        <w:t>f 29501/267/264 29530/295/292 29320/86/85</w:t>
        <w:br/>
        <w:t>f 29502/266/263 29501/267/264 29320/86/85</w:t>
        <w:br/>
        <w:t>f 29273/37/36 29502/266/263 29519/284/281</w:t>
        <w:br/>
        <w:t>f 29514/278/275 29273/37/36 29519/284/281</w:t>
        <w:br/>
        <w:t>f 29306/68/67 29525/287/284 29522/290/287</w:t>
        <w:br/>
        <w:t>f 29826/590/576 29306/68/67 29522/290/287</w:t>
        <w:br/>
        <w:t>f 29536/300/297 29537/299/296 29412/178/176</w:t>
        <w:br/>
        <w:t>f 29821/588/574 29536/300/297 29412/178/176</w:t>
        <w:br/>
        <w:t>f 29835/601/587 29411/179/177 29579/344/341</w:t>
        <w:br/>
        <w:t>f 29425/191/189 29835/601/587 29579/344/341</w:t>
        <w:br/>
        <w:t>f 29838/604/590 29834/602/588 29426/190/188</w:t>
        <w:br/>
        <w:t>f 29582/347/344 29838/604/590 29426/190/188</w:t>
        <w:br/>
        <w:t>f 29582/347/344 29585/350/347 29841/605/591</w:t>
        <w:br/>
        <w:t>f 29838/604/590 29582/347/344 29841/605/591</w:t>
        <w:br/>
        <w:t>f 29515/281/278 29955/720/687 29321/85/84</w:t>
        <w:br/>
        <w:t>f 29364/126/124 29524/288/285 29956/721/688</w:t>
        <w:br/>
        <w:t>f 29517/283/280 29364/126/124 29956/721/688</w:t>
        <w:br/>
        <w:t>f 29517/283/280 29956/721/688 29955/720/687</w:t>
        <w:br/>
        <w:t>f 29515/281/278 29517/283/280 29955/720/687</w:t>
        <w:br/>
        <w:t>f 29284/52/51 29285/51/50 29535/301/298</w:t>
        <w:br/>
        <w:t>f 29536/300/297 29284/52/51 29535/301/298</w:t>
        <w:br/>
        <w:t>f 29522/290/287 29523/289/286 29957/722/689</w:t>
        <w:br/>
        <w:t>f 29832/597/583 29522/290/287 29957/722/689</w:t>
        <w:br/>
        <w:t>f 29832/597/583 29957/722/689 29496/260/258</w:t>
        <w:br/>
        <w:t>f 29833/598/584 29832/597/583 29496/260/258</w:t>
        <w:br/>
        <w:t>f 29579/344/341 29534/302/299 29408/174/172</w:t>
        <w:br/>
        <w:t>f 29526/292/289 29527/291/288 29530/295/292</w:t>
        <w:br/>
        <w:t>f 29501/267/264 29526/292/289 29530/295/292</w:t>
        <w:br/>
        <w:t>f 29526/292/289 29351/116/114 29352/115/113</w:t>
        <w:br/>
        <w:t>f 29805/573/561 29930/694/666 29550/318/315</w:t>
        <w:br/>
        <w:t>f 29808/570/558 29805/573/561 29550/318/315</w:t>
        <w:br/>
        <w:t>f 29551/317/314 29848/614/600 29809/577/563</w:t>
        <w:br/>
        <w:t>f 29810/576/562 29551/317/314 29809/577/563</w:t>
        <w:br/>
        <w:t>f 29849/613/599 29794/559/547 29923/687/661</w:t>
        <w:br/>
        <w:t>f 29924/686/660 29849/613/599 29923/687/661</w:t>
        <w:br/>
        <w:t>f 29925/691/663 29923/687/661 29794/559/547</w:t>
        <w:br/>
        <w:t>f 29324/88/87 29925/691/663 29794/559/547</w:t>
        <w:br/>
        <w:t>f 29324/88/87 29280/44/43 29928/692/664</w:t>
        <w:br/>
        <w:t>f 29925/691/663 29324/88/87 29928/692/664</w:t>
        <w:br/>
        <w:t>f 29810/576/562 29811/575/224 29807/571/559</w:t>
        <w:br/>
        <w:t>f 29808/570/558 29810/576/562 29807/571/559</w:t>
        <w:br/>
        <w:t>f 29921/689/635 29812/574/225 29809/577/563</w:t>
        <w:br/>
        <w:t>f 29924/686/660 29921/689/635 29809/577/563</w:t>
        <w:br/>
        <w:t>f 29805/573/561 29806/572/560 29941/706/658</w:t>
        <w:br/>
        <w:t>f 29283/47/46 29928/692/664 29280/44/43</w:t>
        <w:br/>
        <w:t>f 29281/43/42 29283/47/46 29280/44/43</w:t>
        <w:br/>
        <w:t>f 29931/696/668 29929/695/667 29941/706/658</w:t>
        <w:br/>
        <w:t>f 29942/707/659 29931/696/668 29941/706/658</w:t>
        <w:br/>
        <w:t>f 29419/184/182 29841/605/591 29585/350/347</w:t>
        <w:br/>
        <w:t>f 29417/180/178 29419/184/182 29585/350/347</w:t>
        <w:br/>
        <w:t>f 29355/119/117 29450/217/215 29451/216/214</w:t>
        <w:br/>
        <w:t>f 29573/337/334 29959/723/690 29958/724/690</w:t>
        <w:br/>
        <w:t>f 29572/338/335 29573/337/334 29958/724/690</w:t>
        <w:br/>
        <w:t>f 29571/339/336 29728/495/489 29960/725/691</w:t>
        <w:br/>
        <w:t>f 29574/336/333 29571/339/336 29960/725/691</w:t>
        <w:br/>
        <w:t>f 29728/495/489 29755/521/512 29961/726/692</w:t>
        <w:br/>
        <w:t>f 29960/725/691 29728/495/489 29961/726/692</w:t>
        <w:br/>
        <w:t>f 29959/723/690 29963/727/693 29962/728/693</w:t>
        <w:br/>
        <w:t>f 29958/724/690 29959/723/690 29962/728/693</w:t>
        <w:br/>
        <w:t>f 29476/239/237 29249/11/11 29246/14/14</w:t>
        <w:br/>
        <w:t>f 29540/303/300 29476/239/237 29246/14/14</w:t>
        <w:br/>
        <w:t>f 29570/334/331 29961/726/692 29755/521/512</w:t>
        <w:br/>
        <w:t>f 29569/335/332 29570/334/331 29755/521/512</w:t>
        <w:br/>
        <w:t>f 29964/729/694 29962/728/693 29963/727/693</w:t>
        <w:br/>
        <w:t>f 29472/238/236 29847/612/598 29307/75/74</w:t>
        <w:br/>
        <w:t>f 29308/74/73 29472/238/236 29307/75/74</w:t>
        <w:br/>
        <w:t>f 29313/80/79 29676/443/439 29317/81/80</w:t>
        <w:br/>
        <w:t>f 29590/355/352 29787/552/541 29965/730/695</w:t>
        <w:br/>
        <w:t>f 29846/611/597 29590/355/352 29965/730/695</w:t>
        <w:br/>
        <w:t>f 29313/80/79 29787/552/541 29676/443/439</w:t>
        <w:br/>
        <w:t>f 29318/83/82 29453/218/216 29454/219/217</w:t>
        <w:br/>
        <w:t>f 29680/444/440 29609/374/371 29679/445/441</w:t>
        <w:br/>
        <w:t>f 29270/32/31 29238/1/1 29564/329/326</w:t>
        <w:br/>
        <w:t>f 29521/285/282 29520/286/283 29966/731/696</w:t>
        <w:br/>
        <w:t>f 29970/732/697 29969/733/698 29968/734/699</w:t>
        <w:br/>
        <w:t>f 29967/735/700 29970/732/697 29968/734/699</w:t>
        <w:br/>
        <w:t>f 29974/736/701 29973/737/702 29972/738/702</w:t>
        <w:br/>
        <w:t>f 29971/739/701 29974/736/701 29972/738/702</w:t>
        <w:br/>
        <w:t>f 29978/740/703 29977/741/704 29976/742/705</w:t>
        <w:br/>
        <w:t>f 29975/743/706 29978/740/703 29976/742/705</w:t>
        <w:br/>
        <w:t>f 29982/744/707 29981/745/707 29980/746/708</w:t>
        <w:br/>
        <w:t>f 29979/747/708 29982/744/707 29980/746/708</w:t>
        <w:br/>
        <w:t>f 29986/748/709 29985/749/710 29984/750/711</w:t>
        <w:br/>
        <w:t>f 29983/751/709 29986/748/709 29984/750/711</w:t>
        <w:br/>
        <w:t>f 29988/752/712 29984/750/711 29985/749/710</w:t>
        <w:br/>
        <w:t>f 29987/753/712 29988/752/712 29985/749/710</w:t>
        <w:br/>
        <w:t>f 29990/754/713 29988/752/712 29987/753/712</w:t>
        <w:br/>
        <w:t>f 29989/755/713 29990/754/713 29987/753/712</w:t>
        <w:br/>
        <w:t>f 29993/756/714 29992/757/715 29991/758/715</w:t>
        <w:br/>
        <w:t>f 29978/740/703 29974/736/701 29971/739/701</w:t>
        <w:br/>
        <w:t>f 29977/741/704 29978/740/703 29971/739/701</w:t>
        <w:br/>
        <w:t>f 29997/759/716 29996/760/717 29995/761/718</w:t>
        <w:br/>
        <w:t>f 29994/762/716 29997/759/716 29995/761/718</w:t>
        <w:br/>
        <w:t>f 29986/748/709 29983/751/709 29995/761/718</w:t>
        <w:br/>
        <w:t>f 29996/760/717 29986/748/709 29995/761/718</w:t>
        <w:br/>
        <w:t>f 29981/745/707 29982/744/707 29975/743/706</w:t>
        <w:br/>
        <w:t>f 29976/742/705 29981/745/707 29975/743/706</w:t>
        <w:br/>
        <w:t>f 29980/746/708 29998/763/719 29979/747/708</w:t>
        <w:br/>
        <w:t>f 29989/755/713 29991/758/715 29992/757/715</w:t>
        <w:br/>
        <w:t>f 29990/754/713 29989/755/713 29992/757/715</w:t>
        <w:br/>
        <w:t>f 29973/737/702 30000/764/720 29999/765/721</w:t>
        <w:br/>
        <w:t>f 29972/738/702 29973/737/702 29999/765/721</w:t>
        <w:br/>
        <w:t>f 29994/762/716 30002/766/722 30001/767/722</w:t>
        <w:br/>
        <w:t>f 29997/759/716 29994/762/716 30001/767/722</w:t>
        <w:br/>
        <w:t>f 30004/768/723 29999/765/721 30000/764/720</w:t>
        <w:br/>
        <w:t>f 30003/769/723 30004/768/723 30000/764/720</w:t>
        <w:br/>
        <w:t>f 30002/766/722 30006/770/724 30005/771/725</w:t>
        <w:br/>
        <w:t>f 30001/767/722 30002/766/722 30005/771/725</w:t>
        <w:br/>
        <w:t>f 29969/733/698 30004/768/723 30003/769/723</w:t>
        <w:br/>
        <w:t>f 29968/734/699 29969/733/698 30003/769/723</w:t>
        <w:br/>
        <w:t>f 30007/772/726 30005/771/727 29969/733/698</w:t>
        <w:br/>
        <w:t>f 29970/732/697 30007/772/726 29969/733/698</w:t>
        <w:br/>
        <w:t>f 29329/93/92 30008/773/728 29328/94/93</w:t>
        <w:br/>
        <w:t>f 30012/774/729 30011/775/730 30010/776/730</w:t>
        <w:br/>
        <w:t>f 30009/777/729 30012/774/729 30010/776/730</w:t>
        <w:br/>
        <w:t>f 29438/200/198 29435/203/201 30013/778/731</w:t>
        <w:br/>
        <w:t>f 29889/651/634 29886/654/636 30014/779/662</w:t>
        <w:br/>
        <w:t>f 29889/651/634 30014/779/662 30015/780/732</w:t>
        <w:br/>
        <w:t>f 30019/781/733 30018/782/734 30017/783/735</w:t>
        <w:br/>
        <w:t>f 30016/784/736 30019/781/733 30017/783/735</w:t>
        <w:br/>
        <w:t>f 30021/785/737 30020/786/738 30016/784/736</w:t>
        <w:br/>
        <w:t>f 30017/783/735 30021/785/737 30016/784/736</w:t>
        <w:br/>
        <w:t>f 30023/787/739 30022/788/740 30020/786/738</w:t>
        <w:br/>
        <w:t>f 30021/785/737 30023/787/739 30020/786/738</w:t>
        <w:br/>
        <w:t>f 30025/789/741 30024/790/742 30022/788/740</w:t>
        <w:br/>
        <w:t>f 30023/787/739 30025/789/741 30022/788/740</w:t>
        <w:br/>
        <w:t>f 30027/791/743 30026/792/744 30024/790/742</w:t>
        <w:br/>
        <w:t>f 30025/789/741 30027/791/743 30024/790/742</w:t>
        <w:br/>
        <w:t>f 30029/793/745 30028/794/746 30026/792/744</w:t>
        <w:br/>
        <w:t>f 30027/791/743 30029/793/745 30026/792/744</w:t>
        <w:br/>
        <w:t>f 30031/795/747 30030/796/748 30028/794/746</w:t>
        <w:br/>
        <w:t>f 30029/793/745 30031/795/747 30028/794/746</w:t>
        <w:br/>
        <w:t>f 30033/797/749 30031/795/747 30032/798/750</w:t>
        <w:br/>
        <w:t>f 30018/782/734 30035/799/751 30034/800/752</w:t>
        <w:br/>
        <w:t>f 30017/783/735 30018/782/734 30034/800/752</w:t>
        <w:br/>
        <w:t>f 30017/783/735 30034/800/752 30036/801/753</w:t>
        <w:br/>
        <w:t>f 30021/785/737 30017/783/735 30036/801/753</w:t>
        <w:br/>
        <w:t>f 30021/785/737 30036/801/753 30037/802/754</w:t>
        <w:br/>
        <w:t>f 30023/787/739 30021/785/737 30037/802/754</w:t>
        <w:br/>
        <w:t>f 30038/803/755 30025/789/741 30023/787/739</w:t>
        <w:br/>
        <w:t>f 30037/802/754 30038/803/755 30023/787/739</w:t>
        <w:br/>
        <w:t>f 30039/804/756 30027/791/743 30025/789/741</w:t>
        <w:br/>
        <w:t>f 30038/803/755 30039/804/756 30025/789/741</w:t>
        <w:br/>
        <w:t>f 30040/805/757 30029/793/745 30027/791/743</w:t>
        <w:br/>
        <w:t>f 30039/804/756 30040/805/757 30027/791/743</w:t>
        <w:br/>
        <w:t>f 30032/798/750 30031/795/747 30029/793/745</w:t>
        <w:br/>
        <w:t>f 30040/805/757 30032/798/750 30029/793/745</w:t>
        <w:br/>
        <w:t>f 30033/797/749 30030/796/748 30031/795/747</w:t>
        <w:br/>
        <w:t>f 30043/806/758 30042/807/759 30041/808/760</w:t>
        <w:br/>
        <w:t>f 30044/809/761 30043/806/758 30041/808/760</w:t>
        <w:br/>
        <w:t>f 30046/810/762 30043/806/758 30044/809/761</w:t>
        <w:br/>
        <w:t>f 30045/811/763 30046/810/762 30044/809/761</w:t>
        <w:br/>
        <w:t>f 30049/812/764 30048/813/765 30047/814/133</w:t>
        <w:br/>
        <w:t>f 30052/815/766 30051/816/767 30050/817/766</w:t>
        <w:br/>
        <w:t>f 29385/151/149 30053/818/768 29384/152/150</w:t>
        <w:br/>
        <w:t>f 29820/585/571 30053/818/768 29385/151/149</w:t>
        <w:br/>
        <w:t>f 30055/819/769 30046/810/762 30045/811/763</w:t>
        <w:br/>
        <w:t>f 30054/820/770 30055/819/769 30045/811/763</w:t>
        <w:br/>
        <w:t>f 30041/808/760 30042/807/759 30057/821/771</w:t>
        <w:br/>
        <w:t>f 30056/822/772 30041/808/760 30057/821/771</w:t>
        <w:br/>
        <w:t>f 30059/823/773 30056/822/772 30057/821/771</w:t>
        <w:br/>
        <w:t>f 30058/824/774 30059/823/773 30057/821/771</w:t>
        <w:br/>
        <w:t>f 30058/824/774 30061/825/775 30060/826/776</w:t>
        <w:br/>
        <w:t>f 30059/823/773 30058/824/774 30060/826/776</w:t>
        <w:br/>
        <w:t>f 30064/827/777 30063/828/778 30061/825/775</w:t>
        <w:br/>
        <w:t>f 30062/829/779 30064/827/777 30061/825/775</w:t>
        <w:br/>
        <w:t>f 30068/830/780 30067/831/781 30066/832/782</w:t>
        <w:br/>
        <w:t>f 30065/833/783 30068/830/780 30066/832/782</w:t>
        <w:br/>
        <w:t>f 30070/834/784 30065/833/783 30066/832/782</w:t>
        <w:br/>
        <w:t>f 30069/835/785 30070/834/784 30066/832/782</w:t>
        <w:br/>
        <w:t>f 30069/835/785 30061/825/775 30063/828/778</w:t>
        <w:br/>
        <w:t>f 30070/834/784 30069/835/785 30063/828/778</w:t>
        <w:br/>
        <w:t>f 30067/831/781 30068/830/780 30072/836/540</w:t>
        <w:br/>
        <w:t>f 30071/837/786 30067/831/781 30072/836/540</w:t>
        <w:br/>
        <w:t>f 30064/827/777 30062/829/779 30073/838/787</w:t>
        <w:br/>
        <w:t>f 30067/831/781 30075/839/788 30074/840/789</w:t>
        <w:br/>
        <w:t>f 30066/832/782 30067/831/781 30074/840/789</w:t>
        <w:br/>
        <w:t>f 30069/835/785 30066/832/782 30074/840/789</w:t>
        <w:br/>
        <w:t>f 30060/826/776 30061/825/775 30069/835/785</w:t>
        <w:br/>
        <w:t>f 30074/840/789 30060/826/776 30069/835/785</w:t>
        <w:br/>
        <w:t>f 30071/837/786 30076/841/790 30075/839/788</w:t>
        <w:br/>
        <w:t>f 30067/831/781 30071/837/786 30075/839/788</w:t>
        <w:br/>
        <w:t>f 30044/809/761 30078/842/791 30077/843/792</w:t>
        <w:br/>
        <w:t>f 30077/843/792 30079/844/134 30045/811/763</w:t>
        <w:br/>
        <w:t>f 30044/809/761 30077/843/792 30045/811/763</w:t>
        <w:br/>
        <w:t>f 30079/844/134 30047/814/133 30048/813/765</w:t>
        <w:br/>
        <w:t>f 30045/811/763 30079/844/134 30048/813/765</w:t>
        <w:br/>
        <w:t>f 30056/822/772 30081/845/793 30080/846/595</w:t>
        <w:br/>
        <w:t>f 30041/808/760 30056/822/772 30080/846/595</w:t>
        <w:br/>
        <w:t>f 30081/845/793 30056/822/772 30059/823/773</w:t>
        <w:br/>
        <w:t>f 30082/847/794 30081/845/793 30059/823/773</w:t>
        <w:br/>
        <w:t>f 30060/826/776 30083/848/795 30082/847/794</w:t>
        <w:br/>
        <w:t>f 30059/823/773 30060/826/776 30082/847/794</w:t>
        <w:br/>
        <w:t>f 30075/839/788 30084/849/796 30074/840/789</w:t>
        <w:br/>
        <w:t>f 30074/840/789 30084/849/796 30083/848/795</w:t>
        <w:br/>
        <w:t>f 30060/826/776 30074/840/789 30083/848/795</w:t>
        <w:br/>
        <w:t>f 30076/841/790 30085/850/797 30075/839/788</w:t>
        <w:br/>
        <w:t>f 30086/851/798 30055/819/799 30048/813/765</w:t>
        <w:br/>
        <w:t>f 30075/839/788 30085/850/797 30084/849/796</w:t>
        <w:br/>
        <w:t>f 30090/852/682 30089/853/449 30088/854/800</w:t>
        <w:br/>
        <w:t>f 30087/855/801 30090/852/682 30088/854/800</w:t>
        <w:br/>
        <w:t>f 30092/856/532 30090/852/682 30087/855/801</w:t>
        <w:br/>
        <w:t>f 30091/857/802 30092/856/532 30087/855/801</w:t>
        <w:br/>
        <w:t>f 30093/858/803 30092/856/532 30091/857/802</w:t>
        <w:br/>
        <w:t>f 30094/859/804 30093/858/803 30091/857/802</w:t>
        <w:br/>
        <w:t>f 30096/860/805 30094/859/804 30095/861/806</w:t>
        <w:br/>
        <w:t>f 30100/862/807 30099/863/808 30098/864/809</w:t>
        <w:br/>
        <w:t>f 30097/865/810 30100/862/807 30098/864/809</w:t>
        <w:br/>
        <w:t>f 30099/863/808 30100/862/807 30102/866/811</w:t>
        <w:br/>
        <w:t>f 30101/867/812 30099/863/808 30102/866/811</w:t>
        <w:br/>
        <w:t>f 30104/868/813 30101/867/812 30102/866/811</w:t>
        <w:br/>
        <w:t>f 30103/869/813 30104/868/813 30102/866/811</w:t>
        <w:br/>
        <w:t>f 30108/870/461 30107/871/814 30106/872/815</w:t>
        <w:br/>
        <w:t>f 30105/873/457 30108/870/461 30106/872/815</w:t>
        <w:br/>
        <w:t>f 30105/873/457 30106/872/815 30110/874/816</w:t>
        <w:br/>
        <w:t>f 30109/875/458 30105/873/457 30110/874/816</w:t>
        <w:br/>
        <w:t>f 30109/875/458 30110/874/816 30112/876/817</w:t>
        <w:br/>
        <w:t>f 30111/877/540 30109/875/458 30112/876/817</w:t>
        <w:br/>
        <w:t>f 30114/878/818 30106/872/815 30107/871/814</w:t>
        <w:br/>
        <w:t>f 30113/879/819 30114/878/818 30107/871/814</w:t>
        <w:br/>
        <w:t>f 30115/880/820 30110/874/816 30106/872/815</w:t>
        <w:br/>
        <w:t>f 30114/878/818 30115/880/820 30106/872/815</w:t>
        <w:br/>
        <w:t>f 30112/876/817 30110/874/816 30115/880/820</w:t>
        <w:br/>
        <w:t>f 30116/881/821 30112/876/817 30115/880/820</w:t>
        <w:br/>
        <w:t>f 30104/868/813 30103/869/813 30107/871/814</w:t>
        <w:br/>
        <w:t>f 30108/870/461 30104/868/813 30107/871/814</w:t>
        <w:br/>
        <w:t>f 30113/879/819 30088/854/800 30089/853/449</w:t>
        <w:br/>
        <w:t>f 30117/882/822 30113/879/819 30089/853/449</w:t>
        <w:br/>
        <w:t>f 30118/883/823 30096/860/805 30095/861/806</w:t>
        <w:br/>
        <w:t>f 30120/884/824 30087/855/801 30088/854/800</w:t>
        <w:br/>
        <w:t>f 30119/885/442 30120/884/824 30088/854/800</w:t>
        <w:br/>
        <w:t>f 30121/886/825 30091/857/802 30087/855/801</w:t>
        <w:br/>
        <w:t>f 30120/884/824 30121/886/825 30087/855/801</w:t>
        <w:br/>
        <w:t>f 30091/857/802 30121/886/825 30122/887/826</w:t>
        <w:br/>
        <w:t>f 30094/859/804 30091/857/802 30122/887/826</w:t>
        <w:br/>
        <w:t>f 30117/882/822 30123/888/425 30114/878/818</w:t>
        <w:br/>
        <w:t>f 30113/879/819 30117/882/822 30114/878/818</w:t>
        <w:br/>
        <w:t>f 30115/880/820 30114/878/818 30123/888/425</w:t>
        <w:br/>
        <w:t>f 30124/889/827 30115/880/820 30123/888/425</w:t>
        <w:br/>
        <w:t>f 30115/880/820 30124/889/827 30125/890/828</w:t>
        <w:br/>
        <w:t>f 30116/881/821 30115/880/820 30125/890/828</w:t>
        <w:br/>
        <w:t>f 30107/871/814 30119/885/442 30088/854/800</w:t>
        <w:br/>
        <w:t>f 30113/879/819 30107/871/814 30088/854/800</w:t>
        <w:br/>
        <w:t>f 30096/860/805 30093/858/803 30094/859/804</w:t>
        <w:br/>
        <w:t>f 30126/891/829 30097/865/810 30098/864/809</w:t>
        <w:br/>
        <w:t>f 30130/892/830 30129/893/831 30128/894/832</w:t>
        <w:br/>
        <w:t>f 30127/895/833 30130/892/830 30128/894/832</w:t>
        <w:br/>
        <w:t>f 30132/896/834 30128/894/832 30129/893/831</w:t>
        <w:br/>
        <w:t>f 30131/897/835 30132/896/834 30129/893/831</w:t>
        <w:br/>
        <w:t>f 30134/898/836 30132/896/834 30131/897/835</w:t>
        <w:br/>
        <w:t>f 30133/899/837 30134/898/836 30131/897/835</w:t>
        <w:br/>
        <w:t>f 30133/899/837 30136/900/838 30135/901/839</w:t>
        <w:br/>
        <w:t>f 30134/898/836 30133/899/837 30135/901/839</w:t>
        <w:br/>
        <w:t>f 30135/901/839 30136/900/838 30137/902/840</w:t>
        <w:br/>
        <w:t>f 29790/555/544 29658/424/420 30138/903/617</w:t>
        <w:br/>
        <w:t>f 30142/904/841 30141/905/842 30140/906/843</w:t>
        <w:br/>
        <w:t>f 30139/907/844 30142/904/841 30140/906/843</w:t>
        <w:br/>
        <w:t>f 30146/908/845 30145/909/846 30144/910/846</w:t>
        <w:br/>
        <w:t>f 30143/911/847 30146/908/845 30144/910/846</w:t>
        <w:br/>
        <w:t>f 30145/909/846 30148/912/848 30147/913/848</w:t>
        <w:br/>
        <w:t>f 30144/910/846 30145/909/846 30147/913/848</w:t>
        <w:br/>
        <w:t>f 30149/914/849 30147/913/848 30148/912/848</w:t>
        <w:br/>
        <w:t>f 30139/907/844 30150/915/605 30142/904/841</w:t>
        <w:br/>
        <w:t>f 30154/916/850 30153/917/851 30152/918/852</w:t>
        <w:br/>
        <w:t>f 30151/919/853 30154/916/850 30152/918/852</w:t>
        <w:br/>
        <w:t>f 30156/920/854 30153/917/851 30154/916/850</w:t>
        <w:br/>
        <w:t>f 30155/921/855 30156/920/854 30154/916/850</w:t>
        <w:br/>
        <w:t>f 30155/921/855 30158/922/856 30157/923/857</w:t>
        <w:br/>
        <w:t>f 30156/920/854 30155/921/855 30157/923/857</w:t>
        <w:br/>
        <w:t>f 30158/922/856 30160/924/858 30159/925/859</w:t>
        <w:br/>
        <w:t>f 30157/923/857 30158/922/856 30159/925/859</w:t>
        <w:br/>
        <w:t>f 30161/926/860 30151/919/853 30152/918/852</w:t>
        <w:br/>
        <w:t>f 30164/927/861 30163/928/862 30130/892/830</w:t>
        <w:br/>
        <w:t>f 30162/929/863 30164/927/861 30130/892/830</w:t>
        <w:br/>
        <w:t>f 30167/930/864 30166/931/865 30165/932/866</w:t>
        <w:br/>
        <w:t>f 30162/929/863 30167/930/864 30165/932/866</w:t>
        <w:br/>
        <w:t>f 30163/928/862 30168/933/867 30129/893/831</w:t>
        <w:br/>
        <w:t>f 30130/892/830 30163/928/862 30129/893/831</w:t>
        <w:br/>
        <w:t>f 30131/897/835 30129/893/831 30168/933/867</w:t>
        <w:br/>
        <w:t>f 30169/934/868 30131/897/835 30168/933/867</w:t>
        <w:br/>
        <w:t>f 30169/934/868 30170/935/869 30133/899/837</w:t>
        <w:br/>
        <w:t>f 30131/897/835 30169/934/868 30133/899/837</w:t>
        <w:br/>
        <w:t>f 30170/935/869 30171/936/870 30136/900/838</w:t>
        <w:br/>
        <w:t>f 30133/899/837 30170/935/869 30136/900/838</w:t>
        <w:br/>
        <w:t>f 30127/895/833 30167/930/864 30162/929/863</w:t>
        <w:br/>
        <w:t>f 30130/892/830 30127/895/833 30162/929/863</w:t>
        <w:br/>
        <w:t>f 30162/929/863 30165/932/866 30172/937/871</w:t>
        <w:br/>
        <w:t>f 30164/927/861 30162/929/863 30172/937/871</w:t>
        <w:br/>
        <w:t>f 30136/900/838 30171/936/870 30137/902/840</w:t>
        <w:br/>
        <w:t>f 30176/938/872 30175/939/873 30174/940/874</w:t>
        <w:br/>
        <w:t>f 30173/941/875 30176/938/872 30174/940/874</w:t>
        <w:br/>
        <w:t>f 30180/942/876 30179/943/877 30178/944/878</w:t>
        <w:br/>
        <w:t>f 30177/945/879 30180/942/876 30178/944/878</w:t>
        <w:br/>
        <w:t>f 30177/945/879 30178/944/878 30175/939/873</w:t>
        <w:br/>
        <w:t>f 30176/938/872 30177/945/879 30175/939/873</w:t>
        <w:br/>
        <w:t>f 30179/943/877 30180/942/876 30182/946/880</w:t>
        <w:br/>
        <w:t>f 30181/947/881 30179/943/877 30182/946/880</w:t>
        <w:br/>
        <w:t>f 30184/948/882 30183/949/883 30173/941/875</w:t>
        <w:br/>
        <w:t>f 30174/940/874 30184/948/882 30173/941/875</w:t>
        <w:br/>
        <w:t>f 30187/950/884 30186/951/885 30185/952/405</w:t>
        <w:br/>
        <w:t>f 30183/949/883 30187/950/884 30185/952/405</w:t>
        <w:br/>
        <w:t>f 30186/951/885 30187/950/884 30188/953/886</w:t>
        <w:br/>
        <w:t>f 30190/954/887 30189/955/888 30176/938/872</w:t>
        <w:br/>
        <w:t>f 30173/941/875 30190/954/887 30176/938/872</w:t>
        <w:br/>
        <w:t>f 30192/956/889 30191/957/890 30180/942/876</w:t>
        <w:br/>
        <w:t>f 30177/945/879 30192/956/889 30180/942/876</w:t>
        <w:br/>
        <w:t>f 30189/955/888 30192/956/889 30177/945/879</w:t>
        <w:br/>
        <w:t>f 30176/938/872 30189/955/888 30177/945/879</w:t>
        <w:br/>
        <w:t>f 30182/946/880 30180/942/876 30191/957/890</w:t>
        <w:br/>
        <w:t>f 30193/958/891 30182/946/880 30191/957/890</w:t>
        <w:br/>
        <w:t>f 30183/949/883 30185/952/405 30190/954/887</w:t>
        <w:br/>
        <w:t>f 30173/941/875 30183/949/883 30190/954/887</w:t>
        <w:br/>
        <w:t>f 30183/949/883 30184/948/882 30194/959/892</w:t>
        <w:br/>
        <w:t>f 30187/950/884 30183/949/883 30194/959/892</w:t>
        <w:br/>
        <w:t>f 30187/950/884 30194/959/892 30188/953/886</w:t>
        <w:br/>
        <w:t>f 30198/960/893 30197/961/894 30196/962/894</w:t>
        <w:br/>
        <w:t>f 30195/963/893 30198/960/893 30196/962/894</w:t>
        <w:br/>
        <w:t>f 30196/962/894 30197/961/894 30200/964/895</w:t>
        <w:br/>
        <w:t>f 30199/965/896 30196/962/894 30200/964/895</w:t>
        <w:br/>
        <w:t>f 30202/966/897 30201/967/897 30199/965/896</w:t>
        <w:br/>
        <w:t>f 30200/964/895 30202/966/897 30199/965/896</w:t>
        <w:br/>
        <w:t>f 30201/967/897 30202/966/897 30204/968/898</w:t>
        <w:br/>
        <w:t>f 30203/969/899 30201/967/897 30204/968/898</w:t>
        <w:br/>
        <w:t>f 30203/969/899 30204/968/898 30206/970/900</w:t>
        <w:br/>
        <w:t>f 30205/971/900 30203/969/899 30206/970/900</w:t>
        <w:br/>
        <w:t>f 30205/971/900 30206/970/900 30208/972/901</w:t>
        <w:br/>
        <w:t>f 30207/973/901 30205/971/900 30208/972/901</w:t>
        <w:br/>
        <w:t>f 30207/973/901 30208/972/901 30210/974/902</w:t>
        <w:br/>
        <w:t>f 30209/975/902 30207/973/901 30210/974/902</w:t>
        <w:br/>
        <w:t>f 30212/976/903 30211/977/903 30209/975/902</w:t>
        <w:br/>
        <w:t>f 30210/974/902 30212/976/903 30209/975/902</w:t>
        <w:br/>
        <w:t>f 30214/978/728 30213/979/904 30211/977/903</w:t>
        <w:br/>
        <w:t>f 30212/976/903 30214/978/728 30211/977/903</w:t>
        <w:br/>
        <w:t>f 30213/979/904 30214/978/728 30216/980/905</w:t>
        <w:br/>
        <w:t>f 30215/981/906 30213/979/904 30216/980/905</w:t>
        <w:br/>
        <w:t>f 30217/982/907 30198/960/893 30195/963/893</w:t>
        <w:br/>
        <w:t>f 29560/323/320 30218/983/908 29559/324/321</w:t>
        <w:br/>
        <w:t>f 29554/322/319 29560/323/320 29558/325/322</w:t>
        <w:br/>
        <w:t>f 30220/984/909 30219/985/910 30154/916/850</w:t>
        <w:br/>
        <w:t>f 30151/919/853 30220/984/909 30154/916/850</w:t>
        <w:br/>
        <w:t>f 30219/985/910 30221/986/911 30155/921/855</w:t>
        <w:br/>
        <w:t>f 30154/916/850 30219/985/910 30155/921/855</w:t>
        <w:br/>
        <w:t>f 30158/922/856 30155/921/855 30221/986/911</w:t>
        <w:br/>
        <w:t>f 30222/987/912 30158/922/856 30221/986/911</w:t>
        <w:br/>
        <w:t>f 30222/987/912 30223/988/913 30160/924/858</w:t>
        <w:br/>
        <w:t>f 30158/922/856 30222/987/912 30160/924/858</w:t>
        <w:br/>
        <w:t>f 30161/926/860 30220/984/909 30151/919/853</w:t>
        <w:br/>
        <w:t>f 29533/298/295 29405/171/169 30225/989/914</w:t>
        <w:br/>
        <w:t>f 30224/990/914 29533/298/295 30225/989/914</w:t>
        <w:br/>
        <w:t>f 30227/991/915 30018/782/734 30019/781/733</w:t>
        <w:br/>
        <w:t>f 30226/992/916 30227/991/915 30019/781/733</w:t>
        <w:br/>
        <w:t>f 30228/993/917 30035/799/751 30018/782/734</w:t>
        <w:br/>
        <w:t>f 30227/991/915 30228/993/917 30018/782/734</w:t>
        <w:br/>
        <w:t>f 29736/504/496 29737/503/496 30229/994/918</w:t>
        <w:br/>
        <w:t>f 29757/524/515 29736/504/496 30229/994/918</w:t>
        <w:br/>
        <w:t>f 29762/526/517 29763/525/516 29757/524/515</w:t>
        <w:br/>
        <w:t>f 29758/523/514 29762/526/517 29757/524/515</w:t>
        <w:br/>
        <w:t>f 30141/905/842 30146/908/845 30143/911/847</w:t>
        <w:br/>
        <w:t>f 30140/906/843 30141/905/842 30143/911/847</w:t>
        <w:br/>
        <w:t>f 30231/995/919 29303/71/70 29532/296/293</w:t>
        <w:br/>
        <w:t>f 30230/996/920 30231/995/919 29532/296/293</w:t>
        <w:br/>
        <w:t>f 29514/278/275 29519/284/281 30230/996/920</w:t>
        <w:br/>
        <w:t>f 29532/296/293 29514/278/275 30230/996/920</w:t>
        <w:br/>
        <w:t>f 29525/287/284 29306/68/67 29303/71/70</w:t>
        <w:br/>
        <w:t>f 30231/995/919 29525/287/284 29303/71/70</w:t>
        <w:br/>
        <w:t>f 29677/442/438 29454/219/217 29453/218/216</w:t>
        <w:br/>
        <w:t>f 29677/442/438 29453/218/216 29317/81/80</w:t>
        <w:br/>
        <w:t>f 29676/443/439 29677/442/438 29317/81/80</w:t>
        <w:br/>
        <w:t>f 29313/80/79 29314/79/78 29787/552/541</w:t>
        <w:br/>
        <w:t>f 29315/78/77 29577/342/339 29314/79/78</w:t>
        <w:br/>
        <w:t>f 29679/445/441 29609/374/371 29846/611/597</w:t>
        <w:br/>
        <w:t>f 29965/730/695 29679/445/441 29846/611/597</w:t>
        <w:br/>
        <w:t>f 29965/730/695 29787/552/541 29314/79/78</w:t>
        <w:br/>
        <w:t>f 29610/373/370 29590/355/352 29846/611/597</w:t>
        <w:br/>
        <w:t>f 29428/193/191 29383/145/143 29427/194/192</w:t>
        <w:br/>
        <w:t>f 29378/143/141 29428/193/191 29377/144/142</w:t>
        <w:br/>
        <w:t>f 29377/144/142 29428/193/191 29429/192/190</w:t>
        <w:br/>
        <w:t>f 29276/41/40 29406/170/168 29275/42/41</w:t>
        <w:br/>
        <w:t>f 29843/609/595 29844/608/594 30233/997/921</w:t>
        <w:br/>
        <w:t>f 30232/998/922 29843/609/595 30233/997/921</w:t>
        <w:br/>
        <w:t>f 29380/148/146 29368/130/128 29365/133/131</w:t>
        <w:br/>
        <w:t>f 29383/145/143 29380/148/146 29365/133/131</w:t>
        <w:br/>
        <w:t>f 30041/808/760 30080/846/595 30078/842/791</w:t>
        <w:br/>
        <w:t>f 30044/809/761 30041/808/760 30078/842/791</w:t>
        <w:br/>
        <w:t>f 29488/254/252 29373/138/136 29817/583/569</w:t>
        <w:br/>
        <w:t>f 29818/582/568 29488/254/252 29817/583/569</w:t>
        <w:br/>
        <w:t>f 29512/276/273 29488/254/252 29818/582/568</w:t>
        <w:br/>
        <w:t>f 29491/256/254 29512/276/273 29818/582/568</w:t>
        <w:br/>
        <w:t>f 29492/255/253 29512/276/273 29491/256/254</w:t>
        <w:br/>
        <w:t>f 29338/104/102 29374/140/138 29817/583/569</w:t>
        <w:br/>
        <w:t>f 30218/983/908 29934/699/670 29559/324/321</w:t>
        <w:br/>
        <w:t>f 29679/445/441 29965/730/695 29314/79/78</w:t>
        <w:br/>
        <w:t>f 29286/50/49 29277/40/39 29275/42/41</w:t>
        <w:br/>
        <w:t>f 29285/51/50 29286/50/49 29275/42/41</w:t>
        <w:br/>
        <w:t>f 29833/598/584 29496/260/258 29286/50/49</w:t>
        <w:br/>
        <w:t>f 29287/49/48 29833/598/584 29286/50/49</w:t>
        <w:br/>
        <w:t>f 29524/288/285 29364/126/124 29361/129/127</w:t>
        <w:br/>
        <w:t>f 29523/289/286 29524/288/285 29361/129/127</w:t>
        <w:br/>
        <w:t>f 29405/171/169 29407/175/173 29534/302/299</w:t>
        <w:br/>
        <w:t>f 29535/301/298 29405/171/169 29534/302/299</w:t>
        <w:br/>
        <w:t>f 29524/288/285 29525/287/284 30231/995/919</w:t>
        <w:br/>
        <w:t>f 29956/721/688 29524/288/285 30231/995/919</w:t>
        <w:br/>
        <w:t>f 29956/721/688 30231/995/919 30230/996/920</w:t>
        <w:br/>
        <w:t>f 29955/720/687 29956/721/688 30230/996/920</w:t>
        <w:br/>
        <w:t>f 29405/171/169 29535/301/298 29285/51/50</w:t>
        <w:br/>
        <w:t>f 29275/42/41 29405/171/169 29285/51/50</w:t>
        <w:br/>
        <w:t>f 29523/289/286 29361/129/127 29493/259/257</w:t>
        <w:br/>
        <w:t>f 29957/722/689 29523/289/286 29493/259/257</w:t>
        <w:br/>
        <w:t>f 29957/722/689 29493/259/257 29495/261/259</w:t>
        <w:br/>
        <w:t>f 29496/260/258 29957/722/689 29495/261/259</w:t>
        <w:br/>
        <w:t>f 29955/720/687 30230/996/920 29519/284/281</w:t>
        <w:br/>
        <w:t>f 29955/720/687 29519/284/281 29321/85/84</w:t>
        <w:br/>
        <w:t>f 29579/344/341 29537/299/296 29534/302/299</w:t>
        <w:br/>
        <w:t>f 29534/302/299 29407/175/173 29408/174/172</w:t>
        <w:br/>
        <w:t>f 30237/999/923 30236/1000/924 30235/1001/925</w:t>
        <w:br/>
        <w:t>f 30234/1002/923 30237/999/923 30235/1001/925</w:t>
        <w:br/>
        <w:t>f 30236/1000/924 30239/1003/890 30238/1004/926</w:t>
        <w:br/>
        <w:t>f 30235/1001/925 30236/1000/924 30238/1004/926</w:t>
        <w:br/>
        <w:t>f 30243/1005/927 30242/1006/928 30241/1007/929</w:t>
        <w:br/>
        <w:t>f 30240/1008/930 30243/1005/927 30241/1007/929</w:t>
        <w:br/>
        <w:t>f 30240/1008/930 30241/1007/929 30245/1009/931</w:t>
        <w:br/>
        <w:t>f 30244/1010/923 30240/1008/930 30245/1009/931</w:t>
        <w:br/>
        <w:t>f 30244/1010/923 30245/1009/931 30236/1000/924</w:t>
        <w:br/>
        <w:t>f 30237/999/923 30244/1010/923 30236/1000/924</w:t>
        <w:br/>
        <w:t>f 30165/932/866 30166/931/865 30247/1011/932</w:t>
        <w:br/>
        <w:t>f 30246/1012/933 30165/932/866 30247/1011/932</w:t>
        <w:br/>
        <w:t>f 30246/1012/933 30247/1011/932 30234/1002/923</w:t>
        <w:br/>
        <w:t>f 30235/1001/925 30246/1012/933 30234/1002/923</w:t>
        <w:br/>
        <w:t>f 30242/1006/928 30249/1013/934 30248/1014/935</w:t>
        <w:br/>
        <w:t>f 30241/1007/929 30242/1006/928 30248/1014/935</w:t>
        <w:br/>
        <w:t>f 30241/1007/929 30248/1014/935 30250/1015/936</w:t>
        <w:br/>
        <w:t>f 30245/1009/931 30241/1007/929 30250/1015/936</w:t>
        <w:br/>
        <w:t>f 30245/1009/931 30250/1015/936 30239/1003/890</w:t>
        <w:br/>
        <w:t>f 30236/1000/924 30245/1009/931 30239/1003/890</w:t>
        <w:br/>
        <w:t>f 30172/937/871 30165/932/866 30246/1012/933</w:t>
        <w:br/>
        <w:t>f 30251/1016/937 30172/937/871 30246/1012/933</w:t>
        <w:br/>
        <w:t>f 30251/1016/937 30246/1012/933 30235/1001/925</w:t>
        <w:br/>
        <w:t>f 30238/1004/926 30251/1016/937 30235/1001/925</w:t>
        <w:br/>
        <w:t>f 30255/1017/938 30254/1018/939 30253/1019/940</w:t>
        <w:br/>
        <w:t>f 30252/1020/828 30255/1017/938 30253/1019/940</w:t>
        <w:br/>
        <w:t>f 30257/1021/935 30256/1022/941 30254/1018/939</w:t>
        <w:br/>
        <w:t>f 30255/1017/938 30257/1021/935 30254/1018/939</w:t>
        <w:br/>
        <w:t>f 30112/876/817 30259/1023/942 30258/1024/943</w:t>
        <w:br/>
        <w:t>f 30111/877/540 30112/876/817 30258/1024/943</w:t>
        <w:br/>
        <w:t>f 30116/881/821 30260/1025/944 30259/1023/942</w:t>
        <w:br/>
        <w:t>f 30112/876/817 30116/881/821 30259/1023/942</w:t>
        <w:br/>
        <w:t>f 30125/890/828 30261/1026/940 30260/1025/944</w:t>
        <w:br/>
        <w:t>f 30116/881/821 30125/890/828 30260/1025/944</w:t>
        <w:br/>
        <w:t>f 30254/1018/939 30263/1027/945 30262/1028/946</w:t>
        <w:br/>
        <w:t>f 30253/1019/940 30254/1018/939 30262/1028/946</w:t>
        <w:br/>
        <w:t>f 30252/1020/828 30181/947/881 30182/946/880</w:t>
        <w:br/>
        <w:t>f 30255/1017/938 30252/1020/828 30182/946/880</w:t>
        <w:br/>
        <w:t>f 30256/1022/941 30264/1029/947 30263/1027/945</w:t>
        <w:br/>
        <w:t>f 30254/1018/939 30256/1022/941 30263/1027/945</w:t>
        <w:br/>
        <w:t>f 30255/1017/938 30182/946/880 30193/958/891</w:t>
        <w:br/>
        <w:t>f 30257/1021/935 30255/1017/938 30193/958/891</w:t>
        <w:br/>
        <w:t>f 30266/1030/948 30258/1024/943 30259/1023/942</w:t>
        <w:br/>
        <w:t>f 30265/1031/949 30266/1030/948 30259/1023/942</w:t>
        <w:br/>
        <w:t>f 30260/1025/944 30267/1032/950 30265/1031/949</w:t>
        <w:br/>
        <w:t>f 30259/1023/942 30260/1025/944 30265/1031/949</w:t>
        <w:br/>
        <w:t>f 30267/1032/950 30260/1025/944 30261/1026/940</w:t>
        <w:br/>
        <w:t>f 30268/1033/946 30267/1032/950 30261/1026/940</w:t>
        <w:br/>
        <w:t>f 30190/954/887 30270/1034/871 30269/1035/937</w:t>
        <w:br/>
        <w:t>f 30189/955/888 30190/954/887 30269/1035/937</w:t>
        <w:br/>
        <w:t>f 30192/956/889 30189/955/888 30269/1035/937</w:t>
        <w:br/>
        <w:t>f 30242/1006/928 30243/1005/927 30272/1036/951</w:t>
        <w:br/>
        <w:t>f 30271/1037/952 30242/1006/928 30272/1036/951</w:t>
        <w:br/>
        <w:t>f 30242/1006/928 30271/1037/952 30273/1038/953</w:t>
        <w:br/>
        <w:t>f 30249/1013/934 30242/1006/928 30273/1038/953</w:t>
        <w:br/>
        <w:t>f 30071/837/786 30072/836/540 30275/1039/943</w:t>
        <w:br/>
        <w:t>f 30274/1040/954 30071/837/786 30275/1039/943</w:t>
        <w:br/>
        <w:t>f 30076/841/790 30071/837/786 30274/1040/954</w:t>
        <w:br/>
        <w:t>f 30276/1041/955 30076/841/790 30274/1040/954</w:t>
        <w:br/>
        <w:t>f 30085/850/797 30076/841/790 30276/1041/955</w:t>
        <w:br/>
        <w:t>f 30277/1042/956 30085/850/797 30276/1041/955</w:t>
        <w:br/>
        <w:t>f 30279/1043/948 30278/1044/957 30274/1040/954</w:t>
        <w:br/>
        <w:t>f 30275/1039/943 30279/1043/948 30274/1040/954</w:t>
        <w:br/>
        <w:t>f 30278/1044/957 30280/1045/958 30276/1041/955</w:t>
        <w:br/>
        <w:t>f 30274/1040/954 30278/1044/957 30276/1041/955</w:t>
        <w:br/>
        <w:t>f 30280/1045/958 30281/1046/959 30277/1042/956</w:t>
        <w:br/>
        <w:t>f 30276/1041/955 30280/1045/958 30277/1042/956</w:t>
        <w:br/>
        <w:t>f 30285/1047/960 30284/1048/961 30283/1049/796</w:t>
        <w:br/>
        <w:t>f 30282/1050/962 30285/1047/960 30283/1049/796</w:t>
        <w:br/>
        <w:t>f 30284/1048/961 30285/1047/960 30287/1051/963</w:t>
        <w:br/>
        <w:t>f 30286/1052/964 30284/1048/961 30287/1051/963</w:t>
        <w:br/>
        <w:t>f 30291/1053/965 30290/1054/966 30289/1055/967</w:t>
        <w:br/>
        <w:t>f 30288/1056/956 30291/1053/965 30289/1055/967</w:t>
        <w:br/>
        <w:t>f 30289/1055/967 30285/1047/960 30282/1050/962</w:t>
        <w:br/>
        <w:t>f 30288/1056/956 30289/1055/967 30282/1050/962</w:t>
        <w:br/>
        <w:t>f 30284/1048/961 30227/991/915 30226/992/916</w:t>
        <w:br/>
        <w:t>f 30283/1049/796 30284/1048/961 30226/992/916</w:t>
        <w:br/>
        <w:t>f 30289/1055/967 30290/1054/966 30293/1057/968</w:t>
        <w:br/>
        <w:t>f 30292/1058/969 30289/1055/967 30293/1057/968</w:t>
        <w:br/>
        <w:t>f 30285/1047/960 30289/1055/967 30292/1058/969</w:t>
        <w:br/>
        <w:t>f 30287/1051/963 30285/1047/960 30292/1058/969</w:t>
        <w:br/>
        <w:t>f 30286/1052/964 30228/993/917 30227/991/915</w:t>
        <w:br/>
        <w:t>f 30284/1048/961 30286/1052/964 30227/991/915</w:t>
        <w:br/>
        <w:t>f 29814/579/565 29797/561/549 29798/560/548</w:t>
        <w:br/>
        <w:t>f 30294/1059/970 29634/399/396 29635/400/397</w:t>
        <w:br/>
        <w:t>f 29636/403/400 30294/1059/970 29635/400/397</w:t>
        <w:br/>
        <w:t>f 30295/1060/971 29785/550/539 29784/549/539</w:t>
        <w:br/>
        <w:t>f 29661/429/425 29686/452/448 29687/451/447</w:t>
        <w:br/>
        <w:t>f 29664/426/422 29661/429/425 29687/451/447</w:t>
        <w:br/>
        <w:t>f 30296/1061/972 29665/430/426 29633/396/393</w:t>
        <w:br/>
        <w:t>f 29654/420/416 30296/1061/972 29633/396/393</w:t>
        <w:br/>
        <w:t>f 29655/419/415 29631/398/395 29634/399/396</w:t>
        <w:br/>
        <w:t>f 30294/1059/970 29655/419/415 29634/399/396</w:t>
        <w:br/>
        <w:t>f 29774/540/529 29651/418/414 29951/717/684</w:t>
        <w:br/>
        <w:t>f 29783/546/535 29774/540/529 29951/717/684</w:t>
        <w:br/>
        <w:t>f 29949/715/682 29779/543/532 29780/542/531</w:t>
        <w:br/>
        <w:t>f 29950/714/681 29949/715/682 29780/542/531</w:t>
        <w:br/>
        <w:t>f 29952/716/683 29652/417/413 29665/430/426</w:t>
        <w:br/>
        <w:t>f 30296/1061/972 29952/716/683 29665/430/426</w:t>
        <w:br/>
        <w:t>f 29605/368/365 29684/449/445 29718/484/478</w:t>
        <w:br/>
        <w:t>f 29607/371/368 29605/368/365 29718/484/478</w:t>
        <w:br/>
        <w:t>f 29623/389/386 29683/446/442 29681/448/444</w:t>
        <w:br/>
        <w:t>f 29719/483/477 29675/438/434 29673/440/436</w:t>
        <w:br/>
        <w:t>f 29689/455/451 29719/483/477 29673/440/436</w:t>
        <w:br/>
        <w:t>f 29624/388/385 29625/387/384 29669/436/432</w:t>
        <w:br/>
        <w:t>f 29670/435/431 29624/388/385 29669/436/432</w:t>
        <w:br/>
        <w:t>f 29622/390/387 29623/389/386 29681/448/444</w:t>
        <w:br/>
        <w:t>f 29721/486/973 29671/434/430 29672/437/433</w:t>
        <w:br/>
        <w:t>f 29668/431/427 29666/433/429 29723/489/483</w:t>
        <w:br/>
        <w:t>f 29690/454/450 29668/431/427 29723/489/483</w:t>
        <w:br/>
        <w:t>f 30297/1062/974 29781/548/536 29782/547/536</w:t>
        <w:br/>
        <w:t>f 29777/545/534 29778/544/533 29722/485/479</w:t>
        <w:br/>
        <w:t>f 29720/487/481 29777/545/534 29722/485/479</w:t>
        <w:br/>
        <w:t>f 30094/859/804 30122/887/826 30095/861/806</w:t>
        <w:br/>
        <w:t>f 29711/477/472 29712/476/471 30299/1063/975</w:t>
        <w:br/>
        <w:t>f 30298/1064/976 29711/477/472 30299/1063/975</w:t>
        <w:br/>
        <w:t>f 29712/476/471 29704/466/462 29701/469/465</w:t>
        <w:br/>
        <w:t>f 30299/1063/975 29712/476/471 29701/469/465</w:t>
        <w:br/>
        <w:t>f 29699/465/461 29700/464/460 30301/1065/977</w:t>
        <w:br/>
        <w:t>f 30300/1066/977 29699/465/461 30301/1065/977</w:t>
        <w:br/>
        <w:t>f 30300/1066/977 30301/1065/977 30303/1067/978</w:t>
        <w:br/>
        <w:t>f 30302/1068/979 30300/1066/977 30303/1067/978</w:t>
        <w:br/>
        <w:t>f 30306/1069/980 30303/1067/978 30305/1070/981</w:t>
        <w:br/>
        <w:t>f 30304/1071/982 30306/1069/980 30305/1070/981</w:t>
        <w:br/>
        <w:t>f 30304/1071/982 30305/1070/981 30308/1072/983</w:t>
        <w:br/>
        <w:t>f 30307/1073/809 30304/1071/982 30308/1072/983</w:t>
        <w:br/>
        <w:t>f 30309/1074/984 30307/1073/809 30308/1072/983</w:t>
        <w:br/>
        <w:t>f 29694/458/454 29711/477/472 30298/1064/976</w:t>
        <w:br/>
        <w:t>f 29693/459/455 29694/458/454 30298/1064/976</w:t>
        <w:br/>
        <w:t>f 30311/1075/780 29390/156/154 29391/155/153</w:t>
        <w:br/>
        <w:t>f 30310/1076/985 30311/1075/780 29391/155/153</w:t>
        <w:br/>
        <w:t>f 29394/158/156 29339/103/101 29336/101/99</w:t>
        <w:br/>
        <w:t>f 29388/153/151 29394/158/156 29336/101/99</w:t>
        <w:br/>
        <w:t>f 29389/157/155 29396/162/160 29397/161/159</w:t>
        <w:br/>
        <w:t>f 29392/154/152 29389/157/155 29397/161/159</w:t>
        <w:br/>
        <w:t>f 29400/165/163 29401/164/162 29341/105/103</w:t>
        <w:br/>
        <w:t>f 29393/159/157 29400/165/163 29341/105/103</w:t>
        <w:br/>
        <w:t>f 30312/1077/986 30311/1075/780 30310/1076/985</w:t>
        <w:br/>
        <w:t>f 29398/160/158 29395/163/161 30313/1078/987</w:t>
        <w:br/>
        <w:t>f 29340/106/104 29341/105/103 29401/164/162</w:t>
        <w:br/>
        <w:t>f 30314/1079/988 29340/106/104 29401/164/162</w:t>
        <w:br/>
        <w:t>f 29344/108/106 29345/107/105 30315/1080/989</w:t>
        <w:br/>
        <w:t>f 30314/1079/988 29401/164/162 30316/1081/990</w:t>
        <w:br/>
        <w:t>f 30232/998/922 30233/997/921 29953/719/686</w:t>
        <w:br/>
        <w:t>f 29954/718/685 30232/998/922 29953/719/686</w:t>
        <w:br/>
        <w:t>f 30317/1082/991 29387/149/147 30052/815/766</w:t>
        <w:br/>
        <w:t>f 30050/817/766 30317/1082/991 30052/815/766</w:t>
        <w:br/>
        <w:t>f 29429/192/190 29427/194/192 30319/1083/992</w:t>
        <w:br/>
        <w:t>f 30318/1084/993 29429/192/190 30319/1083/992</w:t>
        <w:br/>
        <w:t>f 29367/131/129 29368/130/128 29387/149/147</w:t>
        <w:br/>
        <w:t>f 30317/1082/991 29367/131/129 29387/149/147</w:t>
        <w:br/>
        <w:t>f 29427/194/192 29365/133/131 29366/132/130</w:t>
        <w:br/>
        <w:t>f 30319/1083/992 29427/194/192 29366/132/130</w:t>
        <w:br/>
        <w:t>f 30320/1085/994 29371/135/133 29372/134/132</w:t>
        <w:br/>
        <w:t>f 29492/255/253 29490/257/255 30318/1084/993</w:t>
        <w:br/>
        <w:t>f 29490/257/255 29429/192/190 30318/1084/993</w:t>
        <w:br/>
        <w:t>f 29735/498/492 30322/1086/995 30321/1087/996</w:t>
        <w:br/>
        <w:t>f 29734/499/492 29735/498/492 30321/1087/996</w:t>
        <w:br/>
        <w:t>f 30321/1087/996 30322/1086/995 30323/1088/997</w:t>
        <w:br/>
        <w:t>f 29731/497/491 29732/496/490 29757/524/515</w:t>
        <w:br/>
        <w:t>f 30229/994/918 29731/497/491 29757/524/515</w:t>
        <w:br/>
        <w:t>f 30326/1089/998 30325/1090/998 30324/1091/998</w:t>
        <w:br/>
        <w:t>f 29759/522/513 29732/496/490 29727/490/484</w:t>
        <w:br/>
        <w:t>f 30327/1092/999 29759/522/513 29727/490/484</w:t>
        <w:br/>
        <w:t>f 29852/618/603 30328/1093/1000 29855/620/605</w:t>
        <w:br/>
        <w:t>f 30327/1092/999 29727/490/484 29611/379/376</w:t>
        <w:br/>
        <w:t>f 29612/378/375 30327/1092/999 29611/379/376</w:t>
        <w:br/>
        <w:t>f 30329/1094/1001 29855/620/605 30328/1093/1000</w:t>
        <w:br/>
        <w:t>f 29767/531/522 29753/518/509 29754/517/508</w:t>
        <w:br/>
        <w:t>f 29766/532/522 29767/531/522 29754/517/508</w:t>
        <w:br/>
        <w:t>f 30330/1095/1002 29643/411/407 29644/410/407</w:t>
        <w:br/>
        <w:t>f 29645/409/406 29646/408/405 30331/1096/885</w:t>
        <w:br/>
        <w:t>f 30010/776/730 30011/775/730 29791/558/546</w:t>
        <w:br/>
        <w:t>f 29792/557/546 30010/776/730 29791/558/546</w:t>
        <w:br/>
        <w:t>f 29801/565/553 29970/732/697 29967/735/700</w:t>
        <w:br/>
        <w:t>f 29800/566/554 29801/565/553 29967/735/700</w:t>
        <w:br/>
        <w:t>f 30332/1097/1003 30012/774/729 30009/777/729</w:t>
        <w:br/>
        <w:t>f 29403/168/166 29802/564/552 29799/567/555</w:t>
        <w:br/>
        <w:t>f 29801/565/553 29802/564/552 30334/1098/1004</w:t>
        <w:br/>
        <w:t>f 30333/1099/1005 29801/565/553 30334/1098/1004</w:t>
        <w:br/>
        <w:t>f 30334/1098/1004 29802/564/552 29404/167/165</w:t>
        <w:br/>
        <w:t>f 29970/732/697 29801/565/553 30333/1099/1005</w:t>
        <w:br/>
        <w:t>f 30007/772/726 29970/732/697 30333/1099/1005</w:t>
        <w:br/>
        <w:t>f 29853/617/602 29854/616/601 30335/1100/1006</w:t>
        <w:br/>
        <w:t>f 30338/1101/1007 30337/1102/1008 30336/1103/1009</w:t>
        <w:br/>
        <w:t>f 30341/1104/1010 30340/1105/1011 30339/1106/1012</w:t>
        <w:br/>
        <w:t>f 30343/1107/1013 30342/1108/1014 30341/1104/1010</w:t>
        <w:br/>
        <w:t>f 30341/1104/1010 30345/1109/1015 30344/1110/1016</w:t>
        <w:br/>
        <w:t>f 30340/1105/1011 30341/1104/1010 30344/1110/1016</w:t>
        <w:br/>
        <w:t>f 30337/1102/1008 30347/1111/1017 30346/1112/1018</w:t>
        <w:br/>
        <w:t>f 30351/1113/1019 30350/1114/1020 30349/1115/1021</w:t>
        <w:br/>
        <w:t>f 30348/1116/1022 30351/1113/1019 30349/1115/1021</w:t>
        <w:br/>
        <w:t>f 30336/1103/1009 30352/1117/1023 30348/1116/1022</w:t>
        <w:br/>
        <w:t>f 30349/1115/1021 30336/1103/1009 30348/1116/1022</w:t>
        <w:br/>
        <w:t>f 30337/1102/1008 30346/1112/1018 30336/1103/1009</w:t>
        <w:br/>
        <w:t>f 30353/1118/1024 30350/1114/1020 30340/1105/1011</w:t>
        <w:br/>
        <w:t>f 30344/1110/1016 30353/1118/1024 30340/1105/1011</w:t>
        <w:br/>
        <w:t>f 30349/1115/1021 30353/1118/1024 30338/1101/1007</w:t>
        <w:br/>
        <w:t>f 30349/1115/1021 30338/1101/1007 30336/1103/1009</w:t>
        <w:br/>
        <w:t>f 30351/1113/1019 30340/1105/1011 30350/1114/1020</w:t>
        <w:br/>
        <w:t>f 30353/1118/1024 30349/1115/1021 30350/1114/1020</w:t>
        <w:br/>
        <w:t>f 30356/1119/1025 30355/1120/1026 30354/1121/38</w:t>
        <w:br/>
        <w:t>f 30356/1119/1025 30354/1121/38 30336/1103/1009</w:t>
        <w:br/>
        <w:t>f 30360/1122/1027 30359/1123/1028 30358/1124/1029</w:t>
        <w:br/>
        <w:t>f 30357/1125/1030 30360/1122/1027 30358/1124/1029</w:t>
        <w:br/>
        <w:t>f 30360/1122/1027 30362/1126/1031 30361/1127/1032</w:t>
        <w:br/>
        <w:t>f 30363/1128/1033 30340/1105/1011 30351/1113/1019</w:t>
        <w:br/>
        <w:t>f 30366/1129/1034 30342/1108/1014 30365/1130/1035</w:t>
        <w:br/>
        <w:t>f 30364/1131/1036 30366/1129/1034 30365/1130/1035</w:t>
        <w:br/>
        <w:t>f 30368/1132/1037 30367/1133/1038 30364/1131/1036</w:t>
        <w:br/>
        <w:t>f 30365/1130/1035 30368/1132/1037 30364/1131/1036</w:t>
        <w:br/>
        <w:t>f 30367/1133/1038 30368/1132/1037 30362/1126/1031</w:t>
        <w:br/>
        <w:t>f 30369/1134/1039 30367/1133/1038 30362/1126/1031</w:t>
        <w:br/>
        <w:t>f 30358/1124/1029 30359/1123/1028 30370/1135/1040</w:t>
        <w:br/>
        <w:t>f 30340/1105/1011 30363/1128/1033 30339/1106/1012</w:t>
        <w:br/>
        <w:t>f 30370/1135/1040 30372/1136/1041 30371/1137/1042</w:t>
        <w:br/>
        <w:t>f 30343/1107/1013 30341/1104/1010 30339/1106/1012</w:t>
        <w:br/>
        <w:t>f 30356/1119/1025 30336/1103/1009 30346/1112/1018</w:t>
        <w:br/>
        <w:t>f 30374/1138/572 30373/1139/1043 30370/1135/1040</w:t>
        <w:br/>
        <w:t>f 30375/1140/1044 30365/1130/1035 30342/1108/1014</w:t>
        <w:br/>
        <w:t>f 30343/1107/1013 30375/1140/1044 30342/1108/1014</w:t>
        <w:br/>
        <w:t>f 30375/1140/1044 30376/1141/578 30368/1132/1037</w:t>
        <w:br/>
        <w:t>f 30365/1130/1035 30375/1140/1044 30368/1132/1037</w:t>
        <w:br/>
        <w:t>f 30342/1108/1014 30366/1129/1034 30345/1109/1015</w:t>
        <w:br/>
        <w:t>f 30341/1104/1010 30342/1108/1014 30345/1109/1015</w:t>
        <w:br/>
        <w:t>f 30368/1132/1037 30376/1141/578 30361/1127/1032</w:t>
        <w:br/>
        <w:t>f 30362/1126/1031 30368/1132/1037 30361/1127/1032</w:t>
        <w:br/>
        <w:t>f 30360/1122/1027 30357/1125/1030 30362/1126/1031</w:t>
        <w:br/>
        <w:t>f 30357/1125/1030 30369/1134/1039 30362/1126/1031</w:t>
        <w:br/>
        <w:t>f 30379/1142/19 30378/1143/1045 30377/1144/1046</w:t>
        <w:br/>
        <w:t>f 30383/1145/1047 30382/1146/1048 30381/1147/1049</w:t>
        <w:br/>
        <w:t>f 30380/1148/1050 30383/1145/1047 30381/1147/1049</w:t>
        <w:br/>
        <w:t>f 30386/1149/1051 30385/1150/1052 30384/1151/1053</w:t>
        <w:br/>
        <w:t>f 30390/1152/1054 30389/1153/1055 30388/1154/1056</w:t>
        <w:br/>
        <w:t>f 30387/1155/1057 30390/1152/1054 30388/1154/1056</w:t>
        <w:br/>
        <w:t>f 30394/1156/1058 30393/1157/1059 30392/1158/1060</w:t>
        <w:br/>
        <w:t>f 30391/1159/1061 30394/1156/1058 30392/1158/1060</w:t>
        <w:br/>
        <w:t>f 30396/1160/1062 30394/1156/1058 30395/1161/1063</w:t>
        <w:br/>
        <w:t>f 30400/1162/1064 30399/1163/1065 30398/1164/1066</w:t>
        <w:br/>
        <w:t>f 30397/1165/1067 30400/1162/1064 30398/1164/1066</w:t>
        <w:br/>
        <w:t>f 30403/1166/1068 30402/1167/1069 30401/1168/1070</w:t>
        <w:br/>
        <w:t>f 30405/1169/1071 30404/1170/1072 30395/1161/1063</w:t>
        <w:br/>
        <w:t>f 30391/1159/1061 30405/1169/1071 30395/1161/1063</w:t>
        <w:br/>
        <w:t>f 30409/1171/1073 30408/1172/1074 30407/1173/1075</w:t>
        <w:br/>
        <w:t>f 30406/1174/1076 30409/1171/1073 30407/1173/1075</w:t>
        <w:br/>
        <w:t>f 30413/1175/1077 30412/1176/1078 30411/1177/1079</w:t>
        <w:br/>
        <w:t>f 30410/1178/1080 30413/1175/1077 30411/1177/1079</w:t>
        <w:br/>
        <w:t>f 30397/1165/1067 30410/1178/1080 30415/1179/1081</w:t>
        <w:br/>
        <w:t>f 30414/1180/1082 30397/1165/1067 30415/1179/1081</w:t>
        <w:br/>
        <w:t>f 30404/1170/1072 30417/1181/1083 30416/1182/1084</w:t>
        <w:br/>
        <w:t>f 30419/1183/1085 30411/1177/1079 30412/1176/1078</w:t>
        <w:br/>
        <w:t>f 30418/1184/1086 30419/1183/1085 30412/1176/1078</w:t>
        <w:br/>
        <w:t>f 30404/1170/1072 30416/1182/1084 30420/1185/1087</w:t>
        <w:br/>
        <w:t>f 30417/1181/1083 30422/1186/1088 30421/1187/1089</w:t>
        <w:br/>
        <w:t>f 30416/1182/1084 30421/1187/1089 30423/1188/1090</w:t>
        <w:br/>
        <w:t>f 30422/1186/1088 30425/1189/1091 30424/1190/1092</w:t>
        <w:br/>
        <w:t>f 30421/1187/1089 30422/1186/1088 30424/1190/1092</w:t>
        <w:br/>
        <w:t>f 30429/1191/1093 30428/1192/1094 30427/1193/1095</w:t>
        <w:br/>
        <w:t>f 30426/1194/1096 30429/1191/1093 30427/1193/1095</w:t>
        <w:br/>
        <w:t>f 30433/1195/1097 30432/1196/1098 30431/1197/1099</w:t>
        <w:br/>
        <w:t>f 30430/1198/1100 30433/1195/1097 30431/1197/1099</w:t>
        <w:br/>
        <w:t>f 30437/1199/1101 30436/1200/1102 30435/1201/1103</w:t>
        <w:br/>
        <w:t>f 30434/1202/1104 30437/1199/1101 30435/1201/1103</w:t>
        <w:br/>
        <w:t>f 30436/1200/1102 30437/1199/1101 30439/1203/1105</w:t>
        <w:br/>
        <w:t>f 30438/1204/1106 30436/1200/1102 30439/1203/1105</w:t>
        <w:br/>
        <w:t>f 30443/1205/1107 30442/1206/1108 30441/1207/1109</w:t>
        <w:br/>
        <w:t>f 30440/1208/1110 30443/1205/1107 30441/1207/1109</w:t>
        <w:br/>
        <w:t>f 30409/1171/1073 30446/1209/1111 30445/1210/1112</w:t>
        <w:br/>
        <w:t>f 30444/1211/1113 30409/1171/1073 30445/1210/1112</w:t>
        <w:br/>
        <w:t>f 30420/1185/1087 30395/1161/1063 30404/1170/1072</w:t>
        <w:br/>
        <w:t>f 30447/1212/1114 30396/1160/1062 30395/1161/1063</w:t>
        <w:br/>
        <w:t>f 30451/1213/1115 30450/1214/1116 30449/1215/1117</w:t>
        <w:br/>
        <w:t>f 30448/1216/1118 30451/1213/1115 30449/1215/1117</w:t>
        <w:br/>
        <w:t>f 30454/1217/1119 30453/1218/1120 30452/1219/1121</w:t>
        <w:br/>
        <w:t>f 30458/1220/1122 30457/1221/1123 30456/1222/1124</w:t>
        <w:br/>
        <w:t>f 30455/1223/1125 30458/1220/1122 30456/1222/1124</w:t>
        <w:br/>
        <w:t>f 30460/1224/1126 30456/1222/1124 30457/1221/1123</w:t>
        <w:br/>
        <w:t>f 30459/1225/1127 30460/1224/1126 30457/1221/1123</w:t>
        <w:br/>
        <w:t>f 30461/1226/1128 30377/1144/1046 30387/1155/1057</w:t>
        <w:br/>
        <w:t>f 30388/1154/1056 30461/1226/1128 30387/1155/1057</w:t>
        <w:br/>
        <w:t>f 30455/1223/1125 30456/1222/1124 30463/1227/1129</w:t>
        <w:br/>
        <w:t>f 30462/1228/1130 30455/1223/1125 30463/1227/1129</w:t>
        <w:br/>
        <w:t>f 30456/1222/1124 30460/1224/1126 30464/1229/1131</w:t>
        <w:br/>
        <w:t>f 30463/1227/1129 30456/1222/1124 30464/1229/1131</w:t>
        <w:br/>
        <w:t>f 30466/1230/1132 30465/1231/1133 30446/1209/1111</w:t>
        <w:br/>
        <w:t>f 30469/1232/1134 30468/1233/1135 30467/1234/1136</w:t>
        <w:br/>
        <w:t>f 30472/1235/1137 30471/1236/1138 30452/1219/1121</w:t>
        <w:br/>
        <w:t>f 30470/1237/1139 30472/1235/1137 30452/1219/1121</w:t>
        <w:br/>
        <w:t>f 30476/1238/1140 30475/1239/1141 30474/1240/1142</w:t>
        <w:br/>
        <w:t>f 30473/1241/1143 30476/1238/1140 30474/1240/1142</w:t>
        <w:br/>
        <w:t>f 30474/1240/1142 30478/1242/1144 30477/1243/1145</w:t>
        <w:br/>
        <w:t>f 30473/1241/1143 30474/1240/1142 30477/1243/1145</w:t>
        <w:br/>
        <w:t>f 30480/1244/1146 30479/1245/1147 30473/1241/1143</w:t>
        <w:br/>
        <w:t>f 30477/1243/1145 30480/1244/1146 30473/1241/1143</w:t>
        <w:br/>
        <w:t>f 30481/1246/1148 30402/1167/1069 30454/1217/1119</w:t>
        <w:br/>
        <w:t>f 30395/1161/1063 30394/1156/1058 30391/1159/1061</w:t>
        <w:br/>
        <w:t>f 30404/1170/1072 30405/1169/1071 30482/1247/1149</w:t>
        <w:br/>
        <w:t>f 30414/1180/1082 30483/1248/1150 30400/1162/1064</w:t>
        <w:br/>
        <w:t>f 30397/1165/1067 30414/1180/1082 30400/1162/1064</w:t>
        <w:br/>
        <w:t>f 30402/1167/1069 30403/1166/1068 30484/1249/1151</w:t>
        <w:br/>
        <w:t>f 30470/1237/1139 30468/1233/1135 30469/1232/1134</w:t>
        <w:br/>
        <w:t>f 30485/1250/1152 30476/1238/1140 30473/1241/1143</w:t>
        <w:br/>
        <w:t>f 30479/1245/1147 30485/1250/1152 30473/1241/1143</w:t>
        <w:br/>
        <w:t>f 30485/1250/1152 30479/1245/1147 30388/1154/1056</w:t>
        <w:br/>
        <w:t>f 30389/1153/1055 30485/1250/1152 30388/1154/1056</w:t>
        <w:br/>
        <w:t>f 30461/1226/1128 30388/1154/1056 30479/1245/1147</w:t>
        <w:br/>
        <w:t>f 30480/1244/1146 30461/1226/1128 30479/1245/1147</w:t>
        <w:br/>
        <w:t>f 30453/1218/1120 30468/1233/1135 30470/1237/1139</w:t>
        <w:br/>
        <w:t>f 30452/1219/1121 30453/1218/1120 30470/1237/1139</w:t>
        <w:br/>
        <w:t>f 30489/1251/1153 30488/1252/1153 30487/1253/1154</w:t>
        <w:br/>
        <w:t>f 30486/1254/1155 30489/1251/1153 30487/1253/1154</w:t>
        <w:br/>
        <w:t>f 30491/1255/1156 30490/1256/1157 30438/1204/1106</w:t>
        <w:br/>
        <w:t>f 30439/1203/1105 30491/1255/1156 30438/1204/1106</w:t>
        <w:br/>
        <w:t>f 30494/1257/1158 30493/1258/1159 30433/1195/1097</w:t>
        <w:br/>
        <w:t>f 30492/1259/1160 30494/1257/1158 30433/1195/1097</w:t>
        <w:br/>
        <w:t>f 30423/1188/1090 30421/1187/1089 30424/1190/1092</w:t>
        <w:br/>
        <w:t>f 30420/1185/1087 30416/1182/1084 30423/1188/1090</w:t>
        <w:br/>
        <w:t>f 30497/1260/1161 30493/1258/1159 30496/1261/1162</w:t>
        <w:br/>
        <w:t>f 30495/1262/1163 30497/1260/1161 30496/1261/1162</w:t>
        <w:br/>
        <w:t>f 30499/1263/1164 30431/1197/1099 30435/1201/1103</w:t>
        <w:br/>
        <w:t>f 30498/1264/1165 30499/1263/1164 30435/1201/1103</w:t>
        <w:br/>
        <w:t>f 30502/1265/1166 30501/1266/1167 30430/1198/1100</w:t>
        <w:br/>
        <w:t>f 30500/1267/1168 30502/1265/1166 30430/1198/1100</w:t>
        <w:br/>
        <w:t>f 30503/1268/1169 30496/1261/1162 30493/1258/1159</w:t>
        <w:br/>
        <w:t>f 30494/1257/1158 30503/1268/1169 30493/1258/1159</w:t>
        <w:br/>
        <w:t>f 30507/1269/1170 30506/1270/1171 30505/1271/1172</w:t>
        <w:br/>
        <w:t>f 30504/1272/1173 30507/1269/1170 30505/1271/1172</w:t>
        <w:br/>
        <w:t>f 30504/1272/1173 30505/1271/1172 30509/1273/1174</w:t>
        <w:br/>
        <w:t>f 30508/1274/1175 30504/1272/1173 30509/1273/1174</w:t>
        <w:br/>
        <w:t>f 30381/1147/1049 30510/1275/1176 30508/1274/1175</w:t>
        <w:br/>
        <w:t>f 30509/1273/1174 30381/1147/1049 30508/1274/1175</w:t>
        <w:br/>
        <w:t>f 30470/1237/1139 30469/1232/1134 30511/1276/1177</w:t>
        <w:br/>
        <w:t>f 30472/1235/1137 30470/1237/1139 30511/1276/1177</w:t>
        <w:br/>
        <w:t>f 30515/1277/1178 30514/1278/1179 30513/1279/1180</w:t>
        <w:br/>
        <w:t>f 30512/1280/1181 30515/1277/1178 30513/1279/1180</w:t>
        <w:br/>
        <w:t>f 30514/1278/1179 30503/1268/1169 30516/1281/1182</w:t>
        <w:br/>
        <w:t>f 30513/1279/1180 30514/1278/1179 30516/1281/1182</w:t>
        <w:br/>
        <w:t>f 30520/1282/1183 30519/1283/1184 30518/1284/1185</w:t>
        <w:br/>
        <w:t>f 30517/1285/1186 30520/1282/1183 30518/1284/1185</w:t>
        <w:br/>
        <w:t>f 30521/1286/1187 30509/1273/1174 30520/1282/1183</w:t>
        <w:br/>
        <w:t>f 30517/1285/1186 30521/1286/1187 30520/1282/1183</w:t>
        <w:br/>
        <w:t>f 30509/1273/1174 30521/1286/1187 30380/1148/1050</w:t>
        <w:br/>
        <w:t>f 30381/1147/1049 30509/1273/1174 30380/1148/1050</w:t>
        <w:br/>
        <w:t>f 30524/1287/1188 30408/1172/1074 30523/1288/1189</w:t>
        <w:br/>
        <w:t>f 30522/1289/1190 30524/1287/1188 30523/1288/1189</w:t>
        <w:br/>
        <w:t>f 30391/1159/1061 30392/1158/1060 30484/1249/1151</w:t>
        <w:br/>
        <w:t>f 30377/1144/1046 30461/1226/1128 30379/1142/19</w:t>
        <w:br/>
        <w:t>f 30461/1226/1128 30525/1290/20 30379/1142/19</w:t>
        <w:br/>
        <w:t>f 30461/1226/1128 30480/1244/1146 30525/1290/20</w:t>
        <w:br/>
        <w:t>f 30480/1244/1146 30526/1291/1191 30525/1290/20</w:t>
        <w:br/>
        <w:t>f 30527/1292/1192 30526/1291/1191 30480/1244/1146</w:t>
        <w:br/>
        <w:t>f 30477/1243/1145 30527/1292/1192 30480/1244/1146</w:t>
        <w:br/>
        <w:t>f 30528/1293/1193 30527/1292/1192 30477/1243/1145</w:t>
        <w:br/>
        <w:t>f 30478/1242/1144 30528/1293/1193 30477/1243/1145</w:t>
        <w:br/>
        <w:t>f 30478/1242/1144 30462/1228/1130 30528/1293/1193</w:t>
        <w:br/>
        <w:t>f 30463/1227/1129 30464/1229/1131 30530/1294/199</w:t>
        <w:br/>
        <w:t>f 30529/1295/198 30463/1227/1129 30530/1294/199</w:t>
        <w:br/>
        <w:t>f 30465/1231/1133 30532/1296/1194 30531/1297/1195</w:t>
        <w:br/>
        <w:t>f 30465/1231/1133 30533/1298/1196 30446/1209/1111</w:t>
        <w:br/>
        <w:t>f 30465/1231/1133 30466/1230/1132 30534/1299/1197</w:t>
        <w:br/>
        <w:t>f 30466/1230/1132 30406/1174/1076 30535/1300/1198</w:t>
        <w:br/>
        <w:t>f 30407/1173/1075 30385/1150/1052 30536/1301/1199</w:t>
        <w:br/>
        <w:t>f 30464/1229/1131 30532/1296/1194 30537/1302/1200</w:t>
        <w:br/>
        <w:t>f 30530/1294/199 30464/1229/1131 30537/1302/1200</w:t>
        <w:br/>
        <w:t>f 30466/1230/1132 30535/1300/1198 30534/1299/1197</w:t>
        <w:br/>
        <w:t>f 30407/1173/1075 30536/1301/1199 30535/1300/1198</w:t>
        <w:br/>
        <w:t>f 30465/1231/1133 30534/1299/1197 30538/1303/1201</w:t>
        <w:br/>
        <w:t>f 30408/1172/1074 30524/1287/1188 30385/1150/1052</w:t>
        <w:br/>
        <w:t>f 30407/1173/1075 30408/1172/1074 30385/1150/1052</w:t>
        <w:br/>
        <w:t>f 30539/1304/1202 30385/1150/1052 30386/1149/1051</w:t>
        <w:br/>
        <w:t>f 30385/1150/1052 30540/1305/1203 30536/1301/1199</w:t>
        <w:br/>
        <w:t>f 30382/1146/1048 30383/1145/1047 30541/1306/1204</w:t>
        <w:br/>
        <w:t>f 30522/1289/1190 30382/1146/1048 30541/1306/1204</w:t>
        <w:br/>
        <w:t>f 30445/1210/1112 30543/1307/1205 30443/1205/1107</w:t>
        <w:br/>
        <w:t>f 30542/1308/1206 30445/1210/1112 30443/1205/1107</w:t>
        <w:br/>
        <w:t>f 30544/1309/1207 30542/1308/1206 30490/1256/1157</w:t>
        <w:br/>
        <w:t>f 30491/1255/1156 30544/1309/1207 30490/1256/1157</w:t>
        <w:br/>
        <w:t>f 30510/1275/1176 30381/1147/1049 30382/1146/1048</w:t>
        <w:br/>
        <w:t>f 30545/1310/1208 30510/1275/1176 30382/1146/1048</w:t>
        <w:br/>
        <w:t>f 30396/1160/1062 30447/1212/1114 30442/1206/1108</w:t>
        <w:br/>
        <w:t>f 30532/1296/1194 30465/1231/1133 30538/1303/1201</w:t>
        <w:br/>
        <w:t>f 30547/1311/1209 30546/1312/1210 30518/1284/1185</w:t>
        <w:br/>
        <w:t>f 30512/1280/1181 30547/1311/1209 30518/1284/1185</w:t>
        <w:br/>
        <w:t>f 30517/1285/1186 30518/1284/1185 30546/1312/1210</w:t>
        <w:br/>
        <w:t>f 30548/1313/1211 30517/1285/1186 30546/1312/1210</w:t>
        <w:br/>
        <w:t>f 30513/1279/1180 30516/1281/1182 30550/1314/1212</w:t>
        <w:br/>
        <w:t>f 30549/1315/1213 30513/1279/1180 30550/1314/1212</w:t>
        <w:br/>
        <w:t>f 30380/1148/1050 30521/1286/1187 30552/1316/1214</w:t>
        <w:br/>
        <w:t>f 30551/1317/1215 30380/1148/1050 30552/1316/1214</w:t>
        <w:br/>
        <w:t>f 30386/1149/1051 30384/1151/1053 30553/1318/1216</w:t>
        <w:br/>
        <w:t>f 30380/1148/1050 30551/1317/1215 30554/1319/1217</w:t>
        <w:br/>
        <w:t>f 30383/1145/1047 30380/1148/1050 30554/1319/1217</w:t>
        <w:br/>
        <w:t>f 30521/1286/1187 30517/1285/1186 30548/1313/1211</w:t>
        <w:br/>
        <w:t>f 30552/1316/1214 30521/1286/1187 30548/1313/1211</w:t>
        <w:br/>
        <w:t>f 30384/1151/1053 30541/1306/1204 30555/1320/1218</w:t>
        <w:br/>
        <w:t>f 30553/1318/1216 30384/1151/1053 30555/1320/1218</w:t>
        <w:br/>
        <w:t>f 30385/1150/1052 30524/1287/1188 30384/1151/1053</w:t>
        <w:br/>
        <w:t>f 30402/1167/1069 30556/1321/1219 30454/1217/1119</w:t>
        <w:br/>
        <w:t>f 30467/1234/1136 30468/1233/1135 30389/1153/1055</w:t>
        <w:br/>
        <w:t>f 30390/1152/1054 30467/1234/1136 30389/1153/1055</w:t>
        <w:br/>
        <w:t>f 30556/1321/1219 30393/1157/1059 30458/1220/1122</w:t>
        <w:br/>
        <w:t>f 30475/1239/1141 30556/1321/1219 30458/1220/1122</w:t>
        <w:br/>
        <w:t>f 30454/1217/1119 30556/1321/1219 30475/1239/1141</w:t>
        <w:br/>
        <w:t>f 30476/1238/1140 30454/1217/1119 30475/1239/1141</w:t>
        <w:br/>
        <w:t>f 30476/1238/1140 30485/1250/1152 30453/1218/1120</w:t>
        <w:br/>
        <w:t>f 30454/1217/1119 30476/1238/1140 30453/1218/1120</w:t>
        <w:br/>
        <w:t>f 30468/1233/1135 30453/1218/1120 30485/1250/1152</w:t>
        <w:br/>
        <w:t>f 30389/1153/1055 30468/1233/1135 30485/1250/1152</w:t>
        <w:br/>
        <w:t>f 30557/1322/1220 30459/1225/1127 30396/1160/1062</w:t>
        <w:br/>
        <w:t>f 30442/1206/1108 30557/1322/1220 30396/1160/1062</w:t>
        <w:br/>
        <w:t>f 30532/1296/1194 30538/1303/1201 30537/1302/1200</w:t>
        <w:br/>
        <w:t>f 30532/1296/1194 30464/1229/1131 30460/1224/1126</w:t>
        <w:br/>
        <w:t>f 30531/1297/1195 30532/1296/1194 30460/1224/1126</w:t>
        <w:br/>
        <w:t>f 30484/1249/1151 30405/1169/1071 30391/1159/1061</w:t>
        <w:br/>
        <w:t>f 30444/1211/1113 30445/1210/1112 30542/1308/1206</w:t>
        <w:br/>
        <w:t>f 30544/1309/1207 30444/1211/1113 30542/1308/1206</w:t>
        <w:br/>
        <w:t>f 30522/1289/1190 30523/1288/1189 30545/1310/1208</w:t>
        <w:br/>
        <w:t>f 30382/1146/1048 30522/1289/1190 30545/1310/1208</w:t>
        <w:br/>
        <w:t>f 30522/1289/1190 30541/1306/1204 30384/1151/1053</w:t>
        <w:br/>
        <w:t>f 30524/1287/1188 30522/1289/1190 30384/1151/1053</w:t>
        <w:br/>
        <w:t>f 30446/1209/1111 30533/1298/1196 30543/1307/1205</w:t>
        <w:br/>
        <w:t>f 30445/1210/1112 30446/1209/1111 30543/1307/1205</w:t>
        <w:br/>
        <w:t>f 30541/1306/1204 30383/1145/1047 30554/1319/1217</w:t>
        <w:br/>
        <w:t>f 30555/1320/1218 30541/1306/1204 30554/1319/1217</w:t>
        <w:br/>
        <w:t>f 30531/1297/1195 30460/1224/1126 30459/1225/1127</w:t>
        <w:br/>
        <w:t>f 30557/1322/1220 30531/1297/1195 30459/1225/1127</w:t>
        <w:br/>
        <w:t>f 30459/1225/1127 30457/1221/1123 30394/1156/1058</w:t>
        <w:br/>
        <w:t>f 30396/1160/1062 30459/1225/1127 30394/1156/1058</w:t>
        <w:br/>
        <w:t>f 30418/1184/1086 30559/1323/1221 30558/1324/1222</w:t>
        <w:br/>
        <w:t>f 30419/1183/1085 30418/1184/1086 30558/1324/1222</w:t>
        <w:br/>
        <w:t>f 30436/1200/1102 30448/1216/1118 30498/1264/1165</w:t>
        <w:br/>
        <w:t>f 30435/1201/1103 30436/1200/1102 30498/1264/1165</w:t>
        <w:br/>
        <w:t>f 30542/1308/1206 30443/1205/1107 30440/1208/1110</w:t>
        <w:br/>
        <w:t>f 30490/1256/1157 30542/1308/1206 30440/1208/1110</w:t>
        <w:br/>
        <w:t>f 30438/1204/1106 30451/1213/1115 30448/1216/1118</w:t>
        <w:br/>
        <w:t>f 30436/1200/1102 30438/1204/1106 30448/1216/1118</w:t>
        <w:br/>
        <w:t>f 30451/1213/1115 30438/1204/1106 30490/1256/1157</w:t>
        <w:br/>
        <w:t>f 30440/1208/1110 30451/1213/1115 30490/1256/1157</w:t>
        <w:br/>
        <w:t>f 30561/1325/1223 30560/1326/1223 30428/1192/1094</w:t>
        <w:br/>
        <w:t>f 30429/1191/1093 30561/1325/1223 30428/1192/1094</w:t>
        <w:br/>
        <w:t>f 30564/1327/1224 30563/1328/1224 30562/1329/1225</w:t>
        <w:br/>
        <w:t>f 30565/1330/1225 30564/1327/1224 30562/1329/1225</w:t>
        <w:br/>
        <w:t>f 30533/1298/1196 30531/1297/1195 30557/1322/1220</w:t>
        <w:br/>
        <w:t>f 30543/1307/1205 30533/1298/1196 30557/1322/1220</w:t>
        <w:br/>
        <w:t>f 30465/1231/1133 30531/1297/1195 30533/1298/1196</w:t>
        <w:br/>
        <w:t>f 30567/1331/1226 30399/1163/1065 30400/1162/1064</w:t>
        <w:br/>
        <w:t>f 30566/1332/1227 30567/1331/1226 30400/1162/1064</w:t>
        <w:br/>
        <w:t>f 30568/1333/1228 30399/1163/1065 30567/1331/1226</w:t>
        <w:br/>
        <w:t>f 30406/1174/1076 30466/1230/1132 30446/1209/1111</w:t>
        <w:br/>
        <w:t>f 30409/1171/1073 30406/1174/1076 30446/1209/1111</w:t>
        <w:br/>
        <w:t>f 30493/1258/1159 30497/1260/1161 30432/1196/1098</w:t>
        <w:br/>
        <w:t>f 30433/1195/1097 30493/1258/1159 30432/1196/1098</w:t>
        <w:br/>
        <w:t>f 30504/1272/1173 30437/1199/1101 30434/1202/1104</w:t>
        <w:br/>
        <w:t>f 30507/1269/1170 30504/1272/1173 30434/1202/1104</w:t>
        <w:br/>
        <w:t>f 30508/1274/1175 30439/1203/1105 30437/1199/1101</w:t>
        <w:br/>
        <w:t>f 30504/1272/1173 30508/1274/1175 30437/1199/1101</w:t>
        <w:br/>
        <w:t>f 30444/1211/1113 30523/1288/1189 30408/1172/1074</w:t>
        <w:br/>
        <w:t>f 30409/1171/1073 30444/1211/1113 30408/1172/1074</w:t>
        <w:br/>
        <w:t>f 30510/1275/1176 30491/1255/1156 30439/1203/1105</w:t>
        <w:br/>
        <w:t>f 30508/1274/1175 30510/1275/1176 30439/1203/1105</w:t>
        <w:br/>
        <w:t>f 30430/1198/1100 30501/1266/1167 30492/1259/1160</w:t>
        <w:br/>
        <w:t>f 30433/1195/1097 30430/1198/1100 30492/1259/1160</w:t>
        <w:br/>
        <w:t>f 30491/1255/1156 30510/1275/1176 30545/1310/1208</w:t>
        <w:br/>
        <w:t>f 30544/1309/1207 30491/1255/1156 30545/1310/1208</w:t>
        <w:br/>
        <w:t>f 30523/1288/1189 30444/1211/1113 30544/1309/1207</w:t>
        <w:br/>
        <w:t>f 30545/1310/1208 30523/1288/1189 30544/1309/1207</w:t>
        <w:br/>
        <w:t>f 30406/1174/1076 30407/1173/1075 30535/1300/1198</w:t>
        <w:br/>
        <w:t>f 30472/1235/1137 30567/1331/1226 30566/1332/1227</w:t>
        <w:br/>
        <w:t>f 30511/1276/1177 30568/1333/1228 30567/1331/1226</w:t>
        <w:br/>
        <w:t>f 30472/1235/1137 30511/1276/1177 30567/1331/1226</w:t>
        <w:br/>
        <w:t>f 30410/1178/1080 30397/1165/1067 30398/1164/1066</w:t>
        <w:br/>
        <w:t>f 30413/1175/1077 30410/1178/1080 30398/1164/1066</w:t>
        <w:br/>
        <w:t>f 30410/1178/1080 30411/1177/1079 30569/1334/1229</w:t>
        <w:br/>
        <w:t>f 30415/1179/1081 30410/1178/1080 30569/1334/1229</w:t>
        <w:br/>
        <w:t>f 30417/1181/1083 30569/1334/1229 30422/1186/1088</w:t>
        <w:br/>
        <w:t>f 30404/1170/1072 30482/1247/1149 30570/1335/1230</w:t>
        <w:br/>
        <w:t>f 30556/1321/1219 30402/1167/1069 30392/1158/1060</w:t>
        <w:br/>
        <w:t>f 30392/1158/1060 30402/1167/1069 30484/1249/1151</w:t>
        <w:br/>
        <w:t>f 30455/1223/1125 30474/1240/1142 30475/1239/1141</w:t>
        <w:br/>
        <w:t>f 30458/1220/1122 30455/1223/1125 30475/1239/1141</w:t>
        <w:br/>
        <w:t>f 30455/1223/1125 30462/1228/1130 30478/1242/1144</w:t>
        <w:br/>
        <w:t>f 30474/1240/1142 30455/1223/1125 30478/1242/1144</w:t>
        <w:br/>
        <w:t>f 30457/1221/1123 30458/1220/1122 30393/1157/1059</w:t>
        <w:br/>
        <w:t>f 30394/1156/1058 30457/1221/1123 30393/1157/1059</w:t>
        <w:br/>
        <w:t>f 30393/1157/1059 30556/1321/1219 30392/1158/1060</w:t>
        <w:br/>
        <w:t>f 30566/1332/1227 30400/1162/1064 30403/1166/1068</w:t>
        <w:br/>
        <w:t>f 30403/1166/1068 30483/1248/1150 30484/1249/1151</w:t>
        <w:br/>
        <w:t>f 30414/1180/1082 30415/1179/1081 30570/1335/1230</w:t>
        <w:br/>
        <w:t>f 30482/1247/1149 30414/1180/1082 30570/1335/1230</w:t>
        <w:br/>
        <w:t>f 30419/1183/1085 30558/1324/1222 30425/1189/1091</w:t>
        <w:br/>
        <w:t>f 30422/1186/1088 30419/1183/1085 30425/1189/1091</w:t>
        <w:br/>
        <w:t>f 30432/1196/1098 30434/1202/1104 30435/1201/1103</w:t>
        <w:br/>
        <w:t>f 30431/1197/1099 30432/1196/1098 30435/1201/1103</w:t>
        <w:br/>
        <w:t>f 30482/1247/1149 30484/1249/1151 30483/1248/1150</w:t>
        <w:br/>
        <w:t>f 30414/1180/1082 30482/1247/1149 30483/1248/1150</w:t>
        <w:br/>
        <w:t>f 30497/1260/1161 30495/1262/1163 30506/1270/1171</w:t>
        <w:br/>
        <w:t>f 30507/1269/1170 30497/1260/1161 30506/1270/1171</w:t>
        <w:br/>
        <w:t>f 30500/1267/1168 30430/1198/1100 30431/1197/1099</w:t>
        <w:br/>
        <w:t>f 30499/1263/1164 30500/1267/1168 30431/1197/1099</w:t>
        <w:br/>
        <w:t>f 30519/1283/1184 30515/1277/1178 30512/1280/1181</w:t>
        <w:br/>
        <w:t>f 30518/1284/1185 30519/1283/1184 30512/1280/1181</w:t>
        <w:br/>
        <w:t>f 30547/1311/1209 30512/1280/1181 30513/1279/1180</w:t>
        <w:br/>
        <w:t>f 30549/1315/1213 30547/1311/1209 30513/1279/1180</w:t>
        <w:br/>
        <w:t>f 30561/1325/1223 30565/1330/1225 30562/1329/1225</w:t>
        <w:br/>
        <w:t>f 30560/1326/1223 30561/1325/1223 30562/1329/1225</w:t>
        <w:br/>
        <w:t>f 30434/1202/1104 30432/1196/1098 30497/1260/1161</w:t>
        <w:br/>
        <w:t>f 30507/1269/1170 30434/1202/1104 30497/1260/1161</w:t>
        <w:br/>
        <w:t>f 30417/1181/1083 30570/1335/1230 30415/1179/1081</w:t>
        <w:br/>
        <w:t>f 30569/1334/1229 30417/1181/1083 30415/1179/1081</w:t>
        <w:br/>
        <w:t>f 30422/1186/1088 30569/1334/1229 30411/1177/1079</w:t>
        <w:br/>
        <w:t>f 30419/1183/1085 30422/1186/1088 30411/1177/1079</w:t>
        <w:br/>
        <w:t>f 30403/1166/1068 30400/1162/1064 30483/1248/1150</w:t>
        <w:br/>
        <w:t>f 30416/1182/1084 30417/1181/1083 30421/1187/1089</w:t>
        <w:br/>
        <w:t>f 30454/1217/1119 30452/1219/1121 30481/1246/1148</w:t>
        <w:br/>
        <w:t>f 30452/1219/1121 30471/1236/1138 30401/1168/1070</w:t>
        <w:br/>
        <w:t>f 30481/1246/1148 30452/1219/1121 30401/1168/1070</w:t>
        <w:br/>
        <w:t>f 30403/1166/1068 30401/1168/1070 30471/1236/1138</w:t>
        <w:br/>
        <w:t>f 30566/1332/1227 30403/1166/1068 30471/1236/1138</w:t>
        <w:br/>
        <w:t>f 30472/1235/1137 30566/1332/1227 30471/1236/1138</w:t>
        <w:br/>
        <w:t>f 30402/1167/1069 30481/1246/1148 30401/1168/1070</w:t>
        <w:br/>
        <w:t>f 30462/1228/1130 30529/1295/198 30528/1293/1193</w:t>
        <w:br/>
        <w:t>f 30462/1228/1130 30463/1227/1129 30529/1295/198</w:t>
        <w:br/>
        <w:t>f 30404/1170/1072 30570/1335/1230 30417/1181/1083</w:t>
        <w:br/>
        <w:t>f 30420/1185/1087 30447/1212/1114 30395/1161/1063</w:t>
        <w:br/>
        <w:t>f 30484/1249/1151 30482/1247/1149 30405/1169/1071</w:t>
        <w:br/>
        <w:t>f 30385/1150/1052 30539/1304/1202 30540/1305/1203</w:t>
        <w:br/>
        <w:t>f 30571/1336/1231 30498/1264/1165 30448/1216/1118</w:t>
        <w:br/>
        <w:t>f 30449/1215/1117 30571/1336/1231 30448/1216/1118</w:t>
        <w:br/>
        <w:t>f 30486/1254/1155 30487/1253/1154 30426/1194/1096</w:t>
        <w:br/>
        <w:t>f 30427/1193/1095 30486/1254/1155 30426/1194/1096</w:t>
        <w:br/>
        <w:t>f 30572/1337/1232 30499/1263/1164 30498/1264/1165</w:t>
        <w:br/>
        <w:t>f 30571/1336/1231 30572/1337/1232 30498/1264/1165</w:t>
        <w:br/>
        <w:t>f 30574/1338/1233 30502/1265/1166 30500/1267/1168</w:t>
        <w:br/>
        <w:t>f 30573/1339/1234 30574/1338/1233 30500/1267/1168</w:t>
        <w:br/>
        <w:t>f 30573/1339/1234 30500/1267/1168 30499/1263/1164</w:t>
        <w:br/>
        <w:t>f 30572/1337/1232 30573/1339/1234 30499/1263/1164</w:t>
        <w:br/>
        <w:t>f 30575/1340/1235 30488/1252/1153 30489/1251/1153</w:t>
        <w:br/>
        <w:t>f 30442/1206/1108 30443/1205/1107 30557/1322/1220</w:t>
        <w:br/>
        <w:t>f 30450/1214/1116 30451/1213/1115 30440/1208/1110</w:t>
        <w:br/>
        <w:t>f 30441/1207/1109 30450/1214/1116 30440/1208/1110</w:t>
        <w:br/>
        <w:t>f 30443/1205/1107 30543/1307/1205 30557/1322/1220</w:t>
        <w:br/>
        <w:t>f 30576/1341/1236 30377/1144/1046 30378/1143/1045</w:t>
        <w:br/>
        <w:t>f 30580/1342/1237 30579/1343/1238 30578/1344/1239</w:t>
        <w:br/>
        <w:t>f 30577/1345/1240 30580/1342/1237 30578/1344/1239</w:t>
        <w:br/>
        <w:t>f 30583/1346/1241 30582/1347/1242 30581/1348/1243</w:t>
        <w:br/>
        <w:t>f 30390/1152/1054 30387/1155/1057 30585/1349/1244</w:t>
        <w:br/>
        <w:t>f 30584/1350/1245 30390/1152/1054 30585/1349/1244</w:t>
        <w:br/>
        <w:t>f 30589/1351/1246 30588/1352/1247 30587/1353/1248</w:t>
        <w:br/>
        <w:t>f 30586/1354/1249 30589/1351/1246 30587/1353/1248</w:t>
        <w:br/>
        <w:t>f 30591/1355/1250 30590/1356/1251 30589/1351/1246</w:t>
        <w:br/>
        <w:t>f 30593/1357/1252 30592/1358/1253 30398/1164/1066</w:t>
        <w:br/>
        <w:t>f 30399/1163/1065 30593/1357/1252 30398/1164/1066</w:t>
        <w:br/>
        <w:t>f 30596/1359/1254 30595/1360/1255 30594/1361/1256</w:t>
        <w:br/>
        <w:t>f 30598/1362/1257 30588/1352/1247 30590/1356/1251</w:t>
        <w:br/>
        <w:t>f 30597/1363/1258 30598/1362/1257 30590/1356/1251</w:t>
        <w:br/>
        <w:t>f 30602/1364/1259 30601/1365/1260 30600/1366/1261</w:t>
        <w:br/>
        <w:t>f 30599/1367/1262 30602/1364/1259 30600/1366/1261</w:t>
        <w:br/>
        <w:t>f 30413/1175/1077 30604/1368/1263 30603/1369/1264</w:t>
        <w:br/>
        <w:t>f 30412/1176/1078 30413/1175/1077 30603/1369/1264</w:t>
        <w:br/>
        <w:t>f 30592/1358/1253 30606/1370/1265 30605/1371/1266</w:t>
        <w:br/>
        <w:t>f 30604/1368/1263 30592/1358/1253 30605/1371/1266</w:t>
        <w:br/>
        <w:t>f 30597/1363/1258 30608/1372/1267 30607/1373/1268</w:t>
        <w:br/>
        <w:t>f 30609/1374/1269 30418/1184/1086 30412/1176/1078</w:t>
        <w:br/>
        <w:t>f 30603/1369/1264 30609/1374/1269 30412/1176/1078</w:t>
        <w:br/>
        <w:t>f 30597/1363/1258 30610/1375/1270 30608/1372/1267</w:t>
        <w:br/>
        <w:t>f 30607/1373/1268 30612/1376/1271 30611/1377/1272</w:t>
        <w:br/>
        <w:t>f 30608/1372/1267 30613/1378/1273 30612/1376/1271</w:t>
        <w:br/>
        <w:t>f 30611/1377/1272 30612/1376/1271 30615/1379/1274</w:t>
        <w:br/>
        <w:t>f 30614/1380/1275 30611/1377/1272 30615/1379/1274</w:t>
        <w:br/>
        <w:t>f 30619/1381/1276 30618/1382/1277 30617/1383/1278</w:t>
        <w:br/>
        <w:t>f 30616/1384/1276 30619/1381/1276 30617/1383/1278</w:t>
        <w:br/>
        <w:t>f 30623/1385/1279 30622/1386/1280 30621/1387/1281</w:t>
        <w:br/>
        <w:t>f 30620/1388/1282 30623/1385/1279 30621/1387/1281</w:t>
        <w:br/>
        <w:t>f 30627/1389/1283 30626/1390/1284 30625/1391/1285</w:t>
        <w:br/>
        <w:t>f 30624/1392/1286 30627/1389/1283 30625/1391/1285</w:t>
        <w:br/>
        <w:t>f 30624/1392/1286 30629/1393/1287 30628/1394/1288</w:t>
        <w:br/>
        <w:t>f 30627/1389/1283 30624/1392/1286 30628/1394/1288</w:t>
        <w:br/>
        <w:t>f 30633/1395/1289 30632/1396/1290 30631/1397/1291</w:t>
        <w:br/>
        <w:t>f 30630/1398/1292 30633/1395/1289 30631/1397/1291</w:t>
        <w:br/>
        <w:t>f 30602/1364/1259 30636/1399/1293 30635/1400/1294</w:t>
        <w:br/>
        <w:t>f 30634/1401/1295 30602/1364/1259 30635/1400/1294</w:t>
        <w:br/>
        <w:t>f 30610/1375/1270 30597/1363/1258 30590/1356/1251</w:t>
        <w:br/>
        <w:t>f 30637/1402/1296 30590/1356/1251 30591/1355/1250</w:t>
        <w:br/>
        <w:t>f 30641/1403/1297 30640/1404/1298 30639/1405/1299</w:t>
        <w:br/>
        <w:t>f 30638/1406/1300 30641/1403/1297 30639/1405/1299</w:t>
        <w:br/>
        <w:t>f 30644/1407/1301 30643/1408/1302 30642/1409/1303</w:t>
        <w:br/>
        <w:t>f 30648/1410/1304 30647/1411/1305 30646/1412/1306</w:t>
        <w:br/>
        <w:t>f 30645/1413/1307 30648/1410/1304 30646/1412/1306</w:t>
        <w:br/>
        <w:t>f 30650/1414/1308 30649/1415/1309 30645/1413/1307</w:t>
        <w:br/>
        <w:t>f 30646/1412/1306 30650/1414/1308 30645/1413/1307</w:t>
        <w:br/>
        <w:t>f 30651/1416/1310 30585/1349/1244 30387/1155/1057</w:t>
        <w:br/>
        <w:t>f 30377/1144/1046 30651/1416/1310 30387/1155/1057</w:t>
        <w:br/>
        <w:t>f 30647/1411/1305 30653/1417/1311 30652/1418/1312</w:t>
        <w:br/>
        <w:t>f 30646/1412/1306 30647/1411/1305 30652/1418/1312</w:t>
        <w:br/>
        <w:t>f 30646/1412/1306 30652/1418/1312 30654/1419/1313</w:t>
        <w:br/>
        <w:t>f 30650/1414/1308 30646/1412/1306 30654/1419/1313</w:t>
        <w:br/>
        <w:t>f 30656/1420/1314 30634/1401/1295 30655/1421/1315</w:t>
        <w:br/>
        <w:t>f 30469/1232/1134 30467/1234/1136 30657/1422/1316</w:t>
        <w:br/>
        <w:t>f 30660/1423/1317 30659/1424/1318 30643/1408/1302</w:t>
        <w:br/>
        <w:t>f 30658/1425/1319 30660/1423/1317 30643/1408/1302</w:t>
        <w:br/>
        <w:t>f 30664/1426/1320 30663/1427/1321 30662/1428/1322</w:t>
        <w:br/>
        <w:t>f 30661/1429/1323 30664/1426/1320 30662/1428/1322</w:t>
        <w:br/>
        <w:t>f 30663/1427/1321 30666/1430/1324 30665/1431/1325</w:t>
        <w:br/>
        <w:t>f 30662/1428/1322 30663/1427/1321 30665/1431/1325</w:t>
        <w:br/>
        <w:t>f 30666/1430/1324 30663/1427/1321 30668/1432/1326</w:t>
        <w:br/>
        <w:t>f 30667/1433/1327 30666/1430/1324 30668/1432/1326</w:t>
        <w:br/>
        <w:t>f 30669/1434/1328 30644/1407/1301 30594/1361/1256</w:t>
        <w:br/>
        <w:t>f 30590/1356/1251 30588/1352/1247 30589/1351/1246</w:t>
        <w:br/>
        <w:t>f 30597/1363/1258 30670/1435/1329 30598/1362/1257</w:t>
        <w:br/>
        <w:t>f 30606/1370/1265 30592/1358/1253 30593/1357/1252</w:t>
        <w:br/>
        <w:t>f 30671/1436/1330 30606/1370/1265 30593/1357/1252</w:t>
        <w:br/>
        <w:t>f 30594/1361/1256 30672/1437/1331 30596/1359/1254</w:t>
        <w:br/>
        <w:t>f 30659/1424/1318 30469/1232/1134 30657/1422/1316</w:t>
        <w:br/>
        <w:t>f 30673/1438/1332 30668/1432/1326 30663/1427/1321</w:t>
        <w:br/>
        <w:t>f 30664/1426/1320 30673/1438/1332 30663/1427/1321</w:t>
        <w:br/>
        <w:t>f 30584/1350/1245 30585/1349/1244 30668/1432/1326</w:t>
        <w:br/>
        <w:t>f 30673/1438/1332 30584/1350/1245 30668/1432/1326</w:t>
        <w:br/>
        <w:t>f 30667/1433/1327 30668/1432/1326 30585/1349/1244</w:t>
        <w:br/>
        <w:t>f 30651/1416/1310 30667/1433/1327 30585/1349/1244</w:t>
        <w:br/>
        <w:t>f 30642/1409/1303 30659/1424/1318 30657/1422/1316</w:t>
        <w:br/>
        <w:t>f 30643/1408/1302 30659/1424/1318 30642/1409/1303</w:t>
        <w:br/>
        <w:t>f 30677/1439/1333 30676/1440/1334 30675/1441/1335</w:t>
        <w:br/>
        <w:t>f 30674/1442/1336 30677/1439/1333 30675/1441/1335</w:t>
        <w:br/>
        <w:t>f 30679/1443/1337 30628/1394/1288 30629/1393/1287</w:t>
        <w:br/>
        <w:t>f 30678/1444/1338 30679/1443/1337 30629/1393/1287</w:t>
        <w:br/>
        <w:t>f 30494/1257/1158 30492/1259/1160 30621/1387/1281</w:t>
        <w:br/>
        <w:t>f 30680/1445/1339 30494/1257/1158 30621/1387/1281</w:t>
        <w:br/>
        <w:t>f 30613/1378/1273 30615/1379/1274 30612/1376/1271</w:t>
        <w:br/>
        <w:t>f 30610/1375/1270 30613/1378/1273 30608/1372/1267</w:t>
        <w:br/>
        <w:t>f 30683/1446/1340 30682/1447/1341 30681/1448/1342</w:t>
        <w:br/>
        <w:t>f 30680/1445/1339 30683/1446/1340 30681/1448/1342</w:t>
        <w:br/>
        <w:t>f 30685/1449/1343 30684/1450/1344 30625/1391/1285</w:t>
        <w:br/>
        <w:t>f 30623/1385/1279 30685/1449/1343 30625/1391/1285</w:t>
        <w:br/>
        <w:t>f 30502/1265/1166 30686/1451/1345 30620/1388/1282</w:t>
        <w:br/>
        <w:t>f 30501/1266/1167 30502/1265/1166 30620/1388/1282</w:t>
        <w:br/>
        <w:t>f 30503/1268/1169 30494/1257/1158 30680/1445/1339</w:t>
        <w:br/>
        <w:t>f 30681/1448/1342 30503/1268/1169 30680/1445/1339</w:t>
        <w:br/>
        <w:t>f 30690/1452/1346 30689/1453/1347 30688/1454/1348</w:t>
        <w:br/>
        <w:t>f 30687/1455/1349 30690/1452/1346 30688/1454/1348</w:t>
        <w:br/>
        <w:t>f 30689/1453/1347 30692/1456/1350 30691/1457/1351</w:t>
        <w:br/>
        <w:t>f 30688/1454/1348 30689/1453/1347 30691/1457/1351</w:t>
        <w:br/>
        <w:t>f 30578/1344/1239 30691/1457/1351 30692/1456/1350</w:t>
        <w:br/>
        <w:t>f 30693/1458/1352 30578/1344/1239 30692/1456/1350</w:t>
        <w:br/>
        <w:t>f 30659/1424/1318 30660/1423/1317 30511/1276/1177</w:t>
        <w:br/>
        <w:t>f 30469/1232/1134 30659/1424/1318 30511/1276/1177</w:t>
        <w:br/>
        <w:t>f 30697/1459/1353 30696/1460/1354 30695/1461/1355</w:t>
        <w:br/>
        <w:t>f 30694/1462/1356 30697/1459/1353 30695/1461/1355</w:t>
        <w:br/>
        <w:t>f 30694/1462/1356 30695/1461/1355 30516/1281/1182</w:t>
        <w:br/>
        <w:t>f 30503/1268/1169 30694/1462/1356 30516/1281/1182</w:t>
        <w:br/>
        <w:t>f 30701/1463/1357 30700/1464/1358 30699/1465/1359</w:t>
        <w:br/>
        <w:t>f 30698/1466/1360 30701/1463/1357 30699/1465/1359</w:t>
        <w:br/>
        <w:t>f 30702/1467/1361 30700/1464/1358 30701/1463/1357</w:t>
        <w:br/>
        <w:t>f 30691/1457/1351 30702/1467/1361 30701/1463/1357</w:t>
        <w:br/>
        <w:t>f 30691/1457/1351 30578/1344/1239 30579/1343/1238</w:t>
        <w:br/>
        <w:t>f 30702/1467/1361 30691/1457/1351 30579/1343/1238</w:t>
        <w:br/>
        <w:t>f 30705/1468/1362 30704/1469/1363 30703/1470/1364</w:t>
        <w:br/>
        <w:t>f 30599/1367/1262 30705/1468/1362 30703/1470/1364</w:t>
        <w:br/>
        <w:t>f 30588/1352/1247 30672/1437/1331 30587/1353/1248</w:t>
        <w:br/>
        <w:t>f 30377/1144/1046 30576/1341/1236 30651/1416/1310</w:t>
        <w:br/>
        <w:t>f 30651/1416/1310 30576/1341/1236 30337/1102/1008</w:t>
        <w:br/>
        <w:t>f 30651/1416/1310 30337/1102/1008 30667/1433/1327</w:t>
        <w:br/>
        <w:t>f 30667/1433/1327 30337/1102/1008 30338/1101/1007</w:t>
        <w:br/>
        <w:t>f 30667/1433/1327 30338/1101/1007 30353/1118/1024</w:t>
        <w:br/>
        <w:t>f 30666/1430/1324 30667/1433/1327 30353/1118/1024</w:t>
        <w:br/>
        <w:t>f 30666/1430/1324 30353/1118/1024 30344/1110/1016</w:t>
        <w:br/>
        <w:t>f 30665/1431/1325 30666/1430/1324 30344/1110/1016</w:t>
        <w:br/>
        <w:t>f 30665/1431/1325 30344/1110/1016 30653/1417/1311</w:t>
        <w:br/>
        <w:t>f 30652/1418/1312 30366/1129/1034 30364/1131/1036</w:t>
        <w:br/>
        <w:t>f 30654/1419/1313 30652/1418/1312 30364/1131/1036</w:t>
        <w:br/>
        <w:t>f 30655/1421/1315 30707/1471/1365 30706/1472/1366</w:t>
        <w:br/>
        <w:t>f 30655/1421/1315 30634/1401/1295 30708/1473/1367</w:t>
        <w:br/>
        <w:t>f 30655/1421/1315 30369/1134/1039 30656/1420/1314</w:t>
        <w:br/>
        <w:t>f 30656/1420/1314 30357/1125/1030 30601/1365/1260</w:t>
        <w:br/>
        <w:t>f 30600/1366/1261 30358/1124/1029 30581/1348/1243</w:t>
        <w:br/>
        <w:t>f 30654/1419/1313 30364/1131/1036 30367/1133/1038</w:t>
        <w:br/>
        <w:t>f 30706/1472/1366 30654/1419/1313 30367/1133/1038</w:t>
        <w:br/>
        <w:t>f 30656/1420/1314 30369/1134/1039 30357/1125/1030</w:t>
        <w:br/>
        <w:t>f 30600/1366/1261 30357/1125/1030 30358/1124/1029</w:t>
        <w:br/>
        <w:t>f 30655/1421/1315 30367/1133/1038 30369/1134/1039</w:t>
        <w:br/>
        <w:t>f 30599/1367/1262 30600/1366/1261 30581/1348/1243</w:t>
        <w:br/>
        <w:t>f 30705/1468/1362 30599/1367/1262 30581/1348/1243</w:t>
        <w:br/>
        <w:t>f 30371/1137/1042 30583/1346/1241 30581/1348/1243</w:t>
        <w:br/>
        <w:t>f 30581/1348/1243 30358/1124/1029 30370/1135/1040</w:t>
        <w:br/>
        <w:t>f 30577/1345/1240 30704/1469/1363 30709/1474/1368</w:t>
        <w:br/>
        <w:t>f 30580/1342/1237 30577/1345/1240 30709/1474/1368</w:t>
        <w:br/>
        <w:t>f 30635/1400/1294 30711/1475/1369 30633/1395/1289</w:t>
        <w:br/>
        <w:t>f 30710/1476/1370 30635/1400/1294 30633/1395/1289</w:t>
        <w:br/>
        <w:t>f 30712/1477/1371 30679/1443/1337 30678/1444/1338</w:t>
        <w:br/>
        <w:t>f 30711/1475/1369 30712/1477/1371 30678/1444/1338</w:t>
        <w:br/>
        <w:t>f 30693/1458/1352 30713/1478/1372 30577/1345/1240</w:t>
        <w:br/>
        <w:t>f 30578/1344/1239 30693/1458/1352 30577/1345/1240</w:t>
        <w:br/>
        <w:t>f 30591/1355/1250 30630/1398/1292 30637/1402/1296</w:t>
        <w:br/>
        <w:t>f 30706/1472/1366 30367/1133/1038 30655/1421/1315</w:t>
        <w:br/>
        <w:t>f 30715/1479/1373 30696/1460/1354 30699/1465/1359</w:t>
        <w:br/>
        <w:t>f 30714/1480/1374 30715/1479/1373 30699/1465/1359</w:t>
        <w:br/>
        <w:t>f 30700/1464/1358 30716/1481/1375 30714/1480/1374</w:t>
        <w:br/>
        <w:t>f 30699/1465/1359 30700/1464/1358 30714/1480/1374</w:t>
        <w:br/>
        <w:t>f 30695/1461/1355 30717/1482/1376 30550/1314/1212</w:t>
        <w:br/>
        <w:t>f 30516/1281/1182 30695/1461/1355 30550/1314/1212</w:t>
        <w:br/>
        <w:t>f 30579/1343/1238 30719/1483/1377 30718/1484/1378</w:t>
        <w:br/>
        <w:t>f 30702/1467/1361 30579/1343/1238 30718/1484/1378</w:t>
        <w:br/>
        <w:t>f 30583/1346/1241 30720/1485/1379 30582/1347/1242</w:t>
        <w:br/>
        <w:t>f 30579/1343/1238 30580/1342/1237 30721/1486/1380</w:t>
        <w:br/>
        <w:t>f 30719/1483/1377 30579/1343/1238 30721/1486/1380</w:t>
        <w:br/>
        <w:t>f 30702/1467/1361 30718/1484/1378 30716/1481/1375</w:t>
        <w:br/>
        <w:t>f 30700/1464/1358 30702/1467/1361 30716/1481/1375</w:t>
        <w:br/>
        <w:t>f 30582/1347/1242 30720/1485/1379 30722/1487/1381</w:t>
        <w:br/>
        <w:t>f 30709/1474/1368 30582/1347/1242 30722/1487/1381</w:t>
        <w:br/>
        <w:t>f 30581/1348/1243 30582/1347/1242 30705/1468/1362</w:t>
        <w:br/>
        <w:t>f 30594/1361/1256 30644/1407/1301 30723/1488/1382</w:t>
        <w:br/>
        <w:t>f 30467/1234/1136 30390/1152/1054 30584/1350/1245</w:t>
        <w:br/>
        <w:t>f 30657/1422/1316 30467/1234/1136 30584/1350/1245</w:t>
        <w:br/>
        <w:t>f 30723/1488/1382 30661/1429/1323 30648/1410/1304</w:t>
        <w:br/>
        <w:t>f 30586/1354/1249 30723/1488/1382 30648/1410/1304</w:t>
        <w:br/>
        <w:t>f 30644/1407/1301 30664/1426/1320 30661/1429/1323</w:t>
        <w:br/>
        <w:t>f 30723/1488/1382 30644/1407/1301 30661/1429/1323</w:t>
        <w:br/>
        <w:t>f 30664/1426/1320 30644/1407/1301 30642/1409/1303</w:t>
        <w:br/>
        <w:t>f 30673/1438/1332 30664/1426/1320 30642/1409/1303</w:t>
        <w:br/>
        <w:t>f 30657/1422/1316 30584/1350/1245 30673/1438/1332</w:t>
        <w:br/>
        <w:t>f 30642/1409/1303 30657/1422/1316 30673/1438/1332</w:t>
        <w:br/>
        <w:t>f 30724/1489/1383 30630/1398/1292 30591/1355/1250</w:t>
        <w:br/>
        <w:t>f 30649/1415/1309 30724/1489/1383 30591/1355/1250</w:t>
        <w:br/>
        <w:t>f 30706/1472/1366 30707/1471/1365 30650/1414/1308</w:t>
        <w:br/>
        <w:t>f 30654/1419/1313 30706/1472/1366 30650/1414/1308</w:t>
        <w:br/>
        <w:t>f 30672/1437/1331 30588/1352/1247 30598/1362/1257</w:t>
        <w:br/>
        <w:t>f 30636/1399/1293 30712/1477/1371 30711/1475/1369</w:t>
        <w:br/>
        <w:t>f 30635/1400/1294 30636/1399/1293 30711/1475/1369</w:t>
        <w:br/>
        <w:t>f 30704/1469/1363 30577/1345/1240 30713/1478/1372</w:t>
        <w:br/>
        <w:t>f 30703/1470/1364 30704/1469/1363 30713/1478/1372</w:t>
        <w:br/>
        <w:t>f 30704/1469/1363 30705/1468/1362 30582/1347/1242</w:t>
        <w:br/>
        <w:t>f 30709/1474/1368 30704/1469/1363 30582/1347/1242</w:t>
        <w:br/>
        <w:t>f 30634/1401/1295 30635/1400/1294 30710/1476/1370</w:t>
        <w:br/>
        <w:t>f 30708/1473/1367 30634/1401/1295 30710/1476/1370</w:t>
        <w:br/>
        <w:t>f 30709/1474/1368 30722/1487/1381 30721/1486/1380</w:t>
        <w:br/>
        <w:t>f 30580/1342/1237 30709/1474/1368 30721/1486/1380</w:t>
        <w:br/>
        <w:t>f 30707/1471/1365 30724/1489/1383 30649/1415/1309</w:t>
        <w:br/>
        <w:t>f 30650/1414/1308 30707/1471/1365 30649/1415/1309</w:t>
        <w:br/>
        <w:t>f 30649/1415/1309 30591/1355/1250 30589/1351/1246</w:t>
        <w:br/>
        <w:t>f 30645/1413/1307 30649/1415/1309 30589/1351/1246</w:t>
        <w:br/>
        <w:t>f 30418/1184/1086 30609/1374/1269 30725/1490/1384</w:t>
        <w:br/>
        <w:t>f 30559/1323/1221 30418/1184/1086 30725/1490/1384</w:t>
        <w:br/>
        <w:t>f 30624/1392/1286 30625/1391/1285 30684/1450/1344</w:t>
        <w:br/>
        <w:t>f 30640/1404/1298 30624/1392/1286 30684/1450/1344</w:t>
        <w:br/>
        <w:t>f 30711/1475/1369 30678/1444/1338 30632/1396/1290</w:t>
        <w:br/>
        <w:t>f 30633/1395/1289 30711/1475/1369 30632/1396/1290</w:t>
        <w:br/>
        <w:t>f 30629/1393/1287 30624/1392/1286 30640/1404/1298</w:t>
        <w:br/>
        <w:t>f 30641/1403/1297 30629/1393/1287 30640/1404/1298</w:t>
        <w:br/>
        <w:t>f 30641/1403/1297 30632/1396/1290 30678/1444/1338</w:t>
        <w:br/>
        <w:t>f 30629/1393/1287 30641/1403/1297 30678/1444/1338</w:t>
        <w:br/>
        <w:t>f 30727/1491/1385 30619/1381/1276 30616/1384/1276</w:t>
        <w:br/>
        <w:t>f 30726/1492/1385 30727/1491/1385 30616/1384/1276</w:t>
        <w:br/>
        <w:t>f 30564/1327/1224 30729/1493/1386 30728/1494/1386</w:t>
        <w:br/>
        <w:t>f 30563/1328/1224 30564/1327/1224 30728/1494/1386</w:t>
        <w:br/>
        <w:t>f 30708/1473/1367 30710/1476/1370 30724/1489/1383</w:t>
        <w:br/>
        <w:t>f 30707/1471/1365 30708/1473/1367 30724/1489/1383</w:t>
        <w:br/>
        <w:t>f 30655/1421/1315 30708/1473/1367 30707/1471/1365</w:t>
        <w:br/>
        <w:t>f 30731/1495/1387 30730/1496/1388 30593/1357/1252</w:t>
        <w:br/>
        <w:t>f 30399/1163/1065 30731/1495/1387 30593/1357/1252</w:t>
        <w:br/>
        <w:t>f 30568/1333/1228 30731/1495/1387 30399/1163/1065</w:t>
        <w:br/>
        <w:t>f 30601/1365/1260 30602/1364/1259 30634/1401/1295</w:t>
        <w:br/>
        <w:t>f 30656/1420/1314 30601/1365/1260 30634/1401/1295</w:t>
        <w:br/>
        <w:t>f 30680/1445/1339 30621/1387/1281 30622/1386/1280</w:t>
        <w:br/>
        <w:t>f 30683/1446/1340 30680/1445/1339 30622/1386/1280</w:t>
        <w:br/>
        <w:t>f 30689/1453/1347 30690/1452/1346 30626/1390/1284</w:t>
        <w:br/>
        <w:t>f 30627/1389/1283 30689/1453/1347 30626/1390/1284</w:t>
        <w:br/>
        <w:t>f 30692/1456/1350 30689/1453/1347 30627/1389/1283</w:t>
        <w:br/>
        <w:t>f 30628/1394/1288 30692/1456/1350 30627/1389/1283</w:t>
        <w:br/>
        <w:t>f 30636/1399/1293 30602/1364/1259 30599/1367/1262</w:t>
        <w:br/>
        <w:t>f 30703/1470/1364 30636/1399/1293 30599/1367/1262</w:t>
        <w:br/>
        <w:t>f 30693/1458/1352 30692/1456/1350 30628/1394/1288</w:t>
        <w:br/>
        <w:t>f 30679/1443/1337 30693/1458/1352 30628/1394/1288</w:t>
        <w:br/>
        <w:t>f 30620/1388/1282 30621/1387/1281 30492/1259/1160</w:t>
        <w:br/>
        <w:t>f 30501/1266/1167 30620/1388/1282 30492/1259/1160</w:t>
        <w:br/>
        <w:t>f 30679/1443/1337 30712/1477/1371 30713/1478/1372</w:t>
        <w:br/>
        <w:t>f 30693/1458/1352 30679/1443/1337 30713/1478/1372</w:t>
        <w:br/>
        <w:t>f 30703/1470/1364 30713/1478/1372 30712/1477/1371</w:t>
        <w:br/>
        <w:t>f 30636/1399/1293 30703/1470/1364 30712/1477/1371</w:t>
        <w:br/>
        <w:t>f 30601/1365/1260 30357/1125/1030 30600/1366/1261</w:t>
        <w:br/>
        <w:t>f 30660/1423/1317 30730/1496/1388 30731/1495/1387</w:t>
        <w:br/>
        <w:t>f 30511/1276/1177 30660/1423/1317 30731/1495/1387</w:t>
        <w:br/>
        <w:t>f 30568/1333/1228 30511/1276/1177 30731/1495/1387</w:t>
        <w:br/>
        <w:t>f 30604/1368/1263 30413/1175/1077 30398/1164/1066</w:t>
        <w:br/>
        <w:t>f 30592/1358/1253 30604/1368/1263 30398/1164/1066</w:t>
        <w:br/>
        <w:t>f 30604/1368/1263 30605/1371/1266 30732/1497/1389</w:t>
        <w:br/>
        <w:t>f 30603/1369/1264 30604/1368/1263 30732/1497/1389</w:t>
        <w:br/>
        <w:t>f 30607/1373/1268 30611/1377/1272 30732/1497/1389</w:t>
        <w:br/>
        <w:t>f 30597/1363/1258 30733/1498/1390 30670/1435/1329</w:t>
        <w:br/>
        <w:t>f 30723/1488/1382 30587/1353/1248 30594/1361/1256</w:t>
        <w:br/>
        <w:t>f 30587/1353/1248 30672/1437/1331 30594/1361/1256</w:t>
        <w:br/>
        <w:t>f 30647/1411/1305 30648/1410/1304 30661/1429/1323</w:t>
        <w:br/>
        <w:t>f 30662/1428/1322 30647/1411/1305 30661/1429/1323</w:t>
        <w:br/>
        <w:t>f 30662/1428/1322 30665/1431/1325 30653/1417/1311</w:t>
        <w:br/>
        <w:t>f 30647/1411/1305 30662/1428/1322 30653/1417/1311</w:t>
        <w:br/>
        <w:t>f 30645/1413/1307 30589/1351/1246 30586/1354/1249</w:t>
        <w:br/>
        <w:t>f 30648/1410/1304 30645/1413/1307 30586/1354/1249</w:t>
        <w:br/>
        <w:t>f 30586/1354/1249 30587/1353/1248 30723/1488/1382</w:t>
        <w:br/>
        <w:t>f 30730/1496/1388 30596/1359/1254 30593/1357/1252</w:t>
        <w:br/>
        <w:t>f 30596/1359/1254 30672/1437/1331 30671/1436/1330</w:t>
        <w:br/>
        <w:t>f 30606/1370/1265 30670/1435/1329 30733/1498/1390</w:t>
        <w:br/>
        <w:t>f 30605/1371/1266 30606/1370/1265 30733/1498/1390</w:t>
        <w:br/>
        <w:t>f 30609/1374/1269 30611/1377/1272 30614/1380/1275</w:t>
        <w:br/>
        <w:t>f 30725/1490/1384 30609/1374/1269 30614/1380/1275</w:t>
        <w:br/>
        <w:t>f 30622/1386/1280 30623/1385/1279 30625/1391/1285</w:t>
        <w:br/>
        <w:t>f 30626/1390/1284 30622/1386/1280 30625/1391/1285</w:t>
        <w:br/>
        <w:t>f 30670/1435/1329 30606/1370/1265 30671/1436/1330</w:t>
        <w:br/>
        <w:t>f 30672/1437/1331 30670/1435/1329 30671/1436/1330</w:t>
        <w:br/>
        <w:t>f 30683/1446/1340 30690/1452/1346 30687/1455/1349</w:t>
        <w:br/>
        <w:t>f 30682/1447/1341 30683/1446/1340 30687/1455/1349</w:t>
        <w:br/>
        <w:t>f 30686/1451/1345 30685/1449/1343 30623/1385/1279</w:t>
        <w:br/>
        <w:t>f 30620/1388/1282 30686/1451/1345 30623/1385/1279</w:t>
        <w:br/>
        <w:t>f 30698/1466/1360 30699/1465/1359 30696/1460/1354</w:t>
        <w:br/>
        <w:t>f 30697/1459/1353 30698/1466/1360 30696/1460/1354</w:t>
        <w:br/>
        <w:t>f 30715/1479/1373 30717/1482/1376 30695/1461/1355</w:t>
        <w:br/>
        <w:t>f 30696/1460/1354 30715/1479/1373 30695/1461/1355</w:t>
        <w:br/>
        <w:t>f 30728/1494/1386 30729/1493/1386 30727/1491/1385</w:t>
        <w:br/>
        <w:t>f 30726/1492/1385 30728/1494/1386 30727/1491/1385</w:t>
        <w:br/>
        <w:t>f 30626/1390/1284 30690/1452/1346 30683/1446/1340</w:t>
        <w:br/>
        <w:t>f 30622/1386/1280 30626/1390/1284 30683/1446/1340</w:t>
        <w:br/>
        <w:t>f 30607/1373/1268 30732/1497/1389 30605/1371/1266</w:t>
        <w:br/>
        <w:t>f 30733/1498/1390 30607/1373/1268 30605/1371/1266</w:t>
        <w:br/>
        <w:t>f 30611/1377/1272 30609/1374/1269 30603/1369/1264</w:t>
        <w:br/>
        <w:t>f 30732/1497/1389 30611/1377/1272 30603/1369/1264</w:t>
        <w:br/>
        <w:t>f 30596/1359/1254 30671/1436/1330 30593/1357/1252</w:t>
        <w:br/>
        <w:t>f 30608/1372/1267 30612/1376/1271 30607/1373/1268</w:t>
        <w:br/>
        <w:t>f 30644/1407/1301 30669/1434/1328 30643/1408/1302</w:t>
        <w:br/>
        <w:t>f 30643/1408/1302 30669/1434/1328 30595/1360/1255</w:t>
        <w:br/>
        <w:t>f 30658/1425/1319 30643/1408/1302 30595/1360/1255</w:t>
        <w:br/>
        <w:t>f 30596/1359/1254 30730/1496/1388 30658/1425/1319</w:t>
        <w:br/>
        <w:t>f 30595/1360/1255 30596/1359/1254 30658/1425/1319</w:t>
        <w:br/>
        <w:t>f 30660/1423/1317 30658/1425/1319 30730/1496/1388</w:t>
        <w:br/>
        <w:t>f 30594/1361/1256 30595/1360/1255 30669/1434/1328</w:t>
        <w:br/>
        <w:t>f 30344/1110/1016 30345/1109/1015 30653/1417/1311</w:t>
        <w:br/>
        <w:t>f 30653/1417/1311 30366/1129/1034 30652/1418/1312</w:t>
        <w:br/>
        <w:t>f 30597/1363/1258 30607/1373/1268 30733/1498/1390</w:t>
        <w:br/>
        <w:t>f 30610/1375/1270 30590/1356/1251 30637/1402/1296</w:t>
        <w:br/>
        <w:t>f 30672/1437/1331 30598/1362/1257 30670/1435/1329</w:t>
        <w:br/>
        <w:t>f 30581/1348/1243 30370/1135/1040 30371/1137/1042</w:t>
        <w:br/>
        <w:t>f 30734/1499/1391 30639/1405/1299 30640/1404/1298</w:t>
        <w:br/>
        <w:t>f 30684/1450/1344 30734/1499/1391 30640/1404/1298</w:t>
        <w:br/>
        <w:t>f 30676/1440/1334 30617/1383/1278 30618/1382/1277</w:t>
        <w:br/>
        <w:t>f 30675/1441/1335 30676/1440/1334 30618/1382/1277</w:t>
        <w:br/>
        <w:t>f 30735/1500/1392 30734/1499/1391 30684/1450/1344</w:t>
        <w:br/>
        <w:t>f 30685/1449/1343 30735/1500/1392 30684/1450/1344</w:t>
        <w:br/>
        <w:t>f 30574/1338/1233 30736/1501/1393 30686/1451/1345</w:t>
        <w:br/>
        <w:t>f 30502/1265/1166 30574/1338/1233 30686/1451/1345</w:t>
        <w:br/>
        <w:t>f 30736/1501/1393 30735/1500/1392 30685/1449/1343</w:t>
        <w:br/>
        <w:t>f 30686/1451/1345 30736/1501/1393 30685/1449/1343</w:t>
        <w:br/>
        <w:t>f 30737/1502/1394 30677/1439/1333 30674/1442/1336</w:t>
        <w:br/>
        <w:t>f 30630/1398/1292 30724/1489/1383 30633/1395/1289</w:t>
        <w:br/>
        <w:t>f 30638/1406/1300 30631/1397/1291 30632/1396/1290</w:t>
        <w:br/>
        <w:t>f 30641/1403/1297 30638/1406/1300 30632/1396/1290</w:t>
        <w:br/>
        <w:t>f 30633/1395/1289 30724/1489/1383 30710/1476/1370</w:t>
        <w:br/>
        <w:t>f 30345/1109/1015 30366/1129/1034 30653/1417/1311</w:t>
        <w:br/>
        <w:t>f 30741/1503/1395 30740/1504/1396 30739/1505/1397</w:t>
        <w:br/>
        <w:t>f 30738/1506/1398 30741/1503/1395 30739/1505/1397</w:t>
        <w:br/>
        <w:t>f 30740/1504/1396 30743/1507/1399 30742/1508/1400</w:t>
        <w:br/>
        <w:t>f 30739/1505/1397 30740/1504/1396 30742/1508/1400</w:t>
        <w:br/>
        <w:t>f 30747/1509/1401 30746/1510/1402 30745/1511/1403</w:t>
        <w:br/>
        <w:t>f 30744/1512/1404 30747/1509/1401 30745/1511/1403</w:t>
        <w:br/>
        <w:t>f 30751/1513/1405 30750/1514/1406 30749/1515/1407</w:t>
        <w:br/>
        <w:t>f 30748/1516/1408 30751/1513/1405 30749/1515/1407</w:t>
        <w:br/>
        <w:t>f 30755/1517/1409 30754/1518/1410 30753/1519/1411</w:t>
        <w:br/>
        <w:t>f 30752/1520/1412 30755/1517/1409 30753/1519/1411</w:t>
        <w:br/>
        <w:t>f 30752/1520/1412 30757/1521/1413 30756/1522/1414</w:t>
        <w:br/>
        <w:t>f 30755/1517/1409 30752/1520/1412 30756/1522/1414</w:t>
        <w:br/>
        <w:t>f 30759/1523/1415 30758/1524/1416 30756/1522/1414</w:t>
        <w:br/>
        <w:t>f 30757/1521/1413 30759/1523/1415 30756/1522/1414</w:t>
        <w:br/>
        <w:t>f 30758/1524/1416 30759/1523/1415 30761/1525/1417</w:t>
        <w:br/>
        <w:t>f 30760/1526/1418 30758/1524/1416 30761/1525/1417</w:t>
        <w:br/>
        <w:t>f 30764/1527/1419 30763/1528/1420 30762/1529/1421</w:t>
        <w:br/>
        <w:t>f 30768/1530/1422 30767/1531/1423 30766/1532/1424</w:t>
        <w:br/>
        <w:t>f 30765/1533/1425 30768/1530/1422 30766/1532/1424</w:t>
        <w:br/>
        <w:t>f 30769/1534/1426 30767/1531/1423 30768/1530/1422</w:t>
        <w:br/>
        <w:t>f 30765/1533/1425 30766/1532/1424 30771/1535/1427</w:t>
        <w:br/>
        <w:t>f 30770/1536/1428 30765/1533/1425 30771/1535/1427</w:t>
        <w:br/>
        <w:t>f 30775/1537/1428 30774/1538/1418 30773/1539/1429</w:t>
        <w:br/>
        <w:t>f 30772/1540/1425 30775/1537/1428 30773/1539/1429</w:t>
        <w:br/>
        <w:t>f 30777/1541/1430 30776/1542/1416 30774/1538/1418</w:t>
        <w:br/>
        <w:t>f 30775/1537/1428 30777/1541/1430 30774/1538/1418</w:t>
        <w:br/>
        <w:t>f 30779/1543/1431 30776/1542/1416 30777/1541/1430</w:t>
        <w:br/>
        <w:t>f 30778/1544/1432 30779/1543/1431 30777/1541/1430</w:t>
        <w:br/>
        <w:t>f 30781/1545/1409 30779/1543/1431 30778/1544/1432</w:t>
        <w:br/>
        <w:t>f 30780/1546/1433 30781/1545/1409 30778/1544/1432</w:t>
        <w:br/>
        <w:t>f 30785/1547/1410 30784/1548/1434 30783/1549/1435</w:t>
        <w:br/>
        <w:t>f 30782/1550/1406 30785/1547/1410 30783/1549/1435</w:t>
        <w:br/>
        <w:t>f 30789/1551/1436 30788/1552/1437 30787/1553/1438</w:t>
        <w:br/>
        <w:t>f 30786/1554/1439 30789/1551/1436 30787/1553/1438</w:t>
        <w:br/>
        <w:t>f 30793/1555/1400 30792/1556/1440 30791/1557/1441</w:t>
        <w:br/>
        <w:t>f 30790/1558/1397 30793/1555/1400 30791/1557/1441</w:t>
        <w:br/>
        <w:t>f 30796/1559/1442 30795/1560/1422 30794/1561/1419</w:t>
        <w:br/>
        <w:t>f 30794/1561/1419 30795/1560/1422 30772/1540/1425</w:t>
        <w:br/>
        <w:t>f 30773/1539/1429 30794/1561/1419 30772/1540/1425</w:t>
        <w:br/>
        <w:t>f 30750/1514/1406 30751/1513/1405 30753/1519/1411</w:t>
        <w:br/>
        <w:t>f 30754/1518/1410 30750/1514/1406 30753/1519/1411</w:t>
        <w:br/>
        <w:t>f 30781/1545/1409 30780/1546/1433 30784/1548/1434</w:t>
        <w:br/>
        <w:t>f 30785/1547/1410 30781/1545/1409 30784/1548/1434</w:t>
        <w:br/>
        <w:t>f 30800/1562/1443 30799/1563/1444 30798/1564/1445</w:t>
        <w:br/>
        <w:t>f 30797/1565/1446 30800/1562/1443 30798/1564/1445</w:t>
        <w:br/>
        <w:t>f 30802/1566/1447 30800/1562/1443 30797/1565/1446</w:t>
        <w:br/>
        <w:t>f 30801/1567/1448 30802/1566/1447 30797/1565/1446</w:t>
        <w:br/>
        <w:t>f 30806/1568/1449 30805/1569/1450 30804/1570/1451</w:t>
        <w:br/>
        <w:t>f 30803/1571/1452 30806/1568/1449 30804/1570/1451</w:t>
        <w:br/>
        <w:t>f 30804/1570/1451 30805/1569/1450 30808/1572/1453</w:t>
        <w:br/>
        <w:t>f 30807/1573/1454 30804/1570/1451 30808/1572/1453</w:t>
        <w:br/>
        <w:t>f 30807/1573/1454 30808/1572/1453 30810/1574/1455</w:t>
        <w:br/>
        <w:t>f 30809/1575/1456 30807/1573/1454 30810/1574/1455</w:t>
        <w:br/>
        <w:t>f 30809/1575/1456 30810/1574/1455 30812/1576/1457</w:t>
        <w:br/>
        <w:t>f 30811/1577/1458 30809/1575/1456 30812/1576/1457</w:t>
        <w:br/>
        <w:t>f 30815/1578/1459 30814/1579/1460 30811/1577/1458</w:t>
        <w:br/>
        <w:t>f 30813/1580/1461 30815/1578/1459 30811/1577/1458</w:t>
        <w:br/>
        <w:t>f 30817/1581/1462 30806/1568/1449 30803/1571/1452</w:t>
        <w:br/>
        <w:t>f 30816/1582/1463 30817/1581/1462 30803/1571/1452</w:t>
        <w:br/>
        <w:t>f 30819/1583/1464 30815/1578/1459 30813/1580/1461</w:t>
        <w:br/>
        <w:t>f 30818/1584/1465 30819/1583/1464 30813/1580/1461</w:t>
        <w:br/>
        <w:t>f 30821/1585/1466 30741/1503/1395 30738/1506/1398</w:t>
        <w:br/>
        <w:t>f 30820/1586/1467 30821/1585/1466 30738/1506/1398</w:t>
        <w:br/>
        <w:t>f 30790/1558/1397 30791/1557/1441 30788/1552/1437</w:t>
        <w:br/>
        <w:t>f 30789/1551/1436 30790/1558/1397 30788/1552/1437</w:t>
        <w:br/>
        <w:t>f 30825/1587/1468 30824/1588/1469 30823/1589/1470</w:t>
        <w:br/>
        <w:t>f 30822/1590/1470 30825/1587/1468 30823/1589/1470</w:t>
        <w:br/>
        <w:t>f 30827/1591/1471 30826/1592/1471 30824/1588/1469</w:t>
        <w:br/>
        <w:t>f 30825/1587/1468 30827/1591/1471 30824/1588/1469</w:t>
        <w:br/>
        <w:t>f 30829/1593/1472 30821/1585/1466 30820/1586/1467</w:t>
        <w:br/>
        <w:t>f 30828/1594/1473 30829/1593/1472 30820/1586/1467</w:t>
        <w:br/>
        <w:t>f 30786/1554/1439 30787/1553/1438 30831/1595/1404</w:t>
        <w:br/>
        <w:t>f 30830/1596/1474 30786/1554/1439 30831/1595/1404</w:t>
        <w:br/>
        <w:t>f 30833/1597/1475 30829/1593/1472 30828/1594/1473</w:t>
        <w:br/>
        <w:t>f 30832/1598/1476 30833/1597/1475 30828/1594/1473</w:t>
        <w:br/>
        <w:t>f 30837/1599/1477 30836/1600/1478 30835/1601/1479</w:t>
        <w:br/>
        <w:t>f 30834/1602/1480 30837/1599/1477 30835/1601/1479</w:t>
        <w:br/>
        <w:t>f 30830/1596/1474 30831/1595/1404 30839/1603/1481</w:t>
        <w:br/>
        <w:t>f 30838/1604/1476 30830/1596/1474 30839/1603/1481</w:t>
        <w:br/>
        <w:t>f 30841/1605/1482 30833/1597/1475 30832/1598/1476</w:t>
        <w:br/>
        <w:t>f 30840/1606/1483 30841/1605/1482 30832/1598/1476</w:t>
        <w:br/>
        <w:t>f 30838/1604/1476 30839/1603/1481 30843/1607/1407</w:t>
        <w:br/>
        <w:t>f 30842/1608/1483 30838/1604/1476 30843/1607/1407</w:t>
        <w:br/>
        <w:t>f 30845/1609/1484 30841/1605/1482 30840/1606/1483</w:t>
        <w:br/>
        <w:t>f 30844/1610/1485 30845/1609/1484 30840/1606/1483</w:t>
        <w:br/>
        <w:t>f 30842/1608/1483 30843/1607/1407 30782/1550/1406</w:t>
        <w:br/>
        <w:t>f 30783/1549/1435 30842/1608/1483 30782/1550/1406</w:t>
        <w:br/>
        <w:t>f 30801/1567/1448 30837/1599/1477 30834/1602/1480</w:t>
        <w:br/>
        <w:t>f 30802/1566/1447 30801/1567/1448 30834/1602/1480</w:t>
        <w:br/>
        <w:t>f 30836/1600/1478 30816/1582/1463 30846/1611/1486</w:t>
        <w:br/>
        <w:t>f 30835/1601/1479 30836/1600/1478 30846/1611/1486</w:t>
        <w:br/>
        <w:t>f 30803/1571/1452 30804/1570/1451 30848/1612/1487</w:t>
        <w:br/>
        <w:t>f 30847/1613/1488 30803/1571/1452 30848/1612/1487</w:t>
        <w:br/>
        <w:t>f 30807/1573/1454 30849/1614/1489 30848/1612/1487</w:t>
        <w:br/>
        <w:t>f 30804/1570/1451 30807/1573/1454 30848/1612/1487</w:t>
        <w:br/>
        <w:t>f 30807/1573/1454 30809/1575/1456 30850/1615/1490</w:t>
        <w:br/>
        <w:t>f 30849/1614/1489 30807/1573/1454 30850/1615/1490</w:t>
        <w:br/>
        <w:t>f 30809/1575/1456 30811/1577/1458 30814/1579/1460</w:t>
        <w:br/>
        <w:t>f 30850/1615/1490 30809/1575/1456 30814/1579/1460</w:t>
        <w:br/>
        <w:t>f 30803/1571/1452 30847/1613/1488 30846/1611/1486</w:t>
        <w:br/>
        <w:t>f 30816/1582/1463 30803/1571/1452 30846/1611/1486</w:t>
        <w:br/>
        <w:t>f 30852/1616/1491 30822/1590/1470 30823/1589/1470</w:t>
        <w:br/>
        <w:t>f 30851/1617/1492 30852/1616/1491 30823/1589/1470</w:t>
        <w:br/>
        <w:t>f 30744/1512/1404 30853/1618/1438 30851/1617/1492</w:t>
        <w:br/>
        <w:t>f 30747/1509/1401 30744/1512/1404 30851/1617/1492</w:t>
        <w:br/>
        <w:t>f 30760/1526/1418 30761/1525/1417 30855/1619/1493</w:t>
        <w:br/>
        <w:t>f 30854/1620/1494 30760/1526/1418 30855/1619/1493</w:t>
        <w:br/>
        <w:t>f 30854/1620/1494 30855/1619/1493 30763/1528/1420</w:t>
        <w:br/>
        <w:t>f 30764/1527/1419 30854/1620/1494 30763/1528/1420</w:t>
        <w:br/>
        <w:t>f 30857/1621/1495 30798/1564/1445 30799/1563/1444</w:t>
        <w:br/>
        <w:t>f 30856/1622/1496 30857/1621/1495 30799/1563/1444</w:t>
        <w:br/>
        <w:t>f 30859/1623/1497 30857/1621/1495 30856/1622/1496</w:t>
        <w:br/>
        <w:t>f 30858/1624/1498 30859/1623/1497 30856/1622/1496</w:t>
        <w:br/>
        <w:t>f 30745/1511/1403 30746/1510/1402 30748/1516/1408</w:t>
        <w:br/>
        <w:t>f 30749/1515/1407 30745/1511/1403 30748/1516/1408</w:t>
        <w:br/>
        <w:t>f 30819/1583/1464 30818/1584/1465 30860/1625/1499</w:t>
        <w:br/>
        <w:t>f 30862/1626/1500 30798/1564/1445 30857/1621/1495</w:t>
        <w:br/>
        <w:t>f 30861/1627/1501 30862/1626/1500 30857/1621/1495</w:t>
        <w:br/>
        <w:t>f 30857/1621/1495 30859/1623/1497 30863/1628/1502</w:t>
        <w:br/>
        <w:t>f 30861/1627/1501 30857/1621/1495 30863/1628/1502</w:t>
        <w:br/>
        <w:t>f 30818/1584/1465 30813/1580/1461 30865/1629/1503</w:t>
        <w:br/>
        <w:t>f 30864/1630/1504 30818/1584/1465 30865/1629/1503</w:t>
        <w:br/>
        <w:t>f 30865/1629/1503 30813/1580/1461 30811/1577/1458</w:t>
        <w:br/>
        <w:t>f 30812/1576/1457 30865/1629/1503 30811/1577/1458</w:t>
        <w:br/>
        <w:t>f 30869/1631/1505 30868/1632/1433 30867/1633/1506</w:t>
        <w:br/>
        <w:t>f 30866/1634/1507 30869/1631/1505 30867/1633/1506</w:t>
        <w:br/>
        <w:t>f 30867/1633/1506 30868/1632/1433 30871/1635/1432</w:t>
        <w:br/>
        <w:t>f 30870/1636/1508 30867/1633/1506 30871/1635/1432</w:t>
        <w:br/>
        <w:t>f 30870/1636/1508 30871/1635/1432 30873/1637/1509</w:t>
        <w:br/>
        <w:t>f 30872/1638/1510 30870/1636/1508 30873/1637/1509</w:t>
        <w:br/>
        <w:t>f 30872/1638/1510 30873/1637/1509 30770/1536/1428</w:t>
        <w:br/>
        <w:t>f 30771/1535/1427 30872/1638/1510 30770/1536/1428</w:t>
        <w:br/>
        <w:t>f 30844/1610/1485 30869/1631/1505 30866/1634/1507</w:t>
        <w:br/>
        <w:t>f 30845/1609/1484 30844/1610/1485 30866/1634/1507</w:t>
        <w:br/>
        <w:t>f 30798/1564/1445 30862/1626/1500 30874/1639/1511</w:t>
        <w:br/>
        <w:t>f 30797/1565/1446 30798/1564/1445 30874/1639/1511</w:t>
        <w:br/>
        <w:t>f 30875/1640/1512 30801/1567/1448 30797/1565/1446</w:t>
        <w:br/>
        <w:t>f 30874/1639/1511 30875/1640/1512 30797/1565/1446</w:t>
        <w:br/>
        <w:t>f 30876/1641/1513 30837/1599/1477 30801/1567/1448</w:t>
        <w:br/>
        <w:t>f 30875/1640/1512 30876/1641/1513 30801/1567/1448</w:t>
        <w:br/>
        <w:t>f 30877/1642/1514 30836/1600/1478 30837/1599/1477</w:t>
        <w:br/>
        <w:t>f 30876/1641/1513 30877/1642/1514 30837/1599/1477</w:t>
        <w:br/>
        <w:t>f 30817/1581/1462 30816/1582/1463 30836/1600/1478</w:t>
        <w:br/>
        <w:t>f 30877/1642/1514 30817/1581/1462 30836/1600/1478</w:t>
        <w:br/>
        <w:t>f 30860/1625/1499 30818/1584/1465 30864/1630/1504</w:t>
        <w:br/>
        <w:t>f 30881/1643/1515 30880/1644/1516 30879/1645/1517</w:t>
        <w:br/>
        <w:t>f 30878/1646/1518 30881/1643/1515 30879/1645/1517</w:t>
        <w:br/>
        <w:t>f 30881/1643/1515 30878/1646/1518 30882/1647/1519</w:t>
        <w:br/>
        <w:t>f 30883/1648/1520 30881/1643/1515 30882/1647/1519</w:t>
        <w:br/>
        <w:t>f 30885/1649/1521 30884/1650/1522 30878/1646/1518</w:t>
        <w:br/>
        <w:t>f 30879/1645/1517 30885/1649/1521 30878/1646/1518</w:t>
        <w:br/>
        <w:t>f 30878/1646/1518 30887/1651/1523 30886/1652/1523</w:t>
        <w:br/>
        <w:t>f 30882/1647/1519 30878/1646/1518 30886/1652/1523</w:t>
        <w:br/>
        <w:t>f 30890/1653/1524 30889/1654/1525 30888/1655/1524</w:t>
        <w:br/>
        <w:t>f 30893/1656/1526 30892/1657/1527 30891/1658/1526</w:t>
        <w:br/>
        <w:t>f 30897/1659/1528 30896/1660/1529 30895/1661/1530</w:t>
        <w:br/>
        <w:t>f 30894/1662/1531 30897/1659/1528 30895/1661/1530</w:t>
        <w:br/>
        <w:t>f 30894/1662/1531 30899/1663/1532 30898/1664/1533</w:t>
        <w:br/>
        <w:t>f 30897/1659/1528 30894/1662/1531 30898/1664/1533</w:t>
        <w:br/>
        <w:t>f 30902/1665/1534 30901/1666/1535 30900/1667/1536</w:t>
        <w:br/>
        <w:t>f 30894/1662/1531 30895/1661/1530 30904/1668/1537</w:t>
        <w:br/>
        <w:t>f 30903/1669/1538 30894/1662/1531 30904/1668/1537</w:t>
        <w:br/>
        <w:t>f 30907/1670/1539 30906/1671/1540 30901/1666/1535</w:t>
        <w:br/>
        <w:t>f 30905/1672/1541 30907/1670/1539 30901/1666/1535</w:t>
        <w:br/>
        <w:t>f 30900/1667/1536 30901/1666/1535 30906/1671/1540</w:t>
        <w:br/>
        <w:t>f 30884/1650/1522 30885/1649/1521 30909/1673/1542</w:t>
        <w:br/>
        <w:t>f 30908/1674/1543 30884/1650/1522 30909/1673/1542</w:t>
        <w:br/>
        <w:t>f 30911/1675/1544 30910/1676/1544 30886/1652/1523</w:t>
        <w:br/>
        <w:t>f 30887/1651/1523 30911/1675/1544 30886/1652/1523</w:t>
        <w:br/>
        <w:t>f 30899/1663/1532 30905/1672/1541 30912/1677/1545</w:t>
        <w:br/>
        <w:t>f 30898/1664/1533 30899/1663/1532 30912/1677/1545</w:t>
        <w:br/>
        <w:t>f 30899/1663/1532 30894/1662/1531 30903/1669/1538</w:t>
        <w:br/>
        <w:t>f 30913/1678/1546 30899/1663/1532 30903/1669/1538</w:t>
        <w:br/>
        <w:t>f 30905/1672/1541 30899/1663/1532 30913/1678/1546</w:t>
        <w:br/>
        <w:t>f 30907/1670/1539 30905/1672/1541 30913/1678/1546</w:t>
        <w:br/>
        <w:t>f 30888/1655/1524 30908/1674/1543 30909/1673/1542</w:t>
        <w:br/>
        <w:t>f 30890/1653/1524 30888/1655/1524 30909/1673/1542</w:t>
        <w:br/>
        <w:t>f 30910/1676/1544 30911/1675/1544 30893/1656/1526</w:t>
        <w:br/>
        <w:t>f 30891/1658/1526 30910/1676/1544 30893/1656/1526</w:t>
        <w:br/>
        <w:t>f 30902/1665/1534 30912/1677/1545 30905/1672/1541</w:t>
        <w:br/>
        <w:t>f 30901/1666/1535 30902/1665/1534 30905/1672/1541</w:t>
        <w:br/>
        <w:t>f 30917/1679/1547 30916/1680/1548 30915/1681/1549</w:t>
        <w:br/>
        <w:t>f 30914/1682/1550 30917/1679/1547 30915/1681/1549</w:t>
        <w:br/>
        <w:t>f 30921/1683/1551 30920/1684/1552 30919/1685/1553</w:t>
        <w:br/>
        <w:t>f 30918/1686/1554 30921/1683/1551 30919/1685/1553</w:t>
        <w:br/>
        <w:t>f 30925/1687/1555 30924/1688/1556 30923/1689/1557</w:t>
        <w:br/>
        <w:t>f 30922/1690/1558 30925/1687/1555 30923/1689/1557</w:t>
        <w:br/>
        <w:t>f 30929/1691/1559 30928/1692/1560 30927/1693/1561</w:t>
        <w:br/>
        <w:t>f 30926/1694/1562 30929/1691/1559 30927/1693/1561</w:t>
        <w:br/>
        <w:t>f 30933/1695/1563 30932/1696/1564 30931/1697/1565</w:t>
        <w:br/>
        <w:t>f 30930/1698/1566 30933/1695/1563 30931/1697/1565</w:t>
        <w:br/>
        <w:t>f 30937/1699/1567 30936/1700/1568 30935/1701/1569</w:t>
        <w:br/>
        <w:t>f 30934/1702/1570 30937/1699/1567 30935/1701/1569</w:t>
        <w:br/>
        <w:t>f 30941/1703/1571 30940/1704/1572 30939/1705/1573</w:t>
        <w:br/>
        <w:t>f 30938/1706/1574 30941/1703/1571 30939/1705/1573</w:t>
        <w:br/>
        <w:t>f 30943/1707/1575 30939/1705/1573 30940/1704/1572</w:t>
        <w:br/>
        <w:t>f 30942/1708/1576 30943/1707/1575 30940/1704/1572</w:t>
        <w:br/>
        <w:t>f 30945/1709/1577 30914/1682/1550 30915/1681/1549</w:t>
        <w:br/>
        <w:t>f 30944/1710/1578 30945/1709/1577 30915/1681/1549</w:t>
        <w:br/>
        <w:t>f 30947/1711/1579 30946/1712/1580 30923/1689/1557</w:t>
        <w:br/>
        <w:t>f 30924/1688/1556 30947/1711/1579 30923/1689/1557</w:t>
        <w:br/>
        <w:t>f 30951/1713/1581 30950/1714/1582 30949/1715/1583</w:t>
        <w:br/>
        <w:t>f 30948/1716/1584 30951/1713/1581 30949/1715/1583</w:t>
        <w:br/>
        <w:t>f 30932/1696/1564 30933/1695/1563 30953/1717/1585</w:t>
        <w:br/>
        <w:t>f 30952/1718/1586 30932/1696/1564 30953/1717/1585</w:t>
        <w:br/>
        <w:t>f 30956/1719/1587 30941/1703/1571 30955/1720/1588</w:t>
        <w:br/>
        <w:t>f 30954/1721/1589 30956/1719/1587 30955/1720/1588</w:t>
        <w:br/>
        <w:t>f 30958/1722/1590 30942/1708/1576 30940/1704/1572</w:t>
        <w:br/>
        <w:t>f 30957/1723/1591 30958/1722/1590 30940/1704/1572</w:t>
        <w:br/>
        <w:t>f 30959/1724/1592 30947/1711/1579 30924/1688/1556</w:t>
        <w:br/>
        <w:t>f 30920/1684/1552 30959/1724/1592 30924/1688/1556</w:t>
        <w:br/>
        <w:t>f 30950/1714/1582 30951/1713/1581 30961/1725/1593</w:t>
        <w:br/>
        <w:t>f 30960/1726/1594 30950/1714/1582 30961/1725/1593</w:t>
        <w:br/>
        <w:t>f 30933/1695/1563 30928/1692/1560 30962/1727/1595</w:t>
        <w:br/>
        <w:t>f 30953/1717/1585 30933/1695/1563 30962/1727/1595</w:t>
        <w:br/>
        <w:t>f 30936/1700/1568 30964/1728/1596 30963/1729/1597</w:t>
        <w:br/>
        <w:t>f 30935/1701/1569 30936/1700/1568 30963/1729/1597</w:t>
        <w:br/>
        <w:t>f 30968/1730/1598 30967/1731/1598 30966/1732/1599</w:t>
        <w:br/>
        <w:t>f 30965/1733/1599 30968/1730/1598 30966/1732/1599</w:t>
        <w:br/>
        <w:t>f 30972/1734/1600 30971/1735/1601 30970/1736/1602</w:t>
        <w:br/>
        <w:t>f 30969/1737/1603 30972/1734/1600 30970/1736/1602</w:t>
        <w:br/>
        <w:t>f 30976/1738/1604 30975/1739/1605 30974/1740/1606</w:t>
        <w:br/>
        <w:t>f 30973/1741/1607 30976/1738/1604 30974/1740/1606</w:t>
        <w:br/>
        <w:t>f 30980/1742/1608 30979/1743/1608 30978/1744/1609</w:t>
        <w:br/>
        <w:t>f 30977/1745/1610 30980/1742/1608 30978/1744/1609</w:t>
        <w:br/>
        <w:t>f 30982/1746/1611 30981/1747/1612 30977/1745/1610</w:t>
        <w:br/>
        <w:t>f 30978/1744/1609 30982/1746/1611 30977/1745/1610</w:t>
        <w:br/>
        <w:t>f 30986/1748/1613 30985/1749/1613 30984/1750/1614</w:t>
        <w:br/>
        <w:t>f 30983/1751/1614 30986/1748/1613 30984/1750/1614</w:t>
        <w:br/>
        <w:t>f 30990/1752/1615 30989/1753/1615 30988/1754/1616</w:t>
        <w:br/>
        <w:t>f 30987/1755/1616 30990/1752/1615 30988/1754/1616</w:t>
        <w:br/>
        <w:t>f 30993/1756/1617 30992/1757/1618 30991/1758/1618</w:t>
        <w:br/>
        <w:t>f 30955/1720/1588 30941/1703/1571 30938/1706/1574</w:t>
        <w:br/>
        <w:t>f 30994/1759/1619 30955/1720/1588 30938/1706/1574</w:t>
        <w:br/>
        <w:t>f 30957/1723/1591 30940/1704/1572 30941/1703/1571</w:t>
        <w:br/>
        <w:t>f 30956/1719/1587 30957/1723/1591 30941/1703/1571</w:t>
        <w:br/>
        <w:t>f 30987/1755/1616 30988/1754/1616 30996/1760/1620</w:t>
        <w:br/>
        <w:t>f 30995/1761/1620 30987/1755/1616 30996/1760/1620</w:t>
        <w:br/>
        <w:t>f 30942/1708/1576 30997/1762/1621 30943/1707/1575</w:t>
        <w:br/>
        <w:t>f 30958/1722/1590 30997/1762/1621 30942/1708/1576</w:t>
        <w:br/>
        <w:t>f 30989/1753/1615 30990/1752/1615 30991/1758/1618</w:t>
        <w:br/>
        <w:t>f 30992/1757/1618 30989/1753/1615 30991/1758/1618</w:t>
        <w:br/>
        <w:t>f 30960/1726/1594 30922/1690/1558 30923/1689/1557</w:t>
        <w:br/>
        <w:t>f 30950/1714/1582 30960/1726/1594 30923/1689/1557</w:t>
        <w:br/>
        <w:t>f 30950/1714/1582 30923/1689/1557 30946/1712/1580</w:t>
        <w:br/>
        <w:t>f 30949/1715/1583 30950/1714/1582 30946/1712/1580</w:t>
        <w:br/>
        <w:t>f 30999/1763/1622 30998/1764/1622 30973/1741/1607</w:t>
        <w:br/>
        <w:t>f 30974/1740/1606 30999/1763/1622 30973/1741/1607</w:t>
        <w:br/>
        <w:t>f 30920/1684/1552 30924/1688/1556 30925/1687/1555</w:t>
        <w:br/>
        <w:t>f 30919/1685/1553 30920/1684/1552 30925/1687/1555</w:t>
        <w:br/>
        <w:t>f 30920/1684/1552 30921/1683/1551 31000/1765/1623</w:t>
        <w:br/>
        <w:t>f 30959/1724/1592 30920/1684/1552 31000/1765/1623</w:t>
        <w:br/>
        <w:t>f 30975/1739/1605 30976/1738/1604 30969/1737/1603</w:t>
        <w:br/>
        <w:t>f 30970/1736/1602 30975/1739/1605 30969/1737/1603</w:t>
        <w:br/>
        <w:t>f 30921/1683/1551 30914/1682/1550 30945/1709/1577</w:t>
        <w:br/>
        <w:t>f 31000/1765/1623 30921/1683/1551 30945/1709/1577</w:t>
        <w:br/>
        <w:t>f 30918/1686/1554 30917/1679/1547 30914/1682/1550</w:t>
        <w:br/>
        <w:t>f 30921/1683/1551 30918/1686/1554 30914/1682/1550</w:t>
        <w:br/>
        <w:t>f 30967/1731/1598 30968/1730/1598 30971/1735/1601</w:t>
        <w:br/>
        <w:t>f 30972/1734/1600 30967/1731/1598 30971/1735/1601</w:t>
        <w:br/>
        <w:t>f 30929/1691/1559 30951/1713/1581 30948/1716/1584</w:t>
        <w:br/>
        <w:t>f 31001/1766/1624 30929/1691/1559 30948/1716/1584</w:t>
        <w:br/>
        <w:t>f 30926/1694/1562 30961/1725/1593 30951/1713/1581</w:t>
        <w:br/>
        <w:t>f 30929/1691/1559 30926/1694/1562 30951/1713/1581</w:t>
        <w:br/>
        <w:t>f 30998/1764/1622 30999/1763/1622 30979/1743/1608</w:t>
        <w:br/>
        <w:t>f 30980/1742/1608 30998/1764/1622 30979/1743/1608</w:t>
        <w:br/>
        <w:t>f 30930/1698/1566 30927/1693/1561 30928/1692/1560</w:t>
        <w:br/>
        <w:t>f 30933/1695/1563 30930/1698/1566 30928/1692/1560</w:t>
        <w:br/>
        <w:t>f 31001/1766/1624 30962/1727/1595 30928/1692/1560</w:t>
        <w:br/>
        <w:t>f 30929/1691/1559 31001/1766/1624 30928/1692/1560</w:t>
        <w:br/>
        <w:t>f 31003/1767/1625 31002/1768/1625 30981/1747/1612</w:t>
        <w:br/>
        <w:t>f 30982/1746/1611 31003/1767/1625 30981/1747/1612</w:t>
        <w:br/>
        <w:t>f 30964/1728/1596 30931/1697/1565 30932/1696/1564</w:t>
        <w:br/>
        <w:t>f 30963/1729/1597 30964/1728/1596 30932/1696/1564</w:t>
        <w:br/>
        <w:t>f 30963/1729/1597 30932/1696/1564 30952/1718/1586</w:t>
        <w:br/>
        <w:t>f 31004/1769/1626 30963/1729/1597 30952/1718/1586</w:t>
        <w:br/>
        <w:t>f 31002/1768/1625 31003/1767/1625 30985/1749/1613</w:t>
        <w:br/>
        <w:t>f 30986/1748/1613 31002/1768/1625 30985/1749/1613</w:t>
        <w:br/>
        <w:t>f 31004/1769/1626 31005/1770/1627 30935/1701/1569</w:t>
        <w:br/>
        <w:t>f 30963/1729/1597 31004/1769/1626 30935/1701/1569</w:t>
        <w:br/>
        <w:t>f 31007/1771/1628 31006/1772/1629 30983/1751/1614</w:t>
        <w:br/>
        <w:t>f 30984/1750/1614 31007/1771/1628 30983/1751/1614</w:t>
        <w:br/>
        <w:t>f 30934/1702/1570 30935/1701/1569 31005/1770/1627</w:t>
        <w:br/>
        <w:t>f 31008/1773/1630 30934/1702/1570 31005/1770/1627</w:t>
        <w:br/>
        <w:t>f 31010/1774/1631 31009/1775/1631 31006/1772/1629</w:t>
        <w:br/>
        <w:t>f 31007/1771/1628 31010/1774/1631 31006/1772/1629</w:t>
        <w:br/>
        <w:t>f 30934/1702/1570 30955/1720/1588 30994/1759/1619</w:t>
        <w:br/>
        <w:t>f 30937/1699/1567 30934/1702/1570 30994/1759/1619</w:t>
        <w:br/>
        <w:t>f 30955/1720/1588 30934/1702/1570 31008/1773/1630</w:t>
        <w:br/>
        <w:t>f 30954/1721/1589 30955/1720/1588 31008/1773/1630</w:t>
        <w:br/>
        <w:t>f 30995/1761/1620 30996/1760/1620 31009/1775/1631</w:t>
        <w:br/>
        <w:t>f 31010/1774/1631 30995/1761/1620 31009/1775/1631</w:t>
        <w:br/>
        <w:t>f 31014/1776/1632 31013/1777/1633 31012/1778/1634</w:t>
        <w:br/>
        <w:t>f 31011/1779/1635 31014/1776/1632 31012/1778/1634</w:t>
        <w:br/>
        <w:t>f 31014/1776/1632 31016/1780/1636 31015/1781/1637</w:t>
        <w:br/>
        <w:t>f 31013/1777/1633 31014/1776/1632 31015/1781/1637</w:t>
        <w:br/>
        <w:t>f 31018/1782/1638 31012/1778/1634 31013/1777/1633</w:t>
        <w:br/>
        <w:t>f 31017/1783/1639 31018/1782/1638 31013/1777/1633</w:t>
        <w:br/>
        <w:t>f 31013/1777/1633 31015/1781/1637 31019/1784/1640</w:t>
        <w:br/>
        <w:t>f 31017/1783/1639 31013/1777/1633 31019/1784/1640</w:t>
        <w:br/>
        <w:t>f 31022/1785/1641 31021/1786/1642 31020/1787/1643</w:t>
        <w:br/>
        <w:t>f 31021/1786/1642 31023/1788/1644 31020/1787/1643</w:t>
        <w:br/>
        <w:t>f 31027/1789/1645 31026/1790/1646 31025/1791/1647</w:t>
        <w:br/>
        <w:t>f 31024/1792/1648 31027/1789/1645 31025/1791/1647</w:t>
        <w:br/>
        <w:t>f 31026/1790/1646 31027/1789/1645 31029/1793/1649</w:t>
        <w:br/>
        <w:t>f 31028/1794/1650 31026/1790/1646 31029/1793/1649</w:t>
        <w:br/>
        <w:t>f 31032/1795/1651 31031/1796/1652 31030/1797/1653</w:t>
        <w:br/>
        <w:t>f 31034/1798/1654 31025/1791/1647 31026/1790/1646</w:t>
        <w:br/>
        <w:t>f 31033/1799/1655 31034/1798/1654 31026/1790/1646</w:t>
        <w:br/>
        <w:t>f 31037/1800/1656 31036/1801/1657 31030/1797/1653</w:t>
        <w:br/>
        <w:t>f 31035/1802/1658 31037/1800/1656 31030/1797/1653</w:t>
        <w:br/>
        <w:t>f 31031/1796/1652 31035/1802/1658 31030/1797/1653</w:t>
        <w:br/>
        <w:t>f 31017/1783/1639 31039/1803/1659 31038/1804/1660</w:t>
        <w:br/>
        <w:t>f 31018/1782/1638 31017/1783/1639 31038/1804/1660</w:t>
        <w:br/>
        <w:t>f 31017/1783/1639 31019/1784/1640 31041/1805/1661</w:t>
        <w:br/>
        <w:t>f 31040/1806/1661 31017/1783/1639 31041/1805/1661</w:t>
        <w:br/>
        <w:t>f 31028/1794/1650 31029/1793/1649 31042/1807/1662</w:t>
        <w:br/>
        <w:t>f 31036/1801/1657 31028/1794/1650 31042/1807/1662</w:t>
        <w:br/>
        <w:t>f 31033/1799/1655 31026/1790/1646 31028/1794/1650</w:t>
        <w:br/>
        <w:t>f 31043/1808/1663 31033/1799/1655 31028/1794/1650</w:t>
        <w:br/>
        <w:t>f 31036/1801/1657 31037/1800/1656 31043/1808/1663</w:t>
        <w:br/>
        <w:t>f 31028/1794/1650 31036/1801/1657 31043/1808/1663</w:t>
        <w:br/>
        <w:t>f 31022/1785/1641 31038/1804/1660 31039/1803/1659</w:t>
        <w:br/>
        <w:t>f 31021/1786/1642 31022/1785/1641 31039/1803/1659</w:t>
        <w:br/>
        <w:t>f 31023/1788/1644 31021/1786/1642 31040/1806/1661</w:t>
        <w:br/>
        <w:t>f 31041/1805/1661 31023/1788/1644 31040/1806/1661</w:t>
        <w:br/>
        <w:t>f 31032/1795/1651 31030/1797/1653 31036/1801/1657</w:t>
        <w:br/>
        <w:t>f 31042/1807/1662 31032/1795/1651 31036/1801/1657</w:t>
        <w:br/>
        <w:t>f 31047/1809/1664 31046/1810/1665 31045/1811/1666</w:t>
        <w:br/>
        <w:t>f 31044/1812/1667 31047/1809/1664 31045/1811/1666</w:t>
        <w:br/>
        <w:t>f 31047/1809/1664 31049/1813/1668 31048/1814/1669</w:t>
        <w:br/>
        <w:t>f 31046/1810/1665 31047/1809/1664 31048/1814/1669</w:t>
        <w:br/>
        <w:t>f 31051/1815/1670 31045/1811/1666 31046/1810/1665</w:t>
        <w:br/>
        <w:t>f 31050/1816/1670 31051/1815/1670 31046/1810/1665</w:t>
        <w:br/>
        <w:t>f 31046/1810/1665 31048/1814/1669 31053/1817/1671</w:t>
        <w:br/>
        <w:t>f 31052/1818/1671 31046/1810/1665 31053/1817/1671</w:t>
        <w:br/>
        <w:t>f 31056/1819/1672 31055/1820/1673 31054/1821/1674</w:t>
        <w:br/>
        <w:t>f 31059/1822/1675 31058/1823/1676 31057/1824/1677</w:t>
        <w:br/>
        <w:t>f 31063/1825/1678 31062/1826/1679 31061/1827/1680</w:t>
        <w:br/>
        <w:t>f 31060/1828/1681 31063/1825/1678 31061/1827/1680</w:t>
        <w:br/>
        <w:t>f 31062/1826/1679 31063/1825/1678 31065/1829/1682</w:t>
        <w:br/>
        <w:t>f 31064/1830/1683 31062/1826/1679 31065/1829/1682</w:t>
        <w:br/>
        <w:t>f 31068/1831/1684 31067/1832/1685 31066/1833/1686</w:t>
        <w:br/>
        <w:t>f 31070/1834/1687 31061/1827/1680 31062/1826/1679</w:t>
        <w:br/>
        <w:t>f 31069/1835/1688 31070/1834/1687 31062/1826/1679</w:t>
        <w:br/>
        <w:t>f 31073/1836/1689 31072/1837/1690 31066/1833/1686</w:t>
        <w:br/>
        <w:t>f 31071/1838/1691 31073/1836/1689 31066/1833/1686</w:t>
        <w:br/>
        <w:t>f 31067/1832/1685 31071/1838/1691 31066/1833/1686</w:t>
        <w:br/>
        <w:t>f 31050/1816/1670 31075/1839/1692 31074/1840/1692</w:t>
        <w:br/>
        <w:t>f 31051/1815/1670 31050/1816/1670 31074/1840/1692</w:t>
        <w:br/>
        <w:t>f 31052/1818/1671 31053/1817/1671 31077/1841/1693</w:t>
        <w:br/>
        <w:t>f 31076/1842/1693 31052/1818/1671 31077/1841/1693</w:t>
        <w:br/>
        <w:t>f 31064/1830/1683 31065/1829/1682 31078/1843/1694</w:t>
        <w:br/>
        <w:t>f 31072/1837/1690 31064/1830/1683 31078/1843/1694</w:t>
        <w:br/>
        <w:t>f 31069/1835/1688 31062/1826/1679 31064/1830/1683</w:t>
        <w:br/>
        <w:t>f 31079/1844/1695 31069/1835/1688 31064/1830/1683</w:t>
        <w:br/>
        <w:t>f 31072/1837/1690 31073/1836/1689 31079/1844/1695</w:t>
        <w:br/>
        <w:t>f 31064/1830/1683 31072/1837/1690 31079/1844/1695</w:t>
        <w:br/>
        <w:t>f 31056/1819/1672 31074/1840/1692 31075/1839/1692</w:t>
        <w:br/>
        <w:t>f 31055/1820/1673 31056/1819/1672 31075/1839/1692</w:t>
        <w:br/>
        <w:t>f 31058/1823/1676 31059/1822/1675 31076/1842/1693</w:t>
        <w:br/>
        <w:t>f 31077/1841/1693 31058/1823/1676 31076/1842/1693</w:t>
        <w:br/>
        <w:t>f 31068/1831/1684 31066/1833/1686 31072/1837/1690</w:t>
        <w:br/>
        <w:t>f 31078/1843/1694 31068/1831/1684 31072/1837/1690</w:t>
        <w:br/>
        <w:t>f 31082/1845/1696 31081/1846/1697 31080/1847/1698</w:t>
        <w:br/>
        <w:t>f 31086/1848/1699 31085/1849/1700 31084/1850/1701</w:t>
        <w:br/>
        <w:t>f 31083/1851/1702 31086/1848/1699 31084/1850/1701</w:t>
        <w:br/>
        <w:t>f 31089/1852/1703 31088/1853/1704 31087/1854/1705</w:t>
        <w:br/>
        <w:t>f 31083/1851/1702 31089/1852/1703 31087/1854/1705</w:t>
        <w:br/>
        <w:t>f 31091/1855/1706 31090/1856/1707 31081/1846/1697</w:t>
        <w:br/>
        <w:t>f 31082/1845/1696 31091/1855/1706 31081/1846/1697</w:t>
        <w:br/>
        <w:t>f 31094/1857/1708 31093/1858/1709 31092/1859/1710</w:t>
        <w:br/>
        <w:t>f 31098/1860/1711 31097/1861/1712 31096/1862/1713</w:t>
        <w:br/>
        <w:t>f 31095/1863/1714 31098/1860/1711 31096/1862/1713</w:t>
        <w:br/>
        <w:t>f 31093/1858/1709 31099/1864/1715 31090/1856/1707</w:t>
        <w:br/>
        <w:t>f 31090/1856/1707 31099/1864/1715 31100/1865/1716</w:t>
        <w:br/>
        <w:t>f 31093/1858/1709 31094/1857/1708 31099/1864/1715</w:t>
        <w:br/>
        <w:t>f 31087/1854/1705 31103/1866/1717 31102/1867/1718</w:t>
        <w:br/>
        <w:t>f 31101/1868/1719 31087/1854/1705 31102/1867/1718</w:t>
        <w:br/>
        <w:t>f 31106/1869/1720 31105/1870/1721 31104/1871/1722</w:t>
        <w:br/>
        <w:t>f 31106/1869/1720 31108/1872/1723 31107/1873/1724</w:t>
        <w:br/>
        <w:t>f 31105/1870/1721 31106/1869/1720 31107/1873/1724</w:t>
        <w:br/>
        <w:t>f 31110/1874/1725 31107/1873/1724 31089/1852/1703</w:t>
        <w:br/>
        <w:t>f 31109/1875/1726 31110/1874/1725 31089/1852/1703</w:t>
        <w:br/>
        <w:t>f 31112/1876/1727 31111/1877/1728 31095/1863/1714</w:t>
        <w:br/>
        <w:t>f 31115/1878/1729 31114/1879/1730 31113/1880/1731</w:t>
        <w:br/>
        <w:t>f 31119/1881/1732 31118/1882/1732 31117/1883/1733</w:t>
        <w:br/>
        <w:t>f 31116/1884/1733 31119/1881/1732 31117/1883/1733</w:t>
        <w:br/>
        <w:t>f 31122/1885/1734 31121/1886/1735 31120/1887/1736</w:t>
        <w:br/>
        <w:t>f 31095/1863/1714 31123/1888/1737 31112/1876/1727</w:t>
        <w:br/>
        <w:t>f 31100/1865/1716 31124/1889/1738 31114/1879/1730</w:t>
        <w:br/>
        <w:t>f 31090/1856/1707 31100/1865/1716 31114/1879/1730</w:t>
        <w:br/>
        <w:t>f 31111/1877/1728 31112/1876/1727 31126/1890/1739</w:t>
        <w:br/>
        <w:t>f 31125/1891/1740 31111/1877/1728 31126/1890/1739</w:t>
        <w:br/>
        <w:t>f 31129/1892/1741 31128/1893/1742 31127/1894/1743</w:t>
        <w:br/>
        <w:t>f 31126/1890/1739 31127/1894/1743 31128/1893/1742</w:t>
        <w:br/>
        <w:t>f 31125/1891/1740 31126/1890/1739 31128/1893/1742</w:t>
        <w:br/>
        <w:t>f 31132/1895/1744 31131/1896/1744 31130/1897/1745</w:t>
        <w:br/>
        <w:t>f 31120/1887/1736 31121/1886/1735 31113/1880/1731</w:t>
        <w:br/>
        <w:t>f 31124/1889/1738 31120/1887/1736 31113/1880/1731</w:t>
        <w:br/>
        <w:t>f 31080/1847/1698 31134/1898/1746 31133/1899/1747</w:t>
        <w:br/>
        <w:t>f 31082/1845/1696 31080/1847/1698 31133/1899/1747</w:t>
        <w:br/>
        <w:t>f 31101/1868/1719 31086/1848/1699 31083/1851/1702</w:t>
        <w:br/>
        <w:t>f 31087/1854/1705 31101/1868/1719 31083/1851/1702</w:t>
        <w:br/>
        <w:t>f 31109/1875/1726 31089/1852/1703 31083/1851/1702</w:t>
        <w:br/>
        <w:t>f 31084/1850/1701 31109/1875/1726 31083/1851/1702</w:t>
        <w:br/>
        <w:t>f 31107/1873/1724 31110/1874/1725 31135/1900/1748</w:t>
        <w:br/>
        <w:t>f 31105/1870/1721 31107/1873/1724 31135/1900/1748</w:t>
        <w:br/>
        <w:t>f 31089/1852/1703 31107/1873/1724 31108/1872/1723</w:t>
        <w:br/>
        <w:t>f 31088/1853/1704 31089/1852/1703 31108/1872/1723</w:t>
        <w:br/>
        <w:t>f 31105/1870/1721 31135/1900/1748 31104/1871/1722</w:t>
        <w:br/>
        <w:t>f 31085/1849/1700 31134/1898/1746 31096/1862/1713</w:t>
        <w:br/>
        <w:t>f 31084/1850/1701 31085/1849/1700 31096/1862/1713</w:t>
        <w:br/>
        <w:t>f 31084/1850/1701 31096/1862/1713 31097/1861/1712</w:t>
        <w:br/>
        <w:t>f 31109/1875/1726 31084/1850/1701 31097/1861/1712</w:t>
        <w:br/>
        <w:t>f 31137/1901/1749 31136/1902/1750 31097/1861/1712</w:t>
        <w:br/>
        <w:t>f 31098/1860/1711 31137/1901/1749 31097/1861/1712</w:t>
        <w:br/>
        <w:t>f 31097/1861/1712 31136/1902/1750 31138/1903/1751</w:t>
        <w:br/>
        <w:t>f 31109/1875/1726 31097/1861/1712 31138/1903/1751</w:t>
        <w:br/>
        <w:t>f 31123/1888/1737 31095/1863/1714 31080/1847/1698</w:t>
        <w:br/>
        <w:t>f 31081/1846/1697 31123/1888/1737 31080/1847/1698</w:t>
        <w:br/>
        <w:t>f 31140/1904/1752 31139/1905/1753 31085/1849/1700</w:t>
        <w:br/>
        <w:t>f 31086/1848/1699 31140/1904/1752 31085/1849/1700</w:t>
        <w:br/>
        <w:t>f 31134/1898/1746 31080/1847/1698 31095/1863/1714</w:t>
        <w:br/>
        <w:t>f 31096/1862/1713 31134/1898/1746 31095/1863/1714</w:t>
        <w:br/>
        <w:t>f 31081/1846/1697 31090/1856/1707 31114/1879/1730</w:t>
        <w:br/>
        <w:t>f 31086/1848/1699 31101/1868/1719 31141/1906/1754</w:t>
        <w:br/>
        <w:t>f 31140/1904/1752 31086/1848/1699 31141/1906/1754</w:t>
        <w:br/>
        <w:t>f 31139/1905/1753 31133/1899/1747 31134/1898/1746</w:t>
        <w:br/>
        <w:t>f 31085/1849/1700 31139/1905/1753 31134/1898/1746</w:t>
        <w:br/>
        <w:t>f 31145/1907/1755 31144/1908/1756 31143/1909/1757</w:t>
        <w:br/>
        <w:t>f 31142/1910/1758 31145/1907/1755 31143/1909/1757</w:t>
        <w:br/>
        <w:t>f 31147/1911/1759 31146/1912/1760 31144/1908/1756</w:t>
        <w:br/>
        <w:t>f 31145/1907/1755 31147/1911/1759 31144/1908/1756</w:t>
        <w:br/>
        <w:t>f 31143/1909/1757 31144/1908/1756 31136/1902/1750</w:t>
        <w:br/>
        <w:t>f 31137/1901/1749 31143/1909/1757 31136/1902/1750</w:t>
        <w:br/>
        <w:t>f 31136/1902/1750 31144/1908/1756 31146/1912/1760</w:t>
        <w:br/>
        <w:t>f 31138/1903/1751 31136/1902/1750 31146/1912/1760</w:t>
        <w:br/>
        <w:t>f 31142/1910/1758 31148/1913/1761 31145/1907/1755</w:t>
        <w:br/>
        <w:t>f 31145/1907/1755 31149/1914/1762 31147/1911/1759</w:t>
        <w:br/>
        <w:t>f 31098/1860/1711 31111/1877/1728 31125/1891/1740</w:t>
        <w:br/>
        <w:t>f 31150/1915/1763 31098/1860/1711 31125/1891/1740</w:t>
        <w:br/>
        <w:t>f 31128/1893/1742 31151/1916/1764 31150/1915/1763</w:t>
        <w:br/>
        <w:t>f 31125/1891/1740 31128/1893/1742 31150/1915/1763</w:t>
        <w:br/>
        <w:t>f 31111/1877/1728 31098/1860/1711 31095/1863/1714</w:t>
        <w:br/>
        <w:t>f 31129/1892/1741 31151/1916/1764 31128/1893/1742</w:t>
        <w:br/>
        <w:t>f 31091/1855/1706 31093/1858/1709 31090/1856/1707</w:t>
        <w:br/>
        <w:t>f 31155/1917/1765 31154/1918/1766 31153/1919/1767</w:t>
        <w:br/>
        <w:t>f 31152/1920/1767 31155/1917/1765 31153/1919/1767</w:t>
        <w:br/>
        <w:t>f 31154/1918/1766 31155/1917/1765 31157/1921/1768</w:t>
        <w:br/>
        <w:t>f 31156/1922/1769 31154/1918/1766 31157/1921/1768</w:t>
        <w:br/>
        <w:t>f 31160/1923/1770 31159/1924/1770 31158/1925/1771</w:t>
        <w:br/>
        <w:t>f 31160/1923/1770 31161/1926/1772 31155/1917/1765</w:t>
        <w:br/>
        <w:t>f 31159/1924/1770 31160/1923/1770 31155/1917/1765</w:t>
        <w:br/>
        <w:t>f 31161/1926/1772 31162/1927/1773 31157/1921/1768</w:t>
        <w:br/>
        <w:t>f 31155/1917/1765 31161/1926/1772 31157/1921/1768</w:t>
        <w:br/>
        <w:t>f 31152/1920/1767 31153/1919/1767 31163/1928/1774</w:t>
        <w:br/>
        <w:t>f 31167/1929/1775 31166/1930/1776 31165/1931/1777</w:t>
        <w:br/>
        <w:t>f 31164/1932/1778 31167/1929/1775 31165/1931/1777</w:t>
        <w:br/>
        <w:t>f 31166/1930/1776 31167/1929/1775 31169/1933/1779</w:t>
        <w:br/>
        <w:t>f 31168/1934/1780 31166/1930/1776 31169/1933/1779</w:t>
        <w:br/>
        <w:t>f 31168/1934/1780 31169/1933/1779 31171/1935/1781</w:t>
        <w:br/>
        <w:t>f 31170/1936/1782 31168/1934/1780 31171/1935/1781</w:t>
        <w:br/>
        <w:t>f 31172/1937/1783 31164/1932/1778 31165/1931/1777</w:t>
        <w:br/>
        <w:t>f 31175/1938/1784 31174/1939/1784 31173/1940/1785</w:t>
        <w:br/>
        <w:t>f 31167/1929/1775 31175/1938/1784 31173/1940/1785</w:t>
        <w:br/>
        <w:t>f 31176/1941/1786 31169/1933/1779 31167/1929/1775</w:t>
        <w:br/>
        <w:t>f 31173/1940/1785 31176/1941/1786 31167/1929/1775</w:t>
        <w:br/>
        <w:t>f 31176/1941/1786 31177/1942/1787 31171/1935/1781</w:t>
        <w:br/>
        <w:t>f 31169/1933/1779 31176/1941/1786 31171/1935/1781</w:t>
        <w:br/>
        <w:t>f 31178/1943/1788 31174/1939/1784 31175/1938/1784</w:t>
        <w:br/>
        <w:t>f 31182/1944/1789 31181/1945/1790 31180/1946/1791</w:t>
        <w:br/>
        <w:t>f 31179/1947/1792 31182/1944/1789 31180/1946/1791</w:t>
        <w:br/>
        <w:t>f 31179/1947/1792 31184/1948/1793 31183/1949/1793</w:t>
        <w:br/>
        <w:t>f 31182/1944/1789 31179/1947/1792 31183/1949/1793</w:t>
        <w:br/>
        <w:t>f 31187/1950/1794 31186/1951/1795 31185/1952/1796</w:t>
        <w:br/>
        <w:t>f 31191/1953/1797 31190/1954/1798 31189/1955/1798</w:t>
        <w:br/>
        <w:t>f 31188/1956/1799 31191/1953/1797 31189/1955/1798</w:t>
        <w:br/>
        <w:t>f 31189/1955/1798 31190/1954/1798 31185/1952/1796</w:t>
        <w:br/>
        <w:t>f 31186/1951/1795 31189/1955/1798 31185/1952/1796</w:t>
        <w:br/>
        <w:t>f 31192/1957/1800 31183/1949/1793 31184/1948/1793</w:t>
        <w:br/>
        <w:t>f 31131/1896/1744 31132/1895/1744 31194/1958/1801</w:t>
        <w:br/>
        <w:t>f 31193/1959/1801 31131/1896/1744 31194/1958/1801</w:t>
        <w:br/>
        <w:t>f 31123/1888/1802 31196/1960/1803 31195/1961/1804</w:t>
        <w:br/>
        <w:t>f 31116/1884/1733 31117/1883/1733 31130/1897/1805</w:t>
        <w:br/>
        <w:t>f 31200/1962/1806 31199/1963/1807 31198/1964/1808</w:t>
        <w:br/>
        <w:t>f 31197/1965/1809 31200/1962/1806 31198/1964/1808</w:t>
        <w:br/>
        <w:t>f 31198/1964/1808 31199/1963/1807 31201/1966/1810</w:t>
        <w:br/>
        <w:t>f 31204/1967/1790 31203/1968/1811 31200/1962/1806</w:t>
        <w:br/>
        <w:t>f 31202/1969/1812 31204/1967/1790 31200/1962/1806</w:t>
        <w:br/>
        <w:t>f 31199/1963/1807 31205/1970/1813 31201/1966/1810</w:t>
        <w:br/>
        <w:t>f 31081/1846/1697 31114/1879/1730 31123/1888/1737</w:t>
        <w:br/>
        <w:t>f 31121/1886/1735 31206/1971/1814 31115/1878/1729</w:t>
        <w:br/>
        <w:t>f 31113/1880/1731 31121/1886/1735 31115/1878/1729</w:t>
        <w:br/>
        <w:t>f 31114/1879/1730 31124/1889/1738 31113/1880/1731</w:t>
        <w:br/>
        <w:t>f 31122/1885/1734 31206/1971/1814 31121/1886/1735</w:t>
        <w:br/>
        <w:t>f 31210/1972/1815 31209/1973/1816 31208/1974/1816</w:t>
        <w:br/>
        <w:t>f 31207/1975/1815 31210/1972/1815 31208/1974/1816</w:t>
        <w:br/>
        <w:t>f 31213/1976/1817 31212/1977/1818 31211/1978/1818</w:t>
        <w:br/>
        <w:t>f 31215/1979/1819 31211/1978/1818 31212/1977/1818</w:t>
        <w:br/>
        <w:t>f 31214/1980/1820 31215/1979/1819 31212/1977/1818</w:t>
        <w:br/>
        <w:t>f 31216/1981/1821 31210/1972/1815 31207/1975/1815</w:t>
        <w:br/>
        <w:t>f 31123/1888/1737 31217/1982/1822 31112/1876/1727</w:t>
        <w:br/>
        <w:t>f 31123/1888/1737 31114/1879/1730 31115/1878/1729</w:t>
        <w:br/>
        <w:t>f 31220/1983/1823 31088/1853/1704 31219/1984/1824</w:t>
        <w:br/>
        <w:t>f 31218/1985/1825 31220/1983/1823 31219/1984/1824</w:t>
        <w:br/>
        <w:t>f 31103/1866/1717 31087/1854/1705 31088/1853/1704</w:t>
        <w:br/>
        <w:t>f 31220/1983/1823 31103/1866/1717 31088/1853/1704</w:t>
        <w:br/>
        <w:t>f 31222/1986/1826 31221/1987/1827 31218/1985/1825</w:t>
        <w:br/>
        <w:t>f 31219/1984/1824 31222/1986/1826 31218/1985/1825</w:t>
        <w:br/>
        <w:t>f 31221/1987/1827 31222/1986/1826 31223/1988/1828</w:t>
        <w:br/>
        <w:t>f 31224/1989/1829 31141/1906/1754 31101/1868/1719</w:t>
        <w:br/>
        <w:t>f 31102/1867/1718 31224/1989/1829 31101/1868/1719</w:t>
        <w:br/>
        <w:t>f 31228/1990/1830 31227/1991/1831 31226/1992/1832</w:t>
        <w:br/>
        <w:t>f 31225/1993/1833 31228/1990/1830 31226/1992/1832</w:t>
        <w:br/>
        <w:t>f 31227/1991/1831 31230/1994/1834 31229/1995/1835</w:t>
        <w:br/>
        <w:t>f 31226/1992/1832 31227/1991/1831 31229/1995/1835</w:t>
        <w:br/>
        <w:t>f 31225/1993/1833 31231/1996/1836 31228/1990/1830</w:t>
        <w:br/>
        <w:t>f 31195/1961/1837 31115/1878/1729 31118/1882/1732</w:t>
        <w:br/>
        <w:t>f 31119/1881/1732 31195/1961/1837 31118/1882/1732</w:t>
        <w:br/>
        <w:t>f 31112/1876/1727 31217/1982/1822 31193/1959/1801</w:t>
        <w:br/>
        <w:t>f 31194/1958/1801 31112/1876/1727 31193/1959/1801</w:t>
        <w:br/>
        <w:t>f 31197/1965/1809 31232/1997/1838 31202/1969/1812</w:t>
        <w:br/>
        <w:t>f 31200/1962/1806 31197/1965/1809 31202/1969/1812</w:t>
        <w:br/>
        <w:t>f 31203/1968/1811 31205/1970/1813 31199/1963/1807</w:t>
        <w:br/>
        <w:t>f 31200/1962/1806 31203/1968/1811 31199/1963/1807</w:t>
        <w:br/>
        <w:t>f 31235/1998/1839 31234/1999/1840 31233/2000/1841</w:t>
        <w:br/>
        <w:t>f 31239/2001/1842 31238/2002/1843 31237/2003/1844</w:t>
        <w:br/>
        <w:t>f 31236/2004/1845 31239/2001/1842 31237/2003/1844</w:t>
        <w:br/>
        <w:t>f 31242/2005/1846 31241/2006/1847 31240/2007/1848</w:t>
        <w:br/>
        <w:t>f 31236/2004/1845 31242/2005/1846 31240/2007/1848</w:t>
        <w:br/>
        <w:t>f 31244/2008/1849 31235/1998/1839 31233/2000/1841</w:t>
        <w:br/>
        <w:t>f 31243/2009/1850 31244/2008/1849 31233/2000/1841</w:t>
        <w:br/>
        <w:t>f 31247/2010/1851 31246/2011/1852 31245/2012/1853</w:t>
        <w:br/>
        <w:t>f 31251/2013/1854 31250/2014/1855 31249/2015/1856</w:t>
        <w:br/>
        <w:t>f 31248/2016/1857 31251/2013/1854 31249/2015/1856</w:t>
        <w:br/>
        <w:t>f 31245/2012/1853 31243/2009/1850 31252/2017/1858</w:t>
        <w:br/>
        <w:t>f 31243/2009/1850 31253/2018/1859 31252/2017/1858</w:t>
        <w:br/>
        <w:t>f 31245/2012/1853 31252/2017/1858 31247/2010/1851</w:t>
        <w:br/>
        <w:t>f 31242/2005/1846 31254/2019/1860 31102/1867/1718</w:t>
        <w:br/>
        <w:t>f 31103/1866/1717 31242/2005/1846 31102/1867/1718</w:t>
        <w:br/>
        <w:t>f 31257/2020/1861 31256/2021/1862 31255/2022/1863</w:t>
        <w:br/>
        <w:t>f 31257/2020/1861 31255/2022/1863 31259/2023/1864</w:t>
        <w:br/>
        <w:t>f 31258/2024/1865 31257/2020/1861 31259/2023/1864</w:t>
        <w:br/>
        <w:t>f 31240/2007/1848 31259/2023/1864 31261/2025/1866</w:t>
        <w:br/>
        <w:t>f 31260/2026/1867 31240/2007/1848 31261/2025/1866</w:t>
        <w:br/>
        <w:t>f 31263/2027/1868 31250/2014/1855 31262/2028/1869</w:t>
        <w:br/>
        <w:t>f 31266/2029/1870 31265/2030/1871 31264/2031/1872</w:t>
        <w:br/>
        <w:t>f 31270/2032/1873 31269/2033/1874 31268/2034/1875</w:t>
        <w:br/>
        <w:t>f 31267/2035/1876 31270/2032/1873 31268/2034/1875</w:t>
        <w:br/>
        <w:t>f 31273/2036/1877 31272/2037/1878 31271/2038/1879</w:t>
        <w:br/>
        <w:t>f 31250/2014/1855 31263/2027/1868 31274/2039/1880</w:t>
        <w:br/>
        <w:t>f 31264/2031/1872 31275/2040/1881 31253/2018/1859</w:t>
        <w:br/>
        <w:t>f 31243/2009/1850 31264/2031/1872 31253/2018/1859</w:t>
        <w:br/>
        <w:t>f 31262/2028/1869 31277/2041/1882 31276/2042/1883</w:t>
        <w:br/>
        <w:t>f 31263/2027/1868 31262/2028/1869 31276/2042/1883</w:t>
        <w:br/>
        <w:t>f 31280/2043/1884 31279/2044/1885 31278/2045/1886</w:t>
        <w:br/>
        <w:t>f 31278/2045/1886 31279/2044/1885 31276/2042/1883</w:t>
        <w:br/>
        <w:t>f 31277/2041/1882 31278/2045/1886 31276/2042/1883</w:t>
        <w:br/>
        <w:t>f 31283/2046/1887 31282/2047/1888 31281/2048/1887</w:t>
        <w:br/>
        <w:t>f 31265/2030/1871 31271/2038/1879 31272/2037/1878</w:t>
        <w:br/>
        <w:t>f 31275/2040/1881 31265/2030/1871 31272/2037/1878</w:t>
        <w:br/>
        <w:t>f 31234/1999/1840 31235/1998/1839 31285/2049/1889</w:t>
        <w:br/>
        <w:t>f 31284/2050/1890 31234/1999/1840 31285/2049/1889</w:t>
        <w:br/>
        <w:t>f 31236/2004/1845 31237/2003/1844 31254/2019/1860</w:t>
        <w:br/>
        <w:t>f 31242/2005/1846 31236/2004/1845 31254/2019/1860</w:t>
        <w:br/>
        <w:t>f 31236/2004/1845 31240/2007/1848 31260/2026/1867</w:t>
        <w:br/>
        <w:t>f 31239/2001/1842 31236/2004/1845 31260/2026/1867</w:t>
        <w:br/>
        <w:t>f 31286/2051/1891 31261/2025/1866 31259/2023/1864</w:t>
        <w:br/>
        <w:t>f 31255/2022/1863 31286/2051/1891 31259/2023/1864</w:t>
        <w:br/>
        <w:t>f 31240/2007/1848 31241/2006/1847 31258/2024/1865</w:t>
        <w:br/>
        <w:t>f 31259/2023/1864 31240/2007/1848 31258/2024/1865</w:t>
        <w:br/>
        <w:t>f 31255/2022/1863 31256/2021/1862 31286/2051/1891</w:t>
        <w:br/>
        <w:t>f 31249/2015/1856 31284/2050/1890 31238/2002/1843</w:t>
        <w:br/>
        <w:t>f 31239/2001/1842 31249/2015/1856 31238/2002/1843</w:t>
        <w:br/>
        <w:t>f 31239/2001/1842 31260/2026/1867 31248/2016/1857</w:t>
        <w:br/>
        <w:t>f 31249/2015/1856 31239/2001/1842 31248/2016/1857</w:t>
        <w:br/>
        <w:t>f 31248/2016/1857 31288/2052/1892 31287/2053/1893</w:t>
        <w:br/>
        <w:t>f 31251/2013/1854 31248/2016/1857 31287/2053/1893</w:t>
        <w:br/>
        <w:t>f 31248/2016/1857 31260/2026/1867 31289/2054/1894</w:t>
        <w:br/>
        <w:t>f 31288/2052/1892 31248/2016/1857 31289/2054/1894</w:t>
        <w:br/>
        <w:t>f 31274/2039/1880 31233/2000/1841 31234/1999/1840</w:t>
        <w:br/>
        <w:t>f 31250/2014/1855 31274/2039/1880 31234/1999/1840</w:t>
        <w:br/>
        <w:t>f 31238/2002/1843 31291/2055/1895 31290/2056/1896</w:t>
        <w:br/>
        <w:t>f 31237/2003/1844 31238/2002/1843 31290/2056/1896</w:t>
        <w:br/>
        <w:t>f 31284/2050/1890 31249/2015/1856 31250/2014/1855</w:t>
        <w:br/>
        <w:t>f 31234/1999/1840 31284/2050/1890 31250/2014/1855</w:t>
        <w:br/>
        <w:t>f 31233/2000/1841 31264/2031/1872 31243/2009/1850</w:t>
        <w:br/>
        <w:t>f 31237/2003/1844 31290/2056/1896 31292/2057/1897</w:t>
        <w:br/>
        <w:t>f 31254/2019/1860 31237/2003/1844 31292/2057/1897</w:t>
        <w:br/>
        <w:t>f 31291/2055/1895 31238/2002/1843 31284/2050/1890</w:t>
        <w:br/>
        <w:t>f 31285/2049/1889 31291/2055/1895 31284/2050/1890</w:t>
        <w:br/>
        <w:t>f 31296/2058/1898 31295/2059/1899 31294/2060/1900</w:t>
        <w:br/>
        <w:t>f 31293/2061/1901 31296/2058/1898 31294/2060/1900</w:t>
        <w:br/>
        <w:t>f 31298/2062/1902 31293/2061/1901 31294/2060/1900</w:t>
        <w:br/>
        <w:t>f 31297/2063/1903 31298/2062/1902 31294/2060/1900</w:t>
        <w:br/>
        <w:t>f 31295/2059/1899 31287/2053/1893 31288/2052/1892</w:t>
        <w:br/>
        <w:t>f 31294/2060/1900 31295/2059/1899 31288/2052/1892</w:t>
        <w:br/>
        <w:t>f 31288/2052/1892 31289/2054/1894 31297/2063/1903</w:t>
        <w:br/>
        <w:t>f 31294/2060/1900 31288/2052/1892 31297/2063/1903</w:t>
        <w:br/>
        <w:t>f 31296/2058/1898 31293/2061/1901 31299/2064/1904</w:t>
        <w:br/>
        <w:t>f 31293/2061/1901 31298/2062/1902 31299/2064/1904</w:t>
        <w:br/>
        <w:t>f 31251/2013/1854 31300/2065/1905 31277/2041/1882</w:t>
        <w:br/>
        <w:t>f 31262/2028/1869 31251/2013/1854 31277/2041/1882</w:t>
        <w:br/>
        <w:t>f 31278/2045/1886 31277/2041/1882 31300/2065/1905</w:t>
        <w:br/>
        <w:t>f 31301/2066/1906 31278/2045/1886 31300/2065/1905</w:t>
        <w:br/>
        <w:t>f 31262/2028/1869 31250/2014/1855 31251/2013/1854</w:t>
        <w:br/>
        <w:t>f 31280/2043/1884 31278/2045/1886 31301/2066/1906</w:t>
        <w:br/>
        <w:t>f 31244/2008/1849 31243/2009/1850 31245/2012/1853</w:t>
        <w:br/>
        <w:t>f 31305/2067/1907 31304/2068/1908 31303/2069/1909</w:t>
        <w:br/>
        <w:t>f 31302/2070/1910 31305/2067/1907 31303/2069/1909</w:t>
        <w:br/>
        <w:t>f 31302/2070/1910 31307/2071/1911 31306/2072/1912</w:t>
        <w:br/>
        <w:t>f 31305/2067/1907 31302/2070/1910 31306/2072/1912</w:t>
        <w:br/>
        <w:t>f 31309/2073/1913 31308/2074/1914 31304/2068/1908</w:t>
        <w:br/>
        <w:t>f 31305/2067/1907 31310/2075/1915 31309/2073/1913</w:t>
        <w:br/>
        <w:t>f 31304/2068/1908 31305/2067/1907 31309/2073/1913</w:t>
        <w:br/>
        <w:t>f 31310/2075/1915 31305/2067/1907 31306/2072/1912</w:t>
        <w:br/>
        <w:t>f 31311/2076/1916 31310/2075/1915 31306/2072/1912</w:t>
        <w:br/>
        <w:t>f 31304/2068/1908 31312/2077/1917 31303/2069/1909</w:t>
        <w:br/>
        <w:t>f 31316/2078/1918 31315/2079/1919 31314/2080/1920</w:t>
        <w:br/>
        <w:t>f 31313/2081/1921 31316/2078/1918 31314/2080/1920</w:t>
        <w:br/>
        <w:t>f 31318/2082/1922 31316/2078/1918 31313/2081/1921</w:t>
        <w:br/>
        <w:t>f 31317/2083/1923 31318/2082/1922 31313/2081/1921</w:t>
        <w:br/>
        <w:t>f 31320/2084/1924 31318/2082/1922 31317/2083/1923</w:t>
        <w:br/>
        <w:t>f 31319/2085/1925 31320/2084/1924 31317/2083/1923</w:t>
        <w:br/>
        <w:t>f 31321/2086/1926 31314/2080/1920 31315/2079/1919</w:t>
        <w:br/>
        <w:t>f 31315/2079/1919 31316/2078/1918 31323/2087/1927</w:t>
        <w:br/>
        <w:t>f 31322/2088/1928 31315/2079/1919 31323/2087/1927</w:t>
        <w:br/>
        <w:t>f 31316/2078/1918 31318/2082/1922 31324/2089/1929</w:t>
        <w:br/>
        <w:t>f 31323/2087/1927 31316/2078/1918 31324/2089/1929</w:t>
        <w:br/>
        <w:t>f 31320/2084/1924 31325/2090/1930 31324/2089/1929</w:t>
        <w:br/>
        <w:t>f 31318/2082/1922 31320/2084/1924 31324/2089/1929</w:t>
        <w:br/>
        <w:t>f 31321/2086/1926 31315/2079/1919 31322/2088/1928</w:t>
        <w:br/>
        <w:t>f 31329/2091/1931 31328/2092/1931 31327/2093/1932</w:t>
        <w:br/>
        <w:t>f 31326/2094/1933 31329/2091/1931 31327/2093/1932</w:t>
        <w:br/>
        <w:t>f 31331/2095/1934 31330/2096/1935 31328/2092/1931</w:t>
        <w:br/>
        <w:t>f 31329/2091/1931 31331/2095/1934 31328/2092/1931</w:t>
        <w:br/>
        <w:t>f 31334/2097/1936 31333/2098/1937 31332/2099/1938</w:t>
        <w:br/>
        <w:t>f 31338/2100/1939 31337/2101/1939 31336/2102/1940</w:t>
        <w:br/>
        <w:t>f 31335/2103/1941 31338/2100/1939 31336/2102/1940</w:t>
        <w:br/>
        <w:t>f 31336/2102/1940 31332/2099/1938 31333/2098/1937</w:t>
        <w:br/>
        <w:t>f 31335/2103/1941 31336/2102/1940 31333/2098/1937</w:t>
        <w:br/>
        <w:t>f 31339/2104/1942 31330/2096/1935 31331/2095/1934</w:t>
        <w:br/>
        <w:t>f 31281/2048/1887 31341/2105/1943 31340/2106/1944</w:t>
        <w:br/>
        <w:t>f 31283/2046/1887 31281/2048/1887 31340/2106/1944</w:t>
        <w:br/>
        <w:t>f 31274/2039/1880 31343/2107/1945 31342/2108/1946</w:t>
        <w:br/>
        <w:t>f 31267/2035/1876 31282/2047/1888 31270/2032/1873</w:t>
        <w:br/>
        <w:t>f 31347/2109/1947 31346/2110/1948 31345/2111/1949</w:t>
        <w:br/>
        <w:t>f 31344/2112/1950 31347/2109/1947 31345/2111/1949</w:t>
        <w:br/>
        <w:t>f 31347/2109/1947 31348/2113/1951 31346/2110/1948</w:t>
        <w:br/>
        <w:t>f 31345/2111/1949 31351/2114/1952 31350/2115/1933</w:t>
        <w:br/>
        <w:t>f 31349/2116/1953 31345/2111/1949 31350/2115/1933</w:t>
        <w:br/>
        <w:t>f 31346/2110/1948 31348/2113/1951 31352/2117/1954</w:t>
        <w:br/>
        <w:t>f 31233/2000/1841 31274/2039/1880 31264/2031/1872</w:t>
        <w:br/>
        <w:t>f 31271/2038/1879 31265/2030/1871 31266/2029/1870</w:t>
        <w:br/>
        <w:t>f 31353/2118/1955 31271/2038/1879 31266/2029/1870</w:t>
        <w:br/>
        <w:t>f 31264/2031/1872 31265/2030/1871 31275/2040/1881</w:t>
        <w:br/>
        <w:t>f 31273/2036/1877 31271/2038/1879 31353/2118/1955</w:t>
        <w:br/>
        <w:t>f 31357/2119/1956 31356/2120/1956 31355/2121/1957</w:t>
        <w:br/>
        <w:t>f 31354/2122/1957 31357/2119/1956 31355/2121/1957</w:t>
        <w:br/>
        <w:t>f 31360/2123/1958 31359/2124/1959 31358/2125/1959</w:t>
        <w:br/>
        <w:t>f 31362/2126/1960 31361/2127/1961 31358/2125/1959</w:t>
        <w:br/>
        <w:t>f 31359/2124/1959 31362/2126/1960 31358/2125/1959</w:t>
        <w:br/>
        <w:t>f 31363/2128/1962 31356/2120/1956 31357/2119/1956</w:t>
        <w:br/>
        <w:t>f 31274/2039/1880 31263/2027/1868 31364/2129/1963</w:t>
        <w:br/>
        <w:t>f 31274/2039/1880 31266/2029/1870 31264/2031/1872</w:t>
        <w:br/>
        <w:t>f 31220/1983/1823 31218/1985/1825 31365/2130/1964</w:t>
        <w:br/>
        <w:t>f 31241/2006/1847 31220/1983/1823 31365/2130/1964</w:t>
        <w:br/>
        <w:t>f 31241/2006/1847 31242/2005/1846 31103/1866/1717</w:t>
        <w:br/>
        <w:t>f 31220/1983/1823 31241/2006/1847 31103/1866/1717</w:t>
        <w:br/>
        <w:t>f 31366/2131/1965 31365/2130/1964 31218/1985/1825</w:t>
        <w:br/>
        <w:t>f 31221/1987/1827 31366/2131/1965 31218/1985/1825</w:t>
        <w:br/>
        <w:t>f 31221/1987/1827 31223/1988/1828 31366/2131/1965</w:t>
        <w:br/>
        <w:t>f 31224/1989/1829 31102/1867/1718 31254/2019/1860</w:t>
        <w:br/>
        <w:t>f 31292/2057/1897 31224/1989/1829 31254/2019/1860</w:t>
        <w:br/>
        <w:t>f 31368/2132/1966 31225/1993/1833 31226/1992/1832</w:t>
        <w:br/>
        <w:t>f 31367/2133/1967 31368/2132/1966 31226/1992/1832</w:t>
        <w:br/>
        <w:t>f 31367/2133/1967 31226/1992/1832 31229/1995/1835</w:t>
        <w:br/>
        <w:t>f 31369/2134/1968 31367/2133/1967 31229/1995/1835</w:t>
        <w:br/>
        <w:t>f 31225/1993/1833 31368/2132/1966 31231/1996/1836</w:t>
        <w:br/>
        <w:t>f 31269/2033/1874 31266/2029/1969 31343/2107/1945</w:t>
        <w:br/>
        <w:t>f 31268/2034/1875 31269/2033/1874 31343/2107/1945</w:t>
        <w:br/>
        <w:t>f 31263/2027/1868 31340/2106/1944 31341/2105/1943</w:t>
        <w:br/>
        <w:t>f 31364/2129/1963 31263/2027/1868 31341/2105/1943</w:t>
        <w:br/>
        <w:t>f 31344/2112/1950 31345/2111/1949 31349/2116/1953</w:t>
        <w:br/>
        <w:t>f 31370/2135/1960 31344/2112/1950 31349/2116/1953</w:t>
        <w:br/>
        <w:t>f 31351/2114/1952 31345/2111/1949 31346/2110/1948</w:t>
        <w:br/>
        <w:t>f 31352/2117/1954 31351/2114/1952 31346/2110/1948</w:t>
        <w:br/>
        <w:t>f 31373/2136/1970 31372/2137/1971 31371/2138/1972</w:t>
        <w:br/>
        <w:t>f 31377/2139/1973 31376/2140/1974 31375/2141/1975</w:t>
        <w:br/>
        <w:t>f 31374/2142/1976 31377/2139/1973 31375/2141/1975</w:t>
        <w:br/>
        <w:t>f 31381/2143/1977 31380/2144/1978 31379/2145/1979</w:t>
        <w:br/>
        <w:t>f 31378/2146/1980 31381/2143/1977 31379/2145/1979</w:t>
        <w:br/>
        <w:t>f 31379/2145/1979 31384/2147/1981 31383/2148/1982</w:t>
        <w:br/>
        <w:t>f 31382/2149/1983 31379/2145/1979 31383/2148/1982</w:t>
        <w:br/>
        <w:t>f 31388/2150/1984 31387/2151/1985 31386/2152/1986</w:t>
        <w:br/>
        <w:t>f 31385/2153/1987 31388/2150/1984 31386/2152/1986</w:t>
        <w:br/>
        <w:t>f 31392/2154/1988 31391/2155/1989 31390/2156/1990</w:t>
        <w:br/>
        <w:t>f 31389/2157/1991 31392/2154/1988 31390/2156/1990</w:t>
        <w:br/>
        <w:t>f 31395/2158/1992 31394/2159/1993 31393/2160/1994</w:t>
        <w:br/>
        <w:t>f 31399/2161/1995 31398/2162/1996 31397/2163/1997</w:t>
        <w:br/>
        <w:t>f 31396/2164/1998 31399/2161/1995 31397/2163/1997</w:t>
        <w:br/>
        <w:t>f 31402/2165/1999 31401/2166/2000 31400/2167/2001</w:t>
        <w:br/>
        <w:t>f 31406/2168/2002 31405/2169/2003 31404/2170/2004</w:t>
        <w:br/>
        <w:t>f 31403/2171/2005 31406/2168/2002 31404/2170/2004</w:t>
        <w:br/>
        <w:t>f 31409/2172/2006 31408/2173/2007 31407/2174/2008</w:t>
        <w:br/>
        <w:t>f 31413/2175/2009 31412/2176/2010 31411/2177/2011</w:t>
        <w:br/>
        <w:t>f 31410/2178/2012 31413/2175/2009 31411/2177/2011</w:t>
        <w:br/>
        <w:t>f 31416/2179/2013 31382/2149/1983 31415/2180/2014</w:t>
        <w:br/>
        <w:t>f 31414/2181/2015 31416/2179/2013 31415/2180/2014</w:t>
        <w:br/>
        <w:t>f 31418/2182/2016 31417/2183/2017 31371/2138/1972</w:t>
        <w:br/>
        <w:t>f 31395/2158/1992 31419/2184/2018 31394/2159/1993</w:t>
        <w:br/>
        <w:t>f 31422/2185/2019 31421/2186/2020 31420/2187/2021</w:t>
        <w:br/>
        <w:t>f 31426/2188/2022 31425/2189/2023 31424/2190/2024</w:t>
        <w:br/>
        <w:t>f 31423/2191/2025 31426/2188/2022 31424/2190/2024</w:t>
        <w:br/>
        <w:t>f 31421/2186/2020 31428/2192/2026 31427/2193/2027</w:t>
        <w:br/>
        <w:t>f 31430/2194/2028 31426/2188/2022 31423/2191/2025</w:t>
        <w:br/>
        <w:t>f 31429/2195/2029 31430/2194/2028 31423/2191/2025</w:t>
        <w:br/>
        <w:t>f 31434/2196/2030 31433/2197/2031 31432/2198/2032</w:t>
        <w:br/>
        <w:t>f 31431/2199/2033 31434/2196/2030 31432/2198/2032</w:t>
        <w:br/>
        <w:t>f 31438/2200/2034 31437/2201/2035 31436/2202/2036</w:t>
        <w:br/>
        <w:t>f 31435/2203/2037 31438/2200/2034 31436/2202/2036</w:t>
        <w:br/>
        <w:t>f 31442/2204/2038 31441/2205/2039 31440/2206/2040</w:t>
        <w:br/>
        <w:t>f 31439/2207/2041 31442/2204/2038 31440/2206/2040</w:t>
        <w:br/>
        <w:t>f 31409/2172/2006 31444/2208/2042 31443/2209/2043</w:t>
        <w:br/>
        <w:t>f 31436/2202/2036 31445/2210/2044 31423/2191/2025</w:t>
        <w:br/>
        <w:t>f 31424/2190/2024 31436/2202/2036 31423/2191/2025</w:t>
        <w:br/>
        <w:t>f 31400/2167/2001 31447/2211/2045 31446/2212/2046</w:t>
        <w:br/>
        <w:t>f 31374/2142/1976 31400/2167/2001 31446/2212/2046</w:t>
        <w:br/>
        <w:t>f 31404/2170/2004 31433/2197/2031 31434/2196/2030</w:t>
        <w:br/>
        <w:t>f 31403/2171/2005 31404/2170/2004 31434/2196/2030</w:t>
        <w:br/>
        <w:t>f 31412/2176/2010 31386/2152/1986 31387/2151/1985</w:t>
        <w:br/>
        <w:t>f 31411/2177/2011 31412/2176/2010 31387/2151/1985</w:t>
        <w:br/>
        <w:t>f 31449/2213/2047 31448/2214/2048 31405/2169/2003</w:t>
        <w:br/>
        <w:t>f 31406/2168/2002 31449/2213/2047 31405/2169/2003</w:t>
        <w:br/>
        <w:t>f 31380/2144/1978 31388/2150/1984 31385/2153/1987</w:t>
        <w:br/>
        <w:t>f 31450/2215/2049 31380/2144/1978 31385/2153/1987</w:t>
        <w:br/>
        <w:t>f 31453/2216/2050 31452/2217/2051 31401/2166/2000</w:t>
        <w:br/>
        <w:t>f 31451/2218/2052 31453/2216/2050 31401/2166/2000</w:t>
        <w:br/>
        <w:t>f 31382/2149/1983 31383/2148/1982 31454/2219/2053</w:t>
        <w:br/>
        <w:t>f 31415/2180/2014 31382/2149/1983 31454/2219/2053</w:t>
        <w:br/>
        <w:t>f 31456/2220/2054 31455/2221/2055 31399/2161/1995</w:t>
        <w:br/>
        <w:t>f 31396/2164/1998 31456/2220/2054 31399/2161/1995</w:t>
        <w:br/>
        <w:t>f 31382/2149/1983 31416/2179/2013 31378/2146/1980</w:t>
        <w:br/>
        <w:t>f 31379/2145/1979 31382/2149/1983 31378/2146/1980</w:t>
        <w:br/>
        <w:t>f 31460/2222/2056 31459/2223/2057 31458/2224/2058</w:t>
        <w:br/>
        <w:t>f 31457/2225/2059 31460/2222/2056 31458/2224/2058</w:t>
        <w:br/>
        <w:t>f 31464/2226/2060 31463/2227/2061 31462/2228/2062</w:t>
        <w:br/>
        <w:t>f 31461/2229/2063 31464/2226/2060 31462/2228/2062</w:t>
        <w:br/>
        <w:t>f 31467/2230/2009 31466/2231/2064 31465/2232/2065</w:t>
        <w:br/>
        <w:t>f 31470/2233/1989 31469/2234/2066 31468/2235/2067</w:t>
        <w:br/>
        <w:t>f 31473/2236/2068 31472/2237/2069 31471/2238/2070</w:t>
        <w:br/>
        <w:t>f 31477/2239/1993 31476/2240/2018 31475/2241/2071</w:t>
        <w:br/>
        <w:t>f 31474/2242/2072 31477/2239/1993 31475/2241/2071</w:t>
        <w:br/>
        <w:t>f 31481/2243/2023 31480/2244/2022 31479/2245/2073</w:t>
        <w:br/>
        <w:t>f 31478/2246/2074 31481/2243/2023 31479/2245/2073</w:t>
        <w:br/>
        <w:t>f 31483/2247/2075 31479/2245/2073 31480/2244/2022</w:t>
        <w:br/>
        <w:t>f 31482/2248/2076 31483/2247/2075 31480/2244/2022</w:t>
        <w:br/>
        <w:t>f 31461/2229/2063 31471/2238/2070 31464/2226/2060</w:t>
        <w:br/>
        <w:t>f 31457/2225/2059 31485/2249/2077 31484/2250/2078</w:t>
        <w:br/>
        <w:t>f 31460/2222/2056 31457/2225/2059 31484/2250/2078</w:t>
        <w:br/>
        <w:t>f 31487/2251/2079 31458/2224/2058 31459/2223/2057</w:t>
        <w:br/>
        <w:t>f 31486/2252/2080 31487/2251/2079 31459/2223/2057</w:t>
        <w:br/>
        <w:t>f 31389/2157/1991 31390/2156/1990 31431/2199/2033</w:t>
        <w:br/>
        <w:t>f 31489/2253/2081 31407/2174/2008 31488/2254/2082</w:t>
        <w:br/>
        <w:t>f 31491/2255/2083 31392/2154/1988 31389/2157/1991</w:t>
        <w:br/>
        <w:t>f 31490/2256/2084 31491/2255/2083 31389/2157/1991</w:t>
        <w:br/>
        <w:t>f 31494/2257/2085 31493/2258/2086 31492/2259/2087</w:t>
        <w:br/>
        <w:t>f 31492/2259/2087 31496/2260/2088 31372/2137/1971</w:t>
        <w:br/>
        <w:t>f 31495/2261/2089 31492/2259/2087 31372/2137/1971</w:t>
        <w:br/>
        <w:t>f 31391/2155/1989 31392/2154/1988 31393/2160/1994</w:t>
        <w:br/>
        <w:t>f 31497/2262/2090 31391/2155/1989 31393/2160/1994</w:t>
        <w:br/>
        <w:t>f 31393/2160/1994 31443/2209/2043 31395/2158/1992</w:t>
        <w:br/>
        <w:t>f 31496/2260/2088 31469/2234/2066 31418/2182/2016</w:t>
        <w:br/>
        <w:t>f 31431/2199/2033 31432/2198/2032 31490/2256/2084</w:t>
        <w:br/>
        <w:t>f 31389/2157/1991 31431/2199/2033 31490/2256/2084</w:t>
        <w:br/>
        <w:t>f 31489/2253/2081 31498/2263/2091 31494/2257/2085</w:t>
        <w:br/>
        <w:t>f 31431/2199/2033 31499/2264/2064 31410/2178/2012</w:t>
        <w:br/>
        <w:t>f 31489/2253/2081 31488/2254/2082 31500/2265/2092</w:t>
        <w:br/>
        <w:t>f 31502/2266/2093 31501/2267/2094 31486/2252/2080</w:t>
        <w:br/>
        <w:t>f 31459/2223/2057 31502/2266/2093 31486/2252/2080</w:t>
        <w:br/>
        <w:t>f 31415/2180/2014 31454/2219/2053 31504/2268/2095</w:t>
        <w:br/>
        <w:t>f 31503/2269/2096 31415/2180/2014 31504/2268/2095</w:t>
        <w:br/>
        <w:t>f 31506/2270/2097 31487/2251/2079 31486/2252/2080</w:t>
        <w:br/>
        <w:t>f 31505/2271/2098 31506/2270/2097 31486/2252/2080</w:t>
        <w:br/>
        <w:t>f 31503/2269/2096 31504/2268/2095 31508/2272/2099</w:t>
        <w:br/>
        <w:t>f 31507/2273/2100 31503/2269/2096 31508/2272/2099</w:t>
        <w:br/>
        <w:t>f 31510/2274/2101 31506/2270/2097 31505/2271/2098</w:t>
        <w:br/>
        <w:t>f 31509/2275/2102 31510/2274/2101 31505/2271/2098</w:t>
        <w:br/>
        <w:t>f 31513/2276/2103 31512/2277/2104 31511/2278/2105</w:t>
        <w:br/>
        <w:t>f 31516/2279/2106 31515/2280/2107 31514/2281/2103</w:t>
        <w:br/>
        <w:t>f 31511/2278/2105 31518/2282/2108 31517/2283/2109</w:t>
        <w:br/>
        <w:t>f 31509/2275/2102 31505/2271/2098 31520/2284/2110</w:t>
        <w:br/>
        <w:t>f 31519/2285/2111 31509/2275/2102 31520/2284/2110</w:t>
        <w:br/>
        <w:t>f 31516/2279/2106 31522/2286/2112 31521/2287/2113</w:t>
        <w:br/>
        <w:t>f 31513/2276/2103 31511/2278/2105 31524/2288/2114</w:t>
        <w:br/>
        <w:t>f 31523/2289/2115 31513/2276/2103 31524/2288/2114</w:t>
        <w:br/>
        <w:t>f 31526/2290/2116 31516/2279/2106 31514/2281/2103</w:t>
        <w:br/>
        <w:t>f 31525/2291/2117 31526/2290/2116 31514/2281/2103</w:t>
        <w:br/>
        <w:t>f 31527/2292/2118 31524/2288/2114 31511/2278/2105</w:t>
        <w:br/>
        <w:t>f 31517/2283/2109 31527/2292/2118 31511/2278/2105</w:t>
        <w:br/>
        <w:t>f 31516/2279/2106 31526/2290/2116 31528/2293/2119</w:t>
        <w:br/>
        <w:t>f 31522/2286/2112 31516/2279/2106 31528/2293/2119</w:t>
        <w:br/>
        <w:t>f 31532/2294/2120 31531/2295/2121 31530/2296/2122</w:t>
        <w:br/>
        <w:t>f 31529/2297/2123 31532/2294/2120 31530/2296/2122</w:t>
        <w:br/>
        <w:t>f 31536/2298/2124 31535/2299/2125 31534/2300/2126</w:t>
        <w:br/>
        <w:t>f 31533/2301/2127 31536/2298/2124 31534/2300/2126</w:t>
        <w:br/>
        <w:t>f 31531/2295/2121 31538/2302/2128 31537/2303/2129</w:t>
        <w:br/>
        <w:t>f 31530/2296/2122 31531/2295/2121 31537/2303/2129</w:t>
        <w:br/>
        <w:t>f 31540/2304/2130 31539/2305/2131 31533/2301/2127</w:t>
        <w:br/>
        <w:t>f 31534/2300/2126 31540/2304/2130 31533/2301/2127</w:t>
        <w:br/>
        <w:t>f 31542/2306/2132 31541/2307/2133 31463/2227/2061</w:t>
        <w:br/>
        <w:t>f 31464/2226/2060 31542/2306/2132 31463/2227/2061</w:t>
        <w:br/>
        <w:t>f 31472/2237/2069 31489/2253/2081 31500/2265/2092</w:t>
        <w:br/>
        <w:t>f 31543/2308/2134 31496/2260/2088 31492/2259/2087</w:t>
        <w:br/>
        <w:t>f 31471/2238/2070 31472/2237/2069 31500/2265/2092</w:t>
        <w:br/>
        <w:t>f 31544/2309/2135 31471/2238/2070 31500/2265/2092</w:t>
        <w:br/>
        <w:t>f 31547/2310/2136 31418/2182/2016 31546/2311/2137</w:t>
        <w:br/>
        <w:t>f 31545/2312/2138 31547/2310/2136 31546/2311/2137</w:t>
        <w:br/>
        <w:t>f 31421/2186/2020 31422/2185/2019 31549/2313/2139</w:t>
        <w:br/>
        <w:t>f 31548/2314/2140 31421/2186/2020 31549/2313/2139</w:t>
        <w:br/>
        <w:t>f 31428/2192/2026 31421/2186/2020 31548/2314/2140</w:t>
        <w:br/>
        <w:t>f 31550/2315/2141 31428/2192/2026 31548/2314/2140</w:t>
        <w:br/>
        <w:t>f 31544/2309/2135 31542/2306/2132 31464/2226/2060</w:t>
        <w:br/>
        <w:t>f 31471/2238/2070 31544/2309/2135 31464/2226/2060</w:t>
        <w:br/>
        <w:t>f 31552/2316/2142 31551/2317/2143 31460/2222/2056</w:t>
        <w:br/>
        <w:t>f 31484/2250/2078 31552/2316/2142 31460/2222/2056</w:t>
        <w:br/>
        <w:t>f 31468/2235/2067 31553/2318/2144 31470/2233/1989</w:t>
        <w:br/>
        <w:t>f 31469/2234/2066 31554/2319/2090 31477/2239/1993</w:t>
        <w:br/>
        <w:t>f 31474/2242/2072 31469/2234/2066 31477/2239/1993</w:t>
        <w:br/>
        <w:t>f 31555/2320/2145 31466/2231/2064 31553/2318/2144</w:t>
        <w:br/>
        <w:t>f 31551/2317/2143 31502/2266/2093 31459/2223/2057</w:t>
        <w:br/>
        <w:t>f 31460/2222/2056 31551/2317/2143 31459/2223/2057</w:t>
        <w:br/>
        <w:t>f 31381/2143/1977 31557/2321/2146 31556/2322/2147</w:t>
        <w:br/>
        <w:t>f 31448/2214/2048 31381/2143/1977 31556/2322/2147</w:t>
        <w:br/>
        <w:t>f 31405/2169/2003 31559/2323/2148 31558/2324/2149</w:t>
        <w:br/>
        <w:t>f 31404/2170/2004 31405/2169/2003 31558/2324/2149</w:t>
        <w:br/>
        <w:t>f 31432/2198/2032 31433/2197/2031 31560/2325/2150</w:t>
        <w:br/>
        <w:t>f 31562/2326/2151 31561/2327/2152 31395/2158/1992</w:t>
        <w:br/>
        <w:t>f 31445/2210/2044 31439/2207/2041 31429/2195/2029</w:t>
        <w:br/>
        <w:t>f 31423/2191/2025 31445/2210/2044 31429/2195/2029</w:t>
        <w:br/>
        <w:t>f 31491/2255/2083 31443/2209/2043 31393/2160/1994</w:t>
        <w:br/>
        <w:t>f 31445/2210/2044 31436/2202/2036 31437/2201/2035</w:t>
        <w:br/>
        <w:t>f 31563/2328/2153 31445/2210/2044 31437/2201/2035</w:t>
        <w:br/>
        <w:t>f 31560/2325/2150 31433/2197/2031 31404/2170/2004</w:t>
        <w:br/>
        <w:t>f 31558/2324/2149 31560/2325/2150 31404/2170/2004</w:t>
        <w:br/>
        <w:t>f 31448/2214/2048 31556/2322/2147 31559/2323/2148</w:t>
        <w:br/>
        <w:t>f 31405/2169/2003 31448/2214/2048 31559/2323/2148</w:t>
        <w:br/>
        <w:t>f 31564/2329/2154 31408/2173/2007 31409/2172/2006</w:t>
        <w:br/>
        <w:t>f 31562/2326/2151 31444/2208/2042 31565/2330/2155</w:t>
        <w:br/>
        <w:t>f 31567/2331/2156 31566/2332/2157 31408/2173/2007</w:t>
        <w:br/>
        <w:t>f 31417/2183/2017 31420/2187/2021 31569/2333/2158</w:t>
        <w:br/>
        <w:t>f 31568/2334/2159 31417/2183/2017 31569/2333/2158</w:t>
        <w:br/>
        <w:t>f 31419/2184/2018 31561/2327/2152 31424/2190/2024</w:t>
        <w:br/>
        <w:t>f 31425/2189/2023 31419/2184/2018 31424/2190/2024</w:t>
        <w:br/>
        <w:t>f 31435/2203/2037 31562/2326/2151 31565/2330/2155</w:t>
        <w:br/>
        <w:t>f 31438/2200/2034 31435/2203/2037 31565/2330/2155</w:t>
        <w:br/>
        <w:t>f 31476/2240/2018 31481/2243/2023 31478/2246/2074</w:t>
        <w:br/>
        <w:t>f 31475/2241/2071 31476/2240/2018 31478/2246/2074</w:t>
        <w:br/>
        <w:t>f 31547/2310/2136 31545/2312/2138 31549/2313/2139</w:t>
        <w:br/>
        <w:t>f 31422/2185/2019 31547/2310/2136 31549/2313/2139</w:t>
        <w:br/>
        <w:t>f 31424/2190/2024 31561/2327/2152 31435/2203/2037</w:t>
        <w:br/>
        <w:t>f 31436/2202/2036 31424/2190/2024 31435/2203/2037</w:t>
        <w:br/>
        <w:t>f 31448/2214/2048 31388/2150/1984 31380/2144/1978</w:t>
        <w:br/>
        <w:t>f 31381/2143/1977 31448/2214/2048 31380/2144/1978</w:t>
        <w:br/>
        <w:t>f 31384/2147/1981 31379/2145/1979 31380/2144/1978</w:t>
        <w:br/>
        <w:t>f 31450/2215/2049 31384/2147/1981 31380/2144/1978</w:t>
        <w:br/>
        <w:t>f 31398/2162/1996 31453/2216/2050 31451/2218/2052</w:t>
        <w:br/>
        <w:t>f 31397/2163/1997 31398/2162/1996 31451/2218/2052</w:t>
        <w:br/>
        <w:t>f 31463/2227/2061 31484/2250/2078 31485/2249/2077</w:t>
        <w:br/>
        <w:t>f 31462/2228/2062 31463/2227/2061 31485/2249/2077</w:t>
        <w:br/>
        <w:t>f 31484/2250/2078 31463/2227/2061 31541/2307/2133</w:t>
        <w:br/>
        <w:t>f 31552/2316/2142 31484/2250/2078 31541/2307/2133</w:t>
        <w:br/>
        <w:t>f 31573/2335/2160 31572/2336/2161 31571/2337/2162</w:t>
        <w:br/>
        <w:t>f 31570/2338/2163 31573/2335/2160 31571/2337/2162</w:t>
        <w:br/>
        <w:t>f 31572/2336/2161 31575/2339/2164 31574/2340/2165</w:t>
        <w:br/>
        <w:t>f 31571/2337/2162 31572/2336/2161 31574/2340/2165</w:t>
        <w:br/>
        <w:t>f 31578/2341/2166 31577/2342/2167 31440/2206/2040</w:t>
        <w:br/>
        <w:t>f 31576/2343/2168 31578/2341/2166 31440/2206/2040</w:t>
        <w:br/>
        <w:t>f 31580/2344/2169 31579/2345/2170 31577/2342/2167</w:t>
        <w:br/>
        <w:t>f 31578/2341/2166 31580/2344/2169 31577/2342/2167</w:t>
        <w:br/>
        <w:t>f 31584/2346/2170 31583/2347/2169 31582/2348/2171</w:t>
        <w:br/>
        <w:t>f 31581/2349/2172 31584/2346/2170 31582/2348/2171</w:t>
        <w:br/>
        <w:t>f 31585/2350/2173 31576/2343/2168 31440/2206/2040</w:t>
        <w:br/>
        <w:t>f 31441/2205/2039 31585/2350/2173 31440/2206/2040</w:t>
        <w:br/>
        <w:t>f 31570/2338/2163 31571/2337/2162 31587/2351/2174</w:t>
        <w:br/>
        <w:t>f 31586/2352/2175 31570/2338/2163 31587/2351/2174</w:t>
        <w:br/>
        <w:t>f 31574/2340/2165 31588/2353/2176 31587/2351/2174</w:t>
        <w:br/>
        <w:t>f 31571/2337/2162 31574/2340/2165 31587/2351/2174</w:t>
        <w:br/>
        <w:t>f 31590/2354/2177 31578/2341/2166 31576/2343/2168</w:t>
        <w:br/>
        <w:t>f 31589/2355/2178 31590/2354/2177 31576/2343/2168</w:t>
        <w:br/>
        <w:t>f 31591/2356/2179 31580/2344/2169 31578/2341/2166</w:t>
        <w:br/>
        <w:t>f 31590/2354/2177 31591/2356/2179 31578/2341/2166</w:t>
        <w:br/>
        <w:t>f 31593/2357/2180 31582/2348/2171 31583/2347/2169</w:t>
        <w:br/>
        <w:t>f 31592/2358/2181 31593/2357/2180 31583/2347/2169</w:t>
        <w:br/>
        <w:t>f 31594/2359/2182 31589/2355/2178 31576/2343/2168</w:t>
        <w:br/>
        <w:t>f 31585/2350/2173 31594/2359/2182 31576/2343/2168</w:t>
        <w:br/>
        <w:t>f 31598/2360/2183 31597/2361/2184 31596/2362/2185</w:t>
        <w:br/>
        <w:t>f 31595/2363/2186 31598/2360/2183 31596/2362/2185</w:t>
        <w:br/>
        <w:t>f 31602/2364/2187 31601/2365/2188 31600/2366/2189</w:t>
        <w:br/>
        <w:t>f 31599/2367/2190 31602/2364/2187 31600/2366/2189</w:t>
        <w:br/>
        <w:t>f 31601/2365/2188 31604/2368/2191 31603/2369/2192</w:t>
        <w:br/>
        <w:t>f 31600/2366/2189 31601/2365/2188 31603/2369/2192</w:t>
        <w:br/>
        <w:t>f 31605/2370/2193 31602/2364/2187 31599/2367/2190</w:t>
        <w:br/>
        <w:t>f 31505/2271/2098 31486/2252/2080 31501/2267/2094</w:t>
        <w:br/>
        <w:t>f 31520/2284/2110 31505/2271/2098 31501/2267/2094</w:t>
        <w:br/>
        <w:t>f 31401/2166/2000 31402/2165/1999 31606/2371/2194</w:t>
        <w:br/>
        <w:t>f 31447/2211/2045 31401/2166/2000 31452/2217/2051</w:t>
        <w:br/>
        <w:t>f 31607/2372/2195 31451/2218/2052 31401/2166/2000</w:t>
        <w:br/>
        <w:t>f 31606/2371/2194 31607/2372/2195 31401/2166/2000</w:t>
        <w:br/>
        <w:t>f 31503/2269/2096 31608/2373/2196 31414/2181/2015</w:t>
        <w:br/>
        <w:t>f 31415/2180/2014 31503/2269/2096 31414/2181/2015</w:t>
        <w:br/>
        <w:t>f 31609/2374/2197 31507/2273/2100 31530/2296/2122</w:t>
        <w:br/>
        <w:t>f 31537/2303/2129 31609/2374/2197 31530/2296/2122</w:t>
        <w:br/>
        <w:t>f 31381/2143/1977 31610/2375/2198 31557/2321/2146</w:t>
        <w:br/>
        <w:t>f 31451/2218/2052 31607/2372/2195 31611/2376/2199</w:t>
        <w:br/>
        <w:t>f 31397/2163/1997 31451/2218/2052 31611/2376/2199</w:t>
        <w:br/>
        <w:t>f 31378/2146/1980 31416/2179/2013 31612/2377/2200</w:t>
        <w:br/>
        <w:t>f 31397/2163/1997 31611/2376/2199 31613/2378/2201</w:t>
        <w:br/>
        <w:t>f 31396/2164/1998 31397/2163/1997 31613/2378/2201</w:t>
        <w:br/>
        <w:t>f 31416/2179/2013 31414/2181/2015 31614/2379/2202</w:t>
        <w:br/>
        <w:t>f 31456/2220/2054 31617/2380/2203 31616/2381/2204</w:t>
        <w:br/>
        <w:t>f 31615/2382/2205 31456/2220/2054 31616/2381/2204</w:t>
        <w:br/>
        <w:t>f 31620/2383/2206 31619/2384/2207 31618/2385/2208</w:t>
        <w:br/>
        <w:t>f 31616/2381/2204 31618/2385/2208 31621/2386/2209</w:t>
        <w:br/>
        <w:t>f 31615/2382/2205 31616/2381/2204 31621/2386/2209</w:t>
        <w:br/>
        <w:t>f 31618/2385/2208 31619/2384/2207 31623/2387/2210</w:t>
        <w:br/>
        <w:t>f 31622/2388/2211 31618/2385/2208 31623/2387/2210</w:t>
        <w:br/>
        <w:t>f 31618/2385/2208 31622/2388/2211 31624/2389/2212</w:t>
        <w:br/>
        <w:t>f 31621/2386/2209 31618/2385/2208 31624/2389/2212</w:t>
        <w:br/>
        <w:t>f 31626/2390/2213 31625/2391/2214 31622/2388/2211</w:t>
        <w:br/>
        <w:t>f 31623/2387/2210 31626/2390/2213 31622/2388/2211</w:t>
        <w:br/>
        <w:t>f 31622/2388/2211 31625/2391/2214 31627/2392/2215</w:t>
        <w:br/>
        <w:t>f 31624/2389/2212 31622/2388/2211 31627/2392/2215</w:t>
        <w:br/>
        <w:t>f 31630/2393/2216 31629/2394/2217 31628/2395/2216</w:t>
        <w:br/>
        <w:t>f 31633/2396/2218 31632/2397/2219 31631/2398/2220</w:t>
        <w:br/>
        <w:t>f 31617/2380/2203 31456/2220/2054 31396/2164/1998</w:t>
        <w:br/>
        <w:t>f 31613/2378/2201 31617/2380/2203 31396/2164/1998</w:t>
        <w:br/>
        <w:t>f 31378/2146/1980 31612/2377/2200 31610/2375/2198</w:t>
        <w:br/>
        <w:t>f 31612/2377/2200 31416/2179/2013 31614/2379/2202</w:t>
        <w:br/>
        <w:t>f 31614/2379/2202 31414/2181/2015 31634/2399/2221</w:t>
        <w:br/>
        <w:t>f 31638/2400/2222 31637/2401/2223 31636/2402/2224</w:t>
        <w:br/>
        <w:t>f 31635/2403/2225 31638/2400/2222 31636/2402/2224</w:t>
        <w:br/>
        <w:t>f 31640/2404/2226 31638/2400/2222 31635/2403/2225</w:t>
        <w:br/>
        <w:t>f 31639/2405/2227 31640/2404/2226 31635/2403/2225</w:t>
        <w:br/>
        <w:t>f 31639/2405/2227 31642/2406/2228 31641/2407/2229</w:t>
        <w:br/>
        <w:t>f 31640/2404/2226 31639/2405/2227 31641/2407/2229</w:t>
        <w:br/>
        <w:t>f 31645/2408/2230 31644/2409/2231 31643/2410/2232</w:t>
        <w:br/>
        <w:t>f 31634/2399/2221 31414/2181/2015 31620/2383/2206</w:t>
        <w:br/>
        <w:t>f 31620/2383/2206 31618/2385/2208 31634/2399/2221</w:t>
        <w:br/>
        <w:t>f 31636/2402/2224 31647/2411/2233 31646/2412/2234</w:t>
        <w:br/>
        <w:t>f 31635/2403/2225 31636/2402/2224 31646/2412/2234</w:t>
        <w:br/>
        <w:t>f 31635/2403/2225 31646/2412/2234 31648/2413/2235</w:t>
        <w:br/>
        <w:t>f 31639/2405/2227 31635/2403/2225 31648/2413/2235</w:t>
        <w:br/>
        <w:t>f 31651/2414/2236 31650/2415/2237 31644/2409/2231</w:t>
        <w:br/>
        <w:t>f 31649/2416/2238 31651/2414/2236 31644/2409/2231</w:t>
        <w:br/>
        <w:t>f 31643/2410/2232 31644/2409/2231 31650/2415/2237</w:t>
        <w:br/>
        <w:t>f 31655/2417/2239 31654/2418/2240 31653/2419/2186</w:t>
        <w:br/>
        <w:t>f 31652/2420/2241 31655/2417/2239 31653/2419/2186</w:t>
        <w:br/>
        <w:t>f 31529/2297/2123 31530/2296/2122 31507/2273/2100</w:t>
        <w:br/>
        <w:t>f 31508/2272/2099 31529/2297/2123 31507/2273/2100</w:t>
        <w:br/>
        <w:t>f 31509/2275/2102 31534/2300/2126 31535/2299/2125</w:t>
        <w:br/>
        <w:t>f 31510/2274/2101 31509/2275/2102 31535/2299/2125</w:t>
        <w:br/>
        <w:t>f 31519/2285/2111 31540/2304/2130 31534/2300/2126</w:t>
        <w:br/>
        <w:t>f 31509/2275/2102 31519/2285/2111 31534/2300/2126</w:t>
        <w:br/>
        <w:t>f 31507/2273/2100 31609/2374/2197 31608/2373/2196</w:t>
        <w:br/>
        <w:t>f 31503/2269/2096 31507/2273/2100 31608/2373/2196</w:t>
        <w:br/>
        <w:t>f 31656/2421/2242 31377/2139/1973 31374/2142/1976</w:t>
        <w:br/>
        <w:t>f 31446/2212/2046 31656/2421/2242 31374/2142/1976</w:t>
        <w:br/>
        <w:t>f 31495/2261/2089 31494/2257/2085 31492/2259/2087</w:t>
        <w:br/>
        <w:t>f 31400/2167/2001 31374/2142/1976 31375/2141/1975</w:t>
        <w:br/>
        <w:t>f 31488/2254/2082 31408/2173/2007 31566/2332/2157</w:t>
        <w:br/>
        <w:t>f 31495/2261/2089 31657/2422/2243 31409/2172/2006</w:t>
        <w:br/>
        <w:t>f 31488/2254/2082 31566/2332/2157 31376/2140/1974</w:t>
        <w:br/>
        <w:t>f 31377/2139/1973 31488/2254/2082 31376/2140/1974</w:t>
        <w:br/>
        <w:t>f 31400/2167/2001 31401/2166/2000 31447/2211/2045</w:t>
        <w:br/>
        <w:t>f 31400/2167/2001 31375/2141/1975 31402/2165/1999</w:t>
        <w:br/>
        <w:t>f 31371/2138/1972 31417/2183/2017 31568/2334/2159</w:t>
        <w:br/>
        <w:t>f 31373/2136/1970 31371/2138/1972 31568/2334/2159</w:t>
        <w:br/>
        <w:t>f 31420/2187/2021 31427/2193/2027 31658/2423/2244</w:t>
        <w:br/>
        <w:t>f 31569/2333/2158 31420/2187/2021 31658/2423/2244</w:t>
        <w:br/>
        <w:t>f 31658/2423/2244 31427/2193/2027 31660/2424/2245</w:t>
        <w:br/>
        <w:t>f 31659/2425/2246 31658/2423/2244 31660/2424/2245</w:t>
        <w:br/>
        <w:t>f 31420/2187/2021 31417/2183/2017 31422/2185/2019</w:t>
        <w:br/>
        <w:t>f 31662/2426/2247 31573/2335/2160 31570/2338/2163</w:t>
        <w:br/>
        <w:t>f 31661/2427/2248 31662/2426/2247 31570/2338/2163</w:t>
        <w:br/>
        <w:t>f 31586/2352/2175 31663/2428/2249 31661/2427/2248</w:t>
        <w:br/>
        <w:t>f 31570/2338/2163 31586/2352/2175 31661/2427/2248</w:t>
        <w:br/>
        <w:t>f 31371/2138/1972 31496/2260/2088 31418/2182/2016</w:t>
        <w:br/>
        <w:t>f 31625/2391/2214 31626/2390/2213 31665/2429/2250</w:t>
        <w:br/>
        <w:t>f 31664/2430/2251 31625/2391/2214 31665/2429/2250</w:t>
        <w:br/>
        <w:t>f 31625/2391/2214 31664/2430/2251 31666/2431/2252</w:t>
        <w:br/>
        <w:t>f 31627/2392/2215 31625/2391/2214 31666/2431/2252</w:t>
        <w:br/>
        <w:t>f 31642/2406/2228 31649/2416/2238 31667/2432/2253</w:t>
        <w:br/>
        <w:t>f 31641/2407/2229 31642/2406/2228 31667/2432/2253</w:t>
        <w:br/>
        <w:t>f 31668/2433/2254 31642/2406/2228 31639/2405/2227</w:t>
        <w:br/>
        <w:t>f 31648/2413/2235 31668/2433/2254 31639/2405/2227</w:t>
        <w:br/>
        <w:t>f 31672/2434/2255 31671/2435/2256 31670/2436/2257</w:t>
        <w:br/>
        <w:t>f 31669/2437/2258 31672/2434/2255 31670/2436/2257</w:t>
        <w:br/>
        <w:t>f 31673/2438/2193 31670/2436/2257 31671/2435/2256</w:t>
        <w:br/>
        <w:t>f 31456/2220/2054 31615/2382/2205 31674/2439/2259</w:t>
        <w:br/>
        <w:t>f 31455/2221/2055 31456/2220/2054 31674/2439/2259</w:t>
        <w:br/>
        <w:t>f 31615/2382/2205 31596/2362/2185 31597/2361/2184</w:t>
        <w:br/>
        <w:t>f 31674/2439/2259 31615/2382/2205 31597/2361/2184</w:t>
        <w:br/>
        <w:t>f 31652/2420/2241 31653/2419/2186 31676/2440/2185</w:t>
        <w:br/>
        <w:t>f 31675/2441/2260 31652/2420/2241 31676/2440/2185</w:t>
        <w:br/>
        <w:t>f 31523/2289/2115 31524/2288/2114 31531/2295/2121</w:t>
        <w:br/>
        <w:t>f 31532/2294/2120 31523/2289/2115 31531/2295/2121</w:t>
        <w:br/>
        <w:t>f 31533/2301/2127 31526/2290/2116 31525/2291/2117</w:t>
        <w:br/>
        <w:t>f 31536/2298/2124 31533/2301/2127 31525/2291/2117</w:t>
        <w:br/>
        <w:t>f 31524/2288/2114 31527/2292/2118 31538/2302/2128</w:t>
        <w:br/>
        <w:t>f 31531/2295/2121 31524/2288/2114 31538/2302/2128</w:t>
        <w:br/>
        <w:t>f 31526/2290/2116 31533/2301/2127 31539/2305/2131</w:t>
        <w:br/>
        <w:t>f 31528/2293/2119 31526/2290/2116 31539/2305/2131</w:t>
        <w:br/>
        <w:t>f 31595/2363/2186 31603/2369/2192 31604/2368/2191</w:t>
        <w:br/>
        <w:t>f 31598/2360/2183 31595/2363/2186 31604/2368/2191</w:t>
        <w:br/>
        <w:t>f 31654/2418/2240 31655/2417/2239 31672/2434/2255</w:t>
        <w:br/>
        <w:t>f 31669/2437/2258 31654/2418/2240 31672/2434/2255</w:t>
        <w:br/>
        <w:t>f 31407/2174/2008 31489/2253/2081 31494/2257/2085</w:t>
        <w:br/>
        <w:t>f 31408/2173/2007 31488/2254/2082 31407/2174/2008</w:t>
        <w:br/>
        <w:t>f 31660/2424/2245 31572/2336/2161 31573/2335/2160</w:t>
        <w:br/>
        <w:t>f 31429/2195/2029 31577/2342/2167 31579/2345/2170</w:t>
        <w:br/>
        <w:t>f 31430/2194/2028 31429/2195/2029 31579/2345/2170</w:t>
        <w:br/>
        <w:t>f 31563/2328/2153 31442/2204/2038 31439/2207/2041</w:t>
        <w:br/>
        <w:t>f 31445/2210/2044 31563/2328/2153 31439/2207/2041</w:t>
        <w:br/>
        <w:t>f 31482/2248/2076 31584/2346/2170 31581/2349/2172</w:t>
        <w:br/>
        <w:t>f 31483/2247/2075 31482/2248/2076 31581/2349/2172</w:t>
        <w:br/>
        <w:t>f 31428/2192/2026 31550/2315/2141 31575/2339/2164</w:t>
        <w:br/>
        <w:t>f 31572/2336/2161 31428/2192/2026 31575/2339/2164</w:t>
        <w:br/>
        <w:t>f 31577/2342/2167 31429/2195/2029 31439/2207/2041</w:t>
        <w:br/>
        <w:t>f 31440/2206/2040 31577/2342/2167 31439/2207/2041</w:t>
        <w:br/>
        <w:t>f 31659/2425/2246 31660/2424/2245 31573/2335/2160</w:t>
        <w:br/>
        <w:t>f 31662/2426/2247 31659/2425/2246 31573/2335/2160</w:t>
        <w:br/>
        <w:t>f 31492/2259/2087 31493/2258/2086 31543/2308/2134</w:t>
        <w:br/>
        <w:t>f 31491/2255/2083 31393/2160/1994 31392/2154/1988</w:t>
        <w:br/>
        <w:t>f 31395/2158/1992 31443/2209/2043 31562/2326/2151</w:t>
        <w:br/>
        <w:t>f 31409/2172/2006 31443/2209/2043 31564/2329/2154</w:t>
        <w:br/>
        <w:t>f 31409/2172/2006 31407/2174/2008 31495/2261/2089</w:t>
        <w:br/>
        <w:t>f 31467/2230/2009 31465/2232/2065 31472/2237/2069</w:t>
        <w:br/>
        <w:t>f 31432/2198/2032 31376/2140/1974 31566/2332/2157</w:t>
        <w:br/>
        <w:t>f 31675/2441/2260 31676/2440/2185 31678/2442/2261</w:t>
        <w:br/>
        <w:t>f 31677/2443/2262 31675/2441/2260 31678/2442/2261</w:t>
        <w:br/>
        <w:t>f 31562/2326/2151 31435/2203/2037 31561/2327/2152</w:t>
        <w:br/>
        <w:t>f 31495/2261/2089 31407/2174/2008 31494/2257/2085</w:t>
        <w:br/>
        <w:t>f 31418/2182/2016 31547/2310/2136 31417/2183/2017</w:t>
        <w:br/>
        <w:t>f 31395/2158/1992 31561/2327/2152 31419/2184/2018</w:t>
        <w:br/>
        <w:t>f 31491/2255/2083 31567/2331/2156 31408/2173/2007</w:t>
        <w:br/>
        <w:t>f 31488/2254/2082 31377/2139/1973 31500/2265/2092</w:t>
        <w:br/>
        <w:t>f 31394/2159/1993 31497/2262/2090 31393/2160/1994</w:t>
        <w:br/>
        <w:t>f 31468/2235/2067 31469/2234/2066 31496/2260/2088</w:t>
        <w:br/>
        <w:t>f 31469/2234/2066 31546/2311/2137 31418/2182/2016</w:t>
        <w:br/>
        <w:t>f 31373/2136/1970 31657/2422/2243 31372/2137/1971</w:t>
        <w:br/>
        <w:t>f 31495/2261/2089 31372/2137/1971 31657/2422/2243</w:t>
        <w:br/>
        <w:t>f 31472/2237/2069 31498/2263/2091 31489/2253/2081</w:t>
        <w:br/>
        <w:t>f 31470/2233/1989 31554/2319/2090 31469/2234/2066</w:t>
        <w:br/>
        <w:t>f 31468/2235/2067 31493/2258/2086 31553/2318/2144</w:t>
        <w:br/>
        <w:t>f 31493/2258/2086 31465/2232/2065 31466/2231/2064</w:t>
        <w:br/>
        <w:t>f 31473/2236/2068 31467/2230/2009 31472/2237/2069</w:t>
        <w:br/>
        <w:t>f 31679/2444/1986 31473/2236/2068 31471/2238/2070</w:t>
        <w:br/>
        <w:t>f 31465/2232/2065 31493/2258/2086 31494/2257/2085</w:t>
        <w:br/>
        <w:t>f 31390/2156/1990 31499/2264/2064 31431/2199/2033</w:t>
        <w:br/>
        <w:t>f 31499/2264/2064 31413/2175/2009 31410/2178/2012</w:t>
        <w:br/>
        <w:t>f 31381/2143/1977 31378/2146/1980 31610/2375/2198</w:t>
        <w:br/>
        <w:t>f 31649/2416/2238 31642/2406/2228 31668/2433/2254</w:t>
        <w:br/>
        <w:t>f 31651/2414/2236 31649/2416/2238 31668/2433/2254</w:t>
        <w:br/>
        <w:t>f 31630/2393/2216 31628/2395/2216 31664/2430/2251</w:t>
        <w:br/>
        <w:t>f 31665/2429/2250 31630/2393/2216 31664/2430/2251</w:t>
        <w:br/>
        <w:t>f 31631/2398/2220 31666/2431/2252 31664/2430/2251</w:t>
        <w:br/>
        <w:t>f 31633/2396/2218 31631/2398/2220 31664/2430/2251</w:t>
        <w:br/>
        <w:t>f 31645/2408/2230 31667/2432/2253 31649/2416/2238</w:t>
        <w:br/>
        <w:t>f 31644/2409/2231 31645/2408/2230 31649/2416/2238</w:t>
        <w:br/>
        <w:t>f 31371/2138/1972 31372/2137/1971 31496/2260/2088</w:t>
        <w:br/>
        <w:t>f 31490/2256/2084 31432/2198/2032 31566/2332/2157</w:t>
        <w:br/>
        <w:t>f 31562/2326/2151 31443/2209/2043 31444/2208/2042</w:t>
        <w:br/>
        <w:t>f 31660/2424/2245 31428/2192/2026 31572/2336/2161</w:t>
        <w:br/>
        <w:t>f 31428/2192/2026 31660/2424/2245 31427/2193/2027</w:t>
        <w:br/>
        <w:t>f 31421/2186/2020 31427/2193/2027 31420/2187/2021</w:t>
        <w:br/>
        <w:t>f 31417/2183/2017 31547/2310/2136 31422/2185/2019</w:t>
        <w:br/>
        <w:t>f 31682/2445/2263 31681/2446/2264 31680/2447/2265</w:t>
        <w:br/>
        <w:t>f 31686/2448/2266 31685/2449/2267 31684/2450/2268</w:t>
        <w:br/>
        <w:t>f 31683/2451/2269 31686/2448/2266 31684/2450/2268</w:t>
        <w:br/>
        <w:t>f 31690/2452/2270 31689/2453/2271 31688/2454/2272</w:t>
        <w:br/>
        <w:t>f 31687/2455/2273 31690/2452/2270 31688/2454/2272</w:t>
        <w:br/>
        <w:t>f 31690/2452/2270 31693/2456/2274 31692/2457/2275</w:t>
        <w:br/>
        <w:t>f 31691/2458/2276 31690/2452/2270 31692/2457/2275</w:t>
        <w:br/>
        <w:t>f 31697/2459/2277 31696/2460/2278 31695/2461/2279</w:t>
        <w:br/>
        <w:t>f 31694/2462/2280 31697/2459/2277 31695/2461/2279</w:t>
        <w:br/>
        <w:t>f 31701/2463/2281 31700/2464/2282 31699/2465/2283</w:t>
        <w:br/>
        <w:t>f 31698/2466/2284 31701/2463/2281 31699/2465/2283</w:t>
        <w:br/>
        <w:t>f 31704/2467/2285 31703/2468/2286 31702/2469/2287</w:t>
        <w:br/>
        <w:t>f 31708/2470/2288 31707/2471/2289 31706/2472/2290</w:t>
        <w:br/>
        <w:t>f 31705/2473/2291 31708/2470/2288 31706/2472/2290</w:t>
        <w:br/>
        <w:t>f 31711/2474/2292 31710/2475/2293 31709/2476/2294</w:t>
        <w:br/>
        <w:t>f 31715/2477/2295 31714/2478/2296 31713/2479/2297</w:t>
        <w:br/>
        <w:t>f 31712/2480/2298 31715/2477/2295 31713/2479/2297</w:t>
        <w:br/>
        <w:t>f 31718/2481/2299 31717/2482/2300 31716/2483/2301</w:t>
        <w:br/>
        <w:t>f 31722/2484/2302 31721/2485/2303 31720/2486/2304</w:t>
        <w:br/>
        <w:t>f 31719/2487/2305 31722/2484/2302 31720/2486/2304</w:t>
        <w:br/>
        <w:t>f 31725/2488/2306 31693/2456/2274 31724/2489/2307</w:t>
        <w:br/>
        <w:t>f 31723/2490/2308 31725/2488/2306 31724/2489/2307</w:t>
        <w:br/>
        <w:t>f 31727/2491/2309 31681/2446/2264 31726/2492/2310</w:t>
        <w:br/>
        <w:t>f 31704/2467/2285 31702/2469/2287 31728/2493/2311</w:t>
        <w:br/>
        <w:t>f 31731/2494/2312 31730/2495/2313 31729/2496/2314</w:t>
        <w:br/>
        <w:t>f 31735/2497/2315 31734/2498/2316 31733/2499/2317</w:t>
        <w:br/>
        <w:t>f 31732/2500/2318 31735/2497/2315 31733/2499/2317</w:t>
        <w:br/>
        <w:t>f 31729/2496/2314 31737/2501/2319 31736/2502/2320</w:t>
        <w:br/>
        <w:t>f 31739/2503/2321 31738/2504/2322 31733/2499/2317</w:t>
        <w:br/>
        <w:t>f 31734/2498/2316 31739/2503/2321 31733/2499/2317</w:t>
        <w:br/>
        <w:t>f 31743/2505/2323 31742/2506/2324 31741/2507/2325</w:t>
        <w:br/>
        <w:t>f 31740/2508/2326 31743/2505/2323 31741/2507/2325</w:t>
        <w:br/>
        <w:t>f 31747/2509/2327 31746/2510/2328 31745/2511/2329</w:t>
        <w:br/>
        <w:t>f 31744/2512/2330 31747/2509/2327 31745/2511/2329</w:t>
        <w:br/>
        <w:t>f 31751/2513/2331 31750/2514/2332 31749/2515/2333</w:t>
        <w:br/>
        <w:t>f 31748/2516/2334 31751/2513/2331 31749/2515/2333</w:t>
        <w:br/>
        <w:t>f 31718/2481/2299 31753/2517/2335 31752/2518/2336</w:t>
        <w:br/>
        <w:t>f 31733/2499/2317 31754/2519/2337 31745/2511/2329</w:t>
        <w:br/>
        <w:t>f 31732/2500/2318 31733/2499/2317 31745/2511/2329</w:t>
        <w:br/>
        <w:t>f 31756/2520/2338 31755/2521/2339 31710/2475/2293</w:t>
        <w:br/>
        <w:t>f 31685/2449/2267 31756/2520/2338 31710/2475/2293</w:t>
        <w:br/>
        <w:t>f 31713/2479/2297 31714/2478/2296 31743/2505/2323</w:t>
        <w:br/>
        <w:t>f 31740/2508/2326 31713/2479/2297 31743/2505/2323</w:t>
        <w:br/>
        <w:t>f 31719/2487/2305 31720/2486/2304 31694/2462/2280</w:t>
        <w:br/>
        <w:t>f 31695/2461/2279 31719/2487/2305 31694/2462/2280</w:t>
        <w:br/>
        <w:t>f 31712/2480/2298 31758/2522/2340 31757/2523/2341</w:t>
        <w:br/>
        <w:t>f 31715/2477/2295 31712/2480/2298 31757/2523/2341</w:t>
        <w:br/>
        <w:t>f 31689/2453/2271 31759/2524/2342 31696/2460/2278</w:t>
        <w:br/>
        <w:t>f 31697/2459/2277 31689/2453/2271 31696/2460/2278</w:t>
        <w:br/>
        <w:t>f 31709/2476/2294 31762/2525/2343 31761/2526/2344</w:t>
        <w:br/>
        <w:t>f 31760/2527/2345 31709/2476/2294 31761/2526/2344</w:t>
        <w:br/>
        <w:t>f 31693/2456/2274 31725/2488/2306 31763/2528/2346</w:t>
        <w:br/>
        <w:t>f 31692/2457/2275 31693/2456/2274 31763/2528/2346</w:t>
        <w:br/>
        <w:t>f 31764/2529/2347 31705/2473/2291 31706/2472/2290</w:t>
        <w:br/>
        <w:t>f 31765/2530/2348 31764/2529/2347 31706/2472/2290</w:t>
        <w:br/>
        <w:t>f 31687/2455/2273 31724/2489/2307 31693/2456/2274</w:t>
        <w:br/>
        <w:t>f 31690/2452/2270 31687/2455/2273 31693/2456/2274</w:t>
        <w:br/>
        <w:t>f 31769/2531/2349 31768/2532/2350 31767/2533/2351</w:t>
        <w:br/>
        <w:t>f 31766/2534/2352 31769/2531/2349 31767/2533/2351</w:t>
        <w:br/>
        <w:t>f 31773/2535/2353 31772/2536/2354 31771/2537/2355</w:t>
        <w:br/>
        <w:t>f 31770/2538/2356 31773/2535/2353 31771/2537/2355</w:t>
        <w:br/>
        <w:t>f 31776/2539/2302 31775/2540/2357 31774/2541/2358</w:t>
        <w:br/>
        <w:t>f 31779/2542/2284 31778/2543/2359 31777/2544/2360</w:t>
        <w:br/>
        <w:t>f 31782/2545/2305 31781/2546/2361 31780/2547/2362</w:t>
        <w:br/>
        <w:t>f 31786/2548/2363 31785/2549/2311 31784/2550/2364</w:t>
        <w:br/>
        <w:t>f 31783/2551/2365 31786/2548/2363 31784/2550/2364</w:t>
        <w:br/>
        <w:t>f 31790/2552/2315 31789/2553/2366 31788/2554/2367</w:t>
        <w:br/>
        <w:t>f 31787/2555/2316 31790/2552/2315 31788/2554/2367</w:t>
        <w:br/>
        <w:t>f 31787/2555/2316 31788/2554/2367 31792/2556/2368</w:t>
        <w:br/>
        <w:t>f 31791/2557/2321 31787/2555/2316 31792/2556/2368</w:t>
        <w:br/>
        <w:t>f 31770/2538/2356 31771/2537/2355 31781/2546/2361</w:t>
        <w:br/>
        <w:t>f 31794/2558/2369 31793/2559/2370 31766/2534/2352</w:t>
        <w:br/>
        <w:t>f 31767/2533/2351 31794/2558/2369 31766/2534/2352</w:t>
        <w:br/>
        <w:t>f 31796/2560/2371 31795/2561/2372 31768/2532/2350</w:t>
        <w:br/>
        <w:t>f 31769/2531/2349 31796/2560/2371 31768/2532/2350</w:t>
        <w:br/>
        <w:t>f 31700/2464/2282 31742/2506/2324 31699/2465/2283</w:t>
        <w:br/>
        <w:t>f 31798/2562/2373 31797/2563/2374 31717/2482/2300</w:t>
        <w:br/>
        <w:t>f 31800/2564/2375 31799/2565/2376 31700/2464/2282</w:t>
        <w:br/>
        <w:t>f 31701/2463/2281 31800/2564/2375 31700/2464/2282</w:t>
        <w:br/>
        <w:t>f 31803/2566/2377 31802/2567/2378 31801/2568/2379</w:t>
        <w:br/>
        <w:t>f 31802/2567/2378 31805/2569/2380 31680/2447/2265</w:t>
        <w:br/>
        <w:t>f 31804/2570/2381 31802/2567/2378 31680/2447/2265</w:t>
        <w:br/>
        <w:t>f 31698/2466/2284 31806/2571/2382 31703/2468/2286</w:t>
        <w:br/>
        <w:t>f 31701/2463/2281 31698/2466/2284 31703/2468/2286</w:t>
        <w:br/>
        <w:t>f 31703/2468/2286 31704/2467/2285 31753/2517/2335</w:t>
        <w:br/>
        <w:t>f 31804/2570/2381 31727/2491/2309 31777/2544/2360</w:t>
        <w:br/>
        <w:t>f 31742/2506/2324 31700/2464/2282 31799/2565/2376</w:t>
        <w:br/>
        <w:t>f 31741/2507/2325 31742/2506/2324 31799/2565/2376</w:t>
        <w:br/>
        <w:t>f 31798/2562/2373 31803/2566/2377 31807/2572/2383</w:t>
        <w:br/>
        <w:t>f 31742/2506/2324 31721/2485/2303 31808/2573/2358</w:t>
        <w:br/>
        <w:t>f 31798/2562/2373 31809/2574/2384 31797/2563/2374</w:t>
        <w:br/>
        <w:t>f 31795/2561/2372 31811/2575/2385 31810/2576/2386</w:t>
        <w:br/>
        <w:t>f 31768/2532/2350 31795/2561/2372 31810/2576/2386</w:t>
        <w:br/>
        <w:t>f 31813/2577/2387 31763/2528/2346 31725/2488/2306</w:t>
        <w:br/>
        <w:t>f 31812/2578/2388 31813/2577/2387 31725/2488/2306</w:t>
        <w:br/>
        <w:t>f 31795/2561/2372 31796/2560/2371 31815/2579/2389</w:t>
        <w:br/>
        <w:t>f 31814/2580/2390 31795/2561/2372 31815/2579/2389</w:t>
        <w:br/>
        <w:t>f 31817/2581/2391 31813/2577/2387 31812/2578/2388</w:t>
        <w:br/>
        <w:t>f 31816/2582/2392 31817/2581/2391 31812/2578/2388</w:t>
        <w:br/>
        <w:t>f 31814/2580/2390 31815/2579/2389 31819/2583/2393</w:t>
        <w:br/>
        <w:t>f 31818/2584/2394 31814/2580/2390 31819/2583/2393</w:t>
        <w:br/>
        <w:t>f 31822/2585/2395 31821/2586/2396 31820/2587/2397</w:t>
        <w:br/>
        <w:t>f 31825/2588/2398 31824/2589/2395 31823/2590/2399</w:t>
        <w:br/>
        <w:t>f 31821/2586/2396 31827/2591/2400 31826/2592/2401</w:t>
        <w:br/>
        <w:t>f 31829/2593/2402 31814/2580/2390 31818/2584/2394</w:t>
        <w:br/>
        <w:t>f 31828/2594/2403 31829/2593/2402 31818/2584/2394</w:t>
        <w:br/>
        <w:t>f 31825/2588/2398 31831/2595/2404 31830/2596/2405</w:t>
        <w:br/>
        <w:t>f 31822/2585/2395 31833/2597/2406 31832/2598/2407</w:t>
        <w:br/>
        <w:t>f 31821/2586/2396 31822/2585/2395 31832/2598/2407</w:t>
        <w:br/>
        <w:t>f 31835/2599/2408 31834/2600/2409 31824/2589/2395</w:t>
        <w:br/>
        <w:t>f 31825/2588/2398 31835/2599/2408 31824/2589/2395</w:t>
        <w:br/>
        <w:t>f 31836/2601/2410 31827/2591/2400 31821/2586/2396</w:t>
        <w:br/>
        <w:t>f 31832/2598/2407 31836/2601/2410 31821/2586/2396</w:t>
        <w:br/>
        <w:t>f 31825/2588/2398 31830/2596/2405 31837/2602/2411</w:t>
        <w:br/>
        <w:t>f 31835/2599/2408 31825/2588/2398 31837/2602/2411</w:t>
        <w:br/>
        <w:t>f 31841/2603/2412 31840/2604/2413 31839/2605/2414</w:t>
        <w:br/>
        <w:t>f 31838/2606/2415 31841/2603/2412 31839/2605/2414</w:t>
        <w:br/>
        <w:t>f 31845/2607/2416 31844/2608/2417 31843/2609/2418</w:t>
        <w:br/>
        <w:t>f 31842/2610/2419 31845/2607/2416 31843/2609/2418</w:t>
        <w:br/>
        <w:t>f 31840/2604/2413 31841/2603/2412 31847/2611/2420</w:t>
        <w:br/>
        <w:t>f 31846/2612/2421 31840/2604/2413 31847/2611/2420</w:t>
        <w:br/>
        <w:t>f 31849/2613/2422 31843/2609/2418 31844/2608/2417</w:t>
        <w:br/>
        <w:t>f 31848/2614/2423 31849/2613/2422 31844/2608/2417</w:t>
        <w:br/>
        <w:t>f 31851/2615/2424 31771/2537/2355 31772/2536/2354</w:t>
        <w:br/>
        <w:t>f 31850/2616/2425 31851/2615/2424 31772/2536/2354</w:t>
        <w:br/>
        <w:t>f 31780/2547/2362 31809/2574/2384 31798/2562/2373</w:t>
        <w:br/>
        <w:t>f 31852/2617/2426 31802/2567/2378 31804/2570/2381</w:t>
        <w:br/>
        <w:t>f 31809/2574/2384 31780/2547/2362 31781/2546/2361</w:t>
        <w:br/>
        <w:t>f 31853/2618/2427 31809/2574/2384 31781/2546/2361</w:t>
        <w:br/>
        <w:t>f 31856/2619/2428 31855/2620/2429 31854/2621/2430</w:t>
        <w:br/>
        <w:t>f 31727/2491/2309 31856/2619/2428 31854/2621/2430</w:t>
        <w:br/>
        <w:t>f 31729/2496/2314 31858/2622/2431 31857/2623/2432</w:t>
        <w:br/>
        <w:t>f 31731/2494/2312 31729/2496/2314 31857/2623/2432</w:t>
        <w:br/>
        <w:t>f 31736/2502/2320 31859/2624/2433 31858/2622/2431</w:t>
        <w:br/>
        <w:t>f 31729/2496/2314 31736/2502/2320 31858/2622/2431</w:t>
        <w:br/>
        <w:t>f 31771/2537/2355 31851/2615/2424 31853/2618/2427</w:t>
        <w:br/>
        <w:t>f 31781/2546/2361 31771/2537/2355 31853/2618/2427</w:t>
        <w:br/>
        <w:t>f 31861/2625/2434 31794/2558/2369 31767/2533/2351</w:t>
        <w:br/>
        <w:t>f 31860/2626/2435 31861/2625/2434 31767/2533/2351</w:t>
        <w:br/>
        <w:t>f 31778/2543/2359 31779/2542/2284 31862/2627/2283</w:t>
        <w:br/>
        <w:t>f 31777/2544/2360 31783/2551/2365 31784/2550/2364</w:t>
        <w:br/>
        <w:t>f 31863/2628/2436 31777/2544/2360 31784/2550/2364</w:t>
        <w:br/>
        <w:t>f 31864/2629/2437 31862/2627/2283 31774/2541/2438</w:t>
        <w:br/>
        <w:t>f 31768/2532/2350 31810/2576/2386 31860/2626/2435</w:t>
        <w:br/>
        <w:t>f 31767/2533/2351 31768/2532/2350 31860/2626/2435</w:t>
        <w:br/>
        <w:t>f 31688/2454/2272 31758/2522/2340 31866/2630/2439</w:t>
        <w:br/>
        <w:t>f 31865/2631/2440 31688/2454/2272 31866/2630/2439</w:t>
        <w:br/>
        <w:t>f 31712/2480/2298 31713/2479/2297 31868/2632/2441</w:t>
        <w:br/>
        <w:t>f 31867/2633/2442 31712/2480/2298 31868/2632/2441</w:t>
        <w:br/>
        <w:t>f 31741/2507/2325 31869/2634/2443 31740/2508/2326</w:t>
        <w:br/>
        <w:t>f 31871/2635/2444 31704/2467/2285 31870/2636/2445</w:t>
        <w:br/>
        <w:t>f 31738/2504/2322 31750/2514/2332 31754/2519/2337</w:t>
        <w:br/>
        <w:t>f 31733/2499/2317 31738/2504/2322 31754/2519/2337</w:t>
        <w:br/>
        <w:t>f 31800/2564/2375 31703/2468/2286 31753/2517/2335</w:t>
        <w:br/>
        <w:t>f 31744/2512/2330 31745/2511/2329 31754/2519/2337</w:t>
        <w:br/>
        <w:t>f 31872/2637/2446 31744/2512/2330 31754/2519/2337</w:t>
        <w:br/>
        <w:t>f 31869/2634/2443 31868/2632/2441 31713/2479/2297</w:t>
        <w:br/>
        <w:t>f 31740/2508/2326 31869/2634/2443 31713/2479/2297</w:t>
        <w:br/>
        <w:t>f 31867/2633/2442 31866/2630/2439 31758/2522/2340</w:t>
        <w:br/>
        <w:t>f 31712/2480/2298 31867/2633/2442 31758/2522/2340</w:t>
        <w:br/>
        <w:t>f 31873/2638/2447 31718/2481/2299 31716/2483/2301</w:t>
        <w:br/>
        <w:t>f 31871/2635/2444 31874/2639/2448 31752/2518/2336</w:t>
        <w:br/>
        <w:t>f 31876/2640/2449 31716/2483/2301 31875/2641/2450</w:t>
        <w:br/>
        <w:t>f 31726/2492/2310 31878/2642/2451 31877/2643/2452</w:t>
        <w:br/>
        <w:t>f 31730/2495/2313 31726/2492/2310 31877/2643/2452</w:t>
        <w:br/>
        <w:t>f 31728/2493/2311 31735/2497/2315 31732/2500/2318</w:t>
        <w:br/>
        <w:t>f 31870/2636/2445 31728/2493/2311 31732/2500/2318</w:t>
        <w:br/>
        <w:t>f 31746/2510/2328 31747/2509/2327 31874/2639/2448</w:t>
        <w:br/>
        <w:t>f 31871/2635/2444 31746/2510/2328 31874/2639/2448</w:t>
        <w:br/>
        <w:t>f 31789/2553/2366 31790/2552/2315 31785/2549/2311</w:t>
        <w:br/>
        <w:t>f 31786/2548/2363 31789/2553/2366 31785/2549/2311</w:t>
        <w:br/>
        <w:t>f 31856/2619/2428 31731/2494/2312 31857/2623/2432</w:t>
        <w:br/>
        <w:t>f 31855/2620/2429 31856/2619/2428 31857/2623/2432</w:t>
        <w:br/>
        <w:t>f 31746/2510/2328 31870/2636/2445 31732/2500/2318</w:t>
        <w:br/>
        <w:t>f 31745/2511/2329 31746/2510/2328 31732/2500/2318</w:t>
        <w:br/>
        <w:t>f 31758/2522/2340 31688/2454/2272 31689/2453/2271</w:t>
        <w:br/>
        <w:t>f 31697/2459/2277 31758/2522/2340 31689/2453/2271</w:t>
        <w:br/>
        <w:t>f 31691/2458/2276 31759/2524/2342 31689/2453/2271</w:t>
        <w:br/>
        <w:t>f 31690/2452/2270 31691/2458/2276 31689/2453/2271</w:t>
        <w:br/>
        <w:t>f 31707/2471/2289 31708/2470/2288 31760/2527/2345</w:t>
        <w:br/>
        <w:t>f 31761/2526/2344 31707/2471/2289 31760/2527/2345</w:t>
        <w:br/>
        <w:t>f 31793/2559/2370 31794/2558/2369 31772/2536/2354</w:t>
        <w:br/>
        <w:t>f 31773/2535/2353 31793/2559/2370 31772/2536/2354</w:t>
        <w:br/>
        <w:t>f 31794/2558/2369 31861/2625/2434 31850/2616/2425</w:t>
        <w:br/>
        <w:t>f 31772/2536/2354 31794/2558/2369 31850/2616/2425</w:t>
        <w:br/>
        <w:t>f 31882/2644/2453 31881/2645/2454 31880/2646/2455</w:t>
        <w:br/>
        <w:t>f 31879/2647/2456 31882/2644/2453 31880/2646/2455</w:t>
        <w:br/>
        <w:t>f 31879/2647/2456 31880/2646/2455 31884/2648/2457</w:t>
        <w:br/>
        <w:t>f 31883/2649/2458 31879/2647/2456 31884/2648/2457</w:t>
        <w:br/>
        <w:t>f 31887/2650/2459 31886/2651/2460 31749/2515/2333</w:t>
        <w:br/>
        <w:t>f 31885/2652/2461 31887/2650/2459 31749/2515/2333</w:t>
        <w:br/>
        <w:t>f 31885/2652/2461 31889/2653/2462 31888/2654/2463</w:t>
        <w:br/>
        <w:t>f 31887/2650/2459 31885/2652/2461 31888/2654/2463</w:t>
        <w:br/>
        <w:t>f 31893/2655/2464 31892/2656/2465 31891/2657/2463</w:t>
        <w:br/>
        <w:t>f 31890/2658/2466 31893/2655/2464 31891/2657/2463</w:t>
        <w:br/>
        <w:t>f 31748/2516/2334 31749/2515/2333 31886/2651/2460</w:t>
        <w:br/>
        <w:t>f 31894/2659/2467 31748/2516/2334 31886/2651/2460</w:t>
        <w:br/>
        <w:t>f 31896/2660/2468 31880/2646/2455 31881/2645/2454</w:t>
        <w:br/>
        <w:t>f 31895/2661/2469 31896/2660/2468 31881/2645/2454</w:t>
        <w:br/>
        <w:t>f 31897/2662/2470 31884/2648/2457 31880/2646/2455</w:t>
        <w:br/>
        <w:t>f 31896/2660/2468 31897/2662/2470 31880/2646/2455</w:t>
        <w:br/>
        <w:t>f 31899/2663/2471 31898/2664/2472 31886/2651/2460</w:t>
        <w:br/>
        <w:t>f 31887/2650/2459 31899/2663/2471 31886/2651/2460</w:t>
        <w:br/>
        <w:t>f 31887/2650/2459 31888/2654/2463 31900/2665/2473</w:t>
        <w:br/>
        <w:t>f 31899/2663/2471 31887/2650/2459 31900/2665/2473</w:t>
        <w:br/>
        <w:t>f 31891/2657/2463 31892/2656/2465 31902/2666/2474</w:t>
        <w:br/>
        <w:t>f 31901/2667/2473 31891/2657/2463 31902/2666/2474</w:t>
        <w:br/>
        <w:t>f 31886/2651/2460 31898/2664/2472 31903/2668/2475</w:t>
        <w:br/>
        <w:t>f 31894/2659/2467 31886/2651/2460 31903/2668/2475</w:t>
        <w:br/>
        <w:t>f 31907/2669/2476 31906/2670/2477 31905/2671/2478</w:t>
        <w:br/>
        <w:t>f 31904/2672/2479 31907/2669/2476 31905/2671/2478</w:t>
        <w:br/>
        <w:t>f 31911/2673/2480 31910/2674/2481 31909/2675/2482</w:t>
        <w:br/>
        <w:t>f 31908/2676/2483 31911/2673/2480 31909/2675/2482</w:t>
        <w:br/>
        <w:t>f 31908/2676/2483 31909/2675/2482 31913/2677/2484</w:t>
        <w:br/>
        <w:t>f 31912/2678/2485 31908/2676/2483 31913/2677/2484</w:t>
        <w:br/>
        <w:t>f 31914/2679/2486 31910/2674/2481 31911/2673/2480</w:t>
        <w:br/>
        <w:t>f 31811/2575/2385 31795/2561/2372 31814/2580/2390</w:t>
        <w:br/>
        <w:t>f 31829/2593/2402 31811/2575/2385 31814/2580/2390</w:t>
        <w:br/>
        <w:t>f 31709/2476/2294 31915/2680/2487 31711/2474/2292</w:t>
        <w:br/>
        <w:t>f 31755/2521/2339 31762/2525/2343 31709/2476/2294</w:t>
        <w:br/>
        <w:t>f 31709/2476/2294 31760/2527/2345 31916/2681/2488</w:t>
        <w:br/>
        <w:t>f 31915/2680/2487 31709/2476/2294 31916/2681/2488</w:t>
        <w:br/>
        <w:t>f 31723/2490/2308 31917/2682/2489 31812/2578/2388</w:t>
        <w:br/>
        <w:t>f 31725/2488/2306 31723/2490/2308 31812/2578/2388</w:t>
        <w:br/>
        <w:t>f 31841/2603/2412 31816/2582/2392 31918/2683/2490</w:t>
        <w:br/>
        <w:t>f 31847/2611/2420 31841/2603/2412 31918/2683/2490</w:t>
        <w:br/>
        <w:t>f 31688/2454/2272 31865/2631/2440 31919/2684/2491</w:t>
        <w:br/>
        <w:t>f 31760/2527/2345 31708/2470/2288 31920/2685/2492</w:t>
        <w:br/>
        <w:t>f 31916/2681/2488 31760/2527/2345 31920/2685/2492</w:t>
        <w:br/>
        <w:t>f 31687/2455/2273 31921/2686/2493 31724/2489/2307</w:t>
        <w:br/>
        <w:t>f 31922/2687/2494 31920/2685/2492 31708/2470/2288</w:t>
        <w:br/>
        <w:t>f 31705/2473/2291 31922/2687/2494 31708/2470/2288</w:t>
        <w:br/>
        <w:t>f 31724/2489/2307 31923/2688/2495 31723/2490/2308</w:t>
        <w:br/>
        <w:t>f 31764/2529/2347 31926/2689/2496 31925/2690/2497</w:t>
        <w:br/>
        <w:t>f 31924/2691/2498 31764/2529/2347 31925/2690/2497</w:t>
        <w:br/>
        <w:t>f 31929/2692/2499 31928/2693/2500 31927/2694/2501</w:t>
        <w:br/>
        <w:t>f 31930/2695/2502 31928/2693/2500 31925/2690/2497</w:t>
        <w:br/>
        <w:t>f 31926/2689/2496 31930/2695/2502 31925/2690/2497</w:t>
        <w:br/>
        <w:t>f 31932/2696/2503 31927/2694/2501 31928/2693/2500</w:t>
        <w:br/>
        <w:t>f 31931/2697/2504 31932/2696/2503 31928/2693/2500</w:t>
        <w:br/>
        <w:t>f 31928/2693/2500 31930/2695/2502 31933/2698/2505</w:t>
        <w:br/>
        <w:t>f 31931/2697/2504 31928/2693/2500 31933/2698/2505</w:t>
        <w:br/>
        <w:t>f 31931/2697/2504 31935/2699/2506 31934/2700/2507</w:t>
        <w:br/>
        <w:t>f 31932/2696/2503 31931/2697/2504 31934/2700/2507</w:t>
        <w:br/>
        <w:t>f 31936/2701/2508 31935/2699/2506 31931/2697/2504</w:t>
        <w:br/>
        <w:t>f 31933/2698/2505 31936/2701/2508 31931/2697/2504</w:t>
        <w:br/>
        <w:t>f 31939/2702/2509 31938/2703/2509 31937/2704/2510</w:t>
        <w:br/>
        <w:t>f 31942/2705/2511 31941/2706/2511 31940/2707/2512</w:t>
        <w:br/>
        <w:t>f 31705/2473/2291 31764/2529/2347 31924/2691/2498</w:t>
        <w:br/>
        <w:t>f 31922/2687/2494 31705/2473/2291 31924/2691/2498</w:t>
        <w:br/>
        <w:t>f 31687/2455/2273 31919/2684/2491 31921/2686/2493</w:t>
        <w:br/>
        <w:t>f 31921/2686/2493 31923/2688/2495 31724/2489/2307</w:t>
        <w:br/>
        <w:t>f 31923/2688/2495 31943/2708/2513 31723/2490/2308</w:t>
        <w:br/>
        <w:t>f 31947/2709/2514 31946/2710/2515 31945/2711/2516</w:t>
        <w:br/>
        <w:t>f 31944/2712/2517 31947/2709/2514 31945/2711/2516</w:t>
        <w:br/>
        <w:t>f 31949/2713/2518 31948/2714/2519 31946/2710/2515</w:t>
        <w:br/>
        <w:t>f 31947/2709/2514 31949/2713/2518 31946/2710/2515</w:t>
        <w:br/>
        <w:t>f 31951/2715/2520 31950/2716/2521 31948/2714/2519</w:t>
        <w:br/>
        <w:t>f 31949/2713/2518 31951/2715/2520 31948/2714/2519</w:t>
        <w:br/>
        <w:t>f 31954/2717/2522 31953/2718/2523 31952/2719/2524</w:t>
        <w:br/>
        <w:t>f 31943/2708/2513 31929/2692/2499 31723/2490/2308</w:t>
        <w:br/>
        <w:t>f 31929/2692/2499 31943/2708/2513 31928/2693/2500</w:t>
        <w:br/>
        <w:t>f 31945/2711/2516 31946/2710/2515 31956/2720/2525</w:t>
        <w:br/>
        <w:t>f 31955/2721/2526 31945/2711/2516 31956/2720/2525</w:t>
        <w:br/>
        <w:t>f 31957/2722/2527 31956/2720/2525 31946/2710/2515</w:t>
        <w:br/>
        <w:t>f 31948/2714/2519 31957/2722/2527 31946/2710/2515</w:t>
        <w:br/>
        <w:t>f 31960/2723/2528 31959/2724/2529 31952/2719/2524</w:t>
        <w:br/>
        <w:t>f 31958/2725/2530 31960/2723/2528 31952/2719/2524</w:t>
        <w:br/>
        <w:t>f 31953/2718/2523 31958/2725/2530 31952/2719/2524</w:t>
        <w:br/>
        <w:t>f 31964/2726/2477 31963/2727/2484 31962/2728/2531</w:t>
        <w:br/>
        <w:t>f 31961/2729/2532 31964/2726/2477 31962/2728/2531</w:t>
        <w:br/>
        <w:t>f 31816/2582/2392 31841/2603/2412 31838/2606/2415</w:t>
        <w:br/>
        <w:t>f 31817/2581/2391 31816/2582/2392 31838/2606/2415</w:t>
        <w:br/>
        <w:t>f 31818/2584/2394 31819/2583/2393 31842/2610/2419</w:t>
        <w:br/>
        <w:t>f 31843/2609/2418 31818/2584/2394 31842/2610/2419</w:t>
        <w:br/>
        <w:t>f 31843/2609/2418 31849/2613/2422 31828/2594/2403</w:t>
        <w:br/>
        <w:t>f 31818/2584/2394 31843/2609/2418 31828/2594/2403</w:t>
        <w:br/>
        <w:t>f 31816/2582/2392 31812/2578/2388 31917/2682/2489</w:t>
        <w:br/>
        <w:t>f 31918/2683/2490 31816/2582/2392 31917/2682/2489</w:t>
        <w:br/>
        <w:t>f 31685/2449/2267 31686/2448/2266 31965/2730/2533</w:t>
        <w:br/>
        <w:t>f 31756/2520/2338 31685/2449/2267 31965/2730/2533</w:t>
        <w:br/>
        <w:t>f 31805/2569/2380 31802/2567/2378 31803/2566/2377</w:t>
        <w:br/>
        <w:t>f 31710/2475/2293 31684/2450/2268 31685/2449/2267</w:t>
        <w:br/>
        <w:t>f 31797/2563/2374 31875/2641/2450 31716/2483/2301</w:t>
        <w:br/>
        <w:t>f 31805/2569/2380 31718/2481/2299 31966/2731/2534</w:t>
        <w:br/>
        <w:t>f 31683/2451/2269 31875/2641/2450 31797/2563/2374</w:t>
        <w:br/>
        <w:t>f 31686/2448/2266 31683/2451/2269 31797/2563/2374</w:t>
        <w:br/>
        <w:t>f 31710/2475/2293 31755/2521/2339 31709/2476/2294</w:t>
        <w:br/>
        <w:t>f 31710/2475/2293 31711/2474/2292 31684/2450/2268</w:t>
        <w:br/>
        <w:t>f 31878/2642/2451 31726/2492/2310 31681/2446/2264</w:t>
        <w:br/>
        <w:t>f 31682/2445/2263 31878/2642/2451 31681/2446/2264</w:t>
        <w:br/>
        <w:t>f 31967/2732/2535 31737/2501/2319 31730/2495/2313</w:t>
        <w:br/>
        <w:t>f 31877/2643/2452 31967/2732/2535 31730/2495/2313</w:t>
        <w:br/>
        <w:t>f 31967/2732/2535 31969/2733/2536 31968/2734/2537</w:t>
        <w:br/>
        <w:t>f 31737/2501/2319 31967/2732/2535 31968/2734/2537</w:t>
        <w:br/>
        <w:t>f 31730/2495/2313 31731/2494/2312 31726/2492/2310</w:t>
        <w:br/>
        <w:t>f 31881/2645/2454 31882/2644/2453 31971/2735/2538</w:t>
        <w:br/>
        <w:t>f 31970/2736/2539 31881/2645/2454 31971/2735/2538</w:t>
        <w:br/>
        <w:t>f 31970/2736/2539 31972/2737/2540 31895/2661/2469</w:t>
        <w:br/>
        <w:t>f 31881/2645/2454 31970/2736/2539 31895/2661/2469</w:t>
        <w:br/>
        <w:t>f 31681/2446/2264 31727/2491/2309 31804/2570/2381</w:t>
        <w:br/>
        <w:t>f 31935/2699/2506 31974/2738/2541 31973/2739/2542</w:t>
        <w:br/>
        <w:t>f 31934/2700/2507 31935/2699/2506 31973/2739/2542</w:t>
        <w:br/>
        <w:t>f 31975/2740/2543 31974/2738/2541 31935/2699/2506</w:t>
        <w:br/>
        <w:t>f 31936/2701/2508 31975/2740/2543 31935/2699/2506</w:t>
        <w:br/>
        <w:t>f 31976/2741/2544 31959/2724/2529 31950/2716/2521</w:t>
        <w:br/>
        <w:t>f 31951/2715/2520 31976/2741/2544 31950/2716/2521</w:t>
        <w:br/>
        <w:t>f 31977/2742/2545 31957/2722/2527 31948/2714/2519</w:t>
        <w:br/>
        <w:t>f 31950/2716/2521 31977/2742/2545 31948/2714/2519</w:t>
        <w:br/>
        <w:t>f 31981/2743/2546 31980/2744/2547 31979/2745/2548</w:t>
        <w:br/>
        <w:t>f 31978/2746/2549 31981/2743/2546 31979/2745/2548</w:t>
        <w:br/>
        <w:t>f 31982/2747/2486 31980/2744/2547 31981/2743/2546</w:t>
        <w:br/>
        <w:t>f 31764/2529/2347 31765/2530/2348 31983/2748/2550</w:t>
        <w:br/>
        <w:t>f 31926/2689/2496 31764/2529/2347 31983/2748/2550</w:t>
        <w:br/>
        <w:t>f 31904/2672/2479 31905/2671/2478 31926/2689/2496</w:t>
        <w:br/>
        <w:t>f 31983/2748/2550 31904/2672/2479 31926/2689/2496</w:t>
        <w:br/>
        <w:t>f 31961/2729/2532 31985/2749/2551 31984/2750/2478</w:t>
        <w:br/>
        <w:t>f 31964/2726/2477 31961/2729/2532 31984/2750/2478</w:t>
        <w:br/>
        <w:t>f 31833/2597/2406 31839/2605/2414 31840/2604/2413</w:t>
        <w:br/>
        <w:t>f 31832/2598/2407 31833/2597/2406 31840/2604/2413</w:t>
        <w:br/>
        <w:t>f 31834/2600/2409 31835/2599/2408 31844/2608/2417</w:t>
        <w:br/>
        <w:t>f 31845/2607/2416 31834/2600/2409 31844/2608/2417</w:t>
        <w:br/>
        <w:t>f 31832/2598/2407 31840/2604/2413 31846/2612/2421</w:t>
        <w:br/>
        <w:t>f 31836/2601/2410 31832/2598/2407 31846/2612/2421</w:t>
        <w:br/>
        <w:t>f 31835/2599/2408 31837/2602/2411 31848/2614/2423</w:t>
        <w:br/>
        <w:t>f 31844/2608/2417 31835/2599/2408 31848/2614/2423</w:t>
        <w:br/>
        <w:t>f 31912/2678/2485 31913/2677/2484 31906/2670/2477</w:t>
        <w:br/>
        <w:t>f 31907/2669/2476 31912/2678/2485 31906/2670/2477</w:t>
        <w:br/>
        <w:t>f 31963/2727/2484 31978/2746/2549 31979/2745/2548</w:t>
        <w:br/>
        <w:t>f 31962/2728/2531 31963/2727/2484 31979/2745/2548</w:t>
        <w:br/>
        <w:t>f 31717/2482/2300 31803/2566/2377 31798/2562/2373</w:t>
        <w:br/>
        <w:t>f 31716/2483/2301 31717/2482/2300 31797/2563/2374</w:t>
        <w:br/>
        <w:t>f 31968/2734/2537 31882/2644/2453 31879/2647/2456</w:t>
        <w:br/>
        <w:t>f 31889/2653/2462 31885/2652/2461 31738/2504/2322</w:t>
        <w:br/>
        <w:t>f 31739/2503/2321 31889/2653/2462 31738/2504/2322</w:t>
        <w:br/>
        <w:t>f 31872/2637/2446 31754/2519/2337 31750/2514/2332</w:t>
        <w:br/>
        <w:t>f 31751/2513/2331 31872/2637/2446 31750/2514/2332</w:t>
        <w:br/>
        <w:t>f 31893/2655/2464 31890/2658/2466 31791/2557/2321</w:t>
        <w:br/>
        <w:t>f 31792/2556/2368 31893/2655/2464 31791/2557/2321</w:t>
        <w:br/>
        <w:t>f 31883/2649/2458 31859/2624/2433 31736/2502/2320</w:t>
        <w:br/>
        <w:t>f 31879/2647/2456 31883/2649/2458 31736/2502/2320</w:t>
        <w:br/>
        <w:t>f 31750/2514/2332 31738/2504/2322 31885/2652/2461</w:t>
        <w:br/>
        <w:t>f 31749/2515/2333 31750/2514/2332 31885/2652/2461</w:t>
        <w:br/>
        <w:t>f 31882/2644/2453 31968/2734/2537 31969/2733/2536</w:t>
        <w:br/>
        <w:t>f 31971/2735/2538 31882/2644/2453 31969/2733/2536</w:t>
        <w:br/>
        <w:t>f 31802/2567/2378 31852/2617/2426 31801/2568/2379</w:t>
        <w:br/>
        <w:t>f 31800/2564/2375 31701/2463/2281 31703/2468/2286</w:t>
        <w:br/>
        <w:t>f 31704/2467/2285 31871/2635/2444 31753/2517/2335</w:t>
        <w:br/>
        <w:t>f 31718/2481/2299 31873/2638/2447 31753/2517/2335</w:t>
        <w:br/>
        <w:t>f 31718/2481/2299 31805/2569/2380 31717/2482/2300</w:t>
        <w:br/>
        <w:t>f 31776/2539/2302 31780/2547/2362 31775/2540/2357</w:t>
        <w:br/>
        <w:t>f 31741/2507/2325 31875/2641/2450 31683/2451/2269</w:t>
        <w:br/>
        <w:t>f 31985/2749/2551 31987/2751/2499 31986/2752/2552</w:t>
        <w:br/>
        <w:t>f 31984/2750/2478 31985/2749/2551 31986/2752/2552</w:t>
        <w:br/>
        <w:t>f 31871/2635/2444 31870/2636/2445 31746/2510/2328</w:t>
        <w:br/>
        <w:t>f 31805/2569/2380 31803/2566/2377 31717/2482/2300</w:t>
        <w:br/>
        <w:t>f 31727/2491/2309 31726/2492/2310 31856/2619/2428</w:t>
        <w:br/>
        <w:t>f 31704/2467/2285 31728/2493/2311 31870/2636/2445</w:t>
        <w:br/>
        <w:t>f 31800/2564/2375 31716/2483/2301 31876/2640/2449</w:t>
        <w:br/>
        <w:t>f 31797/2563/2374 31809/2574/2384 31686/2448/2266</w:t>
        <w:br/>
        <w:t>f 31702/2469/2287 31703/2468/2286 31806/2571/2382</w:t>
        <w:br/>
        <w:t>f 31778/2543/2359 31804/2570/2381 31777/2544/2360</w:t>
        <w:br/>
        <w:t>f 31777/2544/2360 31727/2491/2309 31854/2621/2430</w:t>
        <w:br/>
        <w:t>f 31682/2445/2263 31680/2447/2265 31966/2731/2534</w:t>
        <w:br/>
        <w:t>f 31805/2569/2380 31966/2731/2534 31680/2447/2265</w:t>
        <w:br/>
        <w:t>f 31780/2547/2362 31798/2562/2373 31807/2572/2383</w:t>
        <w:br/>
        <w:t>f 31779/2542/2284 31777/2544/2360 31863/2628/2436</w:t>
        <w:br/>
        <w:t>f 31778/2543/2359 31862/2627/2283 31801/2568/2379</w:t>
        <w:br/>
        <w:t>f 31801/2568/2379 31774/2541/2358 31775/2540/2357</w:t>
        <w:br/>
        <w:t>f 31782/2545/2305 31780/2547/2362 31776/2539/2302</w:t>
        <w:br/>
        <w:t>f 31988/2753/2279 31781/2546/2361 31782/2545/2305</w:t>
        <w:br/>
        <w:t>f 31775/2540/2357 31803/2566/2377 31801/2568/2379</w:t>
        <w:br/>
        <w:t>f 31699/2465/2283 31742/2506/2324 31808/2573/2358</w:t>
        <w:br/>
        <w:t>f 31808/2573/2358 31721/2485/2303 31722/2484/2302</w:t>
        <w:br/>
        <w:t>f 31688/2454/2272 31919/2684/2491 31687/2455/2273</w:t>
        <w:br/>
        <w:t>f 31959/2724/2529 31960/2723/2528 31977/2742/2545</w:t>
        <w:br/>
        <w:t>f 31950/2716/2521 31959/2724/2529 31977/2742/2545</w:t>
        <w:br/>
        <w:t>f 31939/2702/2509 31973/2739/2542 31974/2738/2541</w:t>
        <w:br/>
        <w:t>f 31938/2703/2509 31939/2702/2509 31974/2738/2541</w:t>
        <w:br/>
        <w:t>f 31941/2706/2511 31942/2705/2511 31974/2738/2541</w:t>
        <w:br/>
        <w:t>f 31975/2740/2543 31941/2706/2511 31974/2738/2541</w:t>
        <w:br/>
        <w:t>f 31959/2724/2529 31976/2741/2544 31954/2717/2522</w:t>
        <w:br/>
        <w:t>f 31952/2719/2524 31959/2724/2529 31954/2717/2522</w:t>
        <w:br/>
        <w:t>f 31681/2446/2264 31804/2570/2381 31680/2447/2265</w:t>
        <w:br/>
        <w:t>f 31799/2565/2376 31875/2641/2450 31741/2507/2325</w:t>
        <w:br/>
        <w:t>f 31871/2635/2444 31752/2518/2336 31753/2517/2335</w:t>
        <w:br/>
        <w:t>f 31968/2734/2537 31879/2647/2456 31736/2502/2320</w:t>
        <w:br/>
        <w:t>f 31736/2502/2320 31737/2501/2319 31968/2734/2537</w:t>
        <w:br/>
        <w:t>f 31729/2496/2314 31730/2495/2313 31737/2501/2319</w:t>
        <w:br/>
        <w:t>f 31726/2492/2310 31731/2494/2312 31856/2619/2428</w:t>
        <w:br/>
        <w:t>f 31992/2754/2553 31991/2755/2554 31990/2756/2555</w:t>
        <w:br/>
        <w:t>f 31989/2757/2556 31992/2754/2553 31990/2756/2555</w:t>
        <w:br/>
        <w:t>f 31995/2758/2557 31994/2759/2558 31993/2760/2559</w:t>
        <w:br/>
        <w:t>f 31998/2761/2560 31997/2762/2561 31996/2763/2562</w:t>
        <w:br/>
        <w:t>f 32001/2764/2563 32000/2765/2564 31999/2766/2565</w:t>
        <w:br/>
        <w:t>f 32005/2767/2566 32004/2768/2566 32003/2769/2567</w:t>
        <w:br/>
        <w:t>f 32002/2770/2567 32005/2767/2566 32003/2769/2567</w:t>
        <w:br/>
        <w:t>f 32007/2771/2568 32006/2772/2568 32004/2768/2566</w:t>
        <w:br/>
        <w:t>f 32005/2767/2566 32007/2771/2568 32004/2768/2566</w:t>
        <w:br/>
        <w:t>f 32009/2773/2569 32008/2774/2569 32006/2772/2568</w:t>
        <w:br/>
        <w:t>f 32007/2771/2568 32009/2773/2569 32006/2772/2568</w:t>
        <w:br/>
        <w:t>f 32012/2775/2570 32011/2776/2571 32010/2777/2572</w:t>
        <w:br/>
        <w:t>f 32016/2778/2573 32015/2779/2574 32014/2780/2575</w:t>
        <w:br/>
        <w:t>f 32013/2781/2576 32016/2778/2573 32014/2780/2575</w:t>
        <w:br/>
        <w:t>f 32019/2782/2577 32018/2783/2578 32017/2784/2579</w:t>
        <w:br/>
        <w:t>f 31994/2759/2558 32019/2782/2577 32017/2784/2579</w:t>
        <w:br/>
        <w:t>f 32021/2785/2580 32002/2770/2567 32003/2769/2567</w:t>
        <w:br/>
        <w:t>f 32020/2786/2580 32021/2785/2580 32003/2769/2567</w:t>
        <w:br/>
        <w:t>f 32025/2787/2581 32024/2788/2582 32023/2789/2583</w:t>
        <w:br/>
        <w:t>f 32022/2790/2583 32025/2787/2581 32023/2789/2583</w:t>
        <w:br/>
        <w:t>f 32027/2791/2584 32017/2784/2579 32018/2783/2578</w:t>
        <w:br/>
        <w:t>f 32026/2792/2585 32027/2791/2584 32018/2783/2578</w:t>
        <w:br/>
        <w:t>f 32031/2793/2586 32030/2794/2587 32029/2795/2587</w:t>
        <w:br/>
        <w:t>f 32028/2796/2586 32031/2793/2586 32029/2795/2587</w:t>
        <w:br/>
        <w:t>f 32033/2797/2588 31998/2761/2560 32032/2798/2589</w:t>
        <w:br/>
        <w:t>f 32036/2799/2590 32035/2800/2591 32034/2801/2592</w:t>
        <w:br/>
        <w:t>f 32039/2802/2593 32038/2803/2594 32037/2804/2595</w:t>
        <w:br/>
        <w:t>f 32012/2775/2570 32039/2802/2593 32037/2804/2595</w:t>
        <w:br/>
        <w:t>f 32041/2805/2596 32040/2806/2597 32022/2790/2583</w:t>
        <w:br/>
        <w:t>f 32023/2789/2583 32041/2805/2596 32022/2790/2583</w:t>
        <w:br/>
        <w:t>f 32033/2797/2588 32043/2807/2598 32042/2808/2599</w:t>
        <w:br/>
        <w:t>f 32046/2809/2600 32045/2810/2601 32044/2811/2602</w:t>
        <w:br/>
        <w:t>f 32050/2812/2603 32049/2813/2604 32048/2814/2605</w:t>
        <w:br/>
        <w:t>f 32047/2815/2606 32050/2812/2603 32048/2814/2605</w:t>
        <w:br/>
        <w:t>f 32034/2801/2592 32052/2816/2607 32051/2817/2608</w:t>
        <w:br/>
        <w:t>f 32054/2818/2609 32053/2819/2609 32038/2803/2594</w:t>
        <w:br/>
        <w:t>f 32039/2802/2593 32054/2818/2609 32038/2803/2594</w:t>
        <w:br/>
        <w:t>f 32056/2820/2610 32055/2821/2610 32040/2806/2597</w:t>
        <w:br/>
        <w:t>f 32041/2805/2596 32056/2820/2610 32040/2806/2597</w:t>
        <w:br/>
        <w:t>f 32058/2822/2611 32029/2795/2587 32030/2794/2587</w:t>
        <w:br/>
        <w:t>f 32057/2823/2611 32058/2822/2611 32030/2794/2587</w:t>
        <w:br/>
        <w:t>f 32062/2824/2612 32061/2825/2613 32060/2826/2614</w:t>
        <w:br/>
        <w:t>f 32059/2827/2614 32062/2824/2612 32060/2826/2614</w:t>
        <w:br/>
        <w:t>f 32064/2828/2615 32058/2822/2611 32057/2823/2611</w:t>
        <w:br/>
        <w:t>f 32063/2829/2615 32064/2828/2615 32057/2823/2611</w:t>
        <w:br/>
        <w:t>f 32066/2830/2616 32065/2831/2617 32061/2825/2613</w:t>
        <w:br/>
        <w:t>f 32062/2824/2612 32066/2830/2616 32061/2825/2613</w:t>
        <w:br/>
        <w:t>f 32068/2832/2618 32067/2833/2619 31989/2757/2556</w:t>
        <w:br/>
        <w:t>f 31990/2756/2555 32068/2832/2618 31989/2757/2556</w:t>
        <w:br/>
        <w:t>f 32072/2834/2620 32071/2835/2621 32070/2836/2622</w:t>
        <w:br/>
        <w:t>f 32069/2837/2620 32072/2834/2620 32070/2836/2622</w:t>
        <w:br/>
        <w:t>f 32076/2838/2623 32075/2839/2624 32074/2840/2625</w:t>
        <w:br/>
        <w:t>f 32073/2841/2625 32076/2838/2623 32074/2840/2625</w:t>
        <w:br/>
        <w:t>f 32051/2817/2608 32052/2816/2607 32077/2842/2626</w:t>
        <w:br/>
        <w:t>f 32053/2819/2609 32054/2818/2609 32078/2843/2627</w:t>
        <w:br/>
        <w:t>f 32055/2821/2610 32056/2820/2610 32079/2844/2628</w:t>
        <w:br/>
        <w:t>f 32083/2845/2629 32082/2846/2630 32081/2847/2631</w:t>
        <w:br/>
        <w:t>f 32080/2848/2631 32083/2845/2629 32081/2847/2631</w:t>
        <w:br/>
        <w:t>f 32085/2849/2632 32084/2850/2633 32014/2780/2575</w:t>
        <w:br/>
        <w:t>f 32015/2779/2574 32085/2849/2632 32014/2780/2575</w:t>
        <w:br/>
        <w:t>f 32088/2851/2634 32087/2852/2635 32068/2832/2618</w:t>
        <w:br/>
        <w:t>f 32086/2853/2636 32088/2851/2634 32068/2832/2618</w:t>
        <w:br/>
        <w:t>f 32073/2841/2625 32074/2840/2625 32090/2854/2637</w:t>
        <w:br/>
        <w:t>f 32089/2855/2638 32073/2841/2625 32090/2854/2637</w:t>
        <w:br/>
        <w:t>f 32094/2856/2639 32093/2857/2640 32092/2858/2640</w:t>
        <w:br/>
        <w:t>f 32091/2859/2641 32094/2856/2639 32092/2858/2640</w:t>
        <w:br/>
        <w:t>f 32097/2860/2642 32096/2861/2643 32095/2862/2644</w:t>
        <w:br/>
        <w:t>f 32095/2862/2644 32098/2863/2645 32097/2860/2642</w:t>
        <w:br/>
        <w:t>f 32096/2861/2643 32038/2803/2594 32099/2864/2646</w:t>
        <w:br/>
        <w:t>f 32038/2803/2594 32101/2865/2647 32100/2866/2648</w:t>
        <w:br/>
        <w:t>f 32103/2867/2649 32101/2865/2647 32102/2868/2650</w:t>
        <w:br/>
        <w:t>f 32025/2787/2581 32033/2797/2588 32024/2788/2582</w:t>
        <w:br/>
        <w:t>f 32107/2869/2651 32106/2870/2651 32105/2871/2652</w:t>
        <w:br/>
        <w:t>f 32104/2872/2653 32107/2869/2651 32105/2871/2652</w:t>
        <w:br/>
        <w:t>f 32111/2873/2654 32110/2874/2654 32109/2875/2655</w:t>
        <w:br/>
        <w:t>f 32108/2876/2655 32111/2873/2654 32109/2875/2655</w:t>
        <w:br/>
        <w:t>f 32113/2877/2656 32112/2878/2657 32010/2777/2572</w:t>
        <w:br/>
        <w:t>f 32011/2776/2571 32113/2877/2656 32010/2777/2572</w:t>
        <w:br/>
        <w:t>f 32033/2797/2588 32115/2879/2658 32114/2880/2659</w:t>
        <w:br/>
        <w:t>f 32015/2779/2574 32016/2778/2573 32116/2881/2660</w:t>
        <w:br/>
        <w:t>f 31991/2755/2554 32015/2779/2574 32116/2881/2660</w:t>
        <w:br/>
        <w:t>f 32118/2882/2661 32094/2856/2639 32091/2859/2641</w:t>
        <w:br/>
        <w:t>f 32117/2883/2661 32118/2882/2661 32091/2859/2641</w:t>
        <w:br/>
        <w:t>f 32122/2884/2662 32121/2885/2663 32120/2886/2663</w:t>
        <w:br/>
        <w:t>f 32119/2887/2664 32122/2884/2662 32120/2886/2663</w:t>
        <w:br/>
        <w:t>f 32125/2888/2665 32124/2889/2666 32123/2890/2667</w:t>
        <w:br/>
        <w:t>f 32129/2891/2668 32128/2892/2669 32127/2893/2670</w:t>
        <w:br/>
        <w:t>f 32126/2894/2670 32129/2891/2668 32127/2893/2670</w:t>
        <w:br/>
        <w:t>f 32131/2895/2671 32130/2896/2672 32049/2813/2604</w:t>
        <w:br/>
        <w:t>f 32050/2812/2603 32131/2895/2671 32049/2813/2604</w:t>
        <w:br/>
        <w:t>f 32135/2897/2673 32134/2898/2674 32133/2899/2675</w:t>
        <w:br/>
        <w:t>f 32132/2900/2673 32135/2897/2673 32133/2899/2675</w:t>
        <w:br/>
        <w:t>f 32139/2901/2676 32138/2902/2677 32137/2903/2678</w:t>
        <w:br/>
        <w:t>f 32136/2904/2679 32139/2901/2676 32137/2903/2678</w:t>
        <w:br/>
        <w:t>f 32123/2890/2667 32124/2889/2666 32140/2905/2680</w:t>
        <w:br/>
        <w:t>f 32000/2765/2564 32047/2815/2606 32141/2906/2681</w:t>
        <w:br/>
        <w:t>f 32128/2892/2669 32129/2891/2668 32080/2848/2631</w:t>
        <w:br/>
        <w:t>f 32081/2847/2631 32128/2892/2669 32080/2848/2631</w:t>
        <w:br/>
        <w:t>f 32132/2900/2673 32139/2901/2676 32136/2904/2679</w:t>
        <w:br/>
        <w:t>f 32135/2897/2673 32132/2900/2673 32136/2904/2679</w:t>
        <w:br/>
        <w:t>f 32143/2907/2682 32137/2903/2678 32138/2902/2677</w:t>
        <w:br/>
        <w:t>f 32142/2908/2683 32143/2907/2682 32138/2902/2677</w:t>
        <w:br/>
        <w:t>f 32083/2845/2629 32145/2909/2684 32144/2910/2685</w:t>
        <w:br/>
        <w:t>f 32082/2846/2630 32083/2845/2629 32144/2910/2685</w:t>
        <w:br/>
        <w:t>f 32001/2764/2563 31999/2766/2565 32146/2911/2686</w:t>
        <w:br/>
        <w:t>f 32148/2912/2687 32147/2913/2688 32142/2908/2683</w:t>
        <w:br/>
        <w:t>f 32138/2902/2677 32148/2912/2687 32142/2908/2683</w:t>
        <w:br/>
        <w:t>f 32142/2908/2683 32014/2780/2575 32084/2850/2633</w:t>
        <w:br/>
        <w:t>f 32143/2907/2682 32142/2908/2683 32084/2850/2633</w:t>
        <w:br/>
        <w:t>f 32020/2786/2580 32144/2910/2685 32145/2909/2684</w:t>
        <w:br/>
        <w:t>f 32021/2785/2580 32020/2786/2580 32145/2909/2684</w:t>
        <w:br/>
        <w:t>f 32149/2914/2689 31993/2760/2559 32146/2911/2686</w:t>
        <w:br/>
        <w:t>f 32147/2913/2688 32013/2781/2576 32014/2780/2575</w:t>
        <w:br/>
        <w:t>f 32142/2908/2683 32147/2913/2688 32014/2780/2575</w:t>
        <w:br/>
        <w:t>f 32059/2827/2614 32060/2826/2614 32008/2774/2569</w:t>
        <w:br/>
        <w:t>f 32009/2773/2569 32059/2827/2614 32008/2774/2569</w:t>
        <w:br/>
        <w:t>f 32026/2792/2585 32031/2793/2586 32028/2796/2586</w:t>
        <w:br/>
        <w:t>f 32027/2791/2584 32026/2792/2585 32028/2796/2586</w:t>
        <w:br/>
        <w:t>f 32068/2832/2618 32089/2855/2638 32067/2833/2619</w:t>
        <w:br/>
        <w:t>f 32071/2835/2621 32068/2832/2618 32087/2852/2635</w:t>
        <w:br/>
        <w:t>f 32070/2836/2622 32071/2835/2621 32087/2852/2635</w:t>
        <w:br/>
        <w:t>f 32015/2779/2574 31991/2755/2554 31992/2754/2553</w:t>
        <w:br/>
        <w:t>f 32085/2849/2632 32015/2779/2574 31992/2754/2553</w:t>
        <w:br/>
        <w:t>f 32116/2881/2660 32088/2851/2690 31990/2756/2555</w:t>
        <w:br/>
        <w:t>f 31991/2755/2554 32116/2881/2660 31990/2756/2555</w:t>
        <w:br/>
        <w:t>f 32043/2807/2598 32125/2888/2665 32042/2808/2599</w:t>
        <w:br/>
        <w:t>f 32126/2894/2670 32127/2893/2670 32044/2811/2602</w:t>
        <w:br/>
        <w:t>f 32045/2810/2601 32126/2894/2670 32044/2811/2602</w:t>
        <w:br/>
        <w:t>f 32115/2879/2658 32133/2899/2675 32150/2915/2691</w:t>
        <w:br/>
        <w:t>f 32131/2895/2671 32113/2877/2692 32130/2896/2672</w:t>
        <w:br/>
        <w:t>f 32105/2871/2652 32064/2828/2615 32063/2829/2615</w:t>
        <w:br/>
        <w:t>f 32104/2872/2653 32105/2871/2652 32063/2829/2615</w:t>
        <w:br/>
        <w:t>f 32108/2876/2655 32109/2875/2655 32065/2831/2617</w:t>
        <w:br/>
        <w:t>f 32066/2830/2616 32108/2876/2655 32065/2831/2617</w:t>
        <w:br/>
        <w:t>f 32120/2886/2663 32121/2885/2663 32075/2839/2624</w:t>
        <w:br/>
        <w:t>f 32076/2838/2623 32120/2886/2663 32075/2839/2624</w:t>
        <w:br/>
        <w:t>f 32069/2837/2620 32092/2858/2640 32093/2857/2640</w:t>
        <w:br/>
        <w:t>f 32072/2834/2620 32069/2837/2620 32093/2857/2640</w:t>
        <w:br/>
        <w:t>f 31998/2761/2560 31996/2763/2562 32032/2798/2589</w:t>
        <w:br/>
        <w:t>f 32033/2797/2588 32032/2798/2589 32043/2807/2598</w:t>
        <w:br/>
        <w:t>f 31997/2762/2561 32036/2799/2590 31996/2763/2562</w:t>
        <w:br/>
        <w:t>f 32125/2888/2665 32123/2890/2667 32042/2808/2599</w:t>
        <w:br/>
        <w:t>f 32131/2895/2693 32112/2878/2657 32046/2809/2600</w:t>
        <w:br/>
        <w:t>f 32149/2914/2689 31995/2758/2557 31993/2760/2559</w:t>
        <w:br/>
        <w:t>f 31995/2758/2557 32019/2782/2577 31994/2759/2558</w:t>
        <w:br/>
        <w:t>f 32071/2835/2621 32090/2854/2637 32067/2833/2694</w:t>
        <w:br/>
        <w:t>f 32124/2889/2666 32151/2916/2695 32139/2901/2676</w:t>
        <w:br/>
        <w:t>f 32140/2905/2680 32124/2889/2666 32139/2901/2676</w:t>
        <w:br/>
        <w:t>f 32133/2899/2675 32134/2898/2674 32150/2915/2691</w:t>
        <w:br/>
        <w:t>f 32115/2879/2658 32150/2915/2691 32114/2880/2659</w:t>
        <w:br/>
        <w:t>f 32012/2775/2570 32037/2804/2595 32011/2776/2571</w:t>
        <w:br/>
        <w:t>f 32033/2797/2588 32114/2880/2659 32024/2788/2582</w:t>
        <w:br/>
        <w:t>f 32151/2916/2695 32148/2912/2687 32138/2902/2677</w:t>
        <w:br/>
        <w:t>f 32139/2901/2676 32151/2916/2695 32138/2902/2677</w:t>
        <w:br/>
        <w:t>f 32098/2863/2645 32046/2809/2600 32011/2776/2571</w:t>
        <w:br/>
        <w:t>f 32046/2809/2600 32098/2863/2645 32045/2810/2601</w:t>
        <w:br/>
        <w:t>f 32096/2861/2643 32099/2864/2646 32095/2862/2644</w:t>
        <w:br/>
        <w:t>f 32038/2803/2594 32100/2866/2648 32099/2864/2646</w:t>
        <w:br/>
        <w:t>f 32036/2799/2590 31997/2762/2561 32035/2800/2591</w:t>
        <w:br/>
        <w:t>f 32034/2801/2592 32035/2800/2591 32052/2816/2607</w:t>
        <w:br/>
        <w:t>f 32101/2865/2647 32103/2867/2649 32100/2866/2648</w:t>
        <w:br/>
        <w:t>f 32000/2765/2564 32141/2906/2681 31999/2766/2565</w:t>
        <w:br/>
        <w:t>f 32047/2815/2606 32048/2814/2605 32141/2906/2681</w:t>
        <w:br/>
        <w:t>f 31999/2766/2565 32149/2914/2689 32146/2911/2686</w:t>
        <w:br/>
        <w:t>f 32155/2917/2696 32154/2918/2697 32153/2919/2698</w:t>
        <w:br/>
        <w:t>f 32152/2920/2699 32155/2917/2696 32153/2919/2698</w:t>
        <w:br/>
        <w:t>f 32159/2921/2700 32158/2922/2701 32157/2923/2702</w:t>
        <w:br/>
        <w:t>f 32156/2924/2703 32159/2921/2700 32157/2923/2702</w:t>
        <w:br/>
        <w:t>f 32163/2925/2704 32162/2926/2705 32161/2927/2706</w:t>
        <w:br/>
        <w:t>f 32160/2928/2707 32163/2925/2704 32161/2927/2706</w:t>
        <w:br/>
        <w:t>f 32167/2929/2708 32166/2930/2709 32165/2931/2710</w:t>
        <w:br/>
        <w:t>f 32164/2932/2711 32167/2929/2708 32165/2931/2710</w:t>
        <w:br/>
        <w:t>f 32167/2929/2708 32169/2933/2712 32168/2934/2713</w:t>
        <w:br/>
        <w:t>f 32158/2922/2701 32167/2929/2708 32168/2934/2713</w:t>
        <w:br/>
        <w:t>f 32172/2935/2714 32171/2936/2715 32160/2928/2707</w:t>
        <w:br/>
        <w:t>f 32170/2937/2716 32172/2935/2714 32160/2928/2707</w:t>
        <w:br/>
        <w:t>f 32175/2938/2717 32174/2939/2718 32173/2940/2719</w:t>
        <w:br/>
        <w:t>f 32174/2939/2718 32177/2941/2720 32176/2942/2721</w:t>
        <w:br/>
        <w:t>f 32173/2940/2719 32174/2939/2718 32176/2942/2721</w:t>
        <w:br/>
        <w:t>f 32181/2943/2722 32180/2944/2723 32179/2945/2724</w:t>
        <w:br/>
        <w:t>f 32178/2946/2725 32181/2943/2722 32179/2945/2724</w:t>
        <w:br/>
        <w:t>f 32178/2946/2725 32183/2947/2726 32182/2948/2727</w:t>
        <w:br/>
        <w:t>f 32180/2944/2723 32184/2949/2728 32179/2945/2724</w:t>
        <w:br/>
        <w:t>f 32179/2945/2724 32186/2950/2729 32185/2951/2730</w:t>
        <w:br/>
        <w:t>f 32184/2949/2728 32187/2952/2731 32186/2950/2729</w:t>
        <w:br/>
        <w:t>f 32187/2952/2731 32188/2953/2732 32186/2950/2729</w:t>
        <w:br/>
        <w:t>f 32192/2954/2733 32191/2955/2734 32190/2956/2735</w:t>
        <w:br/>
        <w:t>f 32189/2957/2736 32192/2954/2733 32190/2956/2735</w:t>
        <w:br/>
        <w:t>f 32196/2958/2737 32195/2959/2738 32194/2960/2739</w:t>
        <w:br/>
        <w:t>f 32193/2961/2740 32196/2958/2737 32194/2960/2739</w:t>
        <w:br/>
        <w:t>f 32200/2962/2741 32199/2963/2741 32198/2964/2742</w:t>
        <w:br/>
        <w:t>f 32197/2965/2743 32200/2962/2741 32198/2964/2742</w:t>
        <w:br/>
        <w:t>f 32199/2963/2741 32200/2962/2741 32202/2966/2744</w:t>
        <w:br/>
        <w:t>f 32201/2967/2744 32199/2963/2741 32202/2966/2744</w:t>
        <w:br/>
        <w:t>f 32188/2953/2732 32187/2952/2731 32203/2968/2745</w:t>
        <w:br/>
        <w:t>f 32201/2967/2744 32202/2966/2744 32204/2969/2746</w:t>
        <w:br/>
        <w:t>f 32179/2945/2724 32185/2951/2730 32183/2947/2726</w:t>
        <w:br/>
        <w:t>f 32208/2970/2747 32207/2971/2748 32206/2972/2749</w:t>
        <w:br/>
        <w:t>f 32205/2973/2750 32208/2970/2747 32206/2972/2749</w:t>
        <w:br/>
        <w:t>f 32209/2974/2751 32205/2973/2750 32195/2959/2738</w:t>
        <w:br/>
        <w:t>f 32196/2958/2737 32209/2974/2751 32195/2959/2738</w:t>
        <w:br/>
        <w:t>f 32211/2975/2752 32153/2919/2698 32154/2918/2697</w:t>
        <w:br/>
        <w:t>f 32210/2976/2753 32211/2975/2752 32154/2918/2697</w:t>
        <w:br/>
        <w:t>f 32153/2919/2698 32211/2975/2752 32213/2977/2754</w:t>
        <w:br/>
        <w:t>f 32212/2978/2755 32153/2919/2698 32213/2977/2754</w:t>
        <w:br/>
        <w:t>f 32210/2976/2753 32154/2918/2697 32208/2970/2747</w:t>
        <w:br/>
        <w:t>f 32214/2979/2756 32210/2976/2753 32208/2970/2747</w:t>
        <w:br/>
        <w:t>f 32216/2980/2757 32215/2981/2758 32193/2961/2740</w:t>
        <w:br/>
        <w:t>f 32194/2960/2739 32216/2980/2757 32193/2961/2740</w:t>
        <w:br/>
        <w:t>f 32220/2982/2759 32219/2983/2759 32218/2984/2760</w:t>
        <w:br/>
        <w:t>f 32217/2985/2761 32220/2982/2759 32218/2984/2760</w:t>
        <w:br/>
        <w:t>f 32224/2986/2762 32223/2987/2763 32222/2988/2763</w:t>
        <w:br/>
        <w:t>f 32221/2989/2764 32224/2986/2762 32222/2988/2763</w:t>
        <w:br/>
        <w:t>f 32215/2981/2758 32216/2980/2757 32217/2985/2761</w:t>
        <w:br/>
        <w:t>f 32218/2984/2760 32215/2981/2758 32217/2985/2761</w:t>
        <w:br/>
        <w:t>f 32228/2990/2765 32227/2991/2766 32226/2992/2766</w:t>
        <w:br/>
        <w:t>f 32225/2993/2765 32228/2990/2765 32226/2992/2766</w:t>
        <w:br/>
        <w:t>f 32232/2994/2767 32231/2995/2768 32230/2996/2768</w:t>
        <w:br/>
        <w:t>f 32229/2997/2767 32232/2994/2767 32230/2996/2768</w:t>
        <w:br/>
        <w:t>f 32157/2923/2702 32234/2998/2769 32195/2959/2738</w:t>
        <w:br/>
        <w:t>f 32233/2999/2770 32157/2923/2702 32195/2959/2738</w:t>
        <w:br/>
        <w:t>f 32205/2973/2750 32209/2974/2751 32214/2979/2756</w:t>
        <w:br/>
        <w:t>f 32208/2970/2747 32205/2973/2750 32214/2979/2756</w:t>
        <w:br/>
        <w:t>f 32205/2973/2750 32206/2972/2749 32233/2999/2770</w:t>
        <w:br/>
        <w:t>f 32195/2959/2738 32205/2973/2750 32233/2999/2770</w:t>
        <w:br/>
        <w:t>f 32154/2918/2697 32155/2917/2696 32207/2971/2748</w:t>
        <w:br/>
        <w:t>f 32208/2970/2747 32154/2918/2697 32207/2971/2748</w:t>
        <w:br/>
        <w:t>f 32197/2965/2743 32198/2964/2742 32235/3000/2771</w:t>
        <w:br/>
        <w:t>f 32178/2946/2725 32179/2945/2724 32183/2947/2726</w:t>
        <w:br/>
        <w:t>f 32239/3001/2772 32238/3002/2773 32237/3003/2774</w:t>
        <w:br/>
        <w:t>f 32236/3004/2775 32239/3001/2772 32237/3003/2774</w:t>
        <w:br/>
        <w:t>f 32243/3005/2776 32242/3006/2777 32241/3007/2778</w:t>
        <w:br/>
        <w:t>f 32240/3008/2779 32243/3005/2776 32241/3007/2778</w:t>
        <w:br/>
        <w:t>f 32247/3009/2780 32246/3010/2781 32245/3011/2782</w:t>
        <w:br/>
        <w:t>f 32244/3012/2783 32247/3009/2780 32245/3011/2782</w:t>
        <w:br/>
        <w:t>f 32251/3013/2784 32250/3014/2785 32249/3015/2786</w:t>
        <w:br/>
        <w:t>f 32248/3016/2787 32251/3013/2784 32249/3015/2786</w:t>
        <w:br/>
        <w:t>f 32243/3005/2776 32254/3017/2788 32253/3018/2789</w:t>
        <w:br/>
        <w:t>f 32252/3019/2790 32243/3005/2776 32253/3018/2789</w:t>
        <w:br/>
        <w:t>f 32236/3004/2775 32252/3019/2790 32253/3018/2789</w:t>
        <w:br/>
        <w:t>f 32255/3020/2791 32236/3004/2775 32253/3018/2789</w:t>
        <w:br/>
        <w:t>f 32256/3021/2792 32248/3016/2787 32240/3008/2779</w:t>
        <w:br/>
        <w:t>f 32241/3007/2778 32256/3021/2792 32240/3008/2779</w:t>
        <w:br/>
        <w:t>f 32260/3022/2793 32259/3023/2794 32258/3024/2795</w:t>
        <w:br/>
        <w:t>f 32257/3025/2796 32260/3022/2793 32258/3024/2795</w:t>
        <w:br/>
        <w:t>f 32264/3026/2797 32263/3027/2798 32262/3028/2799</w:t>
        <w:br/>
        <w:t>f 32261/3029/2800 32264/3026/2797 32262/3028/2799</w:t>
        <w:br/>
        <w:t>f 32267/3030/2801 32266/3031/2802 32262/3028/2799</w:t>
        <w:br/>
        <w:t>f 32265/3032/2803 32267/3030/2801 32262/3028/2799</w:t>
        <w:br/>
        <w:t>f 32270/3033/2804 32269/3034/2805 32268/3035/2806</w:t>
        <w:br/>
        <w:t>f 32274/3036/2807 32273/3037/2808 32272/3038/2809</w:t>
        <w:br/>
        <w:t>f 32271/3039/2810 32274/3036/2807 32272/3038/2809</w:t>
        <w:br/>
        <w:t>f 32278/3040/2811 32277/3041/2812 32276/3042/2813</w:t>
        <w:br/>
        <w:t>f 32275/3043/2814 32278/3040/2811 32276/3042/2813</w:t>
        <w:br/>
        <w:t>f 32256/3021/2792 32281/3044/2815 32280/3045/2816</w:t>
        <w:br/>
        <w:t>f 32279/3046/2817 32256/3021/2792 32280/3045/2816</w:t>
        <w:br/>
        <w:t>f 32242/3006/2777 32283/3047/2818 32282/3048/2819</w:t>
        <w:br/>
        <w:t>f 32241/3007/2778 32242/3006/2777 32282/3048/2819</w:t>
        <w:br/>
        <w:t>f 32287/3049/2820 32286/3050/2821 32285/3051/2821</w:t>
        <w:br/>
        <w:t>f 32284/3052/2820 32287/3049/2820 32285/3051/2821</w:t>
        <w:br/>
        <w:t>f 32238/3002/2773 32289/3053/2822 32288/3054/2823</w:t>
        <w:br/>
        <w:t>f 32237/3003/2774 32238/3002/2773 32288/3054/2823</w:t>
        <w:br/>
        <w:t>f 32291/3055/2824 32290/3056/2825 32283/3047/2818</w:t>
        <w:br/>
        <w:t>f 32242/3006/2777 32291/3055/2824 32283/3047/2818</w:t>
        <w:br/>
        <w:t>f 32241/3007/2778 32282/3048/2819 32281/3044/2815</w:t>
        <w:br/>
        <w:t>f 32256/3021/2792 32241/3007/2778 32281/3044/2815</w:t>
        <w:br/>
        <w:t>f 32295/3057/2826 32294/3058/2827 32293/3059/2828</w:t>
        <w:br/>
        <w:t>f 32292/3060/2829 32295/3057/2826 32293/3059/2828</w:t>
        <w:br/>
        <w:t>f 32298/3061/2830 32297/3062/2831 32296/3063/2832</w:t>
        <w:br/>
        <w:t>f 32239/3001/2772 32298/3061/2830 32296/3063/2832</w:t>
        <w:br/>
        <w:t>f 32300/3064/2833 32299/3065/2834 32289/3053/2822</w:t>
        <w:br/>
        <w:t>f 32238/3002/2773 32300/3064/2833 32289/3053/2822</w:t>
        <w:br/>
        <w:t>f 32297/3062/2831 32302/3066/2835 32301/3067/2836</w:t>
        <w:br/>
        <w:t>f 32296/3063/2832 32297/3062/2831 32301/3067/2836</w:t>
        <w:br/>
        <w:t>f 32306/3068/2837 32305/3069/2838 32304/3070/2838</w:t>
        <w:br/>
        <w:t>f 32303/3071/2837 32306/3068/2837 32304/3070/2838</w:t>
        <w:br/>
        <w:t>f 32308/3072/2839 32301/3067/2836 32302/3066/2835</w:t>
        <w:br/>
        <w:t>f 32307/3073/2840 32308/3072/2839 32302/3066/2835</w:t>
        <w:br/>
        <w:t>f 32312/3074/2841 32311/3075/2842 32310/3076/2843</w:t>
        <w:br/>
        <w:t>f 32309/3077/2844 32312/3074/2841 32310/3076/2843</w:t>
        <w:br/>
        <w:t>f 32316/3078/2845 32315/3079/2846 32314/3080/2847</w:t>
        <w:br/>
        <w:t>f 32313/3081/2848 32316/3078/2845 32314/3080/2847</w:t>
        <w:br/>
        <w:t>f 32320/3082/2849 32319/3083/2850 32318/3084/2851</w:t>
        <w:br/>
        <w:t>f 32317/3085/2852 32320/3082/2849 32318/3084/2851</w:t>
        <w:br/>
        <w:t>f 32317/3085/2852 32318/3084/2851 32322/3086/2853</w:t>
        <w:br/>
        <w:t>f 32321/3087/2854 32317/3085/2852 32322/3086/2853</w:t>
        <w:br/>
        <w:t>f 32321/3087/2854 32322/3086/2853 32324/3088/2855</w:t>
        <w:br/>
        <w:t>f 32323/3089/2856 32321/3087/2854 32324/3088/2855</w:t>
        <w:br/>
        <w:t>f 32323/3089/2856 32324/3088/2855 32326/3090/2857</w:t>
        <w:br/>
        <w:t>f 32325/3091/2858 32323/3089/2856 32326/3090/2857</w:t>
        <w:br/>
        <w:t>f 32328/3092/2859 32325/3091/2858 32327/3093/2860</w:t>
        <w:br/>
        <w:t>f 32332/3094/2861 32331/3095/2862 32330/3096/2863</w:t>
        <w:br/>
        <w:t>f 32329/3097/2758 32332/3094/2861 32330/3096/2863</w:t>
        <w:br/>
        <w:t>f 32334/3098/2864 32332/3094/2861 32329/3097/2758</w:t>
        <w:br/>
        <w:t>f 32333/3099/2865 32334/3098/2864 32329/3097/2758</w:t>
        <w:br/>
        <w:t>f 32336/3100/2866 32335/3101/2867 32334/3098/2864</w:t>
        <w:br/>
        <w:t>f 32333/3099/2865 32336/3100/2866 32334/3098/2864</w:t>
        <w:br/>
        <w:t>f 32339/3102/2868 32295/3057/2826 32338/3103/2869</w:t>
        <w:br/>
        <w:t>f 32337/3104/2870 32339/3102/2868 32338/3103/2869</w:t>
        <w:br/>
        <w:t>f 32343/3105/2871 32342/3106/2872 32341/3107/2873</w:t>
        <w:br/>
        <w:t>f 32340/3108/2874 32343/3105/2871 32341/3107/2873</w:t>
        <w:br/>
        <w:t>f 32247/3009/2780 32345/3109/2875 32344/3110/2876</w:t>
        <w:br/>
        <w:t>f 32347/3111/2877 32274/3036/2807 32271/3039/2810</w:t>
        <w:br/>
        <w:t>f 32346/3112/2878 32347/3111/2877 32271/3039/2810</w:t>
        <w:br/>
        <w:t>f 32270/3033/2804 32341/3107/2873 32348/3113/2879</w:t>
        <w:br/>
        <w:t>f 32234/2998/2769 32157/2923/2702 32158/2922/2701</w:t>
        <w:br/>
        <w:t>f 32168/2934/2713 32234/2998/2769 32158/2922/2701</w:t>
        <w:br/>
        <w:t>f 32169/2933/2712 32167/2929/2708 32164/2932/2711</w:t>
        <w:br/>
        <w:t>f 32349/3114/2880 32169/2933/2712 32164/2932/2711</w:t>
        <w:br/>
        <w:t>f 32160/2928/2707 32171/2936/2715 32350/3115/2881</w:t>
        <w:br/>
        <w:t>f 32163/2925/2704 32160/2928/2707 32350/3115/2881</w:t>
        <w:br/>
        <w:t>f 32239/3001/2772 32236/3004/2775 32255/3020/2791</w:t>
        <w:br/>
        <w:t>f 32298/3061/2830 32239/3001/2772 32255/3020/2791</w:t>
        <w:br/>
        <w:t>f 32254/3017/2788 32243/3005/2776 32240/3008/2779</w:t>
        <w:br/>
        <w:t>f 32351/3116/2882 32254/3017/2788 32240/3008/2779</w:t>
        <w:br/>
        <w:t>f 32344/3110/2876 32352/3117/2883 32246/3010/2781</w:t>
        <w:br/>
        <w:t>f 32247/3009/2780 32344/3110/2876 32246/3010/2781</w:t>
        <w:br/>
        <w:t>f 32279/3046/2817 32251/3013/2784 32248/3016/2787</w:t>
        <w:br/>
        <w:t>f 32256/3021/2792 32279/3046/2817 32248/3016/2787</w:t>
        <w:br/>
        <w:t>f 32252/3019/2790 32291/3055/2824 32242/3006/2777</w:t>
        <w:br/>
        <w:t>f 32243/3005/2776 32252/3019/2790 32242/3006/2777</w:t>
        <w:br/>
        <w:t>f 32291/3055/2824 32252/3019/2790 32236/3004/2775</w:t>
        <w:br/>
        <w:t>f 32237/3003/2774 32291/3055/2824 32236/3004/2775</w:t>
        <w:br/>
        <w:t>f 32248/3016/2787 32249/3015/2786 32351/3116/2882</w:t>
        <w:br/>
        <w:t>f 32240/3008/2779 32248/3016/2787 32351/3116/2882</w:t>
        <w:br/>
        <w:t>f 32354/3118/2884 32353/3119/2885 32258/3024/2795</w:t>
        <w:br/>
        <w:t>f 32346/3112/2878 32354/3118/2884 32258/3024/2795</w:t>
        <w:br/>
        <w:t>f 32358/3120/2886 32357/3121/2887 32356/3122/2888</w:t>
        <w:br/>
        <w:t>f 32355/3123/2889 32358/3120/2886 32356/3122/2888</w:t>
        <w:br/>
        <w:t>f 32360/3124/2890 32359/3125/2891 32272/3038/2809</w:t>
        <w:br/>
        <w:t>f 32264/3026/2797 32360/3124/2890 32272/3038/2809</w:t>
        <w:br/>
        <w:t>f 32239/3001/2772 32296/3063/2832 32300/3064/2833</w:t>
        <w:br/>
        <w:t>f 32238/3002/2773 32239/3001/2772 32300/3064/2833</w:t>
        <w:br/>
        <w:t>f 32296/3063/2832 32301/3067/2836 32309/3077/2844</w:t>
        <w:br/>
        <w:t>f 32300/3064/2833 32296/3063/2832 32309/3077/2844</w:t>
        <w:br/>
        <w:t>f 32308/3072/2839 32362/3126/2892 32361/3127/2893</w:t>
        <w:br/>
        <w:t>f 32312/3074/2841 32308/3072/2839 32361/3127/2893</w:t>
        <w:br/>
        <w:t>f 32340/3108/2874 32268/3035/2806 32364/3128/2894</w:t>
        <w:br/>
        <w:t>f 32363/3129/2895 32340/3108/2874 32364/3128/2894</w:t>
        <w:br/>
        <w:t>f 32365/3130/2896 32354/3118/2884 32346/3112/2878</w:t>
        <w:br/>
        <w:t>f 32271/3039/2810 32365/3130/2896 32346/3112/2878</w:t>
        <w:br/>
        <w:t>f 32269/3034/2805 32364/3128/2894 32268/3035/2806</w:t>
        <w:br/>
        <w:t>f 32368/3131/2897 32367/3132/2898 32366/3133/2899</w:t>
        <w:br/>
        <w:t>f 32370/3134/2900 32369/3135/2901 32191/2955/2734</w:t>
        <w:br/>
        <w:t>f 32192/2954/2733 32370/3134/2900 32191/2955/2734</w:t>
        <w:br/>
        <w:t>f 32373/3136/2902 32372/3137/2903 32371/3138/2904</w:t>
        <w:br/>
        <w:t>f 32212/2978/2755 32374/3139/2905 32152/2920/2699</w:t>
        <w:br/>
        <w:t>f 32153/2919/2698 32212/2978/2755 32152/2920/2699</w:t>
        <w:br/>
        <w:t>f 32340/3108/2874 32341/3107/2873 32268/3035/2806</w:t>
        <w:br/>
        <w:t>f 32342/3106/2872 32375/3140/2906 32348/3113/2879</w:t>
        <w:br/>
        <w:t>f 32341/3107/2873 32342/3106/2872 32348/3113/2879</w:t>
        <w:br/>
        <w:t>f 32340/3108/2874 32363/3129/2895 32376/3141/2907</w:t>
        <w:br/>
        <w:t>f 32343/3105/2871 32340/3108/2874 32376/3141/2907</w:t>
        <w:br/>
        <w:t>f 32268/3035/2806 32341/3107/2873 32270/3033/2804</w:t>
        <w:br/>
        <w:t>f 32212/2978/2755 32213/2977/2754 32378/3142/2908</w:t>
        <w:br/>
        <w:t>f 32377/3143/2909 32212/2978/2755 32378/3142/2908</w:t>
        <w:br/>
        <w:t>f 32362/3126/2892 32308/3072/2839 32307/3073/2840</w:t>
        <w:br/>
        <w:t>f 32379/3144/2910 32362/3126/2892 32307/3073/2840</w:t>
        <w:br/>
        <w:t>f 32383/3145/2911 32382/3146/2912 32381/3147/2913</w:t>
        <w:br/>
        <w:t>f 32380/3148/2911 32383/3145/2911 32381/3147/2913</w:t>
        <w:br/>
        <w:t>f 32385/3149/2914 32319/3083/2850 32314/3080/2847</w:t>
        <w:br/>
        <w:t>f 32384/3150/2915 32385/3149/2914 32314/3080/2847</w:t>
        <w:br/>
        <w:t>f 32301/3067/2836 32308/3072/2839 32312/3074/2841</w:t>
        <w:br/>
        <w:t>f 32309/3077/2844 32301/3067/2836 32312/3074/2841</w:t>
        <w:br/>
        <w:t>f 32374/3139/2905 32212/2978/2755 32377/3143/2909</w:t>
        <w:br/>
        <w:t>f 32386/3151/2916 32374/3139/2905 32377/3143/2909</w:t>
        <w:br/>
        <w:t>f 32207/2971/2748 32388/3152/2917 32387/3153/2918</w:t>
        <w:br/>
        <w:t>f 32206/2972/2749 32207/2971/2748 32387/3153/2918</w:t>
        <w:br/>
        <w:t>f 32160/2928/2707 32161/2927/2706 32389/3154/2919</w:t>
        <w:br/>
        <w:t>f 32233/2999/2770 32390/3155/2920 32156/2924/2703</w:t>
        <w:br/>
        <w:t>f 32157/2923/2702 32233/2999/2770 32156/2924/2703</w:t>
        <w:br/>
        <w:t>f 32158/2922/2701 32159/2921/2700 32166/2930/2709</w:t>
        <w:br/>
        <w:t>f 32167/2929/2708 32158/2922/2701 32166/2930/2709</w:t>
        <w:br/>
        <w:t>f 32392/3156/2921 32391/3157/2922 32164/2932/2711</w:t>
        <w:br/>
        <w:t>f 32165/2931/2710 32392/3156/2921 32164/2932/2711</w:t>
        <w:br/>
        <w:t>f 32179/2945/2724 32184/2949/2728 32186/2950/2729</w:t>
        <w:br/>
        <w:t>f 32206/2972/2749 32387/3153/2918 32390/3155/2920</w:t>
        <w:br/>
        <w:t>f 32233/2999/2770 32206/2972/2749 32390/3155/2920</w:t>
        <w:br/>
        <w:t>f 32386/3151/2916 32394/3158/2923 32393/3159/2924</w:t>
        <w:br/>
        <w:t>f 32374/3139/2905 32386/3151/2916 32393/3159/2924</w:t>
        <w:br/>
        <w:t>f 32152/2920/2699 32396/3160/2925 32395/3161/2926</w:t>
        <w:br/>
        <w:t>f 32155/2917/2696 32152/2920/2699 32395/3161/2926</w:t>
        <w:br/>
        <w:t>f 32400/3162/2927 32399/3163/2928 32398/3164/2929</w:t>
        <w:br/>
        <w:t>f 32397/3165/2927 32400/3162/2927 32398/3164/2929</w:t>
        <w:br/>
        <w:t>f 32404/3166/2930 32403/3167/2930 32402/3168/2931</w:t>
        <w:br/>
        <w:t>f 32401/3169/2931 32404/3166/2930 32402/3168/2931</w:t>
        <w:br/>
        <w:t>f 32160/2928/2707 32389/3154/2919 32170/2937/2716</w:t>
        <w:br/>
        <w:t>f 32342/3106/2872 32343/3105/2871 32356/3122/2888</w:t>
        <w:br/>
        <w:t>f 32405/3170/2932 32342/3106/2872 32356/3122/2888</w:t>
        <w:br/>
        <w:t>f 32266/3031/2802 32267/3030/2801 32406/3171/2933</w:t>
        <w:br/>
        <w:t>f 32405/3170/2932 32266/3031/2802 32406/3171/2933</w:t>
        <w:br/>
        <w:t>f 32264/3026/2797 32261/3029/2800 32407/3172/2934</w:t>
        <w:br/>
        <w:t>f 32360/3124/2890 32264/3026/2797 32407/3172/2934</w:t>
        <w:br/>
        <w:t>f 32410/3173/2935 32409/3174/2936 32408/3175/2937</w:t>
        <w:br/>
        <w:t>f 32372/3137/2903 32410/3173/2935 32408/3175/2937</w:t>
        <w:br/>
        <w:t>f 32413/3176/2938 32412/3177/2939 32339/3102/2868</w:t>
        <w:br/>
        <w:t>f 32411/3178/2940 32413/3176/2938 32339/3102/2868</w:t>
        <w:br/>
        <w:t>f 32415/3179/2941 32414/3180/2942 32408/3175/2937</w:t>
        <w:br/>
        <w:t>f 32411/3178/2940 32415/3179/2941 32408/3175/2937</w:t>
        <w:br/>
        <w:t>f 32337/3104/2870 32415/3179/2941 32411/3178/2940</w:t>
        <w:br/>
        <w:t>f 32339/3102/2868 32337/3104/2870 32411/3178/2940</w:t>
        <w:br/>
        <w:t>f 32373/3136/2902 32410/3173/2935 32372/3137/2903</w:t>
        <w:br/>
        <w:t>f 32188/2953/2732 32185/2951/2730 32186/2950/2729</w:t>
        <w:br/>
        <w:t>f 32198/2964/2742 32416/3181/2943 32235/3000/2771</w:t>
        <w:br/>
        <w:t>f 32419/3182/2944 32418/3183/2945 32417/3184/2945</w:t>
        <w:br/>
        <w:t>f 32372/3137/2903 32419/3182/2944 32417/3184/2945</w:t>
        <w:br/>
        <w:t>f 32371/3138/2904 32421/3185/2946 32420/3186/2947</w:t>
        <w:br/>
        <w:t>f 32373/3136/2902 32371/3138/2904 32420/3186/2947</w:t>
        <w:br/>
        <w:t>f 32266/3031/2802 32357/3121/2887 32261/3029/2800</w:t>
        <w:br/>
        <w:t>f 32262/3028/2799 32266/3031/2802 32261/3029/2800</w:t>
        <w:br/>
        <w:t>f 32263/3027/2798 32422/3187/2948 32265/3032/2803</w:t>
        <w:br/>
        <w:t>f 32262/3028/2799 32263/3027/2798 32265/3032/2803</w:t>
        <w:br/>
        <w:t>f 32358/3120/2886 32407/3172/2934 32261/3029/2800</w:t>
        <w:br/>
        <w:t>f 32357/3121/2887 32358/3120/2886 32261/3029/2800</w:t>
        <w:br/>
        <w:t>f 32418/3183/2945 32424/3188/2949 32423/3189/2949</w:t>
        <w:br/>
        <w:t>f 32417/3184/2945 32418/3183/2945 32423/3189/2949</w:t>
        <w:br/>
        <w:t>f 32427/3190/2950 32426/3191/2951 32425/3192/2952</w:t>
        <w:br/>
        <w:t>f 32431/3193/2953 32430/3194/2954 32429/3195/2954</w:t>
        <w:br/>
        <w:t>f 32428/3196/2953 32431/3193/2953 32429/3195/2954</w:t>
        <w:br/>
        <w:t>f 32424/3188/2949 32429/3195/2954 32430/3194/2954</w:t>
        <w:br/>
        <w:t>f 32423/3189/2949 32424/3188/2949 32430/3194/2954</w:t>
        <w:br/>
        <w:t>f 32425/3192/2952 32431/3193/2953 32428/3196/2953</w:t>
        <w:br/>
        <w:t>f 32427/3190/2950 32425/3192/2952 32428/3196/2953</w:t>
        <w:br/>
        <w:t>f 32264/3026/2797 32272/3038/2809 32273/3037/2808</w:t>
        <w:br/>
        <w:t>f 32263/3027/2798 32264/3026/2797 32273/3037/2808</w:t>
        <w:br/>
        <w:t>f 32271/3039/2810 32272/3038/2809 32359/3125/2891</w:t>
        <w:br/>
        <w:t>f 32365/3130/2896 32271/3039/2810 32359/3125/2891</w:t>
        <w:br/>
        <w:t>f 32434/3197/2955 32433/3198/2956 32432/3199/2957</w:t>
        <w:br/>
        <w:t>f 32181/2943/2722 32178/2946/2725 32174/2939/2718</w:t>
        <w:br/>
        <w:t>f 32435/3200/2958 32181/2943/2722 32174/2939/2718</w:t>
        <w:br/>
        <w:t>f 32174/2939/2718 32178/2946/2725 32182/2948/2727</w:t>
        <w:br/>
        <w:t>f 32177/2941/2720 32174/2939/2718 32182/2948/2727</w:t>
        <w:br/>
        <w:t>f 32231/2995/2768 32235/3000/2771 32416/3181/2943</w:t>
        <w:br/>
        <w:t>f 32230/2996/2768 32231/2995/2768 32416/3181/2943</w:t>
        <w:br/>
        <w:t>f 32438/3201/2959 32437/3202/2960 32436/3203/2961</w:t>
        <w:br/>
        <w:t>f 32436/3203/2961 32440/3204/2962 32439/3205/2963</w:t>
        <w:br/>
        <w:t>f 32442/3206/2964 32441/3207/2965 32439/3205/2963</w:t>
        <w:br/>
        <w:t>f 32440/3204/2962 32442/3206/2964 32439/3205/2963</w:t>
        <w:br/>
        <w:t>f 32277/3041/2812 32278/3040/2811 32444/3208/2966</w:t>
        <w:br/>
        <w:t>f 32443/3209/2967 32277/3041/2812 32444/3208/2966</w:t>
        <w:br/>
        <w:t>f 32247/3009/2780 32445/3210/2968 32345/3109/2875</w:t>
        <w:br/>
        <w:t>f 32446/3211/2969 32245/3011/2782 32279/3046/2817</w:t>
        <w:br/>
        <w:t>f 32280/3045/2816 32446/3211/2969 32279/3046/2817</w:t>
        <w:br/>
        <w:t>f 32447/3212/2970 32292/3060/2829 32335/3101/2867</w:t>
        <w:br/>
        <w:t>f 32336/3100/2866 32447/3212/2970 32335/3101/2867</w:t>
        <w:br/>
        <w:t>f 32294/3058/2827 32412/3177/2939 32275/3043/2814</w:t>
        <w:br/>
        <w:t>f 32276/3042/2813 32294/3058/2827 32275/3043/2814</w:t>
        <w:br/>
        <w:t>f 32277/3041/2812 32442/3206/2964 32448/3213/2971</w:t>
        <w:br/>
        <w:t>f 32276/3042/2813 32277/3041/2812 32448/3213/2971</w:t>
        <w:br/>
        <w:t>f 32451/3214/2972 32450/3215/2973 32449/3216/2974</w:t>
        <w:br/>
        <w:t>f 32455/3217/2975 32454/3218/2976 32453/3219/2977</w:t>
        <w:br/>
        <w:t>f 32452/3220/2978 32455/3217/2975 32453/3219/2977</w:t>
        <w:br/>
        <w:t>f 32458/3221/2979 32457/3222/2980 32353/3119/2885</w:t>
        <w:br/>
        <w:t>f 32456/3223/2981 32458/3221/2979 32353/3119/2885</w:t>
        <w:br/>
        <w:t>f 32460/3224/2982 32459/3225/2983 32458/3221/2979</w:t>
        <w:br/>
        <w:t>f 32456/3223/2981 32460/3224/2982 32458/3221/2979</w:t>
        <w:br/>
        <w:t>f 32463/3226/2984 32462/3227/2985 32461/3228/2986</w:t>
        <w:br/>
        <w:t>f 32467/3229/2987 32466/3230/2988 32465/3231/2989</w:t>
        <w:br/>
        <w:t>f 32464/3232/2990 32467/3229/2987 32465/3231/2989</w:t>
        <w:br/>
        <w:t>f 32452/3220/2978 32345/3109/2875 32445/3210/2968</w:t>
        <w:br/>
        <w:t>f 32455/3217/2975 32452/3220/2978 32445/3210/2968</w:t>
        <w:br/>
        <w:t>f 32469/3233/2991 32468/3234/2992 32454/3218/2976</w:t>
        <w:br/>
        <w:t>f 32455/3217/2975 32469/3233/2991 32454/3218/2976</w:t>
        <w:br/>
        <w:t>f 32470/3235/2993 32466/3230/2988 32462/3227/2985</w:t>
        <w:br/>
        <w:t>f 32463/3226/2984 32470/3235/2993 32462/3227/2985</w:t>
        <w:br/>
        <w:t>f 32244/3012/2783 32471/3236/2994 32445/3210/2968</w:t>
        <w:br/>
        <w:t>f 32247/3009/2780 32244/3012/2783 32445/3210/2968</w:t>
        <w:br/>
        <w:t>f 32462/3227/2985 32472/3237/2995 32461/3228/2986</w:t>
        <w:br/>
        <w:t>f 32472/3237/2995 32462/3227/2985 32466/3230/2988</w:t>
        <w:br/>
        <w:t>f 32467/3229/2987 32472/3237/2995 32466/3230/2988</w:t>
        <w:br/>
        <w:t>f 32473/3238/2996 32465/3231/2989 32466/3230/2988</w:t>
        <w:br/>
        <w:t>f 32470/3235/2993 32473/3238/2996 32466/3230/2988</w:t>
        <w:br/>
        <w:t>f 32259/3023/2794 32347/3111/2877 32346/3112/2878</w:t>
        <w:br/>
        <w:t>f 32258/3024/2795 32259/3023/2794 32346/3112/2878</w:t>
        <w:br/>
        <w:t>f 32353/3119/2885 32257/3025/2796 32258/3024/2795</w:t>
        <w:br/>
        <w:t>f 32409/3174/2936 32413/3176/2938 32411/3178/2940</w:t>
        <w:br/>
        <w:t>f 32408/3175/2937 32409/3174/2936 32411/3178/2940</w:t>
        <w:br/>
        <w:t>f 32414/3180/2942 32419/3182/2944 32372/3137/2903</w:t>
        <w:br/>
        <w:t>f 32408/3175/2937 32414/3180/2942 32372/3137/2903</w:t>
        <w:br/>
        <w:t>f 32476/3239/2997 32475/3240/2998 32474/3241/2999</w:t>
        <w:br/>
        <w:t>f 32454/3218/2976 32465/3231/2989 32473/3238/2996</w:t>
        <w:br/>
        <w:t>f 32453/3219/2977 32454/3218/2976 32473/3238/2996</w:t>
        <w:br/>
        <w:t>f 32468/3234/2992 32464/3232/2990 32465/3231/2989</w:t>
        <w:br/>
        <w:t>f 32454/3218/2976 32468/3234/2992 32465/3231/2989</w:t>
        <w:br/>
        <w:t>f 32478/3242/3000 32459/3225/2983 32460/3224/2982</w:t>
        <w:br/>
        <w:t>f 32477/3243/3001 32478/3242/3000 32460/3224/2982</w:t>
        <w:br/>
        <w:t>f 32479/3244/3002 32278/3040/2811 32275/3043/2814</w:t>
        <w:br/>
        <w:t>f 32257/3025/2796 32479/3244/3002 32275/3043/2814</w:t>
        <w:br/>
        <w:t>f 32332/3094/2861 32480/3245/3003 32327/3093/2860</w:t>
        <w:br/>
        <w:t>f 32331/3095/2862 32332/3094/2861 32327/3093/2860</w:t>
        <w:br/>
        <w:t>f 32334/3098/2864 32481/3246/3004 32480/3245/3003</w:t>
        <w:br/>
        <w:t>f 32332/3094/2861 32334/3098/2864 32480/3245/3003</w:t>
        <w:br/>
        <w:t>f 32482/3247/2737 32330/3096/2863 32331/3095/2862</w:t>
        <w:br/>
        <w:t>f 32326/3090/2857 32482/3247/2737 32331/3095/2862</w:t>
        <w:br/>
        <w:t>f 32335/3101/2867 32483/3248/3005 32481/3246/3004</w:t>
        <w:br/>
        <w:t>f 32334/3098/2864 32335/3101/2867 32481/3246/3004</w:t>
        <w:br/>
        <w:t>f 32436/3203/2961 32437/3202/2960 32440/3204/2962</w:t>
        <w:br/>
        <w:t>f 32437/3202/2960 32484/3249/3006 32440/3204/2962</w:t>
        <w:br/>
        <w:t>f 32276/3042/2813 32448/3213/2971 32293/3059/2828</w:t>
        <w:br/>
        <w:t>f 32294/3058/2827 32276/3042/2813 32293/3059/2828</w:t>
        <w:br/>
        <w:t>f 32339/3102/2868 32412/3177/2939 32294/3058/2827</w:t>
        <w:br/>
        <w:t>f 32295/3057/2826 32339/3102/2868 32294/3058/2827</w:t>
        <w:br/>
        <w:t>f 32480/3245/3003 32438/3201/2959 32328/3092/2859</w:t>
        <w:br/>
        <w:t>f 32327/3093/2860 32480/3245/3003 32328/3092/2859</w:t>
        <w:br/>
        <w:t>f 32437/3202/2960 32438/3201/2959 32480/3245/3003</w:t>
        <w:br/>
        <w:t>f 32481/3246/3004 32437/3202/2960 32480/3245/3003</w:t>
        <w:br/>
        <w:t>f 32483/3248/3005 32484/3249/3006 32437/3202/2960</w:t>
        <w:br/>
        <w:t>f 32481/3246/3004 32483/3248/3005 32437/3202/2960</w:t>
        <w:br/>
        <w:t>f 32257/3025/2796 32275/3043/2814 32412/3177/2939</w:t>
        <w:br/>
        <w:t>f 32260/3022/2793 32257/3025/2796 32412/3177/2939</w:t>
        <w:br/>
        <w:t>f 32325/3091/2858 32326/3090/2857 32327/3093/2860</w:t>
        <w:br/>
        <w:t>f 32487/3250/3007 32476/3239/2997 32486/3251/3008</w:t>
        <w:br/>
        <w:t>f 32485/3252/3009 32487/3250/3007 32486/3251/3008</w:t>
        <w:br/>
        <w:t>f 32489/3253/3010 32487/3250/3007 32485/3252/3009</w:t>
        <w:br/>
        <w:t>f 32488/3254/3011 32489/3253/3010 32485/3252/3009</w:t>
        <w:br/>
        <w:t>f 32257/3025/2796 32457/3222/2980 32486/3251/3008</w:t>
        <w:br/>
        <w:t>f 32479/3244/3002 32257/3025/2796 32486/3251/3008</w:t>
        <w:br/>
        <w:t>f 32451/3214/2972 32491/3255/3012 32490/3256/3013</w:t>
        <w:br/>
        <w:t>f 32450/3215/2973 32451/3214/2972 32490/3256/3013</w:t>
        <w:br/>
        <w:t>f 32475/3240/2998 32493/3257/3014 32492/3258/3015</w:t>
        <w:br/>
        <w:t>f 32474/3241/2999 32475/3240/2998 32492/3258/3015</w:t>
        <w:br/>
        <w:t>f 32496/3259/3016 32495/3260/3017 32494/3261/3018</w:t>
        <w:br/>
        <w:t>f 32175/2938/2717 32435/3200/2958 32174/2939/2718</w:t>
        <w:br/>
        <w:t>f 32499/3262/3019 32471/3236/2994 32498/3263/3020</w:t>
        <w:br/>
        <w:t>f 32497/3264/3021 32499/3262/3019 32498/3263/3020</w:t>
        <w:br/>
        <w:t>f 32455/3217/2975 32445/3210/2968 32471/3236/2994</w:t>
        <w:br/>
        <w:t>f 32469/3233/2991 32455/3217/2975 32471/3236/2994</w:t>
        <w:br/>
        <w:t>f 32175/2938/2717 32173/2940/2719 32171/2936/2715</w:t>
        <w:br/>
        <w:t>f 32172/2935/2714 32175/2938/2717 32171/2936/2715</w:t>
        <w:br/>
        <w:t>f 32229/2997/2767 32226/2992/2766 32227/2991/2766</w:t>
        <w:br/>
        <w:t>f 32232/2994/2767 32229/2997/2767 32227/2991/2766</w:t>
        <w:br/>
        <w:t>f 32173/2940/2719 32176/2942/2721 32350/3115/2881</w:t>
        <w:br/>
        <w:t>f 32171/2936/2715 32173/2940/2719 32350/3115/2881</w:t>
        <w:br/>
        <w:t>f 32324/3088/2855 32500/3265/2751 32482/3247/2737</w:t>
        <w:br/>
        <w:t>f 32326/3090/2857 32324/3088/2855 32482/3247/2737</w:t>
        <w:br/>
        <w:t>f 32384/3150/2915 32314/3080/2847 32315/3079/2846</w:t>
        <w:br/>
        <w:t>f 32501/3266/2908 32384/3150/2915 32315/3079/2846</w:t>
        <w:br/>
        <w:t>f 32319/3083/2850 32385/3149/2914 32502/3267/3022</w:t>
        <w:br/>
        <w:t>f 32318/3084/2851 32319/3083/2850 32502/3267/3022</w:t>
        <w:br/>
        <w:t>f 32318/3084/2851 32502/3267/3022 32503/3268/2756</w:t>
        <w:br/>
        <w:t>f 32322/3086/2853 32318/3084/2851 32503/3268/2756</w:t>
        <w:br/>
        <w:t>f 32313/3081/2848 32314/3080/2847 32319/3083/2850</w:t>
        <w:br/>
        <w:t>f 32320/3082/2849 32313/3081/2848 32319/3083/2850</w:t>
        <w:br/>
        <w:t>f 32322/3086/2853 32503/3268/2756 32500/3265/2751</w:t>
        <w:br/>
        <w:t>f 32324/3088/2855 32322/3086/2853 32500/3265/2751</w:t>
        <w:br/>
        <w:t>f 32477/3243/3001 32495/3260/3017 32478/3242/3000</w:t>
        <w:br/>
        <w:t>f 32488/3254/3011 32490/3256/3013 32491/3255/3012</w:t>
        <w:br/>
        <w:t>f 32489/3253/3010 32488/3254/3011 32491/3255/3012</w:t>
        <w:br/>
        <w:t>f 32485/3252/3009 32486/3251/3008 32457/3222/2980</w:t>
        <w:br/>
        <w:t>f 32458/3221/2979 32485/3252/3009 32457/3222/2980</w:t>
        <w:br/>
        <w:t>f 32488/3254/3011 32485/3252/3009 32458/3221/2979</w:t>
        <w:br/>
        <w:t>f 32459/3225/2983 32488/3254/3011 32458/3221/2979</w:t>
        <w:br/>
        <w:t>f 32490/3256/3013 32488/3254/3011 32459/3225/2983</w:t>
        <w:br/>
        <w:t>f 32478/3242/3000 32490/3256/3013 32459/3225/2983</w:t>
        <w:br/>
        <w:t>f 32257/3025/2796 32353/3119/2885 32457/3222/2980</w:t>
        <w:br/>
        <w:t>f 32495/3260/3017 32496/3259/3016 32478/3242/3000</w:t>
        <w:br/>
        <w:t>f 32507/3269/3023 32506/3270/3024 32505/3271/3025</w:t>
        <w:br/>
        <w:t>f 32504/3272/3023 32507/3269/3023 32505/3271/3025</w:t>
        <w:br/>
        <w:t>f 32246/3010/2781 32251/3013/2784 32279/3046/2817</w:t>
        <w:br/>
        <w:t>f 32245/3011/2782 32246/3010/2781 32279/3046/2817</w:t>
        <w:br/>
        <w:t>f 32483/3248/3005 32335/3101/2867 32292/3060/2829</w:t>
        <w:br/>
        <w:t>f 32293/3059/2828 32483/3248/3005 32292/3060/2829</w:t>
        <w:br/>
        <w:t>f 32250/3014/2785 32251/3013/2784 32246/3010/2781</w:t>
        <w:br/>
        <w:t>f 32352/3117/2883 32250/3014/2785 32246/3010/2781</w:t>
        <w:br/>
        <w:t>f 32349/3114/2880 32164/2932/2711 32391/3157/2922</w:t>
        <w:br/>
        <w:t>f 32508/3273/3026 32349/3114/2880 32391/3157/2922</w:t>
        <w:br/>
        <w:t>f 32510/3274/3027 32509/3275/3028 32391/3157/2922</w:t>
        <w:br/>
        <w:t>f 32392/3156/2921 32510/3274/3027 32391/3157/2922</w:t>
        <w:br/>
        <w:t>f 32442/3206/2964 32277/3041/2812 32443/3209/2967</w:t>
        <w:br/>
        <w:t>f 32441/3207/2965 32442/3206/2964 32443/3209/2967</w:t>
        <w:br/>
        <w:t>f 32514/3276/3029 32513/3277/3030 32512/3278/3030</w:t>
        <w:br/>
        <w:t>f 32511/3279/3029 32514/3276/3029 32512/3278/3030</w:t>
        <w:br/>
        <w:t>f 32447/3212/2970 32338/3103/2869 32295/3057/2826</w:t>
        <w:br/>
        <w:t>f 32292/3060/2829 32447/3212/2970 32295/3057/2826</w:t>
        <w:br/>
        <w:t>f 32440/3204/2962 32484/3249/3006 32448/3213/2971</w:t>
        <w:br/>
        <w:t>f 32442/3206/2964 32440/3204/2962 32448/3213/2971</w:t>
        <w:br/>
        <w:t>f 32484/3249/3006 32483/3248/3005 32293/3059/2828</w:t>
        <w:br/>
        <w:t>f 32448/3213/2971 32484/3249/3006 32293/3059/2828</w:t>
        <w:br/>
        <w:t>f 32326/3090/2857 32331/3095/2862 32327/3093/2860</w:t>
        <w:br/>
        <w:t>f 32518/3280/3031 32517/3281/3032 32516/3282/3033</w:t>
        <w:br/>
        <w:t>f 32515/3283/3034 32518/3280/3031 32516/3282/3033</w:t>
        <w:br/>
        <w:t>f 32520/3284/3035 32516/3282/3033 32517/3281/3032</w:t>
        <w:br/>
        <w:t>f 32519/3285/3036 32520/3284/3035 32517/3281/3032</w:t>
        <w:br/>
        <w:t>f 32520/3284/3035 32519/3285/3036 32522/3286/3037</w:t>
        <w:br/>
        <w:t>f 32521/3287/3037 32520/3284/3035 32522/3286/3037</w:t>
        <w:br/>
        <w:t>f 32521/3287/3037 32522/3286/3037 32524/3288/3038</w:t>
        <w:br/>
        <w:t>f 32523/3289/3039 32521/3287/3037 32524/3288/3038</w:t>
        <w:br/>
        <w:t>f 32518/3280/3031 32515/3283/3034 32525/3290/3040</w:t>
        <w:br/>
        <w:t>f 32529/3291/3041 32528/3292/3042 32527/3293/3043</w:t>
        <w:br/>
        <w:t>f 32526/3294/3043 32529/3291/3041 32527/3293/3043</w:t>
        <w:br/>
        <w:t>f 32526/3294/3043 32527/3293/3043 32531/3295/3044</w:t>
        <w:br/>
        <w:t>f 32530/3296/3044 32526/3294/3043 32531/3295/3044</w:t>
        <w:br/>
        <w:t>f 32530/3296/3044 32531/3295/3044 32533/3297/3045</w:t>
        <w:br/>
        <w:t>f 32532/3298/3045 32530/3296/3044 32533/3297/3045</w:t>
        <w:br/>
        <w:t>f 32532/3298/3045 32533/3297/3045 32534/3299/3046</w:t>
        <w:br/>
        <w:t>f 32538/3300/3047 32537/3301/3048 32536/3302/3049</w:t>
        <w:br/>
        <w:t>f 32535/3303/2955 32538/3300/3047 32536/3302/3049</w:t>
        <w:br/>
        <w:t>f 32535/3303/2955 32536/3302/3049 32540/3304/3050</w:t>
        <w:br/>
        <w:t>f 32539/3305/2956 32535/3303/2955 32540/3304/3050</w:t>
        <w:br/>
        <w:t>f 32539/3305/2956 32540/3304/3050 32542/3306/3051</w:t>
        <w:br/>
        <w:t>f 32541/3307/3052 32539/3305/2956 32542/3306/3051</w:t>
        <w:br/>
        <w:t>f 32543/3308/3053 32541/3307/3052 32542/3306/3051</w:t>
        <w:br/>
        <w:t>f 32544/3309/3054 32543/3308/3053 32542/3306/3051</w:t>
        <w:br/>
        <w:t>f 32548/3310/3055 32547/3311/3056 32546/3312/3057</w:t>
        <w:br/>
        <w:t>f 32545/3313/3058 32548/3310/3055 32546/3312/3057</w:t>
        <w:br/>
        <w:t>f 32550/3314/3059 32548/3310/3055 32545/3313/3058</w:t>
        <w:br/>
        <w:t>f 32549/3315/3060 32550/3314/3059 32545/3313/3058</w:t>
        <w:br/>
        <w:t>f 32552/3316/3061 32550/3314/3059 32549/3315/3060</w:t>
        <w:br/>
        <w:t>f 32551/3317/3061 32552/3316/3061 32549/3315/3060</w:t>
        <w:br/>
        <w:t>f 32552/3316/3061 32551/3317/3061 32553/3318/3062</w:t>
        <w:br/>
        <w:t>f 32537/3301/3048 32555/3319/3063 32554/3320/3064</w:t>
        <w:br/>
        <w:t>f 32536/3302/3049 32537/3301/3048 32554/3320/3064</w:t>
        <w:br/>
        <w:t>f 32536/3302/3049 32554/3320/3064 32556/3321/3065</w:t>
        <w:br/>
        <w:t>f 32540/3304/3050 32536/3302/3049 32556/3321/3065</w:t>
        <w:br/>
        <w:t>f 32556/3321/3065 32557/3322/3066 32542/3306/3051</w:t>
        <w:br/>
        <w:t>f 32540/3304/3050 32556/3321/3065 32542/3306/3051</w:t>
        <w:br/>
        <w:t>f 32557/3322/3066 32558/3323/3067 32544/3309/3054</w:t>
        <w:br/>
        <w:t>f 32542/3306/3051 32557/3322/3066 32544/3309/3054</w:t>
        <w:br/>
        <w:t>f 32558/3323/3067 32560/3324/3068 32559/3325/3069</w:t>
        <w:br/>
        <w:t>f 32544/3309/3054 32558/3323/3067 32559/3325/3069</w:t>
        <w:br/>
        <w:t>f 32562/3326/3070 32561/3327/3071 32549/3315/3060</w:t>
        <w:br/>
        <w:t>f 32545/3313/3058 32562/3326/3070 32549/3315/3060</w:t>
        <w:br/>
        <w:t>f 32564/3328/3072 32563/3329/3073 32549/3315/3060</w:t>
        <w:br/>
        <w:t>f 32561/3327/3071 32564/3328/3072 32549/3315/3060</w:t>
        <w:br/>
        <w:t>f 32563/3329/3073 32564/3328/3072 32565/3330/3074</w:t>
        <w:br/>
        <w:t>f 32343/3105/2871 32376/3141/2907 32355/3123/2889</w:t>
        <w:br/>
        <w:t>f 32356/3122/2888 32343/3105/2871 32355/3123/2889</w:t>
        <w:br/>
        <w:t>f 32357/3121/2887 32266/3031/2802 32405/3170/2932</w:t>
        <w:br/>
        <w:t>f 32356/3122/2888 32357/3121/2887 32405/3170/2932</w:t>
        <w:br/>
        <w:t>f 32375/3140/2906 32342/3106/2872 32405/3170/2932</w:t>
        <w:br/>
        <w:t>f 32406/3171/2933 32375/3140/2906 32405/3170/2932</w:t>
        <w:br/>
        <w:t>f 32547/3311/3056 32543/3308/3053 32544/3309/3054</w:t>
        <w:br/>
        <w:t>f 32546/3312/3057 32547/3311/3056 32544/3309/3054</w:t>
        <w:br/>
        <w:t>f 32560/3324/3068 32562/3326/3070 32545/3313/3058</w:t>
        <w:br/>
        <w:t>f 32546/3312/3057 32560/3324/3068 32545/3313/3058</w:t>
        <w:br/>
        <w:t>f 32569/3331/3075 32568/3332/3075 32567/3333/3076</w:t>
        <w:br/>
        <w:t>f 32566/3334/3077 32569/3331/3075 32567/3333/3076</w:t>
        <w:br/>
        <w:t>f 32573/3335/3078 32572/3336/3079 32571/3337/3080</w:t>
        <w:br/>
        <w:t>f 32570/3338/3080 32573/3335/3078 32571/3337/3080</w:t>
        <w:br/>
        <w:t>f 32570/3338/3080 32571/3337/3080 32575/3339/3081</w:t>
        <w:br/>
        <w:t>f 32574/3340/3047 32570/3338/3080 32575/3339/3081</w:t>
        <w:br/>
        <w:t>f 32566/3334/3077 32567/3333/3076 32572/3336/3079</w:t>
        <w:br/>
        <w:t>f 32573/3335/3078 32566/3334/3077 32572/3336/3079</w:t>
        <w:br/>
        <w:t>f 32579/3341/3082 32578/3342/3083 32577/3343/3084</w:t>
        <w:br/>
        <w:t>f 32576/3344/3084 32579/3341/3082 32577/3343/3084</w:t>
        <w:br/>
        <w:t>f 32583/3345/3085 32582/3346/3085 32581/3347/3086</w:t>
        <w:br/>
        <w:t>f 32580/3348/3086 32583/3345/3085 32581/3347/3086</w:t>
        <w:br/>
        <w:t>f 32580/3348/3086 32581/3347/3086 32585/3349/3087</w:t>
        <w:br/>
        <w:t>f 32584/3350/3087 32580/3348/3086 32585/3349/3087</w:t>
        <w:br/>
        <w:t>f 32576/3344/3084 32577/3343/3084 32582/3346/3085</w:t>
        <w:br/>
        <w:t>f 32583/3345/3085 32576/3344/3084 32582/3346/3085</w:t>
        <w:br/>
        <w:t>f 32568/3332/3075 32569/3331/3075 32586/3351/3088</w:t>
        <w:br/>
        <w:t>f 32578/3342/3083 32579/3341/3082 32587/3352/3089</w:t>
        <w:br/>
        <w:t>f 32555/3319/3063 32537/3301/3048 32588/3353/3090</w:t>
        <w:br/>
        <w:t>f 32529/3291/3041 32555/3319/3063 32588/3353/3090</w:t>
        <w:br/>
        <w:t>f 32537/3301/3048 32538/3300/3047 32589/3354/3091</w:t>
        <w:br/>
        <w:t>f 32588/3353/3090 32537/3301/3048 32589/3354/3091</w:t>
        <w:br/>
        <w:t>f 32591/3355/3092 32590/3356/3093 32584/3350/3087</w:t>
        <w:br/>
        <w:t>f 32585/3349/3087 32591/3355/3092 32584/3350/3087</w:t>
        <w:br/>
        <w:t>f 32593/3357/3094 32592/3358/3091 32574/3340/3047</w:t>
        <w:br/>
        <w:t>f 32575/3339/3081 32593/3357/3094 32574/3340/3047</w:t>
        <w:br/>
        <w:t>f 32528/3292/3042 32595/3359/3095 32594/3360/3096</w:t>
        <w:br/>
        <w:t>f 32529/3291/3041 32588/3353/3090 32597/3361/3097</w:t>
        <w:br/>
        <w:t>f 32596/3362/3098 32529/3291/3041 32597/3361/3097</w:t>
        <w:br/>
        <w:t>f 32588/3353/3090 32589/3354/3091 32599/3363/3099</w:t>
        <w:br/>
        <w:t>f 32598/3364/3100 32588/3353/3090 32599/3363/3099</w:t>
        <w:br/>
        <w:t>f 32590/3356/3093 32591/3355/3092 32601/3365/3101</w:t>
        <w:br/>
        <w:t>f 32600/3366/3102 32590/3356/3093 32601/3365/3101</w:t>
        <w:br/>
        <w:t>f 32592/3358/3103 32590/3356/3093 32600/3366/3102</w:t>
        <w:br/>
        <w:t>f 32602/3367/3104 32592/3358/3103 32600/3366/3102</w:t>
        <w:br/>
        <w:t>f 32594/3360/3096 32595/3359/3095 32603/3368/3105</w:t>
        <w:br/>
        <w:t>f 32524/3288/3038 32594/3360/3096 32603/3368/3105</w:t>
        <w:br/>
        <w:t>f 32596/3362/3098 32597/3361/3097 32605/3369/3106</w:t>
        <w:br/>
        <w:t>f 32604/3370/3107 32596/3362/3098 32605/3369/3106</w:t>
        <w:br/>
        <w:t>f 32597/3361/3108 32599/3363/3104 32607/3371/3109</w:t>
        <w:br/>
        <w:t>f 32606/3372/3110 32597/3361/3108 32607/3371/3109</w:t>
        <w:br/>
        <w:t>f 32600/3366/3102 32609/3373/3111 32608/3374/3112</w:t>
        <w:br/>
        <w:t>f 32602/3367/3104 32600/3366/3102 32608/3374/3112</w:t>
        <w:br/>
        <w:t>f 32600/3366/3102 32601/3365/3101 32609/3373/3111</w:t>
        <w:br/>
        <w:t>f 32613/3375/3113 32612/3376/3114 32611/3377/2736</w:t>
        <w:br/>
        <w:t>f 32610/3378/3115 32613/3375/3113 32611/3377/2736</w:t>
        <w:br/>
        <w:t>f 32610/3378/3115 32611/3377/2736 32615/3379/3116</w:t>
        <w:br/>
        <w:t>f 32614/3380/3117 32610/3378/3115 32615/3379/3116</w:t>
        <w:br/>
        <w:t>f 32614/3380/3117 32615/3379/3116 32617/3381/3118</w:t>
        <w:br/>
        <w:t>f 32616/3382/3118 32614/3380/3117 32617/3381/3118</w:t>
        <w:br/>
        <w:t>f 32616/3382/3118 32617/3381/3118 32619/3383/3119</w:t>
        <w:br/>
        <w:t>f 32618/3384/3119 32616/3382/3118 32619/3383/3119</w:t>
        <w:br/>
        <w:t>f 32618/3384/3119 32619/3383/3119 32621/3385/3120</w:t>
        <w:br/>
        <w:t>f 32620/3386/3120 32618/3384/3119 32621/3385/3120</w:t>
        <w:br/>
        <w:t>f 32620/3386/3120 32621/3385/3120 32623/3387/3121</w:t>
        <w:br/>
        <w:t>f 32622/3388/3121 32620/3386/3120 32623/3387/3121</w:t>
        <w:br/>
        <w:t>f 32622/3388/3121 32623/3387/3121 32624/3389/3122</w:t>
        <w:br/>
        <w:t>f 32625/3390/3122 32622/3388/3121 32624/3389/3122</w:t>
        <w:br/>
        <w:t>f 32627/3391/3123 32625/3390/3122 32624/3389/3122</w:t>
        <w:br/>
        <w:t>f 32626/3392/3123 32627/3391/3123 32624/3389/3122</w:t>
        <w:br/>
        <w:t>f 32627/3391/3123 32626/3392/3123 32628/3393/3124</w:t>
        <w:br/>
        <w:t>f 32524/3288/3038 32603/3368/3105 32629/3394/3125</w:t>
        <w:br/>
        <w:t>f 32604/3370/3107 32605/3369/3106 32631/3395/3126</w:t>
        <w:br/>
        <w:t>f 32630/3396/3127 32604/3370/3107 32631/3395/3126</w:t>
        <w:br/>
        <w:t>f 32605/3369/3106 32607/3371/3112 32612/3376/3114</w:t>
        <w:br/>
        <w:t>f 32631/3395/3126 32605/3369/3106 32612/3376/3114</w:t>
        <w:br/>
        <w:t>f 32608/3374/3112 32609/3373/3111 32632/3397/3114</w:t>
        <w:br/>
        <w:t>f 32629/3394/3125 32633/3398/3128 32523/3289/3039</w:t>
        <w:br/>
        <w:t>f 32524/3288/3038 32629/3394/3125 32523/3289/3039</w:t>
        <w:br/>
        <w:t>f 32636/3399/3129 32613/3375/3113 32635/3400/3130</w:t>
        <w:br/>
        <w:t>f 32634/3401/3131 32636/3399/3129 32635/3400/3130</w:t>
        <w:br/>
        <w:t>f 32629/3394/3125 32630/3396/3127 32638/3402/3132</w:t>
        <w:br/>
        <w:t>f 32637/3403/3133 32629/3394/3125 32638/3402/3132</w:t>
        <w:br/>
        <w:t>f 32630/3396/3127 32631/3395/3126 32638/3402/3132</w:t>
        <w:br/>
        <w:t>f 32633/3398/3128 32629/3394/3125 32637/3403/3133</w:t>
        <w:br/>
        <w:t>f 32639/3404/3134 32633/3398/3128 32637/3403/3133</w:t>
        <w:br/>
        <w:t>f 32634/3401/3131 32635/3400/3130 32641/3405/3135</w:t>
        <w:br/>
        <w:t>f 32640/3406/3136 32634/3401/3131 32641/3405/3135</w:t>
        <w:br/>
        <w:t>f 32637/3403/3133 32638/3402/3132 32643/3407/3137</w:t>
        <w:br/>
        <w:t>f 32642/3408/3138 32637/3403/3133 32643/3407/3137</w:t>
        <w:br/>
        <w:t>f 32634/3401/3131 32640/3406/3136 32643/3407/3137</w:t>
        <w:br/>
        <w:t>f 32638/3402/3132 32634/3401/3131 32643/3407/3137</w:t>
        <w:br/>
        <w:t>f 32639/3404/3134 32637/3403/3133 32642/3408/3138</w:t>
        <w:br/>
        <w:t>f 32644/3409/3139 32639/3404/3134 32642/3408/3138</w:t>
        <w:br/>
        <w:t>f 32641/3405/3135 32646/3410/3140 32645/3411/3141</w:t>
        <w:br/>
        <w:t>f 32640/3406/3136 32641/3405/3135 32645/3411/3141</w:t>
        <w:br/>
        <w:t>f 32643/3407/3137 32648/3412/3142 32647/3413/3143</w:t>
        <w:br/>
        <w:t>f 32642/3408/3138 32643/3407/3137 32647/3413/3143</w:t>
        <w:br/>
        <w:t>f 32640/3406/3136 32645/3411/3141 32648/3412/3142</w:t>
        <w:br/>
        <w:t>f 32643/3407/3137 32640/3406/3136 32648/3412/3142</w:t>
        <w:br/>
        <w:t>f 32642/3408/3138 32647/3413/3143 32649/3414/3144</w:t>
        <w:br/>
        <w:t>f 32644/3409/3139 32642/3408/3138 32649/3414/3144</w:t>
        <w:br/>
        <w:t>f 32646/3410/3140 32651/3415/3145 32650/3416/3146</w:t>
        <w:br/>
        <w:t>f 32645/3411/3141 32646/3410/3140 32650/3416/3146</w:t>
        <w:br/>
        <w:t>f 32648/3412/3142 32653/3417/3147 32652/3418/3148</w:t>
        <w:br/>
        <w:t>f 32647/3413/3143 32648/3412/3142 32652/3418/3148</w:t>
        <w:br/>
        <w:t>f 32645/3411/3141 32650/3416/3146 32653/3417/3147</w:t>
        <w:br/>
        <w:t>f 32648/3412/3142 32645/3411/3141 32653/3417/3147</w:t>
        <w:br/>
        <w:t>f 32647/3413/3143 32652/3418/3148 32654/3419/3149</w:t>
        <w:br/>
        <w:t>f 32649/3414/3144 32647/3413/3143 32654/3419/3149</w:t>
        <w:br/>
        <w:t>f 32651/3415/3145 32656/3420/3150 32655/3421/3151</w:t>
        <w:br/>
        <w:t>f 32650/3416/3146 32651/3415/3145 32655/3421/3151</w:t>
        <w:br/>
        <w:t>f 32653/3417/3147 32658/3422/3152 32657/3423/3153</w:t>
        <w:br/>
        <w:t>f 32652/3418/3148 32653/3417/3147 32657/3423/3153</w:t>
        <w:br/>
        <w:t>f 32650/3416/3146 32655/3421/3151 32658/3422/3152</w:t>
        <w:br/>
        <w:t>f 32653/3417/3147 32650/3416/3146 32658/3422/3152</w:t>
        <w:br/>
        <w:t>f 32652/3418/3148 32657/3423/3153 32659/3424/3154</w:t>
        <w:br/>
        <w:t>f 32654/3419/3149 32652/3418/3148 32659/3424/3154</w:t>
        <w:br/>
        <w:t>f 32656/3420/3150 32661/3425/3155 32660/3426/3156</w:t>
        <w:br/>
        <w:t>f 32655/3421/3151 32656/3420/3150 32660/3426/3156</w:t>
        <w:br/>
        <w:t>f 32658/3422/3152 32663/3427/3157 32662/3428/3158</w:t>
        <w:br/>
        <w:t>f 32657/3423/3153 32658/3422/3152 32662/3428/3158</w:t>
        <w:br/>
        <w:t>f 32655/3421/3151 32660/3426/3156 32663/3427/3157</w:t>
        <w:br/>
        <w:t>f 32658/3422/3152 32655/3421/3151 32663/3427/3157</w:t>
        <w:br/>
        <w:t>f 32657/3423/3153 32662/3428/3158 32664/3429/3159</w:t>
        <w:br/>
        <w:t>f 32659/3424/3154 32657/3423/3153 32664/3429/3159</w:t>
        <w:br/>
        <w:t>f 32661/3425/3155 32666/3430/3160 32665/3431/3161</w:t>
        <w:br/>
        <w:t>f 32660/3426/3156 32661/3425/3155 32665/3431/3161</w:t>
        <w:br/>
        <w:t>f 32663/3427/3157 32668/3432/3162 32667/3433/3163</w:t>
        <w:br/>
        <w:t>f 32662/3428/3158 32663/3427/3157 32667/3433/3163</w:t>
        <w:br/>
        <w:t>f 32660/3426/3156 32665/3431/3161 32668/3432/3162</w:t>
        <w:br/>
        <w:t>f 32663/3427/3157 32660/3426/3156 32668/3432/3162</w:t>
        <w:br/>
        <w:t>f 32662/3428/3158 32667/3433/3163 32669/3434/3164</w:t>
        <w:br/>
        <w:t>f 32664/3429/3159 32662/3428/3158 32669/3434/3164</w:t>
        <w:br/>
        <w:t>f 32666/3430/3160 32671/3435/3165 32670/3436/3166</w:t>
        <w:br/>
        <w:t>f 32665/3431/3161 32666/3430/3160 32670/3436/3166</w:t>
        <w:br/>
        <w:t>f 32668/3432/3162 32673/3437/3167 32672/3438/3168</w:t>
        <w:br/>
        <w:t>f 32667/3433/3163 32668/3432/3162 32672/3438/3168</w:t>
        <w:br/>
        <w:t>f 32665/3431/3161 32670/3436/3166 32673/3437/3167</w:t>
        <w:br/>
        <w:t>f 32668/3432/3162 32665/3431/3161 32673/3437/3167</w:t>
        <w:br/>
        <w:t>f 32667/3433/3163 32672/3438/3168 32674/3439/3169</w:t>
        <w:br/>
        <w:t>f 32669/3434/3164 32667/3433/3163 32674/3439/3169</w:t>
        <w:br/>
        <w:t>f 32671/3435/3165 32676/3440/3170 32675/3441/3171</w:t>
        <w:br/>
        <w:t>f 32670/3436/3166 32671/3435/3165 32675/3441/3171</w:t>
        <w:br/>
        <w:t>f 32673/3437/3167 32678/3442/3172 32677/3443/3173</w:t>
        <w:br/>
        <w:t>f 32672/3438/3168 32673/3437/3167 32677/3443/3173</w:t>
        <w:br/>
        <w:t>f 32670/3436/3166 32675/3441/3171 32678/3442/3172</w:t>
        <w:br/>
        <w:t>f 32673/3437/3167 32670/3436/3166 32678/3442/3172</w:t>
        <w:br/>
        <w:t>f 32672/3438/3168 32677/3443/3173 32679/3444/3174</w:t>
        <w:br/>
        <w:t>f 32674/3439/3169 32672/3438/3168 32679/3444/3174</w:t>
        <w:br/>
        <w:t>f 32676/3440/3170 32681/3445/3175 32680/3446/3176</w:t>
        <w:br/>
        <w:t>f 32675/3441/3171 32676/3440/3170 32680/3446/3176</w:t>
        <w:br/>
        <w:t>f 32678/3442/3172 32683/3447/3177 32682/3448/3178</w:t>
        <w:br/>
        <w:t>f 32677/3443/3173 32678/3442/3172 32682/3448/3178</w:t>
        <w:br/>
        <w:t>f 32675/3441/3171 32680/3446/3176 32683/3447/3177</w:t>
        <w:br/>
        <w:t>f 32678/3442/3172 32675/3441/3171 32683/3447/3177</w:t>
        <w:br/>
        <w:t>f 32677/3443/3173 32682/3448/3178 32684/3449/3179</w:t>
        <w:br/>
        <w:t>f 32679/3444/3174 32677/3443/3173 32684/3449/3179</w:t>
        <w:br/>
        <w:t>f 32681/3445/3175 32686/3450/3180 32685/3451/3181</w:t>
        <w:br/>
        <w:t>f 32680/3446/3176 32681/3445/3175 32685/3451/3181</w:t>
        <w:br/>
        <w:t>f 32682/3448/3178 32683/3447/3177 32687/3452/3182</w:t>
        <w:br/>
        <w:t>f 32688/3453/3183 32682/3448/3178 32687/3452/3182</w:t>
        <w:br/>
        <w:t>f 32687/3452/3182 32683/3447/3177 32680/3446/3176</w:t>
        <w:br/>
        <w:t>f 32685/3451/3181 32687/3452/3182 32680/3446/3176</w:t>
        <w:br/>
        <w:t>f 32684/3449/3179 32682/3448/3178 32688/3453/3183</w:t>
        <w:br/>
        <w:t>f 32689/3454/3184 32684/3449/3179 32688/3453/3183</w:t>
        <w:br/>
        <w:t>f 32686/3450/3180 32691/3455/3185 32690/3456/3186</w:t>
        <w:br/>
        <w:t>f 32685/3451/3181 32686/3450/3180 32690/3456/3186</w:t>
        <w:br/>
        <w:t>f 32688/3453/3183 32687/3452/3182 32693/3457/3187</w:t>
        <w:br/>
        <w:t>f 32692/3458/3188 32688/3453/3183 32693/3457/3187</w:t>
        <w:br/>
        <w:t>f 32687/3452/3182 32685/3451/3181 32690/3456/3186</w:t>
        <w:br/>
        <w:t>f 32693/3457/3187 32687/3452/3182 32690/3456/3186</w:t>
        <w:br/>
        <w:t>f 32689/3454/3184 32688/3453/3183 32692/3458/3188</w:t>
        <w:br/>
        <w:t>f 32694/3459/3189 32689/3454/3184 32692/3458/3188</w:t>
        <w:br/>
        <w:t>f 32691/3455/3185 32696/3460/3190 32695/3461/3191</w:t>
        <w:br/>
        <w:t>f 32690/3456/3186 32691/3455/3185 32695/3461/3191</w:t>
        <w:br/>
        <w:t>f 32692/3458/3188 32693/3457/3187 32698/3462/3192</w:t>
        <w:br/>
        <w:t>f 32697/3463/3193 32692/3458/3188 32698/3462/3192</w:t>
        <w:br/>
        <w:t>f 32693/3457/3187 32690/3456/3186 32695/3461/3191</w:t>
        <w:br/>
        <w:t>f 32698/3462/3192 32693/3457/3187 32695/3461/3191</w:t>
        <w:br/>
        <w:t>f 32694/3459/3189 32692/3458/3188 32697/3463/3193</w:t>
        <w:br/>
        <w:t>f 32699/3464/3194 32694/3459/3189 32697/3463/3193</w:t>
        <w:br/>
        <w:t>f 32703/3465/3195 32702/3466/3196 32701/3467/3197</w:t>
        <w:br/>
        <w:t>f 32700/3468/3198 32703/3465/3195 32701/3467/3197</w:t>
        <w:br/>
        <w:t>f 32707/3469/3199 32706/3470/3200 32705/3471/3201</w:t>
        <w:br/>
        <w:t>f 32704/3472/3202 32707/3469/3199 32705/3471/3201</w:t>
        <w:br/>
        <w:t>f 32711/3473/3203 32710/3474/3204 32709/3475/3205</w:t>
        <w:br/>
        <w:t>f 32708/3476/3206 32711/3473/3203 32709/3475/3205</w:t>
        <w:br/>
        <w:t>f 32706/3470/3200 32707/3469/3199 32713/3477/3207</w:t>
        <w:br/>
        <w:t>f 32712/3478/3208 32706/3470/3200 32713/3477/3207</w:t>
        <w:br/>
        <w:t>f 32707/3469/3199 32715/3479/3209 32714/3480/3210</w:t>
        <w:br/>
        <w:t>f 32713/3477/3207 32707/3469/3199 32714/3480/3210</w:t>
        <w:br/>
        <w:t>f 32709/3475/3205 32700/3468/3198 32717/3481/3211</w:t>
        <w:br/>
        <w:t>f 32716/3482/3212 32709/3475/3205 32717/3481/3211</w:t>
        <w:br/>
        <w:t>f 32704/3472/3202 32720/3483/3213 32719/3484/3214</w:t>
        <w:br/>
        <w:t>f 32718/3485/3215 32704/3472/3202 32719/3484/3214</w:t>
        <w:br/>
        <w:t>f 32723/3486/3216 32722/3487/3217 32721/3488/3218</w:t>
        <w:br/>
        <w:t>f 32725/3489/3219 32724/3490/3220 32721/3488/3218</w:t>
        <w:br/>
        <w:t>f 32722/3487/3217 32725/3489/3219 32721/3488/3218</w:t>
        <w:br/>
        <w:t>f 32729/3491/3221 32728/3492/3222 32727/3493/3223</w:t>
        <w:br/>
        <w:t>f 32726/3494/3224 32729/3491/3221 32727/3493/3223</w:t>
        <w:br/>
        <w:t>f 32726/3494/3224 32731/3495/3225 32730/3496/3226</w:t>
        <w:br/>
        <w:t>f 32728/3492/3222 32729/3491/3221 32732/3497/3227</w:t>
        <w:br/>
        <w:t>f 32729/3491/3221 32734/3498/3228 32733/3499/3229</w:t>
        <w:br/>
        <w:t>f 32732/3497/3227 32733/3499/3229 32735/3500/3230</w:t>
        <w:br/>
        <w:t>f 32735/3500/3230 32733/3499/3229 32736/3501/3231</w:t>
        <w:br/>
        <w:t>f 32740/3502/3232 32739/3503/3233 32738/3504/3233</w:t>
        <w:br/>
        <w:t>f 32737/3505/3232 32740/3502/3232 32738/3504/3233</w:t>
        <w:br/>
        <w:t>f 32744/3506/3234 32743/3507/3235 32742/3508/3236</w:t>
        <w:br/>
        <w:t>f 32741/3509/3237 32744/3506/3234 32742/3508/3236</w:t>
        <w:br/>
        <w:t>f 32748/3510/3238 32747/3511/3239 32746/3512/3240</w:t>
        <w:br/>
        <w:t>f 32745/3513/3241 32748/3510/3238 32746/3512/3240</w:t>
        <w:br/>
        <w:t>f 32745/3513/3241 32750/3514/3242 32749/3515/3242</w:t>
        <w:br/>
        <w:t>f 32748/3510/3238 32745/3513/3241 32749/3515/3242</w:t>
        <w:br/>
        <w:t>f 32736/3501/3231 32751/3516/3243 32735/3500/3230</w:t>
        <w:br/>
        <w:t>f 32750/3514/3242 32752/3517/3244 32749/3515/3242</w:t>
        <w:br/>
        <w:t>f 32729/3491/3221 32730/3496/3226 32734/3498/3228</w:t>
        <w:br/>
        <w:t>f 32756/3518/3245 32755/3519/3246 32754/3520/3247</w:t>
        <w:br/>
        <w:t>f 32753/3521/3248 32756/3518/3245 32754/3520/3247</w:t>
        <w:br/>
        <w:t>f 32743/3507/3235 32753/3521/3248 32757/3522/3249</w:t>
        <w:br/>
        <w:t>f 32742/3508/3236 32743/3507/3235 32757/3522/3249</w:t>
        <w:br/>
        <w:t>f 32754/3520/3247 32760/3523/3250 32759/3524/3251</w:t>
        <w:br/>
        <w:t>f 32758/3525/3252 32754/3520/3247 32759/3524/3251</w:t>
        <w:br/>
        <w:t>f 32764/3526/3253 32763/3527/3253 32762/3528/3254</w:t>
        <w:br/>
        <w:t>f 32761/3529/3255 32764/3526/3253 32762/3528/3254</w:t>
        <w:br/>
        <w:t>f 32768/3530/3256 32767/3531/3257 32766/3532/3258</w:t>
        <w:br/>
        <w:t>f 32765/3533/3259 32768/3530/3256 32766/3532/3258</w:t>
        <w:br/>
        <w:t>f 32772/3534/3260 32771/3535/3261 32770/3536/3262</w:t>
        <w:br/>
        <w:t>f 32769/3537/3263 32772/3534/3260 32770/3536/3262</w:t>
        <w:br/>
        <w:t>f 32765/3533/3259 32774/3538/3264 32773/3539/3264</w:t>
        <w:br/>
        <w:t>f 32768/3530/3256 32765/3533/3259 32773/3539/3264</w:t>
        <w:br/>
        <w:t>f 32778/3540/3265 32777/3541/3266 32776/3542/3267</w:t>
        <w:br/>
        <w:t>f 32775/3543/3268 32778/3540/3265 32776/3542/3267</w:t>
        <w:br/>
        <w:t>f 32782/3544/3269 32781/3545/3270 32780/3546/3271</w:t>
        <w:br/>
        <w:t>f 32779/3547/3271 32782/3544/3269 32780/3546/3271</w:t>
        <w:br/>
        <w:t>f 32701/3467/3197 32783/3548/3272 32743/3507/3235</w:t>
        <w:br/>
        <w:t>f 32744/3506/3234 32701/3467/3197 32743/3507/3235</w:t>
        <w:br/>
        <w:t>f 32787/3549/3273 32786/3550/3274 32785/3551/3275</w:t>
        <w:br/>
        <w:t>f 32784/3552/3276 32787/3549/3273 32785/3551/3275</w:t>
        <w:br/>
        <w:t>f 32753/3521/3248 32743/3507/3235 32783/3548/3272</w:t>
        <w:br/>
        <w:t>f 32756/3518/3245 32753/3521/3248 32783/3548/3272</w:t>
        <w:br/>
        <w:t>f 32747/3511/3239 32788/3553/3277 32746/3512/3240</w:t>
        <w:br/>
        <w:t>f 32726/3494/3224 32730/3496/3226 32729/3491/3221</w:t>
        <w:br/>
        <w:t>f 32792/3554/3278 32791/3555/3279 32790/3556/3280</w:t>
        <w:br/>
        <w:t>f 32789/3557/3281 32792/3554/3278 32790/3556/3280</w:t>
        <w:br/>
        <w:t>f 32796/3558/3282 32795/3559/3283 32794/3560/3284</w:t>
        <w:br/>
        <w:t>f 32793/3561/3285 32796/3558/3282 32794/3560/3284</w:t>
        <w:br/>
        <w:t>f 32800/3562/3286 32799/3563/3287 32798/3564/3288</w:t>
        <w:br/>
        <w:t>f 32797/3565/3289 32800/3562/3286 32798/3564/3288</w:t>
        <w:br/>
        <w:t>f 32804/3566/3290 32803/3567/3291 32802/3568/3292</w:t>
        <w:br/>
        <w:t>f 32801/3569/3293 32804/3566/3290 32802/3568/3292</w:t>
        <w:br/>
        <w:t>f 32807/3570/3294 32806/3571/3295 32796/3558/3282</w:t>
        <w:br/>
        <w:t>f 32805/3572/3296 32807/3570/3294 32796/3558/3282</w:t>
        <w:br/>
        <w:t>f 32791/3555/3279 32808/3573/3297 32807/3570/3294</w:t>
        <w:br/>
        <w:t>f 32805/3572/3296 32791/3555/3279 32807/3570/3294</w:t>
        <w:br/>
        <w:t>f 32795/3559/3283 32803/3567/3291 32809/3574/3298</w:t>
        <w:br/>
        <w:t>f 32794/3560/3284 32795/3559/3283 32809/3574/3298</w:t>
        <w:br/>
        <w:t>f 32813/3575/3299 32812/3576/3300 32811/3577/3301</w:t>
        <w:br/>
        <w:t>f 32810/3578/3302 32813/3575/3299 32811/3577/3301</w:t>
        <w:br/>
        <w:t>f 32817/3579/3303 32816/3580/3304 32815/3581/3305</w:t>
        <w:br/>
        <w:t>f 32814/3582/3306 32817/3579/3303 32815/3581/3305</w:t>
        <w:br/>
        <w:t>f 32820/3583/3307 32819/3584/3308 32815/3581/3305</w:t>
        <w:br/>
        <w:t>f 32818/3585/3309 32820/3583/3307 32815/3581/3305</w:t>
        <w:br/>
        <w:t>f 32823/3586/3310 32822/3587/3311 32821/3588/3312</w:t>
        <w:br/>
        <w:t>f 32827/3589/3313 32826/3590/3314 32825/3591/3315</w:t>
        <w:br/>
        <w:t>f 32824/3592/3316 32827/3589/3313 32825/3591/3315</w:t>
        <w:br/>
        <w:t>f 32831/3593/3317 32830/3594/3318 32829/3595/3319</w:t>
        <w:br/>
        <w:t>f 32828/3596/3320 32831/3593/3317 32829/3595/3319</w:t>
        <w:br/>
        <w:t>f 32809/3574/3298 32834/3597/3321 32833/3598/3322</w:t>
        <w:br/>
        <w:t>f 32832/3599/3323 32809/3574/3298 32833/3598/3322</w:t>
        <w:br/>
        <w:t>f 32793/3561/3285 32794/3560/3284 32836/3600/3324</w:t>
        <w:br/>
        <w:t>f 32835/3601/3325 32793/3561/3285 32836/3600/3324</w:t>
        <w:br/>
        <w:t>f 32839/3602/3326 32838/3603/3327 32837/3604/3328</w:t>
        <w:br/>
        <w:t>f 32841/3605/3329 32840/3606/3330 32789/3557/3281</w:t>
        <w:br/>
        <w:t>f 32790/3556/3280 32841/3605/3329 32789/3557/3281</w:t>
        <w:br/>
        <w:t>f 32843/3607/3331 32793/3561/3285 32835/3601/3325</w:t>
        <w:br/>
        <w:t>f 32842/3608/3332 32843/3607/3331 32835/3601/3325</w:t>
        <w:br/>
        <w:t>f 32794/3560/3284 32809/3574/3298 32832/3599/3323</w:t>
        <w:br/>
        <w:t>f 32836/3600/3324 32794/3560/3284 32832/3599/3323</w:t>
        <w:br/>
        <w:t>f 32847/3609/3333 32846/3610/3334 32845/3611/3335</w:t>
        <w:br/>
        <w:t>f 32844/3612/3336 32847/3609/3333 32845/3611/3335</w:t>
        <w:br/>
        <w:t>f 32850/3613/3337 32849/3614/3338 32848/3615/3339</w:t>
        <w:br/>
        <w:t>f 32792/3554/3278 32850/3613/3337 32848/3615/3339</w:t>
        <w:br/>
        <w:t>f 32840/3606/3330 32852/3616/3340 32851/3617/3341</w:t>
        <w:br/>
        <w:t>f 32789/3557/3281 32840/3606/3330 32851/3617/3341</w:t>
        <w:br/>
        <w:t>f 32849/3614/3338 32850/3613/3337 32854/3618/3342</w:t>
        <w:br/>
        <w:t>f 32853/3619/3343 32849/3614/3338 32854/3618/3342</w:t>
        <w:br/>
        <w:t>f 32856/3620/3344 32855/3621/3345 32851/3617/3341</w:t>
        <w:br/>
        <w:t>f 32852/3616/3340 32856/3620/3344 32851/3617/3341</w:t>
        <w:br/>
        <w:t>f 32858/3622/3346 32857/3623/3347 32853/3619/3343</w:t>
        <w:br/>
        <w:t>f 32854/3618/3342 32858/3622/3346 32853/3619/3343</w:t>
        <w:br/>
        <w:t>f 32860/3624/3348 32859/3625/3349 32855/3621/3345</w:t>
        <w:br/>
        <w:t>f 32856/3620/3344 32860/3624/3348 32855/3621/3345</w:t>
        <w:br/>
        <w:t>f 32863/3626/3350 32862/3627/3351 32861/3628/3352</w:t>
        <w:br/>
        <w:t>f 32860/3624/3348 32863/3626/3350 32861/3628/3352</w:t>
        <w:br/>
        <w:t>f 32856/3620/3344 32852/3616/3340 32865/3629/3353</w:t>
        <w:br/>
        <w:t>f 32864/3630/3354 32856/3620/3344 32865/3629/3353</w:t>
        <w:br/>
        <w:t>f 32852/3616/3340 32840/3606/3330 32866/3631/3355</w:t>
        <w:br/>
        <w:t>f 32865/3629/3353 32852/3616/3340 32866/3631/3355</w:t>
        <w:br/>
        <w:t>f 32867/3632/3356 32866/3631/3355 32840/3606/3330</w:t>
        <w:br/>
        <w:t>f 32841/3605/3329 32867/3632/3356 32840/3606/3330</w:t>
        <w:br/>
        <w:t>f 32841/3605/3329 32869/3633/3357 32868/3634/3358</w:t>
        <w:br/>
        <w:t>f 32867/3632/3356 32841/3605/3329 32868/3634/3358</w:t>
        <w:br/>
        <w:t>f 32871/3635/3359 32870/3636/3360 32869/3633/3357</w:t>
        <w:br/>
        <w:t>f 32875/3637/3361 32874/3638/3362 32873/3639/3363</w:t>
        <w:br/>
        <w:t>f 32872/3640/3364 32875/3637/3361 32873/3639/3363</w:t>
        <w:br/>
        <w:t>f 32877/3641/3365 32875/3637/3361 32872/3640/3364</w:t>
        <w:br/>
        <w:t>f 32876/3642/3366 32877/3641/3365 32872/3640/3364</w:t>
        <w:br/>
        <w:t>f 32879/3643/3367 32877/3641/3365 32876/3642/3366</w:t>
        <w:br/>
        <w:t>f 32878/3644/3368 32879/3643/3367 32876/3642/3366</w:t>
        <w:br/>
        <w:t>f 32882/3645/3369 32847/3609/3333 32881/3646/3370</w:t>
        <w:br/>
        <w:t>f 32880/3647/3371 32882/3645/3369 32881/3646/3370</w:t>
        <w:br/>
        <w:t>f 32886/3648/3372 32885/3649/3373 32884/3650/3374</w:t>
        <w:br/>
        <w:t>f 32883/3651/3375 32886/3648/3372 32884/3650/3374</w:t>
        <w:br/>
        <w:t>f 32800/3562/3286 32888/3652/3376 32887/3653/3377</w:t>
        <w:br/>
        <w:t>f 32890/3654/3378 32889/3655/3379 32824/3592/3316</w:t>
        <w:br/>
        <w:t>f 32825/3591/3315 32890/3654/3378 32824/3592/3316</w:t>
        <w:br/>
        <w:t>f 32823/3586/3310 32891/3656/3380 32884/3650/3374</w:t>
        <w:br/>
        <w:t>f 32744/3506/3234 32717/3481/3211 32700/3468/3198</w:t>
        <w:br/>
        <w:t>f 32701/3467/3197 32744/3506/3234 32700/3468/3198</w:t>
        <w:br/>
        <w:t>f 32708/3476/3206 32709/3475/3205 32716/3482/3212</w:t>
        <w:br/>
        <w:t>f 32892/3657/3381 32708/3476/3206 32716/3482/3212</w:t>
        <w:br/>
        <w:t>f 32704/3472/3202 32705/3471/3201 32893/3658/3382</w:t>
        <w:br/>
        <w:t>f 32720/3483/3213 32704/3472/3202 32893/3658/3382</w:t>
        <w:br/>
        <w:t>f 32808/3573/3297 32791/3555/3279 32792/3554/3278</w:t>
        <w:br/>
        <w:t>f 32848/3615/3339 32808/3573/3297 32792/3554/3278</w:t>
        <w:br/>
        <w:t>f 32795/3559/3283 32796/3558/3282 32806/3571/3295</w:t>
        <w:br/>
        <w:t>f 32894/3659/3383 32795/3559/3283 32806/3571/3295</w:t>
        <w:br/>
        <w:t>f 32797/3565/3289 32895/3660/3384 32888/3652/3376</w:t>
        <w:br/>
        <w:t>f 32800/3562/3286 32797/3565/3289 32888/3652/3376</w:t>
        <w:br/>
        <w:t>f 32803/3567/3291 32804/3566/3290 32834/3597/3321</w:t>
        <w:br/>
        <w:t>f 32809/3574/3298 32803/3567/3291 32834/3597/3321</w:t>
        <w:br/>
        <w:t>f 32793/3561/3285 32843/3607/3331 32805/3572/3296</w:t>
        <w:br/>
        <w:t>f 32796/3558/3282 32793/3561/3285 32805/3572/3296</w:t>
        <w:br/>
        <w:t>f 32843/3607/3331 32790/3556/3280 32791/3555/3279</w:t>
        <w:br/>
        <w:t>f 32805/3572/3296 32843/3607/3331 32791/3555/3279</w:t>
        <w:br/>
        <w:t>f 32894/3659/3383 32802/3568/3292 32803/3567/3291</w:t>
        <w:br/>
        <w:t>f 32795/3559/3283 32894/3659/3383 32803/3567/3291</w:t>
        <w:br/>
        <w:t>f 32897/3661/3385 32889/3655/3379 32811/3577/3301</w:t>
        <w:br/>
        <w:t>f 32896/3662/3386 32897/3661/3385 32811/3577/3301</w:t>
        <w:br/>
        <w:t>f 32901/3663/3387 32900/3664/3388 32899/3665/3389</w:t>
        <w:br/>
        <w:t>f 32898/3666/3390 32901/3663/3387 32899/3665/3389</w:t>
        <w:br/>
        <w:t>f 32827/3589/3313 32903/3667/3391 32902/3668/3392</w:t>
        <w:br/>
        <w:t>f 32817/3579/3303 32827/3589/3313 32902/3668/3392</w:t>
        <w:br/>
        <w:t>f 32851/3617/3341 32850/3613/3337 32792/3554/3278</w:t>
        <w:br/>
        <w:t>f 32789/3557/3281 32851/3617/3341 32792/3554/3278</w:t>
        <w:br/>
        <w:t>f 32855/3621/3345 32854/3618/3342 32850/3613/3337</w:t>
        <w:br/>
        <w:t>f 32851/3617/3341 32855/3621/3345 32850/3613/3337</w:t>
        <w:br/>
        <w:t>f 32858/3622/3346 32859/3625/3349 32905/3669/3393</w:t>
        <w:br/>
        <w:t>f 32904/3670/3394 32858/3622/3346 32905/3669/3393</w:t>
        <w:br/>
        <w:t>f 32907/3671/3395 32822/3587/3311 32885/3649/3373</w:t>
        <w:br/>
        <w:t>f 32906/3672/3396 32907/3671/3395 32885/3649/3373</w:t>
        <w:br/>
        <w:t>f 32889/3655/3379 32897/3661/3385 32908/3673/3397</w:t>
        <w:br/>
        <w:t>f 32824/3592/3316 32889/3655/3379 32908/3673/3397</w:t>
        <w:br/>
        <w:t>f 32821/3588/3312 32822/3587/3311 32907/3671/3395</w:t>
        <w:br/>
        <w:t>f 32712/3478/3208 32713/3477/3207 32910/3674/3398</w:t>
        <w:br/>
        <w:t>f 32909/3675/3399 32712/3478/3208 32910/3674/3398</w:t>
        <w:br/>
        <w:t>f 32739/3503/3233 32912/3676/3400 32911/3677/3401</w:t>
        <w:br/>
        <w:t>f 32738/3504/3233 32739/3503/3233 32911/3677/3401</w:t>
        <w:br/>
        <w:t>f 32915/3678/3402 32914/3679/3403 32913/3680/3404</w:t>
        <w:br/>
        <w:t>f 32885/3649/3373 32822/3587/3311 32884/3650/3374</w:t>
        <w:br/>
        <w:t>f 32883/3651/3375 32884/3650/3374 32891/3656/3380</w:t>
        <w:br/>
        <w:t>f 32916/3681/3405 32883/3651/3375 32891/3656/3380</w:t>
        <w:br/>
        <w:t>f 32885/3649/3373 32886/3648/3372 32917/3682/3406</w:t>
        <w:br/>
        <w:t>f 32906/3672/3396 32885/3649/3373 32917/3682/3406</w:t>
        <w:br/>
        <w:t>f 32822/3587/3311 32823/3586/3310 32884/3650/3374</w:t>
        <w:br/>
        <w:t>f 32857/3623/3347 32858/3622/3346 32904/3670/3394</w:t>
        <w:br/>
        <w:t>f 32918/3683/3407 32857/3623/3347 32904/3670/3394</w:t>
        <w:br/>
        <w:t>f 32859/3625/3349 32860/3624/3348 32861/3628/3352</w:t>
        <w:br/>
        <w:t>f 32905/3669/3393 32859/3625/3349 32861/3628/3352</w:t>
        <w:br/>
        <w:t>f 32920/3684/3408 32863/3626/3350 32864/3630/3354</w:t>
        <w:br/>
        <w:t>f 32919/3685/3409 32920/3684/3408 32864/3630/3354</w:t>
        <w:br/>
        <w:t>f 32854/3618/3342 32855/3621/3345 32859/3625/3349</w:t>
        <w:br/>
        <w:t>f 32858/3622/3346 32854/3618/3342 32859/3625/3349</w:t>
        <w:br/>
        <w:t>f 32704/3472/3202 32715/3479/3209 32707/3469/3199</w:t>
        <w:br/>
        <w:t>f 32783/3548/3272 32701/3467/3197 32702/3466/3196</w:t>
        <w:br/>
        <w:t>f 32921/3686/3410 32783/3548/3272 32702/3466/3196</w:t>
        <w:br/>
        <w:t>f 32700/3468/3198 32709/3475/3205 32710/3474/3204</w:t>
        <w:br/>
        <w:t>f 32703/3465/3195 32700/3468/3198 32710/3474/3204</w:t>
        <w:br/>
        <w:t>f 32922/3687/3411 32711/3473/3203 32708/3476/3206</w:t>
        <w:br/>
        <w:t>f 32910/3674/3398 32922/3687/3411 32708/3476/3206</w:t>
        <w:br/>
        <w:t>f 32729/3491/3221 32733/3499/3229 32732/3497/3227</w:t>
        <w:br/>
        <w:t>f 32756/3518/3245 32783/3548/3272 32921/3686/3410</w:t>
        <w:br/>
        <w:t>f 32923/3688/3412 32756/3518/3245 32921/3686/3410</w:t>
        <w:br/>
        <w:t>f 32704/3472/3202 32718/3485/3215 32715/3479/3209</w:t>
        <w:br/>
        <w:t>f 32883/3651/3375 32924/3689/3413 32899/3665/3389</w:t>
        <w:br/>
        <w:t>f 32886/3648/3372 32883/3651/3375 32899/3665/3389</w:t>
        <w:br/>
        <w:t>f 32818/3585/3309 32924/3689/3413 32925/3690/3414</w:t>
        <w:br/>
        <w:t>f 32820/3583/3307 32818/3585/3309 32925/3690/3414</w:t>
        <w:br/>
        <w:t>f 32926/3691/3415 32816/3580/3304 32817/3579/3303</w:t>
        <w:br/>
        <w:t>f 32902/3668/3392 32926/3691/3415 32817/3579/3303</w:t>
        <w:br/>
        <w:t>f 32929/3692/3416 32913/3680/3404 32928/3693/3417</w:t>
        <w:br/>
        <w:t>f 32927/3694/3418 32929/3692/3416 32928/3693/3417</w:t>
        <w:br/>
        <w:t>f 32932/3695/3419 32931/3696/3420 32881/3646/3370</w:t>
        <w:br/>
        <w:t>f 32930/3697/3421 32932/3695/3419 32881/3646/3370</w:t>
        <w:br/>
        <w:t>f 32934/3698/3422 32931/3696/3420 32928/3693/3417</w:t>
        <w:br/>
        <w:t>f 32933/3699/3423 32934/3698/3422 32928/3693/3417</w:t>
        <w:br/>
        <w:t>f 32931/3696/3420 32934/3698/3422 32880/3647/3371</w:t>
        <w:br/>
        <w:t>f 32881/3646/3370 32931/3696/3420 32880/3647/3371</w:t>
        <w:br/>
        <w:t>f 32915/3678/3402 32913/3680/3404 32929/3692/3416</w:t>
        <w:br/>
        <w:t>f 32736/3501/3231 32733/3499/3229 32734/3498/3228</w:t>
        <w:br/>
        <w:t>f 32746/3512/3240 32788/3553/3277 32935/3700/3424</w:t>
        <w:br/>
        <w:t>f 32938/3701/3425 32937/3702/3425 32936/3703/3426</w:t>
        <w:br/>
        <w:t>f 32913/3680/3404 32938/3701/3425 32936/3703/3426</w:t>
        <w:br/>
        <w:t>f 32940/3704/3427 32939/3705/3428 32914/3679/3403</w:t>
        <w:br/>
        <w:t>f 32915/3678/3402 32940/3704/3427 32914/3679/3403</w:t>
        <w:br/>
        <w:t>f 32818/3585/3309 32815/3581/3305 32816/3580/3304</w:t>
        <w:br/>
        <w:t>f 32898/3666/3390 32818/3585/3309 32816/3580/3304</w:t>
        <w:br/>
        <w:t>f 32814/3582/3306 32815/3581/3305 32819/3584/3308</w:t>
        <w:br/>
        <w:t>f 32941/3706/3429 32814/3582/3306 32819/3584/3308</w:t>
        <w:br/>
        <w:t>f 32816/3580/3304 32926/3691/3415 32901/3663/3387</w:t>
        <w:br/>
        <w:t>f 32898/3666/3390 32816/3580/3304 32901/3663/3387</w:t>
        <w:br/>
        <w:t>f 32943/3707/3430 32942/3708/3430 32937/3702/3425</w:t>
        <w:br/>
        <w:t>f 32938/3701/3425 32943/3707/3430 32937/3702/3425</w:t>
        <w:br/>
        <w:t>f 32946/3709/3431 32945/3710/3431 32944/3711/3432</w:t>
        <w:br/>
        <w:t>f 32950/3712/3433 32949/3713/3433 32948/3714/3434</w:t>
        <w:br/>
        <w:t>f 32947/3715/3434 32950/3712/3433 32948/3714/3434</w:t>
        <w:br/>
        <w:t>f 32942/3708/3430 32943/3707/3430 32949/3713/3433</w:t>
        <w:br/>
        <w:t>f 32950/3712/3433 32942/3708/3430 32949/3713/3433</w:t>
        <w:br/>
        <w:t>f 32947/3715/3434 32948/3714/3434 32945/3710/3431</w:t>
        <w:br/>
        <w:t>f 32946/3709/3431 32947/3715/3434 32945/3710/3431</w:t>
        <w:br/>
        <w:t>f 32826/3590/3314 32827/3589/3313 32817/3579/3303</w:t>
        <w:br/>
        <w:t>f 32814/3582/3306 32826/3590/3314 32817/3579/3303</w:t>
        <w:br/>
        <w:t>f 32903/3667/3391 32827/3589/3313 32824/3592/3316</w:t>
        <w:br/>
        <w:t>f 32908/3673/3397 32903/3667/3391 32824/3592/3316</w:t>
        <w:br/>
        <w:t>f 32953/3716/3435 32952/3717/3436 32951/3718/3437</w:t>
        <w:br/>
        <w:t>f 32721/3488/3218 32726/3494/3224 32727/3493/3223</w:t>
        <w:br/>
        <w:t>f 32954/3719/3438 32721/3488/3218 32727/3493/3223</w:t>
        <w:br/>
        <w:t>f 32721/3488/3218 32724/3490/3220 32731/3495/3225</w:t>
        <w:br/>
        <w:t>f 32726/3494/3224 32721/3488/3218 32731/3495/3225</w:t>
        <w:br/>
        <w:t>f 32779/3547/3271 32780/3546/3271 32935/3700/3424</w:t>
        <w:br/>
        <w:t>f 32788/3553/3277 32779/3547/3271 32935/3700/3424</w:t>
        <w:br/>
        <w:t>f 32957/3720/3439 32956/3721/3440 32955/3722/3441</w:t>
        <w:br/>
        <w:t>f 32956/3721/3440 32959/3723/3442 32958/3724/3443</w:t>
        <w:br/>
        <w:t>f 32961/3725/3444 32958/3724/3443 32959/3723/3442</w:t>
        <w:br/>
        <w:t>f 32960/3726/3445 32961/3725/3444 32959/3723/3442</w:t>
        <w:br/>
        <w:t>f 32965/3727/3446 32964/3728/3447 32963/3729/3447</w:t>
        <w:br/>
        <w:t>f 32962/3730/3446 32965/3727/3446 32963/3729/3447</w:t>
        <w:br/>
        <w:t>f 32968/3731/3448 32967/3732/3449 32966/3733/3450</w:t>
        <w:br/>
        <w:t>f 32800/3562/3286 32887/3653/3377 32969/3734/3451</w:t>
        <w:br/>
        <w:t>f 32970/3735/3452 32833/3598/3322 32834/3597/3321</w:t>
        <w:br/>
        <w:t>f 32798/3564/3288 32970/3735/3452 32834/3597/3321</w:t>
        <w:br/>
        <w:t>f 32878/3644/3368 32846/3610/3334 32971/3736/3453</w:t>
        <w:br/>
        <w:t>f 32879/3643/3367 32878/3644/3368 32971/3736/3453</w:t>
        <w:br/>
        <w:t>f 32844/3612/3336 32829/3595/3319 32830/3594/3318</w:t>
        <w:br/>
        <w:t>f 32930/3697/3421 32844/3612/3336 32830/3594/3318</w:t>
        <w:br/>
        <w:t>f 32972/3737/3454 32961/3725/3444 32828/3596/3320</w:t>
        <w:br/>
        <w:t>f 32829/3595/3319 32972/3737/3454 32828/3596/3320</w:t>
        <w:br/>
        <w:t>f 32975/3738/3455 32974/3739/3456 32973/3740/3457</w:t>
        <w:br/>
        <w:t>f 32979/3741/3458 32978/3742/3459 32977/3743/3460</w:t>
        <w:br/>
        <w:t>f 32976/3744/3461 32979/3741/3458 32977/3743/3460</w:t>
        <w:br/>
        <w:t>f 32896/3662/3386 32982/3745/3462 32981/3746/3463</w:t>
        <w:br/>
        <w:t>f 32980/3747/3464 32896/3662/3386 32981/3746/3463</w:t>
        <w:br/>
        <w:t>f 32984/3748/3465 32980/3747/3464 32981/3746/3463</w:t>
        <w:br/>
        <w:t>f 32983/3749/3466 32984/3748/3465 32981/3746/3463</w:t>
        <w:br/>
        <w:t>f 32987/3750/3467 32986/3751/3468 32985/3752/3469</w:t>
        <w:br/>
        <w:t>f 32991/3753/3470 32990/3754/3471 32989/3755/3472</w:t>
        <w:br/>
        <w:t>f 32988/3756/3473 32991/3753/3470 32989/3755/3472</w:t>
        <w:br/>
        <w:t>f 32978/3742/3459 32979/3741/3458 32969/3734/3451</w:t>
        <w:br/>
        <w:t>f 32887/3653/3377 32978/3742/3459 32969/3734/3451</w:t>
        <w:br/>
        <w:t>f 32968/3731/3448 32979/3741/3458 32976/3744/3461</w:t>
        <w:br/>
        <w:t>f 32992/3757/3474 32968/3731/3448 32976/3744/3461</w:t>
        <w:br/>
        <w:t>f 32985/3752/3469 32989/3755/3472 32993/3758/3475</w:t>
        <w:br/>
        <w:t>f 32987/3750/3467 32985/3752/3469 32993/3758/3475</w:t>
        <w:br/>
        <w:t>f 32969/3734/3451 32966/3733/3450 32799/3563/3287</w:t>
        <w:br/>
        <w:t>f 32800/3562/3286 32969/3734/3451 32799/3563/3287</w:t>
        <w:br/>
        <w:t>f 32985/3752/3469 32986/3751/3468 32994/3759/3476</w:t>
        <w:br/>
        <w:t>f 32989/3755/3472 32985/3752/3469 32994/3759/3476</w:t>
        <w:br/>
        <w:t>f 32988/3756/3473 32989/3755/3472 32994/3759/3476</w:t>
        <w:br/>
        <w:t>f 32989/3755/3472 32990/3754/3471 32995/3760/3477</w:t>
        <w:br/>
        <w:t>f 32993/3758/3475 32989/3755/3472 32995/3760/3477</w:t>
        <w:br/>
        <w:t>f 32810/3578/3302 32811/3577/3301 32889/3655/3379</w:t>
        <w:br/>
        <w:t>f 32890/3654/3378 32810/3578/3302 32889/3655/3379</w:t>
        <w:br/>
        <w:t>f 32896/3662/3386 32811/3577/3301 32812/3576/3300</w:t>
        <w:br/>
        <w:t>f 32927/3694/3418 32928/3693/3417 32931/3696/3420</w:t>
        <w:br/>
        <w:t>f 32932/3695/3419 32927/3694/3418 32931/3696/3420</w:t>
        <w:br/>
        <w:t>f 32933/3699/3423 32928/3693/3417 32913/3680/3404</w:t>
        <w:br/>
        <w:t>f 32936/3703/3426 32933/3699/3423 32913/3680/3404</w:t>
        <w:br/>
        <w:t>f 32998/3761/3478 32997/3762/3479 32996/3763/3480</w:t>
        <w:br/>
        <w:t>f 32976/3744/3461 32977/3743/3460 32995/3760/3477</w:t>
        <w:br/>
        <w:t>f 32990/3754/3471 32976/3744/3461 32995/3760/3477</w:t>
        <w:br/>
        <w:t>f 32992/3757/3474 32976/3744/3461 32990/3754/3471</w:t>
        <w:br/>
        <w:t>f 32991/3753/3470 32992/3757/3474 32990/3754/3471</w:t>
        <w:br/>
        <w:t>f 32984/3748/3465 32983/3749/3466 33000/3764/3481</w:t>
        <w:br/>
        <w:t>f 32999/3765/3482 32984/3748/3465 33000/3764/3481</w:t>
        <w:br/>
        <w:t>f 32830/3594/3318 32831/3593/3317 33001/3766/3483</w:t>
        <w:br/>
        <w:t>f 32812/3576/3300 32830/3594/3318 33001/3766/3483</w:t>
        <w:br/>
        <w:t>f 32872/3640/3364 32873/3639/3363 32870/3636/3360</w:t>
        <w:br/>
        <w:t>f 33002/3767/3484 32872/3640/3364 32870/3636/3360</w:t>
        <w:br/>
        <w:t>f 32876/3642/3366 32872/3640/3364 33002/3767/3484</w:t>
        <w:br/>
        <w:t>f 33003/3768/3485 32876/3642/3366 33002/3767/3484</w:t>
        <w:br/>
        <w:t>f 32868/3634/3358 32873/3639/3363 32874/3638/3362</w:t>
        <w:br/>
        <w:t>f 33004/3769/3486 32868/3634/3358 32874/3638/3362</w:t>
        <w:br/>
        <w:t>f 32878/3644/3368 32876/3642/3366 33003/3768/3485</w:t>
        <w:br/>
        <w:t>f 33005/3770/3487 32878/3644/3368 33003/3768/3485</w:t>
        <w:br/>
        <w:t>f 32956/3721/3440 32958/3724/3443 32955/3722/3441</w:t>
        <w:br/>
        <w:t>f 32955/3722/3441 32958/3724/3443 33006/3771/3488</w:t>
        <w:br/>
        <w:t>f 32845/3611/3335 32972/3737/3454 32829/3595/3319</w:t>
        <w:br/>
        <w:t>f 32844/3612/3336 32845/3611/3335 32829/3595/3319</w:t>
        <w:br/>
        <w:t>f 32844/3612/3336 32930/3697/3421 32881/3646/3370</w:t>
        <w:br/>
        <w:t>f 32847/3609/3333 32844/3612/3336 32881/3646/3370</w:t>
        <w:br/>
        <w:t>f 33002/3767/3484 32870/3636/3360 32871/3635/3359</w:t>
        <w:br/>
        <w:t>f 32957/3720/3439 33002/3767/3484 32871/3635/3359</w:t>
        <w:br/>
        <w:t>f 33002/3767/3484 32957/3720/3439 32955/3722/3441</w:t>
        <w:br/>
        <w:t>f 33003/3768/3485 33002/3767/3484 32955/3722/3441</w:t>
        <w:br/>
        <w:t>f 33005/3770/3487 33003/3768/3485 32955/3722/3441</w:t>
        <w:br/>
        <w:t>f 33006/3771/3488 33005/3770/3487 32955/3722/3441</w:t>
        <w:br/>
        <w:t>f 32930/3697/3421 32830/3594/3318 32812/3576/3300</w:t>
        <w:br/>
        <w:t>f 32813/3575/3299 32930/3697/3421 32812/3576/3300</w:t>
        <w:br/>
        <w:t>f 32869/3633/3357 32870/3636/3360 32868/3634/3358</w:t>
        <w:br/>
        <w:t>f 33010/3772/3489 33009/3773/3490 33008/3774/3491</w:t>
        <w:br/>
        <w:t>f 33007/3775/3492 33010/3772/3489 33008/3774/3491</w:t>
        <w:br/>
        <w:t>f 33009/3773/3490 33010/3772/3489 33012/3776/3493</w:t>
        <w:br/>
        <w:t>f 33011/3777/3494 33009/3773/3490 33012/3776/3493</w:t>
        <w:br/>
        <w:t>f 33008/3774/3491 32982/3745/3462 32812/3576/3300</w:t>
        <w:br/>
        <w:t>f 33001/3766/3483 33008/3774/3491 32812/3576/3300</w:t>
        <w:br/>
        <w:t>f 32973/3740/3457 33014/3778/3495 33013/3779/3496</w:t>
        <w:br/>
        <w:t>f 32975/3738/3455 32973/3740/3457 33013/3779/3496</w:t>
        <w:br/>
        <w:t>f 32831/3593/3317 33016/3780/3497 33015/3781/3498</w:t>
        <w:br/>
        <w:t>f 33001/3766/3483 32831/3593/3317 33015/3781/3498</w:t>
        <w:br/>
        <w:t>f 33019/3782/3499 33018/3783/3500 33017/3784/3501</w:t>
        <w:br/>
        <w:t>f 32723/3486/3216 32721/3488/3218 32954/3719/3438</w:t>
        <w:br/>
        <w:t>f 32967/3732/3449 33020/3785/3502 32799/3563/3287</w:t>
        <w:br/>
        <w:t>f 32966/3733/3450 32967/3732/3449 32799/3563/3287</w:t>
        <w:br/>
        <w:t>f 32979/3741/3458 32968/3731/3448 32966/3733/3450</w:t>
        <w:br/>
        <w:t>f 32969/3734/3451 32979/3741/3458 32966/3733/3450</w:t>
        <w:br/>
        <w:t>f 32781/3545/3270 32782/3544/3269 32777/3541/3266</w:t>
        <w:br/>
        <w:t>f 32778/3540/3265 32781/3545/3270 32777/3541/3266</w:t>
        <w:br/>
        <w:t>f 32867/3632/3356 32868/3634/3358 33004/3769/3486</w:t>
        <w:br/>
        <w:t>f 33021/3786/3503 32867/3632/3356 33004/3769/3486</w:t>
        <w:br/>
        <w:t>f 32862/3627/3351 32863/3626/3350 32920/3684/3408</w:t>
        <w:br/>
        <w:t>f 32864/3630/3354 32865/3629/3353 33022/3787/3504</w:t>
        <w:br/>
        <w:t>f 32919/3685/3409 32864/3630/3354 33022/3787/3504</w:t>
        <w:br/>
        <w:t>f 32865/3629/3353 32866/3631/3355 33023/3788/3505</w:t>
        <w:br/>
        <w:t>f 33022/3787/3504 32865/3629/3353 33023/3788/3505</w:t>
        <w:br/>
        <w:t>f 32864/3630/3354 32863/3626/3350 32860/3624/3348</w:t>
        <w:br/>
        <w:t>f 32856/3620/3344 32864/3630/3354 32860/3624/3348</w:t>
        <w:br/>
        <w:t>f 32866/3631/3355 32867/3632/3356 33021/3786/3503</w:t>
        <w:br/>
        <w:t>f 33023/3788/3505 32866/3631/3355 33021/3786/3503</w:t>
        <w:br/>
        <w:t>f 32999/3765/3482 33000/3764/3481 33017/3784/3501</w:t>
        <w:br/>
        <w:t>f 33012/3776/3493 33013/3779/3496 33014/3778/3495</w:t>
        <w:br/>
        <w:t>f 33011/3777/3494 33012/3776/3493 33014/3778/3495</w:t>
        <w:br/>
        <w:t>f 32982/3745/3462 33008/3774/3491 33009/3773/3490</w:t>
        <w:br/>
        <w:t>f 32981/3746/3463 32982/3745/3462 33009/3773/3490</w:t>
        <w:br/>
        <w:t>f 33011/3777/3494 32983/3749/3466 32981/3746/3463</w:t>
        <w:br/>
        <w:t>f 33009/3773/3490 33011/3777/3494 32981/3746/3463</w:t>
        <w:br/>
        <w:t>f 33014/3778/3495 33000/3764/3481 32983/3749/3466</w:t>
        <w:br/>
        <w:t>f 33011/3777/3494 33014/3778/3495 32983/3749/3466</w:t>
        <w:br/>
        <w:t>f 32812/3576/3300 32982/3745/3462 32896/3662/3386</w:t>
        <w:br/>
        <w:t>f 33017/3784/3501 33000/3764/3481 33019/3782/3499</w:t>
        <w:br/>
        <w:t>f 32767/3531/3257 33025/3789/3506 33024/3790/3507</w:t>
        <w:br/>
        <w:t>f 32771/3535/3261 32767/3531/3257 33024/3790/3507</w:t>
        <w:br/>
        <w:t>f 32797/3565/3289 32798/3564/3288 32834/3597/3321</w:t>
        <w:br/>
        <w:t>f 32804/3566/3290 32797/3565/3289 32834/3597/3321</w:t>
        <w:br/>
        <w:t>f 33005/3770/3487 32845/3611/3335 32846/3610/3334</w:t>
        <w:br/>
        <w:t>f 32878/3644/3368 33005/3770/3487 32846/3610/3334</w:t>
        <w:br/>
        <w:t>f 32801/3569/3293 32895/3660/3384 32797/3565/3289</w:t>
        <w:br/>
        <w:t>f 32804/3566/3290 32801/3569/3293 32797/3565/3289</w:t>
        <w:br/>
        <w:t>f 32892/3657/3381 32909/3675/3399 32910/3674/3398</w:t>
        <w:br/>
        <w:t>f 32708/3476/3206 32892/3657/3381 32910/3674/3398</w:t>
        <w:br/>
        <w:t>f 32714/3480/3210 32922/3687/3411 32910/3674/3398</w:t>
        <w:br/>
        <w:t>f 32713/3477/3207 32714/3480/3210 32910/3674/3398</w:t>
        <w:br/>
        <w:t>f 32961/3725/3444 32960/3726/3445 33026/3791/3508</w:t>
        <w:br/>
        <w:t>f 32828/3596/3320 32961/3725/3444 33026/3791/3508</w:t>
        <w:br/>
        <w:t>f 32963/3729/3447 32964/3728/3447 33028/3792/3509</w:t>
        <w:br/>
        <w:t>f 33027/3793/3509 32963/3729/3447 33028/3792/3509</w:t>
        <w:br/>
        <w:t>f 32971/3736/3453 32846/3610/3334 32847/3609/3333</w:t>
        <w:br/>
        <w:t>f 32882/3645/3369 32971/3736/3453 32847/3609/3333</w:t>
        <w:br/>
        <w:t>f 32958/3724/3443 32961/3725/3444 32972/3737/3454</w:t>
        <w:br/>
        <w:t>f 33006/3771/3488 32958/3724/3443 32972/3737/3454</w:t>
        <w:br/>
        <w:t>f 33006/3771/3488 32972/3737/3454 32845/3611/3335</w:t>
        <w:br/>
        <w:t>f 33005/3770/3487 33006/3771/3488 32845/3611/3335</w:t>
        <w:br/>
        <w:t>f 32868/3634/3358 32870/3636/3360 32873/3639/3363</w:t>
        <w:br/>
        <w:t>f 33032/3794/3510 33031/3795/3511 33030/3796/3512</w:t>
        <w:br/>
        <w:t>f 33029/3797/3512 33032/3794/3510 33030/3796/3512</w:t>
        <w:br/>
        <w:t>f 33034/3798/3513 33033/3799/3513 33029/3797/3512</w:t>
        <w:br/>
        <w:t>f 33030/3796/3512 33034/3798/3513 33029/3797/3512</w:t>
        <w:br/>
        <w:t>f 33036/3800/3514 33033/3799/3513 33034/3798/3513</w:t>
        <w:br/>
        <w:t>f 33035/3801/3514 33036/3800/3514 33034/3798/3513</w:t>
        <w:br/>
        <w:t>f 33038/3802/3515 33036/3800/3514 33035/3801/3514</w:t>
        <w:br/>
        <w:t>f 33037/3803/3516 33038/3802/3515 33035/3801/3514</w:t>
        <w:br/>
        <w:t>f 33032/3794/3510 33039/3804/3517 33031/3795/3511</w:t>
        <w:br/>
        <w:t>f 33043/3805/3518 33042/3806/3519 33041/3807/3520</w:t>
        <w:br/>
        <w:t>f 33040/3808/3518 33043/3805/3518 33041/3807/3520</w:t>
        <w:br/>
        <w:t>f 33045/3809/3521 33043/3805/3518 33040/3808/3518</w:t>
        <w:br/>
        <w:t>f 33044/3810/3522 33045/3809/3521 33040/3808/3518</w:t>
        <w:br/>
        <w:t>f 33047/3811/3523 33046/3812/3523 33045/3809/3521</w:t>
        <w:br/>
        <w:t>f 33044/3810/3522 33047/3811/3523 33045/3809/3521</w:t>
        <w:br/>
        <w:t>f 33047/3811/3523 33048/3813/3524 33046/3812/3523</w:t>
        <w:br/>
        <w:t>f 33052/3814/3525 33051/3815/3435 33050/3816/3526</w:t>
        <w:br/>
        <w:t>f 33049/3817/3527 33052/3814/3525 33050/3816/3526</w:t>
        <w:br/>
        <w:t>f 33054/3818/3528 33050/3816/3526 33051/3815/3435</w:t>
        <w:br/>
        <w:t>f 33053/3819/3529 33054/3818/3528 33051/3815/3435</w:t>
        <w:br/>
        <w:t>f 33056/3820/3530 33054/3818/3528 33053/3819/3529</w:t>
        <w:br/>
        <w:t>f 33055/3821/3531 33056/3820/3530 33053/3819/3529</w:t>
        <w:br/>
        <w:t>f 33058/3822/3532 33057/3823/3533 33056/3820/3530</w:t>
        <w:br/>
        <w:t>f 33055/3821/3531 33058/3822/3532 33056/3820/3530</w:t>
        <w:br/>
        <w:t>f 33062/3824/3534 33061/3825/3535 33060/3826/3536</w:t>
        <w:br/>
        <w:t>f 33059/3827/3537 33062/3824/3534 33060/3826/3536</w:t>
        <w:br/>
        <w:t>f 33064/3828/3538 33063/3829/3539 33061/3825/3535</w:t>
        <w:br/>
        <w:t>f 33062/3824/3534 33064/3828/3538 33061/3825/3535</w:t>
        <w:br/>
        <w:t>f 33066/3830/3540 33065/3831/3540 33063/3829/3539</w:t>
        <w:br/>
        <w:t>f 33064/3828/3538 33066/3830/3540 33063/3829/3539</w:t>
        <w:br/>
        <w:t>f 33066/3830/3540 33067/3832/3541 33065/3831/3540</w:t>
        <w:br/>
        <w:t>f 33049/3817/3527 33050/3816/3526 33069/3833/3542</w:t>
        <w:br/>
        <w:t>f 33068/3834/3543 33049/3817/3527 33069/3833/3542</w:t>
        <w:br/>
        <w:t>f 33050/3816/3526 33054/3818/3528 33070/3835/3544</w:t>
        <w:br/>
        <w:t>f 33069/3833/3542 33050/3816/3526 33070/3835/3544</w:t>
        <w:br/>
        <w:t>f 33070/3835/3544 33054/3818/3528 33056/3820/3530</w:t>
        <w:br/>
        <w:t>f 33071/3836/3545 33070/3835/3544 33056/3820/3530</w:t>
        <w:br/>
        <w:t>f 33071/3836/3545 33056/3820/3530 33057/3823/3533</w:t>
        <w:br/>
        <w:t>f 33072/3837/3546 33071/3836/3545 33057/3823/3533</w:t>
        <w:br/>
        <w:t>f 33072/3837/3546 33057/3823/3533 33074/3838/3547</w:t>
        <w:br/>
        <w:t>f 33073/3839/3548 33072/3837/3546 33074/3838/3547</w:t>
        <w:br/>
        <w:t>f 33076/3840/3549 33061/3825/3535 33063/3829/3539</w:t>
        <w:br/>
        <w:t>f 33075/3841/3550 33076/3840/3549 33063/3829/3539</w:t>
        <w:br/>
        <w:t>f 33063/3829/3539 33078/3842/3551 33077/3843/3552</w:t>
        <w:br/>
        <w:t>f 33075/3841/3550 33063/3829/3539 33077/3843/3552</w:t>
        <w:br/>
        <w:t>f 33078/3842/3551 33079/3844/3553 33077/3843/3552</w:t>
        <w:br/>
        <w:t>f 32886/3648/3372 32899/3665/3389 32900/3664/3388</w:t>
        <w:br/>
        <w:t>f 32917/3682/3406 32886/3648/3372 32900/3664/3388</w:t>
        <w:br/>
        <w:t>f 32898/3666/3390 32899/3665/3389 32924/3689/3413</w:t>
        <w:br/>
        <w:t>f 32818/3585/3309 32898/3666/3390 32924/3689/3413</w:t>
        <w:br/>
        <w:t>f 32916/3681/3405 32925/3690/3414 32924/3689/3413</w:t>
        <w:br/>
        <w:t>f 32883/3651/3375 32916/3681/3405 32924/3689/3413</w:t>
        <w:br/>
        <w:t>f 33059/3827/3537 33060/3826/3536 33057/3823/3533</w:t>
        <w:br/>
        <w:t>f 33058/3822/3532 33059/3827/3537 33057/3823/3533</w:t>
        <w:br/>
        <w:t>f 33073/3839/3554 33060/3826/3536 33061/3825/3535</w:t>
        <w:br/>
        <w:t>f 33076/3840/3549 33073/3839/3554 33061/3825/3535</w:t>
        <w:br/>
        <w:t>f 33083/3845/3555 33082/3846/3556 33081/3847/3556</w:t>
        <w:br/>
        <w:t>f 33080/3848/3557 33083/3845/3555 33081/3847/3556</w:t>
        <w:br/>
        <w:t>f 33087/3849/3558 33086/3850/3559 33085/3851/3560</w:t>
        <w:br/>
        <w:t>f 33084/3852/3561 33087/3849/3558 33085/3851/3560</w:t>
        <w:br/>
        <w:t>f 33089/3853/3562 33087/3849/3558 33084/3852/3561</w:t>
        <w:br/>
        <w:t>f 33088/3854/3563 33089/3853/3562 33084/3852/3561</w:t>
        <w:br/>
        <w:t>f 33086/3850/3559 33083/3845/3555 33080/3848/3557</w:t>
        <w:br/>
        <w:t>f 33085/3851/3560 33086/3850/3559 33080/3848/3557</w:t>
        <w:br/>
        <w:t>f 33093/3855/3564 33092/3856/3565 33091/3857/3566</w:t>
        <w:br/>
        <w:t>f 33090/3858/3564 33093/3855/3564 33091/3857/3566</w:t>
        <w:br/>
        <w:t>f 33097/3859/3567 33096/3860/3568 33095/3861/3568</w:t>
        <w:br/>
        <w:t>f 33094/3862/3567 33097/3859/3567 33095/3861/3568</w:t>
        <w:br/>
        <w:t>f 33099/3863/3569 33097/3859/3567 33094/3862/3567</w:t>
        <w:br/>
        <w:t>f 33098/3864/3569 33099/3863/3569 33094/3862/3567</w:t>
        <w:br/>
        <w:t>f 33096/3860/3568 33093/3855/3564 33090/3858/3564</w:t>
        <w:br/>
        <w:t>f 33095/3861/3568 33096/3860/3568 33090/3858/3564</w:t>
        <w:br/>
        <w:t>f 33082/3846/3556 33100/3865/3570 33081/3847/3556</w:t>
        <w:br/>
        <w:t>f 33092/3856/3565 33101/3866/3571 33091/3857/3566</w:t>
        <w:br/>
        <w:t>f 33102/3867/3572 33049/3817/3527 33068/3834/3543</w:t>
        <w:br/>
        <w:t>f 33041/3807/3520 33102/3867/3572 33068/3834/3543</w:t>
        <w:br/>
        <w:t>f 33103/3868/3573 33052/3814/3525 33049/3817/3527</w:t>
        <w:br/>
        <w:t>f 33102/3867/3572 33103/3868/3573 33049/3817/3527</w:t>
        <w:br/>
        <w:t>f 33098/3864/3569 33105/3869/3574 33104/3870/3575</w:t>
        <w:br/>
        <w:t>f 33099/3863/3569 33098/3864/3569 33104/3870/3575</w:t>
        <w:br/>
        <w:t>f 33108/3871/3576 33107/3872/3577 33106/3873/3578</w:t>
        <w:br/>
        <w:t>f 33089/3853/3562 33108/3871/3576 33106/3873/3578</w:t>
        <w:br/>
        <w:t>f 33042/3806/3519 33110/3874/3579 33109/3875/3580</w:t>
        <w:br/>
        <w:t>f 33041/3807/3520 33042/3806/3519 33109/3875/3580</w:t>
        <w:br/>
        <w:t>f 33041/3807/3520 33109/3875/3580 33111/3876/3581</w:t>
        <w:br/>
        <w:t>f 33102/3867/3572 33041/3807/3520 33111/3876/3581</w:t>
        <w:br/>
        <w:t>f 33102/3867/3572 33113/3877/3582 33112/3878/3583</w:t>
        <w:br/>
        <w:t>f 33103/3868/3573 33102/3867/3572 33112/3878/3583</w:t>
        <w:br/>
        <w:t>f 33105/3869/3574 33115/3879/3584 33114/3880/3585</w:t>
        <w:br/>
        <w:t>f 33104/3870/3575 33105/3869/3574 33114/3880/3585</w:t>
        <w:br/>
        <w:t>f 33107/3872/3573 33116/3881/3583 33115/3879/3584</w:t>
        <w:br/>
        <w:t>f 33105/3869/3574 33107/3872/3573 33115/3879/3584</w:t>
        <w:br/>
        <w:t>f 33110/3874/3579 33038/3802/3515 33117/3882/3586</w:t>
        <w:br/>
        <w:t>f 33109/3875/3580 33110/3874/3579 33117/3882/3586</w:t>
        <w:br/>
        <w:t>f 33109/3875/3580 33117/3882/3586 33118/3883/3587</w:t>
        <w:br/>
        <w:t>f 33111/3876/3581 33109/3875/3580 33118/3883/3587</w:t>
        <w:br/>
        <w:t>f 33111/3876/3588 33120/3884/3589 33119/3885/3590</w:t>
        <w:br/>
        <w:t>f 33112/3878/3583 33111/3876/3588 33119/3885/3590</w:t>
        <w:br/>
        <w:t>f 33115/3879/3584 33122/3886/3590 33121/3887/3591</w:t>
        <w:br/>
        <w:t>f 33116/3881/3583 33122/3886/3590 33115/3879/3584</w:t>
        <w:br/>
        <w:t>f 33115/3879/3584 33121/3887/3591 33114/3880/3585</w:t>
        <w:br/>
        <w:t>f 33126/3888/3592 33125/3889/3593 33124/3890/3594</w:t>
        <w:br/>
        <w:t>f 33123/3891/3592 33126/3888/3592 33124/3890/3594</w:t>
        <w:br/>
        <w:t>f 33128/3892/3595 33126/3888/3592 33123/3891/3592</w:t>
        <w:br/>
        <w:t>f 33127/3893/3595 33128/3892/3595 33123/3891/3592</w:t>
        <w:br/>
        <w:t>f 33130/3894/3596 33128/3892/3595 33127/3893/3595</w:t>
        <w:br/>
        <w:t>f 33129/3895/3596 33130/3894/3596 33127/3893/3595</w:t>
        <w:br/>
        <w:t>f 33132/3896/3597 33130/3894/3596 33129/3895/3596</w:t>
        <w:br/>
        <w:t>f 33131/3897/3597 33132/3896/3597 33129/3895/3596</w:t>
        <w:br/>
        <w:t>f 33134/3898/3598 33132/3896/3597 33131/3897/3597</w:t>
        <w:br/>
        <w:t>f 33133/3899/3598 33134/3898/3598 33131/3897/3597</w:t>
        <w:br/>
        <w:t>f 33136/3900/3599 33134/3898/3598 33133/3899/3598</w:t>
        <w:br/>
        <w:t>f 33135/3901/3600 33136/3900/3599 33133/3899/3598</w:t>
        <w:br/>
        <w:t>f 33137/3902/3601 33136/3900/3599 33135/3901/3600</w:t>
        <w:br/>
        <w:t>f 33138/3903/3601 33137/3902/3601 33135/3901/3600</w:t>
        <w:br/>
        <w:t>f 33140/3904/3602 33139/3905/3602 33137/3902/3601</w:t>
        <w:br/>
        <w:t>f 33138/3903/3601 33140/3904/3602 33137/3902/3601</w:t>
        <w:br/>
        <w:t>f 33140/3904/3602 33141/3906/3603 33139/3905/3602</w:t>
        <w:br/>
        <w:t>f 33144/3907/3604 33143/3908/3605 33142/3909/3606</w:t>
        <w:br/>
        <w:t>f 33117/3882/3586 33144/3907/3604 33142/3909/3606</w:t>
        <w:br/>
        <w:t>f 33117/3882/3586 33142/3909/3606 33145/3910/3607</w:t>
        <w:br/>
        <w:t>f 33118/3883/3587 33117/3882/3586 33145/3910/3607</w:t>
        <w:br/>
        <w:t>f 33118/3883/3587 33145/3910/3607 33125/3889/3593</w:t>
        <w:br/>
        <w:t>f 33119/3885/3590 33118/3883/3587 33125/3889/3593</w:t>
        <w:br/>
        <w:t>f 33122/3886/3590 33146/3911/3593 33121/3887/3591</w:t>
        <w:br/>
        <w:t>f 33037/3803/3608 33147/3912/3609 33143/3908/3605</w:t>
        <w:br/>
        <w:t>f 33144/3907/3604 33037/3803/3608 33143/3908/3605</w:t>
        <w:br/>
        <w:t>f 33125/3889/3593 33149/3913/3610 33148/3914/3611</w:t>
        <w:br/>
        <w:t>f 33124/3890/3594 33125/3889/3593 33148/3914/3611</w:t>
        <w:br/>
        <w:t>f 33143/3908/3605 33151/3915/3612 33150/3916/3613</w:t>
        <w:br/>
        <w:t>f 33142/3909/3606 33143/3908/3605 33150/3916/3613</w:t>
        <w:br/>
        <w:t>f 33142/3909/3606 33150/3916/3613 33145/3910/3607</w:t>
        <w:br/>
        <w:t>f 33147/3912/3609 33152/3917/3614 33151/3915/3612</w:t>
        <w:br/>
        <w:t>f 33143/3908/3605 33147/3912/3609 33151/3915/3612</w:t>
        <w:br/>
        <w:t>f 33149/3913/3610 33154/3918/3615 33153/3919/3616</w:t>
        <w:br/>
        <w:t>f 33148/3914/3611 33149/3913/3610 33153/3919/3616</w:t>
        <w:br/>
        <w:t>f 33156/3920/3617 33150/3916/3613 33151/3915/3612</w:t>
        <w:br/>
        <w:t>f 33155/3921/3618 33156/3920/3617 33151/3915/3612</w:t>
        <w:br/>
        <w:t>f 33156/3920/3617 33154/3918/3615 33149/3913/3610</w:t>
        <w:br/>
        <w:t>f 33150/3916/3613 33156/3920/3617 33149/3913/3610</w:t>
        <w:br/>
        <w:t>f 33152/3917/3614 33157/3922/3619 33155/3921/3618</w:t>
        <w:br/>
        <w:t>f 33151/3915/3612 33152/3917/3614 33155/3921/3618</w:t>
        <w:br/>
        <w:t>f 33159/3923/3620 33158/3924/3621 33153/3919/3616</w:t>
        <w:br/>
        <w:t>f 33154/3918/3615 33159/3923/3620 33153/3919/3616</w:t>
        <w:br/>
        <w:t>f 33161/3925/3622 33160/3926/3623 33156/3920/3617</w:t>
        <w:br/>
        <w:t>f 33155/3921/3618 33161/3925/3622 33156/3920/3617</w:t>
        <w:br/>
        <w:t>f 33160/3926/3623 33159/3923/3620 33154/3918/3615</w:t>
        <w:br/>
        <w:t>f 33156/3920/3617 33160/3926/3623 33154/3918/3615</w:t>
        <w:br/>
        <w:t>f 33162/3927/3624 33161/3925/3622 33155/3921/3618</w:t>
        <w:br/>
        <w:t>f 33157/3922/3619 33162/3927/3624 33155/3921/3618</w:t>
        <w:br/>
        <w:t>f 33164/3928/3625 33163/3929/3626 33158/3924/3621</w:t>
        <w:br/>
        <w:t>f 33159/3923/3620 33164/3928/3625 33158/3924/3621</w:t>
        <w:br/>
        <w:t>f 33166/3930/3627 33165/3931/3628 33160/3926/3623</w:t>
        <w:br/>
        <w:t>f 33161/3925/3622 33166/3930/3627 33160/3926/3623</w:t>
        <w:br/>
        <w:t>f 33165/3931/3628 33164/3928/3625 33159/3923/3620</w:t>
        <w:br/>
        <w:t>f 33160/3926/3623 33165/3931/3628 33159/3923/3620</w:t>
        <w:br/>
        <w:t>f 33167/3932/3629 33166/3930/3627 33161/3925/3622</w:t>
        <w:br/>
        <w:t>f 33162/3927/3624 33167/3932/3629 33161/3925/3622</w:t>
        <w:br/>
        <w:t>f 33169/3933/3630 33168/3934/3631 33163/3929/3626</w:t>
        <w:br/>
        <w:t>f 33164/3928/3625 33169/3933/3630 33163/3929/3626</w:t>
        <w:br/>
        <w:t>f 33171/3935/3632 33170/3936/3633 33165/3931/3628</w:t>
        <w:br/>
        <w:t>f 33166/3930/3627 33171/3935/3632 33165/3931/3628</w:t>
        <w:br/>
        <w:t>f 33170/3936/3633 33169/3933/3630 33164/3928/3625</w:t>
        <w:br/>
        <w:t>f 33165/3931/3628 33170/3936/3633 33164/3928/3625</w:t>
        <w:br/>
        <w:t>f 33172/3937/3634 33171/3935/3632 33166/3930/3627</w:t>
        <w:br/>
        <w:t>f 33167/3932/3629 33172/3937/3634 33166/3930/3627</w:t>
        <w:br/>
        <w:t>f 33174/3938/3635 33173/3939/3636 33168/3934/3631</w:t>
        <w:br/>
        <w:t>f 33169/3933/3630 33174/3938/3635 33168/3934/3631</w:t>
        <w:br/>
        <w:t>f 33176/3940/3637 33175/3941/3638 33170/3936/3633</w:t>
        <w:br/>
        <w:t>f 33171/3935/3632 33176/3940/3637 33170/3936/3633</w:t>
        <w:br/>
        <w:t>f 33175/3941/3638 33174/3938/3635 33169/3933/3630</w:t>
        <w:br/>
        <w:t>f 33170/3936/3633 33175/3941/3638 33169/3933/3630</w:t>
        <w:br/>
        <w:t>f 33177/3942/3639 33176/3940/3637 33171/3935/3632</w:t>
        <w:br/>
        <w:t>f 33172/3937/3634 33177/3942/3639 33171/3935/3632</w:t>
        <w:br/>
        <w:t>f 33179/3943/3640 33178/3944/3641 33173/3939/3636</w:t>
        <w:br/>
        <w:t>f 33174/3938/3635 33179/3943/3640 33173/3939/3636</w:t>
        <w:br/>
        <w:t>f 33181/3945/3642 33180/3946/3643 33175/3941/3638</w:t>
        <w:br/>
        <w:t>f 33176/3940/3637 33181/3945/3642 33175/3941/3638</w:t>
        <w:br/>
        <w:t>f 33180/3946/3643 33179/3943/3640 33174/3938/3635</w:t>
        <w:br/>
        <w:t>f 33175/3941/3638 33180/3946/3643 33174/3938/3635</w:t>
        <w:br/>
        <w:t>f 33182/3947/3644 33181/3945/3642 33176/3940/3637</w:t>
        <w:br/>
        <w:t>f 33177/3942/3639 33182/3947/3644 33176/3940/3637</w:t>
        <w:br/>
        <w:t>f 33183/3948/3645 32671/3435/3165 33178/3944/3641</w:t>
        <w:br/>
        <w:t>f 33179/3943/3640 33183/3948/3645 33178/3944/3641</w:t>
        <w:br/>
        <w:t>f 33185/3949/3646 33184/3950/3647 33180/3946/3643</w:t>
        <w:br/>
        <w:t>f 33181/3945/3642 33185/3949/3646 33180/3946/3643</w:t>
        <w:br/>
        <w:t>f 33184/3950/3647 33183/3948/3645 33179/3943/3640</w:t>
        <w:br/>
        <w:t>f 33180/3946/3643 33184/3950/3647 33179/3943/3640</w:t>
        <w:br/>
        <w:t>f 33186/3951/3648 33185/3949/3646 33181/3945/3642</w:t>
        <w:br/>
        <w:t>f 33182/3947/3644 33186/3951/3648 33181/3945/3642</w:t>
        <w:br/>
        <w:t>f 33183/3948/3645 33187/3952/3649 32676/3440/3170</w:t>
        <w:br/>
        <w:t>f 32671/3435/3165 33183/3948/3645 32676/3440/3170</w:t>
        <w:br/>
        <w:t>f 33189/3953/3650 33188/3954/3651 33184/3950/3647</w:t>
        <w:br/>
        <w:t>f 33185/3949/3646 33189/3953/3650 33184/3950/3647</w:t>
        <w:br/>
        <w:t>f 33188/3954/3651 33187/3952/3649 33183/3948/3645</w:t>
        <w:br/>
        <w:t>f 33184/3950/3647 33188/3954/3651 33183/3948/3645</w:t>
        <w:br/>
        <w:t>f 33190/3955/3652 33189/3953/3650 33185/3949/3646</w:t>
        <w:br/>
        <w:t>f 33186/3951/3648 33190/3955/3652 33185/3949/3646</w:t>
        <w:br/>
        <w:t>f 33192/3956/3653 33191/3957/3654 33188/3954/3651</w:t>
        <w:br/>
        <w:t>f 33189/3953/3650 33192/3956/3653 33188/3954/3651</w:t>
        <w:br/>
        <w:t>f 33191/3957/3654 33193/3958/3175 33187/3952/3649</w:t>
        <w:br/>
        <w:t>f 33188/3954/3651 33191/3957/3654 33187/3952/3649</w:t>
        <w:br/>
        <w:t>f 33194/3959/3655 33192/3956/3653 33189/3953/3650</w:t>
        <w:br/>
        <w:t>f 33190/3955/3652 33194/3959/3655 33189/3953/3650</w:t>
        <w:br/>
        <w:t>f 33192/3956/3653 33196/3960/3656 33195/3961/3657</w:t>
        <w:br/>
        <w:t>f 33191/3957/3654 33192/3956/3653 33195/3961/3657</w:t>
        <w:br/>
        <w:t>f 33194/3959/3655 33197/3962/3658 33196/3960/3656</w:t>
        <w:br/>
        <w:t>f 33192/3956/3653 33194/3959/3655 33196/3960/3656</w:t>
        <w:br/>
        <w:t>f 33196/3960/3656 33199/3963/3659 33198/3964/3660</w:t>
        <w:br/>
        <w:t>f 33195/3961/3657 33196/3960/3656 33198/3964/3660</w:t>
        <w:br/>
        <w:t>f 33197/3962/3658 33200/3965/3661 33199/3963/3659</w:t>
        <w:br/>
        <w:t>f 33196/3960/3656 33197/3962/3658 33199/3963/3659</w:t>
        <w:br/>
        <w:t>f 33199/3963/3659 33202/3966/3662 33201/3967/3663</w:t>
        <w:br/>
        <w:t>f 33198/3964/3660 33199/3963/3659 33201/3967/3663</w:t>
        <w:br/>
        <w:t>f 33200/3965/3661 33203/3968/3664 33202/3966/3662</w:t>
        <w:br/>
        <w:t>f 33199/3963/3659 33200/3965/3661 33202/3966/3662</w:t>
        <w:br/>
        <w:t>f 32760/3523/3250 33204/3969/3409 32759/3524/3251</w:t>
        <w:br/>
        <w:t>f 32755/3519/3246 32760/3523/3250 32754/3520/3247</w:t>
        <w:br/>
        <w:t>f 32755/3519/3246 32756/3518/3245 32923/3688/3412</w:t>
        <w:br/>
        <w:t>f 33206/3970/3190 33205/3971/3185 33198/3964/3660</w:t>
        <w:br/>
        <w:t>f 33201/3967/3663 33206/3970/3190 33198/3964/3660</w:t>
        <w:br/>
        <w:t>f 33205/3971/3185 33207/3972/3180 33195/3961/3657</w:t>
        <w:br/>
        <w:t>f 33198/3964/3660 33205/3971/3185 33195/3961/3657</w:t>
        <w:br/>
        <w:t>f 33207/3972/3180 33193/3958/3175 33191/3957/3654</w:t>
        <w:br/>
        <w:t>f 33195/3961/3657 33207/3972/3180 33191/3957/3654</w:t>
        <w:br/>
        <w:t>f 33193/3958/3175 32676/3440/3170 33187/3952/3649</w:t>
        <w:br/>
        <w:t>f 32720/3483/3213 33209/3973/3665 33208/3974/3216</w:t>
        <w:br/>
        <w:t>f 32719/3484/3214 32720/3483/3213 33208/3974/3216</w:t>
        <w:br/>
        <w:t>f 32720/3483/3213 32893/3658/3382 33210/3975/3666</w:t>
        <w:br/>
        <w:t>f 33209/3973/3665 32720/3483/3213 33210/3975/3666</w:t>
        <w:br/>
        <w:t>f 33214/3976/3667 33213/3977/3668 33212/3978/3669</w:t>
        <w:br/>
        <w:t>f 33211/3979/3670 33214/3976/3667 33212/3978/3669</w:t>
        <w:br/>
        <w:t>f 33214/3976/3667 33216/3980/3671 33215/3981/3672</w:t>
        <w:br/>
        <w:t>f 33213/3977/3668 33214/3976/3667 33215/3981/3672</w:t>
        <w:br/>
        <w:t>f 33220/3982/3673 33219/3983/3674 33218/3984/3675</w:t>
        <w:br/>
        <w:t>f 33217/3985/3676 33220/3982/3673 33218/3984/3675</w:t>
        <w:br/>
        <w:t>f 33222/3986/3677 33220/3982/3673 33217/3985/3676</w:t>
        <w:br/>
        <w:t>f 33221/3987/3678 33222/3986/3677 33217/3985/3676</w:t>
        <w:br/>
        <w:t>f 33209/3973/3665 33214/3976/3667 33211/3979/3670</w:t>
        <w:br/>
        <w:t>f 33208/3974/3216 33209/3973/3665 33211/3979/3670</w:t>
        <w:br/>
        <w:t>f 32782/3544/3269 33224/3988/3679 33223/3989/3680</w:t>
        <w:br/>
        <w:t>f 33217/3985/3676 33218/3984/3675 33212/3978/3669</w:t>
        <w:br/>
        <w:t>f 33213/3977/3668 33217/3985/3676 33212/3978/3669</w:t>
        <w:br/>
        <w:t>f 33221/3987/3678 33217/3985/3676 33213/3977/3668</w:t>
        <w:br/>
        <w:t>f 33215/3981/3672 33221/3987/3678 33213/3977/3668</w:t>
        <w:br/>
        <w:t>f 33220/3982/3673 33225/3990/3681 33219/3983/3674</w:t>
        <w:br/>
        <w:t>f 33222/3986/3677 33225/3990/3681 33220/3982/3673</w:t>
        <w:br/>
        <w:t>f 33229/3991/3269 33228/3992/3682 33227/3993/3683</w:t>
        <w:br/>
        <w:t>f 33226/3994/3679 33229/3991/3269 33227/3993/3683</w:t>
        <w:br/>
        <w:t>f 33226/3994/3679 33227/3993/3683 33230/3995/3684</w:t>
        <w:br/>
        <w:t>f 33231/3996/3685 33226/3994/3679 33230/3995/3684</w:t>
        <w:br/>
        <w:t>f 33230/3995/3684 33233/3997/3686 33232/3998/3686</w:t>
        <w:br/>
        <w:t>f 33231/3996/3685 33230/3995/3684 33232/3998/3686</w:t>
        <w:br/>
        <w:t>f 33233/3997/3686 33235/3999/3687 33234/4000/3687</w:t>
        <w:br/>
        <w:t>f 33232/3998/3686 33233/3997/3686 33234/4000/3687</w:t>
        <w:br/>
        <w:t>f 33234/4000/3687 33235/3999/3687 33236/4001/3688</w:t>
        <w:br/>
        <w:t>f 32366/3133/2899 33238/4002/3689 33237/4003/3690</w:t>
        <w:br/>
        <w:t>f 32368/3131/2897 32366/3133/2899 33237/4003/3690</w:t>
        <w:br/>
        <w:t>f 33242/4004/3691 33241/4005/3692 33240/4006/3693</w:t>
        <w:br/>
        <w:t>f 33239/4007/3694 33242/4004/3691 33240/4006/3693</w:t>
        <w:br/>
        <w:t>f 33245/4008/3695 33244/4009/3696 33243/4010/3697</w:t>
        <w:br/>
        <w:t>f 33246/4011/3698 33245/4008/3695 33243/4010/3697</w:t>
        <w:br/>
        <w:t>f 33248/4012/3699 33242/4004/3691 33239/4007/3694</w:t>
        <w:br/>
        <w:t>f 33247/4013/3700 33248/4012/3699 33239/4007/3694</w:t>
        <w:br/>
        <w:t>f 33247/4013/3700 33249/4014/3701 33248/4012/3699</w:t>
        <w:br/>
        <w:t>f 33251/4015/3702 33250/4016/3703 33241/4005/3692</w:t>
        <w:br/>
        <w:t>f 33242/4004/3691 33251/4015/3702 33241/4005/3692</w:t>
        <w:br/>
        <w:t>f 33250/4016/3703 33252/4017/3704 33243/4010/3697</w:t>
        <w:br/>
        <w:t>f 33241/4005/3692 33250/4016/3703 33243/4010/3697</w:t>
        <w:br/>
        <w:t>f 33253/4018/3705 33251/4015/3702 33242/4004/3691</w:t>
        <w:br/>
        <w:t>f 33248/4012/3699 33253/4018/3705 33242/4004/3691</w:t>
        <w:br/>
        <w:t>f 33249/4014/3701 33253/4018/3705 33248/4012/3699</w:t>
        <w:br/>
        <w:t>f 33244/4009/3696 33240/4006/3693 33241/4005/3692</w:t>
        <w:br/>
        <w:t>f 33243/4010/3697 33244/4009/3696 33241/4005/3692</w:t>
        <w:br/>
        <w:t>f 33252/4017/3704 33254/4019/3706 33246/4011/3698</w:t>
        <w:br/>
        <w:t>f 33243/4010/3697 33252/4017/3704 33246/4011/3698</w:t>
        <w:br/>
        <w:t>f 33245/4008/3695 33246/4011/3698 32509/3275/3028</w:t>
        <w:br/>
        <w:t>f 32510/3274/3027 33245/4008/3695 32509/3275/3028</w:t>
        <w:br/>
        <w:t>f 32162/2926/2705 33256/4020/3707 33255/4021/3708</w:t>
        <w:br/>
        <w:t>f 32161/2927/2706 32162/2926/2705 33255/4021/3708</w:t>
        <w:br/>
        <w:t>f 32161/2927/2706 33255/4021/3708 33257/4022/3027</w:t>
        <w:br/>
        <w:t>f 32389/3154/2919 32161/2927/2706 33257/4022/3027</w:t>
        <w:br/>
        <w:t>f 33261/4023/3709 33260/4024/3710 33259/4025/3711</w:t>
        <w:br/>
        <w:t>f 33258/4026/3711 33261/4023/3709 33259/4025/3711</w:t>
        <w:br/>
        <w:t>f 33258/4026/3711 33259/4025/3711 33263/4027/3712</w:t>
        <w:br/>
        <w:t>f 33262/4028/3712 33258/4026/3711 33263/4027/3712</w:t>
        <w:br/>
        <w:t>f 33262/4028/3712 33263/4027/3712 33265/4029/3713</w:t>
        <w:br/>
        <w:t>f 33264/4030/3714 33262/4028/3712 33265/4029/3713</w:t>
        <w:br/>
        <w:t>f 33265/4029/3713 33267/4031/3715 33266/4032/3690</w:t>
        <w:br/>
        <w:t>f 33264/4030/3714 33265/4029/3713 33266/4032/3690</w:t>
        <w:br/>
        <w:t>f 33266/4032/3690 33267/4031/3715 33268/4033/3130</w:t>
        <w:br/>
        <w:t>f 33269/4034/3716 33266/4032/3690 33268/4033/3130</w:t>
        <w:br/>
        <w:t>f 33260/4024/3710 33261/4023/3709 33270/4035/3717</w:t>
        <w:br/>
        <w:t>f 33274/4036/3718 33273/4037/3719 33272/4038/3720</w:t>
        <w:br/>
        <w:t>f 33271/4039/3718 33274/4036/3718 33272/4038/3720</w:t>
        <w:br/>
        <w:t>f 33278/4040/3721 33277/4041/3722 33276/4042/3723</w:t>
        <w:br/>
        <w:t>f 33275/4043/3723 33278/4040/3721 33276/4042/3723</w:t>
        <w:br/>
        <w:t>f 32290/3056/2825 32291/3055/2824 32237/3003/2774</w:t>
        <w:br/>
        <w:t>f 32288/3054/2823 32290/3056/2825 32237/3003/2774</w:t>
        <w:br/>
        <w:t>f 33280/4044/3724 32285/3051/2821 32286/3050/2821</w:t>
        <w:br/>
        <w:t>f 33279/4045/3725 33280/4044/3724 32286/3050/2821</w:t>
        <w:br/>
        <w:t>f 32284/3052/2820 33277/4041/3722 33278/4040/3721</w:t>
        <w:br/>
        <w:t>f 32287/3049/2820 32284/3052/2820 33278/4040/3721</w:t>
        <w:br/>
        <w:t>f 33276/4042/3723 33274/4036/3718 33271/4039/3718</w:t>
        <w:br/>
        <w:t>f 33275/4043/3723 33276/4042/3723 33271/4039/3718</w:t>
        <w:br/>
        <w:t>f 32303/3071/2837 33280/4044/3724 33279/4045/3725</w:t>
        <w:br/>
        <w:t>f 32306/3068/2837 32303/3071/2837 33279/4045/3725</w:t>
        <w:br/>
        <w:t>f 32309/3077/2844 32310/3076/2843 32299/3065/2834</w:t>
        <w:br/>
        <w:t>f 32300/3064/2833 32309/3077/2844 32299/3065/2834</w:t>
        <w:br/>
        <w:t>f 32382/3146/2912 32304/3070/2838 32305/3069/2838</w:t>
        <w:br/>
        <w:t>f 32381/3147/2913 32382/3146/2912 32305/3069/2838</w:t>
        <w:br/>
        <w:t>f 32312/3074/2841 32361/3127/2893 33281/4046/3726</w:t>
        <w:br/>
        <w:t>f 32311/3075/2842 32312/3074/2841 33281/4046/3726</w:t>
        <w:br/>
        <w:t>f 33273/4037/3719 32512/3278/3030 32513/3277/3030</w:t>
        <w:br/>
        <w:t>f 33272/4038/3720 33273/4037/3719 32513/3277/3030</w:t>
        <w:br/>
        <w:t>f 32511/3279/3029 32492/3258/3015 32493/3257/3014</w:t>
        <w:br/>
        <w:t>f 32514/3276/3029 32511/3279/3029 32493/3257/3014</w:t>
        <w:br/>
        <w:t>f 32497/3264/3021 32244/3012/2783 32245/3011/2782</w:t>
        <w:br/>
        <w:t>f 32446/3211/2969 32497/3264/3021 32245/3011/2782</w:t>
        <w:br/>
        <w:t>f 33282/4047/3727 32471/3236/2994 32499/3262/3019</w:t>
        <w:br/>
        <w:t>f 32278/3040/2811 32479/3244/3002 32474/3241/2999</w:t>
        <w:br/>
        <w:t>f 32444/3208/2966 32278/3040/2811 32474/3241/2999</w:t>
        <w:br/>
        <w:t>f 32479/3244/3002 32486/3251/3008 32476/3239/2997</w:t>
        <w:br/>
        <w:t>f 32474/3241/2999 32479/3244/3002 32476/3239/2997</w:t>
        <w:br/>
        <w:t>f 32595/3359/3095 32596/3362/3098 32604/3370/3107</w:t>
        <w:br/>
        <w:t>f 32603/3368/3105 32595/3359/3095 32604/3370/3107</w:t>
        <w:br/>
        <w:t>f 32603/3368/3105 32604/3370/3107 32630/3396/3127</w:t>
        <w:br/>
        <w:t>f 32629/3394/3125 32603/3368/3105 32630/3396/3127</w:t>
        <w:br/>
        <w:t>f 32528/3292/3042 32529/3291/3041 32596/3362/3098</w:t>
        <w:br/>
        <w:t>f 32595/3359/3095 32528/3292/3042 32596/3362/3098</w:t>
        <w:br/>
        <w:t>f 33284/4048/3728 32228/2990/2765 32225/2993/2765</w:t>
        <w:br/>
        <w:t>f 33283/4049/3728 33284/4048/3728 32225/2993/2765</w:t>
        <w:br/>
        <w:t>f 32504/3272/3023 32369/3135/2901 32370/3134/2900</w:t>
        <w:br/>
        <w:t>f 32507/3269/3023 32504/3272/3023 32370/3134/2900</w:t>
        <w:br/>
        <w:t>f 32221/2989/2764 33284/4048/3728 33283/4049/3728</w:t>
        <w:br/>
        <w:t>f 32224/2986/2762 32221/2989/2764 33283/4049/3728</w:t>
        <w:br/>
        <w:t>f 32220/2982/2759 32222/2988/2763 32223/2987/2763</w:t>
        <w:br/>
        <w:t>f 32219/2983/2759 32220/2982/2759 32223/2987/2763</w:t>
        <w:br/>
        <w:t>f 33285/4050/3729 32189/2957/2736 32190/2956/2735</w:t>
        <w:br/>
        <w:t>f 32434/3197/2955 32432/3199/2957 33287/4051/3730</w:t>
        <w:br/>
        <w:t>f 33286/4052/3730 32434/3197/2955 33287/4051/3730</w:t>
        <w:br/>
        <w:t>f 33288/4053/3731 33286/4052/3730 33287/4051/3730</w:t>
        <w:br/>
        <w:t>f 32403/3167/2930 32404/3166/2930 33289/4054/3732</w:t>
        <w:br/>
        <w:t>f 33290/4055/3733 32403/3167/2930 33289/4054/3732</w:t>
        <w:br/>
        <w:t>f 33292/4056/3734 33291/4057/3735 32400/3162/2927</w:t>
        <w:br/>
        <w:t>f 32397/3165/2927 33292/4056/3734 32400/3162/2927</w:t>
        <w:br/>
        <w:t>f 32401/3169/2931 32402/3168/2931 32398/3164/2929</w:t>
        <w:br/>
        <w:t>f 32399/3163/2928 32401/3169/2931 32398/3164/2929</w:t>
        <w:br/>
        <w:t>f 32396/3160/2925 32152/2920/2699 32374/3139/2905</w:t>
        <w:br/>
        <w:t>f 32393/3159/2924 32396/3160/2925 32374/3139/2905</w:t>
        <w:br/>
        <w:t>f 32388/3152/2917 32207/2971/2748 32155/2917/2696</w:t>
        <w:br/>
        <w:t>f 32395/3161/2926 32388/3152/2917 32155/2917/2696</w:t>
        <w:br/>
        <w:t>f 33290/4055/3733 33289/4054/3732 33293/4058/3736</w:t>
        <w:br/>
        <w:t>f 32391/3157/2922 32509/3275/3028 33294/4059/3737</w:t>
        <w:br/>
        <w:t>f 32508/3273/3026 32391/3157/2922 33294/4059/3737</w:t>
        <w:br/>
        <w:t>f 32509/3275/3028 33246/4011/3698 33254/4019/3706</w:t>
        <w:br/>
        <w:t>f 33294/4059/3737 32509/3275/3028 33254/4019/3706</w:t>
        <w:br/>
        <w:t>f 32761/3529/3255 32762/3528/3254 33296/4060/3738</w:t>
        <w:br/>
        <w:t>f 33295/4061/3738 32761/3529/3255 33296/4060/3738</w:t>
        <w:br/>
        <w:t>f 33295/4061/3738 33296/4060/3738 32786/3550/3274</w:t>
        <w:br/>
        <w:t>f 32787/3549/3273 33295/4061/3738 32786/3550/3274</w:t>
        <w:br/>
        <w:t>f 32784/3552/3276 32785/3551/3275 33298/4062/3739</w:t>
        <w:br/>
        <w:t>f 33297/4063/3739 32784/3552/3276 33298/4062/3739</w:t>
        <w:br/>
        <w:t>f 32774/3538/3264 32744/3506/3234 32741/3509/3237</w:t>
        <w:br/>
        <w:t>f 32773/3539/3264 32774/3538/3264 32741/3509/3237</w:t>
        <w:br/>
        <w:t>f 33025/3789/3506 32767/3531/3257 32768/3530/3256</w:t>
        <w:br/>
        <w:t>f 33299/4064/3740 33025/3789/3506 32768/3530/3256</w:t>
        <w:br/>
        <w:t>f 32911/3677/3401 32770/3536/3262 32771/3535/3261</w:t>
        <w:br/>
        <w:t>f 33024/3790/3507 32911/3677/3401 32771/3535/3261</w:t>
        <w:br/>
        <w:t>f 33299/4064/3740 32768/3530/3256 32763/3527/3253</w:t>
        <w:br/>
        <w:t>f 32764/3526/3253 33299/4064/3740 32763/3527/3253</w:t>
        <w:br/>
        <w:t>f 32753/3521/3248 32754/3520/3247 32758/3525/3252</w:t>
        <w:br/>
        <w:t>f 32757/3522/3249 32753/3521/3248 32758/3525/3252</w:t>
        <w:br/>
        <w:t>f 33301/4065/3741 33300/4066/3741 32769/3537/3263</w:t>
        <w:br/>
        <w:t>f 32770/3536/3262 33301/4065/3741 32769/3537/3263</w:t>
        <w:br/>
        <w:t>f 32772/3534/3260 32766/3532/3258 32767/3531/3257</w:t>
        <w:br/>
        <w:t>f 32771/3535/3261 32772/3534/3260 32767/3531/3257</w:t>
        <w:br/>
        <w:t>f 32775/3543/3268 32776/3542/3267 33300/4066/3741</w:t>
        <w:br/>
        <w:t>f 33301/4065/3741 32775/3543/3268 33300/4066/3741</w:t>
        <w:br/>
        <w:t>f 32740/3502/3232 32737/3505/3232 33302/4067/3742</w:t>
        <w:br/>
        <w:t>f 32399/3163/3743 33297/4063/3739 33298/4062/3739</w:t>
        <w:br/>
        <w:t>f 33304/4068/3744 32777/3541/3266 33303/4069/3745</w:t>
        <w:br/>
        <w:t>f 32777/3541/3266 32782/3544/3269 33223/3989/3680</w:t>
        <w:br/>
        <w:t>f 33303/4069/3745 32777/3541/3266 33223/3989/3680</w:t>
        <w:br/>
        <w:t>f 33216/3980/3671 33214/3976/3667 33209/3973/3665</w:t>
        <w:br/>
        <w:t>f 33210/3975/3666 33216/3980/3671 33209/3973/3665</w:t>
        <w:br/>
        <w:t>f 32273/3037/2808 32421/3185/3746 32422/3187/2948</w:t>
        <w:br/>
        <w:t>f 32263/3027/2798 32273/3037/2808 32422/3187/2948</w:t>
        <w:br/>
        <w:t>f 32953/3716/3435 33306/4070/3525 33305/4071/3747</w:t>
        <w:br/>
        <w:t>f 32952/3717/3436 32953/3716/3435 33305/4071/3747</w:t>
        <w:br/>
        <w:t>f 33305/4071/3747 33306/4070/3525 33307/4072/3748</w:t>
        <w:br/>
        <w:t>f 32826/3590/3314 32814/3582/3306 32941/3706/3429</w:t>
        <w:br/>
        <w:t>f 32939/3705/3428 32826/3590/3314 32941/3706/3429</w:t>
        <w:br/>
        <w:t>f 33016/3780/3497 32831/3593/3317 32828/3596/3320</w:t>
        <w:br/>
        <w:t>f 33026/3791/3508 33016/3780/3497 32828/3596/3320</w:t>
        <w:br/>
        <w:t>f 32962/3730/3446 32996/3763/3480 32997/3762/3479</w:t>
        <w:br/>
        <w:t>f 32965/3727/3446 32962/3730/3446 32997/3762/3479</w:t>
        <w:br/>
        <w:t>f 33007/3775/3492 33008/3774/3491 33001/3766/3483</w:t>
        <w:br/>
        <w:t>f 33015/3781/3498 33007/3775/3492 33001/3766/3483</w:t>
        <w:br/>
        <w:t>f 33027/3793/3509 33028/3792/3509 33309/4073/3749</w:t>
        <w:br/>
        <w:t>f 33308/4074/3749 33027/3793/3509 33309/4073/3749</w:t>
        <w:br/>
        <w:t>f 32798/3564/3288 32799/3563/3287 33020/3785/3502</w:t>
        <w:br/>
        <w:t>f 32970/3735/3452 32798/3564/3288 33020/3785/3502</w:t>
        <w:br/>
        <w:t>f 33313/4075/3750 33312/4076/3751 33311/4077/3751</w:t>
        <w:br/>
        <w:t>f 33310/4078/3752 33313/4075/3750 33311/4077/3751</w:t>
        <w:br/>
        <w:t>f 33312/4076/3751 32839/3602/3326 32837/3604/3328</w:t>
        <w:br/>
        <w:t>f 33311/4077/3751 33312/4076/3751 32837/3604/3328</w:t>
        <w:br/>
        <w:t>f 33315/4079/3753 33313/4075/3750 33310/4078/3752</w:t>
        <w:br/>
        <w:t>f 33314/4080/3753 33315/4079/3753 33310/4078/3752</w:t>
        <w:br/>
        <w:t>f 33308/4074/3749 33309/4073/3749 33315/4079/3753</w:t>
        <w:br/>
        <w:t>f 33314/4080/3753 33308/4074/3749 33315/4079/3753</w:t>
        <w:br/>
        <w:t>f 32790/3556/3280 32843/3607/3331 32842/3608/3332</w:t>
        <w:br/>
        <w:t>f 32841/3605/3329 32790/3556/3280 32842/3608/3332</w:t>
        <w:br/>
        <w:t>f 32450/3215/2973 32490/3256/3013 32478/3242/3000</w:t>
        <w:br/>
        <w:t>f 33000/3764/3481 33014/3778/3495 32973/3740/3457</w:t>
        <w:br/>
        <w:t>f 32631/3395/3126 32612/3376/3114 32634/3401/3131</w:t>
        <w:br/>
        <w:t>f 32631/3395/3126 32634/3401/3131 32638/3402/3132</w:t>
        <w:br/>
        <w:t>f 33149/3913/3610 33125/3889/3593 33145/3910/3607</w:t>
        <w:br/>
        <w:t>f 33150/3916/3613 33149/3913/3610 33145/3910/3607</w:t>
        <w:br/>
        <w:t>f 33316/4081/3754 33237/4003/3690 33238/4002/3689</w:t>
        <w:br/>
        <w:t>f 32505/3271/3025 32506/3270/3024 33317/4082/3755</w:t>
        <w:br/>
        <w:t>f 33321/4083/3756 33320/4084/3757 33319/4085/3758</w:t>
        <w:br/>
        <w:t>f 33318/4086/3759 33321/4083/3756 33319/4085/3758</w:t>
        <w:br/>
        <w:t>f 33324/4087/3760 33323/4088/3761 33322/4089/3762</w:t>
        <w:br/>
        <w:t>f 33327/4090/3763 33326/4091/3764 33325/4092/3765</w:t>
        <w:br/>
        <w:t>f 33330/4093/3766 33329/4094/3767 33328/4095/3768</w:t>
        <w:br/>
        <w:t>f 33334/4096/3769 33333/4097/3770 33332/4098/3770</w:t>
        <w:br/>
        <w:t>f 33331/4099/3769 33334/4096/3769 33332/4098/3770</w:t>
        <w:br/>
        <w:t>f 33336/4100/3771 33334/4096/3769 33331/4099/3769</w:t>
        <w:br/>
        <w:t>f 33335/4101/3771 33336/4100/3771 33331/4099/3769</w:t>
        <w:br/>
        <w:t>f 33338/4102/3772 33336/4100/3771 33335/4101/3771</w:t>
        <w:br/>
        <w:t>f 33337/4103/3772 33338/4102/3772 33335/4101/3771</w:t>
        <w:br/>
        <w:t>f 33341/4104/3773 33340/4105/3774 33339/4106/3775</w:t>
        <w:br/>
        <w:t>f 33345/4107/3776 33344/4108/3777 33343/4109/3778</w:t>
        <w:br/>
        <w:t>f 33342/4110/3779 33345/4107/3776 33343/4109/3778</w:t>
        <w:br/>
        <w:t>f 33348/4111/3780 33322/4089/3762 33347/4112/3781</w:t>
        <w:br/>
        <w:t>f 33346/4113/3781 33348/4111/3780 33347/4112/3781</w:t>
        <w:br/>
        <w:t>f 33350/4114/3782 33349/4115/3782 33332/4098/3770</w:t>
        <w:br/>
        <w:t>f 33333/4097/3770 33350/4114/3782 33332/4098/3770</w:t>
        <w:br/>
        <w:t>f 33354/4116/3783 33353/4117/3784 33352/4118/3784</w:t>
        <w:br/>
        <w:t>f 33351/4119/3785 33354/4116/3783 33352/4118/3784</w:t>
        <w:br/>
        <w:t>f 33356/4120/3786 33355/4121/3786 33346/4113/3781</w:t>
        <w:br/>
        <w:t>f 33347/4112/3781 33356/4120/3786 33346/4113/3781</w:t>
        <w:br/>
        <w:t>f 33360/4122/3787 33359/4123/3787 33358/4124/3788</w:t>
        <w:br/>
        <w:t>f 33357/4125/3788 33360/4122/3787 33358/4124/3788</w:t>
        <w:br/>
        <w:t>f 33362/4126/3789 33361/4127/3790 33327/4090/3763</w:t>
        <w:br/>
        <w:t>f 33365/4128/3791 33364/4129/3792 33363/4130/3793</w:t>
        <w:br/>
        <w:t>f 33368/4131/3794 33341/4104/3773 33367/4132/3795</w:t>
        <w:br/>
        <w:t>f 33366/4133/3796 33368/4131/3794 33367/4132/3795</w:t>
        <w:br/>
        <w:t>f 33370/4134/3797 33352/4118/3784 33353/4117/3784</w:t>
        <w:br/>
        <w:t>f 33369/4135/3797 33370/4134/3797 33353/4117/3784</w:t>
        <w:br/>
        <w:t>f 33362/4126/3789 33372/4136/3798 33371/4137/3799</w:t>
        <w:br/>
        <w:t>f 33375/4138/3800 33374/4139/3801 33373/4140/3802</w:t>
        <w:br/>
        <w:t>f 33379/4141/3803 33378/4142/3804 33377/4143/3805</w:t>
        <w:br/>
        <w:t>f 33376/4144/3803 33379/4141/3803 33377/4143/3805</w:t>
        <w:br/>
        <w:t>f 33364/4129/3792 33381/4145/3806 33380/4146/3807</w:t>
        <w:br/>
        <w:t>f 33383/4147/3808 33368/4131/3794 33366/4133/3796</w:t>
        <w:br/>
        <w:t>f 33382/4148/3808 33383/4147/3808 33366/4133/3796</w:t>
        <w:br/>
        <w:t>f 33385/4149/3809 33370/4134/3797 33369/4135/3797</w:t>
        <w:br/>
        <w:t>f 33384/4150/3809 33385/4149/3809 33369/4135/3797</w:t>
        <w:br/>
        <w:t>f 33387/4151/3810 33386/4152/3810 33359/4123/3787</w:t>
        <w:br/>
        <w:t>f 33360/4122/3787 33387/4151/3810 33359/4123/3787</w:t>
        <w:br/>
        <w:t>f 33391/4153/3811 33390/4154/3812 33389/4155/3812</w:t>
        <w:br/>
        <w:t>f 33388/4156/3811 33391/4153/3811 33389/4155/3812</w:t>
        <w:br/>
        <w:t>f 33386/4152/3810 33387/4151/3810 33393/4157/3813</w:t>
        <w:br/>
        <w:t>f 33392/4158/3814 33386/4152/3810 33393/4157/3813</w:t>
        <w:br/>
        <w:t>f 33395/4159/3815 33391/4153/3811 33388/4156/3811</w:t>
        <w:br/>
        <w:t>f 33394/4160/3816 33395/4159/3815 33388/4156/3811</w:t>
        <w:br/>
        <w:t>f 33318/4086/3759 33397/4161/3817 33396/4162/3818</w:t>
        <w:br/>
        <w:t>f 33321/4083/3756 33318/4086/3759 33396/4162/3818</w:t>
        <w:br/>
        <w:t>f 33401/4163/3819 33400/4164/3820 33399/4165/3821</w:t>
        <w:br/>
        <w:t>f 33398/4166/3822 33401/4163/3819 33399/4165/3821</w:t>
        <w:br/>
        <w:t>f 33405/4167/3823 33404/4168/3824 33403/4169/3824</w:t>
        <w:br/>
        <w:t>f 33402/4170/3825 33405/4167/3823 33403/4169/3824</w:t>
        <w:br/>
        <w:t>f 33381/4145/3806 33406/4171/3826 33380/4146/3807</w:t>
        <w:br/>
        <w:t>f 33382/4148/3808 33407/4172/3827 33383/4147/3808</w:t>
        <w:br/>
        <w:t>f 33384/4150/3809 33408/4173/3828 33385/4149/3809</w:t>
        <w:br/>
        <w:t>f 33412/4174/3829 33411/4175/3830 33410/4176/3831</w:t>
        <w:br/>
        <w:t>f 33409/4177/3832 33412/4174/3829 33410/4176/3831</w:t>
        <w:br/>
        <w:t>f 33343/4109/3778 33414/4178/3833 33413/4179/3834</w:t>
        <w:br/>
        <w:t>f 33342/4110/3779 33343/4109/3778 33413/4179/3834</w:t>
        <w:br/>
        <w:t>f 33417/4180/3835 33416/4181/3836 33396/4162/3818</w:t>
        <w:br/>
        <w:t>f 33415/4182/3837 33417/4180/3835 33396/4162/3818</w:t>
        <w:br/>
        <w:t>f 33419/4183/3838 33405/4167/3823 33402/4170/3825</w:t>
        <w:br/>
        <w:t>f 33418/4184/3839 33419/4183/3838 33402/4170/3825</w:t>
        <w:br/>
        <w:t>f 33423/4185/3840 33422/4186/3840 33421/4187/3841</w:t>
        <w:br/>
        <w:t>f 33420/4188/3841 33423/4185/3840 33421/4187/3841</w:t>
        <w:br/>
        <w:t>f 33426/4189/3842 33425/4190/3843 33424/4191/3844</w:t>
        <w:br/>
        <w:t>f 33425/4190/3843 33426/4189/3842 33427/4192/3845</w:t>
        <w:br/>
        <w:t>f 33424/4191/3844 33428/4193/3846 33366/4133/3796</w:t>
        <w:br/>
        <w:t>f 33366/4133/3796 33430/4194/3847 33429/4195/3848</w:t>
        <w:br/>
        <w:t>f 33432/4196/3849 33431/4197/3850 33429/4195/3848</w:t>
        <w:br/>
        <w:t>f 33354/4116/3783 33351/4119/3785 33362/4126/3789</w:t>
        <w:br/>
        <w:t>f 33436/4198/3851 33435/4199/3852 33434/4200/3853</w:t>
        <w:br/>
        <w:t>f 33433/4201/3851 33436/4198/3851 33434/4200/3853</w:t>
        <w:br/>
        <w:t>f 33440/4202/3854 33439/4203/3855 33438/4204/3855</w:t>
        <w:br/>
        <w:t>f 33437/4205/3854 33440/4202/3854 33438/4204/3855</w:t>
        <w:br/>
        <w:t>f 33340/4105/3774 33442/4206/3856 33441/4207/3857</w:t>
        <w:br/>
        <w:t>f 33339/4106/3775 33340/4105/3774 33441/4207/3857</w:t>
        <w:br/>
        <w:t>f 33362/4126/3789 33444/4208/3858 33443/4209/3859</w:t>
        <w:br/>
        <w:t>f 33342/4110/3779 33320/4084/3757 33445/4210/3860</w:t>
        <w:br/>
        <w:t>f 33345/4107/3776 33342/4110/3779 33445/4210/3860</w:t>
        <w:br/>
        <w:t>f 33447/4211/3861 33446/4212/3861 33422/4186/3840</w:t>
        <w:br/>
        <w:t>f 33423/4185/3840 33447/4211/3861 33422/4186/3840</w:t>
        <w:br/>
        <w:t>f 33451/4213/3862 33450/4214/3863 33449/4215/3864</w:t>
        <w:br/>
        <w:t>f 33448/4216/3864 33451/4213/3862 33449/4215/3864</w:t>
        <w:br/>
        <w:t>f 33454/4217/3865 33453/4218/3866 33452/4219/3867</w:t>
        <w:br/>
        <w:t>f 33458/4220/3868 33457/4221/3869 33456/4222/3869</w:t>
        <w:br/>
        <w:t>f 33455/4223/3868 33458/4220/3868 33456/4222/3869</w:t>
        <w:br/>
        <w:t>f 33460/4224/3870 33379/4141/3803 33376/4144/3803</w:t>
        <w:br/>
        <w:t>f 33459/4225/3871 33460/4224/3870 33376/4144/3803</w:t>
        <w:br/>
        <w:t>f 33464/4226/3872 33463/4227/3873 33462/4228/3874</w:t>
        <w:br/>
        <w:t>f 33461/4229/3874 33464/4226/3872 33462/4228/3874</w:t>
        <w:br/>
        <w:t>f 33468/4230/3875 33467/4231/3876 33466/4232/3877</w:t>
        <w:br/>
        <w:t>f 33465/4233/3878 33468/4230/3875 33466/4232/3877</w:t>
        <w:br/>
        <w:t>f 33453/4218/3866 33469/4234/3879 33452/4219/3867</w:t>
        <w:br/>
        <w:t>f 33328/4095/3768 33470/4235/3880 33378/4142/3804</w:t>
        <w:br/>
        <w:t>f 33457/4221/3869 33410/4176/3831 33411/4175/3830</w:t>
        <w:br/>
        <w:t>f 33456/4222/3869 33457/4221/3869 33411/4175/3830</w:t>
        <w:br/>
        <w:t>f 33461/4229/3874 33462/4228/3874 33467/4231/3876</w:t>
        <w:br/>
        <w:t>f 33468/4230/3875 33461/4229/3874 33467/4231/3876</w:t>
        <w:br/>
        <w:t>f 33472/4236/3881 33471/4237/3882 33465/4233/3878</w:t>
        <w:br/>
        <w:t>f 33466/4232/3877 33472/4236/3881 33465/4233/3878</w:t>
        <w:br/>
        <w:t>f 33412/4174/3829 33409/4177/3832 33474/4238/3883</w:t>
        <w:br/>
        <w:t>f 33473/4239/3883 33412/4174/3829 33474/4238/3883</w:t>
        <w:br/>
        <w:t>f 33330/4093/3766 33475/4240/3884 33329/4094/3767</w:t>
        <w:br/>
        <w:t>f 33471/4237/3882 33477/4241/3885 33476/4242/3886</w:t>
        <w:br/>
        <w:t>f 33465/4233/3878 33471/4237/3882 33476/4242/3886</w:t>
        <w:br/>
        <w:t>f 33414/4178/3833 33343/4109/3778 33471/4237/3882</w:t>
        <w:br/>
        <w:t>f 33472/4236/3881 33414/4178/3833 33471/4237/3882</w:t>
        <w:br/>
        <w:t>f 33473/4239/3883 33474/4238/3883 33349/4115/3782</w:t>
        <w:br/>
        <w:t>f 33350/4114/3782 33473/4239/3883 33349/4115/3782</w:t>
        <w:br/>
        <w:t>f 33478/4243/3887 33475/4240/3884 33323/4088/3761</w:t>
        <w:br/>
        <w:t>f 33343/4109/3778 33344/4108/3777 33477/4241/3885</w:t>
        <w:br/>
        <w:t>f 33471/4237/3882 33343/4109/3778 33477/4241/3885</w:t>
        <w:br/>
        <w:t>f 33390/4154/3812 33338/4102/3772 33337/4103/3772</w:t>
        <w:br/>
        <w:t>f 33389/4155/3812 33390/4154/3812 33337/4103/3772</w:t>
        <w:br/>
        <w:t>f 33357/4125/3788 33358/4124/3788 33355/4121/3786</w:t>
        <w:br/>
        <w:t>f 33356/4120/3786 33357/4125/3788 33355/4121/3786</w:t>
        <w:br/>
        <w:t>f 33396/4162/3818 33397/4161/3817 33418/4184/3839</w:t>
        <w:br/>
        <w:t>f 33400/4164/3820 33401/4163/3819 33415/4182/3837</w:t>
        <w:br/>
        <w:t>f 33396/4162/3818 33400/4164/3820 33415/4182/3837</w:t>
        <w:br/>
        <w:t>f 33319/4085/3758 33320/4084/3757 33342/4110/3779</w:t>
        <w:br/>
        <w:t>f 33413/4179/3834 33319/4085/3758 33342/4110/3779</w:t>
        <w:br/>
        <w:t>f 33445/4210/3860 33320/4084/3757 33321/4083/3756</w:t>
        <w:br/>
        <w:t>f 33417/4180/3888 33445/4210/3860 33321/4083/3756</w:t>
        <w:br/>
        <w:t>f 33371/4137/3799 33372/4136/3798 33454/4217/3865</w:t>
        <w:br/>
        <w:t>f 33455/4223/3868 33373/4140/3802 33374/4139/3801</w:t>
        <w:br/>
        <w:t>f 33458/4220/3868 33455/4223/3868 33374/4139/3801</w:t>
        <w:br/>
        <w:t>f 33443/4209/3859 33479/4244/3889 33464/4226/3872</w:t>
        <w:br/>
        <w:t>f 33460/4224/3870 33459/4225/3871 33441/4207/3857</w:t>
        <w:br/>
        <w:t>f 33392/4158/3814 33393/4157/3813 33434/4200/3853</w:t>
        <w:br/>
        <w:t>f 33435/4199/3852 33392/4158/3814 33434/4200/3853</w:t>
        <w:br/>
        <w:t>f 33439/4203/3855 33395/4159/3815 33394/4160/3816</w:t>
        <w:br/>
        <w:t>f 33438/4204/3855 33439/4203/3855 33394/4160/3816</w:t>
        <w:br/>
        <w:t>f 33404/4168/3824 33448/4216/3864 33449/4215/3864</w:t>
        <w:br/>
        <w:t>f 33403/4169/3824 33404/4168/3824 33449/4215/3864</w:t>
        <w:br/>
        <w:t>f 33420/4188/3841 33421/4187/3841 33398/4166/3822</w:t>
        <w:br/>
        <w:t>f 33399/4165/3821 33420/4188/3841 33398/4166/3822</w:t>
        <w:br/>
        <w:t>f 33327/4090/3763 33361/4127/3790 33326/4091/3764</w:t>
        <w:br/>
        <w:t>f 33362/4126/3789 33371/4137/3799 33361/4127/3790</w:t>
        <w:br/>
        <w:t>f 33325/4092/3765 33326/4091/3764 33365/4128/3791</w:t>
        <w:br/>
        <w:t>f 33454/4217/3865 33372/4136/3798 33453/4218/3866</w:t>
        <w:br/>
        <w:t>f 33460/4224/3890 33375/4138/3800 33442/4206/3856</w:t>
        <w:br/>
        <w:t>f 33478/4243/3887 33323/4088/3761 33324/4087/3760</w:t>
        <w:br/>
        <w:t>f 33324/4087/3760 33322/4089/3762 33348/4111/3780</w:t>
        <w:br/>
        <w:t>f 33400/4164/3891 33397/4161/3817 33419/4183/3838</w:t>
        <w:br/>
        <w:t>f 33452/4219/3867 33469/4234/3879 33468/4230/3875</w:t>
        <w:br/>
        <w:t>f 33480/4245/3892 33452/4219/3867 33468/4230/3875</w:t>
        <w:br/>
        <w:t>f 33464/4226/3872 33479/4244/3889 33463/4227/3873</w:t>
        <w:br/>
        <w:t>f 33443/4209/3859 33444/4208/3858 33479/4244/3889</w:t>
        <w:br/>
        <w:t>f 33341/4104/3773 33339/4106/3775 33367/4132/3795</w:t>
        <w:br/>
        <w:t>f 33362/4126/3789 33351/4119/3785 33444/4208/3858</w:t>
        <w:br/>
        <w:t>f 33480/4245/3892 33468/4230/3875 33465/4233/3878</w:t>
        <w:br/>
        <w:t>f 33476/4242/3886 33480/4245/3892 33465/4233/3878</w:t>
        <w:br/>
        <w:t>f 33427/4192/3845 33339/4106/3893 33375/4138/3800</w:t>
        <w:br/>
        <w:t>f 33375/4138/3800 33373/4140/3802 33427/4192/3845</w:t>
        <w:br/>
        <w:t>f 33424/4191/3844 33425/4190/3843 33428/4193/3846</w:t>
        <w:br/>
        <w:t>f 33366/4133/3796 33428/4193/3846 33430/4194/3847</w:t>
        <w:br/>
        <w:t>f 33365/4128/3791 33363/4130/3793 33325/4092/3765</w:t>
        <w:br/>
        <w:t>f 33364/4129/3792 33380/4146/3807 33363/4130/3793</w:t>
        <w:br/>
        <w:t>f 33429/4195/3848 33430/4194/3847 33432/4196/3849</w:t>
        <w:br/>
        <w:t>f 33328/4095/3768 33329/4094/3767 33470/4235/3880</w:t>
        <w:br/>
        <w:t>f 33378/4142/3804 33470/4235/3880 33377/4143/3805</w:t>
        <w:br/>
        <w:t>f 33329/4094/3767 33475/4240/3884 33478/4243/3887</w:t>
        <w:br/>
        <w:t>usemtl MI_Kanami_Tra2_102</w:t>
        <w:br/>
        <w:t>f 4/4246/3894 3/4247/3895 2/4248/3896</w:t>
        <w:br/>
        <w:t>f 1/4249/3897 4/4246/3894 2/4248/3896</w:t>
        <w:br/>
        <w:t>f 6/4250/3898 5/4251/3899 1/4249/3897</w:t>
        <w:br/>
        <w:t>f 2/4248/3896 6/4250/3898 1/4249/3897</w:t>
        <w:br/>
        <w:t>f 9/4252/3900 8/4253/3901 7/4254/3902</w:t>
        <w:br/>
        <w:t>f 10/4255/3903 9/4252/3900 7/4254/3902</w:t>
        <w:br/>
        <w:t>f 10/4255/3903 7/4254/3902 12/4256/3904</w:t>
        <w:br/>
        <w:t>f 11/4257/3905 10/4255/3903 12/4256/3904</w:t>
        <w:br/>
        <w:t>f 15/4258/3906 14/4259/3907 13/4260/3908</w:t>
        <w:br/>
        <w:t>f 16/4261/3909 15/4258/3906 13/4260/3908</w:t>
        <w:br/>
        <w:t>f 13/4260/3908 18/4262/3910 17/4263/3911</w:t>
        <w:br/>
        <w:t>f 16/4261/3909 13/4260/3908 17/4263/3911</w:t>
        <w:br/>
        <w:t>f 22/4264/3912 21/4265/3913 20/4266/3914</w:t>
        <w:br/>
        <w:t>f 19/4267/3915 22/4264/3912 20/4266/3914</w:t>
        <w:br/>
        <w:t>f 24/4268/3916 23/4269/3917 1/4249/3897</w:t>
        <w:br/>
        <w:t>f 5/4251/3899 24/4268/3916 1/4249/3897</w:t>
        <w:br/>
        <w:t>f 19/4267/3918 4/4246/3894 1/4249/3897</w:t>
        <w:br/>
        <w:t>f 23/4269/3917 19/4267/3918 1/4249/3897</w:t>
        <w:br/>
        <w:t>f 25/4270/3919 3/4247/3895 4/4246/3894</w:t>
        <w:br/>
        <w:t>f 21/4265/3913 25/4270/3919 4/4246/3894</w:t>
        <w:br/>
        <w:t>f 26/4271/3920 11/4257/3921 3/4247/3895</w:t>
        <w:br/>
        <w:t>f 25/4270/3919 26/4271/3920 3/4247/3895</w:t>
        <w:br/>
        <w:t>f 27/4272/3922 17/4263/3911 18/4262/3910</w:t>
        <w:br/>
        <w:t>f 28/4273/3923 27/4272/3922 18/4262/3910</w:t>
        <w:br/>
        <w:t>f 30/4274/3920 28/4273/3923 18/4262/3910</w:t>
        <w:br/>
        <w:t>f 29/4275/3905 30/4274/3920 18/4262/3910</w:t>
        <w:br/>
        <w:t>f 18/4262/3910 13/4260/3908 31/4276/3924</w:t>
        <w:br/>
        <w:t>f 29/4275/3905 18/4262/3910 31/4276/3924</w:t>
        <w:br/>
        <w:t>f 14/4259/3907 32/4277/3925 31/4276/3924</w:t>
        <w:br/>
        <w:t>f 13/4260/3908 14/4259/3907 31/4276/3924</w:t>
        <w:br/>
        <w:t>f 16/4261/3909 23/4269/3917 24/4268/3916</w:t>
        <w:br/>
        <w:t>f 15/4258/3906 16/4261/3909 24/4268/3916</w:t>
        <w:br/>
        <w:t>f 34/4278/3926 33/4279/3927 23/4269/3917</w:t>
        <w:br/>
        <w:t>f 16/4261/3909 34/4278/3926 23/4269/3917</w:t>
        <w:br/>
        <w:t>f 17/4263/3911 27/4272/3922 22/4264/3928</w:t>
        <w:br/>
        <w:t>f 33/4279/3929 17/4263/3911 22/4264/3928</w:t>
        <w:br/>
        <w:t>f 37/4280/3930 36/4281/3931 35/4282/3932</w:t>
        <w:br/>
        <w:t>f 39/4283/3933 38/4284/3934 35/4282/3932</w:t>
        <w:br/>
        <w:t>f 40/4285/3935 39/4283/3933 35/4282/3932</w:t>
        <w:br/>
        <w:t>f 41/4286/3920 37/4280/3930 35/4282/3932</w:t>
        <w:br/>
        <w:t>f 38/4284/3934 41/4286/3920 35/4282/3932</w:t>
        <w:br/>
        <w:t>f 42/4287/3913 40/4285/3935 35/4282/3932</w:t>
        <w:br/>
        <w:t>f 45/4288/3936 44/4289/3937 43/4290/3938</w:t>
        <w:br/>
        <w:t>f 47/4291/3939 46/4292/3940 43/4290/3938</w:t>
        <w:br/>
        <w:t>f 49/4293/3906 48/4294/3941 43/4290/3938</w:t>
        <w:br/>
        <w:t>f 44/4289/3937 50/4295/3942 43/4290/3938</w:t>
        <w:br/>
        <w:t>f 50/4295/3942 47/4291/3939 43/4290/3938</w:t>
        <w:br/>
        <w:t>f 48/4294/3941 45/4288/3936 43/4290/3938</w:t>
        <w:br/>
        <w:t>f 272/4296/3943 271/4297/3944 270/4298/3945</w:t>
        <w:br/>
        <w:t>f 275/4299/3946 274/4300/3947 273/4301/3948</w:t>
        <w:br/>
        <w:t>f 278/4302/3949 277/4303/3950 276/4304/3951</w:t>
        <w:br/>
        <w:t>f 279/4305/3952 276/4304/3951 277/4303/3950</w:t>
        <w:br/>
        <w:t>f 271/4297/3944 280/4306/3953 270/4298/3945</w:t>
        <w:br/>
        <w:t>f 272/4296/3943 277/4303/3950 271/4297/3944</w:t>
        <w:br/>
        <w:t>f 277/4303/3950 281/4307/3954 279/4305/3952</w:t>
        <w:br/>
        <w:t>f 285/4308/3955 284/4309/3956 283/4310/3957</w:t>
        <w:br/>
        <w:t>f 282/4311/3958 285/4308/3955 283/4310/3957</w:t>
        <w:br/>
        <w:t>f 284/4309/3956 287/4312/3959 286/4313/3960</w:t>
        <w:br/>
        <w:t>f 283/4310/3957 284/4309/3956 286/4313/3960</w:t>
        <w:br/>
        <w:t>f 287/4312/3959 289/4314/3961 288/4315/3962</w:t>
        <w:br/>
        <w:t>f 286/4313/3960 287/4312/3959 288/4315/3962</w:t>
        <w:br/>
        <w:t>f 289/4314/3961 291/4316/3963 290/4317/3964</w:t>
        <w:br/>
        <w:t>f 288/4315/3962 289/4314/3961 290/4317/3964</w:t>
        <w:br/>
        <w:t>f 291/4316/3963 293/4318/3965 292/4319/3966</w:t>
        <w:br/>
        <w:t>f 290/4317/3964 291/4316/3963 292/4319/3966</w:t>
        <w:br/>
        <w:t>f 292/4319/3966 293/4318/3965 295/4320/3967</w:t>
        <w:br/>
        <w:t>f 294/4321/3968 292/4319/3966 295/4320/3967</w:t>
        <w:br/>
        <w:t>f 291/4316/3963 289/4314/3961 296/4322/3969</w:t>
        <w:br/>
        <w:t>f 297/4323/3970 296/4322/3969 289/4314/3961</w:t>
        <w:br/>
        <w:t>f 287/4312/3959 297/4323/3970 289/4314/3961</w:t>
        <w:br/>
        <w:t>f 300/4324/3971 299/4325/3972 297/4323/3970</w:t>
        <w:br/>
        <w:t>f 298/4326/3973 300/4324/3971 297/4323/3970</w:t>
        <w:br/>
        <w:t>f 287/4312/3959 284/4309/3956 298/4326/3973</w:t>
        <w:br/>
        <w:t>f 297/4323/3970 287/4312/3959 298/4326/3973</w:t>
        <w:br/>
        <w:t>f 301/4327/3974 298/4326/3973 284/4309/3956</w:t>
        <w:br/>
        <w:t>f 285/4308/3955 301/4327/3974 284/4309/3956</w:t>
        <w:br/>
        <w:t>f 301/4327/3974 303/4328/3975 302/4329/3976</w:t>
        <w:br/>
        <w:t>f 275/4299/3946 285/4308/3955 277/4303/3950</w:t>
        <w:br/>
        <w:t>f 302/4329/3976 300/4324/3971 298/4326/3973</w:t>
        <w:br/>
        <w:t>f 301/4327/3974 302/4329/3976 298/4326/3973</w:t>
        <w:br/>
        <w:t>f 299/4325/3972 304/4330/3977 296/4322/3969</w:t>
        <w:br/>
        <w:t>f 297/4323/3970 299/4325/3972 296/4322/3969</w:t>
        <w:br/>
        <w:t>f 291/4316/3963 296/4322/3969 305/4331/3978</w:t>
        <w:br/>
        <w:t>f 305/4331/3978 306/4332/3979 293/4318/3965</w:t>
        <w:br/>
        <w:t>f 291/4316/3963 305/4331/3978 293/4318/3965</w:t>
        <w:br/>
        <w:t>f 309/4333/3980 308/4334/3981 307/4335/3982</w:t>
        <w:br/>
        <w:t>f 299/4325/3972 309/4333/3980 307/4335/3982</w:t>
        <w:br/>
        <w:t>f 312/4336/3983 311/4337/3984 310/4338/3985</w:t>
        <w:br/>
        <w:t>f 314/4339/3986 310/4338/3985 313/4340/3987</w:t>
        <w:br/>
        <w:t>f 314/4339/3986 313/4340/3987 315/4341/3988</w:t>
        <w:br/>
        <w:t>f 303/4328/3975 318/4342/3989 317/4343/3990</w:t>
        <w:br/>
        <w:t>f 316/4344/3991 303/4328/3975 317/4343/3990</w:t>
        <w:br/>
        <w:t>f 319/4345/3992 316/4344/3991 317/4343/3990</w:t>
        <w:br/>
        <w:t>f 302/4329/3976 316/4344/3991 312/4336/3983</w:t>
        <w:br/>
        <w:t>f 300/4324/3971 302/4329/3976 320/4346/3993</w:t>
        <w:br/>
        <w:t>f 321/4347/3994 300/4324/3971 320/4346/3993</w:t>
        <w:br/>
        <w:t>f 323/4348/3995 322/4349/3996 309/4333/3980</w:t>
        <w:br/>
        <w:t>f 321/4347/3994 323/4348/3995 309/4333/3980</w:t>
        <w:br/>
        <w:t>f 322/4349/3996 324/4350/3997 308/4334/3981</w:t>
        <w:br/>
        <w:t>f 309/4333/3980 322/4349/3996 308/4334/3981</w:t>
        <w:br/>
        <w:t>f 325/4351/3998 323/4348/3995 321/4347/3994</w:t>
        <w:br/>
        <w:t>f 320/4346/3993 325/4351/3998 321/4347/3994</w:t>
        <w:br/>
        <w:t>f 326/4352/3999 325/4351/3998 320/4346/3993</w:t>
        <w:br/>
        <w:t>f 299/4325/3972 300/4324/3971 321/4347/3994</w:t>
        <w:br/>
        <w:t>f 309/4333/3980 299/4325/3972 321/4347/3994</w:t>
        <w:br/>
        <w:t>f 312/4336/3983 327/4353/4000 311/4337/3984</w:t>
        <w:br/>
        <w:t>f 316/4344/3991 328/4354/4001 327/4353/4000</w:t>
        <w:br/>
        <w:t>f 328/4354/4001 316/4344/3991 319/4345/3992</w:t>
        <w:br/>
        <w:t>f 303/4328/3975 329/4355/4002 318/4342/3989</w:t>
        <w:br/>
        <w:t>f 275/4299/3946 329/4355/4002 303/4328/3975</w:t>
        <w:br/>
        <w:t>f 330/4356/4003 275/4299/3946 273/4301/3948</w:t>
        <w:br/>
        <w:t>f 333/4357/4004 332/4358/4005 331/4359/4006</w:t>
        <w:br/>
        <w:t>f 334/4360/4007 333/4357/4004 331/4359/4006</w:t>
        <w:br/>
        <w:t>f 337/4361/4008 336/4362/4009 335/4363/4010</w:t>
        <w:br/>
        <w:t>f 340/4364/4011 336/4362/4009 339/4365/4012</w:t>
        <w:br/>
        <w:t>f 338/4366/4013 340/4364/4011 339/4365/4012</w:t>
        <w:br/>
        <w:t>f 341/4367/4014 338/4366/4013 331/4359/4006</w:t>
        <w:br/>
        <w:t>f 332/4358/4005 341/4367/4014 331/4359/4006</w:t>
        <w:br/>
        <w:t>f 343/4368/4015 342/4369/4016 332/4358/4005</w:t>
        <w:br/>
        <w:t>f 341/4367/4014 332/4358/4005 342/4369/4016</w:t>
        <w:br/>
        <w:t>f 345/4370/4017 336/4362/4009 344/4371/4018</w:t>
        <w:br/>
        <w:t>f 346/4372/4019 345/4370/4017 344/4371/4018</w:t>
        <w:br/>
        <w:t>f 346/4372/4019 347/4373/4020 345/4370/4017</w:t>
        <w:br/>
        <w:t>f 345/4370/4017 335/4363/4010 336/4362/4009</w:t>
        <w:br/>
        <w:t>f 335/4363/4010 348/4374/4021 337/4361/4008</w:t>
        <w:br/>
        <w:t>f 351/4375/4022 350/4376/4023 349/4377/4024</w:t>
        <w:br/>
        <w:t>f 350/4376/4023 352/4378/4025 349/4377/4024</w:t>
        <w:br/>
        <w:t>f 336/4362/4009 340/4364/4011 344/4371/4018</w:t>
        <w:br/>
        <w:t>f 353/4379/4026 333/4357/4004 334/4360/4007</w:t>
        <w:br/>
        <w:t>f 354/4380/4027 353/4379/4026 334/4360/4007</w:t>
        <w:br/>
        <w:t>f 326/4352/3999 332/4358/4005 325/4351/3998</w:t>
        <w:br/>
        <w:t>f 357/4381/4028 356/4382/4028 355/4383/4029</w:t>
        <w:br/>
        <w:t>f 358/4384/4029 357/4381/4028 355/4383/4029</w:t>
        <w:br/>
        <w:t>f 323/4348/3995 354/4380/4027 359/4385/4030</w:t>
        <w:br/>
        <w:t>f 322/4349/3996 323/4348/3995 359/4385/4030</w:t>
        <w:br/>
        <w:t>f 360/4386/4031 324/4350/3997 322/4349/3996</w:t>
        <w:br/>
        <w:t>f 359/4385/4030 360/4386/4031 322/4349/3996</w:t>
        <w:br/>
        <w:t>f 362/4387/4032 361/4388/4033 358/4384/4029</w:t>
        <w:br/>
        <w:t>f 355/4383/4029 362/4387/4032 358/4384/4029</w:t>
        <w:br/>
        <w:t>f 363/4389/4034 306/4332/3979 305/4331/3978</w:t>
        <w:br/>
        <w:t>f 365/4390/4035 306/4332/3979 364/4391/4036</w:t>
        <w:br/>
        <w:t>f 308/4334/3981 363/4389/4034 305/4331/3978</w:t>
        <w:br/>
        <w:t>f 367/4392/4037 366/4393/4038 324/4350/3997</w:t>
        <w:br/>
        <w:t>f 360/4386/4031 367/4392/4037 324/4350/3997</w:t>
        <w:br/>
        <w:t>f 368/4394/4039 343/4368/4015 326/4352/3999</w:t>
        <w:br/>
        <w:t>f 371/4395/4040 370/4396/4041 369/4397/4042</w:t>
        <w:br/>
        <w:t>f 373/4398/4043 349/4377/4024 372/4399/4044</w:t>
        <w:br/>
        <w:t>f 376/4400/4045 375/4401/4046 374/4402/4047</w:t>
        <w:br/>
        <w:t>f 373/4398/4043 376/4400/4045 374/4402/4047</w:t>
        <w:br/>
        <w:t>f 377/4403/4048 374/4402/4047 375/4401/4046</w:t>
        <w:br/>
        <w:t>f 378/4404/4049 377/4403/4048 375/4401/4046</w:t>
        <w:br/>
        <w:t>f 380/4405/4050 377/4403/4048 379/4406/4051</w:t>
        <w:br/>
        <w:t>f 381/4407/4052 380/4405/4050 379/4406/4051</w:t>
        <w:br/>
        <w:t>f 383/4408/4053 382/4409/4054 375/4401/4046</w:t>
        <w:br/>
        <w:t>f 376/4400/4045 383/4408/4053 375/4401/4046</w:t>
        <w:br/>
        <w:t>f 385/4410/4055 384/4411/4056 383/4408/4053</w:t>
        <w:br/>
        <w:t>f 387/4412/4057 386/4413/4058 382/4409/4054</w:t>
        <w:br/>
        <w:t>f 383/4408/4053 387/4412/4057 382/4409/4054</w:t>
        <w:br/>
        <w:t>f 383/4408/4053 388/4414/4059 387/4412/4057</w:t>
        <w:br/>
        <w:t>f 382/4409/4054 389/4415/4060 378/4404/4049</w:t>
        <w:br/>
        <w:t>f 375/4401/4046 382/4409/4054 378/4404/4049</w:t>
        <w:br/>
        <w:t>f 379/4406/4051 390/4416/4061 381/4407/4052</w:t>
        <w:br/>
        <w:t>f 392/4417/4062 391/4418/4063 364/4391/4036</w:t>
        <w:br/>
        <w:t>f 396/4419/4064 395/4420/4065 394/4421/4066</w:t>
        <w:br/>
        <w:t>f 393/4422/4067 396/4419/4064 394/4421/4066</w:t>
        <w:br/>
        <w:t>f 397/4423/4068 396/4419/4064 393/4422/4067</w:t>
        <w:br/>
        <w:t>f 389/4415/4060 397/4423/4068 393/4422/4067</w:t>
        <w:br/>
        <w:t>f 364/4391/4036 391/4418/4063 398/4424/4069</w:t>
        <w:br/>
        <w:t>f 365/4390/4035 364/4391/4036 398/4424/4069</w:t>
        <w:br/>
        <w:t>f 369/4397/4070 349/4377/4024 399/4425/4071</w:t>
        <w:br/>
        <w:t>f 385/4410/4055 372/4399/4044 400/4426/4072</w:t>
        <w:br/>
        <w:t>f 372/4399/4044 401/4427/4073 400/4426/4072</w:t>
        <w:br/>
        <w:t>f 371/4395/4074 402/4428/4075 372/4399/4044</w:t>
        <w:br/>
        <w:t>f 405/4429/4076 404/4430/4077 403/4431/4078</w:t>
        <w:br/>
        <w:t>f 404/4430/4077 405/4429/4076 406/4432/4079</w:t>
        <w:br/>
        <w:t>f 406/4432/4079 408/4433/4080 407/4434/4081</w:t>
        <w:br/>
        <w:t>f 411/4435/4082 410/4436/4083 409/4437/4084</w:t>
        <w:br/>
        <w:t>f 406/4432/4079 411/4435/4082 409/4437/4084</w:t>
        <w:br/>
        <w:t>f 386/4413/4058 387/4412/4057 409/4437/4084</w:t>
        <w:br/>
        <w:t>f 412/4438/4085 386/4413/4058 409/4437/4084</w:t>
        <w:br/>
        <w:t>f 397/4423/4068 386/4413/4058 412/4438/4085</w:t>
        <w:br/>
        <w:t>f 413/4439/4086 397/4423/4068 412/4438/4085</w:t>
        <w:br/>
        <w:t>f 415/4440/4087 414/4441/4088 413/4439/4086</w:t>
        <w:br/>
        <w:t>f 412/4438/4085 415/4440/4087 413/4439/4086</w:t>
        <w:br/>
        <w:t>f 417/4442/4089 416/4443/4090 414/4441/4088</w:t>
        <w:br/>
        <w:t>f 415/4440/4087 417/4442/4089 414/4441/4088</w:t>
        <w:br/>
        <w:t>f 418/4444/4091 417/4442/4089 415/4440/4087</w:t>
        <w:br/>
        <w:t>f 410/4436/4083 418/4444/4091 415/4440/4087</w:t>
        <w:br/>
        <w:t>f 412/4438/4085 409/4437/4084 410/4436/4083</w:t>
        <w:br/>
        <w:t>f 415/4440/4087 412/4438/4085 410/4436/4083</w:t>
        <w:br/>
        <w:t>f 419/4445/4092 418/4444/4091 410/4436/4083</w:t>
        <w:br/>
        <w:t>f 411/4435/4082 419/4445/4092 410/4436/4083</w:t>
        <w:br/>
        <w:t>f 423/4446/4093 422/4447/4094 421/4448/4095</w:t>
        <w:br/>
        <w:t>f 420/4449/4096 423/4446/4093 421/4448/4095</w:t>
        <w:br/>
        <w:t>f 425/4450/4097 423/4446/4093 420/4449/4096</w:t>
        <w:br/>
        <w:t>f 424/4451/4098 425/4450/4097 420/4449/4096</w:t>
        <w:br/>
        <w:t>f 427/4452/4099 414/4441/4088 426/4453/4100</w:t>
        <w:br/>
        <w:t>f 427/4452/4099 413/4439/4086 414/4441/4088</w:t>
        <w:br/>
        <w:t>f 413/4439/4086 396/4419/4064 397/4423/4068</w:t>
        <w:br/>
        <w:t>f 395/4420/4065 396/4419/4064 427/4452/4099</w:t>
        <w:br/>
        <w:t>f 428/4454/4101 395/4420/4065 427/4452/4099</w:t>
        <w:br/>
        <w:t>f 406/4432/4079 429/4455/4102 411/4435/4082</w:t>
        <w:br/>
        <w:t>f 388/4414/4059 430/4456/4103 403/4431/4078</w:t>
        <w:br/>
        <w:t>f 433/4457/4104 432/4458/4105 431/4459/4106</w:t>
        <w:br/>
        <w:t>f 425/4450/4097 435/4460/4107 434/4461/4108</w:t>
        <w:br/>
        <w:t>f 438/4462/4109 437/4463/4110 436/4464/4111</w:t>
        <w:br/>
        <w:t>f 435/4460/4107 438/4462/4109 436/4464/4111</w:t>
        <w:br/>
        <w:t>f 439/4465/4112 435/4460/4107 433/4457/4104</w:t>
        <w:br/>
        <w:t>f 431/4459/4106 439/4465/4112 433/4457/4104</w:t>
        <w:br/>
        <w:t>f 441/4466/4113 440/4467/4114 432/4458/4105</w:t>
        <w:br/>
        <w:t>f 435/4460/4107 439/4465/4112 438/4462/4109</w:t>
        <w:br/>
        <w:t>f 436/4464/4111 437/4463/4110 442/4468/4115</w:t>
        <w:br/>
        <w:t>f 443/4469/4116 436/4464/4111 442/4468/4115</w:t>
        <w:br/>
        <w:t>f 444/4470/4117 443/4469/4116 442/4468/4115</w:t>
        <w:br/>
        <w:t>f 447/4471/4118 446/4472/4119 445/4473/4120</w:t>
        <w:br/>
        <w:t>f 449/4474/4121 447/4471/4118 448/4475/4122</w:t>
        <w:br/>
        <w:t>f 450/4476/4123 449/4474/4121 448/4475/4122</w:t>
        <w:br/>
        <w:t>f 450/4476/4123 448/4475/4122 451/4477/4124</w:t>
        <w:br/>
        <w:t>f 452/4478/4125 450/4476/4123 451/4477/4124</w:t>
        <w:br/>
        <w:t>f 451/4477/4124 453/4479/4126 452/4478/4125</w:t>
        <w:br/>
        <w:t>f 423/4446/4093 455/4480/4127 454/4481/4128</w:t>
        <w:br/>
        <w:t>f 422/4447/4094 423/4446/4093 454/4481/4128</w:t>
        <w:br/>
        <w:t>f 457/4482/4129 456/4483/4130 422/4447/4094</w:t>
        <w:br/>
        <w:t>f 454/4481/4128 457/4482/4129 422/4447/4094</w:t>
        <w:br/>
        <w:t>f 459/4484/4131 456/4483/4130 458/4485/4132</w:t>
        <w:br/>
        <w:t>f 460/4486/4133 459/4484/4131 458/4485/4132</w:t>
        <w:br/>
        <w:t>f 461/4487/4134 458/4485/4132 456/4483/4130</w:t>
        <w:br/>
        <w:t>f 457/4482/4129 461/4487/4134 456/4483/4130</w:t>
        <w:br/>
        <w:t>f 459/4484/4131 421/4448/4095 422/4447/4094</w:t>
        <w:br/>
        <w:t>f 456/4483/4130 459/4484/4131 422/4447/4094</w:t>
        <w:br/>
        <w:t>f 425/4450/4097 434/4461/4108 455/4480/4127</w:t>
        <w:br/>
        <w:t>f 423/4446/4093 425/4450/4097 455/4480/4127</w:t>
        <w:br/>
        <w:t>f 463/4488/4135 462/4489/4136 443/4469/4116</w:t>
        <w:br/>
        <w:t>f 464/4490/4137 443/4469/4116 462/4489/4136</w:t>
        <w:br/>
        <w:t>f 465/4491/4138 464/4490/4137 462/4489/4136</w:t>
        <w:br/>
        <w:t>f 467/4492/4139 464/4490/4137 466/4493/4140</w:t>
        <w:br/>
        <w:t>f 424/4451/4098 441/4466/4113 433/4457/4104</w:t>
        <w:br/>
        <w:t>f 425/4450/4097 424/4451/4098 433/4457/4104</w:t>
        <w:br/>
        <w:t>f 441/4466/4113 468/4494/4141 440/4467/4114</w:t>
        <w:br/>
        <w:t>f 470/4495/4142 419/4445/4092 469/4496/4143</w:t>
        <w:br/>
        <w:t>f 473/4497/4144 472/4498/4145 471/4499/4146</w:t>
        <w:br/>
        <w:t>f 474/4500/4147 473/4497/4144 471/4499/4146</w:t>
        <w:br/>
        <w:t>f 475/4501/4148 445/4473/4120 467/4492/4139</w:t>
        <w:br/>
        <w:t>f 448/4475/4122 447/4471/4118 476/4502/4149</w:t>
        <w:br/>
        <w:t>f 477/4503/4150 448/4475/4122 476/4502/4149</w:t>
        <w:br/>
        <w:t>f 479/4504/4151 478/4505/4152 477/4503/4150</w:t>
        <w:br/>
        <w:t>f 476/4502/4149 479/4504/4151 477/4503/4150</w:t>
        <w:br/>
        <w:t>f 478/4505/4152 481/4506/4153 480/4507/4154</w:t>
        <w:br/>
        <w:t>f 477/4503/4150 478/4505/4152 480/4507/4154</w:t>
        <w:br/>
        <w:t>f 482/4508/4155 480/4507/4154 481/4506/4153</w:t>
        <w:br/>
        <w:t>f 480/4507/4154 482/4508/4155 483/4509/4156</w:t>
        <w:br/>
        <w:t>f 451/4477/4124 448/4475/4122 477/4503/4150</w:t>
        <w:br/>
        <w:t>f 480/4507/4154 451/4477/4124 477/4503/4150</w:t>
        <w:br/>
        <w:t>f 476/4502/4149 475/4501/4148 484/4510/4157</w:t>
        <w:br/>
        <w:t>f 479/4504/4151 476/4502/4149 484/4510/4157</w:t>
        <w:br/>
        <w:t>f 472/4498/4145 486/4511/4158 485/4512/4159</w:t>
        <w:br/>
        <w:t>f 486/4511/4158 487/4513/4160 485/4512/4159</w:t>
        <w:br/>
        <w:t>f 487/4513/4160 486/4511/4158 488/4514/4161</w:t>
        <w:br/>
        <w:t>f 484/4510/4157 490/4515/4162 489/4516/4163</w:t>
        <w:br/>
        <w:t>f 492/4517/4164 491/4518/4165 473/4497/4144</w:t>
        <w:br/>
        <w:t>f 490/4515/4162 494/4519/4166 493/4520/4167</w:t>
        <w:br/>
        <w:t>f 496/4521/4168 495/4522/4169 490/4515/4162</w:t>
        <w:br/>
        <w:t>f 493/4520/4167 496/4521/4168 490/4515/4162</w:t>
        <w:br/>
        <w:t>f 499/4523/4170 498/4524/4171 497/4525/4172</w:t>
        <w:br/>
        <w:t>f 479/4504/4151 484/4510/4157 489/4516/4163</w:t>
        <w:br/>
        <w:t>f 500/4526/4173 479/4504/4151 489/4516/4163</w:t>
        <w:br/>
        <w:t>f 497/4525/4172 502/4527/4174 501/4528/4175</w:t>
        <w:br/>
        <w:t>f 499/4523/4170 497/4525/4172 501/4528/4175</w:t>
        <w:br/>
        <w:t>f 505/4529/4176 504/4530/4177 498/4524/4171</w:t>
        <w:br/>
        <w:t>f 503/4531/4178 505/4529/4176 498/4524/4171</w:t>
        <w:br/>
        <w:t>f 506/4532/4179 503/4531/4178 498/4524/4171</w:t>
        <w:br/>
        <w:t>f 495/4522/4169 496/4521/4168 507/4533/4180</w:t>
        <w:br/>
        <w:t>f 510/4534/4181 509/4535/4182 508/4536/4183</w:t>
        <w:br/>
        <w:t>f 510/4534/4181 511/4537/4184 509/4535/4182</w:t>
        <w:br/>
        <w:t>f 513/4538/4185 511/4537/4184 512/4539/4186</w:t>
        <w:br/>
        <w:t>f 513/4538/4185 512/4539/4186 514/4540/4187</w:t>
        <w:br/>
        <w:t>f 513/4538/4185 514/4540/4187 515/4541/4188</w:t>
        <w:br/>
        <w:t>f 517/4542/4189 515/4541/4188 516/4543/4190</w:t>
        <w:br/>
        <w:t>f 521/4544/4191 520/4545/4192 519/4546/4193</w:t>
        <w:br/>
        <w:t>f 518/4547/4194 521/4544/4191 519/4546/4193</w:t>
        <w:br/>
        <w:t>f 519/4546/4193 520/4545/4192 522/4548/4195</w:t>
        <w:br/>
        <w:t>f 520/4545/4192 521/4544/4191 523/4549/4196</w:t>
        <w:br/>
        <w:t>f 524/4550/4197 520/4545/4192 523/4549/4196</w:t>
        <w:br/>
        <w:t>f 526/4551/4198 523/4549/4196 521/4544/4191</w:t>
        <w:br/>
        <w:t>f 525/4552/4199 526/4551/4198 521/4544/4191</w:t>
        <w:br/>
        <w:t>f 521/4544/4191 518/4547/4194 527/4553/4200</w:t>
        <w:br/>
        <w:t>f 525/4552/4199 521/4544/4191 527/4553/4200</w:t>
        <w:br/>
        <w:t>f 528/4554/4201 517/4542/4189 516/4543/4190</w:t>
        <w:br/>
        <w:t>f 529/4555/4202 515/4541/4188 517/4542/4189</w:t>
        <w:br/>
        <w:t>f 530/4556/4203 529/4555/4202 517/4542/4189</w:t>
        <w:br/>
        <w:t>f 515/4541/4188 529/4555/4202 531/4557/4204</w:t>
        <w:br/>
        <w:t>f 513/4538/4185 515/4541/4188 531/4557/4204</w:t>
        <w:br/>
        <w:t>f 532/4558/4205 504/4530/4177 505/4529/4176</w:t>
        <w:br/>
        <w:t>f 508/4536/4183 534/4559/4206 533/4560/4207</w:t>
        <w:br/>
        <w:t>f 525/4552/4199 527/4553/4200 535/4561/4208</w:t>
        <w:br/>
        <w:t>f 525/4552/4199 535/4561/4208 536/4562/4209</w:t>
        <w:br/>
        <w:t>f 538/4563/4210 537/4564/4211 536/4562/4212</w:t>
        <w:br/>
        <w:t>f 539/4565/4213 538/4563/4210 536/4562/4212</w:t>
        <w:br/>
        <w:t>f 542/4566/4214 541/4567/4215 540/4568/4216</w:t>
        <w:br/>
        <w:t>f 538/4563/4210 539/4565/4213 542/4566/4214</w:t>
        <w:br/>
        <w:t>f 540/4568/4216 538/4563/4210 542/4566/4214</w:t>
        <w:br/>
        <w:t>f 543/4569/4217 540/4568/4216 541/4567/4215</w:t>
        <w:br/>
        <w:t>f 547/4570/4218 546/4571/4219 545/4572/4220</w:t>
        <w:br/>
        <w:t>f 544/4573/4221 547/4570/4218 545/4572/4220</w:t>
        <w:br/>
        <w:t>f 548/4574/4222 544/4573/4221 545/4572/4220</w:t>
        <w:br/>
        <w:t>f 551/4575/4223 550/4576/4224 549/4577/4225</w:t>
        <w:br/>
        <w:t>f 551/4575/4223 552/4578/4226 550/4576/4224</w:t>
        <w:br/>
        <w:t>f 554/4579/4227 544/4573/4221 553/4580/4228</w:t>
        <w:br/>
        <w:t>f 555/4581/4229 554/4579/4227 553/4580/4228</w:t>
        <w:br/>
        <w:t>f 548/4574/4222 553/4580/4228 544/4573/4221</w:t>
        <w:br/>
        <w:t>f 556/4582/4230 554/4579/4227 550/4576/4224</w:t>
        <w:br/>
        <w:t>f 559/4583/4231 558/4584/4232 557/4585/4233</w:t>
        <w:br/>
        <w:t>f 556/4582/4230 559/4583/4231 557/4585/4233</w:t>
        <w:br/>
        <w:t>f 554/4579/4227 555/4581/4229 549/4577/4225</w:t>
        <w:br/>
        <w:t>f 550/4576/4224 554/4579/4227 549/4577/4225</w:t>
        <w:br/>
        <w:t>f 544/4573/4221 560/4586/4234 547/4570/4218</w:t>
        <w:br/>
        <w:t>f 556/4582/4230 557/4585/4233 561/4587/4235</w:t>
        <w:br/>
        <w:t>f 560/4586/4234 556/4582/4230 561/4587/4235</w:t>
        <w:br/>
        <w:t>f 559/4583/4231 563/4588/4236 562/4589/4237</w:t>
        <w:br/>
        <w:t>f 562/4589/4237 564/4590/4238 558/4584/4232</w:t>
        <w:br/>
        <w:t>f 559/4583/4231 562/4589/4237 558/4584/4232</w:t>
        <w:br/>
        <w:t>f 565/4591/4239 558/4584/4232 564/4590/4238</w:t>
        <w:br/>
        <w:t>f 566/4592/4240 565/4591/4239 564/4590/4238</w:t>
        <w:br/>
        <w:t>f 570/4593/4241 569/4594/4242 568/4595/4243</w:t>
        <w:br/>
        <w:t>f 567/4596/4244 570/4593/4241 568/4595/4243</w:t>
        <w:br/>
        <w:t>f 572/4597/4245 565/4591/4239 566/4592/4240</w:t>
        <w:br/>
        <w:t>f 571/4598/4246 572/4597/4245 566/4592/4240</w:t>
        <w:br/>
        <w:t>f 571/4598/4246 573/4599/4247 572/4597/4245</w:t>
        <w:br/>
        <w:t>f 574/4600/4248 557/4585/4233 558/4584/4232</w:t>
        <w:br/>
        <w:t>f 565/4591/4239 574/4600/4248 558/4584/4232</w:t>
        <w:br/>
        <w:t>f 565/4591/4239 572/4597/4245 575/4601/4249</w:t>
        <w:br/>
        <w:t>f 574/4600/4248 565/4591/4239 575/4601/4249</w:t>
        <w:br/>
        <w:t>f 577/4602/4250 576/4603/4251 574/4600/4248</w:t>
        <w:br/>
        <w:t>f 575/4601/4249 577/4602/4250 574/4600/4248</w:t>
        <w:br/>
        <w:t>f 575/4601/4249 578/4604/4252 577/4602/4250</w:t>
        <w:br/>
        <w:t>f 575/4601/4249 572/4597/4245 578/4604/4252</w:t>
        <w:br/>
        <w:t>f 576/4603/4251 561/4587/4235 557/4585/4233</w:t>
        <w:br/>
        <w:t>f 574/4600/4248 576/4603/4251 557/4585/4233</w:t>
        <w:br/>
        <w:t>f 579/4605/4253 578/4604/4252 573/4599/4247</w:t>
        <w:br/>
        <w:t>f 580/4606/4254 579/4605/4253 573/4599/4247</w:t>
        <w:br/>
        <w:t>f 582/4607/4255 581/4608/4256 573/4599/4247</w:t>
        <w:br/>
        <w:t>f 571/4598/4246 582/4607/4255 573/4599/4247</w:t>
        <w:br/>
        <w:t>f 580/4606/4254 573/4599/4247 581/4608/4256</w:t>
        <w:br/>
        <w:t>f 585/4609/4257 584/4610/4258 583/4611/4259</w:t>
        <w:br/>
        <w:t>f 580/4606/4254 585/4609/4257 583/4611/4259</w:t>
        <w:br/>
        <w:t>f 571/4598/4246 569/4594/4242 582/4607/4255</w:t>
        <w:br/>
        <w:t>f 587/4612/4260 570/4593/4241 586/4613/4261</w:t>
        <w:br/>
        <w:t>f 591/4614/4262 590/4615/4263 589/4616/4264</w:t>
        <w:br/>
        <w:t>f 588/4617/4265 591/4614/4262 589/4616/4264</w:t>
        <w:br/>
        <w:t>f 590/4615/4263 593/4618/4266 592/4619/4267</w:t>
        <w:br/>
        <w:t>f 589/4616/4264 590/4615/4263 592/4619/4267</w:t>
        <w:br/>
        <w:t>f 586/4613/4261 595/4620/4268 594/4621/4269</w:t>
        <w:br/>
        <w:t>f 587/4612/4260 586/4613/4261 594/4621/4269</w:t>
        <w:br/>
        <w:t>f 569/4594/4242 591/4614/4262 588/4617/4265</w:t>
        <w:br/>
        <w:t>f 596/4622/4270 569/4594/4242 588/4617/4265</w:t>
        <w:br/>
        <w:t>f 582/4607/4255 569/4594/4242 596/4622/4270</w:t>
        <w:br/>
        <w:t>f 598/4623/4271 595/4620/4268 597/4624/4272</w:t>
        <w:br/>
        <w:t>f 599/4625/4273 598/4623/4271 597/4624/4272</w:t>
        <w:br/>
        <w:t>f 600/4626/4274 599/4625/4273 597/4624/4272</w:t>
        <w:br/>
        <w:t>f 563/4588/4236 600/4626/4274 597/4624/4272</w:t>
        <w:br/>
        <w:t>f 601/4627/4275 600/4626/4274 563/4588/4236</w:t>
        <w:br/>
        <w:t>f 602/4628/4276 594/4621/4269 595/4620/4268</w:t>
        <w:br/>
        <w:t>f 598/4623/4271 602/4628/4276 595/4620/4268</w:t>
        <w:br/>
        <w:t>f 604/4629/4277 603/4630/4278 601/4627/4275</w:t>
        <w:br/>
        <w:t>f 563/4588/4236 604/4629/4277 601/4627/4275</w:t>
        <w:br/>
        <w:t>f 589/4616/4264 592/4619/4267 605/4631/4279</w:t>
        <w:br/>
        <w:t>f 606/4632/4280 589/4616/4264 605/4631/4279</w:t>
        <w:br/>
        <w:t>f 592/4619/4267 608/4633/4281 607/4634/4282</w:t>
        <w:br/>
        <w:t>f 588/4617/4265 589/4616/4264 606/4632/4280</w:t>
        <w:br/>
        <w:t>f 609/4635/4283 588/4617/4265 606/4632/4280</w:t>
        <w:br/>
        <w:t>f 610/4636/4284 609/4635/4283 606/4632/4280</w:t>
        <w:br/>
        <w:t>f 611/4637/4285 610/4636/4284 606/4632/4280</w:t>
        <w:br/>
        <w:t>f 596/4622/4270 588/4617/4265 609/4635/4283</w:t>
        <w:br/>
        <w:t>f 612/4638/4286 596/4622/4270 609/4635/4283</w:t>
        <w:br/>
        <w:t>f 596/4622/4270 613/4639/4287 582/4607/4255</w:t>
        <w:br/>
        <w:t>f 581/4608/4256 582/4607/4255 613/4639/4287</w:t>
        <w:br/>
        <w:t>f 614/4640/4288 581/4608/4256 613/4639/4287</w:t>
        <w:br/>
        <w:t>f 617/4641/4289 616/4642/4290 615/4643/4291</w:t>
        <w:br/>
        <w:t>f 619/4644/4292 618/4645/4293 615/4643/4291</w:t>
        <w:br/>
        <w:t>f 616/4642/4290 619/4644/4292 615/4643/4291</w:t>
        <w:br/>
        <w:t>f 621/4646/4294 620/4647/4295 618/4645/4293</w:t>
        <w:br/>
        <w:t>f 619/4644/4292 621/4646/4294 618/4645/4293</w:t>
        <w:br/>
        <w:t>f 620/4647/4295 621/4646/4294 609/4635/4283</w:t>
        <w:br/>
        <w:t>f 610/4636/4284 620/4647/4295 609/4635/4283</w:t>
        <w:br/>
        <w:t>f 605/4631/4279 622/4648/4296 611/4637/4285</w:t>
        <w:br/>
        <w:t>f 606/4632/4280 605/4631/4279 611/4637/4285</w:t>
        <w:br/>
        <w:t>f 605/4631/4279 592/4619/4267 623/4649/4297</w:t>
        <w:br/>
        <w:t>f 624/4650/4298 605/4631/4279 623/4649/4297</w:t>
        <w:br/>
        <w:t>f 624/4650/4298 625/4651/4299 605/4631/4279</w:t>
        <w:br/>
        <w:t>f 622/4648/4296 605/4631/4279 626/4652/4300</w:t>
        <w:br/>
        <w:t>f 622/4648/4296 626/4652/4300 627/4653/4301</w:t>
        <w:br/>
        <w:t>f 628/4654/4302 622/4648/4296 627/4653/4301</w:t>
        <w:br/>
        <w:t>f 304/4330/3977 308/4334/3981 305/4331/3978</w:t>
        <w:br/>
        <w:t>f 306/4332/3979 365/4390/4035 295/4320/3967</w:t>
        <w:br/>
        <w:t>f 293/4318/3965 306/4332/3979 295/4320/3967</w:t>
        <w:br/>
        <w:t>f 326/4352/3999 315/4341/3988 368/4394/4039</w:t>
        <w:br/>
        <w:t>f 384/4411/4056 630/4655/4303 629/4656/4304</w:t>
        <w:br/>
        <w:t>f 631/4657/4305 384/4411/4056 629/4656/4304</w:t>
        <w:br/>
        <w:t>f 632/4658/4306 384/4411/4056 631/4657/4305</w:t>
        <w:br/>
        <w:t>f 430/4456/4103 388/4414/4059 632/4658/4306</w:t>
        <w:br/>
        <w:t>f 386/4413/4058 397/4423/4068 389/4415/4060</w:t>
        <w:br/>
        <w:t>f 382/4409/4054 386/4413/4058 389/4415/4060</w:t>
        <w:br/>
        <w:t>f 391/4418/4063 428/4454/4101 633/4659/4307</w:t>
        <w:br/>
        <w:t>f 634/4660/4308 411/4435/4082 429/4455/4102</w:t>
        <w:br/>
        <w:t>f 411/4435/4082 469/4496/4143 419/4445/4092</w:t>
        <w:br/>
        <w:t>f 483/4509/4156 633/4659/4307 453/4479/4126</w:t>
        <w:br/>
        <w:t>f 633/4659/4307 636/4661/4309 635/4662/4310</w:t>
        <w:br/>
        <w:t>f 398/4424/4069 633/4659/4307 635/4662/4310</w:t>
        <w:br/>
        <w:t>f 633/4659/4307 398/4424/4069 391/4418/4063</w:t>
        <w:br/>
        <w:t>f 458/4485/4132 461/4487/4134 637/4663/4311</w:t>
        <w:br/>
        <w:t>f 492/4517/4164 473/4497/4144 474/4500/4147</w:t>
        <w:br/>
        <w:t>f 478/4505/4152 479/4504/4151 500/4526/4173</w:t>
        <w:br/>
        <w:t>f 638/4664/4312 478/4505/4152 500/4526/4173</w:t>
        <w:br/>
        <w:t>f 481/4506/4153 478/4505/4152 638/4664/4312</w:t>
        <w:br/>
        <w:t>f 639/4665/4313 481/4506/4153 638/4664/4312</w:t>
        <w:br/>
        <w:t>f 481/4506/4153 640/4666/4314 482/4508/4155</w:t>
        <w:br/>
        <w:t>f 636/4661/4309 482/4508/4155 641/4667/4315</w:t>
        <w:br/>
        <w:t>f 642/4668/4316 635/4662/4310 641/4667/4315</w:t>
        <w:br/>
        <w:t>f 645/4669/4317 644/4670/4318 643/4671/4318</w:t>
        <w:br/>
        <w:t>f 647/4672/4319 643/4671/4318 644/4670/4318</w:t>
        <w:br/>
        <w:t>f 646/4673/4319 647/4672/4319 644/4670/4318</w:t>
        <w:br/>
        <w:t>f 649/4674/4320 647/4672/4319 646/4673/4319</w:t>
        <w:br/>
        <w:t>f 648/4675/4321 649/4674/4320 646/4673/4319</w:t>
        <w:br/>
        <w:t>f 502/4527/4174 649/4674/4320 648/4675/4321</w:t>
        <w:br/>
        <w:t>f 501/4528/4175 502/4527/4174 648/4675/4321</w:t>
        <w:br/>
        <w:t>f 653/4676/4322 652/4677/4323 651/4678/4324</w:t>
        <w:br/>
        <w:t>f 650/4679/4325 653/4676/4322 651/4678/4324</w:t>
        <w:br/>
        <w:t>f 531/4557/4204 653/4676/4322 650/4679/4325</w:t>
        <w:br/>
        <w:t>f 654/4680/4326 531/4557/4204 650/4679/4325</w:t>
        <w:br/>
        <w:t>f 656/4681/4327 655/4682/4328 652/4677/4323</w:t>
        <w:br/>
        <w:t>f 653/4676/4322 656/4681/4327 652/4677/4323</w:t>
        <w:br/>
        <w:t>f 651/4678/4324 652/4677/4323 657/4683/4329</w:t>
        <w:br/>
        <w:t>f 660/4684/4330 659/4685/4331 658/4686/4332</w:t>
        <w:br/>
        <w:t>f 657/4683/4329 660/4684/4330 658/4686/4332</w:t>
        <w:br/>
        <w:t>f 657/4683/4329 652/4677/4323 660/4684/4330</w:t>
        <w:br/>
        <w:t>f 529/4555/4202 653/4676/4322 531/4557/4204</w:t>
        <w:br/>
        <w:t>f 524/4550/4197 523/4549/4196 662/4687/4333</w:t>
        <w:br/>
        <w:t>f 661/4688/4334 524/4550/4197 662/4687/4333</w:t>
        <w:br/>
        <w:t>f 663/4689/4335 661/4688/4334 662/4687/4333</w:t>
        <w:br/>
        <w:t>f 509/4535/4182 531/4557/4204 654/4680/4326</w:t>
        <w:br/>
        <w:t>f 665/4690/4336 538/4563/4210 664/4691/4337</w:t>
        <w:br/>
        <w:t>f 666/4692/4338 664/4691/4337 561/4587/4235</w:t>
        <w:br/>
        <w:t>f 667/4693/4339 666/4692/4338 561/4587/4235</w:t>
        <w:br/>
        <w:t>f 576/4603/4251 667/4693/4339 561/4587/4235</w:t>
        <w:br/>
        <w:t>f 668/4694/4340 662/4687/4333 523/4549/4196</w:t>
        <w:br/>
        <w:t>f 526/4551/4198 668/4694/4340 523/4549/4196</w:t>
        <w:br/>
        <w:t>f 671/4695/4341 670/4696/4341 663/4689/4335</w:t>
        <w:br/>
        <w:t>f 669/4697/4342 671/4695/4341 663/4689/4335</w:t>
        <w:br/>
        <w:t>f 671/4695/4341 672/4698/4343 670/4696/4341</w:t>
        <w:br/>
        <w:t>f 578/4604/4252 579/4605/4253 673/4699/4344</w:t>
        <w:br/>
        <w:t>f 659/4685/4331 578/4604/4252 673/4699/4344</w:t>
        <w:br/>
        <w:t>f 642/4668/4316 673/4699/4344 579/4605/4253</w:t>
        <w:br/>
        <w:t>f 674/4700/4345 642/4668/4316 579/4605/4253</w:t>
        <w:br/>
        <w:t>f 659/4685/4331 673/4699/4344 641/4667/4315</w:t>
        <w:br/>
        <w:t>f 658/4686/4332 659/4685/4331 641/4667/4315</w:t>
        <w:br/>
        <w:t>f 577/4602/4250 659/4685/4331 675/4701/4346</w:t>
        <w:br/>
        <w:t>f 675/4701/4346 667/4693/4339 576/4603/4251</w:t>
        <w:br/>
        <w:t>f 577/4602/4250 675/4701/4346 576/4603/4251</w:t>
        <w:br/>
        <w:t>f 543/4569/4217 546/4571/4219 547/4570/4218</w:t>
        <w:br/>
        <w:t>f 540/4568/4216 543/4569/4217 547/4570/4218</w:t>
        <w:br/>
        <w:t>f 603/4630/4278 604/4629/4277 550/4576/4224</w:t>
        <w:br/>
        <w:t>f 552/4578/4226 603/4630/4278 550/4576/4224</w:t>
        <w:br/>
        <w:t>f 608/4633/4281 592/4619/4267 593/4618/4266</w:t>
        <w:br/>
        <w:t>f 460/4486/4133 458/4485/4132 637/4663/4311</w:t>
        <w:br/>
        <w:t>f 428/4454/4101 427/4452/4099 426/4453/4100</w:t>
        <w:br/>
        <w:t>f 676/4702/4347 428/4454/4101 426/4453/4100</w:t>
        <w:br/>
        <w:t>f 674/4700/4345 579/4605/4253 580/4606/4254</w:t>
        <w:br/>
        <w:t>f 583/4611/4259 674/4700/4345 580/4606/4254</w:t>
        <w:br/>
        <w:t>f 399/4425/4071 349/4377/4024 352/4378/4025</w:t>
        <w:br/>
        <w:t>f 371/4395/4074 372/4399/4044 349/4377/4024</w:t>
        <w:br/>
        <w:t>f 372/4399/4044 402/4428/4075 677/4703/4348</w:t>
        <w:br/>
        <w:t>f 677/4703/4348 401/4427/4073 372/4399/4044</w:t>
        <w:br/>
        <w:t>f 630/4655/4303 385/4410/4055 678/4704/4349</w:t>
        <w:br/>
        <w:t>f 408/4433/4080 406/4432/4079 679/4705/4350</w:t>
        <w:br/>
        <w:t>f 680/4706/4351 491/4518/4165 492/4517/4164</w:t>
        <w:br/>
        <w:t>f 568/4595/4243 569/4594/4242 571/4598/4246</w:t>
        <w:br/>
        <w:t>f 612/4638/4286 613/4639/4287 596/4622/4270</w:t>
        <w:br/>
        <w:t>f 324/4350/3997 363/4389/4034 308/4334/3981</w:t>
        <w:br/>
        <w:t>f 681/4707/4352 361/4388/4033 362/4387/4032</w:t>
        <w:br/>
        <w:t>f 363/4389/4034 367/4392/4353 364/4391/4036</w:t>
        <w:br/>
        <w:t>f 306/4332/3979 363/4389/4034 364/4391/4036</w:t>
        <w:br/>
        <w:t>f 356/4382/4028 357/4381/4028 348/4374/4021</w:t>
        <w:br/>
        <w:t>f 682/4708/4354 356/4382/4028 348/4374/4021</w:t>
        <w:br/>
        <w:t>f 663/4689/4335 662/4687/4333 669/4697/4342</w:t>
        <w:br/>
        <w:t>f 669/4697/4342 662/4687/4333 668/4694/4340</w:t>
        <w:br/>
        <w:t>f 676/4702/4347 633/4659/4307 428/4454/4101</w:t>
        <w:br/>
        <w:t>f 392/4417/4062 394/4421/4066 391/4418/4063</w:t>
        <w:br/>
        <w:t>f 683/4709/4355 394/4421/4066 395/4420/4065</w:t>
        <w:br/>
        <w:t>f 636/4661/4309 633/4659/4307 483/4509/4156</w:t>
        <w:br/>
        <w:t>f 393/4422/4067 394/4421/4066 392/4417/4062</w:t>
        <w:br/>
        <w:t>f 684/4710/4356 393/4422/4067 392/4417/4062</w:t>
        <w:br/>
        <w:t>f 389/4415/4060 393/4422/4067 684/4710/4356</w:t>
        <w:br/>
        <w:t>f 378/4404/4049 389/4415/4060 684/4710/4356</w:t>
        <w:br/>
        <w:t>f 337/4361/4008 348/4374/4021 685/4711/4357</w:t>
        <w:br/>
        <w:t>f 337/4361/4008 685/4711/4357 331/4359/4358</w:t>
        <w:br/>
        <w:t>f 336/4362/4009 337/4361/4008 331/4359/4358</w:t>
        <w:br/>
        <w:t>f 335/4363/4010 682/4708/4354 348/4374/4021</w:t>
        <w:br/>
        <w:t>f 374/4402/4047 687/4712/4359 686/4713/4360</w:t>
        <w:br/>
        <w:t>f 373/4398/4043 374/4402/4047 686/4713/4360</w:t>
        <w:br/>
        <w:t>f 373/4398/4043 686/4713/4360 351/4375/4022</w:t>
        <w:br/>
        <w:t>f 349/4377/4024 373/4398/4043 351/4375/4022</w:t>
        <w:br/>
        <w:t>f 687/4712/4359 374/4402/4047 377/4403/4048</w:t>
        <w:br/>
        <w:t>f 380/4405/4050 687/4712/4359 377/4403/4048</w:t>
        <w:br/>
        <w:t>f 385/4410/4055 376/4400/4045 372/4399/4044</w:t>
        <w:br/>
        <w:t>f 385/4410/4055 383/4408/4053 376/4400/4045</w:t>
        <w:br/>
        <w:t>f 373/4398/4043 372/4399/4044 376/4400/4045</w:t>
        <w:br/>
        <w:t>f 688/4714/4361 350/4376/4023 351/4375/4022</w:t>
        <w:br/>
        <w:t>f 345/4370/4017 347/4373/4020 688/4714/4361</w:t>
        <w:br/>
        <w:t>f 305/4331/3978 296/4322/3969 304/4330/3977</w:t>
        <w:br/>
        <w:t>f 282/4311/3958 271/4297/3944 285/4308/3955</w:t>
        <w:br/>
        <w:t>f 285/4308/3955 271/4297/3944 277/4303/3950</w:t>
        <w:br/>
        <w:t>f 275/4299/3946 301/4327/3974 285/4308/3955</w:t>
        <w:br/>
        <w:t>f 301/4327/3974 275/4299/3946 303/4328/3975</w:t>
        <w:br/>
        <w:t>f 302/4329/3976 303/4328/3975 316/4344/3991</w:t>
        <w:br/>
        <w:t>f 302/4329/3976 312/4336/3983 320/4346/3993</w:t>
        <w:br/>
        <w:t>f 320/4346/3993 312/4336/3983 314/4339/3986</w:t>
        <w:br/>
        <w:t>f 326/4352/3999 320/4346/3993 314/4339/3986</w:t>
        <w:br/>
        <w:t>f 312/4336/3983 310/4338/3985 314/4339/3986</w:t>
        <w:br/>
        <w:t>f 312/4336/3983 316/4344/3991 327/4353/4000</w:t>
        <w:br/>
        <w:t>f 326/4352/3999 343/4368/4015 332/4358/4005</w:t>
        <w:br/>
        <w:t>f 314/4339/3986 315/4341/3988 326/4352/3999</w:t>
        <w:br/>
        <w:t>f 385/4410/4055 400/4426/4072 678/4704/4349</w:t>
        <w:br/>
        <w:t>f 445/4473/4120 446/4472/4119 443/4469/4116</w:t>
        <w:br/>
        <w:t>f 464/4490/4137 445/4473/4120 443/4469/4116</w:t>
        <w:br/>
        <w:t>f 384/4411/4056 385/4410/4055 630/4655/4303</w:t>
        <w:br/>
        <w:t>f 388/4414/4059 403/4431/4078 404/4430/4077</w:t>
        <w:br/>
        <w:t>f 632/4658/4306 388/4414/4059 384/4411/4056</w:t>
        <w:br/>
        <w:t>f 383/4408/4053 384/4411/4056 388/4414/4059</w:t>
        <w:br/>
        <w:t>f 387/4412/4057 388/4414/4059 404/4430/4077</w:t>
        <w:br/>
        <w:t>f 406/4432/4079 387/4412/4057 404/4430/4077</w:t>
        <w:br/>
        <w:t>f 409/4437/4084 387/4412/4057 406/4432/4079</w:t>
        <w:br/>
        <w:t>f 406/4432/4079 405/4429/4076 679/4705/4350</w:t>
        <w:br/>
        <w:t>f 467/4492/4139 466/4493/4140 488/4514/4161</w:t>
        <w:br/>
        <w:t>f 463/4488/4135 443/4469/4116 444/4470/4117</w:t>
        <w:br/>
        <w:t>f 488/4514/4161 486/4511/4158 467/4492/4139</w:t>
        <w:br/>
        <w:t>f 407/4434/4081 429/4455/4102 406/4432/4079</w:t>
        <w:br/>
        <w:t>f 634/4660/4308 469/4496/4143 411/4435/4082</w:t>
        <w:br/>
        <w:t>f 433/4457/4104 441/4466/4113 432/4458/4105</w:t>
        <w:br/>
        <w:t>f 425/4450/4097 433/4457/4104 435/4460/4107</w:t>
        <w:br/>
        <w:t>f 434/4461/4108 435/4460/4107 436/4464/4111</w:t>
        <w:br/>
        <w:t>f 491/4518/4165 484/4510/4157 473/4497/4144</w:t>
        <w:br/>
        <w:t>f 689/4715/4362 491/4518/4165 680/4706/4351</w:t>
        <w:br/>
        <w:t>f 472/4498/4145 473/4497/4144 486/4511/4158</w:t>
        <w:br/>
        <w:t>f 489/4516/4163 490/4515/4162 495/4522/4169</w:t>
        <w:br/>
        <w:t>f 491/4518/4165 689/4715/4362 490/4515/4162</w:t>
        <w:br/>
        <w:t>f 490/4515/4162 689/4715/4362 494/4519/4166</w:t>
        <w:br/>
        <w:t>f 544/4573/4221 556/4582/4230 560/4586/4234</w:t>
        <w:br/>
        <w:t>f 544/4573/4221 554/4579/4227 556/4582/4230</w:t>
        <w:br/>
        <w:t>f 556/4582/4230 550/4576/4224 559/4583/4231</w:t>
        <w:br/>
        <w:t>f 559/4583/4231 550/4576/4224 604/4629/4277</w:t>
        <w:br/>
        <w:t>f 560/4586/4234 540/4568/4216 547/4570/4218</w:t>
        <w:br/>
        <w:t>f 665/4690/4336 537/4564/4211 538/4563/4210</w:t>
        <w:br/>
        <w:t>f 434/4461/4108 446/4472/4119 449/4474/4121</w:t>
        <w:br/>
        <w:t>f 436/4464/4111 443/4469/4116 446/4472/4119</w:t>
        <w:br/>
        <w:t>f 434/4461/4108 436/4464/4111 446/4472/4119</w:t>
        <w:br/>
        <w:t>f 449/4474/4121 446/4472/4119 447/4471/4118</w:t>
        <w:br/>
        <w:t>f 466/4493/4140 464/4490/4137 690/4716/4363</w:t>
        <w:br/>
        <w:t>f 690/4716/4363 464/4490/4137 465/4491/4138</w:t>
        <w:br/>
        <w:t>f 484/4510/4157 491/4518/4165 490/4515/4162</w:t>
        <w:br/>
        <w:t>f 489/4516/4163 495/4522/4169 498/4524/4171</w:t>
        <w:br/>
        <w:t>f 497/4525/4172 498/4524/4171 504/4530/4177</w:t>
        <w:br/>
        <w:t>f 509/4535/4182 654/4680/4326 534/4559/4206</w:t>
        <w:br/>
        <w:t>f 509/4535/4182 511/4537/4184 513/4538/4185</w:t>
        <w:br/>
        <w:t>f 509/4535/4182 513/4538/4185 531/4557/4204</w:t>
        <w:br/>
        <w:t>f 508/4536/4183 509/4535/4182 534/4559/4206</w:t>
        <w:br/>
        <w:t>f 515/4541/4188 514/4540/4187 691/4717/4364</w:t>
        <w:br/>
        <w:t>f 516/4543/4190 515/4541/4188 691/4717/4364</w:t>
        <w:br/>
        <w:t>f 529/4555/4202 530/4556/4203 656/4681/4327</w:t>
        <w:br/>
        <w:t>f 529/4555/4202 656/4681/4327 653/4676/4322</w:t>
        <w:br/>
        <w:t>f 664/4691/4337 540/4568/4216 560/4586/4234</w:t>
        <w:br/>
        <w:t>f 561/4587/4235 664/4691/4337 560/4586/4234</w:t>
        <w:br/>
        <w:t>f 664/4691/4337 538/4563/4210 540/4568/4216</w:t>
        <w:br/>
        <w:t>f 666/4692/4338 665/4690/4336 664/4691/4337</w:t>
        <w:br/>
        <w:t>f 559/4583/4231 604/4629/4277 563/4588/4236</w:t>
        <w:br/>
        <w:t>f 562/4589/4237 563/4588/4236 597/4624/4272</w:t>
        <w:br/>
        <w:t>f 506/4532/4179 498/4524/4171 507/4533/4180</w:t>
        <w:br/>
        <w:t>f 507/4533/4180 498/4524/4171 495/4522/4169</w:t>
        <w:br/>
        <w:t>f 586/4613/4261 567/4596/4244 692/4718/4365</w:t>
        <w:br/>
        <w:t>f 692/4718/4365 597/4624/4272 595/4620/4268</w:t>
        <w:br/>
        <w:t>f 586/4613/4261 692/4718/4365 595/4620/4268</w:t>
        <w:br/>
        <w:t>f 586/4613/4261 570/4593/4241 567/4596/4244</w:t>
        <w:br/>
        <w:t>f 626/4652/4300 605/4631/4279 625/4651/4299</w:t>
        <w:br/>
        <w:t>f 623/4649/4297 592/4619/4267 607/4634/4282</w:t>
        <w:br/>
        <w:t>f 608/4633/4281 593/4618/4266 693/4719/4366</w:t>
        <w:br/>
        <w:t>f 580/4606/4254 581/4608/4256 585/4609/4257</w:t>
        <w:br/>
        <w:t>f 585/4609/4257 581/4608/4256 614/4640/4288</w:t>
        <w:br/>
        <w:t>f 577/4602/4250 578/4604/4252 659/4685/4331</w:t>
        <w:br/>
        <w:t>f 480/4507/4154 483/4509/4156 451/4477/4124</w:t>
        <w:br/>
        <w:t>f 639/4665/4313 640/4666/4314 481/4506/4153</w:t>
        <w:br/>
        <w:t>f 445/4473/4120 464/4490/4137 467/4492/4139</w:t>
        <w:br/>
        <w:t>f 484/4510/4157 475/4501/4148 473/4497/4144</w:t>
        <w:br/>
        <w:t>f 378/4404/4049 684/4710/4356 379/4406/4051</w:t>
        <w:br/>
        <w:t>f 377/4403/4048 378/4404/4049 379/4406/4051</w:t>
        <w:br/>
        <w:t>f 684/4710/4356 392/4417/4062 379/4406/4051</w:t>
        <w:br/>
        <w:t>f 392/4417/4062 364/4391/4036 390/4416/4061</w:t>
        <w:br/>
        <w:t>f 451/4477/4124 483/4509/4156 453/4479/4126</w:t>
        <w:br/>
        <w:t>f 636/4661/4309 483/4509/4156 482/4508/4155</w:t>
        <w:br/>
        <w:t>f 578/4604/4252 572/4597/4245 573/4599/4247</w:t>
        <w:br/>
        <w:t>f 379/4406/4051 392/4417/4062 390/4416/4061</w:t>
        <w:br/>
        <w:t>f 413/4439/4086 427/4452/4099 396/4419/4064</w:t>
        <w:br/>
        <w:t>f 426/4453/4100 414/4441/4088 416/4443/4090</w:t>
        <w:br/>
        <w:t>f 641/4667/4315 482/4508/4155 640/4666/4314</w:t>
        <w:br/>
        <w:t>f 641/4667/4315 635/4662/4310 636/4661/4309</w:t>
        <w:br/>
        <w:t>f 642/4668/4316 641/4667/4315 673/4699/4344</w:t>
        <w:br/>
        <w:t>f 660/4684/4330 652/4677/4323 655/4682/4328</w:t>
        <w:br/>
        <w:t>f 391/4418/4063 395/4420/4065 428/4454/4101</w:t>
        <w:br/>
        <w:t>f 272/4296/3943 695/4720/4367 694/4721/4368</w:t>
        <w:br/>
        <w:t>f 277/4303/3950 272/4296/3943 694/4721/4368</w:t>
        <w:br/>
        <w:t>f 277/4303/3950 694/4721/4368 281/4307/3954</w:t>
        <w:br/>
        <w:t>f 277/4303/3950 274/4300/3947 275/4299/3946</w:t>
        <w:br/>
        <w:t>f 696/4722/4369 277/4303/3950 278/4302/3949</w:t>
        <w:br/>
        <w:t>f 696/4722/4369 274/4300/3947 277/4303/3950</w:t>
        <w:br/>
        <w:t>f 697/4723/4370 275/4299/3946 330/4356/4003</w:t>
        <w:br/>
        <w:t>f 697/4723/4370 329/4355/4002 275/4299/3946</w:t>
        <w:br/>
        <w:t>f 447/4471/4118 445/4473/4120 475/4501/4148</w:t>
        <w:br/>
        <w:t>f 476/4502/4149 447/4471/4118 475/4501/4148</w:t>
        <w:br/>
        <w:t>f 475/4501/4148 467/4492/4139 486/4511/4158</w:t>
        <w:br/>
        <w:t>f 473/4497/4144 475/4501/4148 486/4511/4158</w:t>
        <w:br/>
        <w:t>f 700/4724/4371 699/4725/4372 698/4726/4373</w:t>
        <w:br/>
        <w:t>f 703/4727/4374 702/4728/4375 701/4729/4376</w:t>
        <w:br/>
        <w:t>f 706/4730/4377 705/4731/4378 704/4732/4379</w:t>
        <w:br/>
        <w:t>f 707/4733/4380 704/4732/4379 705/4731/4378</w:t>
        <w:br/>
        <w:t>f 698/4726/4373 699/4725/4372 708/4734/4381</w:t>
        <w:br/>
        <w:t>f 700/4724/4371 698/4726/4373 704/4732/4379</w:t>
        <w:br/>
        <w:t>f 704/4732/4379 707/4733/4380 709/4735/4382</w:t>
        <w:br/>
        <w:t>f 713/4736/4383 712/4737/4384 711/4738/4385</w:t>
        <w:br/>
        <w:t>f 710/4739/4386 713/4736/4383 711/4738/4385</w:t>
        <w:br/>
        <w:t>f 710/4739/4386 711/4738/4385 715/4740/4387</w:t>
        <w:br/>
        <w:t>f 714/4741/4388 710/4739/4386 715/4740/4387</w:t>
        <w:br/>
        <w:t>f 714/4741/4388 715/4740/4387 717/4742/4389</w:t>
        <w:br/>
        <w:t>f 716/4743/4390 714/4741/4388 717/4742/4389</w:t>
        <w:br/>
        <w:t>f 716/4743/4390 717/4742/4389 719/4744/4391</w:t>
        <w:br/>
        <w:t>f 718/4745/4392 716/4743/4390 719/4744/4391</w:t>
        <w:br/>
        <w:t>f 718/4745/4392 719/4744/4391 721/4746/4393</w:t>
        <w:br/>
        <w:t>f 720/4747/4394 718/4745/4392 721/4746/4393</w:t>
        <w:br/>
        <w:t>f 721/4746/4393 723/4748/4395 722/4749/4396</w:t>
        <w:br/>
        <w:t>f 720/4747/4394 721/4746/4393 722/4749/4396</w:t>
        <w:br/>
        <w:t>f 718/4745/4392 724/4750/4397 716/4743/4390</w:t>
        <w:br/>
        <w:t>f 716/4743/4390 724/4750/4397 725/4751/4398</w:t>
        <w:br/>
        <w:t>f 714/4741/4388 716/4743/4390 725/4751/4398</w:t>
        <w:br/>
        <w:t>f 728/4752/4399 727/4753/4400 725/4751/4398</w:t>
        <w:br/>
        <w:t>f 726/4754/4401 728/4752/4399 725/4751/4398</w:t>
        <w:br/>
        <w:t>f 714/4741/4388 725/4751/4398 727/4753/4400</w:t>
        <w:br/>
        <w:t>f 710/4739/4386 714/4741/4388 727/4753/4400</w:t>
        <w:br/>
        <w:t>f 710/4739/4386 727/4753/4400 729/4755/4402</w:t>
        <w:br/>
        <w:t>f 713/4736/4383 710/4739/4386 729/4755/4402</w:t>
        <w:br/>
        <w:t>f 729/4755/4402 731/4756/4403 730/4757/4404</w:t>
        <w:br/>
        <w:t>f 703/4727/4374 704/4732/4379 713/4736/4383</w:t>
        <w:br/>
        <w:t>f 731/4756/4403 729/4755/4402 727/4753/4400</w:t>
        <w:br/>
        <w:t>f 728/4752/4399 731/4756/4403 727/4753/4400</w:t>
        <w:br/>
        <w:t>f 726/4754/4401 725/4751/4398 724/4750/4397</w:t>
        <w:br/>
        <w:t>f 732/4758/4405 726/4754/4401 724/4750/4397</w:t>
        <w:br/>
        <w:t>f 718/4745/4392 733/4759/4406 724/4750/4397</w:t>
        <w:br/>
        <w:t>f 733/4759/4406 718/4745/4392 720/4747/4394</w:t>
        <w:br/>
        <w:t>f 734/4760/4407 733/4759/4406 720/4747/4394</w:t>
        <w:br/>
        <w:t>f 737/4761/4408 736/4762/4409 735/4763/4410</w:t>
        <w:br/>
        <w:t>f 726/4754/4401 737/4761/4408 735/4763/4410</w:t>
        <w:br/>
        <w:t>f 740/4764/4411 739/4765/4412 738/4766/4413</w:t>
        <w:br/>
        <w:t>f 742/4767/4414 741/4768/4415 739/4765/4412</w:t>
        <w:br/>
        <w:t>f 745/4769/4416 744/4770/4417 743/4771/4416</w:t>
        <w:br/>
        <w:t>f 730/4757/4404 748/4772/4418 747/4773/4419</w:t>
        <w:br/>
        <w:t>f 746/4774/4420 730/4757/4404 747/4773/4419</w:t>
        <w:br/>
        <w:t>f 749/4775/4421 747/4773/4419 748/4772/4418</w:t>
        <w:br/>
        <w:t>f 731/4756/4403 740/4764/4411 748/4772/4418</w:t>
        <w:br/>
        <w:t>f 750/4776/4422 731/4756/4403 728/4752/4399</w:t>
        <w:br/>
        <w:t>f 751/4777/4423 750/4776/4422 728/4752/4399</w:t>
        <w:br/>
        <w:t>f 735/4763/4410 753/4778/4424 752/4779/4425</w:t>
        <w:br/>
        <w:t>f 751/4777/4423 735/4763/4410 752/4779/4425</w:t>
        <w:br/>
        <w:t>f 753/4778/4424 735/4763/4410 736/4762/4409</w:t>
        <w:br/>
        <w:t>f 754/4780/4426 753/4778/4424 736/4762/4409</w:t>
        <w:br/>
        <w:t>f 755/4781/4427 750/4776/4422 751/4777/4423</w:t>
        <w:br/>
        <w:t>f 752/4779/4425 755/4781/4427 751/4777/4423</w:t>
        <w:br/>
        <w:t>f 756/4782/4428 750/4776/4422 755/4781/4427</w:t>
        <w:br/>
        <w:t>f 726/4754/4401 735/4763/4410 751/4777/4423</w:t>
        <w:br/>
        <w:t>f 728/4752/4399 726/4754/4401 751/4777/4423</w:t>
        <w:br/>
        <w:t>f 740/4764/4411 738/4766/4413 757/4783/4429</w:t>
        <w:br/>
        <w:t>f 748/4772/4418 757/4783/4429 758/4784/4430</w:t>
        <w:br/>
        <w:t>f 758/4784/4430 749/4775/4421 748/4772/4418</w:t>
        <w:br/>
        <w:t>f 730/4757/4404 746/4774/4420 759/4785/4431</w:t>
        <w:br/>
        <w:t>f 703/4727/4374 730/4757/4404 759/4785/4431</w:t>
        <w:br/>
        <w:t>f 760/4786/4432 702/4728/4375 703/4727/4374</w:t>
        <w:br/>
        <w:t>f 763/4787/4433 762/4788/4434 761/4789/4435</w:t>
        <w:br/>
        <w:t>f 764/4790/4435 763/4787/4433 761/4789/4435</w:t>
        <w:br/>
        <w:t>f 767/4791/4436 766/4792/4437 765/4793/4438</w:t>
        <w:br/>
        <w:t>f 770/4794/4439 769/4795/4440 768/4796/4441</w:t>
        <w:br/>
        <w:t>f 765/4793/4438 770/4794/4439 768/4796/4441</w:t>
        <w:br/>
        <w:t>f 771/4797/4442 762/4788/4434 763/4787/4433</w:t>
        <w:br/>
        <w:t>f 769/4795/4440 771/4797/4442 763/4787/4433</w:t>
        <w:br/>
        <w:t>f 773/4798/4443 762/4788/4434 772/4799/4444</w:t>
        <w:br/>
        <w:t>f 771/4797/4442 772/4799/4444 762/4788/4434</w:t>
        <w:br/>
        <w:t>f 775/4800/4445 765/4793/4438 774/4801/4446</w:t>
        <w:br/>
        <w:t>f 776/4802/4447 775/4800/4445 774/4801/4446</w:t>
        <w:br/>
        <w:t>f 776/4802/4447 774/4801/4446 777/4803/4448</w:t>
        <w:br/>
        <w:t>f 774/4801/4446 765/4793/4438 766/4792/4437</w:t>
        <w:br/>
        <w:t>f 766/4792/4437 767/4791/4436 778/4804/4449</w:t>
        <w:br/>
        <w:t>f 781/4805/4450 780/4806/4451 779/4807/4452</w:t>
        <w:br/>
        <w:t>f 779/4807/4452 780/4806/4451 782/4808/4453</w:t>
        <w:br/>
        <w:t>f 765/4793/4438 775/4800/4445 770/4794/4439</w:t>
        <w:br/>
        <w:t>f 764/4790/4435 761/4789/4435 783/4809/4454</w:t>
        <w:br/>
        <w:t>f 784/4810/4455 764/4790/4435 783/4809/4454</w:t>
        <w:br/>
        <w:t>f 756/4782/4428 755/4781/4427 762/4788/4434</w:t>
        <w:br/>
        <w:t>f 787/4811/4456 786/4812/4457 785/4813/4458</w:t>
        <w:br/>
        <w:t>f 788/4814/4456 787/4811/4456 785/4813/4458</w:t>
        <w:br/>
        <w:t>f 789/4815/4459 784/4810/4455 752/4779/4425</w:t>
        <w:br/>
        <w:t>f 753/4778/4424 789/4815/4459 752/4779/4425</w:t>
        <w:br/>
        <w:t>f 753/4778/4424 754/4780/4426 790/4816/4460</w:t>
        <w:br/>
        <w:t>f 789/4815/4459 753/4778/4424 790/4816/4460</w:t>
        <w:br/>
        <w:t>f 788/4814/4456 792/4817/4461 791/4818/4461</w:t>
        <w:br/>
        <w:t>f 787/4811/4456 788/4814/4456 791/4818/4461</w:t>
        <w:br/>
        <w:t>f 793/4819/4462 733/4759/4406 734/4760/4407</w:t>
        <w:br/>
        <w:t>f 795/4820/4463 794/4821/4464 734/4760/4407</w:t>
        <w:br/>
        <w:t>f 736/4762/4409 733/4759/4406 793/4819/4462</w:t>
        <w:br/>
        <w:t>f 797/4822/4465 790/4816/4460 754/4780/4426</w:t>
        <w:br/>
        <w:t>f 796/4823/4466 797/4822/4465 754/4780/4426</w:t>
        <w:br/>
        <w:t>f 798/4824/4467 756/4782/4428 773/4798/4443</w:t>
        <w:br/>
        <w:t>f 801/4825/4468 800/4826/4469 799/4827/4470</w:t>
        <w:br/>
        <w:t>f 803/4828/4471 802/4829/4472 780/4806/4451</w:t>
        <w:br/>
        <w:t>f 806/4830/4473 803/4828/4471 805/4831/4474</w:t>
        <w:br/>
        <w:t>f 804/4832/4475 806/4830/4473 805/4831/4474</w:t>
        <w:br/>
        <w:t>f 804/4832/4475 805/4831/4474 807/4833/4476</w:t>
        <w:br/>
        <w:t>f 808/4834/4477 804/4832/4475 807/4833/4476</w:t>
        <w:br/>
        <w:t>f 810/4835/4478 807/4833/4476 809/4836/4479</w:t>
        <w:br/>
        <w:t>f 811/4837/4480 810/4835/4478 809/4836/4479</w:t>
        <w:br/>
        <w:t>f 813/4838/4481 806/4830/4473 804/4832/4475</w:t>
        <w:br/>
        <w:t>f 812/4839/4482 813/4838/4481 804/4832/4475</w:t>
        <w:br/>
        <w:t>f 815/4840/4483 813/4838/4481 814/4841/4484</w:t>
        <w:br/>
        <w:t>f 817/4842/4485 813/4838/4481 812/4839/4482</w:t>
        <w:br/>
        <w:t>f 816/4843/4486 817/4842/4485 812/4839/4482</w:t>
        <w:br/>
        <w:t>f 813/4838/4481 817/4842/4485 818/4844/4487</w:t>
        <w:br/>
        <w:t>f 808/4834/4477 819/4845/4488 812/4839/4482</w:t>
        <w:br/>
        <w:t>f 804/4832/4475 808/4834/4477 812/4839/4482</w:t>
        <w:br/>
        <w:t>f 810/4835/4478 811/4837/4480 820/4846/4489</w:t>
        <w:br/>
        <w:t>f 822/4847/4490 794/4821/4464 821/4848/4491</w:t>
        <w:br/>
        <w:t>f 826/4849/4492 825/4850/4493 824/4851/4494</w:t>
        <w:br/>
        <w:t>f 823/4852/4495 826/4849/4492 824/4851/4494</w:t>
        <w:br/>
        <w:t>f 825/4850/4493 826/4849/4492 827/4853/4496</w:t>
        <w:br/>
        <w:t>f 819/4845/4488 825/4850/4493 827/4853/4496</w:t>
        <w:br/>
        <w:t>f 828/4854/4497 821/4848/4491 794/4821/4464</w:t>
        <w:br/>
        <w:t>f 795/4820/4463 828/4854/4497 794/4821/4464</w:t>
        <w:br/>
        <w:t>f 800/4826/4498 829/4855/4499 780/4806/4451</w:t>
        <w:br/>
        <w:t>f 815/4840/4483 830/4856/4500 802/4829/4472</w:t>
        <w:br/>
        <w:t>f 802/4829/4472 830/4856/4500 831/4857/4501</w:t>
        <w:br/>
        <w:t>f 801/4825/4468 802/4829/4472 832/4858/4502</w:t>
        <w:br/>
        <w:t>f 835/4859/4503 834/4860/4504 833/4861/4505</w:t>
        <w:br/>
        <w:t>f 833/4861/4505 836/4862/4506 835/4859/4503</w:t>
        <w:br/>
        <w:t>f 836/4862/4506 838/4863/4507 837/4864/4508</w:t>
        <w:br/>
        <w:t>f 841/4865/4509 836/4862/4506 840/4866/4510</w:t>
        <w:br/>
        <w:t>f 839/4867/4511 841/4865/4509 840/4866/4510</w:t>
        <w:br/>
        <w:t>f 816/4843/4486 842/4868/4512 840/4866/4510</w:t>
        <w:br/>
        <w:t>f 817/4842/4485 816/4843/4486 840/4866/4510</w:t>
        <w:br/>
        <w:t>f 827/4853/4496 843/4869/4513 842/4868/4512</w:t>
        <w:br/>
        <w:t>f 816/4843/4486 827/4853/4496 842/4868/4512</w:t>
        <w:br/>
        <w:t>f 845/4870/4514 842/4868/4512 843/4869/4513</w:t>
        <w:br/>
        <w:t>f 844/4871/4515 845/4870/4514 843/4869/4513</w:t>
        <w:br/>
        <w:t>f 847/4872/4516 845/4870/4514 844/4871/4515</w:t>
        <w:br/>
        <w:t>f 846/4873/4517 847/4872/4516 844/4871/4515</w:t>
        <w:br/>
        <w:t>f 848/4874/4518 839/4867/4511 845/4870/4514</w:t>
        <w:br/>
        <w:t>f 847/4872/4516 848/4874/4518 845/4870/4514</w:t>
        <w:br/>
        <w:t>f 839/4867/4511 840/4866/4510 842/4868/4512</w:t>
        <w:br/>
        <w:t>f 845/4870/4514 839/4867/4511 842/4868/4512</w:t>
        <w:br/>
        <w:t>f 849/4875/4519 841/4865/4509 839/4867/4511</w:t>
        <w:br/>
        <w:t>f 848/4874/4518 849/4875/4519 839/4867/4511</w:t>
        <w:br/>
        <w:t>f 853/4876/4520 852/4877/4521 851/4878/4522</w:t>
        <w:br/>
        <w:t>f 850/4879/4523 853/4876/4520 851/4878/4522</w:t>
        <w:br/>
        <w:t>f 855/4880/4524 854/4881/4525 852/4877/4521</w:t>
        <w:br/>
        <w:t>f 853/4876/4520 855/4880/4524 852/4877/4521</w:t>
        <w:br/>
        <w:t>f 857/4882/4526 856/4883/4527 844/4871/4515</w:t>
        <w:br/>
        <w:t>f 857/4882/4526 844/4871/4515 843/4869/4513</w:t>
        <w:br/>
        <w:t>f 843/4869/4513 827/4853/4496 826/4849/4492</w:t>
        <w:br/>
        <w:t>f 823/4852/4495 858/4884/4528 857/4882/4526</w:t>
        <w:br/>
        <w:t>f 826/4849/4492 823/4852/4495 857/4882/4526</w:t>
        <w:br/>
        <w:t>f 836/4862/4506 841/4865/4509 859/4885/4529</w:t>
        <w:br/>
        <w:t>f 818/4844/4487 834/4860/4504 860/4886/4530</w:t>
        <w:br/>
        <w:t>f 863/4887/4531 862/4888/4532 861/4889/4533</w:t>
        <w:br/>
        <w:t>f 855/4880/4524 865/4890/4534 864/4891/4535</w:t>
        <w:br/>
        <w:t>f 868/4892/4536 867/4893/4537 866/4894/4538</w:t>
        <w:br/>
        <w:t>f 864/4891/4535 868/4892/4536 866/4894/4538</w:t>
        <w:br/>
        <w:t>f 863/4887/4531 864/4891/4535 869/4895/4539</w:t>
        <w:br/>
        <w:t>f 862/4888/4532 863/4887/4531 869/4895/4539</w:t>
        <w:br/>
        <w:t>f 871/4896/4540 861/4889/4533 870/4897/4541</w:t>
        <w:br/>
        <w:t>f 864/4891/4535 866/4894/4538 869/4895/4539</w:t>
        <w:br/>
        <w:t>f 872/4898/4542 867/4893/4537 868/4892/4536</w:t>
        <w:br/>
        <w:t>f 873/4899/4543 872/4898/4542 868/4892/4536</w:t>
        <w:br/>
        <w:t>f 874/4900/4544 872/4898/4542 873/4899/4543</w:t>
        <w:br/>
        <w:t>f 877/4901/4545 876/4902/4546 875/4903/4547</w:t>
        <w:br/>
        <w:t>f 879/4904/4548 877/4901/4545 878/4905/4549</w:t>
        <w:br/>
        <w:t>f 880/4906/4550 879/4904/4548 878/4905/4549</w:t>
        <w:br/>
        <w:t>f 881/4907/4551 879/4904/4548 880/4906/4550</w:t>
        <w:br/>
        <w:t>f 882/4908/4552 881/4907/4551 880/4906/4550</w:t>
        <w:br/>
        <w:t>f 881/4907/4551 882/4908/4552 883/4909/4553</w:t>
        <w:br/>
        <w:t>f 885/4910/4554 884/4911/4555 853/4876/4520</w:t>
        <w:br/>
        <w:t>f 850/4879/4523 885/4910/4554 853/4876/4520</w:t>
        <w:br/>
        <w:t>f 850/4879/4523 887/4912/4556 886/4913/4557</w:t>
        <w:br/>
        <w:t>f 885/4910/4554 850/4879/4523 886/4913/4557</w:t>
        <w:br/>
        <w:t>f 889/4914/4558 887/4912/4556 888/4915/4559</w:t>
        <w:br/>
        <w:t>f 890/4916/4560 889/4914/4558 888/4915/4559</w:t>
        <w:br/>
        <w:t>f 887/4912/4556 889/4914/4558 891/4917/4561</w:t>
        <w:br/>
        <w:t>f 886/4913/4557 887/4912/4556 891/4917/4561</w:t>
        <w:br/>
        <w:t>f 850/4879/4523 851/4878/4522 888/4915/4559</w:t>
        <w:br/>
        <w:t>f 887/4912/4556 850/4879/4523 888/4915/4559</w:t>
        <w:br/>
        <w:t>f 855/4880/4524 853/4876/4520 884/4911/4555</w:t>
        <w:br/>
        <w:t>f 865/4890/4534 855/4880/4524 884/4911/4555</w:t>
        <w:br/>
        <w:t>f 893/4918/4562 873/4899/4543 892/4919/4563</w:t>
        <w:br/>
        <w:t>f 892/4919/4563 873/4899/4543 894/4920/4564</w:t>
        <w:br/>
        <w:t>f 895/4921/4565 892/4919/4563 894/4920/4564</w:t>
        <w:br/>
        <w:t>f 897/4922/4566 896/4923/4567 894/4920/4564</w:t>
        <w:br/>
        <w:t>f 863/4887/4531 871/4896/4540 854/4881/4525</w:t>
        <w:br/>
        <w:t>f 855/4880/4524 863/4887/4531 854/4881/4525</w:t>
        <w:br/>
        <w:t>f 871/4896/4568 899/4924/4569 898/4925/4570</w:t>
        <w:br/>
        <w:t>f 898/4925/4571 900/4926/4572 849/4875/4519</w:t>
        <w:br/>
        <w:t>f 903/4927/4573 902/4928/4574 901/4929/4575</w:t>
        <w:br/>
        <w:t>f 904/4930/4576 902/4928/4574 903/4927/4573</w:t>
        <w:br/>
        <w:t>f 905/4931/4577 897/4922/4566 876/4902/4546</w:t>
        <w:br/>
        <w:t>f 906/4932/4578 877/4901/4545 879/4904/4548</w:t>
        <w:br/>
        <w:t>f 907/4933/4579 906/4932/4578 879/4904/4548</w:t>
        <w:br/>
        <w:t>f 909/4934/4580 906/4932/4578 907/4933/4579</w:t>
        <w:br/>
        <w:t>f 908/4935/4581 909/4934/4580 907/4933/4579</w:t>
        <w:br/>
        <w:t>f 908/4935/4581 907/4933/4579 911/4936/4582</w:t>
        <w:br/>
        <w:t>f 910/4937/4583 908/4935/4581 911/4936/4582</w:t>
        <w:br/>
        <w:t>f 912/4938/4584 910/4937/4583 911/4936/4582</w:t>
        <w:br/>
        <w:t>f 911/4936/4582 913/4939/4585 912/4938/4584</w:t>
        <w:br/>
        <w:t>f 881/4907/4551 911/4936/4582 907/4933/4579</w:t>
        <w:br/>
        <w:t>f 879/4904/4548 881/4907/4551 907/4933/4579</w:t>
        <w:br/>
        <w:t>f 906/4932/4578 909/4934/4580 914/4940/4586</w:t>
        <w:br/>
        <w:t>f 905/4931/4577 906/4932/4578 914/4940/4586</w:t>
        <w:br/>
        <w:t>f 901/4929/4575 916/4941/4587 915/4942/4588</w:t>
        <w:br/>
        <w:t>f 915/4942/4588 916/4941/4587 917/4943/4589</w:t>
        <w:br/>
        <w:t>f 917/4943/4589 918/4944/4590 915/4942/4588</w:t>
        <w:br/>
        <w:t>f 914/4940/4586 920/4945/4591 919/4946/4592</w:t>
        <w:br/>
        <w:t>f 922/4947/4593 903/4927/4573 921/4948/4594</w:t>
        <w:br/>
        <w:t>f 919/4946/4592 924/4949/4595 923/4950/4596</w:t>
        <w:br/>
        <w:t>f 919/4946/4592 926/4951/4597 925/4952/4598</w:t>
        <w:br/>
        <w:t>f 924/4949/4595 919/4946/4592 925/4952/4598</w:t>
        <w:br/>
        <w:t>f 929/4953/4599 928/4954/4600 927/4955/4601</w:t>
        <w:br/>
        <w:t>f 920/4945/4591 914/4940/4586 909/4934/4580</w:t>
        <w:br/>
        <w:t>f 930/4956/4602 920/4945/4591 909/4934/4580</w:t>
        <w:br/>
        <w:t>f 928/4954/4600 929/4953/4599 932/4957/4603</w:t>
        <w:br/>
        <w:t>f 931/4958/4603 928/4954/4600 932/4957/4603</w:t>
        <w:br/>
        <w:t>f 935/4959/4604 934/4960/4605 927/4955/4601</w:t>
        <w:br/>
        <w:t>f 933/4961/4606 935/4959/4604 927/4955/4601</w:t>
        <w:br/>
        <w:t>f 936/4962/4607 927/4955/4601 934/4960/4605</w:t>
        <w:br/>
        <w:t>f 926/4951/4597 937/4963/4608 925/4952/4598</w:t>
        <w:br/>
        <w:t>f 940/4964/4609 939/4965/4610 938/4966/4611</w:t>
        <w:br/>
        <w:t>f 940/4964/4609 938/4966/4611 941/4967/4612</w:t>
        <w:br/>
        <w:t>f 943/4968/4613 942/4969/4614 941/4967/4612</w:t>
        <w:br/>
        <w:t>f 943/4968/4613 944/4970/4615 942/4969/4614</w:t>
        <w:br/>
        <w:t>f 943/4968/4613 945/4971/4616 944/4970/4615</w:t>
        <w:br/>
        <w:t>f 947/4972/4617 946/4973/4618 945/4971/4616</w:t>
        <w:br/>
        <w:t>f 951/4974/4619 950/4975/4620 949/4976/4621</w:t>
        <w:br/>
        <w:t>f 948/4977/4622 951/4974/4619 949/4976/4621</w:t>
        <w:br/>
        <w:t>f 949/4976/4621 952/4978/4623 948/4977/4622</w:t>
        <w:br/>
        <w:t>f 953/4979/4624 951/4974/4619 948/4977/4622</w:t>
        <w:br/>
        <w:t>f 954/4980/4625 953/4979/4624 948/4977/4622</w:t>
        <w:br/>
        <w:t>f 956/4981/4626 955/4982/4627 951/4974/4619</w:t>
        <w:br/>
        <w:t>f 953/4979/4624 956/4981/4626 951/4974/4619</w:t>
        <w:br/>
        <w:t>f 957/4983/4628 950/4975/4620 951/4974/4619</w:t>
        <w:br/>
        <w:t>f 955/4982/4627 957/4983/4628 951/4974/4619</w:t>
        <w:br/>
        <w:t>f 958/4984/4629 946/4973/4618 947/4972/4617</w:t>
        <w:br/>
        <w:t>f 947/4972/4617 945/4971/4616 959/4985/4630</w:t>
        <w:br/>
        <w:t>f 960/4986/4631 947/4972/4617 959/4985/4630</w:t>
        <w:br/>
        <w:t>f 945/4971/4616 943/4968/4613 961/4987/4632</w:t>
        <w:br/>
        <w:t>f 959/4985/4630 945/4971/4616 961/4987/4632</w:t>
        <w:br/>
        <w:t>f 962/4988/4633 935/4959/4604 933/4961/4606</w:t>
        <w:br/>
        <w:t>f 939/4965/4610 964/4989/4634 963/4990/4635</w:t>
        <w:br/>
        <w:t>f 955/4982/4627 965/4991/4636 957/4983/4628</w:t>
        <w:br/>
        <w:t>f 968/4992/4637 967/4993/4638 966/4994/4639</w:t>
        <w:br/>
        <w:t>f 967/4993/4638 968/4992/4637 969/4995/4640</w:t>
        <w:br/>
        <w:t>f 970/4996/4641 967/4993/4638 969/4995/4640</w:t>
        <w:br/>
        <w:t>f 973/4997/4642 972/4998/4643 971/4999/4644</w:t>
        <w:br/>
        <w:t>f 973/4997/4642 970/4996/4641 969/4995/4640</w:t>
        <w:br/>
        <w:t>f 972/4998/4643 973/4997/4642 969/4995/4640</w:t>
        <w:br/>
        <w:t>f 974/5000/4645 971/4999/4644 972/4998/4643</w:t>
        <w:br/>
        <w:t>f 978/5001/4646 977/5002/4647 976/5003/4648</w:t>
        <w:br/>
        <w:t>f 975/5004/4649 978/5001/4646 976/5003/4648</w:t>
        <w:br/>
        <w:t>f 979/5005/4650 976/5003/4648 977/5002/4647</w:t>
        <w:br/>
        <w:t>f 982/5006/4651 981/5007/4652 980/5008/4653</w:t>
        <w:br/>
        <w:t>f 982/5006/4651 980/5008/4653 983/5009/4654</w:t>
        <w:br/>
        <w:t>f 985/5010/4655 977/5002/4647 984/5011/4656</w:t>
        <w:br/>
        <w:t>f 986/5012/4657 985/5010/4655 984/5011/4656</w:t>
        <w:br/>
        <w:t>f 979/5005/4650 977/5002/4647 985/5010/4655</w:t>
        <w:br/>
        <w:t>f 987/5013/4658 980/5008/4653 984/5011/4656</w:t>
        <w:br/>
        <w:t>f 990/5014/4659 987/5013/4658 989/5015/4660</w:t>
        <w:br/>
        <w:t>f 988/5016/4661 990/5014/4659 989/5015/4660</w:t>
        <w:br/>
        <w:t>f 981/5007/4652 986/5012/4657 984/5011/4656</w:t>
        <w:br/>
        <w:t>f 980/5008/4653 981/5007/4652 984/5011/4656</w:t>
        <w:br/>
        <w:t>f 977/5002/4647 978/5001/4646 991/5017/4662</w:t>
        <w:br/>
        <w:t>f 987/5013/4658 991/5017/4662 992/5018/4663</w:t>
        <w:br/>
        <w:t>f 989/5015/4660 987/5013/4658 992/5018/4663</w:t>
        <w:br/>
        <w:t>f 990/5014/4659 994/5019/4664 993/5020/4665</w:t>
        <w:br/>
        <w:t>f 994/5019/4664 990/5014/4659 988/5016/4661</w:t>
        <w:br/>
        <w:t>f 995/5021/4666 994/5019/4664 988/5016/4661</w:t>
        <w:br/>
        <w:t>f 995/5021/4666 988/5016/4661 996/5022/4667</w:t>
        <w:br/>
        <w:t>f 997/5023/4668 995/5021/4666 996/5022/4667</w:t>
        <w:br/>
        <w:t>f 1001/5024/4669 1000/5025/4670 999/5026/4671</w:t>
        <w:br/>
        <w:t>f 998/5027/4672 1001/5024/4669 999/5026/4671</w:t>
        <w:br/>
        <w:t>f 1003/5028/4673 1002/5029/4674 997/5023/4668</w:t>
        <w:br/>
        <w:t>f 996/5022/4667 1003/5028/4673 997/5023/4668</w:t>
        <w:br/>
        <w:t>f 1002/5029/4674 1003/5028/4673 1004/5030/4675</w:t>
        <w:br/>
        <w:t>f 988/5016/4661 989/5015/4660 1005/5031/4676</w:t>
        <w:br/>
        <w:t>f 996/5022/4667 988/5016/4661 1005/5031/4676</w:t>
        <w:br/>
        <w:t>f 996/5022/4667 1005/5031/4676 1006/5032/4677</w:t>
        <w:br/>
        <w:t>f 1003/5028/4673 996/5022/4667 1006/5032/4677</w:t>
        <w:br/>
        <w:t>f 1008/5033/4678 1006/5032/4677 1005/5031/4676</w:t>
        <w:br/>
        <w:t>f 1007/5034/4679 1008/5033/4678 1005/5031/4676</w:t>
        <w:br/>
        <w:t>f 1006/5032/4677 1008/5033/4678 1009/5035/4680</w:t>
        <w:br/>
        <w:t>f 1006/5032/4677 1009/5035/4680 1003/5028/4673</w:t>
        <w:br/>
        <w:t>f 989/5015/4660 992/5018/4663 1007/5034/4679</w:t>
        <w:br/>
        <w:t>f 1005/5031/4676 989/5015/4660 1007/5034/4679</w:t>
        <w:br/>
        <w:t>f 1004/5030/4675 1009/5035/4680 1010/5036/4681</w:t>
        <w:br/>
        <w:t>f 1011/5037/4682 1004/5030/4675 1010/5036/4681</w:t>
        <w:br/>
        <w:t>f 1013/5038/4683 1002/5029/4674 1004/5030/4675</w:t>
        <w:br/>
        <w:t>f 1012/5039/4684 1013/5038/4683 1004/5030/4675</w:t>
        <w:br/>
        <w:t>f 1011/5037/4682 1012/5039/4684 1004/5030/4675</w:t>
        <w:br/>
        <w:t>f 1016/5040/4685 1015/5041/4686 1014/5042/4687</w:t>
        <w:br/>
        <w:t>f 1011/5037/4682 1016/5040/4685 1014/5042/4687</w:t>
        <w:br/>
        <w:t>f 1002/5029/4674 1013/5038/4683 998/5027/4672</w:t>
        <w:br/>
        <w:t>f 1018/5043/4688 1017/5044/4689 1001/5024/4669</w:t>
        <w:br/>
        <w:t>f 1022/5045/4690 1021/5046/4691 1020/5047/4692</w:t>
        <w:br/>
        <w:t>f 1019/5048/4693 1022/5045/4690 1020/5047/4692</w:t>
        <w:br/>
        <w:t>f 1019/5048/4693 1020/5047/4692 1024/5049/4694</w:t>
        <w:br/>
        <w:t>f 1023/5050/4695 1019/5048/4693 1024/5049/4694</w:t>
        <w:br/>
        <w:t>f 1026/5051/4696 1025/5052/4697 1017/5044/4689</w:t>
        <w:br/>
        <w:t>f 1018/5043/4688 1026/5051/4696 1017/5044/4689</w:t>
        <w:br/>
        <w:t>f 1021/5046/4691 1022/5045/4690 998/5027/4672</w:t>
        <w:br/>
        <w:t>f 1027/5053/4698 1021/5046/4691 998/5027/4672</w:t>
        <w:br/>
        <w:t>f 1013/5038/4683 1027/5053/4698 998/5027/4672</w:t>
        <w:br/>
        <w:t>f 1029/5054/4699 1025/5052/4697 1028/5055/4700</w:t>
        <w:br/>
        <w:t>f 1030/5056/4701 1029/5054/4699 1028/5055/4700</w:t>
        <w:br/>
        <w:t>f 1029/5054/4699 1030/5056/4701 1031/5057/4702</w:t>
        <w:br/>
        <w:t>f 993/5020/4665 1029/5054/4699 1031/5057/4702</w:t>
        <w:br/>
        <w:t>f 1032/5058/4703 993/5020/4665 1031/5057/4702</w:t>
        <w:br/>
        <w:t>f 1025/5052/4697 1026/5051/4696 1033/5059/4704</w:t>
        <w:br/>
        <w:t>f 1028/5055/4700 1025/5052/4697 1033/5059/4704</w:t>
        <w:br/>
        <w:t>f 1035/5060/4705 993/5020/4665 1032/5058/4703</w:t>
        <w:br/>
        <w:t>f 1034/5061/4706 1035/5060/4705 1032/5058/4703</w:t>
        <w:br/>
        <w:t>f 1036/5062/4707 1024/5049/4694 1020/5047/4692</w:t>
        <w:br/>
        <w:t>f 1037/5063/4708 1036/5062/4707 1020/5047/4692</w:t>
        <w:br/>
        <w:t>f 1024/5049/4694 1039/5064/4709 1038/5065/4710</w:t>
        <w:br/>
        <w:t>f 1037/5063/4708 1020/5047/4692 1021/5046/4691</w:t>
        <w:br/>
        <w:t>f 1040/5066/4711 1037/5063/4708 1021/5046/4691</w:t>
        <w:br/>
        <w:t>f 1037/5063/4708 1040/5066/4711 1041/5067/4712</w:t>
        <w:br/>
        <w:t>f 1042/5068/4713 1037/5063/4708 1041/5067/4712</w:t>
        <w:br/>
        <w:t>f 1027/5053/4698 1043/5069/4714 1040/5066/4711</w:t>
        <w:br/>
        <w:t>f 1021/5046/4691 1027/5053/4698 1040/5066/4711</w:t>
        <w:br/>
        <w:t>f 1027/5053/4698 1013/5038/4683 1044/5070/4715</w:t>
        <w:br/>
        <w:t>f 1012/5039/4684 1045/5071/4716 1044/5070/4715</w:t>
        <w:br/>
        <w:t>f 1013/5038/4683 1012/5039/4684 1044/5070/4715</w:t>
        <w:br/>
        <w:t>f 1048/5072/4258 1047/5073/4717 1046/5074/4717</w:t>
        <w:br/>
        <w:t>f 1052/5075/4718 1051/5076/4719 1050/5077/4720</w:t>
        <w:br/>
        <w:t>f 1049/5078/4718 1052/5075/4718 1050/5077/4720</w:t>
        <w:br/>
        <w:t>f 1049/5078/4718 1054/5079/4721 1053/5080/4721</w:t>
        <w:br/>
        <w:t>f 1052/5075/4718 1049/5078/4718 1053/5080/4721</w:t>
        <w:br/>
        <w:t>f 1056/5081/4722 1053/5080/4721 1054/5079/4721</w:t>
        <w:br/>
        <w:t>f 1055/5082/4723 1056/5081/4722 1054/5079/4721</w:t>
        <w:br/>
        <w:t>f 1040/5066/4711 1043/5069/4714 1055/5082/4723</w:t>
        <w:br/>
        <w:t>f 1041/5067/4712 1040/5066/4711 1055/5082/4723</w:t>
        <w:br/>
        <w:t>f 1042/5068/4713 1057/5083/4724 1036/5062/4707</w:t>
        <w:br/>
        <w:t>f 1037/5063/4708 1042/5068/4713 1036/5062/4707</w:t>
        <w:br/>
        <w:t>f 1036/5062/4707 1058/5084/4725 1024/5049/4694</w:t>
        <w:br/>
        <w:t>f 1059/5085/4726 1058/5084/4725 1036/5062/4707</w:t>
        <w:br/>
        <w:t>f 1059/5085/4726 1036/5062/4707 1060/5086/4727</w:t>
        <w:br/>
        <w:t>f 1057/5083/4724 1061/5087/4728 1036/5062/4707</w:t>
        <w:br/>
        <w:t>f 1057/5083/4724 1062/5088/4729 1061/5087/4728</w:t>
        <w:br/>
        <w:t>f 1063/5089/4730 1062/5088/4729 1057/5083/4724</w:t>
        <w:br/>
        <w:t>f 737/4761/4408 733/4759/4406 736/4762/4409</w:t>
        <w:br/>
        <w:t>f 734/4760/4407 720/4747/4394 722/4749/4396</w:t>
        <w:br/>
        <w:t>f 795/4820/4463 734/4760/4407 722/4749/4396</w:t>
        <w:br/>
        <w:t>f 756/4782/4428 798/4824/4467 744/4770/4417</w:t>
        <w:br/>
        <w:t>f 814/4841/4484 1065/5090/4731 1064/5091/4732</w:t>
        <w:br/>
        <w:t>f 1066/5092/4733 1065/5090/4731 814/4841/4484</w:t>
        <w:br/>
        <w:t>f 1067/5093/4734 1066/5092/4733 814/4841/4484</w:t>
        <w:br/>
        <w:t>f 860/4886/4530 1067/5093/4734 818/4844/4487</w:t>
        <w:br/>
        <w:t>f 816/4843/4486 812/4839/4482 819/4845/4488</w:t>
        <w:br/>
        <w:t>f 827/4853/4496 816/4843/4486 819/4845/4488</w:t>
        <w:br/>
        <w:t>f 821/4848/4491 1068/5094/4735 858/4884/4528</w:t>
        <w:br/>
        <w:t>f 1069/5095/4736 859/4885/4529 841/4865/4509</w:t>
        <w:br/>
        <w:t>f 841/4865/4509 849/4875/4519 900/4926/4572</w:t>
        <w:br/>
        <w:t>f 913/4939/4585 883/4909/4553 1068/5094/4735</w:t>
        <w:br/>
        <w:t>f 1068/5094/4735 828/4854/4497 1071/5096/4737</w:t>
        <w:br/>
        <w:t>f 1070/5097/4738 1068/5094/4735 1071/5096/4737</w:t>
        <w:br/>
        <w:t>f 1068/5094/4735 821/4848/4491 828/4854/4497</w:t>
        <w:br/>
        <w:t>f 889/4914/4558 1072/5098/4739 891/4917/4561</w:t>
        <w:br/>
        <w:t>f 922/4947/4593 904/4930/4576 903/4927/4573</w:t>
        <w:br/>
        <w:t>f 930/4956/4602 909/4934/4580 908/4935/4581</w:t>
        <w:br/>
        <w:t>f 1073/5099/4740 930/4956/4602 908/4935/4581</w:t>
        <w:br/>
        <w:t>f 910/4937/4583 1074/5100/4741 1073/5099/4740</w:t>
        <w:br/>
        <w:t>f 908/4935/4581 910/4937/4583 1073/5099/4740</w:t>
        <w:br/>
        <w:t>f 910/4937/4583 912/4938/4584 1075/5101/4742</w:t>
        <w:br/>
        <w:t>f 1070/5097/4738 1076/5102/4743 912/4938/4584</w:t>
        <w:br/>
        <w:t>f 1077/5103/4744 1076/5102/4743 1071/5096/4737</w:t>
        <w:br/>
        <w:t>f 1080/5104/4745 1079/5105/4746 1078/5106/4746</w:t>
        <w:br/>
        <w:t>f 1082/5107/4747 1081/5108/4747 1078/5106/4746</w:t>
        <w:br/>
        <w:t>f 1079/5105/4746 1082/5107/4747 1078/5106/4746</w:t>
        <w:br/>
        <w:t>f 1084/5109/4748 1083/5110/4749 1081/5108/4747</w:t>
        <w:br/>
        <w:t>f 1082/5107/4747 1084/5109/4748 1081/5108/4747</w:t>
        <w:br/>
        <w:t>f 931/4958/4603 932/4957/4603 1083/5110/4749</w:t>
        <w:br/>
        <w:t>f 1084/5109/4748 931/4958/4603 1083/5110/4749</w:t>
        <w:br/>
        <w:t>f 1088/5111/4750 1087/5112/4751 1086/5113/4752</w:t>
        <w:br/>
        <w:t>f 1085/5114/4753 1088/5111/4750 1086/5113/4752</w:t>
        <w:br/>
        <w:t>f 961/4987/4632 1089/5115/4754 1087/5112/4751</w:t>
        <w:br/>
        <w:t>f 1088/5111/4750 961/4987/4632 1087/5112/4751</w:t>
        <w:br/>
        <w:t>f 1091/5116/4755 1088/5111/4750 1085/5114/4753</w:t>
        <w:br/>
        <w:t>f 1090/5117/4756 1091/5116/4755 1085/5114/4753</w:t>
        <w:br/>
        <w:t>f 1086/5113/4752 1092/5118/4757 1085/5114/4753</w:t>
        <w:br/>
        <w:t>f 1095/5119/4758 1092/5118/4757 1094/5120/4759</w:t>
        <w:br/>
        <w:t>f 1093/5121/4760 1095/5119/4758 1094/5120/4759</w:t>
        <w:br/>
        <w:t>f 1092/5118/4757 1095/5119/4758 1085/5114/4753</w:t>
        <w:br/>
        <w:t>f 959/4985/4630 961/4987/4632 1088/5111/4750</w:t>
        <w:br/>
        <w:t>f 954/4980/4625 1097/5122/4761 1096/5123/4762</w:t>
        <w:br/>
        <w:t>f 953/4979/4624 954/4980/4625 1096/5123/4762</w:t>
        <w:br/>
        <w:t>f 1098/5124/4763 1096/5123/4762 1097/5122/4761</w:t>
        <w:br/>
        <w:t>f 938/4966/4611 1089/5115/4754 961/4987/4632</w:t>
        <w:br/>
        <w:t>f 1100/5125/4764 1099/5126/4765 969/4995/4640</w:t>
        <w:br/>
        <w:t>f 1101/5127/4766 992/5018/4663 1099/5126/4765</w:t>
        <w:br/>
        <w:t>f 992/5018/4663 1101/5127/4766 1102/5128/4767</w:t>
        <w:br/>
        <w:t>f 1007/5034/4679 992/5018/4663 1102/5128/4767</w:t>
        <w:br/>
        <w:t>f 1103/5129/4768 956/4981/4626 953/4979/4624</w:t>
        <w:br/>
        <w:t>f 1096/5123/4762 1103/5129/4768 953/4979/4624</w:t>
        <w:br/>
        <w:t>f 1106/5130/4769 1105/5131/4770 1098/5124/4763</w:t>
        <w:br/>
        <w:t>f 1104/5132/4769 1106/5130/4769 1098/5124/4763</w:t>
        <w:br/>
        <w:t>f 1106/5130/4769 1104/5132/4769 1107/5133/4771</w:t>
        <w:br/>
        <w:t>f 1009/5035/4680 1093/5121/4760 1108/5134/4772</w:t>
        <w:br/>
        <w:t>f 1010/5036/4681 1009/5035/4680 1108/5134/4772</w:t>
        <w:br/>
        <w:t>f 1010/5036/4681 1108/5134/4772 1077/5103/4744</w:t>
        <w:br/>
        <w:t>f 1109/5135/4773 1010/5036/4681 1077/5103/4744</w:t>
        <w:br/>
        <w:t>f 1093/5121/4760 1094/5120/4759 1076/5102/4743</w:t>
        <w:br/>
        <w:t>f 1108/5134/4772 1093/5121/4760 1076/5102/4743</w:t>
        <w:br/>
        <w:t>f 1008/5033/4678 1110/5136/4774 1093/5121/4760</w:t>
        <w:br/>
        <w:t>f 1007/5034/4679 1102/5128/4767 1110/5136/4774</w:t>
        <w:br/>
        <w:t>f 1008/5033/4678 1007/5034/4679 1110/5136/4774</w:t>
        <w:br/>
        <w:t>f 978/5001/4646 975/5004/4649 974/5000/4645</w:t>
        <w:br/>
        <w:t>f 972/4998/4643 978/5001/4646 974/5000/4645</w:t>
        <w:br/>
        <w:t>f 1034/5061/4706 983/5009/4654 980/5008/4653</w:t>
        <w:br/>
        <w:t>f 1035/5060/4705 1034/5061/4706 980/5008/4653</w:t>
        <w:br/>
        <w:t>f 1038/5065/4710 1023/5050/4695 1024/5049/4694</w:t>
        <w:br/>
        <w:t>f 890/4916/4560 1072/5098/4739 889/4914/4558</w:t>
        <w:br/>
        <w:t>f 856/4883/4527 857/4882/4526 858/4884/4528</w:t>
        <w:br/>
        <w:t>f 1111/5137/4775 856/4883/4527 858/4884/4528</w:t>
        <w:br/>
        <w:t>f 1011/5037/4682 1010/5036/4681 1109/5135/4773</w:t>
        <w:br/>
        <w:t>f 1016/5040/4685 1011/5037/4682 1109/5135/4773</w:t>
        <w:br/>
        <w:t>f 829/4855/4499 782/4808/4453 780/4806/4451</w:t>
        <w:br/>
        <w:t>f 801/4825/4468 780/4806/4451 802/4829/4472</w:t>
        <w:br/>
        <w:t>f 802/4829/4472 1112/5138/4776 832/4858/4502</w:t>
        <w:br/>
        <w:t>f 1112/5138/4776 802/4829/4472 831/4857/4501</w:t>
        <w:br/>
        <w:t>f 1064/5091/4732 1113/5139/4777 815/4840/4483</w:t>
        <w:br/>
        <w:t>f 837/4864/4508 1114/5140/4778 836/4862/4506</w:t>
        <w:br/>
        <w:t>f 1115/5141/4779 922/4947/4593 921/4948/4594</w:t>
        <w:br/>
        <w:t>f 999/5026/4671 1002/5029/4674 998/5027/4672</w:t>
        <w:br/>
        <w:t>f 1043/5069/4714 1027/5053/4698 1044/5070/4715</w:t>
        <w:br/>
        <w:t>f 754/4780/4426 736/4762/4409 793/4819/4462</w:t>
        <w:br/>
        <w:t>f 1116/5142/4780 791/4818/4461 792/4817/4461</w:t>
        <w:br/>
        <w:t>f 793/4819/4462 734/4760/4407 794/4821/4464</w:t>
        <w:br/>
        <w:t>f 797/4822/4465 793/4819/4462 794/4821/4464</w:t>
        <w:br/>
        <w:t>f 786/4812/4457 1117/5143/4781 778/4804/4449</w:t>
        <w:br/>
        <w:t>f 785/4813/4458 786/4812/4457 778/4804/4449</w:t>
        <w:br/>
        <w:t>f 1098/5124/4763 1105/5131/4770 1096/5123/4762</w:t>
        <w:br/>
        <w:t>f 1105/5131/4770 1103/5129/4768 1096/5123/4762</w:t>
        <w:br/>
        <w:t>f 1111/5137/4775 858/4884/4528 1068/5094/4735</w:t>
        <w:br/>
        <w:t>f 822/4847/4490 821/4848/4491 824/4851/4494</w:t>
        <w:br/>
        <w:t>f 1118/5144/4782 823/4852/4495 824/4851/4494</w:t>
        <w:br/>
        <w:t>f 1070/5097/4738 913/4939/4585 1068/5094/4735</w:t>
        <w:br/>
        <w:t>f 1120/5145/4783 1119/5146/4784 822/4847/4490</w:t>
        <w:br/>
        <w:t>f 824/4851/4494 1120/5145/4783 822/4847/4490</w:t>
        <w:br/>
        <w:t>f 819/4845/4488 808/4834/4477 1119/5146/4784</w:t>
        <w:br/>
        <w:t>f 825/4850/4493 819/4845/4488 1119/5146/4784</w:t>
        <w:br/>
        <w:t>f 767/4791/4436 1121/5147/4785 778/4804/4449</w:t>
        <w:br/>
        <w:t>f 767/4791/4436 765/4793/4438 763/4787/4433</w:t>
        <w:br/>
        <w:t>f 1121/5147/4785 767/4791/4436 763/4787/4433</w:t>
        <w:br/>
        <w:t>f 766/4792/4437 778/4804/4449 1117/5143/4781</w:t>
        <w:br/>
        <w:t>f 1123/5148/4786 1122/5149/4787 805/4831/4474</w:t>
        <w:br/>
        <w:t>f 803/4828/4471 1123/5148/4786 805/4831/4474</w:t>
        <w:br/>
        <w:t>f 781/4805/4450 1123/5148/4786 803/4828/4471</w:t>
        <w:br/>
        <w:t>f 780/4806/4451 781/4805/4450 803/4828/4471</w:t>
        <w:br/>
        <w:t>f 807/4833/4476 805/4831/4474 1122/5149/4787</w:t>
        <w:br/>
        <w:t>f 809/4836/4479 807/4833/4476 1122/5149/4787</w:t>
        <w:br/>
        <w:t>f 815/4840/4483 802/4829/4472 806/4830/4473</w:t>
        <w:br/>
        <w:t>f 815/4840/4483 806/4830/4473 813/4838/4481</w:t>
        <w:br/>
        <w:t>f 803/4828/4471 806/4830/4473 802/4829/4472</w:t>
        <w:br/>
        <w:t>f 1124/5150/4788 781/4805/4450 779/4807/4452</w:t>
        <w:br/>
        <w:t>f 774/4801/4446 1124/5150/4788 777/4803/4448</w:t>
        <w:br/>
        <w:t>f 733/4759/4406 732/4758/4405 724/4750/4397</w:t>
        <w:br/>
        <w:t>f 712/4737/4384 713/4736/4383 698/4726/4373</w:t>
        <w:br/>
        <w:t>f 713/4736/4383 704/4732/4379 698/4726/4373</w:t>
        <w:br/>
        <w:t>f 703/4727/4374 713/4736/4383 729/4755/4402</w:t>
        <w:br/>
        <w:t>f 729/4755/4402 730/4757/4404 703/4727/4374</w:t>
        <w:br/>
        <w:t>f 731/4756/4403 748/4772/4418 730/4757/4404</w:t>
        <w:br/>
        <w:t>f 731/4756/4403 750/4776/4422 740/4764/4411</w:t>
        <w:br/>
        <w:t>f 750/4776/4422 742/4767/4414 740/4764/4411</w:t>
        <w:br/>
        <w:t>f 756/4782/4428 742/4767/4414 750/4776/4422</w:t>
        <w:br/>
        <w:t>f 740/4764/4411 742/4767/4414 739/4765/4412</w:t>
        <w:br/>
        <w:t>f 740/4764/4411 757/4783/4429 748/4772/4418</w:t>
        <w:br/>
        <w:t>f 756/4782/4428 762/4788/4434 773/4798/4443</w:t>
        <w:br/>
        <w:t>f 742/4767/4414 756/4782/4428 744/4770/4417</w:t>
        <w:br/>
        <w:t>f 815/4840/4483 1113/5139/4777 830/4856/4500</w:t>
        <w:br/>
        <w:t>f 876/4902/4546 894/4920/4564 873/4899/4543</w:t>
        <w:br/>
        <w:t>f 875/4903/4547 876/4902/4546 873/4899/4543</w:t>
        <w:br/>
        <w:t>f 814/4841/4484 1064/5091/4732 815/4840/4483</w:t>
        <w:br/>
        <w:t>f 818/4844/4487 833/4861/4505 834/4860/4504</w:t>
        <w:br/>
        <w:t>f 1067/5093/4734 814/4841/4484 818/4844/4487</w:t>
        <w:br/>
        <w:t>f 813/4838/4481 818/4844/4487 814/4841/4484</w:t>
        <w:br/>
        <w:t>f 817/4842/4485 833/4861/4505 818/4844/4487</w:t>
        <w:br/>
        <w:t>f 836/4862/4506 833/4861/4505 817/4842/4485</w:t>
        <w:br/>
        <w:t>f 840/4866/4510 836/4862/4506 817/4842/4485</w:t>
        <w:br/>
        <w:t>f 836/4862/4506 1114/5140/4778 835/4859/4503</w:t>
        <w:br/>
        <w:t>f 897/4922/4566 918/4944/4590 896/4923/4567</w:t>
        <w:br/>
        <w:t>f 893/4918/4562 874/4900/4544 873/4899/4543</w:t>
        <w:br/>
        <w:t>f 918/4944/4590 897/4922/4566 915/4942/4588</w:t>
        <w:br/>
        <w:t>f 838/4863/4507 836/4862/4506 859/4885/4529</w:t>
        <w:br/>
        <w:t>f 1069/5095/4736 841/4865/4509 900/4926/4572</w:t>
        <w:br/>
        <w:t>f 863/4887/4531 861/4889/4533 871/4896/4540</w:t>
        <w:br/>
        <w:t>f 855/4880/4524 864/4891/4535 863/4887/4531</w:t>
        <w:br/>
        <w:t>f 865/4890/4534 868/4892/4536 864/4891/4535</w:t>
        <w:br/>
        <w:t>f 921/4948/4594 903/4927/4573 914/4940/4586</w:t>
        <w:br/>
        <w:t>f 1125/5151/4789 1115/5141/4779 921/4948/4594</w:t>
        <w:br/>
        <w:t>f 901/4929/4575 915/4942/4588 903/4927/4573</w:t>
        <w:br/>
        <w:t>f 920/4945/4591 926/4951/4597 919/4946/4592</w:t>
        <w:br/>
        <w:t>f 921/4948/4594 919/4946/4592 1125/5151/4789</w:t>
        <w:br/>
        <w:t>f 919/4946/4592 923/4950/4596 1125/5151/4789</w:t>
        <w:br/>
        <w:t>f 977/5002/4647 991/5017/4662 987/5013/4658</w:t>
        <w:br/>
        <w:t>f 977/5002/4647 987/5013/4658 984/5011/4656</w:t>
        <w:br/>
        <w:t>f 987/5013/4658 990/5014/4659 980/5008/4653</w:t>
        <w:br/>
        <w:t>f 990/5014/4659 1035/5060/4705 980/5008/4653</w:t>
        <w:br/>
        <w:t>f 991/5017/4662 978/5001/4646 972/4998/4643</w:t>
        <w:br/>
        <w:t>f 1100/5125/4764 969/4995/4640 968/4992/4637</w:t>
        <w:br/>
        <w:t>f 865/4890/4534 878/4905/4549 875/4903/4547</w:t>
        <w:br/>
        <w:t>f 875/4903/4547 873/4899/4543 868/4892/4536</w:t>
        <w:br/>
        <w:t>f 865/4890/4534 875/4903/4547 868/4892/4536</w:t>
        <w:br/>
        <w:t>f 878/4905/4549 877/4901/4545 875/4903/4547</w:t>
        <w:br/>
        <w:t>f 896/4923/4567 1126/5152/4790 894/4920/4564</w:t>
        <w:br/>
        <w:t>f 1126/5152/4790 895/4921/4565 894/4920/4564</w:t>
        <w:br/>
        <w:t>f 914/4940/4586 919/4946/4592 921/4948/4594</w:t>
        <w:br/>
        <w:t>f 920/4945/4591 927/4955/4601 926/4951/4597</w:t>
        <w:br/>
        <w:t>f 928/4954/4600 933/4961/4606 927/4955/4601</w:t>
        <w:br/>
        <w:t>f 938/4966/4611 963/4990/4635 1089/5115/4754</w:t>
        <w:br/>
        <w:t>f 938/4966/4611 943/4968/4613 941/4967/4612</w:t>
        <w:br/>
        <w:t>f 938/4966/4611 961/4987/4632 943/4968/4613</w:t>
        <w:br/>
        <w:t>f 939/4965/4610 963/4990/4635 938/4966/4611</w:t>
        <w:br/>
        <w:t>f 945/4971/4616 1127/5153/4791 944/4970/4615</w:t>
        <w:br/>
        <w:t>f 946/4973/4618 1127/5153/4791 945/4971/4616</w:t>
        <w:br/>
        <w:t>f 959/4985/4630 1091/5116/4755 960/4986/4631</w:t>
        <w:br/>
        <w:t>f 959/4985/4630 1088/5111/4750 1091/5116/4755</w:t>
        <w:br/>
        <w:t>f 1099/5126/4765 991/5017/4662 972/4998/4643</w:t>
        <w:br/>
        <w:t>f 992/5018/4663 991/5017/4662 1099/5126/4765</w:t>
        <w:br/>
        <w:t>f 1099/5126/4765 972/4998/4643 969/4995/4640</w:t>
        <w:br/>
        <w:t>f 1101/5127/4766 1099/5126/4765 1100/5125/4764</w:t>
        <w:br/>
        <w:t>f 990/5014/4659 993/5020/4665 1035/5060/4705</w:t>
        <w:br/>
        <w:t>f 994/5019/4664 1029/5054/4699 993/5020/4665</w:t>
        <w:br/>
        <w:t>f 936/4962/4607 937/4963/4608 927/4955/4601</w:t>
        <w:br/>
        <w:t>f 937/4963/4608 926/4951/4597 927/4955/4601</w:t>
        <w:br/>
        <w:t>f 1017/5044/4689 1128/5154/4792 1000/5025/4670</w:t>
        <w:br/>
        <w:t>f 1128/5154/4792 1017/5044/4689 1025/5052/4697</w:t>
        <w:br/>
        <w:t>f 1029/5054/4699 1128/5154/4792 1025/5052/4697</w:t>
        <w:br/>
        <w:t>f 1017/5044/4689 1000/5025/4670 1001/5024/4669</w:t>
        <w:br/>
        <w:t>f 1061/5087/4728 1060/5086/4727 1036/5062/4707</w:t>
        <w:br/>
        <w:t>f 1058/5084/4725 1039/5064/4709 1024/5049/4694</w:t>
        <w:br/>
        <w:t>f 1038/5065/4710 1129/5155/4793 1023/5050/4695</w:t>
        <w:br/>
        <w:t>f 1011/5037/4682 1014/5042/4687 1012/5039/4684</w:t>
        <w:br/>
        <w:t>f 1014/5042/4687 1045/5071/4716 1012/5039/4684</w:t>
        <w:br/>
        <w:t>f 1008/5033/4678 1093/5121/4760 1009/5035/4680</w:t>
        <w:br/>
        <w:t>f 911/4936/4582 881/4907/4551 913/4939/4585</w:t>
        <w:br/>
        <w:t>f 1074/5100/4741 910/4937/4583 1075/5101/4742</w:t>
        <w:br/>
        <w:t>f 876/4902/4546 897/4922/4566 894/4920/4564</w:t>
        <w:br/>
        <w:t>f 914/4940/4586 903/4927/4573 905/4931/4577</w:t>
        <w:br/>
        <w:t>f 810/4835/4478 1119/5146/4784 808/4834/4477</w:t>
        <w:br/>
        <w:t>f 807/4833/4476 810/4835/4478 808/4834/4477</w:t>
        <w:br/>
        <w:t>f 1119/5146/4784 810/4835/4478 822/4847/4490</w:t>
        <w:br/>
        <w:t>f 822/4847/4490 820/4846/4489 794/4821/4464</w:t>
        <w:br/>
        <w:t>f 881/4907/4551 883/4909/4553 913/4939/4585</w:t>
        <w:br/>
        <w:t>f 1070/5097/4738 912/4938/4584 913/4939/4585</w:t>
        <w:br/>
        <w:t>f 1009/5035/4680 1004/5030/4675 1003/5028/4673</w:t>
        <w:br/>
        <w:t>f 810/4835/4478 820/4846/4489 822/4847/4490</w:t>
        <w:br/>
        <w:t>f 843/4869/4513 826/4849/4492 857/4882/4526</w:t>
        <w:br/>
        <w:t>f 856/4883/4527 846/4873/4517 844/4871/4515</w:t>
        <w:br/>
        <w:t>f 1076/5102/4743 1075/5101/4742 912/4938/4584</w:t>
        <w:br/>
        <w:t>f 1076/5102/4743 1070/5097/4738 1071/5096/4737</w:t>
        <w:br/>
        <w:t>f 1077/5103/4744 1108/5134/4772 1076/5102/4743</w:t>
        <w:br/>
        <w:t>f 1095/5119/4758 1090/5117/4756 1085/5114/4753</w:t>
        <w:br/>
        <w:t>f 821/4848/4491 858/4884/4528 823/4852/4495</w:t>
        <w:br/>
        <w:t>f 1131/5156/4794 1130/5157/4795 700/4724/4371</w:t>
        <w:br/>
        <w:t>f 704/4732/4379 1131/5156/4794 700/4724/4371</w:t>
        <w:br/>
        <w:t>f 704/4732/4379 709/4735/4382 1131/5156/4794</w:t>
        <w:br/>
        <w:t>f 704/4732/4379 703/4727/4374 701/4729/4376</w:t>
        <w:br/>
        <w:t>f 1132/5158/4796 706/4730/4377 704/4732/4379</w:t>
        <w:br/>
        <w:t>f 1132/5158/4796 704/4732/4379 701/4729/4376</w:t>
        <w:br/>
        <w:t>f 1133/5159/4797 760/4786/4432 703/4727/4374</w:t>
        <w:br/>
        <w:t>f 1133/5159/4797 703/4727/4374 759/4785/4431</w:t>
        <w:br/>
        <w:t>f 877/4901/4545 906/4932/4578 905/4931/4577</w:t>
        <w:br/>
        <w:t>f 876/4902/4546 877/4901/4545 905/4931/4577</w:t>
        <w:br/>
        <w:t>f 905/4931/4577 915/4942/4588 897/4922/4566</w:t>
        <w:br/>
        <w:t>f 903/4927/4573 915/4942/4588 905/4931/4577</w:t>
        <w:br/>
        <w:t>f 1137/5160/4798 1136/5161/4798 1135/5162/4799</w:t>
        <w:br/>
        <w:t>f 1134/5163/4799 1137/5160/4798 1135/5162/4799</w:t>
        <w:br/>
        <w:t>f 1140/5164/4800 1139/5165/4801 1138/5166/4801</w:t>
        <w:br/>
        <w:t>f 1141/5167/4802 1140/5164/4800 1138/5166/4801</w:t>
        <w:br/>
        <w:t>f 1145/5168/4803 1144/5169/4803 1143/5170/4804</w:t>
        <w:br/>
        <w:t>f 1142/5171/4805 1145/5168/4803 1143/5170/4804</w:t>
        <w:br/>
        <w:t>f 1143/5170/4804 1147/5172/4806 1146/5173/4806</w:t>
        <w:br/>
        <w:t>f 1142/5171/4805 1143/5170/4804 1146/5173/4806</w:t>
        <w:br/>
        <w:t>f 1135/5162/4799 1149/5174/4807 1148/5175/4807</w:t>
        <w:br/>
        <w:t>f 1134/5163/4799 1135/5162/4799 1148/5175/4807</w:t>
        <w:br/>
        <w:t>f 1152/5176/4808 279/4305/3952 1151/5177/4809</w:t>
        <w:br/>
        <w:t>f 1150/5178/4809 1152/5176/4808 1151/5177/4809</w:t>
        <w:br/>
        <w:t>f 1155/5179/4810 1154/5180/4811 1153/5181/4812</w:t>
        <w:br/>
        <w:t>f 1156/5182/4813 1155/5179/4810 1153/5181/4812</w:t>
        <w:br/>
        <w:t>f 1158/5183/4814 1157/5184/4814 1155/5179/4810</w:t>
        <w:br/>
        <w:t>f 1156/5182/4813 1158/5183/4814 1155/5179/4810</w:t>
        <w:br/>
        <w:t>f 315/4341/3988 1160/5185/4815 1159/5186/4815</w:t>
        <w:br/>
        <w:t>f 1161/5187/4816 315/4341/3988 1159/5186/4815</w:t>
        <w:br/>
        <w:t>f 1165/5188/4817 1164/5189/4817 1163/5190/4818</w:t>
        <w:br/>
        <w:t>f 1162/5191/4818 1165/5188/4817 1163/5190/4818</w:t>
        <w:br/>
        <w:t>f 1166/5192/4819 319/4345/3992 1164/5189/4817</w:t>
        <w:br/>
        <w:t>f 1165/5188/4817 1166/5192/4819 1164/5189/4817</w:t>
        <w:br/>
        <w:t>f 1153/5181/4812 1154/5180/4811 1168/5193/4820</w:t>
        <w:br/>
        <w:t>f 1167/5194/4820 1153/5181/4812 1168/5193/4820</w:t>
        <w:br/>
        <w:t>f 1168/5193/4820 1170/5195/4821 1169/5196/4821</w:t>
        <w:br/>
        <w:t>f 1167/5194/4820 1168/5193/4820 1169/5196/4821</w:t>
        <w:br/>
        <w:t>f 1172/5197/4822 1171/5198/4822 319/4345/3992</w:t>
        <w:br/>
        <w:t>f 1166/5192/4819 1172/5197/4822 319/4345/3992</w:t>
        <w:br/>
        <w:t>f 1163/5190/4818 1174/5199/4823 1173/5200/4823</w:t>
        <w:br/>
        <w:t>f 1162/5191/4818 1163/5190/4818 1173/5200/4823</w:t>
        <w:br/>
        <w:t>f 1175/5201/4824 1140/5164/4800 1141/5167/4802</w:t>
        <w:br/>
        <w:t>f 1176/5202/4825 1175/5201/4824 1141/5167/4802</w:t>
        <w:br/>
        <w:t>f 1178/5203/4826 338/4366/4827 1177/5204/4828</w:t>
        <w:br/>
        <w:t>f 1179/5205/4829 1178/5203/4826 1177/5204/4828</w:t>
        <w:br/>
        <w:t>f 1177/5204/4828 338/4366/4827 1181/5206/4830</w:t>
        <w:br/>
        <w:t>f 1180/5207/4831 1177/5204/4828 1181/5206/4830</w:t>
        <w:br/>
        <w:t>f 1184/5208/4832 1183/5209/4832 343/4368/4015</w:t>
        <w:br/>
        <w:t>f 1182/5210/4833 1184/5208/4832 343/4368/4015</w:t>
        <w:br/>
        <w:t>f 341/4367/4014 1186/5211/4834 1185/5212/4834</w:t>
        <w:br/>
        <w:t>f 1180/5207/4835 341/4367/4014 1185/5212/4834</w:t>
        <w:br/>
        <w:t>f 1189/5213/4836 1188/5214/4836 1187/5215/4836</w:t>
        <w:br/>
        <w:t>f 1190/5216/4837 1189/5213/4836 1187/5215/4836</w:t>
        <w:br/>
        <w:t>f 1192/5217/4838 1191/5218/4839 346/4372/4019</w:t>
        <w:br/>
        <w:t>f 1190/5216/4840 1192/5217/4838 346/4372/4019</w:t>
        <w:br/>
        <w:t>f 1194/5219/4841 350/4376/4023 1193/5220/4842</w:t>
        <w:br/>
        <w:t>f 1195/5221/4841 1194/5219/4841 1193/5220/4842</w:t>
        <w:br/>
        <w:t>f 1197/5222/4843 1196/5223/4844 340/4364/4845</w:t>
        <w:br/>
        <w:t>f 1179/5205/4829 1197/5222/4843 340/4364/4845</w:t>
        <w:br/>
        <w:t>f 343/4368/4015 368/4394/4039 1198/5224/4846</w:t>
        <w:br/>
        <w:t>f 1182/5210/4833 343/4368/4015 1198/5224/4846</w:t>
        <w:br/>
        <w:t>f 1202/5225/4847 1201/5226/4847 1200/5227/4848</w:t>
        <w:br/>
        <w:t>f 1199/5228/4848 1202/5225/4847 1200/5227/4848</w:t>
        <w:br/>
        <w:t>f 1199/5228/4848 1200/5227/4848 1204/5229/4849</w:t>
        <w:br/>
        <w:t>f 1203/5230/4850 1199/5228/4848 1204/5229/4849</w:t>
        <w:br/>
        <w:t>f 1207/5231/4851 400/4426/4072 1206/5232/4852</w:t>
        <w:br/>
        <w:t>f 1205/5233/4853 1207/5231/4851 1206/5232/4852</w:t>
        <w:br/>
        <w:t>f 1210/5234/4854 1209/5235/4855 1208/5236/4856</w:t>
        <w:br/>
        <w:t>f 1211/5237/4854 1210/5234/4854 1208/5236/4856</w:t>
        <w:br/>
        <w:t>f 1215/5238/4857 1214/5239/4857 1213/5240/4858</w:t>
        <w:br/>
        <w:t>f 1212/5241/4858 1215/5238/4857 1213/5240/4858</w:t>
        <w:br/>
        <w:t>f 1217/5242/4859 408/4433/4080 1216/5243/4860</w:t>
        <w:br/>
        <w:t>f 1218/5244/4861 1217/5242/4859 1216/5243/4860</w:t>
        <w:br/>
        <w:t>f 1213/5240/4858 1220/5245/4862 1219/5246/4862</w:t>
        <w:br/>
        <w:t>f 1212/5241/4858 1213/5240/4858 1219/5246/4862</w:t>
        <w:br/>
        <w:t>f 1223/5247/4863 1222/5248/4864 1221/5249/4864</w:t>
        <w:br/>
        <w:t>f 1224/5250/4863 1223/5247/4863 1221/5249/4864</w:t>
        <w:br/>
        <w:t>f 1226/5251/4865 438/4462/4866 1225/5252/4867</w:t>
        <w:br/>
        <w:t>f 1227/5253/4865 1226/5251/4865 1225/5252/4867</w:t>
        <w:br/>
        <w:t>f 1228/5254/4868 1223/5247/4863 1224/5250/4863</w:t>
        <w:br/>
        <w:t>f 1229/5255/4869 1228/5254/4868 1224/5250/4863</w:t>
        <w:br/>
        <w:t>f 1222/5248/4864 1231/5256/4870 1230/5257/4870</w:t>
        <w:br/>
        <w:t>f 1221/5249/4864 1222/5248/4864 1230/5257/4870</w:t>
        <w:br/>
        <w:t>f 1232/5258/4871 438/4462/4109 1228/5254/4868</w:t>
        <w:br/>
        <w:t>f 1229/5255/4869 1232/5258/4871 1228/5254/4868</w:t>
        <w:br/>
        <w:t>f 1233/5259/4872 1226/5251/4865 1227/5253/4865</w:t>
        <w:br/>
        <w:t>f 1234/5260/4872 1233/5259/4872 1227/5253/4865</w:t>
        <w:br/>
        <w:t>f 1236/5261/4873 1235/5262/4873 1233/5259/4872</w:t>
        <w:br/>
        <w:t>f 1234/5260/4872 1236/5261/4873 1233/5259/4872</w:t>
        <w:br/>
        <w:t>f 1238/5263/4874 463/4488/4875 1237/5264/4876</w:t>
        <w:br/>
        <w:t>f 1239/5265/4874 1238/5263/4874 1237/5264/4876</w:t>
        <w:br/>
        <w:t>f 1241/5266/4877 1240/5267/4878 1238/5263/4874</w:t>
        <w:br/>
        <w:t>f 1239/5265/4874 1241/5266/4877 1238/5263/4874</w:t>
        <w:br/>
        <w:t>f 1244/5268/4879 1243/5269/4879 470/4495/4142</w:t>
        <w:br/>
        <w:t>f 1242/5270/4880 1244/5268/4879 470/4495/4142</w:t>
        <w:br/>
        <w:t>f 470/4495/4142 469/4496/4143 1245/5271/4881</w:t>
        <w:br/>
        <w:t>f 1242/5270/4880 470/4495/4142 1245/5271/4881</w:t>
        <w:br/>
        <w:t>f 1247/5272/4882 472/4498/4145 1246/5273/4883</w:t>
        <w:br/>
        <w:t>f 1248/5274/4884 1247/5272/4882 1246/5273/4883</w:t>
        <w:br/>
        <w:t>f 1249/5275/4885 1247/5272/4882 1248/5274/4884</w:t>
        <w:br/>
        <w:t>f 1250/5276/4885 1249/5275/4885 1248/5274/4884</w:t>
        <w:br/>
        <w:t>f 1254/5277/4886 1253/5278/4886 1252/5279/4887</w:t>
        <w:br/>
        <w:t>f 1251/5280/4887 1254/5277/4886 1252/5279/4887</w:t>
        <w:br/>
        <w:t>f 1252/5279/4887 1256/5281/4888 1255/5282/4888</w:t>
        <w:br/>
        <w:t>f 1251/5280/4887 1252/5279/4887 1255/5282/4888</w:t>
        <w:br/>
        <w:t>f 1255/5282/4888 1256/5281/4888 1258/5283/4889</w:t>
        <w:br/>
        <w:t>f 1257/5284/4889 1255/5282/4888 1258/5283/4889</w:t>
        <w:br/>
        <w:t>f 1262/5285/4890 1261/5286/4890 1260/5287/4891</w:t>
        <w:br/>
        <w:t>f 1259/5288/4891 1262/5285/4890 1260/5287/4891</w:t>
        <w:br/>
        <w:t>f 496/4521/4168 1261/5286/4890 1262/5285/4890</w:t>
        <w:br/>
        <w:t>f 1263/5289/4892 496/4521/4168 1262/5285/4890</w:t>
        <w:br/>
        <w:t>f 1266/5290/4893 1265/5291/4894 1264/5292/4894</w:t>
        <w:br/>
        <w:t>f 1267/5293/4895 1266/5290/4893 1264/5292/4894</w:t>
        <w:br/>
        <w:t>f 1264/5292/4894 1265/5291/4894 1269/5294/4896</w:t>
        <w:br/>
        <w:t>f 1268/5295/4896 1264/5292/4894 1269/5294/4896</w:t>
        <w:br/>
        <w:t>f 1270/5296/4897 507/4533/4180 496/4521/4168</w:t>
        <w:br/>
        <w:t>f 1263/5289/4892 1270/5296/4897 496/4521/4168</w:t>
        <w:br/>
        <w:t>f 1274/5297/4898 1273/5298/4898 1272/5299/4899</w:t>
        <w:br/>
        <w:t>f 1271/5300/4900 1274/5297/4898 1272/5299/4899</w:t>
        <w:br/>
        <w:t>f 1275/5301/4901 1273/5298/4898 1274/5297/4898</w:t>
        <w:br/>
        <w:t>f 1276/5302/4902 1275/5301/4901 1274/5297/4898</w:t>
        <w:br/>
        <w:t>f 1278/5303/4903 1277/5304/4904 1275/5301/4901</w:t>
        <w:br/>
        <w:t>f 1276/5302/4902 1278/5303/4903 1275/5301/4901</w:t>
        <w:br/>
        <w:t>f 1281/5305/4905 1280/5306/4906 1279/5307/4906</w:t>
        <w:br/>
        <w:t>f 1282/5308/4905 1281/5305/4905 1279/5307/4906</w:t>
        <w:br/>
        <w:t>f 1286/5309/4907 1285/5310/4907 1284/5311/4908</w:t>
        <w:br/>
        <w:t>f 1283/5312/4909 1286/5309/4907 1284/5311/4908</w:t>
        <w:br/>
        <w:t>f 1283/5312/4910 519/4546/4193 522/4548/4195</w:t>
        <w:br/>
        <w:t>f 1287/5313/4911 1283/5312/4910 522/4548/4195</w:t>
        <w:br/>
        <w:t>f 1289/5314/4912 1288/5315/4912 1285/5310/4907</w:t>
        <w:br/>
        <w:t>f 1286/5309/4907 1289/5314/4912 1285/5310/4907</w:t>
        <w:br/>
        <w:t>f 1291/5316/4623 528/4554/4201 516/4543/4190</w:t>
        <w:br/>
        <w:t>f 1290/5317/4913 1291/5316/4623 516/4543/4190</w:t>
        <w:br/>
        <w:t>f 1292/5318/4914 532/4558/4205 505/4529/4176</w:t>
        <w:br/>
        <w:t>f 1267/5293/4915 1292/5318/4914 505/4529/4176</w:t>
        <w:br/>
        <w:t>f 1271/5300/4900 508/4536/4183 533/4560/4207</w:t>
        <w:br/>
        <w:t>f 1293/5319/4916 1271/5300/4900 533/4560/4207</w:t>
        <w:br/>
        <w:t>f 1294/5320/4917 535/4561/4918 1288/5315/4912</w:t>
        <w:br/>
        <w:t>f 1289/5314/4912 1294/5320/4917 1288/5315/4912</w:t>
        <w:br/>
        <w:t>f 1295/5321/4919 535/4561/4918 1294/5320/4917</w:t>
        <w:br/>
        <w:t>f 1296/5322/4919 1295/5321/4919 1294/5320/4917</w:t>
        <w:br/>
        <w:t>f 1297/5323/4920 1295/5321/4919 1296/5322/4919</w:t>
        <w:br/>
        <w:t>f 1298/5324/4920 1297/5323/4920 1296/5322/4919</w:t>
        <w:br/>
        <w:t>f 1302/5325/4921 1301/5326/4922 1300/5327/4923</w:t>
        <w:br/>
        <w:t>f 1299/5328/4923 1302/5325/4921 1300/5327/4923</w:t>
        <w:br/>
        <w:t>f 1300/5327/4923 1297/5323/4920 1298/5324/4920</w:t>
        <w:br/>
        <w:t>f 1299/5328/4923 1300/5327/4923 1298/5324/4920</w:t>
        <w:br/>
        <w:t>f 1304/5329/4924 541/4567/4215 1303/5330/4925</w:t>
        <w:br/>
        <w:t>f 1305/5331/4926 1304/5329/4924 1303/5330/4925</w:t>
        <w:br/>
        <w:t>f 1309/5332/4927 1308/5333/4927 1307/5334/4928</w:t>
        <w:br/>
        <w:t>f 1306/5335/4928 1309/5332/4927 1307/5334/4928</w:t>
        <w:br/>
        <w:t>f 1310/5336/4929 548/4574/4930 1308/5333/4927</w:t>
        <w:br/>
        <w:t>f 1309/5332/4927 1310/5336/4929 1308/5333/4927</w:t>
        <w:br/>
        <w:t>f 1313/5337/4931 551/4575/4223 1312/5338/4932</w:t>
        <w:br/>
        <w:t>f 1311/5339/4933 1313/5337/4931 1312/5338/4932</w:t>
        <w:br/>
        <w:t>f 1316/5340/4934 1315/5341/4935 1314/5342/4936</w:t>
        <w:br/>
        <w:t>f 1317/5343/4934 1316/5340/4934 1314/5342/4936</w:t>
        <w:br/>
        <w:t>f 1321/5344/4937 1320/5345/4938 1319/5346/4939</w:t>
        <w:br/>
        <w:t>f 1318/5347/4940 1321/5344/4937 1319/5346/4939</w:t>
        <w:br/>
        <w:t>f 1319/5346/4939 1323/5348/4941 1322/5349/4941</w:t>
        <w:br/>
        <w:t>f 1318/5347/4940 1319/5346/4939 1322/5349/4941</w:t>
        <w:br/>
        <w:t>f 1312/5338/4932 1320/5345/4938 1321/5344/4937</w:t>
        <w:br/>
        <w:t>f 1311/5339/4933 1312/5338/4932 1321/5344/4937</w:t>
        <w:br/>
        <w:t>f 1326/5350/4942 598/4623/4271 1325/5351/4943</w:t>
        <w:br/>
        <w:t>f 1324/5352/4943 1326/5350/4942 1325/5351/4943</w:t>
        <w:br/>
        <w:t>f 1328/5353/4944 600/4626/4274 1327/5354/4944</w:t>
        <w:br/>
        <w:t>f 1329/5355/4944 1328/5353/4944 1327/5354/4944</w:t>
        <w:br/>
        <w:t>f 1332/5356/4945 600/4626/4274 1331/5357/4946</w:t>
        <w:br/>
        <w:t>f 1330/5358/4946 1332/5356/4945 1331/5357/4946</w:t>
        <w:br/>
        <w:t>f 1333/5359/4947 602/4628/4276 598/4623/4271</w:t>
        <w:br/>
        <w:t>f 1326/5350/4942 1333/5359/4947 598/4623/4271</w:t>
        <w:br/>
        <w:t>f 1331/5357/4946 1335/5360/4948 1334/5361/4948</w:t>
        <w:br/>
        <w:t>f 1330/5358/4946 1331/5357/4946 1334/5361/4948</w:t>
        <w:br/>
        <w:t>f 1339/5362/4949 1338/5363/4950 1337/5364/4950</w:t>
        <w:br/>
        <w:t>f 1336/5365/4951 1339/5362/4949 1337/5364/4950</w:t>
        <w:br/>
        <w:t>f 1343/5366/4952 1342/5367/4953 1341/5368/4954</w:t>
        <w:br/>
        <w:t>f 1340/5369/4954 1343/5366/4952 1341/5368/4954</w:t>
        <w:br/>
        <w:t>f 617/4641/4289 1345/5370/4955 1344/5371/4956</w:t>
        <w:br/>
        <w:t>f 1345/5370/4955 617/4641/4289 615/4643/4291</w:t>
        <w:br/>
        <w:t>f 1346/5372/4957 1345/5370/4955 615/4643/4291</w:t>
        <w:br/>
        <w:t>f 1346/5372/4957 1348/5373/4958 618/4645/4293</w:t>
        <w:br/>
        <w:t>f 1347/5374/4959 1346/5372/4957 618/4645/4293</w:t>
        <w:br/>
        <w:t>f 1347/5374/4959 618/4645/4293 620/4647/4295</w:t>
        <w:br/>
        <w:t>f 1349/5375/4960 1347/5374/4959 620/4647/4295</w:t>
        <w:br/>
        <w:t>f 1349/5375/4960 620/4647/4295 610/4636/4284</w:t>
        <w:br/>
        <w:t>f 1343/5366/4952 1349/5375/4960 610/4636/4284</w:t>
        <w:br/>
        <w:t>f 1340/5369/4954 1341/5368/4954 1351/5376/4961</w:t>
        <w:br/>
        <w:t>f 1350/5377/4962 1340/5369/4954 1351/5376/4961</w:t>
        <w:br/>
        <w:t>f 1354/5378/4963 1353/5379/4963 623/4649/4297</w:t>
        <w:br/>
        <w:t>f 1352/5380/4964 1354/5378/4963 623/4649/4297</w:t>
        <w:br/>
        <w:t>f 1357/5381/4965 1356/5382/4966 1355/5383/4967</w:t>
        <w:br/>
        <w:t>f 1358/5384/4965 1357/5381/4965 1355/5383/4967</w:t>
        <w:br/>
        <w:t>f 1361/5385/4968 1360/5386/4969 1359/5387/4969</w:t>
        <w:br/>
        <w:t>f 1362/5388/4970 1361/5385/4968 1359/5387/4969</w:t>
        <w:br/>
        <w:t>f 1350/5377/4962 622/4648/4296 1364/5389/4971</w:t>
        <w:br/>
        <w:t>f 1363/5390/4971 1350/5377/4962 1364/5389/4971</w:t>
        <w:br/>
        <w:t>f 1363/5390/4971 1364/5389/4971 1361/5385/4968</w:t>
        <w:br/>
        <w:t>f 1362/5388/4970 1363/5390/4971 1361/5385/4968</w:t>
        <w:br/>
        <w:t>f 1198/5224/4846 368/4394/4039 315/4341/3988</w:t>
        <w:br/>
        <w:t>f 1161/5187/4816 1198/5224/4846 315/4341/3988</w:t>
        <w:br/>
        <w:t>f 1368/5391/4972 1367/5392/4972 1366/5393/4973</w:t>
        <w:br/>
        <w:t>f 1365/5394/4973 1368/5391/4972 1366/5393/4973</w:t>
        <w:br/>
        <w:t>f 1369/5395/4974 631/4657/4305 1367/5392/4972</w:t>
        <w:br/>
        <w:t>f 1368/5391/4972 1369/5395/4974 1367/5392/4972</w:t>
        <w:br/>
        <w:t>f 1372/5396/4975 1371/5397/4976 1370/5398/4977</w:t>
        <w:br/>
        <w:t>f 1373/5399/4975 1372/5396/4975 1370/5398/4977</w:t>
        <w:br/>
        <w:t>f 1219/5246/4862 1220/5245/4862 1372/5396/4975</w:t>
        <w:br/>
        <w:t>f 1373/5399/4975 1219/5246/4862 1372/5396/4975</w:t>
        <w:br/>
        <w:t>f 1376/5400/4978 1375/5401/4979 1374/5402/4980</w:t>
        <w:br/>
        <w:t>f 1377/5403/4981 1376/5400/4978 1374/5402/4980</w:t>
        <w:br/>
        <w:t>f 1379/5404/4982 1378/5405/4982 1249/5275/4885</w:t>
        <w:br/>
        <w:t>f 1250/5276/4885 1379/5404/4982 1249/5275/4885</w:t>
        <w:br/>
        <w:t>f 1307/5334/4928 1304/5329/4924 1305/5331/4926</w:t>
        <w:br/>
        <w:t>f 1306/5335/4928 1307/5334/4928 1305/5331/4926</w:t>
        <w:br/>
        <w:t>f 1334/5361/4948 1335/5360/4948 1316/5340/4934</w:t>
        <w:br/>
        <w:t>f 1317/5343/4934 1334/5361/4948 1316/5340/4934</w:t>
        <w:br/>
        <w:t>f 1204/5229/4849 1194/5219/4841 1195/5221/4841</w:t>
        <w:br/>
        <w:t>f 1203/5230/4850 1204/5229/4849 1195/5221/4841</w:t>
        <w:br/>
        <w:t>f 1381/5406/4983 1380/5407/4983 1210/5234/4854</w:t>
        <w:br/>
        <w:t>f 1211/5237/4854 1381/5406/4983 1210/5234/4854</w:t>
        <w:br/>
        <w:t>f 1206/5232/4852 1380/5407/4983 1381/5406/4983</w:t>
        <w:br/>
        <w:t>f 1205/5233/4853 1206/5232/4852 1381/5406/4983</w:t>
        <w:br/>
        <w:t>f 1366/5393/4973 1383/5408/4984 1382/5409/4984</w:t>
        <w:br/>
        <w:t>f 1365/5394/4973 1366/5393/4973 1382/5409/4984</w:t>
        <w:br/>
        <w:t>f 1216/5243/4860 408/4433/4080 679/4705/4350</w:t>
        <w:br/>
        <w:t>f 1384/5410/4985 1216/5243/4860 679/4705/4350</w:t>
        <w:br/>
        <w:t>f 1385/5411/4986 1378/5405/4982 1379/5404/4982</w:t>
        <w:br/>
        <w:t>f 1386/5412/4986 1385/5411/4986 1379/5404/4982</w:t>
        <w:br/>
        <w:t>f 1389/5413/4987 350/4376/4023 1388/5414/4988</w:t>
        <w:br/>
        <w:t>f 1387/5415/4989 1389/5413/4987 1388/5414/4988</w:t>
        <w:br/>
        <w:t>f 1388/5414/4988 1191/5218/4839 1192/5217/4838</w:t>
        <w:br/>
        <w:t>f 1387/5415/4989 1388/5414/4988 1192/5217/4838</w:t>
        <w:br/>
        <w:t>f 1383/5408/4984 400/4426/4072 1390/5416/4990</w:t>
        <w:br/>
        <w:t>f 1382/5409/4984 1383/5408/4984 1390/5416/4990</w:t>
        <w:br/>
        <w:t>f 679/4705/4350 1392/5417/4991 1391/5418/4991</w:t>
        <w:br/>
        <w:t>f 1384/5410/4985 679/4705/4350 1391/5418/4991</w:t>
        <w:br/>
        <w:t>f 1258/5283/4889 466/4493/4140 1393/5419/4992</w:t>
        <w:br/>
        <w:t>f 1257/5284/4889 1258/5283/4889 1393/5419/4992</w:t>
        <w:br/>
        <w:t>f 1395/5420/4993 1394/5421/4993 1235/5262/4873</w:t>
        <w:br/>
        <w:t>f 1236/5261/4873 1395/5420/4993 1235/5262/4873</w:t>
        <w:br/>
        <w:t>f 1397/5422/4994 1396/5423/4994 407/4434/4995</w:t>
        <w:br/>
        <w:t>f 1218/5244/4996 1397/5422/4994 407/4434/4995</w:t>
        <w:br/>
        <w:t>f 469/4496/4143 1376/5400/4978 1377/5403/4981</w:t>
        <w:br/>
        <w:t>f 1245/5271/4881 469/4496/4143 1377/5403/4981</w:t>
        <w:br/>
        <w:t>f 1398/5424/4997 689/4715/4362 1385/5411/4986</w:t>
        <w:br/>
        <w:t>f 1386/5412/4986 1398/5424/4997 1385/5411/4986</w:t>
        <w:br/>
        <w:t>f 1260/5287/4891 689/4715/4362 1399/5425/4998</w:t>
        <w:br/>
        <w:t>f 1259/5288/4891 1260/5287/4891 1399/5425/4998</w:t>
        <w:br/>
        <w:t>f 1403/5426/4999 1402/5427/4999 1401/5428/5000</w:t>
        <w:br/>
        <w:t>f 1400/5429/5001 1403/5426/4999 1401/5428/5000</w:t>
        <w:br/>
        <w:t>f 1401/5428/5000 1240/5267/4878 1241/5266/4877</w:t>
        <w:br/>
        <w:t>f 1400/5429/5001 1401/5428/5000 1241/5266/4877</w:t>
        <w:br/>
        <w:t>f 1404/5430/5002 1281/5305/4905 1282/5308/4905</w:t>
        <w:br/>
        <w:t>f 1405/5431/5003 1404/5430/5002 1282/5308/4905</w:t>
        <w:br/>
        <w:t>f 516/4543/4190 691/4717/4364 1405/5431/5003</w:t>
        <w:br/>
        <w:t>f 1290/5317/4913 516/4543/4190 1405/5431/5003</w:t>
        <w:br/>
        <w:t>f 1269/5294/4896 1407/5432/5004 1406/5433/5004</w:t>
        <w:br/>
        <w:t>f 1268/5295/4896 1269/5294/4896 1406/5433/5004</w:t>
        <w:br/>
        <w:t>f 1360/5386/4969 1357/5381/4965 1358/5384/4965</w:t>
        <w:br/>
        <w:t>f 1359/5387/4969 1360/5386/4969 1358/5384/4965</w:t>
        <w:br/>
        <w:t>f 1352/5380/4964 623/4649/4297 607/4634/4282</w:t>
        <w:br/>
        <w:t>f 1339/5362/5005 1352/5380/4964 607/4634/4282</w:t>
        <w:br/>
        <w:t>f 608/4633/4281 1409/5434/5006 1408/5435/5006</w:t>
        <w:br/>
        <w:t>f 1336/5365/5007 608/4633/4281 1408/5435/5006</w:t>
        <w:br/>
        <w:t>f 1412/5436/5008 1411/5437/5009 1410/5438/5009</w:t>
        <w:br/>
        <w:t>f 1413/5439/5008 1412/5436/5008 1410/5438/5009</w:t>
        <w:br/>
        <w:t>f 1411/5437/5009 1415/5440/5010 1414/5441/5010</w:t>
        <w:br/>
        <w:t>f 1410/5438/5009 1411/5437/5009 1414/5441/5010</w:t>
        <w:br/>
        <w:t>f 1150/5178/4809 1151/5177/4809 1412/5436/5008</w:t>
        <w:br/>
        <w:t>f 1413/5439/5008 1150/5178/4809 1412/5436/5008</w:t>
        <w:br/>
        <w:t>f 1416/5442/5011 1144/5169/4803 1145/5168/4803</w:t>
        <w:br/>
        <w:t>f 1417/5443/5011 1416/5442/5011 1145/5168/4803</w:t>
        <w:br/>
        <w:t>f 1419/5444/5012 1418/5445/5013 1416/5442/5011</w:t>
        <w:br/>
        <w:t>f 1417/5443/5011 1419/5444/5012 1416/5442/5011</w:t>
        <w:br/>
        <w:t>f 1421/5446/5014 1420/5447/5014 1175/5201/4824</w:t>
        <w:br/>
        <w:t>f 1176/5202/4825 1421/5446/5014 1175/5201/4824</w:t>
        <w:br/>
        <w:t>f 1423/5448/5015 1422/5449/5015 1420/5447/5014</w:t>
        <w:br/>
        <w:t>f 1421/5446/5014 1423/5448/5015 1420/5447/5014</w:t>
        <w:br/>
        <w:t>f 1425/5450/5016 1424/5451/5017 271/4297/3944</w:t>
        <w:br/>
        <w:t>f 1428/5452/5018 1427/5453/5019 1426/5454/5020</w:t>
        <w:br/>
        <w:t>f 1431/5455/5021 1430/5456/5022 1429/5457/5023</w:t>
        <w:br/>
        <w:t>f 1432/5458/5024 1429/5457/5023 1430/5456/5022</w:t>
        <w:br/>
        <w:t>f 271/4297/3944 1424/5451/5017 280/4306/3953</w:t>
        <w:br/>
        <w:t>f 1425/5450/5016 271/4297/3944 1429/5457/5023</w:t>
        <w:br/>
        <w:t>f 1429/5457/5023 1432/5458/5024 1433/5459/5025</w:t>
        <w:br/>
        <w:t>f 1435/5460/5026 282/4311/3958 283/4310/3957</w:t>
        <w:br/>
        <w:t>f 1434/5461/5027 1435/5460/5026 283/4310/3957</w:t>
        <w:br/>
        <w:t>f 1434/5461/5027 283/4310/3957 286/4313/3960</w:t>
        <w:br/>
        <w:t>f 1436/5462/5028 1434/5461/5027 286/4313/3960</w:t>
        <w:br/>
        <w:t>f 1436/5462/5028 286/4313/3960 288/4315/3962</w:t>
        <w:br/>
        <w:t>f 1437/5463/5029 1436/5462/5028 288/4315/3962</w:t>
        <w:br/>
        <w:t>f 1437/5463/5029 288/4315/3962 290/4317/3964</w:t>
        <w:br/>
        <w:t>f 1438/5464/5030 1437/5463/5029 290/4317/3964</w:t>
        <w:br/>
        <w:t>f 1438/5464/5030 290/4317/3964 292/4319/3966</w:t>
        <w:br/>
        <w:t>f 1439/5465/5031 1438/5464/5030 292/4319/3966</w:t>
        <w:br/>
        <w:t>f 292/4319/3966 294/4321/3968 1440/5466/5032</w:t>
        <w:br/>
        <w:t>f 1439/5465/5031 292/4319/3966 1440/5466/5032</w:t>
        <w:br/>
        <w:t>f 1438/5464/5030 1441/5467/5033 1437/5463/5029</w:t>
        <w:br/>
        <w:t>f 1437/5463/5029 1441/5467/5033 1442/5468/5034</w:t>
        <w:br/>
        <w:t>f 1436/5462/5028 1437/5463/5029 1442/5468/5034</w:t>
        <w:br/>
        <w:t>f 1445/5469/5035 1444/5470/5036 1442/5468/5034</w:t>
        <w:br/>
        <w:t>f 1443/5471/5037 1445/5469/5035 1442/5468/5034</w:t>
        <w:br/>
        <w:t>f 1436/5462/5028 1442/5468/5034 1444/5470/5036</w:t>
        <w:br/>
        <w:t>f 1434/5461/5027 1436/5462/5028 1444/5470/5036</w:t>
        <w:br/>
        <w:t>f 1434/5461/5027 1444/5470/5036 1446/5472/5038</w:t>
        <w:br/>
        <w:t>f 1435/5460/5026 1434/5461/5027 1446/5472/5038</w:t>
        <w:br/>
        <w:t>f 1446/5472/5038 1448/5473/5039 1447/5474/5040</w:t>
        <w:br/>
        <w:t>f 1428/5452/5018 1429/5457/5023 1435/5460/5026</w:t>
        <w:br/>
        <w:t>f 1448/5473/5039 1446/5472/5038 1444/5470/5036</w:t>
        <w:br/>
        <w:t>f 1445/5469/5035 1448/5473/5039 1444/5470/5036</w:t>
        <w:br/>
        <w:t>f 1443/5471/5037 1442/5468/5034 1441/5467/5033</w:t>
        <w:br/>
        <w:t>f 1449/5475/5041 1443/5471/5037 1441/5467/5033</w:t>
        <w:br/>
        <w:t>f 1438/5464/5030 1450/5476/5042 1441/5467/5033</w:t>
        <w:br/>
        <w:t>f 1450/5476/5042 1438/5464/5030 1439/5465/5031</w:t>
        <w:br/>
        <w:t>f 1451/5477/5043 1450/5476/5042 1439/5465/5031</w:t>
        <w:br/>
        <w:t>f 1454/5478/5044 1453/5479/5045 1452/5480/5046</w:t>
        <w:br/>
        <w:t>f 1443/5471/5037 1454/5478/5044 1452/5480/5046</w:t>
        <w:br/>
        <w:t>f 1457/5481/5047 1456/5482/5048 1455/5483/5049</w:t>
        <w:br/>
        <w:t>f 1459/5484/5050 1458/5485/5051 1456/5482/5048</w:t>
        <w:br/>
        <w:t>f 1459/5484/5050 1460/5486/5052 1458/5485/5051</w:t>
        <w:br/>
        <w:t>f 1447/5474/5040 1463/5487/5053 1462/5488/5054</w:t>
        <w:br/>
        <w:t>f 1461/5489/5055 1447/5474/5040 1462/5488/5054</w:t>
        <w:br/>
        <w:t>f 1464/5490/5056 1462/5488/5054 1463/5487/5053</w:t>
        <w:br/>
        <w:t>f 1448/5473/5039 1457/5481/5047 1463/5487/5053</w:t>
        <w:br/>
        <w:t>f 1465/5491/5057 1448/5473/5039 1445/5469/5035</w:t>
        <w:br/>
        <w:t>f 1466/5492/5058 1465/5491/5057 1445/5469/5035</w:t>
        <w:br/>
        <w:t>f 1452/5480/5046 1468/5493/5059 1467/5494/5060</w:t>
        <w:br/>
        <w:t>f 1466/5492/5058 1452/5480/5046 1467/5494/5060</w:t>
        <w:br/>
        <w:t>f 1468/5493/5059 1452/5480/5046 1453/5479/5045</w:t>
        <w:br/>
        <w:t>f 1469/5495/5061 1468/5493/5059 1453/5479/5045</w:t>
        <w:br/>
        <w:t>f 1470/5496/5062 1465/5491/5057 1466/5492/5058</w:t>
        <w:br/>
        <w:t>f 1467/5494/5060 1470/5496/5062 1466/5492/5058</w:t>
        <w:br/>
        <w:t>f 1471/5497/5063 1465/5491/5057 1470/5496/5062</w:t>
        <w:br/>
        <w:t>f 1443/5471/5037 1452/5480/5046 1466/5492/5058</w:t>
        <w:br/>
        <w:t>f 1445/5469/5035 1443/5471/5037 1466/5492/5058</w:t>
        <w:br/>
        <w:t>f 1457/5481/5047 1455/5483/5049 1472/5498/5064</w:t>
        <w:br/>
        <w:t>f 1463/5487/5053 1472/5498/5064 1473/5499/5065</w:t>
        <w:br/>
        <w:t>f 1473/5499/5065 1464/5490/5056 1463/5487/5053</w:t>
        <w:br/>
        <w:t>f 1447/5474/5040 1461/5489/5055 1474/5500/5066</w:t>
        <w:br/>
        <w:t>f 1428/5452/5018 1447/5474/5040 1474/5500/5066</w:t>
        <w:br/>
        <w:t>f 1475/5501/5067 1427/5453/5019 1428/5452/5018</w:t>
        <w:br/>
        <w:t>f 1478/5502/5068 1477/5503/5069 1476/5504/5070</w:t>
        <w:br/>
        <w:t>f 1479/5505/5071 1478/5502/5068 1476/5504/5070</w:t>
        <w:br/>
        <w:t>f 1482/5506/5072 1481/5507/5073 1480/5508/5074</w:t>
        <w:br/>
        <w:t>f 1485/5509/5075 1484/5510/5076 1483/5511/5077</w:t>
        <w:br/>
        <w:t>f 1480/5508/5074 1485/5509/5075 1483/5511/5077</w:t>
        <w:br/>
        <w:t>f 1486/5512/5078 1477/5503/5069 1478/5502/5068</w:t>
        <w:br/>
        <w:t>f 1484/5510/5076 1486/5512/5078 1478/5502/5068</w:t>
        <w:br/>
        <w:t>f 1488/5513/5079 1477/5503/5069 1487/5514/5080</w:t>
        <w:br/>
        <w:t>f 1486/5512/5078 1487/5514/5080 1477/5503/5069</w:t>
        <w:br/>
        <w:t>f 1490/5515/5081 1480/5508/5074 1489/5516/5082</w:t>
        <w:br/>
        <w:t>f 1491/5517/5083 1490/5515/5081 1489/5516/5082</w:t>
        <w:br/>
        <w:t>f 1491/5517/5083 1489/5516/5082 1492/5518/5084</w:t>
        <w:br/>
        <w:t>f 1489/5516/5082 1480/5508/5074 1481/5507/5073</w:t>
        <w:br/>
        <w:t>f 1481/5507/5073 1482/5506/5072 1493/5519/5085</w:t>
        <w:br/>
        <w:t>f 1496/5520/5086 1495/5521/5087 1494/5522/5088</w:t>
        <w:br/>
        <w:t>f 1494/5522/5088 1495/5521/5087 1497/5523/5089</w:t>
        <w:br/>
        <w:t>f 1480/5508/5074 1490/5515/5081 1485/5509/5075</w:t>
        <w:br/>
        <w:t>f 1479/5505/5071 1476/5504/5070 1498/5524/5090</w:t>
        <w:br/>
        <w:t>f 1499/5525/5091 1479/5505/5071 1498/5524/5090</w:t>
        <w:br/>
        <w:t>f 1471/5497/5063 1470/5496/5062 1477/5503/5069</w:t>
        <w:br/>
        <w:t>f 1502/5526/5092 1501/5527/5093 1500/5528/5093</w:t>
        <w:br/>
        <w:t>f 1503/5529/5092 1502/5526/5092 1500/5528/5093</w:t>
        <w:br/>
        <w:t>f 1504/5530/5094 1499/5525/5091 1467/5494/5060</w:t>
        <w:br/>
        <w:t>f 1468/5493/5059 1504/5530/5094 1467/5494/5060</w:t>
        <w:br/>
        <w:t>f 1468/5493/5059 1469/5495/5061 1505/5531/5095</w:t>
        <w:br/>
        <w:t>f 1504/5530/5094 1468/5493/5059 1505/5531/5095</w:t>
        <w:br/>
        <w:t>f 1503/5529/5092 1507/5532/5096 1506/5533/5097</w:t>
        <w:br/>
        <w:t>f 1502/5526/5092 1503/5529/5092 1506/5533/5097</w:t>
        <w:br/>
        <w:t>f 1508/5534/5098 1450/5476/5042 1451/5477/5043</w:t>
        <w:br/>
        <w:t>f 1510/5535/5099 1509/5536/5100 1451/5477/5043</w:t>
        <w:br/>
        <w:t>f 1453/5479/5045 1450/5476/5042 1508/5534/5098</w:t>
        <w:br/>
        <w:t>f 1512/5537/5101 1505/5531/5095 1469/5495/5061</w:t>
        <w:br/>
        <w:t>f 1511/5538/5102 1512/5537/5101 1469/5495/5061</w:t>
        <w:br/>
        <w:t>f 1513/5539/5103 1471/5497/5063 1488/5513/5079</w:t>
        <w:br/>
        <w:t>f 1516/5540/5104 1515/5541/5105 1514/5542/5106</w:t>
        <w:br/>
        <w:t>f 1518/5543/5107 1517/5544/5108 1495/5521/5087</w:t>
        <w:br/>
        <w:t>f 1521/5545/5109 1518/5543/5107 1520/5546/5110</w:t>
        <w:br/>
        <w:t>f 1519/5547/5111 1521/5545/5109 1520/5546/5110</w:t>
        <w:br/>
        <w:t>f 1519/5547/5111 1520/5546/5110 1522/5548/5112</w:t>
        <w:br/>
        <w:t>f 1523/5549/5113 1519/5547/5111 1522/5548/5112</w:t>
        <w:br/>
        <w:t>f 1525/5550/5114 1522/5548/5112 1524/5551/5115</w:t>
        <w:br/>
        <w:t>f 1526/5552/5116 1525/5550/5114 1524/5551/5115</w:t>
        <w:br/>
        <w:t>f 1528/5553/5117 1521/5545/5109 1519/5547/5111</w:t>
        <w:br/>
        <w:t>f 1527/5554/5118 1528/5553/5117 1519/5547/5111</w:t>
        <w:br/>
        <w:t>f 1530/5555/5119 1528/5553/5117 1529/5556/5120</w:t>
        <w:br/>
        <w:t>f 1532/5557/5121 1528/5553/5117 1527/5554/5118</w:t>
        <w:br/>
        <w:t>f 1531/5558/5122 1532/5557/5121 1527/5554/5118</w:t>
        <w:br/>
        <w:t>f 1528/5553/5117 1532/5557/5121 1533/5559/5123</w:t>
        <w:br/>
        <w:t>f 1523/5549/5113 1534/5560/5124 1527/5554/5118</w:t>
        <w:br/>
        <w:t>f 1519/5547/5111 1523/5549/5113 1527/5554/5118</w:t>
        <w:br/>
        <w:t>f 1525/5550/5114 1526/5552/5116 1535/5561/5125</w:t>
        <w:br/>
        <w:t>f 1537/5562/5126 1509/5536/5100 1536/5563/5127</w:t>
        <w:br/>
        <w:t>f 1541/5564/5128 1540/5565/5129 1539/5566/5130</w:t>
        <w:br/>
        <w:t>f 1538/5567/5131 1541/5564/5128 1539/5566/5130</w:t>
        <w:br/>
        <w:t>f 1540/5565/5129 1541/5564/5128 1542/5568/5132</w:t>
        <w:br/>
        <w:t>f 1534/5560/5124 1540/5565/5129 1542/5568/5132</w:t>
        <w:br/>
        <w:t>f 1543/5569/5133 1536/5563/5127 1509/5536/5100</w:t>
        <w:br/>
        <w:t>f 1510/5535/5099 1543/5569/5133 1509/5536/5100</w:t>
        <w:br/>
        <w:t>f 1515/5541/5105 1544/5570/5134 1495/5521/5087</w:t>
        <w:br/>
        <w:t>f 1530/5555/5119 1545/5571/5135 1517/5544/5108</w:t>
        <w:br/>
        <w:t>f 1517/5544/5108 1545/5571/5135 1546/5572/5136</w:t>
        <w:br/>
        <w:t>f 1516/5540/5137 1517/5544/5108 1547/5573/5138</w:t>
        <w:br/>
        <w:t>f 1550/5574/5139 1549/5575/5140 1548/5576/5141</w:t>
        <w:br/>
        <w:t>f 1548/5576/5141 1551/5577/5142 1550/5574/5139</w:t>
        <w:br/>
        <w:t>f 1551/5577/5142 1553/5578/5143 1552/5579/5144</w:t>
        <w:br/>
        <w:t>f 1556/5580/5145 1551/5577/5142 1555/5581/5146</w:t>
        <w:br/>
        <w:t>f 1554/5582/5147 1556/5580/5145 1555/5581/5146</w:t>
        <w:br/>
        <w:t>f 1531/5558/5122 1557/5583/5148 1555/5581/5146</w:t>
        <w:br/>
        <w:t>f 1532/5557/5121 1531/5558/5122 1555/5581/5146</w:t>
        <w:br/>
        <w:t>f 1542/5568/5132 1558/5584/5149 1557/5583/5148</w:t>
        <w:br/>
        <w:t>f 1531/5558/5122 1542/5568/5132 1557/5583/5148</w:t>
        <w:br/>
        <w:t>f 1560/5585/5150 1557/5583/5148 1558/5584/5149</w:t>
        <w:br/>
        <w:t>f 1559/5586/5151 1560/5585/5150 1558/5584/5149</w:t>
        <w:br/>
        <w:t>f 1562/5587/5152 1560/5585/5150 1559/5586/5151</w:t>
        <w:br/>
        <w:t>f 1561/5588/5153 1562/5587/5152 1559/5586/5151</w:t>
        <w:br/>
        <w:t>f 1563/5589/5154 1554/5582/5147 1560/5585/5150</w:t>
        <w:br/>
        <w:t>f 1562/5587/5152 1563/5589/5154 1560/5585/5150</w:t>
        <w:br/>
        <w:t>f 1554/5582/5147 1555/5581/5146 1557/5583/5148</w:t>
        <w:br/>
        <w:t>f 1560/5585/5150 1554/5582/5147 1557/5583/5148</w:t>
        <w:br/>
        <w:t>f 1564/5590/5155 1556/5580/5145 1554/5582/5147</w:t>
        <w:br/>
        <w:t>f 1563/5589/5154 1564/5590/5155 1554/5582/5147</w:t>
        <w:br/>
        <w:t>f 1568/5591/5156 1567/5592/5157 1566/5593/5158</w:t>
        <w:br/>
        <w:t>f 1565/5594/5159 1568/5591/5156 1566/5593/5158</w:t>
        <w:br/>
        <w:t>f 1570/5595/5160 1569/5596/5161 1567/5592/5157</w:t>
        <w:br/>
        <w:t>f 1568/5591/5156 1570/5595/5160 1567/5592/5157</w:t>
        <w:br/>
        <w:t>f 1572/5597/5162 1571/5598/5163 1559/5586/5151</w:t>
        <w:br/>
        <w:t>f 1572/5597/5162 1559/5586/5151 1558/5584/5149</w:t>
        <w:br/>
        <w:t>f 1558/5584/5149 1542/5568/5132 1541/5564/5128</w:t>
        <w:br/>
        <w:t>f 1538/5567/5131 1573/5599/5164 1572/5597/5162</w:t>
        <w:br/>
        <w:t>f 1541/5564/5128 1538/5567/5131 1572/5597/5162</w:t>
        <w:br/>
        <w:t>f 1551/5577/5142 1556/5580/5145 1574/5600/5165</w:t>
        <w:br/>
        <w:t>f 1533/5559/5123 1549/5575/5140 1575/5601/5166</w:t>
        <w:br/>
        <w:t>f 1578/5602/5167 1577/5603/5168 1576/5604/5169</w:t>
        <w:br/>
        <w:t>f 1570/5595/5160 1580/5605/5170 1579/5606/5171</w:t>
        <w:br/>
        <w:t>f 1583/5607/5172 1582/5608/5173 1581/5609/5174</w:t>
        <w:br/>
        <w:t>f 1579/5606/5171 1583/5607/5172 1581/5609/5174</w:t>
        <w:br/>
        <w:t>f 1578/5602/5167 1579/5606/5171 1584/5610/5175</w:t>
        <w:br/>
        <w:t>f 1577/5603/5168 1578/5602/5167 1584/5610/5175</w:t>
        <w:br/>
        <w:t>f 1586/5611/5176 1576/5604/5169 1585/5612/5177</w:t>
        <w:br/>
        <w:t>f 1579/5606/5171 1581/5609/5174 1584/5610/5175</w:t>
        <w:br/>
        <w:t>f 1587/5613/5178 1582/5608/5173 1583/5607/5172</w:t>
        <w:br/>
        <w:t>f 1588/5614/5179 1587/5613/5178 1583/5607/5172</w:t>
        <w:br/>
        <w:t>f 1589/5615/5180 1587/5613/5178 1588/5614/5179</w:t>
        <w:br/>
        <w:t>f 1592/5616/5181 1591/5617/5182 1590/5618/5183</w:t>
        <w:br/>
        <w:t>f 1594/5619/5184 1592/5616/5181 1593/5620/5185</w:t>
        <w:br/>
        <w:t>f 1595/5621/5186 1594/5619/5184 1593/5620/5185</w:t>
        <w:br/>
        <w:t>f 1596/5622/5187 1594/5619/5184 1595/5621/5186</w:t>
        <w:br/>
        <w:t>f 1597/5623/5188 1596/5622/5187 1595/5621/5186</w:t>
        <w:br/>
        <w:t>f 1596/5622/5187 1597/5623/5188 1598/5624/5189</w:t>
        <w:br/>
        <w:t>f 1600/5625/5190 1599/5626/5191 1568/5591/5156</w:t>
        <w:br/>
        <w:t>f 1565/5594/5159 1600/5625/5190 1568/5591/5156</w:t>
        <w:br/>
        <w:t>f 1565/5594/5159 1602/5627/5192 1601/5628/5193</w:t>
        <w:br/>
        <w:t>f 1600/5625/5190 1565/5594/5159 1601/5628/5193</w:t>
        <w:br/>
        <w:t>f 1604/5629/5194 1602/5627/5192 1603/5630/5195</w:t>
        <w:br/>
        <w:t>f 1605/5631/5196 1604/5629/5194 1603/5630/5195</w:t>
        <w:br/>
        <w:t>f 1602/5627/5192 1604/5629/5194 1606/5632/5197</w:t>
        <w:br/>
        <w:t>f 1601/5628/5193 1602/5627/5192 1606/5632/5197</w:t>
        <w:br/>
        <w:t>f 1565/5594/5159 1566/5593/5158 1603/5630/5195</w:t>
        <w:br/>
        <w:t>f 1602/5627/5192 1565/5594/5159 1603/5630/5195</w:t>
        <w:br/>
        <w:t>f 1570/5595/5160 1568/5591/5156 1599/5626/5191</w:t>
        <w:br/>
        <w:t>f 1580/5605/5170 1570/5595/5160 1599/5626/5191</w:t>
        <w:br/>
        <w:t>f 1608/5633/5198 1588/5614/5179 1607/5634/5199</w:t>
        <w:br/>
        <w:t>f 1607/5634/5199 1588/5614/5179 1609/5635/5200</w:t>
        <w:br/>
        <w:t>f 1610/5636/5201 1607/5634/5199 1609/5635/5200</w:t>
        <w:br/>
        <w:t>f 1612/5637/5202 1611/5638/5203 1609/5635/5200</w:t>
        <w:br/>
        <w:t>f 1578/5602/5167 1586/5611/5176 1569/5596/5161</w:t>
        <w:br/>
        <w:t>f 1570/5595/5160 1578/5602/5167 1569/5596/5161</w:t>
        <w:br/>
        <w:t>f 1586/5611/5176 1585/5612/5177 1613/5639/5204</w:t>
        <w:br/>
        <w:t>f 1615/5640/5205 1614/5641/5206 1564/5590/5155</w:t>
        <w:br/>
        <w:t>f 1618/5642/5207 1617/5643/5208 1616/5644/5209</w:t>
        <w:br/>
        <w:t>f 1619/5645/5210 1617/5643/5208 1618/5642/5207</w:t>
        <w:br/>
        <w:t>f 1620/5646/5211 1612/5637/5202 1591/5617/5182</w:t>
        <w:br/>
        <w:t>f 1621/5647/5212 1592/5616/5181 1594/5619/5184</w:t>
        <w:br/>
        <w:t>f 1622/5648/5213 1621/5647/5212 1594/5619/5184</w:t>
        <w:br/>
        <w:t>f 1624/5649/5214 1621/5647/5212 1622/5648/5213</w:t>
        <w:br/>
        <w:t>f 1623/5650/5215 1624/5649/5214 1622/5648/5213</w:t>
        <w:br/>
        <w:t>f 1623/5650/5215 1622/5648/5213 1626/5651/5216</w:t>
        <w:br/>
        <w:t>f 1625/5652/5217 1623/5650/5215 1626/5651/5216</w:t>
        <w:br/>
        <w:t>f 1627/5653/5218 1625/5652/5217 1626/5651/5216</w:t>
        <w:br/>
        <w:t>f 1626/5651/5216 1628/5654/5219 1627/5653/5218</w:t>
        <w:br/>
        <w:t>f 1596/5622/5187 1626/5651/5216 1622/5648/5213</w:t>
        <w:br/>
        <w:t>f 1594/5619/5184 1596/5622/5187 1622/5648/5213</w:t>
        <w:br/>
        <w:t>f 1621/5647/5212 1624/5649/5214 1629/5655/5220</w:t>
        <w:br/>
        <w:t>f 1620/5646/5211 1621/5647/5212 1629/5655/5220</w:t>
        <w:br/>
        <w:t>f 1616/5644/5209 1631/5656/5221 1630/5657/5222</w:t>
        <w:br/>
        <w:t>f 1630/5657/5222 1631/5656/5221 1632/5658/5223</w:t>
        <w:br/>
        <w:t>f 1632/5658/5223 1633/5659/5224 1630/5657/5222</w:t>
        <w:br/>
        <w:t>f 1629/5655/5220 1635/5660/5225 1634/5661/5226</w:t>
        <w:br/>
        <w:t>f 1637/5662/5227 1618/5642/5207 1636/5663/5228</w:t>
        <w:br/>
        <w:t>f 1634/5661/5226 1639/5664/5229 1638/5665/5230</w:t>
        <w:br/>
        <w:t>f 1634/5661/5226 1641/5666/5231 1640/5667/5232</w:t>
        <w:br/>
        <w:t>f 1639/5664/5229 1634/5661/5226 1640/5667/5232</w:t>
        <w:br/>
        <w:t>f 1644/5668/5233 1643/5669/5234 1642/5670/5235</w:t>
        <w:br/>
        <w:t>f 1635/5660/5225 1629/5655/5220 1624/5649/5214</w:t>
        <w:br/>
        <w:t>f 1645/5671/5236 1635/5660/5225 1624/5649/5214</w:t>
        <w:br/>
        <w:t>f 1643/5669/5234 1644/5668/5233 1647/5672/5237</w:t>
        <w:br/>
        <w:t>f 1646/5673/5238 1643/5669/5234 1647/5672/5237</w:t>
        <w:br/>
        <w:t>f 1650/5674/5239 1649/5675/5240 1642/5670/5235</w:t>
        <w:br/>
        <w:t>f 1648/5676/5241 1650/5674/5239 1642/5670/5235</w:t>
        <w:br/>
        <w:t>f 1651/5677/5242 1642/5670/5235 1649/5675/5240</w:t>
        <w:br/>
        <w:t>f 1641/5666/5231 1652/5678/5243 1640/5667/5232</w:t>
        <w:br/>
        <w:t>f 1655/5679/5244 1654/5680/5245 1653/5681/5246</w:t>
        <w:br/>
        <w:t>f 1655/5679/5244 1653/5681/5246 1656/5682/5247</w:t>
        <w:br/>
        <w:t>f 1658/5683/5248 1657/5684/5249 1656/5682/5247</w:t>
        <w:br/>
        <w:t>f 1658/5683/5248 1659/5685/5250 1657/5684/5249</w:t>
        <w:br/>
        <w:t>f 1658/5683/5248 1660/5686/5251 1659/5685/5250</w:t>
        <w:br/>
        <w:t>f 1662/5687/5252 1661/5688/5253 1660/5686/5251</w:t>
        <w:br/>
        <w:t>f 1666/5689/5254 1665/5690/5255 1664/5691/5256</w:t>
        <w:br/>
        <w:t>f 1663/5692/5257 1666/5689/5254 1664/5691/5256</w:t>
        <w:br/>
        <w:t>f 1664/5691/5256 1667/5693/5258 1663/5692/5257</w:t>
        <w:br/>
        <w:t>f 1668/5694/5259 1666/5689/5254 1663/5692/5257</w:t>
        <w:br/>
        <w:t>f 1669/5695/5260 1668/5694/5259 1663/5692/5257</w:t>
        <w:br/>
        <w:t>f 1671/5696/5261 1670/5697/5262 1666/5689/5254</w:t>
        <w:br/>
        <w:t>f 1668/5694/5259 1671/5696/5261 1666/5689/5254</w:t>
        <w:br/>
        <w:t>f 1672/5698/5263 1665/5690/5255 1666/5689/5254</w:t>
        <w:br/>
        <w:t>f 1670/5697/5262 1672/5698/5263 1666/5689/5254</w:t>
        <w:br/>
        <w:t>f 1673/5699/5264 1661/5688/5253 1662/5687/5252</w:t>
        <w:br/>
        <w:t>f 1662/5687/5252 1660/5686/5251 1674/5700/5265</w:t>
        <w:br/>
        <w:t>f 1675/5701/5266 1662/5687/5252 1674/5700/5265</w:t>
        <w:br/>
        <w:t>f 1660/5686/5251 1658/5683/5248 1676/5702/5267</w:t>
        <w:br/>
        <w:t>f 1674/5700/5265 1660/5686/5251 1676/5702/5267</w:t>
        <w:br/>
        <w:t>f 1677/5703/5268 1650/5674/5239 1648/5676/5241</w:t>
        <w:br/>
        <w:t>f 1654/5680/5245 1679/5704/5269 1678/5705/5270</w:t>
        <w:br/>
        <w:t>f 1670/5697/5262 1680/5706/5271 1672/5698/5263</w:t>
        <w:br/>
        <w:t>f 1670/5697/5262 1681/5707/5272 1680/5706/5271</w:t>
        <w:br/>
        <w:t>f 1681/5707/5273 1683/5708/5274 1682/5709/5275</w:t>
        <w:br/>
        <w:t>f 1684/5710/5276 1681/5707/5273 1682/5709/5275</w:t>
        <w:br/>
        <w:t>f 1687/5711/5277 1686/5712/5278 1685/5713/5279</w:t>
        <w:br/>
        <w:t>f 1687/5711/5277 1684/5710/5276 1682/5709/5275</w:t>
        <w:br/>
        <w:t>f 1686/5712/5278 1687/5711/5277 1682/5709/5275</w:t>
        <w:br/>
        <w:t>f 1688/5714/5280 1685/5713/5279 1686/5712/5278</w:t>
        <w:br/>
        <w:t>f 1692/5715/5281 1691/5716/5282 1690/5717/5283</w:t>
        <w:br/>
        <w:t>f 1689/5718/5284 1692/5715/5281 1690/5717/5283</w:t>
        <w:br/>
        <w:t>f 1693/5719/5285 1690/5717/5283 1691/5716/5282</w:t>
        <w:br/>
        <w:t>f 1696/5720/5286 1695/5721/5287 1694/5722/5288</w:t>
        <w:br/>
        <w:t>f 1696/5720/5286 1694/5722/5288 1697/5723/5289</w:t>
        <w:br/>
        <w:t>f 1699/5724/5290 1691/5716/5282 1698/5725/5291</w:t>
        <w:br/>
        <w:t>f 1700/5726/5292 1699/5724/5290 1698/5725/5291</w:t>
        <w:br/>
        <w:t>f 1693/5719/5285 1691/5716/5282 1699/5724/5290</w:t>
        <w:br/>
        <w:t>f 1701/5727/5293 1694/5722/5288 1698/5725/5291</w:t>
        <w:br/>
        <w:t>f 1704/5728/5294 1701/5727/5293 1703/5729/5295</w:t>
        <w:br/>
        <w:t>f 1702/5730/5296 1704/5728/5294 1703/5729/5295</w:t>
        <w:br/>
        <w:t>f 1695/5721/5287 1700/5726/5292 1698/5725/5291</w:t>
        <w:br/>
        <w:t>f 1694/5722/5288 1695/5721/5287 1698/5725/5291</w:t>
        <w:br/>
        <w:t>f 1691/5716/5282 1692/5715/5281 1705/5731/5297</w:t>
        <w:br/>
        <w:t>f 1701/5727/5293 1705/5731/5297 1706/5732/5298</w:t>
        <w:br/>
        <w:t>f 1703/5729/5295 1701/5727/5293 1706/5732/5298</w:t>
        <w:br/>
        <w:t>f 1704/5728/5294 1708/5733/5299 1707/5734/5300</w:t>
        <w:br/>
        <w:t>f 1708/5733/5299 1704/5728/5294 1702/5730/5296</w:t>
        <w:br/>
        <w:t>f 1709/5735/5301 1708/5733/5299 1702/5730/5296</w:t>
        <w:br/>
        <w:t>f 1709/5735/5301 1702/5730/5296 1710/5736/5302</w:t>
        <w:br/>
        <w:t>f 1711/5737/5303 1709/5735/5301 1710/5736/5302</w:t>
        <w:br/>
        <w:t>f 1715/5738/5304 1714/5739/5305 1713/5740/5306</w:t>
        <w:br/>
        <w:t>f 1712/5741/5307 1715/5738/5304 1713/5740/5306</w:t>
        <w:br/>
        <w:t>f 1717/5742/5308 1716/5743/5309 1711/5737/5303</w:t>
        <w:br/>
        <w:t>f 1710/5736/5302 1717/5742/5308 1711/5737/5303</w:t>
        <w:br/>
        <w:t>f 1716/5743/5309 1717/5742/5308 1718/5744/5310</w:t>
        <w:br/>
        <w:t>f 1702/5730/5296 1703/5729/5295 1719/5745/5311</w:t>
        <w:br/>
        <w:t>f 1710/5736/5302 1702/5730/5296 1719/5745/5311</w:t>
        <w:br/>
        <w:t>f 1710/5736/5302 1719/5745/5311 1720/5746/5312</w:t>
        <w:br/>
        <w:t>f 1717/5742/5308 1710/5736/5302 1720/5746/5312</w:t>
        <w:br/>
        <w:t>f 1722/5747/5313 1720/5746/5312 1719/5745/5311</w:t>
        <w:br/>
        <w:t>f 1721/5748/5314 1722/5747/5313 1719/5745/5311</w:t>
        <w:br/>
        <w:t>f 1720/5746/5312 1722/5747/5313 1723/5749/5315</w:t>
        <w:br/>
        <w:t>f 1720/5746/5312 1723/5749/5315 1717/5742/5308</w:t>
        <w:br/>
        <w:t>f 1703/5729/5295 1706/5732/5298 1721/5748/5314</w:t>
        <w:br/>
        <w:t>f 1719/5745/5311 1703/5729/5295 1721/5748/5314</w:t>
        <w:br/>
        <w:t>f 1718/5744/5310 1723/5749/5315 1724/5750/5316</w:t>
        <w:br/>
        <w:t>f 1725/5751/5317 1718/5744/5310 1724/5750/5316</w:t>
        <w:br/>
        <w:t>f 1727/5752/5318 1716/5743/5309 1718/5744/5310</w:t>
        <w:br/>
        <w:t>f 1726/5753/5319 1727/5752/5318 1718/5744/5310</w:t>
        <w:br/>
        <w:t>f 1725/5751/5317 1726/5753/5319 1718/5744/5310</w:t>
        <w:br/>
        <w:t>f 1730/5754/5320 1729/5755/5321 1728/5756/5322</w:t>
        <w:br/>
        <w:t>f 1725/5751/5317 1730/5754/5320 1728/5756/5322</w:t>
        <w:br/>
        <w:t>f 1716/5743/5309 1727/5752/5318 1712/5741/5307</w:t>
        <w:br/>
        <w:t>f 1732/5757/5323 1731/5758/5324 1715/5738/5304</w:t>
        <w:br/>
        <w:t>f 1736/5759/5325 1735/5760/5326 1734/5761/5327</w:t>
        <w:br/>
        <w:t>f 1733/5762/5328 1736/5759/5325 1734/5761/5327</w:t>
        <w:br/>
        <w:t>f 1733/5762/5328 1734/5761/5327 1738/5763/5329</w:t>
        <w:br/>
        <w:t>f 1737/5764/5330 1733/5762/5328 1738/5763/5329</w:t>
        <w:br/>
        <w:t>f 1740/5765/5331 1739/5766/5332 1731/5758/5324</w:t>
        <w:br/>
        <w:t>f 1732/5757/5323 1740/5765/5331 1731/5758/5324</w:t>
        <w:br/>
        <w:t>f 1735/5760/5326 1736/5759/5325 1712/5741/5307</w:t>
        <w:br/>
        <w:t>f 1741/5767/5333 1735/5760/5326 1712/5741/5307</w:t>
        <w:br/>
        <w:t>f 1727/5752/5318 1741/5767/5333 1712/5741/5307</w:t>
        <w:br/>
        <w:t>f 1743/5768/5334 1739/5766/5332 1742/5769/5335</w:t>
        <w:br/>
        <w:t>f 1744/5770/5336 1743/5768/5334 1742/5769/5335</w:t>
        <w:br/>
        <w:t>f 1743/5768/5334 1744/5770/5336 1745/5771/5337</w:t>
        <w:br/>
        <w:t>f 1707/5734/5300 1743/5768/5334 1745/5771/5337</w:t>
        <w:br/>
        <w:t>f 1746/5772/5338 1707/5734/5300 1745/5771/5337</w:t>
        <w:br/>
        <w:t>f 1739/5766/5332 1740/5765/5331 1747/5773/5339</w:t>
        <w:br/>
        <w:t>f 1742/5769/5335 1739/5766/5332 1747/5773/5339</w:t>
        <w:br/>
        <w:t>f 1749/5774/5340 1707/5734/5300 1746/5772/5338</w:t>
        <w:br/>
        <w:t>f 1748/5775/5341 1749/5774/5340 1746/5772/5338</w:t>
        <w:br/>
        <w:t>f 1750/5776/5342 1738/5763/5329 1734/5761/5327</w:t>
        <w:br/>
        <w:t>f 1751/5777/5343 1750/5776/5342 1734/5761/5327</w:t>
        <w:br/>
        <w:t>f 1738/5763/5329 1753/5778/5344 1752/5779/5345</w:t>
        <w:br/>
        <w:t>f 1751/5777/5343 1734/5761/5327 1735/5760/5326</w:t>
        <w:br/>
        <w:t>f 1754/5780/5346 1751/5777/5343 1735/5760/5326</w:t>
        <w:br/>
        <w:t>f 1751/5777/5343 1754/5780/5346 1755/5781/5347</w:t>
        <w:br/>
        <w:t>f 1756/5782/5348 1751/5777/5343 1755/5781/5347</w:t>
        <w:br/>
        <w:t>f 1741/5767/5333 1757/5783/5349 1754/5780/5346</w:t>
        <w:br/>
        <w:t>f 1735/5760/5326 1741/5767/5333 1754/5780/5346</w:t>
        <w:br/>
        <w:t>f 1741/5767/5333 1727/5752/5318 1758/5784/5350</w:t>
        <w:br/>
        <w:t>f 1726/5753/5319 1759/5785/5351 1758/5784/5350</w:t>
        <w:br/>
        <w:t>f 1727/5752/5318 1726/5753/5319 1758/5784/5350</w:t>
        <w:br/>
        <w:t>f 1763/5786/5352 1762/5787/5353 1761/5788/5353</w:t>
        <w:br/>
        <w:t>f 1760/5789/5354 1763/5786/5352 1761/5788/5353</w:t>
        <w:br/>
        <w:t>f 1765/5790/5355 1763/5786/5352 1760/5789/5354</w:t>
        <w:br/>
        <w:t>f 1764/5791/5356 1765/5790/5355 1760/5789/5354</w:t>
        <w:br/>
        <w:t>f 1764/5791/5356 1767/5792/5357 1766/5793/5358</w:t>
        <w:br/>
        <w:t>f 1765/5790/5355 1764/5791/5356 1766/5793/5358</w:t>
        <w:br/>
        <w:t>f 1769/5794/5359 1766/5793/5358 1767/5792/5357</w:t>
        <w:br/>
        <w:t>f 1768/5795/5360 1769/5794/5359 1767/5792/5357</w:t>
        <w:br/>
        <w:t>f 1754/5780/5346 1769/5794/5359 1768/5795/5360</w:t>
        <w:br/>
        <w:t>f 1755/5781/5347 1754/5780/5346 1768/5795/5360</w:t>
        <w:br/>
        <w:t>f 1756/5782/5348 1770/5796/5361 1750/5776/5342</w:t>
        <w:br/>
        <w:t>f 1751/5777/5343 1756/5782/5348 1750/5776/5342</w:t>
        <w:br/>
        <w:t>f 1750/5776/5342 1771/5797/5362 1738/5763/5329</w:t>
        <w:br/>
        <w:t>f 1772/5798/5363 1771/5797/5362 1750/5776/5342</w:t>
        <w:br/>
        <w:t>f 1772/5798/5363 1750/5776/5342 1773/5799/5364</w:t>
        <w:br/>
        <w:t>f 1770/5796/5361 1774/5800/5365 1750/5776/5342</w:t>
        <w:br/>
        <w:t>f 1770/5796/5361 1775/5801/5366 1774/5800/5365</w:t>
        <w:br/>
        <w:t>f 1776/5802/5367 1775/5801/5366 1770/5796/5361</w:t>
        <w:br/>
        <w:t>f 1449/5475/5041 1450/5476/5042 1453/5479/5045</w:t>
        <w:br/>
        <w:t>f 1451/5477/5043 1439/5465/5031 1440/5466/5032</w:t>
        <w:br/>
        <w:t>f 1510/5535/5099 1451/5477/5043 1440/5466/5032</w:t>
        <w:br/>
        <w:t>f 1471/5497/5063 1513/5539/5103 1460/5486/5052</w:t>
        <w:br/>
        <w:t>f 1529/5556/5120 1778/5803/5368 1777/5804/5369</w:t>
        <w:br/>
        <w:t>f 1779/5805/5370 1778/5803/5368 1529/5556/5120</w:t>
        <w:br/>
        <w:t>f 1780/5806/5371 1779/5805/5370 1529/5556/5120</w:t>
        <w:br/>
        <w:t>f 1575/5601/5166 1780/5806/5371 1533/5559/5123</w:t>
        <w:br/>
        <w:t>f 1531/5558/5122 1527/5554/5118 1534/5560/5124</w:t>
        <w:br/>
        <w:t>f 1542/5568/5132 1531/5558/5122 1534/5560/5124</w:t>
        <w:br/>
        <w:t>f 1536/5563/5127 1781/5807/5372 1573/5599/5164</w:t>
        <w:br/>
        <w:t>f 1782/5808/5373 1574/5600/5165 1556/5580/5145</w:t>
        <w:br/>
        <w:t>f 1556/5580/5145 1564/5590/5155 1614/5641/5206</w:t>
        <w:br/>
        <w:t>f 1628/5654/5219 1598/5624/5189 1781/5807/5372</w:t>
        <w:br/>
        <w:t>f 1781/5807/5372 1543/5569/5133 1784/5809/5374</w:t>
        <w:br/>
        <w:t>f 1783/5810/5375 1781/5807/5372 1784/5809/5374</w:t>
        <w:br/>
        <w:t>f 1781/5807/5372 1536/5563/5127 1543/5569/5133</w:t>
        <w:br/>
        <w:t>f 1604/5629/5194 1785/5811/5376 1606/5632/5197</w:t>
        <w:br/>
        <w:t>f 1637/5662/5227 1619/5645/5210 1618/5642/5207</w:t>
        <w:br/>
        <w:t>f 1645/5671/5236 1624/5649/5214 1623/5650/5215</w:t>
        <w:br/>
        <w:t>f 1786/5812/5377 1645/5671/5236 1623/5650/5215</w:t>
        <w:br/>
        <w:t>f 1625/5652/5217 1787/5813/5378 1786/5812/5377</w:t>
        <w:br/>
        <w:t>f 1623/5650/5215 1625/5652/5217 1786/5812/5377</w:t>
        <w:br/>
        <w:t>f 1625/5652/5217 1627/5653/5218 1788/5814/5379</w:t>
        <w:br/>
        <w:t>f 1783/5810/5375 1789/5815/5380 1627/5653/5218</w:t>
        <w:br/>
        <w:t>f 1790/5816/5381 1789/5815/5380 1784/5809/5374</w:t>
        <w:br/>
        <w:t>f 1793/5817/5382 1792/5818/5383 1791/5819/5384</w:t>
        <w:br/>
        <w:t>f 1795/5820/5385 1794/5821/5386 1791/5819/5384</w:t>
        <w:br/>
        <w:t>f 1792/5818/5383 1795/5820/5385 1791/5819/5384</w:t>
        <w:br/>
        <w:t>f 1797/5822/5387 1796/5823/5388 1794/5821/5386</w:t>
        <w:br/>
        <w:t>f 1795/5820/5385 1797/5822/5387 1794/5821/5386</w:t>
        <w:br/>
        <w:t>f 1646/5673/5238 1647/5672/5237 1796/5823/5388</w:t>
        <w:br/>
        <w:t>f 1797/5822/5387 1646/5673/5238 1796/5823/5388</w:t>
        <w:br/>
        <w:t>f 1801/5824/5389 1800/5825/5390 1799/5826/5391</w:t>
        <w:br/>
        <w:t>f 1798/5827/5392 1801/5824/5389 1799/5826/5391</w:t>
        <w:br/>
        <w:t>f 1676/5702/5267 1802/5828/5393 1800/5825/5390</w:t>
        <w:br/>
        <w:t>f 1801/5824/5389 1676/5702/5267 1800/5825/5390</w:t>
        <w:br/>
        <w:t>f 1804/5829/5394 1801/5824/5389 1798/5827/5392</w:t>
        <w:br/>
        <w:t>f 1803/5830/5395 1804/5829/5394 1798/5827/5392</w:t>
        <w:br/>
        <w:t>f 1799/5826/5391 1805/5831/5396 1798/5827/5392</w:t>
        <w:br/>
        <w:t>f 1808/5832/5397 1805/5831/5396 1807/5833/5398</w:t>
        <w:br/>
        <w:t>f 1806/5834/5399 1808/5832/5397 1807/5833/5398</w:t>
        <w:br/>
        <w:t>f 1805/5831/5396 1808/5832/5397 1798/5827/5392</w:t>
        <w:br/>
        <w:t>f 1674/5700/5265 1676/5702/5267 1801/5824/5389</w:t>
        <w:br/>
        <w:t>f 1669/5695/5260 1810/5835/5400 1809/5836/5401</w:t>
        <w:br/>
        <w:t>f 1668/5694/5259 1669/5695/5260 1809/5836/5401</w:t>
        <w:br/>
        <w:t>f 1811/5837/5402 1809/5836/5401 1810/5835/5400</w:t>
        <w:br/>
        <w:t>f 1653/5681/5246 1802/5828/5393 1676/5702/5267</w:t>
        <w:br/>
        <w:t>f 1813/5838/5403 1812/5839/5404 1682/5709/5275</w:t>
        <w:br/>
        <w:t>f 1814/5840/5405 1706/5732/5298 1812/5839/5404</w:t>
        <w:br/>
        <w:t>f 1706/5732/5298 1814/5840/5405 1815/5841/5406</w:t>
        <w:br/>
        <w:t>f 1721/5748/5314 1706/5732/5298 1815/5841/5406</w:t>
        <w:br/>
        <w:t>f 1816/5842/5407 1671/5696/5261 1668/5694/5259</w:t>
        <w:br/>
        <w:t>f 1809/5836/5401 1816/5842/5407 1668/5694/5259</w:t>
        <w:br/>
        <w:t>f 1819/5843/5408 1818/5844/5409 1811/5837/5402</w:t>
        <w:br/>
        <w:t>f 1817/5845/5408 1819/5843/5408 1811/5837/5402</w:t>
        <w:br/>
        <w:t>f 1819/5843/5408 1817/5845/5408 1820/5846/5410</w:t>
        <w:br/>
        <w:t>f 1723/5749/5315 1806/5834/5399 1821/5847/5411</w:t>
        <w:br/>
        <w:t>f 1724/5750/5316 1723/5749/5315 1821/5847/5411</w:t>
        <w:br/>
        <w:t>f 1724/5750/5316 1821/5847/5411 1790/5816/5381</w:t>
        <w:br/>
        <w:t>f 1822/5848/5412 1724/5750/5316 1790/5816/5381</w:t>
        <w:br/>
        <w:t>f 1806/5834/5399 1807/5833/5398 1789/5815/5380</w:t>
        <w:br/>
        <w:t>f 1821/5847/5411 1806/5834/5399 1789/5815/5380</w:t>
        <w:br/>
        <w:t>f 1722/5747/5313 1823/5849/5413 1806/5834/5399</w:t>
        <w:br/>
        <w:t>f 1721/5748/5314 1815/5841/5406 1823/5849/5413</w:t>
        <w:br/>
        <w:t>f 1722/5747/5313 1721/5748/5314 1823/5849/5413</w:t>
        <w:br/>
        <w:t>f 1692/5715/5281 1689/5718/5284 1688/5714/5280</w:t>
        <w:br/>
        <w:t>f 1686/5712/5278 1692/5715/5281 1688/5714/5280</w:t>
        <w:br/>
        <w:t>f 1748/5775/5341 1697/5723/5289 1694/5722/5288</w:t>
        <w:br/>
        <w:t>f 1749/5774/5340 1748/5775/5341 1694/5722/5288</w:t>
        <w:br/>
        <w:t>f 1752/5779/5345 1737/5764/5330 1738/5763/5329</w:t>
        <w:br/>
        <w:t>f 1605/5631/5196 1785/5811/5376 1604/5629/5194</w:t>
        <w:br/>
        <w:t>f 1571/5598/5163 1572/5597/5162 1573/5599/5164</w:t>
        <w:br/>
        <w:t>f 1824/5850/5414 1571/5598/5163 1573/5599/5164</w:t>
        <w:br/>
        <w:t>f 1725/5751/5317 1724/5750/5316 1822/5848/5412</w:t>
        <w:br/>
        <w:t>f 1730/5754/5320 1725/5751/5317 1822/5848/5412</w:t>
        <w:br/>
        <w:t>f 1544/5570/5134 1497/5523/5089 1495/5521/5087</w:t>
        <w:br/>
        <w:t>f 1516/5540/5137 1495/5521/5087 1517/5544/5108</w:t>
        <w:br/>
        <w:t>f 1517/5544/5108 1825/5851/5415 1547/5573/5138</w:t>
        <w:br/>
        <w:t>f 1825/5851/5415 1517/5544/5108 1546/5572/5136</w:t>
        <w:br/>
        <w:t>f 1777/5804/5369 1826/5852/5416 1530/5555/5119</w:t>
        <w:br/>
        <w:t>f 1552/5579/5144 1827/5853/5417 1551/5577/5142</w:t>
        <w:br/>
        <w:t>f 1828/5854/5418 1637/5662/5227 1636/5663/5228</w:t>
        <w:br/>
        <w:t>f 1713/5740/5306 1716/5743/5309 1712/5741/5307</w:t>
        <w:br/>
        <w:t>f 1757/5783/5349 1741/5767/5333 1758/5784/5350</w:t>
        <w:br/>
        <w:t>f 1469/5495/5061 1453/5479/5045 1508/5534/5098</w:t>
        <w:br/>
        <w:t>f 1829/5855/5419 1506/5533/5097 1507/5532/5096</w:t>
        <w:br/>
        <w:t>f 1508/5534/5098 1451/5477/5043 1509/5536/5100</w:t>
        <w:br/>
        <w:t>f 1512/5537/5101 1508/5534/5098 1509/5536/5100</w:t>
        <w:br/>
        <w:t>f 1501/5527/5093 1830/5856/5420 1493/5519/5085</w:t>
        <w:br/>
        <w:t>f 1500/5528/5093 1501/5527/5093 1493/5519/5085</w:t>
        <w:br/>
        <w:t>f 1811/5837/5402 1818/5844/5409 1809/5836/5401</w:t>
        <w:br/>
        <w:t>f 1818/5844/5409 1816/5842/5407 1809/5836/5401</w:t>
        <w:br/>
        <w:t>f 1824/5850/5414 1573/5599/5164 1781/5807/5372</w:t>
        <w:br/>
        <w:t>f 1537/5562/5126 1536/5563/5127 1539/5566/5130</w:t>
        <w:br/>
        <w:t>f 1831/5857/5421 1538/5567/5131 1539/5566/5130</w:t>
        <w:br/>
        <w:t>f 1783/5810/5375 1628/5654/5219 1781/5807/5372</w:t>
        <w:br/>
        <w:t>f 1540/5565/5129 1832/5858/5422 1537/5562/5126</w:t>
        <w:br/>
        <w:t>f 1539/5566/5130 1540/5565/5129 1537/5562/5126</w:t>
        <w:br/>
        <w:t>f 1534/5560/5124 1523/5549/5113 1832/5858/5422</w:t>
        <w:br/>
        <w:t>f 1540/5565/5129 1534/5560/5124 1832/5858/5422</w:t>
        <w:br/>
        <w:t>f 1482/5506/5072 1833/5859/5423 1493/5519/5085</w:t>
        <w:br/>
        <w:t>f 1482/5506/5072 1480/5508/5074 1478/5502/5424</w:t>
        <w:br/>
        <w:t>f 1833/5859/5423 1482/5506/5072 1478/5502/5424</w:t>
        <w:br/>
        <w:t>f 1481/5507/5073 1493/5519/5085 1830/5856/5420</w:t>
        <w:br/>
        <w:t>f 1835/5860/5425 1834/5861/5426 1520/5546/5110</w:t>
        <w:br/>
        <w:t>f 1518/5543/5107 1835/5860/5425 1520/5546/5110</w:t>
        <w:br/>
        <w:t>f 1496/5520/5086 1835/5860/5425 1518/5543/5107</w:t>
        <w:br/>
        <w:t>f 1495/5521/5087 1496/5520/5086 1518/5543/5107</w:t>
        <w:br/>
        <w:t>f 1522/5548/5112 1520/5546/5110 1834/5861/5426</w:t>
        <w:br/>
        <w:t>f 1524/5551/5115 1522/5548/5112 1834/5861/5426</w:t>
        <w:br/>
        <w:t>f 1530/5555/5119 1517/5544/5108 1521/5545/5109</w:t>
        <w:br/>
        <w:t>f 1530/5555/5119 1521/5545/5109 1528/5553/5117</w:t>
        <w:br/>
        <w:t>f 1518/5543/5107 1521/5545/5109 1517/5544/5108</w:t>
        <w:br/>
        <w:t>f 1836/5862/5427 1496/5520/5086 1494/5522/5088</w:t>
        <w:br/>
        <w:t>f 1489/5516/5082 1836/5862/5427 1492/5518/5084</w:t>
        <w:br/>
        <w:t>f 1450/5476/5042 1449/5475/5041 1441/5467/5033</w:t>
        <w:br/>
        <w:t>f 282/4311/3958 1435/5460/5026 271/4297/3944</w:t>
        <w:br/>
        <w:t>f 1435/5460/5026 1429/5457/5023 271/4297/3944</w:t>
        <w:br/>
        <w:t>f 1428/5452/5018 1435/5460/5026 1446/5472/5038</w:t>
        <w:br/>
        <w:t>f 1446/5472/5038 1447/5474/5040 1428/5452/5018</w:t>
        <w:br/>
        <w:t>f 1448/5473/5039 1463/5487/5053 1447/5474/5040</w:t>
        <w:br/>
        <w:t>f 1448/5473/5039 1465/5491/5057 1457/5481/5047</w:t>
        <w:br/>
        <w:t>f 1465/5491/5057 1459/5484/5050 1457/5481/5047</w:t>
        <w:br/>
        <w:t>f 1471/5497/5063 1459/5484/5050 1465/5491/5057</w:t>
        <w:br/>
        <w:t>f 1457/5481/5047 1459/5484/5050 1456/5482/5048</w:t>
        <w:br/>
        <w:t>f 1457/5481/5047 1472/5498/5064 1463/5487/5053</w:t>
        <w:br/>
        <w:t>f 1471/5497/5063 1477/5503/5069 1488/5513/5079</w:t>
        <w:br/>
        <w:t>f 1459/5484/5050 1471/5497/5063 1460/5486/5052</w:t>
        <w:br/>
        <w:t>f 1530/5555/5119 1826/5852/5416 1545/5571/5135</w:t>
        <w:br/>
        <w:t>f 1591/5617/5182 1609/5635/5200 1588/5614/5179</w:t>
        <w:br/>
        <w:t>f 1590/5618/5183 1591/5617/5182 1588/5614/5179</w:t>
        <w:br/>
        <w:t>f 1529/5556/5120 1777/5804/5369 1530/5555/5119</w:t>
        <w:br/>
        <w:t>f 1533/5559/5123 1548/5576/5141 1549/5575/5140</w:t>
        <w:br/>
        <w:t>f 1780/5806/5371 1529/5556/5120 1533/5559/5123</w:t>
        <w:br/>
        <w:t>f 1528/5553/5117 1533/5559/5123 1529/5556/5120</w:t>
        <w:br/>
        <w:t>f 1532/5557/5121 1548/5576/5141 1533/5559/5123</w:t>
        <w:br/>
        <w:t>f 1551/5577/5142 1548/5576/5141 1532/5557/5121</w:t>
        <w:br/>
        <w:t>f 1555/5581/5146 1551/5577/5142 1532/5557/5121</w:t>
        <w:br/>
        <w:t>f 1551/5577/5142 1827/5853/5417 1550/5574/5139</w:t>
        <w:br/>
        <w:t>f 1612/5637/5202 1633/5659/5224 1611/5638/5203</w:t>
        <w:br/>
        <w:t>f 1608/5633/5198 1589/5615/5180 1588/5614/5179</w:t>
        <w:br/>
        <w:t>f 1633/5659/5224 1612/5637/5202 1630/5657/5222</w:t>
        <w:br/>
        <w:t>f 1553/5578/5143 1551/5577/5142 1574/5600/5165</w:t>
        <w:br/>
        <w:t>f 1782/5808/5373 1556/5580/5145 1614/5641/5206</w:t>
        <w:br/>
        <w:t>f 1578/5602/5167 1576/5604/5169 1586/5611/5176</w:t>
        <w:br/>
        <w:t>f 1570/5595/5160 1579/5606/5171 1578/5602/5167</w:t>
        <w:br/>
        <w:t>f 1580/5605/5170 1583/5607/5172 1579/5606/5171</w:t>
        <w:br/>
        <w:t>f 1636/5663/5228 1618/5642/5207 1629/5655/5220</w:t>
        <w:br/>
        <w:t>f 1837/5863/5428 1828/5854/5418 1636/5663/5228</w:t>
        <w:br/>
        <w:t>f 1616/5644/5209 1630/5657/5222 1618/5642/5207</w:t>
        <w:br/>
        <w:t>f 1635/5660/5225 1641/5666/5231 1634/5661/5226</w:t>
        <w:br/>
        <w:t>f 1636/5663/5228 1634/5661/5226 1837/5863/5428</w:t>
        <w:br/>
        <w:t>f 1634/5661/5226 1638/5665/5230 1837/5863/5428</w:t>
        <w:br/>
        <w:t>f 1691/5716/5282 1705/5731/5297 1701/5727/5293</w:t>
        <w:br/>
        <w:t>f 1691/5716/5282 1701/5727/5293 1698/5725/5291</w:t>
        <w:br/>
        <w:t>f 1701/5727/5293 1704/5728/5294 1694/5722/5288</w:t>
        <w:br/>
        <w:t>f 1704/5728/5294 1749/5774/5340 1694/5722/5288</w:t>
        <w:br/>
        <w:t>f 1705/5731/5297 1692/5715/5281 1686/5712/5278</w:t>
        <w:br/>
        <w:t>f 1813/5838/5403 1682/5709/5275 1683/5708/5274</w:t>
        <w:br/>
        <w:t>f 1580/5605/5170 1593/5620/5185 1590/5618/5183</w:t>
        <w:br/>
        <w:t>f 1590/5618/5183 1588/5614/5179 1583/5607/5172</w:t>
        <w:br/>
        <w:t>f 1580/5605/5170 1590/5618/5183 1583/5607/5172</w:t>
        <w:br/>
        <w:t>f 1593/5620/5185 1592/5616/5181 1590/5618/5183</w:t>
        <w:br/>
        <w:t>f 1611/5638/5203 1838/5864/5429 1609/5635/5200</w:t>
        <w:br/>
        <w:t>f 1838/5864/5429 1610/5636/5201 1609/5635/5200</w:t>
        <w:br/>
        <w:t>f 1629/5655/5220 1634/5661/5226 1636/5663/5228</w:t>
        <w:br/>
        <w:t>f 1635/5660/5225 1642/5670/5235 1641/5666/5231</w:t>
        <w:br/>
        <w:t>f 1643/5669/5234 1648/5676/5241 1642/5670/5235</w:t>
        <w:br/>
        <w:t>f 1653/5681/5246 1678/5705/5270 1802/5828/5393</w:t>
        <w:br/>
        <w:t>f 1653/5681/5246 1658/5683/5248 1656/5682/5247</w:t>
        <w:br/>
        <w:t>f 1653/5681/5246 1676/5702/5267 1658/5683/5248</w:t>
        <w:br/>
        <w:t>f 1654/5680/5245 1678/5705/5270 1653/5681/5246</w:t>
        <w:br/>
        <w:t>f 1660/5686/5251 1839/5865/5430 1659/5685/5250</w:t>
        <w:br/>
        <w:t>f 1661/5688/5253 1839/5865/5430 1660/5686/5251</w:t>
        <w:br/>
        <w:t>f 1674/5700/5265 1804/5829/5394 1675/5701/5266</w:t>
        <w:br/>
        <w:t>f 1674/5700/5265 1801/5824/5389 1804/5829/5394</w:t>
        <w:br/>
        <w:t>f 1812/5839/5404 1705/5731/5297 1686/5712/5278</w:t>
        <w:br/>
        <w:t>f 1706/5732/5298 1705/5731/5297 1812/5839/5404</w:t>
        <w:br/>
        <w:t>f 1812/5839/5404 1686/5712/5278 1682/5709/5275</w:t>
        <w:br/>
        <w:t>f 1814/5840/5405 1812/5839/5404 1813/5838/5403</w:t>
        <w:br/>
        <w:t>f 1704/5728/5294 1707/5734/5300 1749/5774/5340</w:t>
        <w:br/>
        <w:t>f 1708/5733/5299 1743/5768/5334 1707/5734/5300</w:t>
        <w:br/>
        <w:t>f 1651/5677/5242 1652/5678/5243 1642/5670/5235</w:t>
        <w:br/>
        <w:t>f 1652/5678/5243 1641/5666/5231 1642/5670/5235</w:t>
        <w:br/>
        <w:t>f 1731/5758/5324 1840/5866/5431 1714/5739/5305</w:t>
        <w:br/>
        <w:t>f 1840/5866/5431 1731/5758/5324 1739/5766/5332</w:t>
        <w:br/>
        <w:t>f 1743/5768/5334 1840/5866/5431 1739/5766/5332</w:t>
        <w:br/>
        <w:t>f 1731/5758/5324 1714/5739/5305 1715/5738/5304</w:t>
        <w:br/>
        <w:t>f 1774/5800/5365 1773/5799/5364 1750/5776/5342</w:t>
        <w:br/>
        <w:t>f 1771/5797/5362 1753/5778/5344 1738/5763/5329</w:t>
        <w:br/>
        <w:t>f 1752/5779/5345 1841/5867/5432 1737/5764/5330</w:t>
        <w:br/>
        <w:t>f 1725/5751/5317 1728/5756/5322 1726/5753/5319</w:t>
        <w:br/>
        <w:t>f 1728/5756/5322 1759/5785/5351 1726/5753/5319</w:t>
        <w:br/>
        <w:t>f 1722/5747/5313 1806/5834/5399 1723/5749/5315</w:t>
        <w:br/>
        <w:t>f 1626/5651/5216 1596/5622/5187 1628/5654/5219</w:t>
        <w:br/>
        <w:t>f 1787/5813/5378 1625/5652/5217 1788/5814/5379</w:t>
        <w:br/>
        <w:t>f 1591/5617/5182 1612/5637/5202 1609/5635/5200</w:t>
        <w:br/>
        <w:t>f 1629/5655/5220 1618/5642/5207 1620/5646/5211</w:t>
        <w:br/>
        <w:t>f 1525/5550/5114 1832/5858/5422 1523/5549/5113</w:t>
        <w:br/>
        <w:t>f 1522/5548/5112 1525/5550/5114 1523/5549/5113</w:t>
        <w:br/>
        <w:t>f 1832/5858/5422 1525/5550/5114 1537/5562/5126</w:t>
        <w:br/>
        <w:t>f 1537/5562/5126 1535/5561/5125 1509/5536/5100</w:t>
        <w:br/>
        <w:t>f 1596/5622/5187 1598/5624/5189 1628/5654/5219</w:t>
        <w:br/>
        <w:t>f 1783/5810/5375 1627/5653/5218 1628/5654/5219</w:t>
        <w:br/>
        <w:t>f 1723/5749/5315 1718/5744/5310 1717/5742/5308</w:t>
        <w:br/>
        <w:t>f 1525/5550/5114 1535/5561/5125 1537/5562/5126</w:t>
        <w:br/>
        <w:t>f 1558/5584/5149 1541/5564/5128 1572/5597/5162</w:t>
        <w:br/>
        <w:t>f 1571/5598/5163 1561/5588/5153 1559/5586/5151</w:t>
        <w:br/>
        <w:t>f 1789/5815/5380 1788/5814/5379 1627/5653/5218</w:t>
        <w:br/>
        <w:t>f 1789/5815/5380 1783/5810/5375 1784/5809/5374</w:t>
        <w:br/>
        <w:t>f 1790/5816/5381 1821/5847/5411 1789/5815/5380</w:t>
        <w:br/>
        <w:t>f 1808/5832/5397 1803/5830/5395 1798/5827/5392</w:t>
        <w:br/>
        <w:t>f 1536/5563/5127 1573/5599/5164 1538/5567/5131</w:t>
        <w:br/>
        <w:t>f 1843/5868/5433 1842/5869/5434 1425/5450/5016</w:t>
        <w:br/>
        <w:t>f 1429/5457/5023 1843/5868/5433 1425/5450/5016</w:t>
        <w:br/>
        <w:t>f 1429/5457/5023 1433/5459/5025 1843/5868/5433</w:t>
        <w:br/>
        <w:t>f 1429/5457/5023 1428/5452/5018 1426/5454/5020</w:t>
        <w:br/>
        <w:t>f 1844/5870/5435 1431/5455/5021 1429/5457/5023</w:t>
        <w:br/>
        <w:t>f 1844/5870/5435 1429/5457/5023 1426/5454/5020</w:t>
        <w:br/>
        <w:t>f 1845/5871/5436 1475/5501/5067 1428/5452/5018</w:t>
        <w:br/>
        <w:t>f 1845/5871/5436 1428/5452/5018 1474/5500/5066</w:t>
        <w:br/>
        <w:t>f 1592/5616/5181 1621/5647/5212 1620/5646/5211</w:t>
        <w:br/>
        <w:t>f 1591/5617/5182 1592/5616/5181 1620/5646/5211</w:t>
        <w:br/>
        <w:t>f 1620/5646/5211 1630/5657/5222 1612/5637/5202</w:t>
        <w:br/>
        <w:t>f 1618/5642/5207 1630/5657/5222 1620/5646/5211</w:t>
        <w:br/>
        <w:t>f 1848/5872/5437 1847/5873/4373 1846/5874/5438</w:t>
        <w:br/>
        <w:t>f 1851/5875/5439 1850/5876/5440 1849/5877/5441</w:t>
        <w:br/>
        <w:t>f 1854/5878/5442 1853/5879/5443 1852/5880/5444</w:t>
        <w:br/>
        <w:t>f 1855/5881/5445 1852/5880/5444 1853/5879/5443</w:t>
        <w:br/>
        <w:t>f 1847/5873/4373 1856/5882/4381 1846/5874/5438</w:t>
        <w:br/>
        <w:t>f 1848/5872/5437 1853/5879/5443 1847/5873/4373</w:t>
        <w:br/>
        <w:t>f 1853/5879/5443 1857/5883/5446 1855/5881/5445</w:t>
        <w:br/>
        <w:t>f 1861/5884/5447 1860/5885/5448 1859/5886/4385</w:t>
        <w:br/>
        <w:t>f 1858/5887/4384 1861/5884/5447 1859/5886/4385</w:t>
        <w:br/>
        <w:t>f 1860/5885/5448 1863/5888/5449 1862/5889/4387</w:t>
        <w:br/>
        <w:t>f 1859/5886/4385 1860/5885/5448 1862/5889/4387</w:t>
        <w:br/>
        <w:t>f 1863/5888/5449 1865/5890/5450 1864/5891/4389</w:t>
        <w:br/>
        <w:t>f 1862/5889/4387 1863/5888/5449 1864/5891/4389</w:t>
        <w:br/>
        <w:t>f 1865/5890/5450 1867/5892/5451 1866/5893/4391</w:t>
        <w:br/>
        <w:t>f 1864/5891/4389 1865/5890/5450 1866/5893/4391</w:t>
        <w:br/>
        <w:t>f 1867/5892/5451 1869/5894/5452 1868/5895/4393</w:t>
        <w:br/>
        <w:t>f 1866/5893/4391 1867/5892/5451 1868/5895/4393</w:t>
        <w:br/>
        <w:t>f 1868/5895/4393 1869/5894/5452 1871/5896/5453</w:t>
        <w:br/>
        <w:t>f 1870/5897/4395 1868/5895/4393 1871/5896/5453</w:t>
        <w:br/>
        <w:t>f 1867/5892/5451 1865/5890/5450 1872/5898/5454</w:t>
        <w:br/>
        <w:t>f 1873/5899/5455 1872/5898/5454 1865/5890/5450</w:t>
        <w:br/>
        <w:t>f 1863/5888/5449 1873/5899/5455 1865/5890/5450</w:t>
        <w:br/>
        <w:t>f 1876/5900/5456 1875/5901/5457 1873/5899/5455</w:t>
        <w:br/>
        <w:t>f 1874/5902/5458 1876/5900/5456 1873/5899/5455</w:t>
        <w:br/>
        <w:t>f 1863/5888/5449 1860/5885/5448 1874/5902/5458</w:t>
        <w:br/>
        <w:t>f 1873/5899/5455 1863/5888/5449 1874/5902/5458</w:t>
        <w:br/>
        <w:t>f 1877/5903/5459 1874/5902/5458 1860/5885/5448</w:t>
        <w:br/>
        <w:t>f 1861/5884/5447 1877/5903/5459 1860/5885/5448</w:t>
        <w:br/>
        <w:t>f 1877/5903/5459 1879/5904/5460 1878/5905/5461</w:t>
        <w:br/>
        <w:t>f 1851/5875/5439 1861/5884/5447 1853/5879/5443</w:t>
        <w:br/>
        <w:t>f 1878/5905/5461 1876/5900/5456 1874/5902/5458</w:t>
        <w:br/>
        <w:t>f 1877/5903/5459 1878/5905/5461 1874/5902/5458</w:t>
        <w:br/>
        <w:t>f 1875/5901/5457 1880/5906/5462 1872/5898/5454</w:t>
        <w:br/>
        <w:t>f 1873/5899/5455 1875/5901/5457 1872/5898/5454</w:t>
        <w:br/>
        <w:t>f 1867/5892/5451 1872/5898/5454 1881/5907/5463</w:t>
        <w:br/>
        <w:t>f 1881/5907/5463 1882/5908/5464 1869/5894/5452</w:t>
        <w:br/>
        <w:t>f 1867/5892/5451 1881/5907/5463 1869/5894/5452</w:t>
        <w:br/>
        <w:t>f 1885/5909/5465 1884/5910/5466 1883/5911/5467</w:t>
        <w:br/>
        <w:t>f 1875/5901/5457 1885/5909/5465 1883/5911/5467</w:t>
        <w:br/>
        <w:t>f 1888/5912/5468 1887/5913/5469 1886/5914/5470</w:t>
        <w:br/>
        <w:t>f 1890/5915/5471 1886/5914/5470 1889/5916/5472</w:t>
        <w:br/>
        <w:t>f 1893/5917/5473 1892/5918/5473 1891/5919/5474</w:t>
        <w:br/>
        <w:t>f 1879/5904/5460 1896/5920/5475 1895/5921/5476</w:t>
        <w:br/>
        <w:t>f 1894/5922/5477 1879/5904/5460 1895/5921/5476</w:t>
        <w:br/>
        <w:t>f 1897/5923/5478 1894/5922/5477 1895/5921/5476</w:t>
        <w:br/>
        <w:t>f 1878/5905/5461 1894/5922/5477 1888/5912/5468</w:t>
        <w:br/>
        <w:t>f 1876/5900/5456 1878/5905/5461 1898/5924/5479</w:t>
        <w:br/>
        <w:t>f 1899/5925/5480 1876/5900/5456 1898/5924/5479</w:t>
        <w:br/>
        <w:t>f 1901/5926/5481 1900/5927/5482 1885/5909/5465</w:t>
        <w:br/>
        <w:t>f 1899/5925/5480 1901/5926/5481 1885/5909/5465</w:t>
        <w:br/>
        <w:t>f 1900/5927/5482 1902/5928/5483 1884/5910/5466</w:t>
        <w:br/>
        <w:t>f 1885/5909/5465 1900/5927/5482 1884/5910/5466</w:t>
        <w:br/>
        <w:t>f 1903/5929/5484 1901/5926/5481 1899/5925/5480</w:t>
        <w:br/>
        <w:t>f 1898/5924/5479 1903/5929/5484 1899/5925/5480</w:t>
        <w:br/>
        <w:t>f 1904/5930/5485 1903/5929/5484 1898/5924/5479</w:t>
        <w:br/>
        <w:t>f 1875/5901/5457 1876/5900/5456 1899/5925/5480</w:t>
        <w:br/>
        <w:t>f 1885/5909/5465 1875/5901/5457 1899/5925/5480</w:t>
        <w:br/>
        <w:t>f 1888/5912/5468 1905/5931/5486 1887/5913/5469</w:t>
        <w:br/>
        <w:t>f 1894/5922/5477 1906/5932/5487 1905/5931/5486</w:t>
        <w:br/>
        <w:t>f 1906/5932/5487 1894/5922/5477 1897/5923/5478</w:t>
        <w:br/>
        <w:t>f 1879/5904/5460 1907/5933/5488 1896/5920/5475</w:t>
        <w:br/>
        <w:t>f 1851/5875/5439 1907/5933/5488 1879/5904/5460</w:t>
        <w:br/>
        <w:t>f 1908/5934/5489 1851/5875/5439 1849/5877/5441</w:t>
        <w:br/>
        <w:t>f 1911/5935/5490 1910/5936/5491 1909/5937/5492</w:t>
        <w:br/>
        <w:t>f 1912/5938/5490 1911/5935/5490 1909/5937/5492</w:t>
        <w:br/>
        <w:t>f 1915/5939/5493 1914/5940/5494 1913/5941/5495</w:t>
        <w:br/>
        <w:t>f 1918/5942/5496 1914/5940/5494 1917/5943/5497</w:t>
        <w:br/>
        <w:t>f 1916/5944/5498 1918/5942/5496 1917/5943/5497</w:t>
        <w:br/>
        <w:t>f 1919/5945/5499 1916/5944/5498 1909/5937/5492</w:t>
        <w:br/>
        <w:t>f 1910/5936/5491 1919/5945/5499 1909/5937/5492</w:t>
        <w:br/>
        <w:t>f 1921/5946/5500 1920/5947/5501 1910/5936/5491</w:t>
        <w:br/>
        <w:t>f 1919/5945/5499 1910/5936/5491 1920/5947/5501</w:t>
        <w:br/>
        <w:t>f 1923/5948/5502 1914/5940/5494 1922/5949/5503</w:t>
        <w:br/>
        <w:t>f 1924/5950/5504 1923/5948/5502 1922/5949/5503</w:t>
        <w:br/>
        <w:t>f 1924/5950/5504 1925/5951/5505 1923/5948/5502</w:t>
        <w:br/>
        <w:t>f 1923/5948/5502 1913/5941/5495 1914/5940/5494</w:t>
        <w:br/>
        <w:t>f 1913/5941/5495 1926/5952/5506 1915/5939/5493</w:t>
        <w:br/>
        <w:t>f 1929/5953/5507 1928/5954/5508 1927/5955/5509</w:t>
        <w:br/>
        <w:t>f 1928/5954/5508 1930/5956/5510 1927/5955/5509</w:t>
        <w:br/>
        <w:t>f 1914/5940/5494 1918/5942/5496 1922/5949/5503</w:t>
        <w:br/>
        <w:t>f 1931/5957/5511 1911/5935/5490 1912/5938/5490</w:t>
        <w:br/>
        <w:t>f 1932/5958/5512 1931/5957/5511 1912/5938/5490</w:t>
        <w:br/>
        <w:t>f 1904/5930/5485 1910/5936/5491 1903/5929/5484</w:t>
        <w:br/>
        <w:t>f 1935/5959/5513 1934/5960/5514 1933/5961/5515</w:t>
        <w:br/>
        <w:t>f 1936/5962/5515 1935/5959/5513 1933/5961/5515</w:t>
        <w:br/>
        <w:t>f 1901/5926/5481 1932/5958/5512 1937/5963/5516</w:t>
        <w:br/>
        <w:t>f 1900/5927/5482 1901/5926/5481 1937/5963/5516</w:t>
        <w:br/>
        <w:t>f 1938/5964/5517 1902/5928/5483 1900/5927/5482</w:t>
        <w:br/>
        <w:t>f 1937/5963/5516 1938/5964/5517 1900/5927/5482</w:t>
        <w:br/>
        <w:t>f 1940/5965/5518 1939/5966/5518 1936/5962/5515</w:t>
        <w:br/>
        <w:t>f 1933/5961/5515 1940/5965/5518 1936/5962/5515</w:t>
        <w:br/>
        <w:t>f 1941/5967/5519 1882/5908/5464 1881/5907/5463</w:t>
        <w:br/>
        <w:t>f 1943/5968/5520 1882/5908/5464 1942/5969/5521</w:t>
        <w:br/>
        <w:t>f 1884/5910/5466 1941/5967/5519 1881/5907/5463</w:t>
        <w:br/>
        <w:t>f 1945/5970/5522 1944/5971/5523 1902/5928/5483</w:t>
        <w:br/>
        <w:t>f 1938/5964/5517 1945/5970/5522 1902/5928/5483</w:t>
        <w:br/>
        <w:t>f 1946/5972/5524 1921/5946/5500 1904/5930/5485</w:t>
        <w:br/>
        <w:t>f 1949/5973/5525 1948/5974/5526 1947/5975/5527</w:t>
        <w:br/>
        <w:t>f 1951/5976/5528 1927/5955/5509 1950/5977/5529</w:t>
        <w:br/>
        <w:t>f 1954/5978/5530 1953/5979/5531 1952/5980/5532</w:t>
        <w:br/>
        <w:t>f 1951/5976/5528 1954/5978/5530 1952/5980/5532</w:t>
        <w:br/>
        <w:t>f 1955/5981/5533 1952/5980/5532 1953/5979/5531</w:t>
        <w:br/>
        <w:t>f 1956/5982/5534 1955/5981/5533 1953/5979/5531</w:t>
        <w:br/>
        <w:t>f 1958/5983/5535 1955/5981/5533 1957/5984/5536</w:t>
        <w:br/>
        <w:t>f 1959/5985/5537 1958/5983/5535 1957/5984/5536</w:t>
        <w:br/>
        <w:t>f 1961/5986/5538 1960/5987/5539 1953/5979/5531</w:t>
        <w:br/>
        <w:t>f 1954/5978/5530 1961/5986/5538 1953/5979/5531</w:t>
        <w:br/>
        <w:t>f 1963/5988/5540 1962/5989/5541 1961/5986/5538</w:t>
        <w:br/>
        <w:t>f 1965/5990/5542 1964/5991/5543 1960/5987/5539</w:t>
        <w:br/>
        <w:t>f 1961/5986/5538 1965/5990/5542 1960/5987/5539</w:t>
        <w:br/>
        <w:t>f 1961/5986/5538 1966/5992/5544 1965/5990/5542</w:t>
        <w:br/>
        <w:t>f 1960/5987/5539 1967/5993/5545 1956/5982/5534</w:t>
        <w:br/>
        <w:t>f 1953/5979/5531 1960/5987/5539 1956/5982/5534</w:t>
        <w:br/>
        <w:t>f 1957/5984/5536 1968/5994/5546 1959/5985/5537</w:t>
        <w:br/>
        <w:t>f 1970/5995/5547 1969/5996/5548 1942/5969/5521</w:t>
        <w:br/>
        <w:t>f 1974/5997/5549 1973/5998/5550 1972/5999/5551</w:t>
        <w:br/>
        <w:t>f 1971/6000/5552 1974/5997/5549 1972/5999/5551</w:t>
        <w:br/>
        <w:t>f 1975/6001/5553 1974/5997/5549 1971/6000/5552</w:t>
        <w:br/>
        <w:t>f 1967/5993/5545 1975/6001/5553 1971/6000/5552</w:t>
        <w:br/>
        <w:t>f 1942/5969/5521 1969/5996/5548 1976/6002/5554</w:t>
        <w:br/>
        <w:t>f 1943/5968/5520 1942/5969/5521 1976/6002/5554</w:t>
        <w:br/>
        <w:t>f 1947/5975/5527 1927/5955/5509 1977/6003/5555</w:t>
        <w:br/>
        <w:t>f 1963/5988/5540 1950/5977/5529 1978/6004/5556</w:t>
        <w:br/>
        <w:t>f 1950/5977/5529 1979/6005/5557 1978/6004/5556</w:t>
        <w:br/>
        <w:t>f 1949/5973/5525 1980/6006/5558 1950/5977/5529</w:t>
        <w:br/>
        <w:t>f 1983/6007/5559 1982/6008/5560 1981/6009/5561</w:t>
        <w:br/>
        <w:t>f 1982/6008/5560 1983/6007/5559 1984/6010/5562</w:t>
        <w:br/>
        <w:t>f 1984/6010/5562 1986/6011/5563 1985/6012/5564</w:t>
        <w:br/>
        <w:t>f 1989/6013/5565 1988/6014/5566 1987/6015/5567</w:t>
        <w:br/>
        <w:t>f 1984/6010/5562 1989/6013/5565 1987/6015/5567</w:t>
        <w:br/>
        <w:t>f 1964/5991/5543 1965/5990/5542 1987/6015/5567</w:t>
        <w:br/>
        <w:t>f 1990/6016/5568 1964/5991/5543 1987/6015/5567</w:t>
        <w:br/>
        <w:t>f 1975/6001/5553 1964/5991/5543 1990/6016/5568</w:t>
        <w:br/>
        <w:t>f 1991/6017/5569 1975/6001/5553 1990/6016/5568</w:t>
        <w:br/>
        <w:t>f 1993/6018/5570 1992/6019/5571 1991/6017/5569</w:t>
        <w:br/>
        <w:t>f 1990/6016/5568 1993/6018/5570 1991/6017/5569</w:t>
        <w:br/>
        <w:t>f 1995/6020/5572 1994/6021/5573 1992/6019/5571</w:t>
        <w:br/>
        <w:t>f 1993/6018/5570 1995/6020/5572 1992/6019/5571</w:t>
        <w:br/>
        <w:t>f 1996/6022/5574 1995/6020/5572 1993/6018/5570</w:t>
        <w:br/>
        <w:t>f 1988/6014/5566 1996/6022/5574 1993/6018/5570</w:t>
        <w:br/>
        <w:t>f 1990/6016/5568 1987/6015/5567 1988/6014/5566</w:t>
        <w:br/>
        <w:t>f 1993/6018/5570 1990/6016/5568 1988/6014/5566</w:t>
        <w:br/>
        <w:t>f 1997/6023/5575 1996/6022/5574 1988/6014/5566</w:t>
        <w:br/>
        <w:t>f 1989/6013/5565 1997/6023/5575 1988/6014/5566</w:t>
        <w:br/>
        <w:t>f 2001/6024/5576 2000/6025/5577 1999/6026/5578</w:t>
        <w:br/>
        <w:t>f 1998/6027/5579 2001/6024/5576 1999/6026/5578</w:t>
        <w:br/>
        <w:t>f 2003/6028/5580 2001/6024/5576 1998/6027/5579</w:t>
        <w:br/>
        <w:t>f 2002/6029/5581 2003/6028/5580 1998/6027/5579</w:t>
        <w:br/>
        <w:t>f 2005/6030/5582 1992/6019/5571 2004/6031/5583</w:t>
        <w:br/>
        <w:t>f 2005/6030/5582 1991/6017/5569 1992/6019/5571</w:t>
        <w:br/>
        <w:t>f 1991/6017/5569 1974/5997/5549 1975/6001/5553</w:t>
        <w:br/>
        <w:t>f 1973/5998/5550 1974/5997/5549 2005/6030/5582</w:t>
        <w:br/>
        <w:t>f 2006/6032/5584 1973/5998/5550 2005/6030/5582</w:t>
        <w:br/>
        <w:t>f 1984/6010/5562 2007/6033/5585 1989/6013/5565</w:t>
        <w:br/>
        <w:t>f 1966/5992/5544 2008/6034/5586 1981/6009/5561</w:t>
        <w:br/>
        <w:t>f 2011/6035/5587 2010/6036/5588 2009/6037/5589</w:t>
        <w:br/>
        <w:t>f 2003/6028/5580 2013/6038/5590 2012/6039/5591</w:t>
        <w:br/>
        <w:t>f 2016/6040/5592 2015/6041/5593 2014/6042/5594</w:t>
        <w:br/>
        <w:t>f 2013/6038/5590 2016/6040/5592 2014/6042/5594</w:t>
        <w:br/>
        <w:t>f 2017/6043/5595 2013/6038/5590 2011/6035/5587</w:t>
        <w:br/>
        <w:t>f 2009/6037/5589 2017/6043/5595 2011/6035/5587</w:t>
        <w:br/>
        <w:t>f 2019/6044/5596 2018/6045/5597 2010/6036/5588</w:t>
        <w:br/>
        <w:t>f 2013/6038/5590 2017/6043/5595 2016/6040/5592</w:t>
        <w:br/>
        <w:t>f 2014/6042/5594 2015/6041/5593 2020/6046/5598</w:t>
        <w:br/>
        <w:t>f 2021/6047/5599 2014/6042/5594 2020/6046/5598</w:t>
        <w:br/>
        <w:t>f 2022/6048/5600 2021/6047/5599 2020/6046/5598</w:t>
        <w:br/>
        <w:t>f 2025/6049/5601 2024/6050/5602 2023/6051/5603</w:t>
        <w:br/>
        <w:t>f 2027/6052/5604 2025/6049/5601 2026/6053/5605</w:t>
        <w:br/>
        <w:t>f 2028/6054/5606 2027/6052/5604 2026/6053/5605</w:t>
        <w:br/>
        <w:t>f 2028/6054/5606 2026/6053/5605 2029/6055/5607</w:t>
        <w:br/>
        <w:t>f 2030/6056/5608 2028/6054/5606 2029/6055/5607</w:t>
        <w:br/>
        <w:t>f 2029/6055/5607 2031/6057/5609 2030/6056/5608</w:t>
        <w:br/>
        <w:t>f 2001/6024/5576 2033/6058/5610 2032/6059/5611</w:t>
        <w:br/>
        <w:t>f 2000/6025/5577 2001/6024/5576 2032/6059/5611</w:t>
        <w:br/>
        <w:t>f 2035/6060/5612 2034/6061/5613 2000/6025/5577</w:t>
        <w:br/>
        <w:t>f 2032/6059/5611 2035/6060/5612 2000/6025/5577</w:t>
        <w:br/>
        <w:t>f 2037/6062/5614 2034/6061/5613 2036/6063/5615</w:t>
        <w:br/>
        <w:t>f 2038/6064/5616 2037/6062/5614 2036/6063/5615</w:t>
        <w:br/>
        <w:t>f 2039/6065/5617 2036/6063/5615 2034/6061/5613</w:t>
        <w:br/>
        <w:t>f 2035/6060/5612 2039/6065/5617 2034/6061/5613</w:t>
        <w:br/>
        <w:t>f 2037/6062/5614 1999/6026/5578 2000/6025/5577</w:t>
        <w:br/>
        <w:t>f 2034/6061/5613 2037/6062/5614 2000/6025/5577</w:t>
        <w:br/>
        <w:t>f 2003/6028/5580 2012/6039/5591 2033/6058/5610</w:t>
        <w:br/>
        <w:t>f 2001/6024/5576 2003/6028/5580 2033/6058/5610</w:t>
        <w:br/>
        <w:t>f 2041/6066/5618 2040/6067/5619 2021/6047/5599</w:t>
        <w:br/>
        <w:t>f 2042/6068/5620 2021/6047/5599 2040/6067/5619</w:t>
        <w:br/>
        <w:t>f 2043/6069/5621 2042/6068/5620 2040/6067/5619</w:t>
        <w:br/>
        <w:t>f 2045/6070/5622 2042/6068/5620 2044/6071/5623</w:t>
        <w:br/>
        <w:t>f 2002/6029/5581 2019/6044/5596 2011/6035/5587</w:t>
        <w:br/>
        <w:t>f 2003/6028/5580 2002/6029/5581 2011/6035/5587</w:t>
        <w:br/>
        <w:t>f 2019/6044/5624 2047/6072/5625 2046/6073/5626</w:t>
        <w:br/>
        <w:t>f 2047/6072/5627 1997/6023/5575 2048/6074/5628</w:t>
        <w:br/>
        <w:t>f 2051/6075/5629 2050/6076/5630 2049/6077/5631</w:t>
        <w:br/>
        <w:t>f 2052/6078/5632 2051/6075/5629 2049/6077/5631</w:t>
        <w:br/>
        <w:t>f 2053/6079/5633 2023/6051/5603 2045/6070/5622</w:t>
        <w:br/>
        <w:t>f 2026/6053/5605 2025/6049/5601 2054/6080/5634</w:t>
        <w:br/>
        <w:t>f 2055/6081/5635 2026/6053/5605 2054/6080/5634</w:t>
        <w:br/>
        <w:t>f 2057/6082/5636 2056/6083/5637 2055/6081/5635</w:t>
        <w:br/>
        <w:t>f 2054/6080/5634 2057/6082/5636 2055/6081/5635</w:t>
        <w:br/>
        <w:t>f 2056/6083/5637 2059/6084/5638 2058/6085/5639</w:t>
        <w:br/>
        <w:t>f 2055/6081/5635 2056/6083/5637 2058/6085/5639</w:t>
        <w:br/>
        <w:t>f 2060/6086/5640 2058/6085/5639 2059/6084/5638</w:t>
        <w:br/>
        <w:t>f 2058/6085/5639 2060/6086/5640 2061/6087/5641</w:t>
        <w:br/>
        <w:t>f 2029/6055/5607 2026/6053/5605 2055/6081/5635</w:t>
        <w:br/>
        <w:t>f 2058/6085/5639 2029/6055/5607 2055/6081/5635</w:t>
        <w:br/>
        <w:t>f 2054/6080/5634 2053/6079/5633 2062/6088/5642</w:t>
        <w:br/>
        <w:t>f 2057/6082/5636 2054/6080/5634 2062/6088/5642</w:t>
        <w:br/>
        <w:t>f 2050/6076/5630 2064/6089/5643 2063/6090/5644</w:t>
        <w:br/>
        <w:t>f 2064/6089/5643 2065/6091/5645 2063/6090/5644</w:t>
        <w:br/>
        <w:t>f 2065/6091/5645 2064/6089/5643 2066/6092/5646</w:t>
        <w:br/>
        <w:t>f 2062/6088/5642 2068/6093/5647 2067/6094/5648</w:t>
        <w:br/>
        <w:t>f 2070/6095/5649 2069/6096/5650 2051/6075/5629</w:t>
        <w:br/>
        <w:t>f 2068/6093/5647 2072/6097/5651 2071/6098/5652</w:t>
        <w:br/>
        <w:t>f 2074/6099/5653 2073/6100/5654 2068/6093/5647</w:t>
        <w:br/>
        <w:t>f 2071/6098/5652 2074/6099/5653 2068/6093/5647</w:t>
        <w:br/>
        <w:t>f 2077/6101/5655 2076/6102/5656 2075/6103/5657</w:t>
        <w:br/>
        <w:t>f 2057/6082/5636 2062/6088/5642 2067/6094/5648</w:t>
        <w:br/>
        <w:t>f 2078/6104/5658 2057/6082/5636 2067/6094/5648</w:t>
        <w:br/>
        <w:t>f 2075/6103/5657 2080/6105/5659 2079/6106/5659</w:t>
        <w:br/>
        <w:t>f 2077/6101/5655 2075/6103/5657 2079/6106/5659</w:t>
        <w:br/>
        <w:t>f 2083/6107/5660 2082/6108/5661 2076/6102/5656</w:t>
        <w:br/>
        <w:t>f 2081/6109/5662 2083/6107/5660 2076/6102/5656</w:t>
        <w:br/>
        <w:t>f 2084/6110/5663 2081/6109/5662 2076/6102/5656</w:t>
        <w:br/>
        <w:t>f 2073/6100/5654 2074/6099/5653 2085/6111/5664</w:t>
        <w:br/>
        <w:t>f 2088/6112/5665 2087/6113/5666 2086/6114/5667</w:t>
        <w:br/>
        <w:t>f 2088/6112/5665 2089/6115/5668 2087/6113/5666</w:t>
        <w:br/>
        <w:t>f 2091/6116/5669 2089/6115/5668 2090/6117/5670</w:t>
        <w:br/>
        <w:t>f 2091/6116/5669 2090/6117/5670 2092/6118/5671</w:t>
        <w:br/>
        <w:t>f 2091/6116/5669 2092/6118/5671 2093/6119/5672</w:t>
        <w:br/>
        <w:t>f 2095/6120/5673 2093/6119/5672 2094/6121/5674</w:t>
        <w:br/>
        <w:t>f 2099/6122/5675 2098/6123/5676 2097/6124/5677</w:t>
        <w:br/>
        <w:t>f 2096/6125/5678 2099/6122/5675 2097/6124/5677</w:t>
        <w:br/>
        <w:t>f 2097/6124/5677 2098/6123/5676 2100/6126/5679</w:t>
        <w:br/>
        <w:t>f 2098/6123/5676 2099/6122/5675 2101/6127/5680</w:t>
        <w:br/>
        <w:t>f 2102/6128/5681 2098/6123/5676 2101/6127/5680</w:t>
        <w:br/>
        <w:t>f 2104/6129/5682 2101/6127/5680 2099/6122/5675</w:t>
        <w:br/>
        <w:t>f 2103/6130/5683 2104/6129/5682 2099/6122/5675</w:t>
        <w:br/>
        <w:t>f 2099/6122/5675 2096/6125/5678 2105/6131/5684</w:t>
        <w:br/>
        <w:t>f 2103/6130/5683 2099/6122/5675 2105/6131/5684</w:t>
        <w:br/>
        <w:t>f 2106/6132/5685 2095/6120/5673 2094/6121/5674</w:t>
        <w:br/>
        <w:t>f 2107/6133/5686 2093/6119/5672 2095/6120/5673</w:t>
        <w:br/>
        <w:t>f 2108/6134/5687 2107/6133/5686 2095/6120/5673</w:t>
        <w:br/>
        <w:t>f 2093/6119/5672 2107/6133/5686 2109/6135/5688</w:t>
        <w:br/>
        <w:t>f 2091/6116/5669 2093/6119/5672 2109/6135/5688</w:t>
        <w:br/>
        <w:t>f 2110/6136/5689 2082/6108/5661 2083/6107/5660</w:t>
        <w:br/>
        <w:t>f 2086/6114/5667 2112/6137/5690 2111/6138/5691</w:t>
        <w:br/>
        <w:t>f 2103/6130/5683 2105/6131/5684 2113/6139/5692</w:t>
        <w:br/>
        <w:t>f 2116/6140/5693 2115/6141/5694 2114/6142/5695</w:t>
        <w:br/>
        <w:t>f 2117/6143/5696 2116/6140/5693 2114/6142/5695</w:t>
        <w:br/>
        <w:t>f 2118/6144/5697 2117/6143/5696 2114/6142/5695</w:t>
        <w:br/>
        <w:t>f 2121/6145/5698 2120/6146/5699 2119/6147/5700</w:t>
        <w:br/>
        <w:t>f 2117/6143/5696 2118/6144/5697 2121/6145/5698</w:t>
        <w:br/>
        <w:t>f 2119/6147/5700 2117/6143/5696 2121/6145/5698</w:t>
        <w:br/>
        <w:t>f 2122/6148/5701 2119/6147/5700 2120/6146/5699</w:t>
        <w:br/>
        <w:t>f 2126/6149/5702 2125/6150/5703 2124/6151/5704</w:t>
        <w:br/>
        <w:t>f 2123/6152/5705 2126/6149/5702 2124/6151/5704</w:t>
        <w:br/>
        <w:t>f 2127/6153/5706 2123/6152/5705 2124/6151/5704</w:t>
        <w:br/>
        <w:t>f 2130/6154/5707 2129/6155/5708 2128/6156/5709</w:t>
        <w:br/>
        <w:t>f 2130/6154/5707 2131/6157/5710 2129/6155/5708</w:t>
        <w:br/>
        <w:t>f 2133/6158/5711 2123/6152/5705 2132/6159/5712</w:t>
        <w:br/>
        <w:t>f 2134/6160/5713 2133/6158/5711 2132/6159/5712</w:t>
        <w:br/>
        <w:t>f 2127/6153/5706 2132/6159/5712 2123/6152/5705</w:t>
        <w:br/>
        <w:t>f 2135/6161/5714 2133/6158/5711 2129/6155/5708</w:t>
        <w:br/>
        <w:t>f 2138/6162/5715 2137/6163/5716 2136/6164/5717</w:t>
        <w:br/>
        <w:t>f 2135/6161/5714 2138/6162/5715 2136/6164/5717</w:t>
        <w:br/>
        <w:t>f 2133/6158/5711 2134/6160/5713 2128/6156/5709</w:t>
        <w:br/>
        <w:t>f 2129/6155/5708 2133/6158/5711 2128/6156/5709</w:t>
        <w:br/>
        <w:t>f 2123/6152/5705 2139/6165/5718 2126/6149/5702</w:t>
        <w:br/>
        <w:t>f 2135/6161/5714 2136/6164/5717 2140/6166/5719</w:t>
        <w:br/>
        <w:t>f 2139/6165/5718 2135/6161/5714 2140/6166/5719</w:t>
        <w:br/>
        <w:t>f 2138/6162/5715 2142/6167/5720 2141/6168/5721</w:t>
        <w:br/>
        <w:t>f 2141/6168/5721 2143/6169/5722 2137/6163/5716</w:t>
        <w:br/>
        <w:t>f 2138/6162/5715 2141/6168/5721 2137/6163/5716</w:t>
        <w:br/>
        <w:t>f 2144/6170/5723 2137/6163/5716 2143/6169/5722</w:t>
        <w:br/>
        <w:t>f 2145/6171/5724 2144/6170/5723 2143/6169/5722</w:t>
        <w:br/>
        <w:t>f 2149/6172/5725 2148/6173/5726 2147/6174/5727</w:t>
        <w:br/>
        <w:t>f 2146/6175/5728 2149/6172/5725 2147/6174/5727</w:t>
        <w:br/>
        <w:t>f 2151/6176/5729 2144/6170/5723 2145/6171/5724</w:t>
        <w:br/>
        <w:t>f 2150/6177/5730 2151/6176/5729 2145/6171/5724</w:t>
        <w:br/>
        <w:t>f 2150/6177/5730 2152/6178/5731 2151/6176/5729</w:t>
        <w:br/>
        <w:t>f 2153/6179/5732 2136/6164/5717 2137/6163/5716</w:t>
        <w:br/>
        <w:t>f 2144/6170/5723 2153/6179/5732 2137/6163/5716</w:t>
        <w:br/>
        <w:t>f 2144/6170/5723 2151/6176/5729 2154/6180/5733</w:t>
        <w:br/>
        <w:t>f 2153/6179/5732 2144/6170/5723 2154/6180/5733</w:t>
        <w:br/>
        <w:t>f 2156/6181/5734 2155/6182/5735 2153/6179/5732</w:t>
        <w:br/>
        <w:t>f 2154/6180/5733 2156/6181/5734 2153/6179/5732</w:t>
        <w:br/>
        <w:t>f 2154/6180/5733 2157/6183/5736 2156/6181/5734</w:t>
        <w:br/>
        <w:t>f 2154/6180/5733 2151/6176/5729 2157/6183/5736</w:t>
        <w:br/>
        <w:t>f 2155/6182/5735 2140/6166/5719 2136/6164/5717</w:t>
        <w:br/>
        <w:t>f 2153/6179/5732 2155/6182/5735 2136/6164/5717</w:t>
        <w:br/>
        <w:t>f 2158/6184/5737 2157/6183/5736 2152/6178/5731</w:t>
        <w:br/>
        <w:t>f 2159/6185/5738 2158/6184/5737 2152/6178/5731</w:t>
        <w:br/>
        <w:t>f 2161/6186/5739 2160/6187/5740 2152/6178/5731</w:t>
        <w:br/>
        <w:t>f 2150/6177/5730 2161/6186/5739 2152/6178/5731</w:t>
        <w:br/>
        <w:t>f 2159/6185/5738 2152/6178/5731 2160/6187/5740</w:t>
        <w:br/>
        <w:t>f 2164/6188/5741 2163/6189/5742 2162/6190/5743</w:t>
        <w:br/>
        <w:t>f 2159/6185/5738 2164/6188/5741 2162/6190/5743</w:t>
        <w:br/>
        <w:t>f 2150/6177/5730 2148/6173/5726 2161/6186/5739</w:t>
        <w:br/>
        <w:t>f 2166/6191/5744 2149/6172/5725 2165/6192/5745</w:t>
        <w:br/>
        <w:t>f 2170/6193/5746 2169/6194/5747 2168/6195/5748</w:t>
        <w:br/>
        <w:t>f 2167/6196/5749 2170/6193/5746 2168/6195/5748</w:t>
        <w:br/>
        <w:t>f 2169/6194/5747 2172/6197/5750 2171/6198/5751</w:t>
        <w:br/>
        <w:t>f 2168/6195/5748 2169/6194/5747 2171/6198/5751</w:t>
        <w:br/>
        <w:t>f 2165/6192/5745 2174/6199/5752 2173/6200/5753</w:t>
        <w:br/>
        <w:t>f 2166/6191/5744 2165/6192/5745 2173/6200/5753</w:t>
        <w:br/>
        <w:t>f 2148/6173/5726 2170/6193/5746 2167/6196/5749</w:t>
        <w:br/>
        <w:t>f 2175/6201/5754 2148/6173/5726 2167/6196/5749</w:t>
        <w:br/>
        <w:t>f 2161/6186/5739 2148/6173/5726 2175/6201/5754</w:t>
        <w:br/>
        <w:t>f 2177/6202/5755 2174/6199/5752 2176/6203/5756</w:t>
        <w:br/>
        <w:t>f 2178/6204/5757 2177/6202/5755 2176/6203/5756</w:t>
        <w:br/>
        <w:t>f 2179/6205/5758 2178/6204/5757 2176/6203/5756</w:t>
        <w:br/>
        <w:t>f 2142/6167/5720 2179/6205/5758 2176/6203/5756</w:t>
        <w:br/>
        <w:t>f 2180/6206/5759 2179/6205/5758 2142/6167/5720</w:t>
        <w:br/>
        <w:t>f 2181/6207/5760 2173/6200/5753 2174/6199/5752</w:t>
        <w:br/>
        <w:t>f 2177/6202/5755 2181/6207/5760 2174/6199/5752</w:t>
        <w:br/>
        <w:t>f 2183/6208/5761 2182/6209/5762 2180/6206/5759</w:t>
        <w:br/>
        <w:t>f 2142/6167/5720 2183/6208/5761 2180/6206/5759</w:t>
        <w:br/>
        <w:t>f 2168/6195/5748 2171/6198/5751 2184/6210/5763</w:t>
        <w:br/>
        <w:t>f 2185/6211/5764 2168/6195/5748 2184/6210/5763</w:t>
        <w:br/>
        <w:t>f 2171/6198/5751 2187/6212/5765 2186/6213/5766</w:t>
        <w:br/>
        <w:t>f 2167/6196/5749 2168/6195/5748 2185/6211/5764</w:t>
        <w:br/>
        <w:t>f 2188/6214/5767 2167/6196/5749 2185/6211/5764</w:t>
        <w:br/>
        <w:t>f 2189/6215/5768 2188/6214/5767 2185/6211/5764</w:t>
        <w:br/>
        <w:t>f 2190/6216/5769 2189/6215/5768 2185/6211/5764</w:t>
        <w:br/>
        <w:t>f 2175/6201/5754 2167/6196/5749 2188/6214/5767</w:t>
        <w:br/>
        <w:t>f 2191/6217/5770 2175/6201/5754 2188/6214/5767</w:t>
        <w:br/>
        <w:t>f 2175/6201/5754 2192/6218/5771 2161/6186/5739</w:t>
        <w:br/>
        <w:t>f 2160/6187/5740 2161/6186/5739 2192/6218/5771</w:t>
        <w:br/>
        <w:t>f 2193/6219/5772 2160/6187/5740 2192/6218/5771</w:t>
        <w:br/>
        <w:t>f 2196/6220/5773 2195/6221/5773 2194/6222/5774</w:t>
        <w:br/>
        <w:t>f 2200/6223/5775 2199/6224/5776 2198/6225/5777</w:t>
        <w:br/>
        <w:t>f 2197/6226/5778 2200/6223/5775 2198/6225/5777</w:t>
        <w:br/>
        <w:t>f 2202/6227/5779 2201/6228/5779 2199/6224/5776</w:t>
        <w:br/>
        <w:t>f 2200/6223/5775 2202/6227/5779 2199/6224/5776</w:t>
        <w:br/>
        <w:t>f 2204/6229/5780 2203/6230/5781 2201/6228/5779</w:t>
        <w:br/>
        <w:t>f 2202/6227/5779 2204/6229/5780 2201/6228/5779</w:t>
        <w:br/>
        <w:t>f 2203/6230/5781 2191/6217/5770 2188/6214/5767</w:t>
        <w:br/>
        <w:t>f 2189/6215/5768 2203/6230/5781 2188/6214/5767</w:t>
        <w:br/>
        <w:t>f 2184/6210/5763 2205/6231/5782 2190/6216/5769</w:t>
        <w:br/>
        <w:t>f 2185/6211/5764 2184/6210/5763 2190/6216/5769</w:t>
        <w:br/>
        <w:t>f 2184/6210/5763 2171/6198/5751 2206/6232/5783</w:t>
        <w:br/>
        <w:t>f 2207/6233/5784 2184/6210/5763 2206/6232/5783</w:t>
        <w:br/>
        <w:t>f 2207/6233/5784 2208/6234/5785 2184/6210/5763</w:t>
        <w:br/>
        <w:t>f 2205/6231/5782 2184/6210/5763 2209/6235/5786</w:t>
        <w:br/>
        <w:t>f 2205/6231/5782 2209/6235/5786 2210/6236/5787</w:t>
        <w:br/>
        <w:t>f 2211/6237/5788 2205/6231/5782 2210/6236/5787</w:t>
        <w:br/>
        <w:t>f 1883/5911/5467 1884/5910/5466 1881/5907/5463</w:t>
        <w:br/>
        <w:t>f 1882/5908/5464 1943/5968/5520 1871/5896/5453</w:t>
        <w:br/>
        <w:t>f 1869/5894/5452 1882/5908/5464 1871/5896/5453</w:t>
        <w:br/>
        <w:t>f 1904/5930/5485 1891/5919/5474 1946/5972/5524</w:t>
        <w:br/>
        <w:t>f 1962/5989/5541 2213/6238/5789 2212/6239/5790</w:t>
        <w:br/>
        <w:t>f 2214/6240/5791 1962/5989/5541 2212/6239/5790</w:t>
        <w:br/>
        <w:t>f 2215/6241/5792 1962/5989/5541 2214/6240/5791</w:t>
        <w:br/>
        <w:t>f 2008/6034/5586 1966/5992/5544 2215/6241/5792</w:t>
        <w:br/>
        <w:t>f 1964/5991/5543 1975/6001/5553 1967/5993/5545</w:t>
        <w:br/>
        <w:t>f 1960/5987/5539 1964/5991/5543 1967/5993/5545</w:t>
        <w:br/>
        <w:t>f 1969/5996/5548 2006/6032/5584 2216/6242/5793</w:t>
        <w:br/>
        <w:t>f 2217/6243/5794 1989/6013/5565 2007/6033/5585</w:t>
        <w:br/>
        <w:t>f 1989/6013/5565 2048/6074/5628 1997/6023/5575</w:t>
        <w:br/>
        <w:t>f 2061/6087/5641 2216/6242/5793 2031/6057/5609</w:t>
        <w:br/>
        <w:t>f 2216/6242/5793 2219/6244/5795 2218/6245/5796</w:t>
        <w:br/>
        <w:t>f 1976/6002/5554 2216/6242/5793 2218/6245/5796</w:t>
        <w:br/>
        <w:t>f 2216/6242/5793 1976/6002/5554 1969/5996/5548</w:t>
        <w:br/>
        <w:t>f 2036/6063/5615 2039/6065/5617 2220/6246/5797</w:t>
        <w:br/>
        <w:t>f 2070/6095/5649 2051/6075/5629 2052/6078/5632</w:t>
        <w:br/>
        <w:t>f 2056/6083/5637 2057/6082/5636 2078/6104/5658</w:t>
        <w:br/>
        <w:t>f 2221/6247/5798 2056/6083/5637 2078/6104/5658</w:t>
        <w:br/>
        <w:t>f 2059/6084/5638 2056/6083/5637 2221/6247/5798</w:t>
        <w:br/>
        <w:t>f 2222/6248/5799 2059/6084/5638 2221/6247/5798</w:t>
        <w:br/>
        <w:t>f 2059/6084/5638 2223/6249/5800 2060/6086/5640</w:t>
        <w:br/>
        <w:t>f 2219/6244/5795 2060/6086/5640 2224/6250/5801</w:t>
        <w:br/>
        <w:t>f 2225/6251/5802 2218/6245/5796 2224/6250/5801</w:t>
        <w:br/>
        <w:t>f 2228/6252/5803 2227/6253/5804 2226/6254/5804</w:t>
        <w:br/>
        <w:t>f 2230/6255/5805 2226/6254/5804 2227/6253/5804</w:t>
        <w:br/>
        <w:t>f 2229/6256/5805 2230/6255/5805 2227/6253/5804</w:t>
        <w:br/>
        <w:t>f 2232/6257/5806 2230/6255/5805 2229/6256/5805</w:t>
        <w:br/>
        <w:t>f 2231/6258/5807 2232/6257/5806 2229/6256/5805</w:t>
        <w:br/>
        <w:t>f 2080/6105/5659 2232/6257/5806 2231/6258/5807</w:t>
        <w:br/>
        <w:t>f 2079/6106/5659 2080/6105/5659 2231/6258/5807</w:t>
        <w:br/>
        <w:t>f 2236/6259/5808 2235/6260/5809 2234/6261/5810</w:t>
        <w:br/>
        <w:t>f 2233/6262/5811 2236/6259/5808 2234/6261/5810</w:t>
        <w:br/>
        <w:t>f 2109/6135/5688 2236/6259/5808 2233/6262/5811</w:t>
        <w:br/>
        <w:t>f 2237/6263/5812 2109/6135/5688 2233/6262/5811</w:t>
        <w:br/>
        <w:t>f 2239/6264/5813 2238/6265/5814 2235/6260/5809</w:t>
        <w:br/>
        <w:t>f 2236/6259/5808 2239/6264/5813 2235/6260/5809</w:t>
        <w:br/>
        <w:t>f 2234/6261/5810 2235/6260/5809 2240/6266/5815</w:t>
        <w:br/>
        <w:t>f 2243/6267/5816 2242/6268/5817 2241/6269/5818</w:t>
        <w:br/>
        <w:t>f 2240/6266/5815 2243/6267/5816 2241/6269/5818</w:t>
        <w:br/>
        <w:t>f 2240/6266/5815 2235/6260/5809 2243/6267/5816</w:t>
        <w:br/>
        <w:t>f 2107/6133/5686 2236/6259/5808 2109/6135/5688</w:t>
        <w:br/>
        <w:t>f 2102/6128/5681 2101/6127/5680 2245/6270/5819</w:t>
        <w:br/>
        <w:t>f 2244/6271/5820 2102/6128/5681 2245/6270/5819</w:t>
        <w:br/>
        <w:t>f 2246/6272/5821 2244/6271/5820 2245/6270/5819</w:t>
        <w:br/>
        <w:t>f 2087/6113/5666 2109/6135/5688 2237/6263/5812</w:t>
        <w:br/>
        <w:t>f 2248/6273/5822 2117/6143/5696 2247/6274/5823</w:t>
        <w:br/>
        <w:t>f 2249/6275/5824 2247/6274/5823 2140/6166/5719</w:t>
        <w:br/>
        <w:t>f 2250/6276/5825 2249/6275/5824 2140/6166/5719</w:t>
        <w:br/>
        <w:t>f 2155/6182/5735 2250/6276/5825 2140/6166/5719</w:t>
        <w:br/>
        <w:t>f 2251/6277/5826 2245/6270/5819 2101/6127/5680</w:t>
        <w:br/>
        <w:t>f 2104/6129/5682 2251/6277/5826 2101/6127/5680</w:t>
        <w:br/>
        <w:t>f 2254/6278/5827 2253/6279/5827 2246/6272/5821</w:t>
        <w:br/>
        <w:t>f 2252/6280/5828 2254/6278/5827 2246/6272/5821</w:t>
        <w:br/>
        <w:t>f 2254/6278/5827 2255/6281/5829 2253/6279/5827</w:t>
        <w:br/>
        <w:t>f 2157/6183/5736 2158/6184/5737 2256/6282/5830</w:t>
        <w:br/>
        <w:t>f 2242/6268/5817 2157/6183/5736 2256/6282/5830</w:t>
        <w:br/>
        <w:t>f 2225/6251/5802 2256/6282/5830 2158/6184/5737</w:t>
        <w:br/>
        <w:t>f 2257/6283/5831 2225/6251/5802 2158/6184/5737</w:t>
        <w:br/>
        <w:t>f 2242/6268/5817 2256/6282/5830 2224/6250/5801</w:t>
        <w:br/>
        <w:t>f 2241/6269/5818 2242/6268/5817 2224/6250/5801</w:t>
        <w:br/>
        <w:t>f 2156/6181/5734 2242/6268/5817 2258/6284/5832</w:t>
        <w:br/>
        <w:t>f 2258/6284/5832 2250/6276/5825 2155/6182/5735</w:t>
        <w:br/>
        <w:t>f 2156/6181/5734 2258/6284/5832 2155/6182/5735</w:t>
        <w:br/>
        <w:t>f 2122/6148/5701 2125/6150/5703 2126/6149/5702</w:t>
        <w:br/>
        <w:t>f 2119/6147/5700 2122/6148/5701 2126/6149/5702</w:t>
        <w:br/>
        <w:t>f 2182/6209/5762 2183/6208/5761 2129/6155/5708</w:t>
        <w:br/>
        <w:t>f 2131/6157/5710 2182/6209/5762 2129/6155/5708</w:t>
        <w:br/>
        <w:t>f 2187/6212/5765 2171/6198/5751 2172/6197/5750</w:t>
        <w:br/>
        <w:t>f 2038/6064/5616 2036/6063/5615 2220/6246/5797</w:t>
        <w:br/>
        <w:t>f 2006/6032/5584 2005/6030/5582 2004/6031/5583</w:t>
        <w:br/>
        <w:t>f 2259/6285/5833 2006/6032/5584 2004/6031/5583</w:t>
        <w:br/>
        <w:t>f 2257/6283/5831 2158/6184/5737 2159/6185/5738</w:t>
        <w:br/>
        <w:t>f 2162/6190/5743 2257/6283/5831 2159/6185/5738</w:t>
        <w:br/>
        <w:t>f 1977/6003/5555 1927/5955/5509 1930/5956/5510</w:t>
        <w:br/>
        <w:t>f 1949/5973/5525 1950/5977/5529 1927/5955/5509</w:t>
        <w:br/>
        <w:t>f 1950/5977/5529 1980/6006/5558 2260/6286/5834</w:t>
        <w:br/>
        <w:t>f 2260/6286/5834 1979/6005/5557 1950/5977/5529</w:t>
        <w:br/>
        <w:t>f 2213/6238/5789 1963/5988/5540 2261/6287/5835</w:t>
        <w:br/>
        <w:t>f 1986/6011/5563 1984/6010/5562 2262/6288/5836</w:t>
        <w:br/>
        <w:t>f 2263/6289/5837 2069/6096/5650 2070/6095/5649</w:t>
        <w:br/>
        <w:t>f 2147/6174/5727 2148/6173/5726 2150/6177/5730</w:t>
        <w:br/>
        <w:t>f 2191/6217/5770 2192/6218/5771 2175/6201/5754</w:t>
        <w:br/>
        <w:t>f 1902/5928/5483 1941/5967/5519 1884/5910/5466</w:t>
        <w:br/>
        <w:t>f 2264/6290/5838 1939/5966/5518 1940/5965/5518</w:t>
        <w:br/>
        <w:t>f 1941/5967/5519 1945/5970/5522 1942/5969/5521</w:t>
        <w:br/>
        <w:t>f 1882/5908/5464 1941/5967/5519 1942/5969/5521</w:t>
        <w:br/>
        <w:t>f 1934/5960/5514 1935/5959/5513 1926/5952/5506</w:t>
        <w:br/>
        <w:t>f 2265/6291/5839 1934/5960/5514 1926/5952/5506</w:t>
        <w:br/>
        <w:t>f 2246/6272/5821 2245/6270/5819 2252/6280/5828</w:t>
        <w:br/>
        <w:t>f 2252/6280/5828 2245/6270/5819 2251/6277/5826</w:t>
        <w:br/>
        <w:t>f 2259/6285/5833 2216/6242/5793 2006/6032/5584</w:t>
        <w:br/>
        <w:t>f 1970/5995/5547 1972/5999/5551 1969/5996/5548</w:t>
        <w:br/>
        <w:t>f 2266/6292/5840 1972/5999/5551 1973/5998/5550</w:t>
        <w:br/>
        <w:t>f 2219/6244/5795 2216/6242/5793 2061/6087/5641</w:t>
        <w:br/>
        <w:t>f 2268/6293/5841 1972/5999/5551 1970/5995/5547</w:t>
        <w:br/>
        <w:t>f 2267/6294/5842 2268/6293/5841 1970/5995/5547</w:t>
        <w:br/>
        <w:t>f 1967/5993/5545 1971/6000/5552 2267/6294/5842</w:t>
        <w:br/>
        <w:t>f 1956/5982/5534 1967/5993/5545 2267/6294/5842</w:t>
        <w:br/>
        <w:t>f 1915/5939/5493 1926/5952/5506 2269/6295/5843</w:t>
        <w:br/>
        <w:t>f 1915/5939/5493 2269/6295/5843 1909/5937/5492</w:t>
        <w:br/>
        <w:t>f 1914/5940/5494 1915/5939/5493 1909/5937/5492</w:t>
        <w:br/>
        <w:t>f 1913/5941/5495 2265/6291/5839 1926/5952/5506</w:t>
        <w:br/>
        <w:t>f 1952/5980/5532 2271/6296/5844 2270/6297/5845</w:t>
        <w:br/>
        <w:t>f 1951/5976/5528 1952/5980/5532 2270/6297/5845</w:t>
        <w:br/>
        <w:t>f 1951/5976/5528 2270/6297/5845 1929/5953/5507</w:t>
        <w:br/>
        <w:t>f 1927/5955/5509 1951/5976/5528 1929/5953/5507</w:t>
        <w:br/>
        <w:t>f 2271/6296/5844 1952/5980/5532 1955/5981/5533</w:t>
        <w:br/>
        <w:t>f 1958/5983/5535 2271/6296/5844 1955/5981/5533</w:t>
        <w:br/>
        <w:t>f 1963/5988/5540 1954/5978/5530 1950/5977/5529</w:t>
        <w:br/>
        <w:t>f 1963/5988/5540 1961/5986/5538 1954/5978/5530</w:t>
        <w:br/>
        <w:t>f 1951/5976/5528 1950/5977/5529 1954/5978/5530</w:t>
        <w:br/>
        <w:t>f 2272/6298/5846 1928/5954/5508 1929/5953/5507</w:t>
        <w:br/>
        <w:t>f 1923/5948/5502 1925/5951/5505 2272/6298/5846</w:t>
        <w:br/>
        <w:t>f 1881/5907/5463 1872/5898/5454 1880/5906/5462</w:t>
        <w:br/>
        <w:t>f 1858/5887/4384 1847/5873/4373 1861/5884/5447</w:t>
        <w:br/>
        <w:t>f 1861/5884/5447 1847/5873/4373 1853/5879/5443</w:t>
        <w:br/>
        <w:t>f 1851/5875/5439 1877/5903/5459 1861/5884/5447</w:t>
        <w:br/>
        <w:t>f 1877/5903/5459 1851/5875/5439 1879/5904/5460</w:t>
        <w:br/>
        <w:t>f 1878/5905/5461 1879/5904/5460 1894/5922/5477</w:t>
        <w:br/>
        <w:t>f 1878/5905/5461 1888/5912/5468 1898/5924/5479</w:t>
        <w:br/>
        <w:t>f 1898/5924/5479 1888/5912/5468 1890/5915/5471</w:t>
        <w:br/>
        <w:t>f 1904/5930/5485 1898/5924/5479 1890/5915/5471</w:t>
        <w:br/>
        <w:t>f 1888/5912/5468 1886/5914/5470 1890/5915/5471</w:t>
        <w:br/>
        <w:t>f 1888/5912/5468 1894/5922/5477 1905/5931/5486</w:t>
        <w:br/>
        <w:t>f 1904/5930/5485 1921/5946/5500 1910/5936/5491</w:t>
        <w:br/>
        <w:t>f 1890/5915/5471 1891/5919/5474 1904/5930/5485</w:t>
        <w:br/>
        <w:t>f 1963/5988/5540 1978/6004/5556 2261/6287/5835</w:t>
        <w:br/>
        <w:t>f 2023/6051/5603 2024/6050/5602 2021/6047/5599</w:t>
        <w:br/>
        <w:t>f 2042/6068/5620 2023/6051/5603 2021/6047/5599</w:t>
        <w:br/>
        <w:t>f 1962/5989/5541 1963/5988/5540 2213/6238/5789</w:t>
        <w:br/>
        <w:t>f 1966/5992/5544 1981/6009/5561 1982/6008/5560</w:t>
        <w:br/>
        <w:t>f 2215/6241/5792 1966/5992/5544 1962/5989/5541</w:t>
        <w:br/>
        <w:t>f 1961/5986/5538 1962/5989/5541 1966/5992/5544</w:t>
        <w:br/>
        <w:t>f 1965/5990/5542 1966/5992/5544 1982/6008/5560</w:t>
        <w:br/>
        <w:t>f 1984/6010/5562 1965/5990/5542 1982/6008/5560</w:t>
        <w:br/>
        <w:t>f 1987/6015/5567 1965/5990/5542 1984/6010/5562</w:t>
        <w:br/>
        <w:t>f 1984/6010/5562 1983/6007/5559 2262/6288/5836</w:t>
        <w:br/>
        <w:t>f 2045/6070/5622 2044/6071/5623 2066/6092/5646</w:t>
        <w:br/>
        <w:t>f 2041/6066/5618 2021/6047/5599 2022/6048/5600</w:t>
        <w:br/>
        <w:t>f 2066/6092/5646 2064/6089/5643 2045/6070/5622</w:t>
        <w:br/>
        <w:t>f 1985/6012/5564 2007/6033/5585 1984/6010/5562</w:t>
        <w:br/>
        <w:t>f 2217/6243/5794 2048/6074/5628 1989/6013/5565</w:t>
        <w:br/>
        <w:t>f 2011/6035/5587 2019/6044/5596 2010/6036/5588</w:t>
        <w:br/>
        <w:t>f 2003/6028/5580 2011/6035/5587 2013/6038/5590</w:t>
        <w:br/>
        <w:t>f 2012/6039/5591 2013/6038/5590 2014/6042/5594</w:t>
        <w:br/>
        <w:t>f 2069/6096/5650 2062/6088/5642 2051/6075/5629</w:t>
        <w:br/>
        <w:t>f 2273/6299/5847 2069/6096/5650 2263/6289/5837</w:t>
        <w:br/>
        <w:t>f 2050/6076/5630 2051/6075/5629 2064/6089/5643</w:t>
        <w:br/>
        <w:t>f 2067/6094/5648 2068/6093/5647 2073/6100/5654</w:t>
        <w:br/>
        <w:t>f 2069/6096/5650 2273/6299/5847 2068/6093/5647</w:t>
        <w:br/>
        <w:t>f 2068/6093/5647 2273/6299/5847 2072/6097/5651</w:t>
        <w:br/>
        <w:t>f 2123/6152/5705 2135/6161/5714 2139/6165/5718</w:t>
        <w:br/>
        <w:t>f 2123/6152/5705 2133/6158/5711 2135/6161/5714</w:t>
        <w:br/>
        <w:t>f 2135/6161/5714 2129/6155/5708 2138/6162/5715</w:t>
        <w:br/>
        <w:t>f 2138/6162/5715 2129/6155/5708 2183/6208/5761</w:t>
        <w:br/>
        <w:t>f 2139/6165/5718 2119/6147/5700 2126/6149/5702</w:t>
        <w:br/>
        <w:t>f 2248/6273/5822 2116/6140/5693 2117/6143/5696</w:t>
        <w:br/>
        <w:t>f 2012/6039/5591 2024/6050/5602 2027/6052/5604</w:t>
        <w:br/>
        <w:t>f 2014/6042/5594 2021/6047/5599 2024/6050/5602</w:t>
        <w:br/>
        <w:t>f 2012/6039/5591 2014/6042/5594 2024/6050/5602</w:t>
        <w:br/>
        <w:t>f 2027/6052/5604 2024/6050/5602 2025/6049/5601</w:t>
        <w:br/>
        <w:t>f 2044/6071/5623 2042/6068/5620 2274/6300/5848</w:t>
        <w:br/>
        <w:t>f 2274/6300/5848 2042/6068/5620 2043/6069/5621</w:t>
        <w:br/>
        <w:t>f 2062/6088/5642 2069/6096/5650 2068/6093/5647</w:t>
        <w:br/>
        <w:t>f 2067/6094/5648 2073/6100/5654 2076/6102/5656</w:t>
        <w:br/>
        <w:t>f 2075/6103/5657 2076/6102/5656 2082/6108/5661</w:t>
        <w:br/>
        <w:t>f 2087/6113/5666 2237/6263/5812 2112/6137/5690</w:t>
        <w:br/>
        <w:t>f 2087/6113/5666 2089/6115/5668 2091/6116/5669</w:t>
        <w:br/>
        <w:t>f 2087/6113/5666 2091/6116/5669 2109/6135/5688</w:t>
        <w:br/>
        <w:t>f 2086/6114/5667 2087/6113/5666 2112/6137/5690</w:t>
        <w:br/>
        <w:t>f 2093/6119/5672 2092/6118/5671 2275/6301/5849</w:t>
        <w:br/>
        <w:t>f 2094/6121/5674 2093/6119/5672 2275/6301/5849</w:t>
        <w:br/>
        <w:t>f 2107/6133/5686 2108/6134/5687 2239/6264/5813</w:t>
        <w:br/>
        <w:t>f 2107/6133/5686 2239/6264/5813 2236/6259/5808</w:t>
        <w:br/>
        <w:t>f 2247/6274/5823 2119/6147/5700 2139/6165/5718</w:t>
        <w:br/>
        <w:t>f 2140/6166/5719 2247/6274/5823 2139/6165/5718</w:t>
        <w:br/>
        <w:t>f 2247/6274/5823 2117/6143/5696 2119/6147/5700</w:t>
        <w:br/>
        <w:t>f 2249/6275/5824 2248/6273/5822 2247/6274/5823</w:t>
        <w:br/>
        <w:t>f 2138/6162/5715 2183/6208/5761 2142/6167/5720</w:t>
        <w:br/>
        <w:t>f 2141/6168/5721 2142/6167/5720 2176/6203/5756</w:t>
        <w:br/>
        <w:t>f 2084/6110/5663 2076/6102/5656 2085/6111/5664</w:t>
        <w:br/>
        <w:t>f 2085/6111/5664 2076/6102/5656 2073/6100/5654</w:t>
        <w:br/>
        <w:t>f 2165/6192/5745 2146/6175/5728 2276/6302/5850</w:t>
        <w:br/>
        <w:t>f 2276/6302/5850 2176/6203/5756 2174/6199/5752</w:t>
        <w:br/>
        <w:t>f 2165/6192/5745 2276/6302/5850 2174/6199/5752</w:t>
        <w:br/>
        <w:t>f 2165/6192/5745 2149/6172/5725 2146/6175/5728</w:t>
        <w:br/>
        <w:t>f 2209/6235/5786 2184/6210/5763 2208/6234/5785</w:t>
        <w:br/>
        <w:t>f 2206/6232/5783 2171/6198/5751 2186/6213/5766</w:t>
        <w:br/>
        <w:t>f 2187/6212/5765 2172/6197/5750 2277/6303/5851</w:t>
        <w:br/>
        <w:t>f 2159/6185/5738 2160/6187/5740 2164/6188/5741</w:t>
        <w:br/>
        <w:t>f 2164/6188/5741 2160/6187/5740 2193/6219/5772</w:t>
        <w:br/>
        <w:t>f 2156/6181/5734 2157/6183/5736 2242/6268/5817</w:t>
        <w:br/>
        <w:t>f 2058/6085/5639 2061/6087/5641 2029/6055/5607</w:t>
        <w:br/>
        <w:t>f 2222/6248/5799 2223/6249/5800 2059/6084/5638</w:t>
        <w:br/>
        <w:t>f 2023/6051/5603 2042/6068/5620 2045/6070/5622</w:t>
        <w:br/>
        <w:t>f 2062/6088/5642 2053/6079/5633 2051/6075/5629</w:t>
        <w:br/>
        <w:t>f 1956/5982/5534 2267/6294/5842 1957/5984/5536</w:t>
        <w:br/>
        <w:t>f 1955/5981/5533 1956/5982/5534 1957/5984/5536</w:t>
        <w:br/>
        <w:t>f 2267/6294/5842 1970/5995/5547 1957/5984/5536</w:t>
        <w:br/>
        <w:t>f 1970/5995/5547 1942/5969/5521 1968/5994/5546</w:t>
        <w:br/>
        <w:t>f 2029/6055/5607 2061/6087/5641 2031/6057/5609</w:t>
        <w:br/>
        <w:t>f 2219/6244/5795 2061/6087/5641 2060/6086/5640</w:t>
        <w:br/>
        <w:t>f 2157/6183/5736 2151/6176/5729 2152/6178/5731</w:t>
        <w:br/>
        <w:t>f 1957/5984/5536 1970/5995/5547 1968/5994/5546</w:t>
        <w:br/>
        <w:t>f 1991/6017/5569 2005/6030/5582 1974/5997/5549</w:t>
        <w:br/>
        <w:t>f 2004/6031/5583 1992/6019/5571 1994/6021/5573</w:t>
        <w:br/>
        <w:t>f 2224/6250/5801 2060/6086/5640 2223/6249/5800</w:t>
        <w:br/>
        <w:t>f 2224/6250/5801 2218/6245/5796 2219/6244/5795</w:t>
        <w:br/>
        <w:t>f 2225/6251/5802 2224/6250/5801 2256/6282/5830</w:t>
        <w:br/>
        <w:t>f 2243/6267/5816 2235/6260/5809 2238/6265/5814</w:t>
        <w:br/>
        <w:t>f 1969/5996/5548 1973/5998/5550 2006/6032/5584</w:t>
        <w:br/>
        <w:t>f 1848/5872/5437 2279/6304/5852 2278/6305/5853</w:t>
        <w:br/>
        <w:t>f 1853/5879/5443 1848/5872/5437 2278/6305/5853</w:t>
        <w:br/>
        <w:t>f 1853/5879/5443 2278/6305/5853 1857/5883/5446</w:t>
        <w:br/>
        <w:t>f 1853/5879/5443 1850/5876/5440 1851/5875/5439</w:t>
        <w:br/>
        <w:t>f 2280/6306/5854 1853/5879/5443 1854/5878/5442</w:t>
        <w:br/>
        <w:t>f 2280/6306/5854 1850/5876/5440 1853/5879/5443</w:t>
        <w:br/>
        <w:t>f 2281/6307/5855 1851/5875/5439 1908/5934/5489</w:t>
        <w:br/>
        <w:t>f 2281/6307/5855 1907/5933/5488 1851/5875/5439</w:t>
        <w:br/>
        <w:t>f 2025/6049/5601 2023/6051/5603 2053/6079/5633</w:t>
        <w:br/>
        <w:t>f 2054/6080/5634 2025/6049/5601 2053/6079/5633</w:t>
        <w:br/>
        <w:t>f 2053/6079/5633 2045/6070/5622 2064/6089/5643</w:t>
        <w:br/>
        <w:t>f 2051/6075/5629 2053/6079/5633 2064/6089/5643</w:t>
        <w:br/>
        <w:t>f 2285/6308/5856 2284/6309/5857 2283/6310/5857</w:t>
        <w:br/>
        <w:t>f 2282/6311/5856 2285/6308/5856 2283/6310/5857</w:t>
        <w:br/>
        <w:t>f 2288/6312/5858 2287/6313/5858 2286/6314/5859</w:t>
        <w:br/>
        <w:t>f 2289/6315/5860 2288/6312/5858 2286/6314/5859</w:t>
        <w:br/>
        <w:t>f 2293/6316/5861 2292/6317/5862 2291/6318/5862</w:t>
        <w:br/>
        <w:t>f 2290/6319/5863 2293/6316/5861 2291/6318/5862</w:t>
        <w:br/>
        <w:t>f 2295/6320/5864 2294/6321/5865 2291/6318/5862</w:t>
        <w:br/>
        <w:t>f 2292/6317/5862 2295/6320/5864 2291/6318/5862</w:t>
        <w:br/>
        <w:t>f 1148/5175/4807 1149/5174/4807 2283/6310/5857</w:t>
        <w:br/>
        <w:t>f 2284/6309/5857 1148/5175/4807 2283/6310/5857</w:t>
        <w:br/>
        <w:t>f 2298/6322/5866 2297/6323/5867 2296/6324/5868</w:t>
        <w:br/>
        <w:t>f 1432/5458/5024 2298/6322/5866 2296/6324/5868</w:t>
        <w:br/>
        <w:t>f 2301/6325/5869 2300/6326/5869 2299/6327/5870</w:t>
        <w:br/>
        <w:t>f 2302/6328/5871 2301/6325/5869 2299/6327/5870</w:t>
        <w:br/>
        <w:t>f 2304/6329/5872 2302/6328/5871 2299/6327/5870</w:t>
        <w:br/>
        <w:t>f 2303/6330/5872 2304/6329/5872 2299/6327/5870</w:t>
        <w:br/>
        <w:t>f 2306/6331/5873 2305/6332/5873 1460/5486/5052</w:t>
        <w:br/>
        <w:t>f 2307/6333/5874 2306/6331/5873 1460/5486/5052</w:t>
        <w:br/>
        <w:t>f 2311/6334/5875 2310/6335/5876 2309/6336/5876</w:t>
        <w:br/>
        <w:t>f 2308/6337/5877 2311/6334/5875 2309/6336/5876</w:t>
        <w:br/>
        <w:t>f 2312/6338/5878 2311/6334/5875 2308/6337/5877</w:t>
        <w:br/>
        <w:t>f 1464/5490/5056 2312/6338/5878 2308/6337/5877</w:t>
        <w:br/>
        <w:t>f 2301/6325/5869 2314/6339/5879 2313/6340/5879</w:t>
        <w:br/>
        <w:t>f 2300/6326/5869 2301/6325/5869 2313/6340/5879</w:t>
        <w:br/>
        <w:t>f 2316/6341/5880 2315/6342/5880 2313/6340/5879</w:t>
        <w:br/>
        <w:t>f 2314/6339/5879 2316/6341/5880 2313/6340/5879</w:t>
        <w:br/>
        <w:t>f 2318/6343/5881 2312/6338/5878 1464/5490/5056</w:t>
        <w:br/>
        <w:t>f 2317/6344/5881 2318/6343/5881 1464/5490/5056</w:t>
        <w:br/>
        <w:t>f 2320/6345/5882 2319/6346/5882 2309/6336/5876</w:t>
        <w:br/>
        <w:t>f 2310/6335/5876 2320/6345/5882 2309/6336/5876</w:t>
        <w:br/>
        <w:t>f 2289/6315/5860 2286/6314/5859 2321/6347/5883</w:t>
        <w:br/>
        <w:t>f 2322/6348/5883 2289/6315/5860 2321/6347/5883</w:t>
        <w:br/>
        <w:t>f 2324/6349/5884 1484/5510/5076 2323/6350/5885</w:t>
        <w:br/>
        <w:t>f 2325/6351/5886 2324/6349/5884 2323/6350/5885</w:t>
        <w:br/>
        <w:t>f 2324/6349/5884 2327/6352/5887 2326/6353/5888</w:t>
        <w:br/>
        <w:t>f 1484/5510/5076 2324/6349/5884 2326/6353/5888</w:t>
        <w:br/>
        <w:t>f 2330/6354/5889 2329/6355/5890 1488/5513/5079</w:t>
        <w:br/>
        <w:t>f 2328/6356/5889 2330/6354/5889 1488/5513/5079</w:t>
        <w:br/>
        <w:t>f 2332/6357/5891 2331/6358/5891 1486/5512/5078</w:t>
        <w:br/>
        <w:t>f 2327/6352/5887 2332/6357/5891 1486/5512/5078</w:t>
        <w:br/>
        <w:t>f 2335/6359/5892 2334/6360/5892 2333/6361/5893</w:t>
        <w:br/>
        <w:t>f 2336/6362/5894 2335/6359/5892 2333/6361/5893</w:t>
        <w:br/>
        <w:t>f 2338/6363/5895 2336/6362/5894 1491/5517/5083</w:t>
        <w:br/>
        <w:t>f 2337/6364/5895 2338/6363/5895 1491/5517/5083</w:t>
        <w:br/>
        <w:t>f 2340/6365/5896 1494/5522/5897 2339/6366/5898</w:t>
        <w:br/>
        <w:t>f 2341/6367/5899 2340/6365/5896 2339/6366/5898</w:t>
        <w:br/>
        <w:t>f 2343/6368/5900 2325/6351/5901 1485/5509/5902</w:t>
        <w:br/>
        <w:t>f 2342/6369/5903 2343/6368/5900 1485/5509/5902</w:t>
        <w:br/>
        <w:t>f 2344/6370/5904 1513/5539/5103 1488/5513/5079</w:t>
        <w:br/>
        <w:t>f 2329/6355/5890 2344/6370/5904 1488/5513/5079</w:t>
        <w:br/>
        <w:t>f 2348/6371/5905 2347/6372/5906 2346/6373/5906</w:t>
        <w:br/>
        <w:t>f 2345/6374/5905 2348/6371/5905 2346/6373/5906</w:t>
        <w:br/>
        <w:t>f 2347/6372/5906 2350/6375/5907 2349/6376/5908</w:t>
        <w:br/>
        <w:t>f 2346/6373/5906 2347/6372/5906 2349/6376/5908</w:t>
        <w:br/>
        <w:t>f 2353/6377/5909 2352/6378/5910 2351/6379/5910</w:t>
        <w:br/>
        <w:t>f 1545/5571/5135 2353/6377/5909 2351/6379/5910</w:t>
        <w:br/>
        <w:t>f 2356/6380/5911 2355/6381/5912 2354/6382/5913</w:t>
        <w:br/>
        <w:t>f 2357/6383/5913 2356/6380/5911 2354/6382/5913</w:t>
        <w:br/>
        <w:t>f 2361/6384/5914 2360/6385/5915 2359/6386/5915</w:t>
        <w:br/>
        <w:t>f 2358/6387/5914 2361/6384/5914 2359/6386/5915</w:t>
        <w:br/>
        <w:t>f 2363/6388/5916 1552/5579/5144 2362/6389/5917</w:t>
        <w:br/>
        <w:t>f 2364/6390/5918 2363/6388/5916 2362/6389/5917</w:t>
        <w:br/>
        <w:t>f 2366/6391/5919 2365/6392/5919 2359/6386/5915</w:t>
        <w:br/>
        <w:t>f 2360/6385/5915 2366/6391/5919 2359/6386/5915</w:t>
        <w:br/>
        <w:t>f 2369/6393/5920 2368/6394/5921 2367/6395/5922</w:t>
        <w:br/>
        <w:t>f 2370/6396/5923 2369/6393/5920 2367/6395/5922</w:t>
        <w:br/>
        <w:t>f 2372/6397/5924 1581/5609/5174 2371/6398/5925</w:t>
        <w:br/>
        <w:t>f 2373/6399/5925 2372/6397/5924 2371/6398/5925</w:t>
        <w:br/>
        <w:t>f 2370/6396/5923 2367/6395/5922 2374/6400/5926</w:t>
        <w:br/>
        <w:t>f 2375/6401/5926 2370/6396/5923 2374/6400/5926</w:t>
        <w:br/>
        <w:t>f 2377/6402/5927 2376/6403/5928 2368/6394/5921</w:t>
        <w:br/>
        <w:t>f 2369/6393/5920 2377/6402/5927 2368/6394/5921</w:t>
        <w:br/>
        <w:t>f 2378/6404/5929 2375/6401/5926 2374/6400/5926</w:t>
        <w:br/>
        <w:t>f 1581/5609/5174 2378/6404/5929 2374/6400/5926</w:t>
        <w:br/>
        <w:t>f 2373/6399/5925 2371/6398/5925 2379/6405/5930</w:t>
        <w:br/>
        <w:t>f 2380/6406/5930 2373/6399/5925 2379/6405/5930</w:t>
        <w:br/>
        <w:t>f 2382/6407/5931 2380/6406/5930 2379/6405/5930</w:t>
        <w:br/>
        <w:t>f 2381/6408/5932 2382/6407/5931 2379/6405/5930</w:t>
        <w:br/>
        <w:t>f 2384/6409/5933 1608/5633/5934 2383/6410/5935</w:t>
        <w:br/>
        <w:t>f 2385/6411/5935 2384/6409/5933 2383/6410/5935</w:t>
        <w:br/>
        <w:t>f 2387/6412/5936 2385/6411/5935 2383/6410/5935</w:t>
        <w:br/>
        <w:t>f 2386/6413/5936 2387/6412/5936 2383/6410/5935</w:t>
        <w:br/>
        <w:t>f 2390/6414/5937 2389/6415/5938 1615/5640/5205</w:t>
        <w:br/>
        <w:t>f 2388/6416/5939 2390/6414/5937 1615/5640/5205</w:t>
        <w:br/>
        <w:t>f 2391/6417/5940 1614/5641/5206 1615/5640/5205</w:t>
        <w:br/>
        <w:t>f 2389/6415/5938 2391/6417/5940 1615/5640/5205</w:t>
        <w:br/>
        <w:t>f 2393/6418/5941 1616/5644/5209 2392/6419/5942</w:t>
        <w:br/>
        <w:t>f 2394/6420/5942 2393/6418/5941 2392/6419/5942</w:t>
        <w:br/>
        <w:t>f 2394/6420/5942 2392/6419/5942 2395/6421/5943</w:t>
        <w:br/>
        <w:t>f 2396/6422/5943 2394/6420/5942 2395/6421/5943</w:t>
        <w:br/>
        <w:t>f 2400/6423/5944 2399/6424/5945 2398/6425/5945</w:t>
        <w:br/>
        <w:t>f 2397/6426/5944 2400/6423/5944 2398/6425/5945</w:t>
        <w:br/>
        <w:t>f 2402/6427/5946 2401/6428/5946 2398/6425/5945</w:t>
        <w:br/>
        <w:t>f 2399/6424/5945 2402/6427/5946 2398/6425/5945</w:t>
        <w:br/>
        <w:t>f 2402/6427/5946 2404/6429/5947 2403/6430/5948</w:t>
        <w:br/>
        <w:t>f 2401/6428/5946 2402/6427/5946 2403/6430/5948</w:t>
        <w:br/>
        <w:t>f 2408/6431/5949 2407/6432/5950 2406/6433/5950</w:t>
        <w:br/>
        <w:t>f 2405/6434/5949 2408/6431/5949 2406/6433/5950</w:t>
        <w:br/>
        <w:t>f 2408/6431/5949 2405/6434/5949 1640/5667/5232</w:t>
        <w:br/>
        <w:t>f 2409/6435/5951 2408/6431/5949 1640/5667/5232</w:t>
        <w:br/>
        <w:t>f 2412/6436/5952 2411/6437/5952 2410/6438/5953</w:t>
        <w:br/>
        <w:t>f 2413/6439/5954 2412/6436/5952 2410/6438/5953</w:t>
        <w:br/>
        <w:t>f 2412/6436/5952 2415/6440/5955 2414/6441/5956</w:t>
        <w:br/>
        <w:t>f 2411/6437/5952 2412/6436/5952 2414/6441/5956</w:t>
        <w:br/>
        <w:t>f 2416/6442/5957 2409/6435/5951 1640/5667/5232</w:t>
        <w:br/>
        <w:t>f 1652/5678/5243 2416/6442/5957 1640/5667/5232</w:t>
        <w:br/>
        <w:t>f 2420/6443/5958 2419/6444/5959 2418/6445/5960</w:t>
        <w:br/>
        <w:t>f 2417/6446/5958 2420/6443/5958 2418/6445/5960</w:t>
        <w:br/>
        <w:t>f 2420/6443/5958 2417/6446/5958 2421/6447/5961</w:t>
        <w:br/>
        <w:t>f 2422/6448/5961 2420/6443/5958 2421/6447/5961</w:t>
        <w:br/>
        <w:t>f 2424/6449/5962 2422/6448/5961 2421/6447/5961</w:t>
        <w:br/>
        <w:t>f 2423/6450/5962 2424/6449/5962 2421/6447/5961</w:t>
        <w:br/>
        <w:t>f 2427/6451/5963 2426/6452/5963 2425/6453/5964</w:t>
        <w:br/>
        <w:t>f 2428/6454/5965 2427/6451/5963 2425/6453/5964</w:t>
        <w:br/>
        <w:t>f 2432/6455/5966 2431/6456/5967 2430/6457/5968</w:t>
        <w:br/>
        <w:t>f 2429/6458/5966 2432/6455/5966 2430/6457/5968</w:t>
        <w:br/>
        <w:t>f 2431/6456/5967 2433/6459/5969 1667/5693/5258</w:t>
        <w:br/>
        <w:t>f 1664/5691/5256 2431/6456/5967 1667/5693/5258</w:t>
        <w:br/>
        <w:t>f 2435/6460/5970 2432/6455/5966 2429/6458/5966</w:t>
        <w:br/>
        <w:t>f 2434/6461/5971 2435/6460/5970 2429/6458/5966</w:t>
        <w:br/>
        <w:t>f 2437/6462/5679 2436/6463/5972 1661/5688/5253</w:t>
        <w:br/>
        <w:t>f 1673/5699/5264 2437/6462/5679 1661/5688/5253</w:t>
        <w:br/>
        <w:t>f 2438/6464/5973 2413/6439/5954 1650/5674/5239</w:t>
        <w:br/>
        <w:t>f 1677/5703/5268 2438/6464/5973 1650/5674/5239</w:t>
        <w:br/>
        <w:t>f 2419/6444/5974 2439/6465/5975 1679/5704/5269</w:t>
        <w:br/>
        <w:t>f 1654/5680/5245 2419/6444/5974 1679/5704/5269</w:t>
        <w:br/>
        <w:t>f 2440/6466/5976 2435/6460/5970 2434/6461/5971</w:t>
        <w:br/>
        <w:t>f 1680/5706/5977 2440/6466/5976 2434/6461/5971</w:t>
        <w:br/>
        <w:t>f 2440/6466/5976 1680/5706/5977 2441/6467/5978</w:t>
        <w:br/>
        <w:t>f 2442/6468/5978 2440/6466/5976 2441/6467/5978</w:t>
        <w:br/>
        <w:t>f 2442/6468/5978 2441/6467/5978 2443/6469/5979</w:t>
        <w:br/>
        <w:t>f 2444/6470/5980 2442/6468/5978 2443/6469/5979</w:t>
        <w:br/>
        <w:t>f 2448/6471/5981 2447/6472/5982 2446/6473/5982</w:t>
        <w:br/>
        <w:t>f 2445/6474/5981 2448/6471/5981 2446/6473/5982</w:t>
        <w:br/>
        <w:t>f 2444/6470/5980 2443/6469/5979 2446/6473/5982</w:t>
        <w:br/>
        <w:t>f 2447/6472/5982 2444/6470/5980 2446/6473/5982</w:t>
        <w:br/>
        <w:t>f 2450/6475/5983 1685/5713/5984 2449/6476/5985</w:t>
        <w:br/>
        <w:t>f 2451/6477/5985 2450/6475/5983 2449/6476/5985</w:t>
        <w:br/>
        <w:t>f 2455/6478/5986 2454/6479/5987 2453/6480/5987</w:t>
        <w:br/>
        <w:t>f 2452/6481/5986 2455/6478/5986 2453/6480/5987</w:t>
        <w:br/>
        <w:t>f 2456/6482/5988 2455/6478/5986 2452/6481/5986</w:t>
        <w:br/>
        <w:t>f 1693/5719/5989 2456/6482/5988 2452/6481/5986</w:t>
        <w:br/>
        <w:t>f 2459/6483/5990 2458/6484/5991 2457/6485/5991</w:t>
        <w:br/>
        <w:t>f 1696/5720/5992 2459/6483/5990 2457/6485/5991</w:t>
        <w:br/>
        <w:t>f 2462/6486/5993 2461/6487/5993 2460/6488/5994</w:t>
        <w:br/>
        <w:t>f 2463/6489/5995 2462/6486/5993 2460/6488/5994</w:t>
        <w:br/>
        <w:t>f 2467/6490/5996 2466/6491/5997 2465/6492/5998</w:t>
        <w:br/>
        <w:t>f 2464/6493/5996 2467/6490/5996 2465/6492/5998</w:t>
        <w:br/>
        <w:t>f 2469/6494/5999 2468/6495/6000 2465/6492/5998</w:t>
        <w:br/>
        <w:t>f 2466/6491/5997 2469/6494/5999 2465/6492/5998</w:t>
        <w:br/>
        <w:t>f 2467/6490/5996 2464/6493/5996 2457/6485/5991</w:t>
        <w:br/>
        <w:t>f 2458/6484/5991 2467/6490/5996 2457/6485/5991</w:t>
        <w:br/>
        <w:t>f 2472/6496/6001 2471/6497/6002 2470/6498/6002</w:t>
        <w:br/>
        <w:t>f 1742/5769/5335 2472/6496/6001 2470/6498/6002</w:t>
        <w:br/>
        <w:t>f 2474/6499/6003 1745/5771/5337 2473/6500/6003</w:t>
        <w:br/>
        <w:t>f 2475/6501/6004 2474/6499/6003 2473/6500/6003</w:t>
        <w:br/>
        <w:t>f 2478/6502/6005 2477/6503/6006 2476/6504/6006</w:t>
        <w:br/>
        <w:t>f 1745/5771/5337 2478/6502/6005 2476/6504/6006</w:t>
        <w:br/>
        <w:t>f 2479/6505/6007 2472/6496/6001 1742/5769/5335</w:t>
        <w:br/>
        <w:t>f 1747/5773/5339 2479/6505/6007 1742/5769/5335</w:t>
        <w:br/>
        <w:t>f 2481/6506/6008 2480/6507/6009 2476/6504/6006</w:t>
        <w:br/>
        <w:t>f 2477/6503/6006 2481/6506/6008 2476/6504/6006</w:t>
        <w:br/>
        <w:t>f 2485/6508/6010 2484/6509/6011 2483/6510/6012</w:t>
        <w:br/>
        <w:t>f 2482/6511/6012 2485/6508/6010 2483/6510/6012</w:t>
        <w:br/>
        <w:t>f 2489/6512/6013 2488/6513/6014 2487/6514/6015</w:t>
        <w:br/>
        <w:t>f 2486/6515/6016 2489/6512/6013 2487/6514/6015</w:t>
        <w:br/>
        <w:t>f 2492/6516/6017 2491/6517/6018 2490/6518/6017</w:t>
        <w:br/>
        <w:t>f 2490/6518/6017 2493/6519/6019 1764/5791/6020</w:t>
        <w:br/>
        <w:t>f 2492/6516/6017 2490/6518/6017 1764/5791/6020</w:t>
        <w:br/>
        <w:t>f 2493/6519/6021 2495/6520/6022 1767/5792/5357</w:t>
        <w:br/>
        <w:t>f 2494/6521/6023 2493/6519/6021 1767/5792/5357</w:t>
        <w:br/>
        <w:t>f 2495/6520/6022 2496/6522/6024 1768/5795/5360</w:t>
        <w:br/>
        <w:t>f 1767/5792/5357 2495/6520/6022 1768/5795/5360</w:t>
        <w:br/>
        <w:t>f 2496/6522/6024 2489/6512/6013 1755/5781/5347</w:t>
        <w:br/>
        <w:t>f 1768/5795/5360 2496/6522/6024 1755/5781/5347</w:t>
        <w:br/>
        <w:t>f 2488/6513/6014 2498/6523/6025 2497/6524/6026</w:t>
        <w:br/>
        <w:t>f 2487/6514/6015 2488/6513/6014 2497/6524/6026</w:t>
        <w:br/>
        <w:t>f 2501/6525/6027 2500/6526/6028 1771/5797/5362</w:t>
        <w:br/>
        <w:t>f 2499/6527/6027 2501/6525/6027 1771/5797/5362</w:t>
        <w:br/>
        <w:t>f 2504/6528/6029 2503/6529/6029 2502/6530/6030</w:t>
        <w:br/>
        <w:t>f 2505/6531/6031 2504/6528/6029 2502/6530/6030</w:t>
        <w:br/>
        <w:t>f 2508/6532/6032 2507/6533/6033 2506/6534/6034</w:t>
        <w:br/>
        <w:t>f 2509/6535/6035 2508/6532/6032 2506/6534/6034</w:t>
        <w:br/>
        <w:t>f 2498/6523/6036 2511/6536/6037 2510/6537/6037</w:t>
        <w:br/>
        <w:t>f 1770/5796/5361 2498/6523/6036 2510/6537/6037</w:t>
        <w:br/>
        <w:t>f 2511/6536/6037 2509/6535/6035 2506/6534/6034</w:t>
        <w:br/>
        <w:t>f 2510/6537/6037 2511/6536/6037 2506/6534/6034</w:t>
        <w:br/>
        <w:t>f 2344/6370/5904 2307/6333/5874 1460/5486/5052</w:t>
        <w:br/>
        <w:t>f 1513/5539/5103 2344/6370/5904 1460/5486/5052</w:t>
        <w:br/>
        <w:t>f 2515/6538/6038 2514/6539/6039 2513/6540/6039</w:t>
        <w:br/>
        <w:t>f 2512/6541/6038 2515/6538/6038 2513/6540/6039</w:t>
        <w:br/>
        <w:t>f 2516/6542/6040 2515/6538/6038 2512/6541/6038</w:t>
        <w:br/>
        <w:t>f 1779/5805/6041 2516/6542/6040 2512/6541/6038</w:t>
        <w:br/>
        <w:t>f 2519/6543/6042 2518/6544/6042 2517/6545/6043</w:t>
        <w:br/>
        <w:t>f 2520/6546/6043 2519/6543/6042 2517/6545/6043</w:t>
        <w:br/>
        <w:t>f 2366/6391/5919 2520/6546/6043 2517/6545/6043</w:t>
        <w:br/>
        <w:t>f 2365/6392/5919 2366/6391/5919 2517/6545/6043</w:t>
        <w:br/>
        <w:t>f 2523/6547/6044 2522/6548/6044 2521/6549/6045</w:t>
        <w:br/>
        <w:t>f 2524/6550/6046 2523/6547/6044 2521/6549/6045</w:t>
        <w:br/>
        <w:t>f 2526/6551/6047 2396/6422/5943 2395/6421/5943</w:t>
        <w:br/>
        <w:t>f 2525/6552/6047 2526/6551/6047 2395/6421/5943</w:t>
        <w:br/>
        <w:t>f 2451/6477/5985 2449/6476/5985 2453/6480/5987</w:t>
        <w:br/>
        <w:t>f 2454/6479/5987 2451/6477/5985 2453/6480/5987</w:t>
        <w:br/>
        <w:t>f 2481/6506/6008 2463/6489/5995 2460/6488/5994</w:t>
        <w:br/>
        <w:t>f 2480/6507/6009 2481/6506/6008 2460/6488/5994</w:t>
        <w:br/>
        <w:t>f 2341/6367/5899 2339/6366/5898 2349/6376/5908</w:t>
        <w:br/>
        <w:t>f 2350/6375/5907 2341/6367/5899 2349/6376/5908</w:t>
        <w:br/>
        <w:t>f 2528/6553/6048 2357/6383/5913 2354/6382/5913</w:t>
        <w:br/>
        <w:t>f 2527/6554/6048 2528/6553/6048 2354/6382/5913</w:t>
        <w:br/>
        <w:t>f 2528/6553/6048 2527/6554/6048 2351/6379/5910</w:t>
        <w:br/>
        <w:t>f 2352/6378/5910 2528/6553/6048 2351/6379/5910</w:t>
        <w:br/>
        <w:t>f 2530/6555/6049 2529/6556/6050 2513/6540/6039</w:t>
        <w:br/>
        <w:t>f 2514/6539/6039 2530/6555/6049 2513/6540/6039</w:t>
        <w:br/>
        <w:t>f 2363/6388/5916 2531/6557/6051 1827/5853/5417</w:t>
        <w:br/>
        <w:t>f 1552/5579/5144 2363/6388/5916 1827/5853/5417</w:t>
        <w:br/>
        <w:t>f 2526/6551/6047 2525/6552/6047 2532/6558/6052</w:t>
        <w:br/>
        <w:t>f 2533/6559/6052 2526/6551/6047 2532/6558/6052</w:t>
        <w:br/>
        <w:t>f 2536/6560/6053 2535/6561/6054 2534/6562/6054</w:t>
        <w:br/>
        <w:t>f 1494/5522/5088 2536/6560/6053 2534/6562/6054</w:t>
        <w:br/>
        <w:t>f 2338/6363/5895 2337/6364/5895 2534/6562/6054</w:t>
        <w:br/>
        <w:t>f 2535/6561/6054 2338/6363/5895 2534/6562/6054</w:t>
        <w:br/>
        <w:t>f 2537/6563/6055 1545/5571/6056 2529/6556/6050</w:t>
        <w:br/>
        <w:t>f 2530/6555/6049 2537/6563/6055 2529/6556/6050</w:t>
        <w:br/>
        <w:t>f 2539/6564/6057 2538/6565/6057 1827/5853/5417</w:t>
        <w:br/>
        <w:t>f 2531/6557/6051 2539/6564/6057 1827/5853/5417</w:t>
        <w:br/>
        <w:t>f 2540/6566/6058 1611/5638/5203 2403/6430/5948</w:t>
        <w:br/>
        <w:t>f 2404/6429/5947 2540/6566/6058 2403/6430/5948</w:t>
        <w:br/>
        <w:t>f 2542/6567/6059 2382/6407/5931 2381/6408/5932</w:t>
        <w:br/>
        <w:t>f 2541/6568/6059 2542/6567/6059 2381/6408/5932</w:t>
        <w:br/>
        <w:t>f 2544/6569/6060 2364/6390/6061 1553/5578/6062</w:t>
        <w:br/>
        <w:t>f 2543/6570/6063 2544/6569/6060 1553/5578/6062</w:t>
        <w:br/>
        <w:t>f 2524/6550/6046 2521/6549/6045 1614/5641/5206</w:t>
        <w:br/>
        <w:t>f 2391/6417/5940 2524/6550/6046 1614/5641/5206</w:t>
        <w:br/>
        <w:t>f 2545/6571/6064 2533/6559/6052 2532/6558/6052</w:t>
        <w:br/>
        <w:t>f 1837/5863/5428 2545/6571/6064 2532/6558/6052</w:t>
        <w:br/>
        <w:t>f 2546/6572/6065 1837/5863/5428 2406/6433/5950</w:t>
        <w:br/>
        <w:t>f 2407/6432/5950 2546/6572/6065 2406/6433/5950</w:t>
        <w:br/>
        <w:t>f 2550/6573/6066 2549/6574/6067 2548/6575/6067</w:t>
        <w:br/>
        <w:t>f 2547/6576/6068 2550/6573/6066 2548/6575/6067</w:t>
        <w:br/>
        <w:t>f 2387/6412/5936 2386/6413/5936 2548/6575/6067</w:t>
        <w:br/>
        <w:t>f 2549/6574/6067 2387/6412/5936 2548/6575/6067</w:t>
        <w:br/>
        <w:t>f 2428/6454/5965 2425/6453/5964 2551/6577/6069</w:t>
        <w:br/>
        <w:t>f 2552/6578/6070 2428/6454/5965 2551/6577/6069</w:t>
        <w:br/>
        <w:t>f 2552/6578/6070 1839/5865/5430 1661/5688/5253</w:t>
        <w:br/>
        <w:t>f 2436/6463/5972 2552/6578/6070 1661/5688/5253</w:t>
        <w:br/>
        <w:t>f 2554/6579/6071 2553/6580/6072 2414/6441/5956</w:t>
        <w:br/>
        <w:t>f 2415/6440/5955 2554/6579/6071 2414/6441/5956</w:t>
        <w:br/>
        <w:t>f 2505/6531/6031 2502/6530/6030 2507/6533/6033</w:t>
        <w:br/>
        <w:t>f 2508/6532/6032 2505/6531/6031 2507/6533/6033</w:t>
        <w:br/>
        <w:t>f 2500/6526/6028 2485/6508/6073 1753/5778/5344</w:t>
        <w:br/>
        <w:t>f 1771/5797/5362 2500/6526/6028 1753/5778/5344</w:t>
        <w:br/>
        <w:t>f 2556/6581/6074 2555/6582/6075 1752/5779/5345</w:t>
        <w:br/>
        <w:t>f 2484/6509/6011 2556/6581/6074 1752/5779/5345</w:t>
        <w:br/>
        <w:t>f 2559/6583/6076 2558/6584/6077 2557/6585/6078</w:t>
        <w:br/>
        <w:t>f 2560/6586/6078 2559/6583/6076 2557/6585/6078</w:t>
        <w:br/>
        <w:t>f 2562/6587/6079 2561/6588/6079 2558/6584/6077</w:t>
        <w:br/>
        <w:t>f 2559/6583/6076 2562/6587/6079 2558/6584/6077</w:t>
        <w:br/>
        <w:t>f 2297/6323/5867 2560/6586/6078 2557/6585/6078</w:t>
        <w:br/>
        <w:t>f 2296/6324/5868 2297/6323/5867 2557/6585/6078</w:t>
        <w:br/>
        <w:t>f 2293/6316/5861 2290/6319/5863 2563/6589/6080</w:t>
        <w:br/>
        <w:t>f 2564/6590/6080 2293/6316/5861 2563/6589/6080</w:t>
        <w:br/>
        <w:t>f 2566/6591/6081 2564/6590/6080 2563/6589/6080</w:t>
        <w:br/>
        <w:t>f 2565/6592/6081 2566/6591/6081 2563/6589/6080</w:t>
        <w:br/>
        <w:t>f 2568/6593/6082 2322/6348/5883 2321/6347/5883</w:t>
        <w:br/>
        <w:t>f 2567/6594/6083 2568/6593/6082 2321/6347/5883</w:t>
        <w:br/>
        <w:t>f 2570/6595/6084 2568/6593/6082 2567/6594/6083</w:t>
        <w:br/>
        <w:t>f 2569/6596/6084 2570/6595/6084 2567/6594/6083</w:t>
        <w:br/>
        <w:t>f 1047/5073/4717 1051/5076/4719 1046/5074/4717</w:t>
        <w:br/>
        <w:t>f 2196/6220/5773 2197/6226/5778 2195/6221/5773</w:t>
        <w:br/>
        <w:t>f 2617/6597/6085 2616/6598/6085 2615/6599/6086</w:t>
        <w:br/>
        <w:t>f 2618/6600/6086 2617/6597/6085 2615/6599/6086</w:t>
        <w:br/>
        <w:t>f 2619/6601/6087 2618/6600/6086 2615/6599/6086</w:t>
        <w:br/>
        <w:t>f 2620/6602/6088 2619/6601/6087 2615/6599/6086</w:t>
        <w:br/>
        <w:t>f 2622/6603/6089 2616/6598/6085 2617/6597/6085</w:t>
        <w:br/>
        <w:t>f 2621/6604/6089 2622/6603/6089 2617/6597/6085</w:t>
        <w:br/>
        <w:t>f 2625/6605/6090 2624/6606/6091 2623/6607/6092</w:t>
        <w:br/>
        <w:t>f 2626/6608/6090 2625/6605/6090 2623/6607/6092</w:t>
        <w:br/>
        <w:t>f 2630/6609/6093 2629/6610/6094 2628/6611/6095</w:t>
        <w:br/>
        <w:t>f 2627/6612/6093 2630/6609/6093 2628/6611/6095</w:t>
        <w:br/>
        <w:t>f 2632/6613/6096 2628/6611/6095 2629/6610/6094</w:t>
        <w:br/>
        <w:t>f 2631/6614/6096 2632/6613/6096 2629/6610/6094</w:t>
        <w:br/>
        <w:t>f 2632/6613/6096 2631/6614/6096 2634/6615/6097</w:t>
        <w:br/>
        <w:t>f 2633/6616/6098 2632/6613/6096 2634/6615/6097</w:t>
        <w:br/>
        <w:t>f 2636/6617/6099 2635/6618/6100 2633/6616/6098</w:t>
        <w:br/>
        <w:t>f 2634/6615/6097 2636/6617/6099 2633/6616/6098</w:t>
        <w:br/>
        <w:t>f 2639/6619/6101 2638/6620/6102 2637/6621/6103</w:t>
        <w:br/>
        <w:t>f 2639/6619/6101 2637/6621/6103 2641/6622/6104</w:t>
        <w:br/>
        <w:t>f 2640/6623/6105 2639/6619/6101 2641/6622/6104</w:t>
        <w:br/>
        <w:t>f 2643/6624/6106 2641/6622/6104 2642/6625/6107</w:t>
        <w:br/>
        <w:t>f 2627/6612/6093 2623/6607/6092 2624/6606/6091</w:t>
        <w:br/>
        <w:t>f 2630/6609/6093 2627/6612/6093 2624/6606/6091</w:t>
        <w:br/>
        <w:t>f 2641/6622/6104 2644/6626/6108 2642/6625/6107</w:t>
        <w:br/>
        <w:t>f 2641/6622/6104 2646/6627/6109 2645/6628/6110</w:t>
        <w:br/>
        <w:t>f 2647/6629/6111 2646/6627/6109 2641/6622/6104</w:t>
        <w:br/>
        <w:t>f 2648/6630/6112 2647/6629/6111 2641/6622/6104</w:t>
        <w:br/>
        <w:t>f 2637/6621/6113 2650/6631/6114 2649/6632/6115</w:t>
        <w:br/>
        <w:t>f 2653/6633/6116 2652/6634/6117 2651/6635/6118</w:t>
        <w:br/>
        <w:t>f 2656/6636/6119 2655/6637/6120 2654/6638/6121</w:t>
        <w:br/>
        <w:t>f 2655/6637/6120 2651/6635/6118 2652/6634/6117</w:t>
        <w:br/>
        <w:t>f 2654/6638/6121 2655/6637/6120 2652/6634/6117</w:t>
        <w:br/>
        <w:t>f 2659/6639/6122 2658/6640/6123 2657/6641/6124</w:t>
        <w:br/>
        <w:t>f 2660/6642/6125 2657/6641/6124 2658/6640/6123</w:t>
        <w:br/>
        <w:t>f 2661/6643/6126 2660/6642/6125 2658/6640/6123</w:t>
        <w:br/>
        <w:t>f 2661/6643/6126 2662/6644/6127 2660/6642/6125</w:t>
        <w:br/>
        <w:t>f 2661/6643/6126 2663/6645/6128 2662/6644/6127</w:t>
        <w:br/>
        <w:t>f 2656/6636/6119 2664/6646/6129 2655/6637/6120</w:t>
        <w:br/>
        <w:t>f 2664/6646/6129 2663/6645/6128 2655/6637/6120</w:t>
        <w:br/>
        <w:t>f 2640/6623/6105 2641/6622/6104 2643/6624/6106</w:t>
        <w:br/>
        <w:t>f 2641/6622/6104 2645/6628/6110 2644/6626/6108</w:t>
        <w:br/>
        <w:t>f 2659/6639/6130 2653/6633/6116 2651/6635/6118</w:t>
        <w:br/>
        <w:t>f 2637/6621/6113 2649/6632/6115 2647/6629/6111</w:t>
        <w:br/>
        <w:t>f 2668/6647/6131 2667/6648/6132 2666/6649/6133</w:t>
        <w:br/>
        <w:t>f 2665/6650/6134 2668/6647/6131 2666/6649/6133</w:t>
        <w:br/>
        <w:t>f 2672/6651/6135 2671/6652/6136 2670/6653/6136</w:t>
        <w:br/>
        <w:t>f 2669/6654/6137 2672/6651/6135 2670/6653/6136</w:t>
        <w:br/>
        <w:t>f 2675/6655/6138 2674/6656/6139 2673/6657/6140</w:t>
        <w:br/>
        <w:t>f 2676/6658/6141 2675/6655/6138 2673/6657/6140</w:t>
        <w:br/>
        <w:t>f 2666/6649/6133 2677/6659/6142 2665/6650/6134</w:t>
        <w:br/>
        <w:t>f 2679/6660/6143 2678/6661/6144 2673/6657/6140</w:t>
        <w:br/>
        <w:t>f 2674/6656/6139 2679/6660/6143 2673/6657/6140</w:t>
        <w:br/>
        <w:t>f 2681/6662/6145 2680/6663/6146 2677/6659/6142</w:t>
        <w:br/>
        <w:t>f 2666/6649/6133 2681/6662/6145 2677/6659/6142</w:t>
        <w:br/>
        <w:t>f 2684/6664/6147 2683/6665/6148 2682/6666/6149</w:t>
        <w:br/>
        <w:t>f 2684/6664/6147 2682/6666/6149 2685/6667/6150</w:t>
        <w:br/>
        <w:t>f 2688/6668/6151 2687/6669/6152 2686/6670/6151</w:t>
        <w:br/>
        <w:t>f 2690/6671/6153 2689/6672/6154 2684/6664/6155</w:t>
        <w:br/>
        <w:t>f 2691/6673/6156 2681/6662/6145 2666/6649/6133</w:t>
        <w:br/>
        <w:t>f 2683/6665/6148 2691/6673/6156 2666/6649/6133</w:t>
        <w:br/>
        <w:t>f 2667/6648/6132 2682/6666/6149 2683/6665/6148</w:t>
        <w:br/>
        <w:t>f 2666/6649/6133 2667/6648/6132 2683/6665/6148</w:t>
        <w:br/>
        <w:t>f 2686/6670/6151 2670/6653/6136 2671/6652/6136</w:t>
        <w:br/>
        <w:t>f 2688/6668/6151 2686/6670/6151 2671/6652/6136</w:t>
        <w:br/>
        <w:t>f 2692/6674/6157 2673/6657/6140 2678/6661/6144</w:t>
        <w:br/>
        <w:t>f 2694/6675/6158 2693/6676/6159 2675/6655/6138</w:t>
        <w:br/>
        <w:t>f 2676/6658/6141 2694/6675/6158 2675/6655/6138</w:t>
        <w:br/>
        <w:t>f 2695/6677/6160 2694/6675/6158 2676/6658/6141</w:t>
        <w:br/>
        <w:t>f 2690/6671/6153 2695/6677/6160 2676/6658/6141</w:t>
        <w:br/>
        <w:t>f 2696/6678/6161 2685/6667/6150 2682/6666/6149</w:t>
        <w:br/>
        <w:t>f 2667/6648/6132 2696/6678/6161 2682/6666/6149</w:t>
        <w:br/>
        <w:t>f 2697/6679/6162 2696/6678/6161 2667/6648/6132</w:t>
        <w:br/>
        <w:t>f 2668/6647/6131 2697/6679/6162 2667/6648/6132</w:t>
        <w:br/>
        <w:t>f 2700/6680/6163 2699/6681/6163 2698/6682/6164</w:t>
        <w:br/>
        <w:t>f 2701/6683/6165 2700/6680/6163 2698/6682/6164</w:t>
        <w:br/>
        <w:t>f 2703/6684/6166 2702/6685/6167 2672/6651/6135</w:t>
        <w:br/>
        <w:t>f 2669/6654/6137 2703/6684/6166 2672/6651/6135</w:t>
        <w:br/>
        <w:t>f 2706/6686/6168 2705/6687/6168 2704/6688/6169</w:t>
        <w:br/>
        <w:t>f 2707/6689/6169 2706/6686/6168 2704/6688/6169</w:t>
        <w:br/>
        <w:t>f 2709/6690/6170 2708/6691/6170 2699/6681/6163</w:t>
        <w:br/>
        <w:t>f 2700/6680/6163 2709/6690/6170 2699/6681/6163</w:t>
        <w:br/>
        <w:t>f 2711/6692/6171 2707/6689/6169 2704/6688/6169</w:t>
        <w:br/>
        <w:t>f 2710/6693/6171 2711/6692/6171 2704/6688/6169</w:t>
        <w:br/>
        <w:t>f 2715/6694/6172 2714/6695/6173 2713/6696/6174</w:t>
        <w:br/>
        <w:t>f 2712/6697/6172 2715/6694/6172 2713/6696/6174</w:t>
        <w:br/>
        <w:t>f 2709/6690/6170 2717/6698/6175 2716/6699/6175</w:t>
        <w:br/>
        <w:t>f 2708/6691/6170 2709/6690/6170 2716/6699/6175</w:t>
        <w:br/>
        <w:t>f 2720/6700/6176 2719/6701/6176 2718/6702/6177</w:t>
        <w:br/>
        <w:t>f 2715/6694/6172 2712/6697/6172 2719/6701/6176</w:t>
        <w:br/>
        <w:t>f 2720/6700/6176 2715/6694/6172 2719/6701/6176</w:t>
        <w:br/>
        <w:t>f 2672/6651/6135 2702/6685/6167 2705/6687/6168</w:t>
        <w:br/>
        <w:t>f 2706/6686/6168 2672/6651/6135 2705/6687/6168</w:t>
        <w:br/>
        <w:t>f 2701/6683/6165 2698/6682/6164 2703/6684/6166</w:t>
        <w:br/>
        <w:t>f 2669/6654/6137 2701/6683/6165 2703/6684/6166</w:t>
        <w:br/>
        <w:t>f 2724/6703/6178 2723/6704/6179 2722/6705/6180</w:t>
        <w:br/>
        <w:t>f 2721/6706/6181 2724/6703/6178 2722/6705/6180</w:t>
        <w:br/>
        <w:t>f 2727/6707/6182 2726/6708/6183 2725/6709/6184</w:t>
        <w:br/>
        <w:t>f 2728/6710/6184 2727/6707/6182 2725/6709/6184</w:t>
        <w:br/>
        <w:t>f 2731/6711/6185 2730/6712/6186 2729/6713/6187</w:t>
        <w:br/>
        <w:t>f 2732/6714/6188 2731/6711/6185 2729/6713/6187</w:t>
        <w:br/>
        <w:t>f 2722/6705/6180 2723/6704/6179 2733/6715/6189</w:t>
        <w:br/>
        <w:t>f 2735/6716/6190 2730/6712/6186 2731/6711/6185</w:t>
        <w:br/>
        <w:t>f 2734/6717/6191 2735/6716/6190 2731/6711/6185</w:t>
        <w:br/>
        <w:t>f 2681/6662/6145 2722/6705/6180 2733/6715/6189</w:t>
        <w:br/>
        <w:t>f 2680/6663/6146 2681/6662/6145 2733/6715/6189</w:t>
        <w:br/>
        <w:t>f 2737/6718/6192 2691/6673/6156 2736/6719/6193</w:t>
        <w:br/>
        <w:t>f 2740/6720/6194 2739/6721/6194 2738/6722/6195</w:t>
        <w:br/>
        <w:t>f 2743/6723/6196 2742/6724/6197 2741/6725/6198</w:t>
        <w:br/>
        <w:t>f 2691/6673/6156 2737/6718/6192 2722/6705/6180</w:t>
        <w:br/>
        <w:t>f 2681/6662/6145 2691/6673/6156 2722/6705/6180</w:t>
        <w:br/>
        <w:t>f 2721/6706/6181 2722/6705/6180 2737/6718/6192</w:t>
        <w:br/>
        <w:t>f 2744/6726/6199 2721/6706/6181 2737/6718/6192</w:t>
        <w:br/>
        <w:t>f 2731/6711/6185 2742/6724/6197 2745/6727/6200</w:t>
        <w:br/>
        <w:t>f 2747/6728/6201 2732/6714/6188 2729/6713/6187</w:t>
        <w:br/>
        <w:t>f 2746/6729/6202 2747/6728/6201 2729/6713/6187</w:t>
        <w:br/>
        <w:t>f 2741/6725/6198 2742/6724/6197 2732/6714/6188</w:t>
        <w:br/>
        <w:t>f 2747/6728/6201 2741/6725/6198 2732/6714/6188</w:t>
        <w:br/>
        <w:t>f 2749/6730/6203 2721/6706/6181 2744/6726/6199</w:t>
        <w:br/>
        <w:t>f 2748/6731/6204 2749/6730/6203 2744/6726/6199</w:t>
        <w:br/>
        <w:t>f 2750/6732/6205 2724/6703/6178 2721/6706/6181</w:t>
        <w:br/>
        <w:t>f 2749/6730/6203 2750/6732/6205 2721/6706/6181</w:t>
        <w:br/>
        <w:t>f 2753/6733/6206 2752/6734/6207 2751/6735/6207</w:t>
        <w:br/>
        <w:t>f 2754/6736/6206 2753/6733/6206 2751/6735/6207</w:t>
        <w:br/>
        <w:t>f 2727/6707/6182 2756/6737/6208 2755/6738/6209</w:t>
        <w:br/>
        <w:t>f 2726/6708/6183 2727/6707/6182 2755/6738/6209</w:t>
        <w:br/>
        <w:t>f 2759/6739/6210 2758/6740/6211 2757/6741/6211</w:t>
        <w:br/>
        <w:t>f 2760/6742/6212 2759/6739/6210 2757/6741/6211</w:t>
        <w:br/>
        <w:t>f 2752/6734/6207 2762/6743/6213 2761/6744/6213</w:t>
        <w:br/>
        <w:t>f 2751/6735/6207 2752/6734/6207 2761/6744/6213</w:t>
        <w:br/>
        <w:t>f 2764/6745/6214 2763/6746/6214 2759/6739/6210</w:t>
        <w:br/>
        <w:t>f 2760/6742/6212 2764/6745/6214 2759/6739/6210</w:t>
        <w:br/>
        <w:t>f 2768/6747/6215 2767/6748/6216 2766/6749/6217</w:t>
        <w:br/>
        <w:t>f 2765/6750/6217 2768/6747/6215 2766/6749/6217</w:t>
        <w:br/>
        <w:t>f 2761/6744/6213 2762/6743/6213 2716/6699/6175</w:t>
        <w:br/>
        <w:t>f 2717/6698/6175 2761/6744/6213 2716/6699/6175</w:t>
        <w:br/>
        <w:t>f 2771/6751/6218 2770/6752/6219 2769/6753/6220</w:t>
        <w:br/>
        <w:t>f 2770/6752/6219 2767/6748/6216 2768/6747/6215</w:t>
        <w:br/>
        <w:t>f 2769/6753/6220 2770/6752/6219 2768/6747/6215</w:t>
        <w:br/>
        <w:t>f 2758/6740/6211 2756/6737/6208 2727/6707/6182</w:t>
        <w:br/>
        <w:t>f 2757/6741/6211 2758/6740/6211 2727/6707/6182</w:t>
        <w:br/>
        <w:t>f 2755/6738/6209 2753/6733/6206 2754/6736/6206</w:t>
        <w:br/>
        <w:t>f 2726/6708/6183 2755/6738/6209 2754/6736/6206</w:t>
        <w:br/>
        <w:t>f 2728/6710/6184 2725/6709/6184 2739/6721/6194</w:t>
        <w:br/>
        <w:t>f 2740/6720/6194 2728/6710/6184 2739/6721/6194</w:t>
        <w:br/>
        <w:t>f 2744/6726/6199 2743/6723/6196 2748/6731/6204</w:t>
        <w:br/>
        <w:t>f 2673/6657/6140 2690/6671/6153 2676/6658/6141</w:t>
        <w:br/>
        <w:t>f 2692/6674/6157 2690/6671/6153 2673/6657/6140</w:t>
        <w:br/>
        <w:t>f 2731/6711/6185 2745/6727/6200 2734/6717/6191</w:t>
        <w:br/>
        <w:t>f 2731/6711/6185 2732/6714/6188 2742/6724/6197</w:t>
        <w:br/>
        <w:t>f 2742/6724/6197 2772/6754/6221 2745/6727/6200</w:t>
        <w:br/>
        <w:t>f 2743/6723/6196 2772/6754/6221 2742/6724/6197</w:t>
        <w:br/>
        <w:t>f 2690/6671/6153 2684/6664/6155 2695/6677/6160</w:t>
        <w:br/>
        <w:t>f 2690/6671/6153 2692/6674/6157 2689/6672/6154</w:t>
        <w:br/>
        <w:t>f 2737/6718/6192 2743/6723/6196 2744/6726/6199</w:t>
        <w:br/>
        <w:t>f 2737/6718/6192 2736/6719/6193 2743/6723/6196</w:t>
        <w:br/>
        <w:t>f 2683/6665/6148 2736/6719/6193 2691/6673/6156</w:t>
        <w:br/>
        <w:t>f 2684/6664/6147 2736/6719/6193 2683/6665/6148</w:t>
        <w:br/>
        <w:t>f 2995/6755/6222 2994/6756/6223 2993/6757/6224</w:t>
        <w:br/>
        <w:t>f 2992/6758/6225 2995/6755/6222 2993/6757/6224</w:t>
        <w:br/>
        <w:t>f 2997/6759/6226 2996/6760/6227 2993/6757/6224</w:t>
        <w:br/>
        <w:t>f 2994/6756/6223 2997/6759/6226 2993/6757/6224</w:t>
        <w:br/>
        <w:t>f 2997/6759/6226 2999/6761/6228 2998/6762/6229</w:t>
        <w:br/>
        <w:t>f 2996/6760/6227 2997/6759/6226 2998/6762/6229</w:t>
        <w:br/>
        <w:t>f 3000/6763/6230 2998/6762/6229 2999/6761/6228</w:t>
        <w:br/>
        <w:t>f 2999/6761/6228 3002/6764/6231 3001/6765/6232</w:t>
        <w:br/>
        <w:t>f 3000/6763/6230 2999/6761/6228 3001/6765/6232</w:t>
        <w:br/>
        <w:t>f 3005/6766/6233 3004/6767/6234 3003/6768/6235</w:t>
        <w:br/>
        <w:t>f 3006/6769/6236 3005/6766/6233 3003/6768/6235</w:t>
        <w:br/>
        <w:t>f 3007/6770/6237 3005/6766/6233 3006/6769/6236</w:t>
        <w:br/>
        <w:t>f 3008/6771/6238 3006/6769/6236 3001/6765/6232</w:t>
        <w:br/>
        <w:t>f 3002/6764/6231 3008/6771/6238 3001/6765/6232</w:t>
        <w:br/>
        <w:t>f 3008/6771/6238 3010/6772/6239 3009/6773/6240</w:t>
        <w:br/>
        <w:t>f 3013/6774/6241 3012/6775/6242 3011/6776/6243</w:t>
        <w:br/>
        <w:t>f 3015/6777/6244 3011/6776/6243 3014/6778/6245</w:t>
        <w:br/>
        <w:t>f 3016/6779/6246 3015/6777/6244 3014/6778/6245</w:t>
        <w:br/>
        <w:t>f 3017/6780/6246 3016/6779/6246 3014/6778/6245</w:t>
        <w:br/>
        <w:t>f 3013/6774/6241 3011/6776/6243 3007/6770/6237</w:t>
        <w:br/>
        <w:t>f 3018/6781/6247 3013/6774/6241 3007/6770/6237</w:t>
        <w:br/>
        <w:t>f 3022/6782/6248 3021/6783/6249 3020/6784/6250</w:t>
        <w:br/>
        <w:t>f 3019/6785/6251 3022/6782/6248 3020/6784/6250</w:t>
        <w:br/>
        <w:t>f 3020/6784/6250 3021/6783/6249 3024/6786/6252</w:t>
        <w:br/>
        <w:t>f 3023/6787/6253 3020/6784/6250 3024/6786/6252</w:t>
        <w:br/>
        <w:t>f 3013/6774/6241 3022/6782/6248 3019/6785/6251</w:t>
        <w:br/>
        <w:t>f 3026/6788/6254 3025/6789/6255 3004/6767/6234</w:t>
        <w:br/>
        <w:t>f 3028/6790/6256 3016/6779/6246 3017/6780/6246</w:t>
        <w:br/>
        <w:t>f 3027/6791/6227 3028/6790/6256 3017/6780/6246</w:t>
        <w:br/>
        <w:t>f 3030/6792/6257 3029/6793/6257 3023/6787/6253</w:t>
        <w:br/>
        <w:t>f 3024/6786/6252 3030/6792/6257 3023/6787/6253</w:t>
        <w:br/>
        <w:t>f 3029/6793/6257 3030/6792/6257 3028/6790/6256</w:t>
        <w:br/>
        <w:t>f 3027/6791/6227 3029/6793/6257 3028/6790/6256</w:t>
        <w:br/>
        <w:t>f 3013/6774/6241 3019/6785/6251 3012/6775/6242</w:t>
        <w:br/>
        <w:t>f 3011/6776/6243 3012/6775/6242 3014/6778/6245</w:t>
        <w:br/>
        <w:t>f 3007/6770/6237 3006/6769/6236 3018/6781/6247</w:t>
        <w:br/>
        <w:t>f 3018/6781/6247 3006/6769/6236 3008/6771/6238</w:t>
        <w:br/>
        <w:t>f 3026/6788/6254 3005/6766/6233 3031/6794/6258</w:t>
        <w:br/>
        <w:t>f 3008/6771/6238 3002/6764/6231 3010/6772/6239</w:t>
        <w:br/>
        <w:t>f 3010/6772/6239 3002/6764/6231 3032/6795/6259</w:t>
        <w:br/>
        <w:t>f 3026/6788/6254 3004/6767/6234 3005/6766/6233</w:t>
        <w:br/>
        <w:t>f 3000/6763/6230 3003/6768/6235 3004/6767/6234</w:t>
        <w:br/>
        <w:t>f 2998/6762/6229 3000/6763/6230 3004/6767/6234</w:t>
        <w:br/>
        <w:t>f 3035/6796/6260 3034/6797/6261 3033/6798/6262</w:t>
        <w:br/>
        <w:t>f 3037/6799/6263 3036/6800/6264 3033/6798/6262</w:t>
        <w:br/>
        <w:t>f 3034/6797/6261 3037/6799/6263 3033/6798/6262</w:t>
        <w:br/>
        <w:t>f 3039/6801/6265 3038/6802/6266 3034/6797/6261</w:t>
        <w:br/>
        <w:t>f 3040/6803/6267 3034/6797/6261 3035/6796/6260</w:t>
        <w:br/>
        <w:t>f 3042/6804/6268 3041/6805/6269 3038/6802/6266</w:t>
        <w:br/>
        <w:t>f 3043/6806/6270 3039/6801/6265 3040/6803/6267</w:t>
        <w:br/>
        <w:t>f 3047/6807/6271 3046/6808/6272 3045/6809/6273</w:t>
        <w:br/>
        <w:t>f 3044/6810/6274 3047/6807/6271 3045/6809/6273</w:t>
        <w:br/>
        <w:t>f 3047/6807/6271 3048/6811/6275 3042/6804/6268</w:t>
        <w:br/>
        <w:t>f 3048/6811/6275 3049/6812/6276 3041/6805/6269</w:t>
        <w:br/>
        <w:t>f 3048/6811/6275 3051/6813/6277 3050/6814/6278</w:t>
        <w:br/>
        <w:t>f 3049/6812/6276 3048/6811/6275 3050/6814/6278</w:t>
        <w:br/>
        <w:t>f 3048/6811/6275 3047/6807/6271 3044/6810/6274</w:t>
        <w:br/>
        <w:t>f 3052/6815/6279 3046/6808/6272 3047/6807/6271</w:t>
        <w:br/>
        <w:t>f 3040/6803/6267 3052/6815/6279 3047/6807/6271</w:t>
        <w:br/>
        <w:t>f 3053/6816/6280 3052/6815/6279 3040/6803/6267</w:t>
        <w:br/>
        <w:t>f 3035/6796/6260 3053/6816/6280 3040/6803/6267</w:t>
        <w:br/>
        <w:t>f 3037/6799/6263 3054/6817/6281 3036/6800/6264</w:t>
        <w:br/>
        <w:t>f 3037/6799/6263 3055/6818/6282 3054/6817/6281</w:t>
        <w:br/>
        <w:t>f 3057/6819/6283 3055/6818/6282 3056/6820/6283</w:t>
        <w:br/>
        <w:t>f 3049/6812/6276 3058/6821/6284 3041/6805/6269</w:t>
        <w:br/>
        <w:t>f 3058/6821/6284 3049/6812/6276 3059/6822/6285</w:t>
        <w:br/>
        <w:t>f 3054/6817/6281 3055/6818/6282 3060/6823/6286</w:t>
        <w:br/>
        <w:t>f 3060/6823/6286 3063/6824/6287 3062/6825/6288</w:t>
        <w:br/>
        <w:t>f 3061/6826/6289 3060/6823/6286 3062/6825/6288</w:t>
        <w:br/>
        <w:t>f 3065/6827/6290 3058/6821/6284 3064/6828/6291</w:t>
        <w:br/>
        <w:t>f 3063/6824/6287 3065/6827/6290 3064/6828/6291</w:t>
        <w:br/>
        <w:t>f 3063/6824/6287 3064/6828/6291 3066/6829/6292</w:t>
        <w:br/>
        <w:t>f 3062/6825/6288 3063/6824/6287 3066/6829/6292</w:t>
        <w:br/>
        <w:t>f 3068/6830/6293 3066/6829/6292 3067/6831/6294</w:t>
        <w:br/>
        <w:t>f 3058/6821/6284 3059/6822/6285 3069/6832/6295</w:t>
        <w:br/>
        <w:t>f 3064/6828/6291 3058/6821/6284 3069/6832/6295</w:t>
        <w:br/>
        <w:t>f 3068/6830/6293 3062/6825/6288 3066/6829/6292</w:t>
        <w:br/>
        <w:t>f 3073/6833/6296 3072/6834/6297 3071/6835/6298</w:t>
        <w:br/>
        <w:t>f 3070/6836/6299 3073/6833/6296 3071/6835/6298</w:t>
        <w:br/>
        <w:t>f 3068/6830/6293 3067/6831/6294 3075/6837/6300</w:t>
        <w:br/>
        <w:t>f 3074/6838/6301 3068/6830/6293 3075/6837/6300</w:t>
        <w:br/>
        <w:t>f 3072/6834/6297 3046/6808/6272 3071/6835/6298</w:t>
        <w:br/>
        <w:t>f 3046/6808/6272 3052/6815/6279 3071/6835/6298</w:t>
        <w:br/>
        <w:t>f 3052/6815/6279 3076/6839/6302 3071/6835/6298</w:t>
        <w:br/>
        <w:t>f 3068/6830/6293 3077/6840/6303 3062/6825/6288</w:t>
        <w:br/>
        <w:t>f 3078/6841/6304 3066/6829/6292 3064/6828/6291</w:t>
        <w:br/>
        <w:t>f 3069/6832/6295 3078/6841/6304 3064/6828/6291</w:t>
        <w:br/>
        <w:t>f 3080/6842/6305 3079/6843/6306 3035/6796/6260</w:t>
        <w:br/>
        <w:t>f 3033/6798/6262 3080/6842/6305 3035/6796/6260</w:t>
        <w:br/>
        <w:t>f 3082/6844/6307 3081/6845/6308 3080/6842/6305</w:t>
        <w:br/>
        <w:t>f 3033/6798/6262 3082/6844/6307 3080/6842/6305</w:t>
        <w:br/>
        <w:t>f 3045/6809/6273 3084/6846/6309 3083/6847/6310</w:t>
        <w:br/>
        <w:t>f 3044/6810/6274 3045/6809/6273 3083/6847/6310</w:t>
        <w:br/>
        <w:t>f 3051/6813/6277 3086/6848/6311 3085/6849/6312</w:t>
        <w:br/>
        <w:t>f 3050/6814/6278 3051/6813/6277 3085/6849/6312</w:t>
        <w:br/>
        <w:t>f 3044/6810/6274 3083/6847/6310 3086/6848/6311</w:t>
        <w:br/>
        <w:t>f 3051/6813/6277 3044/6810/6274 3086/6848/6311</w:t>
        <w:br/>
        <w:t>f 3079/6843/6306 3087/6850/6313 3053/6816/6280</w:t>
        <w:br/>
        <w:t>f 3035/6796/6260 3079/6843/6306 3053/6816/6280</w:t>
        <w:br/>
        <w:t>f 3089/6851/6314 3088/6852/6315 3081/6845/6316</w:t>
        <w:br/>
        <w:t>f 3036/6800/6264 3089/6851/6314 3081/6845/6316</w:t>
        <w:br/>
        <w:t>f 3091/6853/6317 3085/6849/6312 3090/6854/6318</w:t>
        <w:br/>
        <w:t>f 3059/6822/6285 3091/6853/6317 3090/6854/6318</w:t>
        <w:br/>
        <w:t>f 3093/6855/6319 3092/6856/6319 3088/6852/6315</w:t>
        <w:br/>
        <w:t>f 3054/6817/6281 3093/6855/6319 3088/6852/6315</w:t>
        <w:br/>
        <w:t>f 3095/6857/6320 3094/6858/6321 3092/6856/6319</w:t>
        <w:br/>
        <w:t>f 3093/6855/6319 3095/6857/6320 3092/6856/6319</w:t>
        <w:br/>
        <w:t>f 3097/6859/6322 3096/6860/6323 3067/6831/6294</w:t>
        <w:br/>
        <w:t>f 3078/6841/6304 3097/6859/6322 3067/6831/6294</w:t>
        <w:br/>
        <w:t>f 3090/6854/6318 3098/6861/6324 3069/6832/6295</w:t>
        <w:br/>
        <w:t>f 3059/6822/6285 3090/6854/6318 3069/6832/6295</w:t>
        <w:br/>
        <w:t>f 3101/6862/6325 3100/6863/6325 3099/6864/6326</w:t>
        <w:br/>
        <w:t>f 3102/6865/6327 3101/6862/6325 3099/6864/6326</w:t>
        <w:br/>
        <w:t>f 3067/6831/6294 3096/6860/6323 3104/6866/6328</w:t>
        <w:br/>
        <w:t>f 3103/6867/6329 3067/6831/6294 3104/6866/6328</w:t>
        <w:br/>
        <w:t>f 3072/6834/6297 3105/6868/6330 3084/6846/6309</w:t>
        <w:br/>
        <w:t>f 3045/6809/6273 3072/6834/6297 3084/6846/6309</w:t>
        <w:br/>
        <w:t>f 3053/6816/6280 3087/6850/6313 3106/6869/6331</w:t>
        <w:br/>
        <w:t>f 3076/6839/6302 3053/6816/6280 3106/6869/6331</w:t>
        <w:br/>
        <w:t>f 3100/6863/6325 3101/6862/6325 3094/6858/6321</w:t>
        <w:br/>
        <w:t>f 3095/6857/6320 3100/6863/6325 3094/6858/6321</w:t>
        <w:br/>
        <w:t>f 3098/6861/6324 3097/6859/6322 3078/6841/6304</w:t>
        <w:br/>
        <w:t>f 3069/6832/6295 3098/6861/6324 3078/6841/6304</w:t>
        <w:br/>
        <w:t>f 3109/6870/6332 3108/6871/6333 3107/6872/6334</w:t>
        <w:br/>
        <w:t>f 3108/6871/6333 3110/6873/6335 3107/6872/6334</w:t>
        <w:br/>
        <w:t>f 3112/6874/6336 3111/6875/6337 3110/6873/6335</w:t>
        <w:br/>
        <w:t>f 3112/6874/6336 3113/6876/6338 3111/6875/6337</w:t>
        <w:br/>
        <w:t>f 3112/6874/6336 3114/6877/6339 3113/6876/6338</w:t>
        <w:br/>
        <w:t>f 3117/6878/6340 3116/6879/6341 3115/6880/6342</w:t>
        <w:br/>
        <w:t>f 3117/6878/6340 3118/6881/6343 3116/6879/6341</w:t>
        <w:br/>
        <w:t>f 3117/6878/6340 3119/6882/6344 3118/6881/6343</w:t>
        <w:br/>
        <w:t>f 3121/6883/6345 3120/6884/6346 3119/6882/6344</w:t>
        <w:br/>
        <w:t>f 3124/6885/6347 3123/6886/6348 3122/6887/6349</w:t>
        <w:br/>
        <w:t>f 3124/6885/6347 3125/6888/6350 3123/6886/6348</w:t>
        <w:br/>
        <w:t>f 3126/6889/6305 3125/6888/6350 3124/6885/6347</w:t>
        <w:br/>
        <w:t>f 3129/6890/6351 3128/6891/6352 3127/6892/6353</w:t>
        <w:br/>
        <w:t>f 3129/6890/6351 3130/6893/6354 3128/6891/6352</w:t>
        <w:br/>
        <w:t>f 3132/6894/6355 3131/6895/6356 3130/6893/6354</w:t>
        <w:br/>
        <w:t>f 3135/6896/6357 3134/6897/6358 3133/6898/6359</w:t>
        <w:br/>
        <w:t>f 3070/6836/6299 3135/6896/6357 3133/6898/6359</w:t>
        <w:br/>
        <w:t>f 3138/6899/6360 3137/6900/6361 3136/6901/6362</w:t>
        <w:br/>
        <w:t>f 3139/6902/6363 3102/6865/6327 3099/6864/6326</w:t>
        <w:br/>
        <w:t>f 3140/6903/6364 3139/6902/6363 3099/6864/6326</w:t>
        <w:br/>
        <w:t>f 3143/6904/6365 3142/6905/6366 3141/6906/6367</w:t>
        <w:br/>
        <w:t>f 3074/6838/6301 3143/6904/6365 3141/6906/6367</w:t>
        <w:br/>
        <w:t>f 3144/6907/6368 3143/6904/6365 3074/6838/6301</w:t>
        <w:br/>
        <w:t>f 3075/6837/6300 3144/6907/6368 3074/6838/6301</w:t>
        <w:br/>
        <w:t>f 3104/6866/6328 3145/6908/6369 3103/6867/6329</w:t>
        <w:br/>
        <w:t>f 3149/6909/6370 3148/6910/6368 3147/6911/6328</w:t>
        <w:br/>
        <w:t>f 3146/6912/6371 3149/6909/6370 3147/6911/6328</w:t>
        <w:br/>
        <w:t>f 3151/6913/6372 3150/6914/6373 3073/6833/6296</w:t>
        <w:br/>
        <w:t>f 3152/6915/6374 3151/6913/6372 3073/6833/6296</w:t>
        <w:br/>
        <w:t>f 3070/6836/6299 3133/6898/6359 3152/6915/6374</w:t>
        <w:br/>
        <w:t>f 3073/6833/6296 3070/6836/6299 3152/6915/6374</w:t>
        <w:br/>
        <w:t>f 3038/6802/6266 3055/6818/6282 3037/6799/6263</w:t>
        <w:br/>
        <w:t>f 3039/6801/6265 3034/6797/6261 3040/6803/6267</w:t>
        <w:br/>
        <w:t>f 3070/6836/6299 3071/6835/6298 3153/6916/6375</w:t>
        <w:br/>
        <w:t>f 3106/6869/6331 3155/6917/6376 3154/6918/6376</w:t>
        <w:br/>
        <w:t>f 3076/6839/6302 3106/6869/6331 3154/6918/6376</w:t>
        <w:br/>
        <w:t>f 3132/6894/6355 3156/6919/6377 3131/6895/6356</w:t>
        <w:br/>
        <w:t>f 3074/6838/6301 3141/6906/6367 3077/6840/6303</w:t>
        <w:br/>
        <w:t>f 3068/6830/6293 3074/6838/6301 3077/6840/6303</w:t>
        <w:br/>
        <w:t>f 3157/6920/6378 3120/6884/6346 3121/6883/6345</w:t>
        <w:br/>
        <w:t>f 3150/6914/6373 3105/6868/6330 3072/6834/6297</w:t>
        <w:br/>
        <w:t>f 3073/6833/6296 3150/6914/6373 3072/6834/6297</w:t>
        <w:br/>
        <w:t>f 3045/6809/6273 3046/6808/6272 3072/6834/6297</w:t>
        <w:br/>
        <w:t>f 3052/6815/6279 3053/6816/6280 3076/6839/6302</w:t>
        <w:br/>
        <w:t>f 3042/6804/6268 3040/6803/6267 3047/6807/6271</w:t>
        <w:br/>
        <w:t>f 3048/6811/6275 3044/6810/6274 3051/6813/6277</w:t>
        <w:br/>
        <w:t>f 3041/6805/6269 3058/6821/6284 3065/6827/6290</w:t>
        <w:br/>
        <w:t>f 3059/6822/6285 3049/6812/6276 3050/6814/6278</w:t>
        <w:br/>
        <w:t>f 3062/6825/6288 3077/6840/6303 3061/6826/6289</w:t>
        <w:br/>
        <w:t>f 3067/6831/6294 3066/6829/6292 3078/6841/6304</w:t>
        <w:br/>
        <w:t>f 3048/6811/6275 3041/6805/6269 3042/6804/6268</w:t>
        <w:br/>
        <w:t>f 3042/6804/6268 3038/6802/6266 3039/6801/6265</w:t>
        <w:br/>
        <w:t>f 3034/6797/6261 3038/6802/6266 3037/6799/6263</w:t>
        <w:br/>
        <w:t>f 3055/6818/6282 3065/6827/6290 3063/6824/6287</w:t>
        <w:br/>
        <w:t>f 3041/6805/6269 3065/6827/6290 3055/6818/6282</w:t>
        <w:br/>
        <w:t>f 3060/6823/6286 3055/6818/6282 3063/6824/6287</w:t>
        <w:br/>
        <w:t>f 3132/6894/6355 3130/6893/6354 3129/6890/6351</w:t>
        <w:br/>
        <w:t>f 3137/6900/6361 3158/6921/6379 3136/6901/6362</w:t>
        <w:br/>
        <w:t>f 3112/6874/6336 3110/6873/6335 3108/6871/6333</w:t>
        <w:br/>
        <w:t>f 3121/6883/6345 3119/6882/6344 3117/6878/6340</w:t>
        <w:br/>
        <w:t>f 3147/6911/6328 3107/6872/6334 3146/6912/6371</w:t>
        <w:br/>
        <w:t>f 3160/6922/6380 3136/6901/6362 3158/6921/6379</w:t>
        <w:br/>
        <w:t>f 3159/6923/6380 3160/6922/6380 3158/6921/6379</w:t>
        <w:br/>
        <w:t>f 3162/6924/6381 3161/6925/6382 3131/6895/6356</w:t>
        <w:br/>
        <w:t>f 3156/6919/6377 3162/6924/6381 3131/6895/6356</w:t>
        <w:br/>
        <w:t>f 3165/6926/6383 3164/6927/6382 3163/6928/6384</w:t>
        <w:br/>
        <w:t>f 3161/6925/6382 3162/6924/6381 3166/6929/6384</w:t>
        <w:br/>
        <w:t>f 3159/6923/6380 3168/6930/6385 3167/6931/6385</w:t>
        <w:br/>
        <w:t>f 3160/6922/6380 3159/6923/6380 3167/6931/6385</w:t>
        <w:br/>
        <w:t>f 3169/6932/6386 3122/6887/6349 3167/6931/6385</w:t>
        <w:br/>
        <w:t>f 3168/6930/6385 3169/6932/6386 3167/6931/6385</w:t>
        <w:br/>
        <w:t>f 3169/6932/6386 3124/6885/6347 3122/6887/6349</w:t>
        <w:br/>
        <w:t>f 3163/6928/6384 3170/6933/6387 3165/6926/6383</w:t>
        <w:br/>
        <w:t>f 3172/6934/6388 3154/6918/6376 3155/6917/6376</w:t>
        <w:br/>
        <w:t>f 3171/6935/6389 3172/6934/6388 3155/6917/6376</w:t>
        <w:br/>
        <w:t>f 3171/6935/6389 3134/6897/6358 3135/6896/6357</w:t>
        <w:br/>
        <w:t>f 3070/6836/6299 3153/6916/6375 3135/6896/6357</w:t>
        <w:br/>
        <w:t>f 3153/6916/6375 3071/6835/6298 3076/6839/6302</w:t>
        <w:br/>
        <w:t>f 3176/6936/6390 3175/6937/6391 3174/6938/6392</w:t>
        <w:br/>
        <w:t>f 3173/6939/6393 3176/6936/6390 3174/6938/6392</w:t>
        <w:br/>
        <w:t>f 3180/6940/6394 3179/6941/6395 3178/6942/6396</w:t>
        <w:br/>
        <w:t>f 3177/6943/6397 3180/6940/6394 3178/6942/6396</w:t>
        <w:br/>
        <w:t>f 3178/6942/6396 3183/6944/6398 3182/6945/6399</w:t>
        <w:br/>
        <w:t>f 3181/6946/6400 3178/6942/6396 3182/6945/6399</w:t>
        <w:br/>
        <w:t>f 3177/6943/6397 3178/6942/6396 3181/6946/6400</w:t>
        <w:br/>
        <w:t>f 3184/6947/6401 3177/6943/6397 3181/6946/6400</w:t>
        <w:br/>
        <w:t>f 3187/6948/6402 3186/6949/6403 3183/6944/6398</w:t>
        <w:br/>
        <w:t>f 3185/6950/6404 3187/6948/6402 3183/6944/6398</w:t>
        <w:br/>
        <w:t>f 3191/6951/6405 3190/6952/6406 3189/6953/6407</w:t>
        <w:br/>
        <w:t>f 3188/6954/6408 3191/6951/6405 3189/6953/6407</w:t>
        <w:br/>
        <w:t>f 3183/6944/6398 3178/6942/6396 3179/6941/6395</w:t>
        <w:br/>
        <w:t>f 3185/6950/6404 3183/6944/6398 3179/6941/6395</w:t>
        <w:br/>
        <w:t>f 3179/6941/6395 3180/6940/6394 3175/6937/6391</w:t>
        <w:br/>
        <w:t>f 3193/6955/6409 3192/6956/6410 3179/6941/6395</w:t>
        <w:br/>
        <w:t>f 3185/6950/6404 3192/6956/6410 3189/6953/6407</w:t>
        <w:br/>
        <w:t>f 3190/6952/6406 3185/6950/6404 3189/6953/6407</w:t>
        <w:br/>
        <w:t>f 3181/6946/6400 3182/6945/6399 3194/6957/6411</w:t>
        <w:br/>
        <w:t>f 3195/6958/6412 3181/6946/6400 3194/6957/6411</w:t>
        <w:br/>
        <w:t>f 3184/6947/6401 3181/6946/6400 3195/6958/6412</w:t>
        <w:br/>
        <w:t>f 3196/6959/6413 3184/6947/6401 3195/6958/6412</w:t>
        <w:br/>
        <w:t>f 3182/6945/6399 3198/6960/6414 3197/6961/6415</w:t>
        <w:br/>
        <w:t>f 3194/6957/6411 3182/6945/6399 3197/6961/6415</w:t>
        <w:br/>
        <w:t>f 3201/6962/6416 3200/6963/6417 3199/6964/6418</w:t>
        <w:br/>
        <w:t>f 3202/6965/6419 3201/6962/6416 3199/6964/6418</w:t>
        <w:br/>
        <w:t>f 3200/6963/6417 3204/6966/6420 3203/6967/6421</w:t>
        <w:br/>
        <w:t>f 3199/6964/6418 3200/6963/6417 3203/6967/6421</w:t>
        <w:br/>
        <w:t>f 3207/6968/6422 3206/6969/6423 3205/6970/6424</w:t>
        <w:br/>
        <w:t>f 3208/6971/6425 3207/6968/6422 3205/6970/6424</w:t>
        <w:br/>
        <w:t>f 3204/6966/6420 3207/6968/6422 3208/6971/6425</w:t>
        <w:br/>
        <w:t>f 3203/6967/6421 3204/6966/6420 3208/6971/6425</w:t>
        <w:br/>
        <w:t>f 3210/6972/6426 3205/6970/6424 3206/6969/6423</w:t>
        <w:br/>
        <w:t>f 3209/6973/6427 3210/6972/6426 3206/6969/6423</w:t>
        <w:br/>
        <w:t>f 3191/6951/6405 3213/6974/6428 3212/6975/6429</w:t>
        <w:br/>
        <w:t>f 3211/6976/6430 3191/6951/6405 3212/6975/6429</w:t>
        <w:br/>
        <w:t>f 3216/6977/6431 3215/6978/6432 3214/6979/6433</w:t>
        <w:br/>
        <w:t>f 3217/6980/6434 3216/6977/6431 3214/6979/6433</w:t>
        <w:br/>
        <w:t>f 3221/6981/6435 3220/6982/6436 3219/6983/6436</w:t>
        <w:br/>
        <w:t>f 3218/6984/6437 3221/6981/6435 3219/6983/6436</w:t>
        <w:br/>
        <w:t>f 3224/6985/6438 3223/6986/6439 3222/6987/6440</w:t>
        <w:br/>
        <w:t>f 3225/6988/6441 3224/6985/6438 3222/6987/6440</w:t>
        <w:br/>
        <w:t>f 3229/6989/6442 3228/6990/6443 3227/6991/6444</w:t>
        <w:br/>
        <w:t>f 3226/6992/6442 3229/6989/6442 3227/6991/6444</w:t>
        <w:br/>
        <w:t>f 3231/6993/6445 3225/6988/6441 3222/6987/6440</w:t>
        <w:br/>
        <w:t>f 3230/6994/6446 3231/6993/6445 3222/6987/6440</w:t>
        <w:br/>
        <w:t>f 3221/6981/6435 3218/6984/6437 3215/6978/6432</w:t>
        <w:br/>
        <w:t>f 3216/6977/6431 3221/6981/6435 3215/6978/6432</w:t>
        <w:br/>
        <w:t>f 3217/6980/6434 3214/6979/6433 3227/6991/6444</w:t>
        <w:br/>
        <w:t>f 3228/6990/6443 3217/6980/6434 3227/6991/6444</w:t>
        <w:br/>
        <w:t>f 3229/6989/6442 3226/6992/6442 3223/6986/6439</w:t>
        <w:br/>
        <w:t>f 3224/6985/6438 3229/6989/6442 3223/6986/6439</w:t>
        <w:br/>
        <w:t>f 3233/6995/6447 3232/6996/6448 3188/6954/6408</w:t>
        <w:br/>
        <w:t>f 3213/6974/6428 3191/6951/6405 3232/6996/6448</w:t>
        <w:br/>
        <w:t>f 3234/6997/6449 3188/6954/6408 3189/6953/6407</w:t>
        <w:br/>
        <w:t>f 3192/6956/6410 3234/6997/6449 3189/6953/6407</w:t>
        <w:br/>
        <w:t>f 3234/6997/6449 3192/6956/6410 3193/6955/6409</w:t>
        <w:br/>
        <w:t>f 3235/6998/6450 3234/6997/6449 3193/6955/6409</w:t>
        <w:br/>
        <w:t>f 3185/6950/6404 3179/6941/6395 3192/6956/6410</w:t>
        <w:br/>
        <w:t>f 3180/6940/6394 3174/6938/6392 3175/6937/6391</w:t>
        <w:br/>
        <w:t>f 3198/6960/6414 3182/6945/6399 3183/6944/6398</w:t>
        <w:br/>
        <w:t>f 3186/6949/6403 3198/6960/6414 3183/6944/6398</w:t>
        <w:br/>
        <w:t>f 3190/6952/6406 3236/6999/6451 3187/6948/6402</w:t>
        <w:br/>
        <w:t>f 3190/6952/6406 3187/6948/6402 3185/6950/6404</w:t>
        <w:br/>
        <w:t>f 3317/7000/6452 3316/7001/6453 3315/7002/6454</w:t>
        <w:br/>
        <w:t>f 3318/7003/6455 3317/7000/6452 3315/7002/6454</w:t>
        <w:br/>
        <w:t>f 3322/7004/6456 3321/7005/6457 3320/7006/6458</w:t>
        <w:br/>
        <w:t>f 3319/7007/6459 3322/7004/6456 3320/7006/6458</w:t>
        <w:br/>
        <w:t>f 3322/7004/6456 3324/7008/6460 3323/7009/6461</w:t>
        <w:br/>
        <w:t>f 3321/7005/6457 3322/7004/6456 3323/7009/6461</w:t>
        <w:br/>
        <w:t>f 3327/7010/6462 3326/7011/6462 3325/7012/6463</w:t>
        <w:br/>
        <w:t>f 3328/7013/6464 3327/7010/6462 3325/7012/6463</w:t>
        <w:br/>
        <w:t>f 3331/7014/6465 3330/7015/6466 3329/7016/6467</w:t>
        <w:br/>
        <w:t>f 3332/7017/6467 3331/7014/6465 3329/7016/6467</w:t>
        <w:br/>
        <w:t>f 3335/7018/6468 3334/7019/6469 3333/7020/6470</w:t>
        <w:br/>
        <w:t>f 3336/7021/6471 3335/7018/6468 3333/7020/6470</w:t>
        <w:br/>
        <w:t>f 3338/7022/6472 3337/7023/6473 3335/7018/6468</w:t>
        <w:br/>
        <w:t>f 3336/7021/6471 3338/7022/6472 3335/7018/6468</w:t>
        <w:br/>
        <w:t>f 3341/7024/6474 3340/7025/6475 3339/7026/6475</w:t>
        <w:br/>
        <w:t>f 3342/7027/6476 3341/7024/6474 3339/7026/6475</w:t>
        <w:br/>
        <w:t>f 3345/7028/6477 3344/7029/6478 3343/7030/6479</w:t>
        <w:br/>
        <w:t>f 3346/7031/6480 3345/7028/6477 3343/7030/6479</w:t>
        <w:br/>
        <w:t>f 3350/7032/6481 3349/7033/6482 3348/7034/6483</w:t>
        <w:br/>
        <w:t>f 3347/7035/6484 3350/7032/6481 3348/7034/6483</w:t>
        <w:br/>
        <w:t>f 3354/7036/6485 3353/7037/6486 3352/7038/6487</w:t>
        <w:br/>
        <w:t>f 3351/7039/6487 3354/7036/6485 3352/7038/6487</w:t>
        <w:br/>
        <w:t>f 3357/7040/6488 3356/7041/6489 3355/7042/6490</w:t>
        <w:br/>
        <w:t>f 3358/7043/6491 3357/7040/6488 3355/7042/6490</w:t>
        <w:br/>
        <w:t>f 3360/7044/6492 3359/7045/6493 3357/7040/6488</w:t>
        <w:br/>
        <w:t>f 3358/7043/6491 3360/7044/6492 3357/7040/6488</w:t>
        <w:br/>
        <w:t>f 3363/7046/6494 3362/7047/6495 3361/7048/6495</w:t>
        <w:br/>
        <w:t>f 3364/7049/6494 3363/7046/6494 3361/7048/6495</w:t>
        <w:br/>
        <w:t>f 3367/7050/6496 3366/7051/6497 3365/7052/6498</w:t>
        <w:br/>
        <w:t>f 3368/7053/6499 3367/7050/6496 3365/7052/6498</w:t>
        <w:br/>
        <w:t>f 3372/7054/6500 3371/7055/6501 3370/7056/6502</w:t>
        <w:br/>
        <w:t>f 3369/7057/6503 3372/7054/6500 3370/7056/6502</w:t>
        <w:br/>
        <w:t>f 3375/7058/6504 3374/7059/6505 3373/7060/6506</w:t>
        <w:br/>
        <w:t>f 3376/7061/6506 3375/7058/6504 3373/7060/6506</w:t>
        <w:br/>
        <w:t>f 3379/7062/6507 3378/7063/6508 3377/7064/6509</w:t>
        <w:br/>
        <w:t>f 3380/7065/6510 3379/7062/6507 3377/7064/6509</w:t>
        <w:br/>
        <w:t>f 3382/7066/6511 3381/7067/6512 3379/7062/6507</w:t>
        <w:br/>
        <w:t>f 3380/7065/6510 3382/7066/6511 3379/7062/6507</w:t>
        <w:br/>
        <w:t>f 3386/7068/6513 3385/7069/6514 3384/7070/6515</w:t>
        <w:br/>
        <w:t>f 3383/7071/6516 3386/7068/6513 3384/7070/6515</w:t>
        <w:br/>
        <w:t>f 3388/7072/6517 3387/7073/6518 3385/7069/6514</w:t>
        <w:br/>
        <w:t>f 3386/7068/6513 3388/7072/6517 3385/7069/6514</w:t>
        <w:br/>
        <w:t>f 3390/7074/6519 3389/7075/6520 3387/7073/6518</w:t>
        <w:br/>
        <w:t>f 3388/7072/6517 3390/7074/6519 3387/7073/6518</w:t>
        <w:br/>
        <w:t>f 3389/7075/6520 3390/7074/6519 3392/7076/6521</w:t>
        <w:br/>
        <w:t>f 3391/7077/6522 3389/7075/6520 3392/7076/6521</w:t>
        <w:br/>
        <w:t>f 3395/7078/6523 3394/7079/6524 3393/7080/6525</w:t>
        <w:br/>
        <w:t>f 3396/7081/6526 3395/7078/6523 3393/7080/6525</w:t>
        <w:br/>
        <w:t>f 3398/7082/6527 3397/7083/6528 3395/7078/6523</w:t>
        <w:br/>
        <w:t>f 3396/7081/6526 3398/7082/6527 3395/7078/6523</w:t>
        <w:br/>
        <w:t>f 3397/7083/6528 3398/7082/6527 3399/7084/6529</w:t>
        <w:br/>
        <w:t>f 3401/7085/6530 3399/7084/6531 3400/7086/6532</w:t>
        <w:br/>
        <w:t>f 3404/7087/6533 3403/7088/6432 3402/7089/6534</w:t>
        <w:br/>
        <w:t>f 3403/7088/6432 3404/7087/6533 3405/7090/6535</w:t>
        <w:br/>
        <w:t>f 3408/7091/6536 3407/7092/6537 3406/7093/6537</w:t>
        <w:br/>
        <w:t>f 3403/7088/6432 3410/7094/6538 3409/7095/6539</w:t>
        <w:br/>
        <w:t>f 3413/7096/6540 3412/7097/6541 3411/7098/6542</w:t>
        <w:br/>
        <w:t>f 3416/7099/6543 3415/7100/6544 3414/7101/6544</w:t>
        <w:br/>
        <w:t>f 3419/7102/6444 3418/7103/6545 3417/7104/6546</w:t>
        <w:br/>
        <w:t>f 3419/7102/6444 3417/7104/6546 3420/7105/6547</w:t>
        <w:br/>
        <w:t>f 3423/7106/6548 3422/7107/6549 3421/7108/6549</w:t>
        <w:br/>
        <w:t>f 3419/7102/6444 3425/7109/6550 3424/7110/6551</w:t>
        <w:br/>
        <w:t>f 3428/7111/6552 3427/7112/6553 3426/7113/6554</w:t>
        <w:br/>
        <w:t>f 3431/7114/6555 3430/7115/6556 3429/7116/6557</w:t>
        <w:br/>
        <w:t>f 3431/7114/6555 3429/7116/6557 3432/7117/6558</w:t>
        <w:br/>
        <w:t>f 3434/7118/6439 3432/7117/6558 3433/7119/6559</w:t>
        <w:br/>
        <w:t>f 3437/7120/6560 3436/7121/6561 3435/7122/6561</w:t>
        <w:br/>
        <w:t>f 3440/7123/6562 3439/7124/6563 3438/7125/6563</w:t>
        <w:br/>
        <w:t>f 3442/7126/6440 3434/7118/6439 3441/7127/6564</w:t>
        <w:br/>
        <w:t>f 3444/7128/6565 3442/7126/6440 3443/7129/6566</w:t>
        <w:br/>
        <w:t>f 3447/7130/6567 3446/7131/6568 3445/7132/6569</w:t>
        <w:br/>
        <w:t>f 3372/7054/6500 3369/7057/6503 3366/7051/6497</w:t>
        <w:br/>
        <w:t>f 3367/7050/6496 3372/7054/6500 3366/7051/6497</w:t>
        <w:br/>
        <w:t>f 3450/7133/6570 3419/7102/6444 3411/7098/6542</w:t>
        <w:br/>
        <w:t>f 3412/7097/6541 3451/7134/6571 3411/7098/6542</w:t>
        <w:br/>
        <w:t>f 3451/7134/6571 3412/7097/6541 3409/7095/6539</w:t>
        <w:br/>
        <w:t>f 3412/7097/6541 3403/7088/6432 3409/7095/6539</w:t>
        <w:br/>
        <w:t>f 3452/7135/6572 3370/7056/6502 3371/7055/6501</w:t>
        <w:br/>
        <w:t>f 3453/7136/6573 3452/7135/6572 3371/7055/6501</w:t>
        <w:br/>
        <w:t>f 3456/7137/6574 3434/7118/6439 3426/7113/6554</w:t>
        <w:br/>
        <w:t>f 3350/7032/6481 3347/7035/6484 3344/7029/6478</w:t>
        <w:br/>
        <w:t>f 3345/7028/6477 3350/7032/6481 3344/7029/6478</w:t>
        <w:br/>
        <w:t>f 3427/7112/6553 3428/7111/6552 3424/7110/6551</w:t>
        <w:br/>
        <w:t>f 3457/7138/6575 3348/7034/6483 3349/7033/6482</w:t>
        <w:br/>
        <w:t>f 3458/7139/6576 3457/7138/6575 3349/7033/6482</w:t>
        <w:br/>
        <w:t>f 3428/7111/6552 3419/7102/6444 3424/7110/6551</w:t>
        <w:br/>
        <w:t>f 3434/7118/6439 3428/7111/6552 3426/7113/6554</w:t>
        <w:br/>
        <w:t>f 3461/7140/6577 3323/7009/6461 3324/7008/6460</w:t>
        <w:br/>
        <w:t>f 3462/7141/6578 3461/7140/6577 3324/7008/6460</w:t>
        <w:br/>
        <w:t>f 3443/7129/6566 3442/7126/6440 3463/7142/6579</w:t>
        <w:br/>
        <w:t>f 3464/7143/6580 3444/7128/6565 3443/7129/6566</w:t>
        <w:br/>
        <w:t>f 3442/7126/6440 3441/7127/6564 3463/7142/6579</w:t>
        <w:br/>
        <w:t>f 3467/7144/6581 3466/7145/6581 3465/7146/6582</w:t>
        <w:br/>
        <w:t>f 3471/7147/6583 3470/7148/6583 3469/7149/6584</w:t>
        <w:br/>
        <w:t>f 3468/7150/6584 3471/7147/6583 3469/7149/6584</w:t>
        <w:br/>
        <w:t>f 3468/7150/6584 3469/7149/6584 3473/7151/6585</w:t>
        <w:br/>
        <w:t>f 3472/7152/6585 3468/7150/6584 3473/7151/6585</w:t>
        <w:br/>
        <w:t>f 3473/7151/6585 3475/7153/6586 3474/7154/6586</w:t>
        <w:br/>
        <w:t>f 3472/7152/6585 3473/7151/6585 3474/7154/6586</w:t>
        <w:br/>
        <w:t>f 3475/7153/6586 3477/7155/6587 3476/7156/6587</w:t>
        <w:br/>
        <w:t>f 3474/7154/6586 3475/7153/6586 3476/7156/6587</w:t>
        <w:br/>
        <w:t>f 3476/7156/6587 3477/7155/6587 3479/7157/6588</w:t>
        <w:br/>
        <w:t>f 3478/7158/6588 3476/7156/6587 3479/7157/6588</w:t>
        <w:br/>
        <w:t>f 3479/7157/6588 3481/7159/6589 3480/7160/6590</w:t>
        <w:br/>
        <w:t>f 3478/7158/6588 3479/7157/6588 3480/7160/6590</w:t>
        <w:br/>
        <w:t>f 3482/7161/6591 3374/7059/6505 3375/7058/6504</w:t>
        <w:br/>
        <w:t>f 3481/7159/6592 3482/7161/6591 3375/7058/6504</w:t>
        <w:br/>
        <w:t>f 3482/7161/6591 3484/7162/6593 3483/7163/6593</w:t>
        <w:br/>
        <w:t>f 3374/7059/6505 3482/7161/6591 3483/7163/6593</w:t>
        <w:br/>
        <w:t>f 3484/7162/6593 3486/7164/6594 3485/7165/6594</w:t>
        <w:br/>
        <w:t>f 3483/7163/6593 3484/7162/6593 3485/7165/6594</w:t>
        <w:br/>
        <w:t>f 3485/7165/6594 3486/7164/6594 3488/7166/6595</w:t>
        <w:br/>
        <w:t>f 3487/7167/6595 3485/7165/6594 3488/7166/6595</w:t>
        <w:br/>
        <w:t>f 3487/7167/6595 3488/7166/6595 3490/7168/6596</w:t>
        <w:br/>
        <w:t>f 3489/7169/6597 3487/7167/6595 3490/7168/6596</w:t>
        <w:br/>
        <w:t>f 3491/7170/6598 3489/7169/6597 3490/7168/6596</w:t>
        <w:br/>
        <w:t>f 3492/7171/6598 3491/7170/6598 3490/7168/6596</w:t>
        <w:br/>
        <w:t>f 3491/7170/6598 3492/7171/6598 3494/7172/6599</w:t>
        <w:br/>
        <w:t>f 3493/7173/6600 3491/7170/6598 3494/7172/6599</w:t>
        <w:br/>
        <w:t>f 3494/7172/6599 3496/7174/6601 3495/7175/6602</w:t>
        <w:br/>
        <w:t>f 3493/7173/6600 3494/7172/6599 3495/7175/6602</w:t>
        <w:br/>
        <w:t>f 3498/7176/6603 3497/7177/6604 3495/7175/6602</w:t>
        <w:br/>
        <w:t>f 3496/7174/6601 3498/7176/6603 3495/7175/6602</w:t>
        <w:br/>
        <w:t>f 3498/7176/6605 3500/7178/6606 3499/7179/6606</w:t>
        <w:br/>
        <w:t>f 3353/7037/6607 3498/7176/6605 3499/7179/6606</w:t>
        <w:br/>
        <w:t>f 3500/7178/6606 3502/7180/6608 3501/7181/6609</w:t>
        <w:br/>
        <w:t>f 3499/7179/6606 3500/7178/6606 3501/7181/6609</w:t>
        <w:br/>
        <w:t>f 3501/7181/6609 3502/7180/6608 3504/7182/6610</w:t>
        <w:br/>
        <w:t>f 3503/7183/6610 3501/7181/6609 3504/7182/6610</w:t>
        <w:br/>
        <w:t>f 3503/7183/6610 3504/7182/6610 3506/7184/6611</w:t>
        <w:br/>
        <w:t>f 3505/7185/6612 3503/7183/6610 3506/7184/6611</w:t>
        <w:br/>
        <w:t>f 3507/7186/6613 3505/7185/6612 3506/7184/6611</w:t>
        <w:br/>
        <w:t>f 3508/7187/6613 3507/7186/6613 3506/7184/6611</w:t>
        <w:br/>
        <w:t>f 3507/7186/6613 3508/7187/6613 3510/7188/6614</w:t>
        <w:br/>
        <w:t>f 3509/7189/6614 3507/7186/6613 3510/7188/6614</w:t>
        <w:br/>
        <w:t>f 3510/7188/6614 3512/7190/6615 3511/7191/6616</w:t>
        <w:br/>
        <w:t>f 3509/7189/6614 3510/7188/6614 3511/7191/6616</w:t>
        <w:br/>
        <w:t>f 3511/7191/6616 3512/7190/6615 3514/7192/6617</w:t>
        <w:br/>
        <w:t>f 3513/7193/6618 3511/7191/6616 3514/7192/6617</w:t>
        <w:br/>
        <w:t>f 3514/7192/6619 3516/7194/6620 3515/7195/6620</w:t>
        <w:br/>
        <w:t>f 3330/7015/6466 3514/7192/6619 3515/7195/6620</w:t>
        <w:br/>
        <w:t>f 3516/7194/6620 3518/7196/6621 3517/7197/6621</w:t>
        <w:br/>
        <w:t>f 3515/7195/6620 3516/7194/6620 3517/7197/6621</w:t>
        <w:br/>
        <w:t>f 3518/7196/6621 3520/7198/6622 3519/7199/6622</w:t>
        <w:br/>
        <w:t>f 3517/7197/6621 3518/7196/6621 3519/7199/6622</w:t>
        <w:br/>
        <w:t>f 3519/7199/6622 3520/7198/6622 3521/7200/6623</w:t>
        <w:br/>
        <w:t>f 3318/7003/6455 3519/7199/6622 3521/7200/6623</w:t>
        <w:br/>
        <w:t>f 3522/7201/6624 3318/7003/6455 3521/7200/6623</w:t>
        <w:br/>
        <w:t>f 3523/7202/6624 3522/7201/6624 3521/7200/6623</w:t>
        <w:br/>
        <w:t>f 3522/7201/6624 3523/7202/6624 3525/7203/6625</w:t>
        <w:br/>
        <w:t>f 3524/7204/6625 3522/7201/6624 3525/7203/6625</w:t>
        <w:br/>
        <w:t>f 3609/7205/6626 3608/7206/6627 3607/7207/6628</w:t>
        <w:br/>
        <w:t>f 3606/7208/6628 3609/7205/6626 3607/7207/6628</w:t>
        <w:br/>
        <w:t>f 3613/7209/6629 3612/7210/6630 3611/7211/6631</w:t>
        <w:br/>
        <w:t>f 3610/7212/6632 3613/7209/6629 3611/7211/6631</w:t>
        <w:br/>
        <w:t>f 3613/7209/6629 3610/7212/6632 3615/7213/6633</w:t>
        <w:br/>
        <w:t>f 3614/7214/6634 3613/7209/6629 3615/7213/6633</w:t>
        <w:br/>
        <w:t>f 3618/7215/6635 3617/7216/6636 3616/7217/6637</w:t>
        <w:br/>
        <w:t>f 3619/7218/6638 3618/7215/6635 3616/7217/6637</w:t>
        <w:br/>
        <w:t>f 3619/7218/6638 3616/7217/6637 3620/7219/6639</w:t>
        <w:br/>
        <w:t>f 3621/7220/6640 3619/7218/6638 3620/7219/6639</w:t>
        <w:br/>
        <w:t>f 3624/7221/6641 3623/7222/6642 3622/7223/6643</w:t>
        <w:br/>
        <w:t>f 3625/7224/6644 3624/7221/6641 3622/7223/6643</w:t>
        <w:br/>
        <w:t>f 3627/7225/6645 3625/7224/6644 3622/7223/6643</w:t>
        <w:br/>
        <w:t>f 3626/7226/6646 3627/7225/6645 3622/7223/6643</w:t>
        <w:br/>
        <w:t>f 3631/7227/6647 3630/7228/6648 3629/7229/6649</w:t>
        <w:br/>
        <w:t>f 3628/7230/6650 3631/7227/6647 3629/7229/6649</w:t>
        <w:br/>
        <w:t>f 3634/7231/6651 3633/7232/6652 3632/7233/6653</w:t>
        <w:br/>
        <w:t>f 3635/7234/6654 3634/7231/6651 3632/7233/6653</w:t>
        <w:br/>
        <w:t>f 3639/7235/6655 3638/7236/6656 3637/7237/6657</w:t>
        <w:br/>
        <w:t>f 3636/7238/6658 3639/7235/6655 3637/7237/6657</w:t>
        <w:br/>
        <w:t>f 3642/7239/6659 3641/7240/6660 3640/7241/6660</w:t>
        <w:br/>
        <w:t>f 3643/7242/6659 3642/7239/6659 3640/7241/6660</w:t>
        <w:br/>
        <w:t>f 3646/7243/6661 3645/7244/6662 3644/7245/6663</w:t>
        <w:br/>
        <w:t>f 3647/7246/6664 3646/7243/6661 3644/7245/6663</w:t>
        <w:br/>
        <w:t>f 3647/7246/6664 3644/7245/6663 3648/7247/6665</w:t>
        <w:br/>
        <w:t>f 3649/7248/6666 3647/7246/6664 3648/7247/6665</w:t>
        <w:br/>
        <w:t>f 3653/7249/6667 3652/7250/6668 3651/7251/6669</w:t>
        <w:br/>
        <w:t>f 3650/7252/6669 3653/7249/6667 3651/7251/6669</w:t>
        <w:br/>
        <w:t>f 3656/7253/6670 3655/7254/6671 3654/7255/6672</w:t>
        <w:br/>
        <w:t>f 3657/7256/6673 3656/7253/6670 3654/7255/6672</w:t>
        <w:br/>
        <w:t>f 3661/7257/6674 3660/7258/6675 3659/7259/6676</w:t>
        <w:br/>
        <w:t>f 3658/7260/6677 3661/7257/6674 3659/7259/6676</w:t>
        <w:br/>
        <w:t>f 3664/7261/6678 3663/7262/6679 3662/7263/6680</w:t>
        <w:br/>
        <w:t>f 3665/7264/6678 3664/7261/6678 3662/7263/6680</w:t>
        <w:br/>
        <w:t>f 3668/7265/6681 3667/7266/6682 3666/7267/6683</w:t>
        <w:br/>
        <w:t>f 3669/7268/6684 3668/7265/6681 3666/7267/6683</w:t>
        <w:br/>
        <w:t>f 3671/7269/6685 3669/7268/6684 3666/7267/6683</w:t>
        <w:br/>
        <w:t>f 3670/7270/6686 3671/7269/6685 3666/7267/6683</w:t>
        <w:br/>
        <w:t>f 3675/7271/6687 3674/7272/6688 3673/7273/6689</w:t>
        <w:br/>
        <w:t>f 3672/7274/6690 3675/7271/6687 3673/7273/6689</w:t>
        <w:br/>
        <w:t>f 3677/7275/6691 3675/7271/6687 3672/7274/6690</w:t>
        <w:br/>
        <w:t>f 3676/7276/6692 3677/7275/6691 3672/7274/6690</w:t>
        <w:br/>
        <w:t>f 3676/7276/6692 3679/7277/6693 3678/7278/6694</w:t>
        <w:br/>
        <w:t>f 3677/7275/6691 3676/7276/6692 3678/7278/6694</w:t>
        <w:br/>
        <w:t>f 3679/7277/6693 3681/7279/6695 3680/7280/6696</w:t>
        <w:br/>
        <w:t>f 3678/7278/6694 3679/7277/6693 3680/7280/6696</w:t>
        <w:br/>
        <w:t>f 3684/7281/6697 3683/7282/6698 3682/7283/6699</w:t>
        <w:br/>
        <w:t>f 3685/7284/6700 3684/7281/6697 3682/7283/6699</w:t>
        <w:br/>
        <w:t>f 3687/7285/6701 3685/7284/6700 3682/7283/6699</w:t>
        <w:br/>
        <w:t>f 3686/7286/6702 3687/7285/6701 3682/7283/6699</w:t>
        <w:br/>
        <w:t>f 3686/7286/6702 3688/7287/6703 3687/7285/6701</w:t>
        <w:br/>
        <w:t>f 3690/7288/6704 3689/7289/6705 3688/7287/6703</w:t>
        <w:br/>
        <w:t>f 3692/7290/6706 3691/7291/6707 3686/7286/6702</w:t>
        <w:br/>
        <w:t>f 3686/7286/6702 3693/7292/6708 3692/7290/6706</w:t>
        <w:br/>
        <w:t>f 3696/7293/6709 3695/7294/6710 3694/7295/6711</w:t>
        <w:br/>
        <w:t>f 3699/7296/6712 3698/7297/6713 3697/7298/6714</w:t>
        <w:br/>
        <w:t>f 3702/7299/6715 3701/7300/6716 3700/7301/6717</w:t>
        <w:br/>
        <w:t>f 3705/7302/6718 3704/7303/6719 3703/7304/6719</w:t>
        <w:br/>
        <w:t>f 3702/7299/6715 3707/7305/6720 3706/7306/6721</w:t>
        <w:br/>
        <w:t>f 3702/7299/6715 3708/7307/6722 3707/7305/6720</w:t>
        <w:br/>
        <w:t>f 3711/7308/6723 3710/7309/6724 3709/7310/6724</w:t>
        <w:br/>
        <w:t>f 3702/7299/6715 3713/7311/6725 3712/7312/6726</w:t>
        <w:br/>
        <w:t>f 3716/7313/6727 3715/7314/6728 3714/7315/6729</w:t>
        <w:br/>
        <w:t>f 3719/7316/6730 3718/7317/6731 3717/7318/6732</w:t>
        <w:br/>
        <w:t>f 3719/7316/6730 3720/7319/6733 3718/7317/6731</w:t>
        <w:br/>
        <w:t>f 3722/7320/6734 3721/7321/6735 3720/7319/6736</w:t>
        <w:br/>
        <w:t>f 3725/7322/6737 3724/7323/6738 3723/7324/6739</w:t>
        <w:br/>
        <w:t>f 3725/7322/6737 3726/7325/6740 3724/7323/6738</w:t>
        <w:br/>
        <w:t>f 3728/7326/6741 3727/7327/6742 3722/7320/6734</w:t>
        <w:br/>
        <w:t>f 3730/7328/6743 3729/7329/6744 3728/7326/6741</w:t>
        <w:br/>
        <w:t>f 3734/7330/6745 3733/7331/6745 3732/7332/6746</w:t>
        <w:br/>
        <w:t>f 3731/7333/6746 3734/7330/6745 3732/7332/6746</w:t>
        <w:br/>
        <w:t>f 3661/7257/6674 3654/7255/6672 3655/7254/6671</w:t>
        <w:br/>
        <w:t>f 3660/7258/6675 3661/7257/6674 3655/7254/6671</w:t>
        <w:br/>
        <w:t>f 3737/7334/6747 3701/7300/6716 3702/7299/6715</w:t>
        <w:br/>
        <w:t>f 3700/7301/6717 3701/7300/6716 3738/7335/6748</w:t>
        <w:br/>
        <w:t>f 3738/7335/6748 3698/7297/6749 3700/7301/6717</w:t>
        <w:br/>
        <w:t>f 3700/7301/6717 3698/7297/6749 3686/7286/6702</w:t>
        <w:br/>
        <w:t>f 3658/7260/6677 3659/7259/6676 3739/7336/6750</w:t>
        <w:br/>
        <w:t>f 3740/7337/6751 3658/7260/6677 3739/7336/6750</w:t>
        <w:br/>
        <w:t>f 3743/7338/6752 3715/7314/6728 3719/7316/6730</w:t>
        <w:br/>
        <w:t>f 3639/7235/6655 3632/7233/6653 3633/7232/6652</w:t>
        <w:br/>
        <w:t>f 3638/7236/6656 3639/7235/6655 3633/7232/6652</w:t>
        <w:br/>
        <w:t>f 3714/7315/6729 3713/7311/6725 3716/7313/6727</w:t>
        <w:br/>
        <w:t>f 3636/7238/6658 3637/7237/6657 3744/7339/6753</w:t>
        <w:br/>
        <w:t>f 3745/7340/6754 3636/7238/6658 3744/7339/6753</w:t>
        <w:br/>
        <w:t>f 3716/7313/6727 3713/7311/6725 3702/7299/6715</w:t>
        <w:br/>
        <w:t>f 3719/7316/6730 3715/7314/6728 3716/7313/6727</w:t>
        <w:br/>
        <w:t>f 3614/7214/6634 3615/7213/6633 3748/7341/6755</w:t>
        <w:br/>
        <w:t>f 3749/7342/6756 3614/7214/6634 3748/7341/6755</w:t>
        <w:br/>
        <w:t>f 3729/7329/6744 3750/7343/6757 3728/7326/6741</w:t>
        <w:br/>
        <w:t>f 3751/7344/6758 3729/7329/6744 3730/7328/6743</w:t>
        <w:br/>
        <w:t>f 3728/7326/6741 3750/7343/6757 3727/7327/6742</w:t>
        <w:br/>
        <w:t>f 3753/7345/6569 3209/6973/6427 3752/7346/6759</w:t>
        <w:br/>
        <w:t>f 3757/7347/6760 3756/7348/6761 3755/7349/6762</w:t>
        <w:br/>
        <w:t>f 3754/7350/6763 3757/7347/6760 3755/7349/6762</w:t>
        <w:br/>
        <w:t>f 3761/7351/6764 3760/7352/6765 3759/7353/6766</w:t>
        <w:br/>
        <w:t>f 3758/7354/6767 3761/7351/6764 3759/7353/6766</w:t>
        <w:br/>
        <w:t>f 3759/7353/6766 3764/7355/6768 3763/7356/6769</w:t>
        <w:br/>
        <w:t>f 3762/7357/6770 3759/7353/6766 3763/7356/6769</w:t>
        <w:br/>
        <w:t>f 3760/7352/6765 3765/7358/6771 3764/7355/6768</w:t>
        <w:br/>
        <w:t>f 3759/7353/6766 3760/7352/6765 3764/7355/6768</w:t>
        <w:br/>
        <w:t>f 3768/7359/6425 3767/7360/6772 3762/7357/6770</w:t>
        <w:br/>
        <w:t>f 3766/7361/6421 3768/7359/6425 3762/7357/6770</w:t>
        <w:br/>
        <w:t>f 3771/7362/6773 3770/7363/6424 3769/7364/6774</w:t>
        <w:br/>
        <w:t>f 3772/7365/6775 3771/7362/6773 3769/7364/6774</w:t>
        <w:br/>
        <w:t>f 3762/7357/6770 3767/7360/6772 3758/7354/6767</w:t>
        <w:br/>
        <w:t>f 3759/7353/6766 3762/7357/6770 3758/7354/6767</w:t>
        <w:br/>
        <w:t>f 3758/7354/6767 3756/7348/6761 3761/7351/6764</w:t>
        <w:br/>
        <w:t>f 3756/7348/6761 3758/7354/6767 3773/7366/6776</w:t>
        <w:br/>
        <w:t>f 3767/7360/6772 3771/7362/6773 3774/7367/6777</w:t>
        <w:br/>
        <w:t>f 3770/7363/6424 3771/7362/6773 3767/7360/6772</w:t>
        <w:br/>
        <w:t>f 3775/7368/6778 3763/7356/6769 3764/7355/6768</w:t>
        <w:br/>
        <w:t>f 3776/7369/6779 3775/7368/6778 3764/7355/6768</w:t>
        <w:br/>
        <w:t>f 3765/7358/6771 3777/7370/6780 3776/7369/6779</w:t>
        <w:br/>
        <w:t>f 3764/7355/6768 3765/7358/6771 3776/7369/6779</w:t>
        <w:br/>
        <w:t>f 3763/7356/6769 3775/7368/6778 3779/7371/6781</w:t>
        <w:br/>
        <w:t>f 3778/7372/6418 3763/7356/6769 3779/7371/6781</w:t>
        <w:br/>
        <w:t>f 3781/7373/6727 3772/7365/6775 3780/7374/6730</w:t>
        <w:br/>
        <w:t>f 3783/7375/6426 3782/7376/6741 3780/7374/6730</w:t>
        <w:br/>
        <w:t>f 3769/7364/6774 3783/7375/6426 3780/7374/6730</w:t>
        <w:br/>
        <w:t>f 3784/7377/6782 3774/7367/6777 3771/7362/6773</w:t>
        <w:br/>
        <w:t>f 3772/7365/6775 3784/7377/6782 3771/7362/6773</w:t>
        <w:br/>
        <w:t>f 3786/7378/6717 3755/7349/6762 3785/7379/6783</w:t>
        <w:br/>
        <w:t>f 3767/7360/6772 3774/7367/6777 3758/7354/6767</w:t>
        <w:br/>
        <w:t>f 3761/7351/6764 3756/7348/6761 3757/7347/6760</w:t>
        <w:br/>
        <w:t>f 3778/7372/6418 3766/7361/6421 3762/7357/6770</w:t>
        <w:br/>
        <w:t>f 3763/7356/6769 3778/7372/6418 3762/7357/6770</w:t>
        <w:br/>
        <w:t>f 3770/7363/6424 3767/7360/6772 3768/7359/6425</w:t>
        <w:br/>
        <w:t>f 3179/6941/6395 3175/6937/6391 3193/6955/6409</w:t>
        <w:br/>
        <w:t>f 3176/6936/6390 3235/6998/6450 3193/6955/6409</w:t>
        <w:br/>
        <w:t>f 3175/6937/6391 3176/6936/6390 3193/6955/6409</w:t>
        <w:br/>
        <w:t>f 3758/7354/6767 3774/7367/6777 3773/7366/6776</w:t>
        <w:br/>
        <w:t>f 3784/7377/6782 3785/7379/6783 3773/7366/6776</w:t>
        <w:br/>
        <w:t>f 3774/7367/6777 3784/7377/6782 3773/7366/6776</w:t>
        <w:br/>
        <w:t>f 3789/7380/6784 3788/7381/6785 3787/7382/6741</w:t>
        <w:br/>
        <w:t>f 3446/7131/6568 3790/7383/6786 3445/7132/6569</w:t>
        <w:br/>
        <w:t>f 3234/6997/6449 3792/7384/6787 3791/7385/6788</w:t>
        <w:br/>
        <w:t>f 3794/7386/6789 3176/6936/6390 3173/6939/6393</w:t>
        <w:br/>
        <w:t>f 3793/7387/6790 3794/7386/6789 3173/6939/6393</w:t>
        <w:br/>
        <w:t>f 3188/6954/6408 3232/6996/6448 3191/6951/6405</w:t>
        <w:br/>
        <w:t>f 3234/6997/6449 3791/7385/6788 3233/6995/6447</w:t>
        <w:br/>
        <w:t>f 3795/7388/6791 3210/6972/6426 3209/6973/6427</w:t>
        <w:br/>
        <w:t>f 3753/7345/6569 3795/7388/6791 3209/6973/6427</w:t>
        <w:br/>
        <w:t>f 3190/6952/6406 3191/6951/6405 3211/6976/6430</w:t>
        <w:br/>
        <w:t>f 3236/6999/6451 3190/6952/6406 3211/6976/6430</w:t>
        <w:br/>
        <w:t>f 3176/6936/6390 3794/7386/6789 3796/7389/6792</w:t>
        <w:br/>
        <w:t>f 3176/6936/6390 3796/7389/6792 3792/7384/6787</w:t>
        <w:br/>
        <w:t>f 3234/6997/6449 3233/6995/6447 3188/6954/6408</w:t>
        <w:br/>
        <w:t>f 3235/6998/6450 3792/7384/6787 3234/6997/6449</w:t>
        <w:br/>
        <w:t>f 3784/7377/6782 3797/7390/6715 3786/7378/6717</w:t>
        <w:br/>
        <w:t>f 3754/7350/6763 3755/7349/6762 3799/7391/6793</w:t>
        <w:br/>
        <w:t>f 3798/7392/6794 3754/7350/6763 3799/7391/6793</w:t>
        <w:br/>
        <w:t>f 3769/7364/6774 3780/7374/6730 3772/7365/6775</w:t>
        <w:br/>
        <w:t>f 3784/7377/6782 3781/7373/6727 3797/7390/6715</w:t>
        <w:br/>
        <w:t>f 3755/7349/6762 3800/7393/6702 3799/7391/6793</w:t>
        <w:br/>
        <w:t>f 3769/7364/6774 3770/7363/6424 3783/7375/6426</w:t>
        <w:br/>
        <w:t>f 3755/7349/6762 3786/7378/6717 3800/7393/6702</w:t>
        <w:br/>
        <w:t>f 3772/7365/6775 3781/7373/6727 3784/7377/6782</w:t>
        <w:br/>
        <w:t>f 3756/7348/6761 3773/7366/6776 3785/7379/6783</w:t>
        <w:br/>
        <w:t>f 3755/7349/6762 3756/7348/6761 3785/7379/6783</w:t>
        <w:br/>
        <w:t>f 3783/7375/6426 3789/7380/6791 3782/7376/6741</w:t>
        <w:br/>
        <w:t>f 3176/6936/6390 3792/7384/6787 3235/6998/6450</w:t>
        <w:br/>
        <w:t>f 3784/7377/6782 3786/7378/6717 3785/7379/6783</w:t>
        <w:br/>
        <w:t>f 3802/7394/6795 3173/6939/6393 3174/6938/6392</w:t>
        <w:br/>
        <w:t>f 3801/7395/6796 3802/7394/6795 3174/6938/6392</w:t>
        <w:br/>
        <w:t>f 3180/6940/6394 3177/6943/6397 3804/7396/6797</w:t>
        <w:br/>
        <w:t>f 3803/7397/6798 3180/6940/6394 3804/7396/6797</w:t>
        <w:br/>
        <w:t>f 3804/7396/6797 3807/7398/6799 3806/7399/6800</w:t>
        <w:br/>
        <w:t>f 3805/7400/6801 3804/7396/6797 3806/7399/6800</w:t>
        <w:br/>
        <w:t>f 3177/6943/6397 3184/6947/6401 3807/7398/6799</w:t>
        <w:br/>
        <w:t>f 3804/7396/6797 3177/6943/6397 3807/7398/6799</w:t>
        <w:br/>
        <w:t>f 3810/7401/6802 3809/7402/6803 3805/7400/6801</w:t>
        <w:br/>
        <w:t>f 3808/7403/6804 3810/7401/6802 3805/7400/6801</w:t>
        <w:br/>
        <w:t>f 3814/7404/6805 3813/7405/6806 3812/7406/6807</w:t>
        <w:br/>
        <w:t>f 3811/7407/6808 3814/7404/6805 3812/7406/6807</w:t>
        <w:br/>
        <w:t>f 3805/7400/6801 3809/7402/6803 3803/7397/6798</w:t>
        <w:br/>
        <w:t>f 3804/7396/6797 3805/7400/6801 3803/7397/6798</w:t>
        <w:br/>
        <w:t>f 3803/7397/6798 3801/7395/6796 3180/6940/6394</w:t>
        <w:br/>
        <w:t>f 3816/7408/6809 3803/7397/6798 3815/7409/6810</w:t>
        <w:br/>
        <w:t>f 3809/7402/6803 3812/7406/6807 3815/7409/6810</w:t>
        <w:br/>
        <w:t>f 3811/7407/6808 3812/7406/6807 3809/7402/6803</w:t>
        <w:br/>
        <w:t>f 3817/7410/6811 3806/7399/6800 3807/7398/6799</w:t>
        <w:br/>
        <w:t>f 3818/7411/6812 3817/7410/6811 3807/7398/6799</w:t>
        <w:br/>
        <w:t>f 3184/6947/6401 3196/6959/6413 3818/7411/6812</w:t>
        <w:br/>
        <w:t>f 3807/7398/6799 3184/6947/6401 3818/7411/6812</w:t>
        <w:br/>
        <w:t>f 3806/7399/6800 3817/7410/6811 3820/7412/6813</w:t>
        <w:br/>
        <w:t>f 3819/7413/6814 3806/7399/6800 3820/7412/6813</w:t>
        <w:br/>
        <w:t>f 3823/7414/6815 3822/7415/6816 3821/7416/6817</w:t>
        <w:br/>
        <w:t>f 3824/7417/6818 3823/7414/6815 3821/7416/6817</w:t>
        <w:br/>
        <w:t>f 3826/7418/6819 3825/7419/6820 3822/7415/6816</w:t>
        <w:br/>
        <w:t>f 3823/7414/6815 3826/7418/6819 3822/7415/6816</w:t>
        <w:br/>
        <w:t>f 3829/7420/6821 3828/7421/6822 3827/7422/6823</w:t>
        <w:br/>
        <w:t>f 3830/7423/6824 3829/7420/6821 3827/7422/6823</w:t>
        <w:br/>
        <w:t>f 3830/7423/6824 3827/7422/6823 3825/7419/6820</w:t>
        <w:br/>
        <w:t>f 3826/7418/6819 3830/7423/6824 3825/7419/6820</w:t>
        <w:br/>
        <w:t>f 3832/7424/6825 3831/7425/6826 3828/7421/6822</w:t>
        <w:br/>
        <w:t>f 3829/7420/6821 3832/7424/6825 3828/7421/6822</w:t>
        <w:br/>
        <w:t>f 3814/7404/6805 3835/7426/6827 3834/7427/6828</w:t>
        <w:br/>
        <w:t>f 3833/7428/6829 3814/7404/6805 3834/7427/6828</w:t>
        <w:br/>
        <w:t>f 3838/7429/6830 3837/7430/6831 3836/7431/6832</w:t>
        <w:br/>
        <w:t>f 3839/7432/6833 3838/7429/6830 3836/7431/6832</w:t>
        <w:br/>
        <w:t>f 3841/7433/6834 3840/7434/6834 3219/6983/6436</w:t>
        <w:br/>
        <w:t>f 3220/6982/6436 3841/7433/6834 3219/6983/6436</w:t>
        <w:br/>
        <w:t>f 3844/7435/6835 3843/7436/6836 3842/7437/6837</w:t>
        <w:br/>
        <w:t>f 3845/7438/6838 3844/7435/6835 3842/7437/6837</w:t>
        <w:br/>
        <w:t>f 3849/7439/6839 3848/7440/6840 3847/7441/6841</w:t>
        <w:br/>
        <w:t>f 3846/7442/6842 3849/7439/6839 3847/7441/6841</w:t>
        <w:br/>
        <w:t>f 3851/7443/6843 3850/7444/6843 3844/7435/6835</w:t>
        <w:br/>
        <w:t>f 3845/7438/6838 3851/7443/6843 3844/7435/6835</w:t>
        <w:br/>
        <w:t>f 3837/7430/6831 3840/7434/6834 3841/7433/6834</w:t>
        <w:br/>
        <w:t>f 3836/7431/6832 3837/7430/6831 3841/7433/6834</w:t>
        <w:br/>
        <w:t>f 3847/7441/6841 3838/7429/6830 3839/7432/6833</w:t>
        <w:br/>
        <w:t>f 3846/7442/6842 3847/7441/6841 3839/7432/6833</w:t>
        <w:br/>
        <w:t>f 3843/7436/6836 3848/7440/6840 3849/7439/6839</w:t>
        <w:br/>
        <w:t>f 3842/7437/6837 3843/7436/6836 3849/7439/6839</w:t>
        <w:br/>
        <w:t>f 3853/7445/6844 3813/7405/6806 3852/7446/6845</w:t>
        <w:br/>
        <w:t>f 3833/7428/6829 3852/7446/6845 3814/7404/6805</w:t>
        <w:br/>
        <w:t>f 3854/7447/6846 3815/7409/6810 3812/7406/6807</w:t>
        <w:br/>
        <w:t>f 3813/7405/6806 3854/7447/6846 3812/7406/6807</w:t>
        <w:br/>
        <w:t>f 3854/7447/6846 3855/7448/6847 3816/7408/6809</w:t>
        <w:br/>
        <w:t>f 3815/7409/6810 3854/7447/6846 3816/7408/6809</w:t>
        <w:br/>
        <w:t>f 3809/7402/6803 3815/7409/6810 3803/7397/6798</w:t>
        <w:br/>
        <w:t>f 3180/6940/6394 3801/7395/6796 3174/6938/6392</w:t>
        <w:br/>
        <w:t>f 3819/7413/6814 3808/7403/6804 3805/7400/6801</w:t>
        <w:br/>
        <w:t>f 3806/7399/6800 3819/7413/6814 3805/7400/6801</w:t>
        <w:br/>
        <w:t>f 3811/7407/6808 3810/7401/6802 3856/7449/6848</w:t>
        <w:br/>
        <w:t>f 3811/7407/6808 3809/7402/6803 3810/7401/6802</w:t>
        <w:br/>
        <w:t>f 3937/7450/6849 3936/7451/6850 3935/7452/6851</w:t>
        <w:br/>
        <w:t>f 3938/7453/6852 3937/7450/6849 3935/7452/6851</w:t>
        <w:br/>
        <w:t>f 3942/7454/6853 3941/7455/6854 3940/7456/6855</w:t>
        <w:br/>
        <w:t>f 3939/7457/6856 3942/7454/6853 3940/7456/6855</w:t>
        <w:br/>
        <w:t>f 3942/7454/6853 3939/7457/6856 3944/7458/6857</w:t>
        <w:br/>
        <w:t>f 3943/7459/6858 3942/7454/6853 3944/7458/6857</w:t>
        <w:br/>
        <w:t>f 3947/7460/6859 3946/7461/6860 3945/7462/6860</w:t>
        <w:br/>
        <w:t>f 3948/7463/6859 3947/7460/6859 3945/7462/6860</w:t>
        <w:br/>
        <w:t>f 3951/7464/6861 3950/7465/6862 3949/7466/6863</w:t>
        <w:br/>
        <w:t>f 3952/7467/6861 3951/7464/6861 3949/7466/6863</w:t>
        <w:br/>
        <w:t>f 3955/7468/6864 3954/7469/6865 3953/7470/6866</w:t>
        <w:br/>
        <w:t>f 3956/7471/6867 3955/7468/6864 3953/7470/6866</w:t>
        <w:br/>
        <w:t>f 3958/7472/6868 3956/7471/6867 3953/7470/6866</w:t>
        <w:br/>
        <w:t>f 3957/7473/6869 3958/7472/6868 3953/7470/6866</w:t>
        <w:br/>
        <w:t>f 3961/7474/6870 3960/7475/6871 3959/7476/6872</w:t>
        <w:br/>
        <w:t>f 3962/7477/6872 3961/7474/6870 3959/7476/6872</w:t>
        <w:br/>
        <w:t>f 3965/7478/6873 3964/7479/6874 3963/7480/6875</w:t>
        <w:br/>
        <w:t>f 3966/7481/6876 3965/7478/6873 3963/7480/6875</w:t>
        <w:br/>
        <w:t>f 3970/7482/6877 3969/7483/6878 3968/7484/6879</w:t>
        <w:br/>
        <w:t>f 3967/7485/6880 3970/7482/6877 3968/7484/6879</w:t>
        <w:br/>
        <w:t>f 3974/7486/6881 3973/7487/6882 3972/7488/6882</w:t>
        <w:br/>
        <w:t>f 3971/7489/6883 3974/7486/6881 3972/7488/6882</w:t>
        <w:br/>
        <w:t>f 3977/7490/6884 3976/7491/6885 3975/7492/6886</w:t>
        <w:br/>
        <w:t>f 3978/7493/6887 3977/7490/6884 3975/7492/6886</w:t>
        <w:br/>
        <w:t>f 3980/7494/6888 3978/7493/6887 3975/7492/6886</w:t>
        <w:br/>
        <w:t>f 3979/7495/6889 3980/7494/6888 3975/7492/6886</w:t>
        <w:br/>
        <w:t>f 3983/7496/6890 3982/7497/6890 3981/7498/6891</w:t>
        <w:br/>
        <w:t>f 3984/7499/6892 3983/7496/6890 3981/7498/6891</w:t>
        <w:br/>
        <w:t>f 3987/7500/6893 3986/7501/6894 3985/7502/6895</w:t>
        <w:br/>
        <w:t>f 3988/7503/6896 3987/7500/6893 3985/7502/6895</w:t>
        <w:br/>
        <w:t>f 3992/7504/6897 3991/7505/6898 3990/7506/6899</w:t>
        <w:br/>
        <w:t>f 3989/7507/6900 3992/7504/6897 3990/7506/6899</w:t>
        <w:br/>
        <w:t>f 3995/7508/6901 3994/7509/6902 3993/7510/6903</w:t>
        <w:br/>
        <w:t>f 3996/7511/6901 3995/7508/6901 3993/7510/6903</w:t>
        <w:br/>
        <w:t>f 3999/7512/6904 3998/7513/6905 3997/7514/6906</w:t>
        <w:br/>
        <w:t>f 4000/7515/6907 3999/7512/6904 3997/7514/6906</w:t>
        <w:br/>
        <w:t>f 4002/7516/6908 4000/7515/6907 3997/7514/6906</w:t>
        <w:br/>
        <w:t>f 4001/7517/6909 4002/7516/6908 3997/7514/6906</w:t>
        <w:br/>
        <w:t>f 4006/7518/6910 4005/7519/6911 4004/7520/6912</w:t>
        <w:br/>
        <w:t>f 4003/7521/6913 4006/7518/6910 4004/7520/6912</w:t>
        <w:br/>
        <w:t>f 4008/7522/6914 4006/7518/6910 4003/7521/6913</w:t>
        <w:br/>
        <w:t>f 4007/7523/6915 4008/7522/6914 4003/7521/6913</w:t>
        <w:br/>
        <w:t>f 4007/7523/6915 4010/7524/6916 4009/7525/6917</w:t>
        <w:br/>
        <w:t>f 4008/7522/6914 4007/7523/6915 4009/7525/6917</w:t>
        <w:br/>
        <w:t>f 4010/7524/6916 4012/7526/6522 4011/7527/6521</w:t>
        <w:br/>
        <w:t>f 4009/7525/6917 4010/7524/6916 4011/7527/6521</w:t>
        <w:br/>
        <w:t>f 4014/7528/6525 3394/7079/6524 4013/7529/6918</w:t>
        <w:br/>
        <w:t>f 4015/7530/6919 4014/7528/6525 4013/7529/6918</w:t>
        <w:br/>
        <w:t>f 4017/7531/6920 4015/7530/6919 4013/7529/6918</w:t>
        <w:br/>
        <w:t>f 4016/7532/6921 4017/7531/6920 4013/7529/6918</w:t>
        <w:br/>
        <w:t>f 4016/7532/6921 4018/7533/6922 4017/7531/6920</w:t>
        <w:br/>
        <w:t>f 4020/7534/6923 4019/7535/6924 4018/7533/6925</w:t>
        <w:br/>
        <w:t>f 4023/7536/6926 4022/7537/6927 4021/7538/6831</w:t>
        <w:br/>
        <w:t>f 4021/7538/6831 4024/7539/6928 4023/7536/6926</w:t>
        <w:br/>
        <w:t>f 4027/7540/6929 4026/7541/6930 4025/7542/6930</w:t>
        <w:br/>
        <w:t>f 4021/7538/6831 4029/7543/6931 4028/7544/6932</w:t>
        <w:br/>
        <w:t>f 4032/7545/6933 4031/7546/6934 4030/7547/6935</w:t>
        <w:br/>
        <w:t>f 4035/7548/6936 4034/7549/6937 4033/7550/6937</w:t>
        <w:br/>
        <w:t>f 4038/7551/6841 4037/7552/6938 4036/7553/6939</w:t>
        <w:br/>
        <w:t>f 4038/7551/6841 4039/7554/6940 4037/7552/6938</w:t>
        <w:br/>
        <w:t>f 4042/7555/6941 4041/7556/6942 4040/7557/6943</w:t>
        <w:br/>
        <w:t>f 4038/7551/6944 4044/7558/6945 4043/7559/6946</w:t>
        <w:br/>
        <w:t>f 4047/7560/6947 4046/7561/6948 4045/7562/6949</w:t>
        <w:br/>
        <w:t>f 4050/7563/6950 4049/7564/6951 4048/7565/6952</w:t>
        <w:br/>
        <w:t>f 4050/7563/6950 4051/7566/6953 4049/7564/6951</w:t>
        <w:br/>
        <w:t>f 4053/7567/6954 4052/7568/6955 4051/7566/6953</w:t>
        <w:br/>
        <w:t>f 4056/7569/6956 4055/7570/6957 4054/7571/6957</w:t>
        <w:br/>
        <w:t>f 4059/7572/6958 4058/7573/6959 4057/7574/6959</w:t>
        <w:br/>
        <w:t>f 4061/7575/6835 4060/7576/6960 4053/7567/6954</w:t>
        <w:br/>
        <w:t>f 4063/7577/6961 4062/7578/6962 4061/7575/6835</w:t>
        <w:br/>
        <w:t>f 4066/7579/6963 4065/7580/6964 4064/7581/6965</w:t>
        <w:br/>
        <w:t>f 3992/7504/6897 3985/7502/6895 3986/7501/6894</w:t>
        <w:br/>
        <w:t>f 3991/7505/6898 3992/7504/6897 3986/7501/6894</w:t>
        <w:br/>
        <w:t>f 4069/7582/6966 4031/7546/6934 4038/7551/6944</w:t>
        <w:br/>
        <w:t>f 4030/7547/6935 4031/7546/6934 4070/7583/6967</w:t>
        <w:br/>
        <w:t>f 4070/7583/6967 4029/7543/6931 4030/7547/6935</w:t>
        <w:br/>
        <w:t>f 4030/7547/6935 4029/7543/6931 4021/7538/6831</w:t>
        <w:br/>
        <w:t>f 3989/7507/6900 3990/7506/6899 4071/7584/6968</w:t>
        <w:br/>
        <w:t>f 4072/7585/6969 3989/7507/6900 4071/7584/6968</w:t>
        <w:br/>
        <w:t>f 4075/7586/6970 4046/7561/6948 4053/7567/6954</w:t>
        <w:br/>
        <w:t>f 3970/7482/6877 3963/7480/6875 3964/7479/6874</w:t>
        <w:br/>
        <w:t>f 3969/7483/6878 3970/7482/6877 3964/7479/6874</w:t>
        <w:br/>
        <w:t>f 4045/7562/6949 4044/7558/6945 4047/7560/6947</w:t>
        <w:br/>
        <w:t>f 3967/7485/6880 3968/7484/6879 4076/7587/6971</w:t>
        <w:br/>
        <w:t>f 4077/7588/6972 3967/7485/6880 4076/7587/6971</w:t>
        <w:br/>
        <w:t>f 4047/7560/6947 4044/7558/6945 4038/7551/6944</w:t>
        <w:br/>
        <w:t>f 4053/7567/6954 4046/7561/6948 4047/7560/6947</w:t>
        <w:br/>
        <w:t>f 3943/7459/6858 3944/7458/6857 4080/7589/6973</w:t>
        <w:br/>
        <w:t>f 4081/7590/6974 3943/7459/6858 4080/7589/6973</w:t>
        <w:br/>
        <w:t>f 4062/7578/6962 4082/7591/6975 4061/7575/6835</w:t>
        <w:br/>
        <w:t>f 4083/7592/6976 4062/7578/6962 4063/7577/6961</w:t>
        <w:br/>
        <w:t>f 4061/7575/6835 4082/7591/6975 4060/7576/6960</w:t>
        <w:br/>
        <w:t>f 4086/7593/6977 4085/7594/6978 4084/7595/6977</w:t>
        <w:br/>
        <w:t>f 4090/7596/6979 4089/7597/6980 4088/7598/6980</w:t>
        <w:br/>
        <w:t>f 4087/7599/6979 4090/7596/6979 4088/7598/6980</w:t>
        <w:br/>
        <w:t>f 4089/7597/6980 4092/7600/6981 4091/7601/6981</w:t>
        <w:br/>
        <w:t>f 4088/7598/6980 4089/7597/6980 4091/7601/6981</w:t>
        <w:br/>
        <w:t>f 4094/7602/6982 4093/7603/6983 4091/7601/6981</w:t>
        <w:br/>
        <w:t>f 4092/7600/6981 4094/7602/6982 4091/7601/6981</w:t>
        <w:br/>
        <w:t>f 4096/7604/6984 4095/7605/6984 4093/7603/6983</w:t>
        <w:br/>
        <w:t>f 4094/7602/6982 4096/7604/6984 4093/7603/6983</w:t>
        <w:br/>
        <w:t>f 4096/7604/6984 4098/7606/6985 4097/7607/6985</w:t>
        <w:br/>
        <w:t>f 4095/7605/6984 4096/7604/6984 4097/7607/6985</w:t>
        <w:br/>
        <w:t>f 4100/7608/6986 4099/7609/6987 4097/7607/6985</w:t>
        <w:br/>
        <w:t>f 4098/7606/6985 4100/7608/6986 4097/7607/6985</w:t>
        <w:br/>
        <w:t>f 4101/7610/6988 4099/7609/6989 3993/7510/6903</w:t>
        <w:br/>
        <w:t>f 3994/7509/6902 4101/7610/6988 3993/7510/6903</w:t>
        <w:br/>
        <w:t>f 4103/7611/6990 4102/7612/6990 4101/7610/6988</w:t>
        <w:br/>
        <w:t>f 3994/7509/6902 4103/7611/6990 4101/7610/6988</w:t>
        <w:br/>
        <w:t>f 4105/7613/6991 4104/7614/6991 4102/7612/6990</w:t>
        <w:br/>
        <w:t>f 4103/7611/6990 4105/7613/6991 4102/7612/6990</w:t>
        <w:br/>
        <w:t>f 4105/7613/6991 4107/7615/6992 4106/7616/6992</w:t>
        <w:br/>
        <w:t>f 4104/7614/6991 4105/7613/6991 4106/7616/6992</w:t>
        <w:br/>
        <w:t>f 4107/7615/6992 4109/7617/6993 4108/7618/6993</w:t>
        <w:br/>
        <w:t>f 4106/7616/6992 4107/7615/6992 4108/7618/6993</w:t>
        <w:br/>
        <w:t>f 4108/7618/6993 4109/7617/6993 4110/7619/6994</w:t>
        <w:br/>
        <w:t>f 4111/7620/6995 4108/7618/6993 4110/7619/6994</w:t>
        <w:br/>
        <w:t>f 4110/7619/6994 4113/7621/6996 4112/7622/6996</w:t>
        <w:br/>
        <w:t>f 4111/7620/6995 4110/7619/6994 4112/7622/6996</w:t>
        <w:br/>
        <w:t>f 4115/7623/6997 4114/7624/6998 4112/7622/6996</w:t>
        <w:br/>
        <w:t>f 4113/7621/6996 4115/7623/6997 4112/7622/6996</w:t>
        <w:br/>
        <w:t>f 4117/7625/6999 4114/7624/6998 4115/7623/6997</w:t>
        <w:br/>
        <w:t>f 4116/7626/7000 4117/7625/6999 4115/7623/6997</w:t>
        <w:br/>
        <w:t>f 4119/7627/7001 4118/7628/7001 4117/7625/7002</w:t>
        <w:br/>
        <w:t>f 3971/7489/7003 4119/7627/7001 4117/7625/7002</w:t>
        <w:br/>
        <w:t>f 4121/7629/7004 4120/7630/7004 4118/7628/7001</w:t>
        <w:br/>
        <w:t>f 4119/7627/7001 4121/7629/7004 4118/7628/7001</w:t>
        <w:br/>
        <w:t>f 4121/7629/7004 4123/7631/7005 4122/7632/7005</w:t>
        <w:br/>
        <w:t>f 4120/7630/7004 4121/7629/7004 4122/7632/7005</w:t>
        <w:br/>
        <w:t>f 4123/7631/7005 4125/7633/7006 4124/7634/7006</w:t>
        <w:br/>
        <w:t>f 4122/7632/7005 4123/7631/7005 4124/7634/7006</w:t>
        <w:br/>
        <w:t>f 4124/7634/7006 4125/7633/7006 4126/7635/7007</w:t>
        <w:br/>
        <w:t>f 4127/7636/7007 4124/7634/7006 4126/7635/7007</w:t>
        <w:br/>
        <w:t>f 4126/7635/7007 4129/7637/7008 4128/7638/7009</w:t>
        <w:br/>
        <w:t>f 4127/7636/7007 4126/7635/7007 4128/7638/7009</w:t>
        <w:br/>
        <w:t>f 4131/7639/7010 4130/7640/7010 4128/7638/7009</w:t>
        <w:br/>
        <w:t>f 4129/7637/7008 4131/7639/7010 4128/7638/7009</w:t>
        <w:br/>
        <w:t>f 4131/7639/7010 4133/7641/7011 4132/7642/7012</w:t>
        <w:br/>
        <w:t>f 4130/7640/7010 4131/7639/7010 4132/7642/7012</w:t>
        <w:br/>
        <w:t>f 4135/7643/7013 4134/7644/7013 4132/7642/7014</w:t>
        <w:br/>
        <w:t>f 3950/7465/7015 4135/7643/7013 4132/7642/7014</w:t>
        <w:br/>
        <w:t>f 4137/7645/7016 4136/7646/7016 4134/7644/7013</w:t>
        <w:br/>
        <w:t>f 4135/7643/7013 4137/7645/7016 4134/7644/7013</w:t>
        <w:br/>
        <w:t>f 4139/7647/7017 4138/7648/7018 4136/7646/7016</w:t>
        <w:br/>
        <w:t>f 4137/7645/7016 4139/7647/7017 4136/7646/7016</w:t>
        <w:br/>
        <w:t>f 4139/7647/7017 3938/7453/6852 4140/7649/7019</w:t>
        <w:br/>
        <w:t>f 4138/7648/7018 4139/7647/7017 4140/7649/7019</w:t>
        <w:br/>
        <w:t>f 4140/7649/7019 3938/7453/6852 4141/7650/7020</w:t>
        <w:br/>
        <w:t>f 4142/7651/7020 4140/7649/7019 4141/7650/7020</w:t>
        <w:br/>
        <w:t>f 4141/7650/7020 4144/7652/7021 4143/7653/7021</w:t>
        <w:br/>
        <w:t>f 4142/7651/7020 4141/7650/7020 4143/7653/7021</w:t>
        <w:br/>
        <w:t>f 4226/7654/7022 4225/7655/7023 4224/7656/7024</w:t>
        <w:br/>
        <w:t>f 4223/7657/7025 4226/7654/7022 4224/7656/7024</w:t>
        <w:br/>
        <w:t>f 4230/7658/7026 4229/7659/7027 4228/7660/7019</w:t>
        <w:br/>
        <w:t>f 4227/7661/7028 4230/7658/7026 4228/7660/7019</w:t>
        <w:br/>
        <w:t>f 4230/7658/7026 4232/7662/7029 4231/7663/7030</w:t>
        <w:br/>
        <w:t>f 4229/7659/7027 4230/7658/7026 4231/7663/7030</w:t>
        <w:br/>
        <w:t>f 4235/7664/7031 4234/7665/7032 4233/7666/7033</w:t>
        <w:br/>
        <w:t>f 4236/7667/7034 4235/7664/7031 4233/7666/7033</w:t>
        <w:br/>
        <w:t>f 4237/7668/7035 4235/7664/7031 4236/7667/7034</w:t>
        <w:br/>
        <w:t>f 4238/7669/7036 4237/7668/7035 4236/7667/7034</w:t>
        <w:br/>
        <w:t>f 4241/7670/7037 4240/7671/7038 4239/7672/7039</w:t>
        <w:br/>
        <w:t>f 4242/7673/7040 4241/7670/7037 4239/7672/7039</w:t>
        <w:br/>
        <w:t>f 4244/7674/7041 4243/7675/7042 4241/7670/7037</w:t>
        <w:br/>
        <w:t>f 4242/7673/7040 4244/7674/7041 4241/7670/7037</w:t>
        <w:br/>
        <w:t>f 4248/7676/7043 4247/7677/7044 4246/7678/7045</w:t>
        <w:br/>
        <w:t>f 4245/7679/7046 4248/7676/7043 4246/7678/7045</w:t>
        <w:br/>
        <w:t>f 4251/7680/7047 4250/7681/7048 4249/7682/7049</w:t>
        <w:br/>
        <w:t>f 4252/7683/7050 4251/7680/7047 4249/7682/7049</w:t>
        <w:br/>
        <w:t>f 4256/7684/7051 4255/7685/7052 4254/7686/7053</w:t>
        <w:br/>
        <w:t>f 4253/7687/7054 4256/7684/7051 4254/7686/7053</w:t>
        <w:br/>
        <w:t>f 4259/7688/7055 4258/7689/7055 4257/7690/7056</w:t>
        <w:br/>
        <w:t>f 4260/7691/7056 4259/7688/7055 4257/7690/7056</w:t>
        <w:br/>
        <w:t>f 4263/7692/7057 4262/7693/7058 4261/7694/7059</w:t>
        <w:br/>
        <w:t>f 4264/7695/7060 4263/7692/7057 4261/7694/7059</w:t>
        <w:br/>
        <w:t>f 4265/7696/7061 4263/7692/7057 4264/7695/7060</w:t>
        <w:br/>
        <w:t>f 4266/7697/7062 4265/7696/7061 4264/7695/7060</w:t>
        <w:br/>
        <w:t>f 4270/7698/7063 4269/7699/7064 4268/7700/7064</w:t>
        <w:br/>
        <w:t>f 4267/7701/7065 4270/7698/7063 4268/7700/7064</w:t>
        <w:br/>
        <w:t>f 4273/7702/7066 4272/7703/7067 4271/7704/7068</w:t>
        <w:br/>
        <w:t>f 4274/7705/7069 4273/7702/7066 4271/7704/7068</w:t>
        <w:br/>
        <w:t>f 4278/7706/7070 4277/7707/7071 4276/7708/7072</w:t>
        <w:br/>
        <w:t>f 4275/7709/7073 4278/7706/7070 4276/7708/7072</w:t>
        <w:br/>
        <w:t>f 4281/7710/7074 4280/7711/7075 4279/7712/7076</w:t>
        <w:br/>
        <w:t>f 4282/7713/7076 4281/7710/7074 4279/7712/7076</w:t>
        <w:br/>
        <w:t>f 4285/7714/7077 4284/7715/7078 4283/7716/7079</w:t>
        <w:br/>
        <w:t>f 4286/7717/7080 4285/7714/7077 4283/7716/7079</w:t>
        <w:br/>
        <w:t>f 4288/7718/7081 4287/7719/7082 4285/7714/7077</w:t>
        <w:br/>
        <w:t>f 4286/7717/7080 4288/7718/7081 4285/7714/7077</w:t>
        <w:br/>
        <w:t>f 4292/7720/7083 4291/7721/7084 4290/7722/7085</w:t>
        <w:br/>
        <w:t>f 4289/7723/7086 4292/7720/7083 4290/7722/7085</w:t>
        <w:br/>
        <w:t>f 4294/7724/7087 4293/7725/7088 4291/7721/7084</w:t>
        <w:br/>
        <w:t>f 4292/7720/7083 4294/7724/7087 4291/7721/7084</w:t>
        <w:br/>
        <w:t>f 4296/7726/7089 4295/7727/7090 4293/7725/7088</w:t>
        <w:br/>
        <w:t>f 4294/7724/7087 4296/7726/7089 4293/7725/7088</w:t>
        <w:br/>
        <w:t>f 4295/7727/7090 4296/7726/7089 3680/7280/6696</w:t>
        <w:br/>
        <w:t>f 3681/7279/6695 4295/7727/7090 3680/7280/6696</w:t>
        <w:br/>
        <w:t>f 4297/7728/7091 3683/7282/6698 3684/7281/6697</w:t>
        <w:br/>
        <w:t>f 4298/7729/7092 4297/7728/7091 3684/7281/6697</w:t>
        <w:br/>
        <w:t>f 4300/7730/7093 4299/7731/7094 4297/7728/7091</w:t>
        <w:br/>
        <w:t>f 4298/7729/7092 4300/7730/7093 4297/7728/7091</w:t>
        <w:br/>
        <w:t>f 4299/7731/7094 4300/7730/7093 4301/7732/7095</w:t>
        <w:br/>
        <w:t>f 4303/7733/7096 4301/7732/7095 4302/7734/7097</w:t>
        <w:br/>
        <w:t>f 4305/7735/7098 4299/7731/7094 4304/7736/7099</w:t>
        <w:br/>
        <w:t>f 4299/7731/7094 4305/7735/7098 4306/7737/7100</w:t>
        <w:br/>
        <w:t>f 4309/7738/7101 4308/7739/7102 4307/7740/7103</w:t>
        <w:br/>
        <w:t>f 4312/7741/7104 4311/7742/7105 4310/7743/7106</w:t>
        <w:br/>
        <w:t>f 4315/7744/7107 4314/7745/7108 4313/7746/7109</w:t>
        <w:br/>
        <w:t>f 4318/7747/7110 4317/7748/7111 4316/7749/7111</w:t>
        <w:br/>
        <w:t>f 4315/7744/7107 4320/7750/7112 4319/7751/7113</w:t>
        <w:br/>
        <w:t>f 4315/7744/7107 4319/7751/7113 4321/7752/7114</w:t>
        <w:br/>
        <w:t>f 4324/7753/7115 4323/7754/7116 4322/7755/7116</w:t>
        <w:br/>
        <w:t>f 4315/7744/7107 4326/7756/7117 4325/7757/7118</w:t>
        <w:br/>
        <w:t>f 4329/7758/7119 4328/7759/7120 4327/7760/7121</w:t>
        <w:br/>
        <w:t>f 4332/7761/7122 4331/7762/7123 4330/7763/7124</w:t>
        <w:br/>
        <w:t>f 4332/7761/7122 4330/7763/7124 4333/7764/7125</w:t>
        <w:br/>
        <w:t>f 4335/7765/7126 4333/7764/7127 4334/7766/7128</w:t>
        <w:br/>
        <w:t>f 4338/7767/7129 4337/7768/7130 4336/7769/7131</w:t>
        <w:br/>
        <w:t>f 4338/7767/7129 4336/7769/7131 4339/7770/7132</w:t>
        <w:br/>
        <w:t>f 4341/7771/7133 4335/7765/7126 4340/7772/7134</w:t>
        <w:br/>
        <w:t>f 4343/7773/7135 4341/7771/7133 4342/7774/7136</w:t>
        <w:br/>
        <w:t>f 4347/7775/7137 4346/7776/7138 4345/7777/7138</w:t>
        <w:br/>
        <w:t>f 4344/7778/7137 4347/7775/7137 4345/7777/7138</w:t>
        <w:br/>
        <w:t>f 4278/7706/7070 4275/7709/7073 4272/7703/7067</w:t>
        <w:br/>
        <w:t>f 4273/7702/7066 4278/7706/7070 4272/7703/7067</w:t>
        <w:br/>
        <w:t>f 4350/7779/7139 4315/7744/7107 4313/7746/7109</w:t>
        <w:br/>
        <w:t>f 4314/7745/7108 4351/7780/7140 4313/7746/7109</w:t>
        <w:br/>
        <w:t>f 4351/7780/7140 4314/7745/7108 4310/7743/7141</w:t>
        <w:br/>
        <w:t>f 4314/7745/7108 4299/7731/7094 4310/7743/7141</w:t>
        <w:br/>
        <w:t>f 4352/7781/7142 4276/7708/7072 4277/7707/7071</w:t>
        <w:br/>
        <w:t>f 4353/7782/7143 4352/7781/7142 4277/7707/7071</w:t>
        <w:br/>
        <w:t>f 4356/7783/7144 4332/7761/7122 4327/7760/7121</w:t>
        <w:br/>
        <w:t>f 4256/7684/7051 4253/7687/7054 4250/7681/7048</w:t>
        <w:br/>
        <w:t>f 4251/7680/7047 4256/7684/7051 4250/7681/7048</w:t>
        <w:br/>
        <w:t>f 4328/7759/7120 4329/7758/7119 4325/7757/7118</w:t>
        <w:br/>
        <w:t>f 4357/7784/7145 4254/7686/7053 4255/7685/7052</w:t>
        <w:br/>
        <w:t>f 4358/7785/7146 4357/7784/7145 4255/7685/7052</w:t>
        <w:br/>
        <w:t>f 4329/7758/7119 4315/7744/7107 4325/7757/7118</w:t>
        <w:br/>
        <w:t>f 4332/7761/7122 4329/7758/7119 4327/7760/7121</w:t>
        <w:br/>
        <w:t>f 4361/7786/7147 4231/7663/7030 4232/7662/7029</w:t>
        <w:br/>
        <w:t>f 4362/7787/7148 4361/7786/7147 4232/7662/7029</w:t>
        <w:br/>
        <w:t>f 4342/7774/7136 4341/7771/7133 4363/7788/7149</w:t>
        <w:br/>
        <w:t>f 4364/7789/7150 4343/7773/7135 4342/7774/7136</w:t>
        <w:br/>
        <w:t>f 4341/7771/7133 4340/7772/7134 4363/7788/7149</w:t>
        <w:br/>
        <w:t>f 4366/7790/6964 4365/7791/7151 3831/7425/6826</w:t>
        <w:br/>
        <w:t>f 3757/7347/6760 3754/7350/6763 4368/7792/7152</w:t>
        <w:br/>
        <w:t>f 4367/7793/7153 3757/7347/6760 4368/7792/7152</w:t>
        <w:br/>
        <w:t>f 3761/7351/6764 4370/7794/7154 4369/7795/7155</w:t>
        <w:br/>
        <w:t>f 3760/7352/6765 3761/7351/6764 4369/7795/7155</w:t>
        <w:br/>
        <w:t>f 4369/7795/7155 4373/7796/7156 4372/7797/7157</w:t>
        <w:br/>
        <w:t>f 4371/7798/7158 4369/7795/7155 4372/7797/7157</w:t>
        <w:br/>
        <w:t>f 3760/7352/6765 4369/7795/7155 4371/7798/7158</w:t>
        <w:br/>
        <w:t>f 3765/7358/6771 3760/7352/6765 4371/7798/7158</w:t>
        <w:br/>
        <w:t>f 4376/7799/7159 4375/7800/6819 4373/7796/7156</w:t>
        <w:br/>
        <w:t>f 4374/7801/7160 4376/7799/7159 4373/7796/7156</w:t>
        <w:br/>
        <w:t>f 4379/7802/7161 4378/7803/6821 4377/7804/7162</w:t>
        <w:br/>
        <w:t>f 4380/7805/7163 4379/7802/7161 4377/7804/7162</w:t>
        <w:br/>
        <w:t>f 4373/7796/7156 4369/7795/7155 4370/7794/7154</w:t>
        <w:br/>
        <w:t>f 4374/7801/7160 4373/7796/7156 4370/7794/7154</w:t>
        <w:br/>
        <w:t>f 4370/7794/7154 3761/7351/6764 4367/7793/7153</w:t>
        <w:br/>
        <w:t>f 4367/7793/7153 4381/7806/7164 4370/7794/7154</w:t>
        <w:br/>
        <w:t>f 4374/7801/7160 4382/7807/7165 4377/7804/7162</w:t>
        <w:br/>
        <w:t>f 4378/7803/6821 4374/7801/7160 4377/7804/7162</w:t>
        <w:br/>
        <w:t>f 4371/7798/7158 4372/7797/7157 4383/7808/7166</w:t>
        <w:br/>
        <w:t>f 4384/7809/7167 4371/7798/7158 4383/7808/7166</w:t>
        <w:br/>
        <w:t>f 3765/7358/6771 4371/7798/7158 4384/7809/7167</w:t>
        <w:br/>
        <w:t>f 3777/7370/6780 3765/7358/6771 4384/7809/7167</w:t>
        <w:br/>
        <w:t>f 4372/7797/7157 4386/7810/6815 4385/7811/6818</w:t>
        <w:br/>
        <w:t>f 4383/7808/7166 4372/7797/7157 4385/7811/6818</w:t>
        <w:br/>
        <w:t>f 4388/7812/7119 4387/7813/7122 4380/7805/7163</w:t>
        <w:br/>
        <w:t>f 4387/7813/7122 4390/7814/7133 4389/7815/6825</w:t>
        <w:br/>
        <w:t>f 4379/7802/7161 4387/7813/7122 4389/7815/6825</w:t>
        <w:br/>
        <w:t>f 4391/7816/7168 4380/7805/7163 4377/7804/7162</w:t>
        <w:br/>
        <w:t>f 4382/7807/7165 4391/7816/7168 4377/7804/7162</w:t>
        <w:br/>
        <w:t>f 4393/7817/7108 4392/7818/7169 4368/7792/7152</w:t>
        <w:br/>
        <w:t>f 4374/7801/7160 4370/7794/7154 4382/7807/7165</w:t>
        <w:br/>
        <w:t>f 3761/7351/6764 3757/7347/6760 4367/7793/7153</w:t>
        <w:br/>
        <w:t>f 4386/7810/6815 4372/7797/7157 4373/7796/7156</w:t>
        <w:br/>
        <w:t>f 4375/7800/6819 4386/7810/6815 4373/7796/7156</w:t>
        <w:br/>
        <w:t>f 4378/7803/6821 4376/7799/7159 4374/7801/7160</w:t>
        <w:br/>
        <w:t>f 3803/7397/6798 3816/7408/6809 3801/7395/6796</w:t>
        <w:br/>
        <w:t>f 3802/7394/6795 3801/7395/6796 3816/7408/6809</w:t>
        <w:br/>
        <w:t>f 3855/7448/6847 3802/7394/6795 3816/7408/6809</w:t>
        <w:br/>
        <w:t>f 4370/7794/7154 4381/7806/7164 4382/7807/7165</w:t>
        <w:br/>
        <w:t>f 4391/7816/7168 4382/7807/7165 4381/7806/7164</w:t>
        <w:br/>
        <w:t>f 4392/7818/7169 4391/7816/7168 4381/7806/7164</w:t>
        <w:br/>
        <w:t>f 4396/7819/7170 4395/7820/7133 4394/7821/7171</w:t>
        <w:br/>
        <w:t>f 4064/7581/6965 4065/7580/6964 4397/7822/7172</w:t>
        <w:br/>
        <w:t>f 3854/7447/6846 4399/7823/7173 4398/7824/7174</w:t>
        <w:br/>
        <w:t>f 4400/7825/7175 3793/7387/6790 3173/6939/6393</w:t>
        <w:br/>
        <w:t>f 3802/7394/6795 4400/7825/7175 3173/6939/6393</w:t>
        <w:br/>
        <w:t>f 3813/7405/6806 3814/7404/6805 3852/7446/6845</w:t>
        <w:br/>
        <w:t>f 3854/7447/6846 3853/7445/6844 4399/7823/7173</w:t>
        <w:br/>
        <w:t>f 4401/7826/7170 4366/7790/6964 3831/7425/6826</w:t>
        <w:br/>
        <w:t>f 3832/7424/6825 4401/7826/7170 3831/7425/6826</w:t>
        <w:br/>
        <w:t>f 3811/7407/6808 3856/7449/6848 3835/7426/6827</w:t>
        <w:br/>
        <w:t>f 3814/7404/6805 3811/7407/6808 3835/7426/6827</w:t>
        <w:br/>
        <w:t>f 3802/7394/6795 4402/7827/7176 4400/7825/7175</w:t>
        <w:br/>
        <w:t>f 3802/7394/6795 4398/7824/7174 4402/7827/7176</w:t>
        <w:br/>
        <w:t>f 3854/7447/6846 3813/7405/6806 3853/7445/6844</w:t>
        <w:br/>
        <w:t>f 3855/7448/6847 3854/7447/6846 4398/7824/7174</w:t>
        <w:br/>
        <w:t>f 4391/7816/7168 4393/7817/7108 4403/7828/7107</w:t>
        <w:br/>
        <w:t>f 3754/7350/6763 3798/7392/6794 4404/7829/7177</w:t>
        <w:br/>
        <w:t>f 4368/7792/7152 3754/7350/6763 4404/7829/7177</w:t>
        <w:br/>
        <w:t>f 4379/7802/7161 4380/7805/7163 4387/7813/7122</w:t>
        <w:br/>
        <w:t>f 4391/7816/7168 4403/7828/7107 4388/7812/7119</w:t>
        <w:br/>
        <w:t>f 4368/7792/7152 4404/7829/7177 4405/7830/7094</w:t>
        <w:br/>
        <w:t>f 4379/7802/7161 4389/7815/6825 4378/7803/6821</w:t>
        <w:br/>
        <w:t>f 4368/7792/7152 4405/7830/7094 4393/7817/7108</w:t>
        <w:br/>
        <w:t>f 4380/7805/7163 4391/7816/7168 4388/7812/7119</w:t>
        <w:br/>
        <w:t>f 4392/7818/7169 4381/7806/7164 4367/7793/7153</w:t>
        <w:br/>
        <w:t>f 4368/7792/7152 4392/7818/7169 4367/7793/7153</w:t>
        <w:br/>
        <w:t>f 4389/7815/6825 4390/7814/7133 4396/7819/7170</w:t>
        <w:br/>
        <w:t>f 3802/7394/6795 3855/7448/6847 4398/7824/7174</w:t>
        <w:br/>
        <w:t>f 4391/7816/7168 4392/7818/7169 4393/7817/7108</w:t>
        <w:br/>
        <w:t>f 4705/7831/7178 4704/7832/7179 4703/7833/7179</w:t>
        <w:br/>
        <w:t>f 4706/7834/7179 4705/7831/7178 4703/7833/7179</w:t>
        <w:br/>
        <w:t>f 5175/7835/7180 5174/7836/7181 5173/7837/7182</w:t>
        <w:br/>
        <w:t>f 5174/7836/7181 5176/7838/7183 5173/7837/7182</w:t>
        <w:br/>
        <w:t>f 5177/7839/7184 5173/7837/7182 5176/7838/7183</w:t>
        <w:br/>
        <w:t>f 5178/7840/7185 5177/7839/7184 5176/7838/7183</w:t>
        <w:br/>
        <w:t>f 5181/7841/7186 5180/7842/7187 5179/7843/7188</w:t>
        <w:br/>
        <w:t>f 5183/7844/7189 5174/7836/7181 5182/7845/7190</w:t>
        <w:br/>
        <w:t>f 5184/7846/7191 5183/7844/7189 5182/7845/7190</w:t>
        <w:br/>
        <w:t>f 5186/7847/7192 5182/7845/7190 5185/7848/7193</w:t>
        <w:br/>
        <w:t>f 5185/7848/7193 5188/7849/7194 5187/7850/7195</w:t>
        <w:br/>
        <w:t>f 5186/7847/7192 5185/7848/7193 5187/7850/7195</w:t>
        <w:br/>
        <w:t>f 5190/7851/7196 5181/7841/7186 5179/7843/7188</w:t>
        <w:br/>
        <w:t>f 5189/7852/7196 5190/7851/7196 5179/7843/7188</w:t>
        <w:br/>
        <w:t>f 5192/7853/6253 5191/7854/6250 5190/7851/7196</w:t>
        <w:br/>
        <w:t>f 5189/7852/7196 5192/7853/6253 5190/7851/7196</w:t>
        <w:br/>
        <w:t>f 5194/7855/7197 5191/7854/6250 5192/7853/6253</w:t>
        <w:br/>
        <w:t>f 5193/7856/7198 5194/7855/7197 5192/7853/6253</w:t>
        <w:br/>
        <w:t>f 5198/7857/7199 5197/7858/7200 5196/7859/7201</w:t>
        <w:br/>
        <w:t>f 5195/7860/7202 5198/7857/7199 5196/7859/7201</w:t>
        <w:br/>
        <w:t>f 5196/7859/7201 5197/7858/7200 5200/7861/7203</w:t>
        <w:br/>
        <w:t>f 5199/7862/7204 5196/7859/7201 5200/7861/7203</w:t>
        <w:br/>
        <w:t>f 5198/7857/7199 5195/7860/7202 5180/7842/7187</w:t>
        <w:br/>
        <w:t>f 5181/7841/7186 5198/7857/7199 5180/7842/7187</w:t>
        <w:br/>
        <w:t>f 5200/7861/7203 5202/7863/7205 5201/7864/7206</w:t>
        <w:br/>
        <w:t>f 5199/7862/7204 5200/7861/7203 5201/7864/7206</w:t>
        <w:br/>
        <w:t>f 5204/7865/7207 5203/7866/7208 5201/7864/7206</w:t>
        <w:br/>
        <w:t>f 5205/7867/7209 5204/7865/7207 5201/7864/7206</w:t>
        <w:br/>
        <w:t>f 5207/7868/7210 5204/7865/7207 5206/7869/7211</w:t>
        <w:br/>
        <w:t>f 5206/7869/7211 5204/7865/7207 5209/7870/7212</w:t>
        <w:br/>
        <w:t>f 5208/7871/7212 5206/7869/7211 5209/7870/7212</w:t>
        <w:br/>
        <w:t>f 5212/7872/7213 5211/7873/7214 5203/7866/7208</w:t>
        <w:br/>
        <w:t>f 5210/7874/7215 5212/7872/7213 5203/7866/7208</w:t>
        <w:br/>
        <w:t>f 5216/7875/7216 5215/7876/6227 5214/7877/7217</w:t>
        <w:br/>
        <w:t>f 5213/7878/7218 5216/7875/7216 5214/7877/7217</w:t>
        <w:br/>
        <w:t>f 5217/7879/7219 5216/7875/7216 5213/7878/7218</w:t>
        <w:br/>
        <w:t>f 5218/7880/7219 5217/7879/7219 5213/7878/7218</w:t>
        <w:br/>
        <w:t>f 5220/7881/7220 5217/7879/7219 5218/7880/7219</w:t>
        <w:br/>
        <w:t>f 5219/7882/7220 5220/7881/7220 5218/7880/7219</w:t>
        <w:br/>
        <w:t>f 5215/7876/6227 5211/7873/7214 5212/7872/7213</w:t>
        <w:br/>
        <w:t>f 5214/7877/7217 5215/7876/6227 5212/7872/7213</w:t>
        <w:br/>
        <w:t>f 5222/7883/7221 5221/7884/7221 5187/7850/7195</w:t>
        <w:br/>
        <w:t>f 5188/7849/7194 5222/7883/7221 5187/7850/7195</w:t>
        <w:br/>
        <w:t>f 5224/7885/6256 5223/7886/7222 5221/7884/7221</w:t>
        <w:br/>
        <w:t>f 5222/7883/7221 5224/7885/6256 5221/7884/7221</w:t>
        <w:br/>
        <w:t>f 5226/7887/6256 5225/7888/7223 5223/7886/7222</w:t>
        <w:br/>
        <w:t>f 5224/7885/6256 5226/7887/6256 5223/7886/7222</w:t>
        <w:br/>
        <w:t>f 5177/7839/7184 5178/7840/7185 5225/7888/7223</w:t>
        <w:br/>
        <w:t>f 5226/7887/6256 5177/7839/7184 5225/7888/7223</w:t>
        <w:br/>
        <w:t>f 5194/7855/7197 5193/7856/7198 5205/7867/7209</w:t>
        <w:br/>
        <w:t>f 5202/7863/7205 5194/7855/7197 5205/7867/7209</w:t>
        <w:br/>
        <w:t>f 5220/7881/7220 5219/7882/7220 5228/7889/7224</w:t>
        <w:br/>
        <w:t>f 5227/7890/7225 5220/7881/7220 5228/7889/7224</w:t>
        <w:br/>
        <w:t>f 5230/7891/7226 5229/7892/7226 5227/7890/7225</w:t>
        <w:br/>
        <w:t>f 5228/7889/7224 5230/7891/7226 5227/7890/7225</w:t>
        <w:br/>
        <w:t>f 5233/7893/7227 5232/7894/7228 5231/7895/7229</w:t>
        <w:br/>
        <w:t>f 5234/7896/7230 5233/7893/7227 5231/7895/7229</w:t>
        <w:br/>
        <w:t>f 5229/7892/7226 5230/7891/7226 5231/7895/7229</w:t>
        <w:br/>
        <w:t>f 5232/7894/7228 5229/7892/7226 5231/7895/7229</w:t>
        <w:br/>
        <w:t>f 5234/7896/7230 5236/7897/7231 5235/7898/7232</w:t>
        <w:br/>
        <w:t>f 5233/7893/7227 5234/7896/7230 5235/7898/7232</w:t>
        <w:br/>
        <w:t>f 5175/7835/7180 5185/7848/7193 5182/7845/7190</w:t>
        <w:br/>
        <w:t>f 5175/7835/7180 5182/7845/7190 5174/7836/7181</w:t>
        <w:br/>
        <w:t>f 5205/7867/7209 5201/7864/7206 5202/7863/7205</w:t>
        <w:br/>
        <w:t>f 5203/7866/7208 5207/7868/7210 5210/7874/7215</w:t>
        <w:br/>
        <w:t>f 5203/7866/7208 5204/7865/7207 5207/7868/7210</w:t>
        <w:br/>
        <w:t>f 5184/7846/7191 5179/7843/7188 5180/7842/7187</w:t>
        <w:br/>
        <w:t>f 5183/7844/7189 5184/7846/7191 5180/7842/7187</w:t>
        <w:br/>
        <w:t>f 7224/7899/7233 7223/7900/7234 7222/7901/7235</w:t>
        <w:br/>
        <w:t>f 7221/7902/7233 7224/7899/7233 7222/7901/7235</w:t>
        <w:br/>
        <w:t>f 7226/7903/7236 7224/7899/7233 7221/7902/7233</w:t>
        <w:br/>
        <w:t>f 7225/7904/7237 7226/7903/7236 7221/7902/7233</w:t>
        <w:br/>
        <w:t>f 7228/7905/7238 7227/7906/7239 7222/7901/7235</w:t>
        <w:br/>
        <w:t>f 7223/7900/7234 7228/7905/7238 7222/7901/7235</w:t>
        <w:br/>
        <w:t>f 7230/7907/7240 7229/7908/7241 7227/7906/7239</w:t>
        <w:br/>
        <w:t>f 7228/7905/7238 7230/7907/7240 7227/7906/7239</w:t>
        <w:br/>
        <w:t>f 7233/7909/7242 7232/7910/7243 7231/7911/7244</w:t>
        <w:br/>
        <w:t>f 7234/7912/7244 7233/7909/7242 7231/7911/7244</w:t>
        <w:br/>
        <w:t>f 7232/7910/7243 7233/7909/7242 7235/7913/7245</w:t>
        <w:br/>
        <w:t>f 7236/7914/7245 7232/7910/7243 7235/7913/7245</w:t>
        <w:br/>
        <w:t>f 7238/7915/7246 7237/7916/7246 7236/7914/7245</w:t>
        <w:br/>
        <w:t>f 7235/7913/7245 7238/7915/7246 7236/7914/7245</w:t>
        <w:br/>
        <w:t>f 7238/7915/7246 7240/7917/7247 7239/7918/7248</w:t>
        <w:br/>
        <w:t>f 7237/7916/7246 7238/7915/7246 7239/7918/7248</w:t>
        <w:br/>
        <w:t>f 7243/7919/7249 7242/7920/7250 7241/7921/7251</w:t>
        <w:br/>
        <w:t>f 7246/7922/7252 7242/7920/7253 7245/7923/7254</w:t>
        <w:br/>
        <w:t>f 7244/7924/7255 7246/7922/7252 7245/7923/7254</w:t>
        <w:br/>
        <w:t>f 7244/7924/7255 7247/7925/7256 7246/7922/7252</w:t>
        <w:br/>
        <w:t>f 7234/7912/7244 7231/7911/7244 7229/7908/7241</w:t>
        <w:br/>
        <w:t>f 7230/7907/7240 7234/7912/7244 7229/7908/7241</w:t>
        <w:br/>
        <w:t>f 7250/7926/7257 7249/7927/7258 7248/7928/7259</w:t>
        <w:br/>
        <w:t>f 7250/7926/7257 7248/7928/7259 7251/7929/7260</w:t>
        <w:br/>
        <w:t>f 7252/7930/7261 7242/7920/7250 7250/7926/7257</w:t>
        <w:br/>
        <w:t>f 7251/7929/7260 7252/7930/7261 7250/7926/7257</w:t>
        <w:br/>
        <w:t>f 7242/7920/7250 7252/7930/7261 7241/7921/7251</w:t>
        <w:br/>
        <w:t>f 7255/7931/7262 7254/7932/7263 7253/7933/7264</w:t>
        <w:br/>
        <w:t>f 7258/7934/7265 7257/7935/7266 7256/7936/7267</w:t>
        <w:br/>
        <w:t>f 7257/7935/7266 7259/7937/7268 7253/7933/7264</w:t>
        <w:br/>
        <w:t>f 7254/7932/7263 7257/7935/7266 7253/7933/7264</w:t>
        <w:br/>
        <w:t>f 7260/7938/7269 7254/7932/7263 7255/7931/7262</w:t>
        <w:br/>
        <w:t>f 7263/7939/7270 7262/7940/7271 7261/7941/7272</w:t>
        <w:br/>
        <w:t>f 7264/7942/7273 7263/7939/7270 7261/7941/7272</w:t>
        <w:br/>
        <w:t>f 7262/7940/7271 7263/7939/7270 7265/7943/7274</w:t>
        <w:br/>
        <w:t>f 7256/7936/7267 7257/7935/7266 7266/7944/7275</w:t>
        <w:br/>
        <w:t>f 7260/7938/7276 7264/7942/7273 7261/7941/7272</w:t>
        <w:br/>
        <w:t>f 7245/7923/7254 7242/7920/7253 7267/7945/7277</w:t>
        <w:br/>
        <w:t>f 7258/7934/7265 7259/7937/7268 7257/7935/7266</w:t>
        <w:br/>
        <w:t>f 7266/7944/7278 7262/7940/7271 7265/7943/7274</w:t>
        <w:br/>
        <w:t>f 7246/7922/7252 7247/7925/7256 7268/7946/7279</w:t>
        <w:br/>
        <w:t>f 7246/7922/7252 7268/7946/7279 7249/7927/7258</w:t>
        <w:br/>
        <w:t>f 7320/7947/7280 7319/7948/7281 7318/7949/7282</w:t>
        <w:br/>
        <w:t>f 7317/7950/7282 7320/7947/7280 7318/7949/7282</w:t>
        <w:br/>
        <w:t>f 7324/7951/7283 7323/7952/7284 7322/7953/7285</w:t>
        <w:br/>
        <w:t>f 7321/7954/7285 7324/7951/7283 7322/7953/7285</w:t>
        <w:br/>
        <w:t>f 7327/7955/7286 7326/7956/7287 7325/7957/7287</w:t>
        <w:br/>
        <w:t>f 7328/7958/7288 7327/7955/7286 7325/7957/7287</w:t>
        <w:br/>
        <w:t>f 7331/7959/7289 7330/7960/7290 7329/7961/7291</w:t>
        <w:br/>
        <w:t>f 7332/7962/7292 7331/7959/7289 7329/7961/7291</w:t>
        <w:br/>
        <w:t>f 7333/7963/7293 7319/7948/7281 7320/7947/7280</w:t>
        <w:br/>
        <w:t>f 7334/7964/7293 7333/7963/7293 7320/7947/7280</w:t>
        <w:br/>
        <w:t>f 7335/7965/7294 7323/7952/7284 7324/7951/7283</w:t>
        <w:br/>
        <w:t>f 7336/7966/7295 7335/7965/7294 7324/7951/7283</w:t>
        <w:br/>
        <w:t>f 7338/7967/7296 7337/7968/7296 7327/7955/7286</w:t>
        <w:br/>
        <w:t>f 7328/7958/7288 7338/7967/7296 7327/7955/7286</w:t>
        <w:br/>
        <w:t>f 7340/7969/7297 7339/7970/7298 7331/7959/7289</w:t>
        <w:br/>
        <w:t>f 7332/7962/7292 7340/7969/7297 7331/7959/7289</w:t>
        <w:br/>
        <w:t>f 7342/7971/7299 7341/7972/7299 7333/7963/7293</w:t>
        <w:br/>
        <w:t>f 7334/7964/7293 7342/7971/7299 7333/7963/7293</w:t>
        <w:br/>
        <w:t>f 7344/7973/7300 7343/7974/7300 7335/7965/7294</w:t>
        <w:br/>
        <w:t>f 7336/7966/7295 7344/7973/7300 7335/7965/7294</w:t>
        <w:br/>
        <w:t>f 7345/7975/7301 7337/7968/7296 7338/7967/7296</w:t>
        <w:br/>
        <w:t>f 7346/7976/7302 7345/7975/7301 7338/7967/7296</w:t>
        <w:br/>
        <w:t>f 7347/7977/7303 7339/7970/7298 7340/7969/7297</w:t>
        <w:br/>
        <w:t>f 7348/7978/7303 7347/7977/7303 7340/7969/7297</w:t>
        <w:br/>
        <w:t>f 7349/7979/7304 7341/7972/7299 7342/7971/7299</w:t>
        <w:br/>
        <w:t>f 7350/7980/7304 7349/7979/7304 7342/7971/7299</w:t>
        <w:br/>
        <w:t>f 7351/7981/7305 7343/7974/7300 7344/7973/7300</w:t>
        <w:br/>
        <w:t>f 7352/7982/7305 7351/7981/7305 7344/7973/7300</w:t>
        <w:br/>
        <w:t>f 7354/7983/7306 7353/7984/7306 7345/7975/7301</w:t>
        <w:br/>
        <w:t>f 7346/7976/7302 7354/7983/7306 7345/7975/7301</w:t>
        <w:br/>
        <w:t>f 7356/7985/7307 7355/7986/7307 7347/7977/7303</w:t>
        <w:br/>
        <w:t>f 7348/7978/7303 7356/7985/7307 7347/7977/7303</w:t>
        <w:br/>
        <w:t>f 7309/7987/7308 7349/7979/7304 7350/7980/7304</w:t>
        <w:br/>
        <w:t>f 7357/7988/7309 7309/7987/7308 7350/7980/7304</w:t>
        <w:br/>
        <w:t>f 7311/7989/7310 7351/7981/7305 7352/7982/7305</w:t>
        <w:br/>
        <w:t>f 7312/7990/7310 7311/7989/7310 7352/7982/7305</w:t>
        <w:br/>
        <w:t>f 7314/7991/7311 7358/7992/7312 7353/7984/7306</w:t>
        <w:br/>
        <w:t>f 7354/7983/7306 7314/7991/7311 7353/7984/7306</w:t>
        <w:br/>
        <w:t>f 7359/7993/7313 7315/7994/7313 7355/7986/7307</w:t>
        <w:br/>
        <w:t>f 7356/7985/7307 7359/7993/7313 7355/7986/7307</w:t>
        <w:br/>
        <w:t>f 7667/7995/7314 7666/7996/7314 7665/7997/7315</w:t>
        <w:br/>
        <w:t>f 7668/7998/7315 7667/7995/7314 7665/7997/7315</w:t>
        <w:br/>
        <w:t>f 7666/7996/7314 7667/7995/7314 7670/7999/7316</w:t>
        <w:br/>
        <w:t>f 7669/8000/7317 7666/7996/7314 7670/7999/7316</w:t>
        <w:br/>
        <w:t>f 7672/8001/7318 7668/7998/7315 7665/7997/7315</w:t>
        <w:br/>
        <w:t>f 7671/8002/7319 7672/8001/7318 7665/7997/7315</w:t>
        <w:br/>
        <w:t>f 7673/8003/7320 7672/8001/7318 7671/8002/7319</w:t>
        <w:br/>
        <w:t>f 7674/8004/7321 7673/8003/7320 7671/8002/7319</w:t>
        <w:br/>
        <w:t>f 7677/8005/7322 7676/8006/7323 7675/8007/7323</w:t>
        <w:br/>
        <w:t>f 7678/8008/7322 7677/8005/7322 7675/8007/7323</w:t>
        <w:br/>
        <w:t>f 7676/8006/7323 7680/8009/7324 7679/8010/7324</w:t>
        <w:br/>
        <w:t>f 7675/8007/7323 7676/8006/7323 7679/8010/7324</w:t>
        <w:br/>
        <w:t>f 7681/8011/7325 7679/8010/7324 7680/8009/7324</w:t>
        <w:br/>
        <w:t>f 7682/8012/7325 7681/8011/7325 7680/8009/7324</w:t>
        <w:br/>
        <w:t>f 7681/8011/7325 7682/8012/7325 7683/8013/7326</w:t>
        <w:br/>
        <w:t>f 7684/8014/7326 7681/8011/7325 7683/8013/7326</w:t>
        <w:br/>
        <w:t>f 7687/8015/7327 7686/8016/7328 7685/8017/7329</w:t>
        <w:br/>
        <w:t>f 7689/8018/7330 7688/8019/7331 7687/8015/7327</w:t>
        <w:br/>
        <w:t>f 7685/8017/7329 7689/8018/7330 7687/8015/7327</w:t>
        <w:br/>
        <w:t>f 7691/8020/7332 7689/8018/7330 7690/8021/7333</w:t>
        <w:br/>
        <w:t>f 7674/8004/7321 7677/8005/7322 7678/8008/7322</w:t>
        <w:br/>
        <w:t>f 7673/8003/7320 7674/8004/7321 7678/8008/7322</w:t>
        <w:br/>
        <w:t>f 7689/8018/7330 7692/8022/7334 7690/8021/7333</w:t>
        <w:br/>
        <w:t>f 7689/8018/7330 7694/8023/7335 7693/8024/7336</w:t>
        <w:br/>
        <w:t>f 7689/8018/7330 7696/8025/7337 7695/8026/7337</w:t>
        <w:br/>
        <w:t>f 7694/8023/7335 7689/8018/7330 7695/8026/7337</w:t>
        <w:br/>
        <w:t>f 7696/8025/7337 7697/8027/7338 7695/8026/7337</w:t>
        <w:br/>
        <w:t>f 7700/8028/7339 7699/8029/7340 7698/8030/7341</w:t>
        <w:br/>
        <w:t>f 7703/8031/7342 7702/8032/7343 7701/8033/7344</w:t>
        <w:br/>
        <w:t>f 7704/8034/7345 7701/8033/7344 7702/8032/7343</w:t>
        <w:br/>
        <w:t>f 7698/8030/7341 7704/8034/7345 7702/8032/7343</w:t>
        <w:br/>
        <w:t>f 7700/8028/7346 7706/8035/7347 7705/8036/7347</w:t>
        <w:br/>
        <w:t>f 7705/8036/7347 7706/8035/7347 7708/8037/7348</w:t>
        <w:br/>
        <w:t>f 7707/8038/7349 7705/8036/7347 7708/8037/7348</w:t>
        <w:br/>
        <w:t>f 7708/8037/7348 7709/8039/7350 7707/8038/7349</w:t>
        <w:br/>
        <w:t>f 7708/8037/7348 7710/8040/7351 7709/8039/7350</w:t>
        <w:br/>
        <w:t>f 7685/8017/7352 7711/8041/7353 7697/8027/7354</w:t>
        <w:br/>
        <w:t>f 7698/8030/7341 7699/8029/7340 7704/8034/7345</w:t>
        <w:br/>
        <w:t>f 7703/8031/7342 7712/8042/7355 7702/8032/7343</w:t>
        <w:br/>
        <w:t>f 7712/8042/7355 7710/8040/7356 7702/8032/7343</w:t>
        <w:br/>
        <w:t>f 7688/8019/7331 7689/8018/7330 7691/8020/7332</w:t>
        <w:br/>
        <w:t>f 7689/8018/7330 7693/8024/7336 7692/8022/7334</w:t>
        <w:br/>
        <w:t>f 7723/8043/7357 7722/8044/7357 7721/8045/7358</w:t>
        <w:br/>
        <w:t>f 7722/8044/7357 7723/8043/7357 7724/8046/7359</w:t>
        <w:br/>
        <w:t>f 7726/8047/7360 7724/8046/7361 7725/8048/7362</w:t>
        <w:br/>
        <w:t>f 7729/8049/7363 7728/8050/7364 7727/8051/7365</w:t>
        <w:br/>
        <w:t>f 7730/8052/7366 7729/8049/7363 7727/8051/7365</w:t>
        <w:br/>
        <w:t>f 7732/8053/7367 7731/8054/7368 7730/8052/7366</w:t>
        <w:br/>
        <w:t>f 7727/8051/7365 7732/8053/7367 7730/8052/7366</w:t>
        <w:br/>
        <w:t>f 7730/8052/7366 7731/8054/7368 7733/8055/7369</w:t>
        <w:br/>
        <w:t>f 7736/8056/7370 7735/8057/7371 7734/8058/7371</w:t>
        <w:br/>
        <w:t>f 7738/8059/7372 7737/8060/7373 7731/8054/7368</w:t>
        <w:br/>
        <w:t>f 7739/8061/7374 7738/8059/7372 7731/8054/7368</w:t>
        <w:br/>
        <w:t>f 7742/8062/7375 7741/8063/7375 7740/8064/7375</w:t>
        <w:br/>
        <w:t>f 7732/8053/7367 7739/8061/7374 7731/8054/7368</w:t>
        <w:br/>
        <w:t>f 7739/8061/7374 7732/8053/7367 7725/8048/7362</w:t>
        <w:br/>
        <w:t>f 7744/8065/7376 7743/8066/7377 7725/8048/7362</w:t>
        <w:br/>
        <w:t>f 7732/8053/7367 7744/8065/7376 7725/8048/7362</w:t>
        <w:br/>
        <w:t>f 7745/8067/7378 7743/8066/7377 7744/8065/7376</w:t>
        <w:br/>
        <w:t>f 7746/8068/7379 7745/8067/7378 7744/8065/7376</w:t>
        <w:br/>
        <w:t>f 7725/8048/7362 7747/8069/7380 7738/8059/7372</w:t>
        <w:br/>
        <w:t>f 7739/8061/7374 7725/8048/7362 7738/8059/7372</w:t>
        <w:br/>
        <w:t>f 7750/8070/7381 7749/8071/7382 7748/8072/7383</w:t>
        <w:br/>
        <w:t>f 7751/8073/7384 7750/8070/7381 7748/8072/7383</w:t>
        <w:br/>
        <w:t>f 7751/8073/7384 7748/8072/7383 7728/8050/7364</w:t>
        <w:br/>
        <w:t>f 7729/8049/7363 7752/8074/7385 7750/8070/7381</w:t>
        <w:br/>
        <w:t>f 7751/8073/7384 7729/8049/7363 7750/8070/7381</w:t>
        <w:br/>
        <w:t>f 7728/8050/7364 7729/8049/7363 7751/8073/7384</w:t>
        <w:br/>
        <w:t>f 7748/8072/7383 7754/8075/7386 7753/8076/7387</w:t>
        <w:br/>
        <w:t>f 7728/8050/7364 7748/8072/7383 7753/8076/7387</w:t>
        <w:br/>
        <w:t>f 7748/8072/7383 7755/8077/7388 7754/8075/7386</w:t>
        <w:br/>
        <w:t>f 7758/8078/7389 7757/8079/7390 7756/8080/7391</w:t>
        <w:br/>
        <w:t>f 7759/8081/7392 7758/8078/7389 7756/8080/7391</w:t>
        <w:br/>
        <w:t>f 7762/8082/7393 7761/8083/7393 7760/8084/7393</w:t>
        <w:br/>
        <w:t>f 7764/8085/7394 7763/8086/7395 7729/8049/7363</w:t>
        <w:br/>
        <w:t>f 7730/8052/7366 7765/8087/7396 7729/8049/7363</w:t>
        <w:br/>
        <w:t>f 7768/8088/7397 7767/8089/7398 7766/8090/7399</w:t>
        <w:br/>
        <w:t>f 7766/8090/7400 7770/8091/7401 7769/8092/7402</w:t>
        <w:br/>
        <w:t>f 7771/8093/7403 7766/8090/7400 7769/8092/7402</w:t>
        <w:br/>
        <w:t>f 7773/8094/7404 7772/8095/7404 7768/8088/7397</w:t>
        <w:br/>
        <w:t>f 7766/8090/7400 7776/8096/7405 7775/8097/7406</w:t>
        <w:br/>
        <w:t>f 7774/8098/7407 7766/8090/7400 7775/8097/7406</w:t>
        <w:br/>
        <w:t>f 7777/8099/7408 7776/8096/7405 7766/8090/7400</w:t>
        <w:br/>
        <w:t>f 7779/8100/7409 7778/8101/7410 7775/8097/7406</w:t>
        <w:br/>
        <w:t>f 7776/8096/7405 7779/8100/7409 7775/8097/7406</w:t>
        <w:br/>
        <w:t>f 7776/8096/7405 7780/8102/7411 7779/8100/7409</w:t>
        <w:br/>
        <w:t>f 7766/8090/7400 7774/8098/7407 7770/8091/7401</w:t>
        <w:br/>
        <w:t>f 7782/8103/7412 7781/8104/7413 7769/8092/7402</w:t>
        <w:br/>
        <w:t>f 7770/8091/7401 7782/8103/7412 7769/8092/7402</w:t>
        <w:br/>
        <w:t>f 7785/8105/7414 7784/8106/7414 7783/8107/7414</w:t>
        <w:br/>
        <w:t>f 7787/8108/7415 7786/8109/7415 7782/8103/7416</w:t>
        <w:br/>
        <w:t>f 7789/8110/7417 7788/8111/7418 7782/8103/7412</w:t>
        <w:br/>
        <w:t>f 7770/8091/7401 7774/8098/7407 7782/8103/7412</w:t>
        <w:br/>
        <w:t>f 7753/8076/7387 7754/8075/7386 7782/8103/7412</w:t>
        <w:br/>
        <w:t>f 7774/8098/7407 7753/8076/7387 7782/8103/7412</w:t>
        <w:br/>
        <w:t>f 7792/8112/7419 7791/8113/7420 7790/8114/7421</w:t>
        <w:br/>
        <w:t>f 7794/8115/7422 7793/8116/7423 7790/8114/7421</w:t>
        <w:br/>
        <w:t>f 7746/8068/7379 7794/8115/7422 7790/8114/7421</w:t>
        <w:br/>
        <w:t>f 7795/8117/7424 7793/8116/7423 7794/8115/7422</w:t>
        <w:br/>
        <w:t>f 7796/8118/7425 7795/8117/7424 7794/8115/7422</w:t>
        <w:br/>
        <w:t>f 7798/8119/7426 7796/8118/7425 7797/8120/7427</w:t>
        <w:br/>
        <w:t>f 7793/8116/7423 7800/8121/7428 7799/8122/7429</w:t>
        <w:br/>
        <w:t>f 7803/8123/7430 7802/8124/7431 7801/8125/7432</w:t>
        <w:br/>
        <w:t>f 7801/8125/7432 7804/8126/7433 7803/8123/7430</w:t>
        <w:br/>
        <w:t>f 7807/8127/7434 7806/8128/7435 7805/8129/7435</w:t>
        <w:br/>
        <w:t>f 7743/8066/7377 7809/8130/7436 7808/8131/7437</w:t>
        <w:br/>
        <w:t>f 7805/8129/7435 7806/8128/7435 7810/8132/7438</w:t>
        <w:br/>
        <w:t>f 7812/8133/7439 7811/8134/7440 7745/8067/7378</w:t>
        <w:br/>
        <w:t>f 7813/8135/7441 7812/8133/7439 7745/8067/7378</w:t>
        <w:br/>
        <w:t>f 7813/8135/7441 7745/8067/7378 7746/8068/7379</w:t>
        <w:br/>
        <w:t>f 7813/8135/7441 7814/8136/7442 7812/8133/7439</w:t>
        <w:br/>
        <w:t>f 7813/8135/7441 7746/8068/7379 7790/8114/7421</w:t>
        <w:br/>
        <w:t>f 7817/8137/7443 7816/8138/7444 7815/8139/7445</w:t>
        <w:br/>
        <w:t>f 7790/8114/7421 7818/8140/7446 7814/8136/7442</w:t>
        <w:br/>
        <w:t>f 7813/8135/7441 7790/8114/7421 7814/8136/7442</w:t>
        <w:br/>
        <w:t>f 7819/8141/7447 7816/8138/7444 7817/8137/7443</w:t>
        <w:br/>
        <w:t>f 7822/8142/7448 7821/8143/7449 7820/8144/7450</w:t>
        <w:br/>
        <w:t>f 7823/8145/7451 7822/8142/7448 7820/8144/7450</w:t>
        <w:br/>
        <w:t>f 7824/8146/7452 7823/8145/7451 7820/8144/7450</w:t>
        <w:br/>
        <w:t>f 7778/8101/7410 7824/8146/7452 7820/8144/7450</w:t>
        <w:br/>
        <w:t>f 7823/8145/7451 7826/8147/7453 7825/8148/7454</w:t>
        <w:br/>
        <w:t>f 7829/8149/7455 7828/8150/7455 7827/8151/7456</w:t>
        <w:br/>
        <w:t>f 7823/8145/7451 7830/8152/7457 7822/8142/7448</w:t>
        <w:br/>
        <w:t>f 7822/8142/7458 7832/8153/7459 7831/8154/7460</w:t>
        <w:br/>
        <w:t>f 7834/8155/7461 7831/8154/7460 7833/8156/7461</w:t>
        <w:br/>
        <w:t>f 7837/8157/7462 7836/8158/7463 7822/8142/7448</w:t>
        <w:br/>
        <w:t>f 7835/8159/7464 7837/8157/7462 7822/8142/7448</w:t>
        <w:br/>
        <w:t>f 7836/8158/7463 7821/8143/7449 7822/8142/7448</w:t>
        <w:br/>
        <w:t>f 7839/8160/7465 7838/8161/7466 7821/8143/7449</w:t>
        <w:br/>
        <w:t>f 7840/8162/7467 7839/8160/7465 7821/8143/7449</w:t>
        <w:br/>
        <w:t>f 7840/8162/7467 7821/8143/7449 7836/8158/7463</w:t>
        <w:br/>
        <w:t>f 7842/8163/7468 7841/8164/7469 7840/8162/7467</w:t>
        <w:br/>
        <w:t>f 7836/8158/7463 7837/8157/7462 7843/8165/7470</w:t>
        <w:br/>
        <w:t>f 7840/8162/7467 7836/8158/7463 7843/8165/7470</w:t>
        <w:br/>
        <w:t>f 7846/8166/7471 7845/8167/7471 7844/8168/7471</w:t>
        <w:br/>
        <w:t>f 7840/8162/7467 7847/8169/7472 7839/8160/7465</w:t>
        <w:br/>
        <w:t>f 7838/8161/7466 7839/8160/7465 7849/8170/7473</w:t>
        <w:br/>
        <w:t>f 7848/8171/7474 7838/8161/7466 7849/8170/7473</w:t>
        <w:br/>
        <w:t>f 7849/8170/7473 7839/8160/7465 7850/8172/7475</w:t>
        <w:br/>
        <w:t>f 7852/8173/7476 7851/8174/7477 7797/8120/7427</w:t>
        <w:br/>
        <w:t>f 7798/8119/7426 7854/8175/7478 7853/8176/7479</w:t>
        <w:br/>
        <w:t>f 7857/8177/7480 7856/8178/7481 7855/8179/7482</w:t>
        <w:br/>
        <w:t>f 7860/8180/7483 7798/8119/7426 7859/8181/7484</w:t>
        <w:br/>
        <w:t>f 7858/8182/7485 7860/8180/7483 7859/8181/7484</w:t>
        <w:br/>
        <w:t>f 7857/8177/7480 7855/8179/7482 7861/8183/7486</w:t>
        <w:br/>
        <w:t>f 7798/8119/7426 7860/8180/7483 7796/8118/7425</w:t>
        <w:br/>
        <w:t>f 7862/8184/7487 7795/8117/7424 7796/8118/7425</w:t>
        <w:br/>
        <w:t>f 7864/8185/7488 7863/8186/7488 7795/8117/7424</w:t>
        <w:br/>
        <w:t>f 7862/8184/7487 7864/8185/7488 7795/8117/7424</w:t>
        <w:br/>
        <w:t>f 7867/8187/7489 7866/8188/7490 7779/8100/7409</w:t>
        <w:br/>
        <w:t>f 7865/8189/7491 7867/8187/7489 7779/8100/7409</w:t>
        <w:br/>
        <w:t>f 7869/8190/7492 7779/8100/7409 7868/8191/7493</w:t>
        <w:br/>
        <w:t>f 7872/8192/7494 7871/8193/7494 7870/8194/7494</w:t>
        <w:br/>
        <w:t>f 7866/8188/7490 7778/8101/7410 7779/8100/7409</w:t>
        <w:br/>
        <w:t>f 7824/8146/7452 7778/8101/7410 7866/8188/7490</w:t>
        <w:br/>
        <w:t>f 7829/8149/7455 7873/8195/7495 7828/8150/7455</w:t>
        <w:br/>
        <w:t>f 7867/8187/7489 7874/8196/7496 7824/8146/7452</w:t>
        <w:br/>
        <w:t>f 7866/8188/7490 7867/8187/7489 7824/8146/7452</w:t>
        <w:br/>
        <w:t>f 7733/8055/7369 7731/8054/7368 7875/8197/7497</w:t>
        <w:br/>
        <w:t>f 7730/8052/7366 7733/8055/7369 7876/8198/7498</w:t>
        <w:br/>
        <w:t>f 7730/8052/7366 7876/8198/7498 7765/8087/7396</w:t>
        <w:br/>
        <w:t>f 7729/8049/7363 7765/8087/7396 7764/8085/7394</w:t>
        <w:br/>
        <w:t>f 7726/8047/7360 7743/8066/7377 7808/8131/7437</w:t>
        <w:br/>
        <w:t>f 7726/8047/7360 7725/8048/7362 7743/8066/7377</w:t>
        <w:br/>
        <w:t>f 7809/8130/7436 7745/8067/7378 7877/8199/7499</w:t>
        <w:br/>
        <w:t>f 7743/8066/7377 7745/8067/7378 7809/8130/7436</w:t>
        <w:br/>
        <w:t>f 7748/8072/7383 7878/8200/7500 7755/8077/7388</w:t>
        <w:br/>
        <w:t>f 7754/8075/7386 7755/8077/7388 7879/8201/7501</w:t>
        <w:br/>
        <w:t>f 7789/8110/7417 7754/8075/7386 7879/8201/7501</w:t>
        <w:br/>
        <w:t>f 7789/8110/7417 7782/8103/7412 7754/8075/7386</w:t>
        <w:br/>
        <w:t>f 7777/8099/7408 7766/8090/7400 7880/8202/7502</w:t>
        <w:br/>
        <w:t>f 7777/8099/7408 7881/8203/7503 7776/8096/7405</w:t>
        <w:br/>
        <w:t>f 7776/8096/7405 7881/8203/7503 7780/8102/7411</w:t>
        <w:br/>
        <w:t>f 7779/8100/7409 7780/8102/7411 7868/8191/7493</w:t>
        <w:br/>
        <w:t>f 7792/8112/7419 7793/8116/7423 7799/8122/7429</w:t>
        <w:br/>
        <w:t>f 7792/8112/7419 7790/8114/7421 7793/8116/7423</w:t>
        <w:br/>
        <w:t>f 7800/8121/7428 7795/8117/7424 7882/8204/7504</w:t>
        <w:br/>
        <w:t>f 7793/8116/7423 7795/8117/7424 7800/8121/7428</w:t>
        <w:br/>
        <w:t>f 7826/8147/7453 7824/8146/7452 7827/8151/7505</w:t>
        <w:br/>
        <w:t>f 7823/8145/7451 7824/8146/7452 7826/8147/7453</w:t>
        <w:br/>
        <w:t>f 7823/8145/7451 7825/8148/7454 7830/8152/7457</w:t>
        <w:br/>
        <w:t>f 7822/8142/7448 7830/8152/7457 7883/8205/7506</w:t>
        <w:br/>
        <w:t>f 7885/8206/7507 7839/8160/7465 7884/8207/7508</w:t>
        <w:br/>
        <w:t>f 7850/8172/7475 7839/8160/7465 7885/8206/7507</w:t>
        <w:br/>
        <w:t>f 7840/8162/7467 7841/8164/7469 7847/8169/7472</w:t>
        <w:br/>
        <w:t>f 7839/8160/7465 7847/8169/7472 7884/8207/7508</w:t>
        <w:br/>
        <w:t>f 7854/8175/7478 7797/8120/7427 7886/8208/7509</w:t>
        <w:br/>
        <w:t>f 7798/8119/7426 7797/8120/7427 7854/8175/7478</w:t>
        <w:br/>
        <w:t>f 7851/8174/7477 7886/8208/7509 7797/8120/7427</w:t>
        <w:br/>
        <w:t>f 7797/8120/7427 7796/8118/7425 7852/8173/7476</w:t>
        <w:br/>
        <w:t>f 7889/8209/7510 7888/8210/7511 7887/8211/7512</w:t>
        <w:br/>
        <w:t>f 7887/8211/7512 7890/8212/7513 7889/8209/7510</w:t>
        <w:br/>
        <w:t>f 7893/8213/7514 7892/8214/7515 7891/8215/7516</w:t>
        <w:br/>
        <w:t>f 7897/8216/7517 7896/8217/7517 7895/8218/7518</w:t>
        <w:br/>
        <w:t>f 7894/8219/7519 7897/8216/7517 7895/8218/7518</w:t>
        <w:br/>
        <w:t>f 7897/8216/7517 7899/8220/7520 7898/8221/7521</w:t>
        <w:br/>
        <w:t>f 7896/8217/7517 7897/8216/7517 7898/8221/7521</w:t>
        <w:br/>
        <w:t>f 7902/8222/7522 7901/8223/7523 7900/8224/7524</w:t>
        <w:br/>
        <w:t>f 7902/8222/7522 7900/8224/7524 7904/8225/7525</w:t>
        <w:br/>
        <w:t>f 7903/8226/7526 7902/8222/7522 7904/8225/7525</w:t>
        <w:br/>
        <w:t>f 7899/8220/7520 7906/8227/7527 7905/8228/7527</w:t>
        <w:br/>
        <w:t>f 7898/8221/7521 7899/8220/7520 7905/8228/7527</w:t>
        <w:br/>
        <w:t>f 7909/8229/7528 7908/8230/7529 7903/8226/7526</w:t>
        <w:br/>
        <w:t>f 7907/8231/7530 7909/8229/7528 7903/8226/7526</w:t>
        <w:br/>
        <w:t>f 7912/8232/7531 7911/8233/7532 7910/8234/7533</w:t>
        <w:br/>
        <w:t>f 7913/8235/7534 7912/8232/7531 7910/8234/7533</w:t>
        <w:br/>
        <w:t>f 7915/8236/7535 7914/8237/7535 7910/8234/7533</w:t>
        <w:br/>
        <w:t>f 7911/8233/7532 7915/8236/7535 7910/8234/7533</w:t>
        <w:br/>
        <w:t>f 7895/8218/7518 7914/8237/7535 7915/8236/7535</w:t>
        <w:br/>
        <w:t>f 7894/8219/7519 7895/8218/7518 7915/8236/7535</w:t>
        <w:br/>
        <w:t>f 7892/8214/7515 7916/8238/7536 7891/8215/7516</w:t>
        <w:br/>
        <w:t>f 7919/8239/7537 7918/8240/7537 7917/8241/7537</w:t>
        <w:br/>
        <w:t>f 7922/8242/7538 7921/8243/7539 7920/8244/7539</w:t>
        <w:br/>
        <w:t>f 7924/8245/7540 7922/8242/7541 7923/8246/7542</w:t>
        <w:br/>
        <w:t>f 7887/8211/7512 7903/8226/7526 7892/8214/7515</w:t>
        <w:br/>
        <w:t>f 7927/8247/7543 7926/8248/7543 7925/8249/7543</w:t>
        <w:br/>
        <w:t>f 7930/8250/7544 7929/8251/7545 7928/8252/7546</w:t>
        <w:br/>
        <w:t>f 7929/8251/7545 7931/8253/7547 7928/8252/7546</w:t>
        <w:br/>
        <w:t>f 7934/8254/7548 7933/8255/7549 7932/8256/7550</w:t>
        <w:br/>
        <w:t>f 7938/8257/7551 7937/8258/7551 7936/8259/7552</w:t>
        <w:br/>
        <w:t>f 7935/8260/7553 7938/8257/7551 7936/8259/7552</w:t>
        <w:br/>
        <w:t>f 7936/8259/7552 7940/8261/7554 7939/8262/7554</w:t>
        <w:br/>
        <w:t>f 7935/8260/7553 7936/8259/7552 7939/8262/7554</w:t>
        <w:br/>
        <w:t>f 7942/8263/7555 7941/8264/7556 7939/8262/7554</w:t>
        <w:br/>
        <w:t>f 7940/8261/7554 7942/8263/7555 7939/8262/7554</w:t>
        <w:br/>
        <w:t>f 7941/8264/7556 7942/8263/7555 7943/8265/7557</w:t>
        <w:br/>
        <w:t>f 7944/8266/7557 7941/8264/7556 7943/8265/7557</w:t>
        <w:br/>
        <w:t>f 7947/8267/7558 7946/8268/7559 7945/8269/7560</w:t>
        <w:br/>
        <w:t>f 7944/8266/7557 7943/8265/7557 7948/8270/7561</w:t>
        <w:br/>
        <w:t>f 7949/8271/7561 7944/8266/7557 7948/8270/7561</w:t>
        <w:br/>
        <w:t>f 7933/8255/7549 7950/8272/7562 7932/8256/7550</w:t>
        <w:br/>
        <w:t>f 7938/8257/7551 7952/8273/7563 7951/8274/7563</w:t>
        <w:br/>
        <w:t>f 7937/8258/7551 7938/8257/7551 7951/8274/7563</w:t>
        <w:br/>
        <w:t>f 7951/8274/7563 7952/8273/7563 7953/8275/7395</w:t>
        <w:br/>
        <w:t>f 7954/8276/7564 7951/8274/7563 7953/8275/7395</w:t>
        <w:br/>
        <w:t>f 7956/8277/7565 7954/8276/7564 7953/8275/7395</w:t>
        <w:br/>
        <w:t>f 7955/8278/7565 7956/8277/7565 7953/8275/7395</w:t>
        <w:br/>
        <w:t>f 7958/8279/7566 7933/8255/7549 7957/8280/7567</w:t>
        <w:br/>
        <w:t>f 7960/8281/7568 7959/8282/7569 7929/8251/7545</w:t>
        <w:br/>
        <w:t>f 7962/8283/7570 7961/8284/7571 7909/8229/7528</w:t>
        <w:br/>
        <w:t>f 7907/8231/7530 7958/8279/7566 7962/8283/7570</w:t>
        <w:br/>
        <w:t>f 7909/8229/7528 7907/8231/7530 7962/8283/7570</w:t>
        <w:br/>
        <w:t>f 7908/8230/7529 7909/8229/7528 7963/8285/7572</w:t>
        <w:br/>
        <w:t>f 7967/8286/7573 7966/8287/7574 7965/8288/7575</w:t>
        <w:br/>
        <w:t>f 7964/8289/7575 7967/8286/7573 7965/8288/7575</w:t>
        <w:br/>
        <w:t>f 7964/8289/7575 7965/8288/7575 7969/8290/7576</w:t>
        <w:br/>
        <w:t>f 7968/8291/7577 7964/8289/7575 7969/8290/7576</w:t>
        <w:br/>
        <w:t>f 7969/8290/7576 7971/8292/7578 7970/8293/7578</w:t>
        <w:br/>
        <w:t>f 7968/8291/7577 7969/8290/7576 7970/8293/7578</w:t>
        <w:br/>
        <w:t>f 7971/8292/7578 7956/8277/7565 7955/8278/7565</w:t>
        <w:br/>
        <w:t>f 7970/8293/7578 7971/8292/7578 7955/8278/7565</w:t>
        <w:br/>
        <w:t>f 7973/8294/7579 7960/8281/7568 7972/8295/7580</w:t>
        <w:br/>
        <w:t>f 7975/8296/7581 7946/8268/7559 7974/8297/7582</w:t>
        <w:br/>
        <w:t>f 7958/8279/7566 7975/8296/7581 7974/8297/7582</w:t>
        <w:br/>
        <w:t>f 7976/8298/7583 7946/8268/7559 7975/8296/7581</w:t>
        <w:br/>
        <w:t>f 7977/8299/7584 7976/8298/7583 7975/8296/7581</w:t>
        <w:br/>
        <w:t>f 7980/8300/7585 7979/8301/7586 7978/8302/7586</w:t>
        <w:br/>
        <w:t>f 7981/8303/7587 7980/8300/7585 7978/8302/7586</w:t>
        <w:br/>
        <w:t>f 7983/8304/7502 7978/8302/7586 7979/8301/7586</w:t>
        <w:br/>
        <w:t>f 7982/8305/7588 7983/8304/7502 7979/8301/7586</w:t>
        <w:br/>
        <w:t>f 7986/8306/7589 7985/8307/7590 7984/8308/7591</w:t>
        <w:br/>
        <w:t>f 7989/8309/7592 7988/8310/7593 7987/8311/7594</w:t>
        <w:br/>
        <w:t>f 7991/8312/7595 7990/8313/7596 7984/8308/7591</w:t>
        <w:br/>
        <w:t>f 7977/8299/7584 7991/8312/7595 7984/8308/7591</w:t>
        <w:br/>
        <w:t>f 7983/8304/7502 7982/8305/7588 7993/8314/7597</w:t>
        <w:br/>
        <w:t>f 7992/8315/7597 7983/8304/7502 7993/8314/7597</w:t>
        <w:br/>
        <w:t>f 7992/8315/7597 7993/8314/7597 7994/8316/7598</w:t>
        <w:br/>
        <w:t>f 7995/8317/7598 7992/8315/7597 7994/8316/7598</w:t>
        <w:br/>
        <w:t>f 7996/8318/7599 7988/8310/7593 7989/8309/7592</w:t>
        <w:br/>
        <w:t>f 7997/8319/7600 7988/8310/7593 7996/8318/7599</w:t>
        <w:br/>
        <w:t>f 7984/8308/7591 7997/8319/7600 7977/8299/7584</w:t>
        <w:br/>
        <w:t>f 7999/8320/7601 7998/8321/7601 7980/8300/7585</w:t>
        <w:br/>
        <w:t>f 7981/8303/7587 7999/8320/7601 7980/8300/7585</w:t>
        <w:br/>
        <w:t>f 8001/8322/7602 8000/8323/7603 7990/8313/7596</w:t>
        <w:br/>
        <w:t>f 7991/8312/7595 8001/8322/7602 7990/8313/7596</w:t>
        <w:br/>
        <w:t>f 8004/8324/7604 8003/8325/7605 8002/8326/7605</w:t>
        <w:br/>
        <w:t>f 8005/8327/7606 8004/8324/7604 8002/8326/7605</w:t>
        <w:br/>
        <w:t>f 8005/8327/7606 8007/8328/7607 8006/8329/7608</w:t>
        <w:br/>
        <w:t>f 8004/8324/7604 8005/8327/7606 8006/8329/7608</w:t>
        <w:br/>
        <w:t>f 8002/8326/7605 8003/8325/7605 8008/8330/7609</w:t>
        <w:br/>
        <w:t>f 8009/8331/7610 8002/8326/7605 8008/8330/7609</w:t>
        <w:br/>
        <w:t>f 8012/8332/7611 8011/8333/7612 8010/8334/7613</w:t>
        <w:br/>
        <w:t>f 8015/8335/7614 8014/8336/7614 8013/8337/7614</w:t>
        <w:br/>
        <w:t>f 8008/8330/7609 7998/8321/7601 7999/8320/7601</w:t>
        <w:br/>
        <w:t>f 8009/8331/7610 8008/8330/7609 7999/8320/7601</w:t>
        <w:br/>
        <w:t>f 8017/8338/7615 8012/8332/7611 8016/8339/7615</w:t>
        <w:br/>
        <w:t>f 7946/8268/7559 8018/8340/7616 7945/8269/7560</w:t>
        <w:br/>
        <w:t>f 8011/8333/7612 8012/8332/7611 8019/8341/7617</w:t>
        <w:br/>
        <w:t>f 8022/8342/7618 8021/8343/7618 8020/8344/7619</w:t>
        <w:br/>
        <w:t>f 8025/8345/7620 8024/8346/7621 8023/8347/7622</w:t>
        <w:br/>
        <w:t>f 8026/8348/7620 8025/8345/7620 8023/8347/7622</w:t>
        <w:br/>
        <w:t>f 8030/8349/7623 8029/8350/7624 8028/8351/7625</w:t>
        <w:br/>
        <w:t>f 8027/8352/7626 8030/8349/7623 8028/8351/7625</w:t>
        <w:br/>
        <w:t>f 8030/8349/7623 8027/8352/7626 8031/8353/7627</w:t>
        <w:br/>
        <w:t>f 8030/8349/7623 8033/8354/7628 8032/8355/7629</w:t>
        <w:br/>
        <w:t>f 8036/8356/7630 8035/8357/7631 8034/8358/7632</w:t>
        <w:br/>
        <w:t>f 8039/8359/7633 8038/8360/7634 8037/8361/7635</w:t>
        <w:br/>
        <w:t>f 8038/8360/7634 8031/8353/7636 8040/8362/7637</w:t>
        <w:br/>
        <w:t>f 8035/8357/7631 8041/8363/7638 8034/8358/7632</w:t>
        <w:br/>
        <w:t>f 8045/8364/7639 8044/8365/7639 8043/8366/7640</w:t>
        <w:br/>
        <w:t>f 8042/8367/7484 8045/8364/7639 8043/8366/7640</w:t>
        <w:br/>
        <w:t>f 8047/8368/7641 8042/8367/7484 8043/8366/7640</w:t>
        <w:br/>
        <w:t>f 8046/8369/7641 8047/8368/7641 8043/8366/7640</w:t>
        <w:br/>
        <w:t>f 8050/8370/7642 8049/8371/7643 8048/8372/7644</w:t>
        <w:br/>
        <w:t>f 8050/8370/7642 8052/8373/7645 8051/8374/7646</w:t>
        <w:br/>
        <w:t>f 8050/8370/7642 8053/8375/7647 8052/8373/7645</w:t>
        <w:br/>
        <w:t>f 8056/8376/7648 8055/8377/7648 8054/8378/7649</w:t>
        <w:br/>
        <w:t>f 8059/8379/7650 8058/8380/7651 8057/8381/7652</w:t>
        <w:br/>
        <w:t>f 8027/8352/7626 8059/8379/7650 8057/8381/7652</w:t>
        <w:br/>
        <w:t>f 8060/8382/7653 8058/8380/7651 8059/8379/7650</w:t>
        <w:br/>
        <w:t>f 8061/8383/7654 8060/8382/7653 8059/8379/7650</w:t>
        <w:br/>
        <w:t>f 8057/8381/7652 8063/8384/7655 8062/8385/7656</w:t>
        <w:br/>
        <w:t>f 8064/8386/7657 8058/8380/7651 8060/8382/7653</w:t>
        <w:br/>
        <w:t>f 8068/8387/7504 8067/8388/7658 8066/8389/7658</w:t>
        <w:br/>
        <w:t>f 8065/8390/7659 8068/8387/7504 8066/8389/7658</w:t>
        <w:br/>
        <w:t>f 8067/8388/7658 8070/8391/7660 8069/8392/7661</w:t>
        <w:br/>
        <w:t>f 8066/8389/7658 8067/8388/7658 8069/8392/7661</w:t>
        <w:br/>
        <w:t>f 8068/8387/7662 8053/8375/7647 8071/8393/7663</w:t>
        <w:br/>
        <w:t>f 8072/8394/7664 8068/8387/7662 8071/8393/7663</w:t>
        <w:br/>
        <w:t>f 8071/8393/7663 8074/8395/7665 8073/8396/7665</w:t>
        <w:br/>
        <w:t>f 8075/8397/7666 8071/8393/7663 8073/8396/7665</w:t>
        <w:br/>
        <w:t>f 8076/8398/7667 8023/8347/7622 8024/8346/7621</w:t>
        <w:br/>
        <w:t>f 8077/8399/7667 8076/8398/7667 8024/8346/7621</w:t>
        <w:br/>
        <w:t>f 8074/8395/7665 8076/8398/7667 8077/8399/7667</w:t>
        <w:br/>
        <w:t>f 8073/8396/7665 8074/8395/7665 8077/8399/7667</w:t>
        <w:br/>
        <w:t>f 8081/8400/7668 8080/8401/7669 8079/8402/7670</w:t>
        <w:br/>
        <w:t>f 8078/8403/7671 8081/8400/7668 8079/8402/7670</w:t>
        <w:br/>
        <w:t>f 8082/8404/7672 8079/8402/7670 8080/8401/7669</w:t>
        <w:br/>
        <w:t>f 8083/8405/7673 8082/8404/7672 8080/8401/7669</w:t>
        <w:br/>
        <w:t>f 8086/8406/7674 8085/8407/7675 8084/8408/7676</w:t>
        <w:br/>
        <w:t>f 8086/8406/7674 8084/8408/7676 8087/8409/7677</w:t>
        <w:br/>
        <w:t>f 8089/8410/7678 8088/8411/7678 8081/8400/7668</w:t>
        <w:br/>
        <w:t>f 8078/8403/7671 8089/8410/7678 8081/8400/7668</w:t>
        <w:br/>
        <w:t>f 8088/8411/7678 8089/8410/7678 8090/8412/7679</w:t>
        <w:br/>
        <w:t>f 8091/8413/7679 8088/8411/7678 8090/8412/7679</w:t>
        <w:br/>
        <w:t>f 8093/8414/7680 8092/8415/7681 8025/8345/7620</w:t>
        <w:br/>
        <w:t>f 8026/8348/7620 8093/8414/7680 8025/8345/7620</w:t>
        <w:br/>
        <w:t>f 8095/8416/7682 8092/8415/7681 8093/8414/7680</w:t>
        <w:br/>
        <w:t>f 8094/8417/7682 8095/8416/7682 8093/8414/7680</w:t>
        <w:br/>
        <w:t>f 8022/8342/7618 8096/8418/7683 8021/8343/7618</w:t>
        <w:br/>
        <w:t>f 8099/8419/7684 8098/8420/7685 8097/8421/7686</w:t>
        <w:br/>
        <w:t>f 8102/8422/7687 8101/8423/7687 8100/8424/7688</w:t>
        <w:br/>
        <w:t>f 8086/8406/7674 8104/8425/7689 8103/8426/7690</w:t>
        <w:br/>
        <w:t>f 8095/8416/7682 8094/8417/7682 8106/8427/7691</w:t>
        <w:br/>
        <w:t>f 8105/8428/7692 8095/8416/7682 8106/8427/7691</w:t>
        <w:br/>
        <w:t>f 8105/8428/7692 8106/8427/7691 8082/8404/7672</w:t>
        <w:br/>
        <w:t>f 8083/8405/7673 8105/8428/7692 8082/8404/7672</w:t>
        <w:br/>
        <w:t>f 8107/8429/7693 8086/8406/7674 8103/8426/7690</w:t>
        <w:br/>
        <w:t>f 8099/8419/7684 8108/8430/7694 8098/8420/7685</w:t>
        <w:br/>
        <w:t>f 7900/8224/7524 8109/8431/7695 8061/8383/7696</w:t>
        <w:br/>
        <w:t>f 7904/8225/7525 7900/8224/7524 8061/8383/7696</w:t>
        <w:br/>
        <w:t>f 8109/8431/7695 7900/8224/7524 8110/8432/7697</w:t>
        <w:br/>
        <w:t>f 8112/8433/7698 8001/8322/7602 8111/8434/7699</w:t>
        <w:br/>
        <w:t>f 8113/8435/7700 8112/8433/7698 8111/8434/7699</w:t>
        <w:br/>
        <w:t>f 8114/8436/7701 8112/8433/7698 8113/8435/7700</w:t>
        <w:br/>
        <w:t>f 8117/8437/7702 8116/8438/7702 8115/8439/7703</w:t>
        <w:br/>
        <w:t>f 8118/8440/7704 8117/8437/7702 8115/8439/7703</w:t>
        <w:br/>
        <w:t>f 8116/8438/7702 8117/8437/7702 8119/8441/7705</w:t>
        <w:br/>
        <w:t>f 8120/8442/7706 8116/8438/7702 8119/8441/7705</w:t>
        <w:br/>
        <w:t>f 8122/8443/7707 8113/8435/7700 8121/8444/7708</w:t>
        <w:br/>
        <w:t>f 8121/8444/7708 8113/8435/7700 8111/8434/7699</w:t>
        <w:br/>
        <w:t>f 8123/8445/7709 8121/8444/7708 8111/8434/7699</w:t>
        <w:br/>
        <w:t>f 8120/8442/7706 8119/8441/7705 8124/8446/7710</w:t>
        <w:br/>
        <w:t>f 8125/8447/7711 8120/8442/7706 8124/8446/7710</w:t>
        <w:br/>
        <w:t>f 8127/8448/7506 8126/8449/7457 8124/8446/7710</w:t>
        <w:br/>
        <w:t>f 8128/8450/7712 8127/8448/7506 8124/8446/7710</w:t>
        <w:br/>
        <w:t>f 8131/8451/7713 8130/8452/7714 8129/8453/7713</w:t>
        <w:br/>
        <w:t>f 8131/8451/7713 8129/8453/7713 8132/8454/7715</w:t>
        <w:br/>
        <w:t>f 8135/8455/7716 8118/8440/7704 8134/8456/7717</w:t>
        <w:br/>
        <w:t>f 8133/8457/7716 8135/8455/7716 8134/8456/7717</w:t>
        <w:br/>
        <w:t>f 8138/8458/7718 8137/8459/7718 8136/8460/7719</w:t>
        <w:br/>
        <w:t>f 8139/8461/7719 8138/8458/7718 8136/8460/7719</w:t>
        <w:br/>
        <w:t>f 8141/8462/7720 8137/8459/7718 8138/8458/7718</w:t>
        <w:br/>
        <w:t>f 8140/8463/7721 8141/8462/7720 8138/8458/7718</w:t>
        <w:br/>
        <w:t>f 8144/8464/7722 8143/8465/7723 8142/8466/7724</w:t>
        <w:br/>
        <w:t>f 8144/8464/7722 8142/8466/7724 8145/8467/7725</w:t>
        <w:br/>
        <w:t>f 8148/8468/7726 8147/8469/7727 8146/8470/7728</w:t>
        <w:br/>
        <w:t>f 8144/8464/7722 8149/8471/7729 8147/8469/7727</w:t>
        <w:br/>
        <w:t>f 8139/8461/7719 8136/8460/7719 8127/8448/7506</w:t>
        <w:br/>
        <w:t>f 8128/8450/7712 8139/8461/7719 8127/8448/7506</w:t>
        <w:br/>
        <w:t>f 8151/8472/7730 8123/8445/7731 8150/8473/7732</w:t>
        <w:br/>
        <w:t>f 8154/8474/7733 8153/8475/7733 8152/8476/7733</w:t>
        <w:br/>
        <w:t>f 8157/8477/7734 8156/8478/7735 8155/8479/7736</w:t>
        <w:br/>
        <w:t>f 8158/8480/7737 8157/8477/7734 8155/8479/7736</w:t>
        <w:br/>
        <w:t>f 8161/8481/7738 8158/8480/7737 8160/8482/7468</w:t>
        <w:br/>
        <w:t>f 8159/8483/7739 8161/8481/7738 8160/8482/7468</w:t>
        <w:br/>
        <w:t>f 8141/8462/7720 8140/8463/7721 8161/8481/7740</w:t>
        <w:br/>
        <w:t>f 8162/8484/7741 8141/8462/7720 8161/8481/7740</w:t>
        <w:br/>
        <w:t>f 8151/8472/7730 8163/8485/7742 8146/8470/7743</w:t>
        <w:br/>
        <w:t>f 8166/8486/7744 8165/8487/7745 8164/8488/7746</w:t>
        <w:br/>
        <w:t>f 8167/8489/7746 8166/8486/7744 8164/8488/7746</w:t>
        <w:br/>
        <w:t>f 8123/8445/7709 8169/8490/7747 8168/8491/7748</w:t>
        <w:br/>
        <w:t>f 8169/8490/7747 8171/8492/7749 8170/8493/7750</w:t>
        <w:br/>
        <w:t>f 8172/8494/7751 8171/8492/7749 8169/8490/7747</w:t>
        <w:br/>
        <w:t>f 8175/8495/7752 8174/8496/7753 8173/8497/7754</w:t>
        <w:br/>
        <w:t>f 8178/8498/7755 8177/8499/7756 8176/8500/7757</w:t>
        <w:br/>
        <w:t>f 8179/8501/7755 8178/8498/7755 8176/8500/7757</w:t>
        <w:br/>
        <w:t>f 8179/8501/7755 8181/8502/7758 8180/8503/7758</w:t>
        <w:br/>
        <w:t>f 8178/8498/7755 8179/8501/7755 8180/8503/7758</w:t>
        <w:br/>
        <w:t>f 8176/8500/7757 8177/8499/7756 8165/8487/7745</w:t>
        <w:br/>
        <w:t>f 8166/8486/7744 8176/8500/7757 8165/8487/7745</w:t>
        <w:br/>
        <w:t>f 8156/8478/7735 8157/8477/7734 8167/8489/7746</w:t>
        <w:br/>
        <w:t>f 8164/8488/7746 8156/8478/7735 8167/8489/7746</w:t>
        <w:br/>
        <w:t>f 8150/8473/7732 8183/8504/7759 8182/8505/7760</w:t>
        <w:br/>
        <w:t>f 8091/8413/7679 8090/8412/7679 7905/8228/7527</w:t>
        <w:br/>
        <w:t>f 7906/8227/7527 8091/8413/7679 7905/8228/7527</w:t>
        <w:br/>
        <w:t>f 7912/8232/7531 7913/8235/7534 7966/8287/7574</w:t>
        <w:br/>
        <w:t>f 8184/8506/7761 7912/8232/7531 7966/8287/7574</w:t>
        <w:br/>
        <w:t>f 8188/8507/7762 8187/8508/7763 8186/8509/7763</w:t>
        <w:br/>
        <w:t>f 8185/8510/7764 8188/8507/7762 8186/8509/7763</w:t>
        <w:br/>
        <w:t>f 8189/8511/7765 8188/8507/7762 8185/8510/7764</w:t>
        <w:br/>
        <w:t>f 8190/8512/7765 8189/8511/7765 8185/8510/7764</w:t>
        <w:br/>
        <w:t>f 8032/8355/7629 8029/8350/7624 8030/8349/7623</w:t>
        <w:br/>
        <w:t>f 8194/8513/7479 8193/8514/7766 8192/8515/7767</w:t>
        <w:br/>
        <w:t>f 8191/8516/7768 8194/8513/7479 8192/8515/7767</w:t>
        <w:br/>
        <w:t>f 8194/8513/7479 8191/8516/7768 8044/8365/7639</w:t>
        <w:br/>
        <w:t>f 8045/8364/7639 8194/8513/7479 8044/8365/7639</w:t>
        <w:br/>
        <w:t>f 8190/8512/7765 8192/8515/7769 8195/8517/7770</w:t>
        <w:br/>
        <w:t>f 8189/8511/7765 8190/8512/7765 8195/8517/7770</w:t>
        <w:br/>
        <w:t>f 8046/8369/7641 8069/8392/7661 8070/8391/7660</w:t>
        <w:br/>
        <w:t>f 8047/8368/7641 8046/8369/7641 8070/8391/7660</w:t>
        <w:br/>
        <w:t>f 8198/8518/7771 8197/8519/7772 8196/8520/7773</w:t>
        <w:br/>
        <w:t>f 8200/8521/7774 8112/8433/7698 8199/8522/7775</w:t>
        <w:br/>
        <w:t>f 8203/8523/7776 8202/8524/7777 8201/8525/7777</w:t>
        <w:br/>
        <w:t>f 8204/8526/7778 8203/8523/7776 8201/8525/7777</w:t>
        <w:br/>
        <w:t>f 8206/8527/7779 8205/8528/7780 8203/8523/7776</w:t>
        <w:br/>
        <w:t>f 8207/8529/7781 8206/8527/7779 8203/8523/7776</w:t>
        <w:br/>
        <w:t>f 8206/8527/7779 8209/8530/7782 8208/8531/7783</w:t>
        <w:br/>
        <w:t>f 8205/8528/7780 8206/8527/7779 8208/8531/7783</w:t>
        <w:br/>
        <w:t>f 8133/8457/7716 8211/8532/7496 8210/8533/7784</w:t>
        <w:br/>
        <w:t>f 8135/8455/7716 8133/8457/7716 8210/8533/7784</w:t>
        <w:br/>
        <w:t>f 8210/8533/7784 8211/8532/7496 8201/8525/7777</w:t>
        <w:br/>
        <w:t>f 8202/8524/7777 8210/8533/7784 8201/8525/7777</w:t>
        <w:br/>
        <w:t>f 8001/8322/7602 8112/8433/7698 8200/8521/7774</w:t>
        <w:br/>
        <w:t>f 8197/8519/7772 8198/8518/7771 8212/8534/7785</w:t>
        <w:br/>
        <w:t>f 8215/8535/7786 8214/8536/7786 8213/8537/7786</w:t>
        <w:br/>
        <w:t>f 8198/8518/7771 8217/8538/7787 8216/8539/7788</w:t>
        <w:br/>
        <w:t>f 7990/8313/7596 8219/8540/7789 8218/8541/7790</w:t>
        <w:br/>
        <w:t>f 8221/8542/7791 8220/8543/7791 7995/8317/7598</w:t>
        <w:br/>
        <w:t>f 7994/8316/7598 8221/8542/7791 7995/8317/7598</w:t>
        <w:br/>
        <w:t>f 8221/8542/7791 8208/8531/7783 8209/8530/7782</w:t>
        <w:br/>
        <w:t>f 8220/8543/7791 8221/8542/7791 8209/8530/7782</w:t>
        <w:br/>
        <w:t>f 8223/8544/7792 8180/8503/7758 8181/8502/7758</w:t>
        <w:br/>
        <w:t>f 8222/8545/7793 8223/8544/7792 8181/8502/7758</w:t>
        <w:br/>
        <w:t>f 8007/8328/7607 7949/8271/7561 7948/8270/7561</w:t>
        <w:br/>
        <w:t>f 8006/8329/7608 8007/8328/7607 7948/8270/7561</w:t>
        <w:br/>
        <w:t>f 7960/8281/7568 7973/8294/7579 7961/8284/7571</w:t>
        <w:br/>
        <w:t>f 7909/8229/7528 7961/8284/7571 8224/8546/7794</w:t>
        <w:br/>
        <w:t>f 7963/8285/7572 7909/8229/7528 8224/8546/7794</w:t>
        <w:br/>
        <w:t>f 7908/8230/7529 7963/8285/7572 8225/8547/7795</w:t>
        <w:br/>
        <w:t>f 7887/8211/7512 7888/8210/7511 7901/8223/7523</w:t>
        <w:br/>
        <w:t>f 7900/8224/7524 7901/8223/7523 8226/8548/7796</w:t>
        <w:br/>
        <w:t>f 8110/8432/7697 7900/8224/7524 8226/8548/7796</w:t>
        <w:br/>
        <w:t>f 8109/8431/7695 8110/8432/7697 8227/8549/7797</w:t>
        <w:br/>
        <w:t>f 7947/8267/7558 8228/8550/7798 7974/8297/7582</w:t>
        <w:br/>
        <w:t>f 8018/8340/7616 7976/8298/7583 8229/8551/7799</w:t>
        <w:br/>
        <w:t>f 7947/8267/7558 7974/8297/7582 7946/8268/7559</w:t>
        <w:br/>
        <w:t>f 7946/8268/7559 7976/8298/7583 8018/8340/7616</w:t>
        <w:br/>
        <w:t>f 7986/8306/7589 7990/8313/7596 8218/8541/7790</w:t>
        <w:br/>
        <w:t>f 7986/8306/7589 7984/8308/7591 7990/8313/7596</w:t>
        <w:br/>
        <w:t>f 8219/8540/7789 8000/8323/7603 8216/8539/7800</w:t>
        <w:br/>
        <w:t>f 7990/8313/7596 8000/8323/7603 8219/8540/7789</w:t>
        <w:br/>
        <w:t>f 8064/8386/7657 8060/8382/7653 8230/8552/7801</w:t>
        <w:br/>
        <w:t>f 8064/8386/7657 8231/8553/7802 8058/8380/7651</w:t>
        <w:br/>
        <w:t>f 8122/8443/7707 8121/8444/7708 8232/8554/7803</w:t>
        <w:br/>
        <w:t>f 8122/8443/7707 8233/8555/7804 8113/8435/7700</w:t>
        <w:br/>
        <w:t>f 8114/8436/7701 8113/8435/7700 8233/8555/7804</w:t>
        <w:br/>
        <w:t>f 8114/8436/7701 8130/8452/7714 8112/8433/7698</w:t>
        <w:br/>
        <w:t>f 8169/8490/7747 8170/8493/7750 8168/8491/7748</w:t>
        <w:br/>
        <w:t>f 8150/8473/7732 8170/8493/7750 8183/8504/7759</w:t>
        <w:br/>
        <w:t>f 8234/8556/7805 8169/8490/7747 8175/8495/7752</w:t>
        <w:br/>
        <w:t>f 8172/8494/7751 8169/8490/7747 8234/8556/7805</w:t>
        <w:br/>
        <w:t>f 8123/8445/7709 8235/8557/7806 8169/8490/7747</w:t>
        <w:br/>
        <w:t>f 8033/8354/7628 8031/8353/7627 8236/8558/7807</w:t>
        <w:br/>
        <w:t>f 8030/8349/7623 8031/8353/7627 8033/8354/7628</w:t>
        <w:br/>
        <w:t>f 8050/8370/7642 8051/8374/7646 8049/8371/7643</w:t>
        <w:br/>
        <w:t>f 8037/8361/7635 8038/8360/7634 8054/8378/7808</w:t>
        <w:br/>
        <w:t>f 8102/8422/7687 8104/8425/7809 8101/8423/7687</w:t>
        <w:br/>
        <w:t>f 8097/8421/7686 8098/8420/7685 8100/8424/7810</w:t>
        <w:br/>
        <w:t>f 7893/8213/7514 7887/8211/7512 7892/8214/7515</w:t>
        <w:br/>
        <w:t>f 7922/8242/7541 7916/8238/7536 7923/8246/7542</w:t>
        <w:br/>
        <w:t>f 7960/8281/7568 7929/8251/7545 7930/8250/7544</w:t>
        <w:br/>
        <w:t>f 7933/8255/7549 7931/8253/7811 7957/8280/7567</w:t>
        <w:br/>
        <w:t>f 7997/8319/7600 7996/8318/7599 8237/8559/7812</w:t>
        <w:br/>
        <w:t>f 8010/8334/7613 8011/8333/7612 8237/8559/7812</w:t>
        <w:br/>
        <w:t>f 8200/8521/7774 8199/8522/7775 8238/8560/7813</w:t>
        <w:br/>
        <w:t>f 8196/8520/7773 8197/8519/7772 8238/8560/7813</w:t>
        <w:br/>
        <w:t>f 8143/8465/7723 8144/8464/7722 8147/8469/7727</w:t>
        <w:br/>
        <w:t>f 8150/8473/7732 8163/8485/7742 8151/8472/7730</w:t>
        <w:br/>
        <w:t>f 8063/8384/7655 8058/8380/7651 8231/8553/7802</w:t>
        <w:br/>
        <w:t>f 8057/8381/7652 8058/8380/7651 8063/8384/7655</w:t>
        <w:br/>
        <w:t>f 8169/8490/7747 8235/8557/7806 8174/8496/7753</w:t>
        <w:br/>
        <w:t>f 8169/8490/7747 8174/8496/7753 8175/8495/7752</w:t>
        <w:br/>
        <w:t>f 8262/8561/7814 8261/8562/7815 8260/8563/7816</w:t>
        <w:br/>
        <w:t>f 8260/8563/7816 8261/8562/7815 8263/8564/7817</w:t>
        <w:br/>
        <w:t>f 8262/8561/7814 8260/8563/7816 8264/8565/7818</w:t>
        <w:br/>
        <w:t>f 8265/8566/7819 8262/8561/7814 8264/8565/7818</w:t>
        <w:br/>
        <w:t>f 8267/8567/7820 8265/8566/7819 8264/8565/7818</w:t>
        <w:br/>
        <w:t>f 8266/8568/7821 8267/8567/7820 8264/8565/7818</w:t>
        <w:br/>
        <w:t>f 8271/8569/7822 8270/8570/7823 8269/8571/7824</w:t>
        <w:br/>
        <w:t>f 8268/8572/7825 8271/8569/7822 8269/8571/7824</w:t>
        <w:br/>
        <w:t>f 8275/8573/7826 8274/8574/7827 8273/8575/7828</w:t>
        <w:br/>
        <w:t>f 8272/8576/7829 8275/8573/7826 8273/8575/7828</w:t>
        <w:br/>
        <w:t>f 8271/8569/7822 8276/8577/7830 8270/8570/7823</w:t>
        <w:br/>
        <w:t>f 8274/8574/7827 8275/8573/7826 8278/8578/7831</w:t>
        <w:br/>
        <w:t>f 8277/8579/7832 8274/8574/7827 8278/8578/7831</w:t>
        <w:br/>
        <w:t>f 8280/8580/7833 8279/8581/7834 8276/8577/7830</w:t>
        <w:br/>
        <w:t>f 8284/8582/7835 8283/8583/7836 8282/8584/7837</w:t>
        <w:br/>
        <w:t>f 8281/8585/7838 8284/8582/7835 8282/8584/7837</w:t>
        <w:br/>
        <w:t>f 8287/8586/7839 8286/8587/7840 8285/8588/7841</w:t>
        <w:br/>
        <w:t>f 8290/8589/7842 8289/8590/7843 8288/8591/7844</w:t>
        <w:br/>
        <w:t>f 8291/8592/7844 8290/8589/7842 8288/8591/7844</w:t>
        <w:br/>
        <w:t>f 8294/8593/7845 8293/8594/7846 8292/8595/7847</w:t>
        <w:br/>
        <w:t>f 8296/8596/7848 8271/8569/7822 8295/8597/7849</w:t>
        <w:br/>
        <w:t>f 8295/8597/7849 8271/8569/7822 8268/8572/7825</w:t>
        <w:br/>
        <w:t>f 8297/8598/7850 8295/8597/7849 8268/8572/7825</w:t>
        <w:br/>
        <w:t>f 8300/8599/7851 8299/8600/7852 8298/8601/7853</w:t>
        <w:br/>
        <w:t>f 8273/8575/7828 8302/8602/7854 8301/8603/7855</w:t>
        <w:br/>
        <w:t>f 8302/8602/7854 8274/8574/7827 8277/8579/7832</w:t>
        <w:br/>
        <w:t>f 8303/8604/7856 8302/8602/7854 8277/8579/7832</w:t>
        <w:br/>
        <w:t>f 8302/8602/7854 8303/8604/7856 8292/8595/7847</w:t>
        <w:br/>
        <w:t>f 8293/8594/7846 8302/8602/7854 8292/8595/7847</w:t>
        <w:br/>
        <w:t>f 8304/8605/7857 8301/8603/7855 8302/8602/7854</w:t>
        <w:br/>
        <w:t>f 8293/8594/7846 8304/8605/7857 8302/8602/7854</w:t>
        <w:br/>
        <w:t>f 8298/8601/7853 8291/8592/7844 8288/8591/7844</w:t>
        <w:br/>
        <w:t>f 8300/8599/7851 8298/8601/7853 8288/8591/7844</w:t>
        <w:br/>
        <w:t>f 8284/8582/7835 8295/8597/7849 8297/8598/7850</w:t>
        <w:br/>
        <w:t>f 8286/8587/7840 8284/8582/7835 8297/8598/7850</w:t>
        <w:br/>
        <w:t>f 8281/8585/7838 8296/8596/7848 8295/8597/7849</w:t>
        <w:br/>
        <w:t>f 8284/8582/7835 8281/8585/7838 8295/8597/7849</w:t>
        <w:br/>
        <w:t>f 8306/8606/7858 8305/8607/7859 8283/8583/7836</w:t>
        <w:br/>
        <w:t>f 8287/8586/7839 8306/8606/7858 8283/8583/7836</w:t>
        <w:br/>
        <w:t>f 8307/8608/7860 8306/8606/7858 8287/8586/7839</w:t>
        <w:br/>
        <w:t>f 8290/8589/7861 8307/8608/7860 8287/8586/7839</w:t>
        <w:br/>
        <w:t>f 8294/8593/7845 8308/8609/7862 8307/8608/7860</w:t>
        <w:br/>
        <w:t>f 8309/8610/7863 8294/8593/7845 8307/8608/7860</w:t>
        <w:br/>
        <w:t>f 8305/8607/7859 8310/8611/7864 8282/8584/7837</w:t>
        <w:br/>
        <w:t>f 8283/8583/7836 8305/8607/7859 8282/8584/7837</w:t>
        <w:br/>
        <w:t>f 8299/8600/7852 8313/8612/7865 8312/8613/7865</w:t>
        <w:br/>
        <w:t>f 8311/8614/7866 8299/8600/7852 8312/8613/7865</w:t>
        <w:br/>
        <w:t>f 8272/8576/7829 8273/8575/7828 8315/8615/7867</w:t>
        <w:br/>
        <w:t>f 8314/8616/7868 8272/8576/7829 8315/8615/7867</w:t>
        <w:br/>
        <w:t>f 8286/8587/7840 8297/8598/7850 8316/8617/7869</w:t>
        <w:br/>
        <w:t>f 8285/8588/7841 8286/8587/7840 8316/8617/7869</w:t>
        <w:br/>
        <w:t>f 8297/8598/7850 8268/8572/7825 8317/8618/7870</w:t>
        <w:br/>
        <w:t>f 8316/8617/7869 8297/8598/7850 8317/8618/7870</w:t>
        <w:br/>
        <w:t>f 8268/8572/7825 8269/8571/7824 8318/8619/7871</w:t>
        <w:br/>
        <w:t>f 8317/8618/7870 8268/8572/7825 8318/8619/7871</w:t>
        <w:br/>
        <w:t>f 8322/8620/7872 8321/8621/7873 8320/8622/7874</w:t>
        <w:br/>
        <w:t>f 8319/8623/7872 8322/8620/7872 8320/8622/7874</w:t>
        <w:br/>
        <w:t>f 8326/8624/7875 8325/8625/7876 8324/8626/7877</w:t>
        <w:br/>
        <w:t>f 8323/8627/7878 8326/8624/7875 8324/8626/7877</w:t>
        <w:br/>
        <w:t>f 8329/8628/7879 8328/8629/7879 8327/8630/7880</w:t>
        <w:br/>
        <w:t>f 8330/8631/7880 8329/8628/7879 8327/8630/7880</w:t>
        <w:br/>
        <w:t>f 8332/8632/7881 8322/8620/7872 8319/8623/7872</w:t>
        <w:br/>
        <w:t>f 8331/8633/7882 8332/8632/7881 8319/8623/7872</w:t>
        <w:br/>
        <w:t>f 8329/8628/7879 8334/8634/7883 8333/8635/7884</w:t>
        <w:br/>
        <w:t>f 8328/8629/7879 8329/8628/7879 8333/8635/7884</w:t>
        <w:br/>
        <w:t>f 8337/8636/7885 8336/8637/7885 8335/8638/7886</w:t>
        <w:br/>
        <w:t>f 8338/8639/7887 8337/8636/7885 8335/8638/7886</w:t>
        <w:br/>
        <w:t>f 8332/8632/7881 8331/8633/7882 8339/8640/7888</w:t>
        <w:br/>
        <w:t>f 8340/8641/7888 8332/8632/7881 8339/8640/7888</w:t>
        <w:br/>
        <w:t>f 8343/8642/7889 8342/8643/7890 8341/8644/7891</w:t>
        <w:br/>
        <w:t>f 8344/8645/7891 8343/8642/7889 8341/8644/7891</w:t>
        <w:br/>
        <w:t>f 8346/8646/7892 8345/8647/7893 8336/8637/7885</w:t>
        <w:br/>
        <w:t>f 8337/8636/7885 8346/8646/7892 8336/8637/7885</w:t>
        <w:br/>
        <w:t>f 8344/8645/7891 8341/8644/7891 8345/8647/7893</w:t>
        <w:br/>
        <w:t>f 8346/8646/7892 8344/8645/7891 8345/8647/7893</w:t>
        <w:br/>
        <w:t>f 8348/8648/7894 8347/8649/7895 8342/8643/7890</w:t>
        <w:br/>
        <w:t>f 8343/8642/7889 8348/8648/7894 8342/8643/7890</w:t>
        <w:br/>
        <w:t>f 8352/8650/7896 8351/8651/7897 8350/8652/7897</w:t>
        <w:br/>
        <w:t>f 8349/8653/7898 8352/8650/7896 8350/8652/7897</w:t>
        <w:br/>
        <w:t>f 8351/8651/7897 8354/8654/7899 8353/8655/7899</w:t>
        <w:br/>
        <w:t>f 8350/8652/7897 8351/8651/7897 8353/8655/7899</w:t>
        <w:br/>
        <w:t>f 8354/8654/7899 8356/8656/7900 8355/8657/7900</w:t>
        <w:br/>
        <w:t>f 8353/8655/7899 8354/8654/7899 8355/8657/7900</w:t>
        <w:br/>
        <w:t>f 8330/8631/7880 8327/8630/7880 8324/8626/7877</w:t>
        <w:br/>
        <w:t>f 8325/8625/7876 8330/8631/7880 8324/8626/7877</w:t>
        <w:br/>
        <w:t>f 8326/8624/7875 8323/8627/7878 8320/8622/7874</w:t>
        <w:br/>
        <w:t>f 8321/8621/7873 8326/8624/7875 8320/8622/7874</w:t>
        <w:br/>
        <w:t>f 8358/8658/7901 8260/8563/7816 8357/8659/7902</w:t>
        <w:br/>
        <w:t>f 8263/8564/7817 8357/8659/7902 8260/8563/7816</w:t>
        <w:br/>
        <w:t>f 8358/8658/7901 8359/8660/7903 8264/8565/7818</w:t>
        <w:br/>
        <w:t>f 8260/8563/7816 8358/8658/7901 8264/8565/7818</w:t>
        <w:br/>
        <w:t>f 8264/8565/7818 8359/8660/7903 8360/8661/7904</w:t>
        <w:br/>
        <w:t>f 8266/8568/7821 8264/8565/7818 8360/8661/7904</w:t>
        <w:br/>
        <w:t>f 8364/8662/7905 8363/8663/7906 8362/8664/7907</w:t>
        <w:br/>
        <w:t>f 8361/8665/7908 8364/8662/7905 8362/8664/7907</w:t>
        <w:br/>
        <w:t>f 8367/8666/7909 8366/8667/7910 8365/8668/7911</w:t>
        <w:br/>
        <w:t>f 8368/8669/7912 8367/8666/7909 8365/8668/7911</w:t>
        <w:br/>
        <w:t>f 8372/8670/7913 8371/8671/7914 8370/8672/7915</w:t>
        <w:br/>
        <w:t>f 8369/8673/7916 8372/8670/7913 8370/8672/7915</w:t>
        <w:br/>
        <w:t>f 8373/8674/7917 8364/8662/7905 8361/8665/7908</w:t>
        <w:br/>
        <w:t>f 8369/8673/7916 8375/8675/7918 8374/8676/7919</w:t>
        <w:br/>
        <w:t>f 8372/8670/7913 8369/8673/7916 8374/8676/7919</w:t>
        <w:br/>
        <w:t>f 8280/8580/7833 8373/8674/7917 8279/8581/7834</w:t>
        <w:br/>
        <w:t>f 8376/8677/7920 8281/8585/7838 8282/8584/7837</w:t>
        <w:br/>
        <w:t>f 8377/8678/7921 8376/8677/7920 8282/8584/7837</w:t>
        <w:br/>
        <w:t>f 8379/8679/7922 8377/8678/7921 8378/8680/7923</w:t>
        <w:br/>
        <w:t>f 8383/8681/7924 8382/8682/7925 8381/8683/7925</w:t>
        <w:br/>
        <w:t>f 8380/8684/7926 8383/8681/7924 8381/8683/7925</w:t>
        <w:br/>
        <w:t>f 8386/8685/7927 8385/8686/7928 8384/8687/7929</w:t>
        <w:br/>
        <w:t>f 8280/8580/7833 8296/8596/7848 8387/8688/7930</w:t>
        <w:br/>
        <w:t>f 8387/8688/7930 8388/8689/7931 8363/8663/7906</w:t>
        <w:br/>
        <w:t>f 8364/8662/7905 8387/8688/7930 8363/8663/7906</w:t>
        <w:br/>
        <w:t>f 8390/8690/7932 8389/8691/7933 8368/8669/7912</w:t>
        <w:br/>
        <w:t>f 8365/8668/7911 8390/8690/7932 8368/8669/7912</w:t>
        <w:br/>
        <w:t>f 8392/8692/7934 8370/8672/7915 8391/8693/7935</w:t>
        <w:br/>
        <w:t>f 8394/8694/7936 8393/8695/7937 8375/8675/7918</w:t>
        <w:br/>
        <w:t>f 8369/8673/7916 8394/8694/7936 8375/8675/7918</w:t>
        <w:br/>
        <w:t>f 8395/8696/7938 8393/8695/7937 8394/8694/7936</w:t>
        <w:br/>
        <w:t>f 8386/8685/7927 8395/8696/7938 8394/8694/7936</w:t>
        <w:br/>
        <w:t>f 8385/8686/7928 8386/8685/7927 8394/8694/7936</w:t>
        <w:br/>
        <w:t>f 8392/8692/7934 8385/8686/7928 8394/8694/7936</w:t>
        <w:br/>
        <w:t>f 8389/8691/7933 8390/8690/7932 8381/8683/7925</w:t>
        <w:br/>
        <w:t>f 8382/8682/7925 8389/8691/7933 8381/8683/7925</w:t>
        <w:br/>
        <w:t>f 8376/8677/7920 8379/8679/7922 8388/8689/7931</w:t>
        <w:br/>
        <w:t>f 8387/8688/7930 8376/8677/7920 8388/8689/7931</w:t>
        <w:br/>
        <w:t>f 8387/8688/7930 8296/8596/7848 8281/8585/7838</w:t>
        <w:br/>
        <w:t>f 8376/8677/7920 8387/8688/7930 8281/8585/7838</w:t>
        <w:br/>
        <w:t>f 8397/8697/7939 8378/8680/7923 8377/8678/7921</w:t>
        <w:br/>
        <w:t>f 8396/8698/7940 8397/8697/7939 8377/8678/7921</w:t>
        <w:br/>
        <w:t>f 8398/8699/7941 8383/8681/7924 8378/8680/7923</w:t>
        <w:br/>
        <w:t>f 8397/8697/7939 8398/8699/7941 8378/8680/7923</w:t>
        <w:br/>
        <w:t>f 8398/8699/7942 8400/8700/7943 8399/8701/7944</w:t>
        <w:br/>
        <w:t>f 8384/8687/7929 8398/8699/7942 8399/8701/7944</w:t>
        <w:br/>
        <w:t>f 8282/8584/7837 8310/8611/7864 8396/8698/7940</w:t>
        <w:br/>
        <w:t>f 8377/8678/7921 8282/8584/7837 8396/8698/7940</w:t>
        <w:br/>
        <w:t>f 8371/8671/7914 8401/8702/7945 8391/8693/7935</w:t>
        <w:br/>
        <w:t>f 8370/8672/7915 8371/8671/7914 8391/8693/7935</w:t>
        <w:br/>
        <w:t>f 8379/8679/7922 8403/8703/7946 8402/8704/7947</w:t>
        <w:br/>
        <w:t>f 8388/8689/7931 8379/8679/7922 8402/8704/7947</w:t>
        <w:br/>
        <w:t>f 8388/8689/7931 8402/8704/7947 8404/8705/7948</w:t>
        <w:br/>
        <w:t>f 8363/8663/7906 8388/8689/7931 8404/8705/7948</w:t>
        <w:br/>
        <w:t>f 8363/8663/7906 8404/8705/7948 8405/8706/7949</w:t>
        <w:br/>
        <w:t>f 8362/8664/7907 8363/8663/7906 8405/8706/7949</w:t>
        <w:br/>
        <w:t>f 8408/8707/7950 8407/8708/7951 8406/8709/7951</w:t>
        <w:br/>
        <w:t>f 8409/8710/7952 8408/8707/7950 8406/8709/7951</w:t>
        <w:br/>
        <w:t>f 8412/8711/7953 8411/8712/7954 8410/8713/7955</w:t>
        <w:br/>
        <w:t>f 8413/8714/7955 8412/8711/7953 8410/8713/7955</w:t>
        <w:br/>
        <w:t>f 8416/8715/7956 8415/8716/7957 8414/8717/7957</w:t>
        <w:br/>
        <w:t>f 8417/8718/7958 8416/8715/7956 8414/8717/7957</w:t>
        <w:br/>
        <w:t>f 8418/8719/7959 8408/8707/7950 8409/8710/7952</w:t>
        <w:br/>
        <w:t>f 8419/8720/7960 8418/8719/7959 8409/8710/7952</w:t>
        <w:br/>
        <w:t>f 8414/8717/7957 8415/8716/7957 8421/8721/7961</w:t>
        <w:br/>
        <w:t>f 8420/8722/7962 8414/8717/7957 8421/8721/7961</w:t>
        <w:br/>
        <w:t>f 8420/8722/7962 8421/8721/7961 8423/8723/7963</w:t>
        <w:br/>
        <w:t>f 8422/8724/7963 8420/8722/7962 8423/8723/7963</w:t>
        <w:br/>
        <w:t>f 8339/8640/7888 8418/8719/7959 8419/8720/7960</w:t>
        <w:br/>
        <w:t>f 8340/8641/7888 8339/8640/7888 8419/8720/7960</w:t>
        <w:br/>
        <w:t>f 8426/8725/7964 8425/8726/7965 8424/8727/7966</w:t>
        <w:br/>
        <w:t>f 8427/8728/7967 8426/8725/7964 8424/8727/7966</w:t>
        <w:br/>
        <w:t>f 8423/8723/7963 8429/8729/7968 8428/8730/7969</w:t>
        <w:br/>
        <w:t>f 8422/8724/7963 8423/8723/7963 8428/8730/7969</w:t>
        <w:br/>
        <w:t>f 8429/8729/7968 8426/8725/7964 8427/8728/7967</w:t>
        <w:br/>
        <w:t>f 8428/8730/7969 8429/8729/7968 8427/8728/7967</w:t>
        <w:br/>
        <w:t>f 8425/8726/7965 8431/8731/7970 8430/8732/7971</w:t>
        <w:br/>
        <w:t>f 8424/8727/7966 8425/8726/7965 8430/8732/7971</w:t>
        <w:br/>
        <w:t>f 8435/8733/7972 8434/8734/7943 8433/8735/7973</w:t>
        <w:br/>
        <w:t>f 8432/8736/7973 8435/8733/7972 8433/8735/7973</w:t>
        <w:br/>
        <w:t>f 8432/8736/7973 8433/8735/7973 8437/8737/7974</w:t>
        <w:br/>
        <w:t>f 8436/8738/7974 8432/8736/7973 8437/8737/7974</w:t>
        <w:br/>
        <w:t>f 8436/8738/7974 8437/8737/7974 8439/8739/7975</w:t>
        <w:br/>
        <w:t>f 8438/8740/7975 8436/8738/7974 8439/8739/7975</w:t>
        <w:br/>
        <w:t>f 8412/8711/7953 8416/8715/7956 8417/8718/7958</w:t>
        <w:br/>
        <w:t>f 8411/8712/7954 8412/8711/7953 8417/8718/7958</w:t>
        <w:br/>
        <w:t>f 8407/8708/7951 8413/8714/7955 8410/8713/7955</w:t>
        <w:br/>
        <w:t>f 8406/8709/7951 8407/8708/7951 8410/8713/7955</w:t>
        <w:br/>
        <w:t>f 8280/8580/7833 8387/8688/7930 8364/8662/7905</w:t>
        <w:br/>
        <w:t>f 8296/8596/7848 8280/8580/7833 8271/8569/7822</w:t>
        <w:br/>
        <w:t>f 8283/8583/7836 8284/8582/7835 8286/8587/7840</w:t>
        <w:br/>
        <w:t>f 8283/8583/7836 8286/8587/7840 8287/8586/7839</w:t>
        <w:br/>
        <w:t>f 8379/8679/7922 8378/8680/7923 8403/8703/7946</w:t>
        <w:br/>
        <w:t>f 8379/8679/7922 8376/8677/7920 8377/8678/7921</w:t>
        <w:br/>
        <w:t>f 8293/8594/7846 8309/8610/7863 8304/8605/7857</w:t>
        <w:br/>
        <w:t>f 8294/8593/7845 8309/8610/7863 8293/8594/7846</w:t>
        <w:br/>
        <w:t>f 8386/8685/7927 8399/8701/7944 8395/8696/7938</w:t>
        <w:br/>
        <w:t>f 8386/8685/7927 8384/8687/7929 8399/8701/7944</w:t>
        <w:br/>
        <w:t>f 8273/8575/7828 8301/8603/7855 8315/8615/7867</w:t>
        <w:br/>
        <w:t>f 8273/8575/7828 8274/8574/7827 8302/8602/7854</w:t>
        <w:br/>
        <w:t>f 8394/8694/7936 8369/8673/7916 8370/8672/7915</w:t>
        <w:br/>
        <w:t>f 8394/8694/7936 8370/8672/7915 8392/8692/7934</w:t>
        <w:br/>
        <w:t>f 8440/8741/7976 8261/8562/7815 8262/8561/7814</w:t>
        <w:br/>
        <w:t>f 8358/8658/7901 8357/8659/7902 8441/8742/7977</w:t>
        <w:br/>
        <w:t>f 8298/8601/7853 8299/8600/7852 8311/8614/7866</w:t>
        <w:br/>
        <w:t>f 8280/8580/7833 8276/8577/7830 8271/8569/7822</w:t>
        <w:br/>
        <w:t>f 8280/8580/7833 8364/8662/7905 8373/8674/7917</w:t>
        <w:br/>
        <w:t>f 8698/8743/7978 8697/8744/7978 8696/8745/7979</w:t>
        <w:br/>
        <w:t>f 8695/8746/7980 8698/8743/7978 8696/8745/7979</w:t>
        <w:br/>
        <w:t>f 8700/8747/7981 8697/8744/7978 8698/8743/7978</w:t>
        <w:br/>
        <w:t>f 8699/8748/7981 8700/8747/7981 8698/8743/7978</w:t>
        <w:br/>
        <w:t>f 8704/8749/7982 8703/8750/7983 8702/8751/7984</w:t>
        <w:br/>
        <w:t>f 8701/8752/7982 8704/8749/7982 8702/8751/7984</w:t>
        <w:br/>
        <w:t>f 8705/8753/7985 8702/8751/7984 8703/8750/7983</w:t>
        <w:br/>
        <w:t>f 8709/8754/7986 8708/8755/7987 8707/8756/7988</w:t>
        <w:br/>
        <w:t>f 8706/8757/7986 8709/8754/7986 8707/8756/7988</w:t>
        <w:br/>
        <w:t>f 8711/8758/7989 8710/8759/7989 8707/8756/7988</w:t>
        <w:br/>
        <w:t>f 8708/8755/7987 8711/8758/7989 8707/8756/7988</w:t>
        <w:br/>
        <w:t>f 8714/8760/7990 8713/8761/7991 8712/8762/7992</w:t>
        <w:br/>
        <w:t>f 8715/8763/7990 8714/8760/7990 8712/8762/7992</w:t>
        <w:br/>
        <w:t>f 8713/8761/7991 8717/8764/7993 8716/8765/7979</w:t>
        <w:br/>
        <w:t>f 8703/8750/7994 8713/8761/7991 8716/8765/7979</w:t>
        <w:br/>
        <w:t>f 8721/8766/7995 8720/8767/7996 8719/8768/7997</w:t>
        <w:br/>
        <w:t>f 8718/8769/7995 8721/8766/7995 8719/8768/7997</w:t>
        <w:br/>
        <w:t>f 8725/8770/7998 8724/8771/7998 8723/8772/7999</w:t>
        <w:br/>
        <w:t>f 8722/8773/8000 8725/8770/7998 8723/8772/7999</w:t>
        <w:br/>
        <w:t>f 8727/8774/8001 8726/8775/8002 8721/8766/7995</w:t>
        <w:br/>
        <w:t>f 8718/8769/7995 8727/8774/8001 8721/8766/7995</w:t>
        <w:br/>
        <w:t>f 8729/8776/8003 8728/8777/8004 8726/8775/8005</w:t>
        <w:br/>
        <w:t>f 8722/8773/8006 8729/8776/8003 8726/8775/8005</w:t>
        <w:br/>
        <w:t>f 8722/8773/8000 8723/8772/7999 8730/8778/8007</w:t>
        <w:br/>
        <w:t>f 8732/8779/8008 8731/8780/8008 8710/8759/7989</w:t>
        <w:br/>
        <w:t>f 8711/8758/7989 8732/8779/8008 8710/8759/7989</w:t>
        <w:br/>
        <w:t>f 8720/8767/7996 8733/8781/8009 8719/8768/7997</w:t>
        <w:br/>
        <w:t>f 8735/8782/8010 8731/8780/8008 8732/8779/8008</w:t>
        <w:br/>
        <w:t>f 8734/8783/8010 8735/8782/8010 8732/8779/8008</w:t>
        <w:br/>
        <w:t>f 8738/8784/8011 8737/8785/8012 8736/8786/8013</w:t>
        <w:br/>
        <w:t>f 8738/8784/8011 8736/8786/8013 8739/8787/8014</w:t>
        <w:br/>
        <w:t>f 8738/8784/8011 8704/8749/7982 8701/8752/7982</w:t>
        <w:br/>
        <w:t>f 8737/8785/8012 8738/8784/8011 8701/8752/7982</w:t>
        <w:br/>
        <w:t>f 8743/8788/8015 8742/8789/8016 8741/8790/8016</w:t>
        <w:br/>
        <w:t>f 8740/8791/8015 8743/8788/8015 8741/8790/8016</w:t>
        <w:br/>
        <w:t>f 8719/8768/7997 8733/8781/8009 8744/8792/8017</w:t>
        <w:br/>
        <w:t>f 8724/8771/7998 8725/8770/7998 8719/8768/7997</w:t>
        <w:br/>
        <w:t>f 8744/8792/8017 8724/8771/7998 8719/8768/7997</w:t>
        <w:br/>
        <w:t>f 8740/8791/8015 8700/8747/7981 8699/8748/7981</w:t>
        <w:br/>
        <w:t>f 8743/8788/8015 8740/8791/8015 8699/8748/7981</w:t>
        <w:br/>
        <w:t>f 8714/8760/7990 8715/8763/7990 8738/8784/8011</w:t>
        <w:br/>
        <w:t>f 8739/8787/8014 8714/8760/7990 8738/8784/8011</w:t>
        <w:br/>
        <w:t>f 8920/8793/8018 8919/8794/8019 8918/8795/8020</w:t>
        <w:br/>
        <w:t>f 8917/8796/8021 8920/8793/8018 8918/8795/8020</w:t>
        <w:br/>
        <w:t>f 8922/8797/8022 8921/8798/8023 8920/8793/8018</w:t>
        <w:br/>
        <w:t>f 8917/8796/8021 8922/8797/8022 8920/8793/8018</w:t>
        <w:br/>
        <w:t>f 8921/8798/8023 8924/8799/8024 8923/8800/8025</w:t>
        <w:br/>
        <w:t>f 8920/8793/8018 8921/8798/8023 8923/8800/8025</w:t>
        <w:br/>
        <w:t>f 8923/8800/8025 8927/8801/8026 8926/8802/8027</w:t>
        <w:br/>
        <w:t>f 8925/8803/8028 8923/8800/8025 8926/8802/8027</w:t>
        <w:br/>
        <w:t>f 8920/8793/8018 8923/8800/8025 8925/8803/8028</w:t>
        <w:br/>
        <w:t>f 8919/8794/8019 8920/8793/8018 8925/8803/8028</w:t>
        <w:br/>
        <w:t>f 8930/8804/8029 8929/8805/8030 8928/8806/8031</w:t>
        <w:br/>
        <w:t>f 8931/8807/8032 8930/8804/8029 8928/8806/8031</w:t>
        <w:br/>
        <w:t>f 8931/8807/8032 8928/8806/8031 8932/8808/8033</w:t>
        <w:br/>
        <w:t>f 8933/8809/8033 8931/8807/8032 8932/8808/8033</w:t>
        <w:br/>
        <w:t>f 8934/8810/8034 8927/8801/8026 8923/8800/8025</w:t>
        <w:br/>
        <w:t>f 8924/8799/8024 8934/8810/8034 8923/8800/8025</w:t>
        <w:br/>
        <w:t>f 8936/8811/8035 8935/8812/8036 8927/8801/8026</w:t>
        <w:br/>
        <w:t>f 8934/8810/8034 8936/8811/8035 8927/8801/8026</w:t>
        <w:br/>
        <w:t>f 8935/8812/8036 8937/8813/8037 8926/8802/8027</w:t>
        <w:br/>
        <w:t>f 8927/8801/8026 8935/8812/8036 8926/8802/8027</w:t>
        <w:br/>
        <w:t>f 8939/8814/8038 8938/8815/8039 8924/8799/8024</w:t>
        <w:br/>
        <w:t>f 8921/8798/8023 8939/8814/8038 8924/8799/8024</w:t>
        <w:br/>
        <w:t>f 8934/8810/8034 8924/8799/8024 8938/8815/8039</w:t>
        <w:br/>
        <w:t>f 8940/8816/8040 8934/8810/8034 8938/8815/8039</w:t>
        <w:br/>
        <w:t>f 8941/8817/8041 8939/8814/8038 8921/8798/8023</w:t>
        <w:br/>
        <w:t>f 8922/8797/8022 8941/8817/8041 8921/8798/8023</w:t>
        <w:br/>
        <w:t>f 8942/8818/8042 8929/8805/8030 8930/8804/8029</w:t>
        <w:br/>
        <w:t>f 8943/8819/8042 8942/8818/8042 8930/8804/8029</w:t>
        <w:br/>
        <w:t>f 8946/8820/8043 8945/8821/8044 8944/8822/8045</w:t>
        <w:br/>
        <w:t>f 8947/8823/8046 8946/8820/8043 8944/8822/8045</w:t>
        <w:br/>
        <w:t>f 8950/8824/8047 8949/8825/8048 8948/8826/8049</w:t>
        <w:br/>
        <w:t>f 8949/8825/8048 8950/8824/8047 8947/8823/8046</w:t>
        <w:br/>
        <w:t>f 8944/8822/8045 8949/8825/8048 8947/8823/8046</w:t>
        <w:br/>
        <w:t>f 8952/8827/8050 8951/8828/8051 8941/8817/8041</w:t>
        <w:br/>
        <w:t>f 8946/8820/8043 8952/8827/8050 8941/8817/8041</w:t>
        <w:br/>
        <w:t>f 8938/8815/8039 8939/8814/8038 8954/8829/8052</w:t>
        <w:br/>
        <w:t>f 8953/8830/8053 8938/8815/8039 8954/8829/8052</w:t>
        <w:br/>
        <w:t>f 8958/8831/8054 8957/8832/8055 8956/8833/8056</w:t>
        <w:br/>
        <w:t>f 8955/8834/8054 8958/8831/8054 8956/8833/8056</w:t>
        <w:br/>
        <w:t>f 8951/8828/8051 8954/8829/8052 8939/8814/8038</w:t>
        <w:br/>
        <w:t>f 8941/8817/8041 8951/8828/8051 8939/8814/8038</w:t>
        <w:br/>
        <w:t>f 8958/8831/8054 8955/8834/8054 8959/8835/8057</w:t>
        <w:br/>
        <w:t>f 8960/8836/8058 8956/8833/8056 8957/8832/8055</w:t>
        <w:br/>
        <w:t>f 8961/8837/8059 8960/8836/8058 8957/8832/8055</w:t>
        <w:br/>
        <w:t>f 8961/8837/8059 8963/8838/8060 8962/8839/8061</w:t>
        <w:br/>
        <w:t>f 8960/8836/8058 8961/8837/8059 8962/8839/8061</w:t>
        <w:br/>
        <w:t>f 8963/8838/8060 8965/8840/8062 8964/8841/8063</w:t>
        <w:br/>
        <w:t>f 8962/8839/8061 8963/8838/8060 8964/8841/8063</w:t>
        <w:br/>
        <w:t>f 8965/8840/8062 8967/8842/8064 8966/8843/8065</w:t>
        <w:br/>
        <w:t>f 8964/8841/8063 8965/8840/8062 8966/8843/8065</w:t>
        <w:br/>
        <w:t>f 8970/8844/8066 8940/8816/8040 8969/8845/8067</w:t>
        <w:br/>
        <w:t>f 8968/8846/8068 8970/8844/8066 8969/8845/8067</w:t>
        <w:br/>
        <w:t>f 8938/8815/8039 8953/8830/8053 8969/8845/8067</w:t>
        <w:br/>
        <w:t>f 8940/8816/8040 8938/8815/8039 8969/8845/8067</w:t>
        <w:br/>
        <w:t>f 8973/8847/8069 8972/8848/8069 8971/8849/8070</w:t>
        <w:br/>
        <w:t>f 8974/8850/8071 8973/8847/8069 8971/8849/8070</w:t>
        <w:br/>
        <w:t>f 8978/8851/8072 8977/8852/8073 8976/8853/8074</w:t>
        <w:br/>
        <w:t>f 8975/8854/8075 8978/8851/8072 8976/8853/8074</w:t>
        <w:br/>
        <w:t>f 8972/8848/8069 8973/8847/8069 8980/8855/8076</w:t>
        <w:br/>
        <w:t>f 8979/8856/8076 8972/8848/8069 8980/8855/8076</w:t>
        <w:br/>
        <w:t>f 8983/8857/8077 8982/8858/8078 8981/8859/8077</w:t>
        <w:br/>
        <w:t>f 8981/8859/8077 8985/8860/8079 8984/8861/8079</w:t>
        <w:br/>
        <w:t>f 8983/8857/8077 8981/8859/8077 8984/8861/8079</w:t>
        <w:br/>
        <w:t>f 8977/8852/8073 8978/8851/8072 8987/8862/8080</w:t>
        <w:br/>
        <w:t>f 8986/8863/8081 8977/8852/8073 8987/8862/8080</w:t>
        <w:br/>
        <w:t>f 8991/8864/8082 8990/8865/8083 8989/8866/8084</w:t>
        <w:br/>
        <w:t>f 8988/8867/8085 8991/8864/8082 8989/8866/8084</w:t>
        <w:br/>
        <w:t>f 8992/8868/8086 8989/8866/8084 8990/8865/8083</w:t>
        <w:br/>
        <w:t>f 8995/8869/8087 8994/8870/8088 8992/8868/8089</w:t>
        <w:br/>
        <w:t>f 8993/8871/8090 8995/8869/8087 8992/8868/8089</w:t>
        <w:br/>
        <w:t>f 8985/8860/8079 8995/8869/8087 8993/8871/8090</w:t>
        <w:br/>
        <w:t>f 8984/8861/8079 8985/8860/8079 8993/8871/8090</w:t>
        <w:br/>
        <w:t>f 8998/8872/8091 8997/8873/8092 8996/8874/8093</w:t>
        <w:br/>
        <w:t>f 8999/8875/8094 8998/8872/8091 8996/8874/8093</w:t>
        <w:br/>
        <w:t>f 8986/8863/8081 8987/8862/8080 8999/8875/8094</w:t>
        <w:br/>
        <w:t>f 8996/8874/8093 8986/8863/8081 8999/8875/8094</w:t>
        <w:br/>
        <w:t>f 8988/8867/8085 9001/8876/8095 9000/8877/8096</w:t>
        <w:br/>
        <w:t>f 8991/8864/8082 8988/8867/8085 9000/8877/8096</w:t>
        <w:br/>
        <w:t>f 8999/8875/8094 9003/8878/8097 9002/8879/8098</w:t>
        <w:br/>
        <w:t>f 8998/8872/8091 8999/8875/8094 9002/8879/8098</w:t>
        <w:br/>
        <w:t>f 9001/8876/8095 9005/8880/8099 9004/8881/8100</w:t>
        <w:br/>
        <w:t>f 9000/8877/8096 9001/8876/8095 9004/8881/8100</w:t>
        <w:br/>
        <w:t>f 8932/8808/8033 9007/8882/8101 9006/8883/8102</w:t>
        <w:br/>
        <w:t>f 8933/8809/8033 8932/8808/8033 9006/8883/8102</w:t>
        <w:br/>
        <w:t>f 9007/8882/8101 9009/8884/8103 9008/8885/8103</w:t>
        <w:br/>
        <w:t>f 9006/8883/8102 9007/8882/8101 9008/8885/8103</w:t>
        <w:br/>
        <w:t>f 9011/8886/8104 8966/8843/8065 8967/8842/8064</w:t>
        <w:br/>
        <w:t>f 9010/8887/8105 9011/8886/8104 8967/8842/8064</w:t>
        <w:br/>
        <w:t>f 8975/8854/8075 9013/8888/8106 9012/8889/8107</w:t>
        <w:br/>
        <w:t>f 8978/8851/8072 8975/8854/8075 9012/8889/8107</w:t>
        <w:br/>
        <w:t>f 8978/8851/8072 9012/8889/8107 9014/8890/8108</w:t>
        <w:br/>
        <w:t>f 8987/8862/8080 8978/8851/8072 9014/8890/8108</w:t>
        <w:br/>
        <w:t>f 8987/8862/8080 9014/8890/8108 9003/8878/8097</w:t>
        <w:br/>
        <w:t>f 8999/8875/8094 8987/8862/8080 9003/8878/8097</w:t>
        <w:br/>
        <w:t>f 9016/8891/8109 9015/8892/8110 9002/8879/8098</w:t>
        <w:br/>
        <w:t>f 9003/8878/8097 9016/8891/8109 9002/8879/8098</w:t>
        <w:br/>
        <w:t>f 9014/8890/8108 9017/8893/8111 9016/8891/8109</w:t>
        <w:br/>
        <w:t>f 9003/8878/8097 9014/8890/8108 9016/8891/8109</w:t>
        <w:br/>
        <w:t>f 9017/8893/8111 9019/8894/8112 9018/8895/8113</w:t>
        <w:br/>
        <w:t>f 9016/8891/8109 9017/8893/8111 9018/8895/8113</w:t>
        <w:br/>
        <w:t>f 9012/8889/8107 9020/8896/8114 9017/8893/8111</w:t>
        <w:br/>
        <w:t>f 9014/8890/8108 9012/8889/8107 9017/8893/8111</w:t>
        <w:br/>
        <w:t>f 9013/8888/8106 9022/8897/8115 9021/8898/8116</w:t>
        <w:br/>
        <w:t>f 9023/8899/8117 9013/8888/8106 9021/8898/8116</w:t>
        <w:br/>
        <w:t>f 9021/8898/8116 9025/8900/8118 9024/8901/8119</w:t>
        <w:br/>
        <w:t>f 9023/8899/8117 9021/8898/8116 9024/8901/8119</w:t>
        <w:br/>
        <w:t>f 9028/8902/8120 9027/8903/8121 9026/8904/8121</w:t>
        <w:br/>
        <w:t>f 9029/8905/8120 9028/8902/8120 9026/8904/8121</w:t>
        <w:br/>
        <w:t>f 9028/8902/8120 9029/8905/8120 9030/8906/8122</w:t>
        <w:br/>
        <w:t>f 9031/8907/8122 9028/8902/8120 9030/8906/8122</w:t>
        <w:br/>
        <w:t>f 9032/8908/8123 9024/8901/8119 9025/8900/8118</w:t>
        <w:br/>
        <w:t>f 8979/8856/8076 8980/8855/8076 9031/8907/8122</w:t>
        <w:br/>
        <w:t>f 9030/8906/8122 8979/8856/8076 9031/8907/8122</w:t>
        <w:br/>
        <w:t>f 9017/8893/8111 9033/8909/8124 9019/8894/8112</w:t>
        <w:br/>
        <w:t>f 9035/8910/8125 9034/8911/8126 9019/8894/8112</w:t>
        <w:br/>
        <w:t>f 9033/8909/8124 9035/8910/8125 9019/8894/8112</w:t>
        <w:br/>
        <w:t>f 9009/8884/8103 9026/8904/8121 9027/8903/8121</w:t>
        <w:br/>
        <w:t>f 9008/8885/8103 9009/8884/8103 9027/8903/8121</w:t>
        <w:br/>
        <w:t>f 9037/8912/8127 9011/8886/8104 9010/8887/8105</w:t>
        <w:br/>
        <w:t>f 9036/8913/8128 9037/8912/8127 9010/8887/8105</w:t>
        <w:br/>
        <w:t>f 8934/8810/8034 8940/8816/8040 8970/8844/8066</w:t>
        <w:br/>
        <w:t>f 8936/8811/8035 8934/8810/8034 8970/8844/8066</w:t>
        <w:br/>
        <w:t>f 9039/8914/8129 9038/8915/8130 8936/8811/8035</w:t>
        <w:br/>
        <w:t>f 8970/8844/8066 9039/8914/8129 8936/8811/8035</w:t>
        <w:br/>
        <w:t>f 9040/8916/8131 9038/8915/8130 9034/8911/8126</w:t>
        <w:br/>
        <w:t>f 9035/8910/8125 9040/8916/8131 9034/8911/8126</w:t>
        <w:br/>
        <w:t>f 9041/8917/8132 9040/8916/8131 9035/8910/8125</w:t>
        <w:br/>
        <w:t>f 9032/8908/8123 9041/8917/8132 9035/8910/8125</w:t>
        <w:br/>
        <w:t>f 8935/8812/8036 8936/8811/8035 9038/8915/8130</w:t>
        <w:br/>
        <w:t>f 9040/8916/8131 8935/8812/8036 9038/8915/8130</w:t>
        <w:br/>
        <w:t>f 9040/8916/8131 9041/8917/8132 8937/8813/8037</w:t>
        <w:br/>
        <w:t>f 8935/8812/8036 9040/8916/8131 8937/8813/8037</w:t>
        <w:br/>
        <w:t>f 9042/8918/8133 9034/8911/8126 9038/8915/8130</w:t>
        <w:br/>
        <w:t>f 9039/8914/8129 9042/8918/8133 9038/8915/8130</w:t>
        <w:br/>
        <w:t>f 8968/8846/8068 9043/8919/8134 9039/8914/8129</w:t>
        <w:br/>
        <w:t>f 8970/8844/8066 8968/8846/8068 9039/8914/8129</w:t>
        <w:br/>
        <w:t>f 9043/8919/8134 9044/8920/8135 9042/8918/8133</w:t>
        <w:br/>
        <w:t>f 9039/8914/8129 9043/8919/8134 9042/8918/8133</w:t>
        <w:br/>
        <w:t>f 9018/8895/8113 9042/8918/8133 9044/8920/8135</w:t>
        <w:br/>
        <w:t>f 9045/8921/8136 9018/8895/8113 9044/8920/8135</w:t>
        <w:br/>
        <w:t>f 9016/8891/8109 9018/8895/8113 9045/8921/8136</w:t>
        <w:br/>
        <w:t>f 9015/8892/8110 9016/8891/8109 9045/8921/8136</w:t>
        <w:br/>
        <w:t>f 9019/8894/8112 9034/8911/8126 9042/8918/8133</w:t>
        <w:br/>
        <w:t>f 9018/8895/8113 9019/8894/8112 9042/8918/8133</w:t>
        <w:br/>
        <w:t>f 9036/8913/8128 9004/8881/8100 9005/8880/8099</w:t>
        <w:br/>
        <w:t>f 9037/8912/8127 9036/8913/8128 9005/8880/8099</w:t>
        <w:br/>
        <w:t>f 9017/8893/8111 9020/8896/8114 9033/8909/8124</w:t>
        <w:br/>
        <w:t>f 9048/8922/8137 9047/8923/8138 9046/8924/8139</w:t>
        <w:br/>
        <w:t>f 9050/8925/8140 9049/8926/8141 9046/8924/8139</w:t>
        <w:br/>
        <w:t>f 9049/8926/8141 9051/8927/8142 9046/8924/8139</w:t>
        <w:br/>
        <w:t>f 9051/8927/8142 9052/8928/8143 9046/8924/8139</w:t>
        <w:br/>
        <w:t>f 9053/8929/8144 9050/8925/8140 9046/8924/8139</w:t>
        <w:br/>
        <w:t>f 9054/8930/8145 9048/8922/8137 9046/8924/8139</w:t>
        <w:br/>
        <w:t>f 9055/8931/8146 9054/8930/8145 9046/8924/8139</w:t>
        <w:br/>
        <w:t>f 9057/8932/8147 9056/8933/8148 9046/8924/8139</w:t>
        <w:br/>
        <w:t>f 9052/8928/8143 9057/8932/8147 9046/8924/8139</w:t>
        <w:br/>
        <w:t>f 9056/8933/8148 9055/8931/8146 9046/8924/8139</w:t>
        <w:br/>
        <w:t>f 9060/8934/8149 9059/8935/8150 9058/8936/8151</w:t>
        <w:br/>
        <w:t>f 9061/8937/8059 9060/8934/8149 9058/8936/8151</w:t>
        <w:br/>
        <w:t>f 9063/8938/8062 9062/8939/8152 9058/8936/8151</w:t>
        <w:br/>
        <w:t>f 9062/8939/8152 9061/8937/8059 9058/8936/8151</w:t>
        <w:br/>
        <w:t>f 9065/8940/8153 9064/8941/8096 9058/8936/8151</w:t>
        <w:br/>
        <w:t>f 9067/8942/8100 9066/8943/8128 9058/8936/8151</w:t>
        <w:br/>
        <w:t>f 9064/8941/8096 9067/8942/8100 9058/8936/8151</w:t>
        <w:br/>
        <w:t>f 9068/8944/8064 9063/8938/8062 9058/8936/8151</w:t>
        <w:br/>
        <w:t>f 9069/8945/8105 9068/8944/8064 9058/8936/8151</w:t>
        <w:br/>
        <w:t>f 9066/8943/8128 9069/8945/8105 9058/8936/8151</w:t>
        <w:br/>
        <w:t>f 9065/8940/8153 9058/8936/8151 9059/8935/8150</w:t>
        <w:br/>
        <w:t>f 9020/8896/8114 9012/8889/8107 9013/8888/8106</w:t>
        <w:br/>
        <w:t>f 9023/8899/8117 9020/8896/8114 9013/8888/8106</w:t>
        <w:br/>
        <w:t>f 9033/8909/8124 9020/8896/8114 9023/8899/8117</w:t>
        <w:br/>
        <w:t>f 9024/8901/8119 9033/8909/8124 9023/8899/8117</w:t>
        <w:br/>
        <w:t>f 9035/8910/8125 9033/8909/8124 9024/8901/8119</w:t>
        <w:br/>
        <w:t>f 9032/8908/8123 9035/8910/8125 9024/8901/8119</w:t>
        <w:br/>
        <w:t>f 9013/8888/8106 8975/8854/8075 9022/8897/8115</w:t>
        <w:br/>
        <w:t>f 9127/8946/8154 9126/8947/8155 9125/8948/8156</w:t>
        <w:br/>
        <w:t>f 9124/8949/8154 9127/8946/8154 9125/8948/8156</w:t>
        <w:br/>
        <w:t>f 9129/8950/8157 9127/8946/8154 9124/8949/8154</w:t>
        <w:br/>
        <w:t>f 9128/8951/8158 9129/8950/8157 9124/8949/8154</w:t>
        <w:br/>
        <w:t>f 9137/8952/8159 9136/8953/8159 9129/8950/8157</w:t>
        <w:br/>
        <w:t>f 9128/8951/8158 9137/8952/8159 9129/8950/8157</w:t>
        <w:br/>
        <w:t>f 9778/8954/8160 9777/8955/8161 9776/8956/8162</w:t>
        <w:br/>
        <w:t>f 9781/8957/8163 9780/8958/8164 9779/8959/8165</w:t>
        <w:br/>
        <w:t>f 9782/8960/8166 9781/8957/8163 9779/8959/8165</w:t>
        <w:br/>
        <w:t>f 9783/8961/8167 9781/8957/8163 9782/8960/8166</w:t>
        <w:br/>
        <w:t>f 9784/8962/8168 9783/8961/8167 9782/8960/8166</w:t>
        <w:br/>
        <w:t>f 9786/8963/8169 9783/8961/8167 9784/8962/8168</w:t>
        <w:br/>
        <w:t>f 9785/8964/8170 9786/8963/8169 9784/8962/8168</w:t>
        <w:br/>
        <w:t>f 9788/8965/8171 9787/8966/8172 9785/8964/8170</w:t>
        <w:br/>
        <w:t>f 9784/8962/8168 9788/8965/8171 9785/8964/8170</w:t>
        <w:br/>
        <w:t>f 9785/8964/8170 9787/8966/8172 9789/8967/8173</w:t>
        <w:br/>
        <w:t>f 9790/8968/8174 9785/8964/8170 9789/8967/8173</w:t>
        <w:br/>
        <w:t>f 9793/8969/8175 9792/8970/8176 9791/8971/8177</w:t>
        <w:br/>
        <w:t>f 9794/8972/8178 9793/8969/8175 9791/8971/8177</w:t>
        <w:br/>
        <w:t>f 9796/8973/8179 9795/8974/8180 9791/8971/8177</w:t>
        <w:br/>
        <w:t>f 9792/8970/8176 9796/8973/8179 9791/8971/8177</w:t>
        <w:br/>
        <w:t>f 9784/8962/8168 9782/8960/8166 9797/8975/8181</w:t>
        <w:br/>
        <w:t>f 9788/8965/8171 9784/8962/8168 9797/8975/8181</w:t>
        <w:br/>
        <w:t>f 9786/8963/8169 9785/8964/8170 9790/8968/8174</w:t>
        <w:br/>
        <w:t>f 9798/8976/8182 9786/8963/8169 9790/8968/8174</w:t>
        <w:br/>
        <w:t>f 9800/8977/8183 9799/8978/8184 9798/8976/8182</w:t>
        <w:br/>
        <w:t>f 9790/8968/8174 9800/8977/8183 9798/8976/8182</w:t>
        <w:br/>
        <w:t>f 9800/8977/8183 9801/8979/8185 9799/8978/8184</w:t>
        <w:br/>
        <w:t>f 9778/8954/8160 9776/8956/8162 9802/8980/8186</w:t>
        <w:br/>
        <w:t>f 9802/8980/8186 9803/8981/8187 9778/8954/8160</w:t>
        <w:br/>
        <w:t>f 9805/8982/8188 9779/8959/8165 9804/8983/8189</w:t>
        <w:br/>
        <w:t>f 9806/8984/8190 9805/8982/8188 9804/8983/8189</w:t>
        <w:br/>
        <w:t>f 9807/8985/8191 9806/8984/8190 9804/8983/8189</w:t>
        <w:br/>
        <w:t>f 9809/8986/8192 9806/8984/8190 9807/8985/8191</w:t>
        <w:br/>
        <w:t>f 9808/8987/8193 9809/8986/8192 9807/8985/8191</w:t>
        <w:br/>
        <w:t>f 9812/8988/8194 9811/8989/8195 9810/8990/8196</w:t>
        <w:br/>
        <w:t>f 9814/8991/8197 9813/8992/8198 9778/8954/8160</w:t>
        <w:br/>
        <w:t>f 9811/8989/8195 9814/8991/8197 9778/8954/8160</w:t>
        <w:br/>
        <w:t>f 9778/8954/8160 9813/8992/8198 9777/8955/8161</w:t>
        <w:br/>
        <w:t>f 9817/8993/8199 9816/8994/8200 9815/8995/8200</w:t>
        <w:br/>
        <w:t>f 9778/8954/8160 9817/8993/8199 9815/8995/8200</w:t>
        <w:br/>
        <w:t>f 9810/8990/8196 9815/8995/8200 9816/8994/8200</w:t>
        <w:br/>
        <w:t>f 9812/8988/8194 9810/8990/8196 9818/8996/8201</w:t>
        <w:br/>
        <w:t>f 9819/8997/8201 9812/8988/8194 9818/8996/8201</w:t>
        <w:br/>
        <w:t>f 9821/8998/8202 9819/8997/8201 9818/8996/8201</w:t>
        <w:br/>
        <w:t>f 9820/8999/8203 9821/8998/8202 9818/8996/8201</w:t>
        <w:br/>
        <w:t>f 9824/9000/8204 9823/9001/8205 9822/9002/8206</w:t>
        <w:br/>
        <w:t>f 9825/9003/8206 9824/9000/8204 9822/9002/8206</w:t>
        <w:br/>
        <w:t>f 9825/9003/8206 9822/9002/8206 9826/9004/8207</w:t>
        <w:br/>
        <w:t>f 9827/9005/8208 9825/9003/8206 9826/9004/8207</w:t>
        <w:br/>
        <w:t>f 9830/9006/8203 9829/9007/8203 9828/9008/8209</w:t>
        <w:br/>
        <w:t>f 9831/9009/8210 9830/9006/8203 9828/9008/8209</w:t>
        <w:br/>
        <w:t>f 9803/8981/8187 9817/8993/8199 9778/8954/8160</w:t>
        <w:br/>
        <w:t>f 9834/9010/8211 9833/9011/8212 9832/9012/8213</w:t>
        <w:br/>
        <w:t>f 9834/9010/8211 9832/9012/8213 9835/9013/8214</w:t>
        <w:br/>
        <w:t>f 9834/9010/8211 9835/9013/8214 9836/9014/8215</w:t>
        <w:br/>
        <w:t>f 9840/9015/8216 9839/9016/8217 9838/9017/8218</w:t>
        <w:br/>
        <w:t>f 9837/9018/8219 9840/9015/8216 9838/9017/8218</w:t>
        <w:br/>
        <w:t>f 9839/9016/8217 9842/9019/8220 9841/9020/8221</w:t>
        <w:br/>
        <w:t>f 9838/9017/8218 9839/9016/8217 9841/9020/8221</w:t>
        <w:br/>
        <w:t>f 9844/9021/8222 9843/9022/8223 9838/9017/8218</w:t>
        <w:br/>
        <w:t>f 9841/9020/8221 9844/9021/8222 9838/9017/8218</w:t>
        <w:br/>
        <w:t>f 9847/9023/8224 9846/9024/8225 9845/9025/8226</w:t>
        <w:br/>
        <w:t>f 9848/9026/8227 9833/9011/8212 9834/9010/8211</w:t>
        <w:br/>
        <w:t>f 9849/9027/8228 9848/9026/8227 9834/9010/8211</w:t>
        <w:br/>
        <w:t>f 9834/9010/8211 9851/9028/8229 9850/9029/8229</w:t>
        <w:br/>
        <w:t>f 9849/9027/8228 9834/9010/8211 9850/9029/8229</w:t>
        <w:br/>
        <w:t>f 9842/9019/8220 9852/9030/8230 9846/9024/8225</w:t>
        <w:br/>
        <w:t>f 9841/9020/8221 9842/9019/8220 9846/9024/8225</w:t>
        <w:br/>
        <w:t>f 9854/9031/8231 9840/9015/8216 9837/9018/8219</w:t>
        <w:br/>
        <w:t>f 9853/9032/8232 9854/9031/8231 9837/9018/8219</w:t>
        <w:br/>
        <w:t>f 9856/9033/8233 9855/9034/8234 9854/9031/8231</w:t>
        <w:br/>
        <w:t>f 9853/9032/8232 9856/9033/8233 9854/9031/8231</w:t>
        <w:br/>
        <w:t>f 9856/9033/8233 9857/9035/8235 9855/9034/8234</w:t>
        <w:br/>
        <w:t>f 9836/9014/8215 9859/9036/8236 9858/9037/8237</w:t>
        <w:br/>
        <w:t>f 9834/9010/8211 9836/9014/8215 9858/9037/8237</w:t>
        <w:br/>
        <w:t>f 9860/9038/8238 9858/9037/8237 9859/9036/8236</w:t>
        <w:br/>
        <w:t>f 9861/9039/8239 9860/9038/8238 9831/9009/8210</w:t>
        <w:br/>
        <w:t>f 9828/9008/8209 9861/9039/8239 9831/9009/8210</w:t>
        <w:br/>
        <w:t>f 9864/9040/8240 9863/9041/8241 9862/9042/8242</w:t>
        <w:br/>
        <w:t>f 9865/9043/8242 9864/9040/8240 9862/9042/8242</w:t>
        <w:br/>
        <w:t>f 9865/9043/8242 9862/9042/8242 9857/9035/8235</w:t>
        <w:br/>
        <w:t>f 9866/9044/8243 9865/9043/8242 9857/9035/8235</w:t>
        <w:br/>
        <w:t>f 9869/9045/8244 9868/9046/8245 9867/9047/8246</w:t>
        <w:br/>
        <w:t>f 9869/9045/8244 9867/9047/8246 9870/9048/8247</w:t>
        <w:br/>
        <w:t>f 9869/9045/8244 9870/9048/8247 9871/9049/8248</w:t>
        <w:br/>
        <w:t>f 9841/9020/8221 9846/9024/8225 9873/9050/8249</w:t>
        <w:br/>
        <w:t>f 9872/9051/8250 9841/9020/8221 9873/9050/8249</w:t>
        <w:br/>
        <w:t>f 9869/9045/8244 9871/9049/8248 9874/9052/8251</w:t>
        <w:br/>
        <w:t>f 9875/9053/8252 9869/9045/8244 9874/9052/8251</w:t>
        <w:br/>
        <w:t>f 9878/9054/8253 9877/9055/8254 9876/9056/8255</w:t>
        <w:br/>
        <w:t>f 9879/9057/8256 9878/9054/8253 9876/9056/8255</w:t>
        <w:br/>
        <w:t>f 9877/9055/8254 9875/9053/8252 9874/9052/8251</w:t>
        <w:br/>
        <w:t>f 9845/9025/8226 9881/9058/8257 9880/9059/8257</w:t>
        <w:br/>
        <w:t>f 9847/9023/8224 9845/9025/8226 9880/9059/8257</w:t>
        <w:br/>
        <w:t>f 9846/9024/8225 9847/9023/8224 9873/9050/8249</w:t>
        <w:br/>
        <w:t>f 9843/9022/8223 9844/9021/8222 9883/9060/8258</w:t>
        <w:br/>
        <w:t>f 9882/9061/8246 9843/9022/8223 9883/9060/8258</w:t>
        <w:br/>
        <w:t>f 9884/9062/8259 9843/9022/8223 9882/9061/8246</w:t>
        <w:br/>
        <w:t>f 9885/9063/8260 9884/9062/8259 9882/9061/8246</w:t>
        <w:br/>
        <w:t>f 9887/9064/8261 9884/9062/8259 9885/9063/8260</w:t>
        <w:br/>
        <w:t>f 9886/9065/8262 9887/9064/8261 9885/9063/8260</w:t>
        <w:br/>
        <w:t>f 9888/9066/8263 9887/9064/8261 9886/9065/8262</w:t>
        <w:br/>
        <w:t>f 9888/9066/8263 9866/9044/8243 9856/9033/8233</w:t>
        <w:br/>
        <w:t>f 9891/9067/8264 9890/9068/8265 9889/9069/8266</w:t>
        <w:br/>
        <w:t>f 9869/9045/8244 9891/9067/8264 9889/9069/8266</w:t>
        <w:br/>
        <w:t>f 9892/9070/8267 9890/9068/8265 9891/9067/8264</w:t>
        <w:br/>
        <w:t>f 9889/9069/8266 9893/9071/8268 9869/9045/8244</w:t>
        <w:br/>
        <w:t>f 9868/9046/8245 9869/9045/8244 9893/9071/8268</w:t>
        <w:br/>
        <w:t>f 9843/9022/8223 9884/9062/8259 9837/9018/8219</w:t>
        <w:br/>
        <w:t>f 9838/9017/8218 9843/9022/8223 9837/9018/8219</w:t>
        <w:br/>
        <w:t>f 9853/9032/8232 9837/9018/8219 9884/9062/8259</w:t>
        <w:br/>
        <w:t>f 9894/9072/8269 9853/9032/8232 9884/9062/8259</w:t>
        <w:br/>
        <w:t>f 9897/9073/8270 9896/9074/8271 9895/9075/8178</w:t>
        <w:br/>
        <w:t>f 9897/9073/8270 9895/9075/8178 9898/9076/8177</w:t>
        <w:br/>
        <w:t>f 9896/9074/8271 9897/9073/8270 9899/9077/8272</w:t>
        <w:br/>
        <w:t>f 9897/9073/8270 9901/9078/8273 9900/9079/8274</w:t>
        <w:br/>
        <w:t>f 9899/9077/8272 9897/9073/8270 9900/9079/8274</w:t>
        <w:br/>
        <w:t>f 9904/9080/8275 9903/9081/8275 9902/9082/8276</w:t>
        <w:br/>
        <w:t>f 9905/9083/8276 9904/9080/8275 9902/9082/8276</w:t>
        <w:br/>
        <w:t>f 9805/8982/8188 9906/9084/8277 9779/8959/8165</w:t>
        <w:br/>
        <w:t>f 9782/8960/8166 9779/8959/8165 9906/9084/8277</w:t>
        <w:br/>
        <w:t>f 9796/8973/8179 9782/8960/8166 9906/9084/8277</w:t>
        <w:br/>
        <w:t>f 9907/9085/8278 9905/9083/8276 9902/9082/8276</w:t>
        <w:br/>
        <w:t>f 9909/9086/8279 9901/9078/8273 9908/9087/8280</w:t>
        <w:br/>
        <w:t>f 9907/9085/8180 9897/9073/8270 9898/9076/8177</w:t>
        <w:br/>
        <w:t>f 9850/9029/8229 9851/9028/8229 9910/9088/8281</w:t>
        <w:br/>
        <w:t>f 9911/9089/8282 9880/9059/8257 9881/9058/8257</w:t>
        <w:br/>
        <w:t>f 9912/9090/8282 9911/9089/8282 9881/9058/8257</w:t>
        <w:br/>
        <w:t>f 9911/9089/8282 9912/9090/8282 9913/9091/8283</w:t>
        <w:br/>
        <w:t>f 9914/9092/8283 9911/9089/8282 9913/9091/8283</w:t>
        <w:br/>
        <w:t>f 9801/8979/8185 9915/9093/8284 9827/9005/8208</w:t>
        <w:br/>
        <w:t>f 9826/9004/8207 9801/8979/8185 9827/9005/8208</w:t>
        <w:br/>
        <w:t>f 9876/9056/8285 9917/9094/8286 9916/9095/8287</w:t>
        <w:br/>
        <w:t>f 9918/9096/8288 9876/9056/8285 9916/9095/8287</w:t>
        <w:br/>
        <w:t>f 9921/9097/8289 9920/9098/8290 9919/9099/8192</w:t>
        <w:br/>
        <w:t>f 9922/9100/8291 9921/9097/8289 9919/9099/8192</w:t>
        <w:br/>
        <w:t>f 9920/9098/8290 9909/9086/8292 9923/9101/8190</w:t>
        <w:br/>
        <w:t>f 9919/9099/8192 9920/9098/8290 9923/9101/8190</w:t>
        <w:br/>
        <w:t>f 9808/8987/8193 9925/9102/8293 9924/9103/8291</w:t>
        <w:br/>
        <w:t>f 9809/8986/8192 9808/8987/8193 9924/9103/8291</w:t>
        <w:br/>
        <w:t>f 9926/9104/8294 9863/9041/8241 9864/9040/8240</w:t>
        <w:br/>
        <w:t>f 9927/9105/8287 9926/9104/8294 9864/9040/8240</w:t>
        <w:br/>
        <w:t>f 9900/9079/8274 9901/9078/8273 9909/9086/8279</w:t>
        <w:br/>
        <w:t>f 9794/8972/8178 9929/9106/8295 9928/9107/8295</w:t>
        <w:br/>
        <w:t>f 9793/8969/8175 9794/8972/8178 9928/9107/8295</w:t>
        <w:br/>
        <w:t>f 9929/9106/8295 9930/9108/8296 9928/9107/8295</w:t>
        <w:br/>
        <w:t>f 9915/9093/8284 9800/8977/8183 9930/9108/8296</w:t>
        <w:br/>
        <w:t>f 9845/9025/8226 9846/9024/8225 9852/9030/8230</w:t>
        <w:br/>
        <w:t>f 9804/8983/8189 9779/8959/8165 9780/8958/8164</w:t>
        <w:br/>
        <w:t>f 9801/8979/8185 9800/8977/8183 9915/9093/8284</w:t>
        <w:br/>
        <w:t>f 9857/9035/8235 9856/9033/8233 9866/9044/8243</w:t>
        <w:br/>
        <w:t>f 9812/8988/8194 9814/8991/8197 9811/8989/8195</w:t>
        <w:br/>
        <w:t>f 9861/9039/8239 9858/9037/8237 9860/9038/8238</w:t>
        <w:br/>
        <w:t>f 9878/9054/8253 9875/9053/8252 9877/9055/8254</w:t>
        <w:br/>
        <w:t>f 9931/9109/8297 9903/9081/8275 9904/9080/8275</w:t>
        <w:br/>
        <w:t>f 9873/9050/8249 9883/9060/8258 9844/9021/8222</w:t>
        <w:br/>
        <w:t>f 9853/9032/8232 9887/9064/8261 9888/9066/8263</w:t>
        <w:br/>
        <w:t>f 9856/9033/8233 9853/9032/8232 9888/9066/8263</w:t>
        <w:br/>
        <w:t>f 9906/9084/8277 9795/8974/8180 9796/8973/8179</w:t>
        <w:br/>
        <w:t>f 9930/9108/8296 9800/8977/8183 9790/8968/8174</w:t>
        <w:br/>
        <w:t>f 9789/8967/8173 9930/9108/8296 9790/8968/8174</w:t>
        <w:br/>
        <w:t>f 10263/9110/8298 10262/9111/8299 10261/9112/8300</w:t>
        <w:br/>
        <w:t>f 10260/9113/8301 10263/9110/8298 10261/9112/8300</w:t>
        <w:br/>
        <w:t>f 10267/9114/8302 10266/9115/8303 10265/9116/8304</w:t>
        <w:br/>
        <w:t>f 10264/9117/8305 10267/9114/8302 10265/9116/8304</w:t>
        <w:br/>
        <w:t>f 10270/9118/8306 10269/9119/8307 10268/9120/8308</w:t>
        <w:br/>
        <w:t>f 10271/9121/8309 10270/9118/8306 10268/9120/8308</w:t>
        <w:br/>
        <w:t>f 10272/9122/8310 10265/9116/8304 10266/9115/8303</w:t>
        <w:br/>
        <w:t>f 10273/9123/8311 10272/9122/8310 10266/9115/8303</w:t>
        <w:br/>
        <w:t>f 10275/9124/8312 10274/9125/8313 10272/9122/8310</w:t>
        <w:br/>
        <w:t>f 10273/9123/8311 10275/9124/8312 10272/9122/8310</w:t>
        <w:br/>
        <w:t>f 10269/9119/8307 10270/9118/8306 10266/9115/8303</w:t>
        <w:br/>
        <w:t>f 10267/9114/8302 10269/9119/8307 10266/9115/8303</w:t>
        <w:br/>
        <w:t>f 10276/9126/8314 10271/9121/8309 10268/9120/8308</w:t>
        <w:br/>
        <w:t>f 10261/9112/8300 10262/9111/8299 10278/9127/8315</w:t>
        <w:br/>
        <w:t>f 10277/9128/8316 10261/9112/8300 10278/9127/8315</w:t>
        <w:br/>
        <w:t>f 10278/9127/8315 10279/9129/8317 10277/9128/8316</w:t>
        <w:br/>
        <w:t>f 10271/9121/8309 10280/9130/8318 10270/9118/8306</w:t>
        <w:br/>
        <w:t>f 10280/9130/8318 10273/9123/8311 10270/9118/8306</w:t>
        <w:br/>
        <w:t>f 10273/9123/8311 10266/9115/8303 10270/9118/8306</w:t>
        <w:br/>
        <w:t>f 10262/9111/8299 10263/9110/8298 10281/9131/8319</w:t>
        <w:br/>
        <w:t>f 10285/9132/8320 10284/9133/8321 10283/9134/8322</w:t>
        <w:br/>
        <w:t>f 10282/9135/8323 10285/9132/8320 10283/9134/8322</w:t>
        <w:br/>
        <w:t>f 10289/9136/8324 10288/9137/8325 10287/9138/8326</w:t>
        <w:br/>
        <w:t>f 10286/9139/8327 10289/9136/8324 10287/9138/8326</w:t>
        <w:br/>
        <w:t>f 10292/9140/8328 10291/9141/8329 10290/9142/8330</w:t>
        <w:br/>
        <w:t>f 10293/9143/8331 10292/9140/8328 10290/9142/8330</w:t>
        <w:br/>
        <w:t>f 10286/9139/8327 10287/9138/8326 10294/9144/8332</w:t>
        <w:br/>
        <w:t>f 10295/9145/8333 10286/9139/8327 10294/9144/8332</w:t>
        <w:br/>
        <w:t>f 10297/9146/8334 10295/9145/8333 10294/9144/8332</w:t>
        <w:br/>
        <w:t>f 10296/9147/8334 10297/9146/8334 10294/9144/8332</w:t>
        <w:br/>
        <w:t>f 10286/9139/8327 10290/9142/8330 10291/9141/8329</w:t>
        <w:br/>
        <w:t>f 10289/9136/8324 10286/9139/8327 10291/9141/8329</w:t>
        <w:br/>
        <w:t>f 10298/9148/8335 10292/9140/8328 10293/9143/8331</w:t>
        <w:br/>
        <w:t>f 10283/9134/8322 10300/9149/8336 10299/9150/8336</w:t>
        <w:br/>
        <w:t>f 10282/9135/8323 10283/9134/8322 10299/9150/8336</w:t>
        <w:br/>
        <w:t>f 10299/9150/8336 10300/9149/8336 10301/9151/8337</w:t>
        <w:br/>
        <w:t>f 10293/9143/8331 10290/9142/8330 10302/9152/8338</w:t>
        <w:br/>
        <w:t>f 10302/9152/8338 10290/9142/8330 10295/9145/8333</w:t>
        <w:br/>
        <w:t>f 10295/9145/8333 10290/9142/8330 10286/9139/8327</w:t>
        <w:br/>
        <w:t>f 10282/9135/8323 10303/9153/8339 10285/9132/8320</w:t>
        <w:br/>
        <w:t>f 10306/9154/8340 10305/9155/8341 10304/9156/8342</w:t>
        <w:br/>
        <w:t>f 10307/9157/8343 10306/9154/8340 10304/9156/8342</w:t>
        <w:br/>
        <w:t>f 10311/9158/8344 10310/9159/8345 10309/9160/8346</w:t>
        <w:br/>
        <w:t>f 10308/9161/8347 10311/9158/8344 10309/9160/8346</w:t>
        <w:br/>
        <w:t>f 10313/9162/8348 10306/9154/8340 10307/9157/8343</w:t>
        <w:br/>
        <w:t>f 10312/9163/8349 10313/9162/8348 10307/9157/8343</w:t>
        <w:br/>
        <w:t>f 10307/9157/8343 10304/9156/8342 10310/9159/8345</w:t>
        <w:br/>
        <w:t>f 10311/9158/8344 10307/9157/8343 10310/9159/8345</w:t>
        <w:br/>
        <w:t>f 10316/9164/8349 10315/9165/8343 10314/9166/8350</w:t>
        <w:br/>
        <w:t>f 10319/9167/8351 10318/9168/8352 10317/9169/8353</w:t>
        <w:br/>
        <w:t>f 10323/9170/8354 10322/9171/8355 10321/9172/8356</w:t>
        <w:br/>
        <w:t>f 10320/9173/8357 10323/9170/8354 10321/9172/8356</w:t>
        <w:br/>
        <w:t>f 10326/9174/8358 10325/9175/8359 10324/9176/8360</w:t>
        <w:br/>
        <w:t>f 10327/9177/8361 10326/9174/8358 10324/9176/8360</w:t>
        <w:br/>
        <w:t>f 10330/9178/8362 10329/9179/8363 10328/9180/8364</w:t>
        <w:br/>
        <w:t>f 10331/9181/8365 10330/9178/8362 10328/9180/8364</w:t>
        <w:br/>
        <w:t>f 10333/9182/8366 10332/9183/8367 10328/9180/8364</w:t>
        <w:br/>
        <w:t>f 10320/9173/8357 10333/9182/8366 10328/9180/8364</w:t>
        <w:br/>
        <w:t>f 10335/9184/8368 10334/9185/8369 10332/9183/8367</w:t>
        <w:br/>
        <w:t>f 10333/9182/8366 10335/9184/8368 10332/9183/8367</w:t>
        <w:br/>
        <w:t>f 10336/9186/8370 10332/9183/8367 10334/9185/8369</w:t>
        <w:br/>
        <w:t>f 10337/9187/8371 10336/9186/8370 10334/9185/8369</w:t>
        <w:br/>
        <w:t>f 10337/9187/8371 10334/9185/8369 10338/9188/8372</w:t>
        <w:br/>
        <w:t>f 10339/9189/8373 10337/9187/8371 10338/9188/8372</w:t>
        <w:br/>
        <w:t>f 10339/9189/8373 10338/9188/8372 10340/9190/8374</w:t>
        <w:br/>
        <w:t>f 10341/9191/8375 10339/9189/8373 10340/9190/8374</w:t>
        <w:br/>
        <w:t>f 10342/9192/8376 10327/9177/8361 10340/9190/8374</w:t>
        <w:br/>
        <w:t>f 10338/9188/8372 10342/9192/8376 10340/9190/8374</w:t>
        <w:br/>
        <w:t>f 10335/9184/8368 10342/9192/8376 10338/9188/8372</w:t>
        <w:br/>
        <w:t>f 10334/9185/8369 10335/9184/8368 10338/9188/8372</w:t>
        <w:br/>
        <w:t>f 10343/9193/8377 10326/9174/8358 10327/9177/8361</w:t>
        <w:br/>
        <w:t>f 10342/9192/8376 10343/9193/8377 10327/9177/8361</w:t>
        <w:br/>
        <w:t>f 10331/9181/8365 10328/9180/8364 10332/9183/8367</w:t>
        <w:br/>
        <w:t>f 10336/9186/8370 10331/9181/8365 10332/9183/8367</w:t>
        <w:br/>
        <w:t>f 10320/9173/8357 10328/9180/8364 10329/9179/8363</w:t>
        <w:br/>
        <w:t>f 10323/9170/8354 10320/9173/8357 10329/9179/8363</w:t>
        <w:br/>
        <w:t>f 10341/9191/8375 10346/9194/8378 10345/9195/8379</w:t>
        <w:br/>
        <w:t>f 10344/9196/8380 10341/9191/8375 10345/9195/8379</w:t>
        <w:br/>
        <w:t>f 10344/9196/8380 10347/9197/8381 10339/9189/8373</w:t>
        <w:br/>
        <w:t>f 10341/9191/8375 10344/9196/8380 10339/9189/8373</w:t>
        <w:br/>
        <w:t>f 10337/9187/8371 10339/9189/8373 10347/9197/8381</w:t>
        <w:br/>
        <w:t>f 10348/9198/8382 10337/9187/8371 10347/9197/8381</w:t>
        <w:br/>
        <w:t>f 10336/9186/8370 10337/9187/8371 10348/9198/8382</w:t>
        <w:br/>
        <w:t>f 10349/9199/8383 10336/9186/8370 10348/9198/8382</w:t>
        <w:br/>
        <w:t>f 10336/9186/8370 10349/9199/8383 10350/9200/8384</w:t>
        <w:br/>
        <w:t>f 10331/9181/8365 10336/9186/8370 10350/9200/8384</w:t>
        <w:br/>
        <w:t>f 10351/9201/8385 10330/9178/8362 10331/9181/8365</w:t>
        <w:br/>
        <w:t>f 10350/9200/8384 10351/9201/8385 10331/9181/8365</w:t>
        <w:br/>
        <w:t>f 10354/9202/8386 10353/9203/8387 10315/9165/8343</w:t>
        <w:br/>
        <w:t>f 10352/9204/8344 10354/9202/8386 10315/9165/8343</w:t>
        <w:br/>
        <w:t>f 10356/9205/8388 10354/9202/8386 10352/9204/8344</w:t>
        <w:br/>
        <w:t>f 10355/9206/8347 10356/9205/8388 10352/9204/8344</w:t>
        <w:br/>
        <w:t>f 10358/9207/8389 10356/9205/8388 10355/9206/8347</w:t>
        <w:br/>
        <w:t>f 10357/9208/8390 10358/9207/8389 10355/9206/8347</w:t>
        <w:br/>
        <w:t>f 10358/9207/8389 10360/9209/8391 10359/9210/8392</w:t>
        <w:br/>
        <w:t>f 10319/9167/8351 10317/9169/8353 10360/9209/8391</w:t>
        <w:br/>
        <w:t>f 10353/9203/8387 10354/9202/8386 10361/9211/8393</w:t>
        <w:br/>
        <w:t>f 10362/9212/8394 10353/9203/8387 10361/9211/8393</w:t>
        <w:br/>
        <w:t>f 10354/9202/8386 10364/9213/8395 10363/9214/8395</w:t>
        <w:br/>
        <w:t>f 10361/9211/8393 10354/9202/8386 10363/9214/8395</w:t>
        <w:br/>
        <w:t>f 10364/9213/8395 10358/9207/8389 10365/9215/8396</w:t>
        <w:br/>
        <w:t>f 10363/9214/8395 10364/9213/8395 10365/9215/8396</w:t>
        <w:br/>
        <w:t>f 10358/9207/8389 10359/9210/8392 10366/9216/8397</w:t>
        <w:br/>
        <w:t>f 10365/9215/8396 10358/9207/8389 10366/9216/8397</w:t>
        <w:br/>
        <w:t>f 10359/9210/8392 10368/9217/8398 10367/9218/8399</w:t>
        <w:br/>
        <w:t>f 10366/9216/8397 10359/9210/8392 10367/9218/8399</w:t>
        <w:br/>
        <w:t>f 10370/9219/8400 10353/9203/8387 10362/9212/8394</w:t>
        <w:br/>
        <w:t>f 10369/9220/8401 10370/9219/8400 10362/9212/8394</w:t>
        <w:br/>
        <w:t>f 10372/9221/8402 10340/9190/8374 10371/9222/8403</w:t>
        <w:br/>
        <w:t>f 10373/9223/8404 10371/9222/8403 10340/9190/8374</w:t>
        <w:br/>
        <w:t>f 10327/9177/8361 10373/9223/8404 10340/9190/8374</w:t>
        <w:br/>
        <w:t>f 10327/9177/8361 10374/9224/8405 10373/9223/8404</w:t>
        <w:br/>
        <w:t>f 10372/9221/8402 10346/9194/8378 10341/9191/8375</w:t>
        <w:br/>
        <w:t>f 10340/9190/8374 10372/9221/8402 10341/9191/8375</w:t>
        <w:br/>
        <w:t>f 10377/9225/8406 10376/9226/8406 10375/9227/8407</w:t>
        <w:br/>
        <w:t>f 10378/9228/8408 10377/9225/8406 10375/9227/8407</w:t>
        <w:br/>
        <w:t>f 10382/9229/8409 10381/9230/8410 10380/9231/8410</w:t>
        <w:br/>
        <w:t>f 10379/9232/8409 10382/9229/8409 10380/9231/8410</w:t>
        <w:br/>
        <w:t>f 10383/9233/8411 10321/9172/8356 10322/9171/8355</w:t>
        <w:br/>
        <w:t>f 10384/9234/8412 10383/9233/8411 10322/9171/8355</w:t>
        <w:br/>
        <w:t>f 10386/9235/8413 10385/9236/8414 10325/9175/8359</w:t>
        <w:br/>
        <w:t>f 10326/9174/8358 10386/9235/8413 10325/9175/8359</w:t>
        <w:br/>
        <w:t>f 10389/9237/8415 10388/9238/8416 10387/9239/8417</w:t>
        <w:br/>
        <w:t>f 10390/9240/8418 10389/9237/8415 10387/9239/8417</w:t>
        <w:br/>
        <w:t>f 10394/9241/8419 10393/9242/8420 10392/9243/8420</w:t>
        <w:br/>
        <w:t>f 10391/9244/8419 10394/9241/8419 10392/9243/8420</w:t>
        <w:br/>
        <w:t>f 10396/9245/8421 10395/9246/8422 10321/9172/8356</w:t>
        <w:br/>
        <w:t>f 10383/9233/8411 10396/9245/8421 10321/9172/8356</w:t>
        <w:br/>
        <w:t>f 10398/9247/8423 10397/9248/8424 10395/9246/8422</w:t>
        <w:br/>
        <w:t>f 10396/9245/8421 10398/9247/8423 10395/9246/8422</w:t>
        <w:br/>
        <w:t>f 10398/9247/8423 10400/9249/8425 10399/9250/8426</w:t>
        <w:br/>
        <w:t>f 10397/9248/8424 10398/9247/8423 10399/9250/8426</w:t>
        <w:br/>
        <w:t>f 10400/9249/8427 10386/9235/8413 10326/9174/8358</w:t>
        <w:br/>
        <w:t>f 10343/9193/8377 10400/9249/8427 10326/9174/8358</w:t>
        <w:br/>
        <w:t>f 10393/9242/8420 10382/9229/8409 10379/9232/8409</w:t>
        <w:br/>
        <w:t>f 10392/9243/8420 10393/9242/8420 10379/9232/8409</w:t>
        <w:br/>
        <w:t>f 10402/9251/8428 10394/9241/8419 10391/9244/8419</w:t>
        <w:br/>
        <w:t>f 10401/9252/8429 10402/9251/8428 10391/9244/8419</w:t>
        <w:br/>
        <w:t>f 10404/9253/8430 10403/9254/8431 10376/9226/8406</w:t>
        <w:br/>
        <w:t>f 10377/9225/8406 10404/9253/8430 10376/9226/8406</w:t>
        <w:br/>
        <w:t>f 10402/9251/8432 10367/9218/8399 10368/9217/8398</w:t>
        <w:br/>
        <w:t>f 10404/9253/8433 10402/9251/8432 10368/9217/8398</w:t>
        <w:br/>
        <w:t>f 10407/9255/8434 10406/9256/8434 10405/9257/8435</w:t>
        <w:br/>
        <w:t>f 10408/9258/8435 10407/9255/8434 10405/9257/8435</w:t>
        <w:br/>
        <w:t>f 10410/9259/8436 10408/9258/8435 10405/9257/8435</w:t>
        <w:br/>
        <w:t>f 10409/9260/8436 10410/9259/8436 10405/9257/8435</w:t>
        <w:br/>
        <w:t>f 10412/9261/8437 10411/9262/8437 10388/9238/8416</w:t>
        <w:br/>
        <w:t>f 10389/9237/8415 10412/9261/8437 10388/9238/8416</w:t>
        <w:br/>
        <w:t>f 10335/9184/8368 10333/9182/8366 10395/9246/8422</w:t>
        <w:br/>
        <w:t>f 10397/9248/8424 10335/9184/8368 10395/9246/8422</w:t>
        <w:br/>
        <w:t>f 10342/9192/8376 10335/9184/8368 10397/9248/8424</w:t>
        <w:br/>
        <w:t>f 10343/9193/8377 10342/9192/8376 10397/9248/8424</w:t>
        <w:br/>
        <w:t>f 10320/9173/8357 10321/9172/8356 10395/9246/8422</w:t>
        <w:br/>
        <w:t>f 10333/9182/8366 10320/9173/8357 10395/9246/8422</w:t>
        <w:br/>
        <w:t>f 10327/9177/8361 10324/9176/8360 10374/9224/8405</w:t>
        <w:br/>
        <w:t>f 10353/9203/8387 10370/9219/8400 10413/9263/8438</w:t>
        <w:br/>
        <w:t>f 10315/9165/8343 10353/9203/8387 10413/9263/8438</w:t>
        <w:br/>
        <w:t>f 10315/9165/8343 10413/9263/8438 10314/9166/8350</w:t>
        <w:br/>
        <w:t>f 10317/9169/8353 10414/9264/8439 10359/9210/8392</w:t>
        <w:br/>
        <w:t>f 10360/9209/8391 10317/9169/8353 10359/9210/8392</w:t>
        <w:br/>
        <w:t>f 10358/9207/8389 10357/9208/8390 10360/9209/8391</w:t>
        <w:br/>
        <w:t>f 10357/9208/8390 10319/9167/8351 10360/9209/8391</w:t>
        <w:br/>
        <w:t>f 10417/9265/8440 10416/9266/8441 10415/9267/8442</w:t>
        <w:br/>
        <w:t>f 10418/9268/8443 10417/9265/8440 10415/9267/8442</w:t>
        <w:br/>
        <w:t>f 10422/9269/8444 10421/9270/8445 10420/9271/8446</w:t>
        <w:br/>
        <w:t>f 10419/9272/8447 10422/9269/8444 10420/9271/8446</w:t>
        <w:br/>
        <w:t>f 10424/9273/8348 10423/9274/8448 10418/9268/8443</w:t>
        <w:br/>
        <w:t>f 10415/9267/8442 10424/9273/8348 10418/9268/8443</w:t>
        <w:br/>
        <w:t>f 10419/9272/8447 10417/9265/8440 10418/9268/8443</w:t>
        <w:br/>
        <w:t>f 10422/9269/8444 10419/9272/8447 10418/9268/8443</w:t>
        <w:br/>
        <w:t>f 10427/9275/8449 10426/9276/8450 10425/9277/8451</w:t>
        <w:br/>
        <w:t>f 10430/9278/8452 10429/9279/8453 10428/9280/8454</w:t>
        <w:br/>
        <w:t>f 10434/9281/8455 10433/9282/8456 10432/9283/8457</w:t>
        <w:br/>
        <w:t>f 10431/9284/8458 10434/9281/8455 10432/9283/8457</w:t>
        <w:br/>
        <w:t>f 10437/9285/8459 10436/9286/8460 10435/9287/8461</w:t>
        <w:br/>
        <w:t>f 10438/9288/8462 10437/9285/8459 10435/9287/8461</w:t>
        <w:br/>
        <w:t>f 10441/9289/8463 10440/9290/8464 10439/9291/8465</w:t>
        <w:br/>
        <w:t>f 10442/9292/8466 10441/9289/8463 10439/9291/8465</w:t>
        <w:br/>
        <w:t>f 10444/9293/8467 10433/9282/8456 10441/9289/8463</w:t>
        <w:br/>
        <w:t>f 10443/9294/8468 10444/9293/8467 10441/9289/8463</w:t>
        <w:br/>
        <w:t>f 10446/9295/8469 10444/9293/8467 10443/9294/8468</w:t>
        <w:br/>
        <w:t>f 10445/9296/8470 10446/9295/8469 10443/9294/8468</w:t>
        <w:br/>
        <w:t>f 10445/9296/8470 10443/9294/8468 10447/9297/8471</w:t>
        <w:br/>
        <w:t>f 10448/9298/8472 10445/9296/8470 10447/9297/8471</w:t>
        <w:br/>
        <w:t>f 10449/9299/8473 10445/9296/8470 10448/9298/8472</w:t>
        <w:br/>
        <w:t>f 10450/9300/8474 10449/9299/8473 10448/9298/8472</w:t>
        <w:br/>
        <w:t>f 10451/9301/8475 10449/9299/8473 10450/9300/8474</w:t>
        <w:br/>
        <w:t>f 10452/9302/8476 10451/9301/8475 10450/9300/8474</w:t>
        <w:br/>
        <w:t>f 10451/9301/8475 10438/9288/8462 10453/9303/8477</w:t>
        <w:br/>
        <w:t>f 10449/9299/8473 10451/9301/8475 10453/9303/8477</w:t>
        <w:br/>
        <w:t>f 10449/9299/8473 10453/9303/8477 10446/9295/8469</w:t>
        <w:br/>
        <w:t>f 10445/9296/8470 10449/9299/8473 10446/9295/8469</w:t>
        <w:br/>
        <w:t>f 10438/9288/8462 10435/9287/8461 10454/9304/8478</w:t>
        <w:br/>
        <w:t>f 10453/9303/8477 10438/9288/8462 10454/9304/8478</w:t>
        <w:br/>
        <w:t>f 10443/9294/8468 10441/9289/8463 10442/9292/8466</w:t>
        <w:br/>
        <w:t>f 10447/9297/8471 10443/9294/8468 10442/9292/8466</w:t>
        <w:br/>
        <w:t>f 10440/9290/8464 10441/9289/8463 10433/9282/8456</w:t>
        <w:br/>
        <w:t>f 10434/9281/8455 10440/9290/8464 10433/9282/8456</w:t>
        <w:br/>
        <w:t>f 10452/9302/8476 10457/9305/8479 10456/9306/8480</w:t>
        <w:br/>
        <w:t>f 10455/9307/8481 10452/9302/8476 10456/9306/8480</w:t>
        <w:br/>
        <w:t>f 10450/9300/8474 10458/9308/8482 10457/9305/8479</w:t>
        <w:br/>
        <w:t>f 10452/9302/8476 10450/9300/8474 10457/9305/8479</w:t>
        <w:br/>
        <w:t>f 10448/9298/8472 10459/9309/8483 10458/9308/8482</w:t>
        <w:br/>
        <w:t>f 10450/9300/8474 10448/9298/8472 10458/9308/8482</w:t>
        <w:br/>
        <w:t>f 10447/9297/8471 10460/9310/8484 10459/9309/8483</w:t>
        <w:br/>
        <w:t>f 10448/9298/8472 10447/9297/8471 10459/9309/8483</w:t>
        <w:br/>
        <w:t>f 10461/9311/8485 10460/9310/8484 10447/9297/8471</w:t>
        <w:br/>
        <w:t>f 10442/9292/8466 10461/9311/8485 10447/9297/8471</w:t>
        <w:br/>
        <w:t>f 10462/9312/8486 10461/9311/8485 10442/9292/8466</w:t>
        <w:br/>
        <w:t>f 10439/9291/8465 10462/9312/8486 10442/9292/8466</w:t>
        <w:br/>
        <w:t>f 10465/9313/8487 10464/9314/8444 10425/9277/8451</w:t>
        <w:br/>
        <w:t>f 10463/9315/8488 10465/9313/8487 10425/9277/8451</w:t>
        <w:br/>
        <w:t>f 10467/9316/8489 10466/9317/8490 10464/9314/8444</w:t>
        <w:br/>
        <w:t>f 10465/9313/8487 10467/9316/8489 10464/9314/8444</w:t>
        <w:br/>
        <w:t>f 10469/9318/8491 10468/9319/8492 10466/9317/8490</w:t>
        <w:br/>
        <w:t>f 10467/9316/8489 10469/9318/8491 10466/9317/8490</w:t>
        <w:br/>
        <w:t>f 10469/9318/8491 10471/9320/8493 10470/9321/8494</w:t>
        <w:br/>
        <w:t>f 10430/9278/8452 10470/9321/8494 10429/9279/8453</w:t>
        <w:br/>
        <w:t>f 10472/9322/8495 10465/9313/8487 10463/9315/8488</w:t>
        <w:br/>
        <w:t>f 10473/9323/8496 10472/9322/8495 10463/9315/8488</w:t>
        <w:br/>
        <w:t>f 10465/9313/8487 10472/9322/8495 10475/9324/8497</w:t>
        <w:br/>
        <w:t>f 10474/9325/8497 10465/9313/8487 10475/9324/8497</w:t>
        <w:br/>
        <w:t>f 10474/9325/8497 10475/9324/8497 10476/9326/8498</w:t>
        <w:br/>
        <w:t>f 10469/9318/8491 10474/9325/8497 10476/9326/8498</w:t>
        <w:br/>
        <w:t>f 10477/9327/8499 10471/9320/8493 10469/9318/8491</w:t>
        <w:br/>
        <w:t>f 10476/9326/8498 10477/9327/8499 10469/9318/8491</w:t>
        <w:br/>
        <w:t>f 10471/9320/8493 10477/9327/8499 10479/9328/8500</w:t>
        <w:br/>
        <w:t>f 10478/9329/8501 10471/9320/8493 10479/9328/8500</w:t>
        <w:br/>
        <w:t>f 10481/9330/8400 10480/9331/8502 10473/9323/8496</w:t>
        <w:br/>
        <w:t>f 10463/9315/8488 10481/9330/8400 10473/9323/8496</w:t>
        <w:br/>
        <w:t>f 10483/9332/8402 10482/9333/8503 10451/9301/8475</w:t>
        <w:br/>
        <w:t>f 10484/9334/8504 10438/9288/8462 10451/9301/8475</w:t>
        <w:br/>
        <w:t>f 10482/9333/8503 10484/9334/8504 10451/9301/8475</w:t>
        <w:br/>
        <w:t>f 10438/9288/8462 10484/9334/8504 10485/9335/8405</w:t>
        <w:br/>
        <w:t>f 10483/9332/8402 10451/9301/8475 10452/9302/8476</w:t>
        <w:br/>
        <w:t>f 10455/9307/8481 10483/9332/8402 10452/9302/8476</w:t>
        <w:br/>
        <w:t>f 10488/9336/8505 10487/9337/8506 10486/9338/8506</w:t>
        <w:br/>
        <w:t>f 10489/9339/8505 10488/9336/8505 10486/9338/8506</w:t>
        <w:br/>
        <w:t>f 10493/9340/8507 10492/9341/8507 10491/9342/8508</w:t>
        <w:br/>
        <w:t>f 10490/9343/8508 10493/9340/8507 10491/9342/8508</w:t>
        <w:br/>
        <w:t>f 10431/9284/8458 10432/9283/8457 10494/9344/8509</w:t>
        <w:br/>
        <w:t>f 10495/9345/8510 10431/9284/8458 10494/9344/8509</w:t>
        <w:br/>
        <w:t>f 10497/9346/8511 10435/9287/8461 10436/9286/8460</w:t>
        <w:br/>
        <w:t>f 10496/9347/8512 10497/9346/8511 10436/9286/8460</w:t>
        <w:br/>
        <w:t>f 10500/9348/8513 10499/9349/8514 10498/9350/8514</w:t>
        <w:br/>
        <w:t>f 10501/9351/8515 10500/9348/8513 10498/9350/8514</w:t>
        <w:br/>
        <w:t>f 10505/9352/8516 10504/9353/8516 10503/9354/8517</w:t>
        <w:br/>
        <w:t>f 10502/9355/8517 10505/9352/8516 10503/9354/8517</w:t>
        <w:br/>
        <w:t>f 10432/9283/8457 10507/9356/8518 10506/9357/8519</w:t>
        <w:br/>
        <w:t>f 10494/9344/8509 10432/9283/8457 10506/9357/8519</w:t>
        <w:br/>
        <w:t>f 10507/9356/8518 10509/9358/8520 10508/9359/8521</w:t>
        <w:br/>
        <w:t>f 10506/9357/8519 10507/9356/8518 10508/9359/8521</w:t>
        <w:br/>
        <w:t>f 10508/9359/8521 10509/9358/8520 10511/9360/8522</w:t>
        <w:br/>
        <w:t>f 10510/9361/8523 10508/9359/8521 10511/9360/8522</w:t>
        <w:br/>
        <w:t>f 10510/9361/8524 10454/9304/8478 10435/9287/8461</w:t>
        <w:br/>
        <w:t>f 10497/9346/8511 10510/9361/8524 10435/9287/8461</w:t>
        <w:br/>
        <w:t>f 10502/9355/8517 10503/9354/8517 10492/9341/8507</w:t>
        <w:br/>
        <w:t>f 10493/9340/8507 10502/9355/8517 10492/9341/8507</w:t>
        <w:br/>
        <w:t>f 10513/9362/8525 10512/9363/8526 10504/9353/8516</w:t>
        <w:br/>
        <w:t>f 10505/9352/8516 10513/9362/8525 10504/9353/8516</w:t>
        <w:br/>
        <w:t>f 10487/9337/8506 10515/9364/8527 10514/9365/8528</w:t>
        <w:br/>
        <w:t>f 10486/9338/8506 10487/9337/8506 10514/9365/8528</w:t>
        <w:br/>
        <w:t>f 10478/9329/8501 10479/9328/8500 10513/9362/8529</w:t>
        <w:br/>
        <w:t>f 10514/9365/8530 10478/9329/8501 10513/9362/8529</w:t>
        <w:br/>
        <w:t>f 10518/9366/8531 10517/9367/8532 10516/9368/8532</w:t>
        <w:br/>
        <w:t>f 10519/9369/8531 10518/9366/8531 10516/9368/8532</w:t>
        <w:br/>
        <w:t>f 10520/9370/8533 10484/9334/8504 10518/9366/8531</w:t>
        <w:br/>
        <w:t>f 10519/9369/8531 10520/9370/8533 10518/9366/8531</w:t>
        <w:br/>
        <w:t>f 10499/9349/8514 10522/9371/8534 10521/9372/8535</w:t>
        <w:br/>
        <w:t>f 10498/9350/8514 10499/9349/8514 10521/9372/8535</w:t>
        <w:br/>
        <w:t>f 10446/9295/8469 10509/9358/8520 10507/9356/8518</w:t>
        <w:br/>
        <w:t>f 10444/9293/8467 10446/9295/8469 10507/9356/8518</w:t>
        <w:br/>
        <w:t>f 10453/9303/8477 10454/9304/8478 10509/9358/8520</w:t>
        <w:br/>
        <w:t>f 10446/9295/8469 10453/9303/8477 10509/9358/8520</w:t>
        <w:br/>
        <w:t>f 10507/9356/8518 10432/9283/8457 10433/9282/8456</w:t>
        <w:br/>
        <w:t>f 10444/9293/8467 10507/9356/8518 10433/9282/8456</w:t>
        <w:br/>
        <w:t>f 10438/9288/8462 10485/9335/8405 10437/9285/8459</w:t>
        <w:br/>
        <w:t>f 10463/9315/8488 10425/9277/8451 10523/9373/8536</w:t>
        <w:br/>
        <w:t>f 10481/9330/8400 10463/9315/8488 10523/9373/8536</w:t>
        <w:br/>
        <w:t>f 10425/9277/8451 10426/9276/8450 10523/9373/8536</w:t>
        <w:br/>
        <w:t>f 10429/9279/8453 10470/9321/8494 10471/9320/8493</w:t>
        <w:br/>
        <w:t>f 10524/9374/8537 10429/9279/8453 10471/9320/8493</w:t>
        <w:br/>
        <w:t>f 10469/9318/8491 10470/9321/8494 10468/9319/8492</w:t>
        <w:br/>
        <w:t>f 10468/9319/8492 10470/9321/8494 10430/9278/8452</w:t>
        <w:br/>
        <w:t>f 10652/9375/8538 10651/9376/8539 10650/9377/8540</w:t>
        <w:br/>
        <w:t>f 10649/9378/8541 10652/9375/8538 10650/9377/8540</w:t>
        <w:br/>
        <w:t>f 10655/9379/8542 10654/9380/8543 10653/9381/8544</w:t>
        <w:br/>
        <w:t>f 10658/9382/8545 10657/9383/8546 10656/9384/8547</w:t>
        <w:br/>
        <w:t>f 10661/9385/8548 10660/9386/8549 10659/9387/8550</w:t>
        <w:br/>
        <w:t>f 10660/9386/8549 10662/9388/8551 10659/9387/8550</w:t>
        <w:br/>
        <w:t>f 10665/9389/8552 10664/9390/8553 10663/9391/8554</w:t>
        <w:br/>
        <w:t>f 10667/9392/8555 10664/9390/8553 10666/9393/8556</w:t>
        <w:br/>
        <w:t>f 10668/9394/8557 10667/9392/8555 10666/9393/8556</w:t>
        <w:br/>
        <w:t>f 10669/9395/8558 10668/9394/8557 10666/9393/8556</w:t>
        <w:br/>
        <w:t>f 10683/9396/8559 10682/9397/8560 10681/9398/8561</w:t>
        <w:br/>
        <w:t>f 10651/9376/8539 10688/9399/8562 10650/9377/8540</w:t>
        <w:br/>
        <w:t>f 10691/9400/8563 10690/9401/8564 10689/9402/8565</w:t>
        <w:br/>
        <w:t>f 10688/9399/8562 10691/9400/8563 10689/9402/8565</w:t>
        <w:br/>
        <w:t>f 10691/9400/8563 10657/9383/8546 10693/9403/8566</w:t>
        <w:br/>
        <w:t>f 10692/9404/8567 10691/9400/8563 10693/9403/8566</w:t>
        <w:br/>
        <w:t>f 10696/9405/8568 10695/9406/8569 10694/9407/8570</w:t>
        <w:br/>
        <w:t>f 10697/9408/8571 10696/9405/8568 10694/9407/8570</w:t>
        <w:br/>
        <w:t>f 10696/9405/8568 10699/9409/8572 10698/9410/8573</w:t>
        <w:br/>
        <w:t>f 10700/9411/8574 10696/9405/8568 10698/9410/8573</w:t>
        <w:br/>
        <w:t>f 10692/9404/8567 10701/9412/8575 10690/9401/8564</w:t>
        <w:br/>
        <w:t>f 10691/9400/8563 10692/9404/8567 10690/9401/8564</w:t>
        <w:br/>
        <w:t>f 10694/9407/8570 10703/9413/8576 10702/9414/8577</w:t>
        <w:br/>
        <w:t>f 10704/9415/8578 10694/9407/8570 10702/9414/8577</w:t>
        <w:br/>
        <w:t>f 10695/9406/8569 10705/9416/8579 10703/9413/8576</w:t>
        <w:br/>
        <w:t>f 10694/9407/8570 10695/9406/8569 10703/9413/8576</w:t>
        <w:br/>
        <w:t>f 10703/9413/8576 10707/9417/8580 10706/9418/8581</w:t>
        <w:br/>
        <w:t>f 10702/9414/8577 10703/9413/8576 10706/9418/8581</w:t>
        <w:br/>
        <w:t>f 10709/9419/8582 10708/9420/8583 10661/9385/8548</w:t>
        <w:br/>
        <w:t>f 10655/9379/8542 10709/9419/8582 10661/9385/8548</w:t>
        <w:br/>
        <w:t>f 10720/9421/8584 10719/9422/8585 10718/9423/8586</w:t>
        <w:br/>
        <w:t>f 10708/9420/8583 10720/9421/8584 10718/9423/8586</w:t>
        <w:br/>
        <w:t>f 10722/9424/8575 10721/9425/8587 10702/9414/8577</w:t>
        <w:br/>
        <w:t>f 10706/9418/8581 10722/9424/8575 10702/9414/8577</w:t>
        <w:br/>
        <w:t>f 10721/9425/8587 10723/9426/8588 10704/9415/8578</w:t>
        <w:br/>
        <w:t>f 10702/9414/8577 10721/9425/8587 10704/9415/8578</w:t>
        <w:br/>
        <w:t>f 10665/9389/8552 10725/9427/8589 10724/9428/8551</w:t>
        <w:br/>
        <w:t>f 10728/9429/8590 10727/9430/8591 10726/9431/8592</w:t>
        <w:br/>
        <w:t>f 10729/9432/8593 10728/9429/8590 10726/9431/8592</w:t>
        <w:br/>
        <w:t>f 10719/9422/8585 10720/9421/8584 10730/9433/8594</w:t>
        <w:br/>
        <w:t>f 10731/9434/8595 10719/9422/8585 10730/9433/8594</w:t>
        <w:br/>
        <w:t>f 10733/9435/8596 10719/9422/8585 10731/9434/8595</w:t>
        <w:br/>
        <w:t>f 10732/9436/8597 10733/9435/8596 10731/9434/8595</w:t>
        <w:br/>
        <w:t>f 10653/9381/8544 10651/9376/8539 10652/9375/8538</w:t>
        <w:br/>
        <w:t>f 10745/9437/8598 10744/9438/8599 10743/9439/8600</w:t>
        <w:br/>
        <w:t>f 10742/9440/8601 10745/9437/8598 10743/9439/8600</w:t>
        <w:br/>
        <w:t>f 10744/9438/8599 10745/9437/8598 10747/9441/8602</w:t>
        <w:br/>
        <w:t>f 10746/9442/8603 10744/9438/8599 10747/9441/8602</w:t>
        <w:br/>
        <w:t>f 10750/9443/8604 10749/9444/8605 10748/9445/8606</w:t>
        <w:br/>
        <w:t>f 10751/9446/8607 10750/9443/8604 10748/9445/8606</w:t>
        <w:br/>
        <w:t>f 10746/9442/8603 10747/9441/8602 10752/9447/8608</w:t>
        <w:br/>
        <w:t>f 10756/9448/8609 10755/9449/8610 10754/9450/8611</w:t>
        <w:br/>
        <w:t>f 10753/9451/8612 10756/9448/8609 10754/9450/8611</w:t>
        <w:br/>
        <w:t>f 10759/9452/8613 10758/9453/8614 10757/9454/8615</w:t>
        <w:br/>
        <w:t>f 10762/9455/8616 10761/9456/8617 10760/9457/8618</w:t>
        <w:br/>
        <w:t>f 10763/9458/8619 10762/9455/8616 10760/9457/8618</w:t>
        <w:br/>
        <w:t>f 10765/9459/8620 10764/9460/8621 10760/9457/8618</w:t>
        <w:br/>
        <w:t>f 10761/9456/8617 10765/9459/8620 10760/9457/8618</w:t>
        <w:br/>
        <w:t>f 10768/9461/8622 10767/9462/8623 10766/9463/8624</w:t>
        <w:br/>
        <w:t>f 10771/9464/8625 10770/9465/8626 10769/9466/8627</w:t>
        <w:br/>
        <w:t>f 10766/9463/8624 10771/9464/8625 10769/9466/8627</w:t>
        <w:br/>
        <w:t>f 10775/9467/8628 10774/9468/8629 10773/9469/8630</w:t>
        <w:br/>
        <w:t>f 10772/9470/8631 10775/9467/8628 10773/9469/8630</w:t>
        <w:br/>
        <w:t>f 10778/9471/8632 10777/9472/8633 10776/9473/8634</w:t>
        <w:br/>
        <w:t>f 10779/9474/8635 10778/9471/8632 10776/9473/8634</w:t>
        <w:br/>
        <w:t>f 10781/9475/8636 10780/9476/8637 10742/9440/8601</w:t>
        <w:br/>
        <w:t>f 10743/9439/8600 10781/9475/8636 10742/9440/8601</w:t>
        <w:br/>
        <w:t>f 10783/9477/8638 10782/9478/8639 10780/9476/8637</w:t>
        <w:br/>
        <w:t>f 10781/9475/8636 10783/9477/8638 10780/9476/8637</w:t>
        <w:br/>
        <w:t>f 10787/9479/8640 10786/9480/8641 10785/9481/8642</w:t>
        <w:br/>
        <w:t>f 10784/9482/8643 10787/9479/8640 10785/9481/8642</w:t>
        <w:br/>
        <w:t>f 10790/9483/8644 10789/9484/8645 10788/9485/8646</w:t>
        <w:br/>
        <w:t>f 10791/9486/8647 10790/9483/8644 10788/9485/8646</w:t>
        <w:br/>
        <w:t>f 10794/9487/8648 10793/9488/8649 10792/9489/8650</w:t>
        <w:br/>
        <w:t>f 10795/9490/8651 10794/9487/8648 10792/9489/8650</w:t>
        <w:br/>
        <w:t>f 10793/9488/8649 10798/9491/8652 10797/9492/8653</w:t>
        <w:br/>
        <w:t>f 10796/9493/8654 10793/9488/8649 10797/9492/8653</w:t>
        <w:br/>
        <w:t>f 10801/9494/8655 10800/9495/8656 10799/9496/8657</w:t>
        <w:br/>
        <w:t>f 10802/9497/8658 10801/9494/8655 10799/9496/8657</w:t>
        <w:br/>
        <w:t>f 10805/9498/8659 10804/9499/8660 10803/9500/8661</w:t>
        <w:br/>
        <w:t>f 10806/9501/8662 10805/9498/8659 10803/9500/8661</w:t>
        <w:br/>
        <w:t>f 10809/9502/8663 10808/9503/8664 10807/9504/8665</w:t>
        <w:br/>
        <w:t>f 10810/9505/8666 10809/9502/8663 10807/9504/8665</w:t>
        <w:br/>
        <w:t>f 10809/9502/8663 10810/9505/8666 10812/9506/8667</w:t>
        <w:br/>
        <w:t>f 10811/9507/8668 10809/9502/8663 10812/9506/8667</w:t>
        <w:br/>
        <w:t>f 10813/9508/8669 10807/9504/8665 10808/9503/8664</w:t>
        <w:br/>
        <w:t>f 10814/9509/8670 10813/9508/8669 10808/9503/8664</w:t>
        <w:br/>
        <w:t>f 10814/9509/8670 10816/9510/8671 10815/9511/8672</w:t>
        <w:br/>
        <w:t>f 10813/9508/8669 10814/9509/8670 10815/9511/8672</w:t>
        <w:br/>
        <w:t>f 10799/9496/8657 10800/9495/8656 10817/9512/8673</w:t>
        <w:br/>
        <w:t>f 10820/9513/8556 10758/9453/8614 10819/9514/8674</w:t>
        <w:br/>
        <w:t>f 10818/9515/8675 10820/9513/8556 10819/9514/8674</w:t>
        <w:br/>
        <w:t>f 10801/9494/8655 10802/9497/8658 10821/9516/8676</w:t>
        <w:br/>
        <w:t>f 10754/9450/8611 10822/9517/8677 10821/9516/8676</w:t>
        <w:br/>
        <w:t>f 10802/9497/8658 10754/9450/8611 10821/9516/8676</w:t>
        <w:br/>
        <w:t>f 10755/9449/8610 10823/9518/8678 10822/9517/8677</w:t>
        <w:br/>
        <w:t>f 10754/9450/8611 10755/9449/8610 10822/9517/8677</w:t>
        <w:br/>
        <w:t>f 10825/9519/8679 10824/9520/8680 10755/9449/8610</w:t>
        <w:br/>
        <w:t>f 10756/9448/8609 10825/9519/8679 10755/9449/8610</w:t>
        <w:br/>
        <w:t>f 10828/9521/8681 10827/9522/8682 10826/9523/8683</w:t>
        <w:br/>
        <w:t>f 10829/9524/8683 10828/9521/8681 10826/9523/8683</w:t>
        <w:br/>
        <w:t>f 10827/9522/8682 10828/9521/8681 10795/9490/8651</w:t>
        <w:br/>
        <w:t>f 10792/9489/8650 10827/9522/8682 10795/9490/8651</w:t>
        <w:br/>
        <w:t>f 10830/9525/8684 10827/9522/8682 10792/9489/8650</w:t>
        <w:br/>
        <w:t>f 10831/9526/8685 10830/9525/8684 10792/9489/8650</w:t>
        <w:br/>
        <w:t>f 10827/9522/8682 10830/9525/8684 10832/9527/8686</w:t>
        <w:br/>
        <w:t>f 10833/9528/8686 10827/9522/8682 10832/9527/8686</w:t>
        <w:br/>
        <w:t>f 10793/9488/8649 10796/9493/8654 10831/9526/8685</w:t>
        <w:br/>
        <w:t>f 10792/9489/8650 10793/9488/8649 10831/9526/8685</w:t>
        <w:br/>
        <w:t>f 10793/9488/8649 10794/9487/8648 10834/9529/8687</w:t>
        <w:br/>
        <w:t>f 10798/9491/8652 10793/9488/8649 10834/9529/8687</w:t>
        <w:br/>
        <w:t>f 10834/9529/8687 10794/9487/8648 10836/9530/8688</w:t>
        <w:br/>
        <w:t>f 10835/9531/8689 10834/9529/8687 10836/9530/8688</w:t>
        <w:br/>
        <w:t>f 10839/9532/8690 10784/9482/8643 10838/9533/8691</w:t>
        <w:br/>
        <w:t>f 10837/9534/8692 10839/9532/8690 10838/9533/8691</w:t>
        <w:br/>
        <w:t>f 10841/9535/8693 10840/9536/8694 10761/9456/8617</w:t>
        <w:br/>
        <w:t>f 10762/9455/8616 10841/9535/8693 10761/9456/8617</w:t>
        <w:br/>
        <w:t>f 10840/9536/8694 10842/9537/8695 10765/9459/8620</w:t>
        <w:br/>
        <w:t>f 10761/9456/8617 10840/9536/8694 10765/9459/8620</w:t>
        <w:br/>
        <w:t>f 10767/9462/8623 10768/9461/8622 10843/9538/8696</w:t>
        <w:br/>
        <w:t>f 10844/9539/8697 10767/9462/8623 10843/9538/8696</w:t>
        <w:br/>
        <w:t>f 10754/9450/8611 10802/9497/8658 10845/9540/8698</w:t>
        <w:br/>
        <w:t>f 10753/9451/8612 10754/9450/8611 10845/9540/8698</w:t>
        <w:br/>
        <w:t>f 10847/9541/8699 10779/9474/8635 10846/9542/8700</w:t>
        <w:br/>
        <w:t>f 10848/9543/8701 10847/9541/8699 10846/9542/8700</w:t>
        <w:br/>
        <w:t>f 10850/9544/8702 10849/9545/8703 10786/9480/8641</w:t>
        <w:br/>
        <w:t>f 10787/9479/8640 10850/9544/8702 10786/9480/8641</w:t>
        <w:br/>
        <w:t>f 10838/9533/8691 10851/9546/8704 10841/9535/8693</w:t>
        <w:br/>
        <w:t>f 10762/9455/8616 10838/9533/8691 10841/9535/8693</w:t>
        <w:br/>
        <w:t>f 10837/9534/8692 10838/9533/8691 10762/9455/8616</w:t>
        <w:br/>
        <w:t>f 10763/9458/8619 10837/9534/8692 10762/9455/8616</w:t>
        <w:br/>
        <w:t>f 10865/9547/8705 10864/9548/8706 10863/9549/8707</w:t>
        <w:br/>
        <w:t>f 10862/9550/8708 10865/9547/8705 10863/9549/8707</w:t>
        <w:br/>
        <w:t>f 10864/9548/8706 10865/9547/8705 10871/9551/8709</w:t>
        <w:br/>
        <w:t>f 10870/9552/8710 10864/9548/8706 10871/9551/8709</w:t>
        <w:br/>
        <w:t>f 10886/9553/8711 10885/9554/8712 10884/9555/8713</w:t>
        <w:br/>
        <w:t>f 10883/9556/8714 10886/9553/8711 10884/9555/8713</w:t>
        <w:br/>
        <w:t>f 10688/9399/8562 10651/9376/8539 10653/9381/8544</w:t>
        <w:br/>
        <w:t>f 10654/9380/8543 10688/9399/8562 10653/9381/8544</w:t>
        <w:br/>
        <w:t>f 10691/9400/8563 10688/9399/8562 10656/9384/8547</w:t>
        <w:br/>
        <w:t>f 10889/9557/8715 10888/9558/8716 10887/9559/8717</w:t>
        <w:br/>
        <w:t>f 10890/9560/8718 10889/9557/8715 10887/9559/8717</w:t>
        <w:br/>
        <w:t>f 10893/9561/8719 10892/9562/8720 10891/9563/8721</w:t>
        <w:br/>
        <w:t>f 10896/9564/8722 10895/9565/8723 10894/9566/8724</w:t>
        <w:br/>
        <w:t>f 10900/9567/8725 10899/9568/8726 10898/9569/8727</w:t>
        <w:br/>
        <w:t>f 10897/9570/8728 10900/9567/8725 10898/9569/8727</w:t>
        <w:br/>
        <w:t>f 10903/9571/8729 10902/9572/8730 10901/9573/8731</w:t>
        <w:br/>
        <w:t>f 10906/9574/8732 10905/9575/8733 10904/9576/8734</w:t>
        <w:br/>
        <w:t>f 10907/9577/8735 10906/9574/8732 10904/9576/8734</w:t>
        <w:br/>
        <w:t>f 10907/9577/8735 10904/9576/8734 10888/9558/8716</w:t>
        <w:br/>
        <w:t>f 10889/9557/8715 10907/9577/8735 10888/9558/8716</w:t>
        <w:br/>
        <w:t>f 10910/9578/8736 10909/9579/8737 10908/9580/8738</w:t>
        <w:br/>
        <w:t>f 10913/9581/8739 10892/9562/8720 10912/9582/8740</w:t>
        <w:br/>
        <w:t>f 10911/9583/8741 10913/9581/8739 10912/9582/8740</w:t>
        <w:br/>
        <w:t>f 10916/9584/8742 10915/9585/8743 10914/9586/8744</w:t>
        <w:br/>
        <w:t>f 10915/9585/8743 10916/9584/8742 10918/9587/8745</w:t>
        <w:br/>
        <w:t>f 10917/9588/8746 10915/9585/8743 10918/9587/8745</w:t>
        <w:br/>
        <w:t>f 10919/9589/8747 10896/9564/8722 10894/9566/8724</w:t>
        <w:br/>
        <w:t>f 10920/9590/8748 10919/9589/8747 10894/9566/8724</w:t>
        <w:br/>
        <w:t>f 10913/9581/8739 10891/9563/8721 10892/9562/8720</w:t>
        <w:br/>
        <w:t>f 10926/9591/8749 10925/9592/8750 10911/9583/8741</w:t>
        <w:br/>
        <w:t>f 10920/9590/8748 10925/9592/8750 10927/9593/8751</w:t>
        <w:br/>
        <w:t>f 10919/9589/8747 10920/9590/8748 10927/9593/8751</w:t>
        <w:br/>
        <w:t>f 10911/9583/8741 10925/9592/8750 10920/9590/8748</w:t>
        <w:br/>
        <w:t>f 10913/9581/8739 10911/9583/8741 10920/9590/8748</w:t>
        <w:br/>
        <w:t>f 10919/9589/8747 10928/9594/8752 10896/9564/8722</w:t>
        <w:br/>
        <w:t>f 10914/9586/8744 10926/9591/8749 10929/9595/8753</w:t>
        <w:br/>
        <w:t>f 10926/9591/8749 10915/9585/8743 10930/9596/8754</w:t>
        <w:br/>
        <w:t>f 10932/9597/8755 10931/9598/8756 10751/9446/8607</w:t>
        <w:br/>
        <w:t>f 10748/9445/8606 10932/9597/8755 10751/9446/8607</w:t>
        <w:br/>
        <w:t>f 10934/9599/8757 10907/9577/8735 10889/9557/8715</w:t>
        <w:br/>
        <w:t>f 10933/9600/8758 10934/9599/8757 10889/9557/8715</w:t>
        <w:br/>
        <w:t>f 10907/9577/8735 10934/9599/8757 10932/9597/8755</w:t>
        <w:br/>
        <w:t>f 10906/9574/8732 10907/9577/8735 10932/9597/8755</w:t>
        <w:br/>
        <w:t>f 10890/9560/8718 10887/9559/8717 10935/9601/8759</w:t>
        <w:br/>
        <w:t>f 10917/9588/8746 10890/9560/8718 10935/9601/8759</w:t>
        <w:br/>
        <w:t>f 10937/9602/8760 10936/9603/8761 10897/9570/8728</w:t>
        <w:br/>
        <w:t>f 10898/9569/8727 10937/9602/8760 10897/9570/8728</w:t>
        <w:br/>
        <w:t>f 10940/9604/8762 10939/9605/8763 10938/9606/8764</w:t>
        <w:br/>
        <w:t>f 10941/9607/8765 10940/9604/8762 10938/9606/8764</w:t>
        <w:br/>
        <w:t>f 10905/9575/8733 10937/9602/8760 10940/9604/8762</w:t>
        <w:br/>
        <w:t>f 10904/9576/8734 10905/9575/8733 10940/9604/8762</w:t>
        <w:br/>
        <w:t>f 10780/9476/8637 10943/9608/8766 10942/9609/8767</w:t>
        <w:br/>
        <w:t>f 10742/9440/8601 10780/9476/8637 10942/9609/8767</w:t>
        <w:br/>
        <w:t>f 10936/9603/8761 10752/9447/8608 10747/9441/8602</w:t>
        <w:br/>
        <w:t>f 10897/9570/8728 10936/9603/8761 10747/9441/8602</w:t>
        <w:br/>
        <w:t>f 10897/9570/8728 10747/9441/8602 10745/9437/8598</w:t>
        <w:br/>
        <w:t>f 10900/9567/8725 10897/9570/8728 10745/9437/8598</w:t>
        <w:br/>
        <w:t>f 10782/9478/8639 10944/9610/8768 10943/9608/8766</w:t>
        <w:br/>
        <w:t>f 10780/9476/8637 10782/9478/8639 10943/9608/8766</w:t>
        <w:br/>
        <w:t>f 10925/9592/8750 10926/9591/8749 10930/9596/8754</w:t>
        <w:br/>
        <w:t>f 10927/9593/8751 10925/9592/8750 10930/9596/8754</w:t>
        <w:br/>
        <w:t>f 10917/9588/8746 10935/9601/8759 10930/9596/8754</w:t>
        <w:br/>
        <w:t>f 10915/9585/8743 10917/9588/8746 10930/9596/8754</w:t>
        <w:br/>
        <w:t>f 10906/9574/8732 10946/9611/8769 10945/9612/8770</w:t>
        <w:br/>
        <w:t>f 10905/9575/8733 10906/9574/8732 10945/9612/8770</w:t>
        <w:br/>
        <w:t>f 10945/9612/8770 10946/9611/8769 10947/9613/8771</w:t>
        <w:br/>
        <w:t>f 10948/9614/8772 10945/9612/8770 10947/9613/8771</w:t>
        <w:br/>
        <w:t>f 10949/9615/8773 10943/9608/8766 10944/9610/8768</w:t>
        <w:br/>
        <w:t>f 10908/9580/8738 10949/9615/8773 10944/9610/8768</w:t>
        <w:br/>
        <w:t>f 10936/9603/8761 10945/9612/8770 10948/9614/8772</w:t>
        <w:br/>
        <w:t>f 10752/9447/8608 10936/9603/8761 10948/9614/8772</w:t>
        <w:br/>
        <w:t>f 10950/9616/8774 10942/9609/8767 10943/9608/8766</w:t>
        <w:br/>
        <w:t>f 10949/9615/8773 10950/9616/8774 10943/9608/8766</w:t>
        <w:br/>
        <w:t>f 10949/9615/8773 10895/9565/8723 10903/9571/8729</w:t>
        <w:br/>
        <w:t>f 10950/9616/8774 10949/9615/8773 10903/9571/8729</w:t>
        <w:br/>
        <w:t>f 10894/9566/8724 10909/9579/8737 10891/9563/8721</w:t>
        <w:br/>
        <w:t>f 10908/9580/8738 10909/9579/8737 10895/9565/8723</w:t>
        <w:br/>
        <w:t>f 10949/9615/8773 10908/9580/8738 10895/9565/8723</w:t>
        <w:br/>
        <w:t>f 10894/9566/8724 10891/9563/8721 10913/9581/8739</w:t>
        <w:br/>
        <w:t>f 10920/9590/8748 10894/9566/8724 10913/9581/8739</w:t>
        <w:br/>
        <w:t>f 10908/9580/8738 10944/9610/8768 10951/9617/8775</w:t>
        <w:br/>
        <w:t>f 10910/9578/8736 10908/9580/8738 10951/9617/8775</w:t>
        <w:br/>
        <w:t>f 10903/9571/8729 10901/9573/8731 10899/9568/8726</w:t>
        <w:br/>
        <w:t>f 10950/9616/8774 10903/9571/8729 10899/9568/8726</w:t>
        <w:br/>
        <w:t>f 10941/9607/8765 10938/9606/8764 10952/9618/8776</w:t>
        <w:br/>
        <w:t>f 10953/9619/8777 10941/9607/8765 10952/9618/8776</w:t>
        <w:br/>
        <w:t>f 10905/9575/8733 10945/9612/8770 10936/9603/8761</w:t>
        <w:br/>
        <w:t>f 10937/9602/8760 10905/9575/8733 10936/9603/8761</w:t>
        <w:br/>
        <w:t>f 10941/9607/8765 10888/9558/8716 10904/9576/8734</w:t>
        <w:br/>
        <w:t>f 10940/9604/8762 10941/9607/8765 10904/9576/8734</w:t>
        <w:br/>
        <w:t>f 10937/9602/8760 10898/9569/8727 10939/9605/8763</w:t>
        <w:br/>
        <w:t>f 10940/9604/8762 10937/9602/8760 10939/9605/8763</w:t>
        <w:br/>
        <w:t>f 10928/9594/8752 10954/9620/8778 10953/9619/8777</w:t>
        <w:br/>
        <w:t>f 10952/9618/8776 10928/9594/8752 10953/9619/8777</w:t>
        <w:br/>
        <w:t>f 10903/9571/8729 10895/9565/8723 10896/9564/8722</w:t>
        <w:br/>
        <w:t>f 10911/9583/8741 10912/9582/8740 10959/9621/8779</w:t>
        <w:br/>
        <w:t>f 10964/9622/8780 10934/9599/8757 10933/9600/8758</w:t>
        <w:br/>
        <w:t>f 10965/9623/8781 10964/9622/8780 10933/9600/8758</w:t>
        <w:br/>
        <w:t>f 10934/9599/8757 10964/9622/8780 10931/9598/8756</w:t>
        <w:br/>
        <w:t>f 10932/9597/8755 10934/9599/8757 10931/9598/8756</w:t>
        <w:br/>
        <w:t>f 10968/9624/8782 10967/9625/8783 10966/9626/8784</w:t>
        <w:br/>
        <w:t>f 10969/9627/8785 10968/9624/8782 10966/9626/8784</w:t>
        <w:br/>
        <w:t>f 10969/9627/8785 10971/9628/8786 10970/9629/8787</w:t>
        <w:br/>
        <w:t>f 10968/9624/8782 10969/9627/8785 10970/9629/8787</w:t>
        <w:br/>
        <w:t>f 10806/9501/8662 10966/9626/8784 10967/9625/8783</w:t>
        <w:br/>
        <w:t>f 10805/9498/8659 10806/9501/8662 10967/9625/8783</w:t>
        <w:br/>
        <w:t>f 10810/9505/8666 10973/9630/8788 10972/9631/8789</w:t>
        <w:br/>
        <w:t>f 10812/9506/8667 10810/9505/8666 10972/9631/8789</w:t>
        <w:br/>
        <w:t>f 10973/9630/8788 10847/9541/8699 10848/9543/8701</w:t>
        <w:br/>
        <w:t>f 10972/9631/8789 10973/9630/8788 10848/9543/8701</w:t>
        <w:br/>
        <w:t>f 10974/9632/8790 10777/9472/8633 10778/9471/8632</w:t>
        <w:br/>
        <w:t>f 10975/9633/8791 10974/9632/8790 10778/9471/8632</w:t>
        <w:br/>
        <w:t>f 10976/9634/8792 10974/9632/8790 10975/9633/8791</w:t>
        <w:br/>
        <w:t>f 10977/9635/8793 10976/9634/8792 10975/9633/8791</w:t>
        <w:br/>
        <w:t>f 10978/9636/8549 10771/9464/8625 10772/9470/8631</w:t>
        <w:br/>
        <w:t>f 10773/9469/8630 10978/9636/8549 10772/9470/8631</w:t>
        <w:br/>
        <w:t>f 10820/9513/8556 10774/9468/8629 10757/9454/8615</w:t>
        <w:br/>
        <w:t>f 10758/9453/8614 10820/9513/8556 10757/9454/8615</w:t>
        <w:br/>
        <w:t>f 10979/9637/8794 10845/9540/8698 10802/9497/8658</w:t>
        <w:br/>
        <w:t>f 10799/9496/8657 10979/9637/8794 10802/9497/8658</w:t>
        <w:br/>
        <w:t>f 10799/9496/8657 10819/9514/8674 10980/9638/8795</w:t>
        <w:br/>
        <w:t>f 10979/9637/8794 10799/9496/8657 10980/9638/8795</w:t>
        <w:br/>
        <w:t>f 10758/9453/8614 10980/9638/8795 10819/9514/8674</w:t>
        <w:br/>
        <w:t>f 10981/9639/8796 10775/9467/8628 10974/9632/8790</w:t>
        <w:br/>
        <w:t>f 10976/9634/8792 10981/9639/8796 10974/9632/8790</w:t>
        <w:br/>
        <w:t>f 10974/9632/8790 10775/9467/8628 10772/9470/8631</w:t>
        <w:br/>
        <w:t>f 10777/9472/8633 10974/9632/8790 10772/9470/8631</w:t>
        <w:br/>
        <w:t>f 10777/9472/8633 10772/9470/8631 10771/9464/8625</w:t>
        <w:br/>
        <w:t>f 10776/9473/8634 10777/9472/8633 10771/9464/8625</w:t>
        <w:br/>
        <w:t>f 10837/9534/8692 10763/9458/8619 10982/9640/8597</w:t>
        <w:br/>
        <w:t>f 10983/9641/8797 10837/9534/8692 10982/9640/8597</w:t>
        <w:br/>
        <w:t>f 10763/9458/8619 10760/9457/8618 10984/9642/8596</w:t>
        <w:br/>
        <w:t>f 10982/9640/8597 10763/9458/8619 10984/9642/8596</w:t>
        <w:br/>
        <w:t>f 10985/9643/8586 10984/9642/8596 10760/9457/8618</w:t>
        <w:br/>
        <w:t>f 10764/9460/8621 10985/9643/8586 10760/9457/8618</w:t>
        <w:br/>
        <w:t>f 10764/9460/8621 10766/9463/8624 10769/9466/8627</w:t>
        <w:br/>
        <w:t>f 10985/9643/8586 10764/9460/8621 10769/9466/8627</w:t>
        <w:br/>
        <w:t>f 10776/9473/8634 10771/9464/8625 10766/9463/8624</w:t>
        <w:br/>
        <w:t>f 10767/9462/8623 10776/9473/8634 10766/9463/8624</w:t>
        <w:br/>
        <w:t>f 10986/9644/8798 10839/9532/8690 10837/9534/8692</w:t>
        <w:br/>
        <w:t>f 10983/9641/8797 10986/9644/8798 10837/9534/8692</w:t>
        <w:br/>
        <w:t>f 10784/9482/8643 10785/9481/8642 10851/9546/8704</w:t>
        <w:br/>
        <w:t>f 10838/9533/8691 10784/9482/8643 10851/9546/8704</w:t>
        <w:br/>
        <w:t>f 10987/9645/8799 10791/9486/8647 10788/9485/8646</w:t>
        <w:br/>
        <w:t>f 10836/9530/8688 10794/9487/8648 10795/9490/8651</w:t>
        <w:br/>
        <w:t>f 10900/9567/8725 10745/9437/8598 10742/9440/8601</w:t>
        <w:br/>
        <w:t>f 10942/9609/8767 10900/9567/8725 10742/9440/8601</w:t>
        <w:br/>
        <w:t>f 10942/9609/8767 10950/9616/8774 10899/9568/8726</w:t>
        <w:br/>
        <w:t>f 10900/9567/8725 10942/9609/8767 10899/9568/8726</w:t>
        <w:br/>
        <w:t>f 10811/9507/8668 10812/9506/8667 10744/9438/8599</w:t>
        <w:br/>
        <w:t>f 10988/9646/8800 10811/9507/8668 10744/9438/8599</w:t>
        <w:br/>
        <w:t>f 10989/9647/8801 10988/9646/8800 10746/9442/8603</w:t>
        <w:br/>
        <w:t>f 10748/9445/8606 10946/9611/8769 10906/9574/8732</w:t>
        <w:br/>
        <w:t>f 10932/9597/8755 10748/9445/8606 10906/9574/8732</w:t>
        <w:br/>
        <w:t>f 10749/9444/8605 10947/9613/8771 10946/9611/8769</w:t>
        <w:br/>
        <w:t>f 10748/9445/8606 10749/9444/8605 10946/9611/8769</w:t>
        <w:br/>
        <w:t>f 10743/9439/8600 10744/9438/8599 10812/9506/8667</w:t>
        <w:br/>
        <w:t>f 10972/9631/8789 10743/9439/8600 10812/9506/8667</w:t>
        <w:br/>
        <w:t>f 10848/9543/8701 10781/9475/8636 10743/9439/8600</w:t>
        <w:br/>
        <w:t>f 10972/9631/8789 10848/9543/8701 10743/9439/8600</w:t>
        <w:br/>
        <w:t>f 10781/9475/8636 10848/9543/8701 10846/9542/8700</w:t>
        <w:br/>
        <w:t>f 10844/9539/8697 10781/9475/8636 10846/9542/8700</w:t>
        <w:br/>
        <w:t>f 10779/9474/8635 10776/9473/8634 10767/9462/8623</w:t>
        <w:br/>
        <w:t>f 10846/9542/8700 10779/9474/8635 10767/9462/8623</w:t>
        <w:br/>
        <w:t>f 10939/9605/8763 10898/9569/8727 10899/9568/8726</w:t>
        <w:br/>
        <w:t>f 10901/9573/8731 10939/9605/8763 10899/9568/8726</w:t>
        <w:br/>
        <w:t>f 10938/9606/8764 10939/9605/8763 10901/9573/8731</w:t>
        <w:br/>
        <w:t>f 10952/9618/8776 10938/9606/8764 10902/9572/8730</w:t>
        <w:br/>
        <w:t>f 10896/9564/8722 10928/9594/8752 10902/9572/8730</w:t>
        <w:br/>
        <w:t>f 11003/9648/8802 10989/9647/8801 10752/9447/8608</w:t>
        <w:br/>
        <w:t>f 10948/9614/8772 11003/9648/8802 10752/9447/8608</w:t>
        <w:br/>
        <w:t>f 11004/9649/8803 11003/9648/8802 10948/9614/8772</w:t>
        <w:br/>
        <w:t>f 10947/9613/8771 11004/9649/8803 10948/9614/8772</w:t>
        <w:br/>
        <w:t>f 10947/9613/8771 10749/9444/8605 11005/9650/8804</w:t>
        <w:br/>
        <w:t>f 11004/9649/8803 10947/9613/8771 11005/9650/8804</w:t>
        <w:br/>
        <w:t>f 10749/9444/8605 10750/9443/8604 11006/9651/8805</w:t>
        <w:br/>
        <w:t>f 11005/9650/8804 10749/9444/8605 11006/9651/8805</w:t>
        <w:br/>
        <w:t>f 11009/9652/8806 11008/9653/8807 11007/9654/8807</w:t>
        <w:br/>
        <w:t>f 11010/9655/8808 11009/9652/8806 11007/9654/8807</w:t>
        <w:br/>
        <w:t>f 11045/9656/8809 11044/9657/8810 11043/9658/8811</w:t>
        <w:br/>
        <w:t>f 11046/9659/8812 11045/9656/8809 11043/9658/8811</w:t>
        <w:br/>
        <w:t>f 11049/9660/8813 11048/9661/8813 11047/9662/8814</w:t>
        <w:br/>
        <w:t>f 11050/9663/8814 11049/9660/8813 11047/9662/8814</w:t>
        <w:br/>
        <w:t>f 11054/9664/8815 11053/9665/8816 11052/9666/8817</w:t>
        <w:br/>
        <w:t>f 11051/9667/8818 11054/9664/8815 11052/9666/8817</w:t>
        <w:br/>
        <w:t>f 10800/9495/8656 10801/9494/8655 11056/9668/8819</w:t>
        <w:br/>
        <w:t>f 11055/9669/8820 10800/9495/8656 11056/9668/8819</w:t>
        <w:br/>
        <w:t>f 11060/9670/8821 11059/9671/8822 11058/9672/8822</w:t>
        <w:br/>
        <w:t>f 11057/9673/8823 11060/9670/8821 11058/9672/8822</w:t>
        <w:br/>
        <w:t>f 11062/9674/8824 11060/9670/8821 11057/9673/8823</w:t>
        <w:br/>
        <w:t>f 11061/9675/8824 11062/9674/8824 11057/9673/8823</w:t>
        <w:br/>
        <w:t>f 11062/9674/8824 11061/9675/8824 11063/9676/8825</w:t>
        <w:br/>
        <w:t>f 11064/9677/8825 11062/9674/8824 11063/9676/8825</w:t>
        <w:br/>
        <w:t>f 11067/9678/8826 11066/9679/8826 11065/9680/8827</w:t>
        <w:br/>
        <w:t>f 11068/9681/8828 11067/9678/8826 11065/9680/8827</w:t>
        <w:br/>
        <w:t>f 11059/9671/8822 11070/9682/8829 11069/9683/8830</w:t>
        <w:br/>
        <w:t>f 11058/9672/8822 11059/9671/8822 11069/9683/8830</w:t>
        <w:br/>
        <w:t>f 11080/9684/8831 10864/9548/8706 10870/9552/8710</w:t>
        <w:br/>
        <w:t>f 11079/9685/8832 11080/9684/8831 10870/9552/8710</w:t>
        <w:br/>
        <w:t>f 11093/9686/8833 11092/9687/8833 11091/9688/8834</w:t>
        <w:br/>
        <w:t>f 11090/9689/8834 11093/9686/8833 11091/9688/8834</w:t>
        <w:br/>
        <w:t>f 11097/9690/8835 11096/9691/8835 11095/9692/8836</w:t>
        <w:br/>
        <w:t>f 11094/9693/8837 11097/9690/8835 11095/9692/8836</w:t>
        <w:br/>
        <w:t>f 11099/9694/8838 11098/9695/8839 11066/9679/8826</w:t>
        <w:br/>
        <w:t>f 11067/9678/8826 11099/9694/8838 11066/9679/8826</w:t>
        <w:br/>
        <w:t>f 11101/9696/8840 11100/9697/8841 11098/9695/8839</w:t>
        <w:br/>
        <w:t>f 11099/9694/8838 11101/9696/8840 11098/9695/8839</w:t>
        <w:br/>
        <w:t>f 11101/9696/8840 11050/9663/8814 11047/9662/8814</w:t>
        <w:br/>
        <w:t>f 11100/9697/8841 11101/9696/8840 11047/9662/8814</w:t>
        <w:br/>
        <w:t>f 11096/9691/8835 11097/9690/8835 11048/9661/8813</w:t>
        <w:br/>
        <w:t>f 11049/9660/8813 11096/9691/8835 11048/9661/8813</w:t>
        <w:br/>
        <w:t>f 10983/9641/8797 11103/9698/8842 11102/9699/8843</w:t>
        <w:br/>
        <w:t>f 10986/9644/8798 10983/9641/8797 11102/9699/8843</w:t>
        <w:br/>
        <w:t>f 11070/9682/8829 11054/9664/8815 11051/9667/8818</w:t>
        <w:br/>
        <w:t>f 11069/9683/8830 11070/9682/8829 11051/9667/8818</w:t>
        <w:br/>
        <w:t>f 10844/9539/8697 10846/9542/8700 10767/9462/8623</w:t>
        <w:br/>
        <w:t>f 10919/9589/8747 10927/9593/8751 10954/9620/8778</w:t>
        <w:br/>
        <w:t>f 10928/9594/8752 10919/9589/8747 10954/9620/8778</w:t>
        <w:br/>
        <w:t>f 10927/9593/8751 10930/9596/8754 10935/9601/8759</w:t>
        <w:br/>
        <w:t>f 10954/9620/8778 10927/9593/8751 10935/9601/8759</w:t>
        <w:br/>
        <w:t>f 10954/9620/8778 10935/9601/8759 10887/9559/8717</w:t>
        <w:br/>
        <w:t>f 10953/9619/8777 10954/9620/8778 10887/9559/8717</w:t>
        <w:br/>
        <w:t>f 10888/9558/8716 10941/9607/8765 10953/9619/8777</w:t>
        <w:br/>
        <w:t>f 10887/9559/8717 10888/9558/8716 10953/9619/8777</w:t>
        <w:br/>
        <w:t>f 10965/9623/8781 10933/9600/8758 11116/9700/8844</w:t>
        <w:br/>
        <w:t>f 11117/9701/8845 10965/9623/8781 11116/9700/8844</w:t>
        <w:br/>
        <w:t>f 10917/9588/8746 10918/9587/8745 11116/9700/8844</w:t>
        <w:br/>
        <w:t>f 10890/9560/8718 10917/9588/8746 11116/9700/8844</w:t>
        <w:br/>
        <w:t>f 10933/9600/8758 10889/9557/8715 10890/9560/8718</w:t>
        <w:br/>
        <w:t>f 11116/9700/8844 10933/9600/8758 10890/9560/8718</w:t>
        <w:br/>
        <w:t>f 11117/9701/8845 11116/9700/8844 10918/9587/8745</w:t>
        <w:br/>
        <w:t>f 11118/9702/8846 11117/9701/8845 10918/9587/8745</w:t>
        <w:br/>
        <w:t>f 10903/9571/8729 10896/9564/8722 10902/9572/8730</w:t>
        <w:br/>
        <w:t>f 10902/9572/8730 10938/9606/8764 10901/9573/8731</w:t>
        <w:br/>
        <w:t>f 10909/9579/8737 10893/9561/8719 10891/9563/8721</w:t>
        <w:br/>
        <w:t>f 10895/9565/8723 10909/9579/8737 10894/9566/8724</w:t>
        <w:br/>
        <w:t>f 10928/9594/8752 10952/9618/8776 10902/9572/8730</w:t>
        <w:br/>
        <w:t>f 10910/9578/8736 10893/9561/8719 10909/9579/8737</w:t>
        <w:br/>
        <w:t>f 11120/9703/8803 11119/9704/8804 11010/9655/8847</w:t>
        <w:br/>
        <w:t>f 11123/9705/8848 11122/9706/8849 11121/9707/8850</w:t>
        <w:br/>
        <w:t>f 11126/9708/8851 11125/9709/8851 11124/9710/8852</w:t>
        <w:br/>
        <w:t>f 11127/9711/8853 11126/9708/8851 11124/9710/8852</w:t>
        <w:br/>
        <w:t>f 10757/9454/8615 10775/9467/8628 10981/9639/8796</w:t>
        <w:br/>
        <w:t>f 10759/9452/8613 10757/9454/8615 10981/9639/8796</w:t>
        <w:br/>
        <w:t>f 10774/9468/8629 10775/9467/8628 10757/9454/8615</w:t>
        <w:br/>
        <w:t>f 10758/9453/8614 10759/9452/8613 10980/9638/8795</w:t>
        <w:br/>
        <w:t>f 11128/9712/8854 10973/9630/8788 10810/9505/8666</w:t>
        <w:br/>
        <w:t>f 10807/9504/8665 11128/9712/8854 10810/9505/8666</w:t>
        <w:br/>
        <w:t>f 11129/9713/8855 11128/9712/8854 10807/9504/8665</w:t>
        <w:br/>
        <w:t>f 10813/9508/8669 11129/9713/8855 10807/9504/8665</w:t>
        <w:br/>
        <w:t>f 11130/9714/8856 11129/9713/8855 10813/9508/8669</w:t>
        <w:br/>
        <w:t>f 10815/9511/8672 11130/9714/8856 10813/9508/8669</w:t>
        <w:br/>
        <w:t>f 11134/9715/8857 11133/9716/8858 11132/9717/8859</w:t>
        <w:br/>
        <w:t>f 11131/9718/8859 11134/9715/8857 11132/9717/8859</w:t>
        <w:br/>
        <w:t>f 11133/9716/8858 11134/9715/8857 11136/9719/8860</w:t>
        <w:br/>
        <w:t>f 11135/9720/8861 11133/9716/8858 11136/9719/8860</w:t>
        <w:br/>
        <w:t>f 11129/9713/8855 11130/9714/8856 11137/9721/8862</w:t>
        <w:br/>
        <w:t>f 11138/9722/8863 11129/9713/8855 11137/9721/8862</w:t>
        <w:br/>
        <w:t>f 11128/9712/8854 11129/9713/8855 11138/9722/8863</w:t>
        <w:br/>
        <w:t>f 11139/9723/8864 11128/9712/8854 11138/9722/8863</w:t>
        <w:br/>
        <w:t>f 10847/9541/8699 10973/9630/8788 11128/9712/8854</w:t>
        <w:br/>
        <w:t>f 11139/9723/8864 10847/9541/8699 11128/9712/8854</w:t>
        <w:br/>
        <w:t>f 10779/9474/8635 10847/9541/8699 11139/9723/8864</w:t>
        <w:br/>
        <w:t>f 10778/9471/8632 10779/9474/8635 11139/9723/8864</w:t>
        <w:br/>
        <w:t>f 11135/9720/8861 11136/9719/8860 11094/9693/8837</w:t>
        <w:br/>
        <w:t>f 11095/9692/8836 11135/9720/8861 11094/9693/8837</w:t>
        <w:br/>
        <w:t>f 11138/9722/8863 11137/9721/8862 10977/9635/8793</w:t>
        <w:br/>
        <w:t>f 10975/9633/8791 11138/9722/8863 10977/9635/8793</w:t>
        <w:br/>
        <w:t>f 11139/9723/8864 11138/9722/8863 10975/9633/8791</w:t>
        <w:br/>
        <w:t>f 10778/9471/8632 11139/9723/8864 10975/9633/8791</w:t>
        <w:br/>
        <w:t>f 10842/9537/8695 10843/9538/8696 10768/9461/8622</w:t>
        <w:br/>
        <w:t>f 10765/9459/8620 10842/9537/8695 10768/9461/8622</w:t>
        <w:br/>
        <w:t>f 10764/9460/8621 10765/9459/8620 10768/9461/8622</w:t>
        <w:br/>
        <w:t>f 10766/9463/8624 10764/9460/8621 10768/9461/8622</w:t>
        <w:br/>
        <w:t>f 10782/9478/8639 10783/9477/8638 11141/9724/8865</w:t>
        <w:br/>
        <w:t>f 11140/9725/8866 10782/9478/8639 11141/9724/8865</w:t>
        <w:br/>
        <w:t>f 11140/9725/8866 10951/9617/8775 10944/9610/8768</w:t>
        <w:br/>
        <w:t>f 10782/9478/8639 11140/9725/8866 10944/9610/8768</w:t>
        <w:br/>
        <w:t>f 10864/9548/8706 11080/9684/8831 11146/9726/8867</w:t>
        <w:br/>
        <w:t>f 10863/9549/8707 10864/9548/8706 11146/9726/8867</w:t>
        <w:br/>
        <w:t>f 11148/9727/8868 11147/9728/8869 10885/9554/8712</w:t>
        <w:br/>
        <w:t>f 10886/9553/8711 11148/9727/8868 10885/9554/8712</w:t>
        <w:br/>
        <w:t>f 10662/9388/8551 11153/9729/8870 10658/9382/8545</w:t>
        <w:br/>
        <w:t>f 10659/9387/8550 10662/9388/8551 10658/9382/8545</w:t>
        <w:br/>
        <w:t>f 10725/9427/8589 10665/9389/8552 10663/9391/8554</w:t>
        <w:br/>
        <w:t>f 10697/9408/8571 10725/9427/8589 10663/9391/8554</w:t>
        <w:br/>
        <w:t>f 10699/9409/8572 10696/9405/8568 10697/9408/8571</w:t>
        <w:br/>
        <w:t>f 10663/9391/8554 10699/9409/8572 10697/9408/8571</w:t>
        <w:br/>
        <w:t>f 10708/9420/8583 10718/9423/8586 10661/9385/8548</w:t>
        <w:br/>
        <w:t>f 11156/9730/8871 10720/9421/8584 10708/9420/8583</w:t>
        <w:br/>
        <w:t>f 10709/9419/8582 11156/9730/8871 10708/9420/8583</w:t>
        <w:br/>
        <w:t>f 10720/9421/8584 11156/9730/8871 11157/9731/8872</w:t>
        <w:br/>
        <w:t>f 10730/9433/8594 10720/9421/8584 11157/9731/8872</w:t>
        <w:br/>
        <w:t>f 10667/9392/8555 10699/9409/8572 10663/9391/8554</w:t>
        <w:br/>
        <w:t>f 10664/9390/8553 10667/9392/8555 10663/9391/8554</w:t>
        <w:br/>
        <w:t>f 10668/9394/8557 10698/9410/8573 10699/9409/8572</w:t>
        <w:br/>
        <w:t>f 10667/9392/8555 10668/9394/8557 10699/9409/8572</w:t>
        <w:br/>
        <w:t>f 10719/9422/8585 10733/9435/8596 10718/9423/8586</w:t>
        <w:br/>
        <w:t>f 11153/9729/8870 10693/9403/8566 10657/9383/8546</w:t>
        <w:br/>
        <w:t>f 10658/9382/8545 11153/9729/8870 10657/9383/8546</w:t>
        <w:br/>
        <w:t>f 11160/9732/8870 10724/9428/8551 10725/9427/8589</w:t>
        <w:br/>
        <w:t>f 10655/9379/8542 10659/9387/8550 10658/9382/8545</w:t>
        <w:br/>
        <w:t>f 11147/9728/8869 11163/9733/8873 11162/9734/8874</w:t>
        <w:br/>
        <w:t>f 10885/9554/8712 11147/9728/8869 11162/9734/8874</w:t>
        <w:br/>
        <w:t>f 11163/9733/8873 11147/9728/8869 10863/9549/8707</w:t>
        <w:br/>
        <w:t>f 11146/9726/8867 11163/9733/8873 10863/9549/8707</w:t>
        <w:br/>
        <w:t>f 10965/9623/8781 11117/9701/8845 11164/9735/8875</w:t>
        <w:br/>
        <w:t>f 11165/9736/8876 11164/9735/8875 11117/9701/8845</w:t>
        <w:br/>
        <w:t>f 11118/9702/8846 11165/9736/8876 11117/9701/8845</w:t>
        <w:br/>
        <w:t>f 11169/9737/8877 11168/9738/8878 11167/9739/8879</w:t>
        <w:br/>
        <w:t>f 11166/9740/8877 11169/9737/8877 11167/9739/8879</w:t>
        <w:br/>
        <w:t>f 11044/9657/8810 11045/9656/8809 11170/9741/8880</w:t>
        <w:br/>
        <w:t>f 11172/9742/8881 11170/9741/8880 11171/9743/8882</w:t>
        <w:br/>
        <w:t>f 11044/9657/8883 11171/9743/8884 11173/9744/8885</w:t>
        <w:br/>
        <w:t>f 11173/9744/8885 11175/9745/8886 11174/9746/8887</w:t>
        <w:br/>
        <w:t>f 11044/9657/8883 11173/9744/8885 11174/9746/8887</w:t>
        <w:br/>
        <w:t>f 11177/9747/8888 11174/9746/8887 11175/9745/8886</w:t>
        <w:br/>
        <w:t>f 11176/9748/8889 11177/9747/8888 11175/9745/8886</w:t>
        <w:br/>
        <w:t>f 11186/9749/8890 11185/9750/8890 11184/9751/8890</w:t>
        <w:br/>
        <w:t>f 11193/9752/8891 10727/9430/8591 11192/9753/8892</w:t>
        <w:br/>
        <w:t>f 10726/9431/8592 10727/9430/8591 10652/9375/8538</w:t>
        <w:br/>
        <w:t>f 11193/9752/8891 11194/9754/8893 10652/9375/8538</w:t>
        <w:br/>
        <w:t>f 10727/9430/8591 11193/9752/8891 10652/9375/8538</w:t>
        <w:br/>
        <w:t>f 10688/9399/8562 10689/9402/8565 10650/9377/8540</w:t>
        <w:br/>
        <w:t>f 10726/9431/8592 10652/9375/8538 10649/9378/8541</w:t>
        <w:br/>
        <w:t>f 10688/9399/8562 10654/9380/8543 10656/9384/8547</w:t>
        <w:br/>
        <w:t>f 10657/9383/8546 10691/9400/8563 10656/9384/8547</w:t>
        <w:br/>
        <w:t>f 10658/9382/8545 10656/9384/8547 10655/9379/8542</w:t>
        <w:br/>
        <w:t>f 10804/9499/8660 11196/9755/8894 11195/9756/8895</w:t>
        <w:br/>
        <w:t>f 10803/9500/8661 10804/9499/8660 11195/9756/8895</w:t>
        <w:br/>
        <w:t>f 11197/9757/8896 11195/9756/8895 11196/9755/8894</w:t>
        <w:br/>
        <w:t>f 11198/9758/8897 11197/9757/8896 11196/9755/8894</w:t>
        <w:br/>
        <w:t>f 11200/9759/8671 11199/9760/8670 10968/9624/8782</w:t>
        <w:br/>
        <w:t>f 10970/9629/8787 11200/9759/8671 10968/9624/8782</w:t>
        <w:br/>
        <w:t>f 11010/9655/8808 11121/9707/8850 11009/9652/8806</w:t>
        <w:br/>
        <w:t>f 11202/9761/8898 11201/9762/8898 11090/9689/8834</w:t>
        <w:br/>
        <w:t>f 11091/9688/8834 11202/9761/8898 11090/9689/8834</w:t>
        <w:br/>
        <w:t>f 11205/9763/8899 11204/9764/8899 11203/9765/8900</w:t>
        <w:br/>
        <w:t>f 11206/9766/8900 11205/9763/8899 11203/9765/8900</w:t>
        <w:br/>
        <w:t>f 11206/9766/8900 11203/9765/8900 11125/9709/8851</w:t>
        <w:br/>
        <w:t>f 11126/9708/8851 11206/9766/8900 11125/9709/8851</w:t>
        <w:br/>
        <w:t>f 11122/9706/8849 11197/9757/8896 11198/9758/8897</w:t>
        <w:br/>
        <w:t>f 11009/9652/8806 11122/9706/8849 11198/9758/8897</w:t>
        <w:br/>
        <w:t>f 11009/9652/8806 11121/9707/8850 11122/9706/8849</w:t>
        <w:br/>
        <w:t>f 11217/9767/8901 11216/9768/8902 11215/9769/8903</w:t>
        <w:br/>
        <w:t>f 11218/9770/8904 11217/9767/8901 11215/9769/8903</w:t>
        <w:br/>
        <w:t>f 11218/9770/8904 10791/9486/8647 10987/9645/8799</w:t>
        <w:br/>
        <w:t>f 11217/9767/8901 11218/9770/8904 10987/9645/8799</w:t>
        <w:br/>
        <w:t>f 11226/9771/8905 11225/9772/8906 10796/9493/8654</w:t>
        <w:br/>
        <w:t>f 10797/9492/8653 11226/9771/8905 10796/9493/8654</w:t>
        <w:br/>
        <w:t>f 10831/9526/8685 10796/9493/8654 11225/9772/8906</w:t>
        <w:br/>
        <w:t>f 11227/9773/8907 10831/9526/8685 11225/9772/8906</w:t>
        <w:br/>
        <w:t>f 11231/9774/8908 11230/9775/8713 11229/9776/8909</w:t>
        <w:br/>
        <w:t>f 11228/9777/8910 11231/9774/8908 11229/9776/8909</w:t>
        <w:br/>
        <w:t>f 11232/9778/8911 11228/9777/8910 11229/9776/8909</w:t>
        <w:br/>
        <w:t>f 11233/9779/8912 11232/9778/8911 11229/9776/8909</w:t>
        <w:br/>
        <w:t>f 11234/9780/8913 11232/9778/8911 11233/9779/8912</w:t>
        <w:br/>
        <w:t>f 11235/9781/8914 11234/9780/8913 11233/9779/8912</w:t>
        <w:br/>
        <w:t>f 10830/9525/8684 10831/9526/8685 11227/9773/8907</w:t>
        <w:br/>
        <w:t>f 11236/9782/8915 10830/9525/8684 11227/9773/8907</w:t>
        <w:br/>
        <w:t>f 11237/9783/8916 10839/9532/8690 10986/9644/8798</w:t>
        <w:br/>
        <w:t>f 10839/9532/8690 11237/9783/8916 11238/9784/8917</w:t>
        <w:br/>
        <w:t>f 11240/9785/8918 10850/9544/8702 10787/9479/8640</w:t>
        <w:br/>
        <w:t>f 11239/9786/8919 11240/9785/8918 10787/9479/8640</w:t>
        <w:br/>
        <w:t>f 11242/9787/8920 10788/9485/8646 10789/9484/8645</w:t>
        <w:br/>
        <w:t>f 11241/9788/8918 11242/9787/8920 10789/9484/8645</w:t>
        <w:br/>
        <w:t>f 10790/9483/8644 10791/9486/8647 11243/9789/8651</w:t>
        <w:br/>
        <w:t>f 11244/9790/8921 10790/9483/8644 11243/9789/8651</w:t>
        <w:br/>
        <w:t>f 10865/9547/8705 10862/9550/8708 11245/9791/8922</w:t>
        <w:br/>
        <w:t>f 11246/9792/8923 10865/9547/8705 11245/9791/8922</w:t>
        <w:br/>
        <w:t>f 10886/9553/8711 10883/9556/8714 11247/9793/8924</w:t>
        <w:br/>
        <w:t>f 11248/9794/8925 10886/9553/8711 11247/9793/8924</w:t>
        <w:br/>
        <w:t>f 11162/9734/8874 11249/9795/8655 10884/9555/8713</w:t>
        <w:br/>
        <w:t>f 10885/9554/8712 11162/9734/8874 10884/9555/8713</w:t>
        <w:br/>
        <w:t>f 11250/9796/8926 10987/9645/8799 10788/9485/8646</w:t>
        <w:br/>
        <w:t>f 11242/9787/8920 11250/9796/8926 10788/9485/8646</w:t>
        <w:br/>
        <w:t>f 11148/9727/8868 10886/9553/8711 11248/9794/8925</w:t>
        <w:br/>
        <w:t>f 11251/9797/8927 11148/9727/8868 11248/9794/8925</w:t>
        <w:br/>
        <w:t>f 11245/9791/8922 10862/9550/8708 11148/9727/8868</w:t>
        <w:br/>
        <w:t>f 11251/9797/8927 11245/9791/8922 11148/9727/8868</w:t>
        <w:br/>
        <w:t>f 10862/9550/8708 10863/9549/8707 11147/9728/8869</w:t>
        <w:br/>
        <w:t>f 11148/9727/8868 10862/9550/8708 11147/9728/8869</w:t>
        <w:br/>
        <w:t>f 11259/9798/8928 11218/9770/8904 11215/9769/8903</w:t>
        <w:br/>
        <w:t>f 11258/9799/8929 11259/9798/8928 11215/9769/8903</w:t>
        <w:br/>
        <w:t>f 11261/9800/8798 11216/9768/8902 11217/9767/8901</w:t>
        <w:br/>
        <w:t>f 11260/9801/8916 11261/9800/8798 11217/9767/8901</w:t>
        <w:br/>
        <w:t>f 11260/9801/8916 11217/9767/8901 10987/9645/8799</w:t>
        <w:br/>
        <w:t>f 11250/9796/8926 11260/9801/8916 10987/9645/8799</w:t>
        <w:br/>
        <w:t>f 10791/9486/8647 11218/9770/8904 11259/9798/8928</w:t>
        <w:br/>
        <w:t>f 11243/9789/8651 10791/9486/8647 11259/9798/8928</w:t>
        <w:br/>
        <w:t>f 11263/9802/8930 11231/9774/8908 11228/9777/8910</w:t>
        <w:br/>
        <w:t>f 11262/9803/8931 11263/9802/8930 11228/9777/8910</w:t>
        <w:br/>
        <w:t>f 11229/9776/8909 11230/9775/8713 11264/9804/8655</w:t>
        <w:br/>
        <w:t>f 11265/9805/8932 11229/9776/8909 11264/9804/8655</w:t>
        <w:br/>
        <w:t>f 11266/9806/8677 11233/9779/8912 11229/9776/8909</w:t>
        <w:br/>
        <w:t>f 11265/9805/8932 11266/9806/8677 11229/9776/8909</w:t>
        <w:br/>
        <w:t>f 11262/9803/8931 11228/9777/8910 11232/9778/8911</w:t>
        <w:br/>
        <w:t>f 11267/9807/8933 11262/9803/8931 11232/9778/8911</w:t>
        <w:br/>
        <w:t>f 11235/9781/8914 11233/9779/8912 11266/9806/8677</w:t>
        <w:br/>
        <w:t>f 11268/9808/8934 11235/9781/8914 11266/9806/8677</w:t>
        <w:br/>
        <w:t>f 11267/9807/8933 11232/9778/8911 11234/9780/8913</w:t>
        <w:br/>
        <w:t>f 11269/9809/8915 11267/9807/8933 11234/9780/8913</w:t>
        <w:br/>
        <w:t>f 11269/9809/8915 11234/9780/8913 11235/9781/8914</w:t>
        <w:br/>
        <w:t>f 11268/9808/8934 11269/9809/8915 11235/9781/8914</w:t>
        <w:br/>
        <w:t>f 11249/9795/8655 11162/9734/8874 11272/9810/8935</w:t>
        <w:br/>
        <w:t>f 11274/9811/8936 10668/9394/8557 10669/9395/8558</w:t>
        <w:br/>
        <w:t>f 11273/9812/8673 11274/9811/8936 10669/9395/8558</w:t>
        <w:br/>
        <w:t>f 10668/9394/8557 11274/9811/8936 11275/9813/8937</w:t>
        <w:br/>
        <w:t>f 10698/9410/8573 10668/9394/8557 11275/9813/8937</w:t>
        <w:br/>
        <w:t>f 11276/9814/8938 10700/9411/8574 10698/9410/8573</w:t>
        <w:br/>
        <w:t>f 11275/9813/8937 11276/9814/8938 10698/9410/8573</w:t>
        <w:br/>
        <w:t>f 11278/9815/8939 10700/9411/8574 11276/9814/8938</w:t>
        <w:br/>
        <w:t>f 11277/9816/8940 11278/9815/8939 11276/9814/8938</w:t>
        <w:br/>
        <w:t>f 10817/9512/8673 10818/9515/8675 10819/9514/8674</w:t>
        <w:br/>
        <w:t>f 10799/9496/8657 10817/9512/8673 10819/9514/8674</w:t>
        <w:br/>
        <w:t>f 10865/9547/8705 11246/9792/8923 11320/9817/8941</w:t>
        <w:br/>
        <w:t>f 10871/9551/8709 10865/9547/8705 11320/9817/8941</w:t>
        <w:br/>
        <w:t>f 11325/9818/8942 11324/9819/8943 11323/9820/8944</w:t>
        <w:br/>
        <w:t>f 11326/9821/8945 11325/9818/8942 11323/9820/8944</w:t>
        <w:br/>
        <w:t>f 11323/9820/8944 11324/9819/8943 11330/9822/8946</w:t>
        <w:br/>
        <w:t>f 11329/9823/8947 11323/9820/8944 11330/9822/8946</w:t>
        <w:br/>
        <w:t>f 11338/9824/8948 11325/9818/8942 11326/9821/8945</w:t>
        <w:br/>
        <w:t>f 11339/9825/8949 11338/9824/8948 11326/9821/8945</w:t>
        <w:br/>
        <w:t>f 10705/9416/8579 11340/9826/8950 10707/9417/8580</w:t>
        <w:br/>
        <w:t>f 10703/9413/8576 10705/9416/8579 10707/9417/8580</w:t>
        <w:br/>
        <w:t>f 11342/9827/8951 11341/9828/8952 11340/9826/8950</w:t>
        <w:br/>
        <w:t>f 10705/9416/8579 11342/9827/8951 11340/9826/8950</w:t>
        <w:br/>
        <w:t>f 11341/9828/8952 11342/9827/8951 11343/9829/8953</w:t>
        <w:br/>
        <w:t>f 11344/9830/8561 11341/9828/8952 11343/9829/8953</w:t>
        <w:br/>
        <w:t>f 10704/9415/8578 10725/9427/8589 10697/9408/8571</w:t>
        <w:br/>
        <w:t>f 10694/9407/8570 10704/9415/8578 10697/9408/8571</w:t>
        <w:br/>
        <w:t>f 11156/9730/8871 10709/9419/8582 11193/9752/8891</w:t>
        <w:br/>
        <w:t>f 11192/9753/8892 11156/9730/8871 11193/9752/8891</w:t>
        <w:br/>
        <w:t>f 11347/9831/8954 11192/9753/8892 10727/9430/8591</w:t>
        <w:br/>
        <w:t>f 10728/9429/8590 11347/9831/8954 10727/9430/8591</w:t>
        <w:br/>
        <w:t>f 11278/9815/8939 11342/9827/8951 10705/9416/8579</w:t>
        <w:br/>
        <w:t>f 10695/9406/8569 11278/9815/8939 10705/9416/8579</w:t>
        <w:br/>
        <w:t>f 10695/9406/8569 10696/9405/8568 10700/9411/8574</w:t>
        <w:br/>
        <w:t>f 11278/9815/8939 10695/9406/8569 10700/9411/8574</w:t>
        <w:br/>
        <w:t>f 10723/9426/8588 11160/9732/8870 10704/9415/8578</w:t>
        <w:br/>
        <w:t>f 11347/9831/8954 11157/9731/8872 11156/9730/8871</w:t>
        <w:br/>
        <w:t>f 11192/9753/8892 11347/9831/8954 11156/9730/8871</w:t>
        <w:br/>
        <w:t>f 10704/9415/8578 11160/9732/8870 10725/9427/8589</w:t>
        <w:br/>
        <w:t>f 10709/9419/8582 10655/9379/8542 10653/9381/8544</w:t>
        <w:br/>
        <w:t>f 11193/9752/8891 10709/9419/8582 10653/9381/8544</w:t>
        <w:br/>
        <w:t>f 10654/9380/8543 10655/9379/8542 10656/9384/8547</w:t>
        <w:br/>
        <w:t>f 11277/9816/8940 11343/9829/8953 11342/9827/8951</w:t>
        <w:br/>
        <w:t>f 11278/9815/8939 11277/9816/8940 11342/9827/8951</w:t>
        <w:br/>
        <w:t>f 11326/9821/8945 11323/9820/8944 10870/9552/8710</w:t>
        <w:br/>
        <w:t>f 10871/9551/8709 11326/9821/8945 10870/9552/8710</w:t>
        <w:br/>
        <w:t>f 10870/9552/8710 11323/9820/8944 11329/9823/8947</w:t>
        <w:br/>
        <w:t>f 11079/9685/8832 10870/9552/8710 11329/9823/8947</w:t>
        <w:br/>
        <w:t>f 11339/9825/8949 11326/9821/8945 10871/9551/8709</w:t>
        <w:br/>
        <w:t>f 11320/9817/8941 11339/9825/8949 10871/9551/8709</w:t>
        <w:br/>
        <w:t>f 11348/9832/8560 11341/9828/8952 11344/9830/8561</w:t>
        <w:br/>
        <w:t>f 10744/9438/8599 10746/9442/8603 10988/9646/8800</w:t>
        <w:br/>
        <w:t>f 10989/9647/8801 10746/9442/8603 10752/9447/8608</w:t>
        <w:br/>
        <w:t>f 10784/9482/8643 11238/9784/8917 11239/9786/8919</w:t>
        <w:br/>
        <w:t>f 10787/9479/8640 10784/9482/8643 11239/9786/8919</w:t>
        <w:br/>
        <w:t>f 10839/9532/8690 11238/9784/8917 10784/9482/8643</w:t>
        <w:br/>
        <w:t>f 10823/9518/8678 10755/9449/8610 11349/9833/8955</w:t>
        <w:br/>
        <w:t>f 11350/9834/8955 10823/9518/8678 11349/9833/8955</w:t>
        <w:br/>
        <w:t>f 11351/9835/8956 10830/9525/8684 11236/9782/8915</w:t>
        <w:br/>
        <w:t>f 10823/9518/8678 11351/9835/8956 11236/9782/8915</w:t>
        <w:br/>
        <w:t>f 11352/9836/8549 10665/9389/8552 10724/9428/8551</w:t>
        <w:br/>
        <w:t>f 10655/9379/8542 10661/9385/8548 10659/9387/8550</w:t>
        <w:br/>
        <w:t>f 11354/9837/8898 11353/9838/8898 11131/9718/8859</w:t>
        <w:br/>
        <w:t>f 11132/9717/8859 11354/9837/8898 11131/9718/8859</w:t>
        <w:br/>
        <w:t>f 10844/9539/8697 10843/9538/8696 11141/9724/8865</w:t>
        <w:br/>
        <w:t>f 10844/9539/8697 10783/9477/8638 10781/9475/8636</w:t>
        <w:br/>
        <w:t>f 10783/9477/8638 10844/9539/8697 11141/9724/8865</w:t>
        <w:br/>
        <w:t>f 10916/9584/8742 11356/9839/8957 10918/9587/8745</w:t>
        <w:br/>
        <w:t>f 11118/9702/8846 10918/9587/8745 11356/9839/8957</w:t>
        <w:br/>
        <w:t>f 11359/9840/8958 11358/9841/8959 11357/9842/8960</w:t>
        <w:br/>
        <w:t>f 11361/9843/8961 11360/9844/8962 11358/9841/8959</w:t>
        <w:br/>
        <w:t>f 11359/9840/8958 11361/9843/8961 11358/9841/8959</w:t>
        <w:br/>
        <w:t>f 11360/9844/8962 11361/9843/8961 11362/9845/8963</w:t>
        <w:br/>
        <w:t>f 11176/9748/8889 11364/9846/8964 11363/9847/8965</w:t>
        <w:br/>
        <w:t>f 11176/9748/8889 11363/9847/8965 11365/9848/8966</w:t>
        <w:br/>
        <w:t>f 11360/9844/8962 11367/9849/8967 11366/9850/8968</w:t>
        <w:br/>
        <w:t>f 11177/9747/8888 11176/9748/8889 11365/9848/8966</w:t>
        <w:br/>
        <w:t>f 11364/9846/8964 11176/9748/8889 11360/9844/8962</w:t>
        <w:br/>
        <w:t>f 11369/9851/8969 11364/9846/8964 11360/9844/8962</w:t>
        <w:br/>
        <w:t>f 11360/9844/8962 11366/9850/8968 11369/9851/8969</w:t>
        <w:br/>
        <w:t>f 11367/9849/8967 11360/9844/8962 11362/9845/8963</w:t>
        <w:br/>
        <w:t>f 11364/9846/8964 11372/9852/8970 11363/9847/8965</w:t>
        <w:br/>
        <w:t>f 10929/9595/8753 10926/9591/8749 10911/9583/8741</w:t>
        <w:br/>
        <w:t>f 10929/9595/8753 10911/9583/8741 10959/9621/8779</w:t>
        <w:br/>
        <w:t>f 10926/9591/8749 10914/9586/8744 10915/9585/8743</w:t>
        <w:br/>
        <w:t>f 11379/9853/8971 11378/9854/8972 11377/9855/8973</w:t>
        <w:br/>
        <w:t>f 11383/9856/8974 11382/9857/8975 11381/9858/8976</w:t>
        <w:br/>
        <w:t>f 11380/9859/8977 11383/9856/8974 11381/9858/8976</w:t>
        <w:br/>
        <w:t>f 11386/9860/8978 11385/9861/8979 11384/9862/8980</w:t>
        <w:br/>
        <w:t>f 11389/9863/8981 11388/9864/8982 11387/9865/8983</w:t>
        <w:br/>
        <w:t>f 11392/9866/8984 11391/9867/8985 11390/9868/8986</w:t>
        <w:br/>
        <w:t>f 11390/9868/8986 11391/9867/8985 11393/9869/8987</w:t>
        <w:br/>
        <w:t>f 11396/9870/8988 11395/9871/8989 11394/9872/8990</w:t>
        <w:br/>
        <w:t>f 11398/9873/8991 11397/9874/8992 11394/9872/8990</w:t>
        <w:br/>
        <w:t>f 11397/9874/8992 11398/9873/8991 11399/9875/8993</w:t>
        <w:br/>
        <w:t>f 11400/9876/8994 11397/9874/8992 11399/9875/8993</w:t>
        <w:br/>
        <w:t>f 11414/9877/8995 11413/9878/8996 11412/9879/8997</w:t>
        <w:br/>
        <w:t>f 11421/9880/8971 11420/9881/8998 11419/9882/8999</w:t>
        <w:br/>
        <w:t>f 11422/9883/9000 11421/9880/8971 11419/9882/8999</w:t>
        <w:br/>
        <w:t>f 11422/9883/9000 11419/9882/8999 11423/9884/9001</w:t>
        <w:br/>
        <w:t>f 11424/9885/9002 11422/9883/9000 11423/9884/9001</w:t>
        <w:br/>
        <w:t>f 11382/9857/8975 11426/9886/9003 11425/9887/9004</w:t>
        <w:br/>
        <w:t>f 11381/9858/8976 11382/9857/8975 11425/9887/9004</w:t>
        <w:br/>
        <w:t>f 11425/9887/9004 11428/9888/9005 11427/9889/9006</w:t>
        <w:br/>
        <w:t>f 11381/9858/8976 11425/9887/9004 11427/9889/9006</w:t>
        <w:br/>
        <w:t>f 11380/9859/8977 11381/9858/8976 11429/9890/9007</w:t>
        <w:br/>
        <w:t>f 11427/9889/9006 11431/9891/9008 11430/9892/9009</w:t>
        <w:br/>
        <w:t>f 11429/9890/9007 11427/9889/9006 11430/9892/9009</w:t>
        <w:br/>
        <w:t>f 11430/9892/9009 11433/9893/9010 11432/9894/9011</w:t>
        <w:br/>
        <w:t>f 11387/9865/8983 11430/9892/9009 11432/9894/9011</w:t>
        <w:br/>
        <w:t>f 11436/9895/9012 11435/9896/9013 11434/9897/9014</w:t>
        <w:br/>
        <w:t>f 11437/9898/9015 11436/9895/9012 11434/9897/9014</w:t>
        <w:br/>
        <w:t>f 11439/9899/9016 11438/9900/9017 11434/9897/9014</w:t>
        <w:br/>
        <w:t>f 11440/9901/9018 11439/9899/9016 11434/9897/9014</w:t>
        <w:br/>
        <w:t>f 11444/9902/9019 11443/9903/9020 11442/9904/9021</w:t>
        <w:br/>
        <w:t>f 11441/9905/9022 11444/9902/9019 11442/9904/9021</w:t>
        <w:br/>
        <w:t>f 11412/9879/8997 11445/9906/9023 11414/9877/8995</w:t>
        <w:br/>
        <w:t>f 11428/9888/9005 11446/9907/9024 11431/9891/9008</w:t>
        <w:br/>
        <w:t>f 11427/9889/9006 11428/9888/9005 11431/9891/9008</w:t>
        <w:br/>
        <w:t>f 11446/9907/9024 11448/9908/9025 11447/9909/9026</w:t>
        <w:br/>
        <w:t>f 11431/9891/9008 11446/9907/9024 11447/9909/9026</w:t>
        <w:br/>
        <w:t>f 11431/9891/9008 11447/9909/9026 11433/9893/9010</w:t>
        <w:br/>
        <w:t>f 11430/9892/9009 11431/9891/9008 11433/9893/9010</w:t>
        <w:br/>
        <w:t>f 11450/9910/9027 11449/9911/9028 11436/9895/9012</w:t>
        <w:br/>
        <w:t>f 11451/9912/9029 11450/9910/9027 11436/9895/9012</w:t>
        <w:br/>
        <w:t>f 11449/9911/9028 11452/9913/9030 11435/9896/9013</w:t>
        <w:br/>
        <w:t>f 11436/9895/9012 11449/9911/9028 11435/9896/9013</w:t>
        <w:br/>
        <w:t>f 11443/9903/9020 11454/9914/9031 11453/9915/9032</w:t>
        <w:br/>
        <w:t>f 11442/9904/9021 11443/9903/9020 11453/9915/9032</w:t>
        <w:br/>
        <w:t>f 11455/9916/9033 11454/9914/9031 11449/9911/9028</w:t>
        <w:br/>
        <w:t>f 11450/9910/9027 11455/9916/9033 11449/9911/9028</w:t>
        <w:br/>
        <w:t>f 11454/9914/9031 11455/9916/9033 11456/9917/9034</w:t>
        <w:br/>
        <w:t>f 11453/9915/9032 11454/9914/9031 11456/9917/9034</w:t>
        <w:br/>
        <w:t>f 11392/9866/8984 11458/9918/9035 11457/9919/9036</w:t>
        <w:br/>
        <w:t>f 11386/9860/8978 11392/9866/8984 11457/9919/9036</w:t>
        <w:br/>
        <w:t>f 11469/9920/9037 11468/9921/9038 11467/9922/9039</w:t>
        <w:br/>
        <w:t>f 11458/9918/9035 11469/9920/9037 11467/9922/9039</w:t>
        <w:br/>
        <w:t>f 11471/9923/9025 11456/9917/9034 11455/9916/9033</w:t>
        <w:br/>
        <w:t>f 11470/9924/9026 11471/9923/9025 11455/9916/9033</w:t>
        <w:br/>
        <w:t>f 11470/9924/9026 11455/9916/9033 11450/9910/9027</w:t>
        <w:br/>
        <w:t>f 11472/9925/9040 11470/9924/9026 11450/9910/9027</w:t>
        <w:br/>
        <w:t>f 11472/9925/9040 11450/9910/9027 11451/9912/9029</w:t>
        <w:br/>
        <w:t>f 11473/9926/9011 11472/9925/9040 11451/9912/9029</w:t>
        <w:br/>
        <w:t>f 11396/9870/8988 11475/9927/8987 11474/9928/9041</w:t>
        <w:br/>
        <w:t>f 11378/9854/8972 11477/9929/9042 11476/9930/9043</w:t>
        <w:br/>
        <w:t>f 11377/9855/8973 11378/9854/8972 11476/9930/9043</w:t>
        <w:br/>
        <w:t>f 11478/9931/9044 11467/9922/9039 11468/9921/9038</w:t>
        <w:br/>
        <w:t>f 11479/9932/9045 11478/9931/9044 11468/9921/9038</w:t>
        <w:br/>
        <w:t>f 11481/9933/9046 11480/9934/9047 11479/9932/9045</w:t>
        <w:br/>
        <w:t>f 11468/9921/9038 11481/9933/9046 11479/9932/9045</w:t>
        <w:br/>
        <w:t>f 11385/9861/8979 11383/9856/8974 11380/9859/8977</w:t>
        <w:br/>
        <w:t>f 11493/9935/9048 11492/9936/9049 11491/9937/9050</w:t>
        <w:br/>
        <w:t>f 11490/9938/9051 11493/9935/9048 11491/9937/9050</w:t>
        <w:br/>
        <w:t>f 11490/9938/9051 11495/9939/9052 11494/9940/9053</w:t>
        <w:br/>
        <w:t>f 11493/9935/9048 11490/9938/9051 11494/9940/9053</w:t>
        <w:br/>
        <w:t>f 11498/9941/9054 11497/9942/9055 11496/9943/9056</w:t>
        <w:br/>
        <w:t>f 11499/9944/9057 11498/9941/9054 11496/9943/9056</w:t>
        <w:br/>
        <w:t>f 11495/9939/9052 11500/9945/9058 11494/9940/9053</w:t>
        <w:br/>
        <w:t>f 11504/9946/8609 11503/9947/8612 11502/9948/9059</w:t>
        <w:br/>
        <w:t>f 11501/9949/9060 11504/9946/8609 11502/9948/9059</w:t>
        <w:br/>
        <w:t>f 11507/9950/9061 11506/9951/9062 11505/9952/9063</w:t>
        <w:br/>
        <w:t>f 11510/9953/9064 11509/9954/9065 11508/9955/9066</w:t>
        <w:br/>
        <w:t>f 11511/9956/9067 11510/9953/9064 11508/9955/9066</w:t>
        <w:br/>
        <w:t>f 11510/9953/9064 11513/9957/9068 11512/9958/9069</w:t>
        <w:br/>
        <w:t>f 11509/9954/9065 11510/9953/9064 11512/9958/9069</w:t>
        <w:br/>
        <w:t>f 11516/9959/9070 11515/9960/9071 11514/9961/9072</w:t>
        <w:br/>
        <w:t>f 11519/9962/9073 11515/9960/9071 11518/9963/9074</w:t>
        <w:br/>
        <w:t>f 11517/9964/9075 11519/9962/9073 11518/9963/9074</w:t>
        <w:br/>
        <w:t>f 11523/9965/9076 11522/9966/9077 11521/9967/8988</w:t>
        <w:br/>
        <w:t>f 11520/9968/8990 11523/9965/9076 11521/9967/8988</w:t>
        <w:br/>
        <w:t>f 11526/9969/9078 11525/9970/9079 11524/9971/9080</w:t>
        <w:br/>
        <w:t>f 11527/9972/9081 11526/9969/9078 11524/9971/9080</w:t>
        <w:br/>
        <w:t>f 11529/9973/9082 11491/9937/9050 11492/9936/9049</w:t>
        <w:br/>
        <w:t>f 11528/9974/9083 11529/9973/9082 11492/9936/9049</w:t>
        <w:br/>
        <w:t>f 11531/9975/9084 11529/9973/9082 11528/9974/9083</w:t>
        <w:br/>
        <w:t>f 11530/9976/9085 11531/9975/9084 11528/9974/9083</w:t>
        <w:br/>
        <w:t>f 11535/9977/9086 11534/9978/9087 11533/9979/9088</w:t>
        <w:br/>
        <w:t>f 11532/9980/8641 11535/9977/9086 11533/9979/9088</w:t>
        <w:br/>
        <w:t>f 11538/9981/9089 11537/9982/9090 11536/9983/9091</w:t>
        <w:br/>
        <w:t>f 11539/9984/9092 11538/9981/9089 11536/9983/9091</w:t>
        <w:br/>
        <w:t>f 11542/9985/9093 11541/9986/9094 11540/9987/9095</w:t>
        <w:br/>
        <w:t>f 11543/9988/9096 11542/9985/9093 11540/9987/9095</w:t>
        <w:br/>
        <w:t>f 11541/9986/9094 11546/9989/9097 11545/9990/9098</w:t>
        <w:br/>
        <w:t>f 11544/9991/9099 11541/9986/9094 11545/9990/9098</w:t>
        <w:br/>
        <w:t>f 11549/9992/9100 11548/9993/9101 11547/9994/9102</w:t>
        <w:br/>
        <w:t>f 11550/9995/9103 11549/9992/9100 11547/9994/9102</w:t>
        <w:br/>
        <w:t>f 11553/9996/9104 11552/9997/9105 11551/9998/9106</w:t>
        <w:br/>
        <w:t>f 11554/9999/9107 11553/9996/9104 11551/9998/9106</w:t>
        <w:br/>
        <w:t>f 11557/10000/9108 11556/10001/9109 11555/10002/9110</w:t>
        <w:br/>
        <w:t>f 11558/10003/9111 11557/10000/9108 11555/10002/9110</w:t>
        <w:br/>
        <w:t>f 11555/10002/9110 11560/10004/9112 11559/10005/9113</w:t>
        <w:br/>
        <w:t>f 11558/10003/9111 11555/10002/9110 11559/10005/9113</w:t>
        <w:br/>
        <w:t>f 11556/10001/9109 11557/10000/9108 11561/10006/9114</w:t>
        <w:br/>
        <w:t>f 11562/10007/9115 11556/10001/9109 11561/10006/9114</w:t>
        <w:br/>
        <w:t>f 11562/10007/9115 11561/10006/9114 11564/10008/9116</w:t>
        <w:br/>
        <w:t>f 11563/10009/9117 11562/10007/9115 11564/10008/9116</w:t>
        <w:br/>
        <w:t>f 11549/9992/9100 11565/10010/9118 11548/9993/9101</w:t>
        <w:br/>
        <w:t>f 11568/10011/8992 11567/10012/9119 11566/10013/9120</w:t>
        <w:br/>
        <w:t>f 11505/9952/9063 11568/10011/8992 11566/10013/9120</w:t>
        <w:br/>
        <w:t>f 11547/9994/9102 11569/10014/9121 11550/9995/9103</w:t>
        <w:br/>
        <w:t>f 11569/10014/9121 11570/10015/9122 11502/9948/9059</w:t>
        <w:br/>
        <w:t>f 11550/9995/9103 11569/10014/9121 11502/9948/9059</w:t>
        <w:br/>
        <w:t>f 11570/10015/9122 11571/10016/9123 11501/9949/9060</w:t>
        <w:br/>
        <w:t>f 11502/9948/9059 11570/10015/9122 11501/9949/9060</w:t>
        <w:br/>
        <w:t>f 11573/10017/8679 11504/9946/8609 11501/9949/9060</w:t>
        <w:br/>
        <w:t>f 11572/10018/9124 11573/10017/8679 11501/9949/9060</w:t>
        <w:br/>
        <w:t>f 11576/10019/9125 11575/10020/8703 11574/10021/9126</w:t>
        <w:br/>
        <w:t>f 11577/10022/9127 11576/10019/9125 11574/10021/9126</w:t>
        <w:br/>
        <w:t>f 11580/10023/9128 11579/10024/9129 11578/10025/9130</w:t>
        <w:br/>
        <w:t>f 11581/10026/9128 11580/10023/9128 11578/10025/9130</w:t>
        <w:br/>
        <w:t>f 11543/9988/9096 11578/10025/9130 11579/10024/9129</w:t>
        <w:br/>
        <w:t>f 11542/9985/9093 11543/9988/9096 11579/10024/9129</w:t>
        <w:br/>
        <w:t>f 11542/9985/9093 11579/10024/9129 11582/10027/9131</w:t>
        <w:br/>
        <w:t>f 11583/10028/9132 11542/9985/9093 11582/10027/9131</w:t>
        <w:br/>
        <w:t>f 11584/10029/9133 11582/10027/9131 11579/10024/9129</w:t>
        <w:br/>
        <w:t>f 11585/10030/9133 11584/10029/9133 11579/10024/9129</w:t>
        <w:br/>
        <w:t>f 11583/10028/9132 11546/9989/9097 11541/9986/9094</w:t>
        <w:br/>
        <w:t>f 11542/9985/9093 11583/10028/9132 11541/9986/9094</w:t>
        <w:br/>
        <w:t>f 11586/10031/9134 11540/9987/9095 11541/9986/9094</w:t>
        <w:br/>
        <w:t>f 11544/9991/9099 11586/10031/9134 11541/9986/9094</w:t>
        <w:br/>
        <w:t>f 11586/10031/9134 11588/10032/9135 11587/10033/9136</w:t>
        <w:br/>
        <w:t>f 11540/9987/9095 11586/10031/9134 11587/10033/9136</w:t>
        <w:br/>
        <w:t>f 11591/10034/9137 11590/10035/9138 11589/10036/9139</w:t>
        <w:br/>
        <w:t>f 11534/9978/9087 11591/10034/9137 11589/10036/9139</w:t>
        <w:br/>
        <w:t>f 11509/9954/9065 11593/10037/9140 11592/10038/9141</w:t>
        <w:br/>
        <w:t>f 11508/9955/9066 11509/9954/9065 11592/10038/9141</w:t>
        <w:br/>
        <w:t>f 11512/9958/9069 11594/10039/9142 11593/10037/9140</w:t>
        <w:br/>
        <w:t>f 11509/9954/9065 11512/9958/9069 11593/10037/9140</w:t>
        <w:br/>
        <w:t>f 11595/10040/9143 11516/9959/9070 11514/9961/9072</w:t>
        <w:br/>
        <w:t>f 11596/10041/9144 11595/10040/9143 11514/9961/9072</w:t>
        <w:br/>
        <w:t>f 11597/10042/9145 11550/9995/9103 11502/9948/9059</w:t>
        <w:br/>
        <w:t>f 11503/9947/8612 11597/10042/9145 11502/9948/9059</w:t>
        <w:br/>
        <w:t>f 11599/10043/9146 11527/9972/9081 11598/10044/9147</w:t>
        <w:br/>
        <w:t>f 11600/10045/9148 11599/10043/9146 11598/10044/9147</w:t>
        <w:br/>
        <w:t>f 11532/9980/8641 11575/10020/8703 11576/10019/9125</w:t>
        <w:br/>
        <w:t>f 11535/9977/9086 11532/9980/8641 11576/10019/9125</w:t>
        <w:br/>
        <w:t>f 11589/10036/9139 11508/9955/9066 11592/10038/9141</w:t>
        <w:br/>
        <w:t>f 11601/10046/9149 11589/10036/9139 11592/10038/9141</w:t>
        <w:br/>
        <w:t>f 11590/10035/9138 11511/9956/9067 11508/9955/9066</w:t>
        <w:br/>
        <w:t>f 11589/10036/9139 11590/10035/9138 11508/9955/9066</w:t>
        <w:br/>
        <w:t>f 11424/9885/9002 11423/9884/9001 11414/9877/8995</w:t>
        <w:br/>
        <w:t>f 11445/9906/9023 11424/9885/9002 11414/9877/8995</w:t>
        <w:br/>
        <w:t>f 11385/9861/8979 11380/9859/8977 11429/9890/9007</w:t>
        <w:br/>
        <w:t>f 11384/9862/8980 11385/9861/8979 11429/9890/9007</w:t>
        <w:br/>
        <w:t>f 11430/9892/9009 11388/9864/8982 11429/9890/9007</w:t>
        <w:br/>
        <w:t>f 11639/10047/9150 11638/10048/9151 11637/10049/9152</w:t>
        <w:br/>
        <w:t>f 11640/10050/9153 11639/10047/9150 11637/10049/9152</w:t>
        <w:br/>
        <w:t>f 11643/10051/9154 11642/10052/9155 11641/10053/9156</w:t>
        <w:br/>
        <w:t>f 11646/10054/9157 11645/10055/9158 11644/10056/9159</w:t>
        <w:br/>
        <w:t>f 11650/10057/9160 11649/10058/9161 11648/10059/9162</w:t>
        <w:br/>
        <w:t>f 11647/10060/9163 11650/10057/9160 11648/10059/9162</w:t>
        <w:br/>
        <w:t>f 11653/10061/9164 11652/10062/9165 11651/10063/9166</w:t>
        <w:br/>
        <w:t>f 11656/10064/9167 11655/10065/9168 11654/10066/9169</w:t>
        <w:br/>
        <w:t>f 11657/10067/9170 11656/10064/9167 11654/10066/9169</w:t>
        <w:br/>
        <w:t>f 11638/10048/9151 11656/10064/9167 11657/10067/9170</w:t>
        <w:br/>
        <w:t>f 11637/10049/9152 11638/10048/9151 11657/10067/9170</w:t>
        <w:br/>
        <w:t>f 11660/10068/9171 11659/10069/9172 11658/10070/9173</w:t>
        <w:br/>
        <w:t>f 11663/10071/9174 11662/10072/9175 11661/10073/9176</w:t>
        <w:br/>
        <w:t>f 11641/10053/9156 11663/10071/9174 11661/10073/9176</w:t>
        <w:br/>
        <w:t>f 11666/10074/9177 11665/10075/9178 11664/10076/9179</w:t>
        <w:br/>
        <w:t>f 11664/10076/9179 11668/10077/9180 11667/10078/9181</w:t>
        <w:br/>
        <w:t>f 11666/10074/9177 11664/10076/9179 11667/10078/9181</w:t>
        <w:br/>
        <w:t>f 11645/10055/9158 11646/10054/9157 11669/10079/9182</w:t>
        <w:br/>
        <w:t>f 11670/10080/9183 11645/10055/9158 11669/10079/9182</w:t>
        <w:br/>
        <w:t>f 11663/10071/9174 11641/10053/9156 11642/10052/9155</w:t>
        <w:br/>
        <w:t>f 11676/10081/9184 11662/10072/9175 11675/10082/9185</w:t>
        <w:br/>
        <w:t>f 11677/10083/9186 11675/10082/9185 11670/10080/9183</w:t>
        <w:br/>
        <w:t>f 11669/10079/9182 11677/10083/9186 11670/10080/9183</w:t>
        <w:br/>
        <w:t>f 11662/10072/9175 11663/10071/9174 11670/10080/9183</w:t>
        <w:br/>
        <w:t>f 11675/10082/9185 11662/10072/9175 11670/10080/9183</w:t>
        <w:br/>
        <w:t>f 11669/10079/9182 11646/10054/9157 11678/10084/9187</w:t>
        <w:br/>
        <w:t>f 11665/10075/9178 11679/10085/9188 11676/10081/9184</w:t>
        <w:br/>
        <w:t>f 11676/10081/9184 11680/10086/9189 11664/10076/9179</w:t>
        <w:br/>
        <w:t>f 11682/10087/9190 11498/9941/9054 11499/9944/9057</w:t>
        <w:br/>
        <w:t>f 11681/10088/9191 11682/10087/9190 11499/9944/9057</w:t>
        <w:br/>
        <w:t>f 11684/10089/9192 11683/10090/9193 11637/10049/9152</w:t>
        <w:br/>
        <w:t>f 11657/10067/9170 11684/10089/9192 11637/10049/9152</w:t>
        <w:br/>
        <w:t>f 11657/10067/9170 11654/10066/9169 11682/10087/9190</w:t>
        <w:br/>
        <w:t>f 11684/10089/9192 11657/10067/9170 11682/10087/9190</w:t>
        <w:br/>
        <w:t>f 11640/10050/9153 11668/10077/9180 11685/10091/9194</w:t>
        <w:br/>
        <w:t>f 11639/10047/9150 11640/10050/9153 11685/10091/9194</w:t>
        <w:br/>
        <w:t>f 11687/10092/9195 11648/10059/9162 11649/10058/9161</w:t>
        <w:br/>
        <w:t>f 11686/10093/9196 11687/10092/9195 11649/10058/9161</w:t>
        <w:br/>
        <w:t>f 11690/10094/9197 11689/10095/9198 11688/10096/9199</w:t>
        <w:br/>
        <w:t>f 11691/10097/9200 11690/10094/9197 11688/10096/9199</w:t>
        <w:br/>
        <w:t>f 11655/10065/9168 11656/10064/9167 11688/10096/9199</w:t>
        <w:br/>
        <w:t>f 11687/10092/9195 11655/10065/9168 11688/10096/9199</w:t>
        <w:br/>
        <w:t>f 11693/10098/9201 11692/10099/9202 11528/9974/9083</w:t>
        <w:br/>
        <w:t>f 11492/9936/9049 11693/10098/9201 11528/9974/9083</w:t>
        <w:br/>
        <w:t>f 11686/10093/9196 11649/10058/9161 11494/9940/9053</w:t>
        <w:br/>
        <w:t>f 11500/9945/9058 11686/10093/9196 11494/9940/9053</w:t>
        <w:br/>
        <w:t>f 11649/10058/9161 11650/10057/9160 11493/9935/9048</w:t>
        <w:br/>
        <w:t>f 11494/9940/9053 11649/10058/9161 11493/9935/9048</w:t>
        <w:br/>
        <w:t>f 11692/10099/9202 11694/10100/9203 11530/9976/9085</w:t>
        <w:br/>
        <w:t>f 11528/9974/9083 11692/10099/9202 11530/9976/9085</w:t>
        <w:br/>
        <w:t>f 11675/10082/9185 11677/10083/9186 11680/10086/9189</w:t>
        <w:br/>
        <w:t>f 11676/10081/9184 11675/10082/9185 11680/10086/9189</w:t>
        <w:br/>
        <w:t>f 11668/10077/9180 11664/10076/9179 11680/10086/9189</w:t>
        <w:br/>
        <w:t>f 11685/10091/9194 11668/10077/9180 11680/10086/9189</w:t>
        <w:br/>
        <w:t>f 11654/10066/9169 11655/10065/9168 11696/10101/9204</w:t>
        <w:br/>
        <w:t>f 11695/10102/9205 11654/10066/9169 11696/10101/9204</w:t>
        <w:br/>
        <w:t>f 11697/10103/9206 11695/10102/9205 11696/10101/9204</w:t>
        <w:br/>
        <w:t>f 11698/10104/9207 11697/10103/9206 11696/10101/9204</w:t>
        <w:br/>
        <w:t>f 11699/10105/9208 11659/10069/9172 11694/10100/9203</w:t>
        <w:br/>
        <w:t>f 11692/10099/9202 11699/10105/9208 11694/10100/9203</w:t>
        <w:br/>
        <w:t>f 11698/10104/9207 11696/10101/9204 11686/10093/9196</w:t>
        <w:br/>
        <w:t>f 11500/9945/9058 11698/10104/9207 11686/10093/9196</w:t>
        <w:br/>
        <w:t>f 11692/10099/9202 11693/10098/9201 11700/10106/9209</w:t>
        <w:br/>
        <w:t>f 11699/10105/9208 11692/10099/9202 11700/10106/9209</w:t>
        <w:br/>
        <w:t>f 11699/10105/9208 11700/10106/9209 11653/10061/9164</w:t>
        <w:br/>
        <w:t>f 11644/10056/9159 11699/10105/9208 11653/10061/9164</w:t>
        <w:br/>
        <w:t>f 11645/10055/9158 11642/10052/9155 11658/10070/9173</w:t>
        <w:br/>
        <w:t>f 11659/10069/9172 11699/10105/9208 11644/10056/9159</w:t>
        <w:br/>
        <w:t>f 11658/10070/9173 11659/10069/9172 11644/10056/9159</w:t>
        <w:br/>
        <w:t>f 11645/10055/9158 11670/10080/9183 11663/10071/9174</w:t>
        <w:br/>
        <w:t>f 11642/10052/9155 11645/10055/9158 11663/10071/9174</w:t>
        <w:br/>
        <w:t>f 11701/10107/9210 11694/10100/9203 11659/10069/9172</w:t>
        <w:br/>
        <w:t>f 11660/10068/9171 11701/10107/9210 11659/10069/9172</w:t>
        <w:br/>
        <w:t>f 11653/10061/9164 11700/10106/9209 11647/10060/9163</w:t>
        <w:br/>
        <w:t>f 11652/10062/9165 11653/10061/9164 11647/10060/9163</w:t>
        <w:br/>
        <w:t>f 11702/10108/9211 11690/10094/9197 11691/10097/9200</w:t>
        <w:br/>
        <w:t>f 11703/10109/9212 11702/10108/9211 11691/10097/9200</w:t>
        <w:br/>
        <w:t>f 11655/10065/9168 11687/10092/9195 11686/10093/9196</w:t>
        <w:br/>
        <w:t>f 11696/10101/9204 11655/10065/9168 11686/10093/9196</w:t>
        <w:br/>
        <w:t>f 11656/10064/9167 11638/10048/9151 11691/10097/9200</w:t>
        <w:br/>
        <w:t>f 11688/10096/9199 11656/10064/9167 11691/10097/9200</w:t>
        <w:br/>
        <w:t>f 11689/10095/9198 11648/10059/9162 11687/10092/9195</w:t>
        <w:br/>
        <w:t>f 11688/10096/9199 11689/10095/9198 11687/10092/9195</w:t>
        <w:br/>
        <w:t>f 11678/10084/9187 11702/10108/9211 11703/10109/9212</w:t>
        <w:br/>
        <w:t>f 11704/10110/9213 11678/10084/9187 11703/10109/9212</w:t>
        <w:br/>
        <w:t>f 11653/10061/9164 11646/10054/9157 11644/10056/9159</w:t>
        <w:br/>
        <w:t>f 11662/10072/9175 11709/10111/9214 11661/10073/9176</w:t>
        <w:br/>
        <w:t>f 11683/10090/9193 11684/10089/9192 11714/10112/9215</w:t>
        <w:br/>
        <w:t>f 11715/10113/9216 11683/10090/9193 11714/10112/9215</w:t>
        <w:br/>
        <w:t>f 11681/10088/9191 11714/10112/9215 11684/10089/9192</w:t>
        <w:br/>
        <w:t>f 11682/10087/9190 11681/10088/9191 11684/10089/9192</w:t>
        <w:br/>
        <w:t>f 11718/10114/9217 11717/10115/9218 11716/10116/9219</w:t>
        <w:br/>
        <w:t>f 11719/10117/9220 11718/10114/9217 11716/10116/9219</w:t>
        <w:br/>
        <w:t>f 11719/10117/9220 11716/10116/9219 11721/10118/9221</w:t>
        <w:br/>
        <w:t>f 11720/10119/9222 11719/10117/9220 11721/10118/9221</w:t>
        <w:br/>
        <w:t>f 11554/9999/9107 11551/9998/9106 11717/10115/9218</w:t>
        <w:br/>
        <w:t>f 11718/10114/9217 11554/9999/9107 11717/10115/9218</w:t>
        <w:br/>
        <w:t>f 11558/10003/9111 11559/10005/9113 11723/10120/9223</w:t>
        <w:br/>
        <w:t>f 11722/10121/9224 11558/10003/9111 11723/10120/9223</w:t>
        <w:br/>
        <w:t>f 11722/10121/9224 11723/10120/9223 11600/10045/9148</w:t>
        <w:br/>
        <w:t>f 11598/10044/9147 11722/10121/9224 11600/10045/9148</w:t>
        <w:br/>
        <w:t>f 11524/9971/9080 11525/9970/9079 11724/10122/9225</w:t>
        <w:br/>
        <w:t>f 11725/10123/9226 11524/9971/9080 11724/10122/9225</w:t>
        <w:br/>
        <w:t>f 11725/10123/9226 11724/10122/9225 11726/10124/9227</w:t>
        <w:br/>
        <w:t>f 11727/10125/9228 11725/10123/9226 11726/10124/9227</w:t>
        <w:br/>
        <w:t>f 11522/9966/9077 11519/9962/9073 11728/10126/8986</w:t>
        <w:br/>
        <w:t>f 11521/9967/8988 11522/9966/9077 11728/10126/8986</w:t>
        <w:br/>
        <w:t>f 11506/9951/9062 11520/9968/8990 11568/10011/8992</w:t>
        <w:br/>
        <w:t>f 11505/9952/9063 11506/9951/9062 11568/10011/8992</w:t>
        <w:br/>
        <w:t>f 11729/10127/9229 11549/9992/9100 11550/9995/9103</w:t>
        <w:br/>
        <w:t>f 11597/10042/9145 11729/10127/9229 11550/9995/9103</w:t>
        <w:br/>
        <w:t>f 11730/10128/9230 11566/10013/9120 11549/9992/9100</w:t>
        <w:br/>
        <w:t>f 11729/10127/9229 11730/10128/9230 11549/9992/9100</w:t>
        <w:br/>
        <w:t>f 11505/9952/9063 11566/10013/9120 11730/10128/9230</w:t>
        <w:br/>
        <w:t>f 11724/10122/9225 11523/9965/9076 11731/10129/9231</w:t>
        <w:br/>
        <w:t>f 11726/10124/9227 11724/10122/9225 11731/10129/9231</w:t>
        <w:br/>
        <w:t>f 11522/9966/9077 11523/9965/9076 11724/10122/9225</w:t>
        <w:br/>
        <w:t>f 11525/9970/9079 11522/9966/9077 11724/10122/9225</w:t>
        <w:br/>
        <w:t>f 11525/9970/9079 11526/9969/9078 11519/9962/9073</w:t>
        <w:br/>
        <w:t>f 11522/9966/9077 11525/9970/9079 11519/9962/9073</w:t>
        <w:br/>
        <w:t>f 11732/10130/9047 11511/9956/9067 11590/10035/9138</w:t>
        <w:br/>
        <w:t>f 11733/10131/9232 11732/10130/9047 11590/10035/9138</w:t>
        <w:br/>
        <w:t>f 11734/10132/9233 11510/9953/9064 11511/9956/9067</w:t>
        <w:br/>
        <w:t>f 11732/10130/9047 11734/10132/9233 11511/9956/9067</w:t>
        <w:br/>
        <w:t>f 11510/9953/9064 11734/10132/9233 11735/10133/9234</w:t>
        <w:br/>
        <w:t>f 11513/9957/9068 11510/9953/9064 11735/10133/9234</w:t>
        <w:br/>
        <w:t>f 11518/9963/9074 11515/9960/9071 11513/9957/9068</w:t>
        <w:br/>
        <w:t>f 11735/10133/9234 11518/9963/9074 11513/9957/9068</w:t>
        <w:br/>
        <w:t>f 11526/9969/9078 11514/9961/9072 11515/9960/9071</w:t>
        <w:br/>
        <w:t>f 11519/9962/9073 11526/9969/9078 11515/9960/9071</w:t>
        <w:br/>
        <w:t>f 11736/10134/9235 11733/10131/9232 11590/10035/9138</w:t>
        <w:br/>
        <w:t>f 11591/10034/9137 11736/10134/9235 11590/10035/9138</w:t>
        <w:br/>
        <w:t>f 11601/10046/9149 11533/9979/9088 11534/9978/9087</w:t>
        <w:br/>
        <w:t>f 11589/10036/9139 11601/10046/9149 11534/9978/9087</w:t>
        <w:br/>
        <w:t>f 11737/10135/9236 11538/9981/9089 11539/9984/9092</w:t>
        <w:br/>
        <w:t>f 11587/10033/9136 11543/9988/9096 11540/9987/9095</w:t>
        <w:br/>
        <w:t>f 11650/10057/9160 11693/10098/9201 11492/9936/9049</w:t>
        <w:br/>
        <w:t>f 11493/9935/9048 11650/10057/9160 11492/9936/9049</w:t>
        <w:br/>
        <w:t>f 11647/10060/9163 11700/10106/9209 11693/10098/9201</w:t>
        <w:br/>
        <w:t>f 11650/10057/9160 11647/10060/9163 11693/10098/9201</w:t>
        <w:br/>
        <w:t>f 11560/10004/9112 11738/10136/9237 11490/9938/9051</w:t>
        <w:br/>
        <w:t>f 11559/10005/9113 11560/10004/9112 11490/9938/9051</w:t>
        <w:br/>
        <w:t>f 11739/10137/9238 11495/9939/9052 11738/10136/9237</w:t>
        <w:br/>
        <w:t>f 11654/10066/9169 11695/10102/9205 11498/9941/9054</w:t>
        <w:br/>
        <w:t>f 11682/10087/9190 11654/10066/9169 11498/9941/9054</w:t>
        <w:br/>
        <w:t>f 11497/9942/9055 11498/9941/9054 11695/10102/9205</w:t>
        <w:br/>
        <w:t>f 11697/10103/9206 11497/9942/9055 11695/10102/9205</w:t>
        <w:br/>
        <w:t>f 11559/10005/9113 11490/9938/9051 11491/9937/9050</w:t>
        <w:br/>
        <w:t>f 11723/10120/9223 11559/10005/9113 11491/9937/9050</w:t>
        <w:br/>
        <w:t>f 11600/10045/9148 11723/10120/9223 11491/9937/9050</w:t>
        <w:br/>
        <w:t>f 11529/9973/9082 11600/10045/9148 11491/9937/9050</w:t>
        <w:br/>
        <w:t>f 11529/9973/9082 11596/10041/9144 11599/10043/9146</w:t>
        <w:br/>
        <w:t>f 11600/10045/9148 11529/9973/9082 11599/10043/9146</w:t>
        <w:br/>
        <w:t>f 11514/9961/9072 11526/9969/9078 11527/9972/9081</w:t>
        <w:br/>
        <w:t>f 11599/10043/9146 11514/9961/9072 11527/9972/9081</w:t>
        <w:br/>
        <w:t>f 11647/10060/9163 11648/10059/9162 11689/10095/9198</w:t>
        <w:br/>
        <w:t>f 11652/10062/9165 11647/10060/9163 11689/10095/9198</w:t>
        <w:br/>
        <w:t>f 11690/10094/9197 11652/10062/9165 11689/10095/9198</w:t>
        <w:br/>
        <w:t>f 11702/10108/9211 11651/10063/9166 11690/10094/9197</w:t>
        <w:br/>
        <w:t>f 11646/10054/9157 11651/10063/9166 11678/10084/9187</w:t>
        <w:br/>
        <w:t>f 11500/9945/9058 11739/10137/9238 11753/10138/9239</w:t>
        <w:br/>
        <w:t>f 11698/10104/9207 11500/9945/9058 11753/10138/9239</w:t>
        <w:br/>
        <w:t>f 11698/10104/9207 11753/10138/9239 11754/10139/9240</w:t>
        <w:br/>
        <w:t>f 11697/10103/9206 11698/10104/9207 11754/10139/9240</w:t>
        <w:br/>
        <w:t>f 11755/10140/9241 11497/9942/9055 11697/10103/9206</w:t>
        <w:br/>
        <w:t>f 11754/10139/9240 11755/10140/9241 11697/10103/9206</w:t>
        <w:br/>
        <w:t>f 11756/10141/9242 11496/9943/9056 11497/9942/9055</w:t>
        <w:br/>
        <w:t>f 11755/10140/9241 11756/10141/9242 11497/9942/9055</w:t>
        <w:br/>
        <w:t>f 11759/10142/9243 11758/10143/9243 11757/10144/9244</w:t>
        <w:br/>
        <w:t>f 11760/10145/9245 11759/10142/9243 11757/10144/9244</w:t>
        <w:br/>
        <w:t>f 11795/10146/9246 11794/10147/9247 11793/10148/9248</w:t>
        <w:br/>
        <w:t>f 11796/10149/9249 11795/10146/9246 11793/10148/9248</w:t>
        <w:br/>
        <w:t>f 11799/10150/9250 11798/10151/9251 11797/10152/9251</w:t>
        <w:br/>
        <w:t>f 11800/10153/9250 11799/10150/9250 11797/10152/9251</w:t>
        <w:br/>
        <w:t>f 11804/10154/9252 11803/10155/9252 11802/10156/9253</w:t>
        <w:br/>
        <w:t>f 11801/10157/9253 11804/10154/9252 11802/10156/9253</w:t>
        <w:br/>
        <w:t>f 11548/9993/9101 11806/10158/9254 11805/10159/9255</w:t>
        <w:br/>
        <w:t>f 11547/9994/9102 11548/9993/9101 11805/10159/9255</w:t>
        <w:br/>
        <w:t>f 11810/10160/9256 11809/10161/9256 11808/10162/9257</w:t>
        <w:br/>
        <w:t>f 11807/10163/9257 11810/10160/9256 11808/10162/9257</w:t>
        <w:br/>
        <w:t>f 11812/10164/9258 11811/10165/9259 11809/10161/9256</w:t>
        <w:br/>
        <w:t>f 11810/10160/9256 11812/10164/9258 11809/10161/9256</w:t>
        <w:br/>
        <w:t>f 11813/10166/9260 11811/10165/9259 11812/10164/9258</w:t>
        <w:br/>
        <w:t>f 11814/10167/9260 11813/10166/9260 11812/10164/9258</w:t>
        <w:br/>
        <w:t>f 11817/10168/9261 11816/10169/9262 11815/10170/9262</w:t>
        <w:br/>
        <w:t>f 11818/10171/9261 11817/10168/9261 11815/10170/9262</w:t>
        <w:br/>
        <w:t>f 11807/10163/9257 11808/10162/9257 11820/10172/9263</w:t>
        <w:br/>
        <w:t>f 11819/10173/9263 11807/10163/9257 11820/10172/9263</w:t>
        <w:br/>
        <w:t>f 11843/10174/9264 11842/10175/9265 11841/10176/9266</w:t>
        <w:br/>
        <w:t>f 11840/10177/9264 11843/10174/9264 11841/10176/9266</w:t>
        <w:br/>
        <w:t>f 11847/10178/9267 11846/10179/9268 11845/10180/9268</w:t>
        <w:br/>
        <w:t>f 11844/10181/9267 11847/10178/9267 11845/10180/9268</w:t>
        <w:br/>
        <w:t>f 11816/10169/9262 11849/10182/9269 11848/10183/9269</w:t>
        <w:br/>
        <w:t>f 11815/10170/9262 11816/10169/9262 11848/10183/9269</w:t>
        <w:br/>
        <w:t>f 11849/10182/9269 11851/10184/9270 11850/10185/9271</w:t>
        <w:br/>
        <w:t>f 11848/10183/9269 11849/10182/9269 11850/10185/9271</w:t>
        <w:br/>
        <w:t>f 11850/10185/9271 11851/10184/9270 11799/10150/9250</w:t>
        <w:br/>
        <w:t>f 11800/10153/9250 11850/10185/9271 11799/10150/9250</w:t>
        <w:br/>
        <w:t>f 11798/10151/9251 11847/10178/9267 11844/10181/9267</w:t>
        <w:br/>
        <w:t>f 11797/10152/9251 11798/10151/9251 11844/10181/9267</w:t>
        <w:br/>
        <w:t>f 11853/10186/9272 11852/10187/9273 11733/10131/9232</w:t>
        <w:br/>
        <w:t>f 11736/10134/9235 11853/10186/9272 11733/10131/9232</w:t>
        <w:br/>
        <w:t>f 11819/10173/9263 11820/10172/9263 11803/10155/9252</w:t>
        <w:br/>
        <w:t>f 11804/10154/9252 11819/10173/9263 11803/10155/9252</w:t>
        <w:br/>
        <w:t>f 11596/10041/9144 11514/9961/9072 11599/10043/9146</w:t>
        <w:br/>
        <w:t>f 11704/10110/9213 11677/10083/9186 11669/10079/9182</w:t>
        <w:br/>
        <w:t>f 11678/10084/9187 11704/10110/9213 11669/10079/9182</w:t>
        <w:br/>
        <w:t>f 11677/10083/9186 11704/10110/9213 11685/10091/9194</w:t>
        <w:br/>
        <w:t>f 11680/10086/9189 11677/10083/9186 11685/10091/9194</w:t>
        <w:br/>
        <w:t>f 11639/10047/9150 11685/10091/9194 11704/10110/9213</w:t>
        <w:br/>
        <w:t>f 11703/10109/9212 11639/10047/9150 11704/10110/9213</w:t>
        <w:br/>
        <w:t>f 11638/10048/9151 11639/10047/9150 11703/10109/9212</w:t>
        <w:br/>
        <w:t>f 11691/10097/9200 11638/10048/9151 11703/10109/9212</w:t>
        <w:br/>
        <w:t>f 11866/10188/9274 11683/10090/9193 11715/10113/9216</w:t>
        <w:br/>
        <w:t>f 11867/10189/9275 11866/10188/9274 11715/10113/9216</w:t>
        <w:br/>
        <w:t>f 11866/10188/9274 11667/10078/9181 11668/10077/9180</w:t>
        <w:br/>
        <w:t>f 11640/10050/9153 11866/10188/9274 11668/10077/9180</w:t>
        <w:br/>
        <w:t>f 11683/10090/9193 11866/10188/9274 11640/10050/9153</w:t>
        <w:br/>
        <w:t>f 11637/10049/9152 11683/10090/9193 11640/10050/9153</w:t>
        <w:br/>
        <w:t>f 11667/10078/9181 11866/10188/9274 11867/10189/9275</w:t>
        <w:br/>
        <w:t>f 11868/10190/9276 11667/10078/9181 11867/10189/9275</w:t>
        <w:br/>
        <w:t>f 11653/10061/9164 11651/10063/9166 11646/10054/9157</w:t>
        <w:br/>
        <w:t>f 11651/10063/9166 11652/10062/9165 11690/10094/9197</w:t>
        <w:br/>
        <w:t>f 11658/10070/9173 11642/10052/9155 11643/10051/9154</w:t>
        <w:br/>
        <w:t>f 11644/10056/9159 11645/10055/9158 11658/10070/9173</w:t>
        <w:br/>
        <w:t>f 11678/10084/9187 11651/10063/9166 11702/10108/9211</w:t>
        <w:br/>
        <w:t>f 11660/10068/9171 11658/10070/9173 11643/10051/9154</w:t>
        <w:br/>
        <w:t>f 11870/10191/9240 11760/10145/9245 11869/10192/9241</w:t>
        <w:br/>
        <w:t>f 11873/10193/9277 11872/10194/9278 11871/10195/9279</w:t>
        <w:br/>
        <w:t>f 11876/10196/9280 11875/10197/9281 11874/10198/9281</w:t>
        <w:br/>
        <w:t>f 11877/10199/9280 11876/10196/9280 11874/10198/9281</w:t>
        <w:br/>
        <w:t>f 11731/10129/9231 11523/9965/9076 11506/9951/9062</w:t>
        <w:br/>
        <w:t>f 11507/9950/9061 11731/10129/9231 11506/9951/9062</w:t>
        <w:br/>
        <w:t>f 11520/9968/8990 11506/9951/9062 11523/9965/9076</w:t>
        <w:br/>
        <w:t>f 11505/9952/9063 11730/10128/9230 11507/9950/9061</w:t>
        <w:br/>
        <w:t>f 11558/10003/9111 11722/10121/9224 11878/10200/9282</w:t>
        <w:br/>
        <w:t>f 11557/10000/9108 11558/10003/9111 11878/10200/9282</w:t>
        <w:br/>
        <w:t>f 11879/10201/9283 11561/10006/9114 11557/10000/9108</w:t>
        <w:br/>
        <w:t>f 11878/10200/9282 11879/10201/9283 11557/10000/9108</w:t>
        <w:br/>
        <w:t>f 11561/10006/9114 11879/10201/9283 11880/10202/9284</w:t>
        <w:br/>
        <w:t>f 11564/10008/9116 11561/10006/9114 11880/10202/9284</w:t>
        <w:br/>
        <w:t>f 11884/10203/9285 11883/10204/9286 11882/10205/9286</w:t>
        <w:br/>
        <w:t>f 11881/10206/9285 11884/10203/9285 11882/10205/9286</w:t>
        <w:br/>
        <w:t>f 11881/10206/9285 11886/10207/9287 11885/10208/9287</w:t>
        <w:br/>
        <w:t>f 11884/10203/9285 11881/10206/9285 11885/10208/9287</w:t>
        <w:br/>
        <w:t>f 11887/10209/9288 11880/10202/9284 11879/10201/9283</w:t>
        <w:br/>
        <w:t>f 11888/10210/9289 11887/10209/9288 11879/10201/9283</w:t>
        <w:br/>
        <w:t>f 11878/10200/9282 11889/10211/9290 11888/10210/9289</w:t>
        <w:br/>
        <w:t>f 11879/10201/9283 11878/10200/9282 11888/10210/9289</w:t>
        <w:br/>
        <w:t>f 11598/10044/9147 11889/10211/9290 11878/10200/9282</w:t>
        <w:br/>
        <w:t>f 11722/10121/9224 11598/10044/9147 11878/10200/9282</w:t>
        <w:br/>
        <w:t>f 11527/9972/9081 11524/9971/9080 11889/10211/9290</w:t>
        <w:br/>
        <w:t>f 11598/10044/9147 11527/9972/9081 11889/10211/9290</w:t>
        <w:br/>
        <w:t>f 11886/10207/9287 11845/10180/9268 11846/10179/9268</w:t>
        <w:br/>
        <w:t>f 11885/10208/9287 11886/10207/9287 11846/10179/9268</w:t>
        <w:br/>
        <w:t>f 11727/10125/9228 11887/10209/9288 11888/10210/9289</w:t>
        <w:br/>
        <w:t>f 11725/10123/9226 11727/10125/9228 11888/10210/9289</w:t>
        <w:br/>
        <w:t>f 11725/10123/9226 11888/10210/9289 11889/10211/9290</w:t>
        <w:br/>
        <w:t>f 11524/9971/9080 11725/10123/9226 11889/10211/9290</w:t>
        <w:br/>
        <w:t>f 11516/9959/9070 11595/10040/9143 11594/10039/9142</w:t>
        <w:br/>
        <w:t>f 11512/9958/9069 11516/9959/9070 11594/10039/9142</w:t>
        <w:br/>
        <w:t>f 11513/9957/9068 11515/9960/9071 11516/9959/9070</w:t>
        <w:br/>
        <w:t>f 11512/9958/9069 11513/9957/9068 11516/9959/9070</w:t>
        <w:br/>
        <w:t>f 11530/9976/9085 11891/10212/9291 11890/10213/9292</w:t>
        <w:br/>
        <w:t>f 11531/9975/9084 11530/9976/9085 11890/10213/9292</w:t>
        <w:br/>
        <w:t>f 11694/10100/9203 11701/10107/9210 11891/10212/9291</w:t>
        <w:br/>
        <w:t>f 11530/9976/9085 11694/10100/9203 11891/10212/9291</w:t>
        <w:br/>
        <w:t>f 11393/9869/8987 11391/9867/8985 11389/9863/8981</w:t>
        <w:br/>
        <w:t>f 11903/10214/9293 11393/9869/8987 11389/9863/8981</w:t>
        <w:br/>
        <w:t>f 11474/9928/9041 11437/9898/9015 11395/9871/8989</w:t>
        <w:br/>
        <w:t>f 11396/9870/8988 11474/9928/9041 11395/9871/8989</w:t>
        <w:br/>
        <w:t>f 11438/9900/9017 11395/9871/8989 11437/9898/9015</w:t>
        <w:br/>
        <w:t>f 11434/9897/9014 11438/9900/9017 11437/9898/9015</w:t>
        <w:br/>
        <w:t>f 11458/9918/9035 11392/9866/8984 11469/9920/9037</w:t>
        <w:br/>
        <w:t>f 11458/9918/9035 11467/9922/9039 11906/10215/9294</w:t>
        <w:br/>
        <w:t>f 11457/9919/9036 11458/9918/9035 11906/10215/9294</w:t>
        <w:br/>
        <w:t>f 11467/9922/9039 11478/9931/9044 11907/10216/9295</w:t>
        <w:br/>
        <w:t>f 11906/10215/9294 11467/9922/9039 11907/10216/9295</w:t>
        <w:br/>
        <w:t>f 11395/9871/8989 11438/9900/9017 11398/9873/8991</w:t>
        <w:br/>
        <w:t>f 11394/9872/8990 11395/9871/8989 11398/9873/8991</w:t>
        <w:br/>
        <w:t>f 11399/9875/8993 11398/9873/8991 11438/9900/9017</w:t>
        <w:br/>
        <w:t>f 11439/9899/9016 11399/9875/8993 11438/9900/9017</w:t>
        <w:br/>
        <w:t>f 11468/9921/9038 11469/9920/9037 11481/9933/9046</w:t>
        <w:br/>
        <w:t>f 11903/10214/9293 11389/9863/8981 11387/9865/8983</w:t>
        <w:br/>
        <w:t>f 11432/9894/9011 11903/10214/9293 11387/9865/8983</w:t>
        <w:br/>
        <w:t>f 11910/10217/9296 11474/9928/9041 11475/9927/8987</w:t>
        <w:br/>
        <w:t>f 11386/9860/8978 11389/9863/8981 11391/9867/8985</w:t>
        <w:br/>
        <w:t>f 11715/10113/9216 11914/10218/9297 11867/10189/9275</w:t>
        <w:br/>
        <w:t>f 11867/10189/9275 11914/10218/9297 11915/10219/9298</w:t>
        <w:br/>
        <w:t>f 11868/10190/9276 11867/10189/9275 11915/10219/9298</w:t>
        <w:br/>
        <w:t>f 11919/10220/9299 11918/10221/9299 11917/10222/9300</w:t>
        <w:br/>
        <w:t>f 11916/10223/9301 11919/10220/9299 11917/10222/9300</w:t>
        <w:br/>
        <w:t>f 11044/9657/8883 11920/10224/9302 11793/10148/9301</w:t>
        <w:br/>
        <w:t>f 11044/9657/8883 11921/10225/9303 11920/10224/9302</w:t>
        <w:br/>
        <w:t>f 11044/9657/8883 11922/10226/9304 11921/10225/9303</w:t>
        <w:br/>
        <w:t>f 11922/10226/9304 11044/9657/8883 11924/10227/8887</w:t>
        <w:br/>
        <w:t>f 11923/10228/9305 11922/10226/9304 11924/10227/8887</w:t>
        <w:br/>
        <w:t>f 11926/10229/8888 11925/10230/9306 11923/10228/9305</w:t>
        <w:br/>
        <w:t>f 11924/10227/8887 11926/10229/8888 11923/10228/9305</w:t>
        <w:br/>
        <w:t>f 11935/10231/9307 11934/10232/9307 11933/10233/9307</w:t>
        <w:br/>
        <w:t>f 11942/10234/9308 11941/10235/9309 11477/9929/9042</w:t>
        <w:br/>
        <w:t>f 11378/9854/8972 11383/9856/8974 11477/9929/9042</w:t>
        <w:br/>
        <w:t>f 11942/10234/9308 11477/9929/9042 11383/9856/8974</w:t>
        <w:br/>
        <w:t>f 11943/10236/9310 11942/10234/9308 11383/9856/8974</w:t>
        <w:br/>
        <w:t>f 11429/9890/9007 11381/9858/8976 11427/9889/9006</w:t>
        <w:br/>
        <w:t>f 11378/9854/8972 11382/9857/8975 11383/9856/8974</w:t>
        <w:br/>
        <w:t>f 11378/9854/8972 11426/9886/9003 11382/9857/8975</w:t>
        <w:br/>
        <w:t>f 11379/9853/8971 11426/9886/9003 11378/9854/8972</w:t>
        <w:br/>
        <w:t>f 11429/9890/9007 11388/9864/8982 11384/9862/8980</w:t>
        <w:br/>
        <w:t>f 11387/9865/8983 11388/9864/8982 11430/9892/9009</w:t>
        <w:br/>
        <w:t>f 11389/9863/8981 11386/9860/8978 11388/9864/8982</w:t>
        <w:br/>
        <w:t>f 11945/10237/9311 11944/10238/9312 11552/9997/9105</w:t>
        <w:br/>
        <w:t>f 11553/9996/9104 11945/10237/9311 11552/9997/9105</w:t>
        <w:br/>
        <w:t>f 11944/10238/9312 11945/10237/9311 11946/10239/9313</w:t>
        <w:br/>
        <w:t>f 11947/10240/9314 11944/10238/9312 11946/10239/9313</w:t>
        <w:br/>
        <w:t>f 11716/10116/9219 11949/10241/9115 11948/10242/9117</w:t>
        <w:br/>
        <w:t>f 11721/10118/9221 11716/10116/9219 11948/10242/9117</w:t>
        <w:br/>
        <w:t>f 11760/10145/9245 11757/10144/9244 11872/10194/9278</w:t>
        <w:br/>
        <w:t>f 11951/10243/9315 11841/10176/9266 11842/10175/9265</w:t>
        <w:br/>
        <w:t>f 11950/10244/9315 11951/10243/9315 11842/10175/9265</w:t>
        <w:br/>
        <w:t>f 11954/10245/9316 11953/10246/9299 11952/10247/9317</w:t>
        <w:br/>
        <w:t>f 11955/10248/9316 11954/10245/9316 11952/10247/9317</w:t>
        <w:br/>
        <w:t>f 11955/10248/9316 11874/10198/9281 11875/10197/9281</w:t>
        <w:br/>
        <w:t>f 11954/10245/9316 11955/10248/9316 11875/10197/9281</w:t>
        <w:br/>
        <w:t>f 11947/10240/9314 11946/10239/9313 11871/10195/9279</w:t>
        <w:br/>
        <w:t>f 11757/10144/9244 11947/10240/9314 11871/10195/9279</w:t>
        <w:br/>
        <w:t>f 11757/10144/9244 11871/10195/9279 11872/10194/9278</w:t>
        <w:br/>
        <w:t>f 11966/10249/9318 11965/10250/9319 11964/10251/9320</w:t>
        <w:br/>
        <w:t>f 11967/10252/9321 11966/10249/9318 11964/10251/9320</w:t>
        <w:br/>
        <w:t>f 11737/10135/9236 11539/9984/9092 11967/10252/9321</w:t>
        <w:br/>
        <w:t>f 11964/10251/9320 11737/10135/9236 11967/10252/9321</w:t>
        <w:br/>
        <w:t>f 11546/9989/9097 11975/10253/9322 11974/10254/9323</w:t>
        <w:br/>
        <w:t>f 11545/9990/9098 11546/9989/9097 11974/10254/9323</w:t>
        <w:br/>
        <w:t>f 11975/10253/9322 11546/9989/9097 11583/10028/9132</w:t>
        <w:br/>
        <w:t>f 11976/10255/9324 11975/10253/9322 11583/10028/9132</w:t>
        <w:br/>
        <w:t>f 11980/10256/9325 11979/10257/9326 11978/10258/9327</w:t>
        <w:br/>
        <w:t>f 11977/10259/9328 11980/10256/9325 11978/10258/9327</w:t>
        <w:br/>
        <w:t>f 11978/10258/9327 11979/10257/9326 11981/10260/9329</w:t>
        <w:br/>
        <w:t>f 11982/10261/9330 11978/10258/9327 11981/10260/9329</w:t>
        <w:br/>
        <w:t>f 11982/10261/9330 11981/10260/9329 11983/10262/9331</w:t>
        <w:br/>
        <w:t>f 11984/10263/9332 11982/10261/9330 11983/10262/9331</w:t>
        <w:br/>
        <w:t>f 11976/10255/9324 11583/10028/9132 11582/10027/9131</w:t>
        <w:br/>
        <w:t>f 11985/10264/9333 11976/10255/9324 11582/10027/9131</w:t>
        <w:br/>
        <w:t>f 11986/10265/9334 11736/10134/9235 11591/10034/9137</w:t>
        <w:br/>
        <w:t>f 11591/10034/9137 11987/10266/9335 11986/10265/9334</w:t>
        <w:br/>
        <w:t>f 11989/10267/9336 11988/10268/9337 11535/9977/9086</w:t>
        <w:br/>
        <w:t>f 11576/10019/9125 11989/10267/9336 11535/9977/9086</w:t>
        <w:br/>
        <w:t>f 11991/10269/9337 11990/10270/9336 11537/9982/9090</w:t>
        <w:br/>
        <w:t>f 11538/9981/9089 11991/10269/9337 11537/9982/9090</w:t>
        <w:br/>
        <w:t>f 11992/10271/9338 11539/9984/9092 11536/9983/9091</w:t>
        <w:br/>
        <w:t>f 11993/10272/9130 11992/10271/9338 11536/9983/9091</w:t>
        <w:br/>
        <w:t>f 11999/10273/9335 11991/10269/9337 11538/9981/9089</w:t>
        <w:br/>
        <w:t>f 11737/10135/9236 11999/10273/9335 11538/9981/9089</w:t>
        <w:br/>
        <w:t>f 12008/10274/9136 12007/10275/9339 11966/10249/9318</w:t>
        <w:br/>
        <w:t>f 11967/10252/9321 12008/10274/9136 11966/10249/9318</w:t>
        <w:br/>
        <w:t>f 12010/10276/9235 12009/10277/9340 11964/10251/9320</w:t>
        <w:br/>
        <w:t>f 11965/10250/9319 12010/10276/9235 11964/10251/9320</w:t>
        <w:br/>
        <w:t>f 12009/10277/9340 11999/10273/9335 11737/10135/9236</w:t>
        <w:br/>
        <w:t>f 11964/10251/9320 12009/10277/9340 11737/10135/9236</w:t>
        <w:br/>
        <w:t>f 12008/10274/9136 11967/10252/9321 11539/9984/9092</w:t>
        <w:br/>
        <w:t>f 11992/10271/9338 12008/10274/9136 11539/9984/9092</w:t>
        <w:br/>
        <w:t>f 12012/10278/9341 12011/10279/9322 11979/10257/9326</w:t>
        <w:br/>
        <w:t>f 11980/10256/9325 12012/10278/9341 11979/10257/9326</w:t>
        <w:br/>
        <w:t>f 12013/10280/9342 11977/10259/9328 11978/10258/9327</w:t>
        <w:br/>
        <w:t>f 12014/10281/9121 12013/10280/9342 11978/10258/9327</w:t>
        <w:br/>
        <w:t>f 12015/10282/9122 12014/10281/9121 11978/10258/9327</w:t>
        <w:br/>
        <w:t>f 11982/10261/9330 12015/10282/9122 11978/10258/9327</w:t>
        <w:br/>
        <w:t>f 12011/10279/9322 12016/10283/9324 11981/10260/9329</w:t>
        <w:br/>
        <w:t>f 11979/10257/9326 12011/10279/9322 11981/10260/9329</w:t>
        <w:br/>
        <w:t>f 12015/10282/9122 11982/10261/9330 11984/10263/9332</w:t>
        <w:br/>
        <w:t>f 12017/10284/9343 12015/10282/9122 11984/10263/9332</w:t>
        <w:br/>
        <w:t>f 12016/10283/9324 12018/10285/9344 11983/10262/9331</w:t>
        <w:br/>
        <w:t>f 11981/10260/9329 12016/10283/9324 11983/10262/9331</w:t>
        <w:br/>
        <w:t>f 12018/10285/9344 12017/10284/9343 11984/10263/9332</w:t>
        <w:br/>
        <w:t>f 11983/10262/9331 12018/10285/9344 11984/10263/9332</w:t>
        <w:br/>
        <w:t>f 12023/10286/9345 12022/10287/9118 11400/9876/8994</w:t>
        <w:br/>
        <w:t>f 11399/9875/8993 12023/10286/9345 11400/9876/8994</w:t>
        <w:br/>
        <w:t>f 12024/10288/9346 12023/10286/9345 11399/9875/8993</w:t>
        <w:br/>
        <w:t>f 11439/9899/9016 12024/10288/9346 11399/9875/8993</w:t>
        <w:br/>
        <w:t>f 12025/10289/9347 12024/10288/9346 11439/9899/9016</w:t>
        <w:br/>
        <w:t>f 11440/9901/9018 12025/10289/9347 11439/9899/9016</w:t>
        <w:br/>
        <w:t>f 12027/10290/9348 12026/10291/9349 12025/10289/9347</w:t>
        <w:br/>
        <w:t>f 11440/9901/9018 12027/10290/9348 12025/10289/9347</w:t>
        <w:br/>
        <w:t>f 11566/10013/9120 11567/10012/9119 11565/10010/9118</w:t>
        <w:br/>
        <w:t>f 11549/9992/9100 11566/10013/9120 11565/10010/9118</w:t>
        <w:br/>
        <w:t>f 11452/9913/9030 11449/9911/9028 11454/9914/9031</w:t>
        <w:br/>
        <w:t>f 11443/9903/9020 11452/9913/9030 11454/9914/9031</w:t>
        <w:br/>
        <w:t>f 12104/10292/9350 11452/9913/9030 11443/9903/9020</w:t>
        <w:br/>
        <w:t>f 11444/9902/9019 12104/10292/9350 11443/9903/9020</w:t>
        <w:br/>
        <w:t>f 12105/10293/9351 12104/10292/9350 11444/9902/9019</w:t>
        <w:br/>
        <w:t>f 12106/10294/9352 12105/10293/9351 11444/9902/9019</w:t>
        <w:br/>
        <w:t>f 11451/9912/9029 11436/9895/9012 11437/9898/9015</w:t>
        <w:br/>
        <w:t>f 11474/9928/9041 11451/9912/9029 11437/9898/9015</w:t>
        <w:br/>
        <w:t>f 11942/10234/9308 11457/9919/9036 11906/10215/9294</w:t>
        <w:br/>
        <w:t>f 11941/10235/9309 11942/10234/9308 11906/10215/9294</w:t>
        <w:br/>
        <w:t>f 12109/10295/9353 11476/9930/9043 11477/9929/9042</w:t>
        <w:br/>
        <w:t>f 11941/10235/9309 12109/10295/9353 11477/9929/9042</w:t>
        <w:br/>
        <w:t>f 12027/10290/9348 11435/9896/9013 11452/9913/9030</w:t>
        <w:br/>
        <w:t>f 12104/10292/9350 12027/10290/9348 11452/9913/9030</w:t>
        <w:br/>
        <w:t>f 11435/9896/9013 12027/10290/9348 11440/9901/9018</w:t>
        <w:br/>
        <w:t>f 11434/9897/9014 11435/9896/9013 11440/9901/9018</w:t>
        <w:br/>
        <w:t>f 11473/9926/9011 11451/9912/9029 11910/10217/9296</w:t>
        <w:br/>
        <w:t>f 12109/10295/9353 11941/10235/9309 11906/10215/9294</w:t>
        <w:br/>
        <w:t>f 11907/10216/9295 12109/10295/9353 11906/10215/9294</w:t>
        <w:br/>
        <w:t>f 11451/9912/9029 11474/9928/9041 11910/10217/9296</w:t>
        <w:br/>
        <w:t>f 11385/9861/8979 11386/9860/8978 11457/9919/9036</w:t>
        <w:br/>
        <w:t>f 11942/10234/9308 11385/9861/8979 11457/9919/9036</w:t>
        <w:br/>
        <w:t>f 11384/9862/8980 11388/9864/8982 11386/9860/8978</w:t>
        <w:br/>
        <w:t>f 12026/10291/9349 12027/10290/9348 12104/10292/9350</w:t>
        <w:br/>
        <w:t>f 12105/10293/9351 12026/10291/9349 12104/10292/9350</w:t>
        <w:br/>
        <w:t>f 12110/10296/8997 12106/10294/9352 11444/9902/9019</w:t>
        <w:br/>
        <w:t>f 11441/9905/9022 12111/10297/9354 12110/10296/8997</w:t>
        <w:br/>
        <w:t>f 11444/9902/9019 11441/9905/9022 12110/10296/8997</w:t>
        <w:br/>
        <w:t>f 11490/9938/9051 11738/10136/9237 11495/9939/9052</w:t>
        <w:br/>
        <w:t>f 11739/10137/9238 11500/9945/9058 11495/9939/9052</w:t>
        <w:br/>
        <w:t>f 11534/9978/9087 11535/9977/9086 11988/10268/9337</w:t>
        <w:br/>
        <w:t>f 11987/10266/9335 11534/9978/9087 11988/10268/9337</w:t>
        <w:br/>
        <w:t>f 11591/10034/9137 11534/9978/9087 11987/10266/9335</w:t>
        <w:br/>
        <w:t>f 11577/10022/9127 11989/10267/9336 11576/10019/9125</w:t>
        <w:br/>
        <w:t>f 12112/10298/9355 11501/9949/9060 11571/10016/9123</w:t>
        <w:br/>
        <w:t>f 12113/10299/9355 12112/10298/9355 11571/10016/9123</w:t>
        <w:br/>
        <w:t>f 12114/10300/9356 11985/10264/9333 11582/10027/9131</w:t>
        <w:br/>
        <w:t>f 11571/10016/9123 11985/10264/9333 12114/10300/9356</w:t>
        <w:br/>
        <w:t>f 11577/10022/9127 12115/10301/9357 11989/10267/9336</w:t>
        <w:br/>
        <w:t>f 12116/10302/9358 11475/9927/8987 11396/9870/8988</w:t>
        <w:br/>
        <w:t>f 11386/9860/8978 11391/9867/8985 11392/9866/8984</w:t>
        <w:br/>
        <w:t>f 12118/10303/9315 11882/10205/9286 11883/10204/9286</w:t>
        <w:br/>
        <w:t>f 12117/10304/9315 12118/10303/9315 11883/10204/9286</w:t>
        <w:br/>
        <w:t>f 11596/10041/9144 11890/10213/9292 11595/10040/9143</w:t>
        <w:br/>
        <w:t>f 11596/10041/9144 11529/9973/9082 11531/9975/9084</w:t>
        <w:br/>
        <w:t>f 11531/9975/9084 11890/10213/9292 11596/10041/9144</w:t>
        <w:br/>
        <w:t>f 11666/10074/9177 11667/10078/9181 12120/10305/9359</w:t>
        <w:br/>
        <w:t>f 11868/10190/9276 12120/10305/9359 11667/10078/9181</w:t>
        <w:br/>
        <w:t>f 12123/10306/9360 12122/10307/9361 12121/10308/9362</w:t>
        <w:br/>
        <w:t>f 12125/10309/9363 12123/10306/9360 12121/10308/9362</w:t>
        <w:br/>
        <w:t>f 12124/10310/9364 12125/10309/9363 12121/10308/9362</w:t>
        <w:br/>
        <w:t>f 12124/10310/9364 12126/10311/9365 12125/10309/9363</w:t>
        <w:br/>
        <w:t>f 11925/10230/9306 12128/10312/9366 12127/10313/9367</w:t>
        <w:br/>
        <w:t>f 11925/10230/9306 12129/10314/9368 12128/10312/9366</w:t>
        <w:br/>
        <w:t>f 12124/10310/9364 12131/10315/9369 12130/10316/9370</w:t>
        <w:br/>
        <w:t>f 11926/10229/8888 12129/10314/9368 11925/10230/9306</w:t>
        <w:br/>
        <w:t>f 12127/10313/9367 12133/10317/9371 12124/10310/9364</w:t>
        <w:br/>
        <w:t>f 11925/10230/9306 12127/10313/9367 12124/10310/9364</w:t>
        <w:br/>
        <w:t>f 12124/10310/9364 12133/10317/9371 12131/10315/9369</w:t>
        <w:br/>
        <w:t>f 12130/10316/9370 12126/10311/9365 12124/10310/9364</w:t>
        <w:br/>
        <w:t>f 12127/10313/9367 12128/10312/9366 12136/10318/9372</w:t>
        <w:br/>
        <w:t>f 11679/10085/9188 11662/10072/9175 11676/10081/9184</w:t>
        <w:br/>
        <w:t>f 11679/10085/9188 11709/10111/9214 11662/10072/9175</w:t>
        <w:br/>
        <w:t>f 11676/10081/9184 11664/10076/9179 11665/10075/9178</w:t>
        <w:br/>
        <w:t>f 12138/10319/9126 10849/9545/8703 10850/9544/8702</w:t>
        <w:br/>
        <w:t>f 12137/10320/9373 12138/10319/9126 10850/9544/8702</w:t>
        <w:br/>
        <w:t>f 12137/10320/9373 10850/9544/8702 11240/9785/8918</w:t>
        <w:br/>
        <w:t>f 12137/10320/9373 11240/9785/8918 12139/10321/9374</w:t>
        <w:br/>
        <w:t>f 12140/10322/9374 10789/9484/8645 10790/9483/8644</w:t>
        <w:br/>
        <w:t>f 12140/10322/9374 11241/9788/8918 10789/9484/8645</w:t>
        <w:br/>
        <w:t>f 12141/10323/9375 10790/9483/8644 11244/9790/8921</w:t>
        <w:br/>
        <w:t>f 11536/9983/9091 11537/9982/9090 12142/10324/9357</w:t>
        <w:br/>
        <w:t>f 11537/9982/9090 11990/10270/9336 12142/10324/9357</w:t>
        <w:br/>
        <w:t>f 11993/10272/9130 11536/9983/9091 12143/10325/9376</w:t>
        <w:br/>
        <w:t>f 12146/10326/9377 12145/10327/9378 12144/10328/9379</w:t>
        <w:br/>
        <w:t>f 12150/10329/9380 12149/10330/9381 12148/10331/9382</w:t>
        <w:br/>
        <w:t>f 12147/10332/9383 12150/10329/9380 12148/10331/9382</w:t>
        <w:br/>
        <w:t>f 12149/10330/9381 12151/10333/9384 12148/10331/9382</w:t>
        <w:br/>
        <w:t>f 12152/10334/9385 12144/10328/9379 12145/10327/9378</w:t>
        <w:br/>
        <w:t>f 12147/10332/9383 12152/10334/9385 12145/10327/9378</w:t>
        <w:br/>
        <w:t>f 12153/10335/9386 12150/10329/9380 12147/10332/9383</w:t>
        <w:br/>
        <w:t>f 12151/10333/9384 12155/10336/9387 12154/10337/9388</w:t>
        <w:br/>
        <w:t>f 12148/10331/9382 12151/10333/9384 12154/10337/9388</w:t>
        <w:br/>
        <w:t>f 12155/10336/9387 12156/10338/9389 12154/10337/9388</w:t>
        <w:br/>
        <w:t>f 12157/10339/9390 12146/10326/9377 12144/10328/9379</w:t>
        <w:br/>
        <w:t>f 12156/10338/9389 12159/10340/9391 12158/10341/9392</w:t>
        <w:br/>
        <w:t>f 12154/10337/9388 12156/10338/9389 12158/10341/9392</w:t>
        <w:br/>
        <w:t>f 12159/10340/9391 12160/10342/9393 12158/10341/9392</w:t>
        <w:br/>
        <w:t>f 12163/10343/9394 12162/10344/9395 12161/10345/9379</w:t>
        <w:br/>
        <w:t>f 12166/10346/9396 12165/10347/9397 12164/10348/9398</w:t>
        <w:br/>
        <w:t>f 12167/10349/9399 12166/10346/9396 12164/10348/9398</w:t>
        <w:br/>
        <w:t>f 12168/10350/9400 12167/10349/9399 12164/10348/9398</w:t>
        <w:br/>
        <w:t>f 12169/10351/9401 12163/10343/9394 12165/10347/9397</w:t>
        <w:br/>
        <w:t>f 12166/10346/9396 12169/10351/9401 12165/10347/9397</w:t>
        <w:br/>
        <w:t>f 12168/10350/9400 12164/10348/9398 12170/10352/9402</w:t>
        <w:br/>
        <w:t>f 12171/10353/9403 12168/10350/9400 12170/10352/9402</w:t>
        <w:br/>
        <w:t>f 12172/10354/9404 12171/10353/9403 12170/10352/9402</w:t>
        <w:br/>
        <w:t>f 12162/10344/9395 12173/10355/9390 12161/10345/9379</w:t>
        <w:br/>
        <w:t>f 12172/10354/9404 12170/10352/9402 12174/10356/9405</w:t>
        <w:br/>
        <w:t>f 12175/10357/9406 12172/10354/9404 12174/10356/9405</w:t>
        <w:br/>
        <w:t>f 12176/10358/9407 12175/10357/9406 12174/10356/9405</w:t>
        <w:br/>
        <w:t>f 12179/10359/9408 12178/10360/9409 12177/10361/9410</w:t>
        <w:br/>
        <w:t>f 12178/10360/9409 12180/10362/9411 12177/10361/9410</w:t>
        <w:br/>
        <w:t>f 12183/10363/9412 12182/10364/9413 12181/10365/9414</w:t>
        <w:br/>
        <w:t>f 12182/10364/9413 12185/10366/9415 12184/10367/9416</w:t>
        <w:br/>
        <w:t>f 12181/10365/9414 12182/10364/9413 12184/10367/9416</w:t>
        <w:br/>
        <w:t>f 12185/10366/9415 12186/10368/9417 12184/10367/9416</w:t>
        <w:br/>
        <w:t>f 12179/10359/9408 12177/10361/9410 12184/10367/9416</w:t>
        <w:br/>
        <w:t>f 12186/10368/9417 12179/10359/9408 12184/10367/9416</w:t>
        <w:br/>
        <w:t>f 12187/10369/9393 12183/10363/9412 12181/10365/9414</w:t>
        <w:br/>
        <w:t>f 12190/10370/9418 12189/10371/9419 12188/10372/9420</w:t>
        <w:br/>
        <w:t>f 12191/10373/9421 12190/10370/9418 12188/10372/9420</w:t>
        <w:br/>
        <w:t>f 12194/10374/9422 12193/10375/9423 12192/10376/9405</w:t>
        <w:br/>
        <w:t>f 12194/10374/9422 12192/10376/9405 12195/10377/9424</w:t>
        <w:br/>
        <w:t>f 12196/10378/9425 12194/10374/9422 12195/10377/9424</w:t>
        <w:br/>
        <w:t>f 12197/10379/9426 12196/10378/9425 12195/10377/9424</w:t>
        <w:br/>
        <w:t>f 12189/10371/9419 12197/10379/9426 12195/10377/9424</w:t>
        <w:br/>
        <w:t>f 12188/10372/9420 12189/10371/9419 12195/10377/9424</w:t>
        <w:br/>
        <w:t>f 12193/10375/9423 12198/10380/9407 12192/10376/9405</w:t>
        <w:br/>
        <w:t>f 12145/10327/9378 12153/10335/9386 12147/10332/9383</w:t>
        <w:br/>
        <w:t>f 12163/10343/9394 12161/10345/9379 12199/10381/9427</w:t>
        <w:br/>
        <w:t>f 12165/10347/9397 12163/10343/9394 12199/10381/9427</w:t>
        <w:br/>
        <w:t>f 12152/10334/9385 12201/10382/9428 12200/10383/9428</w:t>
        <w:br/>
        <w:t>f 12203/10384/9429 12202/10385/9429 12199/10381/9427</w:t>
        <w:br/>
        <w:t>f 12214/10386/9430 12213/10387/9431 12212/10388/9432</w:t>
        <w:br/>
        <w:t>f 12213/10387/9431 12215/10389/9433 12212/10388/9432</w:t>
        <w:br/>
        <w:t>f 12218/10390/9434 12217/10391/9435 12216/10392/9436</w:t>
        <w:br/>
        <w:t>f 12218/10390/9434 12219/10393/9437 12217/10391/9435</w:t>
        <w:br/>
        <w:t>f 12218/10390/9434 12221/10394/9438 12220/10395/9439</w:t>
        <w:br/>
        <w:t>f 12224/10396/9440 12223/10397/9441 12222/10398/9442</w:t>
        <w:br/>
        <w:t>f 12226/10399/9443 12225/10400/9444 12213/10387/9431</w:t>
        <w:br/>
        <w:t>f 12213/10387/9431 12228/10401/9445 12227/10402/9446</w:t>
        <w:br/>
        <w:t>f 12220/10395/9439 12229/10403/9447 12218/10390/9434</w:t>
        <w:br/>
        <w:t>f 12230/10404/9448 12213/10387/9431 12225/10400/9444</w:t>
        <w:br/>
        <w:t>f 12226/10399/9443 12213/10387/9431 12214/10386/9430</w:t>
        <w:br/>
        <w:t>f 12216/10392/9436 12215/10389/9433 12218/10390/9434</w:t>
        <w:br/>
        <w:t>f 12212/10388/9432 12232/10405/9449 12231/10406/9450</w:t>
        <w:br/>
        <w:t>f 12214/10386/9430 12212/10388/9432 12231/10406/9450</w:t>
        <w:br/>
        <w:t>f 12215/10389/9433 12233/10407/9451 12232/10405/9449</w:t>
        <w:br/>
        <w:t>f 12212/10388/9432 12215/10389/9433 12232/10405/9449</w:t>
        <w:br/>
        <w:t>f 12217/10391/9435 12235/10408/9452 12234/10409/9453</w:t>
        <w:br/>
        <w:t>f 12216/10392/9436 12217/10391/9435 12234/10409/9453</w:t>
        <w:br/>
        <w:t>f 12216/10392/9436 12234/10409/9453 12233/10407/9451</w:t>
        <w:br/>
        <w:t>f 12215/10389/9433 12216/10392/9436 12233/10407/9451</w:t>
        <w:br/>
        <w:t>f 12221/10394/9438 12218/10390/9434 12222/10398/9454</w:t>
        <w:br/>
        <w:t>f 12219/10393/9437 12218/10390/9434 12229/10403/9447</w:t>
        <w:br/>
        <w:t>f 12213/10387/9431 12230/10404/9448 12228/10401/9445</w:t>
        <w:br/>
        <w:t>f 12239/10410/9455 12230/10404/9448 12238/10411/9456</w:t>
        <w:br/>
        <w:t>f 12242/10412/9457 12241/10413/9458 12240/10414/9459</w:t>
        <w:br/>
        <w:t>f 12243/10415/9460 12242/10412/9457 12240/10414/9459</w:t>
        <w:br/>
        <w:t>f 12244/10416/9458 10729/9432/8593 10726/9431/8592</w:t>
        <w:br/>
        <w:t>f 12246/10417/9461 12245/10418/9462 12241/10413/9458</w:t>
        <w:br/>
        <w:t>f 12242/10412/9457 12246/10417/9461 12241/10413/9458</w:t>
        <w:br/>
        <w:t>f 12247/10419/9463 12246/10417/9461 12242/10412/9457</w:t>
        <w:br/>
        <w:t>f 12248/10420/9464 12247/10419/9463 12242/10412/9457</w:t>
        <w:br/>
        <w:t>f 12243/10415/9460 12249/10421/9465 12248/10420/9464</w:t>
        <w:br/>
        <w:t>f 12242/10412/9457 12243/10415/9460 12248/10420/9464</w:t>
        <w:br/>
        <w:t>f 12252/10422/9466 12251/10423/9467 12250/10424/9468</w:t>
        <w:br/>
        <w:t>f 12253/10425/9469 12252/10422/9466 12250/10424/9468</w:t>
        <w:br/>
        <w:t>f 12256/10426/9470 12255/10427/9471 12254/10428/9472</w:t>
        <w:br/>
        <w:t>f 12257/10429/9473 12256/10426/9470 12254/10428/9472</w:t>
        <w:br/>
        <w:t>f 12261/10430/9474 12260/10431/9475 12259/10432/9476</w:t>
        <w:br/>
        <w:t>f 12258/10433/9477 12261/10430/9474 12259/10432/9476</w:t>
        <w:br/>
        <w:t>f 12244/10416/9458 12263/10434/9478 12258/10433/9477</w:t>
        <w:br/>
        <w:t>f 12262/10435/9459 12244/10416/9458 12258/10433/9477</w:t>
        <w:br/>
        <w:t>f 12263/10434/9478 12265/10436/9479 12264/10437/9480</w:t>
        <w:br/>
        <w:t>f 12258/10433/9477 12263/10434/9478 12264/10437/9480</w:t>
        <w:br/>
        <w:t>f 10649/9378/8541 10650/9377/8540 12265/10436/9479</w:t>
        <w:br/>
        <w:t>f 12263/10434/9478 10649/9378/8541 12265/10436/9479</w:t>
        <w:br/>
        <w:t>f 10689/9402/8565 12266/10438/9481 12265/10436/9479</w:t>
        <w:br/>
        <w:t>f 10650/9377/8540 10689/9402/8565 12265/10436/9479</w:t>
        <w:br/>
        <w:t>f 11341/9828/8952 12268/10439/9482 12267/10440/9483</w:t>
        <w:br/>
        <w:t>f 11340/9826/8950 11341/9828/8952 12267/10440/9483</w:t>
        <w:br/>
        <w:t>f 10682/9397/8560 10683/9396/8559 12269/10441/9484</w:t>
        <w:br/>
        <w:t>f 12270/10442/9485 12250/10424/9468 12251/10423/9467</w:t>
        <w:br/>
        <w:t>f 12271/10443/9486 12270/10442/9485 12251/10423/9467</w:t>
        <w:br/>
        <w:t>f 12273/10444/9487 12271/10443/9486 12272/10445/9488</w:t>
        <w:br/>
        <w:t>f 12276/10446/9489 12275/10447/9490 12274/10448/9491</w:t>
        <w:br/>
        <w:t>f 12279/10449/9492 12278/10450/9493 12277/10451/9494</w:t>
        <w:br/>
        <w:t>f 12282/10452/9495 12281/10453/9492 12280/10454/9494</w:t>
        <w:br/>
        <w:t>f 12283/10455/9496 12282/10452/9495 12280/10454/9494</w:t>
        <w:br/>
        <w:t>f 12287/10456/9497 12286/10457/9498 12285/10458/9499</w:t>
        <w:br/>
        <w:t>f 12284/10459/9500 12287/10456/9497 12285/10458/9499</w:t>
        <w:br/>
        <w:t>f 12261/10430/9474 12289/10460/9501 12288/10461/9502</w:t>
        <w:br/>
        <w:t>f 12265/10436/9479 12266/10438/9481 12264/10437/9480</w:t>
        <w:br/>
        <w:t>f 10690/9401/8564 12290/10462/9503 12266/10438/9481</w:t>
        <w:br/>
        <w:t>f 10689/9402/8565 10690/9401/8564 12266/10438/9481</w:t>
        <w:br/>
        <w:t>f 10701/9412/8575 12291/10463/9504 12290/10462/9503</w:t>
        <w:br/>
        <w:t>f 10690/9401/8564 10701/9412/8575 12290/10462/9503</w:t>
        <w:br/>
        <w:t>f 11340/9826/8950 12267/10440/9483 12292/10464/9505</w:t>
        <w:br/>
        <w:t>f 10707/9417/8580 11340/9826/8950 12292/10464/9505</w:t>
        <w:br/>
        <w:t>f 12250/10424/9468 12270/10442/9485 12293/10465/9506</w:t>
        <w:br/>
        <w:t>f 12290/10462/9503 12295/10466/9507 12294/10467/9508</w:t>
        <w:br/>
        <w:t>f 12266/10438/9481 12290/10462/9503 12294/10467/9508</w:t>
        <w:br/>
        <w:t>f 12290/10462/9503 12291/10463/9504 12296/10468/9509</w:t>
        <w:br/>
        <w:t>f 12295/10466/9507 12290/10462/9503 12296/10468/9509</w:t>
        <w:br/>
        <w:t>f 10707/9417/8580 12292/10464/9505 12297/10469/9510</w:t>
        <w:br/>
        <w:t>f 10706/9418/8581 10707/9417/8580 12297/10469/9510</w:t>
        <w:br/>
        <w:t>f 12300/10470/9511 12299/10471/9512 12298/10472/9513</w:t>
        <w:br/>
        <w:t>f 12293/10465/9506 12270/10442/9485 12301/10473/9514</w:t>
        <w:br/>
        <w:t>f 12300/10470/9511 12293/10465/9506 12301/10473/9514</w:t>
        <w:br/>
        <w:t>f 12304/10474/9515 12303/10475/9516 12302/10476/9509</w:t>
        <w:br/>
        <w:t>f 12305/10477/9504 10722/9424/8575 10706/9418/8581</w:t>
        <w:br/>
        <w:t>f 12297/10469/9510 12305/10477/9504 10706/9418/8581</w:t>
        <w:br/>
        <w:t>f 12306/10478/9517 12285/10458/9499 12286/10457/9498</w:t>
        <w:br/>
        <w:t>f 12307/10479/9518 12306/10478/9517 12286/10457/9498</w:t>
        <w:br/>
        <w:t>f 12310/10480/9519 12309/10481/9520 12308/10482/9521</w:t>
        <w:br/>
        <w:t>f 12313/10483/9522 12256/10426/9470 12312/10484/9523</w:t>
        <w:br/>
        <w:t>f 12311/10485/9524 12313/10483/9522 12312/10484/9523</w:t>
        <w:br/>
        <w:t>f 12314/10486/9476 12255/10427/9471 12256/10426/9470</w:t>
        <w:br/>
        <w:t>f 12313/10483/9522 12314/10486/9476 12256/10426/9470</w:t>
        <w:br/>
        <w:t>f 12301/10473/9514 12270/10442/9485 12271/10443/9486</w:t>
        <w:br/>
        <w:t>f 12315/10487/9525 12301/10473/9514 12271/10443/9486</w:t>
        <w:br/>
        <w:t>f 12316/10488/9526 12299/10471/9512 12301/10473/9514</w:t>
        <w:br/>
        <w:t>f 12315/10487/9525 12316/10488/9526 12301/10473/9514</w:t>
        <w:br/>
        <w:t>f 12317/10489/9527 12303/10475/9516 12304/10474/9515</w:t>
        <w:br/>
        <w:t>f 12318/10490/9528 12317/10489/9527 12304/10474/9515</w:t>
        <w:br/>
        <w:t>f 12289/10460/9501 12309/10481/9520 12319/10491/9529</w:t>
        <w:br/>
        <w:t>f 12284/10459/9500 12261/10430/9474 12258/10433/9477</w:t>
        <w:br/>
        <w:t>f 12287/10456/9497 12284/10459/9500 12258/10433/9477</w:t>
        <w:br/>
        <w:t>f 12307/10479/9518 12321/10492/9516 12320/10493/9527</w:t>
        <w:br/>
        <w:t>f 12306/10478/9517 12307/10479/9518 12320/10493/9527</w:t>
        <w:br/>
        <w:t>f 12288/10461/9502 12353/10494/9530 12352/10495/9531</w:t>
        <w:br/>
        <w:t>f 12257/10429/9473 12356/10496/9532 12355/10497/9533</w:t>
        <w:br/>
        <w:t>f 12354/10498/9534 12257/10429/9473 12355/10497/9533</w:t>
        <w:br/>
        <w:t>f 12359/10499/9535 12358/10500/9536 12357/10501/9537</w:t>
        <w:br/>
        <w:t>f 12360/10502/9538 12359/10499/9535 12357/10501/9537</w:t>
        <w:br/>
        <w:t>f 12357/10501/9537 12358/10500/9536 12361/10503/9539</w:t>
        <w:br/>
        <w:t>f 12356/10496/9532 12257/10429/9473 12254/10428/9472</w:t>
        <w:br/>
        <w:t>f 12362/10504/9540 12356/10496/9532 12254/10428/9472</w:t>
        <w:br/>
        <w:t>f 12365/10505/9541 12364/10506/9542 12363/10507/9543</w:t>
        <w:br/>
        <w:t>f 12288/10461/9502 12365/10505/9541 12363/10507/9543</w:t>
        <w:br/>
        <w:t>f 12358/10500/9536 12367/10508/9544 12366/10509/9545</w:t>
        <w:br/>
        <w:t>f 12369/10510/9546 12368/10511/9547 12274/10448/9491</w:t>
        <w:br/>
        <w:t>f 12272/10445/9488 12369/10510/9546 12274/10448/9491</w:t>
        <w:br/>
        <w:t>f 12371/10512/9548 12370/10513/9549 12277/10451/9494</w:t>
        <w:br/>
        <w:t>f 12276/10446/9489 12371/10512/9548 12277/10451/9494</w:t>
        <w:br/>
        <w:t>f 12374/10514/9550 12373/10515/9551 12372/10516/9552</w:t>
        <w:br/>
        <w:t>f 10683/9396/8559 12247/10419/9463 12248/10420/9464</w:t>
        <w:br/>
        <w:t>f 12269/10441/9484 10683/9396/8559 12248/10420/9464</w:t>
        <w:br/>
        <w:t>f 12249/10421/9465 12377/10517/9553 12269/10441/9484</w:t>
        <w:br/>
        <w:t>f 12248/10420/9464 12249/10421/9465 12269/10441/9484</w:t>
        <w:br/>
        <w:t>f 12379/10518/9466 12378/10519/9554 12311/10485/9524</w:t>
        <w:br/>
        <w:t>f 12312/10484/9523 12379/10518/9466 12311/10485/9524</w:t>
        <w:br/>
        <w:t>f 12355/10497/9533 12381/10520/9555 12380/10521/9538</w:t>
        <w:br/>
        <w:t>f 12354/10498/9534 12355/10497/9533 12380/10521/9538</w:t>
        <w:br/>
        <w:t>f 12384/10522/9556 12372/10516/9557 12383/10523/9558</w:t>
        <w:br/>
        <w:t>f 12382/10524/9559 12384/10522/9556 12383/10523/9558</w:t>
        <w:br/>
        <w:t>f 12385/10525/9560 12383/10523/9558 12372/10516/9557</w:t>
        <w:br/>
        <w:t>f 12388/10526/9561 12387/10527/9562 12386/10528/9563</w:t>
        <w:br/>
        <w:t>f 12363/10507/9543 12389/10529/9564 12353/10494/9530</w:t>
        <w:br/>
        <w:t>f 12288/10461/9502 12363/10507/9543 12353/10494/9530</w:t>
        <w:br/>
        <w:t>f 12391/10530/9565 12390/10531/9566 12352/10495/9472</w:t>
        <w:br/>
        <w:t>f 12394/10532/9567 12393/10533/9568 12392/10534/9569</w:t>
        <w:br/>
        <w:t>f 12272/10445/9488 12357/10501/9537 12395/10535/9570</w:t>
        <w:br/>
        <w:t>f 12396/10536/9571 12272/10445/9488 12395/10535/9570</w:t>
        <w:br/>
        <w:t>f 12397/10537/9572 12395/10535/9570 12361/10503/9539</w:t>
        <w:br/>
        <w:t>f 12357/10501/9537 12361/10503/9539 12395/10535/9570</w:t>
        <w:br/>
        <w:t>f 12387/10527/9562 12398/10538/9573 12386/10528/9563</w:t>
        <w:br/>
        <w:t>f 12422/10539/9574 12421/10540/9575 12420/10541/9576</w:t>
        <w:br/>
        <w:t>f 12419/10542/9574 12422/10539/9574 12420/10541/9576</w:t>
        <w:br/>
        <w:t>f 12425/10543/9577 12424/10544/9578 12423/10545/9579</w:t>
        <w:br/>
        <w:t>f 12426/10546/9580 12425/10543/9577 12423/10545/9579</w:t>
        <w:br/>
        <w:t>f 12421/10540/9581 12429/10547/9582 12428/10548/9583</w:t>
        <w:br/>
        <w:t>f 12427/10549/9584 12421/10540/9581 12428/10548/9583</w:t>
        <w:br/>
        <w:t>f 12283/10455/9496 12280/10454/9494 12431/10550/9549</w:t>
        <w:br/>
        <w:t>f 12430/10551/9585 12283/10455/9496 12431/10550/9549</w:t>
        <w:br/>
        <w:t>f 12310/10480/9519 12283/10455/9496 12430/10551/9585</w:t>
        <w:br/>
        <w:t>f 12432/10552/9586 12310/10480/9519 12430/10551/9585</w:t>
        <w:br/>
        <w:t>f 12276/10446/9489 12274/10448/9491 12368/10511/9547</w:t>
        <w:br/>
        <w:t>f 12371/10512/9548 12276/10446/9489 12368/10511/9547</w:t>
        <w:br/>
        <w:t>f 12435/10553/9587 12434/10554/9588 12433/10555/9589</w:t>
        <w:br/>
        <w:t>f 12310/10480/9519 12432/10552/9586 12364/10506/9542</w:t>
        <w:br/>
        <w:t>f 12365/10505/9541 12310/10480/9519 12364/10506/9542</w:t>
        <w:br/>
        <w:t>f 12386/10528/9563 12373/10515/9551 12388/10526/9561</w:t>
        <w:br/>
        <w:t>f 12422/10539/9574 12419/10542/9574 12441/10556/9577</w:t>
        <w:br/>
        <w:t>f 12442/10557/9577 12422/10539/9574 12441/10556/9577</w:t>
        <w:br/>
        <w:t>f 12445/10558/9590 12444/10559/9591 12443/10560/9590</w:t>
        <w:br/>
        <w:t>f 12391/10530/9565 12447/10561/9592 12446/10562/9593</w:t>
        <w:br/>
        <w:t>f 12390/10531/9566 12391/10530/9565 12446/10562/9593</w:t>
        <w:br/>
        <w:t>f 12395/10535/9570 12448/10563/9594 12396/10536/9571</w:t>
        <w:br/>
        <w:t>f 12272/10445/9488 12396/10536/9571 12369/10510/9546</w:t>
        <w:br/>
        <w:t>f 12448/10563/9594 12395/10535/9570 12449/10564/9595</w:t>
        <w:br/>
        <w:t>f 12395/10535/9570 12397/10537/9572 12450/10565/9596</w:t>
        <w:br/>
        <w:t>f 12372/10516/9557 12398/10538/9597 12451/10566/9598</w:t>
        <w:br/>
        <w:t>f 12372/10516/9557 12451/10566/9598 12385/10525/9560</w:t>
        <w:br/>
        <w:t>f 12217/10391/9435 12219/10393/9437 12452/10567/9599</w:t>
        <w:br/>
        <w:t>f 12235/10408/9452 12217/10391/9435 12452/10567/9599</w:t>
        <w:br/>
        <w:t>f 12226/10399/9443 12214/10386/9430 12231/10406/9450</w:t>
        <w:br/>
        <w:t>f 12457/10568/9600 12226/10399/9443 12231/10406/9450</w:t>
        <w:br/>
        <w:t>f 12225/10400/9444 12226/10399/9443 12457/10568/9600</w:t>
        <w:br/>
        <w:t>f 12458/10569/9601 12225/10400/9444 12457/10568/9600</w:t>
        <w:br/>
        <w:t>f 12230/10404/9448 12225/10400/9444 12458/10569/9601</w:t>
        <w:br/>
        <w:t>f 12238/10411/9456 12230/10404/9448 12458/10569/9601</w:t>
        <w:br/>
        <w:t>f 12397/10537/9572 12361/10503/9539 12366/10509/9545</w:t>
        <w:br/>
        <w:t>f 12394/10532/9567 12392/10534/9569 12459/10570/9602</w:t>
        <w:br/>
        <w:t>f 12358/10500/9536 12366/10509/9545 12361/10503/9539</w:t>
        <w:br/>
        <w:t>f 12462/10571/9441 12461/10572/9445 12460/10573/9603</w:t>
        <w:br/>
        <w:t>f 12264/10437/9480 12287/10456/9497 12258/10433/9477</w:t>
        <w:br/>
        <w:t>f 12266/10438/9481 12294/10467/9508 12264/10437/9480</w:t>
        <w:br/>
        <w:t>f 12294/10467/9508 12286/10457/9498 12287/10456/9497</w:t>
        <w:br/>
        <w:t>f 12264/10437/9480 12294/10467/9508 12287/10456/9497</w:t>
        <w:br/>
        <w:t>f 12307/10479/9518 12286/10457/9498 12294/10467/9508</w:t>
        <w:br/>
        <w:t>f 12295/10466/9507 12307/10479/9518 12294/10467/9508</w:t>
        <w:br/>
        <w:t>f 12321/10492/9516 12307/10479/9518 12295/10466/9507</w:t>
        <w:br/>
        <w:t>f 12296/10468/9509 12321/10492/9516 12295/10466/9507</w:t>
        <w:br/>
        <w:t>f 12250/10424/9468 12268/10439/9482 12463/10574/9604</w:t>
        <w:br/>
        <w:t>f 12253/10425/9469 12250/10424/9468 12463/10574/9604</w:t>
        <w:br/>
        <w:t>f 12293/10465/9506 12267/10440/9483 12268/10439/9482</w:t>
        <w:br/>
        <w:t>f 12250/10424/9468 12293/10465/9506 12268/10439/9482</w:t>
        <w:br/>
        <w:t>f 12267/10440/9483 12293/10465/9506 12300/10470/9511</w:t>
        <w:br/>
        <w:t>f 12292/10464/9505 12267/10440/9483 12300/10470/9511</w:t>
        <w:br/>
        <w:t>f 12292/10464/9505 12300/10470/9511 12297/10469/9510</w:t>
        <w:br/>
        <w:t>f 12300/10470/9511 12298/10472/9513 12297/10469/9510</w:t>
        <w:br/>
        <w:t>f 12302/10476/9509 12305/10477/9504 12297/10469/9510</w:t>
        <w:br/>
        <w:t>f 12298/10472/9513 12302/10476/9509 12297/10469/9510</w:t>
        <w:br/>
        <w:t>f 12272/10445/9488 12271/10443/9486 12251/10423/9467</w:t>
        <w:br/>
        <w:t>f 12357/10501/9537 12272/10445/9488 12251/10423/9467</w:t>
        <w:br/>
        <w:t>f 12252/10422/9466 12360/10502/9538 12357/10501/9537</w:t>
        <w:br/>
        <w:t>f 12251/10423/9467 12252/10422/9466 12357/10501/9537</w:t>
        <w:br/>
        <w:t>f 12380/10521/9538 12379/10518/9466 12312/10484/9523</w:t>
        <w:br/>
        <w:t>f 12354/10498/9534 12380/10521/9538 12312/10484/9523</w:t>
        <w:br/>
        <w:t>f 12257/10429/9473 12354/10498/9534 12312/10484/9523</w:t>
        <w:br/>
        <w:t>f 12256/10426/9470 12257/10429/9473 12312/10484/9523</w:t>
        <w:br/>
        <w:t>f 12288/10461/9502 12352/10495/9531 12260/10431/9475</w:t>
        <w:br/>
        <w:t>f 12261/10430/9474 12288/10461/9502 12260/10431/9475</w:t>
        <w:br/>
        <w:t>f 12309/10481/9520 12289/10460/9501 12284/10459/9500</w:t>
        <w:br/>
        <w:t>f 12285/10458/9499 12309/10481/9520 12284/10459/9500</w:t>
        <w:br/>
        <w:t>f 12306/10478/9517 12308/10482/9521 12285/10458/9499</w:t>
        <w:br/>
        <w:t>f 12306/10478/9517 12320/10493/9527 12281/10453/9492</w:t>
        <w:br/>
        <w:t>f 12282/10452/9495 12306/10478/9517 12281/10453/9492</w:t>
        <w:br/>
        <w:t>f 12278/10450/9493 12279/10449/9492 12317/10489/9527</w:t>
        <w:br/>
        <w:t>f 12275/10447/9490 12316/10488/9526 12315/10487/9525</w:t>
        <w:br/>
        <w:t>f 12273/10444/9487 12275/10447/9490 12315/10487/9525</w:t>
        <w:br/>
        <w:t>f 12308/10482/9521 12282/10452/9495 12283/10455/9496</w:t>
        <w:br/>
        <w:t>f 12310/10480/9519 12308/10482/9521 12283/10455/9496</w:t>
        <w:br/>
        <w:t>f 12306/10478/9517 12282/10452/9495 12308/10482/9521</w:t>
        <w:br/>
        <w:t>f 10726/9431/8592 10649/9378/8541 12263/10434/9478</w:t>
        <w:br/>
        <w:t>f 12244/10416/9458 10726/9431/8592 12263/10434/9478</w:t>
        <w:br/>
        <w:t>f 12464/10575/9605 12275/10447/9490 12276/10446/9489</w:t>
        <w:br/>
        <w:t>f 12464/10575/9605 12318/10490/9528 12316/10488/9526</w:t>
        <w:br/>
        <w:t>f 12275/10447/9490 12464/10575/9605 12316/10488/9526</w:t>
        <w:br/>
        <w:t>f 12318/10490/9528 12304/10474/9515 12299/10471/9512</w:t>
        <w:br/>
        <w:t>f 12316/10488/9526 12318/10490/9528 12299/10471/9512</w:t>
        <w:br/>
        <w:t>f 12299/10471/9512 12304/10474/9515 12298/10472/9513</w:t>
        <w:br/>
        <w:t>f 12304/10474/9515 12302/10476/9509 12298/10472/9513</w:t>
        <w:br/>
        <w:t>f 12278/10450/9493 12464/10575/9605 12276/10446/9489</w:t>
        <w:br/>
        <w:t>f 12278/10450/9493 12317/10489/9527 12318/10490/9528</w:t>
        <w:br/>
        <w:t>f 12464/10575/9605 12278/10450/9493 12318/10490/9528</w:t>
        <w:br/>
        <w:t>f 12300/10470/9511 12301/10473/9514 12299/10471/9512</w:t>
        <w:br/>
        <w:t>f 12275/10447/9490 12273/10444/9487 12274/10448/9491</w:t>
        <w:br/>
        <w:t>f 12278/10450/9493 12276/10446/9489 12277/10451/9494</w:t>
        <w:br/>
        <w:t>f 12309/10481/9520 12310/10480/9519 12319/10491/9529</w:t>
        <w:br/>
        <w:t>f 12308/10482/9521 12309/10481/9520 12285/10458/9499</w:t>
        <w:br/>
        <w:t>f 12273/10444/9487 12315/10487/9525 12271/10443/9486</w:t>
        <w:br/>
        <w:t>f 12273/10444/9487 12272/10445/9488 12274/10448/9491</w:t>
        <w:br/>
        <w:t>f 12289/10460/9501 12319/10491/9529 12288/10461/9502</w:t>
        <w:br/>
        <w:t>f 12261/10430/9474 12284/10459/9500 12289/10460/9501</w:t>
        <w:br/>
        <w:t>f 11348/9832/8560 12463/10574/9604 12268/10439/9482</w:t>
        <w:br/>
        <w:t>f 11341/9828/8952 11348/9832/8560 12268/10439/9482</w:t>
        <w:br/>
        <w:t>f 12394/10532/9567 12459/10570/9602 12503/10576/9606</w:t>
        <w:br/>
        <w:t>f 12230/10404/9448 12239/10410/9455 12504/10577/9607</w:t>
        <w:br/>
        <w:t>f 12507/10578/9608 12506/10579/9609 12505/10580/9610</w:t>
        <w:br/>
        <w:t>f 12510/10581/9611 12509/10582/9612 12508/10583/9613</w:t>
        <w:br/>
        <w:t>f 12511/10584/9614 12507/10578/9608 12505/10580/9610</w:t>
        <w:br/>
        <w:t>f 12514/10585/9615 12513/10586/9616 12512/10587/9617</w:t>
        <w:br/>
        <w:t>f 12515/10588/9618 12510/10581/9611 12508/10583/9613</w:t>
        <w:br/>
        <w:t>f 12509/10582/9612 12516/10589/9619 12508/10583/9613</w:t>
        <w:br/>
        <w:t>f 12506/10579/9609 12517/10590/9620 12505/10580/9610</w:t>
        <w:br/>
        <w:t>f 12518/10591/9621 12511/10584/9614 12505/10580/9610</w:t>
        <w:br/>
        <w:t>f 12516/10589/9622 12518/10591/9621 12505/10580/9610</w:t>
        <w:br/>
        <w:t>f 12219/10393/9437 12229/10403/9447 12519/10592/9623</w:t>
        <w:br/>
        <w:t>f 12452/10567/9599 12219/10393/9437 12519/10592/9623</w:t>
        <w:br/>
        <w:t>f 12447/10561/9624 12382/10524/9559 12520/10593/9625</w:t>
        <w:br/>
        <w:t>f 12521/10594/9625 12447/10561/9624 12520/10593/9625</w:t>
        <w:br/>
        <w:t>f 12524/10595/9626 12523/10596/9627 12522/10597/9628</w:t>
        <w:br/>
        <w:t>f 12526/10598/9629 12525/10599/9630 12461/10572/9631</w:t>
        <w:br/>
        <w:t>f 12529/10600/9632 12528/10601/9633 12527/10602/9633</w:t>
        <w:br/>
        <w:t>f 12523/10596/9627 12530/10603/9634 12522/10597/9628</w:t>
        <w:br/>
        <w:t>f 12532/10604/9635 12531/10605/9636 12461/10572/9445</w:t>
        <w:br/>
        <w:t>f 12525/10599/9630 12529/10600/9632 12461/10572/9631</w:t>
        <w:br/>
        <w:t>f 12533/10606/9637 12524/10595/9626 12522/10597/9628</w:t>
        <w:br/>
        <w:t>f 12504/10577/9607 12228/10401/9445 12230/10404/9448</w:t>
        <w:br/>
        <w:t>f 12544/10607/9638 12543/10608/9639 12542/10609/9640</w:t>
        <w:br/>
        <w:t>f 12542/10609/9640 12543/10608/9639 12545/10610/9641</w:t>
        <w:br/>
        <w:t>f 12548/10611/9642 12547/10612/9643 12546/10613/9644</w:t>
        <w:br/>
        <w:t>f 12548/10611/9642 12546/10613/9644 12549/10614/9645</w:t>
        <w:br/>
        <w:t>f 12548/10611/9642 12551/10615/9646 12550/10616/9647</w:t>
        <w:br/>
        <w:t>f 12554/10617/9648 12553/10618/9649 12552/10619/9650</w:t>
        <w:br/>
        <w:t>f 12556/10620/9651 12542/10609/9640 12555/10621/9652</w:t>
        <w:br/>
        <w:t>f 12542/10609/9640 12558/10622/9653 12557/10623/9654</w:t>
        <w:br/>
        <w:t>f 12551/10615/9646 12548/10611/9642 12559/10624/9655</w:t>
        <w:br/>
        <w:t>f 12560/10625/9656 12555/10621/9652 12542/10609/9640</w:t>
        <w:br/>
        <w:t>f 12556/10620/9651 12544/10607/9638 12542/10609/9640</w:t>
        <w:br/>
        <w:t>f 12547/10612/9643 12548/10611/9642 12545/10610/9641</w:t>
        <w:br/>
        <w:t>f 12543/10608/9639 12544/10607/9638 12562/10626/9657</w:t>
        <w:br/>
        <w:t>f 12561/10627/9658 12543/10608/9639 12562/10626/9657</w:t>
        <w:br/>
        <w:t>f 12545/10610/9641 12543/10608/9639 12561/10627/9658</w:t>
        <w:br/>
        <w:t>f 12563/10628/9659 12545/10610/9641 12561/10627/9658</w:t>
        <w:br/>
        <w:t>f 12565/10629/9660 12564/10630/9661 12546/10613/9644</w:t>
        <w:br/>
        <w:t>f 12547/10612/9643 12565/10629/9660 12546/10613/9644</w:t>
        <w:br/>
        <w:t>f 12547/10612/9643 12545/10610/9641 12563/10628/9659</w:t>
        <w:br/>
        <w:t>f 12565/10629/9660 12547/10612/9643 12563/10628/9659</w:t>
        <w:br/>
        <w:t>f 12550/10616/9647 12553/10618/9649 12548/10611/9642</w:t>
        <w:br/>
        <w:t>f 12549/10614/9645 12559/10624/9655 12548/10611/9642</w:t>
        <w:br/>
        <w:t>f 12542/10609/9640 12557/10623/9654 12560/10625/9656</w:t>
        <w:br/>
        <w:t>f 12569/10631/9662 12568/10632/9663 12560/10625/9656</w:t>
        <w:br/>
        <w:t>f 12570/10633/9664 11421/9880/8971 11422/9883/9000</w:t>
        <w:br/>
        <w:t>f 12571/10634/9665 12570/10633/9664 11422/9883/9000</w:t>
        <w:br/>
        <w:t>f 12571/10634/9665 11422/9883/9000 11424/9885/9002</w:t>
        <w:br/>
        <w:t>f 12572/10635/9666 12571/10634/9665 11424/9885/9002</w:t>
        <w:br/>
        <w:t>f 12575/10636/9667 12574/10637/9668 12573/10638/9669</w:t>
        <w:br/>
        <w:t>f 12576/10639/9670 12575/10636/9667 12573/10638/9669</w:t>
        <w:br/>
        <w:t>f 12579/10640/9671 12578/10641/9672 12577/10642/9673</w:t>
        <w:br/>
        <w:t>f 12580/10643/9674 12579/10640/9671 12577/10642/9673</w:t>
        <w:br/>
        <w:t>f 12584/10644/9675 12583/10645/9676 12582/10646/9677</w:t>
        <w:br/>
        <w:t>f 12581/10647/9678 12584/10644/9675 12582/10646/9677</w:t>
        <w:br/>
        <w:t>f 11379/9853/8971 12585/10648/9664 12583/10645/9676</w:t>
        <w:br/>
        <w:t>f 11426/9886/9003 11379/9853/8971 12583/10645/9676</w:t>
        <w:br/>
        <w:t>f 11426/9886/9003 12583/10645/9676 12586/10649/9679</w:t>
        <w:br/>
        <w:t>f 11425/9887/9004 11426/9886/9003 12586/10649/9679</w:t>
        <w:br/>
        <w:t>f 12574/10637/9668 12575/10636/9667 12587/10650/9680</w:t>
        <w:br/>
        <w:t>f 12588/10651/9681 12574/10637/9668 12587/10650/9680</w:t>
        <w:br/>
        <w:t>f 12590/10652/9682 12589/10653/9683 12588/10651/9681</w:t>
        <w:br/>
        <w:t>f 12593/10654/9684 12592/10655/9685 12591/10656/9686</w:t>
        <w:br/>
        <w:t>f 12596/10657/9687 12595/10658/9688 12594/10659/9689</w:t>
        <w:br/>
        <w:t>f 12599/10660/9688 12598/10661/9690 12597/10662/9691</w:t>
        <w:br/>
        <w:t>f 12600/10663/9692 12599/10660/9688 12597/10662/9691</w:t>
        <w:br/>
        <w:t>f 12604/10664/9693 12603/10665/9694 12602/10666/9695</w:t>
        <w:br/>
        <w:t>f 12601/10667/9696 12604/10664/9693 12602/10666/9695</w:t>
        <w:br/>
        <w:t>f 12584/10644/9675 12606/10668/9697 12605/10669/9698</w:t>
        <w:br/>
        <w:t>f 11425/9887/9004 12586/10649/9679 11428/9888/9005</w:t>
        <w:br/>
        <w:t>f 12575/10636/9667 12607/10670/9699 12587/10650/9680</w:t>
        <w:br/>
        <w:t>f 12609/10671/9700 12608/10672/9701 11446/9907/9024</w:t>
        <w:br/>
        <w:t>f 11428/9888/9005 12609/10671/9700 11446/9907/9024</w:t>
        <w:br/>
        <w:t>f 11446/9907/9024 12608/10672/9701 12610/10673/9702</w:t>
        <w:br/>
        <w:t>f 11448/9908/9025 11446/9907/9024 12610/10673/9702</w:t>
        <w:br/>
        <w:t>f 12613/10674/9703 12612/10675/9704 12611/10676/9705</w:t>
        <w:br/>
        <w:t>f 12607/10670/9699 12613/10674/9703 12614/10677/9706</w:t>
        <w:br/>
        <w:t>f 12587/10650/9680 12607/10670/9699 12614/10677/9706</w:t>
        <w:br/>
        <w:t>f 12617/10678/9707 12616/10679/9702 12615/10680/9708</w:t>
        <w:br/>
        <w:t>f 12601/10667/9696 12602/10666/9695 12618/10681/9709</w:t>
        <w:br/>
        <w:t>f 12619/10682/9710 12601/10667/9696 12618/10681/9709</w:t>
        <w:br/>
        <w:t>f 12622/10683/9711 12621/10684/9712 12620/10685/9713</w:t>
        <w:br/>
        <w:t>f 12625/10686/9714 12624/10687/9715 12623/10688/9716</w:t>
        <w:br/>
        <w:t>f 12577/10642/9673 12625/10686/9714 12623/10688/9716</w:t>
        <w:br/>
        <w:t>f 12577/10642/9673 12578/10641/9672 12626/10689/9677</w:t>
        <w:br/>
        <w:t>f 12625/10686/9714 12577/10642/9673 12626/10689/9677</w:t>
        <w:br/>
        <w:t>f 12588/10651/9681 12587/10650/9680 12614/10677/9706</w:t>
        <w:br/>
        <w:t>f 12627/10690/9717 12588/10651/9681 12614/10677/9706</w:t>
        <w:br/>
        <w:t>f 12628/10691/9718 12627/10690/9717 12614/10677/9706</w:t>
        <w:br/>
        <w:t>f 12611/10676/9705 12628/10691/9718 12614/10677/9706</w:t>
        <w:br/>
        <w:t>f 12617/10678/9707 12615/10680/9708 12629/10692/9719</w:t>
        <w:br/>
        <w:t>f 12630/10693/9720 12617/10678/9707 12629/10692/9719</w:t>
        <w:br/>
        <w:t>f 12605/10669/9698 12631/10694/9721 12620/10685/9713</w:t>
        <w:br/>
        <w:t>f 12603/10665/9694 12604/10664/9693 12583/10645/9676</w:t>
        <w:br/>
        <w:t>f 12584/10644/9675 12603/10665/9694 12583/10645/9676</w:t>
        <w:br/>
        <w:t>f 12633/10695/9719 12632/10696/9708 12619/10682/9710</w:t>
        <w:br/>
        <w:t>f 12618/10681/9709 12633/10695/9719 12619/10682/9710</w:t>
        <w:br/>
        <w:t>f 12606/10668/9697 12659/10697/9671 12658/10698/9722</w:t>
        <w:br/>
        <w:t>f 12580/10643/9674 12662/10699/9723 12661/10700/9724</w:t>
        <w:br/>
        <w:t>f 12660/10701/9725 12580/10643/9674 12661/10700/9724</w:t>
        <w:br/>
        <w:t>f 12665/10702/9726 12664/10703/9727 12663/10704/9728</w:t>
        <w:br/>
        <w:t>f 12666/10705/9729 12665/10702/9726 12663/10704/9728</w:t>
        <w:br/>
        <w:t>f 12665/10702/9726 12667/10706/9730 12664/10703/9727</w:t>
        <w:br/>
        <w:t>f 12660/10701/9725 12668/10707/9731 12579/10640/9671</w:t>
        <w:br/>
        <w:t>f 12580/10643/9674 12660/10701/9725 12579/10640/9671</w:t>
        <w:br/>
        <w:t>f 12671/10708/9732 12606/10668/9697 12670/10709/9733</w:t>
        <w:br/>
        <w:t>f 12669/10710/9734 12671/10708/9732 12670/10709/9733</w:t>
        <w:br/>
        <w:t>f 12664/10703/9727 12673/10711/9735 12672/10712/9736</w:t>
        <w:br/>
        <w:t>f 12592/10655/9685 12675/10713/9737 12674/10714/9738</w:t>
        <w:br/>
        <w:t>f 12589/10653/9683 12592/10655/9685 12674/10714/9738</w:t>
        <w:br/>
        <w:t>f 12595/10658/9688 12677/10715/9739 12676/10716/9740</w:t>
        <w:br/>
        <w:t>f 12593/10654/9684 12595/10658/9688 12676/10716/9740</w:t>
        <w:br/>
        <w:t>f 12680/10717/9741 12679/10718/9742 12678/10719/9743</w:t>
        <w:br/>
        <w:t>f 12572/10635/9666 11424/9885/9002 11445/9906/9023</w:t>
        <w:br/>
        <w:t>f 12683/10720/9744 12572/10635/9666 11445/9906/9023</w:t>
        <w:br/>
        <w:t>f 12624/10687/9715 12685/10721/9745 12684/10722/9669</w:t>
        <w:br/>
        <w:t>f 12623/10688/9716 12624/10687/9715 12684/10722/9669</w:t>
        <w:br/>
        <w:t>f 12661/10700/9724 12662/10699/9723 12687/10723/9729</w:t>
        <w:br/>
        <w:t>f 12686/10724/9746 12661/10700/9724 12687/10723/9729</w:t>
        <w:br/>
        <w:t>f 12690/10725/9747 12689/10726/9748 12688/10727/9749</w:t>
        <w:br/>
        <w:t>f 12679/10718/9750 12690/10725/9747 12688/10727/9749</w:t>
        <w:br/>
        <w:t>f 12691/10728/9751 12679/10718/9750 12688/10727/9749</w:t>
        <w:br/>
        <w:t>f 12694/10729/9752 12693/10730/9753 12692/10731/9754</w:t>
        <w:br/>
        <w:t>f 12670/10709/9733 12606/10668/9697 12658/10698/9722</w:t>
        <w:br/>
        <w:t>f 12695/10732/9755 12670/10709/9733 12658/10698/9722</w:t>
        <w:br/>
        <w:t>f 12697/10733/9756 12659/10697/9671 12696/10734/9757</w:t>
        <w:br/>
        <w:t>f 12700/10735/9758 12699/10736/9759 12698/10737/9760</w:t>
        <w:br/>
        <w:t>f 12589/10653/9683 12701/10738/9761 12665/10702/9726</w:t>
        <w:br/>
        <w:t>f 12702/10739/9762 12701/10738/9761 12589/10653/9683</w:t>
        <w:br/>
        <w:t>f 12703/10740/9763 12667/10706/9730 12701/10738/9761</w:t>
        <w:br/>
        <w:t>f 12665/10702/9726 12701/10738/9761 12667/10706/9730</w:t>
        <w:br/>
        <w:t>f 12692/10731/9754 12693/10730/9753 12704/10741/9764</w:t>
        <w:br/>
        <w:t>f 12726/10742/9765 12725/10743/9765 12724/10744/9766</w:t>
        <w:br/>
        <w:t>f 12723/10745/9767 12726/10742/9765 12724/10744/9766</w:t>
        <w:br/>
        <w:t>f 12729/10746/9768 12728/10747/9769 12727/10748/9769</w:t>
        <w:br/>
        <w:t>f 12730/10749/9768 12729/10746/9768 12727/10748/9769</w:t>
        <w:br/>
        <w:t>f 12723/10745/9770 12733/10750/9646 12732/10751/9771</w:t>
        <w:br/>
        <w:t>f 12731/10752/9772 12723/10745/9770 12732/10751/9771</w:t>
        <w:br/>
        <w:t>f 12600/10663/9692 12735/10753/9773 12734/10754/9739</w:t>
        <w:br/>
        <w:t>f 12599/10660/9688 12600/10663/9692 12734/10754/9739</w:t>
        <w:br/>
        <w:t>f 12622/10683/9711 12736/10755/9774 12735/10753/9773</w:t>
        <w:br/>
        <w:t>f 12600/10663/9692 12622/10683/9711 12735/10753/9773</w:t>
        <w:br/>
        <w:t>f 12593/10654/9684 12676/10716/9740 12675/10713/9737</w:t>
        <w:br/>
        <w:t>f 12592/10655/9685 12593/10654/9684 12675/10713/9737</w:t>
        <w:br/>
        <w:t>f 12739/10756/9775 12738/10757/9776 12737/10758/9653</w:t>
        <w:br/>
        <w:t>f 12669/10710/9734 12736/10755/9774 12622/10683/9711</w:t>
        <w:br/>
        <w:t>f 12671/10708/9732 12669/10710/9734 12622/10683/9711</w:t>
        <w:br/>
        <w:t>f 12693/10730/9753 12694/10729/9752 12678/10719/9777</w:t>
        <w:br/>
        <w:t>f 12745/10759/9769 12725/10743/9765 12726/10742/9765</w:t>
        <w:br/>
        <w:t>f 12746/10760/9769 12745/10759/9769 12726/10742/9765</w:t>
        <w:br/>
        <w:t>f 12749/10761/9778 12748/10762/9778 12747/10763/9779</w:t>
        <w:br/>
        <w:t>f 12751/10764/9780 12750/10765/9781 12697/10733/9756</w:t>
        <w:br/>
        <w:t>f 12696/10734/9757 12751/10764/9780 12697/10733/9756</w:t>
        <w:br/>
        <w:t>f 12701/10738/9761 12702/10739/9762 12752/10766/9782</w:t>
        <w:br/>
        <w:t>f 12589/10653/9683 12674/10714/9738 12702/10739/9762</w:t>
        <w:br/>
        <w:t>f 12752/10766/9782 12753/10767/9783 12701/10738/9761</w:t>
        <w:br/>
        <w:t>f 12701/10738/9761 12754/10768/9784 12703/10740/9763</w:t>
        <w:br/>
        <w:t>f 12679/10718/9750 12755/10769/9785 12704/10741/9786</w:t>
        <w:br/>
        <w:t>f 12679/10718/9750 12691/10728/9751 12755/10769/9785</w:t>
        <w:br/>
        <w:t>f 12546/10613/9644 12564/10630/9661 12756/10770/9787</w:t>
        <w:br/>
        <w:t>f 12549/10614/9645 12546/10613/9644 12756/10770/9787</w:t>
        <w:br/>
        <w:t>f 12556/10620/9651 12761/10771/9788 12562/10626/9657</w:t>
        <w:br/>
        <w:t>f 12544/10607/9638 12556/10620/9651 12562/10626/9657</w:t>
        <w:br/>
        <w:t>f 12555/10621/9652 12762/10772/9789 12761/10771/9788</w:t>
        <w:br/>
        <w:t>f 12556/10620/9651 12555/10621/9652 12761/10771/9788</w:t>
        <w:br/>
        <w:t>f 12560/10625/9656 12568/10632/9663 12762/10772/9789</w:t>
        <w:br/>
        <w:t>f 12555/10621/9652 12560/10625/9656 12762/10772/9789</w:t>
        <w:br/>
        <w:t>f 12703/10740/9763 12673/10711/9735 12667/10706/9730</w:t>
        <w:br/>
        <w:t>f 12700/10735/9758 12763/10773/9790 12699/10736/9759</w:t>
        <w:br/>
        <w:t>f 12664/10703/9727 12667/10706/9730 12673/10711/9735</w:t>
        <w:br/>
        <w:t>f 12766/10774/9650 12765/10775/9791 12764/10776/9654</w:t>
        <w:br/>
        <w:t>f 12586/10649/9679 12583/10645/9676 12604/10664/9693</w:t>
        <w:br/>
        <w:t>f 11428/9888/9005 12586/10649/9679 12609/10671/9700</w:t>
        <w:br/>
        <w:t>f 12609/10671/9700 12586/10649/9679 12604/10664/9693</w:t>
        <w:br/>
        <w:t>f 12601/10667/9696 12609/10671/9700 12604/10664/9693</w:t>
        <w:br/>
        <w:t>f 12609/10671/9700 12601/10667/9696 12619/10682/9710</w:t>
        <w:br/>
        <w:t>f 12608/10672/9701 12609/10671/9700 12619/10682/9710</w:t>
        <w:br/>
        <w:t>f 12608/10672/9701 12619/10682/9710 12632/10696/9708</w:t>
        <w:br/>
        <w:t>f 12610/10673/9702 12608/10672/9701 12632/10696/9708</w:t>
        <w:br/>
        <w:t>f 12575/10636/9667 12576/10639/9670 12111/10297/9354</w:t>
        <w:br/>
        <w:t>f 11441/9905/9022 12575/10636/9667 12111/10297/9354</w:t>
        <w:br/>
        <w:t>f 12607/10670/9699 12575/10636/9667 11441/9905/9022</w:t>
        <w:br/>
        <w:t>f 11442/9904/9021 12607/10670/9699 11441/9905/9022</w:t>
        <w:br/>
        <w:t>f 12613/10674/9703 12607/10670/9699 11442/9904/9021</w:t>
        <w:br/>
        <w:t>f 11453/9915/9032 12613/10674/9703 11442/9904/9021</w:t>
        <w:br/>
        <w:t>f 11453/9915/9032 11456/9917/9034 12613/10674/9703</w:t>
        <w:br/>
        <w:t>f 12613/10674/9703 11456/9917/9034 12612/10675/9704</w:t>
        <w:br/>
        <w:t>f 12616/10679/9702 12612/10675/9704 11456/9917/9034</w:t>
        <w:br/>
        <w:t>f 11471/9923/9025 12616/10679/9702 11456/9917/9034</w:t>
        <w:br/>
        <w:t>f 12574/10637/9668 12588/10651/9681 12589/10653/9683</w:t>
        <w:br/>
        <w:t>f 12665/10702/9726 12574/10637/9668 12589/10653/9683</w:t>
        <w:br/>
        <w:t>f 12573/10638/9669 12574/10637/9668 12665/10702/9726</w:t>
        <w:br/>
        <w:t>f 12666/10705/9729 12573/10638/9669 12665/10702/9726</w:t>
        <w:br/>
        <w:t>f 12623/10688/9716 12684/10722/9669 12687/10723/9729</w:t>
        <w:br/>
        <w:t>f 12662/10699/9723 12623/10688/9716 12687/10723/9729</w:t>
        <w:br/>
        <w:t>f 12580/10643/9674 12577/10642/9673 12623/10688/9716</w:t>
        <w:br/>
        <w:t>f 12662/10699/9723 12580/10643/9674 12623/10688/9716</w:t>
        <w:br/>
        <w:t>f 12581/10647/9678 12659/10697/9671 12606/10668/9697</w:t>
        <w:br/>
        <w:t>f 12584/10644/9675 12581/10647/9678 12606/10668/9697</w:t>
        <w:br/>
        <w:t>f 12603/10665/9694 12605/10669/9698 12620/10685/9713</w:t>
        <w:br/>
        <w:t>f 12602/10666/9695 12603/10665/9694 12620/10685/9713</w:t>
        <w:br/>
        <w:t>f 12618/10681/9709 12602/10666/9695 12621/10684/9712</w:t>
        <w:br/>
        <w:t>f 12598/10661/9690 12633/10695/9719 12618/10681/9709</w:t>
        <w:br/>
        <w:t>f 12597/10662/9691 12598/10661/9690 12618/10681/9709</w:t>
        <w:br/>
        <w:t>f 12594/10659/9689 12629/10692/9719 12596/10657/9687</w:t>
        <w:br/>
        <w:t>f 12591/10656/9686 12590/10652/9682 12627/10690/9717</w:t>
        <w:br/>
        <w:t>f 12628/10691/9718 12591/10656/9686 12627/10690/9717</w:t>
        <w:br/>
        <w:t>f 12600/10663/9692 12597/10662/9691 12621/10684/9712</w:t>
        <w:br/>
        <w:t>f 12622/10683/9711 12600/10663/9692 12621/10684/9712</w:t>
        <w:br/>
        <w:t>f 12618/10681/9709 12621/10684/9712 12597/10662/9691</w:t>
        <w:br/>
        <w:t>f 12767/10777/9792 12593/10654/9684 12591/10656/9686</w:t>
        <w:br/>
        <w:t>f 12628/10691/9718 12630/10693/9720 12767/10777/9792</w:t>
        <w:br/>
        <w:t>f 12591/10656/9686 12628/10691/9718 12767/10777/9792</w:t>
        <w:br/>
        <w:t>f 12611/10676/9705 12617/10678/9707 12630/10693/9720</w:t>
        <w:br/>
        <w:t>f 12628/10691/9718 12611/10676/9705 12630/10693/9720</w:t>
        <w:br/>
        <w:t>f 12611/10676/9705 12612/10675/9704 12617/10678/9707</w:t>
        <w:br/>
        <w:t>f 12617/10678/9707 12612/10675/9704 12616/10679/9702</w:t>
        <w:br/>
        <w:t>f 12594/10659/9689 12593/10654/9684 12767/10777/9792</w:t>
        <w:br/>
        <w:t>f 12630/10693/9720 12629/10692/9719 12594/10659/9689</w:t>
        <w:br/>
        <w:t>f 12767/10777/9792 12630/10693/9720 12594/10659/9689</w:t>
        <w:br/>
        <w:t>f 12613/10674/9703 12611/10676/9705 12614/10677/9706</w:t>
        <w:br/>
        <w:t>f 12591/10656/9686 12592/10655/9685 12590/10652/9682</w:t>
        <w:br/>
        <w:t>f 12594/10659/9689 12595/10658/9688 12593/10654/9684</w:t>
        <w:br/>
        <w:t>f 12620/10685/9713 12631/10694/9721 12622/10683/9711</w:t>
        <w:br/>
        <w:t>f 12621/10684/9712 12602/10666/9695 12620/10685/9713</w:t>
        <w:br/>
        <w:t>f 12590/10652/9682 12588/10651/9681 12627/10690/9717</w:t>
        <w:br/>
        <w:t>f 12590/10652/9682 12592/10655/9685 12589/10653/9683</w:t>
        <w:br/>
        <w:t>f 12605/10669/9698 12606/10668/9697 12631/10694/9721</w:t>
        <w:br/>
        <w:t>f 12584/10644/9675 12605/10669/9698 12603/10665/9694</w:t>
        <w:br/>
        <w:t>f 12700/10735/9758 12800/10778/9793 12763/10773/9790</w:t>
        <w:br/>
        <w:t>f 12560/10625/9656 12801/10779/9794 12569/10631/9662</w:t>
        <w:br/>
        <w:t>f 12804/10780/9795 12803/10781/9796 12802/10782/9797</w:t>
        <w:br/>
        <w:t>f 12807/10783/9798 12806/10784/9799 12805/10785/9800</w:t>
        <w:br/>
        <w:t>f 12808/10786/9801 12803/10781/9796 12804/10780/9795</w:t>
        <w:br/>
        <w:t>f 12811/10787/9802 12810/10788/9803 12809/10789/9804</w:t>
        <w:br/>
        <w:t>f 12812/10790/9805 12806/10784/9799 12807/10783/9798</w:t>
        <w:br/>
        <w:t>f 12805/10785/9800 12806/10784/9799 12813/10791/9806</w:t>
        <w:br/>
        <w:t>f 12802/10782/9797 12803/10781/9796 12814/10792/9807</w:t>
        <w:br/>
        <w:t>f 12815/10793/9808 12803/10781/9796 12808/10786/9801</w:t>
        <w:br/>
        <w:t>f 12813/10791/9809 12803/10781/9796 12815/10793/9808</w:t>
        <w:br/>
        <w:t>f 12549/10614/9645 12756/10770/9787 12816/10794/9803</w:t>
        <w:br/>
        <w:t>f 12559/10624/9655 12549/10614/9645 12816/10794/9803</w:t>
        <w:br/>
        <w:t>f 12817/10795/9810 12689/10726/9748 12750/10765/9811</w:t>
        <w:br/>
        <w:t>f 12818/10796/9812 12817/10795/9810 12750/10765/9811</w:t>
        <w:br/>
        <w:t>f 12821/10797/9813 12820/10798/9814 12819/10799/9815</w:t>
        <w:br/>
        <w:t>f 12823/10800/9816 12764/10776/9817 12822/10801/9818</w:t>
        <w:br/>
        <w:t>f 12826/10802/9819 12825/10803/9820 12824/10804/9820</w:t>
        <w:br/>
        <w:t>f 12819/10799/9815 12820/10798/9814 12827/10805/9821</w:t>
        <w:br/>
        <w:t>f 12829/10806/9822 12764/10776/9823 12828/10807/9824</w:t>
        <w:br/>
        <w:t>f 12822/10801/9818 12764/10776/9817 12826/10802/9819</w:t>
        <w:br/>
        <w:t>f 12830/10808/9825 12820/10798/9814 12821/10797/9813</w:t>
        <w:br/>
        <w:t>f 12801/10779/9794 12560/10625/9656 12557/10623/9654</w:t>
        <w:br/>
        <w:t>f 13048/10809/9826 13047/10810/9827 13046/10811/9828</w:t>
        <w:br/>
        <w:t>f 13045/10812/9829 13048/10809/9826 13046/10811/9828</w:t>
        <w:br/>
        <w:t>f 13045/10812/9829 13046/10811/9828 13050/10813/9830</w:t>
        <w:br/>
        <w:t>f 13049/10814/9831 13045/10812/9829 13050/10813/9830</w:t>
        <w:br/>
        <w:t>f 13053/10815/9832 13052/10816/9833 13051/10817/9834</w:t>
        <w:br/>
        <w:t>f 13056/10818/9835 13055/10819/9836 13054/10820/9837</w:t>
        <w:br/>
        <w:t>f 13058/10821/9838 13053/10815/9832 13057/10822/9839</w:t>
        <w:br/>
        <w:t>f 13046/10811/9828 13058/10821/9838 13050/10813/9830</w:t>
        <w:br/>
        <w:t>f 13052/10816/9833 13046/10811/9828 13047/10810/9827</w:t>
        <w:br/>
        <w:t>f 13062/10823/9840 13061/10824/9841 13060/10825/9842</w:t>
        <w:br/>
        <w:t>f 13059/10826/9843 13062/10823/9840 13060/10825/9842</w:t>
        <w:br/>
        <w:t>f 13059/10826/9843 13060/10825/9842 13064/10827/9844</w:t>
        <w:br/>
        <w:t>f 13063/10828/9845 13059/10826/9843 13064/10827/9844</w:t>
        <w:br/>
        <w:t>f 13067/10829/9846 13066/10830/9847 13065/10831/9848</w:t>
        <w:br/>
        <w:t>f 13065/10831/9848 13068/10832/9849 13067/10829/9846</w:t>
        <w:br/>
        <w:t>f 13067/10829/9846 13068/10832/9849 13069/10833/9850</w:t>
        <w:br/>
        <w:t>f 13071/10834/9851 13070/10835/9852 13067/10829/9846</w:t>
        <w:br/>
        <w:t>f 13071/10834/9851 13073/10836/9853 13072/10837/9854</w:t>
        <w:br/>
        <w:t>f 13070/10835/9852 13071/10834/9851 13072/10837/9854</w:t>
        <w:br/>
        <w:t>f 13071/10834/9851 13067/10829/9846 13069/10833/9850</w:t>
        <w:br/>
        <w:t>f 13056/10818/9835 13075/10838/9855 13074/10839/9856</w:t>
        <w:br/>
        <w:t>f 13056/10818/9835 13051/10817/9834 13055/10819/9836</w:t>
        <w:br/>
        <w:t>f 13056/10818/9835 13074/10839/9856 13057/10822/9839</w:t>
        <w:br/>
        <w:t>f 13079/10840/9857 13078/10841/9858 13077/10842/9859</w:t>
        <w:br/>
        <w:t>f 13076/10843/9860 13079/10840/9857 13077/10842/9859</w:t>
        <w:br/>
        <w:t>f 13083/10844/9861 13082/10845/9862 13081/10846/9863</w:t>
        <w:br/>
        <w:t>f 13080/10847/9864 13083/10844/9861 13081/10846/9863</w:t>
        <w:br/>
        <w:t>f 13082/10845/9862 13085/10848/9865 13084/10849/9866</w:t>
        <w:br/>
        <w:t>f 13081/10846/9863 13082/10845/9862 13084/10849/9866</w:t>
        <w:br/>
        <w:t>f 13089/10850/9867 13088/10851/9868 13087/10852/9869</w:t>
        <w:br/>
        <w:t>f 13086/10853/9870 13089/10850/9867 13087/10852/9869</w:t>
        <w:br/>
        <w:t>f 13088/10851/9868 13090/10854/9871 13087/10852/9869</w:t>
        <w:br/>
        <w:t>f 13088/10851/9868 13091/10855/9872 13090/10854/9871</w:t>
        <w:br/>
        <w:t>f 13078/10841/9858 13083/10844/9861 13080/10847/9864</w:t>
        <w:br/>
        <w:t>f 13077/10842/9859 13078/10841/9858 13080/10847/9864</w:t>
        <w:br/>
        <w:t>f 13079/10840/9857 13076/10843/9860 13092/10856/9873</w:t>
        <w:br/>
        <w:t>f 13093/10857/9874 13079/10840/9857 13092/10856/9873</w:t>
        <w:br/>
        <w:t>f 13095/10858/9875 13094/10859/9876 13091/10855/9872</w:t>
        <w:br/>
        <w:t>f 13093/10857/9874 13092/10856/9873 13096/10860/9877</w:t>
        <w:br/>
        <w:t>f 13097/10861/9878 13093/10857/9874 13096/10860/9877</w:t>
        <w:br/>
        <w:t>f 13095/10858/9875 13098/10862/9879 13094/10859/9876</w:t>
        <w:br/>
        <w:t>f 13095/10858/9875 13100/10863/9880 13099/10864/9881</w:t>
        <w:br/>
        <w:t>f 13098/10862/9879 13095/10858/9875 13099/10864/9881</w:t>
        <w:br/>
        <w:t>f 13097/10861/9878 13096/10860/9877 13101/10865/9882</w:t>
        <w:br/>
        <w:t>f 13102/10866/9882 13097/10861/9878 13101/10865/9882</w:t>
        <w:br/>
        <w:t>f 13102/10866/9882 13101/10865/9882 13103/10867/9883</w:t>
        <w:br/>
        <w:t>f 13104/10868/9883 13102/10866/9882 13103/10867/9883</w:t>
        <w:br/>
        <w:t>f 13100/10863/9880 13106/10869/9884 13105/10870/9885</w:t>
        <w:br/>
        <w:t>f 13100/10863/9880 13105/10870/9885 13099/10864/9881</w:t>
        <w:br/>
        <w:t>f 13107/10871/9886 13104/10868/9883 13103/10867/9883</w:t>
        <w:br/>
        <w:t>f 13110/10872/9887 13109/10873/9888 13108/10874/9889</w:t>
        <w:br/>
        <w:t>f 13112/10875/9853 13089/10850/9867 13111/10876/9890</w:t>
        <w:br/>
        <w:t>f 13089/10850/9867 13086/10853/9870 13111/10876/9890</w:t>
        <w:br/>
        <w:t>f 13113/10877/9891 13078/10841/9858 13079/10840/9857</w:t>
        <w:br/>
        <w:t>f 13114/10878/9892 13079/10840/9857 13093/10857/9874</w:t>
        <w:br/>
        <w:t>f 13114/10878/9892 13093/10857/9874 13115/10879/9893</w:t>
        <w:br/>
        <w:t>f 13113/10877/9894 13108/10874/9889 13082/10845/9862</w:t>
        <w:br/>
        <w:t>f 13116/10880/9895 13113/10877/9894 13082/10845/9862</w:t>
        <w:br/>
        <w:t>f 13119/10881/9896 13118/10882/9897 13117/10883/9898</w:t>
        <w:br/>
        <w:t>f 13120/10884/9899 13119/10881/9896 13117/10883/9898</w:t>
        <w:br/>
        <w:t>f 13114/10878/9892 13115/10879/9893 13118/10882/9897</w:t>
        <w:br/>
        <w:t>f 13119/10881/9896 13114/10878/9892 13118/10882/9897</w:t>
        <w:br/>
        <w:t>f 13113/10877/9891 13083/10844/9861 13078/10841/9858</w:t>
        <w:br/>
        <w:t>f 13108/10874/9889 13085/10848/9865 13082/10845/9862</w:t>
        <w:br/>
        <w:t>f 13067/10829/9846 13121/10885/9900 13066/10830/9847</w:t>
        <w:br/>
        <w:t>f 13085/10848/9865 13122/10886/9901 13084/10849/9866</w:t>
        <w:br/>
        <w:t>f 13107/10871/9902 13122/10886/9903 13119/10881/9904</w:t>
        <w:br/>
        <w:t>f 13056/10818/9835 13054/10820/9837 13075/10838/9855</w:t>
        <w:br/>
        <w:t>f 13067/10829/9846 13070/10835/9852 13121/10885/9900</w:t>
        <w:br/>
        <w:t>f 13056/10818/9835 13057/10822/9839 13053/10815/9832</w:t>
        <w:br/>
        <w:t>f 13053/10815/9832 13051/10817/9834 13056/10818/9835</w:t>
        <w:br/>
        <w:t>f 13053/10815/9832 13046/10811/9828 13052/10816/9833</w:t>
        <w:br/>
        <w:t>f 13046/10811/9828 13053/10815/9832 13058/10821/9838</w:t>
        <w:br/>
        <w:t>f 13059/10826/9843 13066/10830/9847 13062/10823/9840</w:t>
        <w:br/>
        <w:t>f 13059/10826/9905 13123/10887/9906 13068/10832/9849</w:t>
        <w:br/>
        <w:t>f 13127/10888/9907 13126/10889/9908 13125/10890/9909</w:t>
        <w:br/>
        <w:t>f 13124/10891/9910 13127/10888/9907 13125/10890/9909</w:t>
        <w:br/>
        <w:t>f 13126/10889/9908 13129/10892/9911 13128/10893/9912</w:t>
        <w:br/>
        <w:t>f 13125/10890/9909 13126/10889/9908 13128/10893/9912</w:t>
        <w:br/>
        <w:t>f 13132/10894/9913 13131/10895/9914 13130/10896/9915</w:t>
        <w:br/>
        <w:t>f 13135/10897/9916 13134/10898/9837 13133/10899/9917</w:t>
        <w:br/>
        <w:t>f 13137/10900/9918 13136/10901/9919 13132/10894/9913</w:t>
        <w:br/>
        <w:t>f 13125/10890/9909 13128/10893/9912 13137/10900/9918</w:t>
        <w:br/>
        <w:t>f 13130/10896/9915 13124/10891/9910 13125/10890/9909</w:t>
        <w:br/>
        <w:t>f 13141/10902/9920 13140/10903/9921 13139/10904/9922</w:t>
        <w:br/>
        <w:t>f 13138/10905/9923 13141/10902/9920 13139/10904/9922</w:t>
        <w:br/>
        <w:t>f 13140/10903/9921 13143/10906/9924 13142/10907/9924</w:t>
        <w:br/>
        <w:t>f 13139/10904/9922 13140/10903/9921 13142/10907/9924</w:t>
        <w:br/>
        <w:t>f 13146/10908/9925 13145/10909/9926 13144/10910/9927</w:t>
        <w:br/>
        <w:t>f 13145/10909/9926 13146/10908/9925 13147/10911/9928</w:t>
        <w:br/>
        <w:t>f 13146/10908/9925 13148/10912/9929 13147/10911/9928</w:t>
        <w:br/>
        <w:t>f 13150/10913/9930 13146/10908/9925 13149/10914/9931</w:t>
        <w:br/>
        <w:t>f 13150/10913/9930 13149/10914/9931 13152/10915/9854</w:t>
        <w:br/>
        <w:t>f 13151/10916/9853 13150/10913/9930 13152/10915/9854</w:t>
        <w:br/>
        <w:t>f 13150/10913/9930 13148/10912/9929 13146/10908/9925</w:t>
        <w:br/>
        <w:t>f 13135/10897/9916 13154/10917/9932 13153/10918/9855</w:t>
        <w:br/>
        <w:t>f 13135/10897/9916 13133/10899/9917 13131/10895/9914</w:t>
        <w:br/>
        <w:t>f 13135/10897/9916 13136/10901/9919 13154/10917/9932</w:t>
        <w:br/>
        <w:t>f 13158/10919/9933 13157/10920/9934 13156/10921/9935</w:t>
        <w:br/>
        <w:t>f 13155/10922/9936 13158/10919/9933 13156/10921/9935</w:t>
        <w:br/>
        <w:t>f 13162/10923/9937 13161/10924/9938 13160/10925/9939</w:t>
        <w:br/>
        <w:t>f 13159/10926/9940 13162/10923/9937 13160/10925/9939</w:t>
        <w:br/>
        <w:t>f 13159/10926/9940 13160/10925/9939 13164/10927/9941</w:t>
        <w:br/>
        <w:t>f 13163/10928/9942 13159/10926/9940 13164/10927/9941</w:t>
        <w:br/>
        <w:t>f 13168/10929/9943 13167/10930/9944 13166/10931/9945</w:t>
        <w:br/>
        <w:t>f 13165/10932/9946 13168/10929/9943 13166/10931/9945</w:t>
        <w:br/>
        <w:t>f 13168/10929/9943 13169/10933/9947 13167/10930/9944</w:t>
        <w:br/>
        <w:t>f 13169/10933/9947 13170/10934/9948 13167/10930/9944</w:t>
        <w:br/>
        <w:t>f 13155/10922/9936 13156/10921/9935 13161/10924/9938</w:t>
        <w:br/>
        <w:t>f 13162/10923/9937 13155/10922/9936 13161/10924/9938</w:t>
        <w:br/>
        <w:t>f 13171/10935/9949 13157/10920/9934 13158/10919/9933</w:t>
        <w:br/>
        <w:t>f 13172/10936/9950 13171/10935/9949 13158/10919/9933</w:t>
        <w:br/>
        <w:t>f 13170/10934/9948 13174/10937/9951 13173/10938/9952</w:t>
        <w:br/>
        <w:t>f 13175/10939/9953 13171/10935/9949 13172/10936/9950</w:t>
        <w:br/>
        <w:t>f 13176/10940/9953 13175/10939/9953 13172/10936/9950</w:t>
        <w:br/>
        <w:t>f 13174/10937/9951 13177/10941/9954 13173/10938/9952</w:t>
        <w:br/>
        <w:t>f 13179/10942/9955 13178/10943/9956 13173/10938/9952</w:t>
        <w:br/>
        <w:t>f 13177/10941/9954 13179/10942/9955 13173/10938/9952</w:t>
        <w:br/>
        <w:t>f 13180/10944/9957 13175/10939/9953 13176/10940/9953</w:t>
        <w:br/>
        <w:t>f 13181/10945/9957 13180/10944/9957 13176/10940/9953</w:t>
        <w:br/>
        <w:t>f 13182/10946/9958 13180/10944/9957 13181/10945/9957</w:t>
        <w:br/>
        <w:t>f 13183/10947/9958 13182/10946/9958 13181/10945/9957</w:t>
        <w:br/>
        <w:t>f 13185/10948/9959 13184/10949/9884 13178/10943/9956</w:t>
        <w:br/>
        <w:t>f 13179/10942/9955 13185/10948/9959 13178/10943/9956</w:t>
        <w:br/>
        <w:t>f 13186/10950/9960 13182/10946/9958 13183/10947/9958</w:t>
        <w:br/>
        <w:t>f 13189/10951/9887 13188/10952/9961 13187/10953/9962</w:t>
        <w:br/>
        <w:t>f 13191/10954/9853 13190/10955/9963 13166/10931/9945</w:t>
        <w:br/>
        <w:t>f 13190/10955/9963 13165/10932/9946 13166/10931/9945</w:t>
        <w:br/>
        <w:t>f 13192/10956/9964 13158/10919/9933 13155/10922/9936</w:t>
        <w:br/>
        <w:t>f 13193/10957/9965 13172/10936/9950 13158/10919/9933</w:t>
        <w:br/>
        <w:t>f 13193/10957/9965 13194/10958/9966 13172/10936/9950</w:t>
        <w:br/>
        <w:t>f 13192/10956/9964 13195/10959/9967 13159/10926/9940</w:t>
        <w:br/>
        <w:t>f 13188/10952/9961 13192/10956/9964 13159/10926/9940</w:t>
        <w:br/>
        <w:t>f 13198/10960/9968 13197/10961/9969 13196/10962/9970</w:t>
        <w:br/>
        <w:t>f 13199/10963/9899 13197/10961/9969 13198/10960/9968</w:t>
        <w:br/>
        <w:t>f 13193/10957/9965 13198/10960/9968 13196/10962/9970</w:t>
        <w:br/>
        <w:t>f 13194/10958/9966 13193/10957/9965 13196/10962/9970</w:t>
        <w:br/>
        <w:t>f 13192/10956/9964 13155/10922/9936 13162/10923/9937</w:t>
        <w:br/>
        <w:t>f 13188/10952/9961 13159/10926/9940 13163/10928/9942</w:t>
        <w:br/>
        <w:t>f 13146/10908/9925 13144/10910/9927 13200/10964/9971</w:t>
        <w:br/>
        <w:t>f 13163/10928/9942 13164/10927/9941 13201/10965/9972</w:t>
        <w:br/>
        <w:t>f 13186/10950/9973 13198/10960/9974 13201/10965/9975</w:t>
        <w:br/>
        <w:t>f 13135/10897/9916 13153/10918/9855 13134/10898/9837</w:t>
        <w:br/>
        <w:t>f 13146/10908/9925 13200/10964/9971 13149/10914/9931</w:t>
        <w:br/>
        <w:t>f 13135/10897/9916 13132/10894/9913 13136/10901/9919</w:t>
        <w:br/>
        <w:t>f 13132/10894/9913 13135/10897/9916 13131/10895/9914</w:t>
        <w:br/>
        <w:t>f 13132/10894/9913 13130/10896/9915 13125/10890/9909</w:t>
        <w:br/>
        <w:t>f 13125/10890/9909 13137/10900/9918 13132/10894/9913</w:t>
        <w:br/>
        <w:t>f 13140/10903/9921 13141/10902/9920 13144/10910/9927</w:t>
        <w:br/>
        <w:t>f 13140/10903/9976 13147/10911/9928 13202/10966/9977</w:t>
        <w:br/>
        <w:t>f 13241/10967/9978 13240/10968/9979 13239/10969/9980</w:t>
        <w:br/>
        <w:t>f 13238/10970/9981 13241/10967/9978 13239/10969/9980</w:t>
        <w:br/>
        <w:t>f 13243/10971/9982 13241/10967/9978 13238/10970/9981</w:t>
        <w:br/>
        <w:t>f 13242/10972/9983 13243/10971/9982 13238/10970/9981</w:t>
        <w:br/>
        <w:t>f 13247/10973/9984 13246/10974/9985 13245/10975/9986</w:t>
        <w:br/>
        <w:t>f 13244/10976/9987 13247/10973/9984 13245/10975/9986</w:t>
        <w:br/>
        <w:t>f 13249/10977/9988 13248/10978/9989 13244/10976/9987</w:t>
        <w:br/>
        <w:t>f 13245/10975/9986 13249/10977/9988 13244/10976/9987</w:t>
        <w:br/>
        <w:t>f 13248/10978/9989 13249/10977/9988 13250/10979/9990</w:t>
        <w:br/>
        <w:t>f 13253/10980/9991 13252/10981/9992 13251/10982/9993</w:t>
        <w:br/>
        <w:t>f 13255/10983/9994 13254/10984/9995 13240/10968/9979</w:t>
        <w:br/>
        <w:t>f 13241/10967/9978 13255/10983/9994 13240/10968/9979</w:t>
        <w:br/>
        <w:t>f 13256/10985/9996 13249/10977/9988 13245/10975/9986</w:t>
        <w:br/>
        <w:t>f 13252/10981/9992 13256/10985/9996 13245/10975/9986</w:t>
        <w:br/>
        <w:t>f 13248/10978/9989 13258/10986/9997 13257/10987/9998</w:t>
        <w:br/>
        <w:t>f 13244/10976/9987 13248/10978/9989 13257/10987/9998</w:t>
        <w:br/>
        <w:t>f 13244/10976/9987 13257/10987/9998 13260/10988/9999</w:t>
        <w:br/>
        <w:t>f 13259/10989/9999 13244/10976/9987 13260/10988/9999</w:t>
        <w:br/>
        <w:t>f 13263/10990/10000 13262/10991/10001 13261/10992/10002</w:t>
        <w:br/>
        <w:t>f 13240/10968/9979 13264/10993/10003 13239/10969/9980</w:t>
        <w:br/>
        <w:t>f 13267/10994/10004 13266/10995/10005 13265/10996/10006</w:t>
        <w:br/>
        <w:t>f 13268/10997/10007 13267/10994/10004 13265/10996/10006</w:t>
        <w:br/>
        <w:t>f 13256/10985/9996 13269/10998/10008 13249/10977/9988</w:t>
        <w:br/>
        <w:t>f 13243/10971/9982 13242/10972/9983 13270/10999/10009</w:t>
        <w:br/>
        <w:t>f 13250/10979/9990 13258/10986/9997 13248/10978/9989</w:t>
        <w:br/>
        <w:t>f 13253/10980/9991 13251/10982/9993 13271/11000/10010</w:t>
        <w:br/>
        <w:t>f 13272/11001/10011 13253/10980/9991 13271/11000/10010</w:t>
        <w:br/>
        <w:t>f 13260/10988/9999 13263/10990/10000 13259/10989/9999</w:t>
        <w:br/>
        <w:t>f 13268/10997/10007 13246/10974/9985 13247/10973/9984</w:t>
        <w:br/>
        <w:t>f 13243/10971/9982 13274/11002/10012 13273/11003/10013</w:t>
        <w:br/>
        <w:t>f 13241/10967/9978 13243/10971/9982 13273/11003/10013</w:t>
        <w:br/>
        <w:t>f 13255/10983/9994 13241/10967/9978 13273/11003/10013</w:t>
        <w:br/>
        <w:t>f 13276/11004/10014 13275/11005/10015 13240/10968/9979</w:t>
        <w:br/>
        <w:t>f 13278/11006/10016 13277/11007/10017 13271/11000/10010</w:t>
        <w:br/>
        <w:t>f 13279/11008/10018 13278/11006/10016 13271/11000/10010</w:t>
        <w:br/>
        <w:t>f 13271/11000/10010 13277/11007/10017 13272/11001/10011</w:t>
        <w:br/>
        <w:t>f 13251/10982/9993 13246/10974/9985 13279/11008/10018</w:t>
        <w:br/>
        <w:t>f 13271/11000/10010 13251/10982/9993 13279/11008/10018</w:t>
        <w:br/>
        <w:t>f 13240/10968/9979 13280/11009/10019 13264/10993/10003</w:t>
        <w:br/>
        <w:t>f 13239/10969/10020 13282/11010/10021 13281/11011/10021</w:t>
        <w:br/>
        <w:t>f 13276/11004/10014 13254/10984/9995 13283/11012/10022</w:t>
        <w:br/>
        <w:t>f 13276/11004/10014 13240/10968/9979 13254/10984/9995</w:t>
        <w:br/>
        <w:t>f 13245/10975/9986 13246/10974/9985 13251/10982/9993</w:t>
        <w:br/>
        <w:t>f 13265/10996/10006 13246/10974/9985 13268/10997/10007</w:t>
        <w:br/>
        <w:t>f 13250/10979/9990 13249/10977/9988 13269/10998/10008</w:t>
        <w:br/>
        <w:t>f 13243/10971/9982 13270/10999/10009 13274/11002/10012</w:t>
        <w:br/>
        <w:t>f 13251/10982/9993 13252/10981/9992 13245/10975/9986</w:t>
        <w:br/>
        <w:t>f 13247/10973/10023 13263/10990/10000 13261/10992/10002</w:t>
        <w:br/>
        <w:t>f 13286/11013/10024 13285/11014/10025 13284/11015/10026</w:t>
        <w:br/>
        <w:t>f 13289/11016/10027 13288/11017/10027 13287/11018/10027</w:t>
        <w:br/>
        <w:t>f 13293/11019/10028 13292/11020/10029 13291/11021/10030</w:t>
        <w:br/>
        <w:t>f 13290/11022/10031 13293/11019/10028 13291/11021/10030</w:t>
        <w:br/>
        <w:t>f 13296/11023/10032 13295/11024/10033 13294/11025/10034</w:t>
        <w:br/>
        <w:t>f 13300/11026/10035 13299/11027/10036 13298/11028/10037</w:t>
        <w:br/>
        <w:t>f 13297/11029/10038 13300/11026/10035 13298/11028/10037</w:t>
        <w:br/>
        <w:t>f 13299/11027/10036 13300/11026/10035 13302/11030/10039</w:t>
        <w:br/>
        <w:t>f 13301/11031/10040 13299/11027/10036 13302/11030/10039</w:t>
        <w:br/>
        <w:t>f 13304/11032/10041 13303/11033/10042 13301/11031/10040</w:t>
        <w:br/>
        <w:t>f 13302/11030/10039 13304/11032/10041 13301/11031/10040</w:t>
        <w:br/>
        <w:t>f 13303/11033/10042 13304/11032/10041 13306/11034/10043</w:t>
        <w:br/>
        <w:t>f 13305/11035/10031 13303/11033/10042 13306/11034/10043</w:t>
        <w:br/>
        <w:t>f 13305/11035/10031 13306/11034/10043 13308/11036/10044</w:t>
        <w:br/>
        <w:t>f 13307/11037/10045 13305/11035/10031 13308/11036/10044</w:t>
        <w:br/>
        <w:t>f 13307/11037/10045 13308/11036/10044 13310/11038/10046</w:t>
        <w:br/>
        <w:t>f 13309/11039/10047 13307/11037/10045 13310/11038/10046</w:t>
        <w:br/>
        <w:t>f 13309/11039/10047 13310/11038/10046 13312/11040/10048</w:t>
        <w:br/>
        <w:t>f 13311/11041/10049 13309/11039/10047 13312/11040/10048</w:t>
        <w:br/>
        <w:t>f 13311/11041/10049 13312/11040/10048 13314/11042/10050</w:t>
        <w:br/>
        <w:t>f 13313/11043/10034 13311/11041/10049 13314/11042/10050</w:t>
        <w:br/>
        <w:t>f 13317/11044/10044 13316/11045/10051 13315/11046/10046</w:t>
        <w:br/>
        <w:t>f 13320/11047/10052 13319/11048/10052 13318/11049/10052</w:t>
        <w:br/>
        <w:t>f 13286/11013/10024 13322/11050/10053 13321/11051/10054</w:t>
        <w:br/>
        <w:t>f 13325/11052/10055 13324/11053/10055 13323/11054/10055</w:t>
        <w:br/>
        <w:t>f 13328/11055/10056 13327/11056/10056 13326/11057/10056</w:t>
        <w:br/>
        <w:t>f 13331/11058/10041 13330/11059/10057 13329/11060/10058</w:t>
        <w:br/>
        <w:t>f 13334/11061/10059 13333/11062/10059 13332/11063/10059</w:t>
        <w:br/>
        <w:t>f 13331/11058/10041 13336/11064/10060 13335/11065/10061</w:t>
        <w:br/>
        <w:t>f 13339/11066/10062 13338/11067/10063 13337/11068/10038</w:t>
        <w:br/>
        <w:t>f 13342/11069/10064 13341/11070/10037 13340/11071/10065</w:t>
        <w:br/>
        <w:t>f 13298/11028/10037 13343/11072/10066 13297/11029/10038</w:t>
        <w:br/>
        <w:t>f 13346/11073/10067 13345/11074/10067 13344/11075/10067</w:t>
        <w:br/>
        <w:t>f 13349/11076/10068 13348/11077/10068 13347/11078/10068</w:t>
        <w:br/>
        <w:t>f 13352/11079/10069 13351/11080/10070 13350/11081/10071</w:t>
        <w:br/>
        <w:t>f 13354/11082/10072 13337/11068/10038 13353/11083/10073</w:t>
        <w:br/>
        <w:t>f 13337/11068/10038 13338/11067/10063 13355/11084/10074</w:t>
        <w:br/>
        <w:t>f 13358/11085/10075 13357/11086/10076 13356/11087/10077</w:t>
        <w:br/>
        <w:t>f 13361/11088/10078 13360/11089/10078 13359/11090/10078</w:t>
        <w:br/>
        <w:t>f 13363/11091/10079 13362/11092/10080 13295/11024/10081</w:t>
        <w:br/>
        <w:t>f 13366/11093/10082 13365/11094/10082 13364/11095/10082</w:t>
        <w:br/>
        <w:t>f 13369/11096/10042 13368/11097/10083 13367/11098/10084</w:t>
        <w:br/>
        <w:t>f 13370/11099/10040 13369/11096/10042 13367/11098/10084</w:t>
        <w:br/>
        <w:t>f 13373/11100/10085 13372/11101/10085 13371/11102/10085</w:t>
        <w:br/>
        <w:t>f 13374/11103/10086 13369/11096/10042 13290/11022/10031</w:t>
        <w:br/>
        <w:t>f 13377/11104/10087 13376/11105/10087 13375/11106/10087</w:t>
        <w:br/>
        <w:t>f 13380/11107/10088 13379/11108/10088 13378/11109/10088</w:t>
        <w:br/>
        <w:t>f 13382/11110/10036 13381/11111/10089 13341/11070/10037</w:t>
        <w:br/>
        <w:t>f 13384/11112/10090 13383/11113/10091 13358/11085/10092</w:t>
        <w:br/>
        <w:t>f 13385/11114/10093 13317/11044/10044 13335/11065/10043</w:t>
        <w:br/>
        <w:t>f 13387/11115/10094 13386/11116/10039 13350/11081/10035</w:t>
        <w:br/>
        <w:t>f 13390/11117/10095 13389/11118/10096 13388/11119/10097</w:t>
        <w:br/>
        <w:t>f 13393/11120/10098 13392/11121/10098 13391/11122/10098</w:t>
        <w:br/>
        <w:t>f 13397/11123/10099 13396/11124/10100 13395/11125/10101</w:t>
        <w:br/>
        <w:t>f 13394/11126/10102 13397/11123/10099 13395/11125/10101</w:t>
        <w:br/>
        <w:t>f 13401/11127/10103 13400/11128/10104 13399/11129/10105</w:t>
        <w:br/>
        <w:t>f 13398/11130/10106 13401/11127/10103 13399/11129/10105</w:t>
        <w:br/>
        <w:t>f 13404/11131/10107 13403/11132/10108 13402/11133/10109</w:t>
        <w:br/>
        <w:t>f 13407/11134/10110 13406/11135/10111 13405/11136/10112</w:t>
        <w:br/>
        <w:t>f 13408/11137/10100 13407/11134/10110 13405/11136/10112</w:t>
        <w:br/>
        <w:t>f 13408/11137/10100 13410/11138/10113 13409/11139/10114</w:t>
        <w:br/>
        <w:t>f 13407/11134/10110 13408/11137/10100 13409/11139/10114</w:t>
        <w:br/>
        <w:t>f 13411/11140/10115 13409/11139/10114 13410/11138/10113</w:t>
        <w:br/>
        <w:t>f 13412/11141/10116 13411/11140/10115 13410/11138/10113</w:t>
        <w:br/>
        <w:t>f 13412/11141/10116 13414/11142/10106 13413/11143/10117</w:t>
        <w:br/>
        <w:t>f 13411/11140/10115 13412/11141/10116 13413/11143/10117</w:t>
        <w:br/>
        <w:t>f 13414/11142/10106 13416/11144/10118 13415/11145/10119</w:t>
        <w:br/>
        <w:t>f 13413/11143/10117 13414/11142/10106 13415/11145/10119</w:t>
        <w:br/>
        <w:t>f 13416/11144/10118 13418/11146/10120 13417/11147/10121</w:t>
        <w:br/>
        <w:t>f 13415/11145/10119 13416/11144/10118 13417/11147/10121</w:t>
        <w:br/>
        <w:t>f 13418/11146/10120 13420/11148/10122 13419/11149/10123</w:t>
        <w:br/>
        <w:t>f 13417/11147/10121 13418/11146/10120 13419/11149/10123</w:t>
        <w:br/>
        <w:t>f 13419/11149/10123 13420/11148/10122 13422/11150/10124</w:t>
        <w:br/>
        <w:t>f 13421/11151/10125 13419/11149/10123 13422/11150/10124</w:t>
        <w:br/>
        <w:t>f 13425/11152/10126 13424/11153/10127 13423/11154/10119</w:t>
        <w:br/>
        <w:t>f 13428/11155/10128 13427/11156/10128 13426/11157/10128</w:t>
        <w:br/>
        <w:t>f 13431/11158/10129 13430/11159/10130 13429/11160/10121</w:t>
        <w:br/>
        <w:t>f 13434/11161/10131 13433/11162/10131 13432/11163/10131</w:t>
        <w:br/>
        <w:t>f 13437/11164/10132 13436/11165/10132 13435/11166/10132</w:t>
        <w:br/>
        <w:t>f 13440/11167/10133 13439/11168/10134 13438/11169/10135</w:t>
        <w:br/>
        <w:t>f 13443/11170/10136 13442/11171/10136 13441/11172/10136</w:t>
        <w:br/>
        <w:t>f 13446/11173/10137 13445/11174/10138 13444/11175/10115</w:t>
        <w:br/>
        <w:t>f 13449/11176/10139 13448/11177/10140 13447/11178/10141</w:t>
        <w:br/>
        <w:t>f 13453/11179/10142 13452/11180/10143 13451/11181/10144</w:t>
        <w:br/>
        <w:t>f 13450/11182/10145 13453/11179/10142 13451/11181/10144</w:t>
        <w:br/>
        <w:t>f 13454/11183/10146 13405/11136/10112 13406/11135/10111</w:t>
        <w:br/>
        <w:t>f 13457/11184/10147 13456/11185/10147 13455/11186/10147</w:t>
        <w:br/>
        <w:t>f 13460/11187/10148 13459/11188/10148 13458/11189/10148</w:t>
        <w:br/>
        <w:t>f 13463/11190/10110 13462/11191/10149 13461/11192/10111</w:t>
        <w:br/>
        <w:t>f 13447/11178/10141 13464/11193/10150 13449/11176/10139</w:t>
        <w:br/>
        <w:t>f 13466/11194/10151 13461/11192/10111 13465/11195/10152</w:t>
        <w:br/>
        <w:t>f 13469/11196/10153 13468/11197/10154 13467/11198/10155</w:t>
        <w:br/>
        <w:t>f 13400/11128/10104 13471/11199/10156 13470/11200/10120</w:t>
        <w:br/>
        <w:t>f 13399/11129/10105 13400/11128/10104 13470/11200/10120</w:t>
        <w:br/>
        <w:t>f 13474/11201/10157 13473/11202/10157 13472/11203/10157</w:t>
        <w:br/>
        <w:t>f 13470/11200/10158 13476/11204/10159 13475/11205/10122</w:t>
        <w:br/>
        <w:t>f 13479/11206/10160 13478/11207/10160 13477/11208/10160</w:t>
        <w:br/>
        <w:t>f 13394/11126/10102 13481/11209/10161 13480/11210/10116</w:t>
        <w:br/>
        <w:t>f 13397/11123/10099 13394/11126/10102 13480/11210/10116</w:t>
        <w:br/>
        <w:t>f 13484/11211/10162 13483/11212/10162 13482/11213/10162</w:t>
        <w:br/>
        <w:t>f 13480/11210/10116 13485/11214/10163 13398/11130/10106</w:t>
        <w:br/>
        <w:t>f 13488/11215/10164 13487/11216/10164 13486/11217/10164</w:t>
        <w:br/>
        <w:t>f 13491/11218/10165 13490/11219/10165 13489/11220/10165</w:t>
        <w:br/>
        <w:t>f 13493/11221/10166 13492/11222/10167 13396/11124/10100</w:t>
        <w:br/>
        <w:t>f 13495/11223/10168 13469/11196/10153 13494/11224/10169</w:t>
        <w:br/>
        <w:t>f 13496/11225/10170 13423/11154/10119 13424/11153/10127</w:t>
        <w:br/>
        <w:t>f 13497/11226/10171 13438/11169/10135 13439/11168/10134</w:t>
        <w:br/>
        <w:t>f 13501/11227/10172 13500/11228/10173 13499/11229/10174</w:t>
        <w:br/>
        <w:t>f 13498/11230/10175 13501/11227/10172 13499/11229/10174</w:t>
        <w:br/>
        <w:t>f 13492/11222/10176 13504/11231/10177 13503/11232/10178</w:t>
        <w:br/>
        <w:t>f 13502/11233/10178 13492/11222/10176 13503/11232/10178</w:t>
        <w:br/>
        <w:t>f 13503/11232/10178 13506/11234/10179 13505/11235/10179</w:t>
        <w:br/>
        <w:t>f 13502/11233/10178 13503/11232/10178 13505/11235/10179</w:t>
        <w:br/>
        <w:t>f 13509/11236/10180 13508/11237/10181 13507/11238/10182</w:t>
        <w:br/>
        <w:t>f 13510/11239/10180 13509/11236/10180 13507/11238/10182</w:t>
        <w:br/>
        <w:t>f 13513/11240/10183 13512/11241/10184 13511/11242/10184</w:t>
        <w:br/>
        <w:t>f 13514/11243/10185 13513/11240/10183 13511/11242/10184</w:t>
        <w:br/>
        <w:t>f 13517/11244/10186 13516/11245/10187 13515/11246/10187</w:t>
        <w:br/>
        <w:t>f 13518/11247/10186 13517/11244/10186 13515/11246/10187</w:t>
        <w:br/>
        <w:t>f 13499/11229/10174 13520/11248/10188 13519/11249/10188</w:t>
        <w:br/>
        <w:t>f 13498/11230/10175 13499/11229/10174 13519/11249/10188</w:t>
        <w:br/>
        <w:t>f 13523/11250/10189 13522/11251/10190 13521/11252/10191</w:t>
        <w:br/>
        <w:t>f 13524/11253/10192 13523/11250/10189 13521/11252/10191</w:t>
        <w:br/>
        <w:t>f 13521/11252/10191 13522/11251/10190 13526/11254/10193</w:t>
        <w:br/>
        <w:t>f 13525/11255/10193 13521/11252/10191 13526/11254/10193</w:t>
        <w:br/>
        <w:t>f 13445/11174/10138 13529/11256/10194 13528/11257/10195</w:t>
        <w:br/>
        <w:t>f 13527/11258/10195 13445/11174/10138 13528/11257/10195</w:t>
        <w:br/>
        <w:t>f 13532/11259/10196 13531/11260/10197 13530/11261/10197</w:t>
        <w:br/>
        <w:t>f 13533/11262/10196 13532/11259/10196 13530/11261/10197</w:t>
        <w:br/>
        <w:t>f 13536/11263/10198 13535/11264/10199 13534/11265/10199</w:t>
        <w:br/>
        <w:t>f 13537/11266/10198 13536/11263/10198 13534/11265/10199</w:t>
        <w:br/>
        <w:t>f 13539/11267/10200 13529/11256/10201 13538/11268/10202</w:t>
        <w:br/>
        <w:t>f 13540/11269/10203 13539/11267/10200 13538/11268/10202</w:t>
        <w:br/>
        <w:t>f 13543/11270/10204 13542/11271/10205 13541/11272/10205</w:t>
        <w:br/>
        <w:t>f 13544/11273/10204 13543/11270/10204 13541/11272/10205</w:t>
        <w:br/>
        <w:t>f 13467/11198/10206 13547/11274/10207 13546/11275/10065</w:t>
        <w:br/>
        <w:t>f 13545/11276/10208 13467/11198/10206 13546/11275/10065</w:t>
        <w:br/>
        <w:t>f 13551/11277/10209 13550/11278/10210 13549/11279/10211</w:t>
        <w:br/>
        <w:t>f 13548/11280/10212 13551/11277/10209 13549/11279/10211</w:t>
        <w:br/>
        <w:t>f 13554/11281/10213 13553/11282/10214 13552/11283/10214</w:t>
        <w:br/>
        <w:t>f 13555/11284/10213 13554/11281/10213 13552/11283/10214</w:t>
        <w:br/>
        <w:t>f 13552/11283/10214 13553/11282/10214 13557/11285/10215</w:t>
        <w:br/>
        <w:t>f 13556/11286/10215 13552/11283/10214 13557/11285/10215</w:t>
        <w:br/>
        <w:t>f 13561/11287/10216 13560/11288/10072 13559/11289/10217</w:t>
        <w:br/>
        <w:t>f 13558/11290/10218 13561/11287/10216 13559/11289/10217</w:t>
        <w:br/>
        <w:t>f 13564/11291/10219 13563/11292/10219 13562/11293/10220</w:t>
        <w:br/>
        <w:t>f 13565/11294/10220 13564/11291/10219 13562/11293/10220</w:t>
        <w:br/>
        <w:t>f 13549/11279/10211 13543/11270/10204 13544/11273/10204</w:t>
        <w:br/>
        <w:t>f 13548/11280/10212 13549/11279/10211 13544/11273/10204</w:t>
        <w:br/>
        <w:t>f 13541/11272/10205 13542/11271/10205 13567/11295/10221</w:t>
        <w:br/>
        <w:t>f 13566/11296/10222 13541/11272/10205 13567/11295/10221</w:t>
        <w:br/>
        <w:t>f 13570/11297/10223 13569/11298/10223 13547/11274/10224</w:t>
        <w:br/>
        <w:t>f 13568/11299/10225 13570/11297/10223 13547/11274/10224</w:t>
        <w:br/>
        <w:t>f 13507/11238/10182 13508/11237/10181 13572/11300/10226</w:t>
        <w:br/>
        <w:t>f 13571/11301/10226 13507/11238/10182 13572/11300/10226</w:t>
        <w:br/>
        <w:t>f 13574/11302/10227 13573/11303/10228 13513/11240/10183</w:t>
        <w:br/>
        <w:t>f 13514/11243/10185 13574/11302/10227 13513/11240/10183</w:t>
        <w:br/>
        <w:t>f 13578/11304/10229 13577/11305/10229 13576/11306/10230</w:t>
        <w:br/>
        <w:t>f 13575/11307/10230 13578/11304/10229 13576/11306/10230</w:t>
        <w:br/>
        <w:t>f 13572/11300/10226 13577/11305/10229 13578/11304/10229</w:t>
        <w:br/>
        <w:t>f 13571/11301/10226 13572/11300/10226 13578/11304/10229</w:t>
        <w:br/>
        <w:t>f 13580/11308/10231 13579/11309/10232 13505/11235/10179</w:t>
        <w:br/>
        <w:t>f 13506/11234/10179 13580/11308/10231 13505/11235/10179</w:t>
        <w:br/>
        <w:t>f 13582/11310/10233 13581/11311/10234 13509/11236/10180</w:t>
        <w:br/>
        <w:t>f 13510/11239/10180 13582/11310/10233 13509/11236/10180</w:t>
        <w:br/>
        <w:t>f 13586/11312/10235 13585/11313/10235 13584/11314/10236</w:t>
        <w:br/>
        <w:t>f 13583/11315/10236 13586/11312/10235 13584/11314/10236</w:t>
        <w:br/>
        <w:t>f 13580/11308/10231 13585/11313/10235 13586/11312/10235</w:t>
        <w:br/>
        <w:t>f 13579/11309/10232 13580/11308/10231 13586/11312/10235</w:t>
        <w:br/>
        <w:t>f 13589/11316/10237 13588/11317/10238 13587/11318/10238</w:t>
        <w:br/>
        <w:t>f 13452/11180/10239 13589/11316/10237 13587/11318/10238</w:t>
        <w:br/>
        <w:t>f 13591/11319/10240 13504/11231/10241 13590/11320/10242</w:t>
        <w:br/>
        <w:t>f 13592/11321/10240 13591/11319/10240 13590/11320/10242</w:t>
        <w:br/>
        <w:t>f 13594/11322/10243 13593/11323/10244 13569/11298/10223</w:t>
        <w:br/>
        <w:t>f 13570/11297/10223 13594/11322/10243 13569/11298/10223</w:t>
        <w:br/>
        <w:t>f 13595/11324/10245 13593/11323/10244 13594/11322/10243</w:t>
        <w:br/>
        <w:t>f 13596/11325/10246 13595/11324/10245 13594/11322/10243</w:t>
        <w:br/>
        <w:t>f 13519/11249/10188 13520/11248/10188 13523/11250/10189</w:t>
        <w:br/>
        <w:t>f 13524/11253/10192 13519/11249/10188 13523/11250/10189</w:t>
        <w:br/>
        <w:t>f 13598/11326/10247 13597/11327/10247 13500/11228/10173</w:t>
        <w:br/>
        <w:t>f 13501/11227/10172 13598/11326/10247 13500/11228/10173</w:t>
        <w:br/>
        <w:t>f 13526/11254/10193 13517/11244/10186 13518/11247/10186</w:t>
        <w:br/>
        <w:t>f 13525/11255/10193 13526/11254/10193 13518/11247/10186</w:t>
        <w:br/>
        <w:t>f 13528/11257/10195 13532/11259/10196 13533/11262/10196</w:t>
        <w:br/>
        <w:t>f 13527/11258/10195 13528/11257/10195 13533/11262/10196</w:t>
        <w:br/>
        <w:t>f 13534/11265/10199 13535/11264/10199 13539/11267/10200</w:t>
        <w:br/>
        <w:t>f 13540/11269/10203 13534/11265/10199 13539/11267/10200</w:t>
        <w:br/>
        <w:t>f 13587/11318/10238 13588/11317/10238 13591/11319/10240</w:t>
        <w:br/>
        <w:t>f 13592/11321/10240 13587/11318/10238 13591/11319/10240</w:t>
        <w:br/>
        <w:t>f 13512/11241/10184 13600/11328/10248 13599/11329/10248</w:t>
        <w:br/>
        <w:t>f 13511/11242/10184 13512/11241/10184 13599/11329/10248</w:t>
        <w:br/>
        <w:t>f 13576/11306/10230 13573/11303/10228 13574/11302/10227</w:t>
        <w:br/>
        <w:t>f 13575/11307/10230 13576/11306/10230 13574/11302/10227</w:t>
        <w:br/>
        <w:t>f 13516/11245/10187 13602/11330/10249 13601/11331/10249</w:t>
        <w:br/>
        <w:t>f 13515/11246/10187 13516/11245/10187 13601/11331/10249</w:t>
        <w:br/>
        <w:t>f 13601/11331/10249 13602/11330/10249 13536/11263/10198</w:t>
        <w:br/>
        <w:t>f 13537/11266/10198 13601/11331/10249 13536/11263/10198</w:t>
        <w:br/>
        <w:t>f 13584/11314/10236 13604/11332/10250 13603/11333/10250</w:t>
        <w:br/>
        <w:t>f 13583/11315/10236 13584/11314/10236 13603/11333/10250</w:t>
        <w:br/>
        <w:t>f 13557/11285/10215 13550/11278/10210 13551/11277/10209</w:t>
        <w:br/>
        <w:t>f 13556/11286/10215 13557/11285/10215 13551/11277/10209</w:t>
        <w:br/>
        <w:t>f 13530/11261/10197 13531/11260/10197 13606/11334/10251</w:t>
        <w:br/>
        <w:t>f 13605/11335/10251 13530/11261/10197 13606/11334/10251</w:t>
        <w:br/>
        <w:t>f 13605/11335/10251 13606/11334/10251 13554/11281/10213</w:t>
        <w:br/>
        <w:t>f 13555/11284/10213 13605/11335/10251 13554/11281/10213</w:t>
        <w:br/>
        <w:t>f 13609/11336/10252 13608/11337/10252 13607/11338/10253</w:t>
        <w:br/>
        <w:t>f 13567/11295/10221 13560/11288/10072 13561/11287/10216</w:t>
        <w:br/>
        <w:t>f 13566/11296/10222 13567/11295/10221 13561/11287/10216</w:t>
        <w:br/>
        <w:t>f 13448/11177/10254 13466/11194/10151 13610/11339/10255</w:t>
        <w:br/>
        <w:t>f 13607/11338/10256 13448/11177/10254 13610/11339/10255</w:t>
        <w:br/>
        <w:t>f 13446/11173/10137 13612/11340/10257 13611/11341/10258</w:t>
        <w:br/>
        <w:t>f 13446/11173/10137 13444/11175/10115 13612/11340/10257</w:t>
        <w:br/>
        <w:t>f 13480/11210/10116 13613/11342/10259 13485/11214/10163</w:t>
        <w:br/>
        <w:t>f 13398/11130/10106 13485/11214/10163 13582/11310/10260</w:t>
        <w:br/>
        <w:t>f 13463/11190/10110 13614/11343/10261 13462/11191/10149</w:t>
        <w:br/>
        <w:t>f 13461/11192/10111 13462/11191/10149 13615/11344/10262</w:t>
        <w:br/>
        <w:t>f 13493/11221/10166 13451/11181/10144 13616/11345/10263</w:t>
        <w:br/>
        <w:t>f 13493/11221/10166 13396/11124/10100 13451/11181/10144</w:t>
        <w:br/>
        <w:t>f 13431/11158/10129 13388/11119/10123 13617/11346/10264</w:t>
        <w:br/>
        <w:t>f 13431/11158/10129 13429/11160/10121 13388/11119/10123</w:t>
        <w:br/>
        <w:t>f 13470/11200/10158 13618/11347/10265 13476/11204/10159</w:t>
        <w:br/>
        <w:t>f 13475/11205/10122 13476/11204/10159 13619/11348/10266</w:t>
        <w:br/>
        <w:t>f 13440/11167/10133 13438/11169/10135 13444/11175/10267</w:t>
        <w:br/>
        <w:t>f 13440/11167/10133 13444/11175/10267 13620/11349/10268</w:t>
        <w:br/>
        <w:t>f 13463/11190/10110 13497/11226/10171 13621/11350/10269</w:t>
        <w:br/>
        <w:t>f 13463/11190/10110 13438/11169/10135 13497/11226/10171</w:t>
        <w:br/>
        <w:t>f 13448/11177/10254 13461/11192/10111 13466/11194/10151</w:t>
        <w:br/>
        <w:t>f 13475/11205/10270 13622/11351/10271 13403/11132/10108</w:t>
        <w:br/>
        <w:t>f 13390/11117/10095 13388/11119/10097 13623/11352/10125</w:t>
        <w:br/>
        <w:t>f 13475/11205/10270 13403/11132/10108 13404/11131/10107</w:t>
        <w:br/>
        <w:t>f 13390/11117/10095 13623/11352/10125 13624/11353/10272</w:t>
        <w:br/>
        <w:t>f 13425/11152/10126 13429/11160/10273 13625/11354/10274</w:t>
        <w:br/>
        <w:t>f 13425/11152/10126 13423/11154/10119 13429/11160/10273</w:t>
        <w:br/>
        <w:t>f 13612/11340/10117 13496/11225/10170 13626/11355/10275</w:t>
        <w:br/>
        <w:t>f 13612/11340/10117 13423/11154/10119 13496/11225/10170</w:t>
        <w:br/>
        <w:t>f 13315/11046/10046 13627/11356/10276 13322/11050/10053</w:t>
        <w:br/>
        <w:t>f 13315/11046/10046 13322/11050/10053 13286/11013/10024</w:t>
        <w:br/>
        <w:t>f 13362/11092/10277 13628/11357/10278 13292/11020/10029</w:t>
        <w:br/>
        <w:t>f 13293/11019/10028 13362/11092/10277 13292/11020/10029</w:t>
        <w:br/>
        <w:t>f 13317/11044/10044 13629/11358/10279 13316/11045/10051</w:t>
        <w:br/>
        <w:t>f 13315/11046/10046 13316/11045/10051 13630/11359/10280</w:t>
        <w:br/>
        <w:t>f 13385/11114/10093 13335/11065/10043 13631/11360/10281</w:t>
        <w:br/>
        <w:t>f 13385/11114/10093 13629/11358/10279 13317/11044/10044</w:t>
        <w:br/>
        <w:t>f 13296/11023/10032 13294/11025/10034 13632/11361/10282</w:t>
        <w:br/>
        <w:t>f 13296/11023/10032 13633/11362/10283 13295/11024/10033</w:t>
        <w:br/>
        <w:t>f 13635/11363/10050 13284/11015/10026 13634/11364/10284</w:t>
        <w:br/>
        <w:t>f 13286/11013/10024 13284/11015/10026 13635/11363/10050</w:t>
        <w:br/>
        <w:t>f 13374/11103/10086 13290/11022/10031 13636/11365/10285</w:t>
        <w:br/>
        <w:t>f 13374/11103/10086 13637/11366/10286 13369/11096/10042</w:t>
        <w:br/>
        <w:t>f 13331/11058/10041 13638/11367/10287 13336/11064/10060</w:t>
        <w:br/>
        <w:t>f 13335/11065/10061 13336/11064/10060 13639/11368/10288</w:t>
        <w:br/>
        <w:t>f 13330/11059/10057 13386/11116/10039 13640/11369/10289</w:t>
        <w:br/>
        <w:t>f 13331/11058/10041 13386/11116/10039 13330/11059/10057</w:t>
        <w:br/>
        <w:t>f 13370/11099/10040 13367/11098/10084 13641/11370/10290</w:t>
        <w:br/>
        <w:t>f 13382/11110/10291 13370/11099/10040 13641/11370/10290</w:t>
        <w:br/>
        <w:t>f 13387/11115/10094 13350/11081/10035 13642/11371/10292</w:t>
        <w:br/>
        <w:t>f 13387/11115/10094 13640/11369/10289 13386/11116/10039</w:t>
        <w:br/>
        <w:t>f 13382/11110/10036 13643/11372/10293 13381/11111/10089</w:t>
        <w:br/>
        <w:t>f 13341/11070/10037 13381/11111/10089 13644/11373/10294</w:t>
        <w:br/>
        <w:t>f 13352/11079/10069 13337/11068/10038 13645/11374/10295</w:t>
        <w:br/>
        <w:t>f 13352/11079/10069 13350/11081/10071 13337/11068/10038</w:t>
        <w:br/>
        <w:t>f 13363/11091/10079 13295/11024/10081 13646/11375/10296</w:t>
        <w:br/>
        <w:t>f 13363/11091/10079 13647/11376/10297 13362/11092/10080</w:t>
        <w:br/>
        <w:t>f 13339/11066/10062 13337/11068/10038 13648/11377/10221</w:t>
        <w:br/>
        <w:t>f 13648/11377/10221 13337/11068/10038 13354/11082/10072</w:t>
        <w:br/>
        <w:t>f 13384/11112/10298 13649/11378/10066 13356/11087/10299</w:t>
        <w:br/>
        <w:t>f 13650/11379/10300 13297/11029/10038 13343/11072/10066</w:t>
        <w:br/>
        <w:t>f 13653/11380/10139 13652/11381/10150 13651/11382/10169</w:t>
        <w:br/>
        <w:t>f 13495/11223/10168 13468/11197/10154 13469/11196/10153</w:t>
        <w:br/>
        <w:t>f 13653/11380/10139 13651/11382/10169 13654/11383/10301</w:t>
        <w:br/>
        <w:t>f 13656/11384/10302 13343/11072/10066 13655/11385/10303</w:t>
        <w:br/>
        <w:t>f 13342/11069/10064 13649/11378/10066 13341/11070/10037</w:t>
        <w:br/>
        <w:t>f 13454/11183/10146 13653/11380/10139 13654/11383/10301</w:t>
        <w:br/>
        <w:t>f 13454/11183/10146 13654/11383/10301 13405/11136/10112</w:t>
        <w:br/>
        <w:t>f 13659/11386/10304 13658/11387/10305 13657/11388/10306</w:t>
        <w:br/>
        <w:t>f 13662/11389/10307 13661/11390/10307 13660/11391/10307</w:t>
        <w:br/>
        <w:t>f 13666/11392/10308 13665/11393/10309 13664/11394/10310</w:t>
        <w:br/>
        <w:t>f 13663/11395/10311 13666/11392/10308 13664/11394/10310</w:t>
        <w:br/>
        <w:t>f 13669/11396/10312 13668/11397/10034 13667/11398/10313</w:t>
        <w:br/>
        <w:t>f 13673/11399/10314 13672/11400/10315 13671/11401/10316</w:t>
        <w:br/>
        <w:t>f 13670/11402/10317 13673/11399/10314 13671/11401/10316</w:t>
        <w:br/>
        <w:t>f 13670/11402/10317 13675/11403/10318 13674/11404/10319</w:t>
        <w:br/>
        <w:t>f 13673/11399/10314 13670/11402/10317 13674/11404/10319</w:t>
        <w:br/>
        <w:t>f 13677/11405/10320 13674/11404/10319 13675/11403/10318</w:t>
        <w:br/>
        <w:t>f 13676/11406/10321 13677/11405/10320 13675/11403/10318</w:t>
        <w:br/>
        <w:t>f 13676/11406/10321 13679/11407/10309 13678/11408/10322</w:t>
        <w:br/>
        <w:t>f 13677/11405/10320 13676/11406/10321 13678/11408/10322</w:t>
        <w:br/>
        <w:t>f 13679/11407/10309 13681/11409/10308 13680/11410/10323</w:t>
        <w:br/>
        <w:t>f 13678/11408/10322 13679/11407/10309 13680/11410/10323</w:t>
        <w:br/>
        <w:t>f 13681/11409/10308 13683/11411/10324 13682/11412/10325</w:t>
        <w:br/>
        <w:t>f 13680/11410/10323 13681/11409/10308 13682/11412/10325</w:t>
        <w:br/>
        <w:t>f 13683/11411/10324 13685/11413/10326 13684/11414/10327</w:t>
        <w:br/>
        <w:t>f 13682/11412/10325 13683/11411/10324 13684/11414/10327</w:t>
        <w:br/>
        <w:t>f 13685/11413/10326 13687/11415/10328 13686/11416/10050</w:t>
        <w:br/>
        <w:t>f 13684/11414/10327 13685/11413/10326 13686/11416/10050</w:t>
        <w:br/>
        <w:t>f 13690/11417/10323 13689/11418/10325 13688/11419/10329</w:t>
        <w:br/>
        <w:t>f 13693/11420/10330 13692/11421/10330 13691/11422/10330</w:t>
        <w:br/>
        <w:t>f 13659/11386/10304 13695/11423/10331 13694/11424/10332</w:t>
        <w:br/>
        <w:t>f 13698/11425/10333 13697/11426/10333 13696/11427/10333</w:t>
        <w:br/>
        <w:t>f 13701/11428/10334 13700/11429/10334 13699/11430/10334</w:t>
        <w:br/>
        <w:t>f 13704/11431/10320 13703/11432/10335 13702/11433/10336</w:t>
        <w:br/>
        <w:t>f 13707/11434/10337 13706/11435/10337 13705/11436/10337</w:t>
        <w:br/>
        <w:t>f 13704/11431/10320 13709/11437/10338 13708/11438/10339</w:t>
        <w:br/>
        <w:t>f 13712/11439/10340 13711/11440/10315 13710/11441/10341</w:t>
        <w:br/>
        <w:t>f 13715/11442/10342 13714/11443/10343 13713/11444/10316</w:t>
        <w:br/>
        <w:t>f 13671/11401/10316 13672/11400/10315 13716/11445/10344</w:t>
        <w:br/>
        <w:t>f 13719/11446/10345 13718/11447/10345 13717/11448/10345</w:t>
        <w:br/>
        <w:t>f 13722/11449/10346 13721/11450/10346 13720/11451/10346</w:t>
        <w:br/>
        <w:t>f 13725/11452/10347 13724/11453/10348 13723/11454/10349</w:t>
        <w:br/>
        <w:t>f 13727/11455/10350 13726/11456/10351 13711/11440/10315</w:t>
        <w:br/>
        <w:t>f 13711/11440/10315 13728/11457/10352 13710/11441/10341</w:t>
        <w:br/>
        <w:t>f 13731/11458/10353 13730/11459/10354 13729/11460/10355</w:t>
        <w:br/>
        <w:t>f 13734/11461/10356 13733/11462/10356 13732/11463/10356</w:t>
        <w:br/>
        <w:t>f 13736/11464/10357 13667/11398/10358 13735/11465/10324</w:t>
        <w:br/>
        <w:t>f 13739/11466/10359 13738/11467/10359 13737/11468/10359</w:t>
        <w:br/>
        <w:t>f 13742/11469/10360 13741/11470/10361 13740/11471/10321</w:t>
        <w:br/>
        <w:t>f 13743/11472/10318 13742/11469/10360 13740/11471/10321</w:t>
        <w:br/>
        <w:t>f 13746/11473/10362 13745/11474/10362 13744/11475/10362</w:t>
        <w:br/>
        <w:t>f 13747/11476/10363 13665/11393/10364 13740/11471/10321</w:t>
        <w:br/>
        <w:t>f 13750/11477/10365 13749/11478/10365 13748/11479/10365</w:t>
        <w:br/>
        <w:t>f 13753/11480/10366 13752/11481/10366 13751/11482/10366</w:t>
        <w:br/>
        <w:t>f 13755/11483/10317 13713/11444/10316 13754/11484/10367</w:t>
        <w:br/>
        <w:t>f 13757/11485/10368 13731/11458/10353 13756/11486/10369</w:t>
        <w:br/>
        <w:t>f 13758/11487/10370 13709/11437/10371 13690/11417/10323</w:t>
        <w:br/>
        <w:t>f 13760/11488/10372 13724/11453/10373 13759/11489/10319</w:t>
        <w:br/>
        <w:t>f 13763/11490/10374 13762/11491/10375 13761/11492/10376</w:t>
        <w:br/>
        <w:t>f 13766/11493/10377 13765/11494/10377 13764/11495/10377</w:t>
        <w:br/>
        <w:t>f 13770/11496/10378 13769/11497/10379 13768/11498/10380</w:t>
        <w:br/>
        <w:t>f 13767/11499/10381 13770/11496/10378 13768/11498/10380</w:t>
        <w:br/>
        <w:t>f 13774/11500/10382 13773/11501/10383 13772/11502/10384</w:t>
        <w:br/>
        <w:t>f 13771/11503/10385 13774/11500/10382 13772/11502/10384</w:t>
        <w:br/>
        <w:t>f 13777/11504/10386 13776/11505/10109 13775/11506/10387</w:t>
        <w:br/>
        <w:t>f 13780/11507/10388 13779/11508/10389 13778/11509/10390</w:t>
        <w:br/>
        <w:t>f 13781/11510/10391 13780/11507/10388 13778/11509/10390</w:t>
        <w:br/>
        <w:t>f 13783/11511/10392 13782/11512/10393 13781/11510/10391</w:t>
        <w:br/>
        <w:t>f 13778/11509/10390 13783/11511/10392 13781/11510/10391</w:t>
        <w:br/>
        <w:t>f 13782/11512/10393 13783/11511/10392 13784/11513/10394</w:t>
        <w:br/>
        <w:t>f 13785/11514/10395 13782/11512/10393 13784/11513/10394</w:t>
        <w:br/>
        <w:t>f 13787/11515/10396 13786/11516/10383 13785/11514/10395</w:t>
        <w:br/>
        <w:t>f 13784/11513/10394 13787/11515/10396 13785/11514/10395</w:t>
        <w:br/>
        <w:t>f 13789/11517/10397 13788/11518/10384 13786/11516/10383</w:t>
        <w:br/>
        <w:t>f 13787/11515/10396 13789/11517/10397 13786/11516/10383</w:t>
        <w:br/>
        <w:t>f 13791/11519/10398 13790/11520/10399 13788/11518/10384</w:t>
        <w:br/>
        <w:t>f 13789/11517/10397 13791/11519/10398 13788/11518/10384</w:t>
        <w:br/>
        <w:t>f 13793/11521/10400 13792/11522/10401 13790/11520/10399</w:t>
        <w:br/>
        <w:t>f 13791/11519/10398 13793/11521/10400 13790/11520/10399</w:t>
        <w:br/>
        <w:t>f 13793/11521/10400 13795/11523/10125 13794/11524/10386</w:t>
        <w:br/>
        <w:t>f 13792/11522/10401 13793/11521/10400 13794/11524/10386</w:t>
        <w:br/>
        <w:t>f 13798/11525/10402 13797/11526/10397 13796/11527/10403</w:t>
        <w:br/>
        <w:t>f 13801/11528/10404 13800/11529/10404 13799/11530/10404</w:t>
        <w:br/>
        <w:t>f 13804/11531/10405 13803/11532/10398 13802/11533/10406</w:t>
        <w:br/>
        <w:t>f 13807/11534/10407 13806/11535/10407 13805/11536/10407</w:t>
        <w:br/>
        <w:t>f 13810/11537/10408 13809/11538/10408 13808/11539/10408</w:t>
        <w:br/>
        <w:t>f 13813/11540/10409 13812/11541/10392 13811/11542/10410</w:t>
        <w:br/>
        <w:t>f 13816/11543/10411 13815/11544/10411 13814/11545/10411</w:t>
        <w:br/>
        <w:t>f 13819/11546/10412 13818/11547/10394 13817/11548/10413</w:t>
        <w:br/>
        <w:t>f 13822/11549/10414 13821/11550/10415 13820/11551/10416</w:t>
        <w:br/>
        <w:t>f 13826/11552/10417 13825/11553/10418 13824/11554/10419</w:t>
        <w:br/>
        <w:t>f 13823/11555/10420 13826/11552/10417 13824/11554/10419</w:t>
        <w:br/>
        <w:t>f 13827/11556/10421 13779/11508/10389 13780/11507/10388</w:t>
        <w:br/>
        <w:t>f 13830/11557/10422 13829/11558/10422 13828/11559/10422</w:t>
        <w:br/>
        <w:t>f 13833/11560/10423 13832/11561/10423 13831/11562/10423</w:t>
        <w:br/>
        <w:t>f 13836/11563/10390 13835/11564/10389 13834/11565/10424</w:t>
        <w:br/>
        <w:t>f 13821/11550/10415 13822/11549/10414 13837/11566/10425</w:t>
        <w:br/>
        <w:t>f 13839/11567/10426 13838/11568/10427 13835/11564/10389</w:t>
        <w:br/>
        <w:t>f 13842/11569/10428 13841/11570/10429 13840/11571/10430</w:t>
        <w:br/>
        <w:t>f 13771/11503/10385 13772/11502/10384 13844/11572/10431</w:t>
        <w:br/>
        <w:t>f 13843/11573/10432 13771/11503/10385 13844/11572/10431</w:t>
        <w:br/>
        <w:t>f 13847/11574/10433 13846/11575/10433 13845/11576/10433</w:t>
        <w:br/>
        <w:t>f 13844/11572/10431 13849/11577/10401 13848/11578/10434</w:t>
        <w:br/>
        <w:t>f 13852/11579/10435 13851/11580/10435 13850/11581/10435</w:t>
        <w:br/>
        <w:t>f 13769/11497/10379 13770/11496/10378 13854/11582/10395</w:t>
        <w:br/>
        <w:t>f 13853/11583/10436 13769/11497/10379 13854/11582/10395</w:t>
        <w:br/>
        <w:t>f 13857/11584/10437 13856/11585/10437 13855/11586/10437</w:t>
        <w:br/>
        <w:t>f 13854/11582/10395 13773/11501/10383 13858/11587/10438</w:t>
        <w:br/>
        <w:t>f 13861/11588/10439 13860/11589/10439 13859/11590/10439</w:t>
        <w:br/>
        <w:t>f 13864/11591/10440 13863/11592/10440 13862/11593/10440</w:t>
        <w:br/>
        <w:t>f 13866/11594/10441 13767/11499/10381 13865/11595/10442</w:t>
        <w:br/>
        <w:t>f 13868/11596/10443 13867/11597/10444 13842/11569/10428</w:t>
        <w:br/>
        <w:t>f 13869/11598/10445 13796/11527/10403 13797/11526/10397</w:t>
        <w:br/>
        <w:t>f 13870/11599/10446 13811/11542/10410 13812/11541/10392</w:t>
        <w:br/>
        <w:t>f 13874/11600/10447 13873/11601/10448 13872/11602/10448</w:t>
        <w:br/>
        <w:t>f 13871/11603/10449 13874/11600/10447 13872/11602/10448</w:t>
        <w:br/>
        <w:t>f 13865/11595/10450 13877/11604/10451 13876/11605/10451</w:t>
        <w:br/>
        <w:t>f 13875/11606/10452 13865/11595/10450 13876/11605/10451</w:t>
        <w:br/>
        <w:t>f 13879/11607/10453 13878/11608/10454 13876/11605/10451</w:t>
        <w:br/>
        <w:t>f 13877/11604/10451 13879/11607/10453 13876/11605/10451</w:t>
        <w:br/>
        <w:t>f 13882/11609/10455 13881/11610/10455 13880/11611/10456</w:t>
        <w:br/>
        <w:t>f 13883/11612/10456 13882/11609/10455 13880/11611/10456</w:t>
        <w:br/>
        <w:t>f 13886/11613/10457 13885/11614/10457 13884/11615/10458</w:t>
        <w:br/>
        <w:t>f 13887/11616/10459 13886/11613/10457 13884/11615/10458</w:t>
        <w:br/>
        <w:t>f 13890/11617/10460 13889/11618/10460 13888/11619/10461</w:t>
        <w:br/>
        <w:t>f 13891/11620/10462 13890/11617/10460 13888/11619/10461</w:t>
        <w:br/>
        <w:t>f 13893/11621/10463 13892/11622/10464 13872/11602/10448</w:t>
        <w:br/>
        <w:t>f 13873/11601/10448 13893/11621/10463 13872/11602/10448</w:t>
        <w:br/>
        <w:t>f 13896/11623/10465 13895/11624/10465 13894/11625/10466</w:t>
        <w:br/>
        <w:t>f 13897/11626/10466 13896/11623/10465 13894/11625/10466</w:t>
        <w:br/>
        <w:t>f 13896/11623/10465 13899/11627/10467 13898/11628/10467</w:t>
        <w:br/>
        <w:t>f 13895/11624/10465 13896/11623/10465 13898/11628/10467</w:t>
        <w:br/>
        <w:t>f 13817/11548/10468 13902/11629/10469 13901/11630/10469</w:t>
        <w:br/>
        <w:t>f 13900/11631/10470 13817/11548/10468 13901/11630/10469</w:t>
        <w:br/>
        <w:t>f 13905/11632/10471 13904/11633/10472 13903/11634/10473</w:t>
        <w:br/>
        <w:t>f 13906/11635/10473 13905/11632/10471 13903/11634/10473</w:t>
        <w:br/>
        <w:t>f 13909/11636/10474 13908/11637/10474 13907/11638/10475</w:t>
        <w:br/>
        <w:t>f 13910/11639/10475 13909/11636/10474 13907/11638/10475</w:t>
        <w:br/>
        <w:t>f 13912/11640/10476 13900/11631/10477 13911/11641/10478</w:t>
        <w:br/>
        <w:t>f 13913/11642/10478 13912/11640/10476 13911/11641/10478</w:t>
        <w:br/>
        <w:t>f 13916/11643/10479 13915/11644/10479 13914/11645/10480</w:t>
        <w:br/>
        <w:t>f 13917/11646/10480 13916/11643/10479 13914/11645/10480</w:t>
        <w:br/>
        <w:t>f 13841/11570/10481 13920/11647/10482 13919/11648/10483</w:t>
        <w:br/>
        <w:t>f 13918/11649/10484 13841/11570/10481 13919/11648/10483</w:t>
        <w:br/>
        <w:t>f 13924/11650/10485 13923/11651/10486 13922/11652/10486</w:t>
        <w:br/>
        <w:t>f 13921/11653/10485 13924/11650/10485 13922/11652/10486</w:t>
        <w:br/>
        <w:t>f 13927/11654/10487 13926/11655/10487 13925/11656/10488</w:t>
        <w:br/>
        <w:t>f 13928/11657/10489 13927/11654/10487 13925/11656/10488</w:t>
        <w:br/>
        <w:t>f 13927/11654/10487 13930/11658/10490 13929/11659/10490</w:t>
        <w:br/>
        <w:t>f 13926/11655/10487 13927/11654/10487 13929/11659/10490</w:t>
        <w:br/>
        <w:t>f 13934/11660/10491 13933/11661/10492 13932/11662/10351</w:t>
        <w:br/>
        <w:t>f 13931/11663/10350 13934/11660/10491 13932/11662/10351</w:t>
        <w:br/>
        <w:t>f 13937/11664/10493 13936/11665/10494 13935/11666/10495</w:t>
        <w:br/>
        <w:t>f 13938/11667/10493 13937/11664/10493 13935/11666/10495</w:t>
        <w:br/>
        <w:t>f 13917/11646/10480 13914/11645/10480 13922/11652/10486</w:t>
        <w:br/>
        <w:t>f 13923/11651/10486 13917/11646/10480 13922/11652/10486</w:t>
        <w:br/>
        <w:t>f 13916/11643/10479 13940/11668/10496 13939/11669/10497</w:t>
        <w:br/>
        <w:t>f 13915/11644/10479 13916/11643/10479 13939/11669/10497</w:t>
        <w:br/>
        <w:t>f 13943/11670/10498 13942/11671/10499 13918/11649/10342</w:t>
        <w:br/>
        <w:t>f 13941/11672/10498 13943/11670/10498 13918/11649/10342</w:t>
        <w:br/>
        <w:t>f 13882/11609/10455 13945/11673/10500 13944/11674/10500</w:t>
        <w:br/>
        <w:t>f 13881/11610/10455 13882/11609/10455 13944/11674/10500</w:t>
        <w:br/>
        <w:t>f 13947/11675/10501 13887/11616/10459 13884/11615/10458</w:t>
        <w:br/>
        <w:t>f 13946/11676/10502 13947/11675/10501 13884/11615/10458</w:t>
        <w:br/>
        <w:t>f 13951/11677/10503 13950/11678/10504 13949/11679/10504</w:t>
        <w:br/>
        <w:t>f 13948/11680/10505 13951/11677/10503 13949/11679/10504</w:t>
        <w:br/>
        <w:t>f 13951/11677/10503 13948/11680/10505 13944/11674/10500</w:t>
        <w:br/>
        <w:t>f 13945/11673/10500 13951/11677/10503 13944/11674/10500</w:t>
        <w:br/>
        <w:t>f 13953/11681/10506 13878/11608/10454 13879/11607/10453</w:t>
        <w:br/>
        <w:t>f 13952/11682/10506 13953/11681/10506 13879/11607/10453</w:t>
        <w:br/>
        <w:t>f 13955/11683/10507 13883/11612/10456 13880/11611/10456</w:t>
        <w:br/>
        <w:t>f 13954/11684/10508 13955/11683/10507 13880/11611/10456</w:t>
        <w:br/>
        <w:t>f 13959/11685/10509 13958/11686/10510 13957/11687/10510</w:t>
        <w:br/>
        <w:t>f 13956/11688/10509 13959/11685/10509 13957/11687/10510</w:t>
        <w:br/>
        <w:t>f 13959/11685/10509 13956/11688/10509 13953/11681/10506</w:t>
        <w:br/>
        <w:t>f 13952/11682/10506 13959/11685/10509 13953/11681/10506</w:t>
        <w:br/>
        <w:t>f 13962/11689/10511 13961/11690/10511 13960/11691/10512</w:t>
        <w:br/>
        <w:t>f 13823/11555/10513 13962/11689/10511 13960/11691/10512</w:t>
        <w:br/>
        <w:t>f 13964/11692/10514 13875/11606/10515 13963/11693/10516</w:t>
        <w:br/>
        <w:t>f 13965/11694/10516 13964/11692/10514 13963/11693/10516</w:t>
        <w:br/>
        <w:t>f 13967/11695/10517 13943/11670/10498 13941/11672/10498</w:t>
        <w:br/>
        <w:t>f 13966/11696/10517 13967/11695/10517 13941/11672/10498</w:t>
        <w:br/>
        <w:t>f 13967/11695/10517 13966/11696/10517 13968/11697/10518</w:t>
        <w:br/>
        <w:t>f 13969/11698/10519 13967/11695/10517 13968/11697/10518</w:t>
        <w:br/>
        <w:t>f 13893/11621/10463 13897/11626/10466 13894/11625/10466</w:t>
        <w:br/>
        <w:t>f 13892/11622/10464 13893/11621/10463 13894/11625/10466</w:t>
        <w:br/>
        <w:t>f 13971/11699/10520 13874/11600/10447 13871/11603/10449</w:t>
        <w:br/>
        <w:t>f 13970/11700/10520 13971/11699/10520 13871/11603/10449</w:t>
        <w:br/>
        <w:t>f 13891/11620/10462 13888/11619/10461 13898/11628/10467</w:t>
        <w:br/>
        <w:t>f 13899/11627/10467 13891/11620/10462 13898/11628/10467</w:t>
        <w:br/>
        <w:t>f 13906/11635/10473 13903/11634/10473 13901/11630/10469</w:t>
        <w:br/>
        <w:t>f 13902/11629/10469 13906/11635/10473 13901/11630/10469</w:t>
        <w:br/>
        <w:t>f 13909/11636/10474 13913/11642/10478 13911/11641/10478</w:t>
        <w:br/>
        <w:t>f 13908/11637/10474 13909/11636/10474 13911/11641/10478</w:t>
        <w:br/>
        <w:t>f 13962/11689/10511 13965/11694/10516 13963/11693/10516</w:t>
        <w:br/>
        <w:t>f 13961/11690/10511 13962/11689/10511 13963/11693/10516</w:t>
        <w:br/>
        <w:t>f 13973/11701/10248 13972/11702/10248 13885/11614/10457</w:t>
        <w:br/>
        <w:t>f 13886/11613/10457 13973/11701/10248 13885/11614/10457</w:t>
        <w:br/>
        <w:t>f 13947/11675/10501 13946/11676/10502 13949/11679/10504</w:t>
        <w:br/>
        <w:t>f 13950/11678/10504 13947/11675/10501 13949/11679/10504</w:t>
        <w:br/>
        <w:t>f 13975/11703/10521 13974/11704/10521 13889/11618/10460</w:t>
        <w:br/>
        <w:t>f 13890/11617/10460 13975/11703/10521 13889/11618/10460</w:t>
        <w:br/>
        <w:t>f 13975/11703/10521 13910/11639/10475 13907/11638/10475</w:t>
        <w:br/>
        <w:t>f 13974/11704/10521 13975/11703/10521 13907/11638/10475</w:t>
        <w:br/>
        <w:t>f 13977/11705/10522 13976/11706/10522 13957/11687/10510</w:t>
        <w:br/>
        <w:t>f 13958/11686/10510 13977/11705/10522 13957/11687/10510</w:t>
        <w:br/>
        <w:t>f 13924/11650/10485 13921/11653/10485 13929/11659/10490</w:t>
        <w:br/>
        <w:t>f 13930/11658/10490 13924/11650/10485 13929/11659/10490</w:t>
        <w:br/>
        <w:t>f 13905/11632/10471 13979/11707/10523 13978/11708/10523</w:t>
        <w:br/>
        <w:t>f 13904/11633/10472 13905/11632/10471 13978/11708/10523</w:t>
        <w:br/>
        <w:t>f 13979/11707/10523 13928/11657/10489 13925/11656/10488</w:t>
        <w:br/>
        <w:t>f 13978/11708/10523 13979/11707/10523 13925/11656/10488</w:t>
        <w:br/>
        <w:t>f 13982/11709/10524 13981/11710/10525 13980/11711/10524</w:t>
        <w:br/>
        <w:t>f 13934/11660/10491 13931/11663/10350 13939/11669/10497</w:t>
        <w:br/>
        <w:t>f 13940/11668/10496 13934/11660/10491 13939/11669/10497</w:t>
        <w:br/>
        <w:t>f 13983/11712/10526 13839/11567/10426 13820/11551/10527</w:t>
        <w:br/>
        <w:t>f 13981/11710/10525 13983/11712/10526 13820/11551/10527</w:t>
        <w:br/>
        <w:t>f 13819/11546/10412 13985/11713/10528 13984/11714/10529</w:t>
        <w:br/>
        <w:t>f 13819/11546/10412 13984/11714/10529 13818/11547/10394</w:t>
        <w:br/>
        <w:t>f 13854/11582/10395 13858/11587/10438 13986/11715/10530</w:t>
        <w:br/>
        <w:t>f 13773/11501/10383 13955/11683/10531 13858/11587/10438</w:t>
        <w:br/>
        <w:t>f 13836/11563/10390 13834/11565/10424 13987/11716/10532</w:t>
        <w:br/>
        <w:t>f 13835/11564/10389 13988/11717/10533 13834/11565/10424</w:t>
        <w:br/>
        <w:t>f 13866/11594/10441 13989/11718/10534 13824/11554/10419</w:t>
        <w:br/>
        <w:t>f 13866/11594/10441 13824/11554/10419 13767/11499/10381</w:t>
        <w:br/>
        <w:t>f 13804/11531/10405 13990/11719/10535 13762/11491/10400</w:t>
        <w:br/>
        <w:t>f 13804/11531/10405 13762/11491/10400 13803/11532/10398</w:t>
        <w:br/>
        <w:t>f 13844/11572/10431 13848/11578/10434 13991/11720/10536</w:t>
        <w:br/>
        <w:t>f 13849/11577/10401 13992/11721/10537 13848/11578/10434</w:t>
        <w:br/>
        <w:t>f 13813/11540/10409 13818/11547/10538 13812/11541/10392</w:t>
        <w:br/>
        <w:t>f 13813/11540/10409 13993/11722/10539 13818/11547/10538</w:t>
        <w:br/>
        <w:t>f 13836/11563/10390 13994/11723/10540 13870/11599/10446</w:t>
        <w:br/>
        <w:t>f 13836/11563/10390 13870/11599/10446 13812/11541/10392</w:t>
        <w:br/>
        <w:t>f 13820/11551/10527 13839/11567/10426 13835/11564/10389</w:t>
        <w:br/>
        <w:t>f 13849/11577/10541 13775/11506/10387 13995/11724/10542</w:t>
        <w:br/>
        <w:t>f 13763/11490/10374 13996/11725/10125 13762/11491/10375</w:t>
        <w:br/>
        <w:t>f 13849/11577/10541 13777/11504/10386 13775/11506/10387</w:t>
        <w:br/>
        <w:t>f 13763/11490/10374 13997/11726/10272 13996/11725/10125</w:t>
        <w:br/>
        <w:t>f 13798/11525/10402 13998/11727/10543 13803/11532/10398</w:t>
        <w:br/>
        <w:t>f 13798/11525/10402 13803/11532/10398 13797/11526/10397</w:t>
        <w:br/>
        <w:t>f 13984/11714/10396 13999/11728/10544 13869/11598/10445</w:t>
        <w:br/>
        <w:t>f 13984/11714/10396 13869/11598/10445 13797/11526/10397</w:t>
        <w:br/>
        <w:t>f 13689/11418/10325 13694/11424/10332 14000/11729/10545</w:t>
        <w:br/>
        <w:t>f 13689/11418/10325 13659/11386/10304 13694/11424/10332</w:t>
        <w:br/>
        <w:t>f 13735/11465/10546 13666/11392/10308 13663/11395/10311</w:t>
        <w:br/>
        <w:t>f 14001/11730/10547 13735/11465/10546 13663/11395/10311</w:t>
        <w:br/>
        <w:t>f 13690/11417/10323 13688/11419/10329 14002/11731/10548</w:t>
        <w:br/>
        <w:t>f 13689/11418/10325 14003/11732/10549 13688/11419/10329</w:t>
        <w:br/>
        <w:t>f 13758/11487/10370 14004/11733/10550 13709/11437/10371</w:t>
        <w:br/>
        <w:t>f 13758/11487/10370 13690/11417/10323 14002/11731/10548</w:t>
        <w:br/>
        <w:t>f 13669/11396/10312 14005/11734/10282 13668/11397/10034</w:t>
        <w:br/>
        <w:t>f 13669/11396/10312 13667/11398/10313 14006/11735/10551</w:t>
        <w:br/>
        <w:t>f 14008/11736/10050 14007/11737/10552 13658/11387/10305</w:t>
        <w:br/>
        <w:t>f 13659/11386/10304 14008/11736/10050 13658/11387/10305</w:t>
        <w:br/>
        <w:t>f 13747/11476/10363 14009/11738/10553 13665/11393/10364</w:t>
        <w:br/>
        <w:t>f 13747/11476/10363 13740/11471/10321 14010/11739/10554</w:t>
        <w:br/>
        <w:t>f 13704/11431/10320 13708/11438/10339 14011/11740/10555</w:t>
        <w:br/>
        <w:t>f 13709/11437/10338 14012/11741/10556 13708/11438/10339</w:t>
        <w:br/>
        <w:t>f 13702/11433/10336 14013/11742/10557 13759/11489/10319</w:t>
        <w:br/>
        <w:t>f 13704/11431/10320 13702/11433/10336 13759/11489/10319</w:t>
        <w:br/>
        <w:t>f 13743/11472/10318 13755/11483/10317 14014/11743/10558</w:t>
        <w:br/>
        <w:t>f 13742/11469/10360 13743/11472/10318 14014/11743/10558</w:t>
        <w:br/>
        <w:t>f 13760/11488/10372 14015/11744/10559 13724/11453/10373</w:t>
        <w:br/>
        <w:t>f 13760/11488/10372 13759/11489/10319 14013/11742/10557</w:t>
        <w:br/>
        <w:t>f 13755/11483/10317 13754/11484/10367 14016/11745/10560</w:t>
        <w:br/>
        <w:t>f 13713/11444/10316 14017/11746/10561 13754/11484/10367</w:t>
        <w:br/>
        <w:t>f 13725/11452/10347 14018/11747/10562 13711/11440/10315</w:t>
        <w:br/>
        <w:t>f 13725/11452/10347 13711/11440/10315 13724/11453/10348</w:t>
        <w:br/>
        <w:t>f 13736/11464/10357 14019/11748/10563 13667/11398/10358</w:t>
        <w:br/>
        <w:t>f 13736/11464/10357 13735/11465/10324 14020/11749/10564</w:t>
        <w:br/>
        <w:t>f 13712/11439/10340 14021/11750/10497 13711/11440/10315</w:t>
        <w:br/>
        <w:t>f 14021/11750/10497 13727/11455/10350 13711/11440/10315</w:t>
        <w:br/>
        <w:t>f 13757/11485/10565 13730/11459/10354 14022/11751/10566</w:t>
        <w:br/>
        <w:t>f 14023/11752/10567 13716/11445/10344 13672/11400/10315</w:t>
        <w:br/>
        <w:t>f 14026/11753/10414 14025/11754/10568 14024/11755/10425</w:t>
        <w:br/>
        <w:t>f 13868/11596/10443 13842/11569/10428 13840/11571/10430</w:t>
        <w:br/>
        <w:t>f 14026/11753/10414 14027/11756/10569 14025/11754/10568</w:t>
        <w:br/>
        <w:t>f 14029/11757/10570 14028/11758/10571 13716/11445/10344</w:t>
        <w:br/>
        <w:t>f 13715/11442/10342 13713/11444/10316 14022/11751/10566</w:t>
        <w:br/>
        <w:t>f 13827/11556/10421 14027/11756/10569 14026/11753/10414</w:t>
        <w:br/>
        <w:t>f 13827/11556/10421 13780/11507/10388 14027/11756/10569</w:t>
        <w:br/>
        <w:t>f 14613/11759/10572 14612/11760/10573 14611/11761/10573</w:t>
        <w:br/>
        <w:t>f 14610/11762/10574 14613/11759/10572 14611/11761/10573</w:t>
        <w:br/>
        <w:t>f 14616/11763/10575 14615/11764/10576 14614/11765/10577</w:t>
        <w:br/>
        <w:t>f 14617/11766/10578 14616/11763/10575 14614/11765/10577</w:t>
        <w:br/>
        <w:t>f 14617/11766/10578 14614/11765/10577 14618/11767/10579</w:t>
        <w:br/>
        <w:t>f 14621/11768/10580 14620/11769/10580 14619/11770/10581</w:t>
        <w:br/>
        <w:t>f 14622/11771/10581 14621/11768/10580 14619/11770/10581</w:t>
        <w:br/>
        <w:t>f 14624/11772/10582 14623/11773/10582 14620/11769/10580</w:t>
        <w:br/>
        <w:t>f 14621/11768/10580 14624/11772/10582 14620/11769/10580</w:t>
        <w:br/>
        <w:t>f 14618/11767/10579 14614/11765/10577 14625/11774/10583</w:t>
        <w:br/>
        <w:t>f 14626/11775/10584 14611/11761/10573 14612/11760/10573</w:t>
        <w:br/>
        <w:t>f 14627/11776/10585 14626/11775/10584 14612/11760/10573</w:t>
        <w:br/>
        <w:t>f 14629/11777/10586 14628/11778/10586 14626/11775/10584</w:t>
        <w:br/>
        <w:t>f 14627/11776/10585 14629/11777/10586 14626/11775/10584</w:t>
        <w:br/>
        <w:t>f 14610/11762/10574 14631/11779/10587 14630/11780/10588</w:t>
        <w:br/>
        <w:t>f 14613/11759/10572 14610/11762/10574 14630/11780/10588</w:t>
        <w:br/>
        <w:t>f 14634/11781/10589 14625/11774/10583 14633/11782/10590</w:t>
        <w:br/>
        <w:t>f 14632/11783/10591 14634/11781/10589 14633/11782/10590</w:t>
        <w:br/>
        <w:t>f 14614/11765/10577 14615/11764/10576 14635/11784/10592</w:t>
        <w:br/>
        <w:t>f 14638/11785/10593 14637/11786/10594 14636/11787/10595</w:t>
        <w:br/>
        <w:t>f 14635/11784/10592 14638/11785/10593 14636/11787/10595</w:t>
        <w:br/>
        <w:t>f 14622/11771/10581 14619/11770/10581 14637/11786/10594</w:t>
        <w:br/>
        <w:t>f 14638/11785/10593 14622/11771/10581 14637/11786/10594</w:t>
        <w:br/>
        <w:t>f 14628/11778/10586 14629/11777/10586 14623/11773/10582</w:t>
        <w:br/>
        <w:t>f 14624/11772/10582 14628/11778/10586 14623/11773/10582</w:t>
        <w:br/>
        <w:t>f 14614/11765/10577 14635/11784/10592 14636/11787/10595</w:t>
        <w:br/>
        <w:t>f 14625/11774/10583 14614/11765/10577 14636/11787/10595</w:t>
        <w:br/>
        <w:t>f 14636/11787/10595 14633/11782/10590 14625/11774/10583</w:t>
        <w:br/>
        <w:t>f 14634/11781/10589 14618/11767/10579 14625/11774/10583</w:t>
        <w:br/>
        <w:t>f 14642/11788/10596 14641/11789/10596 14640/11790/10597</w:t>
        <w:br/>
        <w:t>f 14639/11791/10597 14642/11788/10596 14640/11790/10597</w:t>
        <w:br/>
        <w:t>f 14645/11792/10598 14644/11793/10599 14643/11794/10600</w:t>
        <w:br/>
        <w:t>f 14646/11795/10601 14645/11792/10598 14643/11794/10600</w:t>
        <w:br/>
        <w:t>f 14646/11795/10601 14647/11796/10602 14645/11792/10598</w:t>
        <w:br/>
        <w:t>f 14650/11797/10603 14649/11798/10604 14648/11799/10604</w:t>
        <w:br/>
        <w:t>f 14651/11800/10603 14650/11797/10603 14648/11799/10604</w:t>
        <w:br/>
        <w:t>f 14649/11798/10604 14653/11801/10605 14652/11802/10605</w:t>
        <w:br/>
        <w:t>f 14648/11799/10604 14649/11798/10604 14652/11802/10605</w:t>
        <w:br/>
        <w:t>f 14647/11796/10602 14654/11803/10606 14645/11792/10598</w:t>
        <w:br/>
        <w:t>f 14639/11791/10597 14640/11790/10597 14655/11804/10607</w:t>
        <w:br/>
        <w:t>f 14656/11805/10607 14639/11791/10597 14655/11804/10607</w:t>
        <w:br/>
        <w:t>f 14655/11804/10607 14658/11806/10608 14657/11807/10608</w:t>
        <w:br/>
        <w:t>f 14656/11805/10607 14655/11804/10607 14657/11807/10608</w:t>
        <w:br/>
        <w:t>f 14660/11808/10609 14659/11809/10610 14641/11789/10596</w:t>
        <w:br/>
        <w:t>f 14642/11788/10596 14660/11808/10609 14641/11789/10596</w:t>
        <w:br/>
        <w:t>f 14663/11810/10611 14662/11811/10612 14661/11812/10613</w:t>
        <w:br/>
        <w:t>f 14654/11803/10606 14663/11810/10611 14661/11812/10613</w:t>
        <w:br/>
        <w:t>f 14645/11792/10598 14664/11813/10614 14644/11793/10599</w:t>
        <w:br/>
        <w:t>f 14667/11814/10615 14666/11815/10616 14665/11816/10616</w:t>
        <w:br/>
        <w:t>f 14664/11813/10614 14667/11814/10615 14665/11816/10616</w:t>
        <w:br/>
        <w:t>f 14666/11815/10616 14650/11797/10603 14651/11800/10603</w:t>
        <w:br/>
        <w:t>f 14665/11816/10616 14666/11815/10616 14651/11800/10603</w:t>
        <w:br/>
        <w:t>f 14658/11806/10608 14652/11802/10605 14653/11801/10605</w:t>
        <w:br/>
        <w:t>f 14657/11807/10608 14658/11806/10608 14653/11801/10605</w:t>
        <w:br/>
        <w:t>f 14645/11792/10598 14654/11803/10606 14667/11814/10615</w:t>
        <w:br/>
        <w:t>f 14664/11813/10614 14645/11792/10598 14667/11814/10615</w:t>
        <w:br/>
        <w:t>f 14667/11814/10615 14654/11803/10606 14661/11812/10613</w:t>
        <w:br/>
        <w:t>f 14663/11810/10611 14654/11803/10606 14647/11796/10602</w:t>
        <w:br/>
        <w:t>f 14671/11817/10617 14670/11818/10618 14669/11819/10618</w:t>
        <w:br/>
        <w:t>f 14668/11820/10617 14671/11817/10617 14669/11819/10618</w:t>
        <w:br/>
        <w:t>f 14670/11818/10618 14673/11821/10619 14672/11822/10619</w:t>
        <w:br/>
        <w:t>f 14669/11819/10618 14670/11818/10618 14672/11822/10619</w:t>
        <w:br/>
        <w:t>f 14677/11823/10620 14676/11824/10621 14675/11825/10621</w:t>
        <w:br/>
        <w:t>f 14674/11826/10622 14677/11823/10620 14675/11825/10621</w:t>
        <w:br/>
        <w:t>f 14679/11827/10623 14678/11828/10623 14675/11825/10621</w:t>
        <w:br/>
        <w:t>f 14676/11824/10621 14679/11827/10623 14675/11825/10621</w:t>
        <w:br/>
        <w:t>f 14681/11829/10624 14680/11830/10624 14678/11828/10623</w:t>
        <w:br/>
        <w:t>f 14679/11827/10623 14681/11829/10624 14678/11828/10623</w:t>
        <w:br/>
        <w:t>f 14681/11829/10624 14683/11831/10625 14682/11832/10625</w:t>
        <w:br/>
        <w:t>f 14680/11830/10624 14681/11829/10624 14682/11832/10625</w:t>
        <w:br/>
        <w:t>f 14685/11833/10626 14684/11834/10626 14682/11832/10625</w:t>
        <w:br/>
        <w:t>f 14683/11831/10625 14685/11833/10626 14682/11832/10625</w:t>
        <w:br/>
        <w:t>f 14687/11835/10627 14686/11836/10628 14684/11834/10626</w:t>
        <w:br/>
        <w:t>f 14685/11833/10626 14687/11835/10627 14684/11834/10626</w:t>
        <w:br/>
        <w:t>f 14689/11837/10629 14688/11838/10629 14686/11836/10628</w:t>
        <w:br/>
        <w:t>f 14687/11835/10627 14689/11837/10629 14686/11836/10628</w:t>
        <w:br/>
        <w:t>f 14691/11839/10630 14690/11840/10631 14688/11838/10629</w:t>
        <w:br/>
        <w:t>f 14689/11837/10629 14691/11839/10630 14688/11838/10629</w:t>
        <w:br/>
        <w:t>f 14693/11841/10632 14692/11842/10633 14690/11840/10631</w:t>
        <w:br/>
        <w:t>f 14691/11839/10630 14693/11841/10632 14690/11840/10631</w:t>
        <w:br/>
        <w:t>f 14695/11843/10634 14694/11844/10634 14692/11842/10633</w:t>
        <w:br/>
        <w:t>f 14693/11841/10632 14695/11843/10634 14692/11842/10633</w:t>
        <w:br/>
        <w:t>f 14697/11845/10635 14696/11846/10635 14694/11844/10634</w:t>
        <w:br/>
        <w:t>f 14695/11843/10634 14697/11845/10635 14694/11844/10634</w:t>
        <w:br/>
        <w:t>f 14699/11847/10636 14698/11848/10637 14696/11846/10635</w:t>
        <w:br/>
        <w:t>f 14697/11845/10635 14699/11847/10636 14696/11846/10635</w:t>
        <w:br/>
        <w:t>f 14701/11849/10638 14700/11850/10639 14698/11848/10637</w:t>
        <w:br/>
        <w:t>f 14699/11847/10636 14701/11849/10638 14698/11848/10637</w:t>
        <w:br/>
        <w:t>f 14703/11851/10640 14702/11852/10640 14700/11850/10639</w:t>
        <w:br/>
        <w:t>f 14701/11849/10638 14703/11851/10640 14700/11850/10639</w:t>
        <w:br/>
        <w:t>f 14705/11853/10641 14704/11854/10641 14702/11852/10640</w:t>
        <w:br/>
        <w:t>f 14703/11851/10640 14705/11853/10641 14702/11852/10640</w:t>
        <w:br/>
        <w:t>f 14708/11855/10642 14707/11856/10642 14706/11857/10643</w:t>
        <w:br/>
        <w:t>f 14709/11858/10643 14708/11855/10642 14706/11857/10643</w:t>
        <w:br/>
        <w:t>f 14711/11859/10644 14710/11860/10644 14707/11856/10642</w:t>
        <w:br/>
        <w:t>f 14708/11855/10642 14711/11859/10644 14707/11856/10642</w:t>
        <w:br/>
        <w:t>f 14713/11861/10645 14712/11862/10646 14710/11860/10644</w:t>
        <w:br/>
        <w:t>f 14711/11859/10644 14713/11861/10645 14710/11860/10644</w:t>
        <w:br/>
        <w:t>f 14715/11863/10647 14714/11864/10647 14712/11862/10646</w:t>
        <w:br/>
        <w:t>f 14713/11861/10645 14715/11863/10647 14712/11862/10646</w:t>
        <w:br/>
        <w:t>f 14715/11863/10647 14717/11865/10648 14716/11866/10648</w:t>
        <w:br/>
        <w:t>f 14714/11864/10647 14715/11863/10647 14716/11866/10648</w:t>
        <w:br/>
        <w:t>f 14717/11865/10648 14719/11867/10649 14718/11868/10650</w:t>
        <w:br/>
        <w:t>f 14716/11866/10648 14717/11865/10648 14718/11868/10650</w:t>
        <w:br/>
        <w:t>f 14719/11867/10649 14721/11869/10651 14720/11870/10652</w:t>
        <w:br/>
        <w:t>f 14718/11868/10650 14719/11867/10649 14720/11870/10652</w:t>
        <w:br/>
        <w:t>f 14721/11869/10651 14723/11871/10653 14722/11872/10653</w:t>
        <w:br/>
        <w:t>f 14720/11870/10652 14721/11869/10651 14722/11872/10653</w:t>
        <w:br/>
        <w:t>f 14723/11871/10653 14671/11817/10617 14668/11820/10617</w:t>
        <w:br/>
        <w:t>f 14722/11872/10653 14723/11871/10653 14668/11820/10617</w:t>
        <w:br/>
        <w:t>f 15015/11873/10654 15014/11874/10655 15013/11875/10656</w:t>
        <w:br/>
        <w:t>f 15016/11876/10657 15015/11873/10654 15013/11875/10656</w:t>
        <w:br/>
        <w:t>f 15026/11877/10658 15025/11878/10659 15024/11879/10660</w:t>
        <w:br/>
        <w:t>f 15023/11880/10655 15026/11877/10658 15024/11879/10660</w:t>
        <w:br/>
        <w:t>f 15030/11881/10655 15025/11878/10659 15026/11877/10658</w:t>
        <w:br/>
        <w:t>f 15029/11882/10661 15030/11881/10655 15026/11877/10658</w:t>
        <w:br/>
        <w:t>f 15036/11883/10661 15030/11881/10655 15029/11882/10661</w:t>
        <w:br/>
        <w:t>f 15035/11884/10661 15036/11883/10661 15029/11882/10661</w:t>
        <w:br/>
        <w:t>f 15035/11884/10661 15042/11885/10661 15041/11886/10661</w:t>
        <w:br/>
        <w:t>f 15036/11883/10661 15035/11884/10661 15041/11886/10661</w:t>
        <w:br/>
        <w:t>f 15042/11885/10661 15046/11887/10657 15045/11888/10658</w:t>
        <w:br/>
        <w:t>f 15041/11886/10661 15042/11885/10661 15045/11888/10658</w:t>
        <w:br/>
        <w:t>f 15058/11889/10655 15057/11890/10655 15056/11891/10657</w:t>
        <w:br/>
        <w:t>f 15055/11892/10657 15058/11889/10655 15056/11891/10657</w:t>
        <w:br/>
        <w:t>f 15062/11893/10661 15057/11890/10655 15058/11889/10655</w:t>
        <w:br/>
        <w:t>f 15061/11894/10655 15062/11893/10661 15058/11889/10655</w:t>
        <w:br/>
        <w:t>f 15068/11895/10662 15067/11896/10663 15016/11876/10657</w:t>
        <w:br/>
        <w:t>f 15013/11875/10656 15068/11895/10662 15016/11876/10657</w:t>
        <w:br/>
        <w:t>f 15014/11874/10655 15015/11873/10654 15023/11880/10655</w:t>
        <w:br/>
        <w:t>f 15024/11879/10660 15014/11874/10655 15023/11880/10655</w:t>
        <w:br/>
        <w:t>f 15046/11887/10657 15055/11892/10657 15056/11891/10657</w:t>
        <w:br/>
        <w:t>f 15045/11888/10658 15046/11887/10657 15056/11891/10657</w:t>
        <w:br/>
        <w:t>f 15062/11893/10661 15061/11894/10655 15067/11896/10663</w:t>
        <w:br/>
        <w:t>f 15068/11895/10662 15062/11893/10661 15067/11896/10663</w:t>
        <w:br/>
        <w:t>f 15303/11897/10664 15302/11898/10665 15301/11899/10666</w:t>
        <w:br/>
        <w:t>f 15304/11900/10667 15303/11897/10664 15301/11899/10666</w:t>
        <w:br/>
        <w:t>f 15304/11900/10667 15306/11901/10668 15305/11902/10669</w:t>
        <w:br/>
        <w:t>f 15303/11897/10664 15304/11900/10667 15305/11902/10669</w:t>
        <w:br/>
        <w:t>f 15310/11903/10670 15309/11904/10671 15308/11905/10672</w:t>
        <w:br/>
        <w:t>f 15307/11906/10673 15310/11903/10670 15308/11905/10672</w:t>
        <w:br/>
        <w:t>f 15306/11901/10668 15312/11907/10674 15311/11908/10675</w:t>
        <w:br/>
        <w:t>f 15305/11902/10669 15306/11901/10668 15311/11908/10675</w:t>
        <w:br/>
        <w:t>f 15316/11909/10676 15315/11910/10677 15314/11911/10678</w:t>
        <w:br/>
        <w:t>f 15313/11912/10679 15316/11909/10676 15314/11911/10678</w:t>
        <w:br/>
        <w:t>f 15319/11913/10680 15318/11914/10680 15317/11915/10681</w:t>
        <w:br/>
        <w:t>f 15320/11916/10681 15319/11913/10680 15317/11915/10681</w:t>
        <w:br/>
        <w:t>f 15324/11917/10682 15323/11918/10683 15322/11919/10684</w:t>
        <w:br/>
        <w:t>f 15321/11920/10685 15324/11917/10682 15322/11919/10684</w:t>
        <w:br/>
        <w:t>f 15325/11921/10686 15321/11920/10685 15322/11919/10684</w:t>
        <w:br/>
        <w:t>f 15326/11922/10687 15325/11921/10686 15322/11919/10684</w:t>
        <w:br/>
        <w:t>f 15323/11918/10683 15324/11917/10682 15328/11923/10688</w:t>
        <w:br/>
        <w:t>f 15327/11924/10689 15323/11918/10683 15328/11923/10688</w:t>
        <w:br/>
        <w:t>f 15309/11904/10671 15330/11925/10690 15329/11926/10691</w:t>
        <w:br/>
        <w:t>f 15308/11905/10672 15309/11904/10671 15329/11926/10691</w:t>
        <w:br/>
        <w:t>f 15330/11925/10690 15332/11927/10692 15331/11928/10693</w:t>
        <w:br/>
        <w:t>f 15329/11926/10691 15330/11925/10690 15331/11928/10693</w:t>
        <w:br/>
        <w:t>f 15332/11927/10692 15330/11925/10690 15333/11929/10694</w:t>
        <w:br/>
        <w:t>f 15334/11930/10695 15332/11927/10692 15333/11929/10694</w:t>
        <w:br/>
        <w:t>f 15336/11931/10696 15335/11932/10697 15309/11904/10671</w:t>
        <w:br/>
        <w:t>f 15310/11903/10670 15336/11931/10696 15309/11904/10671</w:t>
        <w:br/>
        <w:t>f 15340/11933/10698 15339/11934/10699 15338/11935/10698</w:t>
        <w:br/>
        <w:t>f 15337/11936/10700 15340/11933/10698 15338/11935/10698</w:t>
        <w:br/>
        <w:t>f 15344/11937/10701 15343/11938/10702 15342/11939/10703</w:t>
        <w:br/>
        <w:t>f 15341/11940/10703 15344/11937/10701 15342/11939/10703</w:t>
        <w:br/>
        <w:t>f 15344/11937/10701 15346/11941/10704 15345/11942/10705</w:t>
        <w:br/>
        <w:t>f 15343/11938/10702 15344/11937/10701 15345/11942/10705</w:t>
        <w:br/>
        <w:t>f 15349/11943/10706 15348/11944/10707 15347/11945/10708</w:t>
        <w:br/>
        <w:t>f 15350/11946/10709 15349/11943/10706 15347/11945/10708</w:t>
        <w:br/>
        <w:t>f 15352/11947/10710 15351/11948/10711 15347/11945/10708</w:t>
        <w:br/>
        <w:t>f 15348/11944/10707 15352/11947/10710 15347/11945/10708</w:t>
        <w:br/>
        <w:t>f 15351/11948/10711 15355/11949/10712 15354/11950/10713</w:t>
        <w:br/>
        <w:t>f 15353/11951/10714 15351/11948/10711 15354/11950/10713</w:t>
        <w:br/>
        <w:t>f 15351/11948/10711 15353/11951/10714 15356/11952/10715</w:t>
        <w:br/>
        <w:t>f 15347/11945/10708 15351/11948/10711 15356/11952/10715</w:t>
        <w:br/>
        <w:t>f 15360/11953/10716 15359/11954/10717 15358/11955/10718</w:t>
        <w:br/>
        <w:t>f 15357/11956/10719 15360/11953/10716 15358/11955/10718</w:t>
        <w:br/>
        <w:t>f 15361/11957/10720 15355/11949/10712 15351/11948/10711</w:t>
        <w:br/>
        <w:t>f 15352/11947/10710 15361/11957/10720 15351/11948/10711</w:t>
        <w:br/>
        <w:t>f 15318/11914/10680 15319/11913/10680 15360/11953/10716</w:t>
        <w:br/>
        <w:t>f 15357/11956/10719 15318/11914/10680 15360/11953/10716</w:t>
        <w:br/>
        <w:t>f 15364/11958/10721 15334/11930/10695 15363/11959/10722</w:t>
        <w:br/>
        <w:t>f 15362/11960/10723 15364/11958/10721 15363/11959/10722</w:t>
        <w:br/>
        <w:t>f 15367/11961/10724 15366/11962/10725 15365/11963/10726</w:t>
        <w:br/>
        <w:t>f 15368/11964/10727 15367/11961/10724 15365/11963/10726</w:t>
        <w:br/>
        <w:t>f 15365/11963/10726 15366/11962/10725 15313/11912/10679</w:t>
        <w:br/>
        <w:t>f 15369/11965/10728 15365/11963/10726 15313/11912/10679</w:t>
        <w:br/>
        <w:t>f 15371/11966/10729 15345/11942/10705 15370/11967/10730</w:t>
        <w:br/>
        <w:t>f 15372/11968/10731 15354/11950/10713 15355/11949/10712</w:t>
        <w:br/>
        <w:t>f 15371/11966/10729 15372/11968/10731 15355/11949/10712</w:t>
        <w:br/>
        <w:t>f 15373/11969/10732 15371/11966/10729 15355/11949/10712</w:t>
        <w:br/>
        <w:t>f 15361/11957/10720 15373/11969/10732 15355/11949/10712</w:t>
        <w:br/>
        <w:t>f 15359/11954/10717 15375/11970/10733 15374/11971/10734</w:t>
        <w:br/>
        <w:t>f 15358/11955/10718 15359/11954/10717 15374/11971/10734</w:t>
        <w:br/>
        <w:t>f 15334/11930/10695 15333/11929/10694 15376/11972/10735</w:t>
        <w:br/>
        <w:t>f 15363/11959/10722 15334/11930/10695 15376/11972/10735</w:t>
        <w:br/>
        <w:t>f 15332/11927/10692 15369/11965/10728 15377/11973/10736</w:t>
        <w:br/>
        <w:t>f 15331/11928/10693 15332/11927/10692 15377/11973/10736</w:t>
        <w:br/>
        <w:t>f 15378/11974/10737 15316/11909/10676 15313/11912/10679</w:t>
        <w:br/>
        <w:t>f 15366/11962/10725 15378/11974/10737 15313/11912/10679</w:t>
        <w:br/>
        <w:t>f 15364/11958/10721 15369/11965/10728 15332/11927/10692</w:t>
        <w:br/>
        <w:t>f 15334/11930/10695 15364/11958/10721 15332/11927/10692</w:t>
        <w:br/>
        <w:t>f 15335/11932/10697 15333/11929/10694 15330/11925/10690</w:t>
        <w:br/>
        <w:t>f 15309/11904/10671 15335/11932/10697 15330/11925/10690</w:t>
        <w:br/>
        <w:t>f 15370/11967/10730 15345/11942/10705 15346/11941/10704</w:t>
        <w:br/>
        <w:t>f 15379/11975/10738 15370/11967/10730 15346/11941/10704</w:t>
        <w:br/>
        <w:t>f 15339/11934/10699 15375/11970/10733 15333/11929/10694</w:t>
        <w:br/>
        <w:t>f 15335/11932/10697 15339/11934/10699 15333/11929/10694</w:t>
        <w:br/>
        <w:t>f 15343/11938/10702 15374/11971/10734 15375/11970/10733</w:t>
        <w:br/>
        <w:t>f 15339/11934/10699 15343/11938/10702 15375/11970/10733</w:t>
        <w:br/>
        <w:t>f 15373/11969/10732 15343/11938/10702 15345/11942/10705</w:t>
        <w:br/>
        <w:t>f 15305/11902/10669 15311/11908/10675 15315/11910/10677</w:t>
        <w:br/>
        <w:t>f 15316/11909/10676 15305/11902/10669 15315/11910/10677</w:t>
        <w:br/>
        <w:t>f 15321/11920/10685 15325/11921/10686 15320/11916/10681</w:t>
        <w:br/>
        <w:t>f 15317/11915/10681 15321/11920/10685 15320/11916/10681</w:t>
        <w:br/>
        <w:t>f 15350/11946/10709 15324/11917/10682 15321/11920/10685</w:t>
        <w:br/>
        <w:t>f 15349/11943/10706 15350/11946/10709 15321/11920/10685</w:t>
        <w:br/>
        <w:t>f 15324/11917/10682 15350/11946/10709 15380/11976/10739</w:t>
        <w:br/>
        <w:t>f 15328/11923/10688 15324/11917/10682 15380/11976/10739</w:t>
        <w:br/>
        <w:t>f 15313/11912/10679 15314/11911/10678 15377/11973/10736</w:t>
        <w:br/>
        <w:t>f 15369/11965/10728 15313/11912/10679 15377/11973/10736</w:t>
        <w:br/>
        <w:t>f 15381/11977/10740 15378/11974/10737 15366/11962/10725</w:t>
        <w:br/>
        <w:t>f 15367/11961/10724 15381/11977/10740 15366/11962/10725</w:t>
        <w:br/>
        <w:t>f 15347/11945/10708 15356/11952/10715 15380/11976/10739</w:t>
        <w:br/>
        <w:t>f 15350/11946/10709 15347/11945/10708 15380/11976/10739</w:t>
        <w:br/>
        <w:t>f 15378/11974/10737 15381/11977/10740 15302/11898/10665</w:t>
        <w:br/>
        <w:t>f 15303/11897/10664 15378/11974/10737 15302/11898/10665</w:t>
        <w:br/>
        <w:t>f 15316/11909/10676 15378/11974/10737 15303/11897/10664</w:t>
        <w:br/>
        <w:t>f 15305/11902/10669 15316/11909/10676 15303/11897/10664</w:t>
        <w:br/>
        <w:t>f 15373/11969/10732 15345/11942/10705 15371/11966/10729</w:t>
        <w:br/>
        <w:t>f 15371/11966/10729 15370/11967/10730 15372/11968/10731</w:t>
        <w:br/>
        <w:t>f 15384/11978/10741 15383/11979/10742 15382/11980/10743</w:t>
        <w:br/>
        <w:t>f 15385/11981/10744 15384/11978/10741 15382/11980/10743</w:t>
        <w:br/>
        <w:t>f 15385/11981/10744 15382/11980/10743 15387/11982/10745</w:t>
        <w:br/>
        <w:t>f 15386/11983/10746 15385/11981/10744 15387/11982/10745</w:t>
        <w:br/>
        <w:t>f 15391/11984/10747 15390/11985/10748 15389/11986/10749</w:t>
        <w:br/>
        <w:t>f 15388/11987/10750 15391/11984/10747 15389/11986/10749</w:t>
        <w:br/>
        <w:t>f 15393/11988/10751 15392/11989/10752 15386/11983/10746</w:t>
        <w:br/>
        <w:t>f 15387/11982/10745 15393/11988/10751 15386/11983/10746</w:t>
        <w:br/>
        <w:t>f 15397/11990/10753 15396/11991/10754 15395/11992/10755</w:t>
        <w:br/>
        <w:t>f 15394/11993/10756 15397/11990/10753 15395/11992/10755</w:t>
        <w:br/>
        <w:t>f 15400/11994/10757 15399/11995/10758 15398/11996/10758</w:t>
        <w:br/>
        <w:t>f 15401/11997/10757 15400/11994/10757 15398/11996/10758</w:t>
        <w:br/>
        <w:t>f 15405/11998/10759 15404/11999/10760 15403/12000/10761</w:t>
        <w:br/>
        <w:t>f 15402/12001/10762 15405/11998/10759 15403/12000/10761</w:t>
        <w:br/>
        <w:t>f 15403/12000/10761 15404/11999/10760 15406/12002/10763</w:t>
        <w:br/>
        <w:t>f 15407/12003/10764 15403/12000/10761 15406/12002/10763</w:t>
        <w:br/>
        <w:t>f 15402/12001/10762 15409/12004/10765 15408/12005/10766</w:t>
        <w:br/>
        <w:t>f 15405/11998/10759 15402/12001/10762 15408/12005/10766</w:t>
        <w:br/>
        <w:t>f 15411/12006/10767 15410/12007/10768 15388/11987/10750</w:t>
        <w:br/>
        <w:t>f 15389/11986/10749 15411/12006/10767 15388/11987/10750</w:t>
        <w:br/>
        <w:t>f 15410/12007/10768 15411/12006/10767 15413/12008/10769</w:t>
        <w:br/>
        <w:t>f 15412/12009/10770 15410/12007/10768 15413/12008/10769</w:t>
        <w:br/>
        <w:t>f 15414/12010/10771 15410/12007/10768 15412/12009/10770</w:t>
        <w:br/>
        <w:t>f 15415/12011/10772 15414/12010/10771 15412/12009/10770</w:t>
        <w:br/>
        <w:t>f 15417/12012/10773 15391/11984/10747 15388/11987/10750</w:t>
        <w:br/>
        <w:t>f 15416/12013/10774 15417/12012/10773 15388/11987/10750</w:t>
        <w:br/>
        <w:t>f 15421/12014/10775 15420/12015/10775 15419/12016/10776</w:t>
        <w:br/>
        <w:t>f 15418/12017/10777 15421/12014/10775 15419/12016/10776</w:t>
        <w:br/>
        <w:t>f 15425/12018/10778 15424/12019/10779 15423/12020/10780</w:t>
        <w:br/>
        <w:t>f 15422/12021/10781 15425/12018/10778 15423/12020/10780</w:t>
        <w:br/>
        <w:t>f 15427/12022/10782 15426/12023/10783 15425/12018/10778</w:t>
        <w:br/>
        <w:t>f 15422/12021/10781 15427/12022/10782 15425/12018/10778</w:t>
        <w:br/>
        <w:t>f 15431/12024/10784 15430/12025/10785 15429/12026/10786</w:t>
        <w:br/>
        <w:t>f 15428/12027/10787 15431/12024/10784 15429/12026/10786</w:t>
        <w:br/>
        <w:t>f 15430/12025/10785 15433/12028/10788 15432/12029/10789</w:t>
        <w:br/>
        <w:t>f 15429/12026/10786 15430/12025/10785 15432/12029/10789</w:t>
        <w:br/>
        <w:t>f 15433/12028/10788 15436/12030/10790 15435/12031/10791</w:t>
        <w:br/>
        <w:t>f 15434/12032/10792 15433/12028/10788 15435/12031/10791</w:t>
        <w:br/>
        <w:t>f 15437/12033/10793 15436/12030/10790 15433/12028/10788</w:t>
        <w:br/>
        <w:t>f 15430/12025/10785 15437/12033/10793 15433/12028/10788</w:t>
        <w:br/>
        <w:t>f 15441/12034/10794 15440/12035/10794 15439/12036/10795</w:t>
        <w:br/>
        <w:t>f 15438/12037/10796 15441/12034/10794 15439/12036/10795</w:t>
        <w:br/>
        <w:t>f 15439/12036/10795 15432/12029/10789 15433/12028/10788</w:t>
        <w:br/>
        <w:t>f 15434/12032/10792 15439/12036/10795 15433/12028/10788</w:t>
        <w:br/>
        <w:t>f 15441/12034/10794 15398/11996/10758 15399/11995/10758</w:t>
        <w:br/>
        <w:t>f 15440/12035/10794 15441/12034/10794 15399/11995/10758</w:t>
        <w:br/>
        <w:t>f 15445/12038/10797 15444/12039/10798 15443/12040/10799</w:t>
        <w:br/>
        <w:t>f 15442/12041/10799 15445/12038/10797 15443/12040/10799</w:t>
        <w:br/>
        <w:t>f 15445/12038/10797 15447/12042/10800 15446/12043/10801</w:t>
        <w:br/>
        <w:t>f 15444/12039/10798 15445/12038/10797 15446/12043/10801</w:t>
        <w:br/>
        <w:t>f 15448/12044/10802 15396/11991/10754 15447/12042/10800</w:t>
        <w:br/>
        <w:t>f 15445/12038/10797 15448/12044/10802 15447/12042/10800</w:t>
        <w:br/>
        <w:t>f 15450/12045/10803 15449/12046/10804 15427/12022/10782</w:t>
        <w:br/>
        <w:t>f 15434/12032/10792 15435/12031/10791 15451/12047/10805</w:t>
        <w:br/>
        <w:t>f 15450/12045/10803 15434/12032/10792 15451/12047/10805</w:t>
        <w:br/>
        <w:t>f 15434/12032/10792 15450/12045/10803 15452/12048/10806</w:t>
        <w:br/>
        <w:t>f 15439/12036/10795 15434/12032/10792 15452/12048/10806</w:t>
        <w:br/>
        <w:t>f 15438/12037/10796 15439/12036/10795 15452/12048/10806</w:t>
        <w:br/>
        <w:t>f 15453/12049/10807 15438/12037/10796 15452/12048/10806</w:t>
        <w:br/>
        <w:t>f 15454/12050/10808 15414/12010/10771 15415/12011/10772</w:t>
        <w:br/>
        <w:t>f 15438/12037/10796 15454/12050/10808 15415/12011/10772</w:t>
        <w:br/>
        <w:t>f 15455/12051/10809 15448/12044/10802 15412/12009/10770</w:t>
        <w:br/>
        <w:t>f 15413/12008/10769 15455/12051/10809 15412/12009/10770</w:t>
        <w:br/>
        <w:t>f 15396/11991/10754 15397/11990/10753 15456/12052/10810</w:t>
        <w:br/>
        <w:t>f 15447/12042/10800 15396/11991/10754 15456/12052/10810</w:t>
        <w:br/>
        <w:t>f 15445/12038/10797 15415/12011/10772 15412/12009/10770</w:t>
        <w:br/>
        <w:t>f 15448/12044/10802 15445/12038/10797 15412/12009/10770</w:t>
        <w:br/>
        <w:t>f 15416/12013/10774 15388/11987/10750 15410/12007/10768</w:t>
        <w:br/>
        <w:t>f 15414/12010/10771 15416/12013/10774 15410/12007/10768</w:t>
        <w:br/>
        <w:t>f 15449/12046/10804 15457/12053/10811 15426/12023/10783</w:t>
        <w:br/>
        <w:t>f 15427/12022/10782 15449/12046/10804 15426/12023/10783</w:t>
        <w:br/>
        <w:t>f 15418/12017/10777 15419/12016/10776 15414/12010/10771</w:t>
        <w:br/>
        <w:t>f 15453/12049/10807 15418/12017/10777 15414/12010/10771</w:t>
        <w:br/>
        <w:t>f 15422/12021/10781 15418/12017/10777 15453/12049/10807</w:t>
        <w:br/>
        <w:t>f 15452/12048/10806 15422/12021/10781 15453/12049/10807</w:t>
        <w:br/>
        <w:t>f 15452/12048/10806 15427/12022/10782 15422/12021/10781</w:t>
        <w:br/>
        <w:t>f 15394/11993/10756 15393/11988/10751 15387/11982/10745</w:t>
        <w:br/>
        <w:t>f 15397/11990/10753 15394/11993/10756 15387/11982/10745</w:t>
        <w:br/>
        <w:t>f 15401/11997/10757 15383/11979/10742 15404/11999/10760</w:t>
        <w:br/>
        <w:t>f 15400/11994/10757 15401/11997/10757 15404/11999/10760</w:t>
        <w:br/>
        <w:t>f 15431/12024/10784 15428/12027/10787 15404/11999/10760</w:t>
        <w:br/>
        <w:t>f 15405/11998/10759 15431/12024/10784 15404/11999/10760</w:t>
        <w:br/>
        <w:t>f 15458/12054/10812 15431/12024/10784 15405/11998/10759</w:t>
        <w:br/>
        <w:t>f 15408/12005/10766 15458/12054/10812 15405/11998/10759</w:t>
        <w:br/>
        <w:t>f 15455/12051/10809 15395/11992/10755 15396/11991/10754</w:t>
        <w:br/>
        <w:t>f 15448/12044/10802 15455/12051/10809 15396/11991/10754</w:t>
        <w:br/>
        <w:t>f 15459/12055/10813 15446/12043/10801 15447/12042/10800</w:t>
        <w:br/>
        <w:t>f 15456/12052/10810 15459/12055/10813 15447/12042/10800</w:t>
        <w:br/>
        <w:t>f 15458/12054/10812 15437/12033/10793 15430/12025/10785</w:t>
        <w:br/>
        <w:t>f 15431/12024/10784 15458/12054/10812 15430/12025/10785</w:t>
        <w:br/>
        <w:t>f 15383/11979/10742 15459/12055/10813 15456/12052/10810</w:t>
        <w:br/>
        <w:t>f 15382/11980/10743 15383/11979/10742 15456/12052/10810</w:t>
        <w:br/>
        <w:t>f 15397/11990/10753 15387/11982/10745 15382/11980/10743</w:t>
        <w:br/>
        <w:t>f 15456/12052/10810 15397/11990/10753 15382/11980/10743</w:t>
        <w:br/>
        <w:t>f 15452/12048/10806 15450/12045/10803 15427/12022/10782</w:t>
        <w:br/>
        <w:t>f 15450/12045/10803 15451/12047/10805 15449/12046/10804</w:t>
        <w:br/>
        <w:t>f 15463/12056/10814 15462/12057/10814 15461/12058/10815</w:t>
        <w:br/>
        <w:t>f 15460/12059/10815 15463/12056/10814 15461/12058/10815</w:t>
        <w:br/>
        <w:t>f 15466/12060/10816 15465/12061/10814 15464/12062/10814</w:t>
        <w:br/>
        <w:t>f 15467/12063/10816 15466/12060/10816 15464/12062/10814</w:t>
        <w:br/>
        <w:t>f 15471/12064/10817 15470/12065/10817 15469/12066/10818</w:t>
        <w:br/>
        <w:t>f 15468/12067/10819 15471/12064/10817 15469/12066/10818</w:t>
        <w:br/>
        <w:t>f 15460/12059/10815 15461/12058/10815 15473/12068/10820</w:t>
        <w:br/>
        <w:t>f 15472/12069/10820 15460/12059/10815 15473/12068/10820</w:t>
        <w:br/>
        <w:t>f 15473/12068/10820 15475/12070/10821 15474/12071/10821</w:t>
        <w:br/>
        <w:t>f 15472/12069/10820 15473/12068/10820 15474/12071/10821</w:t>
        <w:br/>
        <w:t>f 15474/12071/10821 15475/12070/10821 15477/12072/10822</w:t>
        <w:br/>
        <w:t>f 15476/12073/10822 15474/12071/10821 15477/12072/10822</w:t>
        <w:br/>
        <w:t>f 15469/12066/10818 15466/12060/10816 15467/12063/10816</w:t>
        <w:br/>
        <w:t>f 15468/12067/10819 15469/12066/10818 15467/12063/10816</w:t>
        <w:br/>
        <w:t>f 15477/12072/10822 15470/12065/10817 15471/12064/10817</w:t>
        <w:br/>
        <w:t>f 15476/12073/10822 15477/12072/10822 15471/12064/10817</w:t>
        <w:br/>
        <w:t>f 15480/12074/10823 15479/12075/10824 15478/12076/10825</w:t>
        <w:br/>
        <w:t>f 15481/12077/10826 15480/12074/10823 15478/12076/10825</w:t>
        <w:br/>
        <w:t>f 15485/12078/10827 15484/12079/10828 15483/12080/10828</w:t>
        <w:br/>
        <w:t>f 15482/12081/10668 15485/12078/10827 15483/12080/10828</w:t>
        <w:br/>
        <w:t>f 15487/12082/10829 15486/12083/10829 15483/12080/10828</w:t>
        <w:br/>
        <w:t>f 15484/12079/10828 15487/12082/10829 15483/12080/10828</w:t>
        <w:br/>
        <w:t>f 15489/12084/10830 15488/12085/10830 15486/12083/10829</w:t>
        <w:br/>
        <w:t>f 15487/12082/10829 15489/12084/10830 15486/12083/10829</w:t>
        <w:br/>
        <w:t>f 15491/12086/10831 15490/12087/10831 15488/12085/10830</w:t>
        <w:br/>
        <w:t>f 15489/12084/10830 15491/12086/10831 15488/12085/10830</w:t>
        <w:br/>
        <w:t>f 15491/12086/10831 15493/12088/10832 15492/12089/10832</w:t>
        <w:br/>
        <w:t>f 15490/12087/10831 15491/12086/10831 15492/12089/10832</w:t>
        <w:br/>
        <w:t>f 15497/12090/10833 15496/12091/10834 15495/12092/10835</w:t>
        <w:br/>
        <w:t>f 15494/12093/10833 15497/12090/10833 15495/12092/10835</w:t>
        <w:br/>
        <w:t>f 15496/12091/10834 15499/12094/10836 15498/12095/10836</w:t>
        <w:br/>
        <w:t>f 15495/12092/10835 15496/12091/10834 15498/12095/10836</w:t>
        <w:br/>
        <w:t>f 15501/12096/10837 15500/12097/10838 15498/12095/10836</w:t>
        <w:br/>
        <w:t>f 15499/12094/10836 15501/12096/10837 15498/12095/10836</w:t>
        <w:br/>
        <w:t>f 15503/12098/10839 15502/12099/10839 15500/12097/10838</w:t>
        <w:br/>
        <w:t>f 15501/12096/10837 15503/12098/10839 15500/12097/10838</w:t>
        <w:br/>
        <w:t>f 15503/12098/10839 15505/12100/10840 15504/12101/10840</w:t>
        <w:br/>
        <w:t>f 15502/12099/10839 15503/12098/10839 15504/12101/10840</w:t>
        <w:br/>
        <w:t>f 15507/12102/10841 15506/12103/10841 15504/12101/10840</w:t>
        <w:br/>
        <w:t>f 15505/12100/10840 15507/12102/10841 15504/12101/10840</w:t>
        <w:br/>
        <w:t>f 15507/12102/10841 15509/12104/10842 15508/12105/10842</w:t>
        <w:br/>
        <w:t>f 15506/12103/10841 15507/12102/10841 15508/12105/10842</w:t>
        <w:br/>
        <w:t>f 15511/12106/10843 15510/12107/10843 15508/12105/10842</w:t>
        <w:br/>
        <w:t>f 15509/12104/10842 15511/12106/10843 15508/12105/10842</w:t>
        <w:br/>
        <w:t>f 15514/12108/10844 15513/12109/10845 15512/12110/10846</w:t>
        <w:br/>
        <w:t>f 15515/12111/10846 15514/12108/10844 15512/12110/10846</w:t>
        <w:br/>
        <w:t>f 15514/12108/10844 15517/12112/10847 15516/12113/10847</w:t>
        <w:br/>
        <w:t>f 15513/12109/10845 15514/12108/10844 15516/12113/10847</w:t>
        <w:br/>
        <w:t>f 15517/12112/10847 15519/12114/10848 15518/12115/10848</w:t>
        <w:br/>
        <w:t>f 15516/12113/10847 15517/12112/10847 15518/12115/10848</w:t>
        <w:br/>
        <w:t>f 15519/12114/10848 15481/12077/10826 15478/12076/10825</w:t>
        <w:br/>
        <w:t>f 15518/12115/10848 15519/12114/10848 15478/12076/10825</w:t>
        <w:br/>
        <w:t>f 15748/12116/10849 15747/12117/10850 15746/12118/10851</w:t>
        <w:br/>
        <w:t>f 15745/12119/10852 15748/12116/10849 15746/12118/10851</w:t>
        <w:br/>
        <w:t>f 15752/12120/10853 15751/12121/10854 15739/12122/10855</w:t>
        <w:br/>
        <w:t>f 15746/12118/10851 15747/12117/10850 15753/12123/10856</w:t>
        <w:br/>
        <w:t>f 15755/12124/10857 15753/12123/10856 15747/12117/10850</w:t>
        <w:br/>
        <w:t>f 16090/12125/10858 16089/12126/10859 16088/12127/10860</w:t>
        <w:br/>
        <w:t>f 16122/12128/10861 16121/12129/10862 16120/12130/10863</w:t>
        <w:br/>
        <w:t>f 16122/12128/10861 16120/12130/10863 16126/12131/10864</w:t>
        <w:br/>
        <w:t>f 16122/12128/10861 16089/12126/10859 16090/12125/10858</w:t>
        <w:br/>
        <w:t>f 16122/12128/10861 16126/12131/10864 16089/12126/10859</w:t>
        <w:br/>
        <w:t>f 16090/12125/10858 16088/12127/10860 16124/12132/10865</w:t>
        <w:br/>
        <w:t>f 16125/12133/10866 16090/12125/10858 16124/12132/10865</w:t>
        <w:br/>
        <w:t>f 16120/12130/10863 16121/12129/10862 16191/12134/10867</w:t>
        <w:br/>
        <w:t>f 16401/12135/10868 16400/12136/10869 16399/12137/10870</w:t>
        <w:br/>
        <w:t>f 16433/12138/10871 16432/12139/10872 16431/12140/10873</w:t>
        <w:br/>
        <w:t>f 16436/12141/10874 16435/12142/10875 16434/12143/10876</w:t>
        <w:br/>
        <w:t>f 16433/12138/10871 16437/12144/10877 16432/12139/10872</w:t>
        <w:br/>
        <w:t>f 16433/12138/10871 16401/12135/10868 16399/12137/10870</w:t>
        <w:br/>
        <w:t>f 16433/12138/10871 16399/12137/10870 16437/12144/10877</w:t>
        <w:br/>
        <w:t>f 16434/12143/10876 16400/12136/10869 16401/12135/10868</w:t>
        <w:br/>
        <w:t>f 16436/12141/10874 16434/12143/10876 16401/12135/10868</w:t>
        <w:br/>
        <w:t>f 16432/12139/10872 16502/12145/10878 16431/12140/10873</w:t>
        <w:br/>
        <w:t>f 16519/12146/10661 16518/12147/10879 16517/12148/10655</w:t>
        <w:br/>
        <w:t>f 16516/12149/10655 16519/12146/10661 16517/12148/10655</w:t>
        <w:br/>
        <w:t>f 16990/12150/10880 16989/12151/10880 16988/12152/10881</w:t>
        <w:br/>
        <w:t>f 16987/12153/10882 16990/12150/10880 16988/12152/10881</w:t>
        <w:br/>
        <w:t>f 17042/12154/10883 17041/12155/10883 17040/12156/10884</w:t>
        <w:br/>
        <w:t>f 17039/12157/10884 17042/12154/10883 17040/12156/10884</w:t>
        <w:br/>
        <w:t>f 17310/12158/10885 17309/12159/10886 17308/12160/10885</w:t>
        <w:br/>
        <w:t>f 17311/12161/10887 17310/12158/10885 17308/12160/10885</w:t>
        <w:br/>
        <w:t>f 17324/12162/10888 17323/12163/10889 17322/12164/10890</w:t>
        <w:br/>
        <w:t>f 17327/12165/10891 17326/12166/10891 17325/12167/10892</w:t>
        <w:br/>
        <w:t>f 17330/12168/10893 17329/12169/10894 17328/12170/10895</w:t>
        <w:br/>
        <w:t>f 17333/12171/10896 17332/12172/10897 17331/12173/10896</w:t>
        <w:br/>
        <w:t>f 17336/12174/10898 17335/12175/10899 17334/12176/10900</w:t>
        <w:br/>
        <w:t>f 17338/12177/10901 17328/12170/10895 17337/12178/10902</w:t>
        <w:br/>
        <w:t>f 17341/12179/10903 17340/12180/10904 17339/12181/10905</w:t>
        <w:br/>
        <w:t>f 17344/12182/10906 17343/12183/10907 17342/12184/10908</w:t>
        <w:br/>
        <w:t>f 17348/12185/10909 17347/12186/10910 17346/12187/10911</w:t>
        <w:br/>
        <w:t>f 17345/12188/10912 17348/12185/10909 17346/12187/10911</w:t>
        <w:br/>
        <w:t>f 17351/12189/10913 17350/12190/10914 17349/12191/10915</w:t>
        <w:br/>
        <w:t>f 17354/12192/10916 17353/12193/10917 17352/12194/10918</w:t>
        <w:br/>
        <w:t>f 17328/12170/10895 17354/12192/10916 17352/12194/10918</w:t>
        <w:br/>
        <w:t>f 17357/12195/10919 17356/12196/10920 17355/12197/10921</w:t>
        <w:br/>
        <w:t>f 17359/12198/10922 17358/12199/10923 17322/12164/10890</w:t>
        <w:br/>
        <w:t>f 17360/12200/10924 17359/12198/10922 17322/12164/10890</w:t>
        <w:br/>
        <w:t>f 17362/12201/10925 17345/12188/10912 17361/12202/10926</w:t>
        <w:br/>
        <w:t>f 17363/12203/10927 17354/12192/10916 17358/12199/10923</w:t>
        <w:br/>
        <w:t>f 17367/12204/10928 17366/12205/10929 17365/12206/10930</w:t>
        <w:br/>
        <w:t>f 17364/12207/10931 17367/12204/10928 17365/12206/10930</w:t>
        <w:br/>
        <w:t>f 17366/12205/10929 17369/12208/10932 17368/12209/10933</w:t>
        <w:br/>
        <w:t>f 17334/12176/10900 17366/12205/10929 17368/12209/10933</w:t>
        <w:br/>
        <w:t>f 17372/12210/10934 17371/12211/10935 17370/12212/10936</w:t>
        <w:br/>
        <w:t>f 17355/12197/10921 17373/12213/10937 17350/12190/10914</w:t>
        <w:br/>
        <w:t>f 17375/12214/10938 17374/12215/10939 17373/12213/10937</w:t>
        <w:br/>
        <w:t>f 17355/12197/10921 17375/12214/10938 17373/12213/10937</w:t>
        <w:br/>
        <w:t>f 17374/12215/10939 17343/12183/10907 17348/12185/10909</w:t>
        <w:br/>
        <w:t>f 17374/12215/10939 17348/12185/10909 17345/12188/10912</w:t>
        <w:br/>
        <w:t>f 17345/12188/10912 17322/12164/10890 17376/12216/10940</w:t>
        <w:br/>
        <w:t>f 17374/12215/10939 17345/12188/10912 17376/12216/10940</w:t>
        <w:br/>
        <w:t>f 17358/12199/10923 17376/12216/10940 17322/12164/10890</w:t>
        <w:br/>
        <w:t>f 17378/12217/10941 17377/12218/10942 17328/12170/10895</w:t>
        <w:br/>
        <w:t>f 17365/12206/10930 17378/12217/10941 17328/12170/10895</w:t>
        <w:br/>
        <w:t>f 17334/12176/10900 17379/12219/10943 17378/12217/10941</w:t>
        <w:br/>
        <w:t>f 17366/12205/10929 17334/12176/10900 17378/12217/10941</w:t>
        <w:br/>
        <w:t>f 17380/12220/10944 17333/12171/10896 17331/12173/10896</w:t>
        <w:br/>
        <w:t>f 17383/12221/10945 17382/12222/10945 17381/12223/10945</w:t>
        <w:br/>
        <w:t>f 17327/12165/10891 17384/12224/10946 17326/12166/10891</w:t>
        <w:br/>
        <w:t>f 17387/12225/10947 17386/12226/10947 17385/12227/10947</w:t>
        <w:br/>
        <w:t>f 17390/12228/10948 17389/12229/10948 17388/12230/10948</w:t>
        <w:br/>
        <w:t>f 17393/12231/10949 17392/12232/10950 17391/12233/10951</w:t>
        <w:br/>
        <w:t>f 17365/12206/10930 17328/12170/10895 17338/12177/10901</w:t>
        <w:br/>
        <w:t>f 17364/12207/10931 17365/12206/10930 17338/12177/10901</w:t>
        <w:br/>
        <w:t>f 17366/12205/10929 17367/12204/10928 17394/12234/10952</w:t>
        <w:br/>
        <w:t>f 17356/12196/10920 17395/12235/10953 17343/12183/10907</w:t>
        <w:br/>
        <w:t>f 17357/12195/10919 17355/12197/10921 17396/12236/10954</w:t>
        <w:br/>
        <w:t>f 17336/12174/10898 17334/12176/10900 17368/12209/10933</w:t>
        <w:br/>
        <w:t>f 17369/12208/10932 17366/12205/10929 17397/12237/10955</w:t>
        <w:br/>
        <w:t>f 17363/12203/10927 17398/12238/10956 17354/12192/10916</w:t>
        <w:br/>
        <w:t>f 17343/12183/10907 17344/12182/10906 17347/12186/10910</w:t>
        <w:br/>
        <w:t>f 17348/12185/10909 17343/12183/10907 17347/12186/10910</w:t>
        <w:br/>
        <w:t>f 17346/12187/10911 17399/12239/10957 17345/12188/10912</w:t>
        <w:br/>
        <w:t>f 17363/12203/10927 17358/12199/10923 17359/12198/10922</w:t>
        <w:br/>
        <w:t>f 17400/12240/10958 17358/12199/10923 17354/12192/10916</w:t>
        <w:br/>
        <w:t>f 17402/12241/10959 17401/12242/10959 17366/12205/10929</w:t>
        <w:br/>
        <w:t>f 17353/12193/10917 17354/12192/10916 17403/12243/10960</w:t>
        <w:br/>
        <w:t>f 17330/12168/10893 17328/12170/10895 17352/12194/10918</w:t>
        <w:br/>
        <w:t>f 17324/12162/10888 17322/12164/10890 17362/12201/10925</w:t>
        <w:br/>
        <w:t>f 17351/12189/10913 17355/12197/10921 17350/12190/10914</w:t>
        <w:br/>
        <w:t>f 17393/12231/10949 17391/12233/10951 17404/12244/10961</w:t>
        <w:br/>
        <w:t>f 17407/12245/10962 17406/12246/10962 17405/12247/10962</w:t>
        <w:br/>
        <w:t>f 17355/12197/10921 17356/12196/10920 17343/12183/10907</w:t>
        <w:br/>
        <w:t>f 17362/12201/10925 17322/12164/10890 17345/12188/10912</w:t>
        <w:br/>
        <w:t>f 17408/12248/10963 17339/12181/10905 17340/12180/10904</w:t>
        <w:br/>
        <w:t>f 17354/12192/10916 17328/12170/10895 17377/12218/10942</w:t>
        <w:br/>
        <w:t>f 17376/12216/10940 17354/12192/10916 17377/12218/10942</w:t>
        <w:br/>
        <w:t>f 17373/12213/10937 17409/12249/10964 17350/12190/10914</w:t>
        <w:br/>
        <w:t>f 17371/12211/10935 17349/12191/10915 17350/12190/10914</w:t>
        <w:br/>
        <w:t>f 17350/12190/10914 17409/12249/10964 17370/12212/10936</w:t>
        <w:br/>
        <w:t>f 17371/12211/10935 17350/12190/10914 17370/12212/10936</w:t>
        <w:br/>
        <w:t>f 17412/12250/10965 17411/12251/10966 17410/12252/10967</w:t>
        <w:br/>
        <w:t>f 17415/12253/10968 17414/12254/10969 17413/12255/10970</w:t>
        <w:br/>
        <w:t>f 17418/12256/10971 17417/12257/10972 17416/12258/10972</w:t>
        <w:br/>
        <w:t>f 17421/12259/10973 17420/12260/10974 17419/12261/10975</w:t>
        <w:br/>
        <w:t>f 17424/12262/10976 17423/12263/10977 17422/12264/10978</w:t>
        <w:br/>
        <w:t>f 17427/12265/10979 17426/12266/10980 17425/12267/10981</w:t>
        <w:br/>
        <w:t>f 17430/12268/10982 17429/12269/10983 17428/12270/10984</w:t>
        <w:br/>
        <w:t>f 17433/12271/10985 17432/12272/10986 17431/12273/10987</w:t>
        <w:br/>
        <w:t>f 17436/12274/10988 17435/12275/10989 17434/12276/10990</w:t>
        <w:br/>
        <w:t>f 17439/12277/10991 17438/12278/10992 17437/12279/10993</w:t>
        <w:br/>
        <w:t>f 17442/12280/10994 17441/12281/10995 17440/12282/10996</w:t>
        <w:br/>
        <w:t>f 17445/12283/10997 17444/12284/10998 17443/12285/10999</w:t>
        <w:br/>
        <w:t>f 17448/12286/11000 17447/12287/11001 17446/12288/11002</w:t>
        <w:br/>
        <w:t>f 17451/12289/11003 17450/12290/11004 17449/12291/11005</w:t>
        <w:br/>
        <w:t>f 17454/12292/11006 17453/12293/11007 17452/12294/11008</w:t>
        <w:br/>
        <w:t>f 17457/12295/11009 17456/12296/11010 17455/12297/11011</w:t>
        <w:br/>
        <w:t>f 17415/12253/10968 17459/12298/11012 17458/12299/11013</w:t>
        <w:br/>
        <w:t>f 17461/12300/11014 17460/12301/11015 17438/12278/10992</w:t>
        <w:br/>
        <w:t>f 17464/12302/11016 17463/12303/11017 17462/12304/11018</w:t>
        <w:br/>
        <w:t>f 17467/12305/11019 17466/12306/11020 17465/12307/11021</w:t>
        <w:br/>
        <w:t>f 17470/12308/11022 17469/12309/11023 17468/12310/11024</w:t>
        <w:br/>
        <w:t>f 17457/12295/11009 17455/12297/11011 17471/12311/11025</w:t>
        <w:br/>
        <w:t>f 17472/12312/11026 17457/12295/11009 17471/12311/11025</w:t>
        <w:br/>
        <w:t>f 17472/12312/11026 17438/12278/10992 17442/12280/10994</w:t>
        <w:br/>
        <w:t>f 17461/12300/11014 17438/12278/10992 17472/12312/11026</w:t>
        <w:br/>
        <w:t>f 17473/12313/11027 17461/12300/11014 17472/12312/11026</w:t>
        <w:br/>
        <w:t>f 17452/12294/11008 17415/12253/10968 17473/12313/11027</w:t>
        <w:br/>
        <w:t>f 17454/12292/11006 17452/12294/11008 17473/12313/11027</w:t>
        <w:br/>
        <w:t>f 17474/12314/11028 17454/12292/11006 17473/12313/11027</w:t>
        <w:br/>
        <w:t>f 17428/12270/11029 17475/12315/11030 17474/12314/11031</w:t>
        <w:br/>
        <w:t>f 17464/12302/11016 17428/12270/11029 17476/12316/11032</w:t>
        <w:br/>
        <w:t>f 17427/12265/10979 17464/12302/11016 17477/12317/11033</w:t>
        <w:br/>
        <w:t>f 17479/12318/11034 17478/12319/11035 17451/12289/11003</w:t>
        <w:br/>
        <w:t>f 17432/12272/10986 17480/12320/11036 17431/12273/10987</w:t>
        <w:br/>
        <w:t>f 17481/12321/11037 17423/12263/10977 17424/12262/10976</w:t>
        <w:br/>
        <w:t>f 17484/12322/11038 17483/12323/11039 17482/12324/11040</w:t>
        <w:br/>
        <w:t>f 17411/12251/10966 17485/12325/11041 17410/12252/10967</w:t>
        <w:br/>
        <w:t>f 17486/12326/11042 17466/12306/11020 17467/12305/11019</w:t>
        <w:br/>
        <w:t>f 17465/12307/11021 17466/12306/11020 17487/12327/11043</w:t>
        <w:br/>
        <w:t>f 17490/12328/11044 17489/12329/11045 17488/12330/11046</w:t>
        <w:br/>
        <w:t>f 17493/12331/11047 17492/12332/11048 17491/12333/11049</w:t>
        <w:br/>
        <w:t>f 17494/12334/11047 17493/12331/11047 17491/12333/11049</w:t>
        <w:br/>
        <w:t>f 17497/12335/11050 17496/12336/11051 17495/12337/11052</w:t>
        <w:br/>
        <w:t>f 17419/12261/10975 17420/12260/10974 17498/12338/11053</w:t>
        <w:br/>
        <w:t>f 17499/12339/11054 17419/12261/10975 17498/12338/11053</w:t>
        <w:br/>
        <w:t>f 17502/12340/11055 17501/12341/11056 17500/12342/11057</w:t>
        <w:br/>
        <w:t>f 17505/12343/11058 17504/12344/11059 17503/12345/11060</w:t>
        <w:br/>
        <w:t>f 17508/12346/11061 17507/12347/11062 17506/12348/11063</w:t>
        <w:br/>
        <w:t>f 17510/12349/11064 17432/12272/10986 17433/12271/10985</w:t>
        <w:br/>
        <w:t>f 17509/12350/11065 17510/12349/11064 17433/12271/10985</w:t>
        <w:br/>
        <w:t>f 17434/12276/10990 17511/12351/11066 17436/12274/10988</w:t>
        <w:br/>
        <w:t>f 17514/12352/11067 17513/12353/11068 17512/12354/11069</w:t>
        <w:br/>
        <w:t>f 17440/12282/10996 17441/12281/10995 17515/12355/11070</w:t>
        <w:br/>
        <w:t>f 17516/12356/11071 17440/12282/10996 17515/12355/11070</w:t>
        <w:br/>
        <w:t>f 17443/12285/10999 17515/12355/11072 17445/12283/10997</w:t>
        <w:br/>
        <w:t>f 17519/12357/11073 17518/12358/11074 17517/12359/11075</w:t>
        <w:br/>
        <w:t>f 17450/12290/11004 17520/12360/11076 17449/12291/11005</w:t>
        <w:br/>
        <w:t>f 17521/12361/11077 17419/12261/10975 17499/12339/11054</w:t>
        <w:br/>
        <w:t>f 17522/12362/11078 17521/12361/11077 17499/12339/11054</w:t>
        <w:br/>
        <w:t>f 17523/12363/11079 17453/12293/11007 17521/12361/11077</w:t>
        <w:br/>
        <w:t>f 17522/12362/11078 17523/12363/11079 17521/12361/11077</w:t>
        <w:br/>
        <w:t>f 17525/12364/11080 17524/12365/11080 17440/12282/10996</w:t>
        <w:br/>
        <w:t>f 17516/12356/11071 17525/12364/11080 17440/12282/10996</w:t>
        <w:br/>
        <w:t>f 17527/12366/11081 17526/12367/11082 17524/12365/11080</w:t>
        <w:br/>
        <w:t>f 17525/12364/11080 17527/12366/11081 17524/12365/11080</w:t>
        <w:br/>
        <w:t>f 17529/12368/11083 17528/12369/11084 17453/12293/11007</w:t>
        <w:br/>
        <w:t>f 17523/12363/11079 17529/12368/11083 17453/12293/11007</w:t>
        <w:br/>
        <w:t>f 17530/12370/11085 17493/12331/11047 17494/12334/11047</w:t>
        <w:br/>
        <w:t>f 17531/12371/11085 17530/12370/11085 17494/12334/11047</w:t>
        <w:br/>
        <w:t>f 17532/12372/11086 17490/12328/11044 17530/12370/11085</w:t>
        <w:br/>
        <w:t>f 17531/12371/11085 17532/12372/11086 17530/12370/11085</w:t>
        <w:br/>
        <w:t>f 17535/12373/11087 17534/12374/11088 17533/12375/11089</w:t>
        <w:br/>
        <w:t>f 17537/12376/11090 17536/12377/11091 17429/12269/10983</w:t>
        <w:br/>
        <w:t>f 17541/12378/11092 17540/12379/11092 17539/12380/11093</w:t>
        <w:br/>
        <w:t>f 17538/12381/11094 17541/12378/11092 17539/12380/11093</w:t>
        <w:br/>
        <w:t>f 17543/12382/11095 17542/12383/11095 17540/12379/11092</w:t>
        <w:br/>
        <w:t>f 17541/12378/11092 17543/12382/11095 17540/12379/11092</w:t>
        <w:br/>
        <w:t>f 17539/12380/11093 17503/12345/11060 17504/12344/11059</w:t>
        <w:br/>
        <w:t>f 17538/12381/11094 17539/12380/11093 17504/12344/11059</w:t>
        <w:br/>
        <w:t>f 17526/12367/11082 17527/12366/11081 17544/12384/11096</w:t>
        <w:br/>
        <w:t>f 17446/12288/11002 17546/12385/11097 17545/12386/11098</w:t>
        <w:br/>
        <w:t>f 17469/12309/11023 17446/12288/11002 17545/12386/11098</w:t>
        <w:br/>
        <w:t>f 17480/12320/11036 17432/12272/10986 17510/12349/11064</w:t>
        <w:br/>
        <w:t>f 17547/12387/11099 17480/12320/11036 17510/12349/11064</w:t>
        <w:br/>
        <w:t>f 17502/12340/11055 17500/12342/11057 17548/12388/11100</w:t>
        <w:br/>
        <w:t>f 17450/12290/11101 17550/12389/10900 17549/12390/11102</w:t>
        <w:br/>
        <w:t>f 17450/12290/11101 17549/12390/11102 17551/12391/11103</w:t>
        <w:br/>
        <w:t>f 17553/12392/11104 17552/12393/10943 17550/12389/10900</w:t>
        <w:br/>
        <w:t>f 17483/12323/11039 17495/12337/11105 17482/12324/11040</w:t>
        <w:br/>
        <w:t>f 17555/12394/11106 17533/12375/11089 17554/12395/11107</w:t>
        <w:br/>
        <w:t>f 17434/12276/10990 17556/12396/11108 17511/12351/11066</w:t>
        <w:br/>
        <w:t>f 17518/12358/11074 17488/12330/11046 17489/12329/11045</w:t>
        <w:br/>
        <w:t>f 17517/12359/11075 17518/12358/11074 17489/12329/11045</w:t>
        <w:br/>
        <w:t>f 17514/12352/11067 17558/12397/10953 17557/12398/11109</w:t>
        <w:br/>
        <w:t>f 17559/12399/11110 17544/12384/11096 17527/12366/11081</w:t>
        <w:br/>
        <w:t>f 17560/12400/11111 17559/12399/11110 17527/12366/11081</w:t>
        <w:br/>
        <w:t>f 17546/12385/11097 17446/12288/11002 17447/12287/11001</w:t>
        <w:br/>
        <w:t>f 17560/12400/11112 17546/12385/11097 17447/12287/11001</w:t>
        <w:br/>
        <w:t>f 17429/12269/10983 17508/12346/11061 17421/12259/10973</w:t>
        <w:br/>
        <w:t>f 17537/12376/11090 17430/12268/10982 17561/12401/11113</w:t>
        <w:br/>
        <w:t>f 17508/12346/11061 17429/12269/10983 17507/12347/11062</w:t>
        <w:br/>
        <w:t>f 17424/12262/10976 17548/12388/10952 17481/12321/11037</w:t>
        <w:br/>
        <w:t>f 17422/12264/10978 17562/12402/11114 17424/12262/10976</w:t>
        <w:br/>
        <w:t>f 17421/12259/10973 17419/12261/10975 17454/12292/11006</w:t>
        <w:br/>
        <w:t>f 17452/12294/11008 17453/12293/11007 17528/12369/11084</w:t>
        <w:br/>
        <w:t>f 17454/12292/11006 17419/12261/10975 17521/12361/11077</w:t>
        <w:br/>
        <w:t>f 17454/12292/11006 17521/12361/11077 17453/12293/11007</w:t>
        <w:br/>
        <w:t>f 17415/12253/10968 17413/12255/10970 17461/12300/11014</w:t>
        <w:br/>
        <w:t>f 17438/12278/10992 17460/12301/11015 17563/12403/11115</w:t>
        <w:br/>
        <w:t>f 17461/12300/11014 17413/12255/10970 17460/12301/11015</w:t>
        <w:br/>
        <w:t>f 17457/12295/11009 17440/12282/10996 17456/12296/11010</w:t>
        <w:br/>
        <w:t>f 17442/12280/10994 17440/12282/10996 17457/12295/11009</w:t>
        <w:br/>
        <w:t>f 17455/12297/11011 17456/12296/11010 17564/12404/11116</w:t>
        <w:br/>
        <w:t>f 17428/12270/11029 17462/12304/11018 17565/12405/11117</w:t>
        <w:br/>
        <w:t>f 17464/12302/11016 17425/12267/10981 17463/12303/11017</w:t>
        <w:br/>
        <w:t>f 17464/12302/11016 17462/12304/11018 17428/12270/11029</w:t>
        <w:br/>
        <w:t>f 17427/12265/10979 17425/12267/10981 17464/12302/11016</w:t>
        <w:br/>
        <w:t>f 17519/12357/11073 17567/12406/11118 17566/12407/11118</w:t>
        <w:br/>
        <w:t>f 17518/12358/11074 17519/12357/11073 17566/12407/11118</w:t>
        <w:br/>
        <w:t>f 17513/12353/11068 17514/12352/11067 17566/12407/11118</w:t>
        <w:br/>
        <w:t>f 17567/12406/11118 17513/12353/11068 17566/12407/11118</w:t>
        <w:br/>
        <w:t>f 17439/12277/10991 17442/12280/10994 17438/12278/10992</w:t>
        <w:br/>
        <w:t>f 17568/12408/11119 17442/12280/10994 17439/12277/10991</w:t>
        <w:br/>
        <w:t>f 17514/12352/11067 17512/12354/11069 17558/12397/10953</w:t>
        <w:br/>
        <w:t>f 17443/12285/10999 17444/12284/10998 17514/12352/11120</w:t>
        <w:br/>
        <w:t>f 17459/12298/11012 17452/12294/11008 17569/12409/11121</w:t>
        <w:br/>
        <w:t>f 17417/12257/10972 17570/12410/11122 17416/12258/10972</w:t>
        <w:br/>
        <w:t>f 17459/12298/11012 17415/12253/10968 17452/12294/11008</w:t>
        <w:br/>
        <w:t>f 17428/12270/10984 17429/12269/10983 17421/12259/10973</w:t>
        <w:br/>
        <w:t>f 17479/12318/11034 17571/12411/11123 17478/12319/11035</w:t>
        <w:br/>
        <w:t>f 17467/12305/11019 17465/12307/11021 17572/12412/11124</w:t>
        <w:br/>
        <w:t>f 17448/12286/11000 17573/12413/11125 17471/12311/11126</w:t>
        <w:br/>
        <w:t>f 17505/12343/11058 17520/12360/11076 17504/12344/11059</w:t>
        <w:br/>
        <w:t>f 17553/12392/11104 17550/12389/10900 17450/12290/11101</w:t>
        <w:br/>
        <w:t>f 17451/12289/11003 17478/12319/11035 17450/12290/11004</w:t>
        <w:br/>
        <w:t>f 17442/12280/10994 17457/12295/11009 17472/12312/11026</w:t>
        <w:br/>
        <w:t>f 17415/12253/10968 17461/12300/11014 17473/12313/11027</w:t>
        <w:br/>
        <w:t>f 17421/12259/10973 17454/12292/11006 17474/12314/11028</w:t>
        <w:br/>
        <w:t>f 17464/12302/11016 17476/12316/11032 17477/12317/11033</w:t>
        <w:br/>
        <w:t>f 17556/12396/11127 17574/12414/11128 17555/12394/11106</w:t>
        <w:br/>
        <w:t>f 17554/12395/11107 17556/12396/11127 17555/12394/11106</w:t>
        <w:br/>
        <w:t>f 17482/12324/11129 17533/12375/11089 17555/12394/11106</w:t>
        <w:br/>
        <w:t>f 17507/12347/11062 17429/12269/10983 17536/12377/11091</w:t>
        <w:br/>
        <w:t>f 17537/12376/11090 17429/12269/10983 17430/12268/10982</w:t>
        <w:br/>
        <w:t>f 17446/12288/11002 17573/12413/11125 17448/12286/11000</w:t>
        <w:br/>
        <w:t>f 17446/12288/11002 17470/12308/11022 17573/12413/11125</w:t>
        <w:br/>
        <w:t>f 17476/12316/11032 17428/12270/11029 17474/12314/11031</w:t>
        <w:br/>
        <w:t>f 17577/12415/11130 17576/12416/11130 17575/12417/11131</w:t>
        <w:br/>
        <w:t>f 17578/12418/11132 17577/12415/11130 17575/12417/11131</w:t>
        <w:br/>
        <w:t>f 17580/12419/11133 17469/12309/11023 17545/12386/11098</w:t>
        <w:br/>
        <w:t>f 17579/12420/11133 17580/12419/11133 17545/12386/11098</w:t>
        <w:br/>
        <w:t>f 17470/12308/11022 17446/12288/11002 17469/12309/11023</w:t>
        <w:br/>
        <w:t>f 17511/12351/11066 17581/12421/11134 17436/12274/10988</w:t>
        <w:br/>
        <w:t>f 17495/12337/11105 17534/12374/11135 17482/12324/11040</w:t>
        <w:br/>
        <w:t>f 17928/12422/11136 17927/12423/11137 17926/12424/11138</w:t>
        <w:br/>
        <w:t>f 17931/12425/11139 17930/12426/11140 17929/12427/11141</w:t>
        <w:br/>
        <w:t>f 17934/12428/11142 17933/12429/11143 17932/12430/11144</w:t>
        <w:br/>
        <w:t>f 17937/12431/11145 17936/12432/11146 17935/12433/11147</w:t>
        <w:br/>
        <w:t>f 17940/12434/11148 17939/12435/11149 17938/12436/11150</w:t>
        <w:br/>
        <w:t>f 17943/12437/11151 17942/12438/11151 17941/12439/11152</w:t>
        <w:br/>
        <w:t>f 17936/12432/11146 17944/12440/11153 17935/12433/11147</w:t>
        <w:br/>
        <w:t>f 17945/12441/11154 17927/12423/11137 17933/12429/11143</w:t>
        <w:br/>
        <w:t>f 17926/12424/11138 17927/12423/11137 17945/12441/11154</w:t>
        <w:br/>
        <w:t>f 17929/12427/11141 17926/12424/11138 17945/12441/11154</w:t>
        <w:br/>
        <w:t>f 17933/12429/11143 17929/12427/11141 17945/12441/11154</w:t>
        <w:br/>
        <w:t>f 17936/12432/11146 17947/12442/11155 17946/12443/11156</w:t>
        <w:br/>
        <w:t>f 17946/12443/11156 17940/12434/11148 17938/12436/11150</w:t>
        <w:br/>
        <w:t>f 17946/12443/11156 17938/12436/11150 17941/12439/11152</w:t>
        <w:br/>
        <w:t>f 17946/12443/11156 17941/12439/11152 17936/12432/11146</w:t>
        <w:br/>
        <w:t>f 17931/12425/11139 17948/12444/11157 17926/12424/11138</w:t>
        <w:br/>
        <w:t>f 17928/12422/11136 17926/12424/11138 17948/12444/11157</w:t>
        <w:br/>
        <w:t>f 17928/12422/11136 17949/12445/11158 17927/12423/11137</w:t>
        <w:br/>
        <w:t>f 17933/12429/11143 17950/12446/11153 17929/12427/11141</w:t>
        <w:br/>
        <w:t>f 17934/12428/11142 17927/12423/11137 17949/12445/11158</w:t>
        <w:br/>
        <w:t>f 17951/12447/11159 17933/12429/11143 17934/12428/11142</w:t>
        <w:br/>
        <w:t>f 17951/12447/11159 17950/12446/11153 17933/12429/11143</w:t>
        <w:br/>
        <w:t>f 17929/12427/11141 17950/12446/11153 17952/12448/11160</w:t>
        <w:br/>
        <w:t>f 17931/12425/11139 17929/12427/11141 17952/12448/11160</w:t>
        <w:br/>
        <w:t>f 17937/12431/11145 17947/12442/11155 17936/12432/11146</w:t>
        <w:br/>
        <w:t>f 17941/12439/11152 17944/12440/11153 17936/12432/11146</w:t>
        <w:br/>
        <w:t>f 17941/12439/11152 17954/12449/11161 17953/12450/11160</w:t>
        <w:br/>
        <w:t>f 17941/12439/11152 17953/12450/11160 17944/12440/11153</w:t>
        <w:br/>
        <w:t>f 17938/12436/11162 17956/12451/11136 17955/12452/11163</w:t>
        <w:br/>
        <w:t>f 17938/12436/11162 17955/12452/11163 17954/12449/11139</w:t>
        <w:br/>
        <w:t>f 17958/12453/11164 17957/12454/11158 17947/12442/11155</w:t>
        <w:br/>
        <w:t>f 17940/12434/11165 17957/12454/11158 17956/12451/11136</w:t>
        <w:br/>
        <w:t>f 18761/12455/11166 18760/12456/11167 18759/12457/11168</w:t>
        <w:br/>
        <w:t>f 18762/12458/11169 18761/12455/11166 18759/12457/11168</w:t>
        <w:br/>
        <w:t>f 18761/12455/11166 18764/12459/11170 18763/12460/11171</w:t>
        <w:br/>
        <w:t>f 18760/12456/11167 18761/12455/11166 18763/12460/11171</w:t>
        <w:br/>
        <w:t>f 18760/12456/11167 18763/12460/11171 18765/12461/11172</w:t>
        <w:br/>
        <w:t>f 18766/12462/11173 18760/12456/11167 18765/12461/11172</w:t>
        <w:br/>
        <w:t>f 18768/12463/11174 18767/12464/11175 18766/12462/11173</w:t>
        <w:br/>
        <w:t>f 18765/12461/11172 18768/12463/11174 18766/12462/11173</w:t>
        <w:br/>
        <w:t>f 18770/12465/11176 18769/12466/11176 18759/12457/11168</w:t>
        <w:br/>
        <w:t>f 18760/12456/11167 18770/12465/11176 18759/12457/11168</w:t>
        <w:br/>
        <w:t>f 18774/12467/11177 18773/12468/11178 18772/12469/11179</w:t>
        <w:br/>
        <w:t>f 18771/12470/11180 18774/12467/11177 18772/12469/11179</w:t>
        <w:br/>
        <w:t>f 18773/12468/11178 18776/12471/11181 18775/12472/11182</w:t>
        <w:br/>
        <w:t>f 18772/12469/11179 18773/12468/11178 18775/12472/11182</w:t>
        <w:br/>
        <w:t>f 18772/12469/11179 18775/12472/11182 18778/12473/11183</w:t>
        <w:br/>
        <w:t>f 18777/12474/11184 18772/12469/11179 18778/12473/11183</w:t>
        <w:br/>
        <w:t>f 18782/12475/11185 18781/12476/11186 18780/12477/11187</w:t>
        <w:br/>
        <w:t>f 18779/12478/11188 18782/12475/11185 18780/12477/11187</w:t>
        <w:br/>
        <w:t>f 18779/12478/11188 18768/12463/11174 18765/12461/11172</w:t>
        <w:br/>
        <w:t>f 18782/12475/11185 18779/12478/11188 18765/12461/11172</w:t>
        <w:br/>
        <w:t>f 18784/12479/11189 18777/12474/11184 18778/12473/11183</w:t>
        <w:br/>
        <w:t>f 18783/12480/11190 18784/12479/11189 18778/12473/11183</w:t>
        <w:br/>
        <w:t>f 18771/12470/11180 18772/12469/11179 18777/12474/11184</w:t>
        <w:br/>
        <w:t>f 18785/12481/11191 18771/12470/11180 18777/12474/11184</w:t>
        <w:br/>
        <w:t>f 18788/12482/11192 18787/12483/11192 18786/12484/11193</w:t>
        <w:br/>
        <w:t>f 18789/12485/11193 18788/12482/11192 18786/12484/11193</w:t>
        <w:br/>
        <w:t>f 18763/12460/11171 18790/12486/11194 18782/12475/11185</w:t>
        <w:br/>
        <w:t>f 18765/12461/11172 18763/12460/11171 18782/12475/11185</w:t>
        <w:br/>
        <w:t>f 18782/12475/11185 18790/12486/11194 18791/12487/11195</w:t>
        <w:br/>
        <w:t>f 18781/12476/11186 18782/12475/11185 18791/12487/11195</w:t>
        <w:br/>
        <w:t>f 18793/12488/11196 18792/12489/11197 18781/12476/11186</w:t>
        <w:br/>
        <w:t>f 18791/12487/11195 18793/12488/11196 18781/12476/11186</w:t>
        <w:br/>
        <w:t>f 18796/12490/11198 18795/12491/11199 18794/12492/11200</w:t>
        <w:br/>
        <w:t>f 18797/12493/11201 18796/12490/11198 18794/12492/11200</w:t>
        <w:br/>
        <w:t>f 18799/12494/11202 18798/12495/11203 18792/12489/11197</w:t>
        <w:br/>
        <w:t>f 18793/12488/11196 18799/12494/11202 18792/12489/11197</w:t>
        <w:br/>
        <w:t>f 18801/12496/11204 18795/12491/11199 18800/12497/11205</w:t>
        <w:br/>
        <w:t>f 18802/12498/11206 18801/12496/11204 18800/12497/11205</w:t>
        <w:br/>
        <w:t>f 18803/12499/11207 18800/12497/11205 18795/12491/11199</w:t>
        <w:br/>
        <w:t>f 18796/12490/11198 18803/12499/11207 18795/12491/11199</w:t>
        <w:br/>
        <w:t>f 18805/12500/11208 18804/12501/11209 18800/12497/11205</w:t>
        <w:br/>
        <w:t>f 18803/12499/11207 18805/12500/11208 18800/12497/11205</w:t>
        <w:br/>
        <w:t>f 18792/12489/11197 18798/12495/11203 18807/12502/11210</w:t>
        <w:br/>
        <w:t>f 18806/12503/11211 18792/12489/11197 18807/12502/11210</w:t>
        <w:br/>
        <w:t>f 18795/12491/11199 18801/12496/11204 18807/12502/11210</w:t>
        <w:br/>
        <w:t>f 18794/12492/11200 18795/12491/11199 18807/12502/11210</w:t>
        <w:br/>
        <w:t>f 18811/12504/11212 18810/12505/11213 18809/12506/11214</w:t>
        <w:br/>
        <w:t>f 18808/12507/11215 18811/12504/11212 18809/12506/11214</w:t>
        <w:br/>
        <w:t>f 18814/12508/11216 18813/12509/11217 18812/12510/11218</w:t>
        <w:br/>
        <w:t>f 18815/12511/11219 18814/12508/11216 18812/12510/11218</w:t>
        <w:br/>
        <w:t>f 18808/12507/11215 18817/12512/11220 18816/12513/11221</w:t>
        <w:br/>
        <w:t>f 18811/12504/11212 18808/12507/11215 18816/12513/11221</w:t>
        <w:br/>
        <w:t>f 18797/12493/11201 18819/12514/11222 18818/12515/11223</w:t>
        <w:br/>
        <w:t>f 18796/12490/11198 18797/12493/11201 18818/12515/11223</w:t>
        <w:br/>
        <w:t>f 18793/12488/11196 18821/12516/11224 18820/12517/11225</w:t>
        <w:br/>
        <w:t>f 18799/12494/11202 18793/12488/11196 18820/12517/11225</w:t>
        <w:br/>
        <w:t>f 18825/12518/11226 18824/12519/11227 18823/12520/11228</w:t>
        <w:br/>
        <w:t>f 18822/12521/11229 18825/12518/11226 18823/12520/11228</w:t>
        <w:br/>
        <w:t>f 18826/12522/11230 18823/12520/11231 18818/12515/11223</w:t>
        <w:br/>
        <w:t>f 18819/12514/11222 18826/12522/11230 18818/12515/11223</w:t>
        <w:br/>
        <w:t>f 18821/12516/11224 18827/12523/11232 18826/12522/11230</w:t>
        <w:br/>
        <w:t>f 18819/12514/11222 18821/12516/11224 18826/12522/11230</w:t>
        <w:br/>
        <w:t>f 18829/12524/11233 18828/12525/11234 18811/12504/11212</w:t>
        <w:br/>
        <w:t>f 18816/12513/11221 18829/12524/11233 18811/12504/11212</w:t>
        <w:br/>
        <w:t>f 18815/12511/11219 18812/12510/11218 18831/12526/11235</w:t>
        <w:br/>
        <w:t>f 18830/12527/11236 18815/12511/11219 18831/12526/11235</w:t>
        <w:br/>
        <w:t>f 18828/12525/11234 18832/12528/11237 18810/12505/11213</w:t>
        <w:br/>
        <w:t>f 18811/12504/11212 18828/12525/11234 18810/12505/11213</w:t>
        <w:br/>
        <w:t>f 18825/12518/11226 18803/12499/11207 18796/12490/11198</w:t>
        <w:br/>
        <w:t>f 18818/12515/11223 18825/12518/11226 18796/12490/11198</w:t>
        <w:br/>
        <w:t>f 18805/12500/11208 18803/12499/11207 18825/12518/11226</w:t>
        <w:br/>
        <w:t>f 18822/12521/11229 18805/12500/11208 18825/12518/11226</w:t>
        <w:br/>
        <w:t>f 18791/12487/11195 18833/12529/11238 18821/12516/11224</w:t>
        <w:br/>
        <w:t>f 18793/12488/11196 18791/12487/11195 18821/12516/11224</w:t>
        <w:br/>
        <w:t>f 18827/12523/11232 18821/12516/11224 18833/12529/11238</w:t>
        <w:br/>
        <w:t>f 18834/12530/11239 18827/12523/11232 18833/12529/11238</w:t>
        <w:br/>
        <w:t>f 18784/12479/11189 18815/12511/11219 18830/12527/11236</w:t>
        <w:br/>
        <w:t>f 18835/12531/11240 18784/12479/11189 18830/12527/11236</w:t>
        <w:br/>
        <w:t>f 18784/12479/11189 18835/12531/11240 18785/12481/11191</w:t>
        <w:br/>
        <w:t>f 18777/12474/11184 18784/12479/11189 18785/12481/11191</w:t>
        <w:br/>
        <w:t>f 18837/12532/11241 18836/12533/11242 18834/12530/11239</w:t>
        <w:br/>
        <w:t>f 18833/12529/11238 18837/12532/11241 18834/12530/11239</w:t>
        <w:br/>
        <w:t>f 18838/12534/11243 18833/12529/11238 18791/12487/11195</w:t>
        <w:br/>
        <w:t>f 18790/12486/11194 18838/12534/11243 18791/12487/11195</w:t>
        <w:br/>
        <w:t>f 18764/12459/11170 18838/12534/11243 18790/12486/11194</w:t>
        <w:br/>
        <w:t>f 18763/12460/11171 18764/12459/11170 18790/12486/11194</w:t>
        <w:br/>
        <w:t>f 18786/12484/11193 18836/12533/11242 18837/12532/11241</w:t>
        <w:br/>
        <w:t>f 18789/12485/11193 18786/12484/11193 18837/12532/11241</w:t>
        <w:br/>
        <w:t>f 18806/12503/11211 18780/12477/11187 18781/12476/11186</w:t>
        <w:br/>
        <w:t>f 18792/12489/11197 18806/12503/11211 18781/12476/11186</w:t>
        <w:br/>
        <w:t>f 18783/12480/11190 18814/12508/11216 18815/12511/11219</w:t>
        <w:br/>
        <w:t>f 18784/12479/11189 18783/12480/11190 18815/12511/11219</w:t>
        <w:br/>
        <w:t>f 18842/12535/11244 18841/12536/11245 18840/12537/11246</w:t>
        <w:br/>
        <w:t>f 18839/12538/11247 18842/12535/11244 18840/12537/11246</w:t>
        <w:br/>
        <w:t>f 18844/12539/11248 18843/12540/11249 18839/12538/11247</w:t>
        <w:br/>
        <w:t>f 18840/12537/11246 18844/12539/11248 18839/12538/11247</w:t>
        <w:br/>
        <w:t>f 18848/12541/11250 18847/12542/11251 18846/12543/11252</w:t>
        <w:br/>
        <w:t>f 18845/12544/11253 18848/12541/11250 18846/12543/11252</w:t>
        <w:br/>
        <w:t>f 18852/12545/11254 18851/12546/11255 18850/12547/11256</w:t>
        <w:br/>
        <w:t>f 18849/12548/11257 18852/12545/11254 18850/12547/11256</w:t>
        <w:br/>
        <w:t>f 18839/12538/11247 18843/12540/11249 18853/12549/11258</w:t>
        <w:br/>
        <w:t>f 18854/12550/11259 18839/12538/11247 18853/12549/11258</w:t>
        <w:br/>
        <w:t>f 18839/12538/11247 18854/12550/11259 18849/12548/11260</w:t>
        <w:br/>
        <w:t>f 18842/12535/11244 18839/12538/11247 18849/12548/11260</w:t>
        <w:br/>
        <w:t>f 18853/12549/11258 18855/12551/11261 18845/12544/11253</w:t>
        <w:br/>
        <w:t>f 18846/12543/11252 18853/12549/11258 18845/12544/11253</w:t>
        <w:br/>
        <w:t>f 18848/12541/11250 18857/12552/11255 18856/12553/11262</w:t>
        <w:br/>
        <w:t>f 18847/12542/11251 18848/12541/11250 18856/12553/11262</w:t>
        <w:br/>
        <w:t>f 18860/12554/11263 18859/12555/11264 18858/12556/11259</w:t>
        <w:br/>
        <w:t>f 18861/12557/11252 18860/12554/11263 18858/12556/11259</w:t>
        <w:br/>
        <w:t>f 18863/12558/11265 18862/12559/11266 18848/12541/11250</w:t>
        <w:br/>
        <w:t>f 18845/12544/11253 18863/12558/11265 18848/12541/11250</w:t>
        <w:br/>
        <w:t>f 18845/12544/11253 18855/12551/11261 18864/12560/11267</w:t>
        <w:br/>
        <w:t>f 18863/12558/11265 18845/12544/11253 18864/12560/11267</w:t>
        <w:br/>
        <w:t>f 18865/12561/11268 18848/12541/11250 18862/12559/11266</w:t>
        <w:br/>
        <w:t>f 18866/12562/11268 18865/12561/11268 18862/12559/11266</w:t>
        <w:br/>
        <w:t>f 18841/12536/11245 18842/12535/11244 18868/12563/11269</w:t>
        <w:br/>
        <w:t>f 18867/12564/11269 18841/12536/11245 18868/12563/11269</w:t>
        <w:br/>
        <w:t>f 18870/12565/11270 18869/12566/11271 18840/12537/11246</w:t>
        <w:br/>
        <w:t>f 18841/12536/11245 18870/12565/11270 18840/12537/11246</w:t>
        <w:br/>
        <w:t>f 18872/12567/11272 18870/12565/11270 18841/12536/11245</w:t>
        <w:br/>
        <w:t>f 18871/12568/11273 18872/12567/11272 18841/12536/11245</w:t>
        <w:br/>
        <w:t>f 18873/12569/11274 18844/12539/11248 18840/12537/11246</w:t>
        <w:br/>
        <w:t>f 18869/12566/11271 18873/12569/11274 18840/12537/11246</w:t>
        <w:br/>
        <w:t>f 18875/12570/11275 18874/12571/11276 18862/12559/11266</w:t>
        <w:br/>
        <w:t>f 18863/12558/11265 18875/12570/11275 18862/12559/11266</w:t>
        <w:br/>
        <w:t>f 18873/12569/11274 18875/12570/11275 18863/12558/11265</w:t>
        <w:br/>
        <w:t>f 18864/12560/11267 18873/12569/11274 18863/12558/11265</w:t>
        <w:br/>
        <w:t>f 18877/12572/11272 18876/12573/11273 18862/12559/11266</w:t>
        <w:br/>
        <w:t>f 18874/12571/11276 18877/12572/11272 18862/12559/11266</w:t>
        <w:br/>
        <w:t>f 18880/12574/11275 18879/12575/11274 18878/12576/11271</w:t>
        <w:br/>
        <w:t>f 18883/12577/11277 18882/12578/11278 18881/12579/11279</w:t>
        <w:br/>
        <w:t>f 18883/12577/11277 18880/12574/11275 18878/12576/11271</w:t>
        <w:br/>
        <w:t>f 18882/12578/11278 18883/12577/11277 18878/12576/11271</w:t>
        <w:br/>
        <w:t>f 18861/12557/11252 18858/12556/11259 18884/12580/11258</w:t>
        <w:br/>
        <w:t>f 18859/12555/11264 18860/12554/11263 18885/12581/11262</w:t>
        <w:br/>
        <w:t>f 18889/12582/11280 18888/12583/11281 18887/12584/11281</w:t>
        <w:br/>
        <w:t>f 18886/12585/11280 18889/12582/11280 18887/12584/11281</w:t>
        <w:br/>
        <w:t>f 18889/12582/11280 18886/12585/11280 18890/12586/11282</w:t>
        <w:br/>
        <w:t>f 18891/12587/11283 18889/12582/11280 18890/12586/11282</w:t>
        <w:br/>
        <w:t>f 18893/12588/11284 18892/12589/11285 18887/12584/11281</w:t>
        <w:br/>
        <w:t>f 18888/12583/11281 18893/12588/11284 18887/12584/11281</w:t>
        <w:br/>
        <w:t>f 18896/12590/11286 18895/12591/11287 18894/12592/11288</w:t>
        <w:br/>
        <w:t>f 18897/12593/11289 18896/12590/11286 18894/12592/11288</w:t>
        <w:br/>
        <w:t>f 18900/12594/11290 18899/12595/11291 18898/12596/11292</w:t>
        <w:br/>
        <w:t>f 18901/12597/11293 18900/12594/11290 18898/12596/11292</w:t>
        <w:br/>
        <w:t>f 18903/12598/11294 18902/12599/11295 18899/12595/11291</w:t>
        <w:br/>
        <w:t>f 18900/12594/11290 18903/12598/11294 18899/12595/11291</w:t>
        <w:br/>
        <w:t>f 18905/12600/11296 18904/12601/11296 18902/12599/11295</w:t>
        <w:br/>
        <w:t>f 18903/12598/11294 18905/12600/11296 18902/12599/11295</w:t>
        <w:br/>
        <w:t>f 18905/12600/11296 18907/12602/11297 18906/12603/11298</w:t>
        <w:br/>
        <w:t>f 18904/12601/11296 18905/12600/11296 18906/12603/11298</w:t>
        <w:br/>
        <w:t>f 18910/12604/11299 18909/12605/11300 18908/12606/11301</w:t>
        <w:br/>
        <w:t>f 18913/12607/11302 18909/12605/11303 18912/12608/11304</w:t>
        <w:br/>
        <w:t>f 18911/12609/11305 18913/12607/11302 18912/12608/11304</w:t>
        <w:br/>
        <w:t>f 18911/12609/11305 18914/12610/11306 18913/12607/11302</w:t>
        <w:br/>
        <w:t>f 18901/12597/11293 18898/12596/11292 18895/12591/11287</w:t>
        <w:br/>
        <w:t>f 18896/12590/11286 18901/12597/11293 18895/12591/11287</w:t>
        <w:br/>
        <w:t>f 18917/12611/11307 18916/12612/11308 18915/12613/11309</w:t>
        <w:br/>
        <w:t>f 18917/12611/11307 18915/12613/11309 18918/12614/11310</w:t>
        <w:br/>
        <w:t>f 18919/12615/11311 18909/12605/11300 18917/12611/11307</w:t>
        <w:br/>
        <w:t>f 18918/12614/11310 18919/12615/11311 18917/12611/11307</w:t>
        <w:br/>
        <w:t>f 18909/12605/11300 18919/12615/11311 18908/12606/11301</w:t>
        <w:br/>
        <w:t>f 18922/12616/11312 18921/12617/11313 18920/12618/11314</w:t>
        <w:br/>
        <w:t>f 18925/12619/11315 18924/12620/11316 18923/12621/11317</w:t>
        <w:br/>
        <w:t>f 18924/12620/11316 18926/12622/11318 18920/12618/11314</w:t>
        <w:br/>
        <w:t>f 18921/12617/11313 18924/12620/11316 18920/12618/11314</w:t>
        <w:br/>
        <w:t>f 18927/12623/11319 18921/12617/11313 18922/12616/11312</w:t>
        <w:br/>
        <w:t>f 18931/12624/11320 18930/12625/11321 18929/12626/11321</w:t>
        <w:br/>
        <w:t>f 18928/12627/11320 18931/12624/11320 18929/12626/11321</w:t>
        <w:br/>
        <w:t>f 18929/12626/11321 18930/12625/11321 18932/12628/11322</w:t>
        <w:br/>
        <w:t>f 18923/12621/11317 18924/12620/11316 18933/12629/11323</w:t>
        <w:br/>
        <w:t>f 18925/12619/11315 18926/12622/11318 18924/12620/11316</w:t>
        <w:br/>
        <w:t>f 18933/12629/11323 18924/12620/11316 18932/12628/11324</w:t>
        <w:br/>
        <w:t>f 18927/12623/11325 18931/12624/11320 18928/12627/11320</w:t>
        <w:br/>
        <w:t>f 18912/12608/11304 18909/12605/11303 18934/12630/11326</w:t>
        <w:br/>
        <w:t>f 18913/12607/11302 18936/12631/11327 18935/12632/11328</w:t>
        <w:br/>
        <w:t>f 18913/12607/11302 18935/12632/11328 18916/12612/11329</w:t>
        <w:br/>
        <w:t>f 18959/12633/11330 18958/12634/11331 18957/12635/11332</w:t>
        <w:br/>
        <w:t>f 18962/12636/11333 18961/12637/11334 18959/12633/11330</w:t>
        <w:br/>
        <w:t>f 18960/12638/11335 18962/12636/11333 18959/12633/11330</w:t>
        <w:br/>
        <w:t>f 18962/12636/11333 18964/12639/11336 18963/12640/11337</w:t>
        <w:br/>
        <w:t>f 18961/12637/11334 18962/12636/11333 18963/12640/11337</w:t>
        <w:br/>
        <w:t>f 18964/12639/11336 18966/12641/11338 18965/12642/11339</w:t>
        <w:br/>
        <w:t>f 18963/12640/11337 18964/12639/11336 18965/12642/11339</w:t>
        <w:br/>
        <w:t>f 18979/12643/11340 18978/12644/11341 18977/12645/11342</w:t>
        <w:br/>
        <w:t>f 18976/12646/11343 18979/12643/11340 18977/12645/11342</w:t>
        <w:br/>
        <w:t>f 18979/12643/11340 18976/12646/11343 18980/12647/11344</w:t>
        <w:br/>
        <w:t>f 18981/12648/11345 18979/12643/11340 18980/12647/11344</w:t>
        <w:br/>
        <w:t>f 18983/12649/11346 18982/12650/11347 18977/12645/11342</w:t>
        <w:br/>
        <w:t>f 18978/12644/11341 18983/12649/11346 18977/12645/11342</w:t>
        <w:br/>
        <w:t>f 18982/12650/11347 18983/12649/11346 18984/12651/11348</w:t>
        <w:br/>
        <w:t>f 18980/12647/11344 18992/12652/11349 18991/12653/11349</w:t>
        <w:br/>
        <w:t>f 18981/12648/11345 18980/12647/11344 18991/12653/11349</w:t>
        <w:br/>
        <w:t>f 19005/12654/11350 19004/12655/11351 19003/12656/11352</w:t>
        <w:br/>
        <w:t>f 19002/12657/11353 19005/12654/11350 19003/12656/11352</w:t>
        <w:br/>
        <w:t>f 19005/12654/11350 19007/12658/11354 19006/12659/11355</w:t>
        <w:br/>
        <w:t>f 19010/12660/11356 19009/12661/11357 19008/12662/11357</w:t>
        <w:br/>
        <w:t>f 19006/12659/11355 19010/12660/11356 19008/12662/11357</w:t>
        <w:br/>
        <w:t>f 19012/12663/11358 19011/12664/11358 19008/12662/11357</w:t>
        <w:br/>
        <w:t>f 19009/12661/11357 19012/12663/11358 19008/12662/11357</w:t>
        <w:br/>
        <w:t>f 19021/12665/11359 19020/12666/11360 19019/12667/11361</w:t>
        <w:br/>
        <w:t>f 19018/12668/11362 19021/12665/11359 19019/12667/11361</w:t>
        <w:br/>
        <w:t>f 19023/12669/11363 19021/12665/11359 19018/12668/11362</w:t>
        <w:br/>
        <w:t>f 19022/12670/11364 19023/12669/11363 19018/12668/11362</w:t>
        <w:br/>
        <w:t>f 19033/12671/11365 19032/12672/11366 19022/12670/11364</w:t>
        <w:br/>
        <w:t>f 19036/12673/11367 19035/12674/11368 19034/12675/11369</w:t>
        <w:br/>
        <w:t>f 19033/12671/11365 19036/12673/11367 19034/12675/11369</w:t>
        <w:br/>
        <w:t>f 19035/12674/11368 19036/12673/11367 18965/12642/11339</w:t>
        <w:br/>
        <w:t>f 18966/12641/11338 19035/12674/11368 18965/12642/11339</w:t>
        <w:br/>
        <w:t>f 19011/12664/11358 19012/12663/11358 18991/12653/11349</w:t>
        <w:br/>
        <w:t>f 18992/12652/11349 19011/12664/11358 18991/12653/11349</w:t>
        <w:br/>
        <w:t>f 19006/12659/11355 19007/12658/11354 19010/12660/11356</w:t>
        <w:br/>
        <w:t>f 19023/12669/11363 19022/12670/11364 19032/12672/11366</w:t>
        <w:br/>
        <w:t>f 18984/12651/11348 19003/12656/11352 19004/12655/11351</w:t>
        <w:br/>
        <w:t>f 18982/12650/11347 18984/12651/11348 19004/12655/11351</w:t>
        <w:br/>
        <w:t>f 19019/12667/11361 19044/12676/11370 18958/12634/11331</w:t>
        <w:br/>
        <w:t>f 18957/12635/11332 18958/12634/11331 19044/12676/11370</w:t>
        <w:br/>
        <w:t>f 18959/12633/11330 18957/12635/11332 18960/12638/11335</w:t>
        <w:br/>
        <w:t>f 19020/12666/11360 19044/12676/11370 19019/12667/11361</w:t>
        <w:br/>
        <w:t>f 19034/12675/11369 19032/12672/11366 19033/12671/11365</w:t>
        <w:br/>
        <w:t>f 19002/12657/11353 19007/12658/11354 19005/12654/11350</w:t>
        <w:br/>
        <w:t>f 19144/12677/11371 19143/12678/11372 19142/12679/11373</w:t>
        <w:br/>
        <w:t>f 19147/12680/11374 19146/12681/11375 19145/12682/11376</w:t>
        <w:br/>
        <w:t>f 19149/12683/11377 19146/12681/11375 19148/12684/11378</w:t>
        <w:br/>
        <w:t>f 19145/12682/11376 19146/12681/11375 19149/12683/11377</w:t>
        <w:br/>
        <w:t>f 19143/12678/11372 19144/12677/11371 19150/12685/11379</w:t>
        <w:br/>
        <w:t>f 19151/12686/11380 19143/12678/11372 19150/12685/11379</w:t>
        <w:br/>
        <w:t>f 19149/12683/11377 19143/12678/11372 19151/12686/11380</w:t>
        <w:br/>
        <w:t>f 19152/12687/11381 19149/12683/11377 19151/12686/11380</w:t>
        <w:br/>
        <w:t>f 19150/12685/11379 19144/12677/11371 19154/12688/11382</w:t>
        <w:br/>
        <w:t>f 19153/12689/11383 19150/12685/11379 19154/12688/11382</w:t>
        <w:br/>
        <w:t>f 19158/12690/11384 19157/12691/11385 19156/12692/11386</w:t>
        <w:br/>
        <w:t>f 19155/12693/11387 19158/12690/11384 19156/12692/11386</w:t>
        <w:br/>
        <w:t>f 19162/12694/11388 19161/12695/11389 19160/12696/11390</w:t>
        <w:br/>
        <w:t>f 19159/12697/11391 19162/12694/11388 19160/12696/11390</w:t>
        <w:br/>
        <w:t>f 19164/12698/11392 19163/12699/11393 19157/12691/11385</w:t>
        <w:br/>
        <w:t>f 19158/12690/11384 19164/12698/11392 19157/12691/11385</w:t>
        <w:br/>
        <w:t>f 19167/12700/11394 19166/12701/11395 19165/12702/11396</w:t>
        <w:br/>
        <w:t>f 19168/12703/11397 19167/12700/11394 19165/12702/11396</w:t>
        <w:br/>
        <w:t>f 19147/12680/11374 19170/12704/11398 19169/12705/11399</w:t>
        <w:br/>
        <w:t>f 19160/12696/11390 19165/12702/11396 19166/12701/11395</w:t>
        <w:br/>
        <w:t>f 19159/12697/11391 19160/12696/11390 19166/12701/11395</w:t>
        <w:br/>
        <w:t>f 19170/12704/11398 19147/12680/11374 19145/12682/11376</w:t>
        <w:br/>
        <w:t>f 19171/12706/11400 19170/12704/11398 19145/12682/11376</w:t>
        <w:br/>
        <w:t>f 19145/12682/11376 19149/12683/11377 19152/12687/11381</w:t>
        <w:br/>
        <w:t>f 19171/12706/11400 19145/12682/11376 19152/12687/11381</w:t>
        <w:br/>
        <w:t>f 19155/12693/11387 19156/12692/11386 19161/12695/11389</w:t>
        <w:br/>
        <w:t>f 19162/12694/11388 19155/12693/11387 19161/12695/11389</w:t>
        <w:br/>
        <w:t>f 19174/12707/11401 19173/12708/11402 19172/12709/11403</w:t>
        <w:br/>
        <w:t>f 19173/12708/11402 19174/12707/11401 19175/12710/11404</w:t>
        <w:br/>
        <w:t>f 19177/12711/11405 19176/12712/11406 19175/12710/11404</w:t>
        <w:br/>
        <w:t>f 19174/12707/11401 19177/12711/11405 19175/12710/11404</w:t>
        <w:br/>
        <w:t>f 19176/12712/11406 19179/12713/11407 19178/12714/11408</w:t>
        <w:br/>
        <w:t>f 19178/12714/11408 19179/12713/11407 19180/12715/11409</w:t>
        <w:br/>
        <w:t>f 19180/12715/11409 19179/12713/11407 19181/12716/11383</w:t>
        <w:br/>
        <w:t>f 19184/12717/11410 19183/12718/11411 19182/12719/11412</w:t>
        <w:br/>
        <w:t>f 19182/12719/11412 19183/12718/11411 19185/12720/11413</w:t>
        <w:br/>
        <w:t>f 19187/12721/11414 19185/12720/11413 19186/12722/11415</w:t>
        <w:br/>
        <w:t>f 19188/12723/11416 19187/12721/11414 19186/12722/11415</w:t>
        <w:br/>
        <w:t>f 19187/12721/11414 19188/12723/11416 19189/12724/11417</w:t>
        <w:br/>
        <w:t>f 19188/12723/11416 19190/12725/11418 19189/12724/11417</w:t>
        <w:br/>
        <w:t>f 19191/12726/11419 19183/12718/11411 19184/12717/11410</w:t>
        <w:br/>
        <w:t>f 19142/12679/11373 19192/12727/11420 19144/12677/11371</w:t>
        <w:br/>
        <w:t>f 19192/12727/11420 19154/12688/11382 19144/12677/11371</w:t>
        <w:br/>
        <w:t>f 19193/12728/11421 19157/12691/11385 19163/12699/11393</w:t>
        <w:br/>
        <w:t>f 19161/12695/11389 19194/12729/11422 19160/12696/11390</w:t>
        <w:br/>
        <w:t>f 19197/12730/11423 19196/12731/11424 19195/12732/11423</w:t>
        <w:br/>
        <w:t>f 19149/12683/11377 19142/12679/11373 19143/12678/11372</w:t>
        <w:br/>
        <w:t>f 19189/12724/11417 19190/12725/11418 19198/12733/11425</w:t>
        <w:br/>
        <w:t>f 19172/12709/11403 19173/12708/11402 19199/12734/11426</w:t>
        <w:br/>
        <w:t>f 19147/12680/11374 19200/12735/11427 19146/12681/11375</w:t>
        <w:br/>
        <w:t>f 19149/12683/11377 19148/12684/11378 19142/12679/11373</w:t>
        <w:br/>
        <w:t>f 19157/12691/11385 19202/12736/11428 19201/12737/11429</w:t>
        <w:br/>
        <w:t>f 19156/12692/11386 19157/12691/11385 19201/12737/11429</w:t>
        <w:br/>
        <w:t>f 19193/12728/11421 19202/12736/11428 19157/12691/11385</w:t>
        <w:br/>
        <w:t>f 19156/12692/11386 19201/12737/11429 19194/12729/11422</w:t>
        <w:br/>
        <w:t>f 19161/12695/11389 19156/12692/11386 19194/12729/11422</w:t>
        <w:br/>
        <w:t>f 19203/12738/11430 19200/12735/11427 19147/12680/11374</w:t>
        <w:br/>
        <w:t>f 19147/12680/11374 19204/12739/11426 19203/12738/11430</w:t>
        <w:br/>
        <w:t>f 19205/12740/11431 19160/12696/11390 19194/12729/11422</w:t>
        <w:br/>
        <w:t>f 19195/12732/11423 19205/12740/11431 19197/12730/11423</w:t>
        <w:br/>
        <w:t>f 19195/12732/11423 19160/12696/11390 19205/12740/11431</w:t>
        <w:br/>
        <w:t>f 19176/12712/11406 19177/12711/11405 19179/12713/11407</w:t>
        <w:br/>
        <w:t>f 19186/12722/11415 19185/12720/11413 19183/12718/11411</w:t>
        <w:br/>
        <w:t>f 20079/12741/11432 20078/12742/11433 20077/12743/11434</w:t>
        <w:br/>
        <w:t>f 20077/12743/11434 20080/12744/11435 20079/12741/11432</w:t>
        <w:br/>
        <w:t>f 20082/12745/11436 20081/12746/11437 20080/12744/11438</w:t>
        <w:br/>
        <w:t>f 20085/12747/11439 20084/12748/11440 20083/12749/11441</w:t>
        <w:br/>
        <w:t>f 20086/12750/11442 20085/12747/11439 20083/12749/11441</w:t>
        <w:br/>
        <w:t>f 20088/12751/11443 20085/12747/11439 20086/12750/11442</w:t>
        <w:br/>
        <w:t>f 20087/12752/11444 20088/12751/11443 20086/12750/11442</w:t>
        <w:br/>
        <w:t>f 20086/12750/11442 20089/12753/11445 20087/12752/11444</w:t>
        <w:br/>
        <w:t>f 20092/12754/11446 20091/12755/11447 20090/12756/11447</w:t>
        <w:br/>
        <w:t>f 20087/12752/11444 20094/12757/11448 20093/12758/11449</w:t>
        <w:br/>
        <w:t>f 20095/12759/11450 20087/12752/11444 20093/12758/11449</w:t>
        <w:br/>
        <w:t>f 20098/12760/11451 20097/12761/11451 20096/12762/11451</w:t>
        <w:br/>
        <w:t>f 20088/12751/11443 20087/12752/11444 20095/12759/11450</w:t>
        <w:br/>
        <w:t>f 20095/12759/11450 20081/12746/11437 20088/12751/11443</w:t>
        <w:br/>
        <w:t>f 20100/12763/11452 20088/12751/11443 20081/12746/11437</w:t>
        <w:br/>
        <w:t>f 20099/12764/11453 20100/12763/11452 20081/12746/11437</w:t>
        <w:br/>
        <w:t>f 20100/12763/11452 20099/12764/11453 20101/12765/11454</w:t>
        <w:br/>
        <w:t>f 20102/12766/11455 20100/12763/11452 20101/12765/11454</w:t>
        <w:br/>
        <w:t>f 20093/12758/11449 20103/12767/11456 20081/12746/11437</w:t>
        <w:br/>
        <w:t>f 20095/12759/11450 20093/12758/11449 20081/12746/11437</w:t>
        <w:br/>
        <w:t>f 20106/12768/11457 20105/12769/11458 20104/12770/11459</w:t>
        <w:br/>
        <w:t>f 20107/12771/11460 20106/12768/11457 20104/12770/11459</w:t>
        <w:br/>
        <w:t>f 20107/12771/11460 20084/12748/11440 20106/12768/11457</w:t>
        <w:br/>
        <w:t>f 20104/12770/11459 20108/12772/11461 20083/12749/11441</w:t>
        <w:br/>
        <w:t>f 20107/12771/11460 20104/12770/11459 20083/12749/11441</w:t>
        <w:br/>
        <w:t>f 20084/12748/11440 20107/12771/11460 20083/12749/11441</w:t>
        <w:br/>
        <w:t>f 20106/12768/11457 20084/12748/11440 20110/12773/11462</w:t>
        <w:br/>
        <w:t>f 20109/12774/11463 20106/12768/11457 20110/12773/11462</w:t>
        <w:br/>
        <w:t>f 20106/12768/11457 20109/12774/11463 20111/12775/11464</w:t>
        <w:br/>
        <w:t>f 20114/12776/11465 20113/12777/11465 20112/12778/11466</w:t>
        <w:br/>
        <w:t>f 20115/12779/11467 20113/12777/11465 20114/12776/11465</w:t>
        <w:br/>
        <w:t>f 20118/12780/11468 20117/12781/11468 20116/12782/11468</w:t>
        <w:br/>
        <w:t>f 20120/12783/11469 20083/12749/11441 20119/12784/11470</w:t>
        <w:br/>
        <w:t>f 20086/12750/11442 20083/12749/11441 20121/12785/11471</w:t>
        <w:br/>
        <w:t>f 20124/12786/11472 20123/12787/11473 20122/12788/11474</w:t>
        <w:br/>
        <w:t>f 20126/12789/11475 20125/12790/11476 20123/12787/11477</w:t>
        <w:br/>
        <w:t>f 20127/12791/11478 20126/12789/11475 20123/12787/11477</w:t>
        <w:br/>
        <w:t>f 20129/12792/11479 20124/12786/11480 20128/12793/11479</w:t>
        <w:br/>
        <w:t>f 20123/12787/11477 20132/12794/11481 20131/12795/11482</w:t>
        <w:br/>
        <w:t>f 20130/12796/11483 20123/12787/11477 20131/12795/11482</w:t>
        <w:br/>
        <w:t>f 20133/12797/11484 20123/12787/11477 20130/12796/11483</w:t>
        <w:br/>
        <w:t>f 20131/12795/11482 20135/12798/11485 20134/12799/11486</w:t>
        <w:br/>
        <w:t>f 20130/12796/11483 20131/12795/11482 20134/12799/11486</w:t>
        <w:br/>
        <w:t>f 20130/12796/11483 20134/12799/11486 20136/12800/11487</w:t>
        <w:br/>
        <w:t>f 20123/12787/11477 20125/12790/11476 20132/12794/11481</w:t>
        <w:br/>
        <w:t>f 20138/12801/11488 20125/12790/11476 20126/12789/11475</w:t>
        <w:br/>
        <w:t>f 20137/12802/11489 20138/12801/11488 20126/12789/11475</w:t>
        <w:br/>
        <w:t>f 20141/12803/11490 20140/12804/11490 20139/12805/11490</w:t>
        <w:br/>
        <w:t>f 20143/12806/11491 20138/12801/11492 20142/12807/11491</w:t>
        <w:br/>
        <w:t>f 20145/12808/11493 20138/12801/11488 20144/12809/11494</w:t>
        <w:br/>
        <w:t>f 20125/12790/11476 20138/12801/11488 20132/12794/11481</w:t>
        <w:br/>
        <w:t>f 20110/12773/11462 20132/12794/11481 20138/12801/11488</w:t>
        <w:br/>
        <w:t>f 20109/12774/11463 20110/12773/11462 20138/12801/11488</w:t>
        <w:br/>
        <w:t>f 20148/12810/11495 20147/12811/11496 20146/12812/11497</w:t>
        <w:br/>
        <w:t>f 20150/12813/11498 20102/12766/11455 20147/12811/11496</w:t>
        <w:br/>
        <w:t>f 20149/12814/11499 20150/12813/11498 20147/12811/11496</w:t>
        <w:br/>
        <w:t>f 20150/12813/11498 20149/12814/11499 20151/12815/11500</w:t>
        <w:br/>
        <w:t>f 20152/12816/11501 20150/12813/11498 20151/12815/11500</w:t>
        <w:br/>
        <w:t>f 20154/12817/11502 20153/12818/11503 20152/12816/11504</w:t>
        <w:br/>
        <w:t>f 20149/12814/11499 20156/12819/11505 20155/12820/11506</w:t>
        <w:br/>
        <w:t>f 20159/12821/11507 20158/12822/11508 20157/12823/11509</w:t>
        <w:br/>
        <w:t>f 20158/12822/11508 20159/12821/11507 20160/12824/11510</w:t>
        <w:br/>
        <w:t>f 20163/12825/11511 20162/12826/11512 20161/12827/11512</w:t>
        <w:br/>
        <w:t>f 20099/12764/11453 20165/12828/11513 20164/12829/11514</w:t>
        <w:br/>
        <w:t>f 20162/12826/11512 20166/12830/11515 20161/12827/11512</w:t>
        <w:br/>
        <w:t>f 20101/12765/11454 20168/12831/11516 20167/12832/11517</w:t>
        <w:br/>
        <w:t>f 20169/12833/11518 20101/12765/11454 20167/12832/11517</w:t>
        <w:br/>
        <w:t>f 20169/12833/11518 20102/12766/11455 20101/12765/11454</w:t>
        <w:br/>
        <w:t>f 20169/12833/11518 20167/12832/11517 20170/12834/11519</w:t>
        <w:br/>
        <w:t>f 20169/12833/11518 20147/12811/11496 20102/12766/11455</w:t>
        <w:br/>
        <w:t>f 20173/12835/11520 20172/12836/11521 20171/12837/11520</w:t>
        <w:br/>
        <w:t>f 20147/12811/11496 20169/12833/11518 20170/12834/11519</w:t>
        <w:br/>
        <w:t>f 20174/12838/11522 20147/12811/11496 20170/12834/11519</w:t>
        <w:br/>
        <w:t>f 20175/12839/11523 20173/12835/11520 20171/12837/11520</w:t>
        <w:br/>
        <w:t>f 20178/12840/11524 20177/12841/11525 20176/12842/11526</w:t>
        <w:br/>
        <w:t>f 20179/12843/11527 20178/12840/11524 20176/12842/11526</w:t>
        <w:br/>
        <w:t>f 20178/12840/11524 20179/12843/11527 20180/12844/11528</w:t>
        <w:br/>
        <w:t>f 20135/12798/11485 20178/12840/11524 20180/12844/11528</w:t>
        <w:br/>
        <w:t>f 20179/12843/11527 20182/12845/11529 20181/12846/11530</w:t>
        <w:br/>
        <w:t>f 20185/12847/11531 20184/12848/11532 20183/12849/11533</w:t>
        <w:br/>
        <w:t>f 20179/12843/11527 20176/12842/11526 20186/12850/11534</w:t>
        <w:br/>
        <w:t>f 20176/12842/11535 20188/12851/11536 20187/12852/11537</w:t>
        <w:br/>
        <w:t>f 20190/12853/11538 20189/12854/11538 20188/12851/11536</w:t>
        <w:br/>
        <w:t>f 20193/12855/11539 20192/12856/11540 20176/12842/11526</w:t>
        <w:br/>
        <w:t>f 20191/12857/11541 20193/12855/11539 20176/12842/11526</w:t>
        <w:br/>
        <w:t>f 20191/12857/11541 20176/12842/11526 20177/12841/11525</w:t>
        <w:br/>
        <w:t>f 20177/12841/11525 20195/12858/11542 20194/12859/11543</w:t>
        <w:br/>
        <w:t>f 20196/12860/11544 20177/12841/11525 20194/12859/11543</w:t>
        <w:br/>
        <w:t>f 20196/12860/11544 20191/12857/11541 20177/12841/11525</w:t>
        <w:br/>
        <w:t>f 20198/12861/11545 20196/12860/11544 20197/12862/11546</w:t>
        <w:br/>
        <w:t>f 20199/12863/11547 20193/12855/11539 20191/12857/11541</w:t>
        <w:br/>
        <w:t>f 20196/12860/11544 20199/12863/11547 20191/12857/11541</w:t>
        <w:br/>
        <w:t>f 20202/12864/11548 20201/12865/11548 20200/12866/11548</w:t>
        <w:br/>
        <w:t>f 20196/12860/11544 20194/12859/11543 20203/12867/11549</w:t>
        <w:br/>
        <w:t>f 20195/12858/11542 20205/12868/11550 20204/12869/11551</w:t>
        <w:br/>
        <w:t>f 20194/12859/11543 20195/12858/11542 20204/12869/11551</w:t>
        <w:br/>
        <w:t>f 20204/12869/11551 20206/12870/11552 20194/12859/11543</w:t>
        <w:br/>
        <w:t>f 20208/12871/11553 20153/12818/11503 20207/12872/11554</w:t>
        <w:br/>
        <w:t>f 20154/12817/11502 20210/12873/11555 20209/12874/11556</w:t>
        <w:br/>
        <w:t>f 20213/12875/11557 20212/12876/11558 20211/12877/11559</w:t>
        <w:br/>
        <w:t>f 20216/12878/11560 20215/12879/11561 20214/12880/11562</w:t>
        <w:br/>
        <w:t>f 20154/12817/11502 20216/12878/11560 20214/12880/11562</w:t>
        <w:br/>
        <w:t>f 20213/12875/11557 20217/12881/11563 20212/12876/11558</w:t>
        <w:br/>
        <w:t>f 20154/12817/11502 20152/12816/11504 20216/12878/11560</w:t>
        <w:br/>
        <w:t>f 20218/12882/11564 20152/12816/11501 20151/12815/11500</w:t>
        <w:br/>
        <w:t>f 20220/12883/11565 20218/12882/11564 20151/12815/11500</w:t>
        <w:br/>
        <w:t>f 20219/12884/11565 20220/12883/11565 20151/12815/11500</w:t>
        <w:br/>
        <w:t>f 20223/12885/11566 20222/12886/11567 20134/12799/11486</w:t>
        <w:br/>
        <w:t>f 20221/12887/11568 20223/12885/11566 20134/12799/11486</w:t>
        <w:br/>
        <w:t>f 20225/12888/11569 20224/12889/11570 20134/12799/11486</w:t>
        <w:br/>
        <w:t>f 20228/12890/11571 20227/12891/11571 20226/12892/11571</w:t>
        <w:br/>
        <w:t>f 20221/12887/11568 20134/12799/11486 20135/12798/11485</w:t>
        <w:br/>
        <w:t>f 20180/12844/11528 20221/12887/11568 20135/12798/11485</w:t>
        <w:br/>
        <w:t>f 20185/12847/11531 20183/12849/11533 20229/12893/11572</w:t>
        <w:br/>
        <w:t>f 20223/12885/11566 20221/12887/11568 20180/12844/11528</w:t>
        <w:br/>
        <w:t>f 20230/12894/11573 20223/12885/11566 20180/12844/11528</w:t>
        <w:br/>
        <w:t>f 20089/12753/11445 20231/12895/11574 20087/12752/11444</w:t>
        <w:br/>
        <w:t>f 20086/12750/11442 20232/12896/11575 20089/12753/11445</w:t>
        <w:br/>
        <w:t>f 20086/12750/11442 20121/12785/11471 20232/12896/11575</w:t>
        <w:br/>
        <w:t>f 20083/12749/11441 20120/12783/11469 20121/12785/11471</w:t>
        <w:br/>
        <w:t>f 20082/12745/11436 20165/12828/11513 20099/12764/11453</w:t>
        <w:br/>
        <w:t>f 20082/12745/11436 20099/12764/11453 20081/12746/11437</w:t>
        <w:br/>
        <w:t>f 20164/12829/11514 20233/12897/11576 20101/12765/11454</w:t>
        <w:br/>
        <w:t>f 20099/12764/11453 20164/12829/11514 20101/12765/11454</w:t>
        <w:br/>
        <w:t>f 20106/12768/11457 20111/12775/11464 20234/12898/11577</w:t>
        <w:br/>
        <w:t>f 20109/12774/11463 20235/12899/11578 20111/12775/11464</w:t>
        <w:br/>
        <w:t>f 20145/12808/11493 20235/12899/11578 20109/12774/11463</w:t>
        <w:br/>
        <w:t>f 20145/12808/11493 20109/12774/11463 20138/12801/11488</w:t>
        <w:br/>
        <w:t>f 20133/12797/11484 20236/12900/11579 20123/12787/11477</w:t>
        <w:br/>
        <w:t>f 20133/12797/11484 20130/12796/11483 20237/12901/11580</w:t>
        <w:br/>
        <w:t>f 20130/12796/11483 20136/12800/11487 20237/12901/11580</w:t>
        <w:br/>
        <w:t>f 20134/12799/11486 20224/12889/11570 20136/12800/11487</w:t>
        <w:br/>
        <w:t>f 20148/12810/11495 20156/12819/11505 20149/12814/11499</w:t>
        <w:br/>
        <w:t>f 20148/12810/11495 20149/12814/11499 20147/12811/11496</w:t>
        <w:br/>
        <w:t>f 20155/12820/11506 20238/12902/11581 20151/12815/11500</w:t>
        <w:br/>
        <w:t>f 20149/12814/11499 20155/12820/11506 20151/12815/11500</w:t>
        <w:br/>
        <w:t>f 20181/12846/11530 20184/12848/11582 20180/12844/11528</w:t>
        <w:br/>
        <w:t>f 20179/12843/11527 20181/12846/11530 20180/12844/11528</w:t>
        <w:br/>
        <w:t>f 20179/12843/11527 20186/12850/11534 20182/12845/11529</w:t>
        <w:br/>
        <w:t>f 20176/12842/11526 20239/12903/11583 20186/12850/11534</w:t>
        <w:br/>
        <w:t>f 20241/12904/11584 20240/12905/11585 20194/12859/11543</w:t>
        <w:br/>
        <w:t>f 20206/12870/11552 20241/12904/11584 20194/12859/11543</w:t>
        <w:br/>
        <w:t>f 20196/12860/11544 20203/12867/11549 20197/12862/11546</w:t>
        <w:br/>
        <w:t>f 20194/12859/11543 20240/12905/11585 20203/12867/11549</w:t>
        <w:br/>
        <w:t>f 20209/12874/11556 20242/12906/11586 20153/12818/11503</w:t>
        <w:br/>
        <w:t>f 20154/12817/11502 20209/12874/11556 20153/12818/11503</w:t>
        <w:br/>
        <w:t>f 20207/12872/11554 20153/12818/11503 20242/12906/11586</w:t>
        <w:br/>
        <w:t>f 20153/12818/11503 20208/12871/11553 20152/12816/11504</w:t>
        <w:br/>
        <w:t>f 20245/12907/11587 20244/12908/11588 20243/12909/11589</w:t>
        <w:br/>
        <w:t>f 20244/12908/11588 20245/12907/11587 20246/12910/11590</w:t>
        <w:br/>
        <w:t>f 20249/12911/11591 20248/12912/11592 20247/12913/11593</w:t>
        <w:br/>
        <w:t>f 20253/12914/11594 20252/12915/11456 20251/12916/11595</w:t>
        <w:br/>
        <w:t>f 20250/12917/11596 20253/12914/11594 20251/12916/11595</w:t>
        <w:br/>
        <w:t>f 20253/12914/11594 20250/12917/11596 20255/12918/11597</w:t>
        <w:br/>
        <w:t>f 20254/12919/11597 20253/12914/11594 20255/12918/11597</w:t>
        <w:br/>
        <w:t>f 20258/12920/11598 20257/12921/11599 20256/12922/11600</w:t>
        <w:br/>
        <w:t>f 20258/12920/11598 20260/12923/11601 20259/12924/11602</w:t>
        <w:br/>
        <w:t>f 20257/12921/11599 20258/12920/11598 20259/12924/11602</w:t>
        <w:br/>
        <w:t>f 20254/12919/11597 20255/12918/11597 20262/12925/11603</w:t>
        <w:br/>
        <w:t>f 20261/12926/11604 20254/12919/11597 20262/12925/11603</w:t>
        <w:br/>
        <w:t>f 20265/12927/11605 20264/12928/11606 20260/12923/11601</w:t>
        <w:br/>
        <w:t>f 20263/12929/11607 20265/12927/11605 20260/12923/11601</w:t>
        <w:br/>
        <w:t>f 20268/12930/11608 20267/12931/11609 20266/12932/11610</w:t>
        <w:br/>
        <w:t>f 20269/12933/11611 20268/12930/11608 20266/12932/11610</w:t>
        <w:br/>
        <w:t>f 20268/12930/11608 20271/12934/11612 20270/12935/11613</w:t>
        <w:br/>
        <w:t>f 20267/12931/11609 20268/12930/11608 20270/12935/11613</w:t>
        <w:br/>
        <w:t>f 20251/12916/11595 20252/12915/11456 20270/12935/11613</w:t>
        <w:br/>
        <w:t>f 20271/12934/11612 20251/12916/11595 20270/12935/11613</w:t>
        <w:br/>
        <w:t>f 20247/12913/11593 20248/12912/11592 20272/12936/11614</w:t>
        <w:br/>
        <w:t>f 20275/12937/11615 20274/12938/11615 20273/12939/11615</w:t>
        <w:br/>
        <w:t>f 20278/12940/11616 20277/12941/11617 20276/12942/11617</w:t>
        <w:br/>
        <w:t>f 20280/12943/11618 20279/12944/11619 20278/12940/11620</w:t>
        <w:br/>
        <w:t>f 20244/12908/11588 20247/12913/11593 20260/12923/11601</w:t>
        <w:br/>
        <w:t>f 20283/12945/11621 20282/12946/11621 20281/12947/11621</w:t>
        <w:br/>
        <w:t>f 20286/12948/11622 20285/12949/11623 20284/12950/11624</w:t>
        <w:br/>
        <w:t>f 20284/12950/11624 20285/12949/11623 20287/12951/11625</w:t>
        <w:br/>
        <w:t>f 20290/12952/11626 20289/12953/11627 20288/12954/11628</w:t>
        <w:br/>
        <w:t>f 20294/12955/11629 20293/12956/11630 20292/12957/11630</w:t>
        <w:br/>
        <w:t>f 20291/12958/11629 20294/12955/11629 20292/12957/11630</w:t>
        <w:br/>
        <w:t>f 20292/12957/11630 20293/12956/11630 20296/12959/11631</w:t>
        <w:br/>
        <w:t>f 20295/12960/11632 20292/12957/11630 20296/12959/11631</w:t>
        <w:br/>
        <w:t>f 20296/12959/11631 20298/12961/11633 20297/12962/11634</w:t>
        <w:br/>
        <w:t>f 20295/12960/11632 20296/12959/11631 20297/12962/11634</w:t>
        <w:br/>
        <w:t>f 20299/12963/11635 20297/12962/11634 20298/12961/11633</w:t>
        <w:br/>
        <w:t>f 20300/12964/11636 20299/12963/11635 20298/12961/11633</w:t>
        <w:br/>
        <w:t>f 20303/12965/11637 20302/12966/11638 20301/12967/11639</w:t>
        <w:br/>
        <w:t>f 20304/12968/11640 20299/12963/11635 20300/12964/11636</w:t>
        <w:br/>
        <w:t>f 20305/12969/11640 20304/12968/11640 20300/12964/11636</w:t>
        <w:br/>
        <w:t>f 20288/12954/11628 20289/12953/11627 20306/12970/11641</w:t>
        <w:br/>
        <w:t>f 20294/12955/11629 20291/12958/11629 20308/12971/11642</w:t>
        <w:br/>
        <w:t>f 20307/12972/11642 20294/12955/11629 20308/12971/11642</w:t>
        <w:br/>
        <w:t>f 20309/12973/11643 20307/12972/11642 20308/12971/11642</w:t>
        <w:br/>
        <w:t>f 20310/12974/11644 20309/12973/11643 20308/12971/11642</w:t>
        <w:br/>
        <w:t>f 20312/12975/11645 20311/12976/11645 20309/12973/11643</w:t>
        <w:br/>
        <w:t>f 20310/12974/11644 20312/12975/11645 20309/12973/11643</w:t>
        <w:br/>
        <w:t>f 20314/12977/11646 20313/12978/11647 20288/12954/11648</w:t>
        <w:br/>
        <w:t>f 20316/12979/11649 20284/12950/11624 20315/12980/11650</w:t>
        <w:br/>
        <w:t>f 20318/12981/11651 20265/12927/11605 20317/12982/11652</w:t>
        <w:br/>
        <w:t>f 20264/12928/11606 20265/12927/11605 20318/12981/11651</w:t>
        <w:br/>
        <w:t>f 20314/12977/11646 20264/12928/11606 20318/12981/11651</w:t>
        <w:br/>
        <w:t>f 20263/12929/11607 20319/12983/11653 20265/12927/11605</w:t>
        <w:br/>
        <w:t>f 20323/12984/11654 20322/12985/11655 20321/12986/11656</w:t>
        <w:br/>
        <w:t>f 20320/12987/11657 20323/12984/11654 20321/12986/11656</w:t>
        <w:br/>
        <w:t>f 20322/12985/11655 20325/12988/11658 20324/12989/11658</w:t>
        <w:br/>
        <w:t>f 20321/12986/11656 20322/12985/11655 20324/12989/11658</w:t>
        <w:br/>
        <w:t>f 20327/12990/11659 20326/12991/11659 20324/12989/11658</w:t>
        <w:br/>
        <w:t>f 20325/12988/11658 20327/12990/11659 20324/12989/11658</w:t>
        <w:br/>
        <w:t>f 20311/12976/11645 20312/12975/11645 20326/12991/11659</w:t>
        <w:br/>
        <w:t>f 20327/12990/11659 20311/12976/11645 20326/12991/11659</w:t>
        <w:br/>
        <w:t>f 20329/12992/11660 20328/12993/11661 20316/12979/11649</w:t>
        <w:br/>
        <w:t>f 20331/12994/11662 20301/12967/11639 20330/12995/11663</w:t>
        <w:br/>
        <w:t>f 20314/12977/11646 20331/12994/11662 20330/12995/11663</w:t>
        <w:br/>
        <w:t>f 20330/12995/11663 20301/12967/11639 20332/12996/11664</w:t>
        <w:br/>
        <w:t>f 20333/12997/11665 20330/12995/11663 20332/12996/11664</w:t>
        <w:br/>
        <w:t>f 20336/12998/11666 20335/12999/11666 20334/13000/11667</w:t>
        <w:br/>
        <w:t>f 20337/13001/11667 20336/12998/11666 20334/13000/11667</w:t>
        <w:br/>
        <w:t>f 20339/13002/11579 20338/13003/11668 20335/12999/11666</w:t>
        <w:br/>
        <w:t>f 20336/12998/11666 20339/13002/11579 20335/12999/11666</w:t>
        <w:br/>
        <w:t>f 20342/13004/11669 20341/13005/11670 20340/13006/11671</w:t>
        <w:br/>
        <w:t>f 20345/13007/11672 20344/13008/11673 20343/13009/11674</w:t>
        <w:br/>
        <w:t>f 20347/13010/11675 20333/12997/11665 20341/13005/11670</w:t>
        <w:br/>
        <w:t>f 20346/13011/11676 20347/13010/11675 20341/13005/11670</w:t>
        <w:br/>
        <w:t>f 20339/13002/11579 20349/13012/11677 20348/13013/11678</w:t>
        <w:br/>
        <w:t>f 20338/13003/11668 20339/13002/11579 20348/13013/11678</w:t>
        <w:br/>
        <w:t>f 20350/13014/11679 20348/13013/11678 20349/13012/11677</w:t>
        <w:br/>
        <w:t>f 20351/13015/11680 20350/13014/11679 20349/13012/11677</w:t>
        <w:br/>
        <w:t>f 20352/13016/11681 20345/13007/11672 20343/13009/11674</w:t>
        <w:br/>
        <w:t>f 20353/13017/11682 20352/13016/11681 20343/13009/11674</w:t>
        <w:br/>
        <w:t>f 20341/13005/11670 20333/12997/11665 20353/13017/11682</w:t>
        <w:br/>
        <w:t>f 20355/13018/11683 20337/13001/11667 20334/13000/11667</w:t>
        <w:br/>
        <w:t>f 20354/13019/11683 20355/13018/11683 20334/13000/11667</w:t>
        <w:br/>
        <w:t>f 20357/13020/11684 20347/13010/11675 20346/13011/11676</w:t>
        <w:br/>
        <w:t>f 20356/13021/11685 20357/13020/11684 20346/13011/11676</w:t>
        <w:br/>
        <w:t>f 20360/13022/11686 20359/13023/11686 20358/13024/11687</w:t>
        <w:br/>
        <w:t>f 20361/13025/11687 20360/13022/11686 20358/13024/11687</w:t>
        <w:br/>
        <w:t>f 20361/13025/11687 20358/13024/11687 20363/13026/11688</w:t>
        <w:br/>
        <w:t>f 20362/13027/11688 20361/13025/11687 20363/13026/11688</w:t>
        <w:br/>
        <w:t>f 20364/13028/11689 20359/13023/11686 20360/13022/11686</w:t>
        <w:br/>
        <w:t>f 20365/13029/11689 20364/13028/11689 20360/13022/11686</w:t>
        <w:br/>
        <w:t>f 20368/13030/11690 20367/13031/11691 20366/13032/11692</w:t>
        <w:br/>
        <w:t>f 20371/13033/11693 20370/13034/11693 20369/13035/11693</w:t>
        <w:br/>
        <w:t>f 20355/13018/11683 20354/13019/11683 20364/13028/11689</w:t>
        <w:br/>
        <w:t>f 20365/13029/11689 20355/13018/11683 20364/13028/11689</w:t>
        <w:br/>
        <w:t>f 20373/13036/11694 20372/13037/11694 20368/13030/11690</w:t>
        <w:br/>
        <w:t>f 20301/12967/11639 20302/12966/11638 20374/13038/11695</w:t>
        <w:br/>
        <w:t>f 20366/13032/11692 20375/13039/11696 20368/13030/11690</w:t>
        <w:br/>
        <w:t>f 20378/13040/11697 20377/13041/11698 20376/13042/11697</w:t>
        <w:br/>
        <w:t>f 20381/13043/11699 20380/13044/11700 20379/13045/11701</w:t>
        <w:br/>
        <w:t>f 20382/13046/11701 20381/13043/11699 20379/13045/11701</w:t>
        <w:br/>
        <w:t>f 20386/13047/11702 20385/13048/11703 20384/13049/11704</w:t>
        <w:br/>
        <w:t>f 20383/13050/11705 20386/13047/11702 20384/13049/11704</w:t>
        <w:br/>
        <w:t>f 20386/13047/11702 20387/13051/11706 20385/13048/11703</w:t>
        <w:br/>
        <w:t>f 20386/13047/11702 20389/13052/11707 20388/13053/11708</w:t>
        <w:br/>
        <w:t>f 20392/13054/11709 20391/13055/11710 20390/13056/11711</w:t>
        <w:br/>
        <w:t>f 20395/13057/11712 20394/13058/11713 20393/13059/11714</w:t>
        <w:br/>
        <w:t>f 20393/13059/11715 20396/13060/11716 20387/13051/11717</w:t>
        <w:br/>
        <w:t>f 20390/13056/11711 20391/13055/11710 20397/13061/11718</w:t>
        <w:br/>
        <w:t>f 20401/13062/11719 20400/13063/11720 20399/13064/11721</w:t>
        <w:br/>
        <w:t>f 20398/13065/11719 20401/13062/11719 20399/13064/11721</w:t>
        <w:br/>
        <w:t>f 20403/13066/11722 20402/13067/11722 20399/13064/11721</w:t>
        <w:br/>
        <w:t>f 20400/13063/11720 20403/13066/11722 20399/13064/11721</w:t>
        <w:br/>
        <w:t>f 20406/13068/11723 20405/13069/11724 20404/13070/11725</w:t>
        <w:br/>
        <w:t>f 20406/13068/11723 20408/13071/11726 20407/13072/11727</w:t>
        <w:br/>
        <w:t>f 20406/13068/11723 20407/13072/11727 20409/13073/11728</w:t>
        <w:br/>
        <w:t>f 20412/13074/11729 20411/13075/11730 20410/13076/11729</w:t>
        <w:br/>
        <w:t>f 20415/13077/11731 20385/13048/11703 20414/13078/11732</w:t>
        <w:br/>
        <w:t>f 20413/13079/11733 20415/13077/11731 20414/13078/11732</w:t>
        <w:br/>
        <w:t>f 20415/13077/11731 20413/13079/11733 20416/13080/11734</w:t>
        <w:br/>
        <w:t>f 20417/13081/11735 20415/13077/11731 20416/13080/11734</w:t>
        <w:br/>
        <w:t>f 20414/13078/11732 20419/13082/11736 20418/13083/11737</w:t>
        <w:br/>
        <w:t>f 20420/13084/11738 20416/13080/11734 20413/13079/11733</w:t>
        <w:br/>
        <w:t>f 20424/13085/11739 20423/13086/11740 20422/13087/11741</w:t>
        <w:br/>
        <w:t>f 20421/13088/11741 20424/13085/11739 20422/13087/11741</w:t>
        <w:br/>
        <w:t>f 20421/13088/11741 20422/13087/11741 20426/13089/11742</w:t>
        <w:br/>
        <w:t>f 20425/13090/11743 20421/13088/11741 20426/13089/11742</w:t>
        <w:br/>
        <w:t>f 20427/13091/11744 20409/13073/11728 20424/13085/11739</w:t>
        <w:br/>
        <w:t>f 20428/13092/11745 20427/13091/11744 20424/13085/11739</w:t>
        <w:br/>
        <w:t>f 20430/13093/11746 20429/13094/11746 20427/13091/11747</w:t>
        <w:br/>
        <w:t>f 20431/13095/11748 20430/13093/11746 20427/13091/11747</w:t>
        <w:br/>
        <w:t>f 20380/13044/11700 20381/13043/11699 20432/13096/11749</w:t>
        <w:br/>
        <w:t>f 20433/13097/11750 20380/13044/11700 20432/13096/11749</w:t>
        <w:br/>
        <w:t>f 20433/13097/11750 20432/13096/11749 20429/13094/11746</w:t>
        <w:br/>
        <w:t>f 20430/13093/11746 20433/13097/11750 20429/13094/11746</w:t>
        <w:br/>
        <w:t>f 20437/13098/11751 20436/13099/11752 20435/13100/11753</w:t>
        <w:br/>
        <w:t>f 20434/13101/11753 20437/13098/11751 20435/13100/11753</w:t>
        <w:br/>
        <w:t>f 20434/13101/11753 20435/13100/11753 20438/13102/11754</w:t>
        <w:br/>
        <w:t>f 20439/13103/11754 20434/13101/11753 20438/13102/11754</w:t>
        <w:br/>
        <w:t>f 20442/13104/11755 20441/13105/11756 20440/13106/11757</w:t>
        <w:br/>
        <w:t>f 20442/13104/11755 20443/13107/11758 20441/13105/11756</w:t>
        <w:br/>
        <w:t>f 20437/13098/11751 20445/13108/11759 20444/13109/11759</w:t>
        <w:br/>
        <w:t>f 20436/13099/11752 20437/13098/11751 20444/13109/11759</w:t>
        <w:br/>
        <w:t>f 20446/13110/11760 20444/13109/11759 20445/13108/11759</w:t>
        <w:br/>
        <w:t>f 20447/13111/11760 20446/13110/11760 20445/13108/11759</w:t>
        <w:br/>
        <w:t>f 20379/13045/11701 20449/13112/11761 20448/13113/11761</w:t>
        <w:br/>
        <w:t>f 20382/13046/11701 20379/13045/11701 20448/13113/11761</w:t>
        <w:br/>
        <w:t>f 20451/13114/11762 20450/13115/11763 20448/13113/11761</w:t>
        <w:br/>
        <w:t>f 20449/13112/11761 20451/13114/11762 20448/13113/11761</w:t>
        <w:br/>
        <w:t>f 20378/13040/11697 20376/13042/11697 20452/13116/11764</w:t>
        <w:br/>
        <w:t>f 20455/13117/11765 20454/13118/11766 20453/13119/11767</w:t>
        <w:br/>
        <w:t>f 20458/13120/11768 20457/13121/11769 20456/13122/11768</w:t>
        <w:br/>
        <w:t>f 20442/13104/11770 20460/13123/11771 20459/13124/11772</w:t>
        <w:br/>
        <w:t>f 20451/13114/11762 20462/13125/11773 20461/13126/11773</w:t>
        <w:br/>
        <w:t>f 20450/13115/11763 20451/13114/11762 20461/13126/11773</w:t>
        <w:br/>
        <w:t>f 20438/13102/11754 20461/13126/11773 20462/13125/11773</w:t>
        <w:br/>
        <w:t>f 20439/13103/11754 20438/13102/11754 20462/13125/11773</w:t>
        <w:br/>
        <w:t>f 20463/13127/11774 20460/13123/11771 20442/13104/11770</w:t>
        <w:br/>
        <w:t>f 20455/13117/11765 20453/13119/11767 20464/13128/11775</w:t>
        <w:br/>
        <w:t>f 20417/13081/11735 20465/13129/11776 20257/12921/11599</w:t>
        <w:br/>
        <w:t>f 20259/12924/11602 20417/13081/11735 20257/12921/11599</w:t>
        <w:br/>
        <w:t>f 20465/13129/11776 20466/13130/11777 20257/12921/11599</w:t>
        <w:br/>
        <w:t>f 20468/13131/11778 20357/13020/11684 20467/13132/11779</w:t>
        <w:br/>
        <w:t>f 20469/13133/11780 20468/13131/11778 20467/13132/11779</w:t>
        <w:br/>
        <w:t>f 20470/13134/11781 20469/13133/11780 20467/13132/11779</w:t>
        <w:br/>
        <w:t>f 20473/13135/11782 20472/13136/11783 20471/13137/11783</w:t>
        <w:br/>
        <w:t>f 20474/13138/11784 20473/13135/11782 20471/13137/11783</w:t>
        <w:br/>
        <w:t>f 20475/13139/11785 20471/13137/11783 20472/13136/11783</w:t>
        <w:br/>
        <w:t>f 20476/13140/11786 20475/13139/11785 20472/13136/11783</w:t>
        <w:br/>
        <w:t>f 20478/13141/11787 20477/13142/11788 20469/13133/11780</w:t>
        <w:br/>
        <w:t>f 20468/13131/11778 20469/13133/11780 20477/13142/11788</w:t>
        <w:br/>
        <w:t>f 20479/13143/11789 20468/13131/11778 20477/13142/11788</w:t>
        <w:br/>
        <w:t>f 20480/13144/11790 20475/13139/11785 20476/13140/11786</w:t>
        <w:br/>
        <w:t>f 20481/13145/11791 20480/13144/11790 20476/13140/11786</w:t>
        <w:br/>
        <w:t>f 20480/13144/11792 20483/13146/11534 20482/13147/11793</w:t>
        <w:br/>
        <w:t>f 20484/13148/11794 20480/13144/11792 20482/13147/11793</w:t>
        <w:br/>
        <w:t>f 20487/13149/11795 20486/13150/11795 20485/13151/11796</w:t>
        <w:br/>
        <w:t>f 20487/13149/11795 20488/13152/11797 20486/13150/11795</w:t>
        <w:br/>
        <w:t>f 20491/13153/11798 20490/13154/11798 20489/13155/11799</w:t>
        <w:br/>
        <w:t>f 20474/13138/11784 20491/13153/11798 20489/13155/11799</w:t>
        <w:br/>
        <w:t>f 20494/13156/11800 20493/13157/11801 20492/13158/11801</w:t>
        <w:br/>
        <w:t>f 20495/13159/11800 20494/13156/11800 20492/13158/11801</w:t>
        <w:br/>
        <w:t>f 20497/13160/11802 20496/13161/11802 20492/13158/11801</w:t>
        <w:br/>
        <w:t>f 20493/13157/11801 20497/13160/11802 20492/13158/11801</w:t>
        <w:br/>
        <w:t>f 20500/13162/11803 20499/13163/11804 20498/13164/11805</w:t>
        <w:br/>
        <w:t>f 20500/13162/11803 20501/13165/11806 20499/13163/11804</w:t>
        <w:br/>
        <w:t>f 20504/13166/11807 20503/13167/11808 20502/13168/11809</w:t>
        <w:br/>
        <w:t>f 20500/13162/11803 20502/13168/11809 20505/13169/11810</w:t>
        <w:br/>
        <w:t>f 20482/13147/11793 20494/13156/11800 20495/13159/11800</w:t>
        <w:br/>
        <w:t>f 20484/13148/11794 20482/13147/11793 20495/13159/11800</w:t>
        <w:br/>
        <w:t>f 20507/13170/11811 20506/13171/11812 20479/13143/11789</w:t>
        <w:br/>
        <w:t>f 20510/13172/11813 20509/13173/11813 20508/13174/11813</w:t>
        <w:br/>
        <w:t>f 20513/13175/11814 20512/13176/11546 20511/13177/11815</w:t>
        <w:br/>
        <w:t>f 20514/13178/11816 20513/13175/11814 20511/13177/11815</w:t>
        <w:br/>
        <w:t>f 20517/13179/11817 20516/13180/11818 20515/13181/11819</w:t>
        <w:br/>
        <w:t>f 20514/13178/11820 20517/13179/11817 20515/13181/11819</w:t>
        <w:br/>
        <w:t>f 20517/13179/11821 20496/13161/11802 20497/13160/11802</w:t>
        <w:br/>
        <w:t>f 20518/13182/11822 20517/13179/11821 20497/13160/11802</w:t>
        <w:br/>
        <w:t>f 20507/13170/11811 20503/13167/11823 20519/13183/11824</w:t>
        <w:br/>
        <w:t>f 20522/13184/11825 20521/13185/11826 20520/13186/11826</w:t>
        <w:br/>
        <w:t>f 20523/13187/11825 20522/13184/11825 20520/13186/11826</w:t>
        <w:br/>
        <w:t>f 20479/13143/11827 20525/13188/11828 20524/13189/11829</w:t>
        <w:br/>
        <w:t>f 20524/13189/11829 20527/13190/11830 20526/13191/11831</w:t>
        <w:br/>
        <w:t>f 20528/13192/11832 20524/13189/11829 20526/13191/11831</w:t>
        <w:br/>
        <w:t>f 20531/13193/11833 20530/13194/11834 20529/13195/11835</w:t>
        <w:br/>
        <w:t>f 20534/13196/11836 20533/13197/11836 20532/13198/11837</w:t>
        <w:br/>
        <w:t>f 20535/13199/11837 20534/13196/11836 20532/13198/11837</w:t>
        <w:br/>
        <w:t>f 20535/13199/11837 20532/13198/11837 20537/13200/11838</w:t>
        <w:br/>
        <w:t>f 20536/13201/11839 20535/13199/11837 20537/13200/11838</w:t>
        <w:br/>
        <w:t>f 20534/13196/11836 20520/13186/11826 20521/13185/11826</w:t>
        <w:br/>
        <w:t>f 20533/13197/11836 20534/13196/11836 20521/13185/11826</w:t>
        <w:br/>
        <w:t>f 20512/13176/11546 20522/13184/11825 20523/13187/11825</w:t>
        <w:br/>
        <w:t>f 20511/13177/11815 20512/13176/11546 20523/13187/11825</w:t>
        <w:br/>
        <w:t>f 20506/13171/11840 20539/13202/11841 20538/13203/11842</w:t>
        <w:br/>
        <w:t>f 20447/13111/11760 20261/12926/11604 20262/12925/11603</w:t>
        <w:br/>
        <w:t>f 20446/13110/11760 20447/13111/11760 20262/12925/11603</w:t>
        <w:br/>
        <w:t>f 20320/12987/11843 20269/12933/11611 20266/12932/11610</w:t>
        <w:br/>
        <w:t>f 20540/13204/11844 20320/12987/11843 20266/12932/11610</w:t>
        <w:br/>
        <w:t>f 20544/13205/11845 20543/13206/11845 20542/13207/11846</w:t>
        <w:br/>
        <w:t>f 20541/13208/11846 20544/13205/11845 20542/13207/11846</w:t>
        <w:br/>
        <w:t>f 20543/13206/11845 20544/13205/11845 20545/13209/11847</w:t>
        <w:br/>
        <w:t>f 20546/13210/11848 20543/13206/11845 20545/13209/11847</w:t>
        <w:br/>
        <w:t>f 20389/13052/11707 20386/13047/11702 20383/13050/11705</w:t>
        <w:br/>
        <w:t>f 20550/13211/11555 20549/13212/11849 20548/13213/11850</w:t>
        <w:br/>
        <w:t>f 20547/13214/11851 20550/13211/11555 20548/13213/11850</w:t>
        <w:br/>
        <w:t>f 20550/13211/11555 20401/13062/11719 20398/13065/11719</w:t>
        <w:br/>
        <w:t>f 20549/13212/11849 20550/13211/11555 20398/13065/11719</w:t>
        <w:br/>
        <w:t>f 20551/13215/11852 20548/13213/11853 20546/13210/11848</w:t>
        <w:br/>
        <w:t>f 20545/13209/11847 20551/13215/11852 20546/13210/11848</w:t>
        <w:br/>
        <w:t>f 20425/13090/11743 20426/13089/11742 20402/13067/11722</w:t>
        <w:br/>
        <w:t>f 20403/13066/11722 20425/13090/11743 20402/13067/11722</w:t>
        <w:br/>
        <w:t>f 20554/13216/11854 20553/13217/11855 20552/13218/11856</w:t>
        <w:br/>
        <w:t>f 20556/13219/11857 20555/13220/11858 20467/13132/11779</w:t>
        <w:br/>
        <w:t>f 20559/13221/11859 20558/13222/11859 20557/13223/11860</w:t>
        <w:br/>
        <w:t>f 20560/13224/11861 20559/13221/11859 20557/13223/11860</w:t>
        <w:br/>
        <w:t>f 20557/13223/11862 20562/13225/11863 20561/13226/11864</w:t>
        <w:br/>
        <w:t>f 20563/13227/11865 20557/13223/11862 20561/13226/11864</w:t>
        <w:br/>
        <w:t>f 20561/13226/11864 20562/13225/11863 20565/13228/11866</w:t>
        <w:br/>
        <w:t>f 20564/13229/11867 20561/13226/11864 20565/13228/11866</w:t>
        <w:br/>
        <w:t>f 20567/13230/11868 20566/13231/11573 20490/13154/11798</w:t>
        <w:br/>
        <w:t>f 20491/13153/11798 20567/13230/11868 20490/13154/11798</w:t>
        <w:br/>
        <w:t>f 20559/13221/11859 20566/13231/11573 20567/13230/11868</w:t>
        <w:br/>
        <w:t>f 20558/13222/11859 20559/13221/11859 20567/13230/11868</w:t>
        <w:br/>
        <w:t>f 20357/13020/11684 20556/13219/11857 20467/13132/11779</w:t>
        <w:br/>
        <w:t>f 20552/13218/11856 20568/13232/11869 20554/13216/11854</w:t>
        <w:br/>
        <w:t>f 20571/13233/11870 20570/13234/11870 20569/13235/11870</w:t>
        <w:br/>
        <w:t>f 20554/13216/11854 20573/13236/11871 20572/13237/11872</w:t>
        <w:br/>
        <w:t>f 20346/13011/11676 20575/13238/11873 20574/13239/11874</w:t>
        <w:br/>
        <w:t>f 20577/13240/11875 20350/13014/11679 20351/13015/11680</w:t>
        <w:br/>
        <w:t>f 20576/13241/11875 20577/13240/11875 20351/13015/11680</w:t>
        <w:br/>
        <w:t>f 20577/13240/11875 20576/13241/11875 20564/13229/11867</w:t>
        <w:br/>
        <w:t>f 20565/13228/11866 20577/13240/11875 20564/13229/11867</w:t>
        <w:br/>
        <w:t>f 20579/13242/11876 20578/13243/11876 20536/13201/11839</w:t>
        <w:br/>
        <w:t>f 20537/13200/11838 20579/13242/11876 20536/13201/11839</w:t>
        <w:br/>
        <w:t>f 20362/13027/11688 20363/13026/11688 20304/12968/11640</w:t>
        <w:br/>
        <w:t>f 20305/12969/11640 20362/13027/11688 20304/12968/11640</w:t>
        <w:br/>
        <w:t>f 20316/12979/11649 20317/12982/11652 20329/12992/11660</w:t>
        <w:br/>
        <w:t>f 20265/12927/11605 20580/13244/11877 20317/12982/11652</w:t>
        <w:br/>
        <w:t>f 20319/12983/11653 20580/13244/11877 20265/12927/11605</w:t>
        <w:br/>
        <w:t>f 20263/12929/11607 20581/13245/11878 20319/12983/11653</w:t>
        <w:br/>
        <w:t>f 20244/12908/11588 20256/12922/11600 20243/12909/11589</w:t>
        <w:br/>
        <w:t>f 20257/12921/11599 20582/13246/11879 20256/12922/11600</w:t>
        <w:br/>
        <w:t>f 20466/13130/11777 20582/13246/11879 20257/12921/11599</w:t>
        <w:br/>
        <w:t>f 20465/13129/11776 20583/13247/11880 20466/13130/11777</w:t>
        <w:br/>
        <w:t>f 20303/12965/11637 20331/12994/11662 20584/13248/11881</w:t>
        <w:br/>
        <w:t>f 20374/13038/11695 20585/13249/11882 20332/12996/11664</w:t>
        <w:br/>
        <w:t>f 20303/12965/11637 20301/12967/11639 20331/12994/11662</w:t>
        <w:br/>
        <w:t>f 20301/12967/11639 20374/13038/11695 20332/12996/11664</w:t>
        <w:br/>
        <w:t>f 20342/13004/11669 20575/13238/11873 20346/13011/11676</w:t>
        <w:br/>
        <w:t>f 20342/13004/11669 20346/13011/11676 20341/13005/11670</w:t>
        <w:br/>
        <w:t>f 20574/13239/11874 20573/13236/11871 20356/13021/11685</w:t>
        <w:br/>
        <w:t>f 20346/13011/11676 20574/13239/11874 20356/13021/11685</w:t>
        <w:br/>
        <w:t>f 20420/13084/11738 20586/13250/11883 20416/13080/11734</w:t>
        <w:br/>
        <w:t>f 20420/13084/11738 20413/13079/11733 20587/13251/11884</w:t>
        <w:br/>
        <w:t>f 20478/13141/11787 20588/13252/11885 20477/13142/11788</w:t>
        <w:br/>
        <w:t>f 20478/13141/11787 20469/13133/11780 20589/13253/11886</w:t>
        <w:br/>
        <w:t>f 20470/13134/11781 20589/13253/11886 20469/13133/11780</w:t>
        <w:br/>
        <w:t>f 20470/13134/11781 20467/13132/11779 20485/13151/11796</w:t>
        <w:br/>
        <w:t>f 20524/13189/11829 20525/13188/11828 20527/13190/11830</w:t>
        <w:br/>
        <w:t>f 20506/13171/11840 20538/13203/11842 20527/13190/11887</w:t>
        <w:br/>
        <w:t>f 20590/13254/11888 20531/13193/11833 20524/13189/11829</w:t>
        <w:br/>
        <w:t>f 20528/13192/11832 20590/13254/11888 20524/13189/11829</w:t>
        <w:br/>
        <w:t>f 20479/13143/11827 20524/13189/11829 20591/13255/11889</w:t>
        <w:br/>
        <w:t>f 20388/13053/11708 20592/13256/11890 20387/13051/11706</w:t>
        <w:br/>
        <w:t>f 20386/13047/11702 20388/13053/11708 20387/13051/11706</w:t>
        <w:br/>
        <w:t>f 20406/13068/11723 20404/13070/11725 20408/13071/11726</w:t>
        <w:br/>
        <w:t>f 20394/13058/11713 20411/13075/11891 20393/13059/11714</w:t>
        <w:br/>
        <w:t>f 20458/13120/11768 20456/13122/11768 20459/13124/11772</w:t>
        <w:br/>
        <w:t>f 20454/13118/11766 20457/13121/11892 20453/13119/11767</w:t>
        <w:br/>
        <w:t>f 20249/12911/11591 20247/12913/11593 20244/12908/11588</w:t>
        <w:br/>
        <w:t>f 20278/12940/11620 20279/12944/11619 20272/12936/11614</w:t>
        <w:br/>
        <w:t>f 20316/12979/11649 20286/12948/11622 20284/12950/11624</w:t>
        <w:br/>
        <w:t>f 20288/12954/11648 20313/12978/11647 20287/12951/11893</w:t>
        <w:br/>
        <w:t>f 20353/13017/11682 20593/13257/11894 20352/13016/11681</w:t>
        <w:br/>
        <w:t>f 20367/13031/11691 20593/13257/11894 20366/13032/11692</w:t>
        <w:br/>
        <w:t>f 20556/13219/11857 20594/13258/11895 20555/13220/11858</w:t>
        <w:br/>
        <w:t>f 20553/13217/11855 20594/13258/11895 20552/13218/11856</w:t>
        <w:br/>
        <w:t>f 20498/13164/11805 20502/13168/11809 20500/13162/11803</w:t>
        <w:br/>
        <w:t>f 20506/13171/11812 20507/13170/11811 20519/13183/11824</w:t>
        <w:br/>
        <w:t>f 20418/13083/11737 20587/13251/11884 20413/13079/11733</w:t>
        <w:br/>
        <w:t>f 20414/13078/11732 20418/13083/11737 20413/13079/11733</w:t>
        <w:br/>
        <w:t>f 20524/13189/11829 20529/13195/11835 20591/13255/11889</w:t>
        <w:br/>
        <w:t>f 20524/13189/11829 20531/13193/11833 20529/13195/11835</w:t>
        <w:br/>
        <w:t>f 21149/13259/11896 21148/13260/11897 21147/13261/11898</w:t>
        <w:br/>
        <w:t>f 21152/13262/11899 21151/13263/11900 21150/13264/11901</w:t>
        <w:br/>
        <w:t>f 21153/13265/11902 21152/13262/11899 21150/13264/11901</w:t>
        <w:br/>
        <w:t>f 21155/13266/11903 21154/13267/11904 21151/13263/11900</w:t>
        <w:br/>
        <w:t>f 21152/13262/11899 21155/13266/11903 21151/13263/11900</w:t>
        <w:br/>
        <w:t>f 21154/13267/11904 21155/13266/11903 21157/13268/11905</w:t>
        <w:br/>
        <w:t>f 21156/13269/11906 21154/13267/11904 21157/13268/11905</w:t>
        <w:br/>
        <w:t>f 21159/13270/11907 21154/13267/11904 21156/13269/11906</w:t>
        <w:br/>
        <w:t>f 21158/13271/11908 21159/13270/11907 21156/13269/11906</w:t>
        <w:br/>
        <w:t>f 21160/13272/11909 21158/13271/11908 21156/13269/11906</w:t>
        <w:br/>
        <w:t>f 21161/13273/11910 21160/13272/11909 21156/13269/11906</w:t>
        <w:br/>
        <w:t>f 21164/13274/11911 21163/13275/11912 21162/13276/11913</w:t>
        <w:br/>
        <w:t>f 21165/13277/11914 21164/13274/11911 21162/13276/11913</w:t>
        <w:br/>
        <w:t>f 21164/13274/11911 21167/13278/11915 21166/13279/11916</w:t>
        <w:br/>
        <w:t>f 21163/13275/11912 21164/13274/11911 21166/13279/11916</w:t>
        <w:br/>
        <w:t>f 21154/13267/11904 21159/13270/11907 21168/13280/11917</w:t>
        <w:br/>
        <w:t>f 21151/13263/11900 21154/13267/11904 21168/13280/11917</w:t>
        <w:br/>
        <w:t>f 21161/13273/11910 21156/13269/11906 21157/13268/11905</w:t>
        <w:br/>
        <w:t>f 21169/13281/11918 21161/13273/11910 21157/13268/11905</w:t>
        <w:br/>
        <w:t>f 21169/13281/11918 21171/13282/11919 21170/13283/11920</w:t>
        <w:br/>
        <w:t>f 21161/13273/11910 21169/13281/11918 21170/13283/11920</w:t>
        <w:br/>
        <w:t>f 21171/13282/11919 21172/13284/11921 21170/13283/11920</w:t>
        <w:br/>
        <w:t>f 21149/13259/11896 21173/13285/11922 21148/13260/11897</w:t>
        <w:br/>
        <w:t>f 21173/13285/11922 21149/13259/11896 21174/13286/11923</w:t>
        <w:br/>
        <w:t>f 21176/13287/11924 21175/13288/11925 21150/13264/11901</w:t>
        <w:br/>
        <w:t>f 21175/13288/11925 21176/13287/11924 21177/13289/11926</w:t>
        <w:br/>
        <w:t>f 21178/13290/11927 21175/13288/11925 21177/13289/11926</w:t>
        <w:br/>
        <w:t>f 21180/13291/11928 21179/13292/11929 21178/13290/11927</w:t>
        <w:br/>
        <w:t>f 21177/13289/11926 21180/13291/11928 21178/13290/11927</w:t>
        <w:br/>
        <w:t>f 21183/13293/11930 21182/13294/11931 21181/13295/11932</w:t>
        <w:br/>
        <w:t>f 21185/13296/11933 21181/13295/11932 21149/13259/11896</w:t>
        <w:br/>
        <w:t>f 21184/13297/11934 21185/13296/11933 21149/13259/11896</w:t>
        <w:br/>
        <w:t>f 21149/13259/11896 21147/13261/11898 21184/13297/11934</w:t>
        <w:br/>
        <w:t>f 21188/13298/11935 21149/13259/11896 21187/13299/11936</w:t>
        <w:br/>
        <w:t>f 21186/13300/11936 21188/13298/11935 21187/13299/11936</w:t>
        <w:br/>
        <w:t>f 21182/13294/11931 21186/13300/11936 21187/13299/11936</w:t>
        <w:br/>
        <w:t>f 21189/13301/11937 21182/13294/11931 21183/13293/11930</w:t>
        <w:br/>
        <w:t>f 21190/13302/11937 21189/13301/11937 21183/13293/11930</w:t>
        <w:br/>
        <w:t>f 21192/13303/11938 21191/13304/11939 21189/13301/11937</w:t>
        <w:br/>
        <w:t>f 21190/13302/11937 21192/13303/11938 21189/13301/11937</w:t>
        <w:br/>
        <w:t>f 21195/13305/11940 21194/13306/11941 21193/13307/11942</w:t>
        <w:br/>
        <w:t>f 21196/13308/11940 21195/13305/11940 21193/13307/11942</w:t>
        <w:br/>
        <w:t>f 21197/13309/11943 21195/13305/11940 21196/13308/11940</w:t>
        <w:br/>
        <w:t>f 21198/13310/11944 21197/13309/11943 21196/13308/11940</w:t>
        <w:br/>
        <w:t>f 21201/13311/11945 21200/13312/11938 21199/13313/11939</w:t>
        <w:br/>
        <w:t>f 21202/13314/11945 21201/13311/11945 21199/13313/11939</w:t>
        <w:br/>
        <w:t>f 21174/13286/11923 21149/13259/11896 21188/13298/11935</w:t>
        <w:br/>
        <w:t>f 21205/13315/11946 21204/13316/11947 21203/13317/11948</w:t>
        <w:br/>
        <w:t>f 21205/13315/11946 21206/13318/11949 21204/13316/11947</w:t>
        <w:br/>
        <w:t>f 21205/13315/11946 21207/13319/11950 21206/13318/11949</w:t>
        <w:br/>
        <w:t>f 21211/13320/11951 21210/13321/11952 21209/13322/11953</w:t>
        <w:br/>
        <w:t>f 21208/13323/11954 21211/13320/11951 21209/13322/11953</w:t>
        <w:br/>
        <w:t>f 21213/13324/11955 21212/13325/11956 21210/13321/11952</w:t>
        <w:br/>
        <w:t>f 21211/13320/11951 21213/13324/11955 21210/13321/11952</w:t>
        <w:br/>
        <w:t>f 21211/13320/11951 21215/13326/11957 21214/13327/11958</w:t>
        <w:br/>
        <w:t>f 21213/13324/11955 21211/13320/11951 21214/13327/11958</w:t>
        <w:br/>
        <w:t>f 21218/13328/11959 21217/13329/11960 21216/13330/11961</w:t>
        <w:br/>
        <w:t>f 21219/13331/11962 21205/13315/11946 21203/13317/11948</w:t>
        <w:br/>
        <w:t>f 21220/13332/11963 21205/13315/11946 21219/13331/11962</w:t>
        <w:br/>
        <w:t>f 21205/13315/11946 21220/13332/11963 21222/13333/11964</w:t>
        <w:br/>
        <w:t>f 21221/13334/11964 21205/13315/11946 21222/13333/11964</w:t>
        <w:br/>
        <w:t>f 21212/13325/11956 21213/13324/11955 21216/13330/11961</w:t>
        <w:br/>
        <w:t>f 21223/13335/11965 21212/13325/11956 21216/13330/11961</w:t>
        <w:br/>
        <w:t>f 21208/13323/11954 21209/13322/11953 21225/13336/11966</w:t>
        <w:br/>
        <w:t>f 21224/13337/11967 21208/13323/11954 21225/13336/11966</w:t>
        <w:br/>
        <w:t>f 21225/13336/11966 21227/13338/11968 21226/13339/11969</w:t>
        <w:br/>
        <w:t>f 21224/13337/11967 21225/13336/11966 21226/13339/11969</w:t>
        <w:br/>
        <w:t>f 21227/13338/11968 21228/13340/11970 21226/13339/11969</w:t>
        <w:br/>
        <w:t>f 21207/13319/11950 21205/13315/11946 21230/13341/11971</w:t>
        <w:br/>
        <w:t>f 21229/13342/11972 21207/13319/11950 21230/13341/11971</w:t>
        <w:br/>
        <w:t>f 21231/13343/11973 21229/13342/11972 21230/13341/11971</w:t>
        <w:br/>
        <w:t>f 21202/13314/11945 21231/13343/11973 21232/13344/11974</w:t>
        <w:br/>
        <w:t>f 21201/13311/11945 21202/13314/11945 21232/13344/11974</w:t>
        <w:br/>
        <w:t>f 21235/13345/11975 21234/13346/11976 21233/13347/11977</w:t>
        <w:br/>
        <w:t>f 21236/13348/11975 21235/13345/11975 21233/13347/11977</w:t>
        <w:br/>
        <w:t>f 21228/13340/11970 21235/13345/11975 21236/13348/11975</w:t>
        <w:br/>
        <w:t>f 21237/13349/11978 21228/13340/11970 21236/13348/11975</w:t>
        <w:br/>
        <w:t>f 21240/13350/11979 21239/13351/11980 21238/13352/11981</w:t>
        <w:br/>
        <w:t>f 21240/13350/11979 21241/13353/11982 21239/13351/11980</w:t>
        <w:br/>
        <w:t>f 21240/13350/11979 21242/13354/11983 21241/13353/11982</w:t>
        <w:br/>
        <w:t>f 21245/13355/11984 21244/13356/11985 21243/13357/11986</w:t>
        <w:br/>
        <w:t>f 21246/13358/11987 21242/13354/11983 21240/13350/11979</w:t>
        <w:br/>
        <w:t>f 21247/13359/11988 21246/13358/11987 21240/13350/11979</w:t>
        <w:br/>
        <w:t>f 21250/13360/11989 21249/13361/11990 21248/13362/11991</w:t>
        <w:br/>
        <w:t>f 21251/13363/11992 21250/13360/11989 21248/13362/11991</w:t>
        <w:br/>
        <w:t>f 21249/13361/11990 21246/13358/11987 21247/13359/11988</w:t>
        <w:br/>
        <w:t>f 21217/13329/11960 21218/13328/11959 21253/13364/11993</w:t>
        <w:br/>
        <w:t>f 21252/13365/11994 21217/13329/11960 21253/13364/11993</w:t>
        <w:br/>
        <w:t>f 21245/13355/11984 21218/13328/11959 21216/13330/11961</w:t>
        <w:br/>
        <w:t>f 21215/13326/11957 21254/13366/11980 21243/13357/11986</w:t>
        <w:br/>
        <w:t>f 21214/13327/11958 21215/13326/11957 21243/13357/11986</w:t>
        <w:br/>
        <w:t>f 21254/13366/11980 21215/13326/11957 21255/13367/11995</w:t>
        <w:br/>
        <w:t>f 21256/13368/11996 21254/13366/11980 21255/13367/11995</w:t>
        <w:br/>
        <w:t>f 21258/13369/11997 21257/13370/11998 21256/13368/11996</w:t>
        <w:br/>
        <w:t>f 21255/13367/11995 21258/13369/11997 21256/13368/11996</w:t>
        <w:br/>
        <w:t>f 21224/13337/11967 21226/13339/11969 21260/13371/11999</w:t>
        <w:br/>
        <w:t>f 21259/13372/12000 21224/13337/11967 21260/13371/11999</w:t>
        <w:br/>
        <w:t>f 21226/13339/11969 21237/13349/11978 21260/13371/11999</w:t>
        <w:br/>
        <w:t>f 21263/13373/12001 21262/13374/12002 21261/13375/12003</w:t>
        <w:br/>
        <w:t>f 21240/13350/11979 21263/13373/12001 21261/13375/12003</w:t>
        <w:br/>
        <w:t>f 21264/13376/12004 21261/13375/12003 21262/13374/12002</w:t>
        <w:br/>
        <w:t>f 21263/13373/12001 21240/13350/11979 21265/13377/12005</w:t>
        <w:br/>
        <w:t>f 21238/13352/11981 21265/13377/12005 21240/13350/11979</w:t>
        <w:br/>
        <w:t>f 21208/13323/11954 21255/13367/11995 21215/13326/11957</w:t>
        <w:br/>
        <w:t>f 21211/13320/11951 21208/13323/11954 21215/13326/11957</w:t>
        <w:br/>
        <w:t>f 21224/13337/11967 21258/13369/11997 21255/13367/11995</w:t>
        <w:br/>
        <w:t>f 21208/13323/11954 21224/13337/11967 21255/13367/11995</w:t>
        <w:br/>
        <w:t>f 21268/13378/12006 21267/13379/11914 21266/13380/12007</w:t>
        <w:br/>
        <w:t>f 21268/13378/12006 21269/13381/11911 21267/13379/11914</w:t>
        <w:br/>
        <w:t>f 21266/13380/12007 21270/13382/12008 21268/13378/12006</w:t>
        <w:br/>
        <w:t>f 21268/13378/12006 21270/13382/12008 21272/13383/12009</w:t>
        <w:br/>
        <w:t>f 21271/13384/12010 21268/13378/12006 21272/13383/12009</w:t>
        <w:br/>
        <w:t>f 21275/13385/12011 21274/13386/12012 21273/13387/12012</w:t>
        <w:br/>
        <w:t>f 21276/13388/12011 21275/13385/12011 21273/13387/12012</w:t>
        <w:br/>
        <w:t>f 21176/13287/11924 21150/13264/11901 21277/13389/12013</w:t>
        <w:br/>
        <w:t>f 21277/13389/12013 21166/13279/11916 21167/13278/11915</w:t>
        <w:br/>
        <w:t>f 21278/13390/12014 21275/13385/12011 21276/13388/12011</w:t>
        <w:br/>
        <w:t>f 21280/13391/12015 21279/13392/12016 21271/13384/12010</w:t>
        <w:br/>
        <w:t>f 21281/13393/11915 21269/13381/11911 21268/13378/12006</w:t>
        <w:br/>
        <w:t>f 21222/13333/11964 21282/13394/12017 21221/13334/11964</w:t>
        <w:br/>
        <w:t>f 21252/13365/11994 21253/13364/11993 21283/13395/12018</w:t>
        <w:br/>
        <w:t>f 21284/13396/12018 21252/13365/11994 21283/13395/12018</w:t>
        <w:br/>
        <w:t>f 21285/13397/12019 21284/13396/12018 21283/13395/12018</w:t>
        <w:br/>
        <w:t>f 21286/13398/12019 21285/13397/12019 21283/13395/12018</w:t>
        <w:br/>
        <w:t>f 21198/13310/11944 21287/13399/12020 21172/13284/11921</w:t>
        <w:br/>
        <w:t>f 21197/13309/11943 21198/13310/11944 21172/13284/11921</w:t>
        <w:br/>
        <w:t>f 21289/13400/12021 21288/13401/12022 21250/13360/12023</w:t>
        <w:br/>
        <w:t>f 21290/13402/12024 21289/13400/12021 21250/13360/12023</w:t>
        <w:br/>
        <w:t>f 21293/13403/11928 21292/13404/12025 21291/13405/12026</w:t>
        <w:br/>
        <w:t>f 21294/13406/12027 21293/13403/11928 21291/13405/12026</w:t>
        <w:br/>
        <w:t>f 21295/13407/11926 21280/13391/12028 21292/13404/12025</w:t>
        <w:br/>
        <w:t>f 21293/13403/11928 21295/13407/11926 21292/13404/12025</w:t>
        <w:br/>
        <w:t>f 21179/13292/11929 21180/13291/11928 21297/13408/12027</w:t>
        <w:br/>
        <w:t>f 21296/13409/12029 21179/13292/11929 21297/13408/12027</w:t>
        <w:br/>
        <w:t>f 21233/13347/11977 21234/13346/11976 21298/13410/12030</w:t>
        <w:br/>
        <w:t>f 21299/13411/12021 21233/13347/11977 21298/13410/12030</w:t>
        <w:br/>
        <w:t>f 21272/13383/12009 21280/13391/12015 21271/13384/12010</w:t>
        <w:br/>
        <w:t>f 21301/13412/12031 21300/13413/12031 21165/13277/11914</w:t>
        <w:br/>
        <w:t>f 21162/13276/11913 21301/13412/12031 21165/13277/11914</w:t>
        <w:br/>
        <w:t>f 21300/13413/12031 21301/13412/12031 21302/13414/12032</w:t>
        <w:br/>
        <w:t>f 21287/13399/12020 21302/13414/12032 21170/13283/11920</w:t>
        <w:br/>
        <w:t>f 21217/13329/11960 21223/13335/11965 21216/13330/11961</w:t>
        <w:br/>
        <w:t>f 21175/13288/11925 21153/13265/11902 21150/13264/11901</w:t>
        <w:br/>
        <w:t>f 21172/13284/11921 21287/13399/12020 21170/13283/11920</w:t>
        <w:br/>
        <w:t>f 21228/13340/11970 21237/13349/11978 21226/13339/11969</w:t>
        <w:br/>
        <w:t>f 21183/13293/11930 21181/13295/11932 21185/13296/11933</w:t>
        <w:br/>
        <w:t>f 21232/13344/11974 21231/13343/11973 21230/13341/11971</w:t>
        <w:br/>
        <w:t>f 21248/13362/11991 21249/13361/11990 21247/13359/11988</w:t>
        <w:br/>
        <w:t>f 21303/13415/12033 21273/13387/12012 21274/13386/12012</w:t>
        <w:br/>
        <w:t>f 21213/13324/11955 21214/13327/11958 21245/13355/11984</w:t>
        <w:br/>
        <w:t>f 21216/13330/11961 21213/13324/11955 21245/13355/11984</w:t>
        <w:br/>
        <w:t>f 21260/13371/11999 21257/13370/11998 21258/13369/11997</w:t>
        <w:br/>
        <w:t>f 21151/13263/11900 21166/13279/11916 21277/13389/12013</w:t>
        <w:br/>
        <w:t>f 21150/13264/11901 21151/13263/11900 21277/13389/12013</w:t>
        <w:br/>
        <w:t>f 21302/13414/12032 21160/13272/11909 21161/13273/11910</w:t>
        <w:br/>
        <w:t>f 21170/13283/11920 21302/13414/12032 21161/13273/11910</w:t>
        <w:br/>
        <w:t>f 21372/13416/12034 21371/13417/12035 21370/13418/12036</w:t>
        <w:br/>
        <w:t>f 21382/13419/12037 21381/13420/12038 21374/13421/12039</w:t>
        <w:br/>
        <w:t>f 21395/13422/12040 21394/13423/12041 21393/13424/12041</w:t>
        <w:br/>
        <w:t>f 21396/13425/12042 21395/13422/12040 21393/13424/12041</w:t>
        <w:br/>
        <w:t>f 21371/13417/12035 21400/13426/12043 21370/13418/12036</w:t>
        <w:br/>
        <w:t>f 22323/13427/12044 22322/13428/12045 22321/13429/12046</w:t>
        <w:br/>
        <w:t>f 22342/13430/12047 22341/13431/12048 22340/13432/12049</w:t>
        <w:br/>
        <w:t>f 22339/13433/12049 22342/13430/12047 22340/13432/12049</w:t>
        <w:br/>
        <w:t>f 22379/13434/12050 22378/13435/12051 22377/13436/12051</w:t>
        <w:br/>
        <w:t>f 22380/13437/12050 22379/13434/12050 22377/13436/12051</w:t>
        <w:br/>
        <w:t>f 22382/13438/12052 22381/13439/12053 22377/13436/12051</w:t>
        <w:br/>
        <w:t>f 22378/13435/12051 22382/13438/12052 22377/13436/12051</w:t>
        <w:br/>
        <w:t>f 22379/13434/12050 22380/13437/12050 22384/13440/12054</w:t>
        <w:br/>
        <w:t>f 22383/13441/12054 22379/13434/12050 22384/13440/12054</w:t>
        <w:br/>
        <w:t>f 22387/13442/12055 22386/13443/12055 22385/13444/12056</w:t>
        <w:br/>
        <w:t>f 22388/13445/12056 22387/13442/12055 22385/13444/12056</w:t>
        <w:br/>
        <w:t>f 22392/13446/12057 22391/13447/12058 22390/13448/12059</w:t>
        <w:br/>
        <w:t>f 22389/13449/12060 22392/13446/12057 22390/13448/12059</w:t>
        <w:br/>
        <w:t>f 22391/13447/12058 22392/13446/12057 22394/13450/12061</w:t>
        <w:br/>
        <w:t>f 22393/13451/12062 22391/13447/12058 22394/13450/12061</w:t>
        <w:br/>
        <w:t>f 22396/13452/12063 22393/13451/12062 22394/13450/12061</w:t>
        <w:br/>
        <w:t>f 22395/13453/12064 22396/13452/12063 22394/13450/12061</w:t>
        <w:br/>
        <w:t>f 22397/13454/12065 22396/13452/12063 22395/13453/12064</w:t>
        <w:br/>
        <w:t>f 22398/13455/12066 22397/13454/12065 22395/13453/12064</w:t>
        <w:br/>
        <w:t>f 22401/13456/12067 22400/13457/12068 22399/13458/12069</w:t>
        <w:br/>
        <w:t>f 22403/13459/12070 22400/13457/12068 22401/13456/12067</w:t>
        <w:br/>
        <w:t>f 22402/13460/12071 22403/13459/12070 22401/13456/12067</w:t>
        <w:br/>
        <w:t>f 22405/13461/12072 22404/13462/12073 22403/13459/12070</w:t>
        <w:br/>
        <w:t>f 22389/13449/12060 22390/13448/12059 22388/13445/12056</w:t>
        <w:br/>
        <w:t>f 22385/13444/12056 22389/13449/12060 22388/13445/12056</w:t>
        <w:br/>
        <w:t>f 22403/13459/12070 22404/13462/12073 22406/13463/12074</w:t>
        <w:br/>
        <w:t>f 22403/13459/12070 22408/13464/12075 22407/13465/12076</w:t>
        <w:br/>
        <w:t>f 22410/13466/12077 22409/13467/12078 22403/13459/12070</w:t>
        <w:br/>
        <w:t>f 22407/13465/12076 22410/13466/12077 22403/13459/12070</w:t>
        <w:br/>
        <w:t>f 22400/13457/12079 22412/13468/12080 22411/13469/12052</w:t>
        <w:br/>
        <w:t>f 22415/13470/12081 22414/13471/12082 22413/13472/12083</w:t>
        <w:br/>
        <w:t>f 22418/13473/12084 22417/13474/12085 22416/13475/12086</w:t>
        <w:br/>
        <w:t>f 22416/13475/12086 22417/13474/12085 22413/13472/12083</w:t>
        <w:br/>
        <w:t>f 22414/13471/12082 22416/13475/12086 22413/13472/12083</w:t>
        <w:br/>
        <w:t>f 22421/13476/12087 22420/13477/12088 22419/13478/12088</w:t>
        <w:br/>
        <w:t>f 22423/13479/12089 22422/13480/12090 22419/13478/12088</w:t>
        <w:br/>
        <w:t>f 22420/13477/12088 22423/13479/12089 22419/13478/12088</w:t>
        <w:br/>
        <w:t>f 22422/13480/12090 22423/13479/12089 22424/13481/12091</w:t>
        <w:br/>
        <w:t>f 22422/13480/12090 22424/13481/12091 22425/13482/12092</w:t>
        <w:br/>
        <w:t>f 22418/13473/12084 22416/13475/12086 22426/13483/12093</w:t>
        <w:br/>
        <w:t>f 22426/13483/12093 22416/13475/12086 22425/13482/12092</w:t>
        <w:br/>
        <w:t>f 22402/13460/12071 22405/13461/12072 22403/13459/12070</w:t>
        <w:br/>
        <w:t>f 22403/13459/12070 22406/13463/12074 22408/13464/12075</w:t>
        <w:br/>
        <w:t>f 22421/13476/12094 22414/13471/12082 22415/13470/12081</w:t>
        <w:br/>
        <w:t>f 22400/13457/12079 22410/13466/12077 22412/13468/12080</w:t>
        <w:br/>
        <w:t>f 22430/13484/12095 22429/13485/12096 22428/13486/12097</w:t>
        <w:br/>
        <w:t>f 22427/13487/12098 22430/13484/12095 22428/13486/12097</w:t>
        <w:br/>
        <w:t>f 22432/13488/12099 22431/13489/12100 22430/13484/12095</w:t>
        <w:br/>
        <w:t>f 22427/13487/12098 22432/13488/12099 22430/13484/12095</w:t>
        <w:br/>
        <w:t>f 22436/13490/12101 22435/13491/12102 22434/13492/12103</w:t>
        <w:br/>
        <w:t>f 22433/13493/12104 22436/13490/12101 22434/13492/12103</w:t>
        <w:br/>
        <w:t>f 22437/13494/12105 22433/13493/12104 22434/13492/12103</w:t>
        <w:br/>
        <w:t>f 22441/13495/12106 22440/13496/12106 22439/13497/12107</w:t>
        <w:br/>
        <w:t>f 22438/13498/12107 22441/13495/12106 22439/13497/12107</w:t>
        <w:br/>
        <w:t>f 22443/13499/12108 22438/13498/12107 22439/13497/12107</w:t>
        <w:br/>
        <w:t>f 22442/13500/12108 22443/13499/12108 22439/13497/12107</w:t>
        <w:br/>
        <w:t>f 22446/13501/12109 22445/13502/12110 22444/13503/12111</w:t>
        <w:br/>
        <w:t>f 22447/13504/12111 22446/13501/12109 22444/13503/12111</w:t>
        <w:br/>
        <w:t>f 22445/13502/12110 22433/13493/12104 22449/13505/12112</w:t>
        <w:br/>
        <w:t>f 22448/13506/12113 22445/13502/12110 22449/13505/12112</w:t>
        <w:br/>
        <w:t>f 22453/13507/12114 22452/13508/12114 22451/13509/12115</w:t>
        <w:br/>
        <w:t>f 22450/13510/12116 22453/13507/12114 22451/13509/12115</w:t>
        <w:br/>
        <w:t>f 22457/13511/12117 22456/13512/12118 22455/13513/12119</w:t>
        <w:br/>
        <w:t>f 22454/13514/12120 22457/13511/12117 22455/13513/12119</w:t>
        <w:br/>
        <w:t>f 22453/13507/12114 22459/13515/12121 22458/13516/12122</w:t>
        <w:br/>
        <w:t>f 22452/13508/12114 22453/13507/12114 22458/13516/12122</w:t>
        <w:br/>
        <w:t>f 22459/13515/12123 22461/13517/12124 22460/13518/12096</w:t>
        <w:br/>
        <w:t>f 22456/13512/12125 22459/13515/12123 22460/13518/12096</w:t>
        <w:br/>
        <w:t>f 22456/13512/12118 22462/13519/12126 22455/13513/12119</w:t>
        <w:br/>
        <w:t>f 22442/13500/12108 22464/13520/12127 22463/13521/12128</w:t>
        <w:br/>
        <w:t>f 22443/13499/12108 22442/13500/12108 22463/13521/12128</w:t>
        <w:br/>
        <w:t>f 22450/13510/12116 22451/13509/12115 22465/13522/12129</w:t>
        <w:br/>
        <w:t>f 22467/13523/12130 22466/13524/12130 22463/13521/12128</w:t>
        <w:br/>
        <w:t>f 22464/13520/12127 22467/13523/12130 22463/13521/12128</w:t>
        <w:br/>
        <w:t>f 22470/13525/12131 22469/13526/12132 22468/13527/12133</w:t>
        <w:br/>
        <w:t>f 22470/13525/12131 22471/13528/12134 22469/13526/12132</w:t>
        <w:br/>
        <w:t>f 22435/13491/12102 22436/13490/12101 22470/13525/12131</w:t>
        <w:br/>
        <w:t>f 22468/13527/12133 22435/13491/12102 22470/13525/12131</w:t>
        <w:br/>
        <w:t>f 22475/13529/12135 22474/13530/12135 22473/13531/12136</w:t>
        <w:br/>
        <w:t>f 22472/13532/12136 22475/13529/12135 22473/13531/12136</w:t>
        <w:br/>
        <w:t>f 22451/13509/12115 22476/13533/12137 22465/13522/12129</w:t>
        <w:br/>
        <w:t>f 22451/13509/12115 22457/13511/12117 22454/13514/12120</w:t>
        <w:br/>
        <w:t>f 22476/13533/12137 22451/13509/12115 22454/13514/12120</w:t>
        <w:br/>
        <w:t>f 22474/13530/12135 22475/13529/12135 22431/13489/12100</w:t>
        <w:br/>
        <w:t>f 22432/13488/12099 22474/13530/12135 22431/13489/12100</w:t>
        <w:br/>
        <w:t>f 22444/13503/12111 22471/13528/12134 22470/13525/12131</w:t>
        <w:br/>
        <w:t>f 22447/13504/12111 22444/13503/12111 22470/13525/12131</w:t>
        <w:br/>
        <w:t>f 22480/13534/12138 22479/13535/12138 22478/13536/12139</w:t>
        <w:br/>
        <w:t>f 22477/13537/12140 22480/13534/12138 22478/13536/12139</w:t>
        <w:br/>
        <w:t>f 22482/13538/12141 22479/13535/12138 22480/13534/12138</w:t>
        <w:br/>
        <w:t>f 22481/13539/12141 22482/13538/12141 22480/13534/12138</w:t>
        <w:br/>
        <w:t>f 22486/13540/12142 22485/13541/12143 22484/13542/12144</w:t>
        <w:br/>
        <w:t>f 22483/13543/12145 22486/13540/12142 22484/13542/12144</w:t>
        <w:br/>
        <w:t>f 22487/13544/12146 22484/13542/12144 22485/13541/12143</w:t>
        <w:br/>
        <w:t>f 22491/13545/12147 22490/13546/12148 22489/13547/12148</w:t>
        <w:br/>
        <w:t>f 22488/13548/12147 22491/13545/12147 22489/13547/12148</w:t>
        <w:br/>
        <w:t>f 22493/13549/12149 22492/13550/12149 22489/13547/12148</w:t>
        <w:br/>
        <w:t>f 22490/13546/12148 22493/13549/12149 22489/13547/12148</w:t>
        <w:br/>
        <w:t>f 22496/13551/12150 22495/13552/12151 22494/13553/12152</w:t>
        <w:br/>
        <w:t>f 22497/13554/12153 22496/13551/12150 22494/13553/12152</w:t>
        <w:br/>
        <w:t>f 22495/13552/12154 22499/13555/12155 22498/13556/12156</w:t>
        <w:br/>
        <w:t>f 22485/13541/12157 22495/13552/12154 22498/13556/12156</w:t>
        <w:br/>
        <w:t>f 22503/13557/12158 22502/13558/12159 22501/13559/12160</w:t>
        <w:br/>
        <w:t>f 22500/13560/12158 22503/13557/12158 22501/13559/12160</w:t>
        <w:br/>
        <w:t>f 22507/13561/12161 22506/13562/12161 22505/13563/12162</w:t>
        <w:br/>
        <w:t>f 22504/13564/12163 22507/13561/12161 22505/13563/12162</w:t>
        <w:br/>
        <w:t>f 22509/13565/12164 22508/13566/12165 22503/13557/12158</w:t>
        <w:br/>
        <w:t>f 22500/13560/12158 22509/13565/12164 22503/13557/12158</w:t>
        <w:br/>
        <w:t>f 22511/13567/12166 22510/13568/12167 22508/13566/12165</w:t>
        <w:br/>
        <w:t>f 22504/13564/12168 22511/13567/12166 22508/13566/12165</w:t>
        <w:br/>
        <w:t>f 22504/13564/12163 22505/13563/12162 22512/13569/12169</w:t>
        <w:br/>
        <w:t>f 22514/13570/12170 22513/13571/12170 22492/13550/12149</w:t>
        <w:br/>
        <w:t>f 22493/13549/12149 22514/13570/12170 22492/13550/12149</w:t>
        <w:br/>
        <w:t>f 22502/13558/12159 22515/13572/12171 22501/13559/12160</w:t>
        <w:br/>
        <w:t>f 22517/13573/12172 22513/13571/12170 22514/13570/12170</w:t>
        <w:br/>
        <w:t>f 22516/13574/12172 22517/13573/12172 22514/13570/12170</w:t>
        <w:br/>
        <w:t>f 22520/13575/12173 22519/13576/12174 22518/13577/12175</w:t>
        <w:br/>
        <w:t>f 22520/13575/12173 22518/13577/12175 22521/13578/12176</w:t>
        <w:br/>
        <w:t>f 22520/13575/12173 22486/13540/12142 22483/13543/12145</w:t>
        <w:br/>
        <w:t>f 22519/13576/12174 22520/13575/12173 22483/13543/12145</w:t>
        <w:br/>
        <w:t>f 22525/13579/12177 22524/13580/12178 22523/13581/12178</w:t>
        <w:br/>
        <w:t>f 22522/13582/12177 22525/13579/12177 22523/13581/12178</w:t>
        <w:br/>
        <w:t>f 22501/13559/12160 22515/13572/12171 22526/13583/12179</w:t>
        <w:br/>
        <w:t>f 22506/13562/12161 22507/13561/12161 22501/13559/12160</w:t>
        <w:br/>
        <w:t>f 22526/13583/12179 22506/13562/12161 22501/13559/12160</w:t>
        <w:br/>
        <w:t>f 22522/13582/12177 22482/13538/12141 22481/13539/12141</w:t>
        <w:br/>
        <w:t>f 22525/13579/12177 22522/13582/12177 22481/13539/12141</w:t>
        <w:br/>
        <w:t>f 22496/13551/12150 22497/13554/12153 22520/13575/12173</w:t>
        <w:br/>
        <w:t>f 22521/13578/12176 22496/13551/12150 22520/13575/12173</w:t>
        <w:br/>
        <w:t>f 22530/13584/12180 22529/13585/12181 22528/13586/12182</w:t>
        <w:br/>
        <w:t>f 22527/13587/12180 22530/13584/12180 22528/13586/12182</w:t>
        <w:br/>
        <w:t>f 22532/13588/12183 22531/13589/12184 22530/13584/12180</w:t>
        <w:br/>
        <w:t>f 22527/13587/12180 22532/13588/12183 22530/13584/12180</w:t>
        <w:br/>
        <w:t>f 22536/13590/12185 22535/13591/12185 22534/13592/12186</w:t>
        <w:br/>
        <w:t>f 22533/13593/12187 22536/13590/12185 22534/13592/12186</w:t>
        <w:br/>
        <w:t>f 22537/13594/12188 22533/13593/12187 22534/13592/12186</w:t>
        <w:br/>
        <w:t>f 22541/13595/12189 22540/13596/12189 22539/13597/12190</w:t>
        <w:br/>
        <w:t>f 22538/13598/12191 22541/13595/12189 22539/13597/12190</w:t>
        <w:br/>
        <w:t>f 22543/13599/12192 22538/13598/12191 22539/13597/12190</w:t>
        <w:br/>
        <w:t>f 22542/13600/12193 22543/13599/12192 22539/13597/12190</w:t>
        <w:br/>
        <w:t>f 22546/13601/12194 22545/13602/12195 22544/13603/12196</w:t>
        <w:br/>
        <w:t>f 22547/13604/12197 22546/13601/12194 22544/13603/12196</w:t>
        <w:br/>
        <w:t>f 22545/13602/12195 22533/13593/12198 22549/13605/12182</w:t>
        <w:br/>
        <w:t>f 22548/13606/12199 22545/13602/12195 22549/13605/12182</w:t>
        <w:br/>
        <w:t>f 22553/13607/12200 22552/13608/12200 22551/13609/12201</w:t>
        <w:br/>
        <w:t>f 22550/13610/12202 22553/13607/12200 22551/13609/12201</w:t>
        <w:br/>
        <w:t>f 22557/13611/12203 22556/13612/12204 22555/13613/12205</w:t>
        <w:br/>
        <w:t>f 22554/13614/12203 22557/13611/12203 22555/13613/12205</w:t>
        <w:br/>
        <w:t>f 22553/13607/12200 22559/13615/12206 22558/13616/12207</w:t>
        <w:br/>
        <w:t>f 22552/13608/12200 22553/13607/12200 22558/13616/12207</w:t>
        <w:br/>
        <w:t>f 22559/13615/12206 22561/13617/12208 22560/13618/12209</w:t>
        <w:br/>
        <w:t>f 22556/13612/12210 22559/13615/12206 22560/13618/12209</w:t>
        <w:br/>
        <w:t>f 22556/13612/12204 22562/13619/12211 22555/13613/12205</w:t>
        <w:br/>
        <w:t>f 22542/13600/12193 22564/13620/12212 22563/13621/12212</w:t>
        <w:br/>
        <w:t>f 22543/13599/12192 22542/13600/12193 22563/13621/12212</w:t>
        <w:br/>
        <w:t>f 22550/13610/12202 22551/13609/12201 22565/13622/12213</w:t>
        <w:br/>
        <w:t>f 22567/13623/12214 22566/13624/12214 22563/13621/12212</w:t>
        <w:br/>
        <w:t>f 22564/13620/12212 22567/13623/12214 22563/13621/12212</w:t>
        <w:br/>
        <w:t>f 22570/13625/12215 22569/13626/12216 22568/13627/12217</w:t>
        <w:br/>
        <w:t>f 22570/13625/12215 22571/13628/12218 22569/13626/12216</w:t>
        <w:br/>
        <w:t>f 22535/13591/12185 22536/13590/12185 22570/13625/12215</w:t>
        <w:br/>
        <w:t>f 22568/13627/12217 22535/13591/12185 22570/13625/12215</w:t>
        <w:br/>
        <w:t>f 22575/13629/12219 22574/13630/12219 22573/13631/12220</w:t>
        <w:br/>
        <w:t>f 22572/13632/12220 22575/13629/12219 22573/13631/12220</w:t>
        <w:br/>
        <w:t>f 22551/13609/12201 22576/13633/12221 22565/13622/12213</w:t>
        <w:br/>
        <w:t>f 22551/13609/12201 22557/13611/12203 22554/13614/12203</w:t>
        <w:br/>
        <w:t>f 22576/13633/12221 22551/13609/12201 22554/13614/12203</w:t>
        <w:br/>
        <w:t>f 22574/13630/12219 22575/13629/12219 22531/13589/12184</w:t>
        <w:br/>
        <w:t>f 22532/13588/12183 22574/13630/12219 22531/13589/12184</w:t>
        <w:br/>
        <w:t>f 22544/13603/12196 22571/13628/12218 22570/13625/12215</w:t>
        <w:br/>
        <w:t>f 22547/13604/12197 22544/13603/12196 22570/13625/12215</w:t>
        <w:br/>
        <w:t>f 22579/13634/12222 22578/13635/12223 22577/13636/12223</w:t>
        <w:br/>
        <w:t>f 22580/13637/12222 22579/13634/12222 22577/13636/12223</w:t>
        <w:br/>
        <w:t>f 22578/13635/12223 22582/13638/12224 22581/13639/12225</w:t>
        <w:br/>
        <w:t>f 22577/13636/12223 22578/13635/12223 22581/13639/12225</w:t>
        <w:br/>
        <w:t>f 22584/13640/12226 22583/13641/12227 22579/13634/12222</w:t>
        <w:br/>
        <w:t>f 22580/13637/12222 22584/13640/12226 22579/13634/12222</w:t>
        <w:br/>
        <w:t>f 22583/13641/12227 22584/13640/12226 22585/13642/12228</w:t>
        <w:br/>
        <w:t>f 22586/13643/12229 22583/13641/12227 22585/13642/12228</w:t>
        <w:br/>
        <w:t>f 22589/13644/12230 22588/13645/12230 22587/13646/12231</w:t>
        <w:br/>
        <w:t>f 22590/13647/12232 22589/13644/12230 22587/13646/12231</w:t>
        <w:br/>
        <w:t>f 22588/13645/12230 22589/13644/12230 22592/13648/12233</w:t>
        <w:br/>
        <w:t>f 22591/13649/12233 22588/13645/12230 22592/13648/12233</w:t>
        <w:br/>
        <w:t>f 22591/13649/12233 22592/13648/12233 22593/13650/12234</w:t>
        <w:br/>
        <w:t>f 22594/13651/12234 22591/13649/12233 22593/13650/12234</w:t>
        <w:br/>
        <w:t>f 22595/13652/12235 22594/13651/12234 22593/13650/12234</w:t>
        <w:br/>
        <w:t>f 22596/13653/12235 22595/13652/12235 22593/13650/12234</w:t>
        <w:br/>
        <w:t>f 22599/13654/12236 22598/13655/12237 22597/13656/12238</w:t>
        <w:br/>
        <w:t>f 22601/13657/12239 22598/13655/12237 22599/13654/12236</w:t>
        <w:br/>
        <w:t>f 22600/13658/12240 22601/13657/12239 22599/13654/12236</w:t>
        <w:br/>
        <w:t>f 22603/13659/12241 22602/13660/12242 22601/13657/12239</w:t>
        <w:br/>
        <w:t>f 22590/13647/12232 22587/13646/12231 22586/13643/12229</w:t>
        <w:br/>
        <w:t>f 22585/13642/12228 22590/13647/12232 22586/13643/12229</w:t>
        <w:br/>
        <w:t>f 22601/13657/12239 22602/13660/12242 22604/13661/12243</w:t>
        <w:br/>
        <w:t>f 22601/13657/12239 22606/13662/12244 22605/13663/12245</w:t>
        <w:br/>
        <w:t>f 22608/13664/12246 22607/13665/12247 22601/13657/12239</w:t>
        <w:br/>
        <w:t>f 22605/13663/12245 22608/13664/12246 22601/13657/12239</w:t>
        <w:br/>
        <w:t>f 22607/13665/12247 22608/13664/12246 22609/13666/12248</w:t>
        <w:br/>
        <w:t>f 22612/13667/12249 22611/13668/12250 22610/13669/12251</w:t>
        <w:br/>
        <w:t>f 22615/13670/12252 22614/13671/12253 22613/13672/12254</w:t>
        <w:br/>
        <w:t>f 22613/13672/12254 22614/13671/12253 22616/13673/12255</w:t>
        <w:br/>
        <w:t>f 22611/13668/12250 22613/13672/12254 22616/13673/12255</w:t>
        <w:br/>
        <w:t>f 22612/13667/12256 22618/13674/12257 22617/13675/12258</w:t>
        <w:br/>
        <w:t>f 22618/13674/12257 22620/13676/12259 22619/13677/12260</w:t>
        <w:br/>
        <w:t>f 22617/13675/12258 22618/13674/12257 22619/13677/12260</w:t>
        <w:br/>
        <w:t>f 22619/13677/12260 22620/13676/12259 22621/13678/12261</w:t>
        <w:br/>
        <w:t>f 22619/13677/12260 22621/13678/12261 22622/13679/12262</w:t>
        <w:br/>
        <w:t>f 22598/13655/12263 22609/13666/12264 22623/13680/12265</w:t>
        <w:br/>
        <w:t>f 22611/13668/12250 22616/13673/12255 22610/13669/12251</w:t>
        <w:br/>
        <w:t>f 22615/13670/12252 22613/13672/12254 22624/13681/12266</w:t>
        <w:br/>
        <w:t>f 22624/13681/12266 22613/13672/12254 22622/13679/12267</w:t>
        <w:br/>
        <w:t>f 22600/13658/12240 22603/13659/12241 22601/13657/12239</w:t>
        <w:br/>
        <w:t>f 22601/13657/12239 22604/13661/12243 22606/13662/12244</w:t>
        <w:br/>
        <w:t>f 22627/13682/12268 22626/13683/12269 22625/13684/12270</w:t>
        <w:br/>
        <w:t>f 22630/13685/12271 22629/13686/12272 22627/13682/12268</w:t>
        <w:br/>
        <w:t>f 22628/13687/12271 22630/13685/12271 22627/13682/12268</w:t>
        <w:br/>
        <w:t>f 22630/13685/12271 22628/13687/12271 22632/13688/12273</w:t>
        <w:br/>
        <w:t>f 22631/13689/12274 22630/13685/12271 22632/13688/12273</w:t>
        <w:br/>
        <w:t>f 22631/13689/12274 22632/13688/12273 22634/13690/12275</w:t>
        <w:br/>
        <w:t>f 22633/13691/12276 22631/13689/12274 22634/13690/12275</w:t>
        <w:br/>
        <w:t>f 22647/13692/12277 22646/13693/12277 22645/13694/12278</w:t>
        <w:br/>
        <w:t>f 22644/13695/12278 22647/13692/12277 22645/13694/12278</w:t>
        <w:br/>
        <w:t>f 22648/13696/12279 22646/13693/12277 22647/13692/12277</w:t>
        <w:br/>
        <w:t>f 22649/13697/12279 22648/13696/12279 22647/13692/12277</w:t>
        <w:br/>
        <w:t>f 22645/13694/12278 22651/13698/12280 22650/13699/12281</w:t>
        <w:br/>
        <w:t>f 22644/13695/12278 22645/13694/12278 22650/13699/12281</w:t>
        <w:br/>
        <w:t>f 22651/13698/12280 22652/13700/12282 22650/13699/12281</w:t>
        <w:br/>
        <w:t>f 22648/13696/12279 22649/13697/12279 22660/13701/12283</w:t>
        <w:br/>
        <w:t>f 22659/13702/12283 22648/13696/12279 22660/13701/12283</w:t>
        <w:br/>
        <w:t>f 22673/13703/12284 22672/13704/12285 22671/13705/12286</w:t>
        <w:br/>
        <w:t>f 22670/13706/12287 22673/13703/12284 22671/13705/12286</w:t>
        <w:br/>
        <w:t>f 22673/13703/12284 22675/13707/12288 22674/13708/12289</w:t>
        <w:br/>
        <w:t>f 22678/13709/12290 22675/13707/12288 22677/13710/12291</w:t>
        <w:br/>
        <w:t>f 22676/13711/12291 22678/13709/12290 22677/13710/12291</w:t>
        <w:br/>
        <w:t>f 22680/13712/12292 22676/13711/12291 22677/13710/12291</w:t>
        <w:br/>
        <w:t>f 22679/13713/12292 22680/13712/12292 22677/13710/12291</w:t>
        <w:br/>
        <w:t>f 22689/13714/12293 22688/13715/12294 22687/13716/12295</w:t>
        <w:br/>
        <w:t>f 22686/13717/12296 22689/13714/12293 22687/13716/12295</w:t>
        <w:br/>
        <w:t>f 22691/13718/12297 22690/13719/12298 22688/13715/12294</w:t>
        <w:br/>
        <w:t>f 22689/13714/12293 22691/13718/12297 22688/13715/12294</w:t>
        <w:br/>
        <w:t>f 22701/13720/12299 22690/13719/12298 22700/13721/12300</w:t>
        <w:br/>
        <w:t>f 22704/13722/12301 22701/13720/12299 22703/13723/12302</w:t>
        <w:br/>
        <w:t>f 22702/13724/12301 22704/13722/12301 22703/13723/12302</w:t>
        <w:br/>
        <w:t>f 22702/13724/12301 22633/13691/12276 22634/13690/12275</w:t>
        <w:br/>
        <w:t>f 22704/13722/12301 22702/13724/12301 22634/13690/12275</w:t>
        <w:br/>
        <w:t>f 22660/13701/12283 22680/13712/12292 22679/13713/12292</w:t>
        <w:br/>
        <w:t>f 22659/13702/12283 22660/13701/12283 22679/13713/12292</w:t>
        <w:br/>
        <w:t>f 22675/13707/12288 22678/13709/12290 22674/13708/12289</w:t>
        <w:br/>
        <w:t>f 22691/13718/12297 22700/13721/12300 22690/13719/12298</w:t>
        <w:br/>
        <w:t>f 22652/13700/12282 22651/13698/12280 22670/13706/12287</w:t>
        <w:br/>
        <w:t>f 22671/13705/12286 22652/13700/12282 22670/13706/12287</w:t>
        <w:br/>
        <w:t>f 22687/13716/12295 22625/13684/12270 22712/13725/12303</w:t>
        <w:br/>
        <w:t>f 22626/13683/12269 22712/13725/12303 22625/13684/12270</w:t>
        <w:br/>
        <w:t>f 22627/13682/12268 22629/13686/12272 22626/13683/12269</w:t>
        <w:br/>
        <w:t>f 22686/13717/12296 22687/13716/12295 22712/13725/12303</w:t>
        <w:br/>
        <w:t>f 22703/13723/12302 22701/13720/12299 22700/13721/12300</w:t>
        <w:br/>
        <w:t>f 22672/13704/12285 22673/13703/12284 22674/13708/12289</w:t>
        <w:br/>
        <w:t>f 22805/13726/12304 22804/13727/12304 22803/13728/12305</w:t>
        <w:br/>
        <w:t>f 22802/13729/12306 22805/13726/12304 22803/13728/12305</w:t>
        <w:br/>
        <w:t>f 22807/13730/12307 22806/13731/12308 22804/13727/12304</w:t>
        <w:br/>
        <w:t>f 22805/13726/12304 22807/13730/12307 22804/13727/12304</w:t>
        <w:br/>
        <w:t>f 22809/13732/12309 22802/13729/12306 22803/13728/12305</w:t>
        <w:br/>
        <w:t>f 22808/13733/12309 22809/13732/12309 22803/13728/12305</w:t>
        <w:br/>
        <w:t>f 22808/13733/12309 22811/13734/12310 22810/13735/12311</w:t>
        <w:br/>
        <w:t>f 22809/13732/12309 22808/13733/12309 22810/13735/12311</w:t>
        <w:br/>
        <w:t>f 22814/13736/12312 22813/13737/12313 22812/13738/12313</w:t>
        <w:br/>
        <w:t>f 22815/13739/12312 22814/13736/12312 22812/13738/12313</w:t>
        <w:br/>
        <w:t>f 22816/13740/12314 22812/13738/12313 22813/13737/12313</w:t>
        <w:br/>
        <w:t>f 22817/13741/12315 22816/13740/12314 22813/13737/12313</w:t>
        <w:br/>
        <w:t>f 22817/13741/12315 22819/13742/12316 22818/13743/12317</w:t>
        <w:br/>
        <w:t>f 22816/13740/12314 22817/13741/12315 22818/13743/12317</w:t>
        <w:br/>
        <w:t>f 22821/13744/12318 22820/13745/12319 22818/13743/12317</w:t>
        <w:br/>
        <w:t>f 22819/13742/12316 22821/13744/12318 22818/13743/12317</w:t>
        <w:br/>
        <w:t>f 22824/13746/12320 22823/13747/12321 22822/13748/12322</w:t>
        <w:br/>
        <w:t>f 22827/13749/12323 22826/13750/12324 22825/13751/12325</w:t>
        <w:br/>
        <w:t>f 22822/13748/12322 22827/13749/12323 22825/13751/12325</w:t>
        <w:br/>
        <w:t>f 22826/13750/12324 22827/13749/12323 22828/13752/12326</w:t>
        <w:br/>
        <w:t>f 22815/13739/12312 22810/13735/12311 22811/13734/12310</w:t>
        <w:br/>
        <w:t>f 22814/13736/12312 22815/13739/12312 22811/13734/12310</w:t>
        <w:br/>
        <w:t>f 22831/13753/12327 22830/13754/12328 22829/13755/12329</w:t>
        <w:br/>
        <w:t>f 22831/13753/12327 22832/13756/12330 22830/13754/12328</w:t>
        <w:br/>
        <w:t>f 22831/13753/12327 22822/13748/12322 22833/13757/12331</w:t>
        <w:br/>
        <w:t>f 22832/13756/12330 22831/13753/12327 22833/13757/12331</w:t>
        <w:br/>
        <w:t>f 22822/13748/12322 22823/13747/12321 22833/13757/12331</w:t>
        <w:br/>
        <w:t>f 22836/13758/12332 22835/13759/12333 22834/13760/12334</w:t>
        <w:br/>
        <w:t>f 22839/13761/12335 22838/13762/12336 22837/13763/12337</w:t>
        <w:br/>
        <w:t>f 22835/13759/12333 22840/13764/12338 22837/13763/12337</w:t>
        <w:br/>
        <w:t>f 22834/13760/12334 22835/13759/12333 22837/13763/12337</w:t>
        <w:br/>
        <w:t>f 22841/13765/12339 22836/13758/12332 22834/13760/12334</w:t>
        <w:br/>
        <w:t>f 22844/13766/12340 22843/13767/12341 22842/13768/12342</w:t>
        <w:br/>
        <w:t>f 22845/13769/12340 22844/13766/12340 22842/13768/12342</w:t>
        <w:br/>
        <w:t>f 22843/13767/12341 22846/13770/12343 22842/13768/12342</w:t>
        <w:br/>
        <w:t>f 22838/13762/12336 22847/13771/12344 22837/13763/12337</w:t>
        <w:br/>
        <w:t>f 22841/13765/12345 22844/13766/12340 22845/13769/12340</w:t>
        <w:br/>
        <w:t>f 22825/13751/12325 22848/13772/12346 22822/13748/12322</w:t>
        <w:br/>
        <w:t>f 22839/13761/12335 22837/13763/12337 22840/13764/12338</w:t>
        <w:br/>
        <w:t>f 22847/13771/12347 22846/13770/12343 22843/13767/12341</w:t>
        <w:br/>
        <w:t>f 22827/13749/12323 22849/13773/12348 22828/13752/12326</w:t>
        <w:br/>
        <w:t>f 22827/13749/12323 22829/13755/12349 22849/13773/12348</w:t>
        <w:br/>
        <w:t>f 22895/13774/12350 22894/13775/12351 22893/13776/12352</w:t>
        <w:br/>
        <w:t>f 22892/13777/12353 22895/13774/12350 22893/13776/12352</w:t>
        <w:br/>
        <w:t>f 22894/13775/12351 22897/13778/12354 22896/13779/12355</w:t>
        <w:br/>
        <w:t>f 22893/13776/12352 22894/13775/12351 22896/13779/12355</w:t>
        <w:br/>
        <w:t>f 22900/13780/12356 22899/13781/12357 22898/13782/12358</w:t>
        <w:br/>
        <w:t>f 22901/13783/12359 22900/13780/12356 22898/13782/12358</w:t>
        <w:br/>
        <w:t>f 22901/13783/12359 22903/13784/12360 22902/13785/12361</w:t>
        <w:br/>
        <w:t>f 22900/13780/12356 22901/13783/12359 22902/13785/12361</w:t>
        <w:br/>
        <w:t>f 22906/13786/12362 22905/13787/12363 22904/13788/12364</w:t>
        <w:br/>
        <w:t>f 22907/13789/12365 22906/13786/12362 22904/13788/12364</w:t>
        <w:br/>
        <w:t>f 22906/13786/12362 22907/13789/12365 22909/13790/12366</w:t>
        <w:br/>
        <w:t>f 22908/13791/12367 22906/13786/12362 22909/13790/12366</w:t>
        <w:br/>
        <w:t>f 22913/13792/12368 22912/13793/12369 22911/13794/12370</w:t>
        <w:br/>
        <w:t>f 22910/13795/12371 22913/13792/12368 22911/13794/12370</w:t>
        <w:br/>
        <w:t>f 22915/13796/12372 22897/13778/12354 22894/13775/12351</w:t>
        <w:br/>
        <w:t>f 22914/13797/12373 22915/13796/12372 22894/13775/12351</w:t>
        <w:br/>
        <w:t>f 22894/13775/12351 22895/13774/12350 22912/13793/12374</w:t>
        <w:br/>
        <w:t>f 22914/13797/12373 22894/13775/12351 22912/13793/12374</w:t>
        <w:br/>
        <w:t>f 22895/13774/12350 22892/13777/12353 22916/13798/12375</w:t>
        <w:br/>
        <w:t>f 22910/13795/12376 22895/13774/12350 22916/13798/12375</w:t>
        <w:br/>
        <w:t>f 22892/13777/12353 22903/13784/12377 22917/13799/12378</w:t>
        <w:br/>
        <w:t>f 22916/13798/12375 22892/13777/12353 22917/13799/12378</w:t>
        <w:br/>
        <w:t>f 22908/13791/12367 22909/13790/12366 22918/13800/12379</w:t>
        <w:br/>
        <w:t>f 22919/13801/12380 22908/13791/12367 22918/13800/12379</w:t>
        <w:br/>
        <w:t>f 22921/13802/12378 22920/13803/12377 22908/13791/12367</w:t>
        <w:br/>
        <w:t>f 22919/13801/12380 22921/13802/12378 22908/13791/12367</w:t>
        <w:br/>
        <w:t>f 22908/13791/12367 22920/13803/12377 22922/13804/12359</w:t>
        <w:br/>
        <w:t>f 22906/13786/12362 22908/13791/12367 22922/13804/12359</w:t>
        <w:br/>
        <w:t>f 22922/13804/12359 22923/13805/12381 22905/13787/12363</w:t>
        <w:br/>
        <w:t>f 22906/13786/12362 22922/13804/12359 22905/13787/12363</w:t>
        <w:br/>
        <w:t>f 22915/13796/12372 22914/13797/12373 22907/13789/12365</w:t>
        <w:br/>
        <w:t>f 22904/13788/12364 22915/13796/12372 22907/13789/12365</w:t>
        <w:br/>
        <w:t>f 22914/13797/12373 22925/13806/12382 22924/13807/12383</w:t>
        <w:br/>
        <w:t>f 22907/13789/12365 22914/13797/12373 22924/13807/12383</w:t>
        <w:br/>
        <w:t>f 22909/13790/12366 22925/13806/12384 22913/13792/12368</w:t>
        <w:br/>
        <w:t>f 22918/13800/12379 22909/13790/12366 22913/13792/12368</w:t>
        <w:br/>
        <w:t>f 22928/13808/12385 22927/13809/12386 22926/13810/12387</w:t>
        <w:br/>
        <w:t>f 22930/13811/12388 22927/13809/12386 22929/13812/12380</w:t>
        <w:br/>
        <w:t>f 22931/13813/12389 22927/13809/12386 22930/13811/12388</w:t>
        <w:br/>
        <w:t>f 22932/13814/12378 22927/13809/12386 22928/13808/12385</w:t>
        <w:br/>
        <w:t>f 22929/13812/12380 22927/13809/12386 22932/13814/12378</w:t>
        <w:br/>
        <w:t>f 22933/13815/12376 22927/13809/12386 22931/13813/12389</w:t>
        <w:br/>
        <w:t>f 22936/13816/12390 22935/13817/12391 22934/13818/12392</w:t>
        <w:br/>
        <w:t>f 22938/13819/12393 22935/13817/12391 22937/13820/12394</w:t>
        <w:br/>
        <w:t>f 22940/13821/12364 22935/13817/12391 22939/13822/12395</w:t>
        <w:br/>
        <w:t>f 22934/13818/12392 22935/13817/12391 22941/13823/12396</w:t>
        <w:br/>
        <w:t>f 22941/13823/12396 22935/13817/12391 22938/13819/12393</w:t>
        <w:br/>
        <w:t>f 22939/13822/12395 22935/13817/12391 22936/13816/12390</w:t>
        <w:br/>
        <w:t>f 23137/13824/12397 23136/13825/12398 23135/13826/12399</w:t>
        <w:br/>
        <w:t>f 23134/13827/12400 23137/13824/12397 23135/13826/12399</w:t>
        <w:br/>
        <w:t>f 23134/13827/12400 23135/13826/12399 23139/13828/12401</w:t>
        <w:br/>
        <w:t>f 23138/13829/12402 23134/13827/12400 23139/13828/12401</w:t>
        <w:br/>
        <w:t>f 23143/13830/12403 23142/13831/12404 23141/13832/12405</w:t>
        <w:br/>
        <w:t>f 23140/13833/12406 23143/13830/12403 23141/13832/12405</w:t>
        <w:br/>
        <w:t>f 23140/13833/12406 23145/13834/12407 23144/13835/12408</w:t>
        <w:br/>
        <w:t>f 23143/13830/12403 23140/13833/12406 23144/13835/12408</w:t>
        <w:br/>
        <w:t>f 23145/13834/12407 23146/13836/12409 23144/13835/12408</w:t>
        <w:br/>
        <w:t>f 23149/13837/12410 23148/13838/12411 23147/13839/12412</w:t>
        <w:br/>
        <w:t>f 23136/13825/12398 23151/13840/12413 23150/13841/12414</w:t>
        <w:br/>
        <w:t>f 23135/13826/12399 23136/13825/12398 23150/13841/12414</w:t>
        <w:br/>
        <w:t>f 23152/13842/12415 23147/13839/12412 23143/13830/12403</w:t>
        <w:br/>
        <w:t>f 23144/13835/12408 23152/13842/12415 23143/13830/12403</w:t>
        <w:br/>
        <w:t>f 23154/13843/12416 23153/13844/12417 23145/13834/12407</w:t>
        <w:br/>
        <w:t>f 23140/13833/12406 23154/13843/12416 23145/13834/12407</w:t>
        <w:br/>
        <w:t>f 23156/13845/12418 23154/13843/12416 23140/13833/12406</w:t>
        <w:br/>
        <w:t>f 23155/13846/12418 23156/13845/12418 23140/13833/12406</w:t>
        <w:br/>
        <w:t>f 23159/13847/12419 23158/13848/12420 23157/13849/12421</w:t>
        <w:br/>
        <w:t>f 23136/13825/12398 23137/13824/12397 23160/13850/12422</w:t>
        <w:br/>
        <w:t>f 23163/13851/12423 23162/13852/12424 23161/13853/12425</w:t>
        <w:br/>
        <w:t>f 23164/13854/12426 23163/13851/12423 23161/13853/12425</w:t>
        <w:br/>
        <w:t>f 23152/13842/12415 23144/13835/12408 23165/13855/12427</w:t>
        <w:br/>
        <w:t>f 23139/13828/12401 23166/13856/12428 23138/13829/12402</w:t>
        <w:br/>
        <w:t>f 23146/13836/12409 23145/13834/12407 23153/13844/12417</w:t>
        <w:br/>
        <w:t>f 23149/13837/12410 23168/13857/12429 23167/13858/12430</w:t>
        <w:br/>
        <w:t>f 23148/13838/12411 23149/13837/12410 23167/13858/12430</w:t>
        <w:br/>
        <w:t>f 23156/13845/12418 23155/13846/12418 23159/13847/12419</w:t>
        <w:br/>
        <w:t>f 23162/13852/12424 23141/13832/12405 23142/13831/12404</w:t>
        <w:br/>
        <w:t>f 23139/13828/12401 23170/13859/12431 23169/13860/12432</w:t>
        <w:br/>
        <w:t>f 23135/13826/12399 23150/13841/12414 23170/13859/12431</w:t>
        <w:br/>
        <w:t>f 23139/13828/12401 23135/13826/12399 23170/13859/12431</w:t>
        <w:br/>
        <w:t>f 23172/13861/12433 23136/13825/12398 23171/13862/12434</w:t>
        <w:br/>
        <w:t>f 23174/13863/12435 23173/13864/12436 23167/13858/12430</w:t>
        <w:br/>
        <w:t>f 23175/13865/12437 23174/13863/12435 23167/13858/12430</w:t>
        <w:br/>
        <w:t>f 23167/13858/12430 23168/13857/12429 23175/13865/12437</w:t>
        <w:br/>
        <w:t>f 23148/13838/12411 23167/13858/12430 23173/13864/12436</w:t>
        <w:br/>
        <w:t>f 23142/13831/12404 23148/13838/12411 23173/13864/12436</w:t>
        <w:br/>
        <w:t>f 23136/13825/12398 23160/13850/12422 23176/13866/12438</w:t>
        <w:br/>
        <w:t>f 23137/13824/12439 23178/13867/12440 23177/13868/12440</w:t>
        <w:br/>
        <w:t>f 23172/13861/12433 23179/13869/12441 23151/13840/12413</w:t>
        <w:br/>
        <w:t>f 23172/13861/12433 23151/13840/12413 23136/13825/12398</w:t>
        <w:br/>
        <w:t>f 23143/13830/12403 23148/13838/12411 23142/13831/12404</w:t>
        <w:br/>
        <w:t>f 23161/13853/12425 23162/13852/12424 23142/13831/12404</w:t>
        <w:br/>
        <w:t>f 23146/13836/12409 23165/13855/12427 23144/13835/12408</w:t>
        <w:br/>
        <w:t>f 23139/13828/12401 23169/13860/12432 23166/13856/12428</w:t>
        <w:br/>
        <w:t>f 23148/13838/12411 23143/13830/12403 23147/13839/12412</w:t>
        <w:br/>
        <w:t>f 23141/13832/12442 23158/13848/12420 23159/13847/12419</w:t>
        <w:br/>
        <w:t>f 23471/13870/12443 23470/13871/12444 23469/13872/12445</w:t>
        <w:br/>
        <w:t>f 23474/13873/12446 23473/13874/12447 23472/13875/12448</w:t>
        <w:br/>
        <w:t>f 23477/13876/12449 23476/13877/12450 23475/13878/12451</w:t>
        <w:br/>
        <w:t>f 23480/13879/12452 23479/13880/12453 23478/13881/12453</w:t>
        <w:br/>
        <w:t>f 23483/13882/12454 23482/13883/12455 23481/13884/12456</w:t>
        <w:br/>
        <w:t>f 23486/13885/12457 23485/13886/12458 23484/13887/12459</w:t>
        <w:br/>
        <w:t>f 23489/13888/12460 23488/13889/12461 23487/13890/12460</w:t>
        <w:br/>
        <w:t>f 23481/13884/12456 23482/13883/12455 23480/13879/12462</w:t>
        <w:br/>
        <w:t>f 23490/13891/12463 23470/13871/12444 23471/13870/12443</w:t>
        <w:br/>
        <w:t>f 23473/13874/12447 23490/13891/12463 23471/13870/12443</w:t>
        <w:br/>
        <w:t>f 23476/13877/12464 23490/13891/12463 23473/13874/12447</w:t>
        <w:br/>
        <w:t>f 23470/13871/12444 23490/13891/12463 23476/13877/12464</w:t>
        <w:br/>
        <w:t>f 23481/13884/12456 23492/13892/12465 23491/13893/12466</w:t>
        <w:br/>
        <w:t>f 23492/13892/12465 23485/13886/12458 23486/13885/12457</w:t>
        <w:br/>
        <w:t>f 23492/13892/12465 23488/13889/12467 23485/13886/12458</w:t>
        <w:br/>
        <w:t>f 23492/13892/12465 23481/13884/12456 23488/13889/12467</w:t>
        <w:br/>
        <w:t>f 23485/13886/12468 23494/13894/12469 23493/13895/12470</w:t>
        <w:br/>
        <w:t>f 23485/13886/12468 23495/13896/12471 23494/13894/12469</w:t>
        <w:br/>
        <w:t>f 23488/13889/12467 23496/13897/12472 23495/13896/12473</w:t>
        <w:br/>
        <w:t>f 23488/13889/12467 23480/13879/12462 23496/13897/12472</w:t>
        <w:br/>
        <w:t>f 23469/13872/12445 23491/13893/12466 23497/13898/12474</w:t>
        <w:br/>
        <w:t>f 23486/13885/12475 23493/13895/12446 23497/13898/12474</w:t>
        <w:br/>
        <w:t>f 23469/13872/12445 23481/13884/12456 23491/13893/12466</w:t>
        <w:br/>
        <w:t>f 23488/13889/12467 23481/13884/12456 23480/13879/12462</w:t>
        <w:br/>
        <w:t>f 23470/13871/12444 23482/13883/12455 23469/13872/12445</w:t>
        <w:br/>
        <w:t>f 23480/13879/12462 23482/13883/12455 23470/13871/12444</w:t>
        <w:br/>
        <w:t>f 23480/13879/12462 23476/13877/12450 23496/13897/12472</w:t>
        <w:br/>
        <w:t>f 23477/13876/12449 23496/13897/12472 23476/13877/12450</w:t>
        <w:br/>
        <w:t>f 23477/13876/12471 23473/13874/12447 23494/13894/12476</w:t>
        <w:br/>
        <w:t>f 23474/13873/12446 23494/13894/12476 23473/13874/12447</w:t>
        <w:br/>
        <w:t>f 23474/13873/12446 23471/13870/12443 23497/13898/12474</w:t>
        <w:br/>
        <w:t>f 23471/13870/12443 23469/13872/12445 23497/13898/12474</w:t>
        <w:br/>
        <w:t>f 23500/13899/12477 23499/13900/12478 23498/13901/12479</w:t>
        <w:br/>
        <w:t>f 23503/13902/12480 23502/13903/12481 23501/13904/12482</w:t>
        <w:br/>
        <w:t>f 23506/13905/12483 23505/13906/12484 23504/13907/12485</w:t>
        <w:br/>
        <w:t>f 23509/13908/12486 23508/13909/12487 23507/13910/12487</w:t>
        <w:br/>
        <w:t>f 23512/13911/12488 23511/13912/12489 23510/13913/12490</w:t>
        <w:br/>
        <w:t>f 23515/13914/12491 23514/13915/12492 23513/13916/12493</w:t>
        <w:br/>
        <w:t>f 23518/13917/12494 23517/13918/12495 23516/13919/12494</w:t>
        <w:br/>
        <w:t>f 23510/13913/12490 23511/13912/12489 23509/13908/12496</w:t>
        <w:br/>
        <w:t>f 23519/13920/12497 23499/13900/12478 23500/13899/12477</w:t>
        <w:br/>
        <w:t>f 23502/13903/12481 23519/13920/12497 23500/13899/12477</w:t>
        <w:br/>
        <w:t>f 23505/13906/12484 23519/13920/12497 23502/13903/12481</w:t>
        <w:br/>
        <w:t>f 23499/13900/12478 23519/13920/12497 23505/13906/12484</w:t>
        <w:br/>
        <w:t>f 23510/13913/12490 23521/13921/12498 23520/13922/12499</w:t>
        <w:br/>
        <w:t>f 23521/13921/12498 23514/13915/12492 23515/13914/12491</w:t>
        <w:br/>
        <w:t>f 23521/13921/12498 23517/13918/12495 23514/13915/12492</w:t>
        <w:br/>
        <w:t>f 23521/13921/12498 23510/13913/12490 23517/13918/12495</w:t>
        <w:br/>
        <w:t>f 23498/13901/12479 23520/13922/12499 23522/13923/12500</w:t>
        <w:br/>
        <w:t>f 23515/13914/12491 23523/13924/12501 23522/13923/12500</w:t>
        <w:br/>
        <w:t>f 23514/13915/12492 23524/13925/12502 23523/13924/12501</w:t>
        <w:br/>
        <w:t>f 23514/13915/12492 23525/13926/12503 23524/13925/12502</w:t>
        <w:br/>
        <w:t>f 23517/13918/12495 23526/13927/12504 23525/13926/12503</w:t>
        <w:br/>
        <w:t>f 23517/13918/12495 23509/13908/12496 23526/13927/12504</w:t>
        <w:br/>
        <w:t>f 23498/13901/12479 23510/13913/12490 23520/13922/12499</w:t>
        <w:br/>
        <w:t>f 23517/13918/12495 23510/13913/12490 23509/13908/12496</w:t>
        <w:br/>
        <w:t>f 23499/13900/12478 23511/13912/12489 23498/13901/12479</w:t>
        <w:br/>
        <w:t>f 23509/13908/12496 23511/13912/12489 23499/13900/12478</w:t>
        <w:br/>
        <w:t>f 23509/13908/12496 23505/13906/12484 23526/13927/12504</w:t>
        <w:br/>
        <w:t>f 23506/13905/12483 23526/13927/12504 23505/13906/12484</w:t>
        <w:br/>
        <w:t>f 23506/13905/12503 23502/13903/12481 23524/13925/12502</w:t>
        <w:br/>
        <w:t>f 23503/13902/12480 23524/13925/12502 23502/13903/12481</w:t>
        <w:br/>
        <w:t>f 23503/13902/12501 23500/13899/12477 23522/13923/12500</w:t>
        <w:br/>
        <w:t>f 23500/13899/12477 23498/13901/12479 23522/13923/12500</w:t>
        <w:br/>
        <w:t>f 23529/13928/12505 23528/13929/12506 23527/13930/12507</w:t>
        <w:br/>
        <w:t>f 23532/13931/12508 23531/13932/12509 23530/13933/12510</w:t>
        <w:br/>
        <w:t>f 23535/13934/12511 23534/13935/12512 23533/13936/12513</w:t>
        <w:br/>
        <w:t>f 23538/13937/12514 23537/13938/12515 23536/13939/12516</w:t>
        <w:br/>
        <w:t>f 23541/13940/12517 23540/13941/12518 23539/13942/12519</w:t>
        <w:br/>
        <w:t>f 23544/13943/12520 23543/13944/12521 23542/13945/12520</w:t>
        <w:br/>
        <w:t>f 23536/13939/12516 23537/13938/12515 23545/13946/12522</w:t>
        <w:br/>
        <w:t>f 23546/13947/12523 23533/13936/12513 23527/13930/12507</w:t>
        <w:br/>
        <w:t>f 23528/13929/12506 23546/13947/12523 23527/13930/12507</w:t>
        <w:br/>
        <w:t>f 23531/13932/12509 23546/13947/12523 23528/13929/12506</w:t>
        <w:br/>
        <w:t>f 23533/13936/12513 23546/13947/12523 23531/13932/12509</w:t>
        <w:br/>
        <w:t>f 23536/13939/12516 23548/13948/12524 23547/13949/12525</w:t>
        <w:br/>
        <w:t>f 23548/13948/12524 23540/13941/12518 23541/13940/12517</w:t>
        <w:br/>
        <w:t>f 23548/13948/12524 23543/13944/12521 23540/13941/12518</w:t>
        <w:br/>
        <w:t>f 23548/13948/12524 23536/13939/12516 23543/13944/12521</w:t>
        <w:br/>
        <w:t>f 23532/13931/12508 23528/13929/12506 23549/13950/12526</w:t>
        <w:br/>
        <w:t>f 23529/13928/12505 23549/13950/12526 23528/13929/12506</w:t>
        <w:br/>
        <w:t>f 23529/13928/12505 23527/13930/12507 23550/13951/12527</w:t>
        <w:br/>
        <w:t>f 23533/13936/12513 23531/13932/12509 23545/13946/12522</w:t>
        <w:br/>
        <w:t>f 23535/13934/12511 23550/13951/12527 23527/13930/12507</w:t>
        <w:br/>
        <w:t>f 23537/13938/12515 23535/13934/12511 23533/13936/12513</w:t>
        <w:br/>
        <w:t>f 23537/13938/12515 23533/13936/12513 23545/13946/12522</w:t>
        <w:br/>
        <w:t>f 23531/13932/12509 23551/13952/12528 23545/13946/12522</w:t>
        <w:br/>
        <w:t>f 23532/13931/12508 23551/13952/12528 23531/13932/12509</w:t>
        <w:br/>
        <w:t>f 23538/13937/12514 23536/13939/12516 23547/13949/12525</w:t>
        <w:br/>
        <w:t>f 23543/13944/12521 23536/13939/12516 23545/13946/12522</w:t>
        <w:br/>
        <w:t>f 23543/13944/12521 23551/13952/12528 23552/13953/12529</w:t>
        <w:br/>
        <w:t>f 23543/13944/12521 23545/13946/12522 23551/13952/12528</w:t>
        <w:br/>
        <w:t>f 23540/13941/12530 23549/13950/12531 23553/13954/12505</w:t>
        <w:br/>
        <w:t>f 23540/13941/12530 23552/13953/12508 23549/13950/12531</w:t>
        <w:br/>
        <w:t>f 23535/13934/12511 23547/13949/12532 23550/13951/12527</w:t>
        <w:br/>
        <w:t>f 23541/13940/12533 23553/13954/12505 23550/13951/12534</w:t>
        <w:br/>
        <w:t>f 23556/13955/12535 23555/13956/12536 23554/13957/12537</w:t>
        <w:br/>
        <w:t>f 23559/13958/12538 23558/13959/12539 23557/13960/12540</w:t>
        <w:br/>
        <w:t>f 23562/13961/12541 23561/13962/12542 23560/13963/12543</w:t>
        <w:br/>
        <w:t>f 23565/13964/12544 23564/13965/12545 23563/13966/12545</w:t>
        <w:br/>
        <w:t>f 23568/13967/12546 23567/13968/12547 23566/13969/12548</w:t>
        <w:br/>
        <w:t>f 23571/13970/12549 23570/13971/12550 23569/13972/12551</w:t>
        <w:br/>
        <w:t>f 23574/13973/12552 23573/13974/12552 23572/13975/12553</w:t>
        <w:br/>
        <w:t>f 23567/13968/12547 23565/13964/12554 23566/13969/12548</w:t>
        <w:br/>
        <w:t>f 23575/13976/12555 23556/13955/12535 23554/13957/12537</w:t>
        <w:br/>
        <w:t>f 23557/13960/12540 23556/13955/12535 23575/13976/12555</w:t>
        <w:br/>
        <w:t>f 23560/13963/12543 23557/13960/12540 23575/13976/12555</w:t>
        <w:br/>
        <w:t>f 23554/13957/12537 23560/13963/12543 23575/13976/12555</w:t>
        <w:br/>
        <w:t>f 23567/13968/12547 23577/13977/12556 23576/13978/12557</w:t>
        <w:br/>
        <w:t>f 23576/13978/12557 23571/13970/12549 23569/13972/12551</w:t>
        <w:br/>
        <w:t>f 23576/13978/12557 23569/13972/12551 23572/13975/12553</w:t>
        <w:br/>
        <w:t>f 23576/13978/12557 23572/13975/12553 23567/13968/12547</w:t>
        <w:br/>
        <w:t>f 23569/13972/12558 23579/13979/12559 23578/13980/12560</w:t>
        <w:br/>
        <w:t>f 23569/13972/12558 23578/13980/12560 23580/13981/12561</w:t>
        <w:br/>
        <w:t>f 23572/13975/12553 23580/13981/12561 23581/13982/12562</w:t>
        <w:br/>
        <w:t>f 23572/13975/12553 23581/13982/12562 23565/13964/12554</w:t>
        <w:br/>
        <w:t>f 23555/13956/12536 23582/13983/12563 23577/13977/12556</w:t>
        <w:br/>
        <w:t>f 23571/13970/12564 23582/13983/12563 23579/13979/12538</w:t>
        <w:br/>
        <w:t>f 23555/13956/12536 23577/13977/12556 23567/13968/12547</w:t>
        <w:br/>
        <w:t>f 23572/13975/12553 23565/13964/12554 23567/13968/12547</w:t>
        <w:br/>
        <w:t>f 23554/13957/12537 23555/13956/12536 23566/13969/12548</w:t>
        <w:br/>
        <w:t>f 23565/13964/12554 23554/13957/12537 23566/13969/12548</w:t>
        <w:br/>
        <w:t>f 23565/13964/12554 23581/13982/12562 23560/13963/12543</w:t>
        <w:br/>
        <w:t>f 23562/13961/12541 23560/13963/12543 23581/13982/12562</w:t>
        <w:br/>
        <w:t>f 23562/13961/12561 23578/13980/12560 23557/13960/12540</w:t>
        <w:br/>
        <w:t>f 23559/13958/12538 23557/13960/12540 23578/13980/12560</w:t>
        <w:br/>
        <w:t>f 23559/13958/12538 23582/13983/12563 23556/13955/12535</w:t>
        <w:br/>
        <w:t>f 23556/13955/12535 23582/13983/12563 23555/13956/12536</w:t>
        <w:br/>
        <w:t>f 23585/13984/12565 23584/13985/12566 23583/13986/12567</w:t>
        <w:br/>
        <w:t>f 23588/13987/12568 23587/13988/12569 23586/13989/12570</w:t>
        <w:br/>
        <w:t>f 23591/13990/12571 23590/13991/12572 23589/13992/12573</w:t>
        <w:br/>
        <w:t>f 23594/13993/12574 23593/13994/12575 23592/13995/12575</w:t>
        <w:br/>
        <w:t>f 23597/13996/12576 23596/13997/12577 23595/13998/12578</w:t>
        <w:br/>
        <w:t>f 23600/13999/12579 23599/14000/12580 23598/14001/12581</w:t>
        <w:br/>
        <w:t>f 23603/14002/12582 23602/14003/12582 23601/14004/12583</w:t>
        <w:br/>
        <w:t>f 23596/13997/12577 23594/13993/12574 23595/13998/12578</w:t>
        <w:br/>
        <w:t>f 23604/14005/12584 23585/13984/12565 23583/13986/12567</w:t>
        <w:br/>
        <w:t>f 23586/13989/12570 23585/13984/12565 23604/14005/12584</w:t>
        <w:br/>
        <w:t>f 23589/13992/12585 23586/13989/12570 23604/14005/12584</w:t>
        <w:br/>
        <w:t>f 23583/13986/12567 23589/13992/12585 23604/14005/12584</w:t>
        <w:br/>
        <w:t>f 23596/13997/12577 23606/14006/12586 23605/14007/12587</w:t>
        <w:br/>
        <w:t>f 23605/14007/12587 23600/13999/12579 23598/14001/12581</w:t>
        <w:br/>
        <w:t>f 23605/14007/12587 23598/14001/12581 23601/14004/12588</w:t>
        <w:br/>
        <w:t>f 23605/14007/12587 23601/14004/12588 23596/13997/12577</w:t>
        <w:br/>
        <w:t>f 23584/13985/12566 23607/14008/12589 23606/14006/12586</w:t>
        <w:br/>
        <w:t>f 23600/13999/12590 23607/14008/12591 23608/14009/12568</w:t>
        <w:br/>
        <w:t>f 23598/14001/12581 23608/14009/12568 23609/14010/12592</w:t>
        <w:br/>
        <w:t>f 23598/14001/12581 23609/14010/12592 23610/14011/12593</w:t>
        <w:br/>
        <w:t>f 23601/14004/12588 23610/14011/12594 23611/14012/12595</w:t>
        <w:br/>
        <w:t>f 23601/14004/12588 23611/14012/12595 23594/13993/12574</w:t>
        <w:br/>
        <w:t>f 23584/13985/12566 23606/14006/12586 23596/13997/12577</w:t>
        <w:br/>
        <w:t>f 23601/14004/12588 23594/13993/12574 23596/13997/12577</w:t>
        <w:br/>
        <w:t>f 23583/13986/12567 23584/13985/12566 23595/13998/12578</w:t>
        <w:br/>
        <w:t>f 23594/13993/12574 23583/13986/12567 23595/13998/12578</w:t>
        <w:br/>
        <w:t>f 23594/13993/12574 23611/14012/12595 23589/13992/12573</w:t>
        <w:br/>
        <w:t>f 23591/13990/12571 23589/13992/12573 23611/14012/12595</w:t>
        <w:br/>
        <w:t>f 23591/13990/12594 23609/14010/12592 23586/13989/12570</w:t>
        <w:br/>
        <w:t>f 23588/13987/12568 23586/13989/12570 23609/14010/12592</w:t>
        <w:br/>
        <w:t>f 23588/13987/12568 23607/14008/12589 23585/13984/12565</w:t>
        <w:br/>
        <w:t>f 23585/13984/12565 23607/14008/12589 23584/13985/12566</w:t>
        <w:br/>
        <w:t>f 24168/14013/12596 24167/14014/7282 24166/14015/12597</w:t>
        <w:br/>
        <w:t>f 24165/14016/12598 24168/14013/12596 24166/14015/12597</w:t>
        <w:br/>
        <w:t>f 24172/14017/12599 24171/14018/7285 24170/14019/7285</w:t>
        <w:br/>
        <w:t>f 24169/14020/12599 24172/14017/12599 24170/14019/7285</w:t>
        <w:br/>
        <w:t>f 24175/14021/12600 24174/14022/12600 24173/14023/12601</w:t>
        <w:br/>
        <w:t>f 24176/14024/12602 24175/14021/12600 24173/14023/12601</w:t>
        <w:br/>
        <w:t>f 24179/14025/7291 24178/14026/7291 24177/14027/12603</w:t>
        <w:br/>
        <w:t>f 24180/14028/12603 24179/14025/7291 24177/14027/12603</w:t>
        <w:br/>
        <w:t>f 24168/14013/12596 24165/14016/12598 24181/14029/12604</w:t>
        <w:br/>
        <w:t>f 24182/14030/12604 24168/14013/12596 24181/14029/12604</w:t>
        <w:br/>
        <w:t>f 24172/14017/12599 24169/14020/12599 24183/14031/12605</w:t>
        <w:br/>
        <w:t>f 24184/14032/12606 24172/14017/12599 24183/14031/12605</w:t>
        <w:br/>
        <w:t>f 24186/14033/12607 24176/14024/12602 24173/14023/12601</w:t>
        <w:br/>
        <w:t>f 24185/14034/12607 24186/14033/12607 24173/14023/12601</w:t>
        <w:br/>
        <w:t>f 24188/14035/12608 24180/14028/12603 24177/14027/12603</w:t>
        <w:br/>
        <w:t>f 24187/14036/12609 24188/14035/12608 24177/14027/12603</w:t>
        <w:br/>
        <w:t>f 24190/14037/12610 24182/14030/12604 24181/14029/12604</w:t>
        <w:br/>
        <w:t>f 24189/14038/12610 24190/14037/12610 24181/14029/12604</w:t>
        <w:br/>
        <w:t>f 24192/14039/12611 24184/14032/12606 24183/14031/12605</w:t>
        <w:br/>
        <w:t>f 24191/14040/12611 24192/14039/12611 24183/14031/12605</w:t>
        <w:br/>
        <w:t>f 24186/14033/12607 24185/14034/12607 24193/14041/12612</w:t>
        <w:br/>
        <w:t>f 24194/14042/12612 24186/14033/12607 24193/14041/12612</w:t>
        <w:br/>
        <w:t>f 24188/14035/12608 24187/14036/12609 24195/14043/12613</w:t>
        <w:br/>
        <w:t>f 24196/14044/12613 24188/14035/12608 24195/14043/12613</w:t>
        <w:br/>
        <w:t>f 24190/14037/12610 24189/14038/12610 24197/14045/12614</w:t>
        <w:br/>
        <w:t>f 24198/14046/12614 24190/14037/12610 24197/14045/12614</w:t>
        <w:br/>
        <w:t>f 24192/14039/12611 24191/14040/12611 24199/14047/12615</w:t>
        <w:br/>
        <w:t>f 24200/14048/12616 24192/14039/12611 24199/14047/12615</w:t>
        <w:br/>
        <w:t>f 24202/14049/12617 24194/14042/12612 24193/14041/12612</w:t>
        <w:br/>
        <w:t>f 24201/14050/12617 24202/14049/12617 24193/14041/12612</w:t>
        <w:br/>
        <w:t>f 24204/14051/12618 24196/14044/12613 24195/14043/12613</w:t>
        <w:br/>
        <w:t>f 24203/14052/12618 24204/14051/12618 24195/14043/12613</w:t>
        <w:br/>
        <w:t>f 24198/14046/12614 24197/14045/12614 24205/14053/12619</w:t>
        <w:br/>
        <w:t>f 24206/14054/12619 24198/14046/12614 24205/14053/12619</w:t>
        <w:br/>
        <w:t>f 24200/14048/12616 24199/14047/12615 24207/14055/12620</w:t>
        <w:br/>
        <w:t>f 24208/14056/12620 24200/14048/12616 24207/14055/12620</w:t>
        <w:br/>
        <w:t>f 24210/14057/12621 24202/14049/12617 24201/14050/12617</w:t>
        <w:br/>
        <w:t>f 24209/14058/12622 24210/14057/12621 24201/14050/12617</w:t>
        <w:br/>
        <w:t>f 24212/14059/12623 24204/14051/12618 24203/14052/12618</w:t>
        <w:br/>
        <w:t>f 24211/14060/12623 24212/14059/12623 24203/14052/12618</w:t>
        <w:br/>
        <w:t>f 24808/14061/12624 24807/14062/12625 24806/14063/12626</w:t>
        <w:br/>
        <w:t>f 24805/14064/12627 24808/14061/12624 24806/14063/12626</w:t>
        <w:br/>
        <w:t>f 24810/14065/12628 24807/14062/12625 24808/14061/12624</w:t>
        <w:br/>
        <w:t>f 24809/14066/12629 24810/14065/12628 24808/14061/12624</w:t>
        <w:br/>
        <w:t>f 24809/14066/12629 24808/14061/12624 24812/14067/12630</w:t>
        <w:br/>
        <w:t>f 24811/14068/12631 24809/14066/12629 24812/14067/12630</w:t>
        <w:br/>
        <w:t>f 24812/14067/12630 24815/14069/12632 24814/14070/12633</w:t>
        <w:br/>
        <w:t>f 24813/14071/12634 24812/14067/12630 24814/14070/12633</w:t>
        <w:br/>
        <w:t>f 24808/14061/12624 24805/14064/12627 24815/14069/12632</w:t>
        <w:br/>
        <w:t>f 24812/14067/12630 24808/14061/12624 24815/14069/12632</w:t>
        <w:br/>
        <w:t>f 24818/14072/12635 24817/14073/12636 24816/14074/12637</w:t>
        <w:br/>
        <w:t>f 24819/14075/12638 24818/14072/12635 24816/14074/12637</w:t>
        <w:br/>
        <w:t>f 24820/14076/12639 24818/14072/12635 24819/14075/12638</w:t>
        <w:br/>
        <w:t>f 24821/14077/12640 24820/14076/12639 24819/14075/12638</w:t>
        <w:br/>
        <w:t>f 24812/14067/12630 24813/14071/12634 24822/14078/12641</w:t>
        <w:br/>
        <w:t>f 24811/14068/12631 24812/14067/12630 24822/14078/12641</w:t>
        <w:br/>
        <w:t>f 24824/14079/12642 24822/14078/12641 24813/14071/12634</w:t>
        <w:br/>
        <w:t>f 24823/14080/12643 24824/14079/12642 24813/14071/12634</w:t>
        <w:br/>
        <w:t>f 24814/14070/12633 24825/14081/12644 24823/14080/12643</w:t>
        <w:br/>
        <w:t>f 24813/14071/12634 24814/14070/12633 24823/14080/12643</w:t>
        <w:br/>
        <w:t>f 24827/14082/12645 24809/14066/12629 24811/14068/12631</w:t>
        <w:br/>
        <w:t>f 24826/14083/12646 24827/14082/12645 24811/14068/12631</w:t>
        <w:br/>
        <w:t>f 24826/14083/12646 24811/14068/12631 24822/14078/12641</w:t>
        <w:br/>
        <w:t>f 24828/14084/12647 24826/14083/12646 24822/14078/12641</w:t>
        <w:br/>
        <w:t>f 24829/14085/12648 24810/14065/12628 24809/14066/12629</w:t>
        <w:br/>
        <w:t>f 24827/14082/12645 24829/14085/12648 24809/14066/12629</w:t>
        <w:br/>
        <w:t>f 24816/14074/12637 24817/14073/12636 24830/14086/12649</w:t>
        <w:br/>
        <w:t>f 24831/14087/12649 24816/14074/12637 24830/14086/12649</w:t>
        <w:br/>
        <w:t>f 24834/14088/12650 24833/14089/12651 24832/14090/12652</w:t>
        <w:br/>
        <w:t>f 24835/14091/12653 24834/14088/12650 24832/14090/12652</w:t>
        <w:br/>
        <w:t>f 24838/14092/12654 24837/14093/12655 24836/14094/12656</w:t>
        <w:br/>
        <w:t>f 24835/14091/12653 24838/14092/12654 24836/14094/12656</w:t>
        <w:br/>
        <w:t>f 24834/14088/12650 24835/14091/12653 24836/14094/12656</w:t>
        <w:br/>
        <w:t>f 24840/14095/12657 24832/14090/12658 24829/14085/12648</w:t>
        <w:br/>
        <w:t>f 24839/14096/12659 24840/14095/12657 24829/14085/12648</w:t>
        <w:br/>
        <w:t>f 24826/14083/12646 24842/14097/12660 24841/14098/12661</w:t>
        <w:br/>
        <w:t>f 24827/14082/12645 24826/14083/12646 24841/14098/12661</w:t>
        <w:br/>
        <w:t>f 24846/14099/12662 24845/14100/12662 24844/14101/12663</w:t>
        <w:br/>
        <w:t>f 24843/14102/12664 24846/14099/12662 24844/14101/12663</w:t>
        <w:br/>
        <w:t>f 24827/14082/12645 24841/14098/12661 24839/14096/12659</w:t>
        <w:br/>
        <w:t>f 24829/14085/12648 24827/14082/12645 24839/14096/12659</w:t>
        <w:br/>
        <w:t>f 24846/14099/12662 24847/14103/12665 24845/14100/12662</w:t>
        <w:br/>
        <w:t>f 24843/14102/12664 24844/14101/12663 24848/14104/12666</w:t>
        <w:br/>
        <w:t>f 24849/14105/12667 24843/14102/12664 24848/14104/12666</w:t>
        <w:br/>
        <w:t>f 24849/14105/12667 24848/14104/12666 24851/14106/12668</w:t>
        <w:br/>
        <w:t>f 24850/14107/12669 24849/14105/12667 24851/14106/12668</w:t>
        <w:br/>
        <w:t>f 24850/14107/12669 24851/14106/12668 24853/14108/12670</w:t>
        <w:br/>
        <w:t>f 24852/14109/12671 24850/14107/12669 24853/14108/12670</w:t>
        <w:br/>
        <w:t>f 24855/14110/12672 24854/14111/12673 24852/14109/12671</w:t>
        <w:br/>
        <w:t>f 24853/14108/12670 24855/14110/12672 24852/14109/12671</w:t>
        <w:br/>
        <w:t>f 24858/14112/12674 24857/14113/12675 24856/14114/12676</w:t>
        <w:br/>
        <w:t>f 24828/14084/12647 24858/14112/12674 24856/14114/12676</w:t>
        <w:br/>
        <w:t>f 24856/14114/12676 24842/14097/12660 24826/14083/12646</w:t>
        <w:br/>
        <w:t>f 24828/14084/12647 24856/14114/12676 24826/14083/12646</w:t>
        <w:br/>
        <w:t>f 24861/14115/12677 24860/14116/12678 24859/14117/12678</w:t>
        <w:br/>
        <w:t>f 24862/14118/12677 24861/14115/12677 24859/14117/12678</w:t>
        <w:br/>
        <w:t>f 24866/14119/12679 24865/14120/12680 24864/14121/12681</w:t>
        <w:br/>
        <w:t>f 24863/14122/12682 24866/14119/12679 24864/14121/12681</w:t>
        <w:br/>
        <w:t>f 24860/14116/12678 24868/14123/12683 24867/14124/12684</w:t>
        <w:br/>
        <w:t>f 24859/14117/12678 24860/14116/12678 24867/14124/12684</w:t>
        <w:br/>
        <w:t>f 24871/14125/12685 24870/14126/12685 24869/14127/12686</w:t>
        <w:br/>
        <w:t>f 24873/14128/12687 24872/14129/12688 24870/14126/12685</w:t>
        <w:br/>
        <w:t>f 24871/14125/12685 24873/14128/12687 24870/14126/12685</w:t>
        <w:br/>
        <w:t>f 24863/14122/12682 24875/14130/12689 24874/14131/12690</w:t>
        <w:br/>
        <w:t>f 24866/14119/12679 24863/14122/12682 24874/14131/12690</w:t>
        <w:br/>
        <w:t>f 24879/14132/12691 24878/14133/12692 24877/14134/12693</w:t>
        <w:br/>
        <w:t>f 24876/14135/12693 24879/14132/12691 24877/14134/12693</w:t>
        <w:br/>
        <w:t>f 24880/14136/12694 24876/14135/12693 24877/14134/12693</w:t>
        <w:br/>
        <w:t>f 24883/14137/12695 24882/14138/12695 24880/14136/12696</w:t>
        <w:br/>
        <w:t>f 24881/14139/12697 24883/14137/12695 24880/14136/12696</w:t>
        <w:br/>
        <w:t>f 24882/14138/12695 24883/14137/12695 24872/14129/12688</w:t>
        <w:br/>
        <w:t>f 24873/14128/12687 24882/14138/12695 24872/14129/12688</w:t>
        <w:br/>
        <w:t>f 24886/14140/12698 24885/14141/12699 24884/14142/12700</w:t>
        <w:br/>
        <w:t>f 24887/14143/12701 24886/14140/12698 24884/14142/12700</w:t>
        <w:br/>
        <w:t>f 24875/14130/12689 24886/14140/12698 24887/14143/12701</w:t>
        <w:br/>
        <w:t>f 24874/14131/12690 24875/14130/12689 24887/14143/12701</w:t>
        <w:br/>
        <w:t>f 24878/14133/12692 24879/14132/12691 24889/14144/12702</w:t>
        <w:br/>
        <w:t>f 24888/14145/12703 24878/14133/12692 24889/14144/12702</w:t>
        <w:br/>
        <w:t>f 24887/14143/12701 24884/14142/12700 24891/14146/12704</w:t>
        <w:br/>
        <w:t>f 24890/14147/12705 24887/14143/12701 24891/14146/12704</w:t>
        <w:br/>
        <w:t>f 24893/14148/12706 24892/14149/12707 24888/14145/12703</w:t>
        <w:br/>
        <w:t>f 24889/14144/12702 24893/14148/12706 24888/14145/12703</w:t>
        <w:br/>
        <w:t>f 24820/14076/12639 24821/14077/12640 24895/14150/12708</w:t>
        <w:br/>
        <w:t>f 24894/14151/12708 24820/14076/12639 24895/14150/12708</w:t>
        <w:br/>
        <w:t>f 24897/14152/12709 24896/14153/12709 24894/14151/12708</w:t>
        <w:br/>
        <w:t>f 24895/14150/12708 24897/14152/12709 24894/14151/12708</w:t>
        <w:br/>
        <w:t>f 24899/14154/12710 24898/14155/12711 24854/14111/12673</w:t>
        <w:br/>
        <w:t>f 24855/14110/12672 24899/14154/12710 24854/14111/12673</w:t>
        <w:br/>
        <w:t>f 24865/14120/12680 24866/14119/12679 24901/14156/12712</w:t>
        <w:br/>
        <w:t>f 24900/14157/12713 24865/14120/12680 24901/14156/12712</w:t>
        <w:br/>
        <w:t>f 24866/14119/12679 24874/14131/12690 24902/14158/12714</w:t>
        <w:br/>
        <w:t>f 24901/14156/12712 24866/14119/12679 24902/14158/12714</w:t>
        <w:br/>
        <w:t>f 24890/14147/12705 24902/14158/12714 24874/14131/12690</w:t>
        <w:br/>
        <w:t>f 24887/14143/12701 24890/14147/12705 24874/14131/12690</w:t>
        <w:br/>
        <w:t>f 24904/14159/12715 24890/14147/12705 24891/14146/12704</w:t>
        <w:br/>
        <w:t>f 24903/14160/12716 24904/14159/12715 24891/14146/12704</w:t>
        <w:br/>
        <w:t>f 24902/14158/12714 24890/14147/12705 24904/14159/12715</w:t>
        <w:br/>
        <w:t>f 24905/14161/12717 24902/14158/12714 24904/14159/12715</w:t>
        <w:br/>
        <w:t>f 24905/14161/12717 24904/14159/12715 24907/14162/12718</w:t>
        <w:br/>
        <w:t>f 24906/14163/12719 24905/14161/12717 24907/14162/12718</w:t>
        <w:br/>
        <w:t>f 24901/14156/12712 24902/14158/12714 24905/14161/12717</w:t>
        <w:br/>
        <w:t>f 24908/14164/12720 24901/14156/12712 24905/14161/12717</w:t>
        <w:br/>
        <w:t>f 24910/14165/12721 24909/14166/12722 24900/14157/12713</w:t>
        <w:br/>
        <w:t>f 24911/14167/12723 24910/14165/12721 24900/14157/12713</w:t>
        <w:br/>
        <w:t>f 24910/14165/12721 24911/14167/12723 24913/14168/12724</w:t>
        <w:br/>
        <w:t>f 24912/14169/12725 24910/14165/12721 24913/14168/12724</w:t>
        <w:br/>
        <w:t>f 24916/14170/12726 24915/14171/12726 24914/14172/12727</w:t>
        <w:br/>
        <w:t>f 24917/14173/12727 24916/14170/12726 24914/14172/12727</w:t>
        <w:br/>
        <w:t>f 24918/14174/12728 24917/14173/12727 24914/14172/12727</w:t>
        <w:br/>
        <w:t>f 24919/14175/12728 24918/14174/12728 24914/14172/12727</w:t>
        <w:br/>
        <w:t>f 24920/14176/12729 24912/14169/12725 24913/14168/12724</w:t>
        <w:br/>
        <w:t>f 24868/14123/12683 24918/14174/12728 24919/14175/12728</w:t>
        <w:br/>
        <w:t>f 24867/14124/12684 24868/14123/12683 24919/14175/12728</w:t>
        <w:br/>
        <w:t>f 24905/14161/12717 24906/14163/12719 24921/14177/12730</w:t>
        <w:br/>
        <w:t>f 24906/14163/12719 24923/14178/12731 24922/14179/12732</w:t>
        <w:br/>
        <w:t>f 24921/14177/12730 24906/14163/12719 24922/14179/12732</w:t>
        <w:br/>
        <w:t>f 24896/14153/12709 24897/14152/12709 24915/14171/12726</w:t>
        <w:br/>
        <w:t>f 24916/14170/12726 24896/14153/12709 24915/14171/12726</w:t>
        <w:br/>
        <w:t>f 24925/14180/12733 24924/14181/12734 24898/14155/12711</w:t>
        <w:br/>
        <w:t>f 24899/14154/12710 24925/14180/12733 24898/14155/12711</w:t>
        <w:br/>
        <w:t>f 24858/14112/12674 24828/14084/12647 24822/14078/12641</w:t>
        <w:br/>
        <w:t>f 24824/14079/12642 24858/14112/12674 24822/14078/12641</w:t>
        <w:br/>
        <w:t>f 24824/14079/12642 24927/14182/12735 24926/14183/12736</w:t>
        <w:br/>
        <w:t>f 24858/14112/12674 24824/14079/12642 24926/14183/12736</w:t>
        <w:br/>
        <w:t>f 24928/14184/12737 24922/14179/12732 24923/14178/12731</w:t>
        <w:br/>
        <w:t>f 24927/14182/12735 24928/14184/12737 24923/14178/12731</w:t>
        <w:br/>
        <w:t>f 24922/14179/12732 24928/14184/12737 24929/14185/12738</w:t>
        <w:br/>
        <w:t>f 24920/14176/12729 24922/14179/12732 24929/14185/12738</w:t>
        <w:br/>
        <w:t>f 24927/14182/12735 24824/14079/12642 24823/14080/12643</w:t>
        <w:br/>
        <w:t>f 24928/14184/12737 24927/14182/12735 24823/14080/12643</w:t>
        <w:br/>
        <w:t>f 24928/14184/12737 24823/14080/12643 24825/14081/12644</w:t>
        <w:br/>
        <w:t>f 24929/14185/12738 24928/14184/12737 24825/14081/12644</w:t>
        <w:br/>
        <w:t>f 24930/14186/12739 24926/14183/12736 24927/14182/12735</w:t>
        <w:br/>
        <w:t>f 24923/14178/12731 24930/14186/12739 24927/14182/12735</w:t>
        <w:br/>
        <w:t>f 24857/14113/12675 24858/14112/12674 24926/14183/12736</w:t>
        <w:br/>
        <w:t>f 24931/14187/12740 24857/14113/12675 24926/14183/12736</w:t>
        <w:br/>
        <w:t>f 24931/14187/12740 24926/14183/12736 24930/14186/12739</w:t>
        <w:br/>
        <w:t>f 24932/14188/12741 24931/14187/12740 24930/14186/12739</w:t>
        <w:br/>
        <w:t>f 24932/14188/12741 24930/14186/12739 24907/14162/12718</w:t>
        <w:br/>
        <w:t>f 24933/14189/12742 24932/14188/12741 24907/14162/12718</w:t>
        <w:br/>
        <w:t>f 24904/14159/12715 24903/14160/12716 24933/14189/12742</w:t>
        <w:br/>
        <w:t>f 24907/14162/12718 24904/14159/12715 24933/14189/12742</w:t>
        <w:br/>
        <w:t>f 24930/14186/12739 24923/14178/12731 24906/14163/12719</w:t>
        <w:br/>
        <w:t>f 24907/14162/12718 24930/14186/12739 24906/14163/12719</w:t>
        <w:br/>
        <w:t>f 24924/14181/12734 24925/14180/12733 24892/14149/12707</w:t>
        <w:br/>
        <w:t>f 24893/14148/12706 24924/14181/12734 24892/14149/12707</w:t>
        <w:br/>
        <w:t>f 24905/14161/12717 24921/14177/12730 24908/14164/12720</w:t>
        <w:br/>
        <w:t>f 24936/14190/12743 24935/14191/12744 24934/14192/12745</w:t>
        <w:br/>
        <w:t>f 24938/14193/12746 24935/14191/12744 24937/14194/12747</w:t>
        <w:br/>
        <w:t>f 24937/14194/12747 24935/14191/12744 24939/14195/12748</w:t>
        <w:br/>
        <w:t>f 24939/14195/12748 24935/14191/12744 24940/14196/12749</w:t>
        <w:br/>
        <w:t>f 24941/14197/12750 24935/14191/12744 24938/14193/12746</w:t>
        <w:br/>
        <w:t>f 24942/14198/12751 24935/14191/12744 24936/14190/12743</w:t>
        <w:br/>
        <w:t>f 24943/14199/12752 24935/14191/12744 24942/14198/12751</w:t>
        <w:br/>
        <w:t>f 24945/14200/12753 24935/14191/12744 24944/14201/12754</w:t>
        <w:br/>
        <w:t>f 24940/14196/12749 24935/14191/12744 24945/14200/12753</w:t>
        <w:br/>
        <w:t>f 24944/14201/12754 24935/14191/12744 24943/14199/12752</w:t>
        <w:br/>
        <w:t>f 24948/14202/12755 24947/14203/12756 24946/14204/12757</w:t>
        <w:br/>
        <w:t>f 24949/14205/12758 24947/14203/12756 24948/14202/12755</w:t>
        <w:br/>
        <w:t>f 24951/14206/12671 24947/14203/12756 24950/14207/12669</w:t>
        <w:br/>
        <w:t>f 24950/14207/12669 24947/14203/12756 24949/14205/12758</w:t>
        <w:br/>
        <w:t>f 24953/14208/12759 24947/14203/12756 24952/14209/12702</w:t>
        <w:br/>
        <w:t>f 24955/14210/12706 24947/14203/12756 24954/14211/12734</w:t>
        <w:br/>
        <w:t>f 24952/14209/12702 24947/14203/12756 24955/14210/12706</w:t>
        <w:br/>
        <w:t>f 24956/14212/12673 24947/14203/12756 24951/14206/12671</w:t>
        <w:br/>
        <w:t>f 24957/14213/12760 24947/14203/12756 24956/14212/12673</w:t>
        <w:br/>
        <w:t>f 24954/14211/12734 24947/14203/12756 24957/14213/12760</w:t>
        <w:br/>
        <w:t>f 24953/14208/12759 24946/14204/12757 24947/14203/12756</w:t>
        <w:br/>
        <w:t>f 24908/14164/12720 24911/14167/12723 24900/14157/12713</w:t>
        <w:br/>
        <w:t>f 24901/14156/12712 24908/14164/12720 24900/14157/12713</w:t>
        <w:br/>
        <w:t>f 24921/14177/12730 24913/14168/12724 24911/14167/12723</w:t>
        <w:br/>
        <w:t>f 24908/14164/12720 24921/14177/12730 24911/14167/12723</w:t>
        <w:br/>
        <w:t>f 24913/14168/12724 24921/14177/12730 24922/14179/12732</w:t>
        <w:br/>
        <w:t>f 24920/14176/12729 24913/14168/12724 24922/14179/12732</w:t>
        <w:br/>
        <w:t>f 24900/14157/12713 24909/14166/12722 24865/14120/12680</w:t>
        <w:br/>
        <w:t>f 25196/14214/12761 25195/14215/12761 25194/14216/12762</w:t>
        <w:br/>
        <w:t>f 25193/14217/12763 25196/14214/12761 25194/14216/12762</w:t>
        <w:br/>
        <w:t>f 25199/14218/12764 25198/14219/12765 25197/14220/12766</w:t>
        <w:br/>
        <w:t>f 25200/14221/12767 25199/14218/12764 25197/14220/12766</w:t>
        <w:br/>
        <w:t>f 25198/14219/12765 25201/14222/12768 25197/14220/12766</w:t>
        <w:br/>
        <w:t>f 25204/14223/12769 25203/14224/12770 25202/14225/12770</w:t>
        <w:br/>
        <w:t>f 25205/14226/12771 25204/14223/12769 25202/14225/12770</w:t>
        <w:br/>
        <w:t>f 25206/14227/12772 25204/14223/12769 25205/14226/12771</w:t>
        <w:br/>
        <w:t>f 25207/14228/12772 25206/14227/12772 25205/14226/12771</w:t>
        <w:br/>
        <w:t>f 25201/14222/12768 25208/14229/12773 25197/14220/12766</w:t>
        <w:br/>
        <w:t>f 25210/14230/12774 25209/14231/12775 25195/14215/12761</w:t>
        <w:br/>
        <w:t>f 25196/14214/12761 25210/14230/12774 25195/14215/12761</w:t>
        <w:br/>
        <w:t>f 25211/14232/12776 25209/14231/12775 25210/14230/12774</w:t>
        <w:br/>
        <w:t>f 25212/14233/12776 25211/14232/12776 25210/14230/12774</w:t>
        <w:br/>
        <w:t>f 25193/14217/12763 25194/14216/12762 25213/14234/12777</w:t>
        <w:br/>
        <w:t>f 25214/14235/12778 25193/14217/12763 25213/14234/12777</w:t>
        <w:br/>
        <w:t>f 25217/14236/12779 25208/14229/12773 25216/14237/12780</w:t>
        <w:br/>
        <w:t>f 25215/14238/12781 25217/14236/12779 25216/14237/12780</w:t>
        <w:br/>
        <w:t>f 25197/14220/12766 25218/14239/12782 25200/14221/12767</w:t>
        <w:br/>
        <w:t>f 25220/14240/12783 25218/14239/12782 25219/14241/12784</w:t>
        <w:br/>
        <w:t>f 25221/14242/12785 25220/14240/12783 25219/14241/12784</w:t>
        <w:br/>
        <w:t>f 25203/14224/12770 25220/14240/12783 25221/14242/12785</w:t>
        <w:br/>
        <w:t>f 25202/14225/12770 25203/14224/12770 25221/14242/12785</w:t>
        <w:br/>
        <w:t>f 25207/14228/12772 25211/14232/12776 25212/14233/12776</w:t>
        <w:br/>
        <w:t>f 25206/14227/12772 25207/14228/12772 25212/14233/12776</w:t>
        <w:br/>
        <w:t>f 25219/14241/12784 25218/14239/12782 25197/14220/12766</w:t>
        <w:br/>
        <w:t>f 25208/14229/12773 25219/14241/12784 25197/14220/12766</w:t>
        <w:br/>
        <w:t>f 25219/14241/12784 25208/14229/12773 25217/14236/12779</w:t>
        <w:br/>
        <w:t>f 25216/14237/12780 25208/14229/12773 25201/14222/12768</w:t>
        <w:br/>
        <w:t>f 25225/14243/12786 25224/14244/12787 25223/14245/12788</w:t>
        <w:br/>
        <w:t>f 25222/14246/12789 25225/14243/12786 25223/14245/12788</w:t>
        <w:br/>
        <w:t>f 25228/14247/12790 25227/14248/12791 25226/14249/12792</w:t>
        <w:br/>
        <w:t>f 25229/14250/12793 25228/14247/12790 25226/14249/12792</w:t>
        <w:br/>
        <w:t>f 25227/14248/12791 25228/14247/12790 25230/14251/12794</w:t>
        <w:br/>
        <w:t>f 25233/14252/12795 25232/14253/12796 25231/14254/12797</w:t>
        <w:br/>
        <w:t>f 25234/14255/12797 25233/14252/12795 25231/14254/12797</w:t>
        <w:br/>
        <w:t>f 25234/14255/12797 25231/14254/12797 25235/14256/12798</w:t>
        <w:br/>
        <w:t>f 25236/14257/12798 25234/14255/12797 25235/14256/12798</w:t>
        <w:br/>
        <w:t>f 25230/14251/12794 25228/14247/12790 25237/14258/12799</w:t>
        <w:br/>
        <w:t>f 25222/14246/12789 25239/14259/12800 25238/14260/12800</w:t>
        <w:br/>
        <w:t>f 25225/14243/12786 25222/14246/12789 25238/14260/12800</w:t>
        <w:br/>
        <w:t>f 25238/14260/12800 25239/14259/12800 25240/14261/12801</w:t>
        <w:br/>
        <w:t>f 25241/14262/12801 25238/14260/12800 25240/14261/12801</w:t>
        <w:br/>
        <w:t>f 25242/14263/12802 25223/14245/12788 25224/14244/12787</w:t>
        <w:br/>
        <w:t>f 25243/14264/12802 25242/14263/12802 25224/14244/12787</w:t>
        <w:br/>
        <w:t>f 25246/14265/12803 25245/14266/12804 25244/14267/12805</w:t>
        <w:br/>
        <w:t>f 25237/14258/12799 25246/14265/12803 25244/14267/12805</w:t>
        <w:br/>
        <w:t>f 25228/14247/12790 25229/14250/12793 25247/14268/12806</w:t>
        <w:br/>
        <w:t>f 25249/14269/12807 25247/14268/12806 25248/14270/12808</w:t>
        <w:br/>
        <w:t>f 25250/14271/12809 25249/14269/12807 25248/14270/12808</w:t>
        <w:br/>
        <w:t>f 25250/14271/12809 25248/14270/12808 25232/14253/12796</w:t>
        <w:br/>
        <w:t>f 25233/14252/12795 25250/14271/12809 25232/14253/12796</w:t>
        <w:br/>
        <w:t>f 25236/14257/12798 25235/14256/12798 25241/14262/12801</w:t>
        <w:br/>
        <w:t>f 25240/14261/12801 25236/14257/12798 25241/14262/12801</w:t>
        <w:br/>
        <w:t>f 25249/14269/12807 25237/14258/12799 25228/14247/12790</w:t>
        <w:br/>
        <w:t>f 25247/14268/12806 25249/14269/12807 25228/14247/12790</w:t>
        <w:br/>
        <w:t>f 25249/14269/12807 25246/14265/12803 25237/14258/12799</w:t>
        <w:br/>
        <w:t>f 25244/14267/12805 25230/14251/12794 25237/14258/12799</w:t>
        <w:br/>
        <w:t>f 25254/14272/12810 25253/14273/12810 25252/14274/12811</w:t>
        <w:br/>
        <w:t>f 25251/14275/12811 25254/14272/12810 25252/14274/12811</w:t>
        <w:br/>
        <w:t>f 25255/14276/12812 25253/14273/12810 25254/14272/12810</w:t>
        <w:br/>
        <w:t>f 25256/14277/12812 25255/14276/12812 25254/14272/12810</w:t>
        <w:br/>
        <w:t>f 25260/14278/12813 25259/14279/12814 25258/14280/12815</w:t>
        <w:br/>
        <w:t>f 25257/14281/12815 25260/14278/12813 25258/14280/12815</w:t>
        <w:br/>
        <w:t>f 25261/14282/12816 25259/14279/12814 25260/14278/12813</w:t>
        <w:br/>
        <w:t>f 25262/14283/12816 25261/14282/12816 25260/14278/12813</w:t>
        <w:br/>
        <w:t>f 25263/14284/12817 25261/14282/12816 25262/14283/12816</w:t>
        <w:br/>
        <w:t>f 25264/14285/12817 25263/14284/12817 25262/14283/12816</w:t>
        <w:br/>
        <w:t>f 25266/14286/12818 25265/14287/12819 25263/14284/12817</w:t>
        <w:br/>
        <w:t>f 25264/14285/12817 25266/14286/12818 25263/14284/12817</w:t>
        <w:br/>
        <w:t>f 25267/14288/12820 25265/14287/12819 25266/14286/12818</w:t>
        <w:br/>
        <w:t>f 25268/14289/12820 25267/14288/12820 25266/14286/12818</w:t>
        <w:br/>
        <w:t>f 25269/14290/12821 25267/14288/12820 25268/14289/12820</w:t>
        <w:br/>
        <w:t>f 25270/14291/12821 25269/14290/12821 25268/14289/12820</w:t>
        <w:br/>
        <w:t>f 25271/14292/12822 25269/14290/12821 25270/14291/12821</w:t>
        <w:br/>
        <w:t>f 25272/14293/12822 25271/14292/12822 25270/14291/12821</w:t>
        <w:br/>
        <w:t>f 25273/14294/12823 25271/14292/12822 25272/14293/12822</w:t>
        <w:br/>
        <w:t>f 25274/14295/12824 25273/14294/12823 25272/14293/12822</w:t>
        <w:br/>
        <w:t>f 25275/14296/12825 25273/14294/12823 25274/14295/12824</w:t>
        <w:br/>
        <w:t>f 25276/14297/12826 25275/14296/12825 25274/14295/12824</w:t>
        <w:br/>
        <w:t>f 25277/14298/12827 25275/14296/12825 25276/14297/12826</w:t>
        <w:br/>
        <w:t>f 25278/14299/12828 25277/14298/12827 25276/14297/12826</w:t>
        <w:br/>
        <w:t>f 25279/14300/12829 25277/14298/12827 25278/14299/12828</w:t>
        <w:br/>
        <w:t>f 25280/14301/12829 25279/14300/12829 25278/14299/12828</w:t>
        <w:br/>
        <w:t>f 25281/14302/12830 25279/14300/12829 25280/14301/12829</w:t>
        <w:br/>
        <w:t>f 25282/14303/12831 25281/14302/12830 25280/14301/12829</w:t>
        <w:br/>
        <w:t>f 25283/14304/12832 25281/14302/12830 25282/14303/12831</w:t>
        <w:br/>
        <w:t>f 25284/14305/12832 25283/14304/12832 25282/14303/12831</w:t>
        <w:br/>
        <w:t>f 25285/14306/12833 25283/14304/12832 25284/14305/12832</w:t>
        <w:br/>
        <w:t>f 25286/14307/12833 25285/14306/12833 25284/14305/12832</w:t>
        <w:br/>
        <w:t>f 25287/14308/12834 25285/14306/12833 25286/14307/12833</w:t>
        <w:br/>
        <w:t>f 25288/14309/12834 25287/14308/12834 25286/14307/12833</w:t>
        <w:br/>
        <w:t>f 25291/14310/12835 25290/14311/12836 25289/14312/12836</w:t>
        <w:br/>
        <w:t>f 25292/14313/12835 25291/14310/12835 25289/14312/12836</w:t>
        <w:br/>
        <w:t>f 25293/14314/12837 25291/14310/12835 25292/14313/12835</w:t>
        <w:br/>
        <w:t>f 25294/14315/12838 25293/14314/12837 25292/14313/12835</w:t>
        <w:br/>
        <w:t>f 25295/14316/12839 25293/14314/12837 25294/14315/12838</w:t>
        <w:br/>
        <w:t>f 25296/14317/12840 25295/14316/12839 25294/14315/12838</w:t>
        <w:br/>
        <w:t>f 25297/14318/12841 25295/14316/12839 25296/14317/12840</w:t>
        <w:br/>
        <w:t>f 25298/14319/12841 25297/14318/12841 25296/14317/12840</w:t>
        <w:br/>
        <w:t>f 25300/14320/12842 25299/14321/12843 25297/14318/12841</w:t>
        <w:br/>
        <w:t>f 25298/14319/12841 25300/14320/12842 25297/14318/12841</w:t>
        <w:br/>
        <w:t>f 25302/14322/12844 25301/14323/12845 25299/14321/12843</w:t>
        <w:br/>
        <w:t>f 25300/14320/12842 25302/14322/12844 25299/14321/12843</w:t>
        <w:br/>
        <w:t>f 25304/14324/12846 25303/14325/12847 25301/14323/12845</w:t>
        <w:br/>
        <w:t>f 25302/14322/12844 25304/14324/12846 25301/14323/12845</w:t>
        <w:br/>
        <w:t>f 25306/14326/12848 25305/14327/12848 25303/14325/12847</w:t>
        <w:br/>
        <w:t>f 25304/14324/12846 25306/14326/12848 25303/14325/12847</w:t>
        <w:br/>
        <w:t>f 25251/14275/12811 25252/14274/12811 25305/14327/12848</w:t>
        <w:br/>
        <w:t>f 25306/14326/12848 25251/14275/12811 25305/14327/12848</w:t>
        <w:br/>
        <w:t>f 25492/14328/12849 25491/14329/12850 25490/14330/12851</w:t>
        <w:br/>
        <w:t>f 25495/14331/12852 25494/14332/12853 25493/14333/12854</w:t>
        <w:br/>
        <w:t>f 25497/14334/12855 25496/14335/12856 25493/14333/12854</w:t>
        <w:br/>
        <w:t>f 25494/14332/12853 25497/14334/12855 25493/14333/12854</w:t>
        <w:br/>
        <w:t>f 25498/14336/12857 25492/14328/12849 25490/14330/12851</w:t>
        <w:br/>
        <w:t>f 25499/14337/12858 25498/14336/12857 25490/14330/12851</w:t>
        <w:br/>
        <w:t>f 25499/14337/12858 25490/14330/12851 25497/14334/12855</w:t>
        <w:br/>
        <w:t>f 25500/14338/12859 25499/14337/12858 25497/14334/12855</w:t>
        <w:br/>
        <w:t>f 25498/14336/12857 25502/14339/12860 25501/14340/12861</w:t>
        <w:br/>
        <w:t>f 25492/14328/12849 25498/14336/12857 25501/14340/12861</w:t>
        <w:br/>
        <w:t>f 25506/14341/12862 25505/14342/12863 25504/14343/12864</w:t>
        <w:br/>
        <w:t>f 25503/14344/12865 25506/14341/12862 25504/14343/12864</w:t>
        <w:br/>
        <w:t>f 25510/14345/12866 25509/14346/12867 25508/14347/12868</w:t>
        <w:br/>
        <w:t>f 25507/14348/12869 25510/14345/12866 25508/14347/12868</w:t>
        <w:br/>
        <w:t>f 25512/14349/12870 25506/14341/12862 25503/14344/12865</w:t>
        <w:br/>
        <w:t>f 25511/14350/12871 25512/14349/12870 25503/14344/12865</w:t>
        <w:br/>
        <w:t>f 25515/14351/12872 25514/14352/12873 25513/14353/12874</w:t>
        <w:br/>
        <w:t>f 25516/14354/12875 25515/14351/12872 25513/14353/12874</w:t>
        <w:br/>
        <w:t>f 25495/14331/12852 25518/14355/12876 25517/14356/12877</w:t>
        <w:br/>
        <w:t>f 25514/14352/12873 25515/14351/12872 25508/14347/12868</w:t>
        <w:br/>
        <w:t>f 25509/14346/12867 25514/14352/12873 25508/14347/12868</w:t>
        <w:br/>
        <w:t>f 25517/14356/12877 25519/14357/12878 25494/14332/12853</w:t>
        <w:br/>
        <w:t>f 25495/14331/12852 25517/14356/12877 25494/14332/12853</w:t>
        <w:br/>
        <w:t>f 25500/14338/12859 25497/14334/12855 25494/14332/12853</w:t>
        <w:br/>
        <w:t>f 25519/14357/12878 25500/14338/12859 25494/14332/12853</w:t>
        <w:br/>
        <w:t>f 25505/14342/12863 25510/14345/12866 25507/14348/12869</w:t>
        <w:br/>
        <w:t>f 25504/14343/12864 25505/14342/12863 25507/14348/12869</w:t>
        <w:br/>
        <w:t>f 25522/14358/12879 25521/14359/12880 25520/14360/12881</w:t>
        <w:br/>
        <w:t>f 25520/14360/12881 25523/14361/12882 25522/14358/12879</w:t>
        <w:br/>
        <w:t>f 25525/14362/12883 25522/14358/12879 25523/14361/12882</w:t>
        <w:br/>
        <w:t>f 25524/14363/12884 25525/14362/12883 25523/14361/12882</w:t>
        <w:br/>
        <w:t>f 25524/14363/12884 25527/14364/12885 25526/14365/12886</w:t>
        <w:br/>
        <w:t>f 25527/14364/12885 25528/14366/12887 25526/14365/12886</w:t>
        <w:br/>
        <w:t>f 25528/14366/12887 25529/14367/12888 25526/14365/12886</w:t>
        <w:br/>
        <w:t>f 25532/14368/12889 25531/14369/12890 25530/14370/12891</w:t>
        <w:br/>
        <w:t>f 25531/14369/12890 25533/14371/12892 25530/14370/12891</w:t>
        <w:br/>
        <w:t>f 25535/14372/12893 25533/14371/12892 25534/14373/12894</w:t>
        <w:br/>
        <w:t>f 25536/14374/12895 25535/14372/12893 25534/14373/12894</w:t>
        <w:br/>
        <w:t>f 25534/14373/12894 25537/14375/12896 25536/14374/12895</w:t>
        <w:br/>
        <w:t>f 25536/14374/12895 25537/14375/12896 25538/14376/12897</w:t>
        <w:br/>
        <w:t>f 25539/14377/12898 25532/14368/12889 25530/14370/12891</w:t>
        <w:br/>
        <w:t>f 25491/14329/12850 25492/14328/12849 25540/14378/12899</w:t>
        <w:br/>
        <w:t>f 25540/14378/12899 25492/14328/12849 25501/14340/12861</w:t>
        <w:br/>
        <w:t>f 25541/14379/12900 25511/14350/12871 25503/14344/12865</w:t>
        <w:br/>
        <w:t>f 25507/14348/12869 25508/14347/12868 25542/14380/12901</w:t>
        <w:br/>
        <w:t>f 25545/14381/12902 25544/14382/12902 25543/14383/12903</w:t>
        <w:br/>
        <w:t>f 25497/14334/12855 25490/14330/12851 25491/14329/12850</w:t>
        <w:br/>
        <w:t>f 25537/14375/12896 25546/14384/12904 25538/14376/12897</w:t>
        <w:br/>
        <w:t>f 25521/14359/12880 25547/14385/12905 25520/14360/12881</w:t>
        <w:br/>
        <w:t>f 25495/14331/12852 25493/14333/12854 25548/14386/12906</w:t>
        <w:br/>
        <w:t>f 25497/14334/12855 25491/14329/12850 25496/14335/12856</w:t>
        <w:br/>
        <w:t>f 25550/14387/12907 25549/14388/12908 25503/14344/12865</w:t>
        <w:br/>
        <w:t>f 25504/14343/12864 25550/14387/12907 25503/14344/12865</w:t>
        <w:br/>
        <w:t>f 25541/14379/12900 25503/14344/12865 25549/14388/12908</w:t>
        <w:br/>
        <w:t>f 25542/14380/12901 25550/14387/12907 25504/14343/12864</w:t>
        <w:br/>
        <w:t>f 25507/14348/12869 25542/14380/12901 25504/14343/12864</w:t>
        <w:br/>
        <w:t>f 25551/14389/12909 25495/14331/12852 25548/14386/12906</w:t>
        <w:br/>
        <w:t>f 25554/14390/12910 25553/14391/12911 25552/14392/12912</w:t>
        <w:br/>
        <w:t>f 25555/14393/12913 25552/14392/12912 25553/14391/12911</w:t>
        <w:br/>
        <w:t>f 25556/14394/12914 25555/14393/12913 25553/14391/12911</w:t>
        <w:br/>
        <w:t>f 25558/14395/12915 25552/14392/12912 25557/14396/12916</w:t>
        <w:br/>
        <w:t>f 25559/14397/12917 25554/14390/12910 25552/14392/12912</w:t>
        <w:br/>
        <w:t>f 25561/14398/12918 25557/14396/12916 25560/14399/12919</w:t>
        <w:br/>
        <w:t>f 25562/14400/12920 25559/14397/12917 25558/14395/12915</w:t>
        <w:br/>
        <w:t>f 25566/14401/12921 25565/14402/12922 25564/14403/12923</w:t>
        <w:br/>
        <w:t>f 25563/14404/12924 25566/14401/12921 25564/14403/12923</w:t>
        <w:br/>
        <w:t>f 25564/14403/12923 25561/14398/12918 25567/14405/12925</w:t>
        <w:br/>
        <w:t>f 25567/14405/12925 25560/14399/12919 25568/14406/12926</w:t>
        <w:br/>
        <w:t>f 25567/14405/12925 25568/14406/12926 25569/14407/12927</w:t>
        <w:br/>
        <w:t>f 25570/14408/12928 25567/14405/12925 25569/14407/12927</w:t>
        <w:br/>
        <w:t>f 25567/14405/12925 25563/14404/12924 25564/14403/12923</w:t>
        <w:br/>
        <w:t>f 25564/14403/12923 25565/14402/12922 25571/14409/12929</w:t>
        <w:br/>
        <w:t>f 25559/14397/12917 25564/14403/12923 25571/14409/12929</w:t>
        <w:br/>
        <w:t>f 25572/14410/12930 25554/14390/12910 25559/14397/12917</w:t>
        <w:br/>
        <w:t>f 25571/14409/12929 25572/14410/12930 25559/14397/12917</w:t>
        <w:br/>
        <w:t>f 25555/14393/12913 25556/14394/12914 25573/14411/12931</w:t>
        <w:br/>
        <w:t>f 25555/14393/12913 25573/14411/12931 25574/14412/12932</w:t>
        <w:br/>
        <w:t>f 25576/14413/12933 25575/14414/12933 25574/14412/12932</w:t>
        <w:br/>
        <w:t>f 25568/14406/12926 25560/14399/12919 25577/14415/12934</w:t>
        <w:br/>
        <w:t>f 25577/14415/12934 25578/14416/12935 25568/14406/12926</w:t>
        <w:br/>
        <w:t>f 25573/14411/12931 25579/14417/12936 25574/14412/12932</w:t>
        <w:br/>
        <w:t>f 25582/14418/12937 25581/14419/12938 25579/14417/12936</w:t>
        <w:br/>
        <w:t>f 25580/14420/12939 25582/14418/12937 25579/14417/12936</w:t>
        <w:br/>
        <w:t>f 25584/14421/12940 25581/14419/12938 25583/14422/12941</w:t>
        <w:br/>
        <w:t>f 25577/14415/12934 25584/14421/12940 25583/14422/12941</w:t>
        <w:br/>
        <w:t>f 25585/14423/12942 25583/14422/12941 25581/14419/12938</w:t>
        <w:br/>
        <w:t>f 25582/14418/12937 25585/14423/12942 25581/14419/12938</w:t>
        <w:br/>
        <w:t>f 25587/14424/12943 25586/14425/12944 25585/14423/12942</w:t>
        <w:br/>
        <w:t>f 25577/14415/12934 25583/14422/12941 25588/14426/12945</w:t>
        <w:br/>
        <w:t>f 25578/14416/12935 25577/14415/12934 25588/14426/12945</w:t>
        <w:br/>
        <w:t>f 25587/14424/12943 25585/14423/12942 25582/14418/12937</w:t>
        <w:br/>
        <w:t>f 25592/14427/12946 25591/14428/12947 25590/14429/12948</w:t>
        <w:br/>
        <w:t>f 25589/14430/12949 25592/14427/12946 25590/14429/12948</w:t>
        <w:br/>
        <w:t>f 25594/14431/12950 25586/14425/12944 25587/14424/12943</w:t>
        <w:br/>
        <w:t>f 25593/14432/12951 25594/14431/12950 25587/14424/12943</w:t>
        <w:br/>
        <w:t>f 25591/14428/12947 25592/14427/12946 25565/14402/12922</w:t>
        <w:br/>
        <w:t>f 25565/14402/12922 25592/14427/12946 25571/14409/12929</w:t>
        <w:br/>
        <w:t>f 25571/14409/12929 25592/14427/12946 25595/14433/12952</w:t>
        <w:br/>
        <w:t>f 25587/14424/12943 25582/14418/12937 25596/14434/12953</w:t>
        <w:br/>
        <w:t>f 25583/14422/12941 25585/14423/12942 25597/14435/12954</w:t>
        <w:br/>
        <w:t>f 25588/14426/12945 25583/14422/12941 25597/14435/12954</w:t>
        <w:br/>
        <w:t>f 25598/14436/12955 25553/14391/12911 25554/14390/12910</w:t>
        <w:br/>
        <w:t>f 25599/14437/12956 25598/14436/12955 25554/14390/12910</w:t>
        <w:br/>
        <w:t>f 25598/14436/12955 25601/14438/12957 25600/14439/12958</w:t>
        <w:br/>
        <w:t>f 25553/14391/12911 25598/14436/12955 25600/14439/12958</w:t>
        <w:br/>
        <w:t>f 25603/14440/12959 25602/14441/12960 25566/14401/12921</w:t>
        <w:br/>
        <w:t>f 25563/14404/12924 25603/14440/12959 25566/14401/12921</w:t>
        <w:br/>
        <w:t>f 25605/14442/12961 25604/14443/12962 25570/14408/12928</w:t>
        <w:br/>
        <w:t>f 25569/14407/12927 25605/14442/12961 25570/14408/12928</w:t>
        <w:br/>
        <w:t>f 25604/14443/12962 25603/14440/12959 25563/14404/12924</w:t>
        <w:br/>
        <w:t>f 25570/14408/12928 25604/14443/12962 25563/14404/12924</w:t>
        <w:br/>
        <w:t>f 25599/14437/12956 25554/14390/12910 25572/14410/12930</w:t>
        <w:br/>
        <w:t>f 25606/14444/12963 25599/14437/12956 25572/14410/12930</w:t>
        <w:br/>
        <w:t>f 25601/14438/12964 25608/14445/12965 25607/14446/12966</w:t>
        <w:br/>
        <w:t>f 25556/14394/12914 25601/14438/12964 25607/14446/12966</w:t>
        <w:br/>
        <w:t>f 25610/14447/12967 25605/14442/12968 25609/14448/12969</w:t>
        <w:br/>
        <w:t>f 25578/14416/12935 25610/14447/12967 25609/14448/12969</w:t>
        <w:br/>
        <w:t>f 25608/14445/12965 25612/14449/12970 25611/14450/12970</w:t>
        <w:br/>
        <w:t>f 25573/14411/12931 25608/14445/12965 25611/14450/12970</w:t>
        <w:br/>
        <w:t>f 25612/14449/12970 25614/14451/12971 25613/14452/12971</w:t>
        <w:br/>
        <w:t>f 25611/14450/12970 25612/14449/12970 25613/14452/12971</w:t>
        <w:br/>
        <w:t>f 25615/14453/12972 25597/14435/12954 25586/14425/12944</w:t>
        <w:br/>
        <w:t>f 25616/14454/12973 25615/14453/12972 25586/14425/12944</w:t>
        <w:br/>
        <w:t>f 25610/14447/12967 25578/14416/12935 25588/14426/12945</w:t>
        <w:br/>
        <w:t>f 25617/14455/12974 25610/14447/12967 25588/14426/12945</w:t>
        <w:br/>
        <w:t>f 25620/14456/12975 25619/14457/12976 25618/14458/12976</w:t>
        <w:br/>
        <w:t>f 25621/14459/12977 25620/14456/12975 25618/14458/12976</w:t>
        <w:br/>
        <w:t>f 25623/14460/12978 25616/14454/12973 25586/14425/12944</w:t>
        <w:br/>
        <w:t>f 25622/14461/12979 25623/14460/12978 25586/14425/12944</w:t>
        <w:br/>
        <w:t>f 25602/14441/12960 25624/14462/12980 25591/14428/12947</w:t>
        <w:br/>
        <w:t>f 25566/14401/12921 25602/14441/12960 25591/14428/12947</w:t>
        <w:br/>
        <w:t>f 25625/14463/12981 25606/14444/12963 25572/14410/12930</w:t>
        <w:br/>
        <w:t>f 25595/14433/12952 25625/14463/12981 25572/14410/12930</w:t>
        <w:br/>
        <w:t>f 25614/14451/12971 25620/14456/12975 25621/14459/12977</w:t>
        <w:br/>
        <w:t>f 25613/14452/12971 25614/14451/12971 25621/14459/12977</w:t>
        <w:br/>
        <w:t>f 25617/14455/12974 25588/14426/12945 25597/14435/12954</w:t>
        <w:br/>
        <w:t>f 25615/14453/12972 25617/14455/12974 25597/14435/12954</w:t>
        <w:br/>
        <w:t>f 25628/14464/12982 25627/14465/12983 25626/14466/12984</w:t>
        <w:br/>
        <w:t>f 25626/14466/12984 25627/14465/12983 25629/14467/12985</w:t>
        <w:br/>
        <w:t>f 25631/14468/12986 25629/14467/12985 25630/14469/12987</w:t>
        <w:br/>
        <w:t>f 25631/14468/12986 25630/14469/12987 25632/14470/12988</w:t>
        <w:br/>
        <w:t>f 25631/14468/12986 25632/14470/12988 25633/14471/12989</w:t>
        <w:br/>
        <w:t>f 25636/14472/12990 25635/14473/12991 25634/14474/12992</w:t>
        <w:br/>
        <w:t>f 25636/14472/12990 25634/14474/12992 25637/14475/12993</w:t>
        <w:br/>
        <w:t>f 25636/14472/12990 25637/14475/12993 25638/14476/12994</w:t>
        <w:br/>
        <w:t>f 25640/14477/12995 25638/14476/12994 25639/14478/12996</w:t>
        <w:br/>
        <w:t>f 25643/14479/12899 25642/14480/12997 25641/14481/12998</w:t>
        <w:br/>
        <w:t>f 25643/14479/12899 25641/14481/12998 25644/14482/12999</w:t>
        <w:br/>
        <w:t>f 25646/14483/12955 25645/14484/13000 25644/14482/13001</w:t>
        <w:br/>
        <w:t>f 25645/14484/13000 25648/14485/13002 25647/14486/13003</w:t>
        <w:br/>
        <w:t>f 25645/14484/13000 25647/14486/13003 25649/14487/13004</w:t>
        <w:br/>
        <w:t>f 25651/14488/13005 25649/14487/13004 25650/14489/13006</w:t>
        <w:br/>
        <w:t>f 25654/14490/13007 25653/14491/12909 25652/14492/13008</w:t>
        <w:br/>
        <w:t>f 25589/14430/12949 25654/14490/13007 25652/14492/13008</w:t>
        <w:br/>
        <w:t>f 25657/14493/13009 25656/14494/13010 25655/14495/13011</w:t>
        <w:br/>
        <w:t>f 25659/14496/13012 25658/14497/13013 25618/14458/12976</w:t>
        <w:br/>
        <w:t>f 25619/14457/12976 25659/14496/13012 25618/14458/12976</w:t>
        <w:br/>
        <w:t>f 25661/14498/13014 25593/14432/12951 25660/14499/13015</w:t>
        <w:br/>
        <w:t>f 25662/14500/13016 25661/14498/13014 25660/14499/13015</w:t>
        <w:br/>
        <w:t>f 25663/14501/13017 25594/14431/12950 25593/14432/12951</w:t>
        <w:br/>
        <w:t>f 25661/14498/13014 25663/14501/13017 25593/14432/12951</w:t>
        <w:br/>
        <w:t>f 25623/14460/12978 25622/14461/12979 25664/14502/13018</w:t>
        <w:br/>
        <w:t>f 25668/14503/12978 25667/14504/13017 25666/14505/13019</w:t>
        <w:br/>
        <w:t>f 25665/14506/13020 25668/14503/12978 25666/14505/13019</w:t>
        <w:br/>
        <w:t>f 25670/14507/13021 25669/14508/13022 25590/14429/12948</w:t>
        <w:br/>
        <w:t>f 25671/14509/13023 25670/14507/13021 25590/14429/12948</w:t>
        <w:br/>
        <w:t>f 25669/14508/13022 25654/14490/13007 25589/14430/12949</w:t>
        <w:br/>
        <w:t>f 25590/14429/12948 25669/14508/13022 25589/14430/12949</w:t>
        <w:br/>
        <w:t>f 25557/14396/12916 25555/14393/12913 25574/14412/12932</w:t>
        <w:br/>
        <w:t>f 25558/14395/12915 25559/14397/12917 25552/14392/12912</w:t>
        <w:br/>
        <w:t>f 25589/14430/12949 25672/14510/13024 25592/14427/12946</w:t>
        <w:br/>
        <w:t>f 25674/14511/13025 25673/14512/13025 25625/14463/12981</w:t>
        <w:br/>
        <w:t>f 25595/14433/12952 25674/14511/13025 25625/14463/12981</w:t>
        <w:br/>
        <w:t>f 25651/14488/13005 25650/14489/13006 25675/14513/13026</w:t>
        <w:br/>
        <w:t>f 25593/14432/12951 25587/14424/12943 25596/14434/12953</w:t>
        <w:br/>
        <w:t>f 25660/14499/13015 25593/14432/12951 25596/14434/12953</w:t>
        <w:br/>
        <w:t>f 25676/14514/13027 25640/14477/12995 25639/14478/12996</w:t>
        <w:br/>
        <w:t>f 25671/14509/13023 25590/14429/12948 25591/14428/12947</w:t>
        <w:br/>
        <w:t>f 25624/14462/12980 25671/14509/13023 25591/14428/12947</w:t>
        <w:br/>
        <w:t>f 25566/14401/12921 25591/14428/12947 25565/14402/12922</w:t>
        <w:br/>
        <w:t>f 25571/14409/12929 25595/14433/12952 25572/14410/12930</w:t>
        <w:br/>
        <w:t>f 25561/14398/12918 25564/14403/12923 25559/14397/12917</w:t>
        <w:br/>
        <w:t>f 25567/14405/12925 25570/14408/12928 25563/14404/12924</w:t>
        <w:br/>
        <w:t>f 25560/14399/12919 25584/14421/12940 25577/14415/12934</w:t>
        <w:br/>
        <w:t>f 25578/14416/12935 25569/14407/12927 25568/14406/12926</w:t>
        <w:br/>
        <w:t>f 25582/14418/12937 25580/14420/12939 25596/14434/12953</w:t>
        <w:br/>
        <w:t>f 25586/14425/12944 25597/14435/12954 25585/14423/12942</w:t>
        <w:br/>
        <w:t>f 25567/14405/12925 25561/14398/12918 25560/14399/12919</w:t>
        <w:br/>
        <w:t>f 25561/14398/12918 25558/14395/12915 25557/14396/12916</w:t>
        <w:br/>
        <w:t>f 25552/14392/12912 25555/14393/12913 25557/14396/12916</w:t>
        <w:br/>
        <w:t>f 25574/14412/12932 25581/14419/12938 25584/14421/12940</w:t>
        <w:br/>
        <w:t>f 25560/14399/12919 25574/14412/12932 25584/14421/12940</w:t>
        <w:br/>
        <w:t>f 25579/14417/12936 25581/14419/12938 25574/14412/12932</w:t>
        <w:br/>
        <w:t>f 25651/14488/13005 25645/14484/13000 25649/14487/13004</w:t>
        <w:br/>
        <w:t>f 25655/14495/13011 25656/14494/13010 25677/14515/13028</w:t>
        <w:br/>
        <w:t>f 25631/14468/12986 25626/14466/12984 25629/14467/12985</w:t>
        <w:br/>
        <w:t>f 25640/14477/12995 25636/14472/12990 25638/14476/12994</w:t>
        <w:br/>
        <w:t>f 25668/14503/12978 25665/14506/13020 25627/14465/12983</w:t>
        <w:br/>
        <w:t>f 25677/14515/13028 25656/14494/13010 25679/14516/13029</w:t>
        <w:br/>
        <w:t>f 25678/14517/13029 25677/14515/13028 25679/14516/13029</w:t>
        <w:br/>
        <w:t>f 25680/14518/13030 25675/14513/13026 25650/14489/13006</w:t>
        <w:br/>
        <w:t>f 25681/14519/13031 25680/14518/13030 25650/14489/13006</w:t>
        <w:br/>
        <w:t>f 25684/14520/13032 25683/14521/13033 25682/14522/13031</w:t>
        <w:br/>
        <w:t>f 25681/14519/13031 25685/14523/13033 25680/14518/13030</w:t>
        <w:br/>
        <w:t>f 25678/14517/13029 25679/14516/13029 25686/14524/13034</w:t>
        <w:br/>
        <w:t>f 25687/14525/13034 25678/14517/13029 25686/14524/13034</w:t>
        <w:br/>
        <w:t>f 25688/14526/13035 25687/14525/13034 25686/14524/13034</w:t>
        <w:br/>
        <w:t>f 25642/14480/12997 25688/14526/13035 25686/14524/13034</w:t>
        <w:br/>
        <w:t>f 25688/14526/13035 25642/14480/12997 25643/14479/12899</w:t>
        <w:br/>
        <w:t>f 25683/14521/13033 25684/14520/13032 25689/14527/13036</w:t>
        <w:br/>
        <w:t>f 25673/14512/13025 25674/14511/13025 25691/14528/13037</w:t>
        <w:br/>
        <w:t>f 25690/14529/13038 25673/14512/13025 25691/14528/13037</w:t>
        <w:br/>
        <w:t>f 25690/14529/13038 25652/14492/13039 25692/14530/13040</w:t>
        <w:br/>
        <w:t>f 25495/14331/12852 25551/14389/12909 25693/14531/12905</w:t>
        <w:br/>
        <w:t>f 25508/14347/12868 25694/14532/13041 25542/14380/12901</w:t>
        <w:br/>
        <w:t>f 25694/14532/13041 25544/14382/12902 25545/14381/12902</w:t>
        <w:br/>
        <w:t>f 25694/14532/13041 25508/14347/12868 25544/14382/12902</w:t>
        <w:br/>
        <w:t>f 25524/14363/12884 25526/14365/12886 25525/14362/12883</w:t>
        <w:br/>
        <w:t>f 25535/14372/12893 25530/14370/12891 25533/14371/12892</w:t>
        <w:br/>
        <w:t>f 25589/14430/12949 25652/14492/13008 25672/14510/13024</w:t>
        <w:br/>
        <w:t>f 25672/14510/13024 25595/14433/12952 25592/14427/12946</w:t>
        <w:br/>
        <w:t>f 25697/14533/13042 25696/14534/13043 25695/14535/13044</w:t>
        <w:br/>
        <w:t>f 25698/14536/13045 25697/14533/13042 25695/14535/13044</w:t>
        <w:br/>
        <w:t>f 25698/14536/13045 25695/14535/13044 25699/14537/13046</w:t>
        <w:br/>
        <w:t>f 25700/14538/13046 25698/14536/13045 25699/14537/13046</w:t>
        <w:br/>
        <w:t>f 25702/14539/13047 25700/14538/13046 25699/14537/13046</w:t>
        <w:br/>
        <w:t>f 25701/14540/13048 25702/14539/13047 25699/14537/13046</w:t>
        <w:br/>
        <w:t>f 25701/14540/13048 25703/14541/13049 25702/14539/13047</w:t>
        <w:br/>
        <w:t>f 25706/14542/13050 25705/14543/13051 25704/14544/13050</w:t>
        <w:br/>
        <w:t>f 25704/14544/13050 25702/14539/13047 25703/14541/13049</w:t>
        <w:br/>
        <w:t>f 25706/14542/13050 25704/14544/13050 25703/14541/13049</w:t>
        <w:br/>
        <w:t>f 25707/14545/13052 25696/14534/13043 25697/14533/13042</w:t>
        <w:br/>
        <w:t>f 25708/14546/13053 25707/14545/13052 25697/14533/13042</w:t>
        <w:br/>
        <w:t>f 25709/14547/13054 25707/14545/13052 25708/14546/13053</w:t>
        <w:br/>
        <w:t>f 25710/14548/13054 25709/14547/13054 25708/14546/13053</w:t>
        <w:br/>
        <w:t>f 25712/14549/13055 25711/14550/13056 25709/14547/13054</w:t>
        <w:br/>
        <w:t>f 25710/14548/13054 25712/14549/13055 25709/14547/13054</w:t>
        <w:br/>
        <w:t>f 25711/14550/13056 25712/14549/13055 25713/14551/13057</w:t>
        <w:br/>
        <w:t>f 25716/14552/13058 25715/14553/13058 25714/14554/13059</w:t>
        <w:br/>
        <w:t>f 25715/14553/13058 25716/14552/13058 25713/14551/13057</w:t>
        <w:br/>
        <w:t>f 25712/14549/13055 25715/14553/13058 25713/14551/13057</w:t>
        <w:br/>
        <w:t>f 25731/14555/13060 25728/14556/13061 25729/14557/13062</w:t>
        <w:br/>
        <w:t>f 25730/14558/13063 25731/14555/13060 25729/14557/13062</w:t>
        <w:br/>
        <w:t>f 25736/14559/13064 25733/14560/13065 25735/14561/13066</w:t>
        <w:br/>
        <w:t>f 25730/14558/13063 25743/14562/13067 25731/14555/13060</w:t>
        <w:br/>
        <w:t>f 25744/14563/13068 25743/14562/13067 25730/14558/13063</w:t>
        <w:br/>
        <w:t>f 25744/14563/13068 25747/14564/13069 25743/14562/13067</w:t>
        <w:br/>
        <w:t>f 25748/14565/13070 25736/14559/13064 25735/14561/13066</w:t>
        <w:br/>
        <w:t>f 25763/14566/13071 25762/14567/13072 25761/14568/13073</w:t>
        <w:br/>
        <w:t>f 25759/14569/13074 25763/14566/13071 25761/14568/13073</w:t>
        <w:br/>
        <w:t>f 25767/14570/13075 25765/14571/13076 25766/14572/13077</w:t>
        <w:br/>
        <w:t>f 25768/14573/13078 25767/14570/13075 25766/14572/13077</w:t>
        <w:br/>
        <w:t>f 25762/14567/13072 25763/14566/13071 25775/14574/13079</w:t>
        <w:br/>
        <w:t>f 25776/14575/13080 25762/14567/13072 25775/14574/13079</w:t>
        <w:br/>
        <w:t>f 25776/14575/13080 25775/14574/13079 25779/14576/13081</w:t>
        <w:br/>
        <w:t>f 25780/14577/13082 25767/14570/13075 25768/14573/13078</w:t>
        <w:br/>
        <w:t>f 25797/14578/13083 25796/14579/13084 25795/14580/13085</w:t>
        <w:br/>
        <w:t>f 25798/14581/13086 25797/14578/13083 25795/14580/13085</w:t>
        <w:br/>
        <w:t>f 25795/14580/13085 25796/14579/13084 25799/14582/13087</w:t>
        <w:br/>
        <w:t>f 25800/14583/13088 25795/14580/13085 25799/14582/13087</w:t>
        <w:br/>
        <w:t>f 25796/14579/13084 25802/14584/13089 25801/14585/13090</w:t>
        <w:br/>
        <w:t>f 25799/14582/13087 25796/14579/13084 25801/14585/13090</w:t>
        <w:br/>
        <w:t>f 25802/14584/13089 25804/14586/13091 25803/14587/13092</w:t>
        <w:br/>
        <w:t>f 25801/14585/13090 25802/14584/13089 25803/14587/13092</w:t>
        <w:br/>
        <w:t>f 25806/14588/13093 25796/14579/13084 25797/14578/13083</w:t>
        <w:br/>
        <w:t>f 25805/14589/13093 25806/14588/13093 25797/14578/13083</w:t>
        <w:br/>
        <w:t>f 25809/14590/13094 25808/14591/13095 25807/14592/13096</w:t>
        <w:br/>
        <w:t>f 25810/14593/13097 25809/14590/13094 25807/14592/13096</w:t>
        <w:br/>
        <w:t>f 25808/14591/13095 25809/14590/13094 25812/14594/13098</w:t>
        <w:br/>
        <w:t>f 25811/14595/13099 25808/14591/13095 25812/14594/13098</w:t>
        <w:br/>
        <w:t>f 25809/14590/13094 25814/14596/13100 25813/14597/13101</w:t>
        <w:br/>
        <w:t>f 25812/14594/13098 25809/14590/13094 25813/14597/13101</w:t>
        <w:br/>
        <w:t>f 25818/14598/13102 25817/14599/13103 25816/14600/13104</w:t>
        <w:br/>
        <w:t>f 25815/14601/13105 25818/14598/13102 25816/14600/13104</w:t>
        <w:br/>
        <w:t>f 25801/14585/13090 25803/14587/13092 25817/14599/13103</w:t>
        <w:br/>
        <w:t>f 25818/14598/13102 25801/14585/13090 25817/14599/13103</w:t>
        <w:br/>
        <w:t>f 25820/14602/13106 25819/14603/13107 25813/14597/13101</w:t>
        <w:br/>
        <w:t>f 25814/14596/13100 25820/14602/13106 25813/14597/13101</w:t>
        <w:br/>
        <w:t>f 25814/14596/13100 25809/14590/13094 25810/14593/13097</w:t>
        <w:br/>
        <w:t>f 25821/14604/13108 25814/14596/13100 25810/14593/13097</w:t>
        <w:br/>
        <w:t>f 25824/14605/13109 25823/14606/13110 25822/14607/13110</w:t>
        <w:br/>
        <w:t>f 25825/14608/13109 25824/14605/13109 25822/14607/13110</w:t>
        <w:br/>
        <w:t>f 25818/14598/13102 25826/14609/13111 25799/14582/13087</w:t>
        <w:br/>
        <w:t>f 25801/14585/13090 25818/14598/13102 25799/14582/13087</w:t>
        <w:br/>
        <w:t>f 25818/14598/13102 25815/14601/13105 25827/14610/13112</w:t>
        <w:br/>
        <w:t>f 25826/14609/13111 25818/14598/13102 25827/14610/13112</w:t>
        <w:br/>
        <w:t>f 25815/14601/13105 25829/14611/13113 25828/14612/13114</w:t>
        <w:br/>
        <w:t>f 25827/14610/13112 25815/14601/13105 25828/14612/13114</w:t>
        <w:br/>
        <w:t>f 25832/14613/13115 25831/14614/13116 25830/14615/13117</w:t>
        <w:br/>
        <w:t>f 25833/14616/13118 25832/14613/13115 25830/14615/13117</w:t>
        <w:br/>
        <w:t>f 25829/14611/13113 25835/14617/13119 25834/14618/13120</w:t>
        <w:br/>
        <w:t>f 25828/14612/13114 25829/14611/13113 25834/14618/13120</w:t>
        <w:br/>
        <w:t>f 25837/14619/13121 25831/14614/13116 25836/14620/13122</w:t>
        <w:br/>
        <w:t>f 25838/14621/13123 25837/14619/13121 25836/14620/13122</w:t>
        <w:br/>
        <w:t>f 25839/14622/13124 25830/14615/13117 25831/14614/13116</w:t>
        <w:br/>
        <w:t>f 25837/14619/13121 25839/14622/13124 25831/14614/13116</w:t>
        <w:br/>
        <w:t>f 25841/14623/13125 25839/14622/13124 25837/14619/13121</w:t>
        <w:br/>
        <w:t>f 25840/14624/13126 25841/14623/13125 25837/14619/13121</w:t>
        <w:br/>
        <w:t>f 25829/14611/13113 25843/14625/13127 25842/14626/13128</w:t>
        <w:br/>
        <w:t>f 25835/14617/13119 25829/14611/13113 25842/14626/13128</w:t>
        <w:br/>
        <w:t>f 25842/14626/13128 25836/14620/13122 25831/14614/13116</w:t>
        <w:br/>
        <w:t>f 25832/14613/13115 25842/14626/13128 25831/14614/13116</w:t>
        <w:br/>
        <w:t>f 25847/14627/13129 25846/14628/13130 25845/14629/13131</w:t>
        <w:br/>
        <w:t>f 25844/14630/13132 25847/14627/13129 25845/14629/13131</w:t>
        <w:br/>
        <w:t>f 25850/14631/13133 25849/14632/13134 25848/14633/13135</w:t>
        <w:br/>
        <w:t>f 25851/14634/13136 25850/14631/13133 25848/14633/13135</w:t>
        <w:br/>
        <w:t>f 25853/14635/13137 25852/14636/13138 25846/14628/13130</w:t>
        <w:br/>
        <w:t>f 25847/14627/13129 25853/14635/13137 25846/14628/13130</w:t>
        <w:br/>
        <w:t>f 25855/14637/13139 25854/14638/13140 25833/14616/13118</w:t>
        <w:br/>
        <w:t>f 25830/14615/13117 25855/14637/13139 25833/14616/13118</w:t>
        <w:br/>
        <w:t>f 25828/14612/13114 25834/14618/13120 25857/14639/13141</w:t>
        <w:br/>
        <w:t>f 25856/14640/13142 25828/14612/13114 25857/14639/13141</w:t>
        <w:br/>
        <w:t>f 25861/14641/13143 25860/14642/13144 25859/14643/13145</w:t>
        <w:br/>
        <w:t>f 25858/14644/13146 25861/14641/13143 25859/14643/13145</w:t>
        <w:br/>
        <w:t>f 25855/14637/13139 25859/14643/13147 25862/14645/13148</w:t>
        <w:br/>
        <w:t>f 25854/14638/13140 25855/14637/13139 25862/14645/13148</w:t>
        <w:br/>
        <w:t>f 25856/14640/13142 25854/14638/13140 25862/14645/13148</w:t>
        <w:br/>
        <w:t>f 25863/14646/13149 25856/14640/13142 25862/14645/13148</w:t>
        <w:br/>
        <w:t>f 25865/14647/13150 25853/14635/13137 25847/14627/13129</w:t>
        <w:br/>
        <w:t>f 25864/14648/13151 25865/14647/13150 25847/14627/13129</w:t>
        <w:br/>
        <w:t>f 25851/14634/13136 25867/14649/13152 25866/14650/13153</w:t>
        <w:br/>
        <w:t>f 25850/14631/13133 25851/14634/13136 25866/14650/13153</w:t>
        <w:br/>
        <w:t>f 25844/14630/13132 25868/14651/13154 25864/14648/13151</w:t>
        <w:br/>
        <w:t>f 25847/14627/13129 25844/14630/13132 25864/14648/13151</w:t>
        <w:br/>
        <w:t>f 25830/14615/13117 25839/14622/13124 25861/14641/13143</w:t>
        <w:br/>
        <w:t>f 25855/14637/13139 25830/14615/13117 25861/14641/13143</w:t>
        <w:br/>
        <w:t>f 25861/14641/13143 25839/14622/13124 25841/14623/13125</w:t>
        <w:br/>
        <w:t>f 25860/14642/13144 25861/14641/13143 25841/14623/13125</w:t>
        <w:br/>
        <w:t>f 25856/14640/13142 25869/14652/13155 25827/14610/13112</w:t>
        <w:br/>
        <w:t>f 25828/14612/13114 25856/14640/13142 25827/14610/13112</w:t>
        <w:br/>
        <w:t>f 25863/14646/13149 25870/14653/13156 25869/14652/13155</w:t>
        <w:br/>
        <w:t>f 25856/14640/13142 25863/14646/13149 25869/14652/13155</w:t>
        <w:br/>
        <w:t>f 25867/14649/13152 25851/14634/13136 25820/14602/13106</w:t>
        <w:br/>
        <w:t>f 25871/14654/13157 25867/14649/13152 25820/14602/13106</w:t>
        <w:br/>
        <w:t>f 25820/14602/13106 25814/14596/13100 25821/14604/13108</w:t>
        <w:br/>
        <w:t>f 25871/14654/13157 25820/14602/13106 25821/14604/13108</w:t>
        <w:br/>
        <w:t>f 25873/14655/13158 25869/14652/13155 25870/14653/13156</w:t>
        <w:br/>
        <w:t>f 25872/14656/13158 25873/14655/13158 25870/14653/13156</w:t>
        <w:br/>
        <w:t>f 25874/14657/13159 25826/14609/13111 25827/14610/13112</w:t>
        <w:br/>
        <w:t>f 25869/14652/13155 25874/14657/13159 25827/14610/13112</w:t>
        <w:br/>
        <w:t>f 25826/14609/13111 25874/14657/13159 25800/14583/13088</w:t>
        <w:br/>
        <w:t>f 25799/14582/13087 25826/14609/13111 25800/14583/13088</w:t>
        <w:br/>
        <w:t>f 25822/14607/13110 25823/14606/13110 25873/14655/13158</w:t>
        <w:br/>
        <w:t>f 25872/14656/13158 25822/14607/13110 25873/14655/13158</w:t>
        <w:br/>
        <w:t>f 25815/14601/13105 25816/14600/13104 25843/14625/13127</w:t>
        <w:br/>
        <w:t>f 25829/14611/13113 25815/14601/13105 25843/14625/13127</w:t>
        <w:br/>
        <w:t>f 25851/14634/13136 25848/14633/13135 25819/14603/13107</w:t>
        <w:br/>
        <w:t>f 25820/14602/13106 25851/14634/13136 25819/14603/13107</w:t>
        <w:br/>
        <w:t>f 26050/14658/13160 26049/14659/13161 26048/14660/13162</w:t>
        <w:br/>
        <w:t>f 26051/14661/13163 26050/14658/13160 26048/14660/13162</w:t>
        <w:br/>
        <w:t>f 26053/14662/13164 26052/14663/13165 26049/14659/13161</w:t>
        <w:br/>
        <w:t>f 26050/14658/13160 26053/14662/13164 26049/14659/13161</w:t>
        <w:br/>
        <w:t>f 26057/14664/13166 26056/14665/13167 26055/14666/13168</w:t>
        <w:br/>
        <w:t>f 26054/14667/13169 26057/14664/13166 26055/14666/13168</w:t>
        <w:br/>
        <w:t>f 26052/14663/13165 26053/14662/13164 26058/14668/13170</w:t>
        <w:br/>
        <w:t>f 26059/14669/13171 26052/14663/13165 26058/14668/13170</w:t>
        <w:br/>
        <w:t>f 26063/14670/13172 26062/14671/13173 26061/14672/13174</w:t>
        <w:br/>
        <w:t>f 26060/14673/13175 26063/14670/13172 26061/14672/13174</w:t>
        <w:br/>
        <w:t>f 26066/14674/13176 26065/14675/13177 26064/14676/13177</w:t>
        <w:br/>
        <w:t>f 26067/14677/13176 26066/14674/13176 26064/14676/13177</w:t>
        <w:br/>
        <w:t>f 26071/14678/13178 26070/14679/13179 26069/14680/13180</w:t>
        <w:br/>
        <w:t>f 26068/14681/13181 26071/14678/13178 26069/14680/13180</w:t>
        <w:br/>
        <w:t>f 26073/14682/13182 26072/14683/13183 26071/14678/13178</w:t>
        <w:br/>
        <w:t>f 26068/14681/13181 26073/14682/13182 26071/14678/13178</w:t>
        <w:br/>
        <w:t>f 26075/14684/13184 26069/14680/13180 26070/14679/13179</w:t>
        <w:br/>
        <w:t>f 26074/14685/13185 26075/14684/13184 26070/14679/13179</w:t>
        <w:br/>
        <w:t>f 26056/14665/13167 26057/14664/13166 26076/14686/13186</w:t>
        <w:br/>
        <w:t>f 26077/14687/13187 26056/14665/13167 26076/14686/13186</w:t>
        <w:br/>
        <w:t>f 26079/14688/13188 26078/14689/13189 26077/14687/13187</w:t>
        <w:br/>
        <w:t>f 26076/14686/13186 26079/14688/13188 26077/14687/13187</w:t>
        <w:br/>
        <w:t>f 26078/14689/13189 26081/14690/13190 26080/14691/13191</w:t>
        <w:br/>
        <w:t>f 26077/14687/13187 26078/14689/13189 26080/14691/13191</w:t>
        <w:br/>
        <w:t>f 26056/14665/13167 26083/14692/13192 26082/14693/13193</w:t>
        <w:br/>
        <w:t>f 26055/14666/13168 26056/14665/13167 26082/14693/13193</w:t>
        <w:br/>
        <w:t>f 26087/14694/13194 26086/14695/13195 26085/14696/13196</w:t>
        <w:br/>
        <w:t>f 26084/14697/13194 26087/14694/13194 26085/14696/13196</w:t>
        <w:br/>
        <w:t>f 26091/14698/13197 26090/14699/13198 26089/14700/13199</w:t>
        <w:br/>
        <w:t>f 26088/14701/13197 26091/14698/13197 26089/14700/13199</w:t>
        <w:br/>
        <w:t>f 26089/14700/13199 26090/14699/13198 26092/14702/13200</w:t>
        <w:br/>
        <w:t>f 26093/14703/13201 26089/14700/13199 26092/14702/13200</w:t>
        <w:br/>
        <w:t>f 26096/14704/13202 26095/14705/13203 26094/14706/13204</w:t>
        <w:br/>
        <w:t>f 26097/14707/13205 26096/14704/13202 26094/14706/13204</w:t>
        <w:br/>
        <w:t>f 26098/14708/13206 26097/14707/13205 26094/14706/13204</w:t>
        <w:br/>
        <w:t>f 26099/14709/13207 26098/14708/13206 26094/14706/13204</w:t>
        <w:br/>
        <w:t>f 26102/14710/13208 26101/14711/13209 26099/14709/13207</w:t>
        <w:br/>
        <w:t>f 26100/14712/13210 26102/14710/13208 26099/14709/13207</w:t>
        <w:br/>
        <w:t>f 26099/14709/13207 26094/14706/13204 26103/14713/13211</w:t>
        <w:br/>
        <w:t>f 26100/14712/13210 26099/14709/13207 26103/14713/13211</w:t>
        <w:br/>
        <w:t>f 26107/14714/13212 26106/14715/13212 26105/14716/13213</w:t>
        <w:br/>
        <w:t>f 26104/14717/13214 26107/14714/13212 26105/14716/13213</w:t>
        <w:br/>
        <w:t>f 26099/14709/13207 26101/14711/13209 26108/14718/13215</w:t>
        <w:br/>
        <w:t>f 26098/14708/13206 26099/14709/13207 26108/14718/13215</w:t>
        <w:br/>
        <w:t>f 26067/14677/13176 26104/14717/13214 26105/14716/13213</w:t>
        <w:br/>
        <w:t>f 26066/14674/13176 26067/14677/13176 26105/14716/13213</w:t>
        <w:br/>
        <w:t>f 26111/14719/13216 26081/14690/13190 26110/14720/13217</w:t>
        <w:br/>
        <w:t>f 26109/14721/13218 26111/14719/13216 26110/14720/13217</w:t>
        <w:br/>
        <w:t>f 26114/14722/13219 26113/14723/13220 26112/14724/13221</w:t>
        <w:br/>
        <w:t>f 26115/14725/13222 26114/14722/13219 26112/14724/13221</w:t>
        <w:br/>
        <w:t>f 26060/14673/13175 26115/14725/13222 26112/14724/13221</w:t>
        <w:br/>
        <w:t>f 26116/14726/13223 26060/14673/13175 26112/14724/13221</w:t>
        <w:br/>
        <w:t>f 26118/14727/13224 26117/14728/13225 26092/14702/13200</w:t>
        <w:br/>
        <w:t>f 26119/14729/13226 26118/14727/13224 26101/14711/13209</w:t>
        <w:br/>
        <w:t>f 26102/14710/13208 26119/14729/13226 26101/14711/13209</w:t>
        <w:br/>
        <w:t>f 26120/14730/13227 26108/14718/13215 26101/14711/13209</w:t>
        <w:br/>
        <w:t>f 26118/14727/13224 26120/14730/13227 26101/14711/13209</w:t>
        <w:br/>
        <w:t>f 26122/14731/13228 26121/14732/13229 26106/14715/13212</w:t>
        <w:br/>
        <w:t>f 26107/14714/13212 26122/14731/13228 26106/14715/13212</w:t>
        <w:br/>
        <w:t>f 26081/14690/13190 26111/14719/13216 26123/14733/13230</w:t>
        <w:br/>
        <w:t>f 26080/14691/13191 26081/14690/13190 26123/14733/13230</w:t>
        <w:br/>
        <w:t>f 26078/14689/13189 26079/14688/13188 26124/14734/13231</w:t>
        <w:br/>
        <w:t>f 26116/14726/13223 26078/14689/13189 26124/14734/13231</w:t>
        <w:br/>
        <w:t>f 26125/14735/13232 26115/14725/13222 26060/14673/13175</w:t>
        <w:br/>
        <w:t>f 26061/14672/13174 26125/14735/13232 26060/14673/13175</w:t>
        <w:br/>
        <w:t>f 26078/14689/13189 26116/14726/13223 26110/14720/13217</w:t>
        <w:br/>
        <w:t>f 26081/14690/13190 26078/14689/13189 26110/14720/13217</w:t>
        <w:br/>
        <w:t>f 26077/14687/13187 26080/14691/13191 26083/14692/13192</w:t>
        <w:br/>
        <w:t>f 26056/14665/13167 26077/14687/13187 26083/14692/13192</w:t>
        <w:br/>
        <w:t>f 26093/14703/13201 26092/14702/13200 26117/14728/13225</w:t>
        <w:br/>
        <w:t>f 26126/14736/13233 26093/14703/13201 26117/14728/13225</w:t>
        <w:br/>
        <w:t>f 26080/14691/13191 26121/14732/13229 26086/14695/13195</w:t>
        <w:br/>
        <w:t>f 26083/14692/13192 26080/14691/13191 26086/14695/13195</w:t>
        <w:br/>
        <w:t>f 26121/14732/13229 26122/14731/13228 26090/14699/13198</w:t>
        <w:br/>
        <w:t>f 26086/14695/13195 26121/14732/13229 26090/14699/13198</w:t>
        <w:br/>
        <w:t>f 26120/14730/13227 26092/14702/13200 26090/14699/13198</w:t>
        <w:br/>
        <w:t>f 26053/14662/13164 26061/14672/13174 26062/14671/13173</w:t>
        <w:br/>
        <w:t>f 26058/14668/13170 26053/14662/13164 26062/14671/13173</w:t>
        <w:br/>
        <w:t>f 26068/14681/13181 26064/14676/13177 26065/14675/13177</w:t>
        <w:br/>
        <w:t>f 26073/14682/13182 26068/14681/13181 26065/14675/13177</w:t>
        <w:br/>
        <w:t>f 26068/14681/13181 26069/14680/13180 26095/14705/13203</w:t>
        <w:br/>
        <w:t>f 26096/14704/13202 26068/14681/13181 26095/14705/13203</w:t>
        <w:br/>
        <w:t>f 26069/14680/13180 26075/14684/13184 26127/14737/13234</w:t>
        <w:br/>
        <w:t>f 26095/14705/13203 26069/14680/13180 26127/14737/13234</w:t>
        <w:br/>
        <w:t>f 26060/14673/13175 26116/14726/13223 26124/14734/13231</w:t>
        <w:br/>
        <w:t>f 26063/14670/13172 26060/14673/13175 26124/14734/13231</w:t>
        <w:br/>
        <w:t>f 26115/14725/13222 26125/14735/13232 26128/14738/13235</w:t>
        <w:br/>
        <w:t>f 26114/14722/13219 26115/14725/13222 26128/14738/13235</w:t>
        <w:br/>
        <w:t>f 26094/14706/13204 26095/14705/13203 26127/14737/13234</w:t>
        <w:br/>
        <w:t>f 26103/14713/13211 26094/14706/13204 26127/14737/13234</w:t>
        <w:br/>
        <w:t>f 26125/14735/13232 26050/14658/13160 26051/14661/13163</w:t>
        <w:br/>
        <w:t>f 26128/14738/13235 26125/14735/13232 26051/14661/13163</w:t>
        <w:br/>
        <w:t>f 26050/14658/13160 26125/14735/13232 26061/14672/13174</w:t>
        <w:br/>
        <w:t>f 26053/14662/13164 26050/14658/13160 26061/14672/13174</w:t>
        <w:br/>
        <w:t>f 26120/14730/13227 26118/14727/13224 26092/14702/13200</w:t>
        <w:br/>
        <w:t>f 26118/14727/13224 26119/14729/13226 26117/14728/13225</w:t>
        <w:br/>
        <w:t>f 26131/14739/13236 26130/14740/13237 26129/14741/13238</w:t>
        <w:br/>
        <w:t>f 26132/14742/13239 26131/14739/13236 26129/14741/13238</w:t>
        <w:br/>
        <w:t>f 26134/14743/13240 26129/14741/13238 26130/14740/13237</w:t>
        <w:br/>
        <w:t>f 26133/14744/13241 26134/14743/13240 26130/14740/13237</w:t>
        <w:br/>
        <w:t>f 26138/14745/13242 26137/14746/13243 26136/14747/13244</w:t>
        <w:br/>
        <w:t>f 26135/14748/13245 26138/14745/13242 26136/14747/13244</w:t>
        <w:br/>
        <w:t>f 26139/14749/13246 26134/14743/13240 26133/14744/13241</w:t>
        <w:br/>
        <w:t>f 26140/14750/13247 26139/14749/13246 26133/14744/13241</w:t>
        <w:br/>
        <w:t>f 26144/14751/13248 26143/14752/13249 26142/14753/13250</w:t>
        <w:br/>
        <w:t>f 26141/14754/13251 26144/14751/13248 26142/14753/13250</w:t>
        <w:br/>
        <w:t>f 26147/14755/13252 26146/14756/13252 26145/14757/13253</w:t>
        <w:br/>
        <w:t>f 26148/14758/13253 26147/14755/13252 26145/14757/13253</w:t>
        <w:br/>
        <w:t>f 26152/14759/13254 26151/14760/13255 26150/14761/13256</w:t>
        <w:br/>
        <w:t>f 26149/14762/13257 26152/14759/13254 26150/14761/13256</w:t>
        <w:br/>
        <w:t>f 26152/14759/13254 26154/14763/13258 26153/14764/13258</w:t>
        <w:br/>
        <w:t>f 26151/14760/13255 26152/14759/13254 26153/14764/13258</w:t>
        <w:br/>
        <w:t>f 26156/14765/13259 26155/14766/13260 26149/14762/13257</w:t>
        <w:br/>
        <w:t>f 26150/14761/13256 26156/14765/13259 26149/14762/13257</w:t>
        <w:br/>
        <w:t>f 26157/14767/13261 26138/14745/13242 26135/14748/13245</w:t>
        <w:br/>
        <w:t>f 26158/14768/13262 26157/14767/13261 26135/14748/13245</w:t>
        <w:br/>
        <w:t>f 26160/14769/13263 26157/14767/13261 26158/14768/13262</w:t>
        <w:br/>
        <w:t>f 26159/14770/13264 26160/14769/13263 26158/14768/13262</w:t>
        <w:br/>
        <w:t>f 26162/14771/13265 26161/14772/13266 26159/14770/13264</w:t>
        <w:br/>
        <w:t>f 26158/14768/13262 26162/14771/13265 26159/14770/13264</w:t>
        <w:br/>
        <w:t>f 26135/14748/13245 26136/14747/13244 26164/14773/13267</w:t>
        <w:br/>
        <w:t>f 26163/14774/13268 26135/14748/13245 26164/14773/13267</w:t>
        <w:br/>
        <w:t>f 26168/14775/13269 26167/14776/13270 26166/14777/13271</w:t>
        <w:br/>
        <w:t>f 26165/14778/13272 26168/14775/13269 26166/14777/13271</w:t>
        <w:br/>
        <w:t>f 26172/14779/13273 26171/14780/13273 26170/14781/13274</w:t>
        <w:br/>
        <w:t>f 26169/14782/13275 26172/14779/13273 26170/14781/13274</w:t>
        <w:br/>
        <w:t>f 26173/14783/13276 26169/14782/13275 26170/14781/13274</w:t>
        <w:br/>
        <w:t>f 26174/14784/13277 26173/14783/13276 26170/14781/13274</w:t>
        <w:br/>
        <w:t>f 26178/14785/13278 26177/14786/13279 26176/14787/13280</w:t>
        <w:br/>
        <w:t>f 26175/14788/13281 26178/14785/13278 26176/14787/13280</w:t>
        <w:br/>
        <w:t>f 26177/14786/13279 26178/14785/13278 26179/14789/13282</w:t>
        <w:br/>
        <w:t>f 26180/14790/13283 26177/14786/13279 26179/14789/13282</w:t>
        <w:br/>
        <w:t>f 26183/14791/13284 26182/14792/13285 26180/14790/13283</w:t>
        <w:br/>
        <w:t>f 26181/14793/13286 26183/14791/13284 26180/14790/13283</w:t>
        <w:br/>
        <w:t>f 26184/14794/13287 26177/14786/13279 26180/14790/13283</w:t>
        <w:br/>
        <w:t>f 26182/14792/13285 26184/14794/13287 26180/14790/13283</w:t>
        <w:br/>
        <w:t>f 26188/14795/13288 26187/14796/13289 26186/14797/13289</w:t>
        <w:br/>
        <w:t>f 26185/14798/13290 26188/14795/13288 26186/14797/13289</w:t>
        <w:br/>
        <w:t>f 26180/14790/13283 26179/14789/13282 26188/14795/13288</w:t>
        <w:br/>
        <w:t>f 26181/14793/13286 26180/14790/13283 26188/14795/13288</w:t>
        <w:br/>
        <w:t>f 26186/14797/13289 26187/14796/13289 26148/14758/13253</w:t>
        <w:br/>
        <w:t>f 26145/14757/13253 26186/14797/13289 26148/14758/13253</w:t>
        <w:br/>
        <w:t>f 26192/14799/13291 26191/14800/13292 26190/14801/13293</w:t>
        <w:br/>
        <w:t>f 26189/14802/13291 26192/14799/13291 26190/14801/13293</w:t>
        <w:br/>
        <w:t>f 26190/14801/13293 26191/14800/13292 26193/14803/13294</w:t>
        <w:br/>
        <w:t>f 26194/14804/13295 26190/14801/13293 26193/14803/13294</w:t>
        <w:br/>
        <w:t>f 26195/14805/13296 26190/14801/13293 26194/14804/13295</w:t>
        <w:br/>
        <w:t>f 26143/14752/13249 26195/14805/13296 26194/14804/13295</w:t>
        <w:br/>
        <w:t>f 26197/14806/13297 26173/14783/13276 26196/14807/13298</w:t>
        <w:br/>
        <w:t>f 26181/14793/13286 26197/14806/13297 26198/14808/13299</w:t>
        <w:br/>
        <w:t>f 26183/14791/13284 26181/14793/13286 26198/14808/13299</w:t>
        <w:br/>
        <w:t>f 26181/14793/13286 26188/14795/13288 26199/14809/13300</w:t>
        <w:br/>
        <w:t>f 26197/14806/13297 26181/14793/13286 26199/14809/13300</w:t>
        <w:br/>
        <w:t>f 26199/14809/13300 26188/14795/13288 26185/14798/13290</w:t>
        <w:br/>
        <w:t>f 26200/14810/13301 26199/14809/13300 26185/14798/13290</w:t>
        <w:br/>
        <w:t>f 26201/14811/13302 26185/14798/13290 26161/14772/13266</w:t>
        <w:br/>
        <w:t>f 26162/14771/13265 26201/14811/13302 26161/14772/13266</w:t>
        <w:br/>
        <w:t>f 26202/14812/13303 26160/14769/13263 26159/14770/13264</w:t>
        <w:br/>
        <w:t>f 26195/14805/13296 26202/14812/13303 26159/14770/13264</w:t>
        <w:br/>
        <w:t>f 26143/14752/13249 26194/14804/13295 26203/14813/13304</w:t>
        <w:br/>
        <w:t>f 26142/14753/13250 26143/14752/13249 26203/14813/13304</w:t>
        <w:br/>
        <w:t>f 26159/14770/13264 26161/14772/13266 26190/14801/13293</w:t>
        <w:br/>
        <w:t>f 26195/14805/13296 26159/14770/13264 26190/14801/13293</w:t>
        <w:br/>
        <w:t>f 26158/14768/13262 26135/14748/13245 26163/14774/13268</w:t>
        <w:br/>
        <w:t>f 26162/14771/13265 26158/14768/13262 26163/14774/13268</w:t>
        <w:br/>
        <w:t>f 26174/14784/13277 26204/14814/13305 26196/14807/13298</w:t>
        <w:br/>
        <w:t>f 26173/14783/13276 26174/14784/13277 26196/14807/13298</w:t>
        <w:br/>
        <w:t>f 26162/14771/13265 26168/14775/13269 26165/14778/13272</w:t>
        <w:br/>
        <w:t>f 26200/14810/13301 26162/14771/13265 26165/14778/13272</w:t>
        <w:br/>
        <w:t>f 26200/14810/13301 26165/14778/13272 26169/14782/13275</w:t>
        <w:br/>
        <w:t>f 26199/14809/13300 26200/14810/13301 26169/14782/13275</w:t>
        <w:br/>
        <w:t>f 26199/14809/13300 26169/14782/13275 26173/14783/13276</w:t>
        <w:br/>
        <w:t>f 26141/14754/13251 26142/14753/13250 26134/14743/13240</w:t>
        <w:br/>
        <w:t>f 26139/14749/13246 26141/14754/13251 26134/14743/13240</w:t>
        <w:br/>
        <w:t>f 26146/14756/13252 26147/14755/13252 26151/14760/13255</w:t>
        <w:br/>
        <w:t>f 26132/14742/13239 26146/14756/13252 26151/14760/13255</w:t>
        <w:br/>
        <w:t>f 26151/14760/13255 26175/14788/13281 26176/14787/13280</w:t>
        <w:br/>
        <w:t>f 26150/14761/13256 26151/14760/13255 26176/14787/13280</w:t>
        <w:br/>
        <w:t>f 26205/14815/13306 26156/14765/13259 26150/14761/13256</w:t>
        <w:br/>
        <w:t>f 26176/14787/13280 26205/14815/13306 26150/14761/13256</w:t>
        <w:br/>
        <w:t>f 26202/14812/13303 26195/14805/13296 26143/14752/13249</w:t>
        <w:br/>
        <w:t>f 26144/14751/13248 26202/14812/13303 26143/14752/13249</w:t>
        <w:br/>
        <w:t>f 26194/14804/13295 26193/14803/13294 26206/14816/13307</w:t>
        <w:br/>
        <w:t>f 26203/14813/13304 26194/14804/13295 26206/14816/13307</w:t>
        <w:br/>
        <w:t>f 26205/14815/13306 26176/14787/13280 26177/14786/13279</w:t>
        <w:br/>
        <w:t>f 26184/14794/13287 26205/14815/13306 26177/14786/13279</w:t>
        <w:br/>
        <w:t>f 26132/14742/13239 26129/14741/13238 26203/14813/13304</w:t>
        <w:br/>
        <w:t>f 26206/14816/13307 26132/14742/13239 26203/14813/13304</w:t>
        <w:br/>
        <w:t>f 26129/14741/13238 26134/14743/13240 26142/14753/13250</w:t>
        <w:br/>
        <w:t>f 26203/14813/13304 26129/14741/13238 26142/14753/13250</w:t>
        <w:br/>
        <w:t>f 26199/14809/13300 26173/14783/13276 26197/14806/13297</w:t>
        <w:br/>
        <w:t>f 26197/14806/13297 26196/14807/13298 26198/14808/13299</w:t>
        <w:br/>
        <w:t>f 26210/14817/13308 26209/14818/13309 26208/14819/13309</w:t>
        <w:br/>
        <w:t>f 26207/14820/13308 26210/14817/13308 26208/14819/13309</w:t>
        <w:br/>
        <w:t>f 26213/14821/13310 26212/14822/13311 26211/14823/13309</w:t>
        <w:br/>
        <w:t>f 26214/14824/13309 26213/14821/13310 26211/14823/13309</w:t>
        <w:br/>
        <w:t>f 26218/14825/13312 26217/14826/13313 26216/14827/13313</w:t>
        <w:br/>
        <w:t>f 26215/14828/13314 26218/14825/13312 26216/14827/13313</w:t>
        <w:br/>
        <w:t>f 26220/14829/13315 26210/14817/13308 26207/14820/13308</w:t>
        <w:br/>
        <w:t>f 26219/14830/13315 26220/14829/13315 26207/14820/13308</w:t>
        <w:br/>
        <w:t>f 26220/14829/13315 26219/14830/13315 26221/14831/13316</w:t>
        <w:br/>
        <w:t>f 26222/14832/13317 26220/14829/13315 26221/14831/13316</w:t>
        <w:br/>
        <w:t>f 26224/14833/13318 26222/14832/13317 26221/14831/13316</w:t>
        <w:br/>
        <w:t>f 26223/14834/13318 26224/14833/13318 26221/14831/13316</w:t>
        <w:br/>
        <w:t>f 26218/14825/13312 26215/14828/13314 26212/14822/13311</w:t>
        <w:br/>
        <w:t>f 26213/14821/13310 26218/14825/13312 26212/14822/13311</w:t>
        <w:br/>
        <w:t>f 26224/14833/13318 26223/14834/13318 26216/14827/13313</w:t>
        <w:br/>
        <w:t>f 26217/14826/13313 26224/14833/13318 26216/14827/13313</w:t>
        <w:br/>
        <w:t>f 26227/14835/13319 26226/14836/13320 26225/14837/13320</w:t>
        <w:br/>
        <w:t>f 26228/14838/13168 26227/14835/13319 26225/14837/13320</w:t>
        <w:br/>
        <w:t>f 26232/14839/13321 26231/14840/13322 26230/14841/13323</w:t>
        <w:br/>
        <w:t>f 26229/14842/13165 26232/14839/13321 26230/14841/13323</w:t>
        <w:br/>
        <w:t>f 26233/14843/13324 26231/14840/13322 26232/14839/13321</w:t>
        <w:br/>
        <w:t>f 26234/14844/13324 26233/14843/13324 26232/14839/13321</w:t>
        <w:br/>
        <w:t>f 26235/14845/13325 26233/14843/13324 26234/14844/13324</w:t>
        <w:br/>
        <w:t>f 26236/14846/13325 26235/14845/13325 26234/14844/13324</w:t>
        <w:br/>
        <w:t>f 26237/14847/13326 26235/14845/13325 26236/14846/13325</w:t>
        <w:br/>
        <w:t>f 26238/14848/13327 26237/14847/13326 26236/14846/13325</w:t>
        <w:br/>
        <w:t>f 26240/14849/13328 26239/14850/13328 26237/14847/13326</w:t>
        <w:br/>
        <w:t>f 26238/14848/13327 26240/14849/13328 26237/14847/13326</w:t>
        <w:br/>
        <w:t>f 26244/14851/13329 26243/14852/13330 26242/14853/13331</w:t>
        <w:br/>
        <w:t>f 26241/14854/13332 26244/14851/13329 26242/14853/13331</w:t>
        <w:br/>
        <w:t>f 26246/14855/13333 26245/14856/13333 26243/14852/13330</w:t>
        <w:br/>
        <w:t>f 26244/14851/13329 26246/14855/13333 26243/14852/13330</w:t>
        <w:br/>
        <w:t>f 26247/14857/13334 26245/14856/13333 26246/14855/13333</w:t>
        <w:br/>
        <w:t>f 26248/14858/13335 26247/14857/13334 26246/14855/13333</w:t>
        <w:br/>
        <w:t>f 26249/14859/13336 26247/14857/13334 26248/14858/13335</w:t>
        <w:br/>
        <w:t>f 26250/14860/13336 26249/14859/13336 26248/14858/13335</w:t>
        <w:br/>
        <w:t>f 26252/14861/13337 26251/14862/13337 26249/14859/13336</w:t>
        <w:br/>
        <w:t>f 26250/14860/13336 26252/14861/13337 26249/14859/13336</w:t>
        <w:br/>
        <w:t>f 26253/14863/13338 26251/14862/13337 26252/14861/13337</w:t>
        <w:br/>
        <w:t>f 26254/14864/13338 26253/14863/13338 26252/14861/13337</w:t>
        <w:br/>
        <w:t>f 26256/14865/13339 26255/14866/13339 26253/14863/13338</w:t>
        <w:br/>
        <w:t>f 26254/14864/13338 26256/14865/13339 26253/14863/13338</w:t>
        <w:br/>
        <w:t>f 26257/14867/13340 26255/14866/13339 26256/14865/13339</w:t>
        <w:br/>
        <w:t>f 26258/14868/13340 26257/14867/13340 26256/14865/13339</w:t>
        <w:br/>
        <w:t>f 26261/14869/13341 26260/14870/13342 26259/14871/13343</w:t>
        <w:br/>
        <w:t>f 26262/14872/13344 26261/14869/13341 26259/14871/13343</w:t>
        <w:br/>
        <w:t>f 26264/14873/13345 26263/14874/13346 26261/14869/13341</w:t>
        <w:br/>
        <w:t>f 26262/14872/13344 26264/14873/13345 26261/14869/13341</w:t>
        <w:br/>
        <w:t>f 26266/14875/13347 26265/14876/13347 26263/14874/13346</w:t>
        <w:br/>
        <w:t>f 26264/14873/13345 26266/14875/13347 26263/14874/13346</w:t>
        <w:br/>
        <w:t>f 26225/14837/13320 26226/14836/13320 26265/14876/13347</w:t>
        <w:br/>
        <w:t>f 26266/14875/13347 26225/14837/13320 26265/14876/13347</w:t>
        <w:br/>
        <w:t>f 26396/14877/13348 26395/14878/13348 26394/14879/13349</w:t>
        <w:br/>
        <w:t>f 26393/14880/13349 26396/14877/13348 26394/14879/13349</w:t>
        <w:br/>
        <w:t>f 26397/14881/13350 26395/14878/13348 26396/14877/13348</w:t>
        <w:br/>
        <w:t>f 26398/14882/13351 26397/14881/13350 26396/14877/13348</w:t>
        <w:br/>
        <w:t>f 26400/14883/13352 26393/14880/13349 26394/14879/13349</w:t>
        <w:br/>
        <w:t>f 26399/14884/13353 26400/14883/13352 26394/14879/13349</w:t>
        <w:br/>
        <w:t>f 26403/14885/13354 26402/14886/13355 26401/14887/13356</w:t>
        <w:br/>
        <w:t>f 26404/14888/13357 26403/14885/13354 26401/14887/13356</w:t>
        <w:br/>
        <w:t>f 26407/14889/13358 26406/14890/13359 26405/14891/13359</w:t>
        <w:br/>
        <w:t>f 26408/14892/13360 26407/14889/13358 26405/14891/13359</w:t>
        <w:br/>
        <w:t>f 26410/14893/13361 26405/14891/13359 26406/14890/13359</w:t>
        <w:br/>
        <w:t>f 26409/14894/13362 26410/14893/13361 26406/14890/13359</w:t>
        <w:br/>
        <w:t>f 26409/14894/13362 26412/14895/13363 26411/14896/13363</w:t>
        <w:br/>
        <w:t>f 26410/14893/13361 26409/14894/13362 26411/14896/13363</w:t>
        <w:br/>
        <w:t>f 26414/14897/13364 26413/14898/13365 26411/14896/13363</w:t>
        <w:br/>
        <w:t>f 26412/14895/13363 26414/14897/13364 26411/14896/13363</w:t>
        <w:br/>
        <w:t>f 26417/14899/13366 26416/14900/13367 26415/14901/13368</w:t>
        <w:br/>
        <w:t>f 26420/14902/13369 26419/14903/13370 26418/14904/13371</w:t>
        <w:br/>
        <w:t>f 26415/14901/13372 26420/14902/13369 26418/14904/13371</w:t>
        <w:br/>
        <w:t>f 26419/14903/13370 26420/14902/13369 26421/14905/13373</w:t>
        <w:br/>
        <w:t>f 26408/14892/13360 26401/14887/13356 26402/14886/13355</w:t>
        <w:br/>
        <w:t>f 26407/14889/13358 26408/14892/13360 26402/14886/13355</w:t>
        <w:br/>
        <w:t>f 26424/14906/13374 26423/14907/13375 26422/14908/13376</w:t>
        <w:br/>
        <w:t>f 26424/14906/13374 26425/14909/13377 26423/14907/13375</w:t>
        <w:br/>
        <w:t>f 26424/14906/13374 26415/14901/13368 26426/14910/13378</w:t>
        <w:br/>
        <w:t>f 26425/14909/13377 26424/14906/13374 26426/14910/13378</w:t>
        <w:br/>
        <w:t>f 26415/14901/13368 26416/14900/13367 26426/14910/13378</w:t>
        <w:br/>
        <w:t>f 26429/14911/13379 26428/14912/13380 26427/14913/13381</w:t>
        <w:br/>
        <w:t>f 26432/14914/13382 26431/14915/13383 26430/14916/13384</w:t>
        <w:br/>
        <w:t>f 26428/14912/13380 26433/14917/13385 26430/14916/13384</w:t>
        <w:br/>
        <w:t>f 26427/14913/13381 26428/14912/13380 26430/14916/13384</w:t>
        <w:br/>
        <w:t>f 26434/14918/13386 26429/14911/13379 26427/14913/13381</w:t>
        <w:br/>
        <w:t>f 26438/14919/13387 26437/14920/13388 26436/14921/13389</w:t>
        <w:br/>
        <w:t>f 26435/14922/13389 26438/14919/13387 26436/14921/13389</w:t>
        <w:br/>
        <w:t>f 26436/14921/13389 26439/14923/13390 26435/14922/13389</w:t>
        <w:br/>
        <w:t>f 26431/14915/13383 26440/14924/13391 26430/14916/13384</w:t>
        <w:br/>
        <w:t>f 26432/14914/13382 26430/14916/13384 26433/14917/13385</w:t>
        <w:br/>
        <w:t>f 26440/14924/13391 26439/14923/13392 26430/14916/13384</w:t>
        <w:br/>
        <w:t>f 26434/14918/13393 26437/14920/13388 26438/14919/13387</w:t>
        <w:br/>
        <w:t>f 26418/14904/13371 26441/14925/13394 26415/14901/13372</w:t>
        <w:br/>
        <w:t>f 26420/14902/13395 26443/14926/13396 26442/14927/13397</w:t>
        <w:br/>
        <w:t>f 26420/14902/13395 26422/14908/13376 26443/14926/13396</w:t>
        <w:br/>
        <w:t>f 26554/14928/13398 26553/14929/13398 26552/14930/13399</w:t>
        <w:br/>
        <w:t>f 26555/14931/13400 26553/14929/13398 26554/14928/13398</w:t>
        <w:br/>
        <w:t>f 26558/14932/13401 26557/14933/13402 26556/14934/13403</w:t>
        <w:br/>
        <w:t>f 26561/14935/13404 26560/14936/13404 26559/14937/13405</w:t>
        <w:br/>
        <w:t>f 26562/14938/13405 26561/14935/13404 26559/14937/13405</w:t>
        <w:br/>
        <w:t>f 26565/14939/13406 26564/14940/13407 26563/14941/13408</w:t>
        <w:br/>
        <w:t>f 26566/14942/13404 26565/14939/13406 26563/14941/13408</w:t>
        <w:br/>
        <w:t>f 26569/14943/13409 26568/14944/13410 26567/14945/13411</w:t>
        <w:br/>
        <w:t>f 26569/14943/13409 26567/14945/13411 26570/14946/13412</w:t>
        <w:br/>
        <w:t>f 26567/14945/13411 26572/14947/13413 26571/14948/13414</w:t>
        <w:br/>
        <w:t>f 26567/14945/13411 26571/14948/13414 26573/14949/13415</w:t>
        <w:br/>
        <w:t>f 26572/14947/13413 26567/14945/13411 26568/14944/13410</w:t>
        <w:br/>
        <w:t>f 26567/14945/13411 26573/14949/13415 26570/14946/13412</w:t>
        <w:br/>
        <w:t>f 26577/14950/13416 26576/14951/13417 26575/14952/13418</w:t>
        <w:br/>
        <w:t>f 26574/14953/13418 26577/14950/13416 26575/14952/13418</w:t>
        <w:br/>
        <w:t>f 26579/14954/13419 26578/14955/13420 26558/14932/13401</w:t>
        <w:br/>
        <w:t>f 26579/14954/13419 26558/14932/13401 26556/14934/13403</w:t>
        <w:br/>
        <w:t>f 26581/14956/13421 26580/14957/13421 26562/14938/13405</w:t>
        <w:br/>
        <w:t>f 26559/14937/13405 26581/14956/13421 26562/14938/13405</w:t>
        <w:br/>
        <w:t>f 26584/14958/13422 26583/14959/13423 26582/14960/13424</w:t>
        <w:br/>
        <w:t>f 26585/14961/13425 26584/14958/13422 26582/14960/13424</w:t>
        <w:br/>
        <w:t>f 26584/14958/13422 26576/14951/13417 26577/14950/13416</w:t>
        <w:br/>
        <w:t>f 26583/14959/13423 26584/14958/13422 26577/14950/13416</w:t>
        <w:br/>
        <w:t>f 26578/14955/13420 26586/14962/13426 26558/14932/13401</w:t>
        <w:br/>
        <w:t>f 26558/14932/13401 26586/14962/13426 26587/14963/13427</w:t>
        <w:br/>
        <w:t>f 26558/14932/13401 26587/14963/13427 26557/14933/13402</w:t>
        <w:br/>
        <w:t>f 26590/14964/13428 26589/14965/13429 26588/14966/13430</w:t>
        <w:br/>
        <w:t>f 26593/14967/13431 26592/14968/13432 26591/14969/13432</w:t>
        <w:br/>
        <w:t>f 26594/14970/13431 26593/14967/13431 26591/14969/13432</w:t>
        <w:br/>
        <w:t>f 26597/14971/13433 26596/14972/13434 26595/14973/13435</w:t>
        <w:br/>
        <w:t>f 26598/14974/13436 26597/14971/13433 26595/14973/13435</w:t>
        <w:br/>
        <w:t>f 26601/14975/13437 26600/14976/13438 26599/14977/13439</w:t>
        <w:br/>
        <w:t>f 26601/14975/13437 26602/14978/13440 26600/14976/13438</w:t>
        <w:br/>
        <w:t>f 26600/14976/13438 26604/14979/13441 26603/14980/13442</w:t>
        <w:br/>
        <w:t>f 26600/14976/13438 26605/14981/13443 26604/14979/13441</w:t>
        <w:br/>
        <w:t>f 26603/14980/13442 26599/14977/13439 26600/14976/13438</w:t>
        <w:br/>
        <w:t>f 26600/14976/13438 26602/14978/13440 26605/14981/13443</w:t>
        <w:br/>
        <w:t>f 26609/14982/13444 26608/14983/13445 26607/14984/13446</w:t>
        <w:br/>
        <w:t>f 26606/14985/13447 26609/14982/13444 26607/14984/13446</w:t>
        <w:br/>
        <w:t>f 26611/14986/13448 26590/14964/13428 26610/14987/13449</w:t>
        <w:br/>
        <w:t>f 26611/14986/13448 26589/14965/13429 26590/14964/13428</w:t>
        <w:br/>
        <w:t>f 26594/14970/13431 26613/14988/13450 26612/14989/13450</w:t>
        <w:br/>
        <w:t>f 26593/14967/13431 26594/14970/13431 26612/14989/13450</w:t>
        <w:br/>
        <w:t>f 26616/14990/13451 26615/14991/13452 26614/14992/13452</w:t>
        <w:br/>
        <w:t>f 26617/14993/13453 26616/14990/13451 26614/14992/13452</w:t>
        <w:br/>
        <w:t>f 26609/14982/13444 26606/14985/13447 26614/14992/13452</w:t>
        <w:br/>
        <w:t>f 26615/14991/13452 26609/14982/13444 26614/14992/13452</w:t>
        <w:br/>
        <w:t>f 26610/14987/13449 26590/14964/13428 26618/14994/13454</w:t>
        <w:br/>
        <w:t>f 26590/14964/13428 26619/14995/13455 26618/14994/13454</w:t>
        <w:br/>
        <w:t>f 26590/14964/13428 26588/14966/13430 26619/14995/13455</w:t>
        <w:br/>
        <w:t>f 27033/14996/13456 27032/14997/13457 27031/14998/13458</w:t>
        <w:br/>
        <w:t>f 27036/14999/13459 27035/15000/13460 27034/15001/13459</w:t>
        <w:br/>
        <w:t>f 27039/15002/13461 27038/15003/13462 27037/15004/13463</w:t>
        <w:br/>
        <w:t>f 27042/15005/13464 27041/15006/13464 27040/15007/13465</w:t>
        <w:br/>
        <w:t>f 27045/15008/13466 27044/15009/13467 27043/15010/13468</w:t>
        <w:br/>
        <w:t>f 27047/15011/13469 27046/15012/13470 27038/15003/13462</w:t>
        <w:br/>
        <w:t>f 27050/15013/13471 27049/15014/13472 27048/15015/13472</w:t>
        <w:br/>
        <w:t>f 27053/15016/13473 27052/15017/13474 27051/15018/13475</w:t>
        <w:br/>
        <w:t>f 27051/15018/13475 27055/15019/13476 27054/15020/13477</w:t>
        <w:br/>
        <w:t>f 27053/15016/13473 27051/15018/13475 27054/15020/13477</w:t>
        <w:br/>
        <w:t>f 27058/15021/13478 27057/15022/13479 27056/15023/13480</w:t>
        <w:br/>
        <w:t>f 27061/15024/13481 27060/15025/13482 27059/15026/13483</w:t>
        <w:br/>
        <w:t>f 27038/15003/13462 27061/15024/13481 27059/15026/13483</w:t>
        <w:br/>
        <w:t>f 27064/15027/13484 27063/15028/13485 27062/15029/13486</w:t>
        <w:br/>
        <w:t>f 27067/15030/13487 27066/15031/13488 27032/14997/13457</w:t>
        <w:br/>
        <w:t>f 27065/15032/13489 27067/15030/13487 27032/14997/13457</w:t>
        <w:br/>
        <w:t>f 27069/15033/13490 27055/15019/13476 27068/15034/13491</w:t>
        <w:br/>
        <w:t>f 27070/15035/13492 27065/15032/13489 27059/15026/13483</w:t>
        <w:br/>
        <w:t>f 27074/15036/13493 27073/15037/13494 27072/15038/13495</w:t>
        <w:br/>
        <w:t>f 27071/15039/13496 27074/15036/13493 27072/15038/13495</w:t>
        <w:br/>
        <w:t>f 27076/15040/13497 27075/15041/13498 27071/15039/13496</w:t>
        <w:br/>
        <w:t>f 27044/15009/13467 27076/15040/13497 27071/15039/13496</w:t>
        <w:br/>
        <w:t>f 27056/15023/13480 27079/15042/13499 27078/15043/13500</w:t>
        <w:br/>
        <w:t>f 27077/15044/13501 27056/15023/13480 27078/15043/13500</w:t>
        <w:br/>
        <w:t>f 27063/15028/13485 27056/15023/13480 27080/15045/13502</w:t>
        <w:br/>
        <w:t>f 27080/15045/13502 27081/15046/13503 27051/15018/13475</w:t>
        <w:br/>
        <w:t>f 27063/15028/13485 27080/15045/13502 27051/15018/13475</w:t>
        <w:br/>
        <w:t>f 27081/15046/13503 27055/15019/13476 27051/15018/13475</w:t>
        <w:br/>
        <w:t>f 27055/15019/13476 27081/15046/13503 27082/15047/13504</w:t>
        <w:br/>
        <w:t>f 27032/14997/13457 27055/15019/13476 27082/15047/13504</w:t>
        <w:br/>
        <w:t>f 27065/15032/13489 27032/14997/13457 27082/15047/13504</w:t>
        <w:br/>
        <w:t>f 27084/15048/13505 27038/15003/13462 27083/15049/13506</w:t>
        <w:br/>
        <w:t>f 27072/15038/13495 27038/15003/13462 27084/15048/13505</w:t>
        <w:br/>
        <w:t>f 27084/15048/13505 27085/15050/13507 27044/15009/13467</w:t>
        <w:br/>
        <w:t>f 27071/15039/13496 27084/15048/13505 27044/15009/13467</w:t>
        <w:br/>
        <w:t>f 27086/15051/13508 27041/15006/13464 27042/15005/13464</w:t>
        <w:br/>
        <w:t>f 27089/15052/13509 27088/15053/13509 27087/15054/13509</w:t>
        <w:br/>
        <w:t>f 27036/14999/13459 27034/15001/13459 27090/15055/13510</w:t>
        <w:br/>
        <w:t>f 27093/15056/13511 27092/15057/13511 27091/15058/13511</w:t>
        <w:br/>
        <w:t>f 27096/15059/13512 27095/15060/13512 27094/15061/13512</w:t>
        <w:br/>
        <w:t>f 27099/15062/13513 27098/15063/13514 27097/15064/13515</w:t>
        <w:br/>
        <w:t>f 27072/15038/13495 27073/15037/13494 27047/15011/13469</w:t>
        <w:br/>
        <w:t>f 27038/15003/13462 27072/15038/13495 27047/15011/13469</w:t>
        <w:br/>
        <w:t>f 27071/15039/13496 27100/15065/13516 27074/15036/13493</w:t>
        <w:br/>
        <w:t>f 27062/15029/13486 27051/15018/13475 27101/15066/13517</w:t>
        <w:br/>
        <w:t>f 27064/15027/13484 27102/15067/13518 27063/15028/13485</w:t>
        <w:br/>
        <w:t>f 27045/15008/13466 27076/15040/13497 27044/15009/13467</w:t>
        <w:br/>
        <w:t>f 27075/15041/13498 27103/15068/13519 27071/15039/13496</w:t>
        <w:br/>
        <w:t>f 27070/15035/13492 27059/15026/13483 27104/15069/13520</w:t>
        <w:br/>
        <w:t>f 27106/15070/13521 27055/15019/13522 27105/15071/13521</w:t>
        <w:br/>
        <w:t>f 27070/15035/13492 27067/15030/13487 27065/15032/13489</w:t>
        <w:br/>
        <w:t>f 27107/15072/13523 27059/15026/13483 27065/15032/13489</w:t>
        <w:br/>
        <w:t>f 27109/15073/13524 27071/15039/13496 27108/15074/13524</w:t>
        <w:br/>
        <w:t>f 27060/15025/13482 27110/15075/13525 27059/15026/13483</w:t>
        <w:br/>
        <w:t>f 27039/15002/13461 27061/15024/13481 27038/15003/13462</w:t>
        <w:br/>
        <w:t>f 27033/14996/13456 27068/15034/13491 27032/14997/13457</w:t>
        <w:br/>
        <w:t>f 27058/15021/13478 27056/15023/13480 27063/15028/13485</w:t>
        <w:br/>
        <w:t>f 27099/15062/13513 27111/15076/13526 27098/15063/13514</w:t>
        <w:br/>
        <w:t>f 27114/15077/13527 27113/15078/13527 27112/15079/13527</w:t>
        <w:br/>
        <w:t>f 27063/15028/13485 27051/15018/13475 27062/15029/13486</w:t>
        <w:br/>
        <w:t>f 27068/15034/13491 27055/15019/13476 27032/14997/13457</w:t>
        <w:br/>
        <w:t>f 27115/15080/13528 27048/15015/13472 27049/15014/13472</w:t>
        <w:br/>
        <w:t>f 27083/15049/13506 27038/15003/13462 27059/15026/13483</w:t>
        <w:br/>
        <w:t>f 27082/15047/13504 27083/15049/13506 27059/15026/13483</w:t>
        <w:br/>
        <w:t>f 27080/15045/13502 27056/15023/13480 27077/15044/13501</w:t>
        <w:br/>
        <w:t>f 27056/15023/13480 27057/15022/13479 27079/15042/13499</w:t>
        <w:br/>
        <w:t>f 27079/15042/13499 27116/15081/13529 27078/15043/13500</w:t>
        <w:br/>
        <w:t>f 27119/15082/13530 27118/15083/13531 27117/15084/13531</w:t>
        <w:br/>
        <w:t>f 27122/15085/13532 27121/15086/13533 27120/15087/13534</w:t>
        <w:br/>
        <w:t>f 27125/15088/13535 27124/15089/13536 27123/15090/13536</w:t>
        <w:br/>
        <w:t>f 27128/15091/13537 27127/15092/13538 27126/15093/13539</w:t>
        <w:br/>
        <w:t>f 27131/15094/13540 27130/15095/13541 27129/15096/13542</w:t>
        <w:br/>
        <w:t>f 27134/15097/13543 27133/15098/13544 27132/15099/13545</w:t>
        <w:br/>
        <w:t>f 27137/15100/13546 27136/15101/13547 27135/15102/13548</w:t>
        <w:br/>
        <w:t>f 27140/15103/13549 27139/15104/13550 27138/15105/13551</w:t>
        <w:br/>
        <w:t>f 27143/15106/13552 27142/15107/13553 27141/15108/13554</w:t>
        <w:br/>
        <w:t>f 27146/15109/13555 27145/15110/13556 27144/15111/13557</w:t>
        <w:br/>
        <w:t>f 27149/15112/13558 27148/15113/13559 27147/15114/13560</w:t>
        <w:br/>
        <w:t>f 27152/15115/13561 27151/15116/13562 27150/15117/13563</w:t>
        <w:br/>
        <w:t>f 27155/15118/13564 27154/15119/13565 27153/15120/13566</w:t>
        <w:br/>
        <w:t>f 27158/15121/13567 27157/15122/13568 27156/15123/13569</w:t>
        <w:br/>
        <w:t>f 27161/15124/13570 27160/15125/13571 27159/15126/13572</w:t>
        <w:br/>
        <w:t>f 27164/15127/13573 27163/15128/13574 27162/15129/13575</w:t>
        <w:br/>
        <w:t>f 27122/15085/13532 27166/15130/13576 27165/15131/13577</w:t>
        <w:br/>
        <w:t>f 27168/15132/13578 27144/15111/13557 27167/15133/13579</w:t>
        <w:br/>
        <w:t>f 27171/15134/13580 27170/15135/13581 27169/15136/13582</w:t>
        <w:br/>
        <w:t>f 27174/15137/13583 27173/15138/13584 27172/15139/13585</w:t>
        <w:br/>
        <w:t>f 27177/15140/13586 27176/15141/13587 27175/15142/13588</w:t>
        <w:br/>
        <w:t>f 27164/15127/13573 27178/15143/13589 27163/15128/13574</w:t>
        <w:br/>
        <w:t>f 27179/15144/13590 27178/15143/13589 27164/15127/13573</w:t>
        <w:br/>
        <w:t>f 27179/15144/13590 27149/15112/13558 27144/15111/13557</w:t>
        <w:br/>
        <w:t>f 27168/15132/13578 27179/15144/13590 27144/15111/13557</w:t>
        <w:br/>
        <w:t>f 27180/15145/13591 27179/15144/13590 27168/15132/13578</w:t>
        <w:br/>
        <w:t>f 27160/15125/13571 27180/15145/13591 27122/15085/13532</w:t>
        <w:br/>
        <w:t>f 27161/15124/13570 27180/15145/13591 27160/15125/13571</w:t>
        <w:br/>
        <w:t>f 27181/15146/13592 27180/15145/13591 27161/15124/13570</w:t>
        <w:br/>
        <w:t>f 27136/15101/13593 27181/15146/13592 27182/15147/13594</w:t>
        <w:br/>
        <w:t>f 27171/15134/13580 27183/15148/13595 27136/15101/13593</w:t>
        <w:br/>
        <w:t>f 27134/15097/13543 27184/15149/13596 27171/15134/13580</w:t>
        <w:br/>
        <w:t>f 27186/15150/13597 27158/15121/13567 27185/15151/13598</w:t>
        <w:br/>
        <w:t>f 27138/15105/13551 27139/15104/13550 27187/15152/13599</w:t>
        <w:br/>
        <w:t>f 27188/15153/13600 27131/15094/13540 27129/15096/13542</w:t>
        <w:br/>
        <w:t>f 27191/15154/13601 27190/15155/13602 27189/15156/13603</w:t>
        <w:br/>
        <w:t>f 27117/15084/13531 27118/15083/13531 27192/15157/13604</w:t>
        <w:br/>
        <w:t>f 27193/15158/13605 27174/15137/13583 27172/15139/13585</w:t>
        <w:br/>
        <w:t>f 27173/15138/13584 27194/15159/13606 27172/15139/13585</w:t>
        <w:br/>
        <w:t>f 27197/15160/13607 27196/15161/13608 27195/15162/13609</w:t>
        <w:br/>
        <w:t>f 27200/15163/13610 27199/15164/13610 27198/15165/13611</w:t>
        <w:br/>
        <w:t>f 27201/15166/13612 27200/15163/13610 27198/15165/13611</w:t>
        <w:br/>
        <w:t>f 27204/15167/13613 27203/15168/13614 27202/15169/13525</w:t>
        <w:br/>
        <w:t>f 27205/15170/13615 27126/15093/13539 27127/15092/13538</w:t>
        <w:br/>
        <w:t>f 27206/15171/13616 27205/15170/13615 27127/15092/13538</w:t>
        <w:br/>
        <w:t>f 27209/15172/13617 27208/15173/13618 27207/15174/13519</w:t>
        <w:br/>
        <w:t>f 27212/15175/13619 27211/15176/13620 27210/15177/13621</w:t>
        <w:br/>
        <w:t>f 27215/15178/13622 27214/15179/13623 27213/15180/13624</w:t>
        <w:br/>
        <w:t>f 27217/15181/13625 27216/15182/13626 27140/15103/13549</w:t>
        <w:br/>
        <w:t>f 27138/15105/13551 27217/15181/13625 27140/15103/13549</w:t>
        <w:br/>
        <w:t>f 27142/15107/13553 27143/15106/13552 27218/15183/13627</w:t>
        <w:br/>
        <w:t>f 27221/15184/13628 27220/15185/13629 27219/15186/13630</w:t>
        <w:br/>
        <w:t>f 27222/15187/13631 27147/15114/13560 27148/15113/13559</w:t>
        <w:br/>
        <w:t>f 27223/15188/13632 27222/15187/13631 27148/15113/13559</w:t>
        <w:br/>
        <w:t>f 27151/15116/13562 27152/15115/13561 27222/15187/13633</w:t>
        <w:br/>
        <w:t>f 27226/15189/13634 27225/15190/13635 27224/15191/13636</w:t>
        <w:br/>
        <w:t>f 27156/15123/13569 27157/15122/13568 27227/15192/13637</w:t>
        <w:br/>
        <w:t>f 27206/15171/13616 27127/15092/13538 27228/15193/13638</w:t>
        <w:br/>
        <w:t>f 27229/15194/13639 27206/15171/13616 27228/15193/13638</w:t>
        <w:br/>
        <w:t>f 27230/15195/13640 27229/15194/13639 27228/15193/13638</w:t>
        <w:br/>
        <w:t>f 27159/15126/13572 27230/15195/13640 27228/15193/13638</w:t>
        <w:br/>
        <w:t>f 27232/15196/13641 27223/15188/13632 27148/15113/13559</w:t>
        <w:br/>
        <w:t>f 27231/15197/13641 27232/15196/13641 27148/15113/13559</w:t>
        <w:br/>
        <w:t>f 27234/15198/13642 27232/15196/13641 27231/15197/13641</w:t>
        <w:br/>
        <w:t>f 27233/15199/13643 27234/15198/13642 27231/15197/13641</w:t>
        <w:br/>
        <w:t>f 27236/15200/13644 27230/15195/13640 27159/15126/13572</w:t>
        <w:br/>
        <w:t>f 27235/15201/13645 27236/15200/13644 27159/15126/13572</w:t>
        <w:br/>
        <w:t>f 27201/15166/13612 27198/15165/13611 27237/15202/13646</w:t>
        <w:br/>
        <w:t>f 27238/15203/13646 27201/15166/13612 27237/15202/13646</w:t>
        <w:br/>
        <w:t>f 27239/15204/13647 27238/15203/13646 27237/15202/13646</w:t>
        <w:br/>
        <w:t>f 27197/15160/13648 27239/15204/13647 27237/15202/13646</w:t>
        <w:br/>
        <w:t>f 27242/15205/13649 27241/15206/13650 27240/15207/13651</w:t>
        <w:br/>
        <w:t>f 27244/15208/13652 27135/15102/13548 27243/15209/13653</w:t>
        <w:br/>
        <w:t>f 27248/15210/13654 27247/15211/13655 27246/15212/13656</w:t>
        <w:br/>
        <w:t>f 27245/15213/13654 27248/15210/13654 27246/15212/13656</w:t>
        <w:br/>
        <w:t>f 27250/15214/13657 27248/15210/13654 27245/15213/13654</w:t>
        <w:br/>
        <w:t>f 27249/15215/13657 27250/15214/13657 27245/15213/13654</w:t>
        <w:br/>
        <w:t>f 27210/15177/13621 27211/15176/13620 27246/15212/13656</w:t>
        <w:br/>
        <w:t>f 27247/15211/13655 27210/15177/13621 27246/15212/13656</w:t>
        <w:br/>
        <w:t>f 27233/15199/13643 27251/15216/13658 27234/15198/13642</w:t>
        <w:br/>
        <w:t>f 27253/15217/13659 27252/15218/13660 27154/15119/13565</w:t>
        <w:br/>
        <w:t>f 27175/15142/13588 27253/15217/13659 27154/15119/13565</w:t>
        <w:br/>
        <w:t>f 27217/15181/13625 27138/15105/13551 27187/15152/13599</w:t>
        <w:br/>
        <w:t>f 27254/15219/13463 27217/15181/13625 27187/15152/13599</w:t>
        <w:br/>
        <w:t>f 27209/15172/13617 27255/15220/13661 27208/15173/13618</w:t>
        <w:br/>
        <w:t>f 27156/15123/13569 27257/15221/13662 27256/15222/13467</w:t>
        <w:br/>
        <w:t>f 27156/15123/13569 27258/15223/13468 27257/15221/13662</w:t>
        <w:br/>
        <w:t>f 27260/15224/13663 27256/15222/13467 27259/15225/13507</w:t>
        <w:br/>
        <w:t>f 27189/15156/13603 27190/15155/13602 27203/15168/13614</w:t>
        <w:br/>
        <w:t>f 27262/15226/13664 27261/15227/13665 27241/15206/13666</w:t>
        <w:br/>
        <w:t>f 27142/15107/13553 27218/15183/13627 27263/15228/13667</w:t>
        <w:br/>
        <w:t>f 27195/15162/13609 27196/15161/13608 27224/15191/13636</w:t>
        <w:br/>
        <w:t>f 27225/15190/13635 27195/15162/13609 27224/15191/13636</w:t>
        <w:br/>
        <w:t>f 27221/15184/13628 27265/15229/13668 27264/15230/13517</w:t>
        <w:br/>
        <w:t>f 27234/15198/13642 27251/15216/13658 27266/15231/13669</w:t>
        <w:br/>
        <w:t>f 27267/15232/13670 27234/15198/13642 27266/15231/13669</w:t>
        <w:br/>
        <w:t>f 27252/15218/13660 27267/15232/13671 27153/15120/13566</w:t>
        <w:br/>
        <w:t>f 27154/15119/13565 27252/15218/13660 27153/15120/13566</w:t>
        <w:br/>
        <w:t>f 27135/15102/13548 27128/15091/13537 27215/15178/13622</w:t>
        <w:br/>
        <w:t>f 27244/15208/13652 27268/15233/13672 27137/15100/13546</w:t>
        <w:br/>
        <w:t>f 27215/15178/13622 27213/15180/13624 27135/15102/13548</w:t>
        <w:br/>
        <w:t>f 27131/15094/13540 27188/15153/13600 27255/15220/13516</w:t>
        <w:br/>
        <w:t>f 27130/15095/13541 27131/15094/13540 27269/15234/13673</w:t>
        <w:br/>
        <w:t>f 27128/15091/13537 27161/15124/13570 27127/15092/13538</w:t>
        <w:br/>
        <w:t>f 27160/15125/13571 27235/15201/13645 27159/15126/13572</w:t>
        <w:br/>
        <w:t>f 27161/15124/13570 27228/15193/13638 27127/15092/13538</w:t>
        <w:br/>
        <w:t>f 27161/15124/13570 27159/15126/13572 27228/15193/13638</w:t>
        <w:br/>
        <w:t>f 27122/15085/13532 27168/15132/13578 27121/15086/13533</w:t>
        <w:br/>
        <w:t>f 27144/15111/13557 27270/15235/13674 27167/15133/13579</w:t>
        <w:br/>
        <w:t>f 27168/15132/13578 27167/15133/13579 27121/15086/13533</w:t>
        <w:br/>
        <w:t>f 27164/15127/13573 27162/15129/13575 27148/15113/13559</w:t>
        <w:br/>
        <w:t>f 27149/15112/13558 27164/15127/13573 27148/15113/13559</w:t>
        <w:br/>
        <w:t>f 27163/15128/13574 27271/15236/13675 27162/15129/13575</w:t>
        <w:br/>
        <w:t>f 27136/15101/13593 27272/15237/13676 27170/15135/13581</w:t>
        <w:br/>
        <w:t>f 27171/15134/13580 27169/15136/13582 27133/15098/13544</w:t>
        <w:br/>
        <w:t>f 27171/15134/13580 27136/15101/13593 27170/15135/13581</w:t>
        <w:br/>
        <w:t>f 27134/15097/13543 27171/15134/13580 27133/15098/13544</w:t>
        <w:br/>
        <w:t>f 27226/15189/13634 27224/15191/13636 27274/15238/13677</w:t>
        <w:br/>
        <w:t>f 27273/15239/13677 27226/15189/13634 27274/15238/13677</w:t>
        <w:br/>
        <w:t>f 27274/15238/13677 27221/15184/13628 27219/15186/13630</w:t>
        <w:br/>
        <w:t>f 27273/15239/13677 27274/15238/13677 27219/15186/13630</w:t>
        <w:br/>
        <w:t>f 27146/15109/13555 27144/15111/13557 27149/15112/13558</w:t>
        <w:br/>
        <w:t>f 27275/15240/13678 27146/15109/13555 27149/15112/13558</w:t>
        <w:br/>
        <w:t>f 27221/15184/13628 27264/15230/13517 27220/15185/13629</w:t>
        <w:br/>
        <w:t>f 27151/15116/13562 27221/15184/13679 27150/15117/13563</w:t>
        <w:br/>
        <w:t>f 27165/15131/13577 27276/15241/13680 27160/15125/13571</w:t>
        <w:br/>
        <w:t>f 27123/15090/13536 27124/15089/13536 27277/15242/13681</w:t>
        <w:br/>
        <w:t>f 27165/15131/13577 27160/15125/13571 27122/15085/13532</w:t>
        <w:br/>
        <w:t>f 27136/15101/13547 27128/15091/13537 27135/15102/13548</w:t>
        <w:br/>
        <w:t>f 27186/15150/13597 27185/15151/13598 27278/15243/13682</w:t>
        <w:br/>
        <w:t>f 27174/15137/13583 27279/15244/13683 27173/15138/13584</w:t>
        <w:br/>
        <w:t>f 27155/15118/13564 27178/15143/13589 27280/15245/13684</w:t>
        <w:br/>
        <w:t>f 27212/15175/13619 27210/15177/13621 27227/15192/13685</w:t>
        <w:br/>
        <w:t>f 27260/15224/13663 27156/15123/13569 27256/15222/13467</w:t>
        <w:br/>
        <w:t>f 27158/15121/13567 27156/15123/13569 27185/15151/13598</w:t>
        <w:br/>
        <w:t>f 27149/15112/13558 27179/15144/13590 27164/15127/13573</w:t>
        <w:br/>
        <w:t>f 27122/15085/13532 27180/15145/13591 27168/15132/13578</w:t>
        <w:br/>
        <w:t>f 27128/15091/13537 27181/15146/13592 27161/15124/13570</w:t>
        <w:br/>
        <w:t>f 27171/15134/13580 27184/15149/13596 27183/15148/13595</w:t>
        <w:br/>
        <w:t>f 27263/15228/13686 27261/15227/13665 27262/15226/13664</w:t>
        <w:br/>
        <w:t>f 27281/15246/13687 27263/15228/13686 27262/15226/13664</w:t>
        <w:br/>
        <w:t>f 27190/15155/13602 27262/15226/13664 27241/15206/13666</w:t>
        <w:br/>
        <w:t>f 27213/15180/13624 27243/15209/13653 27135/15102/13548</w:t>
        <w:br/>
        <w:t>f 27244/15208/13652 27137/15100/13546 27135/15102/13548</w:t>
        <w:br/>
        <w:t>f 27154/15119/13565 27155/15118/13564 27280/15245/13684</w:t>
        <w:br/>
        <w:t>f 27154/15119/13565 27280/15245/13684 27177/15140/13586</w:t>
        <w:br/>
        <w:t>f 27183/15148/13595 27181/15146/13592 27136/15101/13593</w:t>
        <w:br/>
        <w:t>f 27284/15247/13688 27283/15248/13689 27282/15249/13688</w:t>
        <w:br/>
        <w:t>f 27285/15250/13688 27284/15247/13688 27282/15249/13688</w:t>
        <w:br/>
        <w:t>f 27287/15251/13690 27286/15252/13690 27253/15217/13659</w:t>
        <w:br/>
        <w:t>f 27175/15142/13588 27287/15251/13690 27253/15217/13659</w:t>
        <w:br/>
        <w:t>f 27177/15140/13586 27175/15142/13588 27154/15119/13565</w:t>
        <w:br/>
        <w:t>f 27218/15183/13627 27143/15106/13552 27288/15253/13691</w:t>
        <w:br/>
        <w:t>f 27203/15168/13614 27190/15155/13602 27240/15207/13651</w:t>
        <w:br/>
        <w:t>f 27299/15254/13692 27298/15255/13693 27297/15256/13694</w:t>
        <w:br/>
        <w:t>f 27300/15257/13695 27299/15254/13692 27297/15256/13694</w:t>
        <w:br/>
        <w:t>f 27313/15258/13696 27312/15259/13697 27311/15260/13697</w:t>
        <w:br/>
        <w:t>f 27314/15261/13696 27313/15258/13696 27311/15260/13697</w:t>
        <w:br/>
        <w:t>f 27319/15262/13698 27300/15257/13695 27318/15263/13699</w:t>
        <w:br/>
        <w:t>f 27317/15264/13700 27319/15262/13698 27318/15263/13699</w:t>
        <w:br/>
        <w:t>f 27312/15259/13697 27323/15265/13701 27322/15266/13701</w:t>
        <w:br/>
        <w:t>f 27311/15260/13697 27312/15259/13697 27322/15266/13701</w:t>
        <w:br/>
        <w:t>f 27297/15256/13694 27318/15263/13699 27300/15257/13695</w:t>
        <w:br/>
        <w:t>f 27329/15267/13702 27328/15268/13703 27327/15269/13704</w:t>
        <w:br/>
        <w:t>f 27330/15270/13705 27329/15267/13702 27327/15269/13704</w:t>
        <w:br/>
        <w:t>f 27343/15271/13706 27342/15272/13706 27341/15273/13707</w:t>
        <w:br/>
        <w:t>f 27344/15274/13707 27343/15271/13706 27341/15273/13707</w:t>
        <w:br/>
        <w:t>f 27349/15275/13698 27348/15276/13700 27347/15277/13708</w:t>
        <w:br/>
        <w:t>f 27330/15270/13705 27349/15275/13698 27347/15277/13708</w:t>
        <w:br/>
        <w:t>f 27353/15278/13709 27352/15279/13709 27342/15272/13706</w:t>
        <w:br/>
        <w:t>f 27343/15271/13706 27353/15278/13709 27342/15272/13706</w:t>
        <w:br/>
        <w:t>f 27329/15267/13702 27330/15270/13705 27347/15277/13708</w:t>
        <w:br/>
        <w:t>f 27450/15280/13710 27449/15281/13711 27448/15282/13712</w:t>
        <w:br/>
        <w:t>f 27447/15283/13713 27450/15280/13710 27448/15282/13712</w:t>
        <w:br/>
        <w:t>f 27449/15281/13711 27450/15280/13710 27452/15284/13714</w:t>
        <w:br/>
        <w:t>f 27451/15285/13715 27449/15281/13711 27452/15284/13714</w:t>
        <w:br/>
        <w:t>f 27455/15286/13716 27454/15287/13717 27453/15288/13718</w:t>
        <w:br/>
        <w:t>f 27456/15289/13719 27455/15286/13716 27453/15288/13718</w:t>
        <w:br/>
        <w:t>f 27457/15290/13720 27453/15288/13718 27454/15287/13717</w:t>
        <w:br/>
        <w:t>f 27459/15291/13721 27457/15290/13720 27458/15292/13722</w:t>
        <w:br/>
        <w:t>f 27460/15293/13723 27447/15283/13713 27448/15282/13712</w:t>
        <w:br/>
        <w:t>f 27461/15294/13724 27460/15293/13723 27448/15282/13712</w:t>
        <w:br/>
        <w:t>f 27462/15295/13725 27460/15293/13723 27461/15294/13724</w:t>
        <w:br/>
        <w:t>f 27463/15296/13726 27462/15295/13725 27461/15294/13724</w:t>
        <w:br/>
        <w:t>f 27451/15285/13715 27465/15297/13727 27464/15298/13728</w:t>
        <w:br/>
        <w:t>f 27455/15286/13716 27466/15299/13729 27454/15287/13717</w:t>
        <w:br/>
        <w:t>f 27448/15282/13712 27449/15281/13711 27467/15300/13730</w:t>
        <w:br/>
        <w:t>f 27468/15301/13731 27448/15282/13712 27467/15300/13730</w:t>
        <w:br/>
        <w:t>f 27471/15302/13732 27470/15303/13733 27454/15287/13717</w:t>
        <w:br/>
        <w:t>f 27469/15304/13734 27471/15302/13732 27454/15287/13717</w:t>
        <w:br/>
        <w:t>f 27474/15305/13735 27473/15306/13736 27472/15307/13737</w:t>
        <w:br/>
        <w:t>f 27475/15308/13738 27474/15305/13735 27472/15307/13737</w:t>
        <w:br/>
        <w:t>f 27477/15309/13739 27476/15310/13740 27458/15292/13722</w:t>
        <w:br/>
        <w:t>f 27471/15302/13732 27477/15309/13739 27458/15292/13722</w:t>
        <w:br/>
        <w:t>f 27451/15285/13715 27479/15311/13741 27478/15312/13742</w:t>
        <w:br/>
        <w:t>f 27472/15307/13737 27473/15306/13736 27448/15282/13712</w:t>
        <w:br/>
        <w:t>f 27468/15301/13731 27472/15307/13737 27448/15282/13712</w:t>
        <w:br/>
        <w:t>f 27464/15298/13728 27481/15313/13743 27480/15314/13744</w:t>
        <w:br/>
        <w:t>f 27451/15285/13715 27478/15312/13742 27467/15300/13730</w:t>
        <w:br/>
        <w:t>f 27475/15308/13745 27466/15299/13729 27455/15286/13716</w:t>
        <w:br/>
        <w:t>f 27463/15296/13726 27455/15286/13716 27456/15289/13719</w:t>
        <w:br/>
        <w:t>f 27462/15295/13725 27463/15296/13726 27456/15289/13719</w:t>
        <w:br/>
        <w:t>f 27484/15315/13746 27483/15316/13747 27482/15317/13748</w:t>
        <w:br/>
        <w:t>f 27486/15318/13749 27482/15317/13748 27485/15319/13750</w:t>
        <w:br/>
        <w:t>f 27482/15317/13748 27486/15318/13749 27487/15320/13751</w:t>
        <w:br/>
        <w:t>f 27490/15321/13738 27489/15322/13737 27488/15323/13752</w:t>
        <w:br/>
        <w:t>f 27488/15323/13753 27492/15324/13754 27491/15325/13755</w:t>
        <w:br/>
        <w:t>f 27492/15324/13754 27488/15323/13753 27493/15326/13756</w:t>
        <w:br/>
        <w:t>f 27466/15299/13729 27469/15304/13734 27454/15287/13717</w:t>
        <w:br/>
        <w:t>f 27463/15296/13726 27475/15308/13745 27455/15286/13716</w:t>
        <w:br/>
        <w:t>f 27494/15327/13757 27488/15323/13753 27491/15325/13755</w:t>
        <w:br/>
        <w:t>f 27483/15316/13747 27485/15319/13750 27482/15317/13748</w:t>
        <w:br/>
        <w:t>f 27488/15323/13753 27495/15328/13758 27493/15326/13756</w:t>
        <w:br/>
        <w:t>f 27482/15317/13759 27496/15329/13760 27495/15328/13758</w:t>
        <w:br/>
        <w:t>f 27464/15298/13728 27480/15314/13744 27451/15285/13715</w:t>
        <w:br/>
        <w:t>f 27451/15285/13715 27467/15300/13730 27449/15281/13711</w:t>
        <w:br/>
        <w:t>f 27451/15285/13715 27452/15284/13714 27465/15297/13727</w:t>
        <w:br/>
        <w:t>f 27476/15310/13740 27459/15291/13721 27458/15292/13722</w:t>
        <w:br/>
        <w:t>f 27458/15292/13722 27457/15290/13720 27454/15287/13717</w:t>
        <w:br/>
        <w:t>f 27500/15330/13710 27499/15331/13713 27498/15332/13761</w:t>
        <w:br/>
        <w:t>f 27497/15333/13762 27500/15330/13710 27498/15332/13761</w:t>
        <w:br/>
        <w:t>f 27497/15333/13762 27502/15334/13763 27501/15335/13714</w:t>
        <w:br/>
        <w:t>f 27500/15330/13710 27497/15333/13762 27501/15335/13714</w:t>
        <w:br/>
        <w:t>f 27505/15336/13718 27504/15337/13764 27503/15338/13765</w:t>
        <w:br/>
        <w:t>f 27506/15339/13719 27505/15336/13718 27503/15338/13765</w:t>
        <w:br/>
        <w:t>f 27507/15340/13720 27504/15337/13764 27505/15336/13718</w:t>
        <w:br/>
        <w:t>f 27509/15341/13766 27508/15342/13767 27507/15340/13720</w:t>
        <w:br/>
        <w:t>f 27498/15332/13761 27499/15331/13713 27510/15343/13723</w:t>
        <w:br/>
        <w:t>f 27511/15344/13768 27498/15332/13761 27510/15343/13723</w:t>
        <w:br/>
        <w:t>f 27511/15344/13768 27510/15343/13723 27512/15345/13725</w:t>
        <w:br/>
        <w:t>f 27513/15346/13769 27511/15344/13768 27512/15345/13725</w:t>
        <w:br/>
        <w:t>f 27502/15334/13763 27515/15347/13770 27514/15348/13727</w:t>
        <w:br/>
        <w:t>f 27503/15338/13765 27504/15337/13764 27516/15349/13771</w:t>
        <w:br/>
        <w:t>f 27517/15350/13772 27497/15333/13762 27498/15332/13761</w:t>
        <w:br/>
        <w:t>f 27518/15351/13773 27517/15350/13772 27498/15332/13761</w:t>
        <w:br/>
        <w:t>f 27521/15352/13774 27520/15353/13775 27504/15337/13764</w:t>
        <w:br/>
        <w:t>f 27519/15354/13776 27521/15352/13774 27504/15337/13764</w:t>
        <w:br/>
        <w:t>f 27524/15355/13777 27523/15356/13778 27522/15357/13779</w:t>
        <w:br/>
        <w:t>f 27525/15358/13780 27524/15355/13777 27522/15357/13779</w:t>
        <w:br/>
        <w:t>f 27527/15359/13781 27521/15352/13774 27508/15342/13767</w:t>
        <w:br/>
        <w:t>f 27526/15360/13782 27527/15359/13781 27508/15342/13767</w:t>
        <w:br/>
        <w:t>f 27502/15334/13763 27529/15361/13783 27528/15362/13784</w:t>
        <w:br/>
        <w:t>f 27524/15355/13777 27518/15351/13773 27498/15332/13761</w:t>
        <w:br/>
        <w:t>f 27523/15356/13778 27524/15355/13777 27498/15332/13761</w:t>
        <w:br/>
        <w:t>f 27515/15347/13770 27531/15363/13785 27530/15364/13786</w:t>
        <w:br/>
        <w:t>f 27502/15334/13763 27517/15350/13772 27529/15361/13783</w:t>
        <w:br/>
        <w:t>f 27525/15358/13787 27503/15338/13765 27516/15349/13771</w:t>
        <w:br/>
        <w:t>f 27513/15346/13769 27512/15345/13725 27506/15339/13719</w:t>
        <w:br/>
        <w:t>f 27503/15338/13765 27513/15346/13769 27506/15339/13719</w:t>
        <w:br/>
        <w:t>f 27534/15365/13788 27533/15366/13789 27532/15367/13790</w:t>
        <w:br/>
        <w:t>f 27536/15368/13791 27535/15369/13792 27533/15366/13789</w:t>
        <w:br/>
        <w:t>f 27533/15366/13789 27537/15370/13793 27536/15368/13791</w:t>
        <w:br/>
        <w:t>f 27540/15371/13787 27539/15372/13794 27538/15373/13777</w:t>
        <w:br/>
        <w:t>f 27539/15372/13795 27542/15374/13796 27541/15375/13797</w:t>
        <w:br/>
        <w:t>f 27541/15375/13797 27543/15376/13798 27539/15372/13795</w:t>
        <w:br/>
        <w:t>f 27516/15349/13771 27504/15337/13764 27520/15353/13775</w:t>
        <w:br/>
        <w:t>f 27513/15346/13769 27503/15338/13765 27525/15358/13787</w:t>
        <w:br/>
        <w:t>f 27544/15377/13799 27542/15374/13796 27539/15372/13795</w:t>
        <w:br/>
        <w:t>f 27532/15367/13790 27533/15366/13789 27535/15369/13792</w:t>
        <w:br/>
        <w:t>f 27539/15372/13795 27543/15376/13798 27545/15378/13800</w:t>
        <w:br/>
        <w:t>f 27533/15366/13801 27545/15378/13800 27546/15379/13784</w:t>
        <w:br/>
        <w:t>f 27515/15347/13770 27502/15334/13763 27531/15363/13785</w:t>
        <w:br/>
        <w:t>f 27502/15334/13763 27497/15333/13762 27517/15350/13772</w:t>
        <w:br/>
        <w:t>f 27502/15334/13763 27514/15348/13727 27501/15335/13714</w:t>
        <w:br/>
        <w:t>f 27526/15360/13782 27508/15342/13767 27509/15341/13766</w:t>
        <w:br/>
        <w:t>f 27508/15342/13767 27504/15337/13764 27507/15340/13720</w:t>
        <w:br/>
        <w:t>f 27638/15380/13802 27637/15381/13803 27636/15382/13804</w:t>
        <w:br/>
        <w:t>f 27637/15381/13803 27640/15383/13805 27639/15384/13806</w:t>
        <w:br/>
        <w:t>f 27640/15383/13805 27641/15385/13807 27639/15384/13806</w:t>
        <w:br/>
        <w:t>f 27641/15385/13807 27643/15386/13808 27642/15387/13809</w:t>
        <w:br/>
        <w:t>f 27643/15386/13808 27644/15388/13810 27642/15387/13809</w:t>
        <w:br/>
        <w:t>f 27646/15389/13811 27645/15390/13812 27644/15388/13810</w:t>
        <w:br/>
        <w:t>f 27646/15389/13811 27638/15380/13802 27647/15391/13813</w:t>
        <w:br/>
        <w:t>f 27638/15380/13802 27636/15382/13804 27647/15391/13813</w:t>
        <w:br/>
        <w:t>f 27648/15392/13814 27640/15383/13805 27638/15380/13802</w:t>
        <w:br/>
        <w:t>f 27648/15392/13814 27643/15386/13808 27640/15383/13805</w:t>
        <w:br/>
        <w:t>f 27648/15392/13814 27646/15389/13811 27643/15386/13808</w:t>
        <w:br/>
        <w:t>f 27648/15392/13814 27638/15380/13802 27646/15389/13811</w:t>
        <w:br/>
        <w:t>f 27638/15380/13802 27640/15383/13805 27637/15381/13803</w:t>
        <w:br/>
        <w:t>f 27640/15383/13805 27643/15386/13808 27641/15385/13807</w:t>
        <w:br/>
        <w:t>f 27643/15386/13808 27646/15389/13811 27644/15388/13810</w:t>
        <w:br/>
        <w:t>f 27646/15389/13811 27647/15391/13813 27645/15390/13812</w:t>
        <w:br/>
        <w:t>f 27949/15393/13815 27948/15394/13816 27947/15395/13817</w:t>
        <w:br/>
        <w:t>f 27951/15396/13818 27947/15395/13817 27950/15397/13819</w:t>
        <w:br/>
        <w:t>f 27950/15397/13819 27953/15398/13820 27952/15399/13821</w:t>
        <w:br/>
        <w:t>f 27957/15400/13822 27956/15401/13823 27955/15402/13823</w:t>
        <w:br/>
        <w:t>f 27954/15403/13822 27957/15400/13822 27955/15402/13823</w:t>
        <w:br/>
        <w:t>f 27960/15404/13824 27959/15405/13825 27958/15406/13826</w:t>
        <w:br/>
        <w:t>f 27961/15407/13827 27960/15404/13824 27958/15406/13826</w:t>
        <w:br/>
        <w:t>f 27965/15408/13828 27964/15409/13829 27963/15410/13829</w:t>
        <w:br/>
        <w:t>f 27962/15411/13828 27965/15408/13828 27963/15410/13829</w:t>
        <w:br/>
        <w:t>f 27964/15409/13829 27967/15412/13830 27966/15413/13830</w:t>
        <w:br/>
        <w:t>f 27963/15410/13829 27964/15409/13829 27966/15413/13830</w:t>
        <w:br/>
        <w:t>f 27967/15412/13830 27957/15400/13822 27954/15403/13822</w:t>
        <w:br/>
        <w:t>f 27966/15413/13830 27967/15412/13830 27954/15403/13822</w:t>
        <w:br/>
        <w:t>f 27969/15414/13831 27968/15415/13832 27959/15405/13825</w:t>
        <w:br/>
        <w:t>f 27960/15404/13824 27969/15414/13831 27959/15405/13825</w:t>
        <w:br/>
        <w:t>f 27973/15416/13833 27972/15417/13834 27971/15418/13834</w:t>
        <w:br/>
        <w:t>f 27970/15419/13835 27973/15416/13833 27971/15418/13834</w:t>
        <w:br/>
        <w:t>f 27972/15417/13834 27975/15420/13836 27974/15421/13836</w:t>
        <w:br/>
        <w:t>f 27971/15418/13834 27972/15417/13834 27974/15421/13836</w:t>
        <w:br/>
        <w:t>f 27973/15416/13833 27977/15422/13837 27976/15423/13838</w:t>
        <w:br/>
        <w:t>f 27976/15423/13838 27977/15422/13837 27968/15415/13832</w:t>
        <w:br/>
        <w:t>f 27969/15414/13831 27976/15423/13838 27968/15415/13832</w:t>
        <w:br/>
        <w:t>f 27980/15424/13839 27979/15425/13840 27978/15426/13841</w:t>
        <w:br/>
        <w:t>f 27981/15427/13842 27980/15424/13839 27978/15426/13841</w:t>
        <w:br/>
        <w:t>f 27980/15424/13839 27983/15428/13843 27982/15429/13844</w:t>
        <w:br/>
        <w:t>f 27978/15426/13841 27979/15425/13840 27985/15430/13845</w:t>
        <w:br/>
        <w:t>f 27984/15431/13846 27978/15426/13841 27985/15430/13845</w:t>
        <w:br/>
        <w:t>f 27983/15428/13843 27980/15424/13839 27981/15427/13842</w:t>
        <w:br/>
        <w:t>f 27980/15424/13839 27988/15432/13847 27987/15433/13848</w:t>
        <w:br/>
        <w:t>f 27986/15434/13849 27980/15424/13839 27987/15433/13848</w:t>
        <w:br/>
        <w:t>f 27992/15435/13850 27991/15436/13851 27990/15437/13851</w:t>
        <w:br/>
        <w:t>f 27989/15438/13850 27992/15435/13850 27990/15437/13851</w:t>
        <w:br/>
        <w:t>f 27993/15439/13852 27965/15408/13828 27962/15411/13828</w:t>
        <w:br/>
        <w:t>f 27994/15440/13852 27993/15439/13852 27962/15411/13828</w:t>
        <w:br/>
        <w:t>f 27979/15425/13840 27995/15441/13853 27985/15430/13845</w:t>
        <w:br/>
        <w:t>f 27979/15425/13840 27980/15424/13839 27986/15434/13849</w:t>
        <w:br/>
        <w:t>f 27995/15441/13853 27979/15425/13840 27986/15434/13849</w:t>
        <w:br/>
        <w:t>f 27997/15442/13854 27996/15443/13855 27949/15393/13815</w:t>
        <w:br/>
        <w:t>f 27985/15430/13845 27998/15444/13856 27997/15442/13854</w:t>
        <w:br/>
        <w:t>f 27968/15415/13832 28000/15445/13857 27999/15446/13858</w:t>
        <w:br/>
        <w:t>f 27959/15405/13825 27968/15415/13832 27999/15446/13858</w:t>
        <w:br/>
        <w:t>f 27959/15405/13825 27999/15446/13858 28001/15447/13859</w:t>
        <w:br/>
        <w:t>f 27958/15406/13826 27959/15405/13825 28001/15447/13859</w:t>
        <w:br/>
        <w:t>f 28002/15448/13860 27958/15406/13826 28001/15447/13859</w:t>
        <w:br/>
        <w:t>f 27956/15401/13823 28003/15449/13861 27955/15402/13823</w:t>
        <w:br/>
        <w:t>f 27977/15422/13837 28000/15445/13857 27968/15415/13832</w:t>
        <w:br/>
        <w:t>f 27952/15399/13821 27977/15422/13837 27970/15419/13835</w:t>
        <w:br/>
        <w:t>f 27997/15442/13854 28005/15450/13862 28004/15451/13863</w:t>
        <w:br/>
        <w:t>f 28002/15448/13860 28006/15452/13864 27961/15407/13827</w:t>
        <w:br/>
        <w:t>f 27958/15406/13826 28002/15448/13860 27961/15407/13827</w:t>
        <w:br/>
        <w:t>f 27984/15431/13846 27985/15430/13845 27997/15442/13854</w:t>
        <w:br/>
        <w:t>f 28004/15451/13863 27984/15431/13846 27997/15442/13854</w:t>
        <w:br/>
        <w:t>f 28008/15453/13865 28007/15454/13866 28006/15452/13864</w:t>
        <w:br/>
        <w:t>f 28002/15448/13860 28008/15453/13865 28006/15452/13864</w:t>
        <w:br/>
        <w:t>f 27948/15394/13816 27953/15398/13820 27947/15395/13817</w:t>
        <w:br/>
        <w:t>f 27947/15395/13817 27951/15396/13818 28005/15450/13862</w:t>
        <w:br/>
        <w:t>f 27949/15393/13815 27947/15395/13817 28005/15450/13862</w:t>
        <w:br/>
        <w:t>f 27989/15438/13850 27993/15439/13852 27994/15440/13852</w:t>
        <w:br/>
        <w:t>f 27992/15435/13850 27989/15438/13850 27994/15440/13852</w:t>
        <w:br/>
        <w:t>f 27997/15442/13854 27949/15393/13815 28005/15450/13862</w:t>
        <w:br/>
        <w:t>f 27947/15395/13817 27953/15398/13820 27950/15397/13819</w:t>
        <w:br/>
        <w:t>f 27949/15393/13815 28009/15455/13867 27948/15394/13816</w:t>
        <w:br/>
        <w:t>f 27980/15424/13839 27982/15429/13844 27988/15432/13847</w:t>
        <w:br/>
        <w:t>f 27983/15428/13843 27981/15427/13842 28010/15456/13868</w:t>
        <w:br/>
        <w:t>f 27977/15422/13837 27952/15399/13821 28000/15445/13857</w:t>
        <w:br/>
        <w:t>f 27977/15422/13837 27973/15416/13833 27970/15419/13835</w:t>
        <w:br/>
        <w:t>f 28007/15454/13866 28008/15453/13865 28011/15457/13869</w:t>
        <w:br/>
        <w:t>f 27996/15443/13855 28009/15455/13867 27949/15393/13815</w:t>
        <w:br/>
        <w:t>f 27998/15444/13856 27996/15443/13855 27997/15442/13854</w:t>
        <w:br/>
        <w:t>f 27995/15441/13853 27998/15444/13856 27985/15430/13845</w:t>
        <w:br/>
        <w:t>f 28014/15458/13870 28013/15459/13871 28012/15460/13872</w:t>
        <w:br/>
        <w:t>f 28016/15461/13873 28015/15462/13874 28013/15459/13871</w:t>
        <w:br/>
        <w:t>f 28015/15462/13874 28018/15463/13875 28017/15464/13876</w:t>
        <w:br/>
        <w:t>f 28022/15465/13877 28021/15466/13877 28020/15467/13878</w:t>
        <w:br/>
        <w:t>f 28019/15468/13878 28022/15465/13877 28020/15467/13878</w:t>
        <w:br/>
        <w:t>f 28025/15469/13879 28024/15470/13880 28023/15471/13881</w:t>
        <w:br/>
        <w:t>f 28026/15472/13882 28025/15469/13879 28023/15471/13881</w:t>
        <w:br/>
        <w:t>f 28030/15473/13883 28029/15474/13883 28028/15475/13884</w:t>
        <w:br/>
        <w:t>f 28027/15476/13884 28030/15473/13883 28028/15475/13884</w:t>
        <w:br/>
        <w:t>f 28027/15476/13884 28028/15475/13884 28032/15477/13885</w:t>
        <w:br/>
        <w:t>f 28031/15478/13885 28027/15476/13884 28032/15477/13885</w:t>
        <w:br/>
        <w:t>f 28031/15478/13885 28032/15477/13885 28021/15466/13877</w:t>
        <w:br/>
        <w:t>f 28022/15465/13877 28031/15478/13885 28021/15466/13877</w:t>
        <w:br/>
        <w:t>f 28024/15470/13880 28034/15479/13886 28033/15480/13887</w:t>
        <w:br/>
        <w:t>f 28023/15471/13881 28024/15470/13880 28033/15480/13887</w:t>
        <w:br/>
        <w:t>f 28038/15481/13888 28037/15482/13889 28036/15483/13890</w:t>
        <w:br/>
        <w:t>f 28035/15484/13890 28038/15481/13888 28036/15483/13890</w:t>
        <w:br/>
        <w:t>f 28035/15484/13890 28036/15483/13890 28040/15485/13891</w:t>
        <w:br/>
        <w:t>f 28039/15486/13891 28035/15484/13890 28040/15485/13891</w:t>
        <w:br/>
        <w:t>f 28038/15481/13888 28042/15487/13892 28041/15488/13893</w:t>
        <w:br/>
        <w:t>f 28034/15479/13886 28041/15488/13893 28042/15487/13892</w:t>
        <w:br/>
        <w:t>f 28033/15480/13887 28034/15479/13886 28042/15487/13892</w:t>
        <w:br/>
        <w:t>f 28045/15489/13894 28044/15490/13895 28043/15491/13896</w:t>
        <w:br/>
        <w:t>f 28046/15492/13897 28045/15489/13894 28043/15491/13896</w:t>
        <w:br/>
        <w:t>f 28043/15491/13896 28048/15493/13898 28047/15494/13899</w:t>
        <w:br/>
        <w:t>f 28045/15489/13894 28050/15495/13900 28049/15496/13901</w:t>
        <w:br/>
        <w:t>f 28044/15490/13895 28045/15489/13894 28049/15496/13901</w:t>
        <w:br/>
        <w:t>f 28047/15494/13899 28046/15492/13897 28043/15491/13896</w:t>
        <w:br/>
        <w:t>f 28053/15497/13902 28052/15498/13903 28051/15499/13904</w:t>
        <w:br/>
        <w:t>f 28057/15500/13905 28056/15501/13905 28055/15502/13906</w:t>
        <w:br/>
        <w:t>f 28054/15503/13906 28057/15500/13905 28055/15502/13906</w:t>
        <w:br/>
        <w:t>f 28029/15474/13883 28030/15473/13883 28058/15504/13907</w:t>
        <w:br/>
        <w:t>f 28059/15505/13908 28029/15474/13883 28058/15504/13907</w:t>
        <w:br/>
        <w:t>f 28044/15490/13895 28049/15496/13901 28060/15506/13909</w:t>
        <w:br/>
        <w:t>f 28043/15491/13896 28044/15490/13895 28051/15499/13904</w:t>
        <w:br/>
        <w:t>f 28062/15507/13910 28014/15458/13870 28061/15508/13911</w:t>
        <w:br/>
        <w:t>f 28049/15496/13901 28062/15507/13910 28063/15509/13912</w:t>
        <w:br/>
        <w:t>f 28034/15479/13886 28024/15470/13880 28065/15510/13913</w:t>
        <w:br/>
        <w:t>f 28064/15511/13914 28034/15479/13886 28065/15510/13913</w:t>
        <w:br/>
        <w:t>f 28024/15470/13880 28025/15469/13879 28066/15512/13915</w:t>
        <w:br/>
        <w:t>f 28065/15510/13913 28024/15470/13880 28066/15512/13915</w:t>
        <w:br/>
        <w:t>f 28067/15513/13916 28066/15512/13915 28025/15469/13879</w:t>
        <w:br/>
        <w:t>f 28019/15468/13878 28020/15467/13878 28068/15514/13917</w:t>
        <w:br/>
        <w:t>f 28041/15488/13893 28034/15479/13886 28064/15511/13914</w:t>
        <w:br/>
        <w:t>f 28018/15463/13918 28037/15482/13889 28041/15488/13893</w:t>
        <w:br/>
        <w:t>f 28062/15507/13910 28070/15515/13919 28069/15516/13920</w:t>
        <w:br/>
        <w:t>f 28067/15513/13916 28025/15469/13879 28026/15472/13882</w:t>
        <w:br/>
        <w:t>f 28071/15517/13921 28067/15513/13916 28026/15472/13882</w:t>
        <w:br/>
        <w:t>f 28062/15507/13910 28049/15496/13901 28050/15495/13900</w:t>
        <w:br/>
        <w:t>f 28070/15515/13919 28062/15507/13910 28050/15495/13900</w:t>
        <w:br/>
        <w:t>f 28073/15518/13922 28067/15513/13916 28071/15517/13921</w:t>
        <w:br/>
        <w:t>f 28072/15519/13922 28073/15518/13922 28071/15517/13921</w:t>
        <w:br/>
        <w:t>f 28012/15460/13872 28013/15459/13871 28017/15464/13876</w:t>
        <w:br/>
        <w:t>f 28013/15459/13871 28014/15458/13870 28069/15516/13920</w:t>
        <w:br/>
        <w:t>f 28016/15461/13873 28013/15459/13871 28069/15516/13920</w:t>
        <w:br/>
        <w:t>f 28059/15505/13908 28058/15504/13907 28056/15501/13905</w:t>
        <w:br/>
        <w:t>f 28057/15500/13905 28059/15505/13908 28056/15501/13905</w:t>
        <w:br/>
        <w:t>f 28062/15507/13910 28069/15516/13920 28014/15458/13870</w:t>
        <w:br/>
        <w:t>f 28013/15459/13871 28015/15462/13874 28017/15464/13876</w:t>
        <w:br/>
        <w:t>f 28014/15458/13870 28012/15460/13872 28074/15520/13923</w:t>
        <w:br/>
        <w:t>f 28043/15491/13896 28052/15498/13903 28048/15493/13898</w:t>
        <w:br/>
        <w:t>f 28047/15494/13899 28075/15521/13924 28046/15492/13897</w:t>
        <w:br/>
        <w:t>f 28041/15488/13893 28064/15511/13914 28018/15463/13918</w:t>
        <w:br/>
        <w:t>f 28041/15488/13893 28037/15482/13889 28038/15481/13888</w:t>
        <w:br/>
        <w:t>f 28072/15519/13922 28076/15522/13925 28073/15518/13922</w:t>
        <w:br/>
        <w:t>f 28061/15508/13911 28014/15458/13870 28074/15520/13923</w:t>
        <w:br/>
        <w:t>f 28063/15509/13912 28062/15507/13910 28061/15508/13911</w:t>
        <w:br/>
        <w:t>f 28060/15506/13909 28049/15496/13901 28063/15509/13912</w:t>
        <w:br/>
        <w:t>f 28079/15523/13926 28078/15524/13926 28077/15525/13927</w:t>
        <w:br/>
        <w:t>f 28080/15526/13928 28079/15523/13926 28077/15525/13927</w:t>
        <w:br/>
        <w:t>f 28083/15527/13929 28082/15528/13929 28081/15529/13930</w:t>
        <w:br/>
        <w:t>f 28084/15530/13931 28083/15527/13929 28081/15529/13930</w:t>
        <w:br/>
        <w:t>f 28086/15531/13932 28084/15530/13931 28081/15529/13930</w:t>
        <w:br/>
        <w:t>f 28085/15532/13932 28086/15531/13932 28081/15529/13930</w:t>
        <w:br/>
        <w:t>f 28088/15533/13933 28086/15531/13932 28085/15532/13932</w:t>
        <w:br/>
        <w:t>f 28087/15534/13933 28088/15533/13933 28085/15532/13932</w:t>
        <w:br/>
        <w:t>f 28090/15535/13934 28088/15533/13933 28087/15534/13933</w:t>
        <w:br/>
        <w:t>f 28089/15536/13934 28090/15535/13934 28087/15534/13933</w:t>
        <w:br/>
        <w:t>f 28092/15537/13935 28054/15503/13906 28055/15502/13906</w:t>
        <w:br/>
        <w:t>f 28091/15538/13936 28092/15537/13935 28055/15502/13906</w:t>
        <w:br/>
        <w:t>f 28096/15539/13937 28095/15540/13938 28094/15541/13939</w:t>
        <w:br/>
        <w:t>f 28093/15542/13937 28096/15539/13937 28094/15541/13939</w:t>
        <w:br/>
        <w:t>f 28096/15539/13937 28093/15542/13937 28097/15543/13940</w:t>
        <w:br/>
        <w:t>f 28098/15544/13941 28096/15539/13937 28097/15543/13940</w:t>
        <w:br/>
        <w:t>f 28100/15545/13942 28099/15546/13943 28058/15504/13907</w:t>
        <w:br/>
        <w:t>f 28101/15547/13944 28100/15545/13942 28058/15504/13907</w:t>
        <w:br/>
        <w:t>f 28103/15548/13945 28101/15547/13944 28102/15549/13946</w:t>
        <w:br/>
        <w:t>f 28104/15550/13946 28103/15548/13945 28102/15549/13946</w:t>
        <w:br/>
        <w:t>f 28106/15551/13947 28104/15550/13946 28102/15549/13946</w:t>
        <w:br/>
        <w:t>f 28105/15552/13947 28106/15551/13947 28102/15549/13946</w:t>
        <w:br/>
        <w:t>f 28106/15551/13947 28105/15552/13947 28107/15553/13948</w:t>
        <w:br/>
        <w:t>f 28108/15554/13948 28106/15551/13947 28107/15553/13948</w:t>
        <w:br/>
        <w:t>f 28108/15554/13948 28107/15553/13948 28109/15555/13949</w:t>
        <w:br/>
        <w:t>f 28110/15556/13949 28108/15554/13948 28109/15555/13949</w:t>
        <w:br/>
        <w:t>f 28110/15556/13949 28109/15555/13949 28111/15557/13950</w:t>
        <w:br/>
        <w:t>f 28112/15558/13950 28110/15556/13949 28111/15557/13950</w:t>
        <w:br/>
        <w:t>f 28112/15558/13950 28111/15557/13950 28113/15559/13951</w:t>
        <w:br/>
        <w:t>f 28114/15560/13951 28112/15558/13950 28113/15559/13951</w:t>
        <w:br/>
        <w:t>f 28114/15560/13951 28113/15559/13951 28115/15561/13952</w:t>
        <w:br/>
        <w:t>f 28116/15562/13952 28114/15560/13951 28115/15561/13952</w:t>
        <w:br/>
        <w:t>f 28116/15562/13952 28115/15561/13952 28117/15563/13953</w:t>
        <w:br/>
        <w:t>f 28118/15564/13954 28116/15562/13952 28117/15563/13953</w:t>
        <w:br/>
        <w:t>f 28121/15565/13955 28120/15566/13955 28119/15567/13956</w:t>
        <w:br/>
        <w:t>f 28122/15568/13956 28121/15565/13955 28119/15567/13956</w:t>
        <w:br/>
        <w:t>f 28124/15569/13957 28122/15568/13956 28119/15567/13956</w:t>
        <w:br/>
        <w:t>f 28123/15570/13957 28124/15569/13957 28119/15567/13956</w:t>
        <w:br/>
        <w:t>f 28126/15571/13861 28124/15569/13957 28123/15570/13957</w:t>
        <w:br/>
        <w:t>f 28125/15572/13958 28126/15571/13861 28123/15570/13957</w:t>
        <w:br/>
        <w:t>f 28128/15573/13959 28126/15571/13861 28125/15572/13958</w:t>
        <w:br/>
        <w:t>f 28127/15574/13960 28128/15573/13959 28125/15572/13958</w:t>
        <w:br/>
        <w:t>f 28130/15575/13961 28128/15573/13959 28127/15574/13960</w:t>
        <w:br/>
        <w:t>f 28129/15576/13962 28130/15575/13961 28127/15574/13960</w:t>
        <w:br/>
        <w:t>f 28130/15575/13961 28129/15576/13962 28131/15577/13963</w:t>
        <w:br/>
        <w:t>f 28132/15578/13963 28130/15575/13961 28131/15577/13963</w:t>
        <w:br/>
        <w:t>f 28132/15578/13963 28131/15577/13963 28133/15579/13964</w:t>
        <w:br/>
        <w:t>f 28134/15580/13965 28132/15578/13963 28133/15579/13964</w:t>
        <w:br/>
        <w:t>f 28134/15580/13965 28133/15579/13964 28135/15581/13966</w:t>
        <w:br/>
        <w:t>f 28136/15582/13966 28134/15580/13965 28135/15581/13966</w:t>
        <w:br/>
        <w:t>f 28136/15582/13966 28135/15581/13966 28137/15583/13967</w:t>
        <w:br/>
        <w:t>f 28138/15584/13967 28136/15582/13966 28137/15583/13967</w:t>
        <w:br/>
        <w:t>f 28079/15523/13926 28138/15584/13967 28137/15583/13967</w:t>
        <w:br/>
        <w:t>f 28078/15524/13926 28079/15523/13926 28137/15583/13967</w:t>
        <w:br/>
        <w:t>f 28052/15498/13903 28043/15491/13896 28051/15499/13904</w:t>
        <w:br/>
        <w:t>f 28044/15490/13895 28060/15506/13909 28051/15499/13904</w:t>
        <w:br/>
        <w:t>f 28141/15585/13968 28140/15586/13969 28139/15587/13970</w:t>
        <w:br/>
        <w:t>f 28143/15588/13971 28142/15589/13972 28140/15586/13969</w:t>
        <w:br/>
        <w:t>f 28142/15589/13972 28145/15590/13973 28144/15591/13974</w:t>
        <w:br/>
        <w:t>f 28149/15592/13975 28148/15593/13975 28147/15594/13976</w:t>
        <w:br/>
        <w:t>f 28146/15595/13976 28149/15592/13975 28147/15594/13976</w:t>
        <w:br/>
        <w:t>f 28152/15596/13977 28151/15597/13978 28150/15598/13979</w:t>
        <w:br/>
        <w:t>f 28153/15599/13980 28152/15596/13977 28150/15598/13979</w:t>
        <w:br/>
        <w:t>f 28157/15600/13981 28156/15601/13981 28155/15602/13982</w:t>
        <w:br/>
        <w:t>f 28154/15603/13983 28157/15600/13981 28155/15602/13982</w:t>
        <w:br/>
        <w:t>f 28154/15603/13983 28155/15602/13982 28159/15604/13984</w:t>
        <w:br/>
        <w:t>f 28158/15605/13984 28154/15603/13983 28159/15604/13984</w:t>
        <w:br/>
        <w:t>f 28158/15605/13984 28159/15604/13984 28148/15593/13975</w:t>
        <w:br/>
        <w:t>f 28149/15592/13975 28158/15605/13984 28148/15593/13975</w:t>
        <w:br/>
        <w:t>f 28151/15597/13978 28161/15606/13985 28160/15607/13986</w:t>
        <w:br/>
        <w:t>f 28150/15598/13979 28151/15597/13978 28160/15607/13986</w:t>
        <w:br/>
        <w:t>f 28165/15608/13987 28164/15609/13988 28163/15610/13989</w:t>
        <w:br/>
        <w:t>f 28162/15611/13990 28165/15608/13987 28163/15610/13989</w:t>
        <w:br/>
        <w:t>f 28162/15611/13990 28163/15610/13989 28167/15612/13991</w:t>
        <w:br/>
        <w:t>f 28166/15613/13991 28162/15611/13990 28167/15612/13991</w:t>
        <w:br/>
        <w:t>f 28165/15608/13987 28169/15614/13992 28168/15615/13993</w:t>
        <w:br/>
        <w:t>f 28161/15606/13985 28168/15615/13993 28169/15614/13992</w:t>
        <w:br/>
        <w:t>f 28160/15607/13986 28161/15606/13985 28169/15614/13992</w:t>
        <w:br/>
        <w:t>f 28172/15616/13994 28171/15617/13995 28170/15618/13996</w:t>
        <w:br/>
        <w:t>f 28173/15619/13997 28172/15616/13994 28170/15618/13996</w:t>
        <w:br/>
        <w:t>f 28170/15618/13996 28175/15620/13998 28174/15621/13999</w:t>
        <w:br/>
        <w:t>f 28172/15616/13994 28177/15622/14000 28176/15623/14001</w:t>
        <w:br/>
        <w:t>f 28171/15617/13995 28172/15616/13994 28176/15623/14001</w:t>
        <w:br/>
        <w:t>f 28174/15621/13999 28173/15619/13997 28170/15618/13996</w:t>
        <w:br/>
        <w:t>f 28170/15618/13996 28180/15624/14002 28179/15625/14003</w:t>
        <w:br/>
        <w:t>f 28178/15626/14004 28170/15618/13996 28179/15625/14003</w:t>
        <w:br/>
        <w:t>f 28184/15627/14005 28183/15628/14005 28182/15629/14006</w:t>
        <w:br/>
        <w:t>f 28181/15630/14006 28184/15627/14005 28182/15629/14006</w:t>
        <w:br/>
        <w:t>f 28156/15601/13981 28157/15600/13981 28185/15631/14007</w:t>
        <w:br/>
        <w:t>f 28186/15632/14007 28156/15601/13981 28185/15631/14007</w:t>
        <w:br/>
        <w:t>f 28171/15617/13995 28176/15623/14001 28187/15633/14008</w:t>
        <w:br/>
        <w:t>f 28180/15624/14002 28170/15618/13996 28171/15617/13995</w:t>
        <w:br/>
        <w:t>f 28187/15633/14008 28180/15624/14002 28171/15617/13995</w:t>
        <w:br/>
        <w:t>f 28189/15634/14009 28141/15585/13968 28188/15635/14010</w:t>
        <w:br/>
        <w:t>f 28176/15623/14001 28189/15634/14009 28190/15636/14011</w:t>
        <w:br/>
        <w:t>f 28161/15606/13985 28151/15597/13978 28192/15637/14012</w:t>
        <w:br/>
        <w:t>f 28191/15638/14013 28161/15606/13985 28192/15637/14012</w:t>
        <w:br/>
        <w:t>f 28151/15597/13978 28152/15596/13977 28193/15639/14014</w:t>
        <w:br/>
        <w:t>f 28192/15637/14012 28151/15597/13978 28193/15639/14014</w:t>
        <w:br/>
        <w:t>f 28194/15640/14015 28193/15639/14014 28152/15596/13977</w:t>
        <w:br/>
        <w:t>f 28146/15595/13976 28147/15594/13976 28195/15641/14016</w:t>
        <w:br/>
        <w:t>f 28168/15615/13993 28161/15606/13985 28191/15638/14013</w:t>
        <w:br/>
        <w:t>f 28145/15590/13973 28164/15609/13988 28168/15615/13993</w:t>
        <w:br/>
        <w:t>f 28189/15634/14009 28197/15642/14017 28196/15643/14018</w:t>
        <w:br/>
        <w:t>f 28194/15640/14015 28152/15596/13977 28153/15599/13980</w:t>
        <w:br/>
        <w:t>f 28198/15644/14019 28194/15640/14015 28153/15599/13980</w:t>
        <w:br/>
        <w:t>f 28189/15634/14009 28176/15623/14001 28177/15622/14000</w:t>
        <w:br/>
        <w:t>f 28197/15642/14017 28189/15634/14009 28177/15622/14000</w:t>
        <w:br/>
        <w:t>f 28200/15645/14020 28194/15640/14015 28198/15644/14019</w:t>
        <w:br/>
        <w:t>f 28199/15646/14021 28200/15645/14020 28198/15644/14019</w:t>
        <w:br/>
        <w:t>f 28139/15587/13970 28140/15586/13969 28144/15591/13974</w:t>
        <w:br/>
        <w:t>f 28140/15586/13969 28141/15585/13968 28196/15643/14018</w:t>
        <w:br/>
        <w:t>f 28143/15588/13971 28140/15586/13969 28196/15643/14018</w:t>
        <w:br/>
        <w:t>f 28186/15632/14007 28185/15631/14007 28183/15628/14005</w:t>
        <w:br/>
        <w:t>f 28184/15627/14005 28186/15632/14007 28183/15628/14005</w:t>
        <w:br/>
        <w:t>f 28189/15634/14009 28196/15643/14018 28141/15585/13968</w:t>
        <w:br/>
        <w:t>f 28140/15586/13969 28142/15589/13972 28144/15591/13974</w:t>
        <w:br/>
        <w:t>f 28141/15585/13968 28139/15587/13970 28201/15647/14022</w:t>
        <w:br/>
        <w:t>f 28170/15618/13996 28178/15626/14004 28175/15620/13998</w:t>
        <w:br/>
        <w:t>f 28174/15621/13999 28202/15648/14023 28173/15619/13997</w:t>
        <w:br/>
        <w:t>f 28168/15615/13993 28191/15638/14013 28145/15590/13973</w:t>
        <w:br/>
        <w:t>f 28168/15615/13993 28164/15609/13988 28165/15608/13987</w:t>
        <w:br/>
        <w:t>f 28199/15646/14021 28203/15649/14024 28200/15645/14020</w:t>
        <w:br/>
        <w:t>f 28188/15635/14010 28141/15585/13968 28201/15647/14022</w:t>
        <w:br/>
        <w:t>f 28190/15636/14011 28189/15634/14009 28188/15635/14010</w:t>
        <w:br/>
        <w:t>f 28187/15633/14008 28176/15623/14001 28190/15636/14011</w:t>
        <w:br/>
        <w:t>f 28206/15650/14025 28205/15651/14026 28204/15652/14027</w:t>
        <w:br/>
        <w:t>f 28208/15653/14028 28204/15652/14027 28207/15654/14029</w:t>
        <w:br/>
        <w:t>f 28207/15654/14029 28210/15655/14030 28209/15656/14031</w:t>
        <w:br/>
        <w:t>f 28214/15657/14032 28213/15658/14033 28212/15659/14033</w:t>
        <w:br/>
        <w:t>f 28211/15660/14034 28214/15657/14032 28212/15659/14033</w:t>
        <w:br/>
        <w:t>f 28217/15661/14035 28216/15662/14036 28215/15663/14037</w:t>
        <w:br/>
        <w:t>f 28218/15664/14038 28217/15661/14035 28215/15663/14037</w:t>
        <w:br/>
        <w:t>f 28222/15665/14039 28221/15666/14040 28220/15667/14040</w:t>
        <w:br/>
        <w:t>f 28219/15668/14039 28222/15665/14039 28220/15667/14040</w:t>
        <w:br/>
        <w:t>f 28221/15666/14040 28224/15669/14041 28223/15670/14041</w:t>
        <w:br/>
        <w:t>f 28220/15667/14040 28221/15666/14040 28223/15670/14041</w:t>
        <w:br/>
        <w:t>f 28224/15669/14041 28214/15657/14032 28211/15660/14034</w:t>
        <w:br/>
        <w:t>f 28223/15670/14041 28224/15669/14041 28211/15660/14034</w:t>
        <w:br/>
        <w:t>f 28226/15671/14042 28225/15672/14043 28216/15662/14036</w:t>
        <w:br/>
        <w:t>f 28217/15661/14035 28226/15671/14042 28216/15662/14036</w:t>
        <w:br/>
        <w:t>f 28230/15673/14044 28229/15674/14045 28228/15675/14045</w:t>
        <w:br/>
        <w:t>f 28227/15676/14046 28230/15673/14044 28228/15675/14045</w:t>
        <w:br/>
        <w:t>f 28229/15674/14045 28232/15677/14047 28231/15678/14047</w:t>
        <w:br/>
        <w:t>f 28228/15675/14045 28229/15674/14045 28231/15678/14047</w:t>
        <w:br/>
        <w:t>f 28230/15673/14044 28234/15679/14048 28233/15680/14049</w:t>
        <w:br/>
        <w:t>f 28233/15680/14049 28234/15679/14048 28225/15672/14043</w:t>
        <w:br/>
        <w:t>f 28226/15671/14042 28233/15680/14049 28225/15672/14043</w:t>
        <w:br/>
        <w:t>f 28237/15681/14050 28236/15682/14051 28235/15683/14052</w:t>
        <w:br/>
        <w:t>f 28238/15684/14053 28237/15681/14050 28235/15683/14052</w:t>
        <w:br/>
        <w:t>f 28237/15681/14050 28240/15685/14054 28239/15686/14055</w:t>
        <w:br/>
        <w:t>f 28235/15683/14052 28236/15682/14051 28242/15687/14056</w:t>
        <w:br/>
        <w:t>f 28241/15688/14057 28235/15683/14052 28242/15687/14056</w:t>
        <w:br/>
        <w:t>f 28240/15685/14054 28237/15681/14050 28238/15684/14053</w:t>
        <w:br/>
        <w:t>f 28245/15689/14058 28244/15690/14059 28243/15691/14060</w:t>
        <w:br/>
        <w:t>f 28249/15692/14061 28248/15693/14062 28247/15694/14062</w:t>
        <w:br/>
        <w:t>f 28246/15695/14061 28249/15692/14061 28247/15694/14062</w:t>
        <w:br/>
        <w:t>f 28250/15696/14063 28222/15665/14039 28219/15668/14039</w:t>
        <w:br/>
        <w:t>f 28251/15697/14064 28250/15696/14063 28219/15668/14039</w:t>
        <w:br/>
        <w:t>f 28236/15682/14051 28252/15698/14065 28242/15687/14056</w:t>
        <w:br/>
        <w:t>f 28237/15681/14050 28244/15690/14059 28236/15682/14051</w:t>
        <w:br/>
        <w:t>f 28254/15699/14066 28253/15700/14067 28206/15650/14025</w:t>
        <w:br/>
        <w:t>f 28242/15687/14056 28255/15701/14068 28254/15699/14066</w:t>
        <w:br/>
        <w:t>f 28225/15672/14043 28257/15702/14069 28256/15703/14070</w:t>
        <w:br/>
        <w:t>f 28216/15662/14036 28225/15672/14043 28256/15703/14070</w:t>
        <w:br/>
        <w:t>f 28216/15662/14036 28256/15703/14070 28258/15704/14071</w:t>
        <w:br/>
        <w:t>f 28215/15663/14037 28216/15662/14036 28258/15704/14071</w:t>
        <w:br/>
        <w:t>f 28259/15705/14072 28215/15663/14037 28258/15704/14071</w:t>
        <w:br/>
        <w:t>f 28213/15658/14033 28260/15706/14073 28212/15659/14033</w:t>
        <w:br/>
        <w:t>f 28234/15679/14048 28257/15702/14069 28225/15672/14043</w:t>
        <w:br/>
        <w:t>f 28209/15656/14074 28234/15679/14048 28227/15676/14046</w:t>
        <w:br/>
        <w:t>f 28254/15699/14066 28262/15707/14075 28261/15708/14076</w:t>
        <w:br/>
        <w:t>f 28259/15705/14072 28263/15709/14077 28218/15664/14038</w:t>
        <w:br/>
        <w:t>f 28215/15663/14037 28259/15705/14072 28218/15664/14038</w:t>
        <w:br/>
        <w:t>f 28241/15688/14057 28242/15687/14056 28254/15699/14066</w:t>
        <w:br/>
        <w:t>f 28261/15708/14076 28241/15688/14057 28254/15699/14066</w:t>
        <w:br/>
        <w:t>f 28265/15710/14078 28264/15711/14078 28263/15709/14077</w:t>
        <w:br/>
        <w:t>f 28259/15705/14072 28265/15710/14078 28263/15709/14077</w:t>
        <w:br/>
        <w:t>f 28205/15651/14026 28210/15655/14030 28204/15652/14027</w:t>
        <w:br/>
        <w:t>f 28204/15652/14027 28208/15653/14028 28262/15707/14075</w:t>
        <w:br/>
        <w:t>f 28206/15650/14025 28204/15652/14027 28262/15707/14075</w:t>
        <w:br/>
        <w:t>f 28246/15695/14061 28250/15696/14063 28251/15697/14064</w:t>
        <w:br/>
        <w:t>f 28249/15692/14061 28246/15695/14061 28251/15697/14064</w:t>
        <w:br/>
        <w:t>f 28254/15699/14066 28206/15650/14025 28262/15707/14075</w:t>
        <w:br/>
        <w:t>f 28204/15652/14027 28210/15655/14030 28207/15654/14029</w:t>
        <w:br/>
        <w:t>f 28206/15650/14025 28266/15712/14079 28205/15651/14026</w:t>
        <w:br/>
        <w:t>f 28237/15681/14050 28239/15686/14055 28243/15691/14060</w:t>
        <w:br/>
        <w:t>f 28240/15685/14054 28238/15684/14053 28267/15713/14080</w:t>
        <w:br/>
        <w:t>f 28234/15679/14048 28209/15656/14074 28257/15702/14069</w:t>
        <w:br/>
        <w:t>f 28234/15679/14048 28230/15673/14044 28227/15676/14046</w:t>
        <w:br/>
        <w:t>f 28264/15711/14078 28265/15710/14078 28268/15714/14081</w:t>
        <w:br/>
        <w:t>f 28253/15700/14067 28266/15712/14079 28206/15650/14025</w:t>
        <w:br/>
        <w:t>f 28255/15701/14068 28253/15700/14067 28254/15699/14066</w:t>
        <w:br/>
        <w:t>f 28252/15698/14065 28255/15701/14068 28242/15687/14056</w:t>
        <w:br/>
        <w:t>f 28272/15715/14082 28271/15716/14083 28270/15717/14084</w:t>
        <w:br/>
        <w:t>f 28269/15718/14084 28272/15715/14082 28270/15717/14084</w:t>
        <w:br/>
        <w:t>f 28275/15719/14085 28274/15720/14086 28273/15721/14086</w:t>
        <w:br/>
        <w:t>f 28276/15722/14087 28275/15719/14085 28273/15721/14086</w:t>
        <w:br/>
        <w:t>f 28278/15723/14088 28277/15724/14088 28275/15719/14085</w:t>
        <w:br/>
        <w:t>f 28276/15722/14087 28278/15723/14088 28275/15719/14085</w:t>
        <w:br/>
        <w:t>f 28280/15725/14089 28279/15726/14089 28277/15724/14088</w:t>
        <w:br/>
        <w:t>f 28278/15723/14088 28280/15725/14089 28277/15724/14088</w:t>
        <w:br/>
        <w:t>f 28282/15727/14090 28281/15728/14091 28279/15726/14089</w:t>
        <w:br/>
        <w:t>f 28280/15725/14089 28282/15727/14090 28279/15726/14089</w:t>
        <w:br/>
        <w:t>f 28284/15729/14092 28283/15730/14093 28247/15694/14062</w:t>
        <w:br/>
        <w:t>f 28248/15693/14062 28284/15729/14092 28247/15694/14062</w:t>
        <w:br/>
        <w:t>f 28288/15731/14094 28287/15732/14094 28286/15733/14095</w:t>
        <w:br/>
        <w:t>f 28285/15734/14096 28288/15731/14094 28286/15733/14095</w:t>
        <w:br/>
        <w:t>f 28289/15735/14097 28287/15732/14094 28288/15731/14094</w:t>
        <w:br/>
        <w:t>f 28290/15736/14024 28289/15735/14097 28288/15731/14094</w:t>
        <w:br/>
        <w:t>f 28292/15737/14098 28291/15738/14099 28250/15696/14100</w:t>
        <w:br/>
        <w:t>f 28293/15739/14101 28292/15737/14098 28250/15696/14100</w:t>
        <w:br/>
        <w:t>f 28295/15740/14102 28291/15738/14099 28294/15741/14103</w:t>
        <w:br/>
        <w:t>f 28296/15742/14102 28295/15740/14102 28294/15741/14103</w:t>
        <w:br/>
        <w:t>f 28298/15743/14104 28297/15744/14104 28295/15740/14102</w:t>
        <w:br/>
        <w:t>f 28296/15742/14102 28298/15743/14104 28295/15740/14102</w:t>
        <w:br/>
        <w:t>f 28299/15745/14105 28297/15744/14104 28298/15743/14104</w:t>
        <w:br/>
        <w:t>f 28300/15746/14106 28299/15745/14105 28298/15743/14104</w:t>
        <w:br/>
        <w:t>f 28301/15747/14107 28299/15745/14105 28300/15746/14106</w:t>
        <w:br/>
        <w:t>f 28302/15748/14107 28301/15747/14107 28300/15746/14106</w:t>
        <w:br/>
        <w:t>f 28303/15749/14108 28301/15747/14107 28302/15748/14107</w:t>
        <w:br/>
        <w:t>f 28304/15750/14108 28303/15749/14108 28302/15748/14107</w:t>
        <w:br/>
        <w:t>f 28305/15751/14109 28303/15749/14108 28304/15750/14108</w:t>
        <w:br/>
        <w:t>f 28306/15752/14109 28305/15751/14109 28304/15750/14108</w:t>
        <w:br/>
        <w:t>f 28307/15753/14110 28305/15751/14109 28306/15752/14109</w:t>
        <w:br/>
        <w:t>f 28308/15754/14110 28307/15753/14110 28306/15752/14109</w:t>
        <w:br/>
        <w:t>f 28309/15755/14111 28307/15753/14110 28308/15754/14110</w:t>
        <w:br/>
        <w:t>f 28310/15756/14112 28309/15755/14111 28308/15754/14110</w:t>
        <w:br/>
        <w:t>f 28313/15757/14113 28312/15758/14114 28311/15759/14114</w:t>
        <w:br/>
        <w:t>f 28314/15760/14115 28313/15757/14113 28311/15759/14114</w:t>
        <w:br/>
        <w:t>f 28316/15761/14116 28315/15762/14116 28313/15757/14113</w:t>
        <w:br/>
        <w:t>f 28314/15760/14115 28316/15761/14116 28313/15757/14113</w:t>
        <w:br/>
        <w:t>f 28317/15763/14117 28315/15762/14116 28316/15761/14116</w:t>
        <w:br/>
        <w:t>f 28318/15764/14118 28317/15763/14117 28316/15761/14116</w:t>
        <w:br/>
        <w:t>f 28320/15765/14119 28319/15766/14120 28317/15763/14117</w:t>
        <w:br/>
        <w:t>f 28318/15764/14118 28320/15765/14119 28317/15763/14117</w:t>
        <w:br/>
        <w:t>f 28322/15767/14121 28321/15768/14121 28319/15766/14120</w:t>
        <w:br/>
        <w:t>f 28320/15765/14119 28322/15767/14121 28319/15766/14120</w:t>
        <w:br/>
        <w:t>f 28323/15769/14122 28321/15768/14121 28322/15767/14121</w:t>
        <w:br/>
        <w:t>f 28324/15770/14123 28323/15769/14122 28322/15767/14121</w:t>
        <w:br/>
        <w:t>f 28325/15771/14124 28323/15769/14122 28324/15770/14123</w:t>
        <w:br/>
        <w:t>f 28326/15772/14125 28325/15771/14124 28324/15770/14123</w:t>
        <w:br/>
        <w:t>f 28327/15773/14126 28325/15771/14124 28326/15772/14125</w:t>
        <w:br/>
        <w:t>f 28328/15774/14127 28327/15773/14126 28326/15772/14125</w:t>
        <w:br/>
        <w:t>f 28329/15775/14128 28327/15773/14126 28328/15774/14127</w:t>
        <w:br/>
        <w:t>f 28330/15776/14128 28329/15775/14128 28328/15774/14127</w:t>
        <w:br/>
        <w:t>f 28270/15717/14084 28329/15775/14128 28330/15776/14128</w:t>
        <w:br/>
        <w:t>f 28269/15718/14084 28270/15717/14084 28330/15776/14128</w:t>
        <w:br/>
        <w:t>f 28243/15691/14060 28244/15690/14059 28237/15681/14050</w:t>
        <w:br/>
        <w:t>f 28236/15682/14051 28244/15690/14059 28252/15698/14065</w:t>
        <w:br/>
        <w:t>f 28433/15777/14129 28432/15778/14130 28431/15779/14131</w:t>
        <w:br/>
        <w:t>f 28434/15780/14132 28433/15777/14129 28431/15779/14131</w:t>
        <w:br/>
        <w:t>f 28436/15781/14133 28435/15782/14134 28432/15778/14130</w:t>
        <w:br/>
        <w:t>f 28433/15777/14129 28436/15781/14133 28432/15778/14130</w:t>
        <w:br/>
        <w:t>f 28438/15783/14135 28437/15784/14136 28436/15781/14133</w:t>
        <w:br/>
        <w:t>f 28433/15777/14129 28438/15783/14135 28436/15781/14133</w:t>
        <w:br/>
        <w:t>f 28433/15777/14129 28434/15780/14132 28439/15785/14137</w:t>
        <w:br/>
        <w:t>f 28438/15783/14135 28433/15777/14129 28439/15785/14137</w:t>
        <w:br/>
        <w:t>f 28443/15786/14138 28442/15787/14139 28441/15788/14139</w:t>
        <w:br/>
        <w:t>f 28440/15789/14138 28443/15786/14138 28441/15788/14139</w:t>
        <w:br/>
        <w:t>f 28446/15790/14140 28445/15791/14140 28444/15792/14141</w:t>
        <w:br/>
        <w:t>f 28447/15793/14141 28446/15790/14140 28444/15792/14141</w:t>
        <w:br/>
        <w:t>f 28449/15794/14142 28445/15791/14140 28446/15790/14140</w:t>
        <w:br/>
        <w:t>f 28448/15795/14142 28449/15794/14142 28446/15790/14140</w:t>
        <w:br/>
        <w:t>f 28452/15796/14143 28451/15797/14144 28450/15798/14145</w:t>
        <w:br/>
        <w:t>f 28453/15799/14146 28452/15796/14143 28450/15798/14145</w:t>
        <w:br/>
        <w:t>f 28455/15800/14147 28450/15798/14145 28451/15797/14144</w:t>
        <w:br/>
        <w:t>f 28454/15801/14148 28455/15800/14147 28451/15797/14144</w:t>
        <w:br/>
        <w:t>f 28457/15802/14149 28450/15798/14145 28455/15800/14147</w:t>
        <w:br/>
        <w:t>f 28456/15803/14150 28457/15802/14149 28455/15800/14147</w:t>
        <w:br/>
        <w:t>f 28450/15798/14145 28457/15802/14149 28458/15804/14151</w:t>
        <w:br/>
        <w:t>f 28453/15799/14146 28450/15798/14145 28458/15804/14151</w:t>
        <w:br/>
        <w:t>f 28462/15805/14152 28461/15806/14152 28460/15807/14152</w:t>
        <w:br/>
        <w:t>f 28459/15808/14152 28462/15805/14152 28460/15807/14152</w:t>
        <w:br/>
        <w:t>f 28465/15809/14153 28464/15810/14154 28463/15811/14155</w:t>
        <w:br/>
        <w:t>f 28466/15812/14156 28465/15809/14153 28463/15811/14155</w:t>
        <w:br/>
        <w:t>f 28468/15813/14157 28467/15814/14157 28463/15811/14155</w:t>
        <w:br/>
        <w:t>f 28464/15810/14154 28468/15813/14157 28463/15811/14155</w:t>
        <w:br/>
        <w:t>f 29153/15815/14158 29152/15816/14159 29151/15817/14158</w:t>
        <w:br/>
        <w:t>f 29156/15818/14160 29155/15819/14161 29154/15820/14160</w:t>
        <w:br/>
        <w:t>f 29159/15821/14162 29158/15822/14163 29157/15823/14164</w:t>
        <w:br/>
        <w:t>f 29162/15824/14165 29161/15825/14166 29160/15826/14167</w:t>
        <w:br/>
        <w:t>f 29164/15827/14168 29163/15828/14169 29156/15818/14160</w:t>
        <w:br/>
        <w:t>f 29154/15820/14160 29164/15827/14168 29156/15818/14160</w:t>
        <w:br/>
        <w:t>f 29151/15817/14158 29166/15829/14170 29165/15830/14170</w:t>
        <w:br/>
        <w:t>f 29153/15815/14158 29151/15817/14158 29165/15830/14170</w:t>
        <w:br/>
        <w:t>f 29160/15826/14167 29168/15831/14171 29167/15832/14171</w:t>
        <w:br/>
        <w:t>f 29162/15824/14165 29160/15826/14167 29167/15832/14171</w:t>
        <w:br/>
        <w:t>f 29170/15833/14172 29169/15834/14172 29159/15821/14162</w:t>
        <w:br/>
        <w:t>f 29157/15823/14164 29170/15833/14172 29159/15821/14162</w:t>
        <w:br/>
        <w:t>f 29173/15835/14173 29172/15836/14174 29171/15837/14175</w:t>
        <w:br/>
        <w:t>f 29172/15836/14174 29174/15838/14176 29171/15837/14175</w:t>
        <w:br/>
        <w:t>f 29177/15839/14177 29176/15840/14177 29175/15841/14178</w:t>
        <w:br/>
        <w:t>f 29180/15842/14179 29179/15843/14179 29178/15844/14180</w:t>
        <w:br/>
        <w:t>f 29172/15836/14174 29182/15845/14181 29181/15846/14182</w:t>
        <w:br/>
        <w:t>f 29174/15838/14176 29172/15836/14174 29181/15846/14182</w:t>
        <w:br/>
        <w:t>f 29172/15836/14174 29173/15835/14173 29183/15847/14183</w:t>
        <w:br/>
        <w:t>f 29182/15845/14181 29172/15836/14174 29183/15847/14183</w:t>
        <w:br/>
        <w:t>f 29179/15843/14179 29180/15842/14179 29185/15848/14184</w:t>
        <w:br/>
        <w:t>f 29184/15849/14184 29179/15843/14179 29185/15848/14184</w:t>
        <w:br/>
        <w:t>f 29177/15839/14177 29187/15850/14185 29186/15851/14185</w:t>
        <w:br/>
        <w:t>f 29176/15840/14177 29177/15839/14177 29186/15851/14185</w:t>
        <w:br/>
        <w:t>f 29191/15852/14186 29190/15853/14186 29189/15854/14186</w:t>
        <w:br/>
        <w:t>f 29188/15855/14186 29191/15852/14186 29189/15854/14186</w:t>
        <w:br/>
        <w:t>f 29195/15856/14186 29194/15857/14186 29193/15858/14186</w:t>
        <w:br/>
        <w:t>f 29192/15859/14186 29195/15856/14186 29193/15858/14186</w:t>
        <w:br/>
        <w:t>f 29199/15860/14187 29198/15861/14187 29197/15862/14187</w:t>
        <w:br/>
        <w:t>f 29196/15863/14187 29199/15860/14187 29197/15862/14187</w:t>
        <w:br/>
        <w:t>f 29202/15864/14188 29201/15865/14188 29200/15866/14189</w:t>
        <w:br/>
        <w:t>f 29203/15867/14188 29202/15864/14188 29200/15866/14189</w:t>
        <w:br/>
        <w:t>f 29206/15868/14190 29205/15869/14190 29204/15870/14190</w:t>
        <w:br/>
        <w:t>f 29207/15871/14190 29206/15868/14190 29204/15870/14190</w:t>
        <w:br/>
        <w:t>f 29211/15872/14191 29210/15873/14191 29209/15874/14191</w:t>
        <w:br/>
        <w:t>f 29208/15875/14191 29211/15872/14191 29209/15874/14191</w:t>
        <w:br/>
        <w:t>f 29215/15876/14192 29214/15877/14192 29213/15878/14192</w:t>
        <w:br/>
        <w:t>f 29212/15879/14192 29215/15876/14192 29213/15878/14192</w:t>
        <w:br/>
        <w:t>f 29218/15880/14193 29217/15881/14193 29216/15882/14193</w:t>
        <w:br/>
        <w:t>f 29219/15883/14194 29218/15880/14193 29216/15882/14193</w:t>
        <w:br/>
        <w:t>f 29222/15884/14195 29221/15885/14195 29220/15886/14195</w:t>
        <w:br/>
        <w:t>f 29223/15887/14195 29222/15884/14195 29220/15886/14195</w:t>
        <w:br/>
        <w:t>f 29227/15888/14196 29226/15889/14197 29225/15890/14197</w:t>
        <w:br/>
        <w:t>f 29224/15891/14197 29227/15888/14196 29225/15890/14197</w:t>
        <w:br/>
        <w:t>f 29230/15892/14198 29229/15893/14198 29228/15894/14198</w:t>
        <w:br/>
        <w:t>f 29231/15895/14198 29230/15892/14198 29228/15894/14198</w:t>
        <w:br/>
        <w:t>f 29234/15896/14199 29233/15897/14199 29232/15898/14199</w:t>
        <w:br/>
        <w:t>f 29235/15899/14199 29234/15896/14199 29232/15898/14199</w:t>
        <w:br/>
        <w:t>f 53/15900/14200 52/15901/14201 51/15902/14202</w:t>
        <w:br/>
        <w:t>f 54/15903/14203 53/15900/14200 51/15902/14202</w:t>
        <w:br/>
        <w:t>f 55/15904/14204 53/15900/14200 54/15903/14203</w:t>
        <w:br/>
        <w:t>f 56/15905/14205 55/15904/14204 54/15903/14203</w:t>
        <w:br/>
        <w:t>f 59/15906/14206 58/15907/14207 57/15908/14208</w:t>
        <w:br/>
        <w:t>f 62/15909/14209 61/15910/14210 60/15911/14211</w:t>
        <w:br/>
        <w:t>f 63/15912/14212 62/15909/14209 60/15911/14211</w:t>
        <w:br/>
        <w:t>f 64/15913/14213 63/15912/14212 60/15911/14211</w:t>
        <w:br/>
        <w:t>f 66/15914/14214 65/15915/14215 63/15912/14212</w:t>
        <w:br/>
        <w:t>f 64/15913/14213 66/15914/14214 63/15912/14212</w:t>
        <w:br/>
        <w:t>f 69/15916/14216 68/15917/14217 67/15918/14218</w:t>
        <w:br/>
        <w:t>f 70/15919/14219 69/15916/14216 67/15918/14218</w:t>
        <w:br/>
        <w:t>f 71/15920/14220 69/15916/14216 70/15919/14219</w:t>
        <w:br/>
        <w:t>f 72/15921/14220 71/15920/14220 70/15919/14219</w:t>
        <w:br/>
        <w:t>f 73/15922/14221 71/15920/14220 72/15921/14220</w:t>
        <w:br/>
        <w:t>f 74/15923/14221 73/15922/14221 72/15921/14220</w:t>
        <w:br/>
        <w:t>f 76/15924/14222 75/15925/14222 73/15922/14221</w:t>
        <w:br/>
        <w:t>f 74/15923/14221 76/15924/14222 73/15922/14221</w:t>
        <w:br/>
        <w:t>f 78/15926/14223 77/15927/14223 75/15925/14222</w:t>
        <w:br/>
        <w:t>f 76/15924/14222 78/15926/14223 75/15925/14222</w:t>
        <w:br/>
        <w:t>f 80/15928/14224 79/15929/14225 77/15927/14223</w:t>
        <w:br/>
        <w:t>f 78/15926/14223 80/15928/14224 77/15927/14223</w:t>
        <w:br/>
        <w:t>f 82/15930/14226 81/15931/14227 79/15929/14225</w:t>
        <w:br/>
        <w:t>f 80/15928/14224 82/15930/14226 79/15929/14225</w:t>
        <w:br/>
        <w:t>f 84/15932/14228 83/15933/14228 81/15931/14227</w:t>
        <w:br/>
        <w:t>f 82/15930/14226 84/15932/14228 81/15931/14227</w:t>
        <w:br/>
        <w:t>f 86/15934/14229 85/15935/14229 83/15933/14228</w:t>
        <w:br/>
        <w:t>f 84/15932/14228 86/15934/14229 83/15933/14228</w:t>
        <w:br/>
        <w:t>f 88/15936/14230 87/15937/14230 85/15935/14229</w:t>
        <w:br/>
        <w:t>f 86/15934/14229 88/15936/14230 85/15935/14229</w:t>
        <w:br/>
        <w:t>f 89/15938/14231 87/15937/14230 88/15936/14230</w:t>
        <w:br/>
        <w:t>f 90/15939/14231 89/15938/14231 88/15936/14230</w:t>
        <w:br/>
        <w:t>f 92/15940/14232 91/15941/14233 89/15938/14231</w:t>
        <w:br/>
        <w:t>f 90/15939/14231 92/15940/14232 89/15938/14231</w:t>
        <w:br/>
        <w:t>f 94/15942/14234 91/15941/14233 93/15943/14235</w:t>
        <w:br/>
        <w:t>f 98/15944/14236 97/15945/14237 96/15946/14238</w:t>
        <w:br/>
        <w:t>f 95/15947/14238 98/15944/14236 96/15946/14238</w:t>
        <w:br/>
        <w:t>f 102/15948/14239 101/15949/14240 100/15950/14241</w:t>
        <w:br/>
        <w:t>f 99/15951/14242 102/15948/14239 100/15950/14241</w:t>
        <w:br/>
        <w:t>f 106/15952/14243 105/15953/14244 104/15954/14245</w:t>
        <w:br/>
        <w:t>f 103/15955/14246 106/15952/14243 104/15954/14245</w:t>
        <w:br/>
        <w:t>f 51/15902/14202 109/15956/14247 108/15957/14248</w:t>
        <w:br/>
        <w:t>f 107/15958/14249 51/15902/14202 108/15957/14248</w:t>
        <w:br/>
        <w:t>f 53/15900/14200 55/15904/14204 110/15959/14250</w:t>
        <w:br/>
        <w:t>f 100/15950/14241 53/15900/14200 110/15959/14250</w:t>
        <w:br/>
        <w:t>f 113/15960/14251 112/15961/14252 111/15962/14253</w:t>
        <w:br/>
        <w:t>f 114/15963/14251 113/15960/14251 111/15962/14253</w:t>
        <w:br/>
        <w:t>f 118/15964/14254 117/15965/14255 116/15966/14255</w:t>
        <w:br/>
        <w:t>f 115/15967/14256 118/15964/14254 116/15966/14255</w:t>
        <w:br/>
        <w:t>f 122/15968/14257 121/15969/14258 120/15970/14258</w:t>
        <w:br/>
        <w:t>f 119/15971/14259 122/15968/14257 120/15970/14258</w:t>
        <w:br/>
        <w:t>f 117/15965/14255 124/15972/14260 123/15973/14261</w:t>
        <w:br/>
        <w:t>f 116/15966/14255 117/15965/14255 123/15973/14261</w:t>
        <w:br/>
        <w:t>f 128/15974/14262 127/15975/14263 126/15976/14263</w:t>
        <w:br/>
        <w:t>f 125/15977/14262 128/15974/14262 126/15976/14263</w:t>
        <w:br/>
        <w:t>f 62/15909/14264 130/15978/14265 129/15979/14266</w:t>
        <w:br/>
        <w:t>f 123/15973/14261 62/15909/14264 129/15979/14266</w:t>
        <w:br/>
        <w:t>f 131/15980/14267 126/15976/14263 127/15975/14263</w:t>
        <w:br/>
        <w:t>f 132/15981/14267 131/15980/14267 127/15975/14263</w:t>
        <w:br/>
        <w:t>f 63/15912/14212 65/15915/14215 133/15982/14268</w:t>
        <w:br/>
        <w:t>f 129/15979/14266 63/15912/14212 133/15982/14268</w:t>
        <w:br/>
        <w:t>f 136/15983/14269 135/15984/14270 70/15919/14219</w:t>
        <w:br/>
        <w:t>f 134/15985/14271 136/15983/14269 70/15919/14219</w:t>
        <w:br/>
        <w:t>f 139/15986/14272 138/15987/14272 137/15988/14273</w:t>
        <w:br/>
        <w:t>f 140/15989/14274 139/15986/14272 137/15988/14273</w:t>
        <w:br/>
        <w:t>f 141/15990/14275 70/15919/14219 135/15984/14270</w:t>
        <w:br/>
        <w:t>f 142/15991/14275 141/15990/14275 135/15984/14270</w:t>
        <w:br/>
        <w:t>f 138/15987/14272 139/15986/14272 144/15992/14276</w:t>
        <w:br/>
        <w:t>f 143/15993/14276 138/15987/14272 144/15992/14276</w:t>
        <w:br/>
        <w:t>f 146/15994/14277 145/15995/14277 141/15990/14275</w:t>
        <w:br/>
        <w:t>f 142/15991/14275 146/15994/14277 141/15990/14275</w:t>
        <w:br/>
        <w:t>f 144/15992/14276 148/15996/14278 147/15997/14278</w:t>
        <w:br/>
        <w:t>f 143/15993/14276 144/15992/14276 147/15997/14278</w:t>
        <w:br/>
        <w:t>f 150/15998/14279 149/15999/14279 145/15995/14277</w:t>
        <w:br/>
        <w:t>f 146/15994/14277 150/15998/14279 145/15995/14277</w:t>
        <w:br/>
        <w:t>f 147/15997/14278 148/15996/14278 152/16000/14280</w:t>
        <w:br/>
        <w:t>f 151/16001/14280 147/15997/14278 152/16000/14280</w:t>
        <w:br/>
        <w:t>f 154/16002/14281 153/16003/14281 149/15999/14279</w:t>
        <w:br/>
        <w:t>f 150/15998/14279 154/16002/14281 149/15999/14279</w:t>
        <w:br/>
        <w:t>f 151/16001/14280 152/16000/14280 156/16004/14282</w:t>
        <w:br/>
        <w:t>f 155/16005/14282 151/16001/14280 156/16004/14282</w:t>
        <w:br/>
        <w:t>f 158/16006/14283 157/16007/14283 153/16003/14281</w:t>
        <w:br/>
        <w:t>f 154/16002/14281 158/16006/14283 153/16003/14281</w:t>
        <w:br/>
        <w:t>f 155/16005/14282 156/16004/14282 160/16008/14284</w:t>
        <w:br/>
        <w:t>f 159/16009/14284 155/16005/14282 160/16008/14284</w:t>
        <w:br/>
        <w:t>f 162/16010/14285 161/16011/14285 157/16007/14283</w:t>
        <w:br/>
        <w:t>f 158/16006/14283 162/16010/14285 157/16007/14283</w:t>
        <w:br/>
        <w:t>f 160/16008/14284 164/16012/14286 163/16013/14287</w:t>
        <w:br/>
        <w:t>f 159/16009/14284 160/16008/14284 163/16013/14287</w:t>
        <w:br/>
        <w:t>f 165/16014/14288 161/16011/14285 162/16010/14285</w:t>
        <w:br/>
        <w:t>f 166/16015/14289 165/16014/14288 162/16010/14285</w:t>
        <w:br/>
        <w:t>f 163/16013/14287 164/16012/14286 168/16016/14290</w:t>
        <w:br/>
        <w:t>f 167/16017/14290 163/16013/14287 168/16016/14290</w:t>
        <w:br/>
        <w:t>f 170/16018/14291 169/16019/14291 165/16014/14288</w:t>
        <w:br/>
        <w:t>f 166/16015/14289 170/16018/14291 165/16014/14288</w:t>
        <w:br/>
        <w:t>f 168/16016/14290 172/16020/14292 171/16021/14293</w:t>
        <w:br/>
        <w:t>f 167/16017/14290 168/16016/14290 171/16021/14293</w:t>
        <w:br/>
        <w:t>f 170/16018/14291 174/16022/14294 173/16023/14294</w:t>
        <w:br/>
        <w:t>f 169/16019/14291 170/16018/14291 173/16023/14294</w:t>
        <w:br/>
        <w:t>f 176/16024/14295 175/16025/14295 171/16021/14293</w:t>
        <w:br/>
        <w:t>f 172/16020/14292 176/16024/14295 171/16021/14293</w:t>
        <w:br/>
        <w:t>f 174/16022/14294 178/16026/14296 177/16027/14296</w:t>
        <w:br/>
        <w:t>f 173/16023/14294 174/16022/14294 177/16027/14296</w:t>
        <w:br/>
        <w:t>f 180/16028/14297 179/16029/14297 175/16025/14295</w:t>
        <w:br/>
        <w:t>f 176/16024/14295 180/16028/14297 175/16025/14295</w:t>
        <w:br/>
        <w:t>f 184/16030/14298 183/16031/14298 182/16032/14299</w:t>
        <w:br/>
        <w:t>f 181/16033/14300 184/16030/14298 182/16032/14299</w:t>
        <w:br/>
        <w:t>f 186/16034/14301 92/15940/14302 185/16035/14303</w:t>
        <w:br/>
        <w:t>f 187/16036/14304 186/16034/14301 185/16035/14303</w:t>
        <w:br/>
        <w:t>f 68/15917/14217 65/15915/14215 66/15914/14214</w:t>
        <w:br/>
        <w:t>f 67/15918/14218 68/15917/14217 66/15914/14214</w:t>
        <w:br/>
        <w:t>f 67/15918/14305 131/15980/14267 132/15981/14267</w:t>
        <w:br/>
        <w:t>f 136/15983/14269 67/15918/14305 132/15981/14267</w:t>
        <w:br/>
        <w:t>f 65/15915/14215 140/15989/14274 137/15988/14273</w:t>
        <w:br/>
        <w:t>f 133/15982/14268 65/15915/14215 137/15988/14273</w:t>
        <w:br/>
        <w:t>f 188/16037/14306 55/15904/14204 56/15905/14205</w:t>
        <w:br/>
        <w:t>f 55/15904/14204 188/16037/14306 189/16038/14307</w:t>
        <w:br/>
        <w:t>f 110/15959/14250 55/15904/14204 189/16038/14307</w:t>
        <w:br/>
        <w:t>f 193/16039/14308 192/16040/14309 191/16041/14306</w:t>
        <w:br/>
        <w:t>f 190/16042/14205 193/16039/14308 191/16041/14306</w:t>
        <w:br/>
        <w:t>f 197/16043/14310 196/16044/14311 195/16045/14311</w:t>
        <w:br/>
        <w:t>f 194/16046/14312 197/16043/14310 195/16045/14311</w:t>
        <w:br/>
        <w:t>f 182/16032/14299 198/16047/14313 181/16033/14300</w:t>
        <w:br/>
        <w:t>f 202/16048/14314 201/16049/14315 200/16050/14315</w:t>
        <w:br/>
        <w:t>f 199/16051/14314 202/16048/14314 200/16050/14315</w:t>
        <w:br/>
        <w:t>f 191/16041/14306 192/16040/14309 203/16052/14316</w:t>
        <w:br/>
        <w:t>f 204/16053/14317 191/16041/14306 203/16052/14316</w:t>
        <w:br/>
        <w:t>f 206/16054/14318 193/16039/14308 190/16042/14205</w:t>
        <w:br/>
        <w:t>f 205/16055/14319 206/16054/14318 190/16042/14205</w:t>
        <w:br/>
        <w:t>f 208/16056/14320 207/16057/14321 195/16045/14311</w:t>
        <w:br/>
        <w:t>f 196/16044/14311 208/16056/14320 195/16045/14311</w:t>
        <w:br/>
        <w:t>f 197/16043/14310 194/16046/14312 209/16058/14322</w:t>
        <w:br/>
        <w:t>f 198/16047/14313 182/16032/14299 210/16059/14323</w:t>
        <w:br/>
        <w:t>f 209/16058/14322 198/16047/14313 210/16059/14323</w:t>
        <w:br/>
        <w:t>f 204/16053/14317 186/16034/14301 187/16036/14304</w:t>
        <w:br/>
        <w:t>f 186/16034/14301 211/16060/14324 202/16048/14314</w:t>
        <w:br/>
        <w:t>f 199/16051/14314 186/16034/14301 202/16048/14314</w:t>
        <w:br/>
        <w:t>f 95/15947/14238 96/15946/14238 212/16061/14325</w:t>
        <w:br/>
        <w:t>f 93/15943/14235 92/15940/14232 213/16062/14326</w:t>
        <w:br/>
        <w:t>f 93/15943/14235 91/15941/14233 92/15940/14232</w:t>
        <w:br/>
        <w:t>f 52/15901/14201 215/16063/14327 214/16064/14327</w:t>
        <w:br/>
        <w:t>f 51/15902/14202 52/15901/14201 214/16064/14327</w:t>
        <w:br/>
        <w:t>f 99/15951/14242 217/16065/14328 216/16066/14329</w:t>
        <w:br/>
        <w:t>f 102/15948/14239 99/15951/14242 216/16066/14329</w:t>
        <w:br/>
        <w:t>f 218/16067/14330 54/15903/14203 51/15902/14202</w:t>
        <w:br/>
        <w:t>f 107/15958/14249 218/16067/14330 51/15902/14202</w:t>
        <w:br/>
        <w:t>f 220/16068/14331 219/16069/14332 54/15903/14203</w:t>
        <w:br/>
        <w:t>f 218/16067/14330 220/16068/14331 54/15903/14203</w:t>
        <w:br/>
        <w:t>f 58/15907/14207 222/16070/14333 221/16071/14333</w:t>
        <w:br/>
        <w:t>f 223/16072/14334 118/15964/14254 115/15967/14256</w:t>
        <w:br/>
        <w:t>f 224/16073/14334 223/16072/14334 115/15967/14256</w:t>
        <w:br/>
        <w:t>f 121/15969/14258 226/16074/14335 225/16075/14335</w:t>
        <w:br/>
        <w:t>f 120/15970/14258 121/15969/14258 225/16075/14335</w:t>
        <w:br/>
        <w:t>f 125/15977/14262 225/16075/14335 226/16074/14335</w:t>
        <w:br/>
        <w:t>f 128/15974/14262 125/15977/14262 226/16074/14335</w:t>
        <w:br/>
        <w:t>f 59/15906/14206 57/15908/14208 61/15910/14210</w:t>
        <w:br/>
        <w:t>f 62/15909/14209 59/15906/14206 61/15910/14210</w:t>
        <w:br/>
        <w:t>f 58/15907/14207 119/15971/14336 57/15908/14208</w:t>
        <w:br/>
        <w:t>f 228/16076/14337 227/16077/14338 97/15945/14237</w:t>
        <w:br/>
        <w:t>f 98/15944/14236 228/16076/14337 97/15945/14237</w:t>
        <w:br/>
        <w:t>f 204/16053/14317 203/16052/14316 211/16060/14324</w:t>
        <w:br/>
        <w:t>f 186/16034/14301 204/16053/14317 211/16060/14324</w:t>
        <w:br/>
        <w:t>f 178/16026/14296 185/16035/14303 229/16078/14339</w:t>
        <w:br/>
        <w:t>f 177/16027/14296 178/16026/14296 229/16078/14339</w:t>
        <w:br/>
        <w:t>f 179/16029/14297 180/16028/14297 183/16031/14298</w:t>
        <w:br/>
        <w:t>f 184/16030/14298 179/16029/14297 183/16031/14298</w:t>
        <w:br/>
        <w:t>f 231/16079/14340 214/16064/14327 215/16063/14327</w:t>
        <w:br/>
        <w:t>f 230/16080/14341 231/16079/14340 215/16063/14327</w:t>
        <w:br/>
        <w:t>f 234/16081/14342 233/16082/14343 232/16083/14343</w:t>
        <w:br/>
        <w:t>f 230/16080/14341 234/16081/14342 232/16083/14343</w:t>
        <w:br/>
        <w:t>f 235/16084/14344 108/15957/14248 109/15956/14247</w:t>
        <w:br/>
        <w:t>f 236/16085/14344 235/16084/14344 109/15956/14247</w:t>
        <w:br/>
        <w:t>f 105/15953/14244 231/16079/14340 230/16080/14341</w:t>
        <w:br/>
        <w:t>f 104/15954/14245 105/15953/14244 230/16080/14341</w:t>
        <w:br/>
        <w:t>f 217/16065/14328 234/16081/14342 230/16080/14341</w:t>
        <w:br/>
        <w:t>f 216/16066/14329 217/16065/14328 230/16080/14341</w:t>
        <w:br/>
        <w:t>f 105/15953/14244 106/15952/14243 235/16084/14344</w:t>
        <w:br/>
        <w:t>f 236/16085/14344 105/15953/14244 235/16084/14344</w:t>
        <w:br/>
        <w:t>f 191/16041/14306 204/16053/14317 237/16086/14345</w:t>
        <w:br/>
        <w:t>f 198/16047/14313 194/16046/14312 238/16087/14346</w:t>
        <w:br/>
        <w:t>f 209/16058/14322 194/16046/14312 198/16047/14313</w:t>
        <w:br/>
        <w:t>f 228/16076/14337 111/15962/14253 112/15961/14252</w:t>
        <w:br/>
        <w:t>f 227/16077/14338 228/16076/14337 112/15961/14252</w:t>
        <w:br/>
        <w:t>f 8650/16088/14347 8649/16089/14348 8648/16090/14349</w:t>
        <w:br/>
        <w:t>f 8651/16091/14350 8650/16088/14347 8648/16090/14349</w:t>
        <w:br/>
        <w:t>f 8654/16092/14351 8653/16093/14352 8652/16094/14351</w:t>
        <w:br/>
        <w:t>f 8656/16095/14353 8655/16096/14353 8654/16092/14351</w:t>
        <w:br/>
        <w:t>f 8652/16094/14351 8656/16095/14353 8654/16092/14351</w:t>
        <w:br/>
        <w:t>f 8650/16088/14347 8657/16097/14354 8649/16089/14348</w:t>
        <w:br/>
        <w:t>f 8660/16098/14355 8659/16099/14356 8658/16100/14357</w:t>
        <w:br/>
        <w:t>f 8661/16101/14358 8660/16098/14355 8658/16100/14357</w:t>
        <w:br/>
        <w:t>f 8665/16102/14359 8664/16103/14360 8663/16104/14361</w:t>
        <w:br/>
        <w:t>f 8662/16105/14362 8665/16102/14359 8663/16104/14361</w:t>
        <w:br/>
        <w:t>f 8663/16104/14361 8667/16106/14363 8666/16107/14364</w:t>
        <w:br/>
        <w:t>f 8662/16105/14362 8663/16104/14361 8666/16107/14364</w:t>
        <w:br/>
        <w:t>f 8669/16108/14365 8668/16109/14366 8660/16098/14355</w:t>
        <w:br/>
        <w:t>f 8661/16101/14358 8669/16108/14365 8660/16098/14355</w:t>
        <w:br/>
        <w:t>f 8667/16106/14363 8671/16110/14367 8670/16111/14368</w:t>
        <w:br/>
        <w:t>f 8666/16107/14364 8667/16106/14363 8670/16111/14368</w:t>
        <w:br/>
        <w:t>f 8673/16112/14369 8672/16113/14370 8668/16109/14366</w:t>
        <w:br/>
        <w:t>f 8669/16108/14365 8673/16112/14369 8668/16109/14366</w:t>
        <w:br/>
        <w:t>f 8671/16110/14367 8675/16114/14371 8674/16115/14372</w:t>
        <w:br/>
        <w:t>f 8670/16111/14368 8671/16110/14367 8674/16115/14372</w:t>
        <w:br/>
        <w:t>f 8677/16116/14373 8676/16117/14374 8672/16113/14370</w:t>
        <w:br/>
        <w:t>f 8673/16112/14369 8677/16116/14373 8672/16113/14370</w:t>
        <w:br/>
        <w:t>f 8675/16114/14371 8678/16118/14375 8674/16115/14372</w:t>
        <w:br/>
        <w:t>f 8680/16119/14376 8679/16120/14377 8676/16117/14374</w:t>
        <w:br/>
        <w:t>f 8683/16121/14378 8682/16122/14379 8681/16123/14380</w:t>
        <w:br/>
        <w:t>f 8684/16124/14381 8683/16121/14378 8681/16123/14380</w:t>
        <w:br/>
        <w:t>f 8664/16103/14360 8685/16125/14382 8648/16090/14349</w:t>
        <w:br/>
        <w:t>f 8659/16099/14356 8686/16126/14383 8658/16100/14357</w:t>
        <w:br/>
        <w:t>f 8649/16089/14348 8657/16097/14354 8686/16126/14383</w:t>
        <w:br/>
        <w:t>f 8648/16090/14349 8685/16125/14382 8653/16093/14384</w:t>
        <w:br/>
        <w:t>f 8678/16118/14375 8688/16127/14385 8687/16128/14386</w:t>
        <w:br/>
        <w:t>f 8689/16129/14387 8679/16120/14377 8680/16119/14376</w:t>
        <w:br/>
        <w:t>f 8679/16120/14377 8691/16130/14388 8690/16131/14388</w:t>
        <w:br/>
        <w:t>f 8688/16127/14385 8679/16120/14377 8690/16131/14388</w:t>
        <w:br/>
        <w:t>f 8687/16128/14386 8688/16127/14385 8683/16121/14378</w:t>
        <w:br/>
        <w:t>f 8681/16123/14380 8682/16122/14379 8689/16129/14387</w:t>
        <w:br/>
        <w:t>f 8659/16099/14356 8660/16098/14355 8663/16104/14361</w:t>
        <w:br/>
        <w:t>f 8664/16103/14360 8659/16099/14356 8663/16104/14361</w:t>
        <w:br/>
        <w:t>f 8693/16132/14389 8663/16104/14361 8692/16133/14390</w:t>
        <w:br/>
        <w:t>f 8660/16098/14355 8692/16133/14390 8663/16104/14361</w:t>
        <w:br/>
        <w:t>f 8694/16134/14391 8693/16132/14389 8692/16133/14390</w:t>
        <w:br/>
        <w:t>f 8668/16109/14366 8672/16113/14370 8692/16133/14390</w:t>
        <w:br/>
        <w:t>f 8675/16114/14371 8671/16110/14367 8672/16113/14370</w:t>
        <w:br/>
        <w:t>f 8676/16117/14374 8675/16114/14371 8672/16113/14370</w:t>
        <w:br/>
        <w:t>f 8688/16127/14385 8675/16114/14371 8676/16117/14374</w:t>
        <w:br/>
        <w:t>f 8679/16120/14377 8688/16127/14385 8676/16117/14374</w:t>
        <w:br/>
        <w:t>f 8664/16103/14360 8648/16090/14349 8649/16089/14348</w:t>
        <w:br/>
        <w:t>f 8659/16099/14356 8664/16103/14360 8649/16089/14348</w:t>
        <w:br/>
        <w:t>f 8692/16133/14390 8672/16113/14370 8671/16110/14367</w:t>
        <w:br/>
        <w:t>f 8660/16098/14355 8668/16109/14366 8692/16133/14390</w:t>
        <w:br/>
        <w:t>f 8687/16128/14386 8683/16121/14378 8684/16124/14381</w:t>
        <w:br/>
        <w:t>f 8689/16129/14387 8682/16122/14379 8679/16120/14377</w:t>
        <w:br/>
        <w:t>f 8675/16114/14371 8688/16127/14385 8678/16118/14375</w:t>
        <w:br/>
        <w:t>f 8680/16119/14376 8676/16117/14374 8677/16116/14373</w:t>
        <w:br/>
        <w:t>f 8648/16090/14349 8653/16093/14384 8651/16091/14350</w:t>
        <w:br/>
        <w:t>f 8655/16096/14353 8656/16095/14353 8657/16097/14354</w:t>
        <w:br/>
        <w:t>f 8649/16089/14348 8686/16126/14383 8659/16099/14356</w:t>
        <w:br/>
        <w:t>f 8664/16103/14360 8665/16102/14359 8685/16125/14382</w:t>
        <w:br/>
        <w:t>f 9189/16135/14392 9188/16136/14392 9187/16137/14393</w:t>
        <w:br/>
        <w:t>f 9190/16138/14392 9189/16135/14392 9187/16137/14393</w:t>
        <w:br/>
        <w:t>f 9194/16139/14394 9193/16140/14395 9192/16141/14396</w:t>
        <w:br/>
        <w:t>f 9191/16142/14397 9194/16139/14394 9192/16141/14396</w:t>
        <w:br/>
        <w:t>f 9197/16143/14398 9196/16144/14398 9195/16145/14399</w:t>
        <w:br/>
        <w:t>f 9198/16146/14400 9197/16143/14398 9195/16145/14399</w:t>
        <w:br/>
        <w:t>f 9201/16147/14401 9200/16148/14401 9199/16149/14402</w:t>
        <w:br/>
        <w:t>f 9202/16150/14403 9201/16147/14401 9199/16149/14402</w:t>
        <w:br/>
        <w:t>f 9203/16151/14404 9202/16150/14403 9199/16149/14402</w:t>
        <w:br/>
        <w:t>f 9203/16151/14404 9205/16152/14405 9204/16153/14406</w:t>
        <w:br/>
        <w:t>f 9209/16154/14407 9208/16155/14407 9207/16156/14408</w:t>
        <w:br/>
        <w:t>f 9206/16157/14408 9209/16154/14407 9207/16156/14408</w:t>
        <w:br/>
        <w:t>f 9211/16158/14409 9210/16159/14410 9208/16155/14407</w:t>
        <w:br/>
        <w:t>f 9209/16154/14407 9211/16158/14409 9208/16155/14407</w:t>
        <w:br/>
        <w:t>f 9210/16159/14410 9211/16158/14409 9198/16146/14400</w:t>
        <w:br/>
        <w:t>f 9195/16145/14399 9210/16159/14410 9198/16146/14400</w:t>
        <w:br/>
        <w:t>f 9191/16142/14397 9212/16160/14411 9194/16139/14394</w:t>
        <w:br/>
        <w:t>f 9215/16161/14412 9214/16162/14412 9213/16163/14412</w:t>
        <w:br/>
        <w:t>f 9218/16164/14413 9217/16165/14414 9216/16166/14415</w:t>
        <w:br/>
        <w:t>f 9222/16167/14416 9221/16168/14417 9220/16169/14418</w:t>
        <w:br/>
        <w:t>f 9219/16170/14416 9222/16167/14416 9220/16169/14418</w:t>
        <w:br/>
        <w:t>f 9224/16171/14419 9204/16153/14406 9223/16172/14420</w:t>
        <w:br/>
        <w:t>f 9227/16173/14421 9226/16174/14422 9225/16175/14423</w:t>
        <w:br/>
        <w:t>f 9228/16176/14424 9227/16173/14421 9225/16175/14423</w:t>
        <w:br/>
        <w:t>f 9227/16173/14421 9228/16176/14424 9229/16177/14425</w:t>
        <w:br/>
        <w:t>f 9230/16178/14426 9227/16173/14421 9229/16177/14425</w:t>
        <w:br/>
        <w:t>f 9222/16167/14416 9219/16170/14416 9231/16179/14427</w:t>
        <w:br/>
        <w:t>f 9234/16180/14426 9233/16181/14428 9232/16182/14428</w:t>
        <w:br/>
        <w:t>f 9235/16183/14429 9234/16180/14426 9232/16182/14428</w:t>
        <w:br/>
        <w:t>f 9224/16171/14419 9202/16150/14403 9203/16151/14404</w:t>
        <w:br/>
        <w:t>f 9204/16153/14406 9224/16171/14419 9203/16151/14404</w:t>
        <w:br/>
        <w:t>f 9218/16164/14413 9216/16166/14415 9212/16160/14411</w:t>
        <w:br/>
        <w:t>f 9191/16142/14397 9218/16164/14413 9212/16160/14411</w:t>
        <w:br/>
        <w:t>f 9216/16166/14415 9236/16184/14430 9212/16160/14411</w:t>
        <w:br/>
        <w:t>f 10528/16185/14431 10527/16186/14432 10526/16187/14432</w:t>
        <w:br/>
        <w:t>f 10525/16188/14431 10528/16185/14431 10526/16187/14432</w:t>
        <w:br/>
        <w:t>f 10530/16189/14433 10526/16187/14432 10527/16186/14432</w:t>
        <w:br/>
        <w:t>f 10529/16190/9240 10530/16189/14433 10527/16186/14432</w:t>
        <w:br/>
        <w:t>f 10529/16190/9240 10532/16191/14434 10531/16192/14434</w:t>
        <w:br/>
        <w:t>f 10530/16189/14433 10529/16190/9240 10531/16192/14434</w:t>
        <w:br/>
        <w:t>f 10533/16193/9314 10531/16192/14434 10532/16191/14434</w:t>
        <w:br/>
        <w:t>f 10534/16194/14435 10533/16193/9314 10532/16191/14434</w:t>
        <w:br/>
        <w:t>f 10534/16194/14435 10536/16195/9237 10535/16196/9312</w:t>
        <w:br/>
        <w:t>f 10533/16193/9314 10534/16194/14435 10535/16196/9312</w:t>
        <w:br/>
        <w:t>f 10535/16196/9312 10536/16195/9237 10538/16197/14436</w:t>
        <w:br/>
        <w:t>f 10537/16198/14437 10535/16196/9312 10538/16197/14436</w:t>
        <w:br/>
        <w:t>f 10538/16197/14436 10540/16199/9110 10539/16200/9106</w:t>
        <w:br/>
        <w:t>f 10537/16198/14437 10538/16197/14436 10539/16200/9106</w:t>
        <w:br/>
        <w:t>f 10543/16201/14438 10542/16202/14438 10541/16203/9218</w:t>
        <w:br/>
        <w:t>f 10544/16204/9109 10543/16201/14438 10541/16203/9218</w:t>
        <w:br/>
        <w:t>f 10542/16202/14438 10543/16201/14438 10545/16205/14439</w:t>
        <w:br/>
        <w:t>f 10546/16206/14440 10542/16202/14438 10545/16205/14439</w:t>
        <w:br/>
        <w:t>f 10546/16206/14440 10545/16205/14439 10548/16207/14441</w:t>
        <w:br/>
        <w:t>f 10547/16208/14441 10546/16206/14440 10548/16207/14441</w:t>
        <w:br/>
        <w:t>f 10551/16209/14442 10550/16210/14443 10549/16211/14443</w:t>
        <w:br/>
        <w:t>f 10552/16212/14442 10551/16209/14442 10549/16211/14443</w:t>
        <w:br/>
        <w:t>f 10556/16213/14444 10555/16214/14444 10554/16215/14445</w:t>
        <w:br/>
        <w:t>f 10553/16216/14445 10556/16213/14444 10554/16215/14445</w:t>
        <w:br/>
        <w:t>f 10557/16217/14446 10555/16214/14444 10556/16213/14444</w:t>
        <w:br/>
        <w:t>f 10559/16218/14447 10558/16219/14447 10557/16217/14448</w:t>
        <w:br/>
        <w:t>f 10562/16220/14449 10561/16221/14450 10560/16222/14449</w:t>
        <w:br/>
        <w:t>f 10565/16223/14451 10564/16224/14451 10563/16225/14452</w:t>
        <w:br/>
        <w:t>f 10562/16220/14449 10560/16222/14449 10566/16226/14453</w:t>
        <w:br/>
        <w:t>f 10565/16223/14451 10567/16227/14454 10564/16224/14451</w:t>
        <w:br/>
        <w:t>f 10569/16228/14455 10566/16226/14456 10568/16229/14455</w:t>
        <w:br/>
        <w:t>f 10572/16230/14457 10571/16231/14458 10570/16232/14459</w:t>
        <w:br/>
        <w:t>f 10573/16233/14460 10572/16230/14457 10570/16232/14459</w:t>
        <w:br/>
        <w:t>f 10540/16199/9110 10544/16204/9109 10541/16203/9218</w:t>
        <w:br/>
        <w:t>f 10539/16200/9106 10540/16199/9110 10541/16203/9218</w:t>
        <w:br/>
        <w:t>f 10574/16234/14461 10558/16219/14447 10559/16218/14447</w:t>
        <w:br/>
        <w:t>f 10576/16235/14462 10575/16236/14462 10567/16227/14463</w:t>
        <w:br/>
        <w:t>f 10579/16237/14464 10578/16238/14465 10577/16239/14466</w:t>
        <w:br/>
        <w:t>f 10577/16239/14466 10580/16240/14467 10579/16237/14464</w:t>
        <w:br/>
        <w:t>f 10583/16241/14468 10582/16242/14469 10581/16243/14470</w:t>
        <w:br/>
        <w:t>f 10581/16243/14470 10584/16244/14471 10583/16241/14468</w:t>
        <w:br/>
        <w:t>f 10582/16242/14472 10549/16211/14443 10550/16210/14443</w:t>
        <w:br/>
        <w:t>f 10588/16245/14431 10587/16246/14431 10586/16247/14473</w:t>
        <w:br/>
        <w:t>f 10585/16248/14473 10588/16245/14431 10586/16247/14473</w:t>
        <w:br/>
        <w:t>f 10590/16249/14474 10589/16250/8803 10585/16248/14473</w:t>
        <w:br/>
        <w:t>f 10586/16247/14473 10590/16249/14474 10585/16248/14473</w:t>
        <w:br/>
        <w:t>f 10592/16251/14475 10591/16252/14475 10589/16250/8803</w:t>
        <w:br/>
        <w:t>f 10590/16249/14474 10592/16251/14475 10589/16250/8803</w:t>
        <w:br/>
        <w:t>f 10591/16252/14475 10592/16251/14475 10593/16253/8897</w:t>
        <w:br/>
        <w:t>f 10594/16254/8801 10591/16252/14475 10593/16253/8897</w:t>
        <w:br/>
        <w:t>f 10596/16255/8894 10595/16256/8800 10594/16254/8801</w:t>
        <w:br/>
        <w:t>f 10593/16253/8897 10596/16255/8894 10594/16254/8801</w:t>
        <w:br/>
        <w:t>f 10596/16255/8894 10598/16257/14476 10597/16258/14476</w:t>
        <w:br/>
        <w:t>f 10595/16256/8800 10596/16255/8894 10597/16258/14476</w:t>
        <w:br/>
        <w:t>f 10600/16259/8659 10599/16260/8663 10597/16258/14476</w:t>
        <w:br/>
        <w:t>f 10598/16257/14476 10600/16259/8659 10597/16258/14476</w:t>
        <w:br/>
        <w:t>f 10603/16261/14477 10602/16262/14478 10601/16263/14478</w:t>
        <w:br/>
        <w:t>f 10604/16264/8664 10603/16261/14477 10601/16263/14478</w:t>
        <w:br/>
        <w:t>f 10605/16265/14479 10601/16263/14478 10602/16262/14478</w:t>
        <w:br/>
        <w:t>f 10606/16266/14479 10605/16265/14479 10602/16262/14478</w:t>
        <w:br/>
        <w:t>f 10606/16266/14479 10608/16267/14441 10607/16268/14441</w:t>
        <w:br/>
        <w:t>f 10605/16265/14479 10606/16266/14479 10607/16268/14441</w:t>
        <w:br/>
        <w:t>f 10611/16269/14480 10610/16270/14480 10609/16271/14442</w:t>
        <w:br/>
        <w:t>f 10612/16272/14442 10611/16269/14480 10609/16271/14442</w:t>
        <w:br/>
        <w:t>f 10616/16273/14481 10615/16274/14445 10614/16275/14445</w:t>
        <w:br/>
        <w:t>f 10613/16276/14481 10616/16273/14481 10614/16275/14445</w:t>
        <w:br/>
        <w:t>f 10617/16277/14482 10616/16273/14481 10613/16276/14481</w:t>
        <w:br/>
        <w:t>f 10619/16278/14483 10617/16277/14484 10618/16279/14485</w:t>
        <w:br/>
        <w:t>f 10622/16280/14486 10621/16281/14486 10620/16282/14487</w:t>
        <w:br/>
        <w:t>f 10625/16283/14488 10624/16284/14489 10623/16285/14488</w:t>
        <w:br/>
        <w:t>f 10622/16280/14486 10626/16286/14490 10621/16281/14486</w:t>
        <w:br/>
        <w:t>f 10625/16283/14488 10623/16285/14488 10627/16287/14491</w:t>
        <w:br/>
        <w:t>f 10629/16288/14492 10628/16289/14492 10626/16286/14493</w:t>
        <w:br/>
        <w:t>f 10632/16290/14494 10631/16291/14495 10630/16292/14496</w:t>
        <w:br/>
        <w:t>f 10633/16293/14497 10631/16291/14495 10632/16290/14494</w:t>
        <w:br/>
        <w:t>f 10603/16261/14477 10604/16264/8664 10599/16260/8663</w:t>
        <w:br/>
        <w:t>f 10600/16259/8659 10603/16261/14477 10599/16260/8663</w:t>
        <w:br/>
        <w:t>f 10634/16294/14498 10619/16278/14483 10618/16279/14485</w:t>
        <w:br/>
        <w:t>f 10636/16295/14462 10627/16287/14499 10635/16296/14462</w:t>
        <w:br/>
        <w:t>f 10639/16297/14500 10638/16298/14500 10637/16299/14501</w:t>
        <w:br/>
        <w:t>f 10638/16298/14500 10639/16297/14500 10640/16300/14502</w:t>
        <w:br/>
        <w:t>f 10643/16301/14503 10642/16302/14503 10641/16303/14504</w:t>
        <w:br/>
        <w:t>f 10642/16302/14503 10643/16301/14503 10644/16304/14505</w:t>
        <w:br/>
        <w:t>f 10641/16303/14506 10610/16270/14480 10611/16269/14480</w:t>
        <w:br/>
        <w:t>f 15862/16305/14507 15861/16306/14508 15860/16307/14509</w:t>
        <w:br/>
        <w:t>f 15865/16308/14510 15864/16309/14510 15863/16310/14186</w:t>
        <w:br/>
        <w:t>f 15866/16311/14186 15865/16308/14510 15863/16310/14186</w:t>
        <w:br/>
        <w:t>f 15870/16312/14511 15869/16313/14512 15868/16314/14512</w:t>
        <w:br/>
        <w:t>f 15867/16315/14513 15870/16312/14511 15868/16314/14512</w:t>
        <w:br/>
        <w:t>f 15872/16316/14186 15866/16311/14186 15863/16310/14186</w:t>
        <w:br/>
        <w:t>f 15871/16317/14514 15872/16316/14186 15863/16310/14186</w:t>
        <w:br/>
        <w:t>f 15874/16318/14511 15873/16319/14515 15868/16314/14512</w:t>
        <w:br/>
        <w:t>f 15869/16313/14512 15874/16318/14511 15868/16314/14512</w:t>
        <w:br/>
        <w:t>f 15876/16320/14516 15875/16321/14517 15862/16305/14507</w:t>
        <w:br/>
        <w:t>f 15877/16322/14518 15861/16306/14508 15862/16305/14507</w:t>
        <w:br/>
        <w:t>f 15878/16323/14519 15862/16305/14507 15860/16307/14509</w:t>
        <w:br/>
        <w:t>f 15878/16323/14519 15876/16320/14516 15862/16305/14507</w:t>
        <w:br/>
        <w:t>f 15880/16324/14520 15860/16307/14509 15879/16325/14521</w:t>
        <w:br/>
        <w:t>f 15881/16326/14186 15864/16309/14510 15865/16308/14510</w:t>
        <w:br/>
        <w:t>f 15882/16327/14186 15881/16326/14186 15865/16308/14510</w:t>
        <w:br/>
        <w:t>f 15870/16312/14511 15867/16315/14513 15884/16328/14512</w:t>
        <w:br/>
        <w:t>f 15883/16329/14512 15870/16312/14511 15884/16328/14512</w:t>
        <w:br/>
        <w:t>f 15886/16330/14522 15885/16331/14523 15881/16326/14186</w:t>
        <w:br/>
        <w:t>f 15882/16327/14186 15886/16330/14522 15881/16326/14186</w:t>
        <w:br/>
        <w:t>f 15884/16328/14512 15888/16332/14524 15887/16333/14511</w:t>
        <w:br/>
        <w:t>f 15883/16329/14512 15884/16328/14512 15887/16333/14511</w:t>
        <w:br/>
        <w:t>f 15890/16334/14525 15880/16324/14520 15889/16335/14526</w:t>
        <w:br/>
        <w:t>f 15891/16336/14527 15880/16324/14520 15879/16325/14521</w:t>
        <w:br/>
        <w:t>f 15878/16323/14519 15860/16307/14509 15880/16324/14520</w:t>
        <w:br/>
        <w:t>f 15878/16323/14519 15880/16324/14520 15890/16334/14525</w:t>
        <w:br/>
        <w:t>f 16027/16337/14528 16026/16338/14529 16025/16339/14529</w:t>
        <w:br/>
        <w:t>f 16028/16340/14530 16027/16337/14528 16025/16339/14529</w:t>
        <w:br/>
        <w:t>f 16031/16341/14531 16030/16342/14532 16029/16343/14533</w:t>
        <w:br/>
        <w:t>f 16032/16344/14534 16031/16341/14531 16029/16343/14533</w:t>
        <w:br/>
        <w:t>f 16034/16345/14535 16036/16346/14536 16035/16347/14537</w:t>
        <w:br/>
        <w:t>f 16033/16348/14538 16036/16346/14536 16034/16345/14535</w:t>
        <w:br/>
        <w:t>f 16033/16348/14538 16037/16349/14539 16036/16346/14536</w:t>
        <w:br/>
        <w:t>f 16041/16350/14186 16040/16351/14540 16039/16352/14540</w:t>
        <w:br/>
        <w:t>f 16038/16353/14186 16041/16350/14186 16039/16352/14540</w:t>
        <w:br/>
        <w:t>f 16043/16354/14541 16042/16355/14541 16039/16352/14540</w:t>
        <w:br/>
        <w:t>f 16040/16351/14540 16043/16354/14541 16039/16352/14540</w:t>
        <w:br/>
        <w:t>f 16043/16354/14541 16045/16356/14542 16044/16357/14542</w:t>
        <w:br/>
        <w:t>f 16042/16355/14541 16043/16354/14541 16044/16357/14542</w:t>
        <w:br/>
        <w:t>f 16045/16356/14542 16047/16358/14543 16046/16359/14543</w:t>
        <w:br/>
        <w:t>f 16044/16357/14542 16045/16356/14542 16046/16359/14543</w:t>
        <w:br/>
        <w:t>f 16047/16358/14543 16049/16360/14544 16048/16361/14545</w:t>
        <w:br/>
        <w:t>f 16046/16359/14543 16047/16358/14543 16048/16361/14545</w:t>
        <w:br/>
        <w:t>f 16048/16361/14545 16049/16360/14544 16051/16362/14546</w:t>
        <w:br/>
        <w:t>f 16050/16363/14546 16048/16361/14545 16051/16362/14546</w:t>
        <w:br/>
        <w:t>f 16051/16362/14546 16053/16364/14547 16052/16365/14548</w:t>
        <w:br/>
        <w:t>f 16050/16363/14546 16051/16362/14546 16052/16365/14548</w:t>
        <w:br/>
        <w:t>f 16056/16366/14511 16055/16367/14511 16054/16368/14549</w:t>
        <w:br/>
        <w:t>f 16057/16369/14549 16056/16366/14511 16054/16368/14549</w:t>
        <w:br/>
        <w:t>f 16058/16370/14511 16057/16369/14549 16054/16368/14549</w:t>
        <w:br/>
        <w:t>f 16059/16371/14511 16058/16370/14511 16054/16368/14549</w:t>
        <w:br/>
        <w:t>f 16053/16364/14547 16061/16372/14550 16060/16373/14551</w:t>
        <w:br/>
        <w:t>f 16052/16365/14548 16053/16364/14547 16060/16373/14551</w:t>
        <w:br/>
        <w:t>f 16062/16374/14552 16058/16370/14511 16059/16371/14511</w:t>
        <w:br/>
        <w:t>f 16063/16375/14513 16062/16374/14552 16059/16371/14511</w:t>
        <w:br/>
        <w:t>f 16060/16373/14551 16061/16372/14550 16065/16376/14553</w:t>
        <w:br/>
        <w:t>f 16064/16377/14554 16060/16373/14551 16065/16376/14553</w:t>
        <w:br/>
        <w:t>f 16067/16378/14524 16063/16375/14513 16066/16379/14511</w:t>
        <w:br/>
        <w:t>f 16069/16380/14555 16068/16381/14555 16031/16341/14531</w:t>
        <w:br/>
        <w:t>f 16032/16344/14534 16069/16380/14555 16031/16341/14531</w:t>
        <w:br/>
        <w:t>f 16071/16382/14511 16070/16383/14511 16055/16367/14511</w:t>
        <w:br/>
        <w:t>f 16056/16366/14511 16071/16382/14511 16055/16367/14511</w:t>
        <w:br/>
        <w:t>f 16072/16384/14556 16068/16381/14555 16069/16380/14555</w:t>
        <w:br/>
        <w:t>f 16073/16385/14557 16072/16384/14556 16069/16380/14555</w:t>
        <w:br/>
        <w:t>f 16075/16386/14511 16074/16387/14511 16070/16383/14511</w:t>
        <w:br/>
        <w:t>f 16071/16382/14511 16075/16386/14511 16070/16383/14511</w:t>
        <w:br/>
        <w:t>f 16076/16388/14558 16072/16384/14556 16073/16385/14557</w:t>
        <w:br/>
        <w:t>f 16077/16389/14558 16076/16388/14558 16073/16385/14557</w:t>
        <w:br/>
        <w:t>f 16079/16390/14511 16078/16391/14511 16074/16387/14511</w:t>
        <w:br/>
        <w:t>f 16075/16386/14511 16079/16390/14511 16074/16387/14511</w:t>
        <w:br/>
        <w:t>f 16080/16392/14559 16076/16388/14558 16077/16389/14558</w:t>
        <w:br/>
        <w:t>f 16081/16393/14559 16080/16392/14559 16077/16389/14558</w:t>
        <w:br/>
        <w:t>f 16083/16394/14511 16082/16395/14511 16078/16391/14511</w:t>
        <w:br/>
        <w:t>f 16079/16390/14511 16083/16394/14511 16078/16391/14511</w:t>
        <w:br/>
        <w:t>f 16027/16337/14528 16028/16340/14530 16080/16392/14559</w:t>
        <w:br/>
        <w:t>f 16081/16393/14559 16027/16337/14528 16080/16392/14559</w:t>
        <w:br/>
        <w:t>f 16083/16394/14511 16085/16396/14511 16084/16397/14511</w:t>
        <w:br/>
        <w:t>f 16082/16395/14511 16083/16394/14511 16084/16397/14511</w:t>
        <w:br/>
        <w:t>f 16087/16398/14511 16086/16399/14511 16084/16397/14511</w:t>
        <w:br/>
        <w:t>f 16085/16396/14511 16087/16398/14511 16084/16397/14511</w:t>
        <w:br/>
        <w:t>f 16093/16400/14530 16092/16401/14529 16091/16402/14529</w:t>
        <w:br/>
        <w:t>f 16094/16403/14528 16093/16400/14530 16091/16402/14529</w:t>
        <w:br/>
        <w:t>f 16094/16403/14528 16096/16404/14560 16095/16405/14561</w:t>
        <w:br/>
        <w:t>f 16093/16400/14530 16094/16403/14528 16095/16405/14561</w:t>
        <w:br/>
        <w:t>f 16096/16404/14560 16098/16406/14562 16097/16407/14563</w:t>
        <w:br/>
        <w:t>f 16095/16405/14561 16096/16404/14560 16097/16407/14563</w:t>
        <w:br/>
        <w:t>f 16098/16406/14562 16100/16408/14564 16099/16409/14565</w:t>
        <w:br/>
        <w:t>f 16097/16407/14563 16098/16406/14562 16099/16409/14565</w:t>
        <w:br/>
        <w:t>f 16099/16409/14565 16100/16408/14564 16102/16410/14555</w:t>
        <w:br/>
        <w:t>f 16101/16411/14555 16099/16409/14565 16102/16410/14555</w:t>
        <w:br/>
        <w:t>f 16104/16412/14531 16101/16411/14555 16102/16410/14555</w:t>
        <w:br/>
        <w:t>f 16103/16413/14534 16104/16412/14531 16102/16410/14555</w:t>
        <w:br/>
        <w:t>f 16104/16412/14531 16103/16413/14534 16106/16414/14566</w:t>
        <w:br/>
        <w:t>f 16105/16415/14567 16104/16412/14531 16106/16414/14566</w:t>
        <w:br/>
        <w:t>f 16105/16415/14567 16108/16416/14568 16107/16417/14569</w:t>
        <w:br/>
        <w:t>f 16029/16343/14533 16110/16418/14570 16109/16419/14571</w:t>
        <w:br/>
        <w:t>f 16110/16418/14570 16029/16343/14533 16030/16342/14532</w:t>
        <w:br/>
        <w:t>f 16111/16420/14572 16110/16418/14570 16030/16342/14532</w:t>
        <w:br/>
        <w:t>f 16037/16349/14539 16029/16343/14533 16109/16419/14571</w:t>
        <w:br/>
        <w:t>f 16112/16421/14573 16037/16349/14539 16109/16419/14571</w:t>
        <w:br/>
        <w:t>f 16037/16349/14539 16112/16421/14573 16036/16346/14536</w:t>
        <w:br/>
        <w:t>f 16113/16422/14574 16115/16423/14575 16114/16424/14576</w:t>
        <w:br/>
        <w:t>f 16117/16425/14574 16115/16423/14575 16113/16422/14574</w:t>
        <w:br/>
        <w:t>f 16117/16425/14574 16116/16426/14574 16115/16423/14575</w:t>
        <w:br/>
        <w:t>f 16118/16427/14577 16114/16424/14576 16115/16423/14575</w:t>
        <w:br/>
        <w:t>f 16119/16428/14578 16106/16414/14566 16114/16424/14576</w:t>
        <w:br/>
        <w:t>f 16118/16427/14577 16119/16428/14578 16114/16424/14576</w:t>
        <w:br/>
        <w:t>f 16108/16416/14568 16105/16415/14567 16106/16414/14566</w:t>
        <w:br/>
        <w:t>f 16119/16428/14578 16108/16416/14568 16106/16414/14566</w:t>
        <w:br/>
        <w:t>f 16064/16377/14554 16065/16376/14553 16128/16429/14579</w:t>
        <w:br/>
        <w:t>f 16127/16430/14510 16064/16377/14554 16128/16429/14579</w:t>
        <w:br/>
        <w:t>f 16136/16431/14559 16135/16432/14559 16134/16433/14530</w:t>
        <w:br/>
        <w:t>f 16133/16434/14530 16136/16431/14559 16134/16433/14530</w:t>
        <w:br/>
        <w:t>f 16139/16435/14580 16138/16436/14581 16137/16437/14582</w:t>
        <w:br/>
        <w:t>f 16140/16438/14580 16139/16435/14580 16137/16437/14582</w:t>
        <w:br/>
        <w:t>f 16143/16439/14583 16142/16440/14532 16141/16441/14531</w:t>
        <w:br/>
        <w:t>f 16144/16442/14531 16143/16439/14583 16141/16441/14531</w:t>
        <w:br/>
        <w:t>f 16146/16443/14584 16145/16444/14584 16144/16442/14531</w:t>
        <w:br/>
        <w:t>f 16141/16441/14531 16146/16443/14584 16144/16442/14531</w:t>
        <w:br/>
        <w:t>f 16145/16444/14584 16146/16443/14584 16147/16445/14585</w:t>
        <w:br/>
        <w:t>f 16148/16446/14586 16145/16444/14584 16147/16445/14585</w:t>
        <w:br/>
        <w:t>f 16148/16446/14586 16147/16445/14585 16150/16447/14558</w:t>
        <w:br/>
        <w:t>f 16149/16448/14587 16148/16446/14586 16150/16447/14558</w:t>
        <w:br/>
        <w:t>f 16149/16448/14587 16150/16447/14558 16135/16432/14559</w:t>
        <w:br/>
        <w:t>f 16136/16431/14559 16149/16448/14587 16135/16432/14559</w:t>
        <w:br/>
        <w:t>f 16138/16436/14581 16152/16449/14588 16151/16450/14589</w:t>
        <w:br/>
        <w:t>f 16137/16437/14582 16138/16436/14581 16151/16450/14589</w:t>
        <w:br/>
        <w:t>f 16155/16451/14590 16154/16452/14591 16153/16453/14591</w:t>
        <w:br/>
        <w:t>f 16170/16454/14592 16169/16455/14593 16168/16456/14594</w:t>
        <w:br/>
        <w:t>f 16168/16456/14594 16171/16457/14595 16170/16454/14592</w:t>
        <w:br/>
        <w:t>f 16175/16458/14596 16174/16459/14597 16173/16460/14598</w:t>
        <w:br/>
        <w:t>f 16172/16461/14596 16175/16458/14596 16173/16460/14598</w:t>
        <w:br/>
        <w:t>f 16134/16433/14530 16177/16462/14529 16176/16463/14529</w:t>
        <w:br/>
        <w:t>f 16133/16434/14530 16134/16433/14530 16176/16463/14529</w:t>
        <w:br/>
        <w:t>f 16178/16464/14599 16142/16440/14532 16143/16439/14583</w:t>
        <w:br/>
        <w:t>f 16179/16465/14600 16178/16464/14599 16143/16439/14583</w:t>
        <w:br/>
        <w:t>f 16182/16466/14601 16181/16467/14601 16180/16468/14601</w:t>
        <w:br/>
        <w:t>f 16186/16469/14602 16185/16470/14603 16184/16471/14604</w:t>
        <w:br/>
        <w:t>f 16183/16472/14604 16186/16469/14602 16184/16471/14604</w:t>
        <w:br/>
        <w:t>f 16174/16459/14605 16188/16473/14606 16187/16474/14606</w:t>
        <w:br/>
        <w:t>f 16190/16475/14607 16185/16470/14608 16189/16476/14607</w:t>
        <w:br/>
        <w:t>f 16062/16374/14552 16063/16375/14513 16067/16378/14524</w:t>
        <w:br/>
        <w:t>f 16195/16477/14609 16194/16478/14610 16193/16479/14610</w:t>
        <w:br/>
        <w:t>f 16194/16478/14610 16196/16480/14611 16193/16479/14610</w:t>
        <w:br/>
        <w:t>f 16199/16481/14612 16198/16482/14612 16197/16483/14612</w:t>
        <w:br/>
        <w:t>f 16202/16484/14613 16201/16485/14614 16200/16486/14613</w:t>
        <w:br/>
        <w:t>f 16339/16487/14615 16338/16488/14529 16337/16489/14529</w:t>
        <w:br/>
        <w:t>f 16336/16490/14616 16339/16487/14615 16337/16489/14529</w:t>
        <w:br/>
        <w:t>f 16343/16491/14617 16342/16492/14618 16341/16493/14619</w:t>
        <w:br/>
        <w:t>f 16340/16494/14620 16343/16491/14617 16341/16493/14619</w:t>
        <w:br/>
        <w:t>f 16344/16495/14621 16346/16496/14622 16345/16497/14623</w:t>
        <w:br/>
        <w:t>f 16344/16495/14621 16347/16498/14623 16346/16496/14622</w:t>
        <w:br/>
        <w:t>f 16344/16495/14621 16348/16499/14624 16347/16498/14623</w:t>
        <w:br/>
        <w:t>f 16352/16500/14186 16351/16501/14186 16350/16502/14625</w:t>
        <w:br/>
        <w:t>f 16349/16503/14625 16352/16500/14186 16350/16502/14625</w:t>
        <w:br/>
        <w:t>f 16350/16502/14625 16354/16504/14626 16353/16505/14626</w:t>
        <w:br/>
        <w:t>f 16349/16503/14625 16350/16502/14625 16353/16505/14626</w:t>
        <w:br/>
        <w:t>f 16353/16505/14626 16354/16504/14626 16356/16506/14627</w:t>
        <w:br/>
        <w:t>f 16355/16507/14628 16353/16505/14626 16356/16506/14627</w:t>
        <w:br/>
        <w:t>f 16355/16507/14628 16356/16506/14627 16358/16508/14629</w:t>
        <w:br/>
        <w:t>f 16357/16509/14630 16355/16507/14628 16358/16508/14629</w:t>
        <w:br/>
        <w:t>f 16357/16509/14630 16358/16508/14629 16360/16510/14631</w:t>
        <w:br/>
        <w:t>f 16359/16511/14631 16357/16509/14630 16360/16510/14631</w:t>
        <w:br/>
        <w:t>f 16360/16510/14631 16362/16512/14632 16361/16513/14632</w:t>
        <w:br/>
        <w:t>f 16359/16511/14631 16360/16510/14631 16361/16513/14632</w:t>
        <w:br/>
        <w:t>f 16361/16513/14632 16362/16512/14632 16364/16514/14633</w:t>
        <w:br/>
        <w:t>f 16363/16515/14633 16361/16513/14632 16364/16514/14633</w:t>
        <w:br/>
        <w:t>f 16367/16516/14634 16366/16517/14511 16365/16518/14511</w:t>
        <w:br/>
        <w:t>f 16368/16519/14634 16367/16516/14634 16365/16518/14511</w:t>
        <w:br/>
        <w:t>f 16367/16516/14634 16368/16519/14634 16369/16520/14511</w:t>
        <w:br/>
        <w:t>f 16370/16521/14511 16367/16516/14634 16369/16520/14511</w:t>
        <w:br/>
        <w:t>f 16372/16522/14635 16371/16523/14635 16363/16515/14633</w:t>
        <w:br/>
        <w:t>f 16364/16514/14633 16372/16522/14635 16363/16515/14633</w:t>
        <w:br/>
        <w:t>f 16370/16521/14511 16369/16520/14511 16373/16524/14513</w:t>
        <w:br/>
        <w:t>f 16374/16525/14513 16370/16521/14511 16373/16524/14513</w:t>
        <w:br/>
        <w:t>f 16372/16522/14635 16376/16526/14636 16375/16527/14637</w:t>
        <w:br/>
        <w:t>f 16371/16523/14635 16372/16522/14635 16375/16527/14637</w:t>
        <w:br/>
        <w:t>f 16378/16528/14638 16377/16529/14513 16374/16525/14513</w:t>
        <w:br/>
        <w:t>f 16343/16491/14617 16340/16494/14620 16379/16530/14639</w:t>
        <w:br/>
        <w:t>f 16380/16531/14639 16343/16491/14617 16379/16530/14639</w:t>
        <w:br/>
        <w:t>f 16366/16517/14511 16382/16532/14511 16381/16533/14511</w:t>
        <w:br/>
        <w:t>f 16365/16518/14511 16366/16517/14511 16381/16533/14511</w:t>
        <w:br/>
        <w:t>f 16384/16534/14640 16380/16531/14639 16379/16530/14639</w:t>
        <w:br/>
        <w:t>f 16383/16535/14641 16384/16534/14640 16379/16530/14639</w:t>
        <w:br/>
        <w:t>f 16382/16532/14511 16386/16536/14511 16385/16537/14511</w:t>
        <w:br/>
        <w:t>f 16381/16533/14511 16382/16532/14511 16385/16537/14511</w:t>
        <w:br/>
        <w:t>f 16384/16534/14640 16383/16535/14641 16387/16538/14642</w:t>
        <w:br/>
        <w:t>f 16388/16539/14642 16384/16534/14640 16387/16538/14642</w:t>
        <w:br/>
        <w:t>f 16386/16536/14511 16390/16540/14511 16389/16541/14511</w:t>
        <w:br/>
        <w:t>f 16385/16537/14511 16386/16536/14511 16389/16541/14511</w:t>
        <w:br/>
        <w:t>f 16392/16542/14643 16388/16539/14642 16387/16538/14642</w:t>
        <w:br/>
        <w:t>f 16391/16543/14643 16392/16542/14643 16387/16538/14642</w:t>
        <w:br/>
        <w:t>f 16390/16540/14511 16394/16544/14511 16393/16545/14511</w:t>
        <w:br/>
        <w:t>f 16389/16541/14511 16390/16540/14511 16393/16545/14511</w:t>
        <w:br/>
        <w:t>f 16392/16542/14643 16391/16543/14643 16339/16487/14615</w:t>
        <w:br/>
        <w:t>f 16336/16490/14616 16392/16542/14643 16339/16487/14615</w:t>
        <w:br/>
        <w:t>f 16393/16545/14511 16394/16544/14511 16396/16546/14511</w:t>
        <w:br/>
        <w:t>f 16395/16547/14511 16393/16545/14511 16396/16546/14511</w:t>
        <w:br/>
        <w:t>f 16396/16546/14511 16398/16548/14511 16397/16549/14511</w:t>
        <w:br/>
        <w:t>f 16395/16547/14511 16396/16546/14511 16397/16549/14511</w:t>
        <w:br/>
        <w:t>f 16405/16550/14616 16404/16551/14529 16403/16552/14529</w:t>
        <w:br/>
        <w:t>f 16402/16553/14615 16405/16550/14616 16403/16552/14529</w:t>
        <w:br/>
        <w:t>f 16407/16554/14644 16406/16555/14645 16405/16550/14616</w:t>
        <w:br/>
        <w:t>f 16402/16553/14615 16407/16554/14644 16405/16550/14616</w:t>
        <w:br/>
        <w:t>f 16409/16556/14646 16408/16557/14647 16406/16555/14645</w:t>
        <w:br/>
        <w:t>f 16407/16554/14644 16409/16556/14646 16406/16555/14645</w:t>
        <w:br/>
        <w:t>f 16411/16558/14648 16410/16559/14649 16408/16557/14647</w:t>
        <w:br/>
        <w:t>f 16409/16556/14646 16411/16558/14648 16408/16557/14647</w:t>
        <w:br/>
        <w:t>f 16413/16560/14639 16412/16561/14639 16410/16559/14649</w:t>
        <w:br/>
        <w:t>f 16411/16558/14648 16413/16560/14639 16410/16559/14649</w:t>
        <w:br/>
        <w:t>f 16414/16562/14617 16412/16561/14639 16413/16560/14639</w:t>
        <w:br/>
        <w:t>f 16415/16563/14620 16414/16562/14617 16413/16560/14639</w:t>
        <w:br/>
        <w:t>f 16417/16564/14650 16416/16565/14651 16414/16562/14617</w:t>
        <w:br/>
        <w:t>f 16415/16563/14620 16417/16564/14650 16414/16562/14617</w:t>
        <w:br/>
        <w:t>f 16417/16564/14650 16419/16566/14652 16418/16567/14653</w:t>
        <w:br/>
        <w:t>f 16342/16492/14618 16421/16568/14654 16420/16569/14655</w:t>
        <w:br/>
        <w:t>f 16420/16569/14655 16422/16570/14656 16341/16493/14619</w:t>
        <w:br/>
        <w:t>f 16342/16492/14618 16420/16569/14655 16341/16493/14619</w:t>
        <w:br/>
        <w:t>f 16421/16568/14654 16342/16492/14618 16348/16499/14624</w:t>
        <w:br/>
        <w:t>f 16423/16571/14657 16421/16568/14654 16348/16499/14624</w:t>
        <w:br/>
        <w:t>f 16348/16499/14624 16344/16495/14621 16423/16571/14657</w:t>
        <w:br/>
        <w:t>f 16425/16572/14658 16427/16573/14659 16426/16574/14660</w:t>
        <w:br/>
        <w:t>f 16425/16572/14658 16428/16575/14659 16427/16573/14659</w:t>
        <w:br/>
        <w:t>f 16425/16572/14658 16424/16576/14661 16428/16575/14659</w:t>
        <w:br/>
        <w:t>f 16429/16577/14662 16425/16572/14658 16426/16574/14660</w:t>
        <w:br/>
        <w:t>f 16426/16574/14660 16416/16565/14651 16430/16578/14663</w:t>
        <w:br/>
        <w:t>f 16429/16577/14662 16426/16574/14660 16430/16578/14663</w:t>
        <w:br/>
        <w:t>f 16418/16567/14653 16430/16578/14663 16416/16565/14651</w:t>
        <w:br/>
        <w:t>f 16417/16564/14650 16418/16567/14653 16416/16565/14651</w:t>
        <w:br/>
        <w:t>f 16376/16526/14636 16439/16579/14510 16438/16580/14664</w:t>
        <w:br/>
        <w:t>f 16375/16527/14637 16376/16526/14636 16438/16580/14664</w:t>
        <w:br/>
        <w:t>f 16446/16581/14615 16445/16582/14615 16444/16583/14643</w:t>
        <w:br/>
        <w:t>f 16447/16584/14643 16446/16581/14615 16444/16583/14643</w:t>
        <w:br/>
        <w:t>f 16450/16585/14665 16449/16586/14666 16448/16587/14667</w:t>
        <w:br/>
        <w:t>f 16451/16588/14667 16450/16585/14665 16448/16587/14667</w:t>
        <w:br/>
        <w:t>f 16455/16589/14668 16454/16590/14668 16453/16591/14619</w:t>
        <w:br/>
        <w:t>f 16452/16592/14669 16455/16589/14668 16453/16591/14619</w:t>
        <w:br/>
        <w:t>f 16455/16589/14668 16457/16593/14670 16456/16594/14670</w:t>
        <w:br/>
        <w:t>f 16454/16590/14668 16455/16589/14668 16456/16594/14670</w:t>
        <w:br/>
        <w:t>f 16457/16593/14670 16459/16595/14671 16458/16596/14641</w:t>
        <w:br/>
        <w:t>f 16456/16594/14670 16457/16593/14670 16458/16596/14641</w:t>
        <w:br/>
        <w:t>f 16459/16595/14671 16461/16597/14642 16460/16598/14642</w:t>
        <w:br/>
        <w:t>f 16458/16596/14641 16459/16595/14671 16460/16598/14642</w:t>
        <w:br/>
        <w:t>f 16461/16597/14642 16447/16584/14643 16444/16583/14643</w:t>
        <w:br/>
        <w:t>f 16460/16598/14642 16461/16597/14642 16444/16583/14643</w:t>
        <w:br/>
        <w:t>f 16449/16586/14666 16450/16585/14665 16462/16599/14672</w:t>
        <w:br/>
        <w:t>f 16463/16600/14673 16449/16586/14666 16462/16599/14672</w:t>
        <w:br/>
        <w:t>f 16466/16601/14674 16465/16602/14674 16464/16603/14674</w:t>
        <w:br/>
        <w:t>f 16481/16604/14675 16480/16605/14676 16479/16606/14677</w:t>
        <w:br/>
        <w:t>f 16480/16605/14676 16481/16604/14675 16482/16607/14678</w:t>
        <w:br/>
        <w:t>f 16486/16608/14679 16485/16609/14680 16484/16610/14681</w:t>
        <w:br/>
        <w:t>f 16483/16611/14681 16486/16608/14679 16484/16610/14681</w:t>
        <w:br/>
        <w:t>f 16488/16612/14529 16487/16613/14529 16445/16582/14615</w:t>
        <w:br/>
        <w:t>f 16446/16581/14615 16488/16612/14529 16445/16582/14615</w:t>
        <w:br/>
        <w:t>f 16452/16592/14669 16453/16591/14619 16489/16614/14682</w:t>
        <w:br/>
        <w:t>f 16490/16615/14683 16452/16592/14669 16489/16614/14682</w:t>
        <w:br/>
        <w:t>f 16493/16616/14684 16492/16617/14684 16491/16618/14684</w:t>
        <w:br/>
        <w:t>f 16497/16619/14685 16496/16620/14685 16495/16621/14685</w:t>
        <w:br/>
        <w:t>f 16494/16622/14686 16497/16619/14685 16495/16621/14685</w:t>
        <w:br/>
        <w:t>f 16485/16609/14687 16499/16623/14688 16498/16624/14688</w:t>
        <w:br/>
        <w:t>f 16501/16625/14689 16500/16626/14689 16494/16622/14690</w:t>
        <w:br/>
        <w:t>f 16373/16524/14513 16378/16528/14638 16374/16525/14513</w:t>
        <w:br/>
        <w:t>f 16506/16627/14691 16505/16628/14692 16504/16629/14692</w:t>
        <w:br/>
        <w:t>f 16504/16629/14692 16505/16628/14692 16507/16630/14693</w:t>
        <w:br/>
        <w:t>f 16510/16631/14694 16509/16632/14694 16508/16633/14694</w:t>
        <w:br/>
        <w:t>f 16513/16634/14695 16512/16635/14695 16511/16636/14696</w:t>
        <w:br/>
        <w:t>f 20597/16637/14697 20596/16638/14698 20595/16639/14699</w:t>
        <w:br/>
        <w:t>f 20598/16640/14700 20597/16637/14697 20595/16639/14699</w:t>
        <w:br/>
        <w:t>f 20598/16640/14700 20595/16639/14699 20599/16641/14701</w:t>
        <w:br/>
        <w:t>f 20600/16642/14702 20598/16640/14700 20599/16641/14701</w:t>
        <w:br/>
        <w:t>f 20603/16643/14703 20602/16644/14704 20601/16645/14705</w:t>
        <w:br/>
        <w:t>f 20606/16646/14706 20605/16647/14707 20604/16648/14708</w:t>
        <w:br/>
        <w:t>f 20605/16647/14707 20606/16646/14706 20607/16649/14709</w:t>
        <w:br/>
        <w:t>f 20608/16650/14710 20605/16647/14707 20607/16649/14709</w:t>
        <w:br/>
        <w:t>f 20610/16651/14711 20608/16650/14710 20607/16649/14709</w:t>
        <w:br/>
        <w:t>f 20609/16652/14712 20610/16651/14711 20607/16649/14709</w:t>
        <w:br/>
        <w:t>f 20613/16653/14713 20612/16654/14714 20611/16655/14715</w:t>
        <w:br/>
        <w:t>f 20614/16656/14716 20613/16653/14713 20611/16655/14715</w:t>
        <w:br/>
        <w:t>f 20614/16656/14716 20611/16655/14715 20615/16657/14717</w:t>
        <w:br/>
        <w:t>f 20616/16658/14718 20614/16656/14716 20615/16657/14717</w:t>
        <w:br/>
        <w:t>f 20616/16658/14718 20615/16657/14717 20617/16659/14719</w:t>
        <w:br/>
        <w:t>f 20618/16660/14719 20616/16658/14718 20617/16659/14719</w:t>
        <w:br/>
        <w:t>f 20620/16661/14720 20618/16660/14719 20617/16659/14719</w:t>
        <w:br/>
        <w:t>f 20619/16662/14720 20620/16661/14720 20617/16659/14719</w:t>
        <w:br/>
        <w:t>f 20622/16663/14721 20620/16661/14720 20619/16662/14720</w:t>
        <w:br/>
        <w:t>f 20621/16664/14721 20622/16663/14721 20619/16662/14720</w:t>
        <w:br/>
        <w:t>f 20624/16665/14722 20622/16663/14721 20621/16664/14721</w:t>
        <w:br/>
        <w:t>f 20623/16666/14722 20624/16665/14722 20621/16664/14721</w:t>
        <w:br/>
        <w:t>f 20626/16667/14723 20624/16665/14722 20623/16666/14722</w:t>
        <w:br/>
        <w:t>f 20625/16668/14723 20626/16667/14723 20623/16666/14722</w:t>
        <w:br/>
        <w:t>f 20628/16669/14724 20626/16667/14723 20625/16668/14723</w:t>
        <w:br/>
        <w:t>f 20627/16670/14724 20628/16669/14724 20625/16668/14723</w:t>
        <w:br/>
        <w:t>f 20630/16671/14725 20628/16669/14724 20627/16670/14724</w:t>
        <w:br/>
        <w:t>f 20629/16672/14725 20630/16671/14725 20627/16670/14724</w:t>
        <w:br/>
        <w:t>f 20632/16673/14726 20630/16671/14725 20629/16672/14725</w:t>
        <w:br/>
        <w:t>f 20631/16674/14726 20632/16673/14726 20629/16672/14725</w:t>
        <w:br/>
        <w:t>f 20632/16673/14726 20631/16674/14726 20633/16675/14727</w:t>
        <w:br/>
        <w:t>f 20634/16676/14727 20632/16673/14726 20633/16675/14727</w:t>
        <w:br/>
        <w:t>f 20636/16677/14728 20634/16676/14727 20633/16675/14727</w:t>
        <w:br/>
        <w:t>f 20635/16678/14729 20636/16677/14728 20633/16675/14727</w:t>
        <w:br/>
        <w:t>f 20638/16679/14730 20637/16680/14731 20635/16678/14729</w:t>
        <w:br/>
        <w:t>f 20642/16681/14732 20641/16682/14733 20640/16683/14733</w:t>
        <w:br/>
        <w:t>f 20639/16684/14732 20642/16681/14732 20640/16683/14733</w:t>
        <w:br/>
        <w:t>f 20646/16685/14734 20645/16686/14735 20644/16687/14736</w:t>
        <w:br/>
        <w:t>f 20643/16688/14737 20646/16685/14734 20644/16687/14736</w:t>
        <w:br/>
        <w:t>f 20650/16689/14738 20649/16690/14739 20648/16691/14740</w:t>
        <w:br/>
        <w:t>f 20647/16692/14741 20650/16689/14738 20648/16691/14740</w:t>
        <w:br/>
        <w:t>f 20597/16637/14697 20653/16693/14742 20652/16694/14743</w:t>
        <w:br/>
        <w:t>f 20651/16695/14743 20597/16637/14697 20652/16694/14743</w:t>
        <w:br/>
        <w:t>f 20595/16639/14699 20644/16687/14736 20654/16696/14744</w:t>
        <w:br/>
        <w:t>f 20599/16641/14701 20595/16639/14699 20654/16696/14744</w:t>
        <w:br/>
        <w:t>f 20657/16697/14745 20656/16698/14746 20655/16699/14747</w:t>
        <w:br/>
        <w:t>f 20658/16700/14748 20657/16697/14745 20655/16699/14747</w:t>
        <w:br/>
        <w:t>f 20662/16701/14749 20661/16702/14750 20660/16703/14751</w:t>
        <w:br/>
        <w:t>f 20659/16704/14751 20662/16701/14749 20660/16703/14751</w:t>
        <w:br/>
        <w:t>f 20666/16705/14752 20665/16706/14753 20664/16707/14754</w:t>
        <w:br/>
        <w:t>f 20663/16708/14754 20666/16705/14752 20664/16707/14754</w:t>
        <w:br/>
        <w:t>f 20659/16704/14751 20660/16703/14751 20668/16709/14755</w:t>
        <w:br/>
        <w:t>f 20667/16710/14756 20659/16704/14751 20668/16709/14755</w:t>
        <w:br/>
        <w:t>f 20672/16711/14757 20671/16712/14757 20670/16713/14758</w:t>
        <w:br/>
        <w:t>f 20669/16714/14758 20672/16711/14757 20670/16713/14758</w:t>
        <w:br/>
        <w:t>f 20606/16646/14759 20668/16709/14760 20674/16715/14761</w:t>
        <w:br/>
        <w:t>f 20673/16716/14762 20606/16646/14759 20674/16715/14761</w:t>
        <w:br/>
        <w:t>f 20669/16714/14758 20670/16713/14758 20675/16717/14763</w:t>
        <w:br/>
        <w:t>f 20676/16718/14763 20669/16714/14758 20675/16717/14763</w:t>
        <w:br/>
        <w:t>f 20677/16719/14764 20609/16652/14712 20607/16649/14709</w:t>
        <w:br/>
        <w:t>f 20674/16715/14761 20677/16719/14764 20607/16649/14709</w:t>
        <w:br/>
        <w:t>f 20680/16720/14765 20679/16721/14766 20614/16656/14716</w:t>
        <w:br/>
        <w:t>f 20678/16722/14767 20680/16720/14765 20614/16656/14716</w:t>
        <w:br/>
        <w:t>f 20683/16723/14768 20682/16724/14769 20681/16725/14769</w:t>
        <w:br/>
        <w:t>f 20684/16726/14770 20683/16723/14768 20681/16725/14769</w:t>
        <w:br/>
        <w:t>f 20678/16722/14767 20614/16656/14716 20685/16727/14771</w:t>
        <w:br/>
        <w:t>f 20686/16728/14771 20678/16722/14767 20685/16727/14771</w:t>
        <w:br/>
        <w:t>f 20682/16724/14769 20688/16729/14772 20687/16730/14772</w:t>
        <w:br/>
        <w:t>f 20681/16725/14769 20682/16724/14769 20687/16730/14772</w:t>
        <w:br/>
        <w:t>f 20690/16731/14773 20686/16728/14771 20685/16727/14771</w:t>
        <w:br/>
        <w:t>f 20689/16732/14773 20690/16731/14773 20685/16727/14771</w:t>
        <w:br/>
        <w:t>f 20692/16733/14774 20691/16734/14774 20687/16730/14772</w:t>
        <w:br/>
        <w:t>f 20688/16729/14772 20692/16733/14774 20687/16730/14772</w:t>
        <w:br/>
        <w:t>f 20694/16735/14775 20690/16731/14773 20689/16732/14773</w:t>
        <w:br/>
        <w:t>f 20693/16736/14775 20694/16735/14775 20689/16732/14773</w:t>
        <w:br/>
        <w:t>f 20692/16733/14774 20696/16737/14776 20695/16738/14776</w:t>
        <w:br/>
        <w:t>f 20691/16734/14774 20692/16733/14774 20695/16738/14776</w:t>
        <w:br/>
        <w:t>f 20698/16739/14777 20694/16735/14775 20693/16736/14775</w:t>
        <w:br/>
        <w:t>f 20697/16740/14777 20698/16739/14777 20693/16736/14775</w:t>
        <w:br/>
        <w:t>f 20696/16737/14776 20700/16741/14778 20699/16742/14778</w:t>
        <w:br/>
        <w:t>f 20695/16738/14776 20696/16737/14776 20699/16742/14778</w:t>
        <w:br/>
        <w:t>f 20702/16743/14779 20698/16739/14777 20697/16740/14777</w:t>
        <w:br/>
        <w:t>f 20701/16744/14780 20702/16743/14779 20697/16740/14777</w:t>
        <w:br/>
        <w:t>f 20700/16741/14778 20704/16745/14781 20703/16746/14781</w:t>
        <w:br/>
        <w:t>f 20699/16742/14778 20700/16741/14778 20703/16746/14781</w:t>
        <w:br/>
        <w:t>f 20706/16747/14782 20702/16743/14779 20701/16744/14780</w:t>
        <w:br/>
        <w:t>f 20705/16748/14783 20706/16747/14782 20701/16744/14780</w:t>
        <w:br/>
        <w:t>f 20708/16749/14784 20707/16750/14784 20703/16746/14781</w:t>
        <w:br/>
        <w:t>f 20704/16745/14781 20708/16749/14784 20703/16746/14781</w:t>
        <w:br/>
        <w:t>f 20706/16747/14782 20705/16748/14783 20709/16751/14785</w:t>
        <w:br/>
        <w:t>f 20710/16752/14785 20706/16747/14782 20709/16751/14785</w:t>
        <w:br/>
        <w:t>f 20708/16749/14784 20712/16753/14786 20711/16754/14786</w:t>
        <w:br/>
        <w:t>f 20707/16750/14784 20708/16749/14784 20711/16754/14786</w:t>
        <w:br/>
        <w:t>f 20709/16751/14785 20714/16755/14787 20713/16756/14787</w:t>
        <w:br/>
        <w:t>f 20710/16752/14785 20709/16751/14785 20713/16756/14787</w:t>
        <w:br/>
        <w:t>f 20711/16754/14786 20712/16753/14786 20716/16757/14788</w:t>
        <w:br/>
        <w:t>f 20715/16758/14789 20711/16754/14786 20716/16757/14788</w:t>
        <w:br/>
        <w:t>f 20713/16756/14787 20714/16755/14787 20718/16759/14790</w:t>
        <w:br/>
        <w:t>f 20717/16760/14790 20713/16756/14787 20718/16759/14790</w:t>
        <w:br/>
        <w:t>f 20716/16757/14788 20720/16761/14791 20719/16762/14792</w:t>
        <w:br/>
        <w:t>f 20715/16758/14789 20716/16757/14788 20719/16762/14792</w:t>
        <w:br/>
        <w:t>f 20717/16760/14790 20718/16759/14790 20722/16763/14793</w:t>
        <w:br/>
        <w:t>f 20721/16764/14793 20717/16760/14790 20722/16763/14793</w:t>
        <w:br/>
        <w:t>f 20720/16761/14791 20724/16765/14794 20723/16766/14794</w:t>
        <w:br/>
        <w:t>f 20719/16762/14792 20720/16761/14791 20723/16766/14794</w:t>
        <w:br/>
        <w:t>f 20728/16767/14795 20727/16768/14796 20726/16769/14797</w:t>
        <w:br/>
        <w:t>f 20725/16770/14795 20728/16767/14795 20726/16769/14797</w:t>
        <w:br/>
        <w:t>f 20730/16771/14798 20636/16677/14799 20729/16772/14800</w:t>
        <w:br/>
        <w:t>f 20731/16773/14801 20730/16771/14798 20729/16772/14800</w:t>
        <w:br/>
        <w:t>f 20610/16651/14711 20609/16652/14712 20612/16654/14714</w:t>
        <w:br/>
        <w:t>f 20613/16653/14713 20610/16651/14711 20612/16654/14714</w:t>
        <w:br/>
        <w:t>f 20676/16718/14763 20675/16717/14763 20613/16653/14802</w:t>
        <w:br/>
        <w:t>f 20680/16720/14765 20676/16718/14763 20613/16653/14802</w:t>
        <w:br/>
        <w:t>f 20683/16723/14768 20684/16726/14770 20609/16652/14712</w:t>
        <w:br/>
        <w:t>f 20677/16719/14764 20683/16723/14768 20609/16652/14712</w:t>
        <w:br/>
        <w:t>f 20732/16774/14803 20600/16642/14702 20599/16641/14701</w:t>
        <w:br/>
        <w:t>f 20733/16775/14804 20732/16774/14803 20599/16641/14701</w:t>
        <w:br/>
        <w:t>f 20654/16696/14744 20733/16775/14804 20599/16641/14701</w:t>
        <w:br/>
        <w:t>f 20737/16776/14805 20736/16777/14702 20735/16778/14806</w:t>
        <w:br/>
        <w:t>f 20734/16779/14807 20737/16776/14805 20735/16778/14806</w:t>
        <w:br/>
        <w:t>f 20741/16780/14808 20740/16781/14809 20739/16782/14810</w:t>
        <w:br/>
        <w:t>f 20738/16783/14810 20741/16780/14808 20739/16782/14810</w:t>
        <w:br/>
        <w:t>f 20726/16769/14797 20727/16768/14796 20742/16784/14811</w:t>
        <w:br/>
        <w:t>f 20746/16785/14812 20745/16786/14812 20744/16787/14813</w:t>
        <w:br/>
        <w:t>f 20743/16788/14813 20746/16785/14812 20744/16787/14813</w:t>
        <w:br/>
        <w:t>f 20747/16789/14814 20734/16779/14807 20735/16778/14806</w:t>
        <w:br/>
        <w:t>f 20748/16790/14815 20747/16789/14814 20735/16778/14806</w:t>
        <w:br/>
        <w:t>f 20750/16791/14816 20749/16792/14816 20736/16777/14702</w:t>
        <w:br/>
        <w:t>f 20737/16776/14805 20750/16791/14816 20736/16777/14702</w:t>
        <w:br/>
        <w:t>f 20739/16782/14810 20752/16793/14817 20751/16794/14817</w:t>
        <w:br/>
        <w:t>f 20738/16783/14810 20739/16782/14810 20751/16794/14817</w:t>
        <w:br/>
        <w:t>f 20741/16780/14808 20753/16795/14818 20740/16781/14809</w:t>
        <w:br/>
        <w:t>f 20742/16784/14811 20753/16795/14818 20754/16796/14819</w:t>
        <w:br/>
        <w:t>f 20726/16769/14797 20742/16784/14811 20754/16796/14819</w:t>
        <w:br/>
        <w:t>f 20748/16790/14815 20731/16773/14801 20729/16772/14800</w:t>
        <w:br/>
        <w:t>f 20729/16772/14800 20745/16786/14812 20746/16785/14812</w:t>
        <w:br/>
        <w:t>f 20755/16797/14820 20729/16772/14800 20746/16785/14812</w:t>
        <w:br/>
        <w:t>f 20641/16682/14733 20756/16798/14821 20640/16683/14733</w:t>
        <w:br/>
        <w:t>f 20637/16680/14731 20757/16799/14822 20636/16677/14728</w:t>
        <w:br/>
        <w:t>f 20637/16680/14731 20636/16677/14728 20635/16678/14729</w:t>
        <w:br/>
        <w:t>f 20596/16638/14698 20597/16637/14697 20759/16800/14823</w:t>
        <w:br/>
        <w:t>f 20758/16801/14823 20596/16638/14698 20759/16800/14823</w:t>
        <w:br/>
        <w:t>f 20645/16686/14735 20646/16685/14734 20761/16802/14824</w:t>
        <w:br/>
        <w:t>f 20760/16803/14824 20645/16686/14735 20761/16802/14824</w:t>
        <w:br/>
        <w:t>f 20762/16804/14825 20653/16693/14742 20597/16637/14697</w:t>
        <w:br/>
        <w:t>f 20598/16640/14700 20762/16804/14825 20597/16637/14697</w:t>
        <w:br/>
        <w:t>f 20598/16640/14700 20764/16805/14826 20763/16806/14826</w:t>
        <w:br/>
        <w:t>f 20762/16804/14825 20598/16640/14700 20763/16806/14826</w:t>
        <w:br/>
        <w:t>f 20601/16645/14705 20766/16807/14827 20765/16808/14827</w:t>
        <w:br/>
        <w:t>f 20661/16702/14750 20662/16701/14749 20767/16809/14828</w:t>
        <w:br/>
        <w:t>f 20768/16810/14828 20661/16702/14750 20767/16809/14828</w:t>
        <w:br/>
        <w:t>f 20663/16708/14754 20664/16707/14754 20770/16811/14829</w:t>
        <w:br/>
        <w:t>f 20769/16812/14830 20663/16708/14754 20770/16811/14829</w:t>
        <w:br/>
        <w:t>f 20769/16812/14830 20770/16811/14829 20671/16712/14757</w:t>
        <w:br/>
        <w:t>f 20672/16711/14757 20769/16812/14830 20671/16712/14757</w:t>
        <w:br/>
        <w:t>f 20603/16643/14703 20604/16648/14708 20602/16644/14704</w:t>
        <w:br/>
        <w:t>f 20606/16646/14706 20604/16648/14708 20603/16643/14703</w:t>
        <w:br/>
        <w:t>f 20601/16645/14705 20602/16644/14704 20665/16706/14831</w:t>
        <w:br/>
        <w:t>f 20772/16813/14832 20642/16681/14732 20639/16684/14732</w:t>
        <w:br/>
        <w:t>f 20771/16814/14832 20772/16813/14832 20639/16684/14732</w:t>
        <w:br/>
        <w:t>f 20755/16797/14820 20747/16789/14814 20748/16790/14815</w:t>
        <w:br/>
        <w:t>f 20729/16772/14800 20755/16797/14820 20748/16790/14815</w:t>
        <w:br/>
        <w:t>f 20773/16815/14833 20730/16771/14834 20721/16764/14793</w:t>
        <w:br/>
        <w:t>f 20722/16763/14793 20773/16815/14833 20721/16764/14793</w:t>
        <w:br/>
        <w:t>f 20724/16765/14794 20728/16767/14795 20725/16770/14795</w:t>
        <w:br/>
        <w:t>f 20723/16766/14794 20724/16765/14794 20725/16770/14795</w:t>
        <w:br/>
        <w:t>f 20775/16816/14835 20774/16817/14836 20758/16801/14823</w:t>
        <w:br/>
        <w:t>f 20759/16800/14823 20775/16816/14835 20758/16801/14823</w:t>
        <w:br/>
        <w:t>f 20778/16818/14837 20774/16817/14836 20777/16819/14838</w:t>
        <w:br/>
        <w:t>f 20776/16820/14839 20778/16818/14837 20777/16819/14838</w:t>
        <w:br/>
        <w:t>f 20651/16695/14743 20652/16694/14743 20779/16821/14840</w:t>
        <w:br/>
        <w:t>f 20780/16822/14841 20651/16695/14743 20779/16821/14840</w:t>
        <w:br/>
        <w:t>f 20774/16817/14836 20775/16816/14835 20647/16692/14741</w:t>
        <w:br/>
        <w:t>f 20648/16691/14740 20774/16817/14836 20647/16692/14741</w:t>
        <w:br/>
        <w:t>f 20774/16817/14836 20778/16818/14837 20760/16803/14824</w:t>
        <w:br/>
        <w:t>f 20761/16802/14824 20774/16817/14836 20760/16803/14824</w:t>
        <w:br/>
        <w:t>f 20647/16692/14741 20780/16822/14841 20779/16821/14840</w:t>
        <w:br/>
        <w:t>f 20650/16689/14738 20647/16692/14741 20779/16821/14840</w:t>
        <w:br/>
        <w:t>f 20735/16778/14806 20781/16823/14842 20748/16790/14815</w:t>
        <w:br/>
        <w:t>f 20742/16784/14811 20782/16824/14843 20740/16781/14809</w:t>
        <w:br/>
        <w:t>f 20753/16795/14818 20742/16784/14811 20740/16781/14809</w:t>
        <w:br/>
        <w:t>f 20772/16813/14832 20771/16814/14832 20656/16698/14746</w:t>
        <w:br/>
        <w:t>f 20657/16697/14745 20772/16813/14832 20656/16698/14746</w:t>
        <w:br/>
        <w:t>f 22055/16825/14844 22054/16826/14844 22053/16827/14845</w:t>
        <w:br/>
        <w:t>f 22056/16828/14844 22055/16825/14844 22053/16827/14845</w:t>
        <w:br/>
        <w:t>f 22060/16829/14846 22059/16830/14847 22058/16831/14848</w:t>
        <w:br/>
        <w:t>f 22057/16832/14848 22060/16829/14846 22058/16831/14848</w:t>
        <w:br/>
        <w:t>f 22063/16833/14849 22062/16834/14850 22061/16835/14850</w:t>
        <w:br/>
        <w:t>f 22064/16836/14851 22063/16833/14849 22061/16835/14850</w:t>
        <w:br/>
        <w:t>f 22067/16837/14852 22066/16838/14853 22065/16839/14853</w:t>
        <w:br/>
        <w:t>f 22068/16840/14854 22067/16837/14852 22065/16839/14853</w:t>
        <w:br/>
        <w:t>f 22069/16841/14855 22067/16837/14852 22068/16840/14854</w:t>
        <w:br/>
        <w:t>f 22069/16841/14855 22071/16842/14856 22070/16843/14857</w:t>
        <w:br/>
        <w:t>f 22075/16844/14858 22074/16845/14859 22073/16846/14859</w:t>
        <w:br/>
        <w:t>f 22072/16847/14860 22075/16844/14858 22073/16846/14859</w:t>
        <w:br/>
        <w:t>f 22077/16848/14861 22075/16844/14858 22072/16847/14860</w:t>
        <w:br/>
        <w:t>f 22076/16849/14862 22077/16848/14861 22072/16847/14860</w:t>
        <w:br/>
        <w:t>f 22064/16836/14851 22077/16848/14861 22076/16849/14862</w:t>
        <w:br/>
        <w:t>f 22063/16833/14849 22064/16836/14851 22076/16849/14862</w:t>
        <w:br/>
        <w:t>f 22059/16830/14847 22060/16829/14846 22078/16850/14863</w:t>
        <w:br/>
        <w:t>f 22081/16851/14864 22080/16852/14864 22079/16853/14864</w:t>
        <w:br/>
        <w:t>f 22084/16854/14865 22083/16855/14866 22082/16856/14867</w:t>
        <w:br/>
        <w:t>f 22088/16857/14868 22087/16858/14869 22086/16859/14870</w:t>
        <w:br/>
        <w:t>f 22085/16860/14871 22088/16857/14868 22086/16859/14870</w:t>
        <w:br/>
        <w:t>f 22090/16861/14872 22089/16862/14873 22071/16842/14856</w:t>
        <w:br/>
        <w:t>f 22093/16863/14874 22092/16864/14875 22091/16865/14876</w:t>
        <w:br/>
        <w:t>f 22094/16866/14876 22093/16863/14874 22091/16865/14876</w:t>
        <w:br/>
        <w:t>f 22095/16867/14877 22094/16866/14876 22091/16865/14876</w:t>
        <w:br/>
        <w:t>f 22096/16868/14878 22095/16867/14877 22091/16865/14876</w:t>
        <w:br/>
        <w:t>f 22088/16857/14868 22097/16869/14879 22087/16858/14869</w:t>
        <w:br/>
        <w:t>f 22100/16870/14880 22099/16871/14880 22098/16872/14881</w:t>
        <w:br/>
        <w:t>f 22101/16873/14875 22100/16870/14880 22098/16872/14881</w:t>
        <w:br/>
        <w:t>f 22069/16841/14855 22068/16840/14854 22090/16861/14872</w:t>
        <w:br/>
        <w:t>f 22071/16842/14856 22069/16841/14855 22090/16861/14872</w:t>
        <w:br/>
        <w:t>f 22084/16854/14865 22059/16830/14847 22078/16850/14863</w:t>
        <w:br/>
        <w:t>f 22083/16855/14866 22084/16854/14865 22078/16850/14863</w:t>
        <w:br/>
        <w:t>f 22083/16855/14866 22078/16850/14863 22102/16874/14882</w:t>
        <w:br/>
        <w:t>f 24011/16875/14883 24010/16876/14884 24009/16877/14885</w:t>
        <w:br/>
        <w:t>f 24012/16878/14886 24011/16875/14883 24009/16877/14885</w:t>
        <w:br/>
        <w:t>f 24015/16879/14887 24014/16880/14888 24013/16881/14889</w:t>
        <w:br/>
        <w:t>f 24017/16882/14890 24014/16880/14888 24015/16879/14887</w:t>
        <w:br/>
        <w:t>f 24016/16883/14890 24017/16882/14890 24015/16879/14887</w:t>
        <w:br/>
        <w:t>f 24009/16877/14885 24010/16876/14884 24018/16884/14891</w:t>
        <w:br/>
        <w:t>f 24021/16885/14892 24020/16886/14893 24019/16887/14894</w:t>
        <w:br/>
        <w:t>f 24022/16888/14895 24021/16885/14892 24019/16887/14894</w:t>
        <w:br/>
        <w:t>f 24026/16889/14896 24025/16890/14897 24024/16891/14898</w:t>
        <w:br/>
        <w:t>f 24023/16892/14899 24026/16889/14896 24024/16891/14898</w:t>
        <w:br/>
        <w:t>f 24028/16893/14900 24027/16894/14901 24024/16891/14898</w:t>
        <w:br/>
        <w:t>f 24025/16890/14897 24028/16893/14900 24024/16891/14898</w:t>
        <w:br/>
        <w:t>f 24030/16895/14902 24022/16888/14895 24019/16887/14894</w:t>
        <w:br/>
        <w:t>f 24029/16896/14903 24030/16895/14902 24019/16887/14894</w:t>
        <w:br/>
        <w:t>f 24032/16897/14904 24031/16898/14905 24027/16894/14901</w:t>
        <w:br/>
        <w:t>f 24028/16893/14900 24032/16897/14904 24027/16894/14901</w:t>
        <w:br/>
        <w:t>f 24034/16899/14906 24030/16895/14902 24029/16896/14903</w:t>
        <w:br/>
        <w:t>f 24033/16900/14907 24034/16899/14906 24029/16896/14903</w:t>
        <w:br/>
        <w:t>f 24036/16901/14908 24035/16902/14909 24031/16898/14905</w:t>
        <w:br/>
        <w:t>f 24032/16897/14904 24036/16901/14908 24031/16898/14905</w:t>
        <w:br/>
        <w:t>f 24038/16903/14910 24034/16899/14906 24033/16900/14907</w:t>
        <w:br/>
        <w:t>f 24037/16904/14911 24038/16903/14910 24033/16900/14907</w:t>
        <w:br/>
        <w:t>f 24035/16902/14909 24036/16901/14908 24039/16905/14912</w:t>
        <w:br/>
        <w:t>f 24041/16906/14913 24037/16904/14911 24040/16907/14914</w:t>
        <w:br/>
        <w:t>f 24044/16908/14915 24043/16909/14916 24042/16910/14917</w:t>
        <w:br/>
        <w:t>f 24045/16911/14918 24044/16908/14915 24042/16910/14917</w:t>
        <w:br/>
        <w:t>f 24023/16892/14899 24011/16875/14883 24046/16912/14919</w:t>
        <w:br/>
        <w:t>f 24020/16886/14893 24021/16885/14892 24047/16913/14920</w:t>
        <w:br/>
        <w:t>f 24010/16876/14884 24047/16913/14920 24018/16884/14891</w:t>
        <w:br/>
        <w:t>f 24011/16875/14883 24013/16881/14921 24046/16912/14919</w:t>
        <w:br/>
        <w:t>f 24039/16905/14912 24049/16914/14922 24048/16915/14923</w:t>
        <w:br/>
        <w:t>f 24050/16916/14924 24041/16906/14913 24040/16907/14914</w:t>
        <w:br/>
        <w:t>f 24052/16917/14925 24051/16918/14926 24040/16907/14914</w:t>
        <w:br/>
        <w:t>f 24048/16915/14923 24052/16917/14925 24040/16907/14914</w:t>
        <w:br/>
        <w:t>f 24049/16914/14922 24042/16910/14917 24048/16915/14923</w:t>
        <w:br/>
        <w:t>f 24044/16908/14915 24050/16916/14924 24043/16909/14916</w:t>
        <w:br/>
        <w:t>f 24020/16886/14893 24023/16892/14899 24024/16891/14898</w:t>
        <w:br/>
        <w:t>f 24019/16887/14894 24020/16886/14893 24024/16891/14898</w:t>
        <w:br/>
        <w:t>f 24054/16919/14927 24053/16920/14928 24024/16891/14898</w:t>
        <w:br/>
        <w:t>f 24019/16887/14894 24024/16891/14898 24053/16920/14928</w:t>
        <w:br/>
        <w:t>f 24055/16921/14929 24053/16920/14928 24054/16919/14927</w:t>
        <w:br/>
        <w:t>f 24029/16896/14903 24053/16920/14928 24033/16900/14907</w:t>
        <w:br/>
        <w:t>f 24033/16900/14907 24031/16898/14905 24035/16902/14909</w:t>
        <w:br/>
        <w:t>f 24037/16904/14911 24033/16900/14907 24035/16902/14909</w:t>
        <w:br/>
        <w:t>f 24037/16904/14911 24035/16902/14909 24048/16915/14923</w:t>
        <w:br/>
        <w:t>f 24040/16907/14914 24037/16904/14911 24048/16915/14923</w:t>
        <w:br/>
        <w:t>f 24010/16876/14884 24011/16875/14883 24023/16892/14899</w:t>
        <w:br/>
        <w:t>f 24020/16886/14893 24010/16876/14884 24023/16892/14899</w:t>
        <w:br/>
        <w:t>f 24053/16920/14928 24031/16898/14905 24033/16900/14907</w:t>
        <w:br/>
        <w:t>f 24019/16887/14894 24053/16920/14928 24029/16896/14903</w:t>
        <w:br/>
        <w:t>f 24049/16914/14922 24045/16911/14918 24042/16910/14917</w:t>
        <w:br/>
        <w:t>f 24050/16916/14924 24040/16907/14914 24043/16909/14916</w:t>
        <w:br/>
        <w:t>f 24035/16902/14909 24039/16905/14912 24048/16915/14923</w:t>
        <w:br/>
        <w:t>f 24041/16906/14913 24038/16903/14910 24037/16904/14911</w:t>
        <w:br/>
        <w:t>f 24011/16875/14883 24012/16878/14886 24013/16881/14921</w:t>
        <w:br/>
        <w:t>f 24016/16883/14890 24018/16884/14891 24017/16882/14890</w:t>
        <w:br/>
        <w:t>f 24010/16876/14884 24020/16886/14893 24047/16913/14920</w:t>
        <w:br/>
        <w:t>f 24023/16892/14899 24046/16912/14919 24026/16889/14896</w:t>
        <w:br/>
        <w:t>f 241/16922/14930 240/16923/14931 239/16924/14932</w:t>
        <w:br/>
        <w:t>f 244/16925/14933 243/16926/14934 242/16927/14935</w:t>
        <w:br/>
        <w:t>f 244/16925/14933 242/16927/14935 245/16928/14936</w:t>
        <w:br/>
        <w:t>f 248/16929/14930 247/16930/14937 246/16931/14930</w:t>
        <w:br/>
        <w:t>f 251/16932/14938 250/16933/14939 249/16934/14938</w:t>
        <w:br/>
        <w:t>f 254/16935/14933 253/16936/14940 252/16937/14934</w:t>
        <w:br/>
        <w:t>f 254/16935/14933 255/16938/14936 253/16936/14940</w:t>
        <w:br/>
        <w:t>f 258/16939/14938 257/16940/14938 256/16941/14941</w:t>
        <w:br/>
        <w:t>f 27625/16942/14942 27624/16943/14943 27623/16944/14944</w:t>
        <w:br/>
        <w:t>f 27625/16942/14942 27623/16944/14944 27626/16945/14945</w:t>
        <w:br/>
        <w:t>f 27625/16942/14942 27626/16945/14945 27627/16946/14946</w:t>
        <w:br/>
        <w:t>f 27625/16942/14942 27627/16946/14946 27624/16943/14943</w:t>
        <w:br/>
        <w:t>f 27629/16947/14947 27628/16948/14948 27624/16943/14943</w:t>
        <w:br/>
        <w:t>f 27628/16948/14948 27630/16949/14949 27623/16944/14944</w:t>
        <w:br/>
        <w:t>f 27630/16949/14949 27631/16950/14950 27623/16944/14944</w:t>
        <w:br/>
        <w:t>f 27631/16950/14950 27632/16951/14951 27626/16945/14945</w:t>
        <w:br/>
        <w:t>f 27632/16951/14951 27633/16952/14952 27626/16945/14945</w:t>
        <w:br/>
        <w:t>f 27633/16952/14952 27634/16953/14953 27627/16946/14946</w:t>
        <w:br/>
        <w:t>f 27634/16953/14953 27635/16954/14954 27627/16946/14946</w:t>
        <w:br/>
        <w:t>f 27635/16954/14954 27629/16947/14947 27624/16943/14943</w:t>
        <w:br/>
        <w:t>f 27624/16943/14943 27628/16948/14948 27623/16944/14944</w:t>
        <w:br/>
        <w:t>f 27635/16954/14954 27624/16943/14943 27627/16946/14946</w:t>
        <w:br/>
        <w:t>f 27626/16945/14945 27633/16952/14952 27627/16946/14946</w:t>
        <w:br/>
        <w:t>f 27631/16950/14950 27626/16945/14945 27623/16944/14944</w:t>
        <w:br/>
        <w:t>f 262/16955/14955 261/16956/14956 260/16957/14957</w:t>
        <w:br/>
        <w:t>f 259/16958/14958 262/16955/14955 260/16957/14957</w:t>
        <w:br/>
        <w:t>f 263/16959/14959 260/16957/14957 261/16956/14956</w:t>
        <w:br/>
        <w:t>f 267/16960/14960 266/16961/14961 265/16962/14961</w:t>
        <w:br/>
        <w:t>f 264/16963/14960 267/16960/14960 265/16962/14961</w:t>
        <w:br/>
        <w:t>f 268/16964/14962 262/16955/14955 259/16958/14958</w:t>
        <w:br/>
        <w:t>f 269/16965/14963 265/16962/14961 266/16961/14961</w:t>
        <w:br/>
        <w:t>f 2775/16966/14964 2774/16967/14965 2773/16968/14966</w:t>
        <w:br/>
        <w:t>f 2778/16969/14967 2777/16970/14968 2776/16971/14968</w:t>
        <w:br/>
        <w:t>f 2779/16972/14967 2778/16969/14967 2776/16971/14968</w:t>
        <w:br/>
        <w:t>f 2776/16971/14968 2777/16970/14968 2780/16973/14969</w:t>
        <w:br/>
        <w:t>f 2781/16974/14970 2774/16967/14965 2775/16966/14964</w:t>
        <w:br/>
        <w:t>f 2775/16966/14964 2783/16975/14971 2782/16976/14972</w:t>
        <w:br/>
        <w:t>f 2781/16974/14970 2775/16966/14964 2782/16976/14972</w:t>
        <w:br/>
        <w:t>f 2784/16977/14973 2783/16975/14971 2775/16966/14964</w:t>
        <w:br/>
        <w:t>f 2785/16978/14974 2784/16977/14973 2775/16966/14964</w:t>
        <w:br/>
        <w:t>f 2784/16977/14973 2786/16979/14975 2783/16975/14971</w:t>
        <w:br/>
        <w:t>f 4408/16980/14976 4407/16981/14977 4406/16982/14978</w:t>
        <w:br/>
        <w:t>f 4412/16983/14979 4411/16984/14980 4410/16985/14981</w:t>
        <w:br/>
        <w:t>f 4409/16986/14982 4412/16983/14979 4410/16985/14981</w:t>
        <w:br/>
        <w:t>f 4412/16983/14979 4409/16986/14982 4413/16987/14983</w:t>
        <w:br/>
        <w:t>f 4414/16988/14984 4412/16983/14979 4413/16987/14983</w:t>
        <w:br/>
        <w:t>f 4417/16989/14985 4416/16990/14985 4415/16991/14986</w:t>
        <w:br/>
        <w:t>f 4418/16992/14986 4417/16989/14985 4415/16991/14986</w:t>
        <w:br/>
        <w:t>f 4418/16992/14986 4415/16991/14986 4419/16993/14987</w:t>
        <w:br/>
        <w:t>f 4420/16994/14988 4418/16992/14986 4419/16993/14987</w:t>
        <w:br/>
        <w:t>f 4422/16995/14989 4420/16994/14988 4419/16993/14987</w:t>
        <w:br/>
        <w:t>f 4421/16996/14990 4422/16995/14989 4419/16993/14987</w:t>
        <w:br/>
        <w:t>f 4424/16997/14991 4423/16998/14992 4422/16995/14989</w:t>
        <w:br/>
        <w:t>f 4421/16996/14990 4424/16997/14991 4422/16995/14989</w:t>
        <w:br/>
        <w:t>f 4408/16980/14976 4426/16999/14993 4425/17000/14994</w:t>
        <w:br/>
        <w:t>f 4407/16981/14977 4408/16980/14976 4425/17000/14994</w:t>
        <w:br/>
        <w:t>f 4429/17001/14995 4428/17002/14995 4427/17003/14996</w:t>
        <w:br/>
        <w:t>f 4430/17004/14995 4429/17001/14995 4427/17003/14996</w:t>
        <w:br/>
        <w:t>f 4433/17005/14997 4432/17006/14997 4431/17007/14998</w:t>
        <w:br/>
        <w:t>f 4434/17008/14999 4433/17005/14997 4431/17007/14998</w:t>
        <w:br/>
        <w:t>f 4436/17009/15000 4435/17010/15001 4434/17008/14999</w:t>
        <w:br/>
        <w:t>f 4431/17007/14998 4436/17009/15000 4434/17008/14999</w:t>
        <w:br/>
        <w:t>f 4439/17011/14981 4427/17003/14996 4438/17012/15002</w:t>
        <w:br/>
        <w:t>f 4437/17013/15003 4439/17011/14981 4438/17012/15002</w:t>
        <w:br/>
        <w:t>f 4436/17009/15000 4440/17014/15004 4435/17010/15001</w:t>
        <w:br/>
        <w:t>f 4437/17013/15003 4438/17012/15002 4441/17015/15005</w:t>
        <w:br/>
        <w:t>f 4442/17016/15006 4440/17014/15004 4436/17009/15000</w:t>
        <w:br/>
        <w:t>f 4437/17013/15003 4441/17015/15005 4443/17017/14983</w:t>
        <w:br/>
        <w:t>f 4444/17018/15007 4440/17014/15004 4442/17016/15006</w:t>
        <w:br/>
        <w:t>f 4446/17019/15008 4441/17015/15005 4445/17020/15009</w:t>
        <w:br/>
        <w:t>f 4447/17021/15010 4440/17014/15004 4444/17018/15007</w:t>
        <w:br/>
        <w:t>f 4445/17020/15009 4441/17015/15005 4448/17022/15011</w:t>
        <w:br/>
        <w:t>f 4449/17023/15012 4435/17010/15001 4440/17014/15004</w:t>
        <w:br/>
        <w:t>f 4447/17021/15010 4449/17023/15012 4440/17014/15004</w:t>
        <w:br/>
        <w:t>f 4452/17024/15013 4451/17025/15014 4450/17026/14990</w:t>
        <w:br/>
        <w:t>f 4455/17027/15015 4454/17028/15016 4453/17029/15017</w:t>
        <w:br/>
        <w:t>f 4457/17030/15018 4456/17031/15018 4435/17010/15001</w:t>
        <w:br/>
        <w:t>f 4449/17023/15012 4457/17030/15018 4435/17010/15001</w:t>
        <w:br/>
        <w:t>f 4451/17025/15014 4459/17032/15019 4458/17033/15020</w:t>
        <w:br/>
        <w:t>f 4450/17026/14990 4451/17025/15014 4458/17033/15020</w:t>
        <w:br/>
        <w:t>f 4434/17008/14999 4461/17034/15021 4460/17035/15021</w:t>
        <w:br/>
        <w:t>f 4463/17036/15022 4462/17037/15022 4454/17028/15016</w:t>
        <w:br/>
        <w:t>f 4455/17027/15015 4463/17036/15022 4454/17028/15016</w:t>
        <w:br/>
        <w:t>f 4452/17024/15013 4441/17015/15005 4438/17012/15002</w:t>
        <w:br/>
        <w:t>f 4425/17000/14994 4464/17038/15023 4406/16982/14978</w:t>
        <w:br/>
        <w:t>f 4407/16981/14977 4425/17000/14994 4406/16982/14978</w:t>
        <w:br/>
        <w:t>f 4406/16982/14978 4410/16985/14981 4411/16984/14980</w:t>
        <w:br/>
        <w:t>f 4408/16980/14976 4406/16982/14978 4411/16984/14980</w:t>
        <w:br/>
        <w:t>f 6925/17039/15024 6924/17040/15025 6923/17041/15026</w:t>
        <w:br/>
        <w:t>f 6928/17042/15027 6927/17043/15028 6926/17044/15029</w:t>
        <w:br/>
        <w:t>f 6931/17045/15030 6930/17046/15031 6929/17047/15032</w:t>
        <w:br/>
        <w:t>f 6933/17048/15033 6932/17049/15034 6930/17046/15031</w:t>
        <w:br/>
        <w:t>f 6933/17048/15033 6934/17050/15035 6932/17049/15034</w:t>
        <w:br/>
        <w:t>f 6937/17051/15036 6936/17052/15035 6935/17053/15037</w:t>
        <w:br/>
        <w:t>f 6935/17053/15037 6938/17054/15038 6937/17051/15036</w:t>
        <w:br/>
        <w:t>f 6938/17054/15038 6940/17055/15039 6939/17056/15040</w:t>
        <w:br/>
        <w:t>f 6931/17045/15030 6928/17042/15027 6942/17057/15041</w:t>
        <w:br/>
        <w:t>f 6941/17058/15042 6931/17045/15030 6942/17057/15041</w:t>
        <w:br/>
        <w:t>f 6941/17058/15042 6943/17059/15043 6933/17048/15033</w:t>
        <w:br/>
        <w:t>f 6931/17045/15030 6941/17058/15042 6933/17048/15033</w:t>
        <w:br/>
        <w:t>f 6943/17059/15043 6944/17060/15044 6934/17050/15035</w:t>
        <w:br/>
        <w:t>f 6933/17048/15033 6943/17059/15043 6934/17050/15035</w:t>
        <w:br/>
        <w:t>f 6935/17053/15037 6936/17052/15035 6945/17061/15044</w:t>
        <w:br/>
        <w:t>f 6946/17062/15045 6935/17053/15037 6945/17061/15044</w:t>
        <w:br/>
        <w:t>f 6947/17063/15046 6940/17055/15039 6935/17053/15037</w:t>
        <w:br/>
        <w:t>f 6946/17062/15045 6947/17063/15046 6935/17053/15037</w:t>
        <w:br/>
        <w:t>f 6941/17058/15042 6942/17057/15041 6949/17064/15047</w:t>
        <w:br/>
        <w:t>f 6948/17065/15048 6941/17058/15042 6949/17064/15047</w:t>
        <w:br/>
        <w:t>f 6948/17065/15048 6950/17066/15049 6943/17059/15043</w:t>
        <w:br/>
        <w:t>f 6941/17058/15042 6948/17065/15048 6943/17059/15043</w:t>
        <w:br/>
        <w:t>f 6951/17067/15050 6946/17062/15045 6945/17061/15044</w:t>
        <w:br/>
        <w:t>f 6952/17068/15051 6951/17067/15050 6945/17061/15044</w:t>
        <w:br/>
        <w:t>f 6946/17062/15045 6951/17067/15050 6953/17069/15052</w:t>
        <w:br/>
        <w:t>f 6947/17063/15046 6946/17062/15045 6953/17069/15052</w:t>
        <w:br/>
        <w:t>f 6957/17070/15053 6956/17071/15054 6955/17072/15055</w:t>
        <w:br/>
        <w:t>f 6954/17073/15056 6957/17070/15053 6955/17072/15055</w:t>
        <w:br/>
        <w:t>f 6961/17074/15057 6960/17075/15058 6959/17076/15059</w:t>
        <w:br/>
        <w:t>f 6958/17077/15060 6961/17074/15057 6959/17076/15059</w:t>
        <w:br/>
        <w:t>f 6964/17078/15061 6963/17079/15062 6962/17080/15063</w:t>
        <w:br/>
        <w:t>f 6965/17081/15061 6964/17078/15061 6962/17080/15063</w:t>
        <w:br/>
        <w:t>f 6969/17082/15064 6968/17083/15065 6967/17084/15066</w:t>
        <w:br/>
        <w:t>f 6966/17085/15067 6969/17082/15064 6967/17084/15066</w:t>
        <w:br/>
        <w:t>f 6971/17086/15068 6962/17080/15063 6963/17079/15062</w:t>
        <w:br/>
        <w:t>f 6970/17087/15069 6971/17086/15068 6963/17079/15062</w:t>
        <w:br/>
        <w:t>f 6973/17088/15070 6972/17089/15070 6971/17086/15068</w:t>
        <w:br/>
        <w:t>f 6970/17087/15069 6973/17088/15070 6971/17086/15068</w:t>
        <w:br/>
        <w:t>f 6956/17071/15054 6957/17070/15053 6966/17085/15067</w:t>
        <w:br/>
        <w:t>f 6967/17084/15066 6956/17071/15054 6966/17085/15067</w:t>
        <w:br/>
        <w:t>f 6964/17078/15061 6965/17081/15061 6975/17090/15071</w:t>
        <w:br/>
        <w:t>f 6974/17091/15072 6964/17078/15061 6975/17090/15071</w:t>
        <w:br/>
        <w:t>f 6929/17047/15032 6930/17046/15031 6976/17092/15073</w:t>
        <w:br/>
        <w:t>f 6977/17093/15074 6929/17047/15032 6976/17092/15073</w:t>
        <w:br/>
        <w:t>f 6930/17046/15031 6932/17049/15034 6978/17094/15075</w:t>
        <w:br/>
        <w:t>f 6976/17092/15073 6930/17046/15031 6978/17094/15075</w:t>
        <w:br/>
        <w:t>f 6932/17049/15034 6980/17095/15076 6979/17096/15077</w:t>
        <w:br/>
        <w:t>f 6978/17094/15075 6932/17049/15034 6979/17096/15077</w:t>
        <w:br/>
        <w:t>f 6982/17097/15076 6937/17051/15036 6981/17098/15078</w:t>
        <w:br/>
        <w:t>f 6983/17099/15079 6982/17097/15076 6981/17098/15078</w:t>
        <w:br/>
        <w:t>f 6986/17100/15080 6985/17101/15081 6984/17102/15082</w:t>
        <w:br/>
        <w:t>f 6989/17103/15083 6988/17104/15084 6987/17105/15085</w:t>
        <w:br/>
        <w:t>f 6990/17106/15086 6989/17103/15083 6987/17105/15085</w:t>
        <w:br/>
        <w:t>f 6993/17107/15087 6992/17108/15088 6991/17109/15089</w:t>
        <w:br/>
        <w:t>f 6994/17110/15090 6986/17100/15080 6984/17102/15082</w:t>
        <w:br/>
        <w:t>f 6997/17111/15091 6996/17112/15092 6995/17113/15093</w:t>
        <w:br/>
        <w:t>f 6992/17108/15088 6997/17111/15091 6995/17113/15093</w:t>
        <w:br/>
        <w:t>f 6986/17100/15080 6994/17110/15090 6988/17104/15084</w:t>
        <w:br/>
        <w:t>f 6989/17103/15083 6986/17100/15080 6988/17104/15084</w:t>
        <w:br/>
        <w:t>f 7000/17114/15094 6993/17107/15087 6999/17115/15095</w:t>
        <w:br/>
        <w:t>f 6998/17116/15094 7000/17114/15094 6999/17115/15095</w:t>
        <w:br/>
        <w:t>f 7003/17117/15096 7002/17118/15097 7001/17119/15098</w:t>
        <w:br/>
        <w:t>f 7007/17120/15093 7006/17121/15099 7005/17122/15081</w:t>
        <w:br/>
        <w:t>f 7004/17123/15080 7007/17120/15093 7005/17122/15081</w:t>
        <w:br/>
        <w:t>f 7009/17124/15100 7005/17122/15081 7006/17121/15099</w:t>
        <w:br/>
        <w:t>f 7008/17125/15101 7009/17124/15100 7006/17121/15099</w:t>
        <w:br/>
        <w:t>f 7010/17126/15102 7007/17120/15093 7004/17123/15080</w:t>
        <w:br/>
        <w:t>f 7011/17127/15083 7010/17126/15102 7004/17123/15080</w:t>
        <w:br/>
        <w:t>f 7014/17128/15103 7011/17127/15083 7013/17129/15086</w:t>
        <w:br/>
        <w:t>f 7012/17130/15104 7014/17128/15103 7013/17129/15086</w:t>
        <w:br/>
        <w:t>f 7013/17129/15086 7016/17131/15105 7015/17132/15105</w:t>
        <w:br/>
        <w:t>f 7012/17130/15104 7013/17129/15086 7015/17132/15105</w:t>
        <w:br/>
        <w:t>f 7015/17132/15105 7016/17131/15105 7017/17133/15106</w:t>
        <w:br/>
        <w:t>f 7018/17134/15106 7015/17132/15105 7017/17133/15106</w:t>
        <w:br/>
        <w:t>f 7022/17135/15107 7021/17136/14511 7020/17137/15108</w:t>
        <w:br/>
        <w:t>f 7019/17138/15109 7022/17135/15107 7020/17137/15108</w:t>
        <w:br/>
        <w:t>f 6938/17054/15038 6939/17056/15040 7023/17139/15110</w:t>
        <w:br/>
        <w:t>f 7024/17140/15111 6938/17054/15038 7023/17139/15110</w:t>
        <w:br/>
        <w:t>f 6939/17056/15040 7026/17141/15112 7025/17142/15100</w:t>
        <w:br/>
        <w:t>f 7023/17139/15110 6939/17056/15040 7025/17142/15100</w:t>
        <w:br/>
        <w:t>f 7026/17141/15112 6984/17102/15082 6985/17101/15081</w:t>
        <w:br/>
        <w:t>f 7025/17142/15100 7026/17141/15112 6985/17101/15081</w:t>
        <w:br/>
        <w:t>f 6969/17082/15064 7028/17143/15113 7027/17144/15114</w:t>
        <w:br/>
        <w:t>f 6968/17083/15065 6969/17082/15064 7027/17144/15114</w:t>
        <w:br/>
        <w:t>f 6944/17060/15044 6943/17059/15043 6950/17066/15049</w:t>
        <w:br/>
        <w:t>f 7029/17145/15115 6944/17060/15044 6950/17066/15049</w:t>
        <w:br/>
        <w:t>f 7033/17146/15116 7032/17147/15117 7031/17148/15118</w:t>
        <w:br/>
        <w:t>f 7030/17149/15119 7033/17146/15116 7031/17148/15118</w:t>
        <w:br/>
        <w:t>f 6940/17055/15039 6947/17063/15046 7035/17150/15120</w:t>
        <w:br/>
        <w:t>f 7034/17151/15121 6940/17055/15039 7035/17150/15120</w:t>
        <w:br/>
        <w:t>f 7034/17151/15121 7027/17144/15122 6939/17056/15040</w:t>
        <w:br/>
        <w:t>f 6947/17063/15046 6953/17069/15052 7036/17152/15123</w:t>
        <w:br/>
        <w:t>f 7035/17150/15120 6947/17063/15046 7036/17152/15123</w:t>
        <w:br/>
        <w:t>f 7040/17153/15111 7039/17154/15110 7038/17155/15124</w:t>
        <w:br/>
        <w:t>f 7037/17156/15125 7040/17153/15111 7038/17155/15124</w:t>
        <w:br/>
        <w:t>f 7039/17154/15110 7009/17124/15100 7008/17125/15101</w:t>
        <w:br/>
        <w:t>f 7038/17155/15124 7039/17154/15110 7008/17125/15101</w:t>
        <w:br/>
        <w:t>f 7042/17157/15126 7041/17158/15126 7040/17153/15111</w:t>
        <w:br/>
        <w:t>f 7037/17156/15125 7042/17157/15126 7040/17153/15111</w:t>
        <w:br/>
        <w:t>f 7041/17158/15126 7042/17157/15126 7043/17159/15127</w:t>
        <w:br/>
        <w:t>f 6937/17051/15036 6938/17054/15038 7024/17140/15111</w:t>
        <w:br/>
        <w:t>f 6981/17098/15078 6937/17051/15036 7024/17140/15111</w:t>
        <w:br/>
        <w:t>f 7046/17160/15128 7045/17161/15129 7044/17162/15130</w:t>
        <w:br/>
        <w:t>f 6925/17039/15024 7046/17160/15128 7044/17162/15130</w:t>
        <w:br/>
        <w:t>f 7049/17163/15131 7048/17164/15132 7047/17165/15133</w:t>
        <w:br/>
        <w:t>f 7032/17147/15117 7049/17163/15131 7047/17165/15133</w:t>
        <w:br/>
        <w:t>f 7051/17166/15134 7050/17167/15135 7048/17164/15132</w:t>
        <w:br/>
        <w:t>f 7049/17163/15131 7051/17166/15134 7048/17164/15132</w:t>
        <w:br/>
        <w:t>f 7054/17168/15136 7053/17169/15072 7052/17170/15137</w:t>
        <w:br/>
        <w:t>f 7055/17171/15138 7054/17168/15136 7052/17170/15137</w:t>
        <w:br/>
        <w:t>f 6974/17091/15072 6975/17090/15071 7056/17172/15139</w:t>
        <w:br/>
        <w:t>f 7057/17173/15140 6974/17091/15072 7056/17172/15139</w:t>
        <w:br/>
        <w:t>f 7000/17114/15094 6998/17116/15094 7058/17174/15141</w:t>
        <w:br/>
        <w:t>f 7059/17175/15142 7000/17114/15094 7058/17174/15141</w:t>
        <w:br/>
        <w:t>f 7061/17176/15143 7060/17177/15144 7057/17173/15140</w:t>
        <w:br/>
        <w:t>f 7056/17172/15139 7061/17176/15143 7057/17173/15140</w:t>
        <w:br/>
        <w:t>f 7063/17178/15145 7062/17179/15146 7059/17175/15142</w:t>
        <w:br/>
        <w:t>f 7058/17174/15141 7063/17178/15145 7059/17175/15142</w:t>
        <w:br/>
        <w:t>f 7052/17170/15137 7053/17169/15072 7064/17180/15140</w:t>
        <w:br/>
        <w:t>f 6924/17040/15025 7052/17170/15137 7064/17180/15140</w:t>
        <w:br/>
        <w:t>f 6923/17041/15026 7064/17180/15140 7065/17181/15147</w:t>
        <w:br/>
        <w:t>f 6991/17109/15089 6999/17115/15095 6993/17107/15087</w:t>
        <w:br/>
        <w:t>f 7032/17147/15117 7066/17182/15148 7031/17148/15118</w:t>
        <w:br/>
        <w:t>f 6961/17074/15057 6958/17077/15060 7067/17183/15149</w:t>
        <w:br/>
        <w:t>f 7068/17184/15150 6961/17074/15057 7067/17183/15149</w:t>
        <w:br/>
        <w:t>f 7072/17185/15151 7071/17186/15152 7070/17187/15152</w:t>
        <w:br/>
        <w:t>f 7069/17188/15151 7072/17185/15151 7070/17187/15152</w:t>
        <w:br/>
        <w:t>f 7017/17133/15106 7022/17135/15107 7019/17138/15109</w:t>
        <w:br/>
        <w:t>f 7018/17134/15106 7017/17133/15106 7019/17138/15109</w:t>
        <w:br/>
        <w:t>f 7066/17182/15148 7047/17165/15133 7073/17189/15153</w:t>
        <w:br/>
        <w:t>f 7047/17165/15133 7074/17190/15154 7073/17189/15153</w:t>
        <w:br/>
        <w:t>f 7076/17191/15155 7075/17192/15156 7046/17160/15128</w:t>
        <w:br/>
        <w:t>f 7076/17191/15155 7046/17160/15128 6923/17041/15026</w:t>
        <w:br/>
        <w:t>f 7077/17193/15157 7074/17190/15154 7048/17164/15132</w:t>
        <w:br/>
        <w:t>f 7080/17194/15158 7079/17195/15159 7078/17196/15160</w:t>
        <w:br/>
        <w:t>f 7075/17192/15156 7080/17194/15158 7078/17196/15160</w:t>
        <w:br/>
        <w:t>f 7077/17193/15157 7081/17197/15161 7074/17190/15154</w:t>
        <w:br/>
        <w:t>f 7075/17192/15156 7082/17198/15162 7077/17193/15157</w:t>
        <w:br/>
        <w:t>f 7067/17183/15149 7084/17199/15163 7083/17200/15164</w:t>
        <w:br/>
        <w:t>f 7068/17184/15150 7067/17183/15149 7083/17200/15164</w:t>
        <w:br/>
        <w:t>f 7086/17201/15165 7085/17202/15166 7060/17177/15144</w:t>
        <w:br/>
        <w:t>f 7061/17176/15143 7086/17201/15165 7060/17177/15144</w:t>
        <w:br/>
        <w:t>f 7088/17203/15167 7087/17204/15158 7085/17202/15166</w:t>
        <w:br/>
        <w:t>f 7086/17201/15165 7088/17203/15167 7085/17202/15166</w:t>
        <w:br/>
        <w:t>f 7090/17205/15168 7089/17206/15159 7087/17204/15158</w:t>
        <w:br/>
        <w:t>f 7088/17203/15167 7090/17205/15168 7087/17204/15158</w:t>
        <w:br/>
        <w:t>f 7092/17207/15169 7083/17200/15164 7084/17199/15163</w:t>
        <w:br/>
        <w:t>f 7091/17208/15170 7092/17207/15169 7084/17199/15163</w:t>
        <w:br/>
        <w:t>f 7096/17209/15171 7095/17210/15172 7094/17211/15173</w:t>
        <w:br/>
        <w:t>f 7093/17212/15174 7096/17209/15171 7094/17211/15173</w:t>
        <w:br/>
        <w:t>f 7090/17205/15168 7098/17213/15175 7097/17214/15176</w:t>
        <w:br/>
        <w:t>f 7089/17206/15159 7090/17205/15168 7097/17214/15176</w:t>
        <w:br/>
        <w:t>f 7092/17207/15169 7091/17208/15170 7095/17210/15172</w:t>
        <w:br/>
        <w:t>f 7096/17209/15171 7092/17207/15169 7095/17210/15172</w:t>
        <w:br/>
        <w:t>f 7093/17212/15174 7094/17211/15173 7099/17215/15177</w:t>
        <w:br/>
        <w:t>f 7100/17216/15178 7093/17212/15174 7099/17215/15177</w:t>
        <w:br/>
        <w:t>f 7102/17217/15179 7101/17218/15180 7020/17137/15108</w:t>
        <w:br/>
        <w:t>f 7021/17136/14511 7102/17217/15179 7020/17137/15108</w:t>
        <w:br/>
        <w:t>f 7104/17219/15181 7101/17218/15180 7102/17217/15179</w:t>
        <w:br/>
        <w:t>f 7103/17220/15182 7104/17219/15181 7102/17217/15179</w:t>
        <w:br/>
        <w:t>f 7106/17221/15183 7104/17219/15181 7103/17220/15182</w:t>
        <w:br/>
        <w:t>f 7105/17222/15183 7106/17221/15183 7103/17220/15182</w:t>
        <w:br/>
        <w:t>f 7109/17223/15184 7108/17224/14511 7107/17225/15184</w:t>
        <w:br/>
        <w:t>f 7093/17212/15174 7100/17216/15178 7111/17226/15185</w:t>
        <w:br/>
        <w:t>f 7110/17227/15186 7093/17212/15174 7111/17226/15185</w:t>
        <w:br/>
        <w:t>f 7086/17201/15165 7062/17179/15146 7063/17178/15145</w:t>
        <w:br/>
        <w:t>f 7112/17228/15187 7086/17201/15165 7063/17178/15145</w:t>
        <w:br/>
        <w:t>f 7088/17203/15167 7086/17201/15165 7112/17228/15187</w:t>
        <w:br/>
        <w:t>f 7113/17229/15188 7088/17203/15167 7112/17228/15187</w:t>
        <w:br/>
        <w:t>f 7090/17205/15168 7088/17203/15167 7113/17229/15188</w:t>
        <w:br/>
        <w:t>f 7114/17230/15189 7090/17205/15168 7113/17229/15188</w:t>
        <w:br/>
        <w:t>f 7098/17213/15175 7090/17205/15168 7114/17230/15189</w:t>
        <w:br/>
        <w:t>f 7115/17231/15190 7098/17213/15175 7114/17230/15189</w:t>
        <w:br/>
        <w:t>f 7093/17212/15174 7110/17227/15186 7116/17232/15191</w:t>
        <w:br/>
        <w:t>f 7096/17209/15171 7093/17212/15174 7116/17232/15191</w:t>
        <w:br/>
        <w:t>f 7096/17209/15171 7116/17232/15191 7117/17233/15192</w:t>
        <w:br/>
        <w:t>f 7092/17207/15169 7096/17209/15171 7117/17233/15192</w:t>
        <w:br/>
        <w:t>f 7092/17207/15169 7117/17233/15192 7118/17234/15193</w:t>
        <w:br/>
        <w:t>f 7083/17200/15164 7092/17207/15169 7118/17234/15193</w:t>
        <w:br/>
        <w:t>f 7083/17200/15164 7118/17234/15193 7072/17185/15151</w:t>
        <w:br/>
        <w:t>f 7069/17188/15151 7083/17200/15164 7072/17185/15151</w:t>
        <w:br/>
        <w:t>f 7076/17191/15155 6923/17041/15026 7119/17235/15166</w:t>
        <w:br/>
        <w:t>f 7076/17191/15155 7080/17194/15158 7075/17192/15156</w:t>
        <w:br/>
        <w:t>f 7120/17236/15194 7078/17196/15160 7079/17195/15159</w:t>
        <w:br/>
        <w:t>f 7121/17237/15176 7120/17236/15194 7079/17195/15159</w:t>
        <w:br/>
        <w:t>f 7124/17238/15195 7123/17239/15177 7122/17240/15196</w:t>
        <w:br/>
        <w:t>f 7125/17241/15197 7124/17238/15195 7122/17240/15196</w:t>
        <w:br/>
        <w:t>f 7126/17242/15172 7081/17197/15161 7125/17241/15197</w:t>
        <w:br/>
        <w:t>f 7122/17240/15196 7126/17242/15172 7125/17241/15197</w:t>
        <w:br/>
        <w:t>f 7127/17243/15198 7074/17190/15154 7081/17197/15161</w:t>
        <w:br/>
        <w:t>f 7126/17242/15172 7127/17243/15198 7081/17197/15161</w:t>
        <w:br/>
        <w:t>f 7073/17189/15153 7127/17243/15198 7128/17244/15199</w:t>
        <w:br/>
        <w:t>f 7128/17244/15199 7129/17245/15200 7066/17182/15148</w:t>
        <w:br/>
        <w:t>f 7075/17192/15156 7077/17193/15157 7045/17161/15129</w:t>
        <w:br/>
        <w:t>f 7051/17166/15134 7044/17162/15130 7045/17161/15129</w:t>
        <w:br/>
        <w:t>f 7050/17167/15135 7051/17166/15134 7045/17161/15129</w:t>
        <w:br/>
        <w:t>f 7132/17246/15201 7131/17247/15055 7130/17248/15202</w:t>
        <w:br/>
        <w:t>f 6954/17073/15056 6955/17072/15055 6959/17076/15059</w:t>
        <w:br/>
        <w:t>f 6960/17075/15058 6954/17073/15056 6959/17076/15059</w:t>
        <w:br/>
        <w:t>f 7001/17119/15098 7002/17118/15097 6990/17106/15086</w:t>
        <w:br/>
        <w:t>f 6987/17105/15085 7001/17119/15098 6990/17106/15086</w:t>
        <w:br/>
        <w:t>f 7001/17119/15098 7070/17187/15152 7071/17186/15152</w:t>
        <w:br/>
        <w:t>f 7003/17117/15096 7001/17119/15098 7071/17186/15152</w:t>
        <w:br/>
        <w:t>f 7134/17249/15060 7133/17250/15059 7130/17248/15202</w:t>
        <w:br/>
        <w:t>f 7030/17149/15119 7134/17249/15060 7130/17248/15202</w:t>
        <w:br/>
        <w:t>f 7031/17148/15118 7066/17182/15148 7134/17249/15060</w:t>
        <w:br/>
        <w:t>f 7134/17249/15060 7066/17182/15148 7129/17245/15200</w:t>
        <w:br/>
        <w:t>f 7125/17241/15197 7077/17193/15157 7124/17238/15195</w:t>
        <w:br/>
        <w:t>f 7098/17213/15175 7100/17216/15178 7099/17215/15177</w:t>
        <w:br/>
        <w:t>f 7097/17214/15176 7098/17213/15175 7099/17215/15177</w:t>
        <w:br/>
        <w:t>f 7100/17216/15178 7098/17213/15175 7115/17231/15190</w:t>
        <w:br/>
        <w:t>f 7111/17226/15185 7100/17216/15178 7115/17231/15190</w:t>
        <w:br/>
        <w:t>f 7124/17238/15195 7120/17236/15194 7121/17237/15176</w:t>
        <w:br/>
        <w:t>f 7123/17239/15177 7124/17238/15195 7121/17237/15176</w:t>
        <w:br/>
        <w:t>f 7105/17222/15183 7109/17223/15184 7107/17225/15184</w:t>
        <w:br/>
        <w:t>f 7106/17221/15183 7105/17222/15183 7107/17225/15184</w:t>
        <w:br/>
        <w:t>f 6927/17043/15028 6929/17047/15032 6977/17093/15074</w:t>
        <w:br/>
        <w:t>f 7135/17251/15101 6927/17043/15028 6977/17093/15074</w:t>
        <w:br/>
        <w:t>f 7136/17252/15203 6972/17089/15070 6973/17088/15070</w:t>
        <w:br/>
        <w:t>f 7137/17253/15204 6927/17043/15028 7135/17251/15101</w:t>
        <w:br/>
        <w:t>f 7138/17254/15099 7137/17253/15204 7135/17251/15101</w:t>
        <w:br/>
        <w:t>f 7137/17253/15204 7138/17254/15099 6995/17113/15093</w:t>
        <w:br/>
        <w:t>f 6996/17112/15092 7137/17253/15204 6995/17113/15093</w:t>
        <w:br/>
        <w:t>f 7077/17193/15157 7120/17236/15194 7124/17238/15195</w:t>
        <w:br/>
        <w:t>f 6938/17054/15038 6935/17053/15037 6940/17055/15039</w:t>
        <w:br/>
        <w:t>f 7034/17151/15121 6939/17056/15040 6940/17055/15039</w:t>
        <w:br/>
        <w:t>f 6937/17051/15036 6982/17097/15076 6936/17052/15035</w:t>
        <w:br/>
        <w:t>f 6932/17049/15034 6934/17050/15035 6980/17095/15076</w:t>
        <w:br/>
        <w:t>f 6927/17043/15028 6931/17045/15030 6929/17047/15032</w:t>
        <w:br/>
        <w:t>f 6928/17042/15027 6931/17045/15030 6927/17043/15028</w:t>
        <w:br/>
        <w:t>f 6931/17045/15030 6933/17048/15033 6930/17046/15031</w:t>
        <w:br/>
        <w:t>f 6993/17107/15087 6997/17111/15091 6992/17108/15088</w:t>
        <w:br/>
        <w:t>f 7134/17249/15060 7030/17149/15119 7031/17148/15118</w:t>
        <w:br/>
        <w:t>f 7049/17163/15131 7032/17147/15117 7033/17146/15116</w:t>
        <w:br/>
        <w:t>f 6925/17039/15024 6923/17041/15026 7046/17160/15128</w:t>
        <w:br/>
        <w:t>f 7064/17180/15140 6923/17041/15026 6924/17040/15025</w:t>
        <w:br/>
        <w:t>f 7028/17143/15113 7139/17255/15205 7027/17144/15114</w:t>
        <w:br/>
        <w:t>f 7143/17256/15206 7142/17257/15207 7141/17258/15208</w:t>
        <w:br/>
        <w:t>f 7140/17259/15206 7143/17256/15206 7141/17258/15208</w:t>
        <w:br/>
        <w:t>f 7146/17260/15209 7145/17261/15209 7144/17262/15210</w:t>
        <w:br/>
        <w:t>f 7147/17263/15211 7146/17260/15209 7144/17262/15210</w:t>
        <w:br/>
        <w:t>f 7147/17263/15211 7144/17262/15210 7148/17264/15212</w:t>
        <w:br/>
        <w:t>f 7149/17265/15212 7147/17263/15211 7148/17264/15212</w:t>
        <w:br/>
        <w:t>f 7149/17265/15212 7148/17264/15212 7150/17266/15213</w:t>
        <w:br/>
        <w:t>f 7151/17267/15213 7149/17265/15212 7150/17266/15213</w:t>
        <w:br/>
        <w:t>f 7153/17268/15214 7151/17267/15213 7150/17266/15213</w:t>
        <w:br/>
        <w:t>f 7152/17269/15214 7153/17268/15214 7150/17266/15213</w:t>
        <w:br/>
        <w:t>f 7155/17270/15215 7153/17268/15214 7152/17269/15214</w:t>
        <w:br/>
        <w:t>f 7154/17271/15215 7155/17270/15215 7152/17269/15214</w:t>
        <w:br/>
        <w:t>f 7157/17272/15216 7155/17270/15215 7154/17271/15215</w:t>
        <w:br/>
        <w:t>f 7156/17273/15217 7157/17272/15216 7154/17271/15215</w:t>
        <w:br/>
        <w:t>f 7142/17257/15207 7157/17272/15216 7158/17274/15218</w:t>
        <w:br/>
        <w:t>f 7141/17258/15208 7142/17257/15207 7158/17274/15218</w:t>
        <w:br/>
        <w:t>f 7143/17256/15206 7140/17259/15206 7159/17275/15219</w:t>
        <w:br/>
        <w:t>f 7145/17261/15209 7146/17260/15209 7160/17276/15054</w:t>
        <w:br/>
        <w:t>f 7164/17277/15220 7163/17278/15221 7162/17279/15222</w:t>
        <w:br/>
        <w:t>f 7161/17280/15220 7164/17277/15220 7162/17279/15222</w:t>
        <w:br/>
        <w:t>f 7167/17281/15223 7166/17282/15223 7165/17283/15224</w:t>
        <w:br/>
        <w:t>f 7168/17284/15224 7167/17281/15223 7165/17283/15224</w:t>
        <w:br/>
        <w:t>f 7165/17283/15224 7169/17285/15225 7168/17284/15224</w:t>
        <w:br/>
        <w:t>f 7171/17286/15226 7164/17277/15220 7161/17280/15220</w:t>
        <w:br/>
        <w:t>f 7170/17287/15227 7171/17286/15226 7161/17280/15220</w:t>
        <w:br/>
        <w:t>f 7173/17288/15228 7171/17286/15226 7170/17287/15227</w:t>
        <w:br/>
        <w:t>f 7172/17289/15228 7173/17288/15228 7170/17287/15227</w:t>
        <w:br/>
        <w:t>f 7175/17290/15229 7173/17288/15228 7172/17289/15228</w:t>
        <w:br/>
        <w:t>f 7174/17291/15230 7175/17290/15229 7172/17289/15228</w:t>
        <w:br/>
        <w:t>f 7175/17290/15229 7174/17291/15230 7176/17292/15231</w:t>
        <w:br/>
        <w:t>f 7177/17293/15231 7175/17290/15229 7176/17292/15231</w:t>
        <w:br/>
        <w:t>f 7180/17294/15231 7179/17295/15231 7178/17296/15232</w:t>
        <w:br/>
        <w:t>f 7181/17297/15233 7180/17294/15231 7178/17296/15232</w:t>
        <w:br/>
        <w:t>f 7181/17297/15233 7178/17296/15232 7182/17298/15234</w:t>
        <w:br/>
        <w:t>f 7183/17299/15234 7181/17297/15233 7182/17298/15234</w:t>
        <w:br/>
        <w:t>f 7183/17299/15234 7182/17298/15234 7184/17300/15235</w:t>
        <w:br/>
        <w:t>f 7185/17301/15235 7183/17299/15234 7184/17300/15235</w:t>
        <w:br/>
        <w:t>f 7185/17301/15235 7184/17300/15235 7166/17282/15223</w:t>
        <w:br/>
        <w:t>f 7167/17281/15223 7185/17301/15235 7166/17282/15223</w:t>
        <w:br/>
        <w:t>f 7162/17279/15222 7163/17278/15221 7186/17302/15236</w:t>
        <w:br/>
        <w:t>f 7048/17164/15132 7074/17190/15154 7047/17165/15133</w:t>
        <w:br/>
        <w:t>f 7077/17193/15157 7048/17164/15132 7050/17167/15135</w:t>
        <w:br/>
        <w:t>f 7045/17161/15129 7077/17193/15157 7050/17167/15135</w:t>
        <w:br/>
        <w:t>f 7075/17192/15156 7045/17161/15129 7046/17160/15128</w:t>
        <w:br/>
        <w:t>f 7081/17197/15161 7077/17193/15157 7125/17241/15197</w:t>
        <w:br/>
        <w:t>f 7077/17193/15157 7078/17196/15160 7120/17236/15194</w:t>
        <w:br/>
        <w:t>f 7032/17147/15117 7047/17165/15133 7066/17182/15148</w:t>
        <w:br/>
        <w:t>f 7130/17248/15202 7131/17247/15055 7160/17276/15237</w:t>
        <w:br/>
        <w:t>f 7128/17244/15199 7066/17182/15148 7073/17189/15153</w:t>
        <w:br/>
        <w:t>f 7074/17190/15154 7127/17243/15198 7073/17189/15153</w:t>
        <w:br/>
        <w:t>f 7119/17235/15166 6923/17041/15026 7065/17181/15147</w:t>
        <w:br/>
        <w:t>f 7080/17194/15158 7076/17191/15155 7119/17235/15166</w:t>
        <w:br/>
        <w:t>f 8445/17303/15238 8444/17304/15238 8443/17305/15239</w:t>
        <w:br/>
        <w:t>f 8442/17306/15240 8445/17303/15238 8443/17305/15239</w:t>
        <w:br/>
        <w:t>f 8449/17307/15241 8448/17308/15242 8447/17309/15242</w:t>
        <w:br/>
        <w:t>f 8446/17310/15243 8449/17307/15241 8447/17309/15242</w:t>
        <w:br/>
        <w:t>f 8448/17308/15242 8451/17311/15244 8450/17312/15244</w:t>
        <w:br/>
        <w:t>f 8447/17309/15242 8448/17308/15242 8450/17312/15244</w:t>
        <w:br/>
        <w:t>f 8451/17311/15244 8453/17313/15245 8452/17314/15245</w:t>
        <w:br/>
        <w:t>f 8450/17312/15244 8451/17311/15244 8452/17314/15245</w:t>
        <w:br/>
        <w:t>f 8456/17315/15246 8455/17316/15247 8454/17317/15247</w:t>
        <w:br/>
        <w:t>f 8457/17318/15246 8456/17315/15246 8454/17317/15247</w:t>
        <w:br/>
        <w:t>f 8459/17319/15248 8458/17320/15248 8442/17306/15240</w:t>
        <w:br/>
        <w:t>f 8443/17305/15239 8459/17319/15248 8442/17306/15240</w:t>
        <w:br/>
        <w:t>f 8461/17321/15249 8449/17307/15241 8446/17310/15243</w:t>
        <w:br/>
        <w:t>f 8460/17322/15250 8461/17321/15249 8446/17310/15243</w:t>
        <w:br/>
        <w:t>f 8464/17323/15251 8463/17324/15252 8462/17325/15253</w:t>
        <w:br/>
        <w:t>f 8465/17326/15251 8464/17323/15251 8462/17325/15253</w:t>
        <w:br/>
        <w:t>f 8468/17327/15254 8467/17328/15254 8466/17329/15255</w:t>
        <w:br/>
        <w:t>f 8469/17330/15255 8468/17327/15254 8466/17329/15255</w:t>
        <w:br/>
        <w:t>f 8471/17331/15256 8469/17330/15255 8466/17329/15255</w:t>
        <w:br/>
        <w:t>f 8470/17332/15256 8471/17331/15256 8466/17329/15255</w:t>
        <w:br/>
        <w:t>f 8470/17332/15256 8456/17315/15246 8457/17318/15246</w:t>
        <w:br/>
        <w:t>f 8471/17331/15256 8470/17332/15256 8457/17318/15246</w:t>
        <w:br/>
        <w:t>f 8473/17333/15257 8464/17323/15251 8465/17326/15251</w:t>
        <w:br/>
        <w:t>f 8472/17334/15257 8473/17333/15257 8465/17326/15251</w:t>
        <w:br/>
        <w:t>f 8453/17313/15245 8473/17333/15257 8472/17334/15257</w:t>
        <w:br/>
        <w:t>f 8452/17314/15245 8453/17313/15245 8472/17334/15257</w:t>
        <w:br/>
        <w:t>f 8454/17317/15247 8455/17316/15247 8444/17304/15238</w:t>
        <w:br/>
        <w:t>f 8445/17303/15238 8454/17317/15247 8444/17304/15238</w:t>
        <w:br/>
        <w:t>f 8476/17335/15258 8475/17336/15259 8474/17337/15260</w:t>
        <w:br/>
        <w:t>f 8477/17338/15261 8475/17336/15259 8476/17335/15258</w:t>
        <w:br/>
        <w:t>f 8478/17339/15262 8477/17338/15261 8476/17335/15258</w:t>
        <w:br/>
        <w:t>f 8481/17340/15263 8480/17341/15263 8479/17342/15264</w:t>
        <w:br/>
        <w:t>f 8482/17343/15264 8481/17340/15263 8479/17342/15264</w:t>
        <w:br/>
        <w:t>f 8482/17343/15264 8479/17342/15264 8483/17344/15265</w:t>
        <w:br/>
        <w:t>f 8484/17345/15265 8482/17343/15264 8483/17344/15265</w:t>
        <w:br/>
        <w:t>f 8486/17346/15266 8485/17347/15267 8484/17345/15265</w:t>
        <w:br/>
        <w:t>f 8483/17344/15265 8486/17346/15266 8484/17345/15265</w:t>
        <w:br/>
        <w:t>f 8485/17347/15267 8486/17346/15266 8487/17348/15268</w:t>
        <w:br/>
        <w:t>f 8487/17348/15268 8489/17349/15269 8488/17350/15270</w:t>
        <w:br/>
        <w:t>f 8489/17349/15269 8491/17351/15271 8490/17352/15272</w:t>
        <w:br/>
        <w:t>f 8488/17350/15270 8489/17349/15269 8490/17352/15272</w:t>
        <w:br/>
        <w:t>f 8495/17353/15273 8494/17354/15274 8493/17355/15275</w:t>
        <w:br/>
        <w:t>f 8492/17356/15276 8495/17353/15273 8493/17355/15275</w:t>
        <w:br/>
        <w:t>f 8498/17357/15277 8497/17358/15278 8493/17355/15275</w:t>
        <w:br/>
        <w:t>f 8496/17359/15279 8498/17357/15277 8493/17355/15275</w:t>
        <w:br/>
        <w:t>f 8500/17360/15280 8499/17361/15281 8497/17358/15278</w:t>
        <w:br/>
        <w:t>f 8497/17358/15278 8498/17357/15277 8500/17360/15280</w:t>
        <w:br/>
        <w:t>f 8493/17355/15275 8494/17354/15274 8496/17359/15279</w:t>
        <w:br/>
        <w:t>f 8492/17356/15276 8501/17362/15282 8495/17353/15273</w:t>
        <w:br/>
        <w:t>f 8490/17352/15272 8491/17351/15271 8501/17362/15282</w:t>
        <w:br/>
        <w:t>f 8503/17363/15283 8491/17351/15271 8489/17349/15269</w:t>
        <w:br/>
        <w:t>f 8502/17364/15283 8503/17363/15283 8489/17349/15269</w:t>
        <w:br/>
        <w:t>f 8506/17365/15284 8505/17366/15285 8504/17367/15286</w:t>
        <w:br/>
        <w:t>f 8505/17366/15285 8506/17365/15284 8503/17363/15283</w:t>
        <w:br/>
        <w:t>f 8502/17364/15283 8505/17366/15285 8503/17363/15283</w:t>
        <w:br/>
        <w:t>f 8513/17368/15287 8512/17369/15288 8511/17370/15289</w:t>
        <w:br/>
        <w:t>f 8506/17365/15284 8517/17371/15290 8516/17372/15291</w:t>
        <w:br/>
        <w:t>f 8520/17373/15292 8519/17374/15293 8518/17375/15294</w:t>
        <w:br/>
        <w:t>f 8521/17376/15295 8520/17373/15292 8518/17375/15294</w:t>
        <w:br/>
        <w:t>f 8512/17369/15288 8513/17368/15287 8528/17377/15296</w:t>
        <w:br/>
        <w:t>f 8527/17378/15297 8512/17369/15288 8528/17377/15296</w:t>
        <w:br/>
        <w:t>f 8506/17365/15284 8530/17379/15298 8529/17380/15299</w:t>
        <w:br/>
        <w:t>f 8532/17381/15300 8531/17382/15301 8521/17376/15295</w:t>
        <w:br/>
        <w:t>f 8518/17375/15294 8532/17381/15300 8521/17376/15295</w:t>
        <w:br/>
        <w:t>f 8492/17356/15276 8490/17352/15272 8501/17362/15282</w:t>
        <w:br/>
        <w:t>f 8485/17347/15267 8487/17348/15268 8488/17350/15270</w:t>
        <w:br/>
        <w:t>f 8478/17339/15262 8476/17335/15258 8533/17383/15302</w:t>
        <w:br/>
        <w:t>f 8534/17384/15303 8478/17339/15262 8533/17383/15302</w:t>
        <w:br/>
        <w:t>f 8537/17385/15304 8536/17386/15305 8535/17387/15306</w:t>
        <w:br/>
        <w:t>f 8506/17365/15284 8516/17372/15291 8530/17379/15298</w:t>
        <w:br/>
        <w:t>f 8506/17365/15284 8504/17367/15286 8538/17388/15307</w:t>
        <w:br/>
        <w:t>f 8517/17371/15290 8506/17365/15284 8538/17388/15307</w:t>
        <w:br/>
        <w:t>f 8538/17388/15307 8504/17367/15286 8539/17389/15308</w:t>
        <w:br/>
        <w:t>f 8540/17390/15309 8538/17388/15307 8539/17389/15308</w:t>
        <w:br/>
        <w:t>f 8540/17390/15309 8539/17389/15308 8475/17336/15259</w:t>
        <w:br/>
        <w:t>f 8477/17338/15261 8540/17390/15309 8475/17336/15259</w:t>
        <w:br/>
        <w:t>f 8527/17378/15297 8537/17385/15304 8535/17387/15306</w:t>
        <w:br/>
        <w:t>f 8527/17378/15297 8535/17387/15306 8560/17391/15310</w:t>
        <w:br/>
        <w:t>f 8527/17378/15297 8528/17377/15296 8537/17385/15304</w:t>
        <w:br/>
        <w:t>f 8529/17380/15299 8530/17379/15298 8531/17382/15301</w:t>
        <w:br/>
        <w:t>f 8532/17381/15300 8529/17380/15299 8531/17382/15301</w:t>
        <w:br/>
        <w:t>f 8563/17392/15258 8562/17393/15260 8561/17394/15311</w:t>
        <w:br/>
        <w:t>f 8563/17392/15258 8561/17394/15311 8564/17395/15312</w:t>
        <w:br/>
        <w:t>f 8565/17396/15313 8563/17392/15258 8564/17395/15312</w:t>
        <w:br/>
        <w:t>f 8568/17397/15314 8567/17398/15315 8566/17399/15315</w:t>
        <w:br/>
        <w:t>f 8569/17400/15314 8568/17397/15314 8566/17399/15315</w:t>
        <w:br/>
        <w:t>f 8570/17401/15316 8568/17397/15314 8569/17400/15314</w:t>
        <w:br/>
        <w:t>f 8571/17402/15316 8570/17401/15316 8569/17400/15314</w:t>
        <w:br/>
        <w:t>f 8573/17403/15317 8570/17401/15316 8571/17402/15316</w:t>
        <w:br/>
        <w:t>f 8572/17404/15318 8573/17403/15317 8571/17402/15316</w:t>
        <w:br/>
        <w:t>f 8572/17404/15318 8574/17405/15319 8573/17403/15317</w:t>
        <w:br/>
        <w:t>f 8574/17405/15319 8576/17406/15320 8575/17407/15321</w:t>
        <w:br/>
        <w:t>f 8575/17407/15321 8576/17406/15320 8578/17408/15322</w:t>
        <w:br/>
        <w:t>f 8577/17409/15323 8575/17407/15321 8578/17408/15322</w:t>
        <w:br/>
        <w:t>f 8582/17410/15324 8581/17411/15325 8580/17412/15326</w:t>
        <w:br/>
        <w:t>f 8579/17413/15327 8582/17410/15324 8580/17412/15326</w:t>
        <w:br/>
        <w:t>f 8585/17414/15328 8584/17415/15329 8580/17412/15326</w:t>
        <w:br/>
        <w:t>f 8583/17416/15330 8585/17414/15328 8580/17412/15326</w:t>
        <w:br/>
        <w:t>f 8587/17417/15331 8583/17416/15330 8586/17418/15332</w:t>
        <w:br/>
        <w:t>f 8583/17416/15330 8587/17417/15331 8585/17414/15328</w:t>
        <w:br/>
        <w:t>f 8580/17412/15326 8584/17415/15329 8579/17413/15327</w:t>
        <w:br/>
        <w:t>f 8581/17411/15325 8582/17410/15324 8588/17419/15333</w:t>
        <w:br/>
        <w:t>f 8578/17408/15322 8588/17419/15333 8577/17409/15323</w:t>
        <w:br/>
        <w:t>f 8590/17420/15334 8589/17421/15335 8575/17407/15321</w:t>
        <w:br/>
        <w:t>f 8577/17409/15323 8590/17420/15334 8575/17407/15321</w:t>
        <w:br/>
        <w:t>f 8593/17422/15336 8592/17423/15337 8591/17424/15338</w:t>
        <w:br/>
        <w:t>f 8591/17424/15338 8589/17421/15335 8590/17420/15334</w:t>
        <w:br/>
        <w:t>f 8593/17422/15336 8591/17424/15338 8590/17420/15334</w:t>
        <w:br/>
        <w:t>f 8600/17425/15339 8599/17426/15340 8598/17427/15341</w:t>
        <w:br/>
        <w:t>f 8593/17422/15336 8604/17428/15342 8603/17429/15343</w:t>
        <w:br/>
        <w:t>f 8607/17430/15344 8606/17431/15345 8605/17432/15346</w:t>
        <w:br/>
        <w:t>f 8608/17433/15347 8607/17430/15344 8605/17432/15346</w:t>
        <w:br/>
        <w:t>f 8598/17427/15341 8615/17434/15297 8614/17435/15348</w:t>
        <w:br/>
        <w:t>f 8600/17425/15339 8598/17427/15341 8614/17435/15348</w:t>
        <w:br/>
        <w:t>f 8593/17422/15336 8617/17436/15349 8616/17437/15350</w:t>
        <w:br/>
        <w:t>f 8619/17438/15351 8607/17430/15344 8608/17433/15347</w:t>
        <w:br/>
        <w:t>f 8618/17439/15352 8619/17438/15351 8608/17433/15347</w:t>
        <w:br/>
        <w:t>f 8581/17411/15325 8588/17419/15333 8578/17408/15322</w:t>
        <w:br/>
        <w:t>f 8572/17404/15318 8576/17406/15320 8574/17405/15319</w:t>
        <w:br/>
        <w:t>f 8565/17396/15313 8621/17440/15353 8620/17441/15302</w:t>
        <w:br/>
        <w:t>f 8563/17392/15258 8565/17396/15313 8620/17441/15302</w:t>
        <w:br/>
        <w:t>f 8624/17442/15354 8623/17443/15355 8622/17444/15356</w:t>
        <w:br/>
        <w:t>f 8593/17422/15336 8616/17437/15350 8604/17428/15342</w:t>
        <w:br/>
        <w:t>f 8625/17445/15357 8592/17423/15337 8593/17422/15336</w:t>
        <w:br/>
        <w:t>f 8603/17429/15343 8625/17445/15357 8593/17422/15336</w:t>
        <w:br/>
        <w:t>f 8626/17446/15358 8592/17423/15337 8625/17445/15357</w:t>
        <w:br/>
        <w:t>f 8627/17447/15359 8626/17446/15358 8625/17445/15357</w:t>
        <w:br/>
        <w:t>f 8561/17394/15311 8626/17446/15358 8627/17447/15359</w:t>
        <w:br/>
        <w:t>f 8564/17395/15312 8561/17394/15311 8627/17447/15359</w:t>
        <w:br/>
        <w:t>f 8615/17434/15297 8623/17443/15355 8624/17442/15354</w:t>
        <w:br/>
        <w:t>f 8615/17434/15297 8647/17448/15310 8623/17443/15355</w:t>
        <w:br/>
        <w:t>f 8615/17434/15297 8624/17442/15354 8614/17435/15348</w:t>
        <w:br/>
        <w:t>f 8618/17439/15352 8616/17437/15350 8617/17436/15349</w:t>
        <w:br/>
        <w:t>f 8619/17438/15351 8618/17439/15352 8617/17436/15349</w:t>
        <w:br/>
        <w:t>f 8560/17391/15310 8535/17387/15306 8534/17384/15303</w:t>
        <w:br/>
        <w:t>f 8533/17383/15302 8560/17391/15310 8534/17384/15303</w:t>
        <w:br/>
        <w:t>f 8621/17440/15353 8623/17443/15355 8647/17448/15310</w:t>
        <w:br/>
        <w:t>f 8620/17441/15302 8621/17440/15353 8647/17448/15310</w:t>
        <w:br/>
        <w:t>f 9954/17449/15360 9953/17450/15361 9952/17451/15362</w:t>
        <w:br/>
        <w:t>f 9954/17449/15360 9956/17452/15363 9955/17453/15364</w:t>
        <w:br/>
        <w:t>f 9960/17454/15365 9959/17455/15366 9958/17456/15367</w:t>
        <w:br/>
        <w:t>f 9957/17457/15368 9960/17454/15365 9958/17456/15367</w:t>
        <w:br/>
        <w:t>f 9962/17458/15369 9961/17459/15370 9958/17456/15367</w:t>
        <w:br/>
        <w:t>f 9959/17455/15366 9962/17458/15369 9958/17456/15367</w:t>
        <w:br/>
        <w:t>f 9966/17460/15371 9965/17461/15372 9964/17462/15373</w:t>
        <w:br/>
        <w:t>f 9963/17463/15374 9966/17460/15371 9964/17462/15373</w:t>
        <w:br/>
        <w:t>f 9966/17460/15371 9968/17464/15375 9967/17465/15376</w:t>
        <w:br/>
        <w:t>f 9965/17461/15372 9966/17460/15371 9967/17465/15376</w:t>
        <w:br/>
        <w:t>f 9963/17463/15374 9970/17466/15377 9969/17467/15378</w:t>
        <w:br/>
        <w:t>f 9966/17460/15371 9963/17463/15374 9969/17467/15378</w:t>
        <w:br/>
        <w:t>f 9969/17467/15378 9971/17468/15379 9968/17464/15375</w:t>
        <w:br/>
        <w:t>f 9966/17460/15371 9969/17467/15378 9968/17464/15375</w:t>
        <w:br/>
        <w:t>f 9974/17469/15380 9973/17470/15381 9972/17471/15382</w:t>
        <w:br/>
        <w:t>f 9975/17472/15383 9974/17469/15380 9972/17471/15382</w:t>
        <w:br/>
        <w:t>f 9974/17469/15380 9977/17473/15384 9976/17474/15384</w:t>
        <w:br/>
        <w:t>f 9973/17470/15381 9974/17469/15380 9976/17474/15384</w:t>
        <w:br/>
        <w:t>f 9977/17473/15384 9979/17475/15385 9978/17476/15385</w:t>
        <w:br/>
        <w:t>f 9976/17474/15384 9977/17473/15384 9978/17476/15385</w:t>
        <w:br/>
        <w:t>f 9983/17477/15386 9982/17478/15386 9981/17479/15387</w:t>
        <w:br/>
        <w:t>f 9980/17480/15387 9983/17477/15386 9981/17479/15387</w:t>
        <w:br/>
        <w:t>f 9985/17481/15388 9980/17480/15387 9981/17479/15387</w:t>
        <w:br/>
        <w:t>f 9984/17482/15389 9985/17481/15388 9981/17479/15387</w:t>
        <w:br/>
        <w:t>f 9986/17483/15390 9982/17478/15386 9983/17477/15386</w:t>
        <w:br/>
        <w:t>f 9987/17484/15385 9986/17483/15390 9983/17477/15386</w:t>
        <w:br/>
        <w:t>f 9990/17485/15391 9989/17486/15392 9988/17487/15393</w:t>
        <w:br/>
        <w:t>f 9993/17488/15394 9992/17489/15395 9991/17490/15396</w:t>
        <w:br/>
        <w:t>f 9990/17485/15391 9972/17471/15382 9994/17491/15397</w:t>
        <w:br/>
        <w:t>f 9989/17486/15392 9990/17485/15391 9994/17491/15397</w:t>
        <w:br/>
        <w:t>f 9995/17492/15398 9985/17481/15388 9992/17489/15395</w:t>
        <w:br/>
        <w:t>f 9993/17488/15394 9995/17492/15398 9992/17489/15395</w:t>
        <w:br/>
        <w:t>f 9999/17493/15399 9998/17494/15400 9997/17495/15400</w:t>
        <w:br/>
        <w:t>f 9996/17496/15399 9999/17493/15399 9997/17495/15400</w:t>
        <w:br/>
        <w:t>f 9997/17495/15400 9998/17494/15400 10000/17497/15401</w:t>
        <w:br/>
        <w:t>f 10001/17498/15401 9997/17495/15400 10000/17497/15401</w:t>
        <w:br/>
        <w:t>f 9965/17461/15372 9959/17455/15366 10002/17499/15402</w:t>
        <w:br/>
        <w:t>f 9964/17462/15373 9965/17461/15372 10002/17499/15402</w:t>
        <w:br/>
        <w:t>f 10003/17500/15403 9959/17455/15366 9965/17461/15372</w:t>
        <w:br/>
        <w:t>f 9967/17465/15376 10003/17500/15403 9965/17461/15372</w:t>
        <w:br/>
        <w:t>f 9992/17489/15395 9985/17481/15388 9984/17482/15389</w:t>
        <w:br/>
        <w:t>f 9990/17485/15391 9975/17472/15383 9972/17471/15382</w:t>
        <w:br/>
        <w:t>f 9959/17455/15366 9960/17454/15365 10002/17499/15402</w:t>
        <w:br/>
        <w:t>f 9962/17458/15369 9959/17455/15366 10003/17500/15403</w:t>
        <w:br/>
        <w:t>f 10004/17501/15404 9954/17449/15360 9952/17451/15362</w:t>
        <w:br/>
        <w:t>f 10005/17502/15405 10004/17501/15404 9952/17451/15362</w:t>
        <w:br/>
        <w:t>f 9956/17452/15363 9954/17449/15360 10004/17501/15404</w:t>
        <w:br/>
        <w:t>f 10006/17503/15406 9956/17452/15363 10004/17501/15404</w:t>
        <w:br/>
        <w:t>f 10648/17504/15407 10647/17505/15408 10646/17506/15409</w:t>
        <w:br/>
        <w:t>f 10645/17507/15410 10648/17504/15407 10646/17506/15409</w:t>
        <w:br/>
        <w:t>f 10672/17508/15411 10671/17509/15412 10670/17510/15413</w:t>
        <w:br/>
        <w:t>f 10673/17511/15414 10672/17508/15411 10670/17510/15413</w:t>
        <w:br/>
        <w:t>f 10677/17512/15415 10676/17513/15416 10675/17514/15417</w:t>
        <w:br/>
        <w:t>f 10674/17515/15418 10677/17512/15415 10675/17514/15417</w:t>
        <w:br/>
        <w:t>f 10680/17516/15419 10679/17517/15420 10678/17518/15421</w:t>
        <w:br/>
        <w:t>f 10686/17519/15422 10685/17520/15423 10684/17521/15424</w:t>
        <w:br/>
        <w:t>f 10687/17522/15422 10686/17519/15422 10684/17521/15424</w:t>
        <w:br/>
        <w:t>f 10647/17505/15408 10648/17504/15407 10684/17521/15424</w:t>
        <w:br/>
        <w:t>f 10685/17520/15423 10647/17505/15408 10684/17521/15424</w:t>
        <w:br/>
        <w:t>f 10712/17523/15425 10711/17524/15426 10710/17525/15427</w:t>
        <w:br/>
        <w:t>f 10713/17526/15428 10712/17523/15425 10710/17525/15427</w:t>
        <w:br/>
        <w:t>f 10716/17527/15429 10715/17528/15430 10714/17529/15431</w:t>
        <w:br/>
        <w:t>f 10717/17530/15432 10716/17527/15429 10714/17529/15431</w:t>
        <w:br/>
        <w:t>f 10675/17514/15417 10735/17531/15433 10734/17532/15434</w:t>
        <w:br/>
        <w:t>f 10674/17515/15418 10675/17514/15417 10734/17532/15434</w:t>
        <w:br/>
        <w:t>f 10737/17533/15435 10736/17534/15436 10645/17507/15410</w:t>
        <w:br/>
        <w:t>f 10646/17506/15409 10737/17533/15435 10645/17507/15410</w:t>
        <w:br/>
        <w:t>f 10740/17535/15437 10739/17536/15438 10738/17537/8960</w:t>
        <w:br/>
        <w:t>f 10741/17538/8846 10740/17535/15437 10738/17537/8960</w:t>
        <w:br/>
        <w:t>f 10877/17539/15439 10876/17540/15440 10686/17519/15422</w:t>
        <w:br/>
        <w:t>f 10687/17522/15422 10877/17539/15439 10686/17519/15422</w:t>
        <w:br/>
        <w:t>f 10924/17541/15441 10923/17542/15442 10922/17543/15443</w:t>
        <w:br/>
        <w:t>f 10921/17544/8957 10924/17541/15441 10922/17543/15443</w:t>
        <w:br/>
        <w:t>f 10958/17545/15444 10957/17546/8775 10956/17547/15445</w:t>
        <w:br/>
        <w:t>f 10955/17548/15446 10958/17545/15444 10956/17547/15445</w:t>
        <w:br/>
        <w:t>f 10957/17546/8775 10961/17549/8866 10960/17550/8696</w:t>
        <w:br/>
        <w:t>f 10956/17547/15445 10957/17546/8775 10960/17550/8696</w:t>
        <w:br/>
        <w:t>f 10924/17541/15441 10963/17551/8744 10962/17552/15447</w:t>
        <w:br/>
        <w:t>f 10923/17542/15442 10924/17541/15441 10962/17552/15447</w:t>
        <w:br/>
        <w:t>f 10963/17551/8744 10990/17553/15448 10962/17552/15447</w:t>
        <w:br/>
        <w:t>f 10992/17554/8753 10991/17555/15449 10990/17553/15448</w:t>
        <w:br/>
        <w:t>f 10963/17551/8744 10992/17554/8753 10990/17553/15448</w:t>
        <w:br/>
        <w:t>f 10996/17556/8740 10995/17557/15450 10994/17558/15451</w:t>
        <w:br/>
        <w:t>f 10993/17559/8779 10996/17556/8740 10994/17558/15451</w:t>
        <w:br/>
        <w:t>f 10995/17557/15450 10996/17556/8740 10998/17560/15452</w:t>
        <w:br/>
        <w:t>f 10997/17561/15453 10995/17557/15450 10998/17560/15452</w:t>
        <w:br/>
        <w:t>f 11000/17562/8719 10999/17563/15454 10997/17561/15453</w:t>
        <w:br/>
        <w:t>f 10998/17560/15452 11000/17562/8719 10997/17561/15453</w:t>
        <w:br/>
        <w:t>f 10955/17548/15446 10999/17563/15454 11000/17562/8719</w:t>
        <w:br/>
        <w:t>f 10958/17545/15444 10955/17548/15446 11000/17562/8719</w:t>
        <w:br/>
        <w:t>f 11001/17564/15455 10991/17555/15449 10992/17554/8753</w:t>
        <w:br/>
        <w:t>f 10993/17559/8779 11001/17564/15455 10992/17554/8753</w:t>
        <w:br/>
        <w:t>f 10994/17558/15451 11002/17565/15456 10993/17559/8779</w:t>
        <w:br/>
        <w:t>f 11013/17566/15457 11012/17567/15457 10647/17505/15408</w:t>
        <w:br/>
        <w:t>f 11011/17568/15458 11013/17566/15457 10647/17505/15408</w:t>
        <w:br/>
        <w:t>f 10672/17508/15411 10673/17511/15414 11014/17569/15459</w:t>
        <w:br/>
        <w:t>f 11015/17570/15460 10672/17508/15411 11014/17569/15459</w:t>
        <w:br/>
        <w:t>f 11018/17571/15461 11017/17572/15462 11016/17573/15462</w:t>
        <w:br/>
        <w:t>f 11019/17574/15461 11018/17571/15461 11016/17573/15462</w:t>
        <w:br/>
        <w:t>f 11023/17575/15463 11022/17576/15464 11021/17577/15464</w:t>
        <w:br/>
        <w:t>f 11020/17578/15463 11023/17575/15463 11021/17577/15464</w:t>
        <w:br/>
        <w:t>f 11027/17579/15465 11026/17580/15466 11025/17581/15467</w:t>
        <w:br/>
        <w:t>f 11024/17582/15468 11027/17579/15465 11025/17581/15467</w:t>
        <w:br/>
        <w:t>f 10876/17540/15440 11027/17579/15465 11024/17582/15468</w:t>
        <w:br/>
        <w:t>f 11028/17583/15469 10876/17540/15440 11024/17582/15468</w:t>
        <w:br/>
        <w:t>f 11032/17584/15470 11031/17585/15471 11030/17586/15471</w:t>
        <w:br/>
        <w:t>f 11029/17587/15472 11032/17584/15470 11030/17586/15471</w:t>
        <w:br/>
        <w:t>f 10685/17520/15423 11029/17587/15472 11011/17568/15458</w:t>
        <w:br/>
        <w:t>f 10647/17505/15408 10685/17520/15423 11011/17568/15458</w:t>
        <w:br/>
        <w:t>f 11036/17588/15473 11035/17589/15474 11034/17590/15475</w:t>
        <w:br/>
        <w:t>f 11033/17591/15476 11036/17588/15473 11034/17590/15475</w:t>
        <w:br/>
        <w:t>f 11039/17592/15477 11038/17593/15478 11037/17594/15477</w:t>
        <w:br/>
        <w:t>f 11022/17576/15464 11018/17571/15461 11019/17574/15461</w:t>
        <w:br/>
        <w:t>f 11021/17577/15464 11022/17576/15464 11019/17574/15461</w:t>
        <w:br/>
        <w:t>f 10739/17536/15438 11041/17595/15479 11040/17596/15480</w:t>
        <w:br/>
        <w:t>f 11042/17597/15481 10739/17536/15438 11040/17596/15480</w:t>
        <w:br/>
        <w:t>f 11073/17598/15482 11072/17599/15483 11071/17600/15484</w:t>
        <w:br/>
        <w:t>f 11074/17601/15485 11073/17598/15482 11071/17600/15484</w:t>
        <w:br/>
        <w:t>f 11077/17602/15486 11076/17603/15487 11075/17604/15488</w:t>
        <w:br/>
        <w:t>f 11078/17605/15489 11077/17602/15486 11075/17604/15488</w:t>
        <w:br/>
        <w:t>f 11081/17606/15490 11077/17602/15486 11078/17605/15489</w:t>
        <w:br/>
        <w:t>f 11082/17607/15491 11081/17606/15490 11078/17605/15489</w:t>
        <w:br/>
        <w:t>f 11031/17585/15471 10876/17540/15440 11028/17583/15469</w:t>
        <w:br/>
        <w:t>f 11030/17586/15471 11031/17585/15471 11028/17583/15469</w:t>
        <w:br/>
        <w:t>f 10923/17542/15442 11084/17608/9381 11083/17609/15492</w:t>
        <w:br/>
        <w:t>f 10922/17543/15443 10923/17542/15442 11083/17609/15492</w:t>
        <w:br/>
        <w:t>f 10955/17548/15446 10956/17547/15445 11086/17610/15493</w:t>
        <w:br/>
        <w:t>f 11085/17611/15494 10955/17548/15446 11086/17610/15493</w:t>
        <w:br/>
        <w:t>f 10923/17542/15442 11088/17612/15495 11087/17613/15496</w:t>
        <w:br/>
        <w:t>f 11084/17608/9381 10923/17542/15442 11087/17613/15496</w:t>
        <w:br/>
        <w:t>f 10740/17535/15437 11089/17614/15497 11041/17595/15479</w:t>
        <w:br/>
        <w:t>f 10739/17536/15438 10740/17535/15437 11041/17595/15479</w:t>
        <w:br/>
        <w:t>f 10740/17535/15437 10922/17543/15443 11083/17609/15492</w:t>
        <w:br/>
        <w:t>f 11089/17614/15497 10740/17535/15437 11083/17609/15492</w:t>
        <w:br/>
        <w:t>f 10962/17552/15447 10990/17553/15448 11104/17615/15498</w:t>
        <w:br/>
        <w:t>f 11087/17613/15496 10962/17552/15447 11104/17615/15498</w:t>
        <w:br/>
        <w:t>f 10991/17555/15449 11105/17616/15499 11104/17615/15498</w:t>
        <w:br/>
        <w:t>f 10990/17553/15448 10991/17555/15449 11104/17615/15498</w:t>
        <w:br/>
        <w:t>f 10956/17547/15445 11107/17617/15500 11106/17618/15501</w:t>
        <w:br/>
        <w:t>f 11086/17610/15493 10956/17547/15445 11106/17618/15501</w:t>
        <w:br/>
        <w:t>f 11042/17597/15481 11040/17596/15480 11108/17619/15502</w:t>
        <w:br/>
        <w:t>f 11109/17620/15503 11042/17597/15481 11108/17619/15502</w:t>
        <w:br/>
        <w:t>f 10995/17557/15450 11111/17621/15504 11110/17622/15505</w:t>
        <w:br/>
        <w:t>f 10994/17558/15451 10995/17557/15450 11110/17622/15505</w:t>
        <w:br/>
        <w:t>f 10995/17557/15450 10997/17561/15453 11112/17623/15506</w:t>
        <w:br/>
        <w:t>f 11111/17621/15504 10995/17557/15450 11112/17623/15506</w:t>
        <w:br/>
        <w:t>f 10997/17561/15453 10999/17563/15454 11113/17624/15507</w:t>
        <w:br/>
        <w:t>f 11112/17623/15506 10997/17561/15453 11113/17624/15507</w:t>
        <w:br/>
        <w:t>f 10999/17563/15454 10955/17548/15446 11085/17611/15494</w:t>
        <w:br/>
        <w:t>f 11113/17624/15507 10999/17563/15454 11085/17611/15494</w:t>
        <w:br/>
        <w:t>f 10991/17555/15449 11001/17564/15455 11114/17625/15508</w:t>
        <w:br/>
        <w:t>f 11105/17616/15499 10991/17555/15449 11114/17625/15508</w:t>
        <w:br/>
        <w:t>f 11002/17565/15456 11115/17626/15509 11114/17625/15508</w:t>
        <w:br/>
        <w:t>f 11001/17564/15455 11002/17565/15456 11114/17625/15508</w:t>
        <w:br/>
        <w:t>f 10994/17558/15451 11110/17622/15505 11115/17626/15509</w:t>
        <w:br/>
        <w:t>f 11002/17565/15456 10994/17558/15451 11115/17626/15509</w:t>
        <w:br/>
        <w:t>f 10741/17538/8846 10922/17543/15443 10740/17535/15437</w:t>
        <w:br/>
        <w:t>f 10922/17543/15443 10741/17538/8846 10921/17544/8957</w:t>
        <w:br/>
        <w:t>f 11152/17627/15510 11151/17628/15511 11150/17629/15512</w:t>
        <w:br/>
        <w:t>f 11149/17630/15513 11152/17627/15510 11150/17629/15512</w:t>
        <w:br/>
        <w:t>f 10737/17533/15435 10712/17523/15425 10713/17526/15428</w:t>
        <w:br/>
        <w:t>f 10736/17534/15436 10737/17533/15435 10713/17526/15428</w:t>
        <w:br/>
        <w:t>f 11155/17631/15514 11154/17632/15514 11033/17591/15476</w:t>
        <w:br/>
        <w:t>f 11034/17590/15475 11155/17631/15514 11033/17591/15476</w:t>
        <w:br/>
        <w:t>f 10676/17513/15416 10677/17512/15415 10671/17509/15412</w:t>
        <w:br/>
        <w:t>f 10672/17508/15411 10676/17513/15416 10671/17509/15412</w:t>
        <w:br/>
        <w:t>f 11017/17572/15462 10672/17508/15411 11015/17570/15460</w:t>
        <w:br/>
        <w:t>f 11016/17573/15462 11017/17572/15462 11015/17570/15460</w:t>
        <w:br/>
        <w:t>f 10711/17524/15426 10716/17527/15429 10717/17530/15432</w:t>
        <w:br/>
        <w:t>f 10710/17525/15427 10711/17524/15426 10717/17530/15432</w:t>
        <w:br/>
        <w:t>f 11035/17589/15474 11036/17588/15473 11158/17633/15515</w:t>
        <w:br/>
        <w:t>f 11159/17634/15516 11035/17589/15474 11158/17633/15515</w:t>
        <w:br/>
        <w:t>f 11072/17599/15483 11152/17627/15510 11149/17630/15513</w:t>
        <w:br/>
        <w:t>f 11071/17600/15484 11072/17599/15483 11149/17630/15513</w:t>
        <w:br/>
        <w:t>f 11180/17635/15517 11179/17636/8967 11178/17637/15518</w:t>
        <w:br/>
        <w:t>f 11109/17620/15503 11180/17635/15517 11178/17637/15518</w:t>
        <w:br/>
        <w:t>f 11182/17638/15519 11109/17620/15503 11181/17639/8961</w:t>
        <w:br/>
        <w:t>f 10739/17536/15438 11042/17597/15481 11183/17640/8958</w:t>
        <w:br/>
        <w:t>f 10738/17537/8960 10739/17536/15438 11183/17640/8958</w:t>
        <w:br/>
        <w:t>f 11180/17635/15517 11188/17641/8888 11187/17642/8966</w:t>
        <w:br/>
        <w:t>f 11191/17643/15520 11190/17644/8964 11189/17645/8969</w:t>
        <w:br/>
        <w:t>f 11073/17598/15482 11076/17603/15487 11207/17646/15521</w:t>
        <w:br/>
        <w:t>f 11208/17647/15522 11073/17598/15482 11207/17646/15521</w:t>
        <w:br/>
        <w:t>f 11072/17599/15483 11073/17598/15482 11208/17647/15522</w:t>
        <w:br/>
        <w:t>f 11209/17648/15523 11072/17599/15483 11208/17647/15522</w:t>
        <w:br/>
        <w:t>f 11152/17627/15510 11072/17599/15483 11209/17648/15523</w:t>
        <w:br/>
        <w:t>f 11210/17649/15524 11152/17627/15510 11209/17648/15523</w:t>
        <w:br/>
        <w:t>f 11211/17650/15525 11152/17627/15510 11210/17649/15524</w:t>
        <w:br/>
        <w:t>f 11212/17651/15526 11211/17650/15525 11210/17649/15524</w:t>
        <w:br/>
        <w:t>f 11214/17652/15527 11211/17650/15525 11212/17651/15526</w:t>
        <w:br/>
        <w:t>f 11213/17653/15528 11214/17652/15527 11212/17651/15526</w:t>
        <w:br/>
        <w:t>f 11207/17646/15521 11253/17654/15529 11252/17655/15530</w:t>
        <w:br/>
        <w:t>f 11208/17647/15522 11207/17646/15521 11252/17655/15530</w:t>
        <w:br/>
        <w:t>f 11209/17648/15523 11208/17647/15522 11252/17655/15530</w:t>
        <w:br/>
        <w:t>f 11254/17656/15531 11209/17648/15523 11252/17655/15530</w:t>
        <w:br/>
        <w:t>f 11255/17657/15532 11210/17649/15524 11209/17648/15523</w:t>
        <w:br/>
        <w:t>f 11254/17656/15531 11255/17657/15532 11209/17648/15523</w:t>
        <w:br/>
        <w:t>f 11256/17658/15533 11212/17651/15526 11210/17649/15524</w:t>
        <w:br/>
        <w:t>f 11255/17657/15532 11256/17658/15533 11210/17649/15524</w:t>
        <w:br/>
        <w:t>f 11213/17653/15528 11212/17651/15526 11256/17658/15533</w:t>
        <w:br/>
        <w:t>f 11257/17659/8689 11213/17653/15528 11256/17658/15533</w:t>
        <w:br/>
        <w:t>f 11271/17660/8798 11270/17661/15534 11150/17629/15512</w:t>
        <w:br/>
        <w:t>f 11151/17628/15511 11214/17652/8902 11271/17660/8798</w:t>
        <w:br/>
        <w:t>f 11150/17629/15512 11151/17628/15511 11271/17660/8798</w:t>
        <w:br/>
        <w:t>f 10876/17540/15440 10877/17539/15439 11279/17662/15535</w:t>
        <w:br/>
        <w:t>f 11027/17579/15465 10876/17540/15440 11279/17662/15535</w:t>
        <w:br/>
        <w:t>f 11282/17663/8593 11281/17664/15536 10645/17507/15410</w:t>
        <w:br/>
        <w:t>f 11280/17665/8590 11282/17663/8593 10645/17507/15410</w:t>
        <w:br/>
        <w:t>f 11285/17666/15537 11284/17667/15538 11283/17668/15538</w:t>
        <w:br/>
        <w:t>f 11284/17667/15538 11287/17669/15539 11286/17670/15540</w:t>
        <w:br/>
        <w:t>f 11283/17668/15538 11284/17667/15538 11286/17670/15540</w:t>
        <w:br/>
        <w:t>f 11290/17671/15541 11289/17672/15542 11288/17673/15543</w:t>
        <w:br/>
        <w:t>f 11291/17674/15544 11290/17671/15541 11288/17673/15543</w:t>
        <w:br/>
        <w:t>f 11294/17675/15545 11293/17676/15546 11292/17677/15546</w:t>
        <w:br/>
        <w:t>f 11295/17678/15547 11294/17675/15545 11292/17677/15546</w:t>
        <w:br/>
        <w:t>f 11292/17677/15546 11293/17676/15546 11297/17679/15548</w:t>
        <w:br/>
        <w:t>f 11296/17680/15548 11292/17677/15546 11297/17679/15548</w:t>
        <w:br/>
        <w:t>f 11300/17681/15549 11299/17682/15550 11298/17683/15550</w:t>
        <w:br/>
        <w:t>f 11301/17684/15551 11300/17681/15549 11298/17683/15550</w:t>
        <w:br/>
        <w:t>f 11305/17685/15552 11304/17686/15553 11303/17687/15554</w:t>
        <w:br/>
        <w:t>f 11302/17688/15554 11305/17685/15552 11303/17687/15554</w:t>
        <w:br/>
        <w:t>f 11307/17689/15555 11306/17690/15556 11302/17688/15554</w:t>
        <w:br/>
        <w:t>f 11303/17687/15554 11307/17689/15555 11302/17688/15554</w:t>
        <w:br/>
        <w:t>f 11289/17672/15557 11309/17691/15558 11308/17692/15559</w:t>
        <w:br/>
        <w:t>f 11310/17693/15560 11289/17672/15557 11308/17692/15559</w:t>
        <w:br/>
        <w:t>f 11280/17665/8590 11313/17694/15561 11312/17695/15562</w:t>
        <w:br/>
        <w:t>f 11311/17696/8954 11280/17665/8590 11312/17695/15562</w:t>
        <w:br/>
        <w:t>f 11315/17697/15563 11314/17698/15563 11294/17675/15545</w:t>
        <w:br/>
        <w:t>f 11295/17678/15547 11315/17697/15563 11294/17675/15545</w:t>
        <w:br/>
        <w:t>f 11312/17695/15562 11300/17681/15549 11301/17684/15551</w:t>
        <w:br/>
        <w:t>f 11311/17696/8954 11312/17695/15562 11301/17684/15551</w:t>
        <w:br/>
        <w:t>f 11317/17699/15564 11287/17669/15565 11290/17671/15566</w:t>
        <w:br/>
        <w:t>f 11316/17700/8937 11317/17699/15564 11290/17671/15566</w:t>
        <w:br/>
        <w:t>f 11299/17682/15550 11306/17690/15556 11307/17689/15555</w:t>
        <w:br/>
        <w:t>f 11298/17683/15550 11299/17682/15550 11307/17689/15555</w:t>
        <w:br/>
        <w:t>f 11318/17701/15567 11314/17698/15563 11315/17697/15563</w:t>
        <w:br/>
        <w:t>f 11319/17702/15568 11318/17701/15567 11315/17697/15563</w:t>
        <w:br/>
        <w:t>f 11039/17592/15477 11037/17594/15477 11159/17634/15516</w:t>
        <w:br/>
        <w:t>f 11158/17633/15515 11039/17592/15477 11159/17634/15516</w:t>
        <w:br/>
        <w:t>f 11077/17602/15486 11333/17703/15569 11332/17704/15570</w:t>
        <w:br/>
        <w:t>f 11331/17705/15571 11077/17602/15486 11332/17704/15570</w:t>
        <w:br/>
        <w:t>f 11331/17705/15571 11332/17704/15570 11337/17706/15572</w:t>
        <w:br/>
        <w:t>f 11336/17707/15573 11331/17705/15571 11337/17706/15572</w:t>
        <w:br/>
        <w:t>f 11346/17708/15574 11318/17701/15567 11319/17702/15568</w:t>
        <w:br/>
        <w:t>f 11345/17709/8953 11346/17708/15574 11319/17702/15568</w:t>
        <w:br/>
        <w:t>f 10679/17517/15420 11027/17579/15465 11279/17662/15535</w:t>
        <w:br/>
        <w:t>f 10678/17518/15421 10679/17517/15420 11279/17662/15535</w:t>
        <w:br/>
        <w:t>f 11026/17580/15466 11023/17575/15463 11020/17578/15463</w:t>
        <w:br/>
        <w:t>f 11025/17581/15467 11026/17580/15466 11020/17578/15463</w:t>
        <w:br/>
        <w:t>f 10680/17516/15419 10734/17532/15434 10735/17531/15433</w:t>
        <w:br/>
        <w:t>f 10680/17516/15419 10678/17518/15421 10734/17532/15434</w:t>
        <w:br/>
        <w:t>f 11012/17567/15457 11013/17566/15457 11154/17632/15514</w:t>
        <w:br/>
        <w:t>f 11155/17631/15514 11012/17567/15457 11154/17632/15514</w:t>
        <w:br/>
        <w:t>f 11309/17691/15558 11346/17708/15574 11345/17709/8953</w:t>
        <w:br/>
        <w:t>f 11308/17692/15559 11309/17691/15558 11345/17709/8953</w:t>
        <w:br/>
        <w:t>f 11074/17601/15485 11075/17604/15488 11076/17603/15487</w:t>
        <w:br/>
        <w:t>f 11073/17598/15482 11074/17601/15485 11076/17603/15487</w:t>
        <w:br/>
        <w:t>f 11076/17603/15487 11077/17602/15486 11331/17705/15571</w:t>
        <w:br/>
        <w:t>f 11207/17646/15521 11076/17603/15487 11331/17705/15571</w:t>
        <w:br/>
        <w:t>f 11207/17646/15521 11331/17705/15571 11336/17707/15573</w:t>
        <w:br/>
        <w:t>f 11253/17654/15529 11207/17646/15521 11336/17707/15573</w:t>
        <w:br/>
        <w:t>f 10960/17550/8696 10961/17549/8866 11355/17710/8865</w:t>
        <w:br/>
        <w:t>f 11190/17644/8964 11191/17643/15520 11368/17711/15575</w:t>
        <w:br/>
        <w:t>f 11180/17635/15517 11370/17712/8965 11368/17711/15575</w:t>
        <w:br/>
        <w:t>f 11191/17643/15520 11189/17645/8969 11371/17713/8968</w:t>
        <w:br/>
        <w:t>f 11191/17643/15520 11371/17713/8968 11179/17636/8967</w:t>
        <w:br/>
        <w:t>f 11368/17711/15575 11191/17643/15520 11179/17636/8967</w:t>
        <w:br/>
        <w:t>f 11109/17620/15503 11178/17637/15518 11181/17639/8961</w:t>
        <w:br/>
        <w:t>f 11180/17635/15517 11368/17711/15575 11179/17636/8967</w:t>
        <w:br/>
        <w:t>f 11180/17635/15517 11187/17642/8966 11370/17712/8965</w:t>
        <w:br/>
        <w:t>f 11042/17597/15481 11181/17639/8961 11183/17640/8958</w:t>
        <w:br/>
        <w:t>f 11376/17714/15576 11375/17715/15577 11374/17716/15578</w:t>
        <w:br/>
        <w:t>f 11373/17717/15579 11376/17714/15576 11374/17716/15578</w:t>
        <w:br/>
        <w:t>f 11403/17718/15580 11402/17719/15581 11401/17720/15582</w:t>
        <w:br/>
        <w:t>f 11404/17721/15583 11403/17718/15580 11401/17720/15582</w:t>
        <w:br/>
        <w:t>f 11408/17722/15584 11407/17723/15585 11406/17724/15586</w:t>
        <w:br/>
        <w:t>f 11405/17725/15587 11408/17722/15584 11406/17724/15586</w:t>
        <w:br/>
        <w:t>f 11411/17726/15588 11410/17727/15589 11409/17728/15590</w:t>
        <w:br/>
        <w:t>f 11417/17729/15591 11416/17730/15592 11415/17731/15593</w:t>
        <w:br/>
        <w:t>f 11418/17732/15593 11417/17729/15591 11415/17731/15593</w:t>
        <w:br/>
        <w:t>f 11417/17729/15591 11376/17714/15576 11373/17717/15579</w:t>
        <w:br/>
        <w:t>f 11416/17730/15592 11417/17729/15591 11373/17717/15579</w:t>
        <w:br/>
        <w:t>f 11461/17733/15594 11460/17734/15595 11459/17735/15596</w:t>
        <w:br/>
        <w:t>f 11462/17736/15597 11461/17733/15594 11459/17735/15596</w:t>
        <w:br/>
        <w:t>f 11465/17737/15598 11464/17738/15599 11463/17739/15600</w:t>
        <w:br/>
        <w:t>f 11466/17740/15601 11465/17737/15598 11463/17739/15600</w:t>
        <w:br/>
        <w:t>f 11406/17724/15586 11407/17723/15585 11483/17741/15602</w:t>
        <w:br/>
        <w:t>f 11482/17742/15603 11406/17724/15586 11483/17741/15602</w:t>
        <w:br/>
        <w:t>f 11375/17715/15577 11485/17743/15604 11484/17744/15605</w:t>
        <w:br/>
        <w:t>f 11374/17716/15578 11375/17715/15577 11484/17744/15605</w:t>
        <w:br/>
        <w:t>f 11488/17745/15606 11487/17746/15607 11486/17747/15608</w:t>
        <w:br/>
        <w:t>f 11489/17748/9276 11488/17745/15606 11486/17747/15608</w:t>
        <w:br/>
        <w:t>f 11615/17749/15609 11614/17750/15610 11613/17751/15611</w:t>
        <w:br/>
        <w:t>f 11612/17752/15612 11615/17749/15609 11613/17751/15611</w:t>
        <w:br/>
        <w:t>f 11612/17752/15612 11621/17753/15613 11620/17754/15614</w:t>
        <w:br/>
        <w:t>f 11615/17749/15609 11612/17752/15612 11620/17754/15614</w:t>
        <w:br/>
        <w:t>f 11627/17755/15615 11418/17732/15593 11415/17731/15593</w:t>
        <w:br/>
        <w:t>f 11626/17756/15616 11627/17755/15615 11415/17731/15593</w:t>
        <w:br/>
        <w:t>f 11636/17757/15617 11635/17758/15618 11634/17759/9328</w:t>
        <w:br/>
        <w:t>f 11633/17760/15619 11636/17757/15617 11634/17759/9328</w:t>
        <w:br/>
        <w:t>f 11674/17761/15620 11673/17762/9359 11672/17763/15621</w:t>
        <w:br/>
        <w:t>f 11671/17764/15622 11674/17761/15620 11672/17763/15621</w:t>
        <w:br/>
        <w:t>f 11708/17765/9171 11707/17766/15623 11706/17767/15624</w:t>
        <w:br/>
        <w:t>f 11705/17768/15625 11708/17765/9171 11706/17767/15624</w:t>
        <w:br/>
        <w:t>f 11705/17768/15625 11706/17767/15624 11711/17769/9143</w:t>
        <w:br/>
        <w:t>f 11710/17770/9291 11705/17768/15625 11711/17769/9143</w:t>
        <w:br/>
        <w:t>f 11713/17771/15626 11712/17772/9178 11674/17761/15620</w:t>
        <w:br/>
        <w:t>f 11671/17764/15622 11713/17771/15626 11674/17761/15620</w:t>
        <w:br/>
        <w:t>f 11712/17772/9178 11713/17771/15626 11740/17773/15627</w:t>
        <w:br/>
        <w:t>f 11742/17774/9188 11712/17772/9178 11740/17773/15627</w:t>
        <w:br/>
        <w:t>f 11741/17775/15628 11742/17774/9188 11740/17773/15627</w:t>
        <w:br/>
        <w:t>f 11746/17776/15629 11745/17777/9214 11744/17778/15630</w:t>
        <w:br/>
        <w:t>f 11743/17779/15631 11746/17776/15629 11744/17778/15630</w:t>
        <w:br/>
        <w:t>f 11743/17779/15631 11748/17780/15632 11747/17781/9156</w:t>
        <w:br/>
        <w:t>f 11746/17776/15629 11743/17779/15631 11747/17781/9156</w:t>
        <w:br/>
        <w:t>f 11750/17782/9154 11747/17781/9156 11748/17780/15632</w:t>
        <w:br/>
        <w:t>f 11749/17783/15633 11750/17782/9154 11748/17780/15632</w:t>
        <w:br/>
        <w:t>f 11750/17782/9154 11749/17783/15633 11707/17766/15623</w:t>
        <w:br/>
        <w:t>f 11708/17765/9171 11750/17782/9154 11707/17766/15623</w:t>
        <w:br/>
        <w:t>f 11742/17774/9188 11741/17775/15628 11751/17784/15634</w:t>
        <w:br/>
        <w:t>f 11745/17777/9214 11742/17774/9188 11751/17784/15634</w:t>
        <w:br/>
        <w:t>f 11744/17778/15630 11745/17777/9214 11752/17785/15635</w:t>
        <w:br/>
        <w:t>f 11763/17786/15636 11762/17787/15637 11373/17717/15579</w:t>
        <w:br/>
        <w:t>f 11761/17788/15636 11763/17786/15636 11373/17717/15579</w:t>
        <w:br/>
        <w:t>f 11764/17789/15638 11404/17721/15583 11401/17720/15582</w:t>
        <w:br/>
        <w:t>f 11765/17790/15639 11764/17789/15638 11401/17720/15582</w:t>
        <w:br/>
        <w:t>f 11768/17791/15640 11767/17792/15640 11766/17793/15641</w:t>
        <w:br/>
        <w:t>f 11769/17794/15641 11768/17791/15640 11766/17793/15641</w:t>
        <w:br/>
        <w:t>f 11773/17795/15642 11772/17796/15642 11771/17797/15643</w:t>
        <w:br/>
        <w:t>f 11770/17798/15643 11773/17795/15642 11771/17797/15643</w:t>
        <w:br/>
        <w:t>f 11777/17799/15644 11776/17800/15645 11775/17801/15646</w:t>
        <w:br/>
        <w:t>f 11774/17802/15646 11777/17799/15644 11775/17801/15646</w:t>
        <w:br/>
        <w:t>f 11626/17756/15616 11778/17803/15647 11776/17800/15645</w:t>
        <w:br/>
        <w:t>f 11777/17799/15644 11626/17756/15616 11776/17800/15645</w:t>
        <w:br/>
        <w:t>f 11782/17804/15648 11781/17805/15649 11780/17806/15650</w:t>
        <w:br/>
        <w:t>f 11779/17807/15650 11782/17804/15648 11780/17806/15650</w:t>
        <w:br/>
        <w:t>f 11762/17787/15637 11781/17805/15649 11416/17730/15592</w:t>
        <w:br/>
        <w:t>f 11373/17717/15579 11762/17787/15637 11416/17730/15592</w:t>
        <w:br/>
        <w:t>f 11786/17808/15651 11785/17809/15652 11784/17810/15653</w:t>
        <w:br/>
        <w:t>f 11783/17811/15654 11786/17808/15651 11784/17810/15653</w:t>
        <w:br/>
        <w:t>f 11789/17812/15655 11788/17813/15655 11787/17814/15656</w:t>
        <w:br/>
        <w:t>f 11770/17798/15643 11771/17797/15643 11769/17794/15641</w:t>
        <w:br/>
        <w:t>f 11766/17793/15641 11770/17798/15643 11769/17794/15641</w:t>
        <w:br/>
        <w:t>f 11791/17815/15657 11790/17816/15658 11487/17746/15607</w:t>
        <w:br/>
        <w:t>f 11792/17817/15659 11791/17815/15657 11487/17746/15607</w:t>
        <w:br/>
        <w:t>f 11823/17818/15660 11822/17819/15661 11821/17820/15662</w:t>
        <w:br/>
        <w:t>f 11824/17821/15663 11823/17818/15660 11821/17820/15662</w:t>
        <w:br/>
        <w:t>f 11827/17822/15664 11826/17823/15665 11825/17824/15666</w:t>
        <w:br/>
        <w:t>f 11828/17825/15667 11827/17822/15664 11825/17824/15666</w:t>
        <w:br/>
        <w:t>f 11830/17826/15668 11829/17827/15669 11621/17753/15613</w:t>
        <w:br/>
        <w:t>f 11612/17752/15612 11830/17826/15668 11621/17753/15613</w:t>
        <w:br/>
        <w:t>f 11828/17825/15667 11825/17824/15666 11831/17828/15670</w:t>
        <w:br/>
        <w:t>f 11832/17829/15671 11828/17825/15667 11831/17828/15670</w:t>
        <w:br/>
        <w:t>f 11779/17807/15650 11780/17806/15650 11778/17803/15647</w:t>
        <w:br/>
        <w:t>f 11626/17756/15616 11779/17807/15650 11778/17803/15647</w:t>
        <w:br/>
        <w:t>f 11834/17830/15672 11833/17831/9399 11671/17764/15622</w:t>
        <w:br/>
        <w:t>f 11672/17763/15621 11834/17830/15672 11671/17764/15622</w:t>
        <w:br/>
        <w:t>f 11707/17766/15623 11836/17832/15673 11835/17833/15674</w:t>
        <w:br/>
        <w:t>f 11706/17767/15624 11707/17766/15623 11835/17833/15674</w:t>
        <w:br/>
        <w:t>f 11671/17764/15622 11833/17831/9399 11838/17834/15675</w:t>
        <w:br/>
        <w:t>f 11837/17835/15676 11671/17764/15622 11838/17834/15675</w:t>
        <w:br/>
        <w:t>f 11790/17816/15658 11839/17836/15677 11486/17747/15608</w:t>
        <w:br/>
        <w:t>f 11487/17746/15607 11790/17816/15658 11486/17747/15608</w:t>
        <w:br/>
        <w:t>f 11486/17747/15608 11839/17836/15677 11834/17830/15672</w:t>
        <w:br/>
        <w:t>f 11672/17763/15621 11486/17747/15608 11834/17830/15672</w:t>
        <w:br/>
        <w:t>f 11713/17771/15626 11838/17834/15678 11854/17837/9403</w:t>
        <w:br/>
        <w:t>f 11740/17773/15627 11713/17771/15626 11854/17837/9403</w:t>
        <w:br/>
        <w:t>f 11854/17837/9403 11855/17838/15679 11741/17775/15628</w:t>
        <w:br/>
        <w:t>f 11740/17773/15627 11854/17837/9403 11741/17775/15628</w:t>
        <w:br/>
        <w:t>f 11706/17767/15624 11835/17833/15674 11857/17839/15680</w:t>
        <w:br/>
        <w:t>f 11856/17840/15680 11706/17767/15624 11857/17839/15680</w:t>
        <w:br/>
        <w:t>f 11858/17841/15681 11791/17815/15657 11792/17817/15659</w:t>
        <w:br/>
        <w:t>f 11859/17842/15503 11858/17841/15681 11792/17817/15659</w:t>
        <w:br/>
        <w:t>f 11861/17843/15682 11860/17844/15683 11743/17779/15631</w:t>
        <w:br/>
        <w:t>f 11744/17778/15630 11861/17843/15682 11743/17779/15631</w:t>
        <w:br/>
        <w:t>f 11743/17779/15631 11860/17844/15683 11862/17845/15684</w:t>
        <w:br/>
        <w:t>f 11748/17780/15632 11743/17779/15631 11862/17845/15684</w:t>
        <w:br/>
        <w:t>f 11748/17780/15632 11862/17845/15684 11863/17846/15685</w:t>
        <w:br/>
        <w:t>f 11749/17783/15633 11748/17780/15632 11863/17846/15685</w:t>
        <w:br/>
        <w:t>f 11749/17783/15633 11863/17846/15685 11836/17832/15673</w:t>
        <w:br/>
        <w:t>f 11707/17766/15623 11749/17783/15633 11836/17832/15673</w:t>
        <w:br/>
        <w:t>f 11741/17775/15628 11855/17838/15679 11864/17847/15686</w:t>
        <w:br/>
        <w:t>f 11751/17784/15634 11741/17775/15628 11864/17847/15686</w:t>
        <w:br/>
        <w:t>f 11864/17847/15686 11865/17848/15687 11752/17785/15635</w:t>
        <w:br/>
        <w:t>f 11751/17784/15634 11864/17847/15686 11752/17785/15635</w:t>
        <w:br/>
        <w:t>f 11865/17848/15687 11861/17843/15682 11744/17778/15630</w:t>
        <w:br/>
        <w:t>f 11752/17785/15635 11865/17848/15687 11744/17778/15630</w:t>
        <w:br/>
        <w:t>f 11489/17748/9276 11486/17747/15608 11672/17763/15621</w:t>
        <w:br/>
        <w:t>f 11672/17763/15621 11673/17762/9359 11489/17748/9276</w:t>
        <w:br/>
        <w:t>f 11612/17752/15612 11613/17751/15611 11896/17849/15688</w:t>
        <w:br/>
        <w:t>f 11830/17826/15668 11612/17752/15612 11896/17849/15688</w:t>
        <w:br/>
        <w:t>f 11898/17850/15689 11636/17757/15617 11633/17760/15619</w:t>
        <w:br/>
        <w:t>f 11897/17851/15690 11898/17850/15689 11633/17760/15619</w:t>
        <w:br/>
        <w:t>f 11902/17852/15691 11901/17853/15692 11900/17854/15693</w:t>
        <w:br/>
        <w:t>f 11899/17855/15694 11902/17852/15691 11900/17854/15693</w:t>
        <w:br/>
        <w:t>f 11484/17744/15605 11485/17743/15604 11462/17736/15597</w:t>
        <w:br/>
        <w:t>f 11459/17735/15596 11484/17744/15605 11462/17736/15597</w:t>
        <w:br/>
        <w:t>f 11785/17809/15652 11905/17856/15695 11904/17857/15695</w:t>
        <w:br/>
        <w:t>f 11784/17810/15653 11785/17809/15652 11904/17857/15695</w:t>
        <w:br/>
        <w:t>f 11402/17719/15581 11408/17722/15584 11405/17725/15587</w:t>
        <w:br/>
        <w:t>f 11401/17720/15582 11402/17719/15581 11405/17725/15587</w:t>
        <w:br/>
        <w:t>f 11767/17792/15640 11768/17791/15640 11765/17790/15639</w:t>
        <w:br/>
        <w:t>f 11401/17720/15582 11767/17792/15640 11765/17790/15639</w:t>
        <w:br/>
        <w:t>f 11460/17734/15595 11461/17733/15594 11466/17740/15601</w:t>
        <w:br/>
        <w:t>f 11463/17739/15600 11460/17734/15595 11466/17740/15601</w:t>
        <w:br/>
        <w:t>f 11908/17858/15696 11786/17808/15651 11783/17811/15654</w:t>
        <w:br/>
        <w:t>f 11909/17859/15697 11908/17858/15696 11783/17811/15654</w:t>
        <w:br/>
        <w:t>f 11913/17860/15698 11912/17861/15699 11897/17851/15690</w:t>
        <w:br/>
        <w:t>f 11633/17760/15619 11913/17860/15698 11897/17851/15690</w:t>
        <w:br/>
        <w:t>f 11613/17751/15611 11897/17851/15690 11912/17861/15699</w:t>
        <w:br/>
        <w:t>f 11896/17849/15688 11613/17751/15611 11912/17861/15699</w:t>
        <w:br/>
        <w:t>f 11822/17819/15661 11823/17818/15660 11901/17853/15692</w:t>
        <w:br/>
        <w:t>f 11902/17852/15691 11822/17819/15661 11901/17853/15692</w:t>
        <w:br/>
        <w:t>f 11929/17862/15700 11928/17863/9370 11927/17864/15517</w:t>
        <w:br/>
        <w:t>f 11859/17842/15503 11929/17862/15700 11927/17864/15517</w:t>
        <w:br/>
        <w:t>f 11931/17865/15701 11930/17866/9363 11859/17842/15503</w:t>
        <w:br/>
        <w:t>f 11487/17746/15607 11488/17745/15606 11932/17867/9360</w:t>
        <w:br/>
        <w:t>f 11792/17817/15659 11487/17746/15607 11932/17867/9360</w:t>
        <w:br/>
        <w:t>f 11927/17864/15517 11937/17868/15702 11936/17869/8888</w:t>
        <w:br/>
        <w:t>f 11940/17870/15703 11939/17871/9371 11938/17872/9367</w:t>
        <w:br/>
        <w:t>f 11956/17873/15704 11826/17823/15665 11821/17820/15662</w:t>
        <w:br/>
        <w:t>f 11957/17874/15705 11956/17873/15704 11821/17820/15662</w:t>
        <w:br/>
        <w:t>f 11957/17874/15705 11821/17820/15662 11822/17819/15661</w:t>
        <w:br/>
        <w:t>f 11958/17875/15706 11957/17874/15705 11822/17819/15661</w:t>
        <w:br/>
        <w:t>f 11958/17875/15706 11822/17819/15661 11902/17852/15691</w:t>
        <w:br/>
        <w:t>f 11959/17876/15707 11958/17875/15706 11902/17852/15691</w:t>
        <w:br/>
        <w:t>f 11959/17876/15707 11902/17852/15691 11960/17877/15708</w:t>
        <w:br/>
        <w:t>f 11961/17878/15709 11959/17876/15707 11960/17877/15708</w:t>
        <w:br/>
        <w:t>f 11963/17879/15710 11962/17880/9318 11961/17878/15709</w:t>
        <w:br/>
        <w:t>f 11960/17877/15708 11963/17879/15710 11961/17878/15709</w:t>
        <w:br/>
        <w:t>f 11994/17881/15711 11614/17750/15610 11615/17749/15609</w:t>
        <w:br/>
        <w:t>f 11995/17882/15712 11994/17881/15711 11615/17749/15609</w:t>
        <w:br/>
        <w:t>f 11996/17883/15713 11635/17758/15618 11636/17757/15617</w:t>
        <w:br/>
        <w:t>f 11997/17884/15714 11996/17883/15713 11636/17757/15617</w:t>
        <w:br/>
        <w:t>f 11634/17759/9328 11998/17885/9102 11913/17860/15698</w:t>
        <w:br/>
        <w:t>f 11633/17760/15619 11634/17759/9328 11913/17860/15698</w:t>
        <w:br/>
        <w:t>f 11997/17884/15714 11636/17757/15617 11898/17850/15689</w:t>
        <w:br/>
        <w:t>f 12000/17886/15715 11997/17884/15714 11898/17850/15689</w:t>
        <w:br/>
        <w:t>f 11994/17881/15711 12000/17886/15715 11898/17850/15689</w:t>
        <w:br/>
        <w:t>f 11614/17750/15610 11994/17881/15711 11898/17850/15689</w:t>
        <w:br/>
        <w:t>f 11897/17851/15690 11613/17751/15611 11614/17750/15610</w:t>
        <w:br/>
        <w:t>f 11898/17850/15689 11897/17851/15690 11614/17750/15610</w:t>
        <w:br/>
        <w:t>f 12002/17887/15716 12001/17888/15717 11956/17873/15704</w:t>
        <w:br/>
        <w:t>f 11957/17874/15705 12002/17887/15716 11956/17873/15704</w:t>
        <w:br/>
        <w:t>f 12002/17887/15716 11957/17874/15705 11958/17875/15706</w:t>
        <w:br/>
        <w:t>f 12003/17889/15718 12002/17887/15716 11958/17875/15706</w:t>
        <w:br/>
        <w:t>f 12004/17890/15719 12003/17889/15718 11958/17875/15706</w:t>
        <w:br/>
        <w:t>f 11959/17876/15707 12004/17890/15719 11958/17875/15706</w:t>
        <w:br/>
        <w:t>f 12005/17891/15720 12004/17890/15719 11959/17876/15707</w:t>
        <w:br/>
        <w:t>f 11961/17878/15709 12005/17891/15720 11959/17876/15707</w:t>
        <w:br/>
        <w:t>f 12005/17891/15720 11961/17878/15709 11962/17880/9318</w:t>
        <w:br/>
        <w:t>f 12006/17892/15721 12005/17891/15720 11962/17880/9318</w:t>
        <w:br/>
        <w:t>f 12020/17893/9235 11900/17854/15693 12019/17894/15722</w:t>
        <w:br/>
        <w:t>f 11998/17885/9102 12021/17895/15723 11913/17860/15698</w:t>
        <w:br/>
        <w:t>f 11899/17855/15694 11900/17854/15693 12020/17893/9235</w:t>
        <w:br/>
        <w:t>f 11963/17879/9319 11899/17855/15694 12020/17893/9235</w:t>
        <w:br/>
        <w:t>f 12028/17896/15724 11627/17755/15615 11626/17756/15616</w:t>
        <w:br/>
        <w:t>f 11777/17799/15644 12028/17896/15724 11626/17756/15616</w:t>
        <w:br/>
        <w:t>f 12031/17897/8973 12030/17898/15725 11375/17715/15726</w:t>
        <w:br/>
        <w:t>f 12029/17899/15727 12031/17897/8973 11375/17715/15726</w:t>
        <w:br/>
        <w:t>f 12034/17900/15728 12033/17901/15729 12032/17902/15729</w:t>
        <w:br/>
        <w:t>f 12036/17903/15730 12035/17904/15731 12032/17902/15729</w:t>
        <w:br/>
        <w:t>f 12033/17901/15729 12036/17903/15730 12032/17902/15729</w:t>
        <w:br/>
        <w:t>f 12039/17905/15732 12038/17906/15733 12037/17907/15734</w:t>
        <w:br/>
        <w:t>f 12040/17908/15735 12039/17905/15732 12037/17907/15734</w:t>
        <w:br/>
        <w:t>f 12043/17909/15736 12042/17910/15737 12041/17911/15738</w:t>
        <w:br/>
        <w:t>f 12044/17912/15738 12043/17909/15736 12041/17911/15738</w:t>
        <w:br/>
        <w:t>f 12043/17909/15736 12046/17913/15739 12045/17914/15739</w:t>
        <w:br/>
        <w:t>f 12042/17910/15737 12043/17909/15736 12045/17914/15739</w:t>
        <w:br/>
        <w:t>f 12049/17915/15740 12048/17916/15740 12047/17917/15741</w:t>
        <w:br/>
        <w:t>f 12050/17918/15742 12049/17915/15740 12047/17917/15741</w:t>
        <w:br/>
        <w:t>f 12054/17919/15743 12053/17920/15744 12052/17921/15744</w:t>
        <w:br/>
        <w:t>f 12051/17922/15743 12054/17919/15743 12052/17921/15744</w:t>
        <w:br/>
        <w:t>f 12056/17923/15745 12052/17921/15744 12053/17920/15744</w:t>
        <w:br/>
        <w:t>f 12055/17924/15746 12056/17923/15745 12053/17920/15744</w:t>
        <w:br/>
        <w:t>f 12058/17925/15747 12057/17926/15748 12038/17906/15749</w:t>
        <w:br/>
        <w:t>f 12059/17927/15750 12058/17925/15747 12038/17906/15749</w:t>
        <w:br/>
        <w:t>f 12030/17898/9043 12062/17928/15751 12061/17929/15752</w:t>
        <w:br/>
        <w:t>f 12060/17930/15753 12030/17898/9043 12061/17929/15752</w:t>
        <w:br/>
        <w:t>f 12064/17931/15754 12044/17912/15738 12041/17911/15738</w:t>
        <w:br/>
        <w:t>f 12063/17932/15755 12064/17931/15754 12041/17911/15738</w:t>
        <w:br/>
        <w:t>f 12050/17918/15742 12047/17917/15741 12061/17929/15752</w:t>
        <w:br/>
        <w:t>f 12062/17928/15751 12050/17918/15742 12061/17929/15752</w:t>
        <w:br/>
        <w:t>f 12066/17933/15756 12065/17934/15757 12037/17907/15758</w:t>
        <w:br/>
        <w:t>f 12035/17904/15731 12066/17933/15756 12037/17907/15758</w:t>
        <w:br/>
        <w:t>f 12056/17923/15745 12055/17924/15746 12048/17916/15740</w:t>
        <w:br/>
        <w:t>f 12049/17915/15740 12056/17923/15745 12048/17916/15740</w:t>
        <w:br/>
        <w:t>f 12064/17931/15754 12063/17932/15755 12067/17935/15759</w:t>
        <w:br/>
        <w:t>f 12068/17936/15759 12064/17931/15754 12067/17935/15759</w:t>
        <w:br/>
        <w:t>f 11789/17812/15655 11908/17858/15696 11909/17859/15697</w:t>
        <w:br/>
        <w:t>f 11788/17813/15655 11789/17812/15655 11909/17859/15697</w:t>
        <w:br/>
        <w:t>f 11615/17749/15609 11620/17754/15614 12071/17937/15760</w:t>
        <w:br/>
        <w:t>f 11995/17882/15712 11615/17749/15609 12071/17937/15760</w:t>
        <w:br/>
        <w:t>f 12075/17938/15761 12074/17939/15761 12073/17940/15762</w:t>
        <w:br/>
        <w:t>f 12072/17941/15763 12075/17938/15761 12073/17940/15762</w:t>
        <w:br/>
        <w:t>f 12078/17942/15764 12077/17943/15765 12076/17944/15766</w:t>
        <w:br/>
        <w:t>f 11831/17828/15670 12078/17942/15764 12076/17944/15766</w:t>
        <w:br/>
        <w:t>f 12078/17942/15764 12080/17945/15767 12079/17946/15768</w:t>
        <w:br/>
        <w:t>f 12077/17943/15765 12078/17942/15764 12079/17946/15768</w:t>
        <w:br/>
        <w:t>f 12085/17947/15769 12084/17948/15770 12083/17949/15771</w:t>
        <w:br/>
        <w:t>f 12086/17950/15772 12085/17947/15769 12083/17949/15771</w:t>
        <w:br/>
        <w:t>f 11831/17828/15670 12090/17951/15773 12089/17952/15774</w:t>
        <w:br/>
        <w:t>f 11832/17829/15671 11831/17828/15670 12089/17952/15774</w:t>
        <w:br/>
        <w:t>f 12086/17950/15772 12083/17949/15771 12093/17953/15775</w:t>
        <w:br/>
        <w:t>f 12094/17954/15776 12086/17950/15772 12093/17953/15775</w:t>
        <w:br/>
        <w:t>f 12096/17955/15777 12085/17947/15769 12086/17950/15772</w:t>
        <w:br/>
        <w:t>f 12097/17956/15778 12096/17955/15777 12086/17950/15772</w:t>
        <w:br/>
        <w:t>f 12096/17955/15777 12099/17957/15779 12074/17939/15761</w:t>
        <w:br/>
        <w:t>f 12075/17938/15761 12096/17955/15777 12074/17939/15761</w:t>
        <w:br/>
        <w:t>f 11825/17824/15666 12100/17958/15780 12078/17942/15764</w:t>
        <w:br/>
        <w:t>f 11831/17828/15670 11825/17824/15666 12078/17942/15764</w:t>
        <w:br/>
        <w:t>f 12100/17958/15780 12102/17959/15781 12080/17945/15767</w:t>
        <w:br/>
        <w:t>f 12078/17942/15764 12100/17958/15780 12080/17945/15767</w:t>
        <w:br/>
        <w:t>f 12097/17956/15778 12086/17950/15772 12094/17954/15776</w:t>
        <w:br/>
        <w:t>f 12103/17960/15782 12097/17956/15778 12094/17954/15776</w:t>
        <w:br/>
        <w:t>f 12108/17961/15783 12107/17962/9351 12068/17936/15759</w:t>
        <w:br/>
        <w:t>f 12067/17935/15759 12108/17961/15783 12068/17936/15759</w:t>
        <w:br/>
        <w:t>f 11409/17728/15590 11410/17727/15589 12028/17896/15724</w:t>
        <w:br/>
        <w:t>f 11777/17799/15644 11409/17728/15590 12028/17896/15724</w:t>
        <w:br/>
        <w:t>f 11774/17802/15646 11775/17801/15646 11772/17796/15642</w:t>
        <w:br/>
        <w:t>f 11773/17795/15642 11774/17802/15646 11772/17796/15642</w:t>
        <w:br/>
        <w:t>f 11411/17726/15588 11482/17742/15603 11483/17741/15602</w:t>
        <w:br/>
        <w:t>f 11411/17726/15588 11483/17741/15602 11410/17727/15589</w:t>
        <w:br/>
        <w:t>f 11905/17856/15695 11763/17786/15636 11761/17788/15636</w:t>
        <w:br/>
        <w:t>f 11904/17857/15695 11905/17856/15695 11761/17788/15636</w:t>
        <w:br/>
        <w:t>f 12057/17926/15748 12058/17925/15747 12107/17962/9351</w:t>
        <w:br/>
        <w:t>f 12108/17961/15783 12057/17926/15748 12107/17962/9351</w:t>
        <w:br/>
        <w:t>f 11621/17753/15613 12096/17955/15777 12097/17956/15778</w:t>
        <w:br/>
        <w:t>f 11620/17754/15614 11621/17753/15613 12097/17956/15778</w:t>
        <w:br/>
        <w:t>f 11826/17823/15665 11827/17822/15664 11824/17821/15663</w:t>
        <w:br/>
        <w:t>f 11821/17820/15662 11826/17823/15665 11824/17821/15663</w:t>
        <w:br/>
        <w:t>f 11621/17753/15613 11829/17827/15669 12099/17957/15779</w:t>
        <w:br/>
        <w:t>f 12096/17955/15777 11621/17753/15613 12099/17957/15779</w:t>
        <w:br/>
        <w:t>f 11826/17823/15665 11956/17873/15704 12100/17958/15780</w:t>
        <w:br/>
        <w:t>f 11825/17824/15666 11826/17823/15665 12100/17958/15780</w:t>
        <w:br/>
        <w:t>f 11956/17873/15704 12001/17888/15717 12102/17959/15781</w:t>
        <w:br/>
        <w:t>f 12100/17958/15780 11956/17873/15704 12102/17959/15781</w:t>
        <w:br/>
        <w:t>f 11620/17754/15614 12097/17956/15778 12103/17960/15782</w:t>
        <w:br/>
        <w:t>f 12071/17937/15760 11620/17754/15614 12103/17960/15782</w:t>
        <w:br/>
        <w:t>f 11711/17769/9143 12119/17963/9292 11710/17770/9291</w:t>
        <w:br/>
        <w:t>f 11938/17872/9367 12132/17964/9372 11940/17870/15703</w:t>
        <w:br/>
        <w:t>f 11927/17864/15517 12132/17964/9372 12134/17965/9366</w:t>
        <w:br/>
        <w:t>f 11940/17870/15703 12135/17966/9369 11939/17871/9371</w:t>
        <w:br/>
        <w:t>f 11940/17870/15703 11928/17863/9370 12135/17966/9369</w:t>
        <w:br/>
        <w:t>f 12132/17964/9372 11928/17863/9370 11940/17870/15703</w:t>
        <w:br/>
        <w:t>f 11859/17842/15503 11930/17866/9363 11929/17862/15700</w:t>
        <w:br/>
        <w:t>f 11927/17864/15517 11928/17863/9370 12132/17964/9372</w:t>
        <w:br/>
        <w:t>f 11927/17864/15517 12134/17965/9366 11937/17868/15702</w:t>
        <w:br/>
        <w:t>f 11792/17817/15659 11932/17867/9360 11930/17866/9363</w:t>
        <w:br/>
        <w:t>f 11002/17565/15456 11001/17564/15455 10993/17559/8779</w:t>
        <w:br/>
        <w:t>f 11745/17777/9214 11751/17784/15634 11752/17785/15635</w:t>
        <w:br/>
        <w:t>f 12206/17967/15784 12205/17968/15785 12204/17969/15785</w:t>
        <w:br/>
        <w:t>f 12207/17970/15784 12206/17967/15784 12204/17969/15785</w:t>
        <w:br/>
        <w:t>f 12208/17971/15786 12204/17969/15785 12205/17968/15785</w:t>
        <w:br/>
        <w:t>f 12209/17972/15786 12208/17971/15786 12205/17968/15785</w:t>
        <w:br/>
        <w:t>f 12210/17973/15787 12208/17971/15786 12209/17972/15786</w:t>
        <w:br/>
        <w:t>f 12211/17974/15787 12210/17973/15787 12209/17972/15786</w:t>
        <w:br/>
        <w:t>f 12237/17975/15788 12236/17976/15788 12210/17973/15787</w:t>
        <w:br/>
        <w:t>f 12211/17974/15787 12237/17975/15788 12210/17973/15787</w:t>
        <w:br/>
        <w:t>f 12336/17977/15789 12335/17978/15790 12334/17979/15791</w:t>
        <w:br/>
        <w:t>f 12333/17980/15792 12336/17977/15789 12334/17979/15791</w:t>
        <w:br/>
        <w:t>f 12346/17981/15793 12345/17982/15794 12344/17983/15795</w:t>
        <w:br/>
        <w:t>f 12343/17984/15796 12346/17981/15793 12344/17983/15795</w:t>
        <w:br/>
        <w:t>f 12351/17985/15797 12350/17986/15798 12334/17979/15791</w:t>
        <w:br/>
        <w:t>f 12335/17978/15790 12351/17985/15797 12334/17979/15791</w:t>
        <w:br/>
        <w:t>f 12375/17987/15799 12350/17986/15798 12351/17985/15797</w:t>
        <w:br/>
        <w:t>f 12376/17988/15800 12375/17987/15799 12351/17985/15797</w:t>
        <w:br/>
        <w:t>f 12402/17989/15801 12401/17990/15802 12400/17991/15803</w:t>
        <w:br/>
        <w:t>f 12399/17992/15804 12402/17989/15801 12400/17991/15803</w:t>
        <w:br/>
        <w:t>f 12406/17993/15805 12405/17994/15806 12404/17995/15807</w:t>
        <w:br/>
        <w:t>f 12403/17996/15808 12406/17993/15805 12404/17995/15807</w:t>
        <w:br/>
        <w:t>f 12401/17990/15802 12405/17994/15806 12406/17993/15805</w:t>
        <w:br/>
        <w:t>f 12400/17991/15803 12401/17990/15802 12406/17993/15805</w:t>
        <w:br/>
        <w:t>f 12409/17997/15809 12408/17998/15809 12407/17999/15810</w:t>
        <w:br/>
        <w:t>f 12410/18000/15810 12409/17997/15809 12407/17999/15810</w:t>
        <w:br/>
        <w:t>f 12412/18001/15811 12402/17989/15801 12399/17992/15804</w:t>
        <w:br/>
        <w:t>f 12411/18002/15812 12412/18001/15811 12399/17992/15804</w:t>
        <w:br/>
        <w:t>f 12410/18000/15810 12407/17999/15810 12413/18003/15813</w:t>
        <w:br/>
        <w:t>f 12414/18004/15813 12410/18000/15810 12413/18003/15813</w:t>
        <w:br/>
        <w:t>f 12414/18004/15813 12413/18003/15813 12415/18005/15814</w:t>
        <w:br/>
        <w:t>f 12416/18006/15814 12414/18004/15813 12415/18005/15814</w:t>
        <w:br/>
        <w:t>f 12350/17986/15798 12418/18007/15815 12417/18008/15816</w:t>
        <w:br/>
        <w:t>f 12334/17979/15791 12350/17986/15798 12417/18008/15816</w:t>
        <w:br/>
        <w:t>f 12375/17987/15799 12436/18009/15817 12418/18007/15815</w:t>
        <w:br/>
        <w:t>f 12350/17986/15798 12375/17987/15799 12418/18007/15815</w:t>
        <w:br/>
        <w:t>f 12438/18010/15818 12437/18011/15819 12436/18009/15817</w:t>
        <w:br/>
        <w:t>f 12375/17987/15799 12438/18010/15818 12436/18009/15817</w:t>
        <w:br/>
        <w:t>f 12440/18012/15820 12416/18006/15814 12415/18005/15814</w:t>
        <w:br/>
        <w:t>f 12439/18013/15820 12440/18012/15820 12415/18005/15814</w:t>
        <w:br/>
        <w:t>f 12455/18014/15821 12438/18010/15818 12375/17987/15799</w:t>
        <w:br/>
        <w:t>f 12376/17988/15800 12455/18014/15821 12375/17987/15799</w:t>
        <w:br/>
        <w:t>f 12466/18015/15822 12465/18016/15823 12345/17982/15794</w:t>
        <w:br/>
        <w:t>f 12346/17981/15793 12466/18015/15822 12345/17982/15794</w:t>
        <w:br/>
        <w:t>f 12468/18017/15824 12467/18018/15825 12465/18016/15823</w:t>
        <w:br/>
        <w:t>f 12466/18015/15822 12468/18017/15824 12465/18016/15823</w:t>
        <w:br/>
        <w:t>f 12470/18019/15826 12401/17990/15802 12402/17989/15801</w:t>
        <w:br/>
        <w:t>f 12469/18020/15827 12470/18019/15826 12402/17989/15801</w:t>
        <w:br/>
        <w:t>f 12405/17994/15806 12401/17990/15802 12470/18019/15826</w:t>
        <w:br/>
        <w:t>f 12471/18021/15828 12405/17994/15806 12470/18019/15826</w:t>
        <w:br/>
        <w:t>f 12472/18022/15829 12404/17995/15807 12405/17994/15806</w:t>
        <w:br/>
        <w:t>f 12471/18021/15828 12472/18022/15829 12405/17994/15806</w:t>
        <w:br/>
        <w:t>f 12402/17989/15801 12412/18001/15811 12473/18023/15824</w:t>
        <w:br/>
        <w:t>f 12469/18020/15827 12402/17989/15801 12473/18023/15824</w:t>
        <w:br/>
        <w:t>f 12344/17983/15795 12480/18024/15818 12479/18025/15821</w:t>
        <w:br/>
        <w:t>f 12343/17984/15796 12344/17983/15795 12479/18025/15821</w:t>
        <w:br/>
        <w:t>f 12346/17981/15793 12482/18026/15830 12481/18027/15831</w:t>
        <w:br/>
        <w:t>f 12483/18028/15832 12346/17981/15793 12481/18027/15831</w:t>
        <w:br/>
        <w:t>f 12486/18029/15833 12351/17985/15797 12485/18030/15834</w:t>
        <w:br/>
        <w:t>f 12484/18031/15835 12486/18029/15833 12485/18030/15834</w:t>
        <w:br/>
        <w:t>f 12336/17977/15789 12487/18032/15836 12484/18031/15837</w:t>
        <w:br/>
        <w:t>f 12335/17978/15790 12336/17977/15789 12484/18031/15837</w:t>
        <w:br/>
        <w:t>f 12376/17988/15800 12351/17985/15797 12486/18029/15833</w:t>
        <w:br/>
        <w:t>f 12488/18033/15838 12376/17988/15800 12486/18029/15833</w:t>
        <w:br/>
        <w:t>f 12489/18034/15839 12455/18014/15821 12376/17988/15800</w:t>
        <w:br/>
        <w:t>f 12488/18033/15838 12489/18034/15839 12376/17988/15800</w:t>
        <w:br/>
        <w:t>f 12490/18035/15840 12466/18015/15822 12346/17981/15793</w:t>
        <w:br/>
        <w:t>f 12483/18028/15832 12490/18035/15840 12346/17981/15793</w:t>
        <w:br/>
        <w:t>f 12492/18036/15841 12491/18037/15842 12466/18015/15822</w:t>
        <w:br/>
        <w:t>f 12490/18035/15840 12492/18036/15841 12466/18015/15822</w:t>
        <w:br/>
        <w:t>f 12494/18038/15843 12470/18019/15826 12469/18020/15827</w:t>
        <w:br/>
        <w:t>f 12493/18039/15844 12494/18038/15843 12469/18020/15827</w:t>
        <w:br/>
        <w:t>f 12495/18040/15845 12470/18019/15826 12494/18038/15843</w:t>
        <w:br/>
        <w:t>f 12496/18041/15846 12495/18040/15845 12494/18038/15843</w:t>
        <w:br/>
        <w:t>f 12469/18020/15827 12473/18023/15824 12497/18042/15847</w:t>
        <w:br/>
        <w:t>f 12493/18039/15844 12469/18020/15827 12497/18042/15847</w:t>
        <w:br/>
        <w:t>f 12482/18026/15830 12479/18025/15848 12498/18043/15849</w:t>
        <w:br/>
        <w:t>f 12481/18027/15831 12482/18026/15830 12498/18043/15849</w:t>
        <w:br/>
        <w:t>f 12417/18008/15816 12500/18044/15850 12499/18045/15851</w:t>
        <w:br/>
        <w:t>f 12334/17979/15791 12417/18008/15816 12499/18045/15851</w:t>
        <w:br/>
        <w:t>f 12496/18041/15846 12501/18046/15852 12472/18022/15829</w:t>
        <w:br/>
        <w:t>f 12471/18021/15828 12496/18041/15846 12472/18022/15829</w:t>
        <w:br/>
        <w:t>f 11324/9819/8943 12333/17980/15792 12500/18044/15853</w:t>
        <w:br/>
        <w:t>f 11330/9822/8946 11324/9819/8943 12500/18044/15853</w:t>
        <w:br/>
        <w:t>f 12404/17995/15807 12472/18022/15829 11332/17704/15570</w:t>
        <w:br/>
        <w:t>f 11081/17606/15490 12404/17995/15807 11332/17704/15570</w:t>
        <w:br/>
        <w:t>f 11332/17704/15570 12472/18022/15829 12501/18046/15852</w:t>
        <w:br/>
        <w:t>f 11337/17706/15572 11332/17704/15570 12501/18046/15852</w:t>
        <w:br/>
        <w:t>f 12336/17977/15789 12333/17980/15792 11324/9819/8943</w:t>
        <w:br/>
        <w:t>f 11325/9818/8942 12336/17977/15789 11324/9819/8943</w:t>
        <w:br/>
        <w:t>f 12403/17996/15808 12404/17995/15807 11081/17606/15490</w:t>
        <w:br/>
        <w:t>f 11082/17607/15491 12403/17996/15808 11081/17606/15490</w:t>
        <w:br/>
        <w:t>f 12487/18032/15836 12336/17977/15789 11325/9818/8942</w:t>
        <w:br/>
        <w:t>f 11338/9824/8948 12487/18032/15836 11325/9818/8942</w:t>
        <w:br/>
        <w:t>f 12536/18047/15854 12535/18048/15854 12534/18049/15855</w:t>
        <w:br/>
        <w:t>f 12537/18050/15855 12536/18047/15854 12534/18049/15855</w:t>
        <w:br/>
        <w:t>f 12535/18048/15854 12536/18047/15854 12538/18051/15856</w:t>
        <w:br/>
        <w:t>f 12539/18052/15856 12535/18048/15854 12538/18051/15856</w:t>
        <w:br/>
        <w:t>f 12539/18052/15856 12538/18051/15856 12540/18053/15857</w:t>
        <w:br/>
        <w:t>f 12541/18054/15857 12539/18052/15856 12540/18053/15857</w:t>
        <w:br/>
        <w:t>f 12567/18055/15858 12541/18054/15857 12540/18053/15857</w:t>
        <w:br/>
        <w:t>f 12566/18056/15858 12567/18055/15858 12540/18053/15857</w:t>
        <w:br/>
        <w:t>f 12083/17949/15771 12072/17941/15763 12644/18057/15859</w:t>
        <w:br/>
        <w:t>f 12643/18058/15860 12083/17949/15771 12644/18057/15859</w:t>
        <w:br/>
        <w:t>f 12654/18059/15861 12653/18060/15862 12652/18061/15863</w:t>
        <w:br/>
        <w:t>f 12651/18062/15864 12654/18059/15861 12652/18061/15863</w:t>
        <w:br/>
        <w:t>f 12657/18063/15865 12643/18058/15860 12644/18057/15859</w:t>
        <w:br/>
        <w:t>f 12656/18064/15866 12657/18063/15865 12644/18057/15859</w:t>
        <w:br/>
        <w:t>f 12657/18063/15865 12656/18064/15866 12681/18065/15867</w:t>
        <w:br/>
        <w:t>f 12682/18066/15868 12657/18063/15865 12681/18065/15867</w:t>
        <w:br/>
        <w:t>f 12708/18067/15869 12707/18068/15870 12706/18069/15871</w:t>
        <w:br/>
        <w:t>f 12705/18070/15872 12708/18067/15869 12706/18069/15871</w:t>
        <w:br/>
        <w:t>f 12710/18071/15873 12089/17952/15874 12076/17944/15766</w:t>
        <w:br/>
        <w:t>f 12709/18072/15875 12710/18071/15873 12076/17944/15766</w:t>
        <w:br/>
        <w:t>f 12705/18070/15872 12706/18069/15871 12710/18071/15873</w:t>
        <w:br/>
        <w:t>f 12709/18072/15875 12705/18070/15872 12710/18071/15873</w:t>
        <w:br/>
        <w:t>f 12713/18073/15876 12712/18074/15877 12711/18075/15877</w:t>
        <w:br/>
        <w:t>f 12714/18076/15878 12713/18073/15876 12711/18075/15877</w:t>
        <w:br/>
        <w:t>f 12716/18077/15879 12715/18078/15880 12707/18068/15870</w:t>
        <w:br/>
        <w:t>f 12708/18067/15869 12716/18077/15879 12707/18068/15870</w:t>
        <w:br/>
        <w:t>f 12717/18079/15881 12713/18073/15876 12714/18076/15878</w:t>
        <w:br/>
        <w:t>f 12718/18080/15882 12717/18079/15881 12714/18076/15878</w:t>
        <w:br/>
        <w:t>f 12719/18081/15883 12717/18079/15881 12718/18080/15882</w:t>
        <w:br/>
        <w:t>f 12720/18082/15883 12719/18081/15883 12718/18080/15882</w:t>
        <w:br/>
        <w:t>f 12722/18083/15884 12721/18084/15885 12656/18064/15866</w:t>
        <w:br/>
        <w:t>f 12644/18057/15859 12722/18083/15884 12656/18064/15866</w:t>
        <w:br/>
        <w:t>f 12721/18084/15885 12740/18085/15886 12681/18065/15867</w:t>
        <w:br/>
        <w:t>f 12656/18064/15866 12721/18084/15885 12681/18065/15867</w:t>
        <w:br/>
        <w:t>f 12740/18085/15886 12742/18086/15887 12741/18087/15888</w:t>
        <w:br/>
        <w:t>f 12681/18065/15867 12740/18085/15886 12741/18087/15888</w:t>
        <w:br/>
        <w:t>f 12744/18088/15889 12743/18089/15889 12719/18081/15883</w:t>
        <w:br/>
        <w:t>f 12720/18082/15883 12744/18088/15889 12719/18081/15883</w:t>
        <w:br/>
        <w:t>f 12759/18090/15890 12682/18066/15868 12681/18065/15867</w:t>
        <w:br/>
        <w:t>f 12741/18087/15888 12759/18090/15890 12681/18065/15867</w:t>
        <w:br/>
        <w:t>f 12769/18091/15891 12654/18059/15861 12651/18062/15864</w:t>
        <w:br/>
        <w:t>f 12768/18092/15892 12769/18091/15891 12651/18062/15864</w:t>
        <w:br/>
        <w:t>f 12771/18093/15893 12769/18091/15891 12768/18092/15892</w:t>
        <w:br/>
        <w:t>f 12770/18094/15894 12771/18093/15893 12768/18092/15892</w:t>
        <w:br/>
        <w:t>f 12773/18095/15895 12772/18096/15896 12708/18067/15869</w:t>
        <w:br/>
        <w:t>f 12705/18070/15872 12773/18095/15895 12708/18067/15869</w:t>
        <w:br/>
        <w:t>f 12773/18095/15895 12705/18070/15872 12709/18072/15875</w:t>
        <w:br/>
        <w:t>f 12774/18097/15897 12773/18095/15895 12709/18072/15875</w:t>
        <w:br/>
        <w:t>f 12709/18072/15875 12076/17944/15766 12077/17943/15765</w:t>
        <w:br/>
        <w:t>f 12774/18097/15897 12709/18072/15875 12077/17943/15765</w:t>
        <w:br/>
        <w:t>f 12708/18067/15869 12772/18096/15896 12775/18098/15893</w:t>
        <w:br/>
        <w:t>f 12716/18077/15879 12708/18067/15869 12775/18098/15893</w:t>
        <w:br/>
        <w:t>f 12652/18061/15863 12653/18060/15862 12782/18099/15890</w:t>
        <w:br/>
        <w:t>f 12781/18100/15888 12652/18061/15863 12782/18099/15890</w:t>
        <w:br/>
        <w:t>f 12784/18101/15898 12783/18102/15899 12654/18059/15861</w:t>
        <w:br/>
        <w:t>f 12785/18103/15900 12784/18101/15898 12654/18059/15861</w:t>
        <w:br/>
        <w:t>f 12788/18104/15901 12787/18105/15902 12786/18106/15903</w:t>
        <w:br/>
        <w:t>f 12657/18063/15865 12788/18104/15901 12786/18106/15903</w:t>
        <w:br/>
        <w:t>f 12083/17949/15771 12643/18058/15860 12787/18105/15904</w:t>
        <w:br/>
        <w:t>f 12093/17953/15775 12083/17949/15771 12787/18105/15904</w:t>
        <w:br/>
        <w:t>f 12788/18104/15901 12657/18063/15865 12682/18066/15868</w:t>
        <w:br/>
        <w:t>f 12789/18107/15905 12788/18104/15901 12682/18066/15868</w:t>
        <w:br/>
        <w:t>f 12790/18108/15906 12789/18107/15905 12682/18066/15868</w:t>
        <w:br/>
        <w:t>f 12759/18090/15890 12790/18108/15906 12682/18066/15868</w:t>
        <w:br/>
        <w:t>f 12791/18109/15907 12785/18103/15900 12654/18059/15861</w:t>
        <w:br/>
        <w:t>f 12769/18091/15891 12791/18109/15907 12654/18059/15861</w:t>
        <w:br/>
        <w:t>f 12793/18110/15908 12791/18109/15907 12769/18091/15891</w:t>
        <w:br/>
        <w:t>f 12792/18111/15909 12793/18110/15908 12769/18091/15891</w:t>
        <w:br/>
        <w:t>f 12795/18112/15910 12794/18113/15911 12772/18096/15896</w:t>
        <w:br/>
        <w:t>f 12773/18095/15895 12795/18112/15910 12772/18096/15896</w:t>
        <w:br/>
        <w:t>f 12795/18112/15910 12773/18095/15895 12796/18114/15912</w:t>
        <w:br/>
        <w:t>f 12797/18115/15913 12795/18112/15910 12796/18114/15912</w:t>
        <w:br/>
        <w:t>f 12798/18116/15914 12775/18098/15893 12772/18096/15896</w:t>
        <w:br/>
        <w:t>f 12794/18113/15911 12798/18116/15914 12772/18096/15896</w:t>
        <w:br/>
        <w:t>f 12799/18117/15915 12782/18099/15916 12783/18102/15899</w:t>
        <w:br/>
        <w:t>f 12784/18101/15898 12799/18117/15915 12783/18102/15899</w:t>
        <w:br/>
        <w:t>f 12072/17941/15763 12073/17940/15762 12722/18083/15884</w:t>
        <w:br/>
        <w:t>f 12644/18057/15859 12072/17941/15763 12722/18083/15884</w:t>
        <w:br/>
        <w:t>f 12077/17943/15765 12079/17946/15768 12797/18115/15917</w:t>
        <w:br/>
        <w:t>f 12774/18097/15897 12077/17943/15765 12797/18115/15917</w:t>
        <w:br/>
        <w:t>f 15561/18118/15918 15560/18119/15918 15559/18120/15919</w:t>
        <w:br/>
        <w:t>f 15558/18121/15920 15561/18118/15918 15559/18120/15919</w:t>
        <w:br/>
        <w:t>f 15563/18122/15921 15562/18123/15922 15560/18119/15918</w:t>
        <w:br/>
        <w:t>f 15561/18118/15918 15563/18122/15921 15560/18119/15918</w:t>
        <w:br/>
        <w:t>f 15563/18122/15921 15565/18124/15923 15564/18125/15923</w:t>
        <w:br/>
        <w:t>f 15562/18123/15922 15563/18122/15921 15564/18125/15923</w:t>
        <w:br/>
        <w:t>f 15568/18126/15924 15567/18127/15925 15566/18128/15925</w:t>
        <w:br/>
        <w:t>f 15569/18129/15926 15568/18126/15924 15566/18128/15925</w:t>
        <w:br/>
        <w:t>f 15565/18124/15923 15571/18130/15927 15570/18131/15927</w:t>
        <w:br/>
        <w:t>f 15564/18125/15923 15565/18124/15923 15570/18131/15927</w:t>
        <w:br/>
        <w:t>f 15574/18132/15928 15573/18133/15929 15572/18134/15930</w:t>
        <w:br/>
        <w:t>f 15575/18135/15931 15574/18132/15928 15572/18134/15930</w:t>
        <w:br/>
        <w:t>f 15573/18133/15929 15577/18136/15932 15576/18137/15932</w:t>
        <w:br/>
        <w:t>f 15572/18134/15930 15573/18133/15929 15576/18137/15932</w:t>
        <w:br/>
        <w:t>f 15577/18136/15932 15579/18138/15933 15578/18139/15934</w:t>
        <w:br/>
        <w:t>f 15576/18137/15932 15577/18136/15932 15578/18139/15934</w:t>
        <w:br/>
        <w:t>f 15578/18139/15934 15579/18138/15933 15580/18140/15935</w:t>
        <w:br/>
        <w:t>f 15583/18141/15936 15582/18142/15937 15581/18143/15938</w:t>
        <w:br/>
        <w:t>f 15584/18144/15938 15583/18141/15936 15581/18143/15938</w:t>
        <w:br/>
        <w:t>f 15588/18145/15939 15587/18146/15940 15586/18147/15940</w:t>
        <w:br/>
        <w:t>f 15585/18148/15941 15588/18145/15939 15586/18147/15940</w:t>
        <w:br/>
        <w:t>f 15583/18141/15936 15590/18149/15942 15589/18150/15942</w:t>
        <w:br/>
        <w:t>f 15582/18142/15937 15583/18141/15936 15589/18150/15942</w:t>
        <w:br/>
        <w:t>f 15592/18151/15943 15591/18152/15944 15586/18147/15940</w:t>
        <w:br/>
        <w:t>f 15587/18146/15940 15592/18151/15943 15586/18147/15940</w:t>
        <w:br/>
        <w:t>f 15594/18153/15945 15589/18150/15942 15590/18149/15942</w:t>
        <w:br/>
        <w:t>f 15593/18154/15946 15594/18153/15945 15590/18149/15942</w:t>
        <w:br/>
        <w:t>f 15596/18155/15947 15591/18152/15944 15592/18151/15943</w:t>
        <w:br/>
        <w:t>f 15595/18156/15948 15596/18155/15947 15592/18151/15943</w:t>
        <w:br/>
        <w:t>f 15600/18157/15949 15599/18158/15950 15598/18159/15951</w:t>
        <w:br/>
        <w:t>f 15597/18160/15949 15600/18157/15949 15598/18159/15951</w:t>
        <w:br/>
        <w:t>f 15603/18161/15952 15602/18162/15952 15601/18163/15953</w:t>
        <w:br/>
        <w:t>f 15604/18164/15953 15603/18161/15952 15601/18163/15953</w:t>
        <w:br/>
        <w:t>f 15606/18165/15954 15594/18153/15945 15593/18154/15946</w:t>
        <w:br/>
        <w:t>f 15605/18166/15955 15606/18165/15954 15593/18154/15946</w:t>
        <w:br/>
        <w:t>f 15608/18167/15956 15596/18155/15947 15595/18156/15948</w:t>
        <w:br/>
        <w:t>f 15607/18168/15956 15608/18167/15956 15595/18156/15948</w:t>
        <w:br/>
        <w:t>f 15612/18169/15957 15611/18170/15958 15610/18171/15959</w:t>
        <w:br/>
        <w:t>f 15609/18172/15957 15612/18169/15957 15610/18171/15959</w:t>
        <w:br/>
        <w:t>f 15615/18173/15960 15614/18174/15960 15613/18175/15961</w:t>
        <w:br/>
        <w:t>f 15616/18176/15961 15615/18173/15960 15613/18175/15961</w:t>
        <w:br/>
        <w:t>f 15609/18172/15957 15618/18177/15962 15617/18178/15962</w:t>
        <w:br/>
        <w:t>f 15612/18169/15957 15609/18172/15957 15617/18178/15962</w:t>
        <w:br/>
        <w:t>f 15620/18179/15963 15619/18180/15963 15616/18176/15961</w:t>
        <w:br/>
        <w:t>f 15613/18175/15961 15620/18179/15963 15616/18176/15961</w:t>
        <w:br/>
        <w:t>f 15617/18178/15962 15618/18177/15962 15622/18181/15964</w:t>
        <w:br/>
        <w:t>f 15621/18182/15964 15617/18178/15962 15622/18181/15964</w:t>
        <w:br/>
        <w:t>f 15623/18183/15965 15619/18180/15963 15620/18179/15963</w:t>
        <w:br/>
        <w:t>f 15624/18184/15965 15623/18183/15965 15620/18179/15963</w:t>
        <w:br/>
        <w:t>f 15622/18181/15964 15626/18185/15966 15625/18186/15967</w:t>
        <w:br/>
        <w:t>f 15621/18182/15964 15622/18181/15964 15625/18186/15967</w:t>
        <w:br/>
        <w:t>f 15626/18185/15966 15623/18183/15965 15624/18184/15965</w:t>
        <w:br/>
        <w:t>f 15625/18186/15967 15626/18185/15966 15624/18184/15965</w:t>
        <w:br/>
        <w:t>f 15558/18121/15920 15559/18120/15919 15566/18128/15925</w:t>
        <w:br/>
        <w:t>f 15567/18127/15925 15558/18121/15920 15566/18128/15925</w:t>
        <w:br/>
        <w:t>f 15588/18145/15939 15585/18148/15941 15604/18164/15953</w:t>
        <w:br/>
        <w:t>f 15601/18163/15953 15588/18145/15939 15604/18164/15953</w:t>
        <w:br/>
        <w:t>f 15597/18160/15949 15584/18144/15938 15581/18143/15938</w:t>
        <w:br/>
        <w:t>f 15600/18157/15949 15597/18160/15949 15581/18143/15938</w:t>
        <w:br/>
        <w:t>f 15569/18129/15926 15628/18187/15968 15627/18188/15968</w:t>
        <w:br/>
        <w:t>f 15568/18126/15924 15569/18129/15926 15627/18188/15968</w:t>
        <w:br/>
        <w:t>f 15602/18162/15952 15603/18161/15952 15614/18174/15960</w:t>
        <w:br/>
        <w:t>f 15615/18173/15960 15602/18162/15952 15614/18174/15960</w:t>
        <w:br/>
        <w:t>f 15611/18170/15958 15598/18159/15951 15599/18158/15950</w:t>
        <w:br/>
        <w:t>f 15610/18171/15959 15611/18170/15958 15599/18158/15950</w:t>
        <w:br/>
        <w:t>f 17244/18189/15969 17243/18190/15970 17242/18191/15971</w:t>
        <w:br/>
        <w:t>f 17241/18192/15972 17244/18189/15969 17242/18191/15971</w:t>
        <w:br/>
        <w:t>f 17248/18193/15973 17247/18194/15974 17246/18195/15974</w:t>
        <w:br/>
        <w:t>f 17245/18196/15973 17248/18193/15973 17246/18195/15974</w:t>
        <w:br/>
        <w:t>f 17243/18190/15970 17244/18189/15969 17249/18197/15975</w:t>
        <w:br/>
        <w:t>f 17248/18193/15973 17245/18196/15973 17250/18198/15976</w:t>
        <w:br/>
        <w:t>f 17254/18199/15977 17253/18200/15978 17252/18201/15979</w:t>
        <w:br/>
        <w:t>f 17251/18202/15979 17254/18199/15977 17252/18201/15979</w:t>
        <w:br/>
        <w:t>f 17257/18203/15980 17256/18204/15981 17255/18205/15982</w:t>
        <w:br/>
        <w:t>f 17258/18206/15982 17257/18203/15980 17255/18205/15982</w:t>
        <w:br/>
        <w:t>f 17241/18192/15972 17242/18191/15971 17260/18207/15983</w:t>
        <w:br/>
        <w:t>f 17259/18208/15984 17241/18192/15972 17260/18207/15983</w:t>
        <w:br/>
        <w:t>f 17262/18209/15985 17261/18210/15986 17246/18195/15974</w:t>
        <w:br/>
        <w:t>f 17247/18194/15974 17262/18209/15985 17246/18195/15974</w:t>
        <w:br/>
        <w:t>f 17259/18208/15984 17260/18207/15983 17251/18202/15979</w:t>
        <w:br/>
        <w:t>f 17252/18201/15979 17259/18208/15984 17251/18202/15979</w:t>
        <w:br/>
        <w:t>f 17261/18210/15986 17262/18209/15985 17258/18206/15982</w:t>
        <w:br/>
        <w:t>f 17255/18205/15982 17261/18210/15986 17258/18206/15982</w:t>
        <w:br/>
        <w:t>f 17265/18211/15987 17264/18212/15987 17263/18213/15988</w:t>
        <w:br/>
        <w:t>f 17266/18214/15988 17265/18211/15987 17263/18213/15988</w:t>
        <w:br/>
        <w:t>f 17266/18214/15988 17263/18213/15988 17267/18215/15989</w:t>
        <w:br/>
        <w:t>f 17253/18200/15990 17269/18216/15991 17268/18217/15991</w:t>
        <w:br/>
        <w:t>f 17256/18204/15992 17253/18200/15990 17268/18217/15991</w:t>
        <w:br/>
        <w:t>f 17265/18211/15987 17271/18218/15993 17270/18219/15994</w:t>
        <w:br/>
        <w:t>f 17264/18212/15987 17265/18211/15987 17270/18219/15994</w:t>
        <w:br/>
        <w:t>f 17271/18218/15993 17268/18217/15991 17269/18216/15991</w:t>
        <w:br/>
        <w:t>f 17270/18219/15994 17271/18218/15993 17269/18216/15991</w:t>
        <w:br/>
        <w:t>f 17275/18220/15995 17274/18221/15996 17273/18222/15997</w:t>
        <w:br/>
        <w:t>f 17272/18223/15998 17275/18220/15995 17273/18222/15997</w:t>
        <w:br/>
        <w:t>f 17272/18223/15998 17276/18224/15999 17275/18220/15995</w:t>
        <w:br/>
        <w:t>f 17278/18225/16000 17277/18226/16000 17273/18222/15997</w:t>
        <w:br/>
        <w:t>f 17274/18221/15996 17278/18225/16000 17273/18222/15997</w:t>
        <w:br/>
        <w:t>f 17278/18225/16000 17280/18227/16001 17279/18228/16001</w:t>
        <w:br/>
        <w:t>f 17277/18226/16000 17278/18225/16000 17279/18228/16001</w:t>
        <w:br/>
        <w:t>f 17281/18229/16002 17279/18228/16001 17280/18227/16001</w:t>
        <w:br/>
        <w:t>f 17257/18203/16003 17281/18229/16002 17280/18227/16001</w:t>
        <w:br/>
        <w:t>f 19209/18230/16004 19208/18231/16005 19207/18232/16005</w:t>
        <w:br/>
        <w:t>f 19206/18233/16006 19209/18230/16004 19207/18232/16005</w:t>
        <w:br/>
        <w:t>f 19208/18231/16005 19211/18234/16007 19210/18235/16008</w:t>
        <w:br/>
        <w:t>f 19207/18232/16005 19208/18231/16005 19210/18235/16008</w:t>
        <w:br/>
        <w:t>f 19210/18235/16008 19211/18234/16007 19212/18236/16009</w:t>
        <w:br/>
        <w:t>f 19213/18237/16009 19210/18235/16008 19212/18236/16009</w:t>
        <w:br/>
        <w:t>f 19216/18238/16010 19215/18239/16011 19214/18240/16012</w:t>
        <w:br/>
        <w:t>f 19217/18241/16012 19216/18238/16010 19214/18240/16012</w:t>
        <w:br/>
        <w:t>f 19213/18237/16009 19212/18236/16009 19218/18242/16013</w:t>
        <w:br/>
        <w:t>f 19219/18243/16013 19213/18237/16009 19218/18242/16013</w:t>
        <w:br/>
        <w:t>f 19222/18244/16014 19221/18245/16014 19220/18246/16015</w:t>
        <w:br/>
        <w:t>f 19223/18247/16016 19222/18244/16014 19220/18246/16015</w:t>
        <w:br/>
        <w:t>f 19223/18247/16016 19220/18246/16015 19224/18248/16017</w:t>
        <w:br/>
        <w:t>f 19225/18249/16018 19223/18247/16016 19224/18248/16017</w:t>
        <w:br/>
        <w:t>f 19225/18249/16018 19224/18248/16017 19226/18250/16019</w:t>
        <w:br/>
        <w:t>f 19227/18251/16019 19225/18249/16018 19226/18250/16019</w:t>
        <w:br/>
        <w:t>f 19226/18250/16019 19228/18252/16020 19227/18251/16019</w:t>
        <w:br/>
        <w:t>f 19231/18253/16021 19230/18254/16022 19229/18255/16022</w:t>
        <w:br/>
        <w:t>f 19232/18256/16021 19231/18253/16021 19229/18255/16022</w:t>
        <w:br/>
        <w:t>f 19236/18257/16023 19235/18258/16023 19234/18259/16024</w:t>
        <w:br/>
        <w:t>f 19233/18260/16024 19236/18257/16023 19234/18259/16024</w:t>
        <w:br/>
        <w:t>f 19238/18261/16025 19237/18262/16025 19231/18253/16021</w:t>
        <w:br/>
        <w:t>f 19232/18256/16021 19238/18261/16025 19231/18253/16021</w:t>
        <w:br/>
        <w:t>f 19239/18263/16026 19235/18258/16023 19236/18257/16023</w:t>
        <w:br/>
        <w:t>f 19240/18264/16027 19239/18263/16026 19236/18257/16023</w:t>
        <w:br/>
        <w:t>f 19237/18262/16025 19238/18261/16025 19242/18265/16028</w:t>
        <w:br/>
        <w:t>f 19241/18266/16028 19237/18262/16025 19242/18265/16028</w:t>
        <w:br/>
        <w:t>f 19239/18263/16026 19240/18264/16027 19244/18267/16029</w:t>
        <w:br/>
        <w:t>f 19243/18268/16029 19239/18263/16026 19244/18267/16029</w:t>
        <w:br/>
        <w:t>f 19248/18269/16030 19247/18270/16030 19246/18271/16031</w:t>
        <w:br/>
        <w:t>f 19245/18272/16031 19248/18269/16030 19246/18271/16031</w:t>
        <w:br/>
        <w:t>f 19251/18273/16032 19250/18274/16033 19249/18275/16033</w:t>
        <w:br/>
        <w:t>f 19252/18276/16032 19251/18273/16032 19249/18275/16033</w:t>
        <w:br/>
        <w:t>f 19241/18266/16028 19242/18265/16028 19254/18277/16034</w:t>
        <w:br/>
        <w:t>f 19253/18278/16034 19241/18266/16028 19254/18277/16034</w:t>
        <w:br/>
        <w:t>f 19243/18268/16029 19244/18267/16029 19256/18279/16035</w:t>
        <w:br/>
        <w:t>f 19255/18280/16035 19243/18268/16029 19256/18279/16035</w:t>
        <w:br/>
        <w:t>f 19260/18281/16036 19259/18282/16037 19258/18283/16038</w:t>
        <w:br/>
        <w:t>f 19257/18284/16038 19260/18281/16036 19258/18283/16038</w:t>
        <w:br/>
        <w:t>f 19263/18285/16039 19262/18286/16040 19261/18287/16040</w:t>
        <w:br/>
        <w:t>f 19264/18288/16039 19263/18285/16039 19261/18287/16040</w:t>
        <w:br/>
        <w:t>f 19257/18284/16038 19258/18283/16038 19265/18289/16041</w:t>
        <w:br/>
        <w:t>f 19266/18290/16041 19257/18284/16038 19265/18289/16041</w:t>
        <w:br/>
        <w:t>f 19262/18286/16040 19268/18291/16042 19267/18292/16042</w:t>
        <w:br/>
        <w:t>f 19261/18287/16040 19262/18286/16040 19267/18292/16042</w:t>
        <w:br/>
        <w:t>f 19270/18293/16043 19266/18290/16041 19265/18289/16041</w:t>
        <w:br/>
        <w:t>f 19269/18294/16043 19270/18293/16043 19265/18289/16041</w:t>
        <w:br/>
        <w:t>f 19272/18295/16044 19271/18296/16044 19267/18292/16042</w:t>
        <w:br/>
        <w:t>f 19268/18291/16042 19272/18295/16044 19267/18292/16042</w:t>
        <w:br/>
        <w:t>f 19270/18293/16043 19269/18294/16043 19273/18297/16045</w:t>
        <w:br/>
        <w:t>f 19274/18298/16045 19270/18293/16043 19273/18297/16045</w:t>
        <w:br/>
        <w:t>f 19274/18298/16045 19273/18297/16045 19271/18296/16044</w:t>
        <w:br/>
        <w:t>f 19272/18295/16044 19274/18298/16045 19271/18296/16044</w:t>
        <w:br/>
        <w:t>f 19214/18240/16012 19209/18230/16004 19206/18233/16006</w:t>
        <w:br/>
        <w:t>f 19217/18241/16012 19214/18240/16012 19206/18233/16006</w:t>
        <w:br/>
        <w:t>f 19234/18259/16024 19249/18275/16033 19250/18274/16033</w:t>
        <w:br/>
        <w:t>f 19233/18260/16024 19234/18259/16024 19250/18274/16033</w:t>
        <w:br/>
        <w:t>f 19229/18255/16022 19230/18254/16022 19245/18272/16031</w:t>
        <w:br/>
        <w:t>f 19246/18271/16031 19229/18255/16022 19245/18272/16031</w:t>
        <w:br/>
        <w:t>f 19215/18239/16011 19216/18238/16010 19275/18299/16046</w:t>
        <w:br/>
        <w:t>f 19276/18300/16046 19215/18239/16011 19275/18299/16046</w:t>
        <w:br/>
        <w:t>f 19252/18276/16032 19263/18285/16039 19264/18288/16039</w:t>
        <w:br/>
        <w:t>f 19251/18273/16032 19252/18276/16032 19264/18288/16039</w:t>
        <w:br/>
        <w:t>f 19247/18270/16030 19248/18269/16030 19259/18282/16037</w:t>
        <w:br/>
        <w:t>f 19260/18281/16036 19247/18270/16030 19259/18282/16037</w:t>
        <w:br/>
        <w:t>f 21872/18301/16047 21871/18302/16048 21870/18303/16049</w:t>
        <w:br/>
        <w:t>f 21869/18304/16050 21872/18301/16047 21870/18303/16049</w:t>
        <w:br/>
        <w:t>f 21875/18305/16051 21874/18306/16051 21873/18307/16051</w:t>
        <w:br/>
        <w:t>f 21878/18308/16052 21877/18309/16052 21876/18310/16053</w:t>
        <w:br/>
        <w:t>f 21879/18311/16054 21878/18308/16052 21876/18310/16053</w:t>
        <w:br/>
        <w:t>f 21880/18312/16055 21869/18304/16050 21870/18303/16049</w:t>
        <w:br/>
        <w:t>f 21878/18308/16052 21881/18313/16056 21877/18309/16052</w:t>
        <w:br/>
        <w:t>f 22944/18314/16057 22943/18315/16058 22942/18316/16059</w:t>
        <w:br/>
        <w:t>f 22948/18317/16060 22947/18318/16061 22946/18319/16062</w:t>
        <w:br/>
        <w:t>f 22945/18320/16063 22948/18317/16060 22946/18319/16062</w:t>
        <w:br/>
        <w:t>f 22946/18319/16062 22950/18321/16064 22949/18322/16065</w:t>
        <w:br/>
        <w:t>f 22945/18320/16063 22946/18319/16062 22949/18322/16065</w:t>
        <w:br/>
        <w:t>f 22953/18323/16066 22952/18324/16067 22951/18325/16067</w:t>
        <w:br/>
        <w:t>f 22954/18326/16066 22953/18323/16066 22951/18325/16067</w:t>
        <w:br/>
        <w:t>f 22952/18324/16067 22956/18327/16068 22955/18328/16069</w:t>
        <w:br/>
        <w:t>f 22951/18325/16067 22952/18324/16067 22955/18328/16069</w:t>
        <w:br/>
        <w:t>f 22955/18328/16069 22956/18327/16068 22958/18329/16070</w:t>
        <w:br/>
        <w:t>f 22957/18330/16071 22955/18328/16069 22958/18329/16070</w:t>
        <w:br/>
        <w:t>f 22958/18329/16070 22960/18331/16072 22959/18332/16073</w:t>
        <w:br/>
        <w:t>f 22957/18330/16071 22958/18329/16070 22959/18332/16073</w:t>
        <w:br/>
        <w:t>f 22962/18333/16074 22961/18334/16075 22944/18314/16057</w:t>
        <w:br/>
        <w:t>f 22942/18316/16059 22962/18333/16074 22944/18314/16057</w:t>
        <w:br/>
        <w:t>f 22965/18335/16076 22964/18336/16076 22963/18337/16077</w:t>
        <w:br/>
        <w:t>f 22966/18338/16076 22965/18335/16076 22963/18337/16077</w:t>
        <w:br/>
        <w:t>f 22969/18339/16078 22968/18340/16079 22967/18341/16080</w:t>
        <w:br/>
        <w:t>f 22970/18342/16078 22969/18339/16078 22967/18341/16080</w:t>
        <w:br/>
        <w:t>f 22968/18340/16079 22972/18343/16081 22971/18344/16082</w:t>
        <w:br/>
        <w:t>f 22967/18341/16080 22968/18340/16079 22971/18344/16082</w:t>
        <w:br/>
        <w:t>f 22975/18345/16083 22963/18337/16077 22974/18346/16060</w:t>
        <w:br/>
        <w:t>f 22973/18347/16084 22975/18345/16083 22974/18346/16060</w:t>
        <w:br/>
        <w:t>f 22971/18344/16082 22972/18343/16081 22976/18348/16085</w:t>
        <w:br/>
        <w:t>f 22973/18347/16084 22977/18349/16086 22975/18345/16083</w:t>
        <w:br/>
        <w:t>f 22978/18350/16087 22971/18344/16082 22976/18348/16085</w:t>
        <w:br/>
        <w:t>f 22973/18347/16084 22979/18351/16065 22977/18349/16086</w:t>
        <w:br/>
        <w:t>f 22980/18352/16088 22978/18350/16087 22976/18348/16085</w:t>
        <w:br/>
        <w:t>f 22982/18353/16089 22981/18354/16090 22977/18349/16086</w:t>
        <w:br/>
        <w:t>f 22983/18355/16091 22980/18352/16088 22976/18348/16085</w:t>
        <w:br/>
        <w:t>f 22981/18354/16090 22984/18356/16092 22977/18349/16086</w:t>
        <w:br/>
        <w:t>f 22976/18348/16085 22972/18343/16081 22985/18357/16093</w:t>
        <w:br/>
        <w:t>f 22983/18355/16091 22976/18348/16085 22985/18357/16093</w:t>
        <w:br/>
        <w:t>f 22988/18358/16094 22987/18359/16071 22986/18360/16095</w:t>
        <w:br/>
        <w:t>f 22991/18361/16096 22990/18362/16097 22989/18363/16096</w:t>
        <w:br/>
        <w:t>f 22972/18343/16081 22993/18364/16098 22992/18365/16099</w:t>
        <w:br/>
        <w:t>f 22985/18357/16093 22972/18343/16081 22992/18365/16099</w:t>
        <w:br/>
        <w:t>f 22986/18360/16095 22987/18359/16071 22994/18366/16073</w:t>
        <w:br/>
        <w:t>f 22995/18367/16100 22986/18360/16095 22994/18366/16073</w:t>
        <w:br/>
        <w:t>f 22968/18340/16079 22997/18368/16101 22996/18369/16101</w:t>
        <w:br/>
        <w:t>f 22989/18363/16096 22999/18370/16102 22998/18371/16102</w:t>
        <w:br/>
        <w:t>f 22991/18361/16096 22989/18363/16096 22998/18371/16102</w:t>
        <w:br/>
        <w:t>f 22988/18358/16094 22975/18345/16083 22977/18349/16086</w:t>
        <w:br/>
        <w:t>f 22962/18333/16074 22942/18316/16059 22943/18315/16058</w:t>
        <w:br/>
        <w:t>f 23000/18372/16103 22962/18333/16074 22943/18315/16058</w:t>
        <w:br/>
        <w:t>f 22943/18315/16058 22944/18314/16057 22947/18318/16061</w:t>
        <w:br/>
        <w:t>f 22948/18317/16060 22943/18315/16058 22947/18318/16061</w:t>
        <w:br/>
        <w:t>f 23003/18373/16104 23002/18374/16105 23001/18375/16106</w:t>
        <w:br/>
        <w:t>f 23003/18373/16104 23005/18376/16107 23004/18377/16108</w:t>
        <w:br/>
        <w:t>f 23009/18378/16109 23008/18379/16110 23007/18380/16111</w:t>
        <w:br/>
        <w:t>f 23006/18381/16112 23009/18378/16109 23007/18380/16111</w:t>
        <w:br/>
        <w:t>f 23011/18382/16113 23006/18381/16112 23007/18380/16111</w:t>
        <w:br/>
        <w:t>f 23010/18383/16114 23011/18382/16113 23007/18380/16111</w:t>
        <w:br/>
        <w:t>f 23015/18384/16115 23014/18385/16116 23013/18386/16117</w:t>
        <w:br/>
        <w:t>f 23012/18387/16118 23015/18384/16115 23013/18386/16117</w:t>
        <w:br/>
        <w:t>f 23017/18388/16119 23016/18389/16120 23015/18384/16115</w:t>
        <w:br/>
        <w:t>f 23012/18387/16118 23017/18388/16119 23015/18384/16115</w:t>
        <w:br/>
        <w:t>f 23014/18385/16116 23015/18384/16115 23019/18390/16121</w:t>
        <w:br/>
        <w:t>f 23018/18391/16122 23014/18385/16116 23019/18390/16121</w:t>
        <w:br/>
        <w:t>f 23016/18389/16120 23020/18392/16123 23019/18390/16121</w:t>
        <w:br/>
        <w:t>f 23015/18384/16115 23016/18389/16120 23019/18390/16121</w:t>
        <w:br/>
        <w:t>f 23023/18393/16124 23022/18394/16125 23021/18395/16126</w:t>
        <w:br/>
        <w:t>f 23024/18396/16127 23023/18393/16124 23021/18395/16126</w:t>
        <w:br/>
        <w:t>f 23026/18397/16128 23025/18398/16128 23021/18395/16126</w:t>
        <w:br/>
        <w:t>f 23022/18394/16125 23026/18397/16128 23021/18395/16126</w:t>
        <w:br/>
        <w:t>f 23028/18399/16129 23027/18400/16130 23025/18398/16128</w:t>
        <w:br/>
        <w:t>f 23026/18397/16128 23028/18399/16129 23025/18398/16128</w:t>
        <w:br/>
        <w:t>f 23032/18401/16131 23031/18402/16132 23030/18403/16132</w:t>
        <w:br/>
        <w:t>f 23029/18404/16133 23032/18401/16131 23030/18403/16132</w:t>
        <w:br/>
        <w:t>f 23034/18405/16134 23033/18406/16135 23030/18403/16132</w:t>
        <w:br/>
        <w:t>f 23031/18402/16132 23034/18405/16134 23030/18403/16132</w:t>
        <w:br/>
        <w:t>f 23032/18401/16131 23029/18404/16133 23035/18407/16129</w:t>
        <w:br/>
        <w:t>f 23036/18408/16129 23032/18401/16131 23035/18407/16129</w:t>
        <w:br/>
        <w:t>f 23039/18409/16136 23038/18410/16137 23037/18411/16138</w:t>
        <w:br/>
        <w:t>f 23042/18412/16139 23041/18413/16140 23040/18414/16141</w:t>
        <w:br/>
        <w:t>f 23043/18415/16142 23023/18393/16124 23039/18409/16136</w:t>
        <w:br/>
        <w:t>f 23037/18411/16138 23043/18415/16142 23039/18409/16136</w:t>
        <w:br/>
        <w:t>f 23040/18414/16141 23034/18405/16134 23044/18416/16143</w:t>
        <w:br/>
        <w:t>f 23042/18412/16139 23040/18414/16141 23044/18416/16143</w:t>
        <w:br/>
        <w:t>f 23048/18417/16144 23047/18418/16144 23046/18419/16145</w:t>
        <w:br/>
        <w:t>f 23045/18420/16145 23048/18417/16144 23046/18419/16145</w:t>
        <w:br/>
        <w:t>f 23049/18421/16146 23045/18420/16145 23046/18419/16145</w:t>
        <w:br/>
        <w:t>f 23050/18422/16146 23049/18421/16146 23046/18419/16145</w:t>
        <w:br/>
        <w:t>f 23051/18423/16147 23006/18381/16112 23012/18387/16118</w:t>
        <w:br/>
        <w:t>f 23013/18386/16117 23051/18423/16147 23012/18387/16118</w:t>
        <w:br/>
        <w:t>f 23052/18424/16148 23017/18388/16119 23012/18387/16118</w:t>
        <w:br/>
        <w:t>f 23006/18381/16112 23052/18424/16148 23012/18387/16118</w:t>
        <w:br/>
        <w:t>f 23040/18414/16141 23033/18406/16135 23034/18405/16134</w:t>
        <w:br/>
        <w:t>f 23039/18409/16136 23023/18393/16124 23024/18396/16127</w:t>
        <w:br/>
        <w:t>f 23006/18381/16112 23051/18423/16147 23009/18378/16109</w:t>
        <w:br/>
        <w:t>f 23011/18382/16113 23052/18424/16148 23006/18381/16112</w:t>
        <w:br/>
        <w:t>f 23002/18374/16105 23003/18373/16104 23053/18425/16149</w:t>
        <w:br/>
        <w:t>f 23054/18426/16150 23002/18374/16105 23053/18425/16149</w:t>
        <w:br/>
        <w:t>f 23053/18425/16149 23003/18373/16104 23004/18377/16108</w:t>
        <w:br/>
        <w:t>f 23055/18427/16151 23053/18425/16149 23004/18377/16108</w:t>
        <w:br/>
        <w:t>f 23972/18428/16152 23971/18429/16153 23970/18430/16154</w:t>
        <w:br/>
        <w:t>f 23969/18431/16152 23972/18428/16152 23970/18430/16154</w:t>
        <w:br/>
        <w:t>f 23976/18432/16155 23975/18433/16155 23974/18434/16156</w:t>
        <w:br/>
        <w:t>f 23973/18435/16157 23976/18432/16155 23974/18434/16156</w:t>
        <w:br/>
        <w:t>f 23973/18435/16157 23974/18434/16156 23978/18436/16158</w:t>
        <w:br/>
        <w:t>f 23977/18437/16158 23973/18435/16157 23978/18436/16158</w:t>
        <w:br/>
        <w:t>f 23977/18437/16158 23978/18436/16158 23980/18438/16159</w:t>
        <w:br/>
        <w:t>f 23979/18439/16159 23977/18437/16158 23980/18438/16159</w:t>
        <w:br/>
        <w:t>f 23983/18440/16160 23982/18441/16161 23981/18442/16162</w:t>
        <w:br/>
        <w:t>f 23984/18443/16162 23983/18440/16160 23981/18442/16162</w:t>
        <w:br/>
        <w:t>f 23971/18429/16153 23986/18444/16163 23985/18445/16163</w:t>
        <w:br/>
        <w:t>f 23970/18430/16154 23971/18429/16153 23985/18445/16163</w:t>
        <w:br/>
        <w:t>f 23988/18446/16164 23987/18447/16165 23975/18433/16155</w:t>
        <w:br/>
        <w:t>f 23976/18432/16155 23988/18446/16164 23975/18433/16155</w:t>
        <w:br/>
        <w:t>f 23991/18448/16166 23990/18449/16167 23989/18450/16168</w:t>
        <w:br/>
        <w:t>f 23992/18451/16168 23991/18448/16166 23989/18450/16168</w:t>
        <w:br/>
        <w:t>f 23995/18452/16169 23994/18453/16170 23993/18454/16170</w:t>
        <w:br/>
        <w:t>f 23996/18455/16171 23995/18452/16169 23993/18454/16170</w:t>
        <w:br/>
        <w:t>f 23998/18456/16172 23997/18457/16172 23995/18452/16169</w:t>
        <w:br/>
        <w:t>f 23996/18455/16171 23998/18456/16172 23995/18452/16169</w:t>
        <w:br/>
        <w:t>f 23997/18457/16172 23998/18456/16172 23984/18443/16162</w:t>
        <w:br/>
        <w:t>f 23981/18442/16162 23997/18457/16172 23984/18443/16162</w:t>
        <w:br/>
        <w:t>f 24000/18458/16173 23999/18459/16174 23992/18451/16168</w:t>
        <w:br/>
        <w:t>f 23989/18450/16168 24000/18458/16173 23992/18451/16168</w:t>
        <w:br/>
        <w:t>f 23979/18439/16159 23980/18438/16159 23999/18459/16174</w:t>
        <w:br/>
        <w:t>f 24000/18458/16173 23979/18439/16159 23999/18459/16174</w:t>
        <w:br/>
        <w:t>f 23969/18431/16152 23982/18441/16161 23983/18440/16160</w:t>
        <w:br/>
        <w:t>f 23972/18428/16152 23969/18431/16152 23983/18440/16160</w:t>
        <w:br/>
        <w:t>f 25783/18460/16175 25782/18461/16176 25781/18462/16177</w:t>
        <w:br/>
        <w:t>f 25786/18463/16178 25785/18464/16179 25784/18465/16180</w:t>
        <w:br/>
        <w:t>f 25787/18466/16180 25786/18463/16178 25784/18465/16180</w:t>
        <w:br/>
        <w:t>f 25784/18465/16180 25788/18467/16181 25787/18466/16180</w:t>
        <w:br/>
        <w:t>f 25789/18468/16182 25783/18460/16175 25781/18462/16177</w:t>
        <w:br/>
        <w:t>f 25783/18460/16175 25791/18469/16183 25790/18470/16184</w:t>
        <w:br/>
        <w:t>f 25789/18468/16182 25791/18469/16183 25783/18460/16175</w:t>
        <w:br/>
        <w:t>f 25793/18471/16185 25792/18472/16186 25783/18460/16175</w:t>
        <w:br/>
        <w:t>f 25790/18470/16184 25793/18471/16185 25783/18460/16175</w:t>
        <w:br/>
        <w:t>f 25793/18471/16185 25790/18470/16184 25794/18473/16187</w:t>
        <w:br/>
        <w:t>f 26447/18474/16188 26446/18475/16188 26445/18476/16189</w:t>
        <w:br/>
        <w:t>f 26444/18477/16189 26447/18474/16188 26445/18476/16189</w:t>
        <w:br/>
        <w:t>f 26448/18478/16190 26444/18477/16189 26445/18476/16189</w:t>
        <w:br/>
        <w:t>f 26452/18479/16191 26451/18480/16191 26450/18481/16192</w:t>
        <w:br/>
        <w:t>f 26449/18482/16192 26452/18479/16191 26450/18481/16192</w:t>
        <w:br/>
        <w:t>f 26453/18483/16193 26446/18475/16188 26447/18474/16188</w:t>
        <w:br/>
        <w:t>f 26454/18484/16194 26449/18482/16192 26450/18481/16192</w:t>
        <w:br/>
        <w:t>f 26458/18485/16195 26457/18486/16196 26456/18487/16196</w:t>
        <w:br/>
        <w:t>f 26455/18488/16195 26458/18485/16195 26456/18487/16196</w:t>
        <w:br/>
        <w:t>f 26461/18489/16197 26460/18490/16197 26459/18491/16197</w:t>
        <w:br/>
        <w:t>f 26464/18492/16198 26463/18493/16199 26462/18494/16199</w:t>
        <w:br/>
        <w:t>f 26465/18495/16198 26464/18492/16198 26462/18494/16199</w:t>
        <w:br/>
        <w:t>f 26466/18496/16200 26456/18487/16196 26457/18486/16196</w:t>
        <w:br/>
        <w:t>f 26462/18494/16199 26463/18493/16199 26467/18497/16201</w:t>
        <w:br/>
        <w:t>f 26471/18498/16202 26470/18499/16203 26469/18500/16203</w:t>
        <w:br/>
        <w:t>f 26468/18501/16202 26471/18498/16202 26469/18500/16203</w:t>
        <w:br/>
        <w:t>f 26475/18502/16204 26474/18503/16204 26473/18504/16205</w:t>
        <w:br/>
        <w:t>f 26472/18505/16205 26475/18502/16204 26473/18504/16205</w:t>
        <w:br/>
        <w:t>f 26468/18501/16202 26476/18506/16206 26471/18498/16202</w:t>
        <w:br/>
        <w:t>f 26475/18502/16204 26477/18507/16207 26474/18503/16204</w:t>
        <w:br/>
        <w:t>f 26481/18508/16208 26480/18509/16209 26479/18510/16210</w:t>
        <w:br/>
        <w:t>f 26478/18511/16211 26481/18508/16208 26479/18510/16210</w:t>
        <w:br/>
        <w:t>f 26484/18512/16212 26483/18513/16213 26482/18514/16214</w:t>
        <w:br/>
        <w:t>f 26485/18515/16215 26484/18512/16212 26482/18514/16214</w:t>
        <w:br/>
        <w:t>f 26470/18499/16203 26487/18516/16216 26486/18517/16217</w:t>
        <w:br/>
        <w:t>f 26469/18500/16203 26470/18499/16203 26486/18517/16217</w:t>
        <w:br/>
        <w:t>f 26473/18504/16205 26489/18518/16218 26488/18519/16219</w:t>
        <w:br/>
        <w:t>f 26472/18505/16205 26473/18504/16205 26488/18519/16219</w:t>
        <w:br/>
        <w:t>f 26487/18516/16216 26479/18510/16210 26480/18509/16209</w:t>
        <w:br/>
        <w:t>f 26486/18517/16217 26487/18516/16216 26480/18509/16209</w:t>
        <w:br/>
        <w:t>f 26489/18518/16218 26484/18512/16212 26485/18515/16215</w:t>
        <w:br/>
        <w:t>f 26488/18519/16219 26489/18518/16218 26485/18515/16215</w:t>
        <w:br/>
        <w:t>f 26492/18520/16220 26491/18521/16221 26490/18522/16221</w:t>
        <w:br/>
        <w:t>f 26493/18523/16222 26492/18520/16220 26490/18522/16221</w:t>
        <w:br/>
        <w:t>f 26493/18523/16222 26494/18524/16223 26492/18520/16220</w:t>
        <w:br/>
        <w:t>f 26496/18525/16224 26495/18526/16224 26478/18511/16225</w:t>
        <w:br/>
        <w:t>f 26483/18513/16226 26496/18525/16224 26478/18511/16225</w:t>
        <w:br/>
        <w:t>f 26490/18522/16221 26491/18521/16221 26498/18527/16227</w:t>
        <w:br/>
        <w:t>f 26497/18528/16227 26490/18522/16221 26498/18527/16227</w:t>
        <w:br/>
        <w:t>f 26495/18526/16224 26496/18525/16224 26497/18528/16227</w:t>
        <w:br/>
        <w:t>f 26498/18527/16227 26495/18526/16224 26497/18528/16227</w:t>
        <w:br/>
        <w:t>f 26502/18529/16228 26501/18530/16228 26500/18531/16229</w:t>
        <w:br/>
        <w:t>f 26499/18532/16230 26502/18529/16228 26500/18531/16229</w:t>
        <w:br/>
        <w:t>f 26501/18530/16228 26502/18529/16228 26503/18533/16231</w:t>
        <w:br/>
        <w:t>f 26500/18531/16229 26505/18534/16232 26504/18535/16232</w:t>
        <w:br/>
        <w:t>f 26499/18532/16230 26500/18531/16229 26504/18535/16232</w:t>
        <w:br/>
        <w:t>f 26504/18535/16232 26505/18534/16232 26507/18536/16233</w:t>
        <w:br/>
        <w:t>f 26506/18537/16233 26504/18535/16232 26507/18536/16233</w:t>
        <w:br/>
        <w:t>f 26508/18538/16234 26482/18514/16214 26506/18537/16233</w:t>
        <w:br/>
        <w:t>f 26507/18536/16233 26508/18538/16234 26506/18537/16233</w:t>
        <w:br/>
        <w:t>f 26751/18539/16235 26750/18540/16236 26749/18541/16237</w:t>
        <w:br/>
        <w:t>f 26754/18542/16238 26753/18543/16239 26752/18544/16240</w:t>
        <w:br/>
        <w:t>f 26757/18545/16241 26756/18546/16242 26755/18547/16243</w:t>
        <w:br/>
        <w:t>f 26759/18548/16244 26755/18547/16243 26758/18549/16245</w:t>
        <w:br/>
        <w:t>f 26759/18548/16244 26758/18549/16245 26760/18550/16246</w:t>
        <w:br/>
        <w:t>f 26763/18551/16247 26762/18552/16248 26761/18553/16246</w:t>
        <w:br/>
        <w:t>f 26762/18552/16248 26763/18551/16247 26764/18554/16249</w:t>
        <w:br/>
        <w:t>f 26764/18554/16249 26766/18555/16250 26765/18556/16251</w:t>
        <w:br/>
        <w:t>f 26757/18545/16241 26768/18557/16252 26767/18558/16253</w:t>
        <w:br/>
        <w:t>f 26754/18542/16238 26757/18545/16241 26767/18558/16253</w:t>
        <w:br/>
        <w:t>f 26768/18557/16252 26757/18545/16241 26759/18548/16244</w:t>
        <w:br/>
        <w:t>f 26769/18559/16254 26768/18557/16252 26759/18548/16244</w:t>
        <w:br/>
        <w:t>f 26760/18550/16246 26770/18560/16255 26769/18559/16254</w:t>
        <w:br/>
        <w:t>f 26759/18548/16244 26760/18550/16246 26769/18559/16254</w:t>
        <w:br/>
        <w:t>f 26771/18561/16255 26761/18553/16246 26762/18552/16248</w:t>
        <w:br/>
        <w:t>f 26772/18562/16256 26771/18561/16255 26762/18552/16248</w:t>
        <w:br/>
        <w:t>f 26773/18563/16257 26772/18562/16256 26762/18552/16248</w:t>
        <w:br/>
        <w:t>f 26765/18556/16251 26773/18563/16257 26762/18552/16248</w:t>
        <w:br/>
        <w:t>f 26768/18557/16252 26775/18564/16258 26774/18565/16259</w:t>
        <w:br/>
        <w:t>f 26767/18558/16253 26768/18557/16252 26774/18565/16259</w:t>
        <w:br/>
        <w:t>f 26775/18564/16258 26768/18557/16252 26769/18559/16254</w:t>
        <w:br/>
        <w:t>f 26776/18566/16260 26775/18564/16258 26769/18559/16254</w:t>
        <w:br/>
        <w:t>f 26771/18561/16255 26772/18562/16256 26777/18567/16261</w:t>
        <w:br/>
        <w:t>f 26778/18568/16262 26771/18561/16255 26777/18567/16261</w:t>
        <w:br/>
        <w:t>f 26772/18562/16256 26773/18563/16257 26779/18569/16263</w:t>
        <w:br/>
        <w:t>f 26777/18567/16261 26772/18562/16256 26779/18569/16263</w:t>
        <w:br/>
        <w:t>f 26783/18570/16264 26782/18571/16265 26781/18572/16266</w:t>
        <w:br/>
        <w:t>f 26780/18573/16267 26783/18570/16264 26781/18572/16266</w:t>
        <w:br/>
        <w:t>f 26787/18574/16268 26786/18575/16269 26785/18576/16270</w:t>
        <w:br/>
        <w:t>f 26784/18577/16271 26787/18574/16268 26785/18576/16270</w:t>
        <w:br/>
        <w:t>f 26790/18578/16272 26789/18579/16273 26788/18580/16274</w:t>
        <w:br/>
        <w:t>f 26791/18581/16274 26790/18578/16272 26788/18580/16274</w:t>
        <w:br/>
        <w:t>f 26795/18582/16275 26794/18583/16276 26793/18584/16277</w:t>
        <w:br/>
        <w:t>f 26792/18585/16278 26795/18582/16275 26793/18584/16277</w:t>
        <w:br/>
        <w:t>f 26797/18586/16279 26796/18587/16279 26789/18579/16273</w:t>
        <w:br/>
        <w:t>f 26790/18578/16272 26797/18586/16279 26789/18579/16273</w:t>
        <w:br/>
        <w:t>f 26799/18588/16280 26796/18587/16279 26797/18586/16279</w:t>
        <w:br/>
        <w:t>f 26798/18589/16280 26799/18588/16280 26797/18586/16279</w:t>
        <w:br/>
        <w:t>f 26780/18573/16267 26793/18584/16277 26794/18583/16276</w:t>
        <w:br/>
        <w:t>f 26783/18570/16264 26780/18573/16267 26794/18583/16276</w:t>
        <w:br/>
        <w:t>f 26788/18580/16274 26801/18590/16281 26800/18591/16282</w:t>
        <w:br/>
        <w:t>f 26791/18581/16274 26788/18580/16274 26800/18591/16282</w:t>
        <w:br/>
        <w:t>f 26802/18592/16283 26755/18547/16243 26756/18546/16242</w:t>
        <w:br/>
        <w:t>f 26803/18593/16284 26802/18592/16283 26756/18546/16242</w:t>
        <w:br/>
        <w:t>f 26755/18547/16243 26802/18592/16283 26804/18594/16285</w:t>
        <w:br/>
        <w:t>f 26758/18549/16245 26755/18547/16243 26804/18594/16285</w:t>
        <w:br/>
        <w:t>f 26806/18595/16286 26805/18596/16287 26758/18549/16245</w:t>
        <w:br/>
        <w:t>f 26804/18594/16285 26806/18595/16286 26758/18549/16245</w:t>
        <w:br/>
        <w:t>f 26808/18597/16288 26763/18551/16247 26807/18598/16287</w:t>
        <w:br/>
        <w:t>f 26809/18599/16289 26808/18597/16288 26807/18598/16287</w:t>
        <w:br/>
        <w:t>f 26812/18600/16290 26811/18601/16291 26810/18602/16292</w:t>
        <w:br/>
        <w:t>f 26815/18603/16293 26814/18604/16294 26813/18605/16295</w:t>
        <w:br/>
        <w:t>f 26816/18606/16296 26815/18603/16293 26813/18605/16295</w:t>
        <w:br/>
        <w:t>f 26819/18607/16297 26818/18608/16298 26817/18609/16299</w:t>
        <w:br/>
        <w:t>f 26820/18610/16300 26811/18601/16291 26812/18600/16290</w:t>
        <w:br/>
        <w:t>f 26823/18611/16301 26822/18612/16302 26821/18613/16303</w:t>
        <w:br/>
        <w:t>f 26817/18609/16299 26823/18611/16301 26821/18613/16303</w:t>
        <w:br/>
        <w:t>f 26814/18604/16294 26820/18610/16300 26812/18600/16290</w:t>
        <w:br/>
        <w:t>f 26813/18605/16295 26814/18604/16294 26812/18600/16290</w:t>
        <w:br/>
        <w:t>f 26826/18614/16304 26825/18615/16304 26824/18616/16305</w:t>
        <w:br/>
        <w:t>f 26819/18607/16297 26826/18614/16304 26824/18616/16305</w:t>
        <w:br/>
        <w:t>f 26829/18617/16306 26828/18618/16307 26827/18619/16308</w:t>
        <w:br/>
        <w:t>f 26833/18620/16301 26832/18621/16290 26831/18622/16292</w:t>
        <w:br/>
        <w:t>f 26830/18623/16309 26833/18620/16301 26831/18622/16292</w:t>
        <w:br/>
        <w:t>f 26835/18624/16310 26834/18625/16311 26830/18623/16309</w:t>
        <w:br/>
        <w:t>f 26831/18622/16292 26835/18624/16310 26830/18623/16309</w:t>
        <w:br/>
        <w:t>f 26832/18621/16290 26833/18620/16301 26836/18626/16312</w:t>
        <w:br/>
        <w:t>f 26837/18627/16295 26832/18621/16290 26836/18626/16312</w:t>
        <w:br/>
        <w:t>f 26840/18628/16313 26839/18629/16314 26838/18630/16296</w:t>
        <w:br/>
        <w:t>f 26837/18627/16295 26840/18628/16313 26838/18630/16296</w:t>
        <w:br/>
        <w:t>f 26838/18630/16296 26839/18629/16314 26842/18631/16315</w:t>
        <w:br/>
        <w:t>f 26841/18632/16315 26838/18630/16296 26842/18631/16315</w:t>
        <w:br/>
        <w:t>f 26843/18633/16316 26841/18632/16315 26842/18631/16315</w:t>
        <w:br/>
        <w:t>f 26844/18634/16317 26843/18633/16316 26842/18631/16315</w:t>
        <w:br/>
        <w:t>f 26848/18635/16318 26847/18636/16319 26846/18637/16320</w:t>
        <w:br/>
        <w:t>f 26845/18638/14511 26848/18635/16318 26846/18637/16320</w:t>
        <w:br/>
        <w:t>f 26849/18639/16321 26766/18555/16250 26764/18554/16249</w:t>
        <w:br/>
        <w:t>f 26850/18640/16322 26849/18639/16321 26764/18554/16249</w:t>
        <w:br/>
        <w:t>f 26852/18641/16310 26851/18642/16323 26766/18555/16250</w:t>
        <w:br/>
        <w:t>f 26849/18639/16321 26852/18641/16310 26766/18555/16250</w:t>
        <w:br/>
        <w:t>f 26851/18642/16323 26852/18641/16310 26810/18602/16292</w:t>
        <w:br/>
        <w:t>f 26811/18601/16291 26851/18642/16323 26810/18602/16292</w:t>
        <w:br/>
        <w:t>f 26795/18582/16275 26792/18585/16278 26854/18643/16324</w:t>
        <w:br/>
        <w:t>f 26853/18644/16325 26795/18582/16275 26854/18643/16324</w:t>
        <w:br/>
        <w:t>f 26770/18560/16255 26855/18645/16326 26776/18566/16260</w:t>
        <w:br/>
        <w:t>f 26769/18559/16254 26770/18560/16255 26776/18566/16260</w:t>
        <w:br/>
        <w:t>f 26859/18646/16327 26858/18647/16328 26857/18648/16329</w:t>
        <w:br/>
        <w:t>f 26856/18649/16330 26859/18646/16327 26857/18648/16329</w:t>
        <w:br/>
        <w:t>f 26765/18556/16251 26861/18650/16331 26860/18651/16332</w:t>
        <w:br/>
        <w:t>f 26773/18563/16257 26765/18556/16251 26860/18651/16332</w:t>
        <w:br/>
        <w:t>f 26861/18650/16331 26766/18555/16250 26854/18643/16333</w:t>
        <w:br/>
        <w:t>f 26773/18563/16257 26860/18651/16332 26862/18652/16334</w:t>
        <w:br/>
        <w:t>f 26779/18569/16263 26773/18563/16257 26862/18652/16334</w:t>
        <w:br/>
        <w:t>f 26866/18653/16335 26865/18654/16336 26864/18655/16337</w:t>
        <w:br/>
        <w:t>f 26863/18656/16321 26866/18653/16335 26864/18655/16337</w:t>
        <w:br/>
        <w:t>f 26863/18656/16321 26864/18655/16337 26834/18625/16311</w:t>
        <w:br/>
        <w:t>f 26835/18624/16310 26863/18656/16321 26834/18625/16311</w:t>
        <w:br/>
        <w:t>f 26866/18653/16335 26868/18657/16338 26867/18658/16338</w:t>
        <w:br/>
        <w:t>f 26865/18654/16336 26866/18653/16335 26867/18658/16338</w:t>
        <w:br/>
        <w:t>f 26868/18657/16338 26869/18659/16339 26867/18658/16338</w:t>
        <w:br/>
        <w:t>f 26850/18640/16322 26764/18554/16249 26763/18551/16247</w:t>
        <w:br/>
        <w:t>f 26808/18597/16288 26850/18640/16322 26763/18551/16247</w:t>
        <w:br/>
        <w:t>f 26872/18660/16340 26871/18661/16341 26870/18662/16342</w:t>
        <w:br/>
        <w:t>f 26751/18539/16235 26872/18660/16340 26870/18662/16342</w:t>
        <w:br/>
        <w:t>f 26875/18663/16343 26874/18664/16344 26873/18665/16345</w:t>
        <w:br/>
        <w:t>f 26856/18649/16330 26875/18663/16343 26873/18665/16345</w:t>
        <w:br/>
        <w:t>f 26874/18664/16344 26877/18666/16346 26876/18667/16347</w:t>
        <w:br/>
        <w:t>f 26873/18665/16345 26874/18664/16344 26876/18667/16347</w:t>
        <w:br/>
        <w:t>f 26880/18668/16348 26879/18669/16281 26878/18670/16349</w:t>
        <w:br/>
        <w:t>f 26881/18671/16350 26880/18668/16348 26878/18670/16349</w:t>
        <w:br/>
        <w:t>f 26882/18672/16351 26800/18591/16282 26801/18590/16281</w:t>
        <w:br/>
        <w:t>f 26883/18673/16352 26882/18672/16351 26801/18590/16281</w:t>
        <w:br/>
        <w:t>f 26884/18674/16353 26825/18615/16304 26826/18614/16304</w:t>
        <w:br/>
        <w:t>f 26885/18675/16354 26884/18674/16353 26826/18614/16304</w:t>
        <w:br/>
        <w:t>f 26887/18676/16355 26882/18672/16351 26883/18673/16352</w:t>
        <w:br/>
        <w:t>f 26886/18677/16356 26887/18676/16355 26883/18673/16352</w:t>
        <w:br/>
        <w:t>f 26885/18675/16354 26889/18678/16357 26888/18679/16357</w:t>
        <w:br/>
        <w:t>f 26884/18674/16353 26885/18675/16354 26888/18679/16357</w:t>
        <w:br/>
        <w:t>f 26880/18668/16348 26749/18541/16237 26890/18680/16352</w:t>
        <w:br/>
        <w:t>f 26879/18669/16281 26880/18668/16348 26890/18680/16352</w:t>
        <w:br/>
        <w:t>f 26750/18540/16236 26891/18681/16358 26890/18680/16352</w:t>
        <w:br/>
        <w:t>f 26818/18608/16298 26819/18607/16297 26824/18616/16305</w:t>
        <w:br/>
        <w:t>f 26856/18649/16330 26857/18648/16329 26892/18682/16359</w:t>
        <w:br/>
        <w:t>f 26893/18683/16360 26786/18575/16269 26787/18574/16268</w:t>
        <w:br/>
        <w:t>f 26894/18684/16361 26893/18683/16360 26787/18574/16268</w:t>
        <w:br/>
        <w:t>f 26898/18685/16362 26897/18686/16362 26896/18687/16363</w:t>
        <w:br/>
        <w:t>f 26895/18688/16363 26898/18685/16362 26896/18687/16363</w:t>
        <w:br/>
        <w:t>f 26847/18636/16319 26848/18635/16318 26843/18633/16316</w:t>
        <w:br/>
        <w:t>f 26844/18634/16317 26847/18636/16319 26843/18633/16316</w:t>
        <w:br/>
        <w:t>f 26892/18682/16359 26899/18689/16364 26875/18663/16343</w:t>
        <w:br/>
        <w:t>f 26875/18663/16343 26899/18689/16364 26900/18690/16365</w:t>
        <w:br/>
        <w:t>f 26902/18691/16366 26870/18662/16342 26901/18692/16367</w:t>
        <w:br/>
        <w:t>f 26902/18691/16366 26750/18540/16236 26870/18662/16342</w:t>
        <w:br/>
        <w:t>f 26903/18693/16368 26874/18664/16344 26900/18690/16365</w:t>
        <w:br/>
        <w:t>f 26906/18694/16369 26901/18692/16367 26905/18695/16370</w:t>
        <w:br/>
        <w:t>f 26904/18696/16371 26906/18694/16369 26905/18695/16370</w:t>
        <w:br/>
        <w:t>f 26903/18693/16368 26900/18690/16365 26907/18697/16372</w:t>
        <w:br/>
        <w:t>f 26901/18692/16367 26903/18693/16368 26908/18698/16373</w:t>
        <w:br/>
        <w:t>f 26910/18699/16374 26909/18700/16375 26893/18683/16360</w:t>
        <w:br/>
        <w:t>f 26894/18684/16361 26910/18699/16374 26893/18683/16360</w:t>
        <w:br/>
        <w:t>f 26912/18701/16376 26887/18676/16355 26886/18677/16356</w:t>
        <w:br/>
        <w:t>f 26911/18702/16377 26912/18701/16376 26886/18677/16356</w:t>
        <w:br/>
        <w:t>f 26914/18703/16378 26912/18701/16376 26911/18702/16377</w:t>
        <w:br/>
        <w:t>f 26913/18704/16369 26914/18703/16378 26911/18702/16377</w:t>
        <w:br/>
        <w:t>f 26916/18705/16379 26914/18703/16378 26913/18704/16369</w:t>
        <w:br/>
        <w:t>f 26915/18706/16371 26916/18705/16379 26913/18704/16369</w:t>
        <w:br/>
        <w:t>f 26918/18707/16380 26917/18708/16381 26909/18700/16375</w:t>
        <w:br/>
        <w:t>f 26910/18699/16374 26918/18707/16380 26909/18700/16375</w:t>
        <w:br/>
        <w:t>f 26922/18709/16382 26921/18710/16383 26920/18711/16384</w:t>
        <w:br/>
        <w:t>f 26919/18712/16385 26922/18709/16382 26920/18711/16384</w:t>
        <w:br/>
        <w:t>f 26916/18705/16379 26915/18706/16371 26924/18713/16386</w:t>
        <w:br/>
        <w:t>f 26923/18714/16387 26916/18705/16379 26924/18713/16386</w:t>
        <w:br/>
        <w:t>f 26919/18712/16385 26917/18708/16381 26918/18707/16380</w:t>
        <w:br/>
        <w:t>f 26922/18709/16382 26919/18712/16385 26918/18707/16380</w:t>
        <w:br/>
        <w:t>f 26925/18715/16388 26920/18711/16384 26921/18710/16383</w:t>
        <w:br/>
        <w:t>f 26926/18716/16389 26925/18715/16388 26921/18710/16383</w:t>
        <w:br/>
        <w:t>f 26846/18637/16320 26928/18717/14511 26927/18718/16390</w:t>
        <w:br/>
        <w:t>f 26845/18638/14511 26846/18637/16320 26927/18718/16390</w:t>
        <w:br/>
        <w:t>f 26930/18719/16391 26929/18720/16392 26927/18718/16390</w:t>
        <w:br/>
        <w:t>f 26928/18717/14511 26930/18719/16391 26927/18718/16390</w:t>
        <w:br/>
        <w:t>f 26932/18721/16393 26931/18722/16393 26929/18720/16392</w:t>
        <w:br/>
        <w:t>f 26930/18719/16391 26932/18721/16393 26929/18720/16392</w:t>
        <w:br/>
        <w:t>f 26935/18723/16394 26934/18724/16395 26933/18725/14511</w:t>
        <w:br/>
        <w:t>f 26921/18710/16383 26937/18726/16396 26936/18727/16397</w:t>
        <w:br/>
        <w:t>f 26926/18716/16389 26921/18710/16383 26936/18727/16397</w:t>
        <w:br/>
        <w:t>f 26912/18701/16376 26938/18728/16398 26888/18679/16357</w:t>
        <w:br/>
        <w:t>f 26889/18678/16357 26912/18701/16376 26888/18679/16357</w:t>
        <w:br/>
        <w:t>f 26914/18703/16378 26939/18729/16399 26938/18728/16398</w:t>
        <w:br/>
        <w:t>f 26912/18701/16376 26914/18703/16378 26938/18728/16398</w:t>
        <w:br/>
        <w:t>f 26916/18705/16379 26940/18730/16400 26939/18729/16399</w:t>
        <w:br/>
        <w:t>f 26914/18703/16378 26916/18705/16379 26939/18729/16399</w:t>
        <w:br/>
        <w:t>f 26923/18714/16387 26941/18731/16401 26940/18730/16400</w:t>
        <w:br/>
        <w:t>f 26916/18705/16379 26923/18714/16387 26940/18730/16400</w:t>
        <w:br/>
        <w:t>f 26942/18732/16402 26937/18726/16396 26921/18710/16383</w:t>
        <w:br/>
        <w:t>f 26922/18709/16382 26942/18732/16402 26921/18710/16383</w:t>
        <w:br/>
        <w:t>f 26943/18733/16403 26942/18732/16402 26922/18709/16382</w:t>
        <w:br/>
        <w:t>f 26918/18707/16380 26943/18733/16403 26922/18709/16382</w:t>
        <w:br/>
        <w:t>f 26944/18734/16404 26943/18733/16403 26918/18707/16380</w:t>
        <w:br/>
        <w:t>f 26910/18699/16374 26944/18734/16404 26918/18707/16380</w:t>
        <w:br/>
        <w:t>f 26898/18685/16362 26944/18734/16404 26910/18699/16374</w:t>
        <w:br/>
        <w:t>f 26897/18686/16362 26898/18685/16362 26910/18699/16374</w:t>
        <w:br/>
        <w:t>f 26902/18691/16366 26945/18735/16377 26750/18540/16236</w:t>
        <w:br/>
        <w:t>f 26902/18691/16366 26901/18692/16367 26906/18694/16369</w:t>
        <w:br/>
        <w:t>f 26904/18696/16371 26905/18695/16370 26946/18736/16405</w:t>
        <w:br/>
        <w:t>f 26947/18737/16386 26904/18696/16371 26946/18736/16405</w:t>
        <w:br/>
        <w:t>f 26950/18738/16406 26949/18739/16388 26948/18740/16407</w:t>
        <w:br/>
        <w:t>f 26951/18741/16408 26950/18738/16406 26948/18740/16407</w:t>
        <w:br/>
        <w:t>f 26952/18742/16385 26950/18738/16406 26951/18741/16408</w:t>
        <w:br/>
        <w:t>f 26907/18697/16372 26952/18742/16385 26951/18741/16408</w:t>
        <w:br/>
        <w:t>f 26953/18743/16381 26952/18742/16385 26907/18697/16372</w:t>
        <w:br/>
        <w:t>f 26900/18690/16365 26953/18743/16381 26907/18697/16372</w:t>
        <w:br/>
        <w:t>f 26899/18689/16364 26954/18744/16409 26953/18743/16381</w:t>
        <w:br/>
        <w:t>f 26954/18744/16409 26892/18682/16359 26955/18745/16410</w:t>
        <w:br/>
        <w:t>f 26901/18692/16367 26871/18661/16341 26903/18693/16368</w:t>
        <w:br/>
        <w:t>f 26871/18661/16341 26872/18660/16340 26876/18667/16347</w:t>
        <w:br/>
        <w:t>f 26877/18666/16346 26871/18661/16341 26876/18667/16347</w:t>
        <w:br/>
        <w:t>f 26958/18746/16411 26957/18747/16412 26956/18748/16266</w:t>
        <w:br/>
        <w:t>f 26782/18571/16265 26784/18577/16271 26785/18576/16270</w:t>
        <w:br/>
        <w:t>f 26781/18572/16266 26782/18571/16265 26785/18576/16270</w:t>
        <w:br/>
        <w:t>f 26816/18606/16296 26827/18619/16308 26828/18618/16307</w:t>
        <w:br/>
        <w:t>f 26815/18603/16293 26816/18606/16296 26828/18618/16307</w:t>
        <w:br/>
        <w:t>f 26828/18618/16307 26829/18617/16306 26895/18688/16363</w:t>
        <w:br/>
        <w:t>f 26896/18687/16363 26828/18618/16307 26895/18688/16363</w:t>
        <w:br/>
        <w:t>f 26957/18747/16412 26960/18749/16270 26959/18750/16269</w:t>
        <w:br/>
        <w:t>f 26858/18647/16328 26957/18747/16412 26959/18750/16269</w:t>
        <w:br/>
        <w:t>f 26857/18648/16329 26959/18750/16269 26892/18682/16359</w:t>
        <w:br/>
        <w:t>f 26959/18750/16269 26955/18745/16410 26892/18682/16359</w:t>
        <w:br/>
        <w:t>f 26951/18741/16408 26948/18740/16407 26903/18693/16368</w:t>
        <w:br/>
        <w:t>f 26925/18715/16388 26926/18716/16389 26923/18714/16387</w:t>
        <w:br/>
        <w:t>f 26924/18713/16386 26925/18715/16388 26923/18714/16387</w:t>
        <w:br/>
        <w:t>f 26926/18716/16389 26936/18727/16397 26941/18731/16401</w:t>
        <w:br/>
        <w:t>f 26923/18714/16387 26926/18716/16389 26941/18731/16401</w:t>
        <w:br/>
        <w:t>f 26947/18737/16386 26946/18736/16405 26948/18740/16407</w:t>
        <w:br/>
        <w:t>f 26949/18739/16388 26947/18737/16386 26948/18740/16407</w:t>
        <w:br/>
        <w:t>f 26934/18724/16395 26935/18723/16394 26931/18722/16393</w:t>
        <w:br/>
        <w:t>f 26932/18721/16393 26934/18724/16395 26931/18722/16393</w:t>
        <w:br/>
        <w:t>f 26803/18593/16284 26756/18546/16242 26752/18544/16240</w:t>
        <w:br/>
        <w:t>f 26961/18751/16311 26803/18593/16284 26752/18544/16240</w:t>
        <w:br/>
        <w:t>f 26962/18752/16413 26799/18588/16280 26798/18589/16280</w:t>
        <w:br/>
        <w:t>f 26961/18751/16311 26752/18544/16240 26963/18753/16414</w:t>
        <w:br/>
        <w:t>f 26964/18754/16309 26961/18751/16311 26963/18753/16414</w:t>
        <w:br/>
        <w:t>f 26963/18753/16414 26822/18612/16302 26823/18611/16301</w:t>
        <w:br/>
        <w:t>f 26964/18754/16309 26963/18753/16414 26823/18611/16301</w:t>
        <w:br/>
        <w:t>f 26903/18693/16368 26948/18740/16407 26946/18736/16405</w:t>
        <w:br/>
        <w:t>f 26764/18554/16249 26765/18556/16251 26762/18552/16248</w:t>
        <w:br/>
        <w:t>f 26861/18650/16331 26765/18556/16251 26766/18555/16250</w:t>
        <w:br/>
        <w:t>f 26763/18551/16247 26761/18553/16246 26807/18598/16287</w:t>
        <w:br/>
        <w:t>f 26758/18549/16245 26805/18596/16287 26760/18550/16246</w:t>
        <w:br/>
        <w:t>f 26752/18544/16240 26756/18546/16242 26757/18545/16241</w:t>
        <w:br/>
        <w:t>f 26754/18542/16238 26752/18544/16240 26757/18545/16241</w:t>
        <w:br/>
        <w:t>f 26757/18545/16241 26755/18547/16243 26759/18548/16244</w:t>
        <w:br/>
        <w:t>f 26819/18607/16297 26817/18609/16299 26821/18613/16303</w:t>
        <w:br/>
        <w:t>f 26959/18750/16269 26857/18648/16329 26858/18647/16328</w:t>
        <w:br/>
        <w:t>f 26873/18665/16345 26859/18646/16327 26856/18649/16330</w:t>
        <w:br/>
        <w:t>f 26751/18539/16235 26870/18662/16342 26750/18540/16236</w:t>
        <w:br/>
        <w:t>f 26890/18680/16352 26749/18541/16237 26750/18540/16236</w:t>
        <w:br/>
        <w:t>f 26853/18644/16325 26854/18643/16324 26965/18755/16415</w:t>
        <w:br/>
        <w:t>f 26969/18756/16416 26968/18757/16416 26967/18758/16417</w:t>
        <w:br/>
        <w:t>f 26966/18759/16418 26969/18756/16416 26967/18758/16417</w:t>
        <w:br/>
        <w:t>f 26972/18760/16419 26971/18761/16420 26970/18762/16420</w:t>
        <w:br/>
        <w:t>f 26973/18763/16421 26972/18760/16419 26970/18762/16420</w:t>
        <w:br/>
        <w:t>f 26974/18764/16422 26972/18760/16419 26973/18763/16421</w:t>
        <w:br/>
        <w:t>f 26975/18765/16422 26974/18764/16422 26973/18763/16421</w:t>
        <w:br/>
        <w:t>f 26976/18766/16423 26974/18764/16422 26975/18765/16422</w:t>
        <w:br/>
        <w:t>f 26977/18767/16423 26976/18766/16423 26975/18765/16422</w:t>
        <w:br/>
        <w:t>f 26979/18768/16424 26978/18769/16424 26976/18766/16423</w:t>
        <w:br/>
        <w:t>f 26977/18767/16423 26979/18768/16424 26976/18766/16423</w:t>
        <w:br/>
        <w:t>f 26981/18770/16425 26980/18771/16425 26978/18769/16424</w:t>
        <w:br/>
        <w:t>f 26979/18768/16424 26981/18770/16425 26978/18769/16424</w:t>
        <w:br/>
        <w:t>f 26983/18772/16426 26982/18773/16427 26980/18771/16425</w:t>
        <w:br/>
        <w:t>f 26981/18770/16425 26983/18772/16426 26980/18771/16425</w:t>
        <w:br/>
        <w:t>f 26966/18759/16418 26967/18758/16417 26984/18774/16428</w:t>
        <w:br/>
        <w:t>f 26983/18772/16426 26966/18759/16418 26984/18774/16428</w:t>
        <w:br/>
        <w:t>f 26969/18756/16416 26985/18775/16429 26968/18757/16416</w:t>
        <w:br/>
        <w:t>f 26971/18761/16420 26986/18776/16267 26970/18762/16420</w:t>
        <w:br/>
        <w:t>f 26990/18777/16430 26989/18778/16431 26988/18779/16432</w:t>
        <w:br/>
        <w:t>f 26987/18780/16433 26990/18777/16430 26988/18779/16432</w:t>
        <w:br/>
        <w:t>f 26993/18781/16434 26992/18782/16435 26991/18783/16435</w:t>
        <w:br/>
        <w:t>f 26994/18784/16434 26993/18781/16434 26991/18783/16435</w:t>
        <w:br/>
        <w:t>f 26993/18781/16434 26994/18784/16434 26995/18785/16436</w:t>
        <w:br/>
        <w:t>f 26997/18786/16437 26996/18787/16438 26989/18778/16431</w:t>
        <w:br/>
        <w:t>f 26990/18777/16430 26997/18786/16437 26989/18778/16431</w:t>
        <w:br/>
        <w:t>f 26999/18788/16439 26998/18789/16440 26996/18787/16438</w:t>
        <w:br/>
        <w:t>f 26997/18786/16437 26999/18788/16439 26996/18787/16438</w:t>
        <w:br/>
        <w:t>f 27001/18790/16441 27000/18791/16442 26998/18789/16440</w:t>
        <w:br/>
        <w:t>f 26999/18788/16439 27001/18790/16441 26998/18789/16440</w:t>
        <w:br/>
        <w:t>f 27002/18792/16443 27000/18791/16442 27001/18790/16441</w:t>
        <w:br/>
        <w:t>f 27003/18793/16443 27002/18792/16443 27001/18790/16441</w:t>
        <w:br/>
        <w:t>f 27006/18794/16444 27005/18795/16443 27004/18796/16443</w:t>
        <w:br/>
        <w:t>f 27007/18797/16444 27006/18794/16444 27004/18796/16443</w:t>
        <w:br/>
        <w:t>f 27008/18798/16445 27006/18794/16444 27007/18797/16444</w:t>
        <w:br/>
        <w:t>f 27009/18799/16445 27008/18798/16445 27007/18797/16444</w:t>
        <w:br/>
        <w:t>f 27010/18800/16446 27008/18798/16445 27009/18799/16445</w:t>
        <w:br/>
        <w:t>f 27011/18801/16446 27010/18800/16446 27009/18799/16445</w:t>
        <w:br/>
        <w:t>f 26992/18782/16435 27010/18800/16446 27011/18801/16446</w:t>
        <w:br/>
        <w:t>f 26991/18783/16435 26992/18782/16435 27011/18801/16446</w:t>
        <w:br/>
        <w:t>f 26988/18779/16432 27012/18802/16447 26987/18780/16433</w:t>
        <w:br/>
        <w:t>f 26874/18664/16344 26875/18663/16343 26900/18690/16365</w:t>
        <w:br/>
        <w:t>f 26903/18693/16368 26877/18666/16346 26874/18664/16344</w:t>
        <w:br/>
        <w:t>f 26871/18661/16341 26877/18666/16346 26903/18693/16368</w:t>
        <w:br/>
        <w:t>f 26901/18692/16367 26870/18662/16342 26871/18661/16341</w:t>
        <w:br/>
        <w:t>f 26907/18697/16372 26951/18741/16408 26903/18693/16368</w:t>
        <w:br/>
        <w:t>f 26903/18693/16368 26946/18736/16405 26905/18695/16370</w:t>
        <w:br/>
        <w:t>f 26856/18649/16330 26892/18682/16359 26875/18663/16343</w:t>
        <w:br/>
        <w:t>f 26957/18747/16412 26986/18776/16267 26956/18748/16266</w:t>
        <w:br/>
        <w:t>f 26954/18744/16409 26899/18689/16364 26892/18682/16359</w:t>
        <w:br/>
        <w:t>f 26900/18690/16365 26899/18689/16364 26953/18743/16381</w:t>
        <w:br/>
        <w:t>f 26945/18735/16377 26891/18681/16358 26750/18540/16236</w:t>
        <w:br/>
        <w:t>f 26906/18694/16369 26945/18735/16377 26902/18691/16366</w:t>
        <w:br/>
        <w:t>f 2573/18803/16448 2572/18804/16449 2571/18805/16449</w:t>
        <w:br/>
        <w:t>f 2574/18806/16450 2573/18803/16448 2571/18805/16449</w:t>
        <w:br/>
        <w:t>f 2574/18806/16450 2575/18807/16451 2573/18803/16448</w:t>
        <w:br/>
        <w:t>f 2579/18808/16452 2578/18809/16453 2577/18810/16454</w:t>
        <w:br/>
        <w:t>f 2576/18811/16455 2579/18808/16452 2577/18810/16454</w:t>
        <w:br/>
        <w:t>f 2578/18809/16453 2579/18808/16452 2580/18812/16456</w:t>
        <w:br/>
        <w:t>f 2580/18812/16456 2575/18807/16451 2574/18806/16450</w:t>
        <w:br/>
        <w:t>f 2578/18809/16453 2580/18812/16456 2574/18806/16450</w:t>
        <w:br/>
        <w:t>f 2583/18813/16457 2582/18814/16458 2581/18815/16459</w:t>
        <w:br/>
        <w:t>f 2585/18816/16460 2584/18817/16461 2583/18813/16457</w:t>
        <w:br/>
        <w:t>f 2581/18815/16459 2585/18816/16460 2583/18813/16457</w:t>
        <w:br/>
        <w:t>f 2587/18818/16462 2586/18819/16463 2582/18814/16458</w:t>
        <w:br/>
        <w:t>f 2583/18813/16457 2587/18818/16462 2582/18814/16458</w:t>
        <w:br/>
        <w:t>f 2590/18820/16464 2589/18821/16465 2588/18822/16466</w:t>
        <w:br/>
        <w:t>f 2584/18817/16461 2590/18820/16464 2588/18822/16466</w:t>
        <w:br/>
        <w:t>f 2584/18817/16461 2585/18816/16460 2590/18820/16464</w:t>
        <w:br/>
        <w:t>f 2587/18818/16462 2577/18810/16454 2591/18823/16467</w:t>
        <w:br/>
        <w:t>f 2592/18824/16468 2587/18818/16462 2591/18823/16467</w:t>
        <w:br/>
        <w:t>f 2589/18821/16469 2591/18823/16467 2577/18810/16454</w:t>
        <w:br/>
        <w:t>f 2576/18811/16455 2577/18810/16454 2593/18825/16470</w:t>
        <w:br/>
        <w:t>f 2596/18826/16471 2595/18827/16472 2594/18828/16473</w:t>
        <w:br/>
        <w:t>f 2597/18829/16472 2596/18826/16471 2594/18828/16473</w:t>
        <w:br/>
        <w:t>f 2598/18830/16474 2571/18805/16449 2572/18804/16449</w:t>
        <w:br/>
        <w:t>f 2587/18818/16462 2592/18824/16468 2586/18819/16463</w:t>
        <w:br/>
        <w:t>f 2601/18831/16475 2600/18832/16476 2599/18833/16477</w:t>
        <w:br/>
        <w:t>f 2602/18834/16477 2601/18831/16475 2599/18833/16477</w:t>
        <w:br/>
        <w:t>f 2604/18835/16478 2600/18832/16476 2601/18831/16475</w:t>
        <w:br/>
        <w:t>f 2603/18836/16478 2604/18835/16478 2601/18831/16475</w:t>
        <w:br/>
        <w:t>f 2604/18835/16478 2603/18836/16478 2605/18837/16479</w:t>
        <w:br/>
        <w:t>f 2606/18838/16480 2604/18835/16478 2605/18837/16479</w:t>
        <w:br/>
        <w:t>f 2606/18838/16480 2605/18837/16479 2607/18839/16481</w:t>
        <w:br/>
        <w:t>f 2608/18840/16481 2606/18838/16480 2607/18839/16481</w:t>
        <w:br/>
        <w:t>f 2610/18841/16482 2608/18840/16481 2607/18839/16481</w:t>
        <w:br/>
        <w:t>f 2609/18842/16483 2610/18841/16482 2607/18839/16481</w:t>
        <w:br/>
        <w:t>f 2612/18843/16484 2610/18841/16482 2609/18842/16483</w:t>
        <w:br/>
        <w:t>f 2611/18844/16485 2612/18843/16484 2609/18842/16483</w:t>
        <w:br/>
        <w:t>f 2614/18845/16486 2612/18843/16484 2611/18844/16485</w:t>
        <w:br/>
        <w:t>f 2613/18846/16486 2614/18845/16486 2611/18844/16485</w:t>
        <w:br/>
        <w:t>f 2614/18845/16486 2613/18846/16486 2602/18834/16477</w:t>
        <w:br/>
        <w:t>f 2599/18833/16477 2614/18845/16486 2602/18834/16477</w:t>
        <w:br/>
        <w:t>f 2789/18847/16487 2788/18848/16488 2787/18849/16489</w:t>
        <w:br/>
        <w:t>f 2792/18850/16490 2791/18851/16489 2790/18852/16491</w:t>
        <w:br/>
        <w:t>f 2793/18853/16492 2792/18850/16490 2790/18852/16491</w:t>
        <w:br/>
        <w:t>f 2790/18852/16491 2791/18851/16489 2794/18854/16493</w:t>
        <w:br/>
        <w:t>f 2787/18849/16489 2788/18848/16488 2792/18850/16490</w:t>
        <w:br/>
        <w:t>f 2793/18853/16492 2787/18849/16489 2792/18850/16490</w:t>
        <w:br/>
        <w:t>f 2797/18855/16494 2796/18856/16495 2795/18857/16496</w:t>
        <w:br/>
        <w:t>f 2798/18858/16497 2796/18856/16495 2797/18855/16494</w:t>
        <w:br/>
        <w:t>f 2798/18858/16497 2799/18859/16498 2796/18856/16495</w:t>
        <w:br/>
        <w:t>f 2801/18860/16499 2800/18861/16500 2796/18856/16495</w:t>
        <w:br/>
        <w:t>f 2804/18862/16501 2803/18863/16502 2802/18864/16503</w:t>
        <w:br/>
        <w:t>f 2805/18865/16504 2804/18862/16501 2802/18864/16503</w:t>
        <w:br/>
        <w:t>f 2808/18866/16505 2807/18867/16506 2806/18868/16507</w:t>
        <w:br/>
        <w:t>f 2809/18869/16508 2808/18866/16505 2806/18868/16507</w:t>
        <w:br/>
        <w:t>f 2806/18868/16507 2807/18867/16506 2810/18870/16509</w:t>
        <w:br/>
        <w:t>f 2812/18871/16510 2811/18872/16511 2806/18868/16507</w:t>
        <w:br/>
        <w:t>f 2810/18870/16509 2812/18871/16510 2806/18868/16507</w:t>
        <w:br/>
        <w:t>f 2811/18872/16511 2804/18862/16501 2805/18865/16504</w:t>
        <w:br/>
        <w:t>f 2806/18868/16507 2811/18872/16511 2805/18865/16504</w:t>
        <w:br/>
        <w:t>f 2813/18873/16512 2808/18866/16513 2805/18865/16504</w:t>
        <w:br/>
        <w:t>f 2802/18864/16503 2813/18873/16512 2805/18865/16504</w:t>
        <w:br/>
        <w:t>f 2802/18864/16503 2815/18874/16514 2814/18875/16515</w:t>
        <w:br/>
        <w:t>f 2815/18874/16514 2802/18864/16503 2803/18863/16502</w:t>
        <w:br/>
        <w:t>f 2816/18876/16516 2801/18860/16499 2803/18863/16502</w:t>
        <w:br/>
        <w:t>f 2804/18862/16501 2816/18876/16516 2803/18863/16502</w:t>
        <w:br/>
        <w:t>f 2811/18872/16511 2817/18877/16517 2816/18876/16516</w:t>
        <w:br/>
        <w:t>f 2804/18862/16501 2811/18872/16511 2816/18876/16516</w:t>
        <w:br/>
        <w:t>f 2812/18871/16510 2818/18878/16518 2817/18877/16517</w:t>
        <w:br/>
        <w:t>f 2811/18872/16511 2812/18871/16510 2817/18877/16517</w:t>
        <w:br/>
        <w:t>f 2818/18878/16518 2812/18871/16510 2819/18879/16519</w:t>
        <w:br/>
        <w:t>f 2820/18880/16520 2818/18878/16518 2819/18879/16519</w:t>
        <w:br/>
        <w:t>f 2823/18881/16521 2822/18882/16522 2821/18883/16523</w:t>
        <w:br/>
        <w:t>f 2821/18883/16523 2826/18884/16524 2825/18885/16525</w:t>
        <w:br/>
        <w:t>f 2824/18886/16526 2821/18883/16523 2825/18885/16525</w:t>
        <w:br/>
        <w:t>f 2795/18857/16496 2827/18887/16527 2797/18855/16494</w:t>
        <w:br/>
        <w:t>f 2830/18888/16527 2829/18889/16528 2828/18890/16494</w:t>
        <w:br/>
        <w:t>f 2831/18891/16529 2828/18890/16530 2814/18875/16515</w:t>
        <w:br/>
        <w:t>f 2833/18892/16531 2832/18893/16532 2830/18888/16533</w:t>
        <w:br/>
        <w:t>f 2834/18894/16534 2833/18892/16531 2830/18888/16533</w:t>
        <w:br/>
        <w:t>f 2836/18895/16535 2835/18896/16536 2827/18887/16527</w:t>
        <w:br/>
        <w:t>f 2795/18857/16496 2836/18895/16535 2827/18887/16527</w:t>
        <w:br/>
        <w:t>f 2838/18897/16537 2837/18898/16538 2835/18896/16536</w:t>
        <w:br/>
        <w:t>f 2836/18895/16535 2838/18897/16537 2835/18896/16536</w:t>
        <w:br/>
        <w:t>f 2800/18861/16539 2825/18885/16525 2839/18899/16540</w:t>
        <w:br/>
        <w:t>f 2840/18900/16541 2833/18892/16531 2834/18894/16534</w:t>
        <w:br/>
        <w:t>f 2841/18901/16542 2840/18900/16541 2834/18894/16534</w:t>
        <w:br/>
        <w:t>f 2815/18874/16514 2831/18891/16529 2814/18875/16515</w:t>
        <w:br/>
        <w:t>f 2822/18882/16522 2823/18881/16521 2842/18902/16543</w:t>
        <w:br/>
        <w:t>f 2837/18898/16538 2838/18897/16537 2843/18903/16544</w:t>
        <w:br/>
        <w:t>f 2816/18876/16516 2800/18861/16500 2801/18860/16499</w:t>
        <w:br/>
        <w:t>f 2845/18904/16545 2821/18883/16523 2824/18886/16526</w:t>
        <w:br/>
        <w:t>f 2844/18905/16546 2845/18904/16545 2824/18886/16526</w:t>
        <w:br/>
        <w:t>f 2823/18881/16521 2821/18883/16523 2845/18904/16545</w:t>
        <w:br/>
        <w:t>f 2803/18863/16502 2801/18860/16499 2799/18859/16498</w:t>
        <w:br/>
        <w:t>f 2801/18860/16499 2796/18856/16495 2799/18859/16498</w:t>
        <w:br/>
        <w:t>f 2796/18856/16495 2800/18861/16500 2795/18857/16496</w:t>
        <w:br/>
        <w:t>f 2800/18861/16539 2824/18886/16526 2825/18885/16525</w:t>
        <w:br/>
        <w:t>f 2844/18905/16546 2824/18886/16526 2800/18861/16539</w:t>
        <w:br/>
        <w:t>f 2802/18864/16503 2814/18875/16515 2813/18873/16512</w:t>
        <w:br/>
        <w:t>f 2830/18888/16547 2813/18873/16512 2814/18875/16515</w:t>
        <w:br/>
        <w:t>f 2810/18870/16509 2819/18879/16519 2812/18871/16510</w:t>
        <w:br/>
        <w:t>f 2822/18882/16522 2826/18884/16524 2821/18883/16523</w:t>
        <w:br/>
        <w:t>f 2848/18906/16548 2847/18907/16549 2846/18908/16550</w:t>
        <w:br/>
        <w:t>f 2849/18909/16551 2848/18906/16548 2846/18908/16550</w:t>
        <w:br/>
        <w:t>f 2849/18909/16551 2846/18908/16550 2850/18910/16552</w:t>
        <w:br/>
        <w:t>f 2852/18911/16553 2846/18908/16550 2851/18912/16554</w:t>
        <w:br/>
        <w:t>f 2855/18913/16555 2854/18914/16556 2853/18915/16557</w:t>
        <w:br/>
        <w:t>f 2856/18916/16558 2855/18913/16555 2853/18915/16557</w:t>
        <w:br/>
        <w:t>f 2859/18917/16559 2858/18918/16560 2857/18919/16561</w:t>
        <w:br/>
        <w:t>f 2860/18920/16562 2859/18917/16559 2857/18919/16561</w:t>
        <w:br/>
        <w:t>f 2859/18917/16559 2861/18921/16563 2858/18918/16560</w:t>
        <w:br/>
        <w:t>f 2859/18917/16559 2863/18922/16564 2862/18923/16565</w:t>
        <w:br/>
        <w:t>f 2861/18921/16563 2859/18917/16559 2862/18923/16565</w:t>
        <w:br/>
        <w:t>f 2856/18916/16558 2853/18915/16557 2863/18922/16564</w:t>
        <w:br/>
        <w:t>f 2859/18917/16559 2856/18916/16558 2863/18922/16564</w:t>
        <w:br/>
        <w:t>f 2856/18916/16558 2857/18919/16561 2864/18924/16566</w:t>
        <w:br/>
        <w:t>f 2855/18913/16555 2856/18916/16558 2864/18924/16566</w:t>
        <w:br/>
        <w:t>f 2855/18913/16555 2866/18925/16567 2865/18926/16568</w:t>
        <w:br/>
        <w:t>f 2865/18926/16568 2854/18914/16556 2855/18913/16555</w:t>
        <w:br/>
        <w:t>f 2867/18927/16569 2853/18915/16557 2854/18914/16556</w:t>
        <w:br/>
        <w:t>f 2852/18911/16553 2867/18927/16569 2854/18914/16556</w:t>
        <w:br/>
        <w:t>f 2863/18922/16564 2853/18915/16557 2867/18927/16569</w:t>
        <w:br/>
        <w:t>f 2868/18928/16570 2863/18922/16564 2867/18927/16569</w:t>
        <w:br/>
        <w:t>f 2862/18923/16565 2863/18922/16564 2868/18928/16570</w:t>
        <w:br/>
        <w:t>f 2869/18929/16571 2862/18923/16565 2868/18928/16570</w:t>
        <w:br/>
        <w:t>f 2870/18930/16572 2862/18923/16565 2869/18929/16571</w:t>
        <w:br/>
        <w:t>f 2871/18931/16573 2870/18930/16572 2869/18929/16571</w:t>
        <w:br/>
        <w:t>f 2874/18932/16574 2873/18933/16575 2872/18934/16576</w:t>
        <w:br/>
        <w:t>f 2873/18933/16575 2877/18935/16577 2876/18936/16578</w:t>
        <w:br/>
        <w:t>f 2875/18937/16579 2873/18933/16575 2876/18936/16578</w:t>
        <w:br/>
        <w:t>f 2847/18907/16549 2848/18906/16548 2878/18938/16580</w:t>
        <w:br/>
        <w:t>f 2881/18939/16581 2880/18940/16548 2879/18941/16582</w:t>
        <w:br/>
        <w:t>f 2882/18942/16583 2866/18925/16567 2880/18940/16584</w:t>
        <w:br/>
        <w:t>f 2881/18939/16580 2884/18943/16585 2883/18944/16586</w:t>
        <w:br/>
        <w:t>f 2885/18945/16587 2881/18939/16580 2883/18944/16586</w:t>
        <w:br/>
        <w:t>f 2887/18946/16588 2847/18907/16549 2878/18938/16580</w:t>
        <w:br/>
        <w:t>f 2886/18947/16589 2887/18946/16588 2878/18938/16580</w:t>
        <w:br/>
        <w:t>f 2889/18948/16590 2887/18946/16588 2886/18947/16589</w:t>
        <w:br/>
        <w:t>f 2888/18949/16591 2889/18948/16590 2886/18947/16589</w:t>
        <w:br/>
        <w:t>f 2851/18912/16592 2890/18950/16593 2876/18936/16578</w:t>
        <w:br/>
        <w:t>f 2885/18945/16587 2883/18944/16586 2891/18951/16594</w:t>
        <w:br/>
        <w:t>f 2892/18952/16595 2885/18945/16587 2891/18951/16594</w:t>
        <w:br/>
        <w:t>f 2865/18926/16568 2866/18925/16567 2882/18942/16583</w:t>
        <w:br/>
        <w:t>f 2872/18934/16576 2893/18953/16596 2874/18932/16574</w:t>
        <w:br/>
        <w:t>f 2888/18949/16591 2894/18954/16597 2889/18948/16590</w:t>
        <w:br/>
        <w:t>f 2867/18927/16569 2852/18911/16553 2851/18912/16554</w:t>
        <w:br/>
        <w:t>f 2896/18955/16598 2895/18956/16599 2877/18935/16577</w:t>
        <w:br/>
        <w:t>f 2873/18933/16575 2896/18955/16598 2877/18935/16577</w:t>
        <w:br/>
        <w:t>f 2874/18932/16574 2896/18955/16598 2873/18933/16575</w:t>
        <w:br/>
        <w:t>f 2854/18914/16556 2850/18910/16552 2852/18911/16553</w:t>
        <w:br/>
        <w:t>f 2852/18911/16553 2850/18910/16552 2846/18908/16550</w:t>
        <w:br/>
        <w:t>f 2846/18908/16550 2847/18907/16549 2851/18912/16554</w:t>
        <w:br/>
        <w:t>f 2851/18912/16592 2876/18936/16578 2877/18935/16577</w:t>
        <w:br/>
        <w:t>f 2895/18956/16599 2851/18912/16592 2877/18935/16577</w:t>
        <w:br/>
        <w:t>f 2855/18913/16555 2864/18924/16566 2866/18925/16567</w:t>
        <w:br/>
        <w:t>f 2881/18939/16581 2866/18925/16567 2864/18924/16566</w:t>
        <w:br/>
        <w:t>f 2861/18921/16563 2862/18923/16565 2870/18930/16572</w:t>
        <w:br/>
        <w:t>f 2872/18934/16576 2873/18933/16575 2875/18937/16579</w:t>
        <w:br/>
        <w:t>f 2899/18957/16600 2898/18958/16601 2897/18959/16602</w:t>
        <w:br/>
        <w:t>f 2902/18960/16603 2901/18961/16604 2900/18962/16605</w:t>
        <w:br/>
        <w:t>f 2901/18961/16604 2902/18960/16603 2904/18963/16606</w:t>
        <w:br/>
        <w:t>f 2903/18964/16607 2901/18961/16604 2904/18963/16606</w:t>
        <w:br/>
        <w:t>f 2897/18959/16602 2906/18965/16608 2905/18966/16609</w:t>
        <w:br/>
        <w:t>f 2899/18957/16600 2897/18959/16602 2905/18966/16609</w:t>
        <w:br/>
        <w:t>f 2909/18967/16610 2908/18968/16611 2907/18969/16612</w:t>
        <w:br/>
        <w:t>f 2911/18970/16613 2910/18971/16613 2897/18959/16602</w:t>
        <w:br/>
        <w:t>f 2898/18958/16601 2911/18970/16613 2897/18959/16602</w:t>
        <w:br/>
        <w:t>f 2910/18971/16613 2911/18970/16613 2912/18972/16614</w:t>
        <w:br/>
        <w:t>f 2914/18973/16615 2913/18974/16616 2912/18972/16614</w:t>
        <w:br/>
        <w:t>f 2915/18975/16615 2914/18973/16615 2912/18972/16614</w:t>
        <w:br/>
        <w:t>f 2904/18963/16606 2916/18976/16617 2903/18964/16607</w:t>
        <w:br/>
        <w:t>f 2920/18977/16618 2919/18978/16619 2918/18979/16619</w:t>
        <w:br/>
        <w:t>f 2917/18980/16618 2920/18977/16618 2918/18979/16619</w:t>
        <w:br/>
        <w:t>f 2922/18981/16620 2916/18976/16617 2904/18963/16606</w:t>
        <w:br/>
        <w:t>f 2921/18982/16621 2922/18981/16620 2904/18963/16606</w:t>
        <w:br/>
        <w:t>f 2923/18983/16622 2922/18981/16620 2921/18982/16621</w:t>
        <w:br/>
        <w:t>f 2923/18983/16622 2921/18982/16621 2925/18984/16623</w:t>
        <w:br/>
        <w:t>f 2924/18985/16624 2923/18983/16622 2925/18984/16623</w:t>
        <w:br/>
        <w:t>f 2909/18967/16610 2907/18969/16612 2927/18986/16625</w:t>
        <w:br/>
        <w:t>f 2926/18987/16626 2909/18967/16610 2927/18986/16625</w:t>
        <w:br/>
        <w:t>f 2915/18975/16615 2926/18987/16627 2914/18973/16615</w:t>
        <w:br/>
        <w:t>f 2900/18962/16605 2928/18988/16628 2907/18969/16612</w:t>
        <w:br/>
        <w:t>f 2902/18960/16603 2900/18962/16605 2907/18969/16612</w:t>
        <w:br/>
        <w:t>f 2928/18988/16628 2924/18985/16624 2907/18969/16612</w:t>
        <w:br/>
        <w:t>f 2932/18989/16629 2931/18990/16629 2930/18991/16630</w:t>
        <w:br/>
        <w:t>f 2929/18992/16631 2932/18989/16629 2930/18991/16630</w:t>
        <w:br/>
        <w:t>f 2934/18993/16632 2933/18994/16632 2929/18992/16631</w:t>
        <w:br/>
        <w:t>f 2930/18991/16630 2934/18993/16632 2929/18992/16631</w:t>
        <w:br/>
        <w:t>f 2936/18995/16633 2933/18994/16632 2934/18993/16632</w:t>
        <w:br/>
        <w:t>f 2935/18996/16633 2936/18995/16633 2934/18993/16632</w:t>
        <w:br/>
        <w:t>f 2940/18997/16634 2939/18998/16634 2938/18999/16635</w:t>
        <w:br/>
        <w:t>f 2937/19000/16636 2940/18997/16634 2938/18999/16635</w:t>
        <w:br/>
        <w:t>f 2919/18978/16619 2931/18990/16629 2932/18989/16629</w:t>
        <w:br/>
        <w:t>f 2918/18979/16619 2919/18978/16619 2932/18989/16629</w:t>
        <w:br/>
        <w:t>f 2920/18977/16618 2917/18980/16618 2937/19000/16636</w:t>
        <w:br/>
        <w:t>f 2938/18999/16635 2920/18977/16618 2937/19000/16636</w:t>
        <w:br/>
        <w:t>f 2940/18997/16634 2936/18995/16633 2935/18996/16633</w:t>
        <w:br/>
        <w:t>f 2939/18998/16634 2940/18997/16634 2935/18996/16633</w:t>
        <w:br/>
        <w:t>f 2943/19001/16637 2942/19002/16638 2941/19003/16639</w:t>
        <w:br/>
        <w:t>f 2942/19002/16638 2945/19004/16640 2944/19005/16641</w:t>
        <w:br/>
        <w:t>f 2941/19003/16639 2942/19002/16638 2944/19005/16641</w:t>
        <w:br/>
        <w:t>f 2943/19001/16637 2941/19003/16639 2947/19006/16642</w:t>
        <w:br/>
        <w:t>f 2946/19007/16643 2943/19001/16637 2947/19006/16642</w:t>
        <w:br/>
        <w:t>f 2949/19008/16644 2948/19009/16645 2947/19006/16646</w:t>
        <w:br/>
        <w:t>f 2952/19010/16647 2951/19011/16648 2950/19012/16649</w:t>
        <w:br/>
        <w:t>f 2951/19011/16648 2949/19008/16644 2953/19013/16650</w:t>
        <w:br/>
        <w:t>f 2950/19012/16649 2951/19011/16648 2953/19013/16650</w:t>
        <w:br/>
        <w:t>f 2956/19014/16651 2955/19015/16652 2954/19016/16653</w:t>
        <w:br/>
        <w:t>f 2954/19016/16653 2955/19015/16652 2952/19010/16647</w:t>
        <w:br/>
        <w:t>f 2950/19012/16649 2954/19016/16653 2952/19010/16647</w:t>
        <w:br/>
        <w:t>f 2959/19017/16654 2958/19018/16655 2957/19019/16656</w:t>
        <w:br/>
        <w:t>f 2957/19019/16656 2958/19018/16655 2961/19020/16657</w:t>
        <w:br/>
        <w:t>f 2960/19021/16658 2957/19019/16656 2961/19020/16657</w:t>
        <w:br/>
        <w:t>f 2948/19009/16645 2959/19017/16654 2957/19019/16656</w:t>
        <w:br/>
        <w:t>f 2947/19006/16646 2948/19009/16645 2957/19019/16656</w:t>
        <w:br/>
        <w:t>f 2963/19022/16659 2962/19023/16660 2946/19007/16643</w:t>
        <w:br/>
        <w:t>f 2962/19023/16660 2963/19022/16659 2965/19024/16661</w:t>
        <w:br/>
        <w:t>f 2964/19025/16662 2962/19023/16660 2965/19024/16661</w:t>
        <w:br/>
        <w:t>f 2966/19026/16663 2964/19025/16662 2965/19024/16661</w:t>
        <w:br/>
        <w:t>f 2944/19005/16641 2945/19004/16640 2967/19027/16664</w:t>
        <w:br/>
        <w:t>f 2967/19027/16664 2966/19026/16663 2965/19024/16661</w:t>
        <w:br/>
        <w:t>f 2944/19005/16641 2967/19027/16664 2965/19024/16661</w:t>
        <w:br/>
        <w:t>f 2970/19028/16665 2969/19029/16666 2968/19030/16667</w:t>
        <w:br/>
        <w:t>f 2971/19031/16667 2970/19028/16665 2968/19030/16667</w:t>
        <w:br/>
        <w:t>f 2968/19030/16667 2973/19032/16668 2972/19033/16669</w:t>
        <w:br/>
        <w:t>f 2971/19031/16667 2968/19030/16667 2972/19033/16669</w:t>
        <w:br/>
        <w:t>f 2975/19034/16670 2974/19035/16671 2972/19033/16669</w:t>
        <w:br/>
        <w:t>f 2973/19032/16668 2975/19034/16670 2972/19033/16669</w:t>
        <w:br/>
        <w:t>f 2977/19036/16672 2976/19037/16673 2974/19035/16671</w:t>
        <w:br/>
        <w:t>f 2975/19034/16670 2977/19036/16672 2974/19035/16671</w:t>
        <w:br/>
        <w:t>f 2977/19036/16672 2979/19038/16674 2978/19039/16674</w:t>
        <w:br/>
        <w:t>f 2976/19037/16673 2977/19036/16672 2978/19039/16674</w:t>
        <w:br/>
        <w:t>f 2979/19038/16674 2981/19040/16675 2980/19041/16676</w:t>
        <w:br/>
        <w:t>f 2978/19039/16674 2979/19038/16674 2980/19041/16676</w:t>
        <w:br/>
        <w:t>f 2981/19040/16675 2983/19042/16677 2982/19043/16677</w:t>
        <w:br/>
        <w:t>f 2980/19041/16676 2981/19040/16675 2982/19043/16677</w:t>
        <w:br/>
        <w:t>f 2969/19029/16666 2970/19028/16665 2982/19043/16677</w:t>
        <w:br/>
        <w:t>f 2983/19042/16677 2969/19029/16666 2982/19043/16677</w:t>
        <w:br/>
        <w:t>f 2986/19044/16678 2985/19045/16678 2984/19046/16679</w:t>
        <w:br/>
        <w:t>f 2990/19047/16680 2989/19048/16680 2988/19049/16681</w:t>
        <w:br/>
        <w:t>f 2987/19050/16682 2990/19047/16680 2988/19049/16681</w:t>
        <w:br/>
        <w:t>f 2987/19050/16682 2988/19049/16681 2991/19051/16683</w:t>
        <w:br/>
        <w:t>f 2989/19048/16680 2990/19047/16680 2985/19045/16678</w:t>
        <w:br/>
        <w:t>f 2986/19044/16678 2989/19048/16680 2985/19045/16678</w:t>
        <w:br/>
        <w:t>f 3240/19052/6453 3239/19053/6568 3238/19054/6567</w:t>
        <w:br/>
        <w:t>f 3237/19055/16684 3240/19052/6453 3238/19054/6567</w:t>
        <w:br/>
        <w:t>f 3243/19056/6519 3242/19057/16685 3241/19058/6525</w:t>
        <w:br/>
        <w:t>f 3244/19059/16686 3243/19056/6519 3241/19058/6525</w:t>
        <w:br/>
        <w:t>f 3247/19060/16687 3246/19061/6509 3245/19062/16688</w:t>
        <w:br/>
        <w:t>f 3248/19063/6533 3247/19060/16687 3245/19062/16688</w:t>
        <w:br/>
        <w:t>f 3251/19064/6459 3250/19065/6580 3249/19066/16689</w:t>
        <w:br/>
        <w:t>f 3252/19067/6456 3251/19064/6459 3249/19066/16689</w:t>
        <w:br/>
        <w:t>f 3256/19068/6527 3255/19069/16690 3254/19070/6513</w:t>
        <w:br/>
        <w:t>f 3253/19071/6531 3256/19068/6527 3254/19070/6513</w:t>
        <w:br/>
        <w:t>f 3259/19072/16691 3258/19073/16692 3257/19074/16693</w:t>
        <w:br/>
        <w:t>f 3260/19075/16694 3259/19072/16691 3257/19074/16693</w:t>
        <w:br/>
        <w:t>f 3247/19060/16687 3248/19063/6533 3262/19076/16695</w:t>
        <w:br/>
        <w:t>f 3261/19077/6511 3247/19060/16687 3262/19076/16695</w:t>
        <w:br/>
        <w:t>f 3265/19078/6506 3264/19079/6506 3263/19080/6537</w:t>
        <w:br/>
        <w:t>f 3266/19081/6537 3265/19078/6506 3263/19080/6537</w:t>
        <w:br/>
        <w:t>f 3269/19082/6491 3268/19083/16696 3267/19084/6547</w:t>
        <w:br/>
        <w:t>f 3270/19085/16697 3269/19082/6491 3267/19084/6547</w:t>
        <w:br/>
        <w:t>f 3274/19086/6495 3273/19087/16698 3272/19088/16698</w:t>
        <w:br/>
        <w:t>f 3271/19089/6495 3274/19086/6495 3272/19088/16698</w:t>
        <w:br/>
        <w:t>f 3277/19090/6553 3276/19091/6551 3275/19092/6482</w:t>
        <w:br/>
        <w:t>f 3278/19093/6481 3277/19090/6553 3275/19092/6482</w:t>
        <w:br/>
        <w:t>f 3281/19094/16699 3280/19095/6549 3279/19096/6487</w:t>
        <w:br/>
        <w:t>f 3282/19097/6487 3281/19094/16699 3279/19096/6487</w:t>
        <w:br/>
        <w:t>f 3284/19098/6545 3283/19099/6492 3269/19082/6491</w:t>
        <w:br/>
        <w:t>f 3270/19085/16697 3284/19098/6545 3269/19082/6491</w:t>
        <w:br/>
        <w:t>f 3287/19100/6464 3286/19101/6463 3285/19102/6563</w:t>
        <w:br/>
        <w:t>f 3288/19103/6563 3287/19100/6464 3285/19102/6563</w:t>
        <w:br/>
        <w:t>f 3292/19104/16700 3291/19105/16701 3290/19106/6556</w:t>
        <w:br/>
        <w:t>f 3289/19107/6475 3292/19104/16700 3290/19106/6556</w:t>
        <w:br/>
        <w:t>f 3295/19108/16702 3294/19109/6470 3293/19110/6559</w:t>
        <w:br/>
        <w:t>f 3296/19111/6558 3295/19108/16702 3293/19110/6559</w:t>
        <w:br/>
        <w:t>f 3249/19066/16689 3298/19112/16703 3297/19113/6460</w:t>
        <w:br/>
        <w:t>f 3252/19067/6456 3249/19066/16689 3297/19113/6460</w:t>
        <w:br/>
        <w:t>f 3300/19114/16704 3299/19115/16705 3295/19108/16702</w:t>
        <w:br/>
        <w:t>f 3296/19111/6558 3300/19114/16704 3295/19108/16702</w:t>
        <w:br/>
        <w:t>f 3303/19116/6499 3302/19117/6570 3301/19118/6542</w:t>
        <w:br/>
        <w:t>f 3304/19119/16706 3303/19116/6499 3301/19118/6542</w:t>
        <w:br/>
        <w:t>f 3307/19120/6480 3306/19121/16707 3305/19122/6554</w:t>
        <w:br/>
        <w:t>f 3308/19123/16708 3307/19120/6480 3305/19122/6554</w:t>
        <w:br/>
        <w:t>f 3253/19071/6531 3254/19070/6513 3310/19124/16709</w:t>
        <w:br/>
        <w:t>f 3309/19125/6532 3253/19071/6531 3310/19124/16709</w:t>
        <w:br/>
        <w:t>f 3314/19126/16710 3313/19127/16711 3312/19128/6467</w:t>
        <w:br/>
        <w:t>f 3311/19129/6561 3314/19126/16710 3312/19128/6467</w:t>
        <w:br/>
        <w:t>f 3255/19069/16690 3256/19068/6527 3242/19057/16685</w:t>
        <w:br/>
        <w:t>f 3243/19056/6519 3255/19069/16690 3242/19057/16685</w:t>
        <w:br/>
        <w:t>f 3258/19073/16692 3449/19130/16712 3448/19131/6573</w:t>
        <w:br/>
        <w:t>f 3257/19074/16693 3258/19073/16692 3448/19131/6573</w:t>
        <w:br/>
        <w:t>f 3260/19075/16694 3304/19119/16706 3301/19118/6542</w:t>
        <w:br/>
        <w:t>f 3259/19072/16691 3260/19075/16694 3301/19118/6542</w:t>
        <w:br/>
        <w:t>f 3276/19091/6551 3455/19132/6550 3454/19133/6576</w:t>
        <w:br/>
        <w:t>f 3275/19092/6482 3276/19091/6551 3454/19133/6576</w:t>
        <w:br/>
        <w:t>f 3278/19093/6481 3308/19123/16708 3305/19122/6554</w:t>
        <w:br/>
        <w:t>f 3277/19090/6553 3278/19093/6481 3305/19122/6554</w:t>
        <w:br/>
        <w:t>f 3298/19112/16703 3460/19134/6564 3459/19135/6578</w:t>
        <w:br/>
        <w:t>f 3297/19113/6460 3298/19112/16703 3459/19135/6578</w:t>
        <w:br/>
        <w:t>f 3529/19136/6625 3528/19137/6625 3527/19138/6581</w:t>
        <w:br/>
        <w:t>f 3526/19139/6581 3529/19136/6625 3527/19138/6581</w:t>
        <w:br/>
        <w:t>f 3533/19140/6746 3532/19141/6746 3531/19142/6628</w:t>
        <w:br/>
        <w:t>f 3530/19143/16713 3533/19140/6746 3531/19142/6628</w:t>
        <w:br/>
        <w:t>f 3536/19144/6697 3535/19145/6700 3534/19146/6694</w:t>
        <w:br/>
        <w:t>f 3537/19147/6696 3536/19144/6697 3534/19146/6694</w:t>
        <w:br/>
        <w:t>f 3540/19148/6708 3539/19149/6681 3538/19150/6684</w:t>
        <w:br/>
        <w:t>f 3541/19151/6706 3540/19148/6708 3538/19150/6684</w:t>
        <w:br/>
        <w:t>f 3544/19152/16714 3543/19153/16715 3542/19154/16716</w:t>
        <w:br/>
        <w:t>f 3545/19155/6629 3544/19152/16714 3542/19154/16716</w:t>
        <w:br/>
        <w:t>f 3549/19156/6701 3548/19157/6703 3547/19158/6687</w:t>
        <w:br/>
        <w:t>f 3546/19159/6691 3549/19156/6701 3547/19158/6687</w:t>
        <w:br/>
        <w:t>f 3552/19160/16717 3551/19161/6713 3550/19162/16718</w:t>
        <w:br/>
        <w:t>f 3553/19163/6674 3552/19160/16717 3550/19162/16718</w:t>
        <w:br/>
        <w:t>f 3538/19150/6684 3555/19164/16719 3554/19165/16720</w:t>
        <w:br/>
        <w:t>f 3541/19151/6706 3538/19150/6684 3554/19165/16720</w:t>
        <w:br/>
        <w:t>f 3558/19166/16721 3557/19167/6711 3556/19168/6711</w:t>
        <w:br/>
        <w:t>f 3559/19169/6680 3558/19166/16721 3556/19168/6711</w:t>
        <w:br/>
        <w:t>f 3562/19170/16722 3561/19171/6661 3560/19172/6664</w:t>
        <w:br/>
        <w:t>f 3563/19173/6720 3562/19170/16722 3560/19172/6664</w:t>
        <w:br/>
        <w:t>f 3567/19174/6669 3566/19175/16723 3565/19176/16724</w:t>
        <w:br/>
        <w:t>f 3564/19177/16725 3567/19174/6669 3565/19176/16724</w:t>
        <w:br/>
        <w:t>f 3570/19178/6658 3569/19179/6725 3568/19180/6729</w:t>
        <w:br/>
        <w:t>f 3571/19181/6655 3570/19178/6658 3568/19180/6729</w:t>
        <w:br/>
        <w:t>f 3574/19182/16726 3573/19183/6724 3572/19184/6724</w:t>
        <w:br/>
        <w:t>f 3575/19185/6660 3574/19182/16726 3572/19184/6724</w:t>
        <w:br/>
        <w:t>f 3577/19186/6721 3563/19173/6720 3560/19172/6664</w:t>
        <w:br/>
        <w:t>f 3576/19187/6666 3577/19186/6721 3560/19172/6664</w:t>
        <w:br/>
        <w:t>f 3580/19188/16727 3579/19189/16728 3578/19190/16729</w:t>
        <w:br/>
        <w:t>f 3581/19191/6738 3580/19188/16727 3578/19190/16729</w:t>
        <w:br/>
        <w:t>f 3585/19192/6650 3584/19193/6650 3583/19194/6732</w:t>
        <w:br/>
        <w:t>f 3582/19195/6731 3585/19192/6650 3583/19194/6732</w:t>
        <w:br/>
        <w:t>f 3588/19196/16730 3587/19197/6641 3586/19198/6644</w:t>
        <w:br/>
        <w:t>f 3589/19199/16731 3588/19196/16730 3586/19198/6644</w:t>
        <w:br/>
        <w:t>f 3591/19200/16732 3590/19201/6757 3544/19152/16714</w:t>
        <w:br/>
        <w:t>f 3545/19155/6629 3591/19200/16732 3544/19152/16714</w:t>
        <w:br/>
        <w:t>f 3589/19199/16731 3586/19198/6644 3592/19202/6645</w:t>
        <w:br/>
        <w:t>f 3593/19203/16733 3589/19199/16731 3592/19202/6645</w:t>
        <w:br/>
        <w:t>f 3596/19204/16734 3595/19205/6747 3594/19206/16735</w:t>
        <w:br/>
        <w:t>f 3597/19207/16736 3596/19204/16734 3594/19206/16735</w:t>
        <w:br/>
        <w:t>f 3600/19208/6728 3599/19209/16737 3598/19210/6654</w:t>
        <w:br/>
        <w:t>f 3601/19211/16738 3600/19208/6728 3598/19210/6654</w:t>
        <w:br/>
        <w:t>f 3548/19157/6703 3603/19212/6705 3602/19213/16739</w:t>
        <w:br/>
        <w:t>f 3547/19158/6687 3548/19157/6703 3602/19213/16739</w:t>
        <w:br/>
        <w:t>f 3581/19191/6738 3578/19190/16729 3604/19214/16740</w:t>
        <w:br/>
        <w:t>f 3605/19215/6739 3581/19191/6738 3604/19214/16740</w:t>
        <w:br/>
        <w:t>f 3546/19159/6691 3534/19146/6694 3535/19145/6700</w:t>
        <w:br/>
        <w:t>f 3549/19156/6701 3546/19159/6691 3535/19145/6700</w:t>
        <w:br/>
        <w:t>f 3551/19161/6713 3552/19160/16717 3736/19216/6751</w:t>
        <w:br/>
        <w:t>f 3735/19217/16741 3551/19161/6713 3736/19216/6751</w:t>
        <w:br/>
        <w:t>f 3553/19163/6674 3550/19162/16718 3596/19204/16734</w:t>
        <w:br/>
        <w:t>f 3597/19207/16736 3553/19163/6674 3596/19204/16734</w:t>
        <w:br/>
        <w:t>f 3569/19179/6725 3570/19178/6658 3742/19218/6754</w:t>
        <w:br/>
        <w:t>f 3741/19219/6726 3569/19179/6725 3742/19218/6754</w:t>
        <w:br/>
        <w:t>f 3571/19181/6655 3568/19180/6729 3600/19208/6728</w:t>
        <w:br/>
        <w:t>f 3601/19211/16738 3571/19181/6655 3600/19208/6728</w:t>
        <w:br/>
        <w:t>f 3590/19201/6757 3591/19200/16732 3747/19220/16742</w:t>
        <w:br/>
        <w:t>f 3746/19221/6742 3590/19201/6757 3747/19220/16742</w:t>
        <w:br/>
        <w:t>f 3860/19222/6849 3859/19223/6850 3858/19224/6963</w:t>
        <w:br/>
        <w:t>f 3857/19225/16743 3860/19222/6849 3858/19224/6963</w:t>
        <w:br/>
        <w:t>f 3863/19226/6525 3862/19227/16744 3861/19228/6917</w:t>
        <w:br/>
        <w:t>f 3864/19229/16686 3863/19226/6525 3861/19228/6917</w:t>
        <w:br/>
        <w:t>f 3867/19230/16745 3866/19231/6904 3865/19232/6907</w:t>
        <w:br/>
        <w:t>f 3868/19233/6926 3867/19230/16745 3865/19232/6907</w:t>
        <w:br/>
        <w:t>f 3871/19234/16746 3870/19235/6976 3869/19236/16747</w:t>
        <w:br/>
        <w:t>f 3872/19237/6853 3871/19234/16746 3869/19236/16747</w:t>
        <w:br/>
        <w:t>f 3876/19238/6920 3875/19239/6925 3874/19240/6910</w:t>
        <w:br/>
        <w:t>f 3873/19241/16748 3876/19238/6920 3874/19240/6910</w:t>
        <w:br/>
        <w:t>f 3879/19242/6900 3878/19243/16749 3877/19244/6967</w:t>
        <w:br/>
        <w:t>f 3880/19245/16750 3879/19242/6900 3877/19244/6967</w:t>
        <w:br/>
        <w:t>f 3865/19232/6907 3882/19246/6908 3881/19247/16751</w:t>
        <w:br/>
        <w:t>f 3868/19233/6926 3865/19232/6907 3881/19247/16751</w:t>
        <w:br/>
        <w:t>f 3885/19248/6930 3884/19249/16752 3883/19250/6901</w:t>
        <w:br/>
        <w:t>f 3886/19251/6930 3885/19248/6930 3883/19250/6901</w:t>
        <w:br/>
        <w:t>f 3889/19252/6940 3888/19253/6884 3887/19254/6887</w:t>
        <w:br/>
        <w:t>f 3890/19255/6938 3889/19252/6940 3887/19254/6887</w:t>
        <w:br/>
        <w:t>f 3894/19256/6890 3893/19257/6890 3892/19258/16753</w:t>
        <w:br/>
        <w:t>f 3891/19259/16753 3894/19256/6890 3892/19258/16753</w:t>
        <w:br/>
        <w:t>f 3897/19260/6880 3896/19261/16754 3895/19262/6949</w:t>
        <w:br/>
        <w:t>f 3898/19263/6877 3897/19260/6880 3895/19262/6949</w:t>
        <w:br/>
        <w:t>f 3901/19264/6882 3900/19265/6942 3899/19266/6943</w:t>
        <w:br/>
        <w:t>f 3902/19267/6882 3901/19264/6882 3899/19266/6943</w:t>
        <w:br/>
        <w:t>f 3904/19268/6939 3890/19255/6938 3887/19254/6887</w:t>
        <w:br/>
        <w:t>f 3903/19269/6888 3904/19268/6939 3887/19254/6887</w:t>
        <w:br/>
        <w:t>f 3907/19270/6959 3906/19271/6859 3905/19272/6859</w:t>
        <w:br/>
        <w:t>f 3908/19273/6959 3907/19270/6959 3905/19272/6859</w:t>
        <w:br/>
        <w:t>f 3912/19274/6871 3911/19275/6870 3910/19276/6952</w:t>
        <w:br/>
        <w:t>f 3909/19277/16755 3912/19274/6871 3910/19276/6952</w:t>
        <w:br/>
        <w:t>f 3915/19278/6955 3914/19279/6864 3913/19280/6867</w:t>
        <w:br/>
        <w:t>f 3916/19281/6953 3915/19278/6955 3913/19280/6867</w:t>
        <w:br/>
        <w:t>f 3918/19282/6858 3917/19283/16756 3871/19234/16746</w:t>
        <w:br/>
        <w:t>f 3872/19237/6853 3918/19282/6858 3871/19234/16746</w:t>
        <w:br/>
        <w:t>f 3920/19284/16757 3916/19281/6953 3913/19280/6867</w:t>
        <w:br/>
        <w:t>f 3919/19285/16758 3920/19284/16757 3913/19280/6867</w:t>
        <w:br/>
        <w:t>f 3923/19286/6934 3922/19287/16759 3921/19288/6896</w:t>
        <w:br/>
        <w:t>f 3924/19289/16760 3923/19286/6934 3921/19288/6896</w:t>
        <w:br/>
        <w:t>f 3927/19290/6948 3926/19291/6970 3925/19292/6876</w:t>
        <w:br/>
        <w:t>f 3928/19293/6875 3927/19290/6948 3925/19292/6876</w:t>
        <w:br/>
        <w:t>f 3875/19239/6925 3930/19294/6924 3929/19295/6911</w:t>
        <w:br/>
        <w:t>f 3874/19240/6910 3875/19239/6925 3929/19295/6911</w:t>
        <w:br/>
        <w:t>f 3934/19296/16761 3933/19297/16761 3932/19298/6861</w:t>
        <w:br/>
        <w:t>f 3931/19299/6861 3934/19296/16761 3932/19298/6861</w:t>
        <w:br/>
        <w:t>f 3873/19241/16748 3861/19228/6917 3862/19227/16744</w:t>
        <w:br/>
        <w:t>f 3876/19238/6920 3873/19241/16748 3862/19227/16744</w:t>
        <w:br/>
        <w:t>f 3878/19243/16749 3879/19242/6900 4068/19300/16762</w:t>
        <w:br/>
        <w:t>f 4067/19301/16763 3878/19243/16749 4068/19300/16762</w:t>
        <w:br/>
        <w:t>f 3880/19245/16750 3877/19244/6967 3923/19286/6934</w:t>
        <w:br/>
        <w:t>f 3924/19289/16760 3880/19245/16750 3923/19286/6934</w:t>
        <w:br/>
        <w:t>f 3896/19261/16754 3897/19260/6880 4074/19302/6972</w:t>
        <w:br/>
        <w:t>f 4073/19303/6946 3896/19261/16754 4074/19302/6972</w:t>
        <w:br/>
        <w:t>f 3898/19263/6877 3895/19262/6949 3927/19290/6948</w:t>
        <w:br/>
        <w:t>f 3928/19293/6875 3898/19263/6877 3927/19290/6948</w:t>
        <w:br/>
        <w:t>f 3917/19283/16756 3918/19282/6858 4079/19304/6974</w:t>
        <w:br/>
        <w:t>f 4078/19305/16764 3917/19283/16756 4079/19304/6974</w:t>
        <w:br/>
        <w:t>f 4148/19306/7021 4147/19307/6977 4146/19308/6977</w:t>
        <w:br/>
        <w:t>f 4145/19309/7021 4148/19306/7021 4146/19308/6977</w:t>
        <w:br/>
        <w:t>f 4152/19310/7138 4151/19311/7024 4150/19312/7024</w:t>
        <w:br/>
        <w:t>f 4149/19313/7138 4152/19310/7138 4150/19312/7024</w:t>
        <w:br/>
        <w:t>f 4154/19314/7089 4153/19315/7092 3536/19144/6697</w:t>
        <w:br/>
        <w:t>f 3537/19147/6696 4154/19314/7089 3536/19144/6697</w:t>
        <w:br/>
        <w:t>f 4157/19316/16765 4156/19317/7079 4155/19318/7100</w:t>
        <w:br/>
        <w:t>f 4158/19319/7098 4157/19316/16765 4155/19318/7100</w:t>
        <w:br/>
        <w:t>f 4161/19320/16766 4160/19321/16767 4159/19322/16768</w:t>
        <w:br/>
        <w:t>f 4162/19323/7026 4161/19320/16766 4159/19322/16768</w:t>
        <w:br/>
        <w:t>f 4166/19324/7093 4165/19325/7087 4164/19326/7083</w:t>
        <w:br/>
        <w:t>f 4163/19327/16769 4166/19324/7093 4164/19326/7083</w:t>
        <w:br/>
        <w:t>f 4169/19328/16770 4168/19329/7106 4167/19330/16771</w:t>
        <w:br/>
        <w:t>f 4170/19331/7070 4169/19328/16770 4167/19330/16771</w:t>
        <w:br/>
        <w:t>f 4157/19316/16765 4158/19319/7098 4172/19332/7099</w:t>
        <w:br/>
        <w:t>f 4171/19333/16772 4157/19316/16765 4172/19332/7099</w:t>
        <w:br/>
        <w:t>f 4175/19334/7103 4174/19335/16773 4173/19336/16774</w:t>
        <w:br/>
        <w:t>f 4176/19337/16774 4175/19334/7103 4173/19336/16774</w:t>
        <w:br/>
        <w:t>f 4179/19338/7060 4178/19339/7059 4177/19340/16775</w:t>
        <w:br/>
        <w:t>f 4180/19341/7113 4179/19338/7060 4177/19340/16775</w:t>
        <w:br/>
        <w:t>f 4184/19342/7064 4183/19343/16776 4182/19344/16776</w:t>
        <w:br/>
        <w:t>f 4181/19345/7064 4184/19342/7064 4182/19344/16776</w:t>
        <w:br/>
        <w:t>f 4187/19346/7120 4186/19347/7118 4185/19348/7052</w:t>
        <w:br/>
        <w:t>f 4188/19349/16777 4187/19346/7120 4185/19348/7052</w:t>
        <w:br/>
        <w:t>f 4191/19350/7116 4190/19351/7116 4189/19352/16778</w:t>
        <w:br/>
        <w:t>f 4192/19353/7055 4191/19350/7116 4189/19352/16778</w:t>
        <w:br/>
        <w:t>f 4194/19354/7112 4193/19355/7062 4179/19338/7060</w:t>
        <w:br/>
        <w:t>f 4180/19341/7113 4194/19354/7112 4179/19338/7060</w:t>
        <w:br/>
        <w:t>f 4197/19356/16779 4196/19357/7033 4195/19358/7132</w:t>
        <w:br/>
        <w:t>f 4198/19359/7131 4197/19356/16779 4195/19358/7132</w:t>
        <w:br/>
        <w:t>f 4202/19360/7045 4201/19361/7124 4200/19362/7123</w:t>
        <w:br/>
        <w:t>f 4199/19363/7044 4202/19360/7045 4200/19362/7123</w:t>
        <w:br/>
        <w:t>f 4205/19364/7040 4204/19365/7039 4203/19366/7128</w:t>
        <w:br/>
        <w:t>f 4206/19367/16780 4205/19364/7040 4203/19366/7128</w:t>
        <w:br/>
        <w:t>f 4159/19322/16768 4208/19368/7149 4207/19369/7029</w:t>
        <w:br/>
        <w:t>f 4162/19323/7026 4159/19322/16768 4207/19369/7029</w:t>
        <w:br/>
        <w:t>f 4209/19370/16781 4205/19364/7040 4206/19367/16780</w:t>
        <w:br/>
        <w:t>f 4210/19371/16782 4209/19370/16781 4206/19367/16780</w:t>
        <w:br/>
        <w:t>f 4213/19372/16783 4212/19373/7139 4211/19374/7109</w:t>
        <w:br/>
        <w:t>f 4214/19375/7066 4213/19372/16783 4211/19374/7109</w:t>
        <w:br/>
        <w:t>f 4217/19376/7050 4216/19377/7144 4215/19378/7121</w:t>
        <w:br/>
        <w:t>f 4218/19379/16784 4217/19376/7050 4215/19378/7121</w:t>
        <w:br/>
        <w:t>f 4163/19327/16769 4164/19326/7083 4220/19380/16785</w:t>
        <w:br/>
        <w:t>f 4219/19381/7097 4163/19327/16769 4220/19380/16785</w:t>
        <w:br/>
        <w:t>f 4221/19382/7036 4197/19356/16779 4198/19359/7131</w:t>
        <w:br/>
        <w:t>f 4222/19383/7130 4221/19382/7036 4198/19359/7131</w:t>
        <w:br/>
        <w:t>f 4165/19325/7087 4166/19324/7093 4153/19315/7092</w:t>
        <w:br/>
        <w:t>f 4154/19314/7089 4165/19325/7087 4153/19315/7092</w:t>
        <w:br/>
        <w:t>f 4168/19329/7106 4349/19384/16786 4348/19385/7143</w:t>
        <w:br/>
        <w:t>f 4167/19330/16771 4168/19329/7106 4348/19385/7143</w:t>
        <w:br/>
        <w:t>f 4170/19331/7070 4214/19375/7066 4211/19374/7109</w:t>
        <w:br/>
        <w:t>f 4169/19328/16770 4170/19331/7070 4211/19374/7109</w:t>
        <w:br/>
        <w:t>f 4186/19347/7118 4355/19386/7117 4354/19387/7146</w:t>
        <w:br/>
        <w:t>f 4185/19348/7052 4186/19347/7118 4354/19387/7146</w:t>
        <w:br/>
        <w:t>f 4188/19349/16777 4218/19379/16784 4215/19378/7121</w:t>
        <w:br/>
        <w:t>f 4187/19346/7120 4188/19349/16777 4215/19378/7121</w:t>
        <w:br/>
        <w:t>f 4208/19368/7149 4360/19388/7134 4359/19389/16787</w:t>
        <w:br/>
        <w:t>f 4207/19369/7029 4208/19368/7149 4359/19389/16787</w:t>
        <w:br/>
        <w:t>f 4467/19390/16788 4466/19391/16789 4465/19392/16790</w:t>
        <w:br/>
        <w:t>f 4466/19391/16789 4469/19393/16791 4468/19394/16792</w:t>
        <w:br/>
        <w:t>f 4472/19395/16792 4471/19396/16791 4470/19397/16793</w:t>
        <w:br/>
        <w:t>f 4470/19397/16793 4474/19398/16794 4473/19399/16795</w:t>
        <w:br/>
        <w:t>f 4477/19400/16796 4476/19401/16797 4475/19402/16798</w:t>
        <w:br/>
        <w:t>f 4480/19403/16798 4479/19404/16797 4478/19405/16799</w:t>
        <w:br/>
        <w:t>f 4469/19393/16791 4467/19390/16788 4481/19406/16800</w:t>
        <w:br/>
        <w:t>f 4474/19398/16794 4471/19396/16791 4482/19407/16800</w:t>
        <w:br/>
        <w:t>f 4483/19408/16801 4474/19398/16794 4482/19407/16800</w:t>
        <w:br/>
        <w:t>f 4467/19390/16788 4484/19409/16802 4481/19406/16800</w:t>
        <w:br/>
        <w:t>f 4465/19392/16790 4466/19391/16789 4485/19410/16803</w:t>
        <w:br/>
        <w:t>f 4486/19411/16804 4485/19410/16803 4466/19391/16789</w:t>
        <w:br/>
        <w:t>f 4488/19412/16805 4487/19413/16806 4470/19397/16793</w:t>
        <w:br/>
        <w:t>f 4488/19412/16805 4470/19397/16793 4473/19399/16795</w:t>
        <w:br/>
        <w:t>f 4490/19414/16807 4489/19415/16808 4477/19400/16796</w:t>
        <w:br/>
        <w:t>f 4492/19416/16809 4491/19417/16809 4478/19405/16799</w:t>
        <w:br/>
        <w:t>f 4493/19418/16810 4485/19410/16803 4486/19411/16804</w:t>
        <w:br/>
        <w:t>f 4494/19419/16811 4487/19413/16806 4488/19412/16805</w:t>
        <w:br/>
        <w:t>f 4494/19419/16811 4488/19412/16805 4490/19414/16812</w:t>
        <w:br/>
        <w:t>f 4493/19418/16810 4495/19420/16807 4485/19410/16803</w:t>
        <w:br/>
        <w:t>f 4466/19391/16789 4467/19390/16788 4469/19393/16791</w:t>
        <w:br/>
        <w:t>f 4470/19397/16793 4471/19396/16791 4474/19398/16794</w:t>
        <w:br/>
        <w:t>f 4473/19399/16795 4474/19398/16794 4483/19408/16801</w:t>
        <w:br/>
        <w:t>f 4465/19392/16790 4484/19409/16802 4467/19390/16788</w:t>
        <w:br/>
        <w:t>f 4486/19411/16804 4466/19391/16789 4468/19394/16792</w:t>
        <w:br/>
        <w:t>f 4470/19397/16793 4487/19413/16806 4472/19395/16792</w:t>
        <w:br/>
        <w:t>f 4490/19414/16807 4477/19400/16796 4475/19402/16798</w:t>
        <w:br/>
        <w:t>f 4478/19405/16799 4495/19420/16807 4480/19403/16798</w:t>
        <w:br/>
        <w:t>f 4498/19421/16813 4497/19422/16813 4496/19423/16814</w:t>
        <w:br/>
        <w:t>f 4499/19424/16814 4498/19421/16813 4496/19423/16814</w:t>
        <w:br/>
        <w:t>f 4496/19423/16814 4501/19425/16815 4500/19426/16816</w:t>
        <w:br/>
        <w:t>f 4499/19424/16814 4496/19423/16814 4500/19426/16816</w:t>
        <w:br/>
        <w:t>f 4505/19427/16817 4504/19428/16818 4503/19429/16818</w:t>
        <w:br/>
        <w:t>f 4502/19430/16817 4505/19427/16817 4503/19429/16818</w:t>
        <w:br/>
        <w:t>f 4509/19431/16819 4508/19432/16819 4507/19433/16820</w:t>
        <w:br/>
        <w:t>f 4506/19434/16820 4509/19431/16819 4507/19433/16820</w:t>
        <w:br/>
        <w:t>f 4513/19435/16821 4512/19436/16822 4511/19437/16823</w:t>
        <w:br/>
        <w:t>f 4510/19438/16824 4513/19435/16821 4511/19437/16823</w:t>
        <w:br/>
        <w:t>f 4510/19438/16824 4511/19437/16823 4506/19434/16820</w:t>
        <w:br/>
        <w:t>f 4507/19433/16820 4510/19438/16824 4506/19434/16820</w:t>
        <w:br/>
        <w:t>f 4515/19439/16825 4512/19436/16822 4513/19435/16821</w:t>
        <w:br/>
        <w:t>f 4514/19440/16825 4515/19439/16825 4513/19435/16821</w:t>
        <w:br/>
        <w:t>f 4497/19422/16813 4498/19421/16813 4508/19432/16819</w:t>
        <w:br/>
        <w:t>f 4509/19431/16819 4497/19422/16813 4508/19432/16819</w:t>
        <w:br/>
        <w:t>f 4514/19440/16825 4500/19426/16816 4501/19425/16815</w:t>
        <w:br/>
        <w:t>f 4515/19439/16825 4514/19440/16825 4501/19425/16815</w:t>
        <w:br/>
        <w:t>f 4504/19428/16818 4517/19441/16826 4516/19442/16826</w:t>
        <w:br/>
        <w:t>f 4503/19429/16818 4504/19428/16818 4516/19442/16826</w:t>
        <w:br/>
        <w:t>f 4505/19427/16817 4502/19430/16817 4518/19443/16827</w:t>
        <w:br/>
        <w:t>f 4516/19442/16826 4517/19441/16826 4519/19444/16828</w:t>
        <w:br/>
        <w:t>f 4698/19445/16829 4697/19446/16830 4696/19447/16831</w:t>
        <w:br/>
        <w:t>f 4715/19448/16829 4714/19449/16832 4713/19450/16830</w:t>
        <w:br/>
        <w:t>f 4719/19451/16833 4718/19452/16834 4717/19453/16835</w:t>
        <w:br/>
        <w:t>f 4716/19454/16833 4719/19451/16833 4717/19453/16835</w:t>
        <w:br/>
        <w:t>f 4722/19455/16836 4721/19456/16837 4720/19457/16837</w:t>
        <w:br/>
        <w:t>f 4723/19458/16836 4722/19455/16836 4720/19457/16837</w:t>
        <w:br/>
        <w:t>f 4725/19459/16838 4724/19460/16839 4717/19453/16835</w:t>
        <w:br/>
        <w:t>f 4718/19452/16834 4725/19459/16838 4717/19453/16835</w:t>
        <w:br/>
        <w:t>f 4728/19461/16840 4727/19462/16840 4726/19463/16840</w:t>
        <w:br/>
        <w:t>f 4729/19464/16832 4728/19461/16840 4726/19463/16840</w:t>
        <w:br/>
        <w:t>f 4994/19465/16841 4993/19466/16842 4992/19467/16843</w:t>
        <w:br/>
        <w:t>f 4992/19467/16843 4995/19468/16844 4994/19465/16841</w:t>
        <w:br/>
        <w:t>f 4994/19465/16841 4995/19468/16844 4996/19469/16845</w:t>
        <w:br/>
        <w:t>f 4996/19469/16845 4997/19470/16846 4994/19465/16841</w:t>
        <w:br/>
        <w:t>f 4992/19467/16843 4999/19471/16847 4998/19472/16848</w:t>
        <w:br/>
        <w:t>f 4998/19472/16848 4999/19471/16847 5000/19473/16849</w:t>
        <w:br/>
        <w:t>f 5001/19474/16850 5000/19473/16849 4999/19471/16847</w:t>
        <w:br/>
        <w:t>f 5004/19475/16851 5003/19476/16852 5002/19477/16853</w:t>
        <w:br/>
        <w:t>f 5004/19475/16851 4992/19467/16843 5005/19478/16854</w:t>
        <w:br/>
        <w:t>f 5003/19476/16852 5004/19475/16851 5005/19478/16854</w:t>
        <w:br/>
        <w:t>f 5000/19473/16855 5007/19479/16856 5006/19480/16857</w:t>
        <w:br/>
        <w:t>f 5006/19480/16857 5007/19479/16856 5008/19481/16858</w:t>
        <w:br/>
        <w:t>f 4994/19465/16841 4997/19470/16846 4993/19466/16842</w:t>
        <w:br/>
        <w:t>f 5011/19482/16859 5002/19477/16853 5010/19483/16860</w:t>
        <w:br/>
        <w:t>f 5009/19484/16861 5011/19482/16859 5010/19483/16860</w:t>
        <w:br/>
        <w:t>f 4993/19466/16842 5005/19478/16854 4992/19467/16843</w:t>
        <w:br/>
        <w:t>f 4995/19468/16844 5008/19481/16858 4996/19469/16845</w:t>
        <w:br/>
        <w:t>f 4992/19467/16843 4998/19472/16848 4995/19468/16844</w:t>
        <w:br/>
        <w:t>f 4995/19468/16844 5006/19480/16857 5008/19481/16858</w:t>
        <w:br/>
        <w:t>f 5004/19475/16851 5002/19477/16853 5011/19482/16859</w:t>
        <w:br/>
        <w:t>f 5014/19485/16862 5013/19486/16863 5012/19487/16864</w:t>
        <w:br/>
        <w:t>f 5013/19486/16863 5014/19485/16862 5015/19488/16865</w:t>
        <w:br/>
        <w:t>f 5014/19485/16862 5016/19489/16866 5015/19488/16865</w:t>
        <w:br/>
        <w:t>f 5018/19490/16867 5014/19485/16862 5017/19491/16868</w:t>
        <w:br/>
        <w:t>f 5013/19486/16863 5020/19492/16869 5019/19493/16870</w:t>
        <w:br/>
        <w:t>f 5020/19492/16869 5021/19494/16871 5019/19493/16870</w:t>
        <w:br/>
        <w:t>f 5022/19495/16872 5019/19493/16870 5021/19494/16871</w:t>
        <w:br/>
        <w:t>f 5025/19496/16873 5024/19497/16853 5023/19498/16874</w:t>
        <w:br/>
        <w:t>f 5026/19499/16875 5013/19486/16863 5025/19496/16873</w:t>
        <w:br/>
        <w:t>f 5023/19498/16874 5026/19499/16875 5025/19496/16873</w:t>
        <w:br/>
        <w:t>f 5021/19494/16876 5028/19500/16877 5027/19501/16878</w:t>
        <w:br/>
        <w:t>f 5028/19500/16877 5029/19502/16879 5027/19501/16878</w:t>
        <w:br/>
        <w:t>f 5014/19485/16862 5012/19487/16864 5017/19491/16868</w:t>
        <w:br/>
        <w:t>f 5032/19503/16880 5031/19504/16881 5030/19505/16882</w:t>
        <w:br/>
        <w:t>f 5024/19497/16853 5032/19503/16880 5030/19505/16882</w:t>
        <w:br/>
        <w:t>f 5012/19487/16864 5013/19486/16863 5026/19499/16875</w:t>
        <w:br/>
        <w:t>f 5015/19488/16883 5018/19490/16884 5029/19502/16879</w:t>
        <w:br/>
        <w:t>f 5013/19486/16863 5015/19488/16865 5020/19492/16869</w:t>
        <w:br/>
        <w:t>f 5015/19488/16883 5029/19502/16879 5028/19500/16877</w:t>
        <w:br/>
        <w:t>f 5025/19496/16873 5032/19503/16880 5024/19497/16853</w:t>
        <w:br/>
        <w:t>f 5139/19506/16885 5138/19507/16886 5137/19508/16887</w:t>
        <w:br/>
        <w:t>f 5138/19507/16886 5141/19509/16888 5140/19510/16888</w:t>
        <w:br/>
        <w:t>f 5137/19508/16887 5138/19507/16886 5140/19510/16888</w:t>
        <w:br/>
        <w:t>f 5141/19509/16888 5143/19511/16889 5142/19512/16890</w:t>
        <w:br/>
        <w:t>f 5140/19510/16888 5141/19509/16888 5142/19512/16890</w:t>
        <w:br/>
        <w:t>f 5142/19512/16890 5143/19511/16889 5144/19513/16891</w:t>
        <w:br/>
        <w:t>f 5145/19514/16892 5142/19512/16890 5144/19513/16891</w:t>
        <w:br/>
        <w:t>f 5148/19515/16893 5147/19516/16894 5146/19517/16894</w:t>
        <w:br/>
        <w:t>f 5150/19518/16895 5146/19517/16894 5147/19516/16894</w:t>
        <w:br/>
        <w:t>f 5149/19519/16896 5150/19518/16895 5147/19516/16894</w:t>
        <w:br/>
        <w:t>f 5150/19518/16895 5145/19514/16892 5144/19513/16891</w:t>
        <w:br/>
        <w:t>f 5152/19520/16897 5144/19513/16891 5151/19521/16898</w:t>
        <w:br/>
        <w:t>f 5154/19522/16899 5153/19523/16900 5152/19520/16897</w:t>
        <w:br/>
        <w:t>f 5151/19521/16898 5154/19522/16899 5152/19520/16897</w:t>
        <w:br/>
        <w:t>f 5150/19518/16895 5149/19519/16896 5145/19514/16892</w:t>
        <w:br/>
        <w:t>f 5152/19520/16897 5150/19518/16895 5144/19513/16891</w:t>
        <w:br/>
        <w:t>f 5157/19524/16901 5156/19525/16902 5155/19526/16902</w:t>
        <w:br/>
        <w:t>f 5159/19527/16903 5158/19528/16904 5155/19526/16902</w:t>
        <w:br/>
        <w:t>f 5156/19525/16902 5159/19527/16903 5155/19526/16902</w:t>
        <w:br/>
        <w:t>f 5161/19529/16905 5160/19530/16906 5158/19528/16904</w:t>
        <w:br/>
        <w:t>f 5159/19527/16903 5161/19529/16905 5158/19528/16904</w:t>
        <w:br/>
        <w:t>f 5162/19531/16907 5160/19530/16906 5161/19529/16905</w:t>
        <w:br/>
        <w:t>f 5163/19532/16908 5162/19531/16907 5161/19529/16905</w:t>
        <w:br/>
        <w:t>f 5166/19533/16909 5165/19534/16910 5164/19535/16910</w:t>
        <w:br/>
        <w:t>f 5168/19536/16911 5167/19537/16912 5164/19535/16910</w:t>
        <w:br/>
        <w:t>f 5165/19534/16910 5168/19536/16911 5164/19535/16910</w:t>
        <w:br/>
        <w:t>f 5168/19536/16911 5162/19531/16907 5163/19532/16908</w:t>
        <w:br/>
        <w:t>f 5170/19538/16913 5169/19539/16914 5162/19531/16907</w:t>
        <w:br/>
        <w:t>f 5170/19538/16913 5172/19540/16900 5171/19541/16899</w:t>
        <w:br/>
        <w:t>f 5169/19539/16914 5170/19538/16913 5171/19541/16899</w:t>
        <w:br/>
        <w:t>f 5168/19536/16911 5163/19532/16908 5167/19537/16912</w:t>
        <w:br/>
        <w:t>f 5170/19538/16913 5162/19531/16907 5168/19536/16911</w:t>
        <w:br/>
        <w:t>f 5239/19542/16915 5238/19543/16916 5237/19544/16916</w:t>
        <w:br/>
        <w:t>f 5240/19545/16917 5239/19542/16915 5237/19544/16916</w:t>
        <w:br/>
        <w:t>f 5240/19545/16917 5241/19546/16918 5239/19542/16915</w:t>
        <w:br/>
        <w:t>f 5245/19547/16919 5244/19548/16920 5243/19549/16921</w:t>
        <w:br/>
        <w:t>f 5242/19550/16922 5245/19547/16919 5243/19549/16921</w:t>
        <w:br/>
        <w:t>f 5244/19548/16920 5245/19547/16919 5246/19551/16923</w:t>
        <w:br/>
        <w:t>f 5246/19551/16923 5241/19546/16918 5240/19545/16917</w:t>
        <w:br/>
        <w:t>f 5244/19548/16920 5246/19551/16923 5240/19545/16917</w:t>
        <w:br/>
        <w:t>f 5249/19552/16924 5248/19553/16925 5247/19554/16926</w:t>
        <w:br/>
        <w:t>f 5251/19555/16927 5250/19556/16928 5249/19552/16924</w:t>
        <w:br/>
        <w:t>f 5247/19554/16926 5251/19555/16927 5249/19552/16924</w:t>
        <w:br/>
        <w:t>f 5253/19557/16929 5252/19558/16930 5248/19553/16925</w:t>
        <w:br/>
        <w:t>f 5249/19552/16924 5253/19557/16929 5248/19553/16925</w:t>
        <w:br/>
        <w:t>f 5256/19559/16931 5255/19560/16932 5254/19561/16933</w:t>
        <w:br/>
        <w:t>f 5250/19556/16928 5256/19559/16931 5254/19561/16933</w:t>
        <w:br/>
        <w:t>f 5250/19556/16928 5251/19555/16927 5256/19559/16931</w:t>
        <w:br/>
        <w:t>f 5253/19557/16929 5243/19549/16934 5257/19562/16935</w:t>
        <w:br/>
        <w:t>f 5258/19563/16936 5253/19557/16929 5257/19562/16935</w:t>
        <w:br/>
        <w:t>f 5255/19560/16937 5257/19562/16935 5243/19549/16934</w:t>
        <w:br/>
        <w:t>f 5242/19550/16922 5243/19549/16921 5259/19564/16938</w:t>
        <w:br/>
        <w:t>f 5262/19565/16939 5261/19566/16940 5260/19567/16941</w:t>
        <w:br/>
        <w:t>f 5263/19568/16941 5262/19565/16939 5260/19567/16941</w:t>
        <w:br/>
        <w:t>f 5264/19569/16942 5237/19544/16916 5238/19543/16916</w:t>
        <w:br/>
        <w:t>f 5253/19557/16929 5258/19563/16936 5252/19558/16930</w:t>
        <w:br/>
        <w:t>f 5267/19570/16943 5266/19571/16944 5265/19572/16945</w:t>
        <w:br/>
        <w:t>f 5268/19573/16946 5267/19570/16943 5265/19572/16945</w:t>
        <w:br/>
        <w:t>f 5270/19574/16947 5266/19571/16944 5267/19570/16943</w:t>
        <w:br/>
        <w:t>f 5269/19575/16948 5270/19574/16947 5267/19570/16943</w:t>
        <w:br/>
        <w:t>f 5270/19574/16947 5269/19575/16948 5271/19576/16949</w:t>
        <w:br/>
        <w:t>f 5272/19577/16950 5270/19574/16947 5271/19576/16949</w:t>
        <w:br/>
        <w:t>f 5272/19577/16950 5271/19576/16949 5273/19578/16951</w:t>
        <w:br/>
        <w:t>f 5274/19579/16951 5272/19577/16950 5273/19578/16951</w:t>
        <w:br/>
        <w:t>f 5276/19580/16952 5274/19579/16951 5273/19578/16951</w:t>
        <w:br/>
        <w:t>f 5275/19581/16953 5276/19580/16952 5273/19578/16951</w:t>
        <w:br/>
        <w:t>f 5278/19582/16954 5276/19580/16952 5275/19581/16953</w:t>
        <w:br/>
        <w:t>f 5277/19583/16954 5278/19582/16954 5275/19581/16953</w:t>
        <w:br/>
        <w:t>f 5280/19584/16955 5278/19582/16954 5277/19583/16954</w:t>
        <w:br/>
        <w:t>f 5279/19585/16956 5280/19584/16955 5277/19583/16954</w:t>
        <w:br/>
        <w:t>f 5280/19584/16955 5279/19585/16956 5268/19573/16946</w:t>
        <w:br/>
        <w:t>f 5265/19572/16945 5280/19584/16955 5268/19573/16946</w:t>
        <w:br/>
        <w:t>f 5283/19586/16957 5282/19587/16958 5281/19588/16959</w:t>
        <w:br/>
        <w:t>f 5286/19589/16960 5285/19590/16961 5284/19591/16962</w:t>
        <w:br/>
        <w:t>f 5288/19592/16963 5287/19593/16964 5285/19590/16961</w:t>
        <w:br/>
        <w:t>f 5286/19589/16960 5288/19592/16963 5285/19590/16961</w:t>
        <w:br/>
        <w:t>f 5284/19591/16962 5290/19594/16965 5289/19595/16966</w:t>
        <w:br/>
        <w:t>f 5286/19589/16960 5284/19591/16962 5289/19595/16966</w:t>
        <w:br/>
        <w:t>f 5281/19588/16959 5292/19596/16967 5291/19597/16967</w:t>
        <w:br/>
        <w:t>f 5283/19586/16957 5281/19588/16959 5291/19597/16967</w:t>
        <w:br/>
        <w:t>f 5294/19598/16968 5293/19599/16969 5289/19595/16970</w:t>
        <w:br/>
        <w:t>f 5281/19588/16959 5282/19587/16958 5295/19600/16971</w:t>
        <w:br/>
        <w:t>f 5296/19601/16971 5281/19588/16959 5295/19600/16971</w:t>
        <w:br/>
        <w:t>f 5296/19601/16971 5295/19600/16971 5297/19602/16972</w:t>
        <w:br/>
        <w:t>f 5297/19602/16973 5300/19603/16974 5299/19604/16974</w:t>
        <w:br/>
        <w:t>f 5298/19605/16975 5297/19602/16973 5299/19604/16974</w:t>
        <w:br/>
        <w:t>f 5288/19592/16963 5301/19606/16976 5287/19593/16964</w:t>
        <w:br/>
        <w:t>f 5288/19592/16963 5303/19607/16977 5302/19608/16978</w:t>
        <w:br/>
        <w:t>f 5301/19606/16976 5288/19592/16963 5302/19608/16978</w:t>
        <w:br/>
        <w:t>f 5304/19609/16979 5302/19608/16978 5303/19607/16977</w:t>
        <w:br/>
        <w:t>f 5289/19595/16966 5305/19610/16980 5304/19609/16979</w:t>
        <w:br/>
        <w:t>f 5303/19607/16977 5289/19595/16966 5304/19609/16979</w:t>
        <w:br/>
        <w:t>f 5307/19611/16981 5306/19612/16982 5294/19598/16968</w:t>
        <w:br/>
        <w:t>f 5289/19595/16970 5307/19611/16981 5294/19598/16968</w:t>
        <w:br/>
        <w:t>f 5300/19603/16974 5306/19612/16983 5299/19604/16974</w:t>
        <w:br/>
        <w:t>f 5290/19594/16965 5305/19610/16980 5289/19595/16966</w:t>
        <w:br/>
        <w:t>f 5310/19613/16984 5309/19614/16985 5308/19615/16986</w:t>
        <w:br/>
        <w:t>f 5311/19616/16987 5310/19613/16984 5308/19615/16986</w:t>
        <w:br/>
        <w:t>f 5313/19617/16988 5311/19616/16987 5308/19615/16986</w:t>
        <w:br/>
        <w:t>f 5312/19618/16989 5313/19617/16988 5308/19615/16986</w:t>
        <w:br/>
        <w:t>f 5315/19619/16990 5313/19617/16988 5312/19618/16989</w:t>
        <w:br/>
        <w:t>f 5314/19620/16990 5315/19619/16990 5312/19618/16989</w:t>
        <w:br/>
        <w:t>f 5315/19619/16990 5314/19620/16990 5316/19621/16991</w:t>
        <w:br/>
        <w:t>f 5317/19622/16992 5315/19619/16990 5316/19621/16991</w:t>
        <w:br/>
        <w:t>f 5317/19622/16992 5316/19621/16991 5318/19623/16993</w:t>
        <w:br/>
        <w:t>f 5319/19624/16994 5317/19622/16992 5318/19623/16993</w:t>
        <w:br/>
        <w:t>f 5321/19625/16995 5319/19624/16994 5318/19623/16993</w:t>
        <w:br/>
        <w:t>f 5320/19626/16995 5321/19625/16995 5318/19623/16993</w:t>
        <w:br/>
        <w:t>f 5323/19627/16996 5321/19625/16995 5320/19626/16995</w:t>
        <w:br/>
        <w:t>f 5322/19628/16996 5323/19627/16996 5320/19626/16995</w:t>
        <w:br/>
        <w:t>f 5323/19627/16996 5322/19628/16996 5309/19614/16985</w:t>
        <w:br/>
        <w:t>f 5310/19613/16984 5323/19627/16996 5309/19614/16985</w:t>
        <w:br/>
        <w:t>f 7207/19629/16997 7206/19630/16997 7205/19631/16997</w:t>
        <w:br/>
        <w:t>f 7208/19632/16997 7207/19629/16997 7205/19631/16997</w:t>
        <w:br/>
        <w:t>f 7212/19633/14511 7211/19634/14511 7210/19635/14511</w:t>
        <w:br/>
        <w:t>f 7209/19636/14511 7212/19633/14511 7210/19635/14511</w:t>
        <w:br/>
        <w:t>f 7216/19637/14186 7215/19638/14186 7214/19639/16998</w:t>
        <w:br/>
        <w:t>f 7213/19640/16998 7216/19637/14186 7214/19639/16998</w:t>
        <w:br/>
        <w:t>f 7219/19641/14529 7218/19642/14529 7217/19643/14529</w:t>
        <w:br/>
        <w:t>f 7220/19644/14529 7219/19641/14529 7217/19643/14529</w:t>
        <w:br/>
        <w:t>f 7272/19645/12598 7271/19646/7282 7270/19647/7282</w:t>
        <w:br/>
        <w:t>f 7269/19648/16999 7272/19645/12598 7270/19647/7282</w:t>
        <w:br/>
        <w:t>f 7276/19649/17000 7275/19650/7285 7274/19651/7285</w:t>
        <w:br/>
        <w:t>f 7273/19652/17000 7276/19649/17000 7274/19651/7285</w:t>
        <w:br/>
        <w:t>f 7279/19653/12600 7278/19654/12600 7277/19655/17001</w:t>
        <w:br/>
        <w:t>f 7280/19656/17001 7279/19653/12600 7277/19655/17001</w:t>
        <w:br/>
        <w:t>f 7283/19657/7291 7282/19658/7290 7281/19659/12603</w:t>
        <w:br/>
        <w:t>f 7284/19660/12603 7283/19657/7291 7281/19659/12603</w:t>
        <w:br/>
        <w:t>f 7272/19645/12598 7269/19648/16999 7285/19661/12604</w:t>
        <w:br/>
        <w:t>f 7286/19662/12604 7272/19645/12598 7285/19661/12604</w:t>
        <w:br/>
        <w:t>f 7276/19649/17000 7273/19652/17000 7287/19663/12605</w:t>
        <w:br/>
        <w:t>f 7288/19664/12605 7276/19649/17000 7287/19663/12605</w:t>
        <w:br/>
        <w:t>f 7290/19665/12607 7280/19656/17001 7277/19655/17001</w:t>
        <w:br/>
        <w:t>f 7289/19666/12607 7290/19665/12607 7277/19655/17001</w:t>
        <w:br/>
        <w:t>f 7292/19667/12609 7284/19660/12603 7281/19659/12603</w:t>
        <w:br/>
        <w:t>f 7291/19668/12608 7292/19667/12609 7281/19659/12603</w:t>
        <w:br/>
        <w:t>f 7294/19669/17002 7286/19662/12604 7285/19661/12604</w:t>
        <w:br/>
        <w:t>f 7293/19670/12610 7294/19669/17002 7285/19661/12604</w:t>
        <w:br/>
        <w:t>f 7296/19671/12611 7288/19664/12605 7287/19663/12605</w:t>
        <w:br/>
        <w:t>f 7295/19672/12611 7296/19671/12611 7287/19663/12605</w:t>
        <w:br/>
        <w:t>f 7290/19665/12607 7289/19666/12607 7297/19673/17003</w:t>
        <w:br/>
        <w:t>f 7298/19674/17003 7290/19665/12607 7297/19673/17003</w:t>
        <w:br/>
        <w:t>f 7292/19667/12609 7291/19668/12608 7299/19675/12613</w:t>
        <w:br/>
        <w:t>f 7300/19676/12613 7292/19667/12609 7299/19675/12613</w:t>
        <w:br/>
        <w:t>f 7294/19669/17002 7293/19670/12610 7301/19677/12614</w:t>
        <w:br/>
        <w:t>f 7302/19678/12614 7294/19669/17002 7301/19677/12614</w:t>
        <w:br/>
        <w:t>f 7296/19671/12611 7295/19672/12611 7303/19679/12616</w:t>
        <w:br/>
        <w:t>f 7304/19680/12615 7296/19671/12611 7303/19679/12616</w:t>
        <w:br/>
        <w:t>f 7306/19681/17004 7298/19674/17003 7297/19673/17003</w:t>
        <w:br/>
        <w:t>f 7305/19682/17005 7306/19681/17004 7297/19673/17003</w:t>
        <w:br/>
        <w:t>f 7308/19683/17006 7300/19676/12613 7299/19675/12613</w:t>
        <w:br/>
        <w:t>f 7307/19684/12618 7308/19683/17006 7299/19675/12613</w:t>
        <w:br/>
        <w:t>f 7302/19678/12614 7301/19677/12614 7309/7987/7308</w:t>
        <w:br/>
        <w:t>f 7310/19685/7308 7302/19678/12614 7309/7987/7308</w:t>
        <w:br/>
        <w:t>f 7304/19680/12615 7303/19679/12616 7311/7989/7310</w:t>
        <w:br/>
        <w:t>f 7312/7990/7310 7304/19680/12615 7311/7989/7310</w:t>
        <w:br/>
        <w:t>f 7314/7991/7312 7306/19681/17004 7305/19682/17005</w:t>
        <w:br/>
        <w:t>f 7313/19686/7312 7314/7991/7312 7305/19682/17005</w:t>
        <w:br/>
        <w:t>f 7316/19687/12623 7308/19683/17006 7307/19684/12618</w:t>
        <w:br/>
        <w:t>f 7315/7994/12623 7316/19687/12623 7307/19684/12618</w:t>
        <w:br/>
        <w:t>f 7362/19688/17007 7361/19689/17008 7360/19690/17009</w:t>
        <w:br/>
        <w:t>f 7365/19691/17010 7364/19692/17011 7363/19693/17012</w:t>
        <w:br/>
        <w:t>f 7368/19694/17013 7367/19695/17014 7366/19696/17015</w:t>
        <w:br/>
        <w:t>f 7371/19697/17016 7370/19698/17017 7369/19699/17018</w:t>
        <w:br/>
        <w:t>f 7373/19700/17019 7372/19701/17020 7360/19690/17009</w:t>
        <w:br/>
        <w:t>f 7365/19691/17010 7374/19702/17021 7364/19692/17011</w:t>
        <w:br/>
        <w:t>f 7375/19703/17022 7367/19695/17014 7368/19694/17013</w:t>
        <w:br/>
        <w:t>f 7377/19704/17023 7376/19705/17024 7367/19695/17014</w:t>
        <w:br/>
        <w:t>f 7377/19704/17023 7371/19697/17016 7376/19705/17024</w:t>
        <w:br/>
        <w:t>f 7377/19704/17023 7378/19706/17025 7371/19697/17016</w:t>
        <w:br/>
        <w:t>f 7373/19700/17019 7379/19707/17026 7372/19701/17020</w:t>
        <w:br/>
        <w:t>f 7380/19708/17027 7379/19707/17028 7374/19702/17021</w:t>
        <w:br/>
        <w:t>f 7375/19703/17022 7381/19709/17029 7377/19704/17023</w:t>
        <w:br/>
        <w:t>f 7377/19704/17023 7381/19709/17029 7378/19706/17025</w:t>
        <w:br/>
        <w:t>f 7367/19695/17014 7383/19710/17030 7382/19711/17031</w:t>
        <w:br/>
        <w:t>f 7365/19691/17010 7385/19712/17032 7384/19713/17033</w:t>
        <w:br/>
        <w:t>f 7360/19690/17009 7387/19714/17034 7386/19715/17035</w:t>
        <w:br/>
        <w:t>f 7371/19697/17016 7389/19716/17036 7388/19717/17037</w:t>
        <w:br/>
        <w:t>f 7360/19690/17009 7386/19715/17035 7362/19688/17007</w:t>
        <w:br/>
        <w:t>f 7365/19691/17010 7363/19693/17012 7385/19712/17032</w:t>
        <w:br/>
        <w:t>f 7367/19695/17014 7382/19711/17031 7366/19696/17015</w:t>
        <w:br/>
        <w:t>f 7367/19695/17014 7376/19705/17024 7383/19710/17030</w:t>
        <w:br/>
        <w:t>f 7371/19697/17016 7383/19710/17030 7376/19705/17024</w:t>
        <w:br/>
        <w:t>f 7371/19697/17016 7369/19699/17018 7389/19716/17036</w:t>
        <w:br/>
        <w:t>f 7373/19700/17019 7360/19690/17009 7361/19689/17008</w:t>
        <w:br/>
        <w:t>f 7371/19697/17016 7378/19706/17025 7370/19698/17017</w:t>
        <w:br/>
        <w:t>f 7380/19708/17027 7374/19702/17021 7365/19691/17010</w:t>
        <w:br/>
        <w:t>f 7375/19703/17022 7377/19704/17023 7367/19695/17014</w:t>
        <w:br/>
        <w:t>f 7392/19718/17038 7391/19719/17039 7390/19720/17040</w:t>
        <w:br/>
        <w:t>f 7395/19721/17041 7394/19722/17042 7393/19723/17043</w:t>
        <w:br/>
        <w:t>f 7398/19724/17044 7397/19725/17045 7396/19726/17046</w:t>
        <w:br/>
        <w:t>f 7401/19727/17047 7400/19728/17048 7399/19729/17049</w:t>
        <w:br/>
        <w:t>f 7403/19730/17050 7391/19719/17039 7402/19731/17051</w:t>
        <w:br/>
        <w:t>f 7395/19721/17041 7393/19723/17043 7404/19732/17052</w:t>
        <w:br/>
        <w:t>f 7405/19733/17053 7398/19724/17044 7396/19726/17046</w:t>
        <w:br/>
        <w:t>f 7407/19734/17054 7396/19726/17046 7406/19735/17055</w:t>
        <w:br/>
        <w:t>f 7407/19734/17054 7406/19735/17055 7401/19727/17047</w:t>
        <w:br/>
        <w:t>f 7407/19734/17054 7401/19727/17047 7408/19736/17056</w:t>
        <w:br/>
        <w:t>f 7403/19730/17050 7402/19731/17051 7409/19737/17057</w:t>
        <w:br/>
        <w:t>f 7410/19738/17058 7404/19732/17052 7409/19737/17059</w:t>
        <w:br/>
        <w:t>f 7405/19733/17053 7407/19734/17054 7411/19739/17060</w:t>
        <w:br/>
        <w:t>f 7407/19734/17054 7408/19736/17056 7411/19739/17060</w:t>
        <w:br/>
        <w:t>f 7396/19726/17046 7413/19740/17061 7412/19741/17062</w:t>
        <w:br/>
        <w:t>f 7395/19721/17041 7414/19742/17063 7385/19712/17064</w:t>
        <w:br/>
        <w:t>f 7391/19719/17039 7416/19743/17065 7415/19744/17066</w:t>
        <w:br/>
        <w:t>f 7401/19727/17047 7418/19745/17067 7417/19746/17068</w:t>
        <w:br/>
        <w:t>f 7391/19719/17039 7392/19718/17038 7416/19743/17065</w:t>
        <w:br/>
        <w:t>f 7395/19721/17041 7385/19712/17064 7394/19722/17042</w:t>
        <w:br/>
        <w:t>f 7396/19726/17046 7397/19725/17045 7413/19740/17061</w:t>
        <w:br/>
        <w:t>f 7396/19726/17046 7412/19741/17062 7406/19735/17055</w:t>
        <w:br/>
        <w:t>f 7401/19727/17047 7406/19735/17055 7412/19741/17062</w:t>
        <w:br/>
        <w:t>f 7401/19727/17047 7417/19746/17068 7400/19728/17048</w:t>
        <w:br/>
        <w:t>f 7403/19730/17050 7390/19720/17040 7391/19719/17039</w:t>
        <w:br/>
        <w:t>f 7401/19727/17047 7399/19729/17049 7408/19736/17056</w:t>
        <w:br/>
        <w:t>f 7410/19738/17058 7395/19721/17041 7404/19732/17052</w:t>
        <w:br/>
        <w:t>f 7405/19733/17053 7396/19726/17046 7407/19734/17054</w:t>
        <w:br/>
        <w:t>f 7421/19747/16997 7420/19748/17069 7419/19749/17070</w:t>
        <w:br/>
        <w:t>f 7421/19747/16997 7419/19749/17070 7422/19750/17071</w:t>
        <w:br/>
        <w:t>f 7421/19747/16997 7422/19750/17071 7423/19751/17072</w:t>
        <w:br/>
        <w:t>f 7421/19747/16997 7423/19751/17072 7420/19748/17069</w:t>
        <w:br/>
        <w:t>f 7425/19752/14186 7424/19753/17073 7420/19748/17069</w:t>
        <w:br/>
        <w:t>f 7424/19753/17073 7426/19754/17074 7419/19749/17070</w:t>
        <w:br/>
        <w:t>f 7426/19754/17074 7427/19755/17075 7419/19749/17070</w:t>
        <w:br/>
        <w:t>f 7427/19755/17075 7428/19756/14511 7422/19750/17071</w:t>
        <w:br/>
        <w:t>f 7428/19756/14511 7429/19757/17076 7422/19750/17071</w:t>
        <w:br/>
        <w:t>f 7429/19757/17076 7430/19758/17077 7423/19751/17072</w:t>
        <w:br/>
        <w:t>f 7423/19751/17072 7431/19759/17078 7420/19748/17069</w:t>
        <w:br/>
        <w:t>f 7431/19759/17078 7425/19752/14186 7420/19748/17069</w:t>
        <w:br/>
        <w:t>f 7434/19760/17079 7433/19761/17080 7432/19762/17081</w:t>
        <w:br/>
        <w:t>f 7433/19761/17080 7436/19763/17082 7435/19764/17083</w:t>
        <w:br/>
        <w:t>f 7436/19763/17082 7437/19765/17075 7435/19764/17083</w:t>
        <w:br/>
        <w:t>f 7437/19765/17075 7439/19766/17084 7438/19767/14512</w:t>
        <w:br/>
        <w:t>f 7439/19766/17084 7440/19768/17076 7438/19767/14512</w:t>
        <w:br/>
        <w:t>f 7442/19769/17085 7441/19770/17086 7440/19768/17076</w:t>
        <w:br/>
        <w:t>f 7442/19769/17085 7434/19760/17079 7443/19771/17087</w:t>
        <w:br/>
        <w:t>f 7434/19760/17079 7432/19762/17081 7444/19772/17088</w:t>
        <w:br/>
        <w:t>f 7445/19773/14529 7436/19763/17082 7434/19760/17079</w:t>
        <w:br/>
        <w:t>f 7445/19773/14529 7439/19766/17084 7436/19763/17082</w:t>
        <w:br/>
        <w:t>f 7445/19773/14529 7442/19769/17085 7439/19766/17084</w:t>
        <w:br/>
        <w:t>f 7445/19773/14529 7434/19760/17079 7442/19769/17085</w:t>
        <w:br/>
        <w:t>f 7422/19750/17071 7429/19757/17076 7423/19751/17072</w:t>
        <w:br/>
        <w:t>f 7427/19755/17075 7422/19750/17071 7419/19749/17070</w:t>
        <w:br/>
        <w:t>f 7430/19758/17077 7431/19759/17078 7423/19751/17072</w:t>
        <w:br/>
        <w:t>f 7424/19753/17073 7419/19749/17070 7420/19748/17069</w:t>
        <w:br/>
        <w:t>f 7434/19760/17079 7436/19763/17082 7433/19761/17080</w:t>
        <w:br/>
        <w:t>f 7436/19763/17082 7439/19766/17084 7437/19765/17075</w:t>
        <w:br/>
        <w:t>f 7439/19766/17084 7442/19769/17085 7440/19768/17076</w:t>
        <w:br/>
        <w:t>f 7442/19769/17085 7444/19772/17078 7441/19770/17086</w:t>
        <w:br/>
        <w:t>f 7448/19774/17089 7447/19775/17090 7446/19776/17090</w:t>
        <w:br/>
        <w:t>f 7449/19777/17091 7448/19774/17089 7446/19776/17090</w:t>
        <w:br/>
        <w:t>f 7451/19778/17092 7450/19779/17092 7446/19776/17090</w:t>
        <w:br/>
        <w:t>f 7447/19775/17090 7451/19778/17092 7446/19776/17090</w:t>
        <w:br/>
        <w:t>f 7454/19780/17093 7453/19781/17094 7449/19777/17091</w:t>
        <w:br/>
        <w:t>f 7452/19782/17093 7454/19780/17093 7449/19777/17091</w:t>
        <w:br/>
        <w:t>f 7457/19783/17095 7456/19784/17096 7455/19785/17097</w:t>
        <w:br/>
        <w:t>f 7458/19786/17098 7457/19783/17095 7455/19785/17097</w:t>
        <w:br/>
        <w:t>f 7455/19785/17097 7460/19787/17099 7459/19788/17099</w:t>
        <w:br/>
        <w:t>f 7458/19786/17098 7455/19785/17097 7459/19788/17099</w:t>
        <w:br/>
        <w:t>f 7456/19784/17096 7457/19783/17095 7461/19789/17100</w:t>
        <w:br/>
        <w:t>f 7464/19790/17101 7463/19791/17101 7462/19792/17102</w:t>
        <w:br/>
        <w:t>f 7465/19793/17102 7464/19790/17101 7462/19792/17102</w:t>
        <w:br/>
        <w:t>f 7468/19794/17103 7467/19795/17104 7466/19796/17105</w:t>
        <w:br/>
        <w:t>f 7469/19797/17105 7468/19794/17103 7466/19796/17105</w:t>
        <w:br/>
        <w:t>f 7464/19790/17101 7471/19798/17106 7470/19799/17106</w:t>
        <w:br/>
        <w:t>f 7463/19791/17101 7464/19790/17101 7470/19799/17106</w:t>
        <w:br/>
        <w:t>f 7473/19800/17107 7472/19801/17108 7469/19797/17105</w:t>
        <w:br/>
        <w:t>f 7466/19796/17105 7473/19800/17107 7469/19797/17105</w:t>
        <w:br/>
        <w:t>f 7476/19802/17109 7475/19803/17110 7474/19804/17111</w:t>
        <w:br/>
        <w:t>f 7477/19805/17112 7476/19802/17109 7474/19804/17111</w:t>
        <w:br/>
        <w:t>f 7479/19806/17113 7478/19807/17114 7467/19795/17104</w:t>
        <w:br/>
        <w:t>f 7468/19794/17103 7479/19806/17113 7467/19795/17104</w:t>
        <w:br/>
        <w:t>f 7481/19808/17115 7465/19793/17102 7462/19792/17102</w:t>
        <w:br/>
        <w:t>f 7480/19809/17116 7481/19808/17115 7462/19792/17102</w:t>
        <w:br/>
        <w:t>f 7483/19810/17117 7482/19811/17118 7475/19803/17110</w:t>
        <w:br/>
        <w:t>f 7476/19802/17109 7483/19810/17117 7475/19803/17110</w:t>
        <w:br/>
        <w:t>f 7448/19774/17089 7449/19777/17091 7453/19781/17094</w:t>
        <w:br/>
        <w:t>f 7456/19784/17096 7461/19789/17100 7484/19812/17119</w:t>
        <w:br/>
        <w:t>f 7485/19813/17119 7456/19784/17096 7484/19812/17119</w:t>
        <w:br/>
        <w:t>f 7488/19814/17120 7487/19815/17120 7486/19816/17121</w:t>
        <w:br/>
        <w:t>f 7489/19817/17122 7488/19814/17120 7486/19816/17121</w:t>
        <w:br/>
        <w:t>f 7488/19814/17120 7491/19818/17092 7490/19819/17092</w:t>
        <w:br/>
        <w:t>f 7487/19815/17120 7488/19814/17120 7490/19819/17092</w:t>
        <w:br/>
        <w:t>f 7494/19820/17123 7493/19821/17123 7489/19817/17122</w:t>
        <w:br/>
        <w:t>f 7492/19822/17124 7494/19820/17123 7489/19817/17122</w:t>
        <w:br/>
        <w:t>f 7497/19823/17125 7496/19824/17126 7495/19825/17127</w:t>
        <w:br/>
        <w:t>f 7498/19826/17125 7497/19823/17125 7495/19825/17127</w:t>
        <w:br/>
        <w:t>f 7497/19823/17125 7498/19826/17125 7500/19827/17099</w:t>
        <w:br/>
        <w:t>f 7499/19828/17099 7497/19823/17125 7500/19827/17099</w:t>
        <w:br/>
        <w:t>f 7496/19824/17126 7501/19829/17128 7495/19825/17127</w:t>
        <w:br/>
        <w:t>f 7504/19830/17129 7503/19831/17130 7502/19832/17130</w:t>
        <w:br/>
        <w:t>f 7505/19833/17129 7504/19830/17129 7502/19832/17130</w:t>
        <w:br/>
        <w:t>f 7508/19834/17131 7507/19835/17132 7506/19836/17132</w:t>
        <w:br/>
        <w:t>f 7509/19837/17133 7508/19834/17131 7506/19836/17132</w:t>
        <w:br/>
        <w:t>f 7502/19832/17130 7503/19831/17130 7511/19838/17134</w:t>
        <w:br/>
        <w:t>f 7510/19839/17135 7502/19832/17130 7511/19838/17134</w:t>
        <w:br/>
        <w:t>f 7509/19837/17133 7513/19840/17136 7512/19841/17137</w:t>
        <w:br/>
        <w:t>f 7508/19834/17131 7509/19837/17133 7512/19841/17137</w:t>
        <w:br/>
        <w:t>f 7516/19842/17138 7515/19843/17139 7514/19844/17140</w:t>
        <w:br/>
        <w:t>f 7517/19845/17141 7516/19842/17138 7514/19844/17140</w:t>
        <w:br/>
        <w:t>f 7507/19835/17132 7519/19846/17142 7518/19847/17143</w:t>
        <w:br/>
        <w:t>f 7506/19836/17132 7507/19835/17132 7518/19847/17143</w:t>
        <w:br/>
        <w:t>f 7521/19848/17144 7520/19849/17145 7504/19830/17129</w:t>
        <w:br/>
        <w:t>f 7505/19833/17129 7521/19848/17144 7504/19830/17129</w:t>
        <w:br/>
        <w:t>f 7515/19843/17139 7523/19850/17146 7522/19851/17146</w:t>
        <w:br/>
        <w:t>f 7514/19844/17140 7515/19843/17139 7522/19851/17146</w:t>
        <w:br/>
        <w:t>f 7486/19816/17121 7492/19822/17124 7489/19817/17122</w:t>
        <w:br/>
        <w:t>f 7524/19852/17147 7501/19829/17128 7496/19824/17126</w:t>
        <w:br/>
        <w:t>f 7525/19853/17148 7524/19852/17147 7496/19824/17126</w:t>
        <w:br/>
        <w:t>f 7528/19854/14511 7527/19855/14511 7526/19856/14511</w:t>
        <w:br/>
        <w:t>f 7531/19857/17149 7530/19858/17149 7529/19859/17149</w:t>
        <w:br/>
        <w:t>f 7532/19860/17149 7531/19857/17149 7529/19859/17149</w:t>
        <w:br/>
        <w:t>f 7535/19861/17150 7534/19862/17150 7533/19863/17150</w:t>
        <w:br/>
        <w:t>f 7536/19864/17150 7535/19861/17150 7533/19863/17150</w:t>
        <w:br/>
        <w:t>f 7539/19865/17151 7538/19866/17151 7537/19867/17151</w:t>
        <w:br/>
        <w:t>f 7540/19868/17151 7539/19865/17151 7537/19867/17151</w:t>
        <w:br/>
        <w:t>f 7544/19869/17152 7543/19870/17152 7542/19871/17152</w:t>
        <w:br/>
        <w:t>f 7541/19872/17152 7544/19869/17152 7542/19871/17152</w:t>
        <w:br/>
        <w:t>f 7545/19873/14511 7528/19854/14511 7526/19856/14511</w:t>
        <w:br/>
        <w:t>f 7549/19874/17153 7548/19875/17153 7547/19876/17154</w:t>
        <w:br/>
        <w:t>f 7546/19877/17155 7549/19874/17153 7547/19876/17154</w:t>
        <w:br/>
        <w:t>f 7552/19878/17156 7551/19879/17157 7550/19880/17158</w:t>
        <w:br/>
        <w:t>f 7550/19880/17158 7551/19879/17157 7553/19881/17159</w:t>
        <w:br/>
        <w:t>f 7554/19882/17160 7546/19877/17155 7547/19876/17154</w:t>
        <w:br/>
        <w:t>f 7555/19883/17161 7554/19882/17160 7547/19876/17154</w:t>
        <w:br/>
        <w:t>f 7554/19882/17160 7557/19884/17162 7556/19885/17163</w:t>
        <w:br/>
        <w:t>f 7546/19877/17155 7554/19882/17160 7556/19885/17163</w:t>
        <w:br/>
        <w:t>f 7560/19886/17164 7559/19887/17165 7558/19888/17166</w:t>
        <w:br/>
        <w:t>f 7561/19889/17167 7560/19886/17164 7558/19888/17166</w:t>
        <w:br/>
        <w:t>f 7560/19886/17164 7562/19890/17168 7559/19887/17165</w:t>
        <w:br/>
        <w:t>f 7563/19891/17169 7560/19886/17164 7561/19889/17167</w:t>
        <w:br/>
        <w:t>f 7566/19892/17170 7565/19893/17171 7564/19894/17172</w:t>
        <w:br/>
        <w:t>f 7564/19894/17172 7565/19893/17171 7567/19895/17173</w:t>
        <w:br/>
        <w:t>f 7553/19881/17159 7551/19879/17157 7556/19885/17163</w:t>
        <w:br/>
        <w:t>f 7560/19886/17164 7563/19891/17169 7568/19896/17174</w:t>
        <w:br/>
        <w:t>f 7554/19882/17160 7560/19886/17164 7568/19896/17174</w:t>
        <w:br/>
        <w:t>f 7560/19886/17164 7554/19882/17160 7569/19897/17175</w:t>
        <w:br/>
        <w:t>f 7562/19890/17168 7560/19886/17164 7569/19897/17175</w:t>
        <w:br/>
        <w:t>f 7549/19874/17153 7565/19893/17171 7566/19892/17170</w:t>
        <w:br/>
        <w:t>f 7548/19875/17153 7549/19874/17153 7566/19892/17170</w:t>
        <w:br/>
        <w:t>f 7554/19882/17160 7555/19883/17161 7569/19897/17175</w:t>
        <w:br/>
        <w:t>f 7557/19884/17162 7554/19882/17160 7568/19896/17174</w:t>
        <w:br/>
        <w:t>f 7556/19885/17163 7551/19879/17157 7546/19877/17155</w:t>
        <w:br/>
        <w:t>f 7573/19898/17176 7572/19899/17177 7571/19900/17178</w:t>
        <w:br/>
        <w:t>f 7570/19901/17176 7573/19898/17176 7571/19900/17178</w:t>
        <w:br/>
        <w:t>f 7576/19902/17156 7575/19903/17179 7574/19904/17157</w:t>
        <w:br/>
        <w:t>f 7575/19903/17179 7577/19905/17180 7574/19904/17157</w:t>
        <w:br/>
        <w:t>f 7571/19900/17178 7572/19899/17177 7578/19906/17181</w:t>
        <w:br/>
        <w:t>f 7579/19907/17182 7571/19900/17178 7578/19906/17181</w:t>
        <w:br/>
        <w:t>f 7578/19906/17181 7572/19899/17177 7581/19908/17183</w:t>
        <w:br/>
        <w:t>f 7580/19909/17184 7578/19906/17181 7581/19908/17183</w:t>
        <w:br/>
        <w:t>f 7584/19910/17185 7583/19911/17186 7582/19912/17187</w:t>
        <w:br/>
        <w:t>f 7585/19913/17188 7583/19911/17186 7584/19910/17185</w:t>
        <w:br/>
        <w:t>f 7584/19910/17185 7582/19912/17187 7586/19914/17189</w:t>
        <w:br/>
        <w:t>f 7587/19915/17190 7585/19913/17188 7584/19910/17185</w:t>
        <w:br/>
        <w:t>f 7590/19916/17191 7589/19917/17192 7588/19918/17193</w:t>
        <w:br/>
        <w:t>f 7589/19917/17192 7591/19919/17194 7588/19918/17193</w:t>
        <w:br/>
        <w:t>f 7577/19905/17180 7581/19908/17183 7574/19904/17157</w:t>
        <w:br/>
        <w:t>f 7584/19910/17185 7578/19906/17181 7592/19920/17195</w:t>
        <w:br/>
        <w:t>f 7587/19915/17190 7584/19910/17185 7592/19920/17195</w:t>
        <w:br/>
        <w:t>f 7593/19921/17196 7578/19906/17181 7584/19910/17185</w:t>
        <w:br/>
        <w:t>f 7586/19914/17189 7593/19921/17196 7584/19910/17185</w:t>
        <w:br/>
        <w:t>f 7573/19898/17176 7570/19901/17176 7590/19916/17191</w:t>
        <w:br/>
        <w:t>f 7588/19918/17193 7573/19898/17176 7590/19916/17191</w:t>
        <w:br/>
        <w:t>f 7578/19906/17181 7593/19921/17196 7579/19907/17182</w:t>
        <w:br/>
        <w:t>f 7580/19909/17184 7592/19920/17195 7578/19906/17181</w:t>
        <w:br/>
        <w:t>f 7581/19908/17183 7572/19899/17177 7574/19904/17157</w:t>
        <w:br/>
        <w:t>f 7596/19922/17197 7595/19923/17198 7594/19924/17199</w:t>
        <w:br/>
        <w:t>f 7597/19925/17200 7596/19922/17197 7594/19924/17199</w:t>
        <w:br/>
        <w:t>f 7594/19924/17199 7595/19923/17198 7599/19926/17201</w:t>
        <w:br/>
        <w:t>f 7598/19927/17202 7594/19924/17199 7599/19926/17201</w:t>
        <w:br/>
        <w:t>f 7599/19926/17201 7601/19928/17203 7600/19929/17204</w:t>
        <w:br/>
        <w:t>f 7598/19927/17202 7599/19926/17201 7600/19929/17204</w:t>
        <w:br/>
        <w:t>f 7601/19928/17203 7603/19930/17205 7602/19931/17206</w:t>
        <w:br/>
        <w:t>f 7600/19929/17204 7601/19928/17203 7602/19931/17206</w:t>
        <w:br/>
        <w:t>f 7605/19932/17207 7597/19925/17200 7594/19924/17199</w:t>
        <w:br/>
        <w:t>f 7604/19933/17208 7605/19932/17207 7594/19924/17199</w:t>
        <w:br/>
        <w:t>f 7604/19933/17208 7594/19924/17199 7598/19927/17202</w:t>
        <w:br/>
        <w:t>f 7606/19934/17209 7604/19933/17208 7598/19927/17202</w:t>
        <w:br/>
        <w:t>f 7606/19934/17209 7598/19927/17202 7600/19929/17204</w:t>
        <w:br/>
        <w:t>f 7607/19935/17210 7606/19934/17209 7600/19929/17204</w:t>
        <w:br/>
        <w:t>f 7607/19935/17210 7600/19929/17204 7609/19936/17211</w:t>
        <w:br/>
        <w:t>f 7608/19937/17212 7607/19935/17210 7609/19936/17211</w:t>
        <w:br/>
        <w:t>f 7612/19938/17213 7611/19939/17214 7610/19940/17214</w:t>
        <w:br/>
        <w:t>f 7613/19941/17213 7612/19938/17213 7610/19940/17214</w:t>
        <w:br/>
        <w:t>f 7611/19939/17214 7615/19942/17215 7614/19943/17215</w:t>
        <w:br/>
        <w:t>f 7610/19940/17214 7611/19939/17214 7614/19943/17215</w:t>
        <w:br/>
        <w:t>f 7615/19942/17215 7617/19944/17216 7616/19945/17216</w:t>
        <w:br/>
        <w:t>f 7614/19943/17215 7615/19942/17215 7616/19945/17216</w:t>
        <w:br/>
        <w:t>f 7616/19945/17216 7617/19944/17216 7619/19946/17217</w:t>
        <w:br/>
        <w:t>f 7618/19947/17218 7616/19945/17216 7619/19946/17217</w:t>
        <w:br/>
        <w:t>f 7622/19948/17219 7621/19949/17220 7620/19950/17220</w:t>
        <w:br/>
        <w:t>f 7623/19951/17219 7622/19948/17219 7620/19950/17220</w:t>
        <w:br/>
        <w:t>f 7621/19949/17220 7625/19952/17221 7624/19953/17222</w:t>
        <w:br/>
        <w:t>f 7620/19950/17220 7621/19949/17220 7624/19953/17222</w:t>
        <w:br/>
        <w:t>f 7625/19952/17221 7627/19954/17223 7626/19955/17224</w:t>
        <w:br/>
        <w:t>f 7624/19953/17222 7625/19952/17221 7626/19955/17224</w:t>
        <w:br/>
        <w:t>f 7627/19954/17223 7629/19956/17223 7628/19957/17223</w:t>
        <w:br/>
        <w:t>f 7626/19955/17224 7627/19954/17223 7628/19957/17223</w:t>
        <w:br/>
        <w:t>f 7633/19958/17225 7632/19959/17226 7631/19960/17227</w:t>
        <w:br/>
        <w:t>f 7630/19961/17228 7633/19958/17225 7631/19960/17227</w:t>
        <w:br/>
        <w:t>f 7632/19959/17226 7635/19962/17229 7634/19963/17230</w:t>
        <w:br/>
        <w:t>f 7631/19960/17227 7632/19959/17226 7634/19963/17230</w:t>
        <w:br/>
        <w:t>f 7637/19964/17231 7636/19965/17232 7634/19963/17230</w:t>
        <w:br/>
        <w:t>f 7635/19962/17229 7637/19964/17231 7634/19963/17230</w:t>
        <w:br/>
        <w:t>f 7639/19966/17233 7638/19967/17205 7636/19965/17232</w:t>
        <w:br/>
        <w:t>f 7637/19964/17231 7639/19966/17233 7636/19965/17232</w:t>
        <w:br/>
        <w:t>f 7641/19968/17207 7640/19969/17234 7632/19959/17226</w:t>
        <w:br/>
        <w:t>f 7633/19958/17225 7641/19968/17207 7632/19959/17226</w:t>
        <w:br/>
        <w:t>f 7640/19969/17234 7642/19970/17235 7635/19962/17229</w:t>
        <w:br/>
        <w:t>f 7632/19959/17226 7640/19969/17234 7635/19962/17229</w:t>
        <w:br/>
        <w:t>f 7642/19970/17235 7643/19971/17236 7637/19964/17231</w:t>
        <w:br/>
        <w:t>f 7635/19962/17229 7642/19970/17235 7637/19964/17231</w:t>
        <w:br/>
        <w:t>f 7643/19971/17236 7644/19972/17212 7639/19966/17233</w:t>
        <w:br/>
        <w:t>f 7637/19964/17231 7643/19971/17236 7639/19966/17233</w:t>
        <w:br/>
        <w:t>f 7647/19973/17237 7646/19974/17237 7645/19975/17238</w:t>
        <w:br/>
        <w:t>f 7648/19976/17213 7647/19973/17237 7645/19975/17238</w:t>
        <w:br/>
        <w:t>f 7650/19977/17239 7649/19978/17240 7646/19974/17237</w:t>
        <w:br/>
        <w:t>f 7647/19973/17237 7650/19977/17239 7646/19974/17237</w:t>
        <w:br/>
        <w:t>f 7652/19979/17241 7651/19980/17241 7649/19978/17240</w:t>
        <w:br/>
        <w:t>f 7650/19977/17239 7652/19979/17241 7649/19978/17240</w:t>
        <w:br/>
        <w:t>f 7652/19979/17241 7654/19981/17218 7653/19982/17217</w:t>
        <w:br/>
        <w:t>f 7651/19980/17241 7652/19979/17241 7653/19982/17217</w:t>
        <w:br/>
        <w:t>f 7657/19983/17242 7656/19984/17242 7655/19985/17224</w:t>
        <w:br/>
        <w:t>f 7658/19986/17224 7657/19983/17242 7655/19985/17224</w:t>
        <w:br/>
        <w:t>f 7660/19987/17222 7659/19988/17221 7656/19984/17242</w:t>
        <w:br/>
        <w:t>f 7657/19983/17242 7660/19987/17222 7656/19984/17242</w:t>
        <w:br/>
        <w:t>f 7662/19989/17219 7661/19990/17243 7659/19988/17221</w:t>
        <w:br/>
        <w:t>f 7660/19987/17222 7662/19989/17219 7659/19988/17221</w:t>
        <w:br/>
        <w:t>f 7661/19990/17243 7662/19989/17219 7664/19991/17243</w:t>
        <w:br/>
        <w:t>f 7663/19992/17244 7661/19990/17243 7664/19991/17243</w:t>
        <w:br/>
        <w:t>f 7715/19993/17245 7714/19994/17246 7713/19995/17247</w:t>
        <w:br/>
        <w:t>f 7718/19996/17248 7717/19997/17249 7716/19998/17250</w:t>
        <w:br/>
        <w:t>f 7717/19997/17249 7718/19996/17248 7719/19999/17251</w:t>
        <w:br/>
        <w:t>f 7713/19995/17247 7714/19994/17246 7719/19999/17252</w:t>
        <w:br/>
        <w:t>f 7715/19993/17245 7720/20000/17253 7714/19994/17246</w:t>
        <w:br/>
        <w:t>f 7717/19997/17249 7720/20000/17254 7716/19998/17250</w:t>
        <w:br/>
        <w:t>f 8241/20001/17255 8240/20002/17256 8239/20003/17257</w:t>
        <w:br/>
        <w:t>f 8239/20003/17257 8240/20002/17256 8242/20004/17258</w:t>
        <w:br/>
        <w:t>f 8239/20003/17257 8244/20005/17259 8243/20006/17260</w:t>
        <w:br/>
        <w:t>f 8244/20005/17259 8242/20004/17258 8245/20007/17261</w:t>
        <w:br/>
        <w:t>f 8246/20008/17262 8245/20007/17261 8242/20004/17258</w:t>
        <w:br/>
        <w:t>f 8248/20009/17263 8247/20010/17264 8246/20008/17262</w:t>
        <w:br/>
        <w:t>f 8248/20009/17263 8249/20011/17265 8247/20010/17264</w:t>
        <w:br/>
        <w:t>f 8249/20011/17265 8251/20012/17266 8250/20013/17267</w:t>
        <w:br/>
        <w:t>f 8251/20012/17266 8252/20014/17268 8250/20013/17267</w:t>
        <w:br/>
        <w:t>f 8246/20008/17262 8240/20002/17256 8248/20009/17263</w:t>
        <w:br/>
        <w:t>f 8246/20008/17262 8242/20004/17258 8240/20002/17256</w:t>
        <w:br/>
        <w:t>f 8253/20015/17269 8239/20003/17257 8243/20006/17260</w:t>
        <w:br/>
        <w:t>f 8241/20001/17255 8255/20016/17270 8254/20017/17271</w:t>
        <w:br/>
        <w:t>f 8241/20001/17255 8254/20017/17271 8240/20002/17256</w:t>
        <w:br/>
        <w:t>f 8254/20017/17271 8256/20018/17272 8240/20002/17256</w:t>
        <w:br/>
        <w:t>f 8254/20017/17271 8257/20019/17273 8256/20018/17272</w:t>
        <w:br/>
        <w:t>f 8255/20016/17270 8241/20001/17255 8253/20015/17269</w:t>
        <w:br/>
        <w:t>f 8248/20009/17263 8240/20002/17256 8251/20012/17266</w:t>
        <w:br/>
        <w:t>f 8251/20012/17266 8240/20002/17256 8256/20018/17272</w:t>
        <w:br/>
        <w:t>f 8256/20018/17272 8257/20019/17273 8252/20014/17268</w:t>
        <w:br/>
        <w:t>f 8241/20001/17255 8239/20003/17257 8253/20015/17269</w:t>
        <w:br/>
        <w:t>f 8242/20004/17258 8244/20005/17259 8239/20003/17257</w:t>
        <w:br/>
        <w:t>f 8249/20011/17265 8248/20009/17263 8251/20012/17266</w:t>
        <w:br/>
        <w:t>f 8251/20012/17266 8256/20018/17272 8252/20014/17268</w:t>
        <w:br/>
        <w:t>f 8246/20008/17262 8247/20010/17264 8258/20020/17274</w:t>
        <w:br/>
        <w:t>f 8246/20008/17262 8258/20020/17274 8245/20007/17261</w:t>
        <w:br/>
        <w:t>f 8254/20017/17271 8255/20016/17270 8259/20021/17275</w:t>
        <w:br/>
        <w:t>f 8259/20021/17275 8257/20019/17273 8254/20017/17271</w:t>
        <w:br/>
        <w:t>f 8747/20022/17276 8746/20023/17277 8745/20024/17278</w:t>
        <w:br/>
        <w:t>f 8750/20025/17279 8749/20026/17280 8748/20027/17281</w:t>
        <w:br/>
        <w:t>f 8751/20028/17282 8750/20025/17279 8748/20027/17281</w:t>
        <w:br/>
        <w:t>f 8746/20023/17277 8752/20029/17283 8745/20024/17278</w:t>
        <w:br/>
        <w:t>f 8755/20030/17284 8754/20031/17285 8753/20032/17286</w:t>
        <w:br/>
        <w:t>f 8756/20033/17287 8755/20030/17284 8753/20032/17286</w:t>
        <w:br/>
        <w:t>f 8757/20034/17288 8755/20030/17284 8756/20033/17287</w:t>
        <w:br/>
        <w:t>f 8760/20035/17289 8759/20036/17290 8758/20037/17291</w:t>
        <w:br/>
        <w:t>f 8761/20038/17292 8758/20037/17291 8759/20036/17290</w:t>
        <w:br/>
        <w:t>f 8764/20039/17293 8763/20040/17294 8762/20041/17295</w:t>
        <w:br/>
        <w:t>f 8766/20042/17296 8765/20043/17297 8763/20040/17294</w:t>
        <w:br/>
        <w:t>f 8746/20023/17277 8747/20022/17276 8753/20032/17286</w:t>
        <w:br/>
        <w:t>f 8754/20031/17285 8746/20023/17277 8753/20032/17286</w:t>
        <w:br/>
        <w:t>f 8753/20032/17286 8768/20044/17298 8767/20045/17299</w:t>
        <w:br/>
        <w:t>f 8770/20046/17300 8763/20040/17294 8759/20036/17290</w:t>
        <w:br/>
        <w:t>f 8769/20047/17301 8770/20046/17300 8759/20036/17290</w:t>
        <w:br/>
        <w:t>f 8771/20048/17302 8769/20047/17301 8759/20036/17290</w:t>
        <w:br/>
        <w:t>f 8756/20033/17287 8773/20049/17303 8772/20050/17304</w:t>
        <w:br/>
        <w:t>f 8756/20033/17287 8775/20051/17305 8774/20052/17306</w:t>
        <w:br/>
        <w:t>f 8771/20048/17302 8777/20053/17307 8776/20054/17308</w:t>
        <w:br/>
        <w:t>f 8763/20040/17294 8764/20039/17293 8759/20036/17290</w:t>
        <w:br/>
        <w:t>f 8779/20055/17309 8747/20022/17276 8778/20056/17310</w:t>
        <w:br/>
        <w:t>f 8781/20057/17311 8780/20058/17312 8771/20048/17302</w:t>
        <w:br/>
        <w:t>f 8776/20054/17308 8781/20057/17311 8771/20048/17302</w:t>
        <w:br/>
        <w:t>f 8782/20059/17313 8780/20058/17312 8781/20057/17311</w:t>
        <w:br/>
        <w:t>f 8783/20060/17314 8782/20059/17313 8781/20057/17311</w:t>
        <w:br/>
        <w:t>f 8782/20059/17313 8783/20060/17314 8784/20061/17315</w:t>
        <w:br/>
        <w:t>f 8785/20062/17316 8784/20061/17315 8783/20060/17314</w:t>
        <w:br/>
        <w:t>f 8786/20063/17317 8785/20062/17316 8783/20060/17314</w:t>
        <w:br/>
        <w:t>f 8788/20064/17318 8786/20063/17317 8787/20065/17319</w:t>
        <w:br/>
        <w:t>f 8789/20066/17319 8788/20064/17318 8787/20065/17319</w:t>
        <w:br/>
        <w:t>f 8785/20062/17316 8786/20063/17317 8788/20064/17318</w:t>
        <w:br/>
        <w:t>f 8791/20067/17320 8790/20068/17321 8789/20066/17319</w:t>
        <w:br/>
        <w:t>f 8787/20065/17319 8791/20067/17320 8789/20066/17319</w:t>
        <w:br/>
        <w:t>f 8791/20067/17320 8792/20069/17322 8790/20068/17321</w:t>
        <w:br/>
        <w:t>f 8796/20070/17323 8795/20071/17324 8794/20072/17325</w:t>
        <w:br/>
        <w:t>f 8793/20073/17326 8796/20070/17323 8794/20072/17325</w:t>
        <w:br/>
        <w:t>f 8800/20074/17327 8799/20075/17328 8798/20076/17329</w:t>
        <w:br/>
        <w:t>f 8797/20077/17330 8800/20074/17327 8798/20076/17329</w:t>
        <w:br/>
        <w:t>f 8801/20078/17331 8800/20074/17327 8796/20070/17323</w:t>
        <w:br/>
        <w:t>f 8803/20079/17332 8802/20080/17333 8794/20072/17325</w:t>
        <w:br/>
        <w:t>f 8795/20071/17324 8803/20079/17332 8794/20072/17325</w:t>
        <w:br/>
        <w:t>f 8802/20080/17333 8803/20079/17332 8804/20081/17334</w:t>
        <w:br/>
        <w:t>f 8807/20082/17335 8806/20083/17336 8805/20084/17337</w:t>
        <w:br/>
        <w:t>f 8810/20085/17338 8809/20086/17339 8808/20087/17340</w:t>
        <w:br/>
        <w:t>f 8812/20088/17341 8810/20085/17338 8811/20089/17342</w:t>
        <w:br/>
        <w:t>f 8814/20090/17343 8813/20091/17344 8812/20088/17341</w:t>
        <w:br/>
        <w:t>f 8813/20091/17344 8816/20092/17345 8815/20093/17346</w:t>
        <w:br/>
        <w:t>f 8793/20073/17326 8818/20094/17347 8817/20095/17348</w:t>
        <w:br/>
        <w:t>f 8820/20096/17349 8819/20097/17350 8810/20085/17338</w:t>
        <w:br/>
        <w:t>f 8813/20091/17344 8820/20096/17349 8810/20085/17338</w:t>
        <w:br/>
        <w:t>f 8810/20085/17338 8805/20084/17337 8806/20083/17336</w:t>
        <w:br/>
        <w:t>f 8794/20072/17325 8822/20098/17351 8821/20099/17352</w:t>
        <w:br/>
        <w:t>f 8823/20100/17353 8813/20091/17344 8802/20080/17333</w:t>
        <w:br/>
        <w:t>f 8812/20088/17341 8813/20091/17344 8810/20085/17338</w:t>
        <w:br/>
        <w:t>f 8817/20095/17348 8824/20101/17354 8793/20073/17326</w:t>
        <w:br/>
        <w:t>f 8825/20102/17355 8807/20082/17335 8805/20084/17337</w:t>
        <w:br/>
        <w:t>f 8826/20103/17356 8825/20102/17355 8805/20084/17337</w:t>
        <w:br/>
        <w:t>f 8828/20104/17357 8827/20105/17358 8825/20102/17355</w:t>
        <w:br/>
        <w:t>f 8826/20103/17356 8828/20104/17357 8825/20102/17355</w:t>
        <w:br/>
        <w:t>f 8827/20105/17358 8828/20104/17357 8829/20106/17359</w:t>
        <w:br/>
        <w:t>f 8831/20107/17360 8830/20108/17361 8827/20105/17358</w:t>
        <w:br/>
        <w:t>f 8829/20106/17359 8831/20107/17360 8827/20105/17358</w:t>
        <w:br/>
        <w:t>f 8834/20109/17362 8830/20108/17361 8833/20110/17363</w:t>
        <w:br/>
        <w:t>f 8832/20111/17362 8834/20109/17362 8833/20110/17363</w:t>
        <w:br/>
        <w:t>f 8833/20110/17363 8830/20108/17361 8831/20107/17360</w:t>
        <w:br/>
        <w:t>f 8835/20112/17364 8834/20109/17362 8832/20111/17362</w:t>
        <w:br/>
        <w:t>f 8836/20113/17365 8835/20112/17364 8832/20111/17362</w:t>
        <w:br/>
        <w:t>f 8835/20112/17364 8838/20114/17366 8837/20115/17367</w:t>
        <w:br/>
        <w:t>f 8840/20116/17368 8839/20117/17369 8795/20071/17324</w:t>
        <w:br/>
        <w:t>f 8796/20070/17323 8840/20116/17368 8795/20071/17324</w:t>
        <w:br/>
        <w:t>f 8841/20118/17370 8746/20023/17277 8754/20031/17285</w:t>
        <w:br/>
        <w:t>f 8842/20119/17371 8841/20118/17370 8754/20031/17285</w:t>
        <w:br/>
        <w:t>f 8845/20120/17372 8844/20121/17372 8843/20122/17372</w:t>
        <w:br/>
        <w:t>f 8848/20123/17373 8847/20124/17374 8846/20125/17375</w:t>
        <w:br/>
        <w:t>f 8851/20126/17376 8850/20127/17377 8849/20128/17378</w:t>
        <w:br/>
        <w:t>f 8846/20125/17375 8853/20129/17379 8852/20130/17380</w:t>
        <w:br/>
        <w:t>f 8848/20123/17373 8846/20125/17375 8852/20130/17380</w:t>
        <w:br/>
        <w:t>f 8854/20131/17381 8851/20126/17382 8749/20026/17280</w:t>
        <w:br/>
        <w:t>f 8750/20025/17279 8854/20131/17381 8749/20026/17280</w:t>
        <w:br/>
        <w:t>f 8853/20129/17383 8840/20116/17368 8796/20070/17323</w:t>
        <w:br/>
        <w:t>f 8800/20074/17327 8853/20129/17383 8796/20070/17323</w:t>
        <w:br/>
        <w:t>f 8746/20023/17277 8841/20118/17370 8854/20131/17381</w:t>
        <w:br/>
        <w:t>f 8750/20025/17279 8746/20023/17277 8854/20131/17381</w:t>
        <w:br/>
        <w:t>f 8839/20117/17369 8855/20132/17384 8803/20079/17332</w:t>
        <w:br/>
        <w:t>f 8795/20071/17324 8839/20117/17369 8803/20079/17332</w:t>
        <w:br/>
        <w:t>f 8755/20030/17284 8856/20133/17385 8842/20119/17371</w:t>
        <w:br/>
        <w:t>f 8754/20031/17285 8755/20030/17284 8842/20119/17371</w:t>
        <w:br/>
        <w:t>f 8855/20132/17384 8857/20134/17386 8804/20081/17334</w:t>
        <w:br/>
        <w:t>f 8803/20079/17332 8855/20132/17384 8804/20081/17334</w:t>
        <w:br/>
        <w:t>f 8757/20034/17288 8858/20135/17387 8856/20133/17385</w:t>
        <w:br/>
        <w:t>f 8755/20030/17284 8757/20034/17288 8856/20133/17385</w:t>
        <w:br/>
        <w:t>f 8804/20081/17334 8857/20134/17386 8860/20136/17388</w:t>
        <w:br/>
        <w:t>f 8859/20137/17389 8804/20081/17334 8860/20136/17388</w:t>
        <w:br/>
        <w:t>f 8757/20034/17288 8774/20052/17306 8861/20138/17390</w:t>
        <w:br/>
        <w:t>f 8858/20135/17387 8757/20034/17288 8861/20138/17390</w:t>
        <w:br/>
        <w:t>f 8864/20139/17391 8863/20140/17392 8862/20141/17393</w:t>
        <w:br/>
        <w:t>f 8865/20142/17394 8864/20139/17391 8862/20141/17393</w:t>
        <w:br/>
        <w:t>f 8770/20046/17300 8769/20047/17301 8867/20143/17395</w:t>
        <w:br/>
        <w:t>f 8866/20144/17396 8770/20046/17300 8867/20143/17395</w:t>
        <w:br/>
        <w:t>f 8863/20140/17392 8869/20145/17397 8868/20146/17398</w:t>
        <w:br/>
        <w:t>f 8862/20141/17393 8863/20140/17392 8868/20146/17398</w:t>
        <w:br/>
        <w:t>f 8769/20047/17301 8871/20147/17399 8870/20148/17400</w:t>
        <w:br/>
        <w:t>f 8867/20143/17395 8769/20047/17301 8870/20148/17400</w:t>
        <w:br/>
        <w:t>f 8823/20100/17353 8872/20149/17401 8864/20139/17391</w:t>
        <w:br/>
        <w:t>f 8820/20096/17349 8823/20100/17353 8864/20139/17391</w:t>
        <w:br/>
        <w:t>f 8775/20051/17305 8770/20046/17300 8866/20144/17396</w:t>
        <w:br/>
        <w:t>f 8873/20150/17402 8775/20051/17305 8866/20144/17396</w:t>
        <w:br/>
        <w:t>f 8859/20137/17389 8860/20136/17388 8872/20149/17401</w:t>
        <w:br/>
        <w:t>f 8823/20100/17353 8859/20137/17389 8872/20149/17401</w:t>
        <w:br/>
        <w:t>f 8774/20052/17306 8775/20051/17305 8873/20150/17402</w:t>
        <w:br/>
        <w:t>f 8861/20138/17390 8774/20052/17306 8873/20150/17402</w:t>
        <w:br/>
        <w:t>f 8876/20151/17403 8875/20152/17403 8874/20153/17403</w:t>
        <w:br/>
        <w:t>f 8869/20145/17397 8878/20154/17404 8877/20155/17405</w:t>
        <w:br/>
        <w:t>f 8868/20146/17398 8869/20145/17397 8877/20155/17405</w:t>
        <w:br/>
        <w:t>f 8871/20147/17406 8881/20156/17407 8880/20157/17404</w:t>
        <w:br/>
        <w:t>f 8879/20158/17397 8871/20147/17406 8880/20157/17404</w:t>
        <w:br/>
        <w:t>f 8878/20154/17404 8883/20159/17408 8882/20160/17409</w:t>
        <w:br/>
        <w:t>f 8877/20155/17405 8878/20154/17404 8882/20160/17409</w:t>
        <w:br/>
        <w:t>f 8881/20156/17407 8885/20161/17410 8884/20162/17411</w:t>
        <w:br/>
        <w:t>f 8880/20157/17404 8881/20156/17407 8884/20162/17411</w:t>
        <w:br/>
        <w:t>f 8887/20163/17412 8886/20164/17413 8884/20162/17411</w:t>
        <w:br/>
        <w:t>f 8887/20163/17412 8884/20162/17411 8885/20161/17410</w:t>
        <w:br/>
        <w:t>f 8887/20163/17412 8889/20165/17414 8888/20166/17415</w:t>
        <w:br/>
        <w:t>f 8886/20164/17413 8887/20163/17412 8888/20166/17415</w:t>
        <w:br/>
        <w:t>f 8892/20167/17416 8891/20168/17417 8890/20169/17418</w:t>
        <w:br/>
        <w:t>f 8893/20170/17419 8892/20167/17416 8890/20169/17418</w:t>
        <w:br/>
        <w:t>f 8893/20170/17419 8890/20169/17418 8888/20166/17415</w:t>
        <w:br/>
        <w:t>f 8889/20165/17414 8893/20170/17419 8888/20166/17415</w:t>
        <w:br/>
        <w:t>f 8895/20171/17420 8894/20172/17421 8891/20168/17417</w:t>
        <w:br/>
        <w:t>f 8892/20167/17416 8895/20171/17420 8891/20168/17417</w:t>
        <w:br/>
        <w:t>f 8898/20173/17422 8897/20174/17423 8896/20175/17424</w:t>
        <w:br/>
        <w:t>f 8899/20176/17424 8898/20173/17422 8896/20175/17424</w:t>
        <w:br/>
        <w:t>f 8900/20177/17425 8897/20174/17423 8898/20173/17422</w:t>
        <w:br/>
        <w:t>f 8899/20176/17424 8896/20175/17424 8894/20172/17421</w:t>
        <w:br/>
        <w:t>f 8895/20171/17420 8899/20176/17424 8894/20172/17421</w:t>
        <w:br/>
        <w:t>f 8810/20085/17338 8819/20097/17350 8805/20084/17337</w:t>
        <w:br/>
        <w:t>f 8777/20053/17307 8759/20036/17290 8760/20035/17289</w:t>
        <w:br/>
        <w:t>f 8771/20048/17302 8759/20036/17290 8777/20053/17307</w:t>
        <w:br/>
        <w:t>f 8810/20085/17338 8806/20083/17336 8809/20086/17339</w:t>
        <w:br/>
        <w:t>f 8823/20100/17353 8802/20080/17333 8859/20137/17389</w:t>
        <w:br/>
        <w:t>f 8763/20040/17294 8775/20051/17305 8756/20033/17287</w:t>
        <w:br/>
        <w:t>f 8901/20178/17426 8813/20091/17344 8815/20093/17346</w:t>
        <w:br/>
        <w:t>f 8766/20042/17296 8763/20040/17294 8902/20179/17427</w:t>
        <w:br/>
        <w:t>f 8814/20090/17343 8816/20092/17345 8813/20091/17344</w:t>
        <w:br/>
        <w:t>f 8762/20041/17295 8763/20040/17294 8765/20043/17297</w:t>
        <w:br/>
        <w:t>f 8773/20049/17303 8753/20032/17286 8767/20045/17299</w:t>
        <w:br/>
        <w:t>f 8794/20072/17325 8802/20080/17333 8822/20098/17351</w:t>
        <w:br/>
        <w:t>f 8756/20033/17287 8753/20032/17286 8773/20049/17303</w:t>
        <w:br/>
        <w:t>f 8822/20098/17351 8802/20080/17333 8903/20180/17428</w:t>
        <w:br/>
        <w:t>f 8794/20072/17325 8818/20094/17347 8793/20073/17326</w:t>
        <w:br/>
        <w:t>f 8747/20022/17276 8779/20055/17309 8768/20044/17298</w:t>
        <w:br/>
        <w:t>f 8747/20022/17276 8768/20044/17298 8753/20032/17286</w:t>
        <w:br/>
        <w:t>f 8794/20072/17325 8821/20099/17352 8818/20094/17347</w:t>
        <w:br/>
        <w:t>f 8757/20034/17288 8756/20033/17287 8774/20052/17306</w:t>
        <w:br/>
        <w:t>f 8802/20080/17333 8804/20081/17334 8859/20137/17389</w:t>
        <w:br/>
        <w:t>f 8883/20159/17408 8904/20181/17429 8882/20160/17409</w:t>
        <w:br/>
        <w:t>f 8823/20100/17353 8820/20096/17349 8813/20091/17344</w:t>
        <w:br/>
        <w:t>f 8763/20040/17294 8770/20046/17300 8775/20051/17305</w:t>
        <w:br/>
        <w:t>f 8811/20089/17342 8810/20085/17338 8808/20087/17340</w:t>
        <w:br/>
        <w:t>f 8761/20038/17292 8759/20036/17290 8764/20039/17293</w:t>
        <w:br/>
        <w:t>f 8835/20112/17364 8905/20182/17430 8838/20114/17366</w:t>
        <w:br/>
        <w:t>f 8791/20067/17320 8907/20183/17431 8906/20184/17432</w:t>
        <w:br/>
        <w:t>f 8836/20113/17365 8905/20182/17430 8835/20112/17364</w:t>
        <w:br/>
        <w:t>f 8791/20067/17320 8906/20184/17432 8792/20069/17322</w:t>
        <w:br/>
        <w:t>f 8801/20078/17331 8796/20070/17323 8908/20185/17433</w:t>
        <w:br/>
        <w:t>f 8801/20078/17331 8799/20075/17328 8800/20074/17327</w:t>
        <w:br/>
        <w:t>f 8750/20025/17279 8751/20028/17282 8752/20029/17283</w:t>
        <w:br/>
        <w:t>f 8750/20025/17279 8752/20029/17283 8746/20023/17277</w:t>
        <w:br/>
        <w:t>f 8797/20077/17330 8798/20076/17329 8909/20186/17434</w:t>
        <w:br/>
        <w:t>f 8748/20027/17281 8749/20026/17280 8910/20187/17435</w:t>
        <w:br/>
        <w:t>f 8911/20188/17436 8910/20187/17435 8749/20026/17280</w:t>
        <w:br/>
        <w:t>f 8797/20077/17330 8909/20186/17434 8912/20189/17437</w:t>
        <w:br/>
        <w:t>f 8903/20180/17428 8813/20091/17344 8913/20190/17438</w:t>
        <w:br/>
        <w:t>f 8913/20190/17438 8813/20091/17344 8914/20191/17439</w:t>
        <w:br/>
        <w:t>f 8914/20191/17439 8813/20091/17344 8901/20178/17426</w:t>
        <w:br/>
        <w:t>f 8915/20192/17440 8763/20040/17294 8772/20050/17304</w:t>
        <w:br/>
        <w:t>f 8772/20050/17304 8763/20040/17294 8756/20033/17287</w:t>
        <w:br/>
        <w:t>f 8916/20193/17441 8763/20040/17294 8915/20192/17440</w:t>
        <w:br/>
        <w:t>f 8902/20179/17427 8763/20040/17294 8916/20193/17441</w:t>
        <w:br/>
        <w:t>f 8802/20080/17333 8813/20091/17344 8903/20180/17428</w:t>
        <w:br/>
        <w:t>f 8793/20073/17326 8908/20185/17433 8796/20070/17323</w:t>
        <w:br/>
        <w:t>f 9072/20194/16997 9071/20195/16997 9070/20196/16997</w:t>
        <w:br/>
        <w:t>f 9073/20197/16997 9072/20194/16997 9070/20196/16997</w:t>
        <w:br/>
        <w:t>f 9077/20198/14511 9076/20199/14511 9075/20200/14511</w:t>
        <w:br/>
        <w:t>f 9074/20201/14511 9077/20198/14511 9075/20200/14511</w:t>
        <w:br/>
        <w:t>f 9081/20202/14510 9080/20203/14186 9079/20204/14510</w:t>
        <w:br/>
        <w:t>f 9078/20205/17081 9081/20202/14510 9079/20204/14510</w:t>
        <w:br/>
        <w:t>f 9084/20206/14529 9083/20207/14529 9082/20208/14529</w:t>
        <w:br/>
        <w:t>f 9085/20209/14529 9084/20206/14529 9082/20208/14529</w:t>
        <w:br/>
        <w:t>f 9089/20210/17086 9088/20211/17086 9087/20212/17086</w:t>
        <w:br/>
        <w:t>f 9086/20213/17086 9089/20210/17086 9087/20212/17086</w:t>
        <w:br/>
        <w:t>f 9092/20214/17083 9091/20215/17083 9090/20216/17083</w:t>
        <w:br/>
        <w:t>f 9093/20217/17083 9092/20214/17083 9090/20216/17083</w:t>
        <w:br/>
        <w:t>f 9097/20218/14529 9096/20219/14529 9095/20220/17442</w:t>
        <w:br/>
        <w:t>f 9094/20221/17443 9097/20218/14529 9095/20220/17442</w:t>
        <w:br/>
        <w:t>f 9099/20222/17444 9098/20223/17445 9095/20220/17442</w:t>
        <w:br/>
        <w:t>f 9103/20224/17446 9102/20225/17446 9101/20226/17447</w:t>
        <w:br/>
        <w:t>f 9100/20227/17448 9103/20224/17446 9101/20226/17447</w:t>
        <w:br/>
        <w:t>f 9107/20228/17449 9106/20229/17450 9105/20230/17451</w:t>
        <w:br/>
        <w:t>f 9104/20231/17452 9107/20228/17449 9105/20230/17451</w:t>
        <w:br/>
        <w:t>f 9111/20232/17453 9110/20233/17454 9109/20234/17455</w:t>
        <w:br/>
        <w:t>f 9108/20235/17456 9111/20232/17453 9109/20234/17455</w:t>
        <w:br/>
        <w:t>f 9115/20236/17457 9114/20237/17458 9113/20238/17459</w:t>
        <w:br/>
        <w:t>f 9112/20239/17459 9115/20236/17457 9113/20238/17459</w:t>
        <w:br/>
        <w:t>f 9117/20240/17460 9116/20241/17461 9110/20233/17454</w:t>
        <w:br/>
        <w:t>f 9111/20232/17453 9117/20240/17460 9110/20233/17454</w:t>
        <w:br/>
        <w:t>f 9120/20242/17445 9119/20243/17462 9118/20244/17463</w:t>
        <w:br/>
        <w:t>f 9121/20245/17464 9120/20242/17445 9118/20244/17463</w:t>
        <w:br/>
        <w:t>f 9123/20246/17465 9116/20241/17461 9117/20240/17460</w:t>
        <w:br/>
        <w:t>f 9122/20247/17465 9123/20246/17465 9117/20240/17460</w:t>
        <w:br/>
        <w:t>f 9118/20244/17463 9130/20248/17466 9121/20245/17464</w:t>
        <w:br/>
        <w:t>f 9094/20221/17443 9095/20220/17442 9098/20223/17445</w:t>
        <w:br/>
        <w:t>f 9131/20249/17467 9094/20221/17443 9098/20223/17445</w:t>
        <w:br/>
        <w:t>f 9131/20249/17467 9132/20250/17468 9094/20221/17443</w:t>
        <w:br/>
        <w:t>f 9135/20251/17462 9134/20252/17469 9133/20253/17470</w:t>
        <w:br/>
        <w:t>f 9141/20254/16997 9140/20255/17471 9139/20256/17472</w:t>
        <w:br/>
        <w:t>f 9138/20257/16997 9141/20254/16997 9139/20256/17472</w:t>
        <w:br/>
        <w:t>f 9143/20258/17473 9139/20256/17472 9142/20259/17474</w:t>
        <w:br/>
        <w:t>f 9147/20260/17446 9146/20261/17475 9145/20262/17476</w:t>
        <w:br/>
        <w:t>f 9144/20263/17477 9147/20260/17446 9145/20262/17476</w:t>
        <w:br/>
        <w:t>f 9151/20264/17478 9150/20265/17479 9149/20266/17451</w:t>
        <w:br/>
        <w:t>f 9148/20267/17451 9151/20264/17478 9149/20266/17451</w:t>
        <w:br/>
        <w:t>f 9155/20268/17480 9154/20269/17481 9153/20270/17482</w:t>
        <w:br/>
        <w:t>f 9152/20271/17480 9155/20268/17480 9153/20270/17482</w:t>
        <w:br/>
        <w:t>f 9159/20272/17483 9158/20273/17483 9157/20274/17483</w:t>
        <w:br/>
        <w:t>f 9156/20275/17483 9159/20272/17483 9157/20274/17483</w:t>
        <w:br/>
        <w:t>f 9161/20276/17484 9155/20268/17480 9152/20271/17480</w:t>
        <w:br/>
        <w:t>f 9160/20277/17485 9161/20276/17484 9152/20271/17480</w:t>
        <w:br/>
        <w:t>f 9164/20278/17486 9163/20279/17487 9133/20253/17470</w:t>
        <w:br/>
        <w:t>f 9162/20280/17488 9164/20278/17486 9133/20253/17470</w:t>
        <w:br/>
        <w:t>f 9166/20281/17465 9165/20282/17465 9161/20276/17484</w:t>
        <w:br/>
        <w:t>f 9160/20277/17485 9166/20281/17465 9161/20276/17484</w:t>
        <w:br/>
        <w:t>f 9170/20283/17489 9169/20284/17489 9168/20285/17490</w:t>
        <w:br/>
        <w:t>f 9167/20286/17491 9170/20283/17489 9168/20285/17490</w:t>
        <w:br/>
        <w:t>f 9172/20287/17492 9171/20288/17493 9169/20284/17489</w:t>
        <w:br/>
        <w:t>f 9170/20283/17489 9172/20287/17492 9169/20284/17489</w:t>
        <w:br/>
        <w:t>f 9173/20289/17486 9142/20259/17474 9139/20256/17472</w:t>
        <w:br/>
        <w:t>f 9140/20255/17471 9173/20289/17486 9139/20256/17472</w:t>
        <w:br/>
        <w:t>f 9173/20289/17486 9140/20255/17471 9174/20290/17494</w:t>
        <w:br/>
        <w:t>f 9133/20253/17470 9134/20252/17469 9175/20291/17495</w:t>
        <w:br/>
        <w:t>f 9177/20292/8159 9171/20288/17493 9172/20287/17492</w:t>
        <w:br/>
        <w:t>f 9176/20293/17496 9177/20292/8159 9172/20287/17492</w:t>
        <w:br/>
        <w:t>f 9181/20294/17470 9180/20295/17487 9179/20296/17463</w:t>
        <w:br/>
        <w:t>f 9178/20297/17462 9181/20294/17470 9179/20296/17463</w:t>
        <w:br/>
        <w:t>f 9119/20243/17462 9183/20298/17497 9182/20299/17469</w:t>
        <w:br/>
        <w:t>f 9185/20300/17463 9163/20279/17487 9184/20301/17466</w:t>
        <w:br/>
        <w:t>f 9163/20279/17487 9186/20302/17498 9184/20301/17466</w:t>
        <w:br/>
        <w:t>f 9239/20303/17499 9238/20304/17500 9237/20305/17501</w:t>
        <w:br/>
        <w:t>f 9240/20306/17502 9239/20303/17499 9237/20305/17501</w:t>
        <w:br/>
        <w:t>f 9237/20305/17501 9238/20304/17500 9241/20307/17503</w:t>
        <w:br/>
        <w:t>f 9242/20308/17504 9241/20307/17503 9238/20304/17500</w:t>
        <w:br/>
        <w:t>f 9240/20306/17502 9243/20309/17505 9239/20303/17499</w:t>
        <w:br/>
        <w:t>f 9245/20310/17506 9242/20308/17504 9244/20311/17507</w:t>
        <w:br/>
        <w:t>f 9246/20312/17508 9245/20310/17506 9244/20311/17507</w:t>
        <w:br/>
        <w:t>f 9247/20313/17509 9246/20312/17508 9244/20311/17507</w:t>
        <w:br/>
        <w:t>f 9248/20314/17510 9247/20313/17509 9244/20311/17507</w:t>
        <w:br/>
        <w:t>f 9251/20315/17511 9250/20316/17512 9249/20317/17513</w:t>
        <w:br/>
        <w:t>f 9250/20316/17512 9247/20313/17509 9248/20314/17510</w:t>
        <w:br/>
        <w:t>f 9251/20315/17511 9249/20317/17513 9243/20309/17505</w:t>
        <w:br/>
        <w:t>f 9255/20318/17514 9254/20319/17515 9253/20320/17516</w:t>
        <w:br/>
        <w:t>f 9252/20321/17517 9255/20318/17514 9253/20320/17516</w:t>
        <w:br/>
        <w:t>f 9256/20322/17518 9252/20321/17517 9253/20320/17516</w:t>
        <w:br/>
        <w:t>f 9257/20323/17519 9256/20322/17518 9253/20320/17516</w:t>
        <w:br/>
        <w:t>f 9254/20319/17515 9255/20318/17514 9258/20324/17520</w:t>
        <w:br/>
        <w:t>f 9260/20325/17521 9258/20324/17520 9259/20326/17522</w:t>
        <w:br/>
        <w:t>f 9264/20327/17523 9263/20328/17524 9262/20329/17525</w:t>
        <w:br/>
        <w:t>f 9261/20330/17526 9264/20327/17523 9262/20329/17525</w:t>
        <w:br/>
        <w:t>f 9265/20331/17527 9264/20327/17523 9261/20330/17526</w:t>
        <w:br/>
        <w:t>f 9265/20331/17527 9260/20325/17521 9259/20326/17522</w:t>
        <w:br/>
        <w:t>f 9262/20329/17525 9263/20328/17524 9266/20332/17528</w:t>
        <w:br/>
        <w:t>f 9266/20332/17528 9257/20323/17519 9262/20329/17525</w:t>
        <w:br/>
        <w:t>f 9265/20331/17527 9261/20330/17526 9260/20325/17521</w:t>
        <w:br/>
        <w:t>f 9260/20325/17521 9254/20319/17515 9258/20324/17520</w:t>
        <w:br/>
        <w:t>f 9249/20317/17513 9250/20316/17512 9248/20314/17510</w:t>
        <w:br/>
        <w:t>f 9243/20309/17505 9249/20317/17513 9239/20303/17499</w:t>
        <w:br/>
        <w:t>f 9266/20332/17528 9267/20333/17529 9257/20323/17519</w:t>
        <w:br/>
        <w:t>f 9267/20333/17529 9256/20322/17518 9257/20323/17519</w:t>
        <w:br/>
        <w:t>f 9245/20310/17506 9268/20334/17530 9242/20308/17504</w:t>
        <w:br/>
        <w:t>f 9268/20334/17530 9241/20307/17503 9242/20308/17504</w:t>
        <w:br/>
        <w:t>f 9271/20335/17531 9270/20336/17532 9269/20337/17533</w:t>
        <w:br/>
        <w:t>f 9272/20338/17534 9271/20335/17531 9269/20337/17533</w:t>
        <w:br/>
        <w:t>f 9271/20335/17531 9273/20339/17535 9270/20336/17532</w:t>
        <w:br/>
        <w:t>f 9274/20340/17536 9270/20336/17532 9273/20339/17535</w:t>
        <w:br/>
        <w:t>f 9272/20338/17534 9269/20337/17533 9275/20341/17537</w:t>
        <w:br/>
        <w:t>f 9277/20342/17538 9276/20343/17539 9274/20340/17536</w:t>
        <w:br/>
        <w:t>f 9278/20344/17540 9276/20343/17539 9277/20342/17538</w:t>
        <w:br/>
        <w:t>f 9276/20343/17539 9278/20344/17540 9279/20345/17541</w:t>
        <w:br/>
        <w:t>f 9280/20346/17542 9276/20343/17539 9279/20345/17541</w:t>
        <w:br/>
        <w:t>f 9283/20347/17543 9282/20348/17544 9281/20349/17545</w:t>
        <w:br/>
        <w:t>f 9281/20349/17545 9280/20346/17542 9279/20345/17541</w:t>
        <w:br/>
        <w:t>f 9283/20347/17543 9275/20341/17537 9282/20348/17544</w:t>
        <w:br/>
        <w:t>f 9287/20350/17546 9286/20351/17547 9285/20352/17548</w:t>
        <w:br/>
        <w:t>f 9284/20353/17549 9287/20350/17546 9285/20352/17548</w:t>
        <w:br/>
        <w:t>f 9288/20354/17550 9285/20352/17548 9286/20351/17547</w:t>
        <w:br/>
        <w:t>f 9289/20355/17551 9285/20352/17548 9288/20354/17550</w:t>
        <w:br/>
        <w:t>f 9284/20353/17549 9290/20356/17552 9287/20350/17546</w:t>
        <w:br/>
        <w:t>f 9292/20357/17553 9291/20358/17554 9290/20356/17552</w:t>
        <w:br/>
        <w:t>f 9296/20359/17555 9295/20360/17556 9294/20361/17557</w:t>
        <w:br/>
        <w:t>f 9293/20362/17558 9296/20359/17555 9294/20361/17557</w:t>
        <w:br/>
        <w:t>f 9297/20363/17559 9295/20360/17556 9296/20359/17555</w:t>
        <w:br/>
        <w:t>f 9297/20363/17559 9291/20358/17554 9292/20357/17553</w:t>
        <w:br/>
        <w:t>f 9294/20361/17557 9298/20364/17560 9293/20362/17558</w:t>
        <w:br/>
        <w:t>f 9298/20364/17560 9294/20361/17557 9289/20355/17551</w:t>
        <w:br/>
        <w:t>f 9297/20363/17559 9292/20357/17553 9295/20360/17556</w:t>
        <w:br/>
        <w:t>f 9292/20357/17553 9290/20356/17552 9284/20353/17549</w:t>
        <w:br/>
        <w:t>f 9282/20348/17544 9280/20346/17542 9281/20349/17545</w:t>
        <w:br/>
        <w:t>f 9275/20341/17537 9269/20337/17533 9282/20348/17544</w:t>
        <w:br/>
        <w:t>f 9298/20364/17560 9289/20355/17551 9299/20365/17561</w:t>
        <w:br/>
        <w:t>f 9299/20365/17561 9289/20355/17551 9288/20354/17550</w:t>
        <w:br/>
        <w:t>f 9277/20342/17538 9274/20340/17536 9300/20366/17562</w:t>
        <w:br/>
        <w:t>f 9300/20366/17562 9274/20340/17536 9273/20339/17535</w:t>
        <w:br/>
        <w:t>f 9303/20367/17563 9302/20368/17564 9301/20369/17564</w:t>
        <w:br/>
        <w:t>f 9304/20370/17565 9303/20367/17563 9301/20369/17564</w:t>
        <w:br/>
        <w:t>f 9304/20370/17565 9305/20371/17566 9303/20367/17563</w:t>
        <w:br/>
        <w:t>f 9309/20372/17567 9308/20373/17568 9307/20374/17569</w:t>
        <w:br/>
        <w:t>f 9306/20375/17570 9309/20372/17567 9307/20374/17569</w:t>
        <w:br/>
        <w:t>f 9308/20373/17568 9309/20372/17567 9310/20376/17571</w:t>
        <w:br/>
        <w:t>f 9310/20376/17571 9305/20371/17566 9304/20370/17565</w:t>
        <w:br/>
        <w:t>f 9308/20373/17568 9310/20376/17571 9304/20370/17565</w:t>
        <w:br/>
        <w:t>f 9313/20377/17572 9312/20378/17573 9311/20379/17574</w:t>
        <w:br/>
        <w:t>f 9315/20380/17575 9314/20381/17576 9313/20377/17572</w:t>
        <w:br/>
        <w:t>f 9311/20379/17574 9315/20380/17575 9313/20377/17572</w:t>
        <w:br/>
        <w:t>f 9317/20382/17577 9316/20383/17578 9312/20378/17573</w:t>
        <w:br/>
        <w:t>f 9313/20377/17572 9317/20382/17577 9312/20378/17573</w:t>
        <w:br/>
        <w:t>f 9320/20384/17579 9319/20385/17580 9318/20386/17581</w:t>
        <w:br/>
        <w:t>f 9314/20381/17576 9320/20384/17579 9318/20386/17581</w:t>
        <w:br/>
        <w:t>f 9314/20381/17576 9315/20380/17575 9320/20384/17579</w:t>
        <w:br/>
        <w:t>f 9317/20382/17577 9307/20374/17582 9321/20387/17583</w:t>
        <w:br/>
        <w:t>f 9322/20388/17584 9317/20382/17577 9321/20387/17583</w:t>
        <w:br/>
        <w:t>f 9319/20385/17585 9321/20387/17583 9307/20374/17582</w:t>
        <w:br/>
        <w:t>f 9306/20375/17570 9307/20374/17569 9323/20389/17586</w:t>
        <w:br/>
        <w:t>f 9326/20390/17587 9325/20391/17588 9324/20392/17587</w:t>
        <w:br/>
        <w:t>f 9327/20393/17589 9326/20390/17587 9324/20392/17587</w:t>
        <w:br/>
        <w:t>f 9328/20394/17590 9301/20369/17564 9302/20368/17564</w:t>
        <w:br/>
        <w:t>f 9317/20382/17577 9322/20388/17584 9316/20383/17578</w:t>
        <w:br/>
        <w:t>f 9331/20395/17591 9330/20396/17591 9329/20397/17592</w:t>
        <w:br/>
        <w:t>f 9332/20398/17592 9331/20395/17591 9329/20397/17592</w:t>
        <w:br/>
        <w:t>f 9334/20399/17593 9330/20396/17591 9331/20395/17591</w:t>
        <w:br/>
        <w:t>f 9333/20400/17593 9334/20399/17593 9331/20395/17591</w:t>
        <w:br/>
        <w:t>f 9334/20399/17593 9333/20400/17593 9335/20401/17594</w:t>
        <w:br/>
        <w:t>f 9336/20402/17595 9334/20399/17593 9335/20401/17594</w:t>
        <w:br/>
        <w:t>f 9336/20402/17595 9335/20401/17594 9337/20403/17596</w:t>
        <w:br/>
        <w:t>f 9338/20404/17597 9336/20402/17595 9337/20403/17596</w:t>
        <w:br/>
        <w:t>f 9340/20405/17598 9338/20404/17597 9337/20403/17596</w:t>
        <w:br/>
        <w:t>f 9339/20406/17599 9340/20405/17598 9337/20403/17596</w:t>
        <w:br/>
        <w:t>f 9342/20407/17600 9340/20405/17598 9339/20406/17599</w:t>
        <w:br/>
        <w:t>f 9341/20408/17601 9342/20407/17600 9339/20406/17599</w:t>
        <w:br/>
        <w:t>f 9344/20409/17602 9342/20407/17600 9341/20408/17601</w:t>
        <w:br/>
        <w:t>f 9343/20410/17602 9344/20409/17602 9341/20408/17601</w:t>
        <w:br/>
        <w:t>f 9344/20409/17602 9343/20410/17602 9332/20398/17592</w:t>
        <w:br/>
        <w:t>f 9329/20397/17592 9344/20409/17602 9332/20398/17592</w:t>
        <w:br/>
        <w:t>f 9411/20411/17603 9410/20412/17604 9409/20413/17605</w:t>
        <w:br/>
        <w:t>f 9408/20414/17606 9411/20411/17603 9409/20413/17605</w:t>
        <w:br/>
        <w:t>f 9414/20415/17607 9413/20416/17607 9412/20417/17607</w:t>
        <w:br/>
        <w:t>f 9415/20418/17608 9414/20415/17607 9412/20417/17607</w:t>
        <w:br/>
        <w:t>f 9419/20419/17609 9418/20420/17609 9417/20421/17610</w:t>
        <w:br/>
        <w:t>f 9416/20422/17611 9419/20419/17609 9417/20421/17610</w:t>
        <w:br/>
        <w:t>f 9423/20423/17612 9422/20424/17612 9421/20425/17613</w:t>
        <w:br/>
        <w:t>f 9420/20426/17613 9423/20423/17612 9421/20425/17613</w:t>
        <w:br/>
        <w:t>f 9426/20427/17614 9425/20428/17615 9424/20429/17615</w:t>
        <w:br/>
        <w:t>f 9427/20430/17614 9426/20427/17614 9424/20429/17615</w:t>
        <w:br/>
        <w:t>f 9417/20421/17610 9429/20431/17616 9428/20432/17616</w:t>
        <w:br/>
        <w:t>f 9416/20422/17611 9417/20421/17610 9428/20432/17616</w:t>
        <w:br/>
        <w:t>f 9421/20425/17613 9431/20433/17617 9430/20434/17617</w:t>
        <w:br/>
        <w:t>f 9420/20426/17613 9421/20425/17613 9430/20434/17617</w:t>
        <w:br/>
        <w:t>f 9433/20435/17618 9432/20436/10879 9426/20427/17614</w:t>
        <w:br/>
        <w:t>f 9427/20430/17614 9433/20435/17618 9426/20427/17614</w:t>
        <w:br/>
        <w:t>f 9428/20432/17616 9429/20431/17616 9435/20437/17619</w:t>
        <w:br/>
        <w:t>f 9434/20438/17620 9428/20432/17616 9435/20437/17619</w:t>
        <w:br/>
        <w:t>f 9430/20434/17617 9431/20433/17617 9437/20439/17621</w:t>
        <w:br/>
        <w:t>f 9436/20440/17621 9430/20434/17617 9437/20439/17621</w:t>
        <w:br/>
        <w:t>f 9438/20441/17622 9432/20436/10879 9433/20435/17618</w:t>
        <w:br/>
        <w:t>f 9439/20442/17623 9438/20441/17622 9433/20435/17618</w:t>
        <w:br/>
        <w:t>f 9441/20443/17624 9440/20444/17625 9424/20429/17615</w:t>
        <w:br/>
        <w:t>f 9425/20428/17615 9441/20443/17624 9424/20429/17615</w:t>
        <w:br/>
        <w:t>f 9444/20445/17626 9443/20446/17627 9442/20447/17627</w:t>
        <w:br/>
        <w:t>f 9445/20448/17626 9444/20445/17626 9442/20447/17627</w:t>
        <w:br/>
        <w:t>f 9448/20449/17628 9447/20450/17629 9446/20451/17629</w:t>
        <w:br/>
        <w:t>f 9449/20452/17628 9448/20449/17628 9446/20451/17629</w:t>
        <w:br/>
        <w:t>f 9440/20444/17625 9441/20443/17624 9451/20453/10879</w:t>
        <w:br/>
        <w:t>f 9450/20454/17630 9440/20444/17625 9451/20453/10879</w:t>
        <w:br/>
        <w:t>f 9453/20455/17631 9450/20454/17630 9451/20453/10879</w:t>
        <w:br/>
        <w:t>f 9452/20456/10663 9453/20455/17631 9451/20453/10879</w:t>
        <w:br/>
        <w:t>f 9456/20457/17632 9455/20458/17633 9454/20459/17634</w:t>
        <w:br/>
        <w:t>f 9457/20460/17632 9456/20457/17632 9454/20459/17634</w:t>
        <w:br/>
        <w:t>f 9460/20461/17635 9459/20462/17636 9458/20463/17637</w:t>
        <w:br/>
        <w:t>f 9461/20464/17638 9460/20461/17635 9458/20463/17637</w:t>
        <w:br/>
        <w:t>f 9453/20455/17631 9452/20456/10663 9463/20465/17639</w:t>
        <w:br/>
        <w:t>f 9462/20466/17639 9453/20455/17631 9463/20465/17639</w:t>
        <w:br/>
        <w:t>f 9463/20465/17639 9465/20467/17640 9464/20468/17640</w:t>
        <w:br/>
        <w:t>f 9462/20466/17639 9463/20465/17639 9464/20468/17640</w:t>
        <w:br/>
        <w:t>f 9434/20438/17620 9435/20437/17619 9467/20469/17641</w:t>
        <w:br/>
        <w:t>f 9466/20470/17641 9434/20438/17620 9467/20469/17641</w:t>
        <w:br/>
        <w:t>f 9437/20439/17621 9469/20471/17642 9468/20472/17643</w:t>
        <w:br/>
        <w:t>f 9436/20440/17621 9437/20439/17621 9468/20472/17643</w:t>
        <w:br/>
        <w:t>f 9464/20468/17640 9465/20467/17640 9438/20441/17622</w:t>
        <w:br/>
        <w:t>f 9439/20442/17623 9464/20468/17640 9438/20441/17622</w:t>
        <w:br/>
        <w:t>f 9466/20470/17641 9467/20469/17641 9454/20459/17634</w:t>
        <w:br/>
        <w:t>f 9455/20458/17633 9466/20470/17641 9454/20459/17634</w:t>
        <w:br/>
        <w:t>f 9469/20471/17642 9458/20463/17637 9459/20462/17636</w:t>
        <w:br/>
        <w:t>f 9468/20472/17643 9469/20471/17642 9459/20462/17636</w:t>
        <w:br/>
        <w:t>f 9442/20447/17627 9443/20446/17627 9456/20457/17632</w:t>
        <w:br/>
        <w:t>f 9457/20460/17632 9442/20447/17627 9456/20457/17632</w:t>
        <w:br/>
        <w:t>f 9446/20451/17629 9447/20450/17629 9460/20461/17635</w:t>
        <w:br/>
        <w:t>f 9461/20464/17638 9446/20451/17629 9460/20461/17635</w:t>
        <w:br/>
        <w:t>f 9473/20473/17644 9472/20474/17645 9471/20475/17646</w:t>
        <w:br/>
        <w:t>f 9470/20476/17647 9473/20473/17644 9471/20475/17646</w:t>
        <w:br/>
        <w:t>f 9475/20477/17648 9474/20478/17649 9471/20475/17646</w:t>
        <w:br/>
        <w:t>f 9472/20474/17645 9475/20477/17648 9471/20475/17646</w:t>
        <w:br/>
        <w:t>f 9476/20479/17650 9474/20478/17649 9475/20477/17648</w:t>
        <w:br/>
        <w:t>f 9478/20480/17651 9476/20479/17650 9477/20481/17652</w:t>
        <w:br/>
        <w:t>f 9477/20481/17652 9480/20482/17653 9479/20483/17654</w:t>
        <w:br/>
        <w:t>f 9478/20480/17651 9477/20481/17652 9479/20483/17654</w:t>
        <w:br/>
        <w:t>f 9482/20484/17655 9481/20485/17656 9479/20483/17654</w:t>
        <w:br/>
        <w:t>f 9480/20482/17653 9482/20484/17655 9479/20483/17654</w:t>
        <w:br/>
        <w:t>f 9484/20486/17657 9483/20487/17658 9481/20485/17656</w:t>
        <w:br/>
        <w:t>f 9482/20484/17655 9484/20486/17657 9481/20485/17656</w:t>
        <w:br/>
        <w:t>f 9486/20488/17659 9485/20489/17660 9483/20487/17658</w:t>
        <w:br/>
        <w:t>f 9484/20486/17657 9486/20488/17659 9483/20487/17658</w:t>
        <w:br/>
        <w:t>f 9486/20488/17659 9488/20490/17661 9487/20491/17662</w:t>
        <w:br/>
        <w:t>f 9485/20489/17660 9486/20488/17659 9487/20491/17662</w:t>
        <w:br/>
        <w:t>f 9490/20492/17663 9489/20493/17664 9487/20491/17662</w:t>
        <w:br/>
        <w:t>f 9488/20490/17661 9490/20492/17663 9487/20491/17662</w:t>
        <w:br/>
        <w:t>f 9491/20494/17665 9489/20493/17664 9490/20492/17663</w:t>
        <w:br/>
        <w:t>f 9493/20495/17666 9491/20494/17665 9492/20496/17667</w:t>
        <w:br/>
        <w:t>f 9492/20496/17667 9495/20497/17668 9494/20498/17669</w:t>
        <w:br/>
        <w:t>f 9493/20495/17666 9492/20496/17667 9494/20498/17669</w:t>
        <w:br/>
        <w:t>f 9497/20499/17670 9496/20500/17671 9494/20498/17669</w:t>
        <w:br/>
        <w:t>f 9495/20497/17668 9497/20499/17670 9494/20498/17669</w:t>
        <w:br/>
        <w:t>f 9499/20501/17672 9498/20502/17673 9496/20500/17671</w:t>
        <w:br/>
        <w:t>f 9497/20499/17670 9499/20501/17672 9496/20500/17671</w:t>
        <w:br/>
        <w:t>f 9499/20501/17672 9473/20473/17644 9470/20476/17647</w:t>
        <w:br/>
        <w:t>f 9498/20502/17673 9499/20501/17672 9470/20476/17647</w:t>
        <w:br/>
        <w:t>f 9475/20477/17648 9500/20503/17674 9476/20479/17650</w:t>
        <w:br/>
        <w:t>f 9476/20479/17650 9500/20503/17674 9477/20481/17652</w:t>
        <w:br/>
        <w:t>f 9490/20492/17663 9501/20504/17675 9491/20494/17665</w:t>
        <w:br/>
        <w:t>f 9491/20494/17665 9501/20504/17675 9492/20496/17667</w:t>
        <w:br/>
        <w:t>f 9475/20477/17648 9472/20474/17645 9502/20505/17676</w:t>
        <w:br/>
        <w:t>f 9477/20481/17652 9500/20503/17674 9502/20505/17676</w:t>
        <w:br/>
        <w:t>f 9482/20484/17655 9480/20482/17653 9502/20505/17676</w:t>
        <w:br/>
        <w:t>f 9486/20488/17659 9484/20486/17657 9502/20505/17676</w:t>
        <w:br/>
        <w:t>f 9490/20492/17663 9488/20490/17661 9502/20505/17676</w:t>
        <w:br/>
        <w:t>f 9502/20505/17676 9492/20496/17667 9501/20504/17675</w:t>
        <w:br/>
        <w:t>f 9505/20506/17677 9504/20507/17678 9503/20508/17679</w:t>
        <w:br/>
        <w:t>f 9506/20509/17680 9505/20506/17677 9503/20508/17679</w:t>
        <w:br/>
        <w:t>f 9508/20510/17681 9506/20509/17680 9503/20508/17679</w:t>
        <w:br/>
        <w:t>f 9507/20511/17682 9508/20510/17681 9503/20508/17679</w:t>
        <w:br/>
        <w:t>f 9507/20511/17682 9509/20512/17683 9508/20510/17681</w:t>
        <w:br/>
        <w:t>f 9509/20512/17683 9511/20513/17684 9510/20514/17685</w:t>
        <w:br/>
        <w:t>f 9513/20515/17686 9510/20514/17685 9511/20513/17684</w:t>
        <w:br/>
        <w:t>f 9512/20516/17687 9513/20515/17686 9511/20513/17684</w:t>
        <w:br/>
        <w:t>f 9515/20517/17688 9513/20515/17686 9512/20516/17687</w:t>
        <w:br/>
        <w:t>f 9514/20518/17689 9515/20517/17688 9512/20516/17687</w:t>
        <w:br/>
        <w:t>f 9515/20517/17688 9514/20518/17689 9516/20519/17690</w:t>
        <w:br/>
        <w:t>f 9517/20520/17691 9515/20517/17688 9516/20519/17690</w:t>
        <w:br/>
        <w:t>f 9519/20521/17692 9517/20520/17691 9516/20519/17690</w:t>
        <w:br/>
        <w:t>f 9518/20522/17693 9519/20521/17692 9516/20519/17690</w:t>
        <w:br/>
        <w:t>f 9521/20523/17694 9519/20521/17692 9518/20522/17693</w:t>
        <w:br/>
        <w:t>f 9520/20524/17695 9521/20523/17694 9518/20522/17693</w:t>
        <w:br/>
        <w:t>f 9521/20523/17694 9520/20524/17695 9522/20525/17696</w:t>
        <w:br/>
        <w:t>f 9523/20526/17697 9521/20523/17694 9522/20525/17696</w:t>
        <w:br/>
        <w:t>f 9522/20525/17696 9524/20527/17698 9523/20526/17697</w:t>
        <w:br/>
        <w:t>f 9524/20527/17698 9526/20528/17699 9525/20529/17700</w:t>
        <w:br/>
        <w:t>f 9528/20530/17701 9525/20529/17700 9526/20528/17699</w:t>
        <w:br/>
        <w:t>f 9527/20531/17702 9528/20530/17701 9526/20528/17699</w:t>
        <w:br/>
        <w:t>f 9528/20530/17701 9527/20531/17702 9529/20532/17703</w:t>
        <w:br/>
        <w:t>f 9530/20533/17704 9528/20530/17701 9529/20532/17703</w:t>
        <w:br/>
        <w:t>f 9530/20533/17704 9529/20532/17703 9531/20534/17705</w:t>
        <w:br/>
        <w:t>f 9532/20535/17706 9530/20533/17704 9531/20534/17705</w:t>
        <w:br/>
        <w:t>f 9505/20506/17677 9532/20535/17706 9531/20534/17705</w:t>
        <w:br/>
        <w:t>f 9504/20507/17678 9505/20506/17677 9531/20534/17705</w:t>
        <w:br/>
        <w:t>f 9508/20510/17681 9509/20512/17683 9533/20536/17707</w:t>
        <w:br/>
        <w:t>f 9509/20512/17683 9510/20514/17685 9533/20536/17707</w:t>
        <w:br/>
        <w:t>f 9523/20526/17697 9524/20527/17698 9534/20537/17708</w:t>
        <w:br/>
        <w:t>f 9524/20527/17698 9525/20529/17700 9534/20537/17708</w:t>
        <w:br/>
        <w:t>f 9532/20535/17706 9535/20538/17709 9530/20533/17704</w:t>
        <w:br/>
        <w:t>f 9505/20506/17677 9535/20538/17709 9532/20535/17706</w:t>
        <w:br/>
        <w:t>f 9506/20509/17680 9535/20538/17709 9505/20506/17677</w:t>
        <w:br/>
        <w:t>f 9508/20510/17681 9535/20538/17709 9506/20509/17680</w:t>
        <w:br/>
        <w:t>f 9533/20536/17707 9535/20538/17709 9508/20510/17681</w:t>
        <w:br/>
        <w:t>f 9510/20514/17685 9535/20538/17709 9533/20536/17707</w:t>
        <w:br/>
        <w:t>f 9513/20515/17686 9535/20538/17709 9510/20514/17685</w:t>
        <w:br/>
        <w:t>f 9515/20517/17688 9535/20538/17709 9513/20515/17686</w:t>
        <w:br/>
        <w:t>f 9517/20520/17691 9535/20538/17709 9515/20517/17688</w:t>
        <w:br/>
        <w:t>f 9519/20521/17692 9535/20538/17709 9517/20520/17691</w:t>
        <w:br/>
        <w:t>f 9521/20523/17694 9535/20538/17709 9519/20521/17692</w:t>
        <w:br/>
        <w:t>f 9523/20526/17697 9535/20538/17709 9521/20523/17694</w:t>
        <w:br/>
        <w:t>f 9534/20537/17708 9535/20538/17709 9523/20526/17697</w:t>
        <w:br/>
        <w:t>f 9525/20529/17700 9535/20538/17709 9534/20537/17708</w:t>
        <w:br/>
        <w:t>f 9528/20530/17701 9535/20538/17709 9525/20529/17700</w:t>
        <w:br/>
        <w:t>f 9530/20533/17704 9535/20538/17709 9528/20530/17701</w:t>
        <w:br/>
        <w:t>f 9486/20488/17659 9502/20505/17676 9488/20490/17661</w:t>
        <w:br/>
        <w:t>f 9490/20492/17663 9502/20505/17676 9501/20504/17675</w:t>
        <w:br/>
        <w:t>f 9492/20496/17667 9502/20505/17676 9495/20497/17668</w:t>
        <w:br/>
        <w:t>f 9473/20473/17644 9502/20505/17676 9472/20474/17645</w:t>
        <w:br/>
        <w:t>f 9473/20473/17644 9499/20501/17672 9502/20505/17676</w:t>
        <w:br/>
        <w:t>f 9497/20499/17670 9502/20505/17676 9499/20501/17672</w:t>
        <w:br/>
        <w:t>f 9497/20499/17670 9495/20497/17668 9502/20505/17676</w:t>
        <w:br/>
        <w:t>f 9475/20477/17648 9502/20505/17676 9500/20503/17674</w:t>
        <w:br/>
        <w:t>f 9477/20481/17652 9502/20505/17676 9480/20482/17653</w:t>
        <w:br/>
        <w:t>f 9482/20484/17655 9502/20505/17676 9484/20486/17657</w:t>
        <w:br/>
        <w:t>f 9537/20539/17710 9536/20540/17711 9524/20527/17712</w:t>
        <w:br/>
        <w:t>f 9536/20540/17711 9538/20541/17713 9524/20527/17712</w:t>
        <w:br/>
        <w:t>f 9493/20495/17666 9539/20542/17714 9491/20494/17665</w:t>
        <w:br/>
        <w:t>f 9539/20542/17714 9489/20493/17664 9491/20494/17665</w:t>
        <w:br/>
        <w:t>f 9541/20543/17715 9540/20544/17716 9509/20512/17683</w:t>
        <w:br/>
        <w:t>f 9540/20544/17716 9542/20545/17651 9509/20512/17683</w:t>
        <w:br/>
        <w:t>f 9478/20480/17651 9543/20546/17716 9476/20479/17650</w:t>
        <w:br/>
        <w:t>f 9543/20546/17716 9474/20478/17649 9476/20479/17650</w:t>
        <w:br/>
        <w:t>f 9546/20547/17717 9545/20548/17718 9544/20549/17719</w:t>
        <w:br/>
        <w:t>f 9546/20547/17717 9544/20549/17719 9547/20550/17720</w:t>
        <w:br/>
        <w:t>f 9549/20551/17721 9547/20550/17720 9548/20552/17722</w:t>
        <w:br/>
        <w:t>f 9549/20551/17721 9548/20552/17722 9545/20548/17718</w:t>
        <w:br/>
        <w:t>f 9551/20553/17723 9545/20548/17718 9550/20554/17724</w:t>
        <w:br/>
        <w:t>f 9544/20549/17719 9551/20553/17723 9552/20555/17725</w:t>
        <w:br/>
        <w:t>f 9547/20550/17720 9552/20555/17725 9553/20556/17726</w:t>
        <w:br/>
        <w:t>f 9554/20557/17727 9547/20550/17720 9553/20556/17726</w:t>
        <w:br/>
        <w:t>f 9548/20552/17722 9554/20557/17727 9555/20558/17728</w:t>
        <w:br/>
        <w:t>f 9545/20548/17718 9555/20558/17728 9550/20554/17724</w:t>
        <w:br/>
        <w:t>f 9558/20559/17729 9557/20560/17730 9556/20561/17731</w:t>
        <w:br/>
        <w:t>f 9560/20562/17732 9559/20563/17733 9556/20561/17731</w:t>
        <w:br/>
        <w:t>f 9562/20564/17734 9560/20562/17732 9561/20565/17735</w:t>
        <w:br/>
        <w:t>f 9563/20566/17736 9562/20564/17734 9561/20565/17735</w:t>
        <w:br/>
        <w:t>f 9565/20567/17737 9563/20566/17736 9564/20568/17738</w:t>
        <w:br/>
        <w:t>f 9566/20569/17739 9565/20567/17737 9564/20568/17738</w:t>
        <w:br/>
        <w:t>f 9556/20561/17731 9557/20560/17730 9567/20570/17740</w:t>
        <w:br/>
        <w:t>f 9561/20565/17735 9556/20561/17731 9567/20570/17740</w:t>
        <w:br/>
        <w:t>f 9564/20568/17738 9561/20565/17735 9568/20571/17741</w:t>
        <w:br/>
        <w:t>f 9566/20569/17739 9564/20568/17738 9568/20571/17741</w:t>
        <w:br/>
        <w:t>f 9544/20549/17719 9545/20548/17718 9551/20553/17723</w:t>
        <w:br/>
        <w:t>f 9545/20548/17718 9548/20552/17722 9555/20558/17728</w:t>
        <w:br/>
        <w:t>f 9548/20552/17722 9547/20550/17720 9554/20557/17727</w:t>
        <w:br/>
        <w:t>f 9547/20550/17720 9544/20549/17719 9552/20555/17725</w:t>
        <w:br/>
        <w:t>f 9559/20563/17723 9569/20572/17724 9557/20560/17742</w:t>
        <w:br/>
        <w:t>f 9569/20572/17743 9565/20567/17737 9566/20569/17739</w:t>
        <w:br/>
        <w:t>f 9561/20565/17735 9560/20562/17732 9556/20561/17731</w:t>
        <w:br/>
        <w:t>f 9563/20566/17736 9561/20565/17735 9564/20568/17738</w:t>
        <w:br/>
        <w:t>f 9572/20573/17744 9571/20574/17745 9570/20575/17746</w:t>
        <w:br/>
        <w:t>f 9573/20576/17747 9572/20573/17744 9570/20575/17746</w:t>
        <w:br/>
        <w:t>f 9576/20577/17748 9575/20578/17749 9574/20579/17750</w:t>
        <w:br/>
        <w:t>f 9580/20580/17751 9579/20581/17752 9578/20582/17753</w:t>
        <w:br/>
        <w:t>f 9577/20583/17754 9580/20580/17751 9578/20582/17753</w:t>
        <w:br/>
        <w:t>f 9583/20584/17755 9582/20585/17752 9581/20586/17756</w:t>
        <w:br/>
        <w:t>f 9584/20587/17757 9583/20584/17755 9581/20586/17756</w:t>
        <w:br/>
        <w:t>f 9587/20588/17758 9586/20589/17624 9585/20590/17759</w:t>
        <w:br/>
        <w:t>f 9591/20591/17746 9590/20592/17745 9589/20593/17760</w:t>
        <w:br/>
        <w:t>f 9588/20594/17761 9591/20591/17746 9589/20593/17760</w:t>
        <w:br/>
        <w:t>f 9592/20595/17762 9573/20576/17747 9570/20575/17746</w:t>
        <w:br/>
        <w:t>f 9593/20596/17763 9592/20595/17762 9570/20575/17746</w:t>
        <w:br/>
        <w:t>f 9574/20579/17750 9575/20578/17749 9594/20597/17764</w:t>
        <w:br/>
        <w:t>f 9585/20590/17759 9586/20589/17624 9595/20598/17765</w:t>
        <w:br/>
        <w:t>f 9597/20599/17766 9596/20600/17767 9591/20591/17746</w:t>
        <w:br/>
        <w:t>f 9588/20594/17761 9597/20599/17766 9591/20591/17746</w:t>
        <w:br/>
        <w:t>f 9598/20601/17768 9592/20595/17762 9593/20596/17763</w:t>
        <w:br/>
        <w:t>f 9599/20602/17769 9598/20601/17768 9593/20596/17763</w:t>
        <w:br/>
        <w:t>f 9574/20579/17750 9594/20597/17764 9600/20603/17770</w:t>
        <w:br/>
        <w:t>f 9602/20604/17771 9601/20605/17772 9580/20580/17751</w:t>
        <w:br/>
        <w:t>f 9577/20583/17754 9602/20604/17771 9580/20580/17751</w:t>
        <w:br/>
        <w:t>f 9604/20606/17773 9603/20607/17774 9584/20587/17757</w:t>
        <w:br/>
        <w:t>f 9581/20586/17756 9604/20606/17773 9584/20587/17757</w:t>
        <w:br/>
        <w:t>f 9595/20598/17765 9606/20608/17624 9605/20609/17775</w:t>
        <w:br/>
        <w:t>f 9608/20610/17776 9607/20611/17769 9596/20600/17767</w:t>
        <w:br/>
        <w:t>f 9597/20599/17766 9608/20610/17776 9596/20600/17767</w:t>
        <w:br/>
        <w:t>f 9610/20612/17777 9609/20613/17778 9598/20601/17768</w:t>
        <w:br/>
        <w:t>f 9599/20602/17769 9610/20612/17777 9598/20601/17768</w:t>
        <w:br/>
        <w:t>f 9600/20603/17770 9612/20614/17779 9611/20615/17780</w:t>
        <w:br/>
        <w:t>f 9614/20616/17781 9613/20617/17782 9601/20605/17772</w:t>
        <w:br/>
        <w:t>f 9602/20604/17771 9614/20616/17781 9601/20605/17772</w:t>
        <w:br/>
        <w:t>f 9615/20618/17783 9603/20607/17774 9604/20606/17773</w:t>
        <w:br/>
        <w:t>f 9616/20619/17782 9615/20618/17783 9604/20606/17773</w:t>
        <w:br/>
        <w:t>f 9605/20609/17775 9606/20608/17624 9617/20620/17784</w:t>
        <w:br/>
        <w:t>f 9618/20621/17785 9607/20611/17769 9608/20610/17776</w:t>
        <w:br/>
        <w:t>f 9619/20622/17786 9618/20621/17785 9608/20610/17776</w:t>
        <w:br/>
        <w:t>f 9620/20623/17787 9609/20613/17778 9610/20612/17777</w:t>
        <w:br/>
        <w:t>f 9621/20624/17788 9620/20623/17787 9610/20612/17777</w:t>
        <w:br/>
        <w:t>f 9611/20615/17780 9612/20614/17779 9622/20625/17789</w:t>
        <w:br/>
        <w:t>f 9617/20620/17784 9624/20626/17790 9623/20627/17791</w:t>
        <w:br/>
        <w:t>f 9626/20628/17792 9625/20629/17793 9618/20621/17785</w:t>
        <w:br/>
        <w:t>f 9619/20622/17786 9626/20628/17792 9618/20621/17785</w:t>
        <w:br/>
        <w:t>f 9627/20630/17794 9620/20623/17787 9621/20624/17788</w:t>
        <w:br/>
        <w:t>f 9628/20631/17795 9627/20630/17794 9621/20624/17788</w:t>
        <w:br/>
        <w:t>f 9611/20615/17780 9622/20625/17789 9629/20632/17796</w:t>
        <w:br/>
        <w:t>f 9630/20633/17797 9613/20617/17782 9614/20616/17781</w:t>
        <w:br/>
        <w:t>f 9631/20634/17798 9630/20633/17797 9614/20616/17781</w:t>
        <w:br/>
        <w:t>f 9633/20635/17797 9632/20636/17799 9615/20618/17783</w:t>
        <w:br/>
        <w:t>f 9616/20619/17782 9633/20635/17797 9615/20618/17783</w:t>
        <w:br/>
        <w:t>f 9623/20627/17791 9635/20637/17800 9634/20638/10658</w:t>
        <w:br/>
        <w:t>f 9637/20639/17801 9636/20640/17795 9625/20629/17793</w:t>
        <w:br/>
        <w:t>f 9626/20628/17792 9637/20639/17801 9625/20629/17793</w:t>
        <w:br/>
        <w:t>f 9639/20641/17802 9638/20642/17803 9627/20630/17794</w:t>
        <w:br/>
        <w:t>f 9628/20631/17795 9639/20641/17802 9627/20630/17794</w:t>
        <w:br/>
        <w:t>f 9629/20632/17796 9641/20643/17804 9640/20644/17805</w:t>
        <w:br/>
        <w:t>f 9642/20645/17806 9630/20633/17797 9631/20634/17798</w:t>
        <w:br/>
        <w:t>f 9643/20646/17807 9642/20645/17806 9631/20634/17798</w:t>
        <w:br/>
        <w:t>f 9645/20647/17808 9644/20648/17809 9632/20636/17799</w:t>
        <w:br/>
        <w:t>f 9633/20635/17797 9645/20647/17808 9632/20636/17799</w:t>
        <w:br/>
        <w:t>f 9634/20638/10658 9635/20637/17800 9646/20649/17810</w:t>
        <w:br/>
        <w:t>f 9647/20650/17811 9636/20640/17795 9637/20639/17801</w:t>
        <w:br/>
        <w:t>f 9648/20651/17812 9647/20650/17811 9637/20639/17801</w:t>
        <w:br/>
        <w:t>f 9650/20652/17813 9649/20653/17814 9638/20642/17803</w:t>
        <w:br/>
        <w:t>f 9639/20641/17802 9650/20652/17813 9638/20642/17803</w:t>
        <w:br/>
        <w:t>f 9640/20644/17805 9641/20643/17804 9651/20654/17815</w:t>
        <w:br/>
        <w:t>f 9646/20649/17810 9653/20655/17816 9652/20656/17817</w:t>
        <w:br/>
        <w:t>f 9654/20657/17818 9647/20650/17811 9648/20651/17812</w:t>
        <w:br/>
        <w:t>f 9655/20658/17819 9654/20657/17818 9648/20651/17812</w:t>
        <w:br/>
        <w:t>f 9656/20659/17820 9649/20653/17814 9650/20652/17813</w:t>
        <w:br/>
        <w:t>f 9657/20660/17821 9656/20659/17820 9650/20652/17813</w:t>
        <w:br/>
        <w:t>f 9640/20644/17805 9651/20654/17815 9658/20661/17822</w:t>
        <w:br/>
        <w:t>f 9660/20662/17823 9659/20663/17824 9642/20645/17806</w:t>
        <w:br/>
        <w:t>f 9643/20646/17807 9660/20662/17823 9642/20645/17806</w:t>
        <w:br/>
        <w:t>f 9661/20664/17825 9644/20648/17809 9645/20647/17808</w:t>
        <w:br/>
        <w:t>f 9662/20665/17826 9661/20664/17825 9645/20647/17808</w:t>
        <w:br/>
        <w:t>f 9652/20656/17817 9664/20666/17631 9663/20667/17827</w:t>
        <w:br/>
        <w:t>f 9666/20668/17828 9665/20669/17829 9654/20657/17818</w:t>
        <w:br/>
        <w:t>f 9655/20658/17819 9666/20668/17828 9654/20657/17818</w:t>
        <w:br/>
        <w:t>f 9668/20670/17830 9667/20671/17831 9656/20659/17820</w:t>
        <w:br/>
        <w:t>f 9657/20660/17821 9668/20670/17830 9656/20659/17820</w:t>
        <w:br/>
        <w:t>f 9658/20661/17822 9670/20672/17832 9669/20673/17833</w:t>
        <w:br/>
        <w:t>f 9671/20674/17834 9659/20663/17824 9660/20662/17823</w:t>
        <w:br/>
        <w:t>f 9672/20675/17835 9671/20674/17834 9660/20662/17823</w:t>
        <w:br/>
        <w:t>f 9674/20676/17836 9673/20677/17837 9661/20664/17825</w:t>
        <w:br/>
        <w:t>f 9662/20665/17826 9674/20676/17836 9661/20664/17825</w:t>
        <w:br/>
        <w:t>f 9663/20667/17827 9664/20666/17631 9675/20678/17630</w:t>
        <w:br/>
        <w:t>f 9676/20679/17830 9665/20669/17829 9666/20668/17828</w:t>
        <w:br/>
        <w:t>f 9677/20680/17838 9676/20679/17830 9666/20668/17828</w:t>
        <w:br/>
        <w:t>f 9678/20681/17839 9667/20671/17831 9668/20670/17830</w:t>
        <w:br/>
        <w:t>f 9679/20682/17840 9678/20681/17839 9668/20670/17830</w:t>
        <w:br/>
        <w:t>f 9669/20673/17833 9670/20672/17832 9680/20683/17841</w:t>
        <w:br/>
        <w:t>f 9675/20678/17630 9682/20684/17842 9681/20685/17843</w:t>
        <w:br/>
        <w:t>f 9684/20686/17844 9683/20687/17840 9676/20679/17830</w:t>
        <w:br/>
        <w:t>f 9677/20680/17838 9684/20686/17844 9676/20679/17830</w:t>
        <w:br/>
        <w:t>f 9572/20573/17744 9678/20681/17839 9679/20682/17840</w:t>
        <w:br/>
        <w:t>f 9571/20574/17745 9572/20573/17744 9679/20682/17840</w:t>
        <w:br/>
        <w:t>f 9669/20673/17833 9680/20683/17841 9576/20577/17748</w:t>
        <w:br/>
        <w:t>f 9578/20582/17753 9579/20581/17752 9671/20674/17834</w:t>
        <w:br/>
        <w:t>f 9672/20675/17835 9578/20582/17753 9671/20674/17834</w:t>
        <w:br/>
        <w:t>f 9583/20584/17755 9673/20677/17837 9674/20676/17836</w:t>
        <w:br/>
        <w:t>f 9582/20585/17752 9583/20584/17755 9674/20676/17836</w:t>
        <w:br/>
        <w:t>f 9681/20685/17843 9682/20684/17842 9587/20588/17758</w:t>
        <w:br/>
        <w:t>f 9589/20593/17760 9590/20592/17745 9683/20687/17840</w:t>
        <w:br/>
        <w:t>f 9684/20686/17844 9589/20593/17760 9683/20687/17840</w:t>
        <w:br/>
        <w:t>f 9576/20577/17748 9680/20683/17841 9685/20688/17845</w:t>
        <w:br/>
        <w:t>f 9685/20688/17845 9575/20578/17749 9576/20577/17748</w:t>
        <w:br/>
        <w:t>f 9600/20603/17770 9594/20597/17764 9686/20689/17846</w:t>
        <w:br/>
        <w:t>f 9600/20603/17770 9686/20689/17846 9612/20614/17779</w:t>
        <w:br/>
        <w:t>f 9629/20632/17796 9622/20625/17789 9687/20690/17847</w:t>
        <w:br/>
        <w:t>f 9629/20632/17796 9687/20690/17847 9641/20643/17804</w:t>
        <w:br/>
        <w:t>f 9658/20661/17822 9651/20654/17815 9688/20691/17846</w:t>
        <w:br/>
        <w:t>f 9658/20661/17822 9688/20691/17846 9670/20672/17832</w:t>
        <w:br/>
        <w:t>f 9587/20588/17758 9585/20590/17759 9689/20692/10660</w:t>
        <w:br/>
        <w:t>f 9681/20685/17843 9587/20588/17758 9689/20692/10660</w:t>
        <w:br/>
        <w:t>f 9595/20598/17765 9586/20589/17624 9606/20608/17624</w:t>
        <w:br/>
        <w:t>f 9617/20620/17784 9606/20608/17624 9624/20626/17790</w:t>
        <w:br/>
        <w:t>f 9623/20627/17791 9624/20626/17790 9635/20637/17800</w:t>
        <w:br/>
        <w:t>f 9646/20649/17810 9635/20637/17800 9653/20655/17816</w:t>
        <w:br/>
        <w:t>f 9652/20656/17817 9653/20655/17816 9664/20666/17631</w:t>
        <w:br/>
        <w:t>f 9675/20678/17630 9664/20666/17631 9682/20684/17842</w:t>
        <w:br/>
        <w:t>f 9692/20693/17848 9691/20694/17849 9690/20695/17850</w:t>
        <w:br/>
        <w:t>f 9693/20696/17851 9692/20693/17848 9690/20695/17850</w:t>
        <w:br/>
        <w:t>f 9697/20697/17852 9696/20698/17853 9695/20699/17854</w:t>
        <w:br/>
        <w:t>f 9694/20700/17854 9697/20697/17852 9695/20699/17854</w:t>
        <w:br/>
        <w:t>f 9690/20695/17850 9691/20694/17849 9696/20698/17853</w:t>
        <w:br/>
        <w:t>f 9700/20701/17855 9699/20702/17856 9698/20703/17857</w:t>
        <w:br/>
        <w:t>f 9700/20701/17858 9702/20704/17859 9701/20705/17860</w:t>
        <w:br/>
        <w:t>f 9690/20695/17861 9700/20701/17858 9701/20705/17860</w:t>
        <w:br/>
        <w:t>f 9702/20704/17859 9700/20701/17858 9703/20706/17862</w:t>
        <w:br/>
        <w:t>f 9704/20707/17863 9703/20706/17862 9700/20701/17858</w:t>
        <w:br/>
        <w:t>f 9705/20708/17864 9704/20707/17863 9700/20701/17858</w:t>
        <w:br/>
        <w:t>f 9708/20709/17865 9698/20703/17866 9707/20710/17867</w:t>
        <w:br/>
        <w:t>f 9706/20711/17867 9708/20709/17865 9707/20710/17867</w:t>
        <w:br/>
        <w:t>f 9690/20695/17861 9701/20705/17860 9709/20712/17868</w:t>
        <w:br/>
        <w:t>f 9711/20713/17869 9710/20714/17870 9690/20695/17861</w:t>
        <w:br/>
        <w:t>f 9709/20712/17868 9711/20713/17869 9690/20695/17861</w:t>
        <w:br/>
        <w:t>f 9693/20696/17851 9712/20715/17871 9692/20693/17848</w:t>
        <w:br/>
        <w:t>f 9714/20716/17872 9713/20717/17873 9712/20715/17874</w:t>
        <w:br/>
        <w:t>f 9710/20714/17875 9714/20716/17872 9712/20715/17874</w:t>
        <w:br/>
        <w:t>f 9710/20714/17870 9711/20713/17869 9715/20718/17876</w:t>
        <w:br/>
        <w:t>f 9706/20711/17867 9707/20710/17867 9713/20717/17877</w:t>
        <w:br/>
        <w:t>f 9693/20696/17878 9715/20718/17876 9716/20719/17879</w:t>
        <w:br/>
        <w:t>f 9705/20708/17864 9693/20696/17878 9716/20719/17879</w:t>
        <w:br/>
        <w:t>f 9716/20719/17879 9704/20707/17863 9705/20708/17864</w:t>
        <w:br/>
        <w:t>f 9720/20720/17880 9719/20721/17881 9718/20722/17882</w:t>
        <w:br/>
        <w:t>f 9717/20723/17880 9720/20720/17880 9718/20722/17882</w:t>
        <w:br/>
        <w:t>f 9722/20724/17883 9720/20720/17880 9717/20723/17880</w:t>
        <w:br/>
        <w:t>f 9721/20725/17883 9722/20724/17883 9717/20723/17880</w:t>
        <w:br/>
        <w:t>f 9722/20724/17883 9721/20725/17883 9723/20726/17884</w:t>
        <w:br/>
        <w:t>f 9724/20727/17884 9722/20724/17883 9723/20726/17884</w:t>
        <w:br/>
        <w:t>f 9724/20727/17884 9723/20726/17884 9725/20728/17885</w:t>
        <w:br/>
        <w:t>f 9726/20729/17886 9724/20727/17884 9725/20728/17885</w:t>
        <w:br/>
        <w:t>f 9728/20730/17887 9726/20729/17886 9725/20728/17885</w:t>
        <w:br/>
        <w:t>f 9727/20731/17888 9728/20730/17887 9725/20728/17885</w:t>
        <w:br/>
        <w:t>f 9730/20732/17889 9728/20730/17887 9727/20731/17888</w:t>
        <w:br/>
        <w:t>f 9729/20733/17890 9730/20732/17889 9727/20731/17888</w:t>
        <w:br/>
        <w:t>f 9730/20732/17889 9729/20733/17890 9731/20734/17891</w:t>
        <w:br/>
        <w:t>f 9732/20735/17891 9730/20732/17889 9731/20734/17891</w:t>
        <w:br/>
        <w:t>f 9732/20735/17891 9731/20734/17891 9718/20722/17882</w:t>
        <w:br/>
        <w:t>f 9719/20721/17881 9732/20735/17891 9718/20722/17882</w:t>
        <w:br/>
        <w:t>f 9735/20736/17892 9734/20737/17893 9733/20738/17894</w:t>
        <w:br/>
        <w:t>f 9738/20739/17895 9737/20740/17896 9736/20741/17897</w:t>
        <w:br/>
        <w:t>f 9740/20742/17898 9739/20743/17899 9737/20740/17896</w:t>
        <w:br/>
        <w:t>f 9738/20739/17895 9740/20742/17898 9737/20740/17896</w:t>
        <w:br/>
        <w:t>f 9736/20741/17897 9742/20744/17900 9741/20745/17901</w:t>
        <w:br/>
        <w:t>f 9738/20739/17895 9736/20741/17897 9741/20745/17901</w:t>
        <w:br/>
        <w:t>f 9733/20738/17894 9744/20746/17902 9743/20747/17903</w:t>
        <w:br/>
        <w:t>f 9735/20736/17892 9733/20738/17894 9743/20747/17903</w:t>
        <w:br/>
        <w:t>f 9746/20748/17904 9745/20749/17905 9741/20745/17906</w:t>
        <w:br/>
        <w:t>f 9733/20738/17894 9734/20737/17893 9747/20750/17907</w:t>
        <w:br/>
        <w:t>f 9748/20751/17907 9733/20738/17894 9747/20750/17907</w:t>
        <w:br/>
        <w:t>f 9748/20751/17907 9747/20750/17907 9749/20752/17908</w:t>
        <w:br/>
        <w:t>f 9749/20752/17909 9752/20753/17910 9751/20754/17910</w:t>
        <w:br/>
        <w:t>f 9750/20755/17911 9749/20752/17909 9751/20754/17910</w:t>
        <w:br/>
        <w:t>f 9740/20742/17898 9753/20756/17912 9739/20743/17899</w:t>
        <w:br/>
        <w:t>f 9740/20742/17898 9755/20757/17913 9754/20758/17914</w:t>
        <w:br/>
        <w:t>f 9753/20756/17912 9740/20742/17898 9754/20758/17914</w:t>
        <w:br/>
        <w:t>f 9756/20759/17915 9754/20758/17914 9755/20757/17913</w:t>
        <w:br/>
        <w:t>f 9741/20745/17901 9757/20760/17916 9756/20759/17915</w:t>
        <w:br/>
        <w:t>f 9755/20757/17913 9741/20745/17901 9756/20759/17915</w:t>
        <w:br/>
        <w:t>f 9759/20761/17917 9758/20762/17918 9746/20748/17904</w:t>
        <w:br/>
        <w:t>f 9741/20745/17906 9759/20761/17917 9746/20748/17904</w:t>
        <w:br/>
        <w:t>f 9752/20753/17910 9758/20762/17919 9751/20754/17910</w:t>
        <w:br/>
        <w:t>f 9742/20744/17900 9757/20760/17916 9741/20745/17901</w:t>
        <w:br/>
        <w:t>f 9762/20763/17920 9761/20764/17920 9760/20765/17921</w:t>
        <w:br/>
        <w:t>f 9763/20766/17922 9762/20763/17920 9760/20765/17921</w:t>
        <w:br/>
        <w:t>f 9763/20766/17922 9760/20765/17921 9764/20767/17923</w:t>
        <w:br/>
        <w:t>f 9765/20768/17924 9763/20766/17922 9764/20767/17923</w:t>
        <w:br/>
        <w:t>f 9767/20769/17925 9765/20768/17924 9764/20767/17923</w:t>
        <w:br/>
        <w:t>f 9766/20770/17925 9767/20769/17925 9764/20767/17923</w:t>
        <w:br/>
        <w:t>f 9769/20771/17926 9767/20769/17925 9766/20770/17925</w:t>
        <w:br/>
        <w:t>f 9768/20772/17927 9769/20771/17926 9766/20770/17925</w:t>
        <w:br/>
        <w:t>f 9769/20771/17926 9768/20772/17927 9770/20773/17928</w:t>
        <w:br/>
        <w:t>f 9771/20774/17928 9769/20771/17926 9770/20773/17928</w:t>
        <w:br/>
        <w:t>f 9771/20774/17928 9770/20773/17928 9772/20775/17929</w:t>
        <w:br/>
        <w:t>f 9773/20776/17929 9771/20774/17928 9772/20775/17929</w:t>
        <w:br/>
        <w:t>f 9775/20777/17930 9773/20776/17929 9772/20775/17929</w:t>
        <w:br/>
        <w:t>f 9774/20778/17930 9775/20777/17930 9772/20775/17929</w:t>
        <w:br/>
        <w:t>f 9762/20763/17920 9775/20777/17930 9774/20778/17930</w:t>
        <w:br/>
        <w:t>f 9761/20764/17920 9762/20763/17920 9774/20778/17930</w:t>
        <w:br/>
        <w:t>f 9934/20779/17931 9933/20780/17931 9932/20781/17931</w:t>
        <w:br/>
        <w:t>f 9935/20782/17931 9934/20779/17931 9932/20781/17931</w:t>
        <w:br/>
        <w:t>f 9938/20783/17932 9937/20784/17932 9936/20785/17932</w:t>
        <w:br/>
        <w:t>f 9939/20786/17932 9938/20783/17932 9936/20785/17932</w:t>
        <w:br/>
        <w:t>f 9943/20787/17933 9942/20788/17934 9941/20789/17933</w:t>
        <w:br/>
        <w:t>f 9940/20790/17933 9943/20787/17933 9941/20789/17933</w:t>
        <w:br/>
        <w:t>f 9946/20791/17935 9945/20792/17936 9944/20793/17937</w:t>
        <w:br/>
        <w:t>f 9947/20794/17937 9946/20791/17935 9944/20793/17937</w:t>
        <w:br/>
        <w:t>f 9951/20795/17938 9950/20796/17938 9949/20797/17938</w:t>
        <w:br/>
        <w:t>f 9948/20798/17938 9951/20795/17938 9949/20797/17938</w:t>
        <w:br/>
        <w:t>f 10009/20799/17939 10008/20800/17939 10007/20801/17940</w:t>
        <w:br/>
        <w:t>f 10010/20802/17941 10009/20799/17939 10007/20801/17940</w:t>
        <w:br/>
        <w:t>f 10013/20803/17942 10012/20804/17942 10011/20805/17943</w:t>
        <w:br/>
        <w:t>f 10014/20806/17944 10013/20803/17942 10011/20805/17943</w:t>
        <w:br/>
        <w:t>f 10018/20807/17945 10017/20808/17946 10016/20809/17946</w:t>
        <w:br/>
        <w:t>f 10015/20810/17947 10018/20807/17945 10016/20809/17946</w:t>
        <w:br/>
        <w:t>f 10021/20811/17948 10020/20812/17948 10019/20813/17949</w:t>
        <w:br/>
        <w:t>f 10022/20814/17949 10021/20811/17948 10019/20813/17949</w:t>
        <w:br/>
        <w:t>f 10010/20802/17941 10007/20801/17940 10023/20815/17950</w:t>
        <w:br/>
        <w:t>f 10014/20806/17944 10010/20802/17941 10023/20815/17950</w:t>
        <w:br/>
        <w:t>f 10018/20807/17951 10014/20806/17944 10024/20816/17952</w:t>
        <w:br/>
        <w:t>f 10007/20801/17940 10018/20807/17951 10024/20816/17952</w:t>
        <w:br/>
        <w:t>f 10008/20800/17939 10009/20799/17939 10026/20817/17953</w:t>
        <w:br/>
        <w:t>f 10025/20818/17953 10008/20800/17939 10026/20817/17953</w:t>
        <w:br/>
        <w:t>f 10012/20804/17942 10013/20803/17942 10028/20819/17954</w:t>
        <w:br/>
        <w:t>f 10027/20820/17954 10012/20804/17942 10028/20819/17954</w:t>
        <w:br/>
        <w:t>f 10016/20809/17946 10017/20808/17946 10030/20821/17955</w:t>
        <w:br/>
        <w:t>f 10029/20822/17955 10016/20809/17946 10030/20821/17955</w:t>
        <w:br/>
        <w:t>f 10021/20811/17948 10032/20823/17956 10031/20824/17956</w:t>
        <w:br/>
        <w:t>f 10020/20812/17948 10021/20811/17948 10031/20824/17956</w:t>
        <w:br/>
        <w:t>f 10025/20818/17953 10026/20817/17953 10033/20825/17957</w:t>
        <w:br/>
        <w:t>f 10027/20820/17954 10028/20819/17954 10033/20825/17958</w:t>
        <w:br/>
        <w:t>f 10029/20822/17955 10030/20821/17955 10034/20826/17958</w:t>
        <w:br/>
        <w:t>f 10031/20824/17956 10032/20823/17956 10034/20826/17958</w:t>
        <w:br/>
        <w:t>f 10038/20827/17959 10037/20828/17959 10036/20829/17960</w:t>
        <w:br/>
        <w:t>f 10035/20830/17960 10038/20827/17959 10036/20829/17960</w:t>
        <w:br/>
        <w:t>f 10042/20831/17961 10041/20832/17962 10040/20833/17962</w:t>
        <w:br/>
        <w:t>f 10039/20834/17961 10042/20831/17961 10040/20833/17962</w:t>
        <w:br/>
        <w:t>f 10046/20835/17963 10045/20836/17964 10044/20837/17964</w:t>
        <w:br/>
        <w:t>f 10043/20838/17963 10046/20835/17963 10044/20837/17964</w:t>
        <w:br/>
        <w:t>f 10049/20839/17965 10048/20840/17965 10047/20841/17966</w:t>
        <w:br/>
        <w:t>f 10050/20842/17966 10049/20839/17965 10047/20841/17966</w:t>
        <w:br/>
        <w:t>f 10053/20843/17967 10052/20844/17967 10051/20845/17968</w:t>
        <w:br/>
        <w:t>f 10042/20831/17961 10039/20834/17961 10051/20845/17968</w:t>
        <w:br/>
        <w:t>f 10046/20835/17963 10043/20838/17963 10051/20845/17969</w:t>
        <w:br/>
        <w:t>f 10050/20842/17966 10047/20841/17966 10051/20845/17968</w:t>
        <w:br/>
        <w:t>f 10037/20828/17959 10038/20827/17959 10054/20846/17970</w:t>
        <w:br/>
        <w:t>f 10040/20833/17962 10041/20832/17962 10054/20846/17970</w:t>
        <w:br/>
        <w:t>f 10044/20837/17964 10045/20836/17964 10054/20846/17970</w:t>
        <w:br/>
        <w:t>f 10048/20840/17965 10049/20839/17965 10054/20846/17970</w:t>
        <w:br/>
        <w:t>f 10058/20847/17971 10057/20848/17972 10056/20849/17972</w:t>
        <w:br/>
        <w:t>f 10055/20850/17971 10058/20847/17971 10056/20849/17972</w:t>
        <w:br/>
        <w:t>f 10061/20851/17973 10060/20852/17973 10059/20853/17974</w:t>
        <w:br/>
        <w:t>f 10062/20854/17974 10061/20851/17973 10059/20853/17974</w:t>
        <w:br/>
        <w:t>f 10065/20855/17975 10064/20856/17975 10063/20857/17976</w:t>
        <w:br/>
        <w:t>f 10066/20858/17976 10065/20855/17975 10063/20857/17976</w:t>
        <w:br/>
        <w:t>f 10070/20859/17977 10069/20860/17978 10068/20861/17978</w:t>
        <w:br/>
        <w:t>f 10067/20862/17979 10070/20859/17977 10068/20861/17978</w:t>
        <w:br/>
        <w:t>f 10058/20847/17971 10055/20850/17971 10071/20863/17980</w:t>
        <w:br/>
        <w:t>f 10062/20854/17974 10059/20853/17974 10071/20863/17980</w:t>
        <w:br/>
        <w:t>f 10066/20858/17976 10063/20857/17976 10072/20864/17980</w:t>
        <w:br/>
        <w:t>f 10074/20865/17981 10073/20866/17981 10072/20864/17980</w:t>
        <w:br/>
        <w:t>f 10056/20849/17972 10057/20848/17972 10075/20867/17982</w:t>
        <w:br/>
        <w:t>f 10077/20868/17983 10076/20869/17983 10075/20867/17982</w:t>
        <w:br/>
        <w:t>f 10064/20856/17975 10065/20855/17975 10078/20870/17982</w:t>
        <w:br/>
        <w:t>f 10068/20861/17978 10069/20860/17978 10078/20870/17982</w:t>
        <w:br/>
        <w:t>f 10081/20871/17984 10080/20872/17985 10079/20873/17986</w:t>
        <w:br/>
        <w:t>f 10082/20874/17987 10081/20871/17984 10079/20873/17986</w:t>
        <w:br/>
        <w:t>f 10085/20875/17988 10084/20876/17989 10083/20877/17989</w:t>
        <w:br/>
        <w:t>f 10086/20878/17988 10085/20875/17988 10083/20877/17989</w:t>
        <w:br/>
        <w:t>f 10090/20879/17990 10089/20880/17991 10088/20881/17992</w:t>
        <w:br/>
        <w:t>f 10087/20882/17992 10090/20879/17990 10088/20881/17992</w:t>
        <w:br/>
        <w:t>f 10094/20883/17993 10093/20884/17993 10092/20885/17993</w:t>
        <w:br/>
        <w:t>f 10091/20886/17993 10094/20883/17993 10092/20885/17993</w:t>
        <w:br/>
        <w:t>f 10079/20873/17986 10080/20872/17985 10095/20887/17994</w:t>
        <w:br/>
        <w:t>f 10083/20877/17989 10084/20876/17989 10095/20887/17994</w:t>
        <w:br/>
        <w:t>f 10087/20882/17992 10088/20881/17992 10096/20888/17994</w:t>
        <w:br/>
        <w:t>f 10098/20889/17995 10097/20890/17995 10096/20888/17996</w:t>
        <w:br/>
        <w:t>f 10101/20891/17997 10100/20892/17998 10099/20893/17999</w:t>
        <w:br/>
        <w:t>f 10104/20894/18000 10103/20895/18001 10102/20896/18002</w:t>
        <w:br/>
        <w:t>f 10101/20891/17997 10106/20897/18003 10105/20898/18004</w:t>
        <w:br/>
        <w:t>f 10103/20895/18001 10108/20899/18005 10107/20900/18006</w:t>
        <w:br/>
        <w:t>f 10111/20901/18007 10103/20895/18001 10110/20902/18008</w:t>
        <w:br/>
        <w:t>f 10109/20903/18008 10111/20901/18007 10110/20902/18008</w:t>
        <w:br/>
        <w:t>f 10112/20904/18009 10103/20895/18001 10111/20901/18007</w:t>
        <w:br/>
        <w:t>f 10109/20903/18008 10110/20902/18008 10113/20905/18010</w:t>
        <w:br/>
        <w:t>f 10115/20906/18011 10106/20897/18003 10114/20907/18012</w:t>
        <w:br/>
        <w:t>f 10116/20908/18013 10115/20906/18011 10114/20907/18012</w:t>
        <w:br/>
        <w:t>f 10118/20909/18014 10117/20910/18014 10106/20897/18015</w:t>
        <w:br/>
        <w:t>f 10120/20911/18016 10119/20912/18016 10103/20895/18017</w:t>
        <w:br/>
        <w:t>f 10124/20913/18018 10123/20914/18019 10122/20915/18019</w:t>
        <w:br/>
        <w:t>f 10121/20916/18020 10124/20913/18018 10122/20915/18019</w:t>
        <w:br/>
        <w:t>f 10121/20916/18020 10125/20917/18021 10124/20913/18018</w:t>
        <w:br/>
        <w:t>f 10125/20917/18021 10126/20918/18022 10124/20913/18018</w:t>
        <w:br/>
        <w:t>f 10129/20919/18023 10128/20920/18024 10127/20921/18023</w:t>
        <w:br/>
        <w:t>f 10130/20922/18023 10129/20919/18023 10127/20921/18023</w:t>
        <w:br/>
        <w:t>f 10132/20923/18025 10131/20924/18026 10115/20906/18011</w:t>
        <w:br/>
        <w:t>f 10131/20924/18026 10128/20920/18024 10115/20906/18011</w:t>
        <w:br/>
        <w:t>f 10136/20925/18027 10135/20926/18028 10134/20927/18029</w:t>
        <w:br/>
        <w:t>f 10133/20928/18030 10136/20925/18027 10134/20927/18029</w:t>
        <w:br/>
        <w:t>f 10138/20929/18031 10136/20925/18027 10133/20928/18030</w:t>
        <w:br/>
        <w:t>f 10137/20930/18032 10138/20929/18031 10133/20928/18030</w:t>
        <w:br/>
        <w:t>f 10139/20931/18033 10103/20895/18001 10112/20904/18009</w:t>
        <w:br/>
        <w:t>f 10106/20897/18003 10134/20927/18029 10140/20932/18034</w:t>
        <w:br/>
        <w:t>f 10106/20897/18003 10140/20932/18034 10114/20907/18012</w:t>
        <w:br/>
        <w:t>f 10105/20898/18004 10106/20897/18003 10141/20933/18035</w:t>
        <w:br/>
        <w:t>f 10103/20895/18001 10104/20894/18000 10108/20899/18005</w:t>
        <w:br/>
        <w:t>f 10115/20906/18011 10116/20908/18013 10132/20923/18025</w:t>
        <w:br/>
        <w:t>f 10104/20894/18000 10099/20893/17999 10100/20892/17998</w:t>
        <w:br/>
        <w:t>f 10099/20893/17999 10104/20894/18000 10102/20896/18002</w:t>
        <w:br/>
        <w:t>f 10106/20897/18003 10133/20928/18030 10134/20927/18029</w:t>
        <w:br/>
        <w:t>f 10135/20926/18028 10139/20931/18033 10112/20904/18009</w:t>
        <w:br/>
        <w:t>f 10139/20931/18033 10135/20926/18028 10136/20925/18027</w:t>
        <w:br/>
        <w:t>f 10102/20896/18002 10139/20931/18033 10136/20925/18027</w:t>
        <w:br/>
        <w:t>f 10102/20896/18002 10136/20925/18027 10138/20929/18031</w:t>
        <w:br/>
        <w:t>f 10142/20934/18036 10102/20896/18002 10138/20929/18031</w:t>
        <w:br/>
        <w:t>f 10145/20935/18037 10144/20936/18037 10143/20937/18037</w:t>
        <w:br/>
        <w:t>f 10101/20891/17997 10099/20893/17999 10133/20928/18030</w:t>
        <w:br/>
        <w:t>f 10140/20932/18034 10134/20927/18029 10135/20926/18028</w:t>
        <w:br/>
        <w:t>f 10148/20938/18038 10147/20939/18038 10146/20940/18038</w:t>
        <w:br/>
        <w:t>f 10102/20896/18002 10103/20895/18001 10139/20931/18033</w:t>
        <w:br/>
        <w:t>f 10101/20891/17997 10133/20928/18030 10106/20897/18003</w:t>
        <w:br/>
        <w:t>f 10151/20941/18039 10150/20942/18040 10149/20943/18041</w:t>
        <w:br/>
        <w:t>f 10150/20942/18040 10152/20944/18042 10149/20943/18041</w:t>
        <w:br/>
        <w:t>f 10152/20944/18042 10153/20945/18043 10149/20943/18041</w:t>
        <w:br/>
        <w:t>f 10153/20945/18044 10155/20946/18045 10154/20947/18046</w:t>
        <w:br/>
        <w:t>f 10155/20946/18045 10156/20948/18047 10154/20947/18046</w:t>
        <w:br/>
        <w:t>f 10156/20948/18047 10157/20949/18048 10154/20947/18046</w:t>
        <w:br/>
        <w:t>f 10157/20949/18048 10158/20950/18049 10154/20947/18046</w:t>
        <w:br/>
        <w:t>f 10158/20950/18050 10151/20941/18039 10149/20943/18041</w:t>
        <w:br/>
        <w:t>f 10161/20951/18051 10160/20952/18052 10159/20953/18053</w:t>
        <w:br/>
        <w:t>f 10162/20954/18054 10159/20953/18053 10160/20952/18052</w:t>
        <w:br/>
        <w:t>f 10163/20955/18055 10162/20954/18054 10160/20952/18052</w:t>
        <w:br/>
        <w:t>f 10162/20954/18054 10163/20955/18055 10164/20956/18056</w:t>
        <w:br/>
        <w:t>f 10168/20957/18057 10167/20958/18058 10166/20959/18059</w:t>
        <w:br/>
        <w:t>f 10165/20960/18060 10168/20957/18057 10166/20959/18059</w:t>
        <w:br/>
        <w:t>f 10164/20956/18056 10163/20955/18055 10170/20961/18061</w:t>
        <w:br/>
        <w:t>f 10169/20962/18062 10164/20956/18056 10170/20961/18061</w:t>
        <w:br/>
        <w:t>f 10166/20959/18059 10171/20963/18063 10170/20961/18061</w:t>
        <w:br/>
        <w:t>f 10166/20959/18059 10167/20958/18058 10171/20963/18063</w:t>
        <w:br/>
        <w:t>f 10171/20963/18063 10169/20962/18062 10170/20961/18061</w:t>
        <w:br/>
        <w:t>f 10174/20964/18064 10173/20965/18065 10172/20966/18066</w:t>
        <w:br/>
        <w:t>f 10177/20967/18067 10176/20968/18068 10175/20969/18069</w:t>
        <w:br/>
        <w:t>f 10177/20967/18067 10175/20969/18069 10178/20970/18070</w:t>
        <w:br/>
        <w:t>f 10179/20971/18071 10177/20967/18067 10178/20970/18070</w:t>
        <w:br/>
        <w:t>f 10180/20972/18072 10179/20971/18071 10178/20970/18070</w:t>
        <w:br/>
        <w:t>f 10182/20973/18073 10176/20968/18068 10181/20974/18074</w:t>
        <w:br/>
        <w:t>f 10183/20975/18075 10182/20973/18073 10181/20974/18074</w:t>
        <w:br/>
        <w:t>f 10184/20976/18076 10183/20975/18075 10181/20974/18074</w:t>
        <w:br/>
        <w:t>f 10185/20977/18077 10184/20976/18076 10181/20974/18074</w:t>
        <w:br/>
        <w:t>f 10188/20978/18078 10187/20979/18079 10186/20980/18080</w:t>
        <w:br/>
        <w:t>f 10189/20981/18081 10188/20978/18078 10186/20980/18080</w:t>
        <w:br/>
        <w:t>f 10190/20982/18082 10189/20981/18081 10186/20980/18080</w:t>
        <w:br/>
        <w:t>f 10189/20981/18081 10190/20982/18082 10191/20983/18083</w:t>
        <w:br/>
        <w:t>f 10173/20965/18065 10187/20979/18079 10188/20978/18078</w:t>
        <w:br/>
        <w:t>f 10174/20964/18064 10172/20966/18066 10192/20984/18084</w:t>
        <w:br/>
        <w:t>f 10193/20985/18085 10192/20984/18084 10172/20966/18066</w:t>
        <w:br/>
        <w:t>f 10194/20986/18086 10193/20985/18085 10172/20966/18066</w:t>
        <w:br/>
        <w:t>f 10195/20987/18087 10193/20985/18085 10194/20986/18086</w:t>
        <w:br/>
        <w:t>f 10195/20987/18087 10197/20988/18088 10196/20989/18089</w:t>
        <w:br/>
        <w:t>f 10198/20990/18090 10184/20976/18076 10185/20977/18077</w:t>
        <w:br/>
        <w:t>f 10197/20988/18088 10191/20983/18083 10196/20989/18089</w:t>
        <w:br/>
        <w:t>f 10198/20990/18090 10200/20991/18091 10199/20992/18092</w:t>
        <w:br/>
        <w:t>f 10200/20991/18091 10201/20993/18093 10199/20992/18092</w:t>
        <w:br/>
        <w:t>f 10179/20971/18071 10180/20972/18072 10201/20993/18093</w:t>
        <w:br/>
        <w:t>f 10174/20964/18064 10202/20994/18094 10173/20965/18065</w:t>
        <w:br/>
        <w:t>f 10202/20994/18094 10187/20979/18079 10173/20965/18065</w:t>
        <w:br/>
        <w:t>f 10195/20987/18087 10194/20986/18086 10197/20988/18088</w:t>
        <w:br/>
        <w:t>f 10189/20981/18081 10191/20983/18083 10197/20988/18088</w:t>
        <w:br/>
        <w:t>f 10198/20990/18090 10185/20977/18077 10200/20991/18091</w:t>
        <w:br/>
        <w:t>f 10200/20991/18091 10179/20971/18071 10201/20993/18093</w:t>
        <w:br/>
        <w:t>f 10182/20973/18073 10203/20995/18095 10176/20968/18068</w:t>
        <w:br/>
        <w:t>f 10175/20969/18069 10176/20968/18068 10203/20995/18095</w:t>
        <w:br/>
        <w:t>f 10206/20996/18096 10205/20997/18097 10204/20998/18098</w:t>
        <w:br/>
        <w:t>f 10209/20999/18099 10208/21000/18100 10207/21001/18101</w:t>
        <w:br/>
        <w:t>f 10209/20999/18099 10210/21002/18102 10208/21000/18100</w:t>
        <w:br/>
        <w:t>f 10210/21002/18102 10209/20999/18099 10211/21003/18103</w:t>
        <w:br/>
        <w:t>f 10212/21004/18104 10210/21002/18102 10211/21003/18103</w:t>
        <w:br/>
        <w:t>f 10214/21005/18105 10213/21006/18106 10207/21001/18101</w:t>
        <w:br/>
        <w:t>f 10215/21007/18107 10213/21006/18106 10214/21005/18105</w:t>
        <w:br/>
        <w:t>f 10213/21006/18106 10215/21007/18107 10216/21008/18108</w:t>
        <w:br/>
        <w:t>f 10217/21009/18109 10213/21006/18106 10216/21008/18108</w:t>
        <w:br/>
        <w:t>f 10220/21010/18110 10219/21011/18111 10218/21012/18112</w:t>
        <w:br/>
        <w:t>f 10219/21011/18111 10220/21010/18110 10221/21013/18113</w:t>
        <w:br/>
        <w:t>f 10222/21014/18114 10219/21011/18111 10221/21013/18113</w:t>
        <w:br/>
        <w:t>f 10221/21013/18113 10223/21015/18115 10222/21014/18114</w:t>
        <w:br/>
        <w:t>f 10204/20998/18098 10220/21010/18110 10218/21012/18112</w:t>
        <w:br/>
        <w:t>f 10206/20996/18096 10224/21016/18116 10205/20997/18097</w:t>
        <w:br/>
        <w:t>f 10205/20997/18097 10224/21016/18116 10225/21017/18117</w:t>
        <w:br/>
        <w:t>f 10226/21018/18118 10205/20997/18097 10225/21017/18117</w:t>
        <w:br/>
        <w:t>f 10227/21019/18119 10226/21018/18118 10225/21017/18117</w:t>
        <w:br/>
        <w:t>f 10227/21019/18119 10229/21020/18120 10228/21021/18121</w:t>
        <w:br/>
        <w:t>f 10230/21022/18122 10217/21009/18109 10216/21008/18108</w:t>
        <w:br/>
        <w:t>f 10228/21021/18121 10229/21020/18120 10223/21015/18115</w:t>
        <w:br/>
        <w:t>f 10230/21022/18122 10232/21023/18123 10231/21024/18124</w:t>
        <w:br/>
        <w:t>f 10231/21024/18124 10232/21023/18123 10233/21025/18125</w:t>
        <w:br/>
        <w:t>f 10211/21003/18103 10233/21025/18125 10212/21004/18104</w:t>
        <w:br/>
        <w:t>f 10206/20996/18096 10204/20998/18098 10234/21026/18126</w:t>
        <w:br/>
        <w:t>f 10234/21026/18126 10204/20998/18098 10218/21012/18112</w:t>
        <w:br/>
        <w:t>f 10227/21019/18119 10228/21021/18121 10226/21018/18118</w:t>
        <w:br/>
        <w:t>f 10221/21013/18113 10228/21021/18121 10223/21015/18115</w:t>
        <w:br/>
        <w:t>f 10230/21022/18122 10231/21024/18124 10217/21009/18109</w:t>
        <w:br/>
        <w:t>f 10231/21024/18124 10233/21025/18125 10211/21003/18103</w:t>
        <w:br/>
        <w:t>f 10214/21005/18105 10207/21001/18101 10235/21027/18127</w:t>
        <w:br/>
        <w:t>f 10208/21000/18100 10235/21027/18127 10207/21001/18101</w:t>
        <w:br/>
        <w:t>f 10239/21028/18128 10238/21029/18128 10237/21030/18129</w:t>
        <w:br/>
        <w:t>f 10236/21031/18130 10239/21028/18128 10237/21030/18129</w:t>
        <w:br/>
        <w:t>f 10241/21032/18131 10240/21033/18132 10236/21031/18130</w:t>
        <w:br/>
        <w:t>f 10237/21030/18129 10241/21032/18131 10236/21031/18130</w:t>
        <w:br/>
        <w:t>f 10244/21034/18133 10243/21035/18134 10242/21036/18134</w:t>
        <w:br/>
        <w:t>f 10245/21037/18135 10244/21034/18133 10242/21036/18134</w:t>
        <w:br/>
        <w:t>f 10248/21038/18136 10247/21039/18137 10246/21040/18137</w:t>
        <w:br/>
        <w:t>f 10249/21041/18138 10248/21038/18136 10246/21040/18137</w:t>
        <w:br/>
        <w:t>f 10247/21039/18137 10244/21034/18133 10245/21037/18135</w:t>
        <w:br/>
        <w:t>f 10246/21040/18137 10247/21039/18137 10245/21037/18135</w:t>
        <w:br/>
        <w:t>f 10252/21042/18139 10251/21043/18140 10250/21044/18141</w:t>
        <w:br/>
        <w:t>f 10253/21045/18140 10252/21042/18139 10250/21044/18141</w:t>
        <w:br/>
        <w:t>f 10254/21046/18142 10248/21038/18136 10249/21041/18138</w:t>
        <w:br/>
        <w:t>f 10255/21047/18143 10254/21046/18142 10249/21041/18138</w:t>
        <w:br/>
        <w:t>f 10242/21036/18134 10243/21035/18134 10238/21029/18128</w:t>
        <w:br/>
        <w:t>f 10239/21028/18128 10242/21036/18134 10238/21029/18128</w:t>
        <w:br/>
        <w:t>f 10240/21033/18132 10241/21032/18131 10254/21046/18142</w:t>
        <w:br/>
        <w:t>f 10255/21047/18143 10240/21033/18132 10254/21046/18142</w:t>
        <w:br/>
        <w:t>f 10251/21043/18140 10257/21048/18144 10256/21049/18145</w:t>
        <w:br/>
        <w:t>f 10250/21044/18141 10251/21043/18140 10256/21049/18145</w:t>
        <w:br/>
        <w:t>f 10256/21049/18145 10257/21048/18144 10258/21050/18146</w:t>
        <w:br/>
        <w:t>f 10252/21042/18139 10253/21045/18140 10259/21051/18147</w:t>
        <w:br/>
        <w:t>f 12834/21052/18148 12833/21053/18149 12832/21054/18150</w:t>
        <w:br/>
        <w:t>f 12831/21055/18148 12834/21052/18148 12832/21054/18150</w:t>
        <w:br/>
        <w:t>f 12838/21056/18151 12837/21057/18151 12836/21058/18151</w:t>
        <w:br/>
        <w:t>f 12835/21059/18151 12838/21056/18151 12836/21058/18151</w:t>
        <w:br/>
        <w:t>f 12842/21060/18152 12841/21061/18152 12840/21062/18153</w:t>
        <w:br/>
        <w:t>f 12839/21063/18153 12842/21060/18152 12840/21062/18153</w:t>
        <w:br/>
        <w:t>f 12845/21064/14186 12844/21065/14186 12843/21066/14186</w:t>
        <w:br/>
        <w:t>f 12846/21067/14186 12845/21064/14186 12843/21066/14186</w:t>
        <w:br/>
        <w:t>f 12834/21052/18148 12831/21055/18148 12848/21068/18154</w:t>
        <w:br/>
        <w:t>f 12847/21069/18155 12834/21052/18148 12848/21068/18154</w:t>
        <w:br/>
        <w:t>f 12852/21070/17086 12851/21071/17086 12850/21072/17086</w:t>
        <w:br/>
        <w:t>f 12849/21073/17086 12852/21070/17086 12850/21072/17086</w:t>
        <w:br/>
        <w:t>f 12840/21062/18153 12854/21074/18156 12853/21075/18156</w:t>
        <w:br/>
        <w:t>f 12839/21063/18153 12840/21062/18153 12853/21075/18156</w:t>
        <w:br/>
        <w:t>f 12847/21069/18155 12848/21068/18154 12856/21076/18157</w:t>
        <w:br/>
        <w:t>f 12855/21077/18158 12847/21069/18155 12856/21076/18157</w:t>
        <w:br/>
        <w:t>f 12859/21078/18159 12858/21079/18159 12857/21080/18159</w:t>
        <w:br/>
        <w:t>f 12860/21081/18159 12859/21078/18159 12857/21080/18159</w:t>
        <w:br/>
        <w:t>f 12862/21082/18160 12853/21075/18156 12854/21074/18156</w:t>
        <w:br/>
        <w:t>f 12861/21083/18161 12862/21082/18160 12854/21074/18156</w:t>
        <w:br/>
        <w:t>f 12866/21084/14511 12865/21085/14511 12864/21086/14511</w:t>
        <w:br/>
        <w:t>f 12863/21087/14511 12866/21084/14511 12864/21086/14511</w:t>
        <w:br/>
        <w:t>f 12870/21088/17086 12869/21089/17086 12868/21090/17086</w:t>
        <w:br/>
        <w:t>f 12867/21091/17086 12870/21088/17086 12868/21090/17086</w:t>
        <w:br/>
        <w:t>f 12874/21092/17086 12873/21093/17086 12872/21094/17086</w:t>
        <w:br/>
        <w:t>f 12871/21095/17086 12874/21092/17086 12872/21094/17086</w:t>
        <w:br/>
        <w:t>f 12878/21096/18162 12877/21097/18163 12876/21098/18164</w:t>
        <w:br/>
        <w:t>f 12875/21099/18165 12878/21096/18162 12876/21098/18164</w:t>
        <w:br/>
        <w:t>f 12881/21100/18166 12880/21101/18167 12879/21102/18168</w:t>
        <w:br/>
        <w:t>f 12882/21103/18168 12881/21100/18166 12879/21102/18168</w:t>
        <w:br/>
        <w:t>f 12886/21104/18169 12885/21105/18170 12884/21106/18171</w:t>
        <w:br/>
        <w:t>f 12883/21107/18172 12886/21104/18169 12884/21106/18171</w:t>
        <w:br/>
        <w:t>f 12887/21108/18173 12886/21104/18169 12883/21107/18172</w:t>
        <w:br/>
        <w:t>f 12890/21109/18174 12889/21110/18174 12888/21111/18175</w:t>
        <w:br/>
        <w:t>f 12887/21108/18176 12890/21109/18174 12888/21111/18175</w:t>
        <w:br/>
        <w:t>f 12876/21098/18164 12877/21097/18163 12892/21112/18177</w:t>
        <w:br/>
        <w:t>f 12891/21113/18178 12876/21098/18164 12892/21112/18177</w:t>
        <w:br/>
        <w:t>f 12879/21102/18168 12894/21114/18179 12893/21115/18179</w:t>
        <w:br/>
        <w:t>f 12882/21103/18168 12879/21102/18168 12893/21115/18179</w:t>
        <w:br/>
        <w:t>f 12883/21107/18172 12884/21106/18171 12896/21116/18180</w:t>
        <w:br/>
        <w:t>f 12895/21117/18181 12883/21107/18172 12896/21116/18180</w:t>
        <w:br/>
        <w:t>f 12890/21109/18174 12898/21118/18182 12897/21119/18183</w:t>
        <w:br/>
        <w:t>f 12889/21110/18174 12890/21109/18174 12897/21119/18183</w:t>
        <w:br/>
        <w:t>f 12892/21112/18177 12899/21120/18184 12891/21113/18178</w:t>
        <w:br/>
        <w:t>f 12897/21119/18183 12898/21118/18182 12900/21121/18185</w:t>
        <w:br/>
        <w:t>f 12899/21120/18184 12902/21122/18186 12901/21123/18187</w:t>
        <w:br/>
        <w:t>f 12891/21113/18178 12899/21120/18184 12901/21123/18187</w:t>
        <w:br/>
        <w:t>f 12904/21124/18188 12893/21115/18179 12894/21114/18179</w:t>
        <w:br/>
        <w:t>f 12903/21125/18189 12904/21124/18188 12894/21114/18179</w:t>
        <w:br/>
        <w:t>f 12895/21117/18181 12896/21116/18180 12906/21126/18190</w:t>
        <w:br/>
        <w:t>f 12905/21127/18190 12895/21117/18181 12906/21126/18190</w:t>
        <w:br/>
        <w:t>f 12900/21121/18185 12898/21118/18182 12908/21128/18191</w:t>
        <w:br/>
        <w:t>f 12907/21129/18191 12900/21121/18185 12908/21128/18191</w:t>
        <w:br/>
        <w:t>f 12901/21123/18187 12902/21122/18186 12910/21130/18192</w:t>
        <w:br/>
        <w:t>f 12909/21131/18193 12901/21123/18187 12910/21130/18192</w:t>
        <w:br/>
        <w:t>f 12904/21124/18188 12901/21123/18194 12912/21132/18195</w:t>
        <w:br/>
        <w:t>f 12911/21133/18195 12904/21124/18188 12912/21132/18195</w:t>
        <w:br/>
        <w:t>f 12905/21127/18190 12906/21126/18190 12914/21134/18196</w:t>
        <w:br/>
        <w:t>f 12913/21135/18197 12905/21127/18190 12914/21134/18196</w:t>
        <w:br/>
        <w:t>f 12908/21128/18191 12916/21136/18198 12915/21137/18198</w:t>
        <w:br/>
        <w:t>f 12907/21129/18191 12908/21128/18191 12915/21137/18198</w:t>
        <w:br/>
        <w:t>f 12909/21131/18193 12918/21138/18199 12917/21139/18200</w:t>
        <w:br/>
        <w:t>f 12915/21137/18198 12916/21136/18198 12919/21140/18201</w:t>
        <w:br/>
        <w:t>f 12911/21133/18195 12912/21132/18195 12921/21141/18202</w:t>
        <w:br/>
        <w:t>f 12920/21142/18203 12911/21133/18195 12921/21141/18202</w:t>
        <w:br/>
        <w:t>f 12913/21135/18197 12914/21134/18196 12922/21143/18204</w:t>
        <w:br/>
        <w:t>f 12923/21144/18205 12913/21135/18197 12922/21143/18204</w:t>
        <w:br/>
        <w:t>f 12913/21135/18206 12925/21145/18207 12924/21146/18207</w:t>
        <w:br/>
        <w:t>f 12919/21140/18208 12913/21135/18206 12924/21146/18207</w:t>
        <w:br/>
        <w:t>f 12917/21139/18200 12928/21147/18209 12927/21148/18210</w:t>
        <w:br/>
        <w:t>f 12926/21149/18211 12917/21139/18200 12927/21148/18210</w:t>
        <w:br/>
        <w:t>f 12920/21142/18203 12921/21141/18202 12929/21150/18212</w:t>
        <w:br/>
        <w:t>f 12930/21151/18213 12920/21142/18203 12929/21150/18212</w:t>
        <w:br/>
        <w:t>f 12922/21143/18204 12931/21152/18214 12923/21144/18205</w:t>
        <w:br/>
        <w:t>f 12924/21146/18207 12925/21145/18207 12932/21153/18215</w:t>
        <w:br/>
        <w:t>f 12927/21148/18210 12933/21154/18216 12926/21149/18211</w:t>
        <w:br/>
        <w:t>f 12932/21153/18217 12923/21144/18205 12934/21155/18218</w:t>
        <w:br/>
        <w:t>f 12926/21149/18211 12933/21154/18216 12936/21156/18219</w:t>
        <w:br/>
        <w:t>f 12935/21157/18219 12926/21149/18211 12936/21156/18219</w:t>
        <w:br/>
        <w:t>f 12930/21151/18213 12929/21150/18212 12938/21158/18220</w:t>
        <w:br/>
        <w:t>f 12937/21159/18221 12930/21151/18213 12938/21158/18220</w:t>
        <w:br/>
        <w:t>f 12940/21160/18222 12923/21144/18205 12931/21152/18214</w:t>
        <w:br/>
        <w:t>f 12939/21161/18222 12940/21160/18222 12931/21152/18214</w:t>
        <w:br/>
        <w:t>f 12934/21155/18218 12923/21144/18205 12942/21162/18223</w:t>
        <w:br/>
        <w:t>f 12941/21163/18224 12934/21155/18218 12942/21162/18223</w:t>
        <w:br/>
        <w:t>f 12935/21157/18219 12936/21156/18219 12944/21164/18225</w:t>
        <w:br/>
        <w:t>f 12943/21165/18226 12935/21157/18219 12944/21164/18225</w:t>
        <w:br/>
        <w:t>f 12937/21159/18221 12938/21158/18220 12946/21166/18227</w:t>
        <w:br/>
        <w:t>f 12945/21167/18228 12937/21159/18221 12946/21166/18227</w:t>
        <w:br/>
        <w:t>f 12948/21168/18229 12940/21160/18222 12939/21161/18222</w:t>
        <w:br/>
        <w:t>f 12947/21169/18230 12948/21168/18229 12939/21161/18222</w:t>
        <w:br/>
        <w:t>f 12942/21162/18223 12950/21170/18231 12949/21171/18232</w:t>
        <w:br/>
        <w:t>f 12941/21163/18224 12942/21162/18223 12949/21171/18232</w:t>
        <w:br/>
        <w:t>f 12951/21172/18233 12949/21171/18232 12950/21170/18231</w:t>
        <w:br/>
        <w:t>f 12948/21168/18229 12947/21169/18230 12952/21173/18234</w:t>
        <w:br/>
        <w:t>f 12945/21167/18228 12946/21166/18227 12953/21174/18235</w:t>
        <w:br/>
        <w:t>f 12954/21175/18236 12943/21165/18226 12944/21164/18225</w:t>
        <w:br/>
        <w:t>f 12909/21131/18193 12910/21130/18192 12918/21138/18199</w:t>
        <w:br/>
        <w:t>f 12918/21138/18199 12928/21147/18209 12917/21139/18200</w:t>
        <w:br/>
        <w:t>f 12957/21176/18237 12956/21177/18238 12955/21178/18239</w:t>
        <w:br/>
        <w:t>f 12960/21179/18240 12959/21180/18241 12958/21181/18242</w:t>
        <w:br/>
        <w:t>f 12963/21182/18243 12962/21183/18244 12961/21184/18245</w:t>
        <w:br/>
        <w:t>f 12966/21185/18246 12965/21186/18247 12964/21187/18248</w:t>
        <w:br/>
        <w:t>f 12957/21176/18237 12967/21188/18249 12956/21177/18238</w:t>
        <w:br/>
        <w:t>f 12959/21180/18241 12969/21189/18250 12968/21190/18251</w:t>
        <w:br/>
        <w:t>f 12963/21182/18243 12971/21191/18252 12970/21192/18253</w:t>
        <w:br/>
        <w:t>f 12972/21193/18254 12971/21191/18252 12963/21182/18243</w:t>
        <w:br/>
        <w:t>f 12965/21186/18247 12971/21191/18252 12972/21193/18254</w:t>
        <w:br/>
        <w:t>f 12966/21185/18246 12973/21194/18255 12965/21186/18247</w:t>
        <w:br/>
        <w:t>f 12967/21188/18249 12975/21195/18256 12974/21196/18257</w:t>
        <w:br/>
        <w:t>f 12968/21190/18251 12969/21189/18250 12974/21196/18258</w:t>
        <w:br/>
        <w:t>f 12970/21192/18253 12971/21191/18252 12976/21197/18259</w:t>
        <w:br/>
        <w:t>f 12971/21191/18252 12973/21194/18255 12976/21197/18259</w:t>
        <w:br/>
        <w:t>f 12978/21198/18260 12977/21199/18261 12963/21182/18243</w:t>
        <w:br/>
        <w:t>f 12980/21200/18262 12979/21201/18263 12965/21186/18247</w:t>
        <w:br/>
        <w:t>f 12981/21202/18264 12957/21176/18237 12955/21178/18239</w:t>
        <w:br/>
        <w:t>f 12965/21186/18247 12979/21201/18263 12964/21187/18248</w:t>
        <w:br/>
        <w:t>f 12980/21200/18262 12965/21186/18247 12972/21193/18254</w:t>
        <w:br/>
        <w:t>f 12963/21182/18243 12977/21199/18261 12972/21193/18254</w:t>
        <w:br/>
        <w:t>f 12978/21198/18260 12963/21182/18243 12961/21184/18245</w:t>
        <w:br/>
        <w:t>f 12959/21180/18241 12982/21203/18265 12958/21181/18242</w:t>
        <w:br/>
        <w:t>f 12981/21202/18264 12983/21204/18266 12957/21176/18237</w:t>
        <w:br/>
        <w:t>f 12984/21205/18267 12982/21203/18265 12959/21180/18241</w:t>
        <w:br/>
        <w:t>f 12957/21176/18237 12975/21195/18256 12967/21188/18249</w:t>
        <w:br/>
        <w:t>f 12965/21186/18247 12973/21194/18255 12971/21191/18252</w:t>
        <w:br/>
        <w:t>f 12960/21179/18240 12969/21189/18250 12959/21180/18241</w:t>
        <w:br/>
        <w:t>f 12963/21182/18243 12970/21192/18253 12962/21183/18244</w:t>
        <w:br/>
        <w:t>f 12987/21206/18268 12986/21207/18269 12985/21208/18270</w:t>
        <w:br/>
        <w:t>f 12988/21209/18271 12985/21208/18270 12986/21207/18269</w:t>
        <w:br/>
        <w:t>f 12991/21210/18272 12990/21211/18273 12989/21212/18274</w:t>
        <w:br/>
        <w:t>f 12991/21210/18272 12992/21213/18275 12990/21211/18273</w:t>
        <w:br/>
        <w:t>f 12995/21214/18276 12994/21215/18277 12993/21216/18278</w:t>
        <w:br/>
        <w:t>f 12991/21210/18272 12996/21217/18279 12992/21213/18275</w:t>
        <w:br/>
        <w:t>f 12997/21218/18280 12996/21217/18279 12991/21210/18272</w:t>
        <w:br/>
        <w:t>f 13000/21219/18281 12999/21220/18282 12998/21221/18283</w:t>
        <w:br/>
        <w:t>f 13003/21222/18284 13002/21223/18285 13001/21224/18284</w:t>
        <w:br/>
        <w:t>f 13002/21223/18285 12986/21207/18269 12987/21206/18268</w:t>
        <w:br/>
        <w:t>f 13004/21225/18286 13003/21222/18284 13001/21224/18284</w:t>
        <w:br/>
        <w:t>f 12993/21216/18278 13004/21225/18287 12995/21214/18276</w:t>
        <w:br/>
        <w:t>f 12988/21209/18288 12993/21216/18278 12994/21215/18277</w:t>
        <w:br/>
        <w:t>f 13006/21226/18289 12989/21212/18290 13005/21227/18291</w:t>
        <w:br/>
        <w:t>f 13000/21219/18281 13005/21227/18292 12999/21220/18282</w:t>
        <w:br/>
        <w:t>f 13000/21219/18281 12998/21221/18283 12997/21218/18280</w:t>
        <w:br/>
        <w:t>f 13009/21228/18293 13008/21229/18294 13007/21230/18295</w:t>
        <w:br/>
        <w:t>f 13013/21231/18296 13012/21232/18297 13011/21233/18298</w:t>
        <w:br/>
        <w:t>f 13010/21234/18296 13013/21231/18296 13011/21233/18298</w:t>
        <w:br/>
        <w:t>f 13016/21235/18299 13015/21236/18300 13014/21237/18300</w:t>
        <w:br/>
        <w:t>f 13018/21238/18301 13017/21239/18302 13014/21237/18300</w:t>
        <w:br/>
        <w:t>f 13015/21236/18300 13018/21238/18301 13014/21237/18300</w:t>
        <w:br/>
        <w:t>f 13020/21240/18303 13019/21241/18304 13017/21239/18302</w:t>
        <w:br/>
        <w:t>f 13018/21238/18301 13020/21240/18303 13017/21239/18302</w:t>
        <w:br/>
        <w:t>f 13022/21242/18305 13021/21243/18305 13013/21231/18296</w:t>
        <w:br/>
        <w:t>f 13010/21234/18296 13022/21242/18305 13013/21231/18296</w:t>
        <w:br/>
        <w:t>f 13019/21241/18304 13020/21240/18303 13023/21244/18306</w:t>
        <w:br/>
        <w:t>f 13019/21241/18304 13023/21244/18306 13021/21243/18305</w:t>
        <w:br/>
        <w:t>f 13022/21242/18305 13019/21241/18304 13021/21243/18305</w:t>
        <w:br/>
        <w:t>f 13012/21232/18297 13008/21229/18294 13011/21233/18298</w:t>
        <w:br/>
        <w:t>f 13008/21229/18294 13025/21245/18307 13024/21246/18308</w:t>
        <w:br/>
        <w:t>f 13007/21230/18295 13008/21229/18294 13024/21246/18308</w:t>
        <w:br/>
        <w:t>f 13008/21229/18294 13009/21228/18293 13011/21233/18298</w:t>
        <w:br/>
        <w:t>f 13028/21247/18309 13027/21248/18310 13026/21249/18311</w:t>
        <w:br/>
        <w:t>f 13032/21250/18312 13031/21251/18313 13030/21252/18314</w:t>
        <w:br/>
        <w:t>f 13029/21253/18315 13032/21250/18312 13030/21252/18314</w:t>
        <w:br/>
        <w:t>f 13035/21254/18316 13034/21255/18317 13033/21256/18317</w:t>
        <w:br/>
        <w:t>f 13034/21255/18317 13037/21257/18318 13036/21258/18319</w:t>
        <w:br/>
        <w:t>f 13033/21256/18317 13034/21255/18317 13036/21258/18319</w:t>
        <w:br/>
        <w:t>f 13037/21257/18318 13039/21259/18320 13038/21260/18321</w:t>
        <w:br/>
        <w:t>f 13036/21258/18319 13037/21257/18318 13038/21260/18321</w:t>
        <w:br/>
        <w:t>f 13032/21250/18312 13041/21261/18322 13040/21262/18322</w:t>
        <w:br/>
        <w:t>f 13031/21251/18313 13032/21250/18312 13040/21262/18322</w:t>
        <w:br/>
        <w:t>f 13039/21259/18320 13042/21263/18323 13038/21260/18321</w:t>
        <w:br/>
        <w:t>f 13041/21261/18322 13042/21263/18323 13039/21259/18320</w:t>
        <w:br/>
        <w:t>f 13040/21262/18322 13041/21261/18322 13039/21259/18320</w:t>
        <w:br/>
        <w:t>f 13029/21253/18315 13030/21252/18314 13026/21249/18311</w:t>
        <w:br/>
        <w:t>f 13026/21249/18311 13044/21264/18324 13043/21265/18325</w:t>
        <w:br/>
        <w:t>f 13027/21248/18310 13044/21264/18324 13026/21249/18311</w:t>
        <w:br/>
        <w:t>f 13026/21249/18311 13030/21252/18314 13028/21247/18309</w:t>
        <w:br/>
        <w:t>f 13205/21266/18326 13204/21267/18327 13203/21268/18328</w:t>
        <w:br/>
        <w:t>f 13205/21266/18326 13203/21268/18328 13206/21269/18329</w:t>
        <w:br/>
        <w:t>f 13205/21266/18326 13206/21269/18329 13207/21270/18330</w:t>
        <w:br/>
        <w:t>f 13205/21266/18326 13207/21270/18330 13208/21271/18331</w:t>
        <w:br/>
        <w:t>f 13212/21272/18332 13211/21273/18333 13210/21274/18334</w:t>
        <w:br/>
        <w:t>f 13209/21275/18335 13212/21272/18332 13210/21274/18334</w:t>
        <w:br/>
        <w:t>f 13209/21275/18335 13210/21274/18334 13214/21276/18336</w:t>
        <w:br/>
        <w:t>f 13213/21277/18337 13209/21275/18335 13214/21276/18336</w:t>
        <w:br/>
        <w:t>f 13214/21276/18336 13216/21278/18338 13215/21279/18339</w:t>
        <w:br/>
        <w:t>f 13213/21277/18337 13214/21276/18336 13215/21279/18339</w:t>
        <w:br/>
        <w:t>f 13216/21278/18338 13218/21280/18340 13217/21281/18340</w:t>
        <w:br/>
        <w:t>f 13215/21279/18339 13216/21278/18338 13217/21281/18340</w:t>
        <w:br/>
        <w:t>f 13220/21282/18341 13216/21278/18338 13210/21274/18334</w:t>
        <w:br/>
        <w:t>f 13219/21283/18341 13220/21282/18341 13210/21274/18334</w:t>
        <w:br/>
        <w:t>f 13216/21278/18338 13214/21276/18336 13210/21274/18334</w:t>
        <w:br/>
        <w:t>f 13223/21284/18326 13222/21285/18342 13221/21286/18327</w:t>
        <w:br/>
        <w:t>f 13223/21284/18326 13224/21287/18343 13222/21285/18342</w:t>
        <w:br/>
        <w:t>f 13223/21284/18326 13225/21288/18344 13224/21287/18343</w:t>
        <w:br/>
        <w:t>f 13223/21284/18326 13226/21289/18345 13225/21288/18344</w:t>
        <w:br/>
        <w:t>f 13230/21290/18332 13229/21291/18346 13228/21292/18347</w:t>
        <w:br/>
        <w:t>f 13227/21293/18348 13230/21290/18332 13228/21292/18347</w:t>
        <w:br/>
        <w:t>f 13229/21291/18346 13232/21294/18349 13231/21295/18350</w:t>
        <w:br/>
        <w:t>f 13228/21292/18347 13229/21291/18346 13231/21295/18350</w:t>
        <w:br/>
        <w:t>f 13234/21296/18351 13233/21297/18352 13231/21295/18350</w:t>
        <w:br/>
        <w:t>f 13232/21294/18349 13234/21296/18351 13231/21295/18350</w:t>
        <w:br/>
        <w:t>f 13236/21298/18353 13235/21299/18353 13233/21297/18352</w:t>
        <w:br/>
        <w:t>f 13234/21296/18351 13236/21298/18353 13233/21297/18352</w:t>
        <w:br/>
        <w:t>f 13237/21300/18341 13227/21293/18348 13228/21292/18347</w:t>
        <w:br/>
        <w:t>f 13233/21297/18352 13237/21300/18341 13228/21292/18347</w:t>
        <w:br/>
        <w:t>f 13233/21297/18352 13228/21292/18347 13231/21295/18350</w:t>
        <w:br/>
        <w:t>f 14032/21301/18354 14031/21302/18355 14030/21303/18356</w:t>
        <w:br/>
        <w:t>f 14035/21304/18357 14034/21305/18358 14033/21306/18359</w:t>
        <w:br/>
        <w:t>f 14036/21307/18360 14034/21305/18358 14035/21304/18357</w:t>
        <w:br/>
        <w:t>f 14030/21303/18356 14031/21302/18355 14036/21307/18361</w:t>
        <w:br/>
        <w:t>f 14031/21302/18355 14032/21301/18354 14037/21308/18362</w:t>
        <w:br/>
        <w:t>f 14033/21306/18359 14034/21305/18358 14037/21308/18363</w:t>
        <w:br/>
        <w:t>f 14134/21309/18364 14133/21310/18365 14132/21311/18366</w:t>
        <w:br/>
        <w:t>f 14135/21312/18367 14134/21309/18364 14132/21311/18366</w:t>
        <w:br/>
        <w:t>f 14135/21312/18367 14132/21311/18366 14136/21313/18368</w:t>
        <w:br/>
        <w:t>f 14137/21314/18369 14135/21312/18367 14136/21313/18368</w:t>
        <w:br/>
        <w:t>f 14141/21315/18370 14140/21316/18371 14139/21317/18372</w:t>
        <w:br/>
        <w:t>f 14138/21318/18373 14141/21315/18370 14139/21317/18372</w:t>
        <w:br/>
        <w:t>f 14140/21316/18371 14143/21319/18374 14142/21320/18375</w:t>
        <w:br/>
        <w:t>f 14139/21317/18372 14140/21316/18371 14142/21320/18375</w:t>
        <w:br/>
        <w:t>f 14142/21320/18375 14145/21321/18376 14144/21322/18377</w:t>
        <w:br/>
        <w:t>f 14145/21321/18376 14142/21320/18375 14146/21323/18378</w:t>
        <w:br/>
        <w:t>f 14147/21324/18379 14145/21321/18376 14146/21323/18378</w:t>
        <w:br/>
        <w:t>f 14150/21325/18380 14149/21326/18380 14148/21327/18381</w:t>
        <w:br/>
        <w:t>f 14151/21328/18382 14150/21325/18380 14148/21327/18381</w:t>
        <w:br/>
        <w:t>f 14154/21329/18383 14153/21330/18383 14152/21331/18384</w:t>
        <w:br/>
        <w:t>f 14155/21332/18384 14154/21329/18383 14152/21331/18384</w:t>
        <w:br/>
        <w:t>f 14154/21329/18383 14157/21333/18385 14156/21334/18385</w:t>
        <w:br/>
        <w:t>f 14153/21330/18383 14154/21329/18383 14156/21334/18385</w:t>
        <w:br/>
        <w:t>f 14159/21335/18386 14158/21336/18387 14132/21311/18366</w:t>
        <w:br/>
        <w:t>f 14133/21310/18365 14159/21335/18386 14132/21311/18366</w:t>
        <w:br/>
        <w:t>f 14158/21336/18387 14160/21337/18388 14136/21313/18368</w:t>
        <w:br/>
        <w:t>f 14132/21311/18366 14158/21336/18387 14136/21313/18368</w:t>
        <w:br/>
        <w:t>f 14163/21338/18389 14162/21339/18390 14161/21340/18391</w:t>
        <w:br/>
        <w:t>f 14136/21313/18368 14164/21341/18392 14137/21314/18369</w:t>
        <w:br/>
        <w:t>f 14167/21342/18393 14166/21343/18394 14165/21344/18395</w:t>
        <w:br/>
        <w:t>f 14170/21345/18396 14169/21346/18397 14168/21347/18398</w:t>
        <w:br/>
        <w:t>f 14168/21347/18398 14169/21346/18397 14171/21348/18399</w:t>
        <w:br/>
        <w:t>f 14174/21349/18400 14173/21350/18401 14172/21351/18402</w:t>
        <w:br/>
        <w:t>f 14175/21352/18403 14174/21349/18400 14172/21351/18402</w:t>
        <w:br/>
        <w:t>f 14176/21353/18404 14141/21315/18370 14138/21318/18373</w:t>
        <w:br/>
        <w:t>f 14174/21349/18400 14138/21318/18373 14177/21354/18405</w:t>
        <w:br/>
        <w:t>f 14178/21355/18406 14151/21328/18382 14148/21327/18381</w:t>
        <w:br/>
        <w:t>f 14179/21356/18406 14178/21355/18406 14148/21327/18381</w:t>
        <w:br/>
        <w:t>f 14175/21352/18403 14172/21351/18402 14180/21357/18407</w:t>
        <w:br/>
        <w:t>f 14181/21358/18408 14175/21352/18403 14180/21357/18407</w:t>
        <w:br/>
        <w:t>f 14170/21345/18396 14182/21359/18409 14143/21319/18374</w:t>
        <w:br/>
        <w:t>f 14168/21347/18398 14182/21359/18409 14170/21345/18396</w:t>
        <w:br/>
        <w:t>f 14146/21323/18378 14142/21320/18375 14168/21347/18398</w:t>
        <w:br/>
        <w:t>f 14146/21323/18378 14168/21347/18398 14183/21360/18410</w:t>
        <w:br/>
        <w:t>f 14184/21361/18411 14146/21323/18378 14183/21360/18410</w:t>
        <w:br/>
        <w:t>f 14186/21362/18412 14184/21361/18411 14185/21363/18413</w:t>
        <w:br/>
        <w:t>f 14147/21324/18379 14146/21323/18378 14184/21361/18411</w:t>
        <w:br/>
        <w:t>f 14183/21360/18410 14168/21347/18398 14171/21348/18399</w:t>
        <w:br/>
        <w:t>f 14189/21364/18414 14188/21365/18415 14187/21366/18416</w:t>
        <w:br/>
        <w:t>f 14190/21367/18417 14189/21364/18414 14187/21366/18416</w:t>
        <w:br/>
        <w:t>f 14191/21368/18418 14133/21310/18365 14134/21309/18364</w:t>
        <w:br/>
        <w:t>f 14134/21309/18419 14193/21369/18420 14192/21370/18421</w:t>
        <w:br/>
        <w:t>f 14187/21366/18416 14134/21309/18419 14192/21370/18421</w:t>
        <w:br/>
        <w:t>f 14192/21370/18421 14135/21312/18367 14195/21371/18422</w:t>
        <w:br/>
        <w:t>f 14194/21372/18423 14192/21370/18421 14195/21371/18422</w:t>
        <w:br/>
        <w:t>f 14186/21362/18412 14161/21340/18391 14196/21373/18424</w:t>
        <w:br/>
        <w:t>f 14199/21374/18425 14198/21375/18426 14197/21376/18427</w:t>
        <w:br/>
        <w:t>f 14200/21377/18428 14197/21376/18427 14198/21375/18426</w:t>
        <w:br/>
        <w:t>f 14171/21348/18399 14198/21375/18426 14183/21360/18410</w:t>
        <w:br/>
        <w:t>f 14184/21361/18411 14196/21373/18424 14147/21324/18379</w:t>
        <w:br/>
        <w:t>f 14200/21377/18428 14165/21344/18395 14197/21376/18427</w:t>
        <w:br/>
        <w:t>f 14203/21378/18429 14202/21379/18430 14201/21380/18431</w:t>
        <w:br/>
        <w:t>f 14143/21319/18432 14203/21378/18429 14201/21380/18431</w:t>
        <w:br/>
        <w:t>f 14204/21381/18433 14181/21358/18408 14180/21357/18407</w:t>
        <w:br/>
        <w:t>f 14203/21378/18434 14204/21381/18433 14180/21357/18407</w:t>
        <w:br/>
        <w:t>f 14170/21345/18435 14202/21379/18436 14205/21382/18437</w:t>
        <w:br/>
        <w:t>f 14206/21383/18437 14170/21345/18435 14205/21382/18437</w:t>
        <w:br/>
        <w:t>f 14209/21384/18438 14208/21385/18439 14207/21386/18440</w:t>
        <w:br/>
        <w:t>f 14209/21384/18438 14210/21387/18441 14200/21377/18428</w:t>
        <w:br/>
        <w:t>f 14167/21342/18393 14212/21388/18442 14211/21389/18443</w:t>
        <w:br/>
        <w:t>f 14213/21390/18444 14167/21342/18393 14211/21389/18443</w:t>
        <w:br/>
        <w:t>f 14215/21391/18445 14214/21392/18446 14211/21389/18443</w:t>
        <w:br/>
        <w:t>f 14210/21387/18441 14215/21391/18445 14211/21389/18443</w:t>
        <w:br/>
        <w:t>f 14218/21393/18447 14217/21394/18448 14216/21395/18449</w:t>
        <w:br/>
        <w:t>f 14219/21396/18447 14218/21393/18447 14216/21395/18449</w:t>
        <w:br/>
        <w:t>f 14220/21397/18450 14194/21372/18423 14137/21314/18369</w:t>
        <w:br/>
        <w:t>f 14164/21341/18392 14220/21397/18450 14137/21314/18369</w:t>
        <w:br/>
        <w:t>f 14207/21386/18440 14208/21385/18439 14221/21398/18451</w:t>
        <w:br/>
        <w:t>f 14207/21386/18440 14222/21399/18452 14209/21384/18438</w:t>
        <w:br/>
        <w:t>f 14223/21400/18453 14222/21399/18452 14207/21386/18440</w:t>
        <w:br/>
        <w:t>f 14222/21399/18452 14223/21400/18453 14224/21401/18454</w:t>
        <w:br/>
        <w:t>f 14210/21387/18441 14222/21399/18452 14224/21401/18454</w:t>
        <w:br/>
        <w:t>f 14217/21394/18448 14209/21384/18438 14225/21402/18455</w:t>
        <w:br/>
        <w:t>f 14208/21385/18439 14217/21394/18448 14224/21401/18454</w:t>
        <w:br/>
        <w:t>f 14223/21400/18453 14208/21385/18439 14224/21401/18454</w:t>
        <w:br/>
        <w:t>f 14209/21384/18438 14200/21377/18428 14226/21403/18456</w:t>
        <w:br/>
        <w:t>f 14160/21337/18388 14163/21338/18389 14136/21313/18368</w:t>
        <w:br/>
        <w:t>f 14167/21342/18393 14165/21344/18395 14200/21377/18428</w:t>
        <w:br/>
        <w:t>f 14217/21394/18448 14208/21385/18439 14209/21384/18438</w:t>
        <w:br/>
        <w:t>f 14209/21384/18438 14222/21399/18452 14210/21387/18441</w:t>
        <w:br/>
        <w:t>f 14200/21377/18428 14198/21375/18426 14226/21403/18456</w:t>
        <w:br/>
        <w:t>f 14227/21404/18457 14185/21363/18413 14198/21375/18426</w:t>
        <w:br/>
        <w:t>f 14229/21405/18458 14228/21406/18458 14227/21404/18459</w:t>
        <w:br/>
        <w:t>f 14230/21407/18460 14199/21374/18425 14186/21362/18412</w:t>
        <w:br/>
        <w:t>f 14230/21407/18460 14198/21375/18426 14199/21374/18425</w:t>
        <w:br/>
        <w:t>f 14184/21361/18411 14183/21360/18410 14185/21363/18413</w:t>
        <w:br/>
        <w:t>f 14198/21375/18426 14185/21363/18413 14183/21360/18410</w:t>
        <w:br/>
        <w:t>f 14133/21310/18365 14189/21364/18461 14159/21335/18386</w:t>
        <w:br/>
        <w:t>f 14196/21373/18424 14184/21361/18411 14186/21362/18412</w:t>
        <w:br/>
        <w:t>f 14163/21338/18389 14160/21337/18388 14162/21339/18390</w:t>
        <w:br/>
        <w:t>f 14161/21340/18391 14162/21339/18390 14196/21373/18424</w:t>
        <w:br/>
        <w:t>f 14231/21408/18462 14164/21341/18392 14136/21313/18368</w:t>
        <w:br/>
        <w:t>f 14177/21354/18405 14138/21318/18373 14144/21322/18377</w:t>
        <w:br/>
        <w:t>f 14186/21362/18412 14199/21374/18425 14161/21340/18391</w:t>
        <w:br/>
        <w:t>f 14161/21340/18391 14199/21374/18425 14197/21376/18427</w:t>
        <w:br/>
        <w:t>f 14165/21344/18395 14161/21340/18391 14197/21376/18427</w:t>
        <w:br/>
        <w:t>f 14165/21344/18395 14163/21338/18389 14161/21340/18391</w:t>
        <w:br/>
        <w:t>f 14231/21408/18462 14163/21338/18389 14165/21344/18395</w:t>
        <w:br/>
        <w:t>f 14136/21313/18368 14163/21338/18389 14231/21408/18462</w:t>
        <w:br/>
        <w:t>f 14144/21322/18377 14139/21317/18372 14142/21320/18375</w:t>
        <w:br/>
        <w:t>f 14144/21322/18377 14138/21318/18373 14139/21317/18372</w:t>
        <w:br/>
        <w:t>f 14142/21320/18375 14182/21359/18409 14168/21347/18398</w:t>
        <w:br/>
        <w:t>f 14143/21319/18374 14182/21359/18409 14142/21320/18375</w:t>
        <w:br/>
        <w:t>f 14165/21344/18395 14166/21343/18394 14231/21408/18462</w:t>
        <w:br/>
        <w:t>f 14164/21341/18392 14231/21408/18462 14166/21343/18394</w:t>
        <w:br/>
        <w:t>f 14233/21409/18463 14220/21397/18450 14164/21341/18392</w:t>
        <w:br/>
        <w:t>f 14232/21410/18464 14233/21409/18463 14164/21341/18392</w:t>
        <w:br/>
        <w:t>f 14158/21336/18387 14159/21335/18386 14235/21411/18465</w:t>
        <w:br/>
        <w:t>f 14234/21412/18466 14158/21336/18387 14235/21411/18465</w:t>
        <w:br/>
        <w:t>f 14158/21336/18387 14234/21412/18466 14236/21413/18467</w:t>
        <w:br/>
        <w:t>f 14160/21337/18388 14158/21336/18387 14236/21413/18467</w:t>
        <w:br/>
        <w:t>f 14160/21337/18388 14236/21413/18467 14237/21414/18468</w:t>
        <w:br/>
        <w:t>f 14162/21339/18390 14160/21337/18388 14237/21414/18468</w:t>
        <w:br/>
        <w:t>f 14162/21339/18390 14237/21414/18468 14238/21415/18469</w:t>
        <w:br/>
        <w:t>f 14196/21373/18424 14162/21339/18390 14238/21415/18469</w:t>
        <w:br/>
        <w:t>f 14147/21324/18379 14196/21373/18424 14238/21415/18469</w:t>
        <w:br/>
        <w:t>f 14239/21416/18470 14147/21324/18379 14238/21415/18469</w:t>
        <w:br/>
        <w:t>f 14240/21417/18471 14145/21321/18376 14147/21324/18379</w:t>
        <w:br/>
        <w:t>f 14239/21416/18470 14240/21417/18471 14147/21324/18379</w:t>
        <w:br/>
        <w:t>f 14144/21322/18377 14145/21321/18376 14240/21417/18471</w:t>
        <w:br/>
        <w:t>f 14241/21418/18472 14144/21322/18377 14240/21417/18471</w:t>
        <w:br/>
        <w:t>f 14177/21354/18405 14144/21322/18377 14241/21418/18472</w:t>
        <w:br/>
        <w:t>f 14242/21419/18473 14177/21354/18405 14241/21418/18472</w:t>
        <w:br/>
        <w:t>f 14167/21342/18393 14200/21377/18428 14210/21387/18441</w:t>
        <w:br/>
        <w:t>f 14245/21420/18474 14216/21395/18449 14244/21421/18475</w:t>
        <w:br/>
        <w:t>f 14243/21422/18476 14245/21420/18474 14244/21421/18475</w:t>
        <w:br/>
        <w:t>f 14213/21390/18444 14233/21409/18477 14166/21343/18394</w:t>
        <w:br/>
        <w:t>f 14167/21342/18393 14213/21390/18444 14166/21343/18394</w:t>
        <w:br/>
        <w:t>f 14171/21348/18399 14209/21384/18438 14226/21403/18456</w:t>
        <w:br/>
        <w:t>f 14217/21394/18448 14225/21402/18455 14243/21422/18478</w:t>
        <w:br/>
        <w:t>f 14171/21348/18399 14226/21403/18456 14198/21375/18426</w:t>
        <w:br/>
        <w:t>f 14225/21402/18455 14209/21384/18438 14171/21348/18399</w:t>
        <w:br/>
        <w:t>f 14171/21348/18399 14169/21346/18397 14243/21422/18478</w:t>
        <w:br/>
        <w:t>f 14225/21402/18455 14171/21348/18399 14243/21422/18478</w:t>
        <w:br/>
        <w:t>f 14206/21383/18437 14205/21382/18437 14245/21420/18474</w:t>
        <w:br/>
        <w:t>f 14243/21422/18476 14206/21383/18437 14245/21420/18474</w:t>
        <w:br/>
        <w:t>f 14248/21423/18479 14247/21424/18480 14246/21425/18481</w:t>
        <w:br/>
        <w:t>f 14249/21426/18482 14248/21423/18479 14246/21425/18481</w:t>
        <w:br/>
        <w:t>f 14251/21427/18483 14250/21428/18484 14246/21425/18481</w:t>
        <w:br/>
        <w:t>f 14253/21429/18485 14252/21430/18486 14250/21428/18484</w:t>
        <w:br/>
        <w:t>f 14254/21431/18487 14252/21430/18486 14253/21429/18485</w:t>
        <w:br/>
        <w:t>f 14255/21432/18488 14252/21430/18486 14254/21431/18487</w:t>
        <w:br/>
        <w:t>f 14256/21433/18489 14255/21432/18488 14254/21431/18487</w:t>
        <w:br/>
        <w:t>f 14256/21433/18489 14258/21434/18490 14257/21435/18491</w:t>
        <w:br/>
        <w:t>f 14255/21432/18488 14256/21433/18489 14257/21435/18491</w:t>
        <w:br/>
        <w:t>f 14255/21432/18488 14257/21435/18491 14259/21436/18492</w:t>
        <w:br/>
        <w:t>f 14263/21437/18493 14262/21438/18494 14261/21439/18495</w:t>
        <w:br/>
        <w:t>f 14260/21440/18496 14263/21437/18493 14261/21439/18495</w:t>
        <w:br/>
        <w:t>f 14260/21440/18496 14261/21439/18495 14265/21441/18497</w:t>
        <w:br/>
        <w:t>f 14264/21442/18498 14260/21440/18496 14265/21441/18497</w:t>
        <w:br/>
        <w:t>f 14269/21443/18499 14268/21444/18499 14267/21445/18500</w:t>
        <w:br/>
        <w:t>f 14266/21446/18501 14269/21443/18499 14267/21445/18500</w:t>
        <w:br/>
        <w:t>f 14272/21447/18502 14271/21448/18503 14270/21449/18504</w:t>
        <w:br/>
        <w:t>f 14272/21447/18502 14270/21449/18504 14273/21450/18505</w:t>
        <w:br/>
        <w:t>f 14275/21451/18506 14273/21450/18505 14274/21452/18507</w:t>
        <w:br/>
        <w:t>f 14276/21453/18508 14275/21451/18506 14274/21452/18507</w:t>
        <w:br/>
        <w:t>f 14275/21451/18506 14276/21453/18508 14278/21454/18509</w:t>
        <w:br/>
        <w:t>f 14277/21455/18509 14275/21451/18506 14278/21454/18509</w:t>
        <w:br/>
        <w:t>f 14277/21455/18509 14278/21454/18509 14280/21456/18510</w:t>
        <w:br/>
        <w:t>f 14279/21457/18510 14277/21455/18509 14280/21456/18510</w:t>
        <w:br/>
        <w:t>f 14279/21457/18510 14280/21456/18510 14282/21458/18511</w:t>
        <w:br/>
        <w:t>f 14281/21459/18512 14279/21457/18510 14282/21458/18511</w:t>
        <w:br/>
        <w:t>f 14281/21459/18512 14282/21458/18511 14284/21460/18513</w:t>
        <w:br/>
        <w:t>f 14283/21461/18513 14281/21459/18512 14284/21460/18513</w:t>
        <w:br/>
        <w:t>f 14283/21461/18513 14284/21460/18513 14286/21462/18514</w:t>
        <w:br/>
        <w:t>f 14285/21463/18515 14283/21461/18513 14286/21462/18514</w:t>
        <w:br/>
        <w:t>f 14285/21463/18515 14286/21462/18514 14288/21464/18516</w:t>
        <w:br/>
        <w:t>f 14287/21465/18516 14285/21463/18515 14288/21464/18516</w:t>
        <w:br/>
        <w:t>f 14289/21466/18517 14287/21465/18516 14288/21464/18516</w:t>
        <w:br/>
        <w:t>f 14290/21467/18518 14289/21466/18517 14288/21464/18516</w:t>
        <w:br/>
        <w:t>f 14293/21468/18519 14292/21469/18520 14291/21470/18520</w:t>
        <w:br/>
        <w:t>f 14289/21466/18517 14290/21467/18518 14294/21471/18521</w:t>
        <w:br/>
        <w:t>f 14290/21467/18518 14291/21470/18520 14292/21469/18520</w:t>
        <w:br/>
        <w:t>f 14294/21471/18521 14290/21467/18518 14292/21469/18520</w:t>
        <w:br/>
        <w:t>f 14265/21441/18497 14296/21472/18522 14295/21473/18523</w:t>
        <w:br/>
        <w:t>f 14264/21442/18498 14265/21441/18497 14295/21473/18523</w:t>
        <w:br/>
        <w:t>f 14295/21473/18523 14296/21472/18522 14297/21474/18524</w:t>
        <w:br/>
        <w:t>f 14297/21474/18524 14296/21472/18522 14299/21475/18525</w:t>
        <w:br/>
        <w:t>f 14298/21476/18526 14297/21474/18524 14299/21475/18525</w:t>
        <w:br/>
        <w:t>f 14298/21476/18526 14299/21475/18525 14301/21477/18527</w:t>
        <w:br/>
        <w:t>f 14300/21478/18527 14298/21476/18526 14301/21477/18527</w:t>
        <w:br/>
        <w:t>f 14269/21443/18499 14300/21478/18527 14301/21477/18527</w:t>
        <w:br/>
        <w:t>f 14268/21444/18499 14269/21443/18499 14301/21477/18527</w:t>
        <w:br/>
        <w:t>f 14305/21479/18528 14304/21480/18529 14303/21481/18530</w:t>
        <w:br/>
        <w:t>f 14302/21482/18530 14305/21479/18528 14303/21481/18530</w:t>
        <w:br/>
        <w:t>f 14304/21480/18529 14305/21479/18528 14306/21483/18531</w:t>
        <w:br/>
        <w:t>f 14306/21483/18531 14308/21484/18532 14307/21485/18533</w:t>
        <w:br/>
        <w:t>f 14307/21485/18533 14310/21486/18534 14309/21487/18535</w:t>
        <w:br/>
        <w:t>f 14309/21487/18535 14310/21486/18534 14312/21488/18536</w:t>
        <w:br/>
        <w:t>f 14311/21489/18537 14309/21487/18535 14312/21488/18536</w:t>
        <w:br/>
        <w:t>f 14315/21490/18538 14314/21491/18539 14313/21492/18540</w:t>
        <w:br/>
        <w:t>f 14316/21493/18541 14314/21491/18539 14315/21490/18538</w:t>
        <w:br/>
        <w:t>f 14317/21494/18542 14316/21493/18541 14315/21490/18538</w:t>
        <w:br/>
        <w:t>f 14318/21495/18543 14316/21493/18541 14317/21494/18542</w:t>
        <w:br/>
        <w:t>f 14319/21496/18544 14318/21495/18543 14317/21494/18542</w:t>
        <w:br/>
        <w:t>f 14322/21497/18545 14321/21498/18546 14320/21499/18547</w:t>
        <w:br/>
        <w:t>f 14320/21499/18547 14324/21500/18548 14323/21501/18548</w:t>
        <w:br/>
        <w:t>f 14322/21497/18545 14320/21499/18547 14323/21501/18548</w:t>
        <w:br/>
        <w:t>f 14324/21500/18548 14326/21502/18549 14325/21503/18550</w:t>
        <w:br/>
        <w:t>f 14323/21501/18548 14324/21500/18548 14325/21503/18550</w:t>
        <w:br/>
        <w:t>f 14329/21504/18551 14328/21505/18552 14327/21506/18553</w:t>
        <w:br/>
        <w:t>f 14330/21507/18554 14329/21504/18551 14327/21506/18553</w:t>
        <w:br/>
        <w:t>f 14330/21507/18554 14331/21508/18555 14329/21504/18551</w:t>
        <w:br/>
        <w:t>f 14333/21509/18556 14331/21508/18555 14332/21510/18557</w:t>
        <w:br/>
        <w:t>f 14333/21509/18556 14336/21511/18558 14335/21512/18559</w:t>
        <w:br/>
        <w:t>f 14334/21513/18559 14333/21509/18556 14335/21512/18559</w:t>
        <w:br/>
        <w:t>f 14337/21514/18560 14334/21513/18559 14335/21512/18559</w:t>
        <w:br/>
        <w:t>f 14338/21515/18560 14337/21514/18560 14335/21512/18559</w:t>
        <w:br/>
        <w:t>f 14339/21516/18561 14337/21514/18560 14338/21515/18560</w:t>
        <w:br/>
        <w:t>f 14340/21517/18561 14339/21516/18561 14338/21515/18560</w:t>
        <w:br/>
        <w:t>f 14341/21518/18562 14339/21516/18561 14340/21517/18561</w:t>
        <w:br/>
        <w:t>f 14342/21519/18563 14341/21518/18562 14340/21517/18561</w:t>
        <w:br/>
        <w:t>f 14343/21520/18564 14341/21518/18562 14342/21519/18563</w:t>
        <w:br/>
        <w:t>f 14344/21521/18565 14343/21520/18564 14342/21519/18563</w:t>
        <w:br/>
        <w:t>f 14345/21522/18566 14343/21520/18564 14344/21521/18565</w:t>
        <w:br/>
        <w:t>f 14346/21523/18566 14345/21522/18566 14344/21521/18565</w:t>
        <w:br/>
        <w:t>f 14347/21524/18567 14345/21522/18566 14346/21523/18566</w:t>
        <w:br/>
        <w:t>f 14348/21525/18567 14347/21524/18567 14346/21523/18566</w:t>
        <w:br/>
        <w:t>f 14347/21524/18567 14348/21525/18567 14350/21526/18568</w:t>
        <w:br/>
        <w:t>f 14349/21527/18569 14347/21524/18567 14350/21526/18568</w:t>
        <w:br/>
        <w:t>f 14353/21528/18570 14352/21529/18571 14351/21530/18572</w:t>
        <w:br/>
        <w:t>f 14354/21531/18573 14349/21527/18569 14350/21526/18568</w:t>
        <w:br/>
        <w:t>f 14352/21529/18571 14353/21528/18570 14349/21527/18569</w:t>
        <w:br/>
        <w:t>f 14354/21531/18573 14352/21529/18571 14349/21527/18569</w:t>
        <w:br/>
        <w:t>f 14357/21532/18574 14356/21533/18575 14355/21534/18576</w:t>
        <w:br/>
        <w:t>f 14358/21535/18577 14357/21532/18574 14355/21534/18576</w:t>
        <w:br/>
        <w:t>f 14359/21536/18578 14318/21495/18543 14322/21497/18545</w:t>
        <w:br/>
        <w:t>f 14325/21503/18550 14326/21502/18549 14327/21506/18553</w:t>
        <w:br/>
        <w:t>f 14328/21505/18552 14325/21503/18550 14327/21506/18553</w:t>
        <w:br/>
        <w:t>f 14362/21537/18579 14361/21538/18580 14360/21539/18581</w:t>
        <w:br/>
        <w:t>f 14363/21540/18582 14362/21537/18579 14360/21539/18581</w:t>
        <w:br/>
        <w:t>f 14366/21541/18583 14365/21542/18583 14364/21543/18584</w:t>
        <w:br/>
        <w:t>f 14367/21544/18585 14366/21541/18583 14364/21543/18584</w:t>
        <w:br/>
        <w:t>f 14369/21545/18586 14368/21546/18586 14365/21542/18583</w:t>
        <w:br/>
        <w:t>f 14366/21541/18583 14369/21545/18586 14365/21542/18583</w:t>
        <w:br/>
        <w:t>f 14363/21540/18582 14360/21539/18581 14370/21547/18587</w:t>
        <w:br/>
        <w:t>f 14371/21548/18587 14363/21540/18582 14370/21547/18587</w:t>
        <w:br/>
        <w:t>f 14369/21545/18586 14373/21549/18588 14372/21550/18588</w:t>
        <w:br/>
        <w:t>f 14368/21546/18586 14369/21545/18586 14372/21550/18588</w:t>
        <w:br/>
        <w:t>f 14371/21548/18587 14370/21547/18587 14374/21551/18589</w:t>
        <w:br/>
        <w:t>f 14375/21552/18589 14371/21548/18587 14374/21551/18589</w:t>
        <w:br/>
        <w:t>f 14377/21553/18590 14376/21554/18590 14372/21550/18588</w:t>
        <w:br/>
        <w:t>f 14373/21549/18588 14377/21553/18590 14372/21550/18588</w:t>
        <w:br/>
        <w:t>f 14379/21555/18591 14378/21556/18591 14376/21554/18590</w:t>
        <w:br/>
        <w:t>f 14377/21553/18590 14379/21555/18591 14376/21554/18590</w:t>
        <w:br/>
        <w:t>f 14375/21552/18589 14374/21551/18589 14380/21557/18592</w:t>
        <w:br/>
        <w:t>f 14381/21558/18592 14375/21552/18589 14380/21557/18592</w:t>
        <w:br/>
        <w:t>f 14379/21555/18591 14383/21559/18593 14382/21560/18593</w:t>
        <w:br/>
        <w:t>f 14378/21556/18591 14379/21555/18591 14382/21560/18593</w:t>
        <w:br/>
        <w:t>f 14387/21561/18594 14386/21562/18595 14385/21563/18596</w:t>
        <w:br/>
        <w:t>f 14384/21564/18596 14387/21561/18594 14385/21563/18596</w:t>
        <w:br/>
        <w:t>f 14390/21565/18597 14389/21566/18598 14388/21567/18599</w:t>
        <w:br/>
        <w:t>f 14391/21568/18600 14390/21565/18597 14388/21567/18599</w:t>
        <w:br/>
        <w:t>f 14395/21569/18601 14394/21570/18602 14393/21571/18602</w:t>
        <w:br/>
        <w:t>f 14392/21572/18603 14395/21569/18601 14393/21571/18602</w:t>
        <w:br/>
        <w:t>f 14395/21569/18601 14392/21572/18603 14396/21573/18604</w:t>
        <w:br/>
        <w:t>f 14397/21574/18605 14395/21569/18601 14396/21573/18604</w:t>
        <w:br/>
        <w:t>f 14397/21574/18605 14396/21573/18604 14398/21575/18606</w:t>
        <w:br/>
        <w:t>f 14399/21576/18607 14397/21574/18605 14398/21575/18606</w:t>
        <w:br/>
        <w:t>f 14399/21576/18607 14398/21575/18606 14400/21577/18608</w:t>
        <w:br/>
        <w:t>f 14401/21578/18609 14399/21576/18607 14400/21577/18608</w:t>
        <w:br/>
        <w:t>f 14401/21578/18609 14400/21577/18608 14402/21579/18610</w:t>
        <w:br/>
        <w:t>f 14403/21580/18611 14401/21578/18609 14402/21579/18610</w:t>
        <w:br/>
        <w:t>f 14407/21581/18612 14406/21582/18613 14405/21583/18613</w:t>
        <w:br/>
        <w:t>f 14404/21584/18612 14407/21581/18612 14405/21583/18613</w:t>
        <w:br/>
        <w:t>f 14409/21585/18614 14407/21581/18612 14404/21584/18612</w:t>
        <w:br/>
        <w:t>f 14408/21586/18614 14409/21585/18614 14404/21584/18612</w:t>
        <w:br/>
        <w:t>f 14409/21585/18614 14408/21586/18614 14410/21587/18615</w:t>
        <w:br/>
        <w:t>f 14411/21588/18616 14409/21585/18614 14410/21587/18615</w:t>
        <w:br/>
        <w:t>f 14415/21589/18617 14414/21590/18618 14413/21591/18618</w:t>
        <w:br/>
        <w:t>f 14412/21592/18617 14415/21589/18617 14413/21591/18618</w:t>
        <w:br/>
        <w:t>f 14417/21593/18619 14415/21589/18617 14412/21592/18617</w:t>
        <w:br/>
        <w:t>f 14416/21594/18619 14417/21593/18619 14412/21592/18617</w:t>
        <w:br/>
        <w:t>f 14419/21595/18620 14417/21593/18619 14416/21594/18619</w:t>
        <w:br/>
        <w:t>f 14418/21596/18621 14419/21595/18620 14416/21594/18619</w:t>
        <w:br/>
        <w:t>f 14421/21597/18622 14419/21595/18620 14418/21596/18621</w:t>
        <w:br/>
        <w:t>f 14420/21598/18623 14421/21597/18622 14418/21596/18621</w:t>
        <w:br/>
        <w:t>f 14421/21597/18622 14420/21598/18623 14422/21599/18624</w:t>
        <w:br/>
        <w:t>f 14423/21600/18625 14421/21597/18622 14422/21599/18624</w:t>
        <w:br/>
        <w:t>f 14423/21600/18625 14422/21599/18624 14424/21601/18626</w:t>
        <w:br/>
        <w:t>f 14425/21602/18626 14423/21600/18625 14424/21601/18626</w:t>
        <w:br/>
        <w:t>f 14425/21602/18626 14424/21601/18626 14426/21603/18627</w:t>
        <w:br/>
        <w:t>f 14427/21604/18628 14425/21602/18626 14426/21603/18627</w:t>
        <w:br/>
        <w:t>f 14429/21605/18629 14427/21604/18628 14426/21603/18627</w:t>
        <w:br/>
        <w:t>f 14428/21606/18629 14429/21605/18629 14426/21603/18627</w:t>
        <w:br/>
        <w:t>f 14431/21607/18630 14429/21605/18629 14428/21606/18629</w:t>
        <w:br/>
        <w:t>f 14430/21608/18630 14431/21607/18630 14428/21606/18629</w:t>
        <w:br/>
        <w:t>f 14434/21609/18631 14433/21610/18632 14432/21611/18633</w:t>
        <w:br/>
        <w:t>f 14438/21612/18634 14437/21613/18635 14436/21614/18636</w:t>
        <w:br/>
        <w:t>f 14435/21615/18637 14438/21612/18634 14436/21614/18636</w:t>
        <w:br/>
        <w:t>f 14383/21559/18593 14438/21612/18634 14435/21615/18637</w:t>
        <w:br/>
        <w:t>f 14382/21560/18593 14383/21559/18593 14435/21615/18637</w:t>
        <w:br/>
        <w:t>f 14441/21616/18638 14440/21617/18639 14439/21618/18639</w:t>
        <w:br/>
        <w:t>f 14444/21619/18640 14443/21620/18640 14442/21621/18640</w:t>
        <w:br/>
        <w:t>f 14447/21622/18641 14446/21623/18641 14445/21624/18641</w:t>
        <w:br/>
        <w:t>f 14449/21625/18642 14431/21607/18630 14430/21608/18630</w:t>
        <w:br/>
        <w:t>f 14448/21626/18642 14449/21625/18642 14430/21608/18630</w:t>
        <w:br/>
        <w:t>f 14433/21610/18632 14449/21625/18642 14448/21626/18642</w:t>
        <w:br/>
        <w:t>f 14432/21611/18633 14433/21610/18632 14448/21626/18642</w:t>
        <w:br/>
        <w:t>f 14451/21627/18643 14450/21628/18644 14411/21588/18616</w:t>
        <w:br/>
        <w:t>f 14410/21587/18615 14451/21627/18643 14411/21588/18616</w:t>
        <w:br/>
        <w:t>f 14453/21629/18645 14452/21630/18646 14332/21510/18557</w:t>
        <w:br/>
        <w:t>f 14271/21448/18503 14266/21446/18501 14270/21449/18504</w:t>
        <w:br/>
        <w:t>f 14273/21450/18505 14270/21449/18504 14274/21452/18507</w:t>
        <w:br/>
        <w:t>f 14336/21511/18558 14332/21510/18557 14452/21630/18646</w:t>
        <w:br/>
        <w:t>f 14454/21631/18647 14274/21452/18507 14270/21449/18504</w:t>
        <w:br/>
        <w:t>f 14332/21510/18557 14336/21511/18558 14333/21509/18556</w:t>
        <w:br/>
        <w:t>f 14454/21631/18647 14266/21446/18501 14267/21445/18500</w:t>
        <w:br/>
        <w:t>f 14330/21507/18554 14332/21510/18557 14331/21508/18555</w:t>
        <w:br/>
        <w:t>f 14270/21449/18504 14266/21446/18501 14454/21631/18647</w:t>
        <w:br/>
        <w:t>f 14453/21629/18645 14332/21510/18557 14330/21507/18554</w:t>
        <w:br/>
        <w:t>f 14457/21632/18648 14456/21633/18649 14455/21634/18585</w:t>
        <w:br/>
        <w:t>f 14458/21635/18650 14457/21632/18648 14455/21634/18585</w:t>
        <w:br/>
        <w:t>f 14306/21483/18531 14459/21636/18651 14456/21633/18649</w:t>
        <w:br/>
        <w:t>f 14304/21480/18529 14306/21483/18531 14456/21633/18649</w:t>
        <w:br/>
        <w:t>f 14307/21485/18533 14460/21637/18652 14459/21636/18651</w:t>
        <w:br/>
        <w:t>f 14306/21483/18531 14307/21485/18533 14459/21636/18651</w:t>
        <w:br/>
        <w:t>f 14309/21487/18535 14461/21638/18653 14460/21637/18652</w:t>
        <w:br/>
        <w:t>f 14307/21485/18533 14309/21487/18535 14460/21637/18652</w:t>
        <w:br/>
        <w:t>f 14309/21487/18535 14311/21489/18537 14462/21639/18654</w:t>
        <w:br/>
        <w:t>f 14461/21638/18653 14309/21487/18535 14462/21639/18654</w:t>
        <w:br/>
        <w:t>f 14311/21489/18537 14358/21535/18577 14463/21640/18655</w:t>
        <w:br/>
        <w:t>f 14462/21639/18654 14311/21489/18537 14463/21640/18655</w:t>
        <w:br/>
        <w:t>f 14465/21641/18656 14464/21642/18657 14463/21640/18655</w:t>
        <w:br/>
        <w:t>f 14358/21535/18577 14465/21641/18656 14463/21640/18655</w:t>
        <w:br/>
        <w:t>f 14467/21643/18658 14466/21644/18658 14464/21642/18657</w:t>
        <w:br/>
        <w:t>f 14465/21641/18656 14467/21643/18658 14464/21642/18657</w:t>
        <w:br/>
        <w:t>f 14386/21562/18595 14387/21561/18594 14389/21566/18598</w:t>
        <w:br/>
        <w:t>f 14390/21565/18597 14386/21562/18595 14389/21566/18598</w:t>
        <w:br/>
        <w:t>f 14357/21532/18574 14314/21491/18539 14356/21533/18575</w:t>
        <w:br/>
        <w:t>f 14259/21436/18492 14262/21438/18494 14263/21437/18493</w:t>
        <w:br/>
        <w:t>f 14259/21436/18492 14257/21435/18491 14262/21438/18494</w:t>
        <w:br/>
        <w:t>f 14311/21489/18537 14312/21488/18536 14357/21532/18574</w:t>
        <w:br/>
        <w:t>f 14358/21535/18577 14311/21489/18537 14357/21532/18574</w:t>
        <w:br/>
        <w:t>f 14313/21492/18540 14357/21532/18574 14312/21488/18536</w:t>
        <w:br/>
        <w:t>f 14313/21492/18540 14314/21491/18539 14357/21532/18574</w:t>
        <w:br/>
        <w:t>f 14257/21435/18491 14258/21434/18490 14435/21615/18637</w:t>
        <w:br/>
        <w:t>f 14262/21438/18494 14257/21435/18491 14436/21614/18636</w:t>
        <w:br/>
        <w:t>f 14253/21429/18485 14250/21428/18484 14251/21427/18483</w:t>
        <w:br/>
        <w:t>f 14307/21485/18533 14308/21484/18532 14310/21486/18534</w:t>
        <w:br/>
        <w:t>f 14251/21427/18483 14246/21425/18481 14247/21424/18480</w:t>
        <w:br/>
        <w:t>f 14306/21483/18531 14305/21479/18528 14308/21484/18532</w:t>
        <w:br/>
        <w:t>f 14468/21645/18659 14296/21472/18522 14265/21441/18497</w:t>
        <w:br/>
        <w:t>f 14318/21495/18543 14319/21496/18544 14321/21498/18546</w:t>
        <w:br/>
        <w:t>f 14322/21497/18545 14318/21495/18543 14321/21498/18546</w:t>
        <w:br/>
        <w:t>f 14257/21435/18491 14435/21615/18637 14436/21614/18636</w:t>
        <w:br/>
        <w:t>f 14471/21646/18660 14470/21647/18660 14469/21648/18661</w:t>
        <w:br/>
        <w:t>f 14475/21649/18662 14474/21650/18663 14473/21651/18664</w:t>
        <w:br/>
        <w:t>f 14472/21652/18665 14475/21649/18662 14473/21651/18664</w:t>
        <w:br/>
        <w:t>f 14478/21653/18666 14477/21654/18667 14476/21655/18668</w:t>
        <w:br/>
        <w:t>f 14477/21654/18667 14478/21653/18666 14479/21656/18669</w:t>
        <w:br/>
        <w:t>f 14479/21656/18669 14481/21657/18670 14480/21658/18670</w:t>
        <w:br/>
        <w:t>f 14482/21659/18671 14479/21656/18669 14480/21658/18670</w:t>
        <w:br/>
        <w:t>f 14481/21657/18670 14483/21660/18672 14480/21658/18670</w:t>
        <w:br/>
        <w:t>f 14485/21661/18673 14472/21652/18665 14484/21662/18674</w:t>
        <w:br/>
        <w:t>f 14488/21663/18675 14487/21664/18676 14486/21665/18677</w:t>
        <w:br/>
        <w:t>f 14473/21651/18664 14488/21663/18675 14486/21665/18677</w:t>
        <w:br/>
        <w:t>f 14488/21663/18675 14489/21666/18678 14487/21664/18676</w:t>
        <w:br/>
        <w:t>f 14488/21663/18675 14490/21667/18679 14489/21666/18678</w:t>
        <w:br/>
        <w:t>f 14493/21668/18680 14492/21669/18681 14491/21670/18682</w:t>
        <w:br/>
        <w:t>f 14496/21671/18683 14495/21672/18684 14494/21673/18685</w:t>
        <w:br/>
        <w:t>f 14497/21674/18683 14496/21671/18683 14494/21673/18685</w:t>
        <w:br/>
        <w:t>f 14495/21672/18684 14499/21675/18686 14498/21676/18686</w:t>
        <w:br/>
        <w:t>f 14494/21673/18685 14495/21672/18684 14498/21676/18686</w:t>
        <w:br/>
        <w:t>f 14500/21677/18687 14492/21669/18681 14493/21668/18680</w:t>
        <w:br/>
        <w:t>f 14501/21678/18687 14500/21677/18687 14493/21668/18680</w:t>
        <w:br/>
        <w:t>f 14499/21675/18686 14500/21677/18687 14501/21678/18687</w:t>
        <w:br/>
        <w:t>f 14498/21676/18686 14499/21675/18686 14501/21678/18687</w:t>
        <w:br/>
        <w:t>f 14486/21665/18677 14484/21662/18674 14472/21652/18665</w:t>
        <w:br/>
        <w:t>f 14473/21651/18664 14486/21665/18677 14472/21652/18665</w:t>
        <w:br/>
        <w:t>f 14478/21653/18666 14476/21655/18668 14475/21649/18662</w:t>
        <w:br/>
        <w:t>f 14476/21655/18668 14474/21650/18663 14475/21649/18662</w:t>
        <w:br/>
        <w:t>f 14482/21659/18671 14477/21654/18667 14479/21656/18669</w:t>
        <w:br/>
        <w:t>f 14490/21667/18679 14491/21670/18682 14489/21666/18678</w:t>
        <w:br/>
        <w:t>f 14490/21667/18679 14493/21668/18680 14491/21670/18682</w:t>
        <w:br/>
        <w:t>f 14505/21679/18688 14504/21680/18689 14503/21681/18690</w:t>
        <w:br/>
        <w:t>f 14502/21682/18691 14505/21679/18688 14503/21681/18690</w:t>
        <w:br/>
        <w:t>f 14508/21683/18692 14507/21684/18693 14506/21685/18694</w:t>
        <w:br/>
        <w:t>f 14506/21685/18694 14509/21686/18695 14508/21683/18692</w:t>
        <w:br/>
        <w:t>f 14511/21687/18696 14510/21688/18696 14509/21686/18695</w:t>
        <w:br/>
        <w:t>f 14512/21689/18697 14511/21687/18696 14509/21686/18695</w:t>
        <w:br/>
        <w:t>f 14510/21688/18696 14511/21687/18696 14513/21690/18698</w:t>
        <w:br/>
        <w:t>f 14515/21691/18699 14514/21692/18700 14504/21680/18689</w:t>
        <w:br/>
        <w:t>f 14518/21693/18701 14503/21681/18690 14517/21694/18702</w:t>
        <w:br/>
        <w:t>f 14516/21695/18703 14518/21693/18701 14517/21694/18702</w:t>
        <w:br/>
        <w:t>f 14518/21693/18701 14516/21695/18703 14519/21696/18704</w:t>
        <w:br/>
        <w:t>f 14518/21693/18701 14519/21696/18704 14520/21697/18705</w:t>
        <w:br/>
        <w:t>f 14523/21698/18706 14522/21699/18707 14521/21700/18708</w:t>
        <w:br/>
        <w:t>f 14526/21701/18709 14525/21702/18710 14524/21703/18683</w:t>
        <w:br/>
        <w:t>f 14527/21704/18683 14526/21701/18709 14524/21703/18683</w:t>
        <w:br/>
        <w:t>f 14529/21705/18711 14528/21706/18711 14525/21702/18710</w:t>
        <w:br/>
        <w:t>f 14526/21701/18709 14529/21705/18711 14525/21702/18710</w:t>
        <w:br/>
        <w:t>f 14523/21698/18706 14521/21700/18708 14530/21707/18712</w:t>
        <w:br/>
        <w:t>f 14531/21708/18712 14523/21698/18706 14530/21707/18712</w:t>
        <w:br/>
        <w:t>f 14531/21708/18712 14530/21707/18712 14528/21706/18711</w:t>
        <w:br/>
        <w:t>f 14529/21705/18711 14531/21708/18712 14528/21706/18711</w:t>
        <w:br/>
        <w:t>f 14504/21680/18689 14514/21692/18700 14517/21694/18702</w:t>
        <w:br/>
        <w:t>f 14503/21681/18690 14504/21680/18689 14517/21694/18702</w:t>
        <w:br/>
        <w:t>f 14508/21683/18692 14505/21679/18688 14507/21684/18693</w:t>
        <w:br/>
        <w:t>f 14507/21684/18693 14505/21679/18688 14502/21682/18691</w:t>
        <w:br/>
        <w:t>f 14512/21689/18697 14509/21686/18695 14506/21685/18694</w:t>
        <w:br/>
        <w:t>f 14520/21697/18705 14519/21696/18704 14522/21699/18707</w:t>
        <w:br/>
        <w:t>f 14520/21697/18705 14522/21699/18707 14523/21698/18706</w:t>
        <w:br/>
        <w:t>f 14535/21709/18713 14534/21710/18714 14533/21711/18715</w:t>
        <w:br/>
        <w:t>f 14532/21712/18716 14535/21709/18713 14533/21711/18715</w:t>
        <w:br/>
        <w:t>f 14534/21710/18714 14537/21713/18717 14536/21714/18718</w:t>
        <w:br/>
        <w:t>f 14533/21711/18715 14534/21710/18714 14536/21714/18718</w:t>
        <w:br/>
        <w:t>f 14539/21715/18719 14538/21716/18720 14536/21714/18718</w:t>
        <w:br/>
        <w:t>f 14537/21713/18717 14539/21715/18719 14536/21714/18718</w:t>
        <w:br/>
        <w:t>f 14543/21717/18721 14542/21718/18722 14541/21719/18723</w:t>
        <w:br/>
        <w:t>f 14540/21720/18724 14543/21717/18721 14541/21719/18723</w:t>
        <w:br/>
        <w:t>f 14542/21718/18722 14545/21721/18725 14544/21722/18726</w:t>
        <w:br/>
        <w:t>f 14541/21719/18723 14542/21718/18722 14544/21722/18726</w:t>
        <w:br/>
        <w:t>f 14545/21721/18725 14535/21709/18713 14532/21712/18716</w:t>
        <w:br/>
        <w:t>f 14544/21722/18726 14545/21721/18725 14532/21712/18716</w:t>
        <w:br/>
        <w:t>f 14533/21711/18715 14547/21723/18727 14546/21724/18728</w:t>
        <w:br/>
        <w:t>f 14533/21711/18715 14536/21714/18718 14547/21723/18727</w:t>
        <w:br/>
        <w:t>f 14536/21714/18718 14538/21716/18720 14548/21725/18729</w:t>
        <w:br/>
        <w:t>f 14540/21720/18724 14541/21719/18723 14549/21726/18730</w:t>
        <w:br/>
        <w:t>f 14541/21719/18723 14544/21722/18726 14550/21727/18731</w:t>
        <w:br/>
        <w:t>f 14544/21722/18726 14546/21724/18728 14550/21727/18731</w:t>
        <w:br/>
        <w:t>f 14548/21725/18729 14551/21728/18732 14547/21723/18727</w:t>
        <w:br/>
        <w:t>f 14549/21726/18730 14550/21727/18731 14551/21728/18732</w:t>
        <w:br/>
        <w:t>f 14546/21724/18728 14551/21728/18732 14550/21727/18731</w:t>
        <w:br/>
        <w:t>f 14546/21724/18728 14547/21723/18727 14551/21728/18732</w:t>
        <w:br/>
        <w:t>f 14554/21729/18733 14553/21730/18734 14552/21731/18735</w:t>
        <w:br/>
        <w:t>f 14552/21731/18735 14553/21730/18734 14555/21732/18736</w:t>
        <w:br/>
        <w:t>f 14555/21732/18736 14553/21730/18734 14556/21733/18737</w:t>
        <w:br/>
        <w:t>f 14556/21733/18737 14553/21730/18734 14557/21734/18738</w:t>
        <w:br/>
        <w:t>f 14557/21734/18738 14553/21730/18734 14558/21735/18739</w:t>
        <w:br/>
        <w:t>f 14558/21735/18739 14553/21730/18734 14559/21736/18740</w:t>
        <w:br/>
        <w:t>f 14532/21712/18716 14533/21711/18715 14546/21724/18728</w:t>
        <w:br/>
        <w:t>f 14544/21722/18726 14532/21712/18716 14546/21724/18728</w:t>
        <w:br/>
        <w:t>f 14536/21714/18718 14548/21725/18729 14547/21723/18727</w:t>
        <w:br/>
        <w:t>f 14541/21719/18723 14550/21727/18731 14549/21726/18730</w:t>
        <w:br/>
        <w:t>f 14563/21737/18741 14562/21738/18742 14561/21739/18743</w:t>
        <w:br/>
        <w:t>f 14560/21740/18744 14563/21737/18741 14561/21739/18743</w:t>
        <w:br/>
        <w:t>f 14560/21740/18744 14561/21739/18743 14565/21741/18745</w:t>
        <w:br/>
        <w:t>f 14564/21742/18746 14560/21740/18744 14565/21741/18745</w:t>
        <w:br/>
        <w:t>f 14565/21741/18745 14567/21743/18747 14566/21744/18719</w:t>
        <w:br/>
        <w:t>f 14564/21742/18746 14565/21741/18745 14566/21744/18719</w:t>
        <w:br/>
        <w:t>f 14571/21745/18721 14570/21746/18724 14569/21747/18748</w:t>
        <w:br/>
        <w:t>f 14568/21748/18749 14571/21745/18721 14569/21747/18748</w:t>
        <w:br/>
        <w:t>f 14568/21748/18749 14569/21747/18748 14573/21749/18750</w:t>
        <w:br/>
        <w:t>f 14572/21750/18751 14568/21748/18749 14573/21749/18750</w:t>
        <w:br/>
        <w:t>f 14572/21750/18751 14573/21749/18750 14562/21738/18742</w:t>
        <w:br/>
        <w:t>f 14563/21737/18741 14572/21750/18751 14562/21738/18742</w:t>
        <w:br/>
        <w:t>f 14561/21739/18743 14575/21751/18752 14574/21752/18753</w:t>
        <w:br/>
        <w:t>f 14561/21739/18743 14574/21752/18753 14565/21741/18745</w:t>
        <w:br/>
        <w:t>f 14565/21741/18745 14576/21753/18729 14567/21743/18747</w:t>
        <w:br/>
        <w:t>f 14570/21746/18724 14577/21754/18754 14569/21747/18748</w:t>
        <w:br/>
        <w:t>f 14569/21747/18748 14578/21755/18755 14573/21749/18750</w:t>
        <w:br/>
        <w:t>f 14573/21749/18750 14578/21755/18755 14575/21751/18752</w:t>
        <w:br/>
        <w:t>f 14576/21753/18729 14574/21752/18753 14579/21756/18732</w:t>
        <w:br/>
        <w:t>f 14577/21754/18754 14579/21756/18732 14578/21755/18755</w:t>
        <w:br/>
        <w:t>f 14575/21751/18752 14578/21755/18755 14579/21756/18732</w:t>
        <w:br/>
        <w:t>f 14575/21751/18752 14579/21756/18732 14574/21752/18753</w:t>
        <w:br/>
        <w:t>f 14582/21757/18733 14581/21758/18756 14580/21759/18734</w:t>
        <w:br/>
        <w:t>f 14581/21758/18756 14583/21760/18757 14580/21759/18734</w:t>
        <w:br/>
        <w:t>f 14583/21760/18757 14584/21761/18758 14580/21759/18734</w:t>
        <w:br/>
        <w:t>f 14584/21761/18758 14585/21762/18759 14580/21759/18734</w:t>
        <w:br/>
        <w:t>f 14585/21762/18759 14586/21763/18760 14580/21759/18734</w:t>
        <w:br/>
        <w:t>f 14586/21763/18760 14587/21764/18740 14580/21759/18734</w:t>
        <w:br/>
        <w:t>f 14562/21738/18742 14575/21751/18752 14561/21739/18743</w:t>
        <w:br/>
        <w:t>f 14573/21749/18750 14575/21751/18752 14562/21738/18742</w:t>
        <w:br/>
        <w:t>f 14565/21741/18745 14574/21752/18753 14576/21753/18729</w:t>
        <w:br/>
        <w:t>f 14569/21747/18748 14577/21754/18754 14578/21755/18755</w:t>
        <w:br/>
        <w:t>f 14590/21765/18761 14589/21766/18762 14588/21767/18763</w:t>
        <w:br/>
        <w:t>f 14591/21768/18763 14590/21765/18761 14588/21767/18763</w:t>
        <w:br/>
        <w:t>f 14595/21769/18764 14594/21770/18765 14593/21771/18765</w:t>
        <w:br/>
        <w:t>f 14592/21772/18765 14595/21769/18764 14593/21771/18765</w:t>
        <w:br/>
        <w:t>f 14598/21773/18766 14597/21774/18767 14596/21775/18767</w:t>
        <w:br/>
        <w:t>f 14602/21776/18768 14601/21777/18768 14600/21778/18769</w:t>
        <w:br/>
        <w:t>f 14599/21779/18768 14602/21776/18768 14600/21778/18769</w:t>
        <w:br/>
        <w:t>f 14605/21780/18770 14604/21781/18770 14603/21782/18771</w:t>
        <w:br/>
        <w:t>f 14606/21783/18770 14605/21780/18770 14603/21782/18771</w:t>
        <w:br/>
        <w:t>f 14609/21784/18772 14608/21785/18772 14607/21786/18773</w:t>
        <w:br/>
        <w:t>f 14727/21787/18774 14726/21788/18775 14725/21789/18776</w:t>
        <w:br/>
        <w:t>f 14724/21790/18777 14727/21787/18774 14725/21789/18776</w:t>
        <w:br/>
        <w:t>f 14730/21791/18778 14729/21792/18779 14728/21793/18780</w:t>
        <w:br/>
        <w:t>f 14731/21794/18781 14730/21791/18778 14728/21793/18780</w:t>
        <w:br/>
        <w:t>f 14726/21788/18775 14732/21795/18782 14725/21789/18776</w:t>
        <w:br/>
        <w:t>f 14736/21796/18783 14735/21797/18784 14734/21798/18784</w:t>
        <w:br/>
        <w:t>f 14733/21799/18783 14736/21796/18783 14734/21798/18784</w:t>
        <w:br/>
        <w:t>f 14735/21797/18784 14738/21800/18785 14737/21801/18785</w:t>
        <w:br/>
        <w:t>f 14734/21798/18784 14735/21797/18784 14737/21801/18785</w:t>
        <w:br/>
        <w:t>f 14741/21802/18786 14740/21803/18787 14739/21804/18788</w:t>
        <w:br/>
        <w:t>f 14742/21805/18789 14727/21787/18774 14724/21790/18777</w:t>
        <w:br/>
        <w:t>f 14743/21806/18790 14742/21805/18789 14724/21790/18777</w:t>
        <w:br/>
        <w:t>f 14746/21807/18791 14745/21808/18792 14744/21809/18793</w:t>
        <w:br/>
        <w:t>f 14746/21807/18791 14748/21810/18794 14747/21811/18795</w:t>
        <w:br/>
        <w:t>f 14750/21812/18796 14730/21791/18778 14749/21813/18797</w:t>
        <w:br/>
        <w:t>f 14729/21792/18779 14752/21814/18798 14751/21815/18799</w:t>
        <w:br/>
        <w:t>f 14728/21793/18780 14729/21792/18779 14751/21815/18799</w:t>
        <w:br/>
        <w:t>f 14739/21804/18788 14745/21808/18792 14741/21802/18786</w:t>
        <w:br/>
        <w:t>f 14755/21816/18800 14754/21817/18801 14753/21818/18802</w:t>
        <w:br/>
        <w:t>f 14756/21819/18803 14755/21816/18800 14753/21818/18802</w:t>
        <w:br/>
        <w:t>f 14759/21820/18804 14758/21821/18805 14757/21822/18806</w:t>
        <w:br/>
        <w:t>f 14758/21821/18805 14761/21823/18807 14760/21824/18808</w:t>
        <w:br/>
        <w:t>f 14764/21825/18809 14763/21826/18810 14762/21827/18811</w:t>
        <w:br/>
        <w:t>f 14766/21828/18812 14763/21826/18810 14756/21819/18803</w:t>
        <w:br/>
        <w:t>f 14765/21829/18813 14766/21828/18812 14756/21819/18803</w:t>
        <w:br/>
        <w:t>f 14769/21830/18814 14768/21831/18815 14767/21832/18816</w:t>
        <w:br/>
        <w:t>f 14770/21833/18817 14769/21830/18814 14767/21832/18816</w:t>
        <w:br/>
        <w:t>f 14770/21833/18817 14767/21832/18816 14772/21834/18818</w:t>
        <w:br/>
        <w:t>f 14771/21835/18819 14770/21833/18817 14772/21834/18818</w:t>
        <w:br/>
        <w:t>f 14754/21817/18801 14755/21816/18800 14773/21836/18820</w:t>
        <w:br/>
        <w:t>f 14774/21837/18821 14754/21817/18801 14773/21836/18820</w:t>
        <w:br/>
        <w:t>f 14762/21827/18811 14763/21826/18810 14775/21838/18822</w:t>
        <w:br/>
        <w:t>f 14779/21839/18823 14778/21840/18824 14777/21841/18825</w:t>
        <w:br/>
        <w:t>f 14776/21842/18826 14779/21839/18823 14777/21841/18825</w:t>
        <w:br/>
        <w:t>f 14782/21843/18827 14781/21844/18828 14780/21845/18829</w:t>
        <w:br/>
        <w:t>f 14784/21846/18830 14753/21818/18802 14754/21817/18801</w:t>
        <w:br/>
        <w:t>f 14783/21847/18831 14784/21846/18830 14754/21817/18801</w:t>
        <w:br/>
        <w:t>f 14755/21816/18800 14756/21819/18803 14785/21848/18832</w:t>
        <w:br/>
        <w:t>f 14786/21849/18833 14755/21816/18800 14785/21848/18832</w:t>
        <w:br/>
        <w:t>f 14787/21850/18834 14726/21788/18775 14727/21787/18774</w:t>
        <w:br/>
        <w:t>f 14788/21851/18835 14787/21850/18834 14727/21787/18774</w:t>
        <w:br/>
        <w:t>f 14741/21802/18786 14746/21807/18791 14790/21852/18836</w:t>
        <w:br/>
        <w:t>f 14789/21853/18837 14741/21802/18786 14790/21852/18836</w:t>
        <w:br/>
        <w:t>f 14746/21807/18791 14747/21811/18795 14790/21852/18836</w:t>
        <w:br/>
        <w:t>f 14793/21854/18836 14792/21855/18838 14791/21856/18839</w:t>
        <w:br/>
        <w:t>f 14793/21854/18836 14795/21857/18840 14794/21858/18841</w:t>
        <w:br/>
        <w:t>f 14796/21859/18842 14793/21854/18836 14794/21858/18841</w:t>
        <w:br/>
        <w:t>f 14764/21825/18809 14798/21860/18843 14797/21861/18844</w:t>
        <w:br/>
        <w:t>f 14799/21862/18845 14764/21825/18809 14797/21861/18844</w:t>
        <w:br/>
        <w:t>f 14762/21827/18811 14800/21863/18846 14798/21860/18843</w:t>
        <w:br/>
        <w:t>f 14764/21825/18809 14762/21827/18811 14798/21860/18843</w:t>
        <w:br/>
        <w:t>f 14802/21864/18847 14763/21826/18810 14777/21841/18825</w:t>
        <w:br/>
        <w:t>f 14801/21865/18848 14802/21864/18847 14777/21841/18825</w:t>
        <w:br/>
        <w:t>f 14803/21866/18849 14729/21792/18779 14730/21791/18778</w:t>
        <w:br/>
        <w:t>f 14804/21867/18850 14803/21866/18849 14730/21791/18778</w:t>
        <w:br/>
        <w:t>f 14765/21829/18813 14806/21868/18851 14805/21869/18852</w:t>
        <w:br/>
        <w:t>f 14766/21828/18812 14765/21829/18813 14805/21869/18852</w:t>
        <w:br/>
        <w:t>f 14765/21829/18813 14753/21818/18802 14784/21846/18830</w:t>
        <w:br/>
        <w:t>f 14806/21868/18851 14765/21829/18813 14784/21846/18830</w:t>
        <w:br/>
        <w:t>f 14785/21848/18832 14756/21819/18803 14763/21826/18810</w:t>
        <w:br/>
        <w:t>f 14802/21864/18847 14785/21848/18832 14763/21826/18810</w:t>
        <w:br/>
        <w:t>f 14804/21867/18850 14730/21791/18778 14726/21788/18775</w:t>
        <w:br/>
        <w:t>f 14787/21850/18834 14804/21867/18850 14726/21788/18775</w:t>
        <w:br/>
        <w:t>f 14769/21830/18814 14770/21833/18817 14808/21870/18853</w:t>
        <w:br/>
        <w:t>f 14807/21871/18854 14769/21830/18814 14808/21870/18853</w:t>
        <w:br/>
        <w:t>f 14812/21872/18854 14811/21873/18855 14810/21874/18856</w:t>
        <w:br/>
        <w:t>f 14809/21875/18857 14812/21872/18854 14810/21874/18856</w:t>
        <w:br/>
        <w:t>f 14779/21839/18823 14814/21876/18858 14813/21877/18859</w:t>
        <w:br/>
        <w:t>f 14815/21878/18860 14779/21839/18823 14813/21877/18859</w:t>
        <w:br/>
        <w:t>f 14770/21833/18817 14771/21835/18819 14808/21870/18853</w:t>
        <w:br/>
        <w:t>f 14811/21873/18855 14816/21879/18861 14810/21874/18856</w:t>
        <w:br/>
        <w:t>f 14819/21880/18862 14818/21881/18863 14817/21882/18862</w:t>
        <w:br/>
        <w:t>f 14820/21883/18863 14819/21880/18862 14817/21882/18862</w:t>
        <w:br/>
        <w:t>f 14815/21878/18860 14813/21877/18859 14821/21884/18864</w:t>
        <w:br/>
        <w:t>f 14822/21885/18864 14815/21878/18860 14821/21884/18864</w:t>
        <w:br/>
        <w:t>f 14825/21886/18865 14824/21887/18866 14823/21888/18867</w:t>
        <w:br/>
        <w:t>f 14826/21889/18868 14825/21886/18865 14823/21888/18867</w:t>
        <w:br/>
        <w:t>f 14828/21890/18869 14782/21843/18827 14780/21845/18829</w:t>
        <w:br/>
        <w:t>f 14827/21891/18870 14828/21890/18869 14780/21845/18829</w:t>
        <w:br/>
        <w:t>f 14774/21837/18821 14829/21892/18871 14783/21847/18831</w:t>
        <w:br/>
        <w:t>f 14754/21817/18801 14774/21837/18821 14783/21847/18831</w:t>
        <w:br/>
        <w:t>f 14755/21816/18800 14831/21893/18872 14830/21894/18873</w:t>
        <w:br/>
        <w:t>f 14773/21836/18820 14755/21816/18800 14830/21894/18873</w:t>
        <w:br/>
        <w:t>f 14832/21895/18874 14788/21851/18835 14727/21787/18774</w:t>
        <w:br/>
        <w:t>f 14742/21805/18789 14832/21895/18874 14727/21787/18774</w:t>
        <w:br/>
        <w:t>f 14761/21823/18807 14834/21896/18875 14833/21897/18876</w:t>
        <w:br/>
        <w:t>f 14834/21896/18875 14835/21898/18877 14833/21897/18876</w:t>
        <w:br/>
        <w:t>f 14838/21899/18878 14837/21900/18879 14836/21901/18880</w:t>
        <w:br/>
        <w:t>f 14839/21902/18881 14833/21897/18876 14836/21901/18882</w:t>
        <w:br/>
        <w:t>f 14841/21903/18883 14757/21822/18806 14760/21824/18808</w:t>
        <w:br/>
        <w:t>f 14840/21904/18884 14841/21903/18883 14760/21824/18808</w:t>
        <w:br/>
        <w:t>f 14760/21824/18808 14761/21823/18807 14839/21902/18881</w:t>
        <w:br/>
        <w:t>f 14840/21904/18884 14760/21824/18808 14839/21902/18881</w:t>
        <w:br/>
        <w:t>f 14842/21905/18885 14775/21838/18822 14766/21828/18812</w:t>
        <w:br/>
        <w:t>f 14805/21869/18852 14842/21905/18885 14766/21828/18812</w:t>
        <w:br/>
        <w:t>f 14776/21842/18826 14797/21861/18844 14814/21876/18858</w:t>
        <w:br/>
        <w:t>f 14779/21839/18823 14776/21842/18826 14814/21876/18858</w:t>
        <w:br/>
        <w:t>f 14801/21865/18848 14777/21841/18825 14778/21840/18824</w:t>
        <w:br/>
        <w:t>f 14843/21906/18886 14801/21865/18848 14778/21840/18824</w:t>
        <w:br/>
        <w:t>f 14812/21872/18854 14752/21814/18798 14729/21792/18779</w:t>
        <w:br/>
        <w:t>f 14803/21866/18849 14812/21872/18854 14729/21792/18779</w:t>
        <w:br/>
        <w:t>f 14826/21889/18868 14741/21802/18786 14789/21853/18837</w:t>
        <w:br/>
        <w:t>f 14825/21886/18865 14826/21889/18868 14789/21853/18837</w:t>
        <w:br/>
        <w:t>f 14796/21859/18887 14759/21820/18804 14782/21843/18827</w:t>
        <w:br/>
        <w:t>f 14828/21890/18869 14796/21859/18887 14782/21843/18827</w:t>
        <w:br/>
        <w:t>f 14845/21907/18888 14844/21908/18889 14781/21844/18828</w:t>
        <w:br/>
        <w:t>f 14848/21909/18890 14847/21910/18891 14846/21911/18892</w:t>
        <w:br/>
        <w:t>f 14849/21912/18893 14848/21909/18890 14846/21911/18892</w:t>
        <w:br/>
        <w:t>f 14849/21912/18893 14846/21911/18892 14757/21822/18806</w:t>
        <w:br/>
        <w:t>f 14841/21903/18883 14849/21912/18893 14757/21822/18806</w:t>
        <w:br/>
        <w:t>f 14780/21845/18829 14781/21844/18828 14850/21913/18894</w:t>
        <w:br/>
        <w:t>f 14850/21913/18894 14851/21914/18895 14774/21837/18821</w:t>
        <w:br/>
        <w:t>f 14853/21915/18896 14852/21916/18897 14743/21806/18790</w:t>
        <w:br/>
        <w:t>f 14851/21914/18895 14854/21917/18898 14829/21892/18871</w:t>
        <w:br/>
        <w:t>f 14774/21837/18821 14851/21914/18895 14829/21892/18871</w:t>
        <w:br/>
        <w:t>f 14855/21918/18899 14850/21913/18894 14781/21844/18828</w:t>
        <w:br/>
        <w:t>f 14856/21919/18900 14855/21918/18899 14781/21844/18828</w:t>
        <w:br/>
        <w:t>f 14857/21920/18901 14823/21888/18867 14852/21916/18897</w:t>
        <w:br/>
        <w:t>f 14823/21888/18867 14742/21805/18789 14743/21806/18790</w:t>
        <w:br/>
        <w:t>f 14852/21916/18897 14823/21888/18867 14743/21806/18790</w:t>
        <w:br/>
        <w:t>f 14773/21836/18820 14830/21894/18873 14827/21891/18870</w:t>
        <w:br/>
        <w:t>f 14780/21845/18829 14773/21836/18820 14827/21891/18870</w:t>
        <w:br/>
        <w:t>f 14824/21887/18866 14832/21895/18874 14742/21805/18789</w:t>
        <w:br/>
        <w:t>f 14823/21888/18867 14824/21887/18866 14742/21805/18789</w:t>
        <w:br/>
        <w:t>f 14848/21909/18890 14858/21921/18902 14845/21907/18888</w:t>
        <w:br/>
        <w:t>f 14847/21910/18891 14848/21909/18890 14845/21907/18888</w:t>
        <w:br/>
        <w:t>f 14855/21918/18899 14854/21917/18898 14851/21914/18895</w:t>
        <w:br/>
        <w:t>f 14850/21913/18894 14855/21918/18899 14851/21914/18895</w:t>
        <w:br/>
        <w:t>f 14762/21827/18811 14775/21838/18822 14842/21905/18885</w:t>
        <w:br/>
        <w:t>f 14800/21863/18846 14762/21827/18811 14842/21905/18885</w:t>
        <w:br/>
        <w:t>f 14860/21922/18903 14740/21803/18787 14859/21923/18904</w:t>
        <w:br/>
        <w:t>f 14847/21910/18891 14782/21843/18827 14759/21820/18804</w:t>
        <w:br/>
        <w:t>f 14826/21889/18868 14740/21803/18787 14741/21802/18786</w:t>
        <w:br/>
        <w:t>f 14847/21910/18891 14759/21820/18804 14846/21911/18892</w:t>
        <w:br/>
        <w:t>f 14759/21820/18804 14757/21822/18806 14846/21911/18892</w:t>
        <w:br/>
        <w:t>f 14745/21808/18792 14746/21807/18791 14741/21802/18786</w:t>
        <w:br/>
        <w:t>f 14757/21822/18806 14758/21821/18805 14760/21824/18808</w:t>
        <w:br/>
        <w:t>f 14845/21907/18888 14781/21844/18828 14847/21910/18891</w:t>
        <w:br/>
        <w:t>f 14857/21920/18901 14826/21889/18868 14823/21888/18867</w:t>
        <w:br/>
        <w:t>f 14847/21910/18891 14781/21844/18828 14782/21843/18827</w:t>
        <w:br/>
        <w:t>f 14858/21921/18902 14844/21908/18889 14845/21907/18888</w:t>
        <w:br/>
        <w:t>f 14781/21844/18828 14844/21908/18889 14856/21919/18900</w:t>
        <w:br/>
        <w:t>f 14746/21807/18791 14744/21809/18793 14861/21924/18905</w:t>
        <w:br/>
        <w:t>f 14758/21821/18805 14834/21896/18875 14761/21823/18807</w:t>
        <w:br/>
        <w:t>f 14746/21807/18791 14861/21924/18905 14748/21810/18794</w:t>
        <w:br/>
        <w:t>f 14758/21821/18805 14835/21898/18877 14834/21896/18875</w:t>
        <w:br/>
        <w:t>f 14774/21837/18821 14773/21836/18820 14780/21845/18829</w:t>
        <w:br/>
        <w:t>f 14850/21913/18894 14774/21837/18821 14780/21845/18829</w:t>
        <w:br/>
        <w:t>f 14726/21788/18775 14730/21791/18778 14750/21812/18796</w:t>
        <w:br/>
        <w:t>f 14732/21795/18782 14726/21788/18775 14750/21812/18796</w:t>
        <w:br/>
        <w:t>f 14765/21829/18813 14756/21819/18803 14753/21818/18802</w:t>
        <w:br/>
        <w:t>f 14730/21791/18778 14731/21794/18781 14862/21925/18906</w:t>
        <w:br/>
        <w:t>f 14749/21813/18797 14730/21791/18778 14862/21925/18906</w:t>
        <w:br/>
        <w:t>f 14777/21841/18825 14763/21826/18810 14764/21825/18809</w:t>
        <w:br/>
        <w:t>f 14775/21838/18822 14763/21826/18810 14766/21828/18812</w:t>
        <w:br/>
        <w:t>f 14777/21841/18825 14764/21825/18809 14776/21842/18826</w:t>
        <w:br/>
        <w:t>f 14761/21823/18807 14833/21897/18876 14839/21902/18881</w:t>
        <w:br/>
        <w:t>f 14826/21889/18868 14859/21923/18904 14740/21803/18787</w:t>
        <w:br/>
        <w:t>f 14857/21920/18901 14859/21923/18904 14826/21889/18868</w:t>
        <w:br/>
        <w:t>f 14808/21870/18853 14771/21835/18819 14863/21926/18861</w:t>
        <w:br/>
        <w:t>f 14833/21897/18876 14835/21898/18877 14837/21900/18907</w:t>
        <w:br/>
        <w:t>f 14793/21854/18836 14791/21856/18839 14795/21857/18840</w:t>
        <w:br/>
        <w:t>f 14866/21927/18908 14865/21928/18909 14864/21929/18910</w:t>
        <w:br/>
        <w:t>f 14867/21930/18911 14866/21927/18908 14864/21929/18910</w:t>
        <w:br/>
        <w:t>f 14868/21931/18912 14867/21930/18911 14864/21929/18910</w:t>
        <w:br/>
        <w:t>f 14869/21932/18913 14868/21931/18912 14864/21929/18910</w:t>
        <w:br/>
        <w:t>f 14870/21933/18914 14869/21932/18913 14864/21929/18910</w:t>
        <w:br/>
        <w:t>f 14871/21934/18915 14870/21933/18914 14864/21929/18910</w:t>
        <w:br/>
        <w:t>f 14872/21935/18916 14871/21934/18915 14864/21929/18910</w:t>
        <w:br/>
        <w:t>f 14865/21928/18909 14872/21935/18916 14864/21929/18910</w:t>
        <w:br/>
        <w:t>f 14875/21936/18917 14874/21937/18918 14873/21938/18919</w:t>
        <w:br/>
        <w:t>f 14876/21939/18919 14875/21936/18917 14873/21938/18919</w:t>
        <w:br/>
        <w:t>f 14878/21940/18920 14876/21939/18919 14873/21938/18919</w:t>
        <w:br/>
        <w:t>f 14877/21941/18920 14878/21940/18920 14873/21938/18919</w:t>
        <w:br/>
        <w:t>f 14878/21940/18920 14877/21941/18920 14879/21942/18921</w:t>
        <w:br/>
        <w:t>f 14880/21943/18921 14878/21940/18920 14879/21942/18921</w:t>
        <w:br/>
        <w:t>f 14884/21944/18922 14883/21945/18921 14882/21946/18921</w:t>
        <w:br/>
        <w:t>f 14881/21947/18923 14884/21944/18922 14882/21946/18921</w:t>
        <w:br/>
        <w:t>f 14884/21944/18922 14881/21947/18923 14885/21948/18924</w:t>
        <w:br/>
        <w:t>f 14886/21949/18925 14884/21944/18922 14885/21948/18924</w:t>
        <w:br/>
        <w:t>f 14888/21950/18926 14886/21949/18925 14885/21948/18924</w:t>
        <w:br/>
        <w:t>f 14887/21951/18927 14888/21950/18926 14885/21948/18924</w:t>
        <w:br/>
        <w:t>f 14888/21950/18926 14887/21951/18927 14889/21952/18928</w:t>
        <w:br/>
        <w:t>f 14890/21953/18928 14888/21950/18926 14889/21952/18928</w:t>
        <w:br/>
        <w:t>f 14875/21936/18917 14890/21953/18928 14889/21952/18928</w:t>
        <w:br/>
        <w:t>f 14874/21937/18918 14875/21936/18917 14889/21952/18928</w:t>
        <w:br/>
        <w:t>f 14893/21954/18929 14892/21955/18930 14891/21956/18931</w:t>
        <w:br/>
        <w:t>f 14892/21955/18930 14894/21957/18932 14891/21956/18931</w:t>
        <w:br/>
        <w:t>f 14894/21957/18932 14895/21958/18933 14891/21956/18931</w:t>
        <w:br/>
        <w:t>f 14895/21958/18933 14896/21959/18934 14891/21956/18931</w:t>
        <w:br/>
        <w:t>f 14896/21959/18934 14897/21960/18935 14891/21956/18931</w:t>
        <w:br/>
        <w:t>f 14897/21960/18935 14898/21961/18936 14891/21956/18931</w:t>
        <w:br/>
        <w:t>f 14898/21961/18936 14899/21962/18937 14891/21956/18931</w:t>
        <w:br/>
        <w:t>f 14899/21962/18937 14893/21954/18929 14891/21956/18931</w:t>
        <w:br/>
        <w:t>f 14902/21963/18938 14901/21964/18939 14900/21965/18940</w:t>
        <w:br/>
        <w:t>f 14901/21964/18939 14904/21966/18941 14903/21967/18942</w:t>
        <w:br/>
        <w:t>f 14904/21966/18941 14905/21968/18943 14903/21967/18942</w:t>
        <w:br/>
        <w:t>f 14905/21968/18943 14904/21966/18941 14906/21969/18944</w:t>
        <w:br/>
        <w:t>f 14906/21969/18944 14908/21970/18945 14907/21971/18946</w:t>
        <w:br/>
        <w:t>f 14907/21971/18946 14908/21970/18945 14909/21972/18947</w:t>
        <w:br/>
        <w:t>f 14908/21970/18945 14910/21973/18948 14909/21972/18947</w:t>
        <w:br/>
        <w:t>f 14910/21973/18948 14902/21963/18938 14900/21965/18940</w:t>
        <w:br/>
        <w:t>f 14904/21966/18941 14902/21963/18938 14911/21974/18949</w:t>
        <w:br/>
        <w:t>f 14906/21969/18944 14904/21966/18941 14911/21974/18949</w:t>
        <w:br/>
        <w:t>f 14908/21970/18945 14906/21969/18944 14911/21974/18949</w:t>
        <w:br/>
        <w:t>f 14902/21963/18938 14908/21970/18945 14911/21974/18949</w:t>
        <w:br/>
        <w:t>f 14914/21975/18950 14913/21976/18951 14912/21977/18952</w:t>
        <w:br/>
        <w:t>f 14912/21977/18952 14913/21976/18951 14915/21978/18953</w:t>
        <w:br/>
        <w:t>f 14915/21978/18953 14913/21976/18951 14916/21979/18954</w:t>
        <w:br/>
        <w:t>f 14916/21979/18954 14913/21976/18951 14917/21980/18955</w:t>
        <w:br/>
        <w:t>f 14917/21980/18955 14913/21976/18951 14918/21981/18956</w:t>
        <w:br/>
        <w:t>f 14918/21981/18956 14913/21976/18951 14919/21982/18957</w:t>
        <w:br/>
        <w:t>f 14919/21982/18957 14913/21976/18951 14920/21983/18958</w:t>
        <w:br/>
        <w:t>f 14920/21983/18958 14913/21976/18951 14914/21975/18950</w:t>
        <w:br/>
        <w:t>f 14923/21984/18959 14922/21985/18960 14921/21986/18961</w:t>
        <w:br/>
        <w:t>f 14924/21987/18962 14923/21984/18959 14921/21986/18961</w:t>
        <w:br/>
        <w:t>f 14926/21988/18963 14922/21985/18960 14923/21984/18959</w:t>
        <w:br/>
        <w:t>f 14925/21989/18964 14926/21988/18963 14923/21984/18959</w:t>
        <w:br/>
        <w:t>f 14926/21988/18963 14925/21989/18964 14927/21990/18957</w:t>
        <w:br/>
        <w:t>f 14928/21991/18965 14926/21988/18963 14927/21990/18957</w:t>
        <w:br/>
        <w:t>f 14930/21992/18966 14928/21991/18965 14927/21990/18957</w:t>
        <w:br/>
        <w:t>f 14929/21993/18967 14930/21992/18966 14927/21990/18957</w:t>
        <w:br/>
        <w:t>f 14930/21992/18966 14929/21993/18967 14931/21994/18950</w:t>
        <w:br/>
        <w:t>f 14932/21995/18968 14930/21992/18966 14931/21994/18950</w:t>
        <w:br/>
        <w:t>f 14934/21996/18969 14932/21995/18968 14931/21994/18950</w:t>
        <w:br/>
        <w:t>f 14933/21997/18970 14934/21996/18969 14931/21994/18950</w:t>
        <w:br/>
        <w:t>f 14934/21996/18969 14933/21997/18970 14935/21998/18953</w:t>
        <w:br/>
        <w:t>f 14936/21999/18971 14934/21996/18969 14935/21998/18953</w:t>
        <w:br/>
        <w:t>f 14938/22000/18972 14936/21999/18971 14935/21998/18953</w:t>
        <w:br/>
        <w:t>f 14937/22001/18954 14938/22000/18972 14935/21998/18953</w:t>
        <w:br/>
        <w:t>f 14938/22000/18972 14940/22002/18940 14939/22003/18973</w:t>
        <w:br/>
        <w:t>f 14936/21999/18971 14938/22000/18972 14939/22003/18973</w:t>
        <w:br/>
        <w:t>f 14939/22003/18973 14941/22004/18974 14934/21996/18969</w:t>
        <w:br/>
        <w:t>f 14936/21999/18971 14939/22003/18973 14934/21996/18969</w:t>
        <w:br/>
        <w:t>f 14942/22005/18975 14932/21995/18968 14934/21996/18969</w:t>
        <w:br/>
        <w:t>f 14941/22004/18974 14942/22005/18975 14934/21996/18969</w:t>
        <w:br/>
        <w:t>f 14942/22005/18975 14943/22006/18976 14930/21992/18966</w:t>
        <w:br/>
        <w:t>f 14932/21995/18968 14942/22005/18975 14930/21992/18966</w:t>
        <w:br/>
        <w:t>f 14944/22007/18977 14928/21991/18965 14930/21992/18966</w:t>
        <w:br/>
        <w:t>f 14943/22006/18976 14944/22007/18977 14930/21992/18966</w:t>
        <w:br/>
        <w:t>f 14944/22007/18977 14945/22008/18978 14926/21988/18963</w:t>
        <w:br/>
        <w:t>f 14928/21991/18965 14944/22007/18977 14926/21988/18963</w:t>
        <w:br/>
        <w:t>f 14946/22009/18979 14922/21985/18960 14926/21988/18963</w:t>
        <w:br/>
        <w:t>f 14945/22008/18978 14946/22009/18979 14926/21988/18963</w:t>
        <w:br/>
        <w:t>f 14946/22009/18979 14947/22010/18980 14921/21986/18961</w:t>
        <w:br/>
        <w:t>f 14922/21985/18960 14946/22009/18979 14921/21986/18961</w:t>
        <w:br/>
        <w:t>f 14906/21969/18944 14907/21971/18946 14948/22011/18981</w:t>
        <w:br/>
        <w:t>f 14905/21968/18943 14906/21969/18944 14948/22011/18981</w:t>
        <w:br/>
        <w:t>f 14908/21970/18945 14902/21963/18938 14910/21973/18948</w:t>
        <w:br/>
        <w:t>f 14902/21963/18938 14904/21966/18941 14901/21964/18939</w:t>
        <w:br/>
        <w:t>f 14952/22012/18982 14951/22013/18982 14950/22014/18983</w:t>
        <w:br/>
        <w:t>f 14949/22015/18984 14952/22012/18982 14950/22014/18983</w:t>
        <w:br/>
        <w:t>f 14951/22013/18982 14952/22012/18982 14953/22016/18985</w:t>
        <w:br/>
        <w:t>f 14955/22017/18986 14954/22018/18986 14949/22015/18984</w:t>
        <w:br/>
        <w:t>f 14950/22014/18983 14955/22017/18986 14949/22015/18984</w:t>
        <w:br/>
        <w:t>f 14959/22019/18987 14958/22020/18988 14957/22021/18989</w:t>
        <w:br/>
        <w:t>f 14956/22022/18987 14959/22019/18987 14957/22021/18989</w:t>
        <w:br/>
        <w:t>f 14956/22022/18987 14960/22023/18987 14959/22019/18987</w:t>
        <w:br/>
        <w:t>f 14958/22020/18988 14962/22024/18990 14961/22025/18990</w:t>
        <w:br/>
        <w:t>f 14957/22021/18989 14958/22020/18988 14961/22025/18990</w:t>
        <w:br/>
        <w:t>f 14966/22026/18991 14965/22027/18992 14964/22028/18993</w:t>
        <w:br/>
        <w:t>f 14963/22029/18994 14966/22026/18991 14964/22028/18993</w:t>
        <w:br/>
        <w:t>f 14969/22030/18995 14968/22031/18996 14967/22032/18997</w:t>
        <w:br/>
        <w:t>f 14970/22033/18995 14969/22030/18995 14967/22032/18997</w:t>
        <w:br/>
        <w:t>f 14967/22032/18997 14968/22031/18996 14972/22034/18998</w:t>
        <w:br/>
        <w:t>f 14971/22035/18999 14967/22032/18997 14972/22034/18998</w:t>
        <w:br/>
        <w:t>f 14973/22036/19000 14965/22027/18992 14966/22026/18991</w:t>
        <w:br/>
        <w:t>f 14974/22037/19000 14973/22036/19000 14966/22026/18991</w:t>
        <w:br/>
        <w:t>f 14963/22029/18994 14964/22028/18993 14976/22038/14186</w:t>
        <w:br/>
        <w:t>f 14975/22039/14186 14963/22029/18994 14976/22038/14186</w:t>
        <w:br/>
        <w:t>f 14980/22040/19001 14979/22041/19001 14978/22042/19001</w:t>
        <w:br/>
        <w:t>f 14977/22043/19001 14980/22040/19001 14978/22042/19001</w:t>
        <w:br/>
        <w:t>f 14981/22044/14511 14969/22030/18995 14970/22033/18995</w:t>
        <w:br/>
        <w:t>f 14982/22045/14511 14981/22044/14511 14970/22033/18995</w:t>
        <w:br/>
        <w:t>f 14962/22024/18990 14984/22046/19002 14983/22047/19002</w:t>
        <w:br/>
        <w:t>f 14961/22025/18990 14962/22024/18990 14983/22047/19002</w:t>
        <w:br/>
        <w:t>f 14986/22048/14512 14985/22049/14512 14981/22044/14511</w:t>
        <w:br/>
        <w:t>f 14982/22045/14511 14986/22048/14512 14981/22044/14511</w:t>
        <w:br/>
        <w:t>f 14955/22017/18986 14988/22050/19003 14987/22051/19003</w:t>
        <w:br/>
        <w:t>f 14954/22018/18986 14955/22017/18986 14987/22051/19003</w:t>
        <w:br/>
        <w:t>f 14976/22038/14186 14990/22052/14186 14989/22053/14186</w:t>
        <w:br/>
        <w:t>f 14975/22039/14186 14976/22038/14186 14989/22053/14186</w:t>
        <w:br/>
        <w:t>f 14993/22054/19004 14992/22055/19005 14991/22056/19005</w:t>
        <w:br/>
        <w:t>f 14993/22054/19006 14995/22057/19007 14994/22058/19008</w:t>
        <w:br/>
        <w:t>f 14998/22059/19009 14997/22060/19010 14996/22061/19011</w:t>
        <w:br/>
        <w:t>f 15000/22062/19012 14999/22063/19013 14993/22054/19006</w:t>
        <w:br/>
        <w:t>f 14996/22061/19014 15002/22064/19015 15001/22065/19015</w:t>
        <w:br/>
        <w:t>f 14994/22058/19008 15000/22062/19012 14993/22054/19006</w:t>
        <w:br/>
        <w:t>f 15003/22066/19016 14998/22059/19009 14996/22061/19011</w:t>
        <w:br/>
        <w:t>f 14996/22061/19011 15005/22067/19017 15004/22068/19018</w:t>
        <w:br/>
        <w:t>f 15004/22068/19018 15003/22066/19016 14996/22061/19011</w:t>
        <w:br/>
        <w:t>f 14999/22063/19013 15006/22069/19019 14993/22054/19006</w:t>
        <w:br/>
        <w:t>f 15009/22070/19020 15008/22071/19021 15007/22072/19022</w:t>
        <w:br/>
        <w:t>f 15012/22073/19023 15011/22074/19024 15010/22075/19025</w:t>
        <w:br/>
        <w:t>f 15017/22076/19026 15009/22070/19020 15007/22072/19022</w:t>
        <w:br/>
        <w:t>f 15012/22073/19023 15010/22075/19025 15018/22077/19027</w:t>
        <w:br/>
        <w:t>f 15020/22078/19028 15017/22076/19026 15019/22079/19029</w:t>
        <w:br/>
        <w:t>f 15022/22080/19030 15018/22077/19027 15021/22081/19031</w:t>
        <w:br/>
        <w:t>f 15027/22082/19032 15020/22078/19028 15019/22079/19029</w:t>
        <w:br/>
        <w:t>f 15028/22083/19033 15022/22080/19030 15021/22081/19031</w:t>
        <w:br/>
        <w:t>f 15032/22084/19034 15027/22082/19032 15031/22085/19035</w:t>
        <w:br/>
        <w:t>f 15034/22086/19036 15028/22083/19033 15033/22087/19037</w:t>
        <w:br/>
        <w:t>f 15038/22088/19038 15032/22084/19034 15037/22089/19039</w:t>
        <w:br/>
        <w:t>f 15040/22090/19040 15033/22087/19037 15039/22091/19041</w:t>
        <w:br/>
        <w:t>f 15043/22092/19042 15038/22088/19038 15037/22089/19039</w:t>
        <w:br/>
        <w:t>f 15044/22093/19043 15040/22090/19040 15039/22091/19041</w:t>
        <w:br/>
        <w:t>f 15048/22094/19044 15043/22092/19042 15047/22095/19045</w:t>
        <w:br/>
        <w:t>f 15050/22096/19046 15044/22093/19043 15049/22097/19047</w:t>
        <w:br/>
        <w:t>f 15052/22098/19048 15048/22094/19044 15051/22099/19049</w:t>
        <w:br/>
        <w:t>f 15054/22100/19050 15049/22097/19047 15053/22101/19051</w:t>
        <w:br/>
        <w:t>f 15059/22102/19052 15052/22098/19048 15051/22099/19049</w:t>
        <w:br/>
        <w:t>f 15060/22103/19053 15054/22100/19050 15053/22101/19051</w:t>
        <w:br/>
        <w:t>f 15064/22104/19054 15059/22102/19052 15063/22105/19055</w:t>
        <w:br/>
        <w:t>f 15066/22106/19056 15060/22103/19053 15065/22107/19057</w:t>
        <w:br/>
        <w:t>f 15008/22071/19021 15064/22104/19054 15063/22105/19055</w:t>
        <w:br/>
        <w:t>f 15065/22107/19057 15011/22074/19024 15066/22106/19056</w:t>
        <w:br/>
        <w:t>f 15009/22070/19020 15069/22108/19058 15008/22071/19021</w:t>
        <w:br/>
        <w:t>f 15008/22071/19021 15069/22108/19058 15064/22104/19054</w:t>
        <w:br/>
        <w:t>f 15051/22099/19049 15048/22094/19044 15047/22095/19045</w:t>
        <w:br/>
        <w:t>f 15059/22102/19052 15051/22099/19049 15063/22105/19055</w:t>
        <w:br/>
        <w:t>f 15066/22106/19056 15054/22100/19050 15060/22103/19053</w:t>
        <w:br/>
        <w:t>f 15054/22100/19050 15050/22096/19046 15049/22097/19047</w:t>
        <w:br/>
        <w:t>f 15037/22089/19039 15032/22084/19034 15031/22085/19035</w:t>
        <w:br/>
        <w:t>f 15043/22092/19042 15037/22089/19039 15047/22095/19045</w:t>
        <w:br/>
        <w:t>f 15050/22096/19046 15040/22090/19040 15044/22093/19043</w:t>
        <w:br/>
        <w:t>f 15040/22090/19040 15034/22086/19036 15033/22087/19037</w:t>
        <w:br/>
        <w:t>f 15034/22086/19036 15022/22080/19030 15028/22083/19033</w:t>
        <w:br/>
        <w:t>f 15022/22080/19030 15012/22073/19023 15018/22077/19027</w:t>
        <w:br/>
        <w:t>f 15019/22079/19029 15017/22076/19026 15007/22072/19022</w:t>
        <w:br/>
        <w:t>f 15027/22082/19032 15019/22079/19029 15031/22085/19035</w:t>
        <w:br/>
        <w:t>f 15010/22075/19025 15011/22074/19024 15070/22109/19059</w:t>
        <w:br/>
        <w:t>f 15070/22109/19059 15011/22074/19024 15065/22107/19057</w:t>
        <w:br/>
        <w:t>f 15073/22110/19060 15072/22111/19061 15071/22112/19062</w:t>
        <w:br/>
        <w:t>f 15073/22110/19060 15071/22112/19062 15074/22113/19063</w:t>
        <w:br/>
        <w:t>f 15073/22110/19060 15074/22113/19063 15075/22114/19064</w:t>
        <w:br/>
        <w:t>f 15073/22110/19060 15075/22114/19064 15072/22111/19061</w:t>
        <w:br/>
        <w:t>f 15077/22115/19065 15076/22116/19066 15072/22111/19061</w:t>
        <w:br/>
        <w:t>f 15076/22116/19066 15078/22117/19067 15071/22112/19062</w:t>
        <w:br/>
        <w:t>f 15078/22117/19067 15079/22118/19068 15071/22112/19062</w:t>
        <w:br/>
        <w:t>f 15081/22119/19069 15080/22120/19070 15075/22114/19064</w:t>
        <w:br/>
        <w:t>f 15075/22114/19064 15082/22121/19071 15072/22111/19061</w:t>
        <w:br/>
        <w:t>f 15082/22121/19071 15077/22115/19065 15072/22111/19061</w:t>
        <w:br/>
        <w:t>f 15085/22122/19072 15084/22123/19066 15083/22124/19073</w:t>
        <w:br/>
        <w:t>f 15084/22123/19066 15087/22125/19074 15086/22126/19067</w:t>
        <w:br/>
        <w:t>f 15087/22125/19074 15088/22127/19068 15086/22126/19067</w:t>
        <w:br/>
        <w:t>f 15091/22128/19075 15090/22129/19076 15089/22130/19069</w:t>
        <w:br/>
        <w:t>f 15091/22128/19075 15085/22122/19072 15092/22131/19077</w:t>
        <w:br/>
        <w:t>f 15085/22122/19072 15083/22124/19073 15093/22132/19078</w:t>
        <w:br/>
        <w:t>f 15094/22133/19079 15087/22125/19074 15085/22122/19072</w:t>
        <w:br/>
        <w:t>f 15094/22133/19079 15095/22134/19080 15087/22125/19074</w:t>
        <w:br/>
        <w:t>f 15094/22133/19079 15091/22128/19075 15095/22134/19080</w:t>
        <w:br/>
        <w:t>f 15094/22133/19079 15085/22122/19072 15091/22128/19075</w:t>
        <w:br/>
        <w:t>f 15098/22135/19081 15079/22118/19068 15097/22136/19082</w:t>
        <w:br/>
        <w:t>f 15096/22137/19083 15098/22135/19081 15097/22136/19082</w:t>
        <w:br/>
        <w:t>f 15088/22127/19068 15101/22138/19084 15100/22139/19085</w:t>
        <w:br/>
        <w:t>f 15099/22140/19082 15088/22127/19068 15100/22139/19085</w:t>
        <w:br/>
        <w:t>f 15101/22138/19084 15095/22134/19080 15102/22141/19086</w:t>
        <w:br/>
        <w:t>f 15100/22139/19085 15101/22138/19084 15102/22141/19086</w:t>
        <w:br/>
        <w:t>f 15104/22142/19087 15103/22143/19088 15102/22141/19086</w:t>
        <w:br/>
        <w:t>f 15095/22134/19080 15104/22142/19087 15102/22141/19086</w:t>
        <w:br/>
        <w:t>f 15089/22130/19069 15105/22144/19089 15103/22143/19088</w:t>
        <w:br/>
        <w:t>f 15104/22142/19087 15089/22130/19069 15103/22143/19088</w:t>
        <w:br/>
        <w:t>f 15108/22145/19090 15107/22146/19091 15106/22147/19089</w:t>
        <w:br/>
        <w:t>f 15081/22119/19069 15108/22145/19090 15106/22147/19089</w:t>
        <w:br/>
        <w:t>f 15074/22113/19063 15109/22148/19092 15107/22146/19091</w:t>
        <w:br/>
        <w:t>f 15108/22145/19090 15074/22113/19063 15107/22146/19091</w:t>
        <w:br/>
        <w:t>f 15074/22113/19063 15098/22135/19081 15096/22137/19083</w:t>
        <w:br/>
        <w:t>f 15109/22148/19092 15074/22113/19063 15096/22137/19083</w:t>
        <w:br/>
        <w:t>f 15085/22122/19072 15087/22125/19074 15084/22123/19066</w:t>
        <w:br/>
        <w:t>f 15087/22125/19074 15101/22138/19084 15088/22127/19068</w:t>
        <w:br/>
        <w:t>f 15095/22134/19080 15091/22128/19075 15104/22142/19087</w:t>
        <w:br/>
        <w:t>f 15091/22128/19075 15093/22132/19093 15090/22129/19076</w:t>
        <w:br/>
        <w:t>f 15076/22116/19066 15071/22112/19062 15072/22111/19061</w:t>
        <w:br/>
        <w:t>f 15075/22114/19064 15108/22145/19090 15081/22119/19069</w:t>
        <w:br/>
        <w:t>f 15071/22112/19062 15098/22135/19081 15074/22113/19063</w:t>
        <w:br/>
        <w:t>f 15080/22120/19070 15082/22121/19071 15075/22114/19064</w:t>
        <w:br/>
        <w:t>f 15087/22125/19074 15095/22134/19080 15101/22138/19084</w:t>
        <w:br/>
        <w:t>f 15079/22118/19068 15098/22135/19081 15071/22112/19062</w:t>
        <w:br/>
        <w:t>f 15074/22113/19063 15108/22145/19090 15075/22114/19064</w:t>
        <w:br/>
        <w:t>f 15104/22142/19087 15091/22128/19075 15089/22130/19069</w:t>
        <w:br/>
        <w:t>f 15113/22149/19094 15112/22150/19095 15111/22151/19096</w:t>
        <w:br/>
        <w:t>f 15110/22152/19097 15113/22149/19094 15111/22151/19096</w:t>
        <w:br/>
        <w:t>f 15117/22153/19098 15116/22154/19099 15115/22155/19100</w:t>
        <w:br/>
        <w:t>f 15114/22156/19101 15117/22153/19098 15115/22155/19100</w:t>
        <w:br/>
        <w:t>f 15120/22157/19102 15119/22158/19103 15118/22159/19104</w:t>
        <w:br/>
        <w:t>f 15121/22160/19102 15120/22157/19102 15118/22159/19104</w:t>
        <w:br/>
        <w:t>f 15124/22161/19105 15123/22162/19106 15122/22163/19107</w:t>
        <w:br/>
        <w:t>f 15125/22164/19108 15124/22161/19105 15122/22163/19107</w:t>
        <w:br/>
        <w:t>f 15111/22151/19096 15127/22165/19109 15126/22166/19110</w:t>
        <w:br/>
        <w:t>f 15110/22152/19097 15111/22151/19096 15126/22166/19110</w:t>
        <w:br/>
        <w:t>f 15115/22155/19100 15129/22167/19111 15128/22168/19112</w:t>
        <w:br/>
        <w:t>f 15114/22156/19101 15115/22155/19100 15128/22168/19112</w:t>
        <w:br/>
        <w:t>f 15118/22159/19104 15119/22158/19103 15131/22169/19113</w:t>
        <w:br/>
        <w:t>f 15130/22170/19114 15118/22159/19104 15131/22169/19113</w:t>
        <w:br/>
        <w:t>f 15122/22163/19107 15123/22162/19106 15133/22171/19115</w:t>
        <w:br/>
        <w:t>f 15132/22172/19116 15122/22163/19107 15133/22171/19115</w:t>
        <w:br/>
        <w:t>f 15126/22166/19110 15127/22165/19109 15135/22173/19117</w:t>
        <w:br/>
        <w:t>f 15134/22174/19118 15126/22166/19110 15135/22173/19117</w:t>
        <w:br/>
        <w:t>f 15128/22168/19112 15129/22167/19111 15137/22175/19119</w:t>
        <w:br/>
        <w:t>f 15136/22176/19120 15128/22168/19112 15137/22175/19119</w:t>
        <w:br/>
        <w:t>f 15131/22169/19113 15139/22177/19121 15138/22178/19122</w:t>
        <w:br/>
        <w:t>f 15130/22170/19114 15131/22169/19113 15138/22178/19122</w:t>
        <w:br/>
        <w:t>f 15133/22171/19115 15141/22179/19123 15140/22180/19124</w:t>
        <w:br/>
        <w:t>f 15132/22172/19116 15133/22171/19115 15140/22180/19124</w:t>
        <w:br/>
        <w:t>f 15135/22173/19117 15143/22181/19125 15142/22182/19125</w:t>
        <w:br/>
        <w:t>f 15134/22174/19118 15135/22173/19117 15142/22182/19125</w:t>
        <w:br/>
        <w:t>f 15137/22175/19119 15145/22183/19126 15144/22184/19127</w:t>
        <w:br/>
        <w:t>f 15136/22176/19120 15137/22175/19119 15144/22184/19127</w:t>
        <w:br/>
        <w:t>f 15138/22178/19122 15139/22177/19121 15147/22185/19128</w:t>
        <w:br/>
        <w:t>f 15146/22186/19129 15138/22178/19122 15147/22185/19128</w:t>
        <w:br/>
        <w:t>f 15140/22180/19124 15141/22179/19123 15149/22187/19130</w:t>
        <w:br/>
        <w:t>f 15148/22188/19130 15140/22180/19124 15149/22187/19130</w:t>
        <w:br/>
        <w:t>f 15153/22189/19131 15152/22190/19132 15151/22191/19133</w:t>
        <w:br/>
        <w:t>f 15150/22192/19134 15153/22189/19131 15151/22191/19133</w:t>
        <w:br/>
        <w:t>f 15157/22193/19135 15156/22194/19136 15155/22195/19137</w:t>
        <w:br/>
        <w:t>f 15154/22196/19138 15157/22193/19135 15155/22195/19137</w:t>
        <w:br/>
        <w:t>f 15160/22197/19139 15159/22198/19140 15158/22199/19140</w:t>
        <w:br/>
        <w:t>f 15161/22200/19141 15160/22197/19139 15158/22199/19140</w:t>
        <w:br/>
        <w:t>f 15164/22201/19142 15163/22202/19143 15162/22203/19144</w:t>
        <w:br/>
        <w:t>f 15165/22204/19145 15164/22201/19142 15162/22203/19144</w:t>
        <w:br/>
        <w:t>f 15151/22191/19133 15167/22205/19146 15166/22206/19147</w:t>
        <w:br/>
        <w:t>f 15150/22192/19134 15151/22191/19133 15166/22206/19147</w:t>
        <w:br/>
        <w:t>f 15155/22195/19137 15169/22207/19148 15168/22208/19149</w:t>
        <w:br/>
        <w:t>f 15154/22196/19138 15155/22195/19137 15168/22208/19149</w:t>
        <w:br/>
        <w:t>f 15158/22199/19140 15159/22198/19140 15171/22209/19150</w:t>
        <w:br/>
        <w:t>f 15170/22210/19151 15158/22199/19140 15171/22209/19150</w:t>
        <w:br/>
        <w:t>f 15162/22203/19144 15163/22202/19143 15173/22211/19152</w:t>
        <w:br/>
        <w:t>f 15172/22212/19153 15162/22203/19144 15173/22211/19152</w:t>
        <w:br/>
        <w:t>f 15166/22206/19147 15167/22205/19146 15175/22213/19154</w:t>
        <w:br/>
        <w:t>f 15174/22214/19155 15166/22206/19147 15175/22213/19154</w:t>
        <w:br/>
        <w:t>f 15168/22208/19149 15169/22207/19148 15177/22215/19156</w:t>
        <w:br/>
        <w:t>f 15176/22216/19157 15168/22208/19149 15177/22215/19156</w:t>
        <w:br/>
        <w:t>f 15171/22209/19150 15179/22217/19158 15178/22218/19159</w:t>
        <w:br/>
        <w:t>f 15170/22210/19151 15171/22209/19150 15178/22218/19159</w:t>
        <w:br/>
        <w:t>f 15173/22211/19152 15181/22219/19160 15180/22220/19161</w:t>
        <w:br/>
        <w:t>f 15172/22212/19153 15173/22211/19152 15180/22220/19161</w:t>
        <w:br/>
        <w:t>f 15175/22213/19154 15183/22221/19162 15182/22222/19162</w:t>
        <w:br/>
        <w:t>f 15174/22214/19155 15175/22213/19154 15182/22222/19162</w:t>
        <w:br/>
        <w:t>f 15177/22215/19156 15185/22223/19163 15184/22224/19164</w:t>
        <w:br/>
        <w:t>f 15176/22216/19157 15177/22215/19156 15184/22224/19164</w:t>
        <w:br/>
        <w:t>f 15178/22218/19159 15179/22217/19158 15187/22225/19165</w:t>
        <w:br/>
        <w:t>f 15186/22226/19166 15178/22218/19159 15187/22225/19165</w:t>
        <w:br/>
        <w:t>f 15180/22220/19161 15181/22219/19160 15189/22227/19167</w:t>
        <w:br/>
        <w:t>f 15188/22228/19168 15180/22220/19161 15189/22227/19167</w:t>
        <w:br/>
        <w:t>f 15182/22222/19162 15183/22221/19162 15191/22229/19169</w:t>
        <w:br/>
        <w:t>f 15190/22230/19170 15182/22222/19162 15191/22229/19169</w:t>
        <w:br/>
        <w:t>f 15184/22224/19164 15185/22223/19163 15193/22231/19171</w:t>
        <w:br/>
        <w:t>f 15192/22232/19172 15184/22224/19164 15193/22231/19171</w:t>
        <w:br/>
        <w:t>f 15187/22225/19165 15195/22233/19173 15194/22234/19174</w:t>
        <w:br/>
        <w:t>f 15186/22226/19166 15187/22225/19165 15194/22234/19174</w:t>
        <w:br/>
        <w:t>f 15189/22227/19167 15197/22235/19175 15196/22236/19176</w:t>
        <w:br/>
        <w:t>f 15188/22228/19168 15189/22227/19167 15196/22236/19176</w:t>
        <w:br/>
        <w:t>f 15191/22229/19169 15199/22237/19177 15198/22238/19178</w:t>
        <w:br/>
        <w:t>f 15190/22230/19170 15191/22229/19169 15198/22238/19178</w:t>
        <w:br/>
        <w:t>f 15193/22231/19171 15201/22239/19179 15200/22240/19180</w:t>
        <w:br/>
        <w:t>f 15192/22232/19172 15193/22231/19171 15200/22240/19180</w:t>
        <w:br/>
        <w:t>f 15194/22234/19174 15195/22233/19173 15203/22241/19181</w:t>
        <w:br/>
        <w:t>f 15202/22242/19182 15194/22234/19174 15203/22241/19181</w:t>
        <w:br/>
        <w:t>f 15196/22236/19176 15197/22235/19175 15205/22243/19183</w:t>
        <w:br/>
        <w:t>f 15204/22244/19184 15196/22236/19176 15205/22243/19183</w:t>
        <w:br/>
        <w:t>f 15198/22238/19178 15199/22237/19177 15207/22245/19185</w:t>
        <w:br/>
        <w:t>f 15206/22246/19186 15198/22238/19178 15207/22245/19185</w:t>
        <w:br/>
        <w:t>f 15200/22240/19180 15201/22239/19179 15209/22247/19187</w:t>
        <w:br/>
        <w:t>f 15208/22248/19188 15200/22240/19180 15209/22247/19187</w:t>
        <w:br/>
        <w:t>f 15203/22241/19181 15211/22249/19189 15210/22250/19190</w:t>
        <w:br/>
        <w:t>f 15202/22242/19182 15203/22241/19181 15210/22250/19190</w:t>
        <w:br/>
        <w:t>f 15205/22243/19183 15213/22251/19191 15212/22252/19192</w:t>
        <w:br/>
        <w:t>f 15204/22244/19184 15205/22243/19183 15212/22252/19192</w:t>
        <w:br/>
        <w:t>f 15207/22245/19185 15152/22190/19132 15153/22189/19131</w:t>
        <w:br/>
        <w:t>f 15206/22246/19186 15207/22245/19185 15153/22189/19131</w:t>
        <w:br/>
        <w:t>f 15209/22247/19187 15156/22194/19136 15157/22193/19135</w:t>
        <w:br/>
        <w:t>f 15208/22248/19188 15209/22247/19187 15157/22193/19135</w:t>
        <w:br/>
        <w:t>f 15210/22250/19190 15211/22249/19189 15160/22197/19139</w:t>
        <w:br/>
        <w:t>f 15161/22200/19141 15210/22250/19190 15160/22197/19139</w:t>
        <w:br/>
        <w:t>f 15212/22252/19192 15213/22251/19191 15164/22201/19142</w:t>
        <w:br/>
        <w:t>f 15165/22204/19145 15212/22252/19192 15164/22201/19142</w:t>
        <w:br/>
        <w:t>f 15216/22253/19193 15215/22254/19194 15214/22255/19195</w:t>
        <w:br/>
        <w:t>f 15214/22255/19195 15215/22254/19194 15218/22256/19196</w:t>
        <w:br/>
        <w:t>f 15217/22257/19197 15214/22255/19195 15218/22256/19196</w:t>
        <w:br/>
        <w:t>f 15217/22257/19197 15218/22256/19196 15219/22258/19198</w:t>
        <w:br/>
        <w:t>f 15219/22258/19198 15221/22259/19199 15220/22260/19199</w:t>
        <w:br/>
        <w:t>f 15217/22257/19197 15219/22258/19198 15220/22260/19199</w:t>
        <w:br/>
        <w:t>f 15223/22261/19200 15216/22253/19193 15214/22255/19195</w:t>
        <w:br/>
        <w:t>f 15222/22262/19201 15223/22261/19200 15214/22255/19195</w:t>
        <w:br/>
        <w:t>f 15226/22263/19202 15225/22264/19203 15224/22265/19204</w:t>
        <w:br/>
        <w:t>f 15222/22262/19201 15227/22266/19205 15223/22261/19200</w:t>
        <w:br/>
        <w:t>f 15230/22267/19206 15229/22268/19206 15228/22269/19207</w:t>
        <w:br/>
        <w:t>f 15224/22265/19204 15229/22268/19206 15230/22267/19206</w:t>
        <w:br/>
        <w:t>f 15226/22263/19202 15224/22265/19204 15230/22267/19206</w:t>
        <w:br/>
        <w:t>f 15233/22270/19208 15227/22266/19209 15232/22271/19210</w:t>
        <w:br/>
        <w:t>f 15231/22272/19211 15233/22270/19208 15232/22271/19210</w:t>
        <w:br/>
        <w:t>f 15236/22273/19212 15235/22274/19213 15234/22275/19214</w:t>
        <w:br/>
        <w:t>f 15237/22276/19215 15236/22273/19212 15234/22275/19214</w:t>
        <w:br/>
        <w:t>f 15237/22276/19215 15238/22277/19216 15236/22273/19212</w:t>
        <w:br/>
        <w:t>f 15238/22277/19216 15237/22276/19215 15222/22262/19217</w:t>
        <w:br/>
        <w:t>f 15228/22269/19207 15238/22277/19216 15222/22262/19217</w:t>
        <w:br/>
        <w:t>f 15234/22275/19214 15235/22274/19213 15239/22278/19218</w:t>
        <w:br/>
        <w:t>f 15220/22260/19199 15221/22259/19199 15233/22270/19208</w:t>
        <w:br/>
        <w:t>f 15234/22275/19214 15239/22278/19218 15225/22264/19203</w:t>
        <w:br/>
        <w:t>f 15226/22263/19202 15234/22275/19214 15225/22264/19203</w:t>
        <w:br/>
        <w:t>f 15242/22279/19219 15241/22280/19219 15240/22281/19220</w:t>
        <w:br/>
        <w:t>f 15243/22282/19221 15242/22279/19219 15240/22281/19220</w:t>
        <w:br/>
        <w:t>f 15245/22283/19222 15244/22284/19223 15241/22280/19219</w:t>
        <w:br/>
        <w:t>f 15242/22279/19219 15245/22283/19222 15241/22280/19219</w:t>
        <w:br/>
        <w:t>f 15245/22283/19222 15247/22285/19224 15246/22286/19225</w:t>
        <w:br/>
        <w:t>f 15244/22284/19223 15245/22283/19222 15246/22286/19225</w:t>
        <w:br/>
        <w:t>f 15247/22285/19224 15249/22287/19226 15248/22288/19227</w:t>
        <w:br/>
        <w:t>f 15246/22286/19225 15247/22285/19224 15248/22288/19227</w:t>
        <w:br/>
        <w:t>f 15251/22289/19228 15250/22290/19229 15248/22288/19227</w:t>
        <w:br/>
        <w:t>f 15249/22287/19226 15251/22289/19228 15248/22288/19227</w:t>
        <w:br/>
        <w:t>f 15253/22291/19230 15252/22292/19231 15250/22290/19229</w:t>
        <w:br/>
        <w:t>f 15251/22289/19228 15253/22291/19230 15250/22290/19229</w:t>
        <w:br/>
        <w:t>f 15253/22291/19230 15255/22293/19232 15254/22294/19233</w:t>
        <w:br/>
        <w:t>f 15252/22292/19231 15253/22291/19230 15254/22294/19233</w:t>
        <w:br/>
        <w:t>f 15255/22293/19232 15243/22282/19221 15240/22281/19220</w:t>
        <w:br/>
        <w:t>f 15254/22294/19233 15255/22293/19232 15240/22281/19220</w:t>
        <w:br/>
        <w:t>f 15522/22295/19234 15521/22296/19235 15520/22297/19236</w:t>
        <w:br/>
        <w:t>f 15522/22295/19234 15523/22298/19237 15521/22296/19235</w:t>
        <w:br/>
        <w:t>f 15526/22299/19238 15525/22300/19239 15524/22301/19240</w:t>
        <w:br/>
        <w:t>f 15527/22302/19241 15526/22299/19238 15524/22301/19240</w:t>
        <w:br/>
        <w:t>f 15530/22303/19242 15529/22304/19243 15528/22305/19242</w:t>
        <w:br/>
        <w:t>f 15530/22303/19242 15528/22305/19242 15531/22306/19244</w:t>
        <w:br/>
        <w:t>f 15532/22307/19245 15530/22303/19242 15531/22306/19244</w:t>
        <w:br/>
        <w:t>f 15532/22307/19245 15534/22308/19246 15533/22309/19247</w:t>
        <w:br/>
        <w:t>f 15535/22310/19247 15532/22307/19245 15533/22309/19247</w:t>
        <w:br/>
        <w:t>f 15521/22296/19235 15537/22311/19248 15536/22312/19249</w:t>
        <w:br/>
        <w:t>f 15520/22297/19236 15521/22296/19235 15536/22312/19249</w:t>
        <w:br/>
        <w:t>f 15527/22302/19241 15524/22301/19240 15536/22312/19249</w:t>
        <w:br/>
        <w:t>f 15531/22306/19244 15527/22302/19241 15536/22312/19249</w:t>
        <w:br/>
        <w:t>f 15537/22311/19248 15534/22308/19246 15531/22306/19244</w:t>
        <w:br/>
        <w:t>f 15536/22312/19249 15537/22311/19248 15531/22306/19244</w:t>
        <w:br/>
        <w:t>f 15540/22313/19250 15539/22314/19251 15538/22315/19252</w:t>
        <w:br/>
        <w:t>f 15540/22313/19250 15538/22315/19252 15541/22316/19253</w:t>
        <w:br/>
        <w:t>f 15544/22317/19254 15543/22318/19255 15542/22319/19256</w:t>
        <w:br/>
        <w:t>f 15545/22320/19257 15543/22318/19255 15544/22317/19254</w:t>
        <w:br/>
        <w:t>f 15548/22321/19258 15547/22322/19258 15546/22323/19259</w:t>
        <w:br/>
        <w:t>f 15549/22324/19260 15547/22322/19258 15548/22321/19258</w:t>
        <w:br/>
        <w:t>f 15550/22325/19261 15549/22324/19260 15548/22321/19258</w:t>
        <w:br/>
        <w:t>f 15553/22326/19262 15552/22327/19263 15550/22325/19261</w:t>
        <w:br/>
        <w:t>f 15551/22328/19262 15553/22326/19262 15550/22325/19261</w:t>
        <w:br/>
        <w:t>f 15538/22315/19252 15539/22314/19251 15555/22329/19264</w:t>
        <w:br/>
        <w:t>f 15554/22330/19265 15538/22315/19252 15555/22329/19264</w:t>
        <w:br/>
        <w:t>f 15555/22329/19264 15543/22318/19255 15545/22320/19257</w:t>
        <w:br/>
        <w:t>f 15549/22324/19260 15555/22329/19264 15545/22320/19257</w:t>
        <w:br/>
        <w:t>f 15549/22324/19260 15552/22327/19263 15554/22330/19265</w:t>
        <w:br/>
        <w:t>f 15555/22329/19264 15549/22324/19260 15554/22330/19265</w:t>
        <w:br/>
        <w:t>f 15549/22324/19260 15550/22325/19261 15552/22327/19263</w:t>
        <w:br/>
        <w:t>f 15534/22308/19246 15532/22307/19245 15531/22306/19244</w:t>
        <w:br/>
        <w:t>f 15535/22310/19247 15533/22309/19247 15556/22331/19266</w:t>
        <w:br/>
        <w:t>f 15553/22326/19262 15551/22328/19262 15557/22332/19267</w:t>
        <w:br/>
        <w:t>f 15631/22333/14511 15630/22334/14511 15629/22335/14511</w:t>
        <w:br/>
        <w:t>f 15634/22336/19268 15633/22337/19269 15632/22338/19268</w:t>
        <w:br/>
        <w:t>f 15635/22339/19268 15634/22336/19268 15632/22338/19268</w:t>
        <w:br/>
        <w:t>f 15639/22340/17149 15638/22341/17149 15637/22342/17149</w:t>
        <w:br/>
        <w:t>f 15636/22343/19270 15639/22340/17149 15637/22342/17149</w:t>
        <w:br/>
        <w:t>f 15643/22344/19271 15642/22345/19272 15641/22346/19273</w:t>
        <w:br/>
        <w:t>f 15640/22347/19273 15643/22344/19271 15641/22346/19273</w:t>
        <w:br/>
        <w:t>f 15646/22348/17151 15645/22349/17151 15644/22350/17151</w:t>
        <w:br/>
        <w:t>f 15647/22351/19274 15646/22348/17151 15644/22350/17151</w:t>
        <w:br/>
        <w:t>f 15650/22352/14186 15649/22353/14186 15648/22354/14186</w:t>
        <w:br/>
        <w:t>f 15651/22355/14511 15631/22333/14511 15629/22335/14511</w:t>
        <w:br/>
        <w:t>f 15652/22356/14186 15650/22352/14186 15648/22354/14186</w:t>
        <w:br/>
        <w:t>f 15656/22357/19275 15655/22358/19276 15654/22359/19277</w:t>
        <w:br/>
        <w:t>f 15653/22360/19278 15656/22357/19275 15654/22359/19277</w:t>
        <w:br/>
        <w:t>f 15660/22361/19279 15659/22362/19280 15658/22363/19281</w:t>
        <w:br/>
        <w:t>f 15657/22364/19282 15660/22361/19279 15658/22363/19281</w:t>
        <w:br/>
        <w:t>f 15659/22362/19280 15660/22361/19279 15662/22365/19283</w:t>
        <w:br/>
        <w:t>f 15661/22366/19284 15659/22362/19280 15662/22365/19283</w:t>
        <w:br/>
        <w:t>f 15662/22365/19283 15660/22361/19279 15653/22360/19278</w:t>
        <w:br/>
        <w:t>f 15663/22367/19285 15662/22365/19283 15653/22360/19278</w:t>
        <w:br/>
        <w:t>f 15653/22360/19278 15660/22361/19279 15657/22364/19282</w:t>
        <w:br/>
        <w:t>f 15656/22357/19275 15653/22360/19278 15657/22364/19282</w:t>
        <w:br/>
        <w:t>f 15654/22359/19277 15655/22358/19276 15664/22368/19286</w:t>
        <w:br/>
        <w:t>f 15665/22369/19287 15654/22359/19277 15664/22368/19286</w:t>
        <w:br/>
        <w:t>f 15665/22369/19287 15667/22370/19288 15666/22371/19289</w:t>
        <w:br/>
        <w:t>f 15654/22359/19277 15665/22369/19287 15666/22371/19289</w:t>
        <w:br/>
        <w:t>f 15666/22371/19289 15667/22370/19288 15669/22372/19290</w:t>
        <w:br/>
        <w:t>f 15668/22373/19291 15666/22371/19289 15669/22372/19290</w:t>
        <w:br/>
        <w:t>f 15671/22374/19292 15666/22371/19289 15668/22373/19291</w:t>
        <w:br/>
        <w:t>f 15670/22375/19293 15671/22374/19292 15668/22373/19291</w:t>
        <w:br/>
        <w:t>f 15666/22371/19289 15663/22367/19285 15653/22360/19278</w:t>
        <w:br/>
        <w:t>f 15654/22359/19277 15666/22371/19289 15653/22360/19278</w:t>
        <w:br/>
        <w:t>f 15663/22367/19285 15670/22375/19294 15672/22376/19295</w:t>
        <w:br/>
        <w:t>f 15662/22365/19283 15663/22367/19285 15672/22376/19295</w:t>
        <w:br/>
        <w:t>f 15675/22377/19296 15674/22378/19297 15673/22379/19291</w:t>
        <w:br/>
        <w:t>f 15676/22380/19298 15675/22377/19296 15673/22379/19291</w:t>
        <w:br/>
        <w:t>f 15672/22376/19295 15677/22381/19296 15661/22366/19284</w:t>
        <w:br/>
        <w:t>f 15662/22365/19283 15672/22376/19295 15661/22366/19284</w:t>
        <w:br/>
        <w:t>f 15673/22379/19291 15674/22378/19297 15678/22382/19299</w:t>
        <w:br/>
        <w:t>f 15682/22383/19300 15681/22384/19301 15680/22385/19302</w:t>
        <w:br/>
        <w:t>f 15679/22386/19303 15682/22383/19300 15680/22385/19302</w:t>
        <w:br/>
        <w:t>f 15686/22387/19304 15685/22388/19305 15684/22389/19281</w:t>
        <w:br/>
        <w:t>f 15683/22390/19280 15686/22387/19304 15684/22389/19281</w:t>
        <w:br/>
        <w:t>f 15683/22390/19280 15688/22391/19306 15687/22392/19307</w:t>
        <w:br/>
        <w:t>f 15686/22387/19304 15683/22390/19280 15687/22392/19307</w:t>
        <w:br/>
        <w:t>f 15687/22392/19307 15689/22393/19308 15681/22384/19301</w:t>
        <w:br/>
        <w:t>f 15686/22387/19304 15687/22392/19307 15681/22384/19301</w:t>
        <w:br/>
        <w:t>f 15685/22388/19305 15686/22387/19304 15681/22384/19301</w:t>
        <w:br/>
        <w:t>f 15682/22383/19300 15685/22388/19305 15681/22384/19301</w:t>
        <w:br/>
        <w:t>f 15690/22394/19309 15679/22386/19303 15680/22385/19302</w:t>
        <w:br/>
        <w:t>f 15691/22395/19310 15690/22394/19309 15680/22385/19302</w:t>
        <w:br/>
        <w:t>f 15693/22396/19311 15692/22397/19312 15691/22395/19310</w:t>
        <w:br/>
        <w:t>f 15680/22385/19302 15693/22396/19311 15691/22395/19310</w:t>
        <w:br/>
        <w:t>f 15693/22396/19311 15695/22398/19313 15694/22399/19314</w:t>
        <w:br/>
        <w:t>f 15692/22397/19312 15693/22396/19311 15694/22399/19314</w:t>
        <w:br/>
        <w:t>f 15697/22400/19315 15696/22401/19316 15695/22398/19313</w:t>
        <w:br/>
        <w:t>f 15693/22396/19311 15697/22400/19315 15695/22398/19313</w:t>
        <w:br/>
        <w:t>f 15681/22384/19301 15689/22393/19308 15693/22396/19311</w:t>
        <w:br/>
        <w:t>f 15680/22385/19302 15681/22384/19301 15693/22396/19311</w:t>
        <w:br/>
        <w:t>f 15689/22393/19308 15687/22392/19307 15698/22402/19317</w:t>
        <w:br/>
        <w:t>f 15696/22401/19316 15689/22393/19308 15698/22402/19317</w:t>
        <w:br/>
        <w:t>f 15701/22403/19318 15700/22404/19317 15699/22405/19319</w:t>
        <w:br/>
        <w:t>f 15702/22406/19320 15701/22403/19318 15699/22405/19319</w:t>
        <w:br/>
        <w:t>f 15688/22391/19306 15703/22407/19296 15698/22402/19317</w:t>
        <w:br/>
        <w:t>f 15687/22392/19307 15688/22391/19306 15698/22402/19317</w:t>
        <w:br/>
        <w:t>f 15701/22403/19318 15704/22408/19321 15700/22404/19317</w:t>
        <w:br/>
        <w:t>f 15707/22409/19322 15706/22410/19323 15705/22411/19324</w:t>
        <w:br/>
        <w:t>f 15708/22412/19325 15707/22409/19322 15705/22411/19324</w:t>
        <w:br/>
        <w:t>f 15712/22413/19326 15711/22414/19327 15710/22415/19328</w:t>
        <w:br/>
        <w:t>f 15709/22416/19329 15712/22413/19326 15710/22415/19328</w:t>
        <w:br/>
        <w:t>f 15716/22417/19330 15715/22418/19331 15714/22419/19332</w:t>
        <w:br/>
        <w:t>f 15713/22420/19333 15716/22417/19330 15714/22419/19332</w:t>
        <w:br/>
        <w:t>f 15706/22410/19323 15718/22421/19334 15717/22422/19335</w:t>
        <w:br/>
        <w:t>f 15705/22411/19324 15706/22410/19323 15717/22422/19335</w:t>
        <w:br/>
        <w:t>f 15707/22409/19322 15720/22423/19336 15719/22424/19337</w:t>
        <w:br/>
        <w:t>f 15706/22410/19323 15707/22409/19322 15719/22424/19337</w:t>
        <w:br/>
        <w:t>f 15706/22410/19323 15719/22424/19337 15721/22425/19338</w:t>
        <w:br/>
        <w:t>f 15718/22421/19334 15706/22410/19323 15721/22425/19338</w:t>
        <w:br/>
        <w:t>f 15724/22426/19339 15723/22427/19340 15722/22428/19341</w:t>
        <w:br/>
        <w:t>f 15725/22429/19342 15716/22417/19330 15713/22420/19333</w:t>
        <w:br/>
        <w:t>f 15724/22426/19339 15725/22429/19342 15713/22420/19333</w:t>
        <w:br/>
        <w:t>f 15710/22415/19328 15722/22428/19341 15726/22430/19343</w:t>
        <w:br/>
        <w:t>f 15711/22414/19327 15725/22429/19342 15724/22426/19339</w:t>
        <w:br/>
        <w:t>f 15710/22415/19328 15711/22414/19327 15724/22426/19339</w:t>
        <w:br/>
        <w:t>f 15714/22419/19332 15727/22431/19344 15723/22427/19340</w:t>
        <w:br/>
        <w:t>f 15715/22418/19331 15729/22432/19345 15728/22433/19346</w:t>
        <w:br/>
        <w:t>f 15714/22419/19332 15715/22418/19331 15728/22433/19346</w:t>
        <w:br/>
        <w:t>f 15709/22416/19329 15726/22430/19343 15730/22434/19347</w:t>
        <w:br/>
        <w:t>f 15731/22435/19348 15709/22416/19329 15730/22434/19347</w:t>
        <w:br/>
        <w:t>f 15731/22435/19348 15732/22436/19349 15712/22413/19326</w:t>
        <w:br/>
        <w:t>f 15709/22416/19329 15731/22435/19348 15712/22413/19326</w:t>
        <w:br/>
        <w:t>f 15731/22435/19348 15730/22434/19347 15721/22425/19338</w:t>
        <w:br/>
        <w:t>f 15719/22424/19337 15731/22435/19348 15721/22425/19338</w:t>
        <w:br/>
        <w:t>f 15719/22424/19337 15720/22423/19336 15732/22436/19349</w:t>
        <w:br/>
        <w:t>f 15731/22435/19348 15719/22424/19337 15732/22436/19349</w:t>
        <w:br/>
        <w:t>f 15736/22437/19350 15735/22438/19351 15734/22439/19322</w:t>
        <w:br/>
        <w:t>f 15733/22440/19325 15736/22437/19350 15734/22439/19322</w:t>
        <w:br/>
        <w:t>f 15740/22441/19352 15739/12122/10855 15738/22442/19349</w:t>
        <w:br/>
        <w:t>f 15737/22443/19336 15740/22441/19352 15738/22442/19349</w:t>
        <w:br/>
        <w:t>f 15739/12122/10855 15742/22444/19353 15741/22445/19326</w:t>
        <w:br/>
        <w:t>f 15738/22442/19349 15739/12122/10855 15741/22445/19326</w:t>
        <w:br/>
        <w:t>f 15741/22445/19326 15742/22444/19353 15744/22446/19354</w:t>
        <w:br/>
        <w:t>f 15743/22447/19327 15741/22445/19326 15744/22446/19354</w:t>
        <w:br/>
        <w:t>f 15735/22438/19351 15736/22437/19350 15749/22448/19355</w:t>
        <w:br/>
        <w:t>f 15750/22449/19356 15735/22438/19351 15749/22448/19355</w:t>
        <w:br/>
        <w:t>f 15750/22449/19356 15739/12122/10855 15740/22441/19352</w:t>
        <w:br/>
        <w:t>f 15754/22450/19357 15752/12120/10853 15753/12123/10856</w:t>
        <w:br/>
        <w:t>f 15740/22441/19352 15737/22443/19336 15734/22439/19322</w:t>
        <w:br/>
        <w:t>f 15735/22438/19351 15740/22441/19352 15734/22439/19322</w:t>
        <w:br/>
        <w:t>f 15740/22441/19352 15735/22438/19351 15750/22449/19356</w:t>
        <w:br/>
        <w:t>f 15756/22451/19342 15755/12124/10857 15747/12117/10850</w:t>
        <w:br/>
        <w:t>f 15748/12116/10849 15756/22451/19342 15747/12117/10850</w:t>
        <w:br/>
        <w:t>f 15743/22447/19327 15744/22446/19354 15755/12124/10857</w:t>
        <w:br/>
        <w:t>f 15756/22451/19342 15743/22447/19327 15755/12124/10857</w:t>
        <w:br/>
        <w:t>f 15758/22452/19358 15757/22453/19359 15745/12119/10852</w:t>
        <w:br/>
        <w:t>f 15746/12118/10851 15758/22452/19358 15745/12119/10852</w:t>
        <w:br/>
        <w:t>f 15761/22454/19360 15760/22455/19361 15759/22456/19361</w:t>
        <w:br/>
        <w:t>f 15764/22457/19362 15763/22458/19363 15762/22459/19363</w:t>
        <w:br/>
        <w:t>f 15765/22460/19363 15764/22457/19362 15762/22459/19363</w:t>
        <w:br/>
        <w:t>f 15759/22456/19361 15760/22455/19361 15764/22457/19362</w:t>
        <w:br/>
        <w:t>f 15765/22460/19363 15759/22456/19361 15764/22457/19362</w:t>
        <w:br/>
        <w:t>f 15721/22425/19338 15730/22434/19347 15766/22461/19364</w:t>
        <w:br/>
        <w:t>f 15767/22462/19365 15721/22425/19338 15766/22461/19364</w:t>
        <w:br/>
        <w:t>f 15771/22463/19366 15770/22464/19367 15769/22465/19368</w:t>
        <w:br/>
        <w:t>f 15768/22466/19367 15771/22463/19366 15769/22465/19368</w:t>
        <w:br/>
        <w:t>f 15767/22462/19365 15766/22461/19364 15772/22467/19369</w:t>
        <w:br/>
        <w:t>f 15714/22419/19332 15723/22427/19340 15713/22420/19333</w:t>
        <w:br/>
        <w:t>f 15714/22419/19332 15728/22433/19346 15727/22431/19344</w:t>
        <w:br/>
        <w:t>f 15710/22415/19328 15726/22430/19343 15709/22416/19329</w:t>
        <w:br/>
        <w:t>f 15710/22415/19328 15724/22426/19339 15722/22428/19341</w:t>
        <w:br/>
        <w:t>f 15724/22426/19339 15713/22420/19333 15723/22427/19340</w:t>
        <w:br/>
        <w:t>f 15746/12118/10851 15753/12123/10856 15758/22452/19358</w:t>
        <w:br/>
        <w:t>f 15754/22450/19357 15753/12123/10856 15755/12124/10857</w:t>
        <w:br/>
        <w:t>f 15754/22450/19357 15751/12121/10854 15752/12120/10853</w:t>
        <w:br/>
        <w:t>f 15722/22428/19341 15730/22434/19347 15726/22430/19343</w:t>
        <w:br/>
        <w:t>f 15722/22428/19341 15727/22431/19344 15766/22461/19364</w:t>
        <w:br/>
        <w:t>f 15730/22434/19347 15722/22428/19341 15766/22461/19364</w:t>
        <w:br/>
        <w:t>f 15727/22431/19344 15722/22428/19341 15723/22427/19340</w:t>
        <w:br/>
        <w:t>f 15750/22449/19356 15752/12120/10853 15739/12122/10855</w:t>
        <w:br/>
        <w:t>f 15775/22468/19370 15774/22469/19371 15773/22470/19372</w:t>
        <w:br/>
        <w:t>f 15776/22471/19373 15775/22468/19370 15773/22470/19372</w:t>
        <w:br/>
        <w:t>f 15780/22472/19374 15779/22473/19375 15778/22474/19376</w:t>
        <w:br/>
        <w:t>f 15777/22475/19377 15780/22472/19374 15778/22474/19376</w:t>
        <w:br/>
        <w:t>f 15784/22476/19378 15783/22477/19379 15782/22478/19380</w:t>
        <w:br/>
        <w:t>f 15781/22479/19381 15784/22476/19378 15782/22478/19380</w:t>
        <w:br/>
        <w:t>f 15774/22469/19371 15775/22468/19370 15786/22480/19382</w:t>
        <w:br/>
        <w:t>f 15785/22481/19383 15774/22469/19371 15786/22480/19382</w:t>
        <w:br/>
        <w:t>f 15788/22482/19384 15787/22483/19385 15773/22470/19372</w:t>
        <w:br/>
        <w:t>f 15774/22469/19371 15788/22482/19384 15773/22470/19372</w:t>
        <w:br/>
        <w:t>f 15789/22484/19386 15788/22482/19384 15774/22469/19371</w:t>
        <w:br/>
        <w:t>f 15785/22481/19383 15789/22484/19386 15774/22469/19371</w:t>
        <w:br/>
        <w:t>f 15792/22485/19387 15791/22486/19388 15790/22487/19389</w:t>
        <w:br/>
        <w:t>f 15783/22477/19379 15784/22476/19378 15793/22488/19390</w:t>
        <w:br/>
        <w:t>f 15792/22485/19387 15783/22477/19379 15793/22488/19390</w:t>
        <w:br/>
        <w:t>f 15778/22474/19376 15794/22489/19391 15791/22486/19388</w:t>
        <w:br/>
        <w:t>f 15792/22485/19387 15793/22488/19390 15777/22475/19377</w:t>
        <w:br/>
        <w:t>f 15778/22474/19376 15792/22485/19387 15777/22475/19377</w:t>
        <w:br/>
        <w:t>f 15782/22478/19380 15790/22487/19389 15795/22490/19392</w:t>
        <w:br/>
        <w:t>f 15781/22479/19381 15782/22478/19380 15797/22491/19346</w:t>
        <w:br/>
        <w:t>f 15796/22492/19345 15781/22479/19381 15797/22491/19346</w:t>
        <w:br/>
        <w:t>f 15798/22493/19393 15794/22489/19391 15779/22473/19375</w:t>
        <w:br/>
        <w:t>f 15799/22494/19394 15798/22493/19393 15779/22473/19375</w:t>
        <w:br/>
        <w:t>f 15799/22494/19394 15779/22473/19375 15780/22472/19374</w:t>
        <w:br/>
        <w:t>f 15800/22495/19395 15799/22494/19394 15780/22472/19374</w:t>
        <w:br/>
        <w:t>f 15789/22484/19386 15798/22493/19393 15799/22494/19394</w:t>
        <w:br/>
        <w:t>f 15788/22482/19384 15789/22484/19386 15799/22494/19394</w:t>
        <w:br/>
        <w:t>f 15788/22482/19384 15799/22494/19394 15800/22495/19395</w:t>
        <w:br/>
        <w:t>f 15787/22483/19385 15788/22482/19384 15800/22495/19395</w:t>
        <w:br/>
        <w:t>f 15804/22496/19396 15803/22497/19373 15802/22498/19397</w:t>
        <w:br/>
        <w:t>f 15801/22499/19398 15804/22496/19396 15802/22498/19397</w:t>
        <w:br/>
        <w:t>f 15808/22500/19399 15807/22501/19385 15806/22502/19395</w:t>
        <w:br/>
        <w:t>f 15805/22503/19400 15808/22500/19399 15806/22502/19395</w:t>
        <w:br/>
        <w:t>f 15805/22503/19400 15806/22502/19395 15810/22504/19374</w:t>
        <w:br/>
        <w:t>f 15809/22505/19401 15805/22503/19400 15810/22504/19374</w:t>
        <w:br/>
        <w:t>f 15810/22504/19374 15812/22506/19377 15811/22507/19402</w:t>
        <w:br/>
        <w:t>f 15809/22505/19401 15810/22504/19374 15811/22507/19402</w:t>
        <w:br/>
        <w:t>f 15816/22508/19403 15815/22509/19404 15814/22510/19405</w:t>
        <w:br/>
        <w:t>f 15813/22511/19406 15816/22508/19403 15814/22510/19405</w:t>
        <w:br/>
        <w:t>f 15749/22448/19355 15804/22496/19396 15801/22499/19398</w:t>
        <w:br/>
        <w:t>f 15817/22512/19407 15749/22448/19355 15801/22499/19398</w:t>
        <w:br/>
        <w:t>f 15817/22512/19407 15808/22500/19399 15805/22503/19400</w:t>
        <w:br/>
        <w:t>f 15819/22513/10853 15805/22503/19400 15818/22514/19408</w:t>
        <w:br/>
        <w:t>f 15821/22515/19409 15820/22516/10856 15819/22513/10853</w:t>
        <w:br/>
        <w:t>f 15802/22498/19397 15807/22501/19385 15808/22500/19399</w:t>
        <w:br/>
        <w:t>f 15801/22499/19398 15802/22498/19397 15808/22500/19399</w:t>
        <w:br/>
        <w:t>f 15808/22500/19399 15817/22512/19407 15801/22499/19398</w:t>
        <w:br/>
        <w:t>f 15823/22517/19390 15816/22508/19403 15813/22511/19406</w:t>
        <w:br/>
        <w:t>f 15822/22518/19410 15823/22517/19390 15813/22511/19406</w:t>
        <w:br/>
        <w:t>f 15812/22506/19377 15823/22517/19390 15822/22518/19410</w:t>
        <w:br/>
        <w:t>f 15811/22507/19402 15812/22506/19377 15822/22518/19410</w:t>
        <w:br/>
        <w:t>f 15815/22509/19404 15757/22453/19359 15758/22452/19358</w:t>
        <w:br/>
        <w:t>f 15814/22510/19405 15815/22509/19404 15758/22452/19358</w:t>
        <w:br/>
        <w:t>f 15826/22519/19411 15825/22520/19412 15824/22521/19413</w:t>
        <w:br/>
        <w:t>f 15829/22522/19414 15828/22523/19414 15827/22524/19415</w:t>
        <w:br/>
        <w:t>f 15830/22525/19416 15829/22522/19414 15827/22524/19415</w:t>
        <w:br/>
        <w:t>f 15825/22520/19412 15830/22525/19416 15827/22524/19415</w:t>
        <w:br/>
        <w:t>f 15824/22521/19413 15825/22520/19412 15827/22524/19415</w:t>
        <w:br/>
        <w:t>f 15831/22526/19364 15798/22493/19393 15789/22484/19386</w:t>
        <w:br/>
        <w:t>f 15832/22527/19417 15831/22526/19364 15789/22484/19386</w:t>
        <w:br/>
        <w:t>f 15836/22528/19418 15835/22529/19419 15834/22530/19420</w:t>
        <w:br/>
        <w:t>f 15833/22531/19421 15836/22528/19418 15834/22530/19420</w:t>
        <w:br/>
        <w:t>f 15832/22527/19417 15837/22532/19422 15831/22526/19364</w:t>
        <w:br/>
        <w:t>f 15782/22478/19380 15783/22477/19379 15790/22487/19389</w:t>
        <w:br/>
        <w:t>f 15782/22478/19380 15795/22490/19392 15797/22491/19346</w:t>
        <w:br/>
        <w:t>f 15778/22474/19376 15779/22473/19375 15794/22489/19391</w:t>
        <w:br/>
        <w:t>f 15778/22474/19376 15791/22486/19388 15792/22485/19387</w:t>
        <w:br/>
        <w:t>f 15792/22485/19387 15790/22487/19389 15783/22477/19379</w:t>
        <w:br/>
        <w:t>f 15814/22510/19405 15758/22452/19358 15820/22516/10856</w:t>
        <w:br/>
        <w:t>f 15814/22510/19405 15820/22516/10856 15813/22511/19406</w:t>
        <w:br/>
        <w:t>f 15822/22518/19410 15813/22511/19406 15820/22516/10856</w:t>
        <w:br/>
        <w:t>f 15821/22515/19409 15822/22518/19410 15820/22516/10856</w:t>
        <w:br/>
        <w:t>f 15821/22515/19409 15819/22513/10853 15818/22514/19408</w:t>
        <w:br/>
        <w:t>f 15791/22486/19388 15794/22489/19391 15798/22493/19393</w:t>
        <w:br/>
        <w:t>f 15831/22526/19364 15795/22490/19392 15791/22486/19388</w:t>
        <w:br/>
        <w:t>f 15798/22493/19393 15831/22526/19364 15791/22486/19388</w:t>
        <w:br/>
        <w:t>f 15795/22490/19392 15790/22487/19389 15791/22486/19388</w:t>
        <w:br/>
        <w:t>f 15817/22512/19407 15805/22503/19400 15819/22513/10853</w:t>
        <w:br/>
        <w:t>f 15841/22533/19423 15840/22534/19424 15839/22535/19425</w:t>
        <w:br/>
        <w:t>f 15838/22536/19426 15841/22533/19423 15839/22535/19425</w:t>
        <w:br/>
        <w:t>f 15841/22533/19423 15838/22536/19426 15842/22537/19427</w:t>
        <w:br/>
        <w:t>f 15843/22538/19428 15841/22533/19423 15842/22537/19427</w:t>
        <w:br/>
        <w:t>f 15847/22539/19429 15846/22540/19430 15845/22541/19431</w:t>
        <w:br/>
        <w:t>f 15844/22542/19432 15847/22539/19429 15845/22541/19431</w:t>
        <w:br/>
        <w:t>f 15847/22539/19429 15844/22542/19432 15839/22535/19425</w:t>
        <w:br/>
        <w:t>f 15840/22534/19424 15847/22539/19429 15839/22535/19425</w:t>
        <w:br/>
        <w:t>f 15843/22538/19428 15848/22543/19433 15841/22533/19423</w:t>
        <w:br/>
        <w:t>f 15840/22534/19424 15848/22543/19433 15847/22539/19429</w:t>
        <w:br/>
        <w:t>f 15840/22534/19424 15841/22533/19423 15848/22543/19433</w:t>
        <w:br/>
        <w:t>f 15846/22540/19430 15847/22539/19429 15848/22543/19433</w:t>
        <w:br/>
        <w:t>f 15852/22544/19434 15851/22545/19435 15850/22546/19436</w:t>
        <w:br/>
        <w:t>f 15849/22547/19437 15852/22544/19434 15850/22546/19436</w:t>
        <w:br/>
        <w:t>f 15853/22548/19438 15851/22545/19435 15852/22544/19434</w:t>
        <w:br/>
        <w:t>f 15854/22549/19439 15853/22548/19438 15852/22544/19434</w:t>
        <w:br/>
        <w:t>f 15858/22550/19440 15857/22551/19441 15856/22552/19431</w:t>
        <w:br/>
        <w:t>f 15855/22553/19430 15858/22550/19440 15856/22552/19431</w:t>
        <w:br/>
        <w:t>f 15850/22546/19436 15857/22551/19441 15858/22550/19440</w:t>
        <w:br/>
        <w:t>f 15849/22547/19437 15850/22546/19436 15858/22550/19440</w:t>
        <w:br/>
        <w:t>f 15854/22549/19439 15852/22544/19434 15859/22554/18732</w:t>
        <w:br/>
        <w:t>f 15849/22547/19437 15858/22550/19440 15859/22554/18732</w:t>
        <w:br/>
        <w:t>f 15849/22547/19437 15859/22554/18732 15852/22544/19434</w:t>
        <w:br/>
        <w:t>f 15855/22553/19430 15859/22554/18732 15858/22550/19440</w:t>
        <w:br/>
        <w:t>f 15894/22555/19442 15893/22556/19443 15892/22557/19444</w:t>
        <w:br/>
        <w:t>f 15895/22558/19445 15894/22555/19442 15892/22557/19444</w:t>
        <w:br/>
        <w:t>f 15898/22559/19446 15897/22560/19447 15896/22561/19448</w:t>
        <w:br/>
        <w:t>f 15899/22562/19449 15898/22559/19446 15896/22561/19448</w:t>
        <w:br/>
        <w:t>f 15902/22563/19450 15901/22564/19451 15900/22565/19452</w:t>
        <w:br/>
        <w:t>f 15905/22566/19453 15904/22567/19454 15903/22568/19455</w:t>
        <w:br/>
        <w:t>f 15898/22559/19446 15899/22562/19449 15893/22556/19443</w:t>
        <w:br/>
        <w:t>f 15894/22555/19442 15898/22559/19446 15893/22556/19443</w:t>
        <w:br/>
        <w:t>f 15907/22569/19456 15906/22570/19457 15895/22558/19445</w:t>
        <w:br/>
        <w:t>f 15892/22557/19444 15907/22569/19456 15895/22558/19445</w:t>
        <w:br/>
        <w:t>f 15892/22557/19444 15893/22556/19443 15900/22565/19452</w:t>
        <w:br/>
        <w:t>f 15908/22571/19458 15892/22557/19444 15900/22565/19452</w:t>
        <w:br/>
        <w:t>f 15899/22562/19449 15896/22561/19448 15902/22563/19450</w:t>
        <w:br/>
        <w:t>f 15910/22572/19459 15908/22571/19458 15909/22573/19460</w:t>
        <w:br/>
        <w:t>f 15913/22574/19461 15912/22575/19462 15911/22576/19463</w:t>
        <w:br/>
        <w:t>f 15906/22570/19457 15907/22569/19456 15915/22577/19464</w:t>
        <w:br/>
        <w:t>f 15914/22578/19465 15906/22570/19457 15915/22577/19464</w:t>
        <w:br/>
        <w:t>f 15916/22579/19466 15904/22567/19454 15905/22566/19453</w:t>
        <w:br/>
        <w:t>f 15898/22559/19446 15917/22580/19467 15897/22560/19447</w:t>
        <w:br/>
        <w:t>f 15912/22575/19462 15913/22574/19461 15903/22568/19455</w:t>
        <w:br/>
        <w:t>f 15904/22567/19454 15912/22575/19462 15903/22568/19455</w:t>
        <w:br/>
        <w:t>f 15918/22581/19468 15904/22567/19454 15916/22579/19466</w:t>
        <w:br/>
        <w:t>f 15921/22582/10865 15920/22583/10865 15919/22584/19469</w:t>
        <w:br/>
        <w:t>f 15922/22585/19470 15921/22582/10865 15919/22584/19469</w:t>
        <w:br/>
        <w:t>f 15925/22586/19471 15924/22587/19472 15923/22588/19473</w:t>
        <w:br/>
        <w:t>f 15928/22589/19474 15927/22590/19475 15926/22591/14581</w:t>
        <w:br/>
        <w:t>f 15929/22592/19472 15928/22589/19474 15926/22591/14581</w:t>
        <w:br/>
        <w:t>f 15933/22593/19475 15932/22594/19476 15931/22595/19476</w:t>
        <w:br/>
        <w:t>f 15930/22596/19477 15933/22593/19475 15931/22595/19476</w:t>
        <w:br/>
        <w:t>f 15932/22594/19476 15935/22597/19478 15934/22598/19478</w:t>
        <w:br/>
        <w:t>f 15931/22595/19476 15932/22594/19476 15934/22598/19478</w:t>
        <w:br/>
        <w:t>f 15934/22598/19478 15935/22597/19478 15936/22599/19479</w:t>
        <w:br/>
        <w:t>f 15936/22599/19479 15935/22597/19478 15924/22587/19472</w:t>
        <w:br/>
        <w:t>f 15937/22600/19480 15936/22599/19479 15924/22587/19472</w:t>
        <w:br/>
        <w:t>f 15941/22601/19481 15940/22602/19482 15939/22603/19483</w:t>
        <w:br/>
        <w:t>f 15938/22604/19484 15941/22601/19481 15939/22603/19483</w:t>
        <w:br/>
        <w:t>f 15944/22605/19485 15943/22606/19486 15942/22607/19487</w:t>
        <w:br/>
        <w:t>f 15945/22608/19488 15944/22605/19485 15942/22607/19487</w:t>
        <w:br/>
        <w:t>f 15948/22609/19489 15947/22610/19490 15946/22611/19491</w:t>
        <w:br/>
        <w:t>f 15949/22612/19492 15948/22609/19489 15946/22611/19491</w:t>
        <w:br/>
        <w:t>f 15953/22613/19493 15952/22614/19494 15951/22615/19495</w:t>
        <w:br/>
        <w:t>f 15950/22616/19496 15953/22613/19493 15951/22615/19495</w:t>
        <w:br/>
        <w:t>f 15954/22617/19497 15946/22611/19491 15947/22610/19490</w:t>
        <w:br/>
        <w:t>f 15955/22618/19498 15954/22617/19497 15947/22610/19490</w:t>
        <w:br/>
        <w:t>f 15959/22619/19499 15958/22620/19500 15957/22621/19501</w:t>
        <w:br/>
        <w:t>f 15956/22622/19502 15959/22619/19499 15957/22621/19501</w:t>
        <w:br/>
        <w:t>f 15960/22623/19503 15948/22609/19489 15949/22612/19492</w:t>
        <w:br/>
        <w:t>f 15964/22624/19504 15963/22625/19505 15962/22626/19506</w:t>
        <w:br/>
        <w:t>f 15961/22627/19507 15964/22624/19504 15962/22626/19506</w:t>
        <w:br/>
        <w:t>f 15940/22602/19482 15941/22601/19481 15966/22628/19508</w:t>
        <w:br/>
        <w:t>f 15965/22629/19509 15940/22602/19482 15966/22628/19508</w:t>
        <w:br/>
        <w:t>f 15969/22630/19510 15968/22631/19511 15967/22632/19512</w:t>
        <w:br/>
        <w:t>f 15970/22633/19513 15969/22630/19510 15967/22632/19512</w:t>
        <w:br/>
        <w:t>f 15963/22625/19505 15964/22624/19504 15971/22634/19514</w:t>
        <w:br/>
        <w:t>f 15972/22635/19515 15963/22625/19505 15971/22634/19514</w:t>
        <w:br/>
        <w:t>f 15973/22636/19516 15967/22632/19512 15968/22631/19511</w:t>
        <w:br/>
        <w:t>f 15974/22637/19516 15973/22636/19516 15968/22631/19511</w:t>
        <w:br/>
        <w:t>f 15978/22638/19517 15977/22639/19518 15976/22640/19519</w:t>
        <w:br/>
        <w:t>f 15975/22641/19520 15978/22638/19517 15976/22640/19519</w:t>
        <w:br/>
        <w:t>f 15981/22642/14524 15980/22643/19521 15979/22644/19521</w:t>
        <w:br/>
        <w:t>f 15972/22635/19515 15981/22642/14524 15979/22644/19521</w:t>
        <w:br/>
        <w:t>f 15924/22587/19472 15920/22583/10865 15982/22645/19473</w:t>
        <w:br/>
        <w:t>f 15923/22588/19473 15924/22587/19472 15982/22645/19473</w:t>
        <w:br/>
        <w:t>f 15952/22614/19494 15953/22613/19493 15984/22646/19522</w:t>
        <w:br/>
        <w:t>f 15983/22647/19523 15952/22614/19494 15984/22646/19522</w:t>
        <w:br/>
        <w:t>f 15987/22648/19524 15986/22649/19524 15985/22650/19525</w:t>
        <w:br/>
        <w:t>f 15955/22618/19498 15987/22648/19524 15985/22650/19525</w:t>
        <w:br/>
        <w:t>f 15990/22651/19526 15989/22652/19527 15988/22653/19528</w:t>
        <w:br/>
        <w:t>f 15991/22654/19526 15990/22651/19526 15988/22653/19528</w:t>
        <w:br/>
        <w:t>f 15995/22655/19529 15994/22656/19529 15993/22657/19530</w:t>
        <w:br/>
        <w:t>f 15992/22658/19530 15995/22655/19529 15993/22657/19530</w:t>
        <w:br/>
        <w:t>f 15998/22659/19531 15997/22660/19532 15996/22661/19532</w:t>
        <w:br/>
        <w:t>f 15999/22662/19533 15998/22659/19531 15996/22661/19532</w:t>
        <w:br/>
        <w:t>f 15982/22645/19473 16001/22663/19534 16000/22664/19534</w:t>
        <w:br/>
        <w:t>f 15923/22588/19473 15982/22645/19473 16000/22664/19534</w:t>
        <w:br/>
        <w:t>f 16000/22664/19534 16001/22663/19534 15936/22599/19479</w:t>
        <w:br/>
        <w:t>f 15937/22600/19480 16000/22664/19534 15936/22599/19479</w:t>
        <w:br/>
        <w:t>f 16004/22665/19535 16003/22666/19535 16002/22667/19536</w:t>
        <w:br/>
        <w:t>f 16005/22668/19537 16004/22665/19535 16002/22667/19536</w:t>
        <w:br/>
        <w:t>f 15924/22587/19472 15925/22586/19471 15937/22600/19480</w:t>
        <w:br/>
        <w:t>f 15920/22583/10865 15921/22582/10865 15982/22645/19473</w:t>
        <w:br/>
        <w:t>f 16008/22669/19538 16007/22670/19539 16006/22671/19538</w:t>
        <w:br/>
        <w:t>f 15960/22623/19503 16010/22672/19503 16009/22673/19503</w:t>
        <w:br/>
        <w:t>f 15948/22609/19489 15960/22623/19503 16009/22673/19503</w:t>
        <w:br/>
        <w:t>f 16013/22674/19503 16012/22675/19503 16011/22676/19503</w:t>
        <w:br/>
        <w:t>f 15962/22626/19506 16013/22674/19503 16011/22676/19503</w:t>
        <w:br/>
        <w:t>f 15961/22627/19507 15962/22626/19506 16011/22676/19503</w:t>
        <w:br/>
        <w:t>f 15981/22642/14524 15972/22635/19515 15971/22634/19514</w:t>
        <w:br/>
        <w:t>f 15954/22617/19497 15955/22618/19498 15985/22650/19525</w:t>
        <w:br/>
        <w:t>f 16014/22677/19540 15942/22607/19487 15943/22606/19486</w:t>
        <w:br/>
        <w:t>f 16015/22678/19540 16014/22677/19540 15943/22606/19486</w:t>
        <w:br/>
        <w:t>f 15930/22596/19477 16017/22679/19472 16016/22680/14581</w:t>
        <w:br/>
        <w:t>f 15933/22593/19475 15930/22596/19477 16016/22680/14581</w:t>
        <w:br/>
        <w:t>f 16019/22681/19541 16007/22670/19539 16018/22682/19542</w:t>
        <w:br/>
        <w:t>f 16006/22671/19538 16007/22670/19539 16019/22681/19541</w:t>
        <w:br/>
        <w:t>f 15922/22585/19470 15919/22584/19469 15927/22590/19475</w:t>
        <w:br/>
        <w:t>f 15928/22589/19474 15922/22585/19470 15927/22590/19475</w:t>
        <w:br/>
        <w:t>f 16022/22683/19538 16021/22684/19539 16020/22685/19539</w:t>
        <w:br/>
        <w:t>f 16022/22683/19538 16020/22685/19539 16023/22686/19543</w:t>
        <w:br/>
        <w:t>f 16022/22683/19538 16023/22686/19543 16024/22687/19542</w:t>
        <w:br/>
        <w:t>f 16125/12133/10866 16124/12132/10865 16123/22688/19544</w:t>
        <w:br/>
        <w:t>f 16131/22689/19545 16130/22690/19546 16129/22691/19547</w:t>
        <w:br/>
        <w:t>f 16132/22692/19546 16131/22689/19545 16129/22691/19547</w:t>
        <w:br/>
        <w:t>f 16158/22693/19548 16157/22694/19549 16156/22695/19550</w:t>
        <w:br/>
        <w:t>f 16159/22696/19548 16158/22693/19548 16156/22695/19550</w:t>
        <w:br/>
        <w:t>f 16162/22697/19551 16161/22698/19551 16160/22699/19551</w:t>
        <w:br/>
        <w:t>f 16163/22700/19551 16162/22697/19551 16160/22699/19551</w:t>
        <w:br/>
        <w:t>f 16167/22701/19552 16166/22702/19552 16165/22703/19553</w:t>
        <w:br/>
        <w:t>f 16164/22704/19553 16167/22701/19552 16165/22703/19553</w:t>
        <w:br/>
        <w:t>f 15916/22579/19466 15905/22566/19453 15914/22578/19554</w:t>
        <w:br/>
        <w:t>f 15917/22580/19467 15912/22575/14600 16192/22705/19555</w:t>
        <w:br/>
        <w:t>f 15898/22559/19446 15912/22575/14600 15917/22580/19467</w:t>
        <w:br/>
        <w:t>f 15907/22569/19456 15909/22573/19556 15915/22577/19464</w:t>
        <w:br/>
        <w:t>f 15908/22571/19458 15907/22569/19456 15892/22557/19444</w:t>
        <w:br/>
        <w:t>f 15899/22562/19449 15900/22565/19452 15893/22556/19443</w:t>
        <w:br/>
        <w:t>f 15899/22562/19449 15902/22563/19450 15900/22565/19452</w:t>
        <w:br/>
        <w:t>f 16205/22706/19557 16204/22707/19558 16203/22708/19559</w:t>
        <w:br/>
        <w:t>f 16206/22709/19560 16205/22706/19557 16203/22708/19559</w:t>
        <w:br/>
        <w:t>f 16209/22710/19561 16208/22711/19562 16207/22712/19563</w:t>
        <w:br/>
        <w:t>f 16210/22713/19564 16209/22710/19561 16207/22712/19563</w:t>
        <w:br/>
        <w:t>f 16213/22714/19565 16212/22715/19566 16211/22716/19567</w:t>
        <w:br/>
        <w:t>f 16216/22717/19568 16215/22718/19569 16214/22719/19570</w:t>
        <w:br/>
        <w:t>f 16207/22712/19563 16203/22708/19559 16204/22707/19558</w:t>
        <w:br/>
        <w:t>f 16210/22713/19564 16207/22712/19563 16204/22707/19558</w:t>
        <w:br/>
        <w:t>f 16218/22720/19571 16205/22706/19557 16206/22709/19560</w:t>
        <w:br/>
        <w:t>f 16217/22721/19572 16218/22720/19571 16206/22709/19560</w:t>
        <w:br/>
        <w:t>f 16205/22706/19557 16219/22722/19573 16212/22715/19566</w:t>
        <w:br/>
        <w:t>f 16204/22707/19558 16205/22706/19557 16212/22715/19566</w:t>
        <w:br/>
        <w:t>f 16210/22713/19564 16213/22714/19565 16209/22710/19561</w:t>
        <w:br/>
        <w:t>f 16221/22723/19574 16220/22724/19575 16219/22722/19576</w:t>
        <w:br/>
        <w:t>f 16224/22725/19577 16223/22726/19578 16222/22727/14683</w:t>
        <w:br/>
        <w:t>f 16217/22721/19572 16226/22728/19579 16225/22729/19580</w:t>
        <w:br/>
        <w:t>f 16218/22720/19571 16217/22721/19572 16225/22729/19580</w:t>
        <w:br/>
        <w:t>f 16227/22730/19581 16216/22717/19568 16214/22719/19570</w:t>
        <w:br/>
        <w:t>f 16207/22712/19563 16208/22711/19562 16228/22731/19582</w:t>
        <w:br/>
        <w:t>f 16222/22727/14683 16214/22719/19570 16215/22718/19569</w:t>
        <w:br/>
        <w:t>f 16224/22725/19577 16222/22727/14683 16215/22718/19569</w:t>
        <w:br/>
        <w:t>f 16229/22732/19583 16227/22730/19581 16214/22719/19570</w:t>
        <w:br/>
        <w:t>f 16232/22733/19584 16231/22734/10876 16230/22735/10876</w:t>
        <w:br/>
        <w:t>f 16233/22736/19585 16232/22733/19584 16230/22735/10876</w:t>
        <w:br/>
        <w:t>f 16236/22737/19586 16235/22738/19587 16234/22739/19588</w:t>
        <w:br/>
        <w:t>f 16239/22740/14665 16238/22741/19589 16237/22742/19590</w:t>
        <w:br/>
        <w:t>f 16240/22743/19588 16239/22740/14665 16237/22742/19590</w:t>
        <w:br/>
        <w:t>f 16244/22744/19591 16243/22745/19592 16242/22746/19593</w:t>
        <w:br/>
        <w:t>f 16241/22747/19594 16244/22744/19591 16242/22746/19593</w:t>
        <w:br/>
        <w:t>f 16241/22747/19594 16242/22746/19593 16246/22748/19595</w:t>
        <w:br/>
        <w:t>f 16245/22749/19595 16241/22747/19594 16246/22748/19595</w:t>
        <w:br/>
        <w:t>f 16246/22748/19595 16247/22750/19596 16245/22749/19595</w:t>
        <w:br/>
        <w:t>f 16247/22750/19596 16248/22751/19597 16234/22739/19588</w:t>
        <w:br/>
        <w:t>f 16245/22749/19595 16247/22750/19596 16234/22739/19588</w:t>
        <w:br/>
        <w:t>f 16252/22752/19598 16251/22753/19599 16250/22754/19600</w:t>
        <w:br/>
        <w:t>f 16249/22755/19601 16252/22752/19598 16250/22754/19600</w:t>
        <w:br/>
        <w:t>f 16255/22756/19602 16254/22757/19603 16253/22758/19604</w:t>
        <w:br/>
        <w:t>f 16256/22759/19605 16255/22756/19602 16253/22758/19604</w:t>
        <w:br/>
        <w:t>f 16259/22760/19606 16258/22761/19607 16257/22762/19608</w:t>
        <w:br/>
        <w:t>f 16260/22763/19609 16259/22760/19606 16257/22762/19608</w:t>
        <w:br/>
        <w:t>f 16264/22764/19610 16263/22765/19611 16262/22766/19612</w:t>
        <w:br/>
        <w:t>f 16261/22767/19613 16264/22764/19610 16262/22766/19612</w:t>
        <w:br/>
        <w:t>f 16258/22761/19607 16259/22760/19606 16265/22768/19614</w:t>
        <w:br/>
        <w:t>f 16266/22769/19615 16258/22761/19607 16265/22768/19614</w:t>
        <w:br/>
        <w:t>f 16270/22770/19616 16269/22771/19617 16268/22772/19618</w:t>
        <w:br/>
        <w:t>f 16267/22773/19619 16270/22770/19616 16268/22772/19618</w:t>
        <w:br/>
        <w:t>f 16271/22774/19620 16260/22763/19609 16257/22762/19608</w:t>
        <w:br/>
        <w:t>f 16275/22775/19621 16274/22776/19622 16273/22777/19623</w:t>
        <w:br/>
        <w:t>f 16272/22778/19624 16275/22775/19621 16273/22777/19623</w:t>
        <w:br/>
        <w:t>f 16249/22755/19601 16277/22779/19625 16276/22780/19626</w:t>
        <w:br/>
        <w:t>f 16252/22752/19598 16249/22755/19601 16276/22780/19626</w:t>
        <w:br/>
        <w:t>f 16280/22781/19627 16279/22782/19628 16278/22783/19629</w:t>
        <w:br/>
        <w:t>f 16281/22784/19630 16280/22781/19627 16278/22783/19629</w:t>
        <w:br/>
        <w:t>f 16282/22785/19631 16275/22775/19621 16272/22778/19624</w:t>
        <w:br/>
        <w:t>f 16283/22786/19632 16282/22785/19631 16272/22778/19624</w:t>
        <w:br/>
        <w:t>f 16279/22782/19628 16280/22781/19627 16284/22787/19633</w:t>
        <w:br/>
        <w:t>f 16285/22788/19634 16279/22782/19628 16284/22787/19633</w:t>
        <w:br/>
        <w:t>f 16289/22789/19635 16288/22790/19636 16287/22791/19637</w:t>
        <w:br/>
        <w:t>f 16286/22792/19638 16289/22789/19635 16287/22791/19637</w:t>
        <w:br/>
        <w:t>f 16292/22793/19639 16291/22794/19640 16290/22795/19641</w:t>
        <w:br/>
        <w:t>f 16283/22786/19632 16292/22793/19639 16290/22795/19641</w:t>
        <w:br/>
        <w:t>f 16293/22796/19642 16231/22734/10876 16234/22739/19588</w:t>
        <w:br/>
        <w:t>f 16235/22738/19587 16293/22796/19642 16234/22739/19588</w:t>
        <w:br/>
        <w:t>f 16261/22767/19613 16295/22797/19643 16294/22798/19643</w:t>
        <w:br/>
        <w:t>f 16264/22764/19610 16261/22767/19613 16294/22798/19643</w:t>
        <w:br/>
        <w:t>f 16298/22799/19644 16266/22769/19615 16297/22800/19645</w:t>
        <w:br/>
        <w:t>f 16296/22801/19644 16298/22799/19644 16297/22800/19645</w:t>
        <w:br/>
        <w:t>f 16301/22802/19646 16300/22803/19646 16299/22804/19647</w:t>
        <w:br/>
        <w:t>f 16302/22805/19647 16301/22802/19646 16299/22804/19647</w:t>
        <w:br/>
        <w:t>f 16306/22806/19648 16305/22807/19648 16304/22808/19648</w:t>
        <w:br/>
        <w:t>f 16303/22809/19648 16306/22806/19648 16304/22808/19648</w:t>
        <w:br/>
        <w:t>f 16309/22810/19649 16308/22811/19650 16307/22812/19649</w:t>
        <w:br/>
        <w:t>f 16310/22813/19649 16309/22810/19649 16307/22812/19649</w:t>
        <w:br/>
        <w:t>f 16293/22796/19642 16235/22738/19587 16312/22814/19651</w:t>
        <w:br/>
        <w:t>f 16311/22815/19652 16293/22796/19642 16312/22814/19651</w:t>
        <w:br/>
        <w:t>f 16312/22814/19651 16248/22751/19597 16247/22750/19596</w:t>
        <w:br/>
        <w:t>f 16311/22815/19652 16312/22814/19651 16247/22750/19596</w:t>
        <w:br/>
        <w:t>f 16315/22816/19653 16314/22817/19653 16313/22818/19653</w:t>
        <w:br/>
        <w:t>f 16316/22819/19653 16315/22816/19653 16313/22818/19653</w:t>
        <w:br/>
        <w:t>f 16234/22739/19588 16248/22751/19597 16236/22737/19586</w:t>
        <w:br/>
        <w:t>f 16231/22734/10876 16293/22796/19642 16230/22735/10876</w:t>
        <w:br/>
        <w:t>f 16319/22820/19654 16318/22821/19654 16317/22822/19655</w:t>
        <w:br/>
        <w:t>f 16321/22823/19620 16320/22824/19620 16271/22774/19620</w:t>
        <w:br/>
        <w:t>f 16257/22762/19608 16321/22823/19620 16271/22774/19620</w:t>
        <w:br/>
        <w:t>f 16324/22825/19620 16273/22777/19623 16323/22826/19620</w:t>
        <w:br/>
        <w:t>f 16322/22827/19620 16324/22825/19620 16323/22826/19620</w:t>
        <w:br/>
        <w:t>f 16274/22776/19622 16323/22826/19620 16273/22777/19623</w:t>
        <w:br/>
        <w:t>f 16290/22795/19641 16282/22785/19631 16283/22786/19632</w:t>
        <w:br/>
        <w:t>f 16265/22768/19614 16297/22800/19645 16266/22769/19615</w:t>
        <w:br/>
        <w:t>f 16254/22757/19603 16255/22756/19602 16325/22828/19656</w:t>
        <w:br/>
        <w:t>f 16326/22829/19656 16254/22757/19603 16325/22828/19656</w:t>
        <w:br/>
        <w:t>f 16328/22830/14665 16327/22831/19588 16243/22745/19592</w:t>
        <w:br/>
        <w:t>f 16244/22744/19591 16328/22830/14665 16243/22745/19592</w:t>
        <w:br/>
        <w:t>f 16330/22832/19657 16329/22833/19658 16317/22822/19655</w:t>
        <w:br/>
        <w:t>f 16318/22821/19654 16330/22832/19657 16317/22822/19655</w:t>
        <w:br/>
        <w:t>f 16238/22741/19589 16232/22733/19584 16233/22736/19585</w:t>
        <w:br/>
        <w:t>f 16237/22742/19590 16238/22741/19589 16233/22736/19585</w:t>
        <w:br/>
        <w:t>f 16333/22834/19654 16332/22835/19659 16331/22836/19655</w:t>
        <w:br/>
        <w:t>f 16333/22834/19654 16334/22837/19660 16332/22835/19659</w:t>
        <w:br/>
        <w:t>f 16333/22834/19654 16335/22838/19661 16334/22837/19660</w:t>
        <w:br/>
        <w:t>f 16442/22839/19662 16441/22840/19663 16440/22841/19664</w:t>
        <w:br/>
        <w:t>f 16443/22842/19663 16442/22839/19662 16440/22841/19664</w:t>
        <w:br/>
        <w:t>f 16469/22843/19665 16468/22844/19665 16467/22845/19666</w:t>
        <w:br/>
        <w:t>f 16470/22846/19667 16469/22843/19665 16467/22845/19666</w:t>
        <w:br/>
        <w:t>f 16474/22847/19668 16473/22848/19668 16472/22849/19668</w:t>
        <w:br/>
        <w:t>f 16471/22850/19668 16474/22847/19668 16472/22849/19668</w:t>
        <w:br/>
        <w:t>f 16478/22851/14510 16477/22852/19669 16476/22853/19669</w:t>
        <w:br/>
        <w:t>f 16475/22854/14510 16478/22851/14510 16476/22853/19669</w:t>
        <w:br/>
        <w:t>f 16227/22730/19581 16226/22728/19670 16216/22717/19568</w:t>
        <w:br/>
        <w:t>f 16228/22731/19582 16503/22855/19671 16222/22727/14683</w:t>
        <w:br/>
        <w:t>f 16207/22712/19563 16228/22731/19582 16222/22727/14683</w:t>
        <w:br/>
        <w:t>f 16218/22720/19571 16225/22729/19580 16220/22724/19672</w:t>
        <w:br/>
        <w:t>f 16219/22722/19573 16205/22706/19557 16218/22720/19571</w:t>
        <w:br/>
        <w:t>f 16210/22713/19564 16204/22707/19558 16212/22715/19566</w:t>
        <w:br/>
        <w:t>f 16210/22713/19564 16212/22715/19566 16213/22714/19565</w:t>
        <w:br/>
        <w:t>f 15908/22571/19458 16514/22856/19673 15909/22573/19460</w:t>
        <w:br/>
        <w:t>f 16220/22724/19575 16515/22857/19674 16219/22722/19576</w:t>
        <w:br/>
        <w:t>f 16523/22858/17846 16522/22859/19675 16521/22860/19675</w:t>
        <w:br/>
        <w:t>f 16520/22861/17846 16523/22858/17846 16521/22860/19675</w:t>
        <w:br/>
        <w:t>f 16527/22862/19676 16526/22863/19677 16525/22864/19676</w:t>
        <w:br/>
        <w:t>f 16524/22865/19676 16527/22862/19676 16525/22864/19676</w:t>
        <w:br/>
        <w:t>f 16530/22866/19678 16529/22867/19679 16528/22868/19680</w:t>
        <w:br/>
        <w:t>f 16531/22869/19681 16530/22866/19678 16528/22868/19680</w:t>
        <w:br/>
        <w:t>f 16535/22870/19682 16534/22871/19682 16533/22872/19682</w:t>
        <w:br/>
        <w:t>f 16532/22873/19682 16535/22870/19682 16533/22872/19682</w:t>
        <w:br/>
        <w:t>f 16538/22874/19683 16537/22875/19684 16536/22876/19685</w:t>
        <w:br/>
        <w:t>f 16539/22877/19684 16538/22874/19683 16536/22876/19685</w:t>
        <w:br/>
        <w:t>f 16602/22878/19686 16601/22879/19687 16600/22880/19688</w:t>
        <w:br/>
        <w:t>f 16605/22881/19689 16604/22882/19690 16603/22883/19691</w:t>
        <w:br/>
        <w:t>f 16606/22884/19692 16605/22881/19689 16603/22883/19691</w:t>
        <w:br/>
        <w:t>f 16602/22878/19686 16600/22880/19688 16607/22885/19693</w:t>
        <w:br/>
        <w:t>f 16610/22886/19694 16609/22887/19695 16608/22888/19696</w:t>
        <w:br/>
        <w:t>f 16604/22882/19690 16610/22886/19694 16608/22888/19696</w:t>
        <w:br/>
        <w:t>f 16604/22882/19690 16605/22881/19689 16610/22886/19694</w:t>
        <w:br/>
        <w:t>f 16600/22880/19688 16612/22889/19697 16611/22890/19698</w:t>
        <w:br/>
        <w:t>f 16607/22885/19693 16600/22880/19688 16611/22890/19698</w:t>
        <w:br/>
        <w:t>f 16609/22887/19695 16613/22891/19699 16608/22888/19696</w:t>
        <w:br/>
        <w:t>f 16613/22891/19699 16615/22892/19700 16614/22893/19700</w:t>
        <w:br/>
        <w:t>f 16608/22888/19696 16613/22891/19699 16614/22893/19700</w:t>
        <w:br/>
        <w:t>f 16618/22894/19701 16617/22895/19702 16616/22896/19703</w:t>
        <w:br/>
        <w:t>f 16612/22889/19697 16618/22894/19701 16611/22890/19698</w:t>
        <w:br/>
        <w:t>f 16622/22897/19704 16621/22898/19705 16620/22899/19705</w:t>
        <w:br/>
        <w:t>f 16619/22900/19706 16622/22897/19704 16620/22899/19705</w:t>
        <w:br/>
        <w:t>f 16624/22901/19707 16623/22902/19708 16622/22897/19704</w:t>
        <w:br/>
        <w:t>f 16619/22900/19706 16624/22901/19707 16622/22897/19704</w:t>
        <w:br/>
        <w:t>f 16626/22903/19709 16625/22904/19709 16623/22902/19708</w:t>
        <w:br/>
        <w:t>f 16624/22901/19707 16626/22903/19709 16623/22902/19708</w:t>
        <w:br/>
        <w:t>f 16629/22905/19710 16628/22906/19710 16627/22907/19711</w:t>
        <w:br/>
        <w:t>f 16630/22908/19712 16629/22905/19710 16627/22907/19711</w:t>
        <w:br/>
        <w:t>f 16626/22903/19709 16630/22908/19712 16627/22907/19711</w:t>
        <w:br/>
        <w:t>f 16625/22904/19709 16626/22903/19709 16627/22907/19711</w:t>
        <w:br/>
        <w:t>f 16602/22878/19686 16631/22909/19713 16601/22879/19687</w:t>
        <w:br/>
        <w:t>f 16612/22889/19697 16617/22895/19702 16618/22894/19701</w:t>
        <w:br/>
        <w:t>f 16633/22910/19714 16632/22911/19715 16601/22879/19687</w:t>
        <w:br/>
        <w:t>f 16603/22883/19716 16635/22912/19717 16634/22913/19718</w:t>
        <w:br/>
        <w:t>f 16636/22914/19719 16603/22883/19716 16634/22913/19718</w:t>
        <w:br/>
        <w:t>f 16633/22910/19714 16637/22915/19720 16632/22911/19715</w:t>
        <w:br/>
        <w:t>f 16640/22916/19721 16635/22912/19717 16639/22917/19722</w:t>
        <w:br/>
        <w:t>f 16638/22918/19723 16640/22916/19721 16639/22917/19722</w:t>
        <w:br/>
        <w:t>f 16635/22912/19717 16640/22916/19721 16634/22913/19718</w:t>
        <w:br/>
        <w:t>f 16632/22911/19715 16637/22915/19720 16642/22919/19724</w:t>
        <w:br/>
        <w:t>f 16641/22920/19725 16632/22911/19715 16642/22919/19724</w:t>
        <w:br/>
        <w:t>f 16638/22918/19723 16639/22917/19722 16643/22921/19726</w:t>
        <w:br/>
        <w:t>f 16643/22921/19726 16639/22917/19722 16614/22893/19700</w:t>
        <w:br/>
        <w:t>f 16615/22892/19700 16643/22921/19726 16614/22893/19700</w:t>
        <w:br/>
        <w:t>f 16644/22922/19727 16616/22896/19703 16617/22895/19702</w:t>
        <w:br/>
        <w:t>f 16641/22920/19725 16642/22919/19724 16644/22922/19727</w:t>
        <w:br/>
        <w:t>f 16648/22923/19728 16647/22924/19729 16646/22925/19705</w:t>
        <w:br/>
        <w:t>f 16645/22926/19705 16648/22923/19728 16646/22925/19705</w:t>
        <w:br/>
        <w:t>f 16648/22923/19728 16650/22927/19730 16649/22928/19730</w:t>
        <w:br/>
        <w:t>f 16647/22924/19729 16648/22923/19728 16649/22928/19730</w:t>
        <w:br/>
        <w:t>f 16650/22927/19730 16652/22929/19731 16651/22930/19732</w:t>
        <w:br/>
        <w:t>f 16649/22928/19730 16650/22927/19730 16651/22930/19732</w:t>
        <w:br/>
        <w:t>f 16655/22931/19733 16654/22932/19710 16653/22933/19710</w:t>
        <w:br/>
        <w:t>f 16656/22934/19733 16655/22931/19733 16653/22933/19710</w:t>
        <w:br/>
        <w:t>f 16655/22931/19733 16656/22934/19733 16651/22930/19732</w:t>
        <w:br/>
        <w:t>f 16652/22929/19731 16655/22931/19733 16651/22930/19732</w:t>
        <w:br/>
        <w:t>f 16633/22910/19714 16601/22879/19687 16657/22935/19713</w:t>
        <w:br/>
        <w:t>f 16641/22920/19725 16644/22922/19727 16617/22895/19702</w:t>
        <w:br/>
        <w:t>f 16974/22936/19734 16973/22937/19734 16972/22938/19735</w:t>
        <w:br/>
        <w:t>f 16971/22939/19735 16974/22936/19734 16972/22938/19735</w:t>
        <w:br/>
        <w:t>f 16975/22940/19735 16974/22936/19734 16971/22939/19735</w:t>
        <w:br/>
        <w:t>f 16976/22941/19736 16975/22940/19735 16971/22939/19735</w:t>
        <w:br/>
        <w:t>f 16975/22940/19735 16976/22941/19736 16977/22942/19735</w:t>
        <w:br/>
        <w:t>f 16972/22938/19735 16973/22937/19734 16978/22943/19737</w:t>
        <w:br/>
        <w:t>f 16981/22944/19738 16980/22945/19738 16979/22946/19739</w:t>
        <w:br/>
        <w:t>f 16982/22947/19740 16981/22944/19738 16979/22946/19739</w:t>
        <w:br/>
        <w:t>f 16984/22948/19741 16983/22949/19741 16982/22947/19740</w:t>
        <w:br/>
        <w:t>f 16979/22946/19739 16984/22948/19741 16982/22947/19740</w:t>
        <w:br/>
        <w:t>f 16983/22949/19741 16984/22948/19741 16985/22950/19742</w:t>
        <w:br/>
        <w:t>f 16980/22945/19738 16981/22944/19738 16986/22951/19743</w:t>
        <w:br/>
        <w:t>f 16993/22952/19744 16992/22953/19745 16991/22954/19746</w:t>
        <w:br/>
        <w:t>f 16994/22955/19744 16993/22952/19744 16991/22954/19746</w:t>
        <w:br/>
        <w:t>f 16997/22956/19747 16996/22957/19747 16995/22958/19748</w:t>
        <w:br/>
        <w:t>f 16998/22959/19748 16997/22956/19747 16995/22958/19748</w:t>
        <w:br/>
        <w:t>f 16999/22960/19749 16993/22952/19744 16994/22955/19744</w:t>
        <w:br/>
        <w:t>f 17000/22961/19749 16999/22960/19749 16994/22955/19744</w:t>
        <w:br/>
        <w:t>f 17004/22962/19750 17003/22963/19751 17002/22964/19751</w:t>
        <w:br/>
        <w:t>f 17001/22965/19750 17004/22962/19750 17002/22964/19751</w:t>
        <w:br/>
        <w:t>f 16998/22959/19748 16995/22958/19748 17005/22966/19752</w:t>
        <w:br/>
        <w:t>f 17006/22967/19753 16998/22959/19748 17005/22966/19752</w:t>
        <w:br/>
        <w:t>f 17010/22968/19754 17009/22969/19755 17008/22970/19756</w:t>
        <w:br/>
        <w:t>f 17007/22971/19756 17010/22968/19754 17008/22970/19756</w:t>
        <w:br/>
        <w:t>f 17009/22969/19755 17010/22968/19754 17011/22972/19757</w:t>
        <w:br/>
        <w:t>f 17012/22973/19758 17009/22969/19755 17011/22972/19757</w:t>
        <w:br/>
        <w:t>f 17003/22963/19751 17014/22974/19759 17013/22975/19759</w:t>
        <w:br/>
        <w:t>f 17002/22964/19751 17003/22963/19751 17013/22975/19759</w:t>
        <w:br/>
        <w:t>f 17018/22976/19760 17017/22977/19760 17016/22978/19761</w:t>
        <w:br/>
        <w:t>f 17015/22979/19762 17018/22976/19760 17016/22978/19761</w:t>
        <w:br/>
        <w:t>f 17021/22980/19763 17020/22981/19764 17019/22982/19764</w:t>
        <w:br/>
        <w:t>f 17022/22983/19765 17021/22980/19763 17019/22982/19764</w:t>
        <w:br/>
        <w:t>f 17025/22984/19766 17024/22985/19766 17023/22986/19767</w:t>
        <w:br/>
        <w:t>f 17026/22987/19767 17025/22984/19766 17023/22986/19767</w:t>
        <w:br/>
        <w:t>f 17028/22988/19768 17017/22977/19760 17018/22976/19760</w:t>
        <w:br/>
        <w:t>f 17027/22989/19768 17028/22988/19768 17018/22976/19760</w:t>
        <w:br/>
        <w:t>f 17029/22990/19769 17019/22982/19764 17020/22981/19764</w:t>
        <w:br/>
        <w:t>f 17030/22991/19770 17029/22990/19769 17020/22981/19764</w:t>
        <w:br/>
        <w:t>f 17034/22992/19771 17033/22993/19772 17032/22994/19773</w:t>
        <w:br/>
        <w:t>f 17031/22995/19774 17034/22992/19771 17032/22994/19773</w:t>
        <w:br/>
        <w:t>f 16996/22957/19747 16997/22956/19747 17036/22996/19775</w:t>
        <w:br/>
        <w:t>f 17035/22997/19775 16996/22957/19747 17036/22996/19775</w:t>
        <w:br/>
        <w:t>f 17033/22993/19772 17034/22992/19771 17035/22997/19775</w:t>
        <w:br/>
        <w:t>f 17036/22996/19775 17033/22993/19772 17035/22997/19775</w:t>
        <w:br/>
        <w:t>f 17024/22985/19766 17025/22984/19766 17038/22998/19776</w:t>
        <w:br/>
        <w:t>f 17037/22999/19777 17024/22985/19766 17038/22998/19776</w:t>
        <w:br/>
        <w:t>f 17037/22999/19777 17038/22998/19776 17012/22973/19758</w:t>
        <w:br/>
        <w:t>f 17011/22972/19757 17037/22999/19777 17012/22973/19758</w:t>
        <w:br/>
        <w:t>f 17001/22965/19750 17029/22990/19769 17030/22991/19770</w:t>
        <w:br/>
        <w:t>f 17004/22962/19750 17001/22965/19750 17030/22991/19770</w:t>
        <w:br/>
        <w:t>f 17000/22961/19749 17028/22988/19768 17027/22989/19768</w:t>
        <w:br/>
        <w:t>f 16999/22960/19749 17000/22961/19749 17027/22989/19768</w:t>
        <w:br/>
        <w:t>f 17045/23000/19778 17044/23001/19779 17043/23002/19780</w:t>
        <w:br/>
        <w:t>f 17046/23003/19780 17045/23000/19778 17043/23002/19780</w:t>
        <w:br/>
        <w:t>f 17049/23004/19781 17048/23005/19782 17047/23006/19783</w:t>
        <w:br/>
        <w:t>f 17050/23007/19781 17049/23004/19781 17047/23006/19783</w:t>
        <w:br/>
        <w:t>f 17046/23003/19780 17043/23002/19780 17051/23008/19784</w:t>
        <w:br/>
        <w:t>f 17052/23009/19784 17046/23003/19780 17051/23008/19784</w:t>
        <w:br/>
        <w:t>f 17056/23010/19785 17055/23011/19785 17054/23012/19786</w:t>
        <w:br/>
        <w:t>f 17053/23013/19786 17056/23010/19785 17054/23012/19786</w:t>
        <w:br/>
        <w:t>f 17057/23014/19787 17049/23004/19781 17050/23007/19781</w:t>
        <w:br/>
        <w:t>f 17058/23015/19788 17057/23014/19787 17050/23007/19781</w:t>
        <w:br/>
        <w:t>f 17062/23016/19789 17061/23017/19790 17060/23018/19790</w:t>
        <w:br/>
        <w:t>f 17059/23019/19789 17062/23016/19789 17060/23018/19790</w:t>
        <w:br/>
        <w:t>f 17063/23020/19791 17062/23016/19789 17059/23019/19789</w:t>
        <w:br/>
        <w:t>f 17064/23021/19792 17063/23020/19791 17059/23019/19789</w:t>
        <w:br/>
        <w:t>f 17053/23013/19786 17054/23012/19786 17066/23022/19793</w:t>
        <w:br/>
        <w:t>f 17065/23023/19793 17053/23013/19786 17066/23022/19793</w:t>
        <w:br/>
        <w:t>f 17070/23024/19794 17069/23025/19795 17068/23026/19761</w:t>
        <w:br/>
        <w:t>f 17067/23027/19796 17070/23024/19794 17068/23026/19761</w:t>
        <w:br/>
        <w:t>f 17073/23028/19797 17072/23029/19798 17071/23030/19763</w:t>
        <w:br/>
        <w:t>f 17074/23031/19799 17073/23028/19797 17071/23030/19763</w:t>
        <w:br/>
        <w:t>f 17077/23032/19767 17076/23033/19800 17075/23034/19800</w:t>
        <w:br/>
        <w:t>f 17078/23035/19767 17077/23032/19767 17075/23034/19800</w:t>
        <w:br/>
        <w:t>f 17080/23036/19801 17079/23037/19801 17070/23024/19794</w:t>
        <w:br/>
        <w:t>f 17067/23027/19796 17080/23036/19801 17070/23024/19794</w:t>
        <w:br/>
        <w:t>f 17072/23029/19798 17073/23028/19797 17081/23038/19802</w:t>
        <w:br/>
        <w:t>f 17082/23039/19803 17072/23029/19798 17081/23038/19802</w:t>
        <w:br/>
        <w:t>f 17086/23040/19804 17085/23041/19773 17084/23042/19773</w:t>
        <w:br/>
        <w:t>f 17083/23043/19804 17086/23040/19804 17084/23042/19773</w:t>
        <w:br/>
        <w:t>f 17048/23005/19782 17088/23044/19805 17087/23045/19805</w:t>
        <w:br/>
        <w:t>f 17047/23006/19783 17048/23005/19782 17087/23045/19805</w:t>
        <w:br/>
        <w:t>f 17088/23044/19805 17086/23040/19804 17083/23043/19804</w:t>
        <w:br/>
        <w:t>f 17087/23045/19805 17088/23044/19805 17083/23043/19804</w:t>
        <w:br/>
        <w:t>f 17076/23033/19800 17090/23046/19806 17089/23047/19807</w:t>
        <w:br/>
        <w:t>f 17075/23034/19800 17076/23033/19800 17089/23047/19807</w:t>
        <w:br/>
        <w:t>f 17064/23021/19792 17089/23047/19807 17090/23046/19806</w:t>
        <w:br/>
        <w:t>f 17063/23020/19791 17064/23021/19792 17090/23046/19806</w:t>
        <w:br/>
        <w:t>f 17082/23039/19803 17081/23038/19802 17055/23011/19785</w:t>
        <w:br/>
        <w:t>f 17056/23010/19785 17082/23039/19803 17055/23011/19785</w:t>
        <w:br/>
        <w:t>f 17052/23009/19784 17051/23008/19784 17079/23037/19801</w:t>
        <w:br/>
        <w:t>f 17080/23036/19801 17052/23009/19784 17079/23037/19801</w:t>
        <w:br/>
        <w:t>f 17093/23048/19808 17092/23049/19809 17091/23050/19810</w:t>
        <w:br/>
        <w:t>f 17096/23051/19811 17095/23052/19812 17094/23053/19813</w:t>
        <w:br/>
        <w:t>f 17097/23054/19814 17096/23051/19811 17094/23053/19813</w:t>
        <w:br/>
        <w:t>f 17100/23055/19815 17099/23056/19816 17098/23057/19817</w:t>
        <w:br/>
        <w:t>f 17101/23058/19818 17100/23055/19815 17098/23057/19817</w:t>
        <w:br/>
        <w:t>f 17104/23059/19819 17103/23060/19820 17102/23061/19821</w:t>
        <w:br/>
        <w:t>f 17093/23048/19808 17104/23059/19819 17102/23061/19821</w:t>
        <w:br/>
        <w:t>f 17107/23062/19822 17106/23063/19823 17105/23064/19824</w:t>
        <w:br/>
        <w:t>f 17110/23065/19825 17109/23066/19826 17108/23067/19827</w:t>
        <w:br/>
        <w:t>f 17101/23058/19818 17098/23057/19817 17111/23068/19828</w:t>
        <w:br/>
        <w:t>f 17112/23069/19829 17106/23063/19823 17107/23062/19822</w:t>
        <w:br/>
        <w:t>f 17115/23070/19830 17114/23071/19831 17113/23072/19832</w:t>
        <w:br/>
        <w:t>f 17116/23073/19833 17115/23070/19830 17113/23072/19832</w:t>
        <w:br/>
        <w:t>f 17115/23070/19830 17116/23073/19833 17117/23074/19834</w:t>
        <w:br/>
        <w:t>f 17117/23074/19834 17109/23066/19826 17118/23075/19835</w:t>
        <w:br/>
        <w:t>f 17121/23076/19836 17120/23077/19837 17119/23078/19838</w:t>
        <w:br/>
        <w:t>f 17119/23078/19838 17120/23077/19837 17122/23079/19839</w:t>
        <w:br/>
        <w:t>f 17125/23080/19840 17124/23081/19841 17123/23082/19842</w:t>
        <w:br/>
        <w:t>f 17104/23059/19819 17127/23083/19843 17126/23084/19844</w:t>
        <w:br/>
        <w:t>f 17099/23056/19816 17100/23055/19815 17128/23085/19845</w:t>
        <w:br/>
        <w:t>f 17129/23086/19846 17099/23056/19816 17128/23085/19845</w:t>
        <w:br/>
        <w:t>f 17122/23079/19839 17097/23054/19814 17119/23078/19838</w:t>
        <w:br/>
        <w:t>f 17132/23087/19847 17131/23088/19848 17130/23089/19849</w:t>
        <w:br/>
        <w:t>f 17132/23087/19847 17133/23090/19850 17131/23088/19848</w:t>
        <w:br/>
        <w:t>f 17131/23088/19848 17135/23091/19851 17134/23092/19852</w:t>
        <w:br/>
        <w:t>f 17130/23089/19849 17131/23088/19848 17134/23092/19852</w:t>
        <w:br/>
        <w:t>f 17135/23091/19851 17131/23088/19848 17094/23053/19813</w:t>
        <w:br/>
        <w:t>f 17095/23052/19812 17135/23091/19851 17094/23053/19813</w:t>
        <w:br/>
        <w:t>f 17094/23053/19813 17123/23082/19842 17136/23093/19853</w:t>
        <w:br/>
        <w:t>f 17097/23054/19814 17094/23053/19813 17136/23093/19853</w:t>
        <w:br/>
        <w:t>f 17137/23094/19854 17119/23078/19838 17097/23054/19814</w:t>
        <w:br/>
        <w:t>f 17119/23078/19838 17139/23095/19855 17138/23096/19856</w:t>
        <w:br/>
        <w:t>f 17121/23076/19836 17119/23078/19838 17138/23096/19856</w:t>
        <w:br/>
        <w:t>f 17137/23094/19854 17140/23097/19857 17119/23078/19838</w:t>
        <w:br/>
        <w:t>f 17142/23098/19858 17140/23097/19857 17141/23099/19859</w:t>
        <w:br/>
        <w:t>f 17137/23094/19854 17091/23050/19810 17140/23097/19857</w:t>
        <w:br/>
        <w:t>f 17098/23057/19817 17144/23100/19860 17143/23101/19861</w:t>
        <w:br/>
        <w:t>f 17145/23102/19862 17106/23063/19823 17112/23069/19829</w:t>
        <w:br/>
        <w:t>f 17146/23103/19863 17145/23102/19862 17112/23069/19829</w:t>
        <w:br/>
        <w:t>f 17148/23104/19864 17146/23103/19865 17147/23105/19866</w:t>
        <w:br/>
        <w:t>f 17109/23066/19826 17148/23104/19864 17149/23106/19867</w:t>
        <w:br/>
        <w:t>f 17150/23107/19868 17108/23067/19827 17109/23066/19826</w:t>
        <w:br/>
        <w:t>f 17151/23108/19869 17150/23107/19868 17109/23066/19826</w:t>
        <w:br/>
        <w:t>f 17129/23086/19846 17140/23097/19857 17099/23056/19816</w:t>
        <w:br/>
        <w:t>f 17113/23072/19832 17114/23071/19831 17111/23068/19828</w:t>
        <w:br/>
        <w:t>f 17098/23057/19817 17113/23072/19832 17111/23068/19828</w:t>
        <w:br/>
        <w:t>f 17152/23109/19870 17106/23063/19871 17098/23057/19817</w:t>
        <w:br/>
        <w:t>f 17143/23101/19861 17152/23109/19870 17098/23057/19817</w:t>
        <w:br/>
        <w:t>f 17106/23063/19871 17152/23109/19870 17153/23110/19872</w:t>
        <w:br/>
        <w:t>f 17155/23111/19873 17154/23112/19873 17153/23110/19874</w:t>
        <w:br/>
        <w:t>f 17157/23113/19875 17103/23060/19820 17156/23114/19876</w:t>
        <w:br/>
        <w:t>f 17158/23115/19877 17092/23049/19809 17102/23061/19821</w:t>
        <w:br/>
        <w:t>f 17159/23116/19878 17158/23115/19877 17102/23061/19821</w:t>
        <w:br/>
        <w:t>f 17092/23049/19809 17158/23115/19877 17144/23100/19860</w:t>
        <w:br/>
        <w:t>f 17099/23056/19816 17092/23049/19809 17098/23057/19817</w:t>
        <w:br/>
        <w:t>f 17098/23057/19817 17092/23049/19809 17144/23100/19860</w:t>
        <w:br/>
        <w:t>f 17161/23117/19879 17160/23118/19880 17126/23084/19844</w:t>
        <w:br/>
        <w:t>f 17160/23118/19880 17162/23119/19881 17126/23084/19844</w:t>
        <w:br/>
        <w:t>f 17104/23059/19819 17126/23084/19844 17103/23060/19820</w:t>
        <w:br/>
        <w:t>f 17163/23120/19882 17126/23084/19844 17127/23083/19843</w:t>
        <w:br/>
        <w:t>f 17102/23061/19821 17157/23113/19875 17164/23121/19883</w:t>
        <w:br/>
        <w:t>f 17162/23119/19881 17103/23060/19820 17126/23084/19844</w:t>
        <w:br/>
        <w:t>f 17163/23120/19882 17161/23117/19879 17126/23084/19844</w:t>
        <w:br/>
        <w:t>f 17102/23061/19821 17164/23121/19883 17165/23122/19884</w:t>
        <w:br/>
        <w:t>f 17159/23116/19878 17102/23061/19821 17165/23122/19884</w:t>
        <w:br/>
        <w:t>f 17157/23113/19875 17102/23061/19821 17103/23060/19820</w:t>
        <w:br/>
        <w:t>f 17133/23090/19850 17094/23053/19813 17131/23088/19848</w:t>
        <w:br/>
        <w:t>f 17140/23097/19857 17142/23098/19858 17139/23095/19855</w:t>
        <w:br/>
        <w:t>f 17119/23078/19838 17140/23097/19857 17139/23095/19855</w:t>
        <w:br/>
        <w:t>f 17093/23048/19808 17102/23061/19821 17092/23049/19809</w:t>
        <w:br/>
        <w:t>f 17091/23050/19810 17092/23049/19809 17099/23056/19816</w:t>
        <w:br/>
        <w:t>f 17118/23075/19835 17109/23066/19826 17110/23065/19825</w:t>
        <w:br/>
        <w:t>f 17149/23106/19867 17148/23104/19864 17147/23105/19866</w:t>
        <w:br/>
        <w:t>f 17109/23066/19826 17149/23106/19867 17151/23108/19869</w:t>
        <w:br/>
        <w:t>f 17129/23086/19846 17141/23099/19859 17140/23097/19857</w:t>
        <w:br/>
        <w:t>f 17096/23051/19811 17097/23054/19814 17122/23079/19839</w:t>
        <w:br/>
        <w:t>f 17137/23094/19854 17097/23054/19814 17136/23093/19853</w:t>
        <w:br/>
        <w:t>f 17162/23119/19881 17156/23114/19876 17103/23060/19820</w:t>
        <w:br/>
        <w:t>f 17125/23080/19840 17123/23082/19842 17133/23090/19850</w:t>
        <w:br/>
        <w:t>f 17133/23090/19850 17123/23082/19842 17094/23053/19813</w:t>
        <w:br/>
        <w:t>f 17117/23074/19834 17116/23073/19833 17109/23066/19826</w:t>
        <w:br/>
        <w:t>f 17148/23104/19864 17113/23072/19885 17146/23103/19865</w:t>
        <w:br/>
        <w:t>f 17113/23072/19832 17098/23057/19817 17106/23063/19871</w:t>
        <w:br/>
        <w:t>f 17140/23097/19857 17091/23050/19810 17099/23056/19816</w:t>
        <w:br/>
        <w:t>f 17168/23123/19808 17167/23124/19810 17166/23125/19886</w:t>
        <w:br/>
        <w:t>f 17171/23126/19887 17170/23127/19888 17169/23128/19889</w:t>
        <w:br/>
        <w:t>f 17172/23129/19890 17171/23126/19887 17169/23128/19889</w:t>
        <w:br/>
        <w:t>f 17175/23130/19891 17174/23131/19892 17173/23132/19893</w:t>
        <w:br/>
        <w:t>f 17176/23133/19894 17175/23130/19891 17173/23132/19893</w:t>
        <w:br/>
        <w:t>f 17179/23134/19895 17168/23123/19808 17178/23135/19896</w:t>
        <w:br/>
        <w:t>f 17177/23136/19897 17179/23134/19895 17178/23135/19896</w:t>
        <w:br/>
        <w:t>f 17182/23137/19898 17181/23138/19899 17180/23139/19900</w:t>
        <w:br/>
        <w:t>f 17185/23140/19901 17184/23141/19902 17183/23142/19903</w:t>
        <w:br/>
        <w:t>f 17176/23133/19894 17186/23143/19904 17175/23130/19891</w:t>
        <w:br/>
        <w:t>f 17187/23144/19905 17182/23137/19898 17180/23139/19900</w:t>
        <w:br/>
        <w:t>f 17190/23145/19906 17189/23146/19907 17188/23147/19908</w:t>
        <w:br/>
        <w:t>f 17191/23148/19909 17190/23145/19906 17188/23147/19908</w:t>
        <w:br/>
        <w:t>f 17188/23147/19908 17192/23149/19910 17191/23148/19909</w:t>
        <w:br/>
        <w:t>f 17192/23149/19910 17193/23150/19911 17183/23142/19903</w:t>
        <w:br/>
        <w:t>f 17196/23151/19912 17195/23152/19913 17194/23153/19914</w:t>
        <w:br/>
        <w:t>f 17195/23152/19913 17197/23154/19915 17194/23153/19914</w:t>
        <w:br/>
        <w:t>f 17200/23155/19916 17199/23156/19842 17198/23157/19917</w:t>
        <w:br/>
        <w:t>f 17179/23134/19895 17202/23158/19918 17201/23159/19843</w:t>
        <w:br/>
        <w:t>f 17174/23131/19892 17203/23160/19919 17173/23132/19893</w:t>
        <w:br/>
        <w:t>f 17204/23161/19920 17203/23160/19919 17174/23131/19892</w:t>
        <w:br/>
        <w:t>f 17197/23154/19915 17195/23152/19913 17172/23129/19890</w:t>
        <w:br/>
        <w:t>f 17207/23162/19921 17206/23163/19922 17205/23164/19923</w:t>
        <w:br/>
        <w:t>f 17207/23162/19921 17205/23164/19923 17208/23165/19924</w:t>
        <w:br/>
        <w:t>f 17205/23164/19923 17210/23166/19925 17209/23167/19926</w:t>
        <w:br/>
        <w:t>f 17206/23163/19922 17210/23166/19925 17205/23164/19923</w:t>
        <w:br/>
        <w:t>f 17171/23126/19887 17205/23164/19923 17209/23167/19926</w:t>
        <w:br/>
        <w:t>f 17170/23127/19888 17171/23126/19887 17209/23167/19926</w:t>
        <w:br/>
        <w:t>f 17171/23126/19887 17172/23129/19890 17211/23168/19853</w:t>
        <w:br/>
        <w:t>f 17199/23156/19842 17171/23126/19887 17211/23168/19853</w:t>
        <w:br/>
        <w:t>f 17212/23169/19854 17172/23129/19890 17195/23152/19913</w:t>
        <w:br/>
        <w:t>f 17195/23152/19913 17214/23170/19927 17213/23171/19928</w:t>
        <w:br/>
        <w:t>f 17196/23151/19912 17214/23170/19927 17195/23152/19913</w:t>
        <w:br/>
        <w:t>f 17212/23169/19854 17195/23152/19913 17215/23172/19929</w:t>
        <w:br/>
        <w:t>f 17217/23173/19930 17216/23174/19931 17215/23172/19929</w:t>
        <w:br/>
        <w:t>f 17212/23169/19854 17215/23172/19929 17167/23124/19810</w:t>
        <w:br/>
        <w:t>f 17175/23130/19891 17219/23175/19932 17218/23176/19933</w:t>
        <w:br/>
        <w:t>f 17220/23177/19934 17187/23144/19905 17180/23139/19900</w:t>
        <w:br/>
        <w:t>f 17221/23178/19935 17187/23144/19905 17220/23177/19934</w:t>
        <w:br/>
        <w:t>f 17223/23179/19936 17222/23180/19937 17221/23178/19938</w:t>
        <w:br/>
        <w:t>f 17183/23142/19903 17224/23181/19939 17223/23179/19936</w:t>
        <w:br/>
        <w:t>f 17183/23142/19903 17184/23141/19902 17225/23182/19940</w:t>
        <w:br/>
        <w:t>f 17226/23183/19941 17183/23142/19903 17225/23182/19940</w:t>
        <w:br/>
        <w:t>f 17204/23161/19920 17174/23131/19892 17215/23172/19929</w:t>
        <w:br/>
        <w:t>f 17186/23143/19904 17189/23146/19907 17190/23145/19906</w:t>
        <w:br/>
        <w:t>f 17175/23130/19891 17186/23143/19904 17190/23145/19906</w:t>
        <w:br/>
        <w:t>f 17175/23130/19891 17180/23139/19942 17227/23184/19943</w:t>
        <w:br/>
        <w:t>f 17219/23175/19932 17175/23130/19891 17227/23184/19943</w:t>
        <w:br/>
        <w:t>f 17180/23139/19942 17228/23185/19944 17227/23184/19943</w:t>
        <w:br/>
        <w:t>f 17230/23186/19945 17228/23185/19946 17229/23187/19945</w:t>
        <w:br/>
        <w:t>f 17232/23188/19947 17231/23189/19948 17177/23136/19897</w:t>
        <w:br/>
        <w:t>f 17178/23135/19896 17166/23125/19886 17233/23190/19949</w:t>
        <w:br/>
        <w:t>f 17234/23191/19950 17178/23135/19896 17233/23190/19949</w:t>
        <w:br/>
        <w:t>f 17166/23125/19886 17218/23176/19933 17233/23190/19949</w:t>
        <w:br/>
        <w:t>f 17174/23131/19892 17175/23130/19891 17166/23125/19886</w:t>
        <w:br/>
        <w:t>f 17175/23130/19891 17218/23176/19933 17166/23125/19886</w:t>
        <w:br/>
        <w:t>f 17236/23192/19951 17202/23158/19918 17235/23193/19952</w:t>
        <w:br/>
        <w:t>f 17235/23193/19952 17202/23158/19918 17237/23194/19953</w:t>
        <w:br/>
        <w:t>f 17179/23134/19895 17177/23136/19897 17202/23158/19918</w:t>
        <w:br/>
        <w:t>f 17238/23195/19954 17201/23159/19843 17202/23158/19918</w:t>
        <w:br/>
        <w:t>f 17178/23135/19896 17239/23196/19955 17232/23188/19947</w:t>
        <w:br/>
        <w:t>f 17237/23194/19953 17202/23158/19918 17177/23136/19897</w:t>
        <w:br/>
        <w:t>f 17238/23195/19954 17202/23158/19918 17236/23192/19951</w:t>
        <w:br/>
        <w:t>f 17178/23135/19896 17240/23197/19956 17239/23196/19955</w:t>
        <w:br/>
        <w:t>f 17234/23191/19950 17240/23197/19956 17178/23135/19896</w:t>
        <w:br/>
        <w:t>f 17232/23188/19947 17177/23136/19897 17178/23135/19896</w:t>
        <w:br/>
        <w:t>f 17208/23165/19924 17205/23164/19923 17171/23126/19887</w:t>
        <w:br/>
        <w:t>f 17213/23171/19928 17217/23173/19930 17215/23172/19929</w:t>
        <w:br/>
        <w:t>f 17195/23152/19913 17213/23171/19928 17215/23172/19929</w:t>
        <w:br/>
        <w:t>f 17168/23123/19808 17166/23125/19886 17178/23135/19896</w:t>
        <w:br/>
        <w:t>f 17167/23124/19810 17174/23131/19892 17166/23125/19886</w:t>
        <w:br/>
        <w:t>f 17193/23150/19911 17185/23140/19901 17183/23142/19903</w:t>
        <w:br/>
        <w:t>f 17224/23181/19939 17222/23180/19937 17223/23179/19936</w:t>
        <w:br/>
        <w:t>f 17183/23142/19903 17226/23183/19941 17224/23181/19939</w:t>
        <w:br/>
        <w:t>f 17204/23161/19920 17215/23172/19929 17216/23174/19931</w:t>
        <w:br/>
        <w:t>f 17169/23128/19889 17197/23154/19915 17172/23129/19890</w:t>
        <w:br/>
        <w:t>f 17212/23169/19854 17211/23168/19853 17172/23129/19890</w:t>
        <w:br/>
        <w:t>f 17237/23194/19953 17177/23136/19897 17231/23189/19948</w:t>
        <w:br/>
        <w:t>f 17200/23155/19916 17208/23165/19924 17199/23156/19842</w:t>
        <w:br/>
        <w:t>f 17208/23165/19924 17171/23126/19887 17199/23156/19842</w:t>
        <w:br/>
        <w:t>f 17192/23149/19910 17183/23142/19903 17191/23148/19909</w:t>
        <w:br/>
        <w:t>f 17223/23179/19936 17221/23178/19938 17190/23145/19957</w:t>
        <w:br/>
        <w:t>f 17190/23145/19906 17180/23139/19942 17175/23130/19891</w:t>
        <w:br/>
        <w:t>f 17215/23172/19929 17174/23131/19892 17167/23124/19810</w:t>
        <w:br/>
        <w:t>f 17285/23198/19958 17284/23199/19959 17283/23200/19960</w:t>
        <w:br/>
        <w:t>f 17282/23201/19961 17285/23198/19958 17283/23200/19960</w:t>
        <w:br/>
        <w:t>f 17289/23202/19962 17288/23203/19963 17287/23204/19963</w:t>
        <w:br/>
        <w:t>f 17286/23205/19964 17289/23202/19962 17287/23204/19963</w:t>
        <w:br/>
        <w:t>f 17293/23206/19965 17292/23207/19966 17291/23208/19967</w:t>
        <w:br/>
        <w:t>f 17290/23209/19968 17293/23206/19965 17291/23208/19967</w:t>
        <w:br/>
        <w:t>f 17297/23210/19969 17296/23211/19970 17295/23212/19970</w:t>
        <w:br/>
        <w:t>f 17294/23213/19971 17297/23210/19969 17295/23212/19970</w:t>
        <w:br/>
        <w:t>f 17299/23214/19970 17298/23215/19970 17293/23206/19965</w:t>
        <w:br/>
        <w:t>f 17290/23209/19968 17299/23214/19970 17293/23206/19965</w:t>
        <w:br/>
        <w:t>f 17302/23216/19972 17301/23217/19973 17300/23218/19974</w:t>
        <w:br/>
        <w:t>f 17283/23200/19960 17284/23199/19959 17297/23210/19969</w:t>
        <w:br/>
        <w:t>f 17294/23213/19971 17283/23200/19960 17297/23210/19969</w:t>
        <w:br/>
        <w:t>f 17285/23198/19958 17282/23201/19961 17287/23204/19963</w:t>
        <w:br/>
        <w:t>f 17288/23203/19963 17285/23198/19958 17287/23204/19963</w:t>
        <w:br/>
        <w:t>f 17291/23208/19967 17292/23207/19966 17289/23202/19962</w:t>
        <w:br/>
        <w:t>f 17286/23205/19964 17291/23208/19967 17289/23202/19962</w:t>
        <w:br/>
        <w:t>f 17305/23219/19972 17304/23220/19975 17303/23221/19976</w:t>
        <w:br/>
        <w:t>f 17306/23222/19977 17305/23219/19972 17303/23221/19976</w:t>
        <w:br/>
        <w:t>f 17307/23223/19978 17303/23221/19976 17304/23220/19975</w:t>
        <w:br/>
        <w:t>f 17301/23217/19973 17302/23216/19972 17305/23219/19972</w:t>
        <w:br/>
        <w:t>f 17306/23222/19977 17301/23217/19973 17305/23219/19972</w:t>
        <w:br/>
        <w:t>f 17314/23224/19979 17313/23225/19980 17312/23226/19981</w:t>
        <w:br/>
        <w:t>f 17315/23227/19982 17313/23225/19980 17314/23224/19979</w:t>
        <w:br/>
        <w:t>f 17318/23228/19983 17317/23229/19984 17316/23230/19985</w:t>
        <w:br/>
        <w:t>f 17319/23231/19986 17317/23229/19984 17318/23228/19983</w:t>
        <w:br/>
        <w:t>f 17320/23232/19987 17313/23225/19980 17315/23227/19982</w:t>
        <w:br/>
        <w:t>f 17316/23230/19985 17313/23225/19980 17320/23232/19987</w:t>
        <w:br/>
        <w:t>f 17321/23233/19988 17317/23229/19984 17319/23231/19986</w:t>
        <w:br/>
        <w:t>f 17312/23226/19981 17317/23229/19984 17321/23233/19988</w:t>
        <w:br/>
        <w:t>f 17584/23234/19989 17583/23235/19990 17582/23236/19991</w:t>
        <w:br/>
        <w:t>f 17587/23237/19992 17586/23238/19993 17585/23239/19990</w:t>
        <w:br/>
        <w:t>f 17588/23240/19994 17587/23237/19992 17585/23239/19990</w:t>
        <w:br/>
        <w:t>f 17583/23235/19990 17584/23234/19989 17588/23240/19994</w:t>
        <w:br/>
        <w:t>f 17585/23239/19990 17583/23235/19990 17588/23240/19994</w:t>
        <w:br/>
        <w:t>f 17586/23238/19993 17587/23237/19992 17589/23241/19995</w:t>
        <w:br/>
        <w:t>f 17592/23242/19996 17591/23243/14529 17590/23244/14529</w:t>
        <w:br/>
        <w:t>f 17593/23245/19997 17592/23242/19996 17590/23244/14529</w:t>
        <w:br/>
        <w:t>f 17595/23246/19998 17594/23247/19999 17593/23245/19997</w:t>
        <w:br/>
        <w:t>f 17598/23248/20000 17597/23249/20001 17596/23250/20002</w:t>
        <w:br/>
        <w:t>f 17599/23251/20003 17598/23248/20000 17596/23250/20002</w:t>
        <w:br/>
        <w:t>f 17602/23252/20004 17601/23253/20005 17600/23254/20006</w:t>
        <w:br/>
        <w:t>f 17603/23255/20004 17602/23252/20004 17600/23254/20006</w:t>
        <w:br/>
        <w:t>f 17607/23256/20007 17606/23257/20008 17605/23258/20009</w:t>
        <w:br/>
        <w:t>f 17604/23259/20010 17607/23256/20007 17605/23258/20009</w:t>
        <w:br/>
        <w:t>f 17611/23260/20011 17610/23261/20011 17609/23262/20011</w:t>
        <w:br/>
        <w:t>f 17608/23263/20011 17611/23260/20011 17609/23262/20011</w:t>
        <w:br/>
        <w:t>f 17606/23257/20008 17613/23264/20012 17612/23265/20013</w:t>
        <w:br/>
        <w:t>f 17605/23258/20009 17606/23257/20008 17612/23265/20013</w:t>
        <w:br/>
        <w:t>f 17616/23266/20014 17615/23267/19999 17614/23268/20015</w:t>
        <w:br/>
        <w:t>f 17617/23269/20016 17616/23266/20014 17614/23268/20015</w:t>
        <w:br/>
        <w:t>f 17617/23269/20016 17618/23270/20017 17616/23266/20014</w:t>
        <w:br/>
        <w:t>f 17622/23271/20018 17621/23272/20019 17620/23273/20020</w:t>
        <w:br/>
        <w:t>f 17619/23274/20020 17622/23271/20018 17620/23273/20020</w:t>
        <w:br/>
        <w:t>f 17619/23274/20020 17620/23273/20020 17624/23275/20021</w:t>
        <w:br/>
        <w:t>f 17623/23276/20022 17619/23274/20020 17624/23275/20021</w:t>
        <w:br/>
        <w:t>f 17626/23277/20023 17623/23276/20022 17624/23275/20021</w:t>
        <w:br/>
        <w:t>f 17625/23278/20023 17626/23277/20023 17624/23275/20021</w:t>
        <w:br/>
        <w:t>f 17593/23245/19997 17594/23247/19999 17627/23279/20024</w:t>
        <w:br/>
        <w:t>f 17592/23242/19996 17593/23245/19997 17627/23279/20024</w:t>
        <w:br/>
        <w:t>f 17627/23279/20024 17628/23280/20025 17592/23242/19996</w:t>
        <w:br/>
        <w:t>f 17630/23281/20026 17629/23282/20027 17612/23265/20013</w:t>
        <w:br/>
        <w:t>f 17613/23264/20012 17630/23281/20026 17612/23265/20013</w:t>
        <w:br/>
        <w:t>f 17633/23283/20028 17632/23284/20029 17631/23285/20030</w:t>
        <w:br/>
        <w:t>f 17637/23286/20031 17636/23287/16997 17635/23288/16997</w:t>
        <w:br/>
        <w:t>f 17634/23289/20032 17637/23286/20031 17635/23288/16997</w:t>
        <w:br/>
        <w:t>f 17639/23290/20033 17637/23286/20031 17638/23291/20034</w:t>
        <w:br/>
        <w:t>f 17642/23292/20035 17641/23293/20001 17640/23294/20001</w:t>
        <w:br/>
        <w:t>f 17643/23295/20036 17642/23292/20035 17640/23294/20001</w:t>
        <w:br/>
        <w:t>f 17646/23296/20037 17645/23297/20038 17644/23298/20039</w:t>
        <w:br/>
        <w:t>f 17647/23299/20040 17646/23296/20037 17644/23298/20039</w:t>
        <w:br/>
        <w:t>f 17651/23300/20041 17650/23301/20042 17649/23302/20043</w:t>
        <w:br/>
        <w:t>f 17648/23303/20044 17651/23300/20041 17649/23302/20043</w:t>
        <w:br/>
        <w:t>f 17654/23304/20045 17653/23305/20045 17652/23306/20045</w:t>
        <w:br/>
        <w:t>f 17655/23307/20045 17654/23304/20045 17652/23306/20045</w:t>
        <w:br/>
        <w:t>f 17648/23303/20044 17649/23302/20043 17657/23308/20046</w:t>
        <w:br/>
        <w:t>f 17656/23309/20047 17648/23303/20044 17657/23308/20046</w:t>
        <w:br/>
        <w:t>f 17660/23310/20048 17631/23285/20049 17659/23311/20034</w:t>
        <w:br/>
        <w:t>f 17658/23312/20050 17660/23310/20048 17659/23311/20034</w:t>
        <w:br/>
        <w:t>f 17664/23313/20051 17663/23314/20052 17662/23315/20053</w:t>
        <w:br/>
        <w:t>f 17661/23316/20051 17664/23313/20051 17662/23315/20053</w:t>
        <w:br/>
        <w:t>f 17663/23314/20052 17666/23317/20037 17665/23318/20054</w:t>
        <w:br/>
        <w:t>f 17662/23315/20053 17663/23314/20052 17665/23318/20054</w:t>
        <w:br/>
        <w:t>f 17668/23319/20055 17667/23320/20055 17665/23318/20054</w:t>
        <w:br/>
        <w:t>f 17666/23317/20037 17668/23319/20055 17665/23318/20054</w:t>
        <w:br/>
        <w:t>f 17669/23321/20050 17638/23291/20034 17637/23286/20031</w:t>
        <w:br/>
        <w:t>f 17634/23289/20032 17669/23321/20050 17637/23286/20031</w:t>
        <w:br/>
        <w:t>f 17669/23321/20050 17634/23289/20032 17670/23322/20056</w:t>
        <w:br/>
        <w:t>f 17672/23323/20026 17656/23309/20047 17657/23308/20046</w:t>
        <w:br/>
        <w:t>f 17671/23324/20057 17672/23323/20026 17657/23308/20046</w:t>
        <w:br/>
        <w:t>f 17631/23285/20030 17632/23284/20029 17673/23325/20058</w:t>
        <w:br/>
        <w:t>f 17677/23326/20049 17676/23327/20048 17675/23328/20016</w:t>
        <w:br/>
        <w:t>f 17674/23329/20015 17677/23326/20049 17675/23328/20016</w:t>
        <w:br/>
        <w:t>f 17679/23330/20059 17660/23310/20048 17678/23331/20060</w:t>
        <w:br/>
        <w:t>f 17660/23310/20048 17680/23332/20061 17678/23331/20060</w:t>
        <w:br/>
        <w:t>f 17614/23268/20015 17682/23333/20062 17681/23334/20063</w:t>
        <w:br/>
        <w:t>f 18939/23335/17150 18938/23336/17150 18937/23337/17150</w:t>
        <w:br/>
        <w:t>f 18940/23338/17150 18939/23335/17150 18937/23337/17150</w:t>
        <w:br/>
        <w:t>f 18943/23339/17149 18942/23340/20064 18941/23341/17149</w:t>
        <w:br/>
        <w:t>f 18944/23342/20065 18943/23339/17149 18941/23341/17149</w:t>
        <w:br/>
        <w:t>f 18948/23343/17152 18947/23344/20066 18946/23345/17152</w:t>
        <w:br/>
        <w:t>f 18945/23346/20067 18948/23343/17152 18946/23345/17152</w:t>
        <w:br/>
        <w:t>f 18952/23347/17151 18951/23348/20068 18950/23349/17151</w:t>
        <w:br/>
        <w:t>f 18949/23350/17151 18952/23347/17151 18950/23349/17151</w:t>
        <w:br/>
        <w:t>f 18955/23351/14186 18954/23352/14186 18953/23353/14186</w:t>
        <w:br/>
        <w:t>f 18956/23354/14186 18955/23351/14186 18953/23353/14186</w:t>
        <w:br/>
        <w:t>f 18970/23355/20069 18969/23356/20070 18968/23357/20070</w:t>
        <w:br/>
        <w:t>f 18967/23358/20071 18970/23355/20069 18968/23357/20070</w:t>
        <w:br/>
        <w:t>f 18973/23359/20072 18972/23360/20073 18971/23361/20074</w:t>
        <w:br/>
        <w:t>f 18969/23356/20070 18975/23362/20075 18974/23363/20075</w:t>
        <w:br/>
        <w:t>f 18968/23357/20070 18969/23356/20070 18974/23363/20075</w:t>
        <w:br/>
        <w:t>f 18987/23364/20076 18986/23365/20076 18985/23366/20077</w:t>
        <w:br/>
        <w:t>f 18988/23367/20078 18987/23364/20076 18985/23366/20077</w:t>
        <w:br/>
        <w:t>f 18990/23368/20079 18989/23369/20080 18988/23367/20078</w:t>
        <w:br/>
        <w:t>f 18985/23366/20077 18990/23368/20079 18988/23367/20078</w:t>
        <w:br/>
        <w:t>f 18996/23370/20081 18995/23371/20082 18994/23372/20083</w:t>
        <w:br/>
        <w:t>f 18993/23373/20084 18996/23370/20081 18994/23372/20083</w:t>
        <w:br/>
        <w:t>f 18999/23374/20085 18998/23375/20086 18997/23376/20087</w:t>
        <w:br/>
        <w:t>f 19001/23377/20088 18996/23370/20081 19000/23378/20089</w:t>
        <w:br/>
        <w:t>f 19016/23379/20090 19015/23380/20091 19014/23381/20091</w:t>
        <w:br/>
        <w:t>f 19013/23382/20090 19016/23379/20090 19014/23381/20091</w:t>
        <w:br/>
        <w:t>f 19016/23379/20090 19013/23382/20090 19017/23383/20092</w:t>
        <w:br/>
        <w:t>f 19000/23378/20089 19016/23379/20090 19017/23383/20092</w:t>
        <w:br/>
        <w:t>f 19026/23384/20093 19025/23385/20093 19024/23386/20094</w:t>
        <w:br/>
        <w:t>f 19027/23387/20095 19026/23384/20093 19024/23386/20094</w:t>
        <w:br/>
        <w:t>f 19029/23388/20096 19028/23389/20097 19025/23385/20093</w:t>
        <w:br/>
        <w:t>f 19026/23384/20093 19029/23388/20096 19025/23385/20093</w:t>
        <w:br/>
        <w:t>f 19031/23390/20098 19027/23387/20095 19030/23391/20099</w:t>
        <w:br/>
        <w:t>f 19038/23392/20100 19031/23390/20098 19037/23393/20101</w:t>
        <w:br/>
        <w:t>f 19039/23394/20100 19038/23392/20100 19037/23393/20101</w:t>
        <w:br/>
        <w:t>f 19041/23395/20102 19038/23392/20100 19039/23394/20100</w:t>
        <w:br/>
        <w:t>f 19040/23396/20103 19041/23395/20102 19039/23394/20100</w:t>
        <w:br/>
        <w:t>f 18997/23376/20087 18986/23365/20076 18987/23364/20076</w:t>
        <w:br/>
        <w:t>f 18999/23374/20085 18997/23376/20087 18987/23364/20076</w:t>
        <w:br/>
        <w:t>f 19041/23395/20102 19040/23396/20103 18974/23363/20075</w:t>
        <w:br/>
        <w:t>f 18975/23362/20075 19041/23395/20102 18974/23363/20075</w:t>
        <w:br/>
        <w:t>f 19042/23397/20104 19014/23381/20091 19015/23380/20091</w:t>
        <w:br/>
        <w:t>f 19043/23398/20105 19042/23397/20104 19015/23380/20091</w:t>
        <w:br/>
        <w:t>f 19042/23397/20104 19043/23398/20105 18989/23369/20080</w:t>
        <w:br/>
        <w:t>f 18990/23368/20079 19042/23397/20104 18989/23369/20080</w:t>
        <w:br/>
        <w:t>f 19024/23386/20094 19030/23391/20099 19027/23387/20095</w:t>
        <w:br/>
        <w:t>f 19017/23383/20092 19001/23377/20088 19000/23378/20089</w:t>
        <w:br/>
        <w:t>f 18973/23359/20072 19029/23388/20096 18972/23360/20073</w:t>
        <w:br/>
        <w:t>f 18994/23372/20083 18998/23375/20086 18999/23374/20085</w:t>
        <w:br/>
        <w:t>f 18993/23373/20084 18994/23372/20083 18999/23374/20085</w:t>
        <w:br/>
        <w:t>f 18971/23361/20074 18970/23355/20069 18967/23358/20071</w:t>
        <w:br/>
        <w:t>f 18971/23361/20074 18972/23360/20073 18970/23355/20069</w:t>
        <w:br/>
        <w:t>f 18973/23359/20072 19028/23389/20097 19029/23388/20096</w:t>
        <w:br/>
        <w:t>f 19031/23390/20098 19030/23391/20099 19037/23393/20101</w:t>
        <w:br/>
        <w:t>f 19001/23377/20088 18995/23371/20082 18996/23370/20081</w:t>
        <w:br/>
        <w:t>f 19047/23399/20106 19046/23400/20107 19045/23401/20107</w:t>
        <w:br/>
        <w:t>f 19048/23402/20106 19047/23399/20106 19045/23401/20107</w:t>
        <w:br/>
        <w:t>f 19050/23403/20107 19047/23399/20106 19048/23402/20106</w:t>
        <w:br/>
        <w:t>f 19049/23404/20107 19050/23403/20107 19048/23402/20106</w:t>
        <w:br/>
        <w:t>f 19052/23405/20107 19051/23406/20107 19050/23403/20107</w:t>
        <w:br/>
        <w:t>f 19049/23404/20107 19052/23405/20107 19050/23403/20107</w:t>
        <w:br/>
        <w:t>f 19056/23407/20107 19055/23408/20107 19054/23409/20107</w:t>
        <w:br/>
        <w:t>f 19053/23410/20107 19056/23407/20107 19054/23409/20107</w:t>
        <w:br/>
        <w:t>f 19060/23411/20107 19059/23412/20107 19058/23413/20107</w:t>
        <w:br/>
        <w:t>f 19057/23414/20107 19060/23411/20107 19058/23413/20107</w:t>
        <w:br/>
        <w:t>f 19064/23415/20107 19063/23416/20107 19062/23417/20107</w:t>
        <w:br/>
        <w:t>f 19061/23418/20106 19064/23415/20107 19062/23417/20107</w:t>
        <w:br/>
        <w:t>f 19061/23418/20106 19066/23419/20107 19065/23420/20107</w:t>
        <w:br/>
        <w:t>f 19064/23415/20107 19061/23418/20106 19065/23420/20107</w:t>
        <w:br/>
        <w:t>f 19068/23421/20107 19067/23422/20107 19051/23406/20107</w:t>
        <w:br/>
        <w:t>f 19052/23405/20107 19068/23421/20107 19051/23406/20107</w:t>
        <w:br/>
        <w:t>f 19071/23423/20107 19070/23424/20107 19069/23425/20107</w:t>
        <w:br/>
        <w:t>f 19072/23426/20107 19071/23423/20107 19069/23425/20107</w:t>
        <w:br/>
        <w:t>f 19073/23427/20107 19072/23426/20107 19069/23425/20107</w:t>
        <w:br/>
        <w:t>f 19074/23428/20107 19073/23427/20107 19069/23425/20107</w:t>
        <w:br/>
        <w:t>f 19055/23408/20107 19076/23429/20107 19075/23430/20107</w:t>
        <w:br/>
        <w:t>f 19054/23409/20107 19055/23408/20107 19075/23430/20107</w:t>
        <w:br/>
        <w:t>f 19057/23414/20107 19058/23413/20107 19056/23407/20107</w:t>
        <w:br/>
        <w:t>f 19053/23410/20107 19057/23414/20107 19056/23407/20107</w:t>
        <w:br/>
        <w:t>f 19045/23401/20107 19046/23400/20107 19065/23420/20107</w:t>
        <w:br/>
        <w:t>f 19066/23419/20107 19045/23401/20107 19065/23420/20107</w:t>
        <w:br/>
        <w:t>f 19078/23431/20107 19077/23432/20106 19070/23424/20107</w:t>
        <w:br/>
        <w:t>f 19071/23423/20107 19078/23431/20107 19070/23424/20107</w:t>
        <w:br/>
        <w:t>f 19074/23428/20107 19067/23422/20107 19068/23421/20107</w:t>
        <w:br/>
        <w:t>f 19073/23427/20107 19074/23428/20107 19068/23421/20107</w:t>
        <w:br/>
        <w:t>f 19063/23416/20107 19059/23412/20107 19060/23411/20107</w:t>
        <w:br/>
        <w:t>f 19062/23417/20107 19063/23416/20107 19060/23411/20107</w:t>
        <w:br/>
        <w:t>f 19082/23433/20108 19081/23434/20109 19080/23435/20110</w:t>
        <w:br/>
        <w:t>f 19079/23436/20111 19082/23433/20108 19080/23435/20110</w:t>
        <w:br/>
        <w:t>f 19084/23437/20112 19081/23434/20109 19082/23433/20108</w:t>
        <w:br/>
        <w:t>f 19083/23438/20112 19084/23437/20112 19082/23433/20108</w:t>
        <w:br/>
        <w:t>f 19087/23439/20113 19086/23440/20113 19085/23441/20114</w:t>
        <w:br/>
        <w:t>f 19088/23442/20115 19087/23439/20113 19085/23441/20114</w:t>
        <w:br/>
        <w:t>f 19080/23435/20110 19088/23442/20115 19085/23441/20114</w:t>
        <w:br/>
        <w:t>f 19079/23436/20111 19080/23435/20110 19085/23441/20114</w:t>
        <w:br/>
        <w:t>f 19092/23443/20116 19091/23444/20117 19090/23445/20118</w:t>
        <w:br/>
        <w:t>f 19089/23446/20119 19092/23443/20116 19090/23445/20118</w:t>
        <w:br/>
        <w:t>f 19094/23447/20112 19093/23448/20112 19092/23443/20116</w:t>
        <w:br/>
        <w:t>f 19089/23446/20119 19094/23447/20112 19092/23443/20116</w:t>
        <w:br/>
        <w:t>f 19097/23449/20120 19096/23450/20121 19095/23451/20113</w:t>
        <w:br/>
        <w:t>f 19098/23452/20122 19097/23449/20120 19095/23451/20113</w:t>
        <w:br/>
        <w:t>f 19090/23445/20118 19091/23444/20117 19097/23449/20120</w:t>
        <w:br/>
        <w:t>f 19098/23452/20122 19090/23445/20118 19097/23449/20120</w:t>
        <w:br/>
        <w:t>f 19102/23453/20123 19101/23454/20124 19100/23455/20125</w:t>
        <w:br/>
        <w:t>f 19099/23456/20126 19102/23453/20123 19100/23455/20125</w:t>
        <w:br/>
        <w:t>f 19099/23456/20126 19103/23457/20127 19102/23453/20123</w:t>
        <w:br/>
        <w:t>f 19105/23458/20128 19104/23459/20128 19102/23453/20123</w:t>
        <w:br/>
        <w:t>f 19103/23457/20127 19105/23458/20128 19102/23453/20123</w:t>
        <w:br/>
        <w:t>f 19108/23460/20129 19107/23461/20130 19106/23462/20131</w:t>
        <w:br/>
        <w:t>f 19109/23463/20132 19108/23460/20129 19106/23462/20131</w:t>
        <w:br/>
        <w:t>f 19107/23461/20130 19110/23464/20133 19106/23462/20131</w:t>
        <w:br/>
        <w:t>f 19112/23465/20134 19111/23466/20135 19110/23464/20133</w:t>
        <w:br/>
        <w:t>f 19107/23461/20130 19112/23465/20134 19110/23464/20133</w:t>
        <w:br/>
        <w:t>f 19113/23467/20136 19108/23460/20129 19109/23463/20132</w:t>
        <w:br/>
        <w:t>f 19116/23468/20137 19115/23469/20138 19114/23470/20139</w:t>
        <w:br/>
        <w:t>f 19114/23470/20139 19118/23471/20140 19117/23472/20141</w:t>
        <w:br/>
        <w:t>f 19116/23468/20137 19114/23470/20139 19117/23472/20141</w:t>
        <w:br/>
        <w:t>f 19115/23469/20138 19120/23473/20142 19119/23474/20143</w:t>
        <w:br/>
        <w:t>f 19114/23470/20139 19115/23469/20138 19119/23474/20143</w:t>
        <w:br/>
        <w:t>f 19118/23471/20140 19121/23475/20144 19117/23472/20141</w:t>
        <w:br/>
        <w:t>f 19119/23474/20143 19120/23473/20142 19122/23476/20145</w:t>
        <w:br/>
        <w:t>f 19123/23477/20146 19108/23460/20147 19119/23474/20143</w:t>
        <w:br/>
        <w:t>f 19122/23476/20145 19123/23477/20146 19119/23474/20143</w:t>
        <w:br/>
        <w:t>f 19104/23459/20128 19105/23458/20128 19111/23466/20148</w:t>
        <w:br/>
        <w:t>f 19121/23475/20144 19118/23471/20140 19124/23478/20149</w:t>
        <w:br/>
        <w:t>f 19125/23479/20150 19121/23475/20144 19124/23478/20149</w:t>
        <w:br/>
        <w:t>f 19108/23460/20147 19123/23477/20146 19125/23479/20151</w:t>
        <w:br/>
        <w:t>f 19129/23480/20152 19128/23481/20153 19127/23482/20154</w:t>
        <w:br/>
        <w:t>f 19126/23483/20152 19129/23480/20152 19127/23482/20154</w:t>
        <w:br/>
        <w:t>f 19131/23484/20155 19127/23482/20154 19128/23481/20153</w:t>
        <w:br/>
        <w:t>f 19130/23485/20155 19131/23484/20155 19128/23481/20153</w:t>
        <w:br/>
        <w:t>f 19131/23484/20155 19130/23485/20155 19132/23486/20156</w:t>
        <w:br/>
        <w:t>f 19133/23487/20156 19131/23484/20155 19132/23486/20156</w:t>
        <w:br/>
        <w:t>f 19133/23487/20156 19132/23486/20156 19134/23488/20157</w:t>
        <w:br/>
        <w:t>f 19135/23489/20158 19133/23487/20156 19134/23488/20157</w:t>
        <w:br/>
        <w:t>f 19135/23489/20158 19134/23488/20157 19136/23490/20159</w:t>
        <w:br/>
        <w:t>f 19137/23491/20160 19135/23489/20158 19136/23490/20159</w:t>
        <w:br/>
        <w:t>f 19139/23492/20161 19137/23491/20160 19136/23490/20159</w:t>
        <w:br/>
        <w:t>f 19138/23493/20162 19139/23492/20161 19136/23490/20159</w:t>
        <w:br/>
        <w:t>f 19141/23494/20163 19139/23492/20161 19138/23493/20162</w:t>
        <w:br/>
        <w:t>f 19140/23495/20164 19141/23494/20163 19138/23493/20162</w:t>
        <w:br/>
        <w:t>f 19141/23494/20163 19140/23495/20164 19129/23480/20152</w:t>
        <w:br/>
        <w:t>f 19126/23483/20152 19141/23494/20163 19129/23480/20152</w:t>
        <w:br/>
        <w:t>f 21098/23496/20165 21097/23497/20166 21096/23498/20167</w:t>
        <w:br/>
        <w:t>f 21101/23499/20168 21100/23500/20169 21099/23501/20170</w:t>
        <w:br/>
        <w:t>f 21102/23502/20171 21101/23499/20168 21099/23501/20170</w:t>
        <w:br/>
        <w:t>f 21099/23501/20170 21103/23503/20172 21102/23502/20171</w:t>
        <w:br/>
        <w:t>f 21101/23499/20168 21096/23498/20167 21097/23497/20166</w:t>
        <w:br/>
        <w:t>f 21100/23500/20169 21101/23499/20168 21097/23497/20166</w:t>
        <w:br/>
        <w:t>f 21106/23504/20173 21105/23505/20174 21104/23506/20175</w:t>
        <w:br/>
        <w:t>f 21109/23507/20176 21108/23508/20177 21107/23509/20178</w:t>
        <w:br/>
        <w:t>f 21111/23510/20179 21109/23507/20176 21107/23509/20178</w:t>
        <w:br/>
        <w:t>f 21110/23511/20180 21111/23510/20179 21107/23509/20178</w:t>
        <w:br/>
        <w:t>f 21108/23508/20177 21109/23507/20176 21113/23512/20181</w:t>
        <w:br/>
        <w:t>f 21112/23513/20182 21108/23508/20177 21113/23512/20181</w:t>
        <w:br/>
        <w:t>f 21115/23514/20183 21114/23515/20184 21105/23505/20174</w:t>
        <w:br/>
        <w:t>f 21106/23504/20173 21115/23514/20183 21105/23505/20174</w:t>
        <w:br/>
        <w:t>f 21117/23516/20185 21113/23512/20186 21116/23517/20187</w:t>
        <w:br/>
        <w:t>f 21118/23518/20188 21104/23506/20175 21105/23505/20174</w:t>
        <w:br/>
        <w:t>f 21119/23519/20188 21118/23518/20188 21105/23505/20174</w:t>
        <w:br/>
        <w:t>f 21119/23519/20188 21120/23520/20189 21118/23518/20188</w:t>
        <w:br/>
        <w:t>f 21120/23520/20189 21123/23521/20190 21122/23522/20191</w:t>
        <w:br/>
        <w:t>f 21121/23523/20191 21120/23520/20189 21122/23522/20191</w:t>
        <w:br/>
        <w:t>f 21111/23510/20179 21110/23511/20180 21124/23524/20192</w:t>
        <w:br/>
        <w:t>f 21126/23525/20193 21125/23526/20194 21111/23510/20179</w:t>
        <w:br/>
        <w:t>f 21124/23524/20192 21126/23525/20193 21111/23510/20179</w:t>
        <w:br/>
        <w:t>f 21127/23527/20195 21125/23526/20194 21126/23525/20193</w:t>
        <w:br/>
        <w:t>f 21113/23512/20181 21125/23526/20194 21127/23527/20195</w:t>
        <w:br/>
        <w:t>f 21128/23528/20196 21113/23512/20181 21127/23527/20195</w:t>
        <w:br/>
        <w:t>f 21130/23529/20197 21113/23512/20186 21117/23516/20185</w:t>
        <w:br/>
        <w:t>f 21129/23530/20198 21130/23529/20197 21117/23516/20185</w:t>
        <w:br/>
        <w:t>f 21121/23523/20191 21122/23522/20191 21129/23530/20198</w:t>
        <w:br/>
        <w:t>f 21112/23513/20182 21113/23512/20181 21128/23528/20196</w:t>
        <w:br/>
        <w:t>f 21133/23531/20199 21132/23532/20200 21131/23533/20201</w:t>
        <w:br/>
        <w:t>f 21134/23534/20202 21133/23531/20199 21131/23533/20201</w:t>
        <w:br/>
        <w:t>f 21136/23535/20203 21135/23536/20203 21133/23531/20199</w:t>
        <w:br/>
        <w:t>f 21134/23534/20202 21136/23535/20203 21133/23531/20199</w:t>
        <w:br/>
        <w:t>f 21138/23537/20204 21137/23538/20204 21135/23536/20203</w:t>
        <w:br/>
        <w:t>f 21136/23535/20203 21138/23537/20204 21135/23536/20203</w:t>
        <w:br/>
        <w:t>f 21139/23539/20205 21137/23538/20204 21138/23537/20204</w:t>
        <w:br/>
        <w:t>f 21140/23540/20206 21139/23539/20205 21138/23537/20204</w:t>
        <w:br/>
        <w:t>f 21141/23541/20207 21139/23539/20205 21140/23540/20206</w:t>
        <w:br/>
        <w:t>f 21142/23542/20207 21141/23541/20207 21140/23540/20206</w:t>
        <w:br/>
        <w:t>f 21144/23543/20208 21143/23544/20208 21141/23541/20207</w:t>
        <w:br/>
        <w:t>f 21142/23542/20207 21144/23543/20208 21141/23541/20207</w:t>
        <w:br/>
        <w:t>f 21146/23545/20209 21145/23546/20209 21143/23544/20208</w:t>
        <w:br/>
        <w:t>f 21144/23543/20208 21146/23545/20209 21143/23544/20208</w:t>
        <w:br/>
        <w:t>f 21132/23532/20200 21145/23546/20209 21146/23545/20209</w:t>
        <w:br/>
        <w:t>f 21131/23533/20201 21132/23532/20200 21146/23545/20209</w:t>
        <w:br/>
        <w:t>f 21307/23547/20210 21306/23548/20210 21305/23549/20211</w:t>
        <w:br/>
        <w:t>f 21304/23550/20211 21307/23547/20210 21305/23549/20211</w:t>
        <w:br/>
        <w:t>f 21310/23551/20212 21309/23552/20213 21308/23553/20213</w:t>
        <w:br/>
        <w:t>f 21311/23554/20212 21310/23551/20212 21308/23553/20213</w:t>
        <w:br/>
        <w:t>f 21314/23555/20214 21313/23556/20215 21312/23557/20215</w:t>
        <w:br/>
        <w:t>f 21315/23558/20214 21314/23555/20214 21312/23557/20215</w:t>
        <w:br/>
        <w:t>f 21319/23559/20216 21318/23560/20217 21317/23561/20218</w:t>
        <w:br/>
        <w:t>f 21316/23562/20218 21319/23559/20216 21317/23561/20218</w:t>
        <w:br/>
        <w:t>f 21307/23547/20210 21320/23563/20219 21306/23548/20210</w:t>
        <w:br/>
        <w:t>f 21311/23554/20212 21320/23563/20219 21310/23551/20212</w:t>
        <w:br/>
        <w:t>f 21315/23558/20214 21321/23564/20219 21314/23555/20214</w:t>
        <w:br/>
        <w:t>f 21323/23565/20220 21321/23564/20219 21322/23566/20220</w:t>
        <w:br/>
        <w:t>f 21305/23549/20211 21324/23567/20221 21304/23550/20211</w:t>
        <w:br/>
        <w:t>f 21326/23568/20222 21324/23567/20223 21325/23569/20222</w:t>
        <w:br/>
        <w:t>f 21313/23556/20215 21327/23570/20223 21312/23557/20215</w:t>
        <w:br/>
        <w:t>f 21317/23561/20218 21327/23570/20223 21316/23562/20218</w:t>
        <w:br/>
        <w:t>f 21330/23571/20224 21329/23572/20225 21328/23573/20226</w:t>
        <w:br/>
        <w:t>f 21332/23574/20227 21328/23573/20226 21329/23572/20225</w:t>
        <w:br/>
        <w:t>f 21331/23575/20228 21332/23574/20227 21329/23572/20225</w:t>
        <w:br/>
        <w:t>f 21331/23575/20228 21333/23576/20229 21332/23574/20227</w:t>
        <w:br/>
        <w:t>f 21333/23576/20229 21331/23575/20228 21334/23577/20230</w:t>
        <w:br/>
        <w:t>f 21335/23578/20230 21333/23576/20229 21334/23577/20230</w:t>
        <w:br/>
        <w:t>f 21329/23572/20225 21330/23571/20224 21337/23579/20231</w:t>
        <w:br/>
        <w:t>f 21336/23580/20232 21329/23572/20225 21337/23579/20231</w:t>
        <w:br/>
        <w:t>f 21340/23581/20233 21339/23582/20234 21338/23583/20235</w:t>
        <w:br/>
        <w:t>f 21336/23580/20232 21337/23579/20231 21341/23584/20236</w:t>
        <w:br/>
        <w:t>f 21344/23585/20237 21343/23586/20238 21342/23587/20237</w:t>
        <w:br/>
        <w:t>f 21344/23585/20237 21342/23587/20237 21339/23582/20234</w:t>
        <w:br/>
        <w:t>f 21340/23581/20233 21344/23585/20237 21339/23582/20234</w:t>
        <w:br/>
        <w:t>f 21347/23588/20239 21341/23584/20240 21346/23589/20241</w:t>
        <w:br/>
        <w:t>f 21345/23590/20242 21347/23588/20239 21346/23589/20241</w:t>
        <w:br/>
        <w:t>f 21350/23591/20243 21349/23592/20244 21348/23593/20245</w:t>
        <w:br/>
        <w:t>f 21351/23594/20246 21350/23591/20243 21348/23593/20245</w:t>
        <w:br/>
        <w:t>f 21349/23592/20244 21350/23591/20243 21352/23595/20247</w:t>
        <w:br/>
        <w:t>f 21336/23580/20248 21349/23592/20244 21352/23595/20247</w:t>
        <w:br/>
        <w:t>f 21343/23586/20249 21336/23580/20248 21352/23595/20247</w:t>
        <w:br/>
        <w:t>f 21348/23593/20245 21353/23596/20250 21351/23594/20246</w:t>
        <w:br/>
        <w:t>f 21334/23577/20230 21346/23589/20241 21335/23578/20230</w:t>
        <w:br/>
        <w:t>f 21338/23583/20235 21353/23596/20250 21348/23593/20245</w:t>
        <w:br/>
        <w:t>f 21340/23581/20233 21338/23583/20235 21348/23593/20245</w:t>
        <w:br/>
        <w:t>f 21356/23597/20251 21355/23598/20252 21354/23599/20253</w:t>
        <w:br/>
        <w:t>f 21357/23600/20254 21356/23597/20251 21354/23599/20253</w:t>
        <w:br/>
        <w:t>f 21358/23601/20255 21356/23597/20251 21357/23600/20254</w:t>
        <w:br/>
        <w:t>f 21359/23602/20256 21358/23601/20255 21357/23600/20254</w:t>
        <w:br/>
        <w:t>f 21361/23603/20257 21360/23604/20258 21358/23601/20255</w:t>
        <w:br/>
        <w:t>f 21359/23602/20256 21361/23603/20257 21358/23601/20255</w:t>
        <w:br/>
        <w:t>f 21363/23605/20259 21362/23606/20259 21360/23604/20258</w:t>
        <w:br/>
        <w:t>f 21361/23603/20257 21363/23605/20259 21360/23604/20258</w:t>
        <w:br/>
        <w:t>f 21364/23607/20260 21362/23606/20259 21363/23605/20259</w:t>
        <w:br/>
        <w:t>f 21365/23608/20260 21364/23607/20260 21363/23605/20259</w:t>
        <w:br/>
        <w:t>f 21366/23609/20261 21364/23607/20260 21365/23608/20260</w:t>
        <w:br/>
        <w:t>f 21367/23610/20262 21366/23609/20261 21365/23608/20260</w:t>
        <w:br/>
        <w:t>f 21369/23611/20263 21368/23612/20264 21366/23609/20261</w:t>
        <w:br/>
        <w:t>f 21367/23610/20262 21369/23611/20263 21366/23609/20261</w:t>
        <w:br/>
        <w:t>f 21354/23599/20253 21355/23598/20252 21368/23612/20264</w:t>
        <w:br/>
        <w:t>f 21369/23611/20263 21354/23599/20253 21368/23612/20264</w:t>
        <w:br/>
        <w:t>f 21372/13416/12034 21373/23613/20265 21371/13417/12035</w:t>
        <w:br/>
        <w:t>f 21376/23614/20266 21375/23615/20267 21374/13421/12039</w:t>
        <w:br/>
        <w:t>f 21377/23616/20268 21376/23614/20266 21374/13421/12039</w:t>
        <w:br/>
        <w:t>f 21378/23617/20269 21375/23615/20267 21376/23614/20266</w:t>
        <w:br/>
        <w:t>f 21380/23618/20270 21379/23619/20271 21378/23617/20269</w:t>
        <w:br/>
        <w:t>f 21374/13421/12039 21381/13420/12038 21377/23616/20268</w:t>
        <w:br/>
        <w:t>f 21385/23620/20272 21384/23621/20273 21383/23622/20274</w:t>
        <w:br/>
        <w:t>f 21386/23623/20275 21373/23613/20265 21372/13416/12034</w:t>
        <w:br/>
        <w:t>f 21384/23621/20273 21386/23623/20275 21372/13416/12034</w:t>
        <w:br/>
        <w:t>f 21385/23620/20272 21386/23623/20275 21384/23621/20273</w:t>
        <w:br/>
        <w:t>f 21390/23624/20276 21389/23625/20276 21388/23626/20277</w:t>
        <w:br/>
        <w:t>f 21387/23627/20278 21390/23624/20276 21388/23626/20277</w:t>
        <w:br/>
        <w:t>f 21388/23626/20277 21392/23628/20279 21391/23629/20279</w:t>
        <w:br/>
        <w:t>f 21387/23627/20278 21388/23626/20277 21391/23629/20279</w:t>
        <w:br/>
        <w:t>f 21392/23628/20279 21398/23630/20280 21397/23631/20281</w:t>
        <w:br/>
        <w:t>f 21391/23629/20279 21392/23628/20279 21397/23631/20281</w:t>
        <w:br/>
        <w:t>f 21393/13424/12041 21394/13423/12041 21397/23631/20281</w:t>
        <w:br/>
        <w:t>f 21398/23630/20280 21393/13424/12041 21397/23631/20281</w:t>
        <w:br/>
        <w:t>f 21385/23620/20272 21383/23622/20274 21399/23632/20282</w:t>
        <w:br/>
        <w:t>f 21382/13419/12037 21401/23633/20283 21381/13420/12038</w:t>
        <w:br/>
        <w:t>f 21379/23619/20271 21375/23615/20267 21378/23617/20269</w:t>
        <w:br/>
        <w:t>f 21403/23634/20284 21370/13418/12036 21402/23635/20285</w:t>
        <w:br/>
        <w:t>f 21403/23634/20284 21402/23635/20285 21404/23636/20286</w:t>
        <w:br/>
        <w:t>f 21407/23637/20287 21406/23638/20288 21405/23639/20289</w:t>
        <w:br/>
        <w:t>f 21408/23640/20290 21407/23637/20287 21405/23639/20289</w:t>
        <w:br/>
        <w:t>f 21409/23641/20291 21405/23639/20289 21406/23638/20288</w:t>
        <w:br/>
        <w:t>f 21380/23618/20270 21409/23641/20291 21379/23619/20271</w:t>
        <w:br/>
        <w:t>f 21382/13419/12037 21407/23637/20287 21410/23642/20292</w:t>
        <w:br/>
        <w:t>f 21407/23637/20287 21408/23640/20290 21410/23642/20292</w:t>
        <w:br/>
        <w:t>f 21412/23643/20293 21383/23622/20274 21411/23644/20294</w:t>
        <w:br/>
        <w:t>f 21403/23634/20284 21404/23636/20286 21413/23645/20295</w:t>
        <w:br/>
        <w:t>f 21411/23644/20294 21403/23634/20284 21413/23645/20295</w:t>
        <w:br/>
        <w:t>f 21412/23643/20293 21411/23644/20294 21413/23645/20295</w:t>
        <w:br/>
        <w:t>f 21417/23646/20276 21416/23647/20296 21415/23648/20297</w:t>
        <w:br/>
        <w:t>f 21414/23649/20276 21417/23646/20276 21415/23648/20297</w:t>
        <w:br/>
        <w:t>f 21419/23650/20298 21418/23651/20298 21415/23648/20297</w:t>
        <w:br/>
        <w:t>f 21416/23647/20296 21419/23650/20298 21415/23648/20297</w:t>
        <w:br/>
        <w:t>f 21422/23652/20299 21421/23653/20300 21420/23654/12040</w:t>
        <w:br/>
        <w:t>f 21423/23655/12042 21422/23652/20299 21420/23654/12040</w:t>
        <w:br/>
        <w:t>f 21425/23656/20301 21424/23657/20302 21418/23651/20298</w:t>
        <w:br/>
        <w:t>f 21419/23650/20298 21425/23656/20301 21418/23651/20298</w:t>
        <w:br/>
        <w:t>f 21422/23652/20299 21424/23657/20302 21425/23656/20301</w:t>
        <w:br/>
        <w:t>f 21421/23653/20300 21422/23652/20299 21425/23656/20301</w:t>
        <w:br/>
        <w:t>f 21412/23643/20293 21399/23632/20282 21383/23622/20274</w:t>
        <w:br/>
        <w:t>f 21402/23635/20285 21370/13418/12036 21400/13426/12043</w:t>
        <w:br/>
        <w:t>f 21382/13419/12037 21410/23642/20292 21401/23633/20283</w:t>
        <w:br/>
        <w:t>f 21379/23619/20271 21409/23641/20291 21406/23638/20288</w:t>
        <w:br/>
        <w:t>f 21428/23658/20303 21427/23659/20304 21426/23660/20305</w:t>
        <w:br/>
        <w:t>f 21431/23661/20306 21430/23662/20307 21429/23663/20308</w:t>
        <w:br/>
        <w:t>f 21433/23664/20309 21432/23665/20310 21430/23662/20307</w:t>
        <w:br/>
        <w:t>f 21431/23661/20306 21433/23664/20309 21430/23662/20307</w:t>
        <w:br/>
        <w:t>f 21429/23663/20308 21435/23666/20311 21434/23667/20312</w:t>
        <w:br/>
        <w:t>f 21431/23661/20306 21429/23663/20308 21434/23667/20312</w:t>
        <w:br/>
        <w:t>f 21426/23660/20305 21437/23668/20313 21436/23669/20314</w:t>
        <w:br/>
        <w:t>f 21428/23658/20303 21426/23660/20305 21436/23669/20314</w:t>
        <w:br/>
        <w:t>f 21439/23670/20315 21438/23671/20316 21434/23667/20312</w:t>
        <w:br/>
        <w:t>f 21426/23660/20305 21427/23659/20304 21440/23672/20317</w:t>
        <w:br/>
        <w:t>f 21441/23673/20317 21426/23660/20305 21440/23672/20317</w:t>
        <w:br/>
        <w:t>f 21441/23673/20317 21440/23672/20317 21442/23674/20318</w:t>
        <w:br/>
        <w:t>f 21442/23674/20319 21445/23675/20320 21444/23676/20320</w:t>
        <w:br/>
        <w:t>f 21443/23677/20321 21442/23674/20319 21444/23676/20320</w:t>
        <w:br/>
        <w:t>f 21433/23664/20309 21446/23678/20322 21432/23665/20310</w:t>
        <w:br/>
        <w:t>f 21433/23664/20309 21448/23679/20323 21447/23680/20324</w:t>
        <w:br/>
        <w:t>f 21446/23678/20322 21433/23664/20309 21447/23680/20324</w:t>
        <w:br/>
        <w:t>f 21449/23681/20325 21447/23680/20324 21448/23679/20323</w:t>
        <w:br/>
        <w:t>f 21434/23667/20312 21450/23682/20326 21449/23681/20325</w:t>
        <w:br/>
        <w:t>f 21448/23679/20323 21434/23667/20312 21449/23681/20325</w:t>
        <w:br/>
        <w:t>f 21452/23683/20327 21451/23684/20328 21439/23670/20315</w:t>
        <w:br/>
        <w:t>f 21434/23667/20312 21452/23683/20327 21439/23670/20315</w:t>
        <w:br/>
        <w:t>f 21445/23675/20320 21451/23684/20328 21444/23676/20320</w:t>
        <w:br/>
        <w:t>f 21435/23666/20311 21450/23682/20326 21434/23667/20312</w:t>
        <w:br/>
        <w:t>f 21455/23685/20329 21454/23686/20330 21453/23687/20331</w:t>
        <w:br/>
        <w:t>f 21456/23688/20331 21455/23685/20329 21453/23687/20331</w:t>
        <w:br/>
        <w:t>f 21458/23689/20332 21456/23688/20331 21453/23687/20331</w:t>
        <w:br/>
        <w:t>f 21457/23690/20332 21458/23689/20332 21453/23687/20331</w:t>
        <w:br/>
        <w:t>f 21460/23691/20333 21458/23689/20332 21457/23690/20332</w:t>
        <w:br/>
        <w:t>f 21459/23692/20333 21460/23691/20333 21457/23690/20332</w:t>
        <w:br/>
        <w:t>f 21460/23691/20333 21459/23692/20333 21461/23693/20334</w:t>
        <w:br/>
        <w:t>f 21462/23694/20335 21460/23691/20333 21461/23693/20334</w:t>
        <w:br/>
        <w:t>f 21462/23694/20335 21461/23693/20334 21463/23695/20336</w:t>
        <w:br/>
        <w:t>f 21464/23696/20337 21462/23694/20335 21463/23695/20336</w:t>
        <w:br/>
        <w:t>f 21466/23697/20338 21464/23696/20337 21463/23695/20336</w:t>
        <w:br/>
        <w:t>f 21465/23698/20338 21466/23697/20338 21463/23695/20336</w:t>
        <w:br/>
        <w:t>f 21468/23699/20339 21466/23697/20338 21465/23698/20338</w:t>
        <w:br/>
        <w:t>f 21467/23700/20339 21468/23699/20339 21465/23698/20338</w:t>
        <w:br/>
        <w:t>f 21468/23699/20339 21467/23700/20339 21454/23686/20330</w:t>
        <w:br/>
        <w:t>f 21455/23685/20329 21468/23699/20339 21454/23686/20330</w:t>
        <w:br/>
        <w:t>f 21471/23701/20340 21470/23702/20341 21469/23703/20342</w:t>
        <w:br/>
        <w:t>f 21474/23704/20343 21473/23705/20344 21472/23706/20345</w:t>
        <w:br/>
        <w:t>f 21476/23707/20346 21474/23704/20343 21472/23706/20345</w:t>
        <w:br/>
        <w:t>f 21475/23708/20347 21476/23707/20346 21472/23706/20345</w:t>
        <w:br/>
        <w:t>f 21473/23705/20344 21474/23704/20343 21478/23709/20348</w:t>
        <w:br/>
        <w:t>f 21477/23710/20349 21473/23705/20344 21478/23709/20348</w:t>
        <w:br/>
        <w:t>f 21480/23711/20350 21479/23712/20350 21470/23702/20341</w:t>
        <w:br/>
        <w:t>f 21471/23701/20340 21480/23711/20350 21470/23702/20341</w:t>
        <w:br/>
        <w:t>f 21482/23713/20351 21478/23709/20352 21481/23714/20353</w:t>
        <w:br/>
        <w:t>f 21483/23715/20354 21469/23703/20342 21470/23702/20341</w:t>
        <w:br/>
        <w:t>f 21484/23716/20354 21483/23715/20354 21470/23702/20341</w:t>
        <w:br/>
        <w:t>f 21484/23716/20354 21485/23717/20355 21483/23715/20354</w:t>
        <w:br/>
        <w:t>f 21485/23717/20356 21488/23718/20357 21487/23719/20358</w:t>
        <w:br/>
        <w:t>f 21486/23720/20359 21485/23717/20356 21487/23719/20358</w:t>
        <w:br/>
        <w:t>f 21476/23707/20346 21475/23708/20347 21489/23721/20360</w:t>
        <w:br/>
        <w:t>f 21491/23722/20361 21490/23723/20362 21476/23707/20346</w:t>
        <w:br/>
        <w:t>f 21489/23721/20360 21491/23722/20361 21476/23707/20346</w:t>
        <w:br/>
        <w:t>f 21492/23724/20363 21490/23723/20362 21491/23722/20361</w:t>
        <w:br/>
        <w:t>f 21478/23709/20348 21490/23723/20362 21492/23724/20363</w:t>
        <w:br/>
        <w:t>f 21493/23725/20364 21478/23709/20348 21492/23724/20363</w:t>
        <w:br/>
        <w:t>f 21495/23726/20365 21478/23709/20352 21482/23713/20351</w:t>
        <w:br/>
        <w:t>f 21494/23727/20366 21495/23726/20365 21482/23713/20351</w:t>
        <w:br/>
        <w:t>f 21486/23720/20359 21487/23719/20358 21494/23727/20366</w:t>
        <w:br/>
        <w:t>f 21477/23710/20349 21478/23709/20348 21493/23725/20364</w:t>
        <w:br/>
        <w:t>f 21498/23728/20367 21497/23729/20368 21496/23730/20369</w:t>
        <w:br/>
        <w:t>f 21499/23731/20367 21498/23728/20367 21496/23730/20369</w:t>
        <w:br/>
        <w:t>f 21501/23732/20370 21500/23733/20370 21498/23728/20367</w:t>
        <w:br/>
        <w:t>f 21499/23731/20367 21501/23732/20370 21498/23728/20367</w:t>
        <w:br/>
        <w:t>f 21503/23734/20371 21502/23735/20371 21500/23733/20370</w:t>
        <w:br/>
        <w:t>f 21501/23732/20370 21503/23734/20371 21500/23733/20370</w:t>
        <w:br/>
        <w:t>f 21504/23736/20372 21502/23735/20371 21503/23734/20371</w:t>
        <w:br/>
        <w:t>f 21505/23737/20373 21504/23736/20372 21503/23734/20371</w:t>
        <w:br/>
        <w:t>f 21506/23738/20374 21504/23736/20372 21505/23737/20373</w:t>
        <w:br/>
        <w:t>f 21507/23739/20374 21506/23738/20374 21505/23737/20373</w:t>
        <w:br/>
        <w:t>f 21509/23740/20375 21508/23741/20376 21506/23738/20374</w:t>
        <w:br/>
        <w:t>f 21507/23739/20374 21509/23740/20375 21506/23738/20374</w:t>
        <w:br/>
        <w:t>f 21511/23742/20377 21510/23743/20377 21508/23741/20376</w:t>
        <w:br/>
        <w:t>f 21509/23740/20375 21511/23742/20377 21508/23741/20376</w:t>
        <w:br/>
        <w:t>f 21497/23729/20368 21510/23743/20377 21511/23742/20377</w:t>
        <w:br/>
        <w:t>f 21496/23730/20369 21497/23729/20368 21511/23742/20377</w:t>
        <w:br/>
        <w:t>f 21514/23744/20378 21513/23745/20379 21512/23746/20380</w:t>
        <w:br/>
        <w:t>f 21517/23747/20381 21516/23748/20382 21515/23749/20383</w:t>
        <w:br/>
        <w:t>f 21518/23750/20384 21517/23747/20381 21515/23749/20383</w:t>
        <w:br/>
        <w:t>f 21515/23749/20383 21516/23748/20382 21519/23751/20385</w:t>
        <w:br/>
        <w:t>f 21520/23752/20386 21515/23749/20383 21519/23751/20385</w:t>
        <w:br/>
        <w:t>f 21512/23746/20380 21521/23753/20387 21514/23744/20378</w:t>
        <w:br/>
        <w:t>f 21517/23747/20381 21518/23750/20384 21513/23745/20379</w:t>
        <w:br/>
        <w:t>f 21524/23754/20388 21523/23755/20389 21522/23756/20390</w:t>
        <w:br/>
        <w:t>f 21526/23757/20391 21522/23756/20390 21525/23758/20392</w:t>
        <w:br/>
        <w:t>f 21527/23759/20393 21523/23755/20389 21524/23754/20388</w:t>
        <w:br/>
        <w:t>f 21528/23760/20394 21527/23759/20393 21524/23754/20388</w:t>
        <w:br/>
        <w:t>f 21520/23752/20386 21530/23761/20395 21529/23762/20396</w:t>
        <w:br/>
        <w:t>f 21530/23761/20395 21531/23763/20397 21529/23762/20396</w:t>
        <w:br/>
        <w:t>f 21533/23764/20398 21532/23765/20399 21529/23762/20396</w:t>
        <w:br/>
        <w:t>f 21531/23763/20397 21533/23764/20398 21529/23762/20396</w:t>
        <w:br/>
        <w:t>f 21532/23765/20399 21533/23764/20398 21521/23753/20387</w:t>
        <w:br/>
        <w:t>f 21537/23766/20400 21536/23767/20401 21535/23768/20401</w:t>
        <w:br/>
        <w:t>f 21534/23769/20402 21537/23766/20400 21535/23768/20401</w:t>
        <w:br/>
        <w:t>f 21535/23768/20401 21536/23767/20401 21538/23770/20403</w:t>
        <w:br/>
        <w:t>f 21528/23760/20394 21535/23768/20401 21538/23770/20403</w:t>
        <w:br/>
        <w:t>f 21528/23760/20394 21538/23770/20403 21527/23759/20393</w:t>
        <w:br/>
        <w:t>f 21539/23771/20404 21537/23766/20400 21534/23769/20402</w:t>
        <w:br/>
        <w:t>f 21541/23772/20405 21540/23773/20406 21539/23771/20404</w:t>
        <w:br/>
        <w:t>f 21534/23769/20402 21541/23772/20405 21539/23771/20404</w:t>
        <w:br/>
        <w:t>f 21542/23774/20407 21540/23773/20406 21541/23772/20405</w:t>
        <w:br/>
        <w:t>f 21542/23774/20407 21526/23757/20391 21525/23758/20392</w:t>
        <w:br/>
        <w:t>f 21526/23757/20391 21524/23754/20388 21522/23756/20390</w:t>
        <w:br/>
        <w:t>f 21542/23774/20407 21541/23772/20405 21526/23757/20391</w:t>
        <w:br/>
        <w:t>f 21512/23746/20380 21513/23745/20379 21518/23750/20384</w:t>
        <w:br/>
        <w:t>f 21512/23746/20380 21532/23765/20399 21521/23753/20387</w:t>
        <w:br/>
        <w:t>f 21520/23752/20386 21519/23751/20385 21543/23775/20408</w:t>
        <w:br/>
        <w:t>f 21520/23752/20386 21543/23775/20408 21530/23761/20395</w:t>
        <w:br/>
        <w:t>f 21546/23776/20409 21545/23777/20410 21544/23778/20411</w:t>
        <w:br/>
        <w:t>f 21549/23779/20412 21548/23780/20413 21547/23781/20414</w:t>
        <w:br/>
        <w:t>f 21550/23782/20415 21549/23779/20412 21547/23781/20414</w:t>
        <w:br/>
        <w:t>f 21549/23779/20412 21551/23783/20416 21548/23780/20413</w:t>
        <w:br/>
        <w:t>f 21552/23784/20417 21551/23783/20416 21549/23779/20412</w:t>
        <w:br/>
        <w:t>f 21545/23777/20410 21546/23776/20409 21553/23785/20418</w:t>
        <w:br/>
        <w:t>f 21547/23781/20414 21544/23778/20411 21550/23782/20415</w:t>
        <w:br/>
        <w:t>f 21556/23786/20419 21555/23787/20420 21554/23788/20421</w:t>
        <w:br/>
        <w:t>f 21558/23789/20422 21557/23790/20423 21555/23787/20420</w:t>
        <w:br/>
        <w:t>f 21556/23786/20419 21554/23788/20421 21559/23791/20424</w:t>
        <w:br/>
        <w:t>f 21560/23792/20425 21556/23786/20419 21559/23791/20424</w:t>
        <w:br/>
        <w:t>f 21552/23784/20417 21562/23793/20426 21561/23794/20427</w:t>
        <w:br/>
        <w:t>f 21561/23794/20427 21562/23793/20426 21563/23795/20428</w:t>
        <w:br/>
        <w:t>f 21565/23796/20429 21563/23795/20428 21562/23793/20426</w:t>
        <w:br/>
        <w:t>f 21564/23797/20430 21565/23796/20429 21562/23793/20426</w:t>
        <w:br/>
        <w:t>f 21564/23797/20430 21553/23785/20418 21565/23796/20429</w:t>
        <w:br/>
        <w:t>f 21569/23798/20431 21568/23799/20432 21567/23800/20433</w:t>
        <w:br/>
        <w:t>f 21566/23801/20433 21569/23798/20431 21567/23800/20433</w:t>
        <w:br/>
        <w:t>f 21570/23802/20434 21566/23801/20433 21567/23800/20433</w:t>
        <w:br/>
        <w:t>f 21560/23792/20425 21570/23802/20434 21567/23800/20433</w:t>
        <w:br/>
        <w:t>f 21560/23792/20425 21559/23791/20424 21570/23802/20434</w:t>
        <w:br/>
        <w:t>f 21571/23803/20435 21568/23799/20432 21569/23798/20431</w:t>
        <w:br/>
        <w:t>f 21573/23804/20436 21568/23799/20432 21571/23803/20435</w:t>
        <w:br/>
        <w:t>f 21572/23805/20437 21573/23804/20436 21571/23803/20435</w:t>
        <w:br/>
        <w:t>f 21574/23806/20438 21573/23804/20436 21572/23805/20437</w:t>
        <w:br/>
        <w:t>f 21574/23806/20438 21557/23790/20423 21558/23789/20422</w:t>
        <w:br/>
        <w:t>f 21558/23789/20422 21555/23787/20420 21556/23786/20419</w:t>
        <w:br/>
        <w:t>f 21574/23806/20438 21558/23789/20422 21573/23804/20436</w:t>
        <w:br/>
        <w:t>f 21545/23777/20410 21550/23782/20415 21544/23778/20411</w:t>
        <w:br/>
        <w:t>f 21545/23777/20410 21553/23785/20418 21564/23797/20430</w:t>
        <w:br/>
        <w:t>f 21552/23784/20417 21575/23807/20439 21551/23783/20416</w:t>
        <w:br/>
        <w:t>f 21552/23784/20417 21561/23794/20427 21575/23807/20439</w:t>
        <w:br/>
        <w:t>f 21578/23808/20440 21577/23809/20441 21576/23810/20442</w:t>
        <w:br/>
        <w:t>f 21576/23810/20442 21577/23809/20441 21579/23811/20443</w:t>
        <w:br/>
        <w:t>f 21580/23812/20444 21576/23810/20442 21579/23811/20443</w:t>
        <w:br/>
        <w:t>f 21579/23811/20443 21581/23813/20445 21580/23812/20444</w:t>
        <w:br/>
        <w:t>f 21585/23814/20446 21584/23815/20447 21583/23816/20448</w:t>
        <w:br/>
        <w:t>f 21582/23817/20449 21585/23814/20446 21583/23816/20448</w:t>
        <w:br/>
        <w:t>f 21581/23813/20445 21587/23818/20450 21586/23819/20451</w:t>
        <w:br/>
        <w:t>f 21580/23812/20444 21581/23813/20445 21586/23819/20451</w:t>
        <w:br/>
        <w:t>f 21583/23816/20448 21586/23819/20451 21588/23820/20452</w:t>
        <w:br/>
        <w:t>f 21583/23816/20448 21588/23820/20452 21582/23817/20449</w:t>
        <w:br/>
        <w:t>f 21588/23820/20452 21586/23819/20451 21587/23818/20450</w:t>
        <w:br/>
        <w:t>f 21591/23821/20453 21590/23822/20454 21589/23823/20455</w:t>
        <w:br/>
        <w:t>f 21594/23824/20456 21593/23825/20457 21592/23826/20458</w:t>
        <w:br/>
        <w:t>f 21592/23826/20458 21593/23825/20457 21595/23827/20459</w:t>
        <w:br/>
        <w:t>f 21593/23825/20457 21594/23824/20456 21596/23828/20460</w:t>
        <w:br/>
        <w:t>f 21597/23829/20461 21593/23825/20457 21596/23828/20460</w:t>
        <w:br/>
        <w:t>f 21598/23830/20462 21597/23829/20461 21596/23828/20460</w:t>
        <w:br/>
        <w:t>f 21600/23831/20463 21599/23832/20464 21595/23827/20459</w:t>
        <w:br/>
        <w:t>f 21603/23833/20465 21602/23834/20466 21601/23835/20467</w:t>
        <w:br/>
        <w:t>f 21589/23823/20455 21590/23822/20454 21604/23836/20468</w:t>
        <w:br/>
        <w:t>f 21603/23833/20465 21604/23836/20468 21590/23822/20454</w:t>
        <w:br/>
        <w:t>f 21602/23834/20466 21603/23833/20465 21590/23822/20454</w:t>
        <w:br/>
        <w:t>f 21606/23837/20469 21605/23838/20470 21591/23821/20453</w:t>
        <w:br/>
        <w:t>f 21606/23837/20469 21607/23839/20471 21605/23838/20470</w:t>
        <w:br/>
        <w:t>f 21609/23840/20472 21605/23838/20470 21607/23839/20471</w:t>
        <w:br/>
        <w:t>f 21608/23841/20473 21609/23840/20472 21607/23839/20471</w:t>
        <w:br/>
        <w:t>f 21612/23842/20474 21611/23843/20475 21610/23844/20476</w:t>
        <w:br/>
        <w:t>f 21600/23831/20463 21612/23842/20474 21610/23844/20476</w:t>
        <w:br/>
        <w:t>f 21613/23845/20477 21600/23831/20463 21610/23844/20476</w:t>
        <w:br/>
        <w:t>f 21600/23831/20463 21613/23845/20477 21599/23832/20464</w:t>
        <w:br/>
        <w:t>f 21614/23846/20478 21609/23840/20472 21608/23841/20473</w:t>
        <w:br/>
        <w:t>f 21614/23846/20478 21615/23847/20479 21609/23840/20472</w:t>
        <w:br/>
        <w:t>f 21601/23835/20467 21602/23834/20466 21615/23847/20479</w:t>
        <w:br/>
        <w:t>f 21598/23830/20462 21617/23848/20480 21616/23849/20481</w:t>
        <w:br/>
        <w:t>f 21616/23849/20481 21617/23848/20480 21611/23843/20475</w:t>
        <w:br/>
        <w:t>f 21606/23837/20469 21591/23821/20453 21618/23850/20482</w:t>
        <w:br/>
        <w:t>f 21618/23850/20482 21591/23821/20453 21589/23823/20455</w:t>
        <w:br/>
        <w:t>f 21592/23826/20458 21595/23827/20459 21619/23851/20483</w:t>
        <w:br/>
        <w:t>f 21599/23832/20464 21619/23851/20483 21595/23827/20459</w:t>
        <w:br/>
        <w:t>f 21601/23835/20467 21615/23847/20479 21620/23852/20484</w:t>
        <w:br/>
        <w:t>f 21614/23846/20478 21620/23852/20484 21615/23847/20479</w:t>
        <w:br/>
        <w:t>f 21598/23830/20462 21616/23849/20481 21597/23829/20461</w:t>
        <w:br/>
        <w:t>f 21616/23849/20481 21611/23843/20475 21612/23842/20474</w:t>
        <w:br/>
        <w:t>f 21623/23853/20485 21622/23854/20486 21621/23855/20487</w:t>
        <w:br/>
        <w:t>f 21626/23856/20488 21625/23857/20489 21624/23858/20490</w:t>
        <w:br/>
        <w:t>f 21625/23857/20489 21627/23859/20491 21624/23858/20490</w:t>
        <w:br/>
        <w:t>f 21628/23860/20492 21626/23856/20488 21624/23858/20490</w:t>
        <w:br/>
        <w:t>f 21629/23861/20493 21628/23860/20492 21624/23858/20490</w:t>
        <w:br/>
        <w:t>f 21630/23862/20494 21628/23860/20492 21629/23861/20493</w:t>
        <w:br/>
        <w:t>f 21632/23863/20495 21627/23859/20491 21631/23864/20496</w:t>
        <w:br/>
        <w:t>f 21635/23865/20497 21634/23866/20498 21633/23867/20499</w:t>
        <w:br/>
        <w:t>f 21622/23854/20486 21636/23868/20500 21621/23855/20487</w:t>
        <w:br/>
        <w:t>f 21635/23865/20497 21633/23867/20499 21621/23855/20487</w:t>
        <w:br/>
        <w:t>f 21636/23868/20500 21635/23865/20497 21621/23855/20487</w:t>
        <w:br/>
        <w:t>f 21638/23869/20501 21623/23853/20485 21637/23870/20502</w:t>
        <w:br/>
        <w:t>f 21638/23869/20501 21637/23870/20502 21639/23871/20503</w:t>
        <w:br/>
        <w:t>f 21641/23872/20504 21640/23873/20505 21639/23871/20503</w:t>
        <w:br/>
        <w:t>f 21637/23870/20502 21641/23872/20504 21639/23871/20503</w:t>
        <w:br/>
        <w:t>f 21644/23874/20506 21643/23875/20507 21642/23876/20508</w:t>
        <w:br/>
        <w:t>f 21643/23875/20507 21644/23874/20506 21632/23863/20495</w:t>
        <w:br/>
        <w:t>f 21645/23877/20509 21643/23875/20507 21632/23863/20495</w:t>
        <w:br/>
        <w:t>f 21632/23863/20495 21631/23864/20496 21645/23877/20509</w:t>
        <w:br/>
        <w:t>f 21646/23878/20510 21640/23873/20505 21641/23872/20504</w:t>
        <w:br/>
        <w:t>f 21646/23878/20510 21641/23872/20504 21647/23879/20511</w:t>
        <w:br/>
        <w:t>f 21634/23866/20498 21647/23879/20511 21633/23867/20499</w:t>
        <w:br/>
        <w:t>f 21630/23862/20494 21649/23880/20512 21648/23881/20513</w:t>
        <w:br/>
        <w:t>f 21649/23880/20512 21642/23876/20508 21648/23881/20513</w:t>
        <w:br/>
        <w:t>f 21638/23869/20501 21650/23882/20514 21623/23853/20485</w:t>
        <w:br/>
        <w:t>f 21650/23882/20514 21622/23854/20486 21623/23853/20485</w:t>
        <w:br/>
        <w:t>f 21625/23857/20489 21651/23883/20515 21627/23859/20491</w:t>
        <w:br/>
        <w:t>f 21631/23864/20496 21627/23859/20491 21651/23883/20515</w:t>
        <w:br/>
        <w:t>f 21634/23866/20498 21652/23884/20516 21647/23879/20511</w:t>
        <w:br/>
        <w:t>f 21646/23878/20510 21647/23879/20511 21652/23884/20516</w:t>
        <w:br/>
        <w:t>f 21630/23862/20494 21629/23861/20493 21649/23880/20512</w:t>
        <w:br/>
        <w:t>f 21649/23880/20512 21644/23874/20506 21642/23876/20508</w:t>
        <w:br/>
        <w:t>f 21655/23885/20517 21654/23886/20518 21653/23887/20519</w:t>
        <w:br/>
        <w:t>f 21659/23888/20520 21658/23889/20521 21657/23890/20522</w:t>
        <w:br/>
        <w:t>f 21656/23891/20523 21659/23888/20520 21657/23890/20522</w:t>
        <w:br/>
        <w:t>f 21659/23888/20520 21660/23892/20524 21658/23889/20521</w:t>
        <w:br/>
        <w:t>f 21661/23893/20525 21656/23891/20523 21657/23890/20522</w:t>
        <w:br/>
        <w:t>f 21662/23894/20526 21661/23893/20525 21657/23890/20522</w:t>
        <w:br/>
        <w:t>f 21664/23895/20527 21660/23892/20524 21663/23896/20528</w:t>
        <w:br/>
        <w:t>f 21667/23897/20529 21666/23898/20530 21665/23899/20531</w:t>
        <w:br/>
        <w:t>f 21670/23900/20532 21669/23901/20533 21668/23902/20534</w:t>
        <w:br/>
        <w:t>f 21670/23900/20532 21668/23902/20534 21672/23903/20535</w:t>
        <w:br/>
        <w:t>f 21671/23904/20536 21670/23900/20532 21672/23903/20535</w:t>
        <w:br/>
        <w:t>f 21667/23897/20529 21669/23901/20533 21670/23900/20532</w:t>
        <w:br/>
        <w:t>f 21674/23905/20537 21662/23894/20526 21673/23906/20538</w:t>
        <w:br/>
        <w:t>f 21675/23907/20539 21674/23905/20537 21673/23906/20538</w:t>
        <w:br/>
        <w:t>f 21677/23908/20540 21676/23909/20541 21675/23907/20539</w:t>
        <w:br/>
        <w:t>f 21673/23906/20538 21677/23908/20540 21675/23907/20539</w:t>
        <w:br/>
        <w:t>f 21680/23910/20542 21679/23911/20543 21678/23912/20544</w:t>
        <w:br/>
        <w:t>f 21666/23898/20530 21680/23910/20542 21678/23912/20544</w:t>
        <w:br/>
        <w:t>f 21679/23911/20543 21680/23910/20542 21681/23913/20545</w:t>
        <w:br/>
        <w:t>f 21653/23887/20519 21681/23913/20545 21655/23885/20517</w:t>
        <w:br/>
        <w:t>f 21671/23904/20536 21672/23903/20535 21654/23886/20518</w:t>
        <w:br/>
        <w:t>f 21664/23895/20527 21663/23896/20528 21682/23914/20546</w:t>
        <w:br/>
        <w:t>f 21665/23899/20531 21666/23898/20530 21678/23912/20544</w:t>
        <w:br/>
        <w:t>f 21682/23914/20546 21676/23909/20541 21677/23908/20540</w:t>
        <w:br/>
        <w:t>f 21655/23885/20517 21681/23913/20545 21680/23910/20542</w:t>
        <w:br/>
        <w:t>f 21655/23885/20517 21671/23904/20536 21654/23886/20518</w:t>
        <w:br/>
        <w:t>f 21683/23915/20547 21661/23893/20525 21662/23894/20526</w:t>
        <w:br/>
        <w:t>f 21683/23915/20547 21662/23894/20526 21674/23905/20537</w:t>
        <w:br/>
        <w:t>f 21664/23895/20527 21682/23914/20546 21677/23908/20540</w:t>
        <w:br/>
        <w:t>f 21664/23895/20527 21658/23889/20521 21660/23892/20524</w:t>
        <w:br/>
        <w:t>f 21667/23897/20529 21684/23916/20548 21669/23901/20533</w:t>
        <w:br/>
        <w:t>f 21667/23897/20529 21665/23899/20531 21684/23916/20548</w:t>
        <w:br/>
        <w:t>f 21687/23917/20549 21686/23918/20550 21685/23919/20551</w:t>
        <w:br/>
        <w:t>f 21691/23920/20552 21690/23921/20553 21689/23922/20554</w:t>
        <w:br/>
        <w:t>f 21688/23923/20555 21691/23920/20552 21689/23922/20554</w:t>
        <w:br/>
        <w:t>f 21691/23920/20552 21688/23923/20555 21692/23924/20556</w:t>
        <w:br/>
        <w:t>f 21693/23925/20557 21689/23922/20554 21690/23921/20553</w:t>
        <w:br/>
        <w:t>f 21694/23926/20558 21689/23922/20554 21693/23925/20557</w:t>
        <w:br/>
        <w:t>f 21696/23927/20559 21695/23928/20560 21692/23924/20556</w:t>
        <w:br/>
        <w:t>f 21699/23929/20561 21698/23930/20562 21697/23931/20563</w:t>
        <w:br/>
        <w:t>f 21702/23932/20564 21701/23933/20565 21700/23934/20566</w:t>
        <w:br/>
        <w:t>f 21702/23932/20564 21704/23935/20567 21703/23936/20568</w:t>
        <w:br/>
        <w:t>f 21701/23933/20565 21702/23932/20564 21703/23936/20568</w:t>
        <w:br/>
        <w:t>f 21699/23929/20561 21702/23932/20564 21700/23934/20566</w:t>
        <w:br/>
        <w:t>f 21706/23937/20569 21705/23938/20570 21694/23926/20558</w:t>
        <w:br/>
        <w:t>f 21707/23939/20571 21705/23938/20570 21706/23937/20569</w:t>
        <w:br/>
        <w:t>f 21709/23940/20572 21705/23938/20570 21707/23939/20571</w:t>
        <w:br/>
        <w:t>f 21708/23941/20573 21709/23940/20572 21707/23939/20571</w:t>
        <w:br/>
        <w:t>f 21712/23942/20574 21697/23931/20563 21711/23943/20575</w:t>
        <w:br/>
        <w:t>f 21710/23944/20576 21712/23942/20574 21711/23943/20575</w:t>
        <w:br/>
        <w:t>f 21710/23944/20576 21713/23945/20577 21712/23942/20574</w:t>
        <w:br/>
        <w:t>f 21686/23918/20550 21687/23917/20549 21713/23945/20577</w:t>
        <w:br/>
        <w:t>f 21704/23935/20567 21685/23919/20551 21703/23936/20568</w:t>
        <w:br/>
        <w:t>f 21696/23927/20559 21714/23946/20578 21695/23928/20560</w:t>
        <w:br/>
        <w:t>f 21698/23930/20562 21711/23943/20575 21697/23931/20563</w:t>
        <w:br/>
        <w:t>f 21714/23946/20578 21709/23940/20572 21708/23941/20573</w:t>
        <w:br/>
        <w:t>f 21687/23917/20549 21712/23942/20574 21713/23945/20577</w:t>
        <w:br/>
        <w:t>f 21687/23917/20549 21685/23919/20551 21704/23935/20567</w:t>
        <w:br/>
        <w:t>f 21715/23947/20579 21694/23926/20558 21693/23925/20557</w:t>
        <w:br/>
        <w:t>f 21715/23947/20579 21706/23937/20569 21694/23926/20558</w:t>
        <w:br/>
        <w:t>f 21696/23927/20559 21709/23940/20572 21714/23946/20578</w:t>
        <w:br/>
        <w:t>f 21696/23927/20559 21692/23924/20556 21688/23923/20555</w:t>
        <w:br/>
        <w:t>f 21699/23929/20561 21700/23934/20566 21716/23948/20580</w:t>
        <w:br/>
        <w:t>f 21699/23929/20561 21716/23948/20580 21698/23930/20562</w:t>
        <w:br/>
        <w:t>f 21720/23949/20581 21719/23950/20582 21718/23951/20583</w:t>
        <w:br/>
        <w:t>f 21717/23952/20583 21720/23949/20581 21718/23951/20583</w:t>
        <w:br/>
        <w:t>f 21724/23953/20584 21723/23954/20585 21722/23955/20585</w:t>
        <w:br/>
        <w:t>f 21721/23956/20586 21724/23953/20584 21722/23955/20585</w:t>
        <w:br/>
        <w:t>f 21723/23954/20585 21726/23957/20587 21725/23958/20587</w:t>
        <w:br/>
        <w:t>f 21722/23955/20585 21723/23954/20585 21725/23958/20587</w:t>
        <w:br/>
        <w:t>f 21730/23959/20588 21729/23960/20589 21728/23961/20590</w:t>
        <w:br/>
        <w:t>f 21727/23962/20588 21730/23959/20588 21728/23961/20590</w:t>
        <w:br/>
        <w:t>f 21733/23963/20591 21732/23964/20592 21731/23965/20593</w:t>
        <w:br/>
        <w:t>f 21734/23966/20594 21733/23963/20591 21731/23965/20593</w:t>
        <w:br/>
        <w:t>f 21736/23967/20595 21735/23968/20596 21734/23966/20594</w:t>
        <w:br/>
        <w:t>f 21731/23965/20593 21736/23967/20595 21734/23966/20594</w:t>
        <w:br/>
        <w:t>f 21720/23949/20581 21738/23969/20597 21737/23970/20598</w:t>
        <w:br/>
        <w:t>f 21719/23950/20582 21720/23949/20581 21737/23970/20598</w:t>
        <w:br/>
        <w:t>f 21717/23952/20583 21718/23951/20583 21739/23971/20599</w:t>
        <w:br/>
        <w:t>f 21740/23972/20599 21717/23952/20583 21739/23971/20599</w:t>
        <w:br/>
        <w:t>f 21742/23973/20600 21741/23974/20600 21740/23972/20599</w:t>
        <w:br/>
        <w:t>f 21739/23971/20599 21742/23973/20600 21740/23972/20599</w:t>
        <w:br/>
        <w:t>f 21732/23964/20592 21733/23963/20591 21744/23975/20601</w:t>
        <w:br/>
        <w:t>f 21743/23976/20601 21732/23964/20592 21744/23975/20601</w:t>
        <w:br/>
        <w:t>f 21746/23977/20602 21745/23978/20602 21743/23976/20601</w:t>
        <w:br/>
        <w:t>f 21744/23975/20601 21746/23977/20602 21743/23976/20601</w:t>
        <w:br/>
        <w:t>f 21747/23979/20603 21724/23953/20584 21721/23956/20586</w:t>
        <w:br/>
        <w:t>f 21748/23980/20604 21747/23979/20603 21721/23956/20586</w:t>
        <w:br/>
        <w:t>f 21750/23981/20605 21730/23959/20588 21727/23962/20588</w:t>
        <w:br/>
        <w:t>f 21749/23982/20605 21750/23981/20605 21727/23962/20588</w:t>
        <w:br/>
        <w:t>f 21751/23983/20606 21750/23981/20605 21749/23982/20605</w:t>
        <w:br/>
        <w:t>f 21752/23984/20606 21751/23983/20606 21749/23982/20605</w:t>
        <w:br/>
        <w:t>f 21754/23985/20607 21747/23979/20603 21748/23980/20604</w:t>
        <w:br/>
        <w:t>f 21753/23986/20607 21754/23985/20607 21748/23980/20604</w:t>
        <w:br/>
        <w:t>f 21756/23987/20608 21755/23988/20609 21728/23961/20590</w:t>
        <w:br/>
        <w:t>f 21729/23960/20589 21756/23987/20608 21728/23961/20590</w:t>
        <w:br/>
        <w:t>f 21754/23985/20607 21753/23986/20607 21758/23989/20610</w:t>
        <w:br/>
        <w:t>f 21757/23990/20610 21754/23985/20607 21758/23989/20610</w:t>
        <w:br/>
        <w:t>f 21759/23991/20611 21745/23978/20602 21746/23977/20602</w:t>
        <w:br/>
        <w:t>f 21760/23992/20612 21759/23991/20611 21746/23977/20602</w:t>
        <w:br/>
        <w:t>f 21742/23973/20600 21762/23993/20613 21761/23994/20614</w:t>
        <w:br/>
        <w:t>f 21741/23974/20600 21742/23973/20600 21761/23994/20614</w:t>
        <w:br/>
        <w:t>f 21751/23983/20606 21752/23984/20606 21764/23995/20615</w:t>
        <w:br/>
        <w:t>f 21763/23996/20616 21751/23983/20606 21764/23995/20615</w:t>
        <w:br/>
        <w:t>f 21767/23997/20617 21766/23998/20618 21765/23999/20618</w:t>
        <w:br/>
        <w:t>f 21768/24000/20617 21767/23997/20617 21765/23999/20618</w:t>
        <w:br/>
        <w:t>f 21771/24001/20619 21770/24002/20620 21769/24003/20621</w:t>
        <w:br/>
        <w:t>f 21772/24004/20621 21771/24001/20619 21769/24003/20621</w:t>
        <w:br/>
        <w:t>f 21774/24005/20622 21773/24006/20622 21767/23997/20617</w:t>
        <w:br/>
        <w:t>f 21768/24000/20617 21774/24005/20622 21767/23997/20617</w:t>
        <w:br/>
        <w:t>f 21777/24007/20623 21776/24008/20624 21775/24009/20624</w:t>
        <w:br/>
        <w:t>f 21778/24010/20623 21777/24007/20623 21775/24009/20624</w:t>
        <w:br/>
        <w:t>f 21780/24011/20625 21779/24012/20626 21775/24009/20624</w:t>
        <w:br/>
        <w:t>f 21776/24008/20624 21780/24011/20625 21775/24009/20624</w:t>
        <w:br/>
        <w:t>f 21784/24013/20621 21783/24014/20627 21782/24015/20628</w:t>
        <w:br/>
        <w:t>f 21781/24016/20629 21784/24013/20621 21782/24015/20628</w:t>
        <w:br/>
        <w:t>f 21787/24017/20630 21786/24018/20630 21785/24019/20631</w:t>
        <w:br/>
        <w:t>f 21788/24020/20631 21787/24017/20630 21785/24019/20631</w:t>
        <w:br/>
        <w:t>f 21791/24021/20632 21790/24022/20632 21789/24023/20633</w:t>
        <w:br/>
        <w:t>f 21792/24024/20633 21791/24021/20632 21789/24023/20633</w:t>
        <w:br/>
        <w:t>f 21792/24024/20633 21789/24023/20633 21793/24025/20634</w:t>
        <w:br/>
        <w:t>f 21794/24026/20634 21792/24024/20633 21793/24025/20634</w:t>
        <w:br/>
        <w:t>f 21795/24027/20635 21794/24026/20634 21793/24025/20634</w:t>
        <w:br/>
        <w:t>f 21796/24028/20636 21795/24027/20635 21793/24025/20634</w:t>
        <w:br/>
        <w:t>f 21797/24029/20637 21770/24002/20620 21771/24001/20619</w:t>
        <w:br/>
        <w:t>f 21798/24030/20638 21797/24029/20637 21771/24001/20619</w:t>
        <w:br/>
        <w:t>f 21798/24030/20638 21800/24031/20639 21799/24032/20640</w:t>
        <w:br/>
        <w:t>f 21797/24029/20637 21798/24030/20638 21799/24032/20640</w:t>
        <w:br/>
        <w:t>f 21802/24033/20641 21801/24034/20641 21773/24006/20622</w:t>
        <w:br/>
        <w:t>f 21774/24005/20622 21802/24033/20641 21773/24006/20622</w:t>
        <w:br/>
        <w:t>f 21805/24035/20642 21804/24036/20643 21803/24037/20644</w:t>
        <w:br/>
        <w:t>f 21806/24038/20642 21805/24035/20642 21803/24037/20644</w:t>
        <w:br/>
        <w:t>f 21788/24020/20631 21785/24019/20631 21803/24037/20644</w:t>
        <w:br/>
        <w:t>f 21804/24036/20643 21788/24020/20631 21803/24037/20644</w:t>
        <w:br/>
        <w:t>f 21807/24039/20645 21782/24015/20628 21783/24014/20627</w:t>
        <w:br/>
        <w:t>f 21808/24040/20646 21807/24039/20645 21783/24014/20627</w:t>
        <w:br/>
        <w:t>f 21810/24041/20647 21809/24042/20648 21807/24039/20645</w:t>
        <w:br/>
        <w:t>f 21808/24040/20646 21810/24041/20647 21807/24039/20645</w:t>
        <w:br/>
        <w:t>f 21812/24043/20649 21811/24044/20650 21779/24012/20626</w:t>
        <w:br/>
        <w:t>f 21780/24011/20625 21812/24043/20649 21779/24012/20626</w:t>
        <w:br/>
        <w:t>f 21796/24028/20636 21805/24035/20642 21806/24038/20642</w:t>
        <w:br/>
        <w:t>f 21795/24027/20635 21796/24028/20636 21806/24038/20642</w:t>
        <w:br/>
        <w:t>f 21799/24032/20640 21800/24031/20639 21809/24042/20648</w:t>
        <w:br/>
        <w:t>f 21810/24041/20647 21799/24032/20640 21809/24042/20648</w:t>
        <w:br/>
        <w:t>f 21811/24044/20650 21812/24043/20649 21801/24034/20641</w:t>
        <w:br/>
        <w:t>f 21802/24033/20641 21811/24044/20650 21801/24034/20641</w:t>
        <w:br/>
        <w:t>f 21816/24045/20651 21815/24046/20651 21814/24047/20652</w:t>
        <w:br/>
        <w:t>f 21813/24048/20652 21816/24045/20651 21814/24047/20652</w:t>
        <w:br/>
        <w:t>f 21819/24049/20653 21818/24050/20654 21817/24051/20654</w:t>
        <w:br/>
        <w:t>f 21820/24052/20655 21819/24049/20653 21817/24051/20654</w:t>
        <w:br/>
        <w:t>f 21823/24053/20656 21822/24054/20657 21821/24055/20658</w:t>
        <w:br/>
        <w:t>f 21824/24056/20659 21823/24053/20656 21821/24055/20658</w:t>
        <w:br/>
        <w:t>f 21827/24057/20660 21826/24058/20661 21825/24059/20662</w:t>
        <w:br/>
        <w:t>f 21828/24060/20660 21827/24057/20660 21825/24059/20662</w:t>
        <w:br/>
        <w:t>f 21831/24061/20663 21830/24062/20664 21829/24063/20665</w:t>
        <w:br/>
        <w:t>f 21832/24064/20665 21831/24061/20663 21829/24063/20665</w:t>
        <w:br/>
        <w:t>f 21820/24052/20655 21827/24057/20660 21828/24060/20660</w:t>
        <w:br/>
        <w:t>f 21819/24049/20653 21820/24052/20655 21828/24060/20660</w:t>
        <w:br/>
        <w:t>f 21836/24065/20666 21835/24066/20667 21834/24067/20668</w:t>
        <w:br/>
        <w:t>f 21833/24068/20666 21836/24065/20666 21834/24067/20668</w:t>
        <w:br/>
        <w:t>f 21824/24056/20659 21834/24067/20668 21835/24066/20667</w:t>
        <w:br/>
        <w:t>f 21823/24053/20656 21824/24056/20659 21835/24066/20667</w:t>
        <w:br/>
        <w:t>f 21840/24069/20669 21839/24070/20670 21838/24071/20671</w:t>
        <w:br/>
        <w:t>f 21837/24072/20672 21840/24069/20669 21838/24071/20671</w:t>
        <w:br/>
        <w:t>f 21832/24064/20665 21829/24063/20665 21837/24072/20672</w:t>
        <w:br/>
        <w:t>f 21838/24071/20671 21832/24064/20665 21837/24072/20672</w:t>
        <w:br/>
        <w:t>f 21815/24046/20651 21816/24045/20651 21841/24073/20673</w:t>
        <w:br/>
        <w:t>f 21842/24074/20673 21815/24046/20651 21841/24073/20673</w:t>
        <w:br/>
        <w:t>f 21844/24075/20674 21843/24076/20674 21842/24074/20673</w:t>
        <w:br/>
        <w:t>f 21841/24073/20673 21844/24075/20674 21842/24074/20673</w:t>
        <w:br/>
        <w:t>f 21848/24077/20675 21847/24078/20676 21846/24079/20677</w:t>
        <w:br/>
        <w:t>f 21845/24080/20677 21848/24077/20675 21846/24079/20677</w:t>
        <w:br/>
        <w:t>f 21850/24081/20678 21849/24082/20678 21847/24078/20676</w:t>
        <w:br/>
        <w:t>f 21848/24077/20675 21850/24081/20678 21847/24078/20676</w:t>
        <w:br/>
        <w:t>f 21853/24083/20679 21852/24084/20680 21851/24085/20680</w:t>
        <w:br/>
        <w:t>f 21854/24086/20681 21853/24083/20679 21851/24085/20680</w:t>
        <w:br/>
        <w:t>f 21855/24087/20682 21853/24083/20679 21854/24086/20681</w:t>
        <w:br/>
        <w:t>f 21856/24088/20682 21855/24087/20682 21854/24086/20681</w:t>
        <w:br/>
        <w:t>f 21860/24089/20683 21859/24090/20684 21858/24091/20685</w:t>
        <w:br/>
        <w:t>f 21857/24092/20686 21860/24089/20683 21858/24091/20685</w:t>
        <w:br/>
        <w:t>f 21862/24093/20687 21861/24094/20688 21859/24090/20684</w:t>
        <w:br/>
        <w:t>f 21860/24089/20683 21862/24093/20687 21859/24090/20684</w:t>
        <w:br/>
        <w:t>f 21865/24095/20689 21864/24096/20690 21863/24097/20691</w:t>
        <w:br/>
        <w:t>f 21866/24098/20689 21865/24095/20689 21863/24097/20691</w:t>
        <w:br/>
        <w:t>f 21868/24099/20692 21865/24095/20689 21866/24098/20689</w:t>
        <w:br/>
        <w:t>f 21867/24100/20693 21868/24099/20692 21866/24098/20689</w:t>
        <w:br/>
        <w:t>f 21884/24101/20694 21883/24102/20694 21882/24103/20695</w:t>
        <w:br/>
        <w:t>f 21885/24104/20696 21884/24101/20694 21882/24103/20695</w:t>
        <w:br/>
        <w:t>f 21885/24104/20696 21882/24103/20695 21886/24105/20697</w:t>
        <w:br/>
        <w:t>f 21890/24106/20698 21889/24107/20699 21888/24108/20700</w:t>
        <w:br/>
        <w:t>f 21887/24109/20701 21890/24106/20698 21888/24108/20700</w:t>
        <w:br/>
        <w:t>f 21887/24109/20701 21891/24110/20702 21890/24106/20698</w:t>
        <w:br/>
        <w:t>f 21891/24110/20702 21887/24109/20701 21885/24104/20696</w:t>
        <w:br/>
        <w:t>f 21886/24105/20697 21891/24110/20702 21885/24104/20696</w:t>
        <w:br/>
        <w:t>f 21894/24111/20703 21893/24112/20704 21892/24113/20705</w:t>
        <w:br/>
        <w:t>f 21896/24114/20706 21893/24112/20704 21894/24111/20703</w:t>
        <w:br/>
        <w:t>f 21895/24115/20707 21896/24114/20706 21894/24111/20703</w:t>
        <w:br/>
        <w:t>f 21898/24116/20708 21894/24111/20703 21892/24113/20705</w:t>
        <w:br/>
        <w:t>f 21897/24117/20709 21898/24116/20708 21892/24113/20705</w:t>
        <w:br/>
        <w:t>f 21901/24118/20710 21895/24115/20707 21900/24119/20711</w:t>
        <w:br/>
        <w:t>f 21899/24120/20712 21901/24118/20710 21900/24119/20711</w:t>
        <w:br/>
        <w:t>f 21895/24115/20707 21901/24118/20710 21896/24114/20706</w:t>
        <w:br/>
        <w:t>f 21902/24121/20713 21888/24108/20700 21898/24116/20708</w:t>
        <w:br/>
        <w:t>f 21903/24122/20714 21902/24121/20713 21898/24116/20708</w:t>
        <w:br/>
        <w:t>f 21899/24120/20715 21888/24108/20700 21902/24121/20713</w:t>
        <w:br/>
        <w:t>f 21889/24107/20699 21904/24123/20716 21888/24108/20700</w:t>
        <w:br/>
        <w:t>f 21907/24124/20717 21906/24125/20718 21905/24126/20719</w:t>
        <w:br/>
        <w:t>f 21908/24127/20717 21907/24124/20717 21905/24126/20719</w:t>
        <w:br/>
        <w:t>f 21909/24128/20720 21883/24102/20694 21884/24101/20694</w:t>
        <w:br/>
        <w:t>f 21898/24116/20708 21897/24117/20709 21903/24122/20714</w:t>
        <w:br/>
        <w:t>f 21912/24129/20721 21911/24130/20722 21910/24131/20722</w:t>
        <w:br/>
        <w:t>f 21913/24132/20721 21912/24129/20721 21910/24131/20722</w:t>
        <w:br/>
        <w:t>f 21915/24133/20723 21914/24134/20723 21910/24131/20722</w:t>
        <w:br/>
        <w:t>f 21911/24130/20722 21915/24133/20723 21910/24131/20722</w:t>
        <w:br/>
        <w:t>f 21916/24135/20724 21914/24134/20723 21915/24133/20723</w:t>
        <w:br/>
        <w:t>f 21917/24136/20725 21916/24135/20724 21915/24133/20723</w:t>
        <w:br/>
        <w:t>f 21918/24137/20726 21916/24135/20724 21917/24136/20725</w:t>
        <w:br/>
        <w:t>f 21919/24138/20726 21918/24137/20726 21917/24136/20725</w:t>
        <w:br/>
        <w:t>f 21921/24139/20727 21920/24140/20728 21918/24137/20726</w:t>
        <w:br/>
        <w:t>f 21919/24138/20726 21921/24139/20727 21918/24137/20726</w:t>
        <w:br/>
        <w:t>f 21923/24141/20729 21922/24142/20730 21920/24140/20728</w:t>
        <w:br/>
        <w:t>f 21921/24139/20727 21923/24141/20729 21920/24140/20728</w:t>
        <w:br/>
        <w:t>f 21925/24143/20731 21924/24144/20731 21922/24142/20730</w:t>
        <w:br/>
        <w:t>f 21923/24141/20729 21925/24143/20731 21922/24142/20730</w:t>
        <w:br/>
        <w:t>f 21913/24132/20721 21924/24144/20731 21925/24143/20731</w:t>
        <w:br/>
        <w:t>f 21912/24129/20721 21913/24132/20721 21925/24143/20731</w:t>
        <w:br/>
        <w:t>f 22032/24145/16997 22031/24146/16997 22030/24147/16997</w:t>
        <w:br/>
        <w:t>f 22029/24148/16997 22032/24145/16997 22030/24147/16997</w:t>
        <w:br/>
        <w:t>f 22036/24149/14511 22035/24150/14511 22034/24151/14511</w:t>
        <w:br/>
        <w:t>f 22033/24152/14511 22036/24149/14511 22034/24151/14511</w:t>
        <w:br/>
        <w:t>f 22039/24153/14510 22038/24154/14510 22037/24155/14186</w:t>
        <w:br/>
        <w:t>f 22040/24156/14186 22039/24153/14510 22037/24155/14186</w:t>
        <w:br/>
        <w:t>f 22044/24157/14529 22043/24158/14529 22042/24159/14529</w:t>
        <w:br/>
        <w:t>f 22041/24160/14529 22044/24157/14529 22042/24159/14529</w:t>
        <w:br/>
        <w:t>f 22048/24161/17086 22047/24162/17086 22046/24163/17086</w:t>
        <w:br/>
        <w:t>f 22045/24164/17086 22048/24161/17086 22046/24163/17086</w:t>
        <w:br/>
        <w:t>f 22051/24165/17083 22050/24166/17083 22049/24167/17083</w:t>
        <w:br/>
        <w:t>f 22052/24168/17083 22051/24165/17083 22049/24167/17083</w:t>
        <w:br/>
        <w:t>f 22105/24169/20732 22104/24170/20733 22103/24171/20734</w:t>
        <w:br/>
        <w:t>f 22108/24172/20735 22107/24173/20736 22106/24174/20737</w:t>
        <w:br/>
        <w:t>f 22109/24175/20738 22108/24172/20735 22106/24174/20737</w:t>
        <w:br/>
        <w:t>f 22103/24171/20734 22108/24172/20735 22109/24175/20738</w:t>
        <w:br/>
        <w:t>f 22105/24169/20732 22103/24171/20734 22109/24175/20738</w:t>
        <w:br/>
        <w:t>f 22107/24173/20736 22110/24176/20739 22106/24174/20737</w:t>
        <w:br/>
        <w:t>f 22267/24177/20740 22266/24178/20741 22265/24179/20742</w:t>
        <w:br/>
        <w:t>f 22271/24180/20743 22270/24181/20744 22269/24182/20745</w:t>
        <w:br/>
        <w:t>f 22268/24183/20746 22271/24180/20743 22269/24182/20745</w:t>
        <w:br/>
        <w:t>f 22268/24183/20746 22272/24184/20747 22271/24180/20743</w:t>
        <w:br/>
        <w:t>f 22267/24177/20740 22274/24185/20748 22273/24186/20749</w:t>
        <w:br/>
        <w:t>f 22276/24187/20750 22275/24188/20751 22273/24186/20749</w:t>
        <w:br/>
        <w:t>f 22274/24185/20748 22276/24187/20750 22273/24186/20749</w:t>
        <w:br/>
        <w:t>f 22272/24184/20747 22268/24183/20746 22277/24189/20752</w:t>
        <w:br/>
        <w:t>f 22278/24190/20752 22272/24184/20747 22277/24189/20752</w:t>
        <w:br/>
        <w:t>f 22275/24188/20751 22276/24187/20750 22279/24191/20753</w:t>
        <w:br/>
        <w:t>f 22282/24192/20754 22269/24182/20745 22281/24193/20755</w:t>
        <w:br/>
        <w:t>f 22280/24194/20754 22282/24192/20754 22281/24193/20755</w:t>
        <w:br/>
        <w:t>f 22270/24181/20744 22281/24193/20755 22269/24182/20745</w:t>
        <w:br/>
        <w:t>f 22284/24195/20756 22283/24196/20757 22279/24191/20753</w:t>
        <w:br/>
        <w:t>f 22288/24197/20758 22287/24198/20759 22286/24199/20759</w:t>
        <w:br/>
        <w:t>f 22285/24200/20760 22288/24197/20758 22286/24199/20759</w:t>
        <w:br/>
        <w:t>f 22288/24197/20758 22285/24200/20760 22289/24201/20761</w:t>
        <w:br/>
        <w:t>f 22290/24202/20761 22288/24197/20758 22289/24201/20761</w:t>
        <w:br/>
        <w:t>f 22290/24202/20761 22289/24201/20761 22291/24203/20762</w:t>
        <w:br/>
        <w:t>f 22292/24204/20763 22290/24202/20761 22291/24203/20762</w:t>
        <w:br/>
        <w:t>f 22295/24205/20764 22294/24206/20764 22293/24207/20765</w:t>
        <w:br/>
        <w:t>f 22296/24208/20765 22295/24205/20764 22293/24207/20765</w:t>
        <w:br/>
        <w:t>f 22293/24207/20765 22292/24204/20763 22291/24203/20762</w:t>
        <w:br/>
        <w:t>f 22296/24208/20765 22293/24207/20765 22291/24203/20762</w:t>
        <w:br/>
        <w:t>f 22284/24195/20756 22279/24191/20753 22276/24187/20750</w:t>
        <w:br/>
        <w:t>f 22267/24177/20740 22265/24179/20742 22274/24185/20748</w:t>
        <w:br/>
        <w:t>f 22297/24209/20766 22265/24179/20742 22266/24178/20741</w:t>
        <w:br/>
        <w:t>f 22301/24210/20767 22300/24211/20768 22299/24212/20769</w:t>
        <w:br/>
        <w:t>f 22298/24213/20770 22301/24210/20767 22299/24212/20769</w:t>
        <w:br/>
        <w:t>f 22300/24211/20768 22301/24210/20767 22302/24214/20771</w:t>
        <w:br/>
        <w:t>f 22297/24209/20766 22304/24215/20772 22303/24216/20773</w:t>
        <w:br/>
        <w:t>f 22306/24217/20774 22303/24216/20773 22304/24215/20772</w:t>
        <w:br/>
        <w:t>f 22305/24218/20775 22306/24217/20774 22304/24215/20772</w:t>
        <w:br/>
        <w:t>f 22277/24189/20752 22300/24211/20768 22302/24214/20771</w:t>
        <w:br/>
        <w:t>f 22278/24190/20752 22277/24189/20752 22302/24214/20771</w:t>
        <w:br/>
        <w:t>f 22305/24218/20775 22307/24219/20776 22306/24217/20774</w:t>
        <w:br/>
        <w:t>f 22282/24192/20754 22280/24194/20754 22308/24220/20777</w:t>
        <w:br/>
        <w:t>f 22299/24212/20769 22282/24192/20754 22308/24220/20777</w:t>
        <w:br/>
        <w:t>f 22298/24213/20770 22299/24212/20769 22308/24220/20777</w:t>
        <w:br/>
        <w:t>f 22284/24195/20756 22307/24219/20776 22283/24196/20757</w:t>
        <w:br/>
        <w:t>f 22312/24221/20778 22311/24222/20779 22310/24223/20759</w:t>
        <w:br/>
        <w:t>f 22309/24224/20759 22312/24221/20778 22310/24223/20759</w:t>
        <w:br/>
        <w:t>f 22313/24225/20780 22311/24222/20779 22312/24221/20778</w:t>
        <w:br/>
        <w:t>f 22314/24226/20781 22313/24225/20780 22312/24221/20778</w:t>
        <w:br/>
        <w:t>f 22315/24227/20782 22313/24225/20780 22314/24226/20781</w:t>
        <w:br/>
        <w:t>f 22316/24228/20782 22315/24227/20782 22314/24226/20781</w:t>
        <w:br/>
        <w:t>f 22319/24229/20783 22318/24230/20764 22317/24231/20764</w:t>
        <w:br/>
        <w:t>f 22320/24232/20784 22319/24229/20783 22317/24231/20764</w:t>
        <w:br/>
        <w:t>f 22319/24229/20783 22320/24232/20784 22315/24227/20782</w:t>
        <w:br/>
        <w:t>f 22316/24228/20782 22319/24229/20783 22315/24227/20782</w:t>
        <w:br/>
        <w:t>f 22284/24195/20756 22306/24217/20774 22307/24219/20776</w:t>
        <w:br/>
        <w:t>f 22297/24209/20766 22303/24216/20773 22265/24179/20742</w:t>
        <w:br/>
        <w:t>f 22323/13427/12044 22325/24233/20785 22324/24234/20786</w:t>
        <w:br/>
        <w:t>f 22328/24235/20787 22327/24236/20788 22326/24237/20789</w:t>
        <w:br/>
        <w:t>f 22330/24238/20790 22324/24234/20786 22325/24233/20785</w:t>
        <w:br/>
        <w:t>f 22329/24239/20791 22330/24238/20790 22325/24233/20785</w:t>
        <w:br/>
        <w:t>f 22329/24239/20791 22331/24240/20792 22330/24238/20790</w:t>
        <w:br/>
        <w:t>f 22328/24235/20787 22326/24237/20789 22332/24241/20793</w:t>
        <w:br/>
        <w:t>f 22333/24242/20794 22330/24238/20790 22331/24240/20792</w:t>
        <w:br/>
        <w:t>f 22336/24243/20795 22335/24244/20796 22334/24245/20797</w:t>
        <w:br/>
        <w:t>f 22338/24246/20798 22337/24247/20799 22335/24244/20796</w:t>
        <w:br/>
        <w:t>f 22336/24243/20795 22334/24245/20797 22327/24236/20788</w:t>
        <w:br/>
        <w:t>f 22328/24235/20787 22336/24243/20795 22327/24236/20788</w:t>
        <w:br/>
        <w:t>f 22343/24248/20800 22341/13431/12048 22342/13430/12047</w:t>
        <w:br/>
        <w:t>f 22344/24249/20801 22343/24248/20800 22342/13430/12047</w:t>
        <w:br/>
        <w:t>f 22345/24250/20802 22343/24248/20800 22344/24249/20801</w:t>
        <w:br/>
        <w:t>f 22346/24251/20803 22345/24250/20802 22344/24249/20801</w:t>
        <w:br/>
        <w:t>f 22348/24252/20804 22347/24253/20805 22345/24250/20802</w:t>
        <w:br/>
        <w:t>f 22346/24251/20803 22348/24252/20804 22345/24250/20802</w:t>
        <w:br/>
        <w:t>f 22348/24252/20804 22350/24254/19819 22349/24255/19819</w:t>
        <w:br/>
        <w:t>f 22347/24253/20805 22348/24252/20804 22349/24255/19819</w:t>
        <w:br/>
        <w:t>f 22351/24256/20806 22333/24242/20794 22331/24240/20792</w:t>
        <w:br/>
        <w:t>f 22336/24243/20795 22338/24246/20798 22335/24244/20796</w:t>
        <w:br/>
        <w:t>f 22323/13427/12044 22324/24234/20786 22322/13428/12045</w:t>
        <w:br/>
        <w:t>f 22326/24237/20789 22352/24257/20807 22332/24241/20793</w:t>
        <w:br/>
        <w:t>f 22353/24258/20808 22321/13429/12046 22322/13428/12045</w:t>
        <w:br/>
        <w:t>f 22353/24258/20808 22355/24259/20809 22354/24260/20810</w:t>
        <w:br/>
        <w:t>f 22358/24261/20811 22357/24262/20812 22356/24263/20813</w:t>
        <w:br/>
        <w:t>f 22360/24264/20814 22359/24265/20815 22354/24260/20810</w:t>
        <w:br/>
        <w:t>f 22355/24259/20809 22360/24264/20814 22354/24260/20810</w:t>
        <w:br/>
        <w:t>f 22359/24265/20815 22360/24264/20814 22361/24266/20816</w:t>
        <w:br/>
        <w:t>f 22358/24261/20811 22332/24241/20793 22357/24262/20812</w:t>
        <w:br/>
        <w:t>f 22333/24242/20794 22361/24266/20816 22360/24264/20814</w:t>
        <w:br/>
        <w:t>f 22364/24267/20817 22363/24268/20818 22362/24269/20819</w:t>
        <w:br/>
        <w:t>f 22338/24246/20798 22362/24269/20819 22337/24247/20799</w:t>
        <w:br/>
        <w:t>f 22364/24267/20817 22358/24261/20811 22356/24263/20813</w:t>
        <w:br/>
        <w:t>f 22363/24268/20818 22364/24267/20817 22356/24263/20813</w:t>
        <w:br/>
        <w:t>f 22368/24270/20820 22367/24271/12049 22366/24272/12049</w:t>
        <w:br/>
        <w:t>f 22365/24273/20821 22368/24270/20820 22366/24272/12049</w:t>
        <w:br/>
        <w:t>f 22368/24270/20820 22365/24273/20821 22369/24274/20822</w:t>
        <w:br/>
        <w:t>f 22370/24275/20823 22368/24270/20820 22369/24274/20822</w:t>
        <w:br/>
        <w:t>f 22370/24275/20823 22369/24274/20822 22371/24276/20824</w:t>
        <w:br/>
        <w:t>f 22372/24277/20825 22370/24275/20823 22371/24276/20824</w:t>
        <w:br/>
        <w:t>f 22374/24278/20826 22372/24277/20825 22371/24276/20824</w:t>
        <w:br/>
        <w:t>f 22373/24279/20827 22374/24278/20826 22371/24276/20824</w:t>
        <w:br/>
        <w:t>f 22376/24280/20828 22375/24281/20828 22374/24278/20826</w:t>
        <w:br/>
        <w:t>f 22373/24279/20827 22376/24280/20828 22374/24278/20826</w:t>
        <w:br/>
        <w:t>f 22351/24256/20806 22361/24266/20816 22333/24242/20794</w:t>
        <w:br/>
        <w:t>f 22364/24267/20817 22362/24269/20819 22338/24246/20798</w:t>
        <w:br/>
        <w:t>f 22353/24258/20808 22322/13428/12045 22355/24259/20809</w:t>
        <w:br/>
        <w:t>f 22357/24262/20812 22332/24241/20793 22352/24257/20807</w:t>
        <w:br/>
        <w:t>f 22638/24282/20829 22637/24283/20830 22636/24284/20831</w:t>
        <w:br/>
        <w:t>f 22635/24285/20831 22638/24282/20829 22636/24284/20831</w:t>
        <w:br/>
        <w:t>f 22641/24286/20832 22640/24287/20833 22639/24288/20834</w:t>
        <w:br/>
        <w:t>f 22635/24285/20831 22636/24284/20831 22643/24289/20835</w:t>
        <w:br/>
        <w:t>f 22642/24290/20835 22635/24285/20831 22643/24289/20835</w:t>
        <w:br/>
        <w:t>f 22655/24291/20836 22654/24292/20837 22653/24293/20837</w:t>
        <w:br/>
        <w:t>f 22656/24294/20836 22655/24291/20836 22653/24293/20837</w:t>
        <w:br/>
        <w:t>f 22656/24294/20836 22658/24295/20838 22657/24296/20838</w:t>
        <w:br/>
        <w:t>f 22655/24291/20836 22656/24294/20836 22657/24296/20838</w:t>
        <w:br/>
        <w:t>f 22664/24297/20839 22663/24298/20840 22662/24299/20841</w:t>
        <w:br/>
        <w:t>f 22661/24300/20842 22664/24297/20839 22662/24299/20841</w:t>
        <w:br/>
        <w:t>f 22667/24301/20843 22666/24302/20844 22665/24303/20845</w:t>
        <w:br/>
        <w:t>f 22669/24304/20846 22668/24305/20847 22664/24297/20839</w:t>
        <w:br/>
        <w:t>f 22684/24306/20848 22683/24307/20848 22682/24308/20849</w:t>
        <w:br/>
        <w:t>f 22681/24309/20850 22684/24306/20848 22682/24308/20849</w:t>
        <w:br/>
        <w:t>f 22685/24310/20851 22683/24307/20848 22684/24306/20848</w:t>
        <w:br/>
        <w:t>f 22668/24305/20847 22685/24310/20851 22684/24306/20848</w:t>
        <w:br/>
        <w:t>f 22694/24311/20852 22693/24312/20853 22692/24313/20853</w:t>
        <w:br/>
        <w:t>f 22695/24314/20854 22694/24311/20852 22692/24313/20853</w:t>
        <w:br/>
        <w:t>f 22697/24315/20855 22692/24313/20853 22693/24312/20853</w:t>
        <w:br/>
        <w:t>f 22696/24316/20856 22697/24315/20855 22693/24312/20853</w:t>
        <w:br/>
        <w:t>f 22699/24317/20857 22698/24318/20858 22695/24314/20854</w:t>
        <w:br/>
        <w:t>f 22706/24319/20859 22699/24317/20857 22705/24320/20860</w:t>
        <w:br/>
        <w:t>f 22707/24321/20860 22706/24319/20859 22705/24320/20860</w:t>
        <w:br/>
        <w:t>f 22709/24322/20861 22708/24323/20862 22707/24321/20860</w:t>
        <w:br/>
        <w:t>f 22705/24320/20860 22709/24322/20861 22707/24321/20860</w:t>
        <w:br/>
        <w:t>f 22653/24293/20837 22654/24292/20837 22666/24302/20844</w:t>
        <w:br/>
        <w:t>f 22667/24301/20843 22653/24293/20837 22666/24302/20844</w:t>
        <w:br/>
        <w:t>f 22709/24322/20861 22642/24290/20835 22643/24289/20835</w:t>
        <w:br/>
        <w:t>f 22708/24323/20862 22709/24322/20861 22643/24289/20835</w:t>
        <w:br/>
        <w:t>f 22681/24309/20850 22682/24308/20849 22710/24324/20863</w:t>
        <w:br/>
        <w:t>f 22711/24325/20863 22681/24309/20850 22710/24324/20863</w:t>
        <w:br/>
        <w:t>f 22658/24295/20838 22711/24325/20863 22710/24324/20863</w:t>
        <w:br/>
        <w:t>f 22657/24296/20838 22658/24295/20838 22710/24324/20863</w:t>
        <w:br/>
        <w:t>f 22694/24311/20852 22695/24314/20854 22698/24318/20858</w:t>
        <w:br/>
        <w:t>f 22685/24310/20851 22668/24305/20847 22669/24304/20846</w:t>
        <w:br/>
        <w:t>f 22641/24286/20832 22639/24288/20834 22697/24315/20855</w:t>
        <w:br/>
        <w:t>f 22667/24301/20843 22665/24303/20845 22662/24299/20841</w:t>
        <w:br/>
        <w:t>f 22663/24298/20840 22667/24301/20843 22662/24299/20841</w:t>
        <w:br/>
        <w:t>f 22640/24287/20833 22637/24283/20830 22638/24282/20829</w:t>
        <w:br/>
        <w:t>f 22640/24287/20833 22638/24282/20829 22639/24288/20834</w:t>
        <w:br/>
        <w:t>f 22641/24286/20832 22697/24315/20855 22696/24316/20856</w:t>
        <w:br/>
        <w:t>f 22699/24317/20857 22706/24319/20859 22698/24318/20858</w:t>
        <w:br/>
        <w:t>f 22669/24304/20846 22664/24297/20839 22661/24300/20842</w:t>
        <w:br/>
        <w:t>f 22733/24326/20864 22732/24327/20865 22731/24328/20866</w:t>
        <w:br/>
        <w:t>f 22734/24329/20867 22733/24326/20864 22731/24328/20866</w:t>
        <w:br/>
        <w:t>f 22736/24330/20868 22733/24326/20864 22734/24329/20867</w:t>
        <w:br/>
        <w:t>f 22735/24331/20869 22736/24330/20868 22734/24329/20867</w:t>
        <w:br/>
        <w:t>f 22738/24332/20870 22737/24333/20871 22736/24330/20868</w:t>
        <w:br/>
        <w:t>f 22735/24331/20869 22738/24332/20870 22736/24330/20868</w:t>
        <w:br/>
        <w:t>f 22740/24334/20872 22739/24335/20873 22737/24333/20871</w:t>
        <w:br/>
        <w:t>f 22738/24332/20870 22740/24334/20872 22737/24333/20871</w:t>
        <w:br/>
        <w:t>f 22743/24336/20874 22742/24337/20873 22741/24338/20872</w:t>
        <w:br/>
        <w:t>f 22744/24339/20875 22743/24336/20874 22741/24338/20872</w:t>
        <w:br/>
        <w:t>f 22745/24340/20876 22743/24336/20874 22744/24339/20875</w:t>
        <w:br/>
        <w:t>f 22746/24341/20877 22745/24340/20876 22744/24339/20875</w:t>
        <w:br/>
        <w:t>f 22748/24342/20878 22747/24343/20879 22745/24340/20876</w:t>
        <w:br/>
        <w:t>f 22746/24341/20877 22748/24342/20878 22745/24340/20876</w:t>
        <w:br/>
        <w:t>f 22731/24328/20866 22732/24327/20865 22747/24343/20879</w:t>
        <w:br/>
        <w:t>f 22748/24342/20878 22731/24328/20866 22747/24343/20879</w:t>
        <w:br/>
        <w:t>f 22752/24344/20880 22751/24345/20881 22750/24346/20882</w:t>
        <w:br/>
        <w:t>f 22749/24347/20883 22752/24344/20880 22750/24346/20882</w:t>
        <w:br/>
        <w:t>f 22750/24346/20882 22754/24348/20884 22753/24349/20885</w:t>
        <w:br/>
        <w:t>f 22749/24347/20883 22750/24346/20882 22753/24349/20885</w:t>
        <w:br/>
        <w:t>f 22754/24348/20884 22756/24350/20886 22755/24351/20887</w:t>
        <w:br/>
        <w:t>f 22753/24349/20885 22754/24348/20884 22755/24351/20887</w:t>
        <w:br/>
        <w:t>f 22755/24351/20887 22756/24350/20886 22758/24352/20888</w:t>
        <w:br/>
        <w:t>f 22757/24353/20889 22755/24351/20887 22758/24352/20888</w:t>
        <w:br/>
        <w:t>f 22757/24353/20889 22758/24352/20888 22760/24354/20890</w:t>
        <w:br/>
        <w:t>f 22759/24355/20891 22757/24353/20889 22760/24354/20890</w:t>
        <w:br/>
        <w:t>f 22763/24356/20890 22762/24357/20892 22761/24358/20893</w:t>
        <w:br/>
        <w:t>f 22764/24359/20891 22763/24356/20890 22761/24358/20893</w:t>
        <w:br/>
        <w:t>f 22762/24357/20892 22766/24360/20894 22765/24361/20895</w:t>
        <w:br/>
        <w:t>f 22761/24358/20893 22762/24357/20892 22765/24361/20895</w:t>
        <w:br/>
        <w:t>f 22751/24345/20881 22752/24344/20880 22765/24361/20895</w:t>
        <w:br/>
        <w:t>f 22766/24360/20894 22751/24345/20881 22765/24361/20895</w:t>
        <w:br/>
        <w:t>f 22770/24362/14511 22769/24363/14511 22768/24364/14511</w:t>
        <w:br/>
        <w:t>f 22767/24365/14511 22770/24362/14511 22768/24364/14511</w:t>
        <w:br/>
        <w:t>f 22768/24364/14511 22769/24363/14511 22799/24366/14511</w:t>
        <w:br/>
        <w:t>f 22798/24367/14511 22768/24364/14511 22799/24366/14511</w:t>
        <w:br/>
        <w:t>f 22767/24365/14511 22800/24368/14511 22770/24362/14511</w:t>
        <w:br/>
        <w:t>f 22799/24366/14511 22801/24369/14511 22798/24367/14511</w:t>
        <w:br/>
        <w:t>f 22852/24370/20896 22851/24371/20897 22850/24372/20898</w:t>
        <w:br/>
        <w:t>f 22851/24371/20897 22853/24373/20899 22850/24372/20898</w:t>
        <w:br/>
        <w:t>f 22853/24373/20899 22854/24374/20900 22850/24372/20898</w:t>
        <w:br/>
        <w:t>f 22854/24374/20900 22852/24370/20896 22850/24372/20898</w:t>
        <w:br/>
        <w:t>f 22856/24375/20901 22852/24370/20896 22855/24376/20902</w:t>
        <w:br/>
        <w:t>f 22858/24377/20903 22851/24371/20897 22857/24378/20904</w:t>
        <w:br/>
        <w:t>f 22860/24379/20905 22853/24373/20899 22859/24380/20906</w:t>
        <w:br/>
        <w:t>f 22862/24381/20907 22854/24374/20900 22861/24382/20908</w:t>
        <w:br/>
        <w:t>f 22863/24383/20909 22856/24375/20901 22855/24376/20902</w:t>
        <w:br/>
        <w:t>f 22864/24384/20910 22859/24380/20906 22858/24377/20903</w:t>
        <w:br/>
        <w:t>f 22866/24385/20911 22861/24382/20908 22865/24386/20912</w:t>
        <w:br/>
        <w:t>f 22863/24383/20909 22855/24376/20902 22867/24387/20913</w:t>
        <w:br/>
        <w:t>f 22869/24388/20914 22868/24389/20915 22863/24383/20909</w:t>
        <w:br/>
        <w:t>f 22869/24388/20914 22864/24384/20910 22868/24389/20915</w:t>
        <w:br/>
        <w:t>f 22869/24388/20914 22866/24385/20911 22864/24384/20910</w:t>
        <w:br/>
        <w:t>f 22869/24388/20914 22863/24383/20909 22866/24385/20911</w:t>
        <w:br/>
        <w:t>f 22858/24377/20903 22859/24380/20906 22853/24373/20899</w:t>
        <w:br/>
        <w:t>f 22858/24377/20903 22853/24373/20899 22851/24371/20897</w:t>
        <w:br/>
        <w:t>f 22860/24379/20905 22861/24382/20908 22854/24374/20900</w:t>
        <w:br/>
        <w:t>f 22860/24379/20905 22854/24374/20900 22853/24373/20899</w:t>
        <w:br/>
        <w:t>f 22862/24381/20907 22855/24376/20902 22852/24370/20896</w:t>
        <w:br/>
        <w:t>f 22862/24381/20907 22852/24370/20896 22854/24374/20900</w:t>
        <w:br/>
        <w:t>f 22856/24375/20901 22857/24378/20904 22851/24371/20897</w:t>
        <w:br/>
        <w:t>f 22856/24375/20901 22851/24371/20897 22852/24370/20896</w:t>
        <w:br/>
        <w:t>f 22863/24383/20909 22868/24389/20915 22856/24375/20901</w:t>
        <w:br/>
        <w:t>f 22866/24385/20911 22862/24381/20907 22861/24382/20908</w:t>
        <w:br/>
        <w:t>f 22866/24385/20911 22863/24383/20909 22862/24381/20907</w:t>
        <w:br/>
        <w:t>f 22864/24384/20910 22860/24379/20905 22859/24380/20906</w:t>
        <w:br/>
        <w:t>f 22864/24384/20910 22866/24385/20911 22860/24379/20905</w:t>
        <w:br/>
        <w:t>f 22868/24389/20915 22864/24384/20910 22858/24377/20903</w:t>
        <w:br/>
        <w:t>f 22868/24389/20915 22857/24378/20904 22856/24375/20901</w:t>
        <w:br/>
        <w:t>f 22868/24389/20915 22858/24377/20903 22857/24378/20904</w:t>
        <w:br/>
        <w:t>f 22872/24390/20916 22871/24391/20917 22870/24392/20918</w:t>
        <w:br/>
        <w:t>f 22871/24391/20917 22873/24393/20919 22870/24392/20918</w:t>
        <w:br/>
        <w:t>f 22873/24393/20919 22874/24394/20920 22870/24392/20918</w:t>
        <w:br/>
        <w:t>f 22874/24394/20920 22875/24395/20921 22870/24392/20918</w:t>
        <w:br/>
        <w:t>f 22875/24395/20921 22876/24396/20922 22870/24392/20918</w:t>
        <w:br/>
        <w:t>f 22876/24396/20922 22872/24390/20916 22870/24392/20918</w:t>
        <w:br/>
        <w:t>f 22879/24397/20923 22878/24398/20924 22877/24399/20925</w:t>
        <w:br/>
        <w:t>f 22878/24398/20924 22880/24400/20926 22877/24399/20925</w:t>
        <w:br/>
        <w:t>f 22880/24400/20926 22881/24401/20927 22877/24399/20925</w:t>
        <w:br/>
        <w:t>f 22881/24401/20927 22882/24402/20928 22877/24399/20925</w:t>
        <w:br/>
        <w:t>f 22882/24402/20928 22883/24403/20929 22877/24399/20925</w:t>
        <w:br/>
        <w:t>f 22883/24403/20929 22879/24397/20923 22877/24399/20925</w:t>
        <w:br/>
        <w:t>f 22886/24404/20930 22885/24405/20931 22884/24406/20932</w:t>
        <w:br/>
        <w:t>f 22885/24405/20931 22887/24407/20933 22884/24406/20932</w:t>
        <w:br/>
        <w:t>f 22887/24407/20933 22888/24408/20934 22884/24406/20932</w:t>
        <w:br/>
        <w:t>f 22888/24408/20934 22890/24409/20935 22889/24410/20936</w:t>
        <w:br/>
        <w:t>f 22890/24409/20935 22891/24411/20937 22889/24410/20936</w:t>
        <w:br/>
        <w:t>f 22891/24411/20937 22886/24404/20938 22889/24410/20936</w:t>
        <w:br/>
        <w:t>f 23059/24412/20939 23058/24413/20940 23057/24414/20941</w:t>
        <w:br/>
        <w:t>f 23056/24415/20939 23059/24412/20939 23057/24414/20941</w:t>
        <w:br/>
        <w:t>f 23059/24412/20939 23056/24415/20939 23060/24416/20942</w:t>
        <w:br/>
        <w:t>f 23061/24417/20943 23059/24412/20939 23060/24416/20942</w:t>
        <w:br/>
        <w:t>f 23061/24417/20943 23060/24416/20942 23062/24418/20944</w:t>
        <w:br/>
        <w:t>f 23063/24419/20945 23061/24417/20943 23062/24418/20944</w:t>
        <w:br/>
        <w:t>f 23065/24420/20946 23063/24419/20945 23062/24418/20944</w:t>
        <w:br/>
        <w:t>f 23064/24421/20946 23065/24420/20946 23062/24418/20944</w:t>
        <w:br/>
        <w:t>f 23067/24422/20947 23065/24420/20946 23064/24421/20946</w:t>
        <w:br/>
        <w:t>f 23066/24423/20947 23067/24422/20947 23064/24421/20946</w:t>
        <w:br/>
        <w:t>f 23067/24422/20947 23066/24423/20947 23068/24424/20948</w:t>
        <w:br/>
        <w:t>f 23069/24425/20948 23067/24422/20947 23068/24424/20948</w:t>
        <w:br/>
        <w:t>f 23071/24426/20949 23070/24427/20949 23057/24414/20941</w:t>
        <w:br/>
        <w:t>f 23058/24413/20940 23071/24426/20949 23057/24414/20941</w:t>
        <w:br/>
        <w:t>f 23071/24426/20949 23069/24425/20948 23068/24424/20948</w:t>
        <w:br/>
        <w:t>f 23070/24427/20949 23071/24426/20949 23068/24424/20948</w:t>
        <w:br/>
        <w:t>f 23074/24428/20950 23073/24429/20951 23072/24430/20950</w:t>
        <w:br/>
        <w:t>f 23078/24431/20952 23077/24432/20952 23076/24433/20953</w:t>
        <w:br/>
        <w:t>f 23075/24434/20954 23078/24431/20952 23076/24433/20953</w:t>
        <w:br/>
        <w:t>f 23072/24430/20950 23077/24432/20952 23078/24431/20952</w:t>
        <w:br/>
        <w:t>f 23074/24428/20950 23072/24430/20950 23078/24431/20952</w:t>
        <w:br/>
        <w:t>f 23076/24433/20953 23079/24435/20955 23075/24434/20954</w:t>
        <w:br/>
        <w:t>f 23082/24436/20956 23081/24437/20957 23080/24438/20957</w:t>
        <w:br/>
        <w:t>f 23083/24439/20958 23082/24436/20956 23080/24438/20957</w:t>
        <w:br/>
        <w:t>f 23086/24440/20959 23085/24441/20960 23084/24442/20960</w:t>
        <w:br/>
        <w:t>f 23087/24443/20961 23086/24440/20959 23084/24442/20960</w:t>
        <w:br/>
        <w:t>f 23091/24444/20962 23090/24445/20963 23089/24446/20964</w:t>
        <w:br/>
        <w:t>f 23088/24447/20964 23091/24444/20962 23089/24446/20964</w:t>
        <w:br/>
        <w:t>f 23094/24448/20965 23093/24449/20966 23092/24450/20966</w:t>
        <w:br/>
        <w:t>f 23095/24451/20965 23094/24448/20965 23092/24450/20966</w:t>
        <w:br/>
        <w:t>f 23083/24439/20958 23096/24452/20967 23082/24436/20956</w:t>
        <w:br/>
        <w:t>f 23087/24443/20961 23096/24452/20967 23083/24439/20958</w:t>
        <w:br/>
        <w:t>f 23091/24444/20968 23097/24453/20969 23087/24443/20970</w:t>
        <w:br/>
        <w:t>f 23082/24436/20971 23097/24453/20969 23091/24444/20968</w:t>
        <w:br/>
        <w:t>f 23081/24437/20957 23099/24454/20972 23098/24455/20973</w:t>
        <w:br/>
        <w:t>f 23080/24438/20957 23081/24437/20957 23098/24455/20973</w:t>
        <w:br/>
        <w:t>f 23085/24441/20960 23101/24456/20974 23100/24457/20974</w:t>
        <w:br/>
        <w:t>f 23084/24442/20960 23085/24441/20960 23100/24457/20974</w:t>
        <w:br/>
        <w:t>f 23089/24446/20964 23103/24458/20975 23102/24459/20975</w:t>
        <w:br/>
        <w:t>f 23088/24447/20964 23089/24446/20964 23102/24459/20975</w:t>
        <w:br/>
        <w:t>f 23105/24460/20976 23104/24461/20976 23092/24450/20966</w:t>
        <w:br/>
        <w:t>f 23093/24449/20966 23105/24460/20976 23092/24450/20966</w:t>
        <w:br/>
        <w:t>f 23099/24454/20972 23106/24462/20977 23098/24455/20973</w:t>
        <w:br/>
        <w:t>f 23101/24456/20974 23106/24462/20978 23100/24457/20974</w:t>
        <w:br/>
        <w:t>f 23103/24458/20975 23107/24463/20979 23102/24459/20975</w:t>
        <w:br/>
        <w:t>f 23105/24460/20976 23107/24463/20977 23104/24461/20976</w:t>
        <w:br/>
        <w:t>f 23111/24464/20980 23110/24465/20981 23109/24466/20982</w:t>
        <w:br/>
        <w:t>f 23108/24467/20983 23111/24464/20980 23109/24466/20982</w:t>
        <w:br/>
        <w:t>f 23115/24468/20984 23114/24469/20985 23113/24470/20986</w:t>
        <w:br/>
        <w:t>f 23112/24471/20987 23115/24468/20984 23113/24470/20986</w:t>
        <w:br/>
        <w:t>f 23119/24472/20988 23118/24473/20989 23117/24474/20990</w:t>
        <w:br/>
        <w:t>f 23116/24475/20991 23119/24472/20988 23117/24474/20990</w:t>
        <w:br/>
        <w:t>f 23123/24476/20992 23122/24477/20993 23121/24478/20994</w:t>
        <w:br/>
        <w:t>f 23120/24479/20994 23123/24476/20992 23121/24478/20994</w:t>
        <w:br/>
        <w:t>f 23125/24480/20994 23118/24473/20989 23119/24472/20988</w:t>
        <w:br/>
        <w:t>f 23124/24481/20994 23125/24480/20994 23119/24472/20988</w:t>
        <w:br/>
        <w:t>f 23128/24482/20995 23127/24483/20996 23126/24484/20997</w:t>
        <w:br/>
        <w:t>f 23109/24466/20982 23122/24477/20993 23123/24476/20992</w:t>
        <w:br/>
        <w:t>f 23108/24467/20983 23109/24466/20982 23123/24476/20992</w:t>
        <w:br/>
        <w:t>f 23113/24470/20986 23110/24465/20981 23111/24464/20980</w:t>
        <w:br/>
        <w:t>f 23112/24471/20987 23113/24470/20986 23111/24464/20980</w:t>
        <w:br/>
        <w:t>f 23117/24474/20990 23114/24469/20985 23115/24468/20984</w:t>
        <w:br/>
        <w:t>f 23116/24475/20991 23117/24474/20990 23115/24468/20984</w:t>
        <w:br/>
        <w:t>f 23131/24485/20998 23130/24486/20999 23129/24487/21000</w:t>
        <w:br/>
        <w:t>f 23132/24488/21001 23131/24485/20998 23129/24487/21000</w:t>
        <w:br/>
        <w:t>f 23133/24489/21002 23130/24486/20999 23131/24485/20998</w:t>
        <w:br/>
        <w:t>f 23126/24484/20997 23132/24488/21001 23129/24487/21000</w:t>
        <w:br/>
        <w:t>f 23128/24482/20995 23126/24484/20997 23129/24487/21000</w:t>
        <w:br/>
        <w:t>f 23182/24490/21003 23181/24491/21004 23180/24492/21005</w:t>
        <w:br/>
        <w:t>f 23185/24493/21006 23184/24494/21007 23183/24495/21008</w:t>
        <w:br/>
        <w:t>f 23186/24496/21009 23185/24493/21006 23183/24495/21008</w:t>
        <w:br/>
        <w:t>f 23181/24491/21004 23186/24496/21010 23180/24492/21005</w:t>
        <w:br/>
        <w:t>f 23180/24492/21005 23187/24497/21011 23182/24490/21003</w:t>
        <w:br/>
        <w:t>f 23184/24494/21007 23187/24497/21012 23183/24495/21008</w:t>
        <w:br/>
        <w:t>f 23191/24498/21013 23190/24499/21014 23189/24500/21014</w:t>
        <w:br/>
        <w:t>f 23188/24501/21015 23191/24498/21013 23189/24500/21014</w:t>
        <w:br/>
        <w:t>f 23194/24502/21016 23193/24503/21017 23192/24504/21018</w:t>
        <w:br/>
        <w:t>f 23195/24505/21016 23194/24502/21016 23192/24504/21018</w:t>
        <w:br/>
        <w:t>f 23197/24506/21019 23196/24507/21020 23189/24500/21014</w:t>
        <w:br/>
        <w:t>f 23190/24499/21014 23197/24506/21019 23189/24500/21014</w:t>
        <w:br/>
        <w:t>f 23192/24504/21018 23193/24503/21017 23199/24508/21021</w:t>
        <w:br/>
        <w:t>f 23198/24509/21021 23192/24504/21018 23199/24508/21021</w:t>
        <w:br/>
        <w:t>f 23202/24510/21022 23201/24511/21023 23200/24512/21023</w:t>
        <w:br/>
        <w:t>f 23203/24513/21022 23202/24510/21022 23200/24512/21023</w:t>
        <w:br/>
        <w:t>f 23207/24514/21024 23206/24515/21025 23205/24516/21026</w:t>
        <w:br/>
        <w:t>f 23204/24517/21027 23207/24514/21024 23205/24516/21026</w:t>
        <w:br/>
        <w:t>f 23211/24518/21028 23210/24519/21029 23209/24520/21030</w:t>
        <w:br/>
        <w:t>f 23208/24521/21030 23211/24518/21028 23209/24520/21030</w:t>
        <w:br/>
        <w:t>f 23200/24512/21023 23201/24511/21023 23213/24522/21031</w:t>
        <w:br/>
        <w:t>f 23212/24523/21031 23200/24512/21023 23213/24522/21031</w:t>
        <w:br/>
        <w:t>f 23205/24516/21026 23215/24524/21032 23214/24525/21032</w:t>
        <w:br/>
        <w:t>f 23204/24517/21027 23205/24516/21026 23214/24525/21032</w:t>
        <w:br/>
        <w:t>f 23209/24520/21030 23217/24526/21033 23216/24527/21033</w:t>
        <w:br/>
        <w:t>f 23208/24521/21030 23209/24520/21030 23216/24527/21033</w:t>
        <w:br/>
        <w:t>f 23221/24528/21034 23220/24529/21034 23219/24530/21035</w:t>
        <w:br/>
        <w:t>f 23218/24531/21036 23221/24528/21034 23219/24530/21035</w:t>
        <w:br/>
        <w:t>f 23225/24532/21037 23224/24533/21037 23223/24534/21038</w:t>
        <w:br/>
        <w:t>f 23222/24535/21039 23225/24532/21037 23223/24534/21038</w:t>
        <w:br/>
        <w:t>f 23219/24530/21035 23196/24507/21020 23197/24506/21019</w:t>
        <w:br/>
        <w:t>f 23218/24531/21036 23219/24530/21035 23197/24506/21019</w:t>
        <w:br/>
        <w:t>f 23199/24508/21021 23224/24533/21037 23225/24532/21037</w:t>
        <w:br/>
        <w:t>f 23198/24509/21021 23199/24508/21021 23225/24532/21037</w:t>
        <w:br/>
        <w:t>f 23229/24536/21040 23228/24537/21040 23227/24538/21041</w:t>
        <w:br/>
        <w:t>f 23226/24539/21042 23229/24536/21040 23227/24538/21041</w:t>
        <w:br/>
        <w:t>f 23232/24540/21043 23231/24541/21044 23230/24542/21044</w:t>
        <w:br/>
        <w:t>f 23233/24543/21045 23232/24540/21043 23230/24542/21044</w:t>
        <w:br/>
        <w:t>f 23237/24544/21046 23236/24545/21047 23235/24546/21047</w:t>
        <w:br/>
        <w:t>f 23234/24547/21048 23237/24544/21046 23235/24546/21047</w:t>
        <w:br/>
        <w:t>f 23213/24522/21031 23228/24537/21040 23229/24536/21040</w:t>
        <w:br/>
        <w:t>f 23212/24523/21031 23213/24522/21031 23229/24536/21040</w:t>
        <w:br/>
        <w:t>f 23232/24540/21043 23233/24543/21045 23214/24525/21032</w:t>
        <w:br/>
        <w:t>f 23215/24524/21032 23232/24540/21043 23214/24525/21032</w:t>
        <w:br/>
        <w:t>f 23235/24546/21047 23236/24545/21047 23216/24527/21033</w:t>
        <w:br/>
        <w:t>f 23217/24526/21033 23235/24546/21047 23216/24527/21033</w:t>
        <w:br/>
        <w:t>f 23202/24510/21022 23203/24513/21022 23238/24548/21049</w:t>
        <w:br/>
        <w:t>f 23239/24549/21049 23202/24510/21022 23238/24548/21049</w:t>
        <w:br/>
        <w:t>f 23195/24505/21016 23206/24515/21025 23207/24514/21024</w:t>
        <w:br/>
        <w:t>f 23194/24502/21016 23195/24505/21016 23207/24514/21024</w:t>
        <w:br/>
        <w:t>f 23211/24518/21028 23191/24498/21013 23188/24501/21015</w:t>
        <w:br/>
        <w:t>f 23210/24519/21029 23211/24518/21028 23188/24501/21015</w:t>
        <w:br/>
        <w:t>f 23220/24529/21034 23221/24528/21034 23237/24544/21046</w:t>
        <w:br/>
        <w:t>f 23234/24547/21048 23220/24529/21034 23237/24544/21046</w:t>
        <w:br/>
        <w:t>f 23230/24542/21044 23231/24541/21044 23222/24535/21039</w:t>
        <w:br/>
        <w:t>f 23223/24534/21038 23230/24542/21044 23222/24535/21039</w:t>
        <w:br/>
        <w:t>f 23239/24549/21049 23238/24548/21049 23241/24550/21050</w:t>
        <w:br/>
        <w:t>f 23240/24551/21050 23239/24549/21049 23241/24550/21050</w:t>
        <w:br/>
        <w:t>f 23241/24550/21050 23243/24552/21051 23242/24553/21052</w:t>
        <w:br/>
        <w:t>f 23240/24551/21050 23241/24550/21050 23242/24553/21052</w:t>
        <w:br/>
        <w:t>f 23245/24554/21053 23244/24555/21054 23242/24553/21052</w:t>
        <w:br/>
        <w:t>f 23243/24552/21051 23245/24554/21053 23242/24553/21052</w:t>
        <w:br/>
        <w:t>f 23245/24554/21053 23247/24556/21055 23246/24557/21056</w:t>
        <w:br/>
        <w:t>f 23244/24555/21054 23245/24554/21053 23246/24557/21056</w:t>
        <w:br/>
        <w:t>f 23247/24556/21055 23226/24539/21042 23227/24538/21041</w:t>
        <w:br/>
        <w:t>f 23246/24557/21056 23247/24556/21055 23227/24538/21041</w:t>
        <w:br/>
        <w:t>f 23251/24558/21057 23250/24559/21057 23249/24560/21058</w:t>
        <w:br/>
        <w:t>f 23248/24561/21058 23251/24558/21057 23249/24560/21058</w:t>
        <w:br/>
        <w:t>f 23249/24560/21058 23253/24562/21059 23252/24563/21059</w:t>
        <w:br/>
        <w:t>f 23248/24561/21058 23249/24560/21058 23252/24563/21059</w:t>
        <w:br/>
        <w:t>f 23254/24564/21060 23252/24563/21059 23253/24562/21059</w:t>
        <w:br/>
        <w:t>f 23255/24565/21060 23254/24564/21060 23253/24562/21059</w:t>
        <w:br/>
        <w:t>f 23254/24564/21060 23255/24565/21060 23257/24566/21061</w:t>
        <w:br/>
        <w:t>f 23256/24567/21061 23254/24564/21060 23257/24566/21061</w:t>
        <w:br/>
        <w:t>f 23258/24568/21062 23256/24567/21061 23257/24566/21061</w:t>
        <w:br/>
        <w:t>f 23259/24569/21063 23258/24568/21062 23257/24566/21061</w:t>
        <w:br/>
        <w:t>f 23261/24570/21064 23260/24571/21064 23258/24568/21062</w:t>
        <w:br/>
        <w:t>f 23259/24569/21063 23261/24570/21064 23258/24568/21062</w:t>
        <w:br/>
        <w:t>f 23263/24572/21065 23262/24573/21066 23260/24571/21064</w:t>
        <w:br/>
        <w:t>f 23261/24570/21064 23263/24572/21065 23260/24571/21064</w:t>
        <w:br/>
        <w:t>f 23263/24572/21065 23265/24574/21067 23264/24575/21067</w:t>
        <w:br/>
        <w:t>f 23262/24573/21066 23263/24572/21065 23264/24575/21067</w:t>
        <w:br/>
        <w:t>f 23264/24575/21067 23265/24574/21067 23267/24576/21068</w:t>
        <w:br/>
        <w:t>f 23266/24577/21069 23264/24575/21067 23267/24576/21068</w:t>
        <w:br/>
        <w:t>f 23267/24576/21068 23250/24559/21057 23251/24558/21057</w:t>
        <w:br/>
        <w:t>f 23266/24577/21069 23267/24576/21068 23251/24558/21057</w:t>
        <w:br/>
        <w:t>f 23270/24578/21070 23269/24579/21071 23268/24580/21072</w:t>
        <w:br/>
        <w:t>f 23273/24581/21073 23272/24582/21074 23271/24583/21075</w:t>
        <w:br/>
        <w:t>f 23270/24578/21070 23275/24584/21076 23274/24585/21077</w:t>
        <w:br/>
        <w:t>f 23271/24583/21075 23277/24586/21078 23276/24587/21079</w:t>
        <w:br/>
        <w:t>f 23280/24588/21080 23279/24589/21081 23278/24590/21081</w:t>
        <w:br/>
        <w:t>f 23271/24583/21075 23280/24588/21080 23278/24590/21081</w:t>
        <w:br/>
        <w:t>f 23281/24591/21082 23280/24588/21080 23271/24583/21075</w:t>
        <w:br/>
        <w:t>f 23279/24589/21081 23282/24592/21083 23278/24590/21081</w:t>
        <w:br/>
        <w:t>f 23284/24593/21084 23274/24585/21077 23283/24594/21085</w:t>
        <w:br/>
        <w:t>f 23285/24595/21086 23284/24593/21084 23283/24594/21085</w:t>
        <w:br/>
        <w:t>f 23287/24596/21087 23274/24585/21088 23286/24597/21087</w:t>
        <w:br/>
        <w:t>f 23289/24598/21089 23271/24583/21090 23288/24599/21089</w:t>
        <w:br/>
        <w:t>f 23293/24600/21091 23292/24601/21092 23291/24602/21093</w:t>
        <w:br/>
        <w:t>f 23290/24603/21093 23293/24600/21091 23291/24602/21093</w:t>
        <w:br/>
        <w:t>f 23292/24601/21092 23293/24600/21091 23294/24604/21094</w:t>
        <w:br/>
        <w:t>f 23294/24604/21094 23293/24600/21091 23295/24605/21095</w:t>
        <w:br/>
        <w:t>f 23298/24606/21096 23297/24607/21097 23296/24608/21096</w:t>
        <w:br/>
        <w:t>f 23299/24609/21096 23298/24606/21096 23296/24608/21096</w:t>
        <w:br/>
        <w:t>f 23301/24610/21098 23283/24594/21085 23300/24611/21099</w:t>
        <w:br/>
        <w:t>f 23300/24611/21099 23283/24594/21085 23297/24607/21097</w:t>
        <w:br/>
        <w:t>f 23305/24612/21100 23304/24613/21101 23303/24614/21102</w:t>
        <w:br/>
        <w:t>f 23302/24615/21103 23305/24612/21100 23303/24614/21102</w:t>
        <w:br/>
        <w:t>f 23307/24616/21104 23306/24617/21105 23304/24613/21101</w:t>
        <w:br/>
        <w:t>f 23305/24612/21100 23307/24616/21104 23304/24613/21101</w:t>
        <w:br/>
        <w:t>f 23308/24618/21106 23281/24591/21082 23271/24583/21075</w:t>
        <w:br/>
        <w:t>f 23274/24585/21077 23309/24619/21107 23303/24614/21102</w:t>
        <w:br/>
        <w:t>f 23274/24585/21077 23284/24593/21084 23309/24619/21107</w:t>
        <w:br/>
        <w:t>f 23275/24584/21076 23310/24620/21108 23274/24585/21077</w:t>
        <w:br/>
        <w:t>f 23271/24583/21075 23276/24587/21079 23273/24581/21073</w:t>
        <w:br/>
        <w:t>f 23283/24594/21085 23301/24610/21098 23285/24595/21086</w:t>
        <w:br/>
        <w:t>f 23273/24581/21073 23268/24580/21072 23269/24579/21071</w:t>
        <w:br/>
        <w:t>f 23269/24579/21071 23272/24582/21074 23273/24581/21073</w:t>
        <w:br/>
        <w:t>f 23274/24585/21077 23303/24614/21102 23304/24613/21101</w:t>
        <w:br/>
        <w:t>f 23302/24615/21103 23281/24591/21082 23308/24618/21106</w:t>
        <w:br/>
        <w:t>f 23308/24618/21106 23272/24582/21074 23305/24612/21100</w:t>
        <w:br/>
        <w:t>f 23302/24615/21103 23308/24618/21106 23305/24612/21100</w:t>
        <w:br/>
        <w:t>f 23272/24582/21074 23311/24621/21109 23307/24616/21104</w:t>
        <w:br/>
        <w:t>f 23305/24612/21100 23272/24582/21074 23307/24616/21104</w:t>
        <w:br/>
        <w:t>f 23314/24622/21110 23313/24623/21110 23312/24624/21110</w:t>
        <w:br/>
        <w:t>f 23270/24578/21070 23304/24613/21101 23269/24579/21071</w:t>
        <w:br/>
        <w:t>f 23309/24619/21107 23302/24615/21103 23303/24614/21102</w:t>
        <w:br/>
        <w:t>f 23317/24625/21111 23316/24626/21111 23315/24627/21111</w:t>
        <w:br/>
        <w:t>f 23272/24582/21074 23308/24618/21106 23271/24583/21075</w:t>
        <w:br/>
        <w:t>f 23270/24578/21070 23274/24585/21077 23304/24613/21101</w:t>
        <w:br/>
        <w:t>f 23320/24628/21112 23319/24629/21112 23318/24630/21112</w:t>
        <w:br/>
        <w:t>f 23321/24631/21112 23320/24628/21112 23318/24630/21112</w:t>
        <w:br/>
        <w:t>f 23324/24632/21113 23323/24633/21113 23322/24634/21113</w:t>
        <w:br/>
        <w:t>f 23325/24635/21113 23324/24632/21113 23322/24634/21113</w:t>
        <w:br/>
        <w:t>f 23329/24636/21114 23328/24637/21114 23327/24638/21114</w:t>
        <w:br/>
        <w:t>f 23326/24639/21115 23329/24636/21114 23327/24638/21114</w:t>
        <w:br/>
        <w:t>f 23332/24640/21116 23331/24641/21117 23330/24642/21117</w:t>
        <w:br/>
        <w:t>f 23333/24643/21116 23332/24640/21116 23330/24642/21117</w:t>
        <w:br/>
        <w:t>f 23337/24644/21118 23336/24645/21118 23335/24646/21118</w:t>
        <w:br/>
        <w:t>f 23334/24647/21118 23337/24644/21118 23335/24646/21118</w:t>
        <w:br/>
        <w:t>f 23340/24648/21119 23339/24649/21120 23338/24650/21121</w:t>
        <w:br/>
        <w:t>f 23338/24650/21121 23342/24651/21122 23341/24652/21123</w:t>
        <w:br/>
        <w:t>f 23345/24653/21122 23344/24654/21124 23343/24655/21123</w:t>
        <w:br/>
        <w:t>f 23344/24654/21124 23347/24656/21125 23346/24657/21126</w:t>
        <w:br/>
        <w:t>f 23350/24658/21127 23349/24659/21128 23348/24660/21129</w:t>
        <w:br/>
        <w:t>f 23349/24659/21128 23351/24661/21130 23348/24660/21129</w:t>
        <w:br/>
        <w:t>f 23341/24652/21123 23352/24662/21131 23340/24648/21119</w:t>
        <w:br/>
        <w:t>f 23346/24657/21126 23353/24663/21131 23343/24655/21123</w:t>
        <w:br/>
        <w:t>f 23354/24664/21132 23353/24663/21131 23346/24657/21126</w:t>
        <w:br/>
        <w:t>f 23340/24648/21119 23352/24662/21131 23354/24664/21133</w:t>
        <w:br/>
        <w:t>f 23339/24649/21120 23355/24665/21134 23338/24650/21121</w:t>
        <w:br/>
        <w:t>f 23356/24666/21135 23338/24650/21121 23355/24665/21134</w:t>
        <w:br/>
        <w:t>f 23358/24667/21136 23344/24654/21124 23357/24668/21137</w:t>
        <w:br/>
        <w:t>f 23358/24667/21136 23347/24656/21125 23344/24654/21124</w:t>
        <w:br/>
        <w:t>f 23360/24669/21138 23350/24658/21127 23359/24670/21139</w:t>
        <w:br/>
        <w:t>f 23362/24671/21140 23351/24661/21130 23361/24672/21140</w:t>
        <w:br/>
        <w:t>f 23363/24673/21141 23356/24666/21135 23355/24665/21134</w:t>
        <w:br/>
        <w:t>f 23364/24674/21141 23358/24667/21136 23357/24668/21137</w:t>
        <w:br/>
        <w:t>f 23364/24674/21141 23360/24669/21142 23358/24667/21136</w:t>
        <w:br/>
        <w:t>f 23363/24673/21141 23355/24665/21134 23365/24675/21138</w:t>
        <w:br/>
        <w:t>f 23338/24650/21121 23341/24652/21123 23340/24648/21119</w:t>
        <w:br/>
        <w:t>f 23344/24654/21124 23346/24657/21126 23343/24655/21123</w:t>
        <w:br/>
        <w:t>f 23347/24656/21125 23354/24664/21132 23346/24657/21126</w:t>
        <w:br/>
        <w:t>f 23339/24649/21120 23340/24648/21119 23354/24664/21133</w:t>
        <w:br/>
        <w:t>f 23356/24666/21135 23342/24651/21122 23338/24650/21121</w:t>
        <w:br/>
        <w:t>f 23344/24654/21124 23345/24653/21122 23357/24668/21137</w:t>
        <w:br/>
        <w:t>f 23360/24669/21138 23349/24659/21128 23350/24658/21127</w:t>
        <w:br/>
        <w:t>f 23351/24661/21130 23349/24659/21128 23365/24675/21138</w:t>
        <w:br/>
        <w:t>f 23413/24676/21143 23412/24677/21143 23411/24678/21144</w:t>
        <w:br/>
        <w:t>f 23414/24679/21145 23413/24676/21143 23411/24678/21144</w:t>
        <w:br/>
        <w:t>f 23417/24680/21146 23416/24681/21146 23415/24682/21147</w:t>
        <w:br/>
        <w:t>f 23418/24683/21147 23417/24680/21146 23415/24682/21147</w:t>
        <w:br/>
        <w:t>f 23422/24684/21148 23421/24685/21149 23420/24686/21150</w:t>
        <w:br/>
        <w:t>f 23419/24687/21148 23422/24684/21148 23420/24686/21150</w:t>
        <w:br/>
        <w:t>f 23426/24688/21151 23425/24689/21151 23424/24690/21151</w:t>
        <w:br/>
        <w:t>f 23423/24691/21151 23426/24688/21151 23424/24690/21151</w:t>
        <w:br/>
        <w:t>f 23413/24676/21143 23427/24692/21152 23412/24677/21143</w:t>
        <w:br/>
        <w:t>f 23417/24680/21146 23427/24692/21153 23416/24681/21146</w:t>
        <w:br/>
        <w:t>f 23421/24685/21149 23428/24693/21153 23420/24686/21150</w:t>
        <w:br/>
        <w:t>f 23430/24694/21154 23428/24693/21155 23429/24695/21154</w:t>
        <w:br/>
        <w:t>f 23433/24696/21156 23432/24697/21157 23431/24698/21158</w:t>
        <w:br/>
        <w:t>f 23433/24696/21156 23431/24698/21158 23434/24699/21159</w:t>
        <w:br/>
        <w:t>f 23437/24700/21160 23436/24701/21161 23435/24702/21162</w:t>
        <w:br/>
        <w:t>f 23438/24703/21163 23436/24701/21161 23437/24700/21160</w:t>
        <w:br/>
        <w:t>f 23441/24704/21164 23440/24705/21164 23439/24706/21165</w:t>
        <w:br/>
        <w:t>f 23441/24704/21164 23443/24707/21166 23442/24708/21167</w:t>
        <w:br/>
        <w:t>f 23440/24705/21164 23441/24704/21164 23442/24708/21167</w:t>
        <w:br/>
        <w:t>f 23443/24707/21166 23445/24709/21168 23444/24710/21168</w:t>
        <w:br/>
        <w:t>f 23446/24711/21169 23443/24707/21166 23444/24710/21168</w:t>
        <w:br/>
        <w:t>f 23448/24712/21170 23447/24713/21171 23431/24698/21158</w:t>
        <w:br/>
        <w:t>f 23432/24697/21157 23448/24712/21170 23431/24698/21158</w:t>
        <w:br/>
        <w:t>f 23438/24703/21163 23442/24708/21167 23448/24712/21170</w:t>
        <w:br/>
        <w:t>f 23436/24701/21161 23438/24703/21163 23448/24712/21170</w:t>
        <w:br/>
        <w:t>f 23442/24708/21167 23446/24711/21169 23447/24713/21171</w:t>
        <w:br/>
        <w:t>f 23448/24712/21170 23442/24708/21167 23447/24713/21171</w:t>
        <w:br/>
        <w:t>f 23451/24714/21172 23450/24715/21173 23449/24716/21174</w:t>
        <w:br/>
        <w:t>f 23451/24714/21172 23452/24717/21175 23450/24715/21173</w:t>
        <w:br/>
        <w:t>f 23455/24718/21176 23454/24719/21177 23453/24720/21178</w:t>
        <w:br/>
        <w:t>f 23456/24721/21179 23455/24718/21176 23453/24720/21178</w:t>
        <w:br/>
        <w:t>f 23459/24722/21180 23458/24723/21181 23457/24724/21180</w:t>
        <w:br/>
        <w:t>f 23461/24725/21182 23460/24726/21183 23459/24722/21180</w:t>
        <w:br/>
        <w:t>f 23457/24724/21180 23461/24725/21182 23459/24722/21180</w:t>
        <w:br/>
        <w:t>f 23460/24726/21183 23464/24727/21184 23463/24728/21185</w:t>
        <w:br/>
        <w:t>f 23462/24729/21185 23460/24726/21183 23463/24728/21185</w:t>
        <w:br/>
        <w:t>f 23466/24730/21186 23449/24716/21174 23450/24715/21173</w:t>
        <w:br/>
        <w:t>f 23465/24731/21187 23466/24730/21186 23450/24715/21173</w:t>
        <w:br/>
        <w:t>f 23466/24730/21186 23461/24725/21182 23456/24721/21179</w:t>
        <w:br/>
        <w:t>f 23453/24720/21178 23466/24730/21186 23456/24721/21179</w:t>
        <w:br/>
        <w:t>f 23465/24731/21187 23464/24727/21184 23461/24725/21182</w:t>
        <w:br/>
        <w:t>f 23466/24730/21186 23465/24731/21187 23461/24725/21182</w:t>
        <w:br/>
        <w:t>f 23461/24725/21182 23464/24727/21184 23460/24726/21183</w:t>
        <w:br/>
        <w:t>f 23446/24711/21169 23442/24708/21167 23443/24707/21166</w:t>
        <w:br/>
        <w:t>f 23445/24709/21168 23467/24732/21188 23444/24710/21168</w:t>
        <w:br/>
        <w:t>f 23463/24728/21185 23468/24733/21189 23462/24729/21185</w:t>
        <w:br/>
        <w:t>f 23614/24734/21190 23613/24735/21191 23612/24736/21192</w:t>
        <w:br/>
        <w:t>f 23617/24737/21193 23616/24738/21194 23615/24739/21195</w:t>
        <w:br/>
        <w:t>f 23619/24740/21196 23617/24737/21193 23615/24739/21195</w:t>
        <w:br/>
        <w:t>f 23618/24741/21197 23619/24740/21196 23615/24739/21195</w:t>
        <w:br/>
        <w:t>f 23616/24738/21194 23617/24737/21193 23621/24742/21198</w:t>
        <w:br/>
        <w:t>f 23620/24743/21199 23616/24738/21194 23621/24742/21198</w:t>
        <w:br/>
        <w:t>f 23623/24744/21200 23622/24745/21201 23613/24735/21191</w:t>
        <w:br/>
        <w:t>f 23614/24734/21190 23623/24744/21200 23613/24735/21191</w:t>
        <w:br/>
        <w:t>f 23625/24746/21202 23621/24742/21203 23624/24747/21204</w:t>
        <w:br/>
        <w:t>f 23626/24748/21205 23612/24736/21192 23613/24735/21191</w:t>
        <w:br/>
        <w:t>f 23627/24749/21205 23626/24748/21205 23613/24735/21191</w:t>
        <w:br/>
        <w:t>f 23627/24749/21205 23628/24750/21206 23626/24748/21205</w:t>
        <w:br/>
        <w:t>f 23628/24750/21207 23631/24751/21208 23630/24752/21209</w:t>
        <w:br/>
        <w:t>f 23629/24753/21209 23628/24750/21207 23630/24752/21209</w:t>
        <w:br/>
        <w:t>f 23619/24740/21196 23618/24741/21197 23632/24754/21210</w:t>
        <w:br/>
        <w:t>f 23634/24755/21211 23633/24756/21212 23619/24740/21196</w:t>
        <w:br/>
        <w:t>f 23632/24754/21210 23634/24755/21211 23619/24740/21196</w:t>
        <w:br/>
        <w:t>f 23635/24757/21213 23633/24756/21212 23634/24755/21211</w:t>
        <w:br/>
        <w:t>f 23621/24742/21198 23633/24756/21212 23635/24757/21213</w:t>
        <w:br/>
        <w:t>f 23636/24758/21214 23621/24742/21198 23635/24757/21213</w:t>
        <w:br/>
        <w:t>f 23638/24759/21215 23621/24742/21203 23625/24746/21202</w:t>
        <w:br/>
        <w:t>f 23637/24760/21216 23638/24759/21215 23625/24746/21202</w:t>
        <w:br/>
        <w:t>f 23629/24753/21209 23630/24752/21209 23637/24760/21216</w:t>
        <w:br/>
        <w:t>f 23620/24743/21199 23621/24742/21198 23636/24758/21214</w:t>
        <w:br/>
        <w:t>f 23641/24761/21217 23640/24762/21218 23639/24763/21218</w:t>
        <w:br/>
        <w:t>f 23642/24764/21219 23641/24761/21217 23639/24763/21218</w:t>
        <w:br/>
        <w:t>f 23643/24765/21220 23641/24761/21217 23642/24764/21219</w:t>
        <w:br/>
        <w:t>f 23644/24766/21220 23643/24765/21220 23642/24764/21219</w:t>
        <w:br/>
        <w:t>f 23646/24767/21221 23645/24768/21221 23643/24765/21220</w:t>
        <w:br/>
        <w:t>f 23644/24766/21220 23646/24767/21221 23643/24765/21220</w:t>
        <w:br/>
        <w:t>f 23648/24769/21222 23647/24770/21223 23645/24768/21221</w:t>
        <w:br/>
        <w:t>f 23646/24767/21221 23648/24769/21222 23645/24768/21221</w:t>
        <w:br/>
        <w:t>f 23649/24771/21224 23647/24770/21223 23648/24769/21222</w:t>
        <w:br/>
        <w:t>f 23650/24772/21224 23649/24771/21224 23648/24769/21222</w:t>
        <w:br/>
        <w:t>f 23651/24773/21225 23649/24771/21224 23650/24772/21224</w:t>
        <w:br/>
        <w:t>f 23652/24774/21226 23651/24773/21225 23650/24772/21224</w:t>
        <w:br/>
        <w:t>f 23654/24775/21227 23653/24776/21227 23651/24773/21225</w:t>
        <w:br/>
        <w:t>f 23652/24774/21226 23654/24775/21227 23651/24773/21225</w:t>
        <w:br/>
        <w:t>f 23639/24763/21218 23640/24762/21218 23653/24776/21227</w:t>
        <w:br/>
        <w:t>f 23654/24775/21227 23639/24763/21218 23653/24776/21227</w:t>
        <w:br/>
        <w:t>f 23657/24777/21228 23656/24778/21228 23655/24779/21229</w:t>
        <w:br/>
        <w:t>f 23658/24780/21230 23657/24777/21228 23655/24779/21229</w:t>
        <w:br/>
        <w:t>f 23658/24780/21230 23655/24779/21229 23659/24781/21231</w:t>
        <w:br/>
        <w:t>f 23663/24782/21232 23662/24783/21233 23661/24784/21234</w:t>
        <w:br/>
        <w:t>f 23660/24785/21235 23663/24782/21232 23661/24784/21234</w:t>
        <w:br/>
        <w:t>f 23660/24785/21235 23664/24786/21236 23663/24782/21232</w:t>
        <w:br/>
        <w:t>f 23664/24786/21236 23660/24785/21235 23658/24780/21230</w:t>
        <w:br/>
        <w:t>f 23659/24781/21231 23664/24786/21236 23658/24780/21230</w:t>
        <w:br/>
        <w:t>f 23667/24787/21237 23666/24788/21238 23665/24789/21239</w:t>
        <w:br/>
        <w:t>f 23669/24790/21240 23666/24788/21238 23667/24787/21237</w:t>
        <w:br/>
        <w:t>f 23668/24791/21241 23669/24790/21240 23667/24787/21237</w:t>
        <w:br/>
        <w:t>f 23671/24792/21242 23667/24787/21237 23665/24789/21239</w:t>
        <w:br/>
        <w:t>f 23670/24793/21243 23671/24792/21242 23665/24789/21239</w:t>
        <w:br/>
        <w:t>f 23674/24794/21244 23668/24791/21241 23673/24795/21245</w:t>
        <w:br/>
        <w:t>f 23672/24796/21246 23674/24794/21244 23673/24795/21245</w:t>
        <w:br/>
        <w:t>f 23668/24791/21241 23674/24794/21244 23669/24790/21240</w:t>
        <w:br/>
        <w:t>f 23675/24797/21247 23661/24784/21248 23671/24792/21242</w:t>
        <w:br/>
        <w:t>f 23676/24798/21249 23675/24797/21247 23671/24792/21242</w:t>
        <w:br/>
        <w:t>f 23672/24796/21250 23661/24784/21248 23675/24797/21247</w:t>
        <w:br/>
        <w:t>f 23662/24783/21233 23677/24799/21251 23661/24784/21234</w:t>
        <w:br/>
        <w:t>f 23680/24800/21252 23679/24801/21253 23678/24802/21252</w:t>
        <w:br/>
        <w:t>f 23681/24803/21252 23680/24800/21252 23678/24802/21252</w:t>
        <w:br/>
        <w:t>f 23682/24804/21254 23656/24778/21228 23657/24777/21228</w:t>
        <w:br/>
        <w:t>f 23671/24792/21242 23670/24793/21243 23676/24798/21249</w:t>
        <w:br/>
        <w:t>f 23685/24805/21255 23684/24806/21256 23683/24807/21257</w:t>
        <w:br/>
        <w:t>f 23686/24808/21255 23685/24805/21255 23683/24807/21257</w:t>
        <w:br/>
        <w:t>f 23688/24809/21258 23687/24810/21258 23683/24807/21257</w:t>
        <w:br/>
        <w:t>f 23684/24806/21256 23688/24809/21258 23683/24807/21257</w:t>
        <w:br/>
        <w:t>f 23689/24811/21259 23687/24810/21258 23688/24809/21258</w:t>
        <w:br/>
        <w:t>f 23690/24812/21259 23689/24811/21259 23688/24809/21258</w:t>
        <w:br/>
        <w:t>f 23691/24813/21260 23689/24811/21259 23690/24812/21259</w:t>
        <w:br/>
        <w:t>f 23692/24814/21261 23691/24813/21260 23690/24812/21259</w:t>
        <w:br/>
        <w:t>f 23694/24815/21262 23693/24816/21263 23691/24813/21260</w:t>
        <w:br/>
        <w:t>f 23692/24814/21261 23694/24815/21262 23691/24813/21260</w:t>
        <w:br/>
        <w:t>f 23696/24817/21264 23695/24818/21264 23693/24816/21263</w:t>
        <w:br/>
        <w:t>f 23694/24815/21262 23696/24817/21264 23693/24816/21263</w:t>
        <w:br/>
        <w:t>f 23698/24819/21265 23697/24820/21266 23695/24818/21264</w:t>
        <w:br/>
        <w:t>f 23696/24817/21264 23698/24819/21265 23695/24818/21264</w:t>
        <w:br/>
        <w:t>f 23686/24808/21255 23697/24820/21266 23698/24819/21265</w:t>
        <w:br/>
        <w:t>f 23685/24805/21255 23686/24808/21255 23698/24819/21265</w:t>
        <w:br/>
        <w:t>f 23701/24821/21267 23700/24822/21267 23699/24823/21268</w:t>
        <w:br/>
        <w:t>f 23702/24824/21269 23701/24821/21267 23699/24823/21268</w:t>
        <w:br/>
        <w:t>f 23702/24824/21269 23699/24823/21268 23703/24825/21270</w:t>
        <w:br/>
        <w:t>f 23707/24826/21271 23706/24827/21272 23705/24828/21273</w:t>
        <w:br/>
        <w:t>f 23704/24829/21274 23707/24826/21271 23705/24828/21273</w:t>
        <w:br/>
        <w:t>f 23704/24829/21274 23708/24830/21275 23707/24826/21271</w:t>
        <w:br/>
        <w:t>f 23708/24830/21275 23704/24829/21274 23702/24824/21269</w:t>
        <w:br/>
        <w:t>f 23703/24825/21270 23708/24830/21275 23702/24824/21269</w:t>
        <w:br/>
        <w:t>f 23711/24831/21276 23710/24832/21277 23709/24833/21278</w:t>
        <w:br/>
        <w:t>f 23713/24834/21279 23710/24832/21277 23711/24831/21276</w:t>
        <w:br/>
        <w:t>f 23712/24835/21280 23713/24834/21279 23711/24831/21276</w:t>
        <w:br/>
        <w:t>f 23715/24836/21281 23711/24831/21276 23709/24833/21278</w:t>
        <w:br/>
        <w:t>f 23714/24837/21282 23715/24836/21281 23709/24833/21278</w:t>
        <w:br/>
        <w:t>f 23718/24838/21283 23712/24835/21280 23717/24839/21284</w:t>
        <w:br/>
        <w:t>f 23716/24840/21285 23718/24838/21283 23717/24839/21284</w:t>
        <w:br/>
        <w:t>f 23712/24835/21280 23718/24838/21283 23713/24834/21279</w:t>
        <w:br/>
        <w:t>f 23719/24841/21286 23705/24828/21287 23715/24836/21281</w:t>
        <w:br/>
        <w:t>f 23720/24842/21288 23719/24841/21286 23715/24836/21281</w:t>
        <w:br/>
        <w:t>f 23716/24840/21289 23705/24828/21287 23719/24841/21286</w:t>
        <w:br/>
        <w:t>f 23706/24827/21272 23721/24843/21290 23705/24828/21273</w:t>
        <w:br/>
        <w:t>f 23724/24844/21291 23723/24845/21292 23722/24846/21291</w:t>
        <w:br/>
        <w:t>f 23725/24847/21291 23724/24844/21291 23722/24846/21291</w:t>
        <w:br/>
        <w:t>f 23726/24848/21293 23700/24822/21267 23701/24821/21267</w:t>
        <w:br/>
        <w:t>f 23715/24836/21281 23714/24837/21282 23720/24842/21288</w:t>
        <w:br/>
        <w:t>f 23729/24849/21294 23728/24850/21295 23727/24851/21295</w:t>
        <w:br/>
        <w:t>f 23730/24852/21294 23729/24849/21294 23727/24851/21295</w:t>
        <w:br/>
        <w:t>f 23732/24853/21296 23731/24854/21296 23727/24851/21295</w:t>
        <w:br/>
        <w:t>f 23728/24850/21295 23732/24853/21296 23727/24851/21295</w:t>
        <w:br/>
        <w:t>f 23733/24855/21297 23731/24854/21296 23732/24853/21296</w:t>
        <w:br/>
        <w:t>f 23734/24856/21297 23733/24855/21297 23732/24853/21296</w:t>
        <w:br/>
        <w:t>f 23735/24857/21298 23733/24855/21297 23734/24856/21297</w:t>
        <w:br/>
        <w:t>f 23736/24858/21299 23735/24857/21298 23734/24856/21297</w:t>
        <w:br/>
        <w:t>f 23738/24859/21300 23737/24860/21301 23735/24857/21298</w:t>
        <w:br/>
        <w:t>f 23736/24858/21299 23738/24859/21300 23735/24857/21298</w:t>
        <w:br/>
        <w:t>f 23740/24861/21302 23739/24862/21303 23737/24860/21301</w:t>
        <w:br/>
        <w:t>f 23738/24859/21300 23740/24861/21302 23737/24860/21301</w:t>
        <w:br/>
        <w:t>f 23742/24863/21304 23741/24864/21304 23739/24862/21303</w:t>
        <w:br/>
        <w:t>f 23740/24861/21302 23742/24863/21304 23739/24862/21303</w:t>
        <w:br/>
        <w:t>f 23730/24852/21294 23741/24864/21304 23742/24863/21304</w:t>
        <w:br/>
        <w:t>f 23729/24849/21294 23730/24852/21294 23742/24863/21304</w:t>
        <w:br/>
        <w:t>f 23745/24865/21305 23744/24866/21306 23743/24867/21307</w:t>
        <w:br/>
        <w:t>f 23746/24868/21308 23745/24865/21305 23743/24867/21307</w:t>
        <w:br/>
        <w:t>f 23748/24869/21309 23743/24867/21307 23747/24870/21310</w:t>
        <w:br/>
        <w:t>f 23750/24871/21311 23747/24870/21310 23749/24872/21312</w:t>
        <w:br/>
        <w:t>f 23751/24873/21313 23750/24871/21311 23749/24872/21312</w:t>
        <w:br/>
        <w:t>f 23753/24874/21314 23752/24875/21315 23751/24873/21313</w:t>
        <w:br/>
        <w:t>f 23749/24872/21312 23753/24874/21314 23751/24873/21313</w:t>
        <w:br/>
        <w:t>f 23752/24875/21315 23753/24874/21314 23754/24876/21316</w:t>
        <w:br/>
        <w:t>f 23755/24877/21317 23752/24875/21315 23754/24876/21316</w:t>
        <w:br/>
        <w:t>f 23753/24874/21314 23756/24878/21318 23754/24876/21316</w:t>
        <w:br/>
        <w:t>f 23760/24879/21319 23759/24880/21320 23758/24881/21321</w:t>
        <w:br/>
        <w:t>f 23757/24882/21319 23760/24879/21319 23758/24881/21321</w:t>
        <w:br/>
        <w:t>f 23762/24883/21322 23760/24879/21319 23757/24882/21319</w:t>
        <w:br/>
        <w:t>f 23761/24884/21323 23762/24883/21322 23757/24882/21319</w:t>
        <w:br/>
        <w:t>f 23766/24885/21324 23765/24886/21325 23764/24887/21325</w:t>
        <w:br/>
        <w:t>f 23763/24888/21326 23766/24885/21324 23764/24887/21325</w:t>
        <w:br/>
        <w:t>f 23769/24889/21327 23768/24890/21328 23767/24891/21329</w:t>
        <w:br/>
        <w:t>f 23769/24889/21327 23770/24892/21330 23768/24890/21328</w:t>
        <w:br/>
        <w:t>f 23773/24893/21331 23772/24894/21332 23771/24895/21333</w:t>
        <w:br/>
        <w:t>f 23770/24892/21330 23773/24893/21331 23771/24895/21333</w:t>
        <w:br/>
        <w:t>f 23775/24896/21334 23772/24894/21332 23773/24893/21331</w:t>
        <w:br/>
        <w:t>f 23774/24897/21335 23775/24896/21334 23773/24893/21331</w:t>
        <w:br/>
        <w:t>f 23777/24898/21336 23775/24896/21334 23774/24897/21335</w:t>
        <w:br/>
        <w:t>f 23776/24899/21336 23777/24898/21336 23774/24897/21335</w:t>
        <w:br/>
        <w:t>f 23779/24900/21337 23777/24898/21336 23776/24899/21336</w:t>
        <w:br/>
        <w:t>f 23778/24901/21337 23779/24900/21337 23776/24899/21336</w:t>
        <w:br/>
        <w:t>f 23781/24902/21338 23779/24900/21337 23778/24901/21337</w:t>
        <w:br/>
        <w:t>f 23780/24903/21338 23781/24902/21338 23778/24901/21337</w:t>
        <w:br/>
        <w:t>f 23783/24904/21339 23781/24902/21338 23780/24903/21338</w:t>
        <w:br/>
        <w:t>f 23782/24905/21340 23783/24904/21339 23780/24903/21338</w:t>
        <w:br/>
        <w:t>f 23785/24906/21341 23783/24904/21339 23782/24905/21340</w:t>
        <w:br/>
        <w:t>f 23784/24907/21341 23785/24906/21341 23782/24905/21340</w:t>
        <w:br/>
        <w:t>f 23787/24908/21342 23786/24909/21343 23785/24906/21341</w:t>
        <w:br/>
        <w:t>f 23784/24907/21341 23787/24908/21342 23785/24906/21341</w:t>
        <w:br/>
        <w:t>f 23790/24910/21344 23789/24911/21345 23788/24912/21346</w:t>
        <w:br/>
        <w:t>f 23787/24908/21342 23791/24913/21347 23786/24909/21343</w:t>
        <w:br/>
        <w:t>f 23786/24909/21343 23791/24913/21347 23788/24912/21346</w:t>
        <w:br/>
        <w:t>f 23789/24911/21345 23786/24909/21343 23788/24912/21346</w:t>
        <w:br/>
        <w:t>f 23793/24914/21348 23792/24915/21349 23762/24883/21322</w:t>
        <w:br/>
        <w:t>f 23761/24884/21323 23793/24914/21348 23762/24883/21322</w:t>
        <w:br/>
        <w:t>f 23793/24914/21348 23794/24916/21350 23792/24915/21349</w:t>
        <w:br/>
        <w:t>f 23796/24917/21351 23792/24915/21349 23794/24916/21350</w:t>
        <w:br/>
        <w:t>f 23795/24918/21352 23796/24917/21351 23794/24916/21350</w:t>
        <w:br/>
        <w:t>f 23798/24919/21353 23796/24917/21351 23795/24918/21352</w:t>
        <w:br/>
        <w:t>f 23797/24920/21353 23798/24919/21353 23795/24918/21352</w:t>
        <w:br/>
        <w:t>f 23764/24887/21325 23765/24886/21325 23798/24919/21353</w:t>
        <w:br/>
        <w:t>f 23797/24920/21353 23764/24887/21325 23798/24919/21353</w:t>
        <w:br/>
        <w:t>f 23802/24921/21354 23801/24922/21355 23800/24923/21356</w:t>
        <w:br/>
        <w:t>f 23799/24924/21354 23802/24921/21354 23800/24923/21356</w:t>
        <w:br/>
        <w:t>f 23801/24922/21355 23803/24925/21357 23800/24923/21356</w:t>
        <w:br/>
        <w:t>f 23803/24925/21357 23805/24926/21358 23804/24927/21359</w:t>
        <w:br/>
        <w:t>f 23805/24926/21358 23807/24928/21360 23806/24929/21361</w:t>
        <w:br/>
        <w:t>f 23809/24930/21362 23806/24929/21361 23807/24928/21360</w:t>
        <w:br/>
        <w:t>f 23808/24931/21363 23809/24930/21362 23807/24928/21360</w:t>
        <w:br/>
        <w:t>f 23812/24932/21364 23811/24933/21365 23810/24934/21366</w:t>
        <w:br/>
        <w:t>f 23814/24935/21367 23813/24936/21367 23812/24932/21364</w:t>
        <w:br/>
        <w:t>f 23810/24934/21366 23814/24935/21367 23812/24932/21364</w:t>
        <w:br/>
        <w:t>f 23816/24937/21368 23815/24938/21369 23813/24936/21367</w:t>
        <w:br/>
        <w:t>f 23814/24935/21367 23816/24937/21368 23813/24936/21367</w:t>
        <w:br/>
        <w:t>f 23819/24939/21370 23818/24940/21371 23817/24941/21372</w:t>
        <w:br/>
        <w:t>f 23818/24940/21371 23819/24939/21370 23820/24942/21373</w:t>
        <w:br/>
        <w:t>f 23821/24943/21373 23818/24940/21371 23820/24942/21373</w:t>
        <w:br/>
        <w:t>f 23821/24943/21373 23820/24942/21373 23822/24944/21374</w:t>
        <w:br/>
        <w:t>f 23823/24945/21374 23821/24943/21373 23822/24944/21374</w:t>
        <w:br/>
        <w:t>f 23826/24946/21375 23825/24947/21376 23824/24948/21377</w:t>
        <w:br/>
        <w:t>f 23827/24949/21377 23826/24946/21375 23824/24948/21377</w:t>
        <w:br/>
        <w:t>f 23825/24947/21376 23826/24946/21375 23828/24950/21378</w:t>
        <w:br/>
        <w:t>f 23830/24951/21379 23829/24952/21380 23828/24950/21378</w:t>
        <w:br/>
        <w:t>f 23833/24953/21381 23832/24954/21382 23830/24951/21379</w:t>
        <w:br/>
        <w:t>f 23831/24955/21381 23833/24953/21381 23830/24951/21379</w:t>
        <w:br/>
        <w:t>f 23835/24956/21383 23834/24957/21383 23833/24953/21381</w:t>
        <w:br/>
        <w:t>f 23831/24955/21381 23835/24956/21383 23833/24953/21381</w:t>
        <w:br/>
        <w:t>f 23837/24958/21384 23836/24959/21384 23834/24957/21383</w:t>
        <w:br/>
        <w:t>f 23835/24956/21383 23837/24958/21384 23834/24957/21383</w:t>
        <w:br/>
        <w:t>f 23839/24960/21385 23838/24961/21385 23836/24959/21384</w:t>
        <w:br/>
        <w:t>f 23837/24958/21384 23839/24960/21385 23836/24959/21384</w:t>
        <w:br/>
        <w:t>f 23841/24962/21386 23840/24963/21386 23838/24961/21385</w:t>
        <w:br/>
        <w:t>f 23839/24960/21385 23841/24962/21386 23838/24961/21385</w:t>
        <w:br/>
        <w:t>f 23843/24964/21387 23842/24965/21387 23840/24963/21386</w:t>
        <w:br/>
        <w:t>f 23841/24962/21386 23843/24964/21387 23840/24963/21386</w:t>
        <w:br/>
        <w:t>f 23845/24966/21388 23844/24967/21389 23842/24965/21387</w:t>
        <w:br/>
        <w:t>f 23843/24964/21387 23845/24966/21388 23842/24965/21387</w:t>
        <w:br/>
        <w:t>f 23847/24968/21390 23844/24967/21389 23845/24966/21388</w:t>
        <w:br/>
        <w:t>f 23846/24969/21391 23847/24968/21390 23845/24966/21388</w:t>
        <w:br/>
        <w:t>f 23850/24970/21392 23849/24971/21393 23848/24972/21394</w:t>
        <w:br/>
        <w:t>f 23851/24973/21395 23847/24968/21390 23846/24969/21391</w:t>
        <w:br/>
        <w:t>f 23846/24969/21391 23850/24970/21392 23848/24972/21394</w:t>
        <w:br/>
        <w:t>f 23851/24973/21395 23846/24969/21391 23848/24972/21394</w:t>
        <w:br/>
        <w:t>f 23854/24974/21396 23853/24975/21397 23852/24976/21398</w:t>
        <w:br/>
        <w:t>f 23855/24977/21399 23854/24974/21396 23852/24976/21398</w:t>
        <w:br/>
        <w:t>f 23856/24978/21400 23819/24939/21370 23816/24937/21368</w:t>
        <w:br/>
        <w:t>f 23824/24948/21377 23823/24945/21374 23822/24944/21374</w:t>
        <w:br/>
        <w:t>f 23827/24949/21377 23824/24948/21377 23822/24944/21374</w:t>
        <w:br/>
        <w:t>f 23859/24979/21401 23858/24980/21402 23857/24981/21402</w:t>
        <w:br/>
        <w:t>f 23860/24982/21401 23859/24979/21401 23857/24981/21402</w:t>
        <w:br/>
        <w:t>f 23863/24983/21403 23862/24984/21404 23861/24985/21405</w:t>
        <w:br/>
        <w:t>f 23864/24986/21406 23863/24983/21403 23861/24985/21405</w:t>
        <w:br/>
        <w:t>f 23865/24987/21407 23863/24983/21403 23864/24986/21406</w:t>
        <w:br/>
        <w:t>f 23866/24988/21407 23865/24987/21407 23864/24986/21406</w:t>
        <w:br/>
        <w:t>f 23858/24980/21402 23868/24989/21408 23867/24990/21409</w:t>
        <w:br/>
        <w:t>f 23857/24981/21402 23858/24980/21402 23867/24990/21409</w:t>
        <w:br/>
        <w:t>f 23870/24991/21410 23869/24992/21410 23865/24987/21407</w:t>
        <w:br/>
        <w:t>f 23866/24988/21407 23870/24991/21410 23865/24987/21407</w:t>
        <w:br/>
        <w:t>f 23868/24989/21408 23872/24993/21411 23871/24994/21411</w:t>
        <w:br/>
        <w:t>f 23867/24990/21409 23868/24989/21408 23871/24994/21411</w:t>
        <w:br/>
        <w:t>f 23873/24995/21412 23869/24992/21410 23870/24991/21410</w:t>
        <w:br/>
        <w:t>f 23874/24996/21412 23873/24995/21412 23870/24991/21410</w:t>
        <w:br/>
        <w:t>f 23875/24997/21413 23873/24995/21412 23874/24996/21412</w:t>
        <w:br/>
        <w:t>f 23876/24998/21413 23875/24997/21413 23874/24996/21412</w:t>
        <w:br/>
        <w:t>f 23872/24993/21411 23878/24999/21414 23877/25000/21415</w:t>
        <w:br/>
        <w:t>f 23871/24994/21411 23872/24993/21411 23877/25000/21415</w:t>
        <w:br/>
        <w:t>f 23880/25001/21416 23879/25002/21416 23875/24997/21413</w:t>
        <w:br/>
        <w:t>f 23876/24998/21413 23880/25001/21416 23875/24997/21413</w:t>
        <w:br/>
        <w:t>f 23884/25003/21417 23883/25004/21418 23882/25005/21418</w:t>
        <w:br/>
        <w:t>f 23881/25006/21419 23884/25003/21417 23882/25005/21418</w:t>
        <w:br/>
        <w:t>f 23887/25007/21420 23886/25008/21421 23885/25009/21421</w:t>
        <w:br/>
        <w:t>f 23888/25010/21422 23887/25007/21420 23885/25009/21421</w:t>
        <w:br/>
        <w:t>f 23892/25011/21423 23891/25012/21423 23890/25013/21424</w:t>
        <w:br/>
        <w:t>f 23889/25014/21424 23892/25011/21423 23890/25013/21424</w:t>
        <w:br/>
        <w:t>f 23890/25013/21424 23894/25015/21425 23893/25016/21426</w:t>
        <w:br/>
        <w:t>f 23889/25014/21424 23890/25013/21424 23893/25016/21426</w:t>
        <w:br/>
        <w:t>f 23894/25015/21425 23896/25017/21427 23895/25018/21427</w:t>
        <w:br/>
        <w:t>f 23893/25016/21426 23894/25015/21425 23895/25018/21427</w:t>
        <w:br/>
        <w:t>f 23896/25017/21427 23898/25019/21428 23897/25020/21428</w:t>
        <w:br/>
        <w:t>f 23895/25018/21427 23896/25017/21427 23897/25020/21428</w:t>
        <w:br/>
        <w:t>f 23898/25019/21428 23900/25021/21429 23899/25022/21429</w:t>
        <w:br/>
        <w:t>f 23897/25020/21428 23898/25019/21428 23899/25022/21429</w:t>
        <w:br/>
        <w:t>f 23904/25023/21430 23903/25024/21430 23902/25025/21431</w:t>
        <w:br/>
        <w:t>f 23901/25026/21431 23904/25023/21430 23902/25025/21431</w:t>
        <w:br/>
        <w:t>f 23901/25026/21431 23902/25025/21431 23906/25027/21432</w:t>
        <w:br/>
        <w:t>f 23905/25028/21433 23901/25026/21431 23906/25027/21432</w:t>
        <w:br/>
        <w:t>f 23906/25027/21432 23908/25029/21434 23907/25030/21435</w:t>
        <w:br/>
        <w:t>f 23905/25028/21433 23906/25027/21432 23907/25030/21435</w:t>
        <w:br/>
        <w:t>f 23912/25031/21436 23911/25032/21436 23910/25033/21437</w:t>
        <w:br/>
        <w:t>f 23909/25034/21437 23912/25031/21436 23910/25033/21437</w:t>
        <w:br/>
        <w:t>f 23909/25034/21437 23910/25033/21437 23914/25035/21438</w:t>
        <w:br/>
        <w:t>f 23913/25036/21438 23909/25034/21437 23914/25035/21438</w:t>
        <w:br/>
        <w:t>f 23913/25036/21438 23914/25035/21438 23916/25037/21439</w:t>
        <w:br/>
        <w:t>f 23915/25038/21440 23913/25036/21438 23916/25037/21439</w:t>
        <w:br/>
        <w:t>f 23915/25038/21440 23916/25037/21439 23918/25039/21441</w:t>
        <w:br/>
        <w:t>f 23917/25040/21441 23915/25038/21440 23918/25039/21441</w:t>
        <w:br/>
        <w:t>f 23918/25039/21441 23920/25041/21442 23919/25042/21442</w:t>
        <w:br/>
        <w:t>f 23917/25040/21441 23918/25039/21441 23919/25042/21442</w:t>
        <w:br/>
        <w:t>f 23920/25041/21442 23922/25043/21443 23921/25044/21444</w:t>
        <w:br/>
        <w:t>f 23919/25042/21442 23920/25041/21442 23921/25044/21444</w:t>
        <w:br/>
        <w:t>f 23922/25043/21443 23924/25045/21445 23923/25046/21446</w:t>
        <w:br/>
        <w:t>f 23921/25044/21444 23922/25043/21443 23923/25046/21446</w:t>
        <w:br/>
        <w:t>f 23923/25046/21446 23924/25045/21445 23926/25047/21447</w:t>
        <w:br/>
        <w:t>f 23925/25048/21448 23923/25046/21446 23926/25047/21447</w:t>
        <w:br/>
        <w:t>f 23925/25048/21448 23926/25047/21447 23928/25049/21449</w:t>
        <w:br/>
        <w:t>f 23927/25050/21449 23925/25048/21448 23928/25049/21449</w:t>
        <w:br/>
        <w:t>f 23931/25051/21450 23930/25052/21451 23929/25053/21451</w:t>
        <w:br/>
        <w:t>f 23935/25054/21452 23934/25055/21453 23933/25056/21454</w:t>
        <w:br/>
        <w:t>f 23932/25057/21455 23935/25054/21452 23933/25056/21454</w:t>
        <w:br/>
        <w:t>f 23932/25057/21455 23933/25056/21454 23879/25002/21416</w:t>
        <w:br/>
        <w:t>f 23880/25001/21416 23932/25057/21455 23879/25002/21416</w:t>
        <w:br/>
        <w:t>f 23938/25058/21456 23937/25059/21457 23936/25060/21457</w:t>
        <w:br/>
        <w:t>f 23941/25061/21458 23940/25062/21458 23939/25063/21458</w:t>
        <w:br/>
        <w:t>f 23944/25064/21459 23943/25065/21459 23942/25066/21459</w:t>
        <w:br/>
        <w:t>f 23927/25050/21449 23928/25049/21449 23946/25067/21460</w:t>
        <w:br/>
        <w:t>f 23945/25068/21460 23927/25050/21449 23946/25067/21460</w:t>
        <w:br/>
        <w:t>f 23945/25068/21460 23946/25067/21460 23929/25053/21451</w:t>
        <w:br/>
        <w:t>f 23930/25052/21451 23945/25068/21460 23929/25053/21451</w:t>
        <w:br/>
        <w:t>f 23908/25029/21434 23948/25069/21461 23947/25070/21462</w:t>
        <w:br/>
        <w:t>f 23907/25030/21435 23908/25029/21434 23947/25070/21462</w:t>
        <w:br/>
        <w:t>f 23950/25071/21463 23829/24952/21380 23949/25072/21464</w:t>
        <w:br/>
        <w:t>f 23767/24891/21329 23768/24890/21328 23763/24888/21326</w:t>
        <w:br/>
        <w:t>f 23770/24892/21330 23771/24895/21333 23768/24890/21328</w:t>
        <w:br/>
        <w:t>f 23832/24954/21382 23949/25072/21464 23829/24952/21380</w:t>
        <w:br/>
        <w:t>f 23951/25073/21465 23768/24890/21328 23771/24895/21333</w:t>
        <w:br/>
        <w:t>f 23829/24952/21380 23830/24951/21379 23832/24954/21382</w:t>
        <w:br/>
        <w:t>f 23951/25073/21465 23766/24885/21324 23763/24888/21326</w:t>
        <w:br/>
        <w:t>f 23825/24947/21376 23828/24950/21378 23829/24952/21380</w:t>
        <w:br/>
        <w:t>f 23768/24890/21328 23951/25073/21465 23763/24888/21326</w:t>
        <w:br/>
        <w:t>f 23950/25071/21463 23825/24947/21376 23829/24952/21380</w:t>
        <w:br/>
        <w:t>f 23954/25074/21466 23953/25075/21467 23952/25076/21468</w:t>
        <w:br/>
        <w:t>f 23955/25077/21469 23954/25074/21466 23952/25076/21468</w:t>
        <w:br/>
        <w:t>f 23803/24925/21357 23801/24922/21355 23955/25077/21469</w:t>
        <w:br/>
        <w:t>f 23956/25078/21470 23803/24925/21357 23955/25077/21469</w:t>
        <w:br/>
        <w:t>f 23805/24926/21358 23803/24925/21357 23956/25078/21470</w:t>
        <w:br/>
        <w:t>f 23957/25079/21471 23805/24926/21358 23956/25078/21470</w:t>
        <w:br/>
        <w:t>f 23807/24928/21360 23805/24926/21358 23957/25079/21471</w:t>
        <w:br/>
        <w:t>f 23958/25080/21472 23807/24928/21360 23957/25079/21471</w:t>
        <w:br/>
        <w:t>f 23959/25081/21473 23808/24931/21363 23807/24928/21360</w:t>
        <w:br/>
        <w:t>f 23958/25080/21472 23959/25081/21473 23807/24928/21360</w:t>
        <w:br/>
        <w:t>f 23960/25082/21474 23853/24975/21397 23808/24931/21363</w:t>
        <w:br/>
        <w:t>f 23959/25081/21473 23960/25082/21474 23808/24931/21363</w:t>
        <w:br/>
        <w:t>f 23961/25083/21475 23853/24975/21397 23960/25082/21474</w:t>
        <w:br/>
        <w:t>f 23962/25084/21476 23961/25083/21475 23960/25082/21474</w:t>
        <w:br/>
        <w:t>f 23963/25085/21477 23961/25083/21475 23962/25084/21476</w:t>
        <w:br/>
        <w:t>f 23964/25086/21478 23963/25085/21477 23962/25084/21476</w:t>
        <w:br/>
        <w:t>f 23883/25004/21418 23887/25007/21420 23888/25010/21422</w:t>
        <w:br/>
        <w:t>f 23882/25005/21418 23883/25004/21418 23888/25010/21422</w:t>
        <w:br/>
        <w:t>f 23854/24974/21396 23855/24977/21399 23810/24934/21366</w:t>
        <w:br/>
        <w:t>f 23756/24878/21318 23758/24881/21321 23759/24880/21320</w:t>
        <w:br/>
        <w:t>f 23756/24878/21318 23759/24880/21320 23754/24876/21316</w:t>
        <w:br/>
        <w:t>f 23854/24974/21396 23809/24930/21362 23808/24931/21363</w:t>
        <w:br/>
        <w:t>f 23853/24975/21397 23854/24974/21396 23808/24931/21363</w:t>
        <w:br/>
        <w:t>f 23811/24933/21365 23809/24930/21362 23854/24974/21396</w:t>
        <w:br/>
        <w:t>f 23811/24933/21365 23854/24974/21396 23810/24934/21366</w:t>
        <w:br/>
        <w:t>f 23754/24876/21316 23932/25057/21455 23755/24877/21317</w:t>
        <w:br/>
        <w:t>f 23759/24880/21320 23935/25054/21452 23754/24876/21316</w:t>
        <w:br/>
        <w:t>f 23750/24871/21311 23748/24869/21309 23747/24870/21310</w:t>
        <w:br/>
        <w:t>f 23805/24926/21358 23806/24929/21361 23804/24927/21359</w:t>
        <w:br/>
        <w:t>f 23748/24869/21309 23746/24868/21308 23743/24867/21307</w:t>
        <w:br/>
        <w:t>f 23803/24925/21357 23804/24927/21359 23800/24923/21356</w:t>
        <w:br/>
        <w:t>f 23965/25087/21479 23762/24883/21322 23792/24915/21349</w:t>
        <w:br/>
        <w:t>f 23816/24937/21368 23819/24939/21370 23817/24941/21372</w:t>
        <w:br/>
        <w:t>f 23815/24938/21369 23816/24937/21368 23817/24941/21372</w:t>
        <w:br/>
        <w:t>f 23754/24876/21316 23935/25054/21452 23932/25057/21455</w:t>
        <w:br/>
        <w:t>f 23968/25088/21480 23967/25089/21481 23966/25090/21480</w:t>
        <w:br/>
        <w:t>f 24003/25091/21482 24002/25092/21483 24001/25093/21484</w:t>
        <w:br/>
        <w:t>f 24004/25094/21485 24003/25091/21482 24001/25093/21484</w:t>
        <w:br/>
        <w:t>f 24006/25095/21486 24003/25091/21482 24004/25094/21485</w:t>
        <w:br/>
        <w:t>f 24005/25096/21487 24006/25095/21486 24004/25094/21485</w:t>
        <w:br/>
        <w:t>f 24005/25096/21487 24007/25097/21488 24006/25095/21486</w:t>
        <w:br/>
        <w:t>f 24002/25092/21483 24008/25098/21489 24001/25093/21484</w:t>
        <w:br/>
        <w:t>f 24059/25099/21490 24058/25100/21491 24057/25101/21490</w:t>
        <w:br/>
        <w:t>f 24056/25102/21492 24059/25099/21490 24057/25101/21490</w:t>
        <w:br/>
        <w:t>f 24058/25100/21491 24059/25099/21490 24060/25103/21491</w:t>
        <w:br/>
        <w:t>f 24061/25104/21491 24058/25100/21491 24060/25103/21491</w:t>
        <w:br/>
        <w:t>f 24060/25103/21491 24062/25105/21493 24061/25104/21491</w:t>
        <w:br/>
        <w:t>f 24057/25101/21490 24063/25106/21494 24056/25102/21492</w:t>
        <w:br/>
        <w:t>f 24216/25107/7280 24215/25108/7281 24214/25109/7282</w:t>
        <w:br/>
        <w:t>f 24213/25110/7282 24216/25107/7280 24214/25109/7282</w:t>
        <w:br/>
        <w:t>f 24220/25111/21495 24219/25112/21495 24218/25113/7285</w:t>
        <w:br/>
        <w:t>f 24217/25114/7285 24220/25111/21495 24218/25113/7285</w:t>
        <w:br/>
        <w:t>f 24223/25115/7286 24222/25116/12600 24221/25117/7287</w:t>
        <w:br/>
        <w:t>f 24224/25118/7288 24223/25115/7286 24221/25117/7287</w:t>
        <w:br/>
        <w:t>f 24227/25119/7289 24226/25120/7290 24225/25121/7291</w:t>
        <w:br/>
        <w:t>f 24228/25122/7289 24227/25119/7289 24225/25121/7291</w:t>
        <w:br/>
        <w:t>f 24229/25123/7293 24215/25108/7281 24216/25107/7280</w:t>
        <w:br/>
        <w:t>f 24230/25124/7293 24229/25123/7293 24216/25107/7280</w:t>
        <w:br/>
        <w:t>f 24231/25125/7294 24219/25112/21495 24220/25111/21495</w:t>
        <w:br/>
        <w:t>f 24232/25126/7295 24231/25125/7294 24220/25111/21495</w:t>
        <w:br/>
        <w:t>f 24234/25127/7296 24233/25128/7296 24223/25115/7286</w:t>
        <w:br/>
        <w:t>f 24224/25118/7288 24234/25127/7296 24223/25115/7286</w:t>
        <w:br/>
        <w:t>f 24236/25129/7297 24235/25130/7298 24227/25119/7289</w:t>
        <w:br/>
        <w:t>f 24228/25122/7289 24236/25129/7297 24227/25119/7289</w:t>
        <w:br/>
        <w:t>f 24238/25131/7299 24237/25132/7299 24229/25123/7293</w:t>
        <w:br/>
        <w:t>f 24230/25124/7293 24238/25131/7299 24229/25123/7293</w:t>
        <w:br/>
        <w:t>f 24240/25133/7300 24239/25134/7300 24231/25125/7294</w:t>
        <w:br/>
        <w:t>f 24232/25126/7295 24240/25133/7300 24231/25125/7294</w:t>
        <w:br/>
        <w:t>f 24241/25135/7301 24233/25128/7296 24234/25127/7296</w:t>
        <w:br/>
        <w:t>f 24242/25136/7302 24241/25135/7301 24234/25127/7296</w:t>
        <w:br/>
        <w:t>f 24243/25137/7303 24235/25130/7298 24236/25129/7297</w:t>
        <w:br/>
        <w:t>f 24244/25138/7303 24243/25137/7303 24236/25129/7297</w:t>
        <w:br/>
        <w:t>f 24245/25139/7304 24237/25132/7299 24238/25131/7299</w:t>
        <w:br/>
        <w:t>f 24246/25140/7304 24245/25139/7304 24238/25131/7299</w:t>
        <w:br/>
        <w:t>f 24247/25141/7305 24239/25134/7300 24240/25133/7300</w:t>
        <w:br/>
        <w:t>f 24248/25142/7305 24247/25141/7305 24240/25133/7300</w:t>
        <w:br/>
        <w:t>f 24250/25143/21496 24249/25144/21496 24241/25135/7301</w:t>
        <w:br/>
        <w:t>f 24242/25136/7302 24250/25143/21496 24241/25135/7301</w:t>
        <w:br/>
        <w:t>f 24252/25145/7307 24251/25146/7307 24243/25137/7303</w:t>
        <w:br/>
        <w:t>f 24244/25138/7303 24252/25145/7307 24243/25137/7303</w:t>
        <w:br/>
        <w:t>f 24205/14053/7309 24245/25139/7304 24246/25140/7304</w:t>
        <w:br/>
        <w:t>f 24253/25147/7309 24205/14053/7309 24246/25140/7304</w:t>
        <w:br/>
        <w:t>f 24207/14055/12620 24247/25141/7305 24248/25142/7305</w:t>
        <w:br/>
        <w:t>f 24208/14056/12620 24207/14055/12620 24248/25142/7305</w:t>
        <w:br/>
        <w:t>f 24210/14057/21497 24254/25148/21498 24249/25144/21496</w:t>
        <w:br/>
        <w:t>f 24250/25143/21496 24210/14057/21497 24249/25144/21496</w:t>
        <w:br/>
        <w:t>f 24255/25149/12623 24211/14060/12623 24251/25146/7307</w:t>
        <w:br/>
        <w:t>f 24252/25145/7307 24255/25149/12623 24251/25146/7307</w:t>
        <w:br/>
        <w:t>f 24259/25150/21499 24258/25151/21500 24257/25152/21501</w:t>
        <w:br/>
        <w:t>f 24256/25153/21502 24259/25150/21499 24257/25152/21501</w:t>
        <w:br/>
        <w:t>f 24262/25154/21503 24261/25155/21504 24260/25156/21505</w:t>
        <w:br/>
        <w:t>f 24263/25157/21506 24262/25154/21503 24260/25156/21505</w:t>
        <w:br/>
        <w:t>f 24258/25151/21500 24259/25150/21499 24264/25158/21507</w:t>
        <w:br/>
        <w:t>f 24268/25159/21508 24267/25160/21508 24266/25161/21509</w:t>
        <w:br/>
        <w:t>f 24265/25162/21509 24268/25159/21508 24266/25161/21509</w:t>
        <w:br/>
        <w:t>f 24270/25163/21510 24269/25164/21510 24267/25160/21508</w:t>
        <w:br/>
        <w:t>f 24268/25159/21508 24270/25163/21510 24267/25160/21508</w:t>
        <w:br/>
        <w:t>f 24273/25165/21511 24272/25166/21512 24271/25167/21513</w:t>
        <w:br/>
        <w:t>f 24275/25168/21514 24274/25169/21515 24256/25153/21502</w:t>
        <w:br/>
        <w:t>f 24257/25152/21501 24275/25168/21514 24256/25153/21502</w:t>
        <w:br/>
        <w:t>f 24278/25170/21516 24277/25171/21517 24276/25172/21518</w:t>
        <w:br/>
        <w:t>f 24278/25170/21516 24280/25173/21519 24279/25174/21520</w:t>
        <w:br/>
        <w:t>f 24282/25175/21521 24281/25176/21522 24262/25154/21503</w:t>
        <w:br/>
        <w:t>f 24284/25177/21523 24283/25178/21524 24263/25157/21506</w:t>
        <w:br/>
        <w:t>f 24260/25156/21505 24284/25177/21523 24263/25157/21506</w:t>
        <w:br/>
        <w:t>f 24272/25166/21512 24273/25165/21511 24276/25172/21518</w:t>
        <w:br/>
        <w:t>f 24287/25179/21525 24286/25180/21526 24285/25181/21527</w:t>
        <w:br/>
        <w:t>f 24288/25182/21528 24287/25179/21525 24285/25181/21527</w:t>
        <w:br/>
        <w:t>f 24291/25183/21529 24290/25184/21530 24289/25185/21531</w:t>
        <w:br/>
        <w:t>f 24289/25185/21531 24293/25186/21532 24292/25187/21533</w:t>
        <w:br/>
        <w:t>f 24296/25188/21534 24295/25189/21535 24294/25190/21536</w:t>
        <w:br/>
        <w:t>f 24286/25180/21526 24294/25190/21536 24298/25191/21537</w:t>
        <w:br/>
        <w:t>f 24297/25192/21538 24286/25180/21526 24298/25191/21537</w:t>
        <w:br/>
        <w:t>f 24301/25193/21539 24300/25194/21540 24299/25195/21541</w:t>
        <w:br/>
        <w:t>f 24302/25196/21542 24301/25193/21539 24299/25195/21541</w:t>
        <w:br/>
        <w:t>f 24304/25197/21543 24299/25195/21541 24300/25194/21540</w:t>
        <w:br/>
        <w:t>f 24303/25198/21544 24304/25197/21543 24300/25194/21540</w:t>
        <w:br/>
        <w:t>f 24288/25182/21528 24306/25199/21545 24305/25200/21546</w:t>
        <w:br/>
        <w:t>f 24287/25179/21525 24288/25182/21528 24305/25200/21546</w:t>
        <w:br/>
        <w:t>f 24295/25189/21535 24307/25201/21547 24294/25190/21536</w:t>
        <w:br/>
        <w:t>f 24311/25202/21548 24310/25203/21549 24309/25204/21550</w:t>
        <w:br/>
        <w:t>f 24308/25205/21551 24311/25202/21548 24309/25204/21550</w:t>
        <w:br/>
        <w:t>f 24314/25206/21552 24313/25207/21553 24312/25208/21554</w:t>
        <w:br/>
        <w:t>f 24288/25182/21528 24285/25181/21527 24316/25209/21555</w:t>
        <w:br/>
        <w:t>f 24315/25210/21556 24288/25182/21528 24316/25209/21555</w:t>
        <w:br/>
        <w:t>f 24287/25179/21525 24318/25211/21557 24317/25212/21558</w:t>
        <w:br/>
        <w:t>f 24286/25180/21526 24287/25179/21525 24317/25212/21558</w:t>
        <w:br/>
        <w:t>f 24320/25213/21559 24319/25214/21560 24257/25152/21501</w:t>
        <w:br/>
        <w:t>f 24258/25151/21500 24320/25213/21559 24257/25152/21501</w:t>
        <w:br/>
        <w:t>f 24322/25215/21561 24278/25170/21516 24273/25165/21511</w:t>
        <w:br/>
        <w:t>f 24321/25216/21562 24322/25215/21561 24273/25165/21511</w:t>
        <w:br/>
        <w:t>f 24278/25170/21516 24322/25215/21561 24280/25173/21519</w:t>
        <w:br/>
        <w:t>f 24325/25217/21563 24324/25218/21564 24323/25219/21565</w:t>
        <w:br/>
        <w:t>f 24325/25217/21563 24327/25220/21566 24326/25221/21567</w:t>
        <w:br/>
        <w:t>f 24328/25222/21568 24325/25217/21563 24326/25221/21567</w:t>
        <w:br/>
        <w:t>f 24296/25188/21534 24330/25223/21569 24329/25224/21570</w:t>
        <w:br/>
        <w:t>f 24331/25225/21571 24296/25188/21534 24329/25224/21570</w:t>
        <w:br/>
        <w:t>f 24295/25189/21535 24296/25188/21534 24331/25225/21571</w:t>
        <w:br/>
        <w:t>f 24332/25226/21572 24295/25189/21535 24331/25225/21571</w:t>
        <w:br/>
        <w:t>f 24311/25202/21548 24294/25190/21536 24334/25227/21573</w:t>
        <w:br/>
        <w:t>f 24333/25228/21574 24311/25202/21548 24334/25227/21573</w:t>
        <w:br/>
        <w:t>f 24336/25229/21575 24335/25230/21576 24262/25154/21503</w:t>
        <w:br/>
        <w:t>f 24263/25157/21506 24336/25229/21575 24262/25154/21503</w:t>
        <w:br/>
        <w:t>f 24297/25192/21538 24298/25191/21537 24337/25231/21577</w:t>
        <w:br/>
        <w:t>f 24338/25232/21578 24297/25192/21538 24337/25231/21577</w:t>
        <w:br/>
        <w:t>f 24316/25209/21555 24285/25181/21527 24297/25192/21538</w:t>
        <w:br/>
        <w:t>f 24338/25232/21578 24316/25209/21555 24297/25192/21538</w:t>
        <w:br/>
        <w:t>f 24294/25190/21536 24286/25180/21526 24317/25212/21558</w:t>
        <w:br/>
        <w:t>f 24334/25227/21573 24294/25190/21536 24317/25212/21558</w:t>
        <w:br/>
        <w:t>f 24335/25230/21576 24320/25213/21559 24258/25151/21500</w:t>
        <w:br/>
        <w:t>f 24262/25154/21503 24335/25230/21576 24258/25151/21500</w:t>
        <w:br/>
        <w:t>f 24340/25233/21579 24300/25194/21540 24301/25193/21539</w:t>
        <w:br/>
        <w:t>f 24339/25234/21580 24340/25233/21579 24301/25193/21539</w:t>
        <w:br/>
        <w:t>f 24344/25235/21581 24343/25236/21582 24342/25237/21583</w:t>
        <w:br/>
        <w:t>f 24341/25238/21584 24344/25235/21581 24342/25237/21583</w:t>
        <w:br/>
        <w:t>f 24309/25204/21550 24346/25239/21585 24345/25240/21585</w:t>
        <w:br/>
        <w:t>f 24347/25241/21586 24309/25204/21550 24345/25240/21585</w:t>
        <w:br/>
        <w:t>f 24300/25194/21540 24340/25233/21579 24303/25198/21544</w:t>
        <w:br/>
        <w:t>f 24343/25236/21582 24344/25235/21581 24348/25242/21587</w:t>
        <w:br/>
        <w:t>f 24351/25243/21588 24350/25244/21588 24349/25245/21588</w:t>
        <w:br/>
        <w:t>f 24352/25246/21589 24351/25243/21588 24349/25245/21588</w:t>
        <w:br/>
        <w:t>f 24346/25239/21585 24354/25247/21590 24353/25248/21590</w:t>
        <w:br/>
        <w:t>f 24345/25240/21585 24346/25239/21585 24353/25248/21590</w:t>
        <w:br/>
        <w:t>f 24357/25249/21591 24356/25250/21592 24355/25251/21593</w:t>
        <w:br/>
        <w:t>f 24358/25252/21594 24357/25249/21591 24355/25251/21593</w:t>
        <w:br/>
        <w:t>f 24313/25207/21553 24314/25206/21552 24360/25253/21595</w:t>
        <w:br/>
        <w:t>f 24359/25254/21596 24313/25207/21553 24360/25253/21595</w:t>
        <w:br/>
        <w:t>f 24306/25199/21545 24288/25182/21528 24315/25210/21556</w:t>
        <w:br/>
        <w:t>f 24361/25255/21597 24306/25199/21545 24315/25210/21556</w:t>
        <w:br/>
        <w:t>f 24287/25179/21525 24305/25200/21546 24362/25256/21598</w:t>
        <w:br/>
        <w:t>f 24363/25257/21599 24287/25179/21525 24362/25256/21598</w:t>
        <w:br/>
        <w:t>f 24257/25152/21501 24319/25214/21560 24364/25258/21600</w:t>
        <w:br/>
        <w:t>f 24275/25168/21514 24257/25152/21501 24364/25258/21600</w:t>
        <w:br/>
        <w:t>f 24292/25187/21533 24366/25259/21601 24365/25260/21602</w:t>
        <w:br/>
        <w:t>f 24365/25260/21602 24366/25259/21601 24367/25261/21603</w:t>
        <w:br/>
        <w:t>f 24370/25262/21604 24369/25263/21605 24368/25264/21606</w:t>
        <w:br/>
        <w:t>f 24371/25265/21607 24369/25263/21608 24366/25259/21601</w:t>
        <w:br/>
        <w:t>f 24293/25186/21532 24290/25184/21530 24373/25266/21609</w:t>
        <w:br/>
        <w:t>f 24372/25267/21610 24293/25186/21532 24373/25266/21609</w:t>
        <w:br/>
        <w:t>f 24293/25186/21532 24372/25267/21610 24371/25265/21607</w:t>
        <w:br/>
        <w:t>f 24292/25187/21533 24293/25186/21532 24371/25265/21607</w:t>
        <w:br/>
        <w:t>f 24298/25191/21537 24307/25201/21547 24374/25268/21611</w:t>
        <w:br/>
        <w:t>f 24337/25231/21577 24298/25191/21537 24374/25268/21611</w:t>
        <w:br/>
        <w:t>f 24308/25205/21551 24309/25204/21550 24347/25241/21586</w:t>
        <w:br/>
        <w:t>f 24329/25224/21612 24308/25205/21551 24347/25241/21586</w:t>
        <w:br/>
        <w:t>f 24310/25203/21549 24311/25202/21548 24333/25228/21574</w:t>
        <w:br/>
        <w:t>f 24375/25269/21613 24310/25203/21549 24333/25228/21574</w:t>
        <w:br/>
        <w:t>f 24342/25237/21583 24336/25229/21575 24263/25157/21506</w:t>
        <w:br/>
        <w:t>f 24283/25178/21524 24342/25237/21583 24263/25157/21506</w:t>
        <w:br/>
        <w:t>f 24321/25216/21562 24273/25165/21511 24356/25250/21592</w:t>
        <w:br/>
        <w:t>f 24357/25249/21591 24321/25216/21562 24356/25250/21592</w:t>
        <w:br/>
        <w:t>f 24327/25220/21614 24360/25253/21595 24314/25206/21552</w:t>
        <w:br/>
        <w:t>f 24291/25183/21529 24327/25220/21614 24314/25206/21552</w:t>
        <w:br/>
        <w:t>f 24377/25270/21615 24312/25208/21554 24376/25271/21616</w:t>
        <w:br/>
        <w:t>f 24380/25272/21617 24379/25273/21618 24378/25274/21619</w:t>
        <w:br/>
        <w:t>f 24381/25275/21620 24380/25272/21617 24378/25274/21619</w:t>
        <w:br/>
        <w:t>f 24290/25184/21530 24378/25274/21619 24379/25273/21618</w:t>
        <w:br/>
        <w:t>f 24373/25266/21609 24290/25184/21530 24379/25273/21618</w:t>
        <w:br/>
        <w:t>f 24313/25207/21553 24382/25276/21621 24312/25208/21554</w:t>
        <w:br/>
        <w:t>f 24382/25276/21621 24306/25199/21545 24383/25277/21622</w:t>
        <w:br/>
        <w:t>f 24385/25278/21623 24274/25169/21515 24384/25279/21624</w:t>
        <w:br/>
        <w:t>f 24361/25255/21597 24386/25280/21625 24383/25277/21622</w:t>
        <w:br/>
        <w:t>f 24306/25199/21545 24361/25255/21597 24383/25277/21622</w:t>
        <w:br/>
        <w:t>f 24388/25281/21626 24387/25282/21627 24312/25208/21554</w:t>
        <w:br/>
        <w:t>f 24382/25276/21621 24388/25281/21626 24312/25208/21554</w:t>
        <w:br/>
        <w:t>f 24389/25283/21628 24384/25279/21624 24355/25251/21593</w:t>
        <w:br/>
        <w:t>f 24274/25169/21515 24275/25168/21514 24355/25251/21593</w:t>
        <w:br/>
        <w:t>f 24384/25279/21624 24274/25169/21515 24355/25251/21593</w:t>
        <w:br/>
        <w:t>f 24305/25200/21546 24313/25207/21553 24359/25254/21596</w:t>
        <w:br/>
        <w:t>f 24362/25256/21598 24305/25200/21546 24359/25254/21596</w:t>
        <w:br/>
        <w:t>f 24275/25168/21514 24364/25258/21600 24358/25252/21594</w:t>
        <w:br/>
        <w:t>f 24355/25251/21593 24275/25168/21514 24358/25252/21594</w:t>
        <w:br/>
        <w:t>f 24380/25272/21617 24381/25275/21620 24377/25270/21615</w:t>
        <w:br/>
        <w:t>f 24390/25284/21629 24380/25272/21617 24377/25270/21615</w:t>
        <w:br/>
        <w:t>f 24383/25277/21622 24386/25280/21625 24388/25281/21626</w:t>
        <w:br/>
        <w:t>f 24382/25276/21621 24383/25277/21622 24388/25281/21626</w:t>
        <w:br/>
        <w:t>f 24374/25268/21611 24307/25201/21547 24295/25189/21535</w:t>
        <w:br/>
        <w:t>f 24332/25226/21572 24374/25268/21611 24295/25189/21535</w:t>
        <w:br/>
        <w:t>f 24392/25285/21630 24391/25286/21631 24271/25167/21513</w:t>
        <w:br/>
        <w:t>f 24381/25275/21620 24291/25183/21529 24314/25206/21552</w:t>
        <w:br/>
        <w:t>f 24356/25250/21592 24273/25165/21511 24271/25167/21513</w:t>
        <w:br/>
        <w:t>f 24381/25275/21620 24378/25274/21619 24291/25183/21529</w:t>
        <w:br/>
        <w:t>f 24291/25183/21529 24378/25274/21619 24290/25184/21530</w:t>
        <w:br/>
        <w:t>f 24276/25172/21518 24273/25165/21511 24278/25170/21516</w:t>
        <w:br/>
        <w:t>f 24290/25184/21530 24293/25186/21532 24289/25185/21531</w:t>
        <w:br/>
        <w:t>f 24377/25270/21615 24381/25275/21620 24312/25208/21554</w:t>
        <w:br/>
        <w:t>f 24389/25283/21628 24355/25251/21593 24356/25250/21592</w:t>
        <w:br/>
        <w:t>f 24381/25275/21620 24314/25206/21552 24312/25208/21554</w:t>
        <w:br/>
        <w:t>f 24390/25284/21629 24377/25270/21615 24376/25271/21616</w:t>
        <w:br/>
        <w:t>f 24312/25208/21554 24387/25282/21627 24376/25271/21616</w:t>
        <w:br/>
        <w:t>f 24278/25170/21516 24393/25287/21632 24277/25171/21517</w:t>
        <w:br/>
        <w:t>f 24289/25185/21531 24292/25187/21533 24365/25260/21602</w:t>
        <w:br/>
        <w:t>f 24278/25170/21516 24279/25174/21520 24393/25287/21632</w:t>
        <w:br/>
        <w:t>f 24289/25185/21531 24365/25260/21602 24367/25261/21603</w:t>
        <w:br/>
        <w:t>f 24306/25199/21545 24382/25276/21621 24313/25207/21553</w:t>
        <w:br/>
        <w:t>f 24305/25200/21546 24306/25199/21545 24313/25207/21553</w:t>
        <w:br/>
        <w:t>f 24258/25151/21500 24264/25158/21507 24282/25175/21521</w:t>
        <w:br/>
        <w:t>f 24262/25154/21503 24258/25151/21500 24282/25175/21521</w:t>
        <w:br/>
        <w:t>f 24297/25192/21538 24285/25181/21527 24286/25180/21526</w:t>
        <w:br/>
        <w:t>f 24262/25154/21503 24394/25288/21633 24261/25155/21504</w:t>
        <w:br/>
        <w:t>f 24281/25176/21522 24394/25288/21633 24262/25154/21503</w:t>
        <w:br/>
        <w:t>f 24311/25202/21548 24296/25188/21534 24294/25190/21536</w:t>
        <w:br/>
        <w:t>f 24307/25201/21547 24298/25191/21537 24294/25190/21536</w:t>
        <w:br/>
        <w:t>f 24311/25202/21548 24308/25205/21551 24296/25188/21534</w:t>
        <w:br/>
        <w:t>f 24292/25187/21533 24371/25265/21607 24366/25259/21601</w:t>
        <w:br/>
        <w:t>f 24356/25250/21592 24271/25167/21513 24391/25286/21631</w:t>
        <w:br/>
        <w:t>f 24389/25283/21628 24356/25250/21592 24391/25286/21631</w:t>
        <w:br/>
        <w:t>f 24340/25233/21579 24395/25289/21634 24303/25198/21544</w:t>
        <w:br/>
        <w:t>f 24366/25259/21601 24368/25264/21606 24367/25261/21603</w:t>
        <w:br/>
        <w:t>f 24325/25217/21563 24328/25222/21568 24324/25218/21564</w:t>
        <w:br/>
        <w:t>f 24478/25290/21635 24477/25291/21636 24476/25292/21637</w:t>
        <w:br/>
        <w:t>f 24475/25293/21638 24478/25290/21635 24476/25292/21637</w:t>
        <w:br/>
        <w:t>f 24480/25294/21639 24476/25292/21637 24477/25291/21636</w:t>
        <w:br/>
        <w:t>f 24479/25295/21640 24480/25294/21639 24477/25291/21636</w:t>
        <w:br/>
        <w:t>f 24483/25296/21641 24482/25297/21642 24481/25298/21643</w:t>
        <w:br/>
        <w:t>f 24484/25299/21644 24483/25296/21641 24481/25298/21643</w:t>
        <w:br/>
        <w:t>f 24487/25300/21645 24486/25301/21645 24485/25302/21646</w:t>
        <w:br/>
        <w:t>f 24488/25303/21647 24487/25300/21645 24485/25302/21646</w:t>
        <w:br/>
        <w:t>f 24486/25301/21645 24487/25300/21645 24484/25299/21644</w:t>
        <w:br/>
        <w:t>f 24481/25298/21643 24486/25301/21645 24484/25299/21644</w:t>
        <w:br/>
        <w:t>f 24491/25304/21648 24490/25305/21648 24489/25306/21649</w:t>
        <w:br/>
        <w:t>f 24492/25307/21650 24491/25304/21648 24489/25306/21649</w:t>
        <w:br/>
        <w:t>f 24488/25303/21647 24485/25302/21646 24493/25308/21651</w:t>
        <w:br/>
        <w:t>f 24494/25309/21652 24488/25303/21647 24493/25308/21651</w:t>
        <w:br/>
        <w:t>f 24475/25293/21638 24482/25297/21642 24483/25296/21641</w:t>
        <w:br/>
        <w:t>f 24478/25290/21635 24475/25293/21638 24483/25296/21641</w:t>
        <w:br/>
        <w:t>f 24479/25295/21640 24494/25309/21652 24493/25308/21651</w:t>
        <w:br/>
        <w:t>f 24480/25294/21639 24479/25295/21640 24493/25308/21651</w:t>
        <w:br/>
        <w:t>f 24490/25305/21648 24491/25304/21648 24496/25310/21650</w:t>
        <w:br/>
        <w:t>f 24495/25311/21653 24490/25305/21648 24496/25310/21650</w:t>
        <w:br/>
        <w:t>f 24496/25310/21650 24497/25312/21653 24495/25311/21653</w:t>
        <w:br/>
        <w:t>f 24489/25306/21649 24498/25313/21654 24492/25307/21650</w:t>
        <w:br/>
        <w:t>f 24501/25314/21655 24500/25315/21656 24499/25316/21657</w:t>
        <w:br/>
        <w:t>f 24502/25317/21658 24501/25314/21655 24499/25316/21657</w:t>
        <w:br/>
        <w:t>f 24499/25316/21657 24500/25315/21656 24503/25318/21659</w:t>
        <w:br/>
        <w:t>f 24504/25319/21659 24499/25316/21657 24503/25318/21659</w:t>
        <w:br/>
        <w:t>f 24508/25320/21660 24507/25321/21661 24506/25322/21662</w:t>
        <w:br/>
        <w:t>f 24505/25323/21662 24508/25320/21660 24506/25322/21662</w:t>
        <w:br/>
        <w:t>f 24512/25324/21663 24511/25325/21664 24510/25326/21665</w:t>
        <w:br/>
        <w:t>f 24509/25327/21666 24512/25324/21663 24510/25326/21665</w:t>
        <w:br/>
        <w:t>f 24516/25328/21667 24515/25329/21668 24514/25330/21669</w:t>
        <w:br/>
        <w:t>f 24513/25331/21670 24516/25328/21667 24514/25330/21669</w:t>
        <w:br/>
        <w:t>f 24513/25331/21670 24512/25324/21663 24509/25327/21666</w:t>
        <w:br/>
        <w:t>f 24516/25328/21667 24513/25331/21670 24509/25327/21666</w:t>
        <w:br/>
        <w:t>f 24514/25330/21669 24515/25329/21668 24518/25332/21671</w:t>
        <w:br/>
        <w:t>f 24517/25333/21671 24514/25330/21669 24518/25332/21671</w:t>
        <w:br/>
        <w:t>f 24502/25317/21658 24510/25326/21665 24511/25325/21664</w:t>
        <w:br/>
        <w:t>f 24501/25314/21655 24502/25317/21658 24511/25325/21664</w:t>
        <w:br/>
        <w:t>f 24517/25333/21671 24518/25332/21671 24504/25319/21659</w:t>
        <w:br/>
        <w:t>f 24503/25318/21659 24517/25333/21671 24504/25319/21659</w:t>
        <w:br/>
        <w:t>f 24507/25321/21661 24508/25320/21660 24519/25334/21672</w:t>
        <w:br/>
        <w:t>f 24520/25335/21672 24507/25321/21661 24519/25334/21672</w:t>
        <w:br/>
        <w:t>f 24506/25322/21662 24521/25336/21673 24505/25323/21662</w:t>
        <w:br/>
        <w:t>f 24519/25334/21672 24522/25337/21674 24520/25335/21672</w:t>
        <w:br/>
        <w:t>f 24525/25338/21675 24524/25339/21676 24523/25340/21677</w:t>
        <w:br/>
        <w:t>f 24526/25341/21678 24525/25338/21675 24523/25340/21677</w:t>
        <w:br/>
        <w:t>f 24524/25339/21676 24528/25342/21679 24527/25343/21680</w:t>
        <w:br/>
        <w:t>f 24523/25340/21677 24524/25339/21676 24527/25343/21680</w:t>
        <w:br/>
        <w:t>f 24532/25344/21681 24531/25345/21682 24530/25346/21683</w:t>
        <w:br/>
        <w:t>f 24529/25347/21684 24532/25344/21681 24530/25346/21683</w:t>
        <w:br/>
        <w:t>f 24534/25348/21685 24533/25349/21686 24531/25345/21682</w:t>
        <w:br/>
        <w:t>f 24532/25344/21681 24534/25348/21685 24531/25345/21682</w:t>
        <w:br/>
        <w:t>f 24534/25348/21685 24536/25350/21687 24535/25351/21688</w:t>
        <w:br/>
        <w:t>f 24535/25351/21688 24538/25352/21689 24537/25353/21690</w:t>
        <w:br/>
        <w:t>f 24534/25348/21685 24535/25351/21688 24537/25353/21690</w:t>
        <w:br/>
        <w:t>f 24541/25354/21691 24540/25355/21692 24539/25356/21693</w:t>
        <w:br/>
        <w:t>f 24542/25357/21691 24541/25354/21691 24539/25356/21693</w:t>
        <w:br/>
        <w:t>f 24545/25358/21694 24544/25359/21695 24543/25360/21695</w:t>
        <w:br/>
        <w:t>f 24546/25361/21694 24545/25358/21694 24543/25360/21695</w:t>
        <w:br/>
        <w:t>f 24545/25358/21694 24546/25361/21694 24547/25362/21696</w:t>
        <w:br/>
        <w:t>f 24548/25363/21696 24545/25358/21694 24547/25362/21696</w:t>
        <w:br/>
        <w:t>f 24549/25364/21697 24526/25341/21678 24523/25340/21677</w:t>
        <w:br/>
        <w:t>f 24550/25365/21698 24549/25364/21697 24523/25340/21677</w:t>
        <w:br/>
        <w:t>f 24527/25343/21680 24551/25366/21699 24550/25365/21698</w:t>
        <w:br/>
        <w:t>f 24523/25340/21677 24527/25343/21680 24550/25365/21698</w:t>
        <w:br/>
        <w:t>f 24554/25367/21700 24553/25368/21701 24552/25369/21702</w:t>
        <w:br/>
        <w:t>f 24527/25343/21680 24528/25342/21679 24555/25370/21703</w:t>
        <w:br/>
        <w:t>f 24558/25371/21704 24557/25372/21705 24556/25373/21706</w:t>
        <w:br/>
        <w:t>f 24561/25374/21707 24560/25375/21708 24559/25376/21709</w:t>
        <w:br/>
        <w:t>f 24560/25375/21708 24562/25377/21710 24559/25376/21709</w:t>
        <w:br/>
        <w:t>f 24565/25378/21711 24564/25379/21712 24563/25380/21713</w:t>
        <w:br/>
        <w:t>f 24566/25381/21714 24565/25378/21711 24563/25380/21713</w:t>
        <w:br/>
        <w:t>f 24567/25382/21715 24529/25347/21684 24530/25346/21683</w:t>
        <w:br/>
        <w:t>f 24565/25378/21716 24568/25383/21717 24529/25347/21684</w:t>
        <w:br/>
        <w:t>f 24570/25384/21718 24569/25385/21718 24539/25356/21693</w:t>
        <w:br/>
        <w:t>f 24540/25355/21692 24570/25384/21718 24539/25356/21693</w:t>
        <w:br/>
        <w:t>f 24564/25379/21712 24572/25386/21719 24571/25387/21719</w:t>
        <w:br/>
        <w:t>f 24563/25380/21713 24564/25379/21712 24571/25387/21719</w:t>
        <w:br/>
        <w:t>f 24561/25374/21707 24533/25349/21686 24573/25388/21720</w:t>
        <w:br/>
        <w:t>f 24560/25375/21708 24561/25374/21707 24573/25388/21720</w:t>
        <w:br/>
        <w:t>f 24537/25353/21690 24560/25375/21708 24534/25348/21685</w:t>
        <w:br/>
        <w:t>f 24537/25353/21690 24575/25389/21721 24574/25390/21722</w:t>
        <w:br/>
        <w:t>f 24560/25375/21708 24537/25353/21690 24574/25390/21722</w:t>
        <w:br/>
        <w:t>f 24577/25391/21723 24576/25392/21724 24575/25389/21721</w:t>
        <w:br/>
        <w:t>f 24538/25352/21689 24575/25389/21721 24537/25353/21690</w:t>
        <w:br/>
        <w:t>f 24574/25390/21722 24562/25377/21710 24560/25375/21708</w:t>
        <w:br/>
        <w:t>f 24580/25393/21725 24579/25394/21726 24578/25395/21727</w:t>
        <w:br/>
        <w:t>f 24581/25396/21728 24580/25393/21725 24578/25395/21727</w:t>
        <w:br/>
        <w:t>f 24582/25397/21729 24525/25338/21675 24526/25341/21678</w:t>
        <w:br/>
        <w:t>f 24584/25398/21730 24583/25399/21731 24525/25338/21675</w:t>
        <w:br/>
        <w:t>f 24578/25395/21727 24584/25398/21730 24525/25338/21675</w:t>
        <w:br/>
        <w:t>f 24586/25400/21732 24524/25339/21676 24584/25398/21730</w:t>
        <w:br/>
        <w:t>f 24585/25401/21733 24586/25400/21732 24584/25398/21730</w:t>
        <w:br/>
        <w:t>f 24577/25391/21723 24587/25402/21734 24553/25368/21701</w:t>
        <w:br/>
        <w:t>f 24590/25403/21735 24589/25404/21736 24588/25405/21737</w:t>
        <w:br/>
        <w:t>f 24591/25406/21738 24588/25405/21737 24589/25404/21736</w:t>
        <w:br/>
        <w:t>f 24562/25377/21710 24574/25390/21722 24588/25405/21737</w:t>
        <w:br/>
        <w:t>f 24575/25389/21721 24538/25352/21689 24587/25402/21734</w:t>
        <w:br/>
        <w:t>f 24591/25406/21738 24589/25404/21736 24557/25372/21705</w:t>
        <w:br/>
        <w:t>f 24594/25407/21739 24593/25408/21740 24592/25409/21741</w:t>
        <w:br/>
        <w:t>f 24533/25349/21686 24594/25407/21739 24592/25409/21741</w:t>
        <w:br/>
        <w:t>f 24595/25410/21742 24592/25409/21743 24571/25387/21719</w:t>
        <w:br/>
        <w:t>f 24572/25386/21719 24595/25410/21742 24571/25387/21719</w:t>
        <w:br/>
        <w:t>f 24561/25374/21744 24597/25411/21745 24596/25412/21745</w:t>
        <w:br/>
        <w:t>f 24593/25408/21746 24561/25374/21744 24596/25412/21745</w:t>
        <w:br/>
        <w:t>f 24600/25413/21747 24599/25414/21748 24598/25415/21749</w:t>
        <w:br/>
        <w:t>f 24600/25413/21747 24591/25406/21738 24601/25416/21750</w:t>
        <w:br/>
        <w:t>f 24558/25371/21704 24603/25417/21751 24602/25418/21752</w:t>
        <w:br/>
        <w:t>f 24604/25419/21753 24558/25371/21704 24602/25418/21752</w:t>
        <w:br/>
        <w:t>f 24605/25420/21754 24601/25416/21750 24602/25418/21752</w:t>
        <w:br/>
        <w:t>f 24606/25421/21755 24605/25420/21754 24602/25418/21752</w:t>
        <w:br/>
        <w:t>f 24609/25422/21756 24608/25423/21757 24607/25424/21758</w:t>
        <w:br/>
        <w:t>f 24610/25425/21759 24609/25422/21756 24607/25424/21758</w:t>
        <w:br/>
        <w:t>f 24611/25426/21760 24555/25370/21703 24528/25342/21679</w:t>
        <w:br/>
        <w:t>f 24585/25401/21733 24611/25426/21760 24528/25342/21679</w:t>
        <w:br/>
        <w:t>f 24599/25414/21748 24612/25427/21761 24598/25415/21749</w:t>
        <w:br/>
        <w:t>f 24599/25414/21748 24600/25413/21747 24613/25428/21762</w:t>
        <w:br/>
        <w:t>f 24614/25429/21763 24599/25414/21748 24613/25428/21762</w:t>
        <w:br/>
        <w:t>f 24613/25428/21762 24601/25416/21750 24615/25430/21764</w:t>
        <w:br/>
        <w:t>f 24614/25429/21763 24613/25428/21762 24615/25430/21764</w:t>
        <w:br/>
        <w:t>f 24610/25425/21759 24616/25431/21765 24600/25413/21747</w:t>
        <w:br/>
        <w:t>f 24598/25415/21749 24614/25429/21763 24615/25430/21764</w:t>
        <w:br/>
        <w:t>f 24610/25425/21759 24598/25415/21749 24615/25430/21764</w:t>
        <w:br/>
        <w:t>f 24600/25413/21747 24617/25432/21766 24591/25406/21738</w:t>
        <w:br/>
        <w:t>f 24551/25366/21699 24527/25343/21680 24554/25367/21700</w:t>
        <w:br/>
        <w:t>f 24558/25371/21704 24591/25406/21738 24557/25372/21705</w:t>
        <w:br/>
        <w:t>f 24610/25425/21759 24600/25413/21747 24598/25415/21749</w:t>
        <w:br/>
        <w:t>f 24600/25413/21747 24601/25416/21750 24613/25428/21762</w:t>
        <w:br/>
        <w:t>f 24591/25406/21738 24617/25432/21766 24588/25405/21737</w:t>
        <w:br/>
        <w:t>f 24618/25433/21767 24588/25405/21737 24576/25392/21724</w:t>
        <w:br/>
        <w:t>f 24620/25434/21768 24618/25433/21769 24619/25435/21768</w:t>
        <w:br/>
        <w:t>f 24621/25436/21770 24577/25391/21723 24590/25403/21735</w:t>
        <w:br/>
        <w:t>f 24621/25436/21770 24590/25403/21735 24588/25405/21737</w:t>
        <w:br/>
        <w:t>f 24575/25389/21721 24576/25392/21724 24574/25390/21722</w:t>
        <w:br/>
        <w:t>f 24588/25405/21737 24574/25390/21722 24576/25392/21724</w:t>
        <w:br/>
        <w:t>f 24526/25341/21678 24549/25364/21697 24580/25393/21725</w:t>
        <w:br/>
        <w:t>f 24587/25402/21734 24577/25391/21723 24575/25389/21721</w:t>
        <w:br/>
        <w:t>f 24554/25367/21700 24552/25369/21702 24551/25366/21699</w:t>
        <w:br/>
        <w:t>f 24553/25368/21701 24587/25402/21734 24552/25369/21702</w:t>
        <w:br/>
        <w:t>f 24622/25437/21771 24527/25343/21680 24555/25370/21703</w:t>
        <w:br/>
        <w:t>f 24568/25383/21717 24536/25350/21687 24529/25347/21684</w:t>
        <w:br/>
        <w:t>f 24577/25391/21723 24553/25368/21701 24590/25403/21735</w:t>
        <w:br/>
        <w:t>f 24553/25368/21701 24589/25404/21736 24590/25403/21735</w:t>
        <w:br/>
        <w:t>f 24557/25372/21705 24589/25404/21736 24553/25368/21701</w:t>
        <w:br/>
        <w:t>f 24557/25372/21705 24553/25368/21701 24554/25367/21700</w:t>
        <w:br/>
        <w:t>f 24622/25437/21771 24557/25372/21705 24554/25367/21700</w:t>
        <w:br/>
        <w:t>f 24527/25343/21680 24622/25437/21771 24554/25367/21700</w:t>
        <w:br/>
        <w:t>f 24536/25350/21687 24534/25348/21685 24532/25344/21681</w:t>
        <w:br/>
        <w:t>f 24536/25350/21687 24532/25344/21681 24529/25347/21684</w:t>
        <w:br/>
        <w:t>f 24534/25348/21685 24560/25375/21708 24573/25388/21720</w:t>
        <w:br/>
        <w:t>f 24533/25349/21686 24534/25348/21685 24573/25388/21720</w:t>
        <w:br/>
        <w:t>f 24557/25372/21705 24622/25437/21771 24556/25373/21706</w:t>
        <w:br/>
        <w:t>f 24555/25370/21703 24556/25373/21706 24622/25437/21771</w:t>
        <w:br/>
        <w:t>f 24555/25370/21703 24611/25426/21760 24624/25438/21772</w:t>
        <w:br/>
        <w:t>f 24623/25439/21773 24555/25370/21703 24624/25438/21772</w:t>
        <w:br/>
        <w:t>f 24626/25440/21774 24549/25364/21697 24550/25365/21698</w:t>
        <w:br/>
        <w:t>f 24625/25441/21775 24626/25440/21774 24550/25365/21698</w:t>
        <w:br/>
        <w:t>f 24550/25365/21698 24551/25366/21699 24627/25442/21776</w:t>
        <w:br/>
        <w:t>f 24625/25441/21775 24550/25365/21698 24627/25442/21776</w:t>
        <w:br/>
        <w:t>f 24551/25366/21699 24552/25369/21702 24628/25443/21777</w:t>
        <w:br/>
        <w:t>f 24627/25442/21776 24551/25366/21699 24628/25443/21777</w:t>
        <w:br/>
        <w:t>f 24552/25369/21702 24587/25402/21734 24629/25444/21778</w:t>
        <w:br/>
        <w:t>f 24628/25443/21777 24552/25369/21702 24629/25444/21778</w:t>
        <w:br/>
        <w:t>f 24629/25444/21778 24587/25402/21734 24538/25352/21689</w:t>
        <w:br/>
        <w:t>f 24630/25445/21779 24629/25444/21778 24538/25352/21689</w:t>
        <w:br/>
        <w:t>f 24631/25446/21780 24630/25445/21779 24538/25352/21689</w:t>
        <w:br/>
        <w:t>f 24535/25351/21688 24631/25446/21780 24538/25352/21689</w:t>
        <w:br/>
        <w:t>f 24631/25446/21780 24535/25351/21688 24536/25350/21687</w:t>
        <w:br/>
        <w:t>f 24632/25447/21781 24631/25446/21780 24536/25350/21687</w:t>
        <w:br/>
        <w:t>f 24632/25447/21781 24536/25350/21687 24568/25383/21717</w:t>
        <w:br/>
        <w:t>f 24633/25448/21782 24632/25447/21781 24568/25383/21717</w:t>
        <w:br/>
        <w:t>f 24558/25371/21704 24601/25416/21750 24591/25406/21738</w:t>
        <w:br/>
        <w:t>f 24636/25449/21783 24607/25424/21758 24635/25450/21784</w:t>
        <w:br/>
        <w:t>f 24634/25451/21785 24636/25449/21783 24635/25450/21784</w:t>
        <w:br/>
        <w:t>f 24603/25417/21751 24558/25371/21704 24556/25373/21706</w:t>
        <w:br/>
        <w:t>f 24624/25438/21772 24603/25417/21751 24556/25373/21706</w:t>
        <w:br/>
        <w:t>f 24562/25377/21710 24617/25432/21766 24600/25413/21747</w:t>
        <w:br/>
        <w:t>f 24610/25425/21759 24634/25451/21786 24616/25431/21765</w:t>
        <w:br/>
        <w:t>f 24562/25377/21710 24588/25405/21737 24617/25432/21766</w:t>
        <w:br/>
        <w:t>f 24616/25431/21765 24562/25377/21710 24600/25413/21747</w:t>
        <w:br/>
        <w:t>f 24634/25451/21786 24559/25376/21709 24562/25377/21710</w:t>
        <w:br/>
        <w:t>f 24616/25431/21765 24634/25451/21786 24562/25377/21710</w:t>
        <w:br/>
        <w:t>f 24635/25450/21784 24596/25412/21745 24597/25411/21745</w:t>
        <w:br/>
        <w:t>f 24634/25451/21785 24635/25450/21784 24597/25411/21745</w:t>
        <w:br/>
        <w:t>f 24639/25452/21787 24638/25453/21788 24637/25454/21789</w:t>
        <w:br/>
        <w:t>f 24640/25455/21790 24639/25452/21787 24637/25454/21789</w:t>
        <w:br/>
        <w:t>f 24644/25456/21791 24643/25457/21791 24642/25458/21792</w:t>
        <w:br/>
        <w:t>f 24641/25459/21792 24644/25456/21791 24642/25458/21792</w:t>
        <w:br/>
        <w:t>f 24647/25460/21793 24646/25461/21794 24645/25462/21795</w:t>
        <w:br/>
        <w:t>f 24648/25463/21796 24647/25460/21793 24645/25462/21795</w:t>
        <w:br/>
        <w:t>f 24652/25464/21797 24651/25465/21798 24650/25466/21799</w:t>
        <w:br/>
        <w:t>f 24649/25467/21800 24652/25464/21797 24650/25466/21799</w:t>
        <w:br/>
        <w:t>f 24653/25468/21801 24637/25454/21789 24638/25453/21788</w:t>
        <w:br/>
        <w:t>f 24650/25466/21799 24654/25469/21802 24649/25467/21800</w:t>
        <w:br/>
        <w:t>f 24645/25462/21795 24646/25461/21794 24655/25470/21803</w:t>
        <w:br/>
        <w:t>f 24656/25471/21804 24641/25459/21792 24642/25458/21792</w:t>
        <w:br/>
        <w:t>f 24637/25454/21789 24653/25468/21801 24657/25472/21805</w:t>
        <w:br/>
        <w:t>f 24658/25473/21806 24654/25469/21802 24650/25466/21799</w:t>
        <w:br/>
        <w:t>f 24658/25473/21806 24645/25462/21795 24655/25470/21803</w:t>
        <w:br/>
        <w:t>f 24657/25472/21805 24656/25471/21807 24637/25454/21789</w:t>
        <w:br/>
        <w:t>f 24640/25455/21790 24659/25474/21808 24639/25452/21787</w:t>
        <w:br/>
        <w:t>f 24660/25475/21809 24651/25465/21798 24652/25464/21797</w:t>
        <w:br/>
        <w:t>f 24648/25463/21796 24661/25476/21810 24647/25460/21793</w:t>
        <w:br/>
        <w:t>f 24662/25477/21811 24643/25457/21791 24644/25456/21791</w:t>
        <w:br/>
        <w:t>f 24663/25478/21812 24659/25474/21808 24640/25455/21790</w:t>
        <w:br/>
        <w:t>f 24651/25465/21798 24660/25475/21809 24664/25479/21813</w:t>
        <w:br/>
        <w:t>f 24661/25476/21810 24648/25463/21796 24664/25479/21814</w:t>
        <w:br/>
        <w:t>f 24640/25455/21790 24662/25477/21811 24663/25478/21812</w:t>
        <w:br/>
        <w:t>f 24960/25480/21815 24959/25481/21816 24958/25482/21817</w:t>
        <w:br/>
        <w:t>f 24963/25483/21818 24962/25484/21819 24961/25485/21820</w:t>
        <w:br/>
        <w:t>f 24964/25486/21821 24963/25483/21818 24961/25485/21820</w:t>
        <w:br/>
        <w:t>f 24958/25482/21817 24959/25481/21816 24965/25487/21822</w:t>
        <w:br/>
        <w:t>f 24968/25488/21823 24967/25489/21824 24966/25490/21825</w:t>
        <w:br/>
        <w:t>f 24969/25491/21826 24968/25488/21823 24966/25490/21825</w:t>
        <w:br/>
        <w:t>f 24970/25492/21827 24969/25491/21826 24966/25490/21825</w:t>
        <w:br/>
        <w:t>f 24973/25493/21828 24972/25494/21829 24971/25495/21830</w:t>
        <w:br/>
        <w:t>f 24974/25496/21831 24971/25495/21830 24972/25494/21829</w:t>
        <w:br/>
        <w:t>f 24977/25497/21832 24976/25498/21833 24975/25499/21834</w:t>
        <w:br/>
        <w:t>f 24979/25500/21835 24975/25499/21834 24978/25501/21836</w:t>
        <w:br/>
        <w:t>f 24958/25482/21817 24967/25489/21824 24968/25488/21823</w:t>
        <w:br/>
        <w:t>f 24960/25480/21815 24958/25482/21817 24968/25488/21823</w:t>
        <w:br/>
        <w:t>f 24968/25488/21823 24981/25502/21837 24980/25503/21838</w:t>
        <w:br/>
        <w:t>f 24983/25504/21839 24982/25505/21840 24971/25495/21830</w:t>
        <w:br/>
        <w:t>f 24975/25499/21834 24983/25504/21839 24971/25495/21830</w:t>
        <w:br/>
        <w:t>f 24984/25506/21841 24971/25495/21830 24982/25505/21840</w:t>
        <w:br/>
        <w:t>f 24969/25491/21826 24986/25507/21842 24985/25508/21843</w:t>
        <w:br/>
        <w:t>f 24969/25491/21826 24988/25509/21844 24987/25510/21845</w:t>
        <w:br/>
        <w:t>f 24984/25506/21841 24990/25511/21846 24989/25512/21847</w:t>
        <w:br/>
        <w:t>f 24975/25499/21834 24971/25495/21830 24977/25497/21832</w:t>
        <w:br/>
        <w:t>f 24992/25513/21848 24991/25514/21849 24960/25480/21815</w:t>
        <w:br/>
        <w:t>f 24994/25515/21850 24990/25511/21846 24984/25506/21841</w:t>
        <w:br/>
        <w:t>f 24993/25516/21851 24994/25515/21850 24984/25506/21841</w:t>
        <w:br/>
        <w:t>f 24994/25515/21850 24993/25516/21851 24995/25517/21852</w:t>
        <w:br/>
        <w:t>f 24996/25518/21853 24994/25515/21850 24995/25517/21852</w:t>
        <w:br/>
        <w:t>f 24995/25517/21852 24997/25519/21854 24996/25518/21853</w:t>
        <w:br/>
        <w:t>f 24996/25518/21853 24997/25519/21854 24998/25520/21855</w:t>
        <w:br/>
        <w:t>f 24999/25521/21856 24996/25518/21853 24998/25520/21855</w:t>
        <w:br/>
        <w:t>f 25001/25522/21857 24999/25521/21856 25000/25523/21858</w:t>
        <w:br/>
        <w:t>f 25002/25524/21857 25001/25522/21857 25000/25523/21858</w:t>
        <w:br/>
        <w:t>f 24998/25520/21855 25000/25523/21858 24999/25521/21856</w:t>
        <w:br/>
        <w:t>f 25004/25525/21859 25001/25522/21857 25002/25524/21857</w:t>
        <w:br/>
        <w:t>f 25003/25526/21860 25004/25525/21859 25002/25524/21857</w:t>
        <w:br/>
        <w:t>f 25004/25525/21859 25003/25526/21860 25005/25527/21861</w:t>
        <w:br/>
        <w:t>f 25009/25528/21862 25008/25529/21863 25007/25530/21864</w:t>
        <w:br/>
        <w:t>f 25006/25531/21865 25009/25528/21862 25007/25530/21864</w:t>
        <w:br/>
        <w:t>f 25013/25532/21866 25012/25533/21867 25011/25534/21868</w:t>
        <w:br/>
        <w:t>f 25010/25535/21869 25013/25532/21866 25011/25534/21868</w:t>
        <w:br/>
        <w:t>f 25014/25536/21870 25009/25528/21862 25013/25532/21866</w:t>
        <w:br/>
        <w:t>f 25007/25530/21864 25016/25537/21871 25015/25538/21872</w:t>
        <w:br/>
        <w:t>f 25006/25531/21865 25007/25530/21864 25015/25538/21872</w:t>
        <w:br/>
        <w:t>f 25016/25537/21871 25017/25539/21873 25015/25538/21872</w:t>
        <w:br/>
        <w:t>f 25020/25540/21874 25019/25541/21875 25018/25542/21876</w:t>
        <w:br/>
        <w:t>f 25023/25543/21877 25022/25544/21878 25021/25545/21879</w:t>
        <w:br/>
        <w:t>f 25025/25546/21880 25024/25547/21881 25023/25543/21877</w:t>
        <w:br/>
        <w:t>f 25027/25548/21882 25025/25546/21880 25026/25549/21883</w:t>
        <w:br/>
        <w:t>f 25026/25549/21883 25029/25550/21884 25028/25551/21885</w:t>
        <w:br/>
        <w:t>f 25008/25529/21863 25031/25552/21886 25030/25553/21887</w:t>
        <w:br/>
        <w:t>f 25023/25543/21877 25033/25554/21888 25032/25555/21889</w:t>
        <w:br/>
        <w:t>f 25026/25549/21883 25023/25543/21877 25032/25555/21889</w:t>
        <w:br/>
        <w:t>f 25023/25543/21877 25018/25542/21876 25019/25541/21875</w:t>
        <w:br/>
        <w:t>f 25007/25530/21864 25035/25556/21890 25034/25557/21891</w:t>
        <w:br/>
        <w:t>f 25036/25558/21892 25016/25537/21871 25026/25549/21883</w:t>
        <w:br/>
        <w:t>f 25025/25546/21880 25023/25543/21877 25026/25549/21883</w:t>
        <w:br/>
        <w:t>f 25031/25552/21886 25008/25529/21863 25037/25559/21893</w:t>
        <w:br/>
        <w:t>f 25019/25541/21875 25020/25540/21874 25038/25560/21894</w:t>
        <w:br/>
        <w:t>f 25039/25561/21894 25019/25541/21875 25038/25560/21894</w:t>
        <w:br/>
        <w:t>f 25041/25562/21895 25039/25561/21894 25038/25560/21894</w:t>
        <w:br/>
        <w:t>f 25040/25563/21896 25041/25562/21895 25038/25560/21894</w:t>
        <w:br/>
        <w:t>f 25040/25563/21896 25042/25564/21897 25041/25562/21895</w:t>
        <w:br/>
        <w:t>f 25040/25563/21896 25044/25565/21898 25043/25566/21899</w:t>
        <w:br/>
        <w:t>f 25042/25564/21897 25040/25563/21896 25043/25566/21899</w:t>
        <w:br/>
        <w:t>f 25047/25567/21900 25046/25568/21901 25045/25569/21902</w:t>
        <w:br/>
        <w:t>f 25044/25565/21898 25047/25567/21900 25045/25569/21902</w:t>
        <w:br/>
        <w:t>f 25045/25569/21902 25043/25566/21899 25044/25565/21898</w:t>
        <w:br/>
        <w:t>f 25046/25568/21901 25047/25567/21900 25048/25570/21903</w:t>
        <w:br/>
        <w:t>f 25049/25571/21904 25046/25568/21901 25048/25570/21903</w:t>
        <w:br/>
        <w:t>f 25048/25570/21903 25051/25572/21905 25050/25573/21906</w:t>
        <w:br/>
        <w:t>f 25053/25574/21907 25009/25528/21862 25006/25531/21865</w:t>
        <w:br/>
        <w:t>f 25052/25575/21908 25053/25574/21907 25006/25531/21865</w:t>
        <w:br/>
        <w:t>f 24967/25489/21824 24958/25482/21817 25054/25576/21909</w:t>
        <w:br/>
        <w:t>f 25055/25577/21910 24967/25489/21824 25054/25576/21909</w:t>
        <w:br/>
        <w:t>f 25058/25578/21911 25057/25579/21911 25056/25580/21911</w:t>
        <w:br/>
        <w:t>f 25061/25581/21912 25060/25582/21913 25059/25583/21914</w:t>
        <w:br/>
        <w:t>f 25064/25584/21915 25063/25585/21916 25062/25586/21917</w:t>
        <w:br/>
        <w:t>f 25060/25582/21913 25061/25581/21912 25066/25587/21918</w:t>
        <w:br/>
        <w:t>f 25065/25588/21919 25060/25582/21913 25066/25587/21918</w:t>
        <w:br/>
        <w:t>f 24962/25484/21819 25064/25584/21920 25067/25589/21921</w:t>
        <w:br/>
        <w:t>f 24961/25485/21820 24962/25484/21819 25067/25589/21921</w:t>
        <w:br/>
        <w:t>f 25065/25588/21922 25013/25532/21866 25009/25528/21862</w:t>
        <w:br/>
        <w:t>f 25053/25574/21907 25065/25588/21922 25009/25528/21862</w:t>
        <w:br/>
        <w:t>f 24958/25482/21817 24961/25485/21820 25067/25589/21921</w:t>
        <w:br/>
        <w:t>f 25054/25576/21909 24958/25482/21817 25067/25589/21921</w:t>
        <w:br/>
        <w:t>f 25052/25575/21908 25006/25531/21865 25015/25538/21872</w:t>
        <w:br/>
        <w:t>f 25068/25590/21923 25052/25575/21908 25015/25538/21872</w:t>
        <w:br/>
        <w:t>f 25055/25577/21910 25069/25591/21924 24966/25490/21825</w:t>
        <w:br/>
        <w:t>f 24967/25489/21824 25055/25577/21910 24966/25490/21825</w:t>
        <w:br/>
        <w:t>f 25017/25539/21873 25070/25592/21925 25068/25590/21923</w:t>
        <w:br/>
        <w:t>f 25015/25538/21872 25017/25539/21873 25068/25590/21923</w:t>
        <w:br/>
        <w:t>f 25069/25591/21924 25071/25593/21926 24970/25492/21827</w:t>
        <w:br/>
        <w:t>f 24966/25490/21825 25069/25591/21924 24970/25492/21827</w:t>
        <w:br/>
        <w:t>f 25017/25539/21873 25073/25594/21927 25072/25595/21928</w:t>
        <w:br/>
        <w:t>f 25070/25592/21925 25017/25539/21873 25072/25595/21928</w:t>
        <w:br/>
        <w:t>f 24970/25492/21827 25071/25593/21926 25074/25596/21929</w:t>
        <w:br/>
        <w:t>f 24988/25509/21844 24970/25492/21827 25074/25596/21929</w:t>
        <w:br/>
        <w:t>f 25077/25597/21930 25076/25598/21930 25075/25599/21931</w:t>
        <w:br/>
        <w:t>f 25078/25600/21932 25077/25597/21930 25075/25599/21931</w:t>
        <w:br/>
        <w:t>f 24983/25504/21839 25080/25601/21933 25079/25602/21934</w:t>
        <w:br/>
        <w:t>f 24982/25505/21840 24983/25504/21839 25079/25602/21934</w:t>
        <w:br/>
        <w:t>f 25082/25603/21935 25081/25604/21936 25076/25598/21930</w:t>
        <w:br/>
        <w:t>f 25077/25597/21930 25082/25603/21935 25076/25598/21930</w:t>
        <w:br/>
        <w:t>f 24982/25505/21840 25079/25602/21934 25084/25605/21937</w:t>
        <w:br/>
        <w:t>f 25083/25606/21938 24982/25505/21840 25084/25605/21937</w:t>
        <w:br/>
        <w:t>f 25036/25558/21892 25032/25555/21889 25075/25599/21939</w:t>
        <w:br/>
        <w:t>f 25085/25607/21940 25036/25558/21892 25075/25599/21939</w:t>
        <w:br/>
        <w:t>f 24987/25510/21845 25086/25608/21941 25080/25601/21933</w:t>
        <w:br/>
        <w:t>f 24983/25504/21839 24987/25510/21845 25080/25601/21933</w:t>
        <w:br/>
        <w:t>f 25073/25594/21927 25036/25558/21892 25085/25607/21940</w:t>
        <w:br/>
        <w:t>f 25072/25595/21928 25073/25594/21927 25085/25607/21940</w:t>
        <w:br/>
        <w:t>f 24988/25509/21844 25074/25596/21929 25086/25608/21941</w:t>
        <w:br/>
        <w:t>f 24987/25510/21845 24988/25509/21844 25086/25608/21941</w:t>
        <w:br/>
        <w:t>f 25089/25609/21942 25088/25610/21942 25087/25611/21942</w:t>
        <w:br/>
        <w:t>f 25091/25612/21943 25090/25613/21944 25081/25604/21936</w:t>
        <w:br/>
        <w:t>f 25082/25603/21935 25091/25612/21943 25081/25604/21936</w:t>
        <w:br/>
        <w:t>f 25083/25606/21938 25094/25614/21945 25093/25615/21944</w:t>
        <w:br/>
        <w:t>f 25092/25616/21946 25083/25606/21938 25093/25615/21944</w:t>
        <w:br/>
        <w:t>f 25096/25617/21947 25095/25618/21948 25090/25613/21944</w:t>
        <w:br/>
        <w:t>f 25091/25612/21943 25096/25617/21947 25090/25613/21944</w:t>
        <w:br/>
        <w:t>f 25092/25616/21946 25093/25615/21944 25098/25619/21949</w:t>
        <w:br/>
        <w:t>f 25097/25620/21950 25092/25616/21946 25098/25619/21949</w:t>
        <w:br/>
        <w:t>f 25100/25621/21951 25098/25619/21949 25099/25622/21952</w:t>
        <w:br/>
        <w:t>f 25100/25621/21951 25097/25620/21950 25098/25619/21949</w:t>
        <w:br/>
        <w:t>f 25100/25621/21951 25099/25622/21952 25102/25623/21953</w:t>
        <w:br/>
        <w:t>f 25101/25624/21954 25100/25621/21951 25102/25623/21953</w:t>
        <w:br/>
        <w:t>f 25105/25625/21955 25104/25626/21956 25103/25627/21956</w:t>
        <w:br/>
        <w:t>f 25106/25628/21955 25105/25625/21955 25103/25627/21956</w:t>
        <w:br/>
        <w:t>f 25102/25623/21953 25105/25625/21955 25106/25628/21955</w:t>
        <w:br/>
        <w:t>f 25101/25624/21954 25102/25623/21953 25106/25628/21955</w:t>
        <w:br/>
        <w:t>f 25104/25626/21956 25108/25629/21957 25107/25630/21958</w:t>
        <w:br/>
        <w:t>f 25103/25627/21956 25104/25626/21956 25107/25630/21958</w:t>
        <w:br/>
        <w:t>f 25111/25631/21959 25110/25632/21960 25109/25633/21961</w:t>
        <w:br/>
        <w:t>f 25112/25634/21959 25111/25631/21959 25109/25633/21961</w:t>
        <w:br/>
        <w:t>f 25113/25635/21962 25109/25633/21961 25110/25632/21960</w:t>
        <w:br/>
        <w:t>f 25108/25629/21957 25111/25631/21959 25112/25634/21959</w:t>
        <w:br/>
        <w:t>f 25107/25630/21958 25108/25629/21957 25112/25634/21959</w:t>
        <w:br/>
        <w:t>f 25023/25543/21877 25019/25541/21875 25033/25554/21888</w:t>
        <w:br/>
        <w:t>f 24989/25512/21847 24973/25493/21828 24971/25495/21830</w:t>
        <w:br/>
        <w:t>f 24984/25506/21841 24989/25512/21847 24971/25495/21830</w:t>
        <w:br/>
        <w:t>f 25023/25543/21877 25021/25545/21879 25018/25542/21876</w:t>
        <w:br/>
        <w:t>f 25036/25558/21892 25073/25594/21927 25016/25537/21871</w:t>
        <w:br/>
        <w:t>f 24975/25499/21834 24969/25491/21826 24987/25510/21845</w:t>
        <w:br/>
        <w:t>f 25114/25636/21963 25029/25550/21884 25026/25549/21883</w:t>
        <w:br/>
        <w:t>f 24979/25500/21835 25115/25637/21964 24975/25499/21834</w:t>
        <w:br/>
        <w:t>f 25027/25548/21882 25026/25549/21883 25028/25551/21885</w:t>
        <w:br/>
        <w:t>f 24976/25498/21833 24978/25501/21836 24975/25499/21834</w:t>
        <w:br/>
        <w:t>f 24985/25508/21843 24981/25502/21837 24968/25488/21823</w:t>
        <w:br/>
        <w:t>f 25007/25530/21864 25034/25557/21891 25016/25537/21871</w:t>
        <w:br/>
        <w:t>f 24969/25491/21826 24985/25508/21843 24968/25488/21823</w:t>
        <w:br/>
        <w:t>f 25034/25557/21891 25116/25638/21965 25016/25537/21871</w:t>
        <w:br/>
        <w:t>f 25007/25530/21864 25008/25529/21863 25030/25553/21887</w:t>
        <w:br/>
        <w:t>f 24960/25480/21815 24980/25503/21838 24992/25513/21848</w:t>
        <w:br/>
        <w:t>f 24960/25480/21815 24968/25488/21823 24980/25503/21838</w:t>
        <w:br/>
        <w:t>f 25007/25530/21864 25030/25553/21887 25035/25556/21890</w:t>
        <w:br/>
        <w:t>f 24970/25492/21827 24988/25509/21844 24969/25491/21826</w:t>
        <w:br/>
        <w:t>f 25016/25537/21871 25073/25594/21927 25017/25539/21873</w:t>
        <w:br/>
        <w:t>f 25095/25618/21948 25096/25617/21947 25117/25639/21966</w:t>
        <w:br/>
        <w:t>f 25036/25558/21892 25026/25549/21883 25032/25555/21889</w:t>
        <w:br/>
        <w:t>f 24975/25499/21834 24987/25510/21845 24983/25504/21839</w:t>
        <w:br/>
        <w:t>f 25024/25547/21881 25022/25544/21878 25023/25543/21877</w:t>
        <w:br/>
        <w:t>f 24974/25496/21831 24977/25497/21832 24971/25495/21830</w:t>
        <w:br/>
        <w:t>f 25048/25570/21903 25050/25573/21906 25118/25640/21967</w:t>
        <w:br/>
        <w:t>f 25004/25525/21859 25120/25641/21968 25119/25642/21969</w:t>
        <w:br/>
        <w:t>f 25049/25571/21904 25048/25570/21903 25118/25640/21967</w:t>
        <w:br/>
        <w:t>f 25004/25525/21859 25005/25527/21861 25120/25641/21968</w:t>
        <w:br/>
        <w:t>f 25014/25536/21870 25121/25643/21970 25009/25528/21862</w:t>
        <w:br/>
        <w:t>f 25014/25536/21870 25013/25532/21866 25010/25535/21869</w:t>
        <w:br/>
        <w:t>f 24961/25485/21820 24965/25487/21822 24964/25486/21821</w:t>
        <w:br/>
        <w:t>f 24961/25485/21820 24958/25482/21817 24965/25487/21822</w:t>
        <w:br/>
        <w:t>f 25012/25533/21867 25122/25644/21971 25011/25534/21868</w:t>
        <w:br/>
        <w:t>f 24963/25483/21818 25123/25645/21972 24962/25484/21819</w:t>
        <w:br/>
        <w:t>f 25124/25646/21973 24962/25484/21819 25123/25645/21972</w:t>
        <w:br/>
        <w:t>f 25012/25533/21867 25125/25647/21974 25122/25644/21971</w:t>
        <w:br/>
        <w:t>f 25116/25638/21965 25126/25648/21975 25026/25549/21883</w:t>
        <w:br/>
        <w:t>f 25126/25648/21975 25127/25649/21976 25026/25549/21883</w:t>
        <w:br/>
        <w:t>f 25127/25649/21976 25114/25636/21963 25026/25549/21883</w:t>
        <w:br/>
        <w:t>f 25128/25650/21977 24986/25507/21842 24975/25499/21834</w:t>
        <w:br/>
        <w:t>f 24986/25507/21842 24969/25491/21826 24975/25499/21834</w:t>
        <w:br/>
        <w:t>f 25129/25651/21978 25128/25650/21977 24975/25499/21834</w:t>
        <w:br/>
        <w:t>f 25115/25637/21964 25129/25651/21978 24975/25499/21834</w:t>
        <w:br/>
        <w:t>f 25016/25537/21871 25116/25638/21965 25026/25549/21883</w:t>
        <w:br/>
        <w:t>f 25008/25529/21863 25009/25528/21862 25121/25643/21970</w:t>
        <w:br/>
        <w:t>f 25309/25652/21979 25308/25653/21980 25307/25654/21980</w:t>
        <w:br/>
        <w:t>f 25309/25652/21981 25311/25655/21982 25310/25656/21983</w:t>
        <w:br/>
        <w:t>f 25314/25657/21984 25313/25658/21985 25312/25659/21986</w:t>
        <w:br/>
        <w:t>f 25316/25660/21987 25309/25652/21981 25315/25661/21988</w:t>
        <w:br/>
        <w:t>f 25313/25658/21985 25318/25662/21989 25317/25663/21989</w:t>
        <w:br/>
        <w:t>f 25311/25655/21982 25309/25652/21981 25316/25660/21987</w:t>
        <w:br/>
        <w:t>f 25319/25664/21990 25313/25658/21985 25314/25657/21984</w:t>
        <w:br/>
        <w:t>f 25313/25658/21985 25321/25665/21991 25320/25666/21992</w:t>
        <w:br/>
        <w:t>f 25321/25665/21991 25313/25658/21985 25319/25664/21990</w:t>
        <w:br/>
        <w:t>f 25315/25661/21988 25309/25652/21981 25322/25667/21993</w:t>
        <w:br/>
        <w:t>f 25393/25668/21994 25392/25669/21995 25391/25670/21995</w:t>
        <w:br/>
        <w:t>f 25390/25671/21994 25393/25668/21994 25391/25670/21995</w:t>
        <w:br/>
        <w:t>f 25397/25672/21996 25396/25673/21996 25395/25674/21997</w:t>
        <w:br/>
        <w:t>f 25394/25675/21997 25397/25672/21996 25395/25674/21997</w:t>
        <w:br/>
        <w:t>f 25401/25676/21998 25400/25677/21999 25399/25678/22000</w:t>
        <w:br/>
        <w:t>f 25398/25679/22001 25401/25676/21998 25399/25678/22000</w:t>
        <w:br/>
        <w:t>f 25404/25680/22002 25403/25681/22003 25402/25682/22003</w:t>
        <w:br/>
        <w:t>f 25405/25683/22002 25404/25680/22002 25402/25682/22003</w:t>
        <w:br/>
        <w:t>f 25408/25684/22004 25407/25685/22005 25406/25686/22004</w:t>
        <w:br/>
        <w:t>f 25397/25672/21996 25407/25685/22006 25396/25673/21996</w:t>
        <w:br/>
        <w:t>f 25401/25676/21998 25407/25685/22005 25400/25677/21999</w:t>
        <w:br/>
        <w:t>f 25405/25683/22002 25407/25685/22005 25404/25680/22002</w:t>
        <w:br/>
        <w:t>f 25390/25671/21994 25409/25687/22007 25393/25668/21994</w:t>
        <w:br/>
        <w:t>f 25395/25674/21997 25409/25687/22007 25394/25675/21997</w:t>
        <w:br/>
        <w:t>f 25399/25678/22000 25409/25687/22008 25398/25679/22001</w:t>
        <w:br/>
        <w:t>f 25403/25681/22003 25409/25687/22007 25402/25682/22003</w:t>
        <w:br/>
        <w:t>f 25413/25688/22009 25412/25689/22009 25411/25690/22010</w:t>
        <w:br/>
        <w:t>f 25410/25691/22010 25413/25688/22009 25411/25690/22010</w:t>
        <w:br/>
        <w:t>f 25416/25692/22011 25415/25693/22012 25414/25694/22012</w:t>
        <w:br/>
        <w:t>f 25417/25695/22013 25416/25692/22011 25414/25694/22012</w:t>
        <w:br/>
        <w:t>f 25420/25696/22014 25419/25697/22015 25418/25698/22016</w:t>
        <w:br/>
        <w:t>f 25421/25699/22017 25420/25696/22014 25418/25698/22016</w:t>
        <w:br/>
        <w:t>f 25424/25700/22018 25423/25701/22019 25422/25702/22020</w:t>
        <w:br/>
        <w:t>f 25425/25703/22021 25424/25700/22018 25422/25702/22020</w:t>
        <w:br/>
        <w:t>f 25427/25704/22022 25412/25689/22009 25413/25688/22009</w:t>
        <w:br/>
        <w:t>f 25426/25705/22023 25427/25704/22022 25413/25688/22009</w:t>
        <w:br/>
        <w:t>f 25414/25694/22012 25415/25693/22012 25428/25706/22024</w:t>
        <w:br/>
        <w:t>f 25429/25707/22025 25414/25694/22012 25428/25706/22024</w:t>
        <w:br/>
        <w:t>f 25431/25708/22026 25421/25699/22017 25418/25698/22016</w:t>
        <w:br/>
        <w:t>f 25430/25709/22026 25431/25708/22026 25418/25698/22016</w:t>
        <w:br/>
        <w:t>f 25424/25700/22018 25425/25703/22021 25432/25710/22027</w:t>
        <w:br/>
        <w:t>f 25433/25711/22028 25424/25700/22018 25432/25710/22027</w:t>
        <w:br/>
        <w:t>f 25426/25705/22023 25434/25712/22029 25427/25704/22022</w:t>
        <w:br/>
        <w:t>f 25432/25710/22027 25435/25713/22030 25433/25711/22028</w:t>
        <w:br/>
        <w:t>f 25434/25712/22029 25426/25705/22023 25436/25714/22031</w:t>
        <w:br/>
        <w:t>f 25437/25715/22032 25434/25712/22029 25436/25714/22031</w:t>
        <w:br/>
        <w:t>f 25429/25707/22025 25428/25706/22024 25439/25716/22033</w:t>
        <w:br/>
        <w:t>f 25438/25717/22034 25429/25707/22025 25439/25716/22033</w:t>
        <w:br/>
        <w:t>f 25441/25718/22035 25431/25708/22026 25430/25709/22026</w:t>
        <w:br/>
        <w:t>f 25440/25719/22036 25441/25718/22035 25430/25709/22026</w:t>
        <w:br/>
        <w:t>f 25443/25720/22037 25433/25711/22028 25435/25713/22030</w:t>
        <w:br/>
        <w:t>f 25442/25721/22038 25443/25720/22037 25435/25713/22030</w:t>
        <w:br/>
        <w:t>f 25445/25722/22039 25437/25715/22032 25436/25714/22031</w:t>
        <w:br/>
        <w:t>f 25444/25723/22040 25445/25722/22039 25436/25714/22031</w:t>
        <w:br/>
        <w:t>f 25447/25724/22041 25436/25714/22042 25439/25716/22043</w:t>
        <w:br/>
        <w:t>f 25446/25725/22041 25447/25724/22041 25439/25716/22043</w:t>
        <w:br/>
        <w:t>f 25449/25726/22044 25441/25718/22035 25440/25719/22036</w:t>
        <w:br/>
        <w:t>f 25448/25727/22045 25449/25726/22044 25440/25719/22036</w:t>
        <w:br/>
        <w:t>f 25443/25720/22037 25442/25721/22038 25450/25728/22046</w:t>
        <w:br/>
        <w:t>f 25451/25729/22046 25443/25720/22037 25450/25728/22046</w:t>
        <w:br/>
        <w:t>f 25444/25723/22040 25452/25730/22047 25445/25722/22039</w:t>
        <w:br/>
        <w:t>f 25450/25728/22046 25453/25731/22048 25451/25729/22046</w:t>
        <w:br/>
        <w:t>f 25455/25732/22049 25447/25724/22041 25446/25725/22041</w:t>
        <w:br/>
        <w:t>f 25454/25733/22049 25455/25732/22049 25446/25725/22041</w:t>
        <w:br/>
        <w:t>f 25448/25727/22045 25457/25734/22050 25456/25735/22051</w:t>
        <w:br/>
        <w:t>f 25449/25726/22044 25448/25727/22045 25456/25735/22051</w:t>
        <w:br/>
        <w:t>f 25448/25727/22052 25453/25731/22053 25458/25736/22054</w:t>
        <w:br/>
        <w:t>f 25459/25737/22054 25448/25727/22052 25458/25736/22054</w:t>
        <w:br/>
        <w:t>f 25463/25738/22055 25462/25739/22056 25461/25740/22057</w:t>
        <w:br/>
        <w:t>f 25460/25741/22058 25463/25738/22055 25461/25740/22057</w:t>
        <w:br/>
        <w:t>f 25454/25733/22049 25465/25742/22059 25464/25743/22059</w:t>
        <w:br/>
        <w:t>f 25455/25732/22049 25454/25733/22049 25464/25743/22059</w:t>
        <w:br/>
        <w:t>f 25457/25734/22050 25466/25744/22060 25456/25735/22051</w:t>
        <w:br/>
        <w:t>f 25458/25736/22054 25467/25745/22061 25459/25737/22054</w:t>
        <w:br/>
        <w:t>f 25460/25741/22058 25468/25746/22062 25463/25738/22055</w:t>
        <w:br/>
        <w:t>f 25467/25745/22063 25469/25747/22064 25457/25734/22065</w:t>
        <w:br/>
        <w:t>f 25471/25748/22066 25468/25746/22062 25460/25741/22058</w:t>
        <w:br/>
        <w:t>f 25470/25749/22067 25471/25748/22066 25460/25741/22058</w:t>
        <w:br/>
        <w:t>f 25473/25750/22068 25464/25743/22059 25465/25742/22059</w:t>
        <w:br/>
        <w:t>f 25472/25751/22068 25473/25750/22068 25465/25742/22059</w:t>
        <w:br/>
        <w:t>f 25466/25744/22060 25457/25734/22050 25475/25752/22069</w:t>
        <w:br/>
        <w:t>f 25474/25753/22070 25466/25744/22060 25475/25752/22069</w:t>
        <w:br/>
        <w:t>f 25477/25754/22071 25457/25734/22065 25469/25747/22064</w:t>
        <w:br/>
        <w:t>f 25476/25755/22071 25477/25754/22071 25469/25747/22064</w:t>
        <w:br/>
        <w:t>f 25479/25756/22072 25471/25748/22066 25470/25749/22067</w:t>
        <w:br/>
        <w:t>f 25478/25757/22073 25479/25756/22072 25470/25749/22067</w:t>
        <w:br/>
        <w:t>f 25481/25758/22074 25473/25750/22068 25472/25751/22068</w:t>
        <w:br/>
        <w:t>f 25480/25759/22074 25481/25758/22074 25472/25751/22068</w:t>
        <w:br/>
        <w:t>f 25474/25753/22070 25475/25752/22069 25483/25760/22075</w:t>
        <w:br/>
        <w:t>f 25482/25761/22076 25474/25753/22070 25483/25760/22075</w:t>
        <w:br/>
        <w:t>f 25477/25754/22071 25476/25755/22071 25484/25762/22077</w:t>
        <w:br/>
        <w:t>f 25485/25763/22078 25477/25754/22071 25484/25762/22077</w:t>
        <w:br/>
        <w:t>f 25486/25764/22079 25485/25763/22078 25484/25762/22077</w:t>
        <w:br/>
        <w:t>f 25483/25760/22075 25487/25765/22080 25482/25761/22076</w:t>
        <w:br/>
        <w:t>f 25480/25759/22074 25488/25766/22081 25481/25758/22074</w:t>
        <w:br/>
        <w:t>f 25489/25767/22082 25479/25756/22072 25478/25757/22073</w:t>
        <w:br/>
        <w:t>f 25452/25730/22047 25444/25723/22040 25461/25740/22057</w:t>
        <w:br/>
        <w:t>f 25461/25740/22057 25462/25739/22056 25452/25730/22047</w:t>
        <w:br/>
        <w:t>f 25719/25768/22083 25718/25769/22084 25717/25770/22085</w:t>
        <w:br/>
        <w:t>f 25719/25768/22083 25720/25771/22086 25718/25769/22084</w:t>
        <w:br/>
        <w:t>f 25717/25770/22085 25722/25772/22087 25721/25773/22088</w:t>
        <w:br/>
        <w:t>f 25722/25772/22087 25723/25774/22089 25721/25773/22088</w:t>
        <w:br/>
        <w:t>f 25726/25775/22090 25725/25776/22091 25724/25777/22092</w:t>
        <w:br/>
        <w:t>f 25729/14557/13062 25728/14556/13061 25727/25778/22093</w:t>
        <w:br/>
        <w:t>f 25729/14557/13062 25727/25778/22093 25726/25775/22090</w:t>
        <w:br/>
        <w:t>f 25732/25779/22094 25724/25777/22092 25725/25776/22091</w:t>
        <w:br/>
        <w:t>f 25720/25771/22086 25734/25780/22095 25733/14560/13065</w:t>
        <w:br/>
        <w:t>f 25718/25769/22084 25720/25771/22086 25733/14560/13065</w:t>
        <w:br/>
        <w:t>f 25735/14561/13066 25733/14560/13065 25734/25780/22095</w:t>
        <w:br/>
        <w:t>f 25738/25781/22096 25737/25782/22097 25736/14559/13064</w:t>
        <w:br/>
        <w:t>f 25741/25783/22098 25740/25784/22099 25739/25785/22100</w:t>
        <w:br/>
        <w:t>f 25732/25779/22094 25739/25785/22100 25740/25784/22099</w:t>
        <w:br/>
        <w:t>f 25724/25777/22092 25732/25779/22094 25740/25784/22099</w:t>
        <w:br/>
        <w:t>f 25742/25786/22101 25723/25774/22089 25722/25772/22087</w:t>
        <w:br/>
        <w:t>f 25737/25782/22097 25742/25786/22101 25722/25772/22087</w:t>
        <w:br/>
        <w:t>f 25737/25782/22097 25738/25781/22096 25742/25786/22101</w:t>
        <w:br/>
        <w:t>f 25741/25783/22098 25744/14563/13068 25740/25784/22099</w:t>
        <w:br/>
        <w:t>f 25719/25768/22083 25717/25770/22085 25745/25787/22102</w:t>
        <w:br/>
        <w:t>f 25717/25770/22085 25721/25773/22088 25745/25787/22102</w:t>
        <w:br/>
        <w:t>f 25727/25778/22093 25746/25788/22103 25726/25775/22090</w:t>
        <w:br/>
        <w:t>f 25726/25775/22090 25746/25788/22103 25725/25776/22091</w:t>
        <w:br/>
        <w:t>f 25741/25783/22098 25747/14564/13069 25744/14563/13068</w:t>
        <w:br/>
        <w:t>f 25738/25781/22096 25736/14559/13064 25748/14565/13070</w:t>
        <w:br/>
        <w:t>f 25751/25789/22104 25750/25790/22105 25749/25791/22106</w:t>
        <w:br/>
        <w:t>f 25751/25789/22104 25749/25791/22106 25752/25792/22107</w:t>
        <w:br/>
        <w:t>f 25750/25790/22105 25754/25793/22108 25753/25794/22109</w:t>
        <w:br/>
        <w:t>f 25753/25794/22109 25754/25793/22108 25755/25795/22110</w:t>
        <w:br/>
        <w:t>f 25758/25796/22111 25757/25797/22112 25756/25798/22113</w:t>
        <w:br/>
        <w:t>f 25761/14568/13073 25760/25799/22114 25759/14569/13074</w:t>
        <w:br/>
        <w:t>f 25761/14568/13073 25758/25796/22111 25760/25799/22114</w:t>
        <w:br/>
        <w:t>f 25764/25800/22115 25756/25798/22113 25757/25797/22112</w:t>
        <w:br/>
        <w:t>f 25752/25792/22107 25749/25791/22106 25766/14572/13077</w:t>
        <w:br/>
        <w:t>f 25765/14571/13076 25752/25792/22107 25766/14572/13077</w:t>
        <w:br/>
        <w:t>f 25770/25801/22116 25768/14573/13078 25769/25802/22117</w:t>
        <w:br/>
        <w:t>f 25773/25803/22118 25772/25804/22119 25771/25805/22120</w:t>
        <w:br/>
        <w:t>f 25764/25800/22115 25757/25797/22112 25771/25805/22120</w:t>
        <w:br/>
        <w:t>f 25772/25804/22119 25764/25800/22115 25771/25805/22120</w:t>
        <w:br/>
        <w:t>f 25753/25794/22109 25755/25795/22110 25774/25806/22121</w:t>
        <w:br/>
        <w:t>f 25769/25802/22117 25753/25794/22109 25774/25806/22121</w:t>
        <w:br/>
        <w:t>f 25769/25802/22117 25774/25806/22121 25770/25801/22116</w:t>
        <w:br/>
        <w:t>f 25773/25803/22118 25771/25805/22120 25776/14575/13080</w:t>
        <w:br/>
        <w:t>f 25751/25789/22104 25777/25807/22122 25750/25790/22105</w:t>
        <w:br/>
        <w:t>f 25750/25790/22105 25777/25807/22122 25754/25793/22108</w:t>
        <w:br/>
        <w:t>f 25760/25799/22114 25758/25796/22111 25778/25808/22123</w:t>
        <w:br/>
        <w:t>f 25758/25796/22111 25756/25798/22113 25778/25808/22123</w:t>
        <w:br/>
        <w:t>f 25773/25803/22118 25776/14575/13080 25779/14576/13081</w:t>
        <w:br/>
        <w:t>f 25770/25801/22116 25780/14577/13082 25768/14573/13078</w:t>
        <w:br/>
        <w:t>f 25877/25809/22124 25876/25810/22125 25875/25811/22126</w:t>
        <w:br/>
        <w:t>f 25880/25812/22127 25879/25813/22128 25878/25814/22129</w:t>
        <w:br/>
        <w:t>f 25882/25815/22130 25880/25812/22127 25878/25814/22129</w:t>
        <w:br/>
        <w:t>f 25881/25816/22131 25882/25815/22130 25878/25814/22129</w:t>
        <w:br/>
        <w:t>f 25879/25813/22128 25880/25812/22127 25884/25817/22132</w:t>
        <w:br/>
        <w:t>f 25883/25818/22133 25879/25813/22128 25884/25817/22132</w:t>
        <w:br/>
        <w:t>f 25886/25819/22134 25885/25820/22134 25876/25810/22125</w:t>
        <w:br/>
        <w:t>f 25877/25809/22124 25886/25819/22134 25876/25810/22125</w:t>
        <w:br/>
        <w:t>f 25888/25821/22135 25884/25817/22136 25887/25822/22137</w:t>
        <w:br/>
        <w:t>f 25889/25823/22138 25875/25811/22126 25876/25810/22125</w:t>
        <w:br/>
        <w:t>f 25890/25824/22138 25889/25823/22138 25876/25810/22125</w:t>
        <w:br/>
        <w:t>f 25890/25824/22138 25891/25825/22139 25889/25823/22138</w:t>
        <w:br/>
        <w:t>f 25891/25825/22139 25894/25826/22140 25893/25827/22141</w:t>
        <w:br/>
        <w:t>f 25892/25828/22141 25891/25825/22139 25893/25827/22141</w:t>
        <w:br/>
        <w:t>f 25882/25815/22130 25881/25816/22131 25895/25829/22142</w:t>
        <w:br/>
        <w:t>f 25897/25830/22143 25896/25831/22144 25882/25815/22130</w:t>
        <w:br/>
        <w:t>f 25895/25829/22142 25897/25830/22143 25882/25815/22130</w:t>
        <w:br/>
        <w:t>f 25898/25832/22145 25896/25831/22144 25897/25830/22143</w:t>
        <w:br/>
        <w:t>f 25884/25817/22132 25896/25831/22144 25898/25832/22145</w:t>
        <w:br/>
        <w:t>f 25899/25833/22146 25884/25817/22132 25898/25832/22145</w:t>
        <w:br/>
        <w:t>f 25901/25834/22147 25884/25817/22136 25888/25821/22135</w:t>
        <w:br/>
        <w:t>f 25900/25835/22148 25901/25834/22147 25888/25821/22135</w:t>
        <w:br/>
        <w:t>f 25892/25828/22141 25893/25827/22141 25900/25835/22148</w:t>
        <w:br/>
        <w:t>f 25883/25818/22133 25884/25817/22132 25899/25833/22146</w:t>
        <w:br/>
        <w:t>f 25904/25836/22149 25903/25837/22150 25902/25838/22150</w:t>
        <w:br/>
        <w:t>f 25905/25839/22149 25904/25836/22149 25902/25838/22150</w:t>
        <w:br/>
        <w:t>f 25907/25840/22151 25906/25841/22152 25904/25836/22149</w:t>
        <w:br/>
        <w:t>f 25905/25839/22149 25907/25840/22151 25904/25836/22149</w:t>
        <w:br/>
        <w:t>f 25909/25842/22153 25908/25843/22153 25906/25841/22152</w:t>
        <w:br/>
        <w:t>f 25907/25840/22151 25909/25842/22153 25906/25841/22152</w:t>
        <w:br/>
        <w:t>f 25910/25844/22154 25908/25843/22153 25909/25842/22153</w:t>
        <w:br/>
        <w:t>f 25911/25845/22155 25910/25844/22154 25909/25842/22153</w:t>
        <w:br/>
        <w:t>f 25912/25846/22156 25910/25844/22154 25911/25845/22155</w:t>
        <w:br/>
        <w:t>f 25913/25847/22156 25912/25846/22156 25911/25845/22155</w:t>
        <w:br/>
        <w:t>f 25915/25848/22157 25914/25849/22157 25912/25846/22156</w:t>
        <w:br/>
        <w:t>f 25913/25847/22156 25915/25848/22157 25912/25846/22156</w:t>
        <w:br/>
        <w:t>f 25917/25850/22158 25916/25851/22158 25914/25849/22157</w:t>
        <w:br/>
        <w:t>f 25915/25848/22157 25917/25850/22158 25914/25849/22157</w:t>
        <w:br/>
        <w:t>f 25903/25837/22150 25916/25851/22158 25917/25850/22158</w:t>
        <w:br/>
        <w:t>f 25902/25838/22150 25903/25837/22150 25917/25850/22158</w:t>
        <w:br/>
        <w:t>f 25920/25852/22159 25919/25853/22159 25918/25854/22160</w:t>
        <w:br/>
        <w:t>f 25921/25855/22161 25920/25852/22159 25918/25854/22160</w:t>
        <w:br/>
        <w:t>f 25921/25855/22161 25918/25854/22160 25922/25856/22162</w:t>
        <w:br/>
        <w:t>f 25926/25857/22163 25925/25858/22164 25924/25859/22165</w:t>
        <w:br/>
        <w:t>f 25923/25860/22166 25926/25857/22163 25924/25859/22165</w:t>
        <w:br/>
        <w:t>f 25923/25860/22166 25927/25861/22167 25926/25857/22163</w:t>
        <w:br/>
        <w:t>f 25927/25861/22167 25923/25860/22166 25921/25855/22161</w:t>
        <w:br/>
        <w:t>f 25922/25856/22162 25927/25861/22167 25921/25855/22161</w:t>
        <w:br/>
        <w:t>f 25930/25862/22168 25929/25863/22169 25928/25864/22170</w:t>
        <w:br/>
        <w:t>f 25932/25865/22171 25929/25863/22169 25930/25862/22168</w:t>
        <w:br/>
        <w:t>f 25931/25866/22172 25932/25865/22171 25930/25862/22168</w:t>
        <w:br/>
        <w:t>f 25934/25867/22173 25930/25862/22168 25928/25864/22170</w:t>
        <w:br/>
        <w:t>f 25933/25868/22174 25934/25867/22173 25928/25864/22170</w:t>
        <w:br/>
        <w:t>f 25937/25869/22175 25931/25866/22172 25936/25870/22176</w:t>
        <w:br/>
        <w:t>f 25935/25871/22177 25937/25869/22175 25936/25870/22176</w:t>
        <w:br/>
        <w:t>f 25931/25866/22172 25937/25869/22175 25932/25865/22171</w:t>
        <w:br/>
        <w:t>f 25938/25872/22178 25924/25859/22165 25934/25867/22173</w:t>
        <w:br/>
        <w:t>f 25939/25873/22179 25938/25872/22178 25934/25867/22173</w:t>
        <w:br/>
        <w:t>f 25935/25871/22180 25924/25859/22165 25938/25872/22178</w:t>
        <w:br/>
        <w:t>f 25925/25858/22164 25940/25874/22181 25924/25859/22165</w:t>
        <w:br/>
        <w:t>f 25943/25875/22182 25942/25876/22182 25941/25877/22183</w:t>
        <w:br/>
        <w:t>f 25944/25878/22183 25943/25875/22182 25941/25877/22183</w:t>
        <w:br/>
        <w:t>f 25945/25879/22184 25919/25853/22159 25920/25852/22159</w:t>
        <w:br/>
        <w:t>f 25934/25867/22173 25933/25868/22174 25939/25873/22179</w:t>
        <w:br/>
        <w:t>f 25948/25880/22185 25947/25881/22186 25946/25882/22186</w:t>
        <w:br/>
        <w:t>f 25949/25883/22187 25948/25880/22185 25946/25882/22186</w:t>
        <w:br/>
        <w:t>f 25951/25884/22188 25950/25885/22189 25946/25882/22186</w:t>
        <w:br/>
        <w:t>f 25947/25881/22186 25951/25884/22188 25946/25882/22186</w:t>
        <w:br/>
        <w:t>f 25952/25886/22190 25950/25885/22189 25951/25884/22188</w:t>
        <w:br/>
        <w:t>f 25953/25887/22191 25952/25886/22190 25951/25884/22188</w:t>
        <w:br/>
        <w:t>f 25954/25888/22192 25952/25886/22190 25953/25887/22191</w:t>
        <w:br/>
        <w:t>f 25955/25889/22193 25954/25888/22192 25953/25887/22191</w:t>
        <w:br/>
        <w:t>f 25957/25890/22194 25956/25891/22195 25954/25888/22192</w:t>
        <w:br/>
        <w:t>f 25955/25889/22193 25957/25890/22194 25954/25888/22192</w:t>
        <w:br/>
        <w:t>f 25959/25892/22196 25958/25893/22197 25956/25891/22195</w:t>
        <w:br/>
        <w:t>f 25957/25890/22194 25959/25892/22196 25956/25891/22195</w:t>
        <w:br/>
        <w:t>f 25961/25894/22198 25960/25895/22199 25958/25893/22197</w:t>
        <w:br/>
        <w:t>f 25959/25892/22196 25961/25894/22198 25958/25893/22197</w:t>
        <w:br/>
        <w:t>f 25949/25883/22187 25960/25895/22199 25961/25894/22198</w:t>
        <w:br/>
        <w:t>f 25948/25880/22185 25949/25883/22187 25961/25894/22198</w:t>
        <w:br/>
        <w:t>f 25964/25896/22200 25963/25897/22201 25962/25898/22201</w:t>
        <w:br/>
        <w:t>f 25965/25899/22202 25964/25896/22200 25962/25898/22201</w:t>
        <w:br/>
        <w:t>f 25965/25899/22202 25966/25900/22203 25964/25896/22200</w:t>
        <w:br/>
        <w:t>f 25970/25901/22204 25969/25902/22205 25968/25903/22206</w:t>
        <w:br/>
        <w:t>f 25967/25904/22207 25970/25901/22204 25968/25903/22206</w:t>
        <w:br/>
        <w:t>f 25969/25902/22205 25970/25901/22204 25971/25905/22208</w:t>
        <w:br/>
        <w:t>f 25971/25905/22208 25966/25900/22203 25965/25899/22202</w:t>
        <w:br/>
        <w:t>f 25969/25902/22205 25971/25905/22208 25965/25899/22202</w:t>
        <w:br/>
        <w:t>f 25974/25906/22209 25973/25907/22210 25972/25908/22211</w:t>
        <w:br/>
        <w:t>f 25976/25909/22212 25975/25910/22213 25974/25906/22209</w:t>
        <w:br/>
        <w:t>f 25972/25908/22211 25976/25909/22212 25974/25906/22209</w:t>
        <w:br/>
        <w:t>f 25978/25911/22214 25977/25912/22215 25973/25907/22210</w:t>
        <w:br/>
        <w:t>f 25974/25906/22209 25978/25911/22214 25973/25907/22210</w:t>
        <w:br/>
        <w:t>f 25981/25913/22216 25980/25914/22217 25979/25915/22218</w:t>
        <w:br/>
        <w:t>f 25975/25910/22213 25981/25913/22216 25979/25915/22218</w:t>
        <w:br/>
        <w:t>f 25975/25910/22213 25976/25909/22212 25981/25913/22216</w:t>
        <w:br/>
        <w:t>f 25978/25911/22214 25968/25903/22219 25982/25916/22220</w:t>
        <w:br/>
        <w:t>f 25983/25917/22221 25978/25911/22214 25982/25916/22220</w:t>
        <w:br/>
        <w:t>f 25980/25914/22222 25982/25916/22220 25968/25903/22219</w:t>
        <w:br/>
        <w:t>f 25967/25904/22207 25968/25903/22206 25984/25918/22223</w:t>
        <w:br/>
        <w:t>f 25987/25919/22224 25986/25920/22225 25985/25921/22226</w:t>
        <w:br/>
        <w:t>f 25988/25922/22227 25987/25919/22224 25985/25921/22226</w:t>
        <w:br/>
        <w:t>f 25989/25923/22228 25962/25898/22201 25963/25897/22201</w:t>
        <w:br/>
        <w:t>f 25978/25911/22214 25983/25917/22221 25977/25912/22215</w:t>
        <w:br/>
        <w:t>f 25992/25924/22229 25991/25925/22230 25990/25926/22231</w:t>
        <w:br/>
        <w:t>f 25993/25927/22232 25992/25924/22229 25990/25926/22231</w:t>
        <w:br/>
        <w:t>f 25995/25928/22233 25991/25925/22230 25992/25924/22229</w:t>
        <w:br/>
        <w:t>f 25994/25929/22233 25995/25928/22233 25992/25924/22229</w:t>
        <w:br/>
        <w:t>f 25995/25928/22233 25994/25929/22233 25996/25930/22234</w:t>
        <w:br/>
        <w:t>f 25997/25931/22235 25995/25928/22233 25996/25930/22234</w:t>
        <w:br/>
        <w:t>f 25997/25931/22235 25996/25930/22234 25998/25932/22236</w:t>
        <w:br/>
        <w:t>f 25999/25933/22237 25997/25931/22235 25998/25932/22236</w:t>
        <w:br/>
        <w:t>f 26001/25934/22238 25999/25933/22237 25998/25932/22236</w:t>
        <w:br/>
        <w:t>f 26000/25935/22239 26001/25934/22238 25998/25932/22236</w:t>
        <w:br/>
        <w:t>f 26003/25936/22240 26001/25934/22238 26000/25935/22239</w:t>
        <w:br/>
        <w:t>f 26002/25937/22240 26003/25936/22240 26000/25935/22239</w:t>
        <w:br/>
        <w:t>f 26005/25938/22241 26003/25936/22240 26002/25937/22240</w:t>
        <w:br/>
        <w:t>f 26004/25939/22241 26005/25938/22241 26002/25937/22240</w:t>
        <w:br/>
        <w:t>f 26005/25938/22241 26004/25939/22241 25993/25927/22232</w:t>
        <w:br/>
        <w:t>f 25990/25926/22231 26005/25938/22241 25993/25927/22232</w:t>
        <w:br/>
        <w:t>f 26009/25940/22242 26008/25941/22243 26007/25942/22243</w:t>
        <w:br/>
        <w:t>f 26006/25943/22242 26009/25940/22242 26007/25942/22243</w:t>
        <w:br/>
        <w:t>f 26008/25941/22243 26010/25944/22244 26007/25942/22243</w:t>
        <w:br/>
        <w:t>f 26011/25945/22245 26009/25940/22242 26006/25943/22242</w:t>
        <w:br/>
        <w:t>f 26012/25946/22245 26011/25945/22245 26006/25943/22242</w:t>
        <w:br/>
        <w:t>f 26016/25947/22246 26015/25948/22246 26014/25949/22247</w:t>
        <w:br/>
        <w:t>f 26013/25950/22247 26016/25947/22246 26014/25949/22247</w:t>
        <w:br/>
        <w:t>f 26013/25950/22247 26014/25949/22247 26017/25951/22247</w:t>
        <w:br/>
        <w:t>f 26019/25952/22248 26015/25948/22246 26016/25947/22246</w:t>
        <w:br/>
        <w:t>f 26018/25953/22248 26019/25952/22248 26016/25947/22246</w:t>
        <w:br/>
        <w:t>f 26023/25954/22249 26022/25955/22250 26021/25956/22251</w:t>
        <w:br/>
        <w:t>f 26020/25957/22252 26023/25954/22249 26021/25956/22251</w:t>
        <w:br/>
        <w:t>f 26026/25958/22253 26025/25959/22254 26024/25960/22255</w:t>
        <w:br/>
        <w:t>f 26027/25961/22256 26026/25958/22253 26024/25960/22255</w:t>
        <w:br/>
        <w:t>f 26029/25962/22257 26027/25961/22256 26024/25960/22255</w:t>
        <w:br/>
        <w:t>f 26028/25963/22258 26029/25962/22257 26024/25960/22255</w:t>
        <w:br/>
        <w:t>f 26031/25964/22259 26030/25965/22260 26021/25956/22251</w:t>
        <w:br/>
        <w:t>f 26022/25955/22250 26031/25964/22259 26021/25956/22251</w:t>
        <w:br/>
        <w:t>f 26033/25966/14186 26023/25954/22249 26020/25957/22252</w:t>
        <w:br/>
        <w:t>f 26032/25967/14186 26033/25966/14186 26020/25957/22252</w:t>
        <w:br/>
        <w:t>f 26036/25968/22261 26035/25969/22261 26034/25970/22261</w:t>
        <w:br/>
        <w:t>f 26037/25971/22261 26036/25968/22261 26034/25970/22261</w:t>
        <w:br/>
        <w:t>f 26039/25972/14511 26038/25973/14511 26025/25959/22254</w:t>
        <w:br/>
        <w:t>f 26026/25958/22253 26039/25972/14511 26025/25959/22254</w:t>
        <w:br/>
        <w:t>f 26041/25974/22262 26019/25952/22248 26018/25953/22248</w:t>
        <w:br/>
        <w:t>f 26040/25975/22262 26041/25974/22262 26018/25953/22248</w:t>
        <w:br/>
        <w:t>f 26039/25972/14511 26043/25976/14513 26042/25977/14513</w:t>
        <w:br/>
        <w:t>f 26038/25973/14511 26039/25972/14511 26042/25977/14513</w:t>
        <w:br/>
        <w:t>f 26045/25978/22263 26011/25945/22245 26012/25946/22245</w:t>
        <w:br/>
        <w:t>f 26044/25979/22263 26045/25978/22263 26012/25946/22245</w:t>
        <w:br/>
        <w:t>f 26033/25966/14186 26032/25967/14186 26046/25980/14510</w:t>
        <w:br/>
        <w:t>f 26047/25981/17081 26033/25966/14186 26046/25980/14510</w:t>
        <w:br/>
        <w:t>f 26270/25982/22264 26269/25983/22265 26268/25984/22266</w:t>
        <w:br/>
        <w:t>f 26267/25985/22267 26270/25982/22264 26268/25984/22266</w:t>
        <w:br/>
        <w:t>f 26269/25983/22265 26271/25986/22268 26268/25984/22266</w:t>
        <w:br/>
        <w:t>f 26274/25987/22269 26273/25988/22269 26272/25989/22270</w:t>
        <w:br/>
        <w:t>f 26275/25990/22271 26274/25987/22269 26272/25989/22270</w:t>
        <w:br/>
        <w:t>f 26276/25991/22272 26273/25988/22269 26274/25987/22269</w:t>
        <w:br/>
        <w:t>f 26278/25992/22273 26271/25986/22268 26269/25983/22265</w:t>
        <w:br/>
        <w:t>f 26277/25993/22274 26278/25992/22273 26269/25983/22265</w:t>
        <w:br/>
        <w:t>f 26281/25994/22275 26280/25995/22275 26279/25996/22276</w:t>
        <w:br/>
        <w:t>f 26280/25995/22275 26281/25994/22275 26269/25983/22265</w:t>
        <w:br/>
        <w:t>f 26276/25991/22272 26280/25995/22275 26269/25983/22265</w:t>
        <w:br/>
        <w:t>f 26283/25997/22277 26277/25993/22274 26279/25996/22278</w:t>
        <w:br/>
        <w:t>f 26282/25998/22279 26283/25997/22277 26279/25996/22278</w:t>
        <w:br/>
        <w:t>f 26277/25993/22274 26284/25999/22280 26278/25992/22273</w:t>
        <w:br/>
        <w:t>f 26286/26000/22281 26285/26001/22281 26284/25999/22280</w:t>
        <w:br/>
        <w:t>f 26277/25993/22274 26286/26000/22281 26284/25999/22280</w:t>
        <w:br/>
        <w:t>f 26287/26002/22282 26270/25982/22264 26267/25985/22267</w:t>
        <w:br/>
        <w:t>f 26290/26003/22283 26287/26002/22284 26289/26004/22285</w:t>
        <w:br/>
        <w:t>f 26288/26005/22286 26290/26003/22283 26289/26004/22285</w:t>
        <w:br/>
        <w:t>f 26286/26000/22281 26289/26004/22287 26285/26001/22281</w:t>
        <w:br/>
        <w:t>f 26283/25997/22277 26282/25998/22279 26291/26006/22288</w:t>
        <w:br/>
        <w:t>f 26291/26006/22288 26292/26007/22289 26270/25982/22290</w:t>
        <w:br/>
        <w:t>f 26283/25997/22277 26291/26006/22288 26270/25982/22290</w:t>
        <w:br/>
        <w:t>f 26275/25990/22271 26270/25982/22290 26292/26007/22289</w:t>
        <w:br/>
        <w:t>f 26295/26008/22291 26294/26009/22292 26293/26010/22293</w:t>
        <w:br/>
        <w:t>f 26296/26011/22291 26295/26008/22291 26293/26010/22293</w:t>
        <w:br/>
        <w:t>f 26298/26012/22294 26297/26013/22294 26295/26008/22291</w:t>
        <w:br/>
        <w:t>f 26296/26011/22291 26298/26012/22294 26295/26008/22291</w:t>
        <w:br/>
        <w:t>f 26300/26014/22295 26299/26015/22295 26297/26013/22294</w:t>
        <w:br/>
        <w:t>f 26298/26012/22294 26300/26014/22295 26297/26013/22294</w:t>
        <w:br/>
        <w:t>f 26301/26016/22296 26299/26015/22295 26300/26014/22295</w:t>
        <w:br/>
        <w:t>f 26302/26017/22297 26301/26016/22296 26300/26014/22295</w:t>
        <w:br/>
        <w:t>f 26304/26018/22298 26303/26019/22299 26301/26016/22296</w:t>
        <w:br/>
        <w:t>f 26302/26017/22297 26304/26018/22298 26301/26016/22296</w:t>
        <w:br/>
        <w:t>f 26306/26020/22300 26305/26021/22301 26303/26019/22299</w:t>
        <w:br/>
        <w:t>f 26304/26018/22298 26306/26020/22300 26303/26019/22299</w:t>
        <w:br/>
        <w:t>f 26308/26022/22302 26307/26023/22302 26305/26021/22301</w:t>
        <w:br/>
        <w:t>f 26306/26020/22300 26308/26022/22302 26305/26021/22301</w:t>
        <w:br/>
        <w:t>f 26294/26009/22292 26307/26023/22302 26308/26022/22302</w:t>
        <w:br/>
        <w:t>f 26293/26010/22293 26294/26009/22292 26308/26022/22302</w:t>
        <w:br/>
        <w:t>f 26511/26024/22303 26510/26025/22304 26509/26026/22305</w:t>
        <w:br/>
        <w:t>f 26514/26027/22306 26513/26028/22307 26512/26029/22308</w:t>
        <w:br/>
        <w:t>f 26516/26030/22309 26515/26031/22310 26513/26028/22307</w:t>
        <w:br/>
        <w:t>f 26514/26027/22306 26516/26030/22309 26513/26028/22307</w:t>
        <w:br/>
        <w:t>f 26512/26029/22308 26518/26032/22311 26517/26033/22312</w:t>
        <w:br/>
        <w:t>f 26514/26027/22306 26512/26029/22308 26517/26033/22312</w:t>
        <w:br/>
        <w:t>f 26509/26026/22305 26520/26034/22313 26519/26035/22314</w:t>
        <w:br/>
        <w:t>f 26511/26024/22303 26509/26026/22305 26519/26035/22314</w:t>
        <w:br/>
        <w:t>f 26522/26036/22315 26521/26037/22316 26517/26033/22317</w:t>
        <w:br/>
        <w:t>f 26509/26026/22305 26510/26025/22304 26523/26038/22318</w:t>
        <w:br/>
        <w:t>f 26524/26039/22318 26509/26026/22305 26523/26038/22318</w:t>
        <w:br/>
        <w:t>f 26524/26039/22318 26523/26038/22318 26525/26040/22319</w:t>
        <w:br/>
        <w:t>f 26525/26040/22320 26528/26041/22321 26527/26042/22322</w:t>
        <w:br/>
        <w:t>f 26526/26043/22323 26525/26040/22320 26527/26042/22322</w:t>
        <w:br/>
        <w:t>f 26516/26030/22309 26529/26044/22324 26515/26031/22310</w:t>
        <w:br/>
        <w:t>f 26516/26030/22309 26531/26045/22325 26530/26046/22326</w:t>
        <w:br/>
        <w:t>f 26529/26044/22324 26516/26030/22309 26530/26046/22326</w:t>
        <w:br/>
        <w:t>f 26532/26047/22327 26530/26046/22326 26531/26045/22325</w:t>
        <w:br/>
        <w:t>f 26517/26033/22312 26533/26048/22328 26532/26047/22327</w:t>
        <w:br/>
        <w:t>f 26531/26045/22325 26517/26033/22312 26532/26047/22327</w:t>
        <w:br/>
        <w:t>f 26535/26049/22329 26534/26050/22330 26522/26036/22315</w:t>
        <w:br/>
        <w:t>f 26517/26033/22317 26535/26049/22329 26522/26036/22315</w:t>
        <w:br/>
        <w:t>f 26528/26041/22321 26534/26050/22330 26527/26042/22322</w:t>
        <w:br/>
        <w:t>f 26518/26032/22311 26533/26048/22328 26517/26033/22312</w:t>
        <w:br/>
        <w:t>f 26538/26051/22331 26537/26052/22331 26536/26053/22332</w:t>
        <w:br/>
        <w:t>f 26539/26054/22332 26538/26051/22331 26536/26053/22332</w:t>
        <w:br/>
        <w:t>f 26541/26055/22333 26539/26054/22332 26536/26053/22332</w:t>
        <w:br/>
        <w:t>f 26540/26056/22334 26541/26055/22333 26536/26053/22332</w:t>
        <w:br/>
        <w:t>f 26543/26057/22335 26541/26055/22333 26540/26056/22334</w:t>
        <w:br/>
        <w:t>f 26542/26058/22335 26543/26057/22335 26540/26056/22334</w:t>
        <w:br/>
        <w:t>f 26543/26057/22335 26542/26058/22335 26544/26059/22336</w:t>
        <w:br/>
        <w:t>f 26545/26060/22337 26543/26057/22335 26544/26059/22336</w:t>
        <w:br/>
        <w:t>f 26545/26060/22337 26544/26059/22336 26546/26061/22338</w:t>
        <w:br/>
        <w:t>f 26547/26062/22338 26545/26060/22337 26546/26061/22338</w:t>
        <w:br/>
        <w:t>f 26549/26063/22339 26547/26062/22338 26546/26061/22338</w:t>
        <w:br/>
        <w:t>f 26548/26064/22339 26549/26063/22339 26546/26061/22338</w:t>
        <w:br/>
        <w:t>f 26551/26065/22340 26549/26063/22339 26548/26064/22339</w:t>
        <w:br/>
        <w:t>f 26550/26066/22340 26551/26065/22340 26548/26064/22339</w:t>
        <w:br/>
        <w:t>f 26551/26065/22340 26550/26066/22340 26537/26052/22331</w:t>
        <w:br/>
        <w:t>f 26538/26051/22331 26551/26065/22340 26537/26052/22331</w:t>
        <w:br/>
        <w:t>f 26622/26067/22341 26621/26068/22342 26620/26069/22343</w:t>
        <w:br/>
        <w:t>f 26625/26070/22344 26624/26071/22345 26623/26072/22346</w:t>
        <w:br/>
        <w:t>f 26623/26072/22346 26626/26073/22347 26625/26070/22344</w:t>
        <w:br/>
        <w:t>f 26621/26068/22342 26626/26073/22348 26620/26069/22343</w:t>
        <w:br/>
        <w:t>f 26622/26067/22341 26620/26069/22343 26627/26074/22349</w:t>
        <w:br/>
        <w:t>f 26623/26072/22346 26624/26071/22345 26627/26074/22350</w:t>
        <w:br/>
        <w:t>f 26630/26075/22351 26629/26076/22352 26628/26077/22353</w:t>
        <w:br/>
        <w:t>f 26631/26078/22354 26630/26075/22351 26628/26077/22353</w:t>
        <w:br/>
        <w:t>f 26635/26079/22355 26634/26080/22355 26633/26081/22355</w:t>
        <w:br/>
        <w:t>f 26632/26082/22356 26635/26079/22355 26633/26081/22355</w:t>
        <w:br/>
        <w:t>f 26630/26075/22351 26632/26082/22356 26629/26076/22352</w:t>
        <w:br/>
        <w:t>f 26638/26083/22357 26637/26084/22358 26636/26085/22359</w:t>
        <w:br/>
        <w:t>f 26638/26083/22357 26630/26075/22360 26640/26086/22361</w:t>
        <w:br/>
        <w:t>f 26639/26087/22362 26638/26083/22357 26640/26086/22361</w:t>
        <w:br/>
        <w:t>f 26639/26087/22362 26641/26088/22363 26638/26083/22357</w:t>
        <w:br/>
        <w:t>f 26638/26083/22357 26641/26088/22363 26642/26089/22364</w:t>
        <w:br/>
        <w:t>f 26643/26090/22365 26638/26083/22357 26642/26089/22364</w:t>
        <w:br/>
        <w:t>f 26646/26091/22366 26645/26092/22367 26644/26093/22368</w:t>
        <w:br/>
        <w:t>f 26637/26084/22358 26646/26091/22366 26644/26093/22368</w:t>
        <w:br/>
        <w:t>f 26630/26075/22360 26647/26094/22369 26640/26086/22361</w:t>
        <w:br/>
        <w:t>f 26630/26075/22360 26649/26095/22370 26648/26096/22371</w:t>
        <w:br/>
        <w:t>f 26647/26094/22369 26630/26075/22360 26648/26096/22371</w:t>
        <w:br/>
        <w:t>f 26631/26078/22354 26628/26077/22353 26650/26097/22372</w:t>
        <w:br/>
        <w:t>f 26650/26097/22373 26652/26098/22374 26651/26099/22375</w:t>
        <w:br/>
        <w:t>f 26649/26095/22376 26650/26097/22373 26651/26099/22375</w:t>
        <w:br/>
        <w:t>f 26649/26095/22370 26653/26100/22377 26648/26096/22371</w:t>
        <w:br/>
        <w:t>f 26645/26092/22367 26652/26098/22378 26644/26093/22368</w:t>
        <w:br/>
        <w:t>f 26631/26078/22354 26643/26090/22365 26654/26101/22379</w:t>
        <w:br/>
        <w:t>f 26653/26100/22380 26631/26078/22354 26654/26101/22379</w:t>
        <w:br/>
        <w:t>f 26654/26101/22379 26643/26090/22365 26642/26089/22364</w:t>
        <w:br/>
        <w:t>f 26658/26102/22381 26657/26103/22382 26656/26104/22383</w:t>
        <w:br/>
        <w:t>f 26655/26105/22384 26658/26102/22381 26656/26104/22383</w:t>
        <w:br/>
        <w:t>f 26660/26106/22385 26659/26107/22386 26657/26103/22382</w:t>
        <w:br/>
        <w:t>f 26658/26102/22381 26660/26106/22385 26657/26103/22382</w:t>
        <w:br/>
        <w:t>f 26661/26108/22387 26659/26107/22386 26660/26106/22385</w:t>
        <w:br/>
        <w:t>f 26662/26109/22387 26661/26108/22387 26660/26106/22385</w:t>
        <w:br/>
        <w:t>f 26663/26110/22388 26661/26108/22387 26662/26109/22387</w:t>
        <w:br/>
        <w:t>f 26664/26111/22389 26663/26110/22388 26662/26109/22387</w:t>
        <w:br/>
        <w:t>f 26666/26112/22390 26665/26113/22391 26663/26110/22388</w:t>
        <w:br/>
        <w:t>f 26664/26111/22389 26666/26112/22390 26663/26110/22388</w:t>
        <w:br/>
        <w:t>f 26668/26114/22392 26667/26115/22392 26665/26113/22391</w:t>
        <w:br/>
        <w:t>f 26666/26112/22390 26668/26114/22392 26665/26113/22391</w:t>
        <w:br/>
        <w:t>f 26669/26116/22393 26667/26115/22392 26668/26114/22392</w:t>
        <w:br/>
        <w:t>f 26670/26117/22394 26669/26116/22393 26668/26114/22392</w:t>
        <w:br/>
        <w:t>f 26656/26104/22383 26669/26116/22393 26670/26117/22394</w:t>
        <w:br/>
        <w:t>f 26655/26105/22384 26656/26104/22383 26670/26117/22394</w:t>
        <w:br/>
        <w:t>f 27291/26118/22395 27290/26119/22396 27289/26120/22397</w:t>
        <w:br/>
        <w:t>f 27295/26121/22398 27294/26122/22399 27293/26123/22400</w:t>
        <w:br/>
        <w:t>f 27292/26124/22401 27295/26121/22398 27293/26123/22400</w:t>
        <w:br/>
        <w:t>f 27292/26124/22401 27296/26125/22402 27295/26121/22398</w:t>
        <w:br/>
        <w:t>f 27294/26122/22399 27291/26118/22395 27289/26120/22397</w:t>
        <w:br/>
        <w:t>f 27293/26123/22400 27294/26122/22399 27289/26120/22397</w:t>
        <w:br/>
        <w:t>f 27360/26126/22403 27359/26127/22404 27358/26128/22405</w:t>
        <w:br/>
        <w:t>f 27357/26129/22406 27360/26126/22403 27358/26128/22405</w:t>
        <w:br/>
        <w:t>f 27357/26129/22406 27358/26128/22405 27361/26130/22407</w:t>
        <w:br/>
        <w:t>f 27364/26131/22408 27363/26132/22409 27362/26133/22409</w:t>
        <w:br/>
        <w:t>f 27365/26134/22410 27364/26131/22408 27362/26133/22409</w:t>
        <w:br/>
        <w:t>f 27366/26135/22411 27362/26133/22409 27363/26132/22409</w:t>
        <w:br/>
        <w:t>f 27368/26136/22412 27367/26137/22413 27357/26129/22406</w:t>
        <w:br/>
        <w:t>f 27361/26130/22407 27368/26136/22412 27357/26129/22406</w:t>
        <w:br/>
        <w:t>f 27371/26138/22414 27370/26139/22415 27369/26140/22416</w:t>
        <w:br/>
        <w:t>f 27369/26140/22416 27366/26135/22411 27357/26129/22417</w:t>
        <w:br/>
        <w:t>f 27371/26138/22414 27369/26140/22416 27357/26129/22417</w:t>
        <w:br/>
        <w:t>f 27373/26141/22418 27372/26142/22419 27370/26139/22415</w:t>
        <w:br/>
        <w:t>f 27367/26137/22413 27373/26141/22418 27370/26139/22415</w:t>
        <w:br/>
        <w:t>f 27367/26137/22413 27368/26136/22412 27374/26143/22420</w:t>
        <w:br/>
        <w:t>f 27374/26143/22420 27376/26144/22421 27375/26145/22422</w:t>
        <w:br/>
        <w:t>f 27367/26137/22413 27374/26143/22420 27375/26145/22422</w:t>
        <w:br/>
        <w:t>f 27377/26146/22423 27359/26127/22404 27360/26126/22403</w:t>
        <w:br/>
        <w:t>f 27380/26147/22424 27379/26148/22425 27378/26149/22426</w:t>
        <w:br/>
        <w:t>f 27377/26146/22427 27380/26147/22424 27378/26149/22426</w:t>
        <w:br/>
        <w:t>f 27375/26145/22422 27376/26144/22421 27378/26149/22428</w:t>
        <w:br/>
        <w:t>f 27373/26141/22418 27381/26150/22429 27372/26142/22419</w:t>
        <w:br/>
        <w:t>f 27381/26150/22429 27373/26141/22418 27360/26126/22403</w:t>
        <w:br/>
        <w:t>f 27382/26151/22430 27381/26150/22429 27360/26126/22403</w:t>
        <w:br/>
        <w:t>f 27365/26134/22431 27382/26151/22430 27360/26126/22403</w:t>
        <w:br/>
        <w:t>f 27385/26152/22432 27384/26153/22432 27383/26154/22433</w:t>
        <w:br/>
        <w:t>f 27386/26155/22434 27385/26152/22432 27383/26154/22433</w:t>
        <w:br/>
        <w:t>f 27388/26156/22435 27386/26155/22434 27383/26154/22433</w:t>
        <w:br/>
        <w:t>f 27387/26157/22435 27388/26156/22435 27383/26154/22433</w:t>
        <w:br/>
        <w:t>f 27390/26158/22436 27388/26156/22435 27387/26157/22435</w:t>
        <w:br/>
        <w:t>f 27389/26159/22437 27390/26158/22436 27387/26157/22435</w:t>
        <w:br/>
        <w:t>f 27390/26158/22436 27389/26159/22437 27391/26160/22438</w:t>
        <w:br/>
        <w:t>f 27392/26161/22439 27390/26158/22436 27391/26160/22438</w:t>
        <w:br/>
        <w:t>f 27394/26162/22440 27392/26161/22439 27391/26160/22438</w:t>
        <w:br/>
        <w:t>f 27393/26163/22441 27394/26162/22440 27391/26160/22438</w:t>
        <w:br/>
        <w:t>f 27396/26164/22442 27394/26162/22440 27393/26163/22441</w:t>
        <w:br/>
        <w:t>f 27395/26165/22443 27396/26164/22442 27393/26163/22441</w:t>
        <w:br/>
        <w:t>f 27398/26166/22444 27396/26164/22442 27395/26165/22443</w:t>
        <w:br/>
        <w:t>f 27397/26167/22444 27398/26166/22444 27395/26165/22443</w:t>
        <w:br/>
        <w:t>f 27398/26166/22444 27397/26167/22444 27384/26153/22432</w:t>
        <w:br/>
        <w:t>f 27385/26152/22432 27398/26166/22444 27384/26153/22432</w:t>
        <w:br/>
        <w:t>f 27401/26168/22445 27400/26169/22446 27399/26170/22447</w:t>
        <w:br/>
        <w:t>f 27402/26171/22448 27401/26168/22445 27399/26170/22447</w:t>
        <w:br/>
        <w:t>f 27406/26172/22449 27405/26173/22450 27404/26174/22450</w:t>
        <w:br/>
        <w:t>f 27403/26175/22451 27406/26172/22449 27404/26174/22450</w:t>
        <w:br/>
        <w:t>f 27409/26176/22452 27408/26177/22453 27407/26178/22454</w:t>
        <w:br/>
        <w:t>f 27410/26179/22455 27409/26176/22452 27407/26178/22454</w:t>
        <w:br/>
        <w:t>f 27414/26180/17614 27413/26181/10661 27412/26182/10662</w:t>
        <w:br/>
        <w:t>f 27411/26183/10655 27414/26180/17614 27412/26182/10662</w:t>
        <w:br/>
        <w:t>f 27402/26171/22448 27399/26170/22447 27415/26184/22456</w:t>
        <w:br/>
        <w:t>f 27416/26185/22456 27402/26171/22448 27415/26184/22456</w:t>
        <w:br/>
        <w:t>f 27420/26186/22457 27419/26187/22458 27418/26188/22458</w:t>
        <w:br/>
        <w:t>f 27417/26189/22457 27420/26186/22457 27418/26188/22458</w:t>
        <w:br/>
        <w:t>f 27410/26179/22455 27407/26178/22454 27421/26190/22459</w:t>
        <w:br/>
        <w:t>f 27422/26191/22460 27410/26179/22455 27421/26190/22459</w:t>
        <w:br/>
        <w:t>f 27426/26192/22461 27425/26193/22462 27424/26194/22462</w:t>
        <w:br/>
        <w:t>f 27423/26195/22461 27426/26192/22461 27424/26194/22462</w:t>
        <w:br/>
        <w:t>f 27428/26196/22448 27416/26185/22456 27415/26184/22456</w:t>
        <w:br/>
        <w:t>f 27427/26197/22463 27428/26196/22448 27415/26184/22456</w:t>
        <w:br/>
        <w:t>f 27432/26198/22464 27431/26199/17758 27430/26200/10660</w:t>
        <w:br/>
        <w:t>f 27429/26201/10661 27432/26198/22464 27430/26200/10660</w:t>
        <w:br/>
        <w:t>f 27422/26191/22460 27421/26190/22459 27433/26202/22465</w:t>
        <w:br/>
        <w:t>f 27434/26203/22465 27422/26191/22460 27433/26202/22465</w:t>
        <w:br/>
        <w:t>f 27437/26204/17796 27436/26205/22466 27435/26206/22467</w:t>
        <w:br/>
        <w:t>f 27438/26207/22466 27437/26204/17796 27435/26206/22467</w:t>
        <w:br/>
        <w:t>f 27428/26196/22448 27427/26197/22463 27400/26169/22446</w:t>
        <w:br/>
        <w:t>f 27401/26168/22445 27428/26196/22448 27400/26169/22446</w:t>
        <w:br/>
        <w:t>f 27442/26208/22468 27441/26209/17773 27440/26210/22469</w:t>
        <w:br/>
        <w:t>f 27439/26211/22470 27442/26208/22468 27440/26210/22469</w:t>
        <w:br/>
        <w:t>f 27434/26203/22465 27433/26202/22465 27408/26177/22453</w:t>
        <w:br/>
        <w:t>f 27409/26176/22452 27434/26203/22465 27408/26177/22453</w:t>
        <w:br/>
        <w:t>f 27446/26212/22457 27445/26213/22457 27444/26214/22457</w:t>
        <w:br/>
        <w:t>f 27443/26215/22457 27446/26212/22457 27444/26214/22457</w:t>
        <w:br/>
        <w:t>f 27550/26216/22471 27549/26217/22472 27548/26218/22473</w:t>
        <w:br/>
        <w:t>f 27547/26219/22474 27550/26216/22471 27548/26218/22473</w:t>
        <w:br/>
        <w:t>f 27553/26220/22475 27552/26221/22476 27551/26222/22476</w:t>
        <w:br/>
        <w:t>f 27554/26223/22475 27553/26220/22475 27551/26222/22476</w:t>
        <w:br/>
        <w:t>f 27557/26224/22477 27556/26225/22478 27555/26226/22479</w:t>
        <w:br/>
        <w:t>f 27558/26227/22480 27557/26224/22477 27555/26226/22479</w:t>
        <w:br/>
        <w:t>f 27562/26228/22481 27561/26229/22482 27560/26230/22483</w:t>
        <w:br/>
        <w:t>f 27559/26231/22484 27562/26228/22481 27560/26230/22483</w:t>
        <w:br/>
        <w:t>f 27563/26232/22485 27547/26219/22474 27548/26218/22473</w:t>
        <w:br/>
        <w:t>f 27560/26230/22483 27564/26233/22486 27559/26231/22484</w:t>
        <w:br/>
        <w:t>f 27555/26226/22479 27556/26225/22478 27565/26234/22487</w:t>
        <w:br/>
        <w:t>f 27566/26235/22488 27551/26222/22476 27552/26221/22476</w:t>
        <w:br/>
        <w:t>f 27547/26219/22474 27563/26232/22485 27567/26236/22489</w:t>
        <w:br/>
        <w:t>f 27568/26237/22490 27564/26233/22486 27560/26230/22483</w:t>
        <w:br/>
        <w:t>f 27568/26237/22490 27555/26226/22479 27565/26234/22487</w:t>
        <w:br/>
        <w:t>f 27567/26236/22489 27566/26235/22491 27547/26219/22474</w:t>
        <w:br/>
        <w:t>f 27569/26238/22492 27549/26217/22472 27550/26216/22471</w:t>
        <w:br/>
        <w:t>f 27561/26229/22482 27562/26228/22481 27570/26239/22493</w:t>
        <w:br/>
        <w:t>f 27558/26227/22480 27571/26240/22494 27557/26224/22477</w:t>
        <w:br/>
        <w:t>f 27572/26241/22495 27553/26220/22475 27554/26223/22475</w:t>
        <w:br/>
        <w:t>f 27573/26242/22496 27569/26238/22492 27550/26216/22471</w:t>
        <w:br/>
        <w:t>f 27561/26229/22482 27570/26239/22493 27574/26243/22497</w:t>
        <w:br/>
        <w:t>f 27571/26240/22494 27558/26227/22480 27574/26243/22498</w:t>
        <w:br/>
        <w:t>f 27550/26216/22471 27572/26241/22499 27573/26242/22496</w:t>
        <w:br/>
        <w:t>f 27577/26244/22500 27576/26245/22501 27575/26246/22502</w:t>
        <w:br/>
        <w:t>f 27578/26247/22503 27577/26244/22500 27575/26246/22502</w:t>
        <w:br/>
        <w:t>f 27582/26248/22504 27581/26249/22505 27580/26250/22505</w:t>
        <w:br/>
        <w:t>f 27579/26251/22504 27582/26248/22504 27580/26250/22505</w:t>
        <w:br/>
        <w:t>f 27586/26252/22506 27585/26253/22506 27584/26254/22507</w:t>
        <w:br/>
        <w:t>f 27583/26255/22508 27586/26252/22506 27584/26254/22507</w:t>
        <w:br/>
        <w:t>f 27590/26256/22509 27589/26257/22510 27588/26258/22511</w:t>
        <w:br/>
        <w:t>f 27587/26259/22512 27590/26256/22509 27588/26258/22511</w:t>
        <w:br/>
        <w:t>f 27594/26260/22513 27593/26261/22514 27592/26262/22513</w:t>
        <w:br/>
        <w:t>f 27591/26263/22515 27594/26260/22513 27592/26262/22513</w:t>
        <w:br/>
        <w:t>f 27597/26264/22516 27596/26265/22517 27595/26266/22518</w:t>
        <w:br/>
        <w:t>f 27598/26267/22519 27597/26264/22516 27595/26266/22518</w:t>
        <w:br/>
        <w:t>f 27599/26268/22520 27589/26257/22510 27590/26256/22509</w:t>
        <w:br/>
        <w:t>f 27600/26269/22521 27599/26268/22520 27590/26256/22509</w:t>
        <w:br/>
        <w:t>f 27603/26270/22522 27602/26271/22523 27601/26272/22522</w:t>
        <w:br/>
        <w:t>f 27604/26273/22522 27603/26270/22522 27601/26272/22522</w:t>
        <w:br/>
        <w:t>f 27606/26274/22524 27605/26275/22525 27597/26264/22516</w:t>
        <w:br/>
        <w:t>f 27598/26267/22519 27606/26274/22524 27597/26264/22516</w:t>
        <w:br/>
        <w:t>f 27609/26276/22526 27608/26277/22521 27607/26278/22521</w:t>
        <w:br/>
        <w:t>f 27610/26279/22527 27609/26276/22526 27607/26278/22521</w:t>
        <w:br/>
        <w:t>f 27613/26280/22528 27612/26281/22528 27611/26282/22528</w:t>
        <w:br/>
        <w:t>f 27614/26283/22528 27613/26280/22528 27611/26282/22528</w:t>
        <w:br/>
        <w:t>f 27618/26284/22529 27617/26285/22529 27616/26286/22524</w:t>
        <w:br/>
        <w:t>f 27615/26287/22530 27618/26284/22529 27616/26286/22524</w:t>
        <w:br/>
        <w:t>f 27575/26246/22502 27576/26245/22501 27609/26276/22526</w:t>
        <w:br/>
        <w:t>f 27610/26279/22527 27575/26246/22502 27609/26276/22526</w:t>
        <w:br/>
        <w:t>f 27622/26288/22531 27621/26289/22532 27620/26290/22533</w:t>
        <w:br/>
        <w:t>f 27619/26291/22534 27622/26288/22531 27620/26290/22533</w:t>
        <w:br/>
        <w:t>f 27584/26254/22507 27617/26285/22529 27618/26284/22529</w:t>
        <w:br/>
        <w:t>f 27583/26255/22508 27584/26254/22507 27618/26284/22529</w:t>
        <w:br/>
        <w:t>f 27651/26292/22535 27650/26293/22536 27649/26294/22537</w:t>
        <w:br/>
        <w:t>f 27652/26295/22538 27651/26292/22535 27649/26294/22537</w:t>
        <w:br/>
        <w:t>f 27651/26292/22535 27654/26296/22539 27653/26297/22540</w:t>
        <w:br/>
        <w:t>f 27650/26293/22536 27651/26292/22535 27653/26297/22540</w:t>
        <w:br/>
        <w:t>f 27656/26298/22541 27655/26299/22542 27653/26297/22540</w:t>
        <w:br/>
        <w:t>f 27654/26296/22539 27656/26298/22541 27653/26297/22540</w:t>
        <w:br/>
        <w:t>f 27658/26300/22543 27657/26301/22544 27655/26299/22542</w:t>
        <w:br/>
        <w:t>f 27656/26298/22541 27658/26300/22543 27655/26299/22542</w:t>
        <w:br/>
        <w:t>f 27660/26302/22545 27659/26303/22545 27657/26301/22544</w:t>
        <w:br/>
        <w:t>f 27658/26300/22543 27660/26302/22545 27657/26301/22544</w:t>
        <w:br/>
        <w:t>f 27660/26302/22545 27662/26304/22546 27661/26305/22547</w:t>
        <w:br/>
        <w:t>f 27659/26303/22545 27660/26302/22545 27661/26305/22547</w:t>
        <w:br/>
        <w:t>f 27664/26306/22548 27663/26307/22548 27661/26305/22547</w:t>
        <w:br/>
        <w:t>f 27662/26304/22546 27664/26306/22548 27661/26305/22547</w:t>
        <w:br/>
        <w:t>f 27652/26295/22538 27649/26294/22537 27663/26307/22548</w:t>
        <w:br/>
        <w:t>f 27664/26306/22548 27652/26295/22538 27663/26307/22548</w:t>
        <w:br/>
        <w:t>f 27667/26308/22549 27666/26309/22550 27665/26310/22551</w:t>
        <w:br/>
        <w:t>f 27668/26311/22552 27667/26308/22549 27665/26310/22551</w:t>
        <w:br/>
        <w:t>f 27670/26312/22553 27668/26311/22552 27665/26310/22551</w:t>
        <w:br/>
        <w:t>f 27669/26313/22554 27670/26312/22553 27665/26310/22551</w:t>
        <w:br/>
        <w:t>f 27670/26312/22553 27669/26313/22554 27671/26314/22555</w:t>
        <w:br/>
        <w:t>f 27672/26315/22556 27670/26312/22553 27671/26314/22555</w:t>
        <w:br/>
        <w:t>f 27674/26316/22557 27672/26315/22556 27671/26314/22555</w:t>
        <w:br/>
        <w:t>f 27673/26317/22558 27674/26316/22557 27671/26314/22555</w:t>
        <w:br/>
        <w:t>f 27674/26316/22557 27673/26317/22558 27675/26318/22559</w:t>
        <w:br/>
        <w:t>f 27676/26319/22560 27674/26316/22557 27675/26318/22559</w:t>
        <w:br/>
        <w:t>f 27678/26320/22561 27676/26319/22560 27675/26318/22559</w:t>
        <w:br/>
        <w:t>f 27677/26321/22562 27678/26320/22561 27675/26318/22559</w:t>
        <w:br/>
        <w:t>f 27678/26320/22561 27677/26321/22562 27679/26322/22563</w:t>
        <w:br/>
        <w:t>f 27680/26323/22564 27678/26320/22561 27679/26322/22563</w:t>
        <w:br/>
        <w:t>f 27667/26308/22549 27680/26323/22564 27679/26322/22563</w:t>
        <w:br/>
        <w:t>f 27666/26309/22550 27667/26308/22549 27679/26322/22563</w:t>
        <w:br/>
        <w:t>f 27665/26310/22551 27666/26309/22550 27681/26324/22565</w:t>
        <w:br/>
        <w:t>f 27669/26313/22554 27665/26310/22551 27681/26324/22565</w:t>
        <w:br/>
        <w:t>f 27671/26314/22555 27669/26313/22554 27681/26324/22565</w:t>
        <w:br/>
        <w:t>f 27673/26317/22558 27671/26314/22555 27681/26324/22565</w:t>
        <w:br/>
        <w:t>f 27675/26318/22559 27673/26317/22558 27681/26324/22565</w:t>
        <w:br/>
        <w:t>f 27677/26321/22562 27675/26318/22559 27681/26324/22565</w:t>
        <w:br/>
        <w:t>f 27679/26322/22563 27677/26321/22562 27681/26324/22565</w:t>
        <w:br/>
        <w:t>f 27666/26309/22550 27679/26322/22563 27681/26324/22565</w:t>
        <w:br/>
        <w:t>f 27702/26325/22566 27701/26326/22567 27700/26327/22568</w:t>
        <w:br/>
        <w:t>f 27703/26328/22569 27702/26325/22566 27700/26327/22568</w:t>
        <w:br/>
        <w:t>f 27705/26329/22570 27704/26330/22571 27703/26328/22569</w:t>
        <w:br/>
        <w:t>f 27700/26327/22568 27705/26329/22570 27703/26328/22569</w:t>
        <w:br/>
        <w:t>f 27707/26331/22572 27704/26330/22571 27705/26329/22570</w:t>
        <w:br/>
        <w:t>f 27706/26332/22573 27707/26331/22572 27705/26329/22570</w:t>
        <w:br/>
        <w:t>f 27709/26333/22574 27707/26331/22572 27706/26332/22573</w:t>
        <w:br/>
        <w:t>f 27708/26334/22575 27709/26333/22574 27706/26332/22573</w:t>
        <w:br/>
        <w:t>f 27712/26335/22576 27711/26336/22575 27710/26337/22577</w:t>
        <w:br/>
        <w:t>f 27713/26338/22578 27712/26335/22576 27710/26337/22577</w:t>
        <w:br/>
        <w:t>f 27713/26338/22578 27710/26337/22577 27714/26339/22579</w:t>
        <w:br/>
        <w:t>f 27715/26340/22580 27713/26338/22578 27714/26339/22579</w:t>
        <w:br/>
        <w:t>f 27717/26341/22581 27715/26340/22580 27714/26339/22579</w:t>
        <w:br/>
        <w:t>f 27716/26342/22582 27717/26341/22581 27714/26339/22579</w:t>
        <w:br/>
        <w:t>f 27702/26325/22566 27717/26341/22581 27716/26342/22582</w:t>
        <w:br/>
        <w:t>f 27701/26326/22567 27702/26325/22566 27716/26342/22582</w:t>
        <w:br/>
        <w:t>f 27721/26343/22583 27720/26344/22584 27719/26345/22585</w:t>
        <w:br/>
        <w:t>f 27718/26346/22586 27721/26343/22583 27719/26345/22585</w:t>
        <w:br/>
        <w:t>f 27723/26347/22587 27722/26348/22588 27719/26345/22585</w:t>
        <w:br/>
        <w:t>f 27720/26344/22584 27723/26347/22587 27719/26345/22585</w:t>
        <w:br/>
        <w:t>f 27725/26349/22589 27724/26350/22590 27722/26348/22588</w:t>
        <w:br/>
        <w:t>f 27723/26347/22587 27725/26349/22589 27722/26348/22588</w:t>
        <w:br/>
        <w:t>f 27725/26349/22589 27727/26351/22591 27726/26352/22592</w:t>
        <w:br/>
        <w:t>f 27724/26350/22590 27725/26349/22589 27726/26352/22592</w:t>
        <w:br/>
        <w:t>f 27727/26351/22591 27729/26353/22593 27728/26354/22594</w:t>
        <w:br/>
        <w:t>f 27726/26352/22592 27727/26351/22591 27728/26354/22594</w:t>
        <w:br/>
        <w:t>f 27732/26355/22595 27731/26356/22596 27730/26357/22594</w:t>
        <w:br/>
        <w:t>f 27733/26358/22593 27732/26355/22595 27730/26357/22594</w:t>
        <w:br/>
        <w:t>f 27735/26359/22597 27734/26360/22598 27731/26356/22596</w:t>
        <w:br/>
        <w:t>f 27732/26355/22595 27735/26359/22597 27731/26356/22596</w:t>
        <w:br/>
        <w:t>f 27735/26359/22597 27721/26343/22583 27718/26346/22586</w:t>
        <w:br/>
        <w:t>f 27734/26360/22598 27735/26359/22597 27718/26346/22586</w:t>
        <w:br/>
        <w:t>f 27739/26361/14511 27738/26362/14511 27737/26363/14511</w:t>
        <w:br/>
        <w:t>f 27736/26364/14511 27739/26361/14511 27737/26363/14511</w:t>
        <w:br/>
        <w:t>f 27737/26363/14511 27768/26365/14511 27767/26366/14511</w:t>
        <w:br/>
        <w:t>f 27736/26364/14511 27737/26363/14511 27767/26366/14511</w:t>
        <w:br/>
        <w:t>f 27738/26362/14511 27739/26361/14511 27769/26367/14511</w:t>
        <w:br/>
        <w:t>f 27767/26366/14511 27768/26365/14511 27770/26368/14511</w:t>
        <w:br/>
        <w:t>f 27773/26369/22599 27772/26370/22600 27771/26371/22601</w:t>
        <w:br/>
        <w:t>f 27771/26371/22601 27772/26370/22600 27774/26372/22602</w:t>
        <w:br/>
        <w:t>f 27774/26372/22602 27772/26370/22600 27775/26373/22603</w:t>
        <w:br/>
        <w:t>f 27775/26373/22603 27772/26370/22600 27776/26374/22604</w:t>
        <w:br/>
        <w:t>f 27776/26374/22604 27772/26370/22600 27777/26375/22605</w:t>
        <w:br/>
        <w:t>f 27777/26375/22605 27772/26370/22600 27773/26369/22599</w:t>
        <w:br/>
        <w:t>f 27780/26376/22606 27779/26377/22607 27778/26378/22608</w:t>
        <w:br/>
        <w:t>f 27778/26378/22608 27779/26377/22607 27781/26379/22609</w:t>
        <w:br/>
        <w:t>f 27781/26379/22609 27779/26377/22607 27782/26380/22610</w:t>
        <w:br/>
        <w:t>f 27782/26380/22610 27779/26377/22607 27783/26381/22611</w:t>
        <w:br/>
        <w:t>f 27783/26381/22611 27779/26377/22607 27784/26382/22612</w:t>
        <w:br/>
        <w:t>f 27784/26382/22612 27779/26377/22607 27780/26376/22606</w:t>
        <w:br/>
        <w:t>f 27787/26383/22613 27786/26384/22614 27785/26385/22615</w:t>
        <w:br/>
        <w:t>f 27785/26385/22615 27786/26384/22614 27788/26386/22616</w:t>
        <w:br/>
        <w:t>f 27788/26386/22616 27786/26384/22614 27789/26387/22617</w:t>
        <w:br/>
        <w:t>f 27789/26387/22617 27791/26388/22618 27790/26389/22619</w:t>
        <w:br/>
        <w:t>f 27790/26389/22619 27791/26388/22618 27792/26390/22620</w:t>
        <w:br/>
        <w:t>f 27792/26390/22620 27791/26388/22618 27787/26383/22621</w:t>
        <w:br/>
        <w:t>f 27795/26391/22622 27794/26392/22623 27793/26393/22624</w:t>
        <w:br/>
        <w:t>f 27798/26394/22624 27797/26395/22623 27796/26396/22625</w:t>
        <w:br/>
        <w:t>f 27796/26396/22625 27797/26395/22623 27799/26397/22626</w:t>
        <w:br/>
        <w:t>f 27800/26398/22626 27794/26392/22623 27795/26391/22622</w:t>
        <w:br/>
        <w:t>f 27802/26399/22627 27801/26400/22628 27795/26391/22622</w:t>
        <w:br/>
        <w:t>f 27804/26401/22629 27803/26402/22630 27798/26394/22624</w:t>
        <w:br/>
        <w:t>f 27806/26403/22631 27805/26404/22632 27796/26396/22625</w:t>
        <w:br/>
        <w:t>f 27808/26405/22633 27807/26406/22634 27800/26398/22626</w:t>
        <w:br/>
        <w:t>f 27809/26407/22635 27801/26400/22628 27802/26399/22627</w:t>
        <w:br/>
        <w:t>f 27810/26408/22636 27804/26401/22629 27805/26404/22632</w:t>
        <w:br/>
        <w:t>f 27813/26409/22637 27812/26410/22638 27811/26411/22634</w:t>
        <w:br/>
        <w:t>f 27809/26407/22635 27814/26412/22639 27801/26400/22628</w:t>
        <w:br/>
        <w:t>f 27816/26413/22640 27809/26407/22635 27815/26414/22641</w:t>
        <w:br/>
        <w:t>f 27818/26415/22640 27817/26416/22641 27810/26408/22636</w:t>
        <w:br/>
        <w:t>f 27818/26415/22640 27810/26408/22636 27813/26409/22637</w:t>
        <w:br/>
        <w:t>f 27816/26413/22640 27819/26417/22642 27809/26407/22635</w:t>
        <w:br/>
        <w:t>f 27804/26401/22629 27796/26396/22625 27805/26404/22632</w:t>
        <w:br/>
        <w:t>f 27804/26401/22629 27798/26394/22624 27796/26396/22625</w:t>
        <w:br/>
        <w:t>f 27806/26403/22631 27799/26397/22626 27811/26411/22634</w:t>
        <w:br/>
        <w:t>f 27806/26403/22631 27796/26396/22625 27799/26397/22626</w:t>
        <w:br/>
        <w:t>f 27808/26405/22633 27795/26391/22622 27801/26400/22628</w:t>
        <w:br/>
        <w:t>f 27808/26405/22633 27800/26398/22626 27795/26391/22622</w:t>
        <w:br/>
        <w:t>f 27802/26399/22627 27793/26393/22624 27820/26418/22630</w:t>
        <w:br/>
        <w:t>f 27802/26399/22627 27795/26391/22622 27793/26393/22624</w:t>
        <w:br/>
        <w:t>f 27809/26407/22635 27802/26399/22627 27815/26414/22641</w:t>
        <w:br/>
        <w:t>f 27819/26417/22642 27807/26406/22634 27808/26405/22633</w:t>
        <w:br/>
        <w:t>f 27819/26417/22642 27808/26405/22633 27809/26407/22635</w:t>
        <w:br/>
        <w:t>f 27810/26408/22636 27805/26404/22632 27806/26403/22631</w:t>
        <w:br/>
        <w:t>f 27810/26408/22636 27806/26403/22631 27813/26409/22637</w:t>
        <w:br/>
        <w:t>f 27817/26416/22641 27804/26401/22629 27810/26408/22636</w:t>
        <w:br/>
        <w:t>f 27815/26414/22641 27802/26399/22627 27820/26418/22630</w:t>
        <w:br/>
        <w:t>f 27817/26416/22641 27803/26402/22630 27804/26401/22629</w:t>
        <w:br/>
        <w:t>f 27824/26419/22643 27823/26420/22643 27822/26421/22644</w:t>
        <w:br/>
        <w:t>f 27821/26422/22645 27824/26419/22643 27822/26421/22644</w:t>
        <w:br/>
        <w:t>f 27825/26423/22646 27823/26420/22643 27824/26419/22643</w:t>
        <w:br/>
        <w:t>f 27826/26424/22647 27825/26423/22646 27824/26419/22643</w:t>
        <w:br/>
        <w:t>f 27827/26425/22648 27825/26423/22646 27826/26424/22647</w:t>
        <w:br/>
        <w:t>f 27828/26426/22649 27827/26425/22648 27826/26424/22647</w:t>
        <w:br/>
        <w:t>f 27830/26427/22650 27829/26428/22650 27827/26425/22648</w:t>
        <w:br/>
        <w:t>f 27828/26426/22649 27830/26427/22650 27827/26425/22648</w:t>
        <w:br/>
        <w:t>f 27832/26429/22651 27831/26430/22652 27829/26428/22650</w:t>
        <w:br/>
        <w:t>f 27830/26427/22650 27832/26429/22651 27829/26428/22650</w:t>
        <w:br/>
        <w:t>f 27833/26431/22653 27831/26430/22652 27832/26429/22651</w:t>
        <w:br/>
        <w:t>f 27834/26432/22653 27833/26431/22653 27832/26429/22651</w:t>
        <w:br/>
        <w:t>f 27822/26421/22644 27836/26433/22654 27835/26434/22654</w:t>
        <w:br/>
        <w:t>f 27821/26422/22645 27822/26421/22644 27835/26434/22654</w:t>
        <w:br/>
        <w:t>f 27835/26434/22654 27836/26433/22654 27833/26431/22653</w:t>
        <w:br/>
        <w:t>f 27834/26432/22653 27835/26434/22654 27833/26431/22653</w:t>
        <w:br/>
        <w:t>f 27839/26435/22655 27838/26436/22655 27837/26437/22656</w:t>
        <w:br/>
        <w:t>f 27843/26438/22657 27842/26439/22658 27841/26440/22659</w:t>
        <w:br/>
        <w:t>f 27840/26441/22660 27843/26438/22657 27841/26440/22659</w:t>
        <w:br/>
        <w:t>f 27838/26436/22655 27839/26435/22655 27843/26438/22657</w:t>
        <w:br/>
        <w:t>f 27840/26441/22660 27838/26436/22655 27843/26438/22657</w:t>
        <w:br/>
        <w:t>f 27841/26440/22659 27842/26439/22658 27844/26442/22661</w:t>
        <w:br/>
        <w:t>f 27848/26443/22662 27847/26444/22662 27846/26445/22663</w:t>
        <w:br/>
        <w:t>f 27845/26446/22663 27848/26443/22662 27846/26445/22663</w:t>
        <w:br/>
        <w:t>f 27851/26447/22664 27850/26448/22665 27849/26449/22666</w:t>
        <w:br/>
        <w:t>f 27852/26450/22667 27851/26447/22664 27849/26449/22666</w:t>
        <w:br/>
        <w:t>f 27846/26445/22663 27854/26451/22668 27853/26452/22669</w:t>
        <w:br/>
        <w:t>f 27845/26446/22663 27846/26445/22663 27853/26452/22669</w:t>
        <w:br/>
        <w:t>f 27851/26447/22664 27856/26453/22670 27855/26454/22670</w:t>
        <w:br/>
        <w:t>f 27850/26448/22665 27851/26447/22664 27855/26454/22670</w:t>
        <w:br/>
        <w:t>f 27859/26455/22671 27858/26456/22671 27857/26457/22672</w:t>
        <w:br/>
        <w:t>f 27860/26458/22672 27859/26455/22671 27857/26457/22672</w:t>
        <w:br/>
        <w:t>f 27864/26459/22673 27863/26460/22674 27862/26461/22675</w:t>
        <w:br/>
        <w:t>f 27861/26462/22673 27864/26459/22673 27862/26461/22675</w:t>
        <w:br/>
        <w:t>f 27868/26463/22676 27867/26464/22677 27866/26465/22677</w:t>
        <w:br/>
        <w:t>f 27865/26466/22678 27868/26463/22676 27866/26465/22677</w:t>
        <w:br/>
        <w:t>f 27859/26455/22671 27870/26467/22679 27869/26468/22679</w:t>
        <w:br/>
        <w:t>f 27858/26456/22671 27859/26455/22671 27869/26468/22679</w:t>
        <w:br/>
        <w:t>f 27872/26469/22680 27871/26470/22680 27862/26461/22675</w:t>
        <w:br/>
        <w:t>f 27863/26460/22674 27872/26469/22680 27862/26461/22675</w:t>
        <w:br/>
        <w:t>f 27874/26471/22681 27873/26472/22681 27866/26465/22677</w:t>
        <w:br/>
        <w:t>f 27867/26464/22677 27874/26471/22681 27866/26465/22677</w:t>
        <w:br/>
        <w:t>f 27878/26473/22682 27877/26474/22683 27876/26475/22684</w:t>
        <w:br/>
        <w:t>f 27875/26476/22685 27878/26473/22682 27876/26475/22684</w:t>
        <w:br/>
        <w:t>f 27882/26477/22686 27881/26478/22687 27880/26479/22688</w:t>
        <w:br/>
        <w:t>f 27879/26480/22686 27882/26477/22686 27880/26479/22688</w:t>
        <w:br/>
        <w:t>f 27853/26452/22669 27854/26451/22668 27876/26475/22684</w:t>
        <w:br/>
        <w:t>f 27877/26474/22683 27853/26452/22669 27876/26475/22684</w:t>
        <w:br/>
        <w:t>f 27855/26454/22670 27856/26453/22670 27882/26477/22686</w:t>
        <w:br/>
        <w:t>f 27879/26480/22686 27855/26454/22670 27882/26477/22686</w:t>
        <w:br/>
        <w:t>f 27886/26481/22689 27885/26482/22690 27884/26483/22691</w:t>
        <w:br/>
        <w:t>f 27883/26484/22689 27886/26481/22689 27884/26483/22691</w:t>
        <w:br/>
        <w:t>f 27889/26485/22692 27888/26486/22693 27887/26487/22694</w:t>
        <w:br/>
        <w:t>f 27890/26488/22694 27889/26485/22692 27887/26487/22694</w:t>
        <w:br/>
        <w:t>f 27894/26489/22695 27893/26490/22695 27892/26491/22696</w:t>
        <w:br/>
        <w:t>f 27891/26492/22696 27894/26489/22695 27892/26491/22696</w:t>
        <w:br/>
        <w:t>f 27869/26468/22679 27870/26467/22679 27886/26481/22689</w:t>
        <w:br/>
        <w:t>f 27883/26484/22689 27869/26468/22679 27886/26481/22689</w:t>
        <w:br/>
        <w:t>f 27872/26469/22680 27890/26488/22694 27887/26487/22694</w:t>
        <w:br/>
        <w:t>f 27871/26470/22680 27872/26469/22680 27887/26487/22694</w:t>
        <w:br/>
        <w:t>f 27892/26491/22696 27873/26472/22681 27874/26471/22681</w:t>
        <w:br/>
        <w:t>f 27891/26492/22696 27892/26491/22696 27874/26471/22681</w:t>
        <w:br/>
        <w:t>f 27895/26493/22697 27860/26458/22672 27857/26457/22672</w:t>
        <w:br/>
        <w:t>f 27896/26494/22697 27895/26493/22697 27857/26457/22672</w:t>
        <w:br/>
        <w:t>f 27852/26450/22667 27849/26449/22666 27864/26459/22673</w:t>
        <w:br/>
        <w:t>f 27861/26462/22673 27852/26450/22667 27864/26459/22673</w:t>
        <w:br/>
        <w:t>f 27868/26463/22676 27865/26466/22678 27847/26444/22662</w:t>
        <w:br/>
        <w:t>f 27848/26443/22662 27868/26463/22676 27847/26444/22662</w:t>
        <w:br/>
        <w:t>f 27894/26489/22695 27878/26473/22682 27875/26476/22685</w:t>
        <w:br/>
        <w:t>f 27893/26490/22695 27894/26489/22695 27875/26476/22685</w:t>
        <w:br/>
        <w:t>f 27889/26485/22692 27880/26479/22688 27881/26478/22687</w:t>
        <w:br/>
        <w:t>f 27888/26486/22693 27889/26485/22692 27881/26478/22687</w:t>
        <w:br/>
        <w:t>f 27896/26494/22697 27898/26495/22698 27897/26496/22698</w:t>
        <w:br/>
        <w:t>f 27895/26493/22697 27896/26494/22697 27897/26496/22698</w:t>
        <w:br/>
        <w:t>f 27900/26497/22699 27899/26498/22699 27897/26496/22698</w:t>
        <w:br/>
        <w:t>f 27898/26495/22698 27900/26497/22699 27897/26496/22698</w:t>
        <w:br/>
        <w:t>f 27900/26497/22699 27902/26499/22700 27901/26500/22701</w:t>
        <w:br/>
        <w:t>f 27899/26498/22699 27900/26497/22699 27901/26500/22701</w:t>
        <w:br/>
        <w:t>f 27904/26501/22702 27903/26502/22702 27901/26500/22701</w:t>
        <w:br/>
        <w:t>f 27902/26499/22700 27904/26501/22702 27901/26500/22701</w:t>
        <w:br/>
        <w:t>f 27903/26502/22702 27904/26501/22702 27884/26483/22691</w:t>
        <w:br/>
        <w:t>f 27885/26482/22690 27903/26502/22702 27884/26483/22691</w:t>
        <w:br/>
        <w:t>f 27908/26503/22703 27907/26504/22704 27906/26505/22704</w:t>
        <w:br/>
        <w:t>f 27905/26506/22703 27908/26503/22703 27906/26505/22704</w:t>
        <w:br/>
        <w:t>f 27910/26507/22705 27909/26508/22705 27906/26505/22704</w:t>
        <w:br/>
        <w:t>f 27907/26504/22704 27910/26507/22705 27906/26505/22704</w:t>
        <w:br/>
        <w:t>f 27909/26508/22705 27910/26507/22705 27911/26509/22706</w:t>
        <w:br/>
        <w:t>f 27912/26510/22706 27909/26508/22705 27911/26509/22706</w:t>
        <w:br/>
        <w:t>f 27911/26509/22706 27914/26511/22707 27913/26512/22708</w:t>
        <w:br/>
        <w:t>f 27912/26510/22706 27911/26509/22706 27913/26512/22708</w:t>
        <w:br/>
        <w:t>f 27913/26512/22708 27914/26511/22707 27915/26513/22709</w:t>
        <w:br/>
        <w:t>f 27916/26514/22710 27913/26512/22708 27915/26513/22709</w:t>
        <w:br/>
        <w:t>f 27918/26515/22711 27916/26514/22710 27915/26513/22709</w:t>
        <w:br/>
        <w:t>f 27917/26516/22712 27918/26515/22711 27915/26513/22709</w:t>
        <w:br/>
        <w:t>f 27917/26516/22712 27920/26517/22713 27919/26518/22714</w:t>
        <w:br/>
        <w:t>f 27918/26515/22711 27917/26516/22712 27919/26518/22714</w:t>
        <w:br/>
        <w:t>f 27922/26519/22715 27921/26520/22716 27919/26518/22714</w:t>
        <w:br/>
        <w:t>f 27920/26517/22713 27922/26519/22715 27919/26518/22714</w:t>
        <w:br/>
        <w:t>f 27922/26519/22715 27924/26521/22717 27923/26522/22718</w:t>
        <w:br/>
        <w:t>f 27921/26520/22716 27922/26519/22715 27923/26522/22718</w:t>
        <w:br/>
        <w:t>f 27923/26522/22718 27924/26521/22717 27908/26503/22703</w:t>
        <w:br/>
        <w:t>f 27905/26506/22703 27923/26522/22718 27908/26503/22703</w:t>
        <w:br/>
        <w:t>f 27927/26523/22719 27926/26524/22720 27925/26525/22721</w:t>
        <w:br/>
        <w:t>f 27928/26526/22722 27927/26523/22719 27925/26525/22721</w:t>
        <w:br/>
        <w:t>f 27931/26527/22723 27930/26528/22724 27929/26529/22724</w:t>
        <w:br/>
        <w:t>f 27932/26530/22725 27931/26527/22723 27929/26529/22724</w:t>
        <w:br/>
        <w:t>f 27931/26527/22723 27932/26530/22725 27934/26531/22726</w:t>
        <w:br/>
        <w:t>f 27933/26532/22727 27931/26527/22723 27934/26531/22726</w:t>
        <w:br/>
        <w:t>f 27937/26533/22720 27936/26534/22728 27935/26535/22728</w:t>
        <w:br/>
        <w:t>f 27926/26524/22720 27937/26533/22720 27935/26535/22728</w:t>
        <w:br/>
        <w:t>f 27937/26533/22720 27926/26524/22720 27927/26523/22719</w:t>
        <w:br/>
        <w:t>f 27930/26528/22724 27928/26526/22722 27925/26525/22721</w:t>
        <w:br/>
        <w:t>f 27929/26529/22724 27930/26528/22724 27925/26525/22721</w:t>
        <w:br/>
        <w:t>f 27941/26536/22720 27940/26537/22729 27939/26538/22730</w:t>
        <w:br/>
        <w:t>f 27938/26539/22731 27941/26536/22720 27939/26538/22730</w:t>
        <w:br/>
        <w:t>f 27944/26540/22732 27943/26541/22733 27942/26542/22734</w:t>
        <w:br/>
        <w:t>f 27945/26543/22734 27944/26540/22732 27942/26542/22734</w:t>
        <w:br/>
        <w:t>f 27944/26540/22732 27933/26532/22727 27934/26531/22726</w:t>
        <w:br/>
        <w:t>f 27943/26541/22733 27944/26540/22732 27934/26531/22726</w:t>
        <w:br/>
        <w:t>f 27946/26544/22720 27938/26539/22731 27935/26535/22728</w:t>
        <w:br/>
        <w:t>f 27936/26534/22728 27946/26544/22720 27935/26535/22728</w:t>
        <w:br/>
        <w:t>f 27938/26539/22731 27946/26544/22720 27941/26536/22720</w:t>
        <w:br/>
        <w:t>f 27945/26543/22734 27942/26542/22734 27939/26538/22730</w:t>
        <w:br/>
        <w:t>f 27940/26537/22729 27945/26543/22734 27939/26538/22730</w:t>
        <w:br/>
        <w:t>f 28333/26545/22735 28332/26546/22736 28331/26547/22737</w:t>
        <w:br/>
        <w:t>f 28333/26545/22735 28335/26548/22738 28334/26549/22739</w:t>
        <w:br/>
        <w:t>f 28338/26550/22740 28337/26551/22741 28336/26552/22742</w:t>
        <w:br/>
        <w:t>f 28340/26553/22743 28334/26549/22739 28335/26548/22738</w:t>
        <w:br/>
        <w:t>f 28339/26554/22744 28340/26553/22743 28335/26548/22738</w:t>
        <w:br/>
        <w:t>f 28339/26554/22744 28341/26555/22745 28340/26553/22743</w:t>
        <w:br/>
        <w:t>f 28338/26550/22740 28336/26552/22742 28342/26556/22746</w:t>
        <w:br/>
        <w:t>f 28343/26557/22747 28340/26553/22743 28341/26555/22745</w:t>
        <w:br/>
        <w:t>f 28346/26558/22748 28345/26559/22749 28344/26560/22750</w:t>
        <w:br/>
        <w:t>f 28348/26561/22751 28347/26562/22752 28345/26559/22749</w:t>
        <w:br/>
        <w:t>f 28346/26558/22748 28344/26560/22750 28337/26551/22741</w:t>
        <w:br/>
        <w:t>f 28338/26550/22740 28346/26558/22748 28337/26551/22741</w:t>
        <w:br/>
        <w:t>f 28352/26563/22753 28351/26564/22754 28350/26565/22755</w:t>
        <w:br/>
        <w:t>f 28349/26566/22755 28352/26563/22753 28350/26565/22755</w:t>
        <w:br/>
        <w:t>f 28353/26567/22756 28351/26564/22754 28352/26563/22753</w:t>
        <w:br/>
        <w:t>f 28354/26568/22757 28353/26567/22756 28352/26563/22753</w:t>
        <w:br/>
        <w:t>f 28355/26569/22758 28353/26567/22756 28354/26568/22757</w:t>
        <w:br/>
        <w:t>f 28356/26570/22759 28355/26569/22758 28354/26568/22757</w:t>
        <w:br/>
        <w:t>f 28358/26571/22760 28357/26572/22761 28355/26569/22758</w:t>
        <w:br/>
        <w:t>f 28356/26570/22759 28358/26571/22760 28355/26569/22758</w:t>
        <w:br/>
        <w:t>f 28358/26571/22760 28360/26573/22762 28359/26574/22762</w:t>
        <w:br/>
        <w:t>f 28357/26572/22761 28358/26571/22760 28359/26574/22762</w:t>
        <w:br/>
        <w:t>f 28361/26575/22763 28343/26557/22747 28341/26555/22745</w:t>
        <w:br/>
        <w:t>f 28346/26558/22748 28348/26561/22751 28345/26559/22749</w:t>
        <w:br/>
        <w:t>f 28333/26545/22735 28334/26549/22739 28332/26546/22736</w:t>
        <w:br/>
        <w:t>f 28336/26552/22742 28362/26576/22764 28342/26556/22746</w:t>
        <w:br/>
        <w:t>f 28363/26577/22765 28331/26547/22737 28332/26546/22736</w:t>
        <w:br/>
        <w:t>f 28363/26577/22765 28365/26578/22766 28364/26579/22767</w:t>
        <w:br/>
        <w:t>f 28368/26580/22768 28367/26581/22769 28366/26582/22770</w:t>
        <w:br/>
        <w:t>f 28370/26583/22771 28369/26584/22772 28364/26579/22767</w:t>
        <w:br/>
        <w:t>f 28365/26578/22766 28370/26583/22771 28364/26579/22767</w:t>
        <w:br/>
        <w:t>f 28369/26584/22772 28370/26583/22771 28371/26585/22773</w:t>
        <w:br/>
        <w:t>f 28368/26580/22768 28342/26556/22746 28367/26581/22769</w:t>
        <w:br/>
        <w:t>f 28343/26557/22747 28371/26585/22773 28370/26583/22771</w:t>
        <w:br/>
        <w:t>f 28374/26586/22774 28373/26587/22775 28372/26588/22776</w:t>
        <w:br/>
        <w:t>f 28348/26561/22751 28372/26588/22776 28347/26562/22752</w:t>
        <w:br/>
        <w:t>f 28374/26586/22774 28368/26580/22768 28366/26582/22770</w:t>
        <w:br/>
        <w:t>f 28373/26587/22775 28374/26586/22774 28366/26582/22770</w:t>
        <w:br/>
        <w:t>f 28378/26589/22777 28377/26590/22755 28376/26591/22755</w:t>
        <w:br/>
        <w:t>f 28375/26592/22778 28378/26589/22777 28376/26591/22755</w:t>
        <w:br/>
        <w:t>f 28378/26589/22777 28375/26592/22778 28379/26593/22779</w:t>
        <w:br/>
        <w:t>f 28380/26594/22780 28378/26589/22777 28379/26593/22779</w:t>
        <w:br/>
        <w:t>f 28380/26594/22780 28379/26593/22779 28381/26595/22781</w:t>
        <w:br/>
        <w:t>f 28382/26596/22781 28380/26594/22780 28381/26595/22781</w:t>
        <w:br/>
        <w:t>f 28384/26597/22782 28382/26596/22781 28381/26595/22781</w:t>
        <w:br/>
        <w:t>f 28383/26598/22782 28384/26597/22782 28381/26595/22781</w:t>
        <w:br/>
        <w:t>f 28386/26599/22762 28385/26600/22762 28384/26597/22782</w:t>
        <w:br/>
        <w:t>f 28383/26598/22782 28386/26599/22762 28384/26597/22782</w:t>
        <w:br/>
        <w:t>f 28361/26575/22763 28371/26585/22773 28343/26557/22747</w:t>
        <w:br/>
        <w:t>f 28374/26586/22774 28372/26588/22776 28348/26561/22751</w:t>
        <w:br/>
        <w:t>f 28363/26577/22765 28332/26546/22736 28365/26578/22766</w:t>
        <w:br/>
        <w:t>f 28367/26581/22769 28342/26556/22746 28362/26576/22764</w:t>
        <w:br/>
        <w:t>f 28389/26601/22783 28388/26602/22784 28387/26603/22785</w:t>
        <w:br/>
        <w:t>f 28392/26604/22786 28391/26605/22787 28390/26606/22788</w:t>
        <w:br/>
        <w:t>f 28390/26606/22788 28394/26607/22789 28393/26608/22790</w:t>
        <w:br/>
        <w:t>f 28392/26604/22786 28390/26606/22788 28393/26608/22790</w:t>
        <w:br/>
        <w:t>f 28396/26609/22791 28395/26610/22792 28388/26602/22784</w:t>
        <w:br/>
        <w:t>f 28389/26601/22783 28396/26609/22791 28388/26602/22784</w:t>
        <w:br/>
        <w:t>f 28399/26611/22793 28398/26612/22794 28397/26613/22795</w:t>
        <w:br/>
        <w:t>f 28388/26602/22784 28401/26614/22796 28400/26615/22796</w:t>
        <w:br/>
        <w:t>f 28387/26603/22785 28388/26602/22784 28400/26615/22796</w:t>
        <w:br/>
        <w:t>f 28401/26614/22796 28402/26616/22797 28400/26615/22796</w:t>
        <w:br/>
        <w:t>f 28402/26616/22797 28404/26617/22798 28403/26618/22799</w:t>
        <w:br/>
        <w:t>f 28405/26619/22799 28402/26616/22797 28403/26618/22799</w:t>
        <w:br/>
        <w:t>f 28393/26608/22790 28394/26607/22789 28406/26620/22800</w:t>
        <w:br/>
        <w:t>f 28410/26621/22801 28409/26622/22802 28408/26623/22803</w:t>
        <w:br/>
        <w:t>f 28407/26624/22803 28410/26621/22801 28408/26623/22803</w:t>
        <w:br/>
        <w:t>f 28412/26625/22804 28411/26626/22805 28393/26608/22790</w:t>
        <w:br/>
        <w:t>f 28406/26620/22800 28412/26625/22804 28393/26608/22790</w:t>
        <w:br/>
        <w:t>f 28413/26627/22806 28411/26626/22805 28412/26625/22804</w:t>
        <w:br/>
        <w:t>f 28413/26627/22806 28415/26628/22807 28414/26629/22808</w:t>
        <w:br/>
        <w:t>f 28411/26626/22805 28413/26627/22806 28414/26629/22808</w:t>
        <w:br/>
        <w:t>f 28399/26611/22793 28417/26630/22809 28416/26631/22810</w:t>
        <w:br/>
        <w:t>f 28398/26612/22794 28399/26611/22793 28416/26631/22810</w:t>
        <w:br/>
        <w:t>f 28405/26619/22799 28403/26618/22799 28417/26630/22811</w:t>
        <w:br/>
        <w:t>f 28398/26612/22812 28418/26632/22813 28391/26605/22787</w:t>
        <w:br/>
        <w:t>f 28392/26604/22786 28398/26612/22812 28391/26605/22787</w:t>
        <w:br/>
        <w:t>f 28418/26632/22813 28398/26612/22812 28415/26628/22814</w:t>
        <w:br/>
        <w:t>f 28422/26633/22815 28421/26634/22816 28420/26635/22817</w:t>
        <w:br/>
        <w:t>f 28419/26636/22815 28422/26633/22815 28420/26635/22817</w:t>
        <w:br/>
        <w:t>f 28424/26637/22818 28420/26635/22817 28421/26634/22816</w:t>
        <w:br/>
        <w:t>f 28423/26638/22818 28424/26637/22818 28421/26634/22816</w:t>
        <w:br/>
        <w:t>f 28426/26639/22819 28425/26640/22819 28424/26637/22818</w:t>
        <w:br/>
        <w:t>f 28423/26638/22818 28426/26639/22819 28424/26637/22818</w:t>
        <w:br/>
        <w:t>f 28430/26641/22820 28429/26642/22821 28428/26643/22822</w:t>
        <w:br/>
        <w:t>f 28427/26644/22820 28430/26641/22820 28428/26643/22822</w:t>
        <w:br/>
        <w:t>f 28407/26624/22803 28408/26623/22803 28422/26633/22815</w:t>
        <w:br/>
        <w:t>f 28419/26636/22815 28407/26624/22803 28422/26633/22815</w:t>
        <w:br/>
        <w:t>f 28410/26621/22801 28428/26643/22822 28429/26642/22821</w:t>
        <w:br/>
        <w:t>f 28409/26622/22802 28410/26621/22801 28429/26642/22821</w:t>
        <w:br/>
        <w:t>f 28425/26640/22819 28426/26639/22819 28430/26641/22820</w:t>
        <w:br/>
        <w:t>f 28427/26644/22820 28425/26640/22819 28430/26641/22820</w:t>
        <w:br/>
        <w:t>f 28472/26645/22823 28471/26646/22824 28470/26647/22825</w:t>
        <w:br/>
        <w:t>f 28469/26648/22826 28472/26645/22823 28470/26647/22825</w:t>
        <w:br/>
        <w:t>f 28471/26646/22824 28473/26649/22827 28470/26647/22825</w:t>
        <w:br/>
        <w:t>f 28476/26650/22828 28475/26651/22829 28474/26652/22830</w:t>
        <w:br/>
        <w:t>f 28477/26653/22831 28476/26650/22828 28474/26652/22830</w:t>
        <w:br/>
        <w:t>f 28478/26654/22832 28475/26651/22829 28476/26650/22828</w:t>
        <w:br/>
        <w:t>f 28480/26655/22833 28473/26649/22827 28471/26646/22824</w:t>
        <w:br/>
        <w:t>f 28479/26656/22834 28480/26655/22833 28471/26646/22824</w:t>
        <w:br/>
        <w:t>f 28483/26657/22835 28482/26658/22835 28481/26659/22836</w:t>
        <w:br/>
        <w:t>f 28482/26658/22835 28483/26657/22835 28471/26646/22824</w:t>
        <w:br/>
        <w:t>f 28478/26654/22837 28482/26658/22835 28471/26646/22824</w:t>
        <w:br/>
        <w:t>f 28485/26660/22838 28479/26656/22839 28481/26659/22836</w:t>
        <w:br/>
        <w:t>f 28484/26661/22840 28485/26660/22838 28481/26659/22836</w:t>
        <w:br/>
        <w:t>f 28479/26656/22834 28486/26662/22841 28480/26655/22833</w:t>
        <w:br/>
        <w:t>f 28488/26663/22842 28487/26664/22842 28486/26662/22841</w:t>
        <w:br/>
        <w:t>f 28479/26656/22834 28488/26663/22842 28486/26662/22841</w:t>
        <w:br/>
        <w:t>f 28489/26665/22843 28472/26645/22823 28469/26648/22826</w:t>
        <w:br/>
        <w:t>f 28492/26666/22844 28489/26665/22845 28491/26667/22846</w:t>
        <w:br/>
        <w:t>f 28490/26668/22847 28492/26666/22844 28491/26667/22846</w:t>
        <w:br/>
        <w:t>f 28488/26663/22842 28491/26667/22846 28487/26664/22842</w:t>
        <w:br/>
        <w:t>f 28485/26660/22838 28484/26661/22840 28493/26669/22848</w:t>
        <w:br/>
        <w:t>f 28493/26669/22848 28494/26670/22849 28472/26645/22823</w:t>
        <w:br/>
        <w:t>f 28485/26660/22838 28493/26669/22848 28472/26645/22823</w:t>
        <w:br/>
        <w:t>f 28477/26653/22850 28472/26645/22823 28494/26670/22849</w:t>
        <w:br/>
        <w:t>f 28498/26671/22851 28497/26672/22852 28496/26673/22853</w:t>
        <w:br/>
        <w:t>f 28495/26674/22854 28498/26671/22851 28496/26673/22853</w:t>
        <w:br/>
        <w:t>f 28499/26675/22855 28497/26672/22852 28498/26671/22851</w:t>
        <w:br/>
        <w:t>f 28500/26676/22856 28499/26675/22855 28498/26671/22851</w:t>
        <w:br/>
        <w:t>f 28502/26677/22857 28501/26678/22857 28499/26675/22855</w:t>
        <w:br/>
        <w:t>f 28500/26676/22856 28502/26677/22857 28499/26675/22855</w:t>
        <w:br/>
        <w:t>f 28504/26679/22858 28503/26680/22858 28501/26678/22857</w:t>
        <w:br/>
        <w:t>f 28502/26677/22857 28504/26679/22858 28501/26678/22857</w:t>
        <w:br/>
        <w:t>f 28506/26681/22859 28505/26682/22860 28503/26680/22858</w:t>
        <w:br/>
        <w:t>f 28504/26679/22858 28506/26681/22859 28503/26680/22858</w:t>
        <w:br/>
        <w:t>f 28507/26683/22861 28505/26682/22860 28506/26681/22859</w:t>
        <w:br/>
        <w:t>f 28508/26684/22861 28507/26683/22861 28506/26681/22859</w:t>
        <w:br/>
        <w:t>f 28509/26685/22862 28507/26683/22861 28508/26684/22861</w:t>
        <w:br/>
        <w:t>f 28510/26686/22862 28509/26685/22862 28508/26684/22861</w:t>
        <w:br/>
        <w:t>f 28495/26674/22854 28496/26673/22853 28509/26685/22862</w:t>
        <w:br/>
        <w:t>f 28510/26686/22862 28495/26674/22854 28509/26685/22862</w:t>
        <w:br/>
        <w:t>f 28513/26687/22863 28512/26688/22864 28511/26689/22865</w:t>
        <w:br/>
        <w:t>f 28514/26690/22866 28513/26687/22863 28511/26689/22865</w:t>
        <w:br/>
        <w:t>f 28517/26691/22867 28516/26692/22868 28515/26693/22869</w:t>
        <w:br/>
        <w:t>f 28518/26694/22870 28517/26691/22867 28515/26693/22869</w:t>
        <w:br/>
        <w:t>f 28513/26687/22863 28517/26691/22867 28512/26688/22864</w:t>
        <w:br/>
        <w:t>f 28518/26694/22870 28515/26693/22869 28519/26695/22871</w:t>
        <w:br/>
        <w:t>f 28521/26696/22872 28519/26695/22871 28515/26693/22869</w:t>
        <w:br/>
        <w:t>f 28520/26697/22873 28521/26696/22872 28515/26693/22869</w:t>
        <w:br/>
        <w:t>f 28521/26696/22872 28520/26697/22873 28522/26698/22874</w:t>
        <w:br/>
        <w:t>f 28525/26699/22875 28524/26700/22876 28523/26701/22877</w:t>
        <w:br/>
        <w:t>f 28526/26702/22878 28513/26687/22863 28523/26701/22879</w:t>
        <w:br/>
        <w:t>f 28527/26703/22880 28526/26702/22878 28523/26701/22879</w:t>
        <w:br/>
        <w:t>f 28526/26702/22878 28527/26703/22880 28528/26704/22881</w:t>
        <w:br/>
        <w:t>f 28513/26687/22863 28530/26705/22882 28529/26706/22883</w:t>
        <w:br/>
        <w:t>f 28524/26700/22876 28513/26687/22863 28529/26706/22883</w:t>
        <w:br/>
        <w:t>f 28530/26705/22882 28531/26707/22884 28529/26706/22883</w:t>
        <w:br/>
        <w:t>f 28531/26707/22885 28514/26690/22886 28520/26697/22887</w:t>
        <w:br/>
        <w:t>f 28532/26708/22888 28531/26707/22885 28520/26697/22887</w:t>
        <w:br/>
        <w:t>f 28520/26697/22887 28533/26709/22889 28532/26708/22888</w:t>
        <w:br/>
        <w:t>f 28535/26710/22890 28522/26698/22891 28534/26711/22892</w:t>
        <w:br/>
        <w:t>f 28536/26712/22892 28535/26710/22890 28534/26711/22892</w:t>
        <w:br/>
        <w:t>f 28511/26689/22865 28535/26710/22893 28514/26690/22866</w:t>
        <w:br/>
        <w:t>f 28533/26709/22889 28520/26697/22887 28526/26702/22878</w:t>
        <w:br/>
        <w:t>f 28528/26704/22881 28533/26709/22889 28526/26702/22878</w:t>
        <w:br/>
        <w:t>f 28540/26713/22894 28539/26714/22894 28538/26715/22895</w:t>
        <w:br/>
        <w:t>f 28537/26716/22896 28540/26713/22894 28538/26715/22895</w:t>
        <w:br/>
        <w:t>f 28541/26717/22897 28539/26714/22894 28540/26713/22894</w:t>
        <w:br/>
        <w:t>f 28542/26718/22897 28541/26717/22897 28540/26713/22894</w:t>
        <w:br/>
        <w:t>f 28543/26719/22898 28541/26717/22897 28542/26718/22897</w:t>
        <w:br/>
        <w:t>f 28544/26720/22898 28543/26719/22898 28542/26718/22897</w:t>
        <w:br/>
        <w:t>f 28546/26721/22899 28545/26722/22899 28543/26719/22898</w:t>
        <w:br/>
        <w:t>f 28544/26720/22898 28546/26721/22899 28543/26719/22898</w:t>
        <w:br/>
        <w:t>f 28547/26723/22900 28545/26722/22899 28546/26721/22899</w:t>
        <w:br/>
        <w:t>f 28548/26724/22900 28547/26723/22900 28546/26721/22899</w:t>
        <w:br/>
        <w:t>f 28549/26725/22901 28547/26723/22900 28548/26724/22900</w:t>
        <w:br/>
        <w:t>f 28550/26726/22902 28549/26725/22901 28548/26724/22900</w:t>
        <w:br/>
        <w:t>f 28551/26727/22903 28549/26725/22901 28550/26726/22902</w:t>
        <w:br/>
        <w:t>f 28552/26728/22903 28551/26727/22903 28550/26726/22902</w:t>
        <w:br/>
        <w:t>f 28537/26716/22896 28538/26715/22895 28551/26727/22903</w:t>
        <w:br/>
        <w:t>f 28552/26728/22903 28537/26716/22896 28551/26727/22903</w:t>
        <w:br/>
        <w:t>f 28556/26729/22904 28555/26730/22905 28554/26731/22906</w:t>
        <w:br/>
        <w:t>f 28553/26732/22907 28556/26729/22904 28554/26731/22906</w:t>
        <w:br/>
        <w:t>f 28557/26733/22908 28554/26731/22906 28555/26730/22905</w:t>
        <w:br/>
        <w:t>f 28553/26732/22907 28558/26734/22909 28556/26729/22904</w:t>
        <w:br/>
        <w:t>f 28561/26735/22910 28560/26736/22910 28559/26737/22911</w:t>
        <w:br/>
        <w:t>f 28561/26735/22910 28563/26738/22912 28562/26739/22913</w:t>
        <w:br/>
        <w:t>f 28560/26736/22910 28561/26735/22910 28562/26739/22913</w:t>
        <w:br/>
        <w:t>f 28566/26740/22914 28565/26741/22914 28564/26742/22915</w:t>
        <w:br/>
        <w:t>f 28567/26743/22916 28566/26740/22914 28564/26742/22915</w:t>
        <w:br/>
        <w:t>f 28571/26744/22917 28570/26745/22918 28569/26746/22919</w:t>
        <w:br/>
        <w:t>f 28568/26747/22920 28571/26744/22917 28569/26746/22919</w:t>
        <w:br/>
        <w:t>f 28569/26746/22919 28562/26739/22913 28563/26738/22912</w:t>
        <w:br/>
        <w:t>f 28564/26742/22915 28572/26748/22921 28567/26743/22916</w:t>
        <w:br/>
        <w:t>f 28573/26749/22922 28572/26748/22921 28564/26742/22915</w:t>
        <w:br/>
        <w:t>f 28574/26750/22923 28573/26749/22922 28564/26742/22915</w:t>
        <w:br/>
        <w:t>f 28574/26750/22923 28575/26751/22924 28573/26749/22922</w:t>
        <w:br/>
        <w:t>f 28558/26734/22909 28553/26732/22907 28574/26750/22923</w:t>
        <w:br/>
        <w:t>f 28576/26752/22925 28558/26734/22909 28574/26750/22923</w:t>
        <w:br/>
        <w:t>f 28580/26753/22926 28579/26754/22927 28578/26755/22928</w:t>
        <w:br/>
        <w:t>f 28577/26756/22929 28580/26753/22926 28578/26755/22928</w:t>
        <w:br/>
        <w:t>f 28574/26750/22923 28579/26754/22927 28576/26752/22925</w:t>
        <w:br/>
        <w:t>f 28577/26756/22929 28581/26757/22930 28580/26753/22926</w:t>
        <w:br/>
        <w:t>f 28581/26757/22930 28577/26756/22929 28554/26731/22906</w:t>
        <w:br/>
        <w:t>f 28557/26733/22908 28581/26757/22930 28554/26731/22906</w:t>
        <w:br/>
        <w:t>f 28584/26758/22931 28583/26759/22932 28582/26760/22932</w:t>
        <w:br/>
        <w:t>f 28585/26761/22933 28584/26758/22931 28582/26760/22932</w:t>
        <w:br/>
        <w:t>f 28586/26762/22934 28582/26760/22932 28583/26759/22932</w:t>
        <w:br/>
        <w:t>f 28587/26763/22934 28586/26762/22934 28583/26759/22932</w:t>
        <w:br/>
        <w:t>f 28589/26764/22935 28588/26765/22936 28586/26762/22934</w:t>
        <w:br/>
        <w:t>f 28587/26763/22934 28589/26764/22935 28586/26762/22934</w:t>
        <w:br/>
        <w:t>f 28591/26766/22937 28590/26767/22937 28588/26765/22936</w:t>
        <w:br/>
        <w:t>f 28589/26764/22935 28591/26766/22937 28588/26765/22936</w:t>
        <w:br/>
        <w:t>f 28592/26768/22938 28590/26767/22937 28591/26766/22937</w:t>
        <w:br/>
        <w:t>f 28593/26769/22939 28592/26768/22938 28591/26766/22937</w:t>
        <w:br/>
        <w:t>f 28594/26770/22940 28592/26768/22938 28593/26769/22939</w:t>
        <w:br/>
        <w:t>f 28595/26771/22941 28594/26770/22940 28593/26769/22939</w:t>
        <w:br/>
        <w:t>f 28597/26772/22942 28596/26773/22943 28594/26770/22940</w:t>
        <w:br/>
        <w:t>f 28595/26771/22941 28597/26772/22942 28594/26770/22940</w:t>
        <w:br/>
        <w:t>f 28584/26758/22931 28585/26761/22933 28596/26773/22943</w:t>
        <w:br/>
        <w:t>f 28597/26772/22942 28584/26758/22931 28596/26773/22943</w:t>
        <w:br/>
        <w:t>f 28601/26774/22944 28600/26775/22945 28599/26776/22946</w:t>
        <w:br/>
        <w:t>f 28598/26777/22947 28601/26774/22944 28599/26776/22946</w:t>
        <w:br/>
        <w:t>f 28604/26778/22948 28603/26779/22949 28602/26780/22950</w:t>
        <w:br/>
        <w:t>f 28604/26778/22948 28602/26780/22950 28605/26781/22951</w:t>
        <w:br/>
        <w:t>f 28606/26782/22952 28604/26778/22948 28605/26781/22951</w:t>
        <w:br/>
        <w:t>f 28600/26775/22945 28605/26781/22951 28599/26776/22946</w:t>
        <w:br/>
        <w:t>f 28604/26778/22948 28608/26783/22953 28607/26784/22954</w:t>
        <w:br/>
        <w:t>f 28603/26779/22949 28604/26778/22948 28607/26784/22954</w:t>
        <w:br/>
        <w:t>f 28608/26783/22953 28609/26785/22955 28607/26784/22954</w:t>
        <w:br/>
        <w:t>f 28609/26785/22956 28611/26786/22957 28610/26787/22958</w:t>
        <w:br/>
        <w:t>f 28612/26788/22959 28609/26785/22956 28610/26787/22958</w:t>
        <w:br/>
        <w:t>f 28615/26789/22960 28614/26790/22961 28613/26791/22962</w:t>
        <w:br/>
        <w:t>f 28601/26774/22944 28598/26777/22947 28612/26788/22963</w:t>
        <w:br/>
        <w:t>f 28618/26792/22964 28606/26782/22952 28617/26793/22965</w:t>
        <w:br/>
        <w:t>f 28616/26794/22966 28618/26792/22964 28617/26793/22965</w:t>
        <w:br/>
        <w:t>f 28606/26782/22952 28618/26792/22964 28619/26795/22967</w:t>
        <w:br/>
        <w:t>f 28600/26775/22968 28619/26795/22969 28614/26790/22961</w:t>
        <w:br/>
        <w:t>f 28615/26789/22960 28600/26775/22968 28614/26790/22961</w:t>
        <w:br/>
        <w:t>f 28608/26783/22953 28621/26796/22970 28620/26797/22971</w:t>
        <w:br/>
        <w:t>f 28601/26774/22972 28608/26783/22953 28620/26797/22971</w:t>
        <w:br/>
        <w:t>f 28608/26783/22953 28622/26798/22973 28621/26796/22970</w:t>
        <w:br/>
        <w:t>f 28601/26774/22972 28620/26797/22971 28616/26794/22974</w:t>
        <w:br/>
        <w:t>f 28608/26783/22953 28615/26789/22960 28613/26791/22962</w:t>
        <w:br/>
        <w:t>f 28622/26798/22973 28608/26783/22953 28613/26791/22962</w:t>
        <w:br/>
        <w:t>f 28626/26799/22975 28625/26800/22975 28624/26801/22976</w:t>
        <w:br/>
        <w:t>f 28623/26802/22977 28626/26799/22975 28624/26801/22976</w:t>
        <w:br/>
        <w:t>f 28627/26803/22978 28625/26800/22975 28626/26799/22975</w:t>
        <w:br/>
        <w:t>f 28628/26804/22978 28627/26803/22978 28626/26799/22975</w:t>
        <w:br/>
        <w:t>f 28629/26805/22979 28627/26803/22978 28628/26804/22978</w:t>
        <w:br/>
        <w:t>f 28630/26806/22979 28629/26805/22979 28628/26804/22978</w:t>
        <w:br/>
        <w:t>f 28632/26807/22980 28631/26808/22980 28629/26805/22979</w:t>
        <w:br/>
        <w:t>f 28630/26806/22979 28632/26807/22980 28629/26805/22979</w:t>
        <w:br/>
        <w:t>f 28634/26809/22981 28633/26810/22981 28631/26808/22980</w:t>
        <w:br/>
        <w:t>f 28632/26807/22980 28634/26809/22981 28631/26808/22980</w:t>
        <w:br/>
        <w:t>f 28635/26811/22982 28633/26810/22981 28634/26809/22981</w:t>
        <w:br/>
        <w:t>f 28636/26812/22982 28635/26811/22982 28634/26809/22981</w:t>
        <w:br/>
        <w:t>f 28637/26813/22983 28635/26811/22982 28636/26812/22982</w:t>
        <w:br/>
        <w:t>f 28638/26814/22983 28637/26813/22983 28636/26812/22982</w:t>
        <w:br/>
        <w:t>f 28623/26802/22977 28624/26801/22976 28637/26813/22983</w:t>
        <w:br/>
        <w:t>f 28638/26814/22983 28623/26802/22977 28637/26813/22983</w:t>
        <w:br/>
        <w:t>f 28642/26815/22984 28641/26816/22985 28640/26817/22986</w:t>
        <w:br/>
        <w:t>f 28639/26818/22987 28642/26815/22984 28640/26817/22986</w:t>
        <w:br/>
        <w:t>f 28641/26816/22985 28643/26819/22988 28640/26817/22986</w:t>
        <w:br/>
        <w:t>f 28646/26820/22989 28645/26821/22989 28644/26822/22990</w:t>
        <w:br/>
        <w:t>f 28647/26823/22991 28646/26820/22989 28644/26822/22990</w:t>
        <w:br/>
        <w:t>f 28648/26824/22992 28645/26821/22989 28646/26820/22989</w:t>
        <w:br/>
        <w:t>f 28650/26825/22993 28643/26819/22988 28641/26816/22985</w:t>
        <w:br/>
        <w:t>f 28649/26826/22994 28650/26825/22993 28641/26816/22985</w:t>
        <w:br/>
        <w:t>f 28653/26827/22995 28652/26828/22995 28651/26829/22996</w:t>
        <w:br/>
        <w:t>f 28652/26828/22995 28653/26827/22995 28641/26816/22985</w:t>
        <w:br/>
        <w:t>f 28648/26824/22992 28652/26828/22995 28641/26816/22985</w:t>
        <w:br/>
        <w:t>f 28655/26830/22997 28649/26826/22994 28651/26829/22998</w:t>
        <w:br/>
        <w:t>f 28654/26831/22999 28655/26830/22997 28651/26829/22998</w:t>
        <w:br/>
        <w:t>f 28649/26826/22994 28656/26832/23000 28650/26825/22993</w:t>
        <w:br/>
        <w:t>f 28658/26833/23001 28657/26834/23002 28656/26832/23000</w:t>
        <w:br/>
        <w:t>f 28649/26826/22994 28658/26833/23001 28656/26832/23000</w:t>
        <w:br/>
        <w:t>f 28659/26835/23003 28642/26815/22984 28639/26818/22987</w:t>
        <w:br/>
        <w:t>f 28662/26836/23004 28659/26835/23003 28661/26837/23005</w:t>
        <w:br/>
        <w:t>f 28660/26838/23006 28662/26836/23004 28661/26837/23005</w:t>
        <w:br/>
        <w:t>f 28658/26833/23001 28661/26837/23005 28657/26834/23002</w:t>
        <w:br/>
        <w:t>f 28655/26830/22997 28654/26831/22999 28663/26839/23007</w:t>
        <w:br/>
        <w:t>f 28663/26839/23007 28664/26840/23008 28642/26815/22984</w:t>
        <w:br/>
        <w:t>f 28655/26830/22997 28663/26839/23007 28642/26815/22984</w:t>
        <w:br/>
        <w:t>f 28647/26823/23009 28642/26815/22984 28664/26840/23008</w:t>
        <w:br/>
        <w:t>f 28668/26841/23010 28667/26842/23011 28666/26843/23012</w:t>
        <w:br/>
        <w:t>f 28665/26844/23013 28668/26841/23010 28666/26843/23012</w:t>
        <w:br/>
        <w:t>f 28669/26845/23014 28667/26842/23011 28668/26841/23010</w:t>
        <w:br/>
        <w:t>f 28670/26846/23014 28669/26845/23014 28668/26841/23010</w:t>
        <w:br/>
        <w:t>f 28671/26847/23015 28669/26845/23014 28670/26846/23014</w:t>
        <w:br/>
        <w:t>f 28672/26848/23015 28671/26847/23015 28670/26846/23014</w:t>
        <w:br/>
        <w:t>f 28674/26849/23016 28673/26850/23016 28671/26847/23015</w:t>
        <w:br/>
        <w:t>f 28672/26848/23015 28674/26849/23016 28671/26847/23015</w:t>
        <w:br/>
        <w:t>f 28676/26851/23017 28675/26852/23018 28673/26850/23016</w:t>
        <w:br/>
        <w:t>f 28674/26849/23016 28676/26851/23017 28673/26850/23016</w:t>
        <w:br/>
        <w:t>f 28677/26853/23019 28675/26852/23018 28676/26851/23017</w:t>
        <w:br/>
        <w:t>f 28678/26854/23020 28677/26853/23019 28676/26851/23017</w:t>
        <w:br/>
        <w:t>f 28680/26855/23021 28679/26856/23022 28677/26853/23019</w:t>
        <w:br/>
        <w:t>f 28678/26854/23020 28680/26855/23021 28677/26853/23019</w:t>
        <w:br/>
        <w:t>f 28665/26844/23013 28666/26843/23012 28679/26856/23022</w:t>
        <w:br/>
        <w:t>f 28680/26855/23021 28665/26844/23013 28679/26856/23022</w:t>
        <w:br/>
        <w:t>f 28683/26857/23023 28682/26858/23024 28681/26859/23025</w:t>
        <w:br/>
        <w:t>f 28684/26860/23026 28683/26857/23023 28681/26859/23025</w:t>
        <w:br/>
        <w:t>f 28685/26861/23027 28682/26858/23024 28683/26857/23023</w:t>
        <w:br/>
        <w:t>f 28681/26859/23025 28686/26862/23028 28684/26860/23026</w:t>
        <w:br/>
        <w:t>f 28689/26863/23029 28688/26864/23029 28687/26865/23030</w:t>
        <w:br/>
        <w:t>f 28688/26864/23029 28689/26863/23029 28691/26866/23031</w:t>
        <w:br/>
        <w:t>f 28690/26867/23032 28688/26864/23029 28691/26866/23031</w:t>
        <w:br/>
        <w:t>f 28694/26868/23033 28687/26865/23034 28693/26869/23035</w:t>
        <w:br/>
        <w:t>f 28692/26870/23036 28694/26868/23033 28693/26869/23035</w:t>
        <w:br/>
        <w:t>f 28698/26871/23037 28697/26872/23038 28696/26873/23039</w:t>
        <w:br/>
        <w:t>f 28695/26874/23037 28698/26871/23037 28696/26873/23039</w:t>
        <w:br/>
        <w:t>f 28696/26873/23039 28690/26867/23032 28691/26866/23031</w:t>
        <w:br/>
        <w:t>f 28692/26870/23036 28699/26875/23040 28694/26868/23033</w:t>
        <w:br/>
        <w:t>f 28700/26876/23041 28699/26875/23040 28692/26870/23036</w:t>
        <w:br/>
        <w:t>f 28701/26877/23042 28700/26876/23041 28692/26870/23036</w:t>
        <w:br/>
        <w:t>f 28698/26871/23037 28695/26874/23037 28700/26876/23043</w:t>
        <w:br/>
        <w:t>f 28686/26862/23028 28681/26859/23025 28703/26878/23044</w:t>
        <w:br/>
        <w:t>f 28702/26879/23045 28686/26862/23028 28703/26878/23044</w:t>
        <w:br/>
        <w:t>f 28705/26880/23046 28703/26878/23044 28704/26881/23047</w:t>
        <w:br/>
        <w:t>f 28706/26882/23048 28705/26880/23046 28704/26881/23047</w:t>
        <w:br/>
        <w:t>f 28703/26878/23044 28705/26880/23046 28702/26879/23045</w:t>
        <w:br/>
        <w:t>f 28704/26881/23047 28707/26883/23049 28706/26882/23048</w:t>
        <w:br/>
        <w:t>f 28704/26881/23047 28682/26858/23024 28685/26861/23027</w:t>
        <w:br/>
        <w:t>f 28707/26883/23049 28704/26881/23047 28685/26861/23027</w:t>
        <w:br/>
        <w:t>f 28710/26884/23050 28709/26885/23051 28708/26886/23052</w:t>
        <w:br/>
        <w:t>f 28711/26887/23053 28710/26884/23050 28708/26886/23052</w:t>
        <w:br/>
        <w:t>f 28712/26888/23054 28708/26886/23052 28709/26885/23051</w:t>
        <w:br/>
        <w:t>f 28713/26889/23054 28712/26888/23054 28709/26885/23051</w:t>
        <w:br/>
        <w:t>f 28714/26890/23055 28712/26888/23054 28713/26889/23054</w:t>
        <w:br/>
        <w:t>f 28715/26891/23055 28714/26890/23055 28713/26889/23054</w:t>
        <w:br/>
        <w:t>f 28717/26892/23056 28716/26893/23056 28714/26890/23055</w:t>
        <w:br/>
        <w:t>f 28715/26891/23055 28717/26892/23056 28714/26890/23055</w:t>
        <w:br/>
        <w:t>f 28719/26894/23057 28718/26895/23058 28716/26893/23056</w:t>
        <w:br/>
        <w:t>f 28717/26892/23056 28719/26894/23057 28716/26893/23056</w:t>
        <w:br/>
        <w:t>f 28720/26896/23059 28718/26895/23058 28719/26894/23057</w:t>
        <w:br/>
        <w:t>f 28721/26897/23060 28720/26896/23059 28719/26894/23057</w:t>
        <w:br/>
        <w:t>f 28722/26898/23061 28720/26896/23059 28721/26897/23060</w:t>
        <w:br/>
        <w:t>f 28723/26899/23061 28722/26898/23061 28721/26897/23060</w:t>
        <w:br/>
        <w:t>f 28710/26884/23050 28711/26887/23053 28722/26898/23061</w:t>
        <w:br/>
        <w:t>f 28723/26899/23061 28710/26884/23050 28722/26898/23061</w:t>
        <w:br/>
        <w:t>f 28726/26900/23062 28725/26901/23063 28724/26902/23064</w:t>
        <w:br/>
        <w:t>f 28727/26903/23065 28726/26900/23062 28724/26902/23064</w:t>
        <w:br/>
        <w:t>f 28728/26904/23066 28725/26901/23063 28726/26900/23062</w:t>
        <w:br/>
        <w:t>f 28724/26902/23064 28729/26905/23067 28727/26903/23065</w:t>
        <w:br/>
        <w:t>f 28732/26906/23068 28731/26907/23068 28730/26908/23069</w:t>
        <w:br/>
        <w:t>f 28731/26907/23068 28732/26906/23068 28734/26909/23070</w:t>
        <w:br/>
        <w:t>f 28733/26910/23070 28731/26907/23068 28734/26909/23070</w:t>
        <w:br/>
        <w:t>f 28737/26911/23071 28730/26908/23069 28736/26912/23072</w:t>
        <w:br/>
        <w:t>f 28735/26913/23073 28737/26911/23071 28736/26912/23072</w:t>
        <w:br/>
        <w:t>f 28740/26914/23074 28739/26915/23075 28738/26916/23076</w:t>
        <w:br/>
        <w:t>f 28741/26917/23077 28740/26914/23074 28738/26916/23076</w:t>
        <w:br/>
        <w:t>f 28739/26915/23078 28733/26910/23070 28734/26909/23070</w:t>
        <w:br/>
        <w:t>f 28735/26913/23073 28742/26918/23079 28737/26911/23071</w:t>
        <w:br/>
        <w:t>f 28743/26919/23080 28742/26918/23079 28735/26913/23073</w:t>
        <w:br/>
        <w:t>f 28741/26917/23077 28743/26919/23080 28735/26913/23073</w:t>
        <w:br/>
        <w:t>f 28741/26917/23077 28738/26916/23076 28743/26919/23080</w:t>
        <w:br/>
        <w:t>f 28724/26902/23064 28745/26920/23081 28744/26921/23082</w:t>
        <w:br/>
        <w:t>f 28729/26905/23067 28724/26902/23064 28744/26921/23082</w:t>
        <w:br/>
        <w:t>f 28747/26922/23083 28745/26920/23081 28746/26923/23084</w:t>
        <w:br/>
        <w:t>f 28748/26924/23085 28747/26922/23083 28746/26923/23084</w:t>
        <w:br/>
        <w:t>f 28745/26920/23081 28747/26922/23083 28744/26921/23082</w:t>
        <w:br/>
        <w:t>f 28746/26923/23084 28749/26925/23086 28748/26924/23085</w:t>
        <w:br/>
        <w:t>f 28746/26923/23084 28725/26901/23063 28728/26904/23066</w:t>
        <w:br/>
        <w:t>f 28749/26925/23086 28746/26923/23084 28728/26904/23066</w:t>
        <w:br/>
        <w:t>f 28753/26926/23087 28752/26927/23087 28751/26928/23088</w:t>
        <w:br/>
        <w:t>f 28750/26929/23088 28753/26926/23087 28751/26928/23088</w:t>
        <w:br/>
        <w:t>f 28754/26930/23089 28750/26929/23088 28751/26928/23088</w:t>
        <w:br/>
        <w:t>f 28755/26931/23089 28754/26930/23089 28751/26928/23088</w:t>
        <w:br/>
        <w:t>f 28756/26932/23090 28754/26930/23089 28755/26931/23089</w:t>
        <w:br/>
        <w:t>f 28757/26933/23090 28756/26932/23090 28755/26931/23089</w:t>
        <w:br/>
        <w:t>f 28759/26934/23091 28758/26935/23092 28756/26932/23090</w:t>
        <w:br/>
        <w:t>f 28757/26933/23090 28759/26934/23091 28756/26932/23090</w:t>
        <w:br/>
        <w:t>f 28761/26936/23093 28760/26937/23094 28758/26935/23092</w:t>
        <w:br/>
        <w:t>f 28759/26934/23091 28761/26936/23093 28758/26935/23092</w:t>
        <w:br/>
        <w:t>f 28762/26938/23095 28760/26937/23094 28761/26936/23093</w:t>
        <w:br/>
        <w:t>f 28763/26939/23095 28762/26938/23095 28761/26936/23093</w:t>
        <w:br/>
        <w:t>f 28764/26940/23096 28762/26938/23095 28763/26939/23095</w:t>
        <w:br/>
        <w:t>f 28765/26941/23096 28764/26940/23096 28763/26939/23095</w:t>
        <w:br/>
        <w:t>f 28752/26927/23087 28753/26926/23087 28764/26940/23096</w:t>
        <w:br/>
        <w:t>f 28765/26941/23096 28752/26927/23087 28764/26940/23096</w:t>
        <w:br/>
        <w:t>f 28768/26942/23097 28767/26943/23098 28766/26944/23099</w:t>
        <w:br/>
        <w:t>f 28769/26945/23100 28768/26942/23097 28766/26944/23099</w:t>
        <w:br/>
        <w:t>f 28770/26946/23101 28767/26943/23098 28768/26942/23097</w:t>
        <w:br/>
        <w:t>f 28766/26944/23099 28771/26947/23102 28769/26945/23100</w:t>
        <w:br/>
        <w:t>f 28774/26948/23103 28773/26949/23104 28772/26950/23105</w:t>
        <w:br/>
        <w:t>f 28773/26949/23104 28774/26948/23103 28776/26951/23106</w:t>
        <w:br/>
        <w:t>f 28775/26952/23107 28773/26949/23104 28776/26951/23106</w:t>
        <w:br/>
        <w:t>f 28778/26953/23108 28772/26950/23105 28773/26949/23104</w:t>
        <w:br/>
        <w:t>f 28777/26954/23109 28778/26953/23108 28773/26949/23104</w:t>
        <w:br/>
        <w:t>f 28781/26955/23110 28780/26956/23111 28779/26957/23112</w:t>
        <w:br/>
        <w:t>f 28782/26958/23112 28781/26955/23110 28779/26957/23112</w:t>
        <w:br/>
        <w:t>f 28780/26956/23113 28775/26952/23107 28776/26951/23106</w:t>
        <w:br/>
        <w:t>f 28785/26959/23114 28784/26960/23115 28783/26961/23116</w:t>
        <w:br/>
        <w:t>f 28787/26962/23117 28786/26963/23118 28784/26960/23115</w:t>
        <w:br/>
        <w:t>f 28785/26959/23114 28787/26962/23117 28784/26960/23115</w:t>
        <w:br/>
        <w:t>f 28782/26958/23112 28779/26957/23112 28786/26963/23118</w:t>
        <w:br/>
        <w:t>f 28766/26944/23099 28789/26964/23119 28788/26965/23120</w:t>
        <w:br/>
        <w:t>f 28771/26947/23102 28766/26944/23099 28788/26965/23120</w:t>
        <w:br/>
        <w:t>f 28791/26966/23121 28789/26964/23119 28790/26967/23122</w:t>
        <w:br/>
        <w:t>f 28792/26968/23122 28791/26966/23121 28790/26967/23122</w:t>
        <w:br/>
        <w:t>f 28789/26964/23119 28791/26966/23121 28788/26965/23120</w:t>
        <w:br/>
        <w:t>f 28790/26967/23122 28793/26969/23123 28792/26968/23122</w:t>
        <w:br/>
        <w:t>f 28785/26959/23124 28767/26943/23098 28770/26946/23101</w:t>
        <w:br/>
        <w:t>f 28793/26969/23125 28785/26959/23124 28770/26946/23101</w:t>
        <w:br/>
        <w:t>f 28797/26970/23126 28796/26971/23127 28795/26972/23128</w:t>
        <w:br/>
        <w:t>f 28794/26973/23129 28797/26970/23126 28795/26972/23128</w:t>
        <w:br/>
        <w:t>f 28798/26974/23130 28794/26973/23129 28795/26972/23128</w:t>
        <w:br/>
        <w:t>f 28799/26975/23131 28798/26974/23130 28795/26972/23128</w:t>
        <w:br/>
        <w:t>f 28800/26976/23132 28798/26974/23130 28799/26975/23131</w:t>
        <w:br/>
        <w:t>f 28801/26977/23133 28800/26976/23132 28799/26975/23131</w:t>
        <w:br/>
        <w:t>f 28803/26978/23134 28802/26979/23135 28800/26976/23132</w:t>
        <w:br/>
        <w:t>f 28801/26977/23133 28803/26978/23134 28800/26976/23132</w:t>
        <w:br/>
        <w:t>f 28805/26980/23136 28804/26981/23137 28802/26979/23135</w:t>
        <w:br/>
        <w:t>f 28803/26978/23134 28805/26980/23136 28802/26979/23135</w:t>
        <w:br/>
        <w:t>f 28806/26982/23138 28804/26981/23137 28805/26980/23136</w:t>
        <w:br/>
        <w:t>f 28807/26983/23138 28806/26982/23138 28805/26980/23136</w:t>
        <w:br/>
        <w:t>f 28808/26984/23139 28806/26982/23138 28807/26983/23138</w:t>
        <w:br/>
        <w:t>f 28809/26985/23140 28808/26984/23139 28807/26983/23138</w:t>
        <w:br/>
        <w:t>f 28796/26971/23127 28797/26970/23126 28808/26984/23139</w:t>
        <w:br/>
        <w:t>f 28809/26985/23140 28796/26971/23127 28808/26984/23139</w:t>
        <w:br/>
        <w:t>f 28813/26986/23141 28812/26987/23142 28811/26988/23143</w:t>
        <w:br/>
        <w:t>f 28810/26989/23144 28813/26986/23141 28811/26988/23143</w:t>
        <w:br/>
        <w:t>f 28810/26989/23144 28811/26988/23143 28814/26990/23145</w:t>
        <w:br/>
        <w:t>f 28817/26991/23146 28816/26992/23147 28815/26993/23148</w:t>
        <w:br/>
        <w:t>f 28818/26994/23149 28817/26991/23146 28815/26993/23148</w:t>
        <w:br/>
        <w:t>f 28819/26995/23150 28815/26993/23148 28816/26992/23147</w:t>
        <w:br/>
        <w:t>f 28821/26996/23151 28820/26997/23152 28810/26989/23144</w:t>
        <w:br/>
        <w:t>f 28814/26990/23145 28821/26996/23151 28810/26989/23144</w:t>
        <w:br/>
        <w:t>f 28824/26998/23153 28823/26999/23154 28822/27000/23155</w:t>
        <w:br/>
        <w:t>f 28822/27000/23155 28819/26995/23150 28810/26989/23156</w:t>
        <w:br/>
        <w:t>f 28824/26998/23153 28822/27000/23155 28810/26989/23156</w:t>
        <w:br/>
        <w:t>f 28826/27001/23157 28825/27002/23158 28823/26999/23159</w:t>
        <w:br/>
        <w:t>f 28820/26997/23152 28826/27001/23157 28823/26999/23159</w:t>
        <w:br/>
        <w:t>f 28820/26997/23152 28821/26996/23151 28827/27003/23160</w:t>
        <w:br/>
        <w:t>f 28827/27003/23160 28829/27004/23161 28828/27005/23162</w:t>
        <w:br/>
        <w:t>f 28820/26997/23152 28827/27003/23160 28828/27005/23162</w:t>
        <w:br/>
        <w:t>f 28830/27006/23163 28812/26987/23142 28813/26986/23141</w:t>
        <w:br/>
        <w:t>f 28833/27007/23164 28832/27008/23165 28831/27009/23166</w:t>
        <w:br/>
        <w:t>f 28830/27006/23167 28833/27007/23164 28831/27009/23166</w:t>
        <w:br/>
        <w:t>f 28828/27005/23162 28829/27004/23161 28831/27009/23166</w:t>
        <w:br/>
        <w:t>f 28826/27001/23157 28834/27010/23168 28825/27002/23158</w:t>
        <w:br/>
        <w:t>f 28834/27010/23168 28826/27001/23157 28813/26986/23169</w:t>
        <w:br/>
        <w:t>f 28835/27011/23170 28834/27010/23168 28813/26986/23169</w:t>
        <w:br/>
        <w:t>f 28818/26994/23149 28835/27011/23170 28813/26986/23169</w:t>
        <w:br/>
        <w:t>f 28839/27012/23171 28838/27013/23172 28837/27014/23172</w:t>
        <w:br/>
        <w:t>f 28836/27015/23171 28839/27012/23171 28837/27014/23172</w:t>
        <w:br/>
        <w:t>f 28839/27012/23171 28836/27015/23171 28840/27016/23173</w:t>
        <w:br/>
        <w:t>f 28841/27017/23174 28839/27012/23171 28840/27016/23173</w:t>
        <w:br/>
        <w:t>f 28843/27018/23175 28841/27017/23174 28840/27016/23173</w:t>
        <w:br/>
        <w:t>f 28842/27019/23175 28843/27018/23175 28840/27016/23173</w:t>
        <w:br/>
        <w:t>f 28845/27020/23176 28843/27018/23175 28842/27019/23175</w:t>
        <w:br/>
        <w:t>f 28844/27021/23177 28845/27020/23176 28842/27019/23175</w:t>
        <w:br/>
        <w:t>f 28847/27022/23178 28845/27020/23176 28844/27021/23177</w:t>
        <w:br/>
        <w:t>f 28846/27023/23178 28847/27022/23178 28844/27021/23177</w:t>
        <w:br/>
        <w:t>f 28847/27022/23178 28846/27023/23178 28848/27024/23179</w:t>
        <w:br/>
        <w:t>f 28849/27025/23179 28847/27022/23178 28848/27024/23179</w:t>
        <w:br/>
        <w:t>f 28849/27025/23179 28848/27024/23179 28850/27026/23180</w:t>
        <w:br/>
        <w:t>f 28851/27027/23180 28849/27025/23179 28850/27026/23180</w:t>
        <w:br/>
        <w:t>f 28838/27013/23172 28851/27027/23180 28850/27026/23180</w:t>
        <w:br/>
        <w:t>f 28837/27014/23172 28838/27013/23172 28850/27026/23180</w:t>
        <w:br/>
        <w:t>f 28854/27028/23181 28853/27029/23182 28852/27030/23183</w:t>
        <w:br/>
        <w:t>f 28855/27031/23184 28854/27028/23181 28852/27030/23183</w:t>
        <w:br/>
        <w:t>f 28858/27032/23185 28857/27033/23186 28856/27034/23187</w:t>
        <w:br/>
        <w:t>f 28859/27035/23188 28858/27032/23185 28856/27034/23187</w:t>
        <w:br/>
        <w:t>f 28852/27030/23183 28853/27029/23182 28856/27034/23189</w:t>
        <w:br/>
        <w:t>f 28859/27035/23188 28860/27036/23190 28858/27032/23185</w:t>
        <w:br/>
        <w:t>f 28862/27037/23191 28861/27038/23192 28858/27032/23185</w:t>
        <w:br/>
        <w:t>f 28860/27036/23190 28862/27037/23191 28858/27032/23185</w:t>
        <w:br/>
        <w:t>f 28862/27037/23191 28863/27039/23193 28861/27038/23192</w:t>
        <w:br/>
        <w:t>f 28866/27040/23194 28865/27041/23195 28864/27042/23196</w:t>
        <w:br/>
        <w:t>f 28865/27041/23197 28852/27030/23183 28867/27043/23198</w:t>
        <w:br/>
        <w:t>f 28868/27044/23199 28865/27041/23197 28867/27043/23198</w:t>
        <w:br/>
        <w:t>f 28867/27043/23198 28869/27045/23200 28868/27044/23199</w:t>
        <w:br/>
        <w:t>f 28852/27030/23183 28864/27042/23196 28871/27046/23201</w:t>
        <w:br/>
        <w:t>f 28870/27047/23201 28852/27030/23183 28871/27046/23201</w:t>
        <w:br/>
        <w:t>f 28870/27047/23201 28871/27046/23201 28872/27048/23202</w:t>
        <w:br/>
        <w:t>f 28861/27038/23203 28855/27031/23204 28872/27048/23205</w:t>
        <w:br/>
        <w:t>f 28873/27049/23206 28861/27038/23203 28872/27048/23205</w:t>
        <w:br/>
        <w:t>f 28861/27038/23203 28873/27049/23206 28874/27050/23207</w:t>
        <w:br/>
        <w:t>f 28876/27051/23208 28863/27039/23209 28875/27052/23210</w:t>
        <w:br/>
        <w:t>f 28877/27053/23208 28876/27051/23208 28875/27052/23210</w:t>
        <w:br/>
        <w:t>f 28854/27028/23181 28855/27031/23184 28875/27052/23210</w:t>
        <w:br/>
        <w:t>f 28874/27050/23207 28869/27045/23200 28867/27043/23198</w:t>
        <w:br/>
        <w:t>f 28861/27038/23203 28874/27050/23207 28867/27043/23198</w:t>
        <w:br/>
        <w:t>f 28881/27054/23211 28880/27055/23212 28879/27056/23213</w:t>
        <w:br/>
        <w:t>f 28878/27057/23211 28881/27054/23211 28879/27056/23213</w:t>
        <w:br/>
        <w:t>f 28881/27054/23211 28878/27057/23211 28882/27058/23214</w:t>
        <w:br/>
        <w:t>f 28883/27059/23214 28881/27054/23211 28882/27058/23214</w:t>
        <w:br/>
        <w:t>f 28883/27059/23214 28882/27058/23214 28884/27060/23215</w:t>
        <w:br/>
        <w:t>f 28885/27061/23216 28883/27059/23214 28884/27060/23215</w:t>
        <w:br/>
        <w:t>f 28887/27062/23217 28885/27061/23216 28884/27060/23215</w:t>
        <w:br/>
        <w:t>f 28886/27063/23217 28887/27062/23217 28884/27060/23215</w:t>
        <w:br/>
        <w:t>f 28887/27062/23217 28886/27063/23217 28888/27064/23218</w:t>
        <w:br/>
        <w:t>f 28889/27065/23218 28887/27062/23217 28888/27064/23218</w:t>
        <w:br/>
        <w:t>f 28889/27065/23218 28888/27064/23218 28890/27066/23219</w:t>
        <w:br/>
        <w:t>f 28891/27067/23219 28889/27065/23218 28890/27066/23219</w:t>
        <w:br/>
        <w:t>f 28891/27067/23219 28890/27066/23219 28892/27068/23220</w:t>
        <w:br/>
        <w:t>f 28893/27069/23220 28891/27067/23219 28892/27068/23220</w:t>
        <w:br/>
        <w:t>f 28880/27055/23212 28893/27069/23220 28892/27068/23220</w:t>
        <w:br/>
        <w:t>f 28879/27056/23213 28880/27055/23212 28892/27068/23220</w:t>
        <w:br/>
        <w:t>f 28897/27070/23221 28896/27071/23222 28895/27072/23223</w:t>
        <w:br/>
        <w:t>f 28894/27073/23224 28897/27070/23221 28895/27072/23223</w:t>
        <w:br/>
        <w:t>f 28898/27074/23225 28894/27073/23224 28895/27072/23223</w:t>
        <w:br/>
        <w:t>f 28896/27071/23222 28897/27070/23221 28899/27075/23226</w:t>
        <w:br/>
        <w:t>f 28902/27076/23227 28901/27077/23228 28900/27078/23227</w:t>
        <w:br/>
        <w:t>f 28904/27079/23229 28903/27080/23229 28902/27076/23227</w:t>
        <w:br/>
        <w:t>f 28900/27078/23227 28904/27079/23229 28902/27076/23227</w:t>
        <w:br/>
        <w:t>f 28907/27081/23230 28906/27082/23231 28905/27083/23231</w:t>
        <w:br/>
        <w:t>f 28908/27084/23232 28907/27081/23230 28905/27083/23231</w:t>
        <w:br/>
        <w:t>f 28912/27085/23233 28911/27086/23234 28910/27087/23235</w:t>
        <w:br/>
        <w:t>f 28909/27088/23236 28912/27085/23233 28910/27087/23235</w:t>
        <w:br/>
        <w:t>f 28910/27087/23235 28903/27080/23229 28904/27079/23229</w:t>
        <w:br/>
        <w:t>f 28907/27081/23230 28908/27084/23232 28913/27089/23237</w:t>
        <w:br/>
        <w:t>f 28907/27081/23230 28913/27089/23237 28914/27090/23238</w:t>
        <w:br/>
        <w:t>f 28915/27091/23239 28907/27081/23230 28914/27090/23238</w:t>
        <w:br/>
        <w:t>f 28915/27091/23239 28914/27090/23238 28916/27092/23240</w:t>
        <w:br/>
        <w:t>f 28899/27075/23226 28917/27093/23241 28915/27091/23239</w:t>
        <w:br/>
        <w:t>f 28896/27071/23222 28899/27075/23226 28915/27091/23239</w:t>
        <w:br/>
        <w:t>f 28921/27094/23242 28920/27095/23243 28919/27096/23244</w:t>
        <w:br/>
        <w:t>f 28918/27097/23245 28921/27094/23242 28919/27096/23244</w:t>
        <w:br/>
        <w:t>f 28915/27091/23239 28917/27093/23241 28918/27097/23245</w:t>
        <w:br/>
        <w:t>f 28920/27095/23243 28921/27094/23242 28922/27098/23246</w:t>
        <w:br/>
        <w:t>f 28922/27098/23246 28898/27074/23225 28895/27072/23223</w:t>
        <w:br/>
        <w:t>f 28920/27095/23243 28922/27098/23246 28895/27072/23223</w:t>
        <w:br/>
        <w:t>f 28925/27099/23247 28924/27100/23248 28923/27101/23249</w:t>
        <w:br/>
        <w:t>f 28926/27102/23250 28925/27099/23247 28923/27101/23249</w:t>
        <w:br/>
        <w:t>f 28924/27100/23248 28925/27099/23247 28927/27103/23251</w:t>
        <w:br/>
        <w:t>f 28928/27104/23252 28924/27100/23248 28927/27103/23251</w:t>
        <w:br/>
        <w:t>f 28930/27105/23253 28928/27104/23252 28927/27103/23251</w:t>
        <w:br/>
        <w:t>f 28929/27106/23253 28930/27105/23253 28927/27103/23251</w:t>
        <w:br/>
        <w:t>f 28932/27107/23254 28930/27105/23253 28929/27106/23253</w:t>
        <w:br/>
        <w:t>f 28931/27108/23254 28932/27107/23254 28929/27106/23253</w:t>
        <w:br/>
        <w:t>f 28932/27107/23254 28931/27108/23254 28933/27109/23255</w:t>
        <w:br/>
        <w:t>f 28934/27110/23256 28932/27107/23254 28933/27109/23255</w:t>
        <w:br/>
        <w:t>f 28934/27110/23256 28933/27109/23255 28935/27111/23257</w:t>
        <w:br/>
        <w:t>f 28936/27112/23258 28934/27110/23256 28935/27111/23257</w:t>
        <w:br/>
        <w:t>f 28938/27113/23259 28936/27112/23258 28935/27111/23257</w:t>
        <w:br/>
        <w:t>f 28937/27114/23259 28938/27113/23259 28935/27111/23257</w:t>
        <w:br/>
        <w:t>f 28923/27101/23249 28938/27113/23259 28937/27114/23259</w:t>
        <w:br/>
        <w:t>f 28926/27102/23250 28923/27101/23249 28937/27114/23259</w:t>
        <w:br/>
        <w:t>f 28942/27115/23260 28941/27116/23261 28940/27117/23262</w:t>
        <w:br/>
        <w:t>f 28939/27118/23263 28942/27115/23260 28940/27117/23262</w:t>
        <w:br/>
        <w:t>f 28945/27119/23264 28944/27120/23265 28943/27121/23266</w:t>
        <w:br/>
        <w:t>f 28946/27122/23267 28944/27120/23265 28945/27119/23264</w:t>
        <w:br/>
        <w:t>f 28947/27123/23268 28946/27122/23267 28945/27119/23264</w:t>
        <w:br/>
        <w:t>f 28939/27118/23263 28940/27117/23262 28946/27122/23269</w:t>
        <w:br/>
        <w:t>f 28945/27119/23264 28943/27121/23266 28949/27124/23270</w:t>
        <w:br/>
        <w:t>f 28948/27125/23271 28945/27119/23264 28949/27124/23270</w:t>
        <w:br/>
        <w:t>f 28948/27125/23271 28949/27124/23270 28950/27126/23272</w:t>
        <w:br/>
        <w:t>f 28952/27127/23273 28951/27128/23274 28950/27126/23275</w:t>
        <w:br/>
        <w:t>f 28953/27129/23276 28952/27127/23273 28950/27126/23275</w:t>
        <w:br/>
        <w:t>f 28956/27130/23277 28955/27131/23278 28954/27132/23279</w:t>
        <w:br/>
        <w:t>f 28942/27115/23260 28953/27129/23276 28941/27116/23261</w:t>
        <w:br/>
        <w:t>f 28959/27133/23280 28958/27134/23281 28957/27135/23282</w:t>
        <w:br/>
        <w:t>f 28947/27123/23283 28959/27133/23280 28957/27135/23282</w:t>
        <w:br/>
        <w:t>f 28947/27123/23283 28960/27136/23284 28959/27133/23280</w:t>
        <w:br/>
        <w:t>f 28954/27132/23279 28960/27136/23284 28939/27118/23263</w:t>
        <w:br/>
        <w:t>f 28956/27130/23277 28954/27132/23279 28939/27118/23263</w:t>
        <w:br/>
        <w:t>f 28962/27137/23285 28961/27138/23286 28948/27125/23271</w:t>
        <w:br/>
        <w:t>f 28942/27115/23287 28962/27137/23285 28948/27125/23271</w:t>
        <w:br/>
        <w:t>f 28948/27125/23271 28961/27138/23286 28963/27139/23288</w:t>
        <w:br/>
        <w:t>f 28942/27115/23287 28958/27134/23281 28962/27137/23285</w:t>
        <w:br/>
        <w:t>f 28955/27131/23278 28956/27130/23277 28948/27125/23271</w:t>
        <w:br/>
        <w:t>f 28963/27139/23288 28955/27131/23278 28948/27125/23271</w:t>
        <w:br/>
        <w:t>f 28967/27140/23289 28966/27141/23290 28965/27142/23290</w:t>
        <w:br/>
        <w:t>f 28964/27143/23289 28967/27140/23289 28965/27142/23290</w:t>
        <w:br/>
        <w:t>f 28967/27140/23289 28964/27143/23289 28968/27144/23291</w:t>
        <w:br/>
        <w:t>f 28969/27145/23291 28967/27140/23289 28968/27144/23291</w:t>
        <w:br/>
        <w:t>f 28969/27145/23291 28968/27144/23291 28970/27146/23292</w:t>
        <w:br/>
        <w:t>f 28971/27147/23293 28969/27145/23291 28970/27146/23292</w:t>
        <w:br/>
        <w:t>f 28973/27148/23294 28971/27147/23293 28970/27146/23292</w:t>
        <w:br/>
        <w:t>f 28972/27149/23294 28973/27148/23294 28970/27146/23292</w:t>
        <w:br/>
        <w:t>f 28975/27150/23295 28973/27148/23294 28972/27149/23294</w:t>
        <w:br/>
        <w:t>f 28974/27151/23296 28975/27150/23295 28972/27149/23294</w:t>
        <w:br/>
        <w:t>f 28975/27150/23295 28974/27151/23296 28976/27152/23297</w:t>
        <w:br/>
        <w:t>f 28977/27153/23298 28975/27150/23295 28976/27152/23297</w:t>
        <w:br/>
        <w:t>f 28977/27153/23298 28976/27152/23297 28978/27154/23299</w:t>
        <w:br/>
        <w:t>f 28979/27155/23299 28977/27153/23298 28978/27154/23299</w:t>
        <w:br/>
        <w:t>f 28966/27141/23290 28979/27155/23299 28978/27154/23299</w:t>
        <w:br/>
        <w:t>f 28965/27142/23290 28966/27141/23290 28978/27154/23299</w:t>
        <w:br/>
        <w:t>f 28983/27156/23300 28982/27157/23301 28981/27158/23302</w:t>
        <w:br/>
        <w:t>f 28980/27159/23303 28983/27156/23300 28981/27158/23302</w:t>
        <w:br/>
        <w:t>f 28980/27159/23303 28981/27158/23302 28984/27160/23304</w:t>
        <w:br/>
        <w:t>f 28987/27161/23305 28986/27162/23306 28985/27163/23306</w:t>
        <w:br/>
        <w:t>f 28988/27164/23307 28987/27161/23305 28985/27163/23306</w:t>
        <w:br/>
        <w:t>f 28989/27165/23308 28985/27163/23306 28986/27162/23306</w:t>
        <w:br/>
        <w:t>f 28991/27166/23309 28990/27167/23310 28980/27159/23303</w:t>
        <w:br/>
        <w:t>f 28984/27160/23304 28991/27166/23309 28980/27159/23303</w:t>
        <w:br/>
        <w:t>f 28994/27168/23311 28993/27169/23312 28992/27170/23313</w:t>
        <w:br/>
        <w:t>f 28980/27159/23314 28994/27168/23311 28992/27170/23313</w:t>
        <w:br/>
        <w:t>f 28989/27165/23308 28980/27159/23314 28992/27170/23313</w:t>
        <w:br/>
        <w:t>f 28996/27171/23315 28995/27172/23316 28993/27169/23317</w:t>
        <w:br/>
        <w:t>f 28990/27167/23310 28996/27171/23315 28993/27169/23317</w:t>
        <w:br/>
        <w:t>f 28990/27167/23310 28991/27166/23309 28997/27173/23318</w:t>
        <w:br/>
        <w:t>f 28997/27173/23318 28999/27174/23319 28998/27175/23319</w:t>
        <w:br/>
        <w:t>f 28990/27167/23310 28997/27173/23318 28998/27175/23319</w:t>
        <w:br/>
        <w:t>f 29000/27176/23320 28982/27157/23301 28983/27156/23300</w:t>
        <w:br/>
        <w:t>f 29003/27177/23321 29002/27178/23322 29001/27179/23323</w:t>
        <w:br/>
        <w:t>f 29000/27176/23320 29003/27177/23321 29001/27179/23323</w:t>
        <w:br/>
        <w:t>f 28998/27175/23319 28999/27174/23319 29001/27179/23323</w:t>
        <w:br/>
        <w:t>f 28996/27171/23315 29004/27180/23324 28995/27172/23316</w:t>
        <w:br/>
        <w:t>f 29004/27180/23324 28996/27171/23315 28983/27156/23300</w:t>
        <w:br/>
        <w:t>f 29005/27181/23325 29004/27180/23324 28983/27156/23300</w:t>
        <w:br/>
        <w:t>f 28988/27164/23326 29005/27181/23325 28983/27156/23300</w:t>
        <w:br/>
        <w:t>f 29009/27182/23327 29008/27183/23328 29007/27184/23328</w:t>
        <w:br/>
        <w:t>f 29006/27185/23327 29009/27182/23327 29007/27184/23328</w:t>
        <w:br/>
        <w:t>f 29009/27182/23327 29006/27185/23327 29010/27186/23329</w:t>
        <w:br/>
        <w:t>f 29011/27187/23330 29009/27182/23327 29010/27186/23329</w:t>
        <w:br/>
        <w:t>f 29011/27187/23330 29010/27186/23329 29012/27188/23331</w:t>
        <w:br/>
        <w:t>f 29013/27189/23331 29011/27187/23330 29012/27188/23331</w:t>
        <w:br/>
        <w:t>f 29015/27190/23332 29013/27189/23331 29012/27188/23331</w:t>
        <w:br/>
        <w:t>f 29014/27191/23332 29015/27190/23332 29012/27188/23331</w:t>
        <w:br/>
        <w:t>f 29017/27192/23333 29015/27190/23332 29014/27191/23332</w:t>
        <w:br/>
        <w:t>f 29016/27193/23334 29017/27192/23333 29014/27191/23332</w:t>
        <w:br/>
        <w:t>f 29017/27192/23333 29016/27193/23334 29018/27194/23335</w:t>
        <w:br/>
        <w:t>f 29019/27195/23336 29017/27192/23333 29018/27194/23335</w:t>
        <w:br/>
        <w:t>f 29021/27196/23337 29019/27195/23336 29018/27194/23335</w:t>
        <w:br/>
        <w:t>f 29020/27197/23338 29021/27196/23337 29018/27194/23335</w:t>
        <w:br/>
        <w:t>f 29008/27183/23328 29021/27196/23337 29020/27197/23338</w:t>
        <w:br/>
        <w:t>f 29007/27184/23328 29008/27183/23328 29020/27197/23338</w:t>
        <w:br/>
        <w:t>f 29024/27198/23339 29023/27199/23340 29022/27200/23341</w:t>
        <w:br/>
        <w:t>f 29025/27201/23342 29024/27198/23339 29022/27200/23341</w:t>
        <w:br/>
        <w:t>f 29026/27202/23343 29022/27200/23341 29023/27199/23340</w:t>
        <w:br/>
        <w:t>f 29024/27198/23339 29025/27201/23342 29027/27203/23344</w:t>
        <w:br/>
        <w:t>f 29030/27204/23345 29029/27205/23346 29028/27206/23347</w:t>
        <w:br/>
        <w:t>f 29028/27206/23347 29032/27207/23348 29031/27208/23348</w:t>
        <w:br/>
        <w:t>f 29030/27204/23345 29028/27206/23347 29031/27208/23348</w:t>
        <w:br/>
        <w:t>f 29035/27209/23349 29034/27210/23350 29033/27211/23351</w:t>
        <w:br/>
        <w:t>f 29029/27205/23352 29035/27209/23349 29033/27211/23351</w:t>
        <w:br/>
        <w:t>f 29039/27212/23353 29038/27213/23353 29037/27214/23354</w:t>
        <w:br/>
        <w:t>f 29036/27215/23355 29039/27212/23353 29037/27214/23354</w:t>
        <w:br/>
        <w:t>f 29037/27214/23356 29031/27208/23348 29032/27207/23348</w:t>
        <w:br/>
        <w:t>f 29034/27210/23350 29035/27209/23349 29040/27216/23357</w:t>
        <w:br/>
        <w:t>f 29034/27210/23350 29040/27216/23357 29041/27217/23358</w:t>
        <w:br/>
        <w:t>f 29042/27218/23359 29034/27210/23350 29041/27217/23358</w:t>
        <w:br/>
        <w:t>f 29039/27212/23353 29041/27217/23358 29038/27213/23353</w:t>
        <w:br/>
        <w:t>f 29027/27203/23344 29044/27219/23360 29043/27220/23361</w:t>
        <w:br/>
        <w:t>f 29024/27198/23339 29027/27203/23344 29043/27220/23361</w:t>
        <w:br/>
        <w:t>f 29046/27221/23362 29043/27220/23361 29045/27222/23363</w:t>
        <w:br/>
        <w:t>f 29047/27223/23364 29046/27221/23362 29045/27222/23363</w:t>
        <w:br/>
        <w:t>f 29043/27220/23361 29044/27219/23360 29045/27222/23363</w:t>
        <w:br/>
        <w:t>f 29046/27221/23362 29047/27223/23364 29048/27224/23365</w:t>
        <w:br/>
        <w:t>f 29026/27202/23343 29023/27199/23340 29046/27221/23362</w:t>
        <w:br/>
        <w:t>f 29048/27224/23365 29026/27202/23343 29046/27221/23362</w:t>
        <w:br/>
        <w:t>f 29051/27225/23366 29050/27226/23367 29049/27227/23368</w:t>
        <w:br/>
        <w:t>f 29052/27228/23368 29051/27225/23366 29049/27227/23368</w:t>
        <w:br/>
        <w:t>f 29050/27226/23367 29051/27225/23366 29053/27229/23369</w:t>
        <w:br/>
        <w:t>f 29054/27230/23369 29050/27226/23367 29053/27229/23369</w:t>
        <w:br/>
        <w:t>f 29054/27230/23369 29053/27229/23369 29055/27231/23370</w:t>
        <w:br/>
        <w:t>f 29056/27232/23370 29054/27230/23369 29055/27231/23370</w:t>
        <w:br/>
        <w:t>f 29058/27233/23371 29056/27232/23370 29055/27231/23370</w:t>
        <w:br/>
        <w:t>f 29057/27234/23372 29058/27233/23371 29055/27231/23370</w:t>
        <w:br/>
        <w:t>f 29060/27235/23373 29058/27233/23371 29057/27234/23372</w:t>
        <w:br/>
        <w:t>f 29059/27236/23373 29060/27235/23373 29057/27234/23372</w:t>
        <w:br/>
        <w:t>f 29060/27235/23373 29059/27236/23373 29061/27237/23374</w:t>
        <w:br/>
        <w:t>f 29062/27238/23375 29060/27235/23373 29061/27237/23374</w:t>
        <w:br/>
        <w:t>f 29062/27238/23375 29061/27237/23374 29063/27239/23376</w:t>
        <w:br/>
        <w:t>f 29064/27240/23377 29062/27238/23375 29063/27239/23376</w:t>
        <w:br/>
        <w:t>f 29049/27227/23368 29064/27240/23377 29063/27239/23376</w:t>
        <w:br/>
        <w:t>f 29052/27228/23368 29049/27227/23368 29063/27239/23376</w:t>
        <w:br/>
        <w:t>f 29067/27241/23378 29066/27242/23379 29065/27243/23380</w:t>
        <w:br/>
        <w:t>f 29068/27244/23381 29067/27241/23378 29065/27243/23380</w:t>
        <w:br/>
        <w:t>f 29069/27245/23382 29065/27243/23380 29066/27242/23379</w:t>
        <w:br/>
        <w:t>f 29067/27241/23378 29068/27244/23381 29070/27246/23383</w:t>
        <w:br/>
        <w:t>f 29073/27247/23384 29072/27248/23385 29071/27249/23386</w:t>
        <w:br/>
        <w:t>f 29071/27249/23386 29075/27250/23387 29074/27251/23387</w:t>
        <w:br/>
        <w:t>f 29073/27247/23384 29071/27249/23386 29074/27251/23387</w:t>
        <w:br/>
        <w:t>f 29078/27252/23388 29077/27253/23389 29076/27254/23390</w:t>
        <w:br/>
        <w:t>f 29072/27248/23391 29078/27252/23388 29076/27254/23390</w:t>
        <w:br/>
        <w:t>f 29081/27255/23392 29080/27256/23393 29079/27257/23394</w:t>
        <w:br/>
        <w:t>f 29082/27258/23395 29081/27255/23392 29079/27257/23394</w:t>
        <w:br/>
        <w:t>f 29080/27256/23396 29074/27251/23387 29075/27250/23387</w:t>
        <w:br/>
        <w:t>f 29077/27253/23389 29078/27252/23388 29083/27259/23397</w:t>
        <w:br/>
        <w:t>f 29077/27253/23389 29083/27259/23397 29084/27260/23398</w:t>
        <w:br/>
        <w:t>f 29082/27258/23395 29077/27253/23389 29084/27260/23398</w:t>
        <w:br/>
        <w:t>f 29082/27258/23395 29084/27260/23398 29081/27255/23392</w:t>
        <w:br/>
        <w:t>f 29086/27261/23399 29085/27262/23400 29067/27241/23378</w:t>
        <w:br/>
        <w:t>f 29070/27246/23383 29086/27261/23399 29067/27241/23378</w:t>
        <w:br/>
        <w:t>f 29088/27263/23401 29085/27262/23400 29087/27264/23402</w:t>
        <w:br/>
        <w:t>f 29089/27265/23403 29088/27263/23401 29087/27264/23402</w:t>
        <w:br/>
        <w:t>f 29085/27262/23400 29086/27261/23399 29087/27264/23402</w:t>
        <w:br/>
        <w:t>f 29088/27263/23401 29089/27265/23403 29090/27266/23404</w:t>
        <w:br/>
        <w:t>f 29069/27245/23382 29066/27242/23379 29088/27263/23401</w:t>
        <w:br/>
        <w:t>f 29090/27266/23404 29069/27245/23382 29088/27263/23401</w:t>
        <w:br/>
        <w:t>f 29094/27267/23405 29093/27268/23406 29092/27269/23406</w:t>
        <w:br/>
        <w:t>f 29091/27270/23405 29094/27267/23405 29092/27269/23406</w:t>
        <w:br/>
        <w:t>f 29092/27269/23406 29093/27268/23406 29095/27271/23407</w:t>
        <w:br/>
        <w:t>f 29096/27272/23408 29092/27269/23406 29095/27271/23407</w:t>
        <w:br/>
        <w:t>f 29096/27272/23408 29095/27271/23407 29097/27273/23409</w:t>
        <w:br/>
        <w:t>f 29098/27274/23410 29096/27272/23408 29097/27273/23409</w:t>
        <w:br/>
        <w:t>f 29100/27275/23411 29098/27274/23410 29097/27273/23409</w:t>
        <w:br/>
        <w:t>f 29099/27276/23412 29100/27275/23411 29097/27273/23409</w:t>
        <w:br/>
        <w:t>f 29102/27277/23413 29100/27275/23411 29099/27276/23412</w:t>
        <w:br/>
        <w:t>f 29101/27278/23414 29102/27277/23413 29099/27276/23412</w:t>
        <w:br/>
        <w:t>f 29102/27277/23413 29101/27278/23414 29103/27279/23415</w:t>
        <w:br/>
        <w:t>f 29104/27280/23415 29102/27277/23413 29103/27279/23415</w:t>
        <w:br/>
        <w:t>f 29104/27280/23415 29103/27279/23415 29105/27281/23416</w:t>
        <w:br/>
        <w:t>f 29106/27282/23416 29104/27280/23415 29105/27281/23416</w:t>
        <w:br/>
        <w:t>f 29091/27270/23405 29106/27282/23416 29105/27281/23416</w:t>
        <w:br/>
        <w:t>f 29094/27267/23405 29091/27270/23405 29105/27281/23416</w:t>
        <w:br/>
        <w:t>f 29109/27283/23417 29108/27284/23418 29107/27285/23419</w:t>
        <w:br/>
        <w:t>f 29110/27286/23420 29109/27283/23417 29107/27285/23419</w:t>
        <w:br/>
        <w:t>f 29111/27287/23421 29107/27285/23419 29108/27284/23418</w:t>
        <w:br/>
        <w:t>f 29109/27283/23417 29110/27286/23420 29112/27288/23422</w:t>
        <w:br/>
        <w:t>f 29115/27289/23423 29114/27290/23424 29113/27291/23425</w:t>
        <w:br/>
        <w:t>f 29113/27291/23425 29117/27292/23426 29116/27293/23427</w:t>
        <w:br/>
        <w:t>f 29115/27289/23423 29113/27291/23425 29116/27293/23427</w:t>
        <w:br/>
        <w:t>f 29119/27294/23428 29118/27295/23429 29113/27291/23425</w:t>
        <w:br/>
        <w:t>f 29114/27290/23424 29119/27294/23428 29113/27291/23425</w:t>
        <w:br/>
        <w:t>f 29122/27296/23430 29121/27297/23431 29120/27298/23432</w:t>
        <w:br/>
        <w:t>f 29123/27299/23430 29122/27296/23430 29120/27298/23432</w:t>
        <w:br/>
        <w:t>f 29121/27297/23433 29116/27293/23427 29117/27292/23426</w:t>
        <w:br/>
        <w:t>f 29126/27300/23434 29125/27301/23435 29124/27302/23436</w:t>
        <w:br/>
        <w:t>f 29128/27303/23437 29126/27300/23434 29124/27302/23436</w:t>
        <w:br/>
        <w:t>f 29127/27304/23438 29128/27303/23437 29124/27302/23436</w:t>
        <w:br/>
        <w:t>f 29123/27299/23430 29127/27304/23439 29122/27296/23430</w:t>
        <w:br/>
        <w:t>f 29130/27305/23440 29129/27306/23441 29109/27283/23417</w:t>
        <w:br/>
        <w:t>f 29112/27288/23422 29130/27305/23440 29109/27283/23417</w:t>
        <w:br/>
        <w:t>f 29132/27307/23442 29129/27306/23441 29131/27308/23443</w:t>
        <w:br/>
        <w:t>f 29133/27309/23442 29132/27307/23442 29131/27308/23443</w:t>
        <w:br/>
        <w:t>f 29129/27306/23441 29130/27305/23440 29131/27308/23443</w:t>
        <w:br/>
        <w:t>f 29132/27307/23442 29133/27309/23442 29134/27310/23444</w:t>
        <w:br/>
        <w:t>f 29111/27287/23421 29108/27284/23418 29126/27300/23445</w:t>
        <w:br/>
        <w:t>f 29134/27310/23446 29111/27287/23421 29126/27300/23445</w:t>
        <w:br/>
        <w:t>f 29138/27311/23447 29137/27312/23448 29136/27313/23449</w:t>
        <w:br/>
        <w:t>f 29135/27314/23450 29138/27311/23447 29136/27313/23449</w:t>
        <w:br/>
        <w:t>f 29136/27313/23449 29137/27312/23448 29139/27315/23451</w:t>
        <w:br/>
        <w:t>f 29140/27316/23452 29136/27313/23449 29139/27315/23451</w:t>
        <w:br/>
        <w:t>f 29140/27316/23452 29139/27315/23451 29141/27317/23453</w:t>
        <w:br/>
        <w:t>f 29142/27318/23454 29140/27316/23452 29141/27317/23453</w:t>
        <w:br/>
        <w:t>f 29144/27319/23455 29142/27318/23454 29141/27317/23453</w:t>
        <w:br/>
        <w:t>f 29143/27320/23456 29144/27319/23455 29141/27317/23453</w:t>
        <w:br/>
        <w:t>f 29146/27321/23457 29144/27319/23455 29143/27320/23456</w:t>
        <w:br/>
        <w:t>f 29145/27322/23457 29146/27321/23457 29143/27320/23456</w:t>
        <w:br/>
        <w:t>f 29146/27321/23457 29145/27322/23457 29147/27323/23458</w:t>
        <w:br/>
        <w:t>f 29148/27324/23459 29146/27321/23457 29147/27323/23458</w:t>
        <w:br/>
        <w:t>f 29148/27324/23459 29147/27323/23458 29149/27325/23460</w:t>
        <w:br/>
        <w:t>f 29150/27326/23460 29148/27324/23459 29149/27325/23460</w:t>
        <w:br/>
        <w:t>f 29135/27314/23450 29150/27326/23460 29149/27325/23460</w:t>
        <w:br/>
        <w:t>f 29138/27311/23447 29135/27314/23450 29149/27325/23460</w:t>
        <w:br/>
        <w:t>f 4702/27327/23461 4701/27328/23462 4700/27329/23463</w:t>
        <w:br/>
        <w:t>f 4699/27330/23463 4702/27327/23461 4700/27329/23463</w:t>
        <w:br/>
        <w:t>f 4708/27331/23464 4699/27330/23463 4700/27329/23463</w:t>
        <w:br/>
        <w:t>f 4707/27332/23465 4708/27331/23464 4700/27329/23463</w:t>
        <w:br/>
        <w:t>f 4711/27333/23466 4710/27334/23466 4709/27335/16829</w:t>
        <w:br/>
        <w:t>f 4712/27336/16831 4711/27333/23466 4709/27335/16829</w:t>
        <w:br/>
        <w:t>f 4523/27337/23467 4522/27338/23467 4521/27339/23468</w:t>
        <w:br/>
        <w:t>f 4520/27340/23469 4523/27337/23467 4521/27339/23468</w:t>
        <w:br/>
        <w:t>f 4526/27341/23470 4525/27342/23470 4524/27343/23471</w:t>
        <w:br/>
        <w:t>f 4527/27344/23471 4526/27341/23470 4524/27343/23471</w:t>
        <w:br/>
        <w:t>f 4531/27345/23472 4530/27346/23473 4529/27347/23473</w:t>
        <w:br/>
        <w:t>f 4528/27348/23472 4531/27345/23472 4529/27347/23473</w:t>
        <w:br/>
        <w:t>f 4533/27349/23474 4529/27347/23473 4530/27346/23473</w:t>
        <w:br/>
        <w:t>f 4532/27350/23475 4533/27349/23474 4530/27346/23473</w:t>
        <w:br/>
        <w:t>f 4536/27351/23476 4535/27352/23477 4534/27353/23478</w:t>
        <w:br/>
        <w:t>f 4537/27354/23479 4536/27351/23476 4534/27353/23478</w:t>
        <w:br/>
        <w:t>f 4540/27355/23480 4539/27356/23480 4538/27357/23481</w:t>
        <w:br/>
        <w:t>f 4541/27358/23482 4540/27355/23480 4538/27357/23481</w:t>
        <w:br/>
        <w:t>f 4545/27359/23483 4544/27360/23484 4543/27361/23485</w:t>
        <w:br/>
        <w:t>f 4542/27362/23485 4545/27359/23483 4543/27361/23485</w:t>
        <w:br/>
        <w:t>f 4534/27353/23478 4533/27349/23474 4532/27350/23475</w:t>
        <w:br/>
        <w:t>f 4537/27354/23479 4534/27353/23478 4532/27350/23475</w:t>
        <w:br/>
        <w:t>f 4547/27363/23486 4546/27364/23487 4542/27362/23485</w:t>
        <w:br/>
        <w:t>f 4543/27361/23485 4547/27363/23486 4542/27362/23485</w:t>
        <w:br/>
        <w:t>f 4544/27360/23484 4545/27359/23483 4522/27338/23467</w:t>
        <w:br/>
        <w:t>f 4523/27337/23467 4544/27360/23484 4522/27338/23467</w:t>
        <w:br/>
        <w:t>f 4528/27348/23472 4525/27342/23470 4526/27341/23470</w:t>
        <w:br/>
        <w:t>f 4531/27345/23472 4528/27348/23472 4526/27341/23470</w:t>
        <w:br/>
        <w:t>f 4535/27352/23477 4536/27351/23476 4541/27358/23482</w:t>
        <w:br/>
        <w:t>f 4538/27357/23481 4535/27352/23477 4541/27358/23482</w:t>
        <w:br/>
        <w:t>f 4539/27356/23480 4540/27355/23480 4546/27364/23487</w:t>
        <w:br/>
        <w:t>f 4547/27363/23486 4539/27356/23480 4546/27364/23487</w:t>
        <w:br/>
        <w:t>f 4550/27365/23488 4549/27366/23488 4548/27367/23489</w:t>
        <w:br/>
        <w:t>f 4551/27368/23489 4550/27365/23488 4548/27367/23489</w:t>
        <w:br/>
        <w:t>f 4555/27369/23490 4554/27370/23491 4553/27371/23491</w:t>
        <w:br/>
        <w:t>f 4552/27372/23490 4555/27369/23490 4553/27371/23491</w:t>
        <w:br/>
        <w:t>f 4558/27373/23492 4557/27374/23492 4556/27375/23488</w:t>
        <w:br/>
        <w:t>f 4559/27376/23493 4558/27373/23492 4556/27375/23488</w:t>
        <w:br/>
        <w:t>f 4562/27377/23490 4561/27378/23490 4560/27379/23494</w:t>
        <w:br/>
        <w:t>f 4563/27380/23495 4562/27377/23490 4560/27379/23494</w:t>
        <w:br/>
        <w:t>f 4567/27381/23496 4566/27382/23497 4565/27383/23498</w:t>
        <w:br/>
        <w:t>f 4564/27384/23499 4567/27381/23496 4565/27383/23498</w:t>
        <w:br/>
        <w:t>f 4571/27385/23500 4570/27386/23501 4569/27387/23502</w:t>
        <w:br/>
        <w:t>f 4568/27388/23503 4571/27385/23500 4569/27387/23502</w:t>
        <w:br/>
        <w:t>f 4573/27389/23504 4571/27385/23500 4568/27388/23503</w:t>
        <w:br/>
        <w:t>f 4572/27390/23505 4573/27389/23504 4568/27388/23503</w:t>
        <w:br/>
        <w:t>f 4566/27382/23497 4575/27391/23506 4574/27392/23506</w:t>
        <w:br/>
        <w:t>f 4565/27383/23498 4566/27382/23497 4574/27392/23506</w:t>
        <w:br/>
        <w:t>f 4579/27393/23507 4578/27394/23508 4577/27395/23508</w:t>
        <w:br/>
        <w:t>f 4576/27396/23509 4579/27393/23507 4577/27395/23508</w:t>
        <w:br/>
        <w:t>f 4582/27397/23510 4581/27398/23510 4580/27399/23511</w:t>
        <w:br/>
        <w:t>f 4583/27400/23511 4582/27397/23510 4580/27399/23511</w:t>
        <w:br/>
        <w:t>f 4586/27401/23512 4585/27402/23513 4584/27403/23514</w:t>
        <w:br/>
        <w:t>f 4587/27404/23514 4586/27401/23512 4584/27403/23514</w:t>
        <w:br/>
        <w:t>f 4590/27405/23515 4589/27406/23516 4588/27407/23517</w:t>
        <w:br/>
        <w:t>f 4591/27408/23518 4590/27405/23515 4588/27407/23517</w:t>
        <w:br/>
        <w:t>f 4594/27409/23519 4593/27410/23520 4592/27411/23521</w:t>
        <w:br/>
        <w:t>f 4595/27412/23521 4594/27409/23519 4592/27411/23521</w:t>
        <w:br/>
        <w:t>f 4598/27413/23522 4597/27414/23523 4596/27415/23524</w:t>
        <w:br/>
        <w:t>f 4599/27416/23524 4598/27413/23522 4596/27415/23524</w:t>
        <w:br/>
        <w:t>f 4573/27389/23504 4572/27390/23505 4581/27398/23510</w:t>
        <w:br/>
        <w:t>f 4582/27397/23510 4573/27389/23504 4581/27398/23510</w:t>
        <w:br/>
        <w:t>f 4575/27391/23506 4579/27393/23507 4576/27396/23509</w:t>
        <w:br/>
        <w:t>f 4574/27392/23506 4575/27391/23506 4576/27396/23509</w:t>
        <w:br/>
        <w:t>f 4599/27416/23524 4596/27415/23524 4600/27417/23525</w:t>
        <w:br/>
        <w:t>f 4601/27418/23525 4599/27416/23524 4600/27417/23525</w:t>
        <w:br/>
        <w:t>f 4603/27419/23526 4602/27420/23526 4593/27410/23520</w:t>
        <w:br/>
        <w:t>f 4594/27409/23519 4603/27419/23526 4593/27410/23520</w:t>
        <w:br/>
        <w:t>f 4598/27413/23522 4551/27368/23489 4548/27367/23489</w:t>
        <w:br/>
        <w:t>f 4597/27414/23523 4598/27413/23522 4548/27367/23489</w:t>
        <w:br/>
        <w:t>f 4595/27412/23521 4592/27411/23521 4553/27371/23491</w:t>
        <w:br/>
        <w:t>f 4554/27370/23491 4595/27412/23521 4553/27371/23491</w:t>
        <w:br/>
        <w:t>f 4570/27386/23501 4563/27380/23495 4560/27379/23494</w:t>
        <w:br/>
        <w:t>f 4569/27387/23502 4570/27386/23501 4560/27379/23494</w:t>
        <w:br/>
        <w:t>f 4558/27373/23492 4567/27381/23496 4564/27384/23499</w:t>
        <w:br/>
        <w:t>f 4557/27374/23492 4558/27373/23492 4564/27384/23499</w:t>
        <w:br/>
        <w:t>f 4587/27404/23514 4584/27403/23514 4577/27395/23508</w:t>
        <w:br/>
        <w:t>f 4578/27394/23508 4587/27404/23514 4577/27395/23508</w:t>
        <w:br/>
        <w:t>f 4590/27405/23515 4583/27400/23511 4580/27399/23511</w:t>
        <w:br/>
        <w:t>f 4589/27406/23516 4590/27405/23515 4580/27399/23511</w:t>
        <w:br/>
        <w:t>f 4591/27408/23518 4588/27407/23517 4602/27420/23526</w:t>
        <w:br/>
        <w:t>f 4603/27419/23526 4591/27408/23518 4602/27420/23526</w:t>
        <w:br/>
        <w:t>f 4601/27418/23525 4600/27417/23525 4585/27402/23513</w:t>
        <w:br/>
        <w:t>f 4586/27401/23512 4601/27418/23525 4585/27402/23513</w:t>
        <w:br/>
        <w:t>f 9347/27421/23527 9346/27422/23528 9345/27423/23529</w:t>
        <w:br/>
        <w:t>f 9350/27424/23529 9349/27425/23530 9348/27426/23531</w:t>
        <w:br/>
        <w:t>f 9350/27424/23529 9352/27427/23532 9351/27428/23527</w:t>
        <w:br/>
        <w:t>f 9354/27429/23533 9353/27430/23534 9348/27426/23535</w:t>
        <w:br/>
        <w:t>f 9356/27431/23536 9354/27429/23533 9355/27432/23537</w:t>
        <w:br/>
        <w:t>f 9358/27433/23538 9357/27434/23539 9356/27431/23536</w:t>
        <w:br/>
        <w:t>f 9355/27432/23537 9358/27433/23538 9356/27431/23536</w:t>
        <w:br/>
        <w:t>f 9359/27435/23540 9356/27431/23536 9357/27434/23539</w:t>
        <w:br/>
        <w:t>f 9362/27436/23541 9361/27437/23542 9360/27438/23543</w:t>
        <w:br/>
        <w:t>f 9360/27438/23543 9363/27439/23544 9362/27436/23541</w:t>
        <w:br/>
        <w:t>f 9365/27440/23545 9360/27438/23543 9364/27441/23546</w:t>
        <w:br/>
        <w:t>f 9360/27438/23543 9361/27437/23542 9364/27441/23546</w:t>
        <w:br/>
        <w:t>f 9355/27432/23537 9367/27442/23547 9366/27443/23548</w:t>
        <w:br/>
        <w:t>f 9358/27433/23538 9355/27432/23537 9366/27443/23548</w:t>
        <w:br/>
        <w:t>f 9360/27438/23543 9365/27440/23545 9368/27444/23549</w:t>
        <w:br/>
        <w:t>f 9370/27445/23550 9368/27444/23549 9369/27446/23551</w:t>
        <w:br/>
        <w:t>f 9372/27447/23552 9366/27443/23548 9371/27448/23553</w:t>
        <w:br/>
        <w:t>f 9367/27442/23547 9355/27432/23537 9373/27449/23554</w:t>
        <w:br/>
        <w:t>f 9374/27450/23555 9367/27442/23547 9373/27449/23554</w:t>
        <w:br/>
        <w:t>f 9377/27451/23556 9376/27452/23557 9375/27453/23558</w:t>
        <w:br/>
        <w:t>f 9378/27454/23556 9377/27451/23556 9375/27453/23558</w:t>
        <w:br/>
        <w:t>f 9377/27451/23556 9378/27454/23556 9379/27455/23559</w:t>
        <w:br/>
        <w:t>f 9380/27456/23560 9377/27451/23556 9379/27455/23559</w:t>
        <w:br/>
        <w:t>f 9383/27457/23561 9382/27458/23561 9381/27459/23562</w:t>
        <w:br/>
        <w:t>f 9374/27450/23555 9371/27448/23553 9367/27442/23547</w:t>
        <w:br/>
        <w:t>f 9385/27460/23563 9384/27461/23564 9371/27448/23553</w:t>
        <w:br/>
        <w:t>f 9374/27450/23555 9385/27460/23563 9371/27448/23553</w:t>
        <w:br/>
        <w:t>f 9373/27449/23554 9355/27432/23537 9354/27429/23533</w:t>
        <w:br/>
        <w:t>f 9379/27455/23559 9354/27429/23533 9348/27426/23535</w:t>
        <w:br/>
        <w:t>f 9380/27456/23560 9379/27455/23559 9386/27462/23565</w:t>
        <w:br/>
        <w:t>f 9389/27463/23566 9388/27464/23566 9387/27465/23567</w:t>
        <w:br/>
        <w:t>f 9349/27425/23530 9350/27424/23529 9390/27466/23568</w:t>
        <w:br/>
        <w:t>f 9393/27467/23569 9392/27468/23570 9391/27469/23571</w:t>
        <w:br/>
        <w:t>f 9395/27470/23572 9394/27471/23573 9346/27422/23528</w:t>
        <w:br/>
        <w:t>f 9346/27422/23528 9398/27472/23574 9397/27473/23575</w:t>
        <w:br/>
        <w:t>f 9396/27474/23576 9346/27422/23528 9397/27473/23575</w:t>
        <w:br/>
        <w:t>f 9396/27474/23576 9372/27447/23552 9371/27448/23553</w:t>
        <w:br/>
        <w:t>f 9399/27475/23577 9395/27470/23572 9396/27474/23576</w:t>
        <w:br/>
        <w:t>f 9384/27461/23564 9399/27475/23577 9396/27474/23576</w:t>
        <w:br/>
        <w:t>f 9371/27448/23553 9384/27461/23564 9396/27474/23576</w:t>
        <w:br/>
        <w:t>f 9369/27446/23551 9400/27476/23578 9370/27445/23550</w:t>
        <w:br/>
        <w:t>f 9393/27467/23569 9391/27469/23571 9401/27477/23579</w:t>
        <w:br/>
        <w:t>f 9383/27457/23561 9401/27477/23580 9382/27458/23561</w:t>
        <w:br/>
        <w:t>f 9360/27438/23543 9400/27476/23581 9363/27439/23544</w:t>
        <w:br/>
        <w:t>f 9389/27463/23566 9381/27459/23582 9388/27464/23566</w:t>
        <w:br/>
        <w:t>f 9404/27478/23583 9403/27479/23583 9402/27480/23584</w:t>
        <w:br/>
        <w:t>f 9392/27468/23570 9393/27467/23569 9402/27480/23585</w:t>
        <w:br/>
        <w:t>f 9359/27435/23540 9353/27430/23534 9356/27431/23536</w:t>
        <w:br/>
        <w:t>f 9354/27429/23533 9356/27431/23536 9353/27430/23534</w:t>
        <w:br/>
        <w:t>f 9379/27455/23559 9348/27426/23535 9386/27462/23565</w:t>
        <w:br/>
        <w:t>f 9380/27456/23560 9386/27462/23565 9405/27481/23586</w:t>
        <w:br/>
        <w:t>f 9350/27424/23529 9406/27482/23587 9352/27427/23532</w:t>
        <w:br/>
        <w:t>f 9406/27482/23587 9350/27424/23529 9348/27426/23531</w:t>
        <w:br/>
        <w:t>f 9390/27466/23568 9350/27424/23529 9407/27483/23588</w:t>
        <w:br/>
        <w:t>f 9398/27472/23574 9346/27422/23528 9347/27421/23527</w:t>
        <w:br/>
        <w:t>f 9346/27422/23528 9394/27471/23573 9345/27423/23529</w:t>
        <w:br/>
        <w:t>f 9373/27449/23554 9354/27429/23533 9379/27455/23559</w:t>
        <w:br/>
        <w:t>f 9396/27474/23576 9395/27470/23572 9346/27422/23528</w:t>
        <w:br/>
        <w:t>f 9371/27448/23553 9366/27443/23548 9367/27442/23547</w:t>
        <w:br/>
        <w:t>f 9397/27473/23575 9372/27447/23552 9396/27474/23576</w:t>
        <w:br/>
        <w:t>f 16543/27484/23589 16542/27485/23590 16541/27486/23591</w:t>
        <w:br/>
        <w:t>f 16540/27487/23591 16543/27484/23589 16541/27486/23591</w:t>
        <w:br/>
        <w:t>f 16546/27488/23592 16545/27489/23593 16544/27490/23594</w:t>
        <w:br/>
        <w:t>f 16547/27491/23595 16546/27488/23592 16544/27490/23594</w:t>
        <w:br/>
        <w:t>f 16550/27492/23596 16546/27488/23592 16549/27493/23597</w:t>
        <w:br/>
        <w:t>f 16548/27494/23598 16550/27492/23596 16549/27493/23597</w:t>
        <w:br/>
        <w:t>f 16553/27495/23599 16552/27496/23600 16551/27497/23600</w:t>
        <w:br/>
        <w:t>f 16554/27498/23599 16553/27495/23599 16551/27497/23600</w:t>
        <w:br/>
        <w:t>f 16558/27499/23601 16557/27500/23602 16556/27501/23603</w:t>
        <w:br/>
        <w:t>f 16555/27502/23604 16558/27499/23601 16556/27501/23603</w:t>
        <w:br/>
        <w:t>f 16546/27488/23592 16547/27491/23595 16559/27503/23605</w:t>
        <w:br/>
        <w:t>f 16549/27493/23597 16546/27488/23592 16559/27503/23605</w:t>
        <w:br/>
        <w:t>f 16560/27504/23606 16540/27487/23591 16541/27486/23591</w:t>
        <w:br/>
        <w:t>f 16561/27505/23607 16560/27504/23606 16541/27486/23591</w:t>
        <w:br/>
        <w:t>f 16558/27499/23601 16563/27506/23608 16562/27507/23609</w:t>
        <w:br/>
        <w:t>f 16557/27500/23602 16558/27499/23601 16562/27507/23609</w:t>
        <w:br/>
        <w:t>f 16567/27508/23610 16566/27509/23610 16565/27510/23611</w:t>
        <w:br/>
        <w:t>f 16564/27511/23611 16567/27508/23610 16565/27510/23611</w:t>
        <w:br/>
        <w:t>f 16569/27512/23612 16568/27513/23613 16549/27493/23597</w:t>
        <w:br/>
        <w:t>f 16559/27503/23605 16569/27512/23612 16549/27493/23597</w:t>
        <w:br/>
        <w:t>f 16572/27514/23614 16571/27515/23615 16570/27516/23616</w:t>
        <w:br/>
        <w:t>f 16573/27517/23617 16572/27514/23614 16570/27516/23616</w:t>
        <w:br/>
        <w:t>f 16564/27511/23611 16565/27510/23611 16575/27518/23618</w:t>
        <w:br/>
        <w:t>f 16574/27519/23618 16564/27511/23611 16575/27518/23618</w:t>
        <w:br/>
        <w:t>f 16578/27520/23619 16577/27521/23620 16576/27522/23621</w:t>
        <w:br/>
        <w:t>f 16579/27523/23622 16578/27520/23619 16576/27522/23621</w:t>
        <w:br/>
        <w:t>f 16582/27524/23623 16581/27525/23624 16580/27526/23625</w:t>
        <w:br/>
        <w:t>f 16571/27515/23615 16582/27524/23623 16580/27526/23625</w:t>
        <w:br/>
        <w:t>f 16583/27527/23626 16582/27524/23623 16571/27515/23615</w:t>
        <w:br/>
        <w:t>f 16572/27514/23614 16583/27527/23626 16571/27515/23615</w:t>
        <w:br/>
        <w:t>f 16586/27528/23627 16585/27529/23628 16584/27530/23629</w:t>
        <w:br/>
        <w:t>f 16587/27531/23630 16586/27528/23627 16584/27530/23629</w:t>
        <w:br/>
        <w:t>f 16568/27513/23613 16588/27532/23631 16548/27494/23598</w:t>
        <w:br/>
        <w:t>f 16549/27493/23597 16568/27513/23613 16548/27494/23598</w:t>
        <w:br/>
        <w:t>f 16590/27533/23632 16589/27534/23633 16568/27513/23613</w:t>
        <w:br/>
        <w:t>f 16569/27512/23612 16590/27533/23632 16568/27513/23613</w:t>
        <w:br/>
        <w:t>f 16585/27529/23628 16551/27497/23600 16552/27496/23600</w:t>
        <w:br/>
        <w:t>f 16584/27530/23629 16585/27529/23628 16552/27496/23600</w:t>
        <w:br/>
        <w:t>f 16588/27532/23631 16568/27513/23613 16589/27534/23633</w:t>
        <w:br/>
        <w:t>f 16591/27535/23634 16588/27532/23631 16589/27534/23633</w:t>
        <w:br/>
        <w:t>f 16592/27536/23635 16570/27516/23616 16571/27515/23615</w:t>
        <w:br/>
        <w:t>f 16580/27526/23625 16592/27536/23635 16571/27515/23615</w:t>
        <w:br/>
        <w:t>f 16576/27522/23621 16577/27521/23620 16594/27537/23636</w:t>
        <w:br/>
        <w:t>f 16593/27538/23636 16576/27522/23621 16594/27537/23636</w:t>
        <w:br/>
        <w:t>f 16593/27538/23636 16594/27537/23636 16574/27519/23618</w:t>
        <w:br/>
        <w:t>f 16575/27518/23618 16593/27538/23636 16574/27519/23618</w:t>
        <w:br/>
        <w:t>f 16546/27488/23592 16550/27492/23596 16595/27539/23637</w:t>
        <w:br/>
        <w:t>f 16545/27489/23593 16546/27488/23592 16595/27539/23637</w:t>
        <w:br/>
        <w:t>f 16596/27540/23638 16553/27495/23599 16554/27498/23599</w:t>
        <w:br/>
        <w:t>f 16597/27541/23638 16596/27540/23638 16554/27498/23599</w:t>
        <w:br/>
        <w:t>f 16573/27517/23617 16563/27506/23608 16558/27499/23601</w:t>
        <w:br/>
        <w:t>f 16572/27514/23614 16573/27517/23617 16558/27499/23601</w:t>
        <w:br/>
        <w:t>f 16572/27514/23614 16558/27499/23601 16555/27502/23604</w:t>
        <w:br/>
        <w:t>f 16583/27527/23626 16572/27514/23614 16555/27502/23604</w:t>
        <w:br/>
        <w:t>f 16599/27542/23639 16598/27543/23639 16566/27509/23610</w:t>
        <w:br/>
        <w:t>f 16567/27508/23610 16599/27542/23639 16566/27509/23610</w:t>
        <w:br/>
        <w:t>f 17685/27544/23640 17684/27545/23641 17683/27546/23642</w:t>
        <w:br/>
        <w:t>f 17688/27547/23643 17687/27548/23644 17686/27549/23645</w:t>
        <w:br/>
        <w:t>f 17690/27550/23646 17689/27551/23647 17688/27547/23643</w:t>
        <w:br/>
        <w:t>f 17686/27549/23645 17690/27550/23646 17688/27547/23643</w:t>
        <w:br/>
        <w:t>f 17689/27551/23647 17690/27550/23646 17691/27552/23648</w:t>
        <w:br/>
        <w:t>f 17694/27553/23649 17693/27554/23650 17692/27555/23651</w:t>
        <w:br/>
        <w:t>f 17695/27556/23652 17694/27553/23649 17692/27555/23651</w:t>
        <w:br/>
        <w:t>f 17696/27557/23653 17692/27555/23651 17693/27554/23650</w:t>
        <w:br/>
        <w:t>f 17697/27558/23654 17696/27557/23653 17693/27554/23650</w:t>
        <w:br/>
        <w:t>f 17699/27559/23655 17696/27557/23653 17697/27558/23654</w:t>
        <w:br/>
        <w:t>f 17698/27560/23656 17699/27559/23655 17697/27558/23654</w:t>
        <w:br/>
        <w:t>f 17700/27561/23657 17699/27559/23655 17698/27560/23656</w:t>
        <w:br/>
        <w:t>f 17701/27562/23658 17700/27561/23657 17698/27560/23656</w:t>
        <w:br/>
        <w:t>f 17702/27563/23659 17687/27548/23644 17688/27547/23643</w:t>
        <w:br/>
        <w:t>f 17704/27564/23660 17702/27563/23659 17703/27565/23661</w:t>
        <w:br/>
        <w:t>f 17707/27566/23662 17706/27567/23663 17705/27568/23664</w:t>
        <w:br/>
        <w:t>f 17708/27569/23665 17707/27566/23662 17705/27568/23664</w:t>
        <w:br/>
        <w:t>f 17705/27568/23664 17709/27570/23666 17708/27569/23665</w:t>
        <w:br/>
        <w:t>f 17705/27568/23664 17711/27571/23667 17710/27572/23668</w:t>
        <w:br/>
        <w:t>f 17706/27567/23663 17712/27573/23669 17711/27571/23667</w:t>
        <w:br/>
        <w:t>f 17705/27568/23664 17706/27567/23663 17711/27571/23667</w:t>
        <w:br/>
        <w:t>f 17712/27573/23669 17714/27574/23670 17713/27575/23671</w:t>
        <w:br/>
        <w:t>f 17711/27571/23667 17712/27573/23669 17713/27575/23671</w:t>
        <w:br/>
        <w:t>f 17711/27571/23667 17713/27575/23671 17715/27576/23672</w:t>
        <w:br/>
        <w:t>f 17710/27572/23668 17711/27571/23667 17715/27576/23672</w:t>
        <w:br/>
        <w:t>f 17716/27577/23673 17704/27564/23660 17703/27565/23661</w:t>
        <w:br/>
        <w:t>f 17703/27565/23661 17685/27544/23640 17683/27546/23642</w:t>
        <w:br/>
        <w:t>f 17716/27577/23673 17703/27565/23661 17683/27546/23642</w:t>
        <w:br/>
        <w:t>f 17718/27578/23674 17717/27579/23675 17710/27572/23668</w:t>
        <w:br/>
        <w:t>f 17715/27576/23672 17718/27578/23674 17710/27572/23668</w:t>
        <w:br/>
        <w:t>f 17710/27572/23668 17717/27579/23675 17709/27570/23666</w:t>
        <w:br/>
        <w:t>f 17717/27579/23675 17720/27580/23676 17719/27581/23677</w:t>
        <w:br/>
        <w:t>f 17717/27579/23675 17718/27578/23674 17722/27582/23678</w:t>
        <w:br/>
        <w:t>f 17721/27583/23679 17717/27579/23675 17722/27582/23678</w:t>
        <w:br/>
        <w:t>f 17708/27569/23665 17724/27584/23680 17723/27585/23681</w:t>
        <w:br/>
        <w:t>f 17723/27585/23681 17727/27586/23682 17726/27587/23683</w:t>
        <w:br/>
        <w:t>f 17725/27588/23684 17723/27585/23681 17726/27587/23683</w:t>
        <w:br/>
        <w:t>f 17728/27589/23685 17725/27588/23684 17726/27587/23683</w:t>
        <w:br/>
        <w:t>f 17729/27590/23686 17728/27589/23685 17726/27587/23683</w:t>
        <w:br/>
        <w:t>f 17708/27569/23665 17723/27585/23681 17725/27588/23684</w:t>
        <w:br/>
        <w:t>f 17707/27566/23662 17708/27569/23665 17725/27588/23684</w:t>
        <w:br/>
        <w:t>f 17731/27591/23687 17730/27592/23688 17725/27588/23684</w:t>
        <w:br/>
        <w:t>f 17728/27589/23685 17731/27591/23687 17725/27588/23684</w:t>
        <w:br/>
        <w:t>f 17728/27589/23685 17732/27593/23689 17731/27591/23687</w:t>
        <w:br/>
        <w:t>f 17734/27594/23690 17732/27593/23689 17733/27595/23691</w:t>
        <w:br/>
        <w:t>f 17735/27596/23692 17734/27594/23690 17733/27595/23691</w:t>
        <w:br/>
        <w:t>f 17732/27593/23689 17737/27597/23693 17736/27598/23694</w:t>
        <w:br/>
        <w:t>f 17733/27595/23691 17732/27593/23689 17736/27598/23694</w:t>
        <w:br/>
        <w:t>f 17729/27590/23686 17737/27597/23693 17732/27593/23689</w:t>
        <w:br/>
        <w:t>f 17728/27589/23685 17729/27590/23686 17732/27593/23689</w:t>
        <w:br/>
        <w:t>f 17739/27599/23695 17738/27600/23696 17730/27592/23688</w:t>
        <w:br/>
        <w:t>f 17731/27591/23687 17739/27599/23695 17730/27592/23688</w:t>
        <w:br/>
        <w:t>f 17731/27591/23687 17734/27594/23690 17739/27599/23695</w:t>
        <w:br/>
        <w:t>f 17742/27601/23697 17741/27602/23698 17740/27603/23699</w:t>
        <w:br/>
        <w:t>f 17745/27604/23700 17744/27605/23701 17743/27606/23702</w:t>
        <w:br/>
        <w:t>f 17724/27584/23680 17709/27570/23666 17719/27581/23677</w:t>
        <w:br/>
        <w:t>f 17748/27607/23703 17747/27608/23704 17721/27583/23679</w:t>
        <w:br/>
        <w:t>f 17746/27609/23705 17748/27607/23703 17721/27583/23679</w:t>
        <w:br/>
        <w:t>f 17721/27583/23679 17722/27582/23678 17750/27610/23706</w:t>
        <w:br/>
        <w:t>f 17749/27611/23707 17721/27583/23679 17750/27610/23706</w:t>
        <w:br/>
        <w:t>f 17754/27612/23708 17753/27613/23709 17752/27614/23709</w:t>
        <w:br/>
        <w:t>f 17751/27615/23710 17754/27612/23708 17752/27614/23709</w:t>
        <w:br/>
        <w:t>f 17757/27616/23711 17756/27617/23712 17755/27618/23713</w:t>
        <w:br/>
        <w:t>f 17758/27619/23714 17752/27614/23709 17753/27613/23709</w:t>
        <w:br/>
        <w:t>f 17759/27620/23715 17758/27619/23714 17753/27613/23709</w:t>
        <w:br/>
        <w:t>f 17760/27621/23716 17727/27586/23682 17723/27585/23681</w:t>
        <w:br/>
        <w:t>f 17724/27584/23680 17760/27621/23716 17723/27585/23681</w:t>
        <w:br/>
        <w:t>f 17744/27605/23701 17745/27604/23700 17761/27622/23717</w:t>
        <w:br/>
        <w:t>f 17742/27601/23697 17740/27603/23699 17762/27623/23718</w:t>
        <w:br/>
        <w:t>f 17740/27603/23699 17764/27624/23719 17763/27625/23720</w:t>
        <w:br/>
        <w:t>f 17762/27623/23718 17740/27603/23699 17763/27625/23720</w:t>
        <w:br/>
        <w:t>f 17764/27624/23719 17765/27626/23721 17763/27625/23720</w:t>
        <w:br/>
        <w:t>f 17744/27605/23701 17761/27622/23717 17767/27627/23722</w:t>
        <w:br/>
        <w:t>f 17766/27628/23723 17744/27605/23701 17767/27627/23722</w:t>
        <w:br/>
        <w:t>f 17768/27629/23724 17760/27621/23716 17724/27584/23680</w:t>
        <w:br/>
        <w:t>f 17719/27581/23677 17768/27629/23724 17724/27584/23680</w:t>
        <w:br/>
        <w:t>f 17771/27630/23725 17770/27631/23726 17769/27632/23727</w:t>
        <w:br/>
        <w:t>f 17774/27633/23728 17773/27634/23729 17772/27635/23729</w:t>
        <w:br/>
        <w:t>f 17775/27636/23730 17774/27633/23728 17772/27635/23729</w:t>
        <w:br/>
        <w:t>f 17755/27618/23713 17776/27637/23731 17757/27616/23711</w:t>
        <w:br/>
        <w:t>f 17695/27556/23652 17779/27638/23732 17778/27639/23733</w:t>
        <w:br/>
        <w:t>f 17777/27640/23733 17695/27556/23652 17778/27639/23733</w:t>
        <w:br/>
        <w:t>f 17695/27556/23652 17781/27641/23734 17780/27642/23735</w:t>
        <w:br/>
        <w:t>f 17694/27553/23649 17695/27556/23652 17780/27642/23735</w:t>
        <w:br/>
        <w:t>f 17695/27556/23652 17735/27596/23692 17779/27638/23732</w:t>
        <w:br/>
        <w:t>f 17733/27595/23691 17736/27598/23694 17783/27643/23736</w:t>
        <w:br/>
        <w:t>f 17782/27644/23737 17733/27595/23691 17783/27643/23736</w:t>
        <w:br/>
        <w:t>f 17734/27594/23690 17735/27596/23692 17692/27555/23651</w:t>
        <w:br/>
        <w:t>f 17696/27557/23653 17734/27594/23690 17692/27555/23651</w:t>
        <w:br/>
        <w:t>f 17738/27600/23696 17739/27599/23695 17699/27559/23655</w:t>
        <w:br/>
        <w:t>f 17700/27561/23657 17738/27600/23696 17699/27559/23655</w:t>
        <w:br/>
        <w:t>f 17696/27557/23653 17699/27559/23655 17739/27599/23695</w:t>
        <w:br/>
        <w:t>f 17695/27556/23652 17692/27555/23651 17735/27596/23692</w:t>
        <w:br/>
        <w:t>f 17779/27638/23732 17735/27596/23692 17782/27644/23737</w:t>
        <w:br/>
        <w:t>f 17709/27570/23666 17705/27568/23664 17710/27572/23668</w:t>
        <w:br/>
        <w:t>f 17709/27570/23666 17724/27584/23680 17708/27569/23665</w:t>
        <w:br/>
        <w:t>f 17719/27581/23677 17709/27570/23666 17717/27579/23675</w:t>
        <w:br/>
        <w:t>f 17734/27594/23690 17731/27591/23687 17732/27593/23689</w:t>
        <w:br/>
        <w:t>f 17739/27599/23695 17734/27594/23690 17696/27557/23653</w:t>
        <w:br/>
        <w:t>f 17689/27551/23647 17691/27552/23648 17784/27645/23738</w:t>
        <w:br/>
        <w:t>f 17685/27544/23640 17785/27646/23739 17684/27545/23641</w:t>
        <w:br/>
        <w:t>f 17772/27635/23729 17773/27634/23729 17782/27644/23737</w:t>
        <w:br/>
        <w:t>f 17783/27643/23736 17772/27635/23729 17782/27644/23737</w:t>
        <w:br/>
        <w:t>f 17719/27581/23677 17720/27580/23676 17759/27620/23740</w:t>
        <w:br/>
        <w:t>f 17768/27629/23724 17719/27581/23677 17759/27620/23740</w:t>
        <w:br/>
        <w:t>f 17782/27644/23737 17735/27596/23692 17733/27595/23691</w:t>
        <w:br/>
        <w:t>f 17771/27630/23725 17765/27626/23721 17770/27631/23726</w:t>
        <w:br/>
        <w:t>f 17770/27631/23726 17765/27626/23721 17764/27624/23719</w:t>
        <w:br/>
        <w:t>f 17767/27627/23722 17756/27617/23712 17766/27628/23723</w:t>
        <w:br/>
        <w:t>f 17766/27628/23723 17756/27617/23712 17757/27616/23711</w:t>
        <w:br/>
        <w:t>f 17720/27580/23676 17721/27583/23679 17747/27608/23704</w:t>
        <w:br/>
        <w:t>f 17717/27579/23675 17721/27583/23679 17720/27580/23676</w:t>
        <w:br/>
        <w:t>f 21928/27647/23741 21927/27648/23742 21926/27649/23743</w:t>
        <w:br/>
        <w:t>f 21931/27650/23744 21930/27651/23745 21929/27652/23746</w:t>
        <w:br/>
        <w:t>f 21933/27653/23747 21930/27651/23745 21931/27650/23744</w:t>
        <w:br/>
        <w:t>f 21932/27654/23748 21933/27653/23747 21931/27650/23744</w:t>
        <w:br/>
        <w:t>f 21932/27654/23748 21934/27655/23749 21933/27653/23747</w:t>
        <w:br/>
        <w:t>f 21937/27656/23750 21936/27657/23751 21935/27658/23752</w:t>
        <w:br/>
        <w:t>f 21938/27659/23753 21937/27656/23750 21935/27658/23752</w:t>
        <w:br/>
        <w:t>f 21936/27657/23751 21937/27656/23750 21939/27660/23754</w:t>
        <w:br/>
        <w:t>f 21940/27661/23755 21936/27657/23751 21939/27660/23754</w:t>
        <w:br/>
        <w:t>f 21942/27662/23756 21941/27663/23757 21940/27661/23755</w:t>
        <w:br/>
        <w:t>f 21939/27660/23754 21942/27662/23756 21940/27661/23755</w:t>
        <w:br/>
        <w:t>f 21941/27663/23757 21942/27662/23756 21943/27664/23758</w:t>
        <w:br/>
        <w:t>f 21944/27665/23759 21941/27663/23757 21943/27664/23758</w:t>
        <w:br/>
        <w:t>f 21945/27666/23760 21931/27650/23744 21929/27652/23746</w:t>
        <w:br/>
        <w:t>f 21947/27667/23761 21946/27668/23762 21945/27666/23760</w:t>
        <w:br/>
        <w:t>f 21950/27669/23763 21949/27670/23764 21948/27671/23765</w:t>
        <w:br/>
        <w:t>f 21951/27672/23766 21950/27669/23763 21948/27671/23765</w:t>
        <w:br/>
        <w:t>f 21950/27669/23763 21951/27672/23766 21952/27673/23767</w:t>
        <w:br/>
        <w:t>f 21950/27669/23763 21954/27674/23768 21953/27675/23769</w:t>
        <w:br/>
        <w:t>f 21953/27675/23769 21955/27676/23770 21949/27670/23764</w:t>
        <w:br/>
        <w:t>f 21950/27669/23763 21953/27675/23769 21949/27670/23764</w:t>
        <w:br/>
        <w:t>f 21955/27676/23770 21953/27675/23769 21957/27677/23771</w:t>
        <w:br/>
        <w:t>f 21956/27678/23772 21955/27676/23770 21957/27677/23771</w:t>
        <w:br/>
        <w:t>f 21953/27675/23769 21954/27674/23768 21958/27679/23773</w:t>
        <w:br/>
        <w:t>f 21957/27677/23771 21953/27675/23769 21958/27679/23773</w:t>
        <w:br/>
        <w:t>f 21959/27680/23774 21946/27668/23762 21947/27667/23761</w:t>
        <w:br/>
        <w:t>f 21927/27648/23742 21928/27647/23741 21946/27668/23762</w:t>
        <w:br/>
        <w:t>f 21959/27680/23774 21927/27648/23742 21946/27668/23762</w:t>
        <w:br/>
        <w:t>f 21961/27681/23775 21958/27679/23773 21954/27674/23768</w:t>
        <w:br/>
        <w:t>f 21960/27682/23776 21961/27681/23775 21954/27674/23768</w:t>
        <w:br/>
        <w:t>f 21954/27674/23768 21952/27673/23767 21960/27682/23776</w:t>
        <w:br/>
        <w:t>f 21960/27682/23776 21963/27683/23777 21962/27684/23778</w:t>
        <w:br/>
        <w:t>f 21960/27682/23776 21965/27685/23779 21964/27686/23780</w:t>
        <w:br/>
        <w:t>f 21961/27681/23775 21960/27682/23776 21964/27686/23780</w:t>
        <w:br/>
        <w:t>f 21951/27672/23766 21967/27687/23781 21966/27688/23782</w:t>
        <w:br/>
        <w:t>f 21967/27687/23781 21970/27689/23783 21969/27690/23784</w:t>
        <w:br/>
        <w:t>f 21968/27691/23785 21967/27687/23781 21969/27690/23784</w:t>
        <w:br/>
        <w:t>f 21969/27690/23784 21970/27689/23783 21971/27692/23786</w:t>
        <w:br/>
        <w:t>f 21972/27693/23787 21969/27690/23784 21971/27692/23786</w:t>
        <w:br/>
        <w:t>f 21951/27672/23766 21948/27671/23765 21970/27689/23783</w:t>
        <w:br/>
        <w:t>f 21967/27687/23781 21951/27672/23766 21970/27689/23783</w:t>
        <w:br/>
        <w:t>f 21974/27694/23788 21971/27692/23786 21970/27689/23783</w:t>
        <w:br/>
        <w:t>f 21973/27695/23789 21974/27694/23788 21970/27689/23783</w:t>
        <w:br/>
        <w:t>f 21971/27692/23786 21974/27694/23788 21975/27696/23790</w:t>
        <w:br/>
        <w:t>f 21977/27697/23791 21975/27696/23790 21976/27698/23792</w:t>
        <w:br/>
        <w:t>f 21978/27699/23793 21977/27697/23791 21976/27698/23792</w:t>
        <w:br/>
        <w:t>f 21975/27696/23790 21977/27697/23791 21980/27700/23794</w:t>
        <w:br/>
        <w:t>f 21979/27701/23795 21975/27696/23790 21980/27700/23794</w:t>
        <w:br/>
        <w:t>f 21972/27693/23787 21971/27692/23786 21975/27696/23790</w:t>
        <w:br/>
        <w:t>f 21979/27701/23795 21972/27693/23787 21975/27696/23790</w:t>
        <w:br/>
        <w:t>f 21973/27695/23789 21982/27702/23796 21981/27703/23797</w:t>
        <w:br/>
        <w:t>f 21974/27694/23788 21973/27695/23789 21981/27703/23797</w:t>
        <w:br/>
        <w:t>f 21974/27694/23788 21981/27703/23797 21976/27698/23792</w:t>
        <w:br/>
        <w:t>f 21985/27704/23798 21984/27705/23799 21983/27706/23800</w:t>
        <w:br/>
        <w:t>f 21988/27707/23801 21987/27708/23802 21986/27709/23803</w:t>
        <w:br/>
        <w:t>f 21966/27688/23782 21963/27683/23777 21952/27673/23767</w:t>
        <w:br/>
        <w:t>f 21991/27710/23804 21990/27711/23804 21965/27685/23779</w:t>
        <w:br/>
        <w:t>f 21989/27712/23805 21991/27710/23804 21965/27685/23779</w:t>
        <w:br/>
        <w:t>f 21965/27685/23779 21993/27713/23806 21992/27714/23807</w:t>
        <w:br/>
        <w:t>f 21964/27686/23780 21965/27685/23779 21992/27714/23807</w:t>
        <w:br/>
        <w:t>f 21997/27715/23808 21996/27716/23809 21995/27717/23810</w:t>
        <w:br/>
        <w:t>f 21994/27718/23810 21997/27715/23808 21995/27717/23810</w:t>
        <w:br/>
        <w:t>f 22000/27719/23811 21999/27720/23812 21998/27721/23813</w:t>
        <w:br/>
        <w:t>f 21994/27718/23810 21995/27717/23810 22001/27722/23814</w:t>
        <w:br/>
        <w:t>f 22002/27723/23815 21994/27718/23810 22001/27722/23814</w:t>
        <w:br/>
        <w:t>f 21967/27687/23781 21968/27691/23785 22003/27724/23816</w:t>
        <w:br/>
        <w:t>f 21966/27688/23782 21967/27687/23781 22003/27724/23816</w:t>
        <w:br/>
        <w:t>f 21986/27709/23803 22004/27725/23817 21988/27707/23801</w:t>
        <w:br/>
        <w:t>f 21985/27704/23798 22005/27726/23818 21984/27705/23799</w:t>
        <w:br/>
        <w:t>f 21984/27705/23799 22005/27726/23818 22007/27727/23819</w:t>
        <w:br/>
        <w:t>f 22006/27728/23820 21984/27705/23799 22007/27727/23819</w:t>
        <w:br/>
        <w:t>f 22006/27728/23820 22007/27727/23819 22008/27729/23821</w:t>
        <w:br/>
        <w:t>f 21986/27709/23803 22010/27730/23822 22009/27731/23823</w:t>
        <w:br/>
        <w:t>f 22004/27725/23817 21986/27709/23803 22009/27731/23823</w:t>
        <w:br/>
        <w:t>f 22011/27732/23824 21963/27683/23777 21966/27688/23782</w:t>
        <w:br/>
        <w:t>f 22003/27724/23816 22011/27732/23824 21966/27688/23782</w:t>
        <w:br/>
        <w:t>f 22014/27733/23825 22013/27734/23826 22012/27735/23827</w:t>
        <w:br/>
        <w:t>f 22017/27736/23828 22016/27737/23829 22015/27738/23830</w:t>
        <w:br/>
        <w:t>f 22018/27739/23831 22017/27736/23828 22015/27738/23830</w:t>
        <w:br/>
        <w:t>f 21999/27720/23812 22000/27719/23811 22019/27740/23832</w:t>
        <w:br/>
        <w:t>f 21938/27659/23753 22022/27741/23833 22021/27742/23834</w:t>
        <w:br/>
        <w:t>f 22020/27743/23835 21938/27659/23753 22021/27742/23834</w:t>
        <w:br/>
        <w:t>f 22024/27744/23807 22023/27745/23836 21938/27659/23753</w:t>
        <w:br/>
        <w:t>f 21935/27658/23752 22024/27744/23807 21938/27659/23753</w:t>
        <w:br/>
        <w:t>f 21938/27659/23753 22020/27743/23835 21978/27699/23793</w:t>
        <w:br/>
        <w:t>f 21977/27697/23791 22026/27746/23837 22025/27747/23838</w:t>
        <w:br/>
        <w:t>f 21980/27700/23794 21977/27697/23791 22025/27747/23838</w:t>
        <w:br/>
        <w:t>f 21937/27656/23750 21978/27699/23793 21976/27698/23792</w:t>
        <w:br/>
        <w:t>f 21939/27660/23754 21937/27656/23750 21976/27698/23792</w:t>
        <w:br/>
        <w:t>f 21942/27662/23756 21981/27703/23797 21982/27702/23796</w:t>
        <w:br/>
        <w:t>f 21943/27664/23758 21942/27662/23756 21982/27702/23796</w:t>
        <w:br/>
        <w:t>f 21939/27660/23754 21981/27703/23797 21942/27662/23756</w:t>
        <w:br/>
        <w:t>f 21938/27659/23753 21978/27699/23793 21937/27656/23750</w:t>
        <w:br/>
        <w:t>f 22020/27743/23835 22026/27746/23837 21978/27699/23793</w:t>
        <w:br/>
        <w:t>f 21952/27673/23767 21954/27674/23768 21950/27669/23763</w:t>
        <w:br/>
        <w:t>f 21952/27673/23767 21951/27672/23766 21966/27688/23782</w:t>
        <w:br/>
        <w:t>f 21963/27683/23777 21960/27682/23776 21952/27673/23767</w:t>
        <w:br/>
        <w:t>f 21976/27698/23792 21975/27696/23790 21974/27694/23788</w:t>
        <w:br/>
        <w:t>f 21981/27703/23797 21939/27660/23754 21976/27698/23792</w:t>
        <w:br/>
        <w:t>f 21932/27654/23748 22027/27748/23839 21934/27655/23749</w:t>
        <w:br/>
        <w:t>f 21928/27647/23741 21926/27649/23743 22028/27749/23840</w:t>
        <w:br/>
        <w:t>f 22026/27746/23837 22016/27737/23829 22017/27736/23828</w:t>
        <w:br/>
        <w:t>f 22025/27747/23838 22026/27746/23837 22017/27736/23828</w:t>
        <w:br/>
        <w:t>f 22002/27723/23815 21962/27684/23778 21963/27683/23777</w:t>
        <w:br/>
        <w:t>f 22011/27732/23824 22002/27723/23815 21963/27683/23777</w:t>
        <w:br/>
        <w:t>f 22026/27746/23837 21977/27697/23791 21978/27699/23793</w:t>
        <w:br/>
        <w:t>f 22014/27733/23825 22012/27735/23827 22008/27729/23821</w:t>
        <w:br/>
        <w:t>f 22012/27735/23827 22006/27728/23820 22008/27729/23821</w:t>
        <w:br/>
        <w:t>f 22009/27731/23823 22010/27730/23822 21998/27721/23813</w:t>
        <w:br/>
        <w:t>f 22010/27730/23822 22000/27719/23811 21998/27721/23813</w:t>
        <w:br/>
        <w:t>f 21962/27684/23778 21989/27712/23805 21965/27685/23779</w:t>
        <w:br/>
        <w:t>f 21960/27682/23776 21962/27684/23778 21965/27685/23779</w:t>
        <w:br/>
        <w:t>f 22114/27750/23841 22113/27751/23842 22112/27752/23842</w:t>
        <w:br/>
        <w:t>f 22111/27753/23841 22114/27750/23841 22112/27752/23842</w:t>
        <w:br/>
        <w:t>f 22117/27754/23843 22116/27755/23844 22115/27756/23845</w:t>
        <w:br/>
        <w:t>f 22118/27757/23846 22117/27754/23843 22115/27756/23845</w:t>
        <w:br/>
        <w:t>f 22121/27758/23847 22120/27759/23848 22119/27760/23849</w:t>
        <w:br/>
        <w:t>f 22115/27756/23845 22121/27758/23847 22119/27760/23849</w:t>
        <w:br/>
        <w:t>f 22124/27761/23850 22123/27762/23850 22122/27763/23851</w:t>
        <w:br/>
        <w:t>f 22125/27764/23851 22124/27761/23850 22122/27763/23851</w:t>
        <w:br/>
        <w:t>f 22129/27765/23852 22128/27766/23853 22127/27767/23854</w:t>
        <w:br/>
        <w:t>f 22126/27768/23855 22129/27765/23852 22127/27767/23854</w:t>
        <w:br/>
        <w:t>f 22115/27756/23845 22119/27760/23849 22130/27769/23856</w:t>
        <w:br/>
        <w:t>f 22118/27757/23846 22115/27756/23845 22130/27769/23856</w:t>
        <w:br/>
        <w:t>f 22112/27752/23842 22113/27751/23842 22131/27770/23857</w:t>
        <w:br/>
        <w:t>f 22132/27771/23857 22112/27752/23842 22131/27770/23857</w:t>
        <w:br/>
        <w:t>f 22134/27772/23858 22133/27773/23859 22129/27765/23852</w:t>
        <w:br/>
        <w:t>f 22126/27768/23855 22134/27772/23858 22129/27765/23852</w:t>
        <w:br/>
        <w:t>f 22138/27774/23860 22137/27775/23861 22136/27776/23861</w:t>
        <w:br/>
        <w:t>f 22135/27777/23860 22138/27774/23860 22136/27776/23861</w:t>
        <w:br/>
        <w:t>f 22119/27760/23849 22140/27778/23862 22139/27779/23863</w:t>
        <w:br/>
        <w:t>f 22130/27769/23856 22119/27760/23849 22139/27779/23863</w:t>
        <w:br/>
        <w:t>f 22143/27780/23864 22142/27781/23865 22141/27782/23866</w:t>
        <w:br/>
        <w:t>f 22144/27783/23867 22143/27780/23864 22141/27782/23866</w:t>
        <w:br/>
        <w:t>f 22137/27775/23861 22146/27784/23868 22145/27785/23868</w:t>
        <w:br/>
        <w:t>f 22136/27776/23861 22137/27775/23861 22145/27785/23868</w:t>
        <w:br/>
        <w:t>f 22149/27786/23869 22148/27787/23870 22147/27788/23871</w:t>
        <w:br/>
        <w:t>f 22150/27789/23872 22149/27786/23869 22147/27788/23871</w:t>
        <w:br/>
        <w:t>f 22153/27790/23873 22152/27791/23874 22151/27792/23875</w:t>
        <w:br/>
        <w:t>f 22142/27781/23865 22153/27790/23873 22151/27792/23875</w:t>
        <w:br/>
        <w:t>f 22154/27793/23876 22141/27782/23866 22142/27781/23865</w:t>
        <w:br/>
        <w:t>f 22151/27792/23875 22154/27793/23876 22142/27781/23865</w:t>
        <w:br/>
        <w:t>f 22157/27794/23877 22156/27795/23877 22155/27796/23878</w:t>
        <w:br/>
        <w:t>f 22158/27797/23878 22157/27794/23877 22155/27796/23878</w:t>
        <w:br/>
        <w:t>f 22120/27759/23848 22159/27798/23879 22140/27778/23862</w:t>
        <w:br/>
        <w:t>f 22119/27760/23849 22120/27759/23848 22140/27778/23862</w:t>
        <w:br/>
        <w:t>f 22140/27778/23862 22161/27799/23880 22160/27800/23881</w:t>
        <w:br/>
        <w:t>f 22139/27779/23863 22140/27778/23862 22160/27800/23881</w:t>
        <w:br/>
        <w:t>f 22157/27794/23877 22123/27762/23850 22124/27761/23850</w:t>
        <w:br/>
        <w:t>f 22156/27795/23877 22157/27794/23877 22124/27761/23850</w:t>
        <w:br/>
        <w:t>f 22159/27798/23879 22162/27801/23882 22161/27799/23880</w:t>
        <w:br/>
        <w:t>f 22140/27778/23862 22159/27798/23879 22161/27799/23880</w:t>
        <w:br/>
        <w:t>f 22163/27802/23883 22153/27790/23873 22142/27781/23865</w:t>
        <w:br/>
        <w:t>f 22143/27780/23864 22163/27802/23883 22142/27781/23865</w:t>
        <w:br/>
        <w:t>f 22149/27786/23869 22165/27803/23884 22164/27804/23884</w:t>
        <w:br/>
        <w:t>f 22148/27787/23870 22149/27786/23869 22164/27804/23884</w:t>
        <w:br/>
        <w:t>f 22146/27784/23868 22164/27804/23884 22165/27803/23884</w:t>
        <w:br/>
        <w:t>f 22145/27785/23868 22146/27784/23868 22165/27803/23884</w:t>
        <w:br/>
        <w:t>f 22166/27805/23885 22121/27758/23847 22115/27756/23845</w:t>
        <w:br/>
        <w:t>f 22116/27755/23844 22166/27805/23885 22115/27756/23845</w:t>
        <w:br/>
        <w:t>f 22125/27764/23851 22122/27763/23851 22167/27806/23886</w:t>
        <w:br/>
        <w:t>f 22168/27807/23886 22125/27764/23851 22167/27806/23886</w:t>
        <w:br/>
        <w:t>f 22129/27765/23852 22133/27773/23859 22144/27783/23867</w:t>
        <w:br/>
        <w:t>f 22141/27782/23866 22129/27765/23852 22144/27783/23867</w:t>
        <w:br/>
        <w:t>f 22128/27766/23853 22129/27765/23852 22141/27782/23866</w:t>
        <w:br/>
        <w:t>f 22154/27793/23876 22128/27766/23853 22141/27782/23866</w:t>
        <w:br/>
        <w:t>f 22170/27808/23887 22138/27774/23860 22135/27777/23860</w:t>
        <w:br/>
        <w:t>f 22169/27809/23887 22170/27808/23887 22135/27777/23860</w:t>
        <w:br/>
        <w:t>f 25132/27810/23888 25131/27811/23889 25130/27812/23890</w:t>
        <w:br/>
        <w:t>f 25135/27813/23889 25134/27814/23891 25133/27815/23892</w:t>
        <w:br/>
        <w:t>f 25135/27813/23889 25137/27816/23893 25136/27817/23894</w:t>
        <w:br/>
        <w:t>f 25139/27818/23895 25134/27814/23896 25138/27819/23897</w:t>
        <w:br/>
        <w:t>f 25141/27820/23898 25140/27821/23899 25139/27818/23895</w:t>
        <w:br/>
        <w:t>f 25141/27820/23898 25143/27822/23900 25142/27823/23901</w:t>
        <w:br/>
        <w:t>f 25140/27821/23899 25141/27820/23898 25142/27823/23901</w:t>
        <w:br/>
        <w:t>f 25144/27824/23902 25143/27822/23900 25141/27820/23898</w:t>
        <w:br/>
        <w:t>f 25147/27825/23903 25146/27826/23904 25145/27827/23905</w:t>
        <w:br/>
        <w:t>f 25146/27826/23904 25147/27825/23903 25148/27828/23906</w:t>
        <w:br/>
        <w:t>f 25150/27829/23907 25149/27830/23908 25146/27826/23904</w:t>
        <w:br/>
        <w:t>f 25146/27826/23904 25149/27830/23908 25145/27827/23905</w:t>
        <w:br/>
        <w:t>f 25140/27821/23899 25142/27823/23901 25152/27831/23909</w:t>
        <w:br/>
        <w:t>f 25151/27832/23910 25140/27821/23899 25152/27831/23909</w:t>
        <w:br/>
        <w:t>f 25146/27826/23904 25153/27833/23911 25150/27829/23907</w:t>
        <w:br/>
        <w:t>f 25155/27834/23912 25154/27835/23912 25153/27833/23911</w:t>
        <w:br/>
        <w:t>f 25157/27836/23913 25156/27837/23914 25152/27831/23909</w:t>
        <w:br/>
        <w:t>f 25158/27838/23915 25140/27821/23899 25151/27832/23910</w:t>
        <w:br/>
        <w:t>f 25159/27839/23916 25158/27838/23915 25151/27832/23910</w:t>
        <w:br/>
        <w:t>f 25162/27840/23917 25161/27841/23917 25160/27842/23918</w:t>
        <w:br/>
        <w:t>f 25163/27843/23918 25162/27840/23917 25160/27842/23918</w:t>
        <w:br/>
        <w:t>f 25164/27844/23919 25163/27843/23918 25160/27842/23918</w:t>
        <w:br/>
        <w:t>f 25165/27845/23920 25164/27844/23919 25160/27842/23918</w:t>
        <w:br/>
        <w:t>f 25168/27846/23921 25167/27847/23922 25166/27848/23923</w:t>
        <w:br/>
        <w:t>f 25159/27839/23916 25151/27832/23910 25156/27837/23914</w:t>
        <w:br/>
        <w:t>f 25156/27837/23914 25170/27849/23924 25169/27850/23925</w:t>
        <w:br/>
        <w:t>f 25159/27839/23916 25156/27837/23914 25169/27850/23925</w:t>
        <w:br/>
        <w:t>f 25158/27838/23915 25139/27818/23895 25140/27821/23899</w:t>
        <w:br/>
        <w:t>f 25164/27844/23919 25134/27814/23896 25139/27818/23895</w:t>
        <w:br/>
        <w:t>f 25165/27845/23920 25171/27851/23926 25164/27844/23919</w:t>
        <w:br/>
        <w:t>f 25174/27852/23927 25173/27853/23928 25172/27854/23929</w:t>
        <w:br/>
        <w:t>f 25133/27815/23892 25175/27855/23930 25135/27813/23889</w:t>
        <w:br/>
        <w:t>f 25178/27856/23931 25177/27857/23932 25176/27858/23933</w:t>
        <w:br/>
        <w:t>f 25180/27859/23934 25130/27812/23890 25179/27860/23935</w:t>
        <w:br/>
        <w:t>f 25130/27812/23890 25183/27861/23936 25182/27862/23937</w:t>
        <w:br/>
        <w:t>f 25181/27863/23938 25130/27812/23890 25182/27862/23937</w:t>
        <w:br/>
        <w:t>f 25183/27861/23936 25156/27837/23914 25157/27836/23913</w:t>
        <w:br/>
        <w:t>f 25184/27864/23939 25183/27861/23936 25180/27859/23934</w:t>
        <w:br/>
        <w:t>f 25170/27849/23924 25156/27837/23914 25183/27861/23936</w:t>
        <w:br/>
        <w:t>f 25184/27864/23939 25170/27849/23924 25183/27861/23936</w:t>
        <w:br/>
        <w:t>f 25154/27835/23912 25155/27834/23912 25185/27865/23940</w:t>
        <w:br/>
        <w:t>f 25178/27856/23931 25186/27866/23941 25177/27857/23932</w:t>
        <w:br/>
        <w:t>f 25168/27846/23921 25166/27848/23923 25186/27866/23942</w:t>
        <w:br/>
        <w:t>f 25146/27826/23904 25148/27828/23906 25185/27865/23943</w:t>
        <w:br/>
        <w:t>f 25174/27852/23927 25172/27854/23929 25167/27847/23944</w:t>
        <w:br/>
        <w:t>f 25189/27867/23945 25188/27868/23946 25187/27869/23945</w:t>
        <w:br/>
        <w:t>f 25176/27858/23933 25188/27868/23947 25178/27856/23931</w:t>
        <w:br/>
        <w:t>f 25144/27824/23902 25141/27820/23898 25138/27819/23897</w:t>
        <w:br/>
        <w:t>f 25139/27818/23895 25138/27819/23897 25141/27820/23898</w:t>
        <w:br/>
        <w:t>f 25164/27844/23919 25171/27851/23926 25134/27814/23896</w:t>
        <w:br/>
        <w:t>f 25165/27845/23920 25190/27870/23948 25171/27851/23926</w:t>
        <w:br/>
        <w:t>f 25135/27813/23889 25136/27817/23894 25191/27871/23949</w:t>
        <w:br/>
        <w:t>f 25191/27871/23949 25134/27814/23891 25135/27813/23889</w:t>
        <w:br/>
        <w:t>f 25175/27855/23930 25192/27872/23950 25135/27813/23889</w:t>
        <w:br/>
        <w:t>f 25181/27863/23938 25132/27810/23888 25130/27812/23890</w:t>
        <w:br/>
        <w:t>f 25130/27812/23890 25131/27811/23889 25179/27860/23935</w:t>
        <w:br/>
        <w:t>f 25158/27838/23915 25164/27844/23919 25139/27818/23895</w:t>
        <w:br/>
        <w:t>f 25183/27861/23936 25130/27812/23890 25180/27859/23934</w:t>
        <w:br/>
        <w:t>f 25156/27837/23914 25151/27832/23910 25152/27831/23909</w:t>
        <w:br/>
        <w:t>f 25182/27862/23937 25183/27861/23936 25157/27836/23913</w:t>
        <w:br/>
        <w:t>f 26312/27873/23951 26311/27874/23952 26310/27875/23952</w:t>
        <w:br/>
        <w:t>f 26309/27876/23953 26312/27873/23951 26310/27875/23952</w:t>
        <w:br/>
        <w:t>f 26315/27877/23954 26314/27878/23955 26313/27879/23956</w:t>
        <w:br/>
        <w:t>f 26316/27880/23954 26315/27877/23954 26313/27879/23956</w:t>
        <w:br/>
        <w:t>f 26320/27881/23957 26319/27882/23957 26318/27883/23958</w:t>
        <w:br/>
        <w:t>f 26317/27884/23958 26320/27881/23957 26318/27883/23958</w:t>
        <w:br/>
        <w:t>f 26319/27882/23957 26320/27881/23957 26322/27885/23959</w:t>
        <w:br/>
        <w:t>f 26321/27886/23959 26319/27882/23957 26322/27885/23959</w:t>
        <w:br/>
        <w:t>f 26325/27887/23960 26324/27888/23961 26323/27889/23962</w:t>
        <w:br/>
        <w:t>f 26326/27890/23960 26325/27887/23960 26323/27889/23962</w:t>
        <w:br/>
        <w:t>f 26329/27891/23963 26328/27892/23964 26327/27893/23964</w:t>
        <w:br/>
        <w:t>f 26330/27894/23963 26329/27891/23963 26327/27893/23964</w:t>
        <w:br/>
        <w:t>f 26334/27895/23965 26333/27896/23966 26332/27897/23967</w:t>
        <w:br/>
        <w:t>f 26331/27898/23968 26334/27895/23965 26332/27897/23967</w:t>
        <w:br/>
        <w:t>f 26321/27886/23959 26322/27885/23959 26323/27889/23962</w:t>
        <w:br/>
        <w:t>f 26324/27888/23961 26321/27886/23959 26323/27889/23962</w:t>
        <w:br/>
        <w:t>f 26331/27898/23968 26336/27899/23969 26335/27900/23970</w:t>
        <w:br/>
        <w:t>f 26334/27895/23965 26331/27898/23968 26335/27900/23970</w:t>
        <w:br/>
        <w:t>f 26311/27874/23952 26332/27897/23967 26333/27896/23966</w:t>
        <w:br/>
        <w:t>f 26310/27875/23952 26311/27874/23952 26333/27896/23966</w:t>
        <w:br/>
        <w:t>f 26315/27877/23954 26316/27880/23954 26317/27884/23958</w:t>
        <w:br/>
        <w:t>f 26318/27883/23958 26315/27877/23954 26317/27884/23958</w:t>
        <w:br/>
        <w:t>f 26328/27892/23964 26325/27887/23960 26326/27890/23960</w:t>
        <w:br/>
        <w:t>f 26327/27893/23964 26328/27892/23964 26326/27890/23960</w:t>
        <w:br/>
        <w:t>f 26330/27894/23963 26335/27900/23970 26336/27899/23969</w:t>
        <w:br/>
        <w:t>f 26329/27891/23963 26330/27894/23963 26336/27899/23969</w:t>
        <w:br/>
        <w:t>f 26339/27901/23971 26338/27902/23972 26337/27903/23973</w:t>
        <w:br/>
        <w:t>f 26340/27904/23971 26339/27901/23971 26337/27903/23973</w:t>
        <w:br/>
        <w:t>f 26344/27905/23974 26343/27906/23974 26342/27907/23975</w:t>
        <w:br/>
        <w:t>f 26341/27908/23975 26344/27905/23974 26342/27907/23975</w:t>
        <w:br/>
        <w:t>f 26347/27909/23976 26346/27910/23971 26345/27911/23971</w:t>
        <w:br/>
        <w:t>f 26348/27912/23976 26347/27909/23976 26345/27911/23971</w:t>
        <w:br/>
        <w:t>f 26351/27913/23975 26350/27914/23977 26349/27915/23977</w:t>
        <w:br/>
        <w:t>f 26352/27916/23975 26351/27913/23975 26349/27915/23977</w:t>
        <w:br/>
        <w:t>f 26356/27917/23978 26355/27918/23978 26354/27919/23979</w:t>
        <w:br/>
        <w:t>f 26353/27920/23979 26356/27917/23978 26354/27919/23979</w:t>
        <w:br/>
        <w:t>f 26360/27921/23980 26359/27922/23980 26358/27923/23981</w:t>
        <w:br/>
        <w:t>f 26357/27924/23982 26360/27921/23980 26358/27923/23981</w:t>
        <w:br/>
        <w:t>f 26357/27924/23982 26358/27923/23981 26362/27925/23983</w:t>
        <w:br/>
        <w:t>f 26361/27926/23983 26357/27924/23982 26362/27925/23983</w:t>
        <w:br/>
        <w:t>f 26364/27927/23984 26363/27928/23984 26355/27918/23978</w:t>
        <w:br/>
        <w:t>f 26356/27917/23978 26364/27927/23984 26355/27918/23978</w:t>
        <w:br/>
        <w:t>f 26368/27929/23985 26367/27930/23985 26366/27931/23986</w:t>
        <w:br/>
        <w:t>f 26365/27932/23987 26368/27929/23985 26366/27931/23986</w:t>
        <w:br/>
        <w:t>f 26371/27933/23988 26370/27934/23989 26369/27935/23989</w:t>
        <w:br/>
        <w:t>f 26372/27936/23990 26371/27933/23988 26369/27935/23989</w:t>
        <w:br/>
        <w:t>f 26375/27937/23991 26374/27938/23992 26373/27939/23993</w:t>
        <w:br/>
        <w:t>f 26376/27940/23994 26375/27937/23991 26373/27939/23993</w:t>
        <w:br/>
        <w:t>f 26379/27941/23995 26378/27942/23996 26377/27943/23997</w:t>
        <w:br/>
        <w:t>f 26380/27944/23998 26379/27941/23995 26377/27943/23997</w:t>
        <w:br/>
        <w:t>f 26383/27945/23999 26382/27946/24000 26381/27947/24000</w:t>
        <w:br/>
        <w:t>f 26384/27948/23999 26383/27945/23999 26381/27947/24000</w:t>
        <w:br/>
        <w:t>f 26387/27949/24001 26386/27950/24002 26385/27951/24002</w:t>
        <w:br/>
        <w:t>f 26388/27952/24003 26387/27949/24001 26385/27951/24002</w:t>
        <w:br/>
        <w:t>f 26362/27925/23983 26371/27933/23988 26372/27936/23990</w:t>
        <w:br/>
        <w:t>f 26361/27926/23983 26362/27925/23983 26372/27936/23990</w:t>
        <w:br/>
        <w:t>f 26365/27932/23987 26366/27931/23986 26363/27928/23984</w:t>
        <w:br/>
        <w:t>f 26364/27927/23984 26365/27932/23987 26363/27928/23984</w:t>
        <w:br/>
        <w:t>f 26386/27950/24002 26390/27953/24004 26389/27954/24004</w:t>
        <w:br/>
        <w:t>f 26385/27951/24002 26386/27950/24002 26389/27954/24004</w:t>
        <w:br/>
        <w:t>f 26391/27955/24005 26383/27945/23999 26384/27948/23999</w:t>
        <w:br/>
        <w:t>f 26392/27956/24006 26391/27955/24005 26384/27948/23999</w:t>
        <w:br/>
        <w:t>f 26337/27903/23973 26338/27902/23972 26387/27949/24001</w:t>
        <w:br/>
        <w:t>f 26388/27952/24003 26337/27903/23973 26387/27949/24001</w:t>
        <w:br/>
        <w:t>f 26382/27946/24000 26343/27906/23974 26344/27905/23974</w:t>
        <w:br/>
        <w:t>f 26381/27947/24000 26382/27946/24000 26344/27905/23974</w:t>
        <w:br/>
        <w:t>f 26349/27915/23977 26350/27914/23977 26359/27922/23980</w:t>
        <w:br/>
        <w:t>f 26360/27921/23980 26349/27915/23977 26359/27922/23980</w:t>
        <w:br/>
        <w:t>f 26353/27920/23979 26354/27919/23979 26347/27909/23976</w:t>
        <w:br/>
        <w:t>f 26348/27912/23976 26353/27920/23979 26347/27909/23976</w:t>
        <w:br/>
        <w:t>f 26374/27938/23992 26367/27930/23985 26368/27929/23985</w:t>
        <w:br/>
        <w:t>f 26373/27939/23993 26374/27938/23992 26368/27929/23985</w:t>
        <w:br/>
        <w:t>f 26369/27935/23989 26370/27934/23989 26379/27941/23995</w:t>
        <w:br/>
        <w:t>f 26380/27944/23998 26369/27935/23989 26379/27941/23995</w:t>
        <w:br/>
        <w:t>f 26378/27942/23996 26391/27955/24005 26392/27956/24006</w:t>
        <w:br/>
        <w:t>f 26377/27943/23997 26378/27942/23996 26392/27956/24006</w:t>
        <w:br/>
        <w:t>f 26390/27953/24004 26375/27937/23991 26376/27940/23994</w:t>
        <w:br/>
        <w:t>f 26389/27954/24004 26390/27953/24004 26376/27940/23994</w:t>
        <w:br/>
        <w:t>f 4607/27957/24007 4606/27958/24008 4605/27959/24009</w:t>
        <w:br/>
        <w:t>f 4604/27960/24010 4607/27957/24007 4605/27959/24009</w:t>
        <w:br/>
        <w:t>f 4610/27961/24011 4609/27962/24012 4608/27963/24013</w:t>
        <w:br/>
        <w:t>f 4611/27964/24014 4610/27961/24011 4608/27963/24013</w:t>
        <w:br/>
        <w:t>f 4613/27965/24015 4610/27961/24011 4611/27964/24014</w:t>
        <w:br/>
        <w:t>f 4612/27966/24016 4613/27965/24015 4611/27964/24014</w:t>
        <w:br/>
        <w:t>f 4607/27957/24007 4604/27960/24010 4614/27967/24017</w:t>
        <w:br/>
        <w:t>f 4615/27968/24018 4607/27957/24007 4614/27967/24017</w:t>
        <w:br/>
        <w:t>f 4618/27969/24019 4617/27970/24020 4614/27967/24017</w:t>
        <w:br/>
        <w:t>f 4616/27971/24021 4618/27969/24019 4614/27967/24017</w:t>
        <w:br/>
        <w:t>f 4616/27971/24021 4620/27972/24022 4619/27973/24023</w:t>
        <w:br/>
        <w:t>f 4618/27969/24019 4616/27971/24021 4619/27973/24023</w:t>
        <w:br/>
        <w:t>f 4623/27974/24024 4622/27975/24025 4621/27976/24026</w:t>
        <w:br/>
        <w:t>f 4604/27960/24010 4605/27959/24009 4624/27977/24027</w:t>
        <w:br/>
        <w:t>f 4622/27975/24025 4604/27960/24010 4624/27977/24027</w:t>
        <w:br/>
        <w:t>f 4621/27976/24026 4625/27978/24028 4623/27974/24024</w:t>
        <w:br/>
        <w:t>f 4626/27979/24029 4625/27978/24028 4621/27976/24026</w:t>
        <w:br/>
        <w:t>f 4625/27978/24028 4626/27979/24029 4627/27980/24030</w:t>
        <w:br/>
        <w:t>f 4621/27976/24026 4624/27977/24027 4628/27981/24031</w:t>
        <w:br/>
        <w:t>f 4621/27976/24026 4630/27982/24032 4629/27983/24033</w:t>
        <w:br/>
        <w:t>f 4632/27984/24034 4631/27985/24035 4628/27981/24031</w:t>
        <w:br/>
        <w:t>f 4635/27986/24036 4634/27987/24037 4633/27988/24038</w:t>
        <w:br/>
        <w:t>f 4632/27984/24034 4635/27986/24036 4633/27988/24038</w:t>
        <w:br/>
        <w:t>f 4609/27962/24012 4610/27961/24011 4632/27984/24034</w:t>
        <w:br/>
        <w:t>f 4624/27977/24027 4609/27962/24012 4632/27984/24034</w:t>
        <w:br/>
        <w:t>f 4621/27976/24026 4628/27981/24031 4636/27989/24039</w:t>
        <w:br/>
        <w:t>f 4625/27978/24028 4627/27980/24030 4637/27990/24040</w:t>
        <w:br/>
        <w:t>f 4631/27985/24035 4632/27984/24034 4638/27991/24041</w:t>
        <w:br/>
        <w:t>f 4621/27976/24026 4622/27975/24025 4624/27977/24027</w:t>
        <w:br/>
        <w:t>f 4621/27976/24026 4629/27983/24033 4626/27979/24029</w:t>
        <w:br/>
        <w:t>f 4632/27984/24034 4640/27992/24042 4639/27993/24043</w:t>
        <w:br/>
        <w:t>f 4622/27975/24025 4616/27971/24021 4614/27967/24017</w:t>
        <w:br/>
        <w:t>f 4604/27960/24010 4622/27975/24025 4614/27967/24017</w:t>
        <w:br/>
        <w:t>f 4623/27974/24024 4620/27972/24022 4616/27971/24021</w:t>
        <w:br/>
        <w:t>f 4622/27975/24025 4623/27974/24024 4616/27971/24021</w:t>
        <w:br/>
        <w:t>f 4635/27986/24036 4632/27984/24034 4610/27961/24011</w:t>
        <w:br/>
        <w:t>f 4613/27965/24015 4635/27986/24036 4610/27961/24011</w:t>
        <w:br/>
        <w:t>f 4628/27981/24031 4624/27977/24027 4632/27984/24034</w:t>
        <w:br/>
        <w:t>f 4628/27981/24031 4631/27985/24035 4636/27989/24039</w:t>
        <w:br/>
        <w:t>f 4632/27984/24034 4641/27994/24044 4640/27992/24042</w:t>
        <w:br/>
        <w:t>f 4633/27988/24038 4641/27994/24044 4632/27984/24034</w:t>
        <w:br/>
        <w:t>f 4632/27984/24034 4639/27993/24043 4638/27991/24041</w:t>
        <w:br/>
        <w:t>f 4621/27976/24026 4636/27989/24039 4630/27982/24032</w:t>
        <w:br/>
        <w:t>f 4644/27995/24045 4643/27996/24046 4642/27997/24047</w:t>
        <w:br/>
        <w:t>f 4643/27996/24046 4646/27998/24048 4645/27999/24049</w:t>
        <w:br/>
        <w:t>f 4642/27997/24047 4643/27996/24046 4645/27999/24049</w:t>
        <w:br/>
        <w:t>f 4642/27997/24047 4645/27999/24049 4620/27972/24022</w:t>
        <w:br/>
        <w:t>f 4623/27974/24024 4642/27997/24047 4620/27972/24022</w:t>
        <w:br/>
        <w:t>f 4625/27978/24028 4642/27997/24047 4623/27974/24024</w:t>
        <w:br/>
        <w:t>f 4647/28000/24050 4644/27995/24045 4637/27990/24040</w:t>
        <w:br/>
        <w:t>f 4620/27972/24022 4645/27999/24049 4619/27973/24023</w:t>
        <w:br/>
        <w:t>f 4637/27990/24040 4642/27997/24047 4625/27978/24028</w:t>
        <w:br/>
        <w:t>f 4644/27995/24045 4642/27997/24047 4637/27990/24040</w:t>
        <w:br/>
        <w:t>f 4615/27968/24018 4614/27967/24017 4617/27970/24020</w:t>
        <w:br/>
        <w:t>f 4648/28001/24051 4615/27968/24018 4617/27970/24020</w:t>
        <w:br/>
        <w:t>f 4609/27962/24012 4624/27977/24027 4605/27959/24009</w:t>
        <w:br/>
        <w:t>f 4606/27958/24008 4608/27963/24013 4609/27962/24012</w:t>
        <w:br/>
        <w:t>f 4605/27959/24009 4606/27958/24008 4609/27962/24012</w:t>
        <w:br/>
        <w:t>f 4652/28002/24052 4651/28003/24053 4650/28004/24054</w:t>
        <w:br/>
        <w:t>f 4649/28005/24055 4652/28002/24052 4650/28004/24054</w:t>
        <w:br/>
        <w:t>f 4655/28006/24056 4654/28007/24057 4653/28008/24058</w:t>
        <w:br/>
        <w:t>f 4656/28009/24059 4655/28006/24056 4653/28008/24058</w:t>
        <w:br/>
        <w:t>f 4658/28010/24015 4657/28011/24016 4656/28009/24059</w:t>
        <w:br/>
        <w:t>f 4653/28008/24058 4658/28010/24015 4656/28009/24059</w:t>
        <w:br/>
        <w:t>f 4659/28012/24060 4651/28003/24053 4652/28002/24052</w:t>
        <w:br/>
        <w:t>f 4660/28013/24061 4659/28012/24060 4652/28002/24052</w:t>
        <w:br/>
        <w:t>f 4663/28014/24019 4662/28015/24062 4659/28012/24060</w:t>
        <w:br/>
        <w:t>f 4661/28016/24020 4663/28014/24019 4659/28012/24060</w:t>
        <w:br/>
        <w:t>f 4662/28015/24062 4663/28014/24019 4665/28017/24023</w:t>
        <w:br/>
        <w:t>f 4664/28018/24063 4662/28015/24062 4665/28017/24023</w:t>
        <w:br/>
        <w:t>f 4668/28019/24064 4667/28020/24065 4666/28021/24066</w:t>
        <w:br/>
        <w:t>f 4651/28003/24053 4666/28021/24066 4669/28022/24067</w:t>
        <w:br/>
        <w:t>f 4650/28004/24054 4651/28003/24053 4669/28022/24067</w:t>
        <w:br/>
        <w:t>f 4667/28020/24065 4668/28019/24064 4670/28023/24068</w:t>
        <w:br/>
        <w:t>f 4671/28024/24069 4667/28020/24065 4670/28023/24068</w:t>
        <w:br/>
        <w:t>f 4670/28023/24068 4672/28025/24070 4671/28024/24069</w:t>
        <w:br/>
        <w:t>f 4667/28020/24065 4673/28026/24071 4669/28022/24067</w:t>
        <w:br/>
        <w:t>f 4667/28020/24065 4675/28027/24072 4674/28028/24073</w:t>
        <w:br/>
        <w:t>f 4677/28029/24074 4673/28026/24071 4676/28030/24075</w:t>
        <w:br/>
        <w:t>f 4680/28031/24036 4677/28029/24074 4679/28032/24076</w:t>
        <w:br/>
        <w:t>f 4678/28033/24077 4680/28031/24036 4679/28032/24076</w:t>
        <w:br/>
        <w:t>f 4654/28007/24057 4669/28022/24067 4677/28029/24074</w:t>
        <w:br/>
        <w:t>f 4653/28008/24058 4654/28007/24057 4677/28029/24074</w:t>
        <w:br/>
        <w:t>f 4667/28020/24065 4681/28034/24078 4673/28026/24071</w:t>
        <w:br/>
        <w:t>f 4670/28023/24068 4682/28035/24079 4672/28025/24070</w:t>
        <w:br/>
        <w:t>f 4676/28030/24075 4683/28036/24080 4677/28029/24074</w:t>
        <w:br/>
        <w:t>f 4667/28020/24065 4669/28022/24067 4666/28021/24066</w:t>
        <w:br/>
        <w:t>f 4667/28020/24065 4671/28024/24069 4675/28027/24072</w:t>
        <w:br/>
        <w:t>f 4677/28029/24074 4685/28037/24081 4684/28038/24082</w:t>
        <w:br/>
        <w:t>f 4666/28021/24066 4651/28003/24053 4659/28012/24060</w:t>
        <w:br/>
        <w:t>f 4662/28015/24062 4666/28021/24066 4659/28012/24060</w:t>
        <w:br/>
        <w:t>f 4668/28019/24064 4666/28021/24066 4662/28015/24062</w:t>
        <w:br/>
        <w:t>f 4664/28018/24063 4668/28019/24064 4662/28015/24062</w:t>
        <w:br/>
        <w:t>f 4653/28008/24058 4677/28029/24074 4680/28031/24036</w:t>
        <w:br/>
        <w:t>f 4658/28010/24015 4653/28008/24058 4680/28031/24036</w:t>
        <w:br/>
        <w:t>f 4673/28026/24071 4677/28029/24074 4669/28022/24067</w:t>
        <w:br/>
        <w:t>f 4673/28026/24071 4681/28034/24078 4676/28030/24075</w:t>
        <w:br/>
        <w:t>f 4677/28029/24074 4684/28038/24082 4686/28039/24083</w:t>
        <w:br/>
        <w:t>f 4679/28032/24076 4677/28029/24074 4686/28039/24083</w:t>
        <w:br/>
        <w:t>f 4677/28029/24074 4683/28036/24080 4685/28037/24081</w:t>
        <w:br/>
        <w:t>f 4667/28020/24065 4674/28028/24073 4681/28034/24078</w:t>
        <w:br/>
        <w:t>f 4689/28040/24084 4688/28041/24085 4687/28042/24086</w:t>
        <w:br/>
        <w:t>f 4687/28042/24086 4688/28041/24085 4691/28043/24049</w:t>
        <w:br/>
        <w:t>f 4690/28044/24048 4687/28042/24086 4691/28043/24049</w:t>
        <w:br/>
        <w:t>f 4688/28041/24085 4664/28018/24063 4691/28043/24049</w:t>
        <w:br/>
        <w:t>f 4668/28019/24064 4664/28018/24063 4688/28041/24085</w:t>
        <w:br/>
        <w:t>f 4670/28023/24068 4668/28019/24064 4688/28041/24085</w:t>
        <w:br/>
        <w:t>f 4692/28045/24087 4682/28035/24079 4689/28040/24084</w:t>
        <w:br/>
        <w:t>f 4664/28018/24063 4665/28017/24023 4691/28043/24049</w:t>
        <w:br/>
        <w:t>f 4682/28035/24079 4670/28023/24068 4688/28041/24085</w:t>
        <w:br/>
        <w:t>f 4689/28040/24084 4682/28035/24079 4688/28041/24085</w:t>
        <w:br/>
        <w:t>f 4660/28013/24061 4648/28001/24051 4661/28016/24020</w:t>
        <w:br/>
        <w:t>f 4659/28012/24060 4660/28013/24061 4661/28016/24020</w:t>
        <w:br/>
        <w:t>f 4654/28007/24057 4650/28004/24054 4669/28022/24067</w:t>
        <w:br/>
        <w:t>f 4654/28007/24057 4655/28006/24056 4649/28005/24055</w:t>
        <w:br/>
        <w:t>f 4650/28004/24054 4654/28007/24057 4649/28005/24055</w:t>
        <w:br/>
        <w:t>f 4693/28046/24088 4615/27968/24018 4648/28001/24051</w:t>
        <w:br/>
        <w:t>f 4694/28047/24089 4693/28046/24088 4648/28001/24051</w:t>
        <w:br/>
        <w:t>f 4695/28048/24090 4694/28047/24089 4648/28001/24051</w:t>
        <w:br/>
        <w:t>f 4660/28013/24061 4695/28048/24090 4648/28001/24051</w:t>
        <w:br/>
        <w:t>f 4732/28049/24091 4731/28050/24092 4730/28051/24093</w:t>
        <w:br/>
        <w:t>f 4734/28052/24094 4730/28051/24093 4731/28050/24092</w:t>
        <w:br/>
        <w:t>f 4733/28053/24095 4734/28052/24094 4731/28050/24092</w:t>
        <w:br/>
        <w:t>f 4730/28051/24093 4735/28054/24096 4732/28049/24091</w:t>
        <w:br/>
        <w:t>f 4738/28055/24097 4737/28056/24098 4736/28057/24099</w:t>
        <w:br/>
        <w:t>f 4739/28058/24100 4738/28055/24097 4736/28057/24099</w:t>
        <w:br/>
        <w:t>f 4739/28058/24100 4736/28057/24099 4740/28059/24101</w:t>
        <w:br/>
        <w:t>f 4741/28060/24102 4739/28058/24100 4740/28059/24101</w:t>
        <w:br/>
        <w:t>f 4737/28056/24098 4738/28055/24097 4743/28061/24103</w:t>
        <w:br/>
        <w:t>f 4742/28062/24104 4737/28056/24098 4743/28061/24103</w:t>
        <w:br/>
        <w:t>f 4745/28063/24105 4731/28050/24092 4732/28049/24091</w:t>
        <w:br/>
        <w:t>f 4744/28064/24106 4745/28063/24105 4732/28049/24091</w:t>
        <w:br/>
        <w:t>f 4744/28064/24106 4742/28062/24104 4746/28065/24107</w:t>
        <w:br/>
        <w:t>f 4745/28063/24105 4744/28064/24106 4746/28065/24107</w:t>
        <w:br/>
        <w:t>f 4749/28066/24108 4748/28067/24109 4747/28068/24110</w:t>
        <w:br/>
        <w:t>f 4750/28069/24111 4749/28066/24108 4747/28068/24110</w:t>
        <w:br/>
        <w:t>f 4746/28065/24107 4748/28067/24109 4751/28070/24112</w:t>
        <w:br/>
        <w:t>f 4732/28049/24091 4735/28054/24096 4752/28071/24113</w:t>
        <w:br/>
        <w:t>f 4744/28064/24106 4732/28049/24091 4752/28071/24113</w:t>
        <w:br/>
        <w:t>f 4752/28071/24113 4735/28054/24096 4754/28072/24114</w:t>
        <w:br/>
        <w:t>f 4753/28073/24115 4752/28071/24113 4754/28072/24114</w:t>
        <w:br/>
        <w:t>f 4753/28073/24115 4754/28072/24114 4755/28074/24116</w:t>
        <w:br/>
        <w:t>f 4733/28053/24095 4751/28070/24112 4749/28066/24108</w:t>
        <w:br/>
        <w:t>f 4756/28075/24117 4733/28053/24095 4749/28066/24108</w:t>
        <w:br/>
        <w:t>f 4757/28076/24118 4754/28072/24114 4735/28054/24096</w:t>
        <w:br/>
        <w:t>f 4740/28059/24101 4755/28074/24116 4758/28077/24119</w:t>
        <w:br/>
        <w:t>f 4759/28078/24120 4739/28058/24100 4741/28060/24102</w:t>
        <w:br/>
        <w:t>f 4760/28079/24121 4759/28078/24120 4741/28060/24102</w:t>
        <w:br/>
        <w:t>f 4761/28080/24122 4738/28055/24097 4739/28058/24100</w:t>
        <w:br/>
        <w:t>f 4759/28078/24120 4761/28080/24122 4739/28058/24100</w:t>
        <w:br/>
        <w:t>f 4738/28055/24097 4761/28080/24122 4762/28081/24123</w:t>
        <w:br/>
        <w:t>f 4743/28061/24103 4738/28055/24097 4762/28081/24123</w:t>
        <w:br/>
        <w:t>f 4764/28082/24124 4763/28083/24125 4758/28077/24119</w:t>
        <w:br/>
        <w:t>f 4758/28077/24119 4763/28083/24125 4741/28060/24102</w:t>
        <w:br/>
        <w:t>f 4740/28059/24101 4758/28077/24119 4741/28060/24102</w:t>
        <w:br/>
        <w:t>f 4765/28084/24126 4761/28080/24122 4759/28078/24120</w:t>
        <w:br/>
        <w:t>f 4766/28085/24127 4765/28084/24126 4759/28078/24120</w:t>
        <w:br/>
        <w:t>f 4769/28086/24128 4768/28087/24129 4767/28088/24130</w:t>
        <w:br/>
        <w:t>f 4770/28089/24131 4769/28086/24128 4767/28088/24130</w:t>
        <w:br/>
        <w:t>f 4764/28082/24124 4771/28090/24132 4763/28083/24125</w:t>
        <w:br/>
        <w:t>f 4772/28091/24133 4767/28088/24130 4768/28087/24129</w:t>
        <w:br/>
        <w:t>f 4772/28091/24133 4774/28092/24134 4773/28093/24135</w:t>
        <w:br/>
        <w:t>f 4772/28091/24133 4773/28093/24135 4767/28088/24130</w:t>
        <w:br/>
        <w:t>f 4756/28075/24117 4734/28052/24094 4733/28053/24095</w:t>
        <w:br/>
        <w:t>f 4761/28080/24122 4765/28084/24126 4775/28094/24136</w:t>
        <w:br/>
        <w:t>f 4762/28081/24123 4761/28080/24122 4775/28094/24136</w:t>
        <w:br/>
        <w:t>f 4777/28095/24137 4771/28090/24132 4764/28082/24124</w:t>
        <w:br/>
        <w:t>f 4776/28096/24128 4777/28095/24137 4764/28082/24124</w:t>
        <w:br/>
        <w:t>f 4781/28097/24138 4780/28098/24139 4779/28099/24140</w:t>
        <w:br/>
        <w:t>f 4778/28100/24141 4781/28097/24138 4779/28099/24140</w:t>
        <w:br/>
        <w:t>f 4780/28098/24139 4783/28101/24142 4782/28102/24143</w:t>
        <w:br/>
        <w:t>f 4779/28099/24140 4780/28098/24139 4782/28102/24143</w:t>
        <w:br/>
        <w:t>f 4783/28101/24142 4785/28103/24144 4784/28104/24145</w:t>
        <w:br/>
        <w:t>f 4782/28102/24143 4783/28101/24142 4784/28104/24145</w:t>
        <w:br/>
        <w:t>f 4789/28105/24146 4788/28106/24147 4787/28107/24148</w:t>
        <w:br/>
        <w:t>f 4786/28108/24149 4789/28105/24146 4787/28107/24148</w:t>
        <w:br/>
        <w:t>f 4788/28106/24147 4781/28097/24138 4778/28100/24141</w:t>
        <w:br/>
        <w:t>f 4787/28107/24148 4788/28106/24147 4778/28100/24141</w:t>
        <w:br/>
        <w:t>f 4731/28050/24092 4745/28063/24105 4751/28070/24112</w:t>
        <w:br/>
        <w:t>f 4733/28053/24095 4731/28050/24092 4751/28070/24112</w:t>
        <w:br/>
        <w:t>f 4746/28065/24107 4751/28070/24112 4745/28063/24105</w:t>
        <w:br/>
        <w:t>f 4748/28067/24109 4749/28066/24108 4751/28070/24112</w:t>
        <w:br/>
        <w:t>f 4772/28091/24133 4747/28068/24110 4774/28092/24134</w:t>
        <w:br/>
        <w:t>f 4742/28062/24104 4743/28061/24103 4790/28109/24150</w:t>
        <w:br/>
        <w:t>f 4746/28065/24107 4742/28062/24104 4790/28109/24150</w:t>
        <w:br/>
        <w:t>f 4746/28065/24107 4790/28109/24150 4791/28110/24151</w:t>
        <w:br/>
        <w:t>f 4748/28067/24109 4746/28065/24107 4791/28110/24151</w:t>
        <w:br/>
        <w:t>f 4774/28092/24134 4747/28068/24110 4748/28067/24109</w:t>
        <w:br/>
        <w:t>f 4791/28110/24151 4774/28092/24134 4748/28067/24109</w:t>
        <w:br/>
        <w:t>f 4743/28061/24103 4762/28081/24123 4792/28111/24152</w:t>
        <w:br/>
        <w:t>f 4790/28109/24150 4743/28061/24103 4792/28111/24152</w:t>
        <w:br/>
        <w:t>f 4793/28112/24153 4791/28110/24151 4790/28109/24150</w:t>
        <w:br/>
        <w:t>f 4792/28111/24152 4793/28112/24153 4790/28109/24150</w:t>
        <w:br/>
        <w:t>f 4793/28112/24153 4773/28093/24135 4774/28092/24134</w:t>
        <w:br/>
        <w:t>f 4791/28110/24151 4793/28112/24153 4774/28092/24134</w:t>
        <w:br/>
        <w:t>f 4778/28100/24141 4779/28099/24140 4794/28113/24154</w:t>
        <w:br/>
        <w:t>f 4775/28094/24136 4778/28100/24141 4794/28113/24154</w:t>
        <w:br/>
        <w:t>f 4794/28113/24154 4795/28114/24155 4793/28112/24153</w:t>
        <w:br/>
        <w:t>f 4792/28111/24152 4794/28113/24154 4793/28112/24153</w:t>
        <w:br/>
        <w:t>f 4795/28114/24155 4796/28115/24156 4773/28093/24135</w:t>
        <w:br/>
        <w:t>f 4793/28112/24153 4795/28114/24155 4773/28093/24135</w:t>
        <w:br/>
        <w:t>f 4742/28062/24104 4744/28064/24106 4752/28071/24113</w:t>
        <w:br/>
        <w:t>f 4737/28056/24098 4742/28062/24104 4752/28071/24113</w:t>
        <w:br/>
        <w:t>f 4753/28073/24115 4736/28057/24099 4737/28056/24098</w:t>
        <w:br/>
        <w:t>f 4752/28071/24113 4753/28073/24115 4737/28056/24098</w:t>
        <w:br/>
        <w:t>f 4753/28073/24115 4740/28059/24101 4736/28057/24099</w:t>
        <w:br/>
        <w:t>f 4763/28083/24125 4771/28090/24132 4760/28079/24121</w:t>
        <w:br/>
        <w:t>f 4741/28060/24102 4763/28083/24125 4760/28079/24121</w:t>
        <w:br/>
        <w:t>f 4755/28074/24116 4740/28059/24101 4753/28073/24115</w:t>
        <w:br/>
        <w:t>f 4787/28107/24148 4778/28100/24141 4775/28094/24136</w:t>
        <w:br/>
        <w:t>f 4765/28084/24126 4787/28107/24148 4775/28094/24136</w:t>
        <w:br/>
        <w:t>f 4786/28108/24149 4787/28107/24148 4765/28084/24126</w:t>
        <w:br/>
        <w:t>f 4766/28085/24127 4786/28108/24149 4765/28084/24126</w:t>
        <w:br/>
        <w:t>f 4762/28081/24123 4775/28094/24136 4794/28113/24154</w:t>
        <w:br/>
        <w:t>f 4792/28111/24152 4762/28081/24123 4794/28113/24154</w:t>
        <w:br/>
        <w:t>f 4779/28099/24140 4782/28102/24143 4795/28114/24155</w:t>
        <w:br/>
        <w:t>f 4794/28113/24154 4779/28099/24140 4795/28114/24155</w:t>
        <w:br/>
        <w:t>f 4782/28102/24143 4784/28104/24145 4796/28115/24156</w:t>
        <w:br/>
        <w:t>f 4795/28114/24155 4782/28102/24143 4796/28115/24156</w:t>
        <w:br/>
        <w:t>f 4756/28075/24117 4749/28066/24108 4750/28069/24111</w:t>
        <w:br/>
        <w:t>f 4799/28116/24157 4798/28117/24158 4797/28118/24159</w:t>
        <w:br/>
        <w:t>f 4800/28119/24160 4799/28116/24157 4797/28118/24159</w:t>
        <w:br/>
        <w:t>f 4799/28116/24157 4802/28120/24161 4801/28121/24162</w:t>
        <w:br/>
        <w:t>f 4798/28117/24158 4799/28116/24157 4801/28121/24162</w:t>
        <w:br/>
        <w:t>f 4805/28122/24163 4804/28123/24164 4803/28124/24165</w:t>
        <w:br/>
        <w:t>f 4806/28125/24166 4801/28121/24162 4802/28120/24161</w:t>
        <w:br/>
        <w:t>f 4807/28126/24167 4806/28125/24166 4802/28120/24161</w:t>
        <w:br/>
        <w:t>f 4810/28127/24168 4809/28128/24169 4808/28129/24170</w:t>
        <w:br/>
        <w:t>f 4803/28124/24165 4804/28123/24164 4808/28129/24170</w:t>
        <w:br/>
        <w:t>f 4813/28130/24171 4812/28131/24172 4811/28132/24173</w:t>
        <w:br/>
        <w:t>f 4814/28133/24174 4813/28130/24171 4811/28132/24173</w:t>
        <w:br/>
        <w:t>f 4815/28134/24175 4811/28132/24173 4812/28131/24172</w:t>
        <w:br/>
        <w:t>f 4816/28135/24176 4815/28134/24175 4812/28131/24172</w:t>
        <w:br/>
        <w:t>f 4807/28126/24167 4815/28134/24175 4816/28135/24176</w:t>
        <w:br/>
        <w:t>f 4806/28125/24166 4807/28126/24167 4816/28135/24176</w:t>
        <w:br/>
        <w:t>f 4813/28130/24171 4818/28136/24177 4817/28137/24178</w:t>
        <w:br/>
        <w:t>f 4812/28131/24172 4813/28130/24171 4817/28137/24178</w:t>
        <w:br/>
        <w:t>f 4819/28138/24179 4813/28130/24171 4814/28133/24174</w:t>
        <w:br/>
        <w:t>f 4820/28139/24180 4819/28138/24179 4814/28133/24174</w:t>
        <w:br/>
        <w:t>f 4801/28121/24162 4806/28125/24166 4804/28123/24164</w:t>
        <w:br/>
        <w:t>f 4808/28129/24170 4804/28123/24164 4810/28127/24168</w:t>
        <w:br/>
        <w:t>f 4810/28127/24168 4806/28125/24166 4816/28135/24176</w:t>
        <w:br/>
        <w:t>f 4816/28135/24176 4812/28131/24172 4810/28127/24168</w:t>
        <w:br/>
        <w:t>f 4822/28140/24181 4821/28141/24182 4805/28122/24163</w:t>
        <w:br/>
        <w:t>f 4821/28141/24182 4804/28123/24164 4805/28122/24163</w:t>
        <w:br/>
        <w:t>f 4810/28127/24168 4804/28123/24164 4806/28125/24166</w:t>
        <w:br/>
        <w:t>f 4810/28127/24168 4812/28131/24172 4817/28137/24178</w:t>
        <w:br/>
        <w:t>f 4798/28117/24158 4801/28121/24162 4821/28141/24182</w:t>
        <w:br/>
        <w:t>f 4801/28121/24162 4804/28123/24164 4821/28141/24182</w:t>
        <w:br/>
        <w:t>f 4818/28136/24177 4813/28130/24171 4819/28138/24179</w:t>
        <w:br/>
        <w:t>f 4823/28142/24183 4818/28136/24177 4819/28138/24179</w:t>
        <w:br/>
        <w:t>f 4800/28119/24160 4797/28118/24159 4824/28143/24184</w:t>
        <w:br/>
        <w:t>f 4798/28117/24158 4821/28141/24182 4822/28140/24181</w:t>
        <w:br/>
        <w:t>f 4810/28127/24168 4817/28137/24178 4809/28128/24169</w:t>
        <w:br/>
        <w:t>f 4825/28144/24185 4819/28138/24179 4820/28139/24180</w:t>
        <w:br/>
        <w:t>f 4826/28145/24186 4825/28144/24185 4820/28139/24180</w:t>
        <w:br/>
        <w:t>f 4823/28142/24183 4819/28138/24179 4825/28144/24185</w:t>
        <w:br/>
        <w:t>f 4829/28146/24187 4828/28147/24188 4827/28148/24157</w:t>
        <w:br/>
        <w:t>f 4830/28149/24160 4829/28146/24187 4827/28148/24157</w:t>
        <w:br/>
        <w:t>f 4832/28150/24189 4831/28151/24161 4827/28148/24157</w:t>
        <w:br/>
        <w:t>f 4828/28147/24188 4832/28150/24189 4827/28148/24157</w:t>
        <w:br/>
        <w:t>f 4835/28152/24190 4834/28153/24191 4833/28154/24192</w:t>
        <w:br/>
        <w:t>f 4831/28151/24161 4832/28150/24189 4836/28155/24193</w:t>
        <w:br/>
        <w:t>f 4837/28156/24167 4831/28151/24161 4836/28155/24193</w:t>
        <w:br/>
        <w:t>f 4840/28157/24194 4839/28158/24195 4838/28159/24196</w:t>
        <w:br/>
        <w:t>f 4834/28153/24191 4839/28158/24195 4833/28154/24192</w:t>
        <w:br/>
        <w:t>f 4843/28160/24173 4842/28161/24197 4841/28162/24198</w:t>
        <w:br/>
        <w:t>f 4844/28163/24174 4843/28160/24173 4841/28162/24198</w:t>
        <w:br/>
        <w:t>f 4842/28161/24197 4843/28160/24173 4845/28164/24175</w:t>
        <w:br/>
        <w:t>f 4846/28165/24199 4842/28161/24197 4845/28164/24175</w:t>
        <w:br/>
        <w:t>f 4837/28156/24167 4836/28155/24193 4846/28165/24199</w:t>
        <w:br/>
        <w:t>f 4845/28164/24175 4837/28156/24167 4846/28165/24199</w:t>
        <w:br/>
        <w:t>f 4848/28166/24200 4847/28167/24201 4841/28162/24198</w:t>
        <w:br/>
        <w:t>f 4842/28161/24197 4848/28166/24200 4841/28162/24198</w:t>
        <w:br/>
        <w:t>f 4844/28163/24174 4841/28162/24198 4849/28168/24202</w:t>
        <w:br/>
        <w:t>f 4850/28169/24180 4844/28163/24174 4849/28168/24202</w:t>
        <w:br/>
        <w:t>f 4832/28150/24189 4833/28154/24192 4836/28155/24193</w:t>
        <w:br/>
        <w:t>f 4839/28158/24195 4840/28157/24194 4833/28154/24192</w:t>
        <w:br/>
        <w:t>f 4840/28157/24194 4846/28165/24199 4836/28155/24193</w:t>
        <w:br/>
        <w:t>f 4846/28165/24199 4840/28157/24194 4842/28161/24197</w:t>
        <w:br/>
        <w:t>f 4852/28170/24203 4835/28152/24190 4851/28171/24204</w:t>
        <w:br/>
        <w:t>f 4851/28171/24204 4835/28152/24190 4833/28154/24192</w:t>
        <w:br/>
        <w:t>f 4840/28157/24194 4836/28155/24193 4833/28154/24192</w:t>
        <w:br/>
        <w:t>f 4840/28157/24194 4848/28166/24200 4842/28161/24197</w:t>
        <w:br/>
        <w:t>f 4828/28147/24188 4851/28171/24204 4832/28150/24189</w:t>
        <w:br/>
        <w:t>f 4832/28150/24189 4851/28171/24204 4833/28154/24192</w:t>
        <w:br/>
        <w:t>f 4847/28167/24201 4853/28172/24205 4849/28168/24202</w:t>
        <w:br/>
        <w:t>f 4841/28162/24198 4847/28167/24201 4849/28168/24202</w:t>
        <w:br/>
        <w:t>f 4830/28149/24160 4854/28173/24184 4829/28146/24187</w:t>
        <w:br/>
        <w:t>f 4828/28147/24188 4852/28170/24203 4851/28171/24204</w:t>
        <w:br/>
        <w:t>f 4840/28157/24194 4838/28159/24196 4848/28166/24200</w:t>
        <w:br/>
        <w:t>f 4850/28169/24180 4849/28168/24202 4855/28174/24206</w:t>
        <w:br/>
        <w:t>f 4856/28175/24186 4850/28169/24180 4855/28174/24206</w:t>
        <w:br/>
        <w:t>f 4853/28172/24205 4855/28174/24206 4849/28168/24202</w:t>
        <w:br/>
        <w:t>f 4894/28176/24207 4893/28177/24208 4892/28178/24209</w:t>
        <w:br/>
        <w:t>f 4891/28179/24210 4894/28176/24207 4892/28178/24209</w:t>
        <w:br/>
        <w:t>f 4898/28180/24211 4897/28181/24212 4896/28182/24213</w:t>
        <w:br/>
        <w:t>f 4895/28183/24214 4898/28180/24211 4896/28182/24213</w:t>
        <w:br/>
        <w:t>f 4902/28184/24215 4901/28185/24216 4900/28186/24217</w:t>
        <w:br/>
        <w:t>f 4899/28187/24218 4902/28184/24215 4900/28186/24217</w:t>
        <w:br/>
        <w:t>f 4906/28188/24219 4905/28189/24220 4904/28190/24221</w:t>
        <w:br/>
        <w:t>f 4903/28191/24222 4906/28188/24219 4904/28190/24221</w:t>
        <w:br/>
        <w:t>f 4910/28192/24223 4909/28193/24224 4908/28194/24225</w:t>
        <w:br/>
        <w:t>f 4907/28195/24226 4910/28192/24223 4908/28194/24225</w:t>
        <w:br/>
        <w:t>f 4913/28196/24227 4912/28197/24228 4898/28180/24211</w:t>
        <w:br/>
        <w:t>f 4911/28198/24229 4913/28196/24227 4898/28180/24211</w:t>
        <w:br/>
        <w:t>f 4903/28191/24222 4904/28190/24221 4893/28177/24208</w:t>
        <w:br/>
        <w:t>f 4894/28176/24207 4903/28191/24222 4893/28177/24208</w:t>
        <w:br/>
        <w:t>f 4915/28199/24230 4914/28200/24231 4897/28181/24212</w:t>
        <w:br/>
        <w:t>f 4897/28181/24212 4898/28180/24211 4916/28201/24232</w:t>
        <w:br/>
        <w:t>f 4892/28178/24209 4918/28202/24233 4917/28203/24234</w:t>
        <w:br/>
        <w:t>f 4908/28194/24225 4892/28178/24209 4917/28203/24234</w:t>
        <w:br/>
        <w:t>f 4904/28190/24221 4920/28204/24235 4919/28205/24236</w:t>
        <w:br/>
        <w:t>f 4893/28177/24208 4904/28190/24221 4919/28205/24236</w:t>
        <w:br/>
        <w:t>f 4905/28189/24220 4921/28206/24237 4920/28204/24235</w:t>
        <w:br/>
        <w:t>f 4904/28190/24221 4905/28189/24220 4920/28204/24235</w:t>
        <w:br/>
        <w:t>f 4924/28207/24238 4923/28208/24239 4922/28209/24237</w:t>
        <w:br/>
        <w:t>f 4925/28210/24220 4924/28207/24238 4922/28209/24237</w:t>
        <w:br/>
        <w:t>f 4893/28177/24208 4919/28205/24236 4918/28202/24233</w:t>
        <w:br/>
        <w:t>f 4892/28178/24209 4893/28177/24208 4918/28202/24233</w:t>
        <w:br/>
        <w:t>f 4927/28211/24240 4906/28188/24219 4903/28191/24222</w:t>
        <w:br/>
        <w:t>f 4926/28212/24241 4927/28211/24240 4903/28191/24222</w:t>
        <w:br/>
        <w:t>f 4911/28198/24229 4898/28180/24211 4895/28183/24214</w:t>
        <w:br/>
        <w:t>f 4928/28213/24242 4911/28198/24229 4895/28183/24214</w:t>
        <w:br/>
        <w:t>f 4930/28214/24243 4929/28215/24244 4914/28200/24231</w:t>
        <w:br/>
        <w:t>f 4931/28216/24217 4911/28198/24229 4928/28213/24242</w:t>
        <w:br/>
        <w:t>f 4926/28212/24241 4903/28191/24222 4894/28176/24207</w:t>
        <w:br/>
        <w:t>f 4932/28217/24245 4926/28212/24241 4894/28176/24207</w:t>
        <w:br/>
        <w:t>f 4914/28200/24231 4934/28218/24246 4933/28219/24247</w:t>
        <w:br/>
        <w:t>f 4930/28214/24243 4914/28200/24231 4933/28219/24247</w:t>
        <w:br/>
        <w:t>f 4902/28184/24215 4899/28187/24218 4936/28220/24248</w:t>
        <w:br/>
        <w:t>f 4935/28221/24249 4902/28184/24215 4936/28220/24248</w:t>
        <w:br/>
        <w:t>f 4937/28222/24250 4913/28196/24227 4911/28198/24229</w:t>
        <w:br/>
        <w:t>f 4931/28216/24217 4937/28222/24250 4911/28198/24229</w:t>
        <w:br/>
        <w:t>f 4939/28223/24251 4938/28224/24252 4930/28214/24243</w:t>
        <w:br/>
        <w:t>f 4933/28219/24247 4939/28223/24251 4930/28214/24243</w:t>
        <w:br/>
        <w:t>f 4935/28221/24249 4936/28220/24248 4938/28224/24252</w:t>
        <w:br/>
        <w:t>f 4939/28223/24251 4935/28221/24249 4938/28224/24252</w:t>
        <w:br/>
        <w:t>f 4914/28200/24231 4929/28215/24244 4896/28182/24213</w:t>
        <w:br/>
        <w:t>f 4897/28181/24212 4914/28200/24231 4896/28182/24213</w:t>
        <w:br/>
        <w:t>f 4942/28225/24253 4941/28226/24254 4940/28227/24255</w:t>
        <w:br/>
        <w:t>f 4943/28228/24256 4942/28225/24253 4940/28227/24255</w:t>
        <w:br/>
        <w:t>f 4945/28229/24257 4891/28179/24210 4909/28193/24224</w:t>
        <w:br/>
        <w:t>f 4944/28230/24258 4945/28229/24257 4909/28193/24224</w:t>
        <w:br/>
        <w:t>f 4932/28217/24245 4894/28176/24207 4891/28179/24210</w:t>
        <w:br/>
        <w:t>f 4945/28229/24257 4932/28217/24245 4891/28179/24210</w:t>
        <w:br/>
        <w:t>f 4947/28231/24259 4920/28204/24235 4921/28206/24237</w:t>
        <w:br/>
        <w:t>f 4946/28232/24260 4947/28231/24259 4921/28206/24237</w:t>
        <w:br/>
        <w:t>f 4919/28205/24236 4949/28233/24261 4948/28234/24262</w:t>
        <w:br/>
        <w:t>f 4918/28202/24233 4919/28205/24236 4948/28234/24262</w:t>
        <w:br/>
        <w:t>f 4949/28233/24261 4919/28205/24236 4920/28204/24235</w:t>
        <w:br/>
        <w:t>f 4947/28231/24259 4949/28233/24261 4920/28204/24235</w:t>
        <w:br/>
        <w:t>f 4892/28178/24209 4908/28194/24225 4909/28193/24224</w:t>
        <w:br/>
        <w:t>f 4891/28179/24210 4892/28178/24209 4909/28193/24224</w:t>
        <w:br/>
        <w:t>f 4897/28181/24212 4916/28201/24232 4915/28199/24230</w:t>
        <w:br/>
        <w:t>f 4951/28235/24263 4922/28209/24237 4923/28208/24239</w:t>
        <w:br/>
        <w:t>f 4950/28236/24264 4951/28235/24263 4923/28208/24239</w:t>
        <w:br/>
        <w:t>f 4946/28232/24260 4953/28237/24265 4952/28238/24266</w:t>
        <w:br/>
        <w:t>f 4947/28231/24259 4946/28232/24260 4952/28238/24266</w:t>
        <w:br/>
        <w:t>f 4954/28239/24267 4949/28233/24261 4947/28231/24259</w:t>
        <w:br/>
        <w:t>f 4952/28238/24266 4954/28239/24267 4947/28231/24259</w:t>
        <w:br/>
        <w:t>f 4957/28240/24268 4956/28241/24269 4955/28242/24270</w:t>
        <w:br/>
        <w:t>f 4958/28243/24271 4957/28240/24268 4955/28242/24270</w:t>
        <w:br/>
        <w:t>f 4961/28244/24272 4960/28245/24273 4956/28241/24269</w:t>
        <w:br/>
        <w:t>f 4959/28246/24274 4961/28244/24272 4956/28241/24269</w:t>
        <w:br/>
        <w:t>f 4940/28227/24255 4907/28195/24226 4960/28245/24273</w:t>
        <w:br/>
        <w:t>f 4961/28244/24272 4940/28227/24255 4960/28245/24273</w:t>
        <w:br/>
        <w:t>f 4958/28243/24271 4955/28242/24270 4948/28234/24262</w:t>
        <w:br/>
        <w:t>f 4962/28247/24275 4958/28243/24271 4948/28234/24262</w:t>
        <w:br/>
        <w:t>f 4964/28248/24276 4961/28244/24272 4959/28246/24274</w:t>
        <w:br/>
        <w:t>f 4963/28249/24277 4964/28248/24276 4959/28246/24274</w:t>
        <w:br/>
        <w:t>f 4908/28194/24225 4917/28203/24234 4960/28245/24273</w:t>
        <w:br/>
        <w:t>f 4907/28195/24226 4908/28194/24225 4960/28245/24273</w:t>
        <w:br/>
        <w:t>f 4959/28246/24274 4956/28241/24269 4957/28240/24268</w:t>
        <w:br/>
        <w:t>f 4965/28250/24278 4959/28246/24274 4957/28240/24268</w:t>
        <w:br/>
        <w:t>f 4955/28242/24270 4917/28203/24234 4918/28202/24233</w:t>
        <w:br/>
        <w:t>f 4948/28234/24262 4955/28242/24270 4918/28202/24233</w:t>
        <w:br/>
        <w:t>f 4949/28233/24261 4954/28239/24267 4962/28247/24275</w:t>
        <w:br/>
        <w:t>f 4948/28234/24262 4949/28233/24261 4962/28247/24275</w:t>
        <w:br/>
        <w:t>f 4917/28203/24234 4955/28242/24270 4956/28241/24269</w:t>
        <w:br/>
        <w:t>f 4960/28245/24273 4917/28203/24234 4956/28241/24269</w:t>
        <w:br/>
        <w:t>f 4968/28251/24279 4967/28252/24280 4966/28253/24281</w:t>
        <w:br/>
        <w:t>f 4969/28254/24282 4968/28251/24279 4966/28253/24281</w:t>
        <w:br/>
        <w:t>f 4973/28255/24283 4972/28256/24284 4971/28257/24285</w:t>
        <w:br/>
        <w:t>f 4970/28258/24286 4973/28255/24283 4971/28257/24285</w:t>
        <w:br/>
        <w:t>f 4976/28259/24287 4965/28250/24278 4975/28260/24288</w:t>
        <w:br/>
        <w:t>f 4974/28261/24289 4976/28259/24287 4975/28260/24288</w:t>
        <w:br/>
        <w:t>f 4970/28258/24286 4971/28257/24285 4978/28262/24290</w:t>
        <w:br/>
        <w:t>f 4977/28263/24291 4970/28258/24286 4978/28262/24290</w:t>
        <w:br/>
        <w:t>f 4977/28263/24291 4978/28262/24290 4980/28264/24292</w:t>
        <w:br/>
        <w:t>f 4979/28265/24293 4977/28263/24291 4980/28264/24292</w:t>
        <w:br/>
        <w:t>f 4982/28266/24294 4981/28267/24295 4974/28261/24289</w:t>
        <w:br/>
        <w:t>f 4975/28260/24288 4982/28266/24294 4974/28261/24289</w:t>
        <w:br/>
        <w:t>f 4985/28268/24296 4984/28269/24282 4983/28270/24281</w:t>
        <w:br/>
        <w:t>f 4986/28271/24297 4985/28268/24296 4983/28270/24281</w:t>
        <w:br/>
        <w:t>f 4980/28264/24292 4982/28266/24294 4975/28260/24288</w:t>
        <w:br/>
        <w:t>f 4979/28265/24293 4980/28264/24292 4975/28260/24288</w:t>
        <w:br/>
        <w:t>f 4953/28237/24265 4966/28253/24281 4967/28252/24280</w:t>
        <w:br/>
        <w:t>f 4952/28238/24266 4953/28237/24265 4967/28252/24280</w:t>
        <w:br/>
        <w:t>f 4965/28250/24278 4957/28240/24268 4979/28265/24293</w:t>
        <w:br/>
        <w:t>f 4975/28260/24288 4965/28250/24278 4979/28265/24293</w:t>
        <w:br/>
        <w:t>f 4952/28238/24266 4967/28252/24280 4973/28255/24283</w:t>
        <w:br/>
        <w:t>f 4954/28239/24267 4952/28238/24266 4973/28255/24283</w:t>
        <w:br/>
        <w:t>f 4970/28258/24286 4962/28247/24275 4954/28239/24267</w:t>
        <w:br/>
        <w:t>f 4973/28255/24283 4970/28258/24286 4954/28239/24267</w:t>
        <w:br/>
        <w:t>f 4962/28247/24275 4970/28258/24286 4977/28263/24291</w:t>
        <w:br/>
        <w:t>f 4958/28243/24271 4962/28247/24275 4977/28263/24291</w:t>
        <w:br/>
        <w:t>f 4979/28265/24293 4957/28240/24268 4958/28243/24271</w:t>
        <w:br/>
        <w:t>f 4977/28263/24291 4979/28265/24293 4958/28243/24271</w:t>
        <w:br/>
        <w:t>f 4988/28272/24265 4987/28273/24298 4986/28271/24297</w:t>
        <w:br/>
        <w:t>f 4983/28270/24281 4988/28272/24265 4986/28271/24297</w:t>
        <w:br/>
        <w:t>f 4972/28256/24284 4973/28255/24283 4967/28252/24280</w:t>
        <w:br/>
        <w:t>f 4968/28251/24279 4972/28256/24284 4967/28252/24280</w:t>
        <w:br/>
        <w:t>f 4981/28267/24295 4985/28268/24296 4986/28271/24297</w:t>
        <w:br/>
        <w:t>f 4974/28261/24289 4981/28267/24295 4986/28271/24297</w:t>
        <w:br/>
        <w:t>f 4974/28261/24289 4986/28271/24297 4987/28273/24298</w:t>
        <w:br/>
        <w:t>f 4976/28259/24287 4974/28261/24289 4987/28273/24298</w:t>
        <w:br/>
        <w:t>f 4923/28208/24239 4964/28248/24276 4963/28249/24277</w:t>
        <w:br/>
        <w:t>f 4950/28236/24264 4923/28208/24239 4963/28249/24277</w:t>
        <w:br/>
        <w:t>f 4942/28225/24253 4924/28207/24238 4989/28274/24299</w:t>
        <w:br/>
        <w:t>f 4907/28195/24226 4940/28227/24255 4941/28226/24254</w:t>
        <w:br/>
        <w:t>f 4910/28192/24223 4907/28195/24226 4941/28226/24254</w:t>
        <w:br/>
        <w:t>f 4925/28210/24220 4990/28275/24219 4989/28274/24299</w:t>
        <w:br/>
        <w:t>f 4924/28207/24238 4925/28210/24220 4989/28274/24299</w:t>
        <w:br/>
        <w:t>f 4916/28201/24232 4898/28180/24211 4912/28197/24228</w:t>
        <w:br/>
        <w:t>f 4915/28199/24230 4934/28218/24246 4914/28200/24231</w:t>
        <w:br/>
        <w:t>f 4963/28249/24277 4959/28246/24274 4965/28250/24278</w:t>
        <w:br/>
        <w:t>f 4976/28259/24287 4963/28249/24277 4965/28250/24278</w:t>
        <w:br/>
        <w:t>f 4976/28259/24287 4987/28273/24298 4950/28236/24264</w:t>
        <w:br/>
        <w:t>f 4963/28249/24277 4976/28259/24287 4950/28236/24264</w:t>
        <w:br/>
        <w:t>f 4988/28272/24265 4951/28235/24263 4950/28236/24264</w:t>
        <w:br/>
        <w:t>f 4987/28273/24298 4988/28272/24265 4950/28236/24264</w:t>
        <w:br/>
        <w:t>f 4961/28244/24272 4964/28248/24276 4943/28228/24256</w:t>
        <w:br/>
        <w:t>f 4940/28227/24255 4961/28244/24272 4943/28228/24256</w:t>
        <w:br/>
        <w:t>f 4964/28248/24276 4923/28208/24239 4924/28207/24238</w:t>
        <w:br/>
        <w:t>f 4943/28228/24256 4964/28248/24276 4924/28207/24238</w:t>
        <w:br/>
        <w:t>f 4929/28215/24244 4944/28230/24258 4909/28193/24224</w:t>
        <w:br/>
        <w:t>f 4910/28192/24223 4929/28215/24244 4909/28193/24224</w:t>
        <w:br/>
        <w:t>f 4910/28192/24223 4941/28226/24254 4929/28215/24244</w:t>
        <w:br/>
        <w:t>f 4931/28216/24217 4928/28213/24242 4991/28276/24300</w:t>
        <w:br/>
        <w:t>f 4943/28228/24256 4924/28207/24238 4942/28225/24253</w:t>
        <w:br/>
        <w:t>f 4929/28215/24244 4941/28226/24254 4896/28182/24213</w:t>
        <w:br/>
        <w:t>f 4895/28183/24214 4896/28182/24213 4941/28226/24254</w:t>
        <w:br/>
        <w:t>f 4942/28225/24253 4895/28183/24214 4941/28226/24254</w:t>
        <w:br/>
        <w:t>f 4942/28225/24253 4928/28213/24242 4895/28183/24214</w:t>
        <w:br/>
        <w:t>f 4942/28225/24253 4989/28274/24299 4928/28213/24242</w:t>
        <w:br/>
        <w:t>f 4989/28274/24299 4990/28275/24219 4991/28276/24300</w:t>
        <w:br/>
        <w:t>f 4928/28213/24242 4989/28274/24299 4991/28276/24300</w:t>
        <w:br/>
        <w:t>f 4944/28230/24258 4929/28215/24244 4930/28214/24243</w:t>
        <w:br/>
        <w:t>f 4938/28224/24252 4945/28229/24257 4944/28230/24258</w:t>
        <w:br/>
        <w:t>f 4930/28214/24243 4938/28224/24252 4944/28230/24258</w:t>
        <w:br/>
        <w:t>f 4936/28220/24248 4932/28217/24245 4945/28229/24257</w:t>
        <w:br/>
        <w:t>f 4938/28224/24252 4936/28220/24248 4945/28229/24257</w:t>
        <w:br/>
        <w:t>f 4899/28187/24218 4926/28212/24241 4932/28217/24245</w:t>
        <w:br/>
        <w:t>f 4936/28220/24248 4899/28187/24218 4932/28217/24245</w:t>
        <w:br/>
        <w:t>f 4900/28186/24217 4927/28211/24240 4926/28212/24241</w:t>
        <w:br/>
        <w:t>f 4899/28187/24218 4900/28186/24217 4926/28212/24241</w:t>
        <w:br/>
        <w:t>f 5036/28277/24301 5035/28278/24302 5034/28279/24303</w:t>
        <w:br/>
        <w:t>f 5033/28280/24304 5036/28277/24301 5034/28279/24303</w:t>
        <w:br/>
        <w:t>f 5040/28281/24305 5039/28282/24306 5038/28283/24307</w:t>
        <w:br/>
        <w:t>f 5037/28284/24308 5040/28281/24305 5038/28283/24307</w:t>
        <w:br/>
        <w:t>f 5042/28285/24309 5041/28286/24310 5037/28284/24308</w:t>
        <w:br/>
        <w:t>f 5038/28283/24307 5042/28285/24309 5037/28284/24308</w:t>
        <w:br/>
        <w:t>f 5039/28282/24306 5044/28287/24311 5043/28288/24312</w:t>
        <w:br/>
        <w:t>f 5038/28283/24307 5039/28282/24306 5043/28288/24312</w:t>
        <w:br/>
        <w:t>f 5034/28279/24303 5046/28289/24313 5045/28290/24314</w:t>
        <w:br/>
        <w:t>f 5044/28287/24311 5045/28290/24314 5046/28289/24313</w:t>
        <w:br/>
        <w:t>f 5043/28288/24312 5044/28287/24311 5046/28289/24313</w:t>
        <w:br/>
        <w:t>f 5050/28291/24315 5049/28292/24316 5048/28293/24317</w:t>
        <w:br/>
        <w:t>f 5047/28294/24318 5050/28291/24315 5048/28293/24317</w:t>
        <w:br/>
        <w:t>f 5038/28283/24307 5043/28288/24312 5050/28291/24315</w:t>
        <w:br/>
        <w:t>f 5042/28285/24309 5038/28283/24307 5050/28291/24315</w:t>
        <w:br/>
        <w:t>f 5042/28285/24309 5050/28291/24315 5047/28294/24318</w:t>
        <w:br/>
        <w:t>f 5051/28295/24319 5042/28285/24309 5047/28294/24318</w:t>
        <w:br/>
        <w:t>f 5053/28296/24320 5052/28297/24321 5048/28293/24317</w:t>
        <w:br/>
        <w:t>f 5049/28292/24316 5053/28296/24320 5048/28293/24317</w:t>
        <w:br/>
        <w:t>f 5035/28278/24302 5049/28292/24316 5046/28289/24313</w:t>
        <w:br/>
        <w:t>f 5034/28279/24303 5035/28278/24302 5046/28289/24313</w:t>
        <w:br/>
        <w:t>f 5043/28288/24312 5046/28289/24313 5049/28292/24316</w:t>
        <w:br/>
        <w:t>f 5050/28291/24315 5043/28288/24312 5049/28292/24316</w:t>
        <w:br/>
        <w:t>f 5055/28298/24322 5054/28299/24323 5047/28294/24318</w:t>
        <w:br/>
        <w:t>f 5048/28293/24317 5055/28298/24322 5047/28294/24318</w:t>
        <w:br/>
        <w:t>f 5052/28297/24321 5056/28300/24324 5055/28298/24322</w:t>
        <w:br/>
        <w:t>f 5048/28293/24317 5052/28297/24321 5055/28298/24322</w:t>
        <w:br/>
        <w:t>f 5058/28301/24325 5057/28302/24326 5035/28278/24302</w:t>
        <w:br/>
        <w:t>f 5036/28277/24301 5058/28301/24325 5035/28278/24302</w:t>
        <w:br/>
        <w:t>f 5060/28303/24327 5059/28304/24328 5055/28298/24322</w:t>
        <w:br/>
        <w:t>f 5056/28300/24324 5060/28303/24327 5055/28298/24322</w:t>
        <w:br/>
        <w:t>f 5063/28305/24329 5062/28306/24330 5061/28307/24331</w:t>
        <w:br/>
        <w:t>f 5051/28295/24319 5064/28308/24332 5041/28286/24310</w:t>
        <w:br/>
        <w:t>f 5061/28307/24331 5066/28309/24333 5065/28310/24334</w:t>
        <w:br/>
        <w:t>f 5065/28310/24334 5066/28309/24333 5037/28284/24308</w:t>
        <w:br/>
        <w:t>f 5055/28298/24322 5059/28304/24328 5054/28299/24323</w:t>
        <w:br/>
        <w:t>f 5051/28295/24319 5041/28286/24310 5042/28285/24309</w:t>
        <w:br/>
        <w:t>f 5069/28311/24335 5068/28312/24336 5067/28313/24337</w:t>
        <w:br/>
        <w:t>f 5070/28314/24338 5069/28311/24335 5067/28313/24337</w:t>
        <w:br/>
        <w:t>f 5068/28312/24336 5033/28280/24304 5071/28315/24339</w:t>
        <w:br/>
        <w:t>f 5072/28316/24340 5068/28312/24336 5071/28315/24339</w:t>
        <w:br/>
        <w:t>f 5040/28281/24305 5074/28317/24341 5073/28318/24342</w:t>
        <w:br/>
        <w:t>f 5076/28319/24343 5075/28320/24344 5072/28316/24340</w:t>
        <w:br/>
        <w:t>f 5067/28313/24337 5068/28312/24336 5072/28316/24340</w:t>
        <w:br/>
        <w:t>f 5075/28320/24344 5067/28313/24337 5072/28316/24340</w:t>
        <w:br/>
        <w:t>f 5058/28301/24325 5036/28277/24301 5069/28311/24335</w:t>
        <w:br/>
        <w:t>f 5077/28321/24345 5058/28301/24325 5069/28311/24335</w:t>
        <w:br/>
        <w:t>f 5069/28311/24335 5036/28277/24301 5033/28280/24304</w:t>
        <w:br/>
        <w:t>f 5068/28312/24336 5069/28311/24335 5033/28280/24304</w:t>
        <w:br/>
        <w:t>f 5073/28318/24342 5078/28322/24346 5039/28282/24306</w:t>
        <w:br/>
        <w:t>f 5040/28281/24305 5073/28318/24342 5039/28282/24306</w:t>
        <w:br/>
        <w:t>f 5072/28316/24340 5071/28315/24339 5076/28319/24343</w:t>
        <w:br/>
        <w:t>f 5078/28322/24346 5079/28323/24347 5044/28287/24311</w:t>
        <w:br/>
        <w:t>f 5039/28282/24306 5078/28322/24346 5044/28287/24311</w:t>
        <w:br/>
        <w:t>f 5079/28323/24347 5080/28324/24348 5045/28290/24314</w:t>
        <w:br/>
        <w:t>f 5044/28287/24311 5079/28323/24347 5045/28290/24314</w:t>
        <w:br/>
        <w:t>f 5077/28321/24345 5069/28311/24335 5070/28314/24338</w:t>
        <w:br/>
        <w:t>f 5081/28325/24349 5077/28321/24345 5070/28314/24338</w:t>
        <w:br/>
        <w:t>f 5071/28315/24339 5033/28280/24304 5034/28279/24303</w:t>
        <w:br/>
        <w:t>f 5053/28296/24320 5049/28292/24316 5035/28278/24302</w:t>
        <w:br/>
        <w:t>f 5057/28302/24326 5053/28296/24320 5035/28278/24302</w:t>
        <w:br/>
        <w:t>f 5066/28309/24333 5062/28306/24330 5082/28326/24350</w:t>
        <w:br/>
        <w:t>f 5074/28317/24341 5066/28309/24333 5082/28326/24350</w:t>
        <w:br/>
        <w:t>f 5066/28309/24333 5040/28281/24305 5037/28284/24308</w:t>
        <w:br/>
        <w:t>f 5080/28324/24348 5071/28315/24339 5045/28290/24314</w:t>
        <w:br/>
        <w:t>f 5076/28319/24343 5071/28315/24339 5080/28324/24348</w:t>
        <w:br/>
        <w:t>f 5071/28315/24339 5034/28279/24303 5045/28290/24314</w:t>
        <w:br/>
        <w:t>f 5062/28306/24330 5066/28309/24333 5061/28307/24331</w:t>
        <w:br/>
        <w:t>f 5066/28309/24333 5074/28317/24341 5040/28281/24305</w:t>
        <w:br/>
        <w:t>f 5059/28304/24328 5060/28303/24327 5083/28327/24351</w:t>
        <w:br/>
        <w:t>f 5063/28305/24329 5084/28328/24352 5082/28326/24350</w:t>
        <w:br/>
        <w:t>f 5062/28306/24330 5063/28305/24329 5082/28326/24350</w:t>
        <w:br/>
        <w:t>f 5037/28284/24308 5041/28286/24310 5065/28310/24334</w:t>
        <w:br/>
        <w:t>f 5065/28310/24334 5064/28308/24332 5061/28307/24331</w:t>
        <w:br/>
        <w:t>f 5065/28310/24334 5041/28286/24310 5064/28308/24332</w:t>
        <w:br/>
        <w:t>f 5051/28295/24319 5047/28294/24318 5054/28299/24323</w:t>
        <w:br/>
        <w:t>f 5088/28329/24353 5087/28330/24354 5086/28331/24355</w:t>
        <w:br/>
        <w:t>f 5085/28332/24356 5088/28329/24353 5086/28331/24355</w:t>
        <w:br/>
        <w:t>f 5092/28333/24357 5091/28334/24358 5090/28335/24359</w:t>
        <w:br/>
        <w:t>f 5089/28336/24360 5092/28333/24357 5090/28335/24359</w:t>
        <w:br/>
        <w:t>f 5094/28337/24361 5090/28335/24359 5091/28334/24358</w:t>
        <w:br/>
        <w:t>f 5093/28338/24362 5094/28337/24361 5091/28334/24358</w:t>
        <w:br/>
        <w:t>f 5089/28336/24360 5090/28335/24359 5096/28339/24363</w:t>
        <w:br/>
        <w:t>f 5095/28340/24364 5089/28336/24360 5096/28339/24363</w:t>
        <w:br/>
        <w:t>f 5086/28331/24355 5098/28341/24365 5097/28342/24366</w:t>
        <w:br/>
        <w:t>f 5095/28340/24364 5096/28339/24363 5097/28342/24366</w:t>
        <w:br/>
        <w:t>f 5098/28341/24365 5095/28340/24364 5097/28342/24366</w:t>
        <w:br/>
        <w:t>f 5102/28343/24367 5101/28344/24368 5100/28345/24369</w:t>
        <w:br/>
        <w:t>f 5099/28346/24370 5102/28343/24367 5100/28345/24369</w:t>
        <w:br/>
        <w:t>f 5090/28335/24359 5094/28337/24361 5102/28343/24367</w:t>
        <w:br/>
        <w:t>f 5096/28339/24363 5090/28335/24359 5102/28343/24367</w:t>
        <w:br/>
        <w:t>f 5101/28344/24368 5102/28343/24367 5094/28337/24361</w:t>
        <w:br/>
        <w:t>f 5103/28347/24371 5101/28344/24368 5094/28337/24361</w:t>
        <w:br/>
        <w:t>f 5100/28345/24369 5105/28348/24321 5104/28349/24320</w:t>
        <w:br/>
        <w:t>f 5099/28346/24370 5100/28345/24369 5104/28349/24320</w:t>
        <w:br/>
        <w:t>f 5085/28332/24356 5086/28331/24355 5097/28342/24366</w:t>
        <w:br/>
        <w:t>f 5099/28346/24370 5085/28332/24356 5097/28342/24366</w:t>
        <w:br/>
        <w:t>f 5096/28339/24363 5102/28343/24367 5099/28346/24370</w:t>
        <w:br/>
        <w:t>f 5097/28342/24366 5096/28339/24363 5099/28346/24370</w:t>
        <w:br/>
        <w:t>f 5101/28344/24368 5107/28350/24372 5106/28351/24373</w:t>
        <w:br/>
        <w:t>f 5100/28345/24369 5101/28344/24368 5106/28351/24373</w:t>
        <w:br/>
        <w:t>f 5106/28351/24373 5108/28352/24324 5105/28348/24321</w:t>
        <w:br/>
        <w:t>f 5100/28345/24369 5106/28351/24373 5105/28348/24321</w:t>
        <w:br/>
        <w:t>f 5110/28353/24325 5088/28329/24353 5085/28332/24356</w:t>
        <w:br/>
        <w:t>f 5109/28354/24374 5110/28353/24325 5085/28332/24356</w:t>
        <w:br/>
        <w:t>f 5112/28355/24327 5108/28352/24324 5106/28351/24373</w:t>
        <w:br/>
        <w:t>f 5111/28356/24375 5112/28355/24327 5106/28351/24373</w:t>
        <w:br/>
        <w:t>f 5115/28357/24376 5114/28358/24377 5113/28359/24378</w:t>
        <w:br/>
        <w:t>f 5103/28347/24371 5093/28338/24362 5116/28360/24379</w:t>
        <w:br/>
        <w:t>f 5114/28358/24377 5118/28361/24380 5117/28362/24381</w:t>
        <w:br/>
        <w:t>f 5118/28361/24380 5091/28334/24358 5117/28362/24381</w:t>
        <w:br/>
        <w:t>f 5106/28351/24373 5107/28350/24372 5111/28356/24375</w:t>
        <w:br/>
        <w:t>f 5103/28347/24371 5094/28337/24361 5093/28338/24362</w:t>
        <w:br/>
        <w:t>f 5121/28363/24382 5120/28364/24383 5119/28365/24384</w:t>
        <w:br/>
        <w:t>f 5122/28366/24385 5121/28363/24382 5119/28365/24384</w:t>
        <w:br/>
        <w:t>f 5123/28367/24386 5087/28330/24354 5120/28364/24383</w:t>
        <w:br/>
        <w:t>f 5124/28368/24387 5123/28367/24386 5120/28364/24383</w:t>
        <w:br/>
        <w:t>f 5092/28333/24357 5126/28369/24388 5125/28370/24389</w:t>
        <w:br/>
        <w:t>f 5128/28371/24390 5124/28368/24387 5127/28372/24391</w:t>
        <w:br/>
        <w:t>f 5121/28363/24382 5127/28372/24391 5124/28368/24387</w:t>
        <w:br/>
        <w:t>f 5120/28364/24383 5121/28363/24382 5124/28368/24387</w:t>
        <w:br/>
        <w:t>f 5119/28365/24384 5088/28329/24353 5110/28353/24325</w:t>
        <w:br/>
        <w:t>f 5129/28373/24392 5119/28365/24384 5110/28353/24325</w:t>
        <w:br/>
        <w:t>f 5087/28330/24354 5088/28329/24353 5119/28365/24384</w:t>
        <w:br/>
        <w:t>f 5120/28364/24383 5087/28330/24354 5119/28365/24384</w:t>
        <w:br/>
        <w:t>f 5126/28369/24388 5092/28333/24357 5089/28336/24360</w:t>
        <w:br/>
        <w:t>f 5130/28374/24393 5126/28369/24388 5089/28336/24360</w:t>
        <w:br/>
        <w:t>f 5124/28368/24387 5128/28371/24390 5123/28367/24386</w:t>
        <w:br/>
        <w:t>f 5130/28374/24393 5089/28336/24360 5095/28340/24364</w:t>
        <w:br/>
        <w:t>f 5131/28375/24394 5130/28374/24393 5095/28340/24364</w:t>
        <w:br/>
        <w:t>f 5098/28341/24365 5132/28376/24395 5131/28375/24394</w:t>
        <w:br/>
        <w:t>f 5095/28340/24364 5098/28341/24365 5131/28375/24394</w:t>
        <w:br/>
        <w:t>f 5122/28366/24385 5119/28365/24384 5129/28373/24392</w:t>
        <w:br/>
        <w:t>f 5133/28377/24396 5122/28366/24385 5129/28373/24392</w:t>
        <w:br/>
        <w:t>f 5123/28367/24386 5086/28331/24355 5087/28330/24354</w:t>
        <w:br/>
        <w:t>f 5085/28332/24356 5099/28346/24370 5104/28349/24320</w:t>
        <w:br/>
        <w:t>f 5109/28354/24374 5085/28332/24356 5104/28349/24320</w:t>
        <w:br/>
        <w:t>f 5117/28362/24381 5125/28370/24389 5134/28378/24397</w:t>
        <w:br/>
        <w:t>f 5113/28359/24378 5117/28362/24381 5134/28378/24397</w:t>
        <w:br/>
        <w:t>f 5117/28362/24381 5091/28334/24358 5092/28333/24357</w:t>
        <w:br/>
        <w:t>f 5132/28376/24395 5098/28341/24365 5123/28367/24386</w:t>
        <w:br/>
        <w:t>f 5128/28371/24390 5132/28376/24395 5123/28367/24386</w:t>
        <w:br/>
        <w:t>f 5123/28367/24386 5098/28341/24365 5086/28331/24355</w:t>
        <w:br/>
        <w:t>f 5113/28359/24378 5114/28358/24377 5117/28362/24381</w:t>
        <w:br/>
        <w:t>f 5117/28362/24381 5092/28333/24357 5125/28370/24389</w:t>
        <w:br/>
        <w:t>f 5111/28356/24375 5135/28379/24398 5112/28355/24327</w:t>
        <w:br/>
        <w:t>f 5134/28378/24397 5136/28380/24399 5115/28357/24376</w:t>
        <w:br/>
        <w:t>f 5113/28359/24378 5134/28378/24397 5115/28357/24376</w:t>
        <w:br/>
        <w:t>f 5091/28334/24358 5118/28361/24380 5093/28338/24362</w:t>
        <w:br/>
        <w:t>f 5118/28361/24380 5114/28358/24377 5116/28360/24379</w:t>
        <w:br/>
        <w:t>f 5118/28361/24380 5116/28360/24379 5093/28338/24362</w:t>
        <w:br/>
        <w:t>f 5103/28347/24371 5107/28350/24372 5101/28344/24368</w:t>
        <w:br/>
        <w:t>f 5405/28381/24400 5404/28382/24401 5403/28383/24402</w:t>
        <w:br/>
        <w:t>f 5406/28384/24403 5405/28381/24400 5403/28383/24402</w:t>
        <w:br/>
        <w:t>f 5409/28385/24404 5408/28386/24405 5407/28387/24406</w:t>
        <w:br/>
        <w:t>f 5410/28388/24407 5409/28385/24404 5407/28387/24406</w:t>
        <w:br/>
        <w:t>f 5411/28389/24408 5407/28387/24406 5408/28386/24405</w:t>
        <w:br/>
        <w:t>f 5412/28390/24409 5411/28389/24408 5408/28386/24405</w:t>
        <w:br/>
        <w:t>f 5404/28382/24401 5414/28391/24410 5413/28392/24411</w:t>
        <w:br/>
        <w:t>f 5403/28383/24402 5404/28382/24401 5413/28392/24411</w:t>
        <w:br/>
        <w:t>f 5411/28389/24408 5412/28390/24409 5415/28393/24412</w:t>
        <w:br/>
        <w:t>f 5416/28394/24413 5411/28389/24408 5415/28393/24412</w:t>
        <w:br/>
        <w:t>f 5419/28395/24414 5418/28396/24415 5417/28397/24416</w:t>
        <w:br/>
        <w:t>f 5416/28394/24413 5419/28395/24414 5417/28397/24416</w:t>
        <w:br/>
        <w:t>f 5410/28388/24407 5413/28392/24411 5414/28391/24410</w:t>
        <w:br/>
        <w:t>f 5409/28385/24404 5410/28388/24407 5414/28391/24410</w:t>
        <w:br/>
        <w:t>f 5420/28398/24417 5411/28389/24408 5416/28394/24413</w:t>
        <w:br/>
        <w:t>f 5417/28397/24416 5420/28398/24417 5416/28394/24413</w:t>
        <w:br/>
        <w:t>f 5421/28399/24418 5407/28387/24406 5411/28389/24408</w:t>
        <w:br/>
        <w:t>f 5420/28398/24417 5421/28399/24418 5411/28389/24408</w:t>
        <w:br/>
        <w:t>f 5422/28400/24419 5410/28388/24407 5407/28387/24406</w:t>
        <w:br/>
        <w:t>f 5421/28399/24418 5422/28400/24419 5407/28387/24406</w:t>
        <w:br/>
        <w:t>f 5413/28392/24411 5410/28388/24407 5422/28400/24419</w:t>
        <w:br/>
        <w:t>f 5423/28401/24420 5413/28392/24411 5422/28400/24419</w:t>
        <w:br/>
        <w:t>f 5403/28383/24402 5413/28392/24411 5423/28401/24420</w:t>
        <w:br/>
        <w:t>f 5424/28402/24421 5403/28383/24402 5423/28401/24420</w:t>
        <w:br/>
        <w:t>f 5404/28382/24401 5426/28403/24422 5425/28404/24423</w:t>
        <w:br/>
        <w:t>f 5414/28391/24410 5404/28382/24401 5425/28404/24423</w:t>
        <w:br/>
        <w:t>f 5427/28405/24424 5414/28391/24410 5425/28404/24423</w:t>
        <w:br/>
        <w:t>f 5428/28406/24425 5409/28385/24404 5414/28391/24410</w:t>
        <w:br/>
        <w:t>f 5427/28405/24424 5428/28406/24425 5414/28391/24410</w:t>
        <w:br/>
        <w:t>f 5430/28407/24426 5406/28384/24403 5429/28408/24427</w:t>
        <w:br/>
        <w:t>f 5431/28409/24428 5430/28407/24426 5429/28408/24427</w:t>
        <w:br/>
        <w:t>f 5424/28402/24421 5429/28408/24427 5406/28384/24403</w:t>
        <w:br/>
        <w:t>f 5403/28383/24402 5424/28402/24421 5406/28384/24403</w:t>
        <w:br/>
        <w:t>f 5408/28386/24405 5433/28410/24429 5432/28411/24430</w:t>
        <w:br/>
        <w:t>f 5412/28390/24409 5408/28386/24405 5432/28411/24430</w:t>
        <w:br/>
        <w:t>f 5434/28412/24431 5412/28390/24409 5432/28411/24430</w:t>
        <w:br/>
        <w:t>f 5415/28393/24412 5436/28413/24432 5435/28414/24433</w:t>
        <w:br/>
        <w:t>f 5573/28415/24434 5572/28416/24435 5571/28417/24436</w:t>
        <w:br/>
        <w:t>f 5405/28381/24400 5632/28418/24437 5631/28419/24438</w:t>
        <w:br/>
        <w:t>f 5630/28420/24439 5405/28381/24400 5631/28419/24438</w:t>
        <w:br/>
        <w:t>f 5426/28403/24422 5404/28382/24401 5405/28381/24400</w:t>
        <w:br/>
        <w:t>f 5630/28420/24439 5426/28403/24422 5405/28381/24400</w:t>
        <w:br/>
        <w:t>f 5433/28410/24429 5408/28386/24405 5409/28385/24404</w:t>
        <w:br/>
        <w:t>f 5428/28406/24425 5433/28410/24429 5409/28385/24404</w:t>
        <w:br/>
        <w:t>f 5436/28413/24432 5415/28393/24412 5412/28390/24409</w:t>
        <w:br/>
        <w:t>f 5434/28412/24431 5436/28413/24432 5412/28390/24409</w:t>
        <w:br/>
        <w:t>f 5426/28403/24422 5642/28421/24440 5425/28404/24423</w:t>
        <w:br/>
        <w:t>f 5643/28422/24441 5642/28421/24440 5426/28403/24422</w:t>
        <w:br/>
        <w:t>f 5630/28420/24439 5644/28423/24442 5643/28422/24441</w:t>
        <w:br/>
        <w:t>f 5644/28423/24442 5631/28419/24438 5645/28424/24443</w:t>
        <w:br/>
        <w:t>f 5655/28425/24444 5415/28393/24412 5435/28414/24433</w:t>
        <w:br/>
        <w:t>f 5656/28426/24445 5655/28425/24444 5435/28414/24433</w:t>
        <w:br/>
        <w:t>f 5416/28394/24413 5415/28393/24412 5655/28425/24444</w:t>
        <w:br/>
        <w:t>f 5419/28395/24414 5416/28394/24413 5655/28425/24444</w:t>
        <w:br/>
        <w:t>f 5405/28381/24400 5406/28384/24403 5430/28407/24426</w:t>
        <w:br/>
        <w:t>f 5632/28418/24437 5405/28381/24400 5430/28407/24426</w:t>
        <w:br/>
        <w:t>f 5644/28423/24442 5630/28420/24439 5631/28419/24438</w:t>
        <w:br/>
        <w:t>f 5630/28420/24439 5643/28422/24441 5426/28403/24422</w:t>
        <w:br/>
        <w:t>f 5660/28427/24446 5659/28428/24447 5658/28429/24448</w:t>
        <w:br/>
        <w:t>f 5657/28430/24449 5660/28427/24446 5658/28429/24448</w:t>
        <w:br/>
        <w:t>f 5663/28431/24450 5662/28432/24451 5661/28433/24452</w:t>
        <w:br/>
        <w:t>f 5666/28434/24453 5665/28435/24454 5664/28436/24455</w:t>
        <w:br/>
        <w:t>f 5667/28437/24456 5598/28438/24457 5600/28439/24458</w:t>
        <w:br/>
        <w:t>f 5670/28440/24459 5669/28441/24460 5668/28442/24461</w:t>
        <w:br/>
        <w:t>f 5673/28443/24462 5672/28444/24463 5671/28445/24464</w:t>
        <w:br/>
        <w:t>f 5662/28432/24451 5674/28446/24465 5661/28433/24452</w:t>
        <w:br/>
        <w:t>f 5677/28447/24466 5676/28448/24467 5675/28449/24468</w:t>
        <w:br/>
        <w:t>f 5676/28448/24467 5677/28447/24466 5678/28450/24469</w:t>
        <w:br/>
        <w:t>f 5681/28451/24469 5680/28452/24470 5679/28453/24471</w:t>
        <w:br/>
        <w:t>f 5680/28452/24470 5683/28454/24472 5682/28455/24473</w:t>
        <w:br/>
        <w:t>f 5670/28440/24459 5685/28456/24474 5684/28457/24475</w:t>
        <w:br/>
        <w:t>f 5672/28444/24463 5673/28443/24462 5686/28458/24476</w:t>
        <w:br/>
        <w:t>f 5688/28459/24477 5687/28460/24478 5680/28452/24470</w:t>
        <w:br/>
        <w:t>f 5662/28432/24451 5690/28461/24479 5689/28462/24480</w:t>
        <w:br/>
        <w:t>f 5692/28463/24481 5691/28464/24482 5662/28432/24451</w:t>
        <w:br/>
        <w:t>f 5664/28436/24455 5694/28465/24483 5693/28466/24484</w:t>
        <w:br/>
        <w:t>f 5664/28436/24455 5696/28467/24485 5695/28468/24486</w:t>
        <w:br/>
        <w:t>f 5694/28465/24483 5664/28436/24455 5695/28468/24486</w:t>
        <w:br/>
        <w:t>f 5698/28469/24487 5697/28470/24488 5668/28442/24461</w:t>
        <w:br/>
        <w:t>f 5680/28452/24470 5682/28455/24473 5679/28453/24471</w:t>
        <w:br/>
        <w:t>f 5700/28471/24489 5699/28472/24490 5682/28455/24473</w:t>
        <w:br/>
        <w:t>f 5683/28454/24472 5700/28471/24489 5682/28455/24473</w:t>
        <w:br/>
        <w:t>f 5675/28449/24468 5661/28433/24452 5659/28428/24447</w:t>
        <w:br/>
        <w:t>f 5663/28431/24450 5701/28473/24491 5662/28432/24451</w:t>
        <w:br/>
        <w:t>f 5666/28434/24453 5664/28436/24455 5692/28463/24481</w:t>
        <w:br/>
        <w:t>f 5702/28474/24492 5666/28434/24453 5692/28463/24481</w:t>
        <w:br/>
        <w:t>f 5666/28434/24453 5702/28474/24492 5703/28475/24493</w:t>
        <w:br/>
        <w:t>f 5704/28476/24494 5702/28474/24492 5692/28463/24481</w:t>
        <w:br/>
        <w:t>f 5692/28463/24481 5662/28432/24451 5701/28473/24491</w:t>
        <w:br/>
        <w:t>f 5704/28476/24494 5692/28463/24481 5701/28473/24491</w:t>
        <w:br/>
        <w:t>f 5696/28467/24485 5664/28436/24455 5665/28435/24454</w:t>
        <w:br/>
        <w:t>f 5705/28477/24495 5696/28467/24485 5665/28435/24454</w:t>
        <w:br/>
        <w:t>f 5706/28478/24496 5670/28440/24459 5684/28457/24475</w:t>
        <w:br/>
        <w:t>f 5677/28447/24466 5707/28479/24497 5678/28450/24469</w:t>
        <w:br/>
        <w:t>f 5681/28451/24469 5688/28459/24477 5680/28452/24470</w:t>
        <w:br/>
        <w:t>f 5708/28480/24498 5671/28445/24464 5699/28472/24490</w:t>
        <w:br/>
        <w:t>f 5700/28471/24489 5708/28480/24498 5699/28472/24490</w:t>
        <w:br/>
        <w:t>f 5709/28481/24499 5697/28470/24488 5698/28469/24487</w:t>
        <w:br/>
        <w:t>f 5670/28440/24459 5710/28482/24500 5685/28456/24474</w:t>
        <w:br/>
        <w:t>f 5713/28483/24501 5712/28484/24502 5711/28485/24503</w:t>
        <w:br/>
        <w:t>f 5711/28485/24503 5695/28468/24486 5696/28467/24485</w:t>
        <w:br/>
        <w:t>f 5664/28436/24455 5693/28466/24484 5692/28463/24481</w:t>
        <w:br/>
        <w:t>f 5691/28464/24482 5690/28461/24479 5662/28432/24451</w:t>
        <w:br/>
        <w:t>f 5662/28432/24451 5689/28462/24480 5659/28428/24504</w:t>
        <w:br/>
        <w:t>f 5677/28447/24466 5659/28428/24447 5660/28427/24446</w:t>
        <w:br/>
        <w:t>f 5571/28417/24436 5572/28416/24435 5672/28444/24463</w:t>
        <w:br/>
        <w:t>f 5459/28486/24505 5714/28487/24506 5454/28488/24507</w:t>
        <w:br/>
        <w:t>f 5714/28487/24506 5461/28489/24508 5715/28490/24509</w:t>
        <w:br/>
        <w:t>f 5673/28443/24462 5671/28445/24464 5708/28480/24498</w:t>
        <w:br/>
        <w:t>f 5571/28417/24436 5672/28444/24463 5686/28458/24476</w:t>
        <w:br/>
        <w:t>f 5709/28481/24499 5571/28417/24436 5686/28458/24476</w:t>
        <w:br/>
        <w:t>f 5709/28481/24499 5698/28469/24487 5571/28417/24436</w:t>
        <w:br/>
        <w:t>f 5677/28447/24466 5675/28449/24468 5659/28428/24447</w:t>
        <w:br/>
        <w:t>f 5676/28448/24467 5678/28450/24469 5716/28491/24510</w:t>
        <w:br/>
        <w:t>f 5717/28492/24511 5681/28451/24469 5679/28453/24471</w:t>
        <w:br/>
        <w:t>f 5459/28486/24505 5461/28489/24508 5714/28487/24506</w:t>
        <w:br/>
        <w:t>f 5667/28437/24456 5437/28493/24512 5598/28438/24457</w:t>
        <w:br/>
        <w:t>f 5719/28494/24513 5718/28495/24514 5711/28485/24503</w:t>
        <w:br/>
        <w:t>f 5720/28496/24515 5711/28485/24503 5718/28495/24514</w:t>
        <w:br/>
        <w:t>f 5713/28483/24501 5711/28485/24503 5720/28496/24515</w:t>
        <w:br/>
        <w:t>f 5721/28497/24516 5713/28483/24501 5720/28496/24515</w:t>
        <w:br/>
        <w:t>f 5684/28457/24475 5685/28456/24474 5722/28498/24517</w:t>
        <w:br/>
        <w:t>f 5713/28483/24501 5723/28499/24518 5722/28498/24517</w:t>
        <w:br/>
        <w:t>f 5722/28498/24517 5685/28456/24474 5713/28483/24501</w:t>
        <w:br/>
        <w:t>f 5706/28478/24496 5669/28441/24460 5670/28440/24459</w:t>
        <w:br/>
        <w:t>f 5723/28499/24518 5713/28483/24501 5721/28497/24516</w:t>
        <w:br/>
        <w:t>f 5697/28470/24488 5670/28440/24459 5668/28442/24461</w:t>
        <w:br/>
        <w:t>f 5719/28494/24513 5711/28485/24503 5696/28467/24485</w:t>
        <w:br/>
        <w:t>f 5705/28477/24495 5719/28494/24513 5696/28467/24485</w:t>
        <w:br/>
        <w:t>f 5728/28500/24519 5727/28501/24520 5726/28502/24521</w:t>
        <w:br/>
        <w:t>f 5729/28503/24522 5728/28500/24519 5726/28502/24521</w:t>
        <w:br/>
        <w:t>f 5732/28504/24523 5731/28505/24524 5730/28506/24525</w:t>
        <w:br/>
        <w:t>f 5733/28507/24526 5732/28504/24523 5730/28506/24525</w:t>
        <w:br/>
        <w:t>f 5731/28505/24524 5732/28504/24523 5734/28508/24527</w:t>
        <w:br/>
        <w:t>f 5735/28509/24528 5731/28505/24524 5734/28508/24527</w:t>
        <w:br/>
        <w:t>f 5727/28501/24520 5728/28500/24519 5737/28510/24529</w:t>
        <w:br/>
        <w:t>f 5736/28511/24530 5727/28501/24520 5737/28510/24529</w:t>
        <w:br/>
        <w:t>f 5738/28512/24531 5735/28509/24528 5734/28508/24527</w:t>
        <w:br/>
        <w:t>f 5739/28513/24532 5738/28512/24531 5734/28508/24527</w:t>
        <w:br/>
        <w:t>f 5742/28514/24533 5741/28515/24415 5740/28516/24414</w:t>
        <w:br/>
        <w:t>f 5739/28513/24532 5742/28514/24533 5740/28516/24414</w:t>
        <w:br/>
        <w:t>f 5733/28507/24526 5730/28506/24525 5736/28511/24530</w:t>
        <w:br/>
        <w:t>f 5737/28510/24529 5733/28507/24526 5736/28511/24530</w:t>
        <w:br/>
        <w:t>f 5743/28517/24534 5742/28514/24533 5739/28513/24532</w:t>
        <w:br/>
        <w:t>f 5734/28508/24527 5743/28517/24534 5739/28513/24532</w:t>
        <w:br/>
        <w:t>f 5744/28518/24535 5743/28517/24534 5734/28508/24527</w:t>
        <w:br/>
        <w:t>f 5732/28504/24523 5744/28518/24535 5734/28508/24527</w:t>
        <w:br/>
        <w:t>f 5745/28519/24536 5744/28518/24535 5732/28504/24523</w:t>
        <w:br/>
        <w:t>f 5733/28507/24526 5745/28519/24536 5732/28504/24523</w:t>
        <w:br/>
        <w:t>f 5745/28519/24536 5733/28507/24526 5737/28510/24529</w:t>
        <w:br/>
        <w:t>f 5746/28520/24537 5745/28519/24536 5737/28510/24529</w:t>
        <w:br/>
        <w:t>f 5746/28520/24537 5737/28510/24529 5728/28500/24519</w:t>
        <w:br/>
        <w:t>f 5747/28521/24538 5746/28520/24537 5728/28500/24519</w:t>
        <w:br/>
        <w:t>f 5727/28501/24520 5749/28522/24539 5748/28523/24540</w:t>
        <w:br/>
        <w:t>f 5749/28522/24539 5727/28501/24520 5736/28511/24530</w:t>
        <w:br/>
        <w:t>f 5750/28524/24541 5749/28522/24539 5736/28511/24530</w:t>
        <w:br/>
        <w:t>f 5751/28525/24542 5750/28524/24541 5736/28511/24530</w:t>
        <w:br/>
        <w:t>f 5730/28506/24525 5751/28525/24542 5736/28511/24530</w:t>
        <w:br/>
        <w:t>f 5753/28526/24543 5729/28503/24522 5752/28527/24426</w:t>
        <w:br/>
        <w:t>f 5754/28528/24428 5753/28526/24543 5752/28527/24426</w:t>
        <w:br/>
        <w:t>f 5729/28503/24522 5753/28526/24543 5747/28521/24538</w:t>
        <w:br/>
        <w:t>f 5728/28500/24519 5729/28503/24522 5747/28521/24538</w:t>
        <w:br/>
        <w:t>f 5731/28505/24524 5756/28529/24544 5755/28530/24545</w:t>
        <w:br/>
        <w:t>f 5756/28529/24544 5731/28505/24524 5735/28509/24528</w:t>
        <w:br/>
        <w:t>f 5757/28531/24546 5756/28529/24544 5735/28509/24528</w:t>
        <w:br/>
        <w:t>f 5738/28512/24531 5759/28532/24547 5758/28533/24548</w:t>
        <w:br/>
        <w:t>f 5895/28534/24549 5894/28535/24550 5893/28536/24551</w:t>
        <w:br/>
        <w:t>f 5726/28502/24521 5954/28537/24552 5953/28538/24438</w:t>
        <w:br/>
        <w:t>f 5952/28539/24437 5726/28502/24521 5953/28538/24438</w:t>
        <w:br/>
        <w:t>f 5748/28523/24540 5954/28537/24552 5726/28502/24521</w:t>
        <w:br/>
        <w:t>f 5727/28501/24520 5748/28523/24540 5726/28502/24521</w:t>
        <w:br/>
        <w:t>f 5755/28530/24545 5751/28525/24542 5730/28506/24525</w:t>
        <w:br/>
        <w:t>f 5731/28505/24524 5755/28530/24545 5730/28506/24525</w:t>
        <w:br/>
        <w:t>f 5758/28533/24548 5757/28531/24546 5735/28509/24528</w:t>
        <w:br/>
        <w:t>f 5738/28512/24531 5758/28533/24548 5735/28509/24528</w:t>
        <w:br/>
        <w:t>f 5748/28523/24540 5749/28522/24539 5964/28540/24553</w:t>
        <w:br/>
        <w:t>f 5965/28541/24554 5748/28523/24540 5964/28540/24553</w:t>
        <w:br/>
        <w:t>f 5954/28537/24552 5965/28541/24554 5966/28542/24555</w:t>
        <w:br/>
        <w:t>f 5966/28542/24555 5967/28543/24443 5953/28538/24438</w:t>
        <w:br/>
        <w:t>f 5759/28532/24547 5738/28512/24531 5977/28544/24444</w:t>
        <w:br/>
        <w:t>f 5978/28545/24445 5759/28532/24547 5977/28544/24444</w:t>
        <w:br/>
        <w:t>f 5977/28544/24444 5738/28512/24531 5739/28513/24532</w:t>
        <w:br/>
        <w:t>f 5740/28516/24414 5977/28544/24444 5739/28513/24532</w:t>
        <w:br/>
        <w:t>f 5726/28502/24521 5952/28539/24437 5752/28527/24426</w:t>
        <w:br/>
        <w:t>f 5729/28503/24522 5726/28502/24521 5752/28527/24426</w:t>
        <w:br/>
        <w:t>f 5966/28542/24555 5953/28538/24438 5954/28537/24552</w:t>
        <w:br/>
        <w:t>f 5954/28537/24552 5748/28523/24540 5965/28541/24554</w:t>
        <w:br/>
        <w:t>f 5982/28546/24556 5981/28547/24557 5980/28548/24557</w:t>
        <w:br/>
        <w:t>f 5979/28549/24558 5982/28546/24556 5980/28548/24557</w:t>
        <w:br/>
        <w:t>f 5985/28550/24559 5984/28551/24560 5983/28552/24561</w:t>
        <w:br/>
        <w:t>f 5988/28553/24562 5987/28554/24563 5986/28555/24564</w:t>
        <w:br/>
        <w:t>f 5989/28556/24565 5922/28557/24566 5918/28558/24567</w:t>
        <w:br/>
        <w:t>f 5992/28559/24568 5991/28560/24569 5990/28561/24570</w:t>
        <w:br/>
        <w:t>f 5995/28562/24571 5994/28563/24572 5993/28564/24573</w:t>
        <w:br/>
        <w:t>f 5983/28552/24561 5984/28551/24560 5996/28565/24574</w:t>
        <w:br/>
        <w:t>f 5999/28566/24575 5998/28567/24576 5997/28568/24577</w:t>
        <w:br/>
        <w:t>f 5997/28568/24577 6000/28569/24578 5999/28566/24575</w:t>
        <w:br/>
        <w:t>f 6003/28570/24578 6002/28571/24579 6001/28572/24580</w:t>
        <w:br/>
        <w:t>f 6001/28572/24580 6005/28573/24581 6004/28574/24582</w:t>
        <w:br/>
        <w:t>f 5992/28559/24568 6007/28575/24583 6006/28576/24584</w:t>
        <w:br/>
        <w:t>f 5993/28564/24573 6008/28577/24585 5995/28562/24571</w:t>
        <w:br/>
        <w:t>f 6010/28578/24586 6001/28572/24580 6009/28579/24587</w:t>
        <w:br/>
        <w:t>f 5983/28552/24561 6012/28580/24588 6011/28581/24589</w:t>
        <w:br/>
        <w:t>f 6014/28582/24590 5983/28552/24561 6013/28583/24591</w:t>
        <w:br/>
        <w:t>f 5987/28554/24563 6016/28584/24592 6015/28585/24593</w:t>
        <w:br/>
        <w:t>f 6018/28586/24594 6017/28587/24595 5987/28554/24563</w:t>
        <w:br/>
        <w:t>f 6015/28585/24593 6018/28586/24594 5987/28554/24563</w:t>
        <w:br/>
        <w:t>f 6020/28588/24596 5991/28560/24569 6019/28589/24597</w:t>
        <w:br/>
        <w:t>f 6001/28572/24580 6002/28571/24579 6005/28573/24581</w:t>
        <w:br/>
        <w:t>f 6022/28590/24598 6004/28574/24582 6005/28573/24581</w:t>
        <w:br/>
        <w:t>f 6021/28591/24599 6022/28590/24598 6005/28573/24581</w:t>
        <w:br/>
        <w:t>f 5998/28567/24576 5979/28549/24558 5984/28551/24560</w:t>
        <w:br/>
        <w:t>f 5985/28550/24559 5983/28552/24561 6023/28592/24600</w:t>
        <w:br/>
        <w:t>f 6014/28582/24590 5987/28554/24563 5988/28553/24562</w:t>
        <w:br/>
        <w:t>f 6024/28593/24601 6014/28582/24590 5988/28553/24562</w:t>
        <w:br/>
        <w:t>f 5988/28553/24562 6025/28594/24602 6024/28593/24601</w:t>
        <w:br/>
        <w:t>f 6026/28595/24603 6014/28582/24590 6024/28593/24601</w:t>
        <w:br/>
        <w:t>f 6014/28582/24590 6026/28595/24603 6023/28592/24600</w:t>
        <w:br/>
        <w:t>f 5983/28552/24561 6014/28582/24590 6023/28592/24600</w:t>
        <w:br/>
        <w:t>f 6017/28587/24595 6027/28596/24604 5986/28555/24564</w:t>
        <w:br/>
        <w:t>f 5987/28554/24563 6017/28587/24595 5986/28555/24564</w:t>
        <w:br/>
        <w:t>f 6028/28597/24605 6007/28575/24583 5992/28559/24568</w:t>
        <w:br/>
        <w:t>f 5999/28566/24575 6000/28569/24578 6029/28598/24586</w:t>
        <w:br/>
        <w:t>f 6003/28570/24578 6001/28572/24580 6010/28578/24586</w:t>
        <w:br/>
        <w:t>f 6021/28591/24599 5994/28563/24572 6030/28599/24606</w:t>
        <w:br/>
        <w:t>f 6022/28590/24598 6021/28591/24599 6030/28599/24606</w:t>
        <w:br/>
        <w:t>f 6031/28600/24607 6020/28588/24596 6019/28589/24597</w:t>
        <w:br/>
        <w:t>f 5992/28559/24568 6006/28576/24584 6032/28601/24608</w:t>
        <w:br/>
        <w:t>f 6035/28602/24609 6034/28603/24610 6033/28604/24611</w:t>
        <w:br/>
        <w:t>f 6034/28603/24610 6017/28587/24595 6018/28586/24594</w:t>
        <w:br/>
        <w:t>f 5987/28554/24563 6014/28582/24590 6016/28584/24592</w:t>
        <w:br/>
        <w:t>f 6013/28583/24591 5983/28552/24561 6011/28581/24589</w:t>
        <w:br/>
        <w:t>f 5983/28552/24561 5979/28549/24558 6012/28580/24588</w:t>
        <w:br/>
        <w:t>f 5999/28566/24575 5982/28546/24556 5979/28549/24558</w:t>
        <w:br/>
        <w:t>f 5894/28535/24550 5993/28564/24573 5893/28536/24551</w:t>
        <w:br/>
        <w:t>f 5782/28605/24612 5778/28606/24613 6036/28607/24614</w:t>
        <w:br/>
        <w:t>f 6036/28607/24614 6037/28608/24615 5784/28609/24616</w:t>
        <w:br/>
        <w:t>f 5995/28562/24571 6030/28599/24606 5994/28563/24572</w:t>
        <w:br/>
        <w:t>f 5894/28535/24550 6031/28600/24607 6008/28577/24585</w:t>
        <w:br/>
        <w:t>f 5993/28564/24573 5894/28535/24550 6008/28577/24585</w:t>
        <w:br/>
        <w:t>f 6031/28600/24607 5894/28535/24550 6020/28588/24596</w:t>
        <w:br/>
        <w:t>f 5999/28566/24575 5979/28549/24558 5998/28567/24576</w:t>
        <w:br/>
        <w:t>f 5997/28568/24577 6038/28610/24617 6000/28569/24578</w:t>
        <w:br/>
        <w:t>f 6039/28611/24617 6002/28571/24579 6003/28570/24578</w:t>
        <w:br/>
        <w:t>f 5782/28605/24612 6036/28607/24614 5784/28609/24616</w:t>
        <w:br/>
        <w:t>f 5989/28556/24565 5918/28558/24567 5762/28612/24618</w:t>
        <w:br/>
        <w:t>f 6041/28613/24619 6034/28603/24610 6040/28614/24620</w:t>
        <w:br/>
        <w:t>f 6042/28615/24621 6040/28614/24620 6034/28603/24610</w:t>
        <w:br/>
        <w:t>f 6035/28602/24609 6043/28616/24622 6042/28615/24621</w:t>
        <w:br/>
        <w:t>f 6034/28603/24610 6035/28602/24609 6042/28615/24621</w:t>
        <w:br/>
        <w:t>f 6007/28575/24583 6044/28617/24623 6006/28576/24584</w:t>
        <w:br/>
        <w:t>f 6035/28602/24609 6044/28617/24623 6045/28618/24624</w:t>
        <w:br/>
        <w:t>f 6044/28617/24623 6035/28602/24609 6006/28576/24584</w:t>
        <w:br/>
        <w:t>f 6028/28597/24605 5992/28559/24568 5990/28561/24570</w:t>
        <w:br/>
        <w:t>f 6045/28618/24624 6043/28616/24622 6035/28602/24609</w:t>
        <w:br/>
        <w:t>f 6019/28589/24597 5991/28560/24569 5992/28559/24568</w:t>
        <w:br/>
        <w:t>f 6041/28613/24619 6017/28587/24595 6034/28603/24610</w:t>
        <w:br/>
        <w:t>f 6027/28596/24604 6017/28587/24595 6041/28613/24619</w:t>
        <w:br/>
        <w:t>f 6245/28619/24625 6244/28620/24626 6243/28621/24627</w:t>
        <w:br/>
        <w:t>f 6248/28622/24628 6247/28623/24629 6246/28624/24630</w:t>
        <w:br/>
        <w:t>f 6249/28625/24631 6248/28622/24628 6246/28624/24630</w:t>
        <w:br/>
        <w:t>f 6252/28626/24632 6251/28627/24633 6250/28628/24634</w:t>
        <w:br/>
        <w:t>f 6255/28629/24635 6254/28630/24636 6253/28631/24637</w:t>
        <w:br/>
        <w:t>f 6256/28632/24638 6255/28629/24635 6253/28631/24637</w:t>
        <w:br/>
        <w:t>f 6257/28633/24639 6256/28632/24638 6253/28631/24637</w:t>
        <w:br/>
        <w:t>f 6258/28634/24640 6257/28633/24639 6253/28631/24637</w:t>
        <w:br/>
        <w:t>f 6252/28626/24632 6250/28628/24634 6259/28635/24641</w:t>
        <w:br/>
        <w:t>f 6261/28636/24642 6260/28637/24643 6252/28626/24632</w:t>
        <w:br/>
        <w:t>f 6259/28635/24641 6261/28636/24642 6252/28626/24632</w:t>
        <w:br/>
        <w:t>f 6262/28638/24644 6245/28619/24625 6243/28621/24627</w:t>
        <w:br/>
        <w:t>f 6263/28639/24645 6262/28638/24644 6243/28621/24627</w:t>
        <w:br/>
        <w:t>f 6264/28640/24646 6263/28639/24645 6243/28621/24627</w:t>
        <w:br/>
        <w:t>f 6266/28641/24647 6248/28622/24628 6265/28642/24648</w:t>
        <w:br/>
        <w:t>f 6266/28641/24647 6247/28623/24629 6248/28622/24628</w:t>
        <w:br/>
        <w:t>f 6464/28643/24649 6463/28644/24650 6462/28645/24651</w:t>
        <w:br/>
        <w:t>f 6467/28646/24652 6466/28647/24653 6465/28648/24654</w:t>
        <w:br/>
        <w:t>f 6468/28649/24655 6467/28646/24652 6465/28648/24654</w:t>
        <w:br/>
        <w:t>f 6471/28650/24656 6470/28651/24657 6469/28652/24658</w:t>
        <w:br/>
        <w:t>f 6474/28653/24659 6473/28654/24660 6472/28655/24661</w:t>
        <w:br/>
        <w:t>f 6475/28656/24662 6473/28654/24660 6474/28653/24659</w:t>
        <w:br/>
        <w:t>f 6473/28654/24660 6475/28656/24662 6476/28657/24663</w:t>
        <w:br/>
        <w:t>f 6477/28658/24664 6473/28654/24660 6476/28657/24663</w:t>
        <w:br/>
        <w:t>f 6471/28650/24656 6478/28659/24665 6470/28651/24657</w:t>
        <w:br/>
        <w:t>f 6480/28660/24666 6478/28659/24665 6471/28650/24656</w:t>
        <w:br/>
        <w:t>f 6479/28661/24667 6480/28660/24666 6471/28650/24656</w:t>
        <w:br/>
        <w:t>f 6481/28662/24668 6463/28644/24650 6464/28643/24649</w:t>
        <w:br/>
        <w:t>f 6463/28644/24650 6481/28662/24668 6482/28663/24669</w:t>
        <w:br/>
        <w:t>f 6483/28664/24670 6463/28644/24650 6482/28663/24669</w:t>
        <w:br/>
        <w:t>f 6485/28665/24671 6484/28666/24672 6465/28648/24654</w:t>
        <w:br/>
        <w:t>f 6485/28665/24671 6465/28648/24654 6466/28647/24653</w:t>
        <w:br/>
        <w:t>f 17962/28667/24673 17961/28668/24674 17960/28669/24675</w:t>
        <w:br/>
        <w:t>f 17959/28670/24676 17962/28667/24673 17960/28669/24675</w:t>
        <w:br/>
        <w:t>f 17959/28670/24676 17960/28669/24675 17964/28671/24677</w:t>
        <w:br/>
        <w:t>f 17963/28672/24678 17959/28670/24676 17964/28671/24677</w:t>
        <w:br/>
        <w:t>f 17967/28673/24679 17966/28674/24680 17965/28675/24681</w:t>
        <w:br/>
        <w:t>f 17968/28676/24682 17967/28673/24679 17965/28675/24681</w:t>
        <w:br/>
        <w:t>f 17971/28677/24683 17970/28678/24684 17969/28679/24685</w:t>
        <w:br/>
        <w:t>f 17972/28680/24686 17971/28677/24683 17969/28679/24685</w:t>
        <w:br/>
        <w:t>f 17969/28679/24685 17970/28678/24684 17966/28674/24680</w:t>
        <w:br/>
        <w:t>f 17967/28673/24679 17969/28679/24685 17966/28674/24680</w:t>
        <w:br/>
        <w:t>f 17965/28675/24681 17974/28681/24674 17973/28682/24673</w:t>
        <w:br/>
        <w:t>f 17968/28676/24682 17965/28675/24681 17973/28682/24673</w:t>
        <w:br/>
        <w:t>f 17976/28683/24687 17963/28672/24678 17964/28671/24677</w:t>
        <w:br/>
        <w:t>f 17975/28684/24688 17976/28683/24687 17964/28671/24677</w:t>
        <w:br/>
        <w:t>f 17980/28685/24689 17979/28686/24690 17978/28687/24691</w:t>
        <w:br/>
        <w:t>f 17977/28688/24692 17980/28685/24689 17978/28687/24691</w:t>
        <w:br/>
        <w:t>f 17983/28689/24693 17982/28690/24694 17981/28691/24695</w:t>
        <w:br/>
        <w:t>f 17984/28692/24696 17983/28689/24693 17981/28691/24695</w:t>
        <w:br/>
        <w:t>f 17987/28693/24697 17980/28685/24689 17986/28694/24698</w:t>
        <w:br/>
        <w:t>f 17985/28695/24699 17987/28693/24697 17986/28694/24698</w:t>
        <w:br/>
        <w:t>f 17989/28696/24694 17988/28697/24700 17985/28695/24699</w:t>
        <w:br/>
        <w:t>f 17986/28694/24698 17989/28696/24694 17985/28695/24699</w:t>
        <w:br/>
        <w:t>f 17992/28698/24701 17979/28686/24690 17991/28699/24702</w:t>
        <w:br/>
        <w:t>f 17990/28700/24703 17992/28698/24701 17991/28699/24702</w:t>
        <w:br/>
        <w:t>f 17983/28689/24693 17994/28701/24704 17993/28702/24705</w:t>
        <w:br/>
        <w:t>f 17995/28703/24706 17983/28689/24693 17993/28702/24705</w:t>
        <w:br/>
        <w:t>f 17998/28704/24707 17997/28705/24701 17996/28706/24708</w:t>
        <w:br/>
        <w:t>f 17999/28707/24709 17998/28704/24707 17996/28706/24708</w:t>
        <w:br/>
        <w:t>f 17994/28701/24704 17998/28704/24707 17999/28707/24709</w:t>
        <w:br/>
        <w:t>f 17993/28702/24705 17994/28701/24704 17999/28707/24709</w:t>
        <w:br/>
        <w:t>f 18002/28708/24710 18001/28709/24711 18000/28710/24712</w:t>
        <w:br/>
        <w:t>f 18003/28711/24713 18002/28708/24710 18000/28710/24712</w:t>
        <w:br/>
        <w:t>f 18005/28712/24714 18004/28713/24715 18000/28710/24712</w:t>
        <w:br/>
        <w:t>f 18001/28709/24711 18005/28712/24714 18000/28710/24712</w:t>
        <w:br/>
        <w:t>f 18009/28714/24716 18008/28715/24717 18007/28716/24718</w:t>
        <w:br/>
        <w:t>f 18006/28717/24719 18009/28714/24716 18007/28716/24718</w:t>
        <w:br/>
        <w:t>f 18013/28718/24720 18012/28719/24721 18011/28720/24722</w:t>
        <w:br/>
        <w:t>f 18010/28721/24723 18013/28718/24720 18011/28720/24722</w:t>
        <w:br/>
        <w:t>f 18010/28721/24723 18011/28720/24722 18007/28716/24718</w:t>
        <w:br/>
        <w:t>f 18008/28715/24717 18010/28721/24723 18007/28716/24718</w:t>
        <w:br/>
        <w:t>f 18015/28722/24710 18014/28723/24713 18009/28714/24716</w:t>
        <w:br/>
        <w:t>f 18006/28717/24719 18015/28722/24710 18009/28714/24716</w:t>
        <w:br/>
        <w:t>f 18017/28724/24724 18004/28713/24715 18005/28712/24714</w:t>
        <w:br/>
        <w:t>f 18016/28725/24725 18017/28724/24724 18005/28712/24714</w:t>
        <w:br/>
        <w:t>f 18021/28726/24726 18020/28727/24727 18019/28728/24728</w:t>
        <w:br/>
        <w:t>f 18018/28729/24729 18021/28726/24726 18019/28728/24728</w:t>
        <w:br/>
        <w:t>f 18024/28730/24730 18023/28731/24731 18022/28732/24732</w:t>
        <w:br/>
        <w:t>f 18025/28733/24733 18024/28730/24730 18022/28732/24732</w:t>
        <w:br/>
        <w:t>f 18029/28734/24734 18028/28735/24735 18027/28736/24736</w:t>
        <w:br/>
        <w:t>f 18026/28737/24737 18029/28734/24734 18027/28736/24736</w:t>
        <w:br/>
        <w:t>f 18033/28738/24738 18032/28739/24739 18031/28740/24740</w:t>
        <w:br/>
        <w:t>f 18030/28741/24741 18033/28738/24738 18031/28740/24740</w:t>
        <w:br/>
        <w:t>f 17977/28688/24692 18034/28742/24742 17986/28694/24698</w:t>
        <w:br/>
        <w:t>f 17980/28685/24689 17977/28688/24692 17986/28694/24698</w:t>
        <w:br/>
        <w:t>f 17986/28694/24698 18034/28742/24742 18035/28743/24695</w:t>
        <w:br/>
        <w:t>f 17989/28696/24694 17986/28694/24698 18035/28743/24695</w:t>
        <w:br/>
        <w:t>f 18036/28744/24743 17978/28687/24691 17979/28686/24690</w:t>
        <w:br/>
        <w:t>f 17992/28698/24701 18036/28744/24743 17979/28686/24690</w:t>
        <w:br/>
        <w:t>f 17984/28692/24696 18037/28745/24744 17994/28701/24704</w:t>
        <w:br/>
        <w:t>f 17983/28689/24693 17984/28692/24696 17994/28701/24704</w:t>
        <w:br/>
        <w:t>f 18039/28746/24686 17976/28683/24687 17975/28684/24688</w:t>
        <w:br/>
        <w:t>f 18038/28747/24683 18039/28746/24686 17975/28684/24688</w:t>
        <w:br/>
        <w:t>f 18043/28748/24745 18042/28749/24746 18041/28750/24747</w:t>
        <w:br/>
        <w:t>f 18040/28751/24748 18043/28748/24745 18041/28750/24747</w:t>
        <w:br/>
        <w:t>f 18045/28752/24749 18044/28753/24750 18042/28749/24746</w:t>
        <w:br/>
        <w:t>f 18043/28748/24745 18045/28752/24749 18042/28749/24746</w:t>
        <w:br/>
        <w:t>f 18048/28754/24751 18047/28755/24752 18046/28756/24753</w:t>
        <w:br/>
        <w:t>f 18049/28757/24754 18048/28754/24751 18046/28756/24753</w:t>
        <w:br/>
        <w:t>f 18052/28758/24755 18051/28759/24756 18050/28760/24757</w:t>
        <w:br/>
        <w:t>f 18053/28761/24758 18052/28758/24755 18050/28760/24757</w:t>
        <w:br/>
        <w:t>f 18057/28762/24759 18056/28763/24760 18055/28764/24755</w:t>
        <w:br/>
        <w:t>f 18054/28765/24761 18057/28762/24759 18055/28764/24755</w:t>
        <w:br/>
        <w:t>f 18046/28756/24753 18047/28755/24752 18056/28763/24760</w:t>
        <w:br/>
        <w:t>f 18057/28762/24759 18046/28756/24753 18056/28763/24760</w:t>
        <w:br/>
        <w:t>f 18058/28766/24747 18048/28754/24751 18049/28757/24754</w:t>
        <w:br/>
        <w:t>f 18059/28767/24748 18058/28766/24747 18049/28757/24754</w:t>
        <w:br/>
        <w:t>f 18050/28760/24757 18051/28759/24756 18044/28753/24750</w:t>
        <w:br/>
        <w:t>f 18045/28752/24749 18050/28760/24757 18044/28753/24750</w:t>
        <w:br/>
        <w:t>f 18061/28768/24762 18060/28769/24763 17997/28705/24701</w:t>
        <w:br/>
        <w:t>f 17998/28704/24707 18061/28768/24762 17997/28705/24701</w:t>
        <w:br/>
        <w:t>f 18065/28770/24764 18064/28771/24729 18063/28772/24728</w:t>
        <w:br/>
        <w:t>f 18062/28773/24765 18065/28770/24764 18063/28772/24728</w:t>
        <w:br/>
        <w:t>f 18032/28739/24739 18033/28738/24738 18065/28770/24764</w:t>
        <w:br/>
        <w:t>f 18062/28773/24765 18032/28739/24739 18065/28770/24764</w:t>
        <w:br/>
        <w:t>f 18030/28741/24741 18031/28740/24740 18067/28774/24735</w:t>
        <w:br/>
        <w:t>f 18066/28775/24734 18030/28741/24741 18067/28774/24735</w:t>
        <w:br/>
        <w:t>f 18026/28737/24737 18027/28736/24736 18024/28730/24730</w:t>
        <w:br/>
        <w:t>f 18025/28733/24733 18026/28737/24737 18024/28730/24730</w:t>
        <w:br/>
        <w:t>f 17987/28693/24697 17991/28699/24702 17979/28686/24690</w:t>
        <w:br/>
        <w:t>f 17980/28685/24689 17987/28693/24697 17979/28686/24690</w:t>
        <w:br/>
        <w:t>f 17995/28703/24706 18068/28776/24700 17982/28690/24694</w:t>
        <w:br/>
        <w:t>f 17983/28689/24693 17995/28703/24706 17982/28690/24694</w:t>
        <w:br/>
        <w:t>f 17994/28701/24704 18037/28745/24744 18061/28768/24762</w:t>
        <w:br/>
        <w:t>f 17998/28704/24707 17994/28701/24704 18061/28768/24762</w:t>
        <w:br/>
        <w:t>f 18017/28724/24724 18016/28725/24725 18069/28777/24766</w:t>
        <w:br/>
        <w:t>f 18070/28778/24767 18017/28724/24724 18069/28777/24766</w:t>
        <w:br/>
        <w:t>f 18072/28779/24768 18009/28714/24716 18014/28723/24713</w:t>
        <w:br/>
        <w:t>f 18071/28780/24769 18072/28779/24768 18014/28723/24713</w:t>
        <w:br/>
        <w:t>f 18076/28781/24770 18075/28782/24771 18074/28783/24772</w:t>
        <w:br/>
        <w:t>f 18073/28784/24773 18076/28781/24770 18074/28783/24772</w:t>
        <w:br/>
        <w:t>f 18080/28785/24774 18079/28786/24775 18078/28787/24776</w:t>
        <w:br/>
        <w:t>f 18077/28788/24777 18080/28785/24774 18078/28787/24776</w:t>
        <w:br/>
        <w:t>f 18078/28787/24776 18079/28786/24775 18082/28789/24778</w:t>
        <w:br/>
        <w:t>f 18081/28790/24779 18078/28787/24776 18082/28789/24778</w:t>
        <w:br/>
        <w:t>f 18051/28759/24756 18052/28758/24755 18083/28791/24780</w:t>
        <w:br/>
        <w:t>f 18084/28792/24781 18051/28759/24756 18083/28791/24780</w:t>
        <w:br/>
        <w:t>f 18083/28791/24780 18086/28793/24782 18085/28794/24783</w:t>
        <w:br/>
        <w:t>f 18084/28792/24781 18083/28791/24780 18085/28794/24783</w:t>
        <w:br/>
        <w:t>f 18090/28795/24784 18089/28796/24785 18088/28797/24786</w:t>
        <w:br/>
        <w:t>f 18087/28798/24787 18090/28795/24784 18088/28797/24786</w:t>
        <w:br/>
        <w:t>f 18056/28763/24760 18092/28799/24788 18091/28800/24780</w:t>
        <w:br/>
        <w:t>f 18055/28764/24755 18056/28763/24760 18091/28800/24780</w:t>
        <w:br/>
        <w:t>f 18094/28801/24789 18093/28802/24782 18091/28800/24780</w:t>
        <w:br/>
        <w:t>f 18092/28799/24788 18094/28801/24789 18091/28800/24780</w:t>
        <w:br/>
        <w:t>f 18096/28803/24790 18093/28802/24782 18094/28801/24789</w:t>
        <w:br/>
        <w:t>f 18095/28804/24791 18096/28803/24790 18094/28801/24789</w:t>
        <w:br/>
        <w:t>f 18048/28754/24751 18058/28766/24747 18097/28805/24792</w:t>
        <w:br/>
        <w:t>f 18098/28806/24793 18048/28754/24751 18097/28805/24792</w:t>
        <w:br/>
        <w:t>f 18101/28807/24794 18100/28808/24795 18070/28778/24720</w:t>
        <w:br/>
        <w:t>f 18099/28809/24796 18101/28807/24794 18070/28778/24720</w:t>
        <w:br/>
        <w:t>f 18101/28807/24794 18099/28809/24796 18102/28810/24797</w:t>
        <w:br/>
        <w:t>f 18103/28811/24798 18101/28807/24794 18102/28810/24797</w:t>
        <w:br/>
        <w:t>f 18103/28811/24798 18102/28810/24797 17962/28667/24673</w:t>
        <w:br/>
        <w:t>f 17959/28670/24676 18103/28811/24798 17962/28667/24673</w:t>
        <w:br/>
        <w:t>f 18105/28812/24799 17984/28692/24696 17981/28691/24695</w:t>
        <w:br/>
        <w:t>f 18104/28813/24800 18105/28812/24799 17981/28691/24695</w:t>
        <w:br/>
        <w:t>f 18109/28814/24801 18108/28815/24802 18107/28816/24803</w:t>
        <w:br/>
        <w:t>f 18106/28817/24804 18109/28814/24801 18107/28816/24803</w:t>
        <w:br/>
        <w:t>f 18111/28818/24805 18109/28814/24801 18106/28817/24804</w:t>
        <w:br/>
        <w:t>f 18110/28819/24769 18111/28818/24805 18106/28817/24804</w:t>
        <w:br/>
        <w:t>f 18000/28710/24712 18111/28818/24805 18110/28819/24769</w:t>
        <w:br/>
        <w:t>f 18003/28711/24713 18000/28710/24712 18110/28819/24769</w:t>
        <w:br/>
        <w:t>f 18062/28773/24765 18063/28772/24728 18096/28803/24790</w:t>
        <w:br/>
        <w:t>f 18095/28804/24791 18062/28773/24765 18096/28803/24790</w:t>
        <w:br/>
        <w:t>f 18087/28798/24787 18019/28728/24728 18020/28727/24727</w:t>
        <w:br/>
        <w:t>f 18090/28795/24784 18087/28798/24787 18020/28727/24727</w:t>
        <w:br/>
        <w:t>f 18082/28789/24778 18041/28750/24747 18042/28749/24746</w:t>
        <w:br/>
        <w:t>f 18081/28790/24779 18082/28789/24778 18042/28749/24746</w:t>
        <w:br/>
        <w:t>f 18098/28806/24793 18113/28820/24778 18112/28821/24806</w:t>
        <w:br/>
        <w:t>f 18047/28755/24752 18048/28754/24751 18098/28806/24793</w:t>
        <w:br/>
        <w:t>f 18114/28822/24807 18047/28755/24752 18098/28806/24793</w:t>
        <w:br/>
        <w:t>f 18092/28799/24788 18056/28763/24760 18047/28755/24752</w:t>
        <w:br/>
        <w:t>f 18114/28822/24807 18092/28799/24788 18047/28755/24752</w:t>
        <w:br/>
        <w:t>f 18118/28823/24808 18117/28824/24774 18116/28825/24809</w:t>
        <w:br/>
        <w:t>f 18115/28826/24810 18118/28823/24808 18116/28825/24809</w:t>
        <w:br/>
        <w:t>f 17968/28676/24682 17973/28682/24673 18120/28827/24811</w:t>
        <w:br/>
        <w:t>f 18119/28828/24812 17968/28676/24682 18120/28827/24811</w:t>
        <w:br/>
        <w:t>f 17967/28673/24679 18116/28825/24809 17969/28679/24685</w:t>
        <w:br/>
        <w:t>f 18123/28829/24813 18122/28830/24814 18121/28831/24815</w:t>
        <w:br/>
        <w:t>f 18124/28832/24816 18123/28829/24813 18121/28831/24815</w:t>
        <w:br/>
        <w:t>f 18116/28825/24809 18124/28832/24816 18121/28831/24815</w:t>
        <w:br/>
        <w:t>f 18112/28821/24806 18114/28822/24807 18098/28806/24793</w:t>
        <w:br/>
        <w:t>f 18125/28833/24817 18112/28821/24806 18121/28831/24815</w:t>
        <w:br/>
        <w:t>f 18126/28834/24818 18125/28833/24817 18121/28831/24815</w:t>
        <w:br/>
        <w:t>f 18122/28830/24814 18126/28834/24818 18121/28831/24815</w:t>
        <w:br/>
        <w:t>f 18092/28799/24788 18125/28833/24817 18127/28835/24819</w:t>
        <w:br/>
        <w:t>f 18126/28834/24818 18128/28836/24820 18127/28835/24819</w:t>
        <w:br/>
        <w:t>f 18125/28833/24817 18126/28834/24818 18127/28835/24819</w:t>
        <w:br/>
        <w:t>f 18062/28773/24765 18095/28804/24791 18129/28837/24821</w:t>
        <w:br/>
        <w:t>f 18032/28739/24739 18062/28773/24765 18129/28837/24821</w:t>
        <w:br/>
        <w:t>f 17968/28676/24682 18119/28828/24812 17967/28673/24679</w:t>
        <w:br/>
        <w:t>f 18131/28838/24822 18123/28829/24813 18124/28832/24816</w:t>
        <w:br/>
        <w:t>f 18130/28839/24823 18131/28838/24822 18124/28832/24816</w:t>
        <w:br/>
        <w:t>f 18127/28835/24819 18128/28836/24820 18132/28840/24824</w:t>
        <w:br/>
        <w:t>f 18129/28837/24821 18127/28835/24819 18132/28840/24824</w:t>
        <w:br/>
        <w:t>f 18133/28841/24825 18122/28830/24814 18123/28829/24813</w:t>
        <w:br/>
        <w:t>f 18134/28842/24826 18031/28740/24740 18032/28739/24739</w:t>
        <w:br/>
        <w:t>f 18129/28837/24821 18134/28842/24826 18032/28739/24739</w:t>
        <w:br/>
        <w:t>f 18135/28843/24827 18134/28842/24826 18129/28837/24821</w:t>
        <w:br/>
        <w:t>f 18132/28840/24824 18135/28843/24827 18129/28837/24821</w:t>
        <w:br/>
        <w:t>f 18031/28740/24740 18134/28842/24826 18136/28844/24828</w:t>
        <w:br/>
        <w:t>f 18067/28774/24735 18031/28740/24740 18136/28844/24828</w:t>
        <w:br/>
        <w:t>f 18135/28843/24827 18137/28845/24829 18136/28844/24828</w:t>
        <w:br/>
        <w:t>f 18134/28842/24826 18135/28843/24827 18136/28844/24828</w:t>
        <w:br/>
        <w:t>f 18139/28846/24830 18027/28736/24736 18028/28735/24735</w:t>
        <w:br/>
        <w:t>f 18138/28847/24831 18139/28846/24830 18028/28735/24735</w:t>
        <w:br/>
        <w:t>f 18141/28848/24832 18139/28846/24830 18138/28847/24831</w:t>
        <w:br/>
        <w:t>f 18140/28849/24833 18141/28848/24832 18138/28847/24831</w:t>
        <w:br/>
        <w:t>f 18137/28845/24829 18135/28843/24827 18142/28850/24834</w:t>
        <w:br/>
        <w:t>f 18143/28851/24835 18135/28843/24827 18132/28840/24824</w:t>
        <w:br/>
        <w:t>f 18104/28813/24800 18145/28852/24836 18144/28853/24837</w:t>
        <w:br/>
        <w:t>f 18105/28812/24799 18104/28813/24800 18144/28853/24837</w:t>
        <w:br/>
        <w:t>f 18130/28839/24823 18146/28854/24838 18010/28721/24723</w:t>
        <w:br/>
        <w:t>f 18008/28715/24717 18130/28839/24823 18010/28721/24723</w:t>
        <w:br/>
        <w:t>f 18147/28855/24839 18131/28838/24822 18130/28839/24823</w:t>
        <w:br/>
        <w:t>f 18008/28715/24717 18147/28855/24839 18130/28839/24823</w:t>
        <w:br/>
        <w:t>f 18009/28714/24716 18072/28779/24768 18147/28855/24839</w:t>
        <w:br/>
        <w:t>f 18008/28715/24717 18009/28714/24716 18147/28855/24839</w:t>
        <w:br/>
        <w:t>f 18148/28856/24840 18073/28784/24773 18074/28783/24772</w:t>
        <w:br/>
        <w:t>f 18150/28857/24841 18133/28841/24825 18149/28858/24842</w:t>
        <w:br/>
        <w:t>f 18151/28859/24843 18150/28857/24841 18149/28858/24842</w:t>
        <w:br/>
        <w:t>f 18152/28860/24844 18143/28851/24835 18150/28857/24841</w:t>
        <w:br/>
        <w:t>f 18151/28859/24843 18152/28860/24844 18150/28857/24841</w:t>
        <w:br/>
        <w:t>f 18027/28736/24736 18139/28846/24830 18153/28861/24845</w:t>
        <w:br/>
        <w:t>f 18024/28730/24730 18027/28736/24736 18153/28861/24845</w:t>
        <w:br/>
        <w:t>f 18139/28846/24830 18154/28862/24846 18153/28861/24845</w:t>
        <w:br/>
        <w:t>f 18139/28846/24830 18141/28848/24832 18154/28862/24846</w:t>
        <w:br/>
        <w:t>f 18024/28730/24730 18153/28861/24845 18155/28863/24847</w:t>
        <w:br/>
        <w:t>f 18023/28731/24731 18024/28730/24730 18155/28863/24847</w:t>
        <w:br/>
        <w:t>f 18085/28794/24783 18153/28861/24845 18156/28864/24848</w:t>
        <w:br/>
        <w:t>f 18156/28864/24848 18084/28792/24781 18085/28794/24783</w:t>
        <w:br/>
        <w:t>f 18084/28792/24781 18157/28865/24849 18044/28753/24750</w:t>
        <w:br/>
        <w:t>f 18051/28759/24756 18084/28792/24781 18044/28753/24750</w:t>
        <w:br/>
        <w:t>f 18084/28792/24781 18158/28866/24850 18157/28865/24849</w:t>
        <w:br/>
        <w:t>f 18044/28753/24750 18157/28865/24849 18081/28790/24779</w:t>
        <w:br/>
        <w:t>f 18042/28749/24746 18044/28753/24750 18081/28790/24779</w:t>
        <w:br/>
        <w:t>f 18158/28866/24850 18081/28790/24779 18157/28865/24849</w:t>
        <w:br/>
        <w:t>f 18081/28790/24779 18158/28866/24850 18159/28867/24851</w:t>
        <w:br/>
        <w:t>f 18158/28866/24850 18084/28792/24781 18156/28864/24848</w:t>
        <w:br/>
        <w:t>f 18160/28868/24852 18159/28867/24851 18158/28866/24850</w:t>
        <w:br/>
        <w:t>f 18159/28867/24851 18160/28868/24852 18161/28869/24853</w:t>
        <w:br/>
        <w:t>f 17963/28672/24678 17976/28683/24687 18161/28869/24853</w:t>
        <w:br/>
        <w:t>f 17963/28672/24678 18161/28869/24853 18162/28870/24854</w:t>
        <w:br/>
        <w:t>f 17959/28670/24676 17963/28672/24678 18162/28870/24854</w:t>
        <w:br/>
        <w:t>f 17959/28670/24676 18162/28870/24854 18103/28811/24798</w:t>
        <w:br/>
        <w:t>f 18164/28871/24855 18163/28872/24856 18103/28811/24798</w:t>
        <w:br/>
        <w:t>f 18162/28870/24854 18164/28871/24855 18103/28811/24798</w:t>
        <w:br/>
        <w:t>f 18017/28724/24724 18163/28872/24856 18164/28871/24855</w:t>
        <w:br/>
        <w:t>f 18166/28873/24857 18165/28874/24858 18108/28815/24802</w:t>
        <w:br/>
        <w:t>f 18109/28814/24801 18166/28873/24857 18108/28815/24802</w:t>
        <w:br/>
        <w:t>f 18167/28875/24859 18166/28873/24857 18109/28814/24801</w:t>
        <w:br/>
        <w:t>f 18111/28818/24805 18167/28875/24859 18109/28814/24801</w:t>
        <w:br/>
        <w:t>f 18004/28713/24715 18167/28875/24859 18111/28818/24805</w:t>
        <w:br/>
        <w:t>f 18000/28710/24712 18004/28713/24715 18111/28818/24805</w:t>
        <w:br/>
        <w:t>f 18004/28713/24715 18164/28871/24855 18167/28875/24859</w:t>
        <w:br/>
        <w:t>f 18167/28875/24859 18164/28871/24855 18168/28876/24860</w:t>
        <w:br/>
        <w:t>f 18164/28871/24855 18162/28870/24854 18168/28876/24860</w:t>
        <w:br/>
        <w:t>f 18162/28870/24854 18161/28869/24853 18168/28876/24860</w:t>
        <w:br/>
        <w:t>f 18169/28877/24861 18165/28874/24858 18166/28873/24857</w:t>
        <w:br/>
        <w:t>f 18170/28878/24862 18169/28877/24861 18166/28873/24857</w:t>
        <w:br/>
        <w:t>f 18161/28869/24853 18171/28879/24863 18168/28876/24860</w:t>
        <w:br/>
        <w:t>f 18161/28869/24853 18160/28868/24852 18171/28879/24863</w:t>
        <w:br/>
        <w:t>f 18160/28868/24852 18158/28866/24850 18171/28879/24863</w:t>
        <w:br/>
        <w:t>f 18158/28866/24850 18172/28880/24864 18171/28879/24863</w:t>
        <w:br/>
        <w:t>f 18158/28866/24850 18156/28864/24848 18172/28880/24864</w:t>
        <w:br/>
        <w:t>f 18154/28862/24846 18172/28880/24864 18156/28864/24848</w:t>
        <w:br/>
        <w:t>f 18141/28848/24832 18140/28849/24833 18174/28881/24865</w:t>
        <w:br/>
        <w:t>f 18173/28882/24866 18141/28848/24832 18174/28881/24865</w:t>
        <w:br/>
        <w:t>f 18178/28883/24867 18177/28884/24868 18176/28885/24869</w:t>
        <w:br/>
        <w:t>f 18175/28886/24870 18178/28883/24867 18176/28885/24869</w:t>
        <w:br/>
        <w:t>f 18180/28887/24871 18173/28882/24866 18174/28881/24865</w:t>
        <w:br/>
        <w:t>f 18179/28888/24872 18180/28887/24871 18174/28881/24865</w:t>
        <w:br/>
        <w:t>f 18181/28889/24872 18142/28850/24834 18143/28851/24835</w:t>
        <w:br/>
        <w:t>f 18152/28860/24844 18181/28889/24872 18143/28851/24835</w:t>
        <w:br/>
        <w:t>f 18184/28890/24873 18183/28891/24874 18182/28892/24875</w:t>
        <w:br/>
        <w:t>f 18185/28893/24876 18184/28890/24873 18182/28892/24875</w:t>
        <w:br/>
        <w:t>f 18187/28894/24877 18183/28891/24874 18186/28895/24878</w:t>
        <w:br/>
        <w:t>f 18190/28896/24879 18189/28897/24880 18188/28898/24881</w:t>
        <w:br/>
        <w:t>f 18193/28899/24882 18192/28900/24883 18191/28901/24884</w:t>
        <w:br/>
        <w:t>f 18194/28902/24885 18105/28812/24799 18108/28815/24802</w:t>
        <w:br/>
        <w:t>f 18165/28874/24858 18194/28902/24885 18108/28815/24802</w:t>
        <w:br/>
        <w:t>f 18195/28903/24886 18194/28902/24885 18165/28874/24858</w:t>
        <w:br/>
        <w:t>f 18190/28896/24879 18195/28903/24886 18165/28874/24858</w:t>
        <w:br/>
        <w:t>f 18196/28904/24887 18195/28903/24886 18190/28896/24879</w:t>
        <w:br/>
        <w:t>f 18199/28905/24888 18198/28906/24889 18197/28907/24890</w:t>
        <w:br/>
        <w:t>f 18198/28906/24889 18185/28893/24876 18197/28907/24890</w:t>
        <w:br/>
        <w:t>f 18185/28893/24876 18200/28908/24891 18197/28907/24890</w:t>
        <w:br/>
        <w:t>f 18202/28909/24892 18197/28907/24890 18201/28910/24893</w:t>
        <w:br/>
        <w:t>f 18105/28812/24799 18194/28902/24885 18203/28911/24894</w:t>
        <w:br/>
        <w:t>f 18105/28812/24799 18203/28911/24894 18037/28745/24744</w:t>
        <w:br/>
        <w:t>f 17984/28692/24696 18105/28812/24799 18037/28745/24744</w:t>
        <w:br/>
        <w:t>f 18204/28912/24895 18203/28911/24894 18194/28902/24885</w:t>
        <w:br/>
        <w:t>f 18195/28903/24886 18204/28912/24895 18194/28902/24885</w:t>
        <w:br/>
        <w:t>f 18206/28913/24896 18196/28904/24887 18205/28914/24897</w:t>
        <w:br/>
        <w:t>f 18207/28915/24898 17978/28687/24691 18036/28744/24743</w:t>
        <w:br/>
        <w:t>f 18208/28916/24899 18207/28915/24898 18036/28744/24743</w:t>
        <w:br/>
        <w:t>f 18210/28917/24900 18209/28918/24901 18207/28915/24898</w:t>
        <w:br/>
        <w:t>f 18208/28916/24899 18210/28917/24900 18207/28915/24898</w:t>
        <w:br/>
        <w:t>f 18213/28919/24902 18212/28920/24903 18211/28921/24904</w:t>
        <w:br/>
        <w:t>f 18209/28918/24901 18213/28919/24902 18211/28921/24904</w:t>
        <w:br/>
        <w:t>f 18215/28922/24905 18061/28768/24762 18214/28923/24906</w:t>
        <w:br/>
        <w:t>f 18216/28924/24907 18215/28922/24905 18214/28923/24906</w:t>
        <w:br/>
        <w:t>f 18218/28925/24900 18216/28924/24907 18217/28926/24902</w:t>
        <w:br/>
        <w:t>f 18037/28745/24744 18214/28923/24906 18061/28768/24762</w:t>
        <w:br/>
        <w:t>f 18202/28909/24892 18219/28927/24908 18199/28905/24888</w:t>
        <w:br/>
        <w:t>f 18207/28915/24898 18220/28928/24909 17977/28688/24692</w:t>
        <w:br/>
        <w:t>f 17978/28687/24691 18207/28915/24898 17977/28688/24692</w:t>
        <w:br/>
        <w:t>f 18221/28929/24910 18219/28927/24908 18202/28909/24892</w:t>
        <w:br/>
        <w:t>f 18207/28915/24898 18209/28918/24901 18220/28928/24909</w:t>
        <w:br/>
        <w:t>f 18192/28900/24883 18222/28930/24911 18191/28901/24884</w:t>
        <w:br/>
        <w:t>f 18223/28931/24912 18222/28930/24911 18074/28783/24772</w:t>
        <w:br/>
        <w:t>f 18225/28932/24913 18191/28901/24884 18224/28933/24914</w:t>
        <w:br/>
        <w:t>f 18226/28934/24915 18224/28933/24914 18191/28901/24884</w:t>
        <w:br/>
        <w:t>f 18222/28930/24911 18226/28934/24915 18191/28901/24884</w:t>
        <w:br/>
        <w:t>f 18220/28928/24909 18227/28935/24916 18223/28931/24912</w:t>
        <w:br/>
        <w:t>f 18034/28742/24742 18220/28928/24909 18223/28931/24912</w:t>
        <w:br/>
        <w:t>f 18034/28742/24742 18223/28931/24912 18228/28936/24800</w:t>
        <w:br/>
        <w:t>f 18035/28743/24695 18034/28742/24742 18228/28936/24800</w:t>
        <w:br/>
        <w:t>f 18177/28884/24868 18173/28882/24866 18180/28887/24871</w:t>
        <w:br/>
        <w:t>f 18176/28885/24869 18177/28884/24868 18180/28887/24871</w:t>
        <w:br/>
        <w:t>f 18021/28726/24726 18018/28729/24729 18230/28937/24917</w:t>
        <w:br/>
        <w:t>f 18229/28938/24918 18021/28726/24726 18230/28937/24917</w:t>
        <w:br/>
        <w:t>f 18025/28733/24733 18022/28732/24732 18229/28938/24918</w:t>
        <w:br/>
        <w:t>f 18231/28939/24919 18025/28733/24733 18229/28938/24918</w:t>
        <w:br/>
        <w:t>f 18026/28737/24737 18233/28940/24920 18232/28941/24921</w:t>
        <w:br/>
        <w:t>f 18029/28734/24734 18026/28737/24737 18232/28941/24921</w:t>
        <w:br/>
        <w:t>f 18030/28741/24741 18235/28942/24922 18234/28943/24923</w:t>
        <w:br/>
        <w:t>f 18033/28738/24738 18030/28741/24741 18234/28943/24923</w:t>
        <w:br/>
        <w:t>f 18239/28944/24924 18238/28945/24925 18237/28946/24926</w:t>
        <w:br/>
        <w:t>f 18236/28947/24927 18239/28944/24924 18237/28946/24926</w:t>
        <w:br/>
        <w:t>f 18242/28948/24928 18241/28949/24929 18240/28950/24930</w:t>
        <w:br/>
        <w:t>f 18243/28951/24931 18242/28948/24928 18240/28950/24930</w:t>
        <w:br/>
        <w:t>f 18246/28952/24932 18245/28953/24933 18244/28954/24934</w:t>
        <w:br/>
        <w:t>f 18248/28955/24935 18239/28944/24924 18236/28947/24927</w:t>
        <w:br/>
        <w:t>f 18247/28956/24936 18248/28955/24935 18236/28947/24927</w:t>
        <w:br/>
        <w:t>f 18249/28957/24937 18241/28949/24929 18242/28948/24928</w:t>
        <w:br/>
        <w:t>f 18250/28958/24938 18249/28957/24937 18242/28948/24928</w:t>
        <w:br/>
        <w:t>f 18253/28959/24939 18252/28960/24940 18251/28961/24941</w:t>
        <w:br/>
        <w:t>f 18254/28962/24942 18253/28959/24939 18251/28961/24941</w:t>
        <w:br/>
        <w:t>f 18257/28963/24943 18256/28964/24944 18255/28965/24940</w:t>
        <w:br/>
        <w:t>f 18247/28956/24936 18253/28959/24939 18254/28962/24942</w:t>
        <w:br/>
        <w:t>f 18248/28955/24935 18247/28956/24936 18254/28962/24942</w:t>
        <w:br/>
        <w:t>f 18250/28958/24938 18259/28966/24945 18258/28967/24946</w:t>
        <w:br/>
        <w:t>f 18249/28957/24937 18250/28958/24938 18258/28967/24946</w:t>
        <w:br/>
        <w:t>f 18261/28968/24947 18258/28967/24946 18259/28966/24945</w:t>
        <w:br/>
        <w:t>f 18260/28969/24948 18261/28968/24947 18259/28966/24945</w:t>
        <w:br/>
        <w:t>f 18263/28970/24949 18256/28964/24944 18257/28963/24943</w:t>
        <w:br/>
        <w:t>f 18262/28971/24950 18263/28970/24949 18257/28963/24943</w:t>
        <w:br/>
        <w:t>f 18263/28970/24949 18262/28971/24950 18245/28953/24933</w:t>
        <w:br/>
        <w:t>f 18246/28952/24932 18263/28970/24949 18245/28953/24933</w:t>
        <w:br/>
        <w:t>f 18267/28972/24951 18266/28973/24952 18265/28974/24953</w:t>
        <w:br/>
        <w:t>f 18264/28975/24954 18267/28972/24951 18265/28974/24953</w:t>
        <w:br/>
        <w:t>f 18269/28976/24955 18001/28709/24711 18002/28708/24710</w:t>
        <w:br/>
        <w:t>f 18268/28977/24951 18269/28976/24955 18002/28708/24710</w:t>
        <w:br/>
        <w:t>f 18273/28978/24956 18272/28979/24957 18271/28980/24958</w:t>
        <w:br/>
        <w:t>f 18270/28981/24959 18273/28978/24956 18271/28980/24958</w:t>
        <w:br/>
        <w:t>f 18272/28979/24957 18275/28982/24960 18274/28983/24961</w:t>
        <w:br/>
        <w:t>f 18271/28980/24958 18272/28979/24957 18274/28983/24961</w:t>
        <w:br/>
        <w:t>f 18279/28984/24962 18278/28985/24963 18277/28986/24957</w:t>
        <w:br/>
        <w:t>f 18276/28987/24956 18279/28984/24962 18277/28986/24957</w:t>
        <w:br/>
        <w:t>f 18005/28712/24714 18001/28709/24711 18269/28976/24955</w:t>
        <w:br/>
        <w:t>f 18280/28988/24964 18005/28712/24714 18269/28976/24955</w:t>
        <w:br/>
        <w:t>f 18270/28981/24959 18271/28980/24958 18282/28989/24965</w:t>
        <w:br/>
        <w:t>f 18281/28990/24966 18270/28981/24959 18282/28989/24965</w:t>
        <w:br/>
        <w:t>f 18283/28991/24967 18282/28989/24965 18271/28980/24958</w:t>
        <w:br/>
        <w:t>f 18274/28983/24961 18283/28991/24967 18271/28980/24958</w:t>
        <w:br/>
        <w:t>f 18285/28992/24968 18284/28993/24969 18278/28985/24963</w:t>
        <w:br/>
        <w:t>f 18279/28984/24962 18285/28992/24968 18278/28985/24963</w:t>
        <w:br/>
        <w:t>f 18289/28994/24970 18288/28995/24971 18287/28996/24972</w:t>
        <w:br/>
        <w:t>f 18286/28997/24973 18289/28994/24970 18287/28996/24972</w:t>
        <w:br/>
        <w:t>f 18292/28998/24974 18291/28999/24975 18290/29000/24976</w:t>
        <w:br/>
        <w:t>f 18293/29001/24977 18292/28998/24974 18290/29000/24976</w:t>
        <w:br/>
        <w:t>f 18296/29002/24974 18295/29003/24978 18294/29004/24979</w:t>
        <w:br/>
        <w:t>f 18297/29005/24975 18296/29002/24974 18294/29004/24979</w:t>
        <w:br/>
        <w:t>f 18069/28777/24766 18016/28725/24725 18295/29003/24978</w:t>
        <w:br/>
        <w:t>f 18296/29002/24974 18069/28777/24766 18295/29003/24978</w:t>
        <w:br/>
        <w:t>f 18293/29001/24977 18011/28720/24722 18012/28719/24721</w:t>
        <w:br/>
        <w:t>f 18292/28998/24974 18293/29001/24977 18012/28719/24721</w:t>
        <w:br/>
        <w:t>f 18301/29006/24980 18300/29007/24981 18299/29008/24982</w:t>
        <w:br/>
        <w:t>f 18298/29009/24983 18301/29006/24980 18299/29008/24982</w:t>
        <w:br/>
        <w:t>f 18305/29010/24984 18304/29011/24985 18303/29012/24983</w:t>
        <w:br/>
        <w:t>f 18302/29013/24986 18305/29010/24984 18303/29012/24983</w:t>
        <w:br/>
        <w:t>f 18295/29003/24978 18280/28988/24964 18306/29014/24987</w:t>
        <w:br/>
        <w:t>f 18294/29004/24979 18295/29003/24978 18306/29014/24987</w:t>
        <w:br/>
        <w:t>f 18283/28991/24967 18307/29015/24988 18299/29008/24982</w:t>
        <w:br/>
        <w:t>f 18282/28989/24965 18283/28991/24967 18299/29008/24982</w:t>
        <w:br/>
        <w:t>f 18300/29007/24981 18281/28990/24966 18282/28989/24965</w:t>
        <w:br/>
        <w:t>f 18299/29008/24982 18300/29007/24981 18282/28989/24965</w:t>
        <w:br/>
        <w:t>f 18285/28992/24968 18305/29010/24984 18302/29013/24986</w:t>
        <w:br/>
        <w:t>f 18284/28993/24969 18285/28992/24968 18302/29013/24986</w:t>
        <w:br/>
        <w:t>f 18287/28996/24972 18309/29016/24989 18308/29017/24990</w:t>
        <w:br/>
        <w:t>f 18286/28997/24973 18287/28996/24972 18308/29017/24990</w:t>
        <w:br/>
        <w:t>f 18311/29018/24991 18274/28983/24961 18275/28982/24960</w:t>
        <w:br/>
        <w:t>f 18310/29019/24992 18311/29018/24991 18275/28982/24960</w:t>
        <w:br/>
        <w:t>f 18312/29020/24993 18283/28991/24967 18274/28983/24961</w:t>
        <w:br/>
        <w:t>f 18311/29018/24991 18312/29020/24993 18274/28983/24961</w:t>
        <w:br/>
        <w:t>f 18312/29020/24993 18313/29021/24994 18307/29015/24988</w:t>
        <w:br/>
        <w:t>f 18283/28991/24967 18312/29020/24993 18307/29015/24988</w:t>
        <w:br/>
        <w:t>f 18315/29022/24995 18307/29015/24988 18313/29021/24994</w:t>
        <w:br/>
        <w:t>f 18314/29023/24996 18315/29022/24995 18313/29021/24994</w:t>
        <w:br/>
        <w:t>f 18317/29024/24997 18269/28976/24955 18268/28977/24951</w:t>
        <w:br/>
        <w:t>f 18316/29025/24998 18317/29024/24997 18268/28977/24951</w:t>
        <w:br/>
        <w:t>f 18280/28988/24964 18269/28976/24955 18317/29024/24997</w:t>
        <w:br/>
        <w:t>f 18306/29014/24987 18280/28988/24964 18317/29024/24997</w:t>
        <w:br/>
        <w:t>f 18016/28725/24725 18005/28712/24714 18280/28988/24964</w:t>
        <w:br/>
        <w:t>f 18295/29003/24978 18016/28725/24725 18280/28988/24964</w:t>
        <w:br/>
        <w:t>f 18319/29026/24995 18309/29016/24989 18318/29027/24999</w:t>
        <w:br/>
        <w:t>f 18278/28985/24963 18321/29028/25000 18320/29029/25001</w:t>
        <w:br/>
        <w:t>f 18277/28986/24957 18278/28985/24963 18320/29029/25001</w:t>
        <w:br/>
        <w:t>f 18284/28993/24969 18322/29030/25002 18321/29028/25000</w:t>
        <w:br/>
        <w:t>f 18278/28985/24963 18284/28993/24969 18321/29028/25000</w:t>
        <w:br/>
        <w:t>f 18302/29013/24986 18303/29012/24983 18319/29026/24995</w:t>
        <w:br/>
        <w:t>f 18318/29027/24999 18302/29013/24986 18319/29026/24995</w:t>
        <w:br/>
        <w:t>f 18298/29009/24983 18299/29008/24982 18307/29015/24988</w:t>
        <w:br/>
        <w:t>f 18315/29022/24995 18298/29009/24983 18307/29015/24988</w:t>
        <w:br/>
        <w:t>f 18284/28993/24969 18302/29013/24986 18318/29027/24999</w:t>
        <w:br/>
        <w:t>f 18322/29030/25002 18284/28993/24969 18318/29027/24999</w:t>
        <w:br/>
        <w:t>f 18323/29031/24992 18320/29029/25001 18288/28995/24971</w:t>
        <w:br/>
        <w:t>f 18289/28994/24970 18323/29031/24992 18288/28995/24971</w:t>
        <w:br/>
        <w:t>f 18327/29032/25003 18326/29033/25004 18325/29034/25005</w:t>
        <w:br/>
        <w:t>f 18324/29035/25006 18327/29032/25003 18325/29034/25005</w:t>
        <w:br/>
        <w:t>f 18329/29036/25007 17960/28669/24675 17961/28668/24674</w:t>
        <w:br/>
        <w:t>f 18328/29037/25008 18329/29036/25007 17961/28668/24674</w:t>
        <w:br/>
        <w:t>f 18332/29038/25009 18331/29039/25010 18330/29040/25011</w:t>
        <w:br/>
        <w:t>f 18333/29041/25012 18332/29038/25009 18330/29040/25011</w:t>
        <w:br/>
        <w:t>f 18337/29042/25013 18336/29043/25014 18335/29044/25015</w:t>
        <w:br/>
        <w:t>f 18334/29045/25016 18337/29042/25013 18335/29044/25015</w:t>
        <w:br/>
        <w:t>f 18340/29046/25017 18336/29043/25014 18339/29047/25009</w:t>
        <w:br/>
        <w:t>f 18338/29048/25018 18340/29046/25017 18339/29047/25009</w:t>
        <w:br/>
        <w:t>f 17964/28671/24677 17960/28669/24675 18329/29036/25007</w:t>
        <w:br/>
        <w:t>f 18341/29049/25019 17964/28671/24677 18329/29036/25007</w:t>
        <w:br/>
        <w:t>f 18343/29050/25020 18342/29051/25021 18333/29041/25012</w:t>
        <w:br/>
        <w:t>f 18330/29040/25011 18343/29050/25020 18333/29041/25012</w:t>
        <w:br/>
        <w:t>f 18334/29045/25016 18335/29044/25015 18344/29052/25022</w:t>
        <w:br/>
        <w:t>f 18345/29053/25023 18334/29045/25016 18344/29052/25022</w:t>
        <w:br/>
        <w:t>f 18347/29054/25024 18346/29055/25025 18340/29046/25017</w:t>
        <w:br/>
        <w:t>f 18338/29048/25018 18347/29054/25024 18340/29046/25017</w:t>
        <w:br/>
        <w:t>f 18326/29033/25004 17965/28675/24681 17966/28674/24680</w:t>
        <w:br/>
        <w:t>f 18348/29056/25026 18326/29033/25004 17966/28674/24680</w:t>
        <w:br/>
        <w:t>f 18352/29057/25027 18351/29058/25028 18350/29059/25029</w:t>
        <w:br/>
        <w:t>f 18349/29060/25030 18352/29057/25027 18350/29059/25029</w:t>
        <w:br/>
        <w:t>f 18356/29061/25031 18355/29062/25032 18354/29063/25029</w:t>
        <w:br/>
        <w:t>f 18353/29064/25033 18356/29061/25031 18354/29063/25029</w:t>
        <w:br/>
        <w:t>f 18038/28747/24683 17975/28684/24688 18353/29064/25033</w:t>
        <w:br/>
        <w:t>f 18354/29063/25029 18038/28747/24683 18353/29064/25033</w:t>
        <w:br/>
        <w:t>f 17970/28678/24684 17971/28677/24683 18350/29059/25029</w:t>
        <w:br/>
        <w:t>f 18351/29058/25028 17970/28678/24684 18350/29059/25029</w:t>
        <w:br/>
        <w:t>f 18360/29065/25034 18359/29066/25035 18358/29067/25036</w:t>
        <w:br/>
        <w:t>f 18357/29068/25037 18360/29065/25034 18358/29067/25036</w:t>
        <w:br/>
        <w:t>f 18364/29069/25037 18363/29070/25038 18362/29071/25039</w:t>
        <w:br/>
        <w:t>f 18361/29072/25034 18364/29069/25037 18362/29071/25039</w:t>
        <w:br/>
        <w:t>f 18366/29073/25040 18365/29074/25041 18363/29070/25038</w:t>
        <w:br/>
        <w:t>f 18364/29069/25037 18366/29073/25040 18363/29070/25038</w:t>
        <w:br/>
        <w:t>f 18369/29075/25042 18368/29076/25043 18367/29077/25040</w:t>
        <w:br/>
        <w:t>f 18357/29068/25037 18369/29075/25042 18367/29077/25040</w:t>
        <w:br/>
        <w:t>f 18353/29064/25033 18341/29049/25019 18370/29078/25044</w:t>
        <w:br/>
        <w:t>f 18356/29061/25031 18353/29064/25033 18370/29078/25044</w:t>
        <w:br/>
        <w:t>f 18343/29050/25020 18363/29070/25038 18365/29074/25041</w:t>
        <w:br/>
        <w:t>f 18342/29051/25021 18343/29050/25020 18365/29074/25041</w:t>
        <w:br/>
        <w:t>f 18359/29066/25035 18345/29053/25023 18344/29052/25022</w:t>
        <w:br/>
        <w:t>f 18358/29067/25036 18359/29066/25035 18344/29052/25022</w:t>
        <w:br/>
        <w:t>f 18347/29054/25024 18368/29076/25043 18369/29075/25042</w:t>
        <w:br/>
        <w:t>f 18346/29055/25025 18347/29054/25024 18369/29075/25042</w:t>
        <w:br/>
        <w:t>f 18348/29056/25026 17966/28674/24680 17970/28678/24684</w:t>
        <w:br/>
        <w:t>f 18351/29058/25028 18348/29056/25026 17970/28678/24684</w:t>
        <w:br/>
        <w:t>f 18373/29079/25045 18349/29060/25030 18372/29080/25046</w:t>
        <w:br/>
        <w:t>f 18371/29081/25047 18373/29079/25045 18372/29080/25046</w:t>
        <w:br/>
        <w:t>f 18355/29062/25032 18356/29061/25031 18375/29082/25048</w:t>
        <w:br/>
        <w:t>f 18374/29083/25046 18355/29062/25032 18375/29082/25048</w:t>
        <w:br/>
        <w:t>f 18371/29081/25047 18377/29084/25049 18376/29085/25050</w:t>
        <w:br/>
        <w:t>f 18373/29079/25045 18371/29081/25047 18376/29085/25050</w:t>
        <w:br/>
        <w:t>f 18370/29078/25044 18380/29086/25051 18379/29087/25052</w:t>
        <w:br/>
        <w:t>f 18378/29088/25053 18370/29078/25044 18379/29087/25052</w:t>
        <w:br/>
        <w:t>f 18330/29040/25011 18382/29089/25054 18381/29090/25055</w:t>
        <w:br/>
        <w:t>f 18343/29050/25020 18330/29040/25011 18381/29090/25055</w:t>
        <w:br/>
        <w:t>f 18381/29090/25055 18362/29071/25039 18363/29070/25038</w:t>
        <w:br/>
        <w:t>f 18343/29050/25020 18381/29090/25055 18363/29070/25038</w:t>
        <w:br/>
        <w:t>f 18331/29039/25010 18383/29091/25056 18382/29089/25054</w:t>
        <w:br/>
        <w:t>f 18330/29040/25011 18331/29039/25010 18382/29089/25054</w:t>
        <w:br/>
        <w:t>f 18380/29086/25051 18329/29036/25007 18328/29037/25008</w:t>
        <w:br/>
        <w:t>f 18384/29092/25006 18380/29086/25051 18328/29037/25008</w:t>
        <w:br/>
        <w:t>f 18329/29036/25007 18380/29086/25051 18370/29078/25044</w:t>
        <w:br/>
        <w:t>f 18341/29049/25019 18329/29036/25007 18370/29078/25044</w:t>
        <w:br/>
        <w:t>f 18348/29056/25026 18385/29093/25057 18325/29034/25005</w:t>
        <w:br/>
        <w:t>f 18326/29033/25004 18348/29056/25026 18325/29034/25005</w:t>
        <w:br/>
        <w:t>f 18352/29057/25027 18385/29093/25057 18348/29056/25026</w:t>
        <w:br/>
        <w:t>f 18351/29058/25028 18352/29057/25027 18348/29056/25026</w:t>
        <w:br/>
        <w:t>f 18384/29092/25006 18386/29094/25058 18379/29087/25052</w:t>
        <w:br/>
        <w:t>f 18380/29086/25051 18384/29092/25006 18379/29087/25052</w:t>
        <w:br/>
        <w:t>f 18390/29095/25059 18389/29096/25060 18388/29097/25061</w:t>
        <w:br/>
        <w:t>f 18387/29098/25062 18390/29095/25059 18388/29097/25061</w:t>
        <w:br/>
        <w:t>f 18040/28751/24748 18392/29099/25059 18391/29100/25063</w:t>
        <w:br/>
        <w:t>f 18043/28748/24745 18040/28751/24748 18391/29100/25063</w:t>
        <w:br/>
        <w:t>f 18396/29101/25062 18395/29102/25064 18394/29103/25065</w:t>
        <w:br/>
        <w:t>f 18393/29104/25066 18396/29101/25062 18394/29103/25065</w:t>
        <w:br/>
        <w:t>f 18400/29105/25067 18399/29106/25068 18398/29107/25069</w:t>
        <w:br/>
        <w:t>f 18397/29108/25070 18400/29105/25067 18398/29107/25069</w:t>
        <w:br/>
        <w:t>f 18404/29109/25071 18403/29110/25072 18402/29111/25069</w:t>
        <w:br/>
        <w:t>f 18401/29112/25068 18404/29109/25071 18402/29111/25069</w:t>
        <w:br/>
        <w:t>f 18407/29113/25073 18406/29114/25074 18405/29115/25064</w:t>
        <w:br/>
        <w:t>f 18387/29098/25062 18407/29113/25073 18405/29115/25064</w:t>
        <w:br/>
        <w:t>f 18043/28748/24745 18391/29100/25063 18408/29116/25075</w:t>
        <w:br/>
        <w:t>f 18045/28752/24749 18043/28748/24745 18408/29116/25075</w:t>
        <w:br/>
        <w:t>f 18394/29103/25065 18410/29117/25076 18409/29118/25077</w:t>
        <w:br/>
        <w:t>f 18393/29104/25066 18394/29103/25065 18409/29118/25077</w:t>
        <w:br/>
        <w:t>f 18400/29105/25067 18397/29108/25070 18412/29119/25078</w:t>
        <w:br/>
        <w:t>f 18411/29120/25079 18400/29105/25067 18412/29119/25078</w:t>
        <w:br/>
        <w:t>f 18414/29121/25080 18413/29122/25081 18403/29110/25072</w:t>
        <w:br/>
        <w:t>f 18404/29109/25071 18414/29121/25080 18403/29110/25072</w:t>
        <w:br/>
        <w:t>f 18406/29114/25074 18407/29113/25073 18416/29123/25082</w:t>
        <w:br/>
        <w:t>f 18415/29124/25083 18406/29114/25074 18416/29123/25082</w:t>
        <w:br/>
        <w:t>f 18417/29125/25084 18389/29096/25060 18049/28757/24754</w:t>
        <w:br/>
        <w:t>f 18046/28756/24753 18417/29125/25084 18049/28757/24754</w:t>
        <w:br/>
        <w:t>f 18417/29125/25084 18418/29126/25085 18388/29097/25061</w:t>
        <w:br/>
        <w:t>f 18389/29096/25060 18417/29125/25084 18388/29097/25061</w:t>
        <w:br/>
        <w:t>f 18421/29127/25086 18420/29128/25087 18419/29129/25088</w:t>
        <w:br/>
        <w:t>f 18422/29130/25089 18421/29127/25086 18419/29129/25088</w:t>
        <w:br/>
        <w:t>f 18426/29131/25090 18425/29132/25091 18424/29133/25092</w:t>
        <w:br/>
        <w:t>f 18423/29134/25093 18426/29131/25090 18424/29133/25092</w:t>
        <w:br/>
        <w:t>f 18429/29135/25092 18428/29136/25094 18427/29137/25095</w:t>
        <w:br/>
        <w:t>f 18430/29138/25093 18429/29135/25092 18427/29137/25095</w:t>
        <w:br/>
        <w:t>f 18429/29135/25092 18053/28761/24758 18050/28760/24757</w:t>
        <w:br/>
        <w:t>f 18428/29136/25094 18429/29135/25092 18050/28760/24757</w:t>
        <w:br/>
        <w:t>f 18425/29132/25091 18057/28762/24759 18054/28765/24761</w:t>
        <w:br/>
        <w:t>f 18424/29133/25092 18425/29132/25091 18054/28765/24761</w:t>
        <w:br/>
        <w:t>f 18434/29139/25096 18433/29140/25097 18432/29141/25098</w:t>
        <w:br/>
        <w:t>f 18431/29142/25099 18434/29139/25096 18432/29141/25098</w:t>
        <w:br/>
        <w:t>f 18438/29143/25098 18437/29144/25100 18436/29145/25101</w:t>
        <w:br/>
        <w:t>f 18435/29146/25099 18438/29143/25098 18436/29145/25101</w:t>
        <w:br/>
        <w:t>f 18439/29147/25102 18430/29138/25093 18427/29137/25095</w:t>
        <w:br/>
        <w:t>f 18440/29148/25103 18439/29147/25102 18427/29137/25095</w:t>
        <w:br/>
        <w:t>f 18443/29149/25104 18423/29134/25093 18442/29150/25102</w:t>
        <w:br/>
        <w:t>f 18441/29151/25105 18443/29149/25104 18442/29150/25102</w:t>
        <w:br/>
        <w:t>f 18428/29136/25094 18408/29116/25075 18409/29118/25077</w:t>
        <w:br/>
        <w:t>f 18427/29137/25095 18428/29136/25094 18409/29118/25077</w:t>
        <w:br/>
        <w:t>f 18436/29145/25101 18437/29144/25100 18411/29120/25079</w:t>
        <w:br/>
        <w:t>f 18412/29119/25078 18436/29145/25101 18411/29120/25079</w:t>
        <w:br/>
        <w:t>f 18427/29137/25095 18409/29118/25077 18410/29117/25076</w:t>
        <w:br/>
        <w:t>f 18440/29148/25103 18427/29137/25095 18410/29117/25076</w:t>
        <w:br/>
        <w:t>f 18433/29140/25097 18434/29139/25096 18413/29122/25081</w:t>
        <w:br/>
        <w:t>f 18414/29121/25080 18433/29140/25097 18413/29122/25081</w:t>
        <w:br/>
        <w:t>f 18416/29123/25082 18443/29149/25104 18441/29151/25105</w:t>
        <w:br/>
        <w:t>f 18415/29124/25083 18416/29123/25082 18441/29151/25105</w:t>
        <w:br/>
        <w:t>f 18417/29125/25084 18425/29132/25091 18426/29131/25090</w:t>
        <w:br/>
        <w:t>f 18418/29126/25085 18417/29125/25084 18426/29131/25090</w:t>
        <w:br/>
        <w:t>f 18057/28762/24759 18425/29132/25091 18417/29125/25084</w:t>
        <w:br/>
        <w:t>f 18046/28756/24753 18057/28762/24759 18417/29125/25084</w:t>
        <w:br/>
        <w:t>f 18419/29129/25088 18445/29152/25106 18444/29153/25107</w:t>
        <w:br/>
        <w:t>f 18422/29130/25089 18419/29129/25088 18444/29153/25107</w:t>
        <w:br/>
        <w:t>f 18398/29107/25069 18447/29154/25108 18446/29155/25109</w:t>
        <w:br/>
        <w:t>f 18397/29108/25070 18398/29107/25069 18446/29155/25109</w:t>
        <w:br/>
        <w:t>f 18448/29156/25110 18412/29119/25078 18397/29108/25070</w:t>
        <w:br/>
        <w:t>f 18446/29155/25109 18448/29156/25110 18397/29108/25070</w:t>
        <w:br/>
        <w:t>f 18449/29157/25111 18436/29145/25101 18412/29119/25078</w:t>
        <w:br/>
        <w:t>f 18448/29156/25110 18449/29157/25111 18412/29119/25078</w:t>
        <w:br/>
        <w:t>f 18435/29146/25099 18436/29145/25101 18449/29157/25111</w:t>
        <w:br/>
        <w:t>f 18450/29158/25112 18435/29146/25099 18449/29157/25111</w:t>
        <w:br/>
        <w:t>f 18390/29095/25059 18059/28767/24748 18049/28757/24754</w:t>
        <w:br/>
        <w:t>f 18389/29096/25060 18390/29095/25059 18049/28757/24754</w:t>
        <w:br/>
        <w:t>f 18393/29104/25066 18391/29100/25063 18392/29099/25059</w:t>
        <w:br/>
        <w:t>f 18396/29101/25062 18393/29104/25066 18392/29099/25059</w:t>
        <w:br/>
        <w:t>f 18391/29100/25063 18393/29104/25066 18409/29118/25077</w:t>
        <w:br/>
        <w:t>f 18408/29116/25075 18391/29100/25063 18409/29118/25077</w:t>
        <w:br/>
        <w:t>f 18408/29116/25075 18428/29136/25094 18050/28760/24757</w:t>
        <w:br/>
        <w:t>f 18045/28752/24749 18408/29116/25075 18050/28760/24757</w:t>
        <w:br/>
        <w:t>f 18445/29152/25106 18431/29142/25099 18451/29159/25112</w:t>
        <w:br/>
        <w:t>f 18444/29153/25107 18445/29152/25106 18451/29159/25112</w:t>
        <w:br/>
        <w:t>f 18452/29160/25108 18402/29111/25069 18420/29128/25087</w:t>
        <w:br/>
        <w:t>f 18421/29127/25086 18452/29160/25108 18420/29128/25087</w:t>
        <w:br/>
        <w:t>f 18456/29161/24917 18455/29162/25113 18454/29163/25114</w:t>
        <w:br/>
        <w:t>f 18453/29164/25115 18456/29161/24917 18454/29163/25114</w:t>
        <w:br/>
        <w:t>f 18460/29165/25116 18459/29166/25117 18458/29167/25118</w:t>
        <w:br/>
        <w:t>f 18457/29168/25119 18460/29165/25116 18458/29167/25118</w:t>
        <w:br/>
        <w:t>f 18464/29169/25120 18463/29170/25121 18462/29171/25122</w:t>
        <w:br/>
        <w:t>f 18461/29172/25117 18464/29169/25120 18462/29171/25122</w:t>
        <w:br/>
        <w:t>f 18467/29173/25123 18466/29174/25124 18465/29175/25125</w:t>
        <w:br/>
        <w:t>f 18468/29176/25126 18467/29173/25123 18465/29175/25125</w:t>
        <w:br/>
        <w:t>f 18470/29177/25127 18457/29168/25119 18458/29167/25118</w:t>
        <w:br/>
        <w:t>f 18469/29178/25128 18470/29177/25127 18458/29167/25118</w:t>
        <w:br/>
        <w:t>f 18471/29179/25129 18462/29171/25122 18463/29170/25121</w:t>
        <w:br/>
        <w:t>f 18472/29180/25130 18471/29179/25129 18463/29170/25121</w:t>
        <w:br/>
        <w:t>f 18475/29181/25131 18474/29182/25132 18473/29183/25133</w:t>
        <w:br/>
        <w:t>f 18476/29184/25134 18475/29181/25131 18473/29183/25133</w:t>
        <w:br/>
        <w:t>f 18479/29185/25135 18235/28942/24922 18478/29186/25136</w:t>
        <w:br/>
        <w:t>f 18477/29187/25137 18479/29185/25135 18478/29186/25136</w:t>
        <w:br/>
        <w:t>f 18481/29188/25138 18480/29189/25137 18232/28941/24921</w:t>
        <w:br/>
        <w:t>f 18233/28940/24920 18481/29188/25138 18232/28941/24921</w:t>
        <w:br/>
        <w:t>f 18484/29190/25139 18483/29191/25140 18482/29192/25141</w:t>
        <w:br/>
        <w:t>f 18485/29193/25142 18484/29190/25139 18482/29192/25141</w:t>
        <w:br/>
        <w:t>f 18489/29194/25143 18488/29195/25144 18487/29196/25145</w:t>
        <w:br/>
        <w:t>f 18486/29197/25140 18489/29194/25143 18487/29196/25145</w:t>
        <w:br/>
        <w:t>f 18480/29189/25137 18481/29188/25138 18491/29198/25146</w:t>
        <w:br/>
        <w:t>f 18490/29199/25147 18480/29189/25137 18491/29198/25146</w:t>
        <w:br/>
        <w:t>f 18494/29200/25148 18477/29187/25137 18493/29201/25147</w:t>
        <w:br/>
        <w:t>f 18492/29202/25149 18494/29200/25148 18493/29201/25147</w:t>
        <w:br/>
        <w:t>f 18233/28940/24920 18231/28939/24919 18465/29175/25125</w:t>
        <w:br/>
        <w:t>f 18481/29188/25138 18233/28940/24920 18465/29175/25125</w:t>
        <w:br/>
        <w:t>f 18469/29178/25128 18487/29196/25145 18488/29195/25144</w:t>
        <w:br/>
        <w:t>f 18470/29177/25127 18469/29178/25128 18488/29195/25144</w:t>
        <w:br/>
        <w:t>f 18472/29180/25130 18485/29193/25142 18482/29192/25141</w:t>
        <w:br/>
        <w:t>f 18471/29179/25129 18472/29180/25130 18482/29192/25141</w:t>
        <w:br/>
        <w:t>f 18496/29203/25150 18494/29200/25148 18492/29202/25149</w:t>
        <w:br/>
        <w:t>f 18495/29204/25151 18496/29203/25150 18492/29202/25149</w:t>
        <w:br/>
        <w:t>f 18473/29183/25133 18498/29205/25152 18497/29206/25153</w:t>
        <w:br/>
        <w:t>f 18476/29184/25134 18473/29183/25133 18497/29206/25153</w:t>
        <w:br/>
        <w:t>f 18500/29207/25154 18458/29167/25118 18459/29166/25117</w:t>
        <w:br/>
        <w:t>f 18499/29208/25155 18500/29207/25154 18459/29166/25117</w:t>
        <w:br/>
        <w:t>f 18458/29167/25118 18500/29207/25154 18501/29209/25156</w:t>
        <w:br/>
        <w:t>f 18469/29178/25128 18458/29167/25118 18501/29209/25156</w:t>
        <w:br/>
        <w:t>f 18469/29178/25128 18501/29209/25156 18502/29210/25157</w:t>
        <w:br/>
        <w:t>f 18487/29196/25145 18469/29178/25128 18502/29210/25157</w:t>
        <w:br/>
        <w:t>f 18466/29174/25124 18491/29198/25146 18481/29188/25138</w:t>
        <w:br/>
        <w:t>f 18465/29175/25125 18466/29174/25124 18481/29188/25138</w:t>
        <w:br/>
        <w:t>f 18504/29211/25158 18503/29212/25159 18496/29203/25150</w:t>
        <w:br/>
        <w:t>f 18495/29204/25151 18504/29211/25158 18496/29203/25150</w:t>
        <w:br/>
        <w:t>f 18503/29212/25159 18504/29211/25158 18505/29213/25160</w:t>
        <w:br/>
        <w:t>f 18453/29164/25115 18503/29212/25159 18505/29213/25160</w:t>
        <w:br/>
        <w:t>f 18467/29173/25123 18468/29176/25126 18507/29214/25161</w:t>
        <w:br/>
        <w:t>f 18506/29215/25160 18467/29173/25123 18507/29214/25161</w:t>
        <w:br/>
        <w:t>f 18502/29210/25157 18508/29216/25162 18486/29197/25140</w:t>
        <w:br/>
        <w:t>f 18487/29196/25145 18502/29210/25157 18486/29197/25140</w:t>
        <w:br/>
        <w:t>f 18468/29176/25126 18229/28938/24918 18230/28937/24917</w:t>
        <w:br/>
        <w:t>f 18507/29214/25161 18468/29176/25126 18230/28937/24917</w:t>
        <w:br/>
        <w:t>f 18468/29176/25126 18465/29175/25125 18231/28939/24919</w:t>
        <w:br/>
        <w:t>f 18229/28938/24918 18468/29176/25126 18231/28939/24919</w:t>
        <w:br/>
        <w:t>f 18498/29205/25152 18483/29191/25140 18509/29217/25162</w:t>
        <w:br/>
        <w:t>f 18497/29206/25153 18498/29205/25152 18509/29217/25162</w:t>
        <w:br/>
        <w:t>f 18510/29218/25155 18461/29172/25117 18474/29182/25132</w:t>
        <w:br/>
        <w:t>f 18475/29181/25131 18510/29218/25155 18474/29182/25132</w:t>
        <w:br/>
        <w:t>f 18266/28973/24952 18006/28717/24719 18007/28716/24718</w:t>
        <w:br/>
        <w:t>f 18511/29219/25163 18266/28973/24952 18007/28716/24718</w:t>
        <w:br/>
        <w:t>f 18511/29219/25163 18007/28716/24718 18011/28720/24722</w:t>
        <w:br/>
        <w:t>f 18293/29001/24977 18511/29219/25163 18011/28720/24722</w:t>
        <w:br/>
        <w:t>f 18267/28972/24951 18015/28722/24710 18006/28717/24719</w:t>
        <w:br/>
        <w:t>f 18266/28973/24952 18267/28972/24951 18006/28717/24719</w:t>
        <w:br/>
        <w:t>f 17974/28681/24674 17965/28675/24681 18326/29033/25004</w:t>
        <w:br/>
        <w:t>f 18327/29032/25003 17974/28681/24674 18326/29033/25004</w:t>
        <w:br/>
        <w:t>f 17975/28684/24688 17964/28671/24677 18341/29049/25019</w:t>
        <w:br/>
        <w:t>f 18353/29064/25033 17975/28684/24688 18341/29049/25019</w:t>
        <w:br/>
        <w:t>f 18515/29220/25164 18514/29221/25165 18513/29222/25166</w:t>
        <w:br/>
        <w:t>f 18512/29223/25167 18515/29220/25164 18513/29222/25166</w:t>
        <w:br/>
        <w:t>f 18514/29221/25165 18515/29220/25164 18516/29224/25058</w:t>
        <w:br/>
        <w:t>f 18324/29035/25006 18514/29221/25165 18516/29224/25058</w:t>
        <w:br/>
        <w:t>f 18356/29061/25031 18370/29078/25044 18378/29088/25053</w:t>
        <w:br/>
        <w:t>f 18375/29082/25048 18356/29061/25031 18378/29088/25053</w:t>
        <w:br/>
        <w:t>f 18511/29219/25163 18293/29001/24977 18290/29000/24976</w:t>
        <w:br/>
        <w:t>f 18517/29225/25168 18511/29219/25163 18290/29000/24976</w:t>
        <w:br/>
        <w:t>f 18511/29219/25163 18517/29225/25168 18265/28974/24953</w:t>
        <w:br/>
        <w:t>f 18266/28973/24952 18511/29219/25163 18265/28974/24953</w:t>
        <w:br/>
        <w:t>f 18518/29226/25169 18234/28943/24923 18235/28942/24922</w:t>
        <w:br/>
        <w:t>f 18479/29185/25135 18518/29226/25169 18235/28942/24922</w:t>
        <w:br/>
        <w:t>f 18234/28943/24923 18518/29226/25169 18454/29163/25114</w:t>
        <w:br/>
        <w:t>f 18455/29162/25113 18234/28943/24923 18454/29163/25114</w:t>
        <w:br/>
        <w:t>f 18265/28974/24953 18519/29227/25170 18264/28975/24954</w:t>
        <w:br/>
        <w:t>f 18517/29225/25168 18520/29228/25171 18519/29227/25170</w:t>
        <w:br/>
        <w:t>f 18265/28974/24953 18517/29225/25168 18519/29227/25170</w:t>
        <w:br/>
        <w:t>f 18521/29229/25172 18520/29228/25171 18517/29225/25168</w:t>
        <w:br/>
        <w:t>f 18290/29000/24976 18521/29229/25172 18517/29225/25168</w:t>
        <w:br/>
        <w:t>f 18290/29000/24976 18291/28999/24975 18521/29229/25172</w:t>
        <w:br/>
        <w:t>f 18321/29028/25000 18288/28995/24971 18320/29029/25001</w:t>
        <w:br/>
        <w:t>f 18322/29030/25002 18287/28996/24972 18288/28995/24971</w:t>
        <w:br/>
        <w:t>f 18321/29028/25000 18322/29030/25002 18288/28995/24971</w:t>
        <w:br/>
        <w:t>f 18309/29016/24989 18287/28996/24972 18322/29030/25002</w:t>
        <w:br/>
        <w:t>f 18318/29027/24999 18309/29016/24989 18322/29030/25002</w:t>
        <w:br/>
        <w:t>f 18325/29034/25005 18514/29221/25165 18324/29035/25006</w:t>
        <w:br/>
        <w:t>f 18385/29093/25057 18513/29222/25166 18514/29221/25165</w:t>
        <w:br/>
        <w:t>f 18325/29034/25005 18385/29093/25057 18514/29221/25165</w:t>
        <w:br/>
        <w:t>f 18373/29079/25045 18376/29085/25050 18385/29093/25057</w:t>
        <w:br/>
        <w:t>f 18352/29057/25027 18373/29079/25045 18385/29093/25057</w:t>
        <w:br/>
        <w:t>f 18352/29057/25027 18349/29060/25030 18373/29079/25045</w:t>
        <w:br/>
        <w:t>f 18340/29046/25017 18335/29044/25015 18336/29043/25014</w:t>
        <w:br/>
        <w:t>f 18346/29055/25025 18344/29052/25022 18335/29044/25015</w:t>
        <w:br/>
        <w:t>f 18340/29046/25017 18346/29055/25025 18335/29044/25015</w:t>
        <w:br/>
        <w:t>f 18358/29067/25036 18344/29052/25022 18346/29055/25025</w:t>
        <w:br/>
        <w:t>f 18369/29075/25042 18358/29067/25036 18346/29055/25025</w:t>
        <w:br/>
        <w:t>f 18358/29067/25036 18369/29075/25042 18357/29068/25037</w:t>
        <w:br/>
        <w:t>f 18388/29097/25061 18407/29113/25073 18387/29098/25062</w:t>
        <w:br/>
        <w:t>f 18418/29126/25085 18416/29123/25082 18407/29113/25073</w:t>
        <w:br/>
        <w:t>f 18388/29097/25061 18418/29126/25085 18407/29113/25073</w:t>
        <w:br/>
        <w:t>f 18443/29149/25104 18416/29123/25082 18418/29126/25085</w:t>
        <w:br/>
        <w:t>f 18426/29131/25090 18443/29149/25104 18418/29126/25085</w:t>
        <w:br/>
        <w:t>f 18426/29131/25090 18423/29134/25093 18443/29149/25104</w:t>
        <w:br/>
        <w:t>f 18403/29110/25072 18420/29128/25087 18402/29111/25069</w:t>
        <w:br/>
        <w:t>f 18413/29122/25081 18419/29129/25088 18420/29128/25087</w:t>
        <w:br/>
        <w:t>f 18403/29110/25072 18413/29122/25081 18420/29128/25087</w:t>
        <w:br/>
        <w:t>f 18413/29122/25081 18434/29139/25096 18445/29152/25106</w:t>
        <w:br/>
        <w:t>f 18419/29129/25088 18413/29122/25081 18445/29152/25106</w:t>
        <w:br/>
        <w:t>f 18434/29139/25096 18431/29142/25099 18445/29152/25106</w:t>
        <w:br/>
        <w:t>f 18454/29163/25114 18503/29212/25159 18453/29164/25115</w:t>
        <w:br/>
        <w:t>f 18518/29226/25169 18496/29203/25150 18503/29212/25159</w:t>
        <w:br/>
        <w:t>f 18454/29163/25114 18518/29226/25169 18503/29212/25159</w:t>
        <w:br/>
        <w:t>f 18479/29185/25135 18494/29200/25148 18496/29203/25150</w:t>
        <w:br/>
        <w:t>f 18518/29226/25169 18479/29185/25135 18496/29203/25150</w:t>
        <w:br/>
        <w:t>f 18479/29185/25135 18477/29187/25137 18494/29200/25148</w:t>
        <w:br/>
        <w:t>f 18462/29171/25122 18474/29182/25132 18461/29172/25117</w:t>
        <w:br/>
        <w:t>f 18471/29179/25129 18473/29183/25133 18474/29182/25132</w:t>
        <w:br/>
        <w:t>f 18462/29171/25122 18471/29179/25129 18474/29182/25132</w:t>
        <w:br/>
        <w:t>f 18498/29205/25152 18473/29183/25133 18471/29179/25129</w:t>
        <w:br/>
        <w:t>f 18482/29192/25141 18498/29205/25152 18471/29179/25129</w:t>
        <w:br/>
        <w:t>f 18482/29192/25141 18483/29191/25140 18498/29205/25152</w:t>
        <w:br/>
        <w:t>f 18523/29230/25173 18255/28965/24940 18256/28964/24944</w:t>
        <w:br/>
        <w:t>f 18522/29231/25174 18523/29230/25173 18256/28964/24944</w:t>
        <w:br/>
        <w:t>f 18524/29232/25175 18522/29231/25174 18256/28964/24944</w:t>
        <w:br/>
        <w:t>f 18263/28970/24949 18524/29232/25175 18256/28964/24944</w:t>
        <w:br/>
        <w:t>f 18524/29232/25175 18263/28970/24949 18246/28952/24932</w:t>
        <w:br/>
        <w:t>f 18525/29233/25176 18524/29232/25175 18246/28952/24932</w:t>
        <w:br/>
        <w:t>f 18526/29234/25177 18525/29233/25176 18246/28952/24932</w:t>
        <w:br/>
        <w:t>f 18244/28954/24934 18526/29234/25177 18246/28952/24932</w:t>
        <w:br/>
        <w:t>f 18530/29235/25178 18529/29236/24931 18528/29237/24930</w:t>
        <w:br/>
        <w:t>f 18527/29238/25179 18530/29235/25178 18528/29237/24930</w:t>
        <w:br/>
        <w:t>f 18532/29239/25180 18530/29235/25178 18527/29238/25179</w:t>
        <w:br/>
        <w:t>f 18531/29240/25181 18532/29239/25180 18527/29238/25179</w:t>
        <w:br/>
        <w:t>f 18532/29239/25180 18531/29240/25181 18534/29241/25182</w:t>
        <w:br/>
        <w:t>f 18533/29242/25183 18532/29239/25180 18534/29241/25182</w:t>
        <w:br/>
        <w:t>f 18534/29241/25182 18536/29243/24947 18535/29244/24948</w:t>
        <w:br/>
        <w:t>f 18533/29242/25183 18534/29241/25182 18535/29244/24948</w:t>
        <w:br/>
        <w:t>f 18519/29227/25170 18279/28984/24962 18276/28987/24956</w:t>
        <w:br/>
        <w:t>f 18264/28975/24954 18519/29227/25170 18276/28987/24956</w:t>
        <w:br/>
        <w:t>f 18270/28981/24959 18317/29024/24997 18316/29025/24998</w:t>
        <w:br/>
        <w:t>f 18273/28978/24956 18270/28981/24959 18316/29025/24998</w:t>
        <w:br/>
        <w:t>f 18281/28990/24966 18306/29014/24987 18317/29024/24997</w:t>
        <w:br/>
        <w:t>f 18270/28981/24959 18281/28990/24966 18317/29024/24997</w:t>
        <w:br/>
        <w:t>f 18294/29004/24979 18306/29014/24987 18281/28990/24966</w:t>
        <w:br/>
        <w:t>f 18300/29007/24981 18294/29004/24979 18281/28990/24966</w:t>
        <w:br/>
        <w:t>f 18297/29005/24975 18294/29004/24979 18300/29007/24981</w:t>
        <w:br/>
        <w:t>f 18301/29006/24980 18297/29005/24975 18300/29007/24981</w:t>
        <w:br/>
        <w:t>f 18521/29229/25172 18291/28999/24975 18304/29011/24985</w:t>
        <w:br/>
        <w:t>f 18305/29010/24984 18521/29229/25172 18304/29011/24985</w:t>
        <w:br/>
        <w:t>f 18520/29228/25171 18521/29229/25172 18305/29010/24984</w:t>
        <w:br/>
        <w:t>f 18285/28992/24968 18520/29228/25171 18305/29010/24984</w:t>
        <w:br/>
        <w:t>f 18279/28984/24962 18519/29227/25170 18520/29228/25171</w:t>
        <w:br/>
        <w:t>f 18285/28992/24968 18279/28984/24962 18520/29228/25171</w:t>
        <w:br/>
        <w:t>f 18377/29084/25049 18347/29054/25024 18338/29048/25018</w:t>
        <w:br/>
        <w:t>f 18515/29220/25164 18377/29084/25049 18338/29048/25018</w:t>
        <w:br/>
        <w:t>f 18377/29084/25049 18371/29081/25047 18368/29076/25043</w:t>
        <w:br/>
        <w:t>f 18347/29054/25024 18377/29084/25049 18368/29076/25043</w:t>
        <w:br/>
        <w:t>f 18371/29081/25047 18372/29080/25046 18367/29077/25040</w:t>
        <w:br/>
        <w:t>f 18368/29076/25043 18371/29081/25047 18367/29077/25040</w:t>
        <w:br/>
        <w:t>f 18374/29083/25046 18375/29082/25048 18365/29074/25041</w:t>
        <w:br/>
        <w:t>f 18366/29073/25040 18374/29083/25046 18365/29074/25041</w:t>
        <w:br/>
        <w:t>f 18375/29082/25048 18378/29088/25053 18342/29051/25021</w:t>
        <w:br/>
        <w:t>f 18365/29074/25041 18375/29082/25048 18342/29051/25021</w:t>
        <w:br/>
        <w:t>f 18378/29088/25053 18379/29087/25052 18333/29041/25012</w:t>
        <w:br/>
        <w:t>f 18342/29051/25021 18378/29088/25053 18333/29041/25012</w:t>
        <w:br/>
        <w:t>f 18333/29041/25012 18379/29087/25052 18386/29094/25058</w:t>
        <w:br/>
        <w:t>f 18332/29038/25009 18333/29041/25012 18386/29094/25058</w:t>
        <w:br/>
        <w:t>f 18515/29220/25164 18338/29048/25018 18339/29047/25009</w:t>
        <w:br/>
        <w:t>f 18516/29224/25058 18515/29220/25164 18339/29047/25009</w:t>
        <w:br/>
        <w:t>f 18441/29151/25105 18442/29150/25102 18432/29141/25098</w:t>
        <w:br/>
        <w:t>f 18433/29140/25097 18441/29151/25105 18432/29141/25098</w:t>
        <w:br/>
        <w:t>f 18437/29144/25100 18438/29143/25098 18439/29147/25102</w:t>
        <w:br/>
        <w:t>f 18440/29148/25103 18437/29144/25100 18439/29147/25102</w:t>
        <w:br/>
        <w:t>f 18440/29148/25103 18410/29117/25076 18411/29120/25079</w:t>
        <w:br/>
        <w:t>f 18437/29144/25100 18440/29148/25103 18411/29120/25079</w:t>
        <w:br/>
        <w:t>f 18394/29103/25065 18400/29105/25067 18411/29120/25079</w:t>
        <w:br/>
        <w:t>f 18410/29117/25076 18394/29103/25065 18411/29120/25079</w:t>
        <w:br/>
        <w:t>f 18394/29103/25065 18395/29102/25064 18399/29106/25068</w:t>
        <w:br/>
        <w:t>f 18400/29105/25067 18394/29103/25065 18399/29106/25068</w:t>
        <w:br/>
        <w:t>f 18406/29114/25074 18404/29109/25071 18401/29112/25068</w:t>
        <w:br/>
        <w:t>f 18405/29115/25064 18406/29114/25074 18401/29112/25068</w:t>
        <w:br/>
        <w:t>f 18415/29124/25083 18414/29121/25080 18404/29109/25071</w:t>
        <w:br/>
        <w:t>f 18406/29114/25074 18415/29124/25083 18404/29109/25071</w:t>
        <w:br/>
        <w:t>f 18441/29151/25105 18433/29140/25097 18414/29121/25080</w:t>
        <w:br/>
        <w:t>f 18415/29124/25083 18441/29151/25105 18414/29121/25080</w:t>
        <w:br/>
        <w:t>f 18463/29170/25121 18504/29211/25158 18495/29204/25151</w:t>
        <w:br/>
        <w:t>f 18472/29180/25130 18463/29170/25121 18495/29204/25151</w:t>
        <w:br/>
        <w:t>f 18495/29204/25151 18492/29202/25149 18485/29193/25142</w:t>
        <w:br/>
        <w:t>f 18472/29180/25130 18495/29204/25151 18485/29193/25142</w:t>
        <w:br/>
        <w:t>f 18492/29202/25149 18493/29201/25147 18484/29190/25139</w:t>
        <w:br/>
        <w:t>f 18485/29193/25142 18492/29202/25149 18484/29190/25139</w:t>
        <w:br/>
        <w:t>f 18488/29195/25144 18489/29194/25143 18490/29199/25147</w:t>
        <w:br/>
        <w:t>f 18491/29198/25146 18488/29195/25144 18490/29199/25147</w:t>
        <w:br/>
        <w:t>f 18470/29177/25127 18488/29195/25144 18491/29198/25146</w:t>
        <w:br/>
        <w:t>f 18466/29174/25124 18470/29177/25127 18491/29198/25146</w:t>
        <w:br/>
        <w:t>f 18457/29168/25119 18470/29177/25127 18466/29174/25124</w:t>
        <w:br/>
        <w:t>f 18467/29173/25123 18457/29168/25119 18466/29174/25124</w:t>
        <w:br/>
        <w:t>f 18457/29168/25119 18467/29173/25123 18506/29215/25160</w:t>
        <w:br/>
        <w:t>f 18460/29165/25116 18457/29168/25119 18506/29215/25160</w:t>
        <w:br/>
        <w:t>f 18464/29169/25120 18505/29213/25160 18504/29211/25158</w:t>
        <w:br/>
        <w:t>f 18463/29170/25121 18464/29169/25120 18504/29211/25158</w:t>
        <w:br/>
        <w:t>f 18534/29241/25182 18531/29240/25181 18262/28971/24950</w:t>
        <w:br/>
        <w:t>f 18257/28963/24943 18534/29241/25182 18262/28971/24950</w:t>
        <w:br/>
        <w:t>f 18262/28971/24950 18531/29240/25181 18527/29238/25179</w:t>
        <w:br/>
        <w:t>f 18245/28953/24933 18262/28971/24950 18527/29238/25179</w:t>
        <w:br/>
        <w:t>f 18245/28953/24933 18527/29238/25179 18528/29237/24930</w:t>
        <w:br/>
        <w:t>f 18244/28954/24934 18245/28953/24933 18528/29237/24930</w:t>
        <w:br/>
        <w:t>f 18236/28947/24927 18237/28946/24926 18240/28950/24930</w:t>
        <w:br/>
        <w:t>f 18241/28949/24929 18236/28947/24927 18240/28950/24930</w:t>
        <w:br/>
        <w:t>f 18241/28949/24929 18249/28957/24937 18247/28956/24936</w:t>
        <w:br/>
        <w:t>f 18236/28947/24927 18241/28949/24929 18247/28956/24936</w:t>
        <w:br/>
        <w:t>f 18249/28957/24937 18258/28967/24946 18253/28959/24939</w:t>
        <w:br/>
        <w:t>f 18247/28956/24936 18249/28957/24937 18253/28959/24939</w:t>
        <w:br/>
        <w:t>f 18258/28967/24946 18261/28968/24947 18252/28960/24940</w:t>
        <w:br/>
        <w:t>f 18253/28959/24939 18258/28967/24946 18252/28960/24940</w:t>
        <w:br/>
        <w:t>f 18257/28963/24943 18255/28965/24940 18536/29243/24947</w:t>
        <w:br/>
        <w:t>f 18534/29241/25182 18257/28963/24943 18536/29243/24947</w:t>
        <w:br/>
        <w:t>f 18309/29016/24989 18319/29026/24995 18537/29245/24996</w:t>
        <w:br/>
        <w:t>f 18308/29017/24990 18309/29016/24989 18537/29245/24996</w:t>
        <w:br/>
        <w:t>f 18455/29162/25113 18456/29161/24917 18064/28771/24729</w:t>
        <w:br/>
        <w:t>f 18065/28770/24764 18455/29162/25113 18064/28771/24729</w:t>
        <w:br/>
        <w:t>f 18455/29162/25113 18065/28770/24764 18033/28738/24738</w:t>
        <w:br/>
        <w:t>f 18234/28943/24923 18455/29162/25113 18033/28738/24738</w:t>
        <w:br/>
        <w:t>f 18235/28942/24922 18030/28741/24741 18066/28775/24734</w:t>
        <w:br/>
        <w:t>f 18478/29186/25136 18235/28942/24922 18066/28775/24734</w:t>
        <w:br/>
        <w:t>f 18026/28737/24737 18025/28733/24733 18231/28939/24919</w:t>
        <w:br/>
        <w:t>f 18233/28940/24920 18026/28737/24737 18231/28939/24919</w:t>
        <w:br/>
        <w:t>f 17985/28695/24699 18522/29231/25174 18524/29232/25175</w:t>
        <w:br/>
        <w:t>f 17987/28693/24697 17985/28695/24699 18524/29232/25175</w:t>
        <w:br/>
        <w:t>f 17988/28697/24700 18523/29230/25173 18522/29231/25174</w:t>
        <w:br/>
        <w:t>f 17985/28695/24699 17988/28697/24700 18522/29231/25174</w:t>
        <w:br/>
        <w:t>f 17990/28700/24703 17991/28699/24702 18525/29233/25176</w:t>
        <w:br/>
        <w:t>f 18526/29234/25177 17990/28700/24703 18525/29233/25176</w:t>
        <w:br/>
        <w:t>f 17995/28703/24706 17993/28702/24705 18248/28955/24935</w:t>
        <w:br/>
        <w:t>f 18254/28962/24942 17995/28703/24706 18248/28955/24935</w:t>
        <w:br/>
        <w:t>f 17999/28707/24709 17996/28706/24708 18238/28945/24925</w:t>
        <w:br/>
        <w:t>f 18239/28944/24924 17999/28707/24709 18238/28945/24925</w:t>
        <w:br/>
        <w:t>f 17987/28693/24697 18524/29232/25175 18525/29233/25176</w:t>
        <w:br/>
        <w:t>f 17991/28699/24702 17987/28693/24697 18525/29233/25176</w:t>
        <w:br/>
        <w:t>f 18254/28962/24942 18251/28961/24941 18068/28776/24700</w:t>
        <w:br/>
        <w:t>f 17995/28703/24706 18254/28962/24942 18068/28776/24700</w:t>
        <w:br/>
        <w:t>f 17993/28702/24705 17999/28707/24709 18239/28944/24924</w:t>
        <w:br/>
        <w:t>f 18248/28955/24935 17993/28702/24705 18239/28944/24924</w:t>
        <w:br/>
        <w:t>f 18203/28911/24894 18204/28912/24895 18214/28923/24906</w:t>
        <w:br/>
        <w:t>f 18037/28745/24744 18203/28911/24894 18214/28923/24906</w:t>
        <w:br/>
        <w:t>f 18199/28905/24888 18197/28907/24890 18202/28909/24892</w:t>
        <w:br/>
        <w:t>f 18169/28877/24861 18170/28878/24862 18178/28883/24867</w:t>
        <w:br/>
        <w:t>f 18175/28886/24870 18169/28877/24861 18178/28883/24867</w:t>
        <w:br/>
        <w:t>f 17967/28673/24679 18119/28828/24812 18124/28832/24816</w:t>
        <w:br/>
        <w:t>f 18130/28839/24823 18119/28828/24812 18146/28854/24838</w:t>
        <w:br/>
        <w:t>f 18540/29246/24877 18539/29247/25184 18538/29248/25185</w:t>
        <w:br/>
        <w:t>f 18541/29249/25186 18201/28910/24893 18197/28907/24890</w:t>
        <w:br/>
        <w:t>f 18200/28908/24891 18541/29249/25186 18197/28907/24890</w:t>
        <w:br/>
        <w:t>f 18187/28894/24877 18200/28908/24891 18182/28892/24875</w:t>
        <w:br/>
        <w:t>f 18201/28910/24893 18543/29250/25187 18542/29251/25188</w:t>
        <w:br/>
        <w:t>f 18544/29252/25189 18201/28910/24893 18542/29251/25188</w:t>
        <w:br/>
        <w:t>f 18201/28910/24893 18541/29249/25186 18545/29253/25190</w:t>
        <w:br/>
        <w:t>f 18543/29250/25187 18201/28910/24893 18545/29253/25190</w:t>
        <w:br/>
        <w:t>f 18547/29254/25191 18546/29255/25192 18217/28926/24902</w:t>
        <w:br/>
        <w:t>f 18216/28924/24907 18547/29254/25191 18217/28926/24902</w:t>
        <w:br/>
        <w:t>f 18227/28935/24916 18220/28928/24909 18209/28918/24901</w:t>
        <w:br/>
        <w:t>f 18211/28921/24904 18227/28935/24916 18209/28918/24901</w:t>
        <w:br/>
        <w:t>f 18209/28918/24901 18210/28917/24900 18213/28919/24902</w:t>
        <w:br/>
        <w:t>f 18220/28928/24909 18034/28742/24742 17977/28688/24692</w:t>
        <w:br/>
        <w:t>f 18224/28933/24914 18226/28934/24915 18211/28921/24904</w:t>
        <w:br/>
        <w:t>f 18548/29256/25193 18224/28933/24914 18211/28921/24904</w:t>
        <w:br/>
        <w:t>f 18227/28935/24916 18211/28921/24904 18226/28934/24915</w:t>
        <w:br/>
        <w:t>f 18222/28930/24911 18227/28935/24916 18226/28934/24915</w:t>
        <w:br/>
        <w:t>f 18216/28924/24907 18214/28923/24906 18204/28912/24895</w:t>
        <w:br/>
        <w:t>f 18547/29254/25191 18216/28924/24907 18204/28912/24895</w:t>
        <w:br/>
        <w:t>f 18204/28912/24895 18195/28903/24886 18206/28913/24896</w:t>
        <w:br/>
        <w:t>f 18206/28913/24896 18547/29254/25191 18204/28912/24895</w:t>
        <w:br/>
        <w:t>f 18205/28914/24897 18547/29254/25191 18206/28913/24896</w:t>
        <w:br/>
        <w:t>f 18211/28921/24904 18212/28920/24903 18548/29256/25193</w:t>
        <w:br/>
        <w:t>f 18092/28799/24788 18127/28835/24819 18094/28801/24789</w:t>
        <w:br/>
        <w:t>f 18127/28835/24819 18095/28804/24791 18094/28801/24789</w:t>
        <w:br/>
        <w:t>f 18121/28831/24815 18112/28821/24806 18115/28826/24810</w:t>
        <w:br/>
        <w:t>f 18116/28825/24809 18121/28831/24815 18115/28826/24810</w:t>
        <w:br/>
        <w:t>f 18116/28825/24809 17972/28680/24686 17969/28679/24685</w:t>
        <w:br/>
        <w:t>f 18118/28823/24808 18115/28826/24810 18112/28821/24806</w:t>
        <w:br/>
        <w:t>f 18113/28820/24778 18118/28823/24808 18112/28821/24806</w:t>
        <w:br/>
        <w:t>f 18161/28869/24853 17976/28683/24687 18078/28787/24776</w:t>
        <w:br/>
        <w:t>f 18549/29257/25194 18146/28854/24838 18119/28828/24812</w:t>
        <w:br/>
        <w:t>f 18120/28827/24811 18549/29257/25194 18119/28828/24812</w:t>
        <w:br/>
        <w:t>f 18013/28718/24720 18010/28721/24723 18146/28854/24838</w:t>
        <w:br/>
        <w:t>f 18549/29257/25194 18013/28718/24720 18146/28854/24838</w:t>
        <w:br/>
        <w:t>f 18215/28922/24905 18216/28924/24907 18218/28925/24900</w:t>
        <w:br/>
        <w:t>f 18550/29258/24899 18215/28922/24905 18218/28925/24900</w:t>
        <w:br/>
        <w:t>f 18061/28768/24762 18215/28922/24905 18550/29258/24899</w:t>
        <w:br/>
        <w:t>f 18060/28769/24763 18061/28768/24762 18550/29258/24899</w:t>
        <w:br/>
        <w:t>f 18075/28782/24771 18223/28931/24912 18074/28783/24772</w:t>
        <w:br/>
        <w:t>f 18228/28936/24800 18223/28931/24912 18075/28782/24771</w:t>
        <w:br/>
        <w:t>f 18196/28904/24887 18190/28896/24879 18188/28898/24881</w:t>
        <w:br/>
        <w:t>f 18206/28913/24896 18195/28903/24886 18196/28904/24887</w:t>
        <w:br/>
        <w:t>f 18004/28713/24715 18017/28724/24724 18164/28871/24855</w:t>
        <w:br/>
        <w:t>f 18156/28864/24848 18153/28861/24845 18154/28862/24846</w:t>
        <w:br/>
        <w:t>f 18085/28794/24783 18155/28863/24847 18153/28861/24845</w:t>
        <w:br/>
        <w:t>f 18187/28894/24877 18182/28892/24875 18183/28891/24874</w:t>
        <w:br/>
        <w:t>f 18185/28893/24876 18182/28892/24875 18200/28908/24891</w:t>
        <w:br/>
        <w:t>f 18124/28832/24816 18119/28828/24812 18130/28839/24823</w:t>
        <w:br/>
        <w:t>f 18124/28832/24816 18116/28825/24809 17967/28673/24679</w:t>
        <w:br/>
        <w:t>f 18092/28799/24788 18114/28822/24807 18125/28833/24817</w:t>
        <w:br/>
        <w:t>f 18125/28833/24817 18114/28822/24807 18112/28821/24806</w:t>
        <w:br/>
        <w:t>f 18129/28837/24821 18095/28804/24791 18127/28835/24819</w:t>
        <w:br/>
        <w:t>f 18142/28850/24834 18135/28843/24827 18143/28851/24835</w:t>
        <w:br/>
        <w:t>f 18552/29259/25195 18225/28932/24913 18551/29260/25196</w:t>
        <w:br/>
        <w:t>f 18554/29261/24910 18552/29259/25195 18551/29260/25196</w:t>
        <w:br/>
        <w:t>f 18553/29262/25197 18554/29261/24910 18551/29260/25196</w:t>
        <w:br/>
        <w:t>f 18221/28929/24910 18555/29263/25198 18219/28927/24908</w:t>
        <w:br/>
        <w:t>f 18544/29252/25189 18202/28909/24892 18201/28910/24893</w:t>
        <w:br/>
        <w:t>f 18225/28932/24913 18193/28899/24882 18191/28901/24884</w:t>
        <w:br/>
        <w:t>f 18147/28855/24839 18148/28856/24840 18556/29264/25199</w:t>
        <w:br/>
        <w:t>f 18131/28838/24822 18147/28855/24839 18556/29264/25199</w:t>
        <w:br/>
        <w:t>f 18072/28779/24768 18073/28784/24773 18148/28856/24840</w:t>
        <w:br/>
        <w:t>f 18147/28855/24839 18072/28779/24768 18148/28856/24840</w:t>
        <w:br/>
        <w:t>f 18071/28780/24769 18076/28781/24770 18073/28784/24773</w:t>
        <w:br/>
        <w:t>f 18072/28779/24768 18071/28780/24769 18073/28784/24773</w:t>
        <w:br/>
        <w:t>f 18128/28836/24820 18150/28857/24841 18143/28851/24835</w:t>
        <w:br/>
        <w:t>f 18132/28840/24824 18128/28836/24820 18143/28851/24835</w:t>
        <w:br/>
        <w:t>f 18150/28857/24841 18128/28836/24820 18126/28834/24818</w:t>
        <w:br/>
        <w:t>f 18133/28841/24825 18150/28857/24841 18126/28834/24818</w:t>
        <w:br/>
        <w:t>f 18126/28834/24818 18122/28830/24814 18133/28841/24825</w:t>
        <w:br/>
        <w:t>f 18133/28841/24825 18123/28829/24813 18556/29264/25199</w:t>
        <w:br/>
        <w:t>f 18556/29264/25199 18123/28829/24813 18131/28838/24822</w:t>
        <w:br/>
        <w:t>f 18151/28859/24843 18149/28858/24842 18557/29265/25200</w:t>
        <w:br/>
        <w:t>f 18538/29248/25185 18152/28860/24844 18151/28859/24843</w:t>
        <w:br/>
        <w:t>f 18557/29265/25200 18538/29248/25185 18151/28859/24843</w:t>
        <w:br/>
        <w:t>f 18539/29247/25184 18181/28889/24872 18152/28860/24844</w:t>
        <w:br/>
        <w:t>f 18538/29248/25185 18539/29247/25184 18152/28860/24844</w:t>
        <w:br/>
        <w:t>f 18183/28891/24874 18180/28887/24871 18179/28888/24872</w:t>
        <w:br/>
        <w:t>f 18186/28895/24878 18183/28891/24874 18179/28888/24872</w:t>
        <w:br/>
        <w:t>f 18183/28891/24874 18184/28890/24873 18176/28885/24869</w:t>
        <w:br/>
        <w:t>f 18180/28887/24871 18183/28891/24874 18176/28885/24869</w:t>
        <w:br/>
        <w:t>f 18184/28890/24873 18189/28897/24880 18175/28886/24870</w:t>
        <w:br/>
        <w:t>f 18176/28885/24869 18184/28890/24873 18175/28886/24870</w:t>
        <w:br/>
        <w:t>f 18190/28896/24879 18169/28877/24861 18175/28886/24870</w:t>
        <w:br/>
        <w:t>f 18189/28897/24880 18190/28896/24879 18175/28886/24870</w:t>
        <w:br/>
        <w:t>f 18165/28874/24858 18169/28877/24861 18190/28896/24879</w:t>
        <w:br/>
        <w:t>f 18154/28862/24846 18141/28848/24832 18173/28882/24866</w:t>
        <w:br/>
        <w:t>f 18177/28884/24868 18154/28862/24846 18173/28882/24866</w:t>
        <w:br/>
        <w:t>f 18172/28880/24864 18154/28862/24846 18177/28884/24868</w:t>
        <w:br/>
        <w:t>f 18172/28880/24864 18177/28884/24868 18178/28883/24867</w:t>
        <w:br/>
        <w:t>f 18171/28879/24863 18172/28880/24864 18178/28883/24867</w:t>
        <w:br/>
        <w:t>f 18171/28879/24863 18178/28883/24867 18170/28878/24862</w:t>
        <w:br/>
        <w:t>f 18168/28876/24860 18171/28879/24863 18170/28878/24862</w:t>
        <w:br/>
        <w:t>f 18168/28876/24860 18170/28878/24862 18166/28873/24857</w:t>
        <w:br/>
        <w:t>f 18167/28875/24859 18168/28876/24860 18166/28873/24857</w:t>
        <w:br/>
        <w:t>f 18193/28899/24882 18556/29264/25199 18148/28856/24840</w:t>
        <w:br/>
        <w:t>f 18148/28856/24840 18074/28783/24772 18193/28899/24882</w:t>
        <w:br/>
        <w:t>f 18074/28783/24772 18222/28930/24911 18192/28900/24883</w:t>
        <w:br/>
        <w:t>f 18222/28930/24911 18223/28931/24912 18227/28935/24916</w:t>
        <w:br/>
        <w:t>f 18551/29260/25196 18225/28932/24913 18224/28933/24914</w:t>
        <w:br/>
        <w:t>f 18548/29256/25193 18551/29260/25196 18224/28933/24914</w:t>
        <w:br/>
        <w:t>f 18551/29260/25196 18548/29256/25193 18212/28920/24903</w:t>
        <w:br/>
        <w:t>f 18553/29262/25197 18551/29260/25196 18212/28920/24903</w:t>
        <w:br/>
        <w:t>f 18555/29263/25198 18546/29255/25192 18205/28914/24897</w:t>
        <w:br/>
        <w:t>f 18219/28927/24908 18555/29263/25198 18205/28914/24897</w:t>
        <w:br/>
        <w:t>f 18205/28914/24897 18199/28905/24888 18219/28927/24908</w:t>
        <w:br/>
        <w:t>f 18205/28914/24897 18196/28904/24887 18199/28905/24888</w:t>
        <w:br/>
        <w:t>f 18199/28905/24888 18196/28904/24887 18188/28898/24881</w:t>
        <w:br/>
        <w:t>f 18188/28898/24881 18198/28906/24889 18199/28905/24888</w:t>
        <w:br/>
        <w:t>f 18188/28898/24881 18189/28897/24880 18198/28906/24889</w:t>
        <w:br/>
        <w:t>f 18184/28890/24873 18185/28893/24876 18198/28906/24889</w:t>
        <w:br/>
        <w:t>f 18189/28897/24880 18184/28890/24873 18198/28906/24889</w:t>
        <w:br/>
        <w:t>f 18546/29255/25192 18547/29254/25191 18205/28914/24897</w:t>
        <w:br/>
        <w:t>f 18193/28899/24882 18074/28783/24772 18192/28900/24883</w:t>
        <w:br/>
        <w:t>f 18561/29266/25201 18560/29267/25202 18559/29268/25203</w:t>
        <w:br/>
        <w:t>f 18558/29269/25204 18561/29266/25201 18559/29268/25203</w:t>
        <w:br/>
        <w:t>f 18563/29270/25205 18559/29268/25203 18560/29267/25202</w:t>
        <w:br/>
        <w:t>f 18562/29271/25206 18563/29270/25205 18560/29267/25202</w:t>
        <w:br/>
        <w:t>f 18564/29272/25207 18308/29017/24990 18537/29245/24996</w:t>
        <w:br/>
        <w:t>f 18565/29273/25208 18564/29272/25207 18537/29245/24996</w:t>
        <w:br/>
        <w:t>f 18568/29274/25209 18567/29275/25210 18566/29276/25203</w:t>
        <w:br/>
        <w:t>f 18569/29277/25205 18568/29274/25209 18566/29276/25203</w:t>
        <w:br/>
        <w:t>f 18570/29278/25211 18567/29275/25210 18568/29274/25209</w:t>
        <w:br/>
        <w:t>f 18571/29279/25207 18570/29278/25211 18568/29274/25209</w:t>
        <w:br/>
        <w:t>f 18574/29280/25212 18573/29281/25212 18572/29282/25212</w:t>
        <w:br/>
        <w:t>f 18289/28994/24970 18563/29270/25205 18562/29271/25206</w:t>
        <w:br/>
        <w:t>f 18323/29031/24992 18289/28994/24970 18562/29271/25206</w:t>
        <w:br/>
        <w:t>f 18564/29272/25207 18565/29273/25208 18576/29283/25213</w:t>
        <w:br/>
        <w:t>f 18575/29284/25211 18564/29272/25207 18576/29283/25213</w:t>
        <w:br/>
        <w:t>f 18566/29276/25214 18578/29285/25215 18577/29286/25216</w:t>
        <w:br/>
        <w:t>f 18561/29266/25201 18558/29269/25204 18575/29284/25211</w:t>
        <w:br/>
        <w:t>f 18576/29283/25213 18561/29266/25201 18575/29284/25211</w:t>
        <w:br/>
        <w:t>f 18567/29275/25210 18579/29287/25217 18566/29276/25203</w:t>
        <w:br/>
        <w:t>f 18570/29278/25211 18579/29287/25217 18567/29275/25210</w:t>
        <w:br/>
        <w:t>f 18564/29272/25207 18580/29288/25218 18308/29017/24990</w:t>
        <w:br/>
        <w:t>f 18286/28997/24973 18582/29289/25219 18581/29290/25220</w:t>
        <w:br/>
        <w:t>f 18289/28994/24970 18286/28997/24973 18581/29290/25220</w:t>
        <w:br/>
        <w:t>f 18585/29291/25221 18584/29292/25222 18583/29293/25223</w:t>
        <w:br/>
        <w:t>f 18586/29294/25224 18585/29291/25221 18583/29293/25223</w:t>
        <w:br/>
        <w:t>f 18585/29291/25221 18586/29294/25224 18588/29295/25225</w:t>
        <w:br/>
        <w:t>f 18587/29296/25226 18585/29291/25221 18588/29295/25225</w:t>
        <w:br/>
        <w:t>f 18310/29019/24992 18589/29297/25227 18584/29292/25222</w:t>
        <w:br/>
        <w:t>f 18311/29018/24991 18310/29019/24992 18584/29292/25222</w:t>
        <w:br/>
        <w:t>f 18588/29295/25225 18590/29298/25228 18587/29296/25226</w:t>
        <w:br/>
        <w:t>f 18584/29292/25222 18589/29297/25227 18583/29293/25223</w:t>
        <w:br/>
        <w:t>f 18587/29296/25226 18590/29298/25228 18314/29023/24996</w:t>
        <w:br/>
        <w:t>f 18313/29021/24994 18587/29296/25226 18314/29023/24996</w:t>
        <w:br/>
        <w:t>f 18311/29018/24991 18584/29292/25222 18585/29291/25221</w:t>
        <w:br/>
        <w:t>f 18312/29020/24993 18311/29018/24991 18585/29291/25221</w:t>
        <w:br/>
        <w:t>f 18585/29291/25221 18587/29296/25226 18313/29021/24994</w:t>
        <w:br/>
        <w:t>f 18312/29020/24993 18585/29291/25221 18313/29021/24994</w:t>
        <w:br/>
        <w:t>f 18594/29299/25229 18593/29300/25230 18592/29301/25231</w:t>
        <w:br/>
        <w:t>f 18591/29302/25232 18594/29299/25229 18592/29301/25231</w:t>
        <w:br/>
        <w:t>f 18597/29303/25233 18596/29304/25234 18595/29305/25235</w:t>
        <w:br/>
        <w:t>f 18600/29306/25236 18599/29307/25237 18598/29308/25238</w:t>
        <w:br/>
        <w:t>f 18601/29309/25239 18600/29306/25236 18598/29308/25238</w:t>
        <w:br/>
        <w:t>f 18594/29299/25229 18591/29302/25232 18603/29310/25240</w:t>
        <w:br/>
        <w:t>f 18602/29311/25241 18594/29299/25229 18603/29310/25240</w:t>
        <w:br/>
        <w:t>f 18605/29312/25242 18604/29313/25243 18598/29308/25238</w:t>
        <w:br/>
        <w:t>f 18593/29300/25230 18242/28948/24928 18243/28951/24931</w:t>
        <w:br/>
        <w:t>f 18606/29314/25244 18593/29300/25230 18243/28951/24931</w:t>
        <w:br/>
        <w:t>f 18259/28966/24945 18602/29311/25241 18607/29315/25245</w:t>
        <w:br/>
        <w:t>f 18260/28969/24948 18259/28966/24945 18607/29315/25245</w:t>
        <w:br/>
        <w:t>f 18609/29316/25245 18608/29317/25246 18533/29242/25183</w:t>
        <w:br/>
        <w:t>f 18535/29244/24948 18609/29316/25245 18533/29242/25183</w:t>
        <w:br/>
        <w:t>f 18611/29318/25247 18610/29319/25248 18595/29305/25235</w:t>
        <w:br/>
        <w:t>f 18613/29320/25237 18612/29321/25249 18529/29236/24931</w:t>
        <w:br/>
        <w:t>f 18530/29235/25178 18613/29320/25237 18529/29236/24931</w:t>
        <w:br/>
        <w:t>f 18592/29301/25231 18593/29300/25230 18606/29314/25244</w:t>
        <w:br/>
        <w:t>f 18603/29310/25240 18607/29315/25245 18602/29311/25241</w:t>
        <w:br/>
        <w:t>f 18615/29322/25250 18614/29323/25251 18608/29317/25246</w:t>
        <w:br/>
        <w:t>f 18609/29316/25245 18615/29322/25250 18608/29317/25246</w:t>
        <w:br/>
        <w:t>f 18613/29320/25237 18617/29324/25252 18616/29325/25253</w:t>
        <w:br/>
        <w:t>f 18612/29321/25249 18613/29320/25237 18616/29325/25253</w:t>
        <w:br/>
        <w:t>f 18250/28958/24938 18242/28948/24928 18593/29300/25230</w:t>
        <w:br/>
        <w:t>f 18594/29299/25229 18250/28958/24938 18593/29300/25230</w:t>
        <w:br/>
        <w:t>f 18259/28966/24945 18250/28958/24938 18594/29299/25229</w:t>
        <w:br/>
        <w:t>f 18602/29311/25241 18259/28966/24945 18594/29299/25229</w:t>
        <w:br/>
        <w:t>f 18620/29326/25254 18619/29327/25255 18618/29328/25256</w:t>
        <w:br/>
        <w:t>f 18621/29329/25257 18620/29326/25254 18618/29328/25256</w:t>
        <w:br/>
        <w:t>f 18624/29330/25258 18623/29331/25259 18622/29332/25260</w:t>
        <w:br/>
        <w:t>f 18626/29333/25261 18625/29334/25262 18621/29329/25257</w:t>
        <w:br/>
        <w:t>f 18618/29328/25256 18626/29333/25261 18621/29329/25257</w:t>
        <w:br/>
        <w:t>f 18383/29091/25056 18627/29335/25263 18620/29326/25254</w:t>
        <w:br/>
        <w:t>f 18382/29089/25054 18383/29091/25056 18620/29326/25254</w:t>
        <w:br/>
        <w:t>f 18626/29333/25261 18628/29336/25264 18625/29334/25262</w:t>
        <w:br/>
        <w:t>f 18630/29337/25265 18345/29053/25023 18629/29338/25266</w:t>
        <w:br/>
        <w:t>f 18629/29338/25266 18345/29053/25023 18631/29339/25267</w:t>
        <w:br/>
        <w:t>f 18627/29335/25263 18619/29327/25255 18620/29326/25254</w:t>
        <w:br/>
        <w:t>f 18361/29072/25034 18362/29071/25039 18625/29334/25262</w:t>
        <w:br/>
        <w:t>f 18628/29336/25264 18361/29072/25034 18625/29334/25262</w:t>
        <w:br/>
        <w:t>f 18635/29340/25268 18634/29341/25269 18633/29342/25270</w:t>
        <w:br/>
        <w:t>f 18632/29343/25271 18635/29340/25268 18633/29342/25270</w:t>
        <w:br/>
        <w:t>f 18637/29344/25264 18636/29345/25272 18359/29066/25035</w:t>
        <w:br/>
        <w:t>f 18360/29065/25034 18637/29344/25264 18359/29066/25035</w:t>
        <w:br/>
        <w:t>f 18641/29346/25273 18640/29347/25274 18639/29348/25275</w:t>
        <w:br/>
        <w:t>f 18638/29349/25268 18641/29346/25273 18639/29348/25275</w:t>
        <w:br/>
        <w:t>f 18643/29350/25276 18641/29346/25273 18642/29351/25277</w:t>
        <w:br/>
        <w:t>f 18624/29330/25258 18644/29352/25278 18623/29331/25259</w:t>
        <w:br/>
        <w:t>f 18334/29045/25016 18635/29340/25268 18632/29343/25271</w:t>
        <w:br/>
        <w:t>f 18337/29042/25013 18334/29045/25016 18632/29343/25271</w:t>
        <w:br/>
        <w:t>f 18646/29353/25261 18645/29354/25279 18636/29345/25272</w:t>
        <w:br/>
        <w:t>f 18637/29344/25264 18646/29353/25261 18636/29345/25272</w:t>
        <w:br/>
        <w:t>f 18621/29329/25257 18381/29090/25055 18382/29089/25054</w:t>
        <w:br/>
        <w:t>f 18620/29326/25254 18621/29329/25257 18382/29089/25054</w:t>
        <w:br/>
        <w:t>f 18381/29090/25055 18621/29329/25257 18625/29334/25262</w:t>
        <w:br/>
        <w:t>f 18362/29071/25039 18381/29090/25055 18625/29334/25262</w:t>
        <w:br/>
        <w:t>f 18649/29355/25280 18648/29356/25281 18647/29357/25282</w:t>
        <w:br/>
        <w:t>f 18650/29358/25283 18649/29355/25280 18647/29357/25282</w:t>
        <w:br/>
        <w:t>f 18653/29359/25284 18652/29360/25285 18651/29361/25286</w:t>
        <w:br/>
        <w:t>f 18655/29362/25287 18654/29363/25288 18648/29356/25281</w:t>
        <w:br/>
        <w:t>f 18649/29355/25280 18655/29362/25287 18648/29356/25281</w:t>
        <w:br/>
        <w:t>f 18447/29154/25108 18656/29364/25289 18647/29357/25282</w:t>
        <w:br/>
        <w:t>f 18446/29155/25109 18447/29154/25108 18647/29357/25282</w:t>
        <w:br/>
        <w:t>f 18655/29362/25287 18657/29365/25290 18654/29363/25288</w:t>
        <w:br/>
        <w:t>f 18658/29366/25291 18422/29130/25089 18444/29153/25107</w:t>
        <w:br/>
        <w:t>f 18647/29357/25282 18656/29364/25289 18650/29358/25283</w:t>
        <w:br/>
        <w:t>f 18450/29158/25112 18449/29157/25111 18654/29363/25288</w:t>
        <w:br/>
        <w:t>f 18657/29365/25290 18450/29158/25112 18654/29363/25288</w:t>
        <w:br/>
        <w:t>f 18660/29367/25292 18452/29160/25108 18421/29127/25086</w:t>
        <w:br/>
        <w:t>f 18659/29368/25293 18660/29367/25292 18421/29127/25086</w:t>
        <w:br/>
        <w:t>f 18444/29153/25107 18451/29159/25112 18662/29369/25290</w:t>
        <w:br/>
        <w:t>f 18661/29370/25294 18444/29153/25107 18662/29369/25290</w:t>
        <w:br/>
        <w:t>f 18666/29371/25295 18665/29372/25296 18664/29373/25297</w:t>
        <w:br/>
        <w:t>f 18663/29374/25298 18666/29371/25295 18664/29373/25297</w:t>
        <w:br/>
        <w:t>f 18668/29375/25299 18667/29376/25300 18666/29371/25295</w:t>
        <w:br/>
        <w:t>f 18670/29377/25301 18669/29378/25302 18661/29370/25294</w:t>
        <w:br/>
        <w:t>f 18662/29369/25290 18670/29377/25301 18661/29370/25294</w:t>
        <w:br/>
        <w:t>f 18648/29356/25281 18448/29156/25110 18446/29155/25109</w:t>
        <w:br/>
        <w:t>f 18647/29357/25282 18648/29356/25281 18446/29155/25109</w:t>
        <w:br/>
        <w:t>f 18654/29363/25288 18449/29157/25111 18448/29156/25110</w:t>
        <w:br/>
        <w:t>f 18648/29356/25281 18654/29363/25288 18448/29156/25110</w:t>
        <w:br/>
        <w:t>f 18674/29379/25303 18673/29380/25304 18672/29381/25305</w:t>
        <w:br/>
        <w:t>f 18671/29382/25306 18674/29379/25303 18672/29381/25305</w:t>
        <w:br/>
        <w:t>f 18677/29383/25307 18676/29384/25308 18675/29385/25309</w:t>
        <w:br/>
        <w:t>f 18679/29386/25310 18678/29387/25311 18672/29381/25305</w:t>
        <w:br/>
        <w:t>f 18673/29380/25304 18679/29386/25310 18672/29381/25305</w:t>
        <w:br/>
        <w:t>f 18679/29386/25310 18680/29388/25312 18678/29387/25311</w:t>
        <w:br/>
        <w:t>f 18476/29184/25134 18681/29389/25313 18475/29181/25131</w:t>
        <w:br/>
        <w:t>f 18684/29390/25314 18683/29391/25315 18682/29392/25316</w:t>
        <w:br/>
        <w:t>f 18678/29387/25311 18680/29388/25312 18508/29216/25162</w:t>
        <w:br/>
        <w:t>f 18502/29210/25157 18678/29387/25311 18508/29216/25162</w:t>
        <w:br/>
        <w:t>f 18688/29393/25317 18687/29394/25318 18686/29395/25319</w:t>
        <w:br/>
        <w:t>f 18685/29396/25320 18688/29393/25317 18686/29395/25319</w:t>
        <w:br/>
        <w:t>f 18690/29397/25321 18689/29398/25322 18497/29206/25153</w:t>
        <w:br/>
        <w:t>f 18509/29217/25162 18690/29397/25321 18497/29206/25153</w:t>
        <w:br/>
        <w:t>f 18692/29399/25323 18691/29400/25317 18682/29392/25316</w:t>
        <w:br/>
        <w:t>f 18693/29401/25324 18692/29399/25323 18682/29392/25316</w:t>
        <w:br/>
        <w:t>f 18695/29402/25325 18694/29403/25326 18682/29392/25316</w:t>
        <w:br/>
        <w:t>f 18685/29396/25320 18510/29218/25155 18475/29181/25131</w:t>
        <w:br/>
        <w:t>f 18688/29393/25317 18685/29396/25320 18475/29181/25131</w:t>
        <w:br/>
        <w:t>f 18697/29404/25310 18696/29405/25327 18689/29398/25322</w:t>
        <w:br/>
        <w:t>f 18690/29397/25321 18697/29404/25310 18689/29398/25322</w:t>
        <w:br/>
        <w:t>f 18501/29209/25156 18500/29207/25154 18671/29382/25306</w:t>
        <w:br/>
        <w:t>f 18672/29381/25305 18501/29209/25156 18671/29382/25306</w:t>
        <w:br/>
        <w:t>f 18672/29381/25305 18678/29387/25311 18502/29210/25157</w:t>
        <w:br/>
        <w:t>f 18501/29209/25156 18672/29381/25305 18502/29210/25157</w:t>
        <w:br/>
        <w:t>f 18699/29406/25328 18660/29367/25292 18659/29368/25293</w:t>
        <w:br/>
        <w:t>f 18698/29407/25297 18699/29406/25328 18659/29368/25293</w:t>
        <w:br/>
        <w:t>f 18702/29408/25304 18701/29409/25329 18700/29410/25330</w:t>
        <w:br/>
        <w:t>f 18697/29404/25331 18702/29408/25304 18703/29411/25332</w:t>
        <w:br/>
        <w:t>f 18706/29412/25333 18705/29413/25283 18704/29414/25334</w:t>
        <w:br/>
        <w:t>f 18708/29415/25287 18706/29412/25333 18707/29416/25335</w:t>
        <w:br/>
        <w:t>f 18359/29066/25035 18636/29345/25272 18631/29339/25267</w:t>
        <w:br/>
        <w:t>f 18710/29417/25336 18709/29418/25272 18641/29346/25273</w:t>
        <w:br/>
        <w:t>f 18334/29045/25016 18345/29053/25023 18630/29337/25265</w:t>
        <w:br/>
        <w:t>f 18711/29419/25265 18641/29346/25273 18638/29349/25268</w:t>
        <w:br/>
        <w:t>f 18630/29337/25265 18635/29340/25268 18334/29045/25016</w:t>
        <w:br/>
        <w:t>f 18631/29339/25267 18345/29053/25023 18359/29066/25035</w:t>
        <w:br/>
        <w:t>f 18710/29417/25336 18641/29346/25273 18712/29420/25266</w:t>
        <w:br/>
        <w:t>f 18712/29420/25266 18641/29346/25273 18711/29419/25265</w:t>
        <w:br/>
        <w:t>f 18645/29354/25279 18646/29353/25261 18713/29421/25337</w:t>
        <w:br/>
        <w:t>f 18713/29421/25337 18715/29422/25255 18714/29423/25338</w:t>
        <w:br/>
        <w:t>f 18646/29353/25261 18716/29424/25256 18713/29421/25337</w:t>
        <w:br/>
        <w:t>f 18713/29421/25337 18716/29424/25256 18715/29422/25255</w:t>
        <w:br/>
        <w:t>f 18641/29346/25273 18709/29418/25272 18717/29425/25339</w:t>
        <w:br/>
        <w:t>f 18642/29351/25277 18641/29346/25273 18717/29425/25339</w:t>
        <w:br/>
        <w:t>f 18641/29346/25273 18643/29350/25276 18640/29347/25274</w:t>
        <w:br/>
        <w:t>f 18623/29331/25259 18718/29426/25340 18622/29332/25260</w:t>
        <w:br/>
        <w:t>f 18644/29352/25278 18719/29427/25341 18623/29331/25259</w:t>
        <w:br/>
        <w:t>f 18721/29428/25294 18666/29371/25295 18720/29429/25291</w:t>
        <w:br/>
        <w:t>f 18658/29366/25291 18444/29153/25107 18661/29370/25294</w:t>
        <w:br/>
        <w:t>f 18722/29430/25342 18422/29130/25089 18658/29366/25291</w:t>
        <w:br/>
        <w:t>f 18666/29371/25295 18663/29374/25298 18723/29431/25343</w:t>
        <w:br/>
        <w:t>f 18724/29432/25343 18422/29130/25089 18722/29430/25342</w:t>
        <w:br/>
        <w:t>f 18421/29127/25086 18422/29130/25089 18724/29432/25343</w:t>
        <w:br/>
        <w:t>f 18724/29432/25343 18659/29368/25293 18421/29127/25086</w:t>
        <w:br/>
        <w:t>f 18720/29429/25291 18666/29371/25295 18725/29433/25344</w:t>
        <w:br/>
        <w:t>f 18725/29433/25344 18666/29371/25295 18723/29431/25343</w:t>
        <w:br/>
        <w:t>f 18666/29371/25295 18721/29428/25294 18726/29434/25345</w:t>
        <w:br/>
        <w:t>f 18668/29375/25299 18666/29371/25295 18726/29434/25345</w:t>
        <w:br/>
        <w:t>f 18666/29371/25295 18667/29376/25300 18665/29372/25296</w:t>
        <w:br/>
        <w:t>f 18706/29412/25333 18704/29414/25334 18727/29435/25285</w:t>
        <w:br/>
        <w:t>f 18653/29359/25284 18728/29436/25346 18652/29360/25285</w:t>
        <w:br/>
        <w:t>f 18727/29435/25285 18707/29416/25335 18706/29412/25333</w:t>
        <w:br/>
        <w:t>f 18728/29436/25346 18729/29437/25347 18652/29360/25285</w:t>
        <w:br/>
        <w:t>f 18652/29360/25285 18730/29438/25348 18651/29361/25286</w:t>
        <w:br/>
        <w:t>f 18732/29439/25349 18476/29184/25134 18731/29440/25350</w:t>
        <w:br/>
        <w:t>f 18731/29440/25350 18476/29184/25134 18497/29206/25153</w:t>
        <w:br/>
        <w:t>f 18731/29440/25350 18497/29206/25153 18689/29398/25322</w:t>
        <w:br/>
        <w:t>f 18688/29393/25317 18475/29181/25131 18681/29389/25313</w:t>
        <w:br/>
        <w:t>f 18733/29441/25313 18682/29392/25316 18691/29400/25317</w:t>
        <w:br/>
        <w:t>f 18681/29389/25313 18476/29184/25134 18732/29439/25349</w:t>
        <w:br/>
        <w:t>f 18682/29392/25316 18694/29403/25326 18693/29401/25324</w:t>
        <w:br/>
        <w:t>f 18734/29442/25351 18695/29402/25325 18682/29392/25316</w:t>
        <w:br/>
        <w:t>f 18683/29391/25315 18734/29442/25351 18682/29392/25316</w:t>
        <w:br/>
        <w:t>f 18702/29408/25304 18700/29410/25330 18735/29443/25308</w:t>
        <w:br/>
        <w:t>f 18737/29444/25352 18736/29445/25353 18676/29384/25308</w:t>
        <w:br/>
        <w:t>f 18735/29443/25308 18703/29411/25332 18702/29408/25304</w:t>
        <w:br/>
        <w:t>f 18676/29384/25308 18677/29383/25307 18737/29444/25352</w:t>
        <w:br/>
        <w:t>f 18676/29384/25308 18738/29446/25354 18675/29385/25309</w:t>
        <w:br/>
        <w:t>f 18684/29390/25314 18682/29392/25316 18739/29447/25355</w:t>
        <w:br/>
        <w:t>f 18739/29447/25355 18682/29392/25316 18733/29441/25313</w:t>
        <w:br/>
        <w:t>f 18741/29448/25246 18598/29308/25238 18740/29449/25356</w:t>
        <w:br/>
        <w:t>f 18533/29242/25183 18608/29317/25246 18742/29450/25357</w:t>
        <w:br/>
        <w:t>f 18742/29450/25357 18532/29239/25180 18533/29242/25183</w:t>
        <w:br/>
        <w:t>f 18740/29449/25356 18598/29308/25238 18743/29451/25358</w:t>
        <w:br/>
        <w:t>f 18613/29320/25237 18530/29235/25178 18744/29452/25359</w:t>
        <w:br/>
        <w:t>f 18530/29235/25178 18532/29239/25180 18744/29452/25359</w:t>
        <w:br/>
        <w:t>f 18745/29453/25359 18743/29451/25358 18598/29308/25238</w:t>
        <w:br/>
        <w:t>f 18745/29453/25359 18598/29308/25238 18599/29307/25237</w:t>
        <w:br/>
        <w:t>f 18744/29452/25359 18532/29239/25180 18746/29454/25360</w:t>
        <w:br/>
        <w:t>f 18746/29454/25360 18532/29239/25180 18742/29450/25357</w:t>
        <w:br/>
        <w:t>f 18598/29308/25238 18741/29448/25246 18747/29455/25361</w:t>
        <w:br/>
        <w:t>f 18605/29312/25242 18598/29308/25238 18747/29455/25361</w:t>
        <w:br/>
        <w:t>f 18598/29308/25238 18604/29313/25243 18601/29309/25239</w:t>
        <w:br/>
        <w:t>f 18751/29456/25248 18750/29457/25362 18749/29458/25232</w:t>
        <w:br/>
        <w:t>f 18748/29459/25363 18751/29456/25248 18749/29458/25232</w:t>
        <w:br/>
        <w:t>f 18749/29458/25232 18753/29460/25231 18752/29461/25364</w:t>
        <w:br/>
        <w:t>f 18748/29459/25363 18749/29458/25232 18752/29461/25364</w:t>
        <w:br/>
        <w:t>f 18595/29305/25235 18754/29462/25365 18597/29303/25233</w:t>
        <w:br/>
        <w:t>f 18595/29305/25235 18596/29304/25234 18611/29318/25247</w:t>
        <w:br/>
        <w:t>f 18671/29382/25306 18500/29207/25154 18499/29208/25155</w:t>
        <w:br/>
        <w:t>f 18755/29463/25366 18671/29382/25306 18499/29208/25155</w:t>
        <w:br/>
        <w:t>f 18755/29463/25366 18674/29379/25303 18671/29382/25306</w:t>
        <w:br/>
        <w:t>f 18568/29274/25209 18757/29464/25367 18756/29465/25218</w:t>
        <w:br/>
        <w:t>f 18571/29279/25207 18568/29274/25209 18756/29465/25218</w:t>
        <w:br/>
        <w:t>f 18758/29466/25368 18757/29464/25367 18568/29274/25209</w:t>
        <w:br/>
        <w:t>f 18569/29277/25205 18758/29466/25368 18568/29274/25209</w:t>
        <w:br/>
        <w:t>f 18286/28997/24973 18308/29017/24990 18580/29288/25218</w:t>
        <w:br/>
        <w:t>f 18582/29289/25219 18286/28997/24973 18580/29288/25218</w:t>
        <w:br/>
        <w:t>f 18581/29290/25220 18563/29270/25205 18289/28994/24970</w:t>
        <w:br/>
        <w:t>f 19280/29467/25369 19279/29468/25370 19278/29469/25371</w:t>
        <w:br/>
        <w:t>f 19277/29470/25372 19280/29467/25369 19278/29469/25371</w:t>
        <w:br/>
        <w:t>f 19279/29468/25370 19282/29471/25373 19281/29472/25374</w:t>
        <w:br/>
        <w:t>f 19278/29469/25371 19279/29468/25370 19281/29472/25374</w:t>
        <w:br/>
        <w:t>f 19285/29473/25375 19284/29474/25376 19283/29475/25377</w:t>
        <w:br/>
        <w:t>f 19286/29476/25378 19285/29473/25375 19283/29475/25377</w:t>
        <w:br/>
        <w:t>f 19289/29477/25379 19288/29478/25380 19287/29479/25381</w:t>
        <w:br/>
        <w:t>f 19290/29480/25382 19289/29477/25379 19287/29479/25381</w:t>
        <w:br/>
        <w:t>f 19289/29477/25379 19283/29475/25377 19284/29474/25376</w:t>
        <w:br/>
        <w:t>f 19288/29478/25380 19289/29477/25379 19284/29474/25376</w:t>
        <w:br/>
        <w:t>f 19285/29473/25375 19286/29476/25378 19292/29481/25383</w:t>
        <w:br/>
        <w:t>f 19291/29482/25372 19285/29473/25375 19292/29481/25383</w:t>
        <w:br/>
        <w:t>f 19294/29483/25384 19293/29484/25385 19281/29472/25374</w:t>
        <w:br/>
        <w:t>f 19282/29471/25373 19294/29483/25384 19281/29472/25374</w:t>
        <w:br/>
        <w:t>f 19298/29485/25386 19297/29486/25387 19296/29487/25388</w:t>
        <w:br/>
        <w:t>f 19295/29488/25389 19298/29485/25386 19296/29487/25388</w:t>
        <w:br/>
        <w:t>f 19301/29489/25390 19300/29490/25391 19299/29491/25392</w:t>
        <w:br/>
        <w:t>f 19302/29492/25393 19301/29489/25390 19299/29491/25392</w:t>
        <w:br/>
        <w:t>f 19305/29493/25394 19304/29494/25395 19303/29495/25396</w:t>
        <w:br/>
        <w:t>f 19298/29485/25386 19305/29493/25394 19303/29495/25396</w:t>
        <w:br/>
        <w:t>f 19304/29494/25395 19307/29496/25397 19306/29497/25398</w:t>
        <w:br/>
        <w:t>f 19303/29495/25396 19304/29494/25395 19306/29497/25398</w:t>
        <w:br/>
        <w:t>f 19310/29498/25399 19309/29499/25400 19308/29500/25401</w:t>
        <w:br/>
        <w:t>f 19295/29488/25389 19310/29498/25399 19308/29500/25401</w:t>
        <w:br/>
        <w:t>f 19312/29501/25402 19311/29502/25403 19299/29491/25392</w:t>
        <w:br/>
        <w:t>f 19313/29503/25404 19312/29501/25402 19299/29491/25392</w:t>
        <w:br/>
        <w:t>f 19316/29504/25405 19315/29505/25406 19314/29506/25407</w:t>
        <w:br/>
        <w:t>f 19317/29507/25408 19316/29504/25405 19314/29506/25407</w:t>
        <w:br/>
        <w:t>f 19317/29507/25408 19314/29506/25407 19311/29502/25403</w:t>
        <w:br/>
        <w:t>f 19312/29501/25402 19317/29507/25408 19311/29502/25403</w:t>
        <w:br/>
        <w:t>f 19320/29508/25409 19319/29509/25410 19318/29510/25411</w:t>
        <w:br/>
        <w:t>f 19321/29511/25412 19320/29508/25409 19318/29510/25411</w:t>
        <w:br/>
        <w:t>f 19320/29508/25409 19323/29512/25413 19322/29513/25414</w:t>
        <w:br/>
        <w:t>f 19319/29509/25410 19320/29508/25409 19322/29513/25414</w:t>
        <w:br/>
        <w:t>f 19327/29514/25415 19326/29515/25416 19325/29516/25417</w:t>
        <w:br/>
        <w:t>f 19324/29517/25418 19327/29514/25415 19325/29516/25417</w:t>
        <w:br/>
        <w:t>f 19331/29518/25419 19330/29519/25420 19329/29520/25421</w:t>
        <w:br/>
        <w:t>f 19328/29521/25422 19331/29518/25419 19329/29520/25421</w:t>
        <w:br/>
        <w:t>f 19330/29519/25420 19324/29517/25418 19325/29516/25417</w:t>
        <w:br/>
        <w:t>f 19329/29520/25421 19330/29519/25420 19325/29516/25417</w:t>
        <w:br/>
        <w:t>f 19327/29514/25415 19333/29522/25412 19332/29523/25423</w:t>
        <w:br/>
        <w:t>f 19326/29515/25416 19327/29514/25415 19332/29523/25423</w:t>
        <w:br/>
        <w:t>f 19335/29524/25424 19334/29525/25425 19322/29513/25414</w:t>
        <w:br/>
        <w:t>f 19323/29512/25413 19335/29524/25424 19322/29513/25414</w:t>
        <w:br/>
        <w:t>f 19339/29526/25426 19338/29527/25427 19337/29528/25428</w:t>
        <w:br/>
        <w:t>f 19336/29529/25429 19339/29526/25426 19337/29528/25428</w:t>
        <w:br/>
        <w:t>f 19342/29530/25430 19341/29531/25431 19340/29532/25432</w:t>
        <w:br/>
        <w:t>f 19343/29533/25433 19342/29530/25430 19340/29532/25432</w:t>
        <w:br/>
        <w:t>f 19347/29534/25434 19346/29535/25435 19345/29536/25436</w:t>
        <w:br/>
        <w:t>f 19344/29537/25437 19347/29534/25434 19345/29536/25436</w:t>
        <w:br/>
        <w:t>f 19351/29538/25438 19350/29539/25439 19349/29540/25440</w:t>
        <w:br/>
        <w:t>f 19348/29541/25441 19351/29538/25438 19349/29540/25440</w:t>
        <w:br/>
        <w:t>f 19297/29486/25387 19298/29485/25386 19303/29495/25396</w:t>
        <w:br/>
        <w:t>f 19352/29542/25442 19297/29486/25387 19303/29495/25396</w:t>
        <w:br/>
        <w:t>f 19353/29543/25390 19352/29542/25442 19303/29495/25396</w:t>
        <w:br/>
        <w:t>f 19306/29497/25398 19353/29543/25390 19303/29495/25396</w:t>
        <w:br/>
        <w:t>f 19354/29544/25443 19310/29498/25399 19295/29488/25389</w:t>
        <w:br/>
        <w:t>f 19296/29487/25388 19354/29544/25443 19295/29488/25389</w:t>
        <w:br/>
        <w:t>f 19302/29492/25393 19299/29491/25392 19311/29502/25403</w:t>
        <w:br/>
        <w:t>f 19355/29545/25444 19302/29492/25393 19311/29502/25403</w:t>
        <w:br/>
        <w:t>f 19357/29546/25382 19356/29547/25381 19293/29484/25385</w:t>
        <w:br/>
        <w:t>f 19294/29483/25384 19357/29546/25382 19293/29484/25385</w:t>
        <w:br/>
        <w:t>f 19361/29548/25445 19360/29549/25446 19359/29550/25447</w:t>
        <w:br/>
        <w:t>f 19358/29551/25448 19361/29548/25445 19359/29550/25447</w:t>
        <w:br/>
        <w:t>f 19363/29552/25449 19361/29548/25445 19358/29551/25448</w:t>
        <w:br/>
        <w:t>f 19362/29553/25450 19363/29552/25449 19358/29551/25448</w:t>
        <w:br/>
        <w:t>f 19366/29554/25451 19365/29555/25452 19364/29556/25453</w:t>
        <w:br/>
        <w:t>f 19367/29557/25454 19366/29554/25451 19364/29556/25453</w:t>
        <w:br/>
        <w:t>f 19370/29558/25455 19369/29559/25456 19368/29560/25457</w:t>
        <w:br/>
        <w:t>f 19371/29561/25458 19370/29558/25455 19368/29560/25457</w:t>
        <w:br/>
        <w:t>f 19375/29562/25459 19374/29563/25458 19373/29564/25457</w:t>
        <w:br/>
        <w:t>f 19372/29565/25460 19375/29562/25459 19373/29564/25457</w:t>
        <w:br/>
        <w:t>f 19366/29554/25451 19375/29562/25459 19372/29565/25460</w:t>
        <w:br/>
        <w:t>f 19365/29555/25452 19366/29554/25451 19372/29565/25460</w:t>
        <w:br/>
        <w:t>f 19367/29557/25454 19364/29556/25453 19376/29566/25447</w:t>
        <w:br/>
        <w:t>f 19377/29567/25446 19367/29557/25454 19376/29566/25447</w:t>
        <w:br/>
        <w:t>f 19362/29553/25450 19369/29559/25456 19370/29558/25455</w:t>
        <w:br/>
        <w:t>f 19363/29552/25449 19362/29553/25450 19370/29558/25455</w:t>
        <w:br/>
        <w:t>f 19315/29505/25406 19379/29568/25443 19378/29569/25461</w:t>
        <w:br/>
        <w:t>f 19314/29506/25407 19315/29505/25406 19378/29569/25461</w:t>
        <w:br/>
        <w:t>f 19383/29570/25462 19382/29571/25463 19381/29572/25464</w:t>
        <w:br/>
        <w:t>f 19380/29573/25427 19383/29570/25462 19381/29572/25464</w:t>
        <w:br/>
        <w:t>f 19348/29541/25441 19382/29571/25463 19383/29570/25462</w:t>
        <w:br/>
        <w:t>f 19351/29538/25438 19348/29541/25441 19383/29570/25462</w:t>
        <w:br/>
        <w:t>f 19350/29539/25439 19385/29574/25465 19384/29575/25437</w:t>
        <w:br/>
        <w:t>f 19349/29540/25440 19350/29539/25439 19384/29575/25437</w:t>
        <w:br/>
        <w:t>f 19346/29535/25435 19343/29533/25433 19340/29532/25432</w:t>
        <w:br/>
        <w:t>f 19345/29536/25436 19346/29535/25435 19340/29532/25432</w:t>
        <w:br/>
        <w:t>f 19295/29488/25389 19308/29500/25401 19305/29493/25394</w:t>
        <w:br/>
        <w:t>f 19298/29485/25386 19295/29488/25389 19305/29493/25394</w:t>
        <w:br/>
        <w:t>f 19300/29490/25391 19386/29576/25397 19313/29503/25404</w:t>
        <w:br/>
        <w:t>f 19299/29491/25392 19300/29490/25391 19313/29503/25404</w:t>
        <w:br/>
        <w:t>f 19311/29502/25403 19314/29506/25407 19378/29569/25461</w:t>
        <w:br/>
        <w:t>f 19355/29545/25444 19311/29502/25403 19378/29569/25461</w:t>
        <w:br/>
        <w:t>f 19387/29577/25422 19334/29525/25425 19335/29524/25424</w:t>
        <w:br/>
        <w:t>f 19388/29578/25419 19387/29577/25422 19335/29524/25424</w:t>
        <w:br/>
        <w:t>f 19390/29579/25466 19389/29580/25467 19333/29522/25412</w:t>
        <w:br/>
        <w:t>f 19327/29514/25415 19390/29579/25466 19333/29522/25412</w:t>
        <w:br/>
        <w:t>f 19394/29581/25468 19393/29582/25469 19392/29583/25470</w:t>
        <w:br/>
        <w:t>f 19391/29584/25471 19394/29581/25468 19392/29583/25470</w:t>
        <w:br/>
        <w:t>f 19398/29585/25472 19397/29586/25473 19396/29587/25474</w:t>
        <w:br/>
        <w:t>f 19395/29588/25475 19398/29585/25472 19396/29587/25474</w:t>
        <w:br/>
        <w:t>f 19396/29587/25474 19400/29589/25476 19399/29590/25477</w:t>
        <w:br/>
        <w:t>f 19395/29588/25475 19396/29587/25474 19399/29590/25477</w:t>
        <w:br/>
        <w:t>f 19401/29591/25478 19368/29560/25457 19369/29559/25456</w:t>
        <w:br/>
        <w:t>f 19402/29592/25479 19401/29591/25478 19369/29559/25456</w:t>
        <w:br/>
        <w:t>f 19401/29591/25478 19402/29592/25479 19404/29593/25480</w:t>
        <w:br/>
        <w:t>f 19403/29594/25481 19401/29591/25478 19404/29593/25480</w:t>
        <w:br/>
        <w:t>f 19408/29595/25482 19407/29596/25483 19406/29597/25484</w:t>
        <w:br/>
        <w:t>f 19405/29598/25485 19408/29595/25482 19406/29597/25484</w:t>
        <w:br/>
        <w:t>f 19372/29565/25460 19373/29564/25457 19410/29599/25486</w:t>
        <w:br/>
        <w:t>f 19409/29600/25487 19372/29565/25460 19410/29599/25486</w:t>
        <w:br/>
        <w:t>f 19410/29599/25486 19412/29601/25481 19411/29602/25488</w:t>
        <w:br/>
        <w:t>f 19409/29600/25487 19410/29599/25486 19411/29602/25488</w:t>
        <w:br/>
        <w:t>f 19414/29603/25483 19413/29604/25489 19411/29602/25488</w:t>
        <w:br/>
        <w:t>f 19412/29601/25481 19414/29603/25483 19411/29602/25488</w:t>
        <w:br/>
        <w:t>f 19415/29605/25490 19376/29566/25447 19364/29556/25453</w:t>
        <w:br/>
        <w:t>f 19416/29606/25491 19415/29605/25490 19364/29556/25453</w:t>
        <w:br/>
        <w:t>f 19419/29607/25492 19418/29608/25493 19388/29578/25419</w:t>
        <w:br/>
        <w:t>f 19417/29609/25494 19419/29607/25492 19388/29578/25419</w:t>
        <w:br/>
        <w:t>f 19420/29610/25495 19418/29608/25493 19419/29607/25492</w:t>
        <w:br/>
        <w:t>f 19421/29611/25496 19420/29610/25495 19419/29607/25492</w:t>
        <w:br/>
        <w:t>f 19280/29467/25369 19420/29610/25495 19421/29611/25496</w:t>
        <w:br/>
        <w:t>f 19279/29468/25370 19280/29467/25369 19421/29611/25496</w:t>
        <w:br/>
        <w:t>f 19423/29612/25497 19422/29613/25498 19301/29489/25390</w:t>
        <w:br/>
        <w:t>f 19302/29492/25393 19423/29612/25497 19301/29489/25390</w:t>
        <w:br/>
        <w:t>f 19427/29614/25499 19426/29615/25468 19425/29616/25471</w:t>
        <w:br/>
        <w:t>f 19424/29617/25500 19427/29614/25499 19425/29616/25471</w:t>
        <w:br/>
        <w:t>f 19429/29618/25501 19428/29619/25467 19426/29615/25468</w:t>
        <w:br/>
        <w:t>f 19427/29614/25499 19429/29618/25501 19426/29615/25468</w:t>
        <w:br/>
        <w:t>f 19428/29619/25467 19429/29618/25501 19320/29508/25409</w:t>
        <w:br/>
        <w:t>f 19321/29511/25412 19428/29619/25467 19320/29508/25409</w:t>
        <w:br/>
        <w:t>f 19414/29603/25483 19381/29572/25464 19382/29571/25463</w:t>
        <w:br/>
        <w:t>f 19413/29604/25489 19414/29603/25483 19382/29571/25463</w:t>
        <w:br/>
        <w:t>f 19407/29596/25483 19408/29595/25482 19336/29529/25429</w:t>
        <w:br/>
        <w:t>f 19337/29528/25428 19407/29596/25483 19336/29529/25429</w:t>
        <w:br/>
        <w:t>f 19399/29590/25477 19400/29589/25476 19358/29551/25448</w:t>
        <w:br/>
        <w:t>f 19359/29550/25447 19399/29590/25477 19358/29551/25448</w:t>
        <w:br/>
        <w:t>f 19416/29606/25491 19431/29620/25502 19430/29621/25477</w:t>
        <w:br/>
        <w:t>f 19416/29606/25491 19364/29556/25453 19365/29555/25452</w:t>
        <w:br/>
        <w:t>f 19432/29622/25503 19416/29606/25491 19365/29555/25452</w:t>
        <w:br/>
        <w:t>f 19365/29555/25452 19372/29565/25460 19409/29600/25487</w:t>
        <w:br/>
        <w:t>f 19432/29622/25503 19365/29555/25452 19409/29600/25487</w:t>
        <w:br/>
        <w:t>f 19436/29623/25504 19435/29624/25505 19434/29625/25506</w:t>
        <w:br/>
        <w:t>f 19433/29626/25472 19436/29623/25504 19434/29625/25506</w:t>
        <w:br/>
        <w:t>f 19286/29476/25378 19438/29627/25507 19437/29628/25508</w:t>
        <w:br/>
        <w:t>f 19292/29481/25383 19286/29476/25378 19437/29628/25508</w:t>
        <w:br/>
        <w:t>f 19283/29475/25377 19289/29477/25379 19434/29625/25506</w:t>
        <w:br/>
        <w:t>f 19441/29629/25509 19440/29630/25510 19439/29631/25511</w:t>
        <w:br/>
        <w:t>f 19442/29632/25512 19441/29629/25509 19439/29631/25511</w:t>
        <w:br/>
        <w:t>f 19434/29625/25506 19441/29629/25509 19442/29632/25512</w:t>
        <w:br/>
        <w:t>f 19431/29620/25502 19416/29606/25491 19432/29622/25503</w:t>
        <w:br/>
        <w:t>f 19443/29633/25513 19441/29629/25509 19431/29620/25502</w:t>
        <w:br/>
        <w:t>f 19441/29629/25509 19443/29633/25513 19444/29634/25514</w:t>
        <w:br/>
        <w:t>f 19440/29630/25510 19441/29629/25509 19444/29634/25514</w:t>
        <w:br/>
        <w:t>f 19409/29600/25487 19445/29635/25515 19443/29633/25513</w:t>
        <w:br/>
        <w:t>f 19445/29635/25515 19446/29636/25516 19444/29634/25514</w:t>
        <w:br/>
        <w:t>f 19443/29633/25513 19445/29635/25515 19444/29634/25514</w:t>
        <w:br/>
        <w:t>f 19447/29637/25517 19413/29604/25489 19382/29571/25463</w:t>
        <w:br/>
        <w:t>f 19348/29541/25441 19447/29637/25517 19382/29571/25463</w:t>
        <w:br/>
        <w:t>f 19286/29476/25378 19283/29475/25377 19438/29627/25507</w:t>
        <w:br/>
        <w:t>f 19449/29638/25518 19448/29639/25519 19442/29632/25512</w:t>
        <w:br/>
        <w:t>f 19439/29631/25511 19449/29638/25518 19442/29632/25512</w:t>
        <w:br/>
        <w:t>f 19445/29635/25515 19447/29637/25517 19450/29640/25520</w:t>
        <w:br/>
        <w:t>f 19446/29636/25516 19445/29635/25515 19450/29640/25520</w:t>
        <w:br/>
        <w:t>f 19451/29641/25521 19439/29631/25511 19440/29630/25510</w:t>
        <w:br/>
        <w:t>f 19452/29642/25522 19447/29637/25517 19348/29541/25441</w:t>
        <w:br/>
        <w:t>f 19349/29540/25440 19452/29642/25522 19348/29541/25441</w:t>
        <w:br/>
        <w:t>f 19453/29643/25523 19450/29640/25520 19447/29637/25517</w:t>
        <w:br/>
        <w:t>f 19452/29642/25522 19453/29643/25523 19447/29637/25517</w:t>
        <w:br/>
        <w:t>f 19349/29540/25440 19384/29575/25437 19454/29644/25524</w:t>
        <w:br/>
        <w:t>f 19452/29642/25522 19349/29540/25440 19454/29644/25524</w:t>
        <w:br/>
        <w:t>f 19453/29643/25523 19452/29642/25522 19454/29644/25524</w:t>
        <w:br/>
        <w:t>f 19455/29645/25525 19453/29643/25523 19454/29644/25524</w:t>
        <w:br/>
        <w:t>f 19457/29646/25526 19456/29647/25524 19344/29537/25437</w:t>
        <w:br/>
        <w:t>f 19345/29536/25436 19457/29646/25526 19344/29537/25437</w:t>
        <w:br/>
        <w:t>f 19459/29648/25527 19458/29649/25528 19456/29647/25524</w:t>
        <w:br/>
        <w:t>f 19457/29646/25526 19459/29648/25527 19456/29647/25524</w:t>
        <w:br/>
        <w:t>f 19455/29645/25525 19460/29650/25529 19453/29643/25523</w:t>
        <w:br/>
        <w:t>f 19461/29651/25530 19450/29640/25520 19453/29643/25523</w:t>
        <w:br/>
        <w:t>f 19422/29613/25498 19423/29612/25497 19463/29652/25531</w:t>
        <w:br/>
        <w:t>f 19462/29653/25531 19422/29613/25498 19463/29652/25531</w:t>
        <w:br/>
        <w:t>f 19448/29639/25519 19324/29517/25418 19330/29519/25420</w:t>
        <w:br/>
        <w:t>f 19464/29654/25532 19448/29639/25519 19330/29519/25420</w:t>
        <w:br/>
        <w:t>f 19448/29639/25519 19449/29638/25518 19465/29655/25533</w:t>
        <w:br/>
        <w:t>f 19324/29517/25418 19448/29639/25519 19465/29655/25533</w:t>
        <w:br/>
        <w:t>f 19327/29514/25415 19324/29517/25418 19465/29655/25533</w:t>
        <w:br/>
        <w:t>f 19390/29579/25466 19327/29514/25415 19465/29655/25533</w:t>
        <w:br/>
        <w:t>f 19466/29656/25534 19392/29583/25470 19393/29582/25469</w:t>
        <w:br/>
        <w:t>f 19468/29657/25535 19451/29641/25521 19467/29658/25536</w:t>
        <w:br/>
        <w:t>f 19469/29659/25537 19468/29657/25535 19467/29658/25536</w:t>
        <w:br/>
        <w:t>f 19470/29660/25538 19469/29659/25537 19467/29658/25536</w:t>
        <w:br/>
        <w:t>f 19461/29651/25530 19470/29660/25538 19467/29658/25536</w:t>
        <w:br/>
        <w:t>f 19345/29536/25436 19340/29532/25432 19471/29661/25539</w:t>
        <w:br/>
        <w:t>f 19457/29646/25526 19345/29536/25436 19471/29661/25539</w:t>
        <w:br/>
        <w:t>f 19457/29646/25526 19471/29661/25539 19472/29662/25540</w:t>
        <w:br/>
        <w:t>f 19457/29646/25526 19472/29662/25540 19459/29648/25527</w:t>
        <w:br/>
        <w:t>f 19340/29532/25432 19341/29531/25431 19473/29663/25541</w:t>
        <w:br/>
        <w:t>f 19471/29661/25539 19340/29532/25432 19473/29663/25541</w:t>
        <w:br/>
        <w:t>f 19404/29593/25480 19474/29664/25542 19471/29661/25539</w:t>
        <w:br/>
        <w:t>f 19474/29664/25542 19404/29593/25480 19402/29592/25479</w:t>
        <w:br/>
        <w:t>f 19362/29553/25450 19475/29665/25543 19402/29592/25479</w:t>
        <w:br/>
        <w:t>f 19369/29559/25456 19362/29553/25450 19402/29592/25479</w:t>
        <w:br/>
        <w:t>f 19402/29592/25479 19475/29665/25543 19476/29666/25544</w:t>
        <w:br/>
        <w:t>f 19362/29553/25450 19358/29551/25448 19400/29589/25476</w:t>
        <w:br/>
        <w:t>f 19475/29665/25543 19362/29553/25450 19400/29589/25476</w:t>
        <w:br/>
        <w:t>f 19476/29666/25544 19475/29665/25543 19400/29589/25476</w:t>
        <w:br/>
        <w:t>f 19400/29589/25476 19477/29667/25545 19476/29666/25544</w:t>
        <w:br/>
        <w:t>f 19476/29666/25544 19474/29664/25542 19402/29592/25479</w:t>
        <w:br/>
        <w:t>f 19478/29668/25546 19476/29666/25544 19477/29667/25545</w:t>
        <w:br/>
        <w:t>f 19477/29667/25545 19479/29669/25547 19478/29668/25546</w:t>
        <w:br/>
        <w:t>f 19282/29471/25373 19479/29669/25547 19294/29483/25384</w:t>
        <w:br/>
        <w:t>f 19282/29471/25373 19279/29468/25370 19480/29670/25548</w:t>
        <w:br/>
        <w:t>f 19479/29669/25547 19282/29471/25373 19480/29670/25548</w:t>
        <w:br/>
        <w:t>f 19279/29468/25370 19421/29611/25496 19480/29670/25548</w:t>
        <w:br/>
        <w:t>f 19421/29611/25496 19482/29671/25549 19481/29672/25550</w:t>
        <w:br/>
        <w:t>f 19480/29670/25548 19421/29611/25496 19481/29672/25550</w:t>
        <w:br/>
        <w:t>f 19335/29524/25424 19481/29672/25550 19482/29671/25549</w:t>
        <w:br/>
        <w:t>f 19424/29617/25500 19484/29673/25551 19483/29674/25552</w:t>
        <w:br/>
        <w:t>f 19427/29614/25499 19424/29617/25500 19483/29674/25552</w:t>
        <w:br/>
        <w:t>f 19485/29675/25553 19429/29618/25501 19427/29614/25499</w:t>
        <w:br/>
        <w:t>f 19483/29674/25552 19485/29675/25553 19427/29614/25499</w:t>
        <w:br/>
        <w:t>f 19323/29512/25413 19320/29508/25409 19429/29618/25501</w:t>
        <w:br/>
        <w:t>f 19485/29675/25553 19323/29512/25413 19429/29618/25501</w:t>
        <w:br/>
        <w:t>f 19323/29512/25413 19485/29675/25553 19481/29672/25550</w:t>
        <w:br/>
        <w:t>f 19485/29675/25553 19486/29676/25554 19481/29672/25550</w:t>
        <w:br/>
        <w:t>f 19481/29672/25550 19486/29676/25554 19480/29670/25548</w:t>
        <w:br/>
        <w:t>f 19480/29670/25548 19486/29676/25554 19479/29669/25547</w:t>
        <w:br/>
        <w:t>f 19483/29674/25552 19484/29673/25551 19487/29677/25555</w:t>
        <w:br/>
        <w:t>f 19488/29678/25556 19483/29674/25552 19487/29677/25555</w:t>
        <w:br/>
        <w:t>f 19479/29669/25547 19486/29676/25554 19489/29679/25557</w:t>
        <w:br/>
        <w:t>f 19479/29669/25547 19489/29679/25557 19478/29668/25546</w:t>
        <w:br/>
        <w:t>f 19478/29668/25546 19489/29679/25557 19476/29666/25544</w:t>
        <w:br/>
        <w:t>f 19476/29666/25544 19489/29679/25557 19490/29680/25558</w:t>
        <w:br/>
        <w:t>f 19476/29666/25544 19490/29680/25558 19474/29664/25542</w:t>
        <w:br/>
        <w:t>f 19472/29662/25540 19474/29664/25542 19490/29680/25558</w:t>
        <w:br/>
        <w:t>f 19459/29648/25527 19492/29681/25559 19491/29682/25560</w:t>
        <w:br/>
        <w:t>f 19458/29649/25528 19459/29648/25527 19491/29682/25560</w:t>
        <w:br/>
        <w:t>f 19496/29683/25561 19495/29684/25562 19494/29685/25563</w:t>
        <w:br/>
        <w:t>f 19493/29686/25564 19496/29683/25561 19494/29685/25563</w:t>
        <w:br/>
        <w:t>f 19498/29687/25565 19497/29688/25566 19491/29682/25560</w:t>
        <w:br/>
        <w:t>f 19492/29681/25559 19498/29687/25565 19491/29682/25560</w:t>
        <w:br/>
        <w:t>f 19499/29689/25566 19470/29660/25538 19461/29651/25530</w:t>
        <w:br/>
        <w:t>f 19460/29650/25529 19499/29689/25566 19461/29651/25530</w:t>
        <w:br/>
        <w:t>f 19502/29690/25567 19501/29691/25568 19500/29692/25569</w:t>
        <w:br/>
        <w:t>f 19503/29693/25570 19502/29690/25567 19500/29692/25569</w:t>
        <w:br/>
        <w:t>f 19505/29694/25571 19504/29695/25572 19501/29691/25568</w:t>
        <w:br/>
        <w:t>f 19508/29696/25573 19507/29697/25574 19506/29698/25575</w:t>
        <w:br/>
        <w:t>f 19511/29699/25576 19510/29700/25577 19509/29701/25578</w:t>
        <w:br/>
        <w:t>f 19424/29617/25500 19423/29612/25497 19512/29702/25579</w:t>
        <w:br/>
        <w:t>f 19484/29673/25551 19424/29617/25500 19512/29702/25579</w:t>
        <w:br/>
        <w:t>f 19484/29673/25551 19512/29702/25579 19513/29703/25580</w:t>
        <w:br/>
        <w:t>f 19508/29696/25573 19484/29673/25551 19513/29703/25580</w:t>
        <w:br/>
        <w:t>f 19514/29704/25581 19508/29696/25573 19513/29703/25580</w:t>
        <w:br/>
        <w:t>f 19517/29705/25582 19516/29706/25583 19515/29707/25584</w:t>
        <w:br/>
        <w:t>f 19515/29707/25584 19516/29706/25583 19503/29693/25570</w:t>
        <w:br/>
        <w:t>f 19503/29693/25570 19516/29706/25583 19518/29708/25585</w:t>
        <w:br/>
        <w:t>f 19520/29709/25586 19519/29710/25587 19516/29706/25583</w:t>
        <w:br/>
        <w:t>f 19423/29612/25497 19521/29711/25588 19512/29702/25579</w:t>
        <w:br/>
        <w:t>f 19423/29612/25497 19302/29492/25393 19355/29545/25444</w:t>
        <w:br/>
        <w:t>f 19521/29711/25588 19423/29612/25497 19355/29545/25444</w:t>
        <w:br/>
        <w:t>f 19512/29702/25579 19521/29711/25588 19522/29712/25589</w:t>
        <w:br/>
        <w:t>f 19513/29703/25580 19512/29702/25579 19522/29712/25589</w:t>
        <w:br/>
        <w:t>f 19524/29713/25590 19523/29714/25591 19514/29704/25581</w:t>
        <w:br/>
        <w:t>f 19354/29544/25443 19296/29487/25388 19525/29715/25592</w:t>
        <w:br/>
        <w:t>f 19526/29716/25593 19354/29544/25443 19525/29715/25592</w:t>
        <w:br/>
        <w:t>f 19528/29717/25594 19526/29716/25593 19525/29715/25592</w:t>
        <w:br/>
        <w:t>f 19527/29718/25595 19528/29717/25594 19525/29715/25592</w:t>
        <w:br/>
        <w:t>f 19531/29719/25596 19527/29718/25595 19530/29720/25597</w:t>
        <w:br/>
        <w:t>f 19529/29721/25598 19531/29719/25596 19530/29720/25597</w:t>
        <w:br/>
        <w:t>f 19533/29722/25599 19532/29723/25600 19378/29569/25461</w:t>
        <w:br/>
        <w:t>f 19534/29724/25601 19532/29723/25600 19533/29722/25599</w:t>
        <w:br/>
        <w:t>f 19536/29725/25602 19535/29726/25603 19534/29724/25601</w:t>
        <w:br/>
        <w:t>f 19355/29545/25444 19378/29569/25461 19532/29723/25600</w:t>
        <w:br/>
        <w:t>f 19520/29709/25586 19517/29705/25582 19537/29727/25604</w:t>
        <w:br/>
        <w:t>f 19297/29486/25387 19538/29728/25605 19525/29715/25592</w:t>
        <w:br/>
        <w:t>f 19296/29487/25388 19297/29486/25387 19525/29715/25592</w:t>
        <w:br/>
        <w:t>f 19539/29729/25606 19520/29709/25586 19537/29727/25604</w:t>
        <w:br/>
        <w:t>f 19525/29715/25592 19538/29728/25605 19527/29718/25595</w:t>
        <w:br/>
        <w:t>f 19509/29701/25578 19510/29700/25577 19540/29730/25607</w:t>
        <w:br/>
        <w:t>f 19541/29731/25608 19392/29583/25470 19540/29730/25607</w:t>
        <w:br/>
        <w:t>f 19543/29732/25609 19542/29733/25610 19510/29700/25577</w:t>
        <w:br/>
        <w:t>f 19510/29700/25577 19542/29733/25610 19544/29734/25611</w:t>
        <w:br/>
        <w:t>f 19540/29730/25607 19510/29700/25577 19544/29734/25611</w:t>
        <w:br/>
        <w:t>f 19538/29728/25605 19352/29542/25442 19541/29731/25608</w:t>
        <w:br/>
        <w:t>f 19545/29735/25612 19538/29728/25605 19541/29731/25608</w:t>
        <w:br/>
        <w:t>f 19352/29542/25442 19353/29543/25390 19546/29736/25498</w:t>
        <w:br/>
        <w:t>f 19541/29731/25608 19352/29542/25442 19546/29736/25498</w:t>
        <w:br/>
        <w:t>f 19498/29687/25565 19492/29681/25559 19493/29686/25564</w:t>
        <w:br/>
        <w:t>f 19494/29685/25563 19498/29687/25565 19493/29686/25564</w:t>
        <w:br/>
        <w:t>f 19339/29526/25426 19548/29737/25613 19547/29738/25614</w:t>
        <w:br/>
        <w:t>f 19338/29527/25427 19339/29526/25426 19547/29738/25614</w:t>
        <w:br/>
        <w:t>f 19343/29533/25433 19549/29739/25615 19548/29737/25613</w:t>
        <w:br/>
        <w:t>f 19342/29530/25430 19343/29533/25433 19548/29737/25613</w:t>
        <w:br/>
        <w:t>f 19346/29535/25435 19347/29534/25434 19551/29740/25616</w:t>
        <w:br/>
        <w:t>f 19550/29741/25617 19346/29535/25435 19551/29740/25616</w:t>
        <w:br/>
        <w:t>f 19350/29539/25439 19351/29538/25438 19553/29742/25618</w:t>
        <w:br/>
        <w:t>f 19552/29743/25619 19350/29539/25439 19553/29742/25618</w:t>
        <w:br/>
        <w:t>f 19557/29744/25620 19556/29745/25621 19555/29746/25622</w:t>
        <w:br/>
        <w:t>f 19554/29747/25623 19557/29744/25620 19555/29746/25622</w:t>
        <w:br/>
        <w:t>f 19560/29748/25624 19559/29749/25625 19558/29750/25626</w:t>
        <w:br/>
        <w:t>f 19561/29751/25627 19560/29748/25624 19558/29750/25626</w:t>
        <w:br/>
        <w:t>f 19564/29752/25628 19563/29753/25622 19562/29754/25629</w:t>
        <w:br/>
        <w:t>f 19566/29755/25630 19565/29756/25631 19556/29745/25621</w:t>
        <w:br/>
        <w:t>f 19557/29744/25620 19566/29755/25630 19556/29745/25621</w:t>
        <w:br/>
        <w:t>f 19558/29750/25626 19559/29749/25625 19567/29757/25632</w:t>
        <w:br/>
        <w:t>f 19568/29758/25633 19558/29750/25626 19567/29757/25632</w:t>
        <w:br/>
        <w:t>f 19571/29759/25634 19570/29760/25635 19569/29761/25636</w:t>
        <w:br/>
        <w:t>f 19572/29762/25637 19571/29759/25634 19569/29761/25636</w:t>
        <w:br/>
        <w:t>f 19575/29763/25638 19574/29764/25635 19573/29765/25639</w:t>
        <w:br/>
        <w:t>f 19565/29756/25631 19566/29755/25630 19572/29762/25637</w:t>
        <w:br/>
        <w:t>f 19569/29761/25636 19565/29756/25631 19572/29762/25637</w:t>
        <w:br/>
        <w:t>f 19568/29758/25633 19567/29757/25632 19577/29766/25640</w:t>
        <w:br/>
        <w:t>f 19576/29767/25641 19568/29758/25633 19577/29766/25640</w:t>
        <w:br/>
        <w:t>f 19579/29768/25642 19578/29769/25643 19576/29767/25641</w:t>
        <w:br/>
        <w:t>f 19577/29766/25640 19579/29768/25642 19576/29767/25641</w:t>
        <w:br/>
        <w:t>f 19581/29770/25644 19580/29771/25645 19575/29763/25638</w:t>
        <w:br/>
        <w:t>f 19573/29765/25639 19581/29770/25644 19575/29763/25638</w:t>
        <w:br/>
        <w:t>f 19581/29770/25644 19564/29752/25628 19562/29754/25629</w:t>
        <w:br/>
        <w:t>f 19580/29771/25645 19581/29770/25644 19562/29754/25629</w:t>
        <w:br/>
        <w:t>f 19585/29772/25646 19584/29773/25647 19583/29774/25648</w:t>
        <w:br/>
        <w:t>f 19582/29775/25649 19585/29772/25646 19583/29774/25648</w:t>
        <w:br/>
        <w:t>f 19587/29776/25650 19586/29777/25646 19318/29510/25411</w:t>
        <w:br/>
        <w:t>f 19319/29509/25410 19587/29776/25650 19318/29510/25411</w:t>
        <w:br/>
        <w:t>f 19591/29778/25651 19590/29779/25652 19589/29780/25653</w:t>
        <w:br/>
        <w:t>f 19588/29781/25654 19591/29778/25651 19589/29780/25653</w:t>
        <w:br/>
        <w:t>f 19588/29781/25654 19589/29780/25653 19593/29782/25655</w:t>
        <w:br/>
        <w:t>f 19592/29783/25656 19588/29781/25654 19593/29782/25655</w:t>
        <w:br/>
        <w:t>f 19597/29784/25657 19596/29785/25651 19595/29786/25654</w:t>
        <w:br/>
        <w:t>f 19594/29787/25658 19597/29784/25657 19595/29786/25654</w:t>
        <w:br/>
        <w:t>f 19587/29776/25650 19319/29509/25410 19322/29513/25414</w:t>
        <w:br/>
        <w:t>f 19598/29788/25659 19587/29776/25650 19322/29513/25414</w:t>
        <w:br/>
        <w:t>f 19590/29779/25652 19600/29789/25660 19599/29790/25661</w:t>
        <w:br/>
        <w:t>f 19589/29780/25653 19590/29779/25652 19599/29790/25661</w:t>
        <w:br/>
        <w:t>f 19601/29791/25662 19593/29782/25655 19589/29780/25653</w:t>
        <w:br/>
        <w:t>f 19599/29790/25661 19601/29791/25662 19589/29780/25653</w:t>
        <w:br/>
        <w:t>f 19603/29792/25663 19597/29784/25657 19594/29787/25658</w:t>
        <w:br/>
        <w:t>f 19602/29793/25664 19603/29792/25663 19594/29787/25658</w:t>
        <w:br/>
        <w:t>f 19607/29794/25665 19606/29795/25666 19605/29796/25667</w:t>
        <w:br/>
        <w:t>f 19604/29797/25668 19607/29794/25665 19605/29796/25667</w:t>
        <w:br/>
        <w:t>f 19610/29798/25669 19609/29799/25670 19608/29800/25671</w:t>
        <w:br/>
        <w:t>f 19611/29801/25672 19610/29798/25669 19608/29800/25671</w:t>
        <w:br/>
        <w:t>f 19614/29802/25673 19613/29803/25674 19612/29804/25671</w:t>
        <w:br/>
        <w:t>f 19615/29805/25670 19614/29802/25673 19612/29804/25671</w:t>
        <w:br/>
        <w:t>f 19613/29803/25674 19334/29525/25425 19387/29577/25422</w:t>
        <w:br/>
        <w:t>f 19612/29804/25671 19613/29803/25674 19387/29577/25422</w:t>
        <w:br/>
        <w:t>f 19611/29801/25672 19608/29800/25671 19328/29521/25422</w:t>
        <w:br/>
        <w:t>f 19329/29520/25421 19611/29801/25672 19328/29521/25422</w:t>
        <w:br/>
        <w:t>f 19619/29806/25675 19618/29807/25676 19617/29808/25677</w:t>
        <w:br/>
        <w:t>f 19616/29809/25678 19619/29806/25675 19617/29808/25677</w:t>
        <w:br/>
        <w:t>f 19623/29810/25679 19622/29811/25680 19621/29812/25676</w:t>
        <w:br/>
        <w:t>f 19620/29813/25675 19623/29810/25679 19621/29812/25676</w:t>
        <w:br/>
        <w:t>f 19613/29803/25674 19614/29802/25673 19624/29814/25681</w:t>
        <w:br/>
        <w:t>f 19598/29788/25659 19613/29803/25674 19624/29814/25681</w:t>
        <w:br/>
        <w:t>f 19601/29791/25662 19599/29790/25661 19617/29808/25677</w:t>
        <w:br/>
        <w:t>f 19625/29815/25682 19601/29791/25662 19617/29808/25677</w:t>
        <w:br/>
        <w:t>f 19616/29809/25678 19617/29808/25677 19599/29790/25661</w:t>
        <w:br/>
        <w:t>f 19600/29789/25660 19616/29809/25678 19599/29790/25661</w:t>
        <w:br/>
        <w:t>f 19603/29792/25663 19602/29793/25664 19622/29811/25680</w:t>
        <w:br/>
        <w:t>f 19623/29810/25679 19603/29792/25663 19622/29811/25680</w:t>
        <w:br/>
        <w:t>f 19605/29796/25667 19606/29795/25666 19627/29816/25683</w:t>
        <w:br/>
        <w:t>f 19626/29817/25684 19605/29796/25667 19627/29816/25683</w:t>
        <w:br/>
        <w:t>f 19629/29818/25685 19628/29819/25686 19592/29783/25656</w:t>
        <w:br/>
        <w:t>f 19593/29782/25655 19629/29818/25685 19592/29783/25656</w:t>
        <w:br/>
        <w:t>f 19630/29820/25687 19629/29818/25685 19593/29782/25655</w:t>
        <w:br/>
        <w:t>f 19601/29791/25662 19630/29820/25687 19593/29782/25655</w:t>
        <w:br/>
        <w:t>f 19630/29820/25687 19601/29791/25662 19625/29815/25682</w:t>
        <w:br/>
        <w:t>f 19631/29821/25688 19630/29820/25687 19625/29815/25682</w:t>
        <w:br/>
        <w:t>f 19633/29822/25689 19632/29823/25690 19631/29821/25688</w:t>
        <w:br/>
        <w:t>f 19625/29815/25682 19633/29822/25689 19631/29821/25688</w:t>
        <w:br/>
        <w:t>f 19635/29824/25691 19634/29825/25692 19586/29777/25646</w:t>
        <w:br/>
        <w:t>f 19587/29776/25650 19635/29824/25691 19586/29777/25646</w:t>
        <w:br/>
        <w:t>f 19598/29788/25659 19624/29814/25681 19635/29824/25691</w:t>
        <w:br/>
        <w:t>f 19587/29776/25650 19598/29788/25659 19635/29824/25691</w:t>
        <w:br/>
        <w:t>f 19598/29788/25659 19322/29513/25414 19334/29525/25425</w:t>
        <w:br/>
        <w:t>f 19613/29803/25674 19598/29788/25659 19334/29525/25425</w:t>
        <w:br/>
        <w:t>f 19637/29826/25693 19636/29827/25694 19626/29817/25684</w:t>
        <w:br/>
        <w:t>f 19639/29828/25656 19638/29829/25695 19594/29787/25658</w:t>
        <w:br/>
        <w:t>f 19595/29786/25654 19639/29828/25656 19594/29787/25658</w:t>
        <w:br/>
        <w:t>f 19602/29793/25664 19594/29787/25658 19638/29829/25695</w:t>
        <w:br/>
        <w:t>f 19640/29830/25696 19602/29793/25664 19638/29829/25695</w:t>
        <w:br/>
        <w:t>f 19622/29811/25680 19636/29827/25694 19637/29826/25693</w:t>
        <w:br/>
        <w:t>f 19621/29812/25676 19622/29811/25680 19637/29826/25693</w:t>
        <w:br/>
        <w:t>f 19618/29807/25676 19633/29822/25689 19625/29815/25682</w:t>
        <w:br/>
        <w:t>f 19617/29808/25677 19618/29807/25676 19625/29815/25682</w:t>
        <w:br/>
        <w:t>f 19602/29793/25664 19640/29830/25696 19636/29827/25694</w:t>
        <w:br/>
        <w:t>f 19622/29811/25680 19602/29793/25664 19636/29827/25694</w:t>
        <w:br/>
        <w:t>f 19641/29831/25686 19607/29794/25665 19604/29797/25668</w:t>
        <w:br/>
        <w:t>f 19639/29828/25656 19641/29831/25686 19604/29797/25668</w:t>
        <w:br/>
        <w:t>f 19645/29832/25697 19644/29833/25698 19643/29834/25699</w:t>
        <w:br/>
        <w:t>f 19642/29835/25700 19645/29832/25697 19643/29834/25699</w:t>
        <w:br/>
        <w:t>f 19647/29836/25701 19646/29837/25697 19277/29470/25372</w:t>
        <w:br/>
        <w:t>f 19278/29469/25371 19647/29836/25701 19277/29470/25372</w:t>
        <w:br/>
        <w:t>f 19650/29838/25702 19649/29839/25703 19648/29840/25704</w:t>
        <w:br/>
        <w:t>f 19651/29841/25705 19650/29838/25702 19648/29840/25704</w:t>
        <w:br/>
        <w:t>f 19655/29842/25706 19654/29843/25707 19653/29844/25708</w:t>
        <w:br/>
        <w:t>f 19652/29845/25703 19655/29842/25706 19653/29844/25708</w:t>
        <w:br/>
        <w:t>f 19658/29846/25709 19657/29847/25710 19656/29848/25704</w:t>
        <w:br/>
        <w:t>f 19652/29845/25703 19658/29846/25709 19656/29848/25704</w:t>
        <w:br/>
        <w:t>f 19647/29836/25701 19278/29469/25371 19281/29472/25374</w:t>
        <w:br/>
        <w:t>f 19659/29849/25711 19647/29836/25701 19281/29472/25374</w:t>
        <w:br/>
        <w:t>f 19661/29850/25712 19650/29838/25702 19651/29841/25705</w:t>
        <w:br/>
        <w:t>f 19660/29851/25713 19661/29850/25712 19651/29841/25705</w:t>
        <w:br/>
        <w:t>f 19662/29852/25714 19653/29844/25708 19654/29843/25707</w:t>
        <w:br/>
        <w:t>f 19663/29853/25715 19662/29852/25714 19654/29843/25707</w:t>
        <w:br/>
        <w:t>f 19665/29854/25716 19657/29847/25710 19658/29846/25709</w:t>
        <w:br/>
        <w:t>f 19664/29855/25717 19665/29854/25716 19658/29846/25709</w:t>
        <w:br/>
        <w:t>f 19642/29835/25700 19666/29856/25718 19284/29474/25376</w:t>
        <w:br/>
        <w:t>f 19285/29473/25375 19642/29835/25700 19284/29474/25376</w:t>
        <w:br/>
        <w:t>f 19670/29857/25719 19669/29858/25720 19668/29859/25721</w:t>
        <w:br/>
        <w:t>f 19667/29860/25722 19670/29857/25719 19668/29859/25721</w:t>
        <w:br/>
        <w:t>f 19674/29861/25723 19673/29862/25724 19672/29863/25721</w:t>
        <w:br/>
        <w:t>f 19671/29864/25720 19674/29861/25723 19672/29863/25721</w:t>
        <w:br/>
        <w:t>f 19673/29862/25724 19293/29484/25385 19356/29547/25381</w:t>
        <w:br/>
        <w:t>f 19672/29863/25721 19673/29862/25724 19356/29547/25381</w:t>
        <w:br/>
        <w:t>f 19668/29859/25721 19287/29479/25381 19288/29478/25380</w:t>
        <w:br/>
        <w:t>f 19667/29860/25722 19668/29859/25721 19288/29478/25380</w:t>
        <w:br/>
        <w:t>f 19678/29865/25725 19677/29866/25726 19676/29867/25727</w:t>
        <w:br/>
        <w:t>f 19675/29868/25728 19678/29865/25725 19676/29867/25727</w:t>
        <w:br/>
        <w:t>f 19682/29869/25726 19681/29870/25725 19680/29871/25729</w:t>
        <w:br/>
        <w:t>f 19679/29872/25730 19682/29869/25726 19680/29871/25729</w:t>
        <w:br/>
        <w:t>f 19684/29873/25731 19682/29869/25726 19679/29872/25730</w:t>
        <w:br/>
        <w:t>f 19683/29874/25732 19684/29873/25731 19679/29872/25730</w:t>
        <w:br/>
        <w:t>f 19687/29875/25733 19677/29866/25726 19686/29876/25731</w:t>
        <w:br/>
        <w:t>f 19685/29877/25734 19687/29875/25733 19686/29876/25731</w:t>
        <w:br/>
        <w:t>f 19673/29862/25724 19674/29861/25723 19688/29878/25735</w:t>
        <w:br/>
        <w:t>f 19659/29849/25711 19673/29862/25724 19688/29878/25735</w:t>
        <w:br/>
        <w:t>f 19661/29850/25712 19660/29851/25713 19683/29874/25732</w:t>
        <w:br/>
        <w:t>f 19679/29872/25730 19661/29850/25712 19683/29874/25732</w:t>
        <w:br/>
        <w:t>f 19662/29852/25714 19663/29853/25715 19675/29868/25728</w:t>
        <w:br/>
        <w:t>f 19676/29867/25727 19662/29852/25714 19675/29868/25728</w:t>
        <w:br/>
        <w:t>f 19665/29854/25716 19664/29855/25717 19687/29875/25733</w:t>
        <w:br/>
        <w:t>f 19685/29877/25734 19665/29854/25716 19687/29875/25733</w:t>
        <w:br/>
        <w:t>f 19666/29856/25718 19667/29860/25722 19288/29478/25380</w:t>
        <w:br/>
        <w:t>f 19284/29474/25376 19666/29856/25718 19288/29478/25380</w:t>
        <w:br/>
        <w:t>f 19691/29879/25736 19690/29880/25737 19689/29881/25738</w:t>
        <w:br/>
        <w:t>f 19669/29858/25720 19691/29879/25736 19689/29881/25738</w:t>
        <w:br/>
        <w:t>f 19671/29864/25720 19693/29882/25739 19692/29883/25740</w:t>
        <w:br/>
        <w:t>f 19674/29861/25723 19671/29864/25720 19692/29883/25740</w:t>
        <w:br/>
        <w:t>f 19690/29880/25737 19691/29879/25736 19695/29884/25741</w:t>
        <w:br/>
        <w:t>f 19694/29885/25742 19690/29880/25737 19695/29884/25741</w:t>
        <w:br/>
        <w:t>f 19688/29878/25735 19698/29886/25743 19697/29887/25744</w:t>
        <w:br/>
        <w:t>f 19696/29888/25745 19688/29878/25735 19697/29887/25744</w:t>
        <w:br/>
        <w:t>f 19650/29838/25702 19661/29850/25712 19700/29889/25746</w:t>
        <w:br/>
        <w:t>f 19699/29890/25747 19650/29838/25702 19700/29889/25746</w:t>
        <w:br/>
        <w:t>f 19679/29872/25730 19680/29871/25729 19700/29889/25746</w:t>
        <w:br/>
        <w:t>f 19661/29850/25712 19679/29872/25730 19700/29889/25746</w:t>
        <w:br/>
        <w:t>f 19649/29839/25703 19650/29838/25702 19699/29890/25747</w:t>
        <w:br/>
        <w:t>f 19701/29891/25706 19649/29839/25703 19699/29890/25747</w:t>
        <w:br/>
        <w:t>f 19696/29888/25745 19702/29892/25698 19646/29837/25697</w:t>
        <w:br/>
        <w:t>f 19647/29836/25701 19696/29888/25745 19646/29837/25697</w:t>
        <w:br/>
        <w:t>f 19688/29878/25735 19696/29888/25745 19647/29836/25701</w:t>
        <w:br/>
        <w:t>f 19659/29849/25711 19688/29878/25735 19647/29836/25701</w:t>
        <w:br/>
        <w:t>f 19666/29856/25718 19642/29835/25700 19643/29834/25699</w:t>
        <w:br/>
        <w:t>f 19703/29893/25748 19666/29856/25718 19643/29834/25699</w:t>
        <w:br/>
        <w:t>f 19666/29856/25718 19703/29893/25748 19670/29857/25719</w:t>
        <w:br/>
        <w:t>f 19667/29860/25722 19666/29856/25718 19670/29857/25719</w:t>
        <w:br/>
        <w:t>f 19702/29892/25698 19696/29888/25745 19697/29887/25744</w:t>
        <w:br/>
        <w:t>f 19704/29894/25749 19702/29892/25698 19697/29887/25744</w:t>
        <w:br/>
        <w:t>f 19708/29895/25750 19707/29896/25751 19706/29897/25752</w:t>
        <w:br/>
        <w:t>f 19705/29898/25753 19708/29895/25750 19706/29897/25752</w:t>
        <w:br/>
        <w:t>f 19360/29549/25446 19361/29548/25445 19710/29899/25754</w:t>
        <w:br/>
        <w:t>f 19709/29900/25750 19360/29549/25446 19710/29899/25754</w:t>
        <w:br/>
        <w:t>f 19714/29901/25755 19713/29902/25756 19712/29903/25757</w:t>
        <w:br/>
        <w:t>f 19711/29904/25758 19714/29901/25755 19712/29903/25757</w:t>
        <w:br/>
        <w:t>f 19718/29905/25759 19717/29906/25760 19716/29907/25761</w:t>
        <w:br/>
        <w:t>f 19715/29908/25762 19718/29905/25759 19716/29907/25761</w:t>
        <w:br/>
        <w:t>f 19722/29909/25763 19721/29910/25764 19720/29911/25761</w:t>
        <w:br/>
        <w:t>f 19719/29912/25765 19722/29909/25763 19720/29911/25761</w:t>
        <w:br/>
        <w:t>f 19725/29913/25766 19707/29896/25751 19724/29914/25758</w:t>
        <w:br/>
        <w:t>f 19723/29915/25767 19725/29913/25766 19724/29914/25758</w:t>
        <w:br/>
        <w:t>f 19361/29548/25445 19363/29552/25449 19726/29916/25768</w:t>
        <w:br/>
        <w:t>f 19710/29899/25754 19361/29548/25445 19726/29916/25768</w:t>
        <w:br/>
        <w:t>f 19712/29903/25757 19713/29902/25756 19728/29917/25769</w:t>
        <w:br/>
        <w:t>f 19727/29918/25770 19712/29903/25757 19728/29917/25769</w:t>
        <w:br/>
        <w:t>f 19718/29905/25759 19730/29919/25771 19729/29920/25772</w:t>
        <w:br/>
        <w:t>f 19717/29906/25760 19718/29905/25759 19729/29920/25772</w:t>
        <w:br/>
        <w:t>f 19732/29921/25773 19722/29909/25763 19719/29912/25765</w:t>
        <w:br/>
        <w:t>f 19731/29922/25774 19732/29921/25773 19719/29912/25765</w:t>
        <w:br/>
        <w:t>f 19723/29915/25767 19734/29923/25775 19733/29924/25776</w:t>
        <w:br/>
        <w:t>f 19725/29913/25766 19723/29915/25767 19733/29924/25776</w:t>
        <w:br/>
        <w:t>f 19735/29925/25777 19366/29554/25451 19367/29557/25454</w:t>
        <w:br/>
        <w:t>f 19705/29898/25753 19735/29925/25777 19367/29557/25454</w:t>
        <w:br/>
        <w:t>f 19706/29897/25752 19736/29926/25778 19735/29925/25777</w:t>
        <w:br/>
        <w:t>f 19705/29898/25753 19706/29897/25752 19735/29925/25777</w:t>
        <w:br/>
        <w:t>f 19739/29927/25779 19738/29928/25780 19737/29929/25781</w:t>
        <w:br/>
        <w:t>f 19740/29930/25782 19739/29927/25779 19737/29929/25781</w:t>
        <w:br/>
        <w:t>f 19744/29931/25783 19743/29932/25784 19742/29933/25785</w:t>
        <w:br/>
        <w:t>f 19741/29934/25786 19744/29931/25783 19742/29933/25785</w:t>
        <w:br/>
        <w:t>f 19747/29935/25787 19746/29936/25788 19745/29937/25785</w:t>
        <w:br/>
        <w:t>f 19748/29938/25784 19747/29935/25787 19745/29937/25785</w:t>
        <w:br/>
        <w:t>f 19745/29937/25785 19746/29936/25788 19370/29558/25455</w:t>
        <w:br/>
        <w:t>f 19371/29561/25458 19745/29937/25785 19370/29558/25455</w:t>
        <w:br/>
        <w:t>f 19741/29934/25786 19742/29933/25785 19374/29563/25458</w:t>
        <w:br/>
        <w:t>f 19375/29562/25459 19741/29934/25786 19374/29563/25458</w:t>
        <w:br/>
        <w:t>f 19752/29939/25789 19751/29940/25790 19750/29941/25791</w:t>
        <w:br/>
        <w:t>f 19749/29942/25792 19752/29939/25789 19750/29941/25791</w:t>
        <w:br/>
        <w:t>f 19756/29943/25791 19755/29944/25790 19754/29945/25793</w:t>
        <w:br/>
        <w:t>f 19753/29946/25794 19756/29943/25791 19754/29945/25793</w:t>
        <w:br/>
        <w:t>f 19747/29935/25787 19748/29938/25784 19757/29947/25795</w:t>
        <w:br/>
        <w:t>f 19758/29948/25796 19747/29935/25787 19757/29947/25795</w:t>
        <w:br/>
        <w:t>f 19761/29949/25797 19760/29950/25798 19759/29951/25799</w:t>
        <w:br/>
        <w:t>f 19743/29932/25784 19761/29949/25797 19759/29951/25799</w:t>
        <w:br/>
        <w:t>f 19746/29936/25788 19747/29935/25787 19728/29917/25769</w:t>
        <w:br/>
        <w:t>f 19726/29916/25768 19746/29936/25788 19728/29917/25769</w:t>
        <w:br/>
        <w:t>f 19754/29945/25793 19729/29920/25772 19730/29919/25771</w:t>
        <w:br/>
        <w:t>f 19753/29946/25794 19754/29945/25793 19730/29919/25771</w:t>
        <w:br/>
        <w:t>f 19747/29935/25787 19758/29948/25796 19727/29918/25770</w:t>
        <w:br/>
        <w:t>f 19728/29917/25769 19747/29935/25787 19727/29918/25770</w:t>
        <w:br/>
        <w:t>f 19731/29922/25774 19752/29939/25789 19749/29942/25792</w:t>
        <w:br/>
        <w:t>f 19732/29921/25773 19731/29922/25774 19749/29942/25792</w:t>
        <w:br/>
        <w:t>f 19733/29924/25776 19734/29923/25775 19760/29950/25798</w:t>
        <w:br/>
        <w:t>f 19761/29949/25797 19733/29924/25776 19760/29950/25798</w:t>
        <w:br/>
        <w:t>f 19744/29931/25783 19741/29934/25786 19735/29925/25777</w:t>
        <w:br/>
        <w:t>f 19736/29926/25778 19744/29931/25783 19735/29925/25777</w:t>
        <w:br/>
        <w:t>f 19375/29562/25459 19366/29554/25451 19735/29925/25777</w:t>
        <w:br/>
        <w:t>f 19741/29934/25786 19375/29562/25459 19735/29925/25777</w:t>
        <w:br/>
        <w:t>f 19763/29952/25800 19762/29953/25801 19739/29927/25779</w:t>
        <w:br/>
        <w:t>f 19740/29930/25782 19763/29952/25800 19739/29927/25779</w:t>
        <w:br/>
        <w:t>f 19716/29907/25761 19717/29906/25760 19765/29954/25802</w:t>
        <w:br/>
        <w:t>f 19764/29955/25803 19716/29907/25761 19765/29954/25802</w:t>
        <w:br/>
        <w:t>f 19766/29956/25804 19765/29954/25802 19717/29906/25760</w:t>
        <w:br/>
        <w:t>f 19729/29920/25772 19766/29956/25804 19717/29906/25760</w:t>
        <w:br/>
        <w:t>f 19767/29957/25805 19766/29956/25804 19729/29920/25772</w:t>
        <w:br/>
        <w:t>f 19754/29945/25793 19767/29957/25805 19729/29920/25772</w:t>
        <w:br/>
        <w:t>f 19755/29944/25790 19768/29958/25806 19767/29957/25805</w:t>
        <w:br/>
        <w:t>f 19754/29945/25793 19755/29944/25790 19767/29957/25805</w:t>
        <w:br/>
        <w:t>f 19708/29895/25750 19705/29898/25753 19367/29557/25454</w:t>
        <w:br/>
        <w:t>f 19377/29567/25446 19708/29895/25750 19367/29557/25454</w:t>
        <w:br/>
        <w:t>f 19713/29902/25756 19714/29901/25755 19709/29900/25750</w:t>
        <w:br/>
        <w:t>f 19710/29899/25754 19713/29902/25756 19709/29900/25750</w:t>
        <w:br/>
        <w:t>f 19710/29899/25754 19726/29916/25768 19728/29917/25769</w:t>
        <w:br/>
        <w:t>f 19713/29902/25756 19710/29899/25754 19728/29917/25769</w:t>
        <w:br/>
        <w:t>f 19726/29916/25768 19363/29552/25449 19370/29558/25455</w:t>
        <w:br/>
        <w:t>f 19746/29936/25788 19726/29916/25768 19370/29558/25455</w:t>
        <w:br/>
        <w:t>f 19762/29953/25801 19763/29952/25800 19769/29959/25807</w:t>
        <w:br/>
        <w:t>f 19751/29940/25790 19762/29953/25801 19769/29959/25807</w:t>
        <w:br/>
        <w:t>f 19770/29960/25803 19737/29929/25781 19738/29928/25780</w:t>
        <w:br/>
        <w:t>f 19720/29911/25761 19770/29960/25803 19738/29928/25780</w:t>
        <w:br/>
        <w:t>f 19774/29961/25614 19773/29962/25808 19772/29963/25809</w:t>
        <w:br/>
        <w:t>f 19771/29964/25810 19774/29961/25614 19772/29963/25809</w:t>
        <w:br/>
        <w:t>f 19778/29965/25811 19777/29966/25812 19776/29967/25813</w:t>
        <w:br/>
        <w:t>f 19775/29968/25814 19778/29965/25811 19776/29967/25813</w:t>
        <w:br/>
        <w:t>f 19782/29969/25815 19781/29970/25816 19780/29971/25817</w:t>
        <w:br/>
        <w:t>f 19779/29972/25818 19782/29969/25815 19780/29971/25817</w:t>
        <w:br/>
        <w:t>f 19785/29973/25819 19784/29974/25820 19783/29975/25821</w:t>
        <w:br/>
        <w:t>f 19786/29976/25822 19785/29973/25819 19783/29975/25821</w:t>
        <w:br/>
        <w:t>f 19788/29977/25823 19787/29978/25824 19776/29967/25813</w:t>
        <w:br/>
        <w:t>f 19777/29966/25812 19788/29977/25823 19776/29967/25813</w:t>
        <w:br/>
        <w:t>f 19779/29972/25818 19780/29971/25817 19789/29979/25825</w:t>
        <w:br/>
        <w:t>f 19790/29980/25826 19779/29972/25818 19789/29979/25825</w:t>
        <w:br/>
        <w:t>f 19793/29981/25827 19792/29982/25828 19791/29983/25829</w:t>
        <w:br/>
        <w:t>f 19794/29984/25830 19793/29981/25827 19791/29983/25829</w:t>
        <w:br/>
        <w:t>f 19797/29985/25831 19796/29986/25832 19795/29987/25833</w:t>
        <w:br/>
        <w:t>f 19552/29743/25619 19797/29985/25831 19795/29987/25833</w:t>
        <w:br/>
        <w:t>f 19799/29988/25834 19550/29741/25617 19551/29740/25616</w:t>
        <w:br/>
        <w:t>f 19798/29989/25835 19799/29988/25834 19551/29740/25616</w:t>
        <w:br/>
        <w:t>f 19802/29990/25836 19801/29991/25837 19800/29992/25838</w:t>
        <w:br/>
        <w:t>f 19803/29993/25839 19802/29990/25836 19800/29992/25838</w:t>
        <w:br/>
        <w:t>f 19807/29994/25840 19806/29995/25837 19805/29996/25841</w:t>
        <w:br/>
        <w:t>f 19804/29997/25842 19807/29994/25840 19805/29996/25841</w:t>
        <w:br/>
        <w:t>f 19798/29989/25835 19809/29998/25843 19808/29999/25844</w:t>
        <w:br/>
        <w:t>f 19799/29988/25834 19798/29989/25835 19808/29999/25844</w:t>
        <w:br/>
        <w:t>f 19812/30000/25845 19811/30001/25846 19810/30002/25843</w:t>
        <w:br/>
        <w:t>f 19796/29986/25832 19812/30000/25845 19810/30002/25843</w:t>
        <w:br/>
        <w:t>f 19550/29741/25617 19799/29988/25834 19785/29973/25819</w:t>
        <w:br/>
        <w:t>f 19549/29739/25615 19550/29741/25617 19785/29973/25819</w:t>
        <w:br/>
        <w:t>f 19787/29978/25824 19788/29977/25823 19804/29997/25842</w:t>
        <w:br/>
        <w:t>f 19805/29996/25841 19787/29978/25824 19804/29997/25842</w:t>
        <w:br/>
        <w:t>f 19790/29980/25826 19789/29979/25825 19802/29990/25836</w:t>
        <w:br/>
        <w:t>f 19803/29993/25839 19790/29980/25826 19802/29990/25836</w:t>
        <w:br/>
        <w:t>f 19814/30003/25847 19813/30004/25848 19811/30001/25846</w:t>
        <w:br/>
        <w:t>f 19812/30000/25845 19814/30003/25847 19811/30001/25846</w:t>
        <w:br/>
        <w:t>f 19816/30005/25849 19815/30006/25850 19793/29981/25827</w:t>
        <w:br/>
        <w:t>f 19794/29984/25830 19816/30005/25849 19793/29981/25827</w:t>
        <w:br/>
        <w:t>f 19818/30007/25851 19817/30008/25852 19775/29968/25814</w:t>
        <w:br/>
        <w:t>f 19776/29967/25813 19818/30007/25851 19775/29968/25814</w:t>
        <w:br/>
        <w:t>f 19819/30009/25853 19818/30007/25851 19776/29967/25813</w:t>
        <w:br/>
        <w:t>f 19787/29978/25824 19819/30009/25853 19776/29967/25813</w:t>
        <w:br/>
        <w:t>f 19787/29978/25824 19805/29996/25841 19820/30010/25854</w:t>
        <w:br/>
        <w:t>f 19819/30009/25853 19787/29978/25824 19820/30010/25854</w:t>
        <w:br/>
        <w:t>f 19784/29974/25820 19785/29973/25819 19799/29988/25834</w:t>
        <w:br/>
        <w:t>f 19808/29999/25844 19784/29974/25820 19799/29988/25834</w:t>
        <w:br/>
        <w:t>f 19822/30011/25855 19813/30004/25848 19814/30003/25847</w:t>
        <w:br/>
        <w:t>f 19821/30012/25856 19822/30011/25855 19814/30003/25847</w:t>
        <w:br/>
        <w:t>f 19821/30012/25856 19773/29962/25808 19823/30013/25857</w:t>
        <w:br/>
        <w:t>f 19822/30011/25855 19821/30012/25856 19823/30013/25857</w:t>
        <w:br/>
        <w:t>f 19783/29975/25821 19825/30014/25857 19824/30015/25858</w:t>
        <w:br/>
        <w:t>f 19786/29976/25822 19783/29975/25821 19824/30015/25858</w:t>
        <w:br/>
        <w:t>f 19820/30010/25854 19805/29996/25841 19806/29995/25837</w:t>
        <w:br/>
        <w:t>f 19826/30016/25859 19820/30010/25854 19806/29995/25837</w:t>
        <w:br/>
        <w:t>f 19786/29976/25822 19824/30015/25858 19547/29738/25614</w:t>
        <w:br/>
        <w:t>f 19548/29737/25613 19786/29976/25822 19547/29738/25614</w:t>
        <w:br/>
        <w:t>f 19549/29739/25615 19785/29973/25819 19786/29976/25822</w:t>
        <w:br/>
        <w:t>f 19548/29737/25613 19549/29739/25615 19786/29976/25822</w:t>
        <w:br/>
        <w:t>f 19815/30006/25850 19816/30005/25849 19827/30017/25860</w:t>
        <w:br/>
        <w:t>f 19801/29991/25837 19815/30006/25850 19827/30017/25860</w:t>
        <w:br/>
        <w:t>f 19828/30018/25852 19791/29983/25829 19792/29982/25828</w:t>
        <w:br/>
        <w:t>f 19781/29970/25816 19828/30018/25852 19792/29982/25828</w:t>
        <w:br/>
        <w:t>f 19582/29775/25649 19829/30019/25861 19325/29516/25417</w:t>
        <w:br/>
        <w:t>f 19326/29515/25416 19582/29775/25649 19325/29516/25417</w:t>
        <w:br/>
        <w:t>f 19829/30019/25861 19611/29801/25672 19329/29520/25421</w:t>
        <w:br/>
        <w:t>f 19325/29516/25417 19829/30019/25861 19329/29520/25421</w:t>
        <w:br/>
        <w:t>f 19585/29772/25646 19582/29775/25649 19326/29515/25416</w:t>
        <w:br/>
        <w:t>f 19332/29523/25423 19585/29772/25646 19326/29515/25416</w:t>
        <w:br/>
        <w:t>f 19642/29835/25700 19285/29473/25375 19291/29482/25372</w:t>
        <w:br/>
        <w:t>f 19645/29832/25697 19642/29835/25700 19291/29482/25372</w:t>
        <w:br/>
        <w:t>f 19659/29849/25711 19281/29472/25374 19293/29484/25385</w:t>
        <w:br/>
        <w:t>f 19673/29862/25724 19659/29849/25711 19293/29484/25385</w:t>
        <w:br/>
        <w:t>f 19833/30020/25862 19832/30021/25863 19831/30022/25864</w:t>
        <w:br/>
        <w:t>f 19830/30023/25865 19833/30020/25862 19831/30022/25864</w:t>
        <w:br/>
        <w:t>f 19830/30023/25865 19644/29833/25698 19834/30024/25749</w:t>
        <w:br/>
        <w:t>f 19833/30020/25862 19830/30023/25865 19834/30024/25749</w:t>
        <w:br/>
        <w:t>f 19674/29861/25723 19692/29883/25740 19698/29886/25743</w:t>
        <w:br/>
        <w:t>f 19688/29878/25735 19674/29861/25723 19698/29886/25743</w:t>
        <w:br/>
        <w:t>f 19829/30019/25861 19835/30025/25866 19610/29798/25669</w:t>
        <w:br/>
        <w:t>f 19611/29801/25672 19829/30019/25861 19610/29798/25669</w:t>
        <w:br/>
        <w:t>f 19583/29774/25648 19835/30025/25866 19829/30019/25861</w:t>
        <w:br/>
        <w:t>f 19582/29775/25649 19583/29774/25648 19829/30019/25861</w:t>
        <w:br/>
        <w:t>f 19836/30026/25867 19797/29985/25831 19552/29743/25619</w:t>
        <w:br/>
        <w:t>f 19553/29742/25618 19836/30026/25867 19552/29743/25619</w:t>
        <w:br/>
        <w:t>f 19553/29742/25618 19771/29964/25810 19772/29963/25809</w:t>
        <w:br/>
        <w:t>f 19836/30026/25867 19553/29742/25618 19772/29963/25809</w:t>
        <w:br/>
        <w:t>f 19583/29774/25648 19584/29773/25647 19837/30027/25868</w:t>
        <w:br/>
        <w:t>f 19835/30025/25866 19583/29774/25648 19837/30027/25868</w:t>
        <w:br/>
        <w:t>f 19838/30028/25869 19835/30025/25866 19837/30027/25868</w:t>
        <w:br/>
        <w:t>f 19839/30029/25870 19610/29798/25669 19835/30025/25866</w:t>
        <w:br/>
        <w:t>f 19838/30028/25869 19839/30029/25870 19835/30025/25866</w:t>
        <w:br/>
        <w:t>f 19610/29798/25669 19839/30029/25870 19609/29799/25670</w:t>
        <w:br/>
        <w:t>f 19638/29829/25695 19639/29828/25656 19604/29797/25668</w:t>
        <w:br/>
        <w:t>f 19640/29830/25696 19638/29829/25695 19604/29797/25668</w:t>
        <w:br/>
        <w:t>f 19605/29796/25667 19640/29830/25696 19604/29797/25668</w:t>
        <w:br/>
        <w:t>f 19626/29817/25684 19636/29827/25694 19640/29830/25696</w:t>
        <w:br/>
        <w:t>f 19605/29796/25667 19626/29817/25684 19640/29830/25696</w:t>
        <w:br/>
        <w:t>f 19643/29834/25699 19644/29833/25698 19830/30023/25865</w:t>
        <w:br/>
        <w:t>f 19830/30023/25865 19831/30022/25864 19703/29893/25748</w:t>
        <w:br/>
        <w:t>f 19643/29834/25699 19830/30023/25865 19703/29893/25748</w:t>
        <w:br/>
        <w:t>f 19691/29879/25736 19670/29857/25719 19703/29893/25748</w:t>
        <w:br/>
        <w:t>f 19695/29884/25741 19691/29879/25736 19703/29893/25748</w:t>
        <w:br/>
        <w:t>f 19670/29857/25719 19691/29879/25736 19669/29858/25720</w:t>
        <w:br/>
        <w:t>f 19658/29846/25709 19652/29845/25703 19653/29844/25708</w:t>
        <w:br/>
        <w:t>f 19664/29855/25717 19658/29846/25709 19653/29844/25708</w:t>
        <w:br/>
        <w:t>f 19662/29852/25714 19664/29855/25717 19653/29844/25708</w:t>
        <w:br/>
        <w:t>f 19676/29867/25727 19687/29875/25733 19664/29855/25717</w:t>
        <w:br/>
        <w:t>f 19662/29852/25714 19676/29867/25727 19664/29855/25717</w:t>
        <w:br/>
        <w:t>f 19676/29867/25727 19677/29866/25726 19687/29875/25733</w:t>
        <w:br/>
        <w:t>f 19706/29897/25752 19707/29896/25751 19725/29913/25766</w:t>
        <w:br/>
        <w:t>f 19736/29926/25778 19706/29897/25752 19725/29913/25766</w:t>
        <w:br/>
        <w:t>f 19733/29924/25776 19736/29926/25778 19725/29913/25766</w:t>
        <w:br/>
        <w:t>f 19761/29949/25797 19744/29931/25783 19736/29926/25778</w:t>
        <w:br/>
        <w:t>f 19733/29924/25776 19761/29949/25797 19736/29926/25778</w:t>
        <w:br/>
        <w:t>f 19744/29931/25783 19761/29949/25797 19743/29932/25784</w:t>
        <w:br/>
        <w:t>f 19719/29912/25765 19720/29911/25761 19738/29928/25780</w:t>
        <w:br/>
        <w:t>f 19731/29922/25774 19719/29912/25765 19738/29928/25780</w:t>
        <w:br/>
        <w:t>f 19739/29927/25779 19731/29922/25774 19738/29928/25780</w:t>
        <w:br/>
        <w:t>f 19762/29953/25801 19752/29939/25789 19731/29922/25774</w:t>
        <w:br/>
        <w:t>f 19739/29927/25779 19762/29953/25801 19731/29922/25774</w:t>
        <w:br/>
        <w:t>f 19752/29939/25789 19762/29953/25801 19751/29940/25790</w:t>
        <w:br/>
        <w:t>f 19772/29963/25809 19773/29962/25808 19821/30012/25856</w:t>
        <w:br/>
        <w:t>f 19836/30026/25867 19772/29963/25809 19821/30012/25856</w:t>
        <w:br/>
        <w:t>f 19814/30003/25847 19836/30026/25867 19821/30012/25856</w:t>
        <w:br/>
        <w:t>f 19797/29985/25831 19836/30026/25867 19814/30003/25847</w:t>
        <w:br/>
        <w:t>f 19812/30000/25845 19797/29985/25831 19814/30003/25847</w:t>
        <w:br/>
        <w:t>f 19797/29985/25831 19812/30000/25845 19796/29986/25832</w:t>
        <w:br/>
        <w:t>f 19780/29971/25817 19781/29970/25816 19792/29982/25828</w:t>
        <w:br/>
        <w:t>f 19789/29979/25825 19780/29971/25817 19792/29982/25828</w:t>
        <w:br/>
        <w:t>f 19793/29981/25827 19789/29979/25825 19792/29982/25828</w:t>
        <w:br/>
        <w:t>f 19815/30006/25850 19802/29990/25836 19789/29979/25825</w:t>
        <w:br/>
        <w:t>f 19793/29981/25827 19815/30006/25850 19789/29979/25825</w:t>
        <w:br/>
        <w:t>f 19802/29990/25836 19815/30006/25850 19801/29991/25837</w:t>
        <w:br/>
        <w:t>f 19841/30030/25871 19840/30031/25872 19573/29765/25639</w:t>
        <w:br/>
        <w:t>f 19574/29764/25635 19841/30030/25871 19573/29765/25639</w:t>
        <w:br/>
        <w:t>f 19842/30032/25873 19581/29770/25644 19573/29765/25639</w:t>
        <w:br/>
        <w:t>f 19840/30031/25872 19842/30032/25873 19573/29765/25639</w:t>
        <w:br/>
        <w:t>f 19842/30032/25873 19843/30033/25874 19564/29752/25628</w:t>
        <w:br/>
        <w:t>f 19581/29770/25644 19842/30032/25873 19564/29752/25628</w:t>
        <w:br/>
        <w:t>f 19844/30034/25875 19563/29753/25622 19564/29752/25628</w:t>
        <w:br/>
        <w:t>f 19843/30033/25874 19844/30034/25875 19564/29752/25628</w:t>
        <w:br/>
        <w:t>f 19848/30035/25876 19847/30036/25877 19846/30037/25878</w:t>
        <w:br/>
        <w:t>f 19845/30038/25879 19848/30035/25876 19846/30037/25878</w:t>
        <w:br/>
        <w:t>f 19850/30039/25880 19849/30040/25881 19847/30036/25877</w:t>
        <w:br/>
        <w:t>f 19848/30035/25876 19850/30039/25880 19847/30036/25877</w:t>
        <w:br/>
        <w:t>f 19850/30039/25880 19852/30041/25882 19851/30042/25883</w:t>
        <w:br/>
        <w:t>f 19849/30040/25881 19850/30039/25880 19851/30042/25883</w:t>
        <w:br/>
        <w:t>f 19851/30042/25883 19852/30041/25882 19854/30043/25643</w:t>
        <w:br/>
        <w:t>f 19853/30044/25884 19851/30042/25883 19854/30043/25643</w:t>
        <w:br/>
        <w:t>f 19837/30027/25868 19584/29773/25647 19596/29785/25651</w:t>
        <w:br/>
        <w:t>f 19597/29784/25657 19837/30027/25868 19596/29785/25651</w:t>
        <w:br/>
        <w:t>f 19590/29779/25652 19591/29778/25651 19634/29825/25692</w:t>
        <w:br/>
        <w:t>f 19635/29824/25691 19590/29779/25652 19634/29825/25692</w:t>
        <w:br/>
        <w:t>f 19600/29789/25660 19590/29779/25652 19635/29824/25691</w:t>
        <w:br/>
        <w:t>f 19624/29814/25681 19600/29789/25660 19635/29824/25691</w:t>
        <w:br/>
        <w:t>f 19614/29802/25673 19616/29809/25678 19600/29789/25660</w:t>
        <w:br/>
        <w:t>f 19624/29814/25681 19614/29802/25673 19600/29789/25660</w:t>
        <w:br/>
        <w:t>f 19615/29805/25670 19619/29806/25675 19616/29809/25678</w:t>
        <w:br/>
        <w:t>f 19614/29802/25673 19615/29805/25670 19616/29809/25678</w:t>
        <w:br/>
        <w:t>f 19839/30029/25870 19623/29810/25679 19620/29813/25675</w:t>
        <w:br/>
        <w:t>f 19609/29799/25670 19839/30029/25870 19620/29813/25675</w:t>
        <w:br/>
        <w:t>f 19838/30028/25869 19603/29792/25663 19623/29810/25679</w:t>
        <w:br/>
        <w:t>f 19839/30029/25870 19838/30028/25869 19623/29810/25679</w:t>
        <w:br/>
        <w:t>f 19597/29784/25657 19603/29792/25663 19838/30028/25869</w:t>
        <w:br/>
        <w:t>f 19837/30027/25868 19597/29784/25657 19838/30028/25869</w:t>
        <w:br/>
        <w:t>f 19694/29885/25742 19833/30020/25862 19657/29847/25710</w:t>
        <w:br/>
        <w:t>f 19665/29854/25716 19694/29885/25742 19657/29847/25710</w:t>
        <w:br/>
        <w:t>f 19694/29885/25742 19665/29854/25716 19685/29877/25734</w:t>
        <w:br/>
        <w:t>f 19690/29880/25737 19694/29885/25742 19685/29877/25734</w:t>
        <w:br/>
        <w:t>f 19690/29880/25737 19685/29877/25734 19686/29876/25731</w:t>
        <w:br/>
        <w:t>f 19689/29881/25738 19690/29880/25737 19686/29876/25731</w:t>
        <w:br/>
        <w:t>f 19693/29882/25739 19684/29873/25731 19683/29874/25732</w:t>
        <w:br/>
        <w:t>f 19692/29883/25740 19693/29882/25739 19683/29874/25732</w:t>
        <w:br/>
        <w:t>f 19692/29883/25740 19683/29874/25732 19660/29851/25713</w:t>
        <w:br/>
        <w:t>f 19698/29886/25743 19692/29883/25740 19660/29851/25713</w:t>
        <w:br/>
        <w:t>f 19698/29886/25743 19660/29851/25713 19651/29841/25705</w:t>
        <w:br/>
        <w:t>f 19697/29887/25744 19698/29886/25743 19651/29841/25705</w:t>
        <w:br/>
        <w:t>f 19704/29894/25749 19697/29887/25744 19651/29841/25705</w:t>
        <w:br/>
        <w:t>f 19648/29840/25704 19704/29894/25749 19651/29841/25705</w:t>
        <w:br/>
        <w:t>f 19833/30020/25862 19834/30024/25749 19656/29848/25704</w:t>
        <w:br/>
        <w:t>f 19657/29847/25710 19833/30020/25862 19656/29848/25704</w:t>
        <w:br/>
        <w:t>f 19760/29950/25798 19749/29942/25792 19750/29941/25791</w:t>
        <w:br/>
        <w:t>f 19759/29951/25799 19760/29950/25798 19750/29941/25791</w:t>
        <w:br/>
        <w:t>f 19757/29947/25795 19756/29943/25791 19753/29946/25794</w:t>
        <w:br/>
        <w:t>f 19758/29948/25796 19757/29947/25795 19753/29946/25794</w:t>
        <w:br/>
        <w:t>f 19758/29948/25796 19753/29946/25794 19730/29919/25771</w:t>
        <w:br/>
        <w:t>f 19727/29918/25770 19758/29948/25796 19730/29919/25771</w:t>
        <w:br/>
        <w:t>f 19712/29903/25757 19727/29918/25770 19730/29919/25771</w:t>
        <w:br/>
        <w:t>f 19718/29905/25759 19712/29903/25757 19730/29919/25771</w:t>
        <w:br/>
        <w:t>f 19712/29903/25757 19718/29905/25759 19715/29908/25762</w:t>
        <w:br/>
        <w:t>f 19711/29904/25758 19712/29903/25757 19715/29908/25762</w:t>
        <w:br/>
        <w:t>f 19723/29915/25767 19724/29914/25758 19721/29910/25764</w:t>
        <w:br/>
        <w:t>f 19722/29909/25763 19723/29915/25767 19721/29910/25764</w:t>
        <w:br/>
        <w:t>f 19734/29923/25775 19723/29915/25767 19722/29909/25763</w:t>
        <w:br/>
        <w:t>f 19732/29921/25773 19734/29923/25775 19722/29909/25763</w:t>
        <w:br/>
        <w:t>f 19732/29921/25773 19749/29942/25792 19760/29950/25798</w:t>
        <w:br/>
        <w:t>f 19734/29923/25775 19732/29921/25773 19760/29950/25798</w:t>
        <w:br/>
        <w:t>f 19779/29972/25818 19790/29980/25826 19813/30004/25848</w:t>
        <w:br/>
        <w:t>f 19822/30011/25855 19779/29972/25818 19813/30004/25848</w:t>
        <w:br/>
        <w:t>f 19813/30004/25848 19790/29980/25826 19803/29993/25839</w:t>
        <w:br/>
        <w:t>f 19811/30001/25846 19813/30004/25848 19803/29993/25839</w:t>
        <w:br/>
        <w:t>f 19811/30001/25846 19803/29993/25839 19800/29992/25838</w:t>
        <w:br/>
        <w:t>f 19810/30002/25843 19811/30001/25846 19800/29992/25838</w:t>
        <w:br/>
        <w:t>f 19804/29997/25842 19808/29999/25844 19809/29998/25843</w:t>
        <w:br/>
        <w:t>f 19807/29994/25840 19804/29997/25842 19809/29998/25843</w:t>
        <w:br/>
        <w:t>f 19788/29977/25823 19784/29974/25820 19808/29999/25844</w:t>
        <w:br/>
        <w:t>f 19804/29997/25842 19788/29977/25823 19808/29999/25844</w:t>
        <w:br/>
        <w:t>f 19777/29966/25812 19783/29975/25821 19784/29974/25820</w:t>
        <w:br/>
        <w:t>f 19788/29977/25823 19777/29966/25812 19784/29974/25820</w:t>
        <w:br/>
        <w:t>f 19777/29966/25812 19778/29965/25811 19825/30014/25857</w:t>
        <w:br/>
        <w:t>f 19783/29975/25821 19777/29966/25812 19825/30014/25857</w:t>
        <w:br/>
        <w:t>f 19782/29969/25815 19779/29972/25818 19822/30011/25855</w:t>
        <w:br/>
        <w:t>f 19823/30013/25857 19782/29969/25815 19822/30011/25855</w:t>
        <w:br/>
        <w:t>f 19851/30042/25883 19575/29763/25638 19580/29771/25645</w:t>
        <w:br/>
        <w:t>f 19849/30040/25881 19851/30042/25883 19580/29771/25645</w:t>
        <w:br/>
        <w:t>f 19580/29771/25645 19562/29754/25629 19847/30036/25877</w:t>
        <w:br/>
        <w:t>f 19849/30040/25881 19580/29771/25645 19847/30036/25877</w:t>
        <w:br/>
        <w:t>f 19562/29754/25629 19563/29753/25622 19846/30037/25878</w:t>
        <w:br/>
        <w:t>f 19847/30036/25877 19562/29754/25629 19846/30037/25878</w:t>
        <w:br/>
        <w:t>f 19556/29745/25621 19559/29749/25625 19560/29748/25624</w:t>
        <w:br/>
        <w:t>f 19555/29746/25622 19556/29745/25621 19560/29748/25624</w:t>
        <w:br/>
        <w:t>f 19559/29749/25625 19556/29745/25621 19565/29756/25631</w:t>
        <w:br/>
        <w:t>f 19567/29757/25632 19559/29749/25625 19565/29756/25631</w:t>
        <w:br/>
        <w:t>f 19567/29757/25632 19565/29756/25631 19569/29761/25636</w:t>
        <w:br/>
        <w:t>f 19577/29766/25640 19567/29757/25632 19569/29761/25636</w:t>
        <w:br/>
        <w:t>f 19570/29760/25635 19579/29768/25642 19577/29766/25640</w:t>
        <w:br/>
        <w:t>f 19569/29761/25636 19570/29760/25635 19577/29766/25640</w:t>
        <w:br/>
        <w:t>f 19575/29763/25638 19851/30042/25883 19853/30044/25884</w:t>
        <w:br/>
        <w:t>f 19574/29764/25635 19575/29763/25638 19853/30044/25884</w:t>
        <w:br/>
        <w:t>f 19626/29817/25684 19627/29816/25683 19855/30045/25690</w:t>
        <w:br/>
        <w:t>f 19637/29826/25693 19626/29817/25684 19855/30045/25690</w:t>
        <w:br/>
        <w:t>f 19771/29964/25810 19383/29570/25462 19380/29573/25427</w:t>
        <w:br/>
        <w:t>f 19774/29961/25614 19771/29964/25810 19380/29573/25427</w:t>
        <w:br/>
        <w:t>f 19771/29964/25810 19553/29742/25618 19351/29538/25438</w:t>
        <w:br/>
        <w:t>f 19383/29570/25462 19771/29964/25810 19351/29538/25438</w:t>
        <w:br/>
        <w:t>f 19552/29743/25619 19795/29987/25833 19385/29574/25465</w:t>
        <w:br/>
        <w:t>f 19350/29539/25439 19552/29743/25619 19385/29574/25465</w:t>
        <w:br/>
        <w:t>f 19549/29739/25615 19343/29533/25433 19346/29535/25435</w:t>
        <w:br/>
        <w:t>f 19550/29741/25617 19549/29739/25615 19346/29535/25435</w:t>
        <w:br/>
        <w:t>f 19304/29494/25395 19305/29493/25394 19842/30032/25873</w:t>
        <w:br/>
        <w:t>f 19840/30031/25872 19304/29494/25395 19842/30032/25873</w:t>
        <w:br/>
        <w:t>f 19307/29496/25397 19304/29494/25395 19840/30031/25872</w:t>
        <w:br/>
        <w:t>f 19841/30030/25871 19307/29496/25397 19840/30031/25872</w:t>
        <w:br/>
        <w:t>f 19309/29499/25400 19844/30034/25875 19843/30033/25874</w:t>
        <w:br/>
        <w:t>f 19308/29500/25401 19309/29499/25400 19843/30033/25874</w:t>
        <w:br/>
        <w:t>f 19313/29503/25404 19572/29762/25637 19566/29755/25630</w:t>
        <w:br/>
        <w:t>f 19312/29501/25402 19313/29503/25404 19566/29755/25630</w:t>
        <w:br/>
        <w:t>f 19317/29507/25408 19557/29744/25620 19554/29747/25623</w:t>
        <w:br/>
        <w:t>f 19316/29504/25405 19317/29507/25408 19554/29747/25623</w:t>
        <w:br/>
        <w:t>f 19305/29493/25394 19308/29500/25401 19843/30033/25874</w:t>
        <w:br/>
        <w:t>f 19842/30032/25873 19305/29493/25394 19843/30033/25874</w:t>
        <w:br/>
        <w:t>f 19386/29576/25397 19571/29759/25634 19572/29762/25637</w:t>
        <w:br/>
        <w:t>f 19313/29503/25404 19386/29576/25397 19572/29762/25637</w:t>
        <w:br/>
        <w:t>f 19312/29501/25402 19566/29755/25630 19557/29744/25620</w:t>
        <w:br/>
        <w:t>f 19317/29507/25408 19312/29501/25402 19557/29744/25620</w:t>
        <w:br/>
        <w:t>f 19521/29711/25588 19355/29545/25444 19532/29723/25600</w:t>
        <w:br/>
        <w:t>f 19522/29712/25589 19521/29711/25588 19532/29723/25600</w:t>
        <w:br/>
        <w:t>f 19517/29705/25582 19520/29709/25586 19516/29706/25583</w:t>
        <w:br/>
        <w:t>f 19496/29683/25561 19488/29678/25556 19487/29677/25555</w:t>
        <w:br/>
        <w:t>f 19495/29684/25562 19496/29683/25561 19487/29677/25555</w:t>
        <w:br/>
        <w:t>f 19283/29475/25377 19442/29632/25512 19438/29627/25507</w:t>
        <w:br/>
        <w:t>f 19448/29639/25519 19464/29654/25532 19438/29627/25507</w:t>
        <w:br/>
        <w:t>f 19858/30046/25571 19857/30047/25885 19856/30048/25886</w:t>
        <w:br/>
        <w:t>f 19516/29706/25583 19519/29710/25587 19859/30049/25887</w:t>
        <w:br/>
        <w:t>f 19518/29708/25585 19516/29706/25583 19859/30049/25887</w:t>
        <w:br/>
        <w:t>f 19505/29694/25571 19502/29690/25567 19518/29708/25585</w:t>
        <w:br/>
        <w:t>f 19861/30050/25888 19860/30051/25889 19519/29710/25587</w:t>
        <w:br/>
        <w:t>f 19862/30052/25890 19861/30050/25888 19519/29710/25587</w:t>
        <w:br/>
        <w:t>f 19519/29710/25587 19860/30051/25889 19863/30053/25891</w:t>
        <w:br/>
        <w:t>f 19859/30049/25887 19519/29710/25587 19863/30053/25891</w:t>
        <w:br/>
        <w:t>f 19865/30054/25892 19534/29724/25601 19535/29726/25603</w:t>
        <w:br/>
        <w:t>f 19864/30055/25893 19865/30054/25892 19535/29726/25603</w:t>
        <w:br/>
        <w:t>f 19527/29718/25595 19538/29728/25605 19545/29735/25612</w:t>
        <w:br/>
        <w:t>f 19530/29720/25597 19527/29718/25595 19545/29735/25612</w:t>
        <w:br/>
        <w:t>f 19527/29718/25595 19531/29719/25596 19528/29717/25594</w:t>
        <w:br/>
        <w:t>f 19538/29728/25605 19297/29486/25387 19352/29542/25442</w:t>
        <w:br/>
        <w:t>f 19530/29720/25597 19544/29734/25611 19542/29733/25610</w:t>
        <w:br/>
        <w:t>f 19866/30056/25894 19530/29720/25597 19542/29733/25610</w:t>
        <w:br/>
        <w:t>f 19545/29735/25612 19544/29734/25611 19530/29720/25597</w:t>
        <w:br/>
        <w:t>f 19540/29730/25607 19544/29734/25611 19545/29735/25612</w:t>
        <w:br/>
        <w:t>f 19534/29724/25601 19865/30054/25892 19522/29712/25589</w:t>
        <w:br/>
        <w:t>f 19532/29723/25600 19534/29724/25601 19522/29712/25589</w:t>
        <w:br/>
        <w:t>f 19522/29712/25589 19524/29713/25590 19513/29703/25580</w:t>
        <w:br/>
        <w:t>f 19524/29713/25590 19522/29712/25589 19865/30054/25892</w:t>
        <w:br/>
        <w:t>f 19523/29714/25591 19524/29713/25590 19865/30054/25892</w:t>
        <w:br/>
        <w:t>f 19530/29720/25597 19866/30056/25894 19529/29721/25598</w:t>
        <w:br/>
        <w:t>f 19409/29600/25487 19411/29602/25488 19445/29635/25515</w:t>
        <w:br/>
        <w:t>f 19445/29635/25515 19411/29602/25488 19413/29604/25489</w:t>
        <w:br/>
        <w:t>f 19441/29629/25509 19435/29624/25505 19431/29620/25502</w:t>
        <w:br/>
        <w:t>f 19434/29625/25506 19435/29624/25505 19441/29629/25509</w:t>
        <w:br/>
        <w:t>f 19434/29625/25506 19289/29477/25379 19290/29480/25382</w:t>
        <w:br/>
        <w:t>f 19436/29623/25504 19430/29621/25477 19431/29620/25502</w:t>
        <w:br/>
        <w:t>f 19435/29624/25505 19436/29623/25504 19431/29620/25502</w:t>
        <w:br/>
        <w:t>f 19479/29669/25547 19396/29587/25895 19294/29483/25384</w:t>
        <w:br/>
        <w:t>f 19867/30057/25896 19437/29628/25508 19438/29627/25507</w:t>
        <w:br/>
        <w:t>f 19464/29654/25532 19867/30057/25896 19438/29627/25507</w:t>
        <w:br/>
        <w:t>f 19464/29654/25532 19330/29519/25420 19331/29518/25419</w:t>
        <w:br/>
        <w:t>f 19867/30057/25896 19464/29654/25532 19331/29518/25419</w:t>
        <w:br/>
        <w:t>f 19533/29722/25599 19868/30058/25897 19536/29725/25602</w:t>
        <w:br/>
        <w:t>f 19534/29724/25601 19533/29722/25599 19536/29725/25602</w:t>
        <w:br/>
        <w:t>f 19378/29569/25461 19379/29568/25443 19868/30058/25897</w:t>
        <w:br/>
        <w:t>f 19533/29722/25599 19378/29569/25461 19868/30058/25897</w:t>
        <w:br/>
        <w:t>f 19391/29584/25471 19392/29583/25470 19541/29731/25608</w:t>
        <w:br/>
        <w:t>f 19546/29736/25498 19391/29584/25471 19541/29731/25608</w:t>
        <w:br/>
        <w:t>f 19514/29704/25581 19507/29697/25574 19508/29696/25573</w:t>
        <w:br/>
        <w:t>f 19524/29713/25590 19514/29704/25581 19513/29703/25580</w:t>
        <w:br/>
        <w:t>f 19323/29512/25413 19481/29672/25550 19335/29524/25424</w:t>
        <w:br/>
        <w:t>f 19474/29664/25542 19472/29662/25540 19471/29661/25539</w:t>
        <w:br/>
        <w:t>f 19404/29593/25480 19471/29661/25539 19473/29663/25541</w:t>
        <w:br/>
        <w:t>f 19505/29694/25571 19501/29691/25568 19502/29690/25567</w:t>
        <w:br/>
        <w:t>f 19503/29693/25570 19518/29708/25585 19502/29690/25567</w:t>
        <w:br/>
        <w:t>f 19442/29632/25512 19448/29639/25519 19438/29627/25507</w:t>
        <w:br/>
        <w:t>f 19442/29632/25512 19283/29475/25377 19434/29625/25506</w:t>
        <w:br/>
        <w:t>f 19409/29600/25487 19443/29633/25513 19432/29622/25503</w:t>
        <w:br/>
        <w:t>f 19443/29633/25513 19431/29620/25502 19432/29622/25503</w:t>
        <w:br/>
        <w:t>f 19447/29637/25517 19445/29635/25515 19413/29604/25489</w:t>
        <w:br/>
        <w:t>f 19460/29650/25529 19461/29651/25530 19453/29643/25523</w:t>
        <w:br/>
        <w:t>f 19870/30059/25898 19869/30060/25899 19543/29732/25609</w:t>
        <w:br/>
        <w:t>f 19872/30061/25606 19871/30062/25900 19869/30060/25899</w:t>
        <w:br/>
        <w:t>f 19870/30059/25898 19872/30061/25606 19869/30060/25899</w:t>
        <w:br/>
        <w:t>f 19539/29729/25606 19537/29727/25604 19873/30063/25901</w:t>
        <w:br/>
        <w:t>f 19862/30052/25890 19519/29710/25587 19520/29709/25586</w:t>
        <w:br/>
        <w:t>f 19543/29732/25609 19510/29700/25577 19511/29699/25576</w:t>
        <w:br/>
        <w:t>f 19874/30064/25902 19466/29656/25534 19465/29655/25533</w:t>
        <w:br/>
        <w:t>f 19449/29638/25518 19874/30064/25902 19465/29655/25533</w:t>
        <w:br/>
        <w:t>f 19466/29656/25534 19393/29582/25469 19390/29579/25466</w:t>
        <w:br/>
        <w:t>f 19465/29655/25533 19466/29656/25534 19390/29579/25466</w:t>
        <w:br/>
        <w:t>f 19393/29582/25469 19394/29581/25468 19389/29580/25467</w:t>
        <w:br/>
        <w:t>f 19390/29579/25466 19393/29582/25469 19389/29580/25467</w:t>
        <w:br/>
        <w:t>f 19461/29651/25530 19467/29658/25536 19446/29636/25516</w:t>
        <w:br/>
        <w:t>f 19450/29640/25520 19461/29651/25530 19446/29636/25516</w:t>
        <w:br/>
        <w:t>f 19467/29658/25536 19444/29634/25514 19446/29636/25516</w:t>
        <w:br/>
        <w:t>f 19451/29641/25521 19444/29634/25514 19467/29658/25536</w:t>
        <w:br/>
        <w:t>f 19444/29634/25514 19451/29641/25521 19440/29630/25510</w:t>
        <w:br/>
        <w:t>f 19451/29641/25521 19874/30064/25902 19439/29631/25511</w:t>
        <w:br/>
        <w:t>f 19874/30064/25902 19449/29638/25518 19439/29631/25511</w:t>
        <w:br/>
        <w:t>f 19469/29659/25537 19875/30065/25903 19468/29657/25535</w:t>
        <w:br/>
        <w:t>f 19469/29659/25537 19470/29660/25538 19857/30047/25885</w:t>
        <w:br/>
        <w:t>f 19875/30065/25903 19469/29659/25537 19857/30047/25885</w:t>
        <w:br/>
        <w:t>f 19470/29660/25538 19499/29689/25566 19856/30048/25886</w:t>
        <w:br/>
        <w:t>f 19857/30047/25885 19470/29660/25538 19856/30048/25886</w:t>
        <w:br/>
        <w:t>f 19497/29688/25566 19498/29687/25565 19501/29691/25568</w:t>
        <w:br/>
        <w:t>f 19504/29695/25572 19497/29688/25566 19501/29691/25568</w:t>
        <w:br/>
        <w:t>f 19501/29691/25568 19498/29687/25565 19494/29685/25563</w:t>
        <w:br/>
        <w:t>f 19500/29692/25569 19501/29691/25568 19494/29685/25563</w:t>
        <w:br/>
        <w:t>f 19495/29684/25562 19506/29698/25575 19500/29692/25569</w:t>
        <w:br/>
        <w:t>f 19494/29685/25563 19495/29684/25562 19500/29692/25569</w:t>
        <w:br/>
        <w:t>f 19495/29684/25562 19487/29677/25555 19508/29696/25573</w:t>
        <w:br/>
        <w:t>f 19506/29698/25575 19495/29684/25562 19508/29696/25573</w:t>
        <w:br/>
        <w:t>f 19484/29673/25551 19508/29696/25573 19487/29677/25555</w:t>
        <w:br/>
        <w:t>f 19492/29681/25559 19459/29648/25527 19472/29662/25540</w:t>
        <w:br/>
        <w:t>f 19493/29686/25564 19492/29681/25559 19472/29662/25540</w:t>
        <w:br/>
        <w:t>f 19490/29680/25558 19493/29686/25564 19472/29662/25540</w:t>
        <w:br/>
        <w:t>f 19490/29680/25558 19489/29679/25557 19496/29683/25561</w:t>
        <w:br/>
        <w:t>f 19493/29686/25564 19490/29680/25558 19496/29683/25561</w:t>
        <w:br/>
        <w:t>f 19488/29678/25556 19496/29683/25561 19489/29679/25557</w:t>
        <w:br/>
        <w:t>f 19486/29676/25554 19488/29678/25556 19489/29679/25557</w:t>
        <w:br/>
        <w:t>f 19486/29676/25554 19485/29675/25553 19483/29674/25552</w:t>
        <w:br/>
        <w:t>f 19488/29678/25556 19486/29676/25554 19483/29674/25552</w:t>
        <w:br/>
        <w:t>f 19511/29699/25576 19466/29656/25534 19874/30064/25902</w:t>
        <w:br/>
        <w:t>f 19466/29656/25534 19511/29699/25576 19392/29583/25470</w:t>
        <w:br/>
        <w:t>f 19392/29583/25470 19509/29701/25578 19540/29730/25607</w:t>
        <w:br/>
        <w:t>f 19540/29730/25607 19545/29735/25612 19541/29731/25608</w:t>
        <w:br/>
        <w:t>f 19869/30060/25899 19866/30056/25894 19542/29733/25610</w:t>
        <w:br/>
        <w:t>f 19543/29732/25609 19869/30060/25899 19542/29733/25610</w:t>
        <w:br/>
        <w:t>f 19529/29721/25598 19866/30056/25894 19869/30060/25899</w:t>
        <w:br/>
        <w:t>f 19871/30062/25900 19529/29721/25598 19869/30060/25899</w:t>
        <w:br/>
        <w:t>f 19523/29714/25591 19864/30055/25893 19873/30063/25901</w:t>
        <w:br/>
        <w:t>f 19537/29727/25604 19523/29714/25591 19873/30063/25901</w:t>
        <w:br/>
        <w:t>f 19523/29714/25591 19537/29727/25604 19517/29705/25582</w:t>
        <w:br/>
        <w:t>f 19523/29714/25591 19517/29705/25582 19514/29704/25581</w:t>
        <w:br/>
        <w:t>f 19517/29705/25582 19507/29697/25574 19514/29704/25581</w:t>
        <w:br/>
        <w:t>f 19507/29697/25574 19517/29705/25582 19515/29707/25584</w:t>
        <w:br/>
        <w:t>f 19507/29697/25574 19515/29707/25584 19506/29698/25575</w:t>
        <w:br/>
        <w:t>f 19515/29707/25584 19503/29693/25570 19500/29692/25569</w:t>
        <w:br/>
        <w:t>f 19506/29698/25575 19515/29707/25584 19500/29692/25569</w:t>
        <w:br/>
        <w:t>f 19864/30055/25893 19523/29714/25591 19865/30054/25892</w:t>
        <w:br/>
        <w:t>f 19511/29699/25576 19509/29701/25578 19392/29583/25470</w:t>
        <w:br/>
        <w:t>f 19879/30066/25904 19878/30067/25905 19877/30068/25906</w:t>
        <w:br/>
        <w:t>f 19876/30069/25907 19879/30066/25904 19877/30068/25906</w:t>
        <w:br/>
        <w:t>f 19881/30070/25908 19880/30071/25909 19876/30069/25907</w:t>
        <w:br/>
        <w:t>f 19877/30068/25906 19881/30070/25908 19876/30069/25907</w:t>
        <w:br/>
        <w:t>f 19855/30045/25690 19627/29816/25683 19882/30072/25910</w:t>
        <w:br/>
        <w:t>f 19883/30073/25911 19855/30045/25690 19882/30072/25910</w:t>
        <w:br/>
        <w:t>f 19886/30074/25906 19885/30075/25912 19884/30076/25913</w:t>
        <w:br/>
        <w:t>f 19887/30077/25908 19886/30074/25906 19884/30076/25913</w:t>
        <w:br/>
        <w:t>f 19884/30076/25913 19885/30075/25912 19888/30078/25914</w:t>
        <w:br/>
        <w:t>f 19889/30079/25910 19884/30076/25913 19888/30078/25914</w:t>
        <w:br/>
        <w:t>f 19892/30080/25915 19891/30081/25915 19890/30082/25915</w:t>
        <w:br/>
        <w:t>f 19607/29794/25665 19641/29831/25686 19880/30071/25909</w:t>
        <w:br/>
        <w:t>f 19881/30070/25908 19607/29794/25665 19880/30071/25909</w:t>
        <w:br/>
        <w:t>f 19882/30072/25910 19894/30083/25914 19893/30084/25916</w:t>
        <w:br/>
        <w:t>f 19883/30073/25911 19882/30072/25910 19893/30084/25916</w:t>
        <w:br/>
        <w:t>f 19886/30074/25917 19896/30085/25918 19895/30086/25919</w:t>
        <w:br/>
        <w:t>f 19879/30066/25904 19893/30084/25916 19894/30083/25914</w:t>
        <w:br/>
        <w:t>f 19878/30067/25905 19879/30066/25904 19894/30083/25914</w:t>
        <w:br/>
        <w:t>f 19885/30075/25912 19886/30074/25906 19897/30087/25920</w:t>
        <w:br/>
        <w:t>f 19888/30078/25914 19885/30075/25912 19897/30087/25920</w:t>
        <w:br/>
        <w:t>f 19882/30072/25910 19627/29816/25683 19898/30088/25921</w:t>
        <w:br/>
        <w:t>f 19606/29795/25666 19607/29794/25665 19900/30089/25922</w:t>
        <w:br/>
        <w:t>f 19899/30090/25923 19606/29795/25666 19900/30089/25922</w:t>
        <w:br/>
        <w:t>f 19903/30091/25924 19902/30092/25925 19901/30093/25926</w:t>
        <w:br/>
        <w:t>f 19904/30094/25927 19903/30091/25924 19901/30093/25926</w:t>
        <w:br/>
        <w:t>f 19901/30093/25926 19906/30095/25928 19905/30096/25929</w:t>
        <w:br/>
        <w:t>f 19904/30094/25927 19901/30093/25926 19905/30096/25929</w:t>
        <w:br/>
        <w:t>f 19628/29819/25686 19629/29818/25685 19902/30092/25925</w:t>
        <w:br/>
        <w:t>f 19907/30097/25930 19628/29819/25686 19902/30092/25925</w:t>
        <w:br/>
        <w:t>f 19905/30096/25929 19906/30095/25928 19908/30098/25931</w:t>
        <w:br/>
        <w:t>f 19902/30092/25925 19903/30091/25924 19907/30097/25930</w:t>
        <w:br/>
        <w:t>f 19906/30095/25928 19631/29821/25688 19632/29823/25690</w:t>
        <w:br/>
        <w:t>f 19908/30098/25931 19906/30095/25928 19632/29823/25690</w:t>
        <w:br/>
        <w:t>f 19629/29818/25685 19630/29820/25687 19901/30093/25926</w:t>
        <w:br/>
        <w:t>f 19902/30092/25925 19629/29818/25685 19901/30093/25926</w:t>
        <w:br/>
        <w:t>f 19901/30093/25926 19630/29820/25687 19631/29821/25688</w:t>
        <w:br/>
        <w:t>f 19906/30095/25928 19901/30093/25926 19631/29821/25688</w:t>
        <w:br/>
        <w:t>f 19912/30099/25932 19911/30100/25933 19910/30101/25934</w:t>
        <w:br/>
        <w:t>f 19909/30102/25935 19912/30099/25932 19910/30101/25934</w:t>
        <w:br/>
        <w:t>f 19915/30103/25936 19914/30104/25937 19913/30105/25938</w:t>
        <w:br/>
        <w:t>f 19918/30106/25939 19917/30107/25940 19916/30108/25941</w:t>
        <w:br/>
        <w:t>f 19919/30109/25942 19918/30106/25939 19916/30108/25941</w:t>
        <w:br/>
        <w:t>f 19912/30099/25932 19921/30110/25943 19920/30111/25944</w:t>
        <w:br/>
        <w:t>f 19911/30100/25933 19912/30099/25932 19920/30111/25944</w:t>
        <w:br/>
        <w:t>f 19923/30112/25945 19918/30106/25939 19922/30113/25946</w:t>
        <w:br/>
        <w:t>f 19909/30102/25935 19924/30114/25947 19561/29751/25627</w:t>
        <w:br/>
        <w:t>f 19558/29750/25626 19909/30102/25935 19561/29751/25627</w:t>
        <w:br/>
        <w:t>f 19576/29767/25641 19578/29769/25643 19925/30115/25948</w:t>
        <w:br/>
        <w:t>f 19921/30110/25943 19576/29767/25641 19925/30115/25948</w:t>
        <w:br/>
        <w:t>f 19927/30116/25948 19854/30043/25643 19852/30041/25882</w:t>
        <w:br/>
        <w:t>f 19926/30117/25949 19927/30116/25948 19852/30041/25882</w:t>
        <w:br/>
        <w:t>f 19929/30118/25950 19914/30104/25937 19928/30119/25951</w:t>
        <w:br/>
        <w:t>f 19931/30120/25940 19848/30035/25876 19845/30038/25879</w:t>
        <w:br/>
        <w:t>f 19930/30121/25952 19931/30120/25940 19845/30038/25879</w:t>
        <w:br/>
        <w:t>f 19910/30101/25934 19924/30114/25947 19909/30102/25935</w:t>
        <w:br/>
        <w:t>f 19920/30111/25944 19921/30110/25943 19925/30115/25948</w:t>
        <w:br/>
        <w:t>f 19933/30122/25953 19927/30116/25948 19926/30117/25949</w:t>
        <w:br/>
        <w:t>f 19932/30123/25954 19933/30122/25953 19926/30117/25949</w:t>
        <w:br/>
        <w:t>f 19931/30120/25940 19930/30121/25952 19935/30124/25955</w:t>
        <w:br/>
        <w:t>f 19934/30125/25941 19931/30120/25940 19935/30124/25955</w:t>
        <w:br/>
        <w:t>f 19568/29758/25633 19912/30099/25932 19909/30102/25935</w:t>
        <w:br/>
        <w:t>f 19558/29750/25626 19568/29758/25633 19909/30102/25935</w:t>
        <w:br/>
        <w:t>f 19576/29767/25641 19921/30110/25943 19912/30099/25932</w:t>
        <w:br/>
        <w:t>f 19568/29758/25633 19576/29767/25641 19912/30099/25932</w:t>
        <w:br/>
        <w:t>f 19938/30126/25956 19937/30127/25957 19936/30128/25958</w:t>
        <w:br/>
        <w:t>f 19939/30129/25959 19938/30126/25956 19936/30128/25958</w:t>
        <w:br/>
        <w:t>f 19942/30130/25960 19941/30131/25961 19940/30132/25962</w:t>
        <w:br/>
        <w:t>f 19944/30133/25963 19938/30126/25956 19939/30129/25959</w:t>
        <w:br/>
        <w:t>f 19943/30134/25964 19944/30133/25963 19939/30129/25959</w:t>
        <w:br/>
        <w:t>f 19701/29891/25706 19699/29890/25747 19936/30128/25958</w:t>
        <w:br/>
        <w:t>f 19945/30135/25965 19701/29891/25706 19936/30128/25958</w:t>
        <w:br/>
        <w:t>f 19944/30133/25963 19943/30134/25964 19946/30136/25966</w:t>
        <w:br/>
        <w:t>f 19948/30137/25967 19947/30138/25968 19663/29853/25715</w:t>
        <w:br/>
        <w:t>f 19947/30138/25968 19949/30139/25969 19663/29853/25715</w:t>
        <w:br/>
        <w:t>f 19945/30135/25965 19936/30128/25958 19937/30127/25957</w:t>
        <w:br/>
        <w:t>f 19681/29870/25725 19946/30136/25966 19943/30134/25964</w:t>
        <w:br/>
        <w:t>f 19680/29871/25729 19681/29870/25725 19943/30134/25964</w:t>
        <w:br/>
        <w:t>f 19953/30140/25970 19952/30141/25965 19951/30142/25971</w:t>
        <w:br/>
        <w:t>f 19950/30143/25972 19953/30140/25970 19951/30142/25971</w:t>
        <w:br/>
        <w:t>f 19955/30144/25966 19678/29865/25725 19675/29868/25728</w:t>
        <w:br/>
        <w:t>f 19954/30145/25973 19955/30144/25966 19675/29868/25728</w:t>
        <w:br/>
        <w:t>f 19959/30146/25974 19958/30147/25970 19957/30148/25972</w:t>
        <w:br/>
        <w:t>f 19956/30149/25975 19959/30146/25974 19957/30148/25972</w:t>
        <w:br/>
        <w:t>f 19961/30150/25976 19960/30151/25977 19959/30146/25974</w:t>
        <w:br/>
        <w:t>f 19942/30130/25960 19940/30132/25962 19962/30152/25978</w:t>
        <w:br/>
        <w:t>f 19654/29843/25707 19655/29842/25706 19952/30141/25965</w:t>
        <w:br/>
        <w:t>f 19953/30140/25970 19654/29843/25707 19952/30141/25965</w:t>
        <w:br/>
        <w:t>f 19964/30153/25979 19955/30144/25966 19954/30145/25973</w:t>
        <w:br/>
        <w:t>f 19963/30154/25980 19964/30153/25979 19954/30145/25973</w:t>
        <w:br/>
        <w:t>f 19939/30129/25959 19936/30128/25958 19699/29890/25747</w:t>
        <w:br/>
        <w:t>f 19700/29889/25746 19939/30129/25959 19699/29890/25747</w:t>
        <w:br/>
        <w:t>f 19700/29889/25746 19680/29871/25729 19943/30134/25964</w:t>
        <w:br/>
        <w:t>f 19939/30129/25959 19700/29889/25746 19943/30134/25964</w:t>
        <w:br/>
        <w:t>f 19967/30155/25981 19966/30156/25982 19965/30157/25983</w:t>
        <w:br/>
        <w:t>f 19968/30158/25984 19967/30155/25981 19965/30157/25983</w:t>
        <w:br/>
        <w:t>f 19971/30159/25985 19970/30160/25986 19969/30161/25987</w:t>
        <w:br/>
        <w:t>f 19973/30162/25988 19965/30157/25983 19966/30156/25982</w:t>
        <w:br/>
        <w:t>f 19972/30163/25989 19973/30162/25988 19966/30156/25982</w:t>
        <w:br/>
        <w:t>f 19967/30155/25981 19974/30164/25990 19764/29955/25803</w:t>
        <w:br/>
        <w:t>f 19765/29954/25802 19967/30155/25981 19764/29955/25803</w:t>
        <w:br/>
        <w:t>f 19973/30162/25988 19972/30163/25989 19975/30165/25991</w:t>
        <w:br/>
        <w:t>f 19976/30166/25992 19763/29952/25800 19740/29930/25782</w:t>
        <w:br/>
        <w:t>f 19967/30155/25981 19968/30158/25984 19974/30164/25990</w:t>
        <w:br/>
        <w:t>f 19768/29958/25806 19975/30165/25991 19972/30163/25989</w:t>
        <w:br/>
        <w:t>f 19767/29957/25805 19768/29958/25806 19972/30163/25989</w:t>
        <w:br/>
        <w:t>f 19978/30167/25993 19977/30168/25994 19737/29929/25781</w:t>
        <w:br/>
        <w:t>f 19770/29960/25803 19978/30167/25993 19737/29929/25781</w:t>
        <w:br/>
        <w:t>f 19763/29952/25800 19980/30169/25995 19979/30170/25991</w:t>
        <w:br/>
        <w:t>f 19769/29959/25807 19763/29952/25800 19979/30170/25991</w:t>
        <w:br/>
        <w:t>f 19984/30171/25996 19983/30172/25997 19982/30173/25998</w:t>
        <w:br/>
        <w:t>f 19981/30174/25999 19984/30171/25996 19982/30173/25998</w:t>
        <w:br/>
        <w:t>f 19986/30175/26000 19984/30171/25996 19985/30176/26001</w:t>
        <w:br/>
        <w:t>f 19988/30177/26002 19979/30170/25991 19980/30169/25995</w:t>
        <w:br/>
        <w:t>f 19987/30178/26003 19988/30177/26002 19980/30169/25995</w:t>
        <w:br/>
        <w:t>f 19966/30156/25982 19967/30155/25981 19765/29954/25802</w:t>
        <w:br/>
        <w:t>f 19766/29956/25804 19966/30156/25982 19765/29954/25802</w:t>
        <w:br/>
        <w:t>f 19972/30163/25989 19966/30156/25982 19766/29956/25804</w:t>
        <w:br/>
        <w:t>f 19767/29957/25805 19972/30163/25989 19766/29956/25804</w:t>
        <w:br/>
        <w:t>f 19992/30179/26004 19991/30180/26005 19990/30181/26006</w:t>
        <w:br/>
        <w:t>f 19989/30182/26007 19992/30179/26004 19990/30181/26006</w:t>
        <w:br/>
        <w:t>f 19995/30183/26008 19994/30184/26009 19993/30185/26010</w:t>
        <w:br/>
        <w:t>f 19997/30186/26011 19989/30182/26007 19990/30181/26006</w:t>
        <w:br/>
        <w:t>f 19996/30187/26012 19997/30186/26011 19990/30181/26006</w:t>
        <w:br/>
        <w:t>f 19997/30186/26011 19996/30187/26012 19998/30188/26013</w:t>
        <w:br/>
        <w:t>f 19794/29984/25830 19791/29983/25829 19999/30189/26014</w:t>
        <w:br/>
        <w:t>f 20002/30190/26015 20001/30191/26016 20000/30192/26017</w:t>
        <w:br/>
        <w:t>f 19996/30187/26012 19820/30010/25854 19826/30016/25859</w:t>
        <w:br/>
        <w:t>f 19998/30188/26013 19996/30187/26012 19826/30016/25859</w:t>
        <w:br/>
        <w:t>f 20006/30193/26018 20005/30194/26019 20004/30195/26020</w:t>
        <w:br/>
        <w:t>f 20003/30196/26021 20006/30193/26018 20004/30195/26020</w:t>
        <w:br/>
        <w:t>f 20008/30197/26013 19827/30017/25860 19816/30005/25849</w:t>
        <w:br/>
        <w:t>f 20007/30198/26022 20008/30197/26013 19816/30005/25849</w:t>
        <w:br/>
        <w:t>f 20001/30191/26016 20010/30199/26018 20009/30200/26023</w:t>
        <w:br/>
        <w:t>f 20011/30201/26024 20001/30191/26016 20009/30200/26023</w:t>
        <w:br/>
        <w:t>f 20013/30202/26025 20001/30191/26016 20012/30203/26026</w:t>
        <w:br/>
        <w:t>f 20005/30194/26019 20006/30193/26018 19791/29983/25829</w:t>
        <w:br/>
        <w:t>f 19828/30018/25852 20005/30194/26019 19791/29983/25829</w:t>
        <w:br/>
        <w:t>f 20015/30204/26011 20008/30197/26013 20007/30198/26022</w:t>
        <w:br/>
        <w:t>f 20014/30205/26027 20015/30204/26011 20007/30198/26022</w:t>
        <w:br/>
        <w:t>f 19991/30180/26005 19818/30007/25851 19819/30009/25853</w:t>
        <w:br/>
        <w:t>f 19990/30181/26006 19991/30180/26005 19819/30009/25853</w:t>
        <w:br/>
        <w:t>f 19990/30181/26006 19819/30009/25853 19820/30010/25854</w:t>
        <w:br/>
        <w:t>f 19996/30187/26012 19990/30181/26006 19820/30010/25854</w:t>
        <w:br/>
        <w:t>f 20017/30206/26028 20016/30207/26029 19977/30168/25994</w:t>
        <w:br/>
        <w:t>f 19978/30167/25993 20017/30206/26028 19977/30168/25994</w:t>
        <w:br/>
        <w:t>f 20020/30208/26007 20019/30209/26030 20018/30210/26031</w:t>
        <w:br/>
        <w:t>f 20015/30204/26032 20021/30211/26033 20020/30208/26007</w:t>
        <w:br/>
        <w:t>f 20024/30212/26034 20023/30213/26035 20022/30214/26036</w:t>
        <w:br/>
        <w:t>f 20026/30215/26037 20025/30216/26038 20024/30212/26034</w:t>
        <w:br/>
        <w:t>f 19675/29868/25728 19949/30139/25969 19954/30145/25973</w:t>
        <w:br/>
        <w:t>f 20028/30217/26039 19959/30146/25974 20027/30218/25973</w:t>
        <w:br/>
        <w:t>f 19654/29843/25707 19948/30137/25967 19663/29853/25715</w:t>
        <w:br/>
        <w:t>f 20029/30219/26040 19958/30147/25970 19959/30146/25974</w:t>
        <w:br/>
        <w:t>f 19948/30137/25967 19654/29843/25707 19953/30140/25970</w:t>
        <w:br/>
        <w:t>f 19949/30139/25969 19675/29868/25728 19663/29853/25715</w:t>
        <w:br/>
        <w:t>f 20028/30217/26039 20030/30220/26041 19959/30146/25974</w:t>
        <w:br/>
        <w:t>f 20030/30220/26041 20029/30219/26040 19959/30146/25974</w:t>
        <w:br/>
        <w:t>f 19963/30154/25980 20031/30221/26042 19964/30153/25979</w:t>
        <w:br/>
        <w:t>f 20031/30221/26042 20033/30222/26043 20032/30223/26044</w:t>
        <w:br/>
        <w:t>f 19964/30153/25979 20031/30221/26042 20034/30224/25956</w:t>
        <w:br/>
        <w:t>f 20031/30221/26042 20032/30223/26044 20034/30224/25956</w:t>
        <w:br/>
        <w:t>f 19959/30146/25974 19960/30151/25977 20035/30225/26045</w:t>
        <w:br/>
        <w:t>f 20027/30218/25973 19959/30146/25974 20035/30225/26045</w:t>
        <w:br/>
        <w:t>f 19959/30146/25974 19956/30149/25975 19961/30150/25976</w:t>
        <w:br/>
        <w:t>f 19940/30132/25962 19941/30131/25961 20036/30226/26046</w:t>
        <w:br/>
        <w:t>f 19962/30152/25978 19940/30132/25962 20037/30227/26047</w:t>
        <w:br/>
        <w:t>f 20039/30228/25995 20038/30229/26048 19984/30171/25996</w:t>
        <w:br/>
        <w:t>f 19976/30166/25992 19980/30169/25995 19763/29952/25800</w:t>
        <w:br/>
        <w:t>f 20040/30230/26049 19976/30166/25992 19740/29930/25782</w:t>
        <w:br/>
        <w:t>f 19984/30171/25996 20041/30231/26050 19983/30172/25997</w:t>
        <w:br/>
        <w:t>f 20042/30232/26050 20040/30230/26049 19740/29930/25782</w:t>
        <w:br/>
        <w:t>f 19737/29929/25781 20042/30232/26050 19740/29930/25782</w:t>
        <w:br/>
        <w:t>f 20042/30232/26050 19737/29929/25781 19977/30168/25994</w:t>
        <w:br/>
        <w:t>f 20038/30229/26048 20043/30233/26051 19984/30171/25996</w:t>
        <w:br/>
        <w:t>f 20043/30233/26051 20041/30231/26050 19984/30171/25996</w:t>
        <w:br/>
        <w:t>f 19984/30171/25996 19986/30175/26000 20044/30234/26003</w:t>
        <w:br/>
        <w:t>f 20039/30228/25995 19984/30171/25996 20044/30234/26003</w:t>
        <w:br/>
        <w:t>f 19984/30171/25996 19981/30174/25999 19985/30176/26001</w:t>
        <w:br/>
        <w:t>f 20024/30212/26034 20045/30235/26052 20023/30213/26035</w:t>
        <w:br/>
        <w:t>f 19971/30159/25985 19969/30161/25987 20046/30236/26053</w:t>
        <w:br/>
        <w:t>f 20045/30235/26052 20024/30212/26034 20025/30216/26038</w:t>
        <w:br/>
        <w:t>f 20046/30236/26053 19969/30161/25987 20047/30237/26054</w:t>
        <w:br/>
        <w:t>f 19969/30161/25987 19970/30160/25986 20048/30238/26035</w:t>
        <w:br/>
        <w:t>f 20050/30239/26055 20049/30240/26015 19794/29984/25830</w:t>
        <w:br/>
        <w:t>f 20049/30240/26015 19816/30005/25849 19794/29984/25830</w:t>
        <w:br/>
        <w:t>f 20049/30240/26015 20007/30198/26022 19816/30005/25849</w:t>
        <w:br/>
        <w:t>f 20006/30193/26018 19999/30189/26014 19791/29983/25829</w:t>
        <w:br/>
        <w:t>f 20051/30241/26014 20010/30199/26018 20001/30191/26016</w:t>
        <w:br/>
        <w:t>f 19999/30189/26014 20050/30239/26055 19794/29984/25830</w:t>
        <w:br/>
        <w:t>f 20001/30191/26016 20011/30201/26024 20012/30203/26026</w:t>
        <w:br/>
        <w:t>f 20001/30191/26016 20013/30202/26025 20052/30242/26056</w:t>
        <w:br/>
        <w:t>f 20000/30192/26017 20001/30191/26016 20052/30242/26056</w:t>
        <w:br/>
        <w:t>f 20020/30208/26007 20053/30243/26010 20019/30209/26030</w:t>
        <w:br/>
        <w:t>f 20055/30244/26057 19993/30185/26010 20054/30245/26058</w:t>
        <w:br/>
        <w:t>f 20053/30243/26010 20020/30208/26007 20021/30211/26033</w:t>
        <w:br/>
        <w:t>f 19993/30185/26010 20055/30244/26057 19995/30183/26008</w:t>
        <w:br/>
        <w:t>f 19993/30185/26010 19994/30184/26009 20056/30246/26059</w:t>
        <w:br/>
        <w:t>f 20002/30190/26015 20057/30247/26060 20001/30191/26016</w:t>
        <w:br/>
        <w:t>f 20057/30247/26060 20051/30241/26014 20001/30191/26016</w:t>
        <w:br/>
        <w:t>f 20059/30248/26061 20058/30249/26062 19918/30106/25939</w:t>
        <w:br/>
        <w:t>f 19852/30041/25882 20060/30250/26063 19926/30117/25949</w:t>
        <w:br/>
        <w:t>f 20060/30250/26063 19852/30041/25882 19850/30039/25880</w:t>
        <w:br/>
        <w:t>f 20058/30249/26062 20061/30251/26064 19918/30106/25939</w:t>
        <w:br/>
        <w:t>f 19931/30120/25940 20062/30252/26065 19848/30035/25876</w:t>
        <w:br/>
        <w:t>f 19848/30035/25876 20062/30252/26065 19850/30039/25880</w:t>
        <w:br/>
        <w:t>f 20063/30253/26065 19918/30106/25939 20061/30251/26064</w:t>
        <w:br/>
        <w:t>f 20063/30253/26065 19917/30107/25940 19918/30106/25939</w:t>
        <w:br/>
        <w:t>f 20062/30252/26065 20064/30254/26064 19850/30039/25880</w:t>
        <w:br/>
        <w:t>f 20064/30254/26064 20060/30250/26063 19850/30039/25880</w:t>
        <w:br/>
        <w:t>f 19918/30106/25939 19923/30112/25945 20065/30255/26066</w:t>
        <w:br/>
        <w:t>f 20059/30248/26061 19918/30106/25939 20065/30255/26066</w:t>
        <w:br/>
        <w:t>f 19918/30106/25939 19919/30109/25942 19922/30113/25946</w:t>
        <w:br/>
        <w:t>f 20069/30256/26067 20068/30257/26068 20067/30258/26069</w:t>
        <w:br/>
        <w:t>f 20066/30259/25944 20069/30256/26067 20067/30258/26069</w:t>
        <w:br/>
        <w:t>f 20067/30258/26069 20068/30257/26068 20071/30260/26070</w:t>
        <w:br/>
        <w:t>f 20070/30261/25934 20067/30258/26069 20071/30260/26070</w:t>
        <w:br/>
        <w:t>f 19914/30104/25937 19915/30103/25936 20072/30262/26071</w:t>
        <w:br/>
        <w:t>f 19914/30104/25937 19929/30118/25950 19913/30105/25938</w:t>
        <w:br/>
        <w:t>f 19991/30180/26005 20073/30263/26072 19817/30008/25852</w:t>
        <w:br/>
        <w:t>f 19818/30007/25851 19991/30180/26005 19817/30008/25852</w:t>
        <w:br/>
        <w:t>f 20073/30263/26072 19991/30180/26005 19992/30179/26004</w:t>
        <w:br/>
        <w:t>f 19884/30076/25913 19889/30079/25910 20075/30264/25921</w:t>
        <w:br/>
        <w:t>f 20074/30265/26073 19884/30076/25913 20075/30264/25921</w:t>
        <w:br/>
        <w:t>f 20076/30266/26074 19887/30077/25908 19884/30076/25913</w:t>
        <w:br/>
        <w:t>f 20074/30265/26073 20076/30266/26074 19884/30076/25913</w:t>
        <w:br/>
        <w:t>f 19606/29795/25666 19899/30090/25923 19898/30088/25921</w:t>
        <w:br/>
        <w:t>f 19627/29816/25683 19606/29795/25666 19898/30088/25921</w:t>
        <w:br/>
        <w:t>f 19900/30089/25922 19607/29794/25665 19881/30070/25908</w:t>
        <w:br/>
        <w:t>f 24067/30267/26075 24066/30268/26076 24065/30269/26077</w:t>
        <w:br/>
        <w:t>f 24064/30270/26078 24067/30267/26075 24065/30269/26077</w:t>
        <w:br/>
        <w:t>f 24071/30271/26079 24070/30272/26080 24069/30273/26081</w:t>
        <w:br/>
        <w:t>f 24068/30274/26082 24071/30271/26079 24069/30273/26081</w:t>
        <w:br/>
        <w:t>f 24075/30275/26083 24074/30276/26084 24073/30277/26085</w:t>
        <w:br/>
        <w:t>f 24072/30278/26086 24075/30275/26083 24073/30277/26085</w:t>
        <w:br/>
        <w:t>f 24079/30279/26087 24078/30280/26088 24077/30281/26089</w:t>
        <w:br/>
        <w:t>f 24076/30282/26090 24079/30279/26087 24077/30281/26089</w:t>
        <w:br/>
        <w:t>f 24083/30283/26091 24082/30284/26092 24081/30285/26093</w:t>
        <w:br/>
        <w:t>f 24080/30286/26094 24083/30283/26091 24081/30285/26093</w:t>
        <w:br/>
        <w:t>f 24086/30287/26095 24085/30288/26096 24071/30271/26079</w:t>
        <w:br/>
        <w:t>f 24084/30289/26097 24086/30287/26095 24071/30271/26079</w:t>
        <w:br/>
        <w:t>f 24078/30280/26088 24067/30267/26075 24064/30270/26078</w:t>
        <w:br/>
        <w:t>f 24077/30281/26089 24078/30280/26088 24064/30270/26078</w:t>
        <w:br/>
        <w:t>f 24088/30290/26098 24068/30274/26082 24087/30291/26099</w:t>
        <w:br/>
        <w:t>f 24068/30274/26082 24089/30292/26100 24071/30271/26079</w:t>
        <w:br/>
        <w:t>f 24065/30269/26077 24081/30285/26093 24091/30293/26101</w:t>
        <w:br/>
        <w:t>f 24090/30294/26102 24065/30269/26077 24091/30293/26101</w:t>
        <w:br/>
        <w:t>f 24093/30295/26103 24092/30296/26104 24077/30281/26089</w:t>
        <w:br/>
        <w:t>f 24064/30270/26078 24093/30295/26103 24077/30281/26089</w:t>
        <w:br/>
        <w:t>f 24076/30282/26090 24077/30281/26089 24092/30296/26104</w:t>
        <w:br/>
        <w:t>f 24094/30297/26105 24076/30282/26090 24092/30296/26104</w:t>
        <w:br/>
        <w:t>f 24097/30298/26105 24096/30299/26106 24095/30300/26107</w:t>
        <w:br/>
        <w:t>f 24098/30301/26090 24097/30298/26105 24095/30300/26107</w:t>
        <w:br/>
        <w:t>f 24064/30270/26078 24065/30269/26077 24090/30294/26102</w:t>
        <w:br/>
        <w:t>f 24093/30295/26103 24064/30270/26078 24090/30294/26102</w:t>
        <w:br/>
        <w:t>f 24100/30302/26108 24099/30303/26109 24078/30280/26088</w:t>
        <w:br/>
        <w:t>f 24079/30279/26087 24100/30302/26108 24078/30280/26088</w:t>
        <w:br/>
        <w:t>f 24085/30288/26096 24101/30304/26110 24070/30272/26080</w:t>
        <w:br/>
        <w:t>f 24071/30271/26079 24085/30288/26096 24070/30272/26080</w:t>
        <w:br/>
        <w:t>f 24103/30305/26111 24087/30291/26099 24102/30306/26112</w:t>
        <w:br/>
        <w:t>f 24104/30307/26085 24101/30304/26110 24085/30288/26096</w:t>
        <w:br/>
        <w:t>f 24099/30303/26109 24105/30308/26113 24067/30267/26075</w:t>
        <w:br/>
        <w:t>f 24078/30280/26088 24099/30303/26109 24067/30267/26075</w:t>
        <w:br/>
        <w:t>f 24087/30291/26099 24103/30305/26111 24107/30309/26114</w:t>
        <w:br/>
        <w:t>f 24106/30310/26115 24087/30291/26099 24107/30309/26114</w:t>
        <w:br/>
        <w:t>f 24075/30275/26083 24109/30311/26116 24108/30312/26117</w:t>
        <w:br/>
        <w:t>f 24074/30276/26084 24075/30275/26083 24108/30312/26117</w:t>
        <w:br/>
        <w:t>f 24110/30313/26086 24104/30307/26085 24085/30288/26096</w:t>
        <w:br/>
        <w:t>f 24086/30287/26095 24110/30313/26086 24085/30288/26096</w:t>
        <w:br/>
        <w:t>f 24112/30314/26118 24107/30309/26114 24103/30305/26111</w:t>
        <w:br/>
        <w:t>f 24111/30315/26119 24112/30314/26118 24103/30305/26111</w:t>
        <w:br/>
        <w:t>f 24109/30311/26116 24112/30314/26118 24111/30315/26119</w:t>
        <w:br/>
        <w:t>f 24108/30312/26117 24109/30311/26116 24111/30315/26119</w:t>
        <w:br/>
        <w:t>f 24069/30273/26081 24102/30306/26112 24087/30291/26099</w:t>
        <w:br/>
        <w:t>f 24068/30274/26082 24069/30273/26081 24087/30291/26099</w:t>
        <w:br/>
        <w:t>f 24115/30316/26120 24114/30317/26121 24113/30318/26122</w:t>
        <w:br/>
        <w:t>f 24116/30319/26123 24115/30316/26120 24113/30318/26122</w:t>
        <w:br/>
        <w:t>f 24118/30320/26124 24117/30321/26125 24080/30286/26094</w:t>
        <w:br/>
        <w:t>f 24066/30268/26076 24118/30320/26124 24080/30286/26094</w:t>
        <w:br/>
        <w:t>f 24105/30308/26113 24118/30320/26124 24066/30268/26076</w:t>
        <w:br/>
        <w:t>f 24067/30267/26075 24105/30308/26113 24066/30268/26076</w:t>
        <w:br/>
        <w:t>f 24120/30322/26126 24119/30323/26127 24094/30297/26105</w:t>
        <w:br/>
        <w:t>f 24092/30296/26104 24120/30322/26126 24094/30297/26105</w:t>
        <w:br/>
        <w:t>f 24122/30324/26128 24121/30325/26129 24093/30295/26103</w:t>
        <w:br/>
        <w:t>f 24090/30294/26102 24122/30324/26128 24093/30295/26103</w:t>
        <w:br/>
        <w:t>f 24121/30325/26129 24120/30322/26126 24092/30296/26104</w:t>
        <w:br/>
        <w:t>f 24093/30295/26103 24121/30325/26129 24092/30296/26104</w:t>
        <w:br/>
        <w:t>f 24065/30269/26077 24066/30268/26076 24080/30286/26094</w:t>
        <w:br/>
        <w:t>f 24081/30285/26093 24065/30269/26077 24080/30286/26094</w:t>
        <w:br/>
        <w:t>f 24068/30274/26082 24088/30290/26098 24089/30292/26100</w:t>
        <w:br/>
        <w:t>f 24124/30326/26130 24123/30327/26131 24096/30299/26106</w:t>
        <w:br/>
        <w:t>f 24097/30298/26105 24124/30326/26130 24096/30299/26106</w:t>
        <w:br/>
        <w:t>f 24126/30328/26132 24125/30329/26133 24119/30323/26127</w:t>
        <w:br/>
        <w:t>f 24120/30322/26126 24126/30328/26132 24119/30323/26127</w:t>
        <w:br/>
        <w:t>f 24127/30330/26134 24126/30328/26132 24120/30322/26126</w:t>
        <w:br/>
        <w:t>f 24121/30325/26129 24127/30330/26134 24120/30322/26126</w:t>
        <w:br/>
        <w:t>f 24130/30331/26135 24129/30332/26136 24128/30333/26137</w:t>
        <w:br/>
        <w:t>f 24131/30334/26138 24130/30331/26135 24128/30333/26137</w:t>
        <w:br/>
        <w:t>f 24134/30335/26139 24133/30336/26140 24129/30332/26136</w:t>
        <w:br/>
        <w:t>f 24132/30337/26141 24134/30335/26139 24129/30332/26136</w:t>
        <w:br/>
        <w:t>f 24132/30337/26141 24082/30284/26092 24115/30316/26120</w:t>
        <w:br/>
        <w:t>f 24134/30335/26139 24132/30337/26141 24115/30316/26120</w:t>
        <w:br/>
        <w:t>f 24131/30334/26138 24135/30338/26142 24122/30324/26128</w:t>
        <w:br/>
        <w:t>f 24130/30331/26135 24131/30334/26138 24122/30324/26128</w:t>
        <w:br/>
        <w:t>f 24137/30339/26143 24136/30340/26144 24133/30336/26140</w:t>
        <w:br/>
        <w:t>f 24134/30335/26139 24137/30339/26143 24133/30336/26140</w:t>
        <w:br/>
        <w:t>f 24132/30337/26141 24091/30293/26101 24081/30285/26093</w:t>
        <w:br/>
        <w:t>f 24082/30284/26092 24132/30337/26141 24081/30285/26093</w:t>
        <w:br/>
        <w:t>f 24128/30333/26137 24129/30332/26136 24133/30336/26140</w:t>
        <w:br/>
        <w:t>f 24138/30341/26145 24128/30333/26137 24133/30336/26140</w:t>
        <w:br/>
        <w:t>f 24130/30331/26135 24122/30324/26128 24090/30294/26102</w:t>
        <w:br/>
        <w:t>f 24091/30293/26101 24130/30331/26135 24090/30294/26102</w:t>
        <w:br/>
        <w:t>f 24135/30338/26142 24127/30330/26134 24121/30325/26129</w:t>
        <w:br/>
        <w:t>f 24122/30324/26128 24135/30338/26142 24121/30325/26129</w:t>
        <w:br/>
        <w:t>f 24091/30293/26101 24132/30337/26141 24129/30332/26136</w:t>
        <w:br/>
        <w:t>f 24130/30331/26135 24091/30293/26101 24129/30332/26136</w:t>
        <w:br/>
        <w:t>f 24141/30342/26146 24140/30343/26147 24139/30344/26148</w:t>
        <w:br/>
        <w:t>f 24142/30345/26149 24141/30342/26146 24139/30344/26148</w:t>
        <w:br/>
        <w:t>f 24146/30346/26150 24145/30347/26151 24144/30348/26152</w:t>
        <w:br/>
        <w:t>f 24143/30349/26153 24146/30346/26150 24144/30348/26152</w:t>
        <w:br/>
        <w:t>f 24149/30350/26154 24148/30351/26155 24147/30352/26156</w:t>
        <w:br/>
        <w:t>f 24138/30341/26145 24149/30350/26154 24147/30352/26156</w:t>
        <w:br/>
        <w:t>f 24145/30347/26151 24151/30353/26157 24150/30354/26158</w:t>
        <w:br/>
        <w:t>f 24144/30348/26152 24145/30347/26151 24150/30354/26158</w:t>
        <w:br/>
        <w:t>f 24151/30353/26157 24153/30355/26159 24152/30356/26160</w:t>
        <w:br/>
        <w:t>f 24150/30354/26158 24151/30353/26157 24152/30356/26160</w:t>
        <w:br/>
        <w:t>f 24148/30351/26155 24155/30357/26161 24154/30358/26162</w:t>
        <w:br/>
        <w:t>f 24147/30352/26156 24148/30351/26155 24154/30358/26162</w:t>
        <w:br/>
        <w:t>f 24158/30359/26163 24157/30360/26149 24156/30361/26164</w:t>
        <w:br/>
        <w:t>f 24159/30362/26165 24158/30359/26163 24156/30361/26164</w:t>
        <w:br/>
        <w:t>f 24147/30352/26156 24154/30358/26162 24152/30356/26160</w:t>
        <w:br/>
        <w:t>f 24153/30355/26159 24147/30352/26156 24152/30356/26160</w:t>
        <w:br/>
        <w:t>f 24140/30343/26147 24141/30342/26146 24125/30329/26133</w:t>
        <w:br/>
        <w:t>f 24126/30328/26132 24140/30343/26147 24125/30329/26133</w:t>
        <w:br/>
        <w:t>f 24153/30355/26159 24128/30333/26137 24138/30341/26145</w:t>
        <w:br/>
        <w:t>f 24147/30352/26156 24153/30355/26159 24138/30341/26145</w:t>
        <w:br/>
        <w:t>f 24146/30346/26150 24140/30343/26147 24126/30328/26132</w:t>
        <w:br/>
        <w:t>f 24127/30330/26134 24146/30346/26150 24126/30328/26132</w:t>
        <w:br/>
        <w:t>f 24145/30347/26151 24146/30346/26150 24127/30330/26134</w:t>
        <w:br/>
        <w:t>f 24135/30338/26142 24145/30347/26151 24127/30330/26134</w:t>
        <w:br/>
        <w:t>f 24151/30353/26157 24145/30347/26151 24135/30338/26142</w:t>
        <w:br/>
        <w:t>f 24131/30334/26138 24151/30353/26157 24135/30338/26142</w:t>
        <w:br/>
        <w:t>f 24153/30355/26159 24151/30353/26157 24131/30334/26138</w:t>
        <w:br/>
        <w:t>f 24128/30333/26137 24153/30355/26159 24131/30334/26138</w:t>
        <w:br/>
        <w:t>f 24161/30363/26133 24158/30359/26163 24159/30362/26165</w:t>
        <w:br/>
        <w:t>f 24160/30364/26166 24161/30363/26133 24159/30362/26165</w:t>
        <w:br/>
        <w:t>f 24143/30349/26153 24139/30344/26148 24140/30343/26147</w:t>
        <w:br/>
        <w:t>f 24146/30346/26150 24143/30349/26153 24140/30343/26147</w:t>
        <w:br/>
        <w:t>f 24155/30357/26161 24148/30351/26155 24159/30362/26165</w:t>
        <w:br/>
        <w:t>f 24156/30361/26164 24155/30357/26161 24159/30362/26165</w:t>
        <w:br/>
        <w:t>f 24148/30351/26155 24149/30350/26154 24160/30364/26166</w:t>
        <w:br/>
        <w:t>f 24159/30362/26165 24148/30351/26155 24160/30364/26166</w:t>
        <w:br/>
        <w:t>f 24136/30340/26144 24137/30339/26143 24096/30299/26106</w:t>
        <w:br/>
        <w:t>f 24123/30327/26131 24136/30340/26144 24096/30299/26106</w:t>
        <w:br/>
        <w:t>f 24113/30318/26122 24162/30365/26167 24095/30300/26107</w:t>
        <w:br/>
        <w:t>f 24082/30284/26092 24083/30283/26091 24114/30317/26121</w:t>
        <w:br/>
        <w:t>f 24115/30316/26120 24082/30284/26092 24114/30317/26121</w:t>
        <w:br/>
        <w:t>f 24162/30365/26167 24163/30366/26087 24098/30301/26090</w:t>
        <w:br/>
        <w:t>f 24095/30300/26107 24162/30365/26167 24098/30301/26090</w:t>
        <w:br/>
        <w:t>f 24089/30292/26100 24084/30289/26097 24071/30271/26079</w:t>
        <w:br/>
        <w:t>f 24088/30290/26098 24087/30291/26099 24106/30310/26115</w:t>
        <w:br/>
        <w:t>f 24138/30341/26145 24133/30336/26140 24136/30340/26144</w:t>
        <w:br/>
        <w:t>f 24149/30350/26154 24138/30341/26145 24136/30340/26144</w:t>
        <w:br/>
        <w:t>f 24149/30350/26154 24136/30340/26144 24123/30327/26131</w:t>
        <w:br/>
        <w:t>f 24160/30364/26166 24149/30350/26154 24123/30327/26131</w:t>
        <w:br/>
        <w:t>f 24123/30327/26131 24124/30326/26130 24161/30363/26133</w:t>
        <w:br/>
        <w:t>f 24160/30364/26166 24123/30327/26131 24161/30363/26133</w:t>
        <w:br/>
        <w:t>f 24116/30319/26123 24137/30339/26143 24134/30335/26139</w:t>
        <w:br/>
        <w:t>f 24115/30316/26120 24116/30319/26123 24134/30335/26139</w:t>
        <w:br/>
        <w:t>f 24095/30300/26107 24096/30299/26106 24137/30339/26143</w:t>
        <w:br/>
        <w:t>f 24116/30319/26123 24095/30300/26107 24137/30339/26143</w:t>
        <w:br/>
        <w:t>f 24102/30306/26112 24083/30283/26091 24080/30286/26094</w:t>
        <w:br/>
        <w:t>f 24117/30321/26125 24102/30306/26112 24080/30286/26094</w:t>
        <w:br/>
        <w:t>f 24083/30283/26091 24102/30306/26112 24114/30317/26121</w:t>
        <w:br/>
        <w:t>f 24104/30307/26085 24164/30367/26168 24101/30304/26110</w:t>
        <w:br/>
        <w:t>f 24116/30319/26123 24113/30318/26122 24095/30300/26107</w:t>
        <w:br/>
        <w:t>f 24102/30306/26112 24069/30273/26081 24114/30317/26121</w:t>
        <w:br/>
        <w:t>f 24070/30272/26080 24113/30318/26122 24114/30317/26121</w:t>
        <w:br/>
        <w:t>f 24069/30273/26081 24070/30272/26080 24114/30317/26121</w:t>
        <w:br/>
        <w:t>f 24113/30318/26122 24070/30272/26080 24101/30304/26110</w:t>
        <w:br/>
        <w:t>f 24113/30318/26122 24101/30304/26110 24162/30365/26167</w:t>
        <w:br/>
        <w:t>f 24162/30365/26167 24101/30304/26110 24164/30367/26168</w:t>
        <w:br/>
        <w:t>f 24163/30366/26087 24162/30365/26167 24164/30367/26168</w:t>
        <w:br/>
        <w:t>f 24117/30321/26125 24103/30305/26111 24102/30306/26112</w:t>
        <w:br/>
        <w:t>f 24117/30321/26125 24118/30320/26124 24111/30315/26119</w:t>
        <w:br/>
        <w:t>f 24103/30305/26111 24117/30321/26125 24111/30315/26119</w:t>
        <w:br/>
        <w:t>f 24118/30320/26124 24105/30308/26113 24108/30312/26117</w:t>
        <w:br/>
        <w:t>f 24111/30315/26119 24118/30320/26124 24108/30312/26117</w:t>
        <w:br/>
        <w:t>f 24105/30308/26113 24099/30303/26109 24074/30276/26084</w:t>
        <w:br/>
        <w:t>f 24108/30312/26117 24105/30308/26113 24074/30276/26084</w:t>
        <w:br/>
        <w:t>f 24099/30303/26109 24100/30302/26108 24073/30277/26085</w:t>
        <w:br/>
        <w:t>f 24074/30276/26084 24099/30303/26109 24073/30277/26085</w:t>
        <w:br/>
        <w:t>f 25325/30368/26169 25324/30369/26170 25323/30370/26171</w:t>
        <w:br/>
        <w:t>f 25327/30371/26172 25326/30372/26173 25323/30370/26171</w:t>
        <w:br/>
        <w:t>f 25324/30369/26170 25327/30371/26172 25323/30370/26171</w:t>
        <w:br/>
        <w:t>f 25324/30369/26170 25325/30368/26169 25328/30373/26174</w:t>
        <w:br/>
        <w:t>f 25331/30374/26175 25330/30375/26176 25329/30376/26177</w:t>
        <w:br/>
        <w:t>f 25332/30377/26178 25331/30374/26175 25329/30376/26177</w:t>
        <w:br/>
        <w:t>f 25333/30378/26179 25331/30374/26175 25332/30377/26178</w:t>
        <w:br/>
        <w:t>f 25334/30379/26180 25333/30378/26179 25332/30377/26178</w:t>
        <w:br/>
        <w:t>f 25330/30375/26176 25336/30380/26181 25335/30381/26182</w:t>
        <w:br/>
        <w:t>f 25329/30376/26177 25330/30375/26176 25335/30381/26182</w:t>
        <w:br/>
        <w:t>f 25338/30382/26183 25337/30383/26184 25325/30368/26169</w:t>
        <w:br/>
        <w:t>f 25323/30370/26171 25338/30382/26183 25325/30368/26169</w:t>
        <w:br/>
        <w:t>f 25339/30384/26185 25336/30380/26181 25337/30383/26184</w:t>
        <w:br/>
        <w:t>f 25338/30382/26183 25339/30384/26185 25337/30383/26184</w:t>
        <w:br/>
        <w:t>f 25342/30385/26186 25341/30386/26187 25340/30387/26188</w:t>
        <w:br/>
        <w:t>f 25343/30388/26189 25342/30385/26186 25340/30387/26188</w:t>
        <w:br/>
        <w:t>f 25339/30384/26185 25344/30389/26190 25341/30386/26187</w:t>
        <w:br/>
        <w:t>f 25325/30368/26169 25337/30383/26184 25345/30390/26191</w:t>
        <w:br/>
        <w:t>f 25328/30373/26174 25325/30368/26169 25345/30390/26191</w:t>
        <w:br/>
        <w:t>f 25345/30390/26191 25347/30391/26192 25346/30392/26193</w:t>
        <w:br/>
        <w:t>f 25328/30373/26174 25345/30390/26191 25346/30392/26193</w:t>
        <w:br/>
        <w:t>f 25347/30391/26192 25348/30393/26194 25346/30392/26193</w:t>
        <w:br/>
        <w:t>f 25326/30372/26173 25349/30394/26195 25340/30387/26188</w:t>
        <w:br/>
        <w:t>f 25344/30389/26190 25326/30372/26173 25340/30387/26188</w:t>
        <w:br/>
        <w:t>f 25350/30395/26196 25328/30373/26174 25346/30392/26193</w:t>
        <w:br/>
        <w:t>f 25333/30378/26179 25351/30396/26197 25348/30393/26194</w:t>
        <w:br/>
        <w:t>f 25334/30379/26180 25332/30377/26178 25352/30397/26198</w:t>
        <w:br/>
        <w:t>f 25353/30398/26199 25334/30379/26180 25352/30397/26198</w:t>
        <w:br/>
        <w:t>f 25332/30377/26178 25329/30376/26177 25354/30399/26200</w:t>
        <w:br/>
        <w:t>f 25352/30397/26198 25332/30377/26178 25354/30399/26200</w:t>
        <w:br/>
        <w:t>f 25329/30376/26177 25335/30381/26182 25355/30400/26201</w:t>
        <w:br/>
        <w:t>f 25354/30399/26200 25329/30376/26177 25355/30400/26201</w:t>
        <w:br/>
        <w:t>f 25357/30401/26202 25351/30396/26197 25356/30402/26203</w:t>
        <w:br/>
        <w:t>f 25334/30379/26180 25356/30402/26203 25351/30396/26197</w:t>
        <w:br/>
        <w:t>f 25333/30378/26179 25334/30379/26180 25351/30396/26197</w:t>
        <w:br/>
        <w:t>f 25352/30397/26198 25354/30399/26200 25358/30403/26204</w:t>
        <w:br/>
        <w:t>f 25359/30404/26205 25352/30397/26198 25358/30403/26204</w:t>
        <w:br/>
        <w:t>f 25362/30405/26206 25361/30406/26207 25360/30407/26208</w:t>
        <w:br/>
        <w:t>f 25363/30408/26209 25362/30405/26206 25360/30407/26208</w:t>
        <w:br/>
        <w:t>f 25357/30401/26202 25356/30402/26203 25364/30409/26210</w:t>
        <w:br/>
        <w:t>f 25365/30410/26211 25361/30406/26207 25362/30405/26206</w:t>
        <w:br/>
        <w:t>f 25365/30410/26211 25367/30411/26212 25366/30412/26213</w:t>
        <w:br/>
        <w:t>f 25365/30410/26211 25362/30405/26206 25367/30411/26212</w:t>
        <w:br/>
        <w:t>f 25349/30394/26195 25326/30372/26173 25327/30371/26172</w:t>
        <w:br/>
        <w:t>f 25368/30413/26214 25358/30403/26204 25354/30399/26200</w:t>
        <w:br/>
        <w:t>f 25355/30400/26201 25368/30413/26214 25354/30399/26200</w:t>
        <w:br/>
        <w:t>f 25370/30414/26209 25369/30415/26215 25357/30401/26202</w:t>
        <w:br/>
        <w:t>f 25364/30409/26210 25370/30414/26209 25357/30401/26202</w:t>
        <w:br/>
        <w:t>f 25374/30416/26216 25373/30417/26217 25372/30418/26218</w:t>
        <w:br/>
        <w:t>f 25371/30419/26219 25374/30416/26216 25372/30418/26218</w:t>
        <w:br/>
        <w:t>f 25371/30419/26219 25372/30418/26218 25376/30420/26220</w:t>
        <w:br/>
        <w:t>f 25375/30421/26221 25371/30419/26219 25376/30420/26220</w:t>
        <w:br/>
        <w:t>f 25375/30421/26221 25376/30420/26220 25378/30422/26222</w:t>
        <w:br/>
        <w:t>f 25377/30423/26223 25375/30421/26221 25378/30422/26222</w:t>
        <w:br/>
        <w:t>f 25382/30424/26224 25381/30425/26225 25380/30426/26226</w:t>
        <w:br/>
        <w:t>f 25379/30427/26227 25382/30424/26224 25380/30426/26226</w:t>
        <w:br/>
        <w:t>f 25379/30427/26227 25380/30426/26226 25373/30417/26217</w:t>
        <w:br/>
        <w:t>f 25374/30416/26216 25379/30427/26227 25373/30417/26217</w:t>
        <w:br/>
        <w:t>f 25344/30389/26190 25338/30382/26183 25323/30370/26171</w:t>
        <w:br/>
        <w:t>f 25326/30372/26173 25344/30389/26190 25323/30370/26171</w:t>
        <w:br/>
        <w:t>f 25339/30384/26185 25338/30382/26183 25344/30389/26190</w:t>
        <w:br/>
        <w:t>f 25341/30386/26187 25344/30389/26190 25340/30387/26188</w:t>
        <w:br/>
        <w:t>f 25365/30410/26211 25366/30412/26213 25342/30385/26186</w:t>
        <w:br/>
        <w:t>f 25383/30428/26228 25335/30381/26182 25336/30380/26181</w:t>
        <w:br/>
        <w:t>f 25339/30384/26185 25383/30428/26228 25336/30380/26181</w:t>
        <w:br/>
        <w:t>f 25339/30384/26185 25341/30386/26187 25384/30429/26229</w:t>
        <w:br/>
        <w:t>f 25383/30428/26228 25339/30384/26185 25384/30429/26229</w:t>
        <w:br/>
        <w:t>f 25341/30386/26187 25342/30385/26186 25366/30412/26213</w:t>
        <w:br/>
        <w:t>f 25384/30429/26229 25341/30386/26187 25366/30412/26213</w:t>
        <w:br/>
        <w:t>f 25335/30381/26182 25383/30428/26228 25385/30430/26230</w:t>
        <w:br/>
        <w:t>f 25355/30400/26201 25335/30381/26182 25385/30430/26230</w:t>
        <w:br/>
        <w:t>f 25383/30428/26228 25384/30429/26229 25386/30431/26231</w:t>
        <w:br/>
        <w:t>f 25385/30430/26230 25383/30428/26228 25386/30431/26231</w:t>
        <w:br/>
        <w:t>f 25386/30431/26231 25384/30429/26229 25366/30412/26213</w:t>
        <w:br/>
        <w:t>f 25367/30411/26212 25386/30431/26231 25366/30412/26213</w:t>
        <w:br/>
        <w:t>f 25387/30432/26232 25372/30418/26218 25373/30417/26217</w:t>
        <w:br/>
        <w:t>f 25368/30413/26214 25387/30432/26232 25373/30417/26217</w:t>
        <w:br/>
        <w:t>f 25387/30432/26232 25385/30430/26230 25386/30431/26231</w:t>
        <w:br/>
        <w:t>f 25388/30433/26233 25387/30432/26232 25386/30431/26231</w:t>
        <w:br/>
        <w:t>f 25388/30433/26233 25386/30431/26231 25367/30411/26212</w:t>
        <w:br/>
        <w:t>f 25389/30434/26234 25388/30433/26233 25367/30411/26212</w:t>
        <w:br/>
        <w:t>f 25345/30390/26191 25337/30383/26184 25336/30380/26181</w:t>
        <w:br/>
        <w:t>f 25330/30375/26176 25345/30390/26191 25336/30380/26181</w:t>
        <w:br/>
        <w:t>f 25330/30375/26176 25331/30374/26175 25347/30391/26192</w:t>
        <w:br/>
        <w:t>f 25345/30390/26191 25330/30375/26176 25347/30391/26192</w:t>
        <w:br/>
        <w:t>f 25347/30391/26192 25331/30374/26175 25333/30378/26179</w:t>
        <w:br/>
        <w:t>f 25353/30398/26199 25364/30409/26210 25356/30402/26203</w:t>
        <w:br/>
        <w:t>f 25334/30379/26180 25353/30398/26199 25356/30402/26203</w:t>
        <w:br/>
        <w:t>f 25348/30393/26194 25347/30391/26192 25333/30378/26179</w:t>
        <w:br/>
        <w:t>f 25368/30413/26214 25373/30417/26217 25380/30426/26226</w:t>
        <w:br/>
        <w:t>f 25358/30403/26204 25368/30413/26214 25380/30426/26226</w:t>
        <w:br/>
        <w:t>f 25381/30425/26225 25359/30404/26205 25358/30403/26204</w:t>
        <w:br/>
        <w:t>f 25380/30426/26226 25381/30425/26225 25358/30403/26204</w:t>
        <w:br/>
        <w:t>f 25387/30432/26232 25368/30413/26214 25355/30400/26201</w:t>
        <w:br/>
        <w:t>f 25385/30430/26230 25387/30432/26232 25355/30400/26201</w:t>
        <w:br/>
        <w:t>f 25388/30433/26233 25376/30420/26220 25372/30418/26218</w:t>
        <w:br/>
        <w:t>f 25387/30432/26232 25388/30433/26233 25372/30418/26218</w:t>
        <w:br/>
        <w:t>f 25389/30434/26234 25378/30422/26222 25376/30420/26220</w:t>
        <w:br/>
        <w:t>f 25388/30433/26233 25389/30434/26234 25376/30420/26220</w:t>
        <w:br/>
        <w:t>f 25349/30394/26195 25343/30388/26189 25340/30387/26188</w:t>
        <w:br/>
        <w:t>f 4859/30435/26235 4858/30436/26236 4857/30437/26237</w:t>
        <w:br/>
        <w:t>f 4861/30438/26238 4857/30437/26237 4858/30436/26236</w:t>
        <w:br/>
        <w:t>f 4860/30439/26239 4861/30438/26238 4858/30436/26236</w:t>
        <w:br/>
        <w:t>f 4865/30440/26240 4864/30441/26241 4863/30442/26242</w:t>
        <w:br/>
        <w:t>f 4862/30443/26243 4865/30440/26240 4863/30442/26242</w:t>
        <w:br/>
        <w:t>f 4867/30444/26244 4862/30443/26243 4866/30445/26245</w:t>
        <w:br/>
        <w:t>f 4860/30439/26239 4867/30444/26244 4866/30445/26245</w:t>
        <w:br/>
        <w:t>f 4864/30441/26241 4865/30440/26240 4868/30446/26246</w:t>
        <w:br/>
        <w:t>f 4869/30447/26246 4864/30441/26241 4868/30446/26246</w:t>
        <w:br/>
        <w:t>f 4866/30445/26245 4862/30443/26243 4863/30442/26242</w:t>
        <w:br/>
        <w:t>f 4870/30448/26247 4866/30445/26245 4863/30442/26242</w:t>
        <w:br/>
        <w:t>f 4870/30448/26247 4872/30449/26248 4871/30450/26249</w:t>
        <w:br/>
        <w:t>f 4866/30445/26245 4870/30448/26247 4871/30450/26249</w:t>
        <w:br/>
        <w:t>f 4866/30445/26245 4871/30450/26249 4861/30438/26238</w:t>
        <w:br/>
        <w:t>f 4860/30439/26239 4866/30445/26245 4861/30438/26238</w:t>
        <w:br/>
        <w:t>f 4862/30443/26243 4867/30444/26244 4873/30451/26250</w:t>
        <w:br/>
        <w:t>f 4867/30444/26244 4860/30439/26239 4858/30436/26236</w:t>
        <w:br/>
        <w:t>f 4862/30443/26243 4873/30451/26250 4865/30440/26240</w:t>
        <w:br/>
        <w:t>f 4876/30452/26235 4875/30453/26237 4874/30454/26251</w:t>
        <w:br/>
        <w:t>f 4878/30455/26238 4877/30456/26252 4874/30454/26251</w:t>
        <w:br/>
        <w:t>f 4875/30453/26237 4878/30455/26238 4874/30454/26251</w:t>
        <w:br/>
        <w:t>f 4882/30457/26253 4881/30458/26254 4880/30459/26255</w:t>
        <w:br/>
        <w:t>f 4879/30460/26256 4882/30457/26253 4880/30459/26255</w:t>
        <w:br/>
        <w:t>f 4884/30461/26257 4877/30456/26252 4883/30462/26258</w:t>
        <w:br/>
        <w:t>f 4881/30458/26254 4884/30461/26257 4883/30462/26258</w:t>
        <w:br/>
        <w:t>f 4885/30463/26259 4882/30457/26253 4879/30460/26256</w:t>
        <w:br/>
        <w:t>f 4886/30464/26260 4885/30463/26259 4879/30460/26256</w:t>
        <w:br/>
        <w:t>f 4880/30459/26255 4881/30458/26254 4883/30462/26258</w:t>
        <w:br/>
        <w:t>f 4887/30465/26261 4880/30459/26255 4883/30462/26258</w:t>
        <w:br/>
        <w:t>f 4887/30465/26261 4883/30462/26258 4889/30466/26249</w:t>
        <w:br/>
        <w:t>f 4888/30467/26248 4887/30465/26261 4889/30466/26249</w:t>
        <w:br/>
        <w:t>f 4878/30455/26238 4889/30466/26249 4883/30462/26258</w:t>
        <w:br/>
        <w:t>f 4877/30456/26252 4878/30455/26238 4883/30462/26258</w:t>
        <w:br/>
        <w:t>f 4881/30458/26254 4890/30468/26262 4884/30461/26257</w:t>
        <w:br/>
        <w:t>f 4884/30461/26257 4874/30454/26251 4877/30456/26252</w:t>
        <w:br/>
        <w:t>f 4881/30458/26254 4882/30457/26253 4890/30468/26262</w:t>
        <w:br/>
        <w:t>f 8509/30469/26263 8508/30470/26264 8507/30471/26265</w:t>
        <w:br/>
        <w:t>f 8510/30472/26266 8509/30469/26263 8507/30471/26265</w:t>
        <w:br/>
        <w:t>f 8508/30470/26264 8515/30473/26267 8514/30474/26268</w:t>
        <w:br/>
        <w:t>f 8507/30471/26265 8508/30470/26264 8514/30474/26268</w:t>
        <w:br/>
        <w:t>f 8525/30475/26269 8524/30476/26270 8523/30477/26271</w:t>
        <w:br/>
        <w:t>f 8522/30478/26272 8525/30475/26269 8523/30477/26271</w:t>
        <w:br/>
        <w:t>f 8515/30473/26267 8508/30470/26264 8525/30475/26269</w:t>
        <w:br/>
        <w:t>f 8526/30479/26273 8515/30473/26267 8525/30475/26269</w:t>
        <w:br/>
        <w:t>f 8508/30470/26264 8509/30469/26263 8524/30476/26270</w:t>
        <w:br/>
        <w:t>f 8525/30475/26269 8508/30470/26264 8524/30476/26270</w:t>
        <w:br/>
        <w:t>f 8523/30477/26271 8542/30480/15293 8541/30481/15292</w:t>
        <w:br/>
        <w:t>f 8544/30482/15295 8543/30483/26274 8522/30478/26272</w:t>
        <w:br/>
        <w:t>f 8541/30481/15292 8544/30482/15295 8522/30478/26272</w:t>
        <w:br/>
        <w:t>f 8543/30483/26274 8544/30482/15295 8545/30484/26275</w:t>
        <w:br/>
        <w:t>f 8546/30485/15298 8543/30483/26274 8545/30484/26275</w:t>
        <w:br/>
        <w:t>f 8549/30486/15307 8548/30487/26276 8547/30488/15261</w:t>
        <w:br/>
        <w:t>f 8543/30483/26274 8546/30485/15298 8550/30489/15291</w:t>
        <w:br/>
        <w:t>f 8543/30483/26274 8552/30490/15304 8551/30491/15296</w:t>
        <w:br/>
        <w:t>f 8522/30478/26272 8554/30492/15287 8553/30493/15289</w:t>
        <w:br/>
        <w:t>f 8523/30477/26271 8541/30481/15292 8522/30478/26272</w:t>
        <w:br/>
        <w:t>f 8557/30494/15290 8556/30495/15262 8555/30496/26277</w:t>
        <w:br/>
        <w:t>f 8543/30483/26274 8550/30489/15291 8558/30497/26278</w:t>
        <w:br/>
        <w:t>f 8552/30490/15304 8543/30483/26274 8558/30497/26278</w:t>
        <w:br/>
        <w:t>f 8522/30478/26272 8543/30483/26274 8551/30491/15296</w:t>
        <w:br/>
        <w:t>f 8554/30492/15287 8522/30478/26272 8551/30491/15296</w:t>
        <w:br/>
        <w:t>f 8557/30494/15290 8559/30498/15306 8550/30489/15291</w:t>
        <w:br/>
        <w:t>f 8557/30494/15290 8555/30496/26277 8559/30498/15306</w:t>
        <w:br/>
        <w:t>f 8559/30498/15306 8558/30497/26278 8550/30489/15291</w:t>
        <w:br/>
        <w:t>f 8556/30495/15262 8557/30494/15290 8549/30486/15307</w:t>
        <w:br/>
        <w:t>f 8556/30495/15262 8549/30486/15307 8547/30488/15261</w:t>
        <w:br/>
        <w:t>f 8525/30475/26269 8522/30478/26272 8553/30493/15289</w:t>
        <w:br/>
        <w:t>f 8526/30479/26273 8525/30475/26269 8553/30493/15289</w:t>
        <w:br/>
        <w:t>f 8596/30499/26279 8595/30500/26280 8594/30501/26281</w:t>
        <w:br/>
        <w:t>f 8597/30502/26282 8596/30499/26279 8594/30501/26281</w:t>
        <w:br/>
        <w:t>f 8602/30503/26268 8601/30504/26267 8595/30500/26280</w:t>
        <w:br/>
        <w:t>f 8596/30499/26279 8602/30503/26268 8595/30500/26280</w:t>
        <w:br/>
        <w:t>f 8612/30505/26283 8611/30506/26284 8610/30507/26285</w:t>
        <w:br/>
        <w:t>f 8609/30508/26286 8612/30505/26283 8610/30507/26285</w:t>
        <w:br/>
        <w:t>f 8601/30504/26267 8613/30509/26273 8612/30505/26283</w:t>
        <w:br/>
        <w:t>f 8595/30500/26280 8601/30504/26267 8612/30505/26283</w:t>
        <w:br/>
        <w:t>f 8595/30500/26280 8612/30505/26283 8609/30508/26286</w:t>
        <w:br/>
        <w:t>f 8594/30501/26281 8595/30500/26280 8609/30508/26286</w:t>
        <w:br/>
        <w:t>f 8610/30507/26285 8629/30510/15346 8628/30511/15345</w:t>
        <w:br/>
        <w:t>f 8611/30506/26284 8631/30512/26287 8630/30513/15347</w:t>
        <w:br/>
        <w:t>f 8629/30510/15346 8611/30506/26284 8630/30513/15347</w:t>
        <w:br/>
        <w:t>f 8631/30512/26287 8632/30514/26288 8630/30513/15347</w:t>
        <w:br/>
        <w:t>f 8633/30515/26289 8632/30514/26288 8631/30512/26287</w:t>
        <w:br/>
        <w:t>f 8636/30516/15357 8635/30517/15312 8634/30518/26290</w:t>
        <w:br/>
        <w:t>f 8631/30512/26287 8637/30519/15342 8633/30515/26289</w:t>
        <w:br/>
        <w:t>f 8631/30512/26287 8639/30520/26291 8638/30521/15354</w:t>
        <w:br/>
        <w:t>f 8611/30506/26284 8641/30522/15289 8640/30523/26292</w:t>
        <w:br/>
        <w:t>f 8610/30507/26285 8611/30506/26284 8629/30510/15346</w:t>
        <w:br/>
        <w:t>f 8644/30524/26293 8643/30525/15353 8642/30526/15313</w:t>
        <w:br/>
        <w:t>f 8631/30512/26287 8638/30521/15354 8645/30527/26294</w:t>
        <w:br/>
        <w:t>f 8637/30519/15342 8631/30512/26287 8645/30527/26294</w:t>
        <w:br/>
        <w:t>f 8611/30506/26284 8640/30523/26292 8639/30520/26291</w:t>
        <w:br/>
        <w:t>f 8631/30512/26287 8611/30506/26284 8639/30520/26291</w:t>
        <w:br/>
        <w:t>f 8644/30524/26293 8637/30519/15342 8646/30528/26295</w:t>
        <w:br/>
        <w:t>f 8644/30524/26293 8646/30528/26295 8643/30525/15353</w:t>
        <w:br/>
        <w:t>f 8646/30528/26295 8637/30519/15342 8645/30527/26294</w:t>
        <w:br/>
        <w:t>f 8642/30526/15313 8636/30516/15357 8644/30524/26293</w:t>
        <w:br/>
        <w:t>f 8642/30526/15313 8635/30517/15312 8636/30516/15357</w:t>
        <w:br/>
        <w:t>f 8612/30505/26283 8641/30522/15289 8611/30506/26284</w:t>
        <w:br/>
        <w:t>f 8613/30509/26273 8641/30522/15289 8612/30505/26283</w:t>
        <w:br/>
        <w:t>f 14040/30529/26296 14039/30530/26297 14038/30531/26298</w:t>
        <w:br/>
        <w:t>f 14040/30529/26296 14042/30532/26299 14041/30533/26300</w:t>
        <w:br/>
        <w:t>f 14044/30534/26301 14043/30535/26302 14041/30533/26300</w:t>
        <w:br/>
        <w:t>f 14047/30536/26303 14046/30537/26304 14045/30538/26305</w:t>
        <w:br/>
        <w:t>f 14047/30536/26303 14048/30539/26306 14046/30537/26304</w:t>
        <w:br/>
        <w:t>f 14047/30536/26303 14041/30533/26307 14048/30539/26306</w:t>
        <w:br/>
        <w:t>f 14041/30533/26300 14043/30535/26302 14049/30540/26308</w:t>
        <w:br/>
        <w:t>f 14052/30541/26309 14051/30542/26310 14050/30543/26311</w:t>
        <w:br/>
        <w:t>f 14053/30544/26312 14051/30542/26310 14052/30541/26309</w:t>
        <w:br/>
        <w:t>f 14047/30536/26313 14053/30544/26312 14052/30541/26309</w:t>
        <w:br/>
        <w:t>f 14056/30545/26314 14055/30546/26314 14054/30547/26314</w:t>
        <w:br/>
        <w:t>f 14047/30536/26303 14045/30538/26305 14057/30548/26315</w:t>
        <w:br/>
        <w:t>f 14060/30549/26316 14059/30550/26317 14058/30551/26318</w:t>
        <w:br/>
        <w:t>f 14060/30549/26316 14061/30552/26319 14059/30550/26317</w:t>
        <w:br/>
        <w:t>f 14064/30553/26320 14063/30554/26321 14062/30555/26320</w:t>
        <w:br/>
        <w:t>f 14060/30549/26322 14064/30553/26320 14062/30555/26320</w:t>
        <w:br/>
        <w:t>f 14052/30541/26309 14050/30543/26311 14063/30554/26323</w:t>
        <w:br/>
        <w:t>f 14067/30556/26324 14066/30557/26325 14065/30558/26326</w:t>
        <w:br/>
        <w:t>f 14067/30556/26324 14068/30559/26327 14066/30557/26325</w:t>
        <w:br/>
        <w:t>f 14071/30560/26328 14070/30561/26328 14069/30562/26328</w:t>
        <w:br/>
        <w:t>f 14060/30549/26316 14058/30551/26318 14072/30563/26329</w:t>
        <w:br/>
        <w:t>f 14075/30564/26330 14074/30565/26331 14073/30566/26332</w:t>
        <w:br/>
        <w:t>f 14078/30567/26333 14077/30568/26334 14076/30569/26334</w:t>
        <w:br/>
        <w:t>f 14067/30556/26324 14065/30558/26326 14079/30570/26335</w:t>
        <w:br/>
        <w:t>f 14075/30564/26330 14067/30556/26324 14079/30570/26335</w:t>
        <w:br/>
        <w:t>f 14082/30571/26336 14081/30572/26337 14080/30573/26338</w:t>
        <w:br/>
        <w:t>f 14082/30571/26336 14078/30567/26339 14081/30572/26337</w:t>
        <w:br/>
        <w:t>f 14078/30567/26340 14084/30574/26341 14083/30575/26342</w:t>
        <w:br/>
        <w:t>f 14075/30564/26330 14073/30566/26332 14084/30574/26343</w:t>
        <w:br/>
        <w:t>f 14087/30576/26344 14086/30577/26345 14085/30578/26345</w:t>
        <w:br/>
        <w:t>f 14090/30579/26346 14089/30580/26347 14088/30581/26348</w:t>
        <w:br/>
        <w:t>f 14082/30571/26336 14080/30573/26338 14089/30580/26347</w:t>
        <w:br/>
        <w:t>f 14093/30582/26349 14092/30583/26349 14091/30584/26349</w:t>
        <w:br/>
        <w:t>f 14096/30585/26350 14095/30586/26351 14094/30587/26352</w:t>
        <w:br/>
        <w:t>f 14096/30585/26350 14097/30588/26353 14095/30586/26351</w:t>
        <w:br/>
        <w:t>f 14097/30588/26353 14099/30589/26354 14098/30590/26355</w:t>
        <w:br/>
        <w:t>f 14097/30588/26353 14100/30591/26356 14099/30589/26354</w:t>
        <w:br/>
        <w:t>f 14102/30592/26357 14101/30593/26357 14100/30591/26358</w:t>
        <w:br/>
        <w:t>f 14105/30594/26359 14104/30595/26359 14103/30596/26359</w:t>
        <w:br/>
        <w:t>f 14040/30529/26360 14107/30597/26361 14106/30598/26362</w:t>
        <w:br/>
        <w:t>f 14040/30529/26360 14096/30585/26350 14107/30597/26361</w:t>
        <w:br/>
        <w:t>f 14110/30599/26363 14109/30600/26364 14108/30601/26365</w:t>
        <w:br/>
        <w:t>f 14096/30585/26350 14111/30602/26366 14109/30600/26367</w:t>
        <w:br/>
        <w:t>f 14096/30585/26350 14112/30603/26368 14111/30602/26366</w:t>
        <w:br/>
        <w:t>f 14115/30604/26369 14114/30605/26369 14113/30606/26369</w:t>
        <w:br/>
        <w:t>f 14116/30607/26370 14041/30533/26300 14042/30532/26299</w:t>
        <w:br/>
        <w:t>f 14119/30608/26371 14118/30609/26371 14117/30610/26371</w:t>
        <w:br/>
        <w:t>f 14040/30529/26296 14120/30611/26372 14039/30530/26297</w:t>
        <w:br/>
        <w:t>f 14107/30597/26373 14110/30599/26363 14121/30612/26374</w:t>
        <w:br/>
        <w:t>f 14049/30540/26375 14123/30613/26376 14122/30614/26376</w:t>
        <w:br/>
        <w:t>f 14067/30556/26377 14060/30549/26316 14072/30563/26329</w:t>
        <w:br/>
        <w:t>f 14098/30590/26355 14124/30615/26378 14097/30588/26353</w:t>
        <w:br/>
        <w:t>f 14127/30616/26379 14126/30617/26379 14125/30618/26379</w:t>
        <w:br/>
        <w:t>f 14087/30576/26353 14082/30571/26336 14088/30581/26380</w:t>
        <w:br/>
        <w:t>f 14129/30619/26381 14128/30620/26381 14083/30575/26382</w:t>
        <w:br/>
        <w:t>f 14131/30621/26383 14042/30532/26384 14130/30622/26383</w:t>
        <w:br/>
        <w:t>f 22173/30623/26385 22172/30624/26386 22171/30625/26387</w:t>
        <w:br/>
        <w:t>f 22173/30623/26388 22175/30626/26389 22174/30627/26390</w:t>
        <w:br/>
        <w:t>f 22177/30628/26391 22175/30626/26389 22176/30629/26392</w:t>
        <w:br/>
        <w:t>f 22180/30630/26393 22179/30631/26394 22178/30632/26395</w:t>
        <w:br/>
        <w:t>f 22180/30630/26393 22178/30632/26395 22181/30633/26396</w:t>
        <w:br/>
        <w:t>f 22180/30630/26393 22181/30633/26396 22175/30626/26397</w:t>
        <w:br/>
        <w:t>f 22175/30626/26389 22182/30634/26398 22176/30629/26392</w:t>
        <w:br/>
        <w:t>f 22185/30635/26399 22184/30636/26400 22183/30637/26401</w:t>
        <w:br/>
        <w:t>f 22185/30635/26399 22183/30637/26401 22186/30638/26402</w:t>
        <w:br/>
        <w:t>f 22180/30630/26403 22185/30635/26399 22186/30638/26402</w:t>
        <w:br/>
        <w:t>f 22189/30639/26404 22188/30640/26404 22187/30641/26404</w:t>
        <w:br/>
        <w:t>f 22180/30630/26393 22190/30642/26405 22179/30631/26394</w:t>
        <w:br/>
        <w:t>f 22193/30643/26406 22192/30644/26407 22191/30645/26408</w:t>
        <w:br/>
        <w:t>f 22193/30643/26406 22191/30645/26408 22194/30646/26409</w:t>
        <w:br/>
        <w:t>f 22196/30647/26410 22193/30643/26411 22195/30648/26410</w:t>
        <w:br/>
        <w:t>f 22197/30649/26412 22196/30647/26410 22195/30648/26410</w:t>
        <w:br/>
        <w:t>f 22185/30635/26399 22197/30649/26412 22184/30636/26400</w:t>
        <w:br/>
        <w:t>f 22200/30650/26413 22199/30651/26414 22198/30652/26415</w:t>
        <w:br/>
        <w:t>f 22200/30650/26413 22198/30652/26415 22201/30653/26416</w:t>
        <w:br/>
        <w:t>f 22204/30654/26417 22203/30655/26417 22202/30656/26417</w:t>
        <w:br/>
        <w:t>f 22193/30643/26406 22205/30657/26418 22192/30644/26407</w:t>
        <w:br/>
        <w:t>f 22208/30658/26419 22207/30659/26420 22206/30660/26421</w:t>
        <w:br/>
        <w:t>f 22211/30661/26422 22210/30662/26423 22209/30663/26423</w:t>
        <w:br/>
        <w:t>f 22200/30650/26413 22208/30658/26419 22212/30664/26424</w:t>
        <w:br/>
        <w:t>f 22199/30651/26414 22200/30650/26413 22212/30664/26424</w:t>
        <w:br/>
        <w:t>f 22215/30665/26425 22214/30666/26426 22213/30667/26427</w:t>
        <w:br/>
        <w:t>f 22215/30665/26425 22213/30667/26427 22211/30661/26428</w:t>
        <w:br/>
        <w:t>f 22211/30661/26428 22217/30668/26429 22216/30669/26430</w:t>
        <w:br/>
        <w:t>f 22208/30658/26419 22216/30669/26430 22207/30659/26420</w:t>
        <w:br/>
        <w:t>f 22220/30670/26431 22219/30671/26432 22218/30672/26432</w:t>
        <w:br/>
        <w:t>f 22223/30673/26433 22222/30674/26434 22221/30675/26435</w:t>
        <w:br/>
        <w:t>f 22215/30665/26425 22221/30675/26435 22214/30666/26426</w:t>
        <w:br/>
        <w:t>f 22226/30676/26436 22225/30677/26436 22224/30678/26436</w:t>
        <w:br/>
        <w:t>f 22229/30679/26437 22228/30680/26438 22227/30681/26439</w:t>
        <w:br/>
        <w:t>f 22229/30679/26437 22227/30681/26439 22230/30682/26431</w:t>
        <w:br/>
        <w:t>f 22230/30682/26431 22232/30683/26440 22231/30684/26441</w:t>
        <w:br/>
        <w:t>f 22230/30682/26431 22231/30684/26441 22233/30685/26442</w:t>
        <w:br/>
        <w:t>f 22235/30686/26443 22233/30685/26444 22234/30687/26443</w:t>
        <w:br/>
        <w:t>f 22238/30688/26445 22237/30689/26445 22236/30690/26445</w:t>
        <w:br/>
        <w:t>f 22173/30623/26385 22240/30691/26446 22239/30692/26447</w:t>
        <w:br/>
        <w:t>f 22173/30623/26385 22239/30692/26447 22229/30679/26448</w:t>
        <w:br/>
        <w:t>f 22243/30693/26449 22242/30694/26450 22241/30695/26451</w:t>
        <w:br/>
        <w:t>f 22229/30679/26448 22241/30695/26452 22244/30696/26453</w:t>
        <w:br/>
        <w:t>f 22229/30679/26448 22244/30696/26453 22245/30697/26454</w:t>
        <w:br/>
        <w:t>f 22248/30698/26455 22247/30699/26455 22246/30700/26455</w:t>
        <w:br/>
        <w:t>f 22249/30701/26456 22174/30627/26390 22175/30626/26389</w:t>
        <w:br/>
        <w:t>f 22252/30702/26457 22251/30703/26457 22250/30704/26457</w:t>
        <w:br/>
        <w:t>f 22173/30623/26385 22171/30625/26387 22253/30705/26458</w:t>
        <w:br/>
        <w:t>f 22239/30692/26459 22254/30706/26460 22243/30693/26461</w:t>
        <w:br/>
        <w:t>f 22182/30634/26398 22256/30707/26462 22255/30708/26462</w:t>
        <w:br/>
        <w:t>f 22200/30650/26463 22205/30657/26418 22193/30643/26406</w:t>
        <w:br/>
        <w:t>f 22232/30683/26440 22230/30682/26431 22257/30709/26464</w:t>
        <w:br/>
        <w:t>f 22260/30710/26465 22259/30711/26465 22258/30712/26465</w:t>
        <w:br/>
        <w:t>f 22220/30670/26431 22222/30674/26466 22215/30665/26425</w:t>
        <w:br/>
        <w:t>f 22262/30713/26467 22217/30668/26429 22261/30714/26467</w:t>
        <w:br/>
        <w:t>f 22264/30715/26468 22263/30716/26468 22174/30627/26469</w:t>
        <w:br/>
        <w:t>f 27304/30717/26470 27303/30718/26471 27302/30719/26472</w:t>
        <w:br/>
        <w:t>f 27301/30720/26473 27304/30717/26470 27302/30719/26472</w:t>
        <w:br/>
        <w:t>f 27307/30721/26474 27301/30720/26473 27306/30722/26475</w:t>
        <w:br/>
        <w:t>f 27305/30723/26476 27307/30721/26474 27306/30722/26475</w:t>
        <w:br/>
        <w:t>f 27306/30722/26475 27309/30724/26477 27308/30725/26478</w:t>
        <w:br/>
        <w:t>f 27310/30726/26479 27306/30722/26475 27308/30725/26478</w:t>
        <w:br/>
        <w:t>f 27316/30727/13700 27315/30728/26480 27310/30726/26479</w:t>
        <w:br/>
        <w:t>f 27308/30725/26478 27316/30727/13700 27310/30726/26479</w:t>
        <w:br/>
        <w:t>f 27320/30729/26481 27304/30717/26470 27301/30720/26473</w:t>
        <w:br/>
        <w:t>f 27307/30721/26474 27320/30729/26481 27301/30720/26473</w:t>
        <w:br/>
        <w:t>f 27301/30720/26473 27302/30719/26472 27309/30724/26477</w:t>
        <w:br/>
        <w:t>f 27306/30722/26475 27301/30720/26473 27309/30724/26477</w:t>
        <w:br/>
        <w:t>f 27305/30723/26476 27306/30722/26475 27310/30726/26479</w:t>
        <w:br/>
        <w:t>f 27321/30730/26482 27305/30723/26476 27310/30726/26479</w:t>
        <w:br/>
        <w:t>f 27326/30731/13694 27325/30732/13693 27324/30733/26483</w:t>
        <w:br/>
        <w:t>f 27326/30731/13694 27321/30730/26482 27310/30726/26479</w:t>
        <w:br/>
        <w:t>f 27315/30728/26480 27326/30731/13694 27310/30726/26479</w:t>
        <w:br/>
        <w:t>f 27326/30731/13694 27324/30733/26483 27321/30730/26482</w:t>
        <w:br/>
        <w:t>f 27334/30734/26484 27333/30735/26485 27332/30736/26472</w:t>
        <w:br/>
        <w:t>f 27331/30737/26471 27334/30734/26484 27332/30736/26472</w:t>
        <w:br/>
        <w:t>f 27337/30738/26486 27336/30739/26487 27335/30740/26488</w:t>
        <w:br/>
        <w:t>f 27333/30735/26485 27337/30738/26486 27335/30740/26488</w:t>
        <w:br/>
        <w:t>f 27339/30741/26478 27338/30742/26477 27335/30740/26488</w:t>
        <w:br/>
        <w:t>f 27340/30743/26489 27339/30741/26478 27335/30740/26488</w:t>
        <w:br/>
        <w:t>f 27340/30743/26489 27346/30744/26490 27345/30745/13700</w:t>
        <w:br/>
        <w:t>f 27339/30741/26478 27340/30743/26489 27345/30745/13700</w:t>
        <w:br/>
        <w:t>f 27350/30746/26491 27337/30738/26486 27333/30735/26485</w:t>
        <w:br/>
        <w:t>f 27334/30734/26484 27350/30746/26491 27333/30735/26485</w:t>
        <w:br/>
        <w:t>f 27338/30742/26477 27332/30736/26472 27333/30735/26485</w:t>
        <w:br/>
        <w:t>f 27335/30740/26488 27338/30742/26477 27333/30735/26485</w:t>
        <w:br/>
        <w:t>f 27336/30739/26487 27351/30747/26492 27340/30743/26489</w:t>
        <w:br/>
        <w:t>f 27335/30740/26488 27336/30739/26487 27340/30743/26489</w:t>
        <w:br/>
        <w:t>f 27356/30748/13702 27355/30749/26493 27354/30750/13703</w:t>
        <w:br/>
        <w:t>f 27356/30748/13702 27346/30744/26490 27340/30743/26489</w:t>
        <w:br/>
        <w:t>f 27351/30747/26492 27356/30748/13702 27340/30743/26489</w:t>
        <w:br/>
        <w:t>f 27356/30748/13702 27351/30747/26492 27355/30749/26493</w:t>
        <w:br/>
        <w:t>f 6051/30751/26494 6050/30752/26495 6049/30753/26496</w:t>
        <w:br/>
        <w:t>f 6048/30754/26497 6051/30751/26494 6049/30753/26496</w:t>
        <w:br/>
        <w:t>f 6053/30755/26498 6049/30753/26496 6050/30752/26495</w:t>
        <w:br/>
        <w:t>f 6052/30756/26499 6053/30755/26498 6050/30752/26495</w:t>
        <w:br/>
        <w:t>f 6048/30754/26497 6049/30753/26496 6054/30757/26500</w:t>
        <w:br/>
        <w:t>f 6055/30758/26501 6048/30754/26497 6054/30757/26500</w:t>
        <w:br/>
        <w:t>f 6057/30759/26502 6056/30760/26503 6053/30755/26498</w:t>
        <w:br/>
        <w:t>f 6058/30761/26504 6057/30759/26502 6053/30755/26498</w:t>
        <w:br/>
        <w:t>f 6060/30762/26505 6059/30763/26506 6057/30759/26502</w:t>
        <w:br/>
        <w:t>f 6062/30764/26507 6061/30765/26508 6059/30763/26506</w:t>
        <w:br/>
        <w:t>f 6064/30766/26509 6062/30764/26507 6059/30763/26506</w:t>
        <w:br/>
        <w:t>f 6063/30767/26510 6064/30766/26509 6059/30763/26506</w:t>
        <w:br/>
        <w:t>f 6066/30768/26511 6065/30769/26512 6062/30764/26507</w:t>
        <w:br/>
        <w:t>f 6070/30770/26513 6069/30771/26514 6068/30772/26515</w:t>
        <w:br/>
        <w:t>f 6067/30773/26516 6070/30770/26513 6068/30772/26515</w:t>
        <w:br/>
        <w:t>f 6073/30774/26517 6072/30775/26518 6071/30776/26519</w:t>
        <w:br/>
        <w:t>f 6075/30777/26520 6074/30778/26521 6072/30775/26518</w:t>
        <w:br/>
        <w:t>f 6076/30779/26522 6075/30777/26520 6072/30775/26518</w:t>
        <w:br/>
        <w:t>f 6080/30780/26523 6079/30781/26524 6078/30782/26525</w:t>
        <w:br/>
        <w:t>f 6077/30783/26526 6080/30780/26523 6078/30782/26525</w:t>
        <w:br/>
        <w:t>f 6078/30782/26525 6082/30784/26527 6081/30785/26528</w:t>
        <w:br/>
        <w:t>f 6077/30783/26526 6078/30782/26525 6081/30785/26528</w:t>
        <w:br/>
        <w:t>f 6080/30780/26523 6085/30786/26529 6084/30787/26530</w:t>
        <w:br/>
        <w:t>f 6083/30788/26531 6080/30780/26523 6084/30787/26530</w:t>
        <w:br/>
        <w:t>f 6077/30783/26526 6081/30785/26528 6086/30789/26532</w:t>
        <w:br/>
        <w:t>f 6087/30790/26533 6077/30783/26526 6086/30789/26532</w:t>
        <w:br/>
        <w:t>f 6089/30791/26534 6086/30789/26532 6081/30785/26528</w:t>
        <w:br/>
        <w:t>f 6088/30792/26535 6089/30791/26534 6081/30785/26528</w:t>
        <w:br/>
        <w:t>f 6089/30791/26534 6091/30793/26536 6090/30794/26537</w:t>
        <w:br/>
        <w:t>f 6092/30795/26538 6089/30791/26534 6090/30794/26537</w:t>
        <w:br/>
        <w:t>f 6094/30796/26539 6090/30794/26537 6091/30793/26536</w:t>
        <w:br/>
        <w:t>f 6093/30797/26540 6094/30796/26539 6091/30793/26536</w:t>
        <w:br/>
        <w:t>f 6096/30798/26541 6095/30799/26542 6094/30796/26539</w:t>
        <w:br/>
        <w:t>f 6093/30797/26540 6096/30798/26541 6094/30796/26539</w:t>
        <w:br/>
        <w:t>f 6098/30800/26543 6090/30794/26537 6094/30796/26539</w:t>
        <w:br/>
        <w:t>f 6097/30801/26544 6098/30800/26543 6094/30796/26539</w:t>
        <w:br/>
        <w:t>f 6097/30801/26544 6094/30796/26539 6095/30799/26542</w:t>
        <w:br/>
        <w:t>f 6099/30802/26545 6097/30801/26544 6095/30799/26542</w:t>
        <w:br/>
        <w:t>f 6101/30803/26546 6100/30804/26547 6099/30802/26545</w:t>
        <w:br/>
        <w:t>f 6095/30799/26542 6101/30803/26546 6099/30802/26545</w:t>
        <w:br/>
        <w:t>f 6096/30798/26541 6093/30797/26540 6103/30805/26548</w:t>
        <w:br/>
        <w:t>f 6102/30806/26549 6096/30798/26541 6103/30805/26548</w:t>
        <w:br/>
        <w:t>f 6093/30797/26540 6091/30793/26536 6104/30807/26550</w:t>
        <w:br/>
        <w:t>f 6103/30805/26548 6093/30797/26540 6104/30807/26550</w:t>
        <w:br/>
        <w:t>f 6103/30805/26548 6104/30807/26550 6106/30808/26551</w:t>
        <w:br/>
        <w:t>f 6105/30809/26552 6103/30805/26548 6106/30808/26551</w:t>
        <w:br/>
        <w:t>f 6107/30810/26553 6106/30808/26551 6104/30807/26550</w:t>
        <w:br/>
        <w:t>f 6088/30792/26535 6107/30810/26553 6104/30807/26550</w:t>
        <w:br/>
        <w:t>f 6088/30792/26535 6104/30807/26550 6091/30793/26536</w:t>
        <w:br/>
        <w:t>f 6089/30791/26534 6088/30792/26535 6091/30793/26536</w:t>
        <w:br/>
        <w:t>f 6082/30784/26527 6107/30810/26553 6088/30792/26535</w:t>
        <w:br/>
        <w:t>f 6081/30785/26528 6082/30784/26527 6088/30792/26535</w:t>
        <w:br/>
        <w:t>f 6109/30811/26554 6108/30812/26555 6082/30784/26527</w:t>
        <w:br/>
        <w:t>f 6078/30782/26525 6109/30811/26554 6082/30784/26527</w:t>
        <w:br/>
        <w:t>f 6112/30813/26556 6079/30781/26524 6111/30814/26557</w:t>
        <w:br/>
        <w:t>f 6110/30815/26558 6112/30813/26556 6111/30814/26557</w:t>
        <w:br/>
        <w:t>f 6114/30816/26559 6063/30767/26510 6113/30817/26560</w:t>
        <w:br/>
        <w:t>f 6115/30818/26561 6114/30816/26559 6113/30817/26560</w:t>
        <w:br/>
        <w:t>f 6113/30817/26560 6060/30762/26505 6117/30819/26562</w:t>
        <w:br/>
        <w:t>f 6116/30820/26563 6113/30817/26560 6117/30819/26562</w:t>
        <w:br/>
        <w:t>f 6063/30767/26510 6059/30763/26506 6060/30762/26505</w:t>
        <w:br/>
        <w:t>f 6113/30817/26560 6063/30767/26510 6060/30762/26505</w:t>
        <w:br/>
        <w:t>f 6117/30819/26562 6058/30761/26504 6119/30821/26564</w:t>
        <w:br/>
        <w:t>f 6118/30822/26565 6117/30819/26562 6119/30821/26564</w:t>
        <w:br/>
        <w:t>f 6060/30762/26505 6058/30761/26504 6117/30819/26562</w:t>
        <w:br/>
        <w:t>f 6121/30823/26566 6120/30824/26567 6119/30821/26564</w:t>
        <w:br/>
        <w:t>f 6052/30756/26499 6121/30823/26566 6119/30821/26564</w:t>
        <w:br/>
        <w:t>f 6052/30756/26499 6050/30752/26495 6122/30825/26568</w:t>
        <w:br/>
        <w:t>f 6121/30823/26566 6052/30756/26499 6122/30825/26568</w:t>
        <w:br/>
        <w:t>f 6126/30826/26569 6125/30827/26568 6124/30828/26570</w:t>
        <w:br/>
        <w:t>f 6123/30829/26571 6126/30826/26569 6124/30828/26570</w:t>
        <w:br/>
        <w:t>f 6125/30827/26568 6128/30830/26572 6127/30831/26573</w:t>
        <w:br/>
        <w:t>f 6124/30828/26570 6125/30827/26568 6127/30831/26573</w:t>
        <w:br/>
        <w:t>f 6129/30832/26572 6122/30825/26568 6050/30752/26495</w:t>
        <w:br/>
        <w:t>f 6051/30751/26494 6129/30832/26572 6050/30752/26495</w:t>
        <w:br/>
        <w:t>f 6132/30833/26574 6131/30834/26575 6130/30835/26576</w:t>
        <w:br/>
        <w:t>f 6133/30836/26577 6132/30833/26574 6130/30835/26576</w:t>
        <w:br/>
        <w:t>f 6131/30834/26575 6135/30837/26578 6134/30838/26579</w:t>
        <w:br/>
        <w:t>f 6138/30839/26580 6137/30840/26581 6065/30769/26512</w:t>
        <w:br/>
        <w:t>f 6136/30841/26582 6138/30839/26580 6065/30769/26512</w:t>
        <w:br/>
        <w:t>f 6139/30842/26583 6134/30838/26579 6135/30837/26578</w:t>
        <w:br/>
        <w:t>f 6135/30837/26578 6138/30839/26580 6140/30843/26584</w:t>
        <w:br/>
        <w:t>f 6141/30844/26585 6135/30837/26578 6140/30843/26584</w:t>
        <w:br/>
        <w:t>f 6138/30839/26580 6136/30841/26582 6142/30845/26586</w:t>
        <w:br/>
        <w:t>f 6140/30843/26584 6138/30839/26580 6142/30845/26586</w:t>
        <w:br/>
        <w:t>f 6144/30846/26587 6143/30847/26588 6141/30844/26585</w:t>
        <w:br/>
        <w:t>f 6140/30843/26584 6144/30846/26587 6141/30844/26585</w:t>
        <w:br/>
        <w:t>f 6148/30848/26589 6147/30849/26590 6146/30850/26591</w:t>
        <w:br/>
        <w:t>f 6145/30851/26592 6148/30848/26589 6146/30850/26591</w:t>
        <w:br/>
        <w:t>f 6150/30852/26593 6149/30853/26594 6148/30848/26589</w:t>
        <w:br/>
        <w:t>f 6145/30851/26592 6150/30852/26593 6148/30848/26589</w:t>
        <w:br/>
        <w:t>f 6151/30854/26595 6084/30787/26530 6085/30786/26529</w:t>
        <w:br/>
        <w:t>f 6152/30855/26596 6151/30854/26595 6085/30786/26529</w:t>
        <w:br/>
        <w:t>f 6149/30853/26594 6154/30856/26597 6153/30857/26598</w:t>
        <w:br/>
        <w:t>f 6148/30848/26589 6149/30853/26594 6153/30857/26598</w:t>
        <w:br/>
        <w:t>f 6152/30855/26596 6157/30858/26599 6156/30859/26600</w:t>
        <w:br/>
        <w:t>f 6155/30860/26601 6152/30855/26596 6156/30859/26600</w:t>
        <w:br/>
        <w:t>f 6157/30858/26599 6159/30861/26602 6158/30862/26603</w:t>
        <w:br/>
        <w:t>f 6156/30859/26600 6157/30858/26599 6158/30862/26603</w:t>
        <w:br/>
        <w:t>f 6161/30863/26604 6160/30864/26605 6156/30859/26600</w:t>
        <w:br/>
        <w:t>f 6158/30862/26603 6161/30863/26604 6156/30859/26600</w:t>
        <w:br/>
        <w:t>f 6161/30863/26604 6158/30862/26603 6163/30865/26606</w:t>
        <w:br/>
        <w:t>f 6162/30866/26607 6161/30863/26604 6163/30865/26606</w:t>
        <w:br/>
        <w:t>f 6098/30800/26543 6164/30867/26608 6162/30866/26607</w:t>
        <w:br/>
        <w:t>f 6163/30865/26606 6098/30800/26543 6162/30866/26607</w:t>
        <w:br/>
        <w:t>f 6168/30868/26607 6167/30869/26609 6166/30870/26610</w:t>
        <w:br/>
        <w:t>f 6165/30871/26604 6168/30868/26607 6166/30870/26610</w:t>
        <w:br/>
        <w:t>f 6167/30869/26609 6168/30868/26607 6170/30872/26608</w:t>
        <w:br/>
        <w:t>f 6169/30873/26611 6167/30869/26609 6170/30872/26608</w:t>
        <w:br/>
        <w:t>f 6169/30873/26611 6170/30872/26608 6171/30874/26612</w:t>
        <w:br/>
        <w:t>f 6172/30875/26613 6169/30873/26611 6171/30874/26612</w:t>
        <w:br/>
        <w:t>f 6174/30876/26614 6173/30877/26615 6169/30873/26611</w:t>
        <w:br/>
        <w:t>f 6172/30875/26613 6174/30876/26614 6169/30873/26611</w:t>
        <w:br/>
        <w:t>f 6172/30875/26613 6175/30878/26616 6174/30876/26614</w:t>
        <w:br/>
        <w:t>f 6178/30879/26617 6177/30880/26618 6175/30878/26616</w:t>
        <w:br/>
        <w:t>f 6176/30881/26619 6178/30879/26617 6175/30878/26616</w:t>
        <w:br/>
        <w:t>f 6180/30882/26620 6102/30806/26549 6179/30883/26621</w:t>
        <w:br/>
        <w:t>f 6181/30884/26622 6180/30882/26620 6179/30883/26621</w:t>
        <w:br/>
        <w:t>f 6105/30809/26552 6179/30883/26621 6102/30806/26549</w:t>
        <w:br/>
        <w:t>f 6103/30805/26548 6105/30809/26552 6102/30806/26549</w:t>
        <w:br/>
        <w:t>f 6183/30885/26623 6182/30886/26624 6105/30809/26552</w:t>
        <w:br/>
        <w:t>f 6106/30808/26551 6183/30885/26623 6105/30809/26552</w:t>
        <w:br/>
        <w:t>f 6106/30808/26551 6107/30810/26553 6184/30887/26625</w:t>
        <w:br/>
        <w:t>f 6183/30885/26623 6106/30808/26551 6184/30887/26625</w:t>
        <w:br/>
        <w:t>f 6108/30812/26555 6184/30887/26625 6107/30810/26553</w:t>
        <w:br/>
        <w:t>f 6082/30784/26527 6108/30812/26555 6107/30810/26553</w:t>
        <w:br/>
        <w:t>f 6186/30888/26626 6185/30889/26627 6184/30887/26625</w:t>
        <w:br/>
        <w:t>f 6108/30812/26555 6186/30888/26626 6184/30887/26625</w:t>
        <w:br/>
        <w:t>f 6187/30890/26628 6186/30888/26626 6108/30812/26555</w:t>
        <w:br/>
        <w:t>f 6191/30891/26629 6190/30892/26630 6189/30893/26631</w:t>
        <w:br/>
        <w:t>f 6188/30894/26632 6191/30891/26629 6189/30893/26631</w:t>
        <w:br/>
        <w:t>f 6191/30891/26629 6193/30895/26633 6192/30896/26634</w:t>
        <w:br/>
        <w:t>f 6190/30892/26630 6191/30891/26629 6192/30896/26634</w:t>
        <w:br/>
        <w:t>f 6196/30897/26635 6195/30898/26636 6194/30899/26637</w:t>
        <w:br/>
        <w:t>f 6198/30900/26635 6197/30901/26638 6153/30857/26598</w:t>
        <w:br/>
        <w:t>f 6199/30902/26636 6198/30900/26635 6153/30857/26598</w:t>
        <w:br/>
        <w:t>f 6197/30901/26638 6198/30900/26635 6200/30903/26567</w:t>
        <w:br/>
        <w:t>f 6201/30904/26639 6197/30901/26638 6200/30903/26567</w:t>
        <w:br/>
        <w:t>f 6120/30824/26567 6196/30897/26635 6118/30822/26565</w:t>
        <w:br/>
        <w:t>f 6119/30821/26564 6120/30824/26567 6118/30822/26565</w:t>
        <w:br/>
        <w:t>f 6143/30847/26588 6144/30846/26587 6203/30905/26640</w:t>
        <w:br/>
        <w:t>f 6202/30906/26641 6143/30847/26588 6203/30905/26640</w:t>
        <w:br/>
        <w:t>f 6143/30847/26588 6202/30906/26641 6205/30907/26642</w:t>
        <w:br/>
        <w:t>f 6204/30908/26643 6143/30847/26588 6205/30907/26642</w:t>
        <w:br/>
        <w:t>f 6127/30831/26573 6205/30907/26642 6202/30906/26641</w:t>
        <w:br/>
        <w:t>f 6124/30828/26570 6127/30831/26573 6202/30906/26641</w:t>
        <w:br/>
        <w:t>f 6135/30837/26578 6141/30844/26585 6139/30842/26583</w:t>
        <w:br/>
        <w:t>f 6206/30909/26644 6141/30844/26585 6143/30847/26588</w:t>
        <w:br/>
        <w:t>f 6204/30908/26643 6206/30909/26644 6143/30847/26588</w:t>
        <w:br/>
        <w:t>f 6144/30846/26587 6208/30910/26645 6207/30911/26646</w:t>
        <w:br/>
        <w:t>f 6203/30905/26640 6144/30846/26587 6207/30911/26646</w:t>
        <w:br/>
        <w:t>f 6208/30910/26645 6146/30850/26591 6147/30849/26590</w:t>
        <w:br/>
        <w:t>f 6207/30911/26646 6208/30910/26645 6147/30849/26590</w:t>
        <w:br/>
        <w:t>f 6197/30901/26638 6147/30849/26590 6148/30848/26589</w:t>
        <w:br/>
        <w:t>f 6153/30857/26598 6197/30901/26638 6148/30848/26589</w:t>
        <w:br/>
        <w:t>f 6153/30857/26598 6154/30856/26597 6209/30912/26647</w:t>
        <w:br/>
        <w:t>f 6199/30902/26636 6153/30857/26598 6209/30912/26647</w:t>
        <w:br/>
        <w:t>f 6212/30913/26648 6211/30914/26649 6210/30915/26650</w:t>
        <w:br/>
        <w:t>f 6155/30860/26601 6212/30913/26648 6210/30915/26650</w:t>
        <w:br/>
        <w:t>f 6215/30916/26648 6214/30917/26605 6213/30918/26651</w:t>
        <w:br/>
        <w:t>f 6188/30894/26632 6215/30916/26648 6213/30918/26651</w:t>
        <w:br/>
        <w:t>f 6165/30871/26604 6166/30870/26610 6213/30918/26651</w:t>
        <w:br/>
        <w:t>f 6214/30917/26605 6165/30871/26604 6213/30918/26651</w:t>
        <w:br/>
        <w:t>f 6216/30919/26652 6213/30918/26651 6166/30870/26610</w:t>
        <w:br/>
        <w:t>f 6186/30888/26626 6216/30919/26652 6166/30870/26610</w:t>
        <w:br/>
        <w:t>f 6186/30888/26626 6166/30870/26610 6167/30869/26609</w:t>
        <w:br/>
        <w:t>f 6185/30889/26627 6186/30888/26626 6167/30869/26609</w:t>
        <w:br/>
        <w:t>f 6185/30889/26627 6167/30869/26609 6169/30873/26611</w:t>
        <w:br/>
        <w:t>f 6173/30877/26615 6185/30889/26627 6169/30873/26611</w:t>
        <w:br/>
        <w:t>f 6185/30889/26627 6173/30877/26615 6183/30885/26623</w:t>
        <w:br/>
        <w:t>f 6184/30887/26625 6185/30889/26627 6183/30885/26623</w:t>
        <w:br/>
        <w:t>f 6217/30920/26653 6183/30885/26623 6173/30877/26615</w:t>
        <w:br/>
        <w:t>f 6174/30876/26614 6217/30920/26653 6173/30877/26615</w:t>
        <w:br/>
        <w:t>f 6174/30876/26614 6175/30878/26616 6177/30880/26618</w:t>
        <w:br/>
        <w:t>f 6217/30920/26653 6174/30876/26614 6177/30880/26618</w:t>
        <w:br/>
        <w:t>f 6182/30886/26624 6218/30921/26654 6179/30883/26621</w:t>
        <w:br/>
        <w:t>f 6105/30809/26552 6182/30886/26624 6179/30883/26621</w:t>
        <w:br/>
        <w:t>f 6181/30884/26622 6179/30883/26621 6218/30921/26654</w:t>
        <w:br/>
        <w:t>f 6219/30922/26655 6181/30884/26622 6218/30921/26654</w:t>
        <w:br/>
        <w:t>f 6221/30923/26612 6099/30802/26545 6220/30924/26656</w:t>
        <w:br/>
        <w:t>f 6097/30801/26544 6221/30923/26612 6164/30867/26608</w:t>
        <w:br/>
        <w:t>f 6098/30800/26543 6097/30801/26544 6164/30867/26608</w:t>
        <w:br/>
        <w:t>f 6175/30878/26616 6172/30875/26613 6222/30925/26657</w:t>
        <w:br/>
        <w:t>f 6090/30794/26537 6098/30800/26543 6163/30865/26606</w:t>
        <w:br/>
        <w:t>f 6092/30795/26538 6090/30794/26537 6163/30865/26606</w:t>
        <w:br/>
        <w:t>f 6092/30795/26538 6163/30865/26606 6158/30862/26603</w:t>
        <w:br/>
        <w:t>f 6159/30861/26602 6092/30795/26538 6158/30862/26603</w:t>
        <w:br/>
        <w:t>f 6092/30795/26538 6159/30861/26602 6086/30789/26532</w:t>
        <w:br/>
        <w:t>f 6089/30791/26534 6092/30795/26538 6086/30789/26532</w:t>
        <w:br/>
        <w:t>f 6087/30790/26533 6086/30789/26532 6159/30861/26602</w:t>
        <w:br/>
        <w:t>f 6157/30858/26599 6087/30790/26533 6159/30861/26602</w:t>
        <w:br/>
        <w:t>f 6145/30851/26592 6074/30778/26521 6075/30777/26520</w:t>
        <w:br/>
        <w:t>f 6150/30852/26593 6145/30851/26592 6075/30777/26520</w:t>
        <w:br/>
        <w:t>f 6145/30851/26592 6146/30850/26591 6223/30926/26658</w:t>
        <w:br/>
        <w:t>f 6074/30778/26521 6145/30851/26592 6223/30926/26658</w:t>
        <w:br/>
        <w:t>f 6074/30778/26521 6223/30926/26658 6071/30776/26519</w:t>
        <w:br/>
        <w:t>f 6072/30775/26518 6074/30778/26521 6071/30776/26519</w:t>
        <w:br/>
        <w:t>f 6136/30841/26582 6071/30776/26519 6223/30926/26658</w:t>
        <w:br/>
        <w:t>f 6142/30845/26586 6136/30841/26582 6223/30926/26658</w:t>
        <w:br/>
        <w:t>f 6136/30841/26582 6065/30769/26512 6066/30768/26511</w:t>
        <w:br/>
        <w:t>f 6071/30776/26519 6136/30841/26582 6066/30768/26511</w:t>
        <w:br/>
        <w:t>f 6061/30765/26508 6065/30769/26512 6137/30840/26581</w:t>
        <w:br/>
        <w:t>f 6224/30927/26659 6061/30765/26508 6137/30840/26581</w:t>
        <w:br/>
        <w:t>f 6224/30927/26659 6137/30840/26581 6131/30834/26575</w:t>
        <w:br/>
        <w:t>f 6132/30833/26574 6224/30927/26659 6131/30834/26575</w:t>
        <w:br/>
        <w:t>f 6054/30757/26500 6132/30833/26574 6133/30836/26577</w:t>
        <w:br/>
        <w:t>f 6055/30758/26501 6054/30757/26500 6133/30836/26577</w:t>
        <w:br/>
        <w:t>f 6226/30928/26660 6189/30893/26631 6225/30929/26661</w:t>
        <w:br/>
        <w:t>f 6226/30928/26660 6227/30930/26649 6189/30893/26631</w:t>
        <w:br/>
        <w:t>f 6229/30931/26662 6210/30915/26650 6211/30914/26649</w:t>
        <w:br/>
        <w:t>f 6228/30932/26660 6229/30931/26662 6211/30914/26649</w:t>
        <w:br/>
        <w:t>f 6084/30787/26530 6151/30854/26595 6230/30933/26663</w:t>
        <w:br/>
        <w:t>f 6231/30934/26664 6084/30787/26530 6230/30933/26663</w:t>
        <w:br/>
        <w:t>f 6083/30788/26531 6084/30787/26530 6231/30934/26664</w:t>
        <w:br/>
        <w:t>f 6232/30935/26665 6083/30788/26531 6231/30934/26664</w:t>
        <w:br/>
        <w:t>f 6233/30936/26666 6111/30814/26557 6083/30788/26531</w:t>
        <w:br/>
        <w:t>f 6111/30814/26557 6233/30936/26666 6068/30772/26515</w:t>
        <w:br/>
        <w:t>f 6234/30937/26667 6110/30815/26558 6069/30771/26514</w:t>
        <w:br/>
        <w:t>f 6110/30815/26558 6234/30937/26667 6235/30938/26668</w:t>
        <w:br/>
        <w:t>f 6192/30896/26634 6110/30815/26558 6235/30938/26668</w:t>
        <w:br/>
        <w:t>f 6192/30896/26634 6235/30938/26668 6236/30939/26669</w:t>
        <w:br/>
        <w:t>f 6058/30761/26504 6053/30755/26498 6052/30756/26499</w:t>
        <w:br/>
        <w:t>f 6119/30821/26564 6058/30761/26504 6052/30756/26499</w:t>
        <w:br/>
        <w:t>f 6049/30753/26496 6053/30755/26498 6056/30760/26503</w:t>
        <w:br/>
        <w:t>f 6054/30757/26500 6049/30753/26496 6056/30760/26503</w:t>
        <w:br/>
        <w:t>f 6054/30757/26500 6056/30760/26503 6224/30927/26659</w:t>
        <w:br/>
        <w:t>f 6132/30833/26574 6054/30757/26500 6224/30927/26659</w:t>
        <w:br/>
        <w:t>f 6200/30903/26567 6126/30826/26569 6123/30829/26571</w:t>
        <w:br/>
        <w:t>f 6201/30904/26639 6200/30903/26567 6123/30829/26571</w:t>
        <w:br/>
        <w:t>f 6135/30837/26578 6131/30834/26575 6137/30840/26581</w:t>
        <w:br/>
        <w:t>f 6138/30839/26580 6135/30837/26578 6137/30840/26581</w:t>
        <w:br/>
        <w:t>f 6208/30910/26645 6144/30846/26587 6140/30843/26584</w:t>
        <w:br/>
        <w:t>f 6142/30845/26586 6208/30910/26645 6140/30843/26584</w:t>
        <w:br/>
        <w:t>f 6124/30828/26570 6202/30906/26641 6203/30905/26640</w:t>
        <w:br/>
        <w:t>f 6123/30829/26571 6124/30828/26570 6203/30905/26640</w:t>
        <w:br/>
        <w:t>f 6117/30819/26562 6118/30822/26565 6116/30820/26563</w:t>
        <w:br/>
        <w:t>f 6238/30940/26670 6237/30941/26671 6116/30820/26563</w:t>
        <w:br/>
        <w:t>f 6194/30899/26637 6238/30940/26670 6116/30820/26563</w:t>
        <w:br/>
        <w:t>f 6236/30939/26669 6225/30929/26661 6192/30896/26634</w:t>
        <w:br/>
        <w:t>f 6073/30774/26517 6066/30768/26511 6064/30766/26509</w:t>
        <w:br/>
        <w:t>f 6110/30815/26558 6068/30772/26515 6069/30771/26514</w:t>
        <w:br/>
        <w:t>f 6064/30766/26509 6070/30770/26513 6067/30773/26516</w:t>
        <w:br/>
        <w:t>f 6073/30774/26517 6064/30766/26509 6067/30773/26516</w:t>
        <w:br/>
        <w:t>f 6234/30937/26667 6114/30816/26559 6115/30818/26561</w:t>
        <w:br/>
        <w:t>f 6235/30938/26668 6234/30937/26667 6115/30818/26561</w:t>
        <w:br/>
        <w:t>f 6237/30941/26671 6238/30940/26670 6225/30929/26661</w:t>
        <w:br/>
        <w:t>f 6236/30939/26669 6237/30941/26671 6225/30929/26661</w:t>
        <w:br/>
        <w:t>f 6194/30899/26637 6195/30898/26636 6239/30942/26672</w:t>
        <w:br/>
        <w:t>f 6238/30940/26670 6194/30899/26637 6239/30942/26672</w:t>
        <w:br/>
        <w:t>f 6226/30928/26660 6225/30929/26661 6238/30940/26670</w:t>
        <w:br/>
        <w:t>f 6239/30942/26672 6226/30928/26660 6238/30940/26670</w:t>
        <w:br/>
        <w:t>f 6073/30774/26517 6067/30773/26516 6076/30779/26522</w:t>
        <w:br/>
        <w:t>f 6072/30775/26518 6073/30774/26517 6076/30779/26522</w:t>
        <w:br/>
        <w:t>f 6233/30936/26666 6076/30779/26522 6067/30773/26516</w:t>
        <w:br/>
        <w:t>f 6068/30772/26515 6233/30936/26666 6067/30773/26516</w:t>
        <w:br/>
        <w:t>f 6237/30941/26671 6115/30818/26561 6113/30817/26560</w:t>
        <w:br/>
        <w:t>f 6116/30820/26563 6237/30941/26671 6113/30817/26560</w:t>
        <w:br/>
        <w:t>f 6236/30939/26669 6235/30938/26668 6115/30818/26561</w:t>
        <w:br/>
        <w:t>f 6237/30941/26671 6236/30939/26669 6115/30818/26561</w:t>
        <w:br/>
        <w:t>f 6069/30771/26514 6070/30770/26513 6114/30816/26559</w:t>
        <w:br/>
        <w:t>f 6234/30937/26667 6069/30771/26514 6114/30816/26559</w:t>
        <w:br/>
        <w:t>f 6064/30766/26509 6063/30767/26510 6114/30816/26559</w:t>
        <w:br/>
        <w:t>f 6070/30770/26513 6064/30766/26509 6114/30816/26559</w:t>
        <w:br/>
        <w:t>f 6068/30772/26515 6110/30815/26558 6111/30814/26557</w:t>
        <w:br/>
        <w:t>f 6225/30929/26661 6189/30893/26631 6190/30892/26630</w:t>
        <w:br/>
        <w:t>f 6157/30858/26599 6152/30855/26596 6085/30786/26529</w:t>
        <w:br/>
        <w:t>f 6087/30790/26533 6157/30858/26599 6085/30786/26529</w:t>
        <w:br/>
        <w:t>f 6079/30781/26524 6080/30780/26523 6083/30788/26531</w:t>
        <w:br/>
        <w:t>f 6111/30814/26557 6079/30781/26524 6083/30788/26531</w:t>
        <w:br/>
        <w:t>f 6085/30786/26529 6080/30780/26523 6077/30783/26526</w:t>
        <w:br/>
        <w:t>f 6087/30790/26533 6085/30786/26529 6077/30783/26526</w:t>
        <w:br/>
        <w:t>f 6079/30781/26524 6112/30813/26556 6109/30811/26554</w:t>
        <w:br/>
        <w:t>f 6078/30782/26525 6079/30781/26524 6109/30811/26554</w:t>
        <w:br/>
        <w:t>f 6193/30895/26633 6112/30813/26556 6110/30815/26558</w:t>
        <w:br/>
        <w:t>f 6192/30896/26634 6193/30895/26633 6110/30815/26558</w:t>
        <w:br/>
        <w:t>f 6187/30890/26628 6193/30895/26633 6191/30891/26629</w:t>
        <w:br/>
        <w:t>f 6216/30919/26652 6187/30890/26628 6191/30891/26629</w:t>
        <w:br/>
        <w:t>f 6188/30894/26632 6213/30918/26651 6216/30919/26652</w:t>
        <w:br/>
        <w:t>f 6191/30891/26629 6188/30894/26632 6216/30919/26652</w:t>
        <w:br/>
        <w:t>f 6160/30864/26605 6212/30913/26648 6155/30860/26601</w:t>
        <w:br/>
        <w:t>f 6156/30859/26600 6160/30864/26605 6155/30860/26601</w:t>
        <w:br/>
        <w:t>f 6227/30930/26649 6215/30916/26648 6188/30894/26632</w:t>
        <w:br/>
        <w:t>f 6189/30893/26631 6227/30930/26649 6188/30894/26632</w:t>
        <w:br/>
        <w:t>f 6151/30854/26595 6152/30855/26596 6155/30860/26601</w:t>
        <w:br/>
        <w:t>f 6210/30915/26650 6151/30854/26595 6155/30860/26601</w:t>
        <w:br/>
        <w:t>f 6118/30822/26565 6194/30899/26637 6116/30820/26563</w:t>
        <w:br/>
        <w:t>f 6154/30856/26597 6229/30931/26662 6228/30932/26660</w:t>
        <w:br/>
        <w:t>f 6209/30912/26647 6154/30856/26597 6228/30932/26660</w:t>
        <w:br/>
        <w:t>f 6229/30931/26662 6154/30856/26597 6149/30853/26594</w:t>
        <w:br/>
        <w:t>f 6230/30933/26663 6229/30931/26662 6149/30853/26594</w:t>
        <w:br/>
        <w:t>f 6231/30934/26664 6230/30933/26663 6149/30853/26594</w:t>
        <w:br/>
        <w:t>f 6150/30852/26593 6231/30934/26664 6149/30853/26594</w:t>
        <w:br/>
        <w:t>f 6150/30852/26593 6075/30777/26520 6232/30935/26665</w:t>
        <w:br/>
        <w:t>f 6231/30934/26664 6150/30852/26593 6232/30935/26665</w:t>
        <w:br/>
        <w:t>f 6075/30777/26520 6076/30779/26522 6233/30936/26666</w:t>
        <w:br/>
        <w:t>f 6232/30935/26665 6075/30777/26520 6233/30936/26666</w:t>
        <w:br/>
        <w:t>f 6192/30896/26634 6225/30929/26661 6190/30892/26630</w:t>
        <w:br/>
        <w:t>f 6224/30927/26659 6056/30760/26503 6057/30759/26502</w:t>
        <w:br/>
        <w:t>f 6061/30765/26508 6224/30927/26659 6057/30759/26502</w:t>
        <w:br/>
        <w:t>f 6059/30763/26506 6061/30765/26508 6057/30759/26502</w:t>
        <w:br/>
        <w:t>f 6187/30890/26628 6109/30811/26554 6112/30813/26556</w:t>
        <w:br/>
        <w:t>f 6193/30895/26633 6187/30890/26628 6112/30813/26556</w:t>
        <w:br/>
        <w:t>f 6109/30811/26554 6187/30890/26628 6108/30812/26555</w:t>
        <w:br/>
        <w:t>f 6187/30890/26628 6216/30919/26652 6186/30888/26626</w:t>
        <w:br/>
        <w:t>f 6123/30829/26571 6203/30905/26640 6207/30911/26646</w:t>
        <w:br/>
        <w:t>f 6201/30904/26639 6123/30829/26571 6207/30911/26646</w:t>
        <w:br/>
        <w:t>f 6060/30762/26505 6057/30759/26502 6058/30761/26504</w:t>
        <w:br/>
        <w:t>f 6196/30897/26635 6194/30899/26637 6118/30822/26565</w:t>
        <w:br/>
        <w:t>f 6066/30768/26511 6073/30774/26517 6071/30776/26519</w:t>
        <w:br/>
        <w:t>f 6066/30768/26511 6062/30764/26507 6064/30766/26509</w:t>
        <w:br/>
        <w:t>f 6146/30850/26591 6208/30910/26645 6142/30845/26586</w:t>
        <w:br/>
        <w:t>f 6223/30926/26658 6146/30850/26591 6142/30845/26586</w:t>
        <w:br/>
        <w:t>f 6233/30936/26666 6083/30788/26531 6232/30935/26665</w:t>
        <w:br/>
        <w:t>f 6147/30849/26590 6197/30901/26638 6201/30904/26639</w:t>
        <w:br/>
        <w:t>f 6207/30911/26646 6147/30849/26590 6201/30904/26639</w:t>
        <w:br/>
        <w:t>f 6230/30933/26663 6151/30854/26595 6210/30915/26650</w:t>
        <w:br/>
        <w:t>f 6229/30931/26662 6230/30933/26663 6210/30915/26650</w:t>
        <w:br/>
        <w:t>f 6131/30834/26575 6134/30838/26579 6130/30835/26576</w:t>
        <w:br/>
        <w:t>f 6141/30844/26585 6206/30909/26644 6139/30842/26583</w:t>
        <w:br/>
        <w:t>f 6172/30875/26613 6171/30874/26612 6222/30925/26657</w:t>
        <w:br/>
        <w:t>f 6221/30923/26612 6097/30801/26544 6099/30802/26545</w:t>
        <w:br/>
        <w:t>f 6100/30804/26547 6240/30943/26673 6220/30924/26656</w:t>
        <w:br/>
        <w:t>f 6099/30802/26545 6100/30804/26547 6220/30924/26656</w:t>
        <w:br/>
        <w:t>f 6222/30925/26657 6241/30944/26673 6176/30881/26619</w:t>
        <w:br/>
        <w:t>f 6175/30878/26616 6222/30925/26657 6176/30881/26619</w:t>
        <w:br/>
        <w:t>f 6242/30945/26674 6101/30803/26546 6095/30799/26542</w:t>
        <w:br/>
        <w:t>f 6096/30798/26541 6242/30945/26674 6095/30799/26542</w:t>
        <w:br/>
        <w:t>f 6102/30806/26549 6180/30882/26620 6242/30945/26674</w:t>
        <w:br/>
        <w:t>f 6096/30798/26541 6102/30806/26549 6242/30945/26674</w:t>
        <w:br/>
        <w:t>f 6065/30769/26512 6061/30765/26508 6062/30764/26507</w:t>
        <w:br/>
        <w:t>f 6270/30946/26675 6269/30947/26676 6268/30948/26677</w:t>
        <w:br/>
        <w:t>f 6267/30949/26678 6270/30946/26675 6268/30948/26677</w:t>
        <w:br/>
        <w:t>f 6272/30950/26679 6271/30951/26680 6267/30949/26678</w:t>
        <w:br/>
        <w:t>f 6268/30948/26677 6272/30950/26679 6267/30949/26678</w:t>
        <w:br/>
        <w:t>f 6273/30952/26681 6268/30948/26677 6269/30947/26676</w:t>
        <w:br/>
        <w:t>f 6274/30953/26682 6273/30952/26681 6269/30947/26676</w:t>
        <w:br/>
        <w:t>f 6272/30950/26679 6276/30954/26683 6275/30955/26684</w:t>
        <w:br/>
        <w:t>f 6277/30956/26685 6272/30950/26679 6275/30955/26684</w:t>
        <w:br/>
        <w:t>f 6279/30957/26686 6275/30955/26684 6278/30958/26687</w:t>
        <w:br/>
        <w:t>f 6281/30959/26688 6278/30958/26687 6280/30960/26689</w:t>
        <w:br/>
        <w:t>f 6283/30961/26690 6282/30962/26691 6278/30958/26687</w:t>
        <w:br/>
        <w:t>f 6281/30959/26688 6283/30961/26690 6278/30958/26687</w:t>
        <w:br/>
        <w:t>f 6285/30963/26692 6281/30959/26688 6284/30964/26693</w:t>
        <w:br/>
        <w:t>f 6289/30965/26694 6288/30966/26695 6287/30967/26696</w:t>
        <w:br/>
        <w:t>f 6286/30968/26697 6289/30965/26694 6287/30967/26696</w:t>
        <w:br/>
        <w:t>f 6292/30969/26698 6291/30970/26699 6290/30971/26700</w:t>
        <w:br/>
        <w:t>f 6290/30971/26700 6294/30972/26701 6293/30973/26702</w:t>
        <w:br/>
        <w:t>f 6295/30974/26703 6290/30971/26700 6293/30973/26702</w:t>
        <w:br/>
        <w:t>f 6299/30975/26704 6298/30976/26705 6297/30977/26706</w:t>
        <w:br/>
        <w:t>f 6296/30978/26707 6299/30975/26704 6297/30977/26706</w:t>
        <w:br/>
        <w:t>f 6297/30977/26706 6298/30976/26705 6301/30979/26708</w:t>
        <w:br/>
        <w:t>f 6300/30980/26709 6297/30977/26706 6301/30979/26708</w:t>
        <w:br/>
        <w:t>f 6299/30975/26704 6304/30981/26710 6303/30982/26711</w:t>
        <w:br/>
        <w:t>f 6302/30983/26712 6299/30975/26704 6303/30982/26711</w:t>
        <w:br/>
        <w:t>f 6305/30984/26713 6301/30979/26708 6298/30976/26705</w:t>
        <w:br/>
        <w:t>f 6306/30985/26714 6305/30984/26713 6298/30976/26705</w:t>
        <w:br/>
        <w:t>f 6308/30986/26715 6307/30987/26716 6301/30979/26708</w:t>
        <w:br/>
        <w:t>f 6305/30984/26713 6308/30986/26715 6301/30979/26708</w:t>
        <w:br/>
        <w:t>f 6310/30988/26717 6309/30989/26718 6308/30986/26715</w:t>
        <w:br/>
        <w:t>f 6311/30990/26719 6310/30988/26717 6308/30986/26715</w:t>
        <w:br/>
        <w:t>f 6313/30991/26720 6312/30992/26721 6309/30989/26718</w:t>
        <w:br/>
        <w:t>f 6310/30988/26717 6313/30991/26720 6309/30989/26718</w:t>
        <w:br/>
        <w:t>f 6315/30993/26722 6312/30992/26721 6313/30991/26720</w:t>
        <w:br/>
        <w:t>f 6314/30994/26723 6315/30993/26722 6313/30991/26720</w:t>
        <w:br/>
        <w:t>f 6317/30995/26724 6316/30996/26725 6313/30991/26720</w:t>
        <w:br/>
        <w:t>f 6310/30988/26717 6317/30995/26724 6313/30991/26720</w:t>
        <w:br/>
        <w:t>f 6316/30996/26725 6318/30997/26726 6314/30994/26723</w:t>
        <w:br/>
        <w:t>f 6313/30991/26720 6316/30996/26725 6314/30994/26723</w:t>
        <w:br/>
        <w:t>f 6320/30998/26727 6314/30994/26723 6318/30997/26726</w:t>
        <w:br/>
        <w:t>f 6319/30999/26728 6320/30998/26727 6318/30997/26726</w:t>
        <w:br/>
        <w:t>f 6315/30993/26722 6322/31000/26729 6321/31001/26730</w:t>
        <w:br/>
        <w:t>f 6312/30992/26721 6315/30993/26722 6321/31001/26730</w:t>
        <w:br/>
        <w:t>f 6312/30992/26721 6321/31001/26730 6323/31002/26731</w:t>
        <w:br/>
        <w:t>f 6309/30989/26718 6312/30992/26721 6323/31002/26731</w:t>
        <w:br/>
        <w:t>f 6321/31001/26730 6325/31003/26732 6324/31004/26733</w:t>
        <w:br/>
        <w:t>f 6323/31002/26731 6321/31001/26730 6324/31004/26733</w:t>
        <w:br/>
        <w:t>f 6326/31005/26734 6307/30987/26716 6323/31002/26731</w:t>
        <w:br/>
        <w:t>f 6324/31004/26733 6326/31005/26734 6323/31002/26731</w:t>
        <w:br/>
        <w:t>f 6307/30987/26716 6308/30986/26715 6309/30989/26718</w:t>
        <w:br/>
        <w:t>f 6323/31002/26731 6307/30987/26716 6309/30989/26718</w:t>
        <w:br/>
        <w:t>f 6300/30980/26709 6301/30979/26708 6307/30987/26716</w:t>
        <w:br/>
        <w:t>f 6326/31005/26734 6300/30980/26709 6307/30987/26716</w:t>
        <w:br/>
        <w:t>f 6328/31006/26735 6297/30977/26706 6300/30980/26709</w:t>
        <w:br/>
        <w:t>f 6327/31007/26736 6328/31006/26735 6300/30980/26709</w:t>
        <w:br/>
        <w:t>f 6331/31008/26737 6330/31009/26738 6329/31010/26739</w:t>
        <w:br/>
        <w:t>f 6296/30978/26707 6331/31008/26737 6329/31010/26739</w:t>
        <w:br/>
        <w:t>f 6333/31011/26740 6282/30962/26691 6332/31012/26741</w:t>
        <w:br/>
        <w:t>f 6334/31013/26742 6333/31011/26740 6332/31012/26741</w:t>
        <w:br/>
        <w:t>f 6333/31011/26740 6336/31014/26743 6335/31015/26744</w:t>
        <w:br/>
        <w:t>f 6279/30957/26686 6333/31011/26740 6335/31015/26744</w:t>
        <w:br/>
        <w:t>f 6282/30962/26691 6333/31011/26740 6279/30957/26686</w:t>
        <w:br/>
        <w:t>f 6278/30958/26687 6282/30962/26691 6279/30957/26686</w:t>
        <w:br/>
        <w:t>f 6335/31015/26744 6338/31016/26745 6337/31017/26746</w:t>
        <w:br/>
        <w:t>f 6277/30956/26685 6335/31015/26744 6337/31017/26746</w:t>
        <w:br/>
        <w:t>f 6279/30957/26686 6335/31015/26744 6277/30956/26685</w:t>
        <w:br/>
        <w:t>f 6340/31018/26747 6271/30951/26680 6337/31017/26746</w:t>
        <w:br/>
        <w:t>f 6339/31019/26748 6340/31018/26747 6337/31017/26746</w:t>
        <w:br/>
        <w:t>f 6271/30951/26680 6340/31018/26747 6341/31020/26749</w:t>
        <w:br/>
        <w:t>f 6267/30949/26678 6271/30951/26680 6341/31020/26749</w:t>
        <w:br/>
        <w:t>f 6345/31021/26750 6344/31022/26751 6343/31023/26752</w:t>
        <w:br/>
        <w:t>f 6342/31024/26749 6345/31021/26750 6343/31023/26752</w:t>
        <w:br/>
        <w:t>f 6342/31024/26749 6343/31023/26752 6347/31025/26753</w:t>
        <w:br/>
        <w:t>f 6346/31026/26754 6342/31024/26749 6347/31025/26753</w:t>
        <w:br/>
        <w:t>f 6348/31027/26754 6270/30946/26675 6267/30949/26678</w:t>
        <w:br/>
        <w:t>f 6341/31020/26749 6348/31027/26754 6267/30949/26678</w:t>
        <w:br/>
        <w:t>f 6351/31028/26755 6350/31029/26756 6349/31030/26757</w:t>
        <w:br/>
        <w:t>f 6352/31031/26758 6351/31028/26755 6349/31030/26757</w:t>
        <w:br/>
        <w:t>f 6350/31029/26756 6354/31032/26759 6353/31033/26760</w:t>
        <w:br/>
        <w:t>f 6357/31034/26761 6356/31035/26762 6284/30964/26693</w:t>
        <w:br/>
        <w:t>f 6355/31036/26763 6357/31034/26761 6284/30964/26693</w:t>
        <w:br/>
        <w:t>f 6358/31037/26764 6353/31033/26760 6354/31032/26759</w:t>
        <w:br/>
        <w:t>f 6359/31038/26765 6357/31034/26761 6353/31033/26760</w:t>
        <w:br/>
        <w:t>f 6360/31039/26766 6359/31038/26765 6353/31033/26760</w:t>
        <w:br/>
        <w:t>f 6361/31040/26767 6356/31035/26762 6357/31034/26761</w:t>
        <w:br/>
        <w:t>f 6359/31038/26765 6361/31040/26767 6357/31034/26761</w:t>
        <w:br/>
        <w:t>f 6360/31039/26766 6363/31041/26768 6362/31042/26769</w:t>
        <w:br/>
        <w:t>f 6359/31038/26765 6360/31039/26766 6362/31042/26769</w:t>
        <w:br/>
        <w:t>f 6367/31043/26770 6366/31044/26771 6365/31045/26772</w:t>
        <w:br/>
        <w:t>f 6364/31046/26773 6367/31043/26770 6365/31045/26772</w:t>
        <w:br/>
        <w:t>f 6369/31047/26774 6366/31044/26771 6367/31043/26770</w:t>
        <w:br/>
        <w:t>f 6368/31048/26775 6369/31047/26774 6367/31043/26770</w:t>
        <w:br/>
        <w:t>f 6302/30983/26712 6303/30982/26711 6370/31049/26776</w:t>
        <w:br/>
        <w:t>f 6371/31050/26777 6302/30983/26712 6370/31049/26776</w:t>
        <w:br/>
        <w:t>f 6368/31048/26775 6367/31043/26770 6373/31051/26778</w:t>
        <w:br/>
        <w:t>f 6372/31052/26779 6368/31048/26775 6373/31051/26778</w:t>
        <w:br/>
        <w:t>f 6371/31050/26777 6376/31053/26780 6375/31054/26781</w:t>
        <w:br/>
        <w:t>f 6374/31055/26782 6371/31050/26777 6375/31054/26781</w:t>
        <w:br/>
        <w:t>f 6374/31055/26782 6375/31054/26781 6378/31056/26783</w:t>
        <w:br/>
        <w:t>f 6377/31057/26784 6374/31055/26782 6378/31056/26783</w:t>
        <w:br/>
        <w:t>f 6380/31058/26785 6378/31056/26783 6375/31054/26781</w:t>
        <w:br/>
        <w:t>f 6379/31059/26786 6380/31058/26785 6375/31054/26781</w:t>
        <w:br/>
        <w:t>f 6380/31058/26785 6382/31060/26787 6381/31061/26788</w:t>
        <w:br/>
        <w:t>f 6378/31056/26783 6380/31058/26785 6381/31061/26788</w:t>
        <w:br/>
        <w:t>f 6317/30995/26724 6381/31061/26788 6382/31060/26787</w:t>
        <w:br/>
        <w:t>f 6383/31062/26789 6317/30995/26724 6382/31060/26787</w:t>
        <w:br/>
        <w:t>f 6387/31063/26787 6386/31064/26785 6385/31065/26790</w:t>
        <w:br/>
        <w:t>f 6384/31066/26791 6387/31063/26787 6385/31065/26790</w:t>
        <w:br/>
        <w:t>f 6384/31066/26791 6389/31067/26792 6388/31068/26789</w:t>
        <w:br/>
        <w:t>f 6387/31063/26787 6384/31066/26791 6388/31068/26789</w:t>
        <w:br/>
        <w:t>f 6390/31069/26793 6388/31068/26789 6389/31067/26792</w:t>
        <w:br/>
        <w:t>f 6391/31070/26794 6390/31069/26793 6389/31067/26792</w:t>
        <w:br/>
        <w:t>f 6393/31071/26795 6391/31070/26794 6389/31067/26792</w:t>
        <w:br/>
        <w:t>f 6392/31072/26796 6393/31071/26795 6389/31067/26792</w:t>
        <w:br/>
        <w:t>f 6391/31070/26794 6393/31071/26795 6394/31073/26797</w:t>
        <w:br/>
        <w:t>f 6397/31074/26798 6396/31075/26799 6394/31073/26797</w:t>
        <w:br/>
        <w:t>f 6395/31076/26800 6397/31074/26798 6394/31073/26797</w:t>
        <w:br/>
        <w:t>f 6399/31077/26801 6322/31000/26729 6398/31078/26802</w:t>
        <w:br/>
        <w:t>f 6400/31079/26803 6399/31077/26801 6398/31078/26802</w:t>
        <w:br/>
        <w:t>f 6325/31003/26732 6321/31001/26730 6322/31000/26729</w:t>
        <w:br/>
        <w:t>f 6399/31077/26801 6325/31003/26732 6322/31000/26729</w:t>
        <w:br/>
        <w:t>f 6402/31080/26804 6324/31004/26733 6325/31003/26732</w:t>
        <w:br/>
        <w:t>f 6401/31081/26805 6402/31080/26804 6325/31003/26732</w:t>
        <w:br/>
        <w:t>f 6403/31082/26806 6326/31005/26734 6324/31004/26733</w:t>
        <w:br/>
        <w:t>f 6402/31080/26804 6403/31082/26806 6324/31004/26733</w:t>
        <w:br/>
        <w:t>f 6327/31007/26736 6300/30980/26709 6326/31005/26734</w:t>
        <w:br/>
        <w:t>f 6403/31082/26806 6327/31007/26736 6326/31005/26734</w:t>
        <w:br/>
        <w:t>f 6405/31083/26807 6327/31007/26736 6403/31082/26806</w:t>
        <w:br/>
        <w:t>f 6404/31084/26808 6405/31083/26807 6403/31082/26806</w:t>
        <w:br/>
        <w:t>f 6406/31085/26809 6327/31007/26736 6405/31083/26807</w:t>
        <w:br/>
        <w:t>f 6410/31086/26810 6409/31087/26811 6408/31088/26812</w:t>
        <w:br/>
        <w:t>f 6407/31089/26813 6410/31086/26810 6408/31088/26812</w:t>
        <w:br/>
        <w:t>f 6410/31086/26810 6407/31089/26813 6412/31090/26814</w:t>
        <w:br/>
        <w:t>f 6411/31091/26815 6410/31086/26810 6412/31090/26814</w:t>
        <w:br/>
        <w:t>f 6415/31092/26816 6414/31093/26817 6413/31094/26818</w:t>
        <w:br/>
        <w:t>f 6373/31051/26778 6417/31095/26819 6416/31096/26816</w:t>
        <w:br/>
        <w:t>f 6418/31097/26818 6373/31051/26778 6416/31096/26816</w:t>
        <w:br/>
        <w:t>f 6419/31098/26748 6416/31096/26816 6417/31095/26819</w:t>
        <w:br/>
        <w:t>f 6420/31099/26820 6419/31098/26748 6417/31095/26819</w:t>
        <w:br/>
        <w:t>f 6338/31016/26745 6415/31092/26816 6339/31019/26748</w:t>
        <w:br/>
        <w:t>f 6337/31017/26746 6338/31016/26745 6339/31019/26748</w:t>
        <w:br/>
        <w:t>f 6363/31041/26768 6422/31100/26821 6421/31101/26822</w:t>
        <w:br/>
        <w:t>f 6362/31042/26769 6363/31041/26768 6421/31101/26822</w:t>
        <w:br/>
        <w:t>f 6363/31041/26768 6424/31102/26823 6423/31103/26824</w:t>
        <w:br/>
        <w:t>f 6422/31100/26821 6363/31041/26768 6423/31103/26824</w:t>
        <w:br/>
        <w:t>f 6422/31100/26821 6423/31103/26824 6347/31025/26753</w:t>
        <w:br/>
        <w:t>f 6343/31023/26752 6422/31100/26821 6347/31025/26753</w:t>
        <w:br/>
        <w:t>f 6353/31033/26760 6358/31037/26764 6360/31039/26766</w:t>
        <w:br/>
        <w:t>f 6363/31041/26768 6360/31039/26766 6425/31104/26825</w:t>
        <w:br/>
        <w:t>f 6424/31102/26823 6363/31041/26768 6425/31104/26825</w:t>
        <w:br/>
        <w:t>f 6427/31105/26826 6426/31106/26827 6362/31042/26769</w:t>
        <w:br/>
        <w:t>f 6421/31101/26822 6427/31105/26826 6362/31042/26769</w:t>
        <w:br/>
        <w:t>f 6364/31046/26773 6365/31045/26772 6426/31106/26827</w:t>
        <w:br/>
        <w:t>f 6427/31105/26826 6364/31046/26773 6426/31106/26827</w:t>
        <w:br/>
        <w:t>f 6417/31095/26819 6373/31051/26778 6367/31043/26770</w:t>
        <w:br/>
        <w:t>f 6364/31046/26773 6417/31095/26819 6367/31043/26770</w:t>
        <w:br/>
        <w:t>f 6373/31051/26778 6418/31097/26818 6428/31107/26828</w:t>
        <w:br/>
        <w:t>f 6372/31052/26779 6373/31051/26778 6428/31107/26828</w:t>
        <w:br/>
        <w:t>f 6431/31108/26829 6376/31053/26780 6430/31109/26830</w:t>
        <w:br/>
        <w:t>f 6429/31110/26831 6431/31108/26829 6430/31109/26830</w:t>
        <w:br/>
        <w:t>f 6434/31111/26829 6409/31087/26811 6433/31112/26832</w:t>
        <w:br/>
        <w:t>f 6432/31113/26786 6434/31111/26829 6433/31112/26832</w:t>
        <w:br/>
        <w:t>f 6433/31112/26832 6385/31065/26790 6386/31064/26785</w:t>
        <w:br/>
        <w:t>f 6432/31113/26786 6433/31112/26832 6386/31064/26785</w:t>
        <w:br/>
        <w:t>f 6435/31114/26833 6405/31083/26807 6385/31065/26790</w:t>
        <w:br/>
        <w:t>f 6433/31112/26832 6435/31114/26833 6385/31065/26790</w:t>
        <w:br/>
        <w:t>f 6384/31066/26791 6385/31065/26790 6405/31083/26807</w:t>
        <w:br/>
        <w:t>f 6404/31084/26808 6384/31066/26791 6405/31083/26807</w:t>
        <w:br/>
        <w:t>f 6389/31067/26792 6384/31066/26791 6404/31084/26808</w:t>
        <w:br/>
        <w:t>f 6392/31072/26796 6389/31067/26792 6404/31084/26808</w:t>
        <w:br/>
        <w:t>f 6402/31080/26804 6392/31072/26796 6404/31084/26808</w:t>
        <w:br/>
        <w:t>f 6403/31082/26806 6402/31080/26804 6404/31084/26808</w:t>
        <w:br/>
        <w:t>f 6436/31115/26834 6393/31071/26795 6392/31072/26796</w:t>
        <w:br/>
        <w:t>f 6402/31080/26804 6436/31115/26834 6392/31072/26796</w:t>
        <w:br/>
        <w:t>f 6393/31071/26795 6436/31115/26834 6395/31076/26800</w:t>
        <w:br/>
        <w:t>f 6394/31073/26797 6393/31071/26795 6395/31076/26800</w:t>
        <w:br/>
        <w:t>f 6399/31077/26801 6437/31116/26835 6401/31081/26805</w:t>
        <w:br/>
        <w:t>f 6325/31003/26732 6399/31077/26801 6401/31081/26805</w:t>
        <w:br/>
        <w:t>f 6400/31079/26803 6438/31117/26836 6437/31116/26835</w:t>
        <w:br/>
        <w:t>f 6399/31077/26801 6400/31079/26803 6437/31116/26835</w:t>
        <w:br/>
        <w:t>f 6440/31118/26793 6439/31119/26837 6318/30997/26726</w:t>
        <w:br/>
        <w:t>f 6316/30996/26725 6317/30995/26724 6383/31062/26789</w:t>
        <w:br/>
        <w:t>f 6440/31118/26793 6316/30996/26725 6383/31062/26789</w:t>
        <w:br/>
        <w:t>f 6394/31073/26797 6441/31120/26838 6391/31070/26794</w:t>
        <w:br/>
        <w:t>f 6310/30988/26717 6311/30990/26719 6381/31061/26788</w:t>
        <w:br/>
        <w:t>f 6317/30995/26724 6310/30988/26717 6381/31061/26788</w:t>
        <w:br/>
        <w:t>f 6311/30990/26719 6377/31057/26784 6378/31056/26783</w:t>
        <w:br/>
        <w:t>f 6381/31061/26788 6311/30990/26719 6378/31056/26783</w:t>
        <w:br/>
        <w:t>f 6305/30984/26713 6377/31057/26784 6311/30990/26719</w:t>
        <w:br/>
        <w:t>f 6308/30986/26715 6305/30984/26713 6311/30990/26719</w:t>
        <w:br/>
        <w:t>f 6306/30985/26714 6374/31055/26782 6377/31057/26784</w:t>
        <w:br/>
        <w:t>f 6305/30984/26713 6306/30985/26714 6377/31057/26784</w:t>
        <w:br/>
        <w:t>f 6366/31044/26771 6369/31047/26774 6293/30973/26702</w:t>
        <w:br/>
        <w:t>f 6294/30972/26701 6366/31044/26771 6293/30973/26702</w:t>
        <w:br/>
        <w:t>f 6366/31044/26771 6294/30972/26701 6442/31121/26839</w:t>
        <w:br/>
        <w:t>f 6365/31045/26772 6366/31044/26771 6442/31121/26839</w:t>
        <w:br/>
        <w:t>f 6294/30972/26701 6290/30971/26700 6291/30970/26699</w:t>
        <w:br/>
        <w:t>f 6442/31121/26839 6294/30972/26701 6291/30970/26699</w:t>
        <w:br/>
        <w:t>f 6356/31035/26762 6361/31040/26767 6442/31121/26839</w:t>
        <w:br/>
        <w:t>f 6291/30970/26699 6356/31035/26762 6442/31121/26839</w:t>
        <w:br/>
        <w:t>f 6285/30963/26692 6284/30964/26693 6356/31035/26762</w:t>
        <w:br/>
        <w:t>f 6291/30970/26699 6285/30963/26692 6356/31035/26762</w:t>
        <w:br/>
        <w:t>f 6355/31036/26763 6284/30964/26693 6280/30960/26689</w:t>
        <w:br/>
        <w:t>f 6443/31122/26840 6355/31036/26763 6280/30960/26689</w:t>
        <w:br/>
        <w:t>f 6443/31122/26840 6349/31030/26757 6350/31029/26756</w:t>
        <w:br/>
        <w:t>f 6355/31036/26763 6443/31122/26840 6350/31029/26756</w:t>
        <w:br/>
        <w:t>f 6273/30952/26681 6274/30953/26682 6352/31031/26758</w:t>
        <w:br/>
        <w:t>f 6349/31030/26757 6273/30952/26681 6352/31031/26758</w:t>
        <w:br/>
        <w:t>f 6445/31123/26841 6444/31124/26842 6408/31088/26812</w:t>
        <w:br/>
        <w:t>f 6445/31123/26841 6408/31088/26812 6446/31125/26831</w:t>
        <w:br/>
        <w:t>f 6448/31126/26843 6447/31127/26841 6429/31110/26831</w:t>
        <w:br/>
        <w:t>f 6430/31109/26830 6448/31126/26843 6429/31110/26831</w:t>
        <w:br/>
        <w:t>f 6449/31128/26844 6370/31049/26776 6303/30982/26711</w:t>
        <w:br/>
        <w:t>f 6450/31129/26845 6449/31128/26844 6303/30982/26711</w:t>
        <w:br/>
        <w:t>f 6304/30981/26710 6451/31130/26846 6450/31129/26845</w:t>
        <w:br/>
        <w:t>f 6303/30982/26711 6304/30981/26710 6450/31129/26845</w:t>
        <w:br/>
        <w:t>f 6452/31131/26847 6304/30981/26710 6329/31010/26739</w:t>
        <w:br/>
        <w:t>f 6329/31010/26739 6287/30967/26696 6452/31131/26847</w:t>
        <w:br/>
        <w:t>f 6453/31132/26848 6286/30968/26697 6330/31009/26738</w:t>
        <w:br/>
        <w:t>f 6330/31009/26738 6412/31090/26814 6454/31133/26849</w:t>
        <w:br/>
        <w:t>f 6453/31132/26848 6330/31009/26738 6454/31133/26849</w:t>
        <w:br/>
        <w:t>f 6412/31090/26814 6455/31134/26850 6454/31133/26849</w:t>
        <w:br/>
        <w:t>f 6277/30956/26685 6337/31017/26746 6271/30951/26680</w:t>
        <w:br/>
        <w:t>f 6272/30950/26679 6277/30956/26685 6271/30951/26680</w:t>
        <w:br/>
        <w:t>f 6268/30948/26677 6273/30952/26681 6276/30954/26683</w:t>
        <w:br/>
        <w:t>f 6272/30950/26679 6268/30948/26677 6276/30954/26683</w:t>
        <w:br/>
        <w:t>f 6273/30952/26681 6349/31030/26757 6443/31122/26840</w:t>
        <w:br/>
        <w:t>f 6276/30954/26683 6273/30952/26681 6443/31122/26840</w:t>
        <w:br/>
        <w:t>f 6419/31098/26748 6420/31099/26820 6344/31022/26751</w:t>
        <w:br/>
        <w:t>f 6345/31021/26750 6419/31098/26748 6344/31022/26751</w:t>
        <w:br/>
        <w:t>f 6353/31033/26760 6357/31034/26761 6355/31036/26763</w:t>
        <w:br/>
        <w:t>f 6350/31029/26756 6353/31033/26760 6355/31036/26763</w:t>
        <w:br/>
        <w:t>f 6359/31038/26765 6362/31042/26769 6426/31106/26827</w:t>
        <w:br/>
        <w:t>f 6361/31040/26767 6359/31038/26765 6426/31106/26827</w:t>
        <w:br/>
        <w:t>f 6421/31101/26822 6422/31100/26821 6343/31023/26752</w:t>
        <w:br/>
        <w:t>f 6344/31022/26751 6421/31101/26822 6343/31023/26752</w:t>
        <w:br/>
        <w:t>f 6335/31015/26744 6336/31014/26743 6338/31016/26745</w:t>
        <w:br/>
        <w:t>f 6457/31135/26851 6414/31093/26817 6336/31014/26743</w:t>
        <w:br/>
        <w:t>f 6456/31136/26852 6457/31135/26851 6336/31014/26743</w:t>
        <w:br/>
        <w:t>f 6455/31134/26850 6412/31090/26814 6444/31124/26842</w:t>
        <w:br/>
        <w:t>f 6292/30969/26698 6283/30961/26690 6285/30963/26692</w:t>
        <w:br/>
        <w:t>f 6330/31009/26738 6286/30968/26697 6287/30967/26696</w:t>
        <w:br/>
        <w:t>f 6283/30961/26690 6292/30969/26698 6288/30966/26695</w:t>
        <w:br/>
        <w:t>f 6289/30965/26694 6283/30961/26690 6288/30966/26695</w:t>
        <w:br/>
        <w:t>f 6453/31132/26848 6454/31133/26849 6334/31013/26742</w:t>
        <w:br/>
        <w:t>f 6332/31012/26741 6453/31132/26848 6334/31013/26742</w:t>
        <w:br/>
        <w:t>f 6444/31124/26842 6457/31135/26851 6456/31136/26852</w:t>
        <w:br/>
        <w:t>f 6455/31134/26850 6444/31124/26842 6456/31136/26852</w:t>
        <w:br/>
        <w:t>f 6414/31093/26817 6457/31135/26851 6458/31137/26853</w:t>
        <w:br/>
        <w:t>f 6413/31094/26818 6414/31093/26817 6458/31137/26853</w:t>
        <w:br/>
        <w:t>f 6457/31135/26851 6444/31124/26842 6445/31123/26841</w:t>
        <w:br/>
        <w:t>f 6458/31137/26853 6457/31135/26851 6445/31123/26841</w:t>
        <w:br/>
        <w:t>f 6295/30974/26703 6288/30966/26695 6292/30969/26698</w:t>
        <w:br/>
        <w:t>f 6290/30971/26700 6295/30974/26703 6292/30969/26698</w:t>
        <w:br/>
        <w:t>f 6452/31131/26847 6287/30967/26696 6288/30966/26695</w:t>
        <w:br/>
        <w:t>f 6295/30974/26703 6452/31131/26847 6288/30966/26695</w:t>
        <w:br/>
        <w:t>f 6333/31011/26740 6334/31013/26742 6456/31136/26852</w:t>
        <w:br/>
        <w:t>f 6336/31014/26743 6333/31011/26740 6456/31136/26852</w:t>
        <w:br/>
        <w:t>f 6334/31013/26742 6454/31133/26849 6455/31134/26850</w:t>
        <w:br/>
        <w:t>f 6456/31136/26852 6334/31013/26742 6455/31134/26850</w:t>
        <w:br/>
        <w:t>f 6332/31012/26741 6289/30965/26694 6286/30968/26697</w:t>
        <w:br/>
        <w:t>f 6453/31132/26848 6332/31012/26741 6286/30968/26697</w:t>
        <w:br/>
        <w:t>f 6283/30961/26690 6289/30965/26694 6332/31012/26741</w:t>
        <w:br/>
        <w:t>f 6282/30962/26691 6283/30961/26690 6332/31012/26741</w:t>
        <w:br/>
        <w:t>f 6287/30967/26696 6329/31010/26739 6330/31009/26738</w:t>
        <w:br/>
        <w:t>f 6444/31124/26842 6407/31089/26813 6408/31088/26812</w:t>
        <w:br/>
        <w:t>f 6374/31055/26782 6306/30985/26714 6302/30983/26712</w:t>
        <w:br/>
        <w:t>f 6371/31050/26777 6374/31055/26782 6302/30983/26712</w:t>
        <w:br/>
        <w:t>f 6304/30981/26710 6299/30975/26704 6296/30978/26707</w:t>
        <w:br/>
        <w:t>f 6329/31010/26739 6304/30981/26710 6296/30978/26707</w:t>
        <w:br/>
        <w:t>f 6298/30976/26705 6299/30975/26704 6302/30983/26712</w:t>
        <w:br/>
        <w:t>f 6306/30985/26714 6298/30976/26705 6302/30983/26712</w:t>
        <w:br/>
        <w:t>f 6328/31006/26735 6331/31008/26737 6296/30978/26707</w:t>
        <w:br/>
        <w:t>f 6297/30977/26706 6328/31006/26735 6296/30978/26707</w:t>
        <w:br/>
        <w:t>f 6330/31009/26738 6331/31008/26737 6411/31091/26815</w:t>
        <w:br/>
        <w:t>f 6412/31090/26814 6330/31009/26738 6411/31091/26815</w:t>
        <w:br/>
        <w:t>f 6410/31086/26810 6411/31091/26815 6406/31085/26809</w:t>
        <w:br/>
        <w:t>f 6435/31114/26833 6410/31086/26810 6406/31085/26809</w:t>
        <w:br/>
        <w:t>f 6409/31087/26811 6410/31086/26810 6435/31114/26833</w:t>
        <w:br/>
        <w:t>f 6433/31112/26832 6409/31087/26811 6435/31114/26833</w:t>
        <w:br/>
        <w:t>f 6379/31059/26786 6375/31054/26781 6376/31053/26780</w:t>
        <w:br/>
        <w:t>f 6431/31108/26829 6379/31059/26786 6376/31053/26780</w:t>
        <w:br/>
        <w:t>f 6446/31125/26831 6408/31088/26812 6409/31087/26811</w:t>
        <w:br/>
        <w:t>f 6434/31111/26829 6446/31125/26831 6409/31087/26811</w:t>
        <w:br/>
        <w:t>f 6370/31049/26776 6430/31109/26830 6376/31053/26780</w:t>
        <w:br/>
        <w:t>f 6371/31050/26777 6370/31049/26776 6376/31053/26780</w:t>
        <w:br/>
        <w:t>f 6338/31016/26745 6336/31014/26743 6414/31093/26817</w:t>
        <w:br/>
        <w:t>f 6372/31052/26779 6428/31107/26828 6447/31127/26841</w:t>
        <w:br/>
        <w:t>f 6448/31126/26843 6372/31052/26779 6447/31127/26841</w:t>
        <w:br/>
        <w:t>f 6368/31048/26775 6372/31052/26779 6448/31126/26843</w:t>
        <w:br/>
        <w:t>f 6449/31128/26844 6368/31048/26775 6448/31126/26843</w:t>
        <w:br/>
        <w:t>f 6450/31129/26845 6369/31047/26774 6368/31048/26775</w:t>
        <w:br/>
        <w:t>f 6449/31128/26844 6450/31129/26845 6368/31048/26775</w:t>
        <w:br/>
        <w:t>f 6369/31047/26774 6450/31129/26845 6451/31130/26846</w:t>
        <w:br/>
        <w:t>f 6293/30973/26702 6369/31047/26774 6451/31130/26846</w:t>
        <w:br/>
        <w:t>f 6452/31131/26847 6295/30974/26703 6293/30973/26702</w:t>
        <w:br/>
        <w:t>f 6451/31130/26846 6452/31131/26847 6293/30973/26702</w:t>
        <w:br/>
        <w:t>f 6412/31090/26814 6407/31089/26813 6444/31124/26842</w:t>
        <w:br/>
        <w:t>f 6443/31122/26840 6280/30960/26689 6275/30955/26684</w:t>
        <w:br/>
        <w:t>f 6276/30954/26683 6443/31122/26840 6275/30955/26684</w:t>
        <w:br/>
        <w:t>f 6278/30958/26687 6275/30955/26684 6280/30960/26689</w:t>
        <w:br/>
        <w:t>f 6331/31008/26737 6328/31006/26735 6406/31085/26809</w:t>
        <w:br/>
        <w:t>f 6411/31091/26815 6331/31008/26737 6406/31085/26809</w:t>
        <w:br/>
        <w:t>f 6328/31006/26735 6327/31007/26736 6406/31085/26809</w:t>
        <w:br/>
        <w:t>f 6406/31085/26809 6405/31083/26807 6435/31114/26833</w:t>
        <w:br/>
        <w:t>f 6344/31022/26751 6420/31099/26820 6427/31105/26826</w:t>
        <w:br/>
        <w:t>f 6421/31101/26822 6344/31022/26751 6427/31105/26826</w:t>
        <w:br/>
        <w:t>f 6279/30957/26686 6277/30956/26685 6275/30955/26684</w:t>
        <w:br/>
        <w:t>f 6415/31092/26816 6338/31016/26745 6414/31093/26817</w:t>
        <w:br/>
        <w:t>f 6285/30963/26692 6291/30970/26699 6292/30969/26698</w:t>
        <w:br/>
        <w:t>f 6285/30963/26692 6283/30961/26690 6281/30959/26688</w:t>
        <w:br/>
        <w:t>f 6365/31045/26772 6442/31121/26839 6361/31040/26767</w:t>
        <w:br/>
        <w:t>f 6426/31106/26827 6365/31045/26772 6361/31040/26767</w:t>
        <w:br/>
        <w:t>f 6452/31131/26847 6451/31130/26846 6304/30981/26710</w:t>
        <w:br/>
        <w:t>f 6420/31099/26820 6417/31095/26819 6364/31046/26773</w:t>
        <w:br/>
        <w:t>f 6427/31105/26826 6420/31099/26820 6364/31046/26773</w:t>
        <w:br/>
        <w:t>f 6449/31128/26844 6448/31126/26843 6430/31109/26830</w:t>
        <w:br/>
        <w:t>f 6370/31049/26776 6449/31128/26844 6430/31109/26830</w:t>
        <w:br/>
        <w:t>f 6350/31029/26756 6351/31028/26755 6354/31032/26759</w:t>
        <w:br/>
        <w:t>f 6360/31039/26766 6358/31037/26764 6425/31104/26825</w:t>
        <w:br/>
        <w:t>f 6391/31070/26794 6441/31120/26838 6390/31069/26793</w:t>
        <w:br/>
        <w:t>f 6440/31118/26793 6318/30997/26726 6316/30996/26725</w:t>
        <w:br/>
        <w:t>f 6439/31119/26837 6459/31138/26854 6319/30999/26728</w:t>
        <w:br/>
        <w:t>f 6318/30997/26726 6439/31119/26837 6319/30999/26728</w:t>
        <w:br/>
        <w:t>f 6441/31120/26838 6394/31073/26797 6396/31075/26799</w:t>
        <w:br/>
        <w:t>f 6460/31139/26854 6441/31120/26838 6396/31075/26799</w:t>
        <w:br/>
        <w:t>f 6314/30994/26723 6320/30998/26727 6461/31140/26855</w:t>
        <w:br/>
        <w:t>f 6315/30993/26722 6314/30994/26723 6461/31140/26855</w:t>
        <w:br/>
        <w:t>f 6322/31000/26729 6315/30993/26722 6461/31140/26855</w:t>
        <w:br/>
        <w:t>f 6398/31078/26802 6322/31000/26729 6461/31140/26855</w:t>
        <w:br/>
        <w:t>f 6284/30964/26693 6281/30959/26688 6280/30960/26689</w:t>
        <w:br/>
        <w:t>f 6488/31141/26856 6487/31142/26857 6486/31143/26858</w:t>
        <w:br/>
        <w:t>f 6488/31141/26856 6490/31144/26859 6489/31145/26860</w:t>
        <w:br/>
        <w:t>f 6492/31146/26861 6487/31142/26857 6491/31147/26862</w:t>
        <w:br/>
        <w:t>f 6495/31148/26863 6494/31149/26864 6493/31150/26865</w:t>
        <w:br/>
        <w:t>f 6490/31144/26859 6493/31150/26865 6496/31151/26866</w:t>
        <w:br/>
        <w:t>f 6497/31152/26867 6490/31144/26859 6496/31151/26866</w:t>
        <w:br/>
        <w:t>f 6490/31144/26859 6497/31152/26867 6489/31145/26860</w:t>
        <w:br/>
        <w:t>f 6489/31145/26860 6491/31147/26862 6487/31142/26857</w:t>
        <w:br/>
        <w:t>f 6486/31143/26858 6487/31142/26857 6498/31153/26868</w:t>
        <w:br/>
        <w:t>f 6500/31154/26869 6499/31155/26870 6498/31153/26868</w:t>
        <w:br/>
        <w:t>f 6502/31156/26871 6487/31142/26857 6501/31157/26872</w:t>
        <w:br/>
        <w:t>f 6505/31158/26873 6504/31159/26874 6503/31160/26875</w:t>
        <w:br/>
        <w:t>f 6499/31155/26870 6500/31154/26869 6506/31161/26876</w:t>
        <w:br/>
        <w:t>f 6487/31142/26857 6502/31156/26871 6500/31154/26869</w:t>
        <w:br/>
        <w:t>f 6510/31162/26877 6509/31163/26878 6508/31164/26879</w:t>
        <w:br/>
        <w:t>f 6507/31165/26880 6510/31162/26877 6508/31164/26879</w:t>
        <w:br/>
        <w:t>f 6513/31166/26572 6512/31167/26494 6511/31168/26881</w:t>
        <w:br/>
        <w:t>f 6514/31169/26880 6513/31166/26572 6511/31168/26881</w:t>
        <w:br/>
        <w:t>f 6512/31167/26494 6515/31170/26882 6511/31168/26881</w:t>
        <w:br/>
        <w:t>f 6518/31171/26501 6517/31172/26883 6516/31173/26884</w:t>
        <w:br/>
        <w:t>f 6521/31174/26885 6520/31175/26579 6519/31176/26886</w:t>
        <w:br/>
        <w:t>f 6522/31177/26887 6521/31174/26885 6519/31176/26886</w:t>
        <w:br/>
        <w:t>f 6520/31175/26579 6524/31178/26583 6523/31179/26888</w:t>
        <w:br/>
        <w:t>f 6519/31176/26886 6520/31175/26579 6523/31179/26888</w:t>
        <w:br/>
        <w:t>f 6526/31180/26889 6525/31181/26890 6518/31171/26501</w:t>
        <w:br/>
        <w:t>f 6516/31173/26884 6526/31180/26889 6518/31171/26501</w:t>
        <w:br/>
        <w:t>f 6529/31182/26891 6528/31183/26892 6527/31184/26893</w:t>
        <w:br/>
        <w:t>f 6532/31185/26894 6531/31186/26895 6530/31187/26896</w:t>
        <w:br/>
        <w:t>f 6533/31188/26897 6532/31185/26894 6530/31187/26896</w:t>
        <w:br/>
        <w:t>f 6536/31189/26898 6535/31190/26899 6534/31191/26900</w:t>
        <w:br/>
        <w:t>f 6533/31188/26897 6536/31189/26898 6534/31191/26900</w:t>
        <w:br/>
        <w:t>f 6535/31190/26899 6538/31192/26901 6537/31193/26902</w:t>
        <w:br/>
        <w:t>f 6534/31191/26900 6535/31190/26899 6537/31193/26902</w:t>
        <w:br/>
        <w:t>f 6528/31183/26892 6529/31182/26891 6538/31192/26901</w:t>
        <w:br/>
        <w:t>f 6529/31182/26891 6539/31194/26903 6537/31193/26902</w:t>
        <w:br/>
        <w:t>f 6542/31195/26904 6541/31196/26905 6540/31197/26906</w:t>
        <w:br/>
        <w:t>f 6543/31198/26907 6542/31195/26904 6540/31197/26906</w:t>
        <w:br/>
        <w:t>f 6541/31196/26905 6539/31194/26903 6529/31182/26891</w:t>
        <w:br/>
        <w:t>f 6540/31197/26906 6529/31182/26891 6544/31199/26908</w:t>
        <w:br/>
        <w:t>f 6545/31200/26909 6544/31199/26908 6529/31182/26891</w:t>
        <w:br/>
        <w:t>f 6547/31201/26642 6509/31163/26878 6546/31202/26910</w:t>
        <w:br/>
        <w:t>f 6519/31176/26886 6548/31203/26911 6504/31159/26874</w:t>
        <w:br/>
        <w:t>f 6522/31177/26887 6519/31176/26886 6504/31159/26874</w:t>
        <w:br/>
        <w:t>f 6548/31203/26911 6519/31176/26886 6523/31179/26888</w:t>
        <w:br/>
        <w:t>f 6549/31204/26912 6548/31203/26911 6523/31179/26888</w:t>
        <w:br/>
        <w:t>f 6550/31205/26913 6526/31180/26889 6516/31173/26884</w:t>
        <w:br/>
        <w:t>f 6516/31173/26884 6517/31172/26883 6551/31206/26914</w:t>
        <w:br/>
        <w:t>f 6496/31151/26866 6526/31180/26889 6550/31205/26913</w:t>
        <w:br/>
        <w:t>f 6536/31189/26898 6533/31188/26897 6530/31187/26896</w:t>
        <w:br/>
        <w:t>f 6554/31207/26915 6553/31208/26916 6552/31209/26917</w:t>
        <w:br/>
        <w:t>f 6523/31179/26888 6524/31178/26583 6556/31210/26918</w:t>
        <w:br/>
        <w:t>f 6555/31211/26919 6523/31179/26888 6556/31210/26918</w:t>
        <w:br/>
        <w:t>f 6551/31206/26914 6517/31172/26883 6557/31212/26920</w:t>
        <w:br/>
        <w:t>f 6559/31213/26921 6558/31214/26922 6542/31195/26904</w:t>
        <w:br/>
        <w:t>f 6543/31198/26907 6559/31213/26921 6542/31195/26904</w:t>
        <w:br/>
        <w:t>f 6558/31214/26922 6554/31207/26915 6552/31209/26917</w:t>
        <w:br/>
        <w:t>f 6560/31215/26923 6558/31214/26922 6552/31209/26917</w:t>
        <w:br/>
        <w:t>f 6558/31214/26922 6559/31213/26921 6554/31207/26915</w:t>
        <w:br/>
        <w:t>f 6499/31155/26870 6506/31161/26876 6557/31212/26920</w:t>
        <w:br/>
        <w:t>f 6505/31158/26873 6499/31155/26870 6557/31212/26920</w:t>
        <w:br/>
        <w:t>f 6515/31170/26882 6512/31167/26494 6525/31181/26890</w:t>
        <w:br/>
        <w:t>f 6526/31180/26889 6515/31170/26882 6525/31181/26890</w:t>
        <w:br/>
        <w:t>f 6509/31163/26878 6510/31162/26877 6554/31207/26915</w:t>
        <w:br/>
        <w:t>f 6547/31201/26642 6562/31216/26924 6561/31217/26925</w:t>
        <w:br/>
        <w:t>f 6564/31218/26643 6561/31217/26925 6563/31219/26926</w:t>
        <w:br/>
        <w:t>f 6563/31219/26926 6555/31211/26919 6556/31210/26918</w:t>
        <w:br/>
        <w:t>f 6564/31218/26643 6563/31219/26926 6556/31210/26918</w:t>
        <w:br/>
        <w:t>f 6566/31220/26577 6521/31174/26885 6565/31221/26927</w:t>
        <w:br/>
        <w:t>f 6517/31172/26883 6566/31220/26577 6565/31221/26927</w:t>
        <w:br/>
        <w:t>f 6515/31170/26882 6494/31149/26864 6511/31168/26881</w:t>
        <w:br/>
        <w:t>f 6567/31222/26928 6514/31169/26880 6511/31168/26881</w:t>
        <w:br/>
        <w:t>f 6494/31149/26864 6567/31222/26928 6511/31168/26881</w:t>
        <w:br/>
        <w:t>f 6553/31208/26916 6510/31162/26877 6507/31165/26880</w:t>
        <w:br/>
        <w:t>f 6568/31223/26929 6553/31208/26916 6507/31165/26880</w:t>
        <w:br/>
        <w:t>f 6569/31224/26930 6545/31200/26909 6562/31216/26924</w:t>
        <w:br/>
        <w:t>f 6527/31184/26893 6570/31225/26931 6562/31216/26924</w:t>
        <w:br/>
        <w:t>f 6555/31211/26919 6563/31219/26926 6530/31187/26896</w:t>
        <w:br/>
        <w:t>f 6531/31186/26895 6555/31211/26919 6530/31187/26896</w:t>
        <w:br/>
        <w:t>f 6555/31211/26919 6531/31186/26895 6549/31204/26912</w:t>
        <w:br/>
        <w:t>f 6523/31179/26888 6555/31211/26919 6549/31204/26912</w:t>
        <w:br/>
        <w:t>f 6496/31151/26866 6493/31150/26865 6515/31170/26882</w:t>
        <w:br/>
        <w:t>f 6563/31219/26926 6561/31217/26925 6536/31189/26898</w:t>
        <w:br/>
        <w:t>f 6561/31217/26925 6570/31225/26931 6536/31189/26898</w:t>
        <w:br/>
        <w:t>f 6489/31145/26860 6487/31142/26857 6488/31141/26856</w:t>
        <w:br/>
        <w:t>f 6487/31142/26857 6500/31154/26869 6498/31153/26868</w:t>
        <w:br/>
        <w:t>f 6504/31159/26874 6505/31158/26873 6565/31221/26927</w:t>
        <w:br/>
        <w:t>f 6504/31159/26874 6565/31221/26927 6522/31177/26887</w:t>
        <w:br/>
        <w:t>f 6563/31219/26926 6536/31189/26898 6530/31187/26896</w:t>
        <w:br/>
        <w:t>f 6550/31205/26913 6516/31173/26884 6492/31146/26861</w:t>
        <w:br/>
        <w:t>f 6516/31173/26884 6551/31206/26914 6501/31157/26872</w:t>
        <w:br/>
        <w:t>f 6516/31173/26884 6487/31142/26857 6492/31146/26861</w:t>
        <w:br/>
        <w:t>f 6487/31142/26857 6516/31173/26884 6501/31157/26872</w:t>
        <w:br/>
        <w:t>f 6569/31224/26930 6562/31216/26924 6546/31202/26910</w:t>
        <w:br/>
        <w:t>f 6570/31225/26931 6561/31217/26925 6562/31216/26924</w:t>
        <w:br/>
        <w:t>f 6529/31182/26891 6527/31184/26893 6562/31216/26924</w:t>
        <w:br/>
        <w:t>f 6545/31200/26909 6529/31182/26891 6562/31216/26924</w:t>
        <w:br/>
        <w:t>f 6540/31197/26906 6541/31196/26905 6529/31182/26891</w:t>
        <w:br/>
        <w:t>f 6537/31193/26902 6538/31192/26901 6529/31182/26891</w:t>
        <w:br/>
        <w:t>f 6510/31162/26877 6553/31208/26916 6554/31207/26915</w:t>
        <w:br/>
        <w:t>f 6494/31149/26864 6515/31170/26882 6493/31150/26865</w:t>
        <w:br/>
        <w:t>f 6517/31172/26883 6565/31221/26927 6557/31212/26920</w:t>
        <w:br/>
        <w:t>f 6559/31213/26921 6569/31224/26930 6546/31202/26910</w:t>
        <w:br/>
        <w:t>f 6509/31163/26878 6554/31207/26915 6546/31202/26910</w:t>
        <w:br/>
        <w:t>f 6571/31226/24498 6488/31141/26856 6486/31143/26858</w:t>
        <w:br/>
        <w:t>f 6572/31227/26932 6571/31226/24498 6486/31143/26858</w:t>
        <w:br/>
        <w:t>f 6571/31226/24498 6573/31228/26933 6490/31144/26859</w:t>
        <w:br/>
        <w:t>f 6488/31141/26856 6571/31226/24498 6490/31144/26859</w:t>
        <w:br/>
        <w:t>f 6574/31229/26934 6492/31146/26861 6491/31147/26862</w:t>
        <w:br/>
        <w:t>f 6575/31230/26935 6574/31229/26934 6491/31147/26862</w:t>
        <w:br/>
        <w:t>f 6578/31231/24472 6577/31232/26936 6576/31233/26936</w:t>
        <w:br/>
        <w:t>f 6493/31150/26865 6578/31231/24472 6576/31233/26936</w:t>
        <w:br/>
        <w:t>f 6580/31234/26937 6494/31149/26864 6579/31235/26938</w:t>
        <w:br/>
        <w:t>f 6581/31236/24470 6580/31234/26937 6579/31235/26938</w:t>
        <w:br/>
        <w:t>f 6578/31231/24472 6493/31150/26865 6490/31144/26859</w:t>
        <w:br/>
        <w:t>f 6573/31228/26933 6578/31231/24472 6490/31144/26859</w:t>
        <w:br/>
        <w:t>f 6585/31237/26939 6584/31238/26940 6583/31239/26941</w:t>
        <w:br/>
        <w:t>f 6582/31240/26942 6585/31237/26939 6583/31239/26941</w:t>
        <w:br/>
        <w:t>f 6587/31241/24626 6586/31242/26943 6583/31239/26941</w:t>
        <w:br/>
        <w:t>f 6584/31238/26940 6587/31241/24626 6583/31239/26941</w:t>
        <w:br/>
        <w:t>f 6588/31243/26944 6575/31230/26935 6491/31147/26862</w:t>
        <w:br/>
        <w:t>f 6489/31145/26860 6588/31243/26944 6491/31147/26862</w:t>
        <w:br/>
        <w:t>f 6592/31244/26945 6591/31245/26946 6590/31246/26946</w:t>
        <w:br/>
        <w:t>f 6589/31247/26946 6592/31244/26945 6590/31246/26946</w:t>
        <w:br/>
        <w:t>f 6593/31248/26947 6592/31244/26945 6498/31153/26868</w:t>
        <w:br/>
        <w:t>f 6499/31155/26870 6593/31248/26947 6498/31153/26868</w:t>
        <w:br/>
        <w:t>f 6594/31249/26948 6502/31156/26871 6501/31157/26872</w:t>
        <w:br/>
        <w:t>f 6595/31250/26949 6594/31249/26948 6501/31157/26872</w:t>
        <w:br/>
        <w:t>f 6597/31251/26950 6505/31158/26873 6596/31252/26951</w:t>
        <w:br/>
        <w:t>f 6598/31253/26952 6597/31251/26950 6596/31252/26951</w:t>
        <w:br/>
        <w:t>f 6600/31254/26953 6598/31253/24459 6599/31255/26954</w:t>
        <w:br/>
        <w:t>f 6504/31159/26874 6600/31254/26953 6599/31255/26954</w:t>
        <w:br/>
        <w:t>f 6604/31256/26955 6603/31257/26956 6602/31258/26956</w:t>
        <w:br/>
        <w:t>f 6601/31259/26955 6604/31256/26955 6602/31258/26956</w:t>
        <w:br/>
        <w:t>f 6605/31260/26957 6500/31154/26869 6502/31156/26871</w:t>
        <w:br/>
        <w:t>f 6594/31249/26948 6605/31260/26957 6502/31156/26871</w:t>
        <w:br/>
        <w:t>f 6606/31261/24638 6527/31184/26893 6528/31183/26892</w:t>
        <w:br/>
        <w:t>f 6607/31262/24635 6606/31261/24638 6528/31183/26892</w:t>
        <w:br/>
        <w:t>f 6609/31263/26958 6531/31186/26895 6608/31264/26959</w:t>
        <w:br/>
        <w:t>f 6610/31265/26960 6609/31263/26958 6608/31264/26959</w:t>
        <w:br/>
        <w:t>f 6613/31266/26961 6612/31267/26962 6611/31268/26963</w:t>
        <w:br/>
        <w:t>f 6533/31188/26897 6613/31266/26961 6611/31268/26963</w:t>
        <w:br/>
        <w:t>f 6615/31269/26964 6614/31270/24637 6535/31190/26899</w:t>
        <w:br/>
        <w:t>f 6536/31189/26898 6615/31269/26964 6535/31190/26899</w:t>
        <w:br/>
        <w:t>f 6616/31271/26965 6613/31266/26961 6533/31188/26897</w:t>
        <w:br/>
        <w:t>f 6534/31191/26900 6616/31271/26965 6533/31188/26897</w:t>
        <w:br/>
        <w:t>f 6617/31272/24636 6538/31192/26901 6535/31190/26899</w:t>
        <w:br/>
        <w:t>f 6614/31270/24637 6617/31272/24636 6535/31190/26899</w:t>
        <w:br/>
        <w:t>f 6620/31273/26966 6619/31274/24483 6534/31191/26900</w:t>
        <w:br/>
        <w:t>f 6618/31275/26966 6620/31273/26966 6534/31191/26900</w:t>
        <w:br/>
        <w:t>f 6617/31272/24636 6607/31262/24635 6528/31183/26892</w:t>
        <w:br/>
        <w:t>f 6538/31192/26901 6617/31272/24636 6528/31183/26892</w:t>
        <w:br/>
        <w:t>f 6622/31276/24484 6537/31193/26967 6621/31277/26968</w:t>
        <w:br/>
        <w:t>f 6623/31278/26968 6622/31276/24484 6621/31277/26968</w:t>
        <w:br/>
        <w:t>f 6625/31279/26969 6624/31280/26969 6542/31195/26904</w:t>
        <w:br/>
        <w:t>f 6626/31281/26970 6625/31279/26969 6542/31195/26904</w:t>
        <w:br/>
        <w:t>f 6630/31282/26971 6629/31283/26972 6628/31284/26973</w:t>
        <w:br/>
        <w:t>f 6627/31285/26971 6630/31282/26971 6628/31284/26973</w:t>
        <w:br/>
        <w:t>f 6633/31286/26974 6632/31287/26975 6631/31288/26975</w:t>
        <w:br/>
        <w:t>f 6541/31196/26905 6633/31286/26974 6631/31288/26975</w:t>
        <w:br/>
        <w:t>f 6634/31289/24633 6540/31197/26906 6544/31199/26908</w:t>
        <w:br/>
        <w:t>f 6635/31290/24634 6634/31289/24633 6544/31199/26908</w:t>
        <w:br/>
        <w:t>f 6636/31291/26976 6635/31290/24634 6544/31199/26908</w:t>
        <w:br/>
        <w:t>f 6545/31200/26909 6636/31291/26976 6544/31199/26908</w:t>
        <w:br/>
        <w:t>f 6600/31254/26953 6504/31159/26874 6548/31203/26911</w:t>
        <w:br/>
        <w:t>f 6637/31292/24474 6600/31254/26953 6548/31203/26911</w:t>
        <w:br/>
        <w:t>f 6638/31293/26977 6637/31292/24474 6548/31203/26911</w:t>
        <w:br/>
        <w:t>f 6549/31204/26912 6638/31293/26977 6548/31203/26911</w:t>
        <w:br/>
        <w:t>f 6639/31294/26978 6496/31151/26866 6550/31205/26913</w:t>
        <w:br/>
        <w:t>f 6640/31295/24645 6639/31294/26978 6550/31205/26913</w:t>
        <w:br/>
        <w:t>f 6643/31296/26979 6642/31297/26980 6641/31298/26980</w:t>
        <w:br/>
        <w:t>f 6559/31213/26981 6643/31296/26979 6641/31298/26980</w:t>
        <w:br/>
        <w:t>f 6644/31299/24446 6552/31209/26917 6553/31208/26916</w:t>
        <w:br/>
        <w:t>f 6645/31300/26982 6644/31299/24446 6553/31208/26916</w:t>
        <w:br/>
        <w:t>f 6649/31301/26983 6648/31302/26983 6647/31303/26983</w:t>
        <w:br/>
        <w:t>f 6646/31304/26983 6649/31301/26983 6647/31303/26983</w:t>
        <w:br/>
        <w:t>f 6651/31305/24480 6650/31306/26984 6542/31195/26904</w:t>
        <w:br/>
        <w:t>f 6558/31214/26922 6651/31305/24480 6542/31195/26904</w:t>
        <w:br/>
        <w:t>f 6653/31307/26985 6652/31308/26985 6628/31284/26973</w:t>
        <w:br/>
        <w:t>f 6629/31283/26972 6653/31307/26985 6628/31284/26973</w:t>
        <w:br/>
        <w:t>f 6651/31305/24480 6558/31214/26922 6560/31215/26923</w:t>
        <w:br/>
        <w:t>f 6654/31309/26986 6651/31305/24480 6560/31215/26923</w:t>
        <w:br/>
        <w:t>f 6644/31299/24446 6655/31310/24448 6560/31215/26923</w:t>
        <w:br/>
        <w:t>f 6552/31209/26917 6644/31299/24446 6560/31215/26923</w:t>
        <w:br/>
        <w:t>f 6657/31311/26987 6656/31312/26987 6602/31258/26956</w:t>
        <w:br/>
        <w:t>f 6603/31257/26956 6657/31311/26987 6602/31258/26956</w:t>
        <w:br/>
        <w:t>f 6597/31251/26950 6658/31313/26988 6499/31155/26870</w:t>
        <w:br/>
        <w:t>f 6505/31158/26873 6597/31251/26950 6499/31155/26870</w:t>
        <w:br/>
        <w:t>f 6580/31234/26937 6659/31314/26989 6567/31222/26928</w:t>
        <w:br/>
        <w:t>f 6494/31149/26864 6580/31234/26937 6567/31222/26928</w:t>
        <w:br/>
        <w:t>f 6660/31315/26989 6645/31300/26982 6553/31208/26916</w:t>
        <w:br/>
        <w:t>f 6568/31223/26929 6660/31315/26989 6553/31208/26916</w:t>
        <w:br/>
        <w:t>f 6661/31316/24642 6636/31291/26976 6545/31200/26909</w:t>
        <w:br/>
        <w:t>f 6569/31224/26930 6661/31316/24642 6545/31200/26909</w:t>
        <w:br/>
        <w:t>f 6662/31317/24639 6570/31225/26931 6527/31184/26893</w:t>
        <w:br/>
        <w:t>f 6606/31261/24638 6662/31317/24639 6527/31184/26893</w:t>
        <w:br/>
        <w:t>f 6609/31263/26958 6638/31293/26977 6549/31204/26912</w:t>
        <w:br/>
        <w:t>f 6531/31186/26895 6609/31263/26958 6549/31204/26912</w:t>
        <w:br/>
        <w:t>f 6664/31318/26990 6663/31319/26990 6570/31225/26931</w:t>
        <w:br/>
        <w:t>f 6662/31317/24639 6664/31318/26990 6570/31225/26931</w:t>
        <w:br/>
        <w:t>f 6640/31295/24645 6550/31205/26913 6492/31146/26861</w:t>
        <w:br/>
        <w:t>f 6574/31229/26934 6640/31295/24645 6492/31146/26861</w:t>
        <w:br/>
        <w:t>f 6665/31320/26991 6595/31250/26949 6501/31157/26872</w:t>
        <w:br/>
        <w:t>f 6551/31206/26914 6665/31320/26991 6501/31157/26872</w:t>
        <w:br/>
        <w:t>f 6564/31218/26643 6547/31201/26642 6561/31217/26925</w:t>
        <w:br/>
        <w:t>f 6554/31207/26915 6559/31213/26921 6546/31202/26910</w:t>
        <w:br/>
        <w:t>f 6526/31180/26889 6496/31151/26866 6515/31170/26882</w:t>
        <w:br/>
        <w:t>f 6565/31221/26927 6505/31158/26873 6557/31212/26920</w:t>
        <w:br/>
        <w:t>f 6562/31216/26924 6547/31201/26642 6546/31202/26910</w:t>
        <w:br/>
        <w:t>f 6518/31171/26501 6566/31220/26577 6517/31172/26883</w:t>
        <w:br/>
        <w:t>f 6521/31174/26885 6522/31177/26887 6565/31221/26927</w:t>
        <w:br/>
        <w:t>f 6668/31321/26992 6667/31322/26993 6666/31323/26994</w:t>
        <w:br/>
        <w:t>f 6668/31321/26992 6670/31324/26995 6669/31325/26996</w:t>
        <w:br/>
        <w:t>f 6672/31326/26997 6671/31327/26998 6666/31323/26994</w:t>
        <w:br/>
        <w:t>f 6675/31328/26999 6674/31329/27000 6673/31330/27001</w:t>
        <w:br/>
        <w:t>f 6676/31331/27002 6674/31329/27000 6669/31325/26996</w:t>
        <w:br/>
        <w:t>f 6677/31332/27003 6676/31331/27002 6669/31325/26996</w:t>
        <w:br/>
        <w:t>f 6669/31325/26996 6670/31324/26995 6677/31332/27003</w:t>
        <w:br/>
        <w:t>f 6670/31324/26995 6666/31323/26994 6671/31327/26998</w:t>
        <w:br/>
        <w:t>f 6667/31322/26993 6678/31333/27004 6666/31323/26994</w:t>
        <w:br/>
        <w:t>f 6680/31334/27005 6678/31333/27004 6679/31335/27006</w:t>
        <w:br/>
        <w:t>f 6682/31336/27007 6681/31337/27008 6666/31323/26994</w:t>
        <w:br/>
        <w:t>f 6685/31338/27009 6684/31339/27010 6683/31340/27011</w:t>
        <w:br/>
        <w:t>f 6679/31335/27006 6686/31341/27012 6680/31334/27005</w:t>
        <w:br/>
        <w:t>f 6666/31323/26994 6680/31334/27005 6682/31336/27007</w:t>
        <w:br/>
        <w:t>f 6690/31342/27013 6689/31343/27014 6688/31344/27015</w:t>
        <w:br/>
        <w:t>f 6687/31345/27016 6690/31342/27013 6688/31344/27015</w:t>
        <w:br/>
        <w:t>f 6693/31346/27017 6692/31347/26675 6691/31348/26754</w:t>
        <w:br/>
        <w:t>f 6694/31349/27014 6693/31346/27017 6691/31348/26754</w:t>
        <w:br/>
        <w:t>f 6692/31347/26675 6693/31346/27017 6695/31350/27018</w:t>
        <w:br/>
        <w:t>f 6698/31351/26682 6697/31352/27019 6696/31353/27020</w:t>
        <w:br/>
        <w:t>f 6701/31354/27021 6700/31355/26759 6699/31356/27022</w:t>
        <w:br/>
        <w:t>f 6702/31357/27023 6701/31354/27021 6699/31356/27022</w:t>
        <w:br/>
        <w:t>f 6704/31358/27024 6703/31359/26764 6700/31355/26759</w:t>
        <w:br/>
        <w:t>f 6701/31354/27021 6704/31358/27024 6700/31355/26759</w:t>
        <w:br/>
        <w:t>f 6706/31360/27025 6697/31352/27019 6698/31351/26682</w:t>
        <w:br/>
        <w:t>f 6705/31361/27026 6706/31360/27025 6698/31351/26682</w:t>
        <w:br/>
        <w:t>f 6709/31362/27027 6708/31363/27028 6707/31364/27029</w:t>
        <w:br/>
        <w:t>f 6712/31365/27030 6711/31366/27031 6710/31367/27032</w:t>
        <w:br/>
        <w:t>f 6713/31368/27033 6712/31365/27030 6710/31367/27032</w:t>
        <w:br/>
        <w:t>f 6716/31369/27034 6713/31368/27033 6715/31370/27035</w:t>
        <w:br/>
        <w:t>f 6714/31371/27036 6716/31369/27034 6715/31370/27035</w:t>
        <w:br/>
        <w:t>f 6714/31371/27036 6715/31370/27035 6718/31372/27037</w:t>
        <w:br/>
        <w:t>f 6717/31373/27038 6714/31371/27036 6718/31372/27037</w:t>
        <w:br/>
        <w:t>f 6707/31364/27029 6717/31373/27038 6709/31362/27027</w:t>
        <w:br/>
        <w:t>f 6709/31362/27027 6718/31372/27037 6719/31374/27039</w:t>
        <w:br/>
        <w:t>f 6722/31375/27040 6721/31376/27041 6720/31377/27042</w:t>
        <w:br/>
        <w:t>f 6723/31378/27043 6722/31375/27040 6720/31377/27042</w:t>
        <w:br/>
        <w:t>f 6721/31376/27041 6709/31362/27027 6719/31374/27039</w:t>
        <w:br/>
        <w:t>f 6722/31375/27040 6724/31379/27044 6709/31362/27027</w:t>
        <w:br/>
        <w:t>f 6725/31380/27045 6709/31362/27027 6724/31379/27044</w:t>
        <w:br/>
        <w:t>f 6727/31381/26824 6726/31382/27046 6687/31345/27016</w:t>
        <w:br/>
        <w:t>f 6701/31354/27021 6702/31357/27023 6683/31340/27011</w:t>
        <w:br/>
        <w:t>f 6728/31383/27047 6701/31354/27021 6683/31340/27011</w:t>
        <w:br/>
        <w:t>f 6728/31383/27047 6729/31384/27048 6704/31358/27024</w:t>
        <w:br/>
        <w:t>f 6701/31354/27021 6728/31383/27047 6704/31358/27024</w:t>
        <w:br/>
        <w:t>f 6730/31385/27049 6697/31352/27019 6706/31360/27025</w:t>
        <w:br/>
        <w:t>f 6697/31352/27019 6731/31386/27050 6696/31353/27020</w:t>
        <w:br/>
        <w:t>f 6676/31331/27002 6730/31385/27049 6706/31360/27025</w:t>
        <w:br/>
        <w:t>f 6716/31369/27034 6712/31365/27030 6713/31368/27033</w:t>
        <w:br/>
        <w:t>f 6734/31387/27051 6733/31388/27052 6732/31389/27053</w:t>
        <w:br/>
        <w:t>f 6704/31358/27024 6736/31390/27054 6735/31391/27055</w:t>
        <w:br/>
        <w:t>f 6703/31359/26764 6704/31358/27024 6735/31391/27055</w:t>
        <w:br/>
        <w:t>f 6731/31386/27050 6737/31392/27056 6696/31353/27020</w:t>
        <w:br/>
        <w:t>f 6739/31393/27057 6723/31378/27043 6720/31377/27042</w:t>
        <w:br/>
        <w:t>f 6738/31394/27058 6739/31393/27057 6720/31377/27042</w:t>
        <w:br/>
        <w:t>f 6733/31388/27052 6734/31387/27051 6738/31394/27058</w:t>
        <w:br/>
        <w:t>f 6740/31395/27059 6733/31388/27052 6738/31394/27058</w:t>
        <w:br/>
        <w:t>f 6738/31394/27058 6734/31387/27051 6739/31393/27057</w:t>
        <w:br/>
        <w:t>f 6679/31335/27006 6685/31338/27009 6737/31392/27056</w:t>
        <w:br/>
        <w:t>f 6686/31341/27012 6679/31335/27006 6737/31392/27056</w:t>
        <w:br/>
        <w:t>f 6705/31361/27026 6692/31347/26675 6695/31350/27018</w:t>
        <w:br/>
        <w:t>f 6706/31360/27025 6705/31361/27026 6695/31350/27018</w:t>
        <w:br/>
        <w:t>f 6687/31345/27016 6734/31387/27051 6690/31342/27013</w:t>
        <w:br/>
        <w:t>f 6727/31381/26824 6742/31396/27060 6741/31397/27061</w:t>
        <w:br/>
        <w:t>f 6744/31398/26823 6743/31399/27062 6742/31396/27060</w:t>
        <w:br/>
        <w:t>f 6743/31399/27062 6744/31398/26823 6735/31391/27055</w:t>
        <w:br/>
        <w:t>f 6736/31390/27054 6743/31399/27062 6735/31391/27055</w:t>
        <w:br/>
        <w:t>f 6746/31400/26758 6745/31401/27063 6699/31356/27022</w:t>
        <w:br/>
        <w:t>f 6696/31353/27020 6745/31401/27063 6746/31400/26758</w:t>
        <w:br/>
        <w:t>f 6695/31350/27018 6693/31346/27017 6673/31330/27001</w:t>
        <w:br/>
        <w:t>f 6747/31402/27064 6673/31330/27001 6693/31346/27017</w:t>
        <w:br/>
        <w:t>f 6694/31349/27014 6747/31402/27064 6693/31346/27017</w:t>
        <w:br/>
        <w:t>f 6732/31389/27053 6748/31403/27065 6689/31343/27014</w:t>
        <w:br/>
        <w:t>f 6690/31342/27013 6732/31389/27053 6689/31343/27014</w:t>
        <w:br/>
        <w:t>f 6749/31404/27066 6741/31397/27061 6725/31380/27045</w:t>
        <w:br/>
        <w:t>f 6708/31363/27028 6741/31397/27061 6750/31405/27067</w:t>
        <w:br/>
        <w:t>f 6712/31365/27030 6743/31399/27062 6736/31390/27054</w:t>
        <w:br/>
        <w:t>f 6711/31366/27031 6712/31365/27030 6736/31390/27054</w:t>
        <w:br/>
        <w:t>f 6729/31384/27048 6711/31366/27031 6736/31390/27054</w:t>
        <w:br/>
        <w:t>f 6704/31358/27024 6729/31384/27048 6736/31390/27054</w:t>
        <w:br/>
        <w:t>f 6676/31331/27002 6695/31350/27018 6674/31329/27000</w:t>
        <w:br/>
        <w:t>f 6743/31399/27062 6716/31369/27034 6742/31396/27060</w:t>
        <w:br/>
        <w:t>f 6742/31396/27060 6716/31369/27034 6750/31405/27067</w:t>
        <w:br/>
        <w:t>f 6670/31324/26995 6668/31321/26992 6666/31323/26994</w:t>
        <w:br/>
        <w:t>f 6666/31323/26994 6678/31333/27004 6680/31334/27005</w:t>
        <w:br/>
        <w:t>f 6683/31340/27011 6745/31401/27063 6685/31338/27009</w:t>
        <w:br/>
        <w:t>f 6683/31340/27011 6702/31357/27023 6745/31401/27063</w:t>
        <w:br/>
        <w:t>f 6743/31399/27062 6712/31365/27030 6716/31369/27034</w:t>
        <w:br/>
        <w:t>f 6730/31385/27049 6672/31326/26997 6697/31352/27019</w:t>
        <w:br/>
        <w:t>f 6697/31352/27019 6681/31337/27008 6731/31386/27050</w:t>
        <w:br/>
        <w:t>f 6697/31352/27019 6672/31326/26997 6666/31323/26994</w:t>
        <w:br/>
        <w:t>f 6666/31323/26994 6681/31337/27008 6697/31352/27019</w:t>
        <w:br/>
        <w:t>f 6749/31404/27066 6726/31382/27046 6741/31397/27061</w:t>
        <w:br/>
        <w:t>f 6750/31405/27067 6741/31397/27061 6742/31396/27060</w:t>
        <w:br/>
        <w:t>f 6709/31362/27027 6741/31397/27061 6708/31363/27028</w:t>
        <w:br/>
        <w:t>f 6725/31380/27045 6741/31397/27061 6709/31362/27027</w:t>
        <w:br/>
        <w:t>f 6722/31375/27040 6709/31362/27027 6721/31376/27041</w:t>
        <w:br/>
        <w:t>f 6718/31372/27037 6709/31362/27027 6717/31373/27038</w:t>
        <w:br/>
        <w:t>f 6690/31342/27013 6734/31387/27051 6732/31389/27053</w:t>
        <w:br/>
        <w:t>f 6673/31330/27001 6674/31329/27000 6695/31350/27018</w:t>
        <w:br/>
        <w:t>f 6696/31353/27020 6737/31392/27056 6745/31401/27063</w:t>
        <w:br/>
        <w:t>f 6739/31393/27057 6726/31382/27046 6749/31404/27066</w:t>
        <w:br/>
        <w:t>f 6687/31345/27016 6726/31382/27046 6734/31387/27051</w:t>
        <w:br/>
        <w:t>f 6667/31322/26993 6668/31321/26992 6751/31406/27068</w:t>
        <w:br/>
        <w:t>f 6752/31407/27069 6667/31322/26993 6751/31406/27068</w:t>
        <w:br/>
        <w:t>f 6751/31406/27068 6668/31321/26992 6669/31325/26996</w:t>
        <w:br/>
        <w:t>f 6753/31408/27070 6751/31406/27068 6669/31325/26996</w:t>
        <w:br/>
        <w:t>f 6671/31327/26998 6672/31326/26997 6754/31409/27071</w:t>
        <w:br/>
        <w:t>f 6755/31410/27072 6671/31327/26998 6754/31409/27071</w:t>
        <w:br/>
        <w:t>f 6758/31411/24582 6674/31329/27000 6757/31412/27073</w:t>
        <w:br/>
        <w:t>f 6756/31413/27074 6758/31411/24582 6757/31412/27073</w:t>
        <w:br/>
        <w:t>f 6760/31414/27075 6673/31330/27001 6759/31415/24587</w:t>
        <w:br/>
        <w:t>f 6761/31416/24580 6760/31414/27075 6759/31415/24587</w:t>
        <w:br/>
        <w:t>f 6669/31325/26996 6674/31329/27000 6758/31411/24582</w:t>
        <w:br/>
        <w:t>f 6753/31408/27070 6669/31325/26996 6758/31411/24582</w:t>
        <w:br/>
        <w:t>f 6765/31417/27076 6764/31418/27077 6763/31419/27078</w:t>
        <w:br/>
        <w:t>f 6762/31420/27079 6765/31417/27076 6763/31419/27078</w:t>
        <w:br/>
        <w:t>f 6763/31419/27078 6767/31421/27080 6766/31422/27081</w:t>
        <w:br/>
        <w:t>f 6762/31420/27079 6763/31419/27078 6766/31422/27081</w:t>
        <w:br/>
        <w:t>f 6768/31423/27082 6670/31324/26995 6671/31327/26998</w:t>
        <w:br/>
        <w:t>f 6755/31410/27072 6768/31423/27082 6671/31327/26998</w:t>
        <w:br/>
        <w:t>f 6772/31424/27083 6771/31425/27084 6770/31426/27085</w:t>
        <w:br/>
        <w:t>f 6769/31427/27085 6772/31424/27083 6770/31426/27085</w:t>
        <w:br/>
        <w:t>f 6773/31428/27086 6679/31335/27006 6678/31333/27004</w:t>
        <w:br/>
        <w:t>f 6772/31424/27083 6773/31428/27086 6678/31333/27004</w:t>
        <w:br/>
        <w:t>f 6681/31337/27008 6682/31336/27007 6774/31429/24671</w:t>
        <w:br/>
        <w:t>f 6775/31430/27087 6681/31337/27008 6774/31429/24671</w:t>
        <w:br/>
        <w:t>f 6777/31431/27088 6685/31338/27009 6776/31432/24597</w:t>
        <w:br/>
        <w:t>f 6778/31433/27089 6777/31431/27088 6776/31432/24597</w:t>
        <w:br/>
        <w:t>f 6780/31434/24608 6683/31340/27011 6779/31435/27090</w:t>
        <w:br/>
        <w:t>f 6778/31433/24568 6780/31434/24608 6779/31435/27090</w:t>
        <w:br/>
        <w:t>f 6784/31436/27091 6783/31437/27091 6782/31438/27092</w:t>
        <w:br/>
        <w:t>f 6781/31439/27092 6784/31436/27091 6782/31438/27092</w:t>
        <w:br/>
        <w:t>f 6682/31336/27007 6680/31334/27005 6785/31440/27093</w:t>
        <w:br/>
        <w:t>f 6774/31429/24671 6682/31336/27007 6785/31440/27093</w:t>
        <w:br/>
        <w:t>f 6707/31364/27029 6708/31363/27028 6786/31441/24662</w:t>
        <w:br/>
        <w:t>f 6787/31442/24659 6707/31364/27029 6786/31441/24662</w:t>
        <w:br/>
        <w:t>f 6789/31443/27094 6711/31366/27031 6788/31444/27095</w:t>
        <w:br/>
        <w:t>f 6790/31445/27096 6789/31443/27094 6788/31444/27095</w:t>
        <w:br/>
        <w:t>f 6793/31446/27097 6713/31368/27033 6792/31447/27098</w:t>
        <w:br/>
        <w:t>f 6791/31448/27098 6793/31446/27097 6792/31447/27098</w:t>
        <w:br/>
        <w:t>f 6795/31449/27099 6716/31369/27034 6714/31371/27036</w:t>
        <w:br/>
        <w:t>f 6794/31450/24660 6795/31449/27099 6714/31371/27036</w:t>
        <w:br/>
        <w:t>f 6796/31451/27100 6715/31370/27035 6713/31368/27033</w:t>
        <w:br/>
        <w:t>f 6793/31446/27097 6796/31451/27100 6713/31368/27033</w:t>
        <w:br/>
        <w:t>f 6714/31371/27036 6717/31373/27038 6797/31452/24661</w:t>
        <w:br/>
        <w:t>f 6794/31450/24660 6714/31371/27036 6797/31452/24661</w:t>
        <w:br/>
        <w:t>f 6800/31453/27101 6799/31454/27101 6715/31370/27035</w:t>
        <w:br/>
        <w:t>f 6798/31455/24593 6800/31453/27101 6715/31370/27035</w:t>
        <w:br/>
        <w:t>f 6797/31452/24661 6717/31373/27038 6707/31364/27029</w:t>
        <w:br/>
        <w:t>f 6787/31442/24659 6797/31452/24661 6707/31364/27029</w:t>
        <w:br/>
        <w:t>f 6802/31456/27102 6718/31372/27037 6801/31457/24592</w:t>
        <w:br/>
        <w:t>f 6803/31458/27102 6802/31456/27102 6801/31457/24592</w:t>
        <w:br/>
        <w:t>f 6720/31377/27103 6805/31459/27104 6804/31460/27104</w:t>
        <w:br/>
        <w:t>f 6806/31461/27105 6720/31377/27103 6804/31460/27104</w:t>
        <w:br/>
        <w:t>f 6810/31462/27106 6809/31463/27106 6808/31464/27107</w:t>
        <w:br/>
        <w:t>f 6807/31465/27107 6810/31462/27106 6808/31464/27107</w:t>
        <w:br/>
        <w:t>f 6813/31466/24591 6721/31376/27041 6812/31467/27108</w:t>
        <w:br/>
        <w:t>f 6811/31468/27108 6813/31466/24591 6812/31467/27108</w:t>
        <w:br/>
        <w:t>f 6724/31379/27044 6722/31375/27040 6814/31469/27109</w:t>
        <w:br/>
        <w:t>f 6815/31470/24657 6724/31379/27044 6814/31469/27109</w:t>
        <w:br/>
        <w:t>f 6816/31471/27110 6725/31380/27045 6724/31379/27044</w:t>
        <w:br/>
        <w:t>f 6815/31470/24657 6816/31471/27110 6724/31379/27044</w:t>
        <w:br/>
        <w:t>f 6728/31383/27047 6683/31340/27011 6780/31434/24608</w:t>
        <w:br/>
        <w:t>f 6817/31472/24584 6728/31383/27047 6780/31434/24608</w:t>
        <w:br/>
        <w:t>f 6818/31473/27111 6729/31384/27048 6728/31383/27047</w:t>
        <w:br/>
        <w:t>f 6817/31472/24584 6818/31473/27111 6728/31383/27047</w:t>
        <w:br/>
        <w:t>f 6730/31385/27049 6676/31331/27002 6819/31474/27112</w:t>
        <w:br/>
        <w:t>f 6820/31475/27113 6730/31385/27049 6819/31474/27112</w:t>
        <w:br/>
        <w:t>f 6823/31476/27114 6739/31393/27115 6822/31477/27116</w:t>
        <w:br/>
        <w:t>f 6821/31478/27117 6823/31476/27114 6822/31477/27116</w:t>
        <w:br/>
        <w:t>f 6732/31389/27053 6733/31388/27052 6824/31479/27118</w:t>
        <w:br/>
        <w:t>f 6825/31480/27119 6732/31389/27053 6824/31479/27118</w:t>
        <w:br/>
        <w:t>f 6829/31481/27120 6828/31482/27120 6827/31483/27120</w:t>
        <w:br/>
        <w:t>f 6826/31484/27120 6829/31481/27120 6827/31483/27120</w:t>
        <w:br/>
        <w:t>f 6831/31485/24588 6738/31394/27058 6720/31377/27042</w:t>
        <w:br/>
        <w:t>f 6830/31486/27121 6831/31485/24588 6720/31377/27042</w:t>
        <w:br/>
        <w:t>f 6808/31464/27107 6833/31487/27122 6832/31488/27122</w:t>
        <w:br/>
        <w:t>f 6807/31465/27107 6808/31464/27107 6832/31488/27122</w:t>
        <w:br/>
        <w:t>f 6740/31395/27059 6738/31394/27058 6831/31485/24588</w:t>
        <w:br/>
        <w:t>f 6834/31489/24558 6740/31395/27059 6831/31485/24588</w:t>
        <w:br/>
        <w:t>f 6824/31479/27118 6733/31388/27052 6740/31395/27059</w:t>
        <w:br/>
        <w:t>f 6834/31489/24558 6824/31479/27118 6740/31395/27059</w:t>
        <w:br/>
        <w:t>f 6782/31438/27092 6836/31490/27123 6835/31491/27123</w:t>
        <w:br/>
        <w:t>f 6781/31439/27092 6782/31438/27092 6835/31491/27123</w:t>
        <w:br/>
        <w:t>f 6776/31432/24597 6685/31338/27009 6679/31335/27006</w:t>
        <w:br/>
        <w:t>f 6837/31492/24607 6776/31432/24597 6679/31335/27006</w:t>
        <w:br/>
        <w:t>f 6759/31415/24587 6673/31330/27001 6747/31402/27064</w:t>
        <w:br/>
        <w:t>f 6838/31493/24586 6759/31415/24587 6747/31402/27064</w:t>
        <w:br/>
        <w:t>f 6839/31494/27124 6748/31403/27065 6732/31389/27053</w:t>
        <w:br/>
        <w:t>f 6825/31480/27119 6839/31494/27124 6732/31389/27053</w:t>
        <w:br/>
        <w:t>f 6840/31495/24666 6749/31404/27066 6725/31380/27045</w:t>
        <w:br/>
        <w:t>f 6816/31471/27110 6840/31495/24666 6725/31380/27045</w:t>
        <w:br/>
        <w:t>f 6708/31363/27028 6750/31405/27067 6841/31496/27125</w:t>
        <w:br/>
        <w:t>f 6786/31441/24662 6708/31363/27028 6841/31496/27125</w:t>
        <w:br/>
        <w:t>f 6788/31444/27095 6711/31366/27031 6729/31384/27048</w:t>
        <w:br/>
        <w:t>f 6818/31473/27111 6788/31444/27095 6729/31384/27048</w:t>
        <w:br/>
        <w:t>f 6750/31405/27067 6843/31497/27126 6842/31498/27126</w:t>
        <w:br/>
        <w:t>f 6841/31496/27125 6750/31405/27067 6842/31498/27126</w:t>
        <w:br/>
        <w:t>f 6672/31326/26997 6730/31385/27049 6820/31475/27113</w:t>
        <w:br/>
        <w:t>f 6754/31409/27071 6672/31326/26997 6820/31475/27113</w:t>
        <w:br/>
        <w:t>f 6844/31499/27127 6731/31386/27050 6681/31337/27008</w:t>
        <w:br/>
        <w:t>f 6775/31430/27087 6844/31499/27127 6681/31337/27008</w:t>
        <w:br/>
        <w:t>f 6744/31398/26823 6742/31396/27060 6727/31381/26824</w:t>
        <w:br/>
        <w:t>f 6734/31387/27051 6726/31382/27046 6739/31393/27057</w:t>
        <w:br/>
        <w:t>f 6706/31360/27025 6695/31350/27018 6676/31331/27002</w:t>
        <w:br/>
        <w:t>f 6745/31401/27063 6737/31392/27056 6685/31338/27009</w:t>
        <w:br/>
        <w:t>f 6741/31397/27061 6726/31382/27046 6727/31381/26824</w:t>
        <w:br/>
        <w:t>f 6698/31351/26682 6696/31353/27020 6746/31400/26758</w:t>
        <w:br/>
        <w:t>f 6699/31356/27022 6745/31401/27063 6702/31357/27023</w:t>
        <w:br/>
        <w:t>f 6847/31500/15114 6846/31501/27128 6845/31502/27129</w:t>
        <w:br/>
        <w:t>f 6850/31503/27130 6849/31504/27131 6848/31505/27132</w:t>
        <w:br/>
        <w:t>f 6850/31503/27130 6852/31506/27133 6851/31507/27134</w:t>
        <w:br/>
        <w:t>f 6855/31508/27135 6854/31509/27136 6853/31510/27137</w:t>
        <w:br/>
        <w:t>f 6858/31511/27138 6857/31512/27139 6856/31513/27140</w:t>
        <w:br/>
        <w:t>f 6861/31514/27141 6860/31515/27142 6859/31516/27143</w:t>
        <w:br/>
        <w:t>f 6864/31517/15208 6863/31518/15218 6862/31519/27144</w:t>
        <w:br/>
        <w:t>f 6867/31520/27145 6866/31521/27146 6865/31522/15054</w:t>
        <w:br/>
        <w:t>f 6870/31523/27147 6869/31524/27148 6868/31525/27149</w:t>
        <w:br/>
        <w:t>f 6871/31526/27150 6870/31523/27147 6868/31525/27149</w:t>
        <w:br/>
        <w:t>f 6873/31527/27151 6872/31528/15138 6860/31515/27142</w:t>
        <w:br/>
        <w:t>f 6861/31514/27141 6873/31527/27151 6860/31515/27142</w:t>
        <w:br/>
        <w:t>f 6877/31529/27152 6876/31530/27153 6875/31531/27154</w:t>
        <w:br/>
        <w:t>f 6874/31532/27155 6877/31529/27152 6875/31531/27154</w:t>
        <w:br/>
        <w:t>f 6855/31508/27135 6853/31510/27137 6878/31533/27156</w:t>
        <w:br/>
        <w:t>f 6852/31506/27133 6845/31502/27129 6846/31501/27128</w:t>
        <w:br/>
        <w:t>f 6845/31502/27129 6867/31520/27145 6879/31534/15065</w:t>
        <w:br/>
        <w:t>f 6847/31500/15114 6845/31502/27129 6879/31534/15065</w:t>
        <w:br/>
        <w:t>f 6861/31514/27141 6881/31535/27157 6880/31536/27158</w:t>
        <w:br/>
        <w:t>f 6861/31514/27141 6882/31537/27159 6881/31535/27157</w:t>
        <w:br/>
        <w:t>f 6882/31537/27159 6859/31516/27143 6883/31538/27160</w:t>
        <w:br/>
        <w:t>f 6884/31539/27161 6882/31537/27159 6883/31538/27160</w:t>
        <w:br/>
        <w:t>f 6874/31532/27155 6883/31538/27160 6885/31540/27162</w:t>
        <w:br/>
        <w:t>f 6877/31529/27152 6874/31532/27155 6885/31540/27162</w:t>
        <w:br/>
        <w:t>f 6877/31529/27152 6885/31540/27162 6866/31521/27146</w:t>
        <w:br/>
        <w:t>f 6852/31506/27133 6877/31529/27152 6866/31521/27146</w:t>
        <w:br/>
        <w:t>f 6845/31502/27129 6866/31521/27146 6867/31520/27145</w:t>
        <w:br/>
        <w:t>f 6852/31506/27133 6850/31503/27130 6876/31530/27153</w:t>
        <w:br/>
        <w:t>f 6877/31529/27152 6852/31506/27133 6876/31530/27153</w:t>
        <w:br/>
        <w:t>f 6859/31516/27143 6862/31519/27144 6858/31511/27138</w:t>
        <w:br/>
        <w:t>f 6883/31538/27160 6859/31516/27143 6858/31511/27138</w:t>
        <w:br/>
        <w:t>f 6885/31540/27162 6883/31538/27160 6858/31511/27138</w:t>
        <w:br/>
        <w:t>f 6855/31508/27135 6885/31540/27162 6858/31511/27138</w:t>
        <w:br/>
        <w:t>f 6866/31521/27146 6885/31540/27162 6855/31508/27135</w:t>
        <w:br/>
        <w:t>f 6878/31533/27156 6866/31521/27146 6855/31508/27135</w:t>
        <w:br/>
        <w:t>f 6872/31528/15138 6886/31541/27163 6860/31515/27142</w:t>
        <w:br/>
        <w:t>f 6860/31515/27142 6864/31517/15208 6862/31519/27144</w:t>
        <w:br/>
        <w:t>f 6890/31542/27164 6889/31543/27165 6888/31544/27166</w:t>
        <w:br/>
        <w:t>f 6887/31545/27167 6890/31542/27164 6888/31544/27166</w:t>
        <w:br/>
        <w:t>f 6889/31543/27165 6892/31546/27168 6891/31547/27169</w:t>
        <w:br/>
        <w:t>f 6888/31544/27166 6889/31543/27165 6891/31547/27169</w:t>
        <w:br/>
        <w:t>f 6871/31526/27150 6894/31548/27170 6893/31549/27171</w:t>
        <w:br/>
        <w:t>f 6870/31523/27147 6871/31526/27150 6893/31549/27171</w:t>
        <w:br/>
        <w:t>f 6895/31550/27172 6870/31523/27147 6893/31549/27171</w:t>
        <w:br/>
        <w:t>f 6896/31551/27173 6895/31550/27172 6893/31549/27171</w:t>
        <w:br/>
        <w:t>f 6899/31552/27174 6898/31553/27175 6897/31554/27176</w:t>
        <w:br/>
        <w:t>f 6896/31551/27173 6899/31552/27174 6897/31554/27176</w:t>
        <w:br/>
        <w:t>f 6902/31555/27177 6901/31556/27178 6897/31554/27176</w:t>
        <w:br/>
        <w:t>f 6900/31557/27179 6902/31555/27177 6897/31554/27176</w:t>
        <w:br/>
        <w:t>f 6876/31530/27153 6904/31558/27180 6903/31559/27181</w:t>
        <w:br/>
        <w:t>f 6875/31531/27154 6876/31530/27153 6903/31559/27181</w:t>
        <w:br/>
        <w:t>f 6890/31542/27164 6887/31545/27167 6904/31558/27180</w:t>
        <w:br/>
        <w:t>f 6876/31530/27153 6890/31542/27164 6904/31558/27180</w:t>
        <w:br/>
        <w:t>f 6851/31507/27134 6849/31504/27131 6850/31503/27130</w:t>
        <w:br/>
        <w:t>f 6888/31544/27166 6906/31560/27182 6905/31561/27183</w:t>
        <w:br/>
        <w:t>f 6887/31545/27167 6888/31544/27166 6905/31561/27183</w:t>
        <w:br/>
        <w:t>f 6891/31547/27169 6907/31562/27150 6906/31560/27182</w:t>
        <w:br/>
        <w:t>f 6888/31544/27166 6891/31547/27169 6906/31560/27182</w:t>
        <w:br/>
        <w:t>f 6908/31563/27184 6893/31549/27171 6894/31548/27170</w:t>
        <w:br/>
        <w:t>f 6909/31564/27168 6908/31563/27184 6894/31548/27170</w:t>
        <w:br/>
        <w:t>f 6908/31563/27184 6899/31552/27174 6896/31551/27173</w:t>
        <w:br/>
        <w:t>f 6893/31549/27171 6908/31563/27184 6896/31551/27173</w:t>
        <w:br/>
        <w:t>f 6901/31556/27178 6895/31550/27172 6896/31551/27173</w:t>
        <w:br/>
        <w:t>f 6897/31554/27176 6901/31556/27178 6896/31551/27173</w:t>
        <w:br/>
        <w:t>f 6898/31553/27175 6910/31565/27185 6900/31557/27179</w:t>
        <w:br/>
        <w:t>f 6897/31554/27176 6898/31553/27175 6900/31557/27179</w:t>
        <w:br/>
        <w:t>f 6904/31558/27180 6912/31566/27186 6911/31567/27187</w:t>
        <w:br/>
        <w:t>f 6903/31559/27181 6904/31558/27180 6911/31567/27187</w:t>
        <w:br/>
        <w:t>f 6887/31545/27167 6905/31561/27183 6912/31566/27186</w:t>
        <w:br/>
        <w:t>f 6904/31558/27180 6887/31545/27167 6912/31566/27186</w:t>
        <w:br/>
        <w:t>f 6913/31568/27188 6881/31535/27157 6882/31537/27159</w:t>
        <w:br/>
        <w:t>f 6898/31553/27175 6913/31568/27188 6882/31537/27159</w:t>
        <w:br/>
        <w:t>f 6882/31537/27159 6884/31539/27161 6910/31565/27185</w:t>
        <w:br/>
        <w:t>f 6898/31553/27175 6882/31537/27159 6910/31565/27185</w:t>
        <w:br/>
        <w:t>f 6889/31543/27165 6848/31505/27132 6914/31569/27189</w:t>
        <w:br/>
        <w:t>f 6851/31507/27134 6852/31506/27133 6846/31501/27128</w:t>
        <w:br/>
        <w:t>f 6880/31536/27158 6881/31535/27157 6915/31570/27190</w:t>
        <w:br/>
        <w:t>f 6915/31570/27190 6881/31535/27157 6913/31568/27188</w:t>
        <w:br/>
        <w:t>f 6916/31571/27191 6915/31570/27190 6913/31568/27188</w:t>
        <w:br/>
        <w:t>f 6916/31571/27191 6913/31568/27188 6899/31552/27174</w:t>
        <w:br/>
        <w:t>f 6917/31572/27192 6916/31571/27191 6899/31552/27174</w:t>
        <w:br/>
        <w:t>f 6917/31572/27192 6908/31563/27184 6918/31573/27193</w:t>
        <w:br/>
        <w:t>f 6899/31552/27174 6908/31563/27184 6917/31572/27192</w:t>
        <w:br/>
        <w:t>f 6890/31542/27164 6848/31505/27132 6889/31543/27165</w:t>
        <w:br/>
        <w:t>f 6850/31503/27130 6848/31505/27132 6890/31542/27164</w:t>
        <w:br/>
        <w:t>f 6908/31563/27184 6909/31564/27168 6919/31574/15230</w:t>
        <w:br/>
        <w:t>f 6914/31569/27189 6892/31546/27168 6889/31543/27165</w:t>
        <w:br/>
        <w:t>f 6865/31522/15054 6920/31575/15066 6867/31520/27145</w:t>
        <w:br/>
        <w:t>f 6879/31534/15065 6867/31520/27145 6920/31575/15066</w:t>
        <w:br/>
        <w:t>f 6880/31536/27158 6921/31576/15029 6861/31514/27141</w:t>
        <w:br/>
        <w:t>f 6861/31514/27141 6921/31576/15029 6873/31527/27151</w:t>
        <w:br/>
        <w:t>f 6845/31502/27129 6852/31506/27133 6866/31521/27146</w:t>
        <w:br/>
        <w:t>f 6922/31577/27194 6866/31521/27146 6878/31533/27156</w:t>
        <w:br/>
        <w:t>f 6858/31511/27138 6854/31509/27136 6855/31508/27135</w:t>
        <w:br/>
        <w:t>f 6886/31541/27163 6864/31517/15208 6860/31515/27142</w:t>
        <w:br/>
        <w:t>f 6862/31519/27144 6863/31518/15218 6857/31512/27139</w:t>
        <w:br/>
        <w:t>f 6862/31519/27144 6857/31512/27139 6858/31511/27138</w:t>
        <w:br/>
        <w:t>f 6858/31511/27138 6856/31513/27140 6854/31509/27136</w:t>
        <w:br/>
        <w:t>f 6865/31522/15054 6866/31521/27146 6922/31577/27194</w:t>
        <w:br/>
        <w:t>f 7187/31578/27195 6905/31561/27183 6906/31560/27182</w:t>
        <w:br/>
        <w:t>f 7188/31579/27196 7187/31578/27195 6906/31560/27182</w:t>
        <w:br/>
        <w:t>f 7188/31579/27196 6906/31560/27182 6907/31562/27150</w:t>
        <w:br/>
        <w:t>f 7189/31580/27149 7188/31579/27196 6907/31562/27150</w:t>
        <w:br/>
        <w:t>f 7190/31581/27197 6869/31524/27148 6870/31523/27147</w:t>
        <w:br/>
        <w:t>f 6895/31550/27172 7190/31581/27197 6870/31523/27147</w:t>
        <w:br/>
        <w:t>f 7192/31582/27198 7191/31583/27199 6901/31556/27178</w:t>
        <w:br/>
        <w:t>f 6902/31555/27177 7192/31582/27198 6901/31556/27178</w:t>
        <w:br/>
        <w:t>f 7194/31584/27200 7193/31585/27201 6911/31567/27187</w:t>
        <w:br/>
        <w:t>f 6912/31566/27186 7194/31584/27200 6911/31567/27187</w:t>
        <w:br/>
        <w:t>f 6905/31561/27183 7187/31578/27195 7194/31584/27200</w:t>
        <w:br/>
        <w:t>f 6912/31566/27186 6905/31561/27183 7194/31584/27200</w:t>
        <w:br/>
        <w:t>f 7191/31583/27199 7190/31581/27197 6895/31550/27172</w:t>
        <w:br/>
        <w:t>f 6901/31556/27178 7191/31583/27199 6895/31550/27172</w:t>
        <w:br/>
        <w:t>f 6850/31503/27130 6890/31542/27164 6876/31530/27153</w:t>
        <w:br/>
        <w:t>f 6913/31568/27188 6898/31553/27175 6899/31552/27174</w:t>
        <w:br/>
        <w:t>f 6861/31514/27141 6859/31516/27143 6882/31537/27159</w:t>
        <w:br/>
        <w:t>f 7195/31586/27202 6868/31525/27149 6869/31524/27148</w:t>
        <w:br/>
        <w:t>f 7196/31587/27203 7195/31586/27202 6869/31524/27148</w:t>
        <w:br/>
        <w:t>f 7197/31588/27204 7196/31587/27203 6869/31524/27148</w:t>
        <w:br/>
        <w:t>f 7190/31581/27197 7197/31588/27204 6869/31524/27148</w:t>
        <w:br/>
        <w:t>f 7190/31581/27197 7191/31583/27199 7198/31589/27205</w:t>
        <w:br/>
        <w:t>f 7197/31588/27204 7190/31581/27197 7198/31589/27205</w:t>
        <w:br/>
        <w:t>f 7191/31583/27199 7192/31582/27198 7199/31590/27206</w:t>
        <w:br/>
        <w:t>f 7198/31589/27205 7191/31583/27199 7199/31590/27206</w:t>
        <w:br/>
        <w:t>f 7193/31585/27201 7194/31584/27200 7201/31591/27207</w:t>
        <w:br/>
        <w:t>f 7200/31592/27208 7193/31585/27201 7201/31591/27207</w:t>
        <w:br/>
        <w:t>f 7202/31593/27209 7201/31591/27207 7194/31584/27200</w:t>
        <w:br/>
        <w:t>f 7187/31578/27195 7202/31593/27209 7194/31584/27200</w:t>
        <w:br/>
        <w:t>f 7202/31593/27209 7187/31578/27195 7188/31579/27196</w:t>
        <w:br/>
        <w:t>f 7203/31594/27210 7202/31593/27209 7188/31579/27196</w:t>
        <w:br/>
        <w:t>f 7189/31580/27149 7204/31595/27211 7203/31594/27210</w:t>
        <w:br/>
        <w:t>f 7188/31579/27196 7189/31580/27149 7203/31594/27210</w:t>
        <w:br/>
        <w:t>f 6860/31515/27142 6862/31519/27144 6859/31516/27143</w:t>
        <w:br/>
        <w:t>f 15258/31596/27212 15257/31597/27213 15256/31598/27214</w:t>
        <w:br/>
        <w:t>f 15261/31599/27215 15260/31600/27216 15259/31601/27217</w:t>
        <w:br/>
        <w:t>f 15261/31599/27215 15258/31596/27212 15260/31600/27216</w:t>
        <w:br/>
        <w:t>f 15263/31602/27218 15261/31599/27215 15262/31603/27219</w:t>
        <w:br/>
        <w:t>f 15260/31600/27216 15258/31596/27212 15264/31604/27220</w:t>
        <w:br/>
        <w:t>f 15257/31597/27213 15266/31605/27221 15265/31606/27222</w:t>
        <w:br/>
        <w:t>f 15258/31596/27212 15267/31607/27223 15264/31604/27220</w:t>
        <w:br/>
        <w:t>f 15258/31596/27212 15256/31598/27214 15267/31607/27223</w:t>
        <w:br/>
        <w:t>f 15261/31599/27215 15259/31601/27217 15268/31608/27224</w:t>
        <w:br/>
        <w:t>f 15271/31609/27225 15270/31610/27226 15269/31611/27226</w:t>
        <w:br/>
        <w:t>f 15272/31612/27227 15271/31609/27225 15269/31611/27226</w:t>
        <w:br/>
        <w:t>f 15261/31599/27215 15268/31608/27224 15273/31613/27228</w:t>
        <w:br/>
        <w:t>f 15274/31614/27229 15271/31609/27225 15272/31612/27227</w:t>
        <w:br/>
        <w:t>f 15269/31611/27226 15270/31610/27226 15275/31615/27230</w:t>
        <w:br/>
        <w:t>f 15277/31616/27231 15266/31605/27221 15276/31617/27232</w:t>
        <w:br/>
        <w:t>f 15265/31606/27222 15266/31605/27221 15277/31616/27231</w:t>
        <w:br/>
        <w:t>f 15272/31612/27227 15266/31605/27221 15278/31618/27233</w:t>
        <w:br/>
        <w:t>f 15276/31617/27232 15266/31605/27221 15272/31612/27227</w:t>
        <w:br/>
        <w:t>f 15266/31605/27221 15257/31597/27213 15258/31596/27212</w:t>
        <w:br/>
        <w:t>f 15262/31603/27219 15261/31599/27215 15273/31613/27228</w:t>
        <w:br/>
        <w:t>f 15274/31614/27229 15272/31612/27227 15278/31618/27233</w:t>
        <w:br/>
        <w:t>f 15281/31619/27234 15280/31620/27235 15279/31621/27236</w:t>
        <w:br/>
        <w:t>f 15282/31622/27237 15281/31619/27234 15279/31621/27236</w:t>
        <w:br/>
        <w:t>f 15281/31619/27234 15282/31622/27237 15284/31623/27238</w:t>
        <w:br/>
        <w:t>f 15283/31624/27238 15281/31619/27234 15284/31623/27238</w:t>
        <w:br/>
        <w:t>f 15287/31625/27239 15281/31619/27234 15286/31626/27240</w:t>
        <w:br/>
        <w:t>f 15285/31627/27241 15287/31625/27239 15286/31626/27240</w:t>
        <w:br/>
        <w:t>f 15290/31628/27242 15287/31625/27239 15289/31629/27243</w:t>
        <w:br/>
        <w:t>f 15288/31630/27244 15290/31628/27242 15289/31629/27243</w:t>
        <w:br/>
        <w:t>f 15283/31624/27238 15284/31623/27238 15291/31631/27245</w:t>
        <w:br/>
        <w:t>f 15293/31632/27246 15292/31633/27247 15288/31630/27244</w:t>
        <w:br/>
        <w:t>f 15289/31629/27243 15293/31632/27246 15288/31630/27244</w:t>
        <w:br/>
        <w:t>f 15280/31620/27235 15281/31619/27234 15287/31625/27239</w:t>
        <w:br/>
        <w:t>f 15290/31628/27242 15280/31620/27235 15287/31625/27239</w:t>
        <w:br/>
        <w:t>f 15294/31634/27248 15285/31627/27241 15286/31626/27240</w:t>
        <w:br/>
        <w:t>f 15287/31625/27239 15296/31635/27249 15295/31636/27249</w:t>
        <w:br/>
        <w:t>f 15289/31629/27243 15287/31625/27239 15295/31636/27249</w:t>
        <w:br/>
        <w:t>f 15297/31637/27250 15295/31636/27249 15296/31635/27249</w:t>
        <w:br/>
        <w:t>f 15289/31629/27243 15299/31638/27251 15298/31639/27251</w:t>
        <w:br/>
        <w:t>f 15293/31632/27246 15289/31629/27243 15298/31639/27251</w:t>
        <w:br/>
        <w:t>f 15298/31639/27251 15299/31638/27251 15300/31640/27252</w:t>
        <w:br/>
        <w:t>f 23368/31641/27253 23367/31642/27254 23366/31643/27255</w:t>
        <w:br/>
        <w:t>f 23369/31644/27256 23368/31641/27253 23366/31643/27255</w:t>
        <w:br/>
        <w:t>f 23371/31645/27257 23367/31642/27254 23368/31641/27253</w:t>
        <w:br/>
        <w:t>f 23370/31646/27257 23371/31645/27257 23368/31641/27253</w:t>
        <w:br/>
        <w:t>f 23374/31647/27258 23368/31641/27253 23373/31648/27259</w:t>
        <w:br/>
        <w:t>f 23372/31649/27260 23374/31647/27258 23373/31648/27259</w:t>
        <w:br/>
        <w:t>f 23377/31650/27261 23373/31648/27259 23376/31651/27262</w:t>
        <w:br/>
        <w:t>f 23375/31652/27263 23377/31650/27261 23376/31651/27262</w:t>
        <w:br/>
        <w:t>f 23370/31646/27257 23378/31653/27264 23371/31645/27257</w:t>
        <w:br/>
        <w:t>f 23375/31652/27263 23380/31654/27265 23379/31655/27266</w:t>
        <w:br/>
        <w:t>f 23377/31650/27261 23375/31652/27263 23379/31655/27266</w:t>
        <w:br/>
        <w:t>f 23373/31648/27259 23368/31641/27253 23369/31644/27256</w:t>
        <w:br/>
        <w:t>f 23376/31651/27262 23373/31648/27259 23369/31644/27256</w:t>
        <w:br/>
        <w:t>f 23381/31656/27267 23374/31647/27258 23372/31649/27260</w:t>
        <w:br/>
        <w:t>f 23373/31648/27259 23377/31650/27261 23382/31657/27268</w:t>
        <w:br/>
        <w:t>f 23383/31658/27268 23373/31648/27259 23382/31657/27268</w:t>
        <w:br/>
        <w:t>f 23384/31659/27269 23383/31658/27268 23382/31657/27268</w:t>
        <w:br/>
        <w:t>f 23377/31650/27261 23379/31655/27266 23385/31660/27270</w:t>
        <w:br/>
        <w:t>f 23386/31661/27271 23377/31650/27261 23385/31660/27270</w:t>
        <w:br/>
        <w:t>f 23385/31660/27270 23387/31662/27272 23386/31661/27271</w:t>
        <w:br/>
        <w:t>f 23390/31663/27273 23389/31664/27274 23388/31665/27275</w:t>
        <w:br/>
        <w:t>f 23393/31666/27276 23392/31667/27277 23391/31668/27278</w:t>
        <w:br/>
        <w:t>f 23393/31666/27276 23391/31668/27278 23390/31663/27273</w:t>
        <w:br/>
        <w:t>f 23395/31669/27279 23394/31670/27280 23393/31666/27276</w:t>
        <w:br/>
        <w:t>f 23391/31668/27278 23396/31671/27281 23390/31663/27273</w:t>
        <w:br/>
        <w:t>f 23388/31665/27275 23398/31672/27282 23397/31673/27283</w:t>
        <w:br/>
        <w:t>f 23390/31663/27273 23396/31671/27281 23399/31674/27284</w:t>
        <w:br/>
        <w:t>f 23390/31663/27273 23399/31674/27284 23389/31664/27274</w:t>
        <w:br/>
        <w:t>f 23393/31666/27276 23400/31675/27285 23392/31667/27277</w:t>
        <w:br/>
        <w:t>f 23403/31676/27286 23402/31677/27287 23401/31678/27288</w:t>
        <w:br/>
        <w:t>f 23404/31679/27288 23403/31676/27286 23401/31678/27288</w:t>
        <w:br/>
        <w:t>f 23393/31666/27276 23405/31680/27289 23400/31675/27285</w:t>
        <w:br/>
        <w:t>f 23406/31681/27290 23402/31677/27287 23403/31676/27286</w:t>
        <w:br/>
        <w:t>f 23401/31678/27288 23407/31682/27291 23404/31679/27288</w:t>
        <w:br/>
        <w:t>f 23409/31683/27292 23408/31684/27293 23397/31673/27283</w:t>
        <w:br/>
        <w:t>f 23398/31672/27282 23409/31683/27292 23397/31673/27283</w:t>
        <w:br/>
        <w:t>f 23402/31677/27287 23410/31685/27294 23397/31673/27283</w:t>
        <w:br/>
        <w:t>f 23408/31684/27293 23402/31677/27287 23397/31673/27283</w:t>
        <w:br/>
        <w:t>f 23397/31673/27283 23390/31663/27273 23388/31665/27275</w:t>
        <w:br/>
        <w:t>f 23394/31670/27280 23405/31680/27289 23393/31666/27276</w:t>
        <w:br/>
        <w:t>f 23406/31681/27290 23410/31685/27294 23402/31677/27287</w:t>
        <w:br/>
        <w:t>f 26673/31686/16324 26672/31687/27295 26671/31688/27296</w:t>
        <w:br/>
        <w:t>f 26676/31689/27297 26675/31690/27298 26674/31691/27299</w:t>
        <w:br/>
        <w:t>f 26676/31689/27297 26678/31692/27300 26677/31693/27301</w:t>
        <w:br/>
        <w:t>f 26681/31694/27302 26680/31695/27303 26679/31696/27304</w:t>
        <w:br/>
        <w:t>f 26684/31697/27305 26683/31698/27306 26682/31699/27307</w:t>
        <w:br/>
        <w:t>f 26687/31700/27308 26686/31701/27309 26685/31702/27310</w:t>
        <w:br/>
        <w:t>f 26690/31703/16417 26689/31704/27311 26688/31705/16428</w:t>
        <w:br/>
        <w:t>f 26693/31706/27312 26692/31707/16267 26691/31708/27313</w:t>
        <w:br/>
        <w:t>f 26696/31709/27314 26695/31710/27315 26694/31711/27316</w:t>
        <w:br/>
        <w:t>f 26697/31712/27317 26696/31709/27314 26694/31711/27316</w:t>
        <w:br/>
        <w:t>f 26699/31713/27318 26687/31700/27308 26685/31702/27310</w:t>
        <w:br/>
        <w:t>f 26698/31714/16350 26699/31713/27318 26685/31702/27310</w:t>
        <w:br/>
        <w:t>f 26703/31715/27319 26702/31716/27320 26701/31717/27321</w:t>
        <w:br/>
        <w:t>f 26700/31718/27322 26703/31715/27319 26701/31717/27321</w:t>
        <w:br/>
        <w:t>f 26681/31694/27302 26704/31719/16419 26680/31695/27303</w:t>
        <w:br/>
        <w:t>f 26677/31693/27301 26671/31688/27296 26672/31687/27295</w:t>
        <w:br/>
        <w:t>f 26672/31687/27295 26673/31686/16324 26705/31720/16278</w:t>
        <w:br/>
        <w:t>f 26693/31706/27312 26672/31687/27295 26705/31720/16278</w:t>
        <w:br/>
        <w:t>f 26687/31700/27308 26707/31721/27323 26706/31722/27324</w:t>
        <w:br/>
        <w:t>f 26687/31700/27308 26706/31722/27324 26708/31723/27325</w:t>
        <w:br/>
        <w:t>f 26709/31724/27326 26686/31701/27309 26708/31723/27325</w:t>
        <w:br/>
        <w:t>f 26710/31725/27327 26709/31724/27326 26708/31723/27325</w:t>
        <w:br/>
        <w:t>f 26711/31726/27328 26709/31724/27326 26702/31716/27320</w:t>
        <w:br/>
        <w:t>f 26703/31715/27319 26711/31726/27328 26702/31716/27320</w:t>
        <w:br/>
        <w:t>f 26691/31708/27313 26711/31726/27328 26703/31715/27319</w:t>
        <w:br/>
        <w:t>f 26677/31693/27301 26691/31708/27313 26703/31715/27319</w:t>
        <w:br/>
        <w:t>f 26672/31687/27295 26693/31706/27312 26691/31708/27313</w:t>
        <w:br/>
        <w:t>f 26700/31718/27322 26676/31689/27297 26677/31693/27301</w:t>
        <w:br/>
        <w:t>f 26703/31715/27319 26700/31718/27322 26677/31693/27301</w:t>
        <w:br/>
        <w:t>f 26684/31697/27305 26689/31704/27311 26686/31701/27309</w:t>
        <w:br/>
        <w:t>f 26709/31724/27326 26684/31697/27305 26686/31701/27309</w:t>
        <w:br/>
        <w:t>f 26711/31726/27328 26681/31694/27302 26684/31697/27305</w:t>
        <w:br/>
        <w:t>f 26709/31724/27326 26711/31726/27328 26684/31697/27305</w:t>
        <w:br/>
        <w:t>f 26691/31708/27313 26704/31719/16419 26681/31694/27302</w:t>
        <w:br/>
        <w:t>f 26711/31726/27328 26691/31708/27313 26681/31694/27302</w:t>
        <w:br/>
        <w:t>f 26698/31714/16350 26685/31702/27310 26712/31727/27329</w:t>
        <w:br/>
        <w:t>f 26685/31702/27310 26689/31704/27311 26690/31703/16417</w:t>
        <w:br/>
        <w:t>f 26716/31728/27330 26715/31729/27331 26714/31730/27332</w:t>
        <w:br/>
        <w:t>f 26713/31731/27333 26716/31728/27330 26714/31730/27332</w:t>
        <w:br/>
        <w:t>f 26713/31731/27333 26714/31730/27332 26718/31732/27334</w:t>
        <w:br/>
        <w:t>f 26717/31733/27335 26713/31731/27333 26718/31732/27334</w:t>
        <w:br/>
        <w:t>f 26720/31734/27336 26719/31735/27337 26697/31712/27317</w:t>
        <w:br/>
        <w:t>f 26694/31711/27316 26720/31734/27336 26697/31712/27317</w:t>
        <w:br/>
        <w:t>f 26720/31734/27336 26694/31711/27316 26721/31736/27338</w:t>
        <w:br/>
        <w:t>f 26722/31737/27339 26720/31734/27336 26721/31736/27338</w:t>
        <w:br/>
        <w:t>f 26725/31738/27340 26722/31737/27339 26724/31739/27341</w:t>
        <w:br/>
        <w:t>f 26723/31740/27342 26725/31738/27340 26724/31739/27341</w:t>
        <w:br/>
        <w:t>f 26728/31741/27343 26727/31742/27344 26724/31739/27341</w:t>
        <w:br/>
        <w:t>f 26726/31743/27345 26728/31741/27343 26724/31739/27341</w:t>
        <w:br/>
        <w:t>f 26730/31744/27346 26729/31745/27347 26700/31718/27322</w:t>
        <w:br/>
        <w:t>f 26701/31717/27321 26730/31744/27346 26700/31718/27322</w:t>
        <w:br/>
        <w:t>f 26729/31745/27347 26715/31729/27331 26716/31728/27330</w:t>
        <w:br/>
        <w:t>f 26700/31718/27322 26729/31745/27347 26716/31728/27330</w:t>
        <w:br/>
        <w:t>f 26678/31692/27300 26676/31689/27297 26674/31691/27299</w:t>
        <w:br/>
        <w:t>f 26714/31730/27332 26715/31729/27331 26732/31746/27348</w:t>
        <w:br/>
        <w:t>f 26731/31747/27349 26714/31730/27332 26732/31746/27348</w:t>
        <w:br/>
        <w:t>f 26718/31732/27334 26714/31730/27332 26731/31747/27349</w:t>
        <w:br/>
        <w:t>f 26733/31748/27317 26718/31732/27334 26731/31747/27349</w:t>
        <w:br/>
        <w:t>f 26719/31735/27337 26720/31734/27336 26734/31749/27350</w:t>
        <w:br/>
        <w:t>f 26735/31750/27335 26719/31735/27337 26734/31749/27350</w:t>
        <w:br/>
        <w:t>f 26734/31749/27350 26720/31734/27336 26722/31737/27339</w:t>
        <w:br/>
        <w:t>f 26725/31738/27340 26734/31749/27350 26722/31737/27339</w:t>
        <w:br/>
        <w:t>f 26722/31737/27339 26721/31736/27338 26726/31743/27345</w:t>
        <w:br/>
        <w:t>f 26724/31739/27341 26722/31737/27339 26726/31743/27345</w:t>
        <w:br/>
        <w:t>f 26723/31740/27342 26724/31739/27341 26727/31742/27344</w:t>
        <w:br/>
        <w:t>f 26736/31751/27351 26723/31740/27342 26727/31742/27344</w:t>
        <w:br/>
        <w:t>f 26729/31745/27347 26730/31744/27346 26738/31752/27352</w:t>
        <w:br/>
        <w:t>f 26737/31753/27353 26729/31745/27347 26738/31752/27352</w:t>
        <w:br/>
        <w:t>f 26737/31753/27353 26732/31746/27348 26715/31729/27331</w:t>
        <w:br/>
        <w:t>f 26729/31745/27347 26737/31753/27353 26715/31729/27331</w:t>
        <w:br/>
        <w:t>f 26739/31754/27354 26723/31740/27342 26708/31723/27325</w:t>
        <w:br/>
        <w:t>f 26706/31722/27324 26739/31754/27354 26708/31723/27325</w:t>
        <w:br/>
        <w:t>f 26708/31723/27325 26723/31740/27342 26736/31751/27351</w:t>
        <w:br/>
        <w:t>f 26710/31725/27327 26708/31723/27325 26736/31751/27351</w:t>
        <w:br/>
        <w:t>f 26713/31731/27333 26740/31755/27355 26675/31690/27298</w:t>
        <w:br/>
        <w:t>f 26678/31692/27300 26671/31688/27296 26677/31693/27301</w:t>
        <w:br/>
        <w:t>f 26707/31721/27323 26741/31756/27356 26706/31722/27324</w:t>
        <w:br/>
        <w:t>f 26739/31754/27354 26706/31722/27324 26741/31756/27356</w:t>
        <w:br/>
        <w:t>f 26742/31757/27357 26739/31754/27354 26741/31756/27356</w:t>
        <w:br/>
        <w:t>f 26742/31757/27357 26743/31758/27358 26725/31738/27340</w:t>
        <w:br/>
        <w:t>f 26739/31754/27354 26742/31757/27357 26725/31738/27340</w:t>
        <w:br/>
        <w:t>f 26743/31758/27358 26744/31759/27359 26734/31749/27350</w:t>
        <w:br/>
        <w:t>f 26725/31738/27340 26743/31758/27358 26734/31749/27350</w:t>
        <w:br/>
        <w:t>f 26716/31728/27330 26713/31731/27333 26675/31690/27298</w:t>
        <w:br/>
        <w:t>f 26676/31689/27297 26716/31728/27330 26675/31690/27298</w:t>
        <w:br/>
        <w:t>f 26734/31749/27350 26745/31760/16442 26735/31750/27335</w:t>
        <w:br/>
        <w:t>f 26740/31755/27355 26713/31731/27333 26717/31733/27335</w:t>
        <w:br/>
        <w:t>f 26692/31707/16267 26693/31706/27312 26746/31761/16277</w:t>
        <w:br/>
        <w:t>f 26705/31720/16278 26746/31761/16277 26693/31706/27312</w:t>
        <w:br/>
        <w:t>f 26707/31721/27323 26687/31700/27308 26747/31762/16239</w:t>
        <w:br/>
        <w:t>f 26687/31700/27308 26699/31713/27318 26747/31762/16239</w:t>
        <w:br/>
        <w:t>f 26672/31687/27295 26691/31708/27313 26677/31693/27301</w:t>
        <w:br/>
        <w:t>f 26748/31763/27360 26704/31719/16419 26691/31708/27313</w:t>
        <w:br/>
        <w:t>f 26684/31697/27305 26681/31694/27302 26679/31696/27304</w:t>
        <w:br/>
        <w:t>f 26712/31727/27329 26685/31702/27310 26690/31703/16417</w:t>
        <w:br/>
        <w:t>f 26689/31704/27311 26682/31699/27307 26688/31705/16428</w:t>
        <w:br/>
        <w:t>f 26689/31704/27311 26684/31697/27305 26682/31699/27307</w:t>
        <w:br/>
        <w:t>f 26684/31697/27305 26679/31696/27304 26683/31698/27306</w:t>
        <w:br/>
        <w:t>f 26692/31707/16267 26748/31763/27360 26691/31708/27313</w:t>
        <w:br/>
        <w:t>f 26731/31747/27349 26732/31746/27348 27013/31764/27361</w:t>
        <w:br/>
        <w:t>f 27014/31765/27362 26731/31747/27349 27013/31764/27361</w:t>
        <w:br/>
        <w:t>f 26733/31748/27317 26731/31747/27349 27014/31765/27362</w:t>
        <w:br/>
        <w:t>f 27015/31766/27314 26733/31748/27317 27014/31765/27362</w:t>
        <w:br/>
        <w:t>f 27016/31767/27363 26721/31736/27338 26694/31711/27316</w:t>
        <w:br/>
        <w:t>f 26695/31710/27315 27016/31767/27363 26694/31711/27316</w:t>
        <w:br/>
        <w:t>f 27018/31768/27364 26728/31741/27343 26726/31743/27345</w:t>
        <w:br/>
        <w:t>f 27017/31769/27365 27018/31768/27364 26726/31743/27345</w:t>
        <w:br/>
        <w:t>f 27020/31770/27366 26737/31753/27353 26738/31752/27352</w:t>
        <w:br/>
        <w:t>f 27019/31771/27367 27020/31770/27366 26738/31752/27352</w:t>
        <w:br/>
        <w:t>f 26732/31746/27348 26737/31753/27353 27020/31770/27366</w:t>
        <w:br/>
        <w:t>f 27013/31764/27361 26732/31746/27348 27020/31770/27366</w:t>
        <w:br/>
        <w:t>f 27017/31769/27365 26726/31743/27345 26721/31736/27338</w:t>
        <w:br/>
        <w:t>f 27016/31767/27363 27017/31769/27365 26721/31736/27338</w:t>
        <w:br/>
        <w:t>f 26676/31689/27297 26700/31718/27322 26716/31728/27330</w:t>
        <w:br/>
        <w:t>f 26739/31754/27354 26725/31738/27340 26723/31740/27342</w:t>
        <w:br/>
        <w:t>f 26687/31700/27308 26708/31723/27325 26686/31701/27309</w:t>
        <w:br/>
        <w:t>f 26695/31710/27315 26696/31709/27314 27021/31772/27368</w:t>
        <w:br/>
        <w:t>f 27022/31773/27369 26695/31710/27315 27021/31772/27368</w:t>
        <w:br/>
        <w:t>f 27023/31774/27370 27016/31767/27363 26695/31710/27315</w:t>
        <w:br/>
        <w:t>f 27022/31773/27369 27023/31774/27370 26695/31710/27315</w:t>
        <w:br/>
        <w:t>f 27016/31767/27363 27023/31774/27370 27024/31775/27371</w:t>
        <w:br/>
        <w:t>f 27017/31769/27365 27016/31767/27363 27024/31775/27371</w:t>
        <w:br/>
        <w:t>f 27017/31769/27365 27024/31775/27371 27025/31776/27372</w:t>
        <w:br/>
        <w:t>f 27018/31768/27364 27017/31769/27365 27025/31776/27372</w:t>
        <w:br/>
        <w:t>f 27019/31771/27367 27027/31777/27373 27026/31778/27374</w:t>
        <w:br/>
        <w:t>f 27020/31770/27366 27019/31771/27367 27026/31778/27374</w:t>
        <w:br/>
        <w:t>f 27028/31779/27375 27013/31764/27361 27020/31770/27366</w:t>
        <w:br/>
        <w:t>f 27026/31778/27374 27028/31779/27375 27020/31770/27366</w:t>
        <w:br/>
        <w:t>f 27014/31765/27362 27013/31764/27361 27028/31779/27375</w:t>
        <w:br/>
        <w:t>f 27029/31780/27376 27014/31765/27362 27028/31779/27375</w:t>
        <w:br/>
        <w:t>f 27029/31780/27376 27030/31781/27377 27015/31766/27314</w:t>
        <w:br/>
        <w:t>f 27014/31765/27362 27029/31780/27376 27015/31766/27314</w:t>
        <w:br/>
        <w:t>f 26685/31702/27310 26686/31701/27309 26689/31704/27311</w:t>
        <w:br/>
        <w:t>f 10854/31782/27378 10853/31783/27379 10852/31784/27380</w:t>
        <w:br/>
        <w:t>f 10855/31785/27381 10854/31782/27378 10852/31784/27380</w:t>
        <w:br/>
        <w:t>f 10857/31786/15533 10856/31787/27382 10854/31782/27378</w:t>
        <w:br/>
        <w:t>f 10855/31785/27381 10857/31786/15533 10854/31782/27378</w:t>
        <w:br/>
        <w:t>f 10860/31788/15530 10859/31789/15529 10858/31790/27383</w:t>
        <w:br/>
        <w:t>f 10861/31791/27384 10860/31788/15530 10858/31790/27383</w:t>
        <w:br/>
        <w:t>f 10866/31792/27385 10861/31791/27384 10858/31790/27383</w:t>
        <w:br/>
        <w:t>f 10867/31793/27386 10866/31792/27385 10858/31790/27383</w:t>
        <w:br/>
        <w:t>f 10869/31794/27387 10866/31792/27385 10867/31793/27386</w:t>
        <w:br/>
        <w:t>f 10868/31795/27388 10869/31794/27387 10867/31793/27386</w:t>
        <w:br/>
        <w:t>f 10875/31796/27389 10874/31797/27390 10873/31798/27391</w:t>
        <w:br/>
        <w:t>f 10872/31799/27392 10875/31796/27389 10873/31798/27391</w:t>
        <w:br/>
        <w:t>f 10855/31785/27381 10879/31800/8687 10878/31801/27393</w:t>
        <w:br/>
        <w:t>f 10857/31786/15533 10855/31785/27381 10878/31801/27393</w:t>
        <w:br/>
        <w:t>f 10855/31785/27381 10852/31784/27380 10880/31802/27394</w:t>
        <w:br/>
        <w:t>f 10879/31800/8687 10855/31785/27381 10880/31802/27394</w:t>
        <w:br/>
        <w:t>f 10880/31802/27394 10852/31784/27380 10882/31803/27395</w:t>
        <w:br/>
        <w:t>f 10881/31804/8653 10880/31802/27394 10882/31803/27395</w:t>
        <w:br/>
        <w:t>f 10861/31791/27384 10866/31792/27385 11142/31805/27396</w:t>
        <w:br/>
        <w:t>f 11143/31806/27397 10861/31791/27384 11142/31805/27396</w:t>
        <w:br/>
        <w:t>f 10861/31791/27384 11143/31806/27397 11144/31807/15531</w:t>
        <w:br/>
        <w:t>f 10860/31788/15530 10861/31791/27384 11144/31807/15531</w:t>
        <w:br/>
        <w:t>f 10866/31792/27385 10869/31794/27387 11145/31808/27398</w:t>
        <w:br/>
        <w:t>f 11142/31805/27396 10866/31792/27385 11145/31808/27398</w:t>
        <w:br/>
        <w:t>f 10882/31803/27395 10852/31784/27380 10853/31783/27379</w:t>
        <w:br/>
        <w:t>f 11161/31809/27399 10882/31803/27395 10853/31783/27379</w:t>
        <w:br/>
        <w:t>f 11161/31809/27399 10853/31783/27379 11142/31805/27396</w:t>
        <w:br/>
        <w:t>f 11145/31808/27398 11161/31809/27399 11142/31805/27396</w:t>
        <w:br/>
        <w:t>f 10853/31783/27379 10854/31782/27378 11143/31806/27397</w:t>
        <w:br/>
        <w:t>f 11142/31805/27396 10853/31783/27379 11143/31806/27397</w:t>
        <w:br/>
        <w:t>f 11143/31806/27397 10854/31782/27378 10856/31787/27382</w:t>
        <w:br/>
        <w:t>f 11144/31807/15531 11143/31806/27397 10856/31787/27382</w:t>
        <w:br/>
        <w:t>f 11220/31810/8923 10869/31794/27387 10868/31795/27388</w:t>
        <w:br/>
        <w:t>f 11219/31811/27400 11220/31810/8923 10868/31795/27388</w:t>
        <w:br/>
        <w:t>f 10869/31794/27387 11220/31810/8923 11221/31812/8922</w:t>
        <w:br/>
        <w:t>f 11145/31808/27398 10869/31794/27387 11221/31812/8922</w:t>
        <w:br/>
        <w:t>f 11222/31813/27401 11161/31809/27399 11145/31808/27398</w:t>
        <w:br/>
        <w:t>f 11221/31812/8922 11222/31813/27401 11145/31808/27398</w:t>
        <w:br/>
        <w:t>f 11223/31814/8925 10882/31803/27395 11161/31809/27399</w:t>
        <w:br/>
        <w:t>f 11222/31813/27401 11223/31814/8925 11161/31809/27399</w:t>
        <w:br/>
        <w:t>f 10881/31804/8653 10882/31803/27395 11223/31814/8925</w:t>
        <w:br/>
        <w:t>f 11224/31815/8905 10881/31804/8653 11223/31814/8925</w:t>
        <w:br/>
        <w:t>f 10874/31797/27390 11322/31816/27402 11321/31817/27403</w:t>
        <w:br/>
        <w:t>f 10873/31798/27391 10874/31797/27390 11321/31817/27403</w:t>
        <w:br/>
        <w:t>f 11328/31818/27404 11327/31819/27405 10875/31796/27389</w:t>
        <w:br/>
        <w:t>f 10872/31799/27392 11328/31818/27404 10875/31796/27389</w:t>
        <w:br/>
        <w:t>f 11322/31816/27402 11335/31820/27406 11334/31821/27407</w:t>
        <w:br/>
        <w:t>f 11321/31817/27403 11322/31816/27402 11334/31821/27407</w:t>
        <w:br/>
        <w:t>f 10859/31789/15529 11328/31818/27404 10872/31799/27392</w:t>
        <w:br/>
        <w:t>f 10858/31790/27383 10859/31789/15529 10872/31799/27392</w:t>
        <w:br/>
        <w:t>f 10872/31799/27392 10873/31798/27391 10867/31793/27386</w:t>
        <w:br/>
        <w:t>f 10858/31790/27383 10872/31799/27392 10867/31793/27386</w:t>
        <w:br/>
        <w:t>f 10873/31798/27391 11321/31817/27403 10868/31795/27388</w:t>
        <w:br/>
        <w:t>f 10867/31793/27386 10873/31798/27391 10868/31795/27388</w:t>
        <w:br/>
        <w:t>f 11321/31817/27403 11334/31821/27407 11219/31811/27400</w:t>
        <w:br/>
        <w:t>f 10868/31795/27388 11321/31817/27403 11219/31811/27400</w:t>
        <w:br/>
        <w:t>f 11604/31822/27408 11603/31823/27409 11602/31824/27410</w:t>
        <w:br/>
        <w:t>f 11605/31825/27411 11604/31822/27408 11602/31824/27410</w:t>
        <w:br/>
        <w:t>f 11602/31824/27410 11607/31826/15719 11606/31827/15720</w:t>
        <w:br/>
        <w:t>f 11605/31825/27411 11602/31824/27410 11606/31827/15720</w:t>
        <w:br/>
        <w:t>f 11610/31828/27412 11609/31829/15717 11608/31830/15716</w:t>
        <w:br/>
        <w:t>f 11611/31831/27413 11610/31828/27412 11608/31830/15716</w:t>
        <w:br/>
        <w:t>f 11610/31828/27412 11611/31831/27413 11616/31832/27414</w:t>
        <w:br/>
        <w:t>f 11617/31833/27415 11610/31828/27412 11616/31832/27414</w:t>
        <w:br/>
        <w:t>f 11619/31834/27416 11618/31835/27417 11617/31833/27415</w:t>
        <w:br/>
        <w:t>f 11616/31832/27414 11619/31834/27416 11617/31833/27415</w:t>
        <w:br/>
        <w:t>f 11625/31836/27418 11624/31837/27419 11623/31838/27420</w:t>
        <w:br/>
        <w:t>f 11622/31839/27421 11625/31836/27418 11623/31838/27420</w:t>
        <w:br/>
        <w:t>f 11629/31840/9135 11628/31841/9134 11605/31825/27411</w:t>
        <w:br/>
        <w:t>f 11606/31827/15720 11629/31840/9135 11605/31825/27411</w:t>
        <w:br/>
        <w:t>f 11630/31842/9099 11604/31822/27408 11605/31825/27411</w:t>
        <w:br/>
        <w:t>f 11628/31841/9134 11630/31842/9099 11605/31825/27411</w:t>
        <w:br/>
        <w:t>f 11630/31842/9099 11632/31843/9098 11631/31844/27422</w:t>
        <w:br/>
        <w:t>f 11604/31822/27408 11630/31842/9099 11631/31844/27422</w:t>
        <w:br/>
        <w:t>f 11892/31845/27423 11616/31832/27414 11611/31831/27413</w:t>
        <w:br/>
        <w:t>f 11893/31846/27424 11892/31845/27423 11611/31831/27413</w:t>
        <w:br/>
        <w:t>f 11894/31847/15718 11893/31846/27424 11611/31831/27413</w:t>
        <w:br/>
        <w:t>f 11608/31830/15716 11894/31847/15718 11611/31831/27413</w:t>
        <w:br/>
        <w:t>f 11616/31832/27414 11892/31845/27423 11895/31848/27425</w:t>
        <w:br/>
        <w:t>f 11619/31834/27416 11616/31832/27414 11895/31848/27425</w:t>
        <w:br/>
        <w:t>f 11631/31844/27422 11911/31849/27426 11603/31823/27409</w:t>
        <w:br/>
        <w:t>f 11604/31822/27408 11631/31844/27422 11603/31823/27409</w:t>
        <w:br/>
        <w:t>f 11892/31845/27423 11603/31823/27409 11911/31849/27426</w:t>
        <w:br/>
        <w:t>f 11895/31848/27425 11892/31845/27423 11911/31849/27426</w:t>
        <w:br/>
        <w:t>f 11893/31846/27424 11602/31824/27410 11603/31823/27409</w:t>
        <w:br/>
        <w:t>f 11892/31845/27423 11893/31846/27424 11603/31823/27409</w:t>
        <w:br/>
        <w:t>f 11893/31846/27424 11894/31847/15718 11607/31826/15719</w:t>
        <w:br/>
        <w:t>f 11602/31824/27410 11893/31846/27424 11607/31826/15719</w:t>
        <w:br/>
        <w:t>f 11969/31850/15712 11968/31851/27427 11618/31835/27417</w:t>
        <w:br/>
        <w:t>f 11619/31834/27416 11969/31850/15712 11618/31835/27417</w:t>
        <w:br/>
        <w:t>f 11970/31852/15711 11969/31850/15712 11619/31834/27416</w:t>
        <w:br/>
        <w:t>f 11895/31848/27425 11970/31852/15711 11619/31834/27416</w:t>
        <w:br/>
        <w:t>f 11971/31853/15715 11970/31852/15711 11895/31848/27425</w:t>
        <w:br/>
        <w:t>f 11911/31849/27426 11971/31853/15715 11895/31848/27425</w:t>
        <w:br/>
        <w:t>f 11972/31854/15714 11971/31853/15715 11911/31849/27426</w:t>
        <w:br/>
        <w:t>f 11631/31844/27422 11972/31854/15714 11911/31849/27426</w:t>
        <w:br/>
        <w:t>f 11632/31843/9098 11973/31855/9323 11972/31854/15714</w:t>
        <w:br/>
        <w:t>f 11631/31844/27422 11632/31843/9098 11972/31854/15714</w:t>
        <w:br/>
        <w:t>f 12069/31856/27428 11625/31836/27418 11622/31839/27421</w:t>
        <w:br/>
        <w:t>f 12070/31857/27429 12069/31856/27428 11622/31839/27421</w:t>
        <w:br/>
        <w:t>f 11625/31836/27418 12069/31856/27428 12081/31858/27430</w:t>
        <w:br/>
        <w:t>f 12082/31859/15767 11625/31836/27418 12081/31858/27430</w:t>
        <w:br/>
        <w:t>f 11622/31839/27421 12088/31860/27431 12087/31861/27432</w:t>
        <w:br/>
        <w:t>f 12070/31857/27429 11622/31839/27421 12087/31861/27432</w:t>
        <w:br/>
        <w:t>f 12088/31860/27431 12092/31862/27433 12091/31863/27434</w:t>
        <w:br/>
        <w:t>f 12087/31861/27432 12088/31860/27431 12091/31863/27434</w:t>
        <w:br/>
        <w:t>f 12095/31864/27435 12088/31860/27431 11622/31839/27421</w:t>
        <w:br/>
        <w:t>f 11623/31838/27420 12095/31864/27435 11622/31839/27421</w:t>
        <w:br/>
        <w:t>f 12098/31865/27436 11624/31837/27419 11625/31836/27418</w:t>
        <w:br/>
        <w:t>f 12082/31859/15767 12098/31865/27436 11625/31836/27418</w:t>
        <w:br/>
        <w:t>f 12101/31866/15782 12092/31862/27433 12088/31860/27431</w:t>
        <w:br/>
        <w:t>f 12095/31864/27435 12101/31866/15782 12088/31860/27431</w:t>
        <w:br/>
        <w:t>f 11609/31829/15717 11610/31828/27412 11624/31837/27419</w:t>
        <w:br/>
        <w:t>f 12098/31865/27436 11609/31829/15717 11624/31837/27419</w:t>
        <w:br/>
        <w:t>f 11617/31833/27415 11623/31838/27420 11624/31837/27419</w:t>
        <w:br/>
        <w:t>f 11610/31828/27412 11617/31833/27415 11624/31837/27419</w:t>
        <w:br/>
        <w:t>f 11618/31835/27417 12095/31864/27435 11623/31838/27420</w:t>
        <w:br/>
        <w:t>f 11617/31833/27415 11618/31835/27417 11623/31838/27420</w:t>
        <w:br/>
        <w:t>f 11968/31851/27427 12101/31866/15782 12095/31864/27435</w:t>
        <w:br/>
        <w:t>f 11618/31835/27417 11968/31851/27427 12095/31864/27435</w:t>
        <w:br/>
        <w:t>f 12325/31867/15844 12324/31868/27437 12323/31869/27438</w:t>
        <w:br/>
        <w:t>f 12322/31870/15843 12325/31867/15844 12323/31869/27438</w:t>
        <w:br/>
        <w:t>f 12328/31871/27439 12327/31872/27440 12326/31873/27441</w:t>
        <w:br/>
        <w:t>f 12329/31874/27442 12328/31871/27439 12326/31873/27441</w:t>
        <w:br/>
        <w:t>f 12323/31869/27438 12330/31875/27443 12328/31871/27439</w:t>
        <w:br/>
        <w:t>f 12322/31870/15843 12323/31869/27438 12328/31871/27439</w:t>
        <w:br/>
        <w:t>f 12332/31876/27444 12331/31877/27445 12330/31875/27443</w:t>
        <w:br/>
        <w:t>f 12337/31878/27446 12331/31877/27445 12332/31876/27444</w:t>
        <w:br/>
        <w:t>f 12340/31879/27447 12339/31880/27448 12338/31881/27449</w:t>
        <w:br/>
        <w:t>f 12323/31869/27438 12324/31868/27437 12338/31881/27449</w:t>
        <w:br/>
        <w:t>f 12342/31882/27450 12324/31868/27437 12325/31867/15844</w:t>
        <w:br/>
        <w:t>f 12341/31883/27451 12342/31882/27450 12325/31867/15844</w:t>
        <w:br/>
        <w:t>f 12348/31884/27452 12347/31885/27453 12326/31873/27441</w:t>
        <w:br/>
        <w:t>f 12348/31884/27452 12349/31886/27454 12347/31885/27453</w:t>
        <w:br/>
        <w:t>f 12339/31880/27448 12332/31876/27444 12338/31881/27449</w:t>
        <w:br/>
        <w:t>f 12338/31881/27449 12332/31876/27444 12323/31869/27438</w:t>
        <w:br/>
        <w:t>f 12324/31868/27437 12342/31882/27450 12453/31887/27455</w:t>
        <w:br/>
        <w:t>f 12454/31888/27456 12324/31868/27437 12453/31887/27455</w:t>
        <w:br/>
        <w:t>f 12348/31884/27452 12327/31872/27440 12330/31875/27443</w:t>
        <w:br/>
        <w:t>f 12331/31877/27445 12348/31884/27452 12330/31875/27443</w:t>
        <w:br/>
        <w:t>f 12337/31878/27446 12456/31889/27457 12348/31884/27452</w:t>
        <w:br/>
        <w:t>f 12331/31877/27445 12337/31878/27446 12348/31884/27452</w:t>
        <w:br/>
        <w:t>f 12454/31888/27456 12340/31879/27447 12338/31881/27449</w:t>
        <w:br/>
        <w:t>f 12324/31868/27437 12454/31888/27456 12338/31881/27449</w:t>
        <w:br/>
        <w:t>f 12339/31880/27448 12337/31878/27446 12332/31876/27444</w:t>
        <w:br/>
        <w:t>f 12332/31876/27444 12330/31875/27443 12323/31869/27438</w:t>
        <w:br/>
        <w:t>f 12454/31888/27456 12453/31887/27455 12474/31890/27458</w:t>
        <w:br/>
        <w:t>f 12340/31879/27447 12454/31888/27456 12474/31890/27458</w:t>
        <w:br/>
        <w:t>f 12476/31891/15838 12340/31879/27447 12474/31890/27458</w:t>
        <w:br/>
        <w:t>f 12475/31892/27459 12476/31891/15838 12474/31890/27458</w:t>
        <w:br/>
        <w:t>f 12339/31880/27448 12340/31879/27447 12476/31891/15838</w:t>
        <w:br/>
        <w:t>f 12477/31893/15833 12339/31880/27448 12476/31891/15838</w:t>
        <w:br/>
        <w:t>f 12339/31880/27448 12477/31893/15833 12478/31894/27460</w:t>
        <w:br/>
        <w:t>f 12337/31878/27446 12339/31880/27448 12478/31894/27460</w:t>
        <w:br/>
        <w:t>f 12337/31878/27446 12478/31894/27460 12456/31889/27457</w:t>
        <w:br/>
        <w:t>f 10874/31797/27390 10875/31796/27389 12326/31873/27441</w:t>
        <w:br/>
        <w:t>f 12347/31885/27453 10874/31797/27390 12326/31873/27441</w:t>
        <w:br/>
        <w:t>f 12329/31874/27442 12326/31873/27441 10875/31796/27389</w:t>
        <w:br/>
        <w:t>f 11327/31819/27405 12329/31874/27442 10875/31796/27389</w:t>
        <w:br/>
        <w:t>f 10874/31797/27390 12347/31885/27453 12349/31886/27454</w:t>
        <w:br/>
        <w:t>f 11322/31816/27402 10874/31797/27390 12349/31886/27454</w:t>
        <w:br/>
        <w:t>f 11322/31816/27402 12349/31886/27454 12502/31895/27461</w:t>
        <w:br/>
        <w:t>f 11335/31820/27406 11322/31816/27402 12502/31895/27461</w:t>
        <w:br/>
        <w:t>f 12348/31884/27452 12326/31873/27441 12327/31872/27440</w:t>
        <w:br/>
        <w:t>f 12328/31871/27439 12330/31875/27443 12327/31872/27440</w:t>
        <w:br/>
        <w:t>f 12348/31884/27452 12456/31889/27457 12349/31886/27454</w:t>
        <w:br/>
        <w:t>f 12478/31894/27460 12502/31895/27461 12349/31886/27454</w:t>
        <w:br/>
        <w:t>f 12456/31889/27457 12478/31894/27460 12349/31886/27454</w:t>
        <w:br/>
        <w:t>f 12637/31896/27462 12636/31897/15910 12635/31898/27463</w:t>
        <w:br/>
        <w:t>f 12634/31899/27464 12637/31896/27462 12635/31898/27463</w:t>
        <w:br/>
        <w:t>f 12069/31856/27428 12639/31900/27465 12638/31901/15913</w:t>
        <w:br/>
        <w:t>f 12081/31858/27430 12069/31856/27428 12638/31901/15913</w:t>
        <w:br/>
        <w:t>f 12635/31898/27463 12636/31897/15910 12638/31901/15913</w:t>
        <w:br/>
        <w:t>f 12640/31902/27466 12635/31898/27463 12638/31901/15913</w:t>
        <w:br/>
        <w:t>f 12642/31903/27467 12640/31902/27466 12641/31904/27468</w:t>
        <w:br/>
        <w:t>f 12645/31905/27469 12642/31903/27467 12641/31904/27468</w:t>
        <w:br/>
        <w:t>f 12648/31906/27470 12647/31907/27471 12646/31908/27472</w:t>
        <w:br/>
        <w:t>f 12635/31898/27463 12647/31907/27471 12634/31899/27464</w:t>
        <w:br/>
        <w:t>f 12650/31909/15907 12649/31910/15908 12637/31896/27462</w:t>
        <w:br/>
        <w:t>f 12634/31899/27464 12650/31909/15907 12637/31896/27462</w:t>
        <w:br/>
        <w:t>f 12655/31911/27473 12069/31856/27428 12070/31857/27429</w:t>
        <w:br/>
        <w:t>f 12655/31911/27473 12070/31857/27429 12087/31861/27432</w:t>
        <w:br/>
        <w:t>f 12646/31908/27472 12647/31907/27471 12642/31903/27467</w:t>
        <w:br/>
        <w:t>f 12647/31907/27471 12635/31898/27463 12642/31903/27467</w:t>
        <w:br/>
        <w:t>f 12757/31912/15900 12650/31909/15907 12634/31899/27464</w:t>
        <w:br/>
        <w:t>f 12758/31913/27474 12757/31912/15900 12634/31899/27464</w:t>
        <w:br/>
        <w:t>f 12655/31911/27473 12641/31904/27468 12640/31902/27466</w:t>
        <w:br/>
        <w:t>f 12639/31900/27465 12655/31911/27473 12640/31902/27466</w:t>
        <w:br/>
        <w:t>f 12645/31905/27469 12641/31904/27468 12655/31911/27473</w:t>
        <w:br/>
        <w:t>f 12760/31914/27475 12645/31905/27469 12655/31911/27473</w:t>
        <w:br/>
        <w:t>f 12758/31913/27474 12647/31907/27471 12648/31906/27470</w:t>
        <w:br/>
        <w:t>f 12634/31899/27464 12647/31907/27471 12758/31913/27474</w:t>
        <w:br/>
        <w:t>f 12646/31908/27472 12642/31903/27467 12645/31905/27469</w:t>
        <w:br/>
        <w:t>f 12642/31903/27467 12635/31898/27463 12640/31902/27466</w:t>
        <w:br/>
        <w:t>f 12758/31913/27474 12648/31906/27470 12776/31915/15898</w:t>
        <w:br/>
        <w:t>f 12757/31912/15900 12758/31913/27474 12776/31915/15898</w:t>
        <w:br/>
        <w:t>f 12778/31916/15905 12777/31917/27476 12776/31915/15898</w:t>
        <w:br/>
        <w:t>f 12648/31906/27470 12778/31916/15905 12776/31915/15898</w:t>
        <w:br/>
        <w:t>f 12778/31916/15905 12648/31906/27470 12646/31908/27472</w:t>
        <w:br/>
        <w:t>f 12779/31918/15901 12778/31916/15905 12646/31908/27472</w:t>
        <w:br/>
        <w:t>f 12646/31908/27472 12645/31905/27469 12780/31919/27477</w:t>
        <w:br/>
        <w:t>f 12779/31918/15901 12646/31908/27472 12780/31919/27477</w:t>
        <w:br/>
        <w:t>f 12645/31905/27469 12760/31914/27475 12780/31919/27477</w:t>
        <w:br/>
        <w:t>f 12655/31911/27473 12639/31900/27465 12069/31856/27428</w:t>
        <w:br/>
        <w:t>f 12638/31901/15913 12639/31900/27465 12640/31902/27466</w:t>
        <w:br/>
        <w:t>f 12655/31911/27473 12087/31861/27432 12760/31914/27475</w:t>
        <w:br/>
        <w:t>f 12780/31919/27477 12760/31914/27475 12087/31861/27432</w:t>
        <w:br/>
        <w:t>f 12091/31863/27434 12780/31919/27477 12087/31861/27432</w:t>
        <w:br/>
        <w:t>f 22716/31920/27478 22715/31921/20883 22714/31922/20885</w:t>
        <w:br/>
        <w:t>f 22713/31923/27479 22716/31920/27478 22714/31922/20885</w:t>
        <w:br/>
        <w:t>f 22713/31923/27479 22714/31922/20885 22718/31924/20887</w:t>
        <w:br/>
        <w:t>f 22717/31925/27480 22713/31923/27479 22718/31924/20887</w:t>
        <w:br/>
        <w:t>f 22718/31924/20887 22720/31926/27481 22719/31927/27482</w:t>
        <w:br/>
        <w:t>f 22717/31925/27480 22718/31924/20887 22719/31927/27482</w:t>
        <w:br/>
        <w:t>f 22720/31926/27481 22722/31928/27483 22721/31929/27484</w:t>
        <w:br/>
        <w:t>f 22719/31927/27482 22720/31926/27481 22721/31929/27484</w:t>
        <w:br/>
        <w:t>f 22726/31930/27484 22725/31931/27485 22724/31932/20893</w:t>
        <w:br/>
        <w:t>f 22723/31933/27486 22726/31930/27484 22724/31932/20893</w:t>
        <w:br/>
        <w:t>f 22723/31933/27486 22724/31932/20893 22728/31934/20895</w:t>
        <w:br/>
        <w:t>f 22727/31935/27487 22723/31933/27486 22728/31934/20895</w:t>
        <w:br/>
        <w:t>f 22728/31934/20895 22730/31936/20880 22729/31937/27488</w:t>
        <w:br/>
        <w:t>f 22727/31935/27487 22728/31934/20895 22729/31937/27488</w:t>
        <w:br/>
        <w:t>f 22730/31936/20880 22715/31921/20883 22716/31920/27478</w:t>
        <w:br/>
        <w:t>f 22729/31937/27488 22730/31936/20880 22716/31920/27478</w:t>
        <w:br/>
        <w:t>f 22716/31920/27478 22713/31923/27479 22771/31938/27489</w:t>
        <w:br/>
        <w:t>f 22772/31939/27490 22716/31920/27478 22771/31938/27489</w:t>
        <w:br/>
        <w:t>f 22771/31938/27489 22713/31923/27479 22717/31925/27480</w:t>
        <w:br/>
        <w:t>f 22773/31940/27491 22771/31938/27489 22717/31925/27480</w:t>
        <w:br/>
        <w:t>f 22717/31925/27480 22719/31927/27482 22774/31941/27492</w:t>
        <w:br/>
        <w:t>f 22773/31940/27491 22717/31925/27480 22774/31941/27492</w:t>
        <w:br/>
        <w:t>f 22774/31941/27492 22719/31927/27482 22721/31929/27484</w:t>
        <w:br/>
        <w:t>f 22775/31942/27493 22774/31941/27492 22721/31929/27484</w:t>
        <w:br/>
        <w:t>f 22726/31930/27484 22723/31933/27486 22776/31943/27494</w:t>
        <w:br/>
        <w:t>f 22777/31944/27493 22726/31930/27484 22776/31943/27494</w:t>
        <w:br/>
        <w:t>f 22776/31943/27494 22723/31933/27486 22727/31935/27487</w:t>
        <w:br/>
        <w:t>f 22778/31945/27495 22776/31943/27494 22727/31935/27487</w:t>
        <w:br/>
        <w:t>f 22727/31935/27487 22729/31937/27488 22779/31946/27496</w:t>
        <w:br/>
        <w:t>f 22778/31945/27495 22727/31935/27487 22779/31946/27496</w:t>
        <w:br/>
        <w:t>f 22779/31946/27496 22729/31937/27488 22716/31920/27478</w:t>
        <w:br/>
        <w:t>f 22772/31939/27490 22779/31946/27496 22716/31920/27478</w:t>
        <w:br/>
        <w:t>f 22782/31947/27497 22781/31948/27498 22780/31949/20872</w:t>
        <w:br/>
        <w:t>f 22783/31950/20870 22782/31947/27497 22780/31949/20872</w:t>
        <w:br/>
        <w:t>f 22785/31951/27499 22784/31952/27500 22782/31947/27497</w:t>
        <w:br/>
        <w:t>f 22783/31950/20870 22785/31951/27499 22782/31947/27497</w:t>
        <w:br/>
        <w:t>f 22786/31953/27501 22784/31952/27500 22785/31951/27499</w:t>
        <w:br/>
        <w:t>f 22787/31954/20867 22786/31953/27501 22785/31951/27499</w:t>
        <w:br/>
        <w:t>f 22788/31955/27502 22786/31953/27501 22787/31954/20867</w:t>
        <w:br/>
        <w:t>f 22789/31956/20866 22788/31955/27502 22787/31954/20867</w:t>
        <w:br/>
        <w:t>f 22788/31955/27502 22789/31956/20866 22790/31957/20878</w:t>
        <w:br/>
        <w:t>f 22791/31958/27503 22788/31955/27502 22790/31957/20878</w:t>
        <w:br/>
        <w:t>f 22793/31959/20877 22792/31960/27504 22791/31958/27503</w:t>
        <w:br/>
        <w:t>f 22790/31957/20878 22793/31959/20877 22791/31958/27503</w:t>
        <w:br/>
        <w:t>f 22795/31961/20875 22794/31962/27505 22792/31960/27504</w:t>
        <w:br/>
        <w:t>f 22793/31959/20877 22795/31961/20875 22792/31960/27504</w:t>
        <w:br/>
        <w:t>f 22797/31963/20872 22796/31964/27498 22794/31962/27505</w:t>
        <w:br/>
        <w:t>f 22795/31961/20875 22797/31963/20872 22794/31962/27505</w:t>
        <w:br/>
        <w:t>f 22781/31948/27498 22782/31947/27497 22774/31941/27492</w:t>
        <w:br/>
        <w:t>f 22775/31942/27493 22781/31948/27498 22774/31941/27492</w:t>
        <w:br/>
        <w:t>f 22774/31941/27492 22782/31947/27497 22784/31952/27500</w:t>
        <w:br/>
        <w:t>f 22773/31940/27491 22774/31941/27492 22784/31952/27500</w:t>
        <w:br/>
        <w:t>f 22784/31952/27500 22786/31953/27501 22771/31938/27489</w:t>
        <w:br/>
        <w:t>f 22773/31940/27491 22784/31952/27500 22771/31938/27489</w:t>
        <w:br/>
        <w:t>f 22771/31938/27489 22786/31953/27501 22788/31955/27502</w:t>
        <w:br/>
        <w:t>f 22772/31939/27490 22771/31938/27489 22788/31955/27502</w:t>
        <w:br/>
        <w:t>f 22788/31955/27502 22791/31958/27503 22779/31946/27496</w:t>
        <w:br/>
        <w:t>f 22772/31939/27490 22788/31955/27502 22779/31946/27496</w:t>
        <w:br/>
        <w:t>f 22779/31946/27496 22791/31958/27503 22792/31960/27504</w:t>
        <w:br/>
        <w:t>f 22778/31945/27495 22779/31946/27496 22792/31960/27504</w:t>
        <w:br/>
        <w:t>f 22792/31960/27504 22794/31962/27505 22776/31943/27494</w:t>
        <w:br/>
        <w:t>f 22778/31945/27495 22792/31960/27504 22776/31943/27494</w:t>
        <w:br/>
        <w:t>f 22776/31943/27494 22794/31962/27505 22796/31964/27498</w:t>
        <w:br/>
        <w:t>f 22777/31944/27493 22776/31943/27494 22796/31964/27498</w:t>
        <w:br/>
        <w:t>f 27685/31965/27506 27684/31966/27507 27683/31967/22587</w:t>
        <w:br/>
        <w:t>f 27682/31968/22584 27685/31965/27506 27683/31967/22587</w:t>
        <w:br/>
        <w:t>f 27684/31966/27507 27687/31969/27508 27686/31970/22589</w:t>
        <w:br/>
        <w:t>f 27683/31967/22587 27684/31966/27507 27686/31970/22589</w:t>
        <w:br/>
        <w:t>f 27689/31971/27509 27688/31972/27510 27686/31970/22589</w:t>
        <w:br/>
        <w:t>f 27687/31969/27508 27689/31971/27509 27686/31970/22589</w:t>
        <w:br/>
        <w:t>f 27691/31973/27511 27690/31974/27512 27688/31972/27510</w:t>
        <w:br/>
        <w:t>f 27689/31971/27509 27691/31973/27511 27688/31972/27510</w:t>
        <w:br/>
        <w:t>f 27695/31975/27511 27694/31976/27513 27693/31977/22595</w:t>
        <w:br/>
        <w:t>f 27692/31978/27514 27695/31975/27511 27693/31977/22595</w:t>
        <w:br/>
        <w:t>f 27694/31976/27513 27697/31979/27515 27696/31980/22597</w:t>
        <w:br/>
        <w:t>f 27693/31977/22595 27694/31976/27513 27696/31980/22597</w:t>
        <w:br/>
        <w:t>f 27699/31981/27516 27698/31982/22583 27696/31980/22597</w:t>
        <w:br/>
        <w:t>f 27697/31979/27515 27699/31981/27516 27696/31980/22597</w:t>
        <w:br/>
        <w:t>f 27685/31965/27506 27682/31968/22584 27698/31982/22583</w:t>
        <w:br/>
        <w:t>f 27699/31981/27516 27685/31965/27506 27698/31982/22583</w:t>
        <w:br/>
        <w:t>f 27740/31983/27517 27684/31966/27507 27685/31965/27506</w:t>
        <w:br/>
        <w:t>f 27741/31984/27518 27740/31983/27517 27685/31965/27506</w:t>
        <w:br/>
        <w:t>f 27740/31983/27517 27742/31985/27519 27687/31969/27508</w:t>
        <w:br/>
        <w:t>f 27684/31966/27507 27740/31983/27517 27687/31969/27508</w:t>
        <w:br/>
        <w:t>f 27743/31986/27520 27689/31971/27509 27687/31969/27508</w:t>
        <w:br/>
        <w:t>f 27742/31985/27519 27743/31986/27520 27687/31969/27508</w:t>
        <w:br/>
        <w:t>f 27743/31986/27520 27744/31987/27493 27691/31973/27511</w:t>
        <w:br/>
        <w:t>f 27689/31971/27509 27743/31986/27520 27691/31973/27511</w:t>
        <w:br/>
        <w:t>f 27745/31988/27521 27694/31976/27513 27695/31975/27511</w:t>
        <w:br/>
        <w:t>f 27746/31989/27493 27745/31988/27521 27695/31975/27511</w:t>
        <w:br/>
        <w:t>f 27745/31988/27521 27747/31990/27522 27697/31979/27515</w:t>
        <w:br/>
        <w:t>f 27694/31976/27513 27745/31988/27521 27697/31979/27515</w:t>
        <w:br/>
        <w:t>f 27748/31991/27523 27699/31981/27516 27697/31979/27515</w:t>
        <w:br/>
        <w:t>f 27747/31990/27522 27748/31991/27523 27697/31979/27515</w:t>
        <w:br/>
        <w:t>f 27748/31991/27523 27741/31984/27518 27685/31965/27506</w:t>
        <w:br/>
        <w:t>f 27699/31981/27516 27748/31991/27523 27685/31965/27506</w:t>
        <w:br/>
        <w:t>f 27751/31992/22574 27750/31993/27524 27749/31994/27525</w:t>
        <w:br/>
        <w:t>f 27752/31995/22572 27751/31992/22574 27749/31994/27525</w:t>
        <w:br/>
        <w:t>f 27754/31996/27526 27752/31995/22572 27749/31994/27525</w:t>
        <w:br/>
        <w:t>f 27753/31997/27527 27754/31996/27526 27749/31994/27525</w:t>
        <w:br/>
        <w:t>f 27754/31996/27526 27753/31997/27527 27755/31998/27528</w:t>
        <w:br/>
        <w:t>f 27756/31999/22569 27754/31996/27526 27755/31998/27528</w:t>
        <w:br/>
        <w:t>f 27756/31999/22569 27755/31998/27528 27757/32000/27529</w:t>
        <w:br/>
        <w:t>f 27758/32001/22566 27756/31999/22569 27757/32000/27529</w:t>
        <w:br/>
        <w:t>f 27759/32002/22581 27758/32001/22566 27757/32000/27529</w:t>
        <w:br/>
        <w:t>f 27760/32003/27530 27759/32002/22581 27757/32000/27529</w:t>
        <w:br/>
        <w:t>f 27762/32004/22580 27759/32002/22581 27760/32003/27530</w:t>
        <w:br/>
        <w:t>f 27761/32005/27531 27762/32004/22580 27760/32003/27530</w:t>
        <w:br/>
        <w:t>f 27764/32006/22578 27762/32004/22580 27761/32005/27531</w:t>
        <w:br/>
        <w:t>f 27763/32007/27532 27764/32006/22578 27761/32005/27531</w:t>
        <w:br/>
        <w:t>f 27766/32008/22574 27764/32006/22578 27763/32007/27532</w:t>
        <w:br/>
        <w:t>f 27765/32009/27533 27766/32008/22574 27763/32007/27532</w:t>
        <w:br/>
        <w:t>f 27743/31986/27520 27749/31994/27525 27750/31993/27524</w:t>
        <w:br/>
        <w:t>f 27744/31987/27493 27743/31986/27520 27750/31993/27524</w:t>
        <w:br/>
        <w:t>f 27743/31986/27520 27742/31985/27519 27753/31997/27527</w:t>
        <w:br/>
        <w:t>f 27749/31994/27525 27743/31986/27520 27753/31997/27527</w:t>
        <w:br/>
        <w:t>f 27740/31983/27517 27755/31998/27528 27753/31997/27527</w:t>
        <w:br/>
        <w:t>f 27742/31985/27519 27740/31983/27517 27753/31997/27527</w:t>
        <w:br/>
        <w:t>f 27740/31983/27517 27741/31984/27518 27757/32000/27529</w:t>
        <w:br/>
        <w:t>f 27755/31998/27528 27740/31983/27517 27757/32000/27529</w:t>
        <w:br/>
        <w:t>f 27748/31991/27523 27760/32003/27530 27757/32000/27529</w:t>
        <w:br/>
        <w:t>f 27741/31984/27518 27748/31991/27523 27757/32000/27529</w:t>
        <w:br/>
        <w:t>f 27748/31991/27523 27747/31990/27522 27761/32005/27531</w:t>
        <w:br/>
        <w:t>f 27760/32003/27530 27748/31991/27523 27761/32005/27531</w:t>
        <w:br/>
        <w:t>f 27745/31988/27521 27763/32007/27532 27761/32005/27531</w:t>
        <w:br/>
        <w:t>f 27747/31990/27522 27745/31988/27521 27761/32005/27531</w:t>
        <w:br/>
        <w:t>f 27745/31988/27521 27746/31989/27493 27765/32009/27533</w:t>
        <w:br/>
        <w:t>f 27763/32007/27532 27745/31988/27521 27765/32009/27533</w:t>
        <w:br/>
        <w:t>f 5439/32010/27534 5438/32011/27535 5437/28493/24512</w:t>
        <w:br/>
        <w:t>f 5440/32012/27536 5439/32010/27534 5437/28493/24512</w:t>
        <w:br/>
        <w:t>f 5443/32013/27537 5442/32014/27538 5441/32015/27539</w:t>
        <w:br/>
        <w:t>f 5444/32016/27540 5443/32013/27537 5441/32015/27539</w:t>
        <w:br/>
        <w:t>f 5440/32012/27536 5437/28493/24512 5442/32014/27538</w:t>
        <w:br/>
        <w:t>f 5443/32013/27537 5440/32012/27536 5442/32014/27538</w:t>
        <w:br/>
        <w:t>f 5446/32017/27541 5445/32018/27542 5438/32011/27535</w:t>
        <w:br/>
        <w:t>f 5439/32010/27534 5446/32017/27541 5438/32011/27535</w:t>
        <w:br/>
        <w:t>f 5449/32019/27543 5448/32020/24475 5447/32021/24517</w:t>
        <w:br/>
        <w:t>f 5453/32022/27544 5452/32023/24460 5451/32024/24496</w:t>
        <w:br/>
        <w:t>f 5450/32025/27545 5453/32022/27544 5451/32024/24496</w:t>
        <w:br/>
        <w:t>f 5446/32017/27541 5455/32026/27546 5454/28488/24507</w:t>
        <w:br/>
        <w:t>f 5445/32018/27542 5446/32017/27541 5454/28488/24507</w:t>
        <w:br/>
        <w:t>f 5450/32025/27545 5451/32024/24496 5448/32020/24475</w:t>
        <w:br/>
        <w:t>f 5456/32027/27547 5450/32025/27545 5448/32020/24475</w:t>
        <w:br/>
        <w:t>f 5458/32028/24518 5457/32029/27548 5449/32019/27543</w:t>
        <w:br/>
        <w:t>f 5447/32021/24517 5458/32028/24518 5449/32019/27543</w:t>
        <w:br/>
        <w:t>f 5459/28486/24505 5454/28488/24507 5455/32026/27546</w:t>
        <w:br/>
        <w:t>f 5460/32030/27549 5459/28486/24505 5455/32026/27546</w:t>
        <w:br/>
        <w:t>f 5461/28489/24508 5459/28486/24505 5460/32030/27549</w:t>
        <w:br/>
        <w:t>f 5462/32031/27550 5461/28489/24508 5460/32030/27549</w:t>
        <w:br/>
        <w:t>f 5463/32032/27551 5461/28489/24508 5462/32031/27550</w:t>
        <w:br/>
        <w:t>f 5464/32033/27552 5463/32032/27551 5462/32031/27550</w:t>
        <w:br/>
        <w:t>f 5446/32017/27541 5439/32010/27534 5457/32029/27548</w:t>
        <w:br/>
        <w:t>f 5467/32034/27553 5466/32035/27554 5465/32036/24515</w:t>
        <w:br/>
        <w:t>f 5468/32037/24514 5467/32034/27553 5465/32036/24515</w:t>
        <w:br/>
        <w:t>f 5460/32030/27555 5470/32038/27556 5469/32039/27557</w:t>
        <w:br/>
        <w:t>f 5465/32036/27558 5460/32030/27555 5469/32039/27557</w:t>
        <w:br/>
        <w:t>f 5455/32026/27546 5457/32029/27548 5469/32039/27557</w:t>
        <w:br/>
        <w:t>f 5458/32028/24518 5471/32040/24516 5469/32039/27557</w:t>
        <w:br/>
        <w:t>f 5457/32029/27548 5458/32028/24518 5469/32039/27557</w:t>
        <w:br/>
        <w:t>f 5475/32041/27559 5474/32042/27560 5473/32043/27561</w:t>
        <w:br/>
        <w:t>f 5472/32044/27562 5475/32041/27559 5473/32043/27561</w:t>
        <w:br/>
        <w:t>f 5478/32045/24494 5477/32046/24491 5476/32047/27563</w:t>
        <w:br/>
        <w:t>f 5481/32048/24453 5480/32049/27564 5479/32050/24454</w:t>
        <w:br/>
        <w:t>f 5484/32051/27565 5483/32052/27566 5482/32053/27567</w:t>
        <w:br/>
        <w:t>f 5486/32054/27568 5485/32055/27569 5444/32016/27540</w:t>
        <w:br/>
        <w:t>f 5489/32056/27570 5488/32057/27571 5487/32058/27572</w:t>
        <w:br/>
        <w:t>f 5492/32059/27573 5491/32060/24434 5490/32061/27574</w:t>
        <w:br/>
        <w:t>f 5495/32062/27575 5494/32063/24473 5493/32064/27576</w:t>
        <w:br/>
        <w:t>f 5497/32065/27577 5495/32062/27575 5496/32066/27578</w:t>
        <w:br/>
        <w:t>f 5499/32067/27579 5498/32068/27580 5472/32044/27562</w:t>
        <w:br/>
        <w:t>f 5472/32044/27562 5500/32069/27581 5499/32067/27579</w:t>
        <w:br/>
        <w:t>f 5501/32070/27582 5472/32044/27562 5473/32043/27561</w:t>
        <w:br/>
        <w:t>f 5502/32071/27583 5501/32070/27582 5473/32043/27561</w:t>
        <w:br/>
        <w:t>f 5505/32072/27584 5504/32073/27585 5503/32074/27586</w:t>
        <w:br/>
        <w:t>f 5509/32075/27587 5508/32076/27588 5507/32077/27589</w:t>
        <w:br/>
        <w:t>f 5506/32078/27590 5509/32075/27587 5507/32077/27589</w:t>
        <w:br/>
        <w:t>f 5507/32077/27589 5504/32073/27585 5505/32072/27584</w:t>
        <w:br/>
        <w:t>f 5506/32078/27590 5507/32077/27589 5505/32072/27584</w:t>
        <w:br/>
        <w:t>f 5512/32079/27591 5511/32080/27592 5510/32081/27593</w:t>
        <w:br/>
        <w:t>f 5513/32082/27594 5512/32079/27591 5510/32081/27593</w:t>
        <w:br/>
        <w:t>f 5516/32083/27595 5515/32084/27596 5514/32085/27597</w:t>
        <w:br/>
        <w:t>f 5517/32086/27598 5516/32083/27595 5514/32085/27597</w:t>
        <w:br/>
        <w:t>f 5520/32087/27599 5519/32088/27600 5518/32089/27601</w:t>
        <w:br/>
        <w:t>f 5521/32090/27602 5520/32087/27599 5518/32089/27601</w:t>
        <w:br/>
        <w:t>f 5523/32091/27603 5522/32092/27604 5496/32066/27578</w:t>
        <w:br/>
        <w:t>f 5495/32062/27575 5523/32091/27603 5496/32066/27578</w:t>
        <w:br/>
        <w:t>f 5526/32093/27605 5525/32094/27606 5524/32095/27607</w:t>
        <w:br/>
        <w:t>f 5527/32096/27608 5526/32093/27605 5524/32095/27607</w:t>
        <w:br/>
        <w:t>f 5530/32097/27609 5529/32098/27610 5528/32099/27611</w:t>
        <w:br/>
        <w:t>f 5533/32100/27612 5532/32101/27613 5531/32102/27614</w:t>
        <w:br/>
        <w:t>f 5535/32103/27615 5489/32056/27570 5534/32104/27616</w:t>
        <w:br/>
        <w:t>f 5536/32105/27617 5535/32103/27615 5534/32104/27616</w:t>
        <w:br/>
        <w:t>f 5539/32106/27618 5538/32107/27619 5537/32108/27620</w:t>
        <w:br/>
        <w:t>f 5541/32109/27621 5540/32110/27622 5496/32066/27578</w:t>
        <w:br/>
        <w:t>f 5523/32091/27603 5495/32062/27575 5493/32064/27576</w:t>
        <w:br/>
        <w:t>f 5542/32111/27623 5483/32052/27566 5485/32055/27569</w:t>
        <w:br/>
        <w:t>f 5486/32054/27568 5542/32111/27623 5485/32055/27569</w:t>
        <w:br/>
        <w:t>f 5485/32055/27569 5483/32052/27566 5544/32112/27624</w:t>
        <w:br/>
        <w:t>f 5543/32113/27625 5485/32055/27569 5544/32112/27624</w:t>
        <w:br/>
        <w:t>f 5543/32113/27625 5544/32112/27624 5546/32114/27626</w:t>
        <w:br/>
        <w:t>f 5545/32115/27627 5543/32113/27625 5546/32114/27626</w:t>
        <w:br/>
        <w:t>f 5539/32106/27618 5548/32116/27628 5547/32117/24513</w:t>
        <w:br/>
        <w:t>f 5550/32118/27629 5518/32089/27601 5519/32088/27600</w:t>
        <w:br/>
        <w:t>f 5549/32119/27630 5550/32118/27629 5519/32088/27600</w:t>
        <w:br/>
        <w:t>f 5551/32120/27631 5476/32047/27563 5549/32119/27630</w:t>
        <w:br/>
        <w:t>f 5519/32088/27600 5551/32120/27631 5549/32119/27630</w:t>
        <w:br/>
        <w:t>f 5498/32068/27580 5553/32121/24450 5552/32122/24452</w:t>
        <w:br/>
        <w:t>f 5556/32123/27632 5555/32124/27633 5554/32125/27634</w:t>
        <w:br/>
        <w:t>f 5557/32126/27635 5556/32123/27632 5554/32125/27634</w:t>
        <w:br/>
        <w:t>f 5497/32065/27577 5540/32110/27622 5558/32127/27636</w:t>
        <w:br/>
        <w:t>f 5559/32128/27637 5497/32065/27577 5558/32127/27636</w:t>
        <w:br/>
        <w:t>f 5489/32056/27570 5560/32129/27638 5452/32023/24460</w:t>
        <w:br/>
        <w:t>f 5532/32101/27613 5533/32100/27612 5536/32105/27617</w:t>
        <w:br/>
        <w:t>f 5535/32103/27615 5536/32105/27617 5533/32100/27612</w:t>
        <w:br/>
        <w:t>f 5535/32103/27615 5562/32130/27639 5561/32131/27640</w:t>
        <w:br/>
        <w:t>f 5535/32103/27615 5561/32131/27640 5563/32132/27641</w:t>
        <w:br/>
        <w:t>f 5523/32091/27603 5565/32133/27642 5564/32134/24463</w:t>
        <w:br/>
        <w:t>f 5523/32091/27603 5492/32059/27573 5562/32130/27639</w:t>
        <w:br/>
        <w:t>f 5522/32092/27604 5523/32091/27603 5562/32130/27639</w:t>
        <w:br/>
        <w:t>f 5533/32100/27612 5531/32102/27614 5522/32092/27604</w:t>
        <w:br/>
        <w:t>f 5562/32130/27639 5533/32100/27612 5522/32092/27604</w:t>
        <w:br/>
        <w:t>f 5492/32059/27573 5523/32091/27603 5564/32134/24463</w:t>
        <w:br/>
        <w:t>f 5506/32078/27590 5505/32072/27584 5531/32102/27614</w:t>
        <w:br/>
        <w:t>f 5496/32066/27578 5522/32092/27604 5531/32102/27614</w:t>
        <w:br/>
        <w:t>f 5568/32135/27643 5567/32136/27644 5566/32137/24441</w:t>
        <w:br/>
        <w:t>f 5569/32138/27645 5490/32061/27574 5491/32060/24434</w:t>
        <w:br/>
        <w:t>f 5570/32139/24436 5569/32138/27645 5491/32060/24434</w:t>
        <w:br/>
        <w:t>f 5580/32140/24468 5579/32141/24467 5578/32142/27646</w:t>
        <w:br/>
        <w:t>f 5549/32119/27630 5499/32067/27579 5581/32143/27647</w:t>
        <w:br/>
        <w:t>f 5550/32118/27629 5549/32119/27630 5581/32143/27647</w:t>
        <w:br/>
        <w:t>f 5499/32067/27579 5549/32119/27630 5476/32047/27563</w:t>
        <w:br/>
        <w:t>f 5498/32068/27580 5499/32067/27579 5476/32047/27563</w:t>
        <w:br/>
        <w:t>f 5498/32068/27580 5476/32047/27563 5553/32121/24450</w:t>
        <w:br/>
        <w:t>f 5499/32067/27579 5500/32069/27581 5512/32079/27591</w:t>
        <w:br/>
        <w:t>f 5581/32143/27647 5499/32067/27579 5512/32079/27591</w:t>
        <w:br/>
        <w:t>f 5584/32144/24492 5583/32145/27648 5582/32146/24493</w:t>
        <w:br/>
        <w:t>f 5591/32147/27649 5590/32148/27650 5589/32149/27651</w:t>
        <w:br/>
        <w:t>f 5588/32150/27652 5591/32147/27649 5589/32149/27651</w:t>
        <w:br/>
        <w:t>f 5595/32151/27653 5594/32152/27654 5593/32153/27655</w:t>
        <w:br/>
        <w:t>f 5592/32154/27656 5595/32151/27653 5593/32153/27655</w:t>
        <w:br/>
        <w:t>f 5599/32155/27657 5598/28438/24457 5597/32156/27658</w:t>
        <w:br/>
        <w:t>f 5596/32157/27659 5599/32155/27657 5597/32156/27658</w:t>
        <w:br/>
        <w:t>f 5599/32155/27657 5453/32022/27544 5600/28439/24458</w:t>
        <w:br/>
        <w:t>f 5598/28438/24457 5599/32155/27657 5600/28439/24458</w:t>
        <w:br/>
        <w:t>f 5535/32103/27615 5563/32132/27641 5488/32057/27571</w:t>
        <w:br/>
        <w:t>f 5480/32049/27564 5481/32048/24453 5583/32145/27648</w:t>
        <w:br/>
        <w:t>f 5551/32120/27631 5480/32049/27564 5583/32145/27648</w:t>
        <w:br/>
        <w:t>f 5479/32050/24454 5539/32106/27618 5601/32158/24495</w:t>
        <w:br/>
        <w:t>f 5596/32157/27659 5597/32156/27658 5594/32152/27654</w:t>
        <w:br/>
        <w:t>f 5595/32151/27653 5596/32157/27659 5594/32152/27654</w:t>
        <w:br/>
        <w:t>f 5544/32112/27624 5530/32097/27609 5602/32159/27660</w:t>
        <w:br/>
        <w:t>f 5546/32114/27626 5544/32112/27624 5602/32159/27660</w:t>
        <w:br/>
        <w:t>f 5483/32052/27566 5537/32108/27620 5530/32097/27609</w:t>
        <w:br/>
        <w:t>f 5544/32112/27624 5483/32052/27566 5530/32097/27609</w:t>
        <w:br/>
        <w:t>f 5484/32051/27565 5603/32160/27661 5537/32108/27620</w:t>
        <w:br/>
        <w:t>f 5483/32052/27566 5484/32051/27565 5537/32108/27620</w:t>
        <w:br/>
        <w:t>f 5593/32153/27655 5590/32148/27650 5591/32147/27649</w:t>
        <w:br/>
        <w:t>f 5592/32154/27656 5593/32153/27655 5591/32147/27649</w:t>
        <w:br/>
        <w:t>f 5485/32055/27569 5489/32056/27570 5444/32016/27540</w:t>
        <w:br/>
        <w:t>f 5489/32056/27570 5485/32055/27569 5543/32113/27625</w:t>
        <w:br/>
        <w:t>f 5534/32104/27616 5489/32056/27570 5543/32113/27625</w:t>
        <w:br/>
        <w:t>f 5489/32056/27570 5487/32058/27572 5560/32129/27638</w:t>
        <w:br/>
        <w:t>f 5489/32056/27570 5535/32103/27615 5488/32057/27571</w:t>
        <w:br/>
        <w:t>f 5472/32044/27562 5498/32068/27580 5475/32041/27559</w:t>
        <w:br/>
        <w:t>f 5537/32108/27620 5603/32160/27661 5464/32033/27662</w:t>
        <w:br/>
        <w:t>f 5514/32085/27597 5605/32161/27663 5604/32162/27664</w:t>
        <w:br/>
        <w:t>f 5517/32086/27598 5514/32085/27597 5604/32162/27664</w:t>
        <w:br/>
        <w:t>f 5606/32163/27665 5604/32162/27664 5605/32161/27663</w:t>
        <w:br/>
        <w:t>f 5567/32136/27644 5568/32135/27643 5608/32164/27666</w:t>
        <w:br/>
        <w:t>f 5607/32165/24423 5567/32136/27644 5608/32164/27666</w:t>
        <w:br/>
        <w:t>f 5607/32165/24423 5608/32164/27666 5610/32166/27667</w:t>
        <w:br/>
        <w:t>f 5609/32167/24424 5607/32165/24423 5610/32166/27667</w:t>
        <w:br/>
        <w:t>f 5610/32166/27667 5613/32168/27668 5612/32169/27669</w:t>
        <w:br/>
        <w:t>f 5611/32170/24425 5610/32166/27667 5612/32169/27669</w:t>
        <w:br/>
        <w:t>f 5611/32170/24425 5609/32167/24424 5610/32166/27667</w:t>
        <w:br/>
        <w:t>f 5614/32171/27670 5612/32169/27669 5546/32114/27626</w:t>
        <w:br/>
        <w:t>f 5602/32159/27660 5614/32171/27670 5546/32114/27626</w:t>
        <w:br/>
        <w:t>f 5615/32172/27671 5611/32170/24425 5612/32169/27669</w:t>
        <w:br/>
        <w:t>f 5614/32171/27670 5615/32172/27671 5612/32169/27669</w:t>
        <w:br/>
        <w:t>f 5617/32173/27672 5616/32174/27673 5614/32171/27670</w:t>
        <w:br/>
        <w:t>f 5618/32175/24430 5615/32172/27671 5614/32171/27670</w:t>
        <w:br/>
        <w:t>f 5616/32174/27673 5618/32175/24430 5614/32171/27670</w:t>
        <w:br/>
        <w:t>f 5620/32176/24431 5618/32175/24430 5619/32177/27674</w:t>
        <w:br/>
        <w:t>f 5516/32083/27595 5623/32178/27675 5622/32179/27676</w:t>
        <w:br/>
        <w:t>f 5621/32180/27677 5516/32083/27595 5622/32179/27676</w:t>
        <w:br/>
        <w:t>f 5502/32071/27583 5473/32043/27561 5624/32181/27633</w:t>
        <w:br/>
        <w:t>f 5625/32182/27632 5502/32071/27583 5624/32181/27633</w:t>
        <w:br/>
        <w:t>f 5627/32183/27637 5626/32184/27636 5473/32043/27561</w:t>
        <w:br/>
        <w:t>f 5474/32042/27560 5627/32183/27637 5473/32043/27561</w:t>
        <w:br/>
        <w:t>f 5578/32142/27646 5579/32141/24467 5628/32185/27678</w:t>
        <w:br/>
        <w:t>f 5629/32186/27679 5578/32142/27646 5628/32185/27678</w:t>
        <w:br/>
        <w:t>f 5564/32134/24463 5633/32187/24435 5492/32059/27573</w:t>
        <w:br/>
        <w:t>f 5492/32059/27573 5633/32187/24435 5491/32060/24434</w:t>
        <w:br/>
        <w:t>f 5483/32052/27566 5542/32111/27623 5482/32053/27567</w:t>
        <w:br/>
        <w:t>f 5604/32162/27664 5606/32163/27665 5524/32095/27607</w:t>
        <w:br/>
        <w:t>f 5634/32188/27680 5604/32162/27664 5524/32095/27607</w:t>
        <w:br/>
        <w:t>f 5619/32177/27674 5616/32174/27673 5617/32173/27672</w:t>
        <w:br/>
        <w:t>f 5527/32096/27608 5619/32177/27674 5617/32173/27672</w:t>
        <w:br/>
        <w:t>f 5476/32047/27563 5477/32046/24491 5553/32121/24450</w:t>
        <w:br/>
        <w:t>f 5517/32086/27598 5604/32162/27664 5634/32188/27680</w:t>
        <w:br/>
        <w:t>f 5635/32189/27681 5517/32086/27598 5634/32188/27680</w:t>
        <w:br/>
        <w:t>f 5637/32190/27682 5636/32191/27683 5550/32118/27629</w:t>
        <w:br/>
        <w:t>f 5581/32143/27647 5637/32190/27682 5550/32118/27629</w:t>
        <w:br/>
        <w:t>f 5525/32094/27606 5636/32191/27683 5634/32188/27680</w:t>
        <w:br/>
        <w:t>f 5524/32095/27607 5525/32094/27606 5634/32188/27680</w:t>
        <w:br/>
        <w:t>f 5639/32192/24442 5638/32193/27684 5508/32076/27588</w:t>
        <w:br/>
        <w:t>f 5509/32075/27587 5639/32192/24442 5508/32076/27588</w:t>
        <w:br/>
        <w:t>f 5641/32194/27685 5568/32135/27643 5640/32195/27686</w:t>
        <w:br/>
        <w:t>f 5513/32082/27594 5510/32081/27593 5622/32179/27676</w:t>
        <w:br/>
        <w:t>f 5623/32178/27675 5513/32082/27594 5622/32179/27676</w:t>
        <w:br/>
        <w:t>f 5635/32189/27681 5634/32188/27680 5636/32191/27683</w:t>
        <w:br/>
        <w:t>f 5637/32190/27682 5635/32189/27681 5636/32191/27683</w:t>
        <w:br/>
        <w:t>f 5494/32063/24473 5495/32062/27575 5497/32065/27577</w:t>
        <w:br/>
        <w:t>f 5559/32128/27637 5646/32196/27687 5497/32065/27577</w:t>
        <w:br/>
        <w:t>f 5578/32142/27646 5629/32186/27679 5647/32197/27687</w:t>
        <w:br/>
        <w:t>f 5474/32042/27560 5475/32041/27559 5580/32140/24468</w:t>
        <w:br/>
        <w:t>f 5578/32142/27646 5474/32042/27560 5580/32140/24468</w:t>
        <w:br/>
        <w:t>f 5552/32122/24452 5580/32140/24468 5475/32041/27559</w:t>
        <w:br/>
        <w:t>f 5498/32068/27580 5552/32122/24452 5475/32041/27559</w:t>
        <w:br/>
        <w:t>f 5646/32196/27687 5577/32198/27688 5648/32199/27689</w:t>
        <w:br/>
        <w:t>f 5646/32196/27687 5648/32199/27689 5497/32065/27577</w:t>
        <w:br/>
        <w:t>f 5474/32042/27560 5647/32197/27687 5627/32183/27637</w:t>
        <w:br/>
        <w:t>f 5474/32042/27560 5578/32142/27646 5647/32197/27687</w:t>
        <w:br/>
        <w:t>f 5494/32063/24473 5497/32065/27577 5648/32199/27689</w:t>
        <w:br/>
        <w:t>f 5649/32200/27690 5608/32164/27666 5568/32135/27643</w:t>
        <w:br/>
        <w:t>f 5641/32194/27685 5649/32200/27690 5568/32135/27643</w:t>
        <w:br/>
        <w:t>f 5640/32195/27686 5568/32135/27643 5566/32137/24441</w:t>
        <w:br/>
        <w:t>f 5566/32137/24441 5639/32192/24442 5509/32075/27587</w:t>
        <w:br/>
        <w:t>f 5640/32195/27686 5566/32137/24441 5509/32075/27587</w:t>
        <w:br/>
        <w:t>f 5554/32125/27634 5505/32072/27584 5503/32074/27586</w:t>
        <w:br/>
        <w:t>f 5523/32091/27603 5493/32064/27576 5565/32133/27642</w:t>
        <w:br/>
        <w:t>f 5636/32191/27683 5525/32094/27606 5518/32089/27601</w:t>
        <w:br/>
        <w:t>f 5550/32118/27629 5636/32191/27683 5518/32089/27601</w:t>
        <w:br/>
        <w:t>f 5551/32120/27631 5583/32145/27648 5584/32144/24492</w:t>
        <w:br/>
        <w:t>f 5584/32144/24492 5478/32045/24494 5476/32047/27563</w:t>
        <w:br/>
        <w:t>f 5551/32120/27631 5584/32144/24492 5476/32047/27563</w:t>
        <w:br/>
        <w:t>f 5532/32101/27613 5640/32195/27686 5506/32078/27590</w:t>
        <w:br/>
        <w:t>f 5641/32194/27685 5640/32195/27686 5532/32101/27613</w:t>
        <w:br/>
        <w:t>f 5536/32105/27617 5534/32104/27616 5650/32201/27691</w:t>
        <w:br/>
        <w:t>f 5641/32194/27685 5536/32105/27617 5650/32201/27691</w:t>
        <w:br/>
        <w:t>f 5534/32104/27616 5543/32113/27625 5545/32115/27627</w:t>
        <w:br/>
        <w:t>f 5650/32201/27691 5534/32104/27616 5545/32115/27627</w:t>
        <w:br/>
        <w:t>f 5535/32103/27615 5533/32100/27612 5562/32130/27639</w:t>
        <w:br/>
        <w:t>f 5456/32027/27547 5448/32020/24475 5449/32019/27543</w:t>
        <w:br/>
        <w:t>f 5439/32010/27534 5456/32027/27547 5449/32019/27543</w:t>
        <w:br/>
        <w:t>f 5469/32039/27557 5471/32040/24516 5465/32036/27558</w:t>
        <w:br/>
        <w:t>f 5557/32126/27635 5554/32125/27634 5503/32074/27586</w:t>
        <w:br/>
        <w:t>f 5539/32106/27618 5537/32108/27620 5464/32033/27662</w:t>
        <w:br/>
        <w:t>f 5640/32195/27686 5509/32075/27587 5506/32078/27590</w:t>
        <w:br/>
        <w:t>f 5540/32110/27622 5497/32065/27577 5496/32066/27578</w:t>
        <w:br/>
        <w:t>f 5505/32072/27584 5496/32066/27578 5531/32102/27614</w:t>
        <w:br/>
        <w:t>f 5532/32101/27613 5506/32078/27590 5531/32102/27614</w:t>
        <w:br/>
        <w:t>f 5641/32194/27685 5532/32101/27613 5536/32105/27617</w:t>
        <w:br/>
        <w:t>f 5612/32169/27669 5613/32168/27668 5545/32115/27627</w:t>
        <w:br/>
        <w:t>f 5546/32114/27626 5612/32169/27669 5545/32115/27627</w:t>
        <w:br/>
        <w:t>f 5649/32200/27690 5650/32201/27691 5545/32115/27627</w:t>
        <w:br/>
        <w:t>f 5613/32168/27668 5649/32200/27690 5545/32115/27627</w:t>
        <w:br/>
        <w:t>f 5641/32194/27685 5650/32201/27691 5649/32200/27690</w:t>
        <w:br/>
        <w:t>f 5613/32168/27668 5610/32166/27667 5608/32164/27666</w:t>
        <w:br/>
        <w:t>f 5649/32200/27690 5613/32168/27668 5608/32164/27666</w:t>
        <w:br/>
        <w:t>f 5651/32202/24432 5620/32176/24431 5605/32161/27663</w:t>
        <w:br/>
        <w:t>f 5651/32202/24432 5605/32161/27663 5514/32085/27597</w:t>
        <w:br/>
        <w:t>f 5652/32203/27692 5651/32202/24432 5514/32085/27597</w:t>
        <w:br/>
        <w:t>f 5652/32203/27692 5514/32085/27597 5515/32084/27596</w:t>
        <w:br/>
        <w:t>f 5653/32204/24445 5652/32203/27692 5515/32084/27596</w:t>
        <w:br/>
        <w:t>f 5581/32143/27647 5512/32079/27591 5513/32082/27594</w:t>
        <w:br/>
        <w:t>f 5637/32190/27682 5581/32143/27647 5513/32082/27594</w:t>
        <w:br/>
        <w:t>f 5637/32190/27682 5513/32082/27594 5623/32178/27675</w:t>
        <w:br/>
        <w:t>f 5635/32189/27681 5637/32190/27682 5623/32178/27675</w:t>
        <w:br/>
        <w:t>f 5623/32178/27675 5516/32083/27595 5517/32086/27598</w:t>
        <w:br/>
        <w:t>f 5635/32189/27681 5623/32178/27675 5517/32086/27598</w:t>
        <w:br/>
        <w:t>f 5500/32069/27581 5654/32205/27693 5511/32080/27592</w:t>
        <w:br/>
        <w:t>f 5512/32079/27591 5500/32069/27581 5511/32080/27592</w:t>
        <w:br/>
        <w:t>f 5654/32205/27693 5500/32069/27581 5472/32044/27562</w:t>
        <w:br/>
        <w:t>f 5501/32070/27582 5654/32205/27693 5472/32044/27562</w:t>
        <w:br/>
        <w:t>f 5621/32180/27677 5515/32084/27596 5516/32083/27595</w:t>
        <w:br/>
        <w:t>f 5538/32107/27619 5520/32087/27599 5521/32090/27602</w:t>
        <w:br/>
        <w:t>f 5529/32098/27610 5538/32107/27619 5521/32090/27602</w:t>
        <w:br/>
        <w:t>f 5528/32099/27611 5526/32093/27605 5527/32096/27608</w:t>
        <w:br/>
        <w:t>f 5617/32173/27672 5528/32099/27611 5527/32096/27608</w:t>
        <w:br/>
        <w:t>f 5525/32094/27606 5526/32093/27605 5521/32090/27602</w:t>
        <w:br/>
        <w:t>f 5518/32089/27601 5525/32094/27606 5521/32090/27602</w:t>
        <w:br/>
        <w:t>f 5526/32093/27605 5528/32099/27611 5529/32098/27610</w:t>
        <w:br/>
        <w:t>f 5521/32090/27602 5526/32093/27605 5529/32098/27610</w:t>
        <w:br/>
        <w:t>f 5480/32049/27564 5551/32120/27631 5519/32088/27600</w:t>
        <w:br/>
        <w:t>f 5520/32087/27599 5480/32049/27564 5519/32088/27600</w:t>
        <w:br/>
        <w:t>f 5520/32087/27599 5538/32107/27619 5539/32106/27618</w:t>
        <w:br/>
        <w:t>f 5480/32049/27564 5520/32087/27599 5539/32106/27618</w:t>
        <w:br/>
        <w:t>f 5480/32049/27564 5539/32106/27618 5479/32050/24454</w:t>
        <w:br/>
        <w:t>f 5617/32173/27672 5602/32159/27660 5528/32099/27611</w:t>
        <w:br/>
        <w:t>f 5602/32159/27660 5530/32097/27609 5528/32099/27611</w:t>
        <w:br/>
        <w:t>f 5538/32107/27619 5529/32098/27610 5530/32097/27609</w:t>
        <w:br/>
        <w:t>f 5538/32107/27619 5530/32097/27609 5537/32108/27620</w:t>
        <w:br/>
        <w:t>f 5606/32163/27665 5619/32177/27674 5527/32096/27608</w:t>
        <w:br/>
        <w:t>f 5524/32095/27607 5606/32163/27665 5527/32096/27608</w:t>
        <w:br/>
        <w:t>f 5620/32176/24431 5619/32177/27674 5606/32163/27665</w:t>
        <w:br/>
        <w:t>f 5618/32175/24430 5616/32174/27673 5619/32177/27674</w:t>
        <w:br/>
        <w:t>f 5620/32176/24431 5606/32163/27665 5605/32161/27663</w:t>
        <w:br/>
        <w:t>f 5602/32159/27660 5617/32173/27672 5614/32171/27670</w:t>
        <w:br/>
        <w:t>f 5489/32056/27570 5452/32023/24460 5444/32016/27540</w:t>
        <w:br/>
        <w:t>f 5547/32117/24513 5601/32158/24495 5539/32106/27618</w:t>
        <w:br/>
        <w:t>f 5439/32010/27534 5449/32019/27543 5457/32029/27548</w:t>
        <w:br/>
        <w:t>f 5455/32026/27546 5446/32017/27541 5457/32029/27548</w:t>
        <w:br/>
        <w:t>f 5724/32206/27694 5569/32138/27645 5570/32139/24436</w:t>
        <w:br/>
        <w:t>f 5725/32207/27695 5724/32206/27694 5570/32139/24436</w:t>
        <w:br/>
        <w:t>f 5724/32206/27694 5725/32207/27695 5560/32129/27638</w:t>
        <w:br/>
        <w:t>f 5464/32033/27552 5467/32034/27553 5468/32037/24514</w:t>
        <w:br/>
        <w:t>f 5547/32117/27696 5464/32033/27552 5468/32037/24514</w:t>
        <w:br/>
        <w:t>f 5762/28612/24618 5761/32208/27697 5760/32209/27698</w:t>
        <w:br/>
        <w:t>f 5763/32210/27699 5762/28612/24618 5760/32209/27698</w:t>
        <w:br/>
        <w:t>f 5766/32211/27700 5765/32212/27701 5764/32213/27701</w:t>
        <w:br/>
        <w:t>f 5767/32214/27702 5766/32211/27700 5764/32213/27701</w:t>
        <w:br/>
        <w:t>f 5765/32212/27701 5762/28612/24618 5763/32210/27699</w:t>
        <w:br/>
        <w:t>f 5764/32213/27701 5765/32212/27701 5763/32210/27699</w:t>
        <w:br/>
        <w:t>f 5761/32208/27697 5769/32215/27703 5768/32216/27704</w:t>
        <w:br/>
        <w:t>f 5760/32209/27698 5761/32208/27697 5768/32216/27704</w:t>
        <w:br/>
        <w:t>f 5772/32217/27705 5771/32218/24623 5770/32219/24583</w:t>
        <w:br/>
        <w:t>f 5776/32220/27706 5775/32221/27707 5774/32222/24605</w:t>
        <w:br/>
        <w:t>f 5773/32223/24570 5776/32220/27706 5774/32222/24605</w:t>
        <w:br/>
        <w:t>f 5768/32216/27704 5769/32215/27703 5778/28606/24613</w:t>
        <w:br/>
        <w:t>f 5777/32224/27708 5768/32216/27704 5778/28606/24613</w:t>
        <w:br/>
        <w:t>f 5775/32221/27707 5779/32225/27709 5770/32219/24583</w:t>
        <w:br/>
        <w:t>f 5774/32222/24605 5775/32221/27707 5770/32219/24583</w:t>
        <w:br/>
        <w:t>f 5772/32217/27705 5781/32226/27710 5780/32227/27711</w:t>
        <w:br/>
        <w:t>f 5771/32218/24623 5772/32217/27705 5780/32227/27711</w:t>
        <w:br/>
        <w:t>f 5777/32224/27708 5778/28606/24613 5782/28605/24612</w:t>
        <w:br/>
        <w:t>f 5783/32228/27712 5777/32224/27708 5782/28605/24612</w:t>
        <w:br/>
        <w:t>f 5783/32228/27712 5782/28605/24612 5784/28609/24616</w:t>
        <w:br/>
        <w:t>f 5785/32229/27713 5783/32228/27712 5784/28609/24616</w:t>
        <w:br/>
        <w:t>f 5785/32229/27713 5784/28609/24616 5786/32230/27714</w:t>
        <w:br/>
        <w:t>f 5787/32231/27715 5785/32229/27713 5786/32230/27714</w:t>
        <w:br/>
        <w:t>f 5768/32216/27704 5781/32226/27710 5760/32209/27698</w:t>
        <w:br/>
        <w:t>f 5790/32232/24621 5789/32233/27716 5788/32234/27717</w:t>
        <w:br/>
        <w:t>f 5791/32235/24620 5790/32232/24621 5788/32234/27717</w:t>
        <w:br/>
        <w:t>f 5783/32228/27712 5790/32232/27718 5793/32236/27719</w:t>
        <w:br/>
        <w:t>f 5792/32237/27720 5783/32228/27712 5793/32236/27719</w:t>
        <w:br/>
        <w:t>f 5777/32224/27708 5793/32236/27719 5781/32226/27710</w:t>
        <w:br/>
        <w:t>f 5780/32227/27711 5781/32226/27710 5793/32236/27719</w:t>
        <w:br/>
        <w:t>f 5794/32238/24622 5780/32227/27711 5793/32236/27719</w:t>
        <w:br/>
        <w:t>f 5798/32239/27721 5797/32240/27722 5796/32241/27723</w:t>
        <w:br/>
        <w:t>f 5795/32242/27724 5798/32239/27721 5796/32241/27723</w:t>
        <w:br/>
        <w:t>f 5801/32243/24603 5800/32244/27725 5799/32245/24600</w:t>
        <w:br/>
        <w:t>f 5804/32246/24562 5803/32247/24564 5802/32248/27726</w:t>
        <w:br/>
        <w:t>f 5807/32249/27727 5806/32250/27728 5805/32251/27729</w:t>
        <w:br/>
        <w:t>f 5809/32252/27730 5767/32214/27702 5808/32253/27731</w:t>
        <w:br/>
        <w:t>f 5812/32254/27732 5811/32255/27733 5810/32256/27734</w:t>
        <w:br/>
        <w:t>f 5815/32257/27735 5814/32258/27736 5813/32259/24549</w:t>
        <w:br/>
        <w:t>f 5818/32260/27737 5817/32261/27738 5816/32262/24581</w:t>
        <w:br/>
        <w:t>f 5820/32263/27739 5819/32264/27740 5818/32260/27737</w:t>
        <w:br/>
        <w:t>f 5822/32265/27741 5797/32240/27722 5821/32266/27742</w:t>
        <w:br/>
        <w:t>f 5797/32240/27722 5822/32265/27741 5823/32267/27743</w:t>
        <w:br/>
        <w:t>f 5796/32241/27723 5797/32240/27722 5824/32268/27582</w:t>
        <w:br/>
        <w:t>f 5825/32269/27583 5796/32241/27723 5824/32268/27582</w:t>
        <w:br/>
        <w:t>f 5828/32270/27744 5827/32271/27745 5826/32272/27585</w:t>
        <w:br/>
        <w:t>f 5832/32273/27746 5831/32274/27747 5830/32275/27589</w:t>
        <w:br/>
        <w:t>f 5829/32276/27588 5832/32273/27746 5830/32275/27589</w:t>
        <w:br/>
        <w:t>f 5830/32275/27589 5831/32274/27747 5828/32270/27744</w:t>
        <w:br/>
        <w:t>f 5826/32272/27585 5830/32275/27589 5828/32270/27744</w:t>
        <w:br/>
        <w:t>f 5835/32277/27748 5834/32278/27749 5833/32279/27750</w:t>
        <w:br/>
        <w:t>f 5836/32280/27751 5835/32277/27748 5833/32279/27750</w:t>
        <w:br/>
        <w:t>f 5839/32281/27752 5838/32282/27596 5837/32283/27753</w:t>
        <w:br/>
        <w:t>f 5840/32284/27754 5839/32281/27752 5837/32283/27753</w:t>
        <w:br/>
        <w:t>f 5843/32285/27755 5842/32286/27756 5841/32287/27757</w:t>
        <w:br/>
        <w:t>f 5844/32288/27758 5843/32285/27755 5841/32287/27757</w:t>
        <w:br/>
        <w:t>f 5819/32264/27740 5846/32289/27759 5845/32290/27760</w:t>
        <w:br/>
        <w:t>f 5818/32260/27737 5819/32264/27740 5845/32290/27760</w:t>
        <w:br/>
        <w:t>f 5849/32291/27761 5848/32292/27762 5847/32293/27763</w:t>
        <w:br/>
        <w:t>f 5850/32294/27764 5849/32291/27761 5847/32293/27763</w:t>
        <w:br/>
        <w:t>f 5853/32295/27765 5852/32296/27766 5851/32297/27767</w:t>
        <w:br/>
        <w:t>f 5856/32298/27768 5855/32299/27769 5854/32300/27770</w:t>
        <w:br/>
        <w:t>f 5858/32301/27771 5812/32254/27732 5857/32302/27772</w:t>
        <w:br/>
        <w:t>f 5859/32303/27773 5858/32301/27771 5857/32302/27772</w:t>
        <w:br/>
        <w:t>f 5862/32304/27774 5861/32305/27775 5860/32306/27776</w:t>
        <w:br/>
        <w:t>f 5864/32307/27777 5819/32264/27740 5863/32308/27778</w:t>
        <w:br/>
        <w:t>f 5845/32290/27760 5817/32261/27738 5818/32260/27737</w:t>
        <w:br/>
        <w:t>f 5808/32253/27731 5805/32251/27729 5865/32309/27779</w:t>
        <w:br/>
        <w:t>f 5809/32252/27730 5808/32253/27731 5865/32309/27779</w:t>
        <w:br/>
        <w:t>f 5808/32253/27731 5867/32310/27780 5866/32311/27781</w:t>
        <w:br/>
        <w:t>f 5805/32251/27729 5808/32253/27731 5866/32311/27781</w:t>
        <w:br/>
        <w:t>f 5867/32310/27780 5869/32312/27782 5868/32313/27783</w:t>
        <w:br/>
        <w:t>f 5866/32311/27781 5867/32310/27780 5868/32313/27783</w:t>
        <w:br/>
        <w:t>f 5862/32304/27774 5871/32314/24619 5870/32315/27784</w:t>
        <w:br/>
        <w:t>f 5873/32316/27785 5872/32317/27786 5842/32286/27756</w:t>
        <w:br/>
        <w:t>f 5843/32285/27755 5873/32316/27785 5842/32286/27756</w:t>
        <w:br/>
        <w:t>f 5874/32318/27787 5842/32286/27756 5872/32317/27786</w:t>
        <w:br/>
        <w:t>f 5800/32244/27725 5874/32318/27787 5872/32317/27786</w:t>
        <w:br/>
        <w:t>f 5821/32266/27742 5876/32319/24560 5875/32320/24559</w:t>
        <w:br/>
        <w:t>f 5879/32321/27788 5878/32322/27789 5877/32323/27790</w:t>
        <w:br/>
        <w:t>f 5557/32126/27635 5879/32321/27788 5877/32323/27790</w:t>
        <w:br/>
        <w:t>f 5880/32324/27791 5863/32308/27778 5820/32263/27739</w:t>
        <w:br/>
        <w:t>f 5881/32325/27792 5880/32324/27791 5820/32263/27739</w:t>
        <w:br/>
        <w:t>f 5812/32254/27732 5773/32223/24570 5882/32326/27793</w:t>
        <w:br/>
        <w:t>f 5854/32300/27770 5859/32303/27773 5856/32298/27768</w:t>
        <w:br/>
        <w:t>f 5857/32302/27772 5856/32298/27768 5859/32303/27773</w:t>
        <w:br/>
        <w:t>f 5857/32302/27772 5884/32327/27794 5883/32328/27795</w:t>
        <w:br/>
        <w:t>f 5857/32302/27772 5885/32329/27796 5884/32327/27794</w:t>
        <w:br/>
        <w:t>f 5845/32290/27760 5887/32330/24573 5886/32331/27797</w:t>
        <w:br/>
        <w:t>f 5845/32290/27760 5846/32289/27759 5883/32328/27795</w:t>
        <w:br/>
        <w:t>f 5815/32257/27735 5845/32290/27760 5883/32328/27795</w:t>
        <w:br/>
        <w:t>f 5846/32289/27759 5855/32299/27769 5856/32298/27768</w:t>
        <w:br/>
        <w:t>f 5883/32328/27795 5846/32289/27759 5856/32298/27768</w:t>
        <w:br/>
        <w:t>f 5815/32257/27735 5887/32330/24573 5845/32290/27760</w:t>
        <w:br/>
        <w:t>f 5831/32274/27747 5855/32299/27769 5828/32270/27744</w:t>
        <w:br/>
        <w:t>f 5819/32264/27740 5855/32299/27769 5846/32289/27759</w:t>
        <w:br/>
        <w:t>f 5890/32332/27798 5889/32333/24554 5888/32334/27799</w:t>
        <w:br/>
        <w:t>f 5813/32259/24549 5814/32258/27736 5891/32335/27800</w:t>
        <w:br/>
        <w:t>f 5892/32336/27801 5813/32259/24549 5891/32335/27800</w:t>
        <w:br/>
        <w:t>f 5902/32337/24576 5901/32338/27802 5900/32339/24577</w:t>
        <w:br/>
        <w:t>f 5903/32340/27803 5822/32265/27741 5872/32317/27786</w:t>
        <w:br/>
        <w:t>f 5873/32316/27785 5903/32340/27803 5872/32317/27786</w:t>
        <w:br/>
        <w:t>f 5800/32244/27725 5872/32317/27786 5822/32265/27741</w:t>
        <w:br/>
        <w:t>f 5821/32266/27742 5800/32244/27725 5822/32265/27741</w:t>
        <w:br/>
        <w:t>f 5821/32266/27742 5875/32320/24559 5800/32244/27725</w:t>
        <w:br/>
        <w:t>f 5822/32265/27741 5903/32340/27803 5833/32279/27750</w:t>
        <w:br/>
        <w:t>f 5823/32267/27743 5822/32265/27741 5833/32279/27750</w:t>
        <w:br/>
        <w:t>f 5906/32341/24601 5905/32342/24602 5904/32343/27804</w:t>
        <w:br/>
        <w:t>f 5913/32344/27805 5912/32345/27806 5911/32346/27806</w:t>
        <w:br/>
        <w:t>f 5910/32347/27807 5913/32344/27805 5911/32346/27806</w:t>
        <w:br/>
        <w:t>f 5917/32348/27808 5916/32349/27809 5915/32350/27810</w:t>
        <w:br/>
        <w:t>f 5914/32351/27811 5917/32348/27808 5915/32350/27810</w:t>
        <w:br/>
        <w:t>f 5921/32352/27812 5920/32353/27813 5919/32354/27814</w:t>
        <w:br/>
        <w:t>f 5918/28558/24567 5921/32352/27812 5919/32354/27814</w:t>
        <w:br/>
        <w:t>f 5922/28557/24566 5776/32220/27815 5921/32352/27812</w:t>
        <w:br/>
        <w:t>f 5918/28558/24567 5922/28557/24566 5921/32352/27812</w:t>
        <w:br/>
        <w:t>f 5857/32302/27772 5810/32256/27734 5885/32329/27796</w:t>
        <w:br/>
        <w:t>f 5904/32343/27804 5804/32246/24562 5802/32248/27726</w:t>
        <w:br/>
        <w:t>f 5874/32318/27787 5904/32343/27804 5802/32248/27726</w:t>
        <w:br/>
        <w:t>f 5803/32247/24564 5923/32355/24604 5862/32304/27774</w:t>
        <w:br/>
        <w:t>f 5920/32353/27813 5917/32348/27808 5914/32351/27811</w:t>
        <w:br/>
        <w:t>f 5919/32354/27814 5920/32353/27813 5914/32351/27811</w:t>
        <w:br/>
        <w:t>f 5866/32311/27781 5868/32313/27783 5924/32356/27816</w:t>
        <w:br/>
        <w:t>f 5853/32295/27765 5866/32311/27781 5924/32356/27816</w:t>
        <w:br/>
        <w:t>f 5853/32295/27765 5861/32305/27775 5805/32251/27729</w:t>
        <w:br/>
        <w:t>f 5866/32311/27781 5853/32295/27765 5805/32251/27729</w:t>
        <w:br/>
        <w:t>f 5861/32305/27775 5925/32357/27817 5807/32249/27727</w:t>
        <w:br/>
        <w:t>f 5805/32251/27729 5861/32305/27775 5807/32249/27727</w:t>
        <w:br/>
        <w:t>f 5913/32344/27805 5910/32347/27807 5915/32350/27810</w:t>
        <w:br/>
        <w:t>f 5916/32349/27809 5913/32344/27805 5915/32350/27810</w:t>
        <w:br/>
        <w:t>f 5808/32253/27731 5767/32214/27702 5812/32254/27732</w:t>
        <w:br/>
        <w:t>f 5812/32254/27732 5858/32301/27771 5867/32310/27780</w:t>
        <w:br/>
        <w:t>f 5808/32253/27731 5812/32254/27732 5867/32310/27780</w:t>
        <w:br/>
        <w:t>f 5812/32254/27732 5882/32326/27793 5811/32255/27733</w:t>
        <w:br/>
        <w:t>f 5812/32254/27732 5810/32256/27734 5857/32302/27772</w:t>
        <w:br/>
        <w:t>f 5797/32240/27722 5798/32239/27721 5821/32266/27742</w:t>
        <w:br/>
        <w:t>f 5861/32305/27775 5787/32231/27715 5925/32357/27817</w:t>
        <w:br/>
        <w:t>f 5839/32281/27752 5840/32284/27754 5927/32358/27818</w:t>
        <w:br/>
        <w:t>f 5926/32359/27819 5839/32281/27752 5927/32358/27818</w:t>
        <w:br/>
        <w:t>f 5928/32360/27820 5926/32359/27819 5927/32358/27818</w:t>
        <w:br/>
        <w:t>f 5888/32334/27799 5930/32361/24539 5929/32362/27821</w:t>
        <w:br/>
        <w:t>f 5890/32332/27798 5888/32334/27799 5929/32362/27821</w:t>
        <w:br/>
        <w:t>f 5930/32361/24539 5932/32363/24541 5931/32364/27822</w:t>
        <w:br/>
        <w:t>f 5929/32362/27821 5930/32361/24539 5931/32364/27822</w:t>
        <w:br/>
        <w:t>f 5931/32364/27822 5935/32365/24542 5934/32366/27823</w:t>
        <w:br/>
        <w:t>f 5933/32367/27824 5931/32364/27822 5934/32366/27823</w:t>
        <w:br/>
        <w:t>f 5935/32365/24542 5931/32364/27822 5932/32363/24541</w:t>
        <w:br/>
        <w:t>f 5936/32368/27825 5924/32356/27816 5868/32313/27783</w:t>
        <w:br/>
        <w:t>f 5934/32366/27823 5936/32368/27825 5868/32313/27783</w:t>
        <w:br/>
        <w:t>f 5937/32369/24545 5936/32368/27825 5934/32366/27823</w:t>
        <w:br/>
        <w:t>f 5935/32365/24542 5937/32369/24545 5934/32366/27823</w:t>
        <w:br/>
        <w:t>f 5939/32370/27826 5936/32368/27825 5938/32371/27827</w:t>
        <w:br/>
        <w:t>f 5940/32372/24544 5938/32371/27827 5936/32368/27825</w:t>
        <w:br/>
        <w:t>f 5937/32369/24545 5940/32372/24544 5936/32368/27825</w:t>
        <w:br/>
        <w:t>f 5942/32373/24546 5941/32374/27828 5940/32372/24544</w:t>
        <w:br/>
        <w:t>f 5837/32283/27753 5945/32375/27677 5944/32376/27676</w:t>
        <w:br/>
        <w:t>f 5943/32377/27829 5837/32283/27753 5944/32376/27676</w:t>
        <w:br/>
        <w:t>f 5946/32378/27830 5796/32241/27723 5825/32269/27583</w:t>
        <w:br/>
        <w:t>f 5947/32379/27632 5946/32378/27830 5825/32269/27583</w:t>
        <w:br/>
        <w:t>f 5796/32241/27723 5949/32380/27791 5948/32381/27792</w:t>
        <w:br/>
        <w:t>f 5795/32242/27724 5796/32241/27723 5948/32381/27792</w:t>
        <w:br/>
        <w:t>f 5950/32382/27831 5900/32339/24577 5901/32338/27802</w:t>
        <w:br/>
        <w:t>f 5951/32383/27832 5950/32382/27831 5901/32338/27802</w:t>
        <w:br/>
        <w:t>f 5887/32330/24573 5815/32257/27735 5955/32384/24551</w:t>
        <w:br/>
        <w:t>f 5815/32257/27735 5813/32259/24549 5955/32384/24551</w:t>
        <w:br/>
        <w:t>f 5805/32251/27729 5806/32250/27728 5865/32309/27779</w:t>
        <w:br/>
        <w:t>f 5849/32291/27761 5928/32360/27820 5927/32358/27818</w:t>
        <w:br/>
        <w:t>f 5956/32385/27833 5849/32291/27761 5927/32358/27818</w:t>
        <w:br/>
        <w:t>f 5941/32374/27828 5850/32294/27764 5939/32370/27826</w:t>
        <w:br/>
        <w:t>f 5938/32371/27827 5941/32374/27828 5939/32370/27826</w:t>
        <w:br/>
        <w:t>f 5800/32244/27725 5875/32320/24559 5799/32245/24600</w:t>
        <w:br/>
        <w:t>f 5956/32385/27833 5927/32358/27818 5840/32284/27754</w:t>
        <w:br/>
        <w:t>f 5957/32386/27834 5956/32385/27833 5840/32284/27754</w:t>
        <w:br/>
        <w:t>f 5959/32387/27835 5903/32340/27803 5873/32316/27785</w:t>
        <w:br/>
        <w:t>f 5958/32388/27836 5959/32387/27835 5873/32316/27785</w:t>
        <w:br/>
        <w:t>f 5956/32385/27833 5958/32388/27836 5848/32292/27762</w:t>
        <w:br/>
        <w:t>f 5849/32291/27761 5956/32385/27833 5848/32292/27762</w:t>
        <w:br/>
        <w:t>f 5961/32389/24555 5832/32273/27746 5829/32276/27588</w:t>
        <w:br/>
        <w:t>f 5960/32390/27684 5961/32389/24555 5829/32276/27588</w:t>
        <w:br/>
        <w:t>f 5963/32391/27837 5962/32392/27838 5890/32332/27798</w:t>
        <w:br/>
        <w:t>f 5944/32376/27676 5835/32277/27748 5836/32280/27751</w:t>
        <w:br/>
        <w:t>f 5943/32377/27829 5944/32376/27676 5836/32280/27751</w:t>
        <w:br/>
        <w:t>f 5958/32388/27836 5956/32385/27833 5957/32386/27834</w:t>
        <w:br/>
        <w:t>f 5959/32387/27835 5958/32388/27836 5957/32386/27834</w:t>
        <w:br/>
        <w:t>f 5816/32262/24581 5820/32263/27739 5818/32260/27737</w:t>
        <w:br/>
        <w:t>f 5881/32325/27792 5820/32263/27739 5968/32393/27839</w:t>
        <w:br/>
        <w:t>f 5901/32338/27802 5969/32394/27839 5951/32383/27832</w:t>
        <w:br/>
        <w:t>f 5902/32337/24576 5798/32239/27721 5795/32242/27724</w:t>
        <w:br/>
        <w:t>f 5901/32338/27802 5902/32337/24576 5795/32242/27724</w:t>
        <w:br/>
        <w:t>f 5876/32319/24560 5798/32239/27721 5902/32337/24576</w:t>
        <w:br/>
        <w:t>f 5821/32266/27742 5798/32239/27721 5876/32319/24560</w:t>
        <w:br/>
        <w:t>f 5968/32393/27839 5970/32395/27840 5898/32396/27832</w:t>
        <w:br/>
        <w:t>f 5968/32393/27839 5820/32263/27739 5970/32395/27840</w:t>
        <w:br/>
        <w:t>f 5795/32242/27724 5948/32381/27792 5969/32394/27839</w:t>
        <w:br/>
        <w:t>f 5795/32242/27724 5969/32394/27839 5901/32338/27802</w:t>
        <w:br/>
        <w:t>f 5816/32262/24581 5970/32395/27840 5820/32263/27739</w:t>
        <w:br/>
        <w:t>f 5971/32397/27841 5963/32391/27837 5890/32332/27798</w:t>
        <w:br/>
        <w:t>f 5929/32362/27821 5971/32397/27841 5890/32332/27798</w:t>
        <w:br/>
        <w:t>f 5962/32392/27838 5889/32333/24554 5890/32332/27798</w:t>
        <w:br/>
        <w:t>f 5832/32273/27746 5961/32389/24555 5889/32333/24554</w:t>
        <w:br/>
        <w:t>f 5962/32392/27838 5832/32273/27746 5889/32333/24554</w:t>
        <w:br/>
        <w:t>f 5879/32321/27788 5827/32271/27745 5828/32270/27744</w:t>
        <w:br/>
        <w:t>f 5845/32290/27760 5886/32331/27797 5817/32261/27738</w:t>
        <w:br/>
        <w:t>f 5958/32388/27836 5873/32316/27785 5843/32285/27755</w:t>
        <w:br/>
        <w:t>f 5848/32292/27762 5958/32388/27836 5843/32285/27755</w:t>
        <w:br/>
        <w:t>f 5874/32318/27787 5906/32341/24601 5904/32343/27804</w:t>
        <w:br/>
        <w:t>f 5800/32244/27725 5801/32243/24603 5906/32341/24601</w:t>
        <w:br/>
        <w:t>f 5874/32318/27787 5800/32244/27725 5906/32341/24601</w:t>
        <w:br/>
        <w:t>f 5854/32300/27770 5831/32274/27747 5962/32392/27838</w:t>
        <w:br/>
        <w:t>f 5963/32391/27837 5854/32300/27770 5962/32392/27838</w:t>
        <w:br/>
        <w:t>f 5859/32303/27773 5963/32391/27837 5972/32398/27842</w:t>
        <w:br/>
        <w:t>f 5858/32301/27771 5859/32303/27773 5972/32398/27842</w:t>
        <w:br/>
        <w:t>f 5858/32301/27771 5972/32398/27842 5869/32312/27782</w:t>
        <w:br/>
        <w:t>f 5867/32310/27780 5858/32301/27771 5869/32312/27782</w:t>
        <w:br/>
        <w:t>f 5857/32302/27772 5883/32328/27795 5856/32298/27768</w:t>
        <w:br/>
        <w:t>f 5779/32225/27709 5760/32209/27698 5772/32217/27705</w:t>
        <w:br/>
        <w:t>f 5770/32219/24583 5779/32225/27709 5772/32217/27705</w:t>
        <w:br/>
        <w:t>f 5793/32236/27719 5790/32232/27718 5794/32238/24622</w:t>
        <w:br/>
        <w:t>f 5557/32126/27635 5827/32271/27745 5879/32321/27788</w:t>
        <w:br/>
        <w:t>f 5862/32304/27774 5787/32231/27715 5861/32305/27775</w:t>
        <w:br/>
        <w:t>f 5962/32392/27838 5831/32274/27747 5832/32273/27746</w:t>
        <w:br/>
        <w:t>f 5863/32308/27778 5819/32264/27740 5820/32263/27739</w:t>
        <w:br/>
        <w:t>f 5828/32270/27744 5855/32299/27769 5819/32264/27740</w:t>
        <w:br/>
        <w:t>f 5854/32300/27770 5855/32299/27769 5831/32274/27747</w:t>
        <w:br/>
        <w:t>f 5963/32391/27837 5859/32303/27773 5854/32300/27770</w:t>
        <w:br/>
        <w:t>f 5934/32366/27823 5868/32313/27783 5869/32312/27782</w:t>
        <w:br/>
        <w:t>f 5933/32367/27824 5934/32366/27823 5869/32312/27782</w:t>
        <w:br/>
        <w:t>f 5971/32397/27841 5933/32367/27824 5869/32312/27782</w:t>
        <w:br/>
        <w:t>f 5972/32398/27842 5971/32397/27841 5869/32312/27782</w:t>
        <w:br/>
        <w:t>f 5963/32391/27837 5971/32397/27841 5972/32398/27842</w:t>
        <w:br/>
        <w:t>f 5933/32367/27824 5971/32397/27841 5929/32362/27821</w:t>
        <w:br/>
        <w:t>f 5931/32364/27822 5933/32367/27824 5929/32362/27821</w:t>
        <w:br/>
        <w:t>f 5973/32399/24548 5926/32359/27819 5942/32373/24546</w:t>
        <w:br/>
        <w:t>f 5973/32399/24548 5974/32400/27843 5839/32281/27752</w:t>
        <w:br/>
        <w:t>f 5926/32359/27819 5973/32399/24548 5839/32281/27752</w:t>
        <w:br/>
        <w:t>f 5974/32400/27843 5975/32401/24445 5838/32282/27596</w:t>
        <w:br/>
        <w:t>f 5839/32281/27752 5974/32400/27843 5838/32282/27596</w:t>
        <w:br/>
        <w:t>f 5903/32340/27803 5959/32387/27835 5836/32280/27751</w:t>
        <w:br/>
        <w:t>f 5833/32279/27750 5903/32340/27803 5836/32280/27751</w:t>
        <w:br/>
        <w:t>f 5959/32387/27835 5957/32386/27834 5943/32377/27829</w:t>
        <w:br/>
        <w:t>f 5836/32280/27751 5959/32387/27835 5943/32377/27829</w:t>
        <w:br/>
        <w:t>f 5840/32284/27754 5837/32283/27753 5943/32377/27829</w:t>
        <w:br/>
        <w:t>f 5957/32386/27834 5840/32284/27754 5943/32377/27829</w:t>
        <w:br/>
        <w:t>f 5834/32278/27749 5976/32402/27693 5823/32267/27743</w:t>
        <w:br/>
        <w:t>f 5833/32279/27750 5834/32278/27749 5823/32267/27743</w:t>
        <w:br/>
        <w:t>f 5976/32402/27693 5824/32268/27582 5797/32240/27722</w:t>
        <w:br/>
        <w:t>f 5823/32267/27743 5976/32402/27693 5797/32240/27722</w:t>
        <w:br/>
        <w:t>f 5945/32375/27677 5837/32283/27753 5838/32282/27596</w:t>
        <w:br/>
        <w:t>f 5860/32306/27776 5851/32297/27767 5844/32288/27758</w:t>
        <w:br/>
        <w:t>f 5841/32287/27757 5860/32306/27776 5844/32288/27758</w:t>
        <w:br/>
        <w:t>f 5850/32294/27764 5847/32293/27763 5852/32296/27766</w:t>
        <w:br/>
        <w:t>f 5939/32370/27826 5850/32294/27764 5852/32296/27766</w:t>
        <w:br/>
        <w:t>f 5848/32292/27762 5843/32285/27755 5844/32288/27758</w:t>
        <w:br/>
        <w:t>f 5847/32293/27763 5848/32292/27762 5844/32288/27758</w:t>
        <w:br/>
        <w:t>f 5847/32293/27763 5844/32288/27758 5851/32297/27767</w:t>
        <w:br/>
        <w:t>f 5852/32296/27766 5847/32293/27763 5851/32297/27767</w:t>
        <w:br/>
        <w:t>f 5802/32248/27726 5841/32287/27757 5842/32286/27756</w:t>
        <w:br/>
        <w:t>f 5874/32318/27787 5802/32248/27726 5842/32286/27756</w:t>
        <w:br/>
        <w:t>f 5862/32304/27774 5860/32306/27776 5841/32287/27757</w:t>
        <w:br/>
        <w:t>f 5802/32248/27726 5862/32304/27774 5841/32287/27757</w:t>
        <w:br/>
        <w:t>f 5802/32248/27726 5803/32247/24564 5862/32304/27774</w:t>
        <w:br/>
        <w:t>f 5939/32370/27826 5852/32296/27766 5924/32356/27816</w:t>
        <w:br/>
        <w:t>f 5924/32356/27816 5852/32296/27766 5853/32295/27765</w:t>
        <w:br/>
        <w:t>f 5860/32306/27776 5853/32295/27765 5851/32297/27767</w:t>
        <w:br/>
        <w:t>f 5860/32306/27776 5861/32305/27775 5853/32295/27765</w:t>
        <w:br/>
        <w:t>f 5928/32360/27820 5849/32291/27761 5850/32294/27764</w:t>
        <w:br/>
        <w:t>f 5941/32374/27828 5928/32360/27820 5850/32294/27764</w:t>
        <w:br/>
        <w:t>f 5942/32373/24546 5928/32360/27820 5941/32374/27828</w:t>
        <w:br/>
        <w:t>f 5940/32372/24544 5941/32374/27828 5938/32371/27827</w:t>
        <w:br/>
        <w:t>f 5942/32373/24546 5926/32359/27819 5928/32360/27820</w:t>
        <w:br/>
        <w:t>f 5924/32356/27816 5936/32368/27825 5939/32370/27826</w:t>
        <w:br/>
        <w:t>f 5812/32254/27732 5767/32214/27702 5773/32223/24570</w:t>
        <w:br/>
        <w:t>f 5871/32314/24619 5862/32304/27774 5923/32355/24604</w:t>
        <w:br/>
        <w:t>f 5760/32209/27698 5781/32226/27710 5772/32217/27705</w:t>
        <w:br/>
        <w:t>f 5777/32224/27708 5781/32226/27710 5768/32216/27704</w:t>
        <w:br/>
        <w:t>f 5892/32336/27801 5891/32335/27800 6046/32403/27844</w:t>
        <w:br/>
        <w:t>f 6047/32404/27845 5892/32336/27801 6046/32403/27844</w:t>
        <w:br/>
        <w:t>f 6046/32403/27844 5882/32326/27846 6047/32404/27845</w:t>
        <w:br/>
        <w:t>f 5791/32235/24620 5788/32234/27717 5787/32231/27847</w:t>
        <w:br/>
        <w:t>f 5871/32314/27848 5791/32235/24620 5787/32231/27847</w:t>
        <w:br/>
        <w:t>f 5598/28438/24457 5437/28493/24512 5438/32011/27535</w:t>
        <w:br/>
        <w:t>f 5597/32156/27658 5598/28438/24457 5438/32011/27535</w:t>
        <w:br/>
        <w:t>f 5454/28488/24507 5590/32148/27650 5593/32153/27655</w:t>
        <w:br/>
        <w:t>f 5593/32153/27655 5594/32152/27654 5445/32018/27542</w:t>
        <w:br/>
        <w:t>f 5454/28488/24507 5593/32153/27655 5445/32018/27542</w:t>
        <w:br/>
        <w:t>f 5445/32018/27542 5594/32152/27654 5597/32156/27658</w:t>
        <w:br/>
        <w:t>f 5438/32011/27535 5445/32018/27542 5597/32156/27658</w:t>
        <w:br/>
        <w:t>f 5918/28558/24567 5919/32354/27814 5761/32208/27697</w:t>
        <w:br/>
        <w:t>f 5762/28612/24618 5918/28558/24567 5761/32208/27697</w:t>
        <w:br/>
        <w:t>f 5778/28606/24613 5915/32350/27810 5910/32347/27807</w:t>
        <w:br/>
        <w:t>f 5769/32215/27703 5914/32351/27811 5915/32350/27810</w:t>
        <w:br/>
        <w:t>f 5778/28606/24613 5769/32215/27703 5915/32350/27810</w:t>
        <w:br/>
        <w:t>f 5769/32215/27703 5761/32208/27697 5919/32354/27814</w:t>
        <w:br/>
        <w:t>f 5914/32351/27811 5769/32215/27703 5919/32354/27814</w:t>
        <w:br/>
        <w:t>f 5575/32405/27849 5574/32406/27849 5494/32063/24473</w:t>
        <w:br/>
        <w:t>f 5574/32406/27849 5575/32405/27849 5577/32198/27688</w:t>
        <w:br/>
        <w:t>f 5576/32407/24510 5574/32406/27849 5577/32198/27688</w:t>
        <w:br/>
        <w:t>f 5897/32408/27850 5816/32262/24581 5896/32409/27851</w:t>
        <w:br/>
        <w:t>f 5896/32409/27851 5899/32410/27852 5898/32396/27853</w:t>
        <w:br/>
        <w:t>f 5897/32408/27850 5896/32409/27851 5898/32396/27853</w:t>
        <w:br/>
        <w:t>f 5587/32411/27854 5586/32412/27854 5585/32413/27854</w:t>
        <w:br/>
        <w:t>f 5909/32414/27855 5908/32415/27855 5907/32416/27855</w:t>
        <w:br/>
        <w:t>f 36184/32417/27856 36185/32418/27857 36183/32419/27858</w:t>
        <w:br/>
        <w:t>f 36187/32420/27859 36188/32421/27860 36186/32422/27861</w:t>
        <w:br/>
        <w:t>f 36188/32421/27860 36189/32423/27860 36186/32422/27861</w:t>
        <w:br/>
        <w:t>f 36191/32424/27862 36187/32420/27859 36190/32425/27863</w:t>
        <w:br/>
        <w:t>f 36187/32420/27859 36186/32422/27861 36190/32425/27863</w:t>
        <w:br/>
        <w:t>f 36193/32426/27864 36191/32424/27862 36192/32427/27865</w:t>
        <w:br/>
        <w:t>f 36191/32424/27862 36190/32425/27863 36192/32427/27865</w:t>
        <w:br/>
        <w:t>f 36193/32426/27864 36192/32427/27865 36194/32428/27866</w:t>
        <w:br/>
        <w:t>f 36192/32427/27865 36195/32429/27867 36194/32428/27866</w:t>
        <w:br/>
        <w:t>f 36197/32430/27868 36198/32431/27869 36196/32432/27870</w:t>
        <w:br/>
        <w:t>f 36198/32431/27869 36199/32433/27871 36196/32432/27870</w:t>
        <w:br/>
        <w:t>f 36198/32431/27869 36187/32420/27859 36200/32434/27872</w:t>
        <w:br/>
        <w:t>f 36202/32435/27873 36197/32430/27868 36201/32436/27874</w:t>
        <w:br/>
        <w:t>f 36197/32430/27868 36196/32432/27870 36201/32436/27874</w:t>
        <w:br/>
        <w:t>f 36203/32437/27875 36197/32430/27868 36202/32435/27873</w:t>
        <w:br/>
        <w:t>f 36193/32426/27864 36204/32438/27876 36191/32424/27862</w:t>
        <w:br/>
        <w:t>f 36205/32439/27877 36206/32440/27878 36199/32433/27871</w:t>
        <w:br/>
        <w:t>f 36206/32440/27878 36207/32441/27879 36199/32433/27871</w:t>
        <w:br/>
        <w:t>f 36206/32440/27878 36208/32442/27880 36207/32441/27879</w:t>
        <w:br/>
        <w:t>f 36208/32442/27880 36209/32443/27881 36207/32441/27879</w:t>
        <w:br/>
        <w:t>f 36210/32444/27882 36211/32445/27883 36206/32440/27878</w:t>
        <w:br/>
        <w:t>f 36212/32446/27884 36213/32447/27885 36183/32419/27886</w:t>
        <w:br/>
        <w:t>f 36215/32448/27887 36183/32419/27888 36214/32449/27889</w:t>
        <w:br/>
        <w:t>f 36212/32446/27884 36216/32450/27890 36213/32447/27885</w:t>
        <w:br/>
        <w:t>f 36216/32450/27890 36217/32451/27891 36213/32447/27885</w:t>
        <w:br/>
        <w:t>f 36213/32447/27885 36217/32451/27891 36210/32444/27882</w:t>
        <w:br/>
        <w:t>f 36217/32451/27891 36218/32452/27892 36210/32444/27882</w:t>
        <w:br/>
        <w:t>f 36214/32449/27889 36219/32453/27893 36215/32448/27887</w:t>
        <w:br/>
        <w:t>f 36219/32453/27893 36220/32454/27894 36215/32448/27887</w:t>
        <w:br/>
        <w:t>f 36221/32455/27895 36222/32456/27896 36214/32449/27889</w:t>
        <w:br/>
        <w:t>f 36222/32456/27896 36219/32453/27893 36214/32449/27889</w:t>
        <w:br/>
        <w:t>f 36185/32418/27857 36223/32457/27897 36183/32419/27858</w:t>
        <w:br/>
        <w:t>f 36223/32457/27897 36224/32458/27897 36183/32419/27858</w:t>
        <w:br/>
        <w:t>f 36223/32457/27897 36225/32459/27898 36224/32458/27897</w:t>
        <w:br/>
        <w:t>f 36225/32459/27898 36226/32460/27899 36224/32458/27897</w:t>
        <w:br/>
        <w:t>f 36214/32449/27889 36227/32461/27900 36221/32455/27895</w:t>
        <w:br/>
        <w:t>f 36228/32462/27901 36229/32463/27902 36225/32459/27903</w:t>
        <w:br/>
        <w:t>f 36229/32463/27902 36230/32464/27904 36225/32459/27903</w:t>
        <w:br/>
        <w:t>f 36228/32462/27901 36231/32465/27905 36229/32463/27902</w:t>
        <w:br/>
        <w:t>f 36231/32465/27905 36198/32431/27869 36229/32463/27902</w:t>
        <w:br/>
        <w:t>f 36199/32433/27871 36198/32431/27869 36231/32465/27905</w:t>
        <w:br/>
        <w:t>f 36194/32428/27866 36204/32438/27876 36193/32426/27864</w:t>
        <w:br/>
        <w:t>f 36233/32466/27906 36234/32467/27907 36232/32468/27908</w:t>
        <w:br/>
        <w:t>f 36233/32466/27906 36232/32468/27908 36235/32469/27909</w:t>
        <w:br/>
        <w:t>f 36232/32468/27908 36236/32470/27909 36235/32469/27909</w:t>
        <w:br/>
        <w:t>f 36238/32471/27910 36239/32472/27910 36237/32473/27911</w:t>
        <w:br/>
        <w:t>f 36239/32472/27910 36240/32474/27911 36237/32473/27911</w:t>
        <w:br/>
        <w:t>f 36240/32474/27911 36241/32475/27912 36237/32473/27911</w:t>
        <w:br/>
        <w:t>f 36241/32475/27912 36242/32476/27912 36237/32473/27911</w:t>
        <w:br/>
        <w:t>f 36244/32477/27913 36245/32478/27914 36243/32479/27914</w:t>
        <w:br/>
        <w:t>f 36246/32480/27915 36233/32466/27906 36244/32477/27913</w:t>
        <w:br/>
        <w:t>f 36247/32481/27916 36248/32482/27917 36233/32466/27906</w:t>
        <w:br/>
        <w:t>f 36233/32466/27906 36249/32483/27918 36234/32467/27907</w:t>
        <w:br/>
        <w:t>f 36249/32483/27918 36250/32484/27919 36234/32467/27907</w:t>
        <w:br/>
        <w:t>f 36249/32483/27918 36251/32485/27920 36250/32484/27919</w:t>
        <w:br/>
        <w:t>f 36251/32485/27920 36201/32436/27921 36250/32484/27919</w:t>
        <w:br/>
        <w:t>f 36252/32486/27922 36253/32487/27923 36249/32483/27918</w:t>
        <w:br/>
        <w:t>f 36253/32487/27923 36252/32486/27922 36254/32488/27924</w:t>
        <w:br/>
        <w:t>f 36252/32486/27922 36255/32489/27925 36254/32488/27924</w:t>
        <w:br/>
        <w:t>f 36254/32488/27924 36256/32490/27926 36253/32487/27923</w:t>
        <w:br/>
        <w:t>f 36256/32490/27926 36257/32491/27926 36253/32487/27923</w:t>
        <w:br/>
        <w:t>f 36248/32482/27917 36258/32492/27927 36252/32486/27922</w:t>
        <w:br/>
        <w:t>f 36258/32492/27927 36255/32489/27925 36252/32486/27922</w:t>
        <w:br/>
        <w:t>f 36260/32493/27928 36261/32494/27929 36259/32495/27930</w:t>
        <w:br/>
        <w:t>f 36242/32476/27912 36241/32475/27912 36246/32480/27931</w:t>
        <w:br/>
        <w:t>f 36241/32475/27912 36262/32496/27932 36246/32480/27931</w:t>
        <w:br/>
        <w:t>f 36247/32481/27916 36263/32497/27933 36248/32482/27917</w:t>
        <w:br/>
        <w:t>f 36263/32497/27933 36258/32492/27927 36248/32482/27917</w:t>
        <w:br/>
        <w:t>f 36265/32498/27934 36266/32499/27935 36264/32500/27934</w:t>
        <w:br/>
        <w:t>f 36266/32499/27935 36267/32501/27936 36264/32500/27934</w:t>
        <w:br/>
        <w:t>f 36269/32502/27937 36270/32503/27937 36268/32504/27937</w:t>
        <w:br/>
        <w:t>f 36267/32501/27938 36272/32505/27939 36271/32506/27940</w:t>
        <w:br/>
        <w:t>f 36272/32505/27939 36273/32507/27941 36271/32506/27940</w:t>
        <w:br/>
        <w:t>f 36275/32508/27942 36276/32509/27943 36274/32510/27944</w:t>
        <w:br/>
        <w:t>f 36276/32509/27943 36277/32511/27943 36274/32510/27944</w:t>
        <w:br/>
        <w:t>f 36274/32510/27944 36278/32512/27945 36275/32508/27942</w:t>
        <w:br/>
        <w:t>f 36278/32512/27945 36279/32513/27946 36275/32508/27942</w:t>
        <w:br/>
        <w:t>f 36280/32514/27947 36281/32515/27948 36272/32505/27939</w:t>
        <w:br/>
        <w:t>f 36281/32515/27948 36273/32507/27941 36272/32505/27939</w:t>
        <w:br/>
        <w:t>f 36283/32516/27949 36277/32511/27943 36282/32517/27950</w:t>
        <w:br/>
        <w:t>f 36277/32511/27943 36276/32509/27943 36282/32517/27950</w:t>
        <w:br/>
        <w:t>f 36285/32518/27951 36286/32519/27951 36284/32520/27951</w:t>
        <w:br/>
        <w:t>f 36283/32516/27949 36282/32517/27950 36287/32521/27952</w:t>
        <w:br/>
        <w:t>f 36282/32517/27950 36288/32522/27952 36287/32521/27952</w:t>
        <w:br/>
        <w:t>f 36238/32471/27910 36287/32521/27952 36239/32472/27910</w:t>
        <w:br/>
        <w:t>f 36287/32521/27952 36288/32522/27952 36239/32472/27910</w:t>
        <w:br/>
        <w:t>f 36272/32505/27939 36267/32501/27938 36289/32523/27953</w:t>
        <w:br/>
        <w:t>f 36267/32501/27938 36234/32467/27954 36289/32523/27953</w:t>
        <w:br/>
        <w:t>f 36267/32501/27936 36266/32499/27935 36290/32524/27955</w:t>
        <w:br/>
        <w:t>f 36292/32525/27956 36293/32526/27957 36291/32527/27958</w:t>
        <w:br/>
        <w:t>f 36292/32525/27956 36294/32528/27959 36293/32526/27957</w:t>
        <w:br/>
        <w:t>f 36294/32528/27959 36295/32529/27959 36293/32526/27957</w:t>
        <w:br/>
        <w:t>f 36297/32530/27960 36298/32531/27961 36296/32532/27962</w:t>
        <w:br/>
        <w:t>f 36296/32532/27962 36299/32533/27963 36297/32530/27960</w:t>
        <w:br/>
        <w:t>f 36299/32533/27963 36300/32534/27964 36297/32530/27960</w:t>
        <w:br/>
        <w:t>f 36302/32535/27965 36292/32525/27966 36301/32536/27965</w:t>
        <w:br/>
        <w:t>f 36304/32537/27967 36305/32538/27968 36303/32539/27969</w:t>
        <w:br/>
        <w:t>f 36306/32540/27970 36307/32541/27971 36304/32537/27967</w:t>
        <w:br/>
        <w:t>f 36307/32541/27971 36308/32542/27972 36304/32537/27967</w:t>
        <w:br/>
        <w:t>f 36307/32541/27973 36299/32533/27974 36301/32536/27965</w:t>
        <w:br/>
        <w:t>f 36299/32533/27974 36302/32535/27965 36301/32536/27965</w:t>
        <w:br/>
        <w:t>f 36295/32529/27959 36294/32528/27959 36309/32543/27975</w:t>
        <w:br/>
        <w:t>f 36294/32528/27959 36310/32544/27976 36309/32543/27975</w:t>
        <w:br/>
        <w:t>f 36312/32545/27977 36313/32546/27978 36311/32547/27979</w:t>
        <w:br/>
        <w:t>f 36313/32546/27980 36315/32548/27981 36314/32549/27982</w:t>
        <w:br/>
        <w:t>f 36312/32545/27977 36316/32550/27983 36313/32546/27978</w:t>
        <w:br/>
        <w:t>f 36316/32550/27983 36317/32551/27984 36313/32546/27978</w:t>
        <w:br/>
        <w:t>f 36316/32550/27983 36309/32543/27985 36317/32551/27984</w:t>
        <w:br/>
        <w:t>f 36309/32543/27985 36318/32552/27986 36317/32551/27984</w:t>
        <w:br/>
        <w:t>f 36315/32548/27981 36318/32552/27986 36314/32549/27982</w:t>
        <w:br/>
        <w:t>f 36318/32552/27986 36319/32553/27987 36314/32549/27982</w:t>
        <w:br/>
        <w:t>f 36314/32549/27982 36319/32553/27987 36320/32554/27988</w:t>
        <w:br/>
        <w:t>f 36319/32553/27987 36321/32555/27989 36320/32554/27988</w:t>
        <w:br/>
        <w:t>f 36313/32546/27980 36314/32549/27982 36320/32554/27988</w:t>
        <w:br/>
        <w:t>f 36320/32554/27988 36321/32555/27989 36322/32556/27990</w:t>
        <w:br/>
        <w:t>f 36321/32555/27989 36323/32557/27991 36322/32556/27990</w:t>
        <w:br/>
        <w:t>f 36324/32558/27992 36322/32556/27990 36313/32546/27980</w:t>
        <w:br/>
        <w:t>f 36326/32559/27993 36327/32560/27994 36325/32561/27995</w:t>
        <w:br/>
        <w:t>f 36327/32560/27994 36291/32527/27958 36325/32561/27995</w:t>
        <w:br/>
        <w:t>f 36328/32562/27996 36329/32563/27997 36326/32559/27993</w:t>
        <w:br/>
        <w:t>f 36329/32563/27997 36327/32560/27994 36326/32559/27993</w:t>
        <w:br/>
        <w:t>f 36331/32564/27998 36326/32559/27993 36330/32565/27999</w:t>
        <w:br/>
        <w:t>f 36333/32566/28000 36334/32567/28001 36332/32568/28002</w:t>
        <w:br/>
        <w:t>f 36336/32569/28003 36337/32570/28004 36335/32571/28005</w:t>
        <w:br/>
        <w:t>f 36337/32570/28004 36338/32572/28006 36335/32571/28005</w:t>
        <w:br/>
        <w:t>f 36332/32568/28002 36334/32567/28001 36339/32573/28007</w:t>
        <w:br/>
        <w:t>f 36334/32567/28001 36335/32571/28005 36339/32573/28007</w:t>
        <w:br/>
        <w:t>f 36340/32574/28008 36333/32566/28000 36332/32568/28002</w:t>
        <w:br/>
        <w:t>f 36322/32556/27990 36323/32557/27991 36330/32565/27999</w:t>
        <w:br/>
        <w:t>f 36323/32557/27991 36341/32575/28009 36330/32565/27999</w:t>
        <w:br/>
        <w:t>f 36341/32575/28009 36338/32572/28006 36330/32565/27999</w:t>
        <w:br/>
        <w:t>f 36338/32572/28006 36331/32564/27998 36330/32565/27999</w:t>
        <w:br/>
        <w:t>f 36305/32538/27968 36291/32527/28010 36303/32539/27969</w:t>
        <w:br/>
        <w:t>f 36291/32527/28010 36342/32576/28011 36303/32539/27969</w:t>
        <w:br/>
        <w:t>f 36344/32577/28012 36303/32539/27969 36343/32578/28013</w:t>
        <w:br/>
        <w:t>f 36343/32578/28013 36303/32539/27969 36209/32443/27881</w:t>
        <w:br/>
        <w:t>f 36303/32539/27969 36342/32576/28011 36209/32443/27881</w:t>
        <w:br/>
        <w:t>f 36345/32579/28014 36346/32580/28015 36344/32577/28012</w:t>
        <w:br/>
        <w:t>f 36346/32580/28015 36347/32581/28016 36344/32577/28012</w:t>
        <w:br/>
        <w:t>f 36347/32581/28016 36348/32582/28017 36344/32577/28012</w:t>
        <w:br/>
        <w:t>f 36348/32582/28017 36349/32583/28018 36344/32577/28012</w:t>
        <w:br/>
        <w:t>f 36351/32584/28019 36352/32585/28020 36350/32586/28021</w:t>
        <w:br/>
        <w:t>f 36352/32585/28020 36353/32587/28022 36350/32586/28021</w:t>
        <w:br/>
        <w:t>f 36355/32588/28023 36356/32589/28024 36354/32590/28025</w:t>
        <w:br/>
        <w:t>f 36356/32589/28024 36357/32591/28024 36354/32590/28025</w:t>
        <w:br/>
        <w:t>f 36359/32592/28026 36357/32591/28024 36358/32593/28027</w:t>
        <w:br/>
        <w:t>f 36357/32591/28024 36356/32589/28024 36358/32593/28027</w:t>
        <w:br/>
        <w:t>f 36351/32584/28019 36350/32586/28021 36360/32594/28028</w:t>
        <w:br/>
        <w:t>f 36350/32586/28021 36329/32563/28029 36360/32594/28028</w:t>
        <w:br/>
        <w:t>f 36351/32584/28019 36360/32594/28028 36358/32593/28030</w:t>
        <w:br/>
        <w:t>f 36362/32595/28031 36363/32596/28032 36361/32597/28033</w:t>
        <w:br/>
        <w:t>f 36365/32598/28034 36362/32595/28031 36364/32599/28035</w:t>
        <w:br/>
        <w:t>f 36362/32595/28031 36361/32597/28033 36364/32599/28035</w:t>
        <w:br/>
        <w:t>f 36366/32600/28036 36367/32601/28037 36361/32597/28033</w:t>
        <w:br/>
        <w:t>f 36367/32601/28037 36364/32599/28035 36361/32597/28033</w:t>
        <w:br/>
        <w:t>f 36362/32595/28031 36365/32598/28034 36358/32593/28027</w:t>
        <w:br/>
        <w:t>f 36365/32598/28034 36359/32592/28026 36358/32593/28027</w:t>
        <w:br/>
        <w:t>f 36369/32602/28038 36370/32603/28039 36368/32604/28040</w:t>
        <w:br/>
        <w:t>f 36370/32603/28039 36371/32605/28041 36368/32604/28040</w:t>
        <w:br/>
        <w:t>f 36339/32573/28007 36372/32606/28042 36332/32568/28002</w:t>
        <w:br/>
        <w:t>f 36372/32606/28042 36340/32574/28008 36332/32568/28002</w:t>
        <w:br/>
        <w:t>f 36373/32607/28043 36374/32608/28044 36370/32603/28039</w:t>
        <w:br/>
        <w:t>f 36374/32608/28044 36371/32605/28041 36370/32603/28039</w:t>
        <w:br/>
        <w:t>f 36360/32594/28028 36375/32609/28045 36374/32608/28046</w:t>
        <w:br/>
        <w:t>f 36375/32609/28045 36376/32610/28047 36374/32608/28046</w:t>
        <w:br/>
        <w:t>f 36360/32594/28028 36377/32611/28048 36375/32609/28045</w:t>
        <w:br/>
        <w:t>f 36361/32597/28033 36363/32596/28032 36366/32600/28036</w:t>
        <w:br/>
        <w:t>f 36379/32612/28049 36333/32566/28050 36378/32613/28051</w:t>
        <w:br/>
        <w:t>f 36368/32604/28040 36371/32605/28041 36333/32566/28050</w:t>
        <w:br/>
        <w:t>f 36371/32605/28041 36378/32613/28051 36333/32566/28050</w:t>
        <w:br/>
        <w:t>f 36380/32614/28052 36381/32615/28052 36188/32421/27860</w:t>
        <w:br/>
        <w:t>f 36381/32615/28052 36189/32423/27860 36188/32421/27860</w:t>
        <w:br/>
        <w:t>f 36382/32616/28053 36383/32617/28054 36380/32614/28052</w:t>
        <w:br/>
        <w:t>f 36383/32617/28054 36381/32615/28052 36380/32614/28052</w:t>
        <w:br/>
        <w:t>f 36385/32618/28055 36386/32619/28056 36384/32620/28057</w:t>
        <w:br/>
        <w:t>f 36386/32619/28056 36387/32621/28058 36384/32620/28057</w:t>
        <w:br/>
        <w:t>f 36386/32619/28056 36388/32622/28059 36387/32621/28058</w:t>
        <w:br/>
        <w:t>f 36388/32622/28059 36389/32623/28060 36387/32621/28058</w:t>
        <w:br/>
        <w:t>f 36386/32619/28056 36390/32624/28061 36388/32622/28059</w:t>
        <w:br/>
        <w:t>f 36392/32625/28062 36202/32435/27873 36391/32626/28063</w:t>
        <w:br/>
        <w:t>f 36202/32435/27873 36393/32627/28064 36391/32626/28063</w:t>
        <w:br/>
        <w:t>f 36251/32485/27920 36395/32628/28065 36394/32629/28066</w:t>
        <w:br/>
        <w:t>f 36395/32628/28065 36396/32630/28067 36394/32629/28066</w:t>
        <w:br/>
        <w:t>f 36251/32485/27920 36394/32629/28066 36397/32631/28068</w:t>
        <w:br/>
        <w:t>f 36398/32632/28069 36260/32493/27928 36259/32495/27930</w:t>
        <w:br/>
        <w:t>f 36202/32435/27873 36399/32633/28070 36393/32627/28064</w:t>
        <w:br/>
        <w:t>f 36401/32634/28071 36402/32635/28072 36400/32636/28073</w:t>
        <w:br/>
        <w:t>f 36402/32635/28072 36403/32637/28074 36400/32636/28073</w:t>
        <w:br/>
        <w:t>f 36403/32637/28074 36402/32635/28072 36404/32638/28075</w:t>
        <w:br/>
        <w:t>f 36402/32635/28072 36405/32639/28076 36404/32638/28075</w:t>
        <w:br/>
        <w:t>f 36391/32626/28063 36400/32636/28073 36392/32625/28062</w:t>
        <w:br/>
        <w:t>f 36400/32636/28073 36389/32623/28077 36392/32625/28062</w:t>
        <w:br/>
        <w:t>f 36385/32618/28055 36390/32624/28061 36386/32619/28056</w:t>
        <w:br/>
        <w:t>f 36407/32640/28078 36408/32641/28079 36406/32642/28080</w:t>
        <w:br/>
        <w:t>f 36343/32578/28013 36406/32642/28080 36409/32643/28081</w:t>
        <w:br/>
        <w:t>f 36406/32642/28080 36410/32644/28082 36409/32643/28081</w:t>
        <w:br/>
        <w:t>f 36412/32645/28083 36409/32643/28081 36411/32646/28084</w:t>
        <w:br/>
        <w:t>f 36409/32643/28081 36410/32644/28082 36411/32646/28084</w:t>
        <w:br/>
        <w:t>f 36414/32647/28085 36415/32648/28086 36413/32649/28087</w:t>
        <w:br/>
        <w:t>f 36415/32648/28086 36416/32650/28088 36413/32649/28087</w:t>
        <w:br/>
        <w:t>f 36418/32651/28089 36419/32652/28090 36417/32653/28091</w:t>
        <w:br/>
        <w:t>f 36413/32649/28087 36418/32651/28092 36414/32647/28085</w:t>
        <w:br/>
        <w:t>f 36421/32654/28093 36422/32655/28094 36420/32656/28095</w:t>
        <w:br/>
        <w:t>f 36422/32655/28094 36208/32442/27880 36420/32656/28095</w:t>
        <w:br/>
        <w:t>f 36208/32442/27880 36422/32655/28094 36423/32657/28096</w:t>
        <w:br/>
        <w:t>f 36414/32647/28085 36419/32652/28097 36415/32648/28086</w:t>
        <w:br/>
        <w:t>f 36419/32652/28097 36424/32658/28098 36415/32648/28086</w:t>
        <w:br/>
        <w:t>f 36211/32445/27883 36210/32444/27882 36425/32659/28099</w:t>
        <w:br/>
        <w:t>f 36210/32444/27882 36218/32452/27892 36425/32659/28099</w:t>
        <w:br/>
        <w:t>f 36419/32652/28097 36211/32445/27883 36424/32658/28098</w:t>
        <w:br/>
        <w:t>f 36211/32445/27883 36425/32659/28099 36424/32658/28098</w:t>
        <w:br/>
        <w:t>f 36421/32654/28093 36420/32656/28095 36411/32646/28100</w:t>
        <w:br/>
        <w:t>f 36420/32656/28095 36426/32660/28101 36411/32646/28100</w:t>
        <w:br/>
        <w:t>f 36428/32661/28102 36429/32662/28103 36427/32663/28104</w:t>
        <w:br/>
        <w:t>f 36429/32662/28103 36430/32664/28105 36427/32663/28104</w:t>
        <w:br/>
        <w:t>f 36428/32661/28102 36427/32663/28104 36431/32665/28106</w:t>
        <w:br/>
        <w:t>f 36427/32663/28104 36432/32666/28107 36431/32665/28106</w:t>
        <w:br/>
        <w:t>f 36431/32665/28106 36407/32640/28108 36428/32661/28102</w:t>
        <w:br/>
        <w:t>f 36407/32640/28108 36429/32662/28103 36428/32661/28102</w:t>
        <w:br/>
        <w:t>f 36259/32495/27930 36257/32491/27926 36404/32638/28075</w:t>
        <w:br/>
        <w:t>f 36257/32491/27926 36256/32490/27926 36404/32638/28075</w:t>
        <w:br/>
        <w:t>f 36280/32514/27947 36272/32505/27939 36433/32667/28109</w:t>
        <w:br/>
        <w:t>f 36272/32505/27939 36289/32523/27953 36433/32667/28109</w:t>
        <w:br/>
        <w:t>f 36435/32668/28110 36436/32669/28110 36434/32670/28110</w:t>
        <w:br/>
        <w:t>f 36436/32669/28110 36437/32671/28110 36434/32670/28110</w:t>
        <w:br/>
        <w:t>f 36438/32672/28111 36439/32673/28112 36280/32514/27947</w:t>
        <w:br/>
        <w:t>f 36439/32673/28112 36281/32515/27948 36280/32514/27947</w:t>
        <w:br/>
        <w:t>f 36278/32512/27945 36281/32515/27948 36279/32513/27946</w:t>
        <w:br/>
        <w:t>f 36281/32515/27948 36439/32673/28112 36279/32513/27946</w:t>
        <w:br/>
        <w:t>f 36440/32674/28113 36441/32675/28114 36351/32584/28019</w:t>
        <w:br/>
        <w:t>f 36304/32537/27967 36349/32583/28018 36306/32540/27970</w:t>
        <w:br/>
        <w:t>f 36349/32583/28018 36348/32582/28017 36306/32540/27970</w:t>
        <w:br/>
        <w:t>f 36443/32676/28115 36444/32677/28116 36442/32678/28117</w:t>
        <w:br/>
        <w:t>f 36445/32679/28118 36444/32677/28116 36443/32676/28115</w:t>
        <w:br/>
        <w:t>f 36445/32679/28118 36446/32680/28119 36444/32677/28116</w:t>
        <w:br/>
        <w:t>f 36446/32680/28119 36447/32681/28120 36444/32677/28116</w:t>
        <w:br/>
        <w:t>f 36449/32682/28121 36450/32683/28121 36448/32684/28122</w:t>
        <w:br/>
        <w:t>f 36450/32683/28121 36451/32685/28123 36448/32684/28122</w:t>
        <w:br/>
        <w:t>f 36448/32684/28124 36452/32686/28125 36445/32679/28118</w:t>
        <w:br/>
        <w:t>f 36452/32686/28125 36446/32680/28119 36445/32679/28118</w:t>
        <w:br/>
        <w:t>f 36452/32686/28125 36453/32687/28126 36446/32680/28119</w:t>
        <w:br/>
        <w:t>f 36453/32687/28126 36454/32688/28127 36446/32680/28119</w:t>
        <w:br/>
        <w:t>f 36456/32689/28128 36457/32690/28129 36455/32691/28130</w:t>
        <w:br/>
        <w:t>f 36457/32690/28129 36458/32692/28129 36455/32691/28130</w:t>
        <w:br/>
        <w:t>f 36459/32693/28131 36460/32694/28132 36454/32688/28133</w:t>
        <w:br/>
        <w:t>f 36460/32694/28132 36461/32695/28134 36454/32688/28133</w:t>
        <w:br/>
        <w:t>f 36353/32587/28022 36460/32694/28132 36459/32693/28131</w:t>
        <w:br/>
        <w:t>f 36463/32696/28135 36464/32697/28136 36462/32698/28136</w:t>
        <w:br/>
        <w:t>f 36465/32699/28137 36444/32677/28116 36447/32681/28120</w:t>
        <w:br/>
        <w:t>f 36443/32676/28115 36442/32678/28117 36451/32685/28138</w:t>
        <w:br/>
        <w:t>f 36442/32678/28117 36466/32700/28139 36451/32685/28138</w:t>
        <w:br/>
        <w:t>f 36354/32590/28025 36466/32700/28139 36355/32588/28023</w:t>
        <w:br/>
        <w:t>f 36466/32700/28139 36442/32678/28117 36355/32588/28023</w:t>
        <w:br/>
        <w:t>f 36467/32701/28140 36459/32693/28131 36463/32696/28135</w:t>
        <w:br/>
        <w:t>f 36468/32702/28141 36469/32703/28142 36455/32691/28130</w:t>
        <w:br/>
        <w:t>f 36469/32703/28142 36456/32689/28128 36455/32691/28130</w:t>
        <w:br/>
        <w:t>f 36471/32704/28143 36472/32705/28144 36470/32706/28145</w:t>
        <w:br/>
        <w:t>f 36472/32705/28144 36473/32707/28146 36470/32706/28145</w:t>
        <w:br/>
        <w:t>f 36475/32708/28147 36476/32709/28148 36474/32710/28149</w:t>
        <w:br/>
        <w:t>f 36476/32709/28148 36477/32711/28149 36474/32710/28149</w:t>
        <w:br/>
        <w:t>f 36479/32712/28150 36480/32713/28151 36478/32714/28152</w:t>
        <w:br/>
        <w:t>f 36470/32706/28145 36474/32710/28149 36471/32704/28143</w:t>
        <w:br/>
        <w:t>f 36474/32710/28149 36477/32711/28149 36471/32704/28143</w:t>
        <w:br/>
        <w:t>f 36481/32715/28153 36482/32716/28154 36475/32708/28147</w:t>
        <w:br/>
        <w:t>f 36482/32716/28154 36476/32709/28148 36475/32708/28147</w:t>
        <w:br/>
        <w:t>f 36481/32715/28153 36483/32717/28155 36482/32716/28154</w:t>
        <w:br/>
        <w:t>f 36483/32717/28155 36484/32718/28155 36482/32716/28154</w:t>
        <w:br/>
        <w:t>f 36485/32719/28156 36486/32720/28157 36353/32587/28022</w:t>
        <w:br/>
        <w:t>f 36486/32720/28157 36487/32721/28158 36353/32587/28022</w:t>
        <w:br/>
        <w:t>f 36488/32722/28159 36487/32721/28158 36480/32713/28151</w:t>
        <w:br/>
        <w:t>f 36487/32721/28158 36486/32720/28157 36480/32713/28151</w:t>
        <w:br/>
        <w:t>f 36489/32723/28160 36459/32693/28131 36467/32701/28140</w:t>
        <w:br/>
        <w:t>f 36469/32703/28142 36468/32702/28141 36472/32705/28144</w:t>
        <w:br/>
        <w:t>f 36468/32702/28141 36473/32707/28146 36472/32705/28144</w:t>
        <w:br/>
        <w:t>f 36490/32724/28161 36486/32720/28157 36472/32705/28162</w:t>
        <w:br/>
        <w:t>f 36472/32705/28162 36486/32720/28157 36459/32693/28163</w:t>
        <w:br/>
        <w:t>f 36478/32714/28152 36486/32720/28157 36490/32724/28161</w:t>
        <w:br/>
        <w:t>f 36478/32714/28152 36480/32713/28151 36486/32720/28157</w:t>
        <w:br/>
        <w:t>f 36491/32725/28164 36267/32501/27938 36271/32506/27940</w:t>
        <w:br/>
        <w:t>f 36352/32585/28020 36355/32588/28165 36492/32726/28166</w:t>
        <w:br/>
        <w:t>f 36351/32584/28019 36441/32675/28114 36352/32585/28020</w:t>
        <w:br/>
        <w:t>f 36351/32584/28019 36358/32593/28030 36440/32674/28113</w:t>
        <w:br/>
        <w:t>f 36358/32593/28030 36360/32594/28028 36493/32727/28167</w:t>
        <w:br/>
        <w:t>f 36328/32562/27996 36331/32564/27998 36336/32569/28003</w:t>
        <w:br/>
        <w:t>f 36328/32562/27996 36326/32559/27993 36331/32564/27998</w:t>
        <w:br/>
        <w:t>f 36326/32559/27993 36322/32556/27990 36330/32565/27999</w:t>
        <w:br/>
        <w:t>f 36325/32561/27995 36322/32556/27990 36326/32559/27993</w:t>
        <w:br/>
        <w:t>f 36308/32542/27972 36292/32525/28168 36304/32537/27967</w:t>
        <w:br/>
        <w:t>f 36304/32537/27967 36303/32539/27969 36349/32583/28018</w:t>
        <w:br/>
        <w:t>f 36349/32583/28018 36303/32539/27969 36344/32577/28012</w:t>
        <w:br/>
        <w:t>f 36344/32577/28012 36343/32578/28013 36345/32579/28014</w:t>
        <w:br/>
        <w:t>f 36208/32442/27880 36211/32445/27883 36494/32728/28169</w:t>
        <w:br/>
        <w:t>f 36206/32440/27878 36211/32445/27883 36208/32442/27880</w:t>
        <w:br/>
        <w:t>f 36206/32440/27878 36213/32447/27885 36210/32444/27882</w:t>
        <w:br/>
        <w:t>f 36183/32419/27886 36213/32447/27885 36206/32440/27878</w:t>
        <w:br/>
        <w:t>f 36495/32729/28170 36187/32420/27859 36197/32430/27868</w:t>
        <w:br/>
        <w:t>f 36197/32430/27868 36187/32420/27859 36198/32431/27869</w:t>
        <w:br/>
        <w:t>f 36495/32729/28170 36197/32430/27868 36203/32437/27875</w:t>
        <w:br/>
        <w:t>f 36203/32437/27875 36202/32435/27873 36382/32616/28171</w:t>
        <w:br/>
        <w:t>f 36251/32485/27920 36253/32487/27923 36261/32494/27929</w:t>
        <w:br/>
        <w:t>f 36249/32483/27918 36253/32487/27923 36251/32485/27920</w:t>
        <w:br/>
        <w:t>f 36249/32483/27918 36248/32482/27917 36252/32486/27922</w:t>
        <w:br/>
        <w:t>f 36233/32466/27906 36248/32482/27917 36249/32483/27918</w:t>
        <w:br/>
        <w:t>f 36497/32730/28172 36498/32731/28173 36496/32732/28174</w:t>
        <w:br/>
        <w:t>f 36500/32733/28175 36501/32734/28176 36499/32735/28177</w:t>
        <w:br/>
        <w:t>f 36503/32736/28178 36504/32737/28179 36502/32738/28178</w:t>
        <w:br/>
        <w:t>f 36506/32739/28180 36507/32740/28181 36505/32741/28182</w:t>
        <w:br/>
        <w:t>f 36507/32740/28181 36508/32742/28183 36505/32741/28182</w:t>
        <w:br/>
        <w:t>f 36510/32743/28184 36511/32744/28185 36509/32745/28186</w:t>
        <w:br/>
        <w:t>f 36511/32744/28185 36512/32746/28187 36509/32745/28186</w:t>
        <w:br/>
        <w:t>f 36514/32747/28188 36515/32748/28189 36513/32749/28190</w:t>
        <w:br/>
        <w:t>f 36515/32748/28189 36516/32750/28191 36513/32749/28190</w:t>
        <w:br/>
        <w:t>f 36518/32751/28192 36519/32752/28193 36517/32753/28194</w:t>
        <w:br/>
        <w:t>f 36519/32752/28193 36520/32754/28195 36517/32753/28194</w:t>
        <w:br/>
        <w:t>f 36522/32755/28196 36523/32756/28197 36521/32757/28198</w:t>
        <w:br/>
        <w:t>f 36521/32757/28198 36525/32758/28199 36524/32759/28200</w:t>
        <w:br/>
        <w:t>f 36526/32760/28201 36527/32761/28202 36522/32755/28196</w:t>
        <w:br/>
        <w:t>f 36500/32733/28175 36496/32732/28174 36498/32731/28173</w:t>
        <w:br/>
        <w:t>f 36529/32762/28203 36526/32760/28201 36528/32763/28204</w:t>
        <w:br/>
        <w:t>f 36505/32741/28182 36508/32742/28183 36525/32758/28199</w:t>
        <w:br/>
        <w:t>f 36531/32764/28205 36532/32765/28206 36530/32766/28207</w:t>
        <w:br/>
        <w:t>f 36532/32765/28206 36533/32767/28208 36530/32766/28207</w:t>
        <w:br/>
        <w:t>f 36516/32750/28191 36515/32748/28189 36534/32768/28209</w:t>
        <w:br/>
        <w:t>f 36515/32748/28189 36535/32769/28210 36534/32768/28209</w:t>
        <w:br/>
        <w:t>f 36532/32765/28206 36537/32770/28211 36536/32771/28212</w:t>
        <w:br/>
        <w:t>f 36537/32770/28211 36538/32772/28213 36536/32771/28212</w:t>
        <w:br/>
        <w:t>f 36540/32773/28214 36541/32774/28215 36539/32775/28216</w:t>
        <w:br/>
        <w:t>f 36508/32742/28183 36507/32740/28181 36542/32776/28217</w:t>
        <w:br/>
        <w:t>f 36541/32774/28215 36540/32773/28214 36506/32739/28180</w:t>
        <w:br/>
        <w:t>f 36540/32773/28214 36507/32740/28181 36506/32739/28180</w:t>
        <w:br/>
        <w:t>f 36543/32777/28218 36544/32778/28219 36497/32730/28172</w:t>
        <w:br/>
        <w:t>f 36545/32779/28220 36546/32780/28221 36520/32754/28195</w:t>
        <w:br/>
        <w:t>f 36544/32778/28219 36547/32781/28222 36497/32730/28172</w:t>
        <w:br/>
        <w:t>f 36542/32776/28217 36548/32782/28223 36510/32743/28184</w:t>
        <w:br/>
        <w:t>f 36548/32782/28223 36511/32744/28185 36510/32743/28184</w:t>
        <w:br/>
        <w:t>f 36550/32783/28224 36551/32784/28225 36549/32785/28226</w:t>
        <w:br/>
        <w:t>f 36552/32786/28227 36553/32787/28228 36511/32744/28185</w:t>
        <w:br/>
        <w:t>f 36553/32787/28228 36512/32746/28187 36511/32744/28185</w:t>
        <w:br/>
        <w:t>f 36554/32788/28229 36497/32730/28172 36514/32747/28188</w:t>
        <w:br/>
        <w:t>f 36533/32767/28208 36532/32765/28206 36555/32789/28230</w:t>
        <w:br/>
        <w:t>f 36532/32765/28206 36536/32771/28212 36555/32789/28230</w:t>
        <w:br/>
        <w:t>f 36536/32771/28212 36556/32790/28231 36555/32789/28230</w:t>
        <w:br/>
        <w:t>f 36556/32790/28231 36557/32791/28232 36555/32789/28230</w:t>
        <w:br/>
        <w:t>f 36558/32792/28233 36537/32770/28211 36531/32764/28205</w:t>
        <w:br/>
        <w:t>f 36537/32770/28211 36532/32765/28206 36531/32764/28205</w:t>
        <w:br/>
        <w:t>f 36551/32784/28225 36560/32793/28234 36559/32794/28235</w:t>
        <w:br/>
        <w:t>f 36560/32793/28234 36520/32754/28195 36561/32795/28236</w:t>
        <w:br/>
        <w:t>f 36562/32796/28237 36552/32786/28227 36548/32782/28223</w:t>
        <w:br/>
        <w:t>f 36552/32786/28227 36511/32744/28185 36548/32782/28223</w:t>
        <w:br/>
        <w:t>f 36538/32772/28213 36563/32797/28238 36536/32771/28212</w:t>
        <w:br/>
        <w:t>f 36563/32797/28238 36556/32790/28231 36536/32771/28212</w:t>
        <w:br/>
        <w:t>f 36549/32785/28226 36551/32784/28225 36564/32798/28239</w:t>
        <w:br/>
        <w:t>f 36528/32763/28204 36565/32799/28240 36529/32762/28203</w:t>
        <w:br/>
        <w:t>f 36522/32755/28196 36537/32770/28211 36528/32763/28204</w:t>
        <w:br/>
        <w:t>f 36538/32772/28213 36508/32742/28183 36563/32797/28238</w:t>
        <w:br/>
        <w:t>f 36528/32763/28204 36558/32792/28233 36565/32799/28240</w:t>
        <w:br/>
        <w:t>f 36548/32782/28223 36540/32773/28214 36562/32796/28237</w:t>
        <w:br/>
        <w:t>f 36566/32800/28241 36567/32801/28242 36539/32775/28216</w:t>
        <w:br/>
        <w:t>f 36567/32801/28242 36540/32773/28214 36539/32775/28216</w:t>
        <w:br/>
        <w:t>f 36559/32794/28235 36560/32793/28234 36561/32795/28236</w:t>
        <w:br/>
        <w:t>f 36545/32779/28220 36560/32793/28234 36568/32802/28243</w:t>
        <w:br/>
        <w:t>f 36545/32779/28220 36520/32754/28195 36560/32793/28234</w:t>
        <w:br/>
        <w:t>f 36520/32754/28195 36546/32780/28221 36517/32753/28194</w:t>
        <w:br/>
        <w:t>f 36515/32748/28189 36497/32730/28172 36496/32732/28174</w:t>
        <w:br/>
        <w:t>f 36514/32747/28188 36497/32730/28172 36515/32748/28189</w:t>
        <w:br/>
        <w:t>f 36535/32769/28210 36496/32732/28174 36499/32735/28177</w:t>
        <w:br/>
        <w:t>f 36535/32769/28210 36515/32748/28189 36496/32732/28174</w:t>
        <w:br/>
        <w:t>f 36562/32796/28237 36540/32773/28214 36567/32801/28242</w:t>
        <w:br/>
        <w:t>f 36548/32782/28223 36507/32740/28181 36540/32773/28214</w:t>
        <w:br/>
        <w:t>f 36542/32776/28217 36507/32740/28181 36548/32782/28223</w:t>
        <w:br/>
        <w:t>f 36537/32770/28211 36558/32792/28233 36528/32763/28204</w:t>
        <w:br/>
        <w:t>f 36538/32772/28213 36522/32755/28196 36521/32757/28198</w:t>
        <w:br/>
        <w:t>f 36538/32772/28213 36537/32770/28211 36522/32755/28196</w:t>
        <w:br/>
        <w:t>f 36521/32757/28198 36508/32742/28183 36538/32772/28213</w:t>
        <w:br/>
        <w:t>f 36527/32761/28202 36523/32756/28197 36522/32755/28196</w:t>
        <w:br/>
        <w:t>f 36523/32756/28197 36525/32758/28199 36521/32757/28198</w:t>
        <w:br/>
        <w:t>f 36526/32760/28201 36522/32755/28196 36528/32763/28204</w:t>
        <w:br/>
        <w:t>f 36497/32730/28172 36554/32788/28229 36543/32777/28218</w:t>
        <w:br/>
        <w:t>f 36554/32788/28229 36569/32803/28244 36543/32777/28218</w:t>
        <w:br/>
        <w:t>f 36560/32793/28234 36551/32784/28225 36550/32783/28224</w:t>
        <w:br/>
        <w:t>f 36568/32802/28243 36560/32793/28234 36550/32783/28224</w:t>
        <w:br/>
        <w:t>f 36561/32795/28236 36520/32754/28195 36519/32752/28193</w:t>
        <w:br/>
        <w:t>f 36547/32781/28222 36498/32731/28173 36497/32730/28172</w:t>
        <w:br/>
        <w:t>f 36500/32733/28175 36499/32735/28177 36496/32732/28174</w:t>
        <w:br/>
        <w:t>f 36571/32804/28175 36572/32805/28245 36570/32806/28176</w:t>
        <w:br/>
        <w:t>f 36572/32805/28245 36573/32807/28246 36570/32806/28176</w:t>
        <w:br/>
        <w:t>f 36570/32806/28176 36573/32807/28246 36574/32808/28179</w:t>
        <w:br/>
        <w:t>f 36573/32807/28246 36575/32809/28247 36574/32808/28179</w:t>
        <w:br/>
        <w:t>f 36577/32810/28248 36578/32811/28249 36576/32812/28180</w:t>
        <w:br/>
        <w:t>f 36578/32811/28249 36579/32813/28250 36576/32812/28180</w:t>
        <w:br/>
        <w:t>f 36581/32814/28251 36582/32815/28252 36580/32816/28253</w:t>
        <w:br/>
        <w:t>f 36582/32815/28252 36583/32817/28254 36580/32816/28253</w:t>
        <w:br/>
        <w:t>f 36585/32818/28193 36586/32819/28255 36584/32820/28256</w:t>
        <w:br/>
        <w:t>f 36586/32819/28255 36587/32821/28257 36584/32820/28256</w:t>
        <w:br/>
        <w:t>f 36589/32822/28201 36590/32823/28258 36588/32824/28202</w:t>
        <w:br/>
        <w:t>f 36590/32823/28258 36591/32825/28259 36588/32824/28202</w:t>
        <w:br/>
        <w:t>f 36592/32826/28260 36593/32827/28261 36571/32804/28175</w:t>
        <w:br/>
        <w:t>f 36593/32827/28261 36572/32805/28245 36571/32804/28175</w:t>
        <w:br/>
        <w:t>f 36594/32828/28203 36595/32829/28262 36589/32822/28201</w:t>
        <w:br/>
        <w:t>f 36595/32829/28262 36590/32823/28258 36589/32822/28201</w:t>
        <w:br/>
        <w:t>f 36596/32830/28199 36597/32831/28263 36577/32810/28248</w:t>
        <w:br/>
        <w:t>f 36597/32831/28263 36578/32811/28249 36577/32810/28248</w:t>
        <w:br/>
        <w:t>f 36599/32832/28215 36600/32833/28264 36598/32834/28216</w:t>
        <w:br/>
        <w:t>f 36600/32833/28264 36601/32835/28265 36598/32834/28216</w:t>
        <w:br/>
        <w:t>f 36576/32812/28180 36579/32813/28250 36599/32832/28215</w:t>
        <w:br/>
        <w:t>f 36579/32813/28250 36600/32833/28264 36599/32832/28215</w:t>
        <w:br/>
        <w:t>f 36603/32836/28218 36604/32837/28266 36602/32838/28267</w:t>
        <w:br/>
        <w:t>f 36604/32837/28266 36605/32839/28268 36602/32838/28267</w:t>
        <w:br/>
        <w:t>f 36602/32838/28267 36605/32839/28268 36606/32840/28222</w:t>
        <w:br/>
        <w:t>f 36605/32839/28268 36607/32841/28269 36606/32840/28222</w:t>
        <w:br/>
        <w:t>f 36609/32842/28270 36610/32843/28271 36608/32844/28228</w:t>
        <w:br/>
        <w:t>f 36610/32843/28271 36611/32845/28272 36608/32844/28228</w:t>
        <w:br/>
        <w:t>f 36613/32846/28273 36614/32847/28274 36612/32848/28275</w:t>
        <w:br/>
        <w:t>f 36614/32847/28274 36615/32849/28276 36612/32848/28275</w:t>
        <w:br/>
        <w:t>f 36616/32850/28277 36617/32851/28278 36609/32842/28270</w:t>
        <w:br/>
        <w:t>f 36617/32851/28278 36610/32843/28271 36609/32842/28270</w:t>
        <w:br/>
        <w:t>f 36619/32852/28279 36613/32846/28273 36618/32853/28280</w:t>
        <w:br/>
        <w:t>f 36613/32846/28273 36612/32848/28275 36618/32853/28280</w:t>
        <w:br/>
        <w:t>f 36620/32854/28281 36621/32855/28282 36594/32828/28203</w:t>
        <w:br/>
        <w:t>f 36621/32855/28282 36595/32829/28262 36594/32828/28203</w:t>
        <w:br/>
        <w:t>f 36623/32856/28283 36624/32857/28284 36622/32858/28285</w:t>
        <w:br/>
        <w:t>f 36624/32857/28284 36625/32859/28286 36622/32858/28285</w:t>
        <w:br/>
        <w:t>f 36598/32834/28216 36601/32835/28265 36626/32860/28287</w:t>
        <w:br/>
        <w:t>f 36601/32835/28265 36627/32861/28288 36626/32860/28287</w:t>
        <w:br/>
        <w:t>f 36628/32862/28289 36629/32863/28290 36614/32847/28274</w:t>
        <w:br/>
        <w:t>f 36629/32863/28290 36615/32849/28276 36614/32847/28274</w:t>
        <w:br/>
        <w:t>f 36581/32814/28251 36630/32864/28291 36582/32815/28252</w:t>
        <w:br/>
        <w:t>f 36630/32864/28291 36631/32865/28292 36582/32815/28252</w:t>
        <w:br/>
        <w:t>f 36623/32856/28283 36622/32858/28285 36616/32850/28277</w:t>
        <w:br/>
        <w:t>f 36622/32858/28285 36617/32851/28278 36616/32850/28277</w:t>
        <w:br/>
        <w:t>f 36588/32824/28202 36591/32825/28259 36632/32866/28293</w:t>
        <w:br/>
        <w:t>f 36591/32825/28259 36633/32867/28294 36632/32866/28293</w:t>
        <w:br/>
        <w:t>f 36632/32866/28293 36633/32867/28294 36596/32830/28199</w:t>
        <w:br/>
        <w:t>f 36633/32867/28294 36597/32831/28263 36596/32830/28199</w:t>
        <w:br/>
        <w:t>f 36619/32852/28279 36618/32853/28280 36634/32868/28295</w:t>
        <w:br/>
        <w:t>f 36618/32853/28280 36635/32869/28295 36634/32868/28295</w:t>
        <w:br/>
        <w:t>f 36628/32862/28289 36585/32818/28193 36629/32863/28290</w:t>
        <w:br/>
        <w:t>f 36585/32818/28193 36584/32820/28256 36629/32863/28290</w:t>
        <w:br/>
        <w:t>f 36606/32840/28222 36607/32841/28269 36592/32826/28260</w:t>
        <w:br/>
        <w:t>f 36607/32841/28269 36593/32827/28261 36592/32826/28260</w:t>
        <w:br/>
        <w:t>f 36637/32870/28296 36638/32871/28297 36636/32872/28298</w:t>
        <w:br/>
        <w:t>f 36640/32873/28299 36641/32874/28300 36639/32875/28301</w:t>
        <w:br/>
        <w:t>f 36641/32874/28300 36642/32876/28301 36639/32875/28301</w:t>
        <w:br/>
        <w:t>f 36643/32877/28302 36644/32878/28303 36640/32873/28299</w:t>
        <w:br/>
        <w:t>f 36644/32878/28303 36641/32874/28300 36640/32873/28299</w:t>
        <w:br/>
        <w:t>f 36644/32878/28303 36643/32877/28302 36645/32879/28304</w:t>
        <w:br/>
        <w:t>f 36643/32877/28302 36646/32880/28305 36645/32879/28304</w:t>
        <w:br/>
        <w:t>f 36646/32880/28305 36647/32881/28306 36645/32879/28304</w:t>
        <w:br/>
        <w:t>f 36647/32881/28306 36648/32882/28307 36645/32879/28304</w:t>
        <w:br/>
        <w:t>f 36650/32883/28308 36651/32884/28309 36649/32885/28310</w:t>
        <w:br/>
        <w:t>f 36651/32884/28309 36652/32886/28311 36649/32885/28310</w:t>
        <w:br/>
        <w:t>f 36653/32887/28312 36640/32873/28299 36649/32885/28310</w:t>
        <w:br/>
        <w:t>f 36651/32884/28309 36650/32883/28308 36654/32888/28313</w:t>
        <w:br/>
        <w:t>f 36650/32883/28308 36655/32889/28314 36654/32888/28313</w:t>
        <w:br/>
        <w:t>f 36655/32889/28314 36650/32883/28308 36656/32890/28315</w:t>
        <w:br/>
        <w:t>f 36643/32877/28302 36657/32891/28316 36646/32880/28305</w:t>
        <w:br/>
        <w:t>f 36658/32892/28317 36659/32893/28318 36652/32886/28311</w:t>
        <w:br/>
        <w:t>f 36659/32893/28318 36660/32894/28319 36652/32886/28311</w:t>
        <w:br/>
        <w:t>f 36659/32893/28318 36658/32892/28317 36661/32895/28320</w:t>
        <w:br/>
        <w:t>f 36658/32892/28317 36662/32896/28321 36661/32895/28320</w:t>
        <w:br/>
        <w:t>f 36659/32893/28318 36664/32897/28322 36663/32898/28323</w:t>
        <w:br/>
        <w:t>f 36637/32870/28324 36666/32899/28325 36665/32900/28326</w:t>
        <w:br/>
        <w:t>f 36668/32901/28327 36637/32870/28296 36667/32902/28328</w:t>
        <w:br/>
        <w:t>f 36669/32903/28329 36670/32904/28330 36666/32899/28325</w:t>
        <w:br/>
        <w:t>f 36670/32904/28330 36665/32900/28326 36666/32899/28325</w:t>
        <w:br/>
        <w:t>f 36666/32899/28325 36663/32898/28323 36669/32903/28329</w:t>
        <w:br/>
        <w:t>f 36663/32898/28323 36671/32905/28331 36669/32903/28329</w:t>
        <w:br/>
        <w:t>f 36668/32901/28327 36667/32902/28328 36672/32906/28332</w:t>
        <w:br/>
        <w:t>f 36667/32902/28328 36673/32907/28333 36672/32906/28332</w:t>
        <w:br/>
        <w:t>f 36672/32906/28332 36674/32908/28334 36668/32901/28327</w:t>
        <w:br/>
        <w:t>f 36674/32908/28334 36675/32909/28335 36668/32901/28327</w:t>
        <w:br/>
        <w:t>f 36676/32910/28336 36677/32911/28337 36637/32870/28296</w:t>
        <w:br/>
        <w:t>f 36677/32911/28337 36638/32871/28297 36637/32870/28296</w:t>
        <w:br/>
        <w:t>f 36677/32911/28337 36676/32910/28336 36678/32912/28338</w:t>
        <w:br/>
        <w:t>f 36676/32910/28336 36679/32913/28339 36678/32912/28338</w:t>
        <w:br/>
        <w:t>f 36675/32909/28335 36680/32914/28340 36668/32901/28327</w:t>
        <w:br/>
        <w:t>f 36682/32915/28341 36678/32912/28338 36681/32916/28341</w:t>
        <w:br/>
        <w:t>f 36678/32912/28338 36683/32917/28342 36681/32916/28341</w:t>
        <w:br/>
        <w:t>f 36682/32915/28341 36681/32916/28341 36684/32918/28343</w:t>
        <w:br/>
        <w:t>f 36681/32916/28341 36649/32885/28310 36684/32918/28343</w:t>
        <w:br/>
        <w:t>f 36684/32918/28343 36649/32885/28310 36652/32886/28311</w:t>
        <w:br/>
        <w:t>f 36646/32880/28305 36657/32891/28316 36647/32881/28306</w:t>
        <w:br/>
        <w:t>f 36686/32919/28344 36687/32920/28345 36685/32921/28346</w:t>
        <w:br/>
        <w:t>f 36685/32921/28346 36688/32922/28347 36686/32919/28344</w:t>
        <w:br/>
        <w:t>f 36688/32922/28347 36689/32923/28347 36686/32919/28344</w:t>
        <w:br/>
        <w:t>f 36691/32924/28348 36692/32925/28349 36690/32926/28348</w:t>
        <w:br/>
        <w:t>f 36692/32925/28349 36693/32927/28349 36690/32926/28348</w:t>
        <w:br/>
        <w:t>f 36694/32928/28350 36695/32929/28350 36690/32926/28348</w:t>
        <w:br/>
        <w:t>f 36695/32929/28350 36691/32924/28348 36690/32926/28348</w:t>
        <w:br/>
        <w:t>f 36697/32930/28351 36698/32931/28351 36696/32932/28352</w:t>
        <w:br/>
        <w:t>f 36696/32932/28352 36685/32921/28346 36699/32933/28353</w:t>
        <w:br/>
        <w:t>f 36685/32921/28346 36701/32934/28354 36700/32935/28355</w:t>
        <w:br/>
        <w:t>f 36702/32936/28356 36703/32937/28357 36687/32920/28345</w:t>
        <w:br/>
        <w:t>f 36703/32937/28357 36685/32921/28346 36687/32920/28345</w:t>
        <w:br/>
        <w:t>f 36703/32937/28357 36702/32936/28356 36704/32938/28358</w:t>
        <w:br/>
        <w:t>f 36702/32936/28356 36654/32888/28359 36704/32938/28358</w:t>
        <w:br/>
        <w:t>f 36703/32937/28357 36706/32939/28360 36705/32940/28361</w:t>
        <w:br/>
        <w:t>f 36706/32939/28360 36707/32941/28362 36705/32940/28361</w:t>
        <w:br/>
        <w:t>f 36707/32941/28362 36708/32942/28363 36705/32940/28361</w:t>
        <w:br/>
        <w:t>f 36709/32943/28364 36710/32944/28365 36706/32939/28360</w:t>
        <w:br/>
        <w:t>f 36710/32944/28365 36707/32941/28362 36706/32939/28360</w:t>
        <w:br/>
        <w:t>f 36708/32942/28363 36711/32945/28366 36705/32940/28361</w:t>
        <w:br/>
        <w:t>f 36711/32945/28366 36701/32934/28354 36705/32940/28361</w:t>
        <w:br/>
        <w:t>f 36713/32946/28367 36714/32947/28368 36712/32948/28369</w:t>
        <w:br/>
        <w:t>f 36715/32949/28370 36695/32929/28350 36699/32933/28371</w:t>
        <w:br/>
        <w:t>f 36695/32929/28350 36694/32928/28350 36699/32933/28371</w:t>
        <w:br/>
        <w:t>f 36711/32945/28366 36716/32950/28372 36701/32934/28354</w:t>
        <w:br/>
        <w:t>f 36716/32950/28372 36700/32935/28355 36701/32934/28354</w:t>
        <w:br/>
        <w:t>f 36718/32951/28373 36719/32952/28373 36717/32953/28374</w:t>
        <w:br/>
        <w:t>f 36719/32952/28373 36720/32954/28375 36717/32953/28374</w:t>
        <w:br/>
        <w:t>f 36722/32955/28376 36723/32956/28376 36721/32957/28376</w:t>
        <w:br/>
        <w:t>f 36720/32954/28377 36725/32958/28378 36724/32959/28379</w:t>
        <w:br/>
        <w:t>f 36725/32958/28378 36726/32960/28380 36724/32959/28379</w:t>
        <w:br/>
        <w:t>f 36728/32961/28381 36729/32962/28382 36727/32963/28383</w:t>
        <w:br/>
        <w:t>f 36729/32962/28382 36730/32964/28384 36727/32963/28383</w:t>
        <w:br/>
        <w:t>f 36727/32963/28383 36730/32964/28384 36731/32965/28385</w:t>
        <w:br/>
        <w:t>f 36730/32964/28384 36732/32966/28385 36731/32965/28385</w:t>
        <w:br/>
        <w:t>f 36726/32960/28380 36733/32967/28386 36724/32959/28379</w:t>
        <w:br/>
        <w:t>f 36733/32967/28386 36734/32968/28387 36724/32959/28379</w:t>
        <w:br/>
        <w:t>f 36735/32969/28388 36736/32970/28389 36728/32961/28381</w:t>
        <w:br/>
        <w:t>f 36736/32970/28389 36729/32962/28382 36728/32961/28381</w:t>
        <w:br/>
        <w:t>f 36738/32971/28390 36739/32972/28390 36737/32973/28390</w:t>
        <w:br/>
        <w:t>f 36735/32969/28388 36740/32974/28391 36736/32970/28389</w:t>
        <w:br/>
        <w:t>f 36740/32974/28391 36741/32975/28391 36736/32970/28389</w:t>
        <w:br/>
        <w:t>f 36693/32927/28349 36692/32925/28349 36740/32974/28391</w:t>
        <w:br/>
        <w:t>f 36692/32925/28349 36741/32975/28391 36740/32974/28391</w:t>
        <w:br/>
        <w:t>f 36687/32920/28345 36720/32954/28377 36742/32976/28392</w:t>
        <w:br/>
        <w:t>f 36720/32954/28377 36724/32959/28379 36742/32976/28392</w:t>
        <w:br/>
        <w:t>f 36743/32977/28393 36717/32953/28374 36720/32954/28375</w:t>
        <w:br/>
        <w:t>f 36745/32978/28394 36746/32979/28395 36744/32980/28396</w:t>
        <w:br/>
        <w:t>f 36744/32980/28396 36746/32979/28395 36747/32981/28397</w:t>
        <w:br/>
        <w:t>f 36746/32979/28395 36748/32982/28397 36747/32981/28397</w:t>
        <w:br/>
        <w:t>f 36750/32983/28398 36751/32984/28399 36749/32985/28398</w:t>
        <w:br/>
        <w:t>f 36750/32983/28398 36749/32985/28398 36752/32986/28400</w:t>
        <w:br/>
        <w:t>f 36749/32985/28398 36753/32987/28401 36752/32986/28400</w:t>
        <w:br/>
        <w:t>f 36755/32988/28402 36744/32980/28396 36754/32989/28402</w:t>
        <w:br/>
        <w:t>f 36757/32990/28403 36758/32991/28404 36756/32992/28405</w:t>
        <w:br/>
        <w:t>f 36759/32993/28406 36760/32994/28407 36756/32992/28405</w:t>
        <w:br/>
        <w:t>f 36760/32994/28407 36761/32995/28408 36756/32992/28405</w:t>
        <w:br/>
        <w:t>f 36754/32989/28402 36752/32986/28400 36755/32988/28402</w:t>
        <w:br/>
        <w:t>f 36752/32986/28400 36760/32994/28407 36755/32988/28402</w:t>
        <w:br/>
        <w:t>f 36748/32982/28397 36762/32996/28409 36747/32981/28397</w:t>
        <w:br/>
        <w:t>f 36762/32996/28409 36763/32997/28410 36747/32981/28397</w:t>
        <w:br/>
        <w:t>f 36765/32998/28411 36766/32999/28412 36764/33000/28413</w:t>
        <w:br/>
        <w:t>f 36767/33001/28414 36768/33002/28415 36766/32999/28412</w:t>
        <w:br/>
        <w:t>f 36764/33000/28413 36766/32999/28412 36769/33003/28416</w:t>
        <w:br/>
        <w:t>f 36766/32999/28412 36770/33004/28417 36769/33003/28416</w:t>
        <w:br/>
        <w:t>f 36771/33005/28418 36762/32996/28419 36770/33004/28417</w:t>
        <w:br/>
        <w:t>f 36762/32996/28419 36769/33003/28416 36770/33004/28417</w:t>
        <w:br/>
        <w:t>f 36772/33006/28420 36771/33005/28421 36767/33001/28414</w:t>
        <w:br/>
        <w:t>f 36771/33005/28421 36768/33002/28415 36767/33001/28414</w:t>
        <w:br/>
        <w:t>f 36767/33001/28414 36773/33007/28422 36772/33006/28420</w:t>
        <w:br/>
        <w:t>f 36773/33007/28422 36774/33008/28423 36772/33006/28420</w:t>
        <w:br/>
        <w:t>f 36773/33007/28422 36767/33001/28414 36766/32999/28412</w:t>
        <w:br/>
        <w:t>f 36773/33007/28422 36775/33009/28424 36774/33008/28423</w:t>
        <w:br/>
        <w:t>f 36775/33009/28424 36776/33010/28425 36774/33008/28423</w:t>
        <w:br/>
        <w:t>f 36766/32999/28412 36775/33009/28424 36777/33011/28426</w:t>
        <w:br/>
        <w:t>f 36745/32978/28394 36779/33012/28427 36778/33013/28428</w:t>
        <w:br/>
        <w:t>f 36779/33012/28427 36780/33014/28429 36778/33013/28428</w:t>
        <w:br/>
        <w:t>f 36779/33012/28427 36781/33015/28430 36780/33014/28429</w:t>
        <w:br/>
        <w:t>f 36781/33015/28430 36782/33016/28431 36780/33014/28429</w:t>
        <w:br/>
        <w:t>f 36784/33017/28432 36780/33014/28429 36783/33018/28433</w:t>
        <w:br/>
        <w:t>f 36786/33019/28434 36787/33020/28435 36785/33021/28436</w:t>
        <w:br/>
        <w:t>f 36789/33022/28437 36790/33023/28438 36788/33024/28439</w:t>
        <w:br/>
        <w:t>f 36790/33023/28438 36791/33025/28440 36788/33024/28439</w:t>
        <w:br/>
        <w:t>f 36786/33019/28434 36792/33026/28441 36787/33020/28435</w:t>
        <w:br/>
        <w:t>f 36792/33026/28441 36788/33024/28442 36787/33020/28435</w:t>
        <w:br/>
        <w:t>f 36786/33019/28434 36785/33021/28436 36793/33027/28443</w:t>
        <w:br/>
        <w:t>f 36794/33028/28444 36776/33010/28425 36784/33017/28432</w:t>
        <w:br/>
        <w:t>f 36776/33010/28425 36775/33009/28424 36784/33017/28432</w:t>
        <w:br/>
        <w:t>f 36794/33028/28444 36784/33017/28432 36789/33022/28437</w:t>
        <w:br/>
        <w:t>f 36784/33017/28432 36783/33018/28433 36789/33022/28437</w:t>
        <w:br/>
        <w:t>f 36758/32991/28404 36757/32990/28403 36745/32978/28394</w:t>
        <w:br/>
        <w:t>f 36757/32990/28403 36795/33029/28445 36745/32978/28394</w:t>
        <w:br/>
        <w:t>f 36797/33030/28446 36757/32990/28403 36796/33031/28447</w:t>
        <w:br/>
        <w:t>f 36795/33029/28445 36757/32990/28403 36662/32896/28321</w:t>
        <w:br/>
        <w:t>f 36757/32990/28403 36797/33030/28446 36662/32896/28321</w:t>
        <w:br/>
        <w:t>f 36799/33032/28448 36796/33031/28447 36798/33033/28449</w:t>
        <w:br/>
        <w:t>f 36796/33031/28447 36800/33034/28450 36798/33033/28449</w:t>
        <w:br/>
        <w:t>f 36801/33035/28451 36802/33036/28452 36796/33031/28447</w:t>
        <w:br/>
        <w:t>f 36802/33036/28452 36800/33034/28450 36796/33031/28447</w:t>
        <w:br/>
        <w:t>f 36804/33037/28453 36805/33038/28454 36803/33039/28455</w:t>
        <w:br/>
        <w:t>f 36805/33038/28454 36806/33040/28456 36803/33039/28455</w:t>
        <w:br/>
        <w:t>f 36808/33041/28457 36809/33042/28458 36807/33043/28459</w:t>
        <w:br/>
        <w:t>f 36809/33042/28458 36810/33044/28460 36807/33043/28459</w:t>
        <w:br/>
        <w:t>f 36809/33042/28458 36808/33041/28457 36811/33045/28461</w:t>
        <w:br/>
        <w:t>f 36808/33041/28457 36812/33046/28462 36811/33045/28461</w:t>
        <w:br/>
        <w:t>f 36781/33015/28430 36805/33038/28454 36813/33047/28463</w:t>
        <w:br/>
        <w:t>f 36805/33038/28454 36804/33037/28453 36813/33047/28463</w:t>
        <w:br/>
        <w:t>f 36811/33045/28464 36813/33047/28463 36804/33037/28453</w:t>
        <w:br/>
        <w:t>f 36815/33048/28465 36816/33049/28466 36814/33050/28467</w:t>
        <w:br/>
        <w:t>f 36817/33051/28468 36818/33052/28469 36814/33050/28467</w:t>
        <w:br/>
        <w:t>f 36818/33052/28469 36815/33048/28465 36814/33050/28467</w:t>
        <w:br/>
        <w:t>f 36820/33053/28470 36815/33048/28465 36819/33054/28471</w:t>
        <w:br/>
        <w:t>f 36815/33048/28465 36818/33052/28469 36819/33054/28471</w:t>
        <w:br/>
        <w:t>f 36812/33046/28462 36817/33051/28468 36811/33045/28461</w:t>
        <w:br/>
        <w:t>f 36817/33051/28468 36814/33050/28467 36811/33045/28461</w:t>
        <w:br/>
        <w:t>f 36822/33055/28472 36823/33056/28473 36821/33057/28474</w:t>
        <w:br/>
        <w:t>f 36823/33056/28473 36824/33058/28475 36821/33057/28474</w:t>
        <w:br/>
        <w:t>f 36793/33027/28443 36825/33059/28476 36786/33019/28434</w:t>
        <w:br/>
        <w:t>f 36825/33059/28476 36792/33026/28441 36786/33019/28434</w:t>
        <w:br/>
        <w:t>f 36827/33060/28477 36823/33056/28473 36826/33061/28478</w:t>
        <w:br/>
        <w:t>f 36823/33056/28473 36822/33055/28472 36826/33061/28478</w:t>
        <w:br/>
        <w:t>f 36813/33047/28463 36826/33061/28478 36828/33062/28479</w:t>
        <w:br/>
        <w:t>f 36826/33061/28478 36829/33063/28480 36828/33062/28479</w:t>
        <w:br/>
        <w:t>f 36828/33062/28479 36830/33064/28481 36813/33047/28463</w:t>
        <w:br/>
        <w:t>f 36820/33053/28470 36816/33049/28466 36815/33048/28465</w:t>
        <w:br/>
        <w:t>f 36832/33065/28482 36785/33021/28483 36831/33066/28484</w:t>
        <w:br/>
        <w:t>f 36821/33057/28474 36785/33021/28483 36822/33055/28472</w:t>
        <w:br/>
        <w:t>f 36785/33021/28483 36832/33065/28482 36822/33055/28472</w:t>
        <w:br/>
        <w:t>f 36642/32876/28301 36833/33067/28485 36639/32875/28301</w:t>
        <w:br/>
        <w:t>f 36833/33067/28485 36834/33068/28485 36639/32875/28301</w:t>
        <w:br/>
        <w:t>f 36836/33069/28486 36834/33068/28485 36835/33070/28487</w:t>
        <w:br/>
        <w:t>f 36834/33068/28485 36833/33067/28485 36835/33070/28487</w:t>
        <w:br/>
        <w:t>f 36838/33071/28488 36839/33072/28489 36837/33073/28490</w:t>
        <w:br/>
        <w:t>f 36839/33072/28489 36840/33074/28491 36837/33073/28490</w:t>
        <w:br/>
        <w:t>f 36837/33073/28490 36840/33074/28491 36841/33075/28492</w:t>
        <w:br/>
        <w:t>f 36840/33074/28491 36842/33076/28493 36841/33075/28492</w:t>
        <w:br/>
        <w:t>f 36841/33075/28492 36843/33077/28494 36837/33073/28490</w:t>
        <w:br/>
        <w:t>f 36845/33078/28495 36655/32889/28314 36844/33079/28496</w:t>
        <w:br/>
        <w:t>f 36655/32889/28314 36846/33080/28497 36844/33079/28496</w:t>
        <w:br/>
        <w:t>f 36848/33081/28498 36849/33082/28499 36847/33083/28500</w:t>
        <w:br/>
        <w:t>f 36849/33082/28499 36704/32938/28501 36847/33083/28500</w:t>
        <w:br/>
        <w:t>f 36850/33084/28502 36847/33083/28500 36704/32938/28501</w:t>
        <w:br/>
        <w:t>f 36713/32946/28367 36712/32948/28369 36851/33085/28503</w:t>
        <w:br/>
        <w:t>f 36845/33078/28495 36852/33086/28504 36655/32889/28314</w:t>
        <w:br/>
        <w:t>f 36854/33087/28505 36855/33088/28506 36853/33089/28507</w:t>
        <w:br/>
        <w:t>f 36855/33088/28506 36856/33090/28508 36853/33089/28507</w:t>
        <w:br/>
        <w:t>f 36854/33087/28505 36857/33091/28509 36855/33088/28506</w:t>
        <w:br/>
        <w:t>f 36857/33091/28509 36858/33092/28510 36855/33088/28506</w:t>
        <w:br/>
        <w:t>f 36842/33076/28511 36853/33089/28512 36846/33080/28497</w:t>
        <w:br/>
        <w:t>f 36853/33089/28512 36844/33079/28496 36846/33080/28497</w:t>
        <w:br/>
        <w:t>f 36837/33073/28490 36843/33077/28494 36838/33071/28488</w:t>
        <w:br/>
        <w:t>f 36860/33093/28513 36861/33094/28514 36859/33095/28515</w:t>
        <w:br/>
        <w:t>f 36797/33030/28516 36862/33096/28517 36860/33093/28513</w:t>
        <w:br/>
        <w:t>f 36862/33096/28517 36863/33097/28518 36860/33093/28513</w:t>
        <w:br/>
        <w:t>f 36864/33098/28519 36865/33099/28520 36862/33096/28517</w:t>
        <w:br/>
        <w:t>f 36865/33099/28520 36863/33097/28518 36862/33096/28517</w:t>
        <w:br/>
        <w:t>f 36867/33100/28521 36868/33101/28522 36866/33102/28523</w:t>
        <w:br/>
        <w:t>f 36868/33101/28522 36869/33103/28524 36866/33102/28523</w:t>
        <w:br/>
        <w:t>f 36871/33104/28525 36872/33105/28526 36870/33106/28527</w:t>
        <w:br/>
        <w:t>f 36867/33100/28521 36870/33106/28528 36868/33101/28522</w:t>
        <w:br/>
        <w:t>f 36874/33107/28529 36875/33108/28529 36873/33109/28530</w:t>
        <w:br/>
        <w:t>f 36875/33108/28529 36661/32895/28531 36873/33109/28530</w:t>
        <w:br/>
        <w:t>f 36876/33110/28532 36873/33109/28530 36661/32895/28531</w:t>
        <w:br/>
        <w:t>f 36877/33111/28533 36872/33105/28534 36866/33102/28523</w:t>
        <w:br/>
        <w:t>f 36872/33105/28534 36867/33100/28521 36866/33102/28523</w:t>
        <w:br/>
        <w:t>f 36671/32905/28331 36663/32898/28323 36878/33112/28535</w:t>
        <w:br/>
        <w:t>f 36663/32898/28323 36664/32897/28322 36878/33112/28535</w:t>
        <w:br/>
        <w:t>f 36872/33105/28534 36877/33111/28533 36664/32897/28322</w:t>
        <w:br/>
        <w:t>f 36877/33111/28533 36878/33112/28535 36664/32897/28322</w:t>
        <w:br/>
        <w:t>f 36874/33107/28529 36865/33099/28536 36875/33108/28529</w:t>
        <w:br/>
        <w:t>f 36865/33099/28536 36879/33113/28537 36875/33108/28529</w:t>
        <w:br/>
        <w:t>f 36881/33114/28538 36882/33115/28539 36880/33116/28540</w:t>
        <w:br/>
        <w:t>f 36882/33115/28539 36883/33117/28541 36880/33116/28540</w:t>
        <w:br/>
        <w:t>f 36881/33114/28538 36884/33118/28542 36882/33115/28539</w:t>
        <w:br/>
        <w:t>f 36884/33118/28542 36885/33119/28543 36882/33115/28539</w:t>
        <w:br/>
        <w:t>f 36881/33114/28538 36859/33095/28544 36884/33118/28542</w:t>
        <w:br/>
        <w:t>f 36881/33114/28538 36880/33116/28540 36859/33095/28544</w:t>
        <w:br/>
        <w:t>f 36713/32946/28545 36857/33091/28546 36709/32943/28364</w:t>
        <w:br/>
        <w:t>f 36857/33091/28546 36710/32944/28365 36709/32943/28364</w:t>
        <w:br/>
        <w:t>f 36742/32976/28392 36724/32959/28379 36886/33120/28547</w:t>
        <w:br/>
        <w:t>f 36724/32959/28379 36734/32968/28387 36886/33120/28547</w:t>
        <w:br/>
        <w:t>f 36888/33121/28548 36889/33122/28548 36887/33123/28549</w:t>
        <w:br/>
        <w:t>f 36889/33122/28548 36890/33124/28550 36887/33123/28549</w:t>
        <w:br/>
        <w:t>f 36892/33125/28551 36734/32968/28387 36891/33126/28552</w:t>
        <w:br/>
        <w:t>f 36734/32968/28387 36733/32967/28386 36891/33126/28552</w:t>
        <w:br/>
        <w:t>f 36891/33126/28552 36733/32967/28386 36732/32966/28385</w:t>
        <w:br/>
        <w:t>f 36733/32967/28386 36731/32965/28385 36732/32966/28385</w:t>
        <w:br/>
        <w:t>f 36804/33037/28453 36894/33127/28553 36893/33128/28554</w:t>
        <w:br/>
        <w:t>f 36802/33036/28452 36801/33035/28451 36761/32995/28408</w:t>
        <w:br/>
        <w:t>f 36801/33035/28451 36756/32992/28405 36761/32995/28408</w:t>
        <w:br/>
        <w:t>f 36896/33129/28555 36897/33130/28556 36895/33131/28557</w:t>
        <w:br/>
        <w:t>f 36895/33131/28557 36897/33130/28556 36898/33132/28558</w:t>
        <w:br/>
        <w:t>f 36898/33132/28558 36897/33130/28556 36899/33133/28559</w:t>
        <w:br/>
        <w:t>f 36897/33130/28556 36900/33134/28560 36899/33133/28559</w:t>
        <w:br/>
        <w:t>f 36902/33135/28561 36903/33136/28562 36901/33137/28563</w:t>
        <w:br/>
        <w:t>f 36903/33136/28562 36904/33138/28564 36901/33137/28563</w:t>
        <w:br/>
        <w:t>f 36899/33133/28559 36905/33139/28565 36898/33132/28558</w:t>
        <w:br/>
        <w:t>f 36905/33139/28565 36901/33137/28566 36898/33132/28558</w:t>
        <w:br/>
        <w:t>f 36906/33140/28567 36907/33141/28568 36899/33133/28559</w:t>
        <w:br/>
        <w:t>f 36907/33141/28568 36905/33139/28565 36899/33133/28559</w:t>
        <w:br/>
        <w:t>f 36909/33142/28569 36910/33143/28570 36908/33144/28571</w:t>
        <w:br/>
        <w:t>f 36910/33143/28570 36911/33145/28572 36908/33144/28571</w:t>
        <w:br/>
        <w:t>f 36913/33146/28573 36906/33140/28574 36912/33147/28575</w:t>
        <w:br/>
        <w:t>f 36906/33140/28574 36914/33148/28576 36912/33147/28575</w:t>
        <w:br/>
        <w:t>f 36913/33146/28573 36912/33147/28575 36806/33040/28456</w:t>
        <w:br/>
        <w:t>f 36916/33149/28577 36917/33150/28577 36915/33151/28578</w:t>
        <w:br/>
        <w:t>f 36900/33134/28560 36897/33130/28556 36918/33152/28579</w:t>
        <w:br/>
        <w:t>f 36919/33153/28580 36896/33129/28555 36902/33135/28561</w:t>
        <w:br/>
        <w:t>f 36896/33129/28555 36895/33131/28557 36902/33135/28561</w:t>
        <w:br/>
        <w:t>f 36807/33043/28459 36810/33044/28460 36919/33153/28580</w:t>
        <w:br/>
        <w:t>f 36810/33044/28460 36896/33129/28555 36919/33153/28580</w:t>
        <w:br/>
        <w:t>f 36915/33151/28578 36913/33146/28573 36920/33154/28581</w:t>
        <w:br/>
        <w:t>f 36922/33155/28582 36908/33144/28571 36921/33156/28582</w:t>
        <w:br/>
        <w:t>f 36908/33144/28571 36911/33145/28572 36921/33156/28582</w:t>
        <w:br/>
        <w:t>f 36924/33157/28583 36925/33158/28584 36923/33159/28585</w:t>
        <w:br/>
        <w:t>f 36925/33158/28584 36926/33160/28585 36923/33159/28585</w:t>
        <w:br/>
        <w:t>f 36928/33161/28586 36929/33162/28587 36927/33163/28586</w:t>
        <w:br/>
        <w:t>f 36929/33162/28587 36930/33164/28587 36927/33163/28586</w:t>
        <w:br/>
        <w:t>f 36932/33165/28588 36933/33166/28589 36931/33167/28590</w:t>
        <w:br/>
        <w:t>f 36923/33159/28585 36926/33160/28585 36927/33163/28586</w:t>
        <w:br/>
        <w:t>f 36926/33160/28585 36928/33161/28586 36927/33163/28586</w:t>
        <w:br/>
        <w:t>f 36935/33168/28591 36930/33164/28587 36934/33169/28591</w:t>
        <w:br/>
        <w:t>f 36930/33164/28587 36929/33162/28587 36934/33169/28591</w:t>
        <w:br/>
        <w:t>f 36936/33170/28592 36937/33171/28592 36934/33169/28591</w:t>
        <w:br/>
        <w:t>f 36937/33171/28592 36935/33168/28591 36934/33169/28591</w:t>
        <w:br/>
        <w:t>f 36938/33172/28593 36939/33173/28594 36806/33040/28595</w:t>
        <w:br/>
        <w:t>f 36939/33173/28594 36940/33174/28596 36806/33040/28595</w:t>
        <w:br/>
        <w:t>f 36939/33173/28594 36938/33172/28593 36933/33166/28589</w:t>
        <w:br/>
        <w:t>f 36938/33172/28593 36941/33175/28597 36933/33166/28589</w:t>
        <w:br/>
        <w:t>f 36920/33154/28581 36913/33146/28573 36942/33176/28598</w:t>
        <w:br/>
        <w:t>f 36924/33157/28583 36922/33155/28582 36925/33158/28584</w:t>
        <w:br/>
        <w:t>f 36922/33155/28582 36921/33156/28582 36925/33158/28584</w:t>
        <w:br/>
        <w:t>f 36925/33158/28599 36939/33173/28594 36943/33177/28600</w:t>
        <w:br/>
        <w:t>f 36913/33146/28601 36939/33173/28594 36925/33158/28599</w:t>
        <w:br/>
        <w:t>f 36943/33177/28600 36939/33173/28594 36932/33165/28588</w:t>
        <w:br/>
        <w:t>f 36939/33173/28594 36933/33166/28589 36932/33165/28588</w:t>
        <w:br/>
        <w:t>f 36725/32958/28378 36720/32954/28377 36944/33178/28602</w:t>
        <w:br/>
        <w:t>f 36945/33179/28603 36810/33044/28460 36803/33039/28455</w:t>
        <w:br/>
        <w:t>f 36803/33039/28455 36894/33127/28553 36804/33037/28453</w:t>
        <w:br/>
        <w:t>f 36893/33128/28554 36811/33045/28464 36804/33037/28453</w:t>
        <w:br/>
        <w:t>f 36946/33180/28604 36813/33047/28463 36811/33045/28464</w:t>
        <w:br/>
        <w:t>f 36791/33025/28440 36783/33018/28433 36782/33016/28431</w:t>
        <w:br/>
        <w:t>f 36783/33018/28433 36780/33014/28429 36782/33016/28431</w:t>
        <w:br/>
        <w:t>f 36784/33017/28432 36775/33009/28424 36780/33014/28429</w:t>
        <w:br/>
        <w:t>f 36780/33014/28429 36775/33009/28424 36778/33013/28428</w:t>
        <w:br/>
        <w:t>f 36756/32992/28405 36744/32980/28605 36759/32993/28406</w:t>
        <w:br/>
        <w:t>f 36801/33035/28451 36757/32990/28403 36756/32992/28405</w:t>
        <w:br/>
        <w:t>f 36796/33031/28447 36757/32990/28403 36801/33035/28451</w:t>
        <w:br/>
        <w:t>f 36799/33032/28448 36797/33030/28446 36796/33031/28447</w:t>
        <w:br/>
        <w:t>f 36947/33181/28606 36664/32897/28322 36661/32895/28320</w:t>
        <w:br/>
        <w:t>f 36661/32895/28320 36664/32897/28322 36659/32893/28318</w:t>
        <w:br/>
        <w:t>f 36663/32898/28323 36666/32899/28325 36659/32893/28318</w:t>
        <w:br/>
        <w:t>f 36659/32893/28318 36666/32899/28325 36637/32870/28324</w:t>
        <w:br/>
        <w:t>f 36650/32883/28308 36640/32873/28299 36948/33182/28607</w:t>
        <w:br/>
        <w:t>f 36649/32885/28310 36640/32873/28299 36650/32883/28308</w:t>
        <w:br/>
        <w:t>f 36656/32890/28315 36650/32883/28308 36948/33182/28607</w:t>
        <w:br/>
        <w:t>f 36836/33069/28608 36655/32889/28314 36656/32890/28315</w:t>
        <w:br/>
        <w:t>f 36714/32947/28609 36706/32939/28360 36704/32938/28358</w:t>
        <w:br/>
        <w:t>f 36704/32938/28358 36706/32939/28360 36703/32937/28357</w:t>
        <w:br/>
        <w:t>f 36705/32940/28361 36701/32934/28354 36703/32937/28357</w:t>
        <w:br/>
        <w:t>f 36703/32937/28357 36701/32934/28354 36685/32921/28346</w:t>
        <w:br/>
        <w:t>f 36950/33183/28610 36951/33184/28611 36949/33185/28612</w:t>
        <w:br/>
        <w:t>f 36953/33186/28613 36954/33187/28614 36952/33188/28615</w:t>
        <w:br/>
        <w:t>f 36956/33189/28616 36957/33190/28617 36955/33191/28616</w:t>
        <w:br/>
        <w:t>f 36959/33192/28618 36960/33193/28619 36958/33194/28620</w:t>
        <w:br/>
        <w:t>f 36960/33193/28619 36961/33195/28621 36958/33194/28620</w:t>
        <w:br/>
        <w:t>f 36963/33196/28622 36964/33197/28623 36962/33198/28624</w:t>
        <w:br/>
        <w:t>f 36964/33197/28623 36965/33199/28625 36962/33198/28624</w:t>
        <w:br/>
        <w:t>f 36967/33200/28626 36968/33201/28627 36966/33202/28628</w:t>
        <w:br/>
        <w:t>f 36968/33201/28627 36969/33203/28629 36966/33202/28628</w:t>
        <w:br/>
        <w:t>f 36971/33204/28630 36972/33205/28631 36970/33206/28632</w:t>
        <w:br/>
        <w:t>f 36972/33205/28631 36973/33207/28633 36970/33206/28632</w:t>
        <w:br/>
        <w:t>f 36975/33208/28634 36976/33209/28635 36974/33210/28636</w:t>
        <w:br/>
        <w:t>f 36977/33211/28637 36978/33212/28638 36975/33208/28634</w:t>
        <w:br/>
        <w:t>f 36974/33210/28636 36980/33213/28639 36979/33214/28640</w:t>
        <w:br/>
        <w:t>f 36951/33184/28611 36950/33183/28610 36952/33188/28615</w:t>
        <w:br/>
        <w:t>f 36982/33215/28641 36979/33214/28640 36981/33216/28642</w:t>
        <w:br/>
        <w:t>f 36978/33212/28638 36961/33195/28621 36960/33193/28619</w:t>
        <w:br/>
        <w:t>f 36984/33217/28643 36985/33218/28644 36983/33219/28645</w:t>
        <w:br/>
        <w:t>f 36985/33218/28644 36986/33220/28646 36983/33219/28645</w:t>
        <w:br/>
        <w:t>f 36969/33203/28629 36987/33221/28647 36966/33202/28628</w:t>
        <w:br/>
        <w:t>f 36987/33221/28647 36988/33222/28648 36966/33202/28628</w:t>
        <w:br/>
        <w:t>f 36985/33218/28644 36990/33223/28649 36989/33224/28650</w:t>
        <w:br/>
        <w:t>f 36990/33223/28649 36991/33225/28651 36989/33224/28650</w:t>
        <w:br/>
        <w:t>f 36993/33226/28652 36994/33227/28653 36992/33228/28654</w:t>
        <w:br/>
        <w:t>f 36995/33229/28655 36958/33194/28620 36961/33195/28621</w:t>
        <w:br/>
        <w:t>f 36994/33227/28653 36959/33192/28618 36992/33228/28654</w:t>
        <w:br/>
        <w:t>f 36959/33192/28618 36958/33194/28620 36992/33228/28654</w:t>
        <w:br/>
        <w:t>f 36949/33185/28612 36997/33230/28656 36996/33231/28657</w:t>
        <w:br/>
        <w:t>f 36973/33207/28633 36999/33232/28658 36998/33233/28659</w:t>
        <w:br/>
        <w:t>f 36949/33185/28612 37000/33234/28660 36997/33230/28656</w:t>
        <w:br/>
        <w:t>f 36964/33197/28623 37001/33235/28661 36965/33199/28625</w:t>
        <w:br/>
        <w:t>f 37001/33235/28661 36995/33229/28655 36965/33199/28625</w:t>
        <w:br/>
        <w:t>f 37003/33236/28662 37004/33237/28663 37002/33238/28664</w:t>
        <w:br/>
        <w:t>f 36963/33196/28622 37005/33239/28665 36964/33197/28623</w:t>
        <w:br/>
        <w:t>f 37005/33239/28665 37006/33240/28666 36964/33197/28623</w:t>
        <w:br/>
        <w:t>f 36967/33200/28626 36949/33185/28612 37007/33241/28667</w:t>
        <w:br/>
        <w:t>f 36984/33217/28643 37008/33242/28668 36985/33218/28644</w:t>
        <w:br/>
        <w:t>f 37008/33242/28668 36990/33223/28649 36985/33218/28644</w:t>
        <w:br/>
        <w:t>f 36990/33223/28649 37008/33242/28668 37009/33243/28669</w:t>
        <w:br/>
        <w:t>f 37008/33242/28668 37010/33244/28670 37009/33243/28669</w:t>
        <w:br/>
        <w:t>f 36985/33218/28644 36989/33224/28650 36986/33220/28646</w:t>
        <w:br/>
        <w:t>f 36989/33224/28650 37011/33245/28671 36986/33220/28646</w:t>
        <w:br/>
        <w:t>f 37012/33246/28672 37013/33247/28673 37004/33237/28663</w:t>
        <w:br/>
        <w:t>f 37014/33248/28674 36973/33207/28633 37013/33247/28673</w:t>
        <w:br/>
        <w:t>f 36964/33197/28623 37006/33240/28666 37001/33235/28661</w:t>
        <w:br/>
        <w:t>f 37006/33240/28666 37015/33249/28675 37001/33235/28661</w:t>
        <w:br/>
        <w:t>f 36991/33225/28651 36990/33223/28649 37016/33250/28676</w:t>
        <w:br/>
        <w:t>f 36990/33223/28649 37009/33243/28669 37016/33250/28676</w:t>
        <w:br/>
        <w:t>f 37017/33251/28677 37004/33237/28663 37003/33236/28662</w:t>
        <w:br/>
        <w:t>f 36981/33216/28642 37018/33252/28678 36982/33215/28641</w:t>
        <w:br/>
        <w:t>f 36982/33215/28641 36989/33224/28650 36974/33210/28636</w:t>
        <w:br/>
        <w:t>f 37016/33250/28676 36961/33195/28621 36991/33225/28651</w:t>
        <w:br/>
        <w:t>f 37018/33252/28678 37011/33245/28671 36982/33215/28641</w:t>
        <w:br/>
        <w:t>f 37015/33249/28675 36992/33228/28654 37001/33235/28661</w:t>
        <w:br/>
        <w:t>f 36992/33228/28654 37019/33253/28679 36993/33226/28652</w:t>
        <w:br/>
        <w:t>f 37019/33253/28679 37020/33254/28680 36993/33226/28652</w:t>
        <w:br/>
        <w:t>f 37014/33248/28674 37013/33247/28673 37012/33246/28672</w:t>
        <w:br/>
        <w:t>f 37021/33255/28681 37013/33247/28673 36998/33233/28659</w:t>
        <w:br/>
        <w:t>f 37013/33247/28673 36973/33207/28633 36998/33233/28659</w:t>
        <w:br/>
        <w:t>f 36972/33205/28631 36999/33232/28658 36973/33207/28633</w:t>
        <w:br/>
        <w:t>f 36950/33183/28610 36949/33185/28612 36966/33202/28628</w:t>
        <w:br/>
        <w:t>f 36966/33202/28628 36949/33185/28612 36967/33200/28626</w:t>
        <w:br/>
        <w:t>f 36953/33186/28613 36950/33183/28610 36988/33222/28648</w:t>
        <w:br/>
        <w:t>f 36950/33183/28610 36966/33202/28628 36988/33222/28648</w:t>
        <w:br/>
        <w:t>f 37019/33253/28679 36992/33228/28654 37015/33249/28675</w:t>
        <w:br/>
        <w:t>f 36992/33228/28654 36958/33194/28620 37001/33235/28661</w:t>
        <w:br/>
        <w:t>f 37001/33235/28661 36958/33194/28620 36995/33229/28655</w:t>
        <w:br/>
        <w:t>f 36982/33215/28641 37011/33245/28671 36989/33224/28650</w:t>
        <w:br/>
        <w:t>f 36975/33208/28634 36974/33210/28636 36991/33225/28651</w:t>
        <w:br/>
        <w:t>f 36974/33210/28636 36989/33224/28650 36991/33225/28651</w:t>
        <w:br/>
        <w:t>f 36991/33225/28651 36961/33195/28621 36975/33208/28634</w:t>
        <w:br/>
        <w:t>f 36974/33210/28636 36976/33209/28635 36980/33213/28639</w:t>
        <w:br/>
        <w:t>f 36975/33208/28634 36978/33212/28638 36976/33209/28635</w:t>
        <w:br/>
        <w:t>f 36982/33215/28641 36974/33210/28636 36979/33214/28640</w:t>
        <w:br/>
        <w:t>f 36949/33185/28612 36996/33231/28657 37007/33241/28667</w:t>
        <w:br/>
        <w:t>f 36996/33231/28657 37022/33256/28682 37007/33241/28667</w:t>
        <w:br/>
        <w:t>f 37002/33238/28664 37004/33237/28663 37013/33247/28673</w:t>
        <w:br/>
        <w:t>f 37002/33238/28664 37013/33247/28673 37021/33255/28681</w:t>
        <w:br/>
        <w:t>f 36970/33206/28632 36973/33207/28633 37014/33248/28674</w:t>
        <w:br/>
        <w:t>f 36949/33185/28612 36951/33184/28611 37000/33234/28660</w:t>
        <w:br/>
        <w:t>f 36950/33183/28610 36953/33186/28613 36952/33188/28615</w:t>
        <w:br/>
        <w:t>f 37024/33257/28683 37025/33258/28684 37023/33259/28685</w:t>
        <w:br/>
        <w:t>f 37025/33258/28684 37026/33260/28686 37023/33259/28685</w:t>
        <w:br/>
        <w:t>f 37028/33261/28687 37024/33257/28683 37027/33262/28617</w:t>
        <w:br/>
        <w:t>f 37024/33257/28683 37023/33259/28685 37027/33262/28617</w:t>
        <w:br/>
        <w:t>f 37030/33263/28688 37031/33264/28689 37029/33265/28690</w:t>
        <w:br/>
        <w:t>f 37031/33264/28689 37032/33266/28619 37029/33265/28690</w:t>
        <w:br/>
        <w:t>f 37034/33267/28691 37035/33268/28692 37033/33269/28693</w:t>
        <w:br/>
        <w:t>f 37035/33268/28692 37036/33270/28694 37033/33269/28693</w:t>
        <w:br/>
        <w:t>f 37038/33271/28695 37039/33272/28696 37037/33273/28697</w:t>
        <w:br/>
        <w:t>f 37039/33272/28696 37040/33274/28698 37037/33273/28697</w:t>
        <w:br/>
        <w:t>f 37042/33275/28699 37043/33276/28700 37041/33277/28701</w:t>
        <w:br/>
        <w:t>f 37043/33276/28700 37044/33278/28640 37041/33277/28701</w:t>
        <w:br/>
        <w:t>f 37025/33258/28684 37045/33279/28702 37026/33260/28686</w:t>
        <w:br/>
        <w:t>f 37045/33279/28702 37046/33280/28703 37026/33260/28686</w:t>
        <w:br/>
        <w:t>f 37043/33276/28700 37047/33281/28704 37044/33278/28640</w:t>
        <w:br/>
        <w:t>f 37047/33281/28704 37048/33282/28642 37044/33278/28640</w:t>
        <w:br/>
        <w:t>f 37031/33264/28689 37049/33283/28705 37032/33266/28619</w:t>
        <w:br/>
        <w:t>f 37049/33283/28705 37050/33284/28638 37032/33266/28619</w:t>
        <w:br/>
        <w:t>f 37052/33285/28706 37053/33286/28707 37051/33287/28708</w:t>
        <w:br/>
        <w:t>f 37053/33286/28707 37054/33288/28653 37051/33287/28708</w:t>
        <w:br/>
        <w:t>f 37053/33286/28707 37030/33263/28688 37054/33288/28653</w:t>
        <w:br/>
        <w:t>f 37030/33263/28688 37029/33265/28690 37054/33288/28653</w:t>
        <w:br/>
        <w:t>f 37056/33289/28709 37057/33290/28710 37055/33291/28711</w:t>
        <w:br/>
        <w:t>f 37057/33290/28710 37058/33292/28657 37055/33291/28711</w:t>
        <w:br/>
        <w:t>f 37060/33293/28712 37056/33289/28709 37059/33294/28713</w:t>
        <w:br/>
        <w:t>f 37056/33289/28709 37055/33291/28711 37059/33294/28713</w:t>
        <w:br/>
        <w:t>f 37062/33295/28714 37063/33296/28715 37061/33297/28716</w:t>
        <w:br/>
        <w:t>f 37063/33296/28715 37064/33298/28717 37061/33297/28716</w:t>
        <w:br/>
        <w:t>f 37066/33299/28718 37067/33300/28719 37065/33301/28720</w:t>
        <w:br/>
        <w:t>f 37067/33300/28719 37068/33302/28721 37065/33301/28720</w:t>
        <w:br/>
        <w:t>f 37063/33296/28715 37069/33303/28722 37064/33298/28717</w:t>
        <w:br/>
        <w:t>f 37069/33303/28722 37070/33304/28723 37064/33298/28717</w:t>
        <w:br/>
        <w:t>f 37071/33305/28724 37072/33306/28725 37066/33299/28718</w:t>
        <w:br/>
        <w:t>f 37072/33306/28725 37067/33300/28719 37066/33299/28718</w:t>
        <w:br/>
        <w:t>f 37047/33281/28704 37073/33307/28726 37048/33282/28642</w:t>
        <w:br/>
        <w:t>f 37073/33307/28726 37074/33308/28727 37048/33282/28642</w:t>
        <w:br/>
        <w:t>f 37076/33309/28679 37077/33310/28728 37075/33311/28680</w:t>
        <w:br/>
        <w:t>f 37077/33310/28728 37078/33312/28729 37075/33311/28680</w:t>
        <w:br/>
        <w:t>f 37080/33313/28730 37052/33285/28706 37079/33314/28731</w:t>
        <w:br/>
        <w:t>f 37052/33285/28706 37051/33287/28708 37079/33314/28731</w:t>
        <w:br/>
        <w:t>f 37068/33302/28721 37081/33315/28732 37065/33301/28720</w:t>
        <w:br/>
        <w:t>f 37081/33315/28732 37082/33316/28733 37065/33301/28720</w:t>
        <w:br/>
        <w:t>f 37036/33270/28694 37035/33268/28692 37083/33317/28734</w:t>
        <w:br/>
        <w:t>f 37035/33268/28692 37084/33318/28735 37083/33317/28734</w:t>
        <w:br/>
        <w:t>f 37069/33303/28722 37077/33310/28728 37070/33304/28723</w:t>
        <w:br/>
        <w:t>f 37077/33310/28728 37076/33309/28679 37070/33304/28723</w:t>
        <w:br/>
        <w:t>f 37086/33319/28736 37042/33275/28699 37085/33320/28635</w:t>
        <w:br/>
        <w:t>f 37042/33275/28699 37041/33277/28701 37085/33320/28635</w:t>
        <w:br/>
        <w:t>f 37049/33283/28705 37086/33319/28736 37050/33284/28638</w:t>
        <w:br/>
        <w:t>f 37086/33319/28736 37085/33320/28635 37050/33284/28638</w:t>
        <w:br/>
        <w:t>f 37088/33321/28737 37072/33306/28725 37087/33322/28737</w:t>
        <w:br/>
        <w:t>f 37072/33306/28725 37071/33305/28724 37087/33322/28737</w:t>
        <w:br/>
        <w:t>f 37082/33316/28733 37081/33315/28732 37038/33271/28695</w:t>
        <w:br/>
        <w:t>f 37081/33315/28732 37039/33272/28696 37038/33271/28695</w:t>
        <w:br/>
        <w:t>f 37045/33279/28702 37060/33293/28712 37046/33280/28703</w:t>
        <w:br/>
        <w:t>f 37060/33293/28712 37059/33294/28713 37046/33280/28703</w:t>
        <w:br/>
        <w:t>f 16660/33323/28738 16659/33324/28739 16658/33325/28740</w:t>
        <w:br/>
        <w:t>f 16663/33326/28741 16662/33327/28742 16661/33328/28743</w:t>
        <w:br/>
        <w:t>f 16664/33329/28741 16663/33326/28741 16661/33328/28743</w:t>
        <w:br/>
        <w:t>f 16662/33327/28742 16666/33330/28744 16665/33331/28745</w:t>
        <w:br/>
        <w:t>f 16661/33328/28743 16662/33327/28742 16665/33331/28745</w:t>
        <w:br/>
        <w:t>f 16666/33330/28744 16668/33332/28746 16667/33333/28747</w:t>
        <w:br/>
        <w:t>f 16665/33331/28745 16666/33330/28744 16667/33333/28747</w:t>
        <w:br/>
        <w:t>f 16667/33333/28747 16668/33332/28746 16669/33334/28748</w:t>
        <w:br/>
        <w:t>f 16670/33335/28749 16667/33333/28747 16669/33334/28748</w:t>
        <w:br/>
        <w:t>f 16673/33336/28750 16672/33337/28751 16671/33338/28752</w:t>
        <w:br/>
        <w:t>f 16674/33339/28753 16673/33336/28750 16671/33338/28752</w:t>
        <w:br/>
        <w:t>f 16662/33327/28742 16673/33336/28750 16675/33340/28754</w:t>
        <w:br/>
        <w:t>f 16672/33337/28751 16677/33341/28755 16676/33342/28756</w:t>
        <w:br/>
        <w:t>f 16671/33338/28752 16672/33337/28751 16676/33342/28756</w:t>
        <w:br/>
        <w:t>f 16672/33337/28751 16678/33343/28757 16677/33341/28755</w:t>
        <w:br/>
        <w:t>f 16679/33344/28758 16668/33332/28746 16666/33330/28744</w:t>
        <w:br/>
        <w:t>f 16682/33345/28759 16681/33346/28760 16674/33339/28753</w:t>
        <w:br/>
        <w:t>f 16680/33347/28761 16682/33345/28759 16674/33339/28753</w:t>
        <w:br/>
        <w:t>f 16683/33348/28762 16682/33345/28759 16680/33347/28761</w:t>
        <w:br/>
        <w:t>f 16684/33349/28763 16683/33348/28762 16680/33347/28761</w:t>
        <w:br/>
        <w:t>f 16686/33350/28764 16685/33351/28765 16682/33345/28759</w:t>
        <w:br/>
        <w:t>f 16688/33352/28766 16687/33353/28767 16658/33325/28740</w:t>
        <w:br/>
        <w:t>f 16658/33325/28768 16690/33354/28769 16689/33355/28770</w:t>
        <w:br/>
        <w:t>f 16692/33356/28771 16687/33353/28767 16688/33352/28766</w:t>
        <w:br/>
        <w:t>f 16691/33357/28772 16692/33356/28771 16688/33352/28766</w:t>
        <w:br/>
        <w:t>f 16691/33357/28772 16688/33352/28766 16685/33351/28765</w:t>
        <w:br/>
        <w:t>f 16693/33358/28773 16691/33357/28772 16685/33351/28765</w:t>
        <w:br/>
        <w:t>f 16694/33359/28774 16689/33355/28770 16690/33354/28769</w:t>
        <w:br/>
        <w:t>f 16695/33360/28775 16694/33359/28774 16690/33354/28769</w:t>
        <w:br/>
        <w:t>f 16697/33361/28776 16696/33362/28777 16689/33355/28770</w:t>
        <w:br/>
        <w:t>f 16694/33359/28774 16697/33361/28776 16689/33355/28770</w:t>
        <w:br/>
        <w:t>f 16699/33363/28778 16660/33323/28738 16658/33325/28740</w:t>
        <w:br/>
        <w:t>f 16698/33364/28778 16699/33363/28778 16658/33325/28740</w:t>
        <w:br/>
        <w:t>f 16700/33365/28779 16699/33363/28778 16698/33364/28778</w:t>
        <w:br/>
        <w:t>f 16701/33366/28780 16700/33365/28779 16698/33364/28778</w:t>
        <w:br/>
        <w:t>f 16702/33367/28781 16689/33355/28770 16696/33362/28777</w:t>
        <w:br/>
        <w:t>f 16704/33368/28782 16703/33369/28783 16700/33365/28784</w:t>
        <w:br/>
        <w:t>f 16705/33370/28785 16704/33368/28782 16700/33365/28784</w:t>
        <w:br/>
        <w:t>f 16706/33371/28786 16703/33369/28783 16704/33368/28782</w:t>
        <w:br/>
        <w:t>f 16673/33336/28750 16706/33371/28786 16704/33368/28782</w:t>
        <w:br/>
        <w:t>f 16673/33336/28750 16674/33339/28753 16706/33371/28786</w:t>
        <w:br/>
        <w:t>f 16679/33344/28758 16669/33334/28748 16668/33332/28746</w:t>
        <w:br/>
        <w:t>f 16709/33372/28787 16708/33373/28788 16707/33374/28789</w:t>
        <w:br/>
        <w:t>f 16707/33374/28789 16708/33373/28788 16710/33375/28790</w:t>
        <w:br/>
        <w:t>f 16711/33376/28790 16707/33374/28789 16710/33375/28790</w:t>
        <w:br/>
        <w:t>f 16715/33377/28791 16714/33378/28791 16713/33379/28792</w:t>
        <w:br/>
        <w:t>f 16712/33380/28792 16715/33377/28791 16713/33379/28792</w:t>
        <w:br/>
        <w:t>f 16717/33381/28793 16712/33380/28792 16713/33379/28792</w:t>
        <w:br/>
        <w:t>f 16716/33382/28793 16717/33381/28793 16713/33379/28792</w:t>
        <w:br/>
        <w:t>f 16720/33383/28794 16719/33384/28795 16718/33385/28794</w:t>
        <w:br/>
        <w:t>f 16708/33373/28788 16721/33386/28796 16719/33384/28795</w:t>
        <w:br/>
        <w:t>f 16723/33387/28797 16722/33388/28798 16708/33373/28788</w:t>
        <w:br/>
        <w:t>f 16725/33389/28799 16708/33373/28788 16709/33372/28787</w:t>
        <w:br/>
        <w:t>f 16724/33390/28800 16725/33389/28799 16709/33372/28787</w:t>
        <w:br/>
        <w:t>f 16726/33391/28801 16725/33389/28799 16724/33390/28800</w:t>
        <w:br/>
        <w:t>f 16676/33342/28756 16726/33391/28801 16724/33390/28800</w:t>
        <w:br/>
        <w:t>f 16728/33392/28802 16727/33393/28803 16725/33389/28799</w:t>
        <w:br/>
        <w:t>f 16727/33393/28803 16728/33392/28802 16729/33394/28804</w:t>
        <w:br/>
        <w:t>f 16730/33395/28805 16727/33393/28803 16729/33394/28804</w:t>
        <w:br/>
        <w:t>f 16732/33396/28806 16729/33394/28804 16728/33392/28802</w:t>
        <w:br/>
        <w:t>f 16731/33397/28806 16732/33396/28806 16728/33392/28802</w:t>
        <w:br/>
        <w:t>f 16733/33398/28807 16723/33387/28797 16727/33393/28803</w:t>
        <w:br/>
        <w:t>f 16730/33395/28805 16733/33398/28807 16727/33393/28803</w:t>
        <w:br/>
        <w:t>f 16736/33399/28808 16735/33400/28809 16734/33401/28810</w:t>
        <w:br/>
        <w:t>f 16717/33381/28793 16716/33382/28793 16721/33386/28811</w:t>
        <w:br/>
        <w:t>f 16737/33402/28812 16717/33381/28793 16721/33386/28811</w:t>
        <w:br/>
        <w:t>f 16738/33403/28813 16722/33388/28798 16723/33387/28797</w:t>
        <w:br/>
        <w:t>f 16733/33398/28807 16738/33403/28813 16723/33387/28797</w:t>
        <w:br/>
        <w:t>f 16741/33404/28814 16740/33405/28815 16739/33406/28815</w:t>
        <w:br/>
        <w:t>f 16742/33407/28816 16741/33404/28814 16739/33406/28815</w:t>
        <w:br/>
        <w:t>f 16745/33408/28817 16744/33409/28817 16743/33410/28817</w:t>
        <w:br/>
        <w:t>f 16747/33411/28818 16742/33407/28819 16746/33412/28820</w:t>
        <w:br/>
        <w:t>f 16748/33413/28821 16747/33411/28818 16746/33412/28820</w:t>
        <w:br/>
        <w:t>f 16752/33414/28822 16751/33415/28823 16750/33416/28824</w:t>
        <w:br/>
        <w:t>f 16749/33417/28822 16752/33414/28822 16750/33416/28824</w:t>
        <w:br/>
        <w:t>f 16753/33418/28825 16750/33416/28824 16751/33415/28823</w:t>
        <w:br/>
        <w:t>f 16754/33419/28826 16753/33418/28825 16751/33415/28823</w:t>
        <w:br/>
        <w:t>f 16756/33420/28827 16755/33421/28828 16747/33411/28818</w:t>
        <w:br/>
        <w:t>f 16748/33413/28821 16756/33420/28827 16747/33411/28818</w:t>
        <w:br/>
        <w:t>f 16749/33417/28822 16758/33422/28829 16757/33423/28829</w:t>
        <w:br/>
        <w:t>f 16752/33414/28822 16749/33417/28822 16757/33423/28829</w:t>
        <w:br/>
        <w:t>f 16761/33424/28830 16760/33425/28830 16759/33426/28830</w:t>
        <w:br/>
        <w:t>f 16757/33423/28829 16758/33422/28829 16762/33427/28831</w:t>
        <w:br/>
        <w:t>f 16763/33428/28831 16757/33423/28829 16762/33427/28831</w:t>
        <w:br/>
        <w:t>f 16762/33427/28831 16714/33378/28791 16715/33377/28791</w:t>
        <w:br/>
        <w:t>f 16763/33428/28831 16762/33427/28831 16715/33377/28791</w:t>
        <w:br/>
        <w:t>f 16742/33407/28819 16747/33411/28818 16764/33429/28832</w:t>
        <w:br/>
        <w:t>f 16709/33372/28787 16742/33407/28819 16764/33429/28832</w:t>
        <w:br/>
        <w:t>f 16741/33404/28814 16742/33407/28816 16765/33430/28833</w:t>
        <w:br/>
        <w:t>f 16768/33431/28834 16767/33432/28835 16766/33433/28836</w:t>
        <w:br/>
        <w:t>f 16769/33434/28837 16767/33432/28835 16768/33431/28834</w:t>
        <w:br/>
        <w:t>f 16770/33435/28837 16769/33434/28837 16768/33431/28834</w:t>
        <w:br/>
        <w:t>f 16773/33436/28838 16772/33437/28839 16771/33438/28840</w:t>
        <w:br/>
        <w:t>f 16774/33439/28841 16771/33438/28840 16772/33437/28839</w:t>
        <w:br/>
        <w:t>f 16775/33440/28842 16774/33439/28841 16772/33437/28839</w:t>
        <w:br/>
        <w:t>f 16767/33432/28835 16777/33441/28843 16776/33442/28843</w:t>
        <w:br/>
        <w:t>f 16780/33443/28844 16779/33444/28845 16778/33445/28846</w:t>
        <w:br/>
        <w:t>f 16783/33446/28847 16782/33447/28848 16779/33444/28845</w:t>
        <w:br/>
        <w:t>f 16781/33448/28849 16783/33446/28847 16779/33444/28845</w:t>
        <w:br/>
        <w:t>f 16774/33439/28850 16783/33446/28851 16776/33442/28843</w:t>
        <w:br/>
        <w:t>f 16777/33441/28843 16774/33439/28850 16776/33442/28843</w:t>
        <w:br/>
        <w:t>f 16769/33434/28837 16770/33435/28837 16784/33449/28852</w:t>
        <w:br/>
        <w:t>f 16785/33450/28853 16769/33434/28837 16784/33449/28852</w:t>
        <w:br/>
        <w:t>f 16788/33451/28854 16787/33452/28855 16786/33453/28856</w:t>
        <w:br/>
        <w:t>f 16790/33454/28857 16788/33451/28854 16789/33455/28858</w:t>
        <w:br/>
        <w:t>f 16791/33456/28859 16787/33452/28855 16788/33451/28854</w:t>
        <w:br/>
        <w:t>f 16792/33457/28860 16791/33456/28859 16788/33451/28854</w:t>
        <w:br/>
        <w:t>f 16784/33449/28852 16791/33456/28859 16792/33457/28860</w:t>
        <w:br/>
        <w:t>f 16793/33458/28861 16784/33449/28852 16792/33457/28860</w:t>
        <w:br/>
        <w:t>f 16793/33458/28861 16790/33454/28857 16789/33455/28858</w:t>
        <w:br/>
        <w:t>f 16794/33459/28862 16793/33458/28861 16789/33455/28858</w:t>
        <w:br/>
        <w:t>f 16794/33459/28862 16789/33455/28858 16795/33460/28863</w:t>
        <w:br/>
        <w:t>f 16796/33461/28864 16794/33459/28862 16795/33460/28863</w:t>
        <w:br/>
        <w:t>f 16789/33455/28858 16788/33451/28854 16795/33460/28863</w:t>
        <w:br/>
        <w:t>f 16796/33461/28864 16795/33460/28863 16797/33462/28865</w:t>
        <w:br/>
        <w:t>f 16798/33463/28866 16796/33461/28864 16797/33462/28865</w:t>
        <w:br/>
        <w:t>f 16797/33462/28867 16799/33464/28868 16788/33451/28869</w:t>
        <w:br/>
        <w:t>f 16802/33465/28870 16801/33466/28871 16800/33467/28872</w:t>
        <w:br/>
        <w:t>f 16766/33433/28836 16802/33465/28870 16800/33467/28872</w:t>
        <w:br/>
        <w:t>f 16804/33468/28873 16803/33469/28874 16801/33466/28871</w:t>
        <w:br/>
        <w:t>f 16802/33465/28870 16804/33468/28873 16801/33466/28871</w:t>
        <w:br/>
        <w:t>f 16801/33466/28871 16806/33470/28875 16805/33471/28876</w:t>
        <w:br/>
        <w:t>f 16809/33472/28877 16808/33473/28878 16807/33474/28879</w:t>
        <w:br/>
        <w:t>f 16813/33475/28880 16812/33476/28881 16811/33477/28882</w:t>
        <w:br/>
        <w:t>f 16810/33478/28883 16813/33475/28880 16811/33477/28882</w:t>
        <w:br/>
        <w:t>f 16809/33472/28877 16807/33474/28879 16814/33479/28884</w:t>
        <w:br/>
        <w:t>f 16811/33477/28882 16809/33472/28877 16814/33479/28884</w:t>
        <w:br/>
        <w:t>f 16808/33473/28878 16815/33480/28885 16807/33474/28879</w:t>
        <w:br/>
        <w:t>f 16798/33463/28866 16797/33462/28865 16805/33471/28876</w:t>
        <w:br/>
        <w:t>f 16816/33481/28886 16798/33463/28866 16805/33471/28876</w:t>
        <w:br/>
        <w:t>f 16810/33478/28883 16816/33481/28886 16805/33471/28876</w:t>
        <w:br/>
        <w:t>f 16806/33470/28875 16810/33478/28883 16805/33471/28876</w:t>
        <w:br/>
        <w:t>f 16766/33433/28836 16780/33443/28844 16778/33445/28846</w:t>
        <w:br/>
        <w:t>f 16817/33482/28887 16766/33433/28836 16778/33445/28846</w:t>
        <w:br/>
        <w:t>f 16778/33445/28846 16819/33483/28888 16818/33484/28889</w:t>
        <w:br/>
        <w:t>f 16778/33445/28846 16818/33484/28889 16684/33349/28763</w:t>
        <w:br/>
        <w:t>f 16817/33482/28887 16778/33445/28846 16684/33349/28763</w:t>
        <w:br/>
        <w:t>f 16821/33485/28890 16820/33486/28891 16819/33483/28888</w:t>
        <w:br/>
        <w:t>f 16822/33487/28892 16821/33485/28890 16819/33483/28888</w:t>
        <w:br/>
        <w:t>f 16824/33488/28893 16822/33487/28892 16819/33483/28888</w:t>
        <w:br/>
        <w:t>f 16823/33489/28894 16824/33488/28893 16819/33483/28888</w:t>
        <w:br/>
        <w:t>f 16827/33490/28895 16826/33491/28896 16825/33492/28897</w:t>
        <w:br/>
        <w:t>f 16828/33493/28898 16827/33490/28895 16825/33492/28897</w:t>
        <w:br/>
        <w:t>f 16832/33494/28899 16831/33495/28900 16830/33496/28901</w:t>
        <w:br/>
        <w:t>f 16829/33497/28899 16832/33494/28899 16830/33496/28901</w:t>
        <w:br/>
        <w:t>f 16829/33497/28899 16834/33498/28902 16833/33499/28903</w:t>
        <w:br/>
        <w:t>f 16832/33494/28899 16829/33497/28899 16833/33499/28903</w:t>
        <w:br/>
        <w:t>f 16825/33492/28897 16826/33491/28896 16835/33500/28904</w:t>
        <w:br/>
        <w:t>f 16804/33468/28873 16825/33492/28897 16835/33500/28904</w:t>
        <w:br/>
        <w:t>f 16835/33500/28904 16826/33491/28896 16833/33499/28903</w:t>
        <w:br/>
        <w:t>f 16838/33501/28905 16837/33502/28906 16836/33503/28907</w:t>
        <w:br/>
        <w:t>f 16837/33502/28906 16840/33504/28908 16839/33505/28909</w:t>
        <w:br/>
        <w:t>f 16836/33503/28907 16837/33502/28906 16839/33505/28909</w:t>
        <w:br/>
        <w:t>f 16842/33506/28910 16841/33507/28911 16836/33503/28907</w:t>
        <w:br/>
        <w:t>f 16839/33505/28909 16842/33506/28910 16836/33503/28907</w:t>
        <w:br/>
        <w:t>f 16840/33504/28908 16837/33502/28906 16833/33499/28903</w:t>
        <w:br/>
        <w:t>f 16834/33498/28902 16840/33504/28908 16833/33499/28903</w:t>
        <w:br/>
        <w:t>f 16846/33508/28912 16845/33509/28913 16844/33510/28914</w:t>
        <w:br/>
        <w:t>f 16843/33511/28915 16846/33508/28912 16844/33510/28914</w:t>
        <w:br/>
        <w:t>f 16847/33512/28916 16814/33479/28884 16807/33474/28879</w:t>
        <w:br/>
        <w:t>f 16815/33480/28885 16847/33512/28916 16807/33474/28879</w:t>
        <w:br/>
        <w:t>f 16849/33513/28917 16848/33514/28918 16846/33508/28912</w:t>
        <w:br/>
        <w:t>f 16843/33511/28915 16849/33513/28917 16846/33508/28912</w:t>
        <w:br/>
        <w:t>f 16850/33515/28919 16835/33500/28904 16849/33513/28920</w:t>
        <w:br/>
        <w:t>f 16851/33516/28921 16850/33515/28919 16849/33513/28920</w:t>
        <w:br/>
        <w:t>f 16852/33517/28922 16835/33500/28904 16850/33515/28919</w:t>
        <w:br/>
        <w:t>f 16838/33501/28905 16836/33503/28907 16841/33507/28911</w:t>
        <w:br/>
        <w:t>f 16808/33473/28878 16854/33518/28923 16853/33519/28924</w:t>
        <w:br/>
        <w:t>f 16843/33511/28915 16844/33510/28914 16808/33473/28878</w:t>
        <w:br/>
        <w:t>f 16853/33519/28924 16843/33511/28915 16808/33473/28878</w:t>
        <w:br/>
        <w:t>f 16856/33520/28925 16855/33521/28926 16663/33326/28741</w:t>
        <w:br/>
        <w:t>f 16664/33329/28741 16856/33520/28925 16663/33326/28741</w:t>
        <w:br/>
        <w:t>f 16858/33522/28927 16857/33523/28928 16855/33521/28926</w:t>
        <w:br/>
        <w:t>f 16856/33520/28925 16858/33522/28927 16855/33521/28926</w:t>
        <w:br/>
        <w:t>f 16861/33524/28929 16860/33525/28930 16859/33526/28931</w:t>
        <w:br/>
        <w:t>f 16862/33527/28932 16861/33524/28929 16859/33526/28931</w:t>
        <w:br/>
        <w:t>f 16863/33528/28933 16861/33524/28929 16862/33527/28932</w:t>
        <w:br/>
        <w:t>f 16864/33529/28934 16863/33528/28933 16862/33527/28932</w:t>
        <w:br/>
        <w:t>f 16865/33530/28935 16861/33524/28929 16863/33528/28933</w:t>
        <w:br/>
        <w:t>f 16677/33341/28755 16868/33531/28936 16867/33532/28937</w:t>
        <w:br/>
        <w:t>f 16866/33533/28938 16677/33341/28755 16867/33532/28937</w:t>
        <w:br/>
        <w:t>f 16871/33534/28939 16726/33391/28940 16870/33535/28941</w:t>
        <w:br/>
        <w:t>f 16869/33536/28942 16871/33534/28939 16870/33535/28941</w:t>
        <w:br/>
        <w:t>f 16870/33535/28941 16726/33391/28940 16872/33537/28943</w:t>
        <w:br/>
        <w:t>f 16735/33400/28809 16873/33538/28944 16734/33401/28810</w:t>
        <w:br/>
        <w:t>f 16874/33539/28945 16677/33341/28755 16866/33533/28938</w:t>
        <w:br/>
        <w:t>f 16878/33540/28946 16877/33541/28947 16876/33542/28948</w:t>
        <w:br/>
        <w:t>f 16875/33543/28946 16878/33540/28946 16876/33542/28948</w:t>
        <w:br/>
        <w:t>f 16878/33540/28946 16875/33543/28946 16879/33544/28949</w:t>
        <w:br/>
        <w:t>f 16880/33545/28950 16878/33540/28946 16879/33544/28949</w:t>
        <w:br/>
        <w:t>f 16876/33542/28951 16867/33532/28937 16868/33531/28936</w:t>
        <w:br/>
        <w:t>f 16864/33529/28952 16876/33542/28951 16868/33531/28936</w:t>
        <w:br/>
        <w:t>f 16865/33530/28935 16860/33525/28930 16861/33524/28929</w:t>
        <w:br/>
        <w:t>f 16883/33546/28953 16882/33547/28954 16881/33548/28955</w:t>
        <w:br/>
        <w:t>f 16881/33548/28955 16818/33484/28889 16884/33549/28956</w:t>
        <w:br/>
        <w:t>f 16885/33550/28957 16881/33548/28955 16884/33549/28956</w:t>
        <w:br/>
        <w:t>f 16884/33549/28956 16887/33551/28958 16886/33552/28959</w:t>
        <w:br/>
        <w:t>f 16885/33550/28957 16884/33549/28956 16886/33552/28959</w:t>
        <w:br/>
        <w:t>f 16890/33553/28960 16889/33554/28961 16888/33555/28962</w:t>
        <w:br/>
        <w:t>f 16891/33556/28963 16890/33553/28960 16888/33555/28962</w:t>
        <w:br/>
        <w:t>f 16894/33557/28964 16893/33558/28965 16892/33559/28966</w:t>
        <w:br/>
        <w:t>f 16893/33558/28967 16888/33555/28962 16889/33554/28961</w:t>
        <w:br/>
        <w:t>f 16897/33560/28968 16896/33561/28969 16895/33562/28970</w:t>
        <w:br/>
        <w:t>f 16683/33348/28762 16897/33560/28968 16895/33562/28970</w:t>
        <w:br/>
        <w:t>f 16897/33560/28968 16683/33348/28762 16898/33563/28971</w:t>
        <w:br/>
        <w:t>f 16894/33557/28964 16889/33554/28961 16890/33553/28960</w:t>
        <w:br/>
        <w:t>f 16899/33564/28972 16894/33557/28964 16890/33553/28960</w:t>
        <w:br/>
        <w:t>f 16685/33351/28765 16686/33350/28764 16900/33565/28973</w:t>
        <w:br/>
        <w:t>f 16693/33358/28773 16685/33351/28765 16900/33565/28973</w:t>
        <w:br/>
        <w:t>f 16686/33350/28764 16894/33557/28964 16899/33564/28972</w:t>
        <w:br/>
        <w:t>f 16900/33565/28973 16686/33350/28764 16899/33564/28972</w:t>
        <w:br/>
        <w:t>f 16895/33562/28970 16896/33561/28969 16886/33552/28974</w:t>
        <w:br/>
        <w:t>f 16901/33566/28975 16895/33562/28970 16886/33552/28974</w:t>
        <w:br/>
        <w:t>f 16904/33567/28976 16903/33568/28977 16902/33569/28978</w:t>
        <w:br/>
        <w:t>f 16905/33570/28979 16904/33567/28976 16902/33569/28978</w:t>
        <w:br/>
        <w:t>f 16902/33569/28978 16903/33568/28977 16906/33571/28980</w:t>
        <w:br/>
        <w:t>f 16907/33572/28981 16902/33569/28978 16906/33571/28980</w:t>
        <w:br/>
        <w:t>f 16882/33547/28982 16906/33571/28980 16903/33568/28977</w:t>
        <w:br/>
        <w:t>f 16904/33567/28976 16882/33547/28982 16903/33568/28977</w:t>
        <w:br/>
        <w:t>f 16731/33397/28806 16734/33401/28810 16879/33544/28983</w:t>
        <w:br/>
        <w:t>f 16732/33396/28806 16731/33397/28806 16879/33544/28983</w:t>
        <w:br/>
        <w:t>f 16747/33411/28818 16755/33421/28828 16908/33573/28984</w:t>
        <w:br/>
        <w:t>f 16764/33429/28832 16747/33411/28818 16908/33573/28984</w:t>
        <w:br/>
        <w:t>f 16912/33574/28985 16911/33575/28986 16910/33576/28987</w:t>
        <w:br/>
        <w:t>f 16909/33577/28985 16912/33574/28985 16910/33576/28987</w:t>
        <w:br/>
        <w:t>f 16914/33578/28988 16913/33579/28989 16755/33421/28828</w:t>
        <w:br/>
        <w:t>f 16756/33420/28827 16914/33578/28988 16755/33421/28828</w:t>
        <w:br/>
        <w:t>f 16756/33420/28827 16753/33418/28825 16754/33419/28826</w:t>
        <w:br/>
        <w:t>f 16914/33578/28988 16756/33420/28827 16754/33419/28826</w:t>
        <w:br/>
        <w:t>f 16916/33580/28990 16915/33581/28991 16826/33491/28896</w:t>
        <w:br/>
        <w:t>f 16823/33489/28894 16779/33444/28845 16782/33447/28848</w:t>
        <w:br/>
        <w:t>f 16824/33488/28893 16823/33489/28894 16782/33447/28848</w:t>
        <w:br/>
        <w:t>f 16919/33582/28992 16918/33583/28993 16917/33584/28994</w:t>
        <w:br/>
        <w:t>f 16919/33582/28992 16920/33585/28995 16918/33583/28993</w:t>
        <w:br/>
        <w:t>f 16921/33586/28996 16920/33585/28995 16919/33582/28992</w:t>
        <w:br/>
        <w:t>f 16922/33587/28997 16921/33586/28996 16919/33582/28992</w:t>
        <w:br/>
        <w:t>f 16926/33588/28998 16925/33589/28998 16924/33590/28999</w:t>
        <w:br/>
        <w:t>f 16923/33591/29000 16926/33588/28998 16924/33590/28999</w:t>
        <w:br/>
        <w:t>f 16927/33592/29001 16924/33590/28999 16920/33585/28995</w:t>
        <w:br/>
        <w:t>f 16921/33586/28996 16927/33592/29001 16920/33585/28995</w:t>
        <w:br/>
        <w:t>f 16929/33593/29002 16927/33592/29001 16921/33586/28996</w:t>
        <w:br/>
        <w:t>f 16928/33594/29003 16929/33593/29002 16921/33586/28996</w:t>
        <w:br/>
        <w:t>f 16933/33595/29004 16932/33596/29005 16931/33597/29006</w:t>
        <w:br/>
        <w:t>f 16930/33598/29004 16933/33595/29004 16931/33597/29006</w:t>
        <w:br/>
        <w:t>f 16935/33599/29007 16934/33600/29008 16928/33594/29009</w:t>
        <w:br/>
        <w:t>f 16936/33601/29010 16935/33599/29007 16928/33594/29009</w:t>
        <w:br/>
        <w:t>f 16935/33599/29007 16828/33493/28898 16934/33600/29008</w:t>
        <w:br/>
        <w:t>f 16939/33602/29011 16938/33603/29012 16937/33604/29011</w:t>
        <w:br/>
        <w:t>f 16919/33582/28992 16940/33605/29013 16922/33587/28997</w:t>
        <w:br/>
        <w:t>f 16917/33584/28994 16918/33583/28993 16923/33591/29014</w:t>
        <w:br/>
        <w:t>f 16941/33606/29015 16917/33584/28994 16923/33591/29014</w:t>
        <w:br/>
        <w:t>f 16941/33606/29015 16830/33496/28901 16831/33495/28900</w:t>
        <w:br/>
        <w:t>f 16917/33584/28994 16941/33606/29015 16831/33495/28900</w:t>
        <w:br/>
        <w:t>f 16934/33600/29008 16942/33607/29016 16938/33603/29017</w:t>
        <w:br/>
        <w:t>f 16944/33608/29018 16943/33609/29019 16931/33597/29006</w:t>
        <w:br/>
        <w:t>f 16932/33596/29005 16944/33608/29018 16931/33597/29006</w:t>
        <w:br/>
        <w:t>f 16948/33610/29020 16947/33611/29021 16946/33612/29022</w:t>
        <w:br/>
        <w:t>f 16945/33613/29023 16948/33610/29020 16946/33612/29022</w:t>
        <w:br/>
        <w:t>f 16952/33614/29024 16951/33615/29025 16950/33616/29026</w:t>
        <w:br/>
        <w:t>f 16949/33617/29026 16952/33614/29024 16950/33616/29026</w:t>
        <w:br/>
        <w:t>f 16955/33618/29027 16954/33619/29028 16953/33620/29029</w:t>
        <w:br/>
        <w:t>f 16950/33616/29026 16946/33612/29022 16947/33611/29021</w:t>
        <w:br/>
        <w:t>f 16949/33617/29026 16950/33616/29026 16947/33611/29021</w:t>
        <w:br/>
        <w:t>f 16957/33621/29030 16956/33622/29030 16951/33615/29025</w:t>
        <w:br/>
        <w:t>f 16952/33614/29024 16957/33621/29030 16951/33615/29025</w:t>
        <w:br/>
        <w:t>f 16959/33623/29031 16956/33622/29030 16957/33621/29030</w:t>
        <w:br/>
        <w:t>f 16958/33624/29031 16959/33623/29031 16957/33621/29030</w:t>
        <w:br/>
        <w:t>f 16962/33625/29032 16961/33626/29033 16828/33493/28898</w:t>
        <w:br/>
        <w:t>f 16960/33627/29034 16962/33625/29032 16828/33493/28898</w:t>
        <w:br/>
        <w:t>f 16960/33627/29034 16963/33628/29035 16955/33618/29027</w:t>
        <w:br/>
        <w:t>f 16962/33625/29032 16960/33627/29034 16955/33618/29027</w:t>
        <w:br/>
        <w:t>f 16934/33600/29008 16964/33629/29036 16942/33607/29016</w:t>
        <w:br/>
        <w:t>f 16943/33609/29019 16944/33608/29018 16948/33610/29020</w:t>
        <w:br/>
        <w:t>f 16945/33613/29023 16943/33609/29019 16948/33610/29020</w:t>
        <w:br/>
        <w:t>f 16962/33625/29032 16965/33630/29037 16948/33610/29020</w:t>
        <w:br/>
        <w:t>f 16962/33625/29032 16948/33610/29020 16934/33600/29038</w:t>
        <w:br/>
        <w:t>f 16962/33625/29032 16953/33620/29029 16965/33630/29037</w:t>
        <w:br/>
        <w:t>f 16955/33618/29027 16953/33620/29029 16962/33625/29032</w:t>
        <w:br/>
        <w:t>f 16742/33407/28819 16966/33631/29039 16746/33412/28820</w:t>
        <w:br/>
        <w:t>f 16831/33495/29040 16827/33490/28895 16967/33632/29041</w:t>
        <w:br/>
        <w:t>f 16916/33580/28990 16826/33491/28896 16827/33490/28895</w:t>
        <w:br/>
        <w:t>f 16833/33499/28903 16826/33491/28896 16915/33581/28991</w:t>
        <w:br/>
        <w:t>f 16835/33500/28904 16833/33499/28903 16968/33633/29042</w:t>
        <w:br/>
        <w:t>f 16806/33470/28875 16803/33469/28874 16812/33476/28881</w:t>
        <w:br/>
        <w:t>f 16801/33466/28871 16803/33469/28874 16806/33470/28875</w:t>
        <w:br/>
        <w:t>f 16797/33462/28865 16801/33466/28871 16805/33471/28876</w:t>
        <w:br/>
        <w:t>f 16797/33462/28865 16800/33467/28872 16801/33466/28871</w:t>
        <w:br/>
        <w:t>f 16767/33432/28835 16781/33448/28849 16779/33444/28845</w:t>
        <w:br/>
        <w:t>f 16778/33445/28846 16779/33444/28845 16823/33489/28894</w:t>
        <w:br/>
        <w:t>f 16778/33445/28846 16823/33489/28894 16819/33483/28888</w:t>
        <w:br/>
        <w:t>f 16818/33484/28889 16819/33483/28888 16820/33486/28891</w:t>
        <w:br/>
        <w:t>f 16686/33350/28764 16683/33348/28762 16969/33634/29043</w:t>
        <w:br/>
        <w:t>f 16686/33350/28764 16682/33345/28759 16683/33348/28762</w:t>
        <w:br/>
        <w:t>f 16688/33352/28766 16682/33345/28759 16685/33351/28765</w:t>
        <w:br/>
        <w:t>f 16688/33352/28766 16658/33325/28740 16682/33345/28759</w:t>
        <w:br/>
        <w:t>f 16662/33327/28742 16970/33635/29044 16672/33337/28751</w:t>
        <w:br/>
        <w:t>f 16662/33327/28742 16672/33337/28751 16673/33336/28750</w:t>
        <w:br/>
        <w:t>f 16672/33337/28751 16970/33635/29044 16678/33343/28757</w:t>
        <w:br/>
        <w:t>f 16677/33341/28755 16678/33343/28757 16857/33523/29045</w:t>
        <w:br/>
        <w:t>f 16728/33392/28802 16726/33391/28801 16736/33399/28808</w:t>
        <w:br/>
        <w:t>f 16728/33392/28802 16725/33389/28799 16726/33391/28801</w:t>
        <w:br/>
        <w:t>f 16723/33387/28797 16725/33389/28799 16727/33393/28803</w:t>
        <w:br/>
        <w:t>f 16723/33387/28797 16708/33373/28788 16725/33389/28799</w:t>
        <w:br/>
        <w:t>f 17788/33636/29046 17787/33637/29047 17786/33638/29048</w:t>
        <w:br/>
        <w:t>f 17791/33639/29049 17790/33640/29050 17789/33641/29051</w:t>
        <w:br/>
        <w:t>f 17794/33642/29052 17793/33643/29053 17792/33644/29053</w:t>
        <w:br/>
        <w:t>f 17797/33645/29054 17796/33646/29055 17795/33647/29056</w:t>
        <w:br/>
        <w:t>f 17798/33648/29057 17797/33645/29054 17795/33647/29056</w:t>
        <w:br/>
        <w:t>f 17802/33649/29058 17801/33650/29059 17800/33651/29060</w:t>
        <w:br/>
        <w:t>f 17799/33652/29061 17802/33649/29058 17800/33651/29060</w:t>
        <w:br/>
        <w:t>f 17805/33653/29062 17804/33654/29063 17803/33655/29064</w:t>
        <w:br/>
        <w:t>f 17806/33656/29065 17805/33653/29062 17803/33655/29064</w:t>
        <w:br/>
        <w:t>f 17809/33657/29066 17808/33658/29067 17807/33659/29068</w:t>
        <w:br/>
        <w:t>f 17810/33660/29069 17809/33657/29066 17807/33659/29068</w:t>
        <w:br/>
        <w:t>f 17813/33661/29070 17812/33662/29071 17811/33663/29072</w:t>
        <w:br/>
        <w:t>f 17815/33664/29073 17811/33663/29072 17814/33665/29074</w:t>
        <w:br/>
        <w:t>f 17817/33666/29075 17816/33667/29076 17812/33662/29071</w:t>
        <w:br/>
        <w:t>f 17786/33638/29048 17790/33640/29050 17788/33636/29046</w:t>
        <w:br/>
        <w:t>f 17816/33667/29076 17819/33668/29077 17818/33669/29078</w:t>
        <w:br/>
        <w:t>f 17798/33648/29057 17795/33647/29056 17815/33664/29073</w:t>
        <w:br/>
        <w:t>f 17823/33670/29079 17822/33671/29080 17821/33672/29081</w:t>
        <w:br/>
        <w:t>f 17820/33673/29082 17823/33670/29079 17821/33672/29081</w:t>
        <w:br/>
        <w:t>f 17805/33653/29062 17806/33656/29065 17824/33674/29083</w:t>
        <w:br/>
        <w:t>f 17825/33675/29084 17805/33653/29062 17824/33674/29083</w:t>
        <w:br/>
        <w:t>f 17827/33676/29085 17823/33670/29079 17826/33677/29086</w:t>
        <w:br/>
        <w:t>f 17828/33678/29087 17827/33676/29085 17826/33677/29086</w:t>
        <w:br/>
        <w:t>f 17831/33679/29088 17830/33680/29089 17829/33681/29090</w:t>
        <w:br/>
        <w:t>f 17797/33645/29054 17798/33648/29057 17832/33682/29091</w:t>
        <w:br/>
        <w:t>f 17830/33680/29089 17831/33679/29088 17796/33646/29055</w:t>
        <w:br/>
        <w:t>f 17797/33645/29054 17830/33680/29089 17796/33646/29055</w:t>
        <w:br/>
        <w:t>f 17834/33683/29092 17833/33684/29093 17787/33637/29047</w:t>
        <w:br/>
        <w:t>f 17836/33685/29094 17835/33686/29095 17810/33660/29069</w:t>
        <w:br/>
        <w:t>f 17837/33687/29096 17834/33683/29092 17787/33637/29047</w:t>
        <w:br/>
        <w:t>f 17838/33688/29097 17832/33682/29091 17801/33650/29059</w:t>
        <w:br/>
        <w:t>f 17802/33649/29058 17838/33688/29097 17801/33650/29059</w:t>
        <w:br/>
        <w:t>f 17841/33689/29098 17840/33690/29099 17839/33691/29100</w:t>
        <w:br/>
        <w:t>f 17843/33692/29101 17842/33693/29102 17802/33649/29058</w:t>
        <w:br/>
        <w:t>f 17799/33652/29061 17843/33692/29101 17802/33649/29058</w:t>
        <w:br/>
        <w:t>f 17787/33637/29047 17844/33694/29103 17804/33654/29063</w:t>
        <w:br/>
        <w:t>f 17823/33670/29079 17820/33673/29082 17845/33695/29104</w:t>
        <w:br/>
        <w:t>f 17826/33677/29086 17823/33670/29079 17845/33695/29104</w:t>
        <w:br/>
        <w:t>f 17846/33696/29105 17826/33677/29086 17845/33695/29104</w:t>
        <w:br/>
        <w:t>f 17847/33697/29106 17846/33696/29105 17845/33695/29104</w:t>
        <w:br/>
        <w:t>f 17827/33676/29085 17848/33698/29107 17822/33671/29080</w:t>
        <w:br/>
        <w:t>f 17823/33670/29079 17827/33676/29085 17822/33671/29080</w:t>
        <w:br/>
        <w:t>f 17850/33699/29108 17841/33689/29098 17849/33700/29109</w:t>
        <w:br/>
        <w:t>f 17810/33660/29069 17850/33699/29108 17851/33701/29110</w:t>
        <w:br/>
        <w:t>f 17842/33693/29102 17852/33702/29111 17838/33688/29097</w:t>
        <w:br/>
        <w:t>f 17802/33649/29058 17842/33693/29102 17838/33688/29097</w:t>
        <w:br/>
        <w:t>f 17853/33703/29112 17828/33678/29087 17826/33677/29086</w:t>
        <w:br/>
        <w:t>f 17846/33696/29105 17853/33703/29112 17826/33677/29086</w:t>
        <w:br/>
        <w:t>f 17841/33689/29098 17839/33691/29100 17854/33704/29113</w:t>
        <w:br/>
        <w:t>f 17855/33705/29114 17818/33669/29078 17819/33668/29077</w:t>
        <w:br/>
        <w:t>f 17827/33676/29085 17812/33662/29071 17818/33669/29078</w:t>
        <w:br/>
        <w:t>f 17798/33648/29057 17828/33678/29087 17853/33703/29112</w:t>
        <w:br/>
        <w:t>f 17848/33698/29107 17818/33669/29078 17855/33705/29114</w:t>
        <w:br/>
        <w:t>f 17830/33680/29089 17838/33688/29097 17852/33702/29111</w:t>
        <w:br/>
        <w:t>f 17857/33706/29115 17856/33707/29116 17829/33681/29090</w:t>
        <w:br/>
        <w:t>f 17830/33680/29089 17857/33706/29115 17829/33681/29090</w:t>
        <w:br/>
        <w:t>f 17850/33699/29108 17849/33700/29109 17851/33701/29110</w:t>
        <w:br/>
        <w:t>f 17850/33699/29108 17835/33686/29095 17858/33708/29117</w:t>
        <w:br/>
        <w:t>f 17810/33660/29069 17835/33686/29095 17850/33699/29108</w:t>
        <w:br/>
        <w:t>f 17836/33685/29094 17810/33660/29069 17807/33659/29068</w:t>
        <w:br/>
        <w:t>f 17787/33637/29047 17805/33653/29062 17786/33638/29048</w:t>
        <w:br/>
        <w:t>f 17787/33637/29047 17804/33654/29063 17805/33653/29062</w:t>
        <w:br/>
        <w:t>f 17786/33638/29048 17825/33675/29084 17789/33641/29051</w:t>
        <w:br/>
        <w:t>f 17805/33653/29062 17825/33675/29084 17786/33638/29048</w:t>
        <w:br/>
        <w:t>f 17830/33680/29089 17852/33702/29111 17857/33706/29115</w:t>
        <w:br/>
        <w:t>f 17797/33645/29054 17838/33688/29097 17830/33680/29089</w:t>
        <w:br/>
        <w:t>f 17797/33645/29054 17832/33682/29091 17838/33688/29097</w:t>
        <w:br/>
        <w:t>f 17848/33698/29107 17827/33676/29085 17818/33669/29078</w:t>
        <w:br/>
        <w:t>f 17812/33662/29071 17828/33678/29087 17811/33663/29072</w:t>
        <w:br/>
        <w:t>f 17827/33676/29085 17828/33678/29087 17812/33662/29071</w:t>
        <w:br/>
        <w:t>f 17798/33648/29057 17811/33663/29072 17828/33678/29087</w:t>
        <w:br/>
        <w:t>f 17813/33661/29070 17817/33666/29075 17812/33662/29071</w:t>
        <w:br/>
        <w:t>f 17815/33664/29073 17813/33661/29070 17811/33663/29072</w:t>
        <w:br/>
        <w:t>f 17812/33662/29071 17816/33667/29076 17818/33669/29078</w:t>
        <w:br/>
        <w:t>f 17844/33694/29103 17787/33637/29047 17833/33684/29093</w:t>
        <w:br/>
        <w:t>f 17859/33709/29118 17844/33694/29103 17833/33684/29093</w:t>
        <w:br/>
        <w:t>f 17841/33689/29098 17850/33699/29108 17840/33690/29099</w:t>
        <w:br/>
        <w:t>f 17850/33699/29108 17858/33708/29117 17840/33690/29099</w:t>
        <w:br/>
        <w:t>f 17810/33660/29069 17851/33701/29110 17809/33657/29066</w:t>
        <w:br/>
        <w:t>f 17788/33636/29046 17837/33687/29096 17787/33637/29047</w:t>
        <w:br/>
        <w:t>f 17789/33641/29051 17790/33640/29050 17786/33638/29048</w:t>
        <w:br/>
        <w:t>f 17863/33710/29119 17862/33711/29050 17861/33712/29120</w:t>
        <w:br/>
        <w:t>f 17860/33713/29121 17863/33710/29119 17861/33712/29120</w:t>
        <w:br/>
        <w:t>f 17860/33713/29121 17861/33712/29120 17865/33714/29052</w:t>
        <w:br/>
        <w:t>f 17864/33715/29122 17860/33713/29121 17865/33714/29052</w:t>
        <w:br/>
        <w:t>f 17869/33716/29123 17868/33717/29056 17867/33718/29124</w:t>
        <w:br/>
        <w:t>f 17866/33719/29125 17869/33716/29123 17867/33718/29124</w:t>
        <w:br/>
        <w:t>f 17873/33720/29126 17872/33721/29127 17871/33722/29128</w:t>
        <w:br/>
        <w:t>f 17870/33723/29129 17873/33720/29126 17871/33722/29128</w:t>
        <w:br/>
        <w:t>f 17876/33724/29067 17875/33725/29130 17874/33726/29131</w:t>
        <w:br/>
        <w:t>f 17877/33727/29132 17876/33724/29067 17874/33726/29131</w:t>
        <w:br/>
        <w:t>f 17881/33728/29133 17880/33729/29076 17879/33730/29134</w:t>
        <w:br/>
        <w:t>f 17878/33731/29135 17881/33728/29133 17879/33730/29134</w:t>
        <w:br/>
        <w:t>f 17883/33732/29136 17882/33733/29137 17862/33711/29050</w:t>
        <w:br/>
        <w:t>f 17863/33710/29119 17883/33732/29136 17862/33711/29050</w:t>
        <w:br/>
        <w:t>f 17885/33734/29138 17884/33735/29139 17880/33729/29076</w:t>
        <w:br/>
        <w:t>f 17881/33728/29133 17885/33734/29138 17880/33729/29076</w:t>
        <w:br/>
        <w:t>f 17887/33736/29140 17886/33737/29073 17868/33717/29056</w:t>
        <w:br/>
        <w:t>f 17869/33716/29123 17887/33736/29140 17868/33717/29056</w:t>
        <w:br/>
        <w:t>f 17891/33738/29141 17890/33739/29088 17889/33740/29090</w:t>
        <w:br/>
        <w:t>f 17888/33741/29142 17891/33738/29141 17889/33740/29090</w:t>
        <w:br/>
        <w:t>f 17866/33719/29125 17867/33718/29124 17890/33739/29088</w:t>
        <w:br/>
        <w:t>f 17891/33738/29141 17866/33719/29125 17890/33739/29088</w:t>
        <w:br/>
        <w:t>f 17895/33742/29143 17894/33743/29093 17893/33744/29144</w:t>
        <w:br/>
        <w:t>f 17892/33745/29145 17895/33742/29143 17893/33744/29144</w:t>
        <w:br/>
        <w:t>f 17892/33745/29145 17893/33744/29144 17897/33746/29146</w:t>
        <w:br/>
        <w:t>f 17896/33747/29147 17892/33745/29145 17897/33746/29146</w:t>
        <w:br/>
        <w:t>f 17901/33748/29148 17900/33749/29102 17899/33750/29101</w:t>
        <w:br/>
        <w:t>f 17898/33751/29149 17901/33748/29148 17899/33750/29101</w:t>
        <w:br/>
        <w:t>f 17904/33752/29150 17903/33753/29151 17902/33754/29152</w:t>
        <w:br/>
        <w:t>f 17905/33755/29153 17904/33752/29150 17902/33754/29152</w:t>
        <w:br/>
        <w:t>f 17907/33756/29154 17906/33757/29111 17900/33749/29102</w:t>
        <w:br/>
        <w:t>f 17901/33748/29148 17907/33756/29154 17900/33749/29102</w:t>
        <w:br/>
        <w:t>f 17903/33753/29151 17909/33758/29155 17908/33759/29156</w:t>
        <w:br/>
        <w:t>f 17902/33754/29152 17903/33753/29151 17908/33759/29156</w:t>
        <w:br/>
        <w:t>f 17911/33760/29157 17910/33761/29158 17884/33735/29139</w:t>
        <w:br/>
        <w:t>f 17885/33734/29138 17911/33760/29157 17884/33735/29139</w:t>
        <w:br/>
        <w:t>f 17914/33762/29159 17913/33763/29115 17912/33764/29160</w:t>
        <w:br/>
        <w:t>f 17915/33765/29161 17914/33762/29159 17912/33764/29160</w:t>
        <w:br/>
        <w:t>f 17888/33741/29142 17889/33740/29090 17917/33766/29162</w:t>
        <w:br/>
        <w:t>f 17916/33767/29163 17888/33741/29142 17917/33766/29162</w:t>
        <w:br/>
        <w:t>f 17919/33768/29164 17918/33769/29165 17904/33752/29150</w:t>
        <w:br/>
        <w:t>f 17905/33755/29153 17919/33768/29164 17904/33752/29150</w:t>
        <w:br/>
        <w:t>f 17920/33770/29094 17872/33721/29127 17873/33720/29126</w:t>
        <w:br/>
        <w:t>f 17921/33771/29166 17920/33770/29094 17873/33720/29126</w:t>
        <w:br/>
        <w:t>f 17912/33764/29160 17913/33763/29115 17906/33757/29111</w:t>
        <w:br/>
        <w:t>f 17907/33756/29154 17912/33764/29160 17906/33757/29111</w:t>
        <w:br/>
        <w:t>f 17878/33731/29135 17879/33730/29134 17923/33772/29167</w:t>
        <w:br/>
        <w:t>f 17922/33773/29168 17878/33731/29135 17923/33772/29167</w:t>
        <w:br/>
        <w:t>f 17922/33773/29168 17923/33772/29167 17886/33737/29073</w:t>
        <w:br/>
        <w:t>f 17887/33736/29140 17922/33773/29168 17886/33737/29073</w:t>
        <w:br/>
        <w:t>f 17908/33759/29156 17909/33758/29155 17925/33774/29169</w:t>
        <w:br/>
        <w:t>f 17924/33775/29170 17908/33759/29156 17925/33774/29169</w:t>
        <w:br/>
        <w:t>f 17875/33725/29130 17918/33769/29165 17919/33768/29164</w:t>
        <w:br/>
        <w:t>f 17874/33726/29131 17875/33725/29130 17919/33768/29164</w:t>
        <w:br/>
        <w:t>f 17896/33747/29147 17897/33746/29146 17882/33733/29137</w:t>
        <w:br/>
        <w:t>f 17883/33732/29136 17896/33747/29147 17882/33733/29137</w:t>
        <w:br/>
        <w:t>f 20785/33776/29171 20784/33777/29172 20783/33778/29173</w:t>
        <w:br/>
        <w:t>f 20788/33779/29174 20787/33780/29175 20786/33781/29176</w:t>
        <w:br/>
        <w:t>f 20789/33782/29177 20788/33779/29174 20786/33781/29176</w:t>
        <w:br/>
        <w:t>f 20791/33783/29178 20790/33784/29179 20787/33780/29175</w:t>
        <w:br/>
        <w:t>f 20788/33779/29174 20791/33783/29178 20787/33780/29175</w:t>
        <w:br/>
        <w:t>f 20790/33784/29179 20791/33783/29178 20793/33785/29180</w:t>
        <w:br/>
        <w:t>f 20792/33786/29181 20790/33784/29179 20793/33785/29180</w:t>
        <w:br/>
        <w:t>f 20794/33787/29182 20792/33786/29181 20793/33785/29180</w:t>
        <w:br/>
        <w:t>f 20795/33788/29183 20794/33787/29182 20793/33785/29180</w:t>
        <w:br/>
        <w:t>f 20798/33789/29184 20797/33790/29185 20796/33791/29186</w:t>
        <w:br/>
        <w:t>f 20799/33792/29187 20798/33789/29184 20796/33791/29186</w:t>
        <w:br/>
        <w:t>f 20787/33780/29175 20800/33793/29188 20796/33791/29186</w:t>
        <w:br/>
        <w:t>f 20797/33790/29185 20798/33789/29184 20802/33794/29189</w:t>
        <w:br/>
        <w:t>f 20801/33795/29190 20797/33790/29185 20802/33794/29189</w:t>
        <w:br/>
        <w:t>f 20797/33790/29185 20801/33795/29190 20803/33796/29191</w:t>
        <w:br/>
        <w:t>f 20804/33797/29192 20790/33784/29179 20792/33786/29181</w:t>
        <w:br/>
        <w:t>f 20807/33798/29193 20806/33799/29194 20799/33792/29187</w:t>
        <w:br/>
        <w:t>f 20805/33800/29195 20807/33798/29193 20799/33792/29187</w:t>
        <w:br/>
        <w:t>f 20806/33799/29194 20807/33798/29193 20808/33801/29196</w:t>
        <w:br/>
        <w:t>f 20809/33802/29197 20806/33799/29194 20808/33801/29196</w:t>
        <w:br/>
        <w:t>f 20811/33803/29198 20807/33798/29193 20810/33804/29199</w:t>
        <w:br/>
        <w:t>f 20813/33805/29200 20784/33777/29172 20812/33806/29201</w:t>
        <w:br/>
        <w:t>f 20784/33777/29202 20815/33807/29203 20814/33808/29204</w:t>
        <w:br/>
        <w:t>f 20817/33809/29205 20816/33810/29206 20813/33805/29200</w:t>
        <w:br/>
        <w:t>f 20812/33806/29201 20817/33809/29205 20813/33805/29200</w:t>
        <w:br/>
        <w:t>f 20810/33804/29199 20813/33805/29200 20816/33810/29206</w:t>
        <w:br/>
        <w:t>f 20818/33811/29207 20810/33804/29199 20816/33810/29206</w:t>
        <w:br/>
        <w:t>f 20814/33808/29204 20815/33807/29203 20819/33812/29208</w:t>
        <w:br/>
        <w:t>f 20820/33813/29209 20814/33808/29204 20819/33812/29208</w:t>
        <w:br/>
        <w:t>f 20822/33814/29210 20819/33812/29208 20815/33807/29203</w:t>
        <w:br/>
        <w:t>f 20821/33815/29211 20822/33814/29210 20815/33807/29203</w:t>
        <w:br/>
        <w:t>f 20824/33816/29212 20823/33817/29213 20784/33777/29172</w:t>
        <w:br/>
        <w:t>f 20785/33776/29171 20824/33816/29212 20784/33777/29172</w:t>
        <w:br/>
        <w:t>f 20823/33817/29213 20824/33816/29212 20825/33818/29214</w:t>
        <w:br/>
        <w:t>f 20826/33819/29215 20823/33817/29213 20825/33818/29214</w:t>
        <w:br/>
        <w:t>f 20827/33820/29216 20821/33815/29211 20815/33807/29203</w:t>
        <w:br/>
        <w:t>f 20825/33818/29214 20829/33821/29217 20828/33822/29218</w:t>
        <w:br/>
        <w:t>f 20830/33823/29219 20825/33818/29214 20828/33822/29218</w:t>
        <w:br/>
        <w:t>f 20828/33822/29218 20829/33821/29217 20831/33824/29220</w:t>
        <w:br/>
        <w:t>f 20796/33791/29186 20828/33822/29218 20831/33824/29220</w:t>
        <w:br/>
        <w:t>f 20796/33791/29186 20831/33824/29220 20799/33792/29187</w:t>
        <w:br/>
        <w:t>f 20804/33797/29192 20792/33786/29181 20794/33787/29182</w:t>
        <w:br/>
        <w:t>f 20834/33825/29221 20833/33826/29222 20832/33827/29223</w:t>
        <w:br/>
        <w:t>f 20835/33828/29224 20832/33827/29223 20833/33826/29222</w:t>
        <w:br/>
        <w:t>f 20836/33829/29224 20835/33828/29224 20833/33826/29222</w:t>
        <w:br/>
        <w:t>f 20840/33830/29225 20839/33831/29226 20838/33832/29226</w:t>
        <w:br/>
        <w:t>f 20837/33833/29227 20840/33830/29225 20838/33832/29226</w:t>
        <w:br/>
        <w:t>f 20842/33834/29228 20841/33835/29228 20838/33832/29226</w:t>
        <w:br/>
        <w:t>f 20839/33831/29226 20842/33834/29228 20838/33832/29226</w:t>
        <w:br/>
        <w:t>f 20845/33836/29229 20844/33837/29229 20843/33838/29230</w:t>
        <w:br/>
        <w:t>f 20832/33827/29231 20843/33838/29230 20846/33839/29232</w:t>
        <w:br/>
        <w:t>f 20848/33840/29233 20832/33827/29223 20847/33841/29234</w:t>
        <w:br/>
        <w:t>f 20850/33842/29235 20849/33843/29236 20834/33825/29221</w:t>
        <w:br/>
        <w:t>f 20832/33827/29223 20850/33842/29235 20834/33825/29221</w:t>
        <w:br/>
        <w:t>f 20849/33843/29236 20850/33842/29235 20851/33844/29237</w:t>
        <w:br/>
        <w:t>f 20802/33794/29189 20849/33843/29236 20851/33844/29237</w:t>
        <w:br/>
        <w:t>f 20853/33845/29238 20850/33842/29235 20852/33846/29239</w:t>
        <w:br/>
        <w:t>f 20854/33847/29240 20853/33845/29238 20852/33846/29239</w:t>
        <w:br/>
        <w:t>f 20855/33848/29241 20854/33847/29240 20852/33846/29239</w:t>
        <w:br/>
        <w:t>f 20857/33849/29242 20856/33850/29243 20853/33845/29238</w:t>
        <w:br/>
        <w:t>f 20854/33847/29240 20857/33849/29242 20853/33845/29238</w:t>
        <w:br/>
        <w:t>f 20858/33851/29244 20855/33848/29241 20852/33846/29239</w:t>
        <w:br/>
        <w:t>f 20848/33840/29233 20858/33851/29244 20852/33846/29239</w:t>
        <w:br/>
        <w:t>f 20861/33852/29245 20860/33853/29246 20859/33854/29247</w:t>
        <w:br/>
        <w:t>f 20842/33834/29228 20862/33855/29248 20846/33839/29232</w:t>
        <w:br/>
        <w:t>f 20841/33835/29228 20842/33834/29228 20846/33839/29232</w:t>
        <w:br/>
        <w:t>f 20863/33856/29249 20858/33851/29244 20848/33840/29233</w:t>
        <w:br/>
        <w:t>f 20847/33841/29234 20863/33856/29249 20848/33840/29233</w:t>
        <w:br/>
        <w:t>f 20866/33857/29250 20865/33858/29250 20864/33859/29251</w:t>
        <w:br/>
        <w:t>f 20867/33860/29252 20866/33857/29250 20864/33859/29251</w:t>
        <w:br/>
        <w:t>f 20870/33861/29253 20869/33862/29253 20868/33863/29253</w:t>
        <w:br/>
        <w:t>f 20872/33864/29254 20867/33860/29255 20871/33865/29256</w:t>
        <w:br/>
        <w:t>f 20873/33866/29257 20872/33864/29254 20871/33865/29256</w:t>
        <w:br/>
        <w:t>f 20877/33867/29258 20876/33868/29259 20875/33869/29260</w:t>
        <w:br/>
        <w:t>f 20874/33870/29261 20877/33867/29258 20875/33869/29260</w:t>
        <w:br/>
        <w:t>f 20874/33870/29261 20875/33869/29260 20878/33871/29262</w:t>
        <w:br/>
        <w:t>f 20879/33872/29263 20874/33870/29261 20878/33871/29262</w:t>
        <w:br/>
        <w:t>f 20881/33873/29264 20873/33866/29257 20871/33865/29256</w:t>
        <w:br/>
        <w:t>f 20880/33874/29265 20881/33873/29264 20871/33865/29256</w:t>
        <w:br/>
        <w:t>f 20883/33875/29266 20882/33876/29267 20876/33868/29259</w:t>
        <w:br/>
        <w:t>f 20877/33867/29258 20883/33875/29266 20876/33868/29259</w:t>
        <w:br/>
        <w:t>f 20886/33877/29268 20885/33878/29268 20884/33879/29268</w:t>
        <w:br/>
        <w:t>f 20887/33880/29269 20882/33876/29267 20883/33875/29266</w:t>
        <w:br/>
        <w:t>f 20888/33881/29269 20887/33880/29269 20883/33875/29266</w:t>
        <w:br/>
        <w:t>f 20840/33830/29225 20837/33833/29227 20887/33880/29269</w:t>
        <w:br/>
        <w:t>f 20888/33881/29269 20840/33830/29225 20887/33880/29269</w:t>
        <w:br/>
        <w:t>f 20867/33860/29255 20834/33825/29221 20889/33882/29270</w:t>
        <w:br/>
        <w:t>f 20871/33865/29256 20867/33860/29255 20889/33882/29270</w:t>
        <w:br/>
        <w:t>f 20864/33859/29251 20890/33883/29271 20867/33860/29252</w:t>
        <w:br/>
        <w:t>f 20893/33884/29272 20892/33885/29273 20891/33886/29274</w:t>
        <w:br/>
        <w:t>f 20893/33884/29272 20891/33886/29274 20894/33887/29275</w:t>
        <w:br/>
        <w:t>f 20895/33888/29275 20893/33884/29272 20894/33887/29275</w:t>
        <w:br/>
        <w:t>f 20898/33889/29276 20897/33890/29277 20896/33891/29277</w:t>
        <w:br/>
        <w:t>f 20896/33891/29277 20897/33890/29277 20899/33892/29278</w:t>
        <w:br/>
        <w:t>f 20900/33893/29279 20896/33891/29277 20899/33892/29278</w:t>
        <w:br/>
        <w:t>f 20891/33886/29274 20902/33894/29280 20901/33895/29281</w:t>
        <w:br/>
        <w:t>f 20905/33896/29282 20904/33897/29283 20903/33898/29284</w:t>
        <w:br/>
        <w:t>f 20908/33899/29285 20907/33900/29286 20903/33898/29284</w:t>
        <w:br/>
        <w:t>f 20906/33901/29287 20908/33899/29285 20903/33898/29284</w:t>
        <w:br/>
        <w:t>f 20899/33892/29278 20901/33895/29281 20902/33894/29280</w:t>
        <w:br/>
        <w:t>f 20908/33899/29285 20899/33892/29278 20902/33894/29280</w:t>
        <w:br/>
        <w:t>f 20909/33902/29288 20895/33888/29275 20894/33887/29275</w:t>
        <w:br/>
        <w:t>f 20910/33903/29289 20909/33902/29288 20894/33887/29275</w:t>
        <w:br/>
        <w:t>f 20913/33904/29290 20912/33905/29291 20911/33906/29292</w:t>
        <w:br/>
        <w:t>f 20915/33907/29293 20914/33908/29294 20913/33904/29290</w:t>
        <w:br/>
        <w:t>f 20913/33904/29290 20911/33906/29292 20916/33909/29295</w:t>
        <w:br/>
        <w:t>f 20917/33910/29296 20913/33904/29290 20916/33909/29295</w:t>
        <w:br/>
        <w:t>f 20909/33902/29297 20918/33911/29298 20917/33910/29296</w:t>
        <w:br/>
        <w:t>f 20916/33909/29295 20909/33902/29297 20917/33910/29296</w:t>
        <w:br/>
        <w:t>f 20918/33911/29299 20919/33912/29300 20914/33908/29294</w:t>
        <w:br/>
        <w:t>f 20915/33907/29293 20918/33911/29299 20914/33908/29294</w:t>
        <w:br/>
        <w:t>f 20920/33913/29301 20914/33908/29294 20919/33912/29300</w:t>
        <w:br/>
        <w:t>f 20921/33914/29302 20920/33913/29301 20919/33912/29300</w:t>
        <w:br/>
        <w:t>f 20914/33908/29294 20920/33913/29301 20913/33904/29290</w:t>
        <w:br/>
        <w:t>f 20922/33915/29303 20920/33913/29301 20921/33914/29302</w:t>
        <w:br/>
        <w:t>f 20923/33916/29304 20922/33915/29303 20921/33914/29302</w:t>
        <w:br/>
        <w:t>f 20922/33915/29305 20913/33904/29306 20924/33917/29307</w:t>
        <w:br/>
        <w:t>f 20927/33918/29308 20892/33885/29273 20926/33919/29309</w:t>
        <w:br/>
        <w:t>f 20925/33920/29310 20927/33918/29308 20926/33919/29309</w:t>
        <w:br/>
        <w:t>f 20929/33921/29311 20927/33918/29308 20925/33920/29310</w:t>
        <w:br/>
        <w:t>f 20928/33922/29312 20929/33921/29311 20925/33920/29310</w:t>
        <w:br/>
        <w:t>f 20925/33920/29310 20931/33923/29313 20930/33924/29314</w:t>
        <w:br/>
        <w:t>f 20934/33925/29315 20933/33926/29316 20932/33927/29317</w:t>
        <w:br/>
        <w:t>f 20938/33928/29318 20937/33929/29319 20936/33930/29320</w:t>
        <w:br/>
        <w:t>f 20935/33931/29321 20938/33928/29318 20936/33930/29320</w:t>
        <w:br/>
        <w:t>f 20939/33932/29322 20933/33926/29316 20934/33925/29315</w:t>
        <w:br/>
        <w:t>f 20936/33930/29323 20939/33932/29322 20934/33925/29315</w:t>
        <w:br/>
        <w:t>f 20932/33927/29317 20933/33926/29316 20940/33933/29324</w:t>
        <w:br/>
        <w:t>f 20923/33916/29304 20941/33934/29325 20931/33923/29313</w:t>
        <w:br/>
        <w:t>f 20922/33915/29303 20923/33916/29304 20931/33923/29313</w:t>
        <w:br/>
        <w:t>f 20931/33923/29313 20941/33934/29325 20937/33929/29319</w:t>
        <w:br/>
        <w:t>f 20930/33924/29314 20931/33923/29313 20937/33929/29319</w:t>
        <w:br/>
        <w:t>f 20904/33897/29283 20905/33896/29282 20892/33885/29273</w:t>
        <w:br/>
        <w:t>f 20942/33935/29326 20904/33897/29283 20892/33885/29273</w:t>
        <w:br/>
        <w:t>f 20904/33897/29283 20944/33936/29327 20943/33937/29328</w:t>
        <w:br/>
        <w:t>f 20904/33897/29283 20942/33935/29326 20809/33802/29197</w:t>
        <w:br/>
        <w:t>f 20944/33936/29327 20904/33897/29283 20809/33802/29197</w:t>
        <w:br/>
        <w:t>f 20943/33937/29328 20946/33938/29329 20945/33939/29330</w:t>
        <w:br/>
        <w:t>f 20947/33940/29331 20943/33937/29328 20945/33939/29330</w:t>
        <w:br/>
        <w:t>f 20949/33941/29332 20948/33942/29333 20943/33937/29328</w:t>
        <w:br/>
        <w:t>f 20947/33940/29331 20949/33941/29332 20943/33937/29328</w:t>
        <w:br/>
        <w:t>f 20952/33943/29334 20951/33944/29335 20950/33945/29336</w:t>
        <w:br/>
        <w:t>f 20953/33946/29337 20952/33943/29334 20950/33945/29336</w:t>
        <w:br/>
        <w:t>f 20957/33947/29338 20956/33948/29338 20955/33949/29339</w:t>
        <w:br/>
        <w:t>f 20954/33950/29340 20957/33947/29338 20955/33949/29339</w:t>
        <w:br/>
        <w:t>f 20956/33948/29338 20957/33947/29338 20959/33951/29341</w:t>
        <w:br/>
        <w:t>f 20958/33952/29342 20956/33948/29338 20959/33951/29341</w:t>
        <w:br/>
        <w:t>f 20952/33943/29334 20929/33921/29343 20960/33953/29344</w:t>
        <w:br/>
        <w:t>f 20951/33944/29335 20952/33943/29334 20960/33953/29344</w:t>
        <w:br/>
        <w:t>f 20960/33953/29344 20959/33951/29345 20951/33944/29335</w:t>
        <w:br/>
        <w:t>f 20963/33954/29346 20962/33955/29347 20961/33956/29348</w:t>
        <w:br/>
        <w:t>f 20965/33957/29349 20964/33958/29350 20961/33956/29348</w:t>
        <w:br/>
        <w:t>f 20962/33955/29347 20965/33957/29349 20961/33956/29348</w:t>
        <w:br/>
        <w:t>f 20962/33955/29347 20967/33959/29351 20966/33960/29352</w:t>
        <w:br/>
        <w:t>f 20965/33957/29349 20962/33955/29347 20966/33960/29352</w:t>
        <w:br/>
        <w:t>f 20964/33958/29350 20958/33952/29342 20959/33951/29341</w:t>
        <w:br/>
        <w:t>f 20961/33956/29348 20964/33958/29350 20959/33951/29341</w:t>
        <w:br/>
        <w:t>f 20971/33961/29353 20970/33962/29354 20969/33963/29355</w:t>
        <w:br/>
        <w:t>f 20968/33964/29356 20971/33961/29353 20969/33963/29355</w:t>
        <w:br/>
        <w:t>f 20972/33965/29357 20940/33933/29324 20933/33926/29316</w:t>
        <w:br/>
        <w:t>f 20939/33932/29322 20972/33965/29357 20933/33926/29316</w:t>
        <w:br/>
        <w:t>f 20971/33961/29353 20974/33966/29358 20973/33967/29359</w:t>
        <w:br/>
        <w:t>f 20970/33962/29354 20971/33961/29353 20973/33967/29359</w:t>
        <w:br/>
        <w:t>f 20973/33967/29359 20960/33953/29344 20975/33968/29360</w:t>
        <w:br/>
        <w:t>f 20976/33969/29361 20973/33967/29359 20975/33968/29360</w:t>
        <w:br/>
        <w:t>f 20977/33970/29362 20975/33968/29360 20960/33953/29344</w:t>
        <w:br/>
        <w:t>f 20963/33954/29346 20967/33959/29351 20962/33955/29347</w:t>
        <w:br/>
        <w:t>f 20932/33927/29363 20979/33971/29364 20978/33972/29365</w:t>
        <w:br/>
        <w:t>f 20932/33927/29363 20969/33963/29355 20970/33962/29354</w:t>
        <w:br/>
        <w:t>f 20979/33971/29364 20932/33927/29363 20970/33962/29354</w:t>
        <w:br/>
        <w:t>f 20981/33973/29366 20789/33782/29177 20786/33781/29176</w:t>
        <w:br/>
        <w:t>f 20980/33974/29366 20981/33973/29366 20786/33781/29176</w:t>
        <w:br/>
        <w:t>f 20980/33974/29366 20983/33975/29367 20982/33976/29368</w:t>
        <w:br/>
        <w:t>f 20981/33973/29366 20980/33974/29366 20982/33976/29368</w:t>
        <w:br/>
        <w:t>f 20986/33977/29369 20985/33978/29370 20984/33979/29371</w:t>
        <w:br/>
        <w:t>f 20987/33980/29372 20986/33977/29369 20984/33979/29371</w:t>
        <w:br/>
        <w:t>f 20987/33980/29372 20984/33979/29371 20988/33981/29373</w:t>
        <w:br/>
        <w:t>f 20989/33982/29374 20987/33980/29372 20988/33981/29373</w:t>
        <w:br/>
        <w:t>f 20990/33983/29375 20988/33981/29373 20984/33979/29371</w:t>
        <w:br/>
        <w:t>f 20801/33795/29190 20993/33984/29376 20992/33985/29377</w:t>
        <w:br/>
        <w:t>f 20991/33986/29378 20801/33795/29190 20992/33985/29377</w:t>
        <w:br/>
        <w:t>f 20996/33987/29379 20995/33988/29380 20994/33989/29381</w:t>
        <w:br/>
        <w:t>f 20851/33844/29237 20996/33987/29379 20994/33989/29381</w:t>
        <w:br/>
        <w:t>f 20994/33989/29381 20997/33990/29382 20851/33844/29237</w:t>
        <w:br/>
        <w:t>f 20859/33854/29247 20860/33853/29246 20998/33991/29383</w:t>
        <w:br/>
        <w:t>f 20999/33992/29384 20993/33984/29376 20801/33795/29190</w:t>
        <w:br/>
        <w:t>f 21003/33993/29385 21002/33994/29386 21001/33995/29387</w:t>
        <w:br/>
        <w:t>f 21000/33996/29388 21003/33993/29385 21001/33995/29387</w:t>
        <w:br/>
        <w:t>f 21004/33997/29389 21002/33994/29386 21003/33993/29385</w:t>
        <w:br/>
        <w:t>f 21005/33998/29390 21004/33997/29389 21003/33993/29385</w:t>
        <w:br/>
        <w:t>f 21001/33995/29387 20989/33982/29391 20991/33986/29378</w:t>
        <w:br/>
        <w:t>f 20992/33985/29377 21001/33995/29387 20991/33986/29378</w:t>
        <w:br/>
        <w:t>f 20990/33983/29375 20984/33979/29371 20985/33978/29370</w:t>
        <w:br/>
        <w:t>f 21008/33999/29392 21007/34000/29393 21006/34001/29394</w:t>
        <w:br/>
        <w:t>f 21009/34002/29395 20944/33936/29327 21007/34000/29393</w:t>
        <w:br/>
        <w:t>f 21010/34003/29396 21009/34002/29395 21007/34000/29393</w:t>
        <w:br/>
        <w:t>f 21012/34004/29397 21011/34005/29398 21009/34002/29395</w:t>
        <w:br/>
        <w:t>f 21010/34003/29396 21012/34004/29397 21009/34002/29395</w:t>
        <w:br/>
        <w:t>f 21015/34006/29399 21014/34007/29400 21013/34008/29401</w:t>
        <w:br/>
        <w:t>f 21016/34009/29402 21015/34006/29399 21013/34008/29401</w:t>
        <w:br/>
        <w:t>f 21019/34010/29403 21018/34011/29404 21017/34012/29405</w:t>
        <w:br/>
        <w:t>f 21017/34012/29406 21014/34007/29400 21015/34006/29399</w:t>
        <w:br/>
        <w:t>f 21022/34013/29407 21021/34014/29407 21020/34015/29408</w:t>
        <w:br/>
        <w:t>f 20808/33801/29196 21022/34013/29407 21020/34015/29408</w:t>
        <w:br/>
        <w:t>f 21020/34015/29408 21023/34016/29409 20808/33801/29196</w:t>
        <w:br/>
        <w:t>f 21019/34010/29410 21024/34017/29411 21013/34008/29401</w:t>
        <w:br/>
        <w:t>f 21014/34007/29400 21019/34010/29410 21013/34008/29401</w:t>
        <w:br/>
        <w:t>f 20810/33804/29199 20818/33811/29207 21025/34018/29412</w:t>
        <w:br/>
        <w:t>f 20811/33803/29198 20810/33804/29199 21025/34018/29412</w:t>
        <w:br/>
        <w:t>f 21024/34017/29411 21019/34010/29410 20811/33803/29198</w:t>
        <w:br/>
        <w:t>f 21025/34018/29412 21024/34017/29411 20811/33803/29198</w:t>
        <w:br/>
        <w:t>f 21012/34004/29413 21021/34014/29407 21022/34013/29407</w:t>
        <w:br/>
        <w:t>f 21026/34019/29414 21012/34004/29413 21022/34013/29407</w:t>
        <w:br/>
        <w:t>f 21029/34020/29415 21028/34021/29416 21027/34022/29417</w:t>
        <w:br/>
        <w:t>f 21030/34023/29418 21029/34020/29415 21027/34022/29417</w:t>
        <w:br/>
        <w:t>f 21031/34024/29419 21028/34021/29416 21029/34020/29415</w:t>
        <w:br/>
        <w:t>f 21032/34025/29420 21031/34024/29419 21029/34020/29415</w:t>
        <w:br/>
        <w:t>f 21006/34001/29421 21028/34021/29416 21031/34024/29419</w:t>
        <w:br/>
        <w:t>f 21027/34022/29417 21028/34021/29416 21006/34001/29421</w:t>
        <w:br/>
        <w:t>f 21004/33997/29422 20860/33853/29423 20856/33850/29243</w:t>
        <w:br/>
        <w:t>f 20857/33849/29242 21004/33997/29422 20856/33850/29243</w:t>
        <w:br/>
        <w:t>f 20871/33865/29256 20889/33882/29270 21033/34026/29424</w:t>
        <w:br/>
        <w:t>f 20880/33874/29265 20871/33865/29256 21033/34026/29424</w:t>
        <w:br/>
        <w:t>f 21037/34027/29425 21036/34028/29426 21035/34029/29425</w:t>
        <w:br/>
        <w:t>f 21034/34030/29425 21037/34027/29425 21035/34029/29425</w:t>
        <w:br/>
        <w:t>f 20880/33874/29265 21039/34031/29427 21038/34032/29428</w:t>
        <w:br/>
        <w:t>f 20881/33873/29264 20880/33874/29265 21038/34032/29428</w:t>
        <w:br/>
        <w:t>f 20881/33873/29264 21038/34032/29428 20879/33872/29263</w:t>
        <w:br/>
        <w:t>f 20878/33871/29262 20881/33873/29264 20879/33872/29263</w:t>
        <w:br/>
        <w:t>f 21041/34033/29429 20951/33944/29335 21040/34034/29430</w:t>
        <w:br/>
        <w:t>f 20948/33942/29333 20949/33941/29332 20906/33901/29287</w:t>
        <w:br/>
        <w:t>f 20903/33898/29284 20948/33942/29333 20906/33901/29287</w:t>
        <w:br/>
        <w:t>f 21044/34035/29431 21043/34036/29432 21042/34037/29433</w:t>
        <w:br/>
        <w:t>f 21044/34035/29431 21042/34037/29433 21045/34038/29434</w:t>
        <w:br/>
        <w:t>f 21044/34035/29431 21045/34038/29434 21046/34039/29435</w:t>
        <w:br/>
        <w:t>f 21047/34040/29436 21044/34035/29431 21046/34039/29435</w:t>
        <w:br/>
        <w:t>f 21051/34041/29437 21050/34042/29438 21049/34043/29439</w:t>
        <w:br/>
        <w:t>f 21048/34044/29437 21051/34041/29437 21049/34043/29439</w:t>
        <w:br/>
        <w:t>f 21052/34045/29440 21046/34039/29435 21045/34038/29434</w:t>
        <w:br/>
        <w:t>f 21049/34043/29441 21052/34045/29440 21045/34038/29434</w:t>
        <w:br/>
        <w:t>f 21054/34046/29442 21053/34047/29443 21046/34039/29435</w:t>
        <w:br/>
        <w:t>f 21052/34045/29440 21054/34046/29442 21046/34039/29435</w:t>
        <w:br/>
        <w:t>f 21058/34048/29444 21057/34049/29445 21056/34050/29446</w:t>
        <w:br/>
        <w:t>f 21055/34051/29447 21058/34048/29444 21056/34050/29446</w:t>
        <w:br/>
        <w:t>f 21053/34047/29448 21060/34052/29449 21059/34053/29450</w:t>
        <w:br/>
        <w:t>f 21061/34054/29451 21053/34047/29448 21059/34053/29450</w:t>
        <w:br/>
        <w:t>f 21059/34053/29450 21060/34052/29449 20953/33946/29337</w:t>
        <w:br/>
        <w:t>f 21064/34055/29452 21063/34056/29452 21062/34057/29453</w:t>
        <w:br/>
        <w:t>f 21044/34035/29431 21047/34040/29436 21065/34058/29454</w:t>
        <w:br/>
        <w:t>f 21043/34036/29432 21066/34059/29455 21050/34042/29438</w:t>
        <w:br/>
        <w:t>f 21042/34037/29433 21043/34036/29432 21050/34042/29438</w:t>
        <w:br/>
        <w:t>f 20954/33950/29340 20955/33949/29339 21066/34059/29455</w:t>
        <w:br/>
        <w:t>f 21043/34036/29432 20954/33950/29340 21066/34059/29455</w:t>
        <w:br/>
        <w:t>f 21060/34052/29456 21062/34057/29453 21067/34060/29457</w:t>
        <w:br/>
        <w:t>f 21056/34050/29446 21069/34061/29458 21068/34062/29458</w:t>
        <w:br/>
        <w:t>f 21055/34051/29447 21056/34050/29446 21068/34062/29458</w:t>
        <w:br/>
        <w:t>f 21073/34063/29459 21072/34064/29460 21071/34065/29461</w:t>
        <w:br/>
        <w:t>f 21070/34066/29462 21073/34063/29459 21071/34065/29461</w:t>
        <w:br/>
        <w:t>f 21077/34067/29463 21076/34068/29464 21075/34069/29464</w:t>
        <w:br/>
        <w:t>f 21074/34070/29465 21077/34067/29463 21075/34069/29464</w:t>
        <w:br/>
        <w:t>f 21080/34071/29466 21079/34072/29467 21078/34073/29468</w:t>
        <w:br/>
        <w:t>f 21070/34066/29462 21071/34065/29461 21075/34069/29464</w:t>
        <w:br/>
        <w:t>f 21076/34068/29464 21070/34066/29462 21075/34069/29464</w:t>
        <w:br/>
        <w:t>f 21074/34070/29465 21082/34074/29469 21081/34075/29469</w:t>
        <w:br/>
        <w:t>f 21077/34067/29463 21074/34070/29465 21081/34075/29469</w:t>
        <w:br/>
        <w:t>f 21084/34076/29470 21083/34077/29471 21081/34075/29469</w:t>
        <w:br/>
        <w:t>f 21082/34074/29469 21084/34076/29470 21081/34075/29469</w:t>
        <w:br/>
        <w:t>f 21087/34078/29472 21086/34079/29473 20953/33946/29337</w:t>
        <w:br/>
        <w:t>f 21085/34080/29474 21087/34078/29472 20953/33946/29337</w:t>
        <w:br/>
        <w:t>f 21086/34079/29473 21087/34078/29472 21080/34071/29466</w:t>
        <w:br/>
        <w:t>f 21088/34081/29475 21086/34079/29473 21080/34071/29466</w:t>
        <w:br/>
        <w:t>f 21060/34052/29456 21067/34060/29457 21089/34082/29476</w:t>
        <w:br/>
        <w:t>f 21069/34061/29458 21072/34064/29460 21073/34063/29459</w:t>
        <w:br/>
        <w:t>f 21068/34062/29458 21069/34061/29458 21073/34063/29459</w:t>
        <w:br/>
        <w:t>f 21087/34078/29472 21073/34063/29477 21090/34083/29478</w:t>
        <w:br/>
        <w:t>f 21087/34078/29472 21060/34052/29449 21073/34063/29477</w:t>
        <w:br/>
        <w:t>f 21087/34078/29472 21090/34083/29478 21079/34072/29467</w:t>
        <w:br/>
        <w:t>f 21080/34071/29466 21087/34078/29472 21079/34072/29467</w:t>
        <w:br/>
        <w:t>f 20867/33860/29255 20872/33864/29254 21091/34084/29479</w:t>
        <w:br/>
        <w:t>f 20954/33950/29340 21092/34085/29480 20950/33945/29336</w:t>
        <w:br/>
        <w:t>f 21041/34033/29429 20950/33945/29336 20951/33944/29335</w:t>
        <w:br/>
        <w:t>f 20959/33951/29345 21040/34034/29430 20951/33944/29335</w:t>
        <w:br/>
        <w:t>f 20960/33953/29344 21093/34086/29481 20959/33951/29345</w:t>
        <w:br/>
        <w:t>f 20930/33924/29314 20935/33931/29482 20928/33922/29312</w:t>
        <w:br/>
        <w:t>f 20925/33920/29310 20930/33924/29314 20928/33922/29312</w:t>
        <w:br/>
        <w:t>f 20922/33915/29303 20931/33923/29313 20925/33920/29310</w:t>
        <w:br/>
        <w:t>f 20922/33915/29303 20925/33920/29310 20926/33919/29309</w:t>
        <w:br/>
        <w:t>f 20891/33886/29483 20903/33898/29284 20907/33900/29286</w:t>
        <w:br/>
        <w:t>f 20904/33897/29283 20948/33942/29333 20903/33898/29284</w:t>
        <w:br/>
        <w:t>f 20904/33897/29283 20943/33937/29328 20948/33942/29333</w:t>
        <w:br/>
        <w:t>f 20944/33936/29327 20946/33938/29329 20943/33937/29328</w:t>
        <w:br/>
        <w:t>f 20811/33803/29198 21094/34087/29484 20808/33801/29196</w:t>
        <w:br/>
        <w:t>f 20811/33803/29198 20808/33801/29196 20807/33798/29193</w:t>
        <w:br/>
        <w:t>f 20813/33805/29200 20810/33804/29199 20807/33798/29193</w:t>
        <w:br/>
        <w:t>f 20813/33805/29200 20807/33798/29193 20784/33777/29172</w:t>
        <w:br/>
        <w:t>f 20787/33780/29175 20797/33790/29185 21095/34088/29485</w:t>
        <w:br/>
        <w:t>f 20787/33780/29175 20796/33791/29186 20797/33790/29185</w:t>
        <w:br/>
        <w:t>f 20797/33790/29185 20803/33796/29191 21095/34088/29485</w:t>
        <w:br/>
        <w:t>f 20801/33795/29190 20983/33975/29486 20803/33796/29191</w:t>
        <w:br/>
        <w:t>f 20853/33845/29238 20861/33852/29487 20851/33844/29237</w:t>
        <w:br/>
        <w:t>f 20853/33845/29238 20851/33844/29237 20850/33842/29235</w:t>
        <w:br/>
        <w:t>f 20848/33840/29233 20852/33846/29239 20850/33842/29235</w:t>
        <w:br/>
        <w:t>f 20848/33840/29233 20850/33842/29235 20832/33827/29223</w:t>
        <w:br/>
        <w:t>f 24667/34089/29488 24666/34090/29489 24665/34091/29490</w:t>
        <w:br/>
        <w:t>f 24670/34092/29491 24669/34093/29492 24668/34094/29493</w:t>
        <w:br/>
        <w:t>f 24673/34095/29494 24672/34096/29495 24671/34097/29495</w:t>
        <w:br/>
        <w:t>f 24676/34098/29496 24675/34099/29497 24674/34100/29498</w:t>
        <w:br/>
        <w:t>f 24677/34101/29499 24676/34098/29496 24674/34100/29498</w:t>
        <w:br/>
        <w:t>f 24681/34102/29500 24680/34103/29501 24679/34104/29502</w:t>
        <w:br/>
        <w:t>f 24678/34105/29503 24681/34102/29500 24679/34104/29502</w:t>
        <w:br/>
        <w:t>f 24684/34106/29504 24683/34107/29505 24682/34108/29506</w:t>
        <w:br/>
        <w:t>f 24685/34109/29507 24684/34106/29504 24682/34108/29506</w:t>
        <w:br/>
        <w:t>f 24688/34110/29508 24687/34111/29509 24686/34112/29510</w:t>
        <w:br/>
        <w:t>f 24689/34113/29511 24688/34110/29508 24686/34112/29510</w:t>
        <w:br/>
        <w:t>f 24692/34114/29512 24691/34115/29513 24690/34116/29514</w:t>
        <w:br/>
        <w:t>f 24694/34117/29515 24693/34118/29516 24691/34115/29513</w:t>
        <w:br/>
        <w:t>f 24696/34119/29517 24690/34116/29514 24695/34120/29518</w:t>
        <w:br/>
        <w:t>f 24666/34090/29489 24667/34089/29488 24668/34094/29493</w:t>
        <w:br/>
        <w:t>f 24695/34120/29518 24698/34121/29519 24697/34122/29520</w:t>
        <w:br/>
        <w:t>f 24677/34101/29499 24694/34117/29515 24676/34098/29496</w:t>
        <w:br/>
        <w:t>f 24702/34123/29521 24701/34124/29522 24700/34125/29523</w:t>
        <w:br/>
        <w:t>f 24699/34126/29524 24702/34123/29521 24700/34125/29523</w:t>
        <w:br/>
        <w:t>f 24703/34127/29525 24685/34109/29507 24682/34108/29506</w:t>
        <w:br/>
        <w:t>f 24704/34128/29526 24703/34127/29525 24682/34108/29506</w:t>
        <w:br/>
        <w:t>f 24706/34129/29527 24702/34123/29521 24705/34130/29528</w:t>
        <w:br/>
        <w:t>f 24707/34131/29529 24706/34129/29527 24705/34130/29528</w:t>
        <w:br/>
        <w:t>f 24710/34132/29530 24709/34133/29531 24708/34134/29532</w:t>
        <w:br/>
        <w:t>f 24674/34100/29498 24711/34135/29533 24677/34101/29499</w:t>
        <w:br/>
        <w:t>f 24675/34099/29497 24710/34132/29530 24708/34134/29532</w:t>
        <w:br/>
        <w:t>f 24674/34100/29498 24675/34099/29497 24708/34134/29532</w:t>
        <w:br/>
        <w:t>f 24713/34136/29534 24665/34091/29490 24712/34137/29535</w:t>
        <w:br/>
        <w:t>f 24715/34138/29536 24689/34113/29511 24714/34139/29537</w:t>
        <w:br/>
        <w:t>f 24716/34140/29538 24665/34091/29490 24713/34136/29534</w:t>
        <w:br/>
        <w:t>f 24717/34141/29539 24681/34102/29500 24678/34105/29503</w:t>
        <w:br/>
        <w:t>f 24711/34135/29533 24717/34141/29539 24678/34105/29503</w:t>
        <w:br/>
        <w:t>f 24720/34142/29540 24719/34143/29541 24718/34144/29542</w:t>
        <w:br/>
        <w:t>f 24722/34145/29543 24680/34103/29501 24681/34102/29500</w:t>
        <w:br/>
        <w:t>f 24721/34146/29544 24722/34145/29543 24681/34102/29500</w:t>
        <w:br/>
        <w:t>f 24665/34091/29490 24683/34107/29505 24723/34147/29545</w:t>
        <w:br/>
        <w:t>f 24724/34148/29546 24701/34124/29522 24702/34123/29521</w:t>
        <w:br/>
        <w:t>f 24706/34129/29527 24724/34148/29546 24702/34123/29521</w:t>
        <w:br/>
        <w:t>f 24724/34148/29546 24706/34129/29527 24725/34149/29547</w:t>
        <w:br/>
        <w:t>f 24726/34150/29548 24724/34148/29546 24725/34149/29547</w:t>
        <w:br/>
        <w:t>f 24705/34130/29528 24702/34123/29521 24699/34126/29524</w:t>
        <w:br/>
        <w:t>f 24727/34151/29549 24705/34130/29528 24699/34126/29524</w:t>
        <w:br/>
        <w:t>f 24729/34152/29550 24728/34153/29551 24720/34142/29540</w:t>
        <w:br/>
        <w:t>f 24689/34113/29511 24730/34154/29552 24729/34152/29550</w:t>
        <w:br/>
        <w:t>f 24721/34146/29544 24681/34102/29500 24717/34141/29539</w:t>
        <w:br/>
        <w:t>f 24731/34155/29553 24721/34146/29544 24717/34141/29539</w:t>
        <w:br/>
        <w:t>f 24706/34129/29527 24707/34131/29529 24732/34156/29554</w:t>
        <w:br/>
        <w:t>f 24725/34149/29547 24706/34129/29527 24732/34156/29554</w:t>
        <w:br/>
        <w:t>f 24720/34142/29540 24733/34157/29555 24719/34143/29541</w:t>
        <w:br/>
        <w:t>f 24734/34158/29556 24697/34122/29520 24698/34121/29519</w:t>
        <w:br/>
        <w:t>f 24705/34130/29528 24698/34121/29519 24690/34116/29514</w:t>
        <w:br/>
        <w:t>f 24677/34101/29499 24732/34156/29554 24707/34131/29529</w:t>
        <w:br/>
        <w:t>f 24727/34151/29549 24734/34158/29556 24698/34121/29519</w:t>
        <w:br/>
        <w:t>f 24708/34134/29532 24731/34155/29553 24717/34141/29539</w:t>
        <w:br/>
        <w:t>f 24736/34159/29557 24708/34134/29532 24709/34133/29531</w:t>
        <w:br/>
        <w:t>f 24735/34160/29558 24736/34159/29557 24709/34133/29531</w:t>
        <w:br/>
        <w:t>f 24729/34152/29550 24730/34154/29552 24728/34153/29551</w:t>
        <w:br/>
        <w:t>f 24729/34152/29550 24737/34161/29559 24714/34139/29537</w:t>
        <w:br/>
        <w:t>f 24689/34113/29511 24729/34152/29550 24714/34139/29537</w:t>
        <w:br/>
        <w:t>f 24715/34138/29536 24688/34110/29508 24689/34113/29511</w:t>
        <w:br/>
        <w:t>f 24665/34091/29490 24666/34090/29489 24682/34108/29506</w:t>
        <w:br/>
        <w:t>f 24665/34091/29490 24682/34108/29506 24683/34107/29505</w:t>
        <w:br/>
        <w:t>f 24666/34090/29489 24669/34093/29492 24704/34128/29526</w:t>
        <w:br/>
        <w:t>f 24682/34108/29506 24666/34090/29489 24704/34128/29526</w:t>
        <w:br/>
        <w:t>f 24708/34134/29532 24736/34159/29557 24731/34155/29553</w:t>
        <w:br/>
        <w:t>f 24674/34100/29498 24708/34134/29532 24717/34141/29539</w:t>
        <w:br/>
        <w:t>f 24674/34100/29498 24717/34141/29539 24711/34135/29533</w:t>
        <w:br/>
        <w:t>f 24727/34151/29549 24698/34121/29519 24705/34130/29528</w:t>
        <w:br/>
        <w:t>f 24690/34116/29514 24691/34115/29513 24707/34131/29529</w:t>
        <w:br/>
        <w:t>f 24705/34130/29528 24690/34116/29514 24707/34131/29529</w:t>
        <w:br/>
        <w:t>f 24677/34101/29499 24707/34131/29529 24691/34115/29513</w:t>
        <w:br/>
        <w:t>f 24692/34114/29512 24690/34116/29514 24696/34119/29517</w:t>
        <w:br/>
        <w:t>f 24694/34117/29515 24691/34115/29513 24692/34114/29512</w:t>
        <w:br/>
        <w:t>f 24690/34116/29514 24698/34121/29519 24695/34120/29518</w:t>
        <w:br/>
        <w:t>f 24712/34137/29535 24665/34091/29490 24723/34147/29545</w:t>
        <w:br/>
        <w:t>f 24738/34162/29560 24712/34137/29535 24723/34147/29545</w:t>
        <w:br/>
        <w:t>f 24720/34142/29540 24718/34144/29542 24729/34152/29550</w:t>
        <w:br/>
        <w:t>f 24729/34152/29550 24718/34144/29542 24737/34161/29559</w:t>
        <w:br/>
        <w:t>f 24689/34113/29511 24686/34112/29510 24730/34154/29552</w:t>
        <w:br/>
        <w:t>f 24667/34089/29488 24665/34091/29490 24716/34140/29538</w:t>
        <w:br/>
        <w:t>f 24669/34093/29492 24666/34090/29489 24668/34094/29493</w:t>
        <w:br/>
        <w:t>f 24742/34163/29561 24741/34164/29562 24740/34165/29563</w:t>
        <w:br/>
        <w:t>f 24739/34166/29564 24742/34163/29561 24740/34165/29563</w:t>
        <w:br/>
        <w:t>f 24741/34164/29562 24744/34167/29565 24743/34168/29494</w:t>
        <w:br/>
        <w:t>f 24740/34165/29563 24741/34164/29562 24743/34168/29494</w:t>
        <w:br/>
        <w:t>f 24748/34169/29566 24747/34170/29567 24746/34171/29497</w:t>
        <w:br/>
        <w:t>f 24745/34172/29568 24748/34169/29566 24746/34171/29497</w:t>
        <w:br/>
        <w:t>f 24752/34173/29569 24751/34174/29570 24750/34175/29509</w:t>
        <w:br/>
        <w:t>f 24749/34176/29508 24752/34173/29569 24750/34175/29509</w:t>
        <w:br/>
        <w:t>f 24755/34177/29571 24754/34178/29572 24753/34179/29573</w:t>
        <w:br/>
        <w:t>f 24756/34180/29574 24755/34177/29571 24753/34179/29573</w:t>
        <w:br/>
        <w:t>f 24760/34181/29575 24759/34182/29576 24758/34183/29577</w:t>
        <w:br/>
        <w:t>f 24757/34184/29518 24760/34181/29575 24758/34183/29577</w:t>
        <w:br/>
        <w:t>f 24762/34185/29578 24742/34163/29561 24739/34166/29564</w:t>
        <w:br/>
        <w:t>f 24761/34186/29488 24762/34185/29578 24739/34166/29564</w:t>
        <w:br/>
        <w:t>f 24764/34187/29579 24760/34181/29575 24757/34184/29518</w:t>
        <w:br/>
        <w:t>f 24763/34188/29580 24764/34187/29579 24757/34184/29518</w:t>
        <w:br/>
        <w:t>f 24766/34189/29581 24748/34169/29566 24745/34172/29568</w:t>
        <w:br/>
        <w:t>f 24765/34190/29515 24766/34189/29581 24745/34172/29568</w:t>
        <w:br/>
        <w:t>f 24770/34191/29582 24769/34192/29583 24768/34193/29531</w:t>
        <w:br/>
        <w:t>f 24767/34194/29530 24770/34191/29582 24768/34193/29531</w:t>
        <w:br/>
        <w:t>f 24747/34170/29567 24770/34191/29582 24767/34194/29530</w:t>
        <w:br/>
        <w:t>f 24746/34171/29497 24747/34170/29567 24767/34194/29530</w:t>
        <w:br/>
        <w:t>f 24774/34195/29584 24773/34196/29585 24772/34197/29586</w:t>
        <w:br/>
        <w:t>f 24771/34198/29535 24774/34195/29584 24772/34197/29586</w:t>
        <w:br/>
        <w:t>f 24773/34196/29585 24776/34199/29587 24775/34200/29588</w:t>
        <w:br/>
        <w:t>f 24772/34197/29586 24773/34196/29585 24775/34200/29588</w:t>
        <w:br/>
        <w:t>f 24780/34201/29589 24779/34202/29590 24778/34203/29591</w:t>
        <w:br/>
        <w:t>f 24777/34204/29544 24780/34201/29589 24778/34203/29591</w:t>
        <w:br/>
        <w:t>f 24783/34205/29592 24782/34206/29593 24781/34207/29594</w:t>
        <w:br/>
        <w:t>f 24784/34208/29595 24783/34205/29592 24781/34207/29594</w:t>
        <w:br/>
        <w:t>f 24786/34209/29596 24780/34201/29589 24777/34204/29544</w:t>
        <w:br/>
        <w:t>f 24785/34210/29597 24786/34209/29596 24777/34204/29544</w:t>
        <w:br/>
        <w:t>f 24788/34211/29598 24787/34212/29555 24782/34206/29593</w:t>
        <w:br/>
        <w:t>f 24783/34205/29592 24788/34211/29598 24782/34206/29593</w:t>
        <w:br/>
        <w:t>f 24790/34213/29599 24764/34187/29579 24763/34188/29580</w:t>
        <w:br/>
        <w:t>f 24789/34214/29600 24790/34213/29599 24763/34188/29580</w:t>
        <w:br/>
        <w:t>f 24793/34215/29601 24792/34216/29602 24791/34217/29603</w:t>
        <w:br/>
        <w:t>f 24794/34218/29604 24793/34215/29601 24791/34217/29603</w:t>
        <w:br/>
        <w:t>f 24769/34192/29583 24796/34219/29605 24795/34220/29606</w:t>
        <w:br/>
        <w:t>f 24768/34193/29531 24769/34192/29583 24795/34220/29606</w:t>
        <w:br/>
        <w:t>f 24798/34221/29607 24784/34208/29595 24781/34207/29594</w:t>
        <w:br/>
        <w:t>f 24797/34222/29552 24798/34221/29607 24781/34207/29594</w:t>
        <w:br/>
        <w:t>f 24752/34173/29569 24749/34176/29508 24799/34223/29608</w:t>
        <w:br/>
        <w:t>f 24800/34224/29609 24752/34173/29569 24799/34223/29608</w:t>
        <w:br/>
        <w:t>f 24793/34215/29601 24786/34209/29596 24785/34210/29597</w:t>
        <w:br/>
        <w:t>f 24792/34216/29602 24793/34215/29601 24785/34210/29597</w:t>
        <w:br/>
        <w:t>f 24759/34182/29576 24802/34225/29610 24801/34226/29611</w:t>
        <w:br/>
        <w:t>f 24758/34183/29577 24759/34182/29576 24801/34226/29611</w:t>
        <w:br/>
        <w:t>f 24802/34225/29610 24766/34189/29581 24765/34190/29515</w:t>
        <w:br/>
        <w:t>f 24801/34226/29611 24802/34225/29610 24765/34190/29515</w:t>
        <w:br/>
        <w:t>f 24788/34211/29598 24804/34227/29612 24803/34228/29613</w:t>
        <w:br/>
        <w:t>f 24787/34212/29555 24788/34211/29598 24803/34228/29613</w:t>
        <w:br/>
        <w:t>f 24798/34221/29607 24797/34222/29552 24754/34178/29572</w:t>
        <w:br/>
        <w:t>f 24755/34177/29571 24798/34221/29607 24754/34178/29572</w:t>
        <w:br/>
        <w:t>f 24776/34199/29587 24762/34185/29578 24761/34186/29488</w:t>
        <w:br/>
        <w:t>f 24775/34200/29588 24776/34199/29587 24761/34186/29488</w:t>
        <w:br/>
        <w:t>f 37090/34229/29614 37091/34230/29615 37089/34231/29616</w:t>
        <w:br/>
        <w:t>f 37091/34230/29615 37092/34232/29617 37089/34231/29616</w:t>
        <w:br/>
        <w:t>f 37094/34233/29618 37095/34234/29619 37093/34235/29620</w:t>
        <w:br/>
        <w:t>f 37095/34234/29619 37096/34236/29621 37093/34235/29620</w:t>
        <w:br/>
        <w:t>f 37098/34237/29622 37099/34238/29623 37097/34239/29624</w:t>
        <w:br/>
        <w:t>f 37097/34239/29624 37101/34240/29625 37100/34241/29626</w:t>
        <w:br/>
        <w:t>f 37101/34240/29625 37102/34242/29627 37100/34241/29626</w:t>
        <w:br/>
        <w:t>f 37102/34242/29627 37103/34243/29614 37100/34241/29626</w:t>
        <w:br/>
        <w:t>f 37093/34235/29620 37096/34236/29621 37090/34229/29614</w:t>
        <w:br/>
        <w:t>f 37096/34236/29621 37091/34230/29615 37090/34229/29614</w:t>
        <w:br/>
        <w:t>f 37104/34244/29628 37105/34245/29628 37094/34233/29618</w:t>
        <w:br/>
        <w:t>f 37105/34245/29628 37095/34234/29619 37094/34233/29618</w:t>
        <w:br/>
        <w:t>f 37107/34246/29629 37108/34247/29630 37106/34248/29631</w:t>
        <w:br/>
        <w:t>f 37108/34247/29630 37109/34249/29632 37106/34248/29631</w:t>
        <w:br/>
        <w:t>f 37111/34250/29633 37112/34251/29634 37110/34252/29632</w:t>
        <w:br/>
        <w:t>f 37112/34251/29634 37113/34253/29635 37110/34252/29632</w:t>
        <w:br/>
        <w:t>f 37114/34254/29636 37115/34255/29637 37107/34246/29629</w:t>
        <w:br/>
        <w:t>f 37115/34255/29637 37108/34247/29630 37107/34246/29629</w:t>
        <w:br/>
        <w:t>f 37117/34256/29638 37118/34257/29630 37116/34258/29633</w:t>
        <w:br/>
        <w:t>f 37119/34259/29639 37120/34260/29640 37114/34254/29636</w:t>
        <w:br/>
        <w:t>f 37120/34260/29640 37115/34255/29637 37114/34254/29636</w:t>
        <w:br/>
        <w:t>f 37122/34261/29640 37116/34258/29633 37121/34262/29637</w:t>
        <w:br/>
        <w:t>f 37124/34263/29641 37125/34264/29642 37123/34265/29643</w:t>
        <w:br/>
        <w:t>f 37125/34264/29642 37126/34266/29644 37123/34265/29643</w:t>
        <w:br/>
        <w:t>f 37119/34259/29639 37125/34264/29642 37120/34260/29640</w:t>
        <w:br/>
        <w:t>f 37125/34264/29642 37124/34263/29641 37120/34260/29640</w:t>
        <w:br/>
        <w:t>f 37097/34239/29624 37128/34267/29645 37127/34268/29646</w:t>
        <w:br/>
        <w:t>f 37111/34250/29633 37129/34269/29647 37112/34251/29634</w:t>
        <w:br/>
        <w:t>f 37129/34269/29647 37130/34270/29648 37112/34251/29634</w:t>
        <w:br/>
        <w:t>f 37116/34258/29633 37097/34239/29624 37131/34271/29649</w:t>
        <w:br/>
        <w:t>f 37097/34239/29624 37132/34272/29650 37131/34271/29649</w:t>
        <w:br/>
        <w:t>f 37134/34273/29651 37135/34274/29652 37133/34275/29653</w:t>
        <w:br/>
        <w:t>f 37135/34274/29652 37136/34276/29654 37133/34275/29653</w:t>
        <w:br/>
        <w:t>f 37138/34277/29616 37139/34278/29655 37137/34279/29626</w:t>
        <w:br/>
        <w:t>f 37139/34278/29655 37140/34280/29656 37137/34279/29626</w:t>
        <w:br/>
        <w:t>f 37133/34275/29653 37136/34276/29654 37140/34280/29656</w:t>
        <w:br/>
        <w:t>f 37136/34276/29654 37137/34279/29626 37140/34280/29656</w:t>
        <w:br/>
        <w:t>f 37141/34281/29616 37100/34241/29626 37103/34243/29614</w:t>
        <w:br/>
        <w:t>f 37143/34282/29657 37144/34283/29658 37142/34284/29659</w:t>
        <w:br/>
        <w:t>f 37144/34283/29658 37145/34285/29652 37142/34284/29659</w:t>
        <w:br/>
        <w:t>f 37147/34286/29660 37148/34287/29661 37146/34288/29662</w:t>
        <w:br/>
        <w:t>f 37148/34287/29661 37149/34289/29663 37146/34288/29662</w:t>
        <w:br/>
        <w:t>f 37148/34287/29661 37105/34245/29628 37149/34289/29663</w:t>
        <w:br/>
        <w:t>f 37105/34245/29628 37104/34244/29628 37149/34289/29663</w:t>
        <w:br/>
        <w:t>f 37151/34290/29664 37152/34291/29665 37150/34292/29666</w:t>
        <w:br/>
        <w:t>f 37152/34291/29665 37153/34293/29667 37150/34292/29666</w:t>
        <w:br/>
        <w:t>f 37155/34294/29668 37143/34282/29657 37154/34295/29664</w:t>
        <w:br/>
        <w:t>f 37143/34282/29657 37156/34296/29669 37154/34295/29664</w:t>
        <w:br/>
        <w:t>f 37153/34293/29667 37157/34297/29670 37150/34292/29666</w:t>
        <w:br/>
        <w:t>f 37157/34297/29670 37158/34298/29671 37150/34292/29666</w:t>
        <w:br/>
        <w:t>f 37159/34299/29672 37156/34296/29669 37142/34284/29659</w:t>
        <w:br/>
        <w:t>f 37156/34296/29669 37143/34282/29657 37142/34284/29659</w:t>
        <w:br/>
        <w:t>f 37161/34300/29673 37162/34301/29672 37160/34302/29674</w:t>
        <w:br/>
        <w:t>f 37162/34301/29672 37163/34303/29659 37160/34302/29674</w:t>
        <w:br/>
        <w:t>f 37097/34239/29624 37164/34304/29663 37098/34237/29622</w:t>
        <w:br/>
        <w:t>f 37097/34239/29624 37165/34305/29641 37128/34267/29645</w:t>
        <w:br/>
        <w:t>f 37121/34262/29637 37116/34258/29633 37118/34257/29630</w:t>
        <w:br/>
        <w:t>f 37097/34239/29624 37100/34241/29626 37132/34272/29650</w:t>
        <w:br/>
        <w:t>f 37100/34241/29626 37166/34306/29675 37132/34272/29650</w:t>
        <w:br/>
        <w:t>f 37160/34302/29674 37163/34303/29659 37134/34273/29651</w:t>
        <w:br/>
        <w:t>f 37163/34303/29659 37135/34274/29652 37134/34273/29651</w:t>
        <w:br/>
        <w:t>f 37143/34282/29657 37155/34294/29668 37144/34283/29658</w:t>
        <w:br/>
        <w:t>f 37155/34294/29668 37167/34307/29671 37144/34283/29658</w:t>
        <w:br/>
        <w:t>f 37144/34283/29658 37167/34307/29671 37132/34272/29650</w:t>
        <w:br/>
        <w:t>f 37167/34307/29671 37131/34271/29649 37132/34272/29650</w:t>
        <w:br/>
        <w:t>f 37166/34306/29675 37145/34285/29652 37132/34272/29650</w:t>
        <w:br/>
        <w:t>f 37145/34285/29652 37144/34283/29658 37132/34272/29650</w:t>
        <w:br/>
        <w:t>f 37129/34269/29647 37158/34298/29671 37130/34270/29648</w:t>
        <w:br/>
        <w:t>f 37158/34298/29671 37157/34297/29670 37130/34270/29648</w:t>
        <w:br/>
        <w:t>f 37165/34305/29641 37116/34258/29633 37122/34261/29640</w:t>
        <w:br/>
        <w:t>f 37165/34305/29641 37097/34239/29624 37116/34258/29633</w:t>
        <w:br/>
        <w:t>f 37147/34286/29660 37146/34288/29662 37126/34266/29644</w:t>
        <w:br/>
        <w:t>f 37146/34288/29662 37123/34265/29643 37126/34266/29644</w:t>
        <w:br/>
        <w:t>f 37097/34239/29624 37127/34268/29646 37164/34304/29663</w:t>
        <w:br/>
        <w:t>f 37169/34308/29676 37170/34309/29677 37168/34310/29678</w:t>
        <w:br/>
        <w:t>f 37170/34309/29677 37171/34311/29679 37168/34310/29678</w:t>
        <w:br/>
        <w:t>f 37173/34312/29680 37174/34313/29681 37172/34314/29682</w:t>
        <w:br/>
        <w:t>f 37174/34313/29681 37175/34315/29683 37172/34314/29682</w:t>
        <w:br/>
        <w:t>f 37177/34316/29684 37178/34317/29685 37176/34318/29686</w:t>
        <w:br/>
        <w:t>f 37177/34316/29684 37180/34319/29687 37179/34320/29688</w:t>
        <w:br/>
        <w:t>f 37180/34319/29687 37181/34321/29689 37179/34320/29688</w:t>
        <w:br/>
        <w:t>f 37180/34319/29687 37182/34322/29690 37181/34321/29689</w:t>
        <w:br/>
        <w:t>f 37168/34310/29678 37175/34315/29683 37169/34308/29676</w:t>
        <w:br/>
        <w:t>f 37175/34315/29683 37174/34313/29681 37169/34308/29676</w:t>
        <w:br/>
        <w:t>f 37172/34314/29682 37183/34323/29691 37173/34312/29680</w:t>
        <w:br/>
        <w:t>f 37183/34323/29691 37184/34324/29691 37173/34312/29680</w:t>
        <w:br/>
        <w:t>f 37186/34325/29692 37187/34326/29693 37185/34327/29694</w:t>
        <w:br/>
        <w:t>f 37187/34326/29693 37188/34328/29695 37185/34327/29694</w:t>
        <w:br/>
        <w:t>f 37190/34329/29696 37191/34330/29697 37189/34331/29698</w:t>
        <w:br/>
        <w:t>f 37191/34330/29697 37192/34332/29699 37189/34331/29698</w:t>
        <w:br/>
        <w:t>f 37185/34327/29694 37193/34333/29700 37186/34325/29692</w:t>
        <w:br/>
        <w:t>f 37193/34333/29700 37194/34334/29701 37186/34325/29692</w:t>
        <w:br/>
        <w:t>f 37196/34335/29699 37197/34336/29694 37195/34337/29695</w:t>
        <w:br/>
        <w:t>f 37193/34333/29700 37198/34338/29702 37194/34334/29701</w:t>
        <w:br/>
        <w:t>f 37198/34338/29702 37199/34339/29703 37194/34334/29701</w:t>
        <w:br/>
        <w:t>f 37201/34340/29700 37196/34335/29699 37200/34341/29702</w:t>
        <w:br/>
        <w:t>f 37203/34342/29704 37204/34343/29705 37202/34344/29706</w:t>
        <w:br/>
        <w:t>f 37204/34343/29705 37205/34345/29707 37202/34344/29706</w:t>
        <w:br/>
        <w:t>f 37199/34339/29703 37198/34338/29702 37202/34344/29706</w:t>
        <w:br/>
        <w:t>f 37198/34338/29702 37203/34342/29704 37202/34344/29706</w:t>
        <w:br/>
        <w:t>f 37206/34346/29708 37207/34347/29709 37177/34316/29684</w:t>
        <w:br/>
        <w:t>f 37192/34332/29699 37191/34330/29697 37208/34348/29710</w:t>
        <w:br/>
        <w:t>f 37191/34330/29697 37209/34349/29711 37208/34348/29710</w:t>
        <w:br/>
        <w:t>f 37196/34335/29699 37210/34350/29712 37177/34316/29684</w:t>
        <w:br/>
        <w:t>f 37210/34350/29712 37211/34351/29713 37177/34316/29684</w:t>
        <w:br/>
        <w:t>f 37213/34352/29714 37214/34353/29715 37212/34354/29716</w:t>
        <w:br/>
        <w:t>f 37214/34353/29715 37215/34355/29717 37212/34354/29716</w:t>
        <w:br/>
        <w:t>f 37217/34356/29718 37218/34357/29719 37216/34358/29687</w:t>
        <w:br/>
        <w:t>f 37218/34357/29719 37219/34359/29720 37216/34358/29687</w:t>
        <w:br/>
        <w:t>f 37216/34358/29687 37215/34355/29717 37217/34356/29718</w:t>
        <w:br/>
        <w:t>f 37215/34355/29717 37214/34353/29715 37217/34356/29718</w:t>
        <w:br/>
        <w:t>f 37182/34322/29690 37180/34319/29687 37220/34360/29677</w:t>
        <w:br/>
        <w:t>f 37222/34361/29721 37223/34362/29722 37221/34363/29723</w:t>
        <w:br/>
        <w:t>f 37223/34362/29722 37224/34364/29724 37221/34363/29723</w:t>
        <w:br/>
        <w:t>f 37226/34365/29725 37227/34366/29726 37225/34367/29727</w:t>
        <w:br/>
        <w:t>f 37227/34366/29726 37228/34368/29728 37225/34367/29727</w:t>
        <w:br/>
        <w:t>f 37184/34324/29691 37183/34323/29691 37228/34368/29728</w:t>
        <w:br/>
        <w:t>f 37183/34323/29691 37225/34367/29727 37228/34368/29728</w:t>
        <w:br/>
        <w:t>f 37230/34369/29729 37231/34370/29730 37229/34371/29731</w:t>
        <w:br/>
        <w:t>f 37231/34370/29730 37232/34372/29732 37229/34371/29731</w:t>
        <w:br/>
        <w:t>f 37233/34373/29733 37234/34374/29734 37224/34364/29724</w:t>
        <w:br/>
        <w:t>f 37234/34374/29734 37235/34375/29735 37224/34364/29724</w:t>
        <w:br/>
        <w:t>f 37230/34369/29729 37229/34371/29731 37236/34376/29736</w:t>
        <w:br/>
        <w:t>f 37229/34371/29731 37237/34377/29737 37236/34376/29736</w:t>
        <w:br/>
        <w:t>f 37238/34378/29738 37221/34363/29723 37235/34375/29735</w:t>
        <w:br/>
        <w:t>f 37221/34363/29723 37224/34364/29724 37235/34375/29735</w:t>
        <w:br/>
        <w:t>f 37240/34379/29739 37241/34380/29740 37239/34381/29741</w:t>
        <w:br/>
        <w:t>f 37241/34380/29740 37242/34382/29742 37239/34381/29741</w:t>
        <w:br/>
        <w:t>f 37176/34318/29686 37243/34383/29728 37177/34316/29684</w:t>
        <w:br/>
        <w:t>f 37207/34347/29709 37244/34384/29704 37177/34316/29684</w:t>
        <w:br/>
        <w:t>f 37197/34336/29694 37196/34335/29699 37201/34340/29700</w:t>
        <w:br/>
        <w:t>f 37177/34316/29684 37211/34351/29713 37180/34319/29687</w:t>
        <w:br/>
        <w:t>f 37211/34351/29713 37245/34385/29743 37180/34319/29687</w:t>
        <w:br/>
        <w:t>f 37212/34354/29716 37242/34382/29742 37213/34352/29714</w:t>
        <w:br/>
        <w:t>f 37242/34382/29742 37241/34380/29740 37213/34352/29714</w:t>
        <w:br/>
        <w:t>f 37246/34386/29737 37233/34373/29733 37223/34362/29722</w:t>
        <w:br/>
        <w:t>f 37233/34373/29733 37224/34364/29724 37223/34362/29722</w:t>
        <w:br/>
        <w:t>f 37210/34350/29712 37246/34386/29737 37211/34351/29713</w:t>
        <w:br/>
        <w:t>f 37246/34386/29737 37223/34362/29722 37211/34351/29713</w:t>
        <w:br/>
        <w:t>f 37245/34385/29743 37211/34351/29713 37222/34361/29721</w:t>
        <w:br/>
        <w:t>f 37211/34351/29713 37223/34362/29722 37222/34361/29721</w:t>
        <w:br/>
        <w:t>f 37208/34348/29710 37209/34349/29711 37237/34377/29737</w:t>
        <w:br/>
        <w:t>f 37209/34349/29711 37236/34376/29736 37237/34377/29737</w:t>
        <w:br/>
        <w:t>f 37200/34341/29702 37196/34335/29699 37244/34384/29704</w:t>
        <w:br/>
        <w:t>f 37196/34335/29699 37177/34316/29684 37244/34384/29704</w:t>
        <w:br/>
        <w:t>f 37204/34343/29705 37227/34366/29726 37205/34345/29707</w:t>
        <w:br/>
        <w:t>f 37227/34366/29726 37226/34365/29725 37205/34345/29707</w:t>
        <w:br/>
        <w:t>f 37243/34383/29728 37206/34346/29708 37177/34316/29684</w:t>
        <w:br/>
        <w:t>f 5326/34387/29744 5325/34388/29745 5324/34389/29746</w:t>
        <w:br/>
        <w:t>f 5327/34390/29747 5326/34387/29744 5324/34389/29746</w:t>
        <w:br/>
        <w:t>f 5330/34391/29748 5329/34392/29749 5328/34393/29750</w:t>
        <w:br/>
        <w:t>f 5331/34394/29751 5330/34391/29748 5328/34393/29750</w:t>
        <w:br/>
        <w:t>f 5334/34395/29752 5333/34396/29753 5332/34397/29754</w:t>
        <w:br/>
        <w:t>f 5336/34398/29755 5332/34397/29754 5335/34399/29756</w:t>
        <w:br/>
        <w:t>f 5337/34400/29757 5336/34398/29755 5335/34399/29756</w:t>
        <w:br/>
        <w:t>f 5338/34401/29745 5337/34400/29757 5335/34399/29756</w:t>
        <w:br/>
        <w:t>f 5331/34394/29751 5328/34393/29750 5325/34388/29745</w:t>
        <w:br/>
        <w:t>f 5326/34387/29744 5331/34394/29751 5325/34388/29745</w:t>
        <w:br/>
        <w:t>f 5340/34402/29758 5339/34403/29758 5329/34392/29749</w:t>
        <w:br/>
        <w:t>f 5330/34391/29748 5340/34402/29758 5329/34392/29749</w:t>
        <w:br/>
        <w:t>f 5343/34404/29759 5342/34405/29760 5341/34406/29761</w:t>
        <w:br/>
        <w:t>f 5344/34407/29762 5343/34404/29759 5341/34406/29761</w:t>
        <w:br/>
        <w:t>f 5348/34408/29763 5347/34409/29764 5346/34410/29765</w:t>
        <w:br/>
        <w:t>f 5345/34411/29766 5348/34408/29763 5346/34410/29765</w:t>
        <w:br/>
        <w:t>f 5350/34412/29767 5349/34413/29768 5342/34405/29760</w:t>
        <w:br/>
        <w:t>f 5343/34404/29759 5350/34412/29767 5342/34405/29760</w:t>
        <w:br/>
        <w:t>f 5353/34414/29759 5352/34415/29762 5351/34416/29764</w:t>
        <w:br/>
        <w:t>f 5355/34417/29769 5354/34418/29770 5349/34413/29768</w:t>
        <w:br/>
        <w:t>f 5350/34412/29767 5355/34417/29769 5349/34413/29768</w:t>
        <w:br/>
        <w:t>f 5351/34416/29764 5357/34419/29769 5356/34420/29767</w:t>
        <w:br/>
        <w:t>f 5360/34421/29771 5359/34422/29772 5358/34423/29773</w:t>
        <w:br/>
        <w:t>f 5361/34424/29774 5360/34421/29771 5358/34423/29773</w:t>
        <w:br/>
        <w:t>f 5360/34421/29771 5354/34418/29770 5355/34417/29769</w:t>
        <w:br/>
        <w:t>f 5359/34422/29772 5360/34421/29771 5355/34417/29769</w:t>
        <w:br/>
        <w:t>f 5363/34425/29775 5332/34397/29754 5362/34426/29776</w:t>
        <w:br/>
        <w:t>f 5364/34427/29777 5347/34409/29764 5348/34408/29763</w:t>
        <w:br/>
        <w:t>f 5365/34428/29778 5364/34427/29777 5348/34408/29763</w:t>
        <w:br/>
        <w:t>f 5332/34397/29754 5351/34416/29764 5366/34429/29777</w:t>
        <w:br/>
        <w:t>f 5367/34430/29779 5332/34397/29754 5366/34429/29777</w:t>
        <w:br/>
        <w:t>f 5370/34431/29780 5369/34432/29781 5368/34433/29782</w:t>
        <w:br/>
        <w:t>f 5371/34434/29783 5370/34431/29780 5368/34433/29782</w:t>
        <w:br/>
        <w:t>f 5375/34435/29747 5374/34436/29746 5373/34437/29756</w:t>
        <w:br/>
        <w:t>f 5372/34438/29784 5375/34435/29747 5373/34437/29756</w:t>
        <w:br/>
        <w:t>f 5371/34434/29783 5368/34433/29782 5372/34438/29784</w:t>
        <w:br/>
        <w:t>f 5373/34437/29756 5371/34434/29783 5372/34438/29784</w:t>
        <w:br/>
        <w:t>f 5335/34399/29756 5376/34439/29785 5338/34401/29745</w:t>
        <w:br/>
        <w:t>f 5380/34440/29786 5379/34441/29787 5378/34442/29788</w:t>
        <w:br/>
        <w:t>f 5377/34443/29780 5380/34440/29786 5378/34442/29788</w:t>
        <w:br/>
        <w:t>f 5383/34444/29789 5382/34445/29790 5381/34446/29791</w:t>
        <w:br/>
        <w:t>f 5384/34447/29792 5383/34444/29789 5381/34446/29791</w:t>
        <w:br/>
        <w:t>f 5340/34402/29758 5383/34444/29789 5384/34447/29792</w:t>
        <w:br/>
        <w:t>f 5339/34403/29758 5340/34402/29758 5384/34447/29792</w:t>
        <w:br/>
        <w:t>f 5388/34448/29793 5387/34449/29794 5386/34450/29795</w:t>
        <w:br/>
        <w:t>f 5385/34451/29796 5388/34448/29793 5386/34450/29795</w:t>
        <w:br/>
        <w:t>f 5379/34441/29787 5390/34452/29795 5389/34453/29797</w:t>
        <w:br/>
        <w:t>f 5391/34454/29798 5379/34441/29787 5389/34453/29797</w:t>
        <w:br/>
        <w:t>f 5392/34455/29799 5385/34451/29796 5386/34450/29795</w:t>
        <w:br/>
        <w:t>f 5393/34456/29800 5392/34455/29799 5386/34450/29795</w:t>
        <w:br/>
        <w:t>f 5391/34454/29798 5394/34457/29801 5378/34442/29788</w:t>
        <w:br/>
        <w:t>f 5379/34441/29787 5391/34454/29798 5378/34442/29788</w:t>
        <w:br/>
        <w:t>f 5397/34458/29801 5396/34459/29802 5395/34460/29803</w:t>
        <w:br/>
        <w:t>f 5398/34461/29788 5397/34458/29801 5395/34460/29803</w:t>
        <w:br/>
        <w:t>f 5399/34462/29804 5332/34397/29754 5333/34396/29753</w:t>
        <w:br/>
        <w:t>f 5400/34463/29772 5332/34397/29754 5363/34425/29775</w:t>
        <w:br/>
        <w:t>f 5351/34416/29764 5356/34420/29767 5353/34414/29759</w:t>
        <w:br/>
        <w:t>f 5335/34399/29756 5332/34397/29754 5367/34430/29779</w:t>
        <w:br/>
        <w:t>f 5401/34464/29805 5335/34399/29756 5367/34430/29779</w:t>
        <w:br/>
        <w:t>f 5398/34461/29788 5395/34460/29803 5369/34432/29781</w:t>
        <w:br/>
        <w:t>f 5370/34431/29780 5398/34461/29788 5369/34432/29781</w:t>
        <w:br/>
        <w:t>f 5390/34452/29795 5379/34441/29787 5380/34440/29786</w:t>
        <w:br/>
        <w:t>f 5402/34465/29800 5390/34452/29795 5380/34440/29786</w:t>
        <w:br/>
        <w:t>f 5402/34465/29800 5380/34440/29786 5367/34430/29779</w:t>
        <w:br/>
        <w:t>f 5366/34429/29777 5402/34465/29800 5367/34430/29779</w:t>
        <w:br/>
        <w:t>f 5377/34443/29780 5401/34464/29805 5367/34430/29779</w:t>
        <w:br/>
        <w:t>f 5380/34440/29786 5377/34443/29780 5367/34430/29779</w:t>
        <w:br/>
        <w:t>f 5393/34456/29800 5364/34427/29777 5365/34428/29778</w:t>
        <w:br/>
        <w:t>f 5392/34455/29799 5393/34456/29800 5365/34428/29778</w:t>
        <w:br/>
        <w:t>f 5351/34416/29764 5400/34463/29772 5357/34419/29769</w:t>
        <w:br/>
        <w:t>f 5332/34397/29754 5400/34463/29772 5351/34416/29764</w:t>
        <w:br/>
        <w:t>f 5381/34446/29791 5382/34445/29790 5361/34424/29774</w:t>
        <w:br/>
        <w:t>f 5358/34423/29773 5381/34446/29791 5361/34424/29774</w:t>
        <w:br/>
        <w:t>f 5362/34426/29776 5332/34397/29754 5399/34462/29804</w:t>
        <w:br/>
        <w:t>f 24398/34466/29806 24397/34467/29807 24396/34468/29808</w:t>
        <w:br/>
        <w:t>f 24399/34469/29809 24398/34466/29806 24396/34468/29808</w:t>
        <w:br/>
        <w:t>f 24402/34470/29810 24401/34471/29811 24400/34472/29812</w:t>
        <w:br/>
        <w:t>f 24403/34473/29813 24402/34470/29810 24400/34472/29812</w:t>
        <w:br/>
        <w:t>f 24406/34474/29814 24405/34475/29815 24404/34476/29816</w:t>
        <w:br/>
        <w:t>f 24408/34477/29817 24405/34475/29815 24407/34478/29811</w:t>
        <w:br/>
        <w:t>f 24409/34479/29810 24408/34477/29817 24407/34478/29811</w:t>
        <w:br/>
        <w:t>f 24410/34480/29807 24408/34477/29817 24409/34479/29810</w:t>
        <w:br/>
        <w:t>f 24403/34473/29813 24396/34468/29808 24397/34467/29807</w:t>
        <w:br/>
        <w:t>f 24402/34470/29810 24403/34473/29813 24397/34467/29807</w:t>
        <w:br/>
        <w:t>f 24412/34481/29818 24400/34472/29812 24401/34471/29811</w:t>
        <w:br/>
        <w:t>f 24411/34482/29818 24412/34481/29818 24401/34471/29811</w:t>
        <w:br/>
        <w:t>f 24415/34483/29819 24414/34484/29820 24413/34485/29821</w:t>
        <w:br/>
        <w:t>f 24416/34486/29822 24415/34483/29819 24413/34485/29821</w:t>
        <w:br/>
        <w:t>f 24420/34487/29823 24419/34488/29824 24418/34489/29822</w:t>
        <w:br/>
        <w:t>f 24417/34490/29825 24420/34487/29823 24418/34489/29822</w:t>
        <w:br/>
        <w:t>f 24422/34491/29826 24413/34485/29821 24414/34484/29820</w:t>
        <w:br/>
        <w:t>f 24421/34492/29827 24422/34491/29826 24414/34484/29820</w:t>
        <w:br/>
        <w:t>f 24425/34493/29828 24424/34494/29825 24423/34495/29829</w:t>
        <w:br/>
        <w:t>f 24427/34496/29830 24422/34491/29826 24421/34492/29827</w:t>
        <w:br/>
        <w:t>f 24426/34497/29831 24427/34496/29830 24421/34492/29827</w:t>
        <w:br/>
        <w:t>f 24424/34494/29825 24429/34498/29826 24428/34499/29832</w:t>
        <w:br/>
        <w:t>f 24432/34500/29833 24431/34501/29834 24430/34502/29835</w:t>
        <w:br/>
        <w:t>f 24433/34503/29836 24432/34500/29833 24430/34502/29835</w:t>
        <w:br/>
        <w:t>f 24427/34496/29830 24426/34497/29831 24430/34502/29835</w:t>
        <w:br/>
        <w:t>f 24431/34501/29834 24427/34496/29830 24430/34502/29835</w:t>
        <w:br/>
        <w:t>f 24435/34504/29833 24434/34505/29837 24405/34475/29815</w:t>
        <w:br/>
        <w:t>f 24420/34487/29823 24417/34490/29825 24436/34506/29838</w:t>
        <w:br/>
        <w:t>f 24437/34507/29839 24420/34487/29823 24436/34506/29838</w:t>
        <w:br/>
        <w:t>f 24438/34508/29838 24424/34494/29825 24405/34475/29815</w:t>
        <w:br/>
        <w:t>f 24439/34509/29840 24438/34508/29838 24405/34475/29815</w:t>
        <w:br/>
        <w:t>f 24442/34510/29841 24441/34511/29842 24440/34512/29843</w:t>
        <w:br/>
        <w:t>f 24443/34513/29844 24442/34510/29841 24440/34512/29843</w:t>
        <w:br/>
        <w:t>f 24447/34514/29809 24446/34515/29845 24445/34516/29817</w:t>
        <w:br/>
        <w:t>f 24444/34517/29846 24447/34514/29809 24445/34516/29817</w:t>
        <w:br/>
        <w:t>f 24443/34513/29844 24445/34516/29817 24446/34515/29845</w:t>
        <w:br/>
        <w:t>f 24442/34510/29841 24443/34513/29844 24446/34515/29845</w:t>
        <w:br/>
        <w:t>f 24408/34477/29817 24410/34480/29807 24448/34518/29806</w:t>
        <w:br/>
        <w:t>f 24452/34519/29847 24451/34520/29843 24450/34521/29848</w:t>
        <w:br/>
        <w:t>f 24449/34522/29849 24452/34519/29847 24450/34521/29848</w:t>
        <w:br/>
        <w:t>f 24455/34523/29850 24454/34524/29851 24453/34525/29852</w:t>
        <w:br/>
        <w:t>f 24456/34526/29853 24455/34523/29850 24453/34525/29852</w:t>
        <w:br/>
        <w:t>f 24412/34481/29818 24411/34482/29818 24456/34526/29853</w:t>
        <w:br/>
        <w:t>f 24453/34525/29852 24412/34481/29818 24456/34526/29853</w:t>
        <w:br/>
        <w:t>f 24460/34527/29854 24459/34528/29855 24458/34529/29856</w:t>
        <w:br/>
        <w:t>f 24457/34530/29857 24460/34527/29854 24458/34529/29856</w:t>
        <w:br/>
        <w:t>f 24462/34531/29858 24461/34532/29859 24449/34522/29849</w:t>
        <w:br/>
        <w:t>f 24463/34533/29860 24462/34531/29858 24449/34522/29849</w:t>
        <w:br/>
        <w:t>f 24458/34529/29856 24459/34528/29855 24464/34534/29861</w:t>
        <w:br/>
        <w:t>f 24465/34535/29862 24458/34529/29856 24464/34534/29861</w:t>
        <w:br/>
        <w:t>f 24450/34521/29848 24466/34536/29863 24463/34533/29860</w:t>
        <w:br/>
        <w:t>f 24449/34522/29849 24450/34521/29848 24463/34533/29860</w:t>
        <w:br/>
        <w:t>f 24469/34537/29864 24468/34538/29865 24467/34539/29866</w:t>
        <w:br/>
        <w:t>f 24470/34540/29848 24469/34537/29864 24467/34539/29866</w:t>
        <w:br/>
        <w:t>f 24471/34541/29853 24404/34476/29816 24405/34475/29815</w:t>
        <w:br/>
        <w:t>f 24472/34542/29867 24435/34504/29833 24405/34475/29815</w:t>
        <w:br/>
        <w:t>f 24424/34494/29825 24425/34493/29828 24429/34498/29826</w:t>
        <w:br/>
        <w:t>f 24439/34509/29840 24405/34475/29815 24408/34477/29817</w:t>
        <w:br/>
        <w:t>f 24473/34543/29868 24439/34509/29840 24408/34477/29817</w:t>
        <w:br/>
        <w:t>f 24470/34540/29848 24440/34512/29843 24441/34511/29842</w:t>
        <w:br/>
        <w:t>f 24469/34537/29864 24470/34540/29848 24441/34511/29842</w:t>
        <w:br/>
        <w:t>f 24461/34532/29859 24474/34544/29862 24452/34519/29847</w:t>
        <w:br/>
        <w:t>f 24449/34522/29849 24461/34532/29859 24452/34519/29847</w:t>
        <w:br/>
        <w:t>f 24474/34544/29862 24438/34508/29838 24439/34509/29840</w:t>
        <w:br/>
        <w:t>f 24452/34519/29847 24474/34544/29862 24439/34509/29840</w:t>
        <w:br/>
        <w:t>f 24439/34509/29840 24473/34543/29868 24451/34520/29843</w:t>
        <w:br/>
        <w:t>f 24452/34519/29847 24439/34509/29840 24451/34520/29843</w:t>
        <w:br/>
        <w:t>f 24437/34507/29839 24436/34506/29838 24465/34535/29862</w:t>
        <w:br/>
        <w:t>f 24464/34534/29861 24437/34507/29839 24465/34535/29862</w:t>
        <w:br/>
        <w:t>f 24424/34494/29825 24428/34499/29832 24472/34542/29867</w:t>
        <w:br/>
        <w:t>f 24405/34475/29815 24424/34494/29825 24472/34542/29867</w:t>
        <w:br/>
        <w:t>f 24455/34523/29850 24432/34500/29833 24433/34503/29836</w:t>
        <w:br/>
        <w:t>f 24454/34524/29851 24455/34523/29850 24433/34503/29836</w:t>
        <w:br/>
        <w:t>f 24434/34505/29837 24471/34541/29853 24405/34475/29815</w:t>
        <w:br/>
        <w:t>usemtl eyesin</w:t>
        <w:br/>
        <w:t>f 33486/34545/29869 33485/34546/29870 33484/34547/29871</w:t>
        <w:br/>
        <w:t>f 33488/34548/29872 33487/34549/29873 33486/34545/29869</w:t>
        <w:br/>
        <w:t>f 33484/34547/29871 33488/34548/29872 33486/34545/29869</w:t>
        <w:br/>
        <w:t>f 33488/34548/29872 33489/34550/29874 33487/34549/29873</w:t>
        <w:br/>
        <w:t>f 33493/34551/29875 33492/34552/29876 33491/34553/29877</w:t>
        <w:br/>
        <w:t>f 33490/34554/29878 33493/34551/29875 33491/34553/29877</w:t>
        <w:br/>
        <w:t>f 33487/34549/29873 33489/34550/29874 33494/34555/29879</w:t>
        <w:br/>
        <w:t>f 33493/34551/29875 33487/34549/29873 33494/34555/29879</w:t>
        <w:br/>
        <w:t>f 33493/34551/29875 33494/34555/29879 33495/34556/29880</w:t>
        <w:br/>
        <w:t>f 33492/34552/29876 33493/34551/29875 33495/34556/29880</w:t>
        <w:br/>
        <w:t>f 33496/34557/29881 33492/34552/29876 33495/34556/29880</w:t>
        <w:br/>
        <w:t>f 33491/34553/29877 33492/34552/29876 33497/34558/29882</w:t>
        <w:br/>
        <w:t>f 33498/34559/29883 33497/34558/29882 33492/34552/29876</w:t>
        <w:br/>
        <w:t>f 33496/34557/29881 33498/34559/29883 33492/34552/29876</w:t>
        <w:br/>
        <w:t>f 33497/34558/29882 33498/34559/29883 33500/34560/29884</w:t>
        <w:br/>
        <w:t>f 33499/34561/29885 33497/34558/29882 33500/34560/29884</w:t>
        <w:br/>
        <w:t>f 33497/34558/29882 33499/34561/29885 33491/34553/29877</w:t>
        <w:br/>
        <w:t>f 33499/34561/29885 33500/34560/29884 33501/34562/29886</w:t>
        <w:br/>
        <w:t>f 33502/34563/29887 33491/34553/29877 33499/34561/29885</w:t>
        <w:br/>
        <w:t>f 33501/34562/29886 33502/34563/29887 33499/34561/29885</w:t>
        <w:br/>
        <w:t>f 33506/34564/29888 33505/34565/29889 33504/34566/29890</w:t>
        <w:br/>
        <w:t>f 33503/34567/29891 33506/34564/29888 33504/34566/29890</w:t>
        <w:br/>
        <w:t>f 33510/34568/29892 33509/34569/29893 33508/34570/29894</w:t>
        <w:br/>
        <w:t>f 33507/34571/29895 33510/34568/29892 33508/34570/29894</w:t>
        <w:br/>
        <w:t>f 33505/34565/29889 33506/34564/29888 33511/34572/29896</w:t>
        <w:br/>
        <w:t>f 33512/34573/29896 33505/34565/29889 33511/34572/29896</w:t>
        <w:br/>
        <w:t>f 33514/34574/29897 33510/34568/29892 33507/34571/29895</w:t>
        <w:br/>
        <w:t>f 33513/34575/29898 33514/34574/29897 33507/34571/29895</w:t>
        <w:br/>
        <w:t>f 33516/34576/29899 33515/34577/29900 33507/34571/29895</w:t>
        <w:br/>
        <w:t>f 33508/34570/29894 33516/34576/29899 33507/34571/29895</w:t>
        <w:br/>
        <w:t>f 33511/34572/29896 33518/34578/29901 33517/34579/29902</w:t>
        <w:br/>
        <w:t>f 33512/34573/29896 33511/34572/29896 33517/34579/29902</w:t>
        <w:br/>
        <w:t>f 33515/34577/29900 33519/34580/29903 33513/34575/29898</w:t>
        <w:br/>
        <w:t>f 33507/34571/29895 33515/34577/29900 33513/34575/29898</w:t>
        <w:br/>
        <w:t>f 33518/34578/29901 33521/34581/29904 33520/34582/29905</w:t>
        <w:br/>
        <w:t>f 33517/34579/29902 33518/34578/29901 33520/34582/29905</w:t>
        <w:br/>
        <w:t>f 33523/34583/29906 33520/34582/29905 33521/34581/29904</w:t>
        <w:br/>
        <w:t>f 33522/34584/29906 33523/34583/29906 33521/34581/29904</w:t>
        <w:br/>
        <w:t>f 33525/34585/29907 33524/34586/29908 33515/34577/29900</w:t>
        <w:br/>
        <w:t>f 33516/34576/29899 33525/34585/29907 33515/34577/29900</w:t>
        <w:br/>
        <w:t>f 33524/34586/29908 33526/34587/29909 33519/34580/29903</w:t>
        <w:br/>
        <w:t>f 33515/34577/29900 33524/34586/29908 33519/34580/29903</w:t>
        <w:br/>
        <w:t>f 33522/34584/29906 33528/34588/29910 33527/34589/29910</w:t>
        <w:br/>
        <w:t>f 33523/34583/29906 33522/34584/29906 33527/34589/29910</w:t>
        <w:br/>
        <w:t>f 33529/34590/29911 33526/34587/29909 33524/34586/29908</w:t>
        <w:br/>
        <w:t>f 33528/34588/29910 33531/34591/29912 33530/34592/29912</w:t>
        <w:br/>
        <w:t>f 33527/34589/29910 33528/34588/29910 33530/34592/29912</w:t>
        <w:br/>
        <w:t>f 33524/34586/29908 33532/34593/29913 33529/34590/29911</w:t>
        <w:br/>
        <w:t>f 33534/34594/29914 33533/34595/29915 33530/34592/29912</w:t>
        <w:br/>
        <w:t>f 33531/34591/29912 33534/34594/29914 33530/34592/29912</w:t>
        <w:br/>
        <w:t>f 33536/34596/29916 33533/34595/29915 33534/34594/29914</w:t>
        <w:br/>
        <w:t>f 33535/34597/29917 33536/34596/29916 33534/34594/29914</w:t>
        <w:br/>
        <w:t>f 33537/34598/29918 33534/34594/29919 33524/34586/29908</w:t>
        <w:br/>
        <w:t>f 33525/34585/29907 33537/34598/29918 33524/34586/29908</w:t>
        <w:br/>
        <w:t>f 33516/34576/29899 33538/34599/29920 33525/34585/29907</w:t>
        <w:br/>
        <w:t>f 33538/34599/29920 33539/34600/29921 33525/34585/29907</w:t>
        <w:br/>
        <w:t>f 33542/34601/29922 33541/34602/29923 33540/34603/29887</w:t>
        <w:br/>
        <w:t>f 33542/34601/29922 33536/34596/29916 33535/34597/29917</w:t>
        <w:br/>
        <w:t>f 33543/34604/29924 33542/34601/29922 33535/34597/29917</w:t>
        <w:br/>
        <w:t>f 33544/34605/29886 33542/34601/29922 33540/34603/29887</w:t>
        <w:br/>
        <w:t>f 33524/34586/29908 33534/34594/29919 33532/34593/29913</w:t>
        <w:br/>
        <w:t>f 33542/34601/29922 33543/34604/29924 33541/34602/29923</w:t>
        <w:br/>
        <w:t>f 33545/34606/29925 33487/34549/29873 33493/34551/29875</w:t>
        <w:br/>
        <w:t>f 33490/34554/29878 33545/34606/29925 33493/34551/29875</w:t>
        <w:br/>
        <w:t>f 33539/34600/29921 33535/34597/29926 33525/34585/29907</w:t>
        <w:br/>
        <w:t>f 33616/34607/29927 33615/34608/29928 33614/34609/29929</w:t>
        <w:br/>
        <w:t>f 33618/34610/29930 33617/34611/29931 33509/34569/29893</w:t>
        <w:br/>
        <w:t>f 33510/34568/29892 33618/34610/29930 33509/34569/29893</w:t>
        <w:br/>
        <w:t>f 33514/34574/29897 33618/34610/29930 33510/34568/29892</w:t>
        <w:br/>
        <w:t>f 33486/34545/29869 33545/34606/29925 33615/34608/29928</w:t>
        <w:br/>
        <w:t>f 33615/34608/29928 33619/34612/29932 33614/34609/29929</w:t>
        <w:br/>
        <w:t>f 33486/34545/29869 33487/34549/29873 33545/34606/29925</w:t>
        <w:br/>
        <w:t>f 33720/34613/29933 33719/34614/29934 33718/34615/29935</w:t>
        <w:br/>
        <w:t>f 33721/34616/29936 33720/34613/29933 33718/34615/29935</w:t>
        <w:br/>
        <w:t>f 33729/34617/29937 33728/34618/29938 33727/34619/29939</w:t>
        <w:br/>
        <w:t>f 33731/34620/29940 33728/34618/29938 33729/34617/29937</w:t>
        <w:br/>
        <w:t>f 33730/34621/29941 33731/34620/29940 33729/34617/29937</w:t>
        <w:br/>
        <w:t>f 33731/34620/29940 33730/34621/29941 33732/34622/29942</w:t>
        <w:br/>
        <w:t>f 33736/34623/29943 33735/34624/29944 33734/34625/29945</w:t>
        <w:br/>
        <w:t>f 33733/34626/29946 33736/34623/29943 33734/34625/29945</w:t>
        <w:br/>
        <w:t>f 33730/34621/29941 33736/34623/29943 33737/34627/29947</w:t>
        <w:br/>
        <w:t>f 33732/34622/29942 33730/34621/29941 33737/34627/29947</w:t>
        <w:br/>
        <w:t>f 33736/34623/29943 33738/34628/29948 33737/34627/29947</w:t>
        <w:br/>
        <w:t>f 33733/34626/29946 33739/34629/29949 33738/34628/29948</w:t>
        <w:br/>
        <w:t>f 33736/34623/29943 33733/34626/29946 33738/34628/29948</w:t>
        <w:br/>
        <w:t>f 33734/34625/29945 33740/34630/29950 33733/34626/29946</w:t>
        <w:br/>
        <w:t>f 33741/34631/29951 33739/34629/29949 33733/34626/29946</w:t>
        <w:br/>
        <w:t>f 33740/34630/29950 33741/34631/29951 33733/34626/29946</w:t>
        <w:br/>
        <w:t>f 33740/34630/29950 33743/34632/29952 33742/34633/29953</w:t>
        <w:br/>
        <w:t>f 33741/34631/29951 33740/34630/29950 33742/34633/29953</w:t>
        <w:br/>
        <w:t>f 33740/34630/29950 33734/34625/29945 33743/34632/29952</w:t>
        <w:br/>
        <w:t>f 33743/34632/29952 33744/34634/29954 33742/34633/29953</w:t>
        <w:br/>
        <w:t>f 33745/34635/29955 33744/34634/29954 33743/34632/29952</w:t>
        <w:br/>
        <w:t>f 33734/34625/29945 33745/34635/29955 33743/34632/29952</w:t>
        <w:br/>
        <w:t>f 33749/34636/29956 33748/34637/29957 33747/34638/29958</w:t>
        <w:br/>
        <w:t>f 33746/34639/29956 33749/34636/29956 33747/34638/29958</w:t>
        <w:br/>
        <w:t>f 33753/34640/29959 33752/34641/29960 33751/34642/29961</w:t>
        <w:br/>
        <w:t>f 33750/34643/29962 33753/34640/29959 33751/34642/29961</w:t>
        <w:br/>
        <w:t>f 33754/34644/29963 33749/34636/29956 33746/34639/29956</w:t>
        <w:br/>
        <w:t>f 33755/34645/29963 33754/34644/29963 33746/34639/29956</w:t>
        <w:br/>
        <w:t>f 33757/34646/29964 33756/34647/29965 33752/34641/29960</w:t>
        <w:br/>
        <w:t>f 33753/34640/29959 33757/34646/29964 33752/34641/29960</w:t>
        <w:br/>
        <w:t>f 33759/34648/29966 33751/34642/29961 33752/34641/29960</w:t>
        <w:br/>
        <w:t>f 33758/34649/29967 33759/34648/29966 33752/34641/29960</w:t>
        <w:br/>
        <w:t>f 33761/34650/29968 33760/34651/29969 33754/34644/29963</w:t>
        <w:br/>
        <w:t>f 33755/34645/29963 33761/34650/29968 33754/34644/29963</w:t>
        <w:br/>
        <w:t>f 33758/34649/29967 33752/34641/29960 33756/34647/29965</w:t>
        <w:br/>
        <w:t>f 33762/34652/29970 33758/34649/29967 33756/34647/29965</w:t>
        <w:br/>
        <w:t>f 33764/34653/29971 33763/34654/29972 33760/34651/29969</w:t>
        <w:br/>
        <w:t>f 33761/34650/29968 33764/34653/29971 33760/34651/29969</w:t>
        <w:br/>
        <w:t>f 33766/34655/29973 33765/34656/29974 33763/34654/29972</w:t>
        <w:br/>
        <w:t>f 33764/34653/29971 33766/34655/29973 33763/34654/29972</w:t>
        <w:br/>
        <w:t>f 33768/34657/29975 33759/34648/29966 33758/34649/29967</w:t>
        <w:br/>
        <w:t>f 33767/34658/29976 33768/34657/29975 33758/34649/29967</w:t>
        <w:br/>
        <w:t>f 33767/34658/29976 33758/34649/29967 33762/34652/29970</w:t>
        <w:br/>
        <w:t>f 33769/34659/29977 33767/34658/29976 33762/34652/29970</w:t>
        <w:br/>
        <w:t>f 33765/34656/29974 33766/34655/29973 33771/34660/29978</w:t>
        <w:br/>
        <w:t>f 33770/34661/29978 33765/34656/29974 33771/34660/29978</w:t>
        <w:br/>
        <w:t>f 33772/34662/29979 33767/34658/29976 33769/34659/29977</w:t>
        <w:br/>
        <w:t>f 33770/34661/29978 33771/34660/29978 33774/34663/29980</w:t>
        <w:br/>
        <w:t>f 33773/34664/29981 33770/34661/29978 33774/34663/29980</w:t>
        <w:br/>
        <w:t>f 33767/34658/29976 33772/34662/29979 33775/34665/29982</w:t>
        <w:br/>
        <w:t>f 33774/34663/29980 33777/34666/29983 33776/34667/29984</w:t>
        <w:br/>
        <w:t>f 33773/34664/29981 33774/34663/29980 33776/34667/29984</w:t>
        <w:br/>
        <w:t>f 33779/34668/29985 33778/34669/29986 33776/34667/29984</w:t>
        <w:br/>
        <w:t>f 33777/34666/29983 33779/34668/29985 33776/34667/29984</w:t>
        <w:br/>
        <w:t>f 33767/34658/29976 33776/34667/29987 33780/34670/29988</w:t>
        <w:br/>
        <w:t>f 33768/34657/29975 33767/34658/29976 33780/34670/29988</w:t>
        <w:br/>
        <w:t>f 33759/34648/29966 33768/34657/29975 33781/34671/29989</w:t>
        <w:br/>
        <w:t>f 33781/34671/29989 33768/34657/29975 33782/34672/29990</w:t>
        <w:br/>
        <w:t>f 33785/34673/29991 33784/34674/29955 33783/34675/29992</w:t>
        <w:br/>
        <w:t>f 33785/34673/29991 33786/34676/29993 33778/34669/29986</w:t>
        <w:br/>
        <w:t>f 33779/34668/29985 33785/34673/29991 33778/34669/29986</w:t>
        <w:br/>
        <w:t>f 33787/34677/29994 33784/34674/29955 33785/34673/29991</w:t>
        <w:br/>
        <w:t>f 33767/34658/29976 33775/34665/29982 33776/34667/29987</w:t>
        <w:br/>
        <w:t>f 33785/34673/29991 33783/34675/29992 33786/34676/29993</w:t>
        <w:br/>
        <w:t>f 33736/34623/29943 33730/34621/29941 33788/34678/29995</w:t>
        <w:br/>
        <w:t>f 33735/34624/29944 33736/34623/29943 33788/34678/29995</w:t>
        <w:br/>
        <w:t>f 33782/34672/29990 33768/34657/29975 33778/34669/29996</w:t>
        <w:br/>
        <w:t>f 33858/34679/29997 33857/34680/29998 33856/34681/29999</w:t>
        <w:br/>
        <w:t>f 33860/34682/30000 33753/34640/29959 33750/34643/29962</w:t>
        <w:br/>
        <w:t>f 33859/34683/30001 33860/34682/30000 33750/34643/29962</w:t>
        <w:br/>
        <w:t>f 33757/34646/29964 33753/34640/29959 33860/34682/30000</w:t>
        <w:br/>
        <w:t>f 33729/34617/29937 33856/34681/30002 33788/34678/29995</w:t>
        <w:br/>
        <w:t>f 33856/34681/29999 33857/34680/29998 33861/34684/30003</w:t>
        <w:br/>
        <w:t>f 33729/34617/29937 33788/34678/29995 33730/34621/29941</w:t>
        <w:br/>
        <w:t>f 33864/34685/30004 33863/34686/30005 33862/34687/30006</w:t>
        <w:br/>
        <w:t>f 33865/34688/30007 33864/34685/30004 33862/34687/30006</w:t>
        <w:br/>
        <w:t>f 33943/34689/30008 33942/34690/30009 33941/34691/30010</w:t>
        <w:br/>
        <w:t>f 33944/34692/30011 33943/34689/30008 33941/34691/30010</w:t>
        <w:br/>
        <w:t>f 34715/34693/30012 34714/34694/30013 34713/34695/30014</w:t>
        <w:br/>
        <w:t>f 34712/34696/30015 34715/34693/30012 34713/34695/30014</w:t>
        <w:br/>
        <w:t>f 34719/34697/30016 34718/34698/30017 34717/34699/30018</w:t>
        <w:br/>
        <w:t>f 34716/34700/30019 34719/34697/30016 34717/34699/30018</w:t>
        <w:br/>
        <w:t>f 34722/34701/30020 34721/34702/30021 34720/34703/30022</w:t>
        <w:br/>
        <w:t>f 34726/34704/30023 34725/34705/20764 34724/34706/30024</w:t>
        <w:br/>
        <w:t>f 34723/34707/30025 34726/34704/30023 34724/34706/30024</w:t>
        <w:br/>
        <w:t>f 34728/34708/30026 34727/34709/30027 34725/34705/20764</w:t>
        <w:br/>
        <w:t>f 34726/34704/30023 34728/34708/30026 34725/34705/20764</w:t>
        <w:br/>
        <w:t>f 34730/34710/30028 34729/34711/30029 34727/34709/30027</w:t>
        <w:br/>
        <w:t>f 34728/34708/30026 34730/34710/30028 34727/34709/30027</w:t>
        <w:br/>
        <w:t>f 34729/34711/30029 34730/34710/30028 34732/34712/30030</w:t>
        <w:br/>
        <w:t>f 34731/34713/30031 34729/34711/30029 34732/34712/30030</w:t>
        <w:br/>
        <w:t>f 34734/34714/30032 34730/34710/30028 34728/34708/30026</w:t>
        <w:br/>
        <w:t>f 34733/34715/30033 34734/34714/30032 34728/34708/30026</w:t>
        <w:br/>
        <w:t>f 34730/34710/30028 34734/34714/30032 34735/34716/30034</w:t>
        <w:br/>
        <w:t>f 34732/34712/30030 34730/34710/30028 34735/34716/30034</w:t>
        <w:br/>
        <w:t>f 34731/34713/30031 34732/34712/30030 34737/34717/30035</w:t>
        <w:br/>
        <w:t>f 34736/34718/30036 34731/34713/30031 34737/34717/30035</w:t>
        <w:br/>
        <w:t>f 34726/34704/30023 34738/34719/30037 34733/34715/30033</w:t>
        <w:br/>
        <w:t>f 34728/34708/30026 34726/34704/30023 34733/34715/30033</w:t>
        <w:br/>
        <w:t>f 34740/34720/30038 34739/34721/30039 34736/34718/30036</w:t>
        <w:br/>
        <w:t>f 34737/34717/30035 34740/34720/30038 34736/34718/30036</w:t>
        <w:br/>
        <w:t>f 34739/34721/30039 34740/34720/30038 34742/34722/30040</w:t>
        <w:br/>
        <w:t>f 34741/34723/30041 34739/34721/30039 34742/34722/30040</w:t>
        <w:br/>
        <w:t>f 34744/34724/30042 34743/34725/30043 34741/34723/30041</w:t>
        <w:br/>
        <w:t>f 34742/34722/30040 34744/34724/30042 34741/34723/30041</w:t>
        <w:br/>
        <w:t>f 34745/34726/30044 34742/34722/30040 34740/34720/30038</w:t>
        <w:br/>
        <w:t>f 34746/34727/30045 34745/34726/30044 34740/34720/30038</w:t>
        <w:br/>
        <w:t>f 34737/34717/30035 34747/34728/30046 34746/34727/30045</w:t>
        <w:br/>
        <w:t>f 34740/34720/30038 34737/34717/30035 34746/34727/30045</w:t>
        <w:br/>
        <w:t>f 34747/34728/30046 34737/34717/30035 34732/34712/30030</w:t>
        <w:br/>
        <w:t>f 34735/34716/30034 34747/34728/30046 34732/34712/30030</w:t>
        <w:br/>
        <w:t>f 34748/34729/30047 34744/34724/30042 34742/34722/30040</w:t>
        <w:br/>
        <w:t>f 34745/34726/30044 34748/34729/30047 34742/34722/30040</w:t>
        <w:br/>
        <w:t>f 34746/34727/30045 34747/34728/30046 34750/34730/30048</w:t>
        <w:br/>
        <w:t>f 34749/34731/30049 34746/34727/30045 34750/34730/30048</w:t>
        <w:br/>
        <w:t>f 34745/34726/30044 34746/34727/30045 34749/34731/30049</w:t>
        <w:br/>
        <w:t>f 34751/34732/30050 34745/34726/30044 34749/34731/30049</w:t>
        <w:br/>
        <w:t>f 34750/34730/30048 34747/34728/30046 34735/34716/30034</w:t>
        <w:br/>
        <w:t>f 34752/34733/30051 34750/34730/30048 34735/34716/30034</w:t>
        <w:br/>
        <w:t>f 34748/34729/30047 34745/34726/30044 34751/34732/30050</w:t>
        <w:br/>
        <w:t>f 34753/34734/30052 34748/34729/30047 34751/34732/30050</w:t>
        <w:br/>
        <w:t>f 34749/34731/30049 34750/34730/30048 34755/34735/30053</w:t>
        <w:br/>
        <w:t>f 34754/34736/30054 34749/34731/30049 34755/34735/30053</w:t>
        <w:br/>
        <w:t>f 34754/34736/30054 34751/34732/30050 34749/34731/30049</w:t>
        <w:br/>
        <w:t>f 34752/34733/30051 34735/34716/30034 34734/34714/30032</w:t>
        <w:br/>
        <w:t>f 34756/34737/30055 34752/34733/30051 34734/34714/30032</w:t>
        <w:br/>
        <w:t>f 34750/34730/30048 34752/34733/30051 34757/34738/30056</w:t>
        <w:br/>
        <w:t>f 34755/34735/30053 34750/34730/30048 34757/34738/30056</w:t>
        <w:br/>
        <w:t>f 34754/34736/30054 34758/34739/30057 34751/34732/30050</w:t>
        <w:br/>
        <w:t>f 34733/34715/30033 34759/34740/30058 34756/34737/30055</w:t>
        <w:br/>
        <w:t>f 34734/34714/30032 34733/34715/30033 34756/34737/30055</w:t>
        <w:br/>
        <w:t>f 34755/34735/30053 34761/34741/30059 34760/34742/30060</w:t>
        <w:br/>
        <w:t>f 34754/34736/30054 34755/34735/30053 34760/34742/30060</w:t>
        <w:br/>
        <w:t>f 34759/34740/30058 34733/34715/30033 34738/34719/30037</w:t>
        <w:br/>
        <w:t>f 34762/34743/30061 34759/34740/30058 34738/34719/30037</w:t>
        <w:br/>
        <w:t>f 34755/34735/30053 34757/34738/30056 34763/34744/30062</w:t>
        <w:br/>
        <w:t>f 34761/34741/30059 34755/34735/30053 34763/34744/30062</w:t>
        <w:br/>
        <w:t>f 34738/34719/30037 34726/34704/30023 34723/34707/30025</w:t>
        <w:br/>
        <w:t>f 34764/34745/30063 34738/34719/30037 34723/34707/30025</w:t>
        <w:br/>
        <w:t>f 34723/34707/30025 34724/34706/30024 34766/34746/30064</w:t>
        <w:br/>
        <w:t>f 34765/34747/30065 34723/34707/30025 34766/34746/30064</w:t>
        <w:br/>
        <w:t>f 34768/34748/30066 34767/34749/30067 34765/34747/30065</w:t>
        <w:br/>
        <w:t>f 34766/34746/30064 34768/34748/30066 34765/34747/30065</w:t>
        <w:br/>
        <w:t>f 34770/34750/30068 34765/34747/30065 34767/34749/30067</w:t>
        <w:br/>
        <w:t>f 34769/34751/30069 34770/34750/30068 34767/34749/30067</w:t>
        <w:br/>
        <w:t>f 34765/34747/30065 34770/34750/30068 34764/34745/30063</w:t>
        <w:br/>
        <w:t>f 34723/34707/30025 34765/34747/30065 34764/34745/30063</w:t>
        <w:br/>
        <w:t>f 34772/34752/30070 34770/34750/30068 34769/34751/30069</w:t>
        <w:br/>
        <w:t>f 34771/34753/30071 34772/34752/30070 34769/34751/30069</w:t>
        <w:br/>
        <w:t>f 34762/34743/30061 34738/34719/30037 34764/34745/30063</w:t>
        <w:br/>
        <w:t>f 34773/34754/30072 34762/34743/30061 34764/34745/30063</w:t>
        <w:br/>
        <w:t>f 34775/34755/30073 34772/34752/30070 34771/34753/30071</w:t>
        <w:br/>
        <w:t>f 34774/34756/30074 34775/34755/30073 34771/34753/30071</w:t>
        <w:br/>
        <w:t>f 34773/34754/30072 34777/34757/30075 34776/34758/30076</w:t>
        <w:br/>
        <w:t>f 34762/34743/30061 34773/34754/30072 34776/34758/30076</w:t>
        <w:br/>
        <w:t>f 34778/34759/30077 34777/34757/30075 34772/34752/30070</w:t>
        <w:br/>
        <w:t>f 34775/34755/30073 34778/34759/30077 34772/34752/30070</w:t>
        <w:br/>
        <w:t>f 34780/34760/30078 34775/34755/30073 34774/34756/30074</w:t>
        <w:br/>
        <w:t>f 34779/34761/30079 34780/34760/30078 34774/34756/30074</w:t>
        <w:br/>
        <w:t>f 34775/34755/30073 34780/34760/30078 34781/34762/30080</w:t>
        <w:br/>
        <w:t>f 34778/34759/30077 34775/34755/30073 34781/34762/30080</w:t>
        <w:br/>
        <w:t>f 34782/34763/30081 34776/34758/30076 34777/34757/30075</w:t>
        <w:br/>
        <w:t>f 34778/34759/30077 34782/34763/30081 34777/34757/30075</w:t>
        <w:br/>
        <w:t>f 34783/34764/30082 34782/34763/30081 34778/34759/30077</w:t>
        <w:br/>
        <w:t>f 34781/34762/30080 34783/34764/30082 34778/34759/30077</w:t>
        <w:br/>
        <w:t>f 34785/34765/30083 34780/34760/30078 34779/34761/30079</w:t>
        <w:br/>
        <w:t>f 34784/34766/30084 34785/34765/30083 34779/34761/30079</w:t>
        <w:br/>
        <w:t>f 34786/34767/30085 34781/34762/30080 34780/34760/30078</w:t>
        <w:br/>
        <w:t>f 34785/34765/30083 34786/34767/30085 34780/34760/30078</w:t>
        <w:br/>
        <w:t>f 34784/34766/30084 34788/34768/30086 34787/34769/30087</w:t>
        <w:br/>
        <w:t>f 34785/34765/30083 34784/34766/30084 34787/34769/30087</w:t>
        <w:br/>
        <w:t>f 34785/34765/30083 34787/34769/30087 34789/34770/30088</w:t>
        <w:br/>
        <w:t>f 34786/34767/30085 34785/34765/30083 34789/34770/30088</w:t>
        <w:br/>
        <w:t>f 34791/34771/30089 34787/34769/30087 34788/34768/30086</w:t>
        <w:br/>
        <w:t>f 34790/34772/30090 34791/34771/30089 34788/34768/30086</w:t>
        <w:br/>
        <w:t>f 34792/34773/30091 34789/34770/30088 34787/34769/30087</w:t>
        <w:br/>
        <w:t>f 34791/34771/30089 34792/34773/30091 34787/34769/30087</w:t>
        <w:br/>
        <w:t>f 34794/34774/30092 34791/34771/30089 34790/34772/30090</w:t>
        <w:br/>
        <w:t>f 34793/34775/30093 34794/34774/30092 34790/34772/30090</w:t>
        <w:br/>
        <w:t>f 34791/34771/30089 34794/34774/30092 34795/34776/30094</w:t>
        <w:br/>
        <w:t>f 34792/34773/30091 34791/34771/30089 34795/34776/30094</w:t>
        <w:br/>
        <w:t>f 34797/34777/30095 34794/34774/30092 34793/34775/30093</w:t>
        <w:br/>
        <w:t>f 34796/34778/30096 34797/34777/30095 34793/34775/30093</w:t>
        <w:br/>
        <w:t>f 34795/34776/30094 34800/34779/30097 34799/34780/30098</w:t>
        <w:br/>
        <w:t>f 34798/34781/30099 34795/34776/30094 34799/34780/30098</w:t>
        <w:br/>
        <w:t>f 34802/34782/30100 34801/34783/30101 34797/34777/30095</w:t>
        <w:br/>
        <w:t>f 34796/34778/30096 34802/34782/30100 34797/34777/30095</w:t>
        <w:br/>
        <w:t>f 34799/34780/30098 34800/34779/30097 34803/34784/30102</w:t>
        <w:br/>
        <w:t>f 34804/34785/30103 34799/34780/30098 34803/34784/30102</w:t>
        <w:br/>
        <w:t>f 34802/34782/30100 34806/34786/30104 34805/34787/30105</w:t>
        <w:br/>
        <w:t>f 34805/34787/30105 33538/34599/29920 34801/34783/30101</w:t>
        <w:br/>
        <w:t>f 34802/34782/30100 34805/34787/30105 34801/34783/30101</w:t>
        <w:br/>
        <w:t>f 34798/34781/30099 34807/34788/30106 34792/34773/30091</w:t>
        <w:br/>
        <w:t>f 34795/34776/30094 34798/34781/30099 34792/34773/30091</w:t>
        <w:br/>
        <w:t>f 34804/34785/30103 34803/34784/30102 34809/34789/30107</w:t>
        <w:br/>
        <w:t>f 34808/34790/30108 34804/34785/30103 34809/34789/30107</w:t>
        <w:br/>
        <w:t>f 34807/34788/30106 34810/34791/30109 34789/34770/30088</w:t>
        <w:br/>
        <w:t>f 34792/34773/30091 34807/34788/30106 34789/34770/30088</w:t>
        <w:br/>
        <w:t>f 34812/34792/30110 34798/34781/30099 34811/34793/30111</w:t>
        <w:br/>
        <w:t>f 34813/34794/30112 34807/34788/30106 34798/34781/30099</w:t>
        <w:br/>
        <w:t>f 34812/34792/30110 34813/34794/30112 34798/34781/30099</w:t>
        <w:br/>
        <w:t>f 34810/34791/30109 34814/34795/30113 34786/34767/30085</w:t>
        <w:br/>
        <w:t>f 34789/34770/30088 34810/34791/30109 34786/34767/30085</w:t>
        <w:br/>
        <w:t>f 34813/34794/30112 34815/34796/30114 34810/34791/30109</w:t>
        <w:br/>
        <w:t>f 34807/34788/30106 34813/34794/30112 34810/34791/30109</w:t>
        <w:br/>
        <w:t>f 34781/34762/30080 34786/34767/30085 34814/34795/30113</w:t>
        <w:br/>
        <w:t>f 34783/34764/30082 34781/34762/30080 34814/34795/30113</w:t>
        <w:br/>
        <w:t>f 34815/34796/30114 34816/34797/30115 34814/34795/30113</w:t>
        <w:br/>
        <w:t>f 34810/34791/30109 34815/34796/30114 34814/34795/30113</w:t>
        <w:br/>
        <w:t>f 34783/34764/30082 34814/34795/30113 34816/34797/30115</w:t>
        <w:br/>
        <w:t>f 34817/34798/30116 34783/34764/30082 34816/34797/30115</w:t>
        <w:br/>
        <w:t>f 34782/34763/30081 34783/34764/30082 34817/34798/30116</w:t>
        <w:br/>
        <w:t>f 34818/34799/30117 34782/34763/30081 34817/34798/30116</w:t>
        <w:br/>
        <w:t>f 34776/34758/30076 34782/34763/30081 34818/34799/30117</w:t>
        <w:br/>
        <w:t>f 34819/34800/30118 34776/34758/30076 34818/34799/30117</w:t>
        <w:br/>
        <w:t>f 34816/34797/30115 34821/34801/30119 34820/34802/30120</w:t>
        <w:br/>
        <w:t>f 34817/34798/30116 34816/34797/30115 34820/34802/30120</w:t>
        <w:br/>
        <w:t>f 34818/34799/30117 34817/34798/30116 34820/34802/30120</w:t>
        <w:br/>
        <w:t>f 34822/34803/30121 34818/34799/30117 34820/34802/30120</w:t>
        <w:br/>
        <w:t>f 34821/34801/30119 34816/34797/30115 34815/34796/30114</w:t>
        <w:br/>
        <w:t>f 34823/34804/30122 34821/34801/30119 34815/34796/30114</w:t>
        <w:br/>
        <w:t>f 34823/34804/30122 34815/34796/30114 34813/34794/30112</w:t>
        <w:br/>
        <w:t>f 34824/34805/30123 34823/34804/30122 34813/34794/30112</w:t>
        <w:br/>
        <w:t>f 34762/34743/30061 34776/34758/30076 34819/34800/30118</w:t>
        <w:br/>
        <w:t>f 34759/34740/30058 34762/34743/30061 34819/34800/30118</w:t>
        <w:br/>
        <w:t>f 34819/34800/30118 34818/34799/30117 34822/34803/30121</w:t>
        <w:br/>
        <w:t>f 34825/34806/30124 34819/34800/30118 34822/34803/30121</w:t>
        <w:br/>
        <w:t>f 34759/34740/30058 34819/34800/30118 34825/34806/30124</w:t>
        <w:br/>
        <w:t>f 34756/34737/30055 34759/34740/30058 34825/34806/30124</w:t>
        <w:br/>
        <w:t>f 34827/34807/30125 34826/34808/30126 34822/34803/30121</w:t>
        <w:br/>
        <w:t>f 34820/34802/30120 34827/34807/30125 34822/34803/30121</w:t>
        <w:br/>
        <w:t>f 34756/34737/30055 34825/34806/30124 34828/34809/30127</w:t>
        <w:br/>
        <w:t>f 34752/34733/30051 34756/34737/30055 34828/34809/30127</w:t>
        <w:br/>
        <w:t>f 34825/34806/30124 34822/34803/30121 34826/34808/30126</w:t>
        <w:br/>
        <w:t>f 34828/34809/30127 34825/34806/30124 34826/34808/30126</w:t>
        <w:br/>
        <w:t>f 34828/34809/30127 34829/34810/30128 34757/34738/30056</w:t>
        <w:br/>
        <w:t>f 34752/34733/30051 34828/34809/30127 34757/34738/30056</w:t>
        <w:br/>
        <w:t>f 34830/34811/30129 34829/34810/30128 34828/34809/30127</w:t>
        <w:br/>
        <w:t>f 34826/34808/30126 34830/34811/30129 34828/34809/30127</w:t>
        <w:br/>
        <w:t>f 34826/34808/30126 34827/34807/30125 34831/34812/30130</w:t>
        <w:br/>
        <w:t>f 34830/34811/30129 34826/34808/30126 34831/34812/30130</w:t>
        <w:br/>
        <w:t>f 34832/34813/30131 34827/34807/30125 34820/34802/30120</w:t>
        <w:br/>
        <w:t>f 34821/34801/30119 34832/34813/30131 34820/34802/30120</w:t>
        <w:br/>
        <w:t>f 34827/34807/30125 34832/34813/30131 34833/34814/30132</w:t>
        <w:br/>
        <w:t>f 34831/34812/30130 34827/34807/30125 34833/34814/30132</w:t>
        <w:br/>
        <w:t>f 34823/34804/30122 34834/34815/30133 34832/34813/30131</w:t>
        <w:br/>
        <w:t>f 34821/34801/30119 34823/34804/30122 34832/34813/30131</w:t>
        <w:br/>
        <w:t>f 34832/34813/30131 34834/34815/30133 34835/34816/30134</w:t>
        <w:br/>
        <w:t>f 34833/34814/30132 34832/34813/30131 34835/34816/30134</w:t>
        <w:br/>
        <w:t>f 34837/34817/30135 34836/34818/30136 34831/34812/30130</w:t>
        <w:br/>
        <w:t>f 34833/34814/30132 34837/34817/30135 34831/34812/30130</w:t>
        <w:br/>
        <w:t>f 34834/34815/30133 34823/34804/30122 34824/34805/30123</w:t>
        <w:br/>
        <w:t>f 34838/34819/30137 34834/34815/30133 34824/34805/30123</w:t>
        <w:br/>
        <w:t>f 34833/34814/30132 34835/34816/30134 34839/34820/30138</w:t>
        <w:br/>
        <w:t>f 34837/34817/30135 34833/34814/30132 34839/34820/30138</w:t>
        <w:br/>
        <w:t>f 34836/34818/30136 34840/34821/30139 34830/34811/30129</w:t>
        <w:br/>
        <w:t>f 34831/34812/30130 34836/34818/30136 34830/34811/30129</w:t>
        <w:br/>
        <w:t>f 34840/34821/30139 34841/34822/30140 34829/34810/30128</w:t>
        <w:br/>
        <w:t>f 34830/34811/30129 34840/34821/30139 34829/34810/30128</w:t>
        <w:br/>
        <w:t>f 34841/34822/30140 34763/34744/30062 34757/34738/30056</w:t>
        <w:br/>
        <w:t>f 34829/34810/30128 34841/34822/30140 34757/34738/30056</w:t>
        <w:br/>
        <w:t>f 34843/34823/30141 34842/34824/30142 34761/34741/30059</w:t>
        <w:br/>
        <w:t>f 34842/34824/30142 34844/34825/30143 34760/34742/30060</w:t>
        <w:br/>
        <w:t>f 34761/34741/30059 34842/34824/30142 34760/34742/30060</w:t>
        <w:br/>
        <w:t>f 34845/34826/30144 34760/34742/30060 34844/34825/30143</w:t>
        <w:br/>
        <w:t>f 34846/34827/30145 34845/34826/30144 34844/34825/30143</w:t>
        <w:br/>
        <w:t>f 34846/34827/30145 34848/34828/30146 34847/34829/30147</w:t>
        <w:br/>
        <w:t>f 34845/34826/30144 34846/34827/30145 34847/34829/30147</w:t>
        <w:br/>
        <w:t>f 34849/34830/30148 34758/34739/30057 34845/34826/30144</w:t>
        <w:br/>
        <w:t>f 34847/34829/30147 34849/34830/30148 34845/34826/30144</w:t>
        <w:br/>
        <w:t>f 34848/34828/30146 34851/34831/30149 34850/34832/30150</w:t>
        <w:br/>
        <w:t>f 34847/34829/30147 34848/34828/30146 34850/34832/30150</w:t>
        <w:br/>
        <w:t>f 34852/34833/30151 34849/34830/30148 34847/34829/30147</w:t>
        <w:br/>
        <w:t>f 34850/34832/30150 34852/34833/30151 34847/34829/30147</w:t>
        <w:br/>
        <w:t>f 34851/34831/30149 34854/34834/30152 34853/34835/30153</w:t>
        <w:br/>
        <w:t>f 34850/34832/30150 34851/34831/30149 34853/34835/30153</w:t>
        <w:br/>
        <w:t>f 34758/34739/30057 34753/34734/30052 34751/34732/30050</w:t>
        <w:br/>
        <w:t>f 34856/34836/30154 34853/34835/30153 34854/34834/30152</w:t>
        <w:br/>
        <w:t>f 34855/34837/30155 34856/34836/30154 34854/34834/30152</w:t>
        <w:br/>
        <w:t>f 34855/34837/30155 34858/34838/30156 34857/34839/30157</w:t>
        <w:br/>
        <w:t>f 34856/34836/30154 34855/34837/30155 34857/34839/30157</w:t>
        <w:br/>
        <w:t>f 34853/34835/30153 34856/34836/30154 34860/34840/30158</w:t>
        <w:br/>
        <w:t>f 34859/34841/30159 34853/34835/30153 34860/34840/30158</w:t>
        <w:br/>
        <w:t>f 34856/34836/30154 34857/34839/30157 34861/34842/30160</w:t>
        <w:br/>
        <w:t>f 34860/34840/30158 34856/34836/30154 34861/34842/30160</w:t>
        <w:br/>
        <w:t>f 34863/34843/30161 34857/34839/30157 34858/34838/30156</w:t>
        <w:br/>
        <w:t>f 34862/34844/30162 34863/34843/30161 34858/34838/30156</w:t>
        <w:br/>
        <w:t>f 34865/34845/30163 34863/34843/30161 34862/34844/30162</w:t>
        <w:br/>
        <w:t>f 34864/34846/30164 34865/34845/30163 34862/34844/30162</w:t>
        <w:br/>
        <w:t>f 34857/34839/30157 34863/34843/30161 34866/34847/30165</w:t>
        <w:br/>
        <w:t>f 34861/34842/30160 34857/34839/30157 34866/34847/30165</w:t>
        <w:br/>
        <w:t>f 34864/34846/30164 34868/34848/30166 34867/34849/30167</w:t>
        <w:br/>
        <w:t>f 34865/34845/30163 34864/34846/30164 34867/34849/30167</w:t>
        <w:br/>
        <w:t>f 34869/34850/30168 34866/34847/30165 34863/34843/30161</w:t>
        <w:br/>
        <w:t>f 34865/34845/30163 34869/34850/30168 34863/34843/30161</w:t>
        <w:br/>
        <w:t>f 34869/34850/30168 34865/34845/30163 34867/34849/30167</w:t>
        <w:br/>
        <w:t>f 34870/34851/30169 34869/34850/30168 34867/34849/30167</w:t>
        <w:br/>
        <w:t>f 34872/34852/30170 34871/34853/30171 34870/34851/30169</w:t>
        <w:br/>
        <w:t>f 34867/34849/30167 34872/34852/30170 34870/34851/30169</w:t>
        <w:br/>
        <w:t>f 34874/34854/30172 34873/34855/30173 34871/34853/30171</w:t>
        <w:br/>
        <w:t>f 34872/34852/30170 34874/34854/30172 34871/34853/30171</w:t>
        <w:br/>
        <w:t>f 34877/34856/30174 34876/34857/30175 34873/34855/30173</w:t>
        <w:br/>
        <w:t>f 34875/34858/30174 34877/34856/30174 34873/34855/30173</w:t>
        <w:br/>
        <w:t>f 34880/34859/30176 34879/34860/30177 34878/34861/30178</w:t>
        <w:br/>
        <w:t>f 34881/34862/30179 34880/34859/30176 34878/34861/30178</w:t>
        <w:br/>
        <w:t>f 34883/34863/30180 34876/34857/30175 34882/34864/30181</w:t>
        <w:br/>
        <w:t>f 34884/34865/30182 34883/34863/30180 34882/34864/30181</w:t>
        <w:br/>
        <w:t>f 34886/34866/30183 34878/34861/30178 34879/34860/30177</w:t>
        <w:br/>
        <w:t>f 34885/34867/30184 34886/34866/30183 34879/34860/30177</w:t>
        <w:br/>
        <w:t>f 34888/34868/30185 34883/34863/30180 34881/34862/30179</w:t>
        <w:br/>
        <w:t>f 34887/34869/30186 34888/34868/30185 34881/34862/30179</w:t>
        <w:br/>
        <w:t>f 34883/34863/30180 34888/34868/30185 34889/34870/30187</w:t>
        <w:br/>
        <w:t>f 34876/34857/30175 34883/34863/30180 34889/34870/30187</w:t>
        <w:br/>
        <w:t>f 34876/34857/30175 34889/34870/30187 34890/34871/30188</w:t>
        <w:br/>
        <w:t>f 34873/34855/30173 34876/34857/30175 34890/34871/30188</w:t>
        <w:br/>
        <w:t>f 34835/34816/30134 34892/34872/30189 34891/34873/30190</w:t>
        <w:br/>
        <w:t>f 34839/34820/30138 34835/34816/30134 34891/34873/30190</w:t>
        <w:br/>
        <w:t>f 34886/34866/30183 34892/34872/30189 34838/34819/30137</w:t>
        <w:br/>
        <w:t>f 34893/34874/30191 34886/34866/30183 34838/34819/30137</w:t>
        <w:br/>
        <w:t>f 34834/34815/30133 34838/34819/30137 34892/34872/30189</w:t>
        <w:br/>
        <w:t>f 34835/34816/30134 34834/34815/30133 34892/34872/30189</w:t>
        <w:br/>
        <w:t>f 34878/34861/30178 34893/34874/30191 34894/34875/30192</w:t>
        <w:br/>
        <w:t>f 34886/34866/30183 34893/34874/30191 34878/34861/30178</w:t>
        <w:br/>
        <w:t>f 34838/34819/30137 34824/34805/30123 34895/34876/30193</w:t>
        <w:br/>
        <w:t>f 34893/34874/30191 34838/34819/30137 34895/34876/30193</w:t>
        <w:br/>
        <w:t>f 34878/34861/30178 34894/34875/30192 34887/34869/30186</w:t>
        <w:br/>
        <w:t>f 34881/34862/30179 34878/34861/30178 34887/34869/30186</w:t>
        <w:br/>
        <w:t>f 34893/34874/30191 34895/34876/30193 34894/34875/30192</w:t>
        <w:br/>
        <w:t>f 34813/34794/30112 34812/34792/30110 34895/34876/30193</w:t>
        <w:br/>
        <w:t>f 34824/34805/30123 34813/34794/30112 34895/34876/30193</w:t>
        <w:br/>
        <w:t>f 34895/34876/30193 34812/34792/30110 34896/34877/30194</w:t>
        <w:br/>
        <w:t>f 34894/34875/30192 34895/34876/30193 34896/34877/30194</w:t>
        <w:br/>
        <w:t>f 34896/34877/30194 34811/34793/30111 34898/34878/30195</w:t>
        <w:br/>
        <w:t>f 34897/34879/30196 34896/34877/30194 34898/34878/30195</w:t>
        <w:br/>
        <w:t>f 34897/34879/30196 34887/34869/30186 34894/34875/30192</w:t>
        <w:br/>
        <w:t>f 34896/34877/30194 34897/34879/30196 34894/34875/30192</w:t>
        <w:br/>
        <w:t>f 34887/34869/30186 34897/34879/30196 34899/34880/30197</w:t>
        <w:br/>
        <w:t>f 34888/34868/30185 34887/34869/30186 34899/34880/30197</w:t>
        <w:br/>
        <w:t>f 34888/34868/30185 34899/34880/30197 34900/34881/30198</w:t>
        <w:br/>
        <w:t>f 34889/34870/30187 34888/34868/30185 34900/34881/30198</w:t>
        <w:br/>
        <w:t>f 34901/34882/30199 34899/34880/30197 34897/34879/30196</w:t>
        <w:br/>
        <w:t>f 34898/34878/30195 34901/34882/30199 34897/34879/30196</w:t>
        <w:br/>
        <w:t>f 34903/34883/30200 34902/34884/30201 34808/34790/30108</w:t>
        <w:br/>
        <w:t>f 34809/34789/30107 34903/34883/30200 34808/34790/30108</w:t>
        <w:br/>
        <w:t>f 34904/34885/30202 34900/34881/30198 34899/34880/30197</w:t>
        <w:br/>
        <w:t>f 34901/34882/30199 34904/34885/30202 34899/34880/30197</w:t>
        <w:br/>
        <w:t>f 34889/34870/30187 34900/34881/30198 34905/34886/30203</w:t>
        <w:br/>
        <w:t>f 34890/34871/30188 34889/34870/30187 34905/34886/30203</w:t>
        <w:br/>
        <w:t>f 34873/34855/30173 34890/34871/30188 34906/34887/30204</w:t>
        <w:br/>
        <w:t>f 34871/34853/30171 34873/34855/30173 34906/34887/30204</w:t>
        <w:br/>
        <w:t>f 34907/34888/30205 34905/34886/30203 34900/34881/30198</w:t>
        <w:br/>
        <w:t>f 34904/34885/30202 34907/34888/30205 34900/34881/30198</w:t>
        <w:br/>
        <w:t>f 34908/34889/30206 34906/34887/30204 34890/34871/30188</w:t>
        <w:br/>
        <w:t>f 34905/34886/30203 34908/34889/30206 34890/34871/30188</w:t>
        <w:br/>
        <w:t>f 34870/34851/30169 34871/34853/30171 34906/34887/30204</w:t>
        <w:br/>
        <w:t>f 34902/34884/30201 34903/34883/30200 34909/34890/30207</w:t>
        <w:br/>
        <w:t>f 34910/34891/30208 34902/34884/30201 34909/34890/30207</w:t>
        <w:br/>
        <w:t>f 34905/34886/30203 34907/34888/30205 34911/34892/30209</w:t>
        <w:br/>
        <w:t>f 34908/34889/30206 34905/34886/30203 34911/34892/30209</w:t>
        <w:br/>
        <w:t>f 34869/34850/30168 34870/34851/30169 34913/34893/30210</w:t>
        <w:br/>
        <w:t>f 34912/34894/30211 34869/34850/30168 34913/34893/30210</w:t>
        <w:br/>
        <w:t>f 34912/34894/30211 34914/34895/30212 34866/34847/30165</w:t>
        <w:br/>
        <w:t>f 34869/34850/30168 34912/34894/30211 34866/34847/30165</w:t>
        <w:br/>
        <w:t>f 34906/34887/30204 34915/34896/30213 34913/34893/30210</w:t>
        <w:br/>
        <w:t>f 34906/34887/30204 34908/34889/30206 34916/34897/30214</w:t>
        <w:br/>
        <w:t>f 34915/34896/30213 34906/34887/30204 34916/34897/30214</w:t>
        <w:br/>
        <w:t>f 34861/34842/30160 34866/34847/30165 34914/34895/30212</w:t>
        <w:br/>
        <w:t>f 34917/34898/30215 34861/34842/30160 34914/34895/30212</w:t>
        <w:br/>
        <w:t>f 34919/34899/30216 34915/34896/30213 34918/34900/30217</w:t>
        <w:br/>
        <w:t>f 34914/34895/30212 34912/34894/30211 34919/34899/30216</w:t>
        <w:br/>
        <w:t>f 34920/34901/30218 34914/34895/30212 34919/34899/30216</w:t>
        <w:br/>
        <w:t>f 34860/34840/30158 34861/34842/30160 34917/34898/30215</w:t>
        <w:br/>
        <w:t>f 34921/34902/30219 34860/34840/30158 34917/34898/30215</w:t>
        <w:br/>
        <w:t>f 34920/34901/30218 34922/34903/30220 34917/34898/30215</w:t>
        <w:br/>
        <w:t>f 34914/34895/30212 34920/34901/30218 34917/34898/30215</w:t>
        <w:br/>
        <w:t>f 34859/34841/30159 34860/34840/30158 34921/34902/30219</w:t>
        <w:br/>
        <w:t>f 34923/34904/30221 34859/34841/30159 34921/34902/30219</w:t>
        <w:br/>
        <w:t>f 34922/34903/30220 34924/34905/30222 34921/34902/30219</w:t>
        <w:br/>
        <w:t>f 34917/34898/30215 34922/34903/30220 34921/34902/30219</w:t>
        <w:br/>
        <w:t>f 34920/34901/30218 34919/34899/30216 34926/34906/30223</w:t>
        <w:br/>
        <w:t>f 34925/34907/30224 34920/34901/30218 34926/34906/30223</w:t>
        <w:br/>
        <w:t>f 34922/34903/30220 34920/34901/30218 34925/34907/30224</w:t>
        <w:br/>
        <w:t>f 34927/34908/30225 34922/34903/30220 34925/34907/30224</w:t>
        <w:br/>
        <w:t>f 34919/34899/30216 34918/34900/30217 34928/34909/30226</w:t>
        <w:br/>
        <w:t>f 34926/34906/30223 34919/34899/30216 34928/34909/30226</w:t>
        <w:br/>
        <w:t>f 34923/34904/30221 34921/34902/30219 34924/34905/30222</w:t>
        <w:br/>
        <w:t>f 34929/34910/30227 34923/34904/30221 34924/34905/30222</w:t>
        <w:br/>
        <w:t>f 34930/34911/30228 34918/34900/30217 34915/34896/30213</w:t>
        <w:br/>
        <w:t>f 34916/34897/30214 34930/34911/30228 34915/34896/30213</w:t>
        <w:br/>
        <w:t>f 34923/34904/30221 34931/34912/30229 34852/34833/30151</w:t>
        <w:br/>
        <w:t>f 34859/34841/30159 34923/34904/30221 34852/34833/30151</w:t>
        <w:br/>
        <w:t>f 34932/34913/30230 34916/34897/30214 34908/34889/30206</w:t>
        <w:br/>
        <w:t>f 34911/34892/30209 34932/34913/30230 34908/34889/30206</w:t>
        <w:br/>
        <w:t>f 34910/34891/30208 34909/34890/30207 34934/34914/30231</w:t>
        <w:br/>
        <w:t>f 34933/34915/30232 34910/34891/30208 34934/34914/30231</w:t>
        <w:br/>
        <w:t>f 34849/34830/30148 34852/34833/30151 34931/34912/30229</w:t>
        <w:br/>
        <w:t>f 34935/34916/30233 34849/34830/30148 34931/34912/30229</w:t>
        <w:br/>
        <w:t>f 34753/34734/30052 34849/34830/30148 34935/34916/30233</w:t>
        <w:br/>
        <w:t>f 34936/34917/30234 34753/34734/30052 34935/34916/30233</w:t>
        <w:br/>
        <w:t>f 34938/34918/30235 34937/34919/30236 34933/34915/30232</w:t>
        <w:br/>
        <w:t>f 34934/34914/30231 34938/34918/30235 34933/34915/30232</w:t>
        <w:br/>
        <w:t>f 34930/34911/30228 34932/34913/30230 34939/34920/30237</w:t>
        <w:br/>
        <w:t>f 34932/34913/30230 34937/34919/30236 34940/34921/30238</w:t>
        <w:br/>
        <w:t>f 34939/34920/30237 34932/34913/30230 34940/34921/30238</w:t>
        <w:br/>
        <w:t>f 34941/34922/30239 34940/34921/30238 34937/34919/30236</w:t>
        <w:br/>
        <w:t>f 34938/34918/30235 34941/34922/30239 34937/34919/30236</w:t>
        <w:br/>
        <w:t>f 34930/34911/30228 34928/34909/30226 34918/34900/30217</w:t>
        <w:br/>
        <w:t>f 34943/34923/30240 34942/34924/30241 34928/34909/30226</w:t>
        <w:br/>
        <w:t>f 34930/34911/30228 34943/34923/30240 34928/34909/30226</w:t>
        <w:br/>
        <w:t>f 34930/34911/30228 34939/34920/30237 34943/34923/30240</w:t>
        <w:br/>
        <w:t>f 34926/34906/30223 34928/34909/30226 34942/34924/30241</w:t>
        <w:br/>
        <w:t>f 34944/34925/30242 34926/34906/30223 34942/34924/30241</w:t>
        <w:br/>
        <w:t>f 34944/34925/30242 34945/34926/30243 34925/34907/30224</w:t>
        <w:br/>
        <w:t>f 34926/34906/30223 34944/34925/30242 34925/34907/30224</w:t>
        <w:br/>
        <w:t>f 34947/34927/30244 34946/34928/30245 34942/34924/30241</w:t>
        <w:br/>
        <w:t>f 34943/34923/30240 34947/34927/30244 34942/34924/30241</w:t>
        <w:br/>
        <w:t>f 34946/34928/30245 34948/34929/30246 34944/34925/30242</w:t>
        <w:br/>
        <w:t>f 34942/34924/30241 34946/34928/30245 34944/34925/30242</w:t>
        <w:br/>
        <w:t>f 34943/34923/30240 34939/34920/30237 34949/34930/30247</w:t>
        <w:br/>
        <w:t>f 34947/34927/30244 34943/34923/30240 34949/34930/30247</w:t>
        <w:br/>
        <w:t>f 34939/34920/30237 34940/34921/30238 34950/34931/30248</w:t>
        <w:br/>
        <w:t>f 34949/34930/30247 34939/34920/30237 34950/34931/30248</w:t>
        <w:br/>
        <w:t>f 34947/34927/30244 34949/34930/30247 34952/34932/30249</w:t>
        <w:br/>
        <w:t>f 34951/34933/30250 34947/34927/30244 34952/34932/30249</w:t>
        <w:br/>
        <w:t>f 34940/34921/30238 34941/34922/30239 34953/34934/30251</w:t>
        <w:br/>
        <w:t>f 34950/34931/30248 34940/34921/30238 34953/34934/30251</w:t>
        <w:br/>
        <w:t>f 34954/34935/30252 34952/34932/30249 34949/34930/30247</w:t>
        <w:br/>
        <w:t>f 34950/34931/30248 34954/34935/30252 34949/34930/30247</w:t>
        <w:br/>
        <w:t>f 34958/34936/30253 34957/34937/30254 34956/34938/30255</w:t>
        <w:br/>
        <w:t>f 34955/34939/30256 34958/34936/30253 34956/34938/30255</w:t>
        <w:br/>
        <w:t>f 33503/34567/29891 34956/34938/30255 34938/34918/30235</w:t>
        <w:br/>
        <w:t>f 34959/34940/30257 34955/34939/30256 33504/34566/29890</w:t>
        <w:br/>
        <w:t>f 34962/34941/30258 34961/34942/30259 34958/34936/30253</w:t>
        <w:br/>
        <w:t>f 34960/34943/30260 34962/34941/30258 34958/34936/30253</w:t>
        <w:br/>
        <w:t>f 34964/34944/30261 34963/34945/30262 34953/34934/30251</w:t>
        <w:br/>
        <w:t>f 34957/34937/30254 34964/34944/30261 34953/34934/30251</w:t>
        <w:br/>
        <w:t>f 34968/34946/30263 34967/34947/30264 34966/34948/30265</w:t>
        <w:br/>
        <w:t>f 34965/34949/30266 34968/34946/30263 34966/34948/30265</w:t>
        <w:br/>
        <w:t>f 34967/34947/30264 34968/34946/30263 34970/34950/30267</w:t>
        <w:br/>
        <w:t>f 34969/34951/30268 34967/34947/30264 34970/34950/30267</w:t>
        <w:br/>
        <w:t>f 34972/34952/30269 34966/34948/30265 34967/34947/30264</w:t>
        <w:br/>
        <w:t>f 34971/34953/30270 34972/34952/30269 34967/34947/30264</w:t>
        <w:br/>
        <w:t>f 34971/34953/30270 34967/34947/30264 34969/34951/30268</w:t>
        <w:br/>
        <w:t>f 34973/34954/30271 34971/34953/30270 34969/34951/30268</w:t>
        <w:br/>
        <w:t>f 34977/34955/30272 34976/34956/30273 34975/34957/30274</w:t>
        <w:br/>
        <w:t>f 34974/34958/30275 34977/34955/30272 34975/34957/30274</w:t>
        <w:br/>
        <w:t>f 34952/34932/30249 34954/34935/30252 34979/34959/30276</w:t>
        <w:br/>
        <w:t>f 34978/34960/30277 34952/34932/30249 34979/34959/30276</w:t>
        <w:br/>
        <w:t>f 34971/34953/30270 34981/34961/30278 34980/34962/30279</w:t>
        <w:br/>
        <w:t>f 34972/34952/30269 34971/34953/30270 34980/34962/30279</w:t>
        <w:br/>
        <w:t>f 34979/34959/30276 34980/34962/30279 34981/34961/30278</w:t>
        <w:br/>
        <w:t>f 34982/34963/30280 34979/34959/30276 34981/34961/30278</w:t>
        <w:br/>
        <w:t>f 34985/34964/30281 34973/34954/30271 34984/34965/30282</w:t>
        <w:br/>
        <w:t>f 34983/34966/30283 34985/34964/30281 34984/34965/30282</w:t>
        <w:br/>
        <w:t>f 34985/34964/30281 34986/34967/30284 34982/34963/30280</w:t>
        <w:br/>
        <w:t>f 34981/34961/30278 34985/34964/30281 34982/34963/30280</w:t>
        <w:br/>
        <w:t>f 34984/34965/30282 34975/34957/30274 34976/34956/30273</w:t>
        <w:br/>
        <w:t>f 34987/34968/30285 34984/34965/30282 34976/34956/30273</w:t>
        <w:br/>
        <w:t>f 34986/34967/30284 34985/34964/30281 34983/34966/30283</w:t>
        <w:br/>
        <w:t>f 34988/34969/30286 34986/34967/30284 34983/34966/30283</w:t>
        <w:br/>
        <w:t>f 34992/34970/30287 34991/34971/30288 34990/34972/30289</w:t>
        <w:br/>
        <w:t>f 34989/34973/30290 34992/34970/30287 34990/34972/30289</w:t>
        <w:br/>
        <w:t>f 34987/34968/30285 34976/34956/30273 34994/34974/30291</w:t>
        <w:br/>
        <w:t>f 34993/34975/30292 34987/34968/30285 34994/34974/30291</w:t>
        <w:br/>
        <w:t>f 34983/34966/30283 34984/34965/30282 34987/34968/30285</w:t>
        <w:br/>
        <w:t>f 34995/34976/30293 34983/34966/30283 34987/34968/30285</w:t>
        <w:br/>
        <w:t>f 34989/34973/30290 34997/34977/30294 34996/34978/30295</w:t>
        <w:br/>
        <w:t>f 34992/34970/30287 34989/34973/30290 34996/34978/30295</w:t>
        <w:br/>
        <w:t>f 34993/34975/30292 34998/34979/30296 34995/34976/30293</w:t>
        <w:br/>
        <w:t>f 34987/34968/30285 34993/34975/30292 34995/34976/30293</w:t>
        <w:br/>
        <w:t>f 35000/34980/30297 34995/34976/30293 34998/34979/30296</w:t>
        <w:br/>
        <w:t>f 34999/34981/30298 35000/34980/30297 34998/34979/30296</w:t>
        <w:br/>
        <w:t>f 35002/34982/30299 34996/34978/30295 34997/34977/30294</w:t>
        <w:br/>
        <w:t>f 35001/34983/30300 35002/34982/30299 34997/34977/30294</w:t>
        <w:br/>
        <w:t>f 34999/34981/30298 34998/34979/30296 35002/34982/30299</w:t>
        <w:br/>
        <w:t>f 35003/34984/30301 34999/34981/30298 35002/34982/30299</w:t>
        <w:br/>
        <w:t>f 35005/34985/30302 35000/34980/30297 34999/34981/30298</w:t>
        <w:br/>
        <w:t>f 35004/34986/30303 35005/34985/30302 34999/34981/30298</w:t>
        <w:br/>
        <w:t>f 34988/34969/30286 35007/34987/30304 35006/34988/30305</w:t>
        <w:br/>
        <w:t>f 34986/34967/30284 34988/34969/30286 35006/34988/30305</w:t>
        <w:br/>
        <w:t>f 34986/34967/30284 35006/34988/30305 35008/34989/30306</w:t>
        <w:br/>
        <w:t>f 34982/34963/30280 34986/34967/30284 35008/34989/30306</w:t>
        <w:br/>
        <w:t>f 34982/34963/30280 35008/34989/30306 34978/34960/30277</w:t>
        <w:br/>
        <w:t>f 34979/34959/30276 34982/34963/30280 34978/34960/30277</w:t>
        <w:br/>
        <w:t>f 35007/34987/30304 35010/34990/30307 35009/34991/30308</w:t>
        <w:br/>
        <w:t>f 35006/34988/30305 35007/34987/30304 35009/34991/30308</w:t>
        <w:br/>
        <w:t>f 35011/34992/30309 35008/34989/30306 35006/34988/30305</w:t>
        <w:br/>
        <w:t>f 35009/34991/30308 35011/34992/30309 35006/34988/30305</w:t>
        <w:br/>
        <w:t>f 35008/34989/30306 35011/34992/30309 35012/34993/30310</w:t>
        <w:br/>
        <w:t>f 34978/34960/30277 35008/34989/30306 35012/34993/30310</w:t>
        <w:br/>
        <w:t>f 34951/34933/30250 34952/34932/30249 34978/34960/30277</w:t>
        <w:br/>
        <w:t>f 35012/34993/30310 34951/34933/30250 34978/34960/30277</w:t>
        <w:br/>
        <w:t>f 34946/34928/30245 34947/34927/30244 34951/34933/30250</w:t>
        <w:br/>
        <w:t>f 35013/34994/30311 34946/34928/30245 34951/34933/30250</w:t>
        <w:br/>
        <w:t>f 35015/34995/30312 35012/34993/30310 35011/34992/30309</w:t>
        <w:br/>
        <w:t>f 35014/34996/30313 35015/34995/30312 35011/34992/30309</w:t>
        <w:br/>
        <w:t>f 34948/34929/30246 34946/34928/30245 35013/34994/30311</w:t>
        <w:br/>
        <w:t>f 35016/34997/30314 34948/34929/30246 35013/34994/30311</w:t>
        <w:br/>
        <w:t>f 35014/34996/30313 35011/34992/30309 35009/34991/30308</w:t>
        <w:br/>
        <w:t>f 35017/34998/30315 35014/34996/30313 35009/34991/30308</w:t>
        <w:br/>
        <w:t>f 34945/34926/30243 34944/34925/30242 34948/34929/30246</w:t>
        <w:br/>
        <w:t>f 35018/34999/30316 34945/34926/30243 34948/34929/30246</w:t>
        <w:br/>
        <w:t>f 35014/34996/30313 35020/35000/30317 35019/35001/30318</w:t>
        <w:br/>
        <w:t>f 35015/34995/30312 35014/34996/30313 35019/35001/30318</w:t>
        <w:br/>
        <w:t>f 35016/34997/30314 35019/35001/30318 35021/35002/30319</w:t>
        <w:br/>
        <w:t>f 34927/34908/30225 34925/34907/30224 34945/34926/30243</w:t>
        <w:br/>
        <w:t>f 35022/35003/30320 34927/34908/30225 34945/34926/30243</w:t>
        <w:br/>
        <w:t>f 34924/34905/30222 34922/34903/30220 34927/34908/30225</w:t>
        <w:br/>
        <w:t>f 35023/35004/30321 34924/34905/30222 34927/34908/30225</w:t>
        <w:br/>
        <w:t>f 34948/34929/30246 35016/34997/30314 35018/34999/30316</w:t>
        <w:br/>
        <w:t>f 35022/35003/30320 34945/34926/30243 35018/34999/30316</w:t>
        <w:br/>
        <w:t>f 35024/35005/30322 35022/35003/30320 35018/34999/30316</w:t>
        <w:br/>
        <w:t>f 35022/35003/30320 35025/35006/30323 35023/35004/30321</w:t>
        <w:br/>
        <w:t>f 34927/34908/30225 35022/35003/30320 35023/35004/30321</w:t>
        <w:br/>
        <w:t>f 34929/34910/30227 34924/34905/30222 35023/35004/30321</w:t>
        <w:br/>
        <w:t>f 35026/35007/30324 34929/34910/30227 35023/35004/30321</w:t>
        <w:br/>
        <w:t>f 34929/34910/30227 35027/35008/30325 34931/34912/30229</w:t>
        <w:br/>
        <w:t>f 34923/34904/30221 34929/34910/30227 34931/34912/30229</w:t>
        <w:br/>
        <w:t>f 35026/35007/30324 35023/35004/30321 35025/35006/30323</w:t>
        <w:br/>
        <w:t>f 35028/35009/30326 35026/35007/30324 35025/35006/30323</w:t>
        <w:br/>
        <w:t>f 35026/35007/30324 35029/35010/30327 35027/35008/30325</w:t>
        <w:br/>
        <w:t>f 34929/34910/30227 35026/35007/30324 35027/35008/30325</w:t>
        <w:br/>
        <w:t>f 34935/34916/30233 34931/34912/30229 35027/35008/30325</w:t>
        <w:br/>
        <w:t>f 35030/35011/30328 34935/34916/30233 35027/35008/30325</w:t>
        <w:br/>
        <w:t>f 35030/35011/30328 35027/35008/30325 35029/35010/30327</w:t>
        <w:br/>
        <w:t>f 35031/35012/30329 35030/35011/30328 35029/35010/30327</w:t>
        <w:br/>
        <w:t>f 35029/35010/30327 35026/35007/30324 35028/35009/30326</w:t>
        <w:br/>
        <w:t>f 35032/35013/30330 35029/35010/30327 35028/35009/30326</w:t>
        <w:br/>
        <w:t>f 35025/35006/30323 35022/35003/30320 35024/35005/30322</w:t>
        <w:br/>
        <w:t>f 35033/35014/30331 35025/35006/30323 35024/35005/30322</w:t>
        <w:br/>
        <w:t>f 35028/35009/30326 35025/35006/30323 35033/35014/30331</w:t>
        <w:br/>
        <w:t>f 35034/35015/30332 35028/35009/30326 35033/35014/30331</w:t>
        <w:br/>
        <w:t>f 35036/35016/30333 35035/35017/30334 35024/35005/30322</w:t>
        <w:br/>
        <w:t>f 35018/34999/30316 35036/35016/30333 35024/35005/30322</w:t>
        <w:br/>
        <w:t>f 35035/35017/30334 35037/35018/30335 35033/35014/30331</w:t>
        <w:br/>
        <w:t>f 35024/35005/30322 35035/35017/30334 35033/35014/30331</w:t>
        <w:br/>
        <w:t>f 35036/35016/30333 35018/34999/30316 35021/35002/30319</w:t>
        <w:br/>
        <w:t>f 35035/35017/30334 35036/35016/30333 35039/35019/30336</w:t>
        <w:br/>
        <w:t>f 35038/35020/30337 35035/35017/30334 35039/35019/30336</w:t>
        <w:br/>
        <w:t>f 35036/35016/30333 35021/35002/30319 35040/35021/30338</w:t>
        <w:br/>
        <w:t>f 35039/35019/30336 35036/35016/30333 35040/35021/30338</w:t>
        <w:br/>
        <w:t>f 35021/35002/30319 35019/35001/30318 35041/35022/30339</w:t>
        <w:br/>
        <w:t>f 35037/35018/30335 35035/35017/30334 35038/35020/30337</w:t>
        <w:br/>
        <w:t>f 34714/34694/30013 35037/35018/30335 35038/35020/30337</w:t>
        <w:br/>
        <w:t>f 35034/35015/30332 35033/35014/30331 35037/35018/30335</w:t>
        <w:br/>
        <w:t>f 35042/35023/30340 35034/35015/30332 35037/35018/30335</w:t>
        <w:br/>
        <w:t>f 35041/35022/30339 35043/35024/30341 35040/35021/30338</w:t>
        <w:br/>
        <w:t>f 35021/35002/30319 35041/35022/30339 35040/35021/30338</w:t>
        <w:br/>
        <w:t>f 35034/35015/30332 35044/35025/30342 35032/35013/30330</w:t>
        <w:br/>
        <w:t>f 35028/35009/30326 35034/35015/30332 35032/35013/30330</w:t>
        <w:br/>
        <w:t>f 35032/35013/30330 35045/35026/30343 35031/35012/30329</w:t>
        <w:br/>
        <w:t>f 35029/35010/30327 35032/35013/30330 35031/35012/30329</w:t>
        <w:br/>
        <w:t>f 35044/35025/30342 35046/35027/30344 35045/35026/30343</w:t>
        <w:br/>
        <w:t>f 35032/35013/30330 35044/35025/30342 35045/35026/30343</w:t>
        <w:br/>
        <w:t>f 35044/35025/30342 35034/35015/30332 35042/35023/30340</w:t>
        <w:br/>
        <w:t>f 35047/35028/30345 35044/35025/30342 35042/35023/30340</w:t>
        <w:br/>
        <w:t>f 35031/35012/30329 35049/35029/30346 35048/35030/30347</w:t>
        <w:br/>
        <w:t>f 35030/35011/30328 35031/35012/30329 35048/35030/30347</w:t>
        <w:br/>
        <w:t>f 35042/35023/30340 35037/35018/30335 34714/34694/30013</w:t>
        <w:br/>
        <w:t>f 34715/34693/30012 35042/35023/30340 34714/34694/30013</w:t>
        <w:br/>
        <w:t>f 35030/35011/30328 35048/35030/30347 34936/34917/30234</w:t>
        <w:br/>
        <w:t>f 34935/34916/30233 35030/35011/30328 34936/34917/30234</w:t>
        <w:br/>
        <w:t>f 35049/35029/30346 35031/35012/30329 35045/35026/30343</w:t>
        <w:br/>
        <w:t>f 35050/35031/30348 35049/35029/30346 35045/35026/30343</w:t>
        <w:br/>
        <w:t>f 35052/35032/30349 35048/35030/30347 35049/35029/30346</w:t>
        <w:br/>
        <w:t>f 35051/35033/30350 35052/35032/30349 35049/35029/30346</w:t>
        <w:br/>
        <w:t>f 35050/35031/30348 35053/35034/30351 35051/35033/30350</w:t>
        <w:br/>
        <w:t>f 35049/35029/30346 35050/35031/30348 35051/35033/30350</w:t>
        <w:br/>
        <w:t>f 35054/35035/30352 34936/34917/30234 35048/35030/30347</w:t>
        <w:br/>
        <w:t>f 35052/35032/30349 35054/35035/30352 35048/35030/30347</w:t>
        <w:br/>
        <w:t>f 34936/34917/30234 35054/35035/30352 34748/34729/30047</w:t>
        <w:br/>
        <w:t>f 34753/34734/30052 34936/34917/30234 34748/34729/30047</w:t>
        <w:br/>
        <w:t>f 35056/35036/30353 35052/35032/30349 35051/35033/30350</w:t>
        <w:br/>
        <w:t>f 35055/35037/30354 35056/35036/30353 35051/35033/30350</w:t>
        <w:br/>
        <w:t>f 35054/35035/30352 35057/35038/30355 34744/34724/30042</w:t>
        <w:br/>
        <w:t>f 34748/34729/30047 35054/35035/30352 34744/34724/30042</w:t>
        <w:br/>
        <w:t>f 35052/35032/30349 35056/35036/30353 35057/35038/30355</w:t>
        <w:br/>
        <w:t>f 35054/35035/30352 35052/35032/30349 35057/35038/30355</w:t>
        <w:br/>
        <w:t>f 34743/34725/30043 34744/34724/30042 35057/35038/30355</w:t>
        <w:br/>
        <w:t>f 35058/35039/30356 34743/34725/30043 35057/35038/30355</w:t>
        <w:br/>
        <w:t>f 35055/35037/30354 35051/35033/30350 35053/35034/30351</w:t>
        <w:br/>
        <w:t>f 35059/35040/30357 35055/35037/30354 35053/35034/30351</w:t>
        <w:br/>
        <w:t>f 35058/35039/30356 35057/35038/30355 35056/35036/30353</w:t>
        <w:br/>
        <w:t>f 35060/35041/30358 35058/35039/30356 35056/35036/30353</w:t>
        <w:br/>
        <w:t>f 35055/35037/30354 35061/35042/30359 35060/35041/30358</w:t>
        <w:br/>
        <w:t>f 35056/35036/30353 35055/35037/30354 35060/35041/30358</w:t>
        <w:br/>
        <w:t>f 35061/35042/30359 35055/35037/30354 35059/35040/30357</w:t>
        <w:br/>
        <w:t>f 35062/35043/30360 35061/35042/30359 35059/35040/30357</w:t>
        <w:br/>
        <w:t>f 35062/35043/30360 35059/35040/30357 35064/35044/30361</w:t>
        <w:br/>
        <w:t>f 35063/35045/30362 35062/35043/30360 35064/35044/30361</w:t>
        <w:br/>
        <w:t>f 35065/35046/30363 35064/35044/30361 35059/35040/30357</w:t>
        <w:br/>
        <w:t>f 35053/35034/30351 35065/35046/30363 35059/35040/30357</w:t>
        <w:br/>
        <w:t>f 35053/35034/30351 35050/35031/30348 35066/35047/30364</w:t>
        <w:br/>
        <w:t>f 35065/35046/30363 35053/35034/30351 35066/35047/30364</w:t>
        <w:br/>
        <w:t>f 35068/35048/30365 35067/35049/30366 35064/35044/30361</w:t>
        <w:br/>
        <w:t>f 35065/35046/30363 35068/35048/30365 35064/35044/30361</w:t>
        <w:br/>
        <w:t>f 35046/35027/30344 35066/35047/30364 35050/35031/30348</w:t>
        <w:br/>
        <w:t>f 35045/35026/30343 35046/35027/30344 35050/35031/30348</w:t>
        <w:br/>
        <w:t>f 35069/35050/30367 35068/35048/30365 35065/35046/30363</w:t>
        <w:br/>
        <w:t>f 35066/35047/30364 35069/35050/30367 35065/35046/30363</w:t>
        <w:br/>
        <w:t>f 35070/35051/30368 35069/35050/30367 35066/35047/30364</w:t>
        <w:br/>
        <w:t>f 35046/35027/30344 35070/35051/30368 35066/35047/30364</w:t>
        <w:br/>
        <w:t>f 35046/35027/30344 35044/35025/30342 35047/35028/30345</w:t>
        <w:br/>
        <w:t>f 35070/35051/30368 35046/35027/30344 35047/35028/30345</w:t>
        <w:br/>
        <w:t>f 35047/35028/30345 35042/35023/30340 34715/34693/30012</w:t>
        <w:br/>
        <w:t>f 35071/35052/30369 35047/35028/30345 34715/34693/30012</w:t>
        <w:br/>
        <w:t>f 35073/35053/30370 35072/35054/30371 35069/35050/30367</w:t>
        <w:br/>
        <w:t>f 35070/35051/30368 35073/35053/30370 35069/35050/30367</w:t>
        <w:br/>
        <w:t>f 35076/35055/30372 35075/35056/30373 35074/35057/30374</w:t>
        <w:br/>
        <w:t>f 35077/35058/30375 35076/35055/30372 35074/35057/30374</w:t>
        <w:br/>
        <w:t>f 35079/35059/30376 35078/35060/30377 35073/35053/30370</w:t>
        <w:br/>
        <w:t>f 35071/35052/30369 35079/35059/30376 35073/35053/30370</w:t>
        <w:br/>
        <w:t>f 35074/35057/30374 35081/35061/30378 35080/35062/30379</w:t>
        <w:br/>
        <w:t>f 35077/35058/30375 35074/35057/30374 35080/35062/30379</w:t>
        <w:br/>
        <w:t>f 35083/35063/30380 35075/35056/30373 35076/35055/30372</w:t>
        <w:br/>
        <w:t>f 35082/35064/30381 35083/35063/30380 35076/35055/30372</w:t>
        <w:br/>
        <w:t>f 35072/35054/30371 35073/35053/30370 35078/35060/30377</w:t>
        <w:br/>
        <w:t>f 35084/35065/30382 35072/35054/30371 35078/35060/30377</w:t>
        <w:br/>
        <w:t>f 35068/35048/30365 35069/35050/30367 35072/35054/30371</w:t>
        <w:br/>
        <w:t>f 35085/35066/30383 35068/35048/30365 35072/35054/30371</w:t>
        <w:br/>
        <w:t>f 35084/35065/30382 35086/35067/30384 35085/35066/30383</w:t>
        <w:br/>
        <w:t>f 35072/35054/30371 35084/35065/30382 35085/35066/30383</w:t>
        <w:br/>
        <w:t>f 35085/35066/30383 35087/35068/30385 35067/35049/30366</w:t>
        <w:br/>
        <w:t>f 35068/35048/30365 35085/35066/30383 35067/35049/30366</w:t>
        <w:br/>
        <w:t>f 35084/35065/30382 35078/35060/30377 35089/35069/30386</w:t>
        <w:br/>
        <w:t>f 35088/35070/30387 35084/35065/30382 35089/35069/30386</w:t>
        <w:br/>
        <w:t>f 35078/35060/30377 35079/35059/30376 35090/35071/30388</w:t>
        <w:br/>
        <w:t>f 35089/35069/30386 35078/35060/30377 35090/35071/30388</w:t>
        <w:br/>
        <w:t>f 35091/35072/30389 35087/35068/30385 35085/35066/30383</w:t>
        <w:br/>
        <w:t>f 35086/35067/30384 35091/35072/30389 35085/35066/30383</w:t>
        <w:br/>
        <w:t>f 35067/35049/30366 35092/35073/30390 35063/35045/30362</w:t>
        <w:br/>
        <w:t>f 35064/35044/30361 35067/35049/30366 35063/35045/30362</w:t>
        <w:br/>
        <w:t>f 35067/35049/30366 35087/35068/30385 35093/35074/30391</w:t>
        <w:br/>
        <w:t>f 35092/35073/30390 35067/35049/30366 35093/35074/30391</w:t>
        <w:br/>
        <w:t>f 35087/35068/30385 35091/35072/30389 35094/35075/30392</w:t>
        <w:br/>
        <w:t>f 35093/35074/30391 35087/35068/30385 35094/35075/30392</w:t>
        <w:br/>
        <w:t>f 35091/35072/30389 35086/35067/30384 35095/35076/30393</w:t>
        <w:br/>
        <w:t>f 35094/35075/30392 35091/35072/30389 35095/35076/30393</w:t>
        <w:br/>
        <w:t>f 35086/35067/30384 35084/35065/30382 35088/35070/30387</w:t>
        <w:br/>
        <w:t>f 35095/35076/30393 35086/35067/30384 35088/35070/30387</w:t>
        <w:br/>
        <w:t>f 35081/35061/30378 35097/35077/30394 35096/35078/30395</w:t>
        <w:br/>
        <w:t>f 35080/35062/30379 35081/35061/30378 35096/35078/30395</w:t>
        <w:br/>
        <w:t>f 35079/35059/30376 35099/35079/30396 35098/35080/30397</w:t>
        <w:br/>
        <w:t>f 35090/35071/30388 35079/35059/30376 35098/35080/30397</w:t>
        <w:br/>
        <w:t>f 35079/35059/30376 35071/35052/30369 35100/35081/30398</w:t>
        <w:br/>
        <w:t>f 35099/35079/30396 35079/35059/30376 35100/35081/30398</w:t>
        <w:br/>
        <w:t>f 34714/34694/30013 35038/35020/30337 35101/35082/30399</w:t>
        <w:br/>
        <w:t>f 34713/34695/30014 34714/34694/30013 35101/35082/30399</w:t>
        <w:br/>
        <w:t>f 35103/35083/30400 35097/35077/30394 35081/35061/30378</w:t>
        <w:br/>
        <w:t>f 35102/35084/30401 35103/35083/30400 35081/35061/30378</w:t>
        <w:br/>
        <w:t>f 35102/35084/30401 35081/35061/30378 35074/35057/30374</w:t>
        <w:br/>
        <w:t>f 35104/35085/30402 35102/35084/30401 35074/35057/30374</w:t>
        <w:br/>
        <w:t>f 35102/35084/30401 35106/35086/30403 35105/35087/30404</w:t>
        <w:br/>
        <w:t>f 35103/35083/30400 35102/35084/30401 35105/35087/30404</w:t>
        <w:br/>
        <w:t>f 35106/35086/30403 35102/35084/30401 35104/35085/30402</w:t>
        <w:br/>
        <w:t>f 35107/35088/30405 35106/35086/30403 35104/35085/30402</w:t>
        <w:br/>
        <w:t>f 35110/35089/30406 35109/35090/30407 35108/35091/30408</w:t>
        <w:br/>
        <w:t>f 35111/35092/30409 35110/35089/30406 35108/35091/30408</w:t>
        <w:br/>
        <w:t>f 35111/35092/30409 35108/35091/30408 35112/35093/30410</w:t>
        <w:br/>
        <w:t>f 35113/35094/30411 35111/35092/30409 35112/35093/30410</w:t>
        <w:br/>
        <w:t>f 35115/35095/30412 35114/35096/30413 35107/35088/30405</w:t>
        <w:br/>
        <w:t>f 35104/35085/30402 35115/35095/30412 35107/35088/30405</w:t>
        <w:br/>
        <w:t>f 35118/35097/30414 35117/35098/30415 35116/35099/30416</w:t>
        <w:br/>
        <w:t>f 35114/35096/30413 35118/35097/30414 35116/35099/30416</w:t>
        <w:br/>
        <w:t>f 35119/35100/30417 35117/35098/30415 35118/35097/30414</w:t>
        <w:br/>
        <w:t>f 35120/35101/30418 35119/35100/30417 35118/35097/30414</w:t>
        <w:br/>
        <w:t>f 35123/35102/30419 35122/35103/30420 35121/35104/30421</w:t>
        <w:br/>
        <w:t>f 35124/35105/30417 35123/35102/30419 35121/35104/30421</w:t>
        <w:br/>
        <w:t>f 35126/35106/30422 35120/35101/30418 35118/35097/30414</w:t>
        <w:br/>
        <w:t>f 35125/35107/30423 35126/35106/30422 35118/35097/30414</w:t>
        <w:br/>
        <w:t>f 35114/35096/30413 35115/35095/30412 35125/35107/30423</w:t>
        <w:br/>
        <w:t>f 35118/35097/30414 35114/35096/30413 35125/35107/30423</w:t>
        <w:br/>
        <w:t>f 35126/35106/30422 34716/34700/30019 35127/35108/30424</w:t>
        <w:br/>
        <w:t>f 35120/35101/30418 35126/35106/30422 35127/35108/30424</w:t>
        <w:br/>
        <w:t>f 35104/35085/30402 35074/35057/30374 35075/35056/30373</w:t>
        <w:br/>
        <w:t>f 35115/35095/30412 35104/35085/30402 35075/35056/30373</w:t>
        <w:br/>
        <w:t>f 35115/35095/30412 35075/35056/30373 35083/35063/30380</w:t>
        <w:br/>
        <w:t>f 35125/35107/30423 35115/35095/30412 35083/35063/30380</w:t>
        <w:br/>
        <w:t>f 35126/35106/30422 35125/35107/30423 35083/35063/30380</w:t>
        <w:br/>
        <w:t>f 35128/35109/30425 35126/35106/30422 35083/35063/30380</w:t>
        <w:br/>
        <w:t>f 35100/35081/30398 35071/35052/30369 34715/34693/30012</w:t>
        <w:br/>
        <w:t>f 34712/34696/30015 35100/35081/30398 34715/34693/30012</w:t>
        <w:br/>
        <w:t>f 34719/34697/30016 35128/35109/30425 35130/35110/30426</w:t>
        <w:br/>
        <w:t>f 35129/35111/30427 34719/34697/30016 35130/35110/30426</w:t>
        <w:br/>
        <w:t>f 35128/35109/30425 35083/35063/30380 35082/35064/30381</w:t>
        <w:br/>
        <w:t>f 35130/35110/30426 35128/35109/30425 35082/35064/30381</w:t>
        <w:br/>
        <w:t>f 35132/35112/30428 35131/35113/30429 35039/35019/30336</w:t>
        <w:br/>
        <w:t>f 35040/35021/30338 35132/35112/30428 35039/35019/30336</w:t>
        <w:br/>
        <w:t>f 35128/35109/30425 34719/34697/30016 34716/34700/30019</w:t>
        <w:br/>
        <w:t>f 35126/35106/30422 35128/35109/30425 34716/34700/30019</w:t>
        <w:br/>
        <w:t>f 34718/34698/30017 34719/34697/30016 35129/35111/30427</w:t>
        <w:br/>
        <w:t>f 35133/35114/30430 34718/34698/30017 35129/35111/30427</w:t>
        <w:br/>
        <w:t>f 35131/35113/30429 35101/35082/30399 35038/35020/30337</w:t>
        <w:br/>
        <w:t>f 35039/35019/30336 35131/35113/30429 35038/35020/30337</w:t>
        <w:br/>
        <w:t>f 35043/35024/30341 35134/35115/30431 35132/35112/30428</w:t>
        <w:br/>
        <w:t>f 35040/35021/30338 35043/35024/30341 35132/35112/30428</w:t>
        <w:br/>
        <w:t>f 34720/34703/30022 35127/35108/30424 34716/34700/30019</w:t>
        <w:br/>
        <w:t>f 34717/34699/30018 34720/34703/30022 34716/34700/30019</w:t>
        <w:br/>
        <w:t>f 34718/34698/30017 35136/35116/30432 35135/35117/30433</w:t>
        <w:br/>
        <w:t>f 34717/34699/30018 34718/34698/30017 35135/35117/30433</w:t>
        <w:br/>
        <w:t>f 35138/35118/30434 35137/35119/30435 35135/35117/30433</w:t>
        <w:br/>
        <w:t>f 35136/35116/30432 35138/35118/30434 35135/35117/30433</w:t>
        <w:br/>
        <w:t>f 35136/35116/30432 35140/35120/30436 35139/35121/30437</w:t>
        <w:br/>
        <w:t>f 35138/35118/30434 35136/35116/30432 35139/35121/30437</w:t>
        <w:br/>
        <w:t>f 34717/34699/30018 35135/35117/30433 34722/34701/30020</w:t>
        <w:br/>
        <w:t>f 34720/34703/30022 34717/34699/30018 34722/34701/30020</w:t>
        <w:br/>
        <w:t>f 35142/35122/30438 35141/35123/30439 35134/35115/30431</w:t>
        <w:br/>
        <w:t>f 35043/35024/30341 35142/35122/30438 35134/35115/30431</w:t>
        <w:br/>
        <w:t>f 35138/35118/30434 35139/35121/30437 35144/35124/30440</w:t>
        <w:br/>
        <w:t>f 35143/35125/30441 35138/35118/30434 35144/35124/30440</w:t>
        <w:br/>
        <w:t>f 35043/35024/30341 35041/35022/30339 35145/35126/30442</w:t>
        <w:br/>
        <w:t>f 35142/35122/30438 35043/35024/30341 35145/35126/30442</w:t>
        <w:br/>
        <w:t>f 35147/35127/30443 35146/35128/30444 35145/35126/30442</w:t>
        <w:br/>
        <w:t>f 35020/35000/30317 35147/35127/30443 35145/35126/30442</w:t>
        <w:br/>
        <w:t>f 35020/35000/30317 35014/34996/30313 35017/34998/30315</w:t>
        <w:br/>
        <w:t>f 35147/35127/30443 35020/35000/30317 35017/34998/30315</w:t>
        <w:br/>
        <w:t>f 35146/35128/30444 35147/35127/30443 35149/35129/30445</w:t>
        <w:br/>
        <w:t>f 35148/35130/30446 35146/35128/30444 35149/35129/30445</w:t>
        <w:br/>
        <w:t>f 35010/34990/30307 35150/35131/30447 35017/34998/30315</w:t>
        <w:br/>
        <w:t>f 35009/34991/30308 35010/34990/30307 35017/34998/30315</w:t>
        <w:br/>
        <w:t>f 35010/34990/30307 35007/34987/30304 35005/34985/30302</w:t>
        <w:br/>
        <w:t>f 35151/35132/30448 35010/34990/30307 35005/34985/30302</w:t>
        <w:br/>
        <w:t>f 35147/35127/30443 35017/34998/30315 35150/35131/30447</w:t>
        <w:br/>
        <w:t>f 35149/35129/30445 35147/35127/30443 35150/35131/30447</w:t>
        <w:br/>
        <w:t>f 35152/35133/30449 35150/35131/30447 35010/34990/30307</w:t>
        <w:br/>
        <w:t>f 35151/35132/30448 35152/35133/30449 35010/34990/30307</w:t>
        <w:br/>
        <w:t>f 35004/34986/30303 35153/35134/30450 35151/35132/30448</w:t>
        <w:br/>
        <w:t>f 35005/34985/30302 35004/34986/30303 35151/35132/30448</w:t>
        <w:br/>
        <w:t>f 35004/34986/30303 34999/34981/30298 35003/34984/30301</w:t>
        <w:br/>
        <w:t>f 35154/35135/30451 35004/34986/30303 35003/34984/30301</w:t>
        <w:br/>
        <w:t>f 35155/35136/30452 35152/35133/30449 35151/35132/30448</w:t>
        <w:br/>
        <w:t>f 35153/35134/30450 35155/35136/30452 35151/35132/30448</w:t>
        <w:br/>
        <w:t>f 35154/35135/30451 35156/35137/30453 35153/35134/30450</w:t>
        <w:br/>
        <w:t>f 35004/34986/30303 35154/35135/30451 35153/35134/30450</w:t>
        <w:br/>
        <w:t>f 35157/35138/30454 35149/35129/30445 35150/35131/30447</w:t>
        <w:br/>
        <w:t>f 35152/35133/30449 35157/35138/30454 35150/35131/30447</w:t>
        <w:br/>
        <w:t>f 35152/35133/30449 35155/35136/30452 35158/35139/30455</w:t>
        <w:br/>
        <w:t>f 35157/35138/30454 35152/35133/30449 35158/35139/30455</w:t>
        <w:br/>
        <w:t>f 35157/35138/30454 35159/35140/30456 35148/35130/30446</w:t>
        <w:br/>
        <w:t>f 35149/35129/30445 35157/35138/30454 35148/35130/30446</w:t>
        <w:br/>
        <w:t>f 35157/35138/30454 35158/35139/30455 35160/35141/30457</w:t>
        <w:br/>
        <w:t>f 35159/35140/30456 35157/35138/30454 35160/35141/30457</w:t>
        <w:br/>
        <w:t>f 35155/35136/30452 35162/35142/30458 35161/35143/30459</w:t>
        <w:br/>
        <w:t>f 35158/35139/30455 35155/35136/30452 35161/35143/30459</w:t>
        <w:br/>
        <w:t>f 35159/35140/30456 35164/35144/30460 35163/35145/30461</w:t>
        <w:br/>
        <w:t>f 35148/35130/30446 35159/35140/30456 35163/35145/30461</w:t>
        <w:br/>
        <w:t>f 35165/35146/30462 35164/35144/30460 35159/35140/30456</w:t>
        <w:br/>
        <w:t>f 35160/35141/30457 35165/35146/30462 35159/35140/30456</w:t>
        <w:br/>
        <w:t>f 35169/35147/30463 35168/35148/30464 35167/35149/30465</w:t>
        <w:br/>
        <w:t>f 35166/35150/30466 35169/35147/30463 35167/35149/30465</w:t>
        <w:br/>
        <w:t>f 35166/35150/30466 35167/35149/30465 35171/35151/30467</w:t>
        <w:br/>
        <w:t>f 35170/35152/30468 35166/35150/30466 35171/35151/30467</w:t>
        <w:br/>
        <w:t>f 35174/35153/30469 35173/35154/30470 35172/35155/30471</w:t>
        <w:br/>
        <w:t>f 34722/34701/30020 35174/35153/30469 35172/35155/30471</w:t>
        <w:br/>
        <w:t>f 35178/35156/30472 35177/35157/30473 35176/35158/30474</w:t>
        <w:br/>
        <w:t>f 35175/35159/30475 35178/35156/30472 35176/35158/30474</w:t>
        <w:br/>
        <w:t>f 35182/35160/30476 35181/35161/30477 35180/35162/30478</w:t>
        <w:br/>
        <w:t>f 35179/35163/30479 35182/35160/30476 35180/35162/30478</w:t>
        <w:br/>
        <w:t>f 35184/35164/30480 35183/35165/30481 35175/35159/30475</w:t>
        <w:br/>
        <w:t>f 35176/35158/30474 35184/35164/30480 35175/35159/30475</w:t>
        <w:br/>
        <w:t>f 35185/35166/30478 35175/35159/30475 35183/35165/30481</w:t>
        <w:br/>
        <w:t>f 35186/35167/30482 35185/35166/30478 35183/35165/30481</w:t>
        <w:br/>
        <w:t>f 35189/35168/30483 35188/35169/30484 35187/35170/30485</w:t>
        <w:br/>
        <w:t>f 35190/35171/30486 35189/35168/30483 35187/35170/30485</w:t>
        <w:br/>
        <w:t>f 35183/35165/30481 35184/35164/30480 35192/35172/30487</w:t>
        <w:br/>
        <w:t>f 35191/35173/30488 35183/35165/30481 35192/35172/30487</w:t>
        <w:br/>
        <w:t>f 35188/35169/30484 35194/35174/30489 35193/35175/30490</w:t>
        <w:br/>
        <w:t>f 35187/35170/30485 35188/35169/30484 35193/35175/30490</w:t>
        <w:br/>
        <w:t>f 35196/35176/30491 35195/35177/30492 35191/35173/30488</w:t>
        <w:br/>
        <w:t>f 35192/35172/30487 35196/35176/30491 35191/35173/30488</w:t>
        <w:br/>
        <w:t>f 35198/35178/30493 35195/35177/30492 35197/35179/30494</w:t>
        <w:br/>
        <w:t>f 35199/35180/30495 35198/35178/30493 35197/35179/30494</w:t>
        <w:br/>
        <w:t>f 35202/35181/30496 35201/35182/30497 35163/35145/30461</w:t>
        <w:br/>
        <w:t>f 35200/35183/30498 35202/35181/30496 35163/35145/30461</w:t>
        <w:br/>
        <w:t>f 35192/35172/30487 35170/35152/30468 35203/35184/30499</w:t>
        <w:br/>
        <w:t>f 35196/35176/30491 35192/35172/30487 35203/35184/30499</w:t>
        <w:br/>
        <w:t>f 35206/35185/30500 35165/35146/30462 35205/35186/30501</w:t>
        <w:br/>
        <w:t>f 35204/35187/30502 35206/35185/30500 35205/35186/30501</w:t>
        <w:br/>
        <w:t>f 35164/35144/30460 35207/35188/30503 35200/35183/30498</w:t>
        <w:br/>
        <w:t>f 35163/35145/30461 35164/35144/30460 35200/35183/30498</w:t>
        <w:br/>
        <w:t>f 35203/35184/30499 35210/35189/30504 35209/35190/30505</w:t>
        <w:br/>
        <w:t>f 35208/35191/30506 35203/35184/30499 35209/35190/30505</w:t>
        <w:br/>
        <w:t>f 35205/35186/30501 35165/35146/30462 35160/35141/30457</w:t>
        <w:br/>
        <w:t>f 35211/35192/30507 35205/35186/30501 35160/35141/30457</w:t>
        <w:br/>
        <w:t>f 35158/35139/30455 35161/35143/30459 35211/35192/30507</w:t>
        <w:br/>
        <w:t>f 35160/35141/30457 35158/35139/30455 35211/35192/30507</w:t>
        <w:br/>
        <w:t>f 35204/35187/30502 35205/35186/30501 35213/35193/30508</w:t>
        <w:br/>
        <w:t>f 35212/35194/30509 35204/35187/30502 35213/35193/30508</w:t>
        <w:br/>
        <w:t>f 35196/35176/30491 35203/35184/30499 35208/35191/30506</w:t>
        <w:br/>
        <w:t>f 35214/35195/30510 35196/35176/30491 35208/35191/30506</w:t>
        <w:br/>
        <w:t>f 35211/35192/30507 35215/35196/30511 35213/35193/30508</w:t>
        <w:br/>
        <w:t>f 35205/35186/30501 35211/35192/30507 35213/35193/30508</w:t>
        <w:br/>
        <w:t>f 35161/35143/30459 35216/35197/30512 35215/35196/30511</w:t>
        <w:br/>
        <w:t>f 35211/35192/30507 35161/35143/30459 35215/35196/30511</w:t>
        <w:br/>
        <w:t>f 35195/35177/30492 35196/35176/30491 35214/35195/30510</w:t>
        <w:br/>
        <w:t>f 35197/35179/30494 35195/35177/30492 35214/35195/30510</w:t>
        <w:br/>
        <w:t>f 35154/35135/30451 35003/34984/30301 35218/35198/30513</w:t>
        <w:br/>
        <w:t>f 35217/35199/30514 35154/35135/30451 35218/35198/30513</w:t>
        <w:br/>
        <w:t>f 35217/35199/30514 35219/35200/30515 35156/35137/30453</w:t>
        <w:br/>
        <w:t>f 35154/35135/30451 35217/35199/30514 35156/35137/30453</w:t>
        <w:br/>
        <w:t>f 35153/35134/30450 35156/35137/30453 35162/35142/30458</w:t>
        <w:br/>
        <w:t>f 35155/35136/30452 35153/35134/30450 35162/35142/30458</w:t>
        <w:br/>
        <w:t>f 35162/35142/30458 35220/35201/30516 35216/35197/30512</w:t>
        <w:br/>
        <w:t>f 35161/35143/30459 35162/35142/30458 35216/35197/30512</w:t>
        <w:br/>
        <w:t>f 35156/35137/30453 35219/35200/30515 35220/35201/30516</w:t>
        <w:br/>
        <w:t>f 35162/35142/30458 35156/35137/30453 35220/35201/30516</w:t>
        <w:br/>
        <w:t>f 34896/34877/30194 34812/34792/30110 34811/34793/30111</w:t>
        <w:br/>
        <w:t>f 34964/34944/30261 34961/34942/30259 34966/34948/30265</w:t>
        <w:br/>
        <w:t>f 34972/34952/30269 34964/34944/30261 34966/34948/30265</w:t>
        <w:br/>
        <w:t>f 34995/34976/30293 35000/34980/30297 34988/34969/30286</w:t>
        <w:br/>
        <w:t>f 34983/34966/30283 34995/34976/30293 34988/34969/30286</w:t>
        <w:br/>
        <w:t>f 35000/34980/30297 35005/34985/30302 35007/34987/30304</w:t>
        <w:br/>
        <w:t>f 34988/34969/30286 35000/34980/30297 35007/34987/30304</w:t>
        <w:br/>
        <w:t>f 35001/34983/30300 35218/35198/30513 35003/34984/30301</w:t>
        <w:br/>
        <w:t>f 35002/34982/30299 35001/34983/30300 35003/34984/30301</w:t>
        <w:br/>
        <w:t>f 34998/34979/30296 34993/34975/30292 34996/34978/30295</w:t>
        <w:br/>
        <w:t>f 35002/34982/30299 34998/34979/30296 34996/34978/30295</w:t>
        <w:br/>
        <w:t>f 34980/34962/30279 34979/34959/30276 34954/34935/30252</w:t>
        <w:br/>
        <w:t>f 34963/34945/30262 34980/34962/30279 34954/34935/30252</w:t>
        <w:br/>
        <w:t>f 34963/34945/30262 34954/34935/30252 34950/34931/30248</w:t>
        <w:br/>
        <w:t>f 34953/34934/30251 34963/34945/30262 34950/34931/30248</w:t>
        <w:br/>
        <w:t>f 34930/34911/30228 34916/34897/30214 34932/34913/30230</w:t>
        <w:br/>
        <w:t>f 34915/34896/30213 34912/34894/30211 34913/34893/30210</w:t>
        <w:br/>
        <w:t>f 34919/34899/30216 34912/34894/30211 34915/34896/30213</w:t>
        <w:br/>
        <w:t>f 34758/34739/30057 34849/34830/30148 34753/34734/30052</w:t>
        <w:br/>
        <w:t>f 35071/35052/30369 35073/35053/30370 35070/35051/30368</w:t>
        <w:br/>
        <w:t>f 35047/35028/30345 35071/35052/30369 35070/35051/30368</w:t>
        <w:br/>
        <w:t>f 35114/35096/30413 35116/35099/30416 35221/35202/30517</w:t>
        <w:br/>
        <w:t>f 35107/35088/30405 35114/35096/30413 35221/35202/30517</w:t>
        <w:br/>
        <w:t>f 35184/35164/30480 35166/35150/30466 35170/35152/30468</w:t>
        <w:br/>
        <w:t>f 35192/35172/30487 35184/35164/30480 35170/35152/30468</w:t>
        <w:br/>
        <w:t>f 35142/35122/30438 35145/35126/30442 35146/35128/30444</w:t>
        <w:br/>
        <w:t>f 35201/35182/30497 35142/35122/30438 35146/35128/30444</w:t>
        <w:br/>
        <w:t>f 35041/35022/30339 35019/35001/30318 35020/35000/30317</w:t>
        <w:br/>
        <w:t>f 35145/35126/30442 35041/35022/30339 35020/35000/30317</w:t>
        <w:br/>
        <w:t>f 35148/35130/30446 35163/35145/30461 35201/35182/30497</w:t>
        <w:br/>
        <w:t>f 35146/35128/30444 35148/35130/30446 35201/35182/30497</w:t>
        <w:br/>
        <w:t>f 35165/35146/30462 35206/35185/30500 35207/35188/30503</w:t>
        <w:br/>
        <w:t>f 35164/35144/30460 35165/35146/30462 35207/35188/30503</w:t>
        <w:br/>
        <w:t>f 35143/35125/30441 35144/35124/30440 35168/35148/30464</w:t>
        <w:br/>
        <w:t>f 35169/35147/30463 35143/35125/30441 35168/35148/30464</w:t>
        <w:br/>
        <w:t>f 35141/35123/30439 35142/35122/30438 35201/35182/30497</w:t>
        <w:br/>
        <w:t>f 35202/35181/30496 35141/35123/30439 35201/35182/30497</w:t>
        <w:br/>
        <w:t>f 35210/35189/30504 35203/35184/30499 35170/35152/30468</w:t>
        <w:br/>
        <w:t>f 35171/35151/30467 35210/35189/30504 35170/35152/30468</w:t>
        <w:br/>
        <w:t>f 35012/34993/30310 35015/34995/30312 35013/34994/30311</w:t>
        <w:br/>
        <w:t>f 34951/34933/30250 35012/34993/30310 35013/34994/30311</w:t>
        <w:br/>
        <w:t>f 35016/34997/30314 35013/34994/30311 35015/34995/30312</w:t>
        <w:br/>
        <w:t>f 35019/35001/30318 35016/34997/30314 35015/34995/30312</w:t>
        <w:br/>
        <w:t>f 35018/34999/30316 35016/34997/30314 35021/35002/30319</w:t>
        <w:br/>
        <w:t>f 35137/35119/30435 35138/35118/30434 35143/35125/30441</w:t>
        <w:br/>
        <w:t>f 35177/35157/30473 35137/35119/30435 35143/35125/30441</w:t>
        <w:br/>
        <w:t>f 35177/35157/30473 35143/35125/30441 35169/35147/30463</w:t>
        <w:br/>
        <w:t>f 35176/35158/30474 35177/35157/30473 35169/35147/30463</w:t>
        <w:br/>
        <w:t>f 35176/35158/30474 35169/35147/30463 35166/35150/30466</w:t>
        <w:br/>
        <w:t>f 35184/35164/30480 35176/35158/30474 35166/35150/30466</w:t>
        <w:br/>
        <w:t>f 34722/34701/30020 35135/35117/30433 35137/35119/30435</w:t>
        <w:br/>
        <w:t>f 35174/35153/30469 34722/34701/30020 35137/35119/30435</w:t>
        <w:br/>
        <w:t>f 35174/35153/30469 35137/35119/30435 35177/35157/30473</w:t>
        <w:br/>
        <w:t>f 35178/35156/30472 35174/35153/30469 35177/35157/30473</w:t>
        <w:br/>
        <w:t>f 35133/35114/30430 35140/35120/30436 35136/35116/30432</w:t>
        <w:br/>
        <w:t>f 34718/34698/30017 35133/35114/30430 35136/35116/30432</w:t>
        <w:br/>
        <w:t>f 35223/35203/30518 35222/35204/30519 35181/35161/30477</w:t>
        <w:br/>
        <w:t>f 35182/35160/30476 35223/35203/30518 35181/35161/30477</w:t>
        <w:br/>
        <w:t>f 34991/34971/30288 34992/34970/30287 34994/34974/30291</w:t>
        <w:br/>
        <w:t>f 35224/35205/30520 34991/34971/30288 34994/34974/30291</w:t>
        <w:br/>
        <w:t>f 34773/34754/30072 34770/34750/30068 34772/34752/30070</w:t>
        <w:br/>
        <w:t>f 34770/34750/30068 34773/34754/30072 34764/34745/30063</w:t>
        <w:br/>
        <w:t>f 34960/34943/30260 34958/34936/30253 34955/34939/30256</w:t>
        <w:br/>
        <w:t>f 34959/34940/30257 34960/34943/30260 34955/34939/30256</w:t>
        <w:br/>
        <w:t>f 34850/34832/30150 34853/34835/30153 34859/34841/30159</w:t>
        <w:br/>
        <w:t>f 34852/34833/30151 34850/34832/30150 34859/34841/30159</w:t>
        <w:br/>
        <w:t>f 34885/34867/30184 34891/34873/30190 34892/34872/30189</w:t>
        <w:br/>
        <w:t>f 34886/34866/30183 34885/34867/30184 34892/34872/30189</w:t>
        <w:br/>
        <w:t>f 35122/35103/30420 35123/35102/30419 35225/35206/30521</w:t>
        <w:br/>
        <w:t>f 35226/35207/30522 35122/35103/30420 35225/35206/30521</w:t>
        <w:br/>
        <w:t>f 34760/34742/30060 34845/34826/30144 34758/34739/30057</w:t>
        <w:br/>
        <w:t>f 34754/34736/30054 34760/34742/30060 34758/34739/30057</w:t>
        <w:br/>
        <w:t>f 34777/34757/30075 34773/34754/30072 34772/34752/30070</w:t>
        <w:br/>
        <w:t>f 34872/34852/30170 34867/34849/30167 34868/34848/30166</w:t>
        <w:br/>
        <w:t>f 34956/34938/30255 33504/34566/29890 34955/34939/30256</w:t>
        <w:br/>
        <w:t>f 34957/34937/30254 34953/34934/30251 34941/34922/30239</w:t>
        <w:br/>
        <w:t>f 34956/34938/30255 34957/34937/30254 34941/34922/30239</w:t>
        <w:br/>
        <w:t>f 34993/34975/30292 34994/34974/30291 34992/34970/30287</w:t>
        <w:br/>
        <w:t>f 34996/34978/30295 34993/34975/30292 34992/34970/30287</w:t>
        <w:br/>
        <w:t>f 35224/35205/30520 34994/34974/30291 34976/34956/30273</w:t>
        <w:br/>
        <w:t>f 34977/34955/30272 35224/35205/30520 34976/34956/30273</w:t>
        <w:br/>
        <w:t>f 34974/34958/30275 34975/34957/30274 34969/34951/30268</w:t>
        <w:br/>
        <w:t>f 34970/34950/30267 34974/34958/30275 34969/34951/30268</w:t>
        <w:br/>
        <w:t>f 34975/34957/30274 34984/34965/30282 34973/34954/30271</w:t>
        <w:br/>
        <w:t>f 34969/34951/30268 34975/34957/30274 34973/34954/30271</w:t>
        <w:br/>
        <w:t>f 34973/34954/30271 34985/34964/30281 34981/34961/30278</w:t>
        <w:br/>
        <w:t>f 34971/34953/30270 34973/34954/30271 34981/34961/30278</w:t>
        <w:br/>
        <w:t>f 34961/34942/30259 34962/34941/30258 34965/34949/30266</w:t>
        <w:br/>
        <w:t>f 34966/34948/30265 34961/34942/30259 34965/34949/30266</w:t>
        <w:br/>
        <w:t>f 34957/34937/30254 34958/34936/30253 34961/34942/30259</w:t>
        <w:br/>
        <w:t>f 34964/34944/30261 34957/34937/30254 34961/34942/30259</w:t>
        <w:br/>
        <w:t>f 34963/34945/30262 34964/34944/30261 34972/34952/30269</w:t>
        <w:br/>
        <w:t>f 34980/34962/30279 34963/34945/30262 34972/34952/30269</w:t>
        <w:br/>
        <w:t>f 34956/34938/30255 33503/34567/29891 33504/34566/29890</w:t>
        <w:br/>
        <w:t>f 34794/34774/30092 34797/34777/30095 34800/34779/30097</w:t>
        <w:br/>
        <w:t>f 34795/34776/30094 34794/34774/30092 34800/34779/30097</w:t>
        <w:br/>
        <w:t>f 34803/34784/30102 34800/34779/30097 34797/34777/30095</w:t>
        <w:br/>
        <w:t>f 34801/34783/30101 34803/34784/30102 34797/34777/30095</w:t>
        <w:br/>
        <w:t>f 33538/34599/29920 34809/34789/30107 34803/34784/30102</w:t>
        <w:br/>
        <w:t>f 34801/34783/30101 33538/34599/29920 34803/34784/30102</w:t>
        <w:br/>
        <w:t>f 34809/34789/30107 33538/34599/29920 33516/34576/29899</w:t>
        <w:br/>
        <w:t>f 34903/34883/30200 34809/34789/30107 33516/34576/29899</w:t>
        <w:br/>
        <w:t>f 33516/34576/29899 33508/34570/29894 34909/34890/30207</w:t>
        <w:br/>
        <w:t>f 34903/34883/30200 33516/34576/29899 34909/34890/30207</w:t>
        <w:br/>
        <w:t>f 33509/34569/29893 34934/34914/30231 34909/34890/30207</w:t>
        <w:br/>
        <w:t>f 33508/34570/29894 33509/34569/29893 34909/34890/30207</w:t>
        <w:br/>
        <w:t>f 33503/34567/29891 34938/34918/30235 34934/34914/30231</w:t>
        <w:br/>
        <w:t>f 33509/34569/29893 33503/34567/29891 34934/34914/30231</w:t>
        <w:br/>
        <w:t>f 34911/34892/30209 34933/34915/30232 34937/34919/30236</w:t>
        <w:br/>
        <w:t>f 34932/34913/30230 34911/34892/30209 34937/34919/30236</w:t>
        <w:br/>
        <w:t>f 34907/34888/30205 34910/34891/30208 34933/34915/30232</w:t>
        <w:br/>
        <w:t>f 34911/34892/30209 34907/34888/30205 34933/34915/30232</w:t>
        <w:br/>
        <w:t>f 34910/34891/30208 34907/34888/30205 34904/34885/30202</w:t>
        <w:br/>
        <w:t>f 34902/34884/30201 34910/34891/30208 34904/34885/30202</w:t>
        <w:br/>
        <w:t>f 34902/34884/30201 34904/34885/30202 34901/34882/30199</w:t>
        <w:br/>
        <w:t>f 34808/34790/30108 34902/34884/30201 34901/34882/30199</w:t>
        <w:br/>
        <w:t>f 34808/34790/30108 34901/34882/30199 34898/34878/30195</w:t>
        <w:br/>
        <w:t>f 34804/34785/30103 34808/34790/30108 34898/34878/30195</w:t>
        <w:br/>
        <w:t>f 34811/34793/30111 34799/34780/30098 34804/34785/30103</w:t>
        <w:br/>
        <w:t>f 34898/34878/30195 34811/34793/30111 34804/34785/30103</w:t>
        <w:br/>
        <w:t>f 34799/34780/30098 34811/34793/30111 34798/34781/30099</w:t>
        <w:br/>
        <w:t>f 34956/34938/30255 34941/34922/30239 34938/34918/30235</w:t>
        <w:br/>
        <w:t>f 35077/35058/30375 35100/35081/30398 34712/34696/30015</w:t>
        <w:br/>
        <w:t>f 35076/35055/30372 35077/35058/30375 34712/34696/30015</w:t>
        <w:br/>
        <w:t>f 35080/35062/30379 35099/35079/30396 35100/35081/30398</w:t>
        <w:br/>
        <w:t>f 35077/35058/30375 35080/35062/30379 35100/35081/30398</w:t>
        <w:br/>
        <w:t>f 35076/35055/30372 34712/34696/30015 34713/34695/30014</w:t>
        <w:br/>
        <w:t>f 35082/35064/30381 35076/35055/30372 34713/34695/30014</w:t>
        <w:br/>
        <w:t>f 35096/35078/30395 35098/35080/30397 35099/35079/30396</w:t>
        <w:br/>
        <w:t>f 35080/35062/30379 35096/35078/30395 35099/35079/30396</w:t>
        <w:br/>
        <w:t>f 35101/35082/30399 35130/35110/30426 35082/35064/30381</w:t>
        <w:br/>
        <w:t>f 34713/34695/30014 35101/35082/30399 35082/35064/30381</w:t>
        <w:br/>
        <w:t>f 35101/35082/30399 35131/35113/30429 35129/35111/30427</w:t>
        <w:br/>
        <w:t>f 35130/35110/30426 35101/35082/30399 35129/35111/30427</w:t>
        <w:br/>
        <w:t>f 35131/35113/30429 35132/35112/30428 35133/35114/30430</w:t>
        <w:br/>
        <w:t>f 35129/35111/30427 35131/35113/30429 35133/35114/30430</w:t>
        <w:br/>
        <w:t>f 35132/35112/30428 35134/35115/30431 35140/35120/30436</w:t>
        <w:br/>
        <w:t>f 35133/35114/30430 35132/35112/30428 35140/35120/30436</w:t>
        <w:br/>
        <w:t>f 35140/35120/30436 35134/35115/30431 35141/35123/30439</w:t>
        <w:br/>
        <w:t>f 35139/35121/30437 35140/35120/30436 35141/35123/30439</w:t>
        <w:br/>
        <w:t>f 35207/35188/30503 35167/35149/30465 35168/35148/30464</w:t>
        <w:br/>
        <w:t>f 35200/35183/30498 35207/35188/30503 35168/35148/30464</w:t>
        <w:br/>
        <w:t>f 35167/35149/30465 35207/35188/30503 35206/35185/30500</w:t>
        <w:br/>
        <w:t>f 35171/35151/30467 35167/35149/30465 35206/35185/30500</w:t>
        <w:br/>
        <w:t>f 35171/35151/30467 35206/35185/30500 35204/35187/30502</w:t>
        <w:br/>
        <w:t>f 35210/35189/30504 35171/35151/30467 35204/35187/30502</w:t>
        <w:br/>
        <w:t>f 35210/35189/30504 35204/35187/30502 35212/35194/30509</w:t>
        <w:br/>
        <w:t>f 35209/35190/30505 35210/35189/30504 35212/35194/30509</w:t>
        <w:br/>
        <w:t>f 35202/35181/30496 35144/35124/30440 35139/35121/30437</w:t>
        <w:br/>
        <w:t>f 35141/35123/30439 35202/35181/30496 35139/35121/30437</w:t>
        <w:br/>
        <w:t>f 35200/35183/30498 35168/35148/30464 35144/35124/30440</w:t>
        <w:br/>
        <w:t>f 35202/35181/30496 35200/35183/30498 35144/35124/30440</w:t>
        <w:br/>
        <w:t>f 35227/35208/30523 34880/34859/30176 34881/34862/30179</w:t>
        <w:br/>
        <w:t>f 34883/34863/30180 35227/35208/30523 34881/34862/30179</w:t>
        <w:br/>
        <w:t>f 34913/34893/30210 34870/34851/30169 34906/34887/30204</w:t>
        <w:br/>
        <w:t>f 35231/35209/30524 35230/35210/30525 35229/35211/30526</w:t>
        <w:br/>
        <w:t>f 35228/35212/30527 35231/35209/30524 35229/35211/30526</w:t>
        <w:br/>
        <w:t>f 35235/35213/30528 35234/35214/30529 35233/35215/30530</w:t>
        <w:br/>
        <w:t>f 35232/35216/30531 35235/35213/30528 35233/35215/30530</w:t>
        <w:br/>
        <w:t>f 35238/35217/30532 35237/35218/30533 35236/35219/30534</w:t>
        <w:br/>
        <w:t>f 35240/35220/30535 35239/35221/30536 34724/34706/30024</w:t>
        <w:br/>
        <w:t>f 34725/34705/20764 35240/35220/30535 34724/34706/30024</w:t>
        <w:br/>
        <w:t>f 35241/35222/30537 35240/35220/30535 34725/34705/20764</w:t>
        <w:br/>
        <w:t>f 34727/34709/30027 35241/35222/30537 34725/34705/20764</w:t>
        <w:br/>
        <w:t>f 35242/35223/30538 35241/35222/30537 34727/34709/30027</w:t>
        <w:br/>
        <w:t>f 34729/34711/30029 35242/35223/30538 34727/34709/30027</w:t>
        <w:br/>
        <w:t>f 34729/34711/30029 34731/34713/30031 35243/35224/30539</w:t>
        <w:br/>
        <w:t>f 35242/35223/30538 34729/34711/30029 35243/35224/30539</w:t>
        <w:br/>
        <w:t>f 35245/35225/30540 35244/35226/30541 35241/35222/30537</w:t>
        <w:br/>
        <w:t>f 35242/35223/30538 35245/35225/30540 35241/35222/30537</w:t>
        <w:br/>
        <w:t>f 35242/35223/30538 35243/35224/30539 35246/35227/30542</w:t>
        <w:br/>
        <w:t>f 35245/35225/30540 35242/35223/30538 35246/35227/30542</w:t>
        <w:br/>
        <w:t>f 34731/34713/30031 34736/34718/30036 35247/35228/30543</w:t>
        <w:br/>
        <w:t>f 35243/35224/30539 34731/34713/30031 35247/35228/30543</w:t>
        <w:br/>
        <w:t>f 35240/35220/30535 35241/35222/30537 35244/35226/30541</w:t>
        <w:br/>
        <w:t>f 35248/35229/30544 35240/35220/30535 35244/35226/30541</w:t>
        <w:br/>
        <w:t>f 35249/35230/30545 35247/35228/30543 34736/34718/30036</w:t>
        <w:br/>
        <w:t>f 34739/34721/30039 35249/35230/30545 34736/34718/30036</w:t>
        <w:br/>
        <w:t>f 34739/34721/30039 34741/34723/30041 35250/35231/30546</w:t>
        <w:br/>
        <w:t>f 35249/35230/30545 34739/34721/30039 35250/35231/30546</w:t>
        <w:br/>
        <w:t>f 35251/35232/30547 35250/35231/30546 34741/34723/30041</w:t>
        <w:br/>
        <w:t>f 34743/34725/30043 35251/35232/30547 34741/34723/30041</w:t>
        <w:br/>
        <w:t>f 35249/35230/30545 35250/35231/30546 35252/35233/30548</w:t>
        <w:br/>
        <w:t>f 35253/35234/30549 35249/35230/30545 35252/35233/30548</w:t>
        <w:br/>
        <w:t>f 35253/35234/30549 35254/35235/30550 35247/35228/30543</w:t>
        <w:br/>
        <w:t>f 35249/35230/30545 35253/35234/30549 35247/35228/30543</w:t>
        <w:br/>
        <w:t>f 35254/35235/30550 35246/35227/30542 35243/35224/30539</w:t>
        <w:br/>
        <w:t>f 35247/35228/30543 35254/35235/30550 35243/35224/30539</w:t>
        <w:br/>
        <w:t>f 35255/35236/30551 35252/35233/30548 35250/35231/30546</w:t>
        <w:br/>
        <w:t>f 35251/35232/30547 35255/35236/30551 35250/35231/30546</w:t>
        <w:br/>
        <w:t>f 35253/35234/30549 35257/35237/30552 35256/35238/30553</w:t>
        <w:br/>
        <w:t>f 35254/35235/30550 35253/35234/30549 35256/35238/30553</w:t>
        <w:br/>
        <w:t>f 35252/35233/30548 35258/35239/30554 35257/35237/30552</w:t>
        <w:br/>
        <w:t>f 35253/35234/30549 35252/35233/30548 35257/35237/30552</w:t>
        <w:br/>
        <w:t>f 35256/35238/30553 35259/35240/30555 35246/35227/30542</w:t>
        <w:br/>
        <w:t>f 35254/35235/30550 35256/35238/30553 35246/35227/30542</w:t>
        <w:br/>
        <w:t>f 35255/35236/30551 35260/35241/30556 35258/35239/30554</w:t>
        <w:br/>
        <w:t>f 35252/35233/30548 35255/35236/30551 35258/35239/30554</w:t>
        <w:br/>
        <w:t>f 35257/35237/30552 35262/35242/30557 35261/35243/30558</w:t>
        <w:br/>
        <w:t>f 35256/35238/30553 35257/35237/30552 35261/35243/30558</w:t>
        <w:br/>
        <w:t>f 35262/35242/30557 35257/35237/30552 35258/35239/30554</w:t>
        <w:br/>
        <w:t>f 35259/35240/30555 35263/35244/30559 35245/35225/30540</w:t>
        <w:br/>
        <w:t>f 35246/35227/30542 35259/35240/30555 35245/35225/30540</w:t>
        <w:br/>
        <w:t>f 35256/35238/30553 35261/35243/30558 35264/35245/30560</w:t>
        <w:br/>
        <w:t>f 35259/35240/30555 35256/35238/30553 35264/35245/30560</w:t>
        <w:br/>
        <w:t>f 35262/35242/30557 35258/35239/30554 35265/35246/30561</w:t>
        <w:br/>
        <w:t>f 35244/35226/30541 35245/35225/30540 35263/35244/30559</w:t>
        <w:br/>
        <w:t>f 35266/35247/30562 35244/35226/30541 35263/35244/30559</w:t>
        <w:br/>
        <w:t>f 35268/35248/30563 35267/35249/30564 35261/35243/30558</w:t>
        <w:br/>
        <w:t>f 35262/35242/30557 35268/35248/30563 35261/35243/30558</w:t>
        <w:br/>
        <w:t>f 35266/35247/30562 35269/35250/30565 35248/35229/30544</w:t>
        <w:br/>
        <w:t>f 35244/35226/30541 35266/35247/30562 35248/35229/30544</w:t>
        <w:br/>
        <w:t>f 35261/35243/30558 35267/35249/30564 35270/35251/30566</w:t>
        <w:br/>
        <w:t>f 35264/35245/30560 35261/35243/30558 35270/35251/30566</w:t>
        <w:br/>
        <w:t>f 35248/35229/30544 35271/35252/30567 35239/35221/30536</w:t>
        <w:br/>
        <w:t>f 35240/35220/30535 35248/35229/30544 35239/35221/30536</w:t>
        <w:br/>
        <w:t>f 35239/35221/30536 35272/35253/30568 34766/34746/30064</w:t>
        <w:br/>
        <w:t>f 34724/34706/30024 35239/35221/30536 34766/34746/30064</w:t>
        <w:br/>
        <w:t>f 34768/34748/30066 34766/34746/30064 35272/35253/30568</w:t>
        <w:br/>
        <w:t>f 35273/35254/30569 34768/34748/30066 35272/35253/30568</w:t>
        <w:br/>
        <w:t>f 35275/35255/30570 35274/35256/30571 35273/35254/30569</w:t>
        <w:br/>
        <w:t>f 35272/35253/30568 35275/35255/30570 35273/35254/30569</w:t>
        <w:br/>
        <w:t>f 35272/35253/30568 35239/35221/30536 35271/35252/30567</w:t>
        <w:br/>
        <w:t>f 35275/35255/30570 35272/35253/30568 35271/35252/30567</w:t>
        <w:br/>
        <w:t>f 35277/35257/30572 35276/35258/30573 35274/35256/30571</w:t>
        <w:br/>
        <w:t>f 35275/35255/30570 35277/35257/30572 35274/35256/30571</w:t>
        <w:br/>
        <w:t>f 35269/35250/30565 35278/35259/30574 35271/35252/30567</w:t>
        <w:br/>
        <w:t>f 35248/35229/30544 35269/35250/30565 35271/35252/30567</w:t>
        <w:br/>
        <w:t>f 35280/35260/30575 35279/35261/30576 35276/35258/30573</w:t>
        <w:br/>
        <w:t>f 35277/35257/30572 35280/35260/30575 35276/35258/30573</w:t>
        <w:br/>
        <w:t>f 35278/35259/30574 35269/35250/30565 35282/35262/30577</w:t>
        <w:br/>
        <w:t>f 35281/35263/30578 35278/35259/30574 35282/35262/30577</w:t>
        <w:br/>
        <w:t>f 35283/35264/30579 35280/35260/30575 35277/35257/30572</w:t>
        <w:br/>
        <w:t>f 35281/35263/30578 35283/35264/30579 35277/35257/30572</w:t>
        <w:br/>
        <w:t>f 35285/35265/30580 35284/35266/30581 35279/35261/30576</w:t>
        <w:br/>
        <w:t>f 35280/35260/30575 35285/35265/30580 35279/35261/30576</w:t>
        <w:br/>
        <w:t>f 35280/35260/30575 35283/35264/30579 35286/35267/30582</w:t>
        <w:br/>
        <w:t>f 35285/35265/30580 35280/35260/30575 35286/35267/30582</w:t>
        <w:br/>
        <w:t>f 35287/35268/30583 35283/35264/30579 35281/35263/30578</w:t>
        <w:br/>
        <w:t>f 35282/35262/30577 35287/35268/30583 35281/35263/30578</w:t>
        <w:br/>
        <w:t>f 35288/35269/30584 35286/35267/30582 35283/35264/30579</w:t>
        <w:br/>
        <w:t>f 35287/35268/30583 35288/35269/30584 35283/35264/30579</w:t>
        <w:br/>
        <w:t>f 35290/35270/30585 35289/35271/30586 35284/35266/30581</w:t>
        <w:br/>
        <w:t>f 35285/35265/30580 35290/35270/30585 35284/35266/30581</w:t>
        <w:br/>
        <w:t>f 35291/35272/30587 35290/35270/30585 35285/35265/30580</w:t>
        <w:br/>
        <w:t>f 35286/35267/30582 35291/35272/30587 35285/35265/30580</w:t>
        <w:br/>
        <w:t>f 35289/35271/30586 35290/35270/30585 35293/35273/30588</w:t>
        <w:br/>
        <w:t>f 35292/35274/30589 35289/35271/30586 35293/35273/30588</w:t>
        <w:br/>
        <w:t>f 35290/35270/30585 35291/35272/30587 35294/35275/30590</w:t>
        <w:br/>
        <w:t>f 35293/35273/30588 35290/35270/30585 35294/35275/30590</w:t>
        <w:br/>
        <w:t>f 35296/35276/30591 35295/35277/30592 35292/35274/30589</w:t>
        <w:br/>
        <w:t>f 35293/35273/30588 35296/35276/30591 35292/35274/30589</w:t>
        <w:br/>
        <w:t>f 35297/35278/30593 35296/35276/30591 35293/35273/30588</w:t>
        <w:br/>
        <w:t>f 35294/35275/30590 35297/35278/30593 35293/35273/30588</w:t>
        <w:br/>
        <w:t>f 35299/35279/30594 35298/35280/30595 35295/35277/30592</w:t>
        <w:br/>
        <w:t>f 35296/35276/30591 35299/35279/30594 35295/35277/30592</w:t>
        <w:br/>
        <w:t>f 35296/35276/30591 35297/35278/30593 35300/35281/30596</w:t>
        <w:br/>
        <w:t>f 35299/35279/30594 35296/35276/30591 35300/35281/30596</w:t>
        <w:br/>
        <w:t>f 35302/35282/30597 35301/35283/30598 35298/35280/30595</w:t>
        <w:br/>
        <w:t>f 35299/35279/30594 35302/35282/30597 35298/35280/30595</w:t>
        <w:br/>
        <w:t>f 35300/35281/30596 35305/35284/30599 35304/35285/30600</w:t>
        <w:br/>
        <w:t>f 35303/35286/30601 35300/35281/30596 35304/35285/30600</w:t>
        <w:br/>
        <w:t>f 35307/35287/30602 35301/35283/30598 35302/35282/30597</w:t>
        <w:br/>
        <w:t>f 35306/35288/30603 35307/35287/30602 35302/35282/30597</w:t>
        <w:br/>
        <w:t>f 35308/35289/30604 35303/35286/30601 35304/35285/30600</w:t>
        <w:br/>
        <w:t>f 35309/35290/30605 35308/35289/30604 35304/35285/30600</w:t>
        <w:br/>
        <w:t>f 35307/35287/30602 35311/35291/30606 35310/35292/30607</w:t>
        <w:br/>
        <w:t>f 35311/35291/30606 35307/35287/30602 35306/35288/30603</w:t>
        <w:br/>
        <w:t>f 33781/34671/29989 35311/35291/30606 35306/35288/30603</w:t>
        <w:br/>
        <w:t>f 35305/35284/30599 35300/35281/30596 35297/35278/30593</w:t>
        <w:br/>
        <w:t>f 35312/35293/30608 35305/35284/30599 35297/35278/30593</w:t>
        <w:br/>
        <w:t>f 35309/35290/30605 35314/35294/30609 35313/35295/30610</w:t>
        <w:br/>
        <w:t>f 35308/35289/30604 35309/35290/30605 35313/35295/30610</w:t>
        <w:br/>
        <w:t>f 35312/35293/30608 35297/35278/30593 35294/35275/30590</w:t>
        <w:br/>
        <w:t>f 35315/35296/30611 35312/35293/30608 35294/35275/30590</w:t>
        <w:br/>
        <w:t>f 35317/35297/30612 35316/35298/30613 35305/35284/30599</w:t>
        <w:br/>
        <w:t>f 35305/35284/30599 35312/35293/30608 35318/35299/30614</w:t>
        <w:br/>
        <w:t>f 35317/35297/30612 35305/35284/30599 35318/35299/30614</w:t>
        <w:br/>
        <w:t>f 35315/35296/30611 35294/35275/30590 35291/35272/30587</w:t>
        <w:br/>
        <w:t>f 35319/35300/30615 35315/35296/30611 35291/35272/30587</w:t>
        <w:br/>
        <w:t>f 35318/35299/30614 35312/35293/30608 35315/35296/30611</w:t>
        <w:br/>
        <w:t>f 35320/35301/30616 35318/35299/30614 35315/35296/30611</w:t>
        <w:br/>
        <w:t>f 35286/35267/30582 35288/35269/30584 35319/35300/30615</w:t>
        <w:br/>
        <w:t>f 35291/35272/30587 35286/35267/30582 35319/35300/30615</w:t>
        <w:br/>
        <w:t>f 35320/35301/30616 35315/35296/30611 35319/35300/30615</w:t>
        <w:br/>
        <w:t>f 35321/35302/30617 35320/35301/30616 35319/35300/30615</w:t>
        <w:br/>
        <w:t>f 35288/35269/30584 35322/35303/30618 35321/35302/30617</w:t>
        <w:br/>
        <w:t>f 35319/35300/30615 35288/35269/30584 35321/35302/30617</w:t>
        <w:br/>
        <w:t>f 35287/35268/30583 35323/35304/30619 35322/35303/30618</w:t>
        <w:br/>
        <w:t>f 35288/35269/30584 35287/35268/30583 35322/35303/30618</w:t>
        <w:br/>
        <w:t>f 35282/35262/30577 35324/35305/30620 35323/35304/30619</w:t>
        <w:br/>
        <w:t>f 35287/35268/30583 35282/35262/30577 35323/35304/30619</w:t>
        <w:br/>
        <w:t>f 35326/35306/30621 35325/35307/30622 35321/35302/30617</w:t>
        <w:br/>
        <w:t>f 35322/35303/30618 35326/35306/30621 35321/35302/30617</w:t>
        <w:br/>
        <w:t>f 35323/35304/30619 35327/35308/30623 35326/35306/30621</w:t>
        <w:br/>
        <w:t>f 35322/35303/30618 35323/35304/30619 35326/35306/30621</w:t>
        <w:br/>
        <w:t>f 35325/35307/30622 35328/35309/30624 35320/35301/30616</w:t>
        <w:br/>
        <w:t>f 35321/35302/30617 35325/35307/30622 35320/35301/30616</w:t>
        <w:br/>
        <w:t>f 35318/35299/30614 35320/35301/30616 35328/35309/30624</w:t>
        <w:br/>
        <w:t>f 35329/35310/30625 35318/35299/30614 35328/35309/30624</w:t>
        <w:br/>
        <w:t>f 35269/35250/30565 35266/35247/30562 35324/35305/30620</w:t>
        <w:br/>
        <w:t>f 35282/35262/30577 35269/35250/30565 35324/35305/30620</w:t>
        <w:br/>
        <w:t>f 35324/35305/30620 35330/35311/30626 35327/35308/30623</w:t>
        <w:br/>
        <w:t>f 35323/35304/30619 35324/35305/30620 35327/35308/30623</w:t>
        <w:br/>
        <w:t>f 35266/35247/30562 35263/35244/30559 35330/35311/30626</w:t>
        <w:br/>
        <w:t>f 35324/35305/30620 35266/35247/30562 35330/35311/30626</w:t>
        <w:br/>
        <w:t>f 35332/35312/30627 35326/35306/30621 35327/35308/30623</w:t>
        <w:br/>
        <w:t>f 35331/35313/30628 35332/35312/30627 35327/35308/30623</w:t>
        <w:br/>
        <w:t>f 35263/35244/30559 35259/35240/30555 35333/35314/30629</w:t>
        <w:br/>
        <w:t>f 35330/35311/30626 35263/35244/30559 35333/35314/30629</w:t>
        <w:br/>
        <w:t>f 35330/35311/30626 35333/35314/30629 35331/35313/30628</w:t>
        <w:br/>
        <w:t>f 35327/35308/30623 35330/35311/30626 35331/35313/30628</w:t>
        <w:br/>
        <w:t>f 35264/35245/30560 35334/35315/30630 35333/35314/30629</w:t>
        <w:br/>
        <w:t>f 35259/35240/30555 35264/35245/30560 35333/35314/30629</w:t>
        <w:br/>
        <w:t>f 35335/35316/30631 35331/35313/30628 35333/35314/30629</w:t>
        <w:br/>
        <w:t>f 35334/35315/30630 35335/35316/30631 35333/35314/30629</w:t>
        <w:br/>
        <w:t>f 35331/35313/30628 35335/35316/30631 35336/35317/30632</w:t>
        <w:br/>
        <w:t>f 35332/35312/30627 35331/35313/30628 35336/35317/30632</w:t>
        <w:br/>
        <w:t>f 35337/35318/30633 35325/35307/30622 35326/35306/30621</w:t>
        <w:br/>
        <w:t>f 35332/35312/30627 35337/35318/30633 35326/35306/30621</w:t>
        <w:br/>
        <w:t>f 35332/35312/30627 35336/35317/30632 35338/35319/30634</w:t>
        <w:br/>
        <w:t>f 35337/35318/30633 35332/35312/30627 35338/35319/30634</w:t>
        <w:br/>
        <w:t>f 35328/35309/30624 35325/35307/30622 35337/35318/30633</w:t>
        <w:br/>
        <w:t>f 35339/35320/30635 35328/35309/30624 35337/35318/30633</w:t>
        <w:br/>
        <w:t>f 35340/35321/30636 35339/35320/30635 35337/35318/30633</w:t>
        <w:br/>
        <w:t>f 35338/35319/30634 35340/35321/30636 35337/35318/30633</w:t>
        <w:br/>
        <w:t>f 35342/35322/30637 35338/35319/30634 35336/35317/30632</w:t>
        <w:br/>
        <w:t>f 35341/35323/30638 35342/35322/30637 35336/35317/30632</w:t>
        <w:br/>
        <w:t>f 35339/35320/30635 35343/35324/30639 35329/35310/30625</w:t>
        <w:br/>
        <w:t>f 35328/35309/30624 35339/35320/30635 35329/35310/30625</w:t>
        <w:br/>
        <w:t>f 35338/35319/30634 35342/35322/30637 35344/35325/30640</w:t>
        <w:br/>
        <w:t>f 35340/35321/30636 35338/35319/30634 35344/35325/30640</w:t>
        <w:br/>
        <w:t>f 35341/35323/30638 35336/35317/30632 35335/35316/30631</w:t>
        <w:br/>
        <w:t>f 35345/35326/30641 35341/35323/30638 35335/35316/30631</w:t>
        <w:br/>
        <w:t>f 35345/35326/30641 35335/35316/30631 35334/35315/30630</w:t>
        <w:br/>
        <w:t>f 35346/35327/30642 35345/35326/30641 35334/35315/30630</w:t>
        <w:br/>
        <w:t>f 35346/35327/30642 35334/35315/30630 35264/35245/30560</w:t>
        <w:br/>
        <w:t>f 35270/35251/30566 35346/35327/30642 35264/35245/30560</w:t>
        <w:br/>
        <w:t>f 35348/35328/30643 35267/35249/30564 35347/35329/30644</w:t>
        <w:br/>
        <w:t>f 35268/35248/30563 35349/35330/30645 35347/35329/30644</w:t>
        <w:br/>
        <w:t>f 35267/35249/30564 35268/35248/30563 35347/35329/30644</w:t>
        <w:br/>
        <w:t>f 35349/35330/30645 35268/35248/30563 35350/35331/30646</w:t>
        <w:br/>
        <w:t>f 35351/35332/30647 35349/35330/30645 35350/35331/30646</w:t>
        <w:br/>
        <w:t>f 35351/35332/30647 35350/35331/30646 35353/35333/30648</w:t>
        <w:br/>
        <w:t>f 35352/35334/30649 35351/35332/30647 35353/35333/30648</w:t>
        <w:br/>
        <w:t>f 35354/35335/30650 35353/35333/30648 35350/35331/30646</w:t>
        <w:br/>
        <w:t>f 35265/35246/30561 35354/35335/30650 35350/35331/30646</w:t>
        <w:br/>
        <w:t>f 35352/35334/30649 35353/35333/30648 35356/35336/30651</w:t>
        <w:br/>
        <w:t>f 35355/35337/30652 35352/35334/30649 35356/35336/30651</w:t>
        <w:br/>
        <w:t>f 35357/35338/30653 35356/35336/30651 35353/35333/30648</w:t>
        <w:br/>
        <w:t>f 35354/35335/30650 35357/35338/30653 35353/35333/30648</w:t>
        <w:br/>
        <w:t>f 35355/35337/30652 35356/35336/30651 35359/35339/30654</w:t>
        <w:br/>
        <w:t>f 35358/35340/30655 35355/35337/30652 35359/35339/30654</w:t>
        <w:br/>
        <w:t>f 35265/35246/30561 35258/35239/30554 35260/35241/30556</w:t>
        <w:br/>
        <w:t>f 35361/35341/30656 35360/35342/30657 35358/35340/30655</w:t>
        <w:br/>
        <w:t>f 35359/35339/30654 35361/35341/30656 35358/35340/30655</w:t>
        <w:br/>
        <w:t>f 35360/35342/30657 35361/35341/30656 35363/35343/30658</w:t>
        <w:br/>
        <w:t>f 35362/35344/30659 35360/35342/30657 35363/35343/30658</w:t>
        <w:br/>
        <w:t>f 35359/35339/30654 35365/35345/30660 35364/35346/30661</w:t>
        <w:br/>
        <w:t>f 35361/35341/30656 35359/35339/30654 35364/35346/30661</w:t>
        <w:br/>
        <w:t>f 35361/35341/30656 35364/35346/30661 35366/35347/30662</w:t>
        <w:br/>
        <w:t>f 35363/35343/30658 35361/35341/30656 35366/35347/30662</w:t>
        <w:br/>
        <w:t>f 35368/35348/30663 35367/35349/30664 35362/35344/30659</w:t>
        <w:br/>
        <w:t>f 35363/35343/30658 35368/35348/30663 35362/35344/30659</w:t>
        <w:br/>
        <w:t>f 35370/35350/30665 35369/35351/30666 35367/35349/30664</w:t>
        <w:br/>
        <w:t>f 35368/35348/30663 35370/35350/30665 35367/35349/30664</w:t>
        <w:br/>
        <w:t>f 35363/35343/30658 35366/35347/30662 35371/35352/30667</w:t>
        <w:br/>
        <w:t>f 35368/35348/30663 35363/35343/30658 35371/35352/30667</w:t>
        <w:br/>
        <w:t>f 35369/35351/30666 35370/35350/30665 35373/35353/30668</w:t>
        <w:br/>
        <w:t>f 35372/35354/30669 35369/35351/30666 35373/35353/30668</w:t>
        <w:br/>
        <w:t>f 35374/35355/30670 35370/35350/30665 35368/35348/30663</w:t>
        <w:br/>
        <w:t>f 35371/35352/30667 35374/35355/30670 35368/35348/30663</w:t>
        <w:br/>
        <w:t>f 35374/35355/30670 35375/35356/30671 35373/35353/30668</w:t>
        <w:br/>
        <w:t>f 35370/35350/30665 35374/35355/30670 35373/35353/30668</w:t>
        <w:br/>
        <w:t>f 35377/35357/30672 35373/35353/30668 35375/35356/30671</w:t>
        <w:br/>
        <w:t>f 35376/35358/30673 35377/35357/30672 35375/35356/30671</w:t>
        <w:br/>
        <w:t>f 35379/35359/30674 35377/35357/30672 35376/35358/30673</w:t>
        <w:br/>
        <w:t>f 35378/35360/30675 35379/35359/30674 35376/35358/30673</w:t>
        <w:br/>
        <w:t>f 35381/35361/30676 35379/35359/30674 35378/35360/30675</w:t>
        <w:br/>
        <w:t>f 35380/35362/30677 35381/35361/30676 35378/35360/30675</w:t>
        <w:br/>
        <w:t>f 35384/35363/30678 35383/35364/30679 35382/35365/30680</w:t>
        <w:br/>
        <w:t>f 35385/35366/30681 35384/35363/30678 35382/35365/30680</w:t>
        <w:br/>
        <w:t>f 35381/35361/30676 35380/35362/30677 35386/35367/30682</w:t>
        <w:br/>
        <w:t>f 35387/35368/30683 35381/35361/30676 35386/35367/30682</w:t>
        <w:br/>
        <w:t>f 35389/35369/30684 35388/35370/30685 35383/35364/30679</w:t>
        <w:br/>
        <w:t>f 35384/35363/30678 35389/35369/30684 35383/35364/30679</w:t>
        <w:br/>
        <w:t>f 35391/35371/30686 35390/35372/30687 35385/35366/30681</w:t>
        <w:br/>
        <w:t>f 35386/35367/30682 35391/35371/30686 35385/35366/30681</w:t>
        <w:br/>
        <w:t>f 35386/35367/30682 35380/35362/30677 35392/35373/30688</w:t>
        <w:br/>
        <w:t>f 35391/35371/30686 35386/35367/30682 35392/35373/30688</w:t>
        <w:br/>
        <w:t>f 35380/35362/30677 35378/35360/30675 35393/35374/30689</w:t>
        <w:br/>
        <w:t>f 35392/35373/30688 35380/35362/30677 35393/35374/30689</w:t>
        <w:br/>
        <w:t>f 35340/35321/30636 35344/35325/30640 35395/35375/30690</w:t>
        <w:br/>
        <w:t>f 35394/35376/30691 35340/35321/30636 35395/35375/30690</w:t>
        <w:br/>
        <w:t>f 35389/35369/30684 35396/35377/30692 35343/35324/30639</w:t>
        <w:br/>
        <w:t>f 35394/35376/30691 35389/35369/30684 35343/35324/30639</w:t>
        <w:br/>
        <w:t>f 35394/35376/30691 35343/35324/30639 35339/35320/30635</w:t>
        <w:br/>
        <w:t>f 35340/35321/30636 35394/35376/30691 35339/35320/30635</w:t>
        <w:br/>
        <w:t>f 35384/35363/30678 35397/35378/30693 35396/35377/30692</w:t>
        <w:br/>
        <w:t>f 35389/35369/30684 35384/35363/30678 35396/35377/30692</w:t>
        <w:br/>
        <w:t>f 35396/35377/30692 35398/35379/30694 35329/35310/30625</w:t>
        <w:br/>
        <w:t>f 35343/35324/30639 35396/35377/30692 35329/35310/30625</w:t>
        <w:br/>
        <w:t>f 35384/35363/30678 35385/35366/30681 35390/35372/30687</w:t>
        <w:br/>
        <w:t>f 35397/35378/30693 35384/35363/30678 35390/35372/30687</w:t>
        <w:br/>
        <w:t>f 35396/35377/30692 35397/35378/30693 35398/35379/30694</w:t>
        <w:br/>
        <w:t>f 35318/35299/30614 35329/35310/30625 35398/35379/30694</w:t>
        <w:br/>
        <w:t>f 35317/35297/30612 35318/35299/30614 35398/35379/30694</w:t>
        <w:br/>
        <w:t>f 35398/35379/30694 35397/35378/30693 35399/35380/30695</w:t>
        <w:br/>
        <w:t>f 35317/35297/30612 35398/35379/30694 35399/35380/30695</w:t>
        <w:br/>
        <w:t>f 35399/35380/30695 35401/35381/30696 35400/35382/30697</w:t>
        <w:br/>
        <w:t>f 35316/35298/30613 35399/35380/30695 35400/35382/30697</w:t>
        <w:br/>
        <w:t>f 35401/35381/30696 35399/35380/30695 35397/35378/30693</w:t>
        <w:br/>
        <w:t>f 35390/35372/30687 35401/35381/30696 35397/35378/30693</w:t>
        <w:br/>
        <w:t>f 35390/35372/30687 35391/35371/30686 35402/35383/30698</w:t>
        <w:br/>
        <w:t>f 35401/35381/30696 35390/35372/30687 35402/35383/30698</w:t>
        <w:br/>
        <w:t>f 35391/35371/30686 35392/35373/30688 35403/35384/30699</w:t>
        <w:br/>
        <w:t>f 35402/35383/30698 35391/35371/30686 35403/35384/30699</w:t>
        <w:br/>
        <w:t>f 35404/35385/30700 35400/35382/30697 35401/35381/30696</w:t>
        <w:br/>
        <w:t>f 35402/35383/30698 35404/35385/30700 35401/35381/30696</w:t>
        <w:br/>
        <w:t>f 35406/35386/30701 35313/35295/30610 35314/35294/30609</w:t>
        <w:br/>
        <w:t>f 35405/35387/30702 35406/35386/30701 35314/35294/30609</w:t>
        <w:br/>
        <w:t>f 35407/35388/30703 35404/35385/30700 35402/35383/30698</w:t>
        <w:br/>
        <w:t>f 35403/35384/30699 35407/35388/30703 35402/35383/30698</w:t>
        <w:br/>
        <w:t>f 35392/35373/30688 35393/35374/30689 35408/35389/30704</w:t>
        <w:br/>
        <w:t>f 35403/35384/30699 35392/35373/30688 35408/35389/30704</w:t>
        <w:br/>
        <w:t>f 35409/35390/30705 35393/35374/30689 35378/35360/30675</w:t>
        <w:br/>
        <w:t>f 35376/35358/30673 35409/35390/30705 35378/35360/30675</w:t>
        <w:br/>
        <w:t>f 35410/35391/30706 35407/35388/30703 35403/35384/30699</w:t>
        <w:br/>
        <w:t>f 35408/35389/30704 35410/35391/30706 35403/35384/30699</w:t>
        <w:br/>
        <w:t>f 35411/35392/30707 35408/35389/30704 35393/35374/30689</w:t>
        <w:br/>
        <w:t>f 35409/35390/30705 35411/35392/30707 35393/35374/30689</w:t>
        <w:br/>
        <w:t>f 35375/35356/30671 35409/35390/30705 35376/35358/30673</w:t>
        <w:br/>
        <w:t>f 35412/35393/30708 35406/35386/30701 35405/35387/30702</w:t>
        <w:br/>
        <w:t>f 35413/35394/30709 35412/35393/30708 35405/35387/30702</w:t>
        <w:br/>
        <w:t>f 35408/35389/30704 35411/35392/30707 35414/35395/30710</w:t>
        <w:br/>
        <w:t>f 35410/35391/30706 35408/35389/30704 35414/35395/30710</w:t>
        <w:br/>
        <w:t>f 35374/35355/30670 35416/35396/30711 35415/35397/30712</w:t>
        <w:br/>
        <w:t>f 35375/35356/30671 35374/35355/30670 35415/35397/30712</w:t>
        <w:br/>
        <w:t>f 35416/35396/30711 35374/35355/30670 35371/35352/30667</w:t>
        <w:br/>
        <w:t>f 35417/35398/30713 35416/35396/30711 35371/35352/30667</w:t>
        <w:br/>
        <w:t>f 35409/35390/30705 35415/35397/30712 35418/35399/30714</w:t>
        <w:br/>
        <w:t>f 35409/35390/30705 35418/35399/30714 35419/35400/30715</w:t>
        <w:br/>
        <w:t>f 35411/35392/30707 35409/35390/30705 35419/35400/30715</w:t>
        <w:br/>
        <w:t>f 35366/35347/30662 35420/35401/30716 35417/35398/30713</w:t>
        <w:br/>
        <w:t>f 35371/35352/30667 35366/35347/30662 35417/35398/30713</w:t>
        <w:br/>
        <w:t>f 35422/35402/30717 35421/35403/30718 35418/35399/30714</w:t>
        <w:br/>
        <w:t>f 35417/35398/30713 35423/35404/30719 35422/35402/30717</w:t>
        <w:br/>
        <w:t>f 35416/35396/30711 35417/35398/30713 35422/35402/30717</w:t>
        <w:br/>
        <w:t>f 35364/35346/30661 35424/35405/30720 35420/35401/30716</w:t>
        <w:br/>
        <w:t>f 35366/35347/30662 35364/35346/30661 35420/35401/30716</w:t>
        <w:br/>
        <w:t>f 35423/35404/30719 35417/35398/30713 35420/35401/30716</w:t>
        <w:br/>
        <w:t>f 35425/35406/30721 35423/35404/30719 35420/35401/30716</w:t>
        <w:br/>
        <w:t>f 35365/35345/30660 35426/35407/30722 35424/35405/30720</w:t>
        <w:br/>
        <w:t>f 35364/35346/30661 35365/35345/30660 35424/35405/30720</w:t>
        <w:br/>
        <w:t>f 35425/35406/30721 35420/35401/30716 35424/35405/30720</w:t>
        <w:br/>
        <w:t>f 35427/35408/30723 35425/35406/30721 35424/35405/30720</w:t>
        <w:br/>
        <w:t>f 35423/35404/30719 35429/35409/30724 35428/35410/30725</w:t>
        <w:br/>
        <w:t>f 35422/35402/30717 35423/35404/30719 35428/35410/30725</w:t>
        <w:br/>
        <w:t>f 35425/35406/30721 35430/35411/30726 35429/35409/30724</w:t>
        <w:br/>
        <w:t>f 35423/35404/30719 35425/35406/30721 35429/35409/30724</w:t>
        <w:br/>
        <w:t>f 35422/35402/30717 35428/35410/30725 35431/35412/30727</w:t>
        <w:br/>
        <w:t>f 35421/35403/30718 35422/35402/30717 35431/35412/30727</w:t>
        <w:br/>
        <w:t>f 35426/35407/30722 35432/35413/30728 35427/35408/30723</w:t>
        <w:br/>
        <w:t>f 35424/35405/30720 35426/35407/30722 35427/35408/30723</w:t>
        <w:br/>
        <w:t>f 35433/35414/30729 35419/35400/30715 35418/35399/30714</w:t>
        <w:br/>
        <w:t>f 35421/35403/30718 35433/35414/30729 35418/35399/30714</w:t>
        <w:br/>
        <w:t>f 35426/35407/30722 35365/35345/30660 35357/35338/30653</w:t>
        <w:br/>
        <w:t>f 35434/35415/30730 35426/35407/30722 35357/35338/30653</w:t>
        <w:br/>
        <w:t>f 35435/35416/30731 35414/35395/30710 35411/35392/30707</w:t>
        <w:br/>
        <w:t>f 35419/35400/30715 35435/35416/30731 35411/35392/30707</w:t>
        <w:br/>
        <w:t>f 35413/35394/30709 35437/35417/30732 35436/35418/30733</w:t>
        <w:br/>
        <w:t>f 35412/35393/30708 35413/35394/30709 35436/35418/30733</w:t>
        <w:br/>
        <w:t>f 35354/35335/30650 35438/35419/30734 35434/35415/30730</w:t>
        <w:br/>
        <w:t>f 35357/35338/30653 35354/35335/30650 35434/35415/30730</w:t>
        <w:br/>
        <w:t>f 35438/35419/30734 35354/35335/30650 35260/35241/30556</w:t>
        <w:br/>
        <w:t>f 35439/35420/30735 35438/35419/30734 35260/35241/30556</w:t>
        <w:br/>
        <w:t>f 35441/35421/30736 35436/35418/30733 35437/35417/30732</w:t>
        <w:br/>
        <w:t>f 35440/35422/30737 35441/35421/30736 35437/35417/30732</w:t>
        <w:br/>
        <w:t>f 35433/35414/30729 35442/35423/30738 35435/35416/30731</w:t>
        <w:br/>
        <w:t>f 35435/35416/30731 35442/35423/30738 35443/35424/30739</w:t>
        <w:br/>
        <w:t>f 35440/35422/30737 35435/35416/30731 35443/35424/30739</w:t>
        <w:br/>
        <w:t>f 35444/35425/30740 35441/35421/30736 35440/35422/30737</w:t>
        <w:br/>
        <w:t>f 35443/35424/30739 35444/35425/30740 35440/35422/30737</w:t>
        <w:br/>
        <w:t>f 35433/35414/30729 35421/35403/30718 35431/35412/30727</w:t>
        <w:br/>
        <w:t>f 35446/35426/30741 35433/35414/30729 35431/35412/30727</w:t>
        <w:br/>
        <w:t>f 35445/35427/30742 35446/35426/30741 35431/35412/30727</w:t>
        <w:br/>
        <w:t>f 35433/35414/30729 35446/35426/30741 35442/35423/30738</w:t>
        <w:br/>
        <w:t>f 35428/35410/30725 35447/35428/30743 35445/35427/30742</w:t>
        <w:br/>
        <w:t>f 35431/35412/30727 35428/35410/30725 35445/35427/30742</w:t>
        <w:br/>
        <w:t>f 35447/35428/30743 35428/35410/30725 35429/35409/30724</w:t>
        <w:br/>
        <w:t>f 35448/35429/30744 35447/35428/30743 35429/35409/30724</w:t>
        <w:br/>
        <w:t>f 35450/35430/30745 35446/35426/30741 35445/35427/30742</w:t>
        <w:br/>
        <w:t>f 35449/35431/30746 35450/35430/30745 35445/35427/30742</w:t>
        <w:br/>
        <w:t>f 35449/35431/30746 35445/35427/30742 35447/35428/30743</w:t>
        <w:br/>
        <w:t>f 35451/35432/30747 35449/35431/30746 35447/35428/30743</w:t>
        <w:br/>
        <w:t>f 35446/35426/30741 35450/35430/30745 35452/35433/30748</w:t>
        <w:br/>
        <w:t>f 35442/35423/30738 35446/35426/30741 35452/35433/30748</w:t>
        <w:br/>
        <w:t>f 35442/35423/30738 35452/35433/30748 35453/35434/30749</w:t>
        <w:br/>
        <w:t>f 35443/35424/30739 35442/35423/30738 35453/35434/30749</w:t>
        <w:br/>
        <w:t>f 35450/35430/30745 35455/35435/30750 35454/35436/30751</w:t>
        <w:br/>
        <w:t>f 35452/35433/30748 35450/35430/30745 35454/35436/30751</w:t>
        <w:br/>
        <w:t>f 35443/35424/30739 35453/35434/30749 35456/35437/30752</w:t>
        <w:br/>
        <w:t>f 35444/35425/30740 35443/35424/30739 35456/35437/30752</w:t>
        <w:br/>
        <w:t>f 35457/35438/30753 35453/35434/30749 35452/35433/30748</w:t>
        <w:br/>
        <w:t>f 35454/35436/30751 35457/35438/30753 35452/35433/30748</w:t>
        <w:br/>
        <w:t>f 35461/35439/30754 35460/35440/30755 35459/35441/30756</w:t>
        <w:br/>
        <w:t>f 35458/35442/30757 35461/35439/30754 35459/35441/30756</w:t>
        <w:br/>
        <w:t>f 33748/34637/29957 35441/35421/30736 35459/35441/30756</w:t>
        <w:br/>
        <w:t>f 35462/35443/30758 33747/34638/29958 35460/35440/30755</w:t>
        <w:br/>
        <w:t>f 35465/35444/30759 35464/35445/30760 35461/35439/30754</w:t>
        <w:br/>
        <w:t>f 35463/35446/30761 35465/35444/30759 35461/35439/30754</w:t>
        <w:br/>
        <w:t>f 35467/35447/30762 35458/35442/30757 35456/35437/30752</w:t>
        <w:br/>
        <w:t>f 35466/35448/30763 35467/35447/30762 35456/35437/30752</w:t>
        <w:br/>
        <w:t>f 35471/35449/30764 35470/35450/30765 35469/35451/30766</w:t>
        <w:br/>
        <w:t>f 35468/35452/30767 35471/35449/30764 35469/35451/30766</w:t>
        <w:br/>
        <w:t>f 35468/35452/30767 35473/35453/30768 35472/35454/30769</w:t>
        <w:br/>
        <w:t>f 35471/35449/30764 35468/35452/30767 35472/35454/30769</w:t>
        <w:br/>
        <w:t>f 35475/35455/30770 35474/35456/30771 35468/35452/30767</w:t>
        <w:br/>
        <w:t>f 35469/35451/30766 35475/35455/30770 35468/35452/30767</w:t>
        <w:br/>
        <w:t>f 35474/35456/30771 35476/35457/30772 35473/35453/30768</w:t>
        <w:br/>
        <w:t>f 35468/35452/30767 35474/35456/30771 35473/35453/30768</w:t>
        <w:br/>
        <w:t>f 35480/35458/30773 35479/35459/30774 35478/35460/30775</w:t>
        <w:br/>
        <w:t>f 35477/35461/30776 35480/35458/30773 35478/35460/30775</w:t>
        <w:br/>
        <w:t>f 35454/35436/30751 35482/35462/30777 35481/35463/30778</w:t>
        <w:br/>
        <w:t>f 35457/35438/30753 35454/35436/30751 35481/35463/30778</w:t>
        <w:br/>
        <w:t>f 35474/35456/30771 35475/35455/30770 35484/35464/30779</w:t>
        <w:br/>
        <w:t>f 35483/35465/30780 35474/35456/30771 35484/35464/30779</w:t>
        <w:br/>
        <w:t>f 35481/35463/30778 35485/35466/30781 35483/35465/30780</w:t>
        <w:br/>
        <w:t>f 35484/35464/30779 35481/35463/30778 35483/35465/30780</w:t>
        <w:br/>
        <w:t>f 35488/35467/30782 35487/35468/30783 35486/35469/30784</w:t>
        <w:br/>
        <w:t>f 35476/35457/30772 35488/35467/30782 35486/35469/30784</w:t>
        <w:br/>
        <w:t>f 35488/35467/30782 35483/35465/30780 35485/35466/30781</w:t>
        <w:br/>
        <w:t>f 35489/35470/30785 35488/35467/30782 35485/35466/30781</w:t>
        <w:br/>
        <w:t>f 35486/35469/30784 35490/35471/30786 35477/35461/30776</w:t>
        <w:br/>
        <w:t>f 35478/35460/30775 35486/35469/30784 35477/35461/30776</w:t>
        <w:br/>
        <w:t>f 35489/35470/30785 35491/35472/30787 35487/35468/30783</w:t>
        <w:br/>
        <w:t>f 35488/35467/30782 35489/35470/30785 35487/35468/30783</w:t>
        <w:br/>
        <w:t>f 35495/35473/30788 35494/35474/30290 35493/35475/30289</w:t>
        <w:br/>
        <w:t>f 35492/35476/30789 35495/35473/30788 35493/35475/30289</w:t>
        <w:br/>
        <w:t>f 35490/35471/30786 35497/35477/30790 35496/35478/30791</w:t>
        <w:br/>
        <w:t>f 35477/35461/30776 35490/35471/30786 35496/35478/30791</w:t>
        <w:br/>
        <w:t>f 35487/35468/30783 35498/35479/30792 35490/35471/30786</w:t>
        <w:br/>
        <w:t>f 35486/35469/30784 35487/35468/30783 35490/35471/30786</w:t>
        <w:br/>
        <w:t>f 35494/35474/30290 35495/35473/30788 35500/35480/30793</w:t>
        <w:br/>
        <w:t>f 35499/35481/30294 35494/35474/30290 35500/35480/30793</w:t>
        <w:br/>
        <w:t>f 35497/35477/30790 35490/35471/30786 35498/35479/30792</w:t>
        <w:br/>
        <w:t>f 35501/35482/30794 35497/35477/30790 35498/35479/30792</w:t>
        <w:br/>
        <w:t>f 35503/35483/30795 35502/35484/30796 35501/35482/30794</w:t>
        <w:br/>
        <w:t>f 35498/35479/30792 35503/35483/30795 35501/35482/30794</w:t>
        <w:br/>
        <w:t>f 35505/35485/30797 35504/35486/30798 35499/35481/30294</w:t>
        <w:br/>
        <w:t>f 35500/35480/30793 35505/35485/30797 35499/35481/30294</w:t>
        <w:br/>
        <w:t>f 35502/35484/30796 35506/35487/30799 35505/35485/30797</w:t>
        <w:br/>
        <w:t>f 35501/35482/30794 35502/35484/30796 35505/35485/30797</w:t>
        <w:br/>
        <w:t>f 35508/35488/30800 35507/35489/30801 35502/35484/30796</w:t>
        <w:br/>
        <w:t>f 35503/35483/30795 35508/35488/30800 35502/35484/30796</w:t>
        <w:br/>
        <w:t>f 35491/35472/30787 35489/35470/30785 35510/35490/30802</w:t>
        <w:br/>
        <w:t>f 35509/35491/30803 35491/35472/30787 35510/35490/30802</w:t>
        <w:br/>
        <w:t>f 35489/35470/30785 35485/35466/30781 35511/35492/30804</w:t>
        <w:br/>
        <w:t>f 35510/35490/30802 35489/35470/30785 35511/35492/30804</w:t>
        <w:br/>
        <w:t>f 35485/35466/30781 35481/35463/30778 35482/35462/30777</w:t>
        <w:br/>
        <w:t>f 35511/35492/30804 35485/35466/30781 35482/35462/30777</w:t>
        <w:br/>
        <w:t>f 35509/35491/30803 35510/35490/30802 35513/35493/30805</w:t>
        <w:br/>
        <w:t>f 35512/35494/30806 35509/35491/30803 35513/35493/30805</w:t>
        <w:br/>
        <w:t>f 35514/35495/30807 35513/35493/30805 35510/35490/30802</w:t>
        <w:br/>
        <w:t>f 35511/35492/30804 35514/35495/30807 35510/35490/30802</w:t>
        <w:br/>
        <w:t>f 35511/35492/30804 35482/35462/30777 35515/35496/30808</w:t>
        <w:br/>
        <w:t>f 35514/35495/30807 35511/35492/30804 35515/35496/30808</w:t>
        <w:br/>
        <w:t>f 35455/35435/30750 35515/35496/30808 35482/35462/30777</w:t>
        <w:br/>
        <w:t>f 35454/35436/30751 35455/35435/30750 35482/35462/30777</w:t>
        <w:br/>
        <w:t>f 35449/35431/30746 35516/35497/30809 35455/35435/30750</w:t>
        <w:br/>
        <w:t>f 35450/35430/30745 35449/35431/30746 35455/35435/30750</w:t>
        <w:br/>
        <w:t>f 35518/35498/30810 35517/35499/30811 35514/35495/30807</w:t>
        <w:br/>
        <w:t>f 35515/35496/30808 35518/35498/30810 35514/35495/30807</w:t>
        <w:br/>
        <w:t>f 35451/35432/30747 35519/35500/30812 35516/35497/30809</w:t>
        <w:br/>
        <w:t>f 35449/35431/30746 35451/35432/30747 35516/35497/30809</w:t>
        <w:br/>
        <w:t>f 35517/35499/30811 35520/35501/30813 35513/35493/30805</w:t>
        <w:br/>
        <w:t>f 35514/35495/30807 35517/35499/30811 35513/35493/30805</w:t>
        <w:br/>
        <w:t>f 35448/35429/30744 35521/35502/30814 35451/35432/30747</w:t>
        <w:br/>
        <w:t>f 35447/35428/30743 35448/35429/30744 35451/35432/30747</w:t>
        <w:br/>
        <w:t>f 35517/35499/30811 35518/35498/30810 35523/35503/30815</w:t>
        <w:br/>
        <w:t>f 35522/35504/30816 35517/35499/30811 35523/35503/30815</w:t>
        <w:br/>
        <w:t>f 35519/35500/30812 35524/35505/30817 35523/35503/30815</w:t>
        <w:br/>
        <w:t>f 35430/35411/30726 35525/35506/30818 35448/35429/30744</w:t>
        <w:br/>
        <w:t>f 35429/35409/30724 35430/35411/30726 35448/35429/30744</w:t>
        <w:br/>
        <w:t>f 35427/35408/30723 35526/35507/30819 35430/35411/30726</w:t>
        <w:br/>
        <w:t>f 35425/35406/30721 35427/35408/30723 35430/35411/30726</w:t>
        <w:br/>
        <w:t>f 35451/35432/30747 35521/35502/30814 35519/35500/30812</w:t>
        <w:br/>
        <w:t>f 35525/35506/30818 35527/35508/30820 35521/35502/30814</w:t>
        <w:br/>
        <w:t>f 35448/35429/30744 35525/35506/30818 35521/35502/30814</w:t>
        <w:br/>
        <w:t>f 35525/35506/30818 35430/35411/30726 35526/35507/30819</w:t>
        <w:br/>
        <w:t>f 35528/35509/30821 35525/35506/30818 35526/35507/30819</w:t>
        <w:br/>
        <w:t>f 35432/35413/30728 35529/35510/30822 35526/35507/30819</w:t>
        <w:br/>
        <w:t>f 35427/35408/30723 35432/35413/30728 35526/35507/30819</w:t>
        <w:br/>
        <w:t>f 35432/35413/30728 35426/35407/30722 35434/35415/30730</w:t>
        <w:br/>
        <w:t>f 35530/35511/30823 35432/35413/30728 35434/35415/30730</w:t>
        <w:br/>
        <w:t>f 35529/35510/30822 35531/35512/30824 35528/35509/30821</w:t>
        <w:br/>
        <w:t>f 35526/35507/30819 35529/35510/30822 35528/35509/30821</w:t>
        <w:br/>
        <w:t>f 35529/35510/30822 35432/35413/30728 35530/35511/30823</w:t>
        <w:br/>
        <w:t>f 35532/35513/30825 35529/35510/30822 35530/35511/30823</w:t>
        <w:br/>
        <w:t>f 35438/35419/30734 35533/35514/30826 35530/35511/30823</w:t>
        <w:br/>
        <w:t>f 35434/35415/30730 35438/35419/30734 35530/35511/30823</w:t>
        <w:br/>
        <w:t>f 35533/35514/30826 35534/35515/30827 35532/35513/30825</w:t>
        <w:br/>
        <w:t>f 35530/35511/30823 35533/35514/30826 35532/35513/30825</w:t>
        <w:br/>
        <w:t>f 35532/35513/30825 35535/35516/30828 35531/35512/30824</w:t>
        <w:br/>
        <w:t>f 35529/35510/30822 35532/35513/30825 35531/35512/30824</w:t>
        <w:br/>
        <w:t>f 35528/35509/30821 35536/35517/30829 35527/35508/30820</w:t>
        <w:br/>
        <w:t>f 35525/35506/30818 35528/35509/30821 35527/35508/30820</w:t>
        <w:br/>
        <w:t>f 35531/35512/30824 35537/35518/30830 35536/35517/30829</w:t>
        <w:br/>
        <w:t>f 35528/35509/30821 35531/35512/30824 35536/35517/30829</w:t>
        <w:br/>
        <w:t>f 35539/35519/30831 35521/35502/30814 35527/35508/30820</w:t>
        <w:br/>
        <w:t>f 35538/35520/30832 35539/35519/30831 35527/35508/30820</w:t>
        <w:br/>
        <w:t>f 35538/35520/30832 35527/35508/30820 35536/35517/30829</w:t>
        <w:br/>
        <w:t>f 35540/35521/30833 35538/35520/30832 35536/35517/30829</w:t>
        <w:br/>
        <w:t>f 35539/35519/30831 35524/35505/30817 35521/35502/30814</w:t>
        <w:br/>
        <w:t>f 35538/35520/30832 35542/35522/30834 35541/35523/30835</w:t>
        <w:br/>
        <w:t>f 35539/35519/30831 35538/35520/30832 35541/35523/30835</w:t>
        <w:br/>
        <w:t>f 35539/35519/30831 35541/35523/30835 35543/35524/30836</w:t>
        <w:br/>
        <w:t>f 35524/35505/30817 35539/35519/30831 35543/35524/30836</w:t>
        <w:br/>
        <w:t>f 35524/35505/30817 35544/35525/30837 35523/35503/30815</w:t>
        <w:br/>
        <w:t>f 35540/35521/30833 35228/35212/30527 35542/35522/30834</w:t>
        <w:br/>
        <w:t>f 35538/35520/30832 35540/35521/30833 35542/35522/30834</w:t>
        <w:br/>
        <w:t>f 35537/35518/30830 35545/35526/30838 35540/35521/30833</w:t>
        <w:br/>
        <w:t>f 35536/35517/30829 35537/35518/30830 35540/35521/30833</w:t>
        <w:br/>
        <w:t>f 35544/35525/30837 35524/35505/30817 35543/35524/30836</w:t>
        <w:br/>
        <w:t>f 35546/35527/30839 35544/35525/30837 35543/35524/30836</w:t>
        <w:br/>
        <w:t>f 35537/35518/30830 35531/35512/30824 35535/35516/30828</w:t>
        <w:br/>
        <w:t>f 35547/35528/30840 35537/35518/30830 35535/35516/30828</w:t>
        <w:br/>
        <w:t>f 35535/35516/30828 35532/35513/30825 35534/35515/30827</w:t>
        <w:br/>
        <w:t>f 35548/35529/30841 35535/35516/30828 35534/35515/30827</w:t>
        <w:br/>
        <w:t>f 35547/35528/30840 35535/35516/30828 35548/35529/30841</w:t>
        <w:br/>
        <w:t>f 35549/35530/30842 35547/35528/30840 35548/35529/30841</w:t>
        <w:br/>
        <w:t>f 35547/35528/30840 35550/35531/30843 35545/35526/30838</w:t>
        <w:br/>
        <w:t>f 35537/35518/30830 35547/35528/30840 35545/35526/30838</w:t>
        <w:br/>
        <w:t>f 35534/35515/30827 35533/35514/30826 35552/35532/30844</w:t>
        <w:br/>
        <w:t>f 35551/35533/30845 35534/35515/30827 35552/35532/30844</w:t>
        <w:br/>
        <w:t>f 35545/35526/30838 35231/35209/30524 35228/35212/30527</w:t>
        <w:br/>
        <w:t>f 35540/35521/30833 35545/35526/30838 35228/35212/30527</w:t>
        <w:br/>
        <w:t>f 35533/35514/30826 35438/35419/30734 35439/35420/30735</w:t>
        <w:br/>
        <w:t>f 35552/35532/30844 35533/35514/30826 35439/35420/30735</w:t>
        <w:br/>
        <w:t>f 35551/35533/30845 35553/35534/30846 35548/35529/30841</w:t>
        <w:br/>
        <w:t>f 35534/35515/30827 35551/35533/30845 35548/35529/30841</w:t>
        <w:br/>
        <w:t>f 35555/35535/30847 35554/35536/30848 35551/35533/30845</w:t>
        <w:br/>
        <w:t>f 35552/35532/30844 35555/35535/30847 35551/35533/30845</w:t>
        <w:br/>
        <w:t>f 35553/35534/30846 35551/35533/30845 35554/35536/30848</w:t>
        <w:br/>
        <w:t>f 35556/35537/30849 35553/35534/30846 35554/35536/30848</w:t>
        <w:br/>
        <w:t>f 35557/35538/30850 35555/35535/30847 35552/35532/30844</w:t>
        <w:br/>
        <w:t>f 35439/35420/30735 35557/35538/30850 35552/35532/30844</w:t>
        <w:br/>
        <w:t>f 35439/35420/30735 35260/35241/30556 35255/35236/30551</w:t>
        <w:br/>
        <w:t>f 35557/35538/30850 35439/35420/30735 35255/35236/30551</w:t>
        <w:br/>
        <w:t>f 35559/35539/30851 35558/35540/30852 35554/35536/30848</w:t>
        <w:br/>
        <w:t>f 35555/35535/30847 35559/35539/30851 35554/35536/30848</w:t>
        <w:br/>
        <w:t>f 35557/35538/30850 35255/35236/30551 35251/35232/30547</w:t>
        <w:br/>
        <w:t>f 35560/35541/30853 35557/35538/30850 35251/35232/30547</w:t>
        <w:br/>
        <w:t>f 35555/35535/30847 35557/35538/30850 35560/35541/30853</w:t>
        <w:br/>
        <w:t>f 35559/35539/30851 35555/35535/30847 35560/35541/30853</w:t>
        <w:br/>
        <w:t>f 34743/34725/30043 35058/35039/30356 35560/35541/30853</w:t>
        <w:br/>
        <w:t>f 35251/35232/30547 34743/34725/30043 35560/35541/30853</w:t>
        <w:br/>
        <w:t>f 35558/35540/30852 35561/35542/30854 35556/35537/30849</w:t>
        <w:br/>
        <w:t>f 35554/35536/30848 35558/35540/30852 35556/35537/30849</w:t>
        <w:br/>
        <w:t>f 35058/35039/30356 35060/35041/30358 35559/35539/30851</w:t>
        <w:br/>
        <w:t>f 35560/35541/30853 35058/35039/30356 35559/35539/30851</w:t>
        <w:br/>
        <w:t>f 35558/35540/30852 35559/35539/30851 35060/35041/30358</w:t>
        <w:br/>
        <w:t>f 35061/35042/30359 35558/35540/30852 35060/35041/30358</w:t>
        <w:br/>
        <w:t>f 35061/35042/30359 35062/35043/30360 35561/35542/30854</w:t>
        <w:br/>
        <w:t>f 35558/35540/30852 35061/35042/30359 35561/35542/30854</w:t>
        <w:br/>
        <w:t>f 35062/35043/30360 35063/35045/30362 35562/35543/30855</w:t>
        <w:br/>
        <w:t>f 35561/35542/30854 35062/35043/30360 35562/35543/30855</w:t>
        <w:br/>
        <w:t>f 35563/35544/30856 35556/35537/30849 35561/35542/30854</w:t>
        <w:br/>
        <w:t>f 35562/35543/30855 35563/35544/30856 35561/35542/30854</w:t>
        <w:br/>
        <w:t>f 35556/35537/30849 35563/35544/30856 35564/35545/30857</w:t>
        <w:br/>
        <w:t>f 35553/35534/30846 35556/35537/30849 35564/35545/30857</w:t>
        <w:br/>
        <w:t>f 35566/35546/30858 35563/35544/30856 35562/35543/30855</w:t>
        <w:br/>
        <w:t>f 35565/35547/30859 35566/35546/30858 35562/35543/30855</w:t>
        <w:br/>
        <w:t>f 35553/35534/30846 35564/35545/30857 35549/35530/30842</w:t>
        <w:br/>
        <w:t>f 35548/35529/30841 35553/35534/30846 35549/35530/30842</w:t>
        <w:br/>
        <w:t>f 35567/35548/30860 35564/35545/30857 35563/35544/30856</w:t>
        <w:br/>
        <w:t>f 35566/35546/30858 35567/35548/30860 35563/35544/30856</w:t>
        <w:br/>
        <w:t>f 35568/35549/30861 35549/35530/30842 35564/35545/30857</w:t>
        <w:br/>
        <w:t>f 35567/35548/30860 35568/35549/30861 35564/35545/30857</w:t>
        <w:br/>
        <w:t>f 35549/35530/30842 35568/35549/30861 35550/35531/30843</w:t>
        <w:br/>
        <w:t>f 35547/35528/30840 35549/35530/30842 35550/35531/30843</w:t>
        <w:br/>
        <w:t>f 35550/35531/30843 35569/35550/30862 35231/35209/30524</w:t>
        <w:br/>
        <w:t>f 35545/35526/30838 35550/35531/30843 35231/35209/30524</w:t>
        <w:br/>
        <w:t>f 35571/35551/30863 35568/35549/30861 35567/35548/30860</w:t>
        <w:br/>
        <w:t>f 35570/35552/30864 35571/35551/30863 35567/35548/30860</w:t>
        <w:br/>
        <w:t>f 35574/35553/30865 35573/35554/30866 35572/35555/30867</w:t>
        <w:br/>
        <w:t>f 35575/35556/30868 35574/35553/30865 35572/35555/30867</w:t>
        <w:br/>
        <w:t>f 35577/35557/30869 35569/35550/30862 35571/35551/30863</w:t>
        <w:br/>
        <w:t>f 35576/35558/30870 35577/35557/30869 35571/35551/30863</w:t>
        <w:br/>
        <w:t>f 35574/35553/30865 35575/35556/30868 35579/35559/30871</w:t>
        <w:br/>
        <w:t>f 35578/35560/30872 35574/35553/30865 35579/35559/30871</w:t>
        <w:br/>
        <w:t>f 35581/35561/30873 35580/35562/30874 35572/35555/30867</w:t>
        <w:br/>
        <w:t>f 35573/35554/30866 35581/35561/30873 35572/35555/30867</w:t>
        <w:br/>
        <w:t>f 35570/35552/30864 35582/35563/30875 35576/35558/30870</w:t>
        <w:br/>
        <w:t>f 35571/35551/30863 35570/35552/30864 35576/35558/30870</w:t>
        <w:br/>
        <w:t>f 35566/35546/30858 35583/35564/30876 35570/35552/30864</w:t>
        <w:br/>
        <w:t>f 35567/35548/30860 35566/35546/30858 35570/35552/30864</w:t>
        <w:br/>
        <w:t>f 35582/35563/30875 35570/35552/30864 35583/35564/30876</w:t>
        <w:br/>
        <w:t>f 35584/35565/30877 35582/35563/30875 35583/35564/30876</w:t>
        <w:br/>
        <w:t>f 35583/35564/30876 35566/35546/30858 35565/35547/30859</w:t>
        <w:br/>
        <w:t>f 35585/35566/30878 35583/35564/30876 35565/35547/30859</w:t>
        <w:br/>
        <w:t>f 35582/35563/30875 35088/35070/30387 35089/35069/30386</w:t>
        <w:br/>
        <w:t>f 35576/35558/30870 35582/35563/30875 35089/35069/30386</w:t>
        <w:br/>
        <w:t>f 35576/35558/30870 35089/35069/30386 35090/35071/30388</w:t>
        <w:br/>
        <w:t>f 35577/35557/30869 35576/35558/30870 35090/35071/30388</w:t>
        <w:br/>
        <w:t>f 35586/35567/30879 35584/35565/30877 35583/35564/30876</w:t>
        <w:br/>
        <w:t>f 35585/35566/30878 35586/35567/30879 35583/35564/30876</w:t>
        <w:br/>
        <w:t>f 35565/35547/30859 35562/35543/30855 35063/35045/30362</w:t>
        <w:br/>
        <w:t>f 35092/35073/30390 35565/35547/30859 35063/35045/30362</w:t>
        <w:br/>
        <w:t>f 35587/35568/30880 35585/35566/30878 35565/35547/30859</w:t>
        <w:br/>
        <w:t>f 35092/35073/30390 35587/35568/30880 35565/35547/30859</w:t>
        <w:br/>
        <w:t>f 35585/35566/30878 35093/35074/30391 35094/35075/30392</w:t>
        <w:br/>
        <w:t>f 35586/35567/30879 35585/35566/30878 35094/35075/30392</w:t>
        <w:br/>
        <w:t>f 35586/35567/30879 35094/35075/30392 35095/35076/30393</w:t>
        <w:br/>
        <w:t>f 35584/35565/30877 35586/35567/30879 35095/35076/30393</w:t>
        <w:br/>
        <w:t>f 35584/35565/30877 35095/35076/30393 35088/35070/30387</w:t>
        <w:br/>
        <w:t>f 35582/35563/30875 35584/35565/30877 35088/35070/30387</w:t>
        <w:br/>
        <w:t>f 35578/35560/30872 35579/35559/30871 35096/35078/30395</w:t>
        <w:br/>
        <w:t>f 35097/35077/30394 35578/35560/30872 35096/35078/30395</w:t>
        <w:br/>
        <w:t>f 35098/35080/30397 35588/35569/30881 35577/35557/30869</w:t>
        <w:br/>
        <w:t>f 35090/35071/30388 35098/35080/30397 35577/35557/30869</w:t>
        <w:br/>
        <w:t>f 35577/35557/30869 35588/35569/30881 35589/35570/30882</w:t>
        <w:br/>
        <w:t>f 35569/35550/30862 35577/35557/30869 35589/35570/30882</w:t>
        <w:br/>
        <w:t>f 35228/35212/30527 35229/35211/30526 35590/35571/30883</w:t>
        <w:br/>
        <w:t>f 35542/35522/30834 35228/35212/30527 35590/35571/30883</w:t>
        <w:br/>
        <w:t>f 35103/35083/30400 35591/35572/30884 35578/35560/30872</w:t>
        <w:br/>
        <w:t>f 35097/35077/30394 35103/35083/30400 35578/35560/30872</w:t>
        <w:br/>
        <w:t>f 35591/35572/30884 35592/35573/30885 35574/35553/30865</w:t>
        <w:br/>
        <w:t>f 35578/35560/30872 35591/35572/30884 35574/35553/30865</w:t>
        <w:br/>
        <w:t>f 35591/35572/30884 35103/35083/30400 35105/35087/30404</w:t>
        <w:br/>
        <w:t>f 35593/35574/30886 35591/35572/30884 35105/35087/30404</w:t>
        <w:br/>
        <w:t>f 35593/35574/30886 35594/35575/30887 35592/35573/30885</w:t>
        <w:br/>
        <w:t>f 35591/35572/30884 35593/35574/30886 35592/35573/30885</w:t>
        <w:br/>
        <w:t>f 35595/35576/30888 35109/35090/30407 35110/35089/30406</w:t>
        <w:br/>
        <w:t>f 35596/35577/30889 35595/35576/30888 35110/35089/30406</w:t>
        <w:br/>
        <w:t>f 35597/35578/30890 35595/35576/30888 35596/35577/30889</w:t>
        <w:br/>
        <w:t>f 35598/35579/30891 35597/35578/30890 35596/35577/30889</w:t>
        <w:br/>
        <w:t>f 35600/35580/30892 35592/35573/30885 35594/35575/30887</w:t>
        <w:br/>
        <w:t>f 35599/35581/30893 35600/35580/30892 35594/35575/30887</w:t>
        <w:br/>
        <w:t>f 35603/35582/30894 35599/35581/30893 35602/35583/30895</w:t>
        <w:br/>
        <w:t>f 35601/35584/30896 35603/35582/30894 35602/35583/30895</w:t>
        <w:br/>
        <w:t>f 35603/35582/30894 35601/35584/30896 35604/35585/30897</w:t>
        <w:br/>
        <w:t>f 35605/35586/30898 35603/35582/30894 35604/35585/30897</w:t>
        <w:br/>
        <w:t>f 35608/35587/30899 35607/35588/30900 35606/35589/30901</w:t>
        <w:br/>
        <w:t>f 35609/35590/30902 35608/35587/30899 35606/35589/30901</w:t>
        <w:br/>
        <w:t>f 35611/35591/30903 35610/35592/30904 35603/35582/30894</w:t>
        <w:br/>
        <w:t>f 35605/35586/30898 35611/35591/30903 35603/35582/30894</w:t>
        <w:br/>
        <w:t>f 35599/35581/30893 35603/35582/30894 35610/35592/30904</w:t>
        <w:br/>
        <w:t>f 35600/35580/30892 35599/35581/30893 35610/35592/30904</w:t>
        <w:br/>
        <w:t>f 35612/35593/30905 35234/35214/30529 35611/35591/30903</w:t>
        <w:br/>
        <w:t>f 35605/35586/30898 35612/35593/30905 35611/35591/30903</w:t>
        <w:br/>
        <w:t>f 35592/35573/30885 35600/35580/30892 35573/35554/30866</w:t>
        <w:br/>
        <w:t>f 35574/35553/30865 35592/35573/30885 35573/35554/30866</w:t>
        <w:br/>
        <w:t>f 35600/35580/30892 35610/35592/30904 35581/35561/30873</w:t>
        <w:br/>
        <w:t>f 35573/35554/30866 35600/35580/30892 35581/35561/30873</w:t>
        <w:br/>
        <w:t>f 35611/35591/30903 35613/35594/30906 35581/35561/30873</w:t>
        <w:br/>
        <w:t>f 35610/35592/30904 35611/35591/30903 35581/35561/30873</w:t>
        <w:br/>
        <w:t>f 35231/35209/30524 35569/35550/30862 35589/35570/30882</w:t>
        <w:br/>
        <w:t>f 35230/35210/30525 35231/35209/30524 35589/35570/30882</w:t>
        <w:br/>
        <w:t>f 35235/35213/30528 35615/35595/30907 35614/35596/30908</w:t>
        <w:br/>
        <w:t>f 35613/35594/30906 35235/35213/30528 35614/35596/30908</w:t>
        <w:br/>
        <w:t>f 35613/35594/30906 35614/35596/30908 35580/35562/30874</w:t>
        <w:br/>
        <w:t>f 35581/35561/30873 35613/35594/30906 35580/35562/30874</w:t>
        <w:br/>
        <w:t>f 35617/35597/30909 35543/35524/30836 35541/35523/30835</w:t>
        <w:br/>
        <w:t>f 35616/35598/30910 35617/35597/30909 35541/35523/30835</w:t>
        <w:br/>
        <w:t>f 35613/35594/30906 35611/35591/30903 35234/35214/30529</w:t>
        <w:br/>
        <w:t>f 35235/35213/30528 35613/35594/30906 35234/35214/30529</w:t>
        <w:br/>
        <w:t>f 35232/35216/30531 35618/35599/30911 35615/35595/30907</w:t>
        <w:br/>
        <w:t>f 35235/35213/30528 35232/35216/30531 35615/35595/30907</w:t>
        <w:br/>
        <w:t>f 35616/35598/30910 35541/35523/30835 35542/35522/30834</w:t>
        <w:br/>
        <w:t>f 35590/35571/30883 35616/35598/30910 35542/35522/30834</w:t>
        <w:br/>
        <w:t>f 35546/35527/30839 35543/35524/30836 35617/35597/30909</w:t>
        <w:br/>
        <w:t>f 35619/35600/30912 35546/35527/30839 35617/35597/30909</w:t>
        <w:br/>
        <w:t>f 35620/35601/30913 35233/35215/30530 35234/35214/30529</w:t>
        <w:br/>
        <w:t>f 35612/35593/30905 35620/35601/30913 35234/35214/30529</w:t>
        <w:br/>
        <w:t>f 35232/35216/30531 35233/35215/30530 35622/35602/30914</w:t>
        <w:br/>
        <w:t>f 35621/35603/30915 35232/35216/30531 35622/35602/30914</w:t>
        <w:br/>
        <w:t>f 35624/35604/30916 35621/35603/30915 35622/35602/30914</w:t>
        <w:br/>
        <w:t>f 35623/35605/30917 35624/35604/30916 35622/35602/30914</w:t>
        <w:br/>
        <w:t>f 35621/35603/30915 35624/35604/30916 35626/35606/30918</w:t>
        <w:br/>
        <w:t>f 35625/35607/30919 35621/35603/30915 35626/35606/30918</w:t>
        <w:br/>
        <w:t>f 35233/35215/30530 35620/35601/30913 35238/35217/30532</w:t>
        <w:br/>
        <w:t>f 35622/35602/30914 35233/35215/30530 35238/35217/30532</w:t>
        <w:br/>
        <w:t>f 35628/35608/30920 35546/35527/30839 35619/35600/30912</w:t>
        <w:br/>
        <w:t>f 35627/35609/30921 35628/35608/30920 35619/35600/30912</w:t>
        <w:br/>
        <w:t>f 35624/35604/30916 35630/35610/30922 35629/35611/30923</w:t>
        <w:br/>
        <w:t>f 35626/35606/30918 35624/35604/30916 35629/35611/30923</w:t>
        <w:br/>
        <w:t>f 35546/35527/30839 35628/35608/30920 35631/35612/30924</w:t>
        <w:br/>
        <w:t>f 35544/35525/30837 35546/35527/30839 35631/35612/30924</w:t>
        <w:br/>
        <w:t>f 35633/35613/30925 35522/35504/30816 35631/35612/30924</w:t>
        <w:br/>
        <w:t>f 35632/35614/30926 35633/35613/30925 35631/35612/30924</w:t>
        <w:br/>
        <w:t>f 35522/35504/30816 35633/35613/30925 35520/35501/30813</w:t>
        <w:br/>
        <w:t>f 35517/35499/30811 35522/35504/30816 35520/35501/30813</w:t>
        <w:br/>
        <w:t>f 35632/35614/30926 35635/35615/30927 35634/35616/30928</w:t>
        <w:br/>
        <w:t>f 35633/35613/30925 35632/35614/30926 35634/35616/30928</w:t>
        <w:br/>
        <w:t>f 35512/35494/30806 35513/35493/30805 35520/35501/30813</w:t>
        <w:br/>
        <w:t>f 35636/35617/30929 35512/35494/30806 35520/35501/30813</w:t>
        <w:br/>
        <w:t>f 35512/35494/30806 35637/35618/30930 35508/35488/30800</w:t>
        <w:br/>
        <w:t>f 35509/35491/30803 35512/35494/30806 35508/35488/30800</w:t>
        <w:br/>
        <w:t>f 35633/35613/30925 35634/35616/30928 35636/35617/30929</w:t>
        <w:br/>
        <w:t>f 35520/35501/30813 35633/35613/30925 35636/35617/30929</w:t>
        <w:br/>
        <w:t>f 35638/35619/30931 35637/35618/30930 35512/35494/30806</w:t>
        <w:br/>
        <w:t>f 35636/35617/30929 35638/35619/30931 35512/35494/30806</w:t>
        <w:br/>
        <w:t>f 35507/35489/30801 35508/35488/30800 35637/35618/30930</w:t>
        <w:br/>
        <w:t>f 35639/35620/30932 35507/35489/30801 35637/35618/30930</w:t>
        <w:br/>
        <w:t>f 35507/35489/30801 35640/35621/30933 35506/35487/30799</w:t>
        <w:br/>
        <w:t>f 35502/35484/30796 35507/35489/30801 35506/35487/30799</w:t>
        <w:br/>
        <w:t>f 35641/35622/30934 35639/35620/30932 35637/35618/30930</w:t>
        <w:br/>
        <w:t>f 35638/35619/30931 35641/35622/30934 35637/35618/30930</w:t>
        <w:br/>
        <w:t>f 35640/35621/30933 35507/35489/30801 35639/35620/30932</w:t>
        <w:br/>
        <w:t>f 35642/35623/30935 35640/35621/30933 35639/35620/30932</w:t>
        <w:br/>
        <w:t>f 35643/35624/30936 35638/35619/30931 35636/35617/30929</w:t>
        <w:br/>
        <w:t>f 35634/35616/30928 35643/35624/30936 35636/35617/30929</w:t>
        <w:br/>
        <w:t>f 35638/35619/30931 35643/35624/30936 35644/35625/30937</w:t>
        <w:br/>
        <w:t>f 35641/35622/30934 35638/35619/30931 35644/35625/30937</w:t>
        <w:br/>
        <w:t>f 35643/35624/30936 35634/35616/30928 35635/35615/30927</w:t>
        <w:br/>
        <w:t>f 35645/35626/30938 35643/35624/30936 35635/35615/30927</w:t>
        <w:br/>
        <w:t>f 35643/35624/30936 35645/35626/30938 35646/35627/30939</w:t>
        <w:br/>
        <w:t>f 35644/35625/30937 35643/35624/30936 35646/35627/30939</w:t>
        <w:br/>
        <w:t>f 35641/35622/30934 35644/35625/30937 35648/35628/30940</w:t>
        <w:br/>
        <w:t>f 35647/35629/30941 35641/35622/30934 35648/35628/30940</w:t>
        <w:br/>
        <w:t>f 35645/35626/30938 35635/35615/30927 35650/35630/30942</w:t>
        <w:br/>
        <w:t>f 35649/35631/30943 35645/35626/30938 35650/35630/30942</w:t>
        <w:br/>
        <w:t>f 35651/35632/30944 35646/35627/30939 35645/35626/30938</w:t>
        <w:br/>
        <w:t>f 35649/35631/30943 35651/35632/30944 35645/35626/30938</w:t>
        <w:br/>
        <w:t>f 35655/35633/30945 35654/35634/30946 35653/35635/30947</w:t>
        <w:br/>
        <w:t>f 35652/35636/30948 35655/35633/30945 35653/35635/30947</w:t>
        <w:br/>
        <w:t>f 35654/35634/30946 35657/35637/30949 35656/35638/30950</w:t>
        <w:br/>
        <w:t>f 35653/35635/30947 35654/35634/30946 35656/35638/30950</w:t>
        <w:br/>
        <w:t>f 35659/35639/30951 35238/35217/30532 35236/35219/30534</w:t>
        <w:br/>
        <w:t>f 35658/35640/30952 35659/35639/30951 35236/35219/30534</w:t>
        <w:br/>
        <w:t>f 35663/35641/30953 35662/35642/30954 35661/35643/30955</w:t>
        <w:br/>
        <w:t>f 35660/35644/30956 35663/35641/30953 35661/35643/30955</w:t>
        <w:br/>
        <w:t>f 35667/35645/30957 35666/35646/30958 35665/35647/30959</w:t>
        <w:br/>
        <w:t>f 35664/35648/30960 35667/35645/30957 35665/35647/30959</w:t>
        <w:br/>
        <w:t>f 35669/35649/30961 35661/35643/30955 35662/35642/30954</w:t>
        <w:br/>
        <w:t>f 35668/35650/30962 35669/35649/30961 35662/35642/30954</w:t>
        <w:br/>
        <w:t>f 35671/35651/30963 35670/35652/30964 35668/35650/30962</w:t>
        <w:br/>
        <w:t>f 35662/35642/30954 35671/35651/30963 35668/35650/30962</w:t>
        <w:br/>
        <w:t>f 35674/35653/30965 35673/35654/30966 35672/35655/30964</w:t>
        <w:br/>
        <w:t>f 35675/35656/30967 35674/35653/30965 35672/35655/30964</w:t>
        <w:br/>
        <w:t>f 35668/35650/30962 35677/35657/30968 35676/35658/30969</w:t>
        <w:br/>
        <w:t>f 35669/35649/30961 35668/35650/30962 35676/35658/30969</w:t>
        <w:br/>
        <w:t>f 35679/35659/30970 35678/35660/30971 35673/35654/30966</w:t>
        <w:br/>
        <w:t>f 35674/35653/30965 35679/35659/30970 35673/35654/30966</w:t>
        <w:br/>
        <w:t>f 35681/35661/30972 35676/35658/30969 35677/35657/30968</w:t>
        <w:br/>
        <w:t>f 35680/35662/30973 35681/35661/30972 35677/35657/30968</w:t>
        <w:br/>
        <w:t>f 35682/35663/30974 35199/35180/30495 35197/35179/30494</w:t>
        <w:br/>
        <w:t>f 35680/35662/30973 35682/35663/30974 35197/35179/30494</w:t>
        <w:br/>
        <w:t>f 35685/35664/30975 35684/35665/30976 35650/35630/30942</w:t>
        <w:br/>
        <w:t>f 35683/35666/30977 35685/35664/30975 35650/35630/30942</w:t>
        <w:br/>
        <w:t>f 35676/35658/30969 35681/35661/30972 35686/35667/30978</w:t>
        <w:br/>
        <w:t>f 35657/35637/30949 35676/35658/30969 35686/35667/30978</w:t>
        <w:br/>
        <w:t>f 35689/35668/30979 35688/35669/30980 35687/35670/30981</w:t>
        <w:br/>
        <w:t>f 35651/35632/30944 35689/35668/30979 35687/35670/30981</w:t>
        <w:br/>
        <w:t>f 35649/35631/30943 35650/35630/30942 35684/35665/30976</w:t>
        <w:br/>
        <w:t>f 35690/35671/30982 35649/35631/30943 35684/35665/30976</w:t>
        <w:br/>
        <w:t>f 35686/35667/30978 35208/35191/30506 35209/35190/30505</w:t>
        <w:br/>
        <w:t>f 35691/35672/30983 35686/35667/30978 35209/35190/30505</w:t>
        <w:br/>
        <w:t>f 35646/35627/30939 35651/35632/30944 35687/35670/30981</w:t>
        <w:br/>
        <w:t>f 35692/35673/30984 35646/35627/30939 35687/35670/30981</w:t>
        <w:br/>
        <w:t>f 35644/35625/30937 35646/35627/30939 35692/35673/30984</w:t>
        <w:br/>
        <w:t>f 35648/35628/30940 35644/35625/30937 35692/35673/30984</w:t>
        <w:br/>
        <w:t>f 35688/35669/30980 35212/35194/30509 35213/35193/30508</w:t>
        <w:br/>
        <w:t>f 35687/35670/30981 35688/35669/30980 35213/35193/30508</w:t>
        <w:br/>
        <w:t>f 35208/35191/30506 35686/35667/30978 35681/35661/30972</w:t>
        <w:br/>
        <w:t>f 35214/35195/30510 35208/35191/30506 35681/35661/30972</w:t>
        <w:br/>
        <w:t>f 35213/35193/30508 35215/35196/30511 35692/35673/30984</w:t>
        <w:br/>
        <w:t>f 35687/35670/30981 35213/35193/30508 35692/35673/30984</w:t>
        <w:br/>
        <w:t>f 35648/35628/30940 35692/35673/30984 35215/35196/30511</w:t>
        <w:br/>
        <w:t>f 35216/35197/30512 35648/35628/30940 35215/35196/30511</w:t>
        <w:br/>
        <w:t>f 35680/35662/30973 35197/35179/30494 35214/35195/30510</w:t>
        <w:br/>
        <w:t>f 35681/35661/30972 35680/35662/30973 35214/35195/30510</w:t>
        <w:br/>
        <w:t>f 35640/35621/30933 35217/35199/30514 35693/35674/30513</w:t>
        <w:br/>
        <w:t>f 35506/35487/30799 35640/35621/30933 35693/35674/30513</w:t>
        <w:br/>
        <w:t>f 35217/35199/30514 35640/35621/30933 35642/35623/30935</w:t>
        <w:br/>
        <w:t>f 35219/35200/30515 35217/35199/30514 35642/35623/30935</w:t>
        <w:br/>
        <w:t>f 35639/35620/30932 35641/35622/30934 35647/35629/30941</w:t>
        <w:br/>
        <w:t>f 35642/35623/30935 35639/35620/30932 35647/35629/30941</w:t>
        <w:br/>
        <w:t>f 35647/35629/30941 35648/35628/30940 35216/35197/30512</w:t>
        <w:br/>
        <w:t>f 35220/35201/30516 35647/35629/30941 35216/35197/30512</w:t>
        <w:br/>
        <w:t>f 35642/35623/30935 35647/35629/30941 35220/35201/30516</w:t>
        <w:br/>
        <w:t>f 35219/35200/30515 35642/35623/30935 35220/35201/30516</w:t>
        <w:br/>
        <w:t>f 35399/35380/30695 35316/35298/30613 35317/35297/30612</w:t>
        <w:br/>
        <w:t>f 35467/35447/30762 35475/35455/30770 35469/35451/30766</w:t>
        <w:br/>
        <w:t>f 35463/35446/30761 35467/35447/30762 35469/35451/30766</w:t>
        <w:br/>
        <w:t>f 35498/35479/30792 35487/35468/30783 35491/35472/30787</w:t>
        <w:br/>
        <w:t>f 35503/35483/30795 35498/35479/30792 35491/35472/30787</w:t>
        <w:br/>
        <w:t>f 35503/35483/30795 35491/35472/30787 35509/35491/30803</w:t>
        <w:br/>
        <w:t>f 35508/35488/30800 35503/35483/30795 35509/35491/30803</w:t>
        <w:br/>
        <w:t>f 35504/35486/30798 35505/35485/30797 35506/35487/30799</w:t>
        <w:br/>
        <w:t>f 35693/35674/30513 35504/35486/30798 35506/35487/30799</w:t>
        <w:br/>
        <w:t>f 35501/35482/30794 35505/35485/30797 35500/35480/30793</w:t>
        <w:br/>
        <w:t>f 35497/35477/30790 35501/35482/30794 35500/35480/30793</w:t>
        <w:br/>
        <w:t>f 35484/35464/30779 35466/35448/30763 35457/35438/30753</w:t>
        <w:br/>
        <w:t>f 35481/35463/30778 35484/35464/30779 35457/35438/30753</w:t>
        <w:br/>
        <w:t>f 35466/35448/30763 35456/35437/30752 35453/35434/30749</w:t>
        <w:br/>
        <w:t>f 35457/35438/30753 35466/35448/30763 35453/35434/30749</w:t>
        <w:br/>
        <w:t>f 35433/35414/30729 35435/35416/30731 35419/35400/30715</w:t>
        <w:br/>
        <w:t>f 35418/35399/30714 35415/35397/30712 35416/35396/30711</w:t>
        <w:br/>
        <w:t>f 35422/35402/30717 35418/35399/30714 35416/35396/30711</w:t>
        <w:br/>
        <w:t>f 35265/35246/30561 35260/35241/30556 35354/35335/30650</w:t>
        <w:br/>
        <w:t>f 35569/35550/30862 35550/35531/30843 35568/35549/30861</w:t>
        <w:br/>
        <w:t>f 35571/35551/30863 35569/35550/30862 35568/35549/30861</w:t>
        <w:br/>
        <w:t>f 35599/35581/30893 35594/35575/30887 35694/35675/30985</w:t>
        <w:br/>
        <w:t>f 35602/35583/30895 35599/35581/30893 35694/35675/30985</w:t>
        <w:br/>
        <w:t>f 35669/35649/30961 35676/35658/30969 35657/35637/30949</w:t>
        <w:br/>
        <w:t>f 35654/35634/30946 35669/35649/30961 35657/35637/30949</w:t>
        <w:br/>
        <w:t>f 35628/35608/30920 35683/35666/30977 35632/35614/30926</w:t>
        <w:br/>
        <w:t>f 35631/35612/30924 35628/35608/30920 35632/35614/30926</w:t>
        <w:br/>
        <w:t>f 35544/35525/30837 35631/35612/30924 35522/35504/30816</w:t>
        <w:br/>
        <w:t>f 35523/35503/30815 35544/35525/30837 35522/35504/30816</w:t>
        <w:br/>
        <w:t>f 35635/35615/30927 35632/35614/30926 35683/35666/30977</w:t>
        <w:br/>
        <w:t>f 35650/35630/30942 35635/35615/30927 35683/35666/30977</w:t>
        <w:br/>
        <w:t>f 35651/35632/30944 35649/35631/30943 35690/35671/30982</w:t>
        <w:br/>
        <w:t>f 35689/35668/30979 35651/35632/30944 35690/35671/30982</w:t>
        <w:br/>
        <w:t>f 35630/35610/30922 35655/35633/30945 35652/35636/30948</w:t>
        <w:br/>
        <w:t>f 35629/35611/30923 35630/35610/30922 35652/35636/30948</w:t>
        <w:br/>
        <w:t>f 35627/35609/30921 35685/35664/30975 35683/35666/30977</w:t>
        <w:br/>
        <w:t>f 35628/35608/30920 35627/35609/30921 35683/35666/30977</w:t>
        <w:br/>
        <w:t>f 35691/35672/30983 35656/35638/30950 35657/35637/30949</w:t>
        <w:br/>
        <w:t>f 35686/35667/30978 35691/35672/30983 35657/35637/30949</w:t>
        <w:br/>
        <w:t>f 35515/35496/30808 35455/35435/30750 35516/35497/30809</w:t>
        <w:br/>
        <w:t>f 35518/35498/30810 35515/35496/30808 35516/35497/30809</w:t>
        <w:br/>
        <w:t>f 35519/35500/30812 35523/35503/30815 35518/35498/30810</w:t>
        <w:br/>
        <w:t>f 35516/35497/30809 35519/35500/30812 35518/35498/30810</w:t>
        <w:br/>
        <w:t>f 35521/35502/30814 35524/35505/30817 35519/35500/30812</w:t>
        <w:br/>
        <w:t>f 35623/35605/30917 35660/35644/30956 35630/35610/30922</w:t>
        <w:br/>
        <w:t>f 35624/35604/30916 35623/35605/30917 35630/35610/30922</w:t>
        <w:br/>
        <w:t>f 35660/35644/30956 35661/35643/30955 35655/35633/30945</w:t>
        <w:br/>
        <w:t>f 35630/35610/30922 35660/35644/30956 35655/35633/30945</w:t>
        <w:br/>
        <w:t>f 35661/35643/30955 35669/35649/30961 35654/35634/30946</w:t>
        <w:br/>
        <w:t>f 35655/35633/30945 35661/35643/30955 35654/35634/30946</w:t>
        <w:br/>
        <w:t>f 35238/35217/30532 35659/35639/30951 35623/35605/30917</w:t>
        <w:br/>
        <w:t>f 35622/35602/30914 35238/35217/30532 35623/35605/30917</w:t>
        <w:br/>
        <w:t>f 35659/35639/30951 35663/35641/30953 35660/35644/30956</w:t>
        <w:br/>
        <w:t>f 35623/35605/30917 35659/35639/30951 35660/35644/30956</w:t>
        <w:br/>
        <w:t>f 35618/35599/30911 35232/35216/30531 35621/35603/30915</w:t>
        <w:br/>
        <w:t>f 35625/35607/30919 35618/35599/30911 35621/35603/30915</w:t>
        <w:br/>
        <w:t>f 35696/35676/30986 35667/35645/30957 35664/35648/30960</w:t>
        <w:br/>
        <w:t>f 35695/35677/30987 35696/35676/30986 35664/35648/30960</w:t>
        <w:br/>
        <w:t>f 35492/35476/30789 35697/35678/30988 35496/35478/30791</w:t>
        <w:br/>
        <w:t>f 35495/35473/30788 35492/35476/30789 35496/35478/30791</w:t>
        <w:br/>
        <w:t>f 35278/35259/30574 35277/35257/30572 35275/35255/30570</w:t>
        <w:br/>
        <w:t>f 35275/35255/30570 35271/35252/30567 35278/35259/30574</w:t>
        <w:br/>
        <w:t>f 35464/35445/30760 35462/35443/30758 35460/35440/30755</w:t>
        <w:br/>
        <w:t>f 35461/35439/30754 35464/35445/30760 35460/35440/30755</w:t>
        <w:br/>
        <w:t>f 35356/35336/30651 35357/35338/30653 35365/35345/30660</w:t>
        <w:br/>
        <w:t>f 35359/35339/30654 35356/35336/30651 35365/35345/30660</w:t>
        <w:br/>
        <w:t>f 35388/35370/30685 35389/35369/30684 35394/35376/30691</w:t>
        <w:br/>
        <w:t>f 35395/35375/30690 35388/35370/30685 35394/35376/30691</w:t>
        <w:br/>
        <w:t>f 35698/35679/30989 35608/35587/30899 35609/35590/30902</w:t>
        <w:br/>
        <w:t>f 35699/35680/30990 35698/35679/30989 35609/35590/30902</w:t>
        <w:br/>
        <w:t>f 35268/35248/30563 35262/35242/30557 35265/35246/30561</w:t>
        <w:br/>
        <w:t>f 35350/35331/30646 35268/35248/30563 35265/35246/30561</w:t>
        <w:br/>
        <w:t>f 35281/35263/30578 35277/35257/30572 35278/35259/30574</w:t>
        <w:br/>
        <w:t>f 35377/35357/30672 35372/35354/30669 35373/35353/30668</w:t>
        <w:br/>
        <w:t>f 35459/35441/30756 35460/35440/30755 33747/34638/29958</w:t>
        <w:br/>
        <w:t>f 35458/35442/30757 35459/35441/30756 35444/35425/30740</w:t>
        <w:br/>
        <w:t>f 35456/35437/30752 35458/35442/30757 35444/35425/30740</w:t>
        <w:br/>
        <w:t>f 35497/35477/30790 35500/35480/30793 35495/35473/30788</w:t>
        <w:br/>
        <w:t>f 35496/35478/30791 35497/35477/30790 35495/35473/30788</w:t>
        <w:br/>
        <w:t>f 35697/35678/30988 35480/35458/30773 35477/35461/30776</w:t>
        <w:br/>
        <w:t>f 35496/35478/30791 35697/35678/30988 35477/35461/30776</w:t>
        <w:br/>
        <w:t>f 35479/35459/30774 35472/35454/30769 35473/35453/30768</w:t>
        <w:br/>
        <w:t>f 35478/35460/30775 35479/35459/30774 35473/35453/30768</w:t>
        <w:br/>
        <w:t>f 35478/35460/30775 35473/35453/30768 35476/35457/30772</w:t>
        <w:br/>
        <w:t>f 35486/35469/30784 35478/35460/30775 35476/35457/30772</w:t>
        <w:br/>
        <w:t>f 35476/35457/30772 35474/35456/30771 35483/35465/30780</w:t>
        <w:br/>
        <w:t>f 35488/35467/30782 35476/35457/30772 35483/35465/30780</w:t>
        <w:br/>
        <w:t>f 35463/35446/30761 35469/35451/30766 35470/35450/30765</w:t>
        <w:br/>
        <w:t>f 35465/35444/30759 35463/35446/30761 35470/35450/30765</w:t>
        <w:br/>
        <w:t>f 35458/35442/30757 35467/35447/30762 35463/35446/30761</w:t>
        <w:br/>
        <w:t>f 35461/35439/30754 35458/35442/30757 35463/35446/30761</w:t>
        <w:br/>
        <w:t>f 35466/35448/30763 35484/35464/30779 35475/35455/30770</w:t>
        <w:br/>
        <w:t>f 35467/35447/30762 35466/35448/30763 35475/35455/30770</w:t>
        <w:br/>
        <w:t>f 35459/35441/30756 33747/34638/29958 33748/34637/29957</w:t>
        <w:br/>
        <w:t>f 35299/35279/30594 35300/35281/30596 35303/35286/30601</w:t>
        <w:br/>
        <w:t>f 35302/35282/30597 35299/35279/30594 35303/35286/30601</w:t>
        <w:br/>
        <w:t>f 35308/35289/30604 35306/35288/30603 35302/35282/30597</w:t>
        <w:br/>
        <w:t>f 35303/35286/30601 35308/35289/30604 35302/35282/30597</w:t>
        <w:br/>
        <w:t>f 33781/34671/29989 35306/35288/30603 35308/35289/30604</w:t>
        <w:br/>
        <w:t>f 35313/35295/30610 33781/34671/29989 35308/35289/30604</w:t>
        <w:br/>
        <w:t>f 35313/35295/30610 35406/35386/30701 33759/34648/29966</w:t>
        <w:br/>
        <w:t>f 33781/34671/29989 35313/35295/30610 33759/34648/29966</w:t>
        <w:br/>
        <w:t>f 33759/34648/29966 35406/35386/30701 35412/35393/30708</w:t>
        <w:br/>
        <w:t>f 33751/34642/29961 33759/34648/29966 35412/35393/30708</w:t>
        <w:br/>
        <w:t>f 33750/34643/29962 33751/34642/29961 35412/35393/30708</w:t>
        <w:br/>
        <w:t>f 35436/35418/30733 33750/34643/29962 35412/35393/30708</w:t>
        <w:br/>
        <w:t>f 33748/34637/29957 33750/34643/29962 35436/35418/30733</w:t>
        <w:br/>
        <w:t>f 35441/35421/30736 33748/34637/29957 35436/35418/30733</w:t>
        <w:br/>
        <w:t>f 35414/35395/30710 35435/35416/30731 35440/35422/30737</w:t>
        <w:br/>
        <w:t>f 35437/35417/30732 35414/35395/30710 35440/35422/30737</w:t>
        <w:br/>
        <w:t>f 35437/35417/30732 35413/35394/30709 35410/35391/30706</w:t>
        <w:br/>
        <w:t>f 35414/35395/30710 35437/35417/30732 35410/35391/30706</w:t>
        <w:br/>
        <w:t>f 35407/35388/30703 35410/35391/30706 35413/35394/30709</w:t>
        <w:br/>
        <w:t>f 35405/35387/30702 35407/35388/30703 35413/35394/30709</w:t>
        <w:br/>
        <w:t>f 35405/35387/30702 35314/35294/30609 35404/35385/30700</w:t>
        <w:br/>
        <w:t>f 35407/35388/30703 35405/35387/30702 35404/35385/30700</w:t>
        <w:br/>
        <w:t>f 35314/35294/30609 35309/35290/30605 35400/35382/30697</w:t>
        <w:br/>
        <w:t>f 35404/35385/30700 35314/35294/30609 35400/35382/30697</w:t>
        <w:br/>
        <w:t>f 35316/35298/30613 35400/35382/30697 35309/35290/30605</w:t>
        <w:br/>
        <w:t>f 35304/35285/30600 35316/35298/30613 35309/35290/30605</w:t>
        <w:br/>
        <w:t>f 35304/35285/30600 35305/35284/30599 35316/35298/30613</w:t>
        <w:br/>
        <w:t>f 35459/35441/30756 35441/35421/30736 35444/35425/30740</w:t>
        <w:br/>
        <w:t>f 35230/35210/30525 35589/35570/30882 35575/35556/30868</w:t>
        <w:br/>
        <w:t>f 35572/35555/30867 35230/35210/30525 35575/35556/30868</w:t>
        <w:br/>
        <w:t>f 35589/35570/30882 35588/35569/30881 35579/35559/30871</w:t>
        <w:br/>
        <w:t>f 35575/35556/30868 35589/35570/30882 35579/35559/30871</w:t>
        <w:br/>
        <w:t>f 35229/35211/30526 35230/35210/30525 35572/35555/30867</w:t>
        <w:br/>
        <w:t>f 35580/35562/30874 35229/35211/30526 35572/35555/30867</w:t>
        <w:br/>
        <w:t>f 35096/35078/30395 35579/35559/30871 35588/35569/30881</w:t>
        <w:br/>
        <w:t>f 35098/35080/30397 35096/35078/30395 35588/35569/30881</w:t>
        <w:br/>
        <w:t>f 35580/35562/30874 35614/35596/30908 35590/35571/30883</w:t>
        <w:br/>
        <w:t>f 35229/35211/30526 35580/35562/30874 35590/35571/30883</w:t>
        <w:br/>
        <w:t>f 35590/35571/30883 35614/35596/30908 35615/35595/30907</w:t>
        <w:br/>
        <w:t>f 35616/35598/30910 35590/35571/30883 35615/35595/30907</w:t>
        <w:br/>
        <w:t>f 35616/35598/30910 35615/35595/30907 35618/35599/30911</w:t>
        <w:br/>
        <w:t>f 35617/35597/30909 35616/35598/30910 35618/35599/30911</w:t>
        <w:br/>
        <w:t>f 35617/35597/30909 35618/35599/30911 35625/35607/30919</w:t>
        <w:br/>
        <w:t>f 35619/35600/30912 35617/35597/30909 35625/35607/30919</w:t>
        <w:br/>
        <w:t>f 35625/35607/30919 35626/35606/30918 35627/35609/30921</w:t>
        <w:br/>
        <w:t>f 35619/35600/30912 35625/35607/30919 35627/35609/30921</w:t>
        <w:br/>
        <w:t>f 35690/35671/30982 35684/35665/30976 35652/35636/30948</w:t>
        <w:br/>
        <w:t>f 35653/35635/30947 35690/35671/30982 35652/35636/30948</w:t>
        <w:br/>
        <w:t>f 35653/35635/30947 35656/35638/30950 35689/35668/30979</w:t>
        <w:br/>
        <w:t>f 35690/35671/30982 35653/35635/30947 35689/35668/30979</w:t>
        <w:br/>
        <w:t>f 35656/35638/30950 35691/35672/30983 35688/35669/30980</w:t>
        <w:br/>
        <w:t>f 35689/35668/30979 35656/35638/30950 35688/35669/30980</w:t>
        <w:br/>
        <w:t>f 35691/35672/30983 35209/35190/30505 35212/35194/30509</w:t>
        <w:br/>
        <w:t>f 35688/35669/30980 35691/35672/30983 35212/35194/30509</w:t>
        <w:br/>
        <w:t>f 35685/35664/30975 35627/35609/30921 35626/35606/30918</w:t>
        <w:br/>
        <w:t>f 35629/35611/30923 35685/35664/30975 35626/35606/30918</w:t>
        <w:br/>
        <w:t>f 35684/35665/30976 35685/35664/30975 35629/35611/30923</w:t>
        <w:br/>
        <w:t>f 35652/35636/30948 35684/35665/30976 35629/35611/30923</w:t>
        <w:br/>
        <w:t>f 35387/35368/30683 35386/35367/30682 35385/35366/30681</w:t>
        <w:br/>
        <w:t>f 35382/35365/30680 35387/35368/30683 35385/35366/30681</w:t>
        <w:br/>
        <w:t>f 35415/35397/30712 35409/35390/30705 35375/35356/30671</w:t>
        <w:br/>
        <w:t>f 35841/35681/30991 35840/35682/30991 35839/35683/30991</w:t>
        <w:br/>
        <w:t>f 35844/35684/30992 35843/35685/30992 35842/35686/30992</w:t>
        <w:br/>
        <w:t>f 36060/35687/30993 36059/35688/30993 36058/35689/30993</w:t>
        <w:br/>
        <w:t>f 36063/35690/30994 36062/35691/30994 36061/35692/30994</w:t>
        <w:br/>
        <w:t>f 36140/35693/30995 36139/35694/30996 36138/35695/30997</w:t>
        <w:br/>
        <w:t>f 35106/35086/30403 36142/35696/30998 36141/35697/30999</w:t>
        <w:br/>
        <w:t>f 35105/35087/30404 35106/35086/30403 36141/35697/30999</w:t>
        <w:br/>
        <w:t>f 35107/35088/30405 35221/35202/30517 36142/35696/30998</w:t>
        <w:br/>
        <w:t>f 35106/35086/30403 35107/35088/30405 36142/35696/30998</w:t>
        <w:br/>
        <w:t>f 36146/35698/31000 36145/35699/31001 36144/35700/31002</w:t>
        <w:br/>
        <w:t>f 36143/35701/31003 36146/35698/31000 36144/35700/31002</w:t>
        <w:br/>
        <w:t>f 36145/35699/31001 36146/35698/31000 35124/35105/30417</w:t>
        <w:br/>
        <w:t>f 35121/35104/30421 36145/35699/31001 35124/35105/30417</w:t>
        <w:br/>
        <w:t>f 35120/35101/30418 35127/35108/30424 36147/35702/31004</w:t>
        <w:br/>
        <w:t>f 35119/35100/30417 35120/35101/30418 36147/35702/31004</w:t>
        <w:br/>
        <w:t>f 35222/35204/30519 35223/35203/30518 36139/35694/30996</w:t>
        <w:br/>
        <w:t>f 36140/35693/30995 35222/35204/30519 36139/35694/30996</w:t>
        <w:br/>
        <w:t>f 36148/35703/30477 35178/35156/30472 35175/35159/30475</w:t>
        <w:br/>
        <w:t>f 35185/35166/30478 36148/35703/30477 35175/35159/30475</w:t>
        <w:br/>
        <w:t>f 35190/35171/30486 35179/35163/30479 35180/35162/30478</w:t>
        <w:br/>
        <w:t>f 35189/35168/30483 35190/35171/30486 35180/35162/30478</w:t>
        <w:br/>
        <w:t>f 35183/35165/30481 35191/35173/30488 36149/35704/31005</w:t>
        <w:br/>
        <w:t>f 35186/35167/30482 35183/35165/30481 36149/35704/31005</w:t>
        <w:br/>
        <w:t>f 36149/35704/31005 35191/35173/30488 35195/35177/30492</w:t>
        <w:br/>
        <w:t>f 35198/35178/30493 36149/35704/31005 35195/35177/30492</w:t>
        <w:br/>
        <w:t>f 35193/35175/30490 35194/35174/30489 36150/35705/30495</w:t>
        <w:br/>
        <w:t>f 36151/35706/31006 35193/35175/30490 36150/35705/30495</w:t>
        <w:br/>
        <w:t>f 35113/35094/30411 35112/35093/30410 36143/35701/31003</w:t>
        <w:br/>
        <w:t>f 36144/35700/31002 35113/35094/30411 36143/35701/31003</w:t>
        <w:br/>
        <w:t>f 35173/35154/30470 35174/35153/30469 35178/35156/30472</w:t>
        <w:br/>
        <w:t>f 36148/35703/30477 35173/35154/30470 35178/35156/30472</w:t>
        <w:br/>
        <w:t>f 35127/35108/30424 34720/34703/30022 36152/35707/31007</w:t>
        <w:br/>
        <w:t>f 36147/35702/31004 35127/35108/30424 36152/35707/31007</w:t>
        <w:br/>
        <w:t>f 35698/35679/30989 35699/35680/30990 36153/35708/31008</w:t>
        <w:br/>
        <w:t>f 35593/35574/30886 35105/35087/30404 36141/35697/30999</w:t>
        <w:br/>
        <w:t>f 36154/35709/31009 35593/35574/30886 36141/35697/30999</w:t>
        <w:br/>
        <w:t>f 35594/35575/30887 35593/35574/30886 36154/35709/31009</w:t>
        <w:br/>
        <w:t>f 35694/35675/30985 35594/35575/30887 36154/35709/31009</w:t>
        <w:br/>
        <w:t>f 36158/35710/31010 36157/35711/31011 36156/35712/31012</w:t>
        <w:br/>
        <w:t>f 36155/35713/31013 36158/35710/31010 36156/35712/31012</w:t>
        <w:br/>
        <w:t>f 36157/35711/31011 35606/35589/30901 35607/35588/30900</w:t>
        <w:br/>
        <w:t>f 36156/35712/31012 36157/35711/31011 35607/35588/30900</w:t>
        <w:br/>
        <w:t>f 35605/35586/30898 35604/35585/30897 36159/35714/31014</w:t>
        <w:br/>
        <w:t>f 35612/35593/30905 35605/35586/30898 36159/35714/31014</w:t>
        <w:br/>
        <w:t>f 36160/35715/31015 35696/35676/30986 35695/35677/30987</w:t>
        <w:br/>
        <w:t>f 36161/35716/31016 36160/35715/31015 35695/35677/30987</w:t>
        <w:br/>
        <w:t>f 35662/35642/30954 35663/35641/30953 36162/35717/31017</w:t>
        <w:br/>
        <w:t>f 35671/35651/30963 35662/35642/30954 36162/35717/31017</w:t>
        <w:br/>
        <w:t>f 35675/35656/30967 35672/35655/30964 35665/35647/30959</w:t>
        <w:br/>
        <w:t>f 35666/35646/30958 35675/35656/30967 35665/35647/30959</w:t>
        <w:br/>
        <w:t>f 35668/35650/30962 35670/35652/30964 36163/35718/31018</w:t>
        <w:br/>
        <w:t>f 35677/35657/30968 35668/35650/30962 36163/35718/31018</w:t>
        <w:br/>
        <w:t>f 35680/35662/30973 35677/35657/30968 36163/35718/31018</w:t>
        <w:br/>
        <w:t>f 35682/35663/30974 35680/35662/30973 36163/35718/31018</w:t>
        <w:br/>
        <w:t>f 35679/35659/30970 36151/35706/31006 36150/35705/30495</w:t>
        <w:br/>
        <w:t>f 35678/35660/30971 35679/35659/30970 36150/35705/30495</w:t>
        <w:br/>
        <w:t>f 35598/35579/30891 36158/35710/31010 36155/35713/31013</w:t>
        <w:br/>
        <w:t>f 35597/35578/30890 35598/35579/30891 36155/35713/31013</w:t>
        <w:br/>
        <w:t>f 35663/35641/30953 35659/35639/30951 35658/35640/30952</w:t>
        <w:br/>
        <w:t>f 36162/35717/31017 35663/35641/30953 35658/35640/30952</w:t>
        <w:br/>
        <w:t>f 36164/35719/31019 35620/35601/30913 35612/35593/30905</w:t>
        <w:br/>
        <w:t>f 36159/35714/31014 36164/35719/31019 35612/35593/30905</w:t>
        <w:br/>
        <w:t>f 35226/35207/30522 35225/35206/30521 36138/35695/31020</w:t>
        <w:br/>
        <w:t>f 36167/35720/31021 36166/35721/31022 36165/35722/31023</w:t>
        <w:br/>
        <w:t>f 36160/35715/31015 36161/35716/31016 36153/35708/31024</w:t>
        <w:br/>
        <w:t>f 36170/35723/31025 36169/35724/31026 36168/35725/31025</w:t>
        <w:br/>
        <w:t>f 35238/35217/30532 35620/35601/30913 35237/35218/30533</w:t>
        <w:br/>
        <w:t>f 35620/35601/30913 36164/35719/31019 35237/35218/30533</w:t>
        <w:br/>
        <w:t>f 34722/34701/30020 35172/35155/30471 34721/34702/30021</w:t>
        <w:br/>
        <w:t>f 34721/34702/30021 36152/35707/31007 34720/34703/30022</w:t>
        <w:br/>
        <w:t>f 33483/35726/31027 33482/35727/31028 33481/35728/31029</w:t>
        <w:br/>
        <w:t>f 33548/35729/31030 33547/35730/31031 33546/35731/31032</w:t>
        <w:br/>
        <w:t>f 33551/35732/31033 33550/35733/31034 33549/35734/31035</w:t>
        <w:br/>
        <w:t>f 33554/35735/31036 33553/35736/30155 33552/35737/30152</w:t>
        <w:br/>
        <w:t>f 33554/35735/31036 33556/35738/31037 33555/35739/31038</w:t>
        <w:br/>
        <w:t>f 33558/35740/30149 33557/35741/31039 33554/35735/31036</w:t>
        <w:br/>
        <w:t>f 33556/35738/31037 33560/35742/30164 33559/35743/30162</w:t>
        <w:br/>
        <w:t>f 33558/35740/30149 33561/35744/30146 33557/35741/31039</w:t>
        <w:br/>
        <w:t>f 33563/35745/31040 33557/35741/31039 33561/35744/30146</w:t>
        <w:br/>
        <w:t>f 33562/35746/30145 33563/35745/31040 33561/35744/30146</w:t>
        <w:br/>
        <w:t>f 33566/35747/31041 33565/35748/31042 33564/35749/31043</w:t>
        <w:br/>
        <w:t>f 33567/35750/31044 33566/35747/31041 33564/35749/31043</w:t>
        <w:br/>
        <w:t>f 33567/35750/31044 33554/35735/31036 33557/35741/31039</w:t>
        <w:br/>
        <w:t>f 33568/35751/31045 33567/35750/31044 33557/35741/31039</w:t>
        <w:br/>
        <w:t>f 33563/35745/31040 33562/35746/30145 33570/35752/31046</w:t>
        <w:br/>
        <w:t>f 33569/35753/31047 33563/35745/31040 33570/35752/31046</w:t>
        <w:br/>
        <w:t>f 33563/35745/31040 33568/35751/31045 33557/35741/31039</w:t>
        <w:br/>
        <w:t>f 33568/35751/31045 33563/35745/31040 33569/35753/31047</w:t>
        <w:br/>
        <w:t>f 33571/35754/31048 33568/35751/31045 33569/35753/31047</w:t>
        <w:br/>
        <w:t>f 33549/35734/31035 33570/35752/31046 33572/35755/31049</w:t>
        <w:br/>
        <w:t>f 33575/35756/31050 33574/35757/31051 33573/35758/31052</w:t>
        <w:br/>
        <w:t>f 33571/35754/31048 33576/35759/31053 33567/35750/31044</w:t>
        <w:br/>
        <w:t>f 33568/35751/31045 33571/35754/31048 33567/35750/31044</w:t>
        <w:br/>
        <w:t>f 33569/35753/31047 33570/35752/31046 33549/35734/31035</w:t>
        <w:br/>
        <w:t>f 33551/35732/31033 33578/35760/31054 33577/35761/31055</w:t>
        <w:br/>
        <w:t>f 33583/35762/31056 33576/35759/31053 33571/35754/31048</w:t>
        <w:br/>
        <w:t>f 33582/35763/31057 33583/35762/31056 33571/35754/31048</w:t>
        <w:br/>
        <w:t>f 33578/35760/31054 33586/35764/31058 33585/35765/31059</w:t>
        <w:br/>
        <w:t>f 33583/35762/31056 33581/35766/31060 33587/35767/31061</w:t>
        <w:br/>
        <w:t>f 33590/35768/31062 33589/35769/31063 33482/35727/31028</w:t>
        <w:br/>
        <w:t>f 33588/35770/31064 33590/35768/31062 33482/35727/31028</w:t>
        <w:br/>
        <w:t>f 33583/35762/31056 33587/35767/31061 33592/35771/31065</w:t>
        <w:br/>
        <w:t>f 33591/35772/31066 33583/35762/31056 33592/35771/31065</w:t>
        <w:br/>
        <w:t>f 33576/35759/31053 33583/35762/31056 33591/35772/31066</w:t>
        <w:br/>
        <w:t>f 33593/35773/31067 33576/35759/31053 33591/35772/31066</w:t>
        <w:br/>
        <w:t>f 33576/35759/31053 33593/35773/31067 33566/35747/31041</w:t>
        <w:br/>
        <w:t>f 33592/35771/31065 33594/35774/31068 33591/35772/31066</w:t>
        <w:br/>
        <w:t>f 33586/35764/31058 33596/35775/31069 33595/35776/31070</w:t>
        <w:br/>
        <w:t>f 33590/35768/31062 33588/35770/31064 33597/35777/31071</w:t>
        <w:br/>
        <w:t>f 33594/35774/31068 33575/35756/31050 33591/35772/31066</w:t>
        <w:br/>
        <w:t>f 33593/35773/31067 33591/35772/31066 33575/35756/31050</w:t>
        <w:br/>
        <w:t>f 33573/35758/31052 33593/35773/31067 33575/35756/31050</w:t>
        <w:br/>
        <w:t>f 33596/35775/31069 33597/35777/31071 33595/35776/31070</w:t>
        <w:br/>
        <w:t>f 33594/35774/31068 33598/35778/31072 33575/35756/31050</w:t>
        <w:br/>
        <w:t>f 33599/35779/31073 33483/35726/31027 33481/35728/31029</w:t>
        <w:br/>
        <w:t>f 33598/35778/31072 33483/35726/31027 33575/35756/31050</w:t>
        <w:br/>
        <w:t>f 33574/35757/31051 33600/35780/31074 33573/35758/31052</w:t>
        <w:br/>
        <w:t>f 33602/35781/31075 33546/35731/31032 33601/35782/31076</w:t>
        <w:br/>
        <w:t>f 33604/35783/31077 33573/35758/31052 33600/35780/31074</w:t>
        <w:br/>
        <w:t>f 33603/35784/31078 33604/35783/31077 33600/35780/31074</w:t>
        <w:br/>
        <w:t>f 33546/35731/31032 33602/35781/31075 33548/35729/31030</w:t>
        <w:br/>
        <w:t>f 33546/35731/31032 33547/35730/31031 33605/35785/31079</w:t>
        <w:br/>
        <w:t>f 33604/35783/31077 33603/35784/31078 33605/35785/31080</w:t>
        <w:br/>
        <w:t>f 33606/35786/31081 33605/35785/31079 33547/35730/31031</w:t>
        <w:br/>
        <w:t>f 33560/35742/30164 33556/35738/31037 33605/35785/31079</w:t>
        <w:br/>
        <w:t>f 33604/35783/31077 33566/35747/31041 33593/35773/31067</w:t>
        <w:br/>
        <w:t>f 33607/35787/31082 33565/35748/31042 33566/35747/31041</w:t>
        <w:br/>
        <w:t>f 33604/35783/31077 33607/35787/31082 33566/35747/31041</w:t>
        <w:br/>
        <w:t>f 33571/35754/31048 33569/35753/31047 33608/35788/31083</w:t>
        <w:br/>
        <w:t>f 33572/35755/31049 33551/35732/31033 33549/35734/31035</w:t>
        <w:br/>
        <w:t>f 33601/35782/31076 33483/35726/31027 33599/35779/31073</w:t>
        <w:br/>
        <w:t>f 33555/35739/31038 33556/35738/31037 33559/35743/30162</w:t>
        <w:br/>
        <w:t>f 33553/35736/30155 33554/35735/31036 33555/35739/31038</w:t>
        <w:br/>
        <w:t>f 33606/35786/31081 33560/35742/30164 33605/35785/31079</w:t>
        <w:br/>
        <w:t>f 33582/35763/31057 33571/35754/31048 33608/35788/31083</w:t>
        <w:br/>
        <w:t>f 33552/35737/30152 33558/35740/30149 33554/35735/31036</w:t>
        <w:br/>
        <w:t>f 33609/35789/31084 33569/35753/31047 33549/35734/31035</w:t>
        <w:br/>
        <w:t>f 33589/35769/31063 33611/35790/31085 33482/35727/31028</w:t>
        <w:br/>
        <w:t>f 33585/35765/31059 33586/35764/31058 33595/35776/31070</w:t>
        <w:br/>
        <w:t>f 33577/35761/31055 33578/35760/31054 33585/35765/31059</w:t>
        <w:br/>
        <w:t>f 33550/35733/31034 33551/35732/31033 33577/35761/31055</w:t>
        <w:br/>
        <w:t>f 33597/35777/31071 33588/35770/31064 33595/35776/31070</w:t>
        <w:br/>
        <w:t>f 33601/35782/31076 33599/35779/31073 33613/35791/31086</w:t>
        <w:br/>
        <w:t>f 33612/35792/31087 33601/35782/31076 33613/35791/31086</w:t>
        <w:br/>
        <w:t>f 33612/35792/31087 33602/35781/31075 33601/35782/31076</w:t>
        <w:br/>
        <w:t>f 33611/35790/31085 33481/35728/31029 33482/35727/31028</w:t>
        <w:br/>
        <w:t>f 33567/35750/31044 33576/35759/31053 33566/35747/31041</w:t>
        <w:br/>
        <w:t>f 33573/35758/31052 33604/35783/31077 33593/35773/31067</w:t>
        <w:br/>
        <w:t>f 33726/35793/31088 33725/35794/31089 33724/35795/31090</w:t>
        <w:br/>
        <w:t>f 33791/35796/31091 33790/35797/31092 33789/35798/31093</w:t>
        <w:br/>
        <w:t>f 33794/35799/31094 33793/35800/31095 33792/35801/31096</w:t>
        <w:br/>
        <w:t>f 33797/35802/31097 33796/35803/31098 33795/35804/31099</w:t>
        <w:br/>
        <w:t>f 33797/35802/31097 33799/35805/31100 33798/35806/31101</w:t>
        <w:br/>
        <w:t>f 33801/35807/31102 33797/35802/31097 33800/35808/31103</w:t>
        <w:br/>
        <w:t>f 33798/35806/31101 33803/35809/31104 33802/35810/31105</w:t>
        <w:br/>
        <w:t>f 33801/35807/31102 33800/35808/31103 33804/35811/31106</w:t>
        <w:br/>
        <w:t>f 33806/35812/31107 33805/35813/31108 33804/35811/31106</w:t>
        <w:br/>
        <w:t>f 33800/35808/31103 33806/35812/31107 33804/35811/31106</w:t>
        <w:br/>
        <w:t>f 33809/35814/31109 33808/35815/31110 33807/35816/31111</w:t>
        <w:br/>
        <w:t>f 33810/35817/31112 33809/35814/31109 33807/35816/31111</w:t>
        <w:br/>
        <w:t>f 33810/35817/31112 33811/35818/31113 33800/35808/31103</w:t>
        <w:br/>
        <w:t>f 33797/35802/31097 33810/35817/31112 33800/35808/31103</w:t>
        <w:br/>
        <w:t>f 33806/35812/31107 33813/35819/31114 33812/35820/31115</w:t>
        <w:br/>
        <w:t>f 33805/35813/31108 33806/35812/31107 33812/35820/31115</w:t>
        <w:br/>
        <w:t>f 33806/35812/31107 33800/35808/31103 33811/35818/31113</w:t>
        <w:br/>
        <w:t>f 33811/35818/31113 33814/35821/31116 33813/35819/31114</w:t>
        <w:br/>
        <w:t>f 33806/35812/31107 33811/35818/31113 33813/35819/31114</w:t>
        <w:br/>
        <w:t>f 33793/35800/31095 33815/35822/31117 33812/35820/31115</w:t>
        <w:br/>
        <w:t>f 33818/35823/31118 33817/35824/31119 33816/35825/31120</w:t>
        <w:br/>
        <w:t>f 33810/35817/31112 33819/35826/31121 33814/35821/31116</w:t>
        <w:br/>
        <w:t>f 33811/35818/31113 33810/35817/31112 33814/35821/31116</w:t>
        <w:br/>
        <w:t>f 33813/35819/31114 33793/35800/31095 33812/35820/31115</w:t>
        <w:br/>
        <w:t>f 33794/35799/31094 33821/35827/31122 33820/35828/31123</w:t>
        <w:br/>
        <w:t>f 33826/35829/31124 33825/35830/31125 33814/35821/31116</w:t>
        <w:br/>
        <w:t>f 33819/35826/31121 33826/35829/31124 33814/35821/31116</w:t>
        <w:br/>
        <w:t>f 33820/35828/31123 33829/35831/31126 33828/35832/31127</w:t>
        <w:br/>
        <w:t>f 33826/35829/31124 33830/35833/31128 33824/35834/31129</w:t>
        <w:br/>
        <w:t>f 33833/35835/31130 33832/35836/31131 33724/35795/31090</w:t>
        <w:br/>
        <w:t>f 33831/35837/31132 33833/35835/31130 33724/35795/31090</w:t>
        <w:br/>
        <w:t>f 33826/35829/31124 33835/35838/31133 33834/35839/31134</w:t>
        <w:br/>
        <w:t>f 33830/35833/31128 33826/35829/31124 33834/35839/31134</w:t>
        <w:br/>
        <w:t>f 33819/35826/31121 33836/35840/31135 33835/35838/31133</w:t>
        <w:br/>
        <w:t>f 33826/35829/31124 33819/35826/31121 33835/35838/31133</w:t>
        <w:br/>
        <w:t>f 33819/35826/31121 33807/35816/31111 33836/35840/31135</w:t>
        <w:br/>
        <w:t>f 33834/35839/31134 33835/35838/31133 33837/35841/31136</w:t>
        <w:br/>
        <w:t>f 33828/35832/31127 33839/35842/31137 33838/35843/31138</w:t>
        <w:br/>
        <w:t>f 33833/35835/31130 33840/35844/31139 33832/35836/31131</w:t>
        <w:br/>
        <w:t>f 33837/35841/31136 33835/35838/31133 33818/35823/31118</w:t>
        <w:br/>
        <w:t>f 33836/35840/31135 33817/35824/31119 33818/35823/31118</w:t>
        <w:br/>
        <w:t>f 33835/35838/31133 33836/35840/31135 33818/35823/31118</w:t>
        <w:br/>
        <w:t>f 33838/35843/31138 33839/35842/31137 33840/35844/31139</w:t>
        <w:br/>
        <w:t>f 33837/35841/31136 33818/35823/31118 33841/35845/31140</w:t>
        <w:br/>
        <w:t>f 33842/35846/31141 33725/35794/31089 33726/35793/31088</w:t>
        <w:br/>
        <w:t>f 33841/35845/31140 33818/35823/31118 33726/35793/31142</w:t>
        <w:br/>
        <w:t>f 33816/35825/31120 33817/35824/31119 33843/35847/31143</w:t>
        <w:br/>
        <w:t>f 33845/35848/31144 33844/35849/31145 33790/35797/31092</w:t>
        <w:br/>
        <w:t>f 33847/35850/31146 33846/35851/31147 33843/35847/31143</w:t>
        <w:br/>
        <w:t>f 33817/35824/31119 33847/35850/31146 33843/35847/31143</w:t>
        <w:br/>
        <w:t>f 33790/35797/31092 33791/35796/31091 33845/35848/31144</w:t>
        <w:br/>
        <w:t>f 33790/35797/31092 33848/35852/31148 33789/35798/31093</w:t>
        <w:br/>
        <w:t>f 33847/35850/31146 33848/35852/31148 33790/35797/31092</w:t>
        <w:br/>
        <w:t>f 33849/35853/31149 33789/35798/31093 33848/35852/31148</w:t>
        <w:br/>
        <w:t>f 33802/35810/31105 33848/35852/31148 33798/35806/31101</w:t>
        <w:br/>
        <w:t>f 33847/35850/31146 33836/35840/31135 33807/35816/31111</w:t>
        <w:br/>
        <w:t>f 33848/35852/31148 33847/35850/31146 33807/35816/31111</w:t>
        <w:br/>
        <w:t>f 33808/35815/31110 33848/35852/31148 33807/35816/31111</w:t>
        <w:br/>
        <w:t>f 33814/35821/31116 33850/35854/31150 33813/35819/31114</w:t>
        <w:br/>
        <w:t>f 33815/35822/31117 33793/35800/31095 33794/35799/31094</w:t>
        <w:br/>
        <w:t>f 33844/35849/31145 33842/35846/31141 33726/35793/31088</w:t>
        <w:br/>
        <w:t>f 33799/35805/31100 33803/35809/31104 33798/35806/31101</w:t>
        <w:br/>
        <w:t>f 33795/35804/31099 33799/35805/31100 33797/35802/31097</w:t>
        <w:br/>
        <w:t>f 33849/35853/31149 33848/35852/31148 33802/35810/31105</w:t>
        <w:br/>
        <w:t>f 33825/35830/31125 33850/35854/31150 33814/35821/31116</w:t>
        <w:br/>
        <w:t>f 33796/35803/31098 33797/35802/31097 33801/35807/31102</w:t>
        <w:br/>
        <w:t>f 33851/35855/31151 33793/35800/31095 33813/35819/31114</w:t>
        <w:br/>
        <w:t>f 33831/35837/31132 33724/35795/31090 33853/35856/31152</w:t>
        <w:br/>
        <w:t>f 33829/35831/31126 33839/35842/31137 33828/35832/31127</w:t>
        <w:br/>
        <w:t>f 33821/35827/31122 33829/35831/31126 33820/35828/31123</w:t>
        <w:br/>
        <w:t>f 33792/35801/31096 33821/35827/31122 33794/35799/31094</w:t>
        <w:br/>
        <w:t>f 33840/35844/31139 33839/35842/31137 33832/35836/31131</w:t>
        <w:br/>
        <w:t>f 33844/35849/31145 33855/35857/31153 33854/35858/31154</w:t>
        <w:br/>
        <w:t>f 33842/35846/31141 33844/35849/31145 33854/35858/31154</w:t>
        <w:br/>
        <w:t>f 33855/35857/31153 33844/35849/31145 33845/35848/31144</w:t>
        <w:br/>
        <w:t>f 33853/35856/31152 33724/35795/31090 33725/35794/31089</w:t>
        <w:br/>
        <w:t>f 33810/35817/31112 33807/35816/31111 33819/35826/31121</w:t>
        <w:br/>
        <w:t>f 33817/35824/31119 33836/35840/31135 33847/35850/31146</w:t>
        <w:br/>
        <w:t>f 33581/35766/31155 33580/35859/31156 33579/35860/31157</w:t>
        <w:br/>
        <w:t>f 33581/35766/31155 33584/35861/31158 33580/35859/31156</w:t>
        <w:br/>
        <w:t>f 33579/35860/31157 33580/35859/31156 33609/35789/31159</w:t>
        <w:br/>
        <w:t>f 33610/35862/31160 33579/35860/31157 33609/35789/31159</w:t>
        <w:br/>
        <w:t>f 33824/35834/31161 33823/35863/31162 33822/35864/31163</w:t>
        <w:br/>
        <w:t>f 33824/35834/31161 33822/35864/31163 33827/35865/31164</w:t>
        <w:br/>
        <w:t>f 33851/35855/31165 33822/35864/31163 33823/35863/31162</w:t>
        <w:br/>
        <w:t>f 33852/35866/31166 33851/35855/31165 33823/35863/31162</w:t>
        <w:br/>
        <w:t>f 33950/35867/31167 33949/35868/31168 33948/35869/31168</w:t>
        <w:br/>
        <w:t>f 33951/35870/31167 33950/35867/31167 33948/35869/31168</w:t>
        <w:br/>
        <w:t>f 33955/35871/31169 33954/35872/31169 33953/35873/31170</w:t>
        <w:br/>
        <w:t>f 33952/35874/31171 33955/35871/31169 33953/35873/31170</w:t>
        <w:br/>
        <w:t>f 33957/35875/31172 33956/35876/31172 33954/35872/31169</w:t>
        <w:br/>
        <w:t>f 33955/35871/31169 33957/35875/31172 33954/35872/31169</w:t>
        <w:br/>
        <w:t>f 33956/35876/31172 33957/35875/31172 33958/35877/31173</w:t>
        <w:br/>
        <w:t>f 33959/35878/31174 33956/35876/31172 33958/35877/31173</w:t>
        <w:br/>
        <w:t>f 33961/35879/31175 33959/35878/31174 33958/35877/31173</w:t>
        <w:br/>
        <w:t>f 33960/35880/31175 33961/35879/31175 33958/35877/31173</w:t>
        <w:br/>
        <w:t>f 33961/35879/31175 33960/35880/31175 33962/35881/31176</w:t>
        <w:br/>
        <w:t>f 33963/35882/31176 33961/35879/31175 33962/35881/31176</w:t>
        <w:br/>
        <w:t>f 33962/35881/31176 33964/35883/31177 33963/35882/31176</w:t>
        <w:br/>
        <w:t>f 33965/35884/31178 33948/35869/31168 33949/35868/31168</w:t>
        <w:br/>
        <w:t>f 33952/35874/31171 33953/35873/31170 33950/35867/31167</w:t>
        <w:br/>
        <w:t>f 33951/35870/31167 33952/35874/31171 33950/35867/31167</w:t>
        <w:br/>
        <w:t>f 33968/35885/31179 33967/35886/31179 33966/35887/31180</w:t>
        <w:br/>
        <w:t>f 33969/35888/31180 33968/35885/31179 33966/35887/31180</w:t>
        <w:br/>
        <w:t>f 33973/35889/31181 33972/35890/31182 33971/35891/31182</w:t>
        <w:br/>
        <w:t>f 33970/35892/31183 33973/35889/31181 33971/35891/31182</w:t>
        <w:br/>
        <w:t>f 33975/35893/31184 33973/35889/31181 33970/35892/31183</w:t>
        <w:br/>
        <w:t>f 33974/35894/31185 33975/35893/31184 33970/35892/31183</w:t>
        <w:br/>
        <w:t>f 33976/35895/31186 33975/35893/31184 33974/35894/31185</w:t>
        <w:br/>
        <w:t>f 33977/35896/31187 33976/35895/31186 33974/35894/31185</w:t>
        <w:br/>
        <w:t>f 33979/35897/31188 33978/35898/31188 33976/35895/31186</w:t>
        <w:br/>
        <w:t>f 33977/35896/31187 33979/35897/31188 33976/35895/31186</w:t>
        <w:br/>
        <w:t>f 33980/35899/31189 33978/35898/31188 33979/35897/31188</w:t>
        <w:br/>
        <w:t>f 33981/35900/31190 33980/35899/31189 33979/35897/31188</w:t>
        <w:br/>
        <w:t>f 33980/35899/31189 33981/35900/31190 33982/35901/31191</w:t>
        <w:br/>
        <w:t>f 33983/35902/31192 33967/35886/31179 33968/35885/31179</w:t>
        <w:br/>
        <w:t>f 33972/35890/31182 33969/35888/31180 33966/35887/31180</w:t>
        <w:br/>
        <w:t>f 33971/35891/31182 33972/35890/31182 33966/35887/31180</w:t>
        <w:br/>
        <w:t>f 34642/35903/31193 34641/35904/31194 34640/35905/31195</w:t>
        <w:br/>
        <w:t>f 34646/35906/31196 34645/35907/31196 34644/35908/31197</w:t>
        <w:br/>
        <w:t>f 34643/35909/31198 34646/35906/31196 34644/35908/31197</w:t>
        <w:br/>
        <w:t>f 34648/35910/31199 34642/35903/31193 34640/35905/31195</w:t>
        <w:br/>
        <w:t>f 34647/35911/31200 34648/35910/31199 34640/35905/31195</w:t>
        <w:br/>
        <w:t>f 34650/35912/31201 34649/35913/31202 34645/35907/31196</w:t>
        <w:br/>
        <w:t>f 34646/35906/31196 34650/35912/31201 34645/35907/31196</w:t>
        <w:br/>
        <w:t>f 34652/35914/31203 34648/35910/31199 34647/35911/31200</w:t>
        <w:br/>
        <w:t>f 34651/35915/31203 34652/35914/31203 34647/35911/31200</w:t>
        <w:br/>
        <w:t>f 34649/35913/31202 34650/35912/31201 34654/35916/31204</w:t>
        <w:br/>
        <w:t>f 34653/35917/31204 34649/35913/31202 34654/35916/31204</w:t>
        <w:br/>
        <w:t>f 34656/35918/31205 34652/35914/31203 34651/35915/31203</w:t>
        <w:br/>
        <w:t>f 34655/35919/31205 34656/35918/31205 34651/35915/31203</w:t>
        <w:br/>
        <w:t>f 34654/35916/31204 34658/35920/31206 34657/35921/31206</w:t>
        <w:br/>
        <w:t>f 34653/35917/31204 34654/35916/31204 34657/35921/31206</w:t>
        <w:br/>
        <w:t>f 34655/35919/31205 34660/35922/31207 34659/35923/31207</w:t>
        <w:br/>
        <w:t>f 34656/35918/31205 34655/35919/31205 34659/35923/31207</w:t>
        <w:br/>
        <w:t>f 34661/35924/31208 34657/35921/31206 34658/35920/31206</w:t>
        <w:br/>
        <w:t>f 34662/35925/31209 34661/35924/31208 34658/35920/31206</w:t>
        <w:br/>
        <w:t>f 34661/35924/31208 34662/35925/31209 34664/35926/31210</w:t>
        <w:br/>
        <w:t>f 34663/35927/31211 34661/35924/31208 34664/35926/31210</w:t>
        <w:br/>
        <w:t>f 34668/35928/31212 34667/35929/31213 34666/35930/31213</w:t>
        <w:br/>
        <w:t>f 34665/35931/31214 34668/35928/31212 34666/35930/31213</w:t>
        <w:br/>
        <w:t>f 34670/35932/31215 34669/35933/31216 34663/35927/31211</w:t>
        <w:br/>
        <w:t>f 34664/35926/31210 34670/35932/31215 34663/35927/31211</w:t>
        <w:br/>
        <w:t>f 34671/35934/31217 34668/35928/31212 34665/35931/31214</w:t>
        <w:br/>
        <w:t>f 34672/35935/31218 34669/35933/31216 34670/35932/31215</w:t>
        <w:br/>
        <w:t>f 34660/35922/31207 34674/35936/31219 34673/35937/31220</w:t>
        <w:br/>
        <w:t>f 34659/35923/31207 34660/35922/31207 34673/35937/31220</w:t>
        <w:br/>
        <w:t>f 34674/35936/31219 34666/35930/31213 34667/35929/31213</w:t>
        <w:br/>
        <w:t>f 34673/35937/31220 34674/35936/31219 34667/35929/31213</w:t>
        <w:br/>
        <w:t>f 34644/35908/31197 34675/35938/31221 34643/35909/31198</w:t>
        <w:br/>
        <w:t>f 34678/35939/31222 34677/35940/31222 34676/35941/31223</w:t>
        <w:br/>
        <w:t>f 34682/35942/31224 34681/35943/31225 34680/35944/31225</w:t>
        <w:br/>
        <w:t>f 34679/35945/31224 34682/35942/31224 34680/35944/31225</w:t>
        <w:br/>
        <w:t>f 34684/35946/31226 34683/35947/31227 34677/35940/31222</w:t>
        <w:br/>
        <w:t>f 34678/35939/31222 34684/35946/31226 34677/35940/31222</w:t>
        <w:br/>
        <w:t>f 34686/35948/31228 34682/35942/31224 34679/35945/31224</w:t>
        <w:br/>
        <w:t>f 34685/35949/31228 34686/35948/31228 34679/35945/31224</w:t>
        <w:br/>
        <w:t>f 34688/35950/31229 34687/35951/31229 34683/35947/31227</w:t>
        <w:br/>
        <w:t>f 34684/35946/31226 34688/35950/31229 34683/35947/31227</w:t>
        <w:br/>
        <w:t>f 34685/35949/31228 34690/35952/31230 34689/35953/31230</w:t>
        <w:br/>
        <w:t>f 34686/35948/31228 34685/35949/31228 34689/35953/31230</w:t>
        <w:br/>
        <w:t>f 34692/35954/31231 34691/35955/31232 34687/35951/31229</w:t>
        <w:br/>
        <w:t>f 34688/35950/31229 34692/35954/31231 34687/35951/31229</w:t>
        <w:br/>
        <w:t>f 34694/35956/31233 34693/35957/31234 34689/35953/31230</w:t>
        <w:br/>
        <w:t>f 34690/35952/31230 34694/35956/31233 34689/35953/31230</w:t>
        <w:br/>
        <w:t>f 34691/35955/31232 34692/35954/31231 34696/35958/31235</w:t>
        <w:br/>
        <w:t>f 34695/35959/31235 34691/35955/31232 34696/35958/31235</w:t>
        <w:br/>
        <w:t>f 34693/35957/31234 34694/35956/31233 34697/35960/31236</w:t>
        <w:br/>
        <w:t>f 34698/35961/31237 34693/35957/31234 34697/35960/31236</w:t>
        <w:br/>
        <w:t>f 34697/35960/31236 34700/35962/31238 34699/35963/31238</w:t>
        <w:br/>
        <w:t>f 34698/35961/31237 34697/35960/31236 34699/35963/31238</w:t>
        <w:br/>
        <w:t>f 34704/35964/31239 34703/35965/31240 34702/35966/31241</w:t>
        <w:br/>
        <w:t>f 34701/35967/31241 34704/35964/31239 34702/35966/31241</w:t>
        <w:br/>
        <w:t>f 34706/35968/31242 34699/35963/31238 34700/35962/31238</w:t>
        <w:br/>
        <w:t>f 34705/35969/31242 34706/35968/31242 34700/35962/31238</w:t>
        <w:br/>
        <w:t>f 34707/35970/31243 34703/35965/31240 34704/35964/31239</w:t>
        <w:br/>
        <w:t>f 34708/35971/31244 34706/35968/31242 34705/35969/31242</w:t>
        <w:br/>
        <w:t>f 34695/35959/31235 34696/35958/31235 34710/35972/31245</w:t>
        <w:br/>
        <w:t>f 34709/35973/31245 34695/35959/31235 34710/35972/31245</w:t>
        <w:br/>
        <w:t>f 34709/35973/31245 34710/35972/31245 34701/35967/31241</w:t>
        <w:br/>
        <w:t>f 34702/35966/31241 34709/35973/31245 34701/35967/31241</w:t>
        <w:br/>
        <w:t>f 34680/35944/31225 34681/35943/31225 34711/35974/31246</w:t>
        <w:br/>
        <w:t>f 35703/35975/31247 35702/35976/31248 35701/35977/31249</w:t>
        <w:br/>
        <w:t>f 35700/35978/31250 35703/35975/31247 35701/35977/31249</w:t>
        <w:br/>
        <w:t>f 35702/35976/31248 35705/35979/31251 35704/35980/31252</w:t>
        <w:br/>
        <w:t>f 35701/35977/31249 35702/35976/31248 35704/35980/31252</w:t>
        <w:br/>
        <w:t>f 35707/35981/31253 35703/35975/31247 35700/35978/31250</w:t>
        <w:br/>
        <w:t>f 35706/35982/31254 35707/35981/31253 35700/35978/31250</w:t>
        <w:br/>
        <w:t>f 35709/35983/31255 35704/35980/31252 35705/35979/31251</w:t>
        <w:br/>
        <w:t>f 35708/35984/31256 35709/35983/31255 35705/35979/31251</w:t>
        <w:br/>
        <w:t>f 35712/35985/31257 35711/35986/31258 35710/35987/31259</w:t>
        <w:br/>
        <w:t>f 35710/35987/31259 35714/35988/31260 35713/35989/31261</w:t>
        <w:br/>
        <w:t>f 35712/35985/31257 35710/35987/31259 35713/35989/31261</w:t>
        <w:br/>
        <w:t>f 35706/35982/31254 35716/35990/31262 35715/35991/31263</w:t>
        <w:br/>
        <w:t>f 35707/35981/31253 35706/35982/31254 35715/35991/31263</w:t>
        <w:br/>
        <w:t>f 35712/35985/31257 35717/35992/31264 35711/35986/31258</w:t>
        <w:br/>
        <w:t>f 35720/35993/31265 35719/35994/31266 35718/35995/31267</w:t>
        <w:br/>
        <w:t>f 35723/35996/31268 35722/35997/31269 35721/35998/31270</w:t>
        <w:br/>
        <w:t>f 35724/35999/31271 35712/35985/31257 35713/35989/31261</w:t>
        <w:br/>
        <w:t>f 35705/35979/31251 35726/36000/31272 35725/36001/31273</w:t>
        <w:br/>
        <w:t>f 35708/35984/31256 35705/35979/31251 35725/36001/31273</w:t>
        <w:br/>
        <w:t>f 35727/36002/31274 35705/35979/31251 35702/35976/31248</w:t>
        <w:br/>
        <w:t>f 35728/36003/31275 35727/36002/31274 35702/35976/31248</w:t>
        <w:br/>
        <w:t>f 35729/36004/31276 35718/35995/31267 35702/35976/31248</w:t>
        <w:br/>
        <w:t>f 35703/35975/31247 35729/36004/31276 35702/35976/31248</w:t>
        <w:br/>
        <w:t>f 35730/36005/31277 35729/36004/31276 35703/35975/31247</w:t>
        <w:br/>
        <w:t>f 35707/35981/31253 35730/36005/31277 35703/35975/31247</w:t>
        <w:br/>
        <w:t>f 35707/35981/31253 35731/36006/31278 35730/36005/31277</w:t>
        <w:br/>
        <w:t>f 35734/36007/31279 35733/36008/31279 35732/36009/31280</w:t>
        <w:br/>
        <w:t>f 35738/36010/31281 35737/36011/31281 35736/36012/31282</w:t>
        <w:br/>
        <w:t>f 35735/36013/31282 35738/36010/31281 35736/36012/31282</w:t>
        <w:br/>
        <w:t>f 35726/36000/31272 35740/36014/31283 35739/36015/31284</w:t>
        <w:br/>
        <w:t>f 35725/36001/31273 35726/36000/31272 35739/36015/31284</w:t>
        <w:br/>
        <w:t>f 35741/36016/31285 35730/36005/31277 35731/36006/31278</w:t>
        <w:br/>
        <w:t>f 35742/36017/31286 35741/36016/31285 35731/36006/31278</w:t>
        <w:br/>
        <w:t>f 35729/36004/31276 35743/36018/31287 35720/35993/31265</w:t>
        <w:br/>
        <w:t>f 35718/35995/31267 35729/36004/31276 35720/35993/31265</w:t>
        <w:br/>
        <w:t>f 35746/36019/31288 35745/36020/31289 35744/36021/31290</w:t>
        <w:br/>
        <w:t>f 35747/36022/31291 35745/36020/31289 35746/36019/31288</w:t>
        <w:br/>
        <w:t>f 35748/36023/31292 35745/36020/31289 35747/36022/31291</w:t>
        <w:br/>
        <w:t>f 35750/36024/31293 35748/36023/31292 35749/36025/31294</w:t>
        <w:br/>
        <w:t>f 35751/36026/31295 35750/36024/31293 35749/36025/31294</w:t>
        <w:br/>
        <w:t>f 35752/36027/31296 35712/35985/31257 35724/35999/31271</w:t>
        <w:br/>
        <w:t>f 35754/36028/31297 35753/36029/31297 35747/36022/31291</w:t>
        <w:br/>
        <w:t>f 35746/36019/31288 35754/36028/31297 35747/36022/31291</w:t>
        <w:br/>
        <w:t>f 35756/36030/31298 35755/36031/31299 35753/36029/31297</w:t>
        <w:br/>
        <w:t>f 35754/36028/31297 35756/36030/31298 35753/36029/31297</w:t>
        <w:br/>
        <w:t>f 35758/36032/31300 35757/36033/31301 35755/36031/31299</w:t>
        <w:br/>
        <w:t>f 35756/36030/31298 35758/36032/31300 35755/36031/31299</w:t>
        <w:br/>
        <w:t>f 35761/36034/31302 35760/36035/31303 35744/36021/31290</w:t>
        <w:br/>
        <w:t>f 35759/36036/31304 35761/36034/31302 35744/36021/31290</w:t>
        <w:br/>
        <w:t>f 35763/36037/31305 35745/36020/31289 35748/36023/31292</w:t>
        <w:br/>
        <w:t>f 35762/36038/31306 35763/36037/31305 35748/36023/31292</w:t>
        <w:br/>
        <w:t>f 35765/36039/31307 35764/36040/31308 35750/36024/31293</w:t>
        <w:br/>
        <w:t>f 35768/36041/31309 35767/36042/31309 35766/36043/31310</w:t>
        <w:br/>
        <w:t>f 35772/36044/31311 35771/36045/31311 35770/36046/31312</w:t>
        <w:br/>
        <w:t>f 35769/36047/31313 35772/36044/31311 35770/36046/31312</w:t>
        <w:br/>
        <w:t>f 35771/36045/31311 35772/36044/31311 35774/36048/31314</w:t>
        <w:br/>
        <w:t>f 35773/36049/31315 35771/36045/31311 35774/36048/31314</w:t>
        <w:br/>
        <w:t>f 35777/36050/31316 35776/36051/31317 35775/36052/31318</w:t>
        <w:br/>
        <w:t>f 35779/36053/31319 35778/36054/31320 35746/36019/31288</w:t>
        <w:br/>
        <w:t>f 35780/36055/31321 35779/36053/31319 35746/36019/31288</w:t>
        <w:br/>
        <w:t>f 35783/36056/31322 35782/36057/31323 35781/36058/31324</w:t>
        <w:br/>
        <w:t>f 35784/36059/31322 35783/36056/31322 35781/36058/31324</w:t>
        <w:br/>
        <w:t>f 35783/36056/31322 35784/36059/31322 35767/36042/31309</w:t>
        <w:br/>
        <w:t>f 35768/36041/31309 35783/36056/31322 35767/36042/31309</w:t>
        <w:br/>
        <w:t>f 35745/36020/31289 35763/36037/31305 35759/36036/31304</w:t>
        <w:br/>
        <w:t>f 35744/36021/31290 35745/36020/31289 35759/36036/31304</w:t>
        <w:br/>
        <w:t>f 35785/36060/31325 35757/36033/31301 35758/36032/31300</w:t>
        <w:br/>
        <w:t>f 35725/36001/31273 35739/36015/31284 35787/36061/31326</w:t>
        <w:br/>
        <w:t>f 35786/36062/31327 35725/36001/31273 35787/36061/31326</w:t>
        <w:br/>
        <w:t>f 35730/36005/31277 35741/36016/31285 35743/36018/31287</w:t>
        <w:br/>
        <w:t>f 35729/36004/31276 35730/36005/31277 35743/36018/31287</w:t>
        <w:br/>
        <w:t>f 35780/36055/31321 35744/36021/31290 35760/36035/31303</w:t>
        <w:br/>
        <w:t>f 35715/35991/31263 35780/36055/31321 35760/36035/31303</w:t>
        <w:br/>
        <w:t>f 35744/36021/31290 35780/36055/31321 35746/36019/31288</w:t>
        <w:br/>
        <w:t>f 35780/36055/31321 35715/35991/31263 35716/35990/31262</w:t>
        <w:br/>
        <w:t>f 35779/36053/31319 35780/36055/31321 35716/35990/31262</w:t>
        <w:br/>
        <w:t>f 35782/36057/31323 35788/36063/31328 35778/36054/31320</w:t>
        <w:br/>
        <w:t>f 35781/36058/31324 35782/36057/31323 35778/36054/31320</w:t>
        <w:br/>
        <w:t>f 35792/36064/31329 35791/36065/31330 35790/36066/31331</w:t>
        <w:br/>
        <w:t>f 35789/36067/31332 35792/36064/31329 35790/36066/31331</w:t>
        <w:br/>
        <w:t>f 35795/36068/31333 35794/36069/31334 35793/36070/31334</w:t>
        <w:br/>
        <w:t>f 35775/36052/31318 35797/36071/31335 35796/36072/31336</w:t>
        <w:br/>
        <w:t>f 35761/36034/31302 35798/36073/31337 35760/36035/31303</w:t>
        <w:br/>
        <w:t>f 35790/36066/31331 35800/36074/31338 35799/36075/31339</w:t>
        <w:br/>
        <w:t>f 35789/36067/31332 35790/36066/31331 35799/36075/31339</w:t>
        <w:br/>
        <w:t>f 35803/36076/31340 35802/36077/31341 35801/36078/31341</w:t>
        <w:br/>
        <w:t>f 35806/36079/31342 35805/36080/31343 35804/36081/31344</w:t>
        <w:br/>
        <w:t>f 35807/36082/31345 35806/36079/31342 35804/36081/31344</w:t>
        <w:br/>
        <w:t>f 35810/36083/31346 35809/36084/31347 35808/36085/31347</w:t>
        <w:br/>
        <w:t>f 35813/36086/31348 35812/36087/31349 35811/36088/31350</w:t>
        <w:br/>
        <w:t>f 35814/36089/31351 35813/36086/31348 35811/36088/31350</w:t>
        <w:br/>
        <w:t>f 35816/36090/31352 35815/36091/31353 35812/36087/31349</w:t>
        <w:br/>
        <w:t>f 35811/36088/31350 35815/36091/31353 35817/36092/31354</w:t>
        <w:br/>
        <w:t>f 35821/36093/31355 35820/36094/31356 35819/36095/31357</w:t>
        <w:br/>
        <w:t>f 35818/36096/31357 35821/36093/31355 35819/36095/31357</w:t>
        <w:br/>
        <w:t>f 35822/36097/31358 35806/36079/31342 35807/36082/31345</w:t>
        <w:br/>
        <w:t>f 35811/36088/31350 35817/36092/31354 35823/36098/31359</w:t>
        <w:br/>
        <w:t>f 35820/36094/31356 35824/36099/31360 35822/36097/31358</w:t>
        <w:br/>
        <w:t>f 35711/35986/31258 35825/36100/31361 35710/35987/31259</w:t>
        <w:br/>
        <w:t>f 35823/36098/31359 35817/36092/31354 35818/36096/31357</w:t>
        <w:br/>
        <w:t>f 35819/36095/31357 35823/36098/31359 35818/36096/31357</w:t>
        <w:br/>
        <w:t>f 35821/36093/31355 35824/36099/31360 35820/36094/31356</w:t>
        <w:br/>
        <w:t>f 35824/36099/31360 35806/36079/31342 35822/36097/31358</w:t>
        <w:br/>
        <w:t>f 35828/36101/31362 35827/36102/31363 35826/36103/31363</w:t>
        <w:br/>
        <w:t>f 35829/36104/31364 35828/36101/31362 35826/36103/31363</w:t>
        <w:br/>
        <w:t>f 35812/36087/31349 35815/36091/31353 35811/36088/31350</w:t>
        <w:br/>
        <w:t>f 35777/36050/31316 35815/36091/31353 35776/36051/31317</w:t>
        <w:br/>
        <w:t>f 35831/36105/31365 35830/36106/31365 35773/36049/31315</w:t>
        <w:br/>
        <w:t>f 35774/36048/31314 35831/36105/31365 35773/36049/31315</w:t>
        <w:br/>
        <w:t>f 35832/36107/31366 35805/36080/31343 35828/36101/31362</w:t>
        <w:br/>
        <w:t>f 35829/36104/31364 35832/36107/31366 35828/36101/31362</w:t>
        <w:br/>
        <w:t>f 35834/36108/31367 35833/36109/31367 35735/36013/31282</w:t>
        <w:br/>
        <w:t>f 35736/36012/31282 35834/36108/31367 35735/36013/31282</w:t>
        <w:br/>
        <w:t>f 35775/36052/31318 35836/36110/31368 35835/36111/31369</w:t>
        <w:br/>
        <w:t>f 35797/36071/31335 35775/36052/31318 35835/36111/31369</w:t>
        <w:br/>
        <w:t>f 35837/36112/31370 35797/36071/31335 35835/36111/31369</w:t>
        <w:br/>
        <w:t>f 35838/36113/31371 35837/36112/31370 35835/36111/31369</w:t>
        <w:br/>
        <w:t>f 35775/36052/31318 35816/36090/31352 35836/36110/31368</w:t>
        <w:br/>
        <w:t>f 35705/35979/31251 35727/36002/31274 35726/36000/31272</w:t>
        <w:br/>
        <w:t>f 35726/36000/31272 35845/36114/31372 35740/36014/31283</w:t>
        <w:br/>
        <w:t>f 35726/36000/31272 35727/36002/31274 35846/36115/31373</w:t>
        <w:br/>
        <w:t>f 35850/36116/31372 35849/36117/31374 35848/36118/31374</w:t>
        <w:br/>
        <w:t>f 35847/36119/31283 35850/36116/31372 35848/36118/31374</w:t>
        <w:br/>
        <w:t>f 35853/36120/31375 35852/36121/31376 35851/36122/31377</w:t>
        <w:br/>
        <w:t>f 35854/36123/31378 35853/36120/31375 35851/36122/31377</w:t>
        <w:br/>
        <w:t>f 35858/36124/31379 35857/36125/31380 35856/36126/31381</w:t>
        <w:br/>
        <w:t>f 35855/36127/31358 35858/36124/31379 35856/36126/31381</w:t>
        <w:br/>
        <w:t>f 35727/36002/31274 35859/36128/31382 35846/36115/31373</w:t>
        <w:br/>
        <w:t>f 35862/36129/31383 35861/36130/31384 35860/36131/31384</w:t>
        <w:br/>
        <w:t>f 35863/36132/31383 35862/36129/31383 35860/36131/31384</w:t>
        <w:br/>
        <w:t>f 35867/36133/31385 35866/36134/31386 35865/36135/31386</w:t>
        <w:br/>
        <w:t>f 35864/36136/31387 35867/36133/31385 35865/36135/31386</w:t>
        <w:br/>
        <w:t>f 35871/36137/31388 35870/36138/31388 35869/36139/31389</w:t>
        <w:br/>
        <w:t>f 35868/36140/31390 35871/36137/31388 35869/36139/31389</w:t>
        <w:br/>
        <w:t>f 35849/36117/31374 35860/36131/31384 35861/36130/31384</w:t>
        <w:br/>
        <w:t>f 35848/36118/31374 35849/36117/31374 35861/36130/31384</w:t>
        <w:br/>
        <w:t>f 35853/36120/31375 35867/36133/31385 35864/36136/31387</w:t>
        <w:br/>
        <w:t>f 35852/36121/31376 35853/36120/31375 35864/36136/31387</w:t>
        <w:br/>
        <w:t>f 35868/36140/31390 35869/36139/31389 35857/36125/31380</w:t>
        <w:br/>
        <w:t>f 35858/36124/31379 35868/36140/31390 35857/36125/31380</w:t>
        <w:br/>
        <w:t>f 35874/36141/31391 35873/36142/31392 35872/36143/31393</w:t>
        <w:br/>
        <w:t>f 35877/36144/31394 35876/36145/31394 35875/36146/31395</w:t>
        <w:br/>
        <w:t>f 35880/36147/31396 35879/36148/31397 35878/36149/31398</w:t>
        <w:br/>
        <w:t>f 35874/36141/31391 35862/36129/31383 35863/36132/31383</w:t>
        <w:br/>
        <w:t>f 35873/36142/31392 35874/36141/31391 35863/36132/31383</w:t>
        <w:br/>
        <w:t>f 35866/36134/31386 35876/36145/31394 35877/36144/31394</w:t>
        <w:br/>
        <w:t>f 35865/36135/31386 35866/36134/31386 35877/36144/31394</w:t>
        <w:br/>
        <w:t>f 35879/36148/31397 35880/36147/31396 35870/36138/31388</w:t>
        <w:br/>
        <w:t>f 35871/36137/31388 35879/36148/31397 35870/36138/31388</w:t>
        <w:br/>
        <w:t>f 35881/36150/31399 35790/36066/31331 35791/36065/31330</w:t>
        <w:br/>
        <w:t>f 35742/36017/31286 35881/36150/31399 35791/36065/31330</w:t>
        <w:br/>
        <w:t>f 35800/36074/31338 35790/36066/31331 35798/36073/31400</w:t>
        <w:br/>
        <w:t>f 35882/36151/31401 35800/36074/31338 35798/36073/31400</w:t>
        <w:br/>
        <w:t>f 35742/36017/31286 35731/36006/31278 35881/36150/31399</w:t>
        <w:br/>
        <w:t>f 35715/35991/31263 35760/36035/31303 35731/36006/31278</w:t>
        <w:br/>
        <w:t>f 35707/35981/31253 35715/35991/31263 35731/36006/31278</w:t>
        <w:br/>
        <w:t>f 35792/36064/31329 35789/36067/31332 35883/36152/31402</w:t>
        <w:br/>
        <w:t>f 35789/36067/31332 35799/36075/31339 35883/36152/31402</w:t>
        <w:br/>
        <w:t>f 35814/36089/31351 35808/36085/31347 35809/36084/31347</w:t>
        <w:br/>
        <w:t>f 35813/36086/31348 35814/36089/31351 35809/36084/31347</w:t>
        <w:br/>
        <w:t>f 35798/36073/31337 35731/36006/31278 35760/36035/31303</w:t>
        <w:br/>
        <w:t>f 35770/36046/31312 35884/36153/31403 35769/36047/31313</w:t>
        <w:br/>
        <w:t>f 35775/36052/31318 35796/36072/31336 35777/36050/31316</w:t>
        <w:br/>
        <w:t>f 35796/36072/31336 35885/36154/31404 35777/36050/31316</w:t>
        <w:br/>
        <w:t>f 35775/36052/31318 35776/36051/31317 35816/36090/31352</w:t>
        <w:br/>
        <w:t>f 35776/36051/31317 35815/36091/31353 35816/36090/31352</w:t>
        <w:br/>
        <w:t>f 35827/36102/31363 35801/36078/31341 35802/36077/31341</w:t>
        <w:br/>
        <w:t>f 35826/36103/31363 35827/36102/31363 35802/36077/31341</w:t>
        <w:br/>
        <w:t>f 35752/36027/31296 35724/35999/31271 35722/35997/31269</w:t>
        <w:br/>
        <w:t>f 35723/35996/31268 35752/36027/31296 35722/35997/31269</w:t>
        <w:br/>
        <w:t>f 35737/36011/31281 35738/36010/31281 35733/36008/31279</w:t>
        <w:br/>
        <w:t>f 35734/36007/31279 35737/36011/31281 35733/36008/31279</w:t>
        <w:br/>
        <w:t>f 35748/36023/31292 35747/36022/31291 35749/36025/31294</w:t>
        <w:br/>
        <w:t>f 35888/36155/31405 35887/36156/31406 35886/36157/31407</w:t>
        <w:br/>
        <w:t>f 35890/36158/31408 35888/36155/31405 35889/36159/31409</w:t>
        <w:br/>
        <w:t>f 35893/36160/31410 35892/36161/31411 35891/36162/31412</w:t>
        <w:br/>
        <w:t>f 35891/36162/31412 35895/36163/31413 35894/36164/31414</w:t>
        <w:br/>
        <w:t>f 35896/36165/31415 35895/36163/31413 35891/36162/31412</w:t>
        <w:br/>
        <w:t>f 35892/36161/31411 35896/36165/31415 35891/36162/31412</w:t>
        <w:br/>
        <w:t>f 35894/36164/31414 35893/36160/31410 35891/36162/31412</w:t>
        <w:br/>
        <w:t>f 35897/36166/31416 35887/36156/31406 35888/36155/31405</w:t>
        <w:br/>
        <w:t>f 35890/36158/31408 35897/36166/31416 35888/36155/31405</w:t>
        <w:br/>
        <w:t>f 35886/36157/31407 35889/36159/31409 35888/36155/31405</w:t>
        <w:br/>
        <w:t>f 35900/36167/31417 35899/36168/31417 35898/36169/31418</w:t>
        <w:br/>
        <w:t>f 35899/36168/31417 35900/36167/31417 35901/36170/31419</w:t>
        <w:br/>
        <w:t>f 35902/36171/31420 35899/36168/31417 35901/36170/31419</w:t>
        <w:br/>
        <w:t>f 35905/36172/31421 35904/36173/31422 35903/36174/31423</w:t>
        <w:br/>
        <w:t>f 35906/36175/31424 35905/36172/31421 35903/36174/31423</w:t>
        <w:br/>
        <w:t>f 35909/36176/31425 35908/36177/31426 35907/36178/31427</w:t>
        <w:br/>
        <w:t>f 35902/36171/31420 35901/36170/31419 35903/36174/31423</w:t>
        <w:br/>
        <w:t>f 35910/36179/31428 35902/36171/31420 35903/36174/31423</w:t>
        <w:br/>
        <w:t>f 35901/36170/31419 35911/36180/31429 35906/36175/31424</w:t>
        <w:br/>
        <w:t>f 35903/36174/31423 35901/36170/31419 35906/36175/31424</w:t>
        <w:br/>
        <w:t>f 35904/36173/31422 35912/36181/31430 35910/36179/31428</w:t>
        <w:br/>
        <w:t>f 35903/36174/31423 35904/36173/31422 35910/36179/31428</w:t>
        <w:br/>
        <w:t>f 35914/36182/31431 35913/36183/31432 35911/36180/31429</w:t>
        <w:br/>
        <w:t>f 35901/36170/31419 35914/36182/31431 35911/36180/31429</w:t>
        <w:br/>
        <w:t>f 35913/36183/31432 35914/36182/31431 35915/36184/31433</w:t>
        <w:br/>
        <w:t>f 35916/36185/31434 35907/36178/31427 35904/36173/31422</w:t>
        <w:br/>
        <w:t>f 35905/36172/31421 35916/36185/31434 35904/36173/31422</w:t>
        <w:br/>
        <w:t>f 35825/36100/31361 35917/36186/31435 35710/35987/31259</w:t>
        <w:br/>
        <w:t>f 35917/36186/31435 35918/36187/31436 35714/35988/31260</w:t>
        <w:br/>
        <w:t>f 35710/35987/31259 35917/36186/31435 35714/35988/31260</w:t>
        <w:br/>
        <w:t>f 35804/36081/31344 35805/36080/31343 35832/36107/31366</w:t>
        <w:br/>
        <w:t>f 35833/36109/31367 35834/36108/31367 35786/36062/31327</w:t>
        <w:br/>
        <w:t>f 35787/36061/31326 35833/36109/31367 35786/36062/31327</w:t>
        <w:br/>
        <w:t>f 35786/36062/31327 35917/36186/31435 35708/35984/31256</w:t>
        <w:br/>
        <w:t>f 35725/36001/31273 35786/36062/31327 35708/35984/31256</w:t>
        <w:br/>
        <w:t>f 35917/36186/31435 35825/36100/31361 35709/35983/31255</w:t>
        <w:br/>
        <w:t>f 35708/35984/31256 35917/36186/31435 35709/35983/31255</w:t>
        <w:br/>
        <w:t>f 35922/36188/31437 35921/36189/31438 35920/36190/31439</w:t>
        <w:br/>
        <w:t>f 35919/36191/31440 35922/36188/31437 35920/36190/31439</w:t>
        <w:br/>
        <w:t>f 35919/36191/31440 35920/36190/31439 35924/36192/31441</w:t>
        <w:br/>
        <w:t>f 35923/36193/31442 35919/36191/31440 35924/36192/31441</w:t>
        <w:br/>
        <w:t>f 35926/36194/31443 35925/36195/31444 35921/36189/31438</w:t>
        <w:br/>
        <w:t>f 35922/36188/31437 35926/36194/31443 35921/36189/31438</w:t>
        <w:br/>
        <w:t>f 35928/36196/31445 35927/36197/31446 35923/36193/31442</w:t>
        <w:br/>
        <w:t>f 35924/36192/31441 35928/36196/31445 35923/36193/31442</w:t>
        <w:br/>
        <w:t>f 35931/36198/31447 35930/36199/31448 35929/36200/31449</w:t>
        <w:br/>
        <w:t>f 35930/36199/31448 35931/36198/31447 35933/36201/31450</w:t>
        <w:br/>
        <w:t>f 35932/36202/31451 35930/36199/31448 35933/36201/31450</w:t>
        <w:br/>
        <w:t>f 35925/36195/31444 35926/36194/31443 35935/36203/31452</w:t>
        <w:br/>
        <w:t>f 35934/36204/31453 35925/36195/31444 35935/36203/31452</w:t>
        <w:br/>
        <w:t>f 35931/36198/31447 35929/36200/31449 35936/36205/31454</w:t>
        <w:br/>
        <w:t>f 35939/36206/31455 35938/36207/31456 35937/36208/31457</w:t>
        <w:br/>
        <w:t>f 35942/36209/31458 35941/36210/31459 35940/36211/31458</w:t>
        <w:br/>
        <w:t>f 35943/36212/31460 35933/36201/31450 35931/36198/31447</w:t>
        <w:br/>
        <w:t>f 35945/36213/31461 35944/36214/31462 35923/36193/31442</w:t>
        <w:br/>
        <w:t>f 35927/36197/31446 35945/36213/31461 35923/36193/31442</w:t>
        <w:br/>
        <w:t>f 35919/36191/31440 35923/36193/31442 35946/36215/31463</w:t>
        <w:br/>
        <w:t>f 35947/36216/31464 35919/36191/31440 35946/36215/31463</w:t>
        <w:br/>
        <w:t>f 35948/36217/31465 35922/36188/31437 35919/36191/31440</w:t>
        <w:br/>
        <w:t>f 35938/36207/31456 35948/36217/31465 35919/36191/31440</w:t>
        <w:br/>
        <w:t>f 35949/36218/31466 35926/36194/31443 35922/36188/31437</w:t>
        <w:br/>
        <w:t>f 35948/36217/31465 35949/36218/31466 35922/36188/31437</w:t>
        <w:br/>
        <w:t>f 35926/36194/31443 35949/36218/31466 35950/36219/31467</w:t>
        <w:br/>
        <w:t>f 35953/36220/31468 35952/36221/31469 35951/36222/31468</w:t>
        <w:br/>
        <w:t>f 35957/36223/31470 35956/36224/31471 35955/36225/31472</w:t>
        <w:br/>
        <w:t>f 35954/36226/31470 35957/36223/31470 35955/36225/31472</w:t>
        <w:br/>
        <w:t>f 35944/36214/31462 35945/36213/31461 35959/36227/31473</w:t>
        <w:br/>
        <w:t>f 35958/36228/31474 35944/36214/31462 35959/36227/31473</w:t>
        <w:br/>
        <w:t>f 35950/36219/31467 35949/36218/31466 35960/36229/31475</w:t>
        <w:br/>
        <w:t>f 35961/36230/31476 35950/36219/31467 35960/36229/31475</w:t>
        <w:br/>
        <w:t>f 35948/36217/31465 35938/36207/31456 35939/36206/31455</w:t>
        <w:br/>
        <w:t>f 35962/36231/31477 35948/36217/31465 35939/36206/31455</w:t>
        <w:br/>
        <w:t>f 35965/36232/31478 35964/36233/31479 35963/36234/31480</w:t>
        <w:br/>
        <w:t>f 35966/36235/31481 35965/36232/31478 35963/36234/31480</w:t>
        <w:br/>
        <w:t>f 35967/36236/31482 35966/36235/31481 35963/36234/31480</w:t>
        <w:br/>
        <w:t>f 35970/36237/31483 35967/36236/31482 35969/36238/31484</w:t>
        <w:br/>
        <w:t>f 35968/36239/31485 35970/36237/31483 35969/36238/31484</w:t>
        <w:br/>
        <w:t>f 35971/36240/31486 35943/36212/31460 35931/36198/31447</w:t>
        <w:br/>
        <w:t>f 35973/36241/31487 35965/36232/31478 35966/36235/31481</w:t>
        <w:br/>
        <w:t>f 35972/36242/31487 35973/36241/31487 35966/36235/31481</w:t>
        <w:br/>
        <w:t>f 35975/36243/31488 35973/36241/31487 35972/36242/31487</w:t>
        <w:br/>
        <w:t>f 35974/36244/31488 35975/36243/31488 35972/36242/31487</w:t>
        <w:br/>
        <w:t>f 35974/36244/31488 35977/36245/31489 35976/36246/31489</w:t>
        <w:br/>
        <w:t>f 35975/36243/31488 35974/36244/31488 35976/36246/31489</w:t>
        <w:br/>
        <w:t>f 35980/36247/31490 35979/36248/31491 35964/36233/31479</w:t>
        <w:br/>
        <w:t>f 35978/36249/31492 35980/36247/31490 35964/36233/31479</w:t>
        <w:br/>
        <w:t>f 35982/36250/31493 35981/36251/31494 35967/36236/31482</w:t>
        <w:br/>
        <w:t>f 35963/36234/31480 35982/36250/31493 35967/36236/31482</w:t>
        <w:br/>
        <w:t>f 35984/36252/31495 35969/36238/31484 35983/36253/31496</w:t>
        <w:br/>
        <w:t>f 35987/36254/31497 35986/36255/31498 35985/36256/31497</w:t>
        <w:br/>
        <w:t>f 35991/36257/31499 35990/36258/31500 35989/36259/31500</w:t>
        <w:br/>
        <w:t>f 35988/36260/31499 35991/36257/31499 35989/36259/31500</w:t>
        <w:br/>
        <w:t>f 35988/36260/31499 35993/36261/31501 35992/36262/31502</w:t>
        <w:br/>
        <w:t>f 35991/36257/31499 35988/36260/31499 35992/36262/31502</w:t>
        <w:br/>
        <w:t>f 35996/36263/31503 35995/36264/31504 35994/36265/31505</w:t>
        <w:br/>
        <w:t>f 35999/36266/31506 35998/36267/31506 35997/36268/31507</w:t>
        <w:br/>
        <w:t>f 36000/36269/31508 35999/36266/31506 35997/36268/31507</w:t>
        <w:br/>
        <w:t>f 36003/36270/31509 36002/36271/31510 36001/36272/31511</w:t>
        <w:br/>
        <w:t>f 36004/36273/31511 36003/36270/31509 36001/36272/31511</w:t>
        <w:br/>
        <w:t>f 35987/36254/31497 35985/36256/31497 36004/36273/31511</w:t>
        <w:br/>
        <w:t>f 36001/36272/31511 35987/36254/31497 36004/36273/31511</w:t>
        <w:br/>
        <w:t>f 35963/36234/31480 35964/36233/31479 35979/36248/31491</w:t>
        <w:br/>
        <w:t>f 35982/36250/31493 35963/36234/31480 35979/36248/31491</w:t>
        <w:br/>
        <w:t>f 36005/36274/31512 35976/36246/31489 35977/36245/31489</w:t>
        <w:br/>
        <w:t>f 35945/36213/31461 36007/36275/31513 36006/36276/31514</w:t>
        <w:br/>
        <w:t>f 35959/36227/31473 35945/36213/31461 36006/36276/31514</w:t>
        <w:br/>
        <w:t>f 35949/36218/31466 35948/36217/31465 35962/36231/31477</w:t>
        <w:br/>
        <w:t>f 35960/36229/31475 35949/36218/31466 35962/36231/31477</w:t>
        <w:br/>
        <w:t>f 35978/36249/31492 35964/36233/31479 36000/36269/31508</w:t>
        <w:br/>
        <w:t>f 35935/36203/31452 35978/36249/31492 36000/36269/31508</w:t>
        <w:br/>
        <w:t>f 35964/36233/31479 35965/36232/31478 36000/36269/31508</w:t>
        <w:br/>
        <w:t>f 36000/36269/31508 35997/36268/31507 35934/36204/31453</w:t>
        <w:br/>
        <w:t>f 35935/36203/31452 36000/36269/31508 35934/36204/31453</w:t>
        <w:br/>
        <w:t>f 36002/36271/31510 36003/36270/31509 35998/36267/31506</w:t>
        <w:br/>
        <w:t>f 35999/36266/31506 36002/36271/31510 35998/36267/31506</w:t>
        <w:br/>
        <w:t>f 36011/36277/31515 36010/36278/31516 36009/36279/31517</w:t>
        <w:br/>
        <w:t>f 36008/36280/31518 36011/36277/31515 36009/36279/31517</w:t>
        <w:br/>
        <w:t>f 36014/36281/31519 36013/36282/31520 36012/36283/31520</w:t>
        <w:br/>
        <w:t>f 35995/36264/31504 36016/36284/31521 36015/36285/31522</w:t>
        <w:br/>
        <w:t>f 35980/36247/31490 35978/36249/31492 36017/36286/31523</w:t>
        <w:br/>
        <w:t>f 36019/36287/31524 36018/36288/31525 36009/36279/31517</w:t>
        <w:br/>
        <w:t>f 36010/36278/31516 36019/36287/31524 36009/36279/31517</w:t>
        <w:br/>
        <w:t>f 36022/36289/31526 36021/36290/31527 36020/36291/31528</w:t>
        <w:br/>
        <w:t>f 36025/36292/31529 36024/36293/31530 36023/36294/31531</w:t>
        <w:br/>
        <w:t>f 36026/36295/31532 36025/36292/31529 36023/36294/31531</w:t>
        <w:br/>
        <w:t>f 36029/36296/31533 36028/36297/31534 36027/36298/31535</w:t>
        <w:br/>
        <w:t>f 36033/36299/31536 36032/36300/31537 36031/36301/31538</w:t>
        <w:br/>
        <w:t>f 36030/36302/31539 36033/36299/31536 36031/36301/31538</w:t>
        <w:br/>
        <w:t>f 36035/36303/31540 36031/36301/31538 36034/36304/31541</w:t>
        <w:br/>
        <w:t>f 36032/36300/31537 36036/36305/31542 36034/36304/31541</w:t>
        <w:br/>
        <w:t>f 36040/36306/31543 36039/36307/31544 36038/36308/31544</w:t>
        <w:br/>
        <w:t>f 36037/36309/31545 36040/36306/31543 36038/36308/31544</w:t>
        <w:br/>
        <w:t>f 36041/36310/31546 36026/36295/31532 36023/36294/31531</w:t>
        <w:br/>
        <w:t>f 36032/36300/31537 36042/36311/31547 36036/36305/31542</w:t>
        <w:br/>
        <w:t>f 36037/36309/31545 36041/36310/31546 36043/36312/31548</w:t>
        <w:br/>
        <w:t>f 35929/36200/31449 35930/36199/31448 36044/36313/31549</w:t>
        <w:br/>
        <w:t>f 36042/36311/31547 36038/36308/31544 36039/36307/31544</w:t>
        <w:br/>
        <w:t>f 36036/36305/31542 36042/36311/31547 36039/36307/31544</w:t>
        <w:br/>
        <w:t>f 36040/36306/31543 36037/36309/31545 36043/36312/31548</w:t>
        <w:br/>
        <w:t>f 36043/36312/31548 36041/36310/31546 36023/36294/31531</w:t>
        <w:br/>
        <w:t>f 36047/36314/31550 36046/36315/31551 36045/36316/31552</w:t>
        <w:br/>
        <w:t>f 36048/36317/31553 36047/36314/31550 36045/36316/31552</w:t>
        <w:br/>
        <w:t>f 36031/36301/31538 36032/36300/31537 36034/36304/31541</w:t>
        <w:br/>
        <w:t>f 35996/36263/31503 35994/36265/31505 36034/36304/31541</w:t>
        <w:br/>
        <w:t>f 35993/36261/31501 36050/36318/31554 36049/36319/31554</w:t>
        <w:br/>
        <w:t>f 35992/36262/31502 35993/36261/31501 36049/36319/31554</w:t>
        <w:br/>
        <w:t>f 36045/36316/31552 36024/36293/31530 36051/36320/31555</w:t>
        <w:br/>
        <w:t>f 36048/36317/31553 36045/36316/31552 36051/36320/31555</w:t>
        <w:br/>
        <w:t>f 36053/36321/31556 35955/36225/31472 35956/36224/31471</w:t>
        <w:br/>
        <w:t>f 36052/36322/31556 36053/36321/31556 35956/36224/31471</w:t>
        <w:br/>
        <w:t>f 35995/36264/31504 36015/36285/31522 36055/36323/31557</w:t>
        <w:br/>
        <w:t>f 36054/36324/31558 35995/36264/31504 36055/36323/31557</w:t>
        <w:br/>
        <w:t>f 36057/36325/31559 36056/36326/31560 36055/36323/31557</w:t>
        <w:br/>
        <w:t>f 36015/36285/31522 36057/36325/31559 36055/36323/31557</w:t>
        <w:br/>
        <w:t>f 35995/36264/31504 36054/36324/31558 36035/36303/31540</w:t>
        <w:br/>
        <w:t>f 35923/36193/31442 35944/36214/31462 35946/36215/31463</w:t>
        <w:br/>
        <w:t>f 35944/36214/31462 35958/36228/31474 36064/36327/31561</w:t>
        <w:br/>
        <w:t>f 35944/36214/31462 36065/36328/31562 35946/36215/31463</w:t>
        <w:br/>
        <w:t>f 36069/36329/31563 36068/36330/31564 36067/36331/31565</w:t>
        <w:br/>
        <w:t>f 36066/36332/31565 36069/36329/31563 36067/36331/31565</w:t>
        <w:br/>
        <w:t>f 36072/36333/31566 36071/36334/31567 36070/36335/31568</w:t>
        <w:br/>
        <w:t>f 36073/36336/31569 36072/36333/31566 36070/36335/31568</w:t>
        <w:br/>
        <w:t>f 36077/36337/31570 36076/36338/31571 36075/36339/31572</w:t>
        <w:br/>
        <w:t>f 36074/36340/31573 36077/36337/31570 36075/36339/31572</w:t>
        <w:br/>
        <w:t>f 35946/36215/31463 36065/36328/31562 36078/36341/31574</w:t>
        <w:br/>
        <w:t>f 36081/36342/31575 36080/36343/31576 36079/36344/31577</w:t>
        <w:br/>
        <w:t>f 36082/36345/31577 36081/36342/31575 36079/36344/31577</w:t>
        <w:br/>
        <w:t>f 36086/36346/31578 36085/36347/31579 36084/36348/31580</w:t>
        <w:br/>
        <w:t>f 36083/36349/31581 36086/36346/31578 36084/36348/31580</w:t>
        <w:br/>
        <w:t>f 36090/36350/31582 36089/36351/31583 36088/36352/31584</w:t>
        <w:br/>
        <w:t>f 36087/36353/31585 36090/36350/31582 36088/36352/31584</w:t>
        <w:br/>
        <w:t>f 36066/36332/31565 36067/36331/31565 36080/36343/31576</w:t>
        <w:br/>
        <w:t>f 36081/36342/31575 36066/36332/31565 36080/36343/31576</w:t>
        <w:br/>
        <w:t>f 36070/36335/31568 36071/36334/31567 36085/36347/31579</w:t>
        <w:br/>
        <w:t>f 36086/36346/31578 36070/36335/31568 36085/36347/31579</w:t>
        <w:br/>
        <w:t>f 36089/36351/31583 36077/36337/31570 36074/36340/31573</w:t>
        <w:br/>
        <w:t>f 36088/36352/31584 36089/36351/31583 36074/36340/31573</w:t>
        <w:br/>
        <w:t>f 36093/36354/31586 36092/36355/31587 36091/36356/31586</w:t>
        <w:br/>
        <w:t>f 36096/36357/31588 36095/36358/31589 36094/36359/31588</w:t>
        <w:br/>
        <w:t>f 36099/36360/31590 36098/36361/31591 36097/36362/31590</w:t>
        <w:br/>
        <w:t>f 36082/36345/31577 36079/36344/31577 36093/36354/31586</w:t>
        <w:br/>
        <w:t>f 36091/36356/31586 36082/36345/31577 36093/36354/31586</w:t>
        <w:br/>
        <w:t>f 36083/36349/31581 36084/36348/31580 36096/36357/31588</w:t>
        <w:br/>
        <w:t>f 36094/36359/31588 36083/36349/31581 36096/36357/31588</w:t>
        <w:br/>
        <w:t>f 36097/36362/31590 36090/36350/31582 36087/36353/31585</w:t>
        <w:br/>
        <w:t>f 36099/36360/31590 36097/36362/31590 36087/36353/31585</w:t>
        <w:br/>
        <w:t>f 36100/36363/31592 35961/36230/31476 36008/36280/31518</w:t>
        <w:br/>
        <w:t>f 36009/36279/31517 36100/36363/31592 36008/36280/31518</w:t>
        <w:br/>
        <w:t>f 36017/36286/31523 36009/36279/31517 36018/36288/31525</w:t>
        <w:br/>
        <w:t>f 36101/36364/31593 36017/36286/31523 36018/36288/31525</w:t>
        <w:br/>
        <w:t>f 35961/36230/31476 36100/36363/31592 35950/36219/31467</w:t>
        <w:br/>
        <w:t>f 35935/36203/31452 35926/36194/31443 35950/36219/31467</w:t>
        <w:br/>
        <w:t>f 35978/36249/31492 35935/36203/31452 35950/36219/31467</w:t>
        <w:br/>
        <w:t>f 36011/36277/31515 36102/36365/31594 36010/36278/31516</w:t>
        <w:br/>
        <w:t>f 36010/36278/31516 36102/36365/31594 36019/36287/31524</w:t>
        <w:br/>
        <w:t>f 36027/36298/31535 36028/36297/31534 36033/36299/31536</w:t>
        <w:br/>
        <w:t>f 36030/36302/31539 36027/36298/31535 36033/36299/31536</w:t>
        <w:br/>
        <w:t>f 36017/36286/31523 35978/36249/31492 35950/36219/31467</w:t>
        <w:br/>
        <w:t>f 35989/36259/31500 35990/36258/31500 36103/36366/31595</w:t>
        <w:br/>
        <w:t>f 35995/36264/31504 35996/36263/31503 36016/36284/31521</w:t>
        <w:br/>
        <w:t>f 36016/36284/31521 35996/36263/31503 35992/36262/31596</w:t>
        <w:br/>
        <w:t>f 35995/36264/31504 36035/36303/31540 35994/36265/31505</w:t>
        <w:br/>
        <w:t>f 35994/36265/31505 36035/36303/31540 36034/36304/31541</w:t>
        <w:br/>
        <w:t>f 36046/36315/31551 36047/36314/31550 36020/36291/31528</w:t>
        <w:br/>
        <w:t>f 36021/36290/31527 36046/36315/31551 36020/36291/31528</w:t>
        <w:br/>
        <w:t>f 35971/36240/31486 35942/36209/31458 35940/36211/31458</w:t>
        <w:br/>
        <w:t>f 35943/36212/31460 35971/36240/31486 35940/36211/31458</w:t>
        <w:br/>
        <w:t>f 35954/36226/31470 35953/36220/31468 35951/36222/31468</w:t>
        <w:br/>
        <w:t>f 35957/36223/31470 35954/36226/31470 35951/36222/31468</w:t>
        <w:br/>
        <w:t>f 35967/36236/31482 35970/36237/31483 35966/36235/31481</w:t>
        <w:br/>
        <w:t>f 36106/36367/31597 36105/36368/31598 36104/36369/31599</w:t>
        <w:br/>
        <w:t>f 36109/36370/31600 36108/36371/31601 36107/36372/31602</w:t>
        <w:br/>
        <w:t>f 36112/36373/31603 36111/36374/31604 36110/36375/31605</w:t>
        <w:br/>
        <w:t>f 36111/36374/31604 36114/36376/31606 36113/36377/31607</w:t>
        <w:br/>
        <w:t>f 36115/36378/31608 36111/36374/31604 36113/36377/31607</w:t>
        <w:br/>
        <w:t>f 36110/36375/31605 36111/36374/31604 36115/36378/31608</w:t>
        <w:br/>
        <w:t>f 36114/36376/31606 36111/36374/31604 36112/36373/31603</w:t>
        <w:br/>
        <w:t>f 36116/36379/31609 36106/36367/31597 36104/36369/31599</w:t>
        <w:br/>
        <w:t>f 36107/36372/31610 36106/36367/31597 36116/36379/31609</w:t>
        <w:br/>
        <w:t>f 36105/36368/31598 36106/36367/31597 36109/36370/31600</w:t>
        <w:br/>
        <w:t>f 36119/36380/31611 36118/36381/31612 36117/36382/31613</w:t>
        <w:br/>
        <w:t>f 36120/36383/31614 36119/36380/31611 36117/36382/31613</w:t>
        <w:br/>
        <w:t>f 36121/36384/31615 36120/36383/31614 36117/36382/31613</w:t>
        <w:br/>
        <w:t>f 36124/36385/31616 36123/36386/31617 36122/36387/31618</w:t>
        <w:br/>
        <w:t>f 36125/36388/31619 36124/36385/31616 36122/36387/31618</w:t>
        <w:br/>
        <w:t>f 36128/36389/31620 36127/36390/31621 36126/36391/31622</w:t>
        <w:br/>
        <w:t>f 36121/36384/31615 36129/36392/31623 36124/36385/31616</w:t>
        <w:br/>
        <w:t>f 36120/36383/31614 36121/36384/31615 36124/36385/31616</w:t>
        <w:br/>
        <w:t>f 36120/36383/31614 36124/36385/31616 36125/36388/31619</w:t>
        <w:br/>
        <w:t>f 36130/36393/31624 36120/36383/31614 36125/36388/31619</w:t>
        <w:br/>
        <w:t>f 36129/36392/31623 36131/36394/31625 36123/36386/31617</w:t>
        <w:br/>
        <w:t>f 36124/36385/31616 36129/36392/31623 36123/36386/31617</w:t>
        <w:br/>
        <w:t>f 36130/36393/31624 36133/36395/31626 36132/36396/31627</w:t>
        <w:br/>
        <w:t>f 36120/36383/31614 36130/36393/31624 36132/36396/31627</w:t>
        <w:br/>
        <w:t>f 36133/36395/31626 36134/36397/31628 36132/36396/31627</w:t>
        <w:br/>
        <w:t>f 36123/36386/31617 36127/36390/31621 36135/36398/31629</w:t>
        <w:br/>
        <w:t>f 36122/36387/31618 36123/36386/31617 36135/36398/31629</w:t>
        <w:br/>
        <w:t>f 36044/36313/31549 35930/36199/31448 36136/36399/31630</w:t>
        <w:br/>
        <w:t>f 36136/36399/31630 35930/36199/31448 35932/36202/31451</w:t>
        <w:br/>
        <w:t>f 36137/36400/31631 36136/36399/31630 35932/36202/31451</w:t>
        <w:br/>
        <w:t>f 36025/36292/31529 36051/36320/31555 36024/36293/31530</w:t>
        <w:br/>
        <w:t>f 36052/36322/31556 36006/36276/31514 36007/36275/31513</w:t>
        <w:br/>
        <w:t>f 36053/36321/31556 36052/36322/31556 36007/36275/31513</w:t>
        <w:br/>
        <w:t>f 35927/36197/31446 36136/36399/31630 36007/36275/31513</w:t>
        <w:br/>
        <w:t>f 35945/36213/31461 35927/36197/31446 36007/36275/31513</w:t>
        <w:br/>
        <w:t>f 36136/36399/31630 35928/36196/31445 36044/36313/31549</w:t>
        <w:br/>
        <w:t>f 35927/36197/31446 35928/36196/31445 36136/36399/31630</w:t>
        <w:br/>
        <w:t>f 35886/36157/31407 36171/36401/31632 35889/36159/31409</w:t>
        <w:br/>
        <w:t>f 35889/36159/31409 36171/36401/31632 35890/36158/31408</w:t>
        <w:br/>
        <w:t>f 35912/36181/31430 35904/36173/31422 35907/36178/31427</w:t>
        <w:br/>
        <w:t>f 35908/36177/31426 35912/36181/31430 35907/36178/31427</w:t>
        <w:br/>
        <w:t>f 35916/36185/31434 35909/36176/31425 35907/36178/31427</w:t>
        <w:br/>
        <w:t>f 36107/36372/31602 36172/36402/31633 36109/36370/31600</w:t>
        <w:br/>
        <w:t>f 36109/36370/31600 36172/36402/31633 36105/36368/31598</w:t>
        <w:br/>
        <w:t>f 36176/36403/31634 36175/36404/31634 36174/36405/31635</w:t>
        <w:br/>
        <w:t>f 36173/36406/31636 36176/36403/31634 36174/36405/31635</w:t>
        <w:br/>
        <w:t>f 36180/36407/31637 36179/36408/31638 36178/36409/31639</w:t>
        <w:br/>
        <w:t>f 36177/36410/31637 36180/36407/31637 36178/36409/31639</w:t>
        <w:br/>
        <w:t>f 35751/36026/31295 35765/36039/31307 35750/36024/31293</w:t>
        <w:br/>
        <w:t>f 35762/36038/31306 35748/36023/31292 35750/36024/31293</w:t>
        <w:br/>
        <w:t>f 35764/36040/31308 35762/36038/31306 35750/36024/31293</w:t>
        <w:br/>
        <w:t>f 36175/36404/31634 36176/36403/31634 35793/36070/31334</w:t>
        <w:br/>
        <w:t>f 35794/36069/31334 36175/36404/31634 35793/36070/31334</w:t>
        <w:br/>
        <w:t>f 35838/36113/31371 36181/36411/31640 35837/36112/31370</w:t>
        <w:br/>
        <w:t>f 35969/36238/31484 35984/36252/31495 35968/36239/31485</w:t>
        <w:br/>
        <w:t>f 35969/36238/31484 35967/36236/31482 35981/36251/31494</w:t>
        <w:br/>
        <w:t>f 35983/36253/31496 35969/36238/31484 35981/36251/31494</w:t>
        <w:br/>
        <w:t>f 36179/36408/31638 36012/36283/31520 36013/36282/31520</w:t>
        <w:br/>
        <w:t>f 36178/36409/31639 36179/36408/31638 36013/36282/31520</w:t>
        <w:br/>
        <w:t>f 36057/36325/31559 36182/36412/31641 36056/36326/31560</w:t>
        <w:br/>
        <w:t>f 36127/36390/31621 36123/36386/31617 36131/36394/31625</w:t>
        <w:br/>
        <w:t>f 36126/36391/31622 36127/36390/31621 36131/36394/31625</w:t>
        <w:br/>
        <w:t>f 36127/36390/31621 36128/36389/31620 36135/36398/31629</w:t>
        <w:br/>
        <w:t>f 33622/36413/31642 33621/36414/31643 33620/36415/31644</w:t>
        <w:br/>
        <w:t>f 33623/36416/31645 33622/36413/31642 33620/36415/31644</w:t>
        <w:br/>
        <w:t>f 33626/36417/31646 33625/36418/31647 33624/36419/31648</w:t>
        <w:br/>
        <w:t>f 33627/36420/31649 33626/36417/31646 33624/36419/31648</w:t>
        <w:br/>
        <w:t>f 33629/36421/31650 33624/36419/31648 33625/36418/31647</w:t>
        <w:br/>
        <w:t>f 33628/36422/31651 33629/36421/31650 33625/36418/31647</w:t>
        <w:br/>
        <w:t>f 33628/36422/31651 33631/36423/31652 33630/36424/31653</w:t>
        <w:br/>
        <w:t>f 33629/36421/31650 33628/36422/31651 33630/36424/31653</w:t>
        <w:br/>
        <w:t>f 33630/36424/31653 33633/36425/31654 33632/36426/31655</w:t>
        <w:br/>
        <w:t>f 33633/36425/31654 33630/36424/31653 33631/36423/31652</w:t>
        <w:br/>
        <w:t>f 33634/36427/31656 33633/36425/31654 33631/36423/31652</w:t>
        <w:br/>
        <w:t>f 33636/36428/31657 33635/36429/31658 33632/36426/31655</w:t>
        <w:br/>
        <w:t>f 33636/36428/31657 33633/36425/31654 33634/36427/31656</w:t>
        <w:br/>
        <w:t>f 33637/36430/31659 33636/36428/31657 33634/36427/31656</w:t>
        <w:br/>
        <w:t>f 33635/36429/31658 33636/36428/31657 33637/36430/31659</w:t>
        <w:br/>
        <w:t>f 33638/36431/31660 33635/36429/31658 33637/36430/31659</w:t>
        <w:br/>
        <w:t>f 33640/36432/31661 33639/36433/31662 33635/36429/31658</w:t>
        <w:br/>
        <w:t>f 33638/36431/31660 33640/36432/31661 33635/36429/31658</w:t>
        <w:br/>
        <w:t>f 33640/36432/31661 33642/36434/31663 33641/36435/31664</w:t>
        <w:br/>
        <w:t>f 33639/36433/31662 33640/36432/31661 33641/36435/31664</w:t>
        <w:br/>
        <w:t>f 33645/36436/31665 33644/36437/31666 33643/36438/31667</w:t>
        <w:br/>
        <w:t>f 33646/36439/31668 33645/36436/31665 33643/36438/31667</w:t>
        <w:br/>
        <w:t>f 33647/36440/19281 33644/36437/31666 33645/36436/31665</w:t>
        <w:br/>
        <w:t>f 33648/36441/31669 33647/36440/19281 33645/36436/31665</w:t>
        <w:br/>
        <w:t>f 33652/36442/31670 33651/36443/31671 33650/36444/31672</w:t>
        <w:br/>
        <w:t>f 33649/36445/31673 33652/36442/31670 33650/36444/31672</w:t>
        <w:br/>
        <w:t>f 33654/36446/31674 33653/36447/31675 33647/36440/19281</w:t>
        <w:br/>
        <w:t>f 33648/36441/31669 33654/36446/31674 33647/36440/19281</w:t>
        <w:br/>
        <w:t>f 33646/36439/31668 33650/36444/31672 33651/36443/31671</w:t>
        <w:br/>
        <w:t>f 33645/36436/31665 33646/36439/31668 33651/36443/31671</w:t>
        <w:br/>
        <w:t>f 33658/36448/31676 33657/36449/31677 33656/36450/31678</w:t>
        <w:br/>
        <w:t>f 33655/36451/31679 33658/36448/31676 33656/36450/31678</w:t>
        <w:br/>
        <w:t>f 33654/36446/31674 33648/36441/31669 33659/36452/31680</w:t>
        <w:br/>
        <w:t>f 33661/36453/31681 33660/36454/31682 33653/36447/31675</w:t>
        <w:br/>
        <w:t>f 33654/36446/31674 33661/36453/31681 33653/36447/31675</w:t>
        <w:br/>
        <w:t>f 33663/36455/31683 33662/36456/31684 33660/36454/31682</w:t>
        <w:br/>
        <w:t>f 33661/36453/31681 33663/36455/31683 33660/36454/31682</w:t>
        <w:br/>
        <w:t>f 33661/36453/31681 33654/36446/31674 33664/36457/31685</w:t>
        <w:br/>
        <w:t>f 33664/36457/31685 33659/36452/31680 33665/36458/31686</w:t>
        <w:br/>
        <w:t>f 33625/36418/31647 33626/36417/31646 33662/36456/31684</w:t>
        <w:br/>
        <w:t>f 33663/36455/31683 33625/36418/31647 33662/36456/31684</w:t>
        <w:br/>
        <w:t>f 33661/36453/31681 33667/36459/31687 33666/36460/31688</w:t>
        <w:br/>
        <w:t>f 33663/36455/31683 33661/36453/31681 33666/36460/31688</w:t>
        <w:br/>
        <w:t>f 33663/36455/31683 33666/36460/31688 33628/36422/31651</w:t>
        <w:br/>
        <w:t>f 33625/36418/31647 33663/36455/31683 33628/36422/31651</w:t>
        <w:br/>
        <w:t>f 33666/36460/31688 33668/36461/31689 33631/36423/31652</w:t>
        <w:br/>
        <w:t>f 33628/36422/31651 33666/36460/31688 33631/36423/31652</w:t>
        <w:br/>
        <w:t>f 33671/36462/31690 33670/36463/31691 33669/36464/31692</w:t>
        <w:br/>
        <w:t>f 33667/36459/31687 33671/36462/31690 33668/36461/31689</w:t>
        <w:br/>
        <w:t>f 33666/36460/31688 33667/36459/31687 33668/36461/31689</w:t>
        <w:br/>
        <w:t>f 33634/36427/31656 33631/36423/31652 33668/36461/31689</w:t>
        <w:br/>
        <w:t>f 33672/36465/31693 33634/36427/31656 33668/36461/31689</w:t>
        <w:br/>
        <w:t>f 33671/36462/31690 33669/36464/31692 33673/36466/31694</w:t>
        <w:br/>
        <w:t>f 33672/36465/31693 33668/36461/31689 33671/36462/31690</w:t>
        <w:br/>
        <w:t>f 33674/36467/31695 33672/36465/31693 33671/36462/31690</w:t>
        <w:br/>
        <w:t>f 33676/36468/31696 33675/36469/31697 33673/36466/31694</w:t>
        <w:br/>
        <w:t>f 33669/36464/31692 33676/36468/31696 33673/36466/31694</w:t>
        <w:br/>
        <w:t>f 33677/36470/31698 33637/36430/31659 33634/36427/31656</w:t>
        <w:br/>
        <w:t>f 33672/36465/31693 33677/36470/31698 33634/36427/31656</w:t>
        <w:br/>
        <w:t>f 33674/36467/31695 33673/36466/31694 33678/36471/31699</w:t>
        <w:br/>
        <w:t>f 33677/36470/31698 33672/36465/31693 33678/36471/31699</w:t>
        <w:br/>
        <w:t>f 33638/36431/31660 33637/36430/31659 33677/36470/31698</w:t>
        <w:br/>
        <w:t>f 33679/36472/31700 33638/36431/31660 33677/36470/31698</w:t>
        <w:br/>
        <w:t>f 33679/36472/31700 33677/36470/31698 33678/36471/31699</w:t>
        <w:br/>
        <w:t>f 33680/36473/31701 33679/36472/31700 33678/36471/31699</w:t>
        <w:br/>
        <w:t>f 33640/36432/31661 33638/36431/31660 33679/36472/31700</w:t>
        <w:br/>
        <w:t>f 33681/36474/31702 33640/36432/31661 33679/36472/31700</w:t>
        <w:br/>
        <w:t>f 33681/36474/31702 33679/36472/31700 33680/36473/31701</w:t>
        <w:br/>
        <w:t>f 33682/36475/31703 33681/36474/31702 33680/36473/31701</w:t>
        <w:br/>
        <w:t>f 33681/36474/31702 33683/36476/31704 33642/36434/31663</w:t>
        <w:br/>
        <w:t>f 33640/36432/31661 33681/36474/31702 33642/36434/31663</w:t>
        <w:br/>
        <w:t>f 33683/36476/31704 33681/36474/31702 33682/36475/31703</w:t>
        <w:br/>
        <w:t>f 33684/36477/31705 33683/36476/31704 33682/36475/31703</w:t>
        <w:br/>
        <w:t>f 33686/36478/31706 33685/36479/31707 33682/36475/31703</w:t>
        <w:br/>
        <w:t>f 33685/36479/31707 33687/36480/31708 33684/36477/31705</w:t>
        <w:br/>
        <w:t>f 33682/36475/31703 33685/36479/31707 33684/36477/31705</w:t>
        <w:br/>
        <w:t>f 33690/36481/31709 33689/36482/31710 33688/36483/31711</w:t>
        <w:br/>
        <w:t>f 33689/36482/31710 33692/36484/31712 33691/36485/31713</w:t>
        <w:br/>
        <w:t>f 33688/36483/31711 33689/36482/31710 33691/36485/31713</w:t>
        <w:br/>
        <w:t>f 33696/36486/31714 33695/36487/31715 33694/36488/31716</w:t>
        <w:br/>
        <w:t>f 33693/36489/31717 33696/36486/31714 33694/36488/31716</w:t>
        <w:br/>
        <w:t>f 33695/36487/31715 33698/36490/31718 33697/36491/31719</w:t>
        <w:br/>
        <w:t>f 33694/36488/31716 33695/36487/31715 33697/36491/31719</w:t>
        <w:br/>
        <w:t>f 33700/36492/31720 33699/36493/31721 33696/36486/31714</w:t>
        <w:br/>
        <w:t>f 33693/36489/31717 33700/36492/31720 33696/36486/31714</w:t>
        <w:br/>
        <w:t>f 33627/36420/31649 33624/36419/31648 33702/36494/31722</w:t>
        <w:br/>
        <w:t>f 33701/36495/31723 33627/36420/31649 33702/36494/31722</w:t>
        <w:br/>
        <w:t>f 33629/36421/31650 33632/36426/31655 33702/36494/31722</w:t>
        <w:br/>
        <w:t>f 33624/36419/31648 33629/36421/31650 33702/36494/31722</w:t>
        <w:br/>
        <w:t>f 33635/36429/31658 33639/36433/31662 33702/36494/31722</w:t>
        <w:br/>
        <w:t>f 33632/36426/31655 33635/36429/31658 33702/36494/31722</w:t>
        <w:br/>
        <w:t>f 33641/36435/31664 33701/36495/31723 33702/36494/31722</w:t>
        <w:br/>
        <w:t>f 33639/36433/31662 33641/36435/31664 33702/36494/31722</w:t>
        <w:br/>
        <w:t>f 33672/36465/31693 33674/36467/31695 33678/36471/31699</w:t>
        <w:br/>
        <w:t>f 33633/36425/31654 33636/36428/31657 33632/36426/31655</w:t>
        <w:br/>
        <w:t>f 33629/36421/31650 33630/36424/31653 33632/36426/31655</w:t>
        <w:br/>
        <w:t>f 33706/36496/31724 33705/36497/31725 33704/36498/31726</w:t>
        <w:br/>
        <w:t>f 33703/36499/31727 33706/36496/31724 33704/36498/31726</w:t>
        <w:br/>
        <w:t>f 33657/36449/31677 33658/36448/31676 33707/36500/31728</w:t>
        <w:br/>
        <w:t>f 33673/36466/31694 33708/36501/31729 33678/36471/31699</w:t>
        <w:br/>
        <w:t>f 33685/36479/31707 33686/36478/31706 33710/36502/31730</w:t>
        <w:br/>
        <w:t>f 33709/36503/31731 33685/36479/31707 33710/36502/31730</w:t>
        <w:br/>
        <w:t>f 33709/36503/31731 33710/36502/31730 33700/36492/31720</w:t>
        <w:br/>
        <w:t>f 33693/36489/31717 33709/36503/31731 33700/36492/31720</w:t>
        <w:br/>
        <w:t>f 33694/36488/31716 33697/36491/31719 33711/36504/31732</w:t>
        <w:br/>
        <w:t>f 33709/36503/31731 33694/36488/31716 33711/36504/31732</w:t>
        <w:br/>
        <w:t>f 33705/36497/31725 33652/36442/31670 33649/36445/31673</w:t>
        <w:br/>
        <w:t>f 33704/36498/31726 33705/36497/31725 33649/36445/31673</w:t>
        <w:br/>
        <w:t>f 33699/36493/31721 33700/36492/31720 33688/36483/31711</w:t>
        <w:br/>
        <w:t>f 33691/36485/31713 33699/36493/31721 33688/36483/31711</w:t>
        <w:br/>
        <w:t>f 33709/36503/31731 33693/36489/31717 33694/36488/31716</w:t>
        <w:br/>
        <w:t>f 33713/36505/31733 33712/36506/31734 33692/36484/31712</w:t>
        <w:br/>
        <w:t>f 33689/36482/31710 33713/36505/31733 33692/36484/31712</w:t>
        <w:br/>
        <w:t>f 33706/36496/31724 33657/36449/31677 33676/36468/31696</w:t>
        <w:br/>
        <w:t>f 33710/36502/31730 33690/36481/31709 33688/36483/31711</w:t>
        <w:br/>
        <w:t>f 33700/36492/31720 33710/36502/31730 33688/36483/31711</w:t>
        <w:br/>
        <w:t>f 33714/36507/31735 33686/36478/31706 33680/36473/31701</w:t>
        <w:br/>
        <w:t>f 33686/36478/31706 33714/36507/31735 33690/36481/31709</w:t>
        <w:br/>
        <w:t>f 33710/36502/31730 33686/36478/31706 33690/36481/31709</w:t>
        <w:br/>
        <w:t>f 33680/36473/31701 33686/36478/31706 33682/36475/31703</w:t>
        <w:br/>
        <w:t>f 33717/36508/31736 33716/36509/31737 33715/36510/31738</w:t>
        <w:br/>
        <w:t>f 33723/36511/31739 33722/36512/31740 33712/36506/31734</w:t>
        <w:br/>
        <w:t>f 33713/36505/31733 33723/36511/31739 33712/36506/31734</w:t>
        <w:br/>
        <w:t>f 33690/36481/31709 33715/36510/31738 33713/36505/31733</w:t>
        <w:br/>
        <w:t>f 33689/36482/31710 33690/36481/31709 33713/36505/31733</w:t>
        <w:br/>
        <w:t>f 33665/36458/31686 33705/36497/31725 33706/36496/31724</w:t>
        <w:br/>
        <w:t>f 33659/36452/31680 33651/36443/31671 33652/36442/31670</w:t>
        <w:br/>
        <w:t>f 33709/36503/31731 33711/36504/31732 33687/36480/31708</w:t>
        <w:br/>
        <w:t>f 33685/36479/31707 33709/36503/31731 33687/36480/31708</w:t>
        <w:br/>
        <w:t>f 33703/36499/31727 33656/36450/31678 33657/36449/31677</w:t>
        <w:br/>
        <w:t>f 33706/36496/31724 33703/36499/31727 33657/36449/31677</w:t>
        <w:br/>
        <w:t>f 33648/36441/31669 33645/36436/31665 33651/36443/31671</w:t>
        <w:br/>
        <w:t>f 33659/36452/31680 33652/36442/31670 33705/36497/31725</w:t>
        <w:br/>
        <w:t>f 33674/36467/31695 33671/36462/31690 33673/36466/31694</w:t>
        <w:br/>
        <w:t>f 33667/36459/31687 33664/36457/31685 33670/36463/31691</w:t>
        <w:br/>
        <w:t>f 33671/36462/31690 33667/36459/31687 33670/36463/31691</w:t>
        <w:br/>
        <w:t>f 33676/36468/31696 33669/36464/31692 33665/36458/31686</w:t>
        <w:br/>
        <w:t>f 33669/36464/31692 33670/36463/31691 33665/36458/31686</w:t>
        <w:br/>
        <w:t>f 33670/36463/31691 33664/36457/31685 33665/36458/31686</w:t>
        <w:br/>
        <w:t>f 33664/36457/31685 33654/36446/31674 33659/36452/31680</w:t>
        <w:br/>
        <w:t>f 33659/36452/31680 33648/36441/31669 33651/36443/31671</w:t>
        <w:br/>
        <w:t>f 33708/36501/31729 33673/36466/31694 33622/36413/31642</w:t>
        <w:br/>
        <w:t>f 33623/36416/31645 33708/36501/31729 33622/36413/31642</w:t>
        <w:br/>
        <w:t>f 33714/36507/31735 33708/36501/31729 33715/36510/31738</w:t>
        <w:br/>
        <w:t>f 33690/36481/31709 33714/36507/31735 33715/36510/31738</w:t>
        <w:br/>
        <w:t>f 33716/36509/31737 33723/36511/31739 33713/36505/31733</w:t>
        <w:br/>
        <w:t>f 33715/36510/31738 33716/36509/31737 33713/36505/31733</w:t>
        <w:br/>
        <w:t>f 33708/36501/31729 33714/36507/31735 33680/36473/31701</w:t>
        <w:br/>
        <w:t>f 33678/36471/31699 33708/36501/31729 33680/36473/31701</w:t>
        <w:br/>
        <w:t>f 33667/36459/31687 33661/36453/31681 33664/36457/31685</w:t>
        <w:br/>
        <w:t>f 33676/36468/31696 33657/36449/31677 33675/36469/31697</w:t>
        <w:br/>
        <w:t>f 33665/36458/31686 33706/36496/31724 33676/36468/31696</w:t>
        <w:br/>
        <w:t>f 33665/36458/31686 33659/36452/31680 33705/36497/31725</w:t>
        <w:br/>
        <w:t>f 33867/36513/31741 33866/36514/31742 33626/36417/31646</w:t>
        <w:br/>
        <w:t>f 33627/36420/31649 33867/36513/31741 33626/36417/31646</w:t>
        <w:br/>
        <w:t>f 33869/36515/31743 33868/36516/31744 33866/36514/31742</w:t>
        <w:br/>
        <w:t>f 33867/36513/31741 33869/36515/31743 33866/36514/31742</w:t>
        <w:br/>
        <w:t>f 33868/36516/31744 33869/36515/31743 33871/36517/31745</w:t>
        <w:br/>
        <w:t>f 33870/36518/31746 33868/36516/31744 33871/36517/31745</w:t>
        <w:br/>
        <w:t>f 33871/36517/31745 33873/36519/31747 33872/36520/31748</w:t>
        <w:br/>
        <w:t>f 33872/36520/31748 33874/36521/31749 33870/36518/31746</w:t>
        <w:br/>
        <w:t>f 33871/36517/31745 33872/36520/31748 33870/36518/31746</w:t>
        <w:br/>
        <w:t>f 33876/36522/31750 33873/36519/31747 33875/36523/31751</w:t>
        <w:br/>
        <w:t>f 33874/36521/31749 33872/36520/31748 33876/36522/31750</w:t>
        <w:br/>
        <w:t>f 33877/36524/31752 33874/36521/31749 33876/36522/31750</w:t>
        <w:br/>
        <w:t>f 33877/36524/31752 33876/36522/31750 33875/36523/31751</w:t>
        <w:br/>
        <w:t>f 33878/36525/31753 33877/36524/31752 33875/36523/31751</w:t>
        <w:br/>
        <w:t>f 33875/36523/31751 33880/36526/31754 33879/36527/31755</w:t>
        <w:br/>
        <w:t>f 33878/36525/31753 33875/36523/31751 33879/36527/31755</w:t>
        <w:br/>
        <w:t>f 33879/36527/31755 33880/36526/31754 33641/36435/31664</w:t>
        <w:br/>
        <w:t>f 33642/36434/31663 33879/36527/31755 33641/36435/31664</w:t>
        <w:br/>
        <w:t>f 33643/36438/31667 33644/36437/31666 33881/36528/31756</w:t>
        <w:br/>
        <w:t>f 33882/36529/31757 33643/36438/31667 33881/36528/31756</w:t>
        <w:br/>
        <w:t>f 33881/36528/31756 33644/36437/31666 33647/36440/19281</w:t>
        <w:br/>
        <w:t>f 33883/36530/31758 33881/36528/31756 33647/36440/19281</w:t>
        <w:br/>
        <w:t>f 33887/36531/31759 33886/36532/31760 33885/36533/31761</w:t>
        <w:br/>
        <w:t>f 33884/36534/31762 33887/36531/31759 33885/36533/31761</w:t>
        <w:br/>
        <w:t>f 33888/36535/31763 33883/36530/31758 33647/36440/19281</w:t>
        <w:br/>
        <w:t>f 33653/36447/31675 33888/36535/31763 33647/36440/19281</w:t>
        <w:br/>
        <w:t>f 33884/36534/31762 33885/36533/31761 33882/36529/31757</w:t>
        <w:br/>
        <w:t>f 33881/36528/31756 33884/36534/31762 33882/36529/31757</w:t>
        <w:br/>
        <w:t>f 33892/36536/31764 33891/36537/31765 33890/36538/31766</w:t>
        <w:br/>
        <w:t>f 33889/36539/31767 33892/36536/31764 33890/36538/31766</w:t>
        <w:br/>
        <w:t>f 33888/36535/31763 33893/36540/31768 33883/36530/31758</w:t>
        <w:br/>
        <w:t>f 33894/36541/31769 33888/36535/31763 33653/36447/31675</w:t>
        <w:br/>
        <w:t>f 33660/36454/31682 33894/36541/31769 33653/36447/31675</w:t>
        <w:br/>
        <w:t>f 33895/36542/31770 33894/36541/31769 33660/36454/31682</w:t>
        <w:br/>
        <w:t>f 33662/36456/31684 33895/36542/31770 33660/36454/31682</w:t>
        <w:br/>
        <w:t>f 33894/36541/31769 33896/36543/31771 33888/36535/31763</w:t>
        <w:br/>
        <w:t>f 33896/36543/31771 33897/36544/31772 33893/36540/31768</w:t>
        <w:br/>
        <w:t>f 33662/36456/31684 33626/36417/31646 33866/36514/31742</w:t>
        <w:br/>
        <w:t>f 33895/36542/31770 33662/36456/31684 33866/36514/31742</w:t>
        <w:br/>
        <w:t>f 33899/36545/31773 33898/36546/31774 33894/36541/31769</w:t>
        <w:br/>
        <w:t>f 33895/36542/31770 33899/36545/31773 33894/36541/31769</w:t>
        <w:br/>
        <w:t>f 33895/36542/31770 33866/36514/31742 33868/36516/31744</w:t>
        <w:br/>
        <w:t>f 33899/36545/31773 33895/36542/31770 33868/36516/31744</w:t>
        <w:br/>
        <w:t>f 33899/36545/31773 33868/36516/31744 33870/36518/31746</w:t>
        <w:br/>
        <w:t>f 33900/36547/31775 33899/36545/31773 33870/36518/31746</w:t>
        <w:br/>
        <w:t>f 33903/36548/31776 33902/36549/31777 33901/36550/31778</w:t>
        <w:br/>
        <w:t>f 33900/36547/31775 33903/36548/31776 33898/36546/31774</w:t>
        <w:br/>
        <w:t>f 33899/36545/31773 33900/36547/31775 33898/36546/31774</w:t>
        <w:br/>
        <w:t>f 33900/36547/31775 33870/36518/31746 33874/36521/31749</w:t>
        <w:br/>
        <w:t>f 33904/36551/31779 33900/36547/31775 33874/36521/31749</w:t>
        <w:br/>
        <w:t>f 33903/36548/31776 33905/36552/31780 33902/36549/31777</w:t>
        <w:br/>
        <w:t>f 33903/36548/31776 33900/36547/31775 33904/36551/31779</w:t>
        <w:br/>
        <w:t>f 33906/36553/31781 33903/36548/31776 33904/36551/31779</w:t>
        <w:br/>
        <w:t>f 33902/36549/31777 33905/36552/31780 33862/34687/31782</w:t>
        <w:br/>
        <w:t>f 33907/36554/31783 33902/36549/31777 33862/34687/31782</w:t>
        <w:br/>
        <w:t>f 33874/36521/31749 33877/36524/31752 33908/36555/31784</w:t>
        <w:br/>
        <w:t>f 33904/36551/31779 33874/36521/31749 33908/36555/31784</w:t>
        <w:br/>
        <w:t>f 33906/36553/31781 33909/36556/31785 33905/36552/31780</w:t>
        <w:br/>
        <w:t>f 33908/36555/31784 33909/36556/31785 33904/36551/31779</w:t>
        <w:br/>
        <w:t>f 33908/36555/31784 33877/36524/31752 33878/36525/31753</w:t>
        <w:br/>
        <w:t>f 33910/36557/31786 33908/36555/31784 33878/36525/31753</w:t>
        <w:br/>
        <w:t>f 33909/36556/31785 33908/36555/31784 33910/36557/31786</w:t>
        <w:br/>
        <w:t>f 33911/36558/31787 33909/36556/31785 33910/36557/31786</w:t>
        <w:br/>
        <w:t>f 33879/36527/31755 33912/36559/31788 33910/36557/31786</w:t>
        <w:br/>
        <w:t>f 33878/36525/31753 33879/36527/31755 33910/36557/31786</w:t>
        <w:br/>
        <w:t>f 33911/36558/31787 33910/36557/31786 33912/36559/31788</w:t>
        <w:br/>
        <w:t>f 33913/36560/31789 33911/36558/31787 33912/36559/31788</w:t>
        <w:br/>
        <w:t>f 33642/36434/31663 33683/36476/31704 33912/36559/31788</w:t>
        <w:br/>
        <w:t>f 33879/36527/31755 33642/36434/31663 33912/36559/31788</w:t>
        <w:br/>
        <w:t>f 33913/36560/31789 33912/36559/31788 33683/36476/31704</w:t>
        <w:br/>
        <w:t>f 33684/36477/31705 33913/36560/31789 33683/36476/31704</w:t>
        <w:br/>
        <w:t>f 33915/36561/31790 33913/36560/31789 33914/36562/31791</w:t>
        <w:br/>
        <w:t>f 33684/36477/31705 33687/36480/31708 33914/36562/31791</w:t>
        <w:br/>
        <w:t>f 33913/36560/31789 33684/36477/31705 33914/36562/31791</w:t>
        <w:br/>
        <w:t>f 33918/36563/31792 33917/36564/31793 33916/36565/31794</w:t>
        <w:br/>
        <w:t>f 33920/36566/31795 33919/36567/31796 33916/36565/31794</w:t>
        <w:br/>
        <w:t>f 33917/36564/31793 33920/36566/31795 33916/36565/31794</w:t>
        <w:br/>
        <w:t>f 33924/36568/31797 33923/36569/31798 33922/36570/31799</w:t>
        <w:br/>
        <w:t>f 33921/36571/31800 33924/36568/31797 33922/36570/31799</w:t>
        <w:br/>
        <w:t>f 33697/36491/31719 33698/36490/31718 33921/36571/31800</w:t>
        <w:br/>
        <w:t>f 33922/36570/31799 33697/36491/31719 33921/36571/31800</w:t>
        <w:br/>
        <w:t>f 33924/36568/31797 33926/36572/31801 33925/36573/31802</w:t>
        <w:br/>
        <w:t>f 33923/36569/31798 33924/36568/31797 33925/36573/31802</w:t>
        <w:br/>
        <w:t>f 33627/36420/31649 33701/36495/31723 33927/36574/31803</w:t>
        <w:br/>
        <w:t>f 33867/36513/31741 33627/36420/31649 33927/36574/31803</w:t>
        <w:br/>
        <w:t>f 33927/36574/31803 33873/36519/31747 33869/36515/31743</w:t>
        <w:br/>
        <w:t>f 33867/36513/31741 33927/36574/31803 33869/36515/31743</w:t>
        <w:br/>
        <w:t>f 33875/36523/31751 33873/36519/31747 33927/36574/31803</w:t>
        <w:br/>
        <w:t>f 33880/36526/31754 33875/36523/31751 33927/36574/31803</w:t>
        <w:br/>
        <w:t>f 33641/36435/31664 33880/36526/31754 33927/36574/31803</w:t>
        <w:br/>
        <w:t>f 33701/36495/31723 33641/36435/31664 33927/36574/31803</w:t>
        <w:br/>
        <w:t>f 33904/36551/31779 33909/36556/31785 33906/36553/31781</w:t>
        <w:br/>
        <w:t>f 33872/36520/31748 33873/36519/31747 33876/36522/31750</w:t>
        <w:br/>
        <w:t>f 33869/36515/31743 33873/36519/31747 33871/36517/31745</w:t>
        <w:br/>
        <w:t>f 33931/36575/31804 33930/36576/31805 33929/36577/31806</w:t>
        <w:br/>
        <w:t>f 33928/36578/31807 33931/36575/31804 33929/36577/31806</w:t>
        <w:br/>
        <w:t>f 33889/36539/31767 33862/34687/31782 33892/36536/31764</w:t>
        <w:br/>
        <w:t>f 33905/36552/31780 33909/36556/31785 33932/36579/31808</w:t>
        <w:br/>
        <w:t>f 33914/36562/31791 33934/36580/31809 33933/36581/31810</w:t>
        <w:br/>
        <w:t>f 33915/36561/31790 33914/36562/31791 33933/36581/31810</w:t>
        <w:br/>
        <w:t>f 33934/36580/31809 33923/36569/31798 33925/36573/31802</w:t>
        <w:br/>
        <w:t>f 33933/36581/31810 33934/36580/31809 33925/36573/31802</w:t>
        <w:br/>
        <w:t>f 33711/36504/31732 33697/36491/31719 33922/36570/31799</w:t>
        <w:br/>
        <w:t>f 33934/36580/31809 33711/36504/31732 33922/36570/31799</w:t>
        <w:br/>
        <w:t>f 33886/36532/31760 33887/36531/31759 33928/36578/31807</w:t>
        <w:br/>
        <w:t>f 33929/36577/31806 33886/36532/31760 33928/36578/31807</w:t>
        <w:br/>
        <w:t>f 33926/36572/31801 33920/36566/31795 33917/36564/31793</w:t>
        <w:br/>
        <w:t>f 33925/36573/31802 33926/36572/31801 33917/36564/31793</w:t>
        <w:br/>
        <w:t>f 33934/36580/31809 33922/36570/31799 33923/36569/31798</w:t>
        <w:br/>
        <w:t>f 33919/36567/31796 33936/36582/31811 33935/36583/31812</w:t>
        <w:br/>
        <w:t>f 33916/36565/31794 33919/36567/31796 33935/36583/31812</w:t>
        <w:br/>
        <w:t>f 33931/36575/31804 33907/36554/31783 33889/36539/31767</w:t>
        <w:br/>
        <w:t>f 33917/36564/31793 33918/36563/31792 33933/36581/31810</w:t>
        <w:br/>
        <w:t>f 33925/36573/31802 33917/36564/31793 33933/36581/31810</w:t>
        <w:br/>
        <w:t>f 33937/36584/31813 33911/36558/31787 33915/36561/31790</w:t>
        <w:br/>
        <w:t>f 33915/36561/31790 33933/36581/31810 33918/36563/31792</w:t>
        <w:br/>
        <w:t>f 33937/36584/31813 33915/36561/31790 33918/36563/31792</w:t>
        <w:br/>
        <w:t>f 33911/36558/31787 33913/36560/31789 33915/36561/31790</w:t>
        <w:br/>
        <w:t>f 33940/36585/31814 33939/36586/31815 33938/36587/31816</w:t>
        <w:br/>
        <w:t>f 33936/36582/31811 33946/36588/31817 33945/36589/31818</w:t>
        <w:br/>
        <w:t>f 33935/36583/31812 33936/36582/31811 33945/36589/31818</w:t>
        <w:br/>
        <w:t>f 33918/36563/31792 33916/36565/31794 33935/36583/31812</w:t>
        <w:br/>
        <w:t>f 33939/36586/31815 33918/36563/31792 33935/36583/31812</w:t>
        <w:br/>
        <w:t>f 33897/36544/31772 33931/36575/31804 33928/36578/31807</w:t>
        <w:br/>
        <w:t>f 33893/36540/31768 33887/36531/31759 33884/36534/31762</w:t>
        <w:br/>
        <w:t>f 33934/36580/31809 33914/36562/31791 33687/36480/31708</w:t>
        <w:br/>
        <w:t>f 33711/36504/31732 33934/36580/31809 33687/36480/31708</w:t>
        <w:br/>
        <w:t>f 33889/36539/31767 33890/36538/31766 33930/36576/31805</w:t>
        <w:br/>
        <w:t>f 33931/36575/31804 33889/36539/31767 33930/36576/31805</w:t>
        <w:br/>
        <w:t>f 33883/36530/31758 33884/36534/31762 33881/36528/31756</w:t>
        <w:br/>
        <w:t>f 33893/36540/31768 33928/36578/31807 33887/36531/31759</w:t>
        <w:br/>
        <w:t>f 33906/36553/31781 33905/36552/31780 33903/36548/31776</w:t>
        <w:br/>
        <w:t>f 33898/36546/31774 33901/36550/31778 33896/36543/31771</w:t>
        <w:br/>
        <w:t>f 33903/36548/31776 33901/36550/31778 33898/36546/31774</w:t>
        <w:br/>
        <w:t>f 33907/36554/31783 33897/36544/31772 33902/36549/31777</w:t>
        <w:br/>
        <w:t>f 33902/36549/31777 33897/36544/31772 33901/36550/31778</w:t>
        <w:br/>
        <w:t>f 33901/36550/31778 33897/36544/31772 33896/36543/31771</w:t>
        <w:br/>
        <w:t>f 33896/36543/31771 33893/36540/31768 33888/36535/31763</w:t>
        <w:br/>
        <w:t>f 33893/36540/31768 33884/36534/31762 33883/36530/31758</w:t>
        <w:br/>
        <w:t>f 33932/36579/31808 33865/34688/31819 33947/36590/31820</w:t>
        <w:br/>
        <w:t>f 33905/36552/31780 33932/36579/31808 33947/36590/31820</w:t>
        <w:br/>
        <w:t>f 33937/36584/31813 33939/36586/31815 33940/36585/31814</w:t>
        <w:br/>
        <w:t>f 33918/36563/31792 33939/36586/31815 33937/36584/31813</w:t>
        <w:br/>
        <w:t>f 33939/36586/31815 33935/36583/31812 33945/36589/31818</w:t>
        <w:br/>
        <w:t>f 33938/36587/31816 33939/36586/31815 33945/36589/31818</w:t>
        <w:br/>
        <w:t>f 33911/36558/31787 33937/36584/31813 33932/36579/31808</w:t>
        <w:br/>
        <w:t>f 33909/36556/31785 33911/36558/31787 33932/36579/31808</w:t>
        <w:br/>
        <w:t>f 33898/36546/31774 33896/36543/31771 33894/36541/31769</w:t>
        <w:br/>
        <w:t>f 33907/36554/31783 33862/34687/31782 33889/36539/31767</w:t>
        <w:br/>
        <w:t>f 33897/36544/31772 33907/36554/31783 33931/36575/31804</w:t>
        <w:br/>
        <w:t>f 33897/36544/31772 33928/36578/31807 33893/36540/31768</w:t>
        <w:br/>
        <w:t>f 34156/36591/31821 34155/36592/31822 34154/36593/31823</w:t>
        <w:br/>
        <w:t>f 34153/36594/31824 34156/36591/31821 34154/36593/31823</w:t>
        <w:br/>
        <w:t>f 34153/36594/31824 34158/36595/31825 34157/36596/31826</w:t>
        <w:br/>
        <w:t>f 34156/36591/31821 34153/36594/31824 34157/36596/31826</w:t>
        <w:br/>
        <w:t>f 34157/36596/31826 34158/36595/31825 34160/36597/31827</w:t>
        <w:br/>
        <w:t>f 34159/36598/31827 34157/36596/31826 34160/36597/31827</w:t>
        <w:br/>
        <w:t>f 34159/36598/31827 34160/36597/31827 34162/36599/31828</w:t>
        <w:br/>
        <w:t>f 34161/36600/31828 34159/36598/31827 34162/36599/31828</w:t>
        <w:br/>
        <w:t>f 34164/36601/31829 34163/36602/31829 34161/36600/31828</w:t>
        <w:br/>
        <w:t>f 34162/36599/31828 34164/36601/31829 34161/36600/31828</w:t>
        <w:br/>
        <w:t>f 34168/36603/31830 34167/36604/31830 34166/36605/31831</w:t>
        <w:br/>
        <w:t>f 34165/36606/31831 34168/36603/31830 34166/36605/31831</w:t>
        <w:br/>
        <w:t>f 34172/36607/31832 34171/36608/31833 34170/36609/31834</w:t>
        <w:br/>
        <w:t>f 34169/36610/31835 34172/36607/31832 34170/36609/31834</w:t>
        <w:br/>
        <w:t>f 34174/36611/31836 34172/36607/31832 34169/36610/31835</w:t>
        <w:br/>
        <w:t>f 34173/36612/31836 34174/36611/31836 34169/36610/31835</w:t>
        <w:br/>
        <w:t>f 34173/36612/31836 34176/36613/31837 34175/36614/31838</w:t>
        <w:br/>
        <w:t>f 34174/36611/31836 34173/36612/31836 34175/36614/31838</w:t>
        <w:br/>
        <w:t>f 34176/36613/31837 34178/36615/31839 34177/36616/31840</w:t>
        <w:br/>
        <w:t>f 34175/36614/31838 34176/36613/31837 34177/36616/31840</w:t>
        <w:br/>
        <w:t>f 34178/36615/31839 34180/36617/31841 34179/36618/31842</w:t>
        <w:br/>
        <w:t>f 34177/36616/31840 34178/36615/31839 34179/36618/31842</w:t>
        <w:br/>
        <w:t>f 34180/36617/31841 34182/36619/31843 34181/36620/31844</w:t>
        <w:br/>
        <w:t>f 34179/36618/31842 34180/36617/31841 34181/36620/31844</w:t>
        <w:br/>
        <w:t>f 34182/36619/31843 34184/36621/31845 34183/36622/31845</w:t>
        <w:br/>
        <w:t>f 34181/36620/31844 34182/36619/31843 34183/36622/31845</w:t>
        <w:br/>
        <w:t>f 34188/36623/31846 34187/36624/31847 34186/36625/31848</w:t>
        <w:br/>
        <w:t>f 34185/36626/31848 34188/36623/31846 34186/36625/31848</w:t>
        <w:br/>
        <w:t>f 34190/36627/31849 34189/36628/31850 34185/36626/31848</w:t>
        <w:br/>
        <w:t>f 34186/36625/31848 34190/36627/31849 34185/36626/31848</w:t>
        <w:br/>
        <w:t>f 34192/36629/31851 34189/36628/31850 34190/36627/31849</w:t>
        <w:br/>
        <w:t>f 34191/36630/31851 34192/36629/31851 34190/36627/31849</w:t>
        <w:br/>
        <w:t>f 34193/36631/31852 34192/36629/31851 34191/36630/31851</w:t>
        <w:br/>
        <w:t>f 34194/36632/31853 34193/36631/31852 34191/36630/31851</w:t>
        <w:br/>
        <w:t>f 34195/36633/31854 34193/36631/31852 34194/36632/31853</w:t>
        <w:br/>
        <w:t>f 34196/36634/31855 34195/36633/31854 34194/36632/31853</w:t>
        <w:br/>
        <w:t>f 34163/36602/31829 34164/36601/31829 34165/36606/31831</w:t>
        <w:br/>
        <w:t>f 34166/36605/31831 34163/36602/31829 34165/36606/31831</w:t>
        <w:br/>
        <w:t>f 34200/36635/31856 34199/36636/31857 34198/36637/31858</w:t>
        <w:br/>
        <w:t>f 34197/36638/31856 34200/36635/31856 34198/36637/31858</w:t>
        <w:br/>
        <w:t>f 34196/36634/31855 34200/36635/31856 34197/36638/31856</w:t>
        <w:br/>
        <w:t>f 34195/36633/31854 34196/36634/31855 34197/36638/31856</w:t>
        <w:br/>
        <w:t>f 34204/36639/31859 34203/36640/31860 34202/36641/31861</w:t>
        <w:br/>
        <w:t>f 34201/36642/31861 34204/36639/31859 34202/36641/31861</w:t>
        <w:br/>
        <w:t>f 34201/36642/31861 34202/36641/31861 34206/36643/31862</w:t>
        <w:br/>
        <w:t>f 34205/36644/31863 34201/36642/31861 34206/36643/31862</w:t>
        <w:br/>
        <w:t>f 34206/36643/31862 34208/36645/31864 34207/36646/31864</w:t>
        <w:br/>
        <w:t>f 34205/36644/31863 34206/36643/31862 34207/36646/31864</w:t>
        <w:br/>
        <w:t>f 34208/36645/31864 34210/36647/31865 34209/36648/31866</w:t>
        <w:br/>
        <w:t>f 34207/36646/31864 34208/36645/31864 34209/36648/31866</w:t>
        <w:br/>
        <w:t>f 34210/36647/31865 34212/36649/31867 34211/36650/31867</w:t>
        <w:br/>
        <w:t>f 34209/36648/31866 34210/36647/31865 34211/36650/31867</w:t>
        <w:br/>
        <w:t>f 34168/36603/31830 34214/36651/31868 34213/36652/31869</w:t>
        <w:br/>
        <w:t>f 34167/36604/31830 34168/36603/31830 34213/36652/31869</w:t>
        <w:br/>
        <w:t>f 34216/36653/31870 34215/36654/31871 34170/36609/31834</w:t>
        <w:br/>
        <w:t>f 34171/36608/31833 34216/36653/31870 34170/36609/31834</w:t>
        <w:br/>
        <w:t>f 34218/36655/31872 34217/36656/31873 34215/36654/31871</w:t>
        <w:br/>
        <w:t>f 34216/36653/31870 34218/36655/31872 34215/36654/31871</w:t>
        <w:br/>
        <w:t>f 34220/36657/31874 34219/36658/31875 34217/36656/31873</w:t>
        <w:br/>
        <w:t>f 34218/36655/31872 34220/36657/31874 34217/36656/31873</w:t>
        <w:br/>
        <w:t>f 34219/36658/31875 34220/36657/31874 34221/36659/31876</w:t>
        <w:br/>
        <w:t>f 34222/36660/31877 34219/36658/31875 34221/36659/31876</w:t>
        <w:br/>
        <w:t>f 34222/36660/31877 34221/36659/31876 34224/36661/31878</w:t>
        <w:br/>
        <w:t>f 34223/36662/31879 34222/36660/31877 34224/36661/31878</w:t>
        <w:br/>
        <w:t>f 34223/36662/31879 34224/36661/31878 34225/36663/31880</w:t>
        <w:br/>
        <w:t>f 34226/36664/31881 34223/36662/31879 34225/36663/31880</w:t>
        <w:br/>
        <w:t>f 34228/36665/31882 34227/36666/31883 34226/36664/31881</w:t>
        <w:br/>
        <w:t>f 34225/36663/31880 34228/36665/31882 34226/36664/31881</w:t>
        <w:br/>
        <w:t>f 34231/36667/31884 34230/36668/31885 34229/36669/31885</w:t>
        <w:br/>
        <w:t>f 34232/36670/31884 34231/36667/31884 34229/36669/31885</w:t>
        <w:br/>
        <w:t>f 34233/36671/31886 34231/36667/31884 34232/36670/31884</w:t>
        <w:br/>
        <w:t>f 34234/36672/31887 34233/36671/31886 34232/36670/31884</w:t>
        <w:br/>
        <w:t>f 34233/36671/31886 34234/36672/31887 34235/36673/31888</w:t>
        <w:br/>
        <w:t>f 34236/36674/31888 34233/36671/31886 34235/36673/31888</w:t>
        <w:br/>
        <w:t>f 34236/36674/31888 34235/36673/31888 34238/36675/31889</w:t>
        <w:br/>
        <w:t>f 34237/36676/31889 34236/36674/31888 34238/36675/31889</w:t>
        <w:br/>
        <w:t>f 34240/36677/31890 34239/36678/31890 34237/36676/31889</w:t>
        <w:br/>
        <w:t>f 34238/36675/31889 34240/36677/31890 34237/36676/31889</w:t>
        <w:br/>
        <w:t>f 34212/36649/31867 34213/36652/31869 34214/36651/31868</w:t>
        <w:br/>
        <w:t>f 34211/36650/31867 34212/36649/31867 34214/36651/31868</w:t>
        <w:br/>
        <w:t>f 34242/36679/31891 34241/36680/31892 34198/36637/31858</w:t>
        <w:br/>
        <w:t>f 34199/36636/31857 34242/36679/31891 34198/36637/31858</w:t>
        <w:br/>
        <w:t>f 34239/36678/31890 34240/36677/31890 34241/36680/31892</w:t>
        <w:br/>
        <w:t>f 34242/36679/31891 34239/36678/31890 34241/36680/31892</w:t>
        <w:br/>
        <w:t>f 34246/36681/31893 34245/36682/31893 34244/36683/31894</w:t>
        <w:br/>
        <w:t>f 34243/36684/31895 34246/36681/31893 34244/36683/31894</w:t>
        <w:br/>
        <w:t>f 34250/36685/31896 34249/36686/31897 34248/36687/31897</w:t>
        <w:br/>
        <w:t>f 34247/36688/31898 34250/36685/31896 34248/36687/31897</w:t>
        <w:br/>
        <w:t>f 34247/36688/31898 34252/36689/31899 34251/36690/31900</w:t>
        <w:br/>
        <w:t>f 34250/36685/31896 34247/36688/31898 34251/36690/31900</w:t>
        <w:br/>
        <w:t>f 34254/36691/31901 34251/36690/31900 34252/36689/31899</w:t>
        <w:br/>
        <w:t>f 34253/36692/31902 34254/36691/31901 34252/36689/31899</w:t>
        <w:br/>
        <w:t>f 34255/36693/31903 34254/36691/31901 34253/36692/31902</w:t>
        <w:br/>
        <w:t>f 34256/36694/31903 34255/36693/31903 34253/36692/31902</w:t>
        <w:br/>
        <w:t>f 34256/36694/31903 34258/36695/31904 34257/36696/31905</w:t>
        <w:br/>
        <w:t>f 34255/36693/31903 34256/36694/31903 34257/36696/31905</w:t>
        <w:br/>
        <w:t>f 34262/36697/31906 34261/36698/31907 34260/36699/31907</w:t>
        <w:br/>
        <w:t>f 34259/36700/31906 34262/36697/31906 34260/36699/31907</w:t>
        <w:br/>
        <w:t>f 34265/36701/31908 34264/36702/31908 34263/36703/31909</w:t>
        <w:br/>
        <w:t>f 34266/36704/31910 34265/36701/31908 34263/36703/31909</w:t>
        <w:br/>
        <w:t>f 34268/36705/31911 34267/36706/31911 34266/36704/31910</w:t>
        <w:br/>
        <w:t>f 34263/36703/31909 34268/36705/31911 34266/36704/31910</w:t>
        <w:br/>
        <w:t>f 34270/36707/31912 34269/36708/31913 34267/36706/31911</w:t>
        <w:br/>
        <w:t>f 34268/36705/31911 34270/36707/31912 34267/36706/31911</w:t>
        <w:br/>
        <w:t>f 34272/36709/31914 34271/36710/31915 34269/36708/31913</w:t>
        <w:br/>
        <w:t>f 34270/36707/31912 34272/36709/31914 34269/36708/31913</w:t>
        <w:br/>
        <w:t>f 34274/36711/31916 34273/36712/31916 34271/36710/31915</w:t>
        <w:br/>
        <w:t>f 34272/36709/31914 34274/36711/31916 34271/36710/31915</w:t>
        <w:br/>
        <w:t>f 34278/36713/31917 34277/36714/31918 34276/36715/31919</w:t>
        <w:br/>
        <w:t>f 34275/36716/31920 34278/36713/31917 34276/36715/31919</w:t>
        <w:br/>
        <w:t>f 34276/36715/31919 34280/36717/31921 34279/36718/31921</w:t>
        <w:br/>
        <w:t>f 34275/36716/31920 34276/36715/31919 34279/36718/31921</w:t>
        <w:br/>
        <w:t>f 34282/36719/31922 34281/36720/31923 34279/36718/31921</w:t>
        <w:br/>
        <w:t>f 34280/36717/31921 34282/36719/31922 34279/36718/31921</w:t>
        <w:br/>
        <w:t>f 34281/36720/31923 34282/36719/31922 34284/36721/31924</w:t>
        <w:br/>
        <w:t>f 34283/36722/31925 34281/36720/31923 34284/36721/31924</w:t>
        <w:br/>
        <w:t>f 34283/36722/31925 34284/36721/31924 34286/36723/31926</w:t>
        <w:br/>
        <w:t>f 34285/36724/31927 34283/36722/31925 34286/36723/31926</w:t>
        <w:br/>
        <w:t>f 34288/36725/31928 34287/36726/31929 34285/36724/31927</w:t>
        <w:br/>
        <w:t>f 34286/36723/31926 34288/36725/31928 34285/36724/31927</w:t>
        <w:br/>
        <w:t>f 34287/36726/31929 34288/36725/31928 34290/36727/31930</w:t>
        <w:br/>
        <w:t>f 34289/36728/31931 34287/36726/31929 34290/36727/31930</w:t>
        <w:br/>
        <w:t>f 34243/36684/31895 34244/36683/31894 34273/36712/31916</w:t>
        <w:br/>
        <w:t>f 34274/36711/31916 34243/36684/31895 34273/36712/31916</w:t>
        <w:br/>
        <w:t>f 34261/36698/31907 34257/36696/31905 34258/36695/31904</w:t>
        <w:br/>
        <w:t>f 34260/36699/31907 34261/36698/31907 34258/36695/31904</w:t>
        <w:br/>
        <w:t>f 34246/36681/31893 34292/36729/31932 34291/36730/31932</w:t>
        <w:br/>
        <w:t>f 34245/36682/31893 34246/36681/31893 34291/36730/31932</w:t>
        <w:br/>
        <w:t>f 34295/36731/31933 34294/36732/31934 34293/36733/31935</w:t>
        <w:br/>
        <w:t>f 34296/36734/31936 34295/36731/31933 34293/36733/31935</w:t>
        <w:br/>
        <w:t>f 34294/36732/31934 34295/36731/31933 34297/36735/31937</w:t>
        <w:br/>
        <w:t>f 34298/36736/31937 34294/36732/31934 34297/36735/31937</w:t>
        <w:br/>
        <w:t>f 34298/36736/31937 34297/36735/31937 34299/36737/31938</w:t>
        <w:br/>
        <w:t>f 34300/36738/31938 34298/36736/31937 34299/36737/31938</w:t>
        <w:br/>
        <w:t>f 34300/36738/31938 34299/36737/31938 34302/36739/31939</w:t>
        <w:br/>
        <w:t>f 34301/36740/31939 34300/36738/31938 34302/36739/31939</w:t>
        <w:br/>
        <w:t>f 34301/36740/31939 34302/36739/31939 34304/36741/31940</w:t>
        <w:br/>
        <w:t>f 34303/36742/31941 34301/36740/31939 34304/36741/31940</w:t>
        <w:br/>
        <w:t>f 34306/36743/31942 34305/36744/31942 34262/36697/31906</w:t>
        <w:br/>
        <w:t>f 34259/36700/31906 34306/36743/31942 34262/36697/31906</w:t>
        <w:br/>
        <w:t>f 34310/36745/31943 34309/36746/31944 34308/36747/31944</w:t>
        <w:br/>
        <w:t>f 34307/36748/31945 34310/36745/31943 34308/36747/31944</w:t>
        <w:br/>
        <w:t>f 34309/36746/31944 34312/36749/31946 34311/36750/31946</w:t>
        <w:br/>
        <w:t>f 34308/36747/31944 34309/36746/31944 34311/36750/31946</w:t>
        <w:br/>
        <w:t>f 34312/36749/31946 34314/36751/31947 34313/36752/31948</w:t>
        <w:br/>
        <w:t>f 34311/36750/31946 34312/36749/31946 34313/36752/31948</w:t>
        <w:br/>
        <w:t>f 34315/36753/31949 34313/36752/31948 34314/36751/31947</w:t>
        <w:br/>
        <w:t>f 34316/36754/31949 34315/36753/31949 34314/36751/31947</w:t>
        <w:br/>
        <w:t>f 34318/36755/31950 34315/36753/31949 34316/36754/31949</w:t>
        <w:br/>
        <w:t>f 34317/36756/31950 34318/36755/31950 34316/36754/31949</w:t>
        <w:br/>
        <w:t>f 34321/36757/31951 34320/36758/31952 34319/36759/31952</w:t>
        <w:br/>
        <w:t>f 34322/36760/31953 34321/36757/31951 34319/36759/31952</w:t>
        <w:br/>
        <w:t>f 34321/36757/31951 34322/36760/31953 34324/36761/31954</w:t>
        <w:br/>
        <w:t>f 34323/36762/31955 34321/36757/31951 34324/36761/31954</w:t>
        <w:br/>
        <w:t>f 34324/36761/31954 34326/36763/31956 34325/36764/31956</w:t>
        <w:br/>
        <w:t>f 34323/36762/31955 34324/36761/31954 34325/36764/31956</w:t>
        <w:br/>
        <w:t>f 34327/36765/31957 34325/36764/31956 34326/36763/31956</w:t>
        <w:br/>
        <w:t>f 34328/36766/31958 34327/36765/31957 34326/36763/31956</w:t>
        <w:br/>
        <w:t>f 34330/36767/31959 34327/36765/31957 34328/36766/31958</w:t>
        <w:br/>
        <w:t>f 34329/36768/31960 34330/36767/31959 34328/36766/31958</w:t>
        <w:br/>
        <w:t>f 34332/36769/31961 34330/36767/31959 34329/36768/31960</w:t>
        <w:br/>
        <w:t>f 34331/36770/31962 34332/36769/31961 34329/36768/31960</w:t>
        <w:br/>
        <w:t>f 34331/36770/31962 34289/36728/31931 34290/36727/31930</w:t>
        <w:br/>
        <w:t>f 34332/36769/31961 34331/36770/31962 34290/36727/31930</w:t>
        <w:br/>
        <w:t>f 34317/36756/31950 34291/36730/31932 34292/36729/31932</w:t>
        <w:br/>
        <w:t>f 34318/36755/31950 34317/36756/31950 34292/36729/31932</w:t>
        <w:br/>
        <w:t>f 34303/36742/31941 34304/36741/31940 34305/36744/31942</w:t>
        <w:br/>
        <w:t>f 34306/36743/31942 34303/36742/31941 34305/36744/31942</w:t>
        <w:br/>
        <w:t>f 34336/36771/31963 34335/36772/31964 34334/36773/31965</w:t>
        <w:br/>
        <w:t>f 34333/36774/31966 34336/36771/31963 34334/36773/31965</w:t>
        <w:br/>
        <w:t>f 34338/36775/31967 34337/36776/31968 34333/36774/31966</w:t>
        <w:br/>
        <w:t>f 34334/36773/31965 34338/36775/31967 34333/36774/31966</w:t>
        <w:br/>
        <w:t>f 34338/36775/31967 34340/36777/31969 34339/36778/31970</w:t>
        <w:br/>
        <w:t>f 34337/36776/31968 34338/36775/31967 34339/36778/31970</w:t>
        <w:br/>
        <w:t>f 34341/36779/31971 34339/36778/31970 34340/36777/31969</w:t>
        <w:br/>
        <w:t>f 34342/36780/31972 34341/36779/31971 34340/36777/31969</w:t>
        <w:br/>
        <w:t>f 34344/36781/31973 34341/36779/31971 34342/36780/31972</w:t>
        <w:br/>
        <w:t>f 34343/36782/31974 34344/36781/31973 34342/36780/31972</w:t>
        <w:br/>
        <w:t>f 34343/36782/31974 34346/36783/31975 34345/36784/31975</w:t>
        <w:br/>
        <w:t>f 34344/36781/31973 34343/36782/31974 34345/36784/31975</w:t>
        <w:br/>
        <w:t>f 34346/36783/31975 34348/36785/31976 34347/36786/31976</w:t>
        <w:br/>
        <w:t>f 34345/36784/31975 34346/36783/31975 34347/36786/31976</w:t>
        <w:br/>
        <w:t>f 34348/36785/31976 34350/36787/31977 34349/36788/31978</w:t>
        <w:br/>
        <w:t>f 34347/36786/31976 34348/36785/31976 34349/36788/31978</w:t>
        <w:br/>
        <w:t>f 34351/36789/31979 34349/36788/31978 34350/36787/31977</w:t>
        <w:br/>
        <w:t>f 34352/36790/31979 34351/36789/31979 34350/36787/31977</w:t>
        <w:br/>
        <w:t>f 34352/36790/31979 34354/36791/31980 34353/36792/31981</w:t>
        <w:br/>
        <w:t>f 34351/36789/31979 34352/36790/31979 34353/36792/31981</w:t>
        <w:br/>
        <w:t>f 34355/36793/31982 34353/36792/31981 34354/36791/31980</w:t>
        <w:br/>
        <w:t>f 34355/36793/31982 34357/36794/31983 34356/36795/31984</w:t>
        <w:br/>
        <w:t>f 34361/36796/31985 34360/36797/31986 34359/36798/31987</w:t>
        <w:br/>
        <w:t>f 34358/36799/31988 34361/36796/31985 34359/36798/31987</w:t>
        <w:br/>
        <w:t>f 34363/36800/31989 34362/36801/31990 34358/36799/31988</w:t>
        <w:br/>
        <w:t>f 34359/36798/31987 34363/36800/31989 34358/36799/31988</w:t>
        <w:br/>
        <w:t>f 34365/36802/31991 34364/36803/31992 34358/36799/31988</w:t>
        <w:br/>
        <w:t>f 34362/36801/31990 34365/36802/31991 34358/36799/31988</w:t>
        <w:br/>
        <w:t>f 34367/36804/31993 34366/36805/31994 34362/36801/31990</w:t>
        <w:br/>
        <w:t>f 34363/36800/31989 34367/36804/31993 34362/36801/31990</w:t>
        <w:br/>
        <w:t>f 34370/36806/31995 34369/36807/31996 34368/36808/31997</w:t>
        <w:br/>
        <w:t>f 34371/36809/31998 34370/36806/31995 34368/36808/31997</w:t>
        <w:br/>
        <w:t>f 34373/36810/31999 34372/36811/32000 34364/36803/31992</w:t>
        <w:br/>
        <w:t>f 34375/36812/32001 34374/36813/32002 34366/36805/31994</w:t>
        <w:br/>
        <w:t>f 34367/36804/31993 34375/36812/32001 34366/36805/31994</w:t>
        <w:br/>
        <w:t>f 34365/36802/31991 34349/36788/32003 34373/36810/31999</w:t>
        <w:br/>
        <w:t>f 34364/36803/31992 34365/36802/31991 34373/36810/31999</w:t>
        <w:br/>
        <w:t>f 34376/36814/32004 34365/36802/31991 34362/36801/31990</w:t>
        <w:br/>
        <w:t>f 34366/36805/31994 34376/36814/32004 34362/36801/31990</w:t>
        <w:br/>
        <w:t>f 34378/36815/32005 34377/36816/32006 34374/36813/32002</w:t>
        <w:br/>
        <w:t>f 34375/36812/32001 34378/36815/32005 34374/36813/32002</w:t>
        <w:br/>
        <w:t>f 34365/36802/31991 34376/36814/32004 34379/36817/32007</w:t>
        <w:br/>
        <w:t>f 34349/36788/32003 34365/36802/31991 34379/36817/32007</w:t>
        <w:br/>
        <w:t>f 34380/36818/32008 34376/36814/32004 34366/36805/31994</w:t>
        <w:br/>
        <w:t>f 34374/36813/32002 34380/36818/32008 34366/36805/31994</w:t>
        <w:br/>
        <w:t>f 34376/36814/32004 34380/36818/32008 34381/36819/32009</w:t>
        <w:br/>
        <w:t>f 34379/36817/32007 34376/36814/32004 34381/36819/32009</w:t>
        <w:br/>
        <w:t>f 34374/36813/32002 34377/36816/32006 34382/36820/32010</w:t>
        <w:br/>
        <w:t>f 34380/36818/32008 34374/36813/32002 34382/36820/32010</w:t>
        <w:br/>
        <w:t>f 34377/36816/32006 34378/36815/32005 34383/36821/32011</w:t>
        <w:br/>
        <w:t>f 34384/36822/32012 34377/36816/32006 34383/36821/32011</w:t>
        <w:br/>
        <w:t>f 34380/36818/32008 34382/36820/32010 34385/36823/32013</w:t>
        <w:br/>
        <w:t>f 34381/36819/32009 34380/36818/32008 34385/36823/32013</w:t>
        <w:br/>
        <w:t>f 34386/36824/32014 34382/36820/32010 34377/36816/32006</w:t>
        <w:br/>
        <w:t>f 34384/36822/32012 34386/36824/32014 34377/36816/32006</w:t>
        <w:br/>
        <w:t>f 34382/36820/32010 34386/36824/32014 34341/36779/31971</w:t>
        <w:br/>
        <w:t>f 34344/36781/31973 34382/36820/32010 34341/36779/31971</w:t>
        <w:br/>
        <w:t>f 34388/36825/32015 34387/36826/32016 34384/36822/32012</w:t>
        <w:br/>
        <w:t>f 34383/36821/32011 34388/36825/32015 34384/36822/32012</w:t>
        <w:br/>
        <w:t>f 34384/36822/32012 34387/36826/32016 34389/36827/32017</w:t>
        <w:br/>
        <w:t>f 34386/36824/32014 34384/36822/32012 34389/36827/32017</w:t>
        <w:br/>
        <w:t>f 34386/36824/32014 34389/36827/32017 34339/36778/31970</w:t>
        <w:br/>
        <w:t>f 34341/36779/31971 34386/36824/32014 34339/36778/31970</w:t>
        <w:br/>
        <w:t>f 34389/36827/32017 34391/36828/32018 34390/36829/32019</w:t>
        <w:br/>
        <w:t>f 34339/36778/31970 34389/36827/32017 34390/36829/32019</w:t>
        <w:br/>
        <w:t>f 34387/36826/32016 34392/36830/32020 34391/36828/32018</w:t>
        <w:br/>
        <w:t>f 34389/36827/32017 34387/36826/32016 34391/36828/32018</w:t>
        <w:br/>
        <w:t>f 34393/36831/32021 34390/36829/32019 34391/36828/32018</w:t>
        <w:br/>
        <w:t>f 34394/36832/32022 34393/36831/32021 34391/36828/32018</w:t>
        <w:br/>
        <w:t>f 34392/36830/32020 34387/36826/32016 34388/36825/32015</w:t>
        <w:br/>
        <w:t>f 34395/36833/32023 34392/36830/32020 34388/36825/32015</w:t>
        <w:br/>
        <w:t>f 34394/36832/32022 34391/36828/32018 34392/36830/32020</w:t>
        <w:br/>
        <w:t>f 34396/36834/32024 34394/36832/32022 34392/36830/32020</w:t>
        <w:br/>
        <w:t>f 34394/36832/32022 34398/36835/32025 34397/36836/32026</w:t>
        <w:br/>
        <w:t>f 34333/36774/32027 34394/36832/32022 34397/36836/32026</w:t>
        <w:br/>
        <w:t>f 34395/36833/32023 34399/36837/32028 34396/36834/32024</w:t>
        <w:br/>
        <w:t>f 34392/36830/32020 34395/36833/32023 34396/36834/32024</w:t>
        <w:br/>
        <w:t>f 34396/36834/32024 34398/36835/32025 34394/36832/32022</w:t>
        <w:br/>
        <w:t>f 34400/36838/32029 34396/36834/32024 34399/36837/32028</w:t>
        <w:br/>
        <w:t>f 34403/36839/32030 34402/36840/32031 34401/36841/32032</w:t>
        <w:br/>
        <w:t>f 34404/36842/32033 34403/36839/32030 34401/36841/32032</w:t>
        <w:br/>
        <w:t>f 34406/36843/32034 34405/36844/32035 34334/36773/31965</w:t>
        <w:br/>
        <w:t>f 34404/36842/32033 34406/36843/32034 34334/36773/31965</w:t>
        <w:br/>
        <w:t>f 34404/36842/32033 34401/36841/32032 34407/36845/32036</w:t>
        <w:br/>
        <w:t>f 34406/36843/32034 34404/36842/32033 34407/36845/32036</w:t>
        <w:br/>
        <w:t>f 34407/36845/32036 34409/36846/32037 34408/36847/32038</w:t>
        <w:br/>
        <w:t>f 34406/36843/32034 34407/36845/32036 34408/36847/32038</w:t>
        <w:br/>
        <w:t>f 34406/36843/32034 34408/36847/32038 34410/36848/32039</w:t>
        <w:br/>
        <w:t>f 34405/36844/32035 34406/36843/32034 34410/36848/32039</w:t>
        <w:br/>
        <w:t>f 34408/36847/32038 34412/36849/32040 34411/36850/32041</w:t>
        <w:br/>
        <w:t>f 34410/36848/32039 34408/36847/32038 34411/36850/32041</w:t>
        <w:br/>
        <w:t>f 34413/36851/32042 34412/36849/32040 34408/36847/32038</w:t>
        <w:br/>
        <w:t>f 34409/36846/32037 34413/36851/32042 34408/36847/32038</w:t>
        <w:br/>
        <w:t>f 34414/36852/32043 34411/36850/32041 34412/36849/32040</w:t>
        <w:br/>
        <w:t>f 34415/36853/32044 34414/36852/32043 34412/36849/32040</w:t>
        <w:br/>
        <w:t>f 34413/36851/32042 34416/36854/32045 34415/36853/32044</w:t>
        <w:br/>
        <w:t>f 34412/36849/32040 34413/36851/32042 34415/36853/32044</w:t>
        <w:br/>
        <w:t>f 34417/36855/32046 34414/36852/32043 34415/36853/32044</w:t>
        <w:br/>
        <w:t>f 34418/36856/32047 34417/36855/32046 34415/36853/32044</w:t>
        <w:br/>
        <w:t>f 34418/36856/32047 34415/36853/32044 34416/36854/32045</w:t>
        <w:br/>
        <w:t>f 34419/36857/32048 34418/36856/32047 34416/36854/32045</w:t>
        <w:br/>
        <w:t>f 34421/36858/32049 34371/36809/31998 34420/36859/32050</w:t>
        <w:br/>
        <w:t>f 34422/36860/32051 34421/36858/32049 34420/36859/32050</w:t>
        <w:br/>
        <w:t>f 34371/36809/31998 34368/36808/31997 34423/36861/32052</w:t>
        <w:br/>
        <w:t>f 34420/36859/32050 34371/36809/31998 34423/36861/32052</w:t>
        <w:br/>
        <w:t>f 34368/36808/31997 34424/36862/32053 34423/36861/32052</w:t>
        <w:br/>
        <w:t>f 34404/36842/32033 34334/36773/31965 34335/36772/31964</w:t>
        <w:br/>
        <w:t>f 34403/36839/32030 34404/36842/32033 34335/36772/31964</w:t>
        <w:br/>
        <w:t>f 34424/36862/32053 34368/36808/31997 34369/36807/31996</w:t>
        <w:br/>
        <w:t>f 34425/36863/32054 34424/36862/32053 34369/36807/31996</w:t>
        <w:br/>
        <w:t>f 34396/36834/32024 34400/36838/32029 34398/36835/32025</w:t>
        <w:br/>
        <w:t>f 34353/36792/32055 34361/36796/31985 34358/36799/31988</w:t>
        <w:br/>
        <w:t>f 34364/36803/31992 34353/36792/32055 34358/36799/31988</w:t>
        <w:br/>
        <w:t>f 34422/36860/32051 34417/36855/32046 34418/36856/32047</w:t>
        <w:br/>
        <w:t>f 34421/36858/32049 34422/36860/32051 34418/36856/32047</w:t>
        <w:br/>
        <w:t>f 34426/36864/32056 34370/36806/31995 34371/36809/31998</w:t>
        <w:br/>
        <w:t>f 34421/36858/32049 34426/36864/32056 34371/36809/31998</w:t>
        <w:br/>
        <w:t>f 34421/36858/32049 34418/36856/32047 34419/36857/32048</w:t>
        <w:br/>
        <w:t>f 34426/36864/32056 34421/36858/32049 34419/36857/32048</w:t>
        <w:br/>
        <w:t>f 34430/36865/32057 34429/36866/32058 34428/36867/32059</w:t>
        <w:br/>
        <w:t>f 34427/36868/32060 34430/36865/32057 34428/36867/32059</w:t>
        <w:br/>
        <w:t>f 34432/36869/32061 34430/36865/32057 34427/36868/32060</w:t>
        <w:br/>
        <w:t>f 34431/36870/32061 34432/36869/32061 34427/36868/32060</w:t>
        <w:br/>
        <w:t>f 34434/36871/32062 34433/36872/32063 34432/36869/32061</w:t>
        <w:br/>
        <w:t>f 34431/36870/32061 34434/36871/32062 34432/36869/32061</w:t>
        <w:br/>
        <w:t>f 34433/36872/32063 34434/36871/32062 34435/36873/32064</w:t>
        <w:br/>
        <w:t>f 34436/36874/32065 34433/36872/32063 34435/36873/32064</w:t>
        <w:br/>
        <w:t>f 34438/36875/32066 34437/36876/32067 34436/36874/32065</w:t>
        <w:br/>
        <w:t>f 34435/36873/32064 34438/36875/32066 34436/36874/32065</w:t>
        <w:br/>
        <w:t>f 34440/36877/32068 34439/36878/32069 34437/36876/32067</w:t>
        <w:br/>
        <w:t>f 34438/36875/32066 34440/36877/32068 34437/36876/32067</w:t>
        <w:br/>
        <w:t>f 34439/36878/32069 34440/36877/32068 34442/36879/32070</w:t>
        <w:br/>
        <w:t>f 34441/36880/32071 34439/36878/32069 34442/36879/32070</w:t>
        <w:br/>
        <w:t>f 34444/36881/32072 34443/36882/32073 34441/36880/32071</w:t>
        <w:br/>
        <w:t>f 34442/36879/32070 34444/36881/32072 34441/36880/32071</w:t>
        <w:br/>
        <w:t>f 34446/36883/32074 34445/36884/32075 34443/36882/32073</w:t>
        <w:br/>
        <w:t>f 34444/36881/32072 34446/36883/32074 34443/36882/32073</w:t>
        <w:br/>
        <w:t>f 34448/36885/32076 34447/36886/32077 34445/36884/32075</w:t>
        <w:br/>
        <w:t>f 34446/36883/32074 34448/36885/32076 34445/36884/32075</w:t>
        <w:br/>
        <w:t>f 34449/36887/32078 34447/36886/32077 34448/36885/32076</w:t>
        <w:br/>
        <w:t>f 34449/36887/32078 34357/36794/31983 34447/36886/32077</w:t>
        <w:br/>
        <w:t>f 34451/36888/32079 34450/36889/32080 34359/36798/31987</w:t>
        <w:br/>
        <w:t>f 34360/36797/31986 34451/36888/32079 34359/36798/31987</w:t>
        <w:br/>
        <w:t>f 34450/36889/32080 34452/36890/32081 34363/36800/31989</w:t>
        <w:br/>
        <w:t>f 34359/36798/31987 34450/36889/32080 34363/36800/31989</w:t>
        <w:br/>
        <w:t>f 34450/36889/32080 34454/36891/32082 34453/36892/32083</w:t>
        <w:br/>
        <w:t>f 34452/36890/32081 34450/36889/32080 34453/36892/32083</w:t>
        <w:br/>
        <w:t>f 34452/36890/32081 34455/36893/32084 34367/36804/31993</w:t>
        <w:br/>
        <w:t>f 34363/36800/31989 34452/36890/32081 34367/36804/31993</w:t>
        <w:br/>
        <w:t>f 34370/36806/31995 34457/36894/32085 34456/36895/32086</w:t>
        <w:br/>
        <w:t>f 34369/36807/31996 34370/36806/31995 34456/36895/32086</w:t>
        <w:br/>
        <w:t>f 34459/36896/32087 34454/36891/32082 34458/36897/32088</w:t>
        <w:br/>
        <w:t>f 34455/36893/32084 34460/36898/32089 34375/36812/32001</w:t>
        <w:br/>
        <w:t>f 34367/36804/31993 34455/36893/32084 34375/36812/32001</w:t>
        <w:br/>
        <w:t>f 34459/36896/32087 34444/36881/32090 34453/36892/32083</w:t>
        <w:br/>
        <w:t>f 34454/36891/32082 34459/36896/32087 34453/36892/32083</w:t>
        <w:br/>
        <w:t>f 34452/36890/32081 34453/36892/32083 34461/36899/32091</w:t>
        <w:br/>
        <w:t>f 34455/36893/32084 34452/36890/32081 34461/36899/32091</w:t>
        <w:br/>
        <w:t>f 34378/36815/32005 34375/36812/32001 34460/36898/32089</w:t>
        <w:br/>
        <w:t>f 34462/36900/32092 34378/36815/32005 34460/36898/32089</w:t>
        <w:br/>
        <w:t>f 34463/36901/32093 34461/36899/32091 34453/36892/32083</w:t>
        <w:br/>
        <w:t>f 34444/36881/32090 34463/36901/32093 34453/36892/32083</w:t>
        <w:br/>
        <w:t>f 34464/36902/32094 34460/36898/32089 34455/36893/32084</w:t>
        <w:br/>
        <w:t>f 34461/36899/32091 34464/36902/32094 34455/36893/32084</w:t>
        <w:br/>
        <w:t>f 34461/36899/32091 34463/36901/32093 34465/36903/32095</w:t>
        <w:br/>
        <w:t>f 34464/36902/32094 34461/36899/32091 34465/36903/32095</w:t>
        <w:br/>
        <w:t>f 34460/36898/32089 34464/36902/32094 34466/36904/32096</w:t>
        <w:br/>
        <w:t>f 34462/36900/32092 34460/36898/32089 34466/36904/32096</w:t>
        <w:br/>
        <w:t>f 34383/36821/32011 34378/36815/32005 34462/36900/32092</w:t>
        <w:br/>
        <w:t>f 34467/36905/32097 34383/36821/32011 34462/36900/32092</w:t>
        <w:br/>
        <w:t>f 34468/36906/32098 34466/36904/32096 34464/36902/32094</w:t>
        <w:br/>
        <w:t>f 34465/36903/32095 34468/36906/32098 34464/36902/32094</w:t>
        <w:br/>
        <w:t>f 34462/36900/32092 34466/36904/32096 34469/36907/32099</w:t>
        <w:br/>
        <w:t>f 34467/36905/32097 34462/36900/32092 34469/36907/32099</w:t>
        <w:br/>
        <w:t>f 34466/36904/32096 34438/36875/32066 34435/36873/32064</w:t>
        <w:br/>
        <w:t>f 34469/36907/32099 34466/36904/32096 34435/36873/32064</w:t>
        <w:br/>
        <w:t>f 34467/36905/32097 34470/36908/32100 34388/36825/32015</w:t>
        <w:br/>
        <w:t>f 34383/36821/32011 34467/36905/32097 34388/36825/32015</w:t>
        <w:br/>
        <w:t>f 34471/36909/32101 34470/36908/32100 34467/36905/32097</w:t>
        <w:br/>
        <w:t>f 34469/36907/32099 34471/36909/32101 34467/36905/32097</w:t>
        <w:br/>
        <w:t>f 34434/36871/32062 34471/36909/32101 34469/36907/32099</w:t>
        <w:br/>
        <w:t>f 34435/36873/32064 34434/36871/32062 34469/36907/32099</w:t>
        <w:br/>
        <w:t>f 34473/36910/32102 34472/36911/32103 34471/36909/32101</w:t>
        <w:br/>
        <w:t>f 34434/36871/32062 34473/36910/32102 34471/36909/32101</w:t>
        <w:br/>
        <w:t>f 34472/36911/32103 34474/36912/32104 34470/36908/32100</w:t>
        <w:br/>
        <w:t>f 34471/36909/32101 34472/36911/32103 34470/36908/32100</w:t>
        <w:br/>
        <w:t>f 34476/36913/32105 34475/36914/32106 34472/36911/32103</w:t>
        <w:br/>
        <w:t>f 34473/36910/32102 34476/36913/32105 34472/36911/32103</w:t>
        <w:br/>
        <w:t>f 34474/36912/32104 34395/36833/32023 34388/36825/32015</w:t>
        <w:br/>
        <w:t>f 34470/36908/32100 34474/36912/32104 34388/36825/32015</w:t>
        <w:br/>
        <w:t>f 34475/36914/32106 34477/36915/32107 34474/36912/32104</w:t>
        <w:br/>
        <w:t>f 34472/36911/32103 34475/36914/32106 34474/36912/32104</w:t>
        <w:br/>
        <w:t>f 34475/36914/32106 34427/36868/32108 34479/36916/32109</w:t>
        <w:br/>
        <w:t>f 34478/36917/32110 34475/36914/32106 34479/36916/32109</w:t>
        <w:br/>
        <w:t>f 34395/36833/32023 34474/36912/32104 34477/36915/32107</w:t>
        <w:br/>
        <w:t>f 34399/36837/32028 34395/36833/32023 34477/36915/32107</w:t>
        <w:br/>
        <w:t>f 34477/36915/32107 34475/36914/32106 34478/36917/32110</w:t>
        <w:br/>
        <w:t>f 34400/36838/32029 34399/36837/32028 34477/36915/32107</w:t>
        <w:br/>
        <w:t>f 34401/36841/32032 34402/36840/32031 34481/36918/32111</w:t>
        <w:br/>
        <w:t>f 34480/36919/32112 34401/36841/32032 34481/36918/32111</w:t>
        <w:br/>
        <w:t>f 34483/36920/32113 34480/36919/32112 34430/36865/32057</w:t>
        <w:br/>
        <w:t>f 34482/36921/32114 34483/36920/32113 34430/36865/32057</w:t>
        <w:br/>
        <w:t>f 34480/36919/32112 34483/36920/32113 34407/36845/32036</w:t>
        <w:br/>
        <w:t>f 34401/36841/32032 34480/36919/32112 34407/36845/32036</w:t>
        <w:br/>
        <w:t>f 34484/36922/32115 34409/36846/32037 34407/36845/32036</w:t>
        <w:br/>
        <w:t>f 34483/36920/32113 34484/36922/32115 34407/36845/32036</w:t>
        <w:br/>
        <w:t>f 34483/36920/32113 34482/36921/32114 34485/36923/32116</w:t>
        <w:br/>
        <w:t>f 34484/36922/32115 34483/36920/32113 34485/36923/32116</w:t>
        <w:br/>
        <w:t>f 34484/36922/32115 34485/36923/32116 34486/36924/32117</w:t>
        <w:br/>
        <w:t>f 34487/36925/32118 34484/36922/32115 34486/36924/32117</w:t>
        <w:br/>
        <w:t>f 34484/36922/32115 34487/36925/32118 34413/36851/32042</w:t>
        <w:br/>
        <w:t>f 34409/36846/32037 34484/36922/32115 34413/36851/32042</w:t>
        <w:br/>
        <w:t>f 34487/36925/32118 34486/36924/32117 34488/36926/32119</w:t>
        <w:br/>
        <w:t>f 34489/36927/32120 34487/36925/32118 34488/36926/32119</w:t>
        <w:br/>
        <w:t>f 34413/36851/32042 34487/36925/32118 34489/36927/32120</w:t>
        <w:br/>
        <w:t>f 34416/36854/32045 34413/36851/32042 34489/36927/32120</w:t>
        <w:br/>
        <w:t>f 34491/36928/32121 34490/36929/32122 34489/36927/32120</w:t>
        <w:br/>
        <w:t>f 34488/36926/32119 34491/36928/32121 34489/36927/32120</w:t>
        <w:br/>
        <w:t>f 34416/36854/32045 34489/36927/32120 34490/36929/32122</w:t>
        <w:br/>
        <w:t>f 34419/36857/32048 34416/36854/32045 34490/36929/32122</w:t>
        <w:br/>
        <w:t>f 34494/36930/32123 34493/36931/32124 34492/36932/32125</w:t>
        <w:br/>
        <w:t>f 34457/36894/32085 34494/36930/32123 34492/36932/32125</w:t>
        <w:br/>
        <w:t>f 34495/36933/32126 34456/36895/32086 34457/36894/32085</w:t>
        <w:br/>
        <w:t>f 34492/36932/32125 34495/36933/32126 34457/36894/32085</w:t>
        <w:br/>
        <w:t>f 34456/36895/32086 34495/36933/32126 34496/36934/32127</w:t>
        <w:br/>
        <w:t>f 34480/36919/32112 34481/36918/32111 34429/36866/32058</w:t>
        <w:br/>
        <w:t>f 34430/36865/32057 34480/36919/32112 34429/36866/32058</w:t>
        <w:br/>
        <w:t>f 34496/36934/32127 34425/36863/32054 34369/36807/31996</w:t>
        <w:br/>
        <w:t>f 34456/36895/32086 34496/36934/32127 34369/36807/31996</w:t>
        <w:br/>
        <w:t>f 34477/36915/32107 34478/36917/32110 34400/36838/32029</w:t>
        <w:br/>
        <w:t>f 34450/36889/32080 34451/36888/32079 34448/36885/32076</w:t>
        <w:br/>
        <w:t>f 34454/36891/32082 34450/36889/32080 34448/36885/32076</w:t>
        <w:br/>
        <w:t>f 34490/36929/32122 34491/36928/32121 34493/36931/32124</w:t>
        <w:br/>
        <w:t>f 34494/36930/32123 34490/36929/32122 34493/36931/32124</w:t>
        <w:br/>
        <w:t>f 34457/36894/32085 34370/36806/31995 34426/36864/32056</w:t>
        <w:br/>
        <w:t>f 34494/36930/32123 34457/36894/32085 34426/36864/32056</w:t>
        <w:br/>
        <w:t>f 34494/36930/32123 34426/36864/32056 34419/36857/32048</w:t>
        <w:br/>
        <w:t>f 34490/36929/32122 34494/36930/32123 34419/36857/32048</w:t>
        <w:br/>
        <w:t>f 34355/36793/31982 34354/36791/31980 34357/36794/31983</w:t>
        <w:br/>
        <w:t>f 34449/36887/32078 34356/36795/31984 34357/36794/31983</w:t>
        <w:br/>
        <w:t>f 34036/36935/32128 34035/36936/32129 34034/36937/32130</w:t>
        <w:br/>
        <w:t>f 34040/36938/32131 34039/36939/32132 34038/36940/32133</w:t>
        <w:br/>
        <w:t>f 34037/36941/32134 34040/36938/32131 34038/36940/32133</w:t>
        <w:br/>
        <w:t>f 34042/36942/32135 34035/36936/32129 34041/36943/32136</w:t>
        <w:br/>
        <w:t>f 34043/36944/32137 34035/36936/32129 34042/36942/32135</w:t>
        <w:br/>
        <w:t>f 34037/36941/32134 34038/36940/32133 34045/36945/32138</w:t>
        <w:br/>
        <w:t>f 34044/36946/32139 34037/36941/32134 34045/36945/32138</w:t>
        <w:br/>
        <w:t>f 34048/36947/32140 34041/36943/32136 34047/36948/32141</w:t>
        <w:br/>
        <w:t>f 34046/36949/32142 34048/36947/32140 34047/36948/32141</w:t>
        <w:br/>
        <w:t>f 34051/36950/32143 34050/36951/32144 34034/36937/32130</w:t>
        <w:br/>
        <w:t>f 34049/36952/32145 34051/36950/32143 34034/36937/32130</w:t>
        <w:br/>
        <w:t>f 34055/36953/32146 34054/36954/32147 34053/36955/32148</w:t>
        <w:br/>
        <w:t>f 34052/36956/32149 34055/36953/32146 34053/36955/32148</w:t>
        <w:br/>
        <w:t>f 34052/36956/32149 34035/36936/32129 34043/36944/32137</w:t>
        <w:br/>
        <w:t>f 34049/36952/32145 34035/36936/32129 34056/36957/32150</w:t>
        <w:br/>
        <w:t>f 34056/36957/32150 34035/36936/32129 34057/36958/32151</w:t>
        <w:br/>
        <w:t>f 34061/36959/32152 34060/36960/32153 34059/36961/32154</w:t>
        <w:br/>
        <w:t>f 34058/36962/32155 34061/36959/32152 34059/36961/32154</w:t>
        <w:br/>
        <w:t>f 34060/36960/32153 34061/36959/32152 34063/36963/32156</w:t>
        <w:br/>
        <w:t>f 34062/36964/32157 34060/36960/32153 34063/36963/32156</w:t>
        <w:br/>
        <w:t>f 34066/36965/32158 34057/36958/32151 34065/36966/32159</w:t>
        <w:br/>
        <w:t>f 34064/36967/32160 34066/36965/32158 34065/36966/32159</w:t>
        <w:br/>
        <w:t>f 34069/36968/32161 34036/36935/32128 34068/36969/32162</w:t>
        <w:br/>
        <w:t>f 34067/36970/32163 34069/36968/32161 34068/36969/32162</w:t>
        <w:br/>
        <w:t>f 34047/36948/32141 34035/36936/32129 34070/36971/32164</w:t>
        <w:br/>
        <w:t>f 34063/36963/32156 34035/36936/32129 34053/36955/32148</w:t>
        <w:br/>
        <w:t>f 34065/36966/32159 34035/36936/32129 34058/36962/32155</w:t>
        <w:br/>
        <w:t>f 34045/36945/32138 34035/36936/32129 34069/36968/32161</w:t>
        <w:br/>
        <w:t>f 34070/36971/32164 34035/36936/32129 34039/36939/32132</w:t>
        <w:br/>
        <w:t>f 34073/36972/32165 34072/36973/32165 34071/36974/32166</w:t>
        <w:br/>
        <w:t>f 34074/36975/32167 34073/36972/32165 34071/36974/32166</w:t>
        <w:br/>
        <w:t>f 34077/36976/32168 34076/36977/32169 34075/36978/32170</w:t>
        <w:br/>
        <w:t>f 34078/36979/32170 34077/36976/32168 34075/36978/32170</w:t>
        <w:br/>
        <w:t>f 34081/36980/32171 34080/36981/32172 34079/36982/32172</w:t>
        <w:br/>
        <w:t>f 34082/36983/32173 34081/36980/32171 34079/36982/32172</w:t>
        <w:br/>
        <w:t>f 34072/36973/32165 34073/36972/32165 34078/36979/32170</w:t>
        <w:br/>
        <w:t>f 34075/36978/32170 34072/36973/32165 34078/36979/32170</w:t>
        <w:br/>
        <w:t>f 34086/36984/32174 34085/36985/32175 34084/36986/32176</w:t>
        <w:br/>
        <w:t>f 34083/36987/32176 34086/36984/32174 34084/36986/32176</w:t>
        <w:br/>
        <w:t>f 34080/36981/32172 34088/36988/32177 34087/36989/32177</w:t>
        <w:br/>
        <w:t>f 34079/36982/32172 34080/36981/32172 34087/36989/32177</w:t>
        <w:br/>
        <w:t>f 34092/36990/32178 34091/36991/32179 34090/36992/32179</w:t>
        <w:br/>
        <w:t>f 34089/36993/32180 34092/36990/32178 34090/36992/32179</w:t>
        <w:br/>
        <w:t>f 34096/36994/32181 34095/36995/32181 34094/36996/32182</w:t>
        <w:br/>
        <w:t>f 34093/36997/32182 34096/36994/32181 34094/36996/32182</w:t>
        <w:br/>
        <w:t>f 34098/36998/32183 34092/36990/32178 34089/36993/32180</w:t>
        <w:br/>
        <w:t>f 34097/36999/32184 34098/36998/32183 34089/36993/32180</w:t>
        <w:br/>
        <w:t>f 34090/36992/32179 34091/36991/32179 34085/36985/32175</w:t>
        <w:br/>
        <w:t>f 34086/36984/32174 34090/36992/32179 34085/36985/32175</w:t>
        <w:br/>
        <w:t>f 34088/36988/32177 34100/37000/32185 34099/37001/32186</w:t>
        <w:br/>
        <w:t>f 34087/36989/32177 34088/36988/32177 34099/37001/32186</w:t>
        <w:br/>
        <w:t>f 34102/37002/32187 34098/36998/32183 34097/36999/32184</w:t>
        <w:br/>
        <w:t>f 34101/37003/32187 34102/37002/32187 34097/36999/32184</w:t>
        <w:br/>
        <w:t>f 34095/36995/32181 34096/36994/32181 34083/36987/32176</w:t>
        <w:br/>
        <w:t>f 34084/36986/32176 34095/36995/32181 34083/36987/32176</w:t>
        <w:br/>
        <w:t>f 34100/37000/32185 34104/37004/32188 34103/37005/32188</w:t>
        <w:br/>
        <w:t>f 34099/37001/32186 34100/37000/32185 34103/37005/32188</w:t>
        <w:br/>
        <w:t>f 34106/37006/32189 34102/37002/32187 34101/37003/32187</w:t>
        <w:br/>
        <w:t>f 34105/37007/32189 34106/37006/32189 34101/37003/32187</w:t>
        <w:br/>
        <w:t>f 34108/37008/32190 34093/36997/32182 34094/36996/32182</w:t>
        <w:br/>
        <w:t>f 34107/37009/32190 34108/37008/32190 34094/36996/32182</w:t>
        <w:br/>
        <w:t>f 34109/37010/32191 34103/37005/32188 34104/37004/32188</w:t>
        <w:br/>
        <w:t>f 34110/37011/32192 34109/37010/32191 34104/37004/32188</w:t>
        <w:br/>
        <w:t>f 34105/37007/32189 34081/36980/32171 34082/36983/32173</w:t>
        <w:br/>
        <w:t>f 34106/37006/32189 34105/37007/32189 34082/36983/32173</w:t>
        <w:br/>
        <w:t>f 34107/37009/32190 34074/36975/32167 34071/36974/32166</w:t>
        <w:br/>
        <w:t>f 34108/37008/32190 34107/37009/32190 34071/36974/32166</w:t>
        <w:br/>
        <w:t>f 34076/36977/32169 34077/36976/32168 34109/37010/32191</w:t>
        <w:br/>
        <w:t>f 34110/37011/32192 34076/36977/32169 34109/37010/32191</w:t>
        <w:br/>
        <w:t>f 34111/37012/32193 34070/36971/32164 34039/36939/32132</w:t>
        <w:br/>
        <w:t>f 34040/36938/32131 34111/37012/32193 34039/36939/32132</w:t>
        <w:br/>
        <w:t>f 34069/36968/32161 34067/36970/32163 34044/36946/32139</w:t>
        <w:br/>
        <w:t>f 34045/36945/32138 34069/36968/32161 34044/36946/32139</w:t>
        <w:br/>
        <w:t>f 34058/36962/32155 34059/36961/32154 34064/36967/32160</w:t>
        <w:br/>
        <w:t>f 34065/36966/32159 34058/36962/32155 34064/36967/32160</w:t>
        <w:br/>
        <w:t>f 34054/36954/32147 34062/36964/32157 34063/36963/32156</w:t>
        <w:br/>
        <w:t>f 34053/36955/32148 34054/36954/32147 34063/36963/32156</w:t>
        <w:br/>
        <w:t>f 34070/36971/32164 34111/37012/32193 34046/36949/32142</w:t>
        <w:br/>
        <w:t>f 34047/36948/32141 34070/36971/32164 34046/36949/32142</w:t>
        <w:br/>
        <w:t>f 34035/36936/32129 34036/36935/32128 34069/36968/32161</w:t>
        <w:br/>
        <w:t>f 34035/36936/32129 34065/36966/32159 34057/36958/32151</w:t>
        <w:br/>
        <w:t>f 34035/36936/32129 34063/36963/32156 34061/36959/32152</w:t>
        <w:br/>
        <w:t>f 34035/36936/32129 34061/36959/32152 34058/36962/32155</w:t>
        <w:br/>
        <w:t>f 34112/37013/32194 34056/36957/32150 34057/36958/32151</w:t>
        <w:br/>
        <w:t>f 34066/36965/32158 34112/37013/32194 34057/36958/32151</w:t>
        <w:br/>
        <w:t>f 34112/37013/32194 34051/36950/32143 34049/36952/32145</w:t>
        <w:br/>
        <w:t>f 34056/36957/32150 34112/37013/32194 34049/36952/32145</w:t>
        <w:br/>
        <w:t>f 34052/36956/32149 34043/36944/32137 34113/37014/32195</w:t>
        <w:br/>
        <w:t>f 34055/36953/32146 34052/36956/32149 34113/37014/32195</w:t>
        <w:br/>
        <w:t>f 34035/36936/32129 34052/36956/32149 34053/36955/32148</w:t>
        <w:br/>
        <w:t>f 34035/36936/32129 34049/36952/32145 34034/36937/32130</w:t>
        <w:br/>
        <w:t>f 34035/36936/32129 34047/36948/32141 34041/36943/32136</w:t>
        <w:br/>
        <w:t>f 34035/36936/32129 34045/36945/32138 34038/36940/32133</w:t>
        <w:br/>
        <w:t>f 34114/37015/32196 34113/37014/32195 34043/36944/32137</w:t>
        <w:br/>
        <w:t>f 34042/36942/32135 34114/37015/32196 34043/36944/32137</w:t>
        <w:br/>
        <w:t>f 34048/36947/32140 34114/37015/32196 34042/36942/32135</w:t>
        <w:br/>
        <w:t>f 34041/36943/32136 34048/36947/32140 34042/36942/32135</w:t>
        <w:br/>
        <w:t>f 34035/36936/32129 34038/36940/32133 34039/36939/32132</w:t>
        <w:br/>
        <w:t>f 34036/36935/32128 34034/36937/32130 34050/36951/32144</w:t>
        <w:br/>
        <w:t>f 34068/36969/32162 34036/36935/32128 34050/36951/32144</w:t>
        <w:br/>
        <w:t>f 34499/37016/32197 34498/37017/32198 34497/37018/32199</w:t>
        <w:br/>
        <w:t>f 34503/37019/32200 34502/37020/32201 34501/37021/32202</w:t>
        <w:br/>
        <w:t>f 34500/37022/32203 34503/37019/32200 34501/37021/32202</w:t>
        <w:br/>
        <w:t>f 34505/37023/32204 34504/37024/32205 34497/37018/32199</w:t>
        <w:br/>
        <w:t>f 34506/37025/32206 34505/37023/32204 34497/37018/32199</w:t>
        <w:br/>
        <w:t>f 34502/37020/32201 34508/37026/32207 34507/37027/32208</w:t>
        <w:br/>
        <w:t>f 34501/37021/32202 34502/37020/32201 34507/37027/32208</w:t>
        <w:br/>
        <w:t>f 34511/37028/32209 34510/37029/32210 34509/37030/32211</w:t>
        <w:br/>
        <w:t>f 34504/37024/32205 34511/37028/32209 34509/37030/32211</w:t>
        <w:br/>
        <w:t>f 34514/37031/32212 34513/37032/32213 34498/37017/32198</w:t>
        <w:br/>
        <w:t>f 34512/37033/32214 34514/37031/32212 34498/37017/32198</w:t>
        <w:br/>
        <w:t>f 34518/37034/32215 34517/37035/32216 34516/37036/32217</w:t>
        <w:br/>
        <w:t>f 34515/37037/32218 34518/37034/32215 34516/37036/32217</w:t>
        <w:br/>
        <w:t>f 34517/37035/32216 34506/37025/32206 34497/37018/32199</w:t>
        <w:br/>
        <w:t>f 34513/37032/32213 34519/37038/32219 34497/37018/32199</w:t>
        <w:br/>
        <w:t>f 34519/37038/32219 34520/37039/32220 34497/37018/32199</w:t>
        <w:br/>
        <w:t>f 34524/37040/32221 34523/37041/32222 34522/37042/32223</w:t>
        <w:br/>
        <w:t>f 34521/37043/32224 34524/37040/32221 34522/37042/32223</w:t>
        <w:br/>
        <w:t>f 34521/37043/32224 34526/37044/32225 34525/37045/32226</w:t>
        <w:br/>
        <w:t>f 34524/37040/32221 34521/37043/32224 34525/37045/32226</w:t>
        <w:br/>
        <w:t>f 34529/37046/32227 34528/37047/32228 34527/37048/32229</w:t>
        <w:br/>
        <w:t>f 34520/37039/32220 34529/37046/32227 34527/37048/32229</w:t>
        <w:br/>
        <w:t>f 34532/37049/32230 34531/37050/32231 34530/37051/32232</w:t>
        <w:br/>
        <w:t>f 34499/37016/32197 34532/37049/32230 34530/37051/32232</w:t>
        <w:br/>
        <w:t>f 34509/37030/32211 34533/37052/32233 34497/37018/32199</w:t>
        <w:br/>
        <w:t>f 34525/37045/32226 34516/37036/32217 34497/37018/32199</w:t>
        <w:br/>
        <w:t>f 34527/37048/32229 34523/37041/32222 34497/37018/32199</w:t>
        <w:br/>
        <w:t>f 34507/37027/32208 34532/37049/32230 34497/37018/32199</w:t>
        <w:br/>
        <w:t>f 34533/37052/32233 34500/37022/32203 34497/37018/32199</w:t>
        <w:br/>
        <w:t>f 34536/37053/32234 34535/37054/32235 34534/37055/32236</w:t>
        <w:br/>
        <w:t>f 34537/37056/32234 34536/37053/32234 34534/37055/32236</w:t>
        <w:br/>
        <w:t>f 34540/37057/32237 34539/37058/32238 34538/37059/32239</w:t>
        <w:br/>
        <w:t>f 34541/37060/32237 34540/37057/32237 34538/37059/32239</w:t>
        <w:br/>
        <w:t>f 34544/37061/32240 34543/37062/32240 34542/37063/32241</w:t>
        <w:br/>
        <w:t>f 34545/37064/32242 34544/37061/32240 34542/37063/32241</w:t>
        <w:br/>
        <w:t>f 34541/37060/32237 34534/37055/32236 34535/37054/32235</w:t>
        <w:br/>
        <w:t>f 34540/37057/32237 34541/37060/32237 34535/37054/32235</w:t>
        <w:br/>
        <w:t>f 34549/37065/32243 34548/37066/32244 34547/37067/32244</w:t>
        <w:br/>
        <w:t>f 34546/37068/32243 34549/37065/32243 34547/37067/32244</w:t>
        <w:br/>
        <w:t>f 34551/37069/32245 34550/37070/32245 34543/37062/32240</w:t>
        <w:br/>
        <w:t>f 34544/37061/32240 34551/37069/32245 34543/37062/32240</w:t>
        <w:br/>
        <w:t>f 34555/37071/32246 34554/37072/32246 34553/37073/32247</w:t>
        <w:br/>
        <w:t>f 34552/37074/32247 34555/37071/32246 34553/37073/32247</w:t>
        <w:br/>
        <w:t>f 34559/37075/32248 34558/37076/32249 34557/37077/32250</w:t>
        <w:br/>
        <w:t>f 34556/37078/32248 34559/37075/32248 34557/37077/32250</w:t>
        <w:br/>
        <w:t>f 34561/37079/32251 34560/37080/32251 34554/37072/32246</w:t>
        <w:br/>
        <w:t>f 34555/37071/32246 34561/37079/32251 34554/37072/32246</w:t>
        <w:br/>
        <w:t>f 34553/37073/32247 34549/37065/32243 34546/37068/32243</w:t>
        <w:br/>
        <w:t>f 34552/37074/32247 34553/37073/32247 34546/37068/32243</w:t>
        <w:br/>
        <w:t>f 34563/37081/32252 34562/37082/32252 34550/37070/32245</w:t>
        <w:br/>
        <w:t>f 34551/37069/32245 34563/37081/32252 34550/37070/32245</w:t>
        <w:br/>
        <w:t>f 34565/37083/32253 34564/37084/32253 34560/37080/32251</w:t>
        <w:br/>
        <w:t>f 34561/37079/32251 34565/37083/32253 34560/37080/32251</w:t>
        <w:br/>
        <w:t>f 34556/37078/32248 34547/37067/32244 34548/37066/32244</w:t>
        <w:br/>
        <w:t>f 34559/37075/32248 34556/37078/32248 34548/37066/32244</w:t>
        <w:br/>
        <w:t>f 34567/37085/32254 34566/37086/32255 34562/37082/32252</w:t>
        <w:br/>
        <w:t>f 34563/37081/32252 34567/37085/32254 34562/37082/32252</w:t>
        <w:br/>
        <w:t>f 34569/37087/32256 34568/37088/32257 34564/37084/32253</w:t>
        <w:br/>
        <w:t>f 34565/37083/32253 34569/37087/32256 34564/37084/32253</w:t>
        <w:br/>
        <w:t>f 34571/37089/32258 34570/37090/32259 34557/37077/32250</w:t>
        <w:br/>
        <w:t>f 34558/37076/32249 34571/37089/32258 34557/37077/32250</w:t>
        <w:br/>
        <w:t>f 34566/37086/32255 34567/37085/32254 34572/37091/32260</w:t>
        <w:br/>
        <w:t>f 34573/37092/32261 34566/37086/32255 34572/37091/32260</w:t>
        <w:br/>
        <w:t>f 34568/37088/32257 34569/37087/32256 34545/37064/32242</w:t>
        <w:br/>
        <w:t>f 34542/37063/32241 34568/37088/32257 34545/37064/32242</w:t>
        <w:br/>
        <w:t>f 34570/37090/32259 34571/37089/32258 34536/37053/32234</w:t>
        <w:br/>
        <w:t>f 34537/37056/32234 34570/37090/32259 34536/37053/32234</w:t>
        <w:br/>
        <w:t>f 34572/37091/32260 34538/37059/32239 34539/37058/32238</w:t>
        <w:br/>
        <w:t>f 34573/37092/32261 34572/37091/32260 34539/37058/32238</w:t>
        <w:br/>
        <w:t>f 34574/37093/32262 34503/37019/32200 34500/37022/32203</w:t>
        <w:br/>
        <w:t>f 34533/37052/32233 34574/37093/32262 34500/37022/32203</w:t>
        <w:br/>
        <w:t>f 34508/37026/32207 34531/37050/32231 34532/37049/32230</w:t>
        <w:br/>
        <w:t>f 34507/37027/32208 34508/37026/32207 34532/37049/32230</w:t>
        <w:br/>
        <w:t>f 34523/37041/32222 34527/37048/32229 34528/37047/32228</w:t>
        <w:br/>
        <w:t>f 34522/37042/32223 34523/37041/32222 34528/37047/32228</w:t>
        <w:br/>
        <w:t>f 34515/37037/32218 34516/37036/32217 34525/37045/32226</w:t>
        <w:br/>
        <w:t>f 34526/37044/32225 34515/37037/32218 34525/37045/32226</w:t>
        <w:br/>
        <w:t>f 34533/37052/32233 34509/37030/32211 34510/37029/32210</w:t>
        <w:br/>
        <w:t>f 34574/37093/32262 34533/37052/32233 34510/37029/32210</w:t>
        <w:br/>
        <w:t>f 34497/37018/32199 34532/37049/32230 34499/37016/32197</w:t>
        <w:br/>
        <w:t>f 34497/37018/32199 34520/37039/32220 34527/37048/32229</w:t>
        <w:br/>
        <w:t>f 34497/37018/32199 34524/37040/32221 34525/37045/32226</w:t>
        <w:br/>
        <w:t>f 34497/37018/32199 34523/37041/32222 34524/37040/32221</w:t>
        <w:br/>
        <w:t>f 34575/37094/32263 34529/37046/32227 34520/37039/32220</w:t>
        <w:br/>
        <w:t>f 34519/37038/32219 34575/37094/32263 34520/37039/32220</w:t>
        <w:br/>
        <w:t>f 34575/37094/32263 34519/37038/32219 34513/37032/32213</w:t>
        <w:br/>
        <w:t>f 34514/37031/32212 34575/37094/32263 34513/37032/32213</w:t>
        <w:br/>
        <w:t>f 34517/37035/32216 34518/37034/32215 34576/37095/32264</w:t>
        <w:br/>
        <w:t>f 34506/37025/32206 34517/37035/32216 34576/37095/32264</w:t>
        <w:br/>
        <w:t>f 34497/37018/32199 34516/37036/32217 34517/37035/32216</w:t>
        <w:br/>
        <w:t>f 34497/37018/32199 34498/37017/32198 34513/37032/32213</w:t>
        <w:br/>
        <w:t>f 34497/37018/32199 34504/37024/32205 34509/37030/32211</w:t>
        <w:br/>
        <w:t>f 34497/37018/32199 34501/37021/32202 34507/37027/32208</w:t>
        <w:br/>
        <w:t>f 34577/37096/32265 34505/37023/32204 34506/37025/32206</w:t>
        <w:br/>
        <w:t>f 34576/37095/32264 34577/37096/32265 34506/37025/32206</w:t>
        <w:br/>
        <w:t>f 34505/37023/32204 34577/37096/32265 34511/37028/32209</w:t>
        <w:br/>
        <w:t>f 34504/37024/32205 34505/37023/32204 34511/37028/32209</w:t>
        <w:br/>
        <w:t>f 34497/37018/32199 34500/37022/32203 34501/37021/32202</w:t>
        <w:br/>
        <w:t>f 34499/37016/32197 34530/37051/32232 34512/37033/32214</w:t>
        <w:br/>
        <w:t>f 34498/37017/32198 34499/37016/32197 34512/37033/32214</w:t>
        <w:br/>
        <w:t>f 33986/37097/32266 33985/37098/32267 33984/37099/32268</w:t>
        <w:br/>
        <w:t>f 33985/37098/32267 33987/37100/32269 33984/37099/32268</w:t>
        <w:br/>
        <w:t>f 33987/37100/32269 33988/37101/32270 33984/37099/32268</w:t>
        <w:br/>
        <w:t>f 33988/37101/32270 33989/37102/32271 33984/37099/32268</w:t>
        <w:br/>
        <w:t>f 33989/37102/32271 33990/37103/32272 33984/37099/32268</w:t>
        <w:br/>
        <w:t>f 33990/37103/32272 33991/37104/32273 33984/37099/32268</w:t>
        <w:br/>
        <w:t>f 33991/37104/32273 33992/37105/32274 33984/37099/32268</w:t>
        <w:br/>
        <w:t>f 33992/37105/32274 33993/37106/32275 33984/37099/32268</w:t>
        <w:br/>
        <w:t>f 33993/37106/32275 33994/37107/32276 33984/37099/32268</w:t>
        <w:br/>
        <w:t>f 33994/37107/32276 33995/37108/32277 33984/37099/32268</w:t>
        <w:br/>
        <w:t>f 33995/37108/32277 33996/37109/32278 33984/37099/32268</w:t>
        <w:br/>
        <w:t>f 33996/37109/32278 33997/37110/32279 33984/37099/32268</w:t>
        <w:br/>
        <w:t>f 33997/37110/32279 33998/37111/32280 33984/37099/32268</w:t>
        <w:br/>
        <w:t>f 33998/37111/32280 33999/37112/32281 33984/37099/32268</w:t>
        <w:br/>
        <w:t>f 33999/37112/32281 34000/37113/32282 33984/37099/32268</w:t>
        <w:br/>
        <w:t>f 34000/37113/32282 34001/37114/32283 33984/37099/32268</w:t>
        <w:br/>
        <w:t>f 34001/37114/32283 34002/37115/32284 33984/37099/32268</w:t>
        <w:br/>
        <w:t>f 34002/37115/32284 34003/37116/32285 33984/37099/32268</w:t>
        <w:br/>
        <w:t>f 34003/37116/32285 34004/37117/32286 33984/37099/32268</w:t>
        <w:br/>
        <w:t>f 34004/37117/32286 34005/37118/32287 33984/37099/32268</w:t>
        <w:br/>
        <w:t>f 34005/37118/32287 34006/37119/32288 33984/37099/32268</w:t>
        <w:br/>
        <w:t>f 34006/37119/32288 34007/37120/32289 33984/37099/32268</w:t>
        <w:br/>
        <w:t>f 34007/37120/32289 34008/37121/32290 33984/37099/32268</w:t>
        <w:br/>
        <w:t>f 34008/37121/32290 33986/37097/32266 33984/37099/32268</w:t>
        <w:br/>
        <w:t>f 34011/37122/32291 34010/37123/32292 34009/37124/32293</w:t>
        <w:br/>
        <w:t>f 34012/37125/32294 34011/37122/32291 34009/37124/32293</w:t>
        <w:br/>
        <w:t>f 34013/37126/32295 34012/37125/32294 34009/37124/32293</w:t>
        <w:br/>
        <w:t>f 34014/37127/32296 34013/37126/32295 34009/37124/32293</w:t>
        <w:br/>
        <w:t>f 34015/37128/32297 34014/37127/32296 34009/37124/32293</w:t>
        <w:br/>
        <w:t>f 34016/37129/32298 34015/37128/32297 34009/37124/32293</w:t>
        <w:br/>
        <w:t>f 34017/37130/32299 34016/37129/32298 34009/37124/32293</w:t>
        <w:br/>
        <w:t>f 34018/37131/32300 34017/37130/32299 34009/37124/32293</w:t>
        <w:br/>
        <w:t>f 34019/37132/32301 34018/37131/32300 34009/37124/32293</w:t>
        <w:br/>
        <w:t>f 34020/37133/32302 34019/37132/32301 34009/37124/32293</w:t>
        <w:br/>
        <w:t>f 34021/37134/32303 34020/37133/32302 34009/37124/32293</w:t>
        <w:br/>
        <w:t>f 34022/37135/32304 34021/37134/32303 34009/37124/32293</w:t>
        <w:br/>
        <w:t>f 34023/37136/32305 34022/37135/32304 34009/37124/32293</w:t>
        <w:br/>
        <w:t>f 34024/37137/32306 34023/37136/32305 34009/37124/32293</w:t>
        <w:br/>
        <w:t>f 34025/37138/32307 34024/37137/32306 34009/37124/32293</w:t>
        <w:br/>
        <w:t>f 34026/37139/32308 34025/37138/32307 34009/37124/32293</w:t>
        <w:br/>
        <w:t>f 34027/37140/32309 34026/37139/32308 34009/37124/32293</w:t>
        <w:br/>
        <w:t>f 34028/37141/32310 34027/37140/32309 34009/37124/32293</w:t>
        <w:br/>
        <w:t>f 34029/37142/32311 34028/37141/32310 34009/37124/32293</w:t>
        <w:br/>
        <w:t>f 34030/37143/32312 34029/37142/32311 34009/37124/32293</w:t>
        <w:br/>
        <w:t>f 34031/37144/32313 34030/37143/32312 34009/37124/32293</w:t>
        <w:br/>
        <w:t>f 34032/37145/32314 34031/37144/32313 34009/37124/32293</w:t>
        <w:br/>
        <w:t>f 34033/37146/32315 34032/37145/32314 34009/37124/32293</w:t>
        <w:br/>
        <w:t>f 34010/37123/32292 34033/37146/32315 34009/37124/32293</w:t>
        <w:br/>
        <w:t>f 34117/37147/32316 34116/37148/32317 34115/37149/32318</w:t>
        <w:br/>
        <w:t>f 34119/37150/32319 34116/37148/32317 34118/37151/32320</w:t>
        <w:br/>
        <w:t>f 34118/37151/32320 34116/37148/32317 34120/37152/32321</w:t>
        <w:br/>
        <w:t>f 34122/37153/32322 34116/37148/32317 34121/37154/32323</w:t>
        <w:br/>
        <w:t>f 34123/37155/32324 34116/37148/32317 34117/37147/32316</w:t>
        <w:br/>
        <w:t>f 34125/37156/32325 34116/37148/32317 34124/37157/32326</w:t>
        <w:br/>
        <w:t>f 34124/37157/32326 34116/37148/32317 34119/37150/32319</w:t>
        <w:br/>
        <w:t>f 34127/37158/32327 34116/37148/32317 34126/37159/32328</w:t>
        <w:br/>
        <w:t>f 34129/37160/32329 34116/37148/32317 34128/37161/32330</w:t>
        <w:br/>
        <w:t>f 34130/37162/32331 34116/37148/32317 34129/37160/32329</w:t>
        <w:br/>
        <w:t>f 34131/37163/32332 34116/37148/32317 34122/37153/32322</w:t>
        <w:br/>
        <w:t>f 34126/37159/32328 34116/37148/32317 34132/37164/32333</w:t>
        <w:br/>
        <w:t>f 34133/37165/32334 34116/37148/32317 34125/37156/32325</w:t>
        <w:br/>
        <w:t>f 34120/37152/32321 34116/37148/32317 34127/37158/32327</w:t>
        <w:br/>
        <w:t>f 34115/37149/32318 34116/37148/32317 34131/37163/32332</w:t>
        <w:br/>
        <w:t>f 34132/37164/32333 34116/37148/32317 34123/37155/32324</w:t>
        <w:br/>
        <w:t>f 34121/37154/32323 34116/37148/32317 34130/37162/32331</w:t>
        <w:br/>
        <w:t>f 34128/37161/32330 34116/37148/32317 34133/37165/32334</w:t>
        <w:br/>
        <w:t>f 34136/37166/32335 34135/37167/32336 34134/37168/32337</w:t>
        <w:br/>
        <w:t>f 34138/37169/32338 34135/37167/32336 34137/37170/32339</w:t>
        <w:br/>
        <w:t>f 34137/37170/32339 34135/37167/32336 34139/37171/32340</w:t>
        <w:br/>
        <w:t>f 34141/37172/32341 34135/37167/32336 34140/37173/32342</w:t>
        <w:br/>
        <w:t>f 34142/37174/32343 34135/37167/32336 34136/37166/32335</w:t>
        <w:br/>
        <w:t>f 34144/37175/32344 34135/37167/32336 34143/37176/32345</w:t>
        <w:br/>
        <w:t>f 34143/37176/32345 34135/37167/32336 34138/37169/32338</w:t>
        <w:br/>
        <w:t>f 34146/37177/32346 34135/37167/32336 34145/37178/32347</w:t>
        <w:br/>
        <w:t>f 34148/37179/32348 34135/37167/32336 34147/37180/32349</w:t>
        <w:br/>
        <w:t>f 34149/37181/32350 34135/37167/32336 34148/37179/32348</w:t>
        <w:br/>
        <w:t>f 34150/37182/32351 34135/37167/32336 34141/37172/32341</w:t>
        <w:br/>
        <w:t>f 34145/37178/32347 34135/37167/32336 34151/37183/32352</w:t>
        <w:br/>
        <w:t>f 34152/37184/32353 34135/37167/32336 34144/37175/32344</w:t>
        <w:br/>
        <w:t>f 34139/37171/32340 34135/37167/32336 34146/37177/32346</w:t>
        <w:br/>
        <w:t>f 34134/37168/32337 34135/37167/32336 34150/37182/32351</w:t>
        <w:br/>
        <w:t>f 34151/37183/32352 34135/37167/32336 34142/37174/32343</w:t>
        <w:br/>
        <w:t>f 34140/37173/32342 34135/37167/32336 34149/37181/32350</w:t>
        <w:br/>
        <w:t>f 34147/37180/32349 34135/37167/32336 34152/37184/32353</w:t>
        <w:br/>
        <w:t>f 34580/37185/32354 34579/37186/32355 34578/37187/32356</w:t>
        <w:br/>
        <w:t>f 34579/37186/32355 34581/37188/32357 34578/37187/32356</w:t>
        <w:br/>
        <w:t>f 34581/37188/32357 34582/37189/32358 34578/37187/32356</w:t>
        <w:br/>
        <w:t>f 34582/37189/32358 34583/37190/32359 34578/37187/32356</w:t>
        <w:br/>
        <w:t>f 34583/37190/32359 34584/37191/32360 34578/37187/32356</w:t>
        <w:br/>
        <w:t>f 34584/37191/32360 34585/37192/32361 34578/37187/32356</w:t>
        <w:br/>
        <w:t>f 34585/37192/32361 34586/37193/32362 34578/37187/32356</w:t>
        <w:br/>
        <w:t>f 34586/37193/32362 34587/37194/32363 34578/37187/32356</w:t>
        <w:br/>
        <w:t>f 34587/37194/32363 34588/37195/32364 34578/37187/32356</w:t>
        <w:br/>
        <w:t>f 34588/37195/32364 34589/37196/32365 34578/37187/32356</w:t>
        <w:br/>
        <w:t>f 34589/37196/32365 34590/37197/32366 34578/37187/32356</w:t>
        <w:br/>
        <w:t>f 34590/37197/32366 34591/37198/32367 34578/37187/32356</w:t>
        <w:br/>
        <w:t>f 34591/37198/32367 34592/37199/32368 34578/37187/32356</w:t>
        <w:br/>
        <w:t>f 34592/37199/32368 34593/37200/32369 34578/37187/32356</w:t>
        <w:br/>
        <w:t>f 34593/37200/32369 34594/37201/32370 34578/37187/32356</w:t>
        <w:br/>
        <w:t>f 34594/37201/32370 34595/37202/32371 34578/37187/32356</w:t>
        <w:br/>
        <w:t>f 34595/37202/32371 34596/37203/32372 34578/37187/32356</w:t>
        <w:br/>
        <w:t>f 34596/37203/32372 34597/37204/32373 34578/37187/32356</w:t>
        <w:br/>
        <w:t>f 34597/37204/32373 34598/37205/32374 34578/37187/32356</w:t>
        <w:br/>
        <w:t>f 34598/37205/32374 34599/37206/32375 34578/37187/32356</w:t>
        <w:br/>
        <w:t>f 34599/37206/32375 34600/37207/32376 34578/37187/32356</w:t>
        <w:br/>
        <w:t>f 34600/37207/32376 34601/37208/32377 34578/37187/32356</w:t>
        <w:br/>
        <w:t>f 34601/37208/32377 34602/37209/32378 34578/37187/32356</w:t>
        <w:br/>
        <w:t>f 34602/37209/32378 34603/37210/32379 34578/37187/32356</w:t>
        <w:br/>
        <w:t>f 34603/37210/32379 34604/37211/32380 34578/37187/32356</w:t>
        <w:br/>
        <w:t>f 34604/37211/32380 34605/37212/32381 34578/37187/32356</w:t>
        <w:br/>
        <w:t>f 34605/37212/32381 34606/37213/32382 34578/37187/32356</w:t>
        <w:br/>
        <w:t>f 34606/37213/32382 34607/37214/32383 34578/37187/32356</w:t>
        <w:br/>
        <w:t>f 34607/37214/32383 34608/37215/32384 34578/37187/32356</w:t>
        <w:br/>
        <w:t>f 34608/37215/32384 34580/37185/32354 34578/37187/32356</w:t>
        <w:br/>
        <w:t>f 34611/37216/32385 34610/37217/32386 34609/37218/32387</w:t>
        <w:br/>
        <w:t>f 34609/37218/32387 34610/37217/32386 34612/37219/32388</w:t>
        <w:br/>
        <w:t>f 34612/37219/32388 34610/37217/32386 34613/37220/32389</w:t>
        <w:br/>
        <w:t>f 34613/37220/32389 34610/37217/32386 34614/37221/32390</w:t>
        <w:br/>
        <w:t>f 34614/37221/32390 34610/37217/32386 34615/37222/32391</w:t>
        <w:br/>
        <w:t>f 34615/37222/32391 34610/37217/32386 34616/37223/32392</w:t>
        <w:br/>
        <w:t>f 34616/37223/32392 34610/37217/32386 34617/37224/32393</w:t>
        <w:br/>
        <w:t>f 34617/37224/32393 34610/37217/32386 34618/37225/32394</w:t>
        <w:br/>
        <w:t>f 34618/37225/32394 34610/37217/32386 34619/37226/32395</w:t>
        <w:br/>
        <w:t>f 34619/37226/32395 34610/37217/32386 34620/37227/32396</w:t>
        <w:br/>
        <w:t>f 34620/37227/32396 34610/37217/32386 34621/37228/32397</w:t>
        <w:br/>
        <w:t>f 34621/37228/32397 34610/37217/32386 34622/37229/32398</w:t>
        <w:br/>
        <w:t>f 34622/37229/32398 34610/37217/32386 34623/37230/32399</w:t>
        <w:br/>
        <w:t>f 34623/37230/32399 34610/37217/32386 34624/37231/32400</w:t>
        <w:br/>
        <w:t>f 34624/37231/32400 34610/37217/32386 34625/37232/32401</w:t>
        <w:br/>
        <w:t>f 34625/37232/32401 34610/37217/32386 34626/37233/32402</w:t>
        <w:br/>
        <w:t>f 34626/37233/32402 34610/37217/32386 34627/37234/32403</w:t>
        <w:br/>
        <w:t>f 34627/37234/32403 34610/37217/32386 34628/37235/32404</w:t>
        <w:br/>
        <w:t>f 34628/37235/32404 34610/37217/32386 34629/37236/32405</w:t>
        <w:br/>
        <w:t>f 34629/37236/32405 34610/37217/32386 34630/37237/32406</w:t>
        <w:br/>
        <w:t>f 34630/37237/32406 34610/37217/32386 34631/37238/32407</w:t>
        <w:br/>
        <w:t>f 34631/37238/32407 34610/37217/32386 34632/37239/32408</w:t>
        <w:br/>
        <w:t>f 34632/37239/32408 34610/37217/32386 34633/37240/32409</w:t>
        <w:br/>
        <w:t>f 34633/37240/32409 34610/37217/32386 34634/37241/32410</w:t>
        <w:br/>
        <w:t>f 34634/37241/32410 34610/37217/32386 34635/37242/32411</w:t>
        <w:br/>
        <w:t>f 34635/37242/32411 34610/37217/32386 34636/37243/32412</w:t>
        <w:br/>
        <w:t>f 34636/37243/32412 34610/37217/32386 34637/37244/32413</w:t>
        <w:br/>
        <w:t>f 34637/37244/32413 34610/37217/32386 34638/37245/32414</w:t>
        <w:br/>
        <w:t>f 34638/37245/32414 34610/37217/32386 34639/37246/32415</w:t>
        <w:br/>
        <w:t>f 34639/37246/32415 34610/37217/32386 34611/37216/32385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